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Building, Islamic Perspective, by Dr Farida Khanam I November 29, 2013</w:t>
      </w:r>
    </w:p>
    <w:p>
      <w:r>
        <w:t>https://www.youtube.com/watch?v=MTGe7GbgNv0</w:t>
      </w:r>
    </w:p>
    <w:p>
      <w:r>
        <w:rPr>
          <w:b/>
        </w:rPr>
        <w:t xml:space="preserve">[00:15] </w:t>
      </w:r>
      <w:r>
        <w:t>bismillah ir rehman ir rahim.</w:t>
      </w:r>
    </w:p>
    <w:p>
      <w:pPr>
        <w:jc w:val="right"/>
      </w:pPr>
      <w:r>
        <w:t>بسم اللہ الرحمن الرحیم۔</w:t>
      </w:r>
    </w:p>
    <w:p>
      <w:r>
        <w:rPr>
          <w:b/>
        </w:rPr>
        <w:t xml:space="preserve">[00:21] </w:t>
      </w:r>
      <w:r>
        <w:t>Um, first of all, I should express my heartfelt gratitude to invite me into this important conference.</w:t>
      </w:r>
    </w:p>
    <w:p>
      <w:pPr>
        <w:jc w:val="right"/>
      </w:pPr>
      <w:r>
        <w:t>ام، فرسٹ آف آل، آئی شوڈ ایکسپریس مائی ہارٹ فل گریٹیٹیوڈ ٹو انوائٹ می انٹو دس امپورٹنٹ کانفرنس۔</w:t>
      </w:r>
    </w:p>
    <w:p>
      <w:r>
        <w:rPr>
          <w:b/>
        </w:rPr>
        <w:t xml:space="preserve">[00:28] </w:t>
      </w:r>
      <w:r>
        <w:t>Peace building is the most important topic, most important subject of discussion, especially in this strife-torn world,</w:t>
      </w:r>
    </w:p>
    <w:p>
      <w:pPr>
        <w:jc w:val="right"/>
      </w:pPr>
      <w:r>
        <w:t>پیس بلڈنگ از دی موسٹ امپورٹنٹ ٹاپک، موسٹ امپورٹنٹ سبجیکٹ آف ڈسکشن، اسپیشلی ان دس اسٹرائف ٹارن ورلڈ،</w:t>
      </w:r>
    </w:p>
    <w:p>
      <w:r>
        <w:rPr>
          <w:b/>
        </w:rPr>
        <w:t xml:space="preserve">[00:35] </w:t>
      </w:r>
      <w:r>
        <w:t>When we are living together.</w:t>
      </w:r>
    </w:p>
    <w:p>
      <w:pPr>
        <w:jc w:val="right"/>
      </w:pPr>
      <w:r>
        <w:t>وین وی آر لیونگ ٹوگیدر۔</w:t>
      </w:r>
    </w:p>
    <w:p>
      <w:r>
        <w:rPr>
          <w:b/>
        </w:rPr>
        <w:t xml:space="preserve">[00:42] </w:t>
      </w:r>
      <w:r>
        <w:t>So we must adopt such policies, where we can establish good relations with one and other.</w:t>
      </w:r>
    </w:p>
    <w:p>
      <w:pPr>
        <w:jc w:val="right"/>
      </w:pPr>
      <w:r>
        <w:t>سو وی مسٹ اڈاپٹ سچ پالیسیز، ویئر وی کین اسٹیبلش گڈ ریلیشنز ود ون اینڈ ادر۔</w:t>
      </w:r>
    </w:p>
    <w:p>
      <w:r>
        <w:rPr>
          <w:b/>
        </w:rPr>
        <w:t xml:space="preserve">[00:49] </w:t>
      </w:r>
      <w:r>
        <w:t>And Islam advocates such good relations, which has all many verses in the Quran and many traditions by</w:t>
      </w:r>
    </w:p>
    <w:p>
      <w:pPr>
        <w:jc w:val="right"/>
      </w:pPr>
      <w:r>
        <w:t>اینڈ اسلام ایڈوکیٹس سچ گڈ ریلیشنز، وچ ہیز آل مینی ورسز ان دا قرآن اینڈ مینی ٹریڈیشنز بائی</w:t>
      </w:r>
    </w:p>
    <w:p>
      <w:r>
        <w:rPr>
          <w:b/>
        </w:rPr>
        <w:t xml:space="preserve">[00:55] </w:t>
      </w:r>
      <w:r>
        <w:t>The Prophet, where we have been asked to live with compassion, with kindness, with tolerance, and all these</w:t>
      </w:r>
    </w:p>
    <w:p>
      <w:pPr>
        <w:jc w:val="right"/>
      </w:pPr>
      <w:r>
        <w:t>دا پرافٹ، ویئر وی ہیو بین اسکڈ ٹو لیو ود کمپیشن، ود کائنڈنس، ود ٹولرنس، اینڈ آل دیز</w:t>
      </w:r>
    </w:p>
    <w:p>
      <w:r>
        <w:rPr>
          <w:b/>
        </w:rPr>
        <w:t xml:space="preserve">[01:02] </w:t>
      </w:r>
      <w:r>
        <w:t>values, which are helpful in establishing a good society.</w:t>
      </w:r>
    </w:p>
    <w:p>
      <w:pPr>
        <w:jc w:val="right"/>
      </w:pPr>
      <w:r>
        <w:t>ویلیوز، وچ آر ہیلپ فل ان اسٹیبلشنگ ا گڈ سوسائٹی۔</w:t>
      </w:r>
    </w:p>
    <w:p>
      <w:r>
        <w:rPr>
          <w:b/>
        </w:rPr>
        <w:t xml:space="preserve">[01:09] </w:t>
      </w:r>
      <w:r>
        <w:t>The whole world wants peace, or so any right-thinking person would imagine.</w:t>
      </w:r>
    </w:p>
    <w:p>
      <w:pPr>
        <w:jc w:val="right"/>
      </w:pPr>
      <w:r>
        <w:t>دا ہول ورلڈ وانٹس پیس، اور سو اینی رائٹ تھنکنگ پرسن وڈ امیجن۔</w:t>
      </w:r>
    </w:p>
    <w:p>
      <w:r>
        <w:rPr>
          <w:b/>
        </w:rPr>
        <w:t xml:space="preserve">[01:16] </w:t>
      </w:r>
      <w:r>
        <w:t>Yet there are many areas of the world which are strife-torn, many areas which are slowly and</w:t>
      </w:r>
    </w:p>
    <w:p>
      <w:pPr>
        <w:jc w:val="right"/>
      </w:pPr>
      <w:r>
        <w:t>یٹ دیر آر مینی ایریاز آف دا ورلڈ وچ آر اسٹرائف ٹارن، مینی ایریاز وچ آر سلولی اینڈ</w:t>
      </w:r>
    </w:p>
    <w:p>
      <w:r>
        <w:rPr>
          <w:b/>
        </w:rPr>
        <w:t xml:space="preserve">[01:23] </w:t>
      </w:r>
      <w:r>
        <w:t>partially recovering from the ravages of war, and yet there are areas where the imminence of war is</w:t>
      </w:r>
    </w:p>
    <w:p>
      <w:pPr>
        <w:jc w:val="right"/>
      </w:pPr>
      <w:r>
        <w:t>پارشلی ریکورنگ فرام دی ریویجز آف وار، اینڈ یٹ دیر آر ایریاز ویئر دی ایمیننس آف وار از</w:t>
      </w:r>
    </w:p>
    <w:p>
      <w:r>
        <w:rPr>
          <w:b/>
        </w:rPr>
        <w:t xml:space="preserve">[01:30] </w:t>
      </w:r>
      <w:r>
        <w:t>diverting great minds to negative ends.</w:t>
      </w:r>
    </w:p>
    <w:p>
      <w:pPr>
        <w:jc w:val="right"/>
      </w:pPr>
      <w:r>
        <w:t>ڈائیورٹنگ گریٹ مائنڈز ٹو نیگیٹیو اینڈز۔</w:t>
      </w:r>
    </w:p>
    <w:p>
      <w:r>
        <w:rPr>
          <w:b/>
        </w:rPr>
        <w:t xml:space="preserve">[01:36] </w:t>
      </w:r>
      <w:r>
        <w:t>The principal reason for this is that human beings still place their trust in violent solutions to national</w:t>
      </w:r>
    </w:p>
    <w:p>
      <w:pPr>
        <w:jc w:val="right"/>
      </w:pPr>
      <w:r>
        <w:t>دا پرنسپل ریزن فار دس از دیٹ ہیومن بینگز اسٹل پلیس دیر ٹرسٹ ان وائلنٹ سولیوشنز ٹو نیشنل</w:t>
      </w:r>
    </w:p>
    <w:p>
      <w:r>
        <w:rPr>
          <w:b/>
        </w:rPr>
        <w:t xml:space="preserve">[01:43] </w:t>
      </w:r>
      <w:r>
        <w:t>and international problems, both external and internal.</w:t>
      </w:r>
    </w:p>
    <w:p>
      <w:pPr>
        <w:jc w:val="right"/>
      </w:pPr>
      <w:r>
        <w:t>اینڈ انٹرنیشنل پرابلمز، بوتھ ایکسٹرنل اینڈ انٹرنل۔</w:t>
      </w:r>
    </w:p>
    <w:p>
      <w:r>
        <w:rPr>
          <w:b/>
        </w:rPr>
        <w:t xml:space="preserve">[01:50] </w:t>
      </w:r>
      <w:r>
        <w:t>Violence is seen as a way of settling matters quickly and decisively, although there is much evidence to the contrary.</w:t>
      </w:r>
    </w:p>
    <w:p>
      <w:pPr>
        <w:jc w:val="right"/>
      </w:pPr>
      <w:r>
        <w:t>وائلنس از سین ایز ا وے آف سیٹلنگ میٹرز کوئیکلی اینڈ ڈیسائیسولی، الدو دیر از مچ ایویڈنس ٹو دا کانٹری۔</w:t>
      </w:r>
    </w:p>
    <w:p>
      <w:r>
        <w:rPr>
          <w:b/>
        </w:rPr>
        <w:t xml:space="preserve">[01:57] </w:t>
      </w:r>
      <w:r>
        <w:t>Peace building is therefore one of the greatest imperatives of our times.</w:t>
      </w:r>
    </w:p>
    <w:p>
      <w:pPr>
        <w:jc w:val="right"/>
      </w:pPr>
      <w:r>
        <w:t>پیس بلڈنگ از دیر فور ون آف دی گریٹسٹ ایمپیریٹیوز آف اور ٹائمز۔</w:t>
      </w:r>
    </w:p>
    <w:p>
      <w:r>
        <w:rPr>
          <w:b/>
        </w:rPr>
        <w:t xml:space="preserve">[02:04] </w:t>
      </w:r>
      <w:r>
        <w:t>Peacebuilding is a term frequently used by speakers on national platforms and in international forums, but</w:t>
      </w:r>
    </w:p>
    <w:p>
      <w:pPr>
        <w:jc w:val="right"/>
      </w:pPr>
      <w:r>
        <w:t>پیس بلڈنگ از ا ٹرم فریکونٹلی یوزڈ بائی سپیکرز آن نیشنل پلیٹ فارمز اینڈ ان انٹرنیشنل فورمز، بٹ</w:t>
      </w:r>
    </w:p>
    <w:p>
      <w:r>
        <w:rPr>
          <w:b/>
        </w:rPr>
        <w:t xml:space="preserve">[02:11] </w:t>
      </w:r>
      <w:r>
        <w:t>Lamentably, these speakers often offer no viable methods for achieving this.</w:t>
      </w:r>
    </w:p>
    <w:p>
      <w:pPr>
        <w:jc w:val="right"/>
      </w:pPr>
      <w:r>
        <w:t>لیمینٹیولی دیز سپیکرز آفن آفر نو وائیبل میتھڈز فار اچیونگ دس۔</w:t>
      </w:r>
    </w:p>
    <w:p>
      <w:r>
        <w:rPr>
          <w:b/>
        </w:rPr>
        <w:t xml:space="preserve">[02:17] </w:t>
      </w:r>
      <w:r>
        <w:t>To this situation, Islam has a major role to play, for Islam is a religion of peace.</w:t>
      </w:r>
    </w:p>
    <w:p>
      <w:pPr>
        <w:jc w:val="right"/>
      </w:pPr>
      <w:r>
        <w:t>ٹو دس سچویشن، اسلام ہیز ا میجر رول ٹو پلے، فار اسلام از ا ریلیجن آف پیس۔</w:t>
      </w:r>
    </w:p>
    <w:p>
      <w:r>
        <w:rPr>
          <w:b/>
        </w:rPr>
        <w:t xml:space="preserve">[02:24] </w:t>
      </w:r>
      <w:r>
        <w:t>Islam lays emphasis on both peace and learning, the latter being a means of bringing individuals to embrace</w:t>
      </w:r>
    </w:p>
    <w:p>
      <w:pPr>
        <w:jc w:val="right"/>
      </w:pPr>
      <w:r>
        <w:t>اسلام لیز ایمفیسز آن بوتھ پیس اینڈ لرننگ، دا لیٹر بینگ ا مینز آف برنگنگ انڈیویجولز ٹو ایمبریس</w:t>
      </w:r>
    </w:p>
    <w:p>
      <w:r>
        <w:rPr>
          <w:b/>
        </w:rPr>
        <w:t xml:space="preserve">[02:31] </w:t>
      </w:r>
      <w:r>
        <w:t>The Culture of Peace.</w:t>
      </w:r>
    </w:p>
    <w:p>
      <w:pPr>
        <w:jc w:val="right"/>
      </w:pPr>
      <w:r>
        <w:t>دی کلچر آف پیس۔</w:t>
      </w:r>
    </w:p>
    <w:p>
      <w:r>
        <w:rPr>
          <w:b/>
        </w:rPr>
        <w:t xml:space="preserve">[02:38] </w:t>
      </w:r>
      <w:r>
        <w:t>It is my firm belief that education is the key factor in fostering peace, because through it the</w:t>
      </w:r>
    </w:p>
    <w:p>
      <w:pPr>
        <w:jc w:val="right"/>
      </w:pPr>
      <w:r>
        <w:t>اٹ از مائی فرم بیلیف دیٹ ایجوکیشن از دا کی فیکٹر ان فاسٹرنگ پیس، بیکاز تھرو اٹ دا</w:t>
      </w:r>
    </w:p>
    <w:p>
      <w:r>
        <w:rPr>
          <w:b/>
        </w:rPr>
        <w:t xml:space="preserve">[02:45] </w:t>
      </w:r>
      <w:r>
        <w:t>root cause can be effectively addressed.</w:t>
      </w:r>
    </w:p>
    <w:p>
      <w:pPr>
        <w:jc w:val="right"/>
      </w:pPr>
      <w:r>
        <w:t>روٹ کاز کین بی ایفیکٹیولی ایڈریسڈ۔</w:t>
      </w:r>
    </w:p>
    <w:p>
      <w:r>
        <w:rPr>
          <w:b/>
        </w:rPr>
        <w:t xml:space="preserve">[02:52] </w:t>
      </w:r>
      <w:r>
        <w:t>Peace in Islam, Islam deriving from the root word salam, which means peace is a religion of peace.</w:t>
      </w:r>
    </w:p>
    <w:p>
      <w:pPr>
        <w:jc w:val="right"/>
      </w:pPr>
      <w:r>
        <w:t>پیس ان اسلام، اسلام ڈیرائیونگ فرام دا روٹ ورڈ سلم، وچ مینز پیس از ا ریلیجن آف پیس۔</w:t>
      </w:r>
    </w:p>
    <w:p>
      <w:r>
        <w:rPr>
          <w:b/>
        </w:rPr>
        <w:t xml:space="preserve">[02:58] </w:t>
      </w:r>
      <w:r>
        <w:t>The Quran puts on record the many names or attributes of God, one of them being As-Salam, that is Peace.</w:t>
      </w:r>
    </w:p>
    <w:p>
      <w:pPr>
        <w:jc w:val="right"/>
      </w:pPr>
      <w:r>
        <w:t>دا قرآن پٹس آن ریکارڈ دا مینی نیمز اور ایٹریبیوٹس آف گاڈ، ون آف دیم بینگ السلام، دیٹ از پیس۔</w:t>
      </w:r>
    </w:p>
    <w:p>
      <w:r>
        <w:rPr>
          <w:b/>
        </w:rPr>
        <w:t xml:space="preserve">[03:05] </w:t>
      </w:r>
      <w:r>
        <w:t>God love peace and security so much that he chose peace as one of his names, that is</w:t>
      </w:r>
    </w:p>
    <w:p>
      <w:pPr>
        <w:jc w:val="right"/>
      </w:pPr>
      <w:r>
        <w:t>گاڈ لو پیس اینڈ سیکیورٹی سو مچ دیٹ ہی چوز پیس ایز ون آف ہز نیمز، دیٹ از</w:t>
      </w:r>
    </w:p>
    <w:p>
      <w:r>
        <w:rPr>
          <w:b/>
        </w:rPr>
        <w:t xml:space="preserve">[03:12] </w:t>
      </w:r>
      <w:r>
        <w:t>to say that God himself is the embodiment of peace.</w:t>
      </w:r>
    </w:p>
    <w:p>
      <w:pPr>
        <w:jc w:val="right"/>
      </w:pPr>
      <w:r>
        <w:t>ٹو سے دیٹ گاڈ ہم سیلف از دی ایمبارڈمنٹ آف پیس۔</w:t>
      </w:r>
    </w:p>
    <w:p>
      <w:r>
        <w:rPr>
          <w:b/>
        </w:rPr>
        <w:t xml:space="preserve">[03:19] </w:t>
      </w:r>
      <w:r>
        <w:t>God has set the highest conceivable standards, that is when God's dealings with human beings are based on</w:t>
      </w:r>
    </w:p>
    <w:p>
      <w:pPr>
        <w:jc w:val="right"/>
      </w:pPr>
      <w:r>
        <w:t>گاڈ ہیز سیٹ دی ہائیسٹ کنسیویبل سٹینڈرڈز، دیٹ از وین گاڈز ڈیلنگز ود ہیومن بینگز آر بیسڈ آن</w:t>
      </w:r>
    </w:p>
    <w:p>
      <w:r>
        <w:rPr>
          <w:b/>
        </w:rPr>
        <w:t xml:space="preserve">[03:26] </w:t>
      </w:r>
      <w:r>
        <w:t>peace and security, then man should also deal with other human beings in a peaceable manner, and not</w:t>
      </w:r>
    </w:p>
    <w:p>
      <w:pPr>
        <w:jc w:val="right"/>
      </w:pPr>
      <w:r>
        <w:t>پیس اینڈ سیکیورٹی، دین مین شوڈ السو ڈیل ود ادر ہیومن بینگز ان ا پیسیبل مینر، اینڈ ناٹ</w:t>
      </w:r>
    </w:p>
    <w:p>
      <w:r>
        <w:rPr>
          <w:b/>
        </w:rPr>
        <w:t xml:space="preserve">[03:33] </w:t>
      </w:r>
      <w:r>
        <w:t>with harshness and violence.</w:t>
      </w:r>
    </w:p>
    <w:p>
      <w:pPr>
        <w:jc w:val="right"/>
      </w:pPr>
      <w:r>
        <w:t>ود ہارشنس اور وائلنس۔</w:t>
      </w:r>
    </w:p>
    <w:p>
      <w:r>
        <w:rPr>
          <w:b/>
        </w:rPr>
        <w:t xml:space="preserve">[03:39] </w:t>
      </w:r>
      <w:r>
        <w:t>The Quran says.</w:t>
      </w:r>
    </w:p>
    <w:p>
      <w:pPr>
        <w:jc w:val="right"/>
      </w:pPr>
      <w:r>
        <w:t>دا قرآن سیز۔</w:t>
      </w:r>
    </w:p>
    <w:p>
      <w:r>
        <w:rPr>
          <w:b/>
        </w:rPr>
        <w:t xml:space="preserve">[03:46] </w:t>
      </w:r>
      <w:r>
        <w:t>And God calls to the home of peace, chapter 10, verse 25.</w:t>
      </w:r>
    </w:p>
    <w:p>
      <w:pPr>
        <w:jc w:val="right"/>
      </w:pPr>
      <w:r>
        <w:t>اینڈ گاڈ کالز ٹو دا ہوم آف پیس، چیپٹر 10، ورس 25۔</w:t>
      </w:r>
    </w:p>
    <w:p>
      <w:r>
        <w:rPr>
          <w:b/>
        </w:rPr>
        <w:t xml:space="preserve">[03:53] </w:t>
      </w:r>
      <w:r>
        <w:t>This is the message of Islam to mankind.</w:t>
      </w:r>
    </w:p>
    <w:p>
      <w:pPr>
        <w:jc w:val="right"/>
      </w:pPr>
      <w:r>
        <w:t>دس از دا میسج آف اسلام ٹو مین کائنڈ۔</w:t>
      </w:r>
    </w:p>
    <w:p>
      <w:r>
        <w:rPr>
          <w:b/>
        </w:rPr>
        <w:t xml:space="preserve">[04:00] </w:t>
      </w:r>
      <w:r>
        <w:t>It means that build a world of peace on earth, so that you may be granted a world</w:t>
      </w:r>
    </w:p>
    <w:p>
      <w:pPr>
        <w:jc w:val="right"/>
      </w:pPr>
      <w:r>
        <w:t>اٹ مینز دیٹ بلڈ ا ورلڈ آف پیس آن ارتھ، سو دیٹ یو می بی گرانٹڈ ا ورلڈ</w:t>
      </w:r>
    </w:p>
    <w:p>
      <w:r>
        <w:rPr>
          <w:b/>
        </w:rPr>
        <w:t xml:space="preserve">[04:07] </w:t>
      </w:r>
      <w:r>
        <w:t>of peace in your eternal life in the hereafter.</w:t>
      </w:r>
    </w:p>
    <w:p>
      <w:pPr>
        <w:jc w:val="right"/>
      </w:pPr>
      <w:r>
        <w:t>آف پیس ان یور ایٹرنل لائف ان دا ہیر آفٹر۔</w:t>
      </w:r>
    </w:p>
    <w:p>
      <w:r>
        <w:rPr>
          <w:b/>
        </w:rPr>
        <w:t xml:space="preserve">[04:14] </w:t>
      </w:r>
      <w:r>
        <w:t>This home of peace is paradise.</w:t>
      </w:r>
    </w:p>
    <w:p>
      <w:pPr>
        <w:jc w:val="right"/>
      </w:pPr>
      <w:r>
        <w:t>دس ہوم آف پیس از پیراڈائز۔</w:t>
      </w:r>
    </w:p>
    <w:p>
      <w:r>
        <w:rPr>
          <w:b/>
        </w:rPr>
        <w:t xml:space="preserve">[04:20] </w:t>
      </w:r>
      <w:r>
        <w:t>There is another verse in the Quran: Peace is the best option.</w:t>
      </w:r>
    </w:p>
    <w:p>
      <w:pPr>
        <w:jc w:val="right"/>
      </w:pPr>
      <w:r>
        <w:t>دیر از انادر ورس ان دا قرآن: پیس از دی بیسٹ آپشن۔</w:t>
      </w:r>
    </w:p>
    <w:p>
      <w:r>
        <w:rPr>
          <w:b/>
        </w:rPr>
        <w:t xml:space="preserve">[04:27] </w:t>
      </w:r>
      <w:r>
        <w:t>This means that peace is the best option, as it normalizes conditions, and only in normal conditions is</w:t>
      </w:r>
    </w:p>
    <w:p>
      <w:pPr>
        <w:jc w:val="right"/>
      </w:pPr>
      <w:r>
        <w:t>دس مینز دیٹ پیس از دا بیسٹ آپشن، ایز اٹ نارملائز کنڈیشنز، اینڈ اونلی ان نارمل کنڈیشنز از</w:t>
      </w:r>
    </w:p>
    <w:p>
      <w:r>
        <w:rPr>
          <w:b/>
        </w:rPr>
        <w:t xml:space="preserve">[04:34] </w:t>
      </w:r>
      <w:r>
        <w:t>It's possible to achieve the goal of Islam, which is to lead a God-oriented life.</w:t>
      </w:r>
    </w:p>
    <w:p>
      <w:pPr>
        <w:jc w:val="right"/>
      </w:pPr>
      <w:r>
        <w:t>اٹ پاسیبل ٹو اچیو دا گول آف اسلام، وچ از ٹو لیڈ ا گاڈ اورینٹڈ لائف۔</w:t>
      </w:r>
    </w:p>
    <w:p>
      <w:r>
        <w:rPr>
          <w:b/>
        </w:rPr>
        <w:t xml:space="preserve">[04:41] </w:t>
      </w:r>
      <w:r>
        <w:t>The Prophet of Islam once said: God grants to peace what He does not grant to violence.</w:t>
      </w:r>
    </w:p>
    <w:p>
      <w:pPr>
        <w:jc w:val="right"/>
      </w:pPr>
      <w:r>
        <w:t>دی پرافٹ آف اسلام ونس سیڈ: گاڈ گرانٹس ٹو پیس واٹ ہی ڈز ناٹ گرانٹ ٹو وائلنس۔</w:t>
      </w:r>
    </w:p>
    <w:p>
      <w:r>
        <w:rPr>
          <w:b/>
        </w:rPr>
        <w:t xml:space="preserve">[04:48] </w:t>
      </w:r>
      <w:r>
        <w:t>This prophetic saying therefore refers to the law of nature, as peace is the only culture for</w:t>
      </w:r>
    </w:p>
    <w:p>
      <w:pPr>
        <w:jc w:val="right"/>
      </w:pPr>
      <w:r>
        <w:t>دس پروفیتک سینگ دیر فور ریفرز ٹو دا لاء آف نیچر، ایز پیس از دا اونلی کلچر فار</w:t>
      </w:r>
    </w:p>
    <w:p>
      <w:r>
        <w:rPr>
          <w:b/>
        </w:rPr>
        <w:t xml:space="preserve">[04:55] </w:t>
      </w:r>
      <w:r>
        <w:t>both man and the universe, and man should learn to live on the culture of peace.</w:t>
      </w:r>
    </w:p>
    <w:p>
      <w:pPr>
        <w:jc w:val="right"/>
      </w:pPr>
      <w:r>
        <w:t>بوتھ مین اینڈ دا یونیورس، اینڈ مین شوڈ لرن ٹو لیو آن دا کلچر آف پیس۔</w:t>
      </w:r>
    </w:p>
    <w:p>
      <w:r>
        <w:rPr>
          <w:b/>
        </w:rPr>
        <w:t xml:space="preserve">[05:01] </w:t>
      </w:r>
      <w:r>
        <w:t>Learning in Islam, learning is also another very important aspect of Islam.</w:t>
      </w:r>
    </w:p>
    <w:p>
      <w:pPr>
        <w:jc w:val="right"/>
      </w:pPr>
      <w:r>
        <w:t>لرننگ ان اسلام، لرننگ از السو انادر ویری امپورٹنٹ ایسپیکٹ آف اسلام۔</w:t>
      </w:r>
    </w:p>
    <w:p>
      <w:r>
        <w:rPr>
          <w:b/>
        </w:rPr>
        <w:t xml:space="preserve">[05:08] </w:t>
      </w:r>
      <w:r>
        <w:t>According to Islam, learning is essential for religious and spiritual development, that sets off a process of intellectual</w:t>
      </w:r>
    </w:p>
    <w:p>
      <w:pPr>
        <w:jc w:val="right"/>
      </w:pPr>
      <w:r>
        <w:t>اکارڈنگ ٹو اسلام، لرننگ از ایسینشل فار ریلیجس اینڈ سپریچول ڈیویلپمنٹ، دیٹ سیٹس آف ا پراسیس آف انٹلیکچول</w:t>
      </w:r>
    </w:p>
    <w:p>
      <w:r>
        <w:rPr>
          <w:b/>
        </w:rPr>
        <w:t xml:space="preserve">[05:15] </w:t>
      </w:r>
      <w:r>
        <w:t>and spiritual development, that makes individuals peaceful.</w:t>
      </w:r>
    </w:p>
    <w:p>
      <w:pPr>
        <w:jc w:val="right"/>
      </w:pPr>
      <w:r>
        <w:t>اینڈ سپریچول ڈیویلپمنٹ، دیٹ میکس انڈیویجولز پیس فل۔</w:t>
      </w:r>
    </w:p>
    <w:p>
      <w:r>
        <w:rPr>
          <w:b/>
        </w:rPr>
        <w:t xml:space="preserve">[05:22] </w:t>
      </w:r>
      <w:r>
        <w:t>The Prophet of Islam once said: Every Muslim man and woman is duty-bound to acquire learning.</w:t>
      </w:r>
    </w:p>
    <w:p>
      <w:pPr>
        <w:jc w:val="right"/>
      </w:pPr>
      <w:r>
        <w:t>دی پرافٹ آف اسلام ونس سیڈ: ایوری مسلم مین اینڈ وومن از ڈیوٹی باؤنڈ ٹو اکوائر لرننگ۔</w:t>
      </w:r>
    </w:p>
    <w:p>
      <w:r>
        <w:rPr>
          <w:b/>
        </w:rPr>
        <w:t xml:space="preserve">[05:29] </w:t>
      </w:r>
      <w:r>
        <w:t>This tradition of the Prophet shows the importance of learning in Islam.</w:t>
      </w:r>
    </w:p>
    <w:p>
      <w:pPr>
        <w:jc w:val="right"/>
      </w:pPr>
      <w:r>
        <w:t>دس ٹریڈیشن اف دی پرافٹ شوز دا امپورٹنس آف لرننگ ان اسلام۔</w:t>
      </w:r>
    </w:p>
    <w:p>
      <w:r>
        <w:rPr>
          <w:b/>
        </w:rPr>
        <w:t xml:space="preserve">[05:36] </w:t>
      </w:r>
      <w:r>
        <w:t>Learning is necessary for the realization of God, that is why acquiring learning is held to be a</w:t>
      </w:r>
    </w:p>
    <w:p>
      <w:pPr>
        <w:jc w:val="right"/>
      </w:pPr>
      <w:r>
        <w:t>لرننگ از نیسیسری فار دا ریلائزیشن آف گاڈ، دیٹ از وائی اکوائرنگ لرننگ از ہیلڈ ٹو بی ا</w:t>
      </w:r>
    </w:p>
    <w:p>
      <w:r>
        <w:rPr>
          <w:b/>
        </w:rPr>
        <w:t xml:space="preserve">[05:42] </w:t>
      </w:r>
      <w:r>
        <w:t>duty for all.</w:t>
      </w:r>
    </w:p>
    <w:p>
      <w:pPr>
        <w:jc w:val="right"/>
      </w:pPr>
      <w:r>
        <w:t>ڈیوٹی فار آل۔</w:t>
      </w:r>
    </w:p>
    <w:p>
      <w:r>
        <w:rPr>
          <w:b/>
        </w:rPr>
        <w:t xml:space="preserve">[05:49] </w:t>
      </w:r>
      <w:r>
        <w:t>Peace Building in Islam. Islam always lays emphasis on peaceful living.</w:t>
      </w:r>
    </w:p>
    <w:p>
      <w:pPr>
        <w:jc w:val="right"/>
      </w:pPr>
      <w:r>
        <w:t>پیس بلڈنگ ان اسلام، اسلام الویز لیز ایمفیسز آن پیس فل لیونگ۔</w:t>
      </w:r>
    </w:p>
    <w:p>
      <w:r>
        <w:rPr>
          <w:b/>
        </w:rPr>
        <w:t xml:space="preserve">[05:56] </w:t>
      </w:r>
      <w:r>
        <w:t>The goal of Islam is the positive intellectual engineering of every human being, and this mission can be</w:t>
      </w:r>
    </w:p>
    <w:p>
      <w:pPr>
        <w:jc w:val="right"/>
      </w:pPr>
      <w:r>
        <w:t>دی گول آف اسلام از دی پازیٹیو انٹلیکچول انجینئرنگ آف ایوری ہیومن بینگ، اینڈ دس مشن کین بی</w:t>
      </w:r>
    </w:p>
    <w:p>
      <w:r>
        <w:rPr>
          <w:b/>
        </w:rPr>
        <w:t xml:space="preserve">[06:03] </w:t>
      </w:r>
      <w:r>
        <w:t>accomplish only in a peaceful atmosphere.</w:t>
      </w:r>
    </w:p>
    <w:p>
      <w:pPr>
        <w:jc w:val="right"/>
      </w:pPr>
      <w:r>
        <w:t>اکمپلش اونلی ان ا پیس فل ایٹمسفیئر۔</w:t>
      </w:r>
    </w:p>
    <w:p>
      <w:r>
        <w:rPr>
          <w:b/>
        </w:rPr>
        <w:t xml:space="preserve">[06:10] </w:t>
      </w:r>
      <w:r>
        <w:t>According to Islam, peace is not simply a moral principle, it is more than that.</w:t>
      </w:r>
    </w:p>
    <w:p>
      <w:pPr>
        <w:jc w:val="right"/>
      </w:pPr>
      <w:r>
        <w:t>اکارڈنگ ٹو اسلام، پیس از ناٹ سمپلی ا مورل پرنسپل، اٹ از مور دین دیٹ۔</w:t>
      </w:r>
    </w:p>
    <w:p>
      <w:r>
        <w:rPr>
          <w:b/>
        </w:rPr>
        <w:t xml:space="preserve">[06:16] </w:t>
      </w:r>
      <w:r>
        <w:t>It is a complete way of life, based on the culture of peace.</w:t>
      </w:r>
    </w:p>
    <w:p>
      <w:pPr>
        <w:jc w:val="right"/>
      </w:pPr>
      <w:r>
        <w:t>اٹ از ا کمپلیٹ وے آف لائف، بیسڈ آن دا کلچر آف پیس۔</w:t>
      </w:r>
    </w:p>
    <w:p>
      <w:r>
        <w:rPr>
          <w:b/>
        </w:rPr>
        <w:t xml:space="preserve">[06:23] </w:t>
      </w:r>
      <w:r>
        <w:t>The Prophet of Islam taught people how to inculcate the culture of peace, that is why the Quran</w:t>
      </w:r>
    </w:p>
    <w:p>
      <w:pPr>
        <w:jc w:val="right"/>
      </w:pPr>
      <w:r>
        <w:t>دی پرافٹ آف اسلام ٹاٹ پیپل ہاؤ ٹو انکلکیٹ دی کلچر آف پیس، دیٹ از وائی دا قرآن</w:t>
      </w:r>
    </w:p>
    <w:p>
      <w:r>
        <w:rPr>
          <w:b/>
        </w:rPr>
        <w:t xml:space="preserve">[06:30] </w:t>
      </w:r>
      <w:r>
        <w:t>calls hum a mercy to all mankind, Rahmatullil Alameen.</w:t>
      </w:r>
    </w:p>
    <w:p>
      <w:pPr>
        <w:jc w:val="right"/>
      </w:pPr>
      <w:r>
        <w:t>کالز ہم ا مرسی ٹو آل مین کائنڈ، رحمت اللعالمین۔</w:t>
      </w:r>
    </w:p>
    <w:p>
      <w:r>
        <w:rPr>
          <w:b/>
        </w:rPr>
        <w:t xml:space="preserve">[06:37] </w:t>
      </w:r>
      <w:r>
        <w:t>This means that the advent of the Prophet of Islam made manifest God's mercy for all mankind.</w:t>
      </w:r>
    </w:p>
    <w:p>
      <w:pPr>
        <w:jc w:val="right"/>
      </w:pPr>
      <w:r>
        <w:t>دس مینز دیٹ دی ایڈونٹ اف دی پرافٹ آف اسلام میڈ مینیفیسٹ گاڈز مرسی فار آل مین کائنڈ۔</w:t>
      </w:r>
    </w:p>
    <w:p>
      <w:r>
        <w:rPr>
          <w:b/>
        </w:rPr>
        <w:t xml:space="preserve">[06:44] </w:t>
      </w:r>
      <w:r>
        <w:t>Through him, God communicated those principles of life, by opting for which man may inhabit the abode of</w:t>
      </w:r>
    </w:p>
    <w:p>
      <w:pPr>
        <w:jc w:val="right"/>
      </w:pPr>
      <w:r>
        <w:t>تھرو ہم، گاڈ کمیونیکیٹڈ دوست پرنسپلز آف لائف، بائے اپٹنگ فار وچ مین می انہیبٹ دی ابوڈ آف</w:t>
      </w:r>
    </w:p>
    <w:p>
      <w:r>
        <w:rPr>
          <w:b/>
        </w:rPr>
        <w:t xml:space="preserve">[06:51] </w:t>
      </w:r>
      <w:r>
        <w:t>eternal peace and security.</w:t>
      </w:r>
    </w:p>
    <w:p>
      <w:pPr>
        <w:jc w:val="right"/>
      </w:pPr>
      <w:r>
        <w:t>ایٹرنل پیس اینڈ سیکیورٹی۔</w:t>
      </w:r>
    </w:p>
    <w:p>
      <w:r>
        <w:rPr>
          <w:b/>
        </w:rPr>
        <w:t xml:space="preserve">[06:57] </w:t>
      </w:r>
      <w:r>
        <w:t>According to my understanding, these are the principles of the culture of peace.</w:t>
      </w:r>
    </w:p>
    <w:p>
      <w:pPr>
        <w:jc w:val="right"/>
      </w:pPr>
      <w:r>
        <w:t>اکارڈنگ ٹو مائی انڈرسٹینڈنگ، دیز آر دا پرنسپلز آف دی کلچر آف پیس۔</w:t>
      </w:r>
    </w:p>
    <w:p>
      <w:r>
        <w:rPr>
          <w:b/>
        </w:rPr>
        <w:t xml:space="preserve">[07:04] </w:t>
      </w:r>
      <w:r>
        <w:t>Human society is full of differences.</w:t>
      </w:r>
    </w:p>
    <w:p>
      <w:pPr>
        <w:jc w:val="right"/>
      </w:pPr>
      <w:r>
        <w:t>ہیومن سوسائٹی از فل آف ڈیفرنسز۔</w:t>
      </w:r>
    </w:p>
    <w:p>
      <w:r>
        <w:rPr>
          <w:b/>
        </w:rPr>
        <w:t xml:space="preserve">[07:11] </w:t>
      </w:r>
      <w:r>
        <w:t>Every day, we face some kind of sad experience brought about by other members of society.</w:t>
      </w:r>
    </w:p>
    <w:p>
      <w:pPr>
        <w:jc w:val="right"/>
      </w:pPr>
      <w:r>
        <w:t>ایوری ڈے، وی فیس سم کائنڈ آف سیڈ ایکسپیرینس براٹ اباؤٹ بائی ادر ممبرز آف سوسائٹی۔</w:t>
      </w:r>
    </w:p>
    <w:p>
      <w:r>
        <w:rPr>
          <w:b/>
        </w:rPr>
        <w:t xml:space="preserve">[07:18] </w:t>
      </w:r>
      <w:r>
        <w:t>This state of affairs leads people to develop a negative attitude, but this kind of behavior is completely un-Islamic.</w:t>
      </w:r>
    </w:p>
    <w:p>
      <w:pPr>
        <w:jc w:val="right"/>
      </w:pPr>
      <w:r>
        <w:t>دس اسٹیٹ آف افیئرز لیڈز پیپل ٹو ڈیولپ ا نیگیٹیو ایٹیٹیوڈ، بٹ دس کائنڈ آف بیہیویئر از کمپلیٹلی ان اسلامک۔</w:t>
      </w:r>
    </w:p>
    <w:p>
      <w:r>
        <w:rPr>
          <w:b/>
        </w:rPr>
        <w:t xml:space="preserve">[07:25] </w:t>
      </w:r>
      <w:r>
        <w:t>According to Islam, man should follow the principles of the culture of peace in social life, at the</w:t>
      </w:r>
    </w:p>
    <w:p>
      <w:pPr>
        <w:jc w:val="right"/>
      </w:pPr>
      <w:r>
        <w:t>اکارڈنگ ٹو اسلام، مین شوڈ فالو دا پرنسپلز آف دی کلچر آف پیس ان سوشل لائف، ایٹ دی</w:t>
      </w:r>
    </w:p>
    <w:p>
      <w:r>
        <w:rPr>
          <w:b/>
        </w:rPr>
        <w:t xml:space="preserve">[07:32] </w:t>
      </w:r>
      <w:r>
        <w:t>heart of which is sabr, that is patience.</w:t>
      </w:r>
    </w:p>
    <w:p>
      <w:pPr>
        <w:jc w:val="right"/>
      </w:pPr>
      <w:r>
        <w:t>ہارٹ آف وچ از صبر، دیٹ از پیشنس۔</w:t>
      </w:r>
    </w:p>
    <w:p>
      <w:r>
        <w:rPr>
          <w:b/>
        </w:rPr>
        <w:t xml:space="preserve">[07:38] </w:t>
      </w:r>
      <w:r>
        <w:t>Sabr means avoiding negative reaction to unpleasant situations, trying to give a positive response, and converting</w:t>
      </w:r>
    </w:p>
    <w:p>
      <w:pPr>
        <w:jc w:val="right"/>
      </w:pPr>
      <w:r>
        <w:t>صبر مینز اوائڈنگ نیگیٹیو ری ایکشن ٹو ان پلیزنٹ سچویشنز، ٹرائنگ ٹو گیو ا پازیٹیو رسپانس، اینڈ کنورٹنگ</w:t>
      </w:r>
    </w:p>
    <w:p>
      <w:r>
        <w:rPr>
          <w:b/>
        </w:rPr>
        <w:t xml:space="preserve">[07:45] </w:t>
      </w:r>
      <w:r>
        <w:t>negative experience into positive experience.</w:t>
      </w:r>
    </w:p>
    <w:p>
      <w:pPr>
        <w:jc w:val="right"/>
      </w:pPr>
      <w:r>
        <w:t>نیگیٹیو ایکسپیرینس انٹو پازیٹیو ایکسپیرینس۔</w:t>
      </w:r>
    </w:p>
    <w:p>
      <w:r>
        <w:rPr>
          <w:b/>
        </w:rPr>
        <w:t xml:space="preserve">[07:52] </w:t>
      </w:r>
      <w:r>
        <w:t>The principle of patience is at the core of building a culture of peace in Islam.</w:t>
      </w:r>
    </w:p>
    <w:p>
      <w:pPr>
        <w:jc w:val="right"/>
      </w:pPr>
      <w:r>
        <w:t>دا پرنسپل آف پیشنس از ایٹ دا کور آف بلڈنگ ا کلچر آف پیس ان اسلام۔</w:t>
      </w:r>
    </w:p>
    <w:p>
      <w:r>
        <w:rPr>
          <w:b/>
        </w:rPr>
        <w:t xml:space="preserve">[07:59] </w:t>
      </w:r>
      <w:r>
        <w:t>Then, I would like to say that in building a culture of peace is the goal.</w:t>
      </w:r>
    </w:p>
    <w:p>
      <w:pPr>
        <w:jc w:val="right"/>
      </w:pPr>
      <w:r>
        <w:t>دین، آئی وڈ لائک ٹو سے دیٹ ان بلڈنگ ا کلچر آف پیس از دا گول۔</w:t>
      </w:r>
    </w:p>
    <w:p>
      <w:r>
        <w:rPr>
          <w:b/>
        </w:rPr>
        <w:t xml:space="preserve">[08:06] </w:t>
      </w:r>
      <w:r>
        <w:t>Deen, to my mind, three core principles should be learned by individuals: respect for all, compassion, and forgiveness.</w:t>
      </w:r>
    </w:p>
    <w:p>
      <w:pPr>
        <w:jc w:val="right"/>
      </w:pPr>
      <w:r>
        <w:t>دین، ٹو مائی مائنڈ، تھری کور پرنسپلز شوڈ بی لرن بائی انڈیویجولز: ریسپیکٹ فار آل، کمپیشن، اینڈ فارگیونس۔</w:t>
      </w:r>
    </w:p>
    <w:p>
      <w:r>
        <w:rPr>
          <w:b/>
        </w:rPr>
        <w:t xml:space="preserve">[08:13] </w:t>
      </w:r>
      <w:r>
        <w:t>It is by learning these principles that individuals can build a culture of peace in themselves.</w:t>
      </w:r>
    </w:p>
    <w:p>
      <w:pPr>
        <w:jc w:val="right"/>
      </w:pPr>
      <w:r>
        <w:t>اٹ از بائے لرننگ دیز پرنسپلز دیٹ انڈیویجولز کین بلڈ ا کلچر آف پیس ان دیم سیلف۔</w:t>
      </w:r>
    </w:p>
    <w:p>
      <w:r>
        <w:rPr>
          <w:b/>
        </w:rPr>
        <w:t xml:space="preserve">[08:19] </w:t>
      </w:r>
      <w:r>
        <w:t>Respect for all, respect for all is the most important principle by which to build a culture of</w:t>
      </w:r>
    </w:p>
    <w:p>
      <w:pPr>
        <w:jc w:val="right"/>
      </w:pPr>
      <w:r>
        <w:t>ریسپیکٹ فار آل، ریسپیکٹ فار آل از دا موسٹ امپورٹنٹ پرنسپل بائے وچ ٹو بلڈ ا کلچر آف</w:t>
      </w:r>
    </w:p>
    <w:p>
      <w:r>
        <w:rPr>
          <w:b/>
        </w:rPr>
        <w:t xml:space="preserve">[08:26] </w:t>
      </w:r>
      <w:r>
        <w:t>Peace within one self.</w:t>
      </w:r>
    </w:p>
    <w:p>
      <w:pPr>
        <w:jc w:val="right"/>
      </w:pPr>
      <w:r>
        <w:t>پیس ود ان ون سیلف۔</w:t>
      </w:r>
    </w:p>
    <w:p>
      <w:r>
        <w:rPr>
          <w:b/>
        </w:rPr>
        <w:t xml:space="preserve">[08:33] </w:t>
      </w:r>
      <w:r>
        <w:t>The teachings of Islam can be broadly divided into two areas: one, the worship of God, and two,</w:t>
      </w:r>
    </w:p>
    <w:p>
      <w:pPr>
        <w:jc w:val="right"/>
      </w:pPr>
      <w:r>
        <w:t>دا ٹیچنگز آف اسلام کین بی براڈلی ڈیوائیڈڈ انٹو ٹو ایریاز: ون، دی ورشپ آف گاڈ، اینڈ ٹو،</w:t>
      </w:r>
    </w:p>
    <w:p>
      <w:r>
        <w:rPr>
          <w:b/>
        </w:rPr>
        <w:t xml:space="preserve">[08:40] </w:t>
      </w:r>
      <w:r>
        <w:t>respect and well-wishing for mankind.</w:t>
      </w:r>
    </w:p>
    <w:p>
      <w:pPr>
        <w:jc w:val="right"/>
      </w:pPr>
      <w:r>
        <w:t>ریسپیکٹ اینڈ ویل وشنگ فار مین کائنڈ۔</w:t>
      </w:r>
    </w:p>
    <w:p>
      <w:r>
        <w:rPr>
          <w:b/>
        </w:rPr>
        <w:t xml:space="preserve">[08:47] </w:t>
      </w:r>
      <w:r>
        <w:t>Respect for other is an important teaching of Islam set forth in the Quran and in the traditions.</w:t>
      </w:r>
    </w:p>
    <w:p>
      <w:pPr>
        <w:jc w:val="right"/>
      </w:pPr>
      <w:r>
        <w:t>ریسپیکٹ فار ادر از ان امپورٹنٹ ٹیچنگ آف اسلام سیٹ فورتھ ان دا قرآن اینڈ ان دا ٹریڈیشنز</w:t>
      </w:r>
    </w:p>
    <w:p>
      <w:r>
        <w:rPr>
          <w:b/>
        </w:rPr>
        <w:t xml:space="preserve">[08:54] </w:t>
      </w:r>
      <w:r>
        <w:t>of the Prophet of Islam.</w:t>
      </w:r>
    </w:p>
    <w:p>
      <w:pPr>
        <w:jc w:val="right"/>
      </w:pPr>
      <w:r>
        <w:t>آف دی پرافٹ آف اسلام۔</w:t>
      </w:r>
    </w:p>
    <w:p>
      <w:r>
        <w:rPr>
          <w:b/>
        </w:rPr>
        <w:t xml:space="preserve">[09:00] </w:t>
      </w:r>
      <w:r>
        <w:t>Every man is worthy of respect, whether he belongs to one religion or another, to one nation or another.</w:t>
      </w:r>
    </w:p>
    <w:p>
      <w:pPr>
        <w:jc w:val="right"/>
      </w:pPr>
      <w:r>
        <w:t>ایوری مین از وردی آف ریسپیکٹ، ویدر ہی بیلنگز ٹو ون ریلیجن اور انادر، ٹو ون نیشن اور انادر۔</w:t>
      </w:r>
    </w:p>
    <w:p>
      <w:r>
        <w:rPr>
          <w:b/>
        </w:rPr>
        <w:t xml:space="preserve">[09:07] </w:t>
      </w:r>
      <w:r>
        <w:t>In no pretext can this respect be withheld from any human being.</w:t>
      </w:r>
    </w:p>
    <w:p>
      <w:pPr>
        <w:jc w:val="right"/>
      </w:pPr>
      <w:r>
        <w:t>ان نو پریٹیکسٹ کین دس ریسپیکٹ بی ود ہیلڈ فرام اینی ہیومن بینگ۔</w:t>
      </w:r>
    </w:p>
    <w:p>
      <w:r>
        <w:rPr>
          <w:b/>
        </w:rPr>
        <w:t xml:space="preserve">[09:14] </w:t>
      </w:r>
      <w:r>
        <w:t>The truth is that every individual has been created by one and the same God, therefore every</w:t>
      </w:r>
    </w:p>
    <w:p>
      <w:pPr>
        <w:jc w:val="right"/>
      </w:pPr>
      <w:r>
        <w:t>دا ٹرتھ از دیٹ ایوری انڈیویجول ہیز بین کریٹڈ بائے ون اینڈ دا سیم گاڈ، دیر فور ایوری</w:t>
      </w:r>
    </w:p>
    <w:p>
      <w:r>
        <w:rPr>
          <w:b/>
        </w:rPr>
        <w:t xml:space="preserve">[09:21] </w:t>
      </w:r>
      <w:r>
        <w:t>one is equally worthy of respect.</w:t>
      </w:r>
    </w:p>
    <w:p>
      <w:pPr>
        <w:jc w:val="right"/>
      </w:pPr>
      <w:r>
        <w:t>ون از ایکولی وردی آف ریسپیکٹ۔</w:t>
      </w:r>
    </w:p>
    <w:p>
      <w:r>
        <w:rPr>
          <w:b/>
        </w:rPr>
        <w:t xml:space="preserve">[09:28] </w:t>
      </w:r>
      <w:r>
        <w:t>There may be differences among people regarding religion and culture, but everyone has to respect the other.</w:t>
      </w:r>
    </w:p>
    <w:p>
      <w:pPr>
        <w:jc w:val="right"/>
      </w:pPr>
      <w:r>
        <w:t>دیر می بی ڈیفرنسز امنگ پیپل ریگارڈنگ ریلیجن اینڈ کلچر، بٹ ایوری ون ہیز ٹو ریسپیکٹ دی ادر۔</w:t>
      </w:r>
    </w:p>
    <w:p>
      <w:r>
        <w:rPr>
          <w:b/>
        </w:rPr>
        <w:t xml:space="preserve">[09:35] </w:t>
      </w:r>
      <w:r>
        <w:t>For according to Islam, all men and women are blood brothers and blood sisters, and all are creatures</w:t>
      </w:r>
    </w:p>
    <w:p>
      <w:pPr>
        <w:jc w:val="right"/>
      </w:pPr>
      <w:r>
        <w:t>فار اکارڈنگ ٹو اسلام، آل مین اینڈ وومن آر بلڈ برادرز اینڈ بلڈ سسٹرز، اینڈ آل آر کریچرز</w:t>
      </w:r>
    </w:p>
    <w:p>
      <w:r>
        <w:rPr>
          <w:b/>
        </w:rPr>
        <w:t xml:space="preserve">[09:41] </w:t>
      </w:r>
      <w:r>
        <w:t>of one and the same God.</w:t>
      </w:r>
    </w:p>
    <w:p>
      <w:pPr>
        <w:jc w:val="right"/>
      </w:pPr>
      <w:r>
        <w:t>آف ون اینڈ دا سیم گاڈ۔</w:t>
      </w:r>
    </w:p>
    <w:p>
      <w:r>
        <w:rPr>
          <w:b/>
        </w:rPr>
        <w:t xml:space="preserve">[09:48] </w:t>
      </w:r>
      <w:r>
        <w:t>According to Islam, all human beings deserve equal treatment.</w:t>
      </w:r>
    </w:p>
    <w:p>
      <w:pPr>
        <w:jc w:val="right"/>
      </w:pPr>
      <w:r>
        <w:t>اکارڈنگ ٹو اسلام، آل ہیومن بینگز ڈیزرو ایکول ٹریٹمنٹ۔</w:t>
      </w:r>
    </w:p>
    <w:p>
      <w:r>
        <w:rPr>
          <w:b/>
        </w:rPr>
        <w:t xml:space="preserve">[09:55] </w:t>
      </w:r>
      <w:r>
        <w:t>The Prophet of Islam once observed that a believer is one who likes for others what he likes</w:t>
      </w:r>
    </w:p>
    <w:p>
      <w:pPr>
        <w:jc w:val="right"/>
      </w:pPr>
      <w:r>
        <w:t>دی پرافٹ آف اسلام ونس ابزرو دیٹ ا بیلیور از ون ہو لائکس فار ادر واٹ ہی لائکس</w:t>
      </w:r>
    </w:p>
    <w:p>
      <w:r>
        <w:rPr>
          <w:b/>
        </w:rPr>
        <w:t xml:space="preserve">[10:02] </w:t>
      </w:r>
      <w:r>
        <w:t>for himself.</w:t>
      </w:r>
    </w:p>
    <w:p>
      <w:pPr>
        <w:jc w:val="right"/>
      </w:pPr>
      <w:r>
        <w:t>فار ہم سیلف۔</w:t>
      </w:r>
    </w:p>
    <w:p>
      <w:r>
        <w:rPr>
          <w:b/>
        </w:rPr>
        <w:t xml:space="preserve">[10:09] </w:t>
      </w:r>
      <w:r>
        <w:t>This is a very important principle of social ethics.</w:t>
      </w:r>
    </w:p>
    <w:p>
      <w:pPr>
        <w:jc w:val="right"/>
      </w:pPr>
      <w:r>
        <w:t>دس از ا ویری امپورٹنٹ پرنسپل آف سوشل ایتھکس۔</w:t>
      </w:r>
    </w:p>
    <w:p>
      <w:r>
        <w:rPr>
          <w:b/>
        </w:rPr>
        <w:t xml:space="preserve">[10:16] </w:t>
      </w:r>
      <w:r>
        <w:t>Everyone knows what attitude he wants or does not want from other.</w:t>
      </w:r>
    </w:p>
    <w:p>
      <w:pPr>
        <w:jc w:val="right"/>
      </w:pPr>
      <w:r>
        <w:t>ایوری ون نوز واٹ ایٹیٹیوڈ ہی وانٹس اور ڈز ناٹ وانٹ فرام ادر۔</w:t>
      </w:r>
    </w:p>
    <w:p>
      <w:r>
        <w:rPr>
          <w:b/>
        </w:rPr>
        <w:t xml:space="preserve">[10:22] </w:t>
      </w:r>
      <w:r>
        <w:t>He should believe with other, he should behave with other as he wants them to behave with him.</w:t>
      </w:r>
    </w:p>
    <w:p>
      <w:pPr>
        <w:jc w:val="right"/>
      </w:pPr>
      <w:r>
        <w:t>ہی شوڈ بیلیو ود ادر، ہی شوڈ بیہیو ود ادر ایز ہی وانٹس دیم ٹو بیہیو ود ہم۔</w:t>
      </w:r>
    </w:p>
    <w:p>
      <w:r>
        <w:rPr>
          <w:b/>
        </w:rPr>
        <w:t xml:space="preserve">[10:29] </w:t>
      </w:r>
      <w:r>
        <w:t>He should refrain from such behavior as he does not want to receive from other.</w:t>
      </w:r>
    </w:p>
    <w:p>
      <w:pPr>
        <w:jc w:val="right"/>
      </w:pPr>
      <w:r>
        <w:t>ہی شوڈ ریفرین فرام سچ بیہیویئر ایز ہی ڈز ناٹ وانٹ ٹو ریسیو فرام ادر۔</w:t>
      </w:r>
    </w:p>
    <w:p>
      <w:r>
        <w:rPr>
          <w:b/>
        </w:rPr>
        <w:t xml:space="preserve">[10:36] </w:t>
      </w:r>
      <w:r>
        <w:t>This is a central teaching of Islam.</w:t>
      </w:r>
    </w:p>
    <w:p>
      <w:pPr>
        <w:jc w:val="right"/>
      </w:pPr>
      <w:r>
        <w:t>دس از ا سینٹرل ٹیچنگ آف اسلام۔</w:t>
      </w:r>
    </w:p>
    <w:p>
      <w:r>
        <w:rPr>
          <w:b/>
        </w:rPr>
        <w:t xml:space="preserve">[10:43] </w:t>
      </w:r>
      <w:r>
        <w:t>It is only by following this ethics that one becomes deserving of the respect of others.</w:t>
      </w:r>
    </w:p>
    <w:p>
      <w:pPr>
        <w:jc w:val="right"/>
      </w:pPr>
      <w:r>
        <w:t>اٹ از اونلی بائے فالونگ دس ایتھکس دیٹ ون بیکم ڈیزرونگ آف دی ریسپیکٹ آف ادر۔</w:t>
      </w:r>
    </w:p>
    <w:p>
      <w:r>
        <w:rPr>
          <w:b/>
        </w:rPr>
        <w:t xml:space="preserve">[10:50] </w:t>
      </w:r>
      <w:r>
        <w:t>Compassion, compassion is the second principle of building a culture of peace within oneself.</w:t>
      </w:r>
    </w:p>
    <w:p>
      <w:pPr>
        <w:jc w:val="right"/>
      </w:pPr>
      <w:r>
        <w:t>کمپیشن، کمپیشن از دا سیکنڈ پرنسپل آف بلڈنگ ا کلچر آف پیس ود ان ون سیلف۔</w:t>
      </w:r>
    </w:p>
    <w:p>
      <w:r>
        <w:rPr>
          <w:b/>
        </w:rPr>
        <w:t xml:space="preserve">[10:57] </w:t>
      </w:r>
      <w:r>
        <w:t>If you go through the Quran and Hadith, you will find many verses in the Quran and Hadith</w:t>
      </w:r>
    </w:p>
    <w:p>
      <w:pPr>
        <w:jc w:val="right"/>
      </w:pPr>
      <w:r>
        <w:t>اف یو گو تھرو دا قرآن اینڈ حدیث، یو ویل فائنڈ مینی ورسز ان دا قرآن اینڈ حدیث</w:t>
      </w:r>
    </w:p>
    <w:p>
      <w:r>
        <w:rPr>
          <w:b/>
        </w:rPr>
        <w:t xml:space="preserve">[11:03] </w:t>
      </w:r>
      <w:r>
        <w:t>which lay great stress on compassion.</w:t>
      </w:r>
    </w:p>
    <w:p>
      <w:pPr>
        <w:jc w:val="right"/>
      </w:pPr>
      <w:r>
        <w:t>وچ لے گریٹ سٹریس ان کمپیشن۔</w:t>
      </w:r>
    </w:p>
    <w:p>
      <w:r>
        <w:rPr>
          <w:b/>
        </w:rPr>
        <w:t xml:space="preserve">[11:10] </w:t>
      </w:r>
      <w:r>
        <w:t>For instance, the Prophet of Islam said: "O people, be compassionate to others so that you may be</w:t>
      </w:r>
    </w:p>
    <w:p>
      <w:pPr>
        <w:jc w:val="right"/>
      </w:pPr>
      <w:r>
        <w:t>فار انسٹنس، دی پرافٹ آف اسلام سیڈ: "او پیپل، بی کمپیشنٹ ٹو ادر سو دیٹ یو می بی</w:t>
      </w:r>
    </w:p>
    <w:p>
      <w:r>
        <w:rPr>
          <w:b/>
        </w:rPr>
        <w:t xml:space="preserve">[11:17] </w:t>
      </w:r>
      <w:r>
        <w:t>granted compassion by God." This Islam makes compassion a matter of self-interest for every man, as one's</w:t>
      </w:r>
    </w:p>
    <w:p>
      <w:pPr>
        <w:jc w:val="right"/>
      </w:pPr>
      <w:r>
        <w:t>گرانٹڈ کمپیشن بائے گاڈ۔" دس اسلام میکس کمپیشن ا میٹر آف سیلف انٹرسٹ فار ایوری مین، ایز ونز</w:t>
      </w:r>
    </w:p>
    <w:p>
      <w:r>
        <w:rPr>
          <w:b/>
        </w:rPr>
        <w:t xml:space="preserve">[11:24] </w:t>
      </w:r>
      <w:r>
        <w:t>Our future depends on one's compassionate behavior to one's fellow men.</w:t>
      </w:r>
    </w:p>
    <w:p>
      <w:pPr>
        <w:jc w:val="right"/>
      </w:pPr>
      <w:r>
        <w:t>اون فیوچر ڈیپینڈز ان ونز کمپیشنٹ بیہیویئر ٹو ونز فیلومن۔</w:t>
      </w:r>
    </w:p>
    <w:p>
      <w:r>
        <w:rPr>
          <w:b/>
        </w:rPr>
        <w:t xml:space="preserve">[11:31] </w:t>
      </w:r>
      <w:r>
        <w:t>In this way, Islam motivates us to be compassionate in our dealings with each other.</w:t>
      </w:r>
    </w:p>
    <w:p>
      <w:pPr>
        <w:jc w:val="right"/>
      </w:pPr>
      <w:r>
        <w:t>ان دس وے، اسلام موٹیویٹس اس ٹو بی کمپیشنٹ ان اور ڈیلنگز ود ایچ ادر۔</w:t>
      </w:r>
    </w:p>
    <w:p>
      <w:r>
        <w:rPr>
          <w:b/>
        </w:rPr>
        <w:t xml:space="preserve">[11:37] </w:t>
      </w:r>
      <w:r>
        <w:t>If one wants to receive God's grace, one shall have to show compassion to other.</w:t>
      </w:r>
    </w:p>
    <w:p>
      <w:pPr>
        <w:jc w:val="right"/>
      </w:pPr>
      <w:r>
        <w:t>اف ون وانٹس ٹو ریسیو گاڈز گریس، ون شیل ہیو ٹو شو کمپیشن ٹو ادر۔</w:t>
      </w:r>
    </w:p>
    <w:p>
      <w:r>
        <w:rPr>
          <w:b/>
        </w:rPr>
        <w:t xml:space="preserve">[11:44] </w:t>
      </w:r>
      <w:r>
        <w:t>The Prophet often uttered such phrases as: "May God bless the man, may God bless the woman." This</w:t>
      </w:r>
    </w:p>
    <w:p>
      <w:pPr>
        <w:jc w:val="right"/>
      </w:pPr>
      <w:r>
        <w:t>دی پرافٹ افن اٹرڈ سچ فریز ایز: "مے گاڈ بلیس دا مین، می گاڈ بلیس دا وومن۔" دس</w:t>
      </w:r>
    </w:p>
    <w:p>
      <w:r>
        <w:rPr>
          <w:b/>
        </w:rPr>
        <w:t xml:space="preserve">[11:51] </w:t>
      </w:r>
      <w:r>
        <w:t>goes to show what type of attitude Islam wants to develop in its adherents.</w:t>
      </w:r>
    </w:p>
    <w:p>
      <w:pPr>
        <w:jc w:val="right"/>
      </w:pPr>
      <w:r>
        <w:t>گوز ٹو شو واٹ ٹائپ آف ایٹیٹیوڈ اسلام وانٹس ٹو ڈیولپ ان اٹس اڈیرنس۔</w:t>
      </w:r>
    </w:p>
    <w:p>
      <w:r>
        <w:rPr>
          <w:b/>
        </w:rPr>
        <w:t xml:space="preserve">[11:58] </w:t>
      </w:r>
      <w:r>
        <w:t>This is the culture of rahmah, that is compassion and love.</w:t>
      </w:r>
    </w:p>
    <w:p>
      <w:pPr>
        <w:jc w:val="right"/>
      </w:pPr>
      <w:r>
        <w:t>دس از دی کلچر آف رحمہ، دیٹ از کمپیشن اینڈ لو۔</w:t>
      </w:r>
    </w:p>
    <w:p>
      <w:r>
        <w:rPr>
          <w:b/>
        </w:rPr>
        <w:t xml:space="preserve">[12:05] </w:t>
      </w:r>
      <w:r>
        <w:t>Islam demands that in all occasions, human beings should be well-intentioned towards each other.</w:t>
      </w:r>
    </w:p>
    <w:p>
      <w:pPr>
        <w:jc w:val="right"/>
      </w:pPr>
      <w:r>
        <w:t>اسلام ڈیمانڈز دیٹ ان آل اوکیژنز، ہیومن بینگز شوڈ بی ویل انٹینشن ٹورڈز ایچ ادر۔</w:t>
      </w:r>
    </w:p>
    <w:p>
      <w:r>
        <w:rPr>
          <w:b/>
        </w:rPr>
        <w:t xml:space="preserve">[12:12] </w:t>
      </w:r>
      <w:r>
        <w:t>On all occasions, human beings should offer the gifts of love and compassion to others.</w:t>
      </w:r>
    </w:p>
    <w:p>
      <w:pPr>
        <w:jc w:val="right"/>
      </w:pPr>
      <w:r>
        <w:t>ان آل اوکیژنز، ہیومن بینگز شوڈ افر دا گفٹس آف لو اینڈ کمپیشن ٹو ادر۔</w:t>
      </w:r>
    </w:p>
    <w:p>
      <w:r>
        <w:rPr>
          <w:b/>
        </w:rPr>
        <w:t xml:space="preserve">[12:18] </w:t>
      </w:r>
      <w:r>
        <w:t>God's attributes are given in the Quran as: "The Compassionate, the Merciful." That is his very kind</w:t>
      </w:r>
    </w:p>
    <w:p>
      <w:pPr>
        <w:jc w:val="right"/>
      </w:pPr>
      <w:r>
        <w:t>گاڈز ایٹریبیوٹس ار گیون ان دا قرآن ایز: "دی کمپیشنٹ، دا مرسی فل، دیٹ از ہیز ویری کائنڈ</w:t>
      </w:r>
    </w:p>
    <w:p>
      <w:r>
        <w:rPr>
          <w:b/>
        </w:rPr>
        <w:t xml:space="preserve">[12:25] </w:t>
      </w:r>
      <w:r>
        <w:t>and sympathetic." Similarly, the Prophet of Islam has been called a mercy to the world, that is the</w:t>
      </w:r>
    </w:p>
    <w:p>
      <w:pPr>
        <w:jc w:val="right"/>
      </w:pPr>
      <w:r>
        <w:t>اینڈ سمپیتھٹک۔" سمیلرلی، دا پرافٹ آف اسلام ہیز بین کالڈ ا مرسی ٹو دا ورلڈ، دیٹ از دا</w:t>
      </w:r>
    </w:p>
    <w:p>
      <w:r>
        <w:rPr>
          <w:b/>
        </w:rPr>
        <w:t xml:space="preserve">[12:32] </w:t>
      </w:r>
      <w:r>
        <w:t>Prophet of Islam has been sent as a blessing to the whole world.</w:t>
      </w:r>
    </w:p>
    <w:p>
      <w:pPr>
        <w:jc w:val="right"/>
      </w:pPr>
      <w:r>
        <w:t>پرافٹ آف اسلام ہیز بین سینڈ ایز ا بلیسنگ ٹو دا ہول ورلڈ۔</w:t>
      </w:r>
    </w:p>
    <w:p>
      <w:r>
        <w:rPr>
          <w:b/>
        </w:rPr>
        <w:t xml:space="preserve">[12:39] </w:t>
      </w:r>
      <w:r>
        <w:t>The greatest distinguishing feature of the Prophet is his being the instrument of universal mercy.</w:t>
      </w:r>
    </w:p>
    <w:p>
      <w:pPr>
        <w:jc w:val="right"/>
      </w:pPr>
      <w:r>
        <w:t>دی گریٹسٹ ڈسٹنگوشنگ فیچر آف دی پرافٹ از ہز بینگ دا انسٹرومنٹ آف یونیورسل مرسی۔</w:t>
      </w:r>
    </w:p>
    <w:p>
      <w:r>
        <w:rPr>
          <w:b/>
        </w:rPr>
        <w:t xml:space="preserve">[12:46] </w:t>
      </w:r>
      <w:r>
        <w:t>As a result of the wrong thinking and misdeeds of others, we are repeatedly faced with an</w:t>
      </w:r>
    </w:p>
    <w:p>
      <w:pPr>
        <w:jc w:val="right"/>
      </w:pPr>
      <w:r>
        <w:t>ایز ا رزلٹ آف دی رونگ تھنکنگ اینڈ مس ڈیٹس آف ادر، وی آر ریپیٹڈلی فیسڈ ود ان</w:t>
      </w:r>
    </w:p>
    <w:p>
      <w:r>
        <w:rPr>
          <w:b/>
        </w:rPr>
        <w:t xml:space="preserve">[12:53] </w:t>
      </w:r>
      <w:r>
        <w:t>pleasant experiences in this present world.</w:t>
      </w:r>
    </w:p>
    <w:p>
      <w:pPr>
        <w:jc w:val="right"/>
      </w:pPr>
      <w:r>
        <w:t>پلیزنٹ ایکسپیرینسز ان دس پریزنٹ ورلڈ۔</w:t>
      </w:r>
    </w:p>
    <w:p>
      <w:r>
        <w:rPr>
          <w:b/>
        </w:rPr>
        <w:t xml:space="preserve">[12:59] </w:t>
      </w:r>
      <w:r>
        <w:t>Hence, only those can firmly tread the path of love, politeness and gentleness, who are able to refrain</w:t>
      </w:r>
    </w:p>
    <w:p>
      <w:pPr>
        <w:jc w:val="right"/>
      </w:pPr>
      <w:r>
        <w:t>ہنس، اونلی دوست کین فرملی ٹریڈ دا پاتھ آف لو، پولائٹنس اینڈ جنٹلنس، ہو آر ایبل ٹو ریفرین</w:t>
      </w:r>
    </w:p>
    <w:p>
      <w:r>
        <w:rPr>
          <w:b/>
        </w:rPr>
        <w:t xml:space="preserve">[13:06] </w:t>
      </w:r>
      <w:r>
        <w:t>from the psychology of reaction.</w:t>
      </w:r>
    </w:p>
    <w:p>
      <w:pPr>
        <w:jc w:val="right"/>
      </w:pPr>
      <w:r>
        <w:t>فرام دا سائیکالوجی آف ری ایکشن۔</w:t>
      </w:r>
    </w:p>
    <w:p>
      <w:r>
        <w:rPr>
          <w:b/>
        </w:rPr>
        <w:t xml:space="preserve">[13:13] </w:t>
      </w:r>
      <w:r>
        <w:t>That is why true believers are described in the Quran as those who curb their anger and those</w:t>
      </w:r>
    </w:p>
    <w:p>
      <w:pPr>
        <w:jc w:val="right"/>
      </w:pPr>
      <w:r>
        <w:t>دیٹ از وائی ٹرو بیلیورز آر ڈسکرائب ان دا قرآن ایز دوست ہو کر دیر اینگر اینڈ دوست</w:t>
      </w:r>
    </w:p>
    <w:p>
      <w:r>
        <w:rPr>
          <w:b/>
        </w:rPr>
        <w:t xml:space="preserve">[13:20] </w:t>
      </w:r>
      <w:r>
        <w:t>who forgive their fellowmen.</w:t>
      </w:r>
    </w:p>
    <w:p>
      <w:pPr>
        <w:jc w:val="right"/>
      </w:pPr>
      <w:r>
        <w:t>ہو فارگیو دیر فیلومن۔</w:t>
      </w:r>
    </w:p>
    <w:p>
      <w:r>
        <w:rPr>
          <w:b/>
        </w:rPr>
        <w:t xml:space="preserve">[13:27] </w:t>
      </w:r>
      <w:r>
        <w:t>Forgiveness, the third most important principle by which to build a culture of peace within oneself is forgiveness.</w:t>
      </w:r>
    </w:p>
    <w:p>
      <w:pPr>
        <w:jc w:val="right"/>
      </w:pPr>
      <w:r>
        <w:t>فارگیونس، دا تھرڈ موسٹ امپورٹنٹ پرنسپل بائے وچ ٹو بلڈ ا کلچر آف پیس ود ان ون سیلف از فارگیونس۔</w:t>
      </w:r>
    </w:p>
    <w:p>
      <w:r>
        <w:rPr>
          <w:b/>
        </w:rPr>
        <w:t xml:space="preserve">[13:34] </w:t>
      </w:r>
      <w:r>
        <w:t>The Quran has to say this of peace-loving people: "When they are angered, they forgive." There are</w:t>
      </w:r>
    </w:p>
    <w:p>
      <w:pPr>
        <w:jc w:val="right"/>
      </w:pPr>
      <w:r>
        <w:t>دی قرآن ہیز ٹو سے دس آف پیس لوونگ پیپل: "وین دے آر اینگرڈ، دے فارگیو۔" دیر آر</w:t>
      </w:r>
    </w:p>
    <w:p>
      <w:r>
        <w:rPr>
          <w:b/>
        </w:rPr>
        <w:t xml:space="preserve">[13:40] </w:t>
      </w:r>
      <w:r>
        <w:t>A number of verses in the Quran which advocate forgiveness.</w:t>
      </w:r>
    </w:p>
    <w:p>
      <w:pPr>
        <w:jc w:val="right"/>
      </w:pPr>
      <w:r>
        <w:t>ا نمبر آف ورسز ان دا قرآن وچ ایڈوکیٹ فارگیونس۔</w:t>
      </w:r>
    </w:p>
    <w:p>
      <w:r>
        <w:rPr>
          <w:b/>
        </w:rPr>
        <w:t xml:space="preserve">[13:47] </w:t>
      </w:r>
      <w:r>
        <w:t>In conclusion, patience, respect for all, compassion and forgiveness are the pillars in which a peaceful society</w:t>
      </w:r>
    </w:p>
    <w:p>
      <w:pPr>
        <w:jc w:val="right"/>
      </w:pPr>
      <w:r>
        <w:t>ان کنکلوژن، پیشنس، ریسپیکٹ فار آل، کمپیشن اینڈ فارگیونس آر دا پلرز ان وچ ا پیس فل سوسائٹی</w:t>
      </w:r>
    </w:p>
    <w:p>
      <w:r>
        <w:rPr>
          <w:b/>
        </w:rPr>
        <w:t xml:space="preserve">[13:54] </w:t>
      </w:r>
      <w:r>
        <w:t>can be built.</w:t>
      </w:r>
    </w:p>
    <w:p>
      <w:pPr>
        <w:jc w:val="right"/>
      </w:pPr>
      <w:r>
        <w:t>کین بی بلڈ۔</w:t>
      </w:r>
    </w:p>
    <w:p>
      <w:r>
        <w:rPr>
          <w:b/>
        </w:rPr>
        <w:t xml:space="preserve">[14:01] </w:t>
      </w:r>
      <w:r>
        <w:t>Islam lays emphasis on these principles by adherence to which a culture of peace can be built within individuals.</w:t>
      </w:r>
    </w:p>
    <w:p>
      <w:pPr>
        <w:jc w:val="right"/>
      </w:pPr>
      <w:r>
        <w:t>اسلام لیز ایمفیسز ان دیز پرنسپلز بائے اڈیرنس ٹو وچ ا کلچر آف پیس کین بی بلڈ ود ان انڈیویجولز۔</w:t>
      </w:r>
    </w:p>
    <w:p>
      <w:r>
        <w:rPr>
          <w:b/>
        </w:rPr>
        <w:t xml:space="preserve">[14:08] </w:t>
      </w:r>
      <w:r>
        <w:t>Wherever these values are to be found, the result will undoubtedly be a society of peace and harmony.</w:t>
      </w:r>
    </w:p>
    <w:p>
      <w:pPr>
        <w:jc w:val="right"/>
      </w:pPr>
      <w:r>
        <w:t>ویئر ایور دیز ویلیوز آر ٹو بی فاؤنڈ، دا رزلٹ ول انڈاؤٹڈلی بی ا سوسائٹی آف پیس اینڈ ہارمونی۔</w:t>
      </w:r>
    </w:p>
    <w:p>
      <w:r>
        <w:rPr>
          <w:b/>
        </w:rPr>
        <w:t xml:space="preserve">[14:15] </w:t>
      </w:r>
      <w:r>
        <w:t>One can not do better in one's efforts to ensure peace than to follow the example set by</w:t>
      </w:r>
    </w:p>
    <w:p>
      <w:pPr>
        <w:jc w:val="right"/>
      </w:pPr>
      <w:r>
        <w:t>ون کین ناٹ ڈو بیٹر ان ونز ایفرٹس ٹو انشور پیس دین ٹو فالو دی ایگزامپل سیٹ بائے</w:t>
      </w:r>
    </w:p>
    <w:p>
      <w:r>
        <w:rPr>
          <w:b/>
        </w:rPr>
        <w:t xml:space="preserve">[14:21] </w:t>
      </w:r>
      <w:r>
        <w:t>The Prophet of Islam in every phase of his life, right throughout his career, from beginning to end.</w:t>
      </w:r>
    </w:p>
    <w:p>
      <w:pPr>
        <w:jc w:val="right"/>
      </w:pPr>
      <w:r>
        <w:t>دا پرافٹ آف اسلام ان ایوری فیس آف ہز لائف، رائٹ تھرو آؤٹ ہز کیریئر، فرام بگننگ ٹو اینڈ۔</w:t>
      </w:r>
    </w:p>
    <w:p>
      <w:r>
        <w:rPr>
          <w:b/>
        </w:rPr>
        <w:t xml:space="preserve">[14:28] </w:t>
      </w:r>
      <w:r>
        <w:t>The golden rules for the carrying of the ideal of peace into effect are set forth with the</w:t>
      </w:r>
    </w:p>
    <w:p>
      <w:pPr>
        <w:jc w:val="right"/>
      </w:pPr>
      <w:r>
        <w:t>دی گولڈن رولز فار دی کیرینگ آف دا آئیڈیل آف پیس انٹو ایفیکٹ آر سیٹ فورتھ ود دی</w:t>
      </w:r>
    </w:p>
    <w:p>
      <w:r>
        <w:rPr>
          <w:b/>
        </w:rPr>
        <w:t xml:space="preserve">[14:35] </w:t>
      </w:r>
      <w:r>
        <w:t>greatest clarity in the Quran, and these rules are brilliantly illustrated by the thoughts, words and deeds of</w:t>
      </w:r>
    </w:p>
    <w:p>
      <w:pPr>
        <w:jc w:val="right"/>
      </w:pPr>
      <w:r>
        <w:t>گریٹسٹ کلیرٹی ان دا قرآن، اینڈ دیز رولز آر بریلینٹلی ایلسٹریٹڈ بائے دا تھاٹس، ورڈز اینڈ ڈیٹس آف</w:t>
      </w:r>
    </w:p>
    <w:p>
      <w:r>
        <w:rPr>
          <w:b/>
        </w:rPr>
        <w:t xml:space="preserve">[14:42] </w:t>
      </w:r>
      <w:r>
        <w:t>The Prophet of Islam as recorded in the books of Hadith and Sirah. Thank you.</w:t>
      </w:r>
    </w:p>
    <w:p>
      <w:pPr>
        <w:jc w:val="right"/>
      </w:pPr>
      <w:r>
        <w:t>دی پرافٹ آف اسلام ایز ریکارڈڈ ان دا بکس آف حدیث اینڈ سیرہ۔ تھینک یو۔</w:t>
      </w:r>
    </w:p>
    <w:p>
      <w:r>
        <w:rPr>
          <w:b/>
        </w:rPr>
        <w:t xml:space="preserve">[14:49] </w:t>
      </w:r>
      <w:r>
        <w:t>Thank you very much.</w:t>
      </w:r>
    </w:p>
    <w:p>
      <w:pPr>
        <w:jc w:val="right"/>
      </w:pPr>
      <w:r>
        <w:t>تھینک یو ویری مچ۔</w:t>
      </w:r>
    </w:p>
    <w:p>
      <w:r>
        <w:rPr>
          <w:b/>
        </w:rPr>
        <w:t xml:space="preserve">[14:56] </w:t>
      </w:r>
      <w:r>
        <w:t>And sir, everyone you are very happy and inspired, and very blessed with that wonderful effort.</w:t>
      </w:r>
    </w:p>
    <w:p>
      <w:pPr>
        <w:jc w:val="right"/>
      </w:pPr>
      <w:r>
        <w:t>اینڈ سر، ایوری ون یو آر ویری ہیپی اینڈ انسپائرڈ، اینڈ ویری بریس ود دیٹ وانڈرفل ایفرٹ۔</w:t>
      </w:r>
    </w:p>
    <w:p>
      <w:r>
        <w:rPr>
          <w:b/>
        </w:rPr>
        <w:t xml:space="preserve">[15:02] </w:t>
      </w:r>
      <w:r>
        <w:t>How is anyone has any question? And Naghma, you said that Islam faces a lot of importance in learning.</w:t>
      </w:r>
    </w:p>
    <w:p>
      <w:pPr>
        <w:jc w:val="right"/>
      </w:pPr>
      <w:r>
        <w:t>ہاؤ از اینی ون ہاس اینی کوئسچن؟ اینڈ نغمہ، یو سیڈ دیٹ اسلام فیسز ا لاٹ آف امپورٹنس ان لرننگ۔</w:t>
      </w:r>
    </w:p>
    <w:p>
      <w:r>
        <w:rPr>
          <w:b/>
        </w:rPr>
        <w:t xml:space="preserve">[15:09] </w:t>
      </w:r>
      <w:r>
        <w:t>Can you elaborate on the? You know, there are several traditions of the Prophet where he has placed</w:t>
      </w:r>
    </w:p>
    <w:p>
      <w:pPr>
        <w:jc w:val="right"/>
      </w:pPr>
      <w:r>
        <w:t>کین یو ایلابریٹ ان دا؟ یو نو، دیر آر سورل ٹریڈیشنز آف دی پرافٹ ویئر ہی ہیز پلیسڈ</w:t>
      </w:r>
    </w:p>
    <w:p>
      <w:r>
        <w:rPr>
          <w:b/>
        </w:rPr>
        <w:t xml:space="preserve">[15:16] </w:t>
      </w:r>
      <w:r>
        <w:t>greatest of importance in learning.</w:t>
      </w:r>
    </w:p>
    <w:p>
      <w:pPr>
        <w:jc w:val="right"/>
      </w:pPr>
      <w:r>
        <w:t>گریٹسٹ آف امپورٹنس ان لرننگ۔</w:t>
      </w:r>
    </w:p>
    <w:p>
      <w:r>
        <w:rPr>
          <w:b/>
        </w:rPr>
        <w:t xml:space="preserve">[15:23] </w:t>
      </w:r>
      <w:r>
        <w:t>There is one tradition which says: "Wisdom is the lost property of a believer."</w:t>
      </w:r>
    </w:p>
    <w:p>
      <w:pPr>
        <w:jc w:val="right"/>
      </w:pPr>
      <w:r>
        <w:t>دیر از ون ٹریڈیشن وچ سیز: "وزڈم از دا لاسٹ پراپرٹی آف ا بیلیور۔</w:t>
      </w:r>
    </w:p>
    <w:p>
      <w:r>
        <w:rPr>
          <w:b/>
        </w:rPr>
        <w:t xml:space="preserve">[15:30] </w:t>
      </w:r>
      <w:r>
        <w:t>He should take it wherever he finds it." There are many many other traditions because you Islam,</w:t>
      </w:r>
    </w:p>
    <w:p>
      <w:pPr>
        <w:jc w:val="right"/>
      </w:pPr>
      <w:r>
        <w:t>ہی شوڈ ٹیک اٹ ویئر ایور ہی فائنڈز اٹ۔" دیر آر مینی مینی ادر ٹریڈیشنز بیکاز یو اسلام،</w:t>
      </w:r>
    </w:p>
    <w:p>
      <w:r>
        <w:rPr>
          <w:b/>
        </w:rPr>
        <w:t xml:space="preserve">[15:37] </w:t>
      </w:r>
      <w:r>
        <w:t>There are references in the Quran also. Religious scholars are the most prized, most given, most emphasis because</w:t>
      </w:r>
    </w:p>
    <w:p>
      <w:pPr>
        <w:jc w:val="right"/>
      </w:pPr>
      <w:r>
        <w:t>دیر آر ریفرنسز ان دا قرآن السو ریلیجیس سکالرز آر دی موسٹ پرائزڈ، موسٹ گیون موسٹ ایمفیسز بیکاز</w:t>
      </w:r>
    </w:p>
    <w:p>
      <w:r>
        <w:rPr>
          <w:b/>
        </w:rPr>
        <w:t xml:space="preserve">[15:43] </w:t>
      </w:r>
      <w:r>
        <w:t>They alone can understand the creation plan of God.</w:t>
      </w:r>
    </w:p>
    <w:p>
      <w:pPr>
        <w:jc w:val="right"/>
      </w:pPr>
      <w:r>
        <w:t>دے الون کین انڈرسٹینڈ دا کریشن پلان آف گاڈ۔</w:t>
      </w:r>
    </w:p>
    <w:p>
      <w:r>
        <w:rPr>
          <w:b/>
        </w:rPr>
        <w:t xml:space="preserve">[15:50] </w:t>
      </w:r>
      <w:r>
        <w:t>They alone can attend to the realization of God.</w:t>
      </w:r>
    </w:p>
    <w:p>
      <w:pPr>
        <w:jc w:val="right"/>
      </w:pPr>
      <w:r>
        <w:t>دے الون کین اٹینڈ ٹو دا ریلائزیشن آف گاڈ۔</w:t>
      </w:r>
    </w:p>
    <w:p>
      <w:r>
        <w:rPr>
          <w:b/>
        </w:rPr>
        <w:t xml:space="preserve">[15:57] </w:t>
      </w:r>
      <w:r>
        <w:t>تو religious scholars doesn't mean only religious scholars, تو learning not only learning, religious learning, but also secular</w:t>
      </w:r>
    </w:p>
    <w:p>
      <w:pPr>
        <w:jc w:val="right"/>
      </w:pPr>
      <w:r>
        <w:t>تو ریلیجیس سکالرز ڈزنٹ مین اونلی ریلیجیس سکالرز، تو لرننگ ناٹ اونلی لرننگ، ریلیجیس لرننگ، بٹ السو سیکولر</w:t>
      </w:r>
    </w:p>
    <w:p>
      <w:r>
        <w:rPr>
          <w:b/>
        </w:rPr>
        <w:t xml:space="preserve">[16:04] </w:t>
      </w:r>
      <w:r>
        <w:t>Learning, scientific learning.</w:t>
      </w:r>
    </w:p>
    <w:p>
      <w:pPr>
        <w:jc w:val="right"/>
      </w:pPr>
      <w:r>
        <w:t>لرننگ، سائنٹیفک لرننگ۔</w:t>
      </w:r>
    </w:p>
    <w:p>
      <w:r>
        <w:rPr>
          <w:b/>
        </w:rPr>
        <w:t xml:space="preserve">[16:11] </w:t>
      </w:r>
      <w:r>
        <w:t>تو لرننگ، اٹیننگ، ریسیونگ ایجوکیشن از ویری ویری امپورٹنٹ بیکاز دا ویری پرپز آف اور کریشن از دا</w:t>
      </w:r>
    </w:p>
    <w:p>
      <w:pPr>
        <w:jc w:val="right"/>
      </w:pPr>
      <w:r>
        <w:t>تو لرننگ، اٹیننگ، ریسیونگ ایجوکیشن از ویری ویری امپورٹنٹ بیکاز دا ویری پرپس آف اور کریشن از دا</w:t>
      </w:r>
    </w:p>
    <w:p>
      <w:r>
        <w:rPr>
          <w:b/>
        </w:rPr>
        <w:t xml:space="preserve">[16:18] </w:t>
      </w:r>
      <w:r>
        <w:t>Realization of God.</w:t>
      </w:r>
    </w:p>
    <w:p>
      <w:pPr>
        <w:jc w:val="right"/>
      </w:pPr>
      <w:r>
        <w:t>ریلائزیشن آف گاڈ۔</w:t>
      </w:r>
    </w:p>
    <w:p>
      <w:r>
        <w:rPr>
          <w:b/>
        </w:rPr>
        <w:t xml:space="preserve">[16:24] </w:t>
      </w:r>
      <w:r>
        <w:t>And we can realize God only through learning, unless and until we understand God's science, understand God's creation</w:t>
      </w:r>
    </w:p>
    <w:p>
      <w:pPr>
        <w:jc w:val="right"/>
      </w:pPr>
      <w:r>
        <w:t>اینڈ وی کین ریلائز گاڈ اونلی تھرو لرننگ، انلیس اینڈ انٹل وی انڈرسٹینڈ گاڈ سائنس، انڈرسٹینڈ گاڈز کریشن</w:t>
      </w:r>
    </w:p>
    <w:p>
      <w:r>
        <w:rPr>
          <w:b/>
        </w:rPr>
        <w:t xml:space="preserve">[16:31] </w:t>
      </w:r>
      <w:r>
        <w:t>plan, and we understand the Quran, the traditions of the prophet.</w:t>
      </w:r>
    </w:p>
    <w:p>
      <w:pPr>
        <w:jc w:val="right"/>
      </w:pPr>
      <w:r>
        <w:t>پلان، اینڈ وی انڈرسٹینڈ دا قرآن، دا ٹریڈیشنز آف دی پرافٹ۔</w:t>
      </w:r>
    </w:p>
    <w:p>
      <w:r>
        <w:rPr>
          <w:b/>
        </w:rPr>
        <w:t xml:space="preserve">[16:38] </w:t>
      </w:r>
      <w:r>
        <w:t>Only then, by developing our understanding, we can become mature enough to be able to realize God, which</w:t>
      </w:r>
    </w:p>
    <w:p>
      <w:pPr>
        <w:jc w:val="right"/>
      </w:pPr>
      <w:r>
        <w:t>اونلی دین، بائے ڈیولپنگ اور انڈرسٹینڈنگ، وی کین بیکم میچور انف ٹو بی ایبل ٹو ریلائز گاڈ، وچ</w:t>
      </w:r>
    </w:p>
    <w:p>
      <w:r>
        <w:rPr>
          <w:b/>
        </w:rPr>
        <w:t xml:space="preserve">[16:45] </w:t>
      </w:r>
      <w:r>
        <w:t>is the most important goal of human life.</w:t>
      </w:r>
    </w:p>
    <w:p>
      <w:pPr>
        <w:jc w:val="right"/>
      </w:pPr>
      <w:r>
        <w:t>از دی موسٹ امپورٹنٹ گول آف ہیومن لائف۔</w:t>
      </w:r>
    </w:p>
    <w:p>
      <w:r>
        <w:rPr>
          <w:b/>
        </w:rPr>
        <w:t xml:space="preserve">[16:52] </w:t>
      </w:r>
      <w:r>
        <w:t>My question is: I would like to know your views of Islam about believers of other religions,</w:t>
      </w:r>
    </w:p>
    <w:p>
      <w:pPr>
        <w:jc w:val="right"/>
      </w:pPr>
      <w:r>
        <w:t>مائی کوئسچن از: آئی وڈ لائک ٹو نو یو ٹو یوز آف اسلام اباؤٹ بیلیورز آف ادر ریلیجنز،</w:t>
      </w:r>
    </w:p>
    <w:p>
      <w:r>
        <w:rPr>
          <w:b/>
        </w:rPr>
        <w:t xml:space="preserve">[16:58] </w:t>
      </w:r>
      <w:r>
        <w:t>جیسے for example کافر، and then, and then, I have very less knowledge about Islamic principles.</w:t>
      </w:r>
    </w:p>
    <w:p>
      <w:pPr>
        <w:jc w:val="right"/>
      </w:pPr>
      <w:r>
        <w:t>جیسے فار ایگزامپل کافر، اینڈ دین، اینڈ دین، آئی ہیو ویری لیس نالج اباؤٹ اسلامک پرنسپلز۔</w:t>
      </w:r>
    </w:p>
    <w:p>
      <w:r>
        <w:rPr>
          <w:b/>
        </w:rPr>
        <w:t xml:space="preserve">[17:05] </w:t>
      </w:r>
      <w:r>
        <w:t>But this is one calculation: what are the views of Islam regarding idol worship, worship, and what this</w:t>
      </w:r>
    </w:p>
    <w:p>
      <w:pPr>
        <w:jc w:val="right"/>
      </w:pPr>
      <w:r>
        <w:t>بٹ دس از ون کیلکولیشن: واٹ ار دی یوز آف اسلام ریگارڈنگ ائیڈل ورشپ، ورشپ، اینڈ واٹ دس</w:t>
      </w:r>
    </w:p>
    <w:p>
      <w:r>
        <w:rPr>
          <w:b/>
        </w:rPr>
        <w:t xml:space="preserve">[17:12] </w:t>
      </w:r>
      <w:r>
        <w:t>Kafirs, what if Islam to say about other things? According to Islam, all human beings have been created by God.</w:t>
      </w:r>
    </w:p>
    <w:p>
      <w:pPr>
        <w:jc w:val="right"/>
      </w:pPr>
      <w:r>
        <w:t>کافرز، واٹ اف اسلام ٹو سے اباؤٹ ادر تھنگز؟ اکارڈنگ ٹو اسلام، آل ہیومن بینگز ہیو بین کریٹڈ بائے گاڈ۔</w:t>
      </w:r>
    </w:p>
    <w:p>
      <w:r>
        <w:rPr>
          <w:b/>
        </w:rPr>
        <w:t xml:space="preserve">[17:19] </w:t>
      </w:r>
      <w:r>
        <w:t>God has given the very first man, Adam.</w:t>
      </w:r>
    </w:p>
    <w:p>
      <w:pPr>
        <w:jc w:val="right"/>
      </w:pPr>
      <w:r>
        <w:t>گاڈ ہیز گیون دا ویری فرسٹ مین، ایڈم۔</w:t>
      </w:r>
    </w:p>
    <w:p>
      <w:r>
        <w:rPr>
          <w:b/>
        </w:rPr>
        <w:t xml:space="preserve">[17:26] </w:t>
      </w:r>
      <w:r>
        <w:t>When God created Adam, He gave him His guidance.</w:t>
      </w:r>
    </w:p>
    <w:p>
      <w:pPr>
        <w:jc w:val="right"/>
      </w:pPr>
      <w:r>
        <w:t>وین گاڈ کریٹڈ ایڈم، ہی گیو ہم ہز گائیڈنس۔</w:t>
      </w:r>
    </w:p>
    <w:p>
      <w:r>
        <w:rPr>
          <w:b/>
        </w:rPr>
        <w:t xml:space="preserve">[17:33] </w:t>
      </w:r>
      <w:r>
        <w:t>And because we come to the world, and we don't know how our creator wants us to live</w:t>
      </w:r>
    </w:p>
    <w:p>
      <w:pPr>
        <w:jc w:val="right"/>
      </w:pPr>
      <w:r>
        <w:t>اینڈ بیکاز وی کم ٹو دا ورلڈ، اینڈ وی ڈونٹ نو ہاؤ اور کریٹر وانٹس اس ٹو لیو</w:t>
      </w:r>
    </w:p>
    <w:p>
      <w:r>
        <w:rPr>
          <w:b/>
        </w:rPr>
        <w:t xml:space="preserve">[17:39] </w:t>
      </w:r>
      <w:r>
        <w:t>In this world, so God has sent prophets, and these prophets bring messages for men.</w:t>
      </w:r>
    </w:p>
    <w:p>
      <w:pPr>
        <w:jc w:val="right"/>
      </w:pPr>
      <w:r>
        <w:t>ان دس ورلڈ، سو گاڈ ہیز سینڈ پرافٹس، اینڈ دیز پرافٹس برنگ میسجز فار مین۔</w:t>
      </w:r>
    </w:p>
    <w:p>
      <w:r>
        <w:rPr>
          <w:b/>
        </w:rPr>
        <w:t xml:space="preserve">[17:46] </w:t>
      </w:r>
      <w:r>
        <w:t>But these prophets in their life cannot disseminate the message to all mankind.</w:t>
      </w:r>
    </w:p>
    <w:p>
      <w:pPr>
        <w:jc w:val="right"/>
      </w:pPr>
      <w:r>
        <w:t>بٹ دیز پرافٹس ان دیر لائف کین ناٹ ڈیسیمینیٹ دا میسج ٹو آل مین کائنڈ۔</w:t>
      </w:r>
    </w:p>
    <w:p>
      <w:r>
        <w:rPr>
          <w:b/>
        </w:rPr>
        <w:t xml:space="preserve">[17:53] </w:t>
      </w:r>
      <w:r>
        <w:t>So our relationship with, now, we can say with non-Muslims, is that we have to spread</w:t>
      </w:r>
    </w:p>
    <w:p>
      <w:pPr>
        <w:jc w:val="right"/>
      </w:pPr>
      <w:r>
        <w:t>سو اور ریلیشن شپ ود ناو، وی کین سے ود نان مسلمز، از دیٹ وی ہیو ٹو سپریڈ</w:t>
      </w:r>
    </w:p>
    <w:p>
      <w:r>
        <w:rPr>
          <w:b/>
        </w:rPr>
        <w:t xml:space="preserve">[18:00] </w:t>
      </w:r>
      <w:r>
        <w:t>The education, the the the message brought by the prophet, peacefully through persuasion, because everyone needs divine guidance.</w:t>
      </w:r>
    </w:p>
    <w:p>
      <w:pPr>
        <w:jc w:val="right"/>
      </w:pPr>
      <w:r>
        <w:t>دی ایجوکیشن، دی دی دی میسج براڈ بائے دا پرافٹ، پیس فلی تھرو پرسیویژن، بیکاز ایوری ون نیڈز ڈیوائن گائیڈنس۔</w:t>
      </w:r>
    </w:p>
    <w:p>
      <w:r>
        <w:rPr>
          <w:b/>
        </w:rPr>
        <w:t xml:space="preserve">[18:07] </w:t>
      </w:r>
      <w:r>
        <w:t>So we are all human beings.</w:t>
      </w:r>
    </w:p>
    <w:p>
      <w:pPr>
        <w:jc w:val="right"/>
      </w:pPr>
      <w:r>
        <w:t>سو وی آر آل ہیومن بینگز۔</w:t>
      </w:r>
    </w:p>
    <w:p>
      <w:r>
        <w:rPr>
          <w:b/>
        </w:rPr>
        <w:t xml:space="preserve">[18:14] </w:t>
      </w:r>
      <w:r>
        <w:t>Prophet used to pray each day that we are all blood brothers and blood sisters.</w:t>
      </w:r>
    </w:p>
    <w:p>
      <w:pPr>
        <w:jc w:val="right"/>
      </w:pPr>
      <w:r>
        <w:t>پرافٹ یوز ٹو پری ایچ ڈے دیٹ وی آر آل بلڈ برادرز اینڈ بلڈ سسٹرز۔</w:t>
      </w:r>
    </w:p>
    <w:p>
      <w:r>
        <w:rPr>
          <w:b/>
        </w:rPr>
        <w:t xml:space="preserve">[18:20] </w:t>
      </w:r>
      <w:r>
        <w:t>So suppose I have come to know of something, then it become I feel like sharing it with other.</w:t>
      </w:r>
    </w:p>
    <w:p>
      <w:pPr>
        <w:jc w:val="right"/>
      </w:pPr>
      <w:r>
        <w:t>سو سپوز آئی ہیو کم ٹو نو اف سمتھنگ، دین اٹ بیکم آئی فیل لائک شیئرنگ اٹ ود ادر۔</w:t>
      </w:r>
    </w:p>
    <w:p>
      <w:r>
        <w:rPr>
          <w:b/>
        </w:rPr>
        <w:t xml:space="preserve">[18:27] </w:t>
      </w:r>
      <w:r>
        <w:t>It is just like sharing.</w:t>
      </w:r>
    </w:p>
    <w:p>
      <w:pPr>
        <w:jc w:val="right"/>
      </w:pPr>
      <w:r>
        <w:t>اٹ از جسٹ لائک شیئرنگ۔</w:t>
      </w:r>
    </w:p>
    <w:p>
      <w:r>
        <w:rPr>
          <w:b/>
        </w:rPr>
        <w:t xml:space="preserve">[18:34] </w:t>
      </w:r>
      <w:r>
        <w:t>If they respond, if they like it, they can adopt it in their life.</w:t>
      </w:r>
    </w:p>
    <w:p>
      <w:pPr>
        <w:jc w:val="right"/>
      </w:pPr>
      <w:r>
        <w:t>اف دے ریسپانڈ، اف دے لائک اٹ، دے کین اڈاپٹ اٹ ان دیر لائف۔</w:t>
      </w:r>
    </w:p>
    <w:p>
      <w:r>
        <w:rPr>
          <w:b/>
        </w:rPr>
        <w:t xml:space="preserve">[18:41] </w:t>
      </w:r>
      <w:r>
        <w:t>If they don't like it, we don't mind.</w:t>
      </w:r>
    </w:p>
    <w:p>
      <w:pPr>
        <w:jc w:val="right"/>
      </w:pPr>
      <w:r>
        <w:t>اف دے ڈونٹ لائک اٹ، وی ڈونٹ مائنڈ۔</w:t>
      </w:r>
    </w:p>
    <w:p>
      <w:r>
        <w:rPr>
          <w:b/>
        </w:rPr>
        <w:t xml:space="preserve">[18:48] </w:t>
      </w:r>
      <w:r>
        <w:t>We believe in sharing.</w:t>
      </w:r>
    </w:p>
    <w:p>
      <w:pPr>
        <w:jc w:val="right"/>
      </w:pPr>
      <w:r>
        <w:t>وی بیلیو ان شیئرنگ۔</w:t>
      </w:r>
    </w:p>
    <w:p>
      <w:r>
        <w:rPr>
          <w:b/>
        </w:rPr>
        <w:t xml:space="preserve">[18:55] </w:t>
      </w:r>
      <w:r>
        <w:t>I, I, I teach different religions.</w:t>
      </w:r>
    </w:p>
    <w:p>
      <w:pPr>
        <w:jc w:val="right"/>
      </w:pPr>
      <w:r>
        <w:t>آئی آئی آئی ٹیچ ڈفرنٹ ریلیجنز۔</w:t>
      </w:r>
    </w:p>
    <w:p>
      <w:r>
        <w:rPr>
          <w:b/>
        </w:rPr>
        <w:t xml:space="preserve">[19:01] </w:t>
      </w:r>
      <w:r>
        <w:t>I teach all the major world religions in Jamia Millia Islamia, and I tell my students that we</w:t>
      </w:r>
    </w:p>
    <w:p>
      <w:pPr>
        <w:jc w:val="right"/>
      </w:pPr>
      <w:r>
        <w:t>آئی ٹیچ آل دا میجر ورلڈ ریلیجنز ان جامعہ ملیہ اسلامی، اینڈ آئی ٹیل مائی سٹوڈنٹس دیٹ وی</w:t>
      </w:r>
    </w:p>
    <w:p>
      <w:r>
        <w:rPr>
          <w:b/>
        </w:rPr>
        <w:t xml:space="preserve">[19:08] </w:t>
      </w:r>
      <w:r>
        <w:t>have to be very objective.</w:t>
      </w:r>
    </w:p>
    <w:p>
      <w:pPr>
        <w:jc w:val="right"/>
      </w:pPr>
      <w:r>
        <w:t>ہیو ٹو بی ویری ابجیکٹیو۔</w:t>
      </w:r>
    </w:p>
    <w:p>
      <w:r>
        <w:rPr>
          <w:b/>
        </w:rPr>
        <w:t xml:space="preserve">[19:15] </w:t>
      </w:r>
      <w:r>
        <w:t>It's a two-way process.</w:t>
      </w:r>
    </w:p>
    <w:p>
      <w:pPr>
        <w:jc w:val="right"/>
      </w:pPr>
      <w:r>
        <w:t>اٹس ا ٹو وے پراسیس۔</w:t>
      </w:r>
    </w:p>
    <w:p>
      <w:r>
        <w:rPr>
          <w:b/>
        </w:rPr>
        <w:t xml:space="preserve">[19:22] </w:t>
      </w:r>
      <w:r>
        <w:t>We have to learn from different traditions, and they have to learn from our traditions.</w:t>
      </w:r>
    </w:p>
    <w:p>
      <w:pPr>
        <w:jc w:val="right"/>
      </w:pPr>
      <w:r>
        <w:t>وی ہیو ٹو لرن فرام ڈفرنٹ ٹریڈیشنز، اینڈ دے ہیو ٹو لرن فرام اور ٹریڈیشنز۔</w:t>
      </w:r>
    </w:p>
    <w:p>
      <w:r>
        <w:rPr>
          <w:b/>
        </w:rPr>
        <w:t xml:space="preserve">[19:29] </w:t>
      </w:r>
      <w:r>
        <w:t>So there is nothing like kafir.</w:t>
      </w:r>
    </w:p>
    <w:p>
      <w:pPr>
        <w:jc w:val="right"/>
      </w:pPr>
      <w:r>
        <w:t>سو دیر از نتھنگ لائک کافر۔</w:t>
      </w:r>
    </w:p>
    <w:p>
      <w:r>
        <w:rPr>
          <w:b/>
        </w:rPr>
        <w:t xml:space="preserve">[19:36] </w:t>
      </w:r>
      <w:r>
        <w:t>I, I told earlier that prophet never told anyone kafir.</w:t>
      </w:r>
    </w:p>
    <w:p>
      <w:pPr>
        <w:jc w:val="right"/>
      </w:pPr>
      <w:r>
        <w:t>آئی آئی ٹولڈ ارلیئر دیٹ پرافٹ نیور ٹولڈ اینی ون کافر۔</w:t>
      </w:r>
    </w:p>
    <w:p>
      <w:r>
        <w:rPr>
          <w:b/>
        </w:rPr>
        <w:t xml:space="preserve">[19:42] </w:t>
      </w:r>
      <w:r>
        <w:t>Prophet's disciples, there were more than one lakh in number.</w:t>
      </w:r>
    </w:p>
    <w:p>
      <w:pPr>
        <w:jc w:val="right"/>
      </w:pPr>
      <w:r>
        <w:t>پرافٹس ڈسائپلز، دیر وار مور دین ون لاکھ ان نمبر۔</w:t>
      </w:r>
    </w:p>
    <w:p>
      <w:r>
        <w:rPr>
          <w:b/>
        </w:rPr>
        <w:t xml:space="preserve">[19:49] </w:t>
      </w:r>
      <w:r>
        <w:t>They never told anyone kafir.</w:t>
      </w:r>
    </w:p>
    <w:p>
      <w:pPr>
        <w:jc w:val="right"/>
      </w:pPr>
      <w:r>
        <w:t>دے نیور ٹولڈ اینی ون کافر۔</w:t>
      </w:r>
    </w:p>
    <w:p>
      <w:r>
        <w:rPr>
          <w:b/>
        </w:rPr>
        <w:t xml:space="preserve">[19:56] </w:t>
      </w:r>
      <w:r>
        <w:t>It was later on, it was, I think, it was very very political matter.</w:t>
      </w:r>
    </w:p>
    <w:p>
      <w:pPr>
        <w:jc w:val="right"/>
      </w:pPr>
      <w:r>
        <w:t>اٹ واز لیٹر ان، اٹ واز، آئی تھنک، اٹ واز ویری ویری پولیٹیکل میٹر۔</w:t>
      </w:r>
    </w:p>
    <w:p>
      <w:r>
        <w:rPr>
          <w:b/>
        </w:rPr>
        <w:t xml:space="preserve">[20:03] </w:t>
      </w:r>
      <w:r>
        <w:t>They became against one another, and they started calling them kafirs.</w:t>
      </w:r>
    </w:p>
    <w:p>
      <w:pPr>
        <w:jc w:val="right"/>
      </w:pPr>
      <w:r>
        <w:t>دے بیکم اگینسٹ ون ان ادر، اینڈ دے سٹارٹڈ کالنگ دیم کافرز۔</w:t>
      </w:r>
    </w:p>
    <w:p>
      <w:r>
        <w:rPr>
          <w:b/>
        </w:rPr>
        <w:t xml:space="preserve">[20:10] </w:t>
      </w:r>
      <w:r>
        <w:t>So they never in the early period of Islam, which is the golden period of Islam, no one</w:t>
      </w:r>
    </w:p>
    <w:p>
      <w:pPr>
        <w:jc w:val="right"/>
      </w:pPr>
      <w:r>
        <w:t>سو دے نیور ان دا ارلی پیریڈ آف اسلام، وچ از دا گولڈن پیریڈ آف اسلام، نو ون</w:t>
      </w:r>
    </w:p>
    <w:p>
      <w:r>
        <w:rPr>
          <w:b/>
        </w:rPr>
        <w:t xml:space="preserve">[20:17] </w:t>
      </w:r>
      <w:r>
        <w:t>used to say, "Anyone kafir."</w:t>
      </w:r>
    </w:p>
    <w:p>
      <w:pPr>
        <w:jc w:val="right"/>
      </w:pPr>
      <w:r>
        <w:t>یوز ٹو سے اینی ون کافر۔</w:t>
      </w:r>
    </w:p>
    <w:p>
      <w:r>
        <w:rPr>
          <w:b/>
        </w:rPr>
        <w:t xml:space="preserve">[20:23] </w:t>
      </w:r>
      <w:r>
        <w:t>Otherwise, kafir just means denying.</w:t>
      </w:r>
    </w:p>
    <w:p>
      <w:pPr>
        <w:jc w:val="right"/>
      </w:pPr>
      <w:r>
        <w:t>ادروائز، کافر جسٹ مینز ڈینائنگ۔</w:t>
      </w:r>
    </w:p>
    <w:p>
      <w:r>
        <w:rPr>
          <w:b/>
        </w:rPr>
        <w:t xml:space="preserve">[20:30] </w:t>
      </w:r>
      <w:r>
        <w:t>تو deny anything, it's a general word.</w:t>
      </w:r>
    </w:p>
    <w:p>
      <w:pPr>
        <w:jc w:val="right"/>
      </w:pPr>
      <w:r>
        <w:t>تو ڈینائے اینی تھنگ، اٹس ا جنرل ورلڈ۔</w:t>
      </w:r>
    </w:p>
    <w:p>
      <w:r>
        <w:rPr>
          <w:b/>
        </w:rPr>
        <w:t xml:space="preserve">[20:37] </w:t>
      </w:r>
      <w:r>
        <w:t>It is not Islamic, Islamic world.</w:t>
      </w:r>
    </w:p>
    <w:p>
      <w:pPr>
        <w:jc w:val="right"/>
      </w:pPr>
      <w:r>
        <w:t>اٹ از ناٹ اسلامک، اسلامک ورلڈ۔</w:t>
      </w:r>
    </w:p>
    <w:p>
      <w:r>
        <w:rPr>
          <w:b/>
        </w:rPr>
        <w:t xml:space="preserve">[20:44] </w:t>
      </w:r>
      <w:r>
        <w:t>تو اف ہاں، like these days, Muslims don't give.</w:t>
      </w:r>
    </w:p>
    <w:p>
      <w:pPr>
        <w:jc w:val="right"/>
      </w:pPr>
      <w:r>
        <w:t>تو اف ہاں، لائک دیز ڈیز، مسلمز ڈونٹ گیو۔</w:t>
      </w:r>
    </w:p>
    <w:p>
      <w:r>
        <w:rPr>
          <w:b/>
        </w:rPr>
        <w:t xml:space="preserve">[20:51] </w:t>
      </w:r>
      <w:r>
        <w:t>I was talking to Habib Bhai, who was present in the morning session.</w:t>
      </w:r>
    </w:p>
    <w:p>
      <w:pPr>
        <w:jc w:val="right"/>
      </w:pPr>
      <w:r>
        <w:t>آئی واز ٹاکنگ ٹو حبیب بھائی، ہو واز پریزنٹ ان دا مارننگ سیشن۔</w:t>
      </w:r>
    </w:p>
    <w:p>
      <w:r>
        <w:rPr>
          <w:b/>
        </w:rPr>
        <w:t xml:space="preserve">[20:58] </w:t>
      </w:r>
      <w:r>
        <w:t>He said, he was visited by four pandits, and he, they they also raised this question of kafirs.</w:t>
      </w:r>
    </w:p>
    <w:p>
      <w:pPr>
        <w:jc w:val="right"/>
      </w:pPr>
      <w:r>
        <w:t>ہی سیڈ، ہی واز وزٹڈ بائے فور پنڈتس، اینڈ ہی، دے دے السو ریز دس کوئسچن آف کافرز۔</w:t>
      </w:r>
    </w:p>
    <w:p>
      <w:r>
        <w:rPr>
          <w:b/>
        </w:rPr>
        <w:t xml:space="preserve">[21:04] </w:t>
      </w:r>
      <w:r>
        <w:t>تو he said that we are also kafirs, because we are hiding.</w:t>
      </w:r>
    </w:p>
    <w:p>
      <w:pPr>
        <w:jc w:val="right"/>
      </w:pPr>
      <w:r>
        <w:t>تو ہی سیڈ دیٹ وی آر السو کافرز، بیکاز وی آر ہائیڈنگ۔</w:t>
      </w:r>
    </w:p>
    <w:p>
      <w:r>
        <w:rPr>
          <w:b/>
        </w:rPr>
        <w:t xml:space="preserve">[21:11] </w:t>
      </w:r>
      <w:r>
        <w:t>Any someone kafir is someone who hides something.</w:t>
      </w:r>
    </w:p>
    <w:p>
      <w:pPr>
        <w:jc w:val="right"/>
      </w:pPr>
      <w:r>
        <w:t>اینی سم ون کافر از سم ون ہو ہائیڈز سمتھنگ۔</w:t>
      </w:r>
    </w:p>
    <w:p>
      <w:r>
        <w:rPr>
          <w:b/>
        </w:rPr>
        <w:t xml:space="preserve">[21:18] </w:t>
      </w:r>
      <w:r>
        <w:t>So we are hiding the Quran from other people, so we are also kafirs.</w:t>
      </w:r>
    </w:p>
    <w:p>
      <w:pPr>
        <w:jc w:val="right"/>
      </w:pPr>
      <w:r>
        <w:t>سو وی آر ہائیڈنگ دا قرآن فرام ادر پیپل، سو وی آر السو کافرز۔</w:t>
      </w:r>
    </w:p>
    <w:p>
      <w:r>
        <w:rPr>
          <w:b/>
        </w:rPr>
        <w:t xml:space="preserve">[21:25] </w:t>
      </w:r>
      <w:r>
        <w:t>ya It is not derogatory, but it has been taken as a in the derogatory sense.</w:t>
      </w:r>
    </w:p>
    <w:p>
      <w:pPr>
        <w:jc w:val="right"/>
      </w:pPr>
      <w:r>
        <w:t>یا اٹ از ناٹ ڈیروگیٹری، بٹ اٹ ہیز بین ٹیکن ایز ا ان دا ڈیروگیٹری سینس۔</w:t>
      </w:r>
    </w:p>
    <w:p>
      <w:r>
        <w:rPr>
          <w:b/>
        </w:rPr>
        <w:t xml:space="preserve">[21:32] </w:t>
      </w:r>
      <w:r>
        <w:t>So this is not Islam at all, this is Muslim culture.</w:t>
      </w:r>
    </w:p>
    <w:p>
      <w:pPr>
        <w:jc w:val="right"/>
      </w:pPr>
      <w:r>
        <w:t>سو دس از ناٹ اسلام ایٹ آل، دس از مسلم کلچر۔</w:t>
      </w:r>
    </w:p>
    <w:p>
      <w:r>
        <w:rPr>
          <w:b/>
        </w:rPr>
        <w:t xml:space="preserve">[21:39] </w:t>
      </w:r>
      <w:r>
        <w:t>So we separate Islam and Muslim.</w:t>
      </w:r>
    </w:p>
    <w:p>
      <w:pPr>
        <w:jc w:val="right"/>
      </w:pPr>
      <w:r>
        <w:t>سو وی سیپریٹ اسلام اینڈ مسلم۔</w:t>
      </w:r>
    </w:p>
    <w:p>
      <w:r>
        <w:rPr>
          <w:b/>
        </w:rPr>
        <w:t xml:space="preserve">[21:45] </w:t>
      </w:r>
      <w:r>
        <w:t>They are influenced by different.</w:t>
      </w:r>
    </w:p>
    <w:p>
      <w:pPr>
        <w:jc w:val="right"/>
      </w:pPr>
      <w:r>
        <w:t>دے دے آر انفلوئنس بائے ڈفرنٹ۔</w:t>
      </w:r>
    </w:p>
    <w:p>
      <w:r>
        <w:rPr>
          <w:b/>
        </w:rPr>
        <w:t xml:space="preserve">[21:52] </w:t>
      </w:r>
      <w:r>
        <w:t>Ya ya, it's a later, later development.</w:t>
      </w:r>
    </w:p>
    <w:p>
      <w:pPr>
        <w:jc w:val="right"/>
      </w:pPr>
      <w:r>
        <w:t>یا یا، اٹس ا لیٹر، لیٹر ڈیولپمنٹ۔</w:t>
      </w:r>
    </w:p>
    <w:p>
      <w:r>
        <w:rPr>
          <w:b/>
        </w:rPr>
        <w:t xml:space="preserve">[21:59] </w:t>
      </w:r>
      <w:r>
        <w:t>And you is also believe that God is one.</w:t>
      </w:r>
    </w:p>
    <w:p>
      <w:pPr>
        <w:jc w:val="right"/>
      </w:pPr>
      <w:r>
        <w:t>اینڈ یو از السو بیلیو دیٹ گاڈ از ون۔</w:t>
      </w:r>
    </w:p>
    <w:p>
      <w:r>
        <w:rPr>
          <w:b/>
        </w:rPr>
        <w:t xml:space="preserve">[22:06] </w:t>
      </w:r>
      <w:r>
        <w:t>There are different religions.</w:t>
      </w:r>
    </w:p>
    <w:p>
      <w:pPr>
        <w:jc w:val="right"/>
      </w:pPr>
      <w:r>
        <w:t>دیر ار ڈفرنٹ ریلیجنز۔</w:t>
      </w:r>
    </w:p>
    <w:p>
      <w:r>
        <w:rPr>
          <w:b/>
        </w:rPr>
        <w:t xml:space="preserve">[22:13] </w:t>
      </w:r>
      <w:r>
        <w:t>Of course, peaceful coexistence.</w:t>
      </w:r>
    </w:p>
    <w:p>
      <w:pPr>
        <w:jc w:val="right"/>
      </w:pPr>
      <w:r>
        <w:t>اف کورس، پیس فل کو ایگزسٹنس۔</w:t>
      </w:r>
    </w:p>
    <w:p>
      <w:r>
        <w:rPr>
          <w:b/>
        </w:rPr>
        <w:t xml:space="preserve">[22:19] </w:t>
      </w:r>
      <w:r>
        <w:t>You go your way, it's your thing, people.</w:t>
      </w:r>
    </w:p>
    <w:p>
      <w:pPr>
        <w:jc w:val="right"/>
      </w:pPr>
      <w:r>
        <w:t>یو گو یور وے، اٹس یور تھنگ پرپل۔</w:t>
      </w:r>
    </w:p>
    <w:p>
      <w:r>
        <w:rPr>
          <w:b/>
        </w:rPr>
        <w:t xml:space="preserve">[22:26] </w:t>
      </w:r>
      <w:r>
        <w:t>You take other, but you take your back, and ultimately, it is theek.</w:t>
      </w:r>
    </w:p>
    <w:p>
      <w:pPr>
        <w:jc w:val="right"/>
      </w:pPr>
      <w:r>
        <w:t>یو ٹیک ادر، بٹ یو ٹیک یور بیک، اینڈ الٹیمیٹلی، اٹ از ٹھیک۔</w:t>
      </w:r>
    </w:p>
    <w:p>
      <w:r>
        <w:rPr>
          <w:b/>
        </w:rPr>
        <w:t xml:space="preserve">[22:33] </w:t>
      </w:r>
      <w:r>
        <w:t>So as you said, and I believe that method what I think constant also is that peaceful coexistence.</w:t>
      </w:r>
    </w:p>
    <w:p>
      <w:pPr>
        <w:jc w:val="right"/>
      </w:pPr>
      <w:r>
        <w:t>سو ایز یو سیڈ، اینڈ آئی بیلیو دیٹ میتھڈ واٹ آئی تھنک کانسٹنٹ السو از دیٹ پیس فل کو ایگزسٹنس۔</w:t>
      </w:r>
    </w:p>
    <w:p>
      <w:r>
        <w:rPr>
          <w:b/>
        </w:rPr>
        <w:t xml:space="preserve">[22:40] </w:t>
      </w:r>
      <w:r>
        <w:t>Of course, yeah. And.</w:t>
      </w:r>
    </w:p>
    <w:p>
      <w:pPr>
        <w:jc w:val="right"/>
      </w:pPr>
      <w:r>
        <w:t>اف کورس، یا۔ اینڈ۔</w:t>
      </w:r>
    </w:p>
    <w:p>
      <w:r>
        <w:rPr>
          <w:b/>
        </w:rPr>
        <w:t xml:space="preserve">[22:47] </w:t>
      </w:r>
      <w:r>
        <w:t>believe the talk of peace build up interface, but intra-face within the face of the peace community.</w:t>
      </w:r>
    </w:p>
    <w:p>
      <w:pPr>
        <w:jc w:val="right"/>
      </w:pPr>
      <w:r>
        <w:t>بیلیو دا ٹاک آف پیس بیلڈ اپ انٹر فیس، بٹ انٹرا فیس ود ان دا فیس اف دا پیس کمیونٹی۔</w:t>
      </w:r>
    </w:p>
    <w:p>
      <w:r>
        <w:rPr>
          <w:b/>
        </w:rPr>
        <w:t xml:space="preserve">[22:54] </w:t>
      </w:r>
      <w:r>
        <w:t>Probably, there is no community which is violence proof or peace perfect.</w:t>
      </w:r>
    </w:p>
    <w:p>
      <w:pPr>
        <w:jc w:val="right"/>
      </w:pPr>
      <w:r>
        <w:t>پراببلی، دیر از نو کمیونٹی وچ از وائلنس پروف اور پیس پرفیکٹ۔</w:t>
      </w:r>
    </w:p>
    <w:p>
      <w:r>
        <w:rPr>
          <w:b/>
        </w:rPr>
        <w:t xml:space="preserve">[23:00] </w:t>
      </w:r>
      <w:r>
        <w:t>Is this problem of peace different, and sometimes even the messengers of the peace, who talk about</w:t>
      </w:r>
    </w:p>
    <w:p>
      <w:pPr>
        <w:jc w:val="right"/>
      </w:pPr>
      <w:r>
        <w:t>از دس پرابلم آف پیس ڈفرنٹ، اینڈ سم ٹائمز ایون دا میسنجرز آف دا پیس، ہو ٹاک اباؤٹ</w:t>
      </w:r>
    </w:p>
    <w:p>
      <w:r>
        <w:rPr>
          <w:b/>
        </w:rPr>
        <w:t xml:space="preserve">[23:07] </w:t>
      </w:r>
      <w:r>
        <w:t>The peace, do not be peaceful.</w:t>
      </w:r>
    </w:p>
    <w:p>
      <w:pPr>
        <w:jc w:val="right"/>
      </w:pPr>
      <w:r>
        <w:t>دا پیس، ڈو ناٹ بی پیس فل۔</w:t>
      </w:r>
    </w:p>
    <w:p>
      <w:r>
        <w:rPr>
          <w:b/>
        </w:rPr>
        <w:t xml:space="preserve">[23:14] </w:t>
      </w:r>
      <w:r>
        <w:t>What is this? We are not working hard enough to make them realize the importance of peace.</w:t>
      </w:r>
    </w:p>
    <w:p>
      <w:pPr>
        <w:jc w:val="right"/>
      </w:pPr>
      <w:r>
        <w:t>واٹ از دس؟ وی آر ناٹ ورکنگ ہارڈ انف ٹو میک دیم ریلائز دا امپورٹنس آف پیس۔</w:t>
      </w:r>
    </w:p>
    <w:p>
      <w:r>
        <w:rPr>
          <w:b/>
        </w:rPr>
        <w:t xml:space="preserve">[23:21] </w:t>
      </w:r>
      <w:r>
        <w:t>So, and there are, so far as I know, according to my experience, the Muslims study the Quran,</w:t>
      </w:r>
    </w:p>
    <w:p>
      <w:pPr>
        <w:jc w:val="right"/>
      </w:pPr>
      <w:r>
        <w:t>سو، اینڈ دیر آر، سو فار ایز آئی نو، اکارڈنگ ٹو مائی ایکسپیرینس، دا مسلمز سٹڈی دی قرآن،</w:t>
      </w:r>
    </w:p>
    <w:p>
      <w:r>
        <w:rPr>
          <w:b/>
        </w:rPr>
        <w:t xml:space="preserve">[23:28] </w:t>
      </w:r>
      <w:r>
        <w:t>They recited the Quran.</w:t>
      </w:r>
    </w:p>
    <w:p>
      <w:pPr>
        <w:jc w:val="right"/>
      </w:pPr>
      <w:r>
        <w:t>دے ریسائیڈ دا قرآن۔</w:t>
      </w:r>
    </w:p>
    <w:p>
      <w:r>
        <w:rPr>
          <w:b/>
        </w:rPr>
        <w:t xml:space="preserve">[23:35] </w:t>
      </w:r>
      <w:r>
        <w:t>They don't study the Quran, they recite the Quran.</w:t>
      </w:r>
    </w:p>
    <w:p>
      <w:pPr>
        <w:jc w:val="right"/>
      </w:pPr>
      <w:r>
        <w:t>دے ڈونٹ سٹڈی دا قرآن، دے ریسائیڈ دا قرآن۔</w:t>
      </w:r>
    </w:p>
    <w:p>
      <w:r>
        <w:rPr>
          <w:b/>
        </w:rPr>
        <w:t xml:space="preserve">[23:41] </w:t>
      </w:r>
      <w:r>
        <w:t>They say their prayers without understanding.</w:t>
      </w:r>
    </w:p>
    <w:p>
      <w:pPr>
        <w:jc w:val="right"/>
      </w:pPr>
      <w:r>
        <w:t>دے سے دیر پریئرز ودا آؤٹ انڈرسٹینڈنگ۔</w:t>
      </w:r>
    </w:p>
    <w:p>
      <w:r>
        <w:rPr>
          <w:b/>
        </w:rPr>
        <w:t xml:space="preserve">[23:48] </w:t>
      </w:r>
      <w:r>
        <w:t>Prayers are read in Arabic, they don't understand the meaning, most of them.</w:t>
      </w:r>
    </w:p>
    <w:p>
      <w:pPr>
        <w:jc w:val="right"/>
      </w:pPr>
      <w:r>
        <w:t>پریئرز آر ریڈ ان عربک، دے ڈونٹ انڈرسٹینڈ دا میننگ، موسٹ آف دیم۔</w:t>
      </w:r>
    </w:p>
    <w:p>
      <w:r>
        <w:rPr>
          <w:b/>
        </w:rPr>
        <w:t xml:space="preserve">[23:55] </w:t>
      </w:r>
      <w:r>
        <w:t>So, they have to be told the importance of peace, the values that Islam cherishes.</w:t>
      </w:r>
    </w:p>
    <w:p>
      <w:pPr>
        <w:jc w:val="right"/>
      </w:pPr>
      <w:r>
        <w:t>سو، دے ہیو ٹو بی ٹولڈ دا امپورٹنس آف پیس، دا ویلیوز دیٹ اسلام چیرشز۔</w:t>
      </w:r>
    </w:p>
    <w:p>
      <w:r>
        <w:rPr>
          <w:b/>
        </w:rPr>
        <w:t xml:space="preserve">[24:02] </w:t>
      </w:r>
      <w:r>
        <w:t>So, it's, it's, I often think that this is, we are not working hard enough to make them understand.</w:t>
      </w:r>
    </w:p>
    <w:p>
      <w:pPr>
        <w:jc w:val="right"/>
      </w:pPr>
      <w:r>
        <w:t>سو، اٹس، اٹس، آئی آفن تھنک دیٹ دس از، وی آر ناٹ ورکنگ ہارڈ انف ٹو میک دیم انڈرسٹینڈ۔</w:t>
      </w:r>
    </w:p>
    <w:p>
      <w:r>
        <w:rPr>
          <w:b/>
        </w:rPr>
        <w:t xml:space="preserve">[24:09] </w:t>
      </w:r>
      <w:r>
        <w:t>So, difference has to be tolerated.</w:t>
      </w:r>
    </w:p>
    <w:p>
      <w:pPr>
        <w:jc w:val="right"/>
      </w:pPr>
      <w:r>
        <w:t>سو، ڈفرنس ہیز ٹو بی ٹولریٹڈ۔</w:t>
      </w:r>
    </w:p>
    <w:p>
      <w:r>
        <w:rPr>
          <w:b/>
        </w:rPr>
        <w:t xml:space="preserve">[24:16] </w:t>
      </w:r>
      <w:r>
        <w:t>I gave them the example that at home, we tolerate differences.</w:t>
      </w:r>
    </w:p>
    <w:p>
      <w:pPr>
        <w:jc w:val="right"/>
      </w:pPr>
      <w:r>
        <w:t>آئی گیو دیم دا ایگزامپل دیٹ ایٹ ہوم، وی ٹولریٹ ڈفرنسز۔</w:t>
      </w:r>
    </w:p>
    <w:p>
      <w:r>
        <w:rPr>
          <w:b/>
        </w:rPr>
        <w:t xml:space="preserve">[24:22] </w:t>
      </w:r>
      <w:r>
        <w:t>So, why, why can't we tolerate differences in the outer world? So, when it is because we don't love humanity.</w:t>
      </w:r>
    </w:p>
    <w:p>
      <w:pPr>
        <w:jc w:val="right"/>
      </w:pPr>
      <w:r>
        <w:t>سو، وائی، وائی کانٹ وی ٹولریٹ ڈفرنسز ان دی آؤٹر ورلڈ؟ سو، وین اٹ از بیکاز وی ڈونٹ لو ہیومینٹی۔</w:t>
      </w:r>
    </w:p>
    <w:p>
      <w:r>
        <w:rPr>
          <w:b/>
        </w:rPr>
        <w:t xml:space="preserve">[24:29] </w:t>
      </w:r>
      <w:r>
        <w:t>So, we will have to love humanity.</w:t>
      </w:r>
    </w:p>
    <w:p>
      <w:pPr>
        <w:jc w:val="right"/>
      </w:pPr>
      <w:r>
        <w:t>سو، وی ویل ہیو ٹو لو ہیومینٹی۔</w:t>
      </w:r>
    </w:p>
    <w:p>
      <w:r>
        <w:rPr>
          <w:b/>
        </w:rPr>
        <w:t xml:space="preserve">[24:36] </w:t>
      </w:r>
      <w:r>
        <w:t>We will have to think that they are like us.</w:t>
      </w:r>
    </w:p>
    <w:p>
      <w:pPr>
        <w:jc w:val="right"/>
      </w:pPr>
      <w:r>
        <w:t>وی ویل ہیو ٹو تھنک دیٹ دے آر لائک اس۔</w:t>
      </w:r>
    </w:p>
    <w:p>
      <w:r>
        <w:rPr>
          <w:b/>
        </w:rPr>
        <w:t xml:space="preserve">[24:43] </w:t>
      </w:r>
      <w:r>
        <w:t>We expect everything from them, but we are not ready to give anything to them.</w:t>
      </w:r>
    </w:p>
    <w:p>
      <w:pPr>
        <w:jc w:val="right"/>
      </w:pPr>
      <w:r>
        <w:t>وی ایکسپیکٹ ایوری تھنگ فرام دیم، بٹ وی آر ناٹ ریڈی ٹو گیو اینی تھنگ ٹو دیم۔</w:t>
      </w:r>
    </w:p>
    <w:p>
      <w:r>
        <w:rPr>
          <w:b/>
        </w:rPr>
        <w:t xml:space="preserve">[24:50] </w:t>
      </w:r>
      <w:r>
        <w:t>So, this is the contradiction which we have to be.</w:t>
      </w:r>
    </w:p>
    <w:p>
      <w:pPr>
        <w:jc w:val="right"/>
      </w:pPr>
      <w:r>
        <w:t>سو، دس از دی کانٹراڈکشن وچ وی ہیز ٹو بی۔</w:t>
      </w:r>
    </w:p>
    <w:p>
      <w:r>
        <w:rPr>
          <w:b/>
        </w:rPr>
        <w:t xml:space="preserve">[24:57] </w:t>
      </w:r>
      <w:r>
        <w:t>We should have more, more and more such programs at at community level, at inter-community level.</w:t>
      </w:r>
    </w:p>
    <w:p>
      <w:pPr>
        <w:jc w:val="right"/>
      </w:pPr>
      <w:r>
        <w:t>وی شوڈ ہیو مور، مور اینڈ مور سچ پروگرامز ایٹ ایٹ کمیونٹی لیول، ایٹ انٹر کمیونٹی لیول۔</w:t>
      </w:r>
    </w:p>
    <w:p>
      <w:r>
        <w:rPr>
          <w:b/>
        </w:rPr>
        <w:t xml:space="preserve">[25:03] </w:t>
      </w:r>
      <w:r>
        <w:t>And we have to bring awareness among the people.</w:t>
      </w:r>
    </w:p>
    <w:p>
      <w:pPr>
        <w:jc w:val="right"/>
      </w:pPr>
      <w:r>
        <w:t>اینڈ وی ہیو ٹو برنگ اویرنس امنگ دا پیپل۔</w:t>
      </w:r>
    </w:p>
    <w:p>
      <w:r>
        <w:rPr>
          <w:b/>
        </w:rPr>
        <w:t xml:space="preserve">[25:10] </w:t>
      </w:r>
      <w:r>
        <w:t>My name is Parvez Khazan, I am from Bangalore.</w:t>
      </w:r>
    </w:p>
    <w:p>
      <w:pPr>
        <w:jc w:val="right"/>
      </w:pPr>
      <w:r>
        <w:t>مائی نیم از پرویز خزان، ائی ایم فرام بینگلور۔</w:t>
      </w:r>
    </w:p>
    <w:p>
      <w:r>
        <w:rPr>
          <w:b/>
        </w:rPr>
        <w:t xml:space="preserve">[25:17] </w:t>
      </w:r>
      <w:r>
        <w:t>Farida ji, can you reflect on why there are very few initiatives for interfaith dialogue are taken by</w:t>
      </w:r>
    </w:p>
    <w:p>
      <w:pPr>
        <w:jc w:val="right"/>
      </w:pPr>
      <w:r>
        <w:t>فاریدہ جی، کین یو ریفلیکٹ ان وائی دیر ویری فیو انیشیٹیوز فار انٹر فیس ڈائیلاگ ار ٹیکن بائے</w:t>
      </w:r>
    </w:p>
    <w:p>
      <w:r>
        <w:rPr>
          <w:b/>
        </w:rPr>
        <w:t xml:space="preserve">[25:24] </w:t>
      </w:r>
      <w:r>
        <w:t>Muslim groups? In India, for example, we have Christians who are very active in the interfaith dialogue.</w:t>
      </w:r>
    </w:p>
    <w:p>
      <w:pPr>
        <w:jc w:val="right"/>
      </w:pPr>
      <w:r>
        <w:t>مسلم گروپس؟ ان انڈیا، فار ایگزیمپل، وی ہیو کرسچنز ہو آر ویری ایکٹیو ان دا انٹر فیس ڈائیلاگ۔</w:t>
      </w:r>
    </w:p>
    <w:p>
      <w:r>
        <w:rPr>
          <w:b/>
        </w:rPr>
        <w:t xml:space="preserve">[25:31] </w:t>
      </w:r>
      <w:r>
        <w:t>And this group is the Buddhist group.</w:t>
      </w:r>
    </w:p>
    <w:p>
      <w:pPr>
        <w:jc w:val="right"/>
      </w:pPr>
      <w:r>
        <w:t>اینڈ دس گروپ از دا بدھسٹ گروپ۔</w:t>
      </w:r>
    </w:p>
    <w:p>
      <w:r>
        <w:rPr>
          <w:b/>
        </w:rPr>
        <w:t xml:space="preserve">[25:38] </w:t>
      </w:r>
      <w:r>
        <w:t>But other than the PTS, there are very few Muslim initiatives for interfaith dialogue.</w:t>
      </w:r>
    </w:p>
    <w:p>
      <w:pPr>
        <w:jc w:val="right"/>
      </w:pPr>
      <w:r>
        <w:t>بٹ ادر دین دا پی ٹی ایس، دیر ویری فیو مسلم انیشیٹیوز فار انٹر فیس ڈائیلاگ۔</w:t>
      </w:r>
    </w:p>
    <w:p>
      <w:r>
        <w:rPr>
          <w:b/>
        </w:rPr>
        <w:t xml:space="preserve">[25:44] </w:t>
      </w:r>
      <w:r>
        <w:t>What you think is the reason for this? I think the reason has to be traced very far back.</w:t>
      </w:r>
    </w:p>
    <w:p>
      <w:pPr>
        <w:jc w:val="right"/>
      </w:pPr>
      <w:r>
        <w:t>واٹ یو تھنک از دا ریزن فار دس؟ آئی تھنک دا ریزن ہیز ٹو بی ٹریسڈ ویری فار بیک۔</w:t>
      </w:r>
    </w:p>
    <w:p>
      <w:r>
        <w:rPr>
          <w:b/>
        </w:rPr>
        <w:t xml:space="preserve">[25:51] </w:t>
      </w:r>
      <w:r>
        <w:t>The Muslims had established an empire.</w:t>
      </w:r>
    </w:p>
    <w:p>
      <w:pPr>
        <w:jc w:val="right"/>
      </w:pPr>
      <w:r>
        <w:t>دا مسلمز ہیڈ اسٹیبلش اینڈ ایمپائر۔</w:t>
      </w:r>
    </w:p>
    <w:p>
      <w:r>
        <w:rPr>
          <w:b/>
        </w:rPr>
        <w:t xml:space="preserve">[25:58] </w:t>
      </w:r>
      <w:r>
        <w:t>So, they thought that they are superior, others are inferior, and they are still thinking, they are still</w:t>
      </w:r>
    </w:p>
    <w:p>
      <w:pPr>
        <w:jc w:val="right"/>
      </w:pPr>
      <w:r>
        <w:t>سو، دے تھاٹ دیٹ دے آر سپیریئر، ادرز آر انفیریر، اینڈ دے آر اسٹل تھنکنگ، دے آر اسٹل</w:t>
      </w:r>
    </w:p>
    <w:p>
      <w:r>
        <w:rPr>
          <w:b/>
        </w:rPr>
        <w:t xml:space="preserve">[26:05] </w:t>
      </w:r>
      <w:r>
        <w:t>Same mindset.</w:t>
      </w:r>
    </w:p>
    <w:p>
      <w:pPr>
        <w:jc w:val="right"/>
      </w:pPr>
      <w:r>
        <w:t>سیم مائنڈ سیٹ۔</w:t>
      </w:r>
    </w:p>
    <w:p>
      <w:r>
        <w:rPr>
          <w:b/>
        </w:rPr>
        <w:t xml:space="preserve">[26:12] </w:t>
      </w:r>
      <w:r>
        <w:t>that now, we it is a global village.</w:t>
      </w:r>
    </w:p>
    <w:p>
      <w:pPr>
        <w:jc w:val="right"/>
      </w:pPr>
      <w:r>
        <w:t>دیٹ ناو، وی اٹ از ا گلوبل ولیج۔</w:t>
      </w:r>
    </w:p>
    <w:p>
      <w:r>
        <w:rPr>
          <w:b/>
        </w:rPr>
        <w:t xml:space="preserve">[26:19] </w:t>
      </w:r>
      <w:r>
        <w:t>We are living together, we are traveling abroad, and at so many places, we have interactions.</w:t>
      </w:r>
    </w:p>
    <w:p>
      <w:pPr>
        <w:jc w:val="right"/>
      </w:pPr>
      <w:r>
        <w:t>وی آر لیونگ ٹوگیدر، وی آر ٹریولنگ ابراڈ، اینڈ ایٹ سو مینی پلیسز، وی ہیو انٹریکشنز۔</w:t>
      </w:r>
    </w:p>
    <w:p>
      <w:r>
        <w:rPr>
          <w:b/>
        </w:rPr>
        <w:t xml:space="preserve">[26:25] </w:t>
      </w:r>
      <w:r>
        <w:t>But still, they have to, they have to, they have not yet realized that we are all equal.</w:t>
      </w:r>
    </w:p>
    <w:p>
      <w:pPr>
        <w:jc w:val="right"/>
      </w:pPr>
      <w:r>
        <w:t>بٹ اسٹل، دے ہیو ٹو، دے ہیو ٹو، دے ہیو ناٹ یٹ ریلائزڈ دیٹ وی آر آل ایکول۔</w:t>
      </w:r>
    </w:p>
    <w:p>
      <w:r>
        <w:rPr>
          <w:b/>
        </w:rPr>
        <w:t xml:space="preserve">[26:32] </w:t>
      </w:r>
      <w:r>
        <w:t>I tell often my students that this world is for everyone.</w:t>
      </w:r>
    </w:p>
    <w:p>
      <w:pPr>
        <w:jc w:val="right"/>
      </w:pPr>
      <w:r>
        <w:t>آئی ٹیل افن مائی سٹوڈنٹس دیٹ دس ورلڈ از فار ایوری ون۔</w:t>
      </w:r>
    </w:p>
    <w:p>
      <w:r>
        <w:rPr>
          <w:b/>
        </w:rPr>
        <w:t xml:space="preserve">[26:39] </w:t>
      </w:r>
      <w:r>
        <w:t>You reserve your place in paradise, but this world is for everyone.</w:t>
      </w:r>
    </w:p>
    <w:p>
      <w:pPr>
        <w:jc w:val="right"/>
      </w:pPr>
      <w:r>
        <w:t>یو ریزرو یور پلیس ان پیراڈائز، بٹ دس ورلڈ از فار ایوری ون۔</w:t>
      </w:r>
    </w:p>
    <w:p>
      <w:r>
        <w:rPr>
          <w:b/>
        </w:rPr>
        <w:t xml:space="preserve">[26:46] </w:t>
      </w:r>
      <w:r>
        <w:t>We have to live together, and if we have to live together, we have to understand their point</w:t>
      </w:r>
    </w:p>
    <w:p>
      <w:pPr>
        <w:jc w:val="right"/>
      </w:pPr>
      <w:r>
        <w:t>وی ہیو ٹو لیو ٹوگیدر، اینڈ اف وی ہیو ٹو لیو ٹوگیدر، وی ہیو ٹو انڈرسٹینڈ دیر پوائنٹ</w:t>
      </w:r>
    </w:p>
    <w:p>
      <w:r>
        <w:rPr>
          <w:b/>
        </w:rPr>
        <w:t xml:space="preserve">[26:53] </w:t>
      </w:r>
      <w:r>
        <w:t>of view objectively.</w:t>
      </w:r>
    </w:p>
    <w:p>
      <w:pPr>
        <w:jc w:val="right"/>
      </w:pPr>
      <w:r>
        <w:t>آف ویو ابجیکٹولی۔</w:t>
      </w:r>
    </w:p>
    <w:p>
      <w:r>
        <w:rPr>
          <w:b/>
        </w:rPr>
        <w:t xml:space="preserve">[27:00] </w:t>
      </w:r>
      <w:r>
        <w:t>And biased, we are biased most of the time, because all our literature is also those.</w:t>
      </w:r>
    </w:p>
    <w:p>
      <w:pPr>
        <w:jc w:val="right"/>
      </w:pPr>
      <w:r>
        <w:t>اینڈ بائیڈ، وی آر بائیڈ موسٹ اف دا ٹائم، بیکاز ال اور لٹریچر از السو دوز۔</w:t>
      </w:r>
    </w:p>
    <w:p>
      <w:r>
        <w:rPr>
          <w:b/>
        </w:rPr>
        <w:t xml:space="preserve">[27:06] </w:t>
      </w:r>
      <w:r>
        <w:t>Only those people who are studying Maulana's literature, they are able to understand the importance of peace and living together.</w:t>
      </w:r>
    </w:p>
    <w:p>
      <w:pPr>
        <w:jc w:val="right"/>
      </w:pPr>
      <w:r>
        <w:t>اونلی دوز پیپل ہو آر سٹڈنگ مولانا لٹریچر، دے آر ایبل ٹو انڈرسٹینڈ دا امپورٹنس آف پیس اینڈ لیونگ ٹوگیدر۔</w:t>
      </w:r>
    </w:p>
    <w:p>
      <w:r>
        <w:rPr>
          <w:b/>
        </w:rPr>
        <w:t xml:space="preserve">[27:13] </w:t>
      </w:r>
      <w:r>
        <w:t>But other literature is not emphasizing on this point.</w:t>
      </w:r>
    </w:p>
    <w:p>
      <w:pPr>
        <w:jc w:val="right"/>
      </w:pPr>
      <w:r>
        <w:t>بٹ ادر لٹریچر از ناٹ ایمفسائزنگ ان دس پوائنٹس۔</w:t>
      </w:r>
    </w:p>
    <w:p>
      <w:r>
        <w:rPr>
          <w:b/>
        </w:rPr>
        <w:t xml:space="preserve">[27:20] </w:t>
      </w:r>
      <w:r>
        <w:t>So, this is the problem.</w:t>
      </w:r>
    </w:p>
    <w:p>
      <w:pPr>
        <w:jc w:val="right"/>
      </w:pPr>
      <w:r>
        <w:t>سو، دس از دا پرابلم۔</w:t>
      </w:r>
    </w:p>
    <w:p>
      <w:r>
        <w:rPr>
          <w:b/>
        </w:rPr>
        <w:t xml:space="preserve">[27:27] </w:t>
      </w:r>
      <w:r>
        <w:t>It is the problem of their mindset that has to be broken.</w:t>
      </w:r>
    </w:p>
    <w:p>
      <w:pPr>
        <w:jc w:val="right"/>
      </w:pPr>
      <w:r>
        <w:t>اٹ از دا پرابلم آف دیر مائنڈ سیٹ دیٹ ہیز ٹو بی بروکن۔</w:t>
      </w:r>
    </w:p>
    <w:p>
      <w:r>
        <w:rPr>
          <w:b/>
        </w:rPr>
        <w:t xml:space="preserve">[27:34] </w:t>
      </w:r>
      <w:r>
        <w:t>And I, I, we went to Palestine, and there about hundred Palestinians were invited, invited to that program</w:t>
      </w:r>
    </w:p>
    <w:p>
      <w:pPr>
        <w:jc w:val="right"/>
      </w:pPr>
      <w:r>
        <w:t>اینڈ آئی، آئی، وی وینٹ ٹو پیلسٹائن، اینڈ دیر اباؤٹ ہنڈرڈ پیلسٹینینز ویر انوائٹڈ، انوائٹڈ ٹو دیٹ پروگرام</w:t>
      </w:r>
    </w:p>
    <w:p>
      <w:r>
        <w:rPr>
          <w:b/>
        </w:rPr>
        <w:t xml:space="preserve">[27:40] </w:t>
      </w:r>
      <w:r>
        <w:t>which was hosted by Shimon Peres, then President of Israel.</w:t>
      </w:r>
    </w:p>
    <w:p>
      <w:pPr>
        <w:jc w:val="right"/>
      </w:pPr>
      <w:r>
        <w:t>وچ واز ہوسٹڈ بائے شیمون پیریز، دین پریزیڈنٹ آف اسرائیل۔</w:t>
      </w:r>
    </w:p>
    <w:p>
      <w:r>
        <w:rPr>
          <w:b/>
        </w:rPr>
        <w:t xml:space="preserve">[27:47] </w:t>
      </w:r>
      <w:r>
        <w:t>So, they, their leaders were just monologuing.</w:t>
      </w:r>
    </w:p>
    <w:p>
      <w:pPr>
        <w:jc w:val="right"/>
      </w:pPr>
      <w:r>
        <w:t>سو، دے، دیر لیڈرز ویر جسٹ مورولاگنگ۔</w:t>
      </w:r>
    </w:p>
    <w:p>
      <w:r>
        <w:rPr>
          <w:b/>
        </w:rPr>
        <w:t xml:space="preserve">[27:54] </w:t>
      </w:r>
      <w:r>
        <w:t>They were not listening to anyone.</w:t>
      </w:r>
    </w:p>
    <w:p>
      <w:pPr>
        <w:jc w:val="right"/>
      </w:pPr>
      <w:r>
        <w:t>دے ویر ناٹ لسننگ ٹو اینی ون۔</w:t>
      </w:r>
    </w:p>
    <w:p>
      <w:r>
        <w:rPr>
          <w:b/>
        </w:rPr>
        <w:t xml:space="preserve">[28:01] </w:t>
      </w:r>
      <w:r>
        <w:t>So, they don't know that this is the world of dialogue, but they still want to enter into monologue.</w:t>
      </w:r>
    </w:p>
    <w:p>
      <w:pPr>
        <w:jc w:val="right"/>
      </w:pPr>
      <w:r>
        <w:t>سو، دے ڈونٹ نو دیٹ دس از دا ورلڈ آف ڈائیلاگ، بٹ دے سٹل وانٹ ٹو انٹر انٹو مونولاگ۔</w:t>
      </w:r>
    </w:p>
    <w:p>
      <w:r>
        <w:rPr>
          <w:b/>
        </w:rPr>
        <w:t xml:space="preserve">[28:08] </w:t>
      </w:r>
      <w:r>
        <w:t>They will not listen to anyone.</w:t>
      </w:r>
    </w:p>
    <w:p>
      <w:pPr>
        <w:jc w:val="right"/>
      </w:pPr>
      <w:r>
        <w:t>دے ویل ناٹ لسن ٹو اینی ون۔</w:t>
      </w:r>
    </w:p>
    <w:p>
      <w:r>
        <w:rPr>
          <w:b/>
        </w:rPr>
        <w:t xml:space="preserve">[28:15] </w:t>
      </w:r>
      <w:r>
        <w:t>They are not tolerant to other idea.</w:t>
      </w:r>
    </w:p>
    <w:p>
      <w:pPr>
        <w:jc w:val="right"/>
      </w:pPr>
      <w:r>
        <w:t>دے آر ناٹ ٹولرنٹ ٹو ادر آئیڈیا۔</w:t>
      </w:r>
    </w:p>
    <w:p>
      <w:r>
        <w:rPr>
          <w:b/>
        </w:rPr>
        <w:t xml:space="preserve">[28:21] </w:t>
      </w:r>
      <w:r>
        <w:t>They think their religion is superior.</w:t>
      </w:r>
    </w:p>
    <w:p>
      <w:pPr>
        <w:jc w:val="right"/>
      </w:pPr>
      <w:r>
        <w:t>دے تھنک دیر ریلیجن از سپیریر۔</w:t>
      </w:r>
    </w:p>
    <w:p>
      <w:r>
        <w:rPr>
          <w:b/>
        </w:rPr>
        <w:t xml:space="preserve">[28:28] </w:t>
      </w:r>
      <w:r>
        <w:t>And every religion is superior.</w:t>
      </w:r>
    </w:p>
    <w:p>
      <w:pPr>
        <w:jc w:val="right"/>
      </w:pPr>
      <w:r>
        <w:t>اینڈ ایوری ریلیجن از سپیریر۔</w:t>
      </w:r>
    </w:p>
    <w:p>
      <w:r>
        <w:rPr>
          <w:b/>
        </w:rPr>
        <w:t xml:space="preserve">[28:35] </w:t>
      </w:r>
      <w:r>
        <w:t>It is, it is the fault lies within the followers.</w:t>
      </w:r>
    </w:p>
    <w:p>
      <w:pPr>
        <w:jc w:val="right"/>
      </w:pPr>
      <w:r>
        <w:t>اٹ از، اٹ از دا فالٹ لائز ود ان دی فالوورز۔</w:t>
      </w:r>
    </w:p>
    <w:p>
      <w:r>
        <w:rPr>
          <w:b/>
        </w:rPr>
        <w:t xml:space="preserve">[28:42] </w:t>
      </w:r>
      <w:r>
        <w:t>We don't follow our traditions properly.</w:t>
      </w:r>
    </w:p>
    <w:p>
      <w:pPr>
        <w:jc w:val="right"/>
      </w:pPr>
      <w:r>
        <w:t>وی ڈونٹ فالو اور ٹریڈیشنز پراپرلی۔</w:t>
      </w:r>
    </w:p>
    <w:p>
      <w:r>
        <w:rPr>
          <w:b/>
        </w:rPr>
        <w:t xml:space="preserve">[28:49] </w:t>
      </w:r>
      <w:r>
        <w:t>If we follow, there are all the moral values, religious values, are there in every religion.</w:t>
      </w:r>
    </w:p>
    <w:p>
      <w:pPr>
        <w:jc w:val="right"/>
      </w:pPr>
      <w:r>
        <w:t>اف وی فالو، دیر آر ال دا مارل ویلیوز، ریلیجیس ویلیوز، ار دیر ان ایوری ریلیجن۔</w:t>
      </w:r>
    </w:p>
    <w:p>
      <w:r>
        <w:rPr>
          <w:b/>
        </w:rPr>
        <w:t xml:space="preserve">[28:56] </w:t>
      </w:r>
      <w:r>
        <w:t>So, but they think they are superior.</w:t>
      </w:r>
    </w:p>
    <w:p>
      <w:pPr>
        <w:jc w:val="right"/>
      </w:pPr>
      <w:r>
        <w:t>سو، بٹ دے تھنک دے آر سپیریر۔</w:t>
      </w:r>
    </w:p>
    <w:p>
      <w:r>
        <w:rPr>
          <w:b/>
        </w:rPr>
        <w:t xml:space="preserve">[29:02] </w:t>
      </w:r>
      <w:r>
        <w:t>Religion is superior, their prophet is superior.</w:t>
      </w:r>
    </w:p>
    <w:p>
      <w:pPr>
        <w:jc w:val="right"/>
      </w:pPr>
      <w:r>
        <w:t>ریلیجن از سپیریر، دیر پرافٹ از سپیریر۔</w:t>
      </w:r>
    </w:p>
    <w:p>
      <w:r>
        <w:rPr>
          <w:b/>
        </w:rPr>
        <w:t xml:space="preserve">[29:09] </w:t>
      </w:r>
      <w:r>
        <w:t>So, this is the problem, and we have to work very hard.</w:t>
      </w:r>
    </w:p>
    <w:p>
      <w:pPr>
        <w:jc w:val="right"/>
      </w:pPr>
      <w:r>
        <w:t>سو، دس از دا پرابلم، اینڈ وی ہیو ٹو ورک ویری ہارڈ۔</w:t>
      </w:r>
    </w:p>
    <w:p>
      <w:r>
        <w:rPr>
          <w:b/>
        </w:rPr>
        <w:t xml:space="preserve">[29:16] </w:t>
      </w:r>
      <w:r>
        <w:t>I think the root cause is traceable to the breaking up of their empire, Ottoman Empire, Mughal Empire,</w:t>
      </w:r>
    </w:p>
    <w:p>
      <w:pPr>
        <w:jc w:val="right"/>
      </w:pPr>
      <w:r>
        <w:t>آئی تھنک دا روٹ کاز از ٹریسیبل ٹو دی بریکنگ اپ اف دیر ایمپائر، اٹمن ایمپائر، مغل ایمپائر،</w:t>
      </w:r>
    </w:p>
    <w:p>
      <w:r>
        <w:rPr>
          <w:b/>
        </w:rPr>
        <w:t xml:space="preserve">[29:23] </w:t>
      </w:r>
      <w:r>
        <w:t>and atomic empire.</w:t>
      </w:r>
    </w:p>
    <w:p>
      <w:pPr>
        <w:jc w:val="right"/>
      </w:pPr>
      <w:r>
        <w:t>اینڈ اٹمی ایمپائر۔</w:t>
      </w:r>
    </w:p>
    <w:p>
      <w:r>
        <w:rPr>
          <w:b/>
        </w:rPr>
        <w:t xml:space="preserve">[29:30] </w:t>
      </w:r>
      <w:r>
        <w:t>So many empires.</w:t>
      </w:r>
    </w:p>
    <w:p>
      <w:pPr>
        <w:jc w:val="right"/>
      </w:pPr>
      <w:r>
        <w:t>سو مینی ایمپائرز۔</w:t>
      </w:r>
    </w:p>
    <w:p>
      <w:r>
        <w:rPr>
          <w:b/>
        </w:rPr>
        <w:t xml:space="preserve">[29:37] </w:t>
      </w:r>
      <w:r>
        <w:t>So, they came to think that those who have demolished, there who have destroyed their empire.</w:t>
      </w:r>
    </w:p>
    <w:p>
      <w:pPr>
        <w:jc w:val="right"/>
      </w:pPr>
      <w:r>
        <w:t>سو، دے کیم ٹو تھنک دیٹ دوز ہو ہیو ڈیمولش، دیر ہو ہیو ڈسٹرائڈ دیر ایمپائر۔</w:t>
      </w:r>
    </w:p>
    <w:p>
      <w:r>
        <w:rPr>
          <w:b/>
        </w:rPr>
        <w:t xml:space="preserve">[29:43] </w:t>
      </w:r>
      <w:r>
        <w:t>They are our enemies.</w:t>
      </w:r>
    </w:p>
    <w:p>
      <w:pPr>
        <w:jc w:val="right"/>
      </w:pPr>
      <w:r>
        <w:t>دے آر اور اینمیز۔</w:t>
      </w:r>
    </w:p>
    <w:p>
      <w:r>
        <w:rPr>
          <w:b/>
        </w:rPr>
        <w:t xml:space="preserve">[29:50] </w:t>
      </w:r>
      <w:r>
        <w:t>and it is clear in the Quran that this the power lies in the hands of God, and</w:t>
      </w:r>
    </w:p>
    <w:p>
      <w:pPr>
        <w:jc w:val="right"/>
      </w:pPr>
      <w:r>
        <w:t>اینڈ اٹ از کلیئر ان دا قرآن دیٹ دس دا پاور لائز ان دا ہینڈز اف گاڈ، اینڈ</w:t>
      </w:r>
    </w:p>
    <w:p>
      <w:r>
        <w:rPr>
          <w:b/>
        </w:rPr>
        <w:t xml:space="preserve">[29:57] </w:t>
      </w:r>
      <w:r>
        <w:t>It is his decision whom he gives power.</w:t>
      </w:r>
    </w:p>
    <w:p>
      <w:pPr>
        <w:jc w:val="right"/>
      </w:pPr>
      <w:r>
        <w:t>اٹ از ہز ڈیسیژن ہوم ہی گوز پاور۔</w:t>
      </w:r>
    </w:p>
    <w:p>
      <w:r>
        <w:rPr>
          <w:b/>
        </w:rPr>
        <w:t xml:space="preserve">[30:04] </w:t>
      </w:r>
      <w:r>
        <w:t>That is why it changes hands.</w:t>
      </w:r>
    </w:p>
    <w:p>
      <w:pPr>
        <w:jc w:val="right"/>
      </w:pPr>
      <w:r>
        <w:t>دیٹ از وائی اٹ چینجز ہینڈز۔</w:t>
      </w:r>
    </w:p>
    <w:p>
      <w:r>
        <w:rPr>
          <w:b/>
        </w:rPr>
        <w:t xml:space="preserve">[30:11] </w:t>
      </w:r>
      <w:r>
        <w:t>Sometimes the power lies with Muslims, then with the British, with the Americans, and it keeps changing hands.</w:t>
      </w:r>
    </w:p>
    <w:p>
      <w:pPr>
        <w:jc w:val="right"/>
      </w:pPr>
      <w:r>
        <w:t>سم ٹائمز دا پاور لائز لیو ود مسلمز، دین ود دا برٹش، ود دی امریکنز، اینڈ اٹ کیپس چینجنگ ہینڈز۔</w:t>
      </w:r>
    </w:p>
    <w:p>
      <w:r>
        <w:rPr>
          <w:b/>
        </w:rPr>
        <w:t xml:space="preserve">[30:18] </w:t>
      </w:r>
      <w:r>
        <w:t>But they don't understand.</w:t>
      </w:r>
    </w:p>
    <w:p>
      <w:pPr>
        <w:jc w:val="right"/>
      </w:pPr>
      <w:r>
        <w:t>بٹ دے ڈونٹ انڈرسٹینڈ۔</w:t>
      </w:r>
    </w:p>
    <w:p>
      <w:r>
        <w:rPr>
          <w:b/>
        </w:rPr>
        <w:t xml:space="preserve">[30:24] </w:t>
      </w:r>
      <w:r>
        <w:t>They think that our prophet is the most superior prophet.</w:t>
      </w:r>
    </w:p>
    <w:p>
      <w:pPr>
        <w:jc w:val="right"/>
      </w:pPr>
      <w:r>
        <w:t>دے تھنک دیٹ اور پرافٹ از دی موسٹ سپیریر پرافٹ۔</w:t>
      </w:r>
    </w:p>
    <w:p>
      <w:r>
        <w:rPr>
          <w:b/>
        </w:rPr>
        <w:t xml:space="preserve">[30:31] </w:t>
      </w:r>
      <w:r>
        <w:t>So, their political role should also be with them.</w:t>
      </w:r>
    </w:p>
    <w:p>
      <w:pPr>
        <w:jc w:val="right"/>
      </w:pPr>
      <w:r>
        <w:t>سو، دیر پولیٹیکل رول شوڈ السو بی ود دیم۔</w:t>
      </w:r>
    </w:p>
    <w:p>
      <w:r>
        <w:rPr>
          <w:b/>
        </w:rPr>
        <w:t xml:space="preserve">[30:38] </w:t>
      </w:r>
      <w:r>
        <w:t>So, they are our enemies.</w:t>
      </w:r>
    </w:p>
    <w:p>
      <w:pPr>
        <w:jc w:val="right"/>
      </w:pPr>
      <w:r>
        <w:t>سو، دے آر اور اینمیز۔</w:t>
      </w:r>
    </w:p>
    <w:p>
      <w:r>
        <w:rPr>
          <w:b/>
        </w:rPr>
        <w:t xml:space="preserve">[30:45] </w:t>
      </w:r>
      <w:r>
        <w:t>And but this is not right.</w:t>
      </w:r>
    </w:p>
    <w:p>
      <w:pPr>
        <w:jc w:val="right"/>
      </w:pPr>
      <w:r>
        <w:t>اینڈ بٹ دس از ناٹ رائٹ۔</w:t>
      </w:r>
    </w:p>
    <w:p>
      <w:r>
        <w:rPr>
          <w:b/>
        </w:rPr>
        <w:t xml:space="preserve">[30:52] </w:t>
      </w:r>
      <w:r>
        <w:t>It is in this world, God has created everyone.</w:t>
      </w:r>
    </w:p>
    <w:p>
      <w:pPr>
        <w:jc w:val="right"/>
      </w:pPr>
      <w:r>
        <w:t>اٹ از ان دس ورلڈ، گاڈ ہیز کریٹڈ ایوری ون۔</w:t>
      </w:r>
    </w:p>
    <w:p>
      <w:r>
        <w:rPr>
          <w:b/>
        </w:rPr>
        <w:t xml:space="preserve">[30:59] </w:t>
      </w:r>
      <w:r>
        <w:t>Everyone is being tested, and for testing, everyone has to be given opportunities.</w:t>
      </w:r>
    </w:p>
    <w:p>
      <w:pPr>
        <w:jc w:val="right"/>
      </w:pPr>
      <w:r>
        <w:t>ایوری ون از بینگ ٹیسٹڈ، اینڈ فار ٹیسٹنگ، ایوری ون ہیز ٹو بی گیون اپرچونیٹیز۔</w:t>
      </w:r>
    </w:p>
    <w:p>
      <w:r>
        <w:rPr>
          <w:b/>
        </w:rPr>
        <w:t xml:space="preserve">[31:05] </w:t>
      </w:r>
      <w:r>
        <w:t>These are test papers.</w:t>
      </w:r>
    </w:p>
    <w:p>
      <w:pPr>
        <w:jc w:val="right"/>
      </w:pPr>
      <w:r>
        <w:t>دیز ار ٹیسٹ پیپرز۔</w:t>
      </w:r>
    </w:p>
    <w:p>
      <w:r>
        <w:rPr>
          <w:b/>
        </w:rPr>
        <w:t xml:space="preserve">[31:12] </w:t>
      </w:r>
      <w:r>
        <w:t>Even this political role is also a test paper.</w:t>
      </w:r>
    </w:p>
    <w:p>
      <w:pPr>
        <w:jc w:val="right"/>
      </w:pPr>
      <w:r>
        <w:t>ایون دس پولیٹیکل رول از السو ا ٹیسٹ پیپر۔</w:t>
      </w:r>
    </w:p>
    <w:p>
      <w:r>
        <w:rPr>
          <w:b/>
        </w:rPr>
        <w:t xml:space="preserve">[31:19] </w:t>
      </w:r>
      <w:r>
        <w:t>So, God has given, given the political power to different communities for being tested.</w:t>
      </w:r>
    </w:p>
    <w:p>
      <w:pPr>
        <w:jc w:val="right"/>
      </w:pPr>
      <w:r>
        <w:t>سو، گاڈ از گیون، گیون دا پولیٹیکل پاور ٹو ڈفرنٹ کمیونٹیز فار بینگ ٹیسٹڈ۔</w:t>
      </w:r>
    </w:p>
    <w:p>
      <w:r>
        <w:rPr>
          <w:b/>
        </w:rPr>
        <w:t xml:space="preserve">[31:26] </w:t>
      </w:r>
      <w:r>
        <w:t>So, they have to, they gradually, they are trying to understand.</w:t>
      </w:r>
    </w:p>
    <w:p>
      <w:pPr>
        <w:jc w:val="right"/>
      </w:pPr>
      <w:r>
        <w:t>سو، دے ہیو ٹو، دے گریجولی، دے آر ٹرائنگ ٹو انڈرسٹینڈ۔</w:t>
      </w:r>
    </w:p>
    <w:p>
      <w:r>
        <w:rPr>
          <w:b/>
        </w:rPr>
        <w:t xml:space="preserve">[31:33] </w:t>
      </w:r>
      <w:r>
        <w:t>But it will take a long time.</w:t>
      </w:r>
    </w:p>
    <w:p>
      <w:pPr>
        <w:jc w:val="right"/>
      </w:pPr>
      <w:r>
        <w:t>بٹ اٹ ویل ٹیک ا لانگ ٹائم۔</w:t>
      </w:r>
    </w:p>
    <w:p>
      <w:r>
        <w:rPr>
          <w:b/>
        </w:rPr>
        <w:t xml:space="preserve">[31:40] </w:t>
      </w:r>
      <w:r>
        <w:t>So, that is why they have taken to violence, because they think all are their enemies.</w:t>
      </w:r>
    </w:p>
    <w:p>
      <w:pPr>
        <w:jc w:val="right"/>
      </w:pPr>
      <w:r>
        <w:t>سو، دیٹ از وائی دے ہیو ٹیکن ٹو وائلنس، بیکاز دے تھنک ال ار دیر اینمیز۔</w:t>
      </w:r>
    </w:p>
    <w:p>
      <w:r>
        <w:rPr>
          <w:b/>
        </w:rPr>
        <w:t xml:space="preserve">[31:46] </w:t>
      </w:r>
      <w:r>
        <w:t>For them, political power is the most important thing in life.</w:t>
      </w:r>
    </w:p>
    <w:p>
      <w:pPr>
        <w:jc w:val="right"/>
      </w:pPr>
      <w:r>
        <w:t>فار دیم، پولیٹیکل پاور از دی موسٹ امپورٹنٹ تھنگ ان لائف۔</w:t>
      </w:r>
    </w:p>
    <w:p>
      <w:r>
        <w:rPr>
          <w:b/>
        </w:rPr>
        <w:t xml:space="preserve">[31:53] </w:t>
      </w:r>
      <w:r>
        <w:t>But Maulana said that in this world, political power is not important at all, because we can establish</w:t>
      </w:r>
    </w:p>
    <w:p>
      <w:pPr>
        <w:jc w:val="right"/>
      </w:pPr>
      <w:r>
        <w:t>بٹ مولانا سیڈ دیٹ ان دس ورلڈ، پولیٹیکل پاور از ناٹ امپورٹنٹ ایٹ ال، بیکاز وی کین اسٹیبلش</w:t>
      </w:r>
    </w:p>
    <w:p>
      <w:r>
        <w:rPr>
          <w:b/>
        </w:rPr>
        <w:t xml:space="preserve">[32:00] </w:t>
      </w:r>
      <w:r>
        <w:t>industrial empire, educational empire, missionary empire.</w:t>
      </w:r>
    </w:p>
    <w:p>
      <w:pPr>
        <w:jc w:val="right"/>
      </w:pPr>
      <w:r>
        <w:t>انڈسٹریل ایمپائر، ایجوکیشنل ایمپائر، مشنری ایمپائر۔</w:t>
      </w:r>
    </w:p>
    <w:p>
      <w:r>
        <w:rPr>
          <w:b/>
        </w:rPr>
        <w:t xml:space="preserve">[32:07] </w:t>
      </w:r>
      <w:r>
        <w:t>All the opportunities are open before us.</w:t>
      </w:r>
    </w:p>
    <w:p>
      <w:pPr>
        <w:jc w:val="right"/>
      </w:pPr>
      <w:r>
        <w:t>ال دی اپرچونیٹیز ار اوپن بیفور اس۔</w:t>
      </w:r>
    </w:p>
    <w:p>
      <w:r>
        <w:rPr>
          <w:b/>
        </w:rPr>
        <w:t xml:space="preserve">[32:14] </w:t>
      </w:r>
      <w:r>
        <w:t>تو، early actually, political power was really the most important institution.</w:t>
      </w:r>
    </w:p>
    <w:p>
      <w:pPr>
        <w:jc w:val="right"/>
      </w:pPr>
      <w:r>
        <w:t>تو، ارلی ایکچولی، پولیٹیکل پاور واز ریلی دا موسٹ امپورٹنٹ انسٹیٹیوشن۔</w:t>
      </w:r>
    </w:p>
    <w:p>
      <w:r>
        <w:rPr>
          <w:b/>
        </w:rPr>
        <w:t xml:space="preserve">[32:21] </w:t>
      </w:r>
      <w:r>
        <w:t>So, they are still in the same mindset.</w:t>
      </w:r>
    </w:p>
    <w:p>
      <w:pPr>
        <w:jc w:val="right"/>
      </w:pPr>
      <w:r>
        <w:t>سو، دے ار سٹل ان دا سیم مائنڈ سیٹ۔</w:t>
      </w:r>
    </w:p>
    <w:p>
      <w:r>
        <w:rPr>
          <w:b/>
        </w:rPr>
        <w:t xml:space="preserve">[32:27] </w:t>
      </w:r>
      <w:r>
        <w:t>So, that has to be broken.</w:t>
      </w:r>
    </w:p>
    <w:p>
      <w:pPr>
        <w:jc w:val="right"/>
      </w:pPr>
      <w:r>
        <w:t>سو، دیٹ ہیز ٹو بی بروکن۔</w:t>
      </w:r>
    </w:p>
    <w:p>
      <w:r>
        <w:rPr>
          <w:b/>
        </w:rPr>
        <w:t xml:space="preserve">[32:34] </w:t>
      </w:r>
      <w:r>
        <w:t>And then, we are trying our best.</w:t>
      </w:r>
    </w:p>
    <w:p>
      <w:pPr>
        <w:jc w:val="right"/>
      </w:pPr>
      <w:r>
        <w:t>اینڈ دین، وی آر ٹرائنگ اور بیسٹ۔</w:t>
      </w:r>
    </w:p>
    <w:p>
      <w:r>
        <w:rPr>
          <w:b/>
        </w:rPr>
        <w:t xml:space="preserve">[32:41] </w:t>
      </w:r>
      <w:r>
        <w:t>I am also translating my father's literature into English, so that they may understand this, this problem.</w:t>
      </w:r>
    </w:p>
    <w:p>
      <w:pPr>
        <w:jc w:val="right"/>
      </w:pPr>
      <w:r>
        <w:t>آئی ایم السو ٹرانسلیٹنگ مائی فادر لٹریچر انٹو انگلش، سو دیٹ دے می انڈرسٹینڈ دس، دس پرابلم۔</w:t>
      </w:r>
    </w:p>
    <w:p>
      <w:r>
        <w:rPr>
          <w:b/>
        </w:rPr>
        <w:t xml:space="preserve">[32:48] </w:t>
      </w:r>
      <w:r>
        <w:t>This problem could be addressed.</w:t>
      </w:r>
    </w:p>
    <w:p>
      <w:pPr>
        <w:jc w:val="right"/>
      </w:pPr>
      <w:r>
        <w:t>دس پرابلم کڈ بی ایڈریسڈ۔</w:t>
      </w:r>
    </w:p>
    <w:p>
      <w:r>
        <w:rPr>
          <w:b/>
        </w:rPr>
        <w:t xml:space="preserve">[32:55] </w:t>
      </w:r>
      <w:r>
        <w:t>This will take a long time.</w:t>
      </w:r>
    </w:p>
    <w:p>
      <w:pPr>
        <w:jc w:val="right"/>
      </w:pPr>
      <w:r>
        <w:t>دس ول ٹیک ا لانگ ٹائم۔</w:t>
      </w:r>
    </w:p>
    <w:p>
      <w:r>
        <w:rPr>
          <w:b/>
        </w:rPr>
        <w:t xml:space="preserve">[33:01] </w:t>
      </w:r>
      <w:r>
        <w:t>My name is Mehboob, I am from Mumbai.</w:t>
      </w:r>
    </w:p>
    <w:p>
      <w:pPr>
        <w:jc w:val="right"/>
      </w:pPr>
      <w:r>
        <w:t>مائی نیم از محبوب، ائی ایم فرام ممبئی۔</w:t>
      </w:r>
    </w:p>
    <w:p>
      <w:r>
        <w:rPr>
          <w:b/>
        </w:rPr>
        <w:t xml:space="preserve">[33:08] </w:t>
      </w:r>
      <w:r>
        <w:t>Ma'am, is there any particular, particular or any criteria to give a peaceful family life? Is there</w:t>
      </w:r>
    </w:p>
    <w:p>
      <w:pPr>
        <w:jc w:val="right"/>
      </w:pPr>
      <w:r>
        <w:t>میم، از دیر اینی پرٹیکولر، پرٹیکولر اور اینی کرائٹیریا ٹو گیو اے پیس فل فیملی لائف؟ از دیر</w:t>
      </w:r>
    </w:p>
    <w:p>
      <w:r>
        <w:rPr>
          <w:b/>
        </w:rPr>
        <w:t xml:space="preserve">[33:15] </w:t>
      </w:r>
      <w:r>
        <w:t>Any criteria to give you family life? According to Maulana, adjustment, adjustment, adjustment, because we are all born different.</w:t>
      </w:r>
    </w:p>
    <w:p>
      <w:pPr>
        <w:jc w:val="right"/>
      </w:pPr>
      <w:r>
        <w:t>اینی کرائٹیریا ٹو گیو یو فیملی لائف؟ اکارڈنگ ٹو مولانا، ایڈجسٹمنٹ، ایڈجسٹمنٹ، ایڈجسٹمنٹ، بیکاز وی آر ال برن ڈفرنٹ۔</w:t>
      </w:r>
    </w:p>
    <w:p>
      <w:r>
        <w:rPr>
          <w:b/>
        </w:rPr>
        <w:t xml:space="preserve">[33:22] </w:t>
      </w:r>
      <w:r>
        <w:t>even it be family life, it be social life, it be whichever life, we all have to</w:t>
      </w:r>
    </w:p>
    <w:p>
      <w:pPr>
        <w:jc w:val="right"/>
      </w:pPr>
      <w:r>
        <w:t>ایون اٹ بی فیملی لائف، اٹ بی سوشل لائف، اٹ بی وچ ایور لائف، وی ال ہیو ٹو</w:t>
      </w:r>
    </w:p>
    <w:p>
      <w:r>
        <w:rPr>
          <w:b/>
        </w:rPr>
        <w:t xml:space="preserve">[33:29] </w:t>
      </w:r>
      <w:r>
        <w:t>adjust one another, because we everyone thinks differently.</w:t>
      </w:r>
    </w:p>
    <w:p>
      <w:pPr>
        <w:jc w:val="right"/>
      </w:pPr>
      <w:r>
        <w:t>ایڈجسٹ ون انادر، بیکاز وی ایوری ون تھنکس ڈفرنٹلی۔</w:t>
      </w:r>
    </w:p>
    <w:p>
      <w:r>
        <w:rPr>
          <w:b/>
        </w:rPr>
        <w:t xml:space="preserve">[33:36] </w:t>
      </w:r>
      <w:r>
        <w:t>So, just like we adjust with our brothers and sisters, with our parents, so we have to adjust</w:t>
      </w:r>
    </w:p>
    <w:p>
      <w:pPr>
        <w:jc w:val="right"/>
      </w:pPr>
      <w:r>
        <w:t>سو، جسٹ لائک وی ایڈجسٹ ود اور برادرز اینڈ سسٹرز، ود اور پیرنٹس، سو وی ہیو ٹو ایڈجسٹ</w:t>
      </w:r>
    </w:p>
    <w:p>
      <w:r>
        <w:rPr>
          <w:b/>
        </w:rPr>
        <w:t xml:space="preserve">[33:42] </w:t>
      </w:r>
      <w:r>
        <w:t>with our spouses also.</w:t>
      </w:r>
    </w:p>
    <w:p>
      <w:pPr>
        <w:jc w:val="right"/>
      </w:pPr>
      <w:r>
        <w:t>ود اور سپاؤسز السو۔</w:t>
      </w:r>
    </w:p>
    <w:p>
      <w:r>
        <w:rPr>
          <w:b/>
        </w:rPr>
        <w:t xml:space="preserve">[33:49] </w:t>
      </w:r>
      <w:r>
        <w:t>ya ashraful makhluqat, it's it it it only means that God created so many things: the animal world,</w:t>
      </w:r>
    </w:p>
    <w:p>
      <w:pPr>
        <w:jc w:val="right"/>
      </w:pPr>
      <w:r>
        <w:t>یا اشرف المخلوقات، اٹس اٹ اٹ اٹ اونلی مینز دیٹ گاڈ کریٹڈ سو مینی تھنگز: دی اینیمل ورلڈ،</w:t>
      </w:r>
    </w:p>
    <w:p>
      <w:r>
        <w:rPr>
          <w:b/>
        </w:rPr>
        <w:t xml:space="preserve">[33:56] </w:t>
      </w:r>
      <w:r>
        <w:t>The jinns, so many creatures.</w:t>
      </w:r>
    </w:p>
    <w:p>
      <w:pPr>
        <w:jc w:val="right"/>
      </w:pPr>
      <w:r>
        <w:t>دا جنز، سو مینی کریچرز۔</w:t>
      </w:r>
    </w:p>
    <w:p>
      <w:r>
        <w:rPr>
          <w:b/>
        </w:rPr>
        <w:t xml:space="preserve">[34:03] </w:t>
      </w:r>
      <w:r>
        <w:t>So, man is the most superior creature, a man who leads the noble life, who abides by the</w:t>
      </w:r>
    </w:p>
    <w:p>
      <w:pPr>
        <w:jc w:val="right"/>
      </w:pPr>
      <w:r>
        <w:t>سو، مین از دی موسٹ سپیریر کریچر، ا مین ہو لیڈز دا نوبل لائف، ہو ابائٹس بائی دا</w:t>
      </w:r>
    </w:p>
    <w:p>
      <w:r>
        <w:rPr>
          <w:b/>
        </w:rPr>
        <w:t xml:space="preserve">[34:10] </w:t>
      </w:r>
      <w:r>
        <w:t>creation plan of God, who abides by the values cherished in the Quran and Hadith, in the divine guidance.</w:t>
      </w:r>
    </w:p>
    <w:p>
      <w:pPr>
        <w:jc w:val="right"/>
      </w:pPr>
      <w:r>
        <w:t>کریشن پلان اف گاڈ، ہو ابائٹس بائی دا ویلیوز چیرشڈ ان دا قرآن اینڈ حدیث، ان دا ڈیوائن گائیڈنس۔</w:t>
      </w:r>
    </w:p>
    <w:p>
      <w:r>
        <w:rPr>
          <w:b/>
        </w:rPr>
        <w:t xml:space="preserve">[34:17] </w:t>
      </w:r>
      <w:r>
        <w:t>So, he is the most noble creature.</w:t>
      </w:r>
    </w:p>
    <w:p>
      <w:pPr>
        <w:jc w:val="right"/>
      </w:pPr>
      <w:r>
        <w:t>سو، ہی از دی موسٹ نوبل کریچر۔</w:t>
      </w:r>
    </w:p>
    <w:p>
      <w:r>
        <w:rPr>
          <w:b/>
        </w:rPr>
        <w:t xml:space="preserve">[34:23] </w:t>
      </w:r>
      <w:r>
        <w:t>We have to live by the nobility in which we are created.</w:t>
      </w:r>
    </w:p>
    <w:p>
      <w:pPr>
        <w:jc w:val="right"/>
      </w:pPr>
      <w:r>
        <w:t>وی ہیو ٹو لیو بائی دا نوبلٹی ان وچ وی ار کریٹڈ۔</w:t>
      </w:r>
    </w:p>
    <w:p>
      <w:r>
        <w:rPr>
          <w:b/>
        </w:rPr>
        <w:t xml:space="preserve">[34:30] </w:t>
      </w:r>
      <w:r>
        <w:t>But man tends to be led astray, then he becomes ignoble.</w:t>
      </w:r>
    </w:p>
    <w:p>
      <w:pPr>
        <w:jc w:val="right"/>
      </w:pPr>
      <w:r>
        <w:t>بٹ مین ٹینڈز ٹو بی لیڈ ایسے، دین ہی بیکمز ان نوبل۔</w:t>
      </w:r>
    </w:p>
    <w:p>
      <w:r>
        <w:rPr>
          <w:b/>
        </w:rPr>
        <w:t xml:space="preserve">[34:37] </w:t>
      </w:r>
      <w:r>
        <w:t>message of Dr. Ahmed, Dr. Farida, your paper is actually, I want to know that your lecture is</w:t>
      </w:r>
    </w:p>
    <w:p>
      <w:pPr>
        <w:jc w:val="right"/>
      </w:pPr>
      <w:r>
        <w:t>میسج اف ڈاکٹر احمد، ڈاکٹر فاریدہ، یور پیپر از ایکچولی، ائی وانٹ ٹو نو دیٹ یور لیکچر از</w:t>
      </w:r>
    </w:p>
    <w:p>
      <w:r>
        <w:rPr>
          <w:b/>
        </w:rPr>
        <w:t xml:space="preserve">[34:44] </w:t>
      </w:r>
      <w:r>
        <w:t>very clear, informative and practical to obtain the real peace and special peace.</w:t>
      </w:r>
    </w:p>
    <w:p>
      <w:pPr>
        <w:jc w:val="right"/>
      </w:pPr>
      <w:r>
        <w:t>ویری کلیئر، انفارمیٹیو اینڈ پریکٹیکل ٹو ابٹین دا ریئل پیس اینڈ اسپیشل پیس۔</w:t>
      </w:r>
    </w:p>
    <w:p>
      <w:r>
        <w:rPr>
          <w:b/>
        </w:rPr>
        <w:t xml:space="preserve">[34:51] </w:t>
      </w:r>
      <w:r>
        <w:t>ڈاکٹر فریده، پلیز ایلیبریٹ the creation plan of God, and also please give light, some light, and we</w:t>
      </w:r>
    </w:p>
    <w:p>
      <w:pPr>
        <w:jc w:val="right"/>
      </w:pPr>
      <w:r>
        <w:t>ڈاکٹر فاریدہ، پلیز ایلیبریٹ دا کریشن پلان اف گاڈ، اینڈ السو پلیز گیو لائٹ، سم لائٹ، اینڈ وی</w:t>
      </w:r>
    </w:p>
    <w:p>
      <w:r>
        <w:rPr>
          <w:b/>
        </w:rPr>
        <w:t xml:space="preserve">[34:58] </w:t>
      </w:r>
      <w:r>
        <w:t>live with peace without the conception of Almighty God.</w:t>
      </w:r>
    </w:p>
    <w:p>
      <w:pPr>
        <w:jc w:val="right"/>
      </w:pPr>
      <w:r>
        <w:t>لیو ود پیس وداؤٹ دا کنسیپشن اف المائٹی گاڈ۔</w:t>
      </w:r>
    </w:p>
    <w:p>
      <w:r>
        <w:rPr>
          <w:b/>
        </w:rPr>
        <w:t xml:space="preserve">[35:04] </w:t>
      </w:r>
      <w:r>
        <w:t>I can't get the last point.</w:t>
      </w:r>
    </w:p>
    <w:p>
      <w:pPr>
        <w:jc w:val="right"/>
      </w:pPr>
      <w:r>
        <w:t>ائی کونٹ گیٹ دا لاسٹ پوائنٹ۔</w:t>
      </w:r>
    </w:p>
    <w:p>
      <w:r>
        <w:rPr>
          <w:b/>
        </w:rPr>
        <w:t xml:space="preserve">[35:11] </w:t>
      </w:r>
      <w:r>
        <w:t>and we live with peace without the conception of almighty God, kinds of God.</w:t>
      </w:r>
    </w:p>
    <w:p>
      <w:pPr>
        <w:jc w:val="right"/>
      </w:pPr>
      <w:r>
        <w:t>اینڈ وی لیو ود پیس وداؤٹ دا کنسیپشن اف المائٹی گاڈ، کائنڈز اف گاڈ۔</w:t>
      </w:r>
    </w:p>
    <w:p>
      <w:r>
        <w:rPr>
          <w:b/>
        </w:rPr>
        <w:t xml:space="preserve">[35:18] </w:t>
      </w:r>
      <w:r>
        <w:t>about the concept of God.</w:t>
      </w:r>
    </w:p>
    <w:p>
      <w:pPr>
        <w:jc w:val="right"/>
      </w:pPr>
      <w:r>
        <w:t>ابوٹ دی کانسیپٹ اف گاڈ۔</w:t>
      </w:r>
    </w:p>
    <w:p>
      <w:r>
        <w:rPr>
          <w:b/>
        </w:rPr>
        <w:t xml:space="preserve">[35:25] </w:t>
      </w:r>
      <w:r>
        <w:t>The concept of God, and we survive or live with peace.</w:t>
      </w:r>
    </w:p>
    <w:p>
      <w:pPr>
        <w:jc w:val="right"/>
      </w:pPr>
      <w:r>
        <w:t>دا کانسیپٹ اف گاڈ، اینڈ وی سروائیو اور لیو ود پیس۔</w:t>
      </w:r>
    </w:p>
    <w:p>
      <w:r>
        <w:rPr>
          <w:b/>
        </w:rPr>
        <w:t xml:space="preserve">[35:32] </w:t>
      </w:r>
      <w:r>
        <w:t>No, I don't think, because the concept of God, it's interwoven in our nature.</w:t>
      </w:r>
    </w:p>
    <w:p>
      <w:pPr>
        <w:jc w:val="right"/>
      </w:pPr>
      <w:r>
        <w:t>نو، ائی ڈونٹ تھنک، بیکاز دا کانسیپٹ اف گاڈ، اٹس انٹروون ان اور نیچر۔</w:t>
      </w:r>
    </w:p>
    <w:p>
      <w:r>
        <w:rPr>
          <w:b/>
        </w:rPr>
        <w:t xml:space="preserve">[35:39] </w:t>
      </w:r>
      <w:r>
        <w:t>We want to surrender to someone.</w:t>
      </w:r>
    </w:p>
    <w:p>
      <w:pPr>
        <w:jc w:val="right"/>
      </w:pPr>
      <w:r>
        <w:t>وی وانٹ ٹو سرینڈر ٹو سم ون۔</w:t>
      </w:r>
    </w:p>
    <w:p>
      <w:r>
        <w:rPr>
          <w:b/>
        </w:rPr>
        <w:t xml:space="preserve">[35:45] </w:t>
      </w:r>
      <w:r>
        <w:t>That is why we all, we all are seeking God.</w:t>
      </w:r>
    </w:p>
    <w:p>
      <w:pPr>
        <w:jc w:val="right"/>
      </w:pPr>
      <w:r>
        <w:t>دیٹ از وائی وی ار ال، وی ال ار سیکنگ گاڈ۔</w:t>
      </w:r>
    </w:p>
    <w:p>
      <w:r>
        <w:rPr>
          <w:b/>
        </w:rPr>
        <w:t xml:space="preserve">[35:52] </w:t>
      </w:r>
      <w:r>
        <w:t>If we don't find God, we surrender to someone else, some some human being, some some any</w:t>
      </w:r>
    </w:p>
    <w:p>
      <w:pPr>
        <w:jc w:val="right"/>
      </w:pPr>
      <w:r>
        <w:t>اف وی ڈونٹ فائنڈ گاڈ، وی سرینڈر ٹو سم ون ایلس، سم سم ہیومن بینگ، سم سم اینی</w:t>
      </w:r>
    </w:p>
    <w:p>
      <w:r>
        <w:rPr>
          <w:b/>
        </w:rPr>
        <w:t xml:space="preserve">[35:59] </w:t>
      </w:r>
      <w:r>
        <w:t>other object, because it is interwoven in human nature.</w:t>
      </w:r>
    </w:p>
    <w:p>
      <w:pPr>
        <w:jc w:val="right"/>
      </w:pPr>
      <w:r>
        <w:t>ادر ابجیکٹ، بیکاز اٹ از انٹروون ان ہیومن نیچر۔</w:t>
      </w:r>
    </w:p>
    <w:p>
      <w:r>
        <w:rPr>
          <w:b/>
        </w:rPr>
        <w:t xml:space="preserve">[36:06] </w:t>
      </w:r>
      <w:r>
        <w:t>So, the creation plan of God is that God created man, and God could have placed man in</w:t>
      </w:r>
    </w:p>
    <w:p>
      <w:pPr>
        <w:jc w:val="right"/>
      </w:pPr>
      <w:r>
        <w:t>سو، دا کریشن پلان اف گاڈ از دیٹ گاڈ کریٹڈ مین، اینڈ گاڈ کڈ ہیو پلیسڈ مین ان</w:t>
      </w:r>
    </w:p>
    <w:p>
      <w:r>
        <w:rPr>
          <w:b/>
        </w:rPr>
        <w:t xml:space="preserve">[36:13] </w:t>
      </w:r>
      <w:r>
        <w:t>The in paradise there and then, just after creation.</w:t>
      </w:r>
    </w:p>
    <w:p>
      <w:pPr>
        <w:jc w:val="right"/>
      </w:pPr>
      <w:r>
        <w:t>دا ان پیراڈائز دیر اینڈ دین، جسٹ افٹر کریشن۔</w:t>
      </w:r>
    </w:p>
    <w:p>
      <w:r>
        <w:rPr>
          <w:b/>
        </w:rPr>
        <w:t xml:space="preserve">[36:20] </w:t>
      </w:r>
      <w:r>
        <w:t>But God wanted to test man: Is he, is he deserving to find the place in eternal paradise?</w:t>
      </w:r>
    </w:p>
    <w:p>
      <w:pPr>
        <w:jc w:val="right"/>
      </w:pPr>
      <w:r>
        <w:t>بٹ گاڈ وانٹڈ ٹو ٹیسٹ مین: از ہی، از ہی ڈیزرونگ ٹو فائنڈ دا پلیس ان ایٹرنل پیراڈائز؟</w:t>
      </w:r>
    </w:p>
    <w:p>
      <w:r>
        <w:rPr>
          <w:b/>
        </w:rPr>
        <w:t xml:space="preserve">[36:26] </w:t>
      </w:r>
      <w:r>
        <w:t>Paradise is something where we will find everything we want, and the joy of seeing God, the</w:t>
      </w:r>
    </w:p>
    <w:p>
      <w:pPr>
        <w:jc w:val="right"/>
      </w:pPr>
      <w:r>
        <w:t>پیراڈائز از سمتھنگ ویر وی ویل فائنڈ ایوری تھنگ وی وانٹ، اینڈ دا جوائے اف سینگ گاڈ، دا</w:t>
      </w:r>
    </w:p>
    <w:p>
      <w:r>
        <w:rPr>
          <w:b/>
        </w:rPr>
        <w:t xml:space="preserve">[36:33] </w:t>
      </w:r>
      <w:r>
        <w:t>Creator of the whole universe, that's the greatest joy.</w:t>
      </w:r>
    </w:p>
    <w:p>
      <w:pPr>
        <w:jc w:val="right"/>
      </w:pPr>
      <w:r>
        <w:t>کریٹر اف دی ہول یونیورس، دیٹ دا گریٹسٹ جوائے۔</w:t>
      </w:r>
    </w:p>
    <w:p>
      <w:r>
        <w:rPr>
          <w:b/>
        </w:rPr>
        <w:t xml:space="preserve">[36:40] </w:t>
      </w:r>
      <w:r>
        <w:t>So, God wanted to test.</w:t>
      </w:r>
    </w:p>
    <w:p>
      <w:pPr>
        <w:jc w:val="right"/>
      </w:pPr>
      <w:r>
        <w:t>سو، گاڈ وانٹڈ ٹو ٹیسٹ۔</w:t>
      </w:r>
    </w:p>
    <w:p>
      <w:r>
        <w:rPr>
          <w:b/>
        </w:rPr>
        <w:t xml:space="preserve">[36:47] </w:t>
      </w:r>
      <w:r>
        <w:t>So, I tell my students that if we have anything, even if we have a very good</w:t>
      </w:r>
    </w:p>
    <w:p>
      <w:pPr>
        <w:jc w:val="right"/>
      </w:pPr>
      <w:r>
        <w:t>سو، ائی ٹیل مائی سٹوڈنٹس دیٹ اف وی ہیو اینی تھنگ، ایون اف وی ہیو ا ویری گڈ</w:t>
      </w:r>
    </w:p>
    <w:p>
      <w:r>
        <w:rPr>
          <w:b/>
        </w:rPr>
        <w:t xml:space="preserve">[36:54] </w:t>
      </w:r>
      <w:r>
        <w:t>pen, we want to give it to someone who will really value it.</w:t>
      </w:r>
    </w:p>
    <w:p>
      <w:pPr>
        <w:jc w:val="right"/>
      </w:pPr>
      <w:r>
        <w:t>پین، وی وانٹ ٹو گیو اٹ ٹو سم ون ہو ویل ریلی ویلیو اٹ۔</w:t>
      </w:r>
    </w:p>
    <w:p>
      <w:r>
        <w:rPr>
          <w:b/>
        </w:rPr>
        <w:t xml:space="preserve">[37:01] </w:t>
      </w:r>
      <w:r>
        <w:t>So, how can God give paradise to someone who doesn't value it? So, God is testing us.</w:t>
      </w:r>
    </w:p>
    <w:p>
      <w:pPr>
        <w:jc w:val="right"/>
      </w:pPr>
      <w:r>
        <w:t>سو، ہاؤ کین گاڈ گیو پیراڈائز ٹو سم ون ہو ڈزنٹ ویلیو اٹ؟ سو، گاڈ از ٹیسٹنگ اس۔</w:t>
      </w:r>
    </w:p>
    <w:p>
      <w:r>
        <w:rPr>
          <w:b/>
        </w:rPr>
        <w:t xml:space="preserve">[37:07] </w:t>
      </w:r>
      <w:r>
        <w:t>This is the creation plan of God: whether we surrender to the will of God, whether we follow divine guidance.</w:t>
      </w:r>
    </w:p>
    <w:p>
      <w:pPr>
        <w:jc w:val="right"/>
      </w:pPr>
      <w:r>
        <w:t>دس از دا کریشن پلان اف گاڈ: ویدر وی سرینڈر ٹو دا ول اف گاڈ، ویدر وی فالو ڈیوائن گائیڈنس۔</w:t>
      </w:r>
    </w:p>
    <w:p>
      <w:r>
        <w:rPr>
          <w:b/>
        </w:rPr>
        <w:t xml:space="preserve">[37:14] </w:t>
      </w:r>
      <w:r>
        <w:t>So, only in the afterlife, God will decide who is worthy of being inhabited in paradise.</w:t>
      </w:r>
    </w:p>
    <w:p>
      <w:pPr>
        <w:jc w:val="right"/>
      </w:pPr>
      <w:r>
        <w:t>سو، دین اونلی ان دا ان دا افٹر لائف، گاڈ ویل ڈیسائیڈ ہو از وردی اف بینگ انہیبیٹڈ ان پیراڈائز۔</w:t>
      </w:r>
    </w:p>
    <w:p>
      <w:r>
        <w:rPr>
          <w:b/>
        </w:rPr>
        <w:t xml:space="preserve">[37:21] </w:t>
      </w:r>
      <w:r>
        <w:t>I heard you saying that there's a very large road for education, for learning, and through learning, I</w:t>
      </w:r>
    </w:p>
    <w:p>
      <w:pPr>
        <w:jc w:val="right"/>
      </w:pPr>
      <w:r>
        <w:t>I heard you saying that there's a very large road for education, for learning, and through learning, I</w:t>
      </w:r>
    </w:p>
    <w:p>
      <w:r>
        <w:rPr>
          <w:b/>
        </w:rPr>
        <w:t xml:space="preserve">[37:28] </w:t>
      </w:r>
      <w:r>
        <w:t>think you said through learning alone, we can finally realize God, and that is the final destination, which</w:t>
      </w:r>
    </w:p>
    <w:p>
      <w:pPr>
        <w:jc w:val="right"/>
      </w:pPr>
      <w:r>
        <w:t>think you said through learning alone, we can finally realize God, and that is the final destination, which</w:t>
      </w:r>
    </w:p>
    <w:p>
      <w:r>
        <w:rPr>
          <w:b/>
        </w:rPr>
        <w:t xml:space="preserve">[37:35] </w:t>
      </w:r>
      <w:r>
        <w:t>is the highest thing that we can do.</w:t>
      </w:r>
    </w:p>
    <w:p>
      <w:pPr>
        <w:jc w:val="right"/>
      </w:pPr>
      <w:r>
        <w:t>is the highest thing that we can do.</w:t>
      </w:r>
    </w:p>
    <w:p>
      <w:r>
        <w:rPr>
          <w:b/>
        </w:rPr>
        <w:t xml:space="preserve">[37:42] </w:t>
      </w:r>
      <w:r>
        <w:t>But I was almost wondering whether, what is the place of dhikr, for instance, meditation in your Islamic</w:t>
      </w:r>
    </w:p>
    <w:p>
      <w:pPr>
        <w:jc w:val="right"/>
      </w:pPr>
      <w:r>
        <w:t>But I was almost wondering whether, what is the place of dhikr, for instance, meditation in your Islamic</w:t>
      </w:r>
    </w:p>
    <w:p>
      <w:r>
        <w:rPr>
          <w:b/>
        </w:rPr>
        <w:t xml:space="preserve">[37:50] </w:t>
      </w:r>
      <w:r>
        <w:t>practice for attaining peace, peace of mind?</w:t>
      </w:r>
    </w:p>
    <w:p>
      <w:pPr>
        <w:jc w:val="right"/>
      </w:pPr>
      <w:r>
        <w:t>practice for attaining peace, peace of mind?</w:t>
      </w:r>
    </w:p>
    <w:p>
      <w:r>
        <w:rPr>
          <w:b/>
        </w:rPr>
        <w:t xml:space="preserve">[37:58] </w:t>
      </w:r>
      <w:r>
        <w:t>Because if people are not peaceful within themselves, then society can also be violent, etc.</w:t>
      </w:r>
    </w:p>
    <w:p>
      <w:pPr>
        <w:jc w:val="right"/>
      </w:pPr>
      <w:r>
        <w:t>Because if people are not peaceful within themselves, then society can also be violent, etc.</w:t>
      </w:r>
    </w:p>
    <w:p>
      <w:r>
        <w:rPr>
          <w:b/>
        </w:rPr>
        <w:t xml:space="preserve">[38:06] </w:t>
      </w:r>
      <w:r>
        <w:t>So to start with the individual, is there any particular practice you would do?</w:t>
      </w:r>
    </w:p>
    <w:p>
      <w:pPr>
        <w:jc w:val="right"/>
      </w:pPr>
      <w:r>
        <w:t>So to start with the individual, is there any particular practice you would do?</w:t>
      </w:r>
    </w:p>
    <w:p>
      <w:r>
        <w:rPr>
          <w:b/>
        </w:rPr>
        <w:t xml:space="preserve">[38:14] </w:t>
      </w:r>
      <w:r>
        <w:t>In Sufism, there is a ritual. Dhikr has become a ritual in Sufism. So they just count on rosaries. That we don't believe. But we believe in the remembrance of God. There are different names of God, attributes of God, different phrases. We, we in prayer like Hasbunallahu wa ni'mal wakeel, ni'mal Mawla wa ni'man naseer.</w:t>
      </w:r>
    </w:p>
    <w:p>
      <w:pPr>
        <w:jc w:val="right"/>
      </w:pPr>
      <w:r>
        <w:t>In Sufism, there is a ritual. Dhikr has become a ritual in Sufism. So they just count on rosaries. That we don't believe. But we believe in the remembrance of God. There are different names of God, attributes of God, different phrases. We, we in prayer like حسبنا اللہ ونعم الوکیل، نعم المولی ونعم النصیر.</w:t>
      </w:r>
    </w:p>
    <w:p>
      <w:r>
        <w:rPr>
          <w:b/>
        </w:rPr>
        <w:t xml:space="preserve">[38:42] </w:t>
      </w:r>
      <w:r>
        <w:t>So there are many, many prayers that we keep remembering, remembering God in our mind, thinking. There are in the, there are many verses in the Quran that you should remember the signs of God. God created the whole universe. So remembering God's creation, remembering God in everything, remembering God's blessings, remembering God has given each and every thing to man without our deserving it.</w:t>
      </w:r>
    </w:p>
    <w:p>
      <w:pPr>
        <w:jc w:val="right"/>
      </w:pPr>
      <w:r>
        <w:t>So there are many, many prayers that we keep remembering, remembering God in our mind, thinking. There are in the, there are many verses in the Quran that you should remember the signs of God. God created the whole universe. So remembering God's creation, remembering God in everything, remembering God's blessings, remembering God has given each and every thing to man without our deserving it.</w:t>
      </w:r>
    </w:p>
    <w:p>
      <w:r>
        <w:rPr>
          <w:b/>
        </w:rPr>
        <w:t xml:space="preserve">[39:11] </w:t>
      </w:r>
      <w:r>
        <w:t>So for us, this is the remembrance of God.</w:t>
      </w:r>
    </w:p>
    <w:p>
      <w:pPr>
        <w:jc w:val="right"/>
      </w:pPr>
      <w:r>
        <w:t>So for us, this is the remembrance of God.</w:t>
      </w:r>
    </w:p>
    <w:p>
      <w:r>
        <w:rPr>
          <w:b/>
        </w:rPr>
        <w:t xml:space="preserve">[39:13] </w:t>
      </w:r>
      <w:r>
        <w:t>This is dhikr.</w:t>
      </w:r>
    </w:p>
    <w:p>
      <w:pPr>
        <w:jc w:val="right"/>
      </w:pPr>
      <w:r>
        <w:t>This is dhikr.</w:t>
      </w:r>
    </w:p>
    <w:p>
      <w:r>
        <w:rPr>
          <w:b/>
        </w:rPr>
        <w:t xml:space="preserve">[39:16] </w:t>
      </w:r>
      <w:r>
        <w:t>That is a ritual.</w:t>
      </w:r>
    </w:p>
    <w:p>
      <w:pPr>
        <w:jc w:val="right"/>
      </w:pPr>
      <w:r>
        <w:t>That is a ritual.</w:t>
      </w:r>
    </w:p>
    <w:p>
      <w:r>
        <w:rPr>
          <w:b/>
        </w:rPr>
        <w:t xml:space="preserve">[39:19] </w:t>
      </w:r>
      <w:r>
        <w:t>We don't believe in rituals.</w:t>
      </w:r>
    </w:p>
    <w:p>
      <w:pPr>
        <w:jc w:val="right"/>
      </w:pPr>
      <w:r>
        <w:t>We don't believe in rituals.</w:t>
      </w:r>
    </w:p>
    <w:p>
      <w:r>
        <w:rPr>
          <w:b/>
        </w:rPr>
        <w:t xml:space="preserve">[39:22] </w:t>
      </w:r>
      <w:r>
        <w:t>Like people are saying their prayers without knowing what they are saying.</w:t>
      </w:r>
    </w:p>
    <w:p>
      <w:pPr>
        <w:jc w:val="right"/>
      </w:pPr>
      <w:r>
        <w:t>Like people are saying their prayers without knowing what they are saying.</w:t>
      </w:r>
    </w:p>
    <w:p>
      <w:r>
        <w:rPr>
          <w:b/>
        </w:rPr>
        <w:t xml:space="preserve">[39:25] </w:t>
      </w:r>
      <w:r>
        <w:t>So that is also a ritual.</w:t>
      </w:r>
    </w:p>
    <w:p>
      <w:pPr>
        <w:jc w:val="right"/>
      </w:pPr>
      <w:r>
        <w:t>So that is also a ritual.</w:t>
      </w:r>
    </w:p>
    <w:p>
      <w:r>
        <w:rPr>
          <w:b/>
        </w:rPr>
        <w:t xml:space="preserve">[39:28] </w:t>
      </w:r>
      <w:r>
        <w:t>We must pray to God, remember God with, with, with thinking mind, thinking about what we are doing.</w:t>
      </w:r>
    </w:p>
    <w:p>
      <w:pPr>
        <w:jc w:val="right"/>
      </w:pPr>
      <w:r>
        <w:t>We must pray to God, remember God with, with, with thinking mind, thinking about what we are doing.</w:t>
      </w:r>
    </w:p>
    <w:p>
      <w:r>
        <w:rPr>
          <w:b/>
        </w:rPr>
        <w:t xml:space="preserve">[39:31] </w:t>
      </w:r>
      <w:r>
        <w:t>And especially, we have to be grateful to God for everything.</w:t>
      </w:r>
    </w:p>
    <w:p>
      <w:pPr>
        <w:jc w:val="right"/>
      </w:pPr>
      <w:r>
        <w:t>And especially, we have to be grateful to God for everything.</w:t>
      </w:r>
    </w:p>
    <w:p>
      <w:r>
        <w:rPr>
          <w:b/>
        </w:rPr>
        <w:t xml:space="preserve">[39:34] </w:t>
      </w:r>
      <w:r>
        <w:t>God has given us everything.</w:t>
      </w:r>
    </w:p>
    <w:p>
      <w:pPr>
        <w:jc w:val="right"/>
      </w:pPr>
      <w:r>
        <w:t>God has given us everything.</w:t>
      </w:r>
    </w:p>
    <w:p>
      <w:r>
        <w:rPr>
          <w:b/>
        </w:rPr>
        <w:t xml:space="preserve">[39:37] </w:t>
      </w:r>
      <w:r>
        <w:t>He has created us.</w:t>
      </w:r>
    </w:p>
    <w:p>
      <w:pPr>
        <w:jc w:val="right"/>
      </w:pPr>
      <w:r>
        <w:t>He has created us.</w:t>
      </w:r>
    </w:p>
    <w:p>
      <w:r>
        <w:rPr>
          <w:b/>
        </w:rPr>
        <w:t xml:space="preserve">[39:40] </w:t>
      </w:r>
      <w:r>
        <w:t>He sustains us.</w:t>
      </w:r>
    </w:p>
    <w:p>
      <w:pPr>
        <w:jc w:val="right"/>
      </w:pPr>
      <w:r>
        <w:t>He sustains us.</w:t>
      </w:r>
    </w:p>
    <w:p>
      <w:r>
        <w:rPr>
          <w:b/>
        </w:rPr>
        <w:t xml:space="preserve">[39:43] </w:t>
      </w:r>
      <w:r>
        <w:t>He has created paradise for us. So everything, this is the remembrance of God, and this is the Quranic way of remembering God. I ask you, so can you always answer what is the meaning of the Allah? Word God can use for Allah.</w:t>
      </w:r>
    </w:p>
    <w:p>
      <w:pPr>
        <w:jc w:val="right"/>
      </w:pPr>
      <w:r>
        <w:t>He has created paradise for us. So everything, this is the remembrance of God, and this is the Quranic way of remembering God. I ask you, so can you always answer what is the meaning of the Allah? Word God can use for Allah.</w:t>
      </w:r>
    </w:p>
    <w:p>
      <w:r>
        <w:rPr>
          <w:b/>
        </w:rPr>
        <w:t xml:space="preserve">[40:12] </w:t>
      </w:r>
      <w:r>
        <w:t>But actually, for Islam, where God is? Allah isn't God. It's a Western word. Is it different or is it different? It's different. But really, it's Allah. It's Allah. How to understand? Actually, we also use God. God and Khuda and Allah.</w:t>
      </w:r>
    </w:p>
    <w:p>
      <w:pPr>
        <w:jc w:val="right"/>
      </w:pPr>
      <w:r>
        <w:t>But actually, for Islam, where God is? Allah isn't God. It's a Western word. Is it different or is it different? It's different. But really, it's Allah. It's Allah. How to understand? Actually, we also use God. God and خدا and Allah.</w:t>
      </w:r>
    </w:p>
    <w:p>
      <w:r>
        <w:rPr>
          <w:b/>
        </w:rPr>
        <w:t xml:space="preserve">[40:42] </w:t>
      </w:r>
      <w:r>
        <w:t>It was the Arabs who used to say this word Allah. So they were using this word. So the same has been adopted in Islam. There are Muslims who are saying, saying that Allah is God's proper name. But this is not right.</w:t>
      </w:r>
    </w:p>
    <w:p>
      <w:pPr>
        <w:jc w:val="right"/>
      </w:pPr>
      <w:r>
        <w:t>It was the Arabs who used to say this word Allah. So they were using this word. So the same has been adopted in Islam. There are Muslims who are saying, saying that Allah is God's proper name. But this is not right.</w:t>
      </w:r>
    </w:p>
    <w:p>
      <w:r>
        <w:rPr>
          <w:b/>
        </w:rPr>
        <w:t xml:space="preserve">[40:58] </w:t>
      </w:r>
      <w:r>
        <w:t>It was used even in pre-Islamic Arabia, this name. It just means an object to be worshipped. So we can use God, Khuda, and any other such word interchangeably.</w:t>
      </w:r>
    </w:p>
    <w:p>
      <w:pPr>
        <w:jc w:val="right"/>
      </w:pPr>
      <w:r>
        <w:t>It was used even in pre-Islamic Arabia, this name. It just means an object to be worshipped. So we can use God, خدا, and any other such word interchangeably.</w:t>
      </w:r>
    </w:p>
    <w:p>
      <w:r>
        <w:rPr>
          <w:b/>
        </w:rPr>
        <w:t xml:space="preserve">[41:23] </w:t>
      </w:r>
      <w:r>
        <w:t>Can anyone explain Allah meaning?</w:t>
      </w:r>
    </w:p>
    <w:p>
      <w:pPr>
        <w:jc w:val="right"/>
      </w:pPr>
      <w:r>
        <w:t>Can anyone explain Allah meaning?</w:t>
      </w:r>
    </w:p>
    <w:p>
      <w:r>
        <w:rPr>
          <w:b/>
        </w:rPr>
        <w:t xml:space="preserve">[41:32] </w:t>
      </w:r>
      <w:r>
        <w:t>Allah ke kya ma'ani hain? Literal.</w:t>
      </w:r>
    </w:p>
    <w:p>
      <w:pPr>
        <w:jc w:val="right"/>
      </w:pPr>
      <w:r>
        <w:t>Allah کے کیا معنی ہیں؟ Literal.</w:t>
      </w:r>
    </w:p>
    <w:p>
      <w:r>
        <w:rPr>
          <w:b/>
        </w:rPr>
        <w:t xml:space="preserve">[41:41] </w:t>
      </w:r>
      <w:r>
        <w:t>Just a deity.</w:t>
      </w:r>
    </w:p>
    <w:p>
      <w:pPr>
        <w:jc w:val="right"/>
      </w:pPr>
      <w:r>
        <w:t>Just a deity.</w:t>
      </w:r>
    </w:p>
    <w:p>
      <w:r>
        <w:rPr>
          <w:b/>
        </w:rPr>
        <w:t xml:space="preserve">[41:50] </w:t>
      </w:r>
      <w:r>
        <w:t>A deity, it means.</w:t>
      </w:r>
    </w:p>
    <w:p>
      <w:pPr>
        <w:jc w:val="right"/>
      </w:pPr>
      <w:r>
        <w:t>A deity, it means.</w:t>
      </w:r>
    </w:p>
    <w:p>
      <w:r>
        <w:rPr>
          <w:b/>
        </w:rPr>
        <w:t xml:space="preserve">[41:59] </w:t>
      </w:r>
      <w:r>
        <w:t>A deity.</w:t>
      </w:r>
    </w:p>
    <w:p>
      <w:pPr>
        <w:jc w:val="right"/>
      </w:pPr>
      <w:r>
        <w:t>A deity.</w:t>
      </w:r>
    </w:p>
    <w:p>
      <w:r>
        <w:rPr>
          <w:b/>
        </w:rPr>
        <w:t xml:space="preserve">[42:20] </w:t>
      </w:r>
      <w:r>
        <w:t>Khuda is the Persians used to say Khuda, and the Arabs used to say Allah.</w:t>
      </w:r>
    </w:p>
    <w:p>
      <w:pPr>
        <w:jc w:val="right"/>
      </w:pPr>
      <w:r>
        <w:t>خدا is the Persians used to say خدا, and the Arabs used to say Allah.</w:t>
      </w:r>
    </w:p>
    <w:p>
      <w:r>
        <w:rPr>
          <w:b/>
        </w:rPr>
        <w:t xml:space="preserve">[42:41] </w:t>
      </w:r>
      <w:r>
        <w:t>So when all the Persians, the Iranians, they converted to Islam, so they used to say Khuda.</w:t>
      </w:r>
    </w:p>
    <w:p>
      <w:pPr>
        <w:jc w:val="right"/>
      </w:pPr>
      <w:r>
        <w:t>So when all the Persians, the Iranians, they converted to Islam, so they used to say خدا.</w:t>
      </w:r>
    </w:p>
    <w:p>
      <w:r>
        <w:rPr>
          <w:b/>
        </w:rPr>
        <w:t xml:space="preserve">[43:02] </w:t>
      </w:r>
      <w:r>
        <w:t>In India also, people use Khuda often, then Allah.</w:t>
      </w:r>
    </w:p>
    <w:p>
      <w:pPr>
        <w:jc w:val="right"/>
      </w:pPr>
      <w:r>
        <w:t>In India also, people use خدا often, then Allah.</w:t>
      </w:r>
    </w:p>
    <w:p>
      <w:r>
        <w:rPr>
          <w:b/>
        </w:rPr>
        <w:t xml:space="preserve">[43:23] </w:t>
      </w:r>
      <w:r>
        <w:t>It is interchangeable.</w:t>
      </w:r>
    </w:p>
    <w:p>
      <w:pPr>
        <w:jc w:val="right"/>
      </w:pPr>
      <w:r>
        <w:t>It is interchangeable.</w:t>
      </w:r>
    </w:p>
    <w:p>
      <w:r>
        <w:rPr>
          <w:b/>
        </w:rPr>
        <w:t xml:space="preserve">[43:45] </w:t>
      </w:r>
      <w:r>
        <w:t>Thank you very much for your really wonderful prayer. And many things have said. Maybe you make it deeper. I can use you within. Straight to the distance.</w:t>
      </w:r>
    </w:p>
    <w:p>
      <w:pPr>
        <w:jc w:val="right"/>
      </w:pPr>
      <w:r>
        <w:t>Thank you very much for your really wonderful prayer. And many things have said. Maybe you make it deeper. I can use you within. Straight to the distance.</w:t>
      </w:r>
    </w:p>
    <w:p>
      <w:r>
        <w:rPr>
          <w:b/>
        </w:rPr>
        <w:t xml:space="preserve">[44:01] </w:t>
      </w:r>
      <w:r>
        <w:t>But if they know each other, they find some real sense. In the same way, if we know about Muslim and Hindu, of course, for Buddhism, Hinduism is quite familiar from old times. But knowing since I came in India, I had some Muslim friends, very close Muslim friends. I found they are very honest, very sincere, very good, very strong believers.</w:t>
      </w:r>
    </w:p>
    <w:p>
      <w:pPr>
        <w:jc w:val="right"/>
      </w:pPr>
      <w:r>
        <w:t>But if they know each other, they find some real sense. In the same way, if we know about Muslim and Hindu, of course, for Buddhism, Hinduism is quite familiar from old times. But knowing since I came in India, I had some Muslim friends, very close Muslim friends. I found they are very honest, very sincere, very good, very strong believers.</w:t>
      </w:r>
    </w:p>
    <w:p>
      <w:r>
        <w:rPr>
          <w:b/>
        </w:rPr>
        <w:t xml:space="preserve">[44:29] </w:t>
      </w:r>
      <w:r>
        <w:t>I think that made them very good in the religion. And we have made many Muslim friends. And by becoming friendly amongst humans, then the religious all can come together. So this gathering is very, I think, beneficial and very blessed. So thank you very much for the talk. Thank you.</w:t>
      </w:r>
    </w:p>
    <w:p>
      <w:pPr>
        <w:jc w:val="right"/>
      </w:pPr>
      <w:r>
        <w:t>I think that made them very good in the religion. And we have made many Muslim friends. And by becoming friendly amongst humans, then the religious all can come together. So this gathering is very, I think, beneficial and very blessed. So thank you very much for the talk.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