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Team Spirit, November 29, 2013</w:t>
      </w:r>
    </w:p>
    <w:p>
      <w:r>
        <w:t>https://www.youtube.com/watch?v=HPOCgCN5A7U</w:t>
      </w:r>
    </w:p>
    <w:p>
      <w:r>
        <w:rPr>
          <w:b/>
        </w:rPr>
        <w:t xml:space="preserve">[00:15] </w:t>
      </w:r>
      <w:r>
        <w:t>bismillah al-rahman al-rahim, wa-salla Allahu 'ala al-nabi al-karim.</w:t>
      </w:r>
    </w:p>
    <w:p>
      <w:pPr>
        <w:jc w:val="right"/>
      </w:pPr>
      <w:r>
        <w:t>بسم اللہ الرحمن الرحیم، وصلی اللہ علی النبی الکریم۔</w:t>
      </w:r>
    </w:p>
    <w:p>
      <w:r>
        <w:rPr>
          <w:b/>
        </w:rPr>
        <w:t xml:space="preserve">[00:22] </w:t>
      </w:r>
      <w:r>
        <w:t>rabbi-shrah li sadri, wa-yassir li amri, wa-hlul 'uqdatan min lisani, yafqahu qawli.</w:t>
      </w:r>
    </w:p>
    <w:p>
      <w:pPr>
        <w:jc w:val="right"/>
      </w:pPr>
      <w:r>
        <w:t>رب اشرح لی صدری، ویسر لی امری، واحل العقدۃ من لسانی، یفقہ قولی۔</w:t>
      </w:r>
    </w:p>
    <w:p>
      <w:r>
        <w:rPr>
          <w:b/>
        </w:rPr>
        <w:t xml:space="preserve">[00:29] </w:t>
      </w:r>
      <w:r>
        <w:t>aaj november 2013 ki 29 tareekh hai.</w:t>
      </w:r>
    </w:p>
    <w:p>
      <w:pPr>
        <w:jc w:val="right"/>
      </w:pPr>
      <w:r>
        <w:t>آج نومبر 2013 کی 29 تاریخ ہے۔</w:t>
      </w:r>
    </w:p>
    <w:p>
      <w:r>
        <w:rPr>
          <w:b/>
        </w:rPr>
        <w:t xml:space="preserve">[00:36] </w:t>
      </w:r>
      <w:r>
        <w:t>aap log jo yahan par ikattha hain, aur aap logon ke peechay jo bohat se aur log hain</w:t>
      </w:r>
    </w:p>
    <w:p>
      <w:pPr>
        <w:jc w:val="right"/>
      </w:pPr>
      <w:r>
        <w:t>آپ لوگ جو یہاں پر اکٹھا ہیں، اور آپ لوگوں کے پیچھے جو بہت سے اور لوگ ہیں</w:t>
      </w:r>
    </w:p>
    <w:p>
      <w:r>
        <w:rPr>
          <w:b/>
        </w:rPr>
        <w:t xml:space="preserve">[00:43] </w:t>
      </w:r>
      <w:r>
        <w:t>dawati mission mein, un ko dekh kar mujhe aik ajeeb vision aaya, vision.</w:t>
      </w:r>
    </w:p>
    <w:p>
      <w:pPr>
        <w:jc w:val="right"/>
      </w:pPr>
      <w:r>
        <w:t>دعوتی مشن میں، ان کو دیکھ کر مجھے ایک عجیب ویژن آیا، ویژن۔</w:t>
      </w:r>
    </w:p>
    <w:p>
      <w:r>
        <w:rPr>
          <w:b/>
        </w:rPr>
        <w:t xml:space="preserve">[00:50] </w:t>
      </w:r>
      <w:r>
        <w:t>aik vision aaya.</w:t>
      </w:r>
    </w:p>
    <w:p>
      <w:pPr>
        <w:jc w:val="right"/>
      </w:pPr>
      <w:r>
        <w:t>ایک ویژن آیا۔</w:t>
      </w:r>
    </w:p>
    <w:p>
      <w:r>
        <w:rPr>
          <w:b/>
        </w:rPr>
        <w:t xml:space="preserve">[00:57] </w:t>
      </w:r>
      <w:r>
        <w:t>woh vision kya hai? tareekh ko 200 saal se aik waqe'a ka intezar hai.</w:t>
      </w:r>
    </w:p>
    <w:p>
      <w:pPr>
        <w:jc w:val="right"/>
      </w:pPr>
      <w:r>
        <w:t>وہ ویژن کیا ہے؟ تاریخ کو 200 سال سے ایک واقعے کا انتظار ہے۔</w:t>
      </w:r>
    </w:p>
    <w:p>
      <w:r>
        <w:rPr>
          <w:b/>
        </w:rPr>
        <w:t xml:space="preserve">[01:04] </w:t>
      </w:r>
      <w:r>
        <w:t>tareekh se meri murad hai jadeed tareekh.</w:t>
      </w:r>
    </w:p>
    <w:p>
      <w:pPr>
        <w:jc w:val="right"/>
      </w:pPr>
      <w:r>
        <w:t>تاریخ سے میری مراد ہے جدید تاریخ۔</w:t>
      </w:r>
    </w:p>
    <w:p>
      <w:r>
        <w:rPr>
          <w:b/>
        </w:rPr>
        <w:t xml:space="preserve">[01:11] </w:t>
      </w:r>
      <w:r>
        <w:t>door jadeed mein kuch nai opportunities paida huin, kis liye? kisi kaam ke liye.</w:t>
      </w:r>
    </w:p>
    <w:p>
      <w:pPr>
        <w:jc w:val="right"/>
      </w:pPr>
      <w:r>
        <w:t>دور جدید میں کچھ نئی اپرچونیٹیز پیدا ہوئیں، کس لیے؟ کسی کام کے لیے۔</w:t>
      </w:r>
    </w:p>
    <w:p>
      <w:r>
        <w:rPr>
          <w:b/>
        </w:rPr>
        <w:t xml:space="preserve">[01:18] </w:t>
      </w:r>
      <w:r>
        <w:t>jaisay Allah barish barsatay hain to kisi kaam ke liye.</w:t>
      </w:r>
    </w:p>
    <w:p>
      <w:pPr>
        <w:jc w:val="right"/>
      </w:pPr>
      <w:r>
        <w:t>جیسے اللہ بارش برساتے ہیں تو کسی کام کے لیے۔</w:t>
      </w:r>
    </w:p>
    <w:p>
      <w:r>
        <w:rPr>
          <w:b/>
        </w:rPr>
        <w:t xml:space="preserve">[01:25] </w:t>
      </w:r>
      <w:r>
        <w:t>jab barish barti hai to badalon ko intezar hota hai aik waqe'a ka, ke kisan pani ko istemal</w:t>
      </w:r>
    </w:p>
    <w:p>
      <w:pPr>
        <w:jc w:val="right"/>
      </w:pPr>
      <w:r>
        <w:t>جب بارش برستی ہے تو بادلوں کو انتظار ہوتا ہے ایک واقعے کا، کہ کسان پانی کو استعمال</w:t>
      </w:r>
    </w:p>
    <w:p>
      <w:r>
        <w:rPr>
          <w:b/>
        </w:rPr>
        <w:t xml:space="preserve">[01:32] </w:t>
      </w:r>
      <w:r>
        <w:t>kar ke fasal ugaye.</w:t>
      </w:r>
    </w:p>
    <w:p>
      <w:pPr>
        <w:jc w:val="right"/>
      </w:pPr>
      <w:r>
        <w:t>کر کے فصل اگائے۔</w:t>
      </w:r>
    </w:p>
    <w:p>
      <w:r>
        <w:rPr>
          <w:b/>
        </w:rPr>
        <w:t xml:space="preserve">[01:39] </w:t>
      </w:r>
      <w:r>
        <w:t>balkay sari kainat, kyunke aap barish jab hoti hai to poori kainat milti hai, us waqt tab barish hoti hai.</w:t>
      </w:r>
    </w:p>
    <w:p>
      <w:pPr>
        <w:jc w:val="right"/>
      </w:pPr>
      <w:r>
        <w:t>بلکہ ساری کائنات، کیونکہ آپ بارش جب ہوتی ہے تو پوری کائنات ملتی ہے، اس وقت تب بارش ہوتی ہے۔</w:t>
      </w:r>
    </w:p>
    <w:p>
      <w:r>
        <w:rPr>
          <w:b/>
        </w:rPr>
        <w:t xml:space="preserve">[01:46] </w:t>
      </w:r>
      <w:r>
        <w:t>barish koi saada waqe'a nahi hai.</w:t>
      </w:r>
    </w:p>
    <w:p>
      <w:pPr>
        <w:jc w:val="right"/>
      </w:pPr>
      <w:r>
        <w:t>بارش کوئی سادہ واقعہ نہیں ہے۔</w:t>
      </w:r>
    </w:p>
    <w:p>
      <w:r>
        <w:rPr>
          <w:b/>
        </w:rPr>
        <w:t xml:space="preserve">[01:53] </w:t>
      </w:r>
      <w:r>
        <w:t>goya ke poora kainaati nizam jo hai, us ne mutahid ho kar aik kaam kiya to barish hui.</w:t>
      </w:r>
    </w:p>
    <w:p>
      <w:pPr>
        <w:jc w:val="right"/>
      </w:pPr>
      <w:r>
        <w:t>گویا کہ پورا کائناتی نظام جو ہے، اس نے متحد ہو کر ایک کام کیا تو بارش ہوئی۔</w:t>
      </w:r>
    </w:p>
    <w:p>
      <w:r>
        <w:rPr>
          <w:b/>
        </w:rPr>
        <w:t xml:space="preserve">[02:00] </w:t>
      </w:r>
      <w:r>
        <w:t>to kya aap samajhte hain ke bas baat khatam ho gayi? woh poora kainaati nizam intezar kar raha</w:t>
      </w:r>
    </w:p>
    <w:p>
      <w:pPr>
        <w:jc w:val="right"/>
      </w:pPr>
      <w:r>
        <w:t>تو کیا آپ سمجھتے ہیں کہ بس بات ختم ہو گئی؟ وہ پورا کائناتی نظام انتظار کر رہا</w:t>
      </w:r>
    </w:p>
    <w:p>
      <w:r>
        <w:rPr>
          <w:b/>
        </w:rPr>
        <w:t xml:space="preserve">[02:07] </w:t>
      </w:r>
      <w:r>
        <w:t>hai aik waqe'a ka, jo doosron ko karna hai, barish ko nahi.</w:t>
      </w:r>
    </w:p>
    <w:p>
      <w:pPr>
        <w:jc w:val="right"/>
      </w:pPr>
      <w:r>
        <w:t>ہے ایک واقعے کا، جو دوسروں کو کرنا ہے، بارش کو نہیں۔</w:t>
      </w:r>
    </w:p>
    <w:p>
      <w:r>
        <w:rPr>
          <w:b/>
        </w:rPr>
        <w:t xml:space="preserve">[02:14] </w:t>
      </w:r>
      <w:r>
        <w:t>woh hai ke pani ko istemal kar ke fasal ugna, taake dana paida ho, ghalla paida ho, phal</w:t>
      </w:r>
    </w:p>
    <w:p>
      <w:pPr>
        <w:jc w:val="right"/>
      </w:pPr>
      <w:r>
        <w:t>وہ ہے کہ پانی کو استعمال کر کے فصل اگانا، تاکہ دانہ پیدا ہو، غلہ پیدا ہو، پھل</w:t>
      </w:r>
    </w:p>
    <w:p>
      <w:r>
        <w:rPr>
          <w:b/>
        </w:rPr>
        <w:t xml:space="preserve">[02:21] </w:t>
      </w:r>
      <w:r>
        <w:t>paida ho, insaan ke liye ghiza husool ho.</w:t>
      </w:r>
    </w:p>
    <w:p>
      <w:pPr>
        <w:jc w:val="right"/>
      </w:pPr>
      <w:r>
        <w:t>پیدا ہو، انسان کے لیے غذا حصول ہو۔</w:t>
      </w:r>
    </w:p>
    <w:p>
      <w:r>
        <w:rPr>
          <w:b/>
        </w:rPr>
        <w:t xml:space="preserve">[02:28] </w:t>
      </w:r>
      <w:r>
        <w:t>to poora kainaati nizam barish barsata hai, lekin khud is waqe'a ko wujood nahi lata jo aakhri cheez darkar hai.</w:t>
      </w:r>
    </w:p>
    <w:p>
      <w:pPr>
        <w:jc w:val="right"/>
      </w:pPr>
      <w:r>
        <w:t>تو پورا کائناتی نظام بارش برساتا ہے، لیکن خود اس واقعے کو وجود نہیں لاتا جو آخری چیز درکار ہے۔</w:t>
      </w:r>
    </w:p>
    <w:p>
      <w:r>
        <w:rPr>
          <w:b/>
        </w:rPr>
        <w:t xml:space="preserve">[02:35] </w:t>
      </w:r>
      <w:r>
        <w:t>woh to kuch doosray logon ko karna hai.</w:t>
      </w:r>
    </w:p>
    <w:p>
      <w:pPr>
        <w:jc w:val="right"/>
      </w:pPr>
      <w:r>
        <w:t>وہ تو کچھ دوسرے لوگوں کو کرنا ہے۔</w:t>
      </w:r>
    </w:p>
    <w:p>
      <w:r>
        <w:rPr>
          <w:b/>
        </w:rPr>
        <w:t xml:space="preserve">[02:42] </w:t>
      </w:r>
      <w:r>
        <w:t>lekin kainaati nizam jab barish barsata hai to woh poora kainaati nizam intezar kar raha hai ke woh</w:t>
      </w:r>
    </w:p>
    <w:p>
      <w:pPr>
        <w:jc w:val="right"/>
      </w:pPr>
      <w:r>
        <w:t>لیکن کائناتی نظام جب بارش برساتا ہے تو وہ پورا کائناتی نظام انتظار کر رہا ہے کہ وہ</w:t>
      </w:r>
    </w:p>
    <w:p>
      <w:r>
        <w:rPr>
          <w:b/>
        </w:rPr>
        <w:t xml:space="preserve">[02:49] </w:t>
      </w:r>
      <w:r>
        <w:t>log uthein jinhon ne barish ke pani ko istemal kar ke is ko laalati fasal mein tabdeel karna hai.</w:t>
      </w:r>
    </w:p>
    <w:p>
      <w:pPr>
        <w:jc w:val="right"/>
      </w:pPr>
      <w:r>
        <w:t>لوگ اٹھیں جنہوں نے بارش کے پانی کو استعمال کر کے اس کو لالاتی فصل میں تبدیل کرنا ہے۔</w:t>
      </w:r>
    </w:p>
    <w:p>
      <w:r>
        <w:rPr>
          <w:b/>
        </w:rPr>
        <w:t xml:space="preserve">[02:56] </w:t>
      </w:r>
      <w:r>
        <w:t>to mujhe jo mein ne kaha vision ki baat, 200 saal se tareekh ko ek intezar hai, balkay</w:t>
      </w:r>
    </w:p>
    <w:p>
      <w:pPr>
        <w:jc w:val="right"/>
      </w:pPr>
      <w:r>
        <w:t>تو مجھے جو میں نے کہا ویژن کی بات، 200 سال سے تاریخ کو ایک انتظار ہے، بلکہ</w:t>
      </w:r>
    </w:p>
    <w:p>
      <w:r>
        <w:rPr>
          <w:b/>
        </w:rPr>
        <w:t xml:space="preserve">[03:03] </w:t>
      </w:r>
      <w:r>
        <w:t>shayad 300 saal tak is ko barha saktay hain aap.</w:t>
      </w:r>
    </w:p>
    <w:p>
      <w:pPr>
        <w:jc w:val="right"/>
      </w:pPr>
      <w:r>
        <w:t>شاید 300 سال تک اس کو بڑھا سکتے ہیں آپ۔</w:t>
      </w:r>
    </w:p>
    <w:p>
      <w:r>
        <w:rPr>
          <w:b/>
        </w:rPr>
        <w:t xml:space="preserve">[03:11] </w:t>
      </w:r>
      <w:r>
        <w:t>jab printed press wajood mein aaya, printed press.</w:t>
      </w:r>
    </w:p>
    <w:p>
      <w:pPr>
        <w:jc w:val="right"/>
      </w:pPr>
      <w:r>
        <w:t>جب پرنٹڈ پریس وجود میں آیا، پرنٹڈ پریس۔</w:t>
      </w:r>
    </w:p>
    <w:p>
      <w:r>
        <w:rPr>
          <w:b/>
        </w:rPr>
        <w:t xml:space="preserve">[03:18] </w:t>
      </w:r>
      <w:r>
        <w:t>printed press ek ajeeb ghareeb nemat hai, kyunkay qadeem zamanay mein haath se likhi jati kitab, ek kitab</w:t>
      </w:r>
    </w:p>
    <w:p>
      <w:pPr>
        <w:jc w:val="right"/>
      </w:pPr>
      <w:r>
        <w:t>پرنٹڈ پریس ایک عجیب غریب نعمت ہے، کیونکہ قدیم زمانے میں ہاتھ سے لکھی جاتی کتاب، ایک کتاب</w:t>
      </w:r>
    </w:p>
    <w:p>
      <w:r>
        <w:rPr>
          <w:b/>
        </w:rPr>
        <w:t xml:space="preserve">[03:25] </w:t>
      </w:r>
      <w:r>
        <w:t>likhtay likhtay saal bhar beet gaya, ek quran likhtay likhtay, is ko islaah karo, doosra copy is se</w:t>
      </w:r>
    </w:p>
    <w:p>
      <w:pPr>
        <w:jc w:val="right"/>
      </w:pPr>
      <w:r>
        <w:t>لکھتے لکھتے سال بھر بیت گیا، ایک قرآن لکھتے لکھتے، اس کو اصلاح کرو، دوسرا کاپی اس سے</w:t>
      </w:r>
    </w:p>
    <w:p>
      <w:r>
        <w:rPr>
          <w:b/>
        </w:rPr>
        <w:t xml:space="preserve">[03:32] </w:t>
      </w:r>
      <w:r>
        <w:t>nahi bana saktay thay aap, doosri copy phir se likhni parti thi, phir se likhni parti thi.</w:t>
      </w:r>
    </w:p>
    <w:p>
      <w:pPr>
        <w:jc w:val="right"/>
      </w:pPr>
      <w:r>
        <w:t>نہیں بنا سکتے تھے آپ، دوسری کاپی پھر سے لکھنی پڑتی تھی، پھر سے لکھنی پڑتی تھی۔</w:t>
      </w:r>
    </w:p>
    <w:p>
      <w:r>
        <w:rPr>
          <w:b/>
        </w:rPr>
        <w:t xml:space="preserve">[03:39] </w:t>
      </w:r>
      <w:r>
        <w:t>isi liye qadeem zamanay mein uloom ki kabhi taraqqi nahi ho saki.</w:t>
      </w:r>
    </w:p>
    <w:p>
      <w:pPr>
        <w:jc w:val="right"/>
      </w:pPr>
      <w:r>
        <w:t>اسی لیے قدیم زمانے میں علوم کی کبھی ترقی نہیں ہو سکی۔</w:t>
      </w:r>
    </w:p>
    <w:p>
      <w:r>
        <w:rPr>
          <w:b/>
        </w:rPr>
        <w:t xml:space="preserve">[03:46] </w:t>
      </w:r>
      <w:r>
        <w:t>300 saal pehlay ka jo zamanah hai, is mein na science ki taraqqi hui, na kisi ilm ki</w:t>
      </w:r>
    </w:p>
    <w:p>
      <w:pPr>
        <w:jc w:val="right"/>
      </w:pPr>
      <w:r>
        <w:t>300 سال پہلے کا جو زمانہ ہے، اس میں نہ سائنس کی ترقی ہوئی، نہ کسی علم کی</w:t>
      </w:r>
    </w:p>
    <w:p>
      <w:r>
        <w:rPr>
          <w:b/>
        </w:rPr>
        <w:t xml:space="preserve">[03:53] </w:t>
      </w:r>
      <w:r>
        <w:t>taraqqi hui, kyunkay zaroorat thi printed press ki, ke ek shakhs ek kitab likhay, jisay newton ne 300</w:t>
      </w:r>
    </w:p>
    <w:p>
      <w:pPr>
        <w:jc w:val="right"/>
      </w:pPr>
      <w:r>
        <w:t>ترقی ہوئی، کیونکہ ضرورت تھی پرنٹڈ پریس کی، کہ ایک شخص ایک کتاب لکھے، جسے نیوٹن نے 300</w:t>
      </w:r>
    </w:p>
    <w:p>
      <w:r>
        <w:rPr>
          <w:b/>
        </w:rPr>
        <w:t xml:space="preserve">[04:00] </w:t>
      </w:r>
      <w:r>
        <w:t>saal pehlay principia likhi.</w:t>
      </w:r>
    </w:p>
    <w:p>
      <w:pPr>
        <w:jc w:val="right"/>
      </w:pPr>
      <w:r>
        <w:t>سال پہلے پرنسپیا لکھی۔</w:t>
      </w:r>
    </w:p>
    <w:p>
      <w:r>
        <w:rPr>
          <w:b/>
        </w:rPr>
        <w:t xml:space="preserve">[04:07] </w:t>
      </w:r>
      <w:r>
        <w:t>principia samjha jata hai science ki bible.</w:t>
      </w:r>
    </w:p>
    <w:p>
      <w:pPr>
        <w:jc w:val="right"/>
      </w:pPr>
      <w:r>
        <w:t>پرنسپیا سمجھا جاتا ہے سائنس کی بائبل۔</w:t>
      </w:r>
    </w:p>
    <w:p>
      <w:r>
        <w:rPr>
          <w:b/>
        </w:rPr>
        <w:t xml:space="preserve">[04:14] </w:t>
      </w:r>
      <w:r>
        <w:t>to us waqt press ka zamanah aa chuka tha.</w:t>
      </w:r>
    </w:p>
    <w:p>
      <w:pPr>
        <w:jc w:val="right"/>
      </w:pPr>
      <w:r>
        <w:t>تو اس وقت پریس کا زمانہ آ چکا تھا۔</w:t>
      </w:r>
    </w:p>
    <w:p>
      <w:r>
        <w:rPr>
          <w:b/>
        </w:rPr>
        <w:t xml:space="preserve">[04:21] </w:t>
      </w:r>
      <w:r>
        <w:t>to achaanak poooray europe mein phail gayi woh kitab, aur phir woh buniyad ban gayi modern science ki.</w:t>
      </w:r>
    </w:p>
    <w:p>
      <w:pPr>
        <w:jc w:val="right"/>
      </w:pPr>
      <w:r>
        <w:t>تو اچانک پورے یورپ میں پھیل گئی وہ کتاب، اور پھر وہ بنیاد بن گئی ماڈرن سائنس کی۔</w:t>
      </w:r>
    </w:p>
    <w:p>
      <w:r>
        <w:rPr>
          <w:b/>
        </w:rPr>
        <w:t xml:space="preserve">[04:28] </w:t>
      </w:r>
      <w:r>
        <w:t>to press ke zamanay ko istemal kiya europe ne, science ki taraqqi hui, democracy ko taraqqi hui, aur</w:t>
      </w:r>
    </w:p>
    <w:p>
      <w:pPr>
        <w:jc w:val="right"/>
      </w:pPr>
      <w:r>
        <w:t>تو پریس کے زمانے کو استعمال کیا یورپ نے، سائنس کی ترقی ہوئی، ڈیموکریسی کو ترقی ہوئی، اور</w:t>
      </w:r>
    </w:p>
    <w:p>
      <w:r>
        <w:rPr>
          <w:b/>
        </w:rPr>
        <w:t xml:space="preserve">[04:35] </w:t>
      </w:r>
      <w:r>
        <w:t>freedom ka daur aaya.</w:t>
      </w:r>
    </w:p>
    <w:p>
      <w:pPr>
        <w:jc w:val="right"/>
      </w:pPr>
      <w:r>
        <w:t>فریڈم کا دور آیا۔</w:t>
      </w:r>
    </w:p>
    <w:p>
      <w:r>
        <w:rPr>
          <w:b/>
        </w:rPr>
        <w:t xml:space="preserve">[04:42] </w:t>
      </w:r>
      <w:r>
        <w:t>bohat si cheezain jo naye zamanay mein aayi hain, is ka bohat gehra ta'alluq press se hai.</w:t>
      </w:r>
    </w:p>
    <w:p>
      <w:pPr>
        <w:jc w:val="right"/>
      </w:pPr>
      <w:r>
        <w:t>بہت سی چیزیں جو نئے زمانے میں آئیں ہیں، اس کا بہت گہرا تعلق پریس سے ہے۔</w:t>
      </w:r>
    </w:p>
    <w:p>
      <w:r>
        <w:rPr>
          <w:b/>
        </w:rPr>
        <w:t xml:space="preserve">[04:49] </w:t>
      </w:r>
      <w:r>
        <w:t>phir ab to aap jantay hain ke print media se aagay, aur woh yaani electronic media aa chuka</w:t>
      </w:r>
    </w:p>
    <w:p>
      <w:pPr>
        <w:jc w:val="right"/>
      </w:pPr>
      <w:r>
        <w:t>پھر اب تو آپ جانتے ہیں کہ پرنٹ میڈیا سے آگے، اور وہ یعنی الیکٹرانک میڈیا آ چکا</w:t>
      </w:r>
    </w:p>
    <w:p>
      <w:r>
        <w:rPr>
          <w:b/>
        </w:rPr>
        <w:t xml:space="preserve">[04:56] </w:t>
      </w:r>
      <w:r>
        <w:t>hai, aur bhi ziyada tar darakht aa rahay hain.</w:t>
      </w:r>
    </w:p>
    <w:p>
      <w:pPr>
        <w:jc w:val="right"/>
      </w:pPr>
      <w:r>
        <w:t>ہے، اور بھی زیادہ تر درخت آ رہے ہیں۔</w:t>
      </w:r>
    </w:p>
    <w:p>
      <w:r>
        <w:rPr>
          <w:b/>
        </w:rPr>
        <w:t xml:space="preserve">[05:03] </w:t>
      </w:r>
      <w:r>
        <w:t>yeh sab kyun hua? kya aap samajhtay hain ke yeh koi khel kood hai? yeh bilashubah khaliq ne</w:t>
      </w:r>
    </w:p>
    <w:p>
      <w:pPr>
        <w:jc w:val="right"/>
      </w:pPr>
      <w:r>
        <w:t>یہ سب کیوں ہوا؟ کیا آپ سمجھتے ہیں کہ یہ کوئی کھیل کود ہے؟ یہ بلاشبہ خالق نے</w:t>
      </w:r>
    </w:p>
    <w:p>
      <w:r>
        <w:rPr>
          <w:b/>
        </w:rPr>
        <w:t xml:space="preserve">[05:10] </w:t>
      </w:r>
      <w:r>
        <w:t>kiya hai, waisay hi jaisay barish barsata hai khaliq, aur phir intezar karta hai kuch insaan uthein.</w:t>
      </w:r>
    </w:p>
    <w:p>
      <w:pPr>
        <w:jc w:val="right"/>
      </w:pPr>
      <w:r>
        <w:t>کیا ہے، ویسے ہی جیسے بارش برساتا ہے خالق، اور پھر انتظار کرتا ہے کچھ انسان اٹھیں۔</w:t>
      </w:r>
    </w:p>
    <w:p>
      <w:r>
        <w:rPr>
          <w:b/>
        </w:rPr>
        <w:t xml:space="preserve">[05:17] </w:t>
      </w:r>
      <w:r>
        <w:t>aisay hi khaliq ne yeh kiya hai ke naya zamanah paida kiya, printing press ka daur aaya, religious</w:t>
      </w:r>
    </w:p>
    <w:p>
      <w:pPr>
        <w:jc w:val="right"/>
      </w:pPr>
      <w:r>
        <w:t>ایسے ہی خالق نے یہ کیا ہے کہ نیا زمانہ پیدا کیا، پرنٹنگ پریس کا دور آیا، ریلیجس</w:t>
      </w:r>
    </w:p>
    <w:p>
      <w:r>
        <w:rPr>
          <w:b/>
        </w:rPr>
        <w:t xml:space="preserve">[05:24] </w:t>
      </w:r>
      <w:r>
        <w:t>freedom ka daur aaya, modern technology ka daur aaya, poori dunya global village ban gayi.</w:t>
      </w:r>
    </w:p>
    <w:p>
      <w:pPr>
        <w:jc w:val="right"/>
      </w:pPr>
      <w:r>
        <w:t>فریڈم کا دور آیا، ماڈرن ٹیکنالوجی کا دور آیا، پوری دنیا گلوبل ولیج بن گئی۔</w:t>
      </w:r>
    </w:p>
    <w:p>
      <w:r>
        <w:rPr>
          <w:b/>
        </w:rPr>
        <w:t xml:space="preserve">[05:31] </w:t>
      </w:r>
      <w:r>
        <w:t>to kis liye? ek ek aur waqea zahoor mein lana hai jo jis ke liye insaan darkaar hain.</w:t>
      </w:r>
    </w:p>
    <w:p>
      <w:pPr>
        <w:jc w:val="right"/>
      </w:pPr>
      <w:r>
        <w:t>تو کس لیے؟ ایک ایک اور واقعہ ظہور میں لانا ہے جو جس کے لیے انسان درکار ہیں۔</w:t>
      </w:r>
    </w:p>
    <w:p>
      <w:r>
        <w:rPr>
          <w:b/>
        </w:rPr>
        <w:t xml:space="preserve">[05:38] </w:t>
      </w:r>
      <w:r>
        <w:t>woh hai Allah ke paigham ko aalami satah par pohanchana.</w:t>
      </w:r>
    </w:p>
    <w:p>
      <w:pPr>
        <w:jc w:val="right"/>
      </w:pPr>
      <w:r>
        <w:t>وہ ہے اللہ کے پیغام کو عالمی سطح پر پہنچانا۔</w:t>
      </w:r>
    </w:p>
    <w:p>
      <w:r>
        <w:rPr>
          <w:b/>
        </w:rPr>
        <w:t xml:space="preserve">[05:45] </w:t>
      </w:r>
      <w:r>
        <w:t>dekhiye, quran mein ek ayat hai: "nadhir al-furqan li yakuna lil 'alamin nadhira".</w:t>
      </w:r>
    </w:p>
    <w:p>
      <w:pPr>
        <w:jc w:val="right"/>
      </w:pPr>
      <w:r>
        <w:t>دیکھیے، قرآن میں ایک آیت ہے: "نذر الفرقان لیکون للعالمین نذیرا"۔</w:t>
      </w:r>
    </w:p>
    <w:p>
      <w:r>
        <w:rPr>
          <w:b/>
        </w:rPr>
        <w:t xml:space="preserve">[05:52] </w:t>
      </w:r>
      <w:r>
        <w:t>allah ne utara quran ke sare alam ke liye woh agah karne wala bane.</w:t>
      </w:r>
    </w:p>
    <w:p>
      <w:pPr>
        <w:jc w:val="right"/>
      </w:pPr>
      <w:r>
        <w:t>اللہ نے اتارا قرآن کہ سارے عالم کے لیے وہ آگاہ کرنے والا بنے۔</w:t>
      </w:r>
    </w:p>
    <w:p>
      <w:r>
        <w:rPr>
          <w:b/>
        </w:rPr>
        <w:t xml:space="preserve">[05:59] </w:t>
      </w:r>
      <w:r>
        <w:t>aap ghor kijiye, yeh ayat utri thi ab se chaudah so saal pehle.</w:t>
      </w:r>
    </w:p>
    <w:p>
      <w:pPr>
        <w:jc w:val="right"/>
      </w:pPr>
      <w:r>
        <w:t>آپ غور کیجیے، یہ آیت اتری تھی اب سے چودہ سو سال پہلے۔</w:t>
      </w:r>
    </w:p>
    <w:p>
      <w:r>
        <w:rPr>
          <w:b/>
        </w:rPr>
        <w:t xml:space="preserve">[06:07] </w:t>
      </w:r>
      <w:r>
        <w:t>koi janta bhi nahi tha ke sara alam kya hai.</w:t>
      </w:r>
    </w:p>
    <w:p>
      <w:pPr>
        <w:jc w:val="right"/>
      </w:pPr>
      <w:r>
        <w:t>کوئی جانتا بھی نہیں تھا کہ سارا عالم کیا ہے۔</w:t>
      </w:r>
    </w:p>
    <w:p>
      <w:r>
        <w:rPr>
          <w:b/>
        </w:rPr>
        <w:t xml:space="preserve">[06:14] </w:t>
      </w:r>
      <w:r>
        <w:t>chaudah so saal pehle kisi ko pata nahi tha ke sara alam hai kiya.</w:t>
      </w:r>
    </w:p>
    <w:p>
      <w:pPr>
        <w:jc w:val="right"/>
      </w:pPr>
      <w:r>
        <w:t>چودہ سو سال پہلے کسی کو پتہ نہیں تھا کہ سارا عالم ہے کیا۔</w:t>
      </w:r>
    </w:p>
    <w:p>
      <w:r>
        <w:rPr>
          <w:b/>
        </w:rPr>
        <w:t xml:space="preserve">[06:21] </w:t>
      </w:r>
      <w:r>
        <w:t>yahan par aap ne dekha hoga, seerhi ke paas ek map laga hua hai, sari zameen ka map.</w:t>
      </w:r>
    </w:p>
    <w:p>
      <w:pPr>
        <w:jc w:val="right"/>
      </w:pPr>
      <w:r>
        <w:t>یہاں پر آپ نے دیکھا ہوگا، سیڑھی کے پاس ایک میپ لگا ہوا ہے، ساری زمین کا میپ۔</w:t>
      </w:r>
    </w:p>
    <w:p>
      <w:r>
        <w:rPr>
          <w:b/>
        </w:rPr>
        <w:t xml:space="preserve">[06:28] </w:t>
      </w:r>
      <w:r>
        <w:t>to mein jab seerhi par charhta utarta hoon, is ko dekhta hoon to lagta hai ke yeh saada</w:t>
      </w:r>
    </w:p>
    <w:p>
      <w:pPr>
        <w:jc w:val="right"/>
      </w:pPr>
      <w:r>
        <w:t>تو میں جب سیڑھی پر چڑھتا اترتا ہوں، اس کو دیکھتا ہوں تو لگتا ہے کہ یہ سادہ</w:t>
      </w:r>
    </w:p>
    <w:p>
      <w:r>
        <w:rPr>
          <w:b/>
        </w:rPr>
        <w:t xml:space="preserve">[06:35] </w:t>
      </w:r>
      <w:r>
        <w:t>waqia nahi hai.</w:t>
      </w:r>
    </w:p>
    <w:p>
      <w:pPr>
        <w:jc w:val="right"/>
      </w:pPr>
      <w:r>
        <w:t>واقعہ نہیں ہے۔</w:t>
      </w:r>
    </w:p>
    <w:p>
      <w:r>
        <w:rPr>
          <w:b/>
        </w:rPr>
        <w:t xml:space="preserve">[06:42] </w:t>
      </w:r>
      <w:r>
        <w:t>woh naqsha bata raha hai ke tum ek naye zamane mein pahunch chuke ho, jab ke tum jaan sakte</w:t>
      </w:r>
    </w:p>
    <w:p>
      <w:pPr>
        <w:jc w:val="right"/>
      </w:pPr>
      <w:r>
        <w:t>وہ نقشہ بتا رہا ہے کہ تم ایک نئے زمانے میں پہنچ چکے ہو، جبکہ تم جان سکتے</w:t>
      </w:r>
    </w:p>
    <w:p>
      <w:r>
        <w:rPr>
          <w:b/>
        </w:rPr>
        <w:t xml:space="preserve">[06:49] </w:t>
      </w:r>
      <w:r>
        <w:t>ho ke kaun mulk kahan hai, kaun shehar kahan hai.</w:t>
      </w:r>
    </w:p>
    <w:p>
      <w:pPr>
        <w:jc w:val="right"/>
      </w:pPr>
      <w:r>
        <w:t>ہو کہ کون ملک کہاں ہے، کون شہر کہاں ہے۔</w:t>
      </w:r>
    </w:p>
    <w:p>
      <w:r>
        <w:rPr>
          <w:b/>
        </w:rPr>
        <w:t xml:space="preserve">[06:56] </w:t>
      </w:r>
      <w:r>
        <w:t>pehlay kuch pata nahi tha.</w:t>
      </w:r>
    </w:p>
    <w:p>
      <w:pPr>
        <w:jc w:val="right"/>
      </w:pPr>
      <w:r>
        <w:t>پہلے کچھ پتہ نہیں تھا۔</w:t>
      </w:r>
    </w:p>
    <w:p>
      <w:r>
        <w:rPr>
          <w:b/>
        </w:rPr>
        <w:t xml:space="preserve">[07:03] </w:t>
      </w:r>
      <w:r>
        <w:t>na aisa naqsha tha, na aisa ilm tha.</w:t>
      </w:r>
    </w:p>
    <w:p>
      <w:pPr>
        <w:jc w:val="right"/>
      </w:pPr>
      <w:r>
        <w:t>نہ ایسا نقشہ تھا، نہ ایسا علم تھا۔</w:t>
      </w:r>
    </w:p>
    <w:p>
      <w:r>
        <w:rPr>
          <w:b/>
        </w:rPr>
        <w:t xml:space="preserve">[07:10] </w:t>
      </w:r>
      <w:r>
        <w:t>ilm jis ko kehte hain geography, geographic ilm, woh to bohat hi recent ilm hai.</w:t>
      </w:r>
    </w:p>
    <w:p>
      <w:pPr>
        <w:jc w:val="right"/>
      </w:pPr>
      <w:r>
        <w:t>علم جس کو کہتے ہیں جیوگرافی، جیوگرافک علم، وہ تو بہت ہی ریسنٹ علم ہے۔</w:t>
      </w:r>
    </w:p>
    <w:p>
      <w:r>
        <w:rPr>
          <w:b/>
        </w:rPr>
        <w:t xml:space="preserve">[07:17] </w:t>
      </w:r>
      <w:r>
        <w:t>pehlay kahan tha? kuch bhi nahi jante thay log.</w:t>
      </w:r>
    </w:p>
    <w:p>
      <w:pPr>
        <w:jc w:val="right"/>
      </w:pPr>
      <w:r>
        <w:t>پہلے کہاں تھا؟ کچھ بھی نہیں جانتے تھے لوگ۔</w:t>
      </w:r>
    </w:p>
    <w:p>
      <w:r>
        <w:rPr>
          <w:b/>
        </w:rPr>
        <w:t xml:space="preserve">[07:24] </w:t>
      </w:r>
      <w:r>
        <w:t>to aap ghor kijiye ke quran ko utara allah taala ne is liye ke sara alam tak pahunchaya.</w:t>
      </w:r>
    </w:p>
    <w:p>
      <w:pPr>
        <w:jc w:val="right"/>
      </w:pPr>
      <w:r>
        <w:t>تو آپ غور کیجیے کہ قرآن کو اتارا اللہ تعالی نے اس لیے کہ سارا عالم تک پہنچایا۔</w:t>
      </w:r>
    </w:p>
    <w:p>
      <w:r>
        <w:rPr>
          <w:b/>
        </w:rPr>
        <w:t xml:space="preserve">[07:31] </w:t>
      </w:r>
      <w:r>
        <w:t>aur jahan utara gaya, jin ke upar utra, un ko pata bhi nahi tha ke sara alam kya hai.</w:t>
      </w:r>
    </w:p>
    <w:p>
      <w:pPr>
        <w:jc w:val="right"/>
      </w:pPr>
      <w:r>
        <w:t>اور جہاں اتارا گیا، جن کے اوپر اترا، ان کو پتہ بھی نہیں تھا کہ سارا عالم کیا ہے۔</w:t>
      </w:r>
    </w:p>
    <w:p>
      <w:r>
        <w:rPr>
          <w:b/>
        </w:rPr>
        <w:t xml:space="preserve">[07:38] </w:t>
      </w:r>
      <w:r>
        <w:t>koi arab ke log nahi jante thay chathi sadi isvi mein ke sara alam kya hai.</w:t>
      </w:r>
    </w:p>
    <w:p>
      <w:pPr>
        <w:jc w:val="right"/>
      </w:pPr>
      <w:r>
        <w:t>کوئی عرب کے لوگ نہیں جانتے تھے چھٹی صدی عیسوی میں کہ سارا عالم کیا ہے۔</w:t>
      </w:r>
    </w:p>
    <w:p>
      <w:r>
        <w:rPr>
          <w:b/>
        </w:rPr>
        <w:t xml:space="preserve">[07:45] </w:t>
      </w:r>
      <w:r>
        <w:t>jo jo naqsha aap ne dekha hoga yahan par, us naqshay arab ke kisi aadmi ko pata nahi tha.</w:t>
      </w:r>
    </w:p>
    <w:p>
      <w:pPr>
        <w:jc w:val="right"/>
      </w:pPr>
      <w:r>
        <w:t>جو جو نقشہ آپ نے دیکھا ہوگا یہاں پر، اس نقشے عرب کے کسی آدمی کو پتہ نہیں تھا۔</w:t>
      </w:r>
    </w:p>
    <w:p>
      <w:r>
        <w:rPr>
          <w:b/>
        </w:rPr>
        <w:t xml:space="preserve">[07:52] </w:t>
      </w:r>
      <w:r>
        <w:t>is ki ek bohat hi anokhi misaal yeh hai ke ek tabai nikle arab se, kuch sathiyon ko</w:t>
      </w:r>
    </w:p>
    <w:p>
      <w:pPr>
        <w:jc w:val="right"/>
      </w:pPr>
      <w:r>
        <w:t>اس کی ایک بہت ہی انوکھی مثال یہ ہے کہ ایک تابعی نکلے عرب سے، کچھ ساتھیوں کو</w:t>
      </w:r>
    </w:p>
    <w:p>
      <w:r>
        <w:rPr>
          <w:b/>
        </w:rPr>
        <w:t xml:space="preserve">[07:59] </w:t>
      </w:r>
      <w:r>
        <w:t>le kar, ek dasta le kar Asia paar kiya, phir Africa pahunche, dawoodi jazbe ke tehat.</w:t>
      </w:r>
    </w:p>
    <w:p>
      <w:pPr>
        <w:jc w:val="right"/>
      </w:pPr>
      <w:r>
        <w:t>لے کر، ایک دستہ لے کر ایشیا پار کیا، پھر افریقہ پہنچے، داؤدی جذبے کے تحت۔</w:t>
      </w:r>
    </w:p>
    <w:p>
      <w:r>
        <w:rPr>
          <w:b/>
        </w:rPr>
        <w:t xml:space="preserve">[08:06] </w:t>
      </w:r>
      <w:r>
        <w:t>Africa par chalte chalte pahunche to wahan par Atlantic tha.</w:t>
      </w:r>
    </w:p>
    <w:p>
      <w:pPr>
        <w:jc w:val="right"/>
      </w:pPr>
      <w:r>
        <w:t>افریقہ پر چلتے چلتے پہنچ گئے تو وہاں پر اٹلانٹک تھا۔</w:t>
      </w:r>
    </w:p>
    <w:p>
      <w:r>
        <w:rPr>
          <w:b/>
        </w:rPr>
        <w:t xml:space="preserve">[08:13] </w:t>
      </w:r>
      <w:r>
        <w:t>aap jante hain ke Atlantic ke Africa aur America ke darmiyan Atlantic hai, Atlantic ocean.</w:t>
      </w:r>
    </w:p>
    <w:p>
      <w:pPr>
        <w:jc w:val="right"/>
      </w:pPr>
      <w:r>
        <w:t>آپ جانتے ہیں کہ اٹلانٹک کے افریقہ اور امریکہ کے درمیان اٹلانٹک ہے، اٹلانٹک اوشن۔</w:t>
      </w:r>
    </w:p>
    <w:p>
      <w:r>
        <w:rPr>
          <w:b/>
        </w:rPr>
        <w:t xml:space="preserve">[08:20] </w:t>
      </w:r>
      <w:r>
        <w:t>phir jab unhon ne dekha ke samandar hai, samandar hai, samandar hai, kaha yeh to aage to kuch</w:t>
      </w:r>
    </w:p>
    <w:p>
      <w:pPr>
        <w:jc w:val="right"/>
      </w:pPr>
      <w:r>
        <w:t>پھر جب انہوں نے دیکھا کہ سمندر ہے، سمندر ہے، سمندر ہے، کہا یہ تو آگے تو کچھ</w:t>
      </w:r>
    </w:p>
    <w:p>
      <w:r>
        <w:rPr>
          <w:b/>
        </w:rPr>
        <w:t xml:space="preserve">[08:27] </w:t>
      </w:r>
      <w:r>
        <w:t>dikhai nahi deta.</w:t>
      </w:r>
    </w:p>
    <w:p>
      <w:pPr>
        <w:jc w:val="right"/>
      </w:pPr>
      <w:r>
        <w:t>دکھائی نہیں دیتا۔</w:t>
      </w:r>
    </w:p>
    <w:p>
      <w:r>
        <w:rPr>
          <w:b/>
        </w:rPr>
        <w:t xml:space="preserve">[08:34] </w:t>
      </w:r>
      <w:r>
        <w:t>to wahan khare khare ke unhon ne kaha tha: "allahumma la alam in bra hazrat hazrat bahar balad lakhista</w:t>
      </w:r>
    </w:p>
    <w:p>
      <w:pPr>
        <w:jc w:val="right"/>
      </w:pPr>
      <w:r>
        <w:t>تو وہاں کھڑے کھڑے کے انہوں نے کہا تھا: "اللہم لعالم ان برا حضرت حضرت بحر بلد لخستہ</w:t>
      </w:r>
    </w:p>
    <w:p>
      <w:r>
        <w:rPr>
          <w:b/>
        </w:rPr>
        <w:t xml:space="preserve">[08:41] </w:t>
      </w:r>
      <w:r>
        <w:t>hata laya ahad donk".</w:t>
      </w:r>
    </w:p>
    <w:p>
      <w:pPr>
        <w:jc w:val="right"/>
      </w:pPr>
      <w:r>
        <w:t>حتیٰ لایا عہد دونک"۔</w:t>
      </w:r>
    </w:p>
    <w:p>
      <w:r>
        <w:rPr>
          <w:b/>
        </w:rPr>
        <w:t xml:space="preserve">[08:48] </w:t>
      </w:r>
      <w:r>
        <w:t>ek tabai ka qaul hai, yani: "ae Allah!</w:t>
      </w:r>
    </w:p>
    <w:p>
      <w:pPr>
        <w:jc w:val="right"/>
      </w:pPr>
      <w:r>
        <w:t>ایک تابعی کا قول ہے، یعنی: "اے اللہ!</w:t>
      </w:r>
    </w:p>
    <w:p>
      <w:r>
        <w:rPr>
          <w:b/>
        </w:rPr>
        <w:t xml:space="preserve">[08:56] </w:t>
      </w:r>
      <w:r>
        <w:t>Agar main janta ke is samandar ke is paar bhi kuch insaan bastay hain to apne ghoda mein samandar mein dakhil kar deta, wahan tak pahunchta taake wahan bata sakoon ke main: "Ae logon!"</w:t>
      </w:r>
    </w:p>
    <w:p>
      <w:pPr>
        <w:jc w:val="right"/>
      </w:pPr>
      <w:r>
        <w:t>اگر میں جانتا کہ اس سمندر کے اس پار بھی کچھ انسان بستے ہیں تو اپنے گھوڑا میں سمندر میں داخل کر دیتا، وہاں تک پہنچتا تاکہ وہاں بتا سکوں کہ میں: اے لوگوں!</w:t>
      </w:r>
    </w:p>
    <w:p>
      <w:r>
        <w:rPr>
          <w:b/>
        </w:rPr>
        <w:t xml:space="preserve">[09:09] </w:t>
      </w:r>
      <w:r>
        <w:t>sirf ek Allah ki ibadat karo".</w:t>
      </w:r>
    </w:p>
    <w:p>
      <w:pPr>
        <w:jc w:val="right"/>
      </w:pPr>
      <w:r>
        <w:t>صرف ایک اللہ کی عبادت کرو"۔</w:t>
      </w:r>
    </w:p>
    <w:p>
      <w:r>
        <w:rPr>
          <w:b/>
        </w:rPr>
        <w:t xml:space="preserve">[09:16] </w:t>
      </w:r>
      <w:r>
        <w:t>yeh jazba tha sahaba aur tabai'een ne.</w:t>
      </w:r>
    </w:p>
    <w:p>
      <w:pPr>
        <w:jc w:val="right"/>
      </w:pPr>
      <w:r>
        <w:t>یہ جذبہ تھا صحابہ اور تابعین نے۔</w:t>
      </w:r>
    </w:p>
    <w:p>
      <w:r>
        <w:rPr>
          <w:b/>
        </w:rPr>
        <w:t xml:space="preserve">[09:23] </w:t>
      </w:r>
      <w:r>
        <w:t>to aaj jab ke maloom ho chuka hai ke atlantic ke upar, is par, us par kya hai,</w:t>
      </w:r>
    </w:p>
    <w:p>
      <w:pPr>
        <w:jc w:val="right"/>
      </w:pPr>
      <w:r>
        <w:t>تو آج جب کہ معلوم ہو چکا ہے کہ اٹلانٹک کے اوپر، اس پر، اس پار کیا ہے،</w:t>
      </w:r>
    </w:p>
    <w:p>
      <w:r>
        <w:rPr>
          <w:b/>
        </w:rPr>
        <w:t xml:space="preserve">[09:30] </w:t>
      </w:r>
      <w:r>
        <w:t>jab maloom ho chuka hai ke ke woh bahar-e-kuhal ke is par kya hai, Asia ke baad kya</w:t>
      </w:r>
    </w:p>
    <w:p>
      <w:pPr>
        <w:jc w:val="right"/>
      </w:pPr>
      <w:r>
        <w:t>جب معلوم ہو چکا ہے کہ کہ وہ بحرالکاہل کے اس پار کیا ہے، ایشیا کے بعد کیا</w:t>
      </w:r>
    </w:p>
    <w:p>
      <w:r>
        <w:rPr>
          <w:b/>
        </w:rPr>
        <w:t xml:space="preserve">[09:37] </w:t>
      </w:r>
      <w:r>
        <w:t>hai, Africa ke baad kya hai, sab kuch aaj maloom ho chuka hai.</w:t>
      </w:r>
    </w:p>
    <w:p>
      <w:pPr>
        <w:jc w:val="right"/>
      </w:pPr>
      <w:r>
        <w:t>ہے، افریقہ کے بعد کیا ہے، سب کچھ آج معلوم ہو چکا ہے۔</w:t>
      </w:r>
    </w:p>
    <w:p>
      <w:r>
        <w:rPr>
          <w:b/>
        </w:rPr>
        <w:t xml:space="preserve">[09:44] </w:t>
      </w:r>
      <w:r>
        <w:t>to ab woh tabai ki awaz sari ummat-e-muslima ko ko pukar rahi hai.</w:t>
      </w:r>
    </w:p>
    <w:p>
      <w:pPr>
        <w:jc w:val="right"/>
      </w:pPr>
      <w:r>
        <w:t>تو اب وہ تابعی کی آواز ساری امت مسلمہ کو کو پکار رہی ہے۔</w:t>
      </w:r>
    </w:p>
    <w:p>
      <w:r>
        <w:rPr>
          <w:b/>
        </w:rPr>
        <w:t xml:space="preserve">[09:51] </w:t>
      </w:r>
      <w:r>
        <w:t>tabai ki awaz sari ummat-e-muslima pukar rahi hai ke: "dekho!</w:t>
      </w:r>
    </w:p>
    <w:p>
      <w:pPr>
        <w:jc w:val="right"/>
      </w:pPr>
      <w:r>
        <w:t>تابعی کی آواز ساری امت مسلمہ پکار رہی ہے کہ: "دیکھو!</w:t>
      </w:r>
    </w:p>
    <w:p>
      <w:r>
        <w:rPr>
          <w:b/>
        </w:rPr>
        <w:t xml:space="preserve">[09:58] </w:t>
      </w:r>
      <w:r>
        <w:t>Hum to jaan nahi paye thay ke idhar hai kya, lekin tum to jaan paye ho. Jo kaha hum na kar sake, woh tum karo". Woh Tab'i aur un ke saathi jo da'wati jazbe ke tehat pahunche thay Atlantic ke saahil par, aur yeh awaaz, yeh alfaaz bolay thay, woh awaaz fiza mein goonj rahi hai: "Ae ummat Muslimah!"</w:t>
      </w:r>
    </w:p>
    <w:p>
      <w:pPr>
        <w:jc w:val="right"/>
      </w:pPr>
      <w:r>
        <w:t>ہم تو جان نہیں پائے تھے کہ ادھر ہے کیا، لیکن تم تو جان پائے ہو۔ جو کہا ہم نہ کر سکے، وہ تم کرو"۔ وہ تابعی اور ان کے ساتھی جو دعوتی جذبے کے تحت پہنچے تھے اٹلانٹک کے ساحل پر، اور یہ آواز، یہ الفاظ بولے تھے، وہ آواز فضا میں گونج رہی ہے: "اے امت مسلمہ!</w:t>
      </w:r>
    </w:p>
    <w:p>
      <w:r>
        <w:rPr>
          <w:b/>
        </w:rPr>
        <w:t xml:space="preserve">[10:28] </w:t>
      </w:r>
      <w:r>
        <w:t>hum to be khabar the, is liye hum sare alam mein nahi pohncha sake.</w:t>
      </w:r>
    </w:p>
    <w:p>
      <w:pPr>
        <w:jc w:val="right"/>
      </w:pPr>
      <w:r>
        <w:t>ہم تو بے خبر تھے، اس لیے ہم سارے عالم میں نہیں پہنچا سکے۔</w:t>
      </w:r>
    </w:p>
    <w:p>
      <w:r>
        <w:rPr>
          <w:b/>
        </w:rPr>
        <w:t xml:space="preserve">[10:34] </w:t>
      </w:r>
      <w:r>
        <w:t>tum to ba khabar ho, ab to dunya ek village, global village ban chuki hai.</w:t>
      </w:r>
    </w:p>
    <w:p>
      <w:pPr>
        <w:jc w:val="right"/>
      </w:pPr>
      <w:r>
        <w:t>تم تو باخبر ہو، اب تو دنیا ایک ولیج، گلوبل ولیج بن چکی ہے۔</w:t>
      </w:r>
    </w:p>
    <w:p>
      <w:r>
        <w:rPr>
          <w:b/>
        </w:rPr>
        <w:t xml:space="preserve">[10:41] </w:t>
      </w:r>
      <w:r>
        <w:t>to tum utho, ek kaam karo".</w:t>
      </w:r>
    </w:p>
    <w:p>
      <w:pPr>
        <w:jc w:val="right"/>
      </w:pPr>
      <w:r>
        <w:t>تو تم اٹھو، ایک کام کرو"۔</w:t>
      </w:r>
    </w:p>
    <w:p>
      <w:r>
        <w:rPr>
          <w:b/>
        </w:rPr>
        <w:t xml:space="preserve">[10:48] </w:t>
      </w:r>
      <w:r>
        <w:t>isi ko maine kaha ke tareekh ko 200 saal se ya 300 saal se ek waqea ka intezar hai.</w:t>
      </w:r>
    </w:p>
    <w:p>
      <w:pPr>
        <w:jc w:val="right"/>
      </w:pPr>
      <w:r>
        <w:t>اسی کو میں نے کہا کہ تاریخ کو 200 سال سے یا 300 سال سے ایک واقعے کا انتظار ہے۔</w:t>
      </w:r>
    </w:p>
    <w:p>
      <w:r>
        <w:rPr>
          <w:b/>
        </w:rPr>
        <w:t xml:space="preserve">[10:55] </w:t>
      </w:r>
      <w:r>
        <w:t>tareekh ke mani hain yeh do eid ke mawae', yeh jo mawae' paida hue hain, Allah ne paida</w:t>
      </w:r>
    </w:p>
    <w:p>
      <w:pPr>
        <w:jc w:val="right"/>
      </w:pPr>
      <w:r>
        <w:t>تاریخ کے معنی ہیں یہ دو عید کے مواقع، یہ جو مواقع پیدا ہوئے ہیں، اللہ نے پیدا</w:t>
      </w:r>
    </w:p>
    <w:p>
      <w:r>
        <w:rPr>
          <w:b/>
        </w:rPr>
        <w:t xml:space="preserve">[11:02] </w:t>
      </w:r>
      <w:r>
        <w:t>kiye hain, yani mawae' ki barish hui hai, rain of opportunities.</w:t>
      </w:r>
    </w:p>
    <w:p>
      <w:pPr>
        <w:jc w:val="right"/>
      </w:pPr>
      <w:r>
        <w:t>کیے ہیں، یعنی مواقع کی بارش ہوئی ہے، رین آف اپرچونیٹیز۔</w:t>
      </w:r>
    </w:p>
    <w:p>
      <w:r>
        <w:rPr>
          <w:b/>
        </w:rPr>
        <w:t xml:space="preserve">[11:09] </w:t>
      </w:r>
      <w:r>
        <w:t>to yeh main soch raha tha, soch raha tha, to aap logon ko jab maine dekha, aap</w:t>
      </w:r>
    </w:p>
    <w:p>
      <w:pPr>
        <w:jc w:val="right"/>
      </w:pPr>
      <w:r>
        <w:t>تو یہ میں سوچ رہا تھا، سوچ رہا تھا، تو آپ لوگوں کو جب میں نے دیکھا، آپ</w:t>
      </w:r>
    </w:p>
    <w:p>
      <w:r>
        <w:rPr>
          <w:b/>
        </w:rPr>
        <w:t xml:space="preserve">[11:16] </w:t>
      </w:r>
      <w:r>
        <w:t>logon ke peeche bohat sare log hain, to mere dil ne kaha ke yahi to hain woh log</w:t>
      </w:r>
    </w:p>
    <w:p>
      <w:pPr>
        <w:jc w:val="right"/>
      </w:pPr>
      <w:r>
        <w:t>لوگوں کے پیچھے بہت سارے لوگ ہیں، تو میرے دل نے کہا کہ یہی تو ہیں وہ لوگ</w:t>
      </w:r>
    </w:p>
    <w:p>
      <w:r>
        <w:rPr>
          <w:b/>
        </w:rPr>
        <w:t xml:space="preserve">[11:23] </w:t>
      </w:r>
      <w:r>
        <w:t>jo is tabai ki awaz par ko aage barhane wale hain.</w:t>
      </w:r>
    </w:p>
    <w:p>
      <w:pPr>
        <w:jc w:val="right"/>
      </w:pPr>
      <w:r>
        <w:t>جو اس تابعی کی آواز پر کو آگے بڑھانے والے ہیں۔</w:t>
      </w:r>
    </w:p>
    <w:p>
      <w:r>
        <w:rPr>
          <w:b/>
        </w:rPr>
        <w:t xml:space="preserve">[11:30] </w:t>
      </w:r>
      <w:r>
        <w:t>aur kaun aayega? zamana itna zyada, zamane mein fasad aa chuka hai ke agar koi samjhe kuch</w:t>
      </w:r>
    </w:p>
    <w:p>
      <w:pPr>
        <w:jc w:val="right"/>
      </w:pPr>
      <w:r>
        <w:t>اور کون آئے گا؟ زمانہ اتنا زیادہ، زمانے میں فساد آ چکا ہے کہ اگر کوئی سمجھے کچھ</w:t>
      </w:r>
    </w:p>
    <w:p>
      <w:r>
        <w:rPr>
          <w:b/>
        </w:rPr>
        <w:t xml:space="preserve">[11:37] </w:t>
      </w:r>
      <w:r>
        <w:t>aur group khara hoga to bilashuba woh andha phir raha hai.</w:t>
      </w:r>
    </w:p>
    <w:p>
      <w:pPr>
        <w:jc w:val="right"/>
      </w:pPr>
      <w:r>
        <w:t>اور گروپ کھڑا ہوگا تو بلاشبہ وہ اندھا پھر رہا ہے۔</w:t>
      </w:r>
    </w:p>
    <w:p>
      <w:r>
        <w:rPr>
          <w:b/>
        </w:rPr>
        <w:t xml:space="preserve">[11:43] </w:t>
      </w:r>
      <w:r>
        <w:t>ab daur aa chuka hai woh ke ke wala yald الا فاضلا کفارا۔</w:t>
      </w:r>
    </w:p>
    <w:p>
      <w:pPr>
        <w:jc w:val="right"/>
      </w:pPr>
      <w:r>
        <w:t>اب دور آ چکا ہے وہ کہ کہ ولا یلدو الا فاضلا کفارا۔</w:t>
      </w:r>
    </w:p>
    <w:p>
      <w:r>
        <w:rPr>
          <w:b/>
        </w:rPr>
        <w:t xml:space="preserve">[11:50] </w:t>
      </w:r>
      <w:r>
        <w:t>yaad rakhiye, koi group naya banne wala nahi hai.</w:t>
      </w:r>
    </w:p>
    <w:p>
      <w:pPr>
        <w:jc w:val="right"/>
      </w:pPr>
      <w:r>
        <w:t>یاد رکھیے، کوئی گروپ نیا بننے والا نہیں ہے۔</w:t>
      </w:r>
    </w:p>
    <w:p>
      <w:r>
        <w:rPr>
          <w:b/>
        </w:rPr>
        <w:t xml:space="preserve">[11:57] </w:t>
      </w:r>
      <w:r>
        <w:t>aap tareekh ke aakhri group hain, aap ke baad koi group banne wala nahi hai.</w:t>
      </w:r>
    </w:p>
    <w:p>
      <w:pPr>
        <w:jc w:val="right"/>
      </w:pPr>
      <w:r>
        <w:t>آپ تاریخ کے آخری گروپ ہیں، آپ کے بعد کوئی گروپ بننے والا نہیں ہے۔</w:t>
      </w:r>
    </w:p>
    <w:p>
      <w:r>
        <w:rPr>
          <w:b/>
        </w:rPr>
        <w:t xml:space="preserve">[12:04] </w:t>
      </w:r>
      <w:r>
        <w:t>to aap hi ko woh kaam karna hai jo sahaba aur tabai'een ke zamane mein poora nahi hua tha.</w:t>
      </w:r>
    </w:p>
    <w:p>
      <w:pPr>
        <w:jc w:val="right"/>
      </w:pPr>
      <w:r>
        <w:t>تو آپ ہی کو وہ کام کرنا ہے جو صحابہ اور تابعین کے زمانے میں پورا نہیں ہوا تھا۔</w:t>
      </w:r>
    </w:p>
    <w:p>
      <w:r>
        <w:rPr>
          <w:b/>
        </w:rPr>
        <w:t xml:space="preserve">[12:11] </w:t>
      </w:r>
      <w:r>
        <w:t>yeh sochte sochte mere zehan mein aaya ke yeh log bohat zyada to hain nahi, jitne yahan hain,</w:t>
      </w:r>
    </w:p>
    <w:p>
      <w:pPr>
        <w:jc w:val="right"/>
      </w:pPr>
      <w:r>
        <w:t>یہ سوچتے سوچتے میرے ذہن میں آیا کہ یہ لوگ بہت زیادہ تو ہیں نہیں، جتنے یہاں ہیں،</w:t>
      </w:r>
    </w:p>
    <w:p>
      <w:r>
        <w:rPr>
          <w:b/>
        </w:rPr>
        <w:t xml:space="preserve">[12:18] </w:t>
      </w:r>
      <w:r>
        <w:t>kuch aur honge to tadad to phir bhi kam hai.</w:t>
      </w:r>
    </w:p>
    <w:p>
      <w:pPr>
        <w:jc w:val="right"/>
      </w:pPr>
      <w:r>
        <w:t>کچھ اور ہوں گے تو تعداد تو پھر بھی کم ہے۔</w:t>
      </w:r>
    </w:p>
    <w:p>
      <w:r>
        <w:rPr>
          <w:b/>
        </w:rPr>
        <w:t xml:space="preserve">[12:25] </w:t>
      </w:r>
      <w:r>
        <w:t>to phir ek ajeeb baat mere zehen mein aayi, is zamane ka farq.</w:t>
      </w:r>
    </w:p>
    <w:p>
      <w:pPr>
        <w:jc w:val="right"/>
      </w:pPr>
      <w:r>
        <w:t>تو پھر ایک عجیب بات میرے ذہن میں آئی، اس زمانے کا فرق۔</w:t>
      </w:r>
    </w:p>
    <w:p>
      <w:r>
        <w:rPr>
          <w:b/>
        </w:rPr>
        <w:t xml:space="preserve">[12:32] </w:t>
      </w:r>
      <w:r>
        <w:t>dekhiye, imam abu hanifa ko aap log sab log jante hain, bohat bare fiqih thay.</w:t>
      </w:r>
    </w:p>
    <w:p>
      <w:pPr>
        <w:jc w:val="right"/>
      </w:pPr>
      <w:r>
        <w:t>دیکھیے، امام ابو حنیفہ کو آپ لوگ سب لوگ جانتے ہیں، بہت بڑے فقیہ تھے۔</w:t>
      </w:r>
    </w:p>
    <w:p>
      <w:r>
        <w:rPr>
          <w:b/>
        </w:rPr>
        <w:t xml:space="preserve">[12:39] </w:t>
      </w:r>
      <w:r>
        <w:t>unki wafat hui hai 150 hijri mein, yaani woh doosri sadi hijri ke aadmi hain.</w:t>
      </w:r>
    </w:p>
    <w:p>
      <w:pPr>
        <w:jc w:val="right"/>
      </w:pPr>
      <w:r>
        <w:t>ان کی وفات ہوئی ہے 150 ہجری میں، یعنی وہ دوسری صدی ہجری کے آدمی ہیں۔</w:t>
      </w:r>
    </w:p>
    <w:p>
      <w:r>
        <w:rPr>
          <w:b/>
        </w:rPr>
        <w:t xml:space="preserve">[12:46] </w:t>
      </w:r>
      <w:r>
        <w:t>aur aap jante hain ke woh kapre ki tijarat karte thay.</w:t>
      </w:r>
    </w:p>
    <w:p>
      <w:pPr>
        <w:jc w:val="right"/>
      </w:pPr>
      <w:r>
        <w:t>اور آپ جانتے ہیں کہ وہ کپڑے کی تجارت کرتے تھے۔</w:t>
      </w:r>
    </w:p>
    <w:p>
      <w:r>
        <w:rPr>
          <w:b/>
        </w:rPr>
        <w:t xml:space="preserve">[12:53] </w:t>
      </w:r>
      <w:r>
        <w:t>unki tijarat kya thi? kufa mein kuch logon ko kapra bhej dena.</w:t>
      </w:r>
    </w:p>
    <w:p>
      <w:pPr>
        <w:jc w:val="right"/>
      </w:pPr>
      <w:r>
        <w:t>ان کی تجارت کیا تھی؟ کوفہ میں کچھ لوگوں کو کپڑا بھیج دینا۔</w:t>
      </w:r>
    </w:p>
    <w:p>
      <w:r>
        <w:rPr>
          <w:b/>
        </w:rPr>
        <w:t xml:space="preserve">[12:59] </w:t>
      </w:r>
      <w:r>
        <w:t>to woh tajar thay, lekin unki aakhri dor jo hoti thi, woh woh kufa tha, ek chote sa shehar.</w:t>
      </w:r>
    </w:p>
    <w:p>
      <w:pPr>
        <w:jc w:val="right"/>
      </w:pPr>
      <w:r>
        <w:t>تو وہ تاجر تھے، لیکن ان کی آخری دور جو ہوتی تھی، وہ وہ کوفہ تھا، ایک چھوٹا سا شہر۔</w:t>
      </w:r>
    </w:p>
    <w:p>
      <w:r>
        <w:rPr>
          <w:b/>
        </w:rPr>
        <w:t xml:space="preserve">[13:06] </w:t>
      </w:r>
      <w:r>
        <w:t>aaj kya hai? aaj zamana hai multinational ka, yaani ek insan sari duniya mein apni tayyar phaila deta hai.</w:t>
      </w:r>
    </w:p>
    <w:p>
      <w:pPr>
        <w:jc w:val="right"/>
      </w:pPr>
      <w:r>
        <w:t>آج کیا ہے؟ آج زمانہ ہے ملٹی نیشنز کا، یعنی ایک انسان ساری دنیا میں اپنی تیار پھیلا دیتا ہے۔</w:t>
      </w:r>
    </w:p>
    <w:p>
      <w:r>
        <w:rPr>
          <w:b/>
        </w:rPr>
        <w:t xml:space="preserve">[13:13] </w:t>
      </w:r>
      <w:r>
        <w:t>europe ka ek aadmi business karta hai, industry lagata hai, aur sari duniya mein apna product product phailata hai.</w:t>
      </w:r>
    </w:p>
    <w:p>
      <w:pPr>
        <w:jc w:val="right"/>
      </w:pPr>
      <w:r>
        <w:t>یورپ کا ایک آدمی بزنس کرتا ہے، انڈسٹری لگاتا ہے، اور ساری دنیا میں اپنا پروڈکٹ پروڈکٹ پھیلاتا ہے۔</w:t>
      </w:r>
    </w:p>
    <w:p>
      <w:r>
        <w:rPr>
          <w:b/>
        </w:rPr>
        <w:t xml:space="preserve">[13:20] </w:t>
      </w:r>
      <w:r>
        <w:t>europe mein, america mein.</w:t>
      </w:r>
    </w:p>
    <w:p>
      <w:pPr>
        <w:jc w:val="right"/>
      </w:pPr>
      <w:r>
        <w:t>یورپ میں، امریکہ میں۔</w:t>
      </w:r>
    </w:p>
    <w:p>
      <w:r>
        <w:rPr>
          <w:b/>
        </w:rPr>
        <w:t xml:space="preserve">[13:27] </w:t>
      </w:r>
      <w:r>
        <w:t>yeh kaise ho gaya? kyun imam abu hanifa aalami satah par apni tijarat ko phaila nahi sake? aur</w:t>
      </w:r>
    </w:p>
    <w:p>
      <w:pPr>
        <w:jc w:val="right"/>
      </w:pPr>
      <w:r>
        <w:t>یہ کیسے ہو گیا؟ کیوں امام ابو حنیفہ عالمی سطح پر اپنی تجارت کو پھیلا نہیں سکے؟ اور</w:t>
      </w:r>
    </w:p>
    <w:p>
      <w:r>
        <w:rPr>
          <w:b/>
        </w:rPr>
        <w:t xml:space="preserve">[13:34] </w:t>
      </w:r>
      <w:r>
        <w:t>kyun aaj ka insan phaila deta hai? yeh hai zamane ka phenomenon.</w:t>
      </w:r>
    </w:p>
    <w:p>
      <w:pPr>
        <w:jc w:val="right"/>
      </w:pPr>
      <w:r>
        <w:t>کیوں آج کا انسان پھیلا دیتا ہے؟ یہ ہے زمانے کا فیناومینا۔</w:t>
      </w:r>
    </w:p>
    <w:p>
      <w:r>
        <w:rPr>
          <w:b/>
        </w:rPr>
        <w:t xml:space="preserve">[13:41] </w:t>
      </w:r>
      <w:r>
        <w:t>aaj ke insan ke paas sazan hai, communication hai, naye mawaqe hain.</w:t>
      </w:r>
    </w:p>
    <w:p>
      <w:pPr>
        <w:jc w:val="right"/>
      </w:pPr>
      <w:r>
        <w:t>آج کے انسان کے پاس سازن ہے، کمیونیکیشن ہے، نئے مواقع ہیں۔</w:t>
      </w:r>
    </w:p>
    <w:p>
      <w:r>
        <w:rPr>
          <w:b/>
        </w:rPr>
        <w:t xml:space="preserve">[13:48] </w:t>
      </w:r>
      <w:r>
        <w:t>aaj ki duniya, woh duniya jahan ke woh global bridge ban chuki hai, bohat aasani se aap yahan</w:t>
      </w:r>
    </w:p>
    <w:p>
      <w:pPr>
        <w:jc w:val="right"/>
      </w:pPr>
      <w:r>
        <w:t>آج کی دنیا، وہ دنیا جہاں کہ وہ گلوبل برج بن چکی ہے، بہت آسانی سے آپ یہاں</w:t>
      </w:r>
    </w:p>
    <w:p>
      <w:r>
        <w:rPr>
          <w:b/>
        </w:rPr>
        <w:t xml:space="preserve">[13:55] </w:t>
      </w:r>
      <w:r>
        <w:t>wohan, jahan aap pahunch sakte hain, yaani apne product ko sari duniya mein pahunchane ke sazan wajood mein</w:t>
      </w:r>
    </w:p>
    <w:p>
      <w:pPr>
        <w:jc w:val="right"/>
      </w:pPr>
      <w:r>
        <w:t>وہاں، جہاں آپ پہنچ سکتے ہیں، یعنی اپنے پروڈکٹ کو ساری دنیا میں پہنچانے کے سازن وجود میں</w:t>
      </w:r>
    </w:p>
    <w:p>
      <w:r>
        <w:rPr>
          <w:b/>
        </w:rPr>
        <w:t xml:space="preserve">[14:02] </w:t>
      </w:r>
      <w:r>
        <w:t>aa chuke hain.</w:t>
      </w:r>
    </w:p>
    <w:p>
      <w:pPr>
        <w:jc w:val="right"/>
      </w:pPr>
      <w:r>
        <w:t>آ چکے ہیں۔</w:t>
      </w:r>
    </w:p>
    <w:p>
      <w:r>
        <w:rPr>
          <w:b/>
        </w:rPr>
        <w:t xml:space="preserve">[14:08] </w:t>
      </w:r>
      <w:r>
        <w:t>to imam abu hanifa bohat hi zabardast zehen aadmi thay, bohat hi intelligent thay, bohat salahiyat wale thay.</w:t>
      </w:r>
    </w:p>
    <w:p>
      <w:pPr>
        <w:jc w:val="right"/>
      </w:pPr>
      <w:r>
        <w:t>تو امام ابو حنیفہ بہت ہی زبردست ذہین آدمی تھے، بہت ہی انٹیلیجنٹ تھے، بہت صلاحیت والے تھے۔</w:t>
      </w:r>
    </w:p>
    <w:p>
      <w:r>
        <w:rPr>
          <w:b/>
        </w:rPr>
        <w:t xml:space="preserve">[14:15] </w:t>
      </w:r>
      <w:r>
        <w:t>lekin kitne bhi aap salahiyat hon, aap ko wasail chahiye, wasail chahiye.</w:t>
      </w:r>
    </w:p>
    <w:p>
      <w:pPr>
        <w:jc w:val="right"/>
      </w:pPr>
      <w:r>
        <w:t>لیکن کتنے بھی آپ صلاحیت ہوں، آپ کو وسائل چاہیے، وسائل چاہیے۔</w:t>
      </w:r>
    </w:p>
    <w:p>
      <w:r>
        <w:rPr>
          <w:b/>
        </w:rPr>
        <w:t xml:space="preserve">[14:22] </w:t>
      </w:r>
      <w:r>
        <w:t>to sari salahiyaton ke bawajood, chounke wasail nahi thay, is liye imam abu hanifa ki tiyarat kufa tak mehdood rahi.</w:t>
      </w:r>
    </w:p>
    <w:p>
      <w:pPr>
        <w:jc w:val="right"/>
      </w:pPr>
      <w:r>
        <w:t>تو ساری صلاحیتوں کے باوجود، چونکہ وسائل نہیں تھے، اس لیے امام ابو حنیفہ کی تیارت کوفہ تک محدود رہی۔</w:t>
      </w:r>
    </w:p>
    <w:p>
      <w:r>
        <w:rPr>
          <w:b/>
        </w:rPr>
        <w:t xml:space="preserve">[14:29] </w:t>
      </w:r>
      <w:r>
        <w:t>aaj ka insan jo hai, aalami satah par apne product ki business karta hai.</w:t>
      </w:r>
    </w:p>
    <w:p>
      <w:pPr>
        <w:jc w:val="right"/>
      </w:pPr>
      <w:r>
        <w:t>آج کا انسان جو ہے، عالمی سطح پر اپنے پروڈکٹ کی بزنس کرتا ہے۔</w:t>
      </w:r>
    </w:p>
    <w:p>
      <w:r>
        <w:rPr>
          <w:b/>
        </w:rPr>
        <w:t xml:space="preserve">[14:36] </w:t>
      </w:r>
      <w:r>
        <w:t>to wahi aap ka haal hai ke aap chahe kam hon, lekin wasail to zyada hain.</w:t>
      </w:r>
    </w:p>
    <w:p>
      <w:pPr>
        <w:jc w:val="right"/>
      </w:pPr>
      <w:r>
        <w:t>تو وہی آپ کا حال ہے کہ آپ چاہے کم ہوں، لیکن وسائل تو زیادہ ہیں۔</w:t>
      </w:r>
    </w:p>
    <w:p>
      <w:r>
        <w:rPr>
          <w:b/>
        </w:rPr>
        <w:t xml:space="preserve">[14:43] </w:t>
      </w:r>
      <w:r>
        <w:t>aap apni kami ko mat dekhiye, wasail ki ziyadti ko dekhiye.</w:t>
      </w:r>
    </w:p>
    <w:p>
      <w:pPr>
        <w:jc w:val="right"/>
      </w:pPr>
      <w:r>
        <w:t>آپ اپنی کمی کو مت دیکھیے، وسائل کی زیادتی کو دیکھیے۔</w:t>
      </w:r>
    </w:p>
    <w:p>
      <w:r>
        <w:rPr>
          <w:b/>
        </w:rPr>
        <w:t xml:space="preserve">[14:50] </w:t>
      </w:r>
      <w:r>
        <w:t>aap apni kami ko mat dekhiye, wasail ki, wasail ka matlab resource, resources ki ziyadti ko dekhiye.</w:t>
      </w:r>
    </w:p>
    <w:p>
      <w:pPr>
        <w:jc w:val="right"/>
      </w:pPr>
      <w:r>
        <w:t>آپ اپنی کمی کو مت دیکھیے، وسائل کی، وسائل کا مطلب ریسورس، ریسورسز کی زیادتی کو دیکھیے۔</w:t>
      </w:r>
    </w:p>
    <w:p>
      <w:r>
        <w:rPr>
          <w:b/>
        </w:rPr>
        <w:t xml:space="preserve">[14:57] </w:t>
      </w:r>
      <w:r>
        <w:t>aaj to chand insan kafi hain ke sare alam mein apni baat phaila dein, hatta ke ek insan</w:t>
      </w:r>
    </w:p>
    <w:p>
      <w:pPr>
        <w:jc w:val="right"/>
      </w:pPr>
      <w:r>
        <w:t>آج تو چند انسان کافی ہیں کہ سارے عالم میں اپنی بات پھیلا دیں، حتیٰ کہ ایک انسان</w:t>
      </w:r>
    </w:p>
    <w:p>
      <w:r>
        <w:rPr>
          <w:b/>
        </w:rPr>
        <w:t xml:space="preserve">[15:04] </w:t>
      </w:r>
      <w:r>
        <w:t>bhi kafi hai, agar uske andar aag lagi hui hai baat pahunchane ki.</w:t>
      </w:r>
    </w:p>
    <w:p>
      <w:pPr>
        <w:jc w:val="right"/>
      </w:pPr>
      <w:r>
        <w:t>بھی کافی ہے، اگر اس کے اندر آگ لگی ہوئی ہے بات پہنچانے کی۔</w:t>
      </w:r>
    </w:p>
    <w:p>
      <w:r>
        <w:rPr>
          <w:b/>
        </w:rPr>
        <w:t xml:space="preserve">[15:11] </w:t>
      </w:r>
      <w:r>
        <w:t>aap to phir bhi zyada hain.</w:t>
      </w:r>
    </w:p>
    <w:p>
      <w:pPr>
        <w:jc w:val="right"/>
      </w:pPr>
      <w:r>
        <w:t>آپ تو پھر بھی زیادہ ہیں۔</w:t>
      </w:r>
    </w:p>
    <w:p>
      <w:r>
        <w:rPr>
          <w:b/>
        </w:rPr>
        <w:t xml:space="preserve">[15:18] </w:t>
      </w:r>
      <w:r>
        <w:t>to behrahal, mera jo vision hai, woh yeh kehta hai ke aap logon ko Allah taala ne tofeeq</w:t>
      </w:r>
    </w:p>
    <w:p>
      <w:pPr>
        <w:jc w:val="right"/>
      </w:pPr>
      <w:r>
        <w:t>تو بہرحال، میرا جو ویژن ہے، وہ یہ کہتا ہے کہ آپ لوگوں کو اللہ تعالی نے توفیق</w:t>
      </w:r>
    </w:p>
    <w:p>
      <w:r>
        <w:rPr>
          <w:b/>
        </w:rPr>
        <w:t xml:space="preserve">[15:24] </w:t>
      </w:r>
      <w:r>
        <w:t>di hai ke aap dawat mission ke liye khare hue hain.</w:t>
      </w:r>
    </w:p>
    <w:p>
      <w:pPr>
        <w:jc w:val="right"/>
      </w:pPr>
      <w:r>
        <w:t>دی ہے کہ آپ دعوت مشن کے لیے کھڑے ہوئے ہیں۔</w:t>
      </w:r>
    </w:p>
    <w:p>
      <w:r>
        <w:rPr>
          <w:b/>
        </w:rPr>
        <w:t xml:space="preserve">[15:31] </w:t>
      </w:r>
      <w:r>
        <w:t>yeh ittifaqi baat nahi hai.</w:t>
      </w:r>
    </w:p>
    <w:p>
      <w:pPr>
        <w:jc w:val="right"/>
      </w:pPr>
      <w:r>
        <w:t>یہ اتفاقی بات نہیں ہے۔</w:t>
      </w:r>
    </w:p>
    <w:p>
      <w:r>
        <w:rPr>
          <w:b/>
        </w:rPr>
        <w:t xml:space="preserve">[15:38] </w:t>
      </w:r>
      <w:r>
        <w:t>Allah taala ko aap se kuch umeedain ho gayi hain ke aap hi woh shakhs, woh groh ban</w:t>
      </w:r>
    </w:p>
    <w:p>
      <w:pPr>
        <w:jc w:val="right"/>
      </w:pPr>
      <w:r>
        <w:t>اللہ تعالی کو آپ سے کچھ امیدیں ہو گئی ہیں کہ آپ ہی وہ شخص، وہ گروہ بن</w:t>
      </w:r>
    </w:p>
    <w:p>
      <w:r>
        <w:rPr>
          <w:b/>
        </w:rPr>
        <w:t xml:space="preserve">[15:45] </w:t>
      </w:r>
      <w:r>
        <w:t>sakte hain jo door jadeed mein Islam ki taleem ka global level par phailayen, is ko Allah ke</w:t>
      </w:r>
    </w:p>
    <w:p>
      <w:pPr>
        <w:jc w:val="right"/>
      </w:pPr>
      <w:r>
        <w:t>سکتے ہیں جو دور جدید میں اسلام کی تعلیم کا گلوبل لیول پر پھیلائیں، اس کو اللہ کے</w:t>
      </w:r>
    </w:p>
    <w:p>
      <w:r>
        <w:rPr>
          <w:b/>
        </w:rPr>
        <w:t xml:space="preserve">[15:52] </w:t>
      </w:r>
      <w:r>
        <w:t>paigham ko global level par pohanchayen.</w:t>
      </w:r>
    </w:p>
    <w:p>
      <w:pPr>
        <w:jc w:val="right"/>
      </w:pPr>
      <w:r>
        <w:t>پیغام کو گلوبل لیول پر پہنچائیں۔</w:t>
      </w:r>
    </w:p>
    <w:p>
      <w:r>
        <w:rPr>
          <w:b/>
        </w:rPr>
        <w:t xml:space="preserve">[15:59] </w:t>
      </w:r>
      <w:r>
        <w:t>ab aap to one percent kaam kar raha hai, 99 percent kaam to wasail karen ge.</w:t>
      </w:r>
    </w:p>
    <w:p>
      <w:pPr>
        <w:jc w:val="right"/>
      </w:pPr>
      <w:r>
        <w:t>اب آپ تو ون پرسنٹ کام کر رہا ہے، 99 پرسنٹ کام تو وسائل کریں گے۔</w:t>
      </w:r>
    </w:p>
    <w:p>
      <w:r>
        <w:rPr>
          <w:b/>
        </w:rPr>
        <w:t xml:space="preserve">[16:06] </w:t>
      </w:r>
      <w:r>
        <w:t>تو یعنی potentially, you are that group, I believe, امکانی طور پر آپ ہی وہ گروہ ہیں جو</w:t>
      </w:r>
    </w:p>
    <w:p>
      <w:pPr>
        <w:jc w:val="right"/>
      </w:pPr>
      <w:r>
        <w:t>تو یعنی پوٹینشلی، یو آر دیٹ گروپ، آئی بیلیو، امکانی طور پر آپ ہی وہ گروہ ہیں جو</w:t>
      </w:r>
    </w:p>
    <w:p>
      <w:r>
        <w:rPr>
          <w:b/>
        </w:rPr>
        <w:t xml:space="preserve">[16:13] </w:t>
      </w:r>
      <w:r>
        <w:t>is kaam ko anjam den ge, jis ka andaz tareekh ko hai, jis ka andaz farishton ko hai,</w:t>
      </w:r>
    </w:p>
    <w:p>
      <w:pPr>
        <w:jc w:val="right"/>
      </w:pPr>
      <w:r>
        <w:t>اس کام کو انجام دیں گے، جس کا انداز تاریخ کو ہے، جس کا انداز فرشتوں کو ہے،</w:t>
      </w:r>
    </w:p>
    <w:p>
      <w:r>
        <w:rPr>
          <w:b/>
        </w:rPr>
        <w:t xml:space="preserve">[16:20] </w:t>
      </w:r>
      <w:r>
        <w:t>jis ka, is ka andaz, jis ka Allah mujhe maaf kare, khud Allah ko hai ke mere kon</w:t>
      </w:r>
    </w:p>
    <w:p>
      <w:pPr>
        <w:jc w:val="right"/>
      </w:pPr>
      <w:r>
        <w:t>جس کا، اس کا انداز، جس کا اللہ مجھے معاف کرے، خود اللہ کو ہے کہ میرے کون</w:t>
      </w:r>
    </w:p>
    <w:p>
      <w:r>
        <w:rPr>
          <w:b/>
        </w:rPr>
        <w:t xml:space="preserve">[16:27] </w:t>
      </w:r>
      <w:r>
        <w:t>bande uthte hain jo mere kalam ko, mere paigham ko, meri awaz ko sare insanon tak pohancha den.</w:t>
      </w:r>
    </w:p>
    <w:p>
      <w:pPr>
        <w:jc w:val="right"/>
      </w:pPr>
      <w:r>
        <w:t>بندے اٹھتے ہیں جو میرے کلام کو، میرے پیغام کو، میری آواز کو سارے انسانوں تک پہنچا دیں۔</w:t>
      </w:r>
    </w:p>
    <w:p>
      <w:r>
        <w:rPr>
          <w:b/>
        </w:rPr>
        <w:t xml:space="preserve">[16:34] </w:t>
      </w:r>
      <w:r>
        <w:t>agar main insani zaban mein bolun to kahun ke aap Allah ka intezar hain, aap Allah ka intezar</w:t>
      </w:r>
    </w:p>
    <w:p>
      <w:pPr>
        <w:jc w:val="right"/>
      </w:pPr>
      <w:r>
        <w:t>اگر میں انسانی زبان میں بولوں تو کہوں کہ آپ اللہ کا انتظار ہیں، آپ اللہ کا انتظار</w:t>
      </w:r>
    </w:p>
    <w:p>
      <w:r>
        <w:rPr>
          <w:b/>
        </w:rPr>
        <w:t xml:space="preserve">[16:40] </w:t>
      </w:r>
      <w:r>
        <w:t>hain, kyunke Allah khud to aye ga nahi, us ke farishte ayen ge nahi, kahe ga to insan hi.</w:t>
      </w:r>
    </w:p>
    <w:p>
      <w:pPr>
        <w:jc w:val="right"/>
      </w:pPr>
      <w:r>
        <w:t>ہیں، کیونکہ اللہ خود تو آئے گا نہیں، اس کے فرشتے آئیں گے نہیں، کہے گا تو انسان ہی۔</w:t>
      </w:r>
    </w:p>
    <w:p>
      <w:r>
        <w:rPr>
          <w:b/>
        </w:rPr>
        <w:t xml:space="preserve">[16:47] </w:t>
      </w:r>
      <w:r>
        <w:t>lekin aap kab yeh kaam kar payen ge, isi ke bare mein main kuch arz karna chahta hoon.</w:t>
      </w:r>
    </w:p>
    <w:p>
      <w:pPr>
        <w:jc w:val="right"/>
      </w:pPr>
      <w:r>
        <w:t>لیکن آپ کب یہ کام کر پائیں گے، اسی کے بارے میں میں کچھ عرض کرنا چاہتا ہوں۔</w:t>
      </w:r>
    </w:p>
    <w:p>
      <w:r>
        <w:rPr>
          <w:b/>
        </w:rPr>
        <w:t xml:space="preserve">[16:54] </w:t>
      </w:r>
      <w:r>
        <w:t>That required teamwork, sirf teamwork hi woh kaam kar sakti hai.</w:t>
      </w:r>
    </w:p>
    <w:p>
      <w:pPr>
        <w:jc w:val="right"/>
      </w:pPr>
      <w:r>
        <w:t>دیٹ ریکوائرڈ ٹیم ورک، صرف ٹیم ورک ہی وہ کام کر سکتی ہے۔</w:t>
      </w:r>
    </w:p>
    <w:p>
      <w:r>
        <w:rPr>
          <w:b/>
        </w:rPr>
        <w:t xml:space="preserve">[17:01] </w:t>
      </w:r>
      <w:r>
        <w:t>jo hadith mein hai ke "ahdullah alal jama"", is ka matlab koi purasrar nahi hai, is ka</w:t>
      </w:r>
    </w:p>
    <w:p>
      <w:pPr>
        <w:jc w:val="right"/>
      </w:pPr>
      <w:r>
        <w:t>جو حدیث میں ہے کہ "اہد اللہ علی الجماع"، اس کا مطلب کوئی پراسرار نہیں ہے، اس کا</w:t>
      </w:r>
    </w:p>
    <w:p>
      <w:r>
        <w:rPr>
          <w:b/>
        </w:rPr>
        <w:t xml:space="preserve">[17:08] </w:t>
      </w:r>
      <w:r>
        <w:t>purasrar nahi hai.</w:t>
      </w:r>
    </w:p>
    <w:p>
      <w:pPr>
        <w:jc w:val="right"/>
      </w:pPr>
      <w:r>
        <w:t>پراسرار نہیں ہے۔</w:t>
      </w:r>
    </w:p>
    <w:p>
      <w:r>
        <w:rPr>
          <w:b/>
        </w:rPr>
        <w:t xml:space="preserve">[17:15] </w:t>
      </w:r>
      <w:r>
        <w:t>is ka matlab hai ke jab jamaat ho, team ho to woh log bohat hi bara kaam kar paate hain.</w:t>
      </w:r>
    </w:p>
    <w:p>
      <w:pPr>
        <w:jc w:val="right"/>
      </w:pPr>
      <w:r>
        <w:t>اس کا مطلب ہے کہ جب جماعت ہو، ٹیم ہو تو وہ لوگ بہت ہی بڑا کام کر پاتے ہیں۔</w:t>
      </w:r>
    </w:p>
    <w:p>
      <w:r>
        <w:rPr>
          <w:b/>
        </w:rPr>
        <w:t xml:space="preserve">[17:22] </w:t>
      </w:r>
      <w:r>
        <w:t>"اہد اللہ علی الجماع" ka ma'ani hai ke agar kisi group ke andar waqaiatan spirit, team spirit aa</w:t>
      </w:r>
    </w:p>
    <w:p>
      <w:pPr>
        <w:jc w:val="right"/>
      </w:pPr>
      <w:r>
        <w:t>"اہد اللہ علی الجماع" کا معنی ہے کہ اگر کسی گروپ کے اندر واقعتاً اسپیریٹ، ٹیم اسپیریٹ آ</w:t>
      </w:r>
    </w:p>
    <w:p>
      <w:r>
        <w:rPr>
          <w:b/>
        </w:rPr>
        <w:t xml:space="preserve">[17:29] </w:t>
      </w:r>
      <w:r>
        <w:t>جائے، team spirit تو وہ بہت بڑا کام کر سکتی ہے۔</w:t>
      </w:r>
    </w:p>
    <w:p>
      <w:pPr>
        <w:jc w:val="right"/>
      </w:pPr>
      <w:r>
        <w:t>جائے، ٹیم اسپیریٹ تو وہ بہت بڑا کام کر سکتی ہے۔</w:t>
      </w:r>
    </w:p>
    <w:p>
      <w:r>
        <w:rPr>
          <w:b/>
        </w:rPr>
        <w:t xml:space="preserve">[17:36] </w:t>
      </w:r>
      <w:r>
        <w:t>تو آپ لوگ دیکھیے، اس کو سمجھئے، آپ لوگ you have to discover your yourself, yourself,</w:t>
      </w:r>
    </w:p>
    <w:p>
      <w:pPr>
        <w:jc w:val="right"/>
      </w:pPr>
      <w:r>
        <w:t>تو آپ لوگ دیکھیے، اس کو سمجھئے، آپ لوگ یو ہیو ٹو ڈسکور یور یور سیلف، یور سیلف،</w:t>
      </w:r>
    </w:p>
    <w:p>
      <w:r>
        <w:rPr>
          <w:b/>
        </w:rPr>
        <w:t xml:space="preserve">[17:43] </w:t>
      </w:r>
      <w:r>
        <w:t>you discover your role, apne role ko daryaft kijiye.</w:t>
      </w:r>
    </w:p>
    <w:p>
      <w:pPr>
        <w:jc w:val="right"/>
      </w:pPr>
      <w:r>
        <w:t>یو ڈسکور یور رول، اپنے رول کو دریافت کیجئے۔</w:t>
      </w:r>
    </w:p>
    <w:p>
      <w:r>
        <w:rPr>
          <w:b/>
        </w:rPr>
        <w:t xml:space="preserve">[17:49] </w:t>
      </w:r>
      <w:r>
        <w:t>jaise maine kaha ke barish hui to kisan ko apna role daryaft karna parta hai.</w:t>
      </w:r>
    </w:p>
    <w:p>
      <w:pPr>
        <w:jc w:val="right"/>
      </w:pPr>
      <w:r>
        <w:t>جیسے میں نے کہا کہ بارش ہوئی تو کسان کو اپنا رول دریافت کرنا پڑتا ہے۔</w:t>
      </w:r>
    </w:p>
    <w:p>
      <w:r>
        <w:rPr>
          <w:b/>
        </w:rPr>
        <w:t xml:space="preserve">[17:56] </w:t>
      </w:r>
      <w:r>
        <w:t>aise hi jab modern door aya to aap ko apna role daryaft karna pare ga.</w:t>
      </w:r>
    </w:p>
    <w:p>
      <w:pPr>
        <w:jc w:val="right"/>
      </w:pPr>
      <w:r>
        <w:t>ایسے ہی جب ماڈرن دور آیا تو آپ کو اپنا رول دریافت کرنا پڑے گا۔</w:t>
      </w:r>
    </w:p>
    <w:p>
      <w:r>
        <w:rPr>
          <w:b/>
        </w:rPr>
        <w:t xml:space="preserve">[18:03] </w:t>
      </w:r>
      <w:r>
        <w:t>to mashallah, yeh jo group ikattha hua hai aur sari duniya mein afraad paida ho gaye hain, is tarah</w:t>
      </w:r>
    </w:p>
    <w:p>
      <w:pPr>
        <w:jc w:val="right"/>
      </w:pPr>
      <w:r>
        <w:t>تو ماشاءاللہ، یہ جو گروپ اکٹھا ہوا ہے اور ساری دنیا میں افراد پیدا ہوگئے ہیں، اس طرح</w:t>
      </w:r>
    </w:p>
    <w:p>
      <w:r>
        <w:rPr>
          <w:b/>
        </w:rPr>
        <w:t xml:space="preserve">[18:10] </w:t>
      </w:r>
      <w:r>
        <w:t>کے، اب صرف ایک ہی چیز ضرورت ہے، وہ ہے team spirit۔</w:t>
      </w:r>
    </w:p>
    <w:p>
      <w:pPr>
        <w:jc w:val="right"/>
      </w:pPr>
      <w:r>
        <w:t>کے، اب صرف ایک ہی چیز ضرورت ہے، وہ ہے ٹیم اسپیریٹ۔</w:t>
      </w:r>
    </w:p>
    <w:p>
      <w:r>
        <w:rPr>
          <w:b/>
        </w:rPr>
        <w:t xml:space="preserve">[18:17] </w:t>
      </w:r>
      <w:r>
        <w:t>yeh sare log jo yahan se America tak, yani da'wati mission ke liye khare ho gaye hain, mashallah, in</w:t>
      </w:r>
    </w:p>
    <w:p>
      <w:pPr>
        <w:jc w:val="right"/>
      </w:pPr>
      <w:r>
        <w:t>یہ سارے لوگ جو یہاں سے امریکہ تک، یعنی دعوتی مشن کے لیے کھڑے ہوگئے ہیں، ماشاءاللہ، ان</w:t>
      </w:r>
    </w:p>
    <w:p>
      <w:r>
        <w:rPr>
          <w:b/>
        </w:rPr>
        <w:t xml:space="preserve">[18:24] </w:t>
      </w:r>
      <w:r>
        <w:t>ke liye sirf ek hi cheez ki zaroorat hai, woh hai team spirit, yani jamaat ban jayen, jamaati</w:t>
      </w:r>
    </w:p>
    <w:p>
      <w:pPr>
        <w:jc w:val="right"/>
      </w:pPr>
      <w:r>
        <w:t>کے لیے صرف ایک ہی چیز کی ضرورت ہے، وہ ہے ٹیم اسپیریٹ، یعنی الجماعت بن جائیں، جماعتی</w:t>
      </w:r>
    </w:p>
    <w:p>
      <w:r>
        <w:rPr>
          <w:b/>
        </w:rPr>
        <w:t xml:space="preserve">[18:31] </w:t>
      </w:r>
      <w:r>
        <w:t>mizaj paida ho jaye.</w:t>
      </w:r>
    </w:p>
    <w:p>
      <w:pPr>
        <w:jc w:val="right"/>
      </w:pPr>
      <w:r>
        <w:t>مزاج پیدا ہو جائے۔</w:t>
      </w:r>
    </w:p>
    <w:p>
      <w:r>
        <w:rPr>
          <w:b/>
        </w:rPr>
        <w:t xml:space="preserve">[18:38] </w:t>
      </w:r>
      <w:r>
        <w:t>isi ki zaroorat hai aur kisi ki zaroorat nahi hai.</w:t>
      </w:r>
    </w:p>
    <w:p>
      <w:pPr>
        <w:jc w:val="right"/>
      </w:pPr>
      <w:r>
        <w:t>اسی کی ضرورت ہے اور کسی کی ضرورت نہیں ہے۔</w:t>
      </w:r>
    </w:p>
    <w:p>
      <w:r>
        <w:rPr>
          <w:b/>
        </w:rPr>
        <w:t xml:space="preserve">[18:45] </w:t>
      </w:r>
      <w:r>
        <w:t>yani group ban chuka hai, literature wajood mein aa chuka hai, sare wasail khul chuke hain, zamana mukammal</w:t>
      </w:r>
    </w:p>
    <w:p>
      <w:pPr>
        <w:jc w:val="right"/>
      </w:pPr>
      <w:r>
        <w:t>یعنی گروپ بن چکا ہے، لٹریچر وجود میں آ چکا ہے، سارے وسائل کھل چکے ہیں، زمانہ مکمل</w:t>
      </w:r>
    </w:p>
    <w:p>
      <w:r>
        <w:rPr>
          <w:b/>
        </w:rPr>
        <w:t xml:space="preserve">[18:52] </w:t>
      </w:r>
      <w:r>
        <w:t>tour par mafiq ho chuka hai, lehjat freedom aa chuka hai, koi aisi cheez nahi jo aa na chuki ho.</w:t>
      </w:r>
    </w:p>
    <w:p>
      <w:pPr>
        <w:jc w:val="right"/>
      </w:pPr>
      <w:r>
        <w:t>طور پر مافق ہو چکا ہے، لہجت فریڈم آ چکا ہے، کوئی ایسی چیز نہیں جو آ نہ چکی ہو۔</w:t>
      </w:r>
    </w:p>
    <w:p>
      <w:r>
        <w:rPr>
          <w:b/>
        </w:rPr>
        <w:t xml:space="preserve">[18:59] </w:t>
      </w:r>
      <w:r>
        <w:t>لیکن سب کچھ یہاں ٹکا ہوا ہے کہ کیا آپ team spirit کا ثبوت دے سکتے ہیں؟ کیا</w:t>
      </w:r>
    </w:p>
    <w:p>
      <w:pPr>
        <w:jc w:val="right"/>
      </w:pPr>
      <w:r>
        <w:t>لیکن سب کچھ یہاں ٹکا ہوا ہے کہ کیا آپ ٹیم اسپیریٹ کا ثبوت دے سکتے ہیں؟ کیا</w:t>
      </w:r>
    </w:p>
    <w:p>
      <w:r>
        <w:rPr>
          <w:b/>
        </w:rPr>
        <w:t xml:space="preserve">[19:05] </w:t>
      </w:r>
      <w:r>
        <w:t>aap team spirit ka saboot de sakte hain? isi ke bare mein kuch arz karna chahta hoon.</w:t>
      </w:r>
    </w:p>
    <w:p>
      <w:pPr>
        <w:jc w:val="right"/>
      </w:pPr>
      <w:r>
        <w:t>آپ ٹیم اسپیریٹ کا ثبوت دے سکتے ہیں؟ اسی کے بارے میں کچھ عرض کرنا چاہتا ہوں۔</w:t>
      </w:r>
    </w:p>
    <w:p>
      <w:r>
        <w:rPr>
          <w:b/>
        </w:rPr>
        <w:t xml:space="preserve">[19:12] </w:t>
      </w:r>
      <w:r>
        <w:t>dekhen, quran ki ek ayat hai, main ghalat parhoon to aap islaah kar dijiye ga: "in allah yuhid</w:t>
      </w:r>
    </w:p>
    <w:p>
      <w:pPr>
        <w:jc w:val="right"/>
      </w:pPr>
      <w:r>
        <w:t>دیکھیں، قرآن کی ایک آیت ہے، میں غلط پڑھوں تو آپ اصلاح کر دیجئے گا: "إن الله يحب</w:t>
      </w:r>
    </w:p>
    <w:p>
      <w:r>
        <w:rPr>
          <w:b/>
        </w:rPr>
        <w:t xml:space="preserve">[19:19] </w:t>
      </w:r>
      <w:r>
        <w:t>allazina yuqatiluna fi sabilihi saffan ka'annahum bunyanun marsus".</w:t>
      </w:r>
    </w:p>
    <w:p>
      <w:pPr>
        <w:jc w:val="right"/>
      </w:pPr>
      <w:r>
        <w:t>الذين يقاتلون في سبيله صفاً کانهم بنیان مرصوص"۔</w:t>
      </w:r>
    </w:p>
    <w:p>
      <w:r>
        <w:rPr>
          <w:b/>
        </w:rPr>
        <w:t xml:space="preserve">[19:26] </w:t>
      </w:r>
      <w:r>
        <w:t>iska tarjuma yeh hai ke allah mahboob rakhta ho, allah mahboob rakhta hai un logon ko, is</w:t>
      </w:r>
    </w:p>
    <w:p>
      <w:pPr>
        <w:jc w:val="right"/>
      </w:pPr>
      <w:r>
        <w:t>اس کا ترجمہ یہ ہے کہ اللہ محبوب رکھتا ہو، اللہ محبوب رکھتا ہے ان لوگوں کو، اس</w:t>
      </w:r>
    </w:p>
    <w:p>
      <w:r>
        <w:rPr>
          <w:b/>
        </w:rPr>
        <w:t xml:space="preserve">[19:33] </w:t>
      </w:r>
      <w:r>
        <w:t>group ko jo allah ke rastay mein lartay hain, is tarah jaise ke woh, yaani bunyad marsus hon.</w:t>
      </w:r>
    </w:p>
    <w:p>
      <w:pPr>
        <w:jc w:val="right"/>
      </w:pPr>
      <w:r>
        <w:t>گروپ کو جو اللہ کے راستے میں لڑتے ہیں، اس طرح جیسے کہ وہ، یعنی بنیاد مرصوص ہوں۔</w:t>
      </w:r>
    </w:p>
    <w:p>
      <w:r>
        <w:rPr>
          <w:b/>
        </w:rPr>
        <w:t xml:space="preserve">[19:40] </w:t>
      </w:r>
      <w:r>
        <w:t>bunyad marsus kehte hain ke seesa pilai hui deewar.</w:t>
      </w:r>
    </w:p>
    <w:p>
      <w:pPr>
        <w:jc w:val="right"/>
      </w:pPr>
      <w:r>
        <w:t>بنیاد مرصوص کہتے ہیں کہ سیسہ پلائی ہوئی دیوار۔</w:t>
      </w:r>
    </w:p>
    <w:p>
      <w:r>
        <w:rPr>
          <w:b/>
        </w:rPr>
        <w:t xml:space="preserve">[19:47] </w:t>
      </w:r>
      <w:r>
        <w:t>pehlay zamanay mein aisa hota tha ke seesa pilai hui deewar kaha jata tha, ab seesa nahi pilaya</w:t>
      </w:r>
    </w:p>
    <w:p>
      <w:pPr>
        <w:jc w:val="right"/>
      </w:pPr>
      <w:r>
        <w:t>پہلے زمانے میں ایسا ہوتا تھا کہ سیسہ پلائی ہوئی دیوار کہا جاتا تھا، اب سیسہ نہیں پلایا</w:t>
      </w:r>
    </w:p>
    <w:p>
      <w:r>
        <w:rPr>
          <w:b/>
        </w:rPr>
        <w:t xml:space="preserve">[19:54] </w:t>
      </w:r>
      <w:r>
        <w:t>jata, ab to cement hoti hai, yaani cement se juri hui deewar.</w:t>
      </w:r>
    </w:p>
    <w:p>
      <w:pPr>
        <w:jc w:val="right"/>
      </w:pPr>
      <w:r>
        <w:t>جاتا، اب تو سیمنٹ ہوتی ہے، یعنی سیمنٹ سے جڑی ہوئی دیوار۔</w:t>
      </w:r>
    </w:p>
    <w:p>
      <w:r>
        <w:rPr>
          <w:b/>
        </w:rPr>
        <w:t xml:space="preserve">[20:01] </w:t>
      </w:r>
      <w:r>
        <w:t>ab ab deewaren lohay aur cement se banti hain, seesa se nahi banti.</w:t>
      </w:r>
    </w:p>
    <w:p>
      <w:pPr>
        <w:jc w:val="right"/>
      </w:pPr>
      <w:r>
        <w:t>اب اب دیواریں لوہے اور سیمنٹ سے بنتی ہیں، سیسہ سے نہیں بنتی۔</w:t>
      </w:r>
    </w:p>
    <w:p>
      <w:r>
        <w:rPr>
          <w:b/>
        </w:rPr>
        <w:t xml:space="preserve">[20:08] </w:t>
      </w:r>
      <w:r>
        <w:t>is zamanay mein banti thi to seesa pilai hui deewar.</w:t>
      </w:r>
    </w:p>
    <w:p>
      <w:pPr>
        <w:jc w:val="right"/>
      </w:pPr>
      <w:r>
        <w:t>اس زمانے میں بنتی تھی تو سیسہ پلائی ہوئی دیوار۔</w:t>
      </w:r>
    </w:p>
    <w:p>
      <w:r>
        <w:rPr>
          <w:b/>
        </w:rPr>
        <w:t xml:space="preserve">[20:14] </w:t>
      </w:r>
      <w:r>
        <w:t>is mein, is ayat mein itni bari baat kahi gayi hai, lekin koi samjha nahi is ayat ko.</w:t>
      </w:r>
    </w:p>
    <w:p>
      <w:pPr>
        <w:jc w:val="right"/>
      </w:pPr>
      <w:r>
        <w:t>اس میں، اس آیت میں اتنی بڑی بات کہی گئی ہے، لیکن کوئی سمجھا نہیں اس آیت کو۔</w:t>
      </w:r>
    </w:p>
    <w:p>
      <w:r>
        <w:rPr>
          <w:b/>
        </w:rPr>
        <w:t xml:space="preserve">[20:21] </w:t>
      </w:r>
      <w:r>
        <w:t>kyun? is mein "qatiloon" hai to samajhtay hain ke to jang ke liye hai, larnay walon ke liye,</w:t>
      </w:r>
    </w:p>
    <w:p>
      <w:pPr>
        <w:jc w:val="right"/>
      </w:pPr>
      <w:r>
        <w:t>کیوں؟ اس میں "قاتلون" ہے تو سمجھتے ہیں کہ تو جنگ کے لیے ہے، لڑنے والوں کے لیے،</w:t>
      </w:r>
    </w:p>
    <w:p>
      <w:r>
        <w:rPr>
          <w:b/>
        </w:rPr>
        <w:t xml:space="preserve">[20:28] </w:t>
      </w:r>
      <w:r>
        <w:t>jo mar kar shaheed ho jayen, un ke liye.</w:t>
      </w:r>
    </w:p>
    <w:p>
      <w:pPr>
        <w:jc w:val="right"/>
      </w:pPr>
      <w:r>
        <w:t>جو مر کر شہید ہو جائیں، ان کے لیے۔</w:t>
      </w:r>
    </w:p>
    <w:p>
      <w:r>
        <w:rPr>
          <w:b/>
        </w:rPr>
        <w:t xml:space="preserve">[20:35] </w:t>
      </w:r>
      <w:r>
        <w:t>dekhiye, ek baat samajh lijiye ke quran ka samajhnay ke liye ek cheez bohat hi zaroori hai.</w:t>
      </w:r>
    </w:p>
    <w:p>
      <w:pPr>
        <w:jc w:val="right"/>
      </w:pPr>
      <w:r>
        <w:t>دیکھیے، ایک بات سمجھ لیجئے کہ قرآن کا سمجھنے کے لیے ایک چیز بہت ہی ضروری ہے۔</w:t>
      </w:r>
    </w:p>
    <w:p>
      <w:r>
        <w:rPr>
          <w:b/>
        </w:rPr>
        <w:t xml:space="preserve">[20:42] </w:t>
      </w:r>
      <w:r>
        <w:t>quran utra hai hum qayamat tak ke liye.</w:t>
      </w:r>
    </w:p>
    <w:p>
      <w:pPr>
        <w:jc w:val="right"/>
      </w:pPr>
      <w:r>
        <w:t>قرآن اترا ہے ہم قیامت تک کے لیے۔</w:t>
      </w:r>
    </w:p>
    <w:p>
      <w:r>
        <w:rPr>
          <w:b/>
        </w:rPr>
        <w:t xml:space="preserve">[20:49] </w:t>
      </w:r>
      <w:r>
        <w:t>تو "it is but natural" کہ قرآن کی آیتوں کا ایک ہوگا، یعنی وقتی ایپلیکیشن ایک ہوگا، اس</w:t>
      </w:r>
    </w:p>
    <w:p>
      <w:pPr>
        <w:jc w:val="right"/>
      </w:pPr>
      <w:r>
        <w:t>تو "اٹ از بٹ نیچرل" کہ قرآن کی آیتوں کا ایک ہوگا، یعنی وقتی ایپلیکیشن ایک ہوگا، اس</w:t>
      </w:r>
    </w:p>
    <w:p>
      <w:r>
        <w:rPr>
          <w:b/>
        </w:rPr>
        <w:t xml:space="preserve">[20:56] </w:t>
      </w:r>
      <w:r>
        <w:t>ka, yaani greater application.</w:t>
      </w:r>
    </w:p>
    <w:p>
      <w:pPr>
        <w:jc w:val="right"/>
      </w:pPr>
      <w:r>
        <w:t>کا، یعنی گریٹر ایپلیکیشن۔</w:t>
      </w:r>
    </w:p>
    <w:p>
      <w:r>
        <w:rPr>
          <w:b/>
        </w:rPr>
        <w:t xml:space="preserve">[21:03] </w:t>
      </w:r>
      <w:r>
        <w:t>"It is, it is but natural" ہونا ہی ہونا ہے۔</w:t>
      </w:r>
    </w:p>
    <w:p>
      <w:pPr>
        <w:jc w:val="right"/>
      </w:pPr>
      <w:r>
        <w:t>"اٹ از اٹ از بٹ نیچرل" ہونا ہی ہونا ہے۔</w:t>
      </w:r>
    </w:p>
    <w:p>
      <w:r>
        <w:rPr>
          <w:b/>
        </w:rPr>
        <w:t xml:space="preserve">[21:10] </w:t>
      </w:r>
      <w:r>
        <w:t>quran utra us waqt jab ke technology nahi thi, jab ke democracy nahi thi, jab ke in cheezon</w:t>
      </w:r>
    </w:p>
    <w:p>
      <w:pPr>
        <w:jc w:val="right"/>
      </w:pPr>
      <w:r>
        <w:t>قرآن اترا اس وقت جب کہ ٹیکنالوجی نہیں تھی، جب کہ ڈیموکریسی نہیں تھی، جب کہ ان چیزوں</w:t>
      </w:r>
    </w:p>
    <w:p>
      <w:r>
        <w:rPr>
          <w:b/>
        </w:rPr>
        <w:t xml:space="preserve">[21:17] </w:t>
      </w:r>
      <w:r>
        <w:t>mein kuch bhi nahi thi jo aaj hum dekhtay hain dunya mein.</w:t>
      </w:r>
    </w:p>
    <w:p>
      <w:pPr>
        <w:jc w:val="right"/>
      </w:pPr>
      <w:r>
        <w:t>میں کچھ بھی نہیں تھی جو آج ہم دیکھتے ہیں دنیا میں۔</w:t>
      </w:r>
    </w:p>
    <w:p>
      <w:r>
        <w:rPr>
          <w:b/>
        </w:rPr>
        <w:t xml:space="preserve">[21:24] </w:t>
      </w:r>
      <w:r>
        <w:t>to kaisay mumkin hai ke quran ki ayaten jo hain, bas usi tak, usi apply hoti hon, jab ke</w:t>
      </w:r>
    </w:p>
    <w:p>
      <w:pPr>
        <w:jc w:val="right"/>
      </w:pPr>
      <w:r>
        <w:t>تو کیسے ممکن ہے کہ قرآن کی آیتیں جو ہیں، بس اسی تک، اسی اپلائی ہوتی ہوں، جبکہ</w:t>
      </w:r>
    </w:p>
    <w:p>
      <w:r>
        <w:rPr>
          <w:b/>
        </w:rPr>
        <w:t xml:space="preserve">[21:30] </w:t>
      </w:r>
      <w:r>
        <w:t>quran kehta hai ke aap qayamat tak ke liye hain.</w:t>
      </w:r>
    </w:p>
    <w:p>
      <w:pPr>
        <w:jc w:val="right"/>
      </w:pPr>
      <w:r>
        <w:t>قرآن کہتا ہے کہ آپ قیامت تک کے لیے ہیں۔</w:t>
      </w:r>
    </w:p>
    <w:p>
      <w:r>
        <w:rPr>
          <w:b/>
        </w:rPr>
        <w:t xml:space="preserve">[21:37] </w:t>
      </w:r>
      <w:r>
        <w:t>kisi kisi daleel ke baghair yeh sabit hai, yaad rakhiye, kisi daleel ke baghair yeh sabit hai ke</w:t>
      </w:r>
    </w:p>
    <w:p>
      <w:pPr>
        <w:jc w:val="right"/>
      </w:pPr>
      <w:r>
        <w:t>کسی کسی دلیل کے بغیر یہ ثابت ہے، یاد رکھیے، کسی دلیل کے بغیر یہ ثابت ہے کہ</w:t>
      </w:r>
    </w:p>
    <w:p>
      <w:r>
        <w:rPr>
          <w:b/>
        </w:rPr>
        <w:t xml:space="preserve">[21:44] </w:t>
      </w:r>
      <w:r>
        <w:t>quran ki ayaten lazmi taur par aisa hona chahiye ke ek in ka immediate application ho aur ek</w:t>
      </w:r>
    </w:p>
    <w:p>
      <w:pPr>
        <w:jc w:val="right"/>
      </w:pPr>
      <w:r>
        <w:t>قرآن کی آیتیں لازمی طور پر ایسا ہونا چاہیے کہ ایک ان کا امیڈیٹ ایپلیکیشن ہو اور ایک</w:t>
      </w:r>
    </w:p>
    <w:p>
      <w:r>
        <w:rPr>
          <w:b/>
        </w:rPr>
        <w:t xml:space="preserve">[21:51] </w:t>
      </w:r>
      <w:r>
        <w:t>is ka greater application ho.</w:t>
      </w:r>
    </w:p>
    <w:p>
      <w:pPr>
        <w:jc w:val="right"/>
      </w:pPr>
      <w:r>
        <w:t>اس کا گریٹر ایپلیکیشن ہو۔</w:t>
      </w:r>
    </w:p>
    <w:p>
      <w:r>
        <w:rPr>
          <w:b/>
        </w:rPr>
        <w:t xml:space="preserve">[21:58] </w:t>
      </w:r>
      <w:r>
        <w:t>جس کو کہتے ہیں کہ "peramalfarshi", "peramalfarshi", "it is rejected", یعنی یہ تصور باطل ہے، یہ سمجھنا کہ</w:t>
      </w:r>
    </w:p>
    <w:p>
      <w:pPr>
        <w:jc w:val="right"/>
      </w:pPr>
      <w:r>
        <w:t>جس کو کہتے ہیں کہ "پیرامائفرشی"، "پیرامائفرشی"، "اٹ از ریجیکٹڈ"، یعنی یہ تصور باطل ہے، یہ سمجھنا کہ</w:t>
      </w:r>
    </w:p>
    <w:p>
      <w:r>
        <w:rPr>
          <w:b/>
        </w:rPr>
        <w:t xml:space="preserve">[22:05] </w:t>
      </w:r>
      <w:r>
        <w:t>bas lafzi maani jo hain, bas wohi kal hain.</w:t>
      </w:r>
    </w:p>
    <w:p>
      <w:pPr>
        <w:jc w:val="right"/>
      </w:pPr>
      <w:r>
        <w:t>بس لفظی معنی جو ہیں، بس وہی کل ہیں۔</w:t>
      </w:r>
    </w:p>
    <w:p>
      <w:r>
        <w:rPr>
          <w:b/>
        </w:rPr>
        <w:t xml:space="preserve">[22:12] </w:t>
      </w:r>
      <w:r>
        <w:t>is ke quran ke lafzi ma'ni wahi kal hain.</w:t>
      </w:r>
    </w:p>
    <w:p>
      <w:pPr>
        <w:jc w:val="right"/>
      </w:pPr>
      <w:r>
        <w:t>اس کے قرآن کے لفظی معنی وہی کل ہیں۔</w:t>
      </w:r>
    </w:p>
    <w:p>
      <w:r>
        <w:rPr>
          <w:b/>
        </w:rPr>
        <w:t xml:space="preserve">[22:19] </w:t>
      </w:r>
      <w:r>
        <w:t>تو "per se", "it is rejected", یعنی بدا حتی نہیں، یہ قابل رد ہے۔</w:t>
      </w:r>
    </w:p>
    <w:p>
      <w:pPr>
        <w:jc w:val="right"/>
      </w:pPr>
      <w:r>
        <w:t>تو "پیرامائفرشی"، "اٹ از ریجیکٹڈ"، یعنی بدا حتی نہیں، یہ قابل رد ہے۔</w:t>
      </w:r>
    </w:p>
    <w:p>
      <w:r>
        <w:rPr>
          <w:b/>
        </w:rPr>
        <w:t xml:space="preserve">[22:26] </w:t>
      </w:r>
      <w:r>
        <w:t>is ayat mein qatar sirf waqti reference ke aitbar se hai, abadi reference ke aitbar se nahi hai.</w:t>
      </w:r>
    </w:p>
    <w:p>
      <w:pPr>
        <w:jc w:val="right"/>
      </w:pPr>
      <w:r>
        <w:t>اس آیت میں قطار صرف وقتی ریفرنس کے اعتبار سے ہے، ابدی ریفرنس کے اعتبار سے نہیں ہے۔</w:t>
      </w:r>
    </w:p>
    <w:p>
      <w:r>
        <w:rPr>
          <w:b/>
        </w:rPr>
        <w:t xml:space="preserve">[22:33] </w:t>
      </w:r>
      <w:r>
        <w:t>abadi reference ke aitbar se kitab ek yeh ayat hai: "in allah yuhibbul ladheena yujahidoona fi sabeeli".</w:t>
      </w:r>
    </w:p>
    <w:p>
      <w:pPr>
        <w:jc w:val="right"/>
      </w:pPr>
      <w:r>
        <w:t>ابدی ریفرنس کے اعتبار سے کتاب ایک یہ آیت ہے: "إن الله يحب الذين يجاهدون في سبيله"۔</w:t>
      </w:r>
    </w:p>
    <w:p>
      <w:r>
        <w:rPr>
          <w:b/>
        </w:rPr>
        <w:t xml:space="preserve">[22:40] </w:t>
      </w:r>
      <w:r>
        <w:t>saffan kahum bunyanun marsud.</w:t>
      </w:r>
    </w:p>
    <w:p>
      <w:pPr>
        <w:jc w:val="right"/>
      </w:pPr>
      <w:r>
        <w:t>صفاً کانہم بنیان مرصود۔</w:t>
      </w:r>
    </w:p>
    <w:p>
      <w:r>
        <w:rPr>
          <w:b/>
        </w:rPr>
        <w:t xml:space="preserve">[22:46] </w:t>
      </w:r>
      <w:r>
        <w:t>jo aisa na maane, woh quran ko abadi kitab nahi maanta.</w:t>
      </w:r>
    </w:p>
    <w:p>
      <w:pPr>
        <w:jc w:val="right"/>
      </w:pPr>
      <w:r>
        <w:t>جو ایسا نہ مانے، وہ قرآن کو ابدی کتاب نہیں مانتا۔</w:t>
      </w:r>
    </w:p>
    <w:p>
      <w:r>
        <w:rPr>
          <w:b/>
        </w:rPr>
        <w:t xml:space="preserve">[22:53] </w:t>
      </w:r>
      <w:r>
        <w:t>is ka aqeedah hi mujtaba hai, ya'ni waqti reference ke aitbar se hai "yuqatiloon", abadi reference ke aitbar</w:t>
      </w:r>
    </w:p>
    <w:p>
      <w:pPr>
        <w:jc w:val="right"/>
      </w:pPr>
      <w:r>
        <w:t>اس کا عقیدہ ہی مجتبیٰ ہے، یعنی وقتی ریفرنس کے اعتبار سے ہے "یقاتلون"، ابدی ریفرنس کے اعتبار</w:t>
      </w:r>
    </w:p>
    <w:p>
      <w:r>
        <w:rPr>
          <w:b/>
        </w:rPr>
        <w:t xml:space="preserve">[23:00] </w:t>
      </w:r>
      <w:r>
        <w:t>se is ka ho jayega "yujahidoon".</w:t>
      </w:r>
    </w:p>
    <w:p>
      <w:pPr>
        <w:jc w:val="right"/>
      </w:pPr>
      <w:r>
        <w:t>سے اس کا ہو جائے گا "یجاہدون"۔</w:t>
      </w:r>
    </w:p>
    <w:p>
      <w:r>
        <w:rPr>
          <w:b/>
        </w:rPr>
        <w:t xml:space="preserve">[23:07] </w:t>
      </w:r>
      <w:r>
        <w:t>jab yeh aisa kar payenge, tab woh jo is ke andar jo ma'ni hai, jo wisdom hai,</w:t>
      </w:r>
    </w:p>
    <w:p>
      <w:pPr>
        <w:jc w:val="right"/>
      </w:pPr>
      <w:r>
        <w:t>جب یہ ایسا کر پائیں گے، تب وہ جو اس کے اندر جو معنی ہے، جو وزڈم ہے،</w:t>
      </w:r>
    </w:p>
    <w:p>
      <w:r>
        <w:rPr>
          <w:b/>
        </w:rPr>
        <w:t xml:space="preserve">[23:14] </w:t>
      </w:r>
      <w:r>
        <w:t>woh khulenge aap ke upar.</w:t>
      </w:r>
    </w:p>
    <w:p>
      <w:pPr>
        <w:jc w:val="right"/>
      </w:pPr>
      <w:r>
        <w:t>وہ کھلیں گے آپ کے اوپر۔</w:t>
      </w:r>
    </w:p>
    <w:p>
      <w:r>
        <w:rPr>
          <w:b/>
        </w:rPr>
        <w:t xml:space="preserve">[23:21] </w:t>
      </w:r>
      <w:r>
        <w:t>toh pehli baat un ko samajh lijiye ke yahan "yuqatiloon" hai ba ma'ni "yujahidoon", koshish karne wale, ya'ni allah</w:t>
      </w:r>
    </w:p>
    <w:p>
      <w:pPr>
        <w:jc w:val="right"/>
      </w:pPr>
      <w:r>
        <w:t>تو پہلی بات ان کو سمجھ لیجئے کہ یہاں "یقاتلون" ہے بمعنی "یجاہدون"، کوشش کرنے والے، یعنی اللہ</w:t>
      </w:r>
    </w:p>
    <w:p>
      <w:r>
        <w:rPr>
          <w:b/>
        </w:rPr>
        <w:t xml:space="preserve">[23:28] </w:t>
      </w:r>
      <w:r>
        <w:t>mahboob lagta hai in logon ko jo allah ke liye koshish karein, struggle karein, sari energy sarf karein.</w:t>
      </w:r>
    </w:p>
    <w:p>
      <w:pPr>
        <w:jc w:val="right"/>
      </w:pPr>
      <w:r>
        <w:t>محبوب لگتا ہے ان لوگوں کو جو اللہ کے لیے کوشش کریں، اسٹرگل کریں، ساری انرجی صرف کر دیں۔</w:t>
      </w:r>
    </w:p>
    <w:p>
      <w:r>
        <w:rPr>
          <w:b/>
        </w:rPr>
        <w:t xml:space="preserve">[23:35] </w:t>
      </w:r>
      <w:r>
        <w:t>is tarah jaise ke seesa pilai hui deewar hoti hai.</w:t>
      </w:r>
    </w:p>
    <w:p>
      <w:pPr>
        <w:jc w:val="right"/>
      </w:pPr>
      <w:r>
        <w:t>اس طرح جیسے کہ سیسہ پلائی ہوئی دیوار ہوتی ہے۔</w:t>
      </w:r>
    </w:p>
    <w:p>
      <w:r>
        <w:rPr>
          <w:b/>
        </w:rPr>
        <w:t xml:space="preserve">[23:42] </w:t>
      </w:r>
      <w:r>
        <w:t>ab ghaur kijiye, yeh tamseel bohat hi ba ma'ni hai, bohat ba ma'ni hai.</w:t>
      </w:r>
    </w:p>
    <w:p>
      <w:pPr>
        <w:jc w:val="right"/>
      </w:pPr>
      <w:r>
        <w:t>اب غور کیجئے، یہ تمثیل بہت ہی بامعنی ہے، بہت بامعنی ہے۔</w:t>
      </w:r>
    </w:p>
    <w:p>
      <w:r>
        <w:rPr>
          <w:b/>
        </w:rPr>
        <w:t xml:space="preserve">[23:49] </w:t>
      </w:r>
      <w:r>
        <w:t>qadeem zamane mein seesa pilai deewar ko bohat mazboot samjha jata tha, bohat mazboot.</w:t>
      </w:r>
    </w:p>
    <w:p>
      <w:pPr>
        <w:jc w:val="right"/>
      </w:pPr>
      <w:r>
        <w:t>قدیم زمانے میں سیسہ پلائی دیوار کو بہت مضبوط سمجھا جاتا تھا، بہت مضبوط۔</w:t>
      </w:r>
    </w:p>
    <w:p>
      <w:r>
        <w:rPr>
          <w:b/>
        </w:rPr>
        <w:t xml:space="preserve">[23:55] </w:t>
      </w:r>
      <w:r>
        <w:t>ab hum kahenge ke woh deewar jo banti hai lohe cement se, woh sau manzil ki imaratein</w:t>
      </w:r>
    </w:p>
    <w:p>
      <w:pPr>
        <w:jc w:val="right"/>
      </w:pPr>
      <w:r>
        <w:t>اب ہم کہیں گے کہ وہ دیوار جو بنتی ہے لوہے سیمنٹ سے، وہ سو منزل کی عمارتیں</w:t>
      </w:r>
    </w:p>
    <w:p>
      <w:r>
        <w:rPr>
          <w:b/>
        </w:rPr>
        <w:t xml:space="preserve">[24:02] </w:t>
      </w:r>
      <w:r>
        <w:t>banti hain, dedh sau manzil ki imaratein ban rahi hain, isi liye ke cement aur lohe ki wajah se.</w:t>
      </w:r>
    </w:p>
    <w:p>
      <w:pPr>
        <w:jc w:val="right"/>
      </w:pPr>
      <w:r>
        <w:t>بنتی ہیں، ڈیڑھ سو منزل کی عمارتیں بن رہی ہیں، اسی لیے کہ سیمنٹ اور لوہے کی وجہ سے۔</w:t>
      </w:r>
    </w:p>
    <w:p>
      <w:r>
        <w:rPr>
          <w:b/>
        </w:rPr>
        <w:t xml:space="preserve">[24:09] </w:t>
      </w:r>
      <w:r>
        <w:t>ab dekhiye, jo patthar ya loha, patthar ya ya eent, patthar ya eent ko milakar deewarein banti hain ya.</w:t>
      </w:r>
    </w:p>
    <w:p>
      <w:pPr>
        <w:jc w:val="right"/>
      </w:pPr>
      <w:r>
        <w:t>اب دیکھیے، جو پتھر یا لوہا، پتھر یا یا اینٹ، پتھر یا اینٹ کو ملا کر دیواریں بنتی ہیں یا۔</w:t>
      </w:r>
    </w:p>
    <w:p>
      <w:r>
        <w:rPr>
          <w:b/>
        </w:rPr>
        <w:t xml:space="preserve">[24:16] </w:t>
      </w:r>
      <w:r>
        <w:t>toh woh patthar ya eent jo hai, woh kya hai? is ka koi ego nahi hai, is ka</w:t>
      </w:r>
    </w:p>
    <w:p>
      <w:pPr>
        <w:jc w:val="right"/>
      </w:pPr>
      <w:r>
        <w:t>تو وہ پتھر یا اینٹ جو ہے، وہ کیا ہے؟ اس کا کوئی ایگو نہیں ہے، اس کا</w:t>
      </w:r>
    </w:p>
    <w:p>
      <w:r>
        <w:rPr>
          <w:b/>
        </w:rPr>
        <w:t xml:space="preserve">[24:23] </w:t>
      </w:r>
      <w:r>
        <w:t>zaati koi evil nahi hai, koi zaati khwahish nahi hai.</w:t>
      </w:r>
    </w:p>
    <w:p>
      <w:pPr>
        <w:jc w:val="right"/>
      </w:pPr>
      <w:r>
        <w:t>ذاتی کوئی ایول نہیں ہے، کوئی ذاتی خواہش نہیں ہے۔</w:t>
      </w:r>
    </w:p>
    <w:p>
      <w:r>
        <w:rPr>
          <w:b/>
        </w:rPr>
        <w:t xml:space="preserve">[24:30] </w:t>
      </w:r>
      <w:r>
        <w:t>woh toh ya'ni memar ke haath mein jahan chahe, us ko laga de.</w:t>
      </w:r>
    </w:p>
    <w:p>
      <w:pPr>
        <w:jc w:val="right"/>
      </w:pPr>
      <w:r>
        <w:t>وہ تو یعنی معمار کے ہاتھ میں جہاں چاہے، اس کو لگا دے۔</w:t>
      </w:r>
    </w:p>
    <w:p>
      <w:r>
        <w:rPr>
          <w:b/>
        </w:rPr>
        <w:t xml:space="preserve">[24:37] </w:t>
      </w:r>
      <w:r>
        <w:t>hata ke jo cement se jo deewarein banti hain, us ko bhi cement ka koi apna toh koi</w:t>
      </w:r>
    </w:p>
    <w:p>
      <w:pPr>
        <w:jc w:val="right"/>
      </w:pPr>
      <w:r>
        <w:t>حتیٰ کہ جو سیمنٹ سے جو دیواریں بنتی ہیں، اس کو بھی سیمنٹ کا کوئی اپنا تو کوئی</w:t>
      </w:r>
    </w:p>
    <w:p>
      <w:r>
        <w:rPr>
          <w:b/>
        </w:rPr>
        <w:t xml:space="preserve">[24:44] </w:t>
      </w:r>
      <w:r>
        <w:t>khwahish nahi hai.</w:t>
      </w:r>
    </w:p>
    <w:p>
      <w:pPr>
        <w:jc w:val="right"/>
      </w:pPr>
      <w:r>
        <w:t>خواہش نہیں ہے۔</w:t>
      </w:r>
    </w:p>
    <w:p>
      <w:r>
        <w:rPr>
          <w:b/>
        </w:rPr>
        <w:t xml:space="preserve">[24:51] </w:t>
      </w:r>
      <w:r>
        <w:t>cement ko jahan daal diya, wahin woh woh jam jayegi, deewar bana degi wahan par.</w:t>
      </w:r>
    </w:p>
    <w:p>
      <w:pPr>
        <w:jc w:val="right"/>
      </w:pPr>
      <w:r>
        <w:t>سیمنٹ کو جہاں ڈال دیا، وہیں وہ وہ جم جائے گی، دیوار بنا دے گی وہاں پر۔</w:t>
      </w:r>
    </w:p>
    <w:p>
      <w:r>
        <w:rPr>
          <w:b/>
        </w:rPr>
        <w:t xml:space="preserve">[24:58] </w:t>
      </w:r>
      <w:r>
        <w:t>toh is ka matlab kya hua ke deewar banane mein eent ka jo role hota hai, woh role</w:t>
      </w:r>
    </w:p>
    <w:p>
      <w:pPr>
        <w:jc w:val="right"/>
      </w:pPr>
      <w:r>
        <w:t>تو اس کا مطلب کیا ہوا کہ دیوار بنانے میں اینٹ کا جو رول ہوتا ہے، وہ رول</w:t>
      </w:r>
    </w:p>
    <w:p>
      <w:r>
        <w:rPr>
          <w:b/>
        </w:rPr>
        <w:t xml:space="preserve">[25:05] </w:t>
      </w:r>
      <w:r>
        <w:t>team ke liye afraad ka hai.</w:t>
      </w:r>
    </w:p>
    <w:p>
      <w:pPr>
        <w:jc w:val="right"/>
      </w:pPr>
      <w:r>
        <w:t>ٹیم کے لیے افراد کا ہے۔</w:t>
      </w:r>
    </w:p>
    <w:p>
      <w:r>
        <w:rPr>
          <w:b/>
        </w:rPr>
        <w:t xml:space="preserve">[25:11] </w:t>
      </w:r>
      <w:r>
        <w:t>team bananay ke liye afraad kon? insaan.</w:t>
      </w:r>
    </w:p>
    <w:p>
      <w:pPr>
        <w:jc w:val="right"/>
      </w:pPr>
      <w:r>
        <w:t>ٹیم بنانے کے لیے افراد کون؟ انسان۔</w:t>
      </w:r>
    </w:p>
    <w:p>
      <w:r>
        <w:rPr>
          <w:b/>
        </w:rPr>
        <w:t xml:space="preserve">[25:18] </w:t>
      </w:r>
      <w:r>
        <w:t>insaan kon? jin ka ego hota hai, jin ke andar khwahishein hoti hain, jin ko andar yeh hoti</w:t>
      </w:r>
    </w:p>
    <w:p>
      <w:pPr>
        <w:jc w:val="right"/>
      </w:pPr>
      <w:r>
        <w:t>انسان کون؟ جن کا ایگو ہوتا ہے، جن کے اندر خواہشیں ہوتی ہیں، جن کو اندر یہ ہوتی</w:t>
      </w:r>
    </w:p>
    <w:p>
      <w:r>
        <w:rPr>
          <w:b/>
        </w:rPr>
        <w:t xml:space="preserve">[25:25] </w:t>
      </w:r>
      <w:r>
        <w:t>hai ke kisi se ghussa ho jaye.</w:t>
      </w:r>
    </w:p>
    <w:p>
      <w:pPr>
        <w:jc w:val="right"/>
      </w:pPr>
      <w:r>
        <w:t>ہے کہ کسی سے غصہ ہو جائے۔</w:t>
      </w:r>
    </w:p>
    <w:p>
      <w:r>
        <w:rPr>
          <w:b/>
        </w:rPr>
        <w:t xml:space="preserve">[25:32] </w:t>
      </w:r>
      <w:r>
        <w:t>eent to ghussa nahi hoti.</w:t>
      </w:r>
    </w:p>
    <w:p>
      <w:pPr>
        <w:jc w:val="right"/>
      </w:pPr>
      <w:r>
        <w:t>اینٹ تو غصہ نہیں ہوتی۔</w:t>
      </w:r>
    </w:p>
    <w:p>
      <w:r>
        <w:rPr>
          <w:b/>
        </w:rPr>
        <w:t xml:space="preserve">[25:39] </w:t>
      </w:r>
      <w:r>
        <w:t>to is ka matlab yeh hai ke deewar seesa pilai hui deewar ki tamseel de kar bataya gaya</w:t>
      </w:r>
    </w:p>
    <w:p>
      <w:pPr>
        <w:jc w:val="right"/>
      </w:pPr>
      <w:r>
        <w:t>تو اس کا معنی یہ ہے کہ دیوار سیسہ پلائی ہوئی دیوار کی تمثیل دے کر بتایا گیا</w:t>
      </w:r>
    </w:p>
    <w:p>
      <w:r>
        <w:rPr>
          <w:b/>
        </w:rPr>
        <w:t xml:space="preserve">[25:46] </w:t>
      </w:r>
      <w:r>
        <w:t>hai ke aye momino, tum waise hi bano.</w:t>
      </w:r>
    </w:p>
    <w:p>
      <w:pPr>
        <w:jc w:val="right"/>
      </w:pPr>
      <w:r>
        <w:t>ہے کہ اے مومنوں، تم ویسے ہی بنو۔</w:t>
      </w:r>
    </w:p>
    <w:p>
      <w:r>
        <w:rPr>
          <w:b/>
        </w:rPr>
        <w:t xml:space="preserve">[25:53] </w:t>
      </w:r>
      <w:r>
        <w:t>wo bana hai, yaani eent jo hai, wo bani hai, yaani majbooraana tum bano, ikhtiyaaraana, kyunke eent ke</w:t>
      </w:r>
    </w:p>
    <w:p>
      <w:pPr>
        <w:jc w:val="right"/>
      </w:pPr>
      <w:r>
        <w:t>وہ بنا ہے، یعنی اینٹ جو ہے، وہ بنی ہے، یعنی مجبورانہ تم بنو، اختارانہ، کیونکہ اینٹ کے</w:t>
      </w:r>
    </w:p>
    <w:p>
      <w:r>
        <w:rPr>
          <w:b/>
        </w:rPr>
        <w:t xml:space="preserve">[26:00] </w:t>
      </w:r>
      <w:r>
        <w:t>paas koi koi koi phir koi choice nahi hai.</w:t>
      </w:r>
    </w:p>
    <w:p>
      <w:pPr>
        <w:jc w:val="right"/>
      </w:pPr>
      <w:r>
        <w:t>پاس کوئی کوئی کوئی پھر کوئی چوائس نہیں ہے۔</w:t>
      </w:r>
    </w:p>
    <w:p>
      <w:r>
        <w:rPr>
          <w:b/>
        </w:rPr>
        <w:t xml:space="preserve">[26:07] </w:t>
      </w:r>
      <w:r>
        <w:t>aap ke paas choice hota hai, kyunke aap ko azaadi hai.</w:t>
      </w:r>
    </w:p>
    <w:p>
      <w:pPr>
        <w:jc w:val="right"/>
      </w:pPr>
      <w:r>
        <w:t>آپ کے پاس چوائس ہوتا ہے، کیونکہ آپ کو آزادی ہے۔</w:t>
      </w:r>
    </w:p>
    <w:p>
      <w:r>
        <w:rPr>
          <w:b/>
        </w:rPr>
        <w:t xml:space="preserve">[26:14] </w:t>
      </w:r>
      <w:r>
        <w:t>to is ka matlab yeh hai ke Allah ki raah mein koshish karo, is tarah jis tarah se</w:t>
      </w:r>
    </w:p>
    <w:p>
      <w:pPr>
        <w:jc w:val="right"/>
      </w:pPr>
      <w:r>
        <w:t>تو اس کا مطلب یہ ہے کہ اللہ کی راہ میں کوشش کرو، اس طرح جس طرح سے</w:t>
      </w:r>
    </w:p>
    <w:p>
      <w:r>
        <w:rPr>
          <w:b/>
        </w:rPr>
        <w:t xml:space="preserve">[26:20] </w:t>
      </w:r>
      <w:r>
        <w:t>eent juri hui hai, is se jur jao.</w:t>
      </w:r>
    </w:p>
    <w:p>
      <w:pPr>
        <w:jc w:val="right"/>
      </w:pPr>
      <w:r>
        <w:t>اینٹ جڑی ہوئی ہے، اس سے جڑ جاؤ۔</w:t>
      </w:r>
    </w:p>
    <w:p>
      <w:r>
        <w:rPr>
          <w:b/>
        </w:rPr>
        <w:t xml:space="preserve">[26:27] </w:t>
      </w:r>
      <w:r>
        <w:t>to is mein aap yeh shamil kijiye ke eent aapas mein jarti hai, majbooraana, is ke paas koi</w:t>
      </w:r>
    </w:p>
    <w:p>
      <w:pPr>
        <w:jc w:val="right"/>
      </w:pPr>
      <w:r>
        <w:t>تو اس میں آپ یہ شامل کیجئے کہ اینٹ آپس میں جڑتی ہے، مجبورانہ، اس کے پاس کوئی</w:t>
      </w:r>
    </w:p>
    <w:p>
      <w:r>
        <w:rPr>
          <w:b/>
        </w:rPr>
        <w:t xml:space="preserve">[26:34] </w:t>
      </w:r>
      <w:r>
        <w:t>choice nahi hota.</w:t>
      </w:r>
    </w:p>
    <w:p>
      <w:pPr>
        <w:jc w:val="right"/>
      </w:pPr>
      <w:r>
        <w:t>چوائس نہیں ہوتا۔</w:t>
      </w:r>
    </w:p>
    <w:p>
      <w:r>
        <w:rPr>
          <w:b/>
        </w:rPr>
        <w:t xml:space="preserve">[26:41] </w:t>
      </w:r>
      <w:r>
        <w:t>tum ikhtiraa karo, kyunke tum jo tumhari jannat hai, eent ke liye jannat nahi hai, usi par jannat hai.</w:t>
      </w:r>
    </w:p>
    <w:p>
      <w:pPr>
        <w:jc w:val="right"/>
      </w:pPr>
      <w:r>
        <w:t>تم اختراع کرو، کیونکہ تم جو تمہاری جنت ہے، اینٹ کے لیے جنت نہیں ہے، اسی پر جنت ہے۔</w:t>
      </w:r>
    </w:p>
    <w:p>
      <w:r>
        <w:rPr>
          <w:b/>
        </w:rPr>
        <w:t xml:space="preserve">[26:48] </w:t>
      </w:r>
      <w:r>
        <w:t>ab mein aap ko yeh arz karna chahta hoon ke team banne ke liye, yaani yeh ikhtiyaaraana taur</w:t>
      </w:r>
    </w:p>
    <w:p>
      <w:pPr>
        <w:jc w:val="right"/>
      </w:pPr>
      <w:r>
        <w:t>اب میں آپ کو یہ عرض کرنا چاہتا ہوں کہ ٹیم بننے کے لیے، یعنی یہ اخترانہ طور</w:t>
      </w:r>
    </w:p>
    <w:p>
      <w:r>
        <w:rPr>
          <w:b/>
        </w:rPr>
        <w:t xml:space="preserve">[26:55] </w:t>
      </w:r>
      <w:r>
        <w:t>par deewar banne ke liye kya sharaait hain? mein is par socha to mujhe samajh mein aaya ke</w:t>
      </w:r>
    </w:p>
    <w:p>
      <w:pPr>
        <w:jc w:val="right"/>
      </w:pPr>
      <w:r>
        <w:t>پر دیوار بننے کے لیے کیا شرائط ہیں؟ میں اس پر سوچا تو مجھے سمجھ میں آیا کہ</w:t>
      </w:r>
    </w:p>
    <w:p>
      <w:r>
        <w:rPr>
          <w:b/>
        </w:rPr>
        <w:t xml:space="preserve">[27:02] </w:t>
      </w:r>
      <w:r>
        <w:t>teen laazmi shartein is ki hain.</w:t>
      </w:r>
    </w:p>
    <w:p>
      <w:pPr>
        <w:jc w:val="right"/>
      </w:pPr>
      <w:r>
        <w:t>تین لازمی شرطیں اس کی ہیں۔</w:t>
      </w:r>
    </w:p>
    <w:p>
      <w:r>
        <w:rPr>
          <w:b/>
        </w:rPr>
        <w:t xml:space="preserve">[27:09] </w:t>
      </w:r>
      <w:r>
        <w:t>wo yaani seesa pilai hui deewar ki tarah aap ki team mazboot ho.</w:t>
      </w:r>
    </w:p>
    <w:p>
      <w:pPr>
        <w:jc w:val="right"/>
      </w:pPr>
      <w:r>
        <w:t>وہ یعنی سیسہ پلائی ہوئی دیوار کی طرح آپ کی ٹیم مضبوط ہو۔</w:t>
      </w:r>
    </w:p>
    <w:p>
      <w:r>
        <w:rPr>
          <w:b/>
        </w:rPr>
        <w:t xml:space="preserve">[27:16] </w:t>
      </w:r>
      <w:r>
        <w:t>aap ki jo team hai, is tarah se mazboot ho jaye jis tarah seesa pilai hui deewar hoti hai.</w:t>
      </w:r>
    </w:p>
    <w:p>
      <w:pPr>
        <w:jc w:val="right"/>
      </w:pPr>
      <w:r>
        <w:t>آپ کی جو ٹیم ہے، اس طرح سے مضبوط ہو جائے جس طرح سیسہ پلائی ہوئی دیوار ہوتی ہے۔</w:t>
      </w:r>
    </w:p>
    <w:p>
      <w:r>
        <w:rPr>
          <w:b/>
        </w:rPr>
        <w:t xml:space="preserve">[27:23] </w:t>
      </w:r>
      <w:r>
        <w:t>is ke liye mein jab ghore kiya to mujhe samajh mein aaya ke teen shartein hain.</w:t>
      </w:r>
    </w:p>
    <w:p>
      <w:pPr>
        <w:jc w:val="right"/>
      </w:pPr>
      <w:r>
        <w:t>اس کے لیے میں جب غور کیا تو مجھے سمجھ میں آیا کہ تین شرطیں ہیں۔</w:t>
      </w:r>
    </w:p>
    <w:p>
      <w:r>
        <w:rPr>
          <w:b/>
        </w:rPr>
        <w:t xml:space="preserve">[27:30] </w:t>
      </w:r>
      <w:r>
        <w:t>buniyadi taur par pehli baat yeh hai ke aap ko mission se jazbaati ta'alluq ho jaye, emotional ta'alluq</w:t>
      </w:r>
    </w:p>
    <w:p>
      <w:pPr>
        <w:jc w:val="right"/>
      </w:pPr>
      <w:r>
        <w:t>بنیادی طور پر پہلی بات یہ ہے کہ آپ کو مشن سے جذباتی تعلق ہو جائے، ایموشنل تعلق</w:t>
      </w:r>
    </w:p>
    <w:p>
      <w:r>
        <w:rPr>
          <w:b/>
        </w:rPr>
        <w:t xml:space="preserve">[27:36] </w:t>
      </w:r>
      <w:r>
        <w:t>ho jaye, emotional ta'alluq ho jaye.</w:t>
      </w:r>
    </w:p>
    <w:p>
      <w:pPr>
        <w:jc w:val="right"/>
      </w:pPr>
      <w:r>
        <w:t>ہو جائے، ایموشنل تعلق ہو جائے۔</w:t>
      </w:r>
    </w:p>
    <w:p>
      <w:r>
        <w:rPr>
          <w:b/>
        </w:rPr>
        <w:t xml:space="preserve">[27:43] </w:t>
      </w:r>
      <w:r>
        <w:t>aur doosra yeh hai ke aap tanqeed ko bura na maanein, criticism ko bura na maanein.</w:t>
      </w:r>
    </w:p>
    <w:p>
      <w:pPr>
        <w:jc w:val="right"/>
      </w:pPr>
      <w:r>
        <w:t>اور دوسرا یہ ہے کہ آپ تنقید کو برا نہ مانیں، کرسچن کو برا نہ مانیں۔</w:t>
      </w:r>
    </w:p>
    <w:p>
      <w:r>
        <w:rPr>
          <w:b/>
        </w:rPr>
        <w:t xml:space="preserve">[27:50] </w:t>
      </w:r>
      <w:r>
        <w:t>teesri cheez yeh hai ke aap kisi excuse ko na dein.</w:t>
      </w:r>
    </w:p>
    <w:p>
      <w:pPr>
        <w:jc w:val="right"/>
      </w:pPr>
      <w:r>
        <w:t>تیسری چیز یہ ہے کہ آپ کسی ایکسکیوز کو نہ دیں۔</w:t>
      </w:r>
    </w:p>
    <w:p>
      <w:r>
        <w:rPr>
          <w:b/>
        </w:rPr>
        <w:t xml:space="preserve">[27:57] </w:t>
      </w:r>
      <w:r>
        <w:t>"If you are good excuse, don't use it" کا مزاج آپ کا ہو۔</w:t>
      </w:r>
    </w:p>
    <w:p>
      <w:pPr>
        <w:jc w:val="right"/>
      </w:pPr>
      <w:r>
        <w:t>"اف یو آر گڈ ایکسکیوز، ڈونٹ یوز اٹ" کا مزاج آپ کا ہو۔</w:t>
      </w:r>
    </w:p>
    <w:p>
      <w:r>
        <w:rPr>
          <w:b/>
        </w:rPr>
        <w:t xml:space="preserve">[28:04] </w:t>
      </w:r>
      <w:r>
        <w:t>yeh teen cheezein hain.</w:t>
      </w:r>
    </w:p>
    <w:p>
      <w:pPr>
        <w:jc w:val="right"/>
      </w:pPr>
      <w:r>
        <w:t>یہ تین چیزیں ہیں۔</w:t>
      </w:r>
    </w:p>
    <w:p>
      <w:r>
        <w:rPr>
          <w:b/>
        </w:rPr>
        <w:t xml:space="preserve">[28:11] </w:t>
      </w:r>
      <w:r>
        <w:t>ab mein is ki thora sa elaborate karta hoon.</w:t>
      </w:r>
    </w:p>
    <w:p>
      <w:pPr>
        <w:jc w:val="right"/>
      </w:pPr>
      <w:r>
        <w:t>اب میں اس کی تھوڑا سا الیبریٹ کرتا ہوں۔</w:t>
      </w:r>
    </w:p>
    <w:p>
      <w:r>
        <w:rPr>
          <w:b/>
        </w:rPr>
        <w:t xml:space="preserve">[28:18] </w:t>
      </w:r>
      <w:r>
        <w:t>aik martaba mein hawai jahaz mein safar kar raha tha to mere paas ki seat par aik عورت</w:t>
      </w:r>
    </w:p>
    <w:p>
      <w:pPr>
        <w:jc w:val="right"/>
      </w:pPr>
      <w:r>
        <w:t>ایک مرتبہ میں ہوائی جہاز میں سفر کر رہا تھا تو میرے پاس کی سیٹ پر ایک عورت</w:t>
      </w:r>
    </w:p>
    <w:p>
      <w:r>
        <w:rPr>
          <w:b/>
        </w:rPr>
        <w:t xml:space="preserve">[28:25] </w:t>
      </w:r>
      <w:r>
        <w:t>thi, is ka aik chota bacha tha.</w:t>
      </w:r>
    </w:p>
    <w:p>
      <w:pPr>
        <w:jc w:val="right"/>
      </w:pPr>
      <w:r>
        <w:t>تھی، اس کا ایک چھوٹا بچہ تھا۔</w:t>
      </w:r>
    </w:p>
    <w:p>
      <w:r>
        <w:rPr>
          <w:b/>
        </w:rPr>
        <w:t xml:space="preserve">[28:32] </w:t>
      </w:r>
      <w:r>
        <w:t>to is ke baghal mein jo aadmi tha, koi baat aisi is ne kar di jis se woh</w:t>
      </w:r>
    </w:p>
    <w:p>
      <w:pPr>
        <w:jc w:val="right"/>
      </w:pPr>
      <w:r>
        <w:t>تو اس کے بغل میں جو آدمی تھا، کوئی بات ایسی اس نے کر دی جس سے وہ</w:t>
      </w:r>
    </w:p>
    <w:p>
      <w:r>
        <w:rPr>
          <w:b/>
        </w:rPr>
        <w:t xml:space="preserve">[28:39] </w:t>
      </w:r>
      <w:r>
        <w:t>aurat ghussa ho gayi, usay larh pari.</w:t>
      </w:r>
    </w:p>
    <w:p>
      <w:pPr>
        <w:jc w:val="right"/>
      </w:pPr>
      <w:r>
        <w:t>عورت غصہ ہو گئی، اسے لڑ پڑی۔</w:t>
      </w:r>
    </w:p>
    <w:p>
      <w:r>
        <w:rPr>
          <w:b/>
        </w:rPr>
        <w:t xml:space="preserve">[28:46] </w:t>
      </w:r>
      <w:r>
        <w:t>to air hostess ne aa kar pacify kiya.</w:t>
      </w:r>
    </w:p>
    <w:p>
      <w:pPr>
        <w:jc w:val="right"/>
      </w:pPr>
      <w:r>
        <w:t>تو ایئر ہاسٹس نے آ کر پیسیفائی کیا۔</w:t>
      </w:r>
    </w:p>
    <w:p>
      <w:r>
        <w:rPr>
          <w:b/>
        </w:rPr>
        <w:t xml:space="preserve">[28:52] </w:t>
      </w:r>
      <w:r>
        <w:t>phir mein ne isi aurat ke sath yeh manzar dekha ke woh bacha jo hai, kisi cheez ki</w:t>
      </w:r>
    </w:p>
    <w:p>
      <w:pPr>
        <w:jc w:val="right"/>
      </w:pPr>
      <w:r>
        <w:t>پھر میں نے اسی عورت کے ساتھ یہ منظر دیکھا کہ وہ بچہ جو ہے، کسی چیز کی</w:t>
      </w:r>
    </w:p>
    <w:p>
      <w:r>
        <w:rPr>
          <w:b/>
        </w:rPr>
        <w:t xml:space="preserve">[28:59] </w:t>
      </w:r>
      <w:r>
        <w:t>zid kar raha tha, amaan us ko de nahi rahi thi.</w:t>
      </w:r>
    </w:p>
    <w:p>
      <w:pPr>
        <w:jc w:val="right"/>
      </w:pPr>
      <w:r>
        <w:t>ضد کر رہا تھا، اماں اس کو دے نہیں رہی تھی۔</w:t>
      </w:r>
    </w:p>
    <w:p>
      <w:r>
        <w:rPr>
          <w:b/>
        </w:rPr>
        <w:t xml:space="preserve">[29:06] </w:t>
      </w:r>
      <w:r>
        <w:t>to bache ne ghussa ho kar us ke hath mara yahan par.</w:t>
      </w:r>
    </w:p>
    <w:p>
      <w:pPr>
        <w:jc w:val="right"/>
      </w:pPr>
      <w:r>
        <w:t>تو بچے نے غصہ ہو کر اس کے ہاتھ مارا یہاں پر۔</w:t>
      </w:r>
    </w:p>
    <w:p>
      <w:r>
        <w:rPr>
          <w:b/>
        </w:rPr>
        <w:t xml:space="preserve">[29:13] </w:t>
      </w:r>
      <w:r>
        <w:t>to us bache ko us ماں ne god utha liya, seene se chmata liya.</w:t>
      </w:r>
    </w:p>
    <w:p>
      <w:pPr>
        <w:jc w:val="right"/>
      </w:pPr>
      <w:r>
        <w:t>تو اس بچے کو اس ماں نے گود اٹھا لیا، سینے سے چمٹا لیا۔</w:t>
      </w:r>
    </w:p>
    <w:p>
      <w:r>
        <w:rPr>
          <w:b/>
        </w:rPr>
        <w:t xml:space="preserve">[29:20] </w:t>
      </w:r>
      <w:r>
        <w:t>to mein ne dekha ke aik ghair insan jo hai, woh kuch baat keh deta hai, us ko</w:t>
      </w:r>
    </w:p>
    <w:p>
      <w:pPr>
        <w:jc w:val="right"/>
      </w:pPr>
      <w:r>
        <w:t>تو میں نے دیکھا کہ ایک غیر انسان جو ہے، وہ کچھ بات کہہ دیتا ہے، اس کو</w:t>
      </w:r>
    </w:p>
    <w:p>
      <w:r>
        <w:rPr>
          <w:b/>
        </w:rPr>
        <w:t xml:space="preserve">[29:27] </w:t>
      </w:r>
      <w:r>
        <w:t>offend ho jati hai, ghussa ho jati hai, usay larhne lagti hai.</w:t>
      </w:r>
    </w:p>
    <w:p>
      <w:pPr>
        <w:jc w:val="right"/>
      </w:pPr>
      <w:r>
        <w:t>افینڈ ہو جاتی ہے، غصہ ہو جاتی ہے، اسے لڑنے لگتی ہے۔</w:t>
      </w:r>
    </w:p>
    <w:p>
      <w:r>
        <w:rPr>
          <w:b/>
        </w:rPr>
        <w:t xml:space="preserve">[29:34] </w:t>
      </w:r>
      <w:r>
        <w:t>aur beta, aur beta jo hai, is ka apna, us ko maar deta hai, tab bhi us ko</w:t>
      </w:r>
    </w:p>
    <w:p>
      <w:pPr>
        <w:jc w:val="right"/>
      </w:pPr>
      <w:r>
        <w:t>اور بیٹا، اور بیٹا جو ہے، اس کا اپنا، اس کو مار دیتا ہے، تب بھی اس کو</w:t>
      </w:r>
    </w:p>
    <w:p>
      <w:r>
        <w:rPr>
          <w:b/>
        </w:rPr>
        <w:t xml:space="preserve">[29:41] </w:t>
      </w:r>
      <w:r>
        <w:t>seene se lagati hai.</w:t>
      </w:r>
    </w:p>
    <w:p>
      <w:pPr>
        <w:jc w:val="right"/>
      </w:pPr>
      <w:r>
        <w:t>سینے سے لگاتی ہے۔</w:t>
      </w:r>
    </w:p>
    <w:p>
      <w:r>
        <w:rPr>
          <w:b/>
        </w:rPr>
        <w:t xml:space="preserve">[29:48] </w:t>
      </w:r>
      <w:r>
        <w:t>woh "that is affection", emotional attachment.</w:t>
      </w:r>
    </w:p>
    <w:p>
      <w:pPr>
        <w:jc w:val="right"/>
      </w:pPr>
      <w:r>
        <w:t>وہ "دیٹ از افیکشن"، ایموشنل اٹیچمنٹ۔</w:t>
      </w:r>
    </w:p>
    <w:p>
      <w:r>
        <w:rPr>
          <w:b/>
        </w:rPr>
        <w:t xml:space="preserve">[29:55] </w:t>
      </w:r>
      <w:r>
        <w:t>is se, is is ghair aadmi jo tha, is se is aurat ka koi emotional attachment nahi.</w:t>
      </w:r>
    </w:p>
    <w:p>
      <w:pPr>
        <w:jc w:val="right"/>
      </w:pPr>
      <w:r>
        <w:t>اس سے، اس اس غیر آدمی جو تھا، اس سے اس عورت کا کوئی ایموشنل اٹیچمنٹ نہیں۔</w:t>
      </w:r>
    </w:p>
    <w:p>
      <w:r>
        <w:rPr>
          <w:b/>
        </w:rPr>
        <w:t xml:space="preserve">[30:01] </w:t>
      </w:r>
      <w:r>
        <w:t>woh to just aik lakri hai, woh us ke liye.</w:t>
      </w:r>
    </w:p>
    <w:p>
      <w:pPr>
        <w:jc w:val="right"/>
      </w:pPr>
      <w:r>
        <w:t>وہ تو جسٹ ایک لکڑی ہے، وہ اس کے لیے۔</w:t>
      </w:r>
    </w:p>
    <w:p>
      <w:r>
        <w:rPr>
          <w:b/>
        </w:rPr>
        <w:t xml:space="preserve">[30:08] </w:t>
      </w:r>
      <w:r>
        <w:t>lekin bete se emotional attachment hai.</w:t>
      </w:r>
    </w:p>
    <w:p>
      <w:pPr>
        <w:jc w:val="right"/>
      </w:pPr>
      <w:r>
        <w:t>لیکن بیٹے سے ایموشنل اٹیچمنٹ ہے۔</w:t>
      </w:r>
    </w:p>
    <w:p>
      <w:r>
        <w:rPr>
          <w:b/>
        </w:rPr>
        <w:t xml:space="preserve">[30:15] </w:t>
      </w:r>
      <w:r>
        <w:t>to kisi haal mein chore ga nahi, woh chahe tamasha maaray, tab bhi.</w:t>
      </w:r>
    </w:p>
    <w:p>
      <w:pPr>
        <w:jc w:val="right"/>
      </w:pPr>
      <w:r>
        <w:t>تو کسی حال میں چھوڑے گا نہیں، وہ چاہے تماشہ مارے، تب بھی۔</w:t>
      </w:r>
    </w:p>
    <w:p>
      <w:r>
        <w:rPr>
          <w:b/>
        </w:rPr>
        <w:t xml:space="preserve">[30:22] </w:t>
      </w:r>
      <w:r>
        <w:t>to aap ko agar jannat lena hai to aap ko is mission se emotional taluq hona chahiye, jazbati</w:t>
      </w:r>
    </w:p>
    <w:p>
      <w:pPr>
        <w:jc w:val="right"/>
      </w:pPr>
      <w:r>
        <w:t>تو آپ کو اگر جنت لینا ہے تو آپ کو اس مشن سے ایموشنل تعلق ہونا چاہیے، جذباتی</w:t>
      </w:r>
    </w:p>
    <w:p>
      <w:r>
        <w:rPr>
          <w:b/>
        </w:rPr>
        <w:t xml:space="preserve">[30:29] </w:t>
      </w:r>
      <w:r>
        <w:t>taluq hona chahiye.</w:t>
      </w:r>
    </w:p>
    <w:p>
      <w:pPr>
        <w:jc w:val="right"/>
      </w:pPr>
      <w:r>
        <w:t>تعلق ہونا چاہیے۔</w:t>
      </w:r>
    </w:p>
    <w:p>
      <w:r>
        <w:rPr>
          <w:b/>
        </w:rPr>
        <w:t xml:space="preserve">[30:36] </w:t>
      </w:r>
      <w:r>
        <w:t>jo emotional taluq hota hai ماں ka apne bete se, woh taluq ho aap ko hona chahiye is mission se.</w:t>
      </w:r>
    </w:p>
    <w:p>
      <w:pPr>
        <w:jc w:val="right"/>
      </w:pPr>
      <w:r>
        <w:t>جو ایموشنل تعلق ہوتا ہے ماں کا اپنے بیٹے سے، وہ تعلق ہو آپ کو ہونا چاہیے اس مشن سے۔</w:t>
      </w:r>
    </w:p>
    <w:p>
      <w:r>
        <w:rPr>
          <w:b/>
        </w:rPr>
        <w:t xml:space="preserve">[30:43] </w:t>
      </w:r>
      <w:r>
        <w:t>tab aap apni ko dedicate karein ge, tab aap apni energy ko poori tarah sirf karein ge.</w:t>
      </w:r>
    </w:p>
    <w:p>
      <w:pPr>
        <w:jc w:val="right"/>
      </w:pPr>
      <w:r>
        <w:t>تب آپ اپنی کو ڈیڈیکیٹ کریں گے، تب آپ اپنی انرجی کو پوری طرح صرف کریں گے۔</w:t>
      </w:r>
    </w:p>
    <w:p>
      <w:r>
        <w:rPr>
          <w:b/>
        </w:rPr>
        <w:t xml:space="preserve">[30:50] </w:t>
      </w:r>
      <w:r>
        <w:t>nahi to bas aik rasmi kaam kar dein ge.</w:t>
      </w:r>
    </w:p>
    <w:p>
      <w:pPr>
        <w:jc w:val="right"/>
      </w:pPr>
      <w:r>
        <w:t>نہیں تو بس ایک رسمی کام کر دیں گے۔</w:t>
      </w:r>
    </w:p>
    <w:p>
      <w:r>
        <w:rPr>
          <w:b/>
        </w:rPr>
        <w:t xml:space="preserve">[30:57] </w:t>
      </w:r>
      <w:r>
        <w:t>kuch dekhiye, emotional taluq ho to aap ka kaam taqatwar kaam ban jata hai.</w:t>
      </w:r>
    </w:p>
    <w:p>
      <w:pPr>
        <w:jc w:val="right"/>
      </w:pPr>
      <w:r>
        <w:t>کچھ دیکھیے، ایموشنل تعلق ہو تو آپ کا کام طاقتور کام بن جاتا ہے۔</w:t>
      </w:r>
    </w:p>
    <w:p>
      <w:r>
        <w:rPr>
          <w:b/>
        </w:rPr>
        <w:t xml:space="preserve">[31:04] </w:t>
      </w:r>
      <w:r>
        <w:t>rasmi taluq, aur agar imoshnal taluq na ho to kaam rasmi kaam rehta hai. rasmi.</w:t>
      </w:r>
    </w:p>
    <w:p>
      <w:pPr>
        <w:jc w:val="right"/>
      </w:pPr>
      <w:r>
        <w:t>رسمی تعلق، اور اگر ایموشنل تعلق نہ ہو تو کام رسمی کام رہتا ہے۔ رسمی۔</w:t>
      </w:r>
    </w:p>
    <w:p>
      <w:r>
        <w:rPr>
          <w:b/>
        </w:rPr>
        <w:t xml:space="preserve">[31:11] </w:t>
      </w:r>
      <w:r>
        <w:t>ab woh maan ko bete se taluq hai to us maan bete ke liye sochti hai, us ka</w:t>
      </w:r>
    </w:p>
    <w:p>
      <w:pPr>
        <w:jc w:val="right"/>
      </w:pPr>
      <w:r>
        <w:t>اب وہ ماں کو بیٹے سے تعلق ہے تو اس ماں بیٹے کے لیے سوچتی ہے، اس کا</w:t>
      </w:r>
    </w:p>
    <w:p>
      <w:r>
        <w:rPr>
          <w:b/>
        </w:rPr>
        <w:t xml:space="preserve">[31:17] </w:t>
      </w:r>
      <w:r>
        <w:t>fiuchr kaisay banaoon mein, us ko kaisay achhi taleem dilaoon mein, us ko kaisay acha job dilaoon mein.</w:t>
      </w:r>
    </w:p>
    <w:p>
      <w:pPr>
        <w:jc w:val="right"/>
      </w:pPr>
      <w:r>
        <w:t>فیوچر کیسے بناؤں میں، اس کو کیسے اچھی تعلیم دلاؤں میں، اس کو کیسے اچھا جاب دلاؤں میں۔</w:t>
      </w:r>
    </w:p>
    <w:p>
      <w:r>
        <w:rPr>
          <w:b/>
        </w:rPr>
        <w:t xml:space="preserve">[31:24] </w:t>
      </w:r>
      <w:r>
        <w:t>chaahay woh beta maaray, chaahay beta shararat karay, kuch bhi karay, tab bhi woh chaahay gi ke beta</w:t>
      </w:r>
    </w:p>
    <w:p>
      <w:pPr>
        <w:jc w:val="right"/>
      </w:pPr>
      <w:r>
        <w:t>چاہے وہ بیٹا مارے، چاہے بیٹا شرارت کرے، کچھ بھی کرے، تب بھی وہ چاہے گی کہ بیٹا</w:t>
      </w:r>
    </w:p>
    <w:p>
      <w:r>
        <w:rPr>
          <w:b/>
        </w:rPr>
        <w:t xml:space="preserve">[31:31] </w:t>
      </w:r>
      <w:r>
        <w:t>jo hai, taraqqi karay.</w:t>
      </w:r>
    </w:p>
    <w:p>
      <w:pPr>
        <w:jc w:val="right"/>
      </w:pPr>
      <w:r>
        <w:t>جو ہے، ترقی کرے۔</w:t>
      </w:r>
    </w:p>
    <w:p>
      <w:r>
        <w:rPr>
          <w:b/>
        </w:rPr>
        <w:t xml:space="preserve">[31:38] </w:t>
      </w:r>
      <w:r>
        <w:t>to aap ko mishn se itna gehra imoshnal taluq ho jaye.</w:t>
      </w:r>
    </w:p>
    <w:p>
      <w:pPr>
        <w:jc w:val="right"/>
      </w:pPr>
      <w:r>
        <w:t>تو آپ کو مشن سے اتنا گہرا ایموشنل تعلق ہو جائے۔</w:t>
      </w:r>
    </w:p>
    <w:p>
      <w:r>
        <w:rPr>
          <w:b/>
        </w:rPr>
        <w:t xml:space="preserve">[31:45] </w:t>
      </w:r>
      <w:r>
        <w:t>kya agar koi aap, aap ko koi, yani koi said expriyans ho jaye, koi nagawar baat guzar jaye,</w:t>
      </w:r>
    </w:p>
    <w:p>
      <w:pPr>
        <w:jc w:val="right"/>
      </w:pPr>
      <w:r>
        <w:t>کیا اگر کوئی آپ، آپ کو کوئی، یعنی کوئی سائیڈ ایکسپیرینس ہو جائے، کوئی ناگوار بات گزر جائے،</w:t>
      </w:r>
    </w:p>
    <w:p>
      <w:r>
        <w:rPr>
          <w:b/>
        </w:rPr>
        <w:t xml:space="preserve">[31:52] </w:t>
      </w:r>
      <w:r>
        <w:t>to ab honay do.</w:t>
      </w:r>
    </w:p>
    <w:p>
      <w:pPr>
        <w:jc w:val="right"/>
      </w:pPr>
      <w:r>
        <w:t>تو اب ہونے دو۔</w:t>
      </w:r>
    </w:p>
    <w:p>
      <w:r>
        <w:rPr>
          <w:b/>
        </w:rPr>
        <w:t xml:space="preserve">[31:59] </w:t>
      </w:r>
      <w:r>
        <w:t>jab bachay nay maar diya to maar nay do, mujhe phir bhi us ke mustaqbil ki fikr karna hai.</w:t>
      </w:r>
    </w:p>
    <w:p>
      <w:pPr>
        <w:jc w:val="right"/>
      </w:pPr>
      <w:r>
        <w:t>جب بچے نے مار دیا تو مارنے دو، مجھے پھر بھی اس کے مستقبل کی فکر کرنا ہے۔</w:t>
      </w:r>
    </w:p>
    <w:p>
      <w:r>
        <w:rPr>
          <w:b/>
        </w:rPr>
        <w:t xml:space="preserve">[32:06] </w:t>
      </w:r>
      <w:r>
        <w:t>to aap ko team bannay ke liye, team isprit lanay ke liye, aap ko yeh karna hoga ke</w:t>
      </w:r>
    </w:p>
    <w:p>
      <w:pPr>
        <w:jc w:val="right"/>
      </w:pPr>
      <w:r>
        <w:t>تو آپ کو ٹیم بننے کے لیے، ٹیم اسپرٹ لانے کے لیے، آپ کو یہ کرنا ہوگا کہ</w:t>
      </w:r>
    </w:p>
    <w:p>
      <w:r>
        <w:rPr>
          <w:b/>
        </w:rPr>
        <w:t xml:space="preserve">[32:13] </w:t>
      </w:r>
      <w:r>
        <w:t>itna apnay ko dyvelop karain, itni soch ko dyvelop karain, aur jannat ka shoq itna barhaain, aap itna</w:t>
      </w:r>
    </w:p>
    <w:p>
      <w:pPr>
        <w:jc w:val="right"/>
      </w:pPr>
      <w:r>
        <w:t>اتنا اپنے کو ڈیولپ کریں، اتنی سوچ کو ڈیولپ کریں، اور جنت کا شوق اتنا بڑھائیں، آپ اتنا</w:t>
      </w:r>
    </w:p>
    <w:p>
      <w:r>
        <w:rPr>
          <w:b/>
        </w:rPr>
        <w:t xml:space="preserve">[32:20] </w:t>
      </w:r>
      <w:r>
        <w:t>barhaain ke aap yeh soch nay lagain ke mujhe to jannat milna hai, is liye mujhe is mishn se</w:t>
      </w:r>
    </w:p>
    <w:p>
      <w:pPr>
        <w:jc w:val="right"/>
      </w:pPr>
      <w:r>
        <w:t>بڑھائیں کہ آپ یہ سوچنے لگیں کہ مجھے تو جنت ملنا ہے، اس لیے مجھے اس مشن سے</w:t>
      </w:r>
    </w:p>
    <w:p>
      <w:r>
        <w:rPr>
          <w:b/>
        </w:rPr>
        <w:t xml:space="preserve">[32:26] </w:t>
      </w:r>
      <w:r>
        <w:t>imoshnal taluq bhi hona hai, tab Khuda mujhe mahboob rakhay ga.</w:t>
      </w:r>
    </w:p>
    <w:p>
      <w:pPr>
        <w:jc w:val="right"/>
      </w:pPr>
      <w:r>
        <w:t>ایموشنل تعلق بھی ہونا ہے، تب خدا مجھے محبوب رکھے گا۔</w:t>
      </w:r>
    </w:p>
    <w:p>
      <w:r>
        <w:rPr>
          <w:b/>
        </w:rPr>
        <w:t xml:space="preserve">[32:33] </w:t>
      </w:r>
      <w:r>
        <w:t>ayat keh rahi hai ke Allah ko woh log mahboob hotay hain.</w:t>
      </w:r>
    </w:p>
    <w:p>
      <w:pPr>
        <w:jc w:val="right"/>
      </w:pPr>
      <w:r>
        <w:t>آیت کہہ رہی ہے کہ اللہ کو وہ لوگ محبوب ہوتے ہیں۔</w:t>
      </w:r>
    </w:p>
    <w:p>
      <w:r>
        <w:rPr>
          <w:b/>
        </w:rPr>
        <w:t xml:space="preserve">[32:40] </w:t>
      </w:r>
      <w:r>
        <w:t>to Allah ka mahboob bannay ke liye aap kahain gay kuch bhi guzray, mujhe Allah ka mahboob to banna hai.</w:t>
      </w:r>
    </w:p>
    <w:p>
      <w:pPr>
        <w:jc w:val="right"/>
      </w:pPr>
      <w:r>
        <w:t>تو اللہ کا محبوب بننے کے لیے آپ کہیں گے کچھ بھی گزرے، مجھے اللہ کا محبوب تو بننا ہے۔</w:t>
      </w:r>
    </w:p>
    <w:p>
      <w:r>
        <w:rPr>
          <w:b/>
        </w:rPr>
        <w:t xml:space="preserve">[32:47] </w:t>
      </w:r>
      <w:r>
        <w:t>mujhe musalmanon ka haal yeh hai ke Rasool Allah kehtay hain mahboob Khuda, bas mahboob Khuda ka title</w:t>
      </w:r>
    </w:p>
    <w:p>
      <w:pPr>
        <w:jc w:val="right"/>
      </w:pPr>
      <w:r>
        <w:t>مجھے مسلمانوں کا حال یہ ہے کہ رسول اللہ کہتے ہیں محبوب خدا، بس محبوب خدا کا ٹائٹل</w:t>
      </w:r>
    </w:p>
    <w:p>
      <w:r>
        <w:rPr>
          <w:b/>
        </w:rPr>
        <w:t xml:space="preserve">[32:54] </w:t>
      </w:r>
      <w:r>
        <w:t>day rakha hai aik insaan ko.</w:t>
      </w:r>
    </w:p>
    <w:p>
      <w:pPr>
        <w:jc w:val="right"/>
      </w:pPr>
      <w:r>
        <w:t>دے رکھا ہے ایک انسان کو۔</w:t>
      </w:r>
    </w:p>
    <w:p>
      <w:r>
        <w:rPr>
          <w:b/>
        </w:rPr>
        <w:t xml:space="preserve">[33:01] </w:t>
      </w:r>
      <w:r>
        <w:t>ayat kehti hain ke har woh insaan Allah ka mahboob hai jo deen ki khatir sisa pilavi deewar ban jaye.</w:t>
      </w:r>
    </w:p>
    <w:p>
      <w:pPr>
        <w:jc w:val="right"/>
      </w:pPr>
      <w:r>
        <w:t>آیات کہتی ہیں کہ ہر وہ انسان اللہ کا محبوب ہے جو دین کی خاطر سیسہ پلاوی دیوار بن جائے۔</w:t>
      </w:r>
    </w:p>
    <w:p>
      <w:r>
        <w:rPr>
          <w:b/>
        </w:rPr>
        <w:t xml:space="preserve">[33:08] </w:t>
      </w:r>
      <w:r>
        <w:t>in Allah yuhibbul ladheena yuqatiluna fi sabil to Allah ke mahboob to saray log ho gaye, aik aik</w:t>
      </w:r>
    </w:p>
    <w:p>
      <w:pPr>
        <w:jc w:val="right"/>
      </w:pPr>
      <w:r>
        <w:t>إن الله يحب الذين يقاتلون في سبيل تو اللہ کے محبوب تو سارے لوگ ہو گئے، ایک ایک</w:t>
      </w:r>
    </w:p>
    <w:p>
      <w:r>
        <w:rPr>
          <w:b/>
        </w:rPr>
        <w:t xml:space="preserve">[33:15] </w:t>
      </w:r>
      <w:r>
        <w:t>insaan nahi raha.</w:t>
      </w:r>
    </w:p>
    <w:p>
      <w:pPr>
        <w:jc w:val="right"/>
      </w:pPr>
      <w:r>
        <w:t>انسان نہیں رہا۔</w:t>
      </w:r>
    </w:p>
    <w:p>
      <w:r>
        <w:rPr>
          <w:b/>
        </w:rPr>
        <w:t xml:space="preserve">[33:22] </w:t>
      </w:r>
      <w:r>
        <w:t>to aap ko dekhiye, apnay zehn ko itna dyvelop karna hai, jis soch ko itna barhana hai, Allah</w:t>
      </w:r>
    </w:p>
    <w:p>
      <w:pPr>
        <w:jc w:val="right"/>
      </w:pPr>
      <w:r>
        <w:t>تو آپ کو دیکھیے، اپنے ذہن کو اتنا ڈیولپ کرنا ہے، جس سوچ کو اتنا بڑھانا ہے، اللہ</w:t>
      </w:r>
    </w:p>
    <w:p>
      <w:r>
        <w:rPr>
          <w:b/>
        </w:rPr>
        <w:t xml:space="preserve">[33:29] </w:t>
      </w:r>
      <w:r>
        <w:t>ki mohabbat ko itni ziyada vailyu dena hai.</w:t>
      </w:r>
    </w:p>
    <w:p>
      <w:pPr>
        <w:jc w:val="right"/>
      </w:pPr>
      <w:r>
        <w:t>کی محبت کو اتنی زیادہ ویلیو دینا ہے۔</w:t>
      </w:r>
    </w:p>
    <w:p>
      <w:r>
        <w:rPr>
          <w:b/>
        </w:rPr>
        <w:t xml:space="preserve">[33:36] </w:t>
      </w:r>
      <w:r>
        <w:t>Allah mujh say mohabbat karay ga, yani kya yeh mumkin hai ke Allah ka, mein Allah ka mahboob</w:t>
      </w:r>
    </w:p>
    <w:p>
      <w:pPr>
        <w:jc w:val="right"/>
      </w:pPr>
      <w:r>
        <w:t>اللہ مجھ سے محبت کرے گا، یعنی کیا یہ ممکن ہے کہ اللہ کا، میں اللہ کا محبوب</w:t>
      </w:r>
    </w:p>
    <w:p>
      <w:r>
        <w:rPr>
          <w:b/>
        </w:rPr>
        <w:t xml:space="preserve">[33:42] </w:t>
      </w:r>
      <w:r>
        <w:t>ban jaoon? jab yeh jazba aaye ga to ja kar kaisa hoga ke mishn se aap ko woh</w:t>
      </w:r>
    </w:p>
    <w:p>
      <w:pPr>
        <w:jc w:val="right"/>
      </w:pPr>
      <w:r>
        <w:t>بن جاؤں؟ جب یہ جذبہ آئے گا تو جا کر کیسا ہوگا کہ مشن سے آپ کو وہ</w:t>
      </w:r>
    </w:p>
    <w:p>
      <w:r>
        <w:rPr>
          <w:b/>
        </w:rPr>
        <w:t xml:space="preserve">[33:49] </w:t>
      </w:r>
      <w:r>
        <w:t>taluq ho jaye jo maan ka apnay betay se hota hai.</w:t>
      </w:r>
    </w:p>
    <w:p>
      <w:pPr>
        <w:jc w:val="right"/>
      </w:pPr>
      <w:r>
        <w:t>تعلق ہو جائے جو ماں کا اپنے بیٹے سے ہوتا ہے۔</w:t>
      </w:r>
    </w:p>
    <w:p>
      <w:r>
        <w:rPr>
          <w:b/>
        </w:rPr>
        <w:t xml:space="preserve">[33:56] </w:t>
      </w:r>
      <w:r>
        <w:t>jab aap sochen ge ke dunya mein aisa kaam bhi hai jo mein karoon to mein Allah ka</w:t>
      </w:r>
    </w:p>
    <w:p>
      <w:pPr>
        <w:jc w:val="right"/>
      </w:pPr>
      <w:r>
        <w:t>جب آپ سوچیں گے کہ دنیا میں ایسا کام بھی ہے جو میں کروں تو میں اللہ کا</w:t>
      </w:r>
    </w:p>
    <w:p>
      <w:r>
        <w:rPr>
          <w:b/>
        </w:rPr>
        <w:t xml:space="preserve">[34:03] </w:t>
      </w:r>
      <w:r>
        <w:t>mahboob ban jaoon ga, Allah rab ul alameen ka, to yeh soch itna zyada aap ka thrill paida kare</w:t>
      </w:r>
    </w:p>
    <w:p>
      <w:pPr>
        <w:jc w:val="right"/>
      </w:pPr>
      <w:r>
        <w:t>محبوب بن جاؤں گا، اللہ رب العالمین کا، تو یہ سوچ اتنا زیادہ آپ کا تھرل پیدا کرے</w:t>
      </w:r>
    </w:p>
    <w:p>
      <w:r>
        <w:rPr>
          <w:b/>
        </w:rPr>
        <w:t xml:space="preserve">[34:10] </w:t>
      </w:r>
      <w:r>
        <w:t>gi, itna thrill ke aap, yani aap deewana war yeh chahen ge ke mein woh kaam karoon jo</w:t>
      </w:r>
    </w:p>
    <w:p>
      <w:pPr>
        <w:jc w:val="right"/>
      </w:pPr>
      <w:r>
        <w:t>گی، اتنا تھرل کہ آپ، یعنی آپ دیوانہ وار یہ چاہیں گے کہ میں وہ کام کروں جو</w:t>
      </w:r>
    </w:p>
    <w:p>
      <w:r>
        <w:rPr>
          <w:b/>
        </w:rPr>
        <w:t xml:space="preserve">[34:17] </w:t>
      </w:r>
      <w:r>
        <w:t>mujhe Allah ka mahboob banati hai.</w:t>
      </w:r>
    </w:p>
    <w:p>
      <w:pPr>
        <w:jc w:val="right"/>
      </w:pPr>
      <w:r>
        <w:t>مجھے اللہ کا محبوب بناتی ہے۔</w:t>
      </w:r>
    </w:p>
    <w:p>
      <w:r>
        <w:rPr>
          <w:b/>
        </w:rPr>
        <w:t xml:space="preserve">[34:24] </w:t>
      </w:r>
      <w:r>
        <w:t>to phir aap ko mission se wahi taluq paida ho jaye ga, emotional taluq.</w:t>
      </w:r>
    </w:p>
    <w:p>
      <w:pPr>
        <w:jc w:val="right"/>
      </w:pPr>
      <w:r>
        <w:t>تو پھر آپ کو مشن سے وہی تعلق پیدا ہو جائے گا، ایموشنل تعلق۔</w:t>
      </w:r>
    </w:p>
    <w:p>
      <w:r>
        <w:rPr>
          <w:b/>
        </w:rPr>
        <w:t xml:space="preserve">[34:31] </w:t>
      </w:r>
      <w:r>
        <w:t>acha, doosri cheez jo hai, woh mein ne arz kiya ke tanqeed ko bardasht karna, criticism ko bardasht karna.</w:t>
      </w:r>
    </w:p>
    <w:p>
      <w:pPr>
        <w:jc w:val="right"/>
      </w:pPr>
      <w:r>
        <w:t>اچھا، دوسری چیز جو ہے، وہ میں نے عرض کیا کہ تنقید کو برداشت کرنا، کرسچن کو برداشت کرنا۔</w:t>
      </w:r>
    </w:p>
    <w:p>
      <w:r>
        <w:rPr>
          <w:b/>
        </w:rPr>
        <w:t xml:space="preserve">[34:38] </w:t>
      </w:r>
      <w:r>
        <w:t>dekhiye, jab aap mil kar kaam karen ge ek team ki shakal mein to lazman aisa hoga ke</w:t>
      </w:r>
    </w:p>
    <w:p>
      <w:pPr>
        <w:jc w:val="right"/>
      </w:pPr>
      <w:r>
        <w:t>دیکھیے، جب آپ مل کر کام کریں گے ایک ٹیم کی شکل میں تو لازماً ایسا ہوگا کہ</w:t>
      </w:r>
    </w:p>
    <w:p>
      <w:r>
        <w:rPr>
          <w:b/>
        </w:rPr>
        <w:t xml:space="preserve">[34:45] </w:t>
      </w:r>
      <w:r>
        <w:t>ek shakhs doosre ko kuch kahe ga, "yeh kaise tum ne kar diya? yeh to galat ho gaya!</w:t>
      </w:r>
    </w:p>
    <w:p>
      <w:pPr>
        <w:jc w:val="right"/>
      </w:pPr>
      <w:r>
        <w:t>ایک شخص دوسرے کو کچھ کہے گا، "یہ کیسے تم نے کر دیا؟ یہ تو غلط ہو گیا!</w:t>
      </w:r>
    </w:p>
    <w:p>
      <w:r>
        <w:rPr>
          <w:b/>
        </w:rPr>
        <w:t xml:space="preserve">[34:52] </w:t>
      </w:r>
      <w:r>
        <w:t>" woh kahe ga, "woh kaise kar diya? yeh to galat ho gaya!</w:t>
      </w:r>
    </w:p>
    <w:p>
      <w:pPr>
        <w:jc w:val="right"/>
      </w:pPr>
      <w:r>
        <w:t>" وہ کہے گا، "وہ کیسے کر دیا؟ یہ تو غلط ہو گیا!</w:t>
      </w:r>
    </w:p>
    <w:p>
      <w:r>
        <w:rPr>
          <w:b/>
        </w:rPr>
        <w:t xml:space="preserve">[34:58] </w:t>
      </w:r>
      <w:r>
        <w:t>" team ke afraad eent pathar nahi hain, team ke afraad zinda aqal rakhte hain.</w:t>
      </w:r>
    </w:p>
    <w:p>
      <w:pPr>
        <w:jc w:val="right"/>
      </w:pPr>
      <w:r>
        <w:t>" ٹیم کے افراد اینٹ پتھر نہیں ہیں، ٹیم کے افراد زندہ عقل رکھتے ہیں۔</w:t>
      </w:r>
    </w:p>
    <w:p>
      <w:r>
        <w:rPr>
          <w:b/>
        </w:rPr>
        <w:t xml:space="preserve">[35:05] </w:t>
      </w:r>
      <w:r>
        <w:t>woh bolen ge aap ko to un ko bura nahi manna hai, aap ko appreciate karna hai, tab</w:t>
      </w:r>
    </w:p>
    <w:p>
      <w:pPr>
        <w:jc w:val="right"/>
      </w:pPr>
      <w:r>
        <w:t>وہ بولیں گے آپ کو تو ان کو برا نہیں ماننا ہے، آپ کو اپریشیٹ کرنا ہے، تب</w:t>
      </w:r>
    </w:p>
    <w:p>
      <w:r>
        <w:rPr>
          <w:b/>
        </w:rPr>
        <w:t xml:space="preserve">[35:11] </w:t>
      </w:r>
      <w:r>
        <w:t>team zinda team banegi.</w:t>
      </w:r>
    </w:p>
    <w:p>
      <w:pPr>
        <w:jc w:val="right"/>
      </w:pPr>
      <w:r>
        <w:t>ٹیم زندہ ٹیم بنے گی۔</w:t>
      </w:r>
    </w:p>
    <w:p>
      <w:r>
        <w:rPr>
          <w:b/>
        </w:rPr>
        <w:t xml:space="preserve">[35:18] </w:t>
      </w:r>
      <w:r>
        <w:t>team jab hai to zinda afraad hain, zinda afraad hain, sochne wale log hain.</w:t>
      </w:r>
    </w:p>
    <w:p>
      <w:pPr>
        <w:jc w:val="right"/>
      </w:pPr>
      <w:r>
        <w:t>ٹیم جب ہے تو زندہ افراد ہیں، زندہ افراد ہیں، سوچنے والے لوگ ہیں۔</w:t>
      </w:r>
    </w:p>
    <w:p>
      <w:r>
        <w:rPr>
          <w:b/>
        </w:rPr>
        <w:t xml:space="preserve">[35:25] </w:t>
      </w:r>
      <w:r>
        <w:t>sochne wale logon ko to woh zahir hai ke karen ge, "bhai yeh kya kar diya? woh kya</w:t>
      </w:r>
    </w:p>
    <w:p>
      <w:pPr>
        <w:jc w:val="right"/>
      </w:pPr>
      <w:r>
        <w:t>سوچنے والے لوگوں کو تو وہ ظاہر ہے کہ کریں گے، "بھئی یہ کیا کر دیا؟ وہ کیا</w:t>
      </w:r>
    </w:p>
    <w:p>
      <w:r>
        <w:rPr>
          <w:b/>
        </w:rPr>
        <w:t xml:space="preserve">[35:31] </w:t>
      </w:r>
      <w:r>
        <w:t>kar diya?" to aap is ko is ko bura nahi manna hai.</w:t>
      </w:r>
    </w:p>
    <w:p>
      <w:pPr>
        <w:jc w:val="right"/>
      </w:pPr>
      <w:r>
        <w:t>کر دیا؟" تو آپ اس کو اس کو برا نہیں ماننا ہے۔</w:t>
      </w:r>
    </w:p>
    <w:p>
      <w:r>
        <w:rPr>
          <w:b/>
        </w:rPr>
        <w:t xml:space="preserve">[35:38] </w:t>
      </w:r>
      <w:r>
        <w:t>dekhiye, mein aap ko misaal deta hoon, khud rasool Allah ki misaal, jo jis ko aap kehte hain</w:t>
      </w:r>
    </w:p>
    <w:p>
      <w:pPr>
        <w:jc w:val="right"/>
      </w:pPr>
      <w:r>
        <w:t>دیکھیے، میں آپ کو مثال دیتا ہوں، خود رسول اللہ کی مثال، جو جس کو آپ کہتے ہیں</w:t>
      </w:r>
    </w:p>
    <w:p>
      <w:r>
        <w:rPr>
          <w:b/>
        </w:rPr>
        <w:t xml:space="preserve">[35:45] </w:t>
      </w:r>
      <w:r>
        <w:t>ghazwa e badr, us ka ek waqia hai.</w:t>
      </w:r>
    </w:p>
    <w:p>
      <w:pPr>
        <w:jc w:val="right"/>
      </w:pPr>
      <w:r>
        <w:t>غزوہ بدر، اس کا ایک واقعہ ہے۔</w:t>
      </w:r>
    </w:p>
    <w:p>
      <w:r>
        <w:rPr>
          <w:b/>
        </w:rPr>
        <w:t xml:space="preserve">[35:51] </w:t>
      </w:r>
      <w:r>
        <w:t>rasool Allah Madine se rawana hue, khabar maloom hui thi ke woh lashkar, un ka lashkar aa raha</w:t>
      </w:r>
    </w:p>
    <w:p>
      <w:pPr>
        <w:jc w:val="right"/>
      </w:pPr>
      <w:r>
        <w:t>رسول اللہ مدینے سے روانہ ہوئے، خبر معلوم ہوئی تھی کہ وہ لشکر، ان کا لشکر آ رہا</w:t>
      </w:r>
    </w:p>
    <w:p>
      <w:r>
        <w:rPr>
          <w:b/>
        </w:rPr>
        <w:t xml:space="preserve">[35:58] </w:t>
      </w:r>
      <w:r>
        <w:t>hai, to aap phir rawana hue.</w:t>
      </w:r>
    </w:p>
    <w:p>
      <w:pPr>
        <w:jc w:val="right"/>
      </w:pPr>
      <w:r>
        <w:t>ہے، تو آپ پھر روانہ ہوئے۔</w:t>
      </w:r>
    </w:p>
    <w:p>
      <w:r>
        <w:rPr>
          <w:b/>
        </w:rPr>
        <w:t xml:space="preserve">[36:04] </w:t>
      </w:r>
      <w:r>
        <w:t>to aap ne ek maqam par pao daal diya.</w:t>
      </w:r>
    </w:p>
    <w:p>
      <w:pPr>
        <w:jc w:val="right"/>
      </w:pPr>
      <w:r>
        <w:t>تو آپ نے ایک مقام پر پاؤ ڈال دیا۔</w:t>
      </w:r>
    </w:p>
    <w:p>
      <w:r>
        <w:rPr>
          <w:b/>
        </w:rPr>
        <w:t xml:space="preserve">[36:11] </w:t>
      </w:r>
      <w:r>
        <w:t>to qareeb zamaney mein pao daalna mamooli baat nahi hoti thi, sahi tareen jagah ka intekhab.</w:t>
      </w:r>
    </w:p>
    <w:p>
      <w:pPr>
        <w:jc w:val="right"/>
      </w:pPr>
      <w:r>
        <w:t>تو قریب زمانے میں پڑاؤ ڈالنا معمولی بات نہیں ہوتی تھی، صحیح ترین جگہ کا انتخاب۔</w:t>
      </w:r>
    </w:p>
    <w:p>
      <w:r>
        <w:rPr>
          <w:b/>
        </w:rPr>
        <w:t xml:space="preserve">[36:18] </w:t>
      </w:r>
      <w:r>
        <w:t>sada baat nahi hai ke aap kahin ja kar raat guzar len.</w:t>
      </w:r>
    </w:p>
    <w:p>
      <w:pPr>
        <w:jc w:val="right"/>
      </w:pPr>
      <w:r>
        <w:t>سادہ بات نہیں ہے کہ آپ کہیں جا کر رات گزار لیں۔</w:t>
      </w:r>
    </w:p>
    <w:p>
      <w:r>
        <w:rPr>
          <w:b/>
        </w:rPr>
        <w:t xml:space="preserve">[36:24] </w:t>
      </w:r>
      <w:r>
        <w:t>sahi tareen jagah ka intekhab jo aap ke liye favorable maidan e jang banta ho, woh jagah jo aap</w:t>
      </w:r>
    </w:p>
    <w:p>
      <w:pPr>
        <w:jc w:val="right"/>
      </w:pPr>
      <w:r>
        <w:t>صحیح ترین جگہ کا انتخاب جو آپ کے لیے فیوریبل میدان جنگ بنتا ہو، وہ جگہ جو آپ</w:t>
      </w:r>
    </w:p>
    <w:p>
      <w:r>
        <w:rPr>
          <w:b/>
        </w:rPr>
        <w:t xml:space="preserve">[36:31] </w:t>
      </w:r>
      <w:r>
        <w:t>ke liye favorable maidan e jang banti ho, us ka intekhab.</w:t>
      </w:r>
    </w:p>
    <w:p>
      <w:pPr>
        <w:jc w:val="right"/>
      </w:pPr>
      <w:r>
        <w:t>کے لیے فیوریبل میدان جنگ بنتی ہو، اس کا انتخاب۔</w:t>
      </w:r>
    </w:p>
    <w:p>
      <w:r>
        <w:rPr>
          <w:b/>
        </w:rPr>
        <w:t xml:space="preserve">[36:38] </w:t>
      </w:r>
      <w:r>
        <w:t>kyun ke aap ne wahan pao daal diya to qadeem zamaney mein aisa hota tha ke woh dushman barh</w:t>
      </w:r>
    </w:p>
    <w:p>
      <w:pPr>
        <w:jc w:val="right"/>
      </w:pPr>
      <w:r>
        <w:t>کیونکہ آپ نے وہاں پڑاؤ ڈال دیا تو قدیم زمانے میں ایسا ہوتا تھا کہ وہ دشمن بڑھ</w:t>
      </w:r>
    </w:p>
    <w:p>
      <w:r>
        <w:rPr>
          <w:b/>
        </w:rPr>
        <w:t xml:space="preserve">[36:44] </w:t>
      </w:r>
      <w:r>
        <w:t>raha hai, barh raha hai, barh raha hai, to wohin aa ke larai hogi jahan aap ne parao dala hai.</w:t>
      </w:r>
    </w:p>
    <w:p>
      <w:pPr>
        <w:jc w:val="right"/>
      </w:pPr>
      <w:r>
        <w:t>رہا ہے، بڑھ رہا ہے، بڑھ رہا ہے، تو وہیں آ کے لڑائی ہوگی جہاں آپ نے پڑاؤ ڈالا ہے۔</w:t>
      </w:r>
    </w:p>
    <w:p>
      <w:r>
        <w:rPr>
          <w:b/>
        </w:rPr>
        <w:t xml:space="preserve">[36:51] </w:t>
      </w:r>
      <w:r>
        <w:t>to ek sahabi uthe, rasool allah ke paas gaye, unhon ne poocha ke "yeh jo aap ne parao</w:t>
      </w:r>
    </w:p>
    <w:p>
      <w:pPr>
        <w:jc w:val="right"/>
      </w:pPr>
      <w:r>
        <w:t>تو ایک صحابی اٹھے، رسول اللہ کے پاس گئے، انہوں نے پوچھا کہ "یہ جو آپ نے پڑاؤ</w:t>
      </w:r>
    </w:p>
    <w:p>
      <w:r>
        <w:rPr>
          <w:b/>
        </w:rPr>
        <w:t xml:space="preserve">[36:57] </w:t>
      </w:r>
      <w:r>
        <w:t>dal diya yahan par?" rasool allah ne kaha ke "parao dal do." to parao dal diya.</w:t>
      </w:r>
    </w:p>
    <w:p>
      <w:pPr>
        <w:jc w:val="right"/>
      </w:pPr>
      <w:r>
        <w:t>ڈال دیا یہاں پر؟" رسول اللہ نے کہا کہ "پڑاؤ ڈال دو۔" تو پڑاؤ ڈال دیا۔</w:t>
      </w:r>
    </w:p>
    <w:p>
      <w:r>
        <w:rPr>
          <w:b/>
        </w:rPr>
        <w:t xml:space="preserve">[37:04] </w:t>
      </w:r>
      <w:r>
        <w:t>parao dalne ke mani yeh thay ke oont, oont par, khachar par jo sawar hotay thay, us ko</w:t>
      </w:r>
    </w:p>
    <w:p>
      <w:pPr>
        <w:jc w:val="right"/>
      </w:pPr>
      <w:r>
        <w:t>پڑاؤ ڈالنے کے معنی یہ تھے کہ اونٹ، اونٹ پر، خچر پر جو سوار ہوتے تھے، اس کو</w:t>
      </w:r>
    </w:p>
    <w:p>
      <w:r>
        <w:rPr>
          <w:b/>
        </w:rPr>
        <w:t xml:space="preserve">[37:11] </w:t>
      </w:r>
      <w:r>
        <w:t>bandh diya aur utar gaye.</w:t>
      </w:r>
    </w:p>
    <w:p>
      <w:pPr>
        <w:jc w:val="right"/>
      </w:pPr>
      <w:r>
        <w:t>باندھ دیا اور اتر گئے۔</w:t>
      </w:r>
    </w:p>
    <w:p>
      <w:r>
        <w:rPr>
          <w:b/>
        </w:rPr>
        <w:t xml:space="preserve">[37:17] </w:t>
      </w:r>
      <w:r>
        <w:t>to poocha ke "aap ne jo yeh parao dala hai yahan par, to aap ki zaati rai hai</w:t>
      </w:r>
    </w:p>
    <w:p>
      <w:pPr>
        <w:jc w:val="right"/>
      </w:pPr>
      <w:r>
        <w:t>تو پوچھا کہ "آپ نے جو یہ پڑاؤ ڈالا ہے یہاں پر، تو آپ کی ذاتی رائے ہے</w:t>
      </w:r>
    </w:p>
    <w:p>
      <w:r>
        <w:rPr>
          <w:b/>
        </w:rPr>
        <w:t xml:space="preserve">[37:24] </w:t>
      </w:r>
      <w:r>
        <w:t>ya allah ne is ka hukum diya hai?" aap ko allah ne hukum diya hai to humein kuch</w:t>
      </w:r>
    </w:p>
    <w:p>
      <w:pPr>
        <w:jc w:val="right"/>
      </w:pPr>
      <w:r>
        <w:t>یا اللہ نے اس کا حکم دیا ہے؟" آپ کو اللہ نے حکم دیا ہے تو ہمیں کچھ</w:t>
      </w:r>
    </w:p>
    <w:p>
      <w:r>
        <w:rPr>
          <w:b/>
        </w:rPr>
        <w:t xml:space="preserve">[37:31] </w:t>
      </w:r>
      <w:r>
        <w:t>kehne ka moqa nahi hai, aap ki zaati rai hai to bataiye.</w:t>
      </w:r>
    </w:p>
    <w:p>
      <w:pPr>
        <w:jc w:val="right"/>
      </w:pPr>
      <w:r>
        <w:t>کہنے کا موقع نہیں ہے، آپ کی ذاتی رائے ہے تو بتائیے۔</w:t>
      </w:r>
    </w:p>
    <w:p>
      <w:r>
        <w:rPr>
          <w:b/>
        </w:rPr>
        <w:t xml:space="preserve">[37:37] </w:t>
      </w:r>
      <w:r>
        <w:t>to aap ne kaha ke "meri zaati rai hai." jante hain sahabi ne kya kaha? sahabi ne kaha</w:t>
      </w:r>
    </w:p>
    <w:p>
      <w:pPr>
        <w:jc w:val="right"/>
      </w:pPr>
      <w:r>
        <w:t>تو آپ نے کہا کہ "میری ذاتی رائے ہے۔" جانتے ہیں صحابی نے کیا کہا؟ صحابی نے کہا</w:t>
      </w:r>
    </w:p>
    <w:p>
      <w:r>
        <w:rPr>
          <w:b/>
        </w:rPr>
        <w:t xml:space="preserve">[37:44] </w:t>
      </w:r>
      <w:r>
        <w:t>laysa hatha bai munzilٍ is ka urdu tarjuma yeh hoga: "yeh to koi parao dalne ki jagah nahi</w:t>
      </w:r>
    </w:p>
    <w:p>
      <w:pPr>
        <w:jc w:val="right"/>
      </w:pPr>
      <w:r>
        <w:t>لَيْسَ هٰذَا بَيْ مُنْزِلٍ اس کا اردو ترجمہ یہ ہوگا: "یہ تو کوئی پڑاؤ ڈالنے کی جگہ نہیں</w:t>
      </w:r>
    </w:p>
    <w:p>
      <w:r>
        <w:rPr>
          <w:b/>
        </w:rPr>
        <w:t xml:space="preserve">[37:50] </w:t>
      </w:r>
      <w:r>
        <w:t>hai." itna rafa andaaz mein laysa hatha bai munzilٍ yeh to koi parao dalne ki jagah nahi.</w:t>
      </w:r>
    </w:p>
    <w:p>
      <w:pPr>
        <w:jc w:val="right"/>
      </w:pPr>
      <w:r>
        <w:t>ہے۔" اتنا رف انداز میں لَيْسَ هٰذَا بَيْ مُنْزِلٍ یہ تو کوئی پڑاؤ ڈالنے کی جگہ نہیں۔</w:t>
      </w:r>
    </w:p>
    <w:p>
      <w:r>
        <w:rPr>
          <w:b/>
        </w:rPr>
        <w:t xml:space="preserve">[37:57] </w:t>
      </w:r>
      <w:r>
        <w:t>woh senior aadmi tha, woh jangii halaat se waqif tha, woh janta tha ke ke kon si maidan</w:t>
      </w:r>
    </w:p>
    <w:p>
      <w:pPr>
        <w:jc w:val="right"/>
      </w:pPr>
      <w:r>
        <w:t>وہ سینئر آدمی تھا، وہ جنگی حالات سے واقف تھا، وہ جانتا تھا کہ کہ کون سی میدان</w:t>
      </w:r>
    </w:p>
    <w:p>
      <w:r>
        <w:rPr>
          <w:b/>
        </w:rPr>
        <w:t xml:space="preserve">[38:04] </w:t>
      </w:r>
      <w:r>
        <w:t>jo hai hamare liye muwafiq hoga, kon si ghair muwafiq hoga, woh sab janta tha.</w:t>
      </w:r>
    </w:p>
    <w:p>
      <w:pPr>
        <w:jc w:val="right"/>
      </w:pPr>
      <w:r>
        <w:t>جو ہے ہمارے لیے موافق ہوگا، کون سی غیر موافق ہوگا، وہ سب جانتا تھا۔</w:t>
      </w:r>
    </w:p>
    <w:p>
      <w:r>
        <w:rPr>
          <w:b/>
        </w:rPr>
        <w:t xml:space="preserve">[38:10] </w:t>
      </w:r>
      <w:r>
        <w:t>ek senior aadmi tha to ghor kijiye ke rasool allah par is ne aisa farq kaha jo bohat</w:t>
      </w:r>
    </w:p>
    <w:p>
      <w:pPr>
        <w:jc w:val="right"/>
      </w:pPr>
      <w:r>
        <w:t>ایک سینئر آدمی تھا تو غور کیجئے کہ رسول اللہ پر اس نے ایسا فرق کہا جو بہت</w:t>
      </w:r>
    </w:p>
    <w:p>
      <w:r>
        <w:rPr>
          <w:b/>
        </w:rPr>
        <w:t xml:space="preserve">[38:17] </w:t>
      </w:r>
      <w:r>
        <w:t>hi rafa andaaz tha, lekin rasool allah ghussa nahi hue.</w:t>
      </w:r>
    </w:p>
    <w:p>
      <w:pPr>
        <w:jc w:val="right"/>
      </w:pPr>
      <w:r>
        <w:t>ہی رف انداز تھا، لیکن رسول اللہ غصہ نہیں ہوئے۔</w:t>
      </w:r>
    </w:p>
    <w:p>
      <w:r>
        <w:rPr>
          <w:b/>
        </w:rPr>
        <w:t xml:space="preserve">[38:24] </w:t>
      </w:r>
      <w:r>
        <w:t>yehi mein keh raha hoon, yeh street honi chahiye.</w:t>
      </w:r>
    </w:p>
    <w:p>
      <w:pPr>
        <w:jc w:val="right"/>
      </w:pPr>
      <w:r>
        <w:t>یہی میں کہہ رہا ہوں، یہ سٹریٹ ہونی چاہیے۔</w:t>
      </w:r>
    </w:p>
    <w:p>
      <w:r>
        <w:rPr>
          <w:b/>
        </w:rPr>
        <w:t xml:space="preserve">[38:30] </w:t>
      </w:r>
      <w:r>
        <w:t>ghussa na ho kar aap se poochein ke "bhai, kyun aap aisa keh rahe hain? kyun aap mere</w:t>
      </w:r>
    </w:p>
    <w:p>
      <w:pPr>
        <w:jc w:val="right"/>
      </w:pPr>
      <w:r>
        <w:t>غصہ نہ ہو کر آپ سے پوچھیں کہ "بھائی، کیوں آپ ایسا کہہ رہے ہیں؟ کیوں آپ میرے</w:t>
      </w:r>
    </w:p>
    <w:p>
      <w:r>
        <w:rPr>
          <w:b/>
        </w:rPr>
        <w:t xml:space="preserve">[38:37] </w:t>
      </w:r>
      <w:r>
        <w:t>tareeqe ko galat bata rahe hain?" ghussa kiye baghair to rasool allah par ghussa nahi hue.</w:t>
      </w:r>
    </w:p>
    <w:p>
      <w:pPr>
        <w:jc w:val="right"/>
      </w:pPr>
      <w:r>
        <w:t>طریقے کو غلط بتا رہے ہیں؟" غصہ کیے بغیر تو رسول اللہ پر غصہ نہیں ہوئے۔</w:t>
      </w:r>
    </w:p>
    <w:p>
      <w:r>
        <w:rPr>
          <w:b/>
        </w:rPr>
        <w:t xml:space="preserve">[38:43] </w:t>
      </w:r>
      <w:r>
        <w:t>woh poocha bas ke "bhai, tumhari rai kyun hai?" bilkul normal tareeqe se is ne us ko explain kiya.</w:t>
      </w:r>
    </w:p>
    <w:p>
      <w:pPr>
        <w:jc w:val="right"/>
      </w:pPr>
      <w:r>
        <w:t>وہ پوچھا بس کہ "بھئی، تمہاری رائے کیوں ہے؟" بالکل نارمل طریقے سے اس نے اس کو ایکسپلین کیا۔</w:t>
      </w:r>
    </w:p>
    <w:p>
      <w:r>
        <w:rPr>
          <w:b/>
        </w:rPr>
        <w:t xml:space="preserve">[38:50] </w:t>
      </w:r>
      <w:r>
        <w:t>is ki tafseel maujood hai seerat ibn sham mein, aap dekh lijiye.</w:t>
      </w:r>
    </w:p>
    <w:p>
      <w:pPr>
        <w:jc w:val="right"/>
      </w:pPr>
      <w:r>
        <w:t>اس کی تفصیل موجود ہے سیرت ابن شام میں، آپ دیکھ لیجئے۔</w:t>
      </w:r>
    </w:p>
    <w:p>
      <w:r>
        <w:rPr>
          <w:b/>
        </w:rPr>
        <w:t xml:space="preserve">[38:57] </w:t>
      </w:r>
      <w:r>
        <w:t>is ne bataya ke "kyun mein aisa keh raha hoon?" to jaise hi is ne bataya to aap</w:t>
      </w:r>
    </w:p>
    <w:p>
      <w:pPr>
        <w:jc w:val="right"/>
      </w:pPr>
      <w:r>
        <w:t>اس نے بتایا کہ "کیوں میں ایسا کہہ رہا ہوں؟" تو جیسے ہی اس نے بتایا تو آپ</w:t>
      </w:r>
    </w:p>
    <w:p>
      <w:r>
        <w:rPr>
          <w:b/>
        </w:rPr>
        <w:t xml:space="preserve">[39:03] </w:t>
      </w:r>
      <w:r>
        <w:t>ne farmaya ke laqad ashhad bil rai yeh to bari achi rai tum ne di.</w:t>
      </w:r>
    </w:p>
    <w:p>
      <w:pPr>
        <w:jc w:val="right"/>
      </w:pPr>
      <w:r>
        <w:t>نے فرمایا کہ لَقَدْ أَشَهَدْ بِالرَّأي یہ تو بڑی اچھی رائے تم نے دی۔</w:t>
      </w:r>
    </w:p>
    <w:p>
      <w:r>
        <w:rPr>
          <w:b/>
        </w:rPr>
        <w:t xml:space="preserve">[39:10] </w:t>
      </w:r>
      <w:r>
        <w:t>yeh speed aap ka idhar honi chahiye ke aap ka koi saathi kahe ke "yeh tum ne kya</w:t>
      </w:r>
    </w:p>
    <w:p>
      <w:pPr>
        <w:jc w:val="right"/>
      </w:pPr>
      <w:r>
        <w:t>یہ اسپیٹ آپ کا ادھر ہونی چاہیے کہ آپ کا کوئی ساتھی کہے کہ "یہ تم نے کیا</w:t>
      </w:r>
    </w:p>
    <w:p>
      <w:r>
        <w:rPr>
          <w:b/>
        </w:rPr>
        <w:t xml:space="preserve">[39:17] </w:t>
      </w:r>
      <w:r>
        <w:t>kar diya?" to aap ghussa na hon, us se poochein ke "bhai, aap ki rai aisi kyun hai?"</w:t>
      </w:r>
    </w:p>
    <w:p>
      <w:pPr>
        <w:jc w:val="right"/>
      </w:pPr>
      <w:r>
        <w:t>کر دیا؟" تو آپ غصہ نہ ہوں، اس سے پوچھیں کہ "بھائی، آپ کی رائے ایسی کیوں ہے؟"</w:t>
      </w:r>
    </w:p>
    <w:p>
      <w:r>
        <w:rPr>
          <w:b/>
        </w:rPr>
        <w:t xml:space="preserve">[39:23] </w:t>
      </w:r>
      <w:r>
        <w:t>phir jab woh explain kare to suniye, us ko baghair offend hue, baghair ghussa hue, baghair bura manay hue.</w:t>
      </w:r>
    </w:p>
    <w:p>
      <w:pPr>
        <w:jc w:val="right"/>
      </w:pPr>
      <w:r>
        <w:t>پھر جب وہ ایکسپلین کرے تو سنیے، اس کو بغیر افینڈ ہوئے، بغیر غصہ ہوئے، بغیر برا مانے ہوئے۔</w:t>
      </w:r>
    </w:p>
    <w:p>
      <w:r>
        <w:rPr>
          <w:b/>
        </w:rPr>
        <w:t xml:space="preserve">[39:30] </w:t>
      </w:r>
      <w:r>
        <w:t>to pehli shart yeh hai ke aap christian ko bura na manen, tanqeed ko bhi normal tareeqe se len.</w:t>
      </w:r>
    </w:p>
    <w:p>
      <w:pPr>
        <w:jc w:val="right"/>
      </w:pPr>
      <w:r>
        <w:t>تو پہلی شرط یہ ہے کہ آپ کرسچن کو برا نہ مانیں، تنقید کو بھی نارمل طریقے سے لیں۔</w:t>
      </w:r>
    </w:p>
    <w:p>
      <w:r>
        <w:rPr>
          <w:b/>
        </w:rPr>
        <w:t xml:space="preserve">[39:36] </w:t>
      </w:r>
      <w:r>
        <w:t>tab kya hoga ke jaise rasool Allah ke baray mein woh bura aadmi to us se sahih tar</w:t>
      </w:r>
    </w:p>
    <w:p>
      <w:pPr>
        <w:jc w:val="right"/>
      </w:pPr>
      <w:r>
        <w:t>تب کیا ہوگا کہ جیسے رسول اللہ کے بارے میں وہ برا آدمی تو اس سے صحیح تر</w:t>
      </w:r>
    </w:p>
    <w:p>
      <w:r>
        <w:rPr>
          <w:b/>
        </w:rPr>
        <w:t xml:space="preserve">[39:43] </w:t>
      </w:r>
      <w:r>
        <w:t>maada jinka ka intikhab mumkin ho gaya.</w:t>
      </w:r>
    </w:p>
    <w:p>
      <w:pPr>
        <w:jc w:val="right"/>
      </w:pPr>
      <w:r>
        <w:t>مادہ جن کا کا انتخاب ممکن ہو گیا۔</w:t>
      </w:r>
    </w:p>
    <w:p>
      <w:r>
        <w:rPr>
          <w:b/>
        </w:rPr>
        <w:t xml:space="preserve">[39:50] </w:t>
      </w:r>
      <w:r>
        <w:t>ab rasool Allah ne kaha "chalo, chalo, yahan chalo." phir jahan us ne kaha, wahan ja ke paon dala.</w:t>
      </w:r>
    </w:p>
    <w:p>
      <w:pPr>
        <w:jc w:val="right"/>
      </w:pPr>
      <w:r>
        <w:t>اب رسول اللہ نے کہا "چلو، چلو، یہاں چلو۔" پھر جہاں اس نے کہا، وہاں جا کے پاؤ ڈالا۔</w:t>
      </w:r>
    </w:p>
    <w:p>
      <w:r>
        <w:rPr>
          <w:b/>
        </w:rPr>
        <w:t xml:space="preserve">[39:56] </w:t>
      </w:r>
      <w:r>
        <w:t>to aap logon ko apne andar Allah ke mehboob banne ki khatir yeh qeemat deni pare gi.</w:t>
      </w:r>
    </w:p>
    <w:p>
      <w:pPr>
        <w:jc w:val="right"/>
      </w:pPr>
      <w:r>
        <w:t>تو آپ لوگوں کو اپنے اندر اللہ کے محبوب بننے کی خاطر یہ قیمت دینی پڑے گی۔</w:t>
      </w:r>
    </w:p>
    <w:p>
      <w:r>
        <w:rPr>
          <w:b/>
        </w:rPr>
        <w:t xml:space="preserve">[40:03] </w:t>
      </w:r>
      <w:r>
        <w:t>yeh bas wajah hai ke mehboob Khuda to rasool Allah se hai.</w:t>
      </w:r>
    </w:p>
    <w:p>
      <w:pPr>
        <w:jc w:val="right"/>
      </w:pPr>
      <w:r>
        <w:t>یہ بس وجہ ہے کہ محبوب خدا تو رسول اللہ سے ہے۔</w:t>
      </w:r>
    </w:p>
    <w:p>
      <w:r>
        <w:rPr>
          <w:b/>
        </w:rPr>
        <w:t xml:space="preserve">[40:10] </w:t>
      </w:r>
      <w:r>
        <w:t>humain yeh ayat sabit karti hai ke aap bhi mehboob Khuda ban sakte hain, bashart ke is ki</w:t>
      </w:r>
    </w:p>
    <w:p>
      <w:pPr>
        <w:jc w:val="right"/>
      </w:pPr>
      <w:r>
        <w:t>ہمیں یہ آیت ثابت کرتی ہے کہ آپ بھی محبوب خدا بن سکتے ہیں، بشرط کہ اس کی</w:t>
      </w:r>
    </w:p>
    <w:p>
      <w:r>
        <w:rPr>
          <w:b/>
        </w:rPr>
        <w:t xml:space="preserve">[40:16] </w:t>
      </w:r>
      <w:r>
        <w:t>is condition poori karen.</w:t>
      </w:r>
    </w:p>
    <w:p>
      <w:pPr>
        <w:jc w:val="right"/>
      </w:pPr>
      <w:r>
        <w:t>اس کنڈیشن پوری کریں۔</w:t>
      </w:r>
    </w:p>
    <w:p>
      <w:r>
        <w:rPr>
          <w:b/>
        </w:rPr>
        <w:t xml:space="preserve">[40:23] </w:t>
      </w:r>
      <w:r>
        <w:t>to aap ko yeh karna pare ga ke christian ko khuli aam yaad deni pare gi, jo chahe kahe.</w:t>
      </w:r>
    </w:p>
    <w:p>
      <w:pPr>
        <w:jc w:val="right"/>
      </w:pPr>
      <w:r>
        <w:t>تو آپ کو یہ کرنا پڑے گا کہ کرسچن کو کھلی عام یاد دینی پڑے گی، جو چاہے کہے۔</w:t>
      </w:r>
    </w:p>
    <w:p>
      <w:r>
        <w:rPr>
          <w:b/>
        </w:rPr>
        <w:t xml:space="preserve">[40:29] </w:t>
      </w:r>
      <w:r>
        <w:t>aur jab bhi koi kahe, christian kahe to aap bilkul normal tareeqe se lijiye, poochien ke "bhai, kyun</w:t>
      </w:r>
    </w:p>
    <w:p>
      <w:pPr>
        <w:jc w:val="right"/>
      </w:pPr>
      <w:r>
        <w:t>اور جب بھی کوئی کہے، کرسچن کہے تو آپ بالکل نارمل طریقے سے لیجئے، پوچھیں کہ "بھئی، کیوں</w:t>
      </w:r>
    </w:p>
    <w:p>
      <w:r>
        <w:rPr>
          <w:b/>
        </w:rPr>
        <w:t xml:space="preserve">[40:36] </w:t>
      </w:r>
      <w:r>
        <w:t>aap ki yeh rai hai?" discuss kijiye.</w:t>
      </w:r>
    </w:p>
    <w:p>
      <w:pPr>
        <w:jc w:val="right"/>
      </w:pPr>
      <w:r>
        <w:t>آپ کی یہ رائے ہے؟" ڈسکس کیجئے۔</w:t>
      </w:r>
    </w:p>
    <w:p>
      <w:r>
        <w:rPr>
          <w:b/>
        </w:rPr>
        <w:t xml:space="preserve">[40:43] </w:t>
      </w:r>
      <w:r>
        <w:t>discuss karte karte ek naya idea emerge kare ga, ek nai rai banegi, us ko ikhtiyar kar lijiye.</w:t>
      </w:r>
    </w:p>
    <w:p>
      <w:pPr>
        <w:jc w:val="right"/>
      </w:pPr>
      <w:r>
        <w:t>ڈسکس کرتے کرتے ایک نیا آئیڈیا ایمرج کرے گا، ایک نئی رائے بنے گی، اس کو اختیار کر لیجئے۔</w:t>
      </w:r>
    </w:p>
    <w:p>
      <w:r>
        <w:rPr>
          <w:b/>
        </w:rPr>
        <w:t xml:space="preserve">[40:49] </w:t>
      </w:r>
      <w:r>
        <w:t>to yeh shart awal hai mere nazdeek team banne ki.</w:t>
      </w:r>
    </w:p>
    <w:p>
      <w:pPr>
        <w:jc w:val="right"/>
      </w:pPr>
      <w:r>
        <w:t>تو یہ شرط اول ہے میرے نزدیک ٹیم بننے کی۔</w:t>
      </w:r>
    </w:p>
    <w:p>
      <w:r>
        <w:rPr>
          <w:b/>
        </w:rPr>
        <w:t xml:space="preserve">[40:56] </w:t>
      </w:r>
      <w:r>
        <w:t>banane marsool jaisi team, yeh team is phir speed ki shart awal hai ke aap ka opinion ho</w:t>
      </w:r>
    </w:p>
    <w:p>
      <w:pPr>
        <w:jc w:val="right"/>
      </w:pPr>
      <w:r>
        <w:t>بنانے مرسول جیسی ٹیم، یہ ٹیم اس پھر اسپیڈ کی شرط اول ہے کہ آپ کا اوپیننس ہو</w:t>
      </w:r>
    </w:p>
    <w:p>
      <w:r>
        <w:rPr>
          <w:b/>
        </w:rPr>
        <w:t xml:space="preserve">[41:03] </w:t>
      </w:r>
      <w:r>
        <w:t>ke us ko bura na mana jata ho, hatta ke sakht zabanen bol den, tab bhi bura na mani.</w:t>
      </w:r>
    </w:p>
    <w:p>
      <w:pPr>
        <w:jc w:val="right"/>
      </w:pPr>
      <w:r>
        <w:t>کہ اس کو برا نہ مانا جاتا ہو، حتیٰ کہ سخت زبانیں بول دیں، تب بھی برا نہ مانی۔</w:t>
      </w:r>
    </w:p>
    <w:p>
      <w:r>
        <w:rPr>
          <w:b/>
        </w:rPr>
        <w:t xml:space="preserve">[41:09] </w:t>
      </w:r>
      <w:r>
        <w:t>misal ke taur par dekhiye, Hazrat Aisha ko ek hadith sunai gayi ke Abu Hurairah aisa kehte hain.</w:t>
      </w:r>
    </w:p>
    <w:p>
      <w:pPr>
        <w:jc w:val="right"/>
      </w:pPr>
      <w:r>
        <w:t>مثلاً دیکھیے، حضرت عائشہ کو ایک حدیث سنائی گئی کہ ابو ہریرہ ایسا کہتے ہیں۔</w:t>
      </w:r>
    </w:p>
    <w:p>
      <w:r>
        <w:rPr>
          <w:b/>
        </w:rPr>
        <w:t xml:space="preserve">[41:16] </w:t>
      </w:r>
      <w:r>
        <w:t>to jante hain, Hazrat ne kaha kya? kaha aap ne kaha "kazab Abu Hurairah!</w:t>
      </w:r>
    </w:p>
    <w:p>
      <w:pPr>
        <w:jc w:val="right"/>
      </w:pPr>
      <w:r>
        <w:t>تو جانتے ہیں، حضرت نے کہا کیا؟ کہا آپ نے کہا "کذب ابو ہریرہ!</w:t>
      </w:r>
    </w:p>
    <w:p>
      <w:r>
        <w:rPr>
          <w:b/>
        </w:rPr>
        <w:t xml:space="preserve">[41:23] </w:t>
      </w:r>
      <w:r>
        <w:t>"abu huraira ne jhoot kaha. dekhen, agar is ko aap bilkul literal maani mein len ke sach much maani ke abu huraira jhoot bolte the to sari rawiton ka dher jo un ka sab dharaam se gir jayega, yani kazib sabit ho jaye to un ke sakhat khatam. kitni sangin baat hai!"</w:t>
      </w:r>
    </w:p>
    <w:p>
      <w:pPr>
        <w:jc w:val="right"/>
      </w:pPr>
      <w:r>
        <w:t>" ابو ہریرہ نے جھوٹ کہا۔ دیکھیں، اگر اس کو آپ بالکل لٹرل معنی میں لیں کہ سچ مچ معنی کہ ابو ہریرہ جھوٹ بولتے تھے تو ساری روایتوں کا ڈھیر جو ان کا سب دھڑام سے گر جائے گا، یعنی کذب ثابت ہو جائے تو ان کے سخات ختم۔ کتنی سنگین بات ہے!</w:t>
      </w:r>
    </w:p>
    <w:p>
      <w:r>
        <w:rPr>
          <w:b/>
        </w:rPr>
        <w:t xml:space="preserve">[41:48] </w:t>
      </w:r>
      <w:r>
        <w:t>kisi rawi ke baray mein yeh sabit ho jaye ke woh to jhoot bolta tha to sari riwayaten</w:t>
      </w:r>
    </w:p>
    <w:p>
      <w:pPr>
        <w:jc w:val="right"/>
      </w:pPr>
      <w:r>
        <w:t>کسی راوی کے بارے میں یہ ثابت ہو جائے کہ وہ تو جھوٹ بولتا تھا تو ساری روایتیں</w:t>
      </w:r>
    </w:p>
    <w:p>
      <w:r>
        <w:rPr>
          <w:b/>
        </w:rPr>
        <w:t xml:space="preserve">[41:54] </w:t>
      </w:r>
      <w:r>
        <w:t>is ghair mu'tabar ho jayen gi.</w:t>
      </w:r>
    </w:p>
    <w:p>
      <w:pPr>
        <w:jc w:val="right"/>
      </w:pPr>
      <w:r>
        <w:t>اس غیر معتبر ہو جائیں گی۔</w:t>
      </w:r>
    </w:p>
    <w:p>
      <w:r>
        <w:rPr>
          <w:b/>
        </w:rPr>
        <w:t xml:space="preserve">[42:00] </w:t>
      </w:r>
      <w:r>
        <w:t>aap ka hadith zakhira khatm ho jaye ga kyunke sab se zyada riwayaten to Hazrat Abu Hurairah se hain.</w:t>
      </w:r>
    </w:p>
    <w:p>
      <w:pPr>
        <w:jc w:val="right"/>
      </w:pPr>
      <w:r>
        <w:t>آپ کا حدیث ذخری ختم ہو جائے گا کیونکہ سب سے زیادہ روایتیں تو حضرت ابو ہریرہ سے ہیں۔</w:t>
      </w:r>
    </w:p>
    <w:p>
      <w:r>
        <w:rPr>
          <w:b/>
        </w:rPr>
        <w:t xml:space="preserve">[42:07] </w:t>
      </w:r>
      <w:r>
        <w:t>lekin kisi ne bura, kisi ne nahi kaha ke Aisha se "Aisha tum kya keh rahi ho?" hamara</w:t>
      </w:r>
    </w:p>
    <w:p>
      <w:pPr>
        <w:jc w:val="right"/>
      </w:pPr>
      <w:r>
        <w:t>لیکن کسی نے برا، کسی نے نہیں کہا کہ عائشہ سے "عربی تم کیا کہہ رہی ہو؟" ہمارا</w:t>
      </w:r>
    </w:p>
    <w:p>
      <w:r>
        <w:rPr>
          <w:b/>
        </w:rPr>
        <w:t xml:space="preserve">[42:13] </w:t>
      </w:r>
      <w:r>
        <w:t>ilm hadith khatm ho jaye ga.</w:t>
      </w:r>
    </w:p>
    <w:p>
      <w:pPr>
        <w:jc w:val="right"/>
      </w:pPr>
      <w:r>
        <w:t>علم حدیث ختم ہو جائے گا۔</w:t>
      </w:r>
    </w:p>
    <w:p>
      <w:r>
        <w:rPr>
          <w:b/>
        </w:rPr>
        <w:t xml:space="preserve">[42:20] </w:t>
      </w:r>
      <w:r>
        <w:t>koi kehta hai wahan par Hazrat Aisha se, phir yeh aap ne keh diya Abu Hurairah ko kazib keh diya.</w:t>
      </w:r>
    </w:p>
    <w:p>
      <w:pPr>
        <w:jc w:val="right"/>
      </w:pPr>
      <w:r>
        <w:t>کوئی کہتا ہے وہاں پر حضرت عائشہ سے، پھر یہ آپ نے کہہ دیا ابو ہریرہ کو کاذب کہہ دیا۔</w:t>
      </w:r>
    </w:p>
    <w:p>
      <w:r>
        <w:rPr>
          <w:b/>
        </w:rPr>
        <w:t xml:space="preserve">[42:26] </w:t>
      </w:r>
      <w:r>
        <w:t>woh nahi parhte, sara ilm hadith qaim hai, yeh sab khatm ho jaye ga.</w:t>
      </w:r>
    </w:p>
    <w:p>
      <w:pPr>
        <w:jc w:val="right"/>
      </w:pPr>
      <w:r>
        <w:t>وہ نہیں پڑھتے، سارا علم حدیث قائم ہے، یہ سب ختم ہو جائے گا۔</w:t>
      </w:r>
    </w:p>
    <w:p>
      <w:r>
        <w:rPr>
          <w:b/>
        </w:rPr>
        <w:t xml:space="preserve">[42:33] </w:t>
      </w:r>
      <w:r>
        <w:t>hum Nuh ho jayen ge.</w:t>
      </w:r>
    </w:p>
    <w:p>
      <w:pPr>
        <w:jc w:val="right"/>
      </w:pPr>
      <w:r>
        <w:t>ہم نوح ہو جائیں گے۔</w:t>
      </w:r>
    </w:p>
    <w:p>
      <w:r>
        <w:rPr>
          <w:b/>
        </w:rPr>
        <w:t xml:space="preserve">[42:39] </w:t>
      </w:r>
      <w:r>
        <w:t>yeh jhooti baatein hain, yeh jhoote khadshaat hain.</w:t>
      </w:r>
    </w:p>
    <w:p>
      <w:pPr>
        <w:jc w:val="right"/>
      </w:pPr>
      <w:r>
        <w:t>یہ جھوٹی باتیں ہیں، یہ جھوٹے خدشات ہیں۔</w:t>
      </w:r>
    </w:p>
    <w:p>
      <w:r>
        <w:rPr>
          <w:b/>
        </w:rPr>
        <w:t xml:space="preserve">[42:45] </w:t>
      </w:r>
      <w:r>
        <w:t>to aap ko apne andar openness laani paray gi.</w:t>
      </w:r>
    </w:p>
    <w:p>
      <w:pPr>
        <w:jc w:val="right"/>
      </w:pPr>
      <w:r>
        <w:t>تو آپ کو اپنے اندر اوپننس لانی پڑے گی۔</w:t>
      </w:r>
    </w:p>
    <w:p>
      <w:r>
        <w:rPr>
          <w:b/>
        </w:rPr>
        <w:t xml:space="preserve">[42:52] </w:t>
      </w:r>
      <w:r>
        <w:t>koi kuch bhi kahay, sakht alfaaz bolay, us ke upar baabat kijiye.</w:t>
      </w:r>
    </w:p>
    <w:p>
      <w:pPr>
        <w:jc w:val="right"/>
      </w:pPr>
      <w:r>
        <w:t>کوئی کچھ بھی کہے، سخت الفاظ بولے، اس کے اوپر بابت کیجئے۔</w:t>
      </w:r>
    </w:p>
    <w:p>
      <w:r>
        <w:rPr>
          <w:b/>
        </w:rPr>
        <w:t xml:space="preserve">[42:58] </w:t>
      </w:r>
      <w:r>
        <w:t>آپ دیکھیے کہ اس نے بات کیا کہی، بات کا analysis کیجئے، بات کو یعنی اس کی scrutiny</w:t>
      </w:r>
    </w:p>
    <w:p>
      <w:pPr>
        <w:jc w:val="right"/>
      </w:pPr>
      <w:r>
        <w:t>آپ دیکھیے کہ اس نے بات کیا کہی، بات کا انالیسز کیجئے، بات کو یعنی اس کی سکروٹنی</w:t>
      </w:r>
    </w:p>
    <w:p>
      <w:r>
        <w:rPr>
          <w:b/>
        </w:rPr>
        <w:t xml:space="preserve">[43:05] </w:t>
      </w:r>
      <w:r>
        <w:t>kijiye, is par discuss kijiye.</w:t>
      </w:r>
    </w:p>
    <w:p>
      <w:pPr>
        <w:jc w:val="right"/>
      </w:pPr>
      <w:r>
        <w:t>کیجئے، اس پر ڈسکس کیجئے۔</w:t>
      </w:r>
    </w:p>
    <w:p>
      <w:r>
        <w:rPr>
          <w:b/>
        </w:rPr>
        <w:t xml:space="preserve">[43:11] </w:t>
      </w:r>
      <w:r>
        <w:t>بغیر غصہ ہوئی، تب کیا ہوگا؟ Criticisms سے، تنقید سے یعنی بار بار اصلاح ہوتی رہے گی، یعنی</w:t>
      </w:r>
    </w:p>
    <w:p>
      <w:pPr>
        <w:jc w:val="right"/>
      </w:pPr>
      <w:r>
        <w:t>بغیر غصہ ہوئی، تب کیا ہوگا؟ کریسز سے، تنقید سے یعنی بار بار اصلاح ہوتی رہے گی، یعنی</w:t>
      </w:r>
    </w:p>
    <w:p>
      <w:r>
        <w:rPr>
          <w:b/>
        </w:rPr>
        <w:t xml:space="preserve">[43:18] </w:t>
      </w:r>
      <w:r>
        <w:t>correction ka process jaari ho jaye ga.</w:t>
      </w:r>
    </w:p>
    <w:p>
      <w:pPr>
        <w:jc w:val="right"/>
      </w:pPr>
      <w:r>
        <w:t>کریکشن کا پروسیس جاری ہو جائے گا۔</w:t>
      </w:r>
    </w:p>
    <w:p>
      <w:r>
        <w:rPr>
          <w:b/>
        </w:rPr>
        <w:t xml:space="preserve">[43:24] </w:t>
      </w:r>
      <w:r>
        <w:t>jis samaaj mein, jis team mein, jis group mein yeh yeh yeh mizaj ho ke woh Christian ko</w:t>
      </w:r>
    </w:p>
    <w:p>
      <w:pPr>
        <w:jc w:val="right"/>
      </w:pPr>
      <w:r>
        <w:t>جس سماج میں، جس ٹیم میں، جس گروپ میں یہ یہ یہ مزاج ہو کہ وہ کرسچن کو</w:t>
      </w:r>
    </w:p>
    <w:p>
      <w:r>
        <w:rPr>
          <w:b/>
        </w:rPr>
        <w:t xml:space="preserve">[43:30] </w:t>
      </w:r>
      <w:r>
        <w:t>برا نہ مانے، وہ تنقید کو برا نہ مانے، جانتے ہیں کیا ہوتا ہے؟ correction کا ایک پروسیس</w:t>
      </w:r>
    </w:p>
    <w:p>
      <w:pPr>
        <w:jc w:val="right"/>
      </w:pPr>
      <w:r>
        <w:t>برا نہ مانے، وہ تنقید کو برا نہ مانے، جانتے ہیں کیا ہوتا ہے؟ کریکشن کا ایک پروسیس</w:t>
      </w:r>
    </w:p>
    <w:p>
      <w:r>
        <w:rPr>
          <w:b/>
        </w:rPr>
        <w:t xml:space="preserve">[43:37] </w:t>
      </w:r>
      <w:r>
        <w:t>jaari ho jata hai.</w:t>
      </w:r>
    </w:p>
    <w:p>
      <w:pPr>
        <w:jc w:val="right"/>
      </w:pPr>
      <w:r>
        <w:t>جاری ہو جاتا ہے۔</w:t>
      </w:r>
    </w:p>
    <w:p>
      <w:r>
        <w:rPr>
          <w:b/>
        </w:rPr>
        <w:t xml:space="preserve">[43:43] </w:t>
      </w:r>
      <w:r>
        <w:t>koi ghalati kare ga, aadmi foran us ko koi tokay ga, discuss hoga, phir us ko correct kar le ga.</w:t>
      </w:r>
    </w:p>
    <w:p>
      <w:pPr>
        <w:jc w:val="right"/>
      </w:pPr>
      <w:r>
        <w:t>کوئی غلطی کرے گا، آدمی فوراً اس کو کوئی ٹوکا گا، ڈسکس ہوگا، پھر اس کو کریکٹ کر لے گا۔</w:t>
      </w:r>
    </w:p>
    <w:p>
      <w:r>
        <w:rPr>
          <w:b/>
        </w:rPr>
        <w:t xml:space="preserve">[43:50] </w:t>
      </w:r>
      <w:r>
        <w:t>تو self-correcting process ہے Christian.</w:t>
      </w:r>
    </w:p>
    <w:p>
      <w:pPr>
        <w:jc w:val="right"/>
      </w:pPr>
      <w:r>
        <w:t>تو سیلف کریکٹنگ پروسیس ہے کرسچن۔</w:t>
      </w:r>
    </w:p>
    <w:p>
      <w:r>
        <w:rPr>
          <w:b/>
        </w:rPr>
        <w:t xml:space="preserve">[43:56] </w:t>
      </w:r>
      <w:r>
        <w:t>to aap ko agar in insaanon mein banna hai jo Allah ko mehboob, jin ke baray mein Allah</w:t>
      </w:r>
    </w:p>
    <w:p>
      <w:pPr>
        <w:jc w:val="right"/>
      </w:pPr>
      <w:r>
        <w:t>تو آپ کو اگر ان انسانوں میں بننا ہے جو اللہ کو محبوب، جن کے بارے میں اللہ</w:t>
      </w:r>
    </w:p>
    <w:p>
      <w:r>
        <w:rPr>
          <w:b/>
        </w:rPr>
        <w:t xml:space="preserve">[44:03] </w:t>
      </w:r>
      <w:r>
        <w:t>ne farmaya ke woh bande mere liye mehboob bande hain, to aap ko is condition poori karni paray gi.</w:t>
      </w:r>
    </w:p>
    <w:p>
      <w:pPr>
        <w:jc w:val="right"/>
      </w:pPr>
      <w:r>
        <w:t>نے فرمایا کہ وہ بندے میرے لیے محبوب بندے ہیں، تو آپ کو اس کنڈیشن پوری کرنی پڑے گی۔</w:t>
      </w:r>
    </w:p>
    <w:p>
      <w:r>
        <w:rPr>
          <w:b/>
        </w:rPr>
        <w:t xml:space="preserve">[44:09] </w:t>
      </w:r>
      <w:r>
        <w:t>matlab aik team bana hua, team aur team ki yeh shart hai laazmi ke is ke andar khula</w:t>
      </w:r>
    </w:p>
    <w:p>
      <w:pPr>
        <w:jc w:val="right"/>
      </w:pPr>
      <w:r>
        <w:t>مطلب ایک ٹیم بنا ہوا، ٹیم اور ٹیم کی یہ شرط ہے لازمی کہ اس کے اندر کھلا</w:t>
      </w:r>
    </w:p>
    <w:p>
      <w:r>
        <w:rPr>
          <w:b/>
        </w:rPr>
        <w:t xml:space="preserve">[44:15] </w:t>
      </w:r>
      <w:r>
        <w:t>pan ho, openness ho.</w:t>
      </w:r>
    </w:p>
    <w:p>
      <w:pPr>
        <w:jc w:val="right"/>
      </w:pPr>
      <w:r>
        <w:t>پن ہو، اوپننس ہو۔</w:t>
      </w:r>
    </w:p>
    <w:p>
      <w:r>
        <w:rPr>
          <w:b/>
        </w:rPr>
        <w:t xml:space="preserve">[44:22] </w:t>
      </w:r>
      <w:r>
        <w:t>jis ko kuch bhi jo keh de, jaise Hazrat Umar ke samnay aik Sahabi ne Quran ki aik</w:t>
      </w:r>
    </w:p>
    <w:p>
      <w:pPr>
        <w:jc w:val="right"/>
      </w:pPr>
      <w:r>
        <w:t>جس کو کچھ بھی جو کہہ دے، جیسے حضرت عمر کے سامنے ایک صحابی نے قرآن کی ایک</w:t>
      </w:r>
    </w:p>
    <w:p>
      <w:r>
        <w:rPr>
          <w:b/>
        </w:rPr>
        <w:t xml:space="preserve">[44:28] </w:t>
      </w:r>
      <w:r>
        <w:t>aayat parhi to Quran ki aayaton mein aap ko maloom hoga ke ikhtilaf qirat hai, ikhtilaf qirat hai.</w:t>
      </w:r>
    </w:p>
    <w:p>
      <w:pPr>
        <w:jc w:val="right"/>
      </w:pPr>
      <w:r>
        <w:t>آیت پڑھی تو قرآن کی آیتوں میں آپ کو معلوم ہوگا کہ اختلاف قرأت ہے، اختلاف قرأت ہے۔</w:t>
      </w:r>
    </w:p>
    <w:p>
      <w:r>
        <w:rPr>
          <w:b/>
        </w:rPr>
        <w:t xml:space="preserve">[44:35] </w:t>
      </w:r>
      <w:r>
        <w:t>to un ki jo qirat thi, woh Hazrat Umar ki ki is se mukhtalif thi.</w:t>
      </w:r>
    </w:p>
    <w:p>
      <w:pPr>
        <w:jc w:val="right"/>
      </w:pPr>
      <w:r>
        <w:t>تو ان کی جو قرأت تھی، وہ حضرت عمر کی کی اس سے مختلف تھی۔</w:t>
      </w:r>
    </w:p>
    <w:p>
      <w:r>
        <w:rPr>
          <w:b/>
        </w:rPr>
        <w:t xml:space="preserve">[44:41] </w:t>
      </w:r>
      <w:r>
        <w:t>تو حضرت عمر یہ نہیں کہا کہ "Ya Sheikh!"</w:t>
      </w:r>
    </w:p>
    <w:p>
      <w:pPr>
        <w:jc w:val="right"/>
      </w:pPr>
      <w:r>
        <w:t>تو حضرت عمر یہ نہیں کہا کہ "یا یا شیخ!</w:t>
      </w:r>
    </w:p>
    <w:p>
      <w:r>
        <w:rPr>
          <w:b/>
        </w:rPr>
        <w:t xml:space="preserve">[44:48] </w:t>
      </w:r>
      <w:r>
        <w:t>"ya hazrat shaikh!" waghera waghera. "la akhta'ta fil qira'at" yeh sab nahi kaha unhone. "ae hazrat! ae falan! ae ae!" zyada se zyada shayad aap se ghalati ho gayi. yeh sab kuch nahi. aap us ne kaha ke "kazib tha" yani seedhe se keh dein "kazib tha!"</w:t>
      </w:r>
    </w:p>
    <w:p>
      <w:pPr>
        <w:jc w:val="right"/>
      </w:pPr>
      <w:r>
        <w:t>یا حضرت شیخ! " وغیرہ وغیرہ۔ لا أخطأت فی القراء یہ سب نہیں کہا انہوں نے۔ اے حضرت! اے فلاں! اے اے! زیادہ سے زیادہ شاید آپ سے غلطی ہو گئی۔ یہ سب کچھ نہیں۔ آپ اس نے کہا کہ "کذب تھا" یعنی سیدھے سے کہہ دیں "کذب تھا!</w:t>
      </w:r>
    </w:p>
    <w:p>
      <w:r>
        <w:rPr>
          <w:b/>
        </w:rPr>
        <w:t xml:space="preserve">[45:11] </w:t>
      </w:r>
      <w:r>
        <w:t>" jhoot bol rahe ho tum.</w:t>
      </w:r>
    </w:p>
    <w:p>
      <w:pPr>
        <w:jc w:val="right"/>
      </w:pPr>
      <w:r>
        <w:t>" جھوٹ بول رہے ہو تم۔</w:t>
      </w:r>
    </w:p>
    <w:p>
      <w:r>
        <w:rPr>
          <w:b/>
        </w:rPr>
        <w:t xml:space="preserve">[45:15] </w:t>
      </w:r>
      <w:r>
        <w:t>yani kehna tha ke aap jo qirat farma rahe hain, woh woh doosri qirat hai.</w:t>
      </w:r>
    </w:p>
    <w:p>
      <w:pPr>
        <w:jc w:val="right"/>
      </w:pPr>
      <w:r>
        <w:t>یعنی کہنا تھا کہ آپ جو قرأت فرما رہے ہیں، وہ وہ دوسری قرأت ہے۔</w:t>
      </w:r>
    </w:p>
    <w:p>
      <w:r>
        <w:rPr>
          <w:b/>
        </w:rPr>
        <w:t xml:space="preserve">[45:20] </w:t>
      </w:r>
      <w:r>
        <w:t>aur is par ghaur farma lijiye ke yeh qirat aise nahin, aise honi chahiye.</w:t>
      </w:r>
    </w:p>
    <w:p>
      <w:pPr>
        <w:jc w:val="right"/>
      </w:pPr>
      <w:r>
        <w:t>اور اس پر غور فرما لیجئے کہ یہ قرأت ایسے نہیں، ایسے ہونی چاہیے۔</w:t>
      </w:r>
    </w:p>
    <w:p>
      <w:r>
        <w:rPr>
          <w:b/>
        </w:rPr>
        <w:t xml:space="preserve">[45:25] </w:t>
      </w:r>
      <w:r>
        <w:t>qirat ka ikhtilaf hai.</w:t>
      </w:r>
    </w:p>
    <w:p>
      <w:pPr>
        <w:jc w:val="right"/>
      </w:pPr>
      <w:r>
        <w:t>قرأت کا اختلاف ہے۔</w:t>
      </w:r>
    </w:p>
    <w:p>
      <w:r>
        <w:rPr>
          <w:b/>
        </w:rPr>
        <w:t xml:space="preserve">[45:30] </w:t>
      </w:r>
      <w:r>
        <w:t>mislan shuru hi mein dekhiye, hum aap parhte hain "Malik-e-Yumiddin", Arab parhte hain "Mulka-e-Yumiddin".</w:t>
      </w:r>
    </w:p>
    <w:p>
      <w:pPr>
        <w:jc w:val="right"/>
      </w:pPr>
      <w:r>
        <w:t>مثلاً شروع ہی میں دیکھیے، ہم آپ پڑھتے ہیں "مالک یوم الدین"، عرب پڑھتے ہیں "ملک یوم الدین"۔</w:t>
      </w:r>
    </w:p>
    <w:p>
      <w:r>
        <w:rPr>
          <w:b/>
        </w:rPr>
        <w:t xml:space="preserve">[45:35] </w:t>
      </w:r>
      <w:r>
        <w:t>aisay bohat se ikhtilaf qirat Quran Majeed mein hai.</w:t>
      </w:r>
    </w:p>
    <w:p>
      <w:pPr>
        <w:jc w:val="right"/>
      </w:pPr>
      <w:r>
        <w:t>ایسے بہت سے اختلاف قرأت قرآن مجید میں ہے۔</w:t>
      </w:r>
    </w:p>
    <w:p>
      <w:r>
        <w:rPr>
          <w:b/>
        </w:rPr>
        <w:t xml:space="preserve">[45:40] </w:t>
      </w:r>
      <w:r>
        <w:t>to yeh nahi kaha unhon ne kaha Hazrat!</w:t>
      </w:r>
    </w:p>
    <w:p>
      <w:pPr>
        <w:jc w:val="right"/>
      </w:pPr>
      <w:r>
        <w:t>تو یہ نہیں کہا انہوں نے کہا حضرت!</w:t>
      </w:r>
    </w:p>
    <w:p>
      <w:r>
        <w:rPr>
          <w:b/>
        </w:rPr>
        <w:t xml:space="preserve">[45:45] </w:t>
      </w:r>
      <w:r>
        <w:t>yeh ikhtilaf qiraat ka masla zara se is pe ghor farma lijie. yeh sab nahi hai. lehaza kaha ke "kazb". acha, unhon ne bhi jawab keh diya "ant akzib!"</w:t>
      </w:r>
    </w:p>
    <w:p>
      <w:pPr>
        <w:jc w:val="right"/>
      </w:pPr>
      <w:r>
        <w:t>یہ اختلاف قرأت کا مسئلہ ذرا سے اس پہ غور فرما لیجئے۔ یہ سب نہیں ہے۔ لہذا کہا کہ "کذب"۔ اچھا، انہوں نے بھی جواب کہہ دیا "انت اکذب!</w:t>
      </w:r>
    </w:p>
    <w:p>
      <w:r>
        <w:rPr>
          <w:b/>
        </w:rPr>
        <w:t xml:space="preserve">[45:54] </w:t>
      </w:r>
      <w:r>
        <w:t>" tum to aur bhi zyada jhoote ho.</w:t>
      </w:r>
    </w:p>
    <w:p>
      <w:pPr>
        <w:jc w:val="right"/>
      </w:pPr>
      <w:r>
        <w:t>" تم تو اور بھی زیادہ جھوٹے ہو۔</w:t>
      </w:r>
    </w:p>
    <w:p>
      <w:r>
        <w:rPr>
          <w:b/>
        </w:rPr>
        <w:t xml:space="preserve">[45:57] </w:t>
      </w:r>
      <w:r>
        <w:t>yeh dono top ke sahabi hain.</w:t>
      </w:r>
    </w:p>
    <w:p>
      <w:pPr>
        <w:jc w:val="right"/>
      </w:pPr>
      <w:r>
        <w:t>یہ دونوں ٹاپ کے صحابی ہیں۔</w:t>
      </w:r>
    </w:p>
    <w:p>
      <w:r>
        <w:rPr>
          <w:b/>
        </w:rPr>
        <w:t xml:space="preserve">[46:00] </w:t>
      </w:r>
      <w:r>
        <w:t>ab ghaur kijiye ke yeh sahaba, dono sahabi jo hain, yeh sach much hi aap lafzi maani mein</w:t>
      </w:r>
    </w:p>
    <w:p>
      <w:pPr>
        <w:jc w:val="right"/>
      </w:pPr>
      <w:r>
        <w:t>اب غور کیجئے کہ یہ صحابہ، دونوں صحابی جو ہیں، یہ سچ مچ ہی آپ لفظی معنی میں</w:t>
      </w:r>
    </w:p>
    <w:p>
      <w:r>
        <w:rPr>
          <w:b/>
        </w:rPr>
        <w:t xml:space="preserve">[46:07] </w:t>
      </w:r>
      <w:r>
        <w:t>mil rahe hain.</w:t>
      </w:r>
    </w:p>
    <w:p>
      <w:pPr>
        <w:jc w:val="right"/>
      </w:pPr>
      <w:r>
        <w:t>مل رہے ہیں۔</w:t>
      </w:r>
    </w:p>
    <w:p>
      <w:r>
        <w:rPr>
          <w:b/>
        </w:rPr>
        <w:t xml:space="preserve">[46:09] </w:t>
      </w:r>
      <w:r>
        <w:t>آپ کو جس کو کہتے ہیں انگریزی میں کہ یعنی logical end تک لے جائیں۔</w:t>
      </w:r>
    </w:p>
    <w:p>
      <w:pPr>
        <w:jc w:val="right"/>
      </w:pPr>
      <w:r>
        <w:t>آپ کو جس کو کہتے ہیں انگریزی میں کہ یعنی لاجیکل اینڈ تک لے جائیں۔</w:t>
      </w:r>
    </w:p>
    <w:p>
      <w:r>
        <w:rPr>
          <w:b/>
        </w:rPr>
        <w:t xml:space="preserve">[46:15] </w:t>
      </w:r>
      <w:r>
        <w:t>kisi baat ko hargiz ke aap logic ke end tak na le aayein.</w:t>
      </w:r>
    </w:p>
    <w:p>
      <w:pPr>
        <w:jc w:val="right"/>
      </w:pPr>
      <w:r>
        <w:t>کسی بات کو ہرگز کہ آپ لاجک کے اینڈ تک نہ لے آئیں۔</w:t>
      </w:r>
    </w:p>
    <w:p>
      <w:r>
        <w:rPr>
          <w:b/>
        </w:rPr>
        <w:t xml:space="preserve">[46:21] </w:t>
      </w:r>
      <w:r>
        <w:t>nahi to dono sahabi jo hain, bilkul ghair ma'tabar ho jayenge.</w:t>
      </w:r>
    </w:p>
    <w:p>
      <w:pPr>
        <w:jc w:val="right"/>
      </w:pPr>
      <w:r>
        <w:t>نہیں تو دونوں صحابی جو ہیں، بالکل غیر معتبر ہو جائیں گے۔</w:t>
      </w:r>
    </w:p>
    <w:p>
      <w:r>
        <w:rPr>
          <w:b/>
        </w:rPr>
        <w:t xml:space="preserve">[46:26] </w:t>
      </w:r>
      <w:r>
        <w:t>un se riwayatein le aayenge, ghair saqq kar payenge.</w:t>
      </w:r>
    </w:p>
    <w:p>
      <w:pPr>
        <w:jc w:val="right"/>
      </w:pPr>
      <w:r>
        <w:t>ان سے روایتیں لے آئیں گے، غیر سقق کر پائیں گے۔</w:t>
      </w:r>
    </w:p>
    <w:p>
      <w:r>
        <w:rPr>
          <w:b/>
        </w:rPr>
        <w:t xml:space="preserve">[46:31] </w:t>
      </w:r>
      <w:r>
        <w:t>to tanqeed ko bardasht jo nahi le karte na, woh wahi karte hain.</w:t>
      </w:r>
    </w:p>
    <w:p>
      <w:pPr>
        <w:jc w:val="right"/>
      </w:pPr>
      <w:r>
        <w:t>تو تنقید کو برداشت جو نہیں لے کرتے نا، وہ وہی کرتے ہیں۔</w:t>
      </w:r>
    </w:p>
    <w:p>
      <w:r>
        <w:rPr>
          <w:b/>
        </w:rPr>
        <w:t xml:space="preserve">[46:36] </w:t>
      </w:r>
      <w:r>
        <w:t>باتوں کو logical end تک لے آتے ہیں۔</w:t>
      </w:r>
    </w:p>
    <w:p>
      <w:pPr>
        <w:jc w:val="right"/>
      </w:pPr>
      <w:r>
        <w:t>باتوں کو لاجیکل اینڈ تک لے آتے ہیں۔</w:t>
      </w:r>
    </w:p>
    <w:p>
      <w:r>
        <w:rPr>
          <w:b/>
        </w:rPr>
        <w:t xml:space="preserve">[46:40] </w:t>
      </w:r>
      <w:r>
        <w:t>جیسے کوئی کہہ دے آپ کہ آپ تو بالکل پاگل ہو رہے ہیں، اب اس کو logical end</w:t>
      </w:r>
    </w:p>
    <w:p>
      <w:pPr>
        <w:jc w:val="right"/>
      </w:pPr>
      <w:r>
        <w:t>جیسے کوئی کہہ دے آپ کہ آپ تو بالکل پاگل ہو رہے ہیں، اب اس کو لاجیکل اینڈ</w:t>
      </w:r>
    </w:p>
    <w:p>
      <w:r>
        <w:rPr>
          <w:b/>
        </w:rPr>
        <w:t xml:space="preserve">[46:47] </w:t>
      </w:r>
      <w:r>
        <w:t>tak le jayega ke woh dekho, mein is ko majnoon keh diya.</w:t>
      </w:r>
    </w:p>
    <w:p>
      <w:pPr>
        <w:jc w:val="right"/>
      </w:pPr>
      <w:r>
        <w:t>تک لے جائے گا کہ وہ دیکھو، میں اس کو مجنون کہہ دیا۔</w:t>
      </w:r>
    </w:p>
    <w:p>
      <w:r>
        <w:rPr>
          <w:b/>
        </w:rPr>
        <w:t xml:space="preserve">[46:53] </w:t>
      </w:r>
      <w:r>
        <w:t>کہہ دے کہ آپ کذب موقوف ہیں، اس کو logical end تک لے جائے گا۔</w:t>
      </w:r>
    </w:p>
    <w:p>
      <w:pPr>
        <w:jc w:val="right"/>
      </w:pPr>
      <w:r>
        <w:t>کہہ دے کہ آپ کذب موقوف ہیں، اس کو لاجیکل اینڈ تک لے جائے گا۔</w:t>
      </w:r>
    </w:p>
    <w:p>
      <w:r>
        <w:rPr>
          <w:b/>
        </w:rPr>
        <w:t xml:space="preserve">[46:59] </w:t>
      </w:r>
      <w:r>
        <w:t>to cheezon ko logical end tak na le jaiye.</w:t>
      </w:r>
    </w:p>
    <w:p>
      <w:pPr>
        <w:jc w:val="right"/>
      </w:pPr>
      <w:r>
        <w:t>تو چیزوں کو لاجیکل اینڈ تک نہ لے جائیے۔</w:t>
      </w:r>
    </w:p>
    <w:p>
      <w:r>
        <w:rPr>
          <w:b/>
        </w:rPr>
        <w:t xml:space="preserve">[47:03] </w:t>
      </w:r>
      <w:r>
        <w:t>یہ حضرت عائشہ جب کہہ دے "کذب ابو ہریرہ" تو صحابہ اس کو logical end تک نہیں لے</w:t>
      </w:r>
    </w:p>
    <w:p>
      <w:pPr>
        <w:jc w:val="right"/>
      </w:pPr>
      <w:r>
        <w:t>یہ حضرت عائشہ جب کہہ دے "کذب ابو ہریرہ" تو صحابہ اس کو لاجیکل اینڈ تک نہیں لے</w:t>
      </w:r>
    </w:p>
    <w:p>
      <w:r>
        <w:rPr>
          <w:b/>
        </w:rPr>
        <w:t xml:space="preserve">[47:11] </w:t>
      </w:r>
      <w:r>
        <w:t>gaye.</w:t>
      </w:r>
    </w:p>
    <w:p>
      <w:pPr>
        <w:jc w:val="right"/>
      </w:pPr>
      <w:r>
        <w:t>گئے۔</w:t>
      </w:r>
    </w:p>
    <w:p>
      <w:r>
        <w:rPr>
          <w:b/>
        </w:rPr>
        <w:t xml:space="preserve">[47:12] </w:t>
      </w:r>
      <w:r>
        <w:t>yeh saada tor par ek liya is ko.</w:t>
      </w:r>
    </w:p>
    <w:p>
      <w:pPr>
        <w:jc w:val="right"/>
      </w:pPr>
      <w:r>
        <w:t>یہ سادہ طور پر ایک لیا اس کو۔</w:t>
      </w:r>
    </w:p>
    <w:p>
      <w:r>
        <w:rPr>
          <w:b/>
        </w:rPr>
        <w:t xml:space="preserve">[47:16] </w:t>
      </w:r>
      <w:r>
        <w:t>to yaad rakhiye, jo log tanqeed ko bura mante hain, yahi ghalati karte hain.</w:t>
      </w:r>
    </w:p>
    <w:p>
      <w:pPr>
        <w:jc w:val="right"/>
      </w:pPr>
      <w:r>
        <w:t>تو یاد رکھیے، جو لوگ تنقید کو برا مانتے ہیں، یہی غلطی کرتے ہیں۔</w:t>
      </w:r>
    </w:p>
    <w:p>
      <w:r>
        <w:rPr>
          <w:b/>
        </w:rPr>
        <w:t xml:space="preserve">[47:22] </w:t>
      </w:r>
      <w:r>
        <w:t>woh ke alfaaz ko is ke logical end tak le aate hain.</w:t>
      </w:r>
    </w:p>
    <w:p>
      <w:pPr>
        <w:jc w:val="right"/>
      </w:pPr>
      <w:r>
        <w:t>وہ کہ الفاظ کو اس کے لاجیکل اینڈ تک لے آتے ہیں۔</w:t>
      </w:r>
    </w:p>
    <w:p>
      <w:r>
        <w:rPr>
          <w:b/>
        </w:rPr>
        <w:t xml:space="preserve">[47:27] </w:t>
      </w:r>
      <w:r>
        <w:t>to aap ko itna bashaoor banna hai ke alfaaz ko is ke logical end tak na le jayen.</w:t>
      </w:r>
    </w:p>
    <w:p>
      <w:pPr>
        <w:jc w:val="right"/>
      </w:pPr>
      <w:r>
        <w:t>تو آپ کو اتنا باشعور بننا ہے کہ الفاظ کو اس کے لاجیکل اینڈ تک نہ لے جائیں۔</w:t>
      </w:r>
    </w:p>
    <w:p>
      <w:r>
        <w:rPr>
          <w:b/>
        </w:rPr>
        <w:t xml:space="preserve">[47:35] </w:t>
      </w:r>
      <w:r>
        <w:t>aise hi phir bare mein is par discussion karen, baat karen.</w:t>
      </w:r>
    </w:p>
    <w:p>
      <w:pPr>
        <w:jc w:val="right"/>
      </w:pPr>
      <w:r>
        <w:t>ایسے ہی پھر بارے میں اس پر ڈسکشن کریں، بات کریں۔</w:t>
      </w:r>
    </w:p>
    <w:p>
      <w:r>
        <w:rPr>
          <w:b/>
        </w:rPr>
        <w:t xml:space="preserve">[47:39] </w:t>
      </w:r>
      <w:r>
        <w:t>to ek baat maine yeh kahi team speed ke liye ke aap ko mission se emotional taluq</w:t>
      </w:r>
    </w:p>
    <w:p>
      <w:pPr>
        <w:jc w:val="right"/>
      </w:pPr>
      <w:r>
        <w:t>تو ایک بات میں نے یہ کہی ٹیم اسپیڈ کے لیے کہ آپ کو مشن سے ایموشنل تعلق</w:t>
      </w:r>
    </w:p>
    <w:p>
      <w:r>
        <w:rPr>
          <w:b/>
        </w:rPr>
        <w:t xml:space="preserve">[47:47] </w:t>
      </w:r>
      <w:r>
        <w:t>hona chahiye.</w:t>
      </w:r>
    </w:p>
    <w:p>
      <w:pPr>
        <w:jc w:val="right"/>
      </w:pPr>
      <w:r>
        <w:t>ہونا چاہیے۔</w:t>
      </w:r>
    </w:p>
    <w:p>
      <w:r>
        <w:rPr>
          <w:b/>
        </w:rPr>
        <w:t xml:space="preserve">[47:49] </w:t>
      </w:r>
      <w:r>
        <w:t>itna develop karen aap, itna develop karen ke aap ko mission se emotional taluq ho jaye, jazbati taluq</w:t>
      </w:r>
    </w:p>
    <w:p>
      <w:pPr>
        <w:jc w:val="right"/>
      </w:pPr>
      <w:r>
        <w:t>اتنا ڈیولپ کریں آپ، اتنا ڈیولپ کریں کہ آپ کو مشن سے ایموشنل تعلق ہو جائے، جذباتی تعلق</w:t>
      </w:r>
    </w:p>
    <w:p>
      <w:r>
        <w:rPr>
          <w:b/>
        </w:rPr>
        <w:t xml:space="preserve">[47:56] </w:t>
      </w:r>
      <w:r>
        <w:t>ho jaye.</w:t>
      </w:r>
    </w:p>
    <w:p>
      <w:pPr>
        <w:jc w:val="right"/>
      </w:pPr>
      <w:r>
        <w:t>ہو جائے۔</w:t>
      </w:r>
    </w:p>
    <w:p>
      <w:r>
        <w:rPr>
          <w:b/>
        </w:rPr>
        <w:t xml:space="preserve">[47:58] </w:t>
      </w:r>
      <w:r>
        <w:t>main apne mission mein yeh pa raha hoon, masha Allah, ke auraton mein zyada taluq ho chuka hai, mardon</w:t>
      </w:r>
    </w:p>
    <w:p>
      <w:pPr>
        <w:jc w:val="right"/>
      </w:pPr>
      <w:r>
        <w:t>میں اپنے مشن میں یہ پا رہا ہوں، ماشاءاللہ، کہ عورتوں میں زیادہ تعلق ہو چکا ہے، مردوں</w:t>
      </w:r>
    </w:p>
    <w:p>
      <w:r>
        <w:rPr>
          <w:b/>
        </w:rPr>
        <w:t xml:space="preserve">[48:06] </w:t>
      </w:r>
      <w:r>
        <w:t>mein abhi mein kami pa raha hoon.</w:t>
      </w:r>
    </w:p>
    <w:p>
      <w:pPr>
        <w:jc w:val="right"/>
      </w:pPr>
      <w:r>
        <w:t>میں ابھی میں کمی پا رہا ہوں۔</w:t>
      </w:r>
    </w:p>
    <w:p>
      <w:r>
        <w:rPr>
          <w:b/>
        </w:rPr>
        <w:t xml:space="preserve">[48:09] </w:t>
      </w:r>
      <w:r>
        <w:t>main kyunke mardon pedaishi to auraten emotional hoti hain, woh hamare kaam aa raha hai.</w:t>
      </w:r>
    </w:p>
    <w:p>
      <w:pPr>
        <w:jc w:val="right"/>
      </w:pPr>
      <w:r>
        <w:t>میں کیونکہ مردوں پیدائشی تو عورتیں ایموشنل ہوتی ہیں، وہ ہمارے کام آ رہا ہے۔</w:t>
      </w:r>
    </w:p>
    <w:p>
      <w:r>
        <w:rPr>
          <w:b/>
        </w:rPr>
        <w:t xml:space="preserve">[48:15] </w:t>
      </w:r>
      <w:r>
        <w:t>hamari jo khawateen juri hui hain, main wazeh tor par dekh raha hoon ke un ke andar mission</w:t>
      </w:r>
    </w:p>
    <w:p>
      <w:pPr>
        <w:jc w:val="right"/>
      </w:pPr>
      <w:r>
        <w:t>ہماری جو خواتین جڑی ہوئی ہیں، میں واضح طور پر دیکھ رہا ہوں کہ ان کے اندر مشن</w:t>
      </w:r>
    </w:p>
    <w:p>
      <w:r>
        <w:rPr>
          <w:b/>
        </w:rPr>
        <w:t xml:space="preserve">[48:23] </w:t>
      </w:r>
      <w:r>
        <w:t>se emotional taluq paida ho gaya hai.</w:t>
      </w:r>
    </w:p>
    <w:p>
      <w:pPr>
        <w:jc w:val="right"/>
      </w:pPr>
      <w:r>
        <w:t>سے ایموشنل تعلق پیدا ہو گیا ہے۔</w:t>
      </w:r>
    </w:p>
    <w:p>
      <w:r>
        <w:rPr>
          <w:b/>
        </w:rPr>
        <w:t xml:space="preserve">[48:26] </w:t>
      </w:r>
      <w:r>
        <w:t>aur is ki wajah hai ke un ki fitrat jo hai, kaha jata hai yeh nafs, yeh yeh</w:t>
      </w:r>
    </w:p>
    <w:p>
      <w:pPr>
        <w:jc w:val="right"/>
      </w:pPr>
      <w:r>
        <w:t>اور اس کی وجہ ہے کہ ان کی فطرت جو ہے، کہا جاتا ہے یہ نفس، یہ یہ</w:t>
      </w:r>
    </w:p>
    <w:p>
      <w:r>
        <w:rPr>
          <w:b/>
        </w:rPr>
        <w:t xml:space="preserve">[48:33] </w:t>
      </w:r>
      <w:r>
        <w:t>survey, is tehqeeq ki gayi hai.</w:t>
      </w:r>
    </w:p>
    <w:p>
      <w:pPr>
        <w:jc w:val="right"/>
      </w:pPr>
      <w:r>
        <w:t>سروے، اس تحقیق کی گئی ہے۔</w:t>
      </w:r>
    </w:p>
    <w:p>
      <w:r>
        <w:rPr>
          <w:b/>
        </w:rPr>
        <w:t xml:space="preserve">[48:36] </w:t>
      </w:r>
      <w:r>
        <w:t>baagh tehqeeq se pata chala hai ke auraten emotional hoti hain, woh mission ke kaam aa raha hai.</w:t>
      </w:r>
    </w:p>
    <w:p>
      <w:pPr>
        <w:jc w:val="right"/>
      </w:pPr>
      <w:r>
        <w:t>باغ تحقیق سے پتہ چلا ہے کہ عورتیں ایموشنل ہوتی ہیں، وہ مشن کے کام آ رہا ہے۔</w:t>
      </w:r>
    </w:p>
    <w:p>
      <w:r>
        <w:rPr>
          <w:b/>
        </w:rPr>
        <w:t xml:space="preserve">[48:44] </w:t>
      </w:r>
      <w:r>
        <w:t>lekin mardon ko bhi apne aap ko banana hai emotional, warna peechay ho jayengi.</w:t>
      </w:r>
    </w:p>
    <w:p>
      <w:pPr>
        <w:jc w:val="right"/>
      </w:pPr>
      <w:r>
        <w:t>لیکن مردوں کو بھی اپنے آپ کو بنانا ہے ایموشنل، ورنہ پیچھے ہو جائیں گی۔</w:t>
      </w:r>
    </w:p>
    <w:p>
      <w:r>
        <w:rPr>
          <w:b/>
        </w:rPr>
        <w:t xml:space="preserve">[48:50] </w:t>
      </w:r>
      <w:r>
        <w:t>auraten agay ho jayengi, mard peechay ho jayenge.</w:t>
      </w:r>
    </w:p>
    <w:p>
      <w:pPr>
        <w:jc w:val="right"/>
      </w:pPr>
      <w:r>
        <w:t>عورتیں آگے ہو جائیں گی، مرد پیچھے ہو جائیں گے۔</w:t>
      </w:r>
    </w:p>
    <w:p>
      <w:r>
        <w:rPr>
          <w:b/>
        </w:rPr>
        <w:t xml:space="preserve">[48:54] </w:t>
      </w:r>
      <w:r>
        <w:t>to ek baat bani hai ke ke aap ko agar is ki tamanna hai ke aap Allah ke</w:t>
      </w:r>
    </w:p>
    <w:p>
      <w:pPr>
        <w:jc w:val="right"/>
      </w:pPr>
      <w:r>
        <w:t>تو ایک بات بنی ہے کہ کہ آپ کو اگر اس کی تمنا ہے کہ آپ اللہ کے</w:t>
      </w:r>
    </w:p>
    <w:p>
      <w:r>
        <w:rPr>
          <w:b/>
        </w:rPr>
        <w:t xml:space="preserve">[49:02] </w:t>
      </w:r>
      <w:r>
        <w:t>mahboob bande banen to bunyan rasool banna parega aap ko, yani team banna parega.</w:t>
      </w:r>
    </w:p>
    <w:p>
      <w:pPr>
        <w:jc w:val="right"/>
      </w:pPr>
      <w:r>
        <w:t>محبوب بندے بنیں تو بنیان مرسول بننا پڑے گا آپ کو، یعنی ٹیم بننا پڑے گا۔</w:t>
      </w:r>
    </w:p>
    <w:p>
      <w:r>
        <w:rPr>
          <w:b/>
        </w:rPr>
        <w:t xml:space="preserve">[49:09] </w:t>
      </w:r>
      <w:r>
        <w:t>aur team banne ki shart maine arz ki ke ek shart yeh hai ke aap ko mission</w:t>
      </w:r>
    </w:p>
    <w:p>
      <w:pPr>
        <w:jc w:val="right"/>
      </w:pPr>
      <w:r>
        <w:t>اور ٹیم بننے کی شرط میں نے عرض کی کہ ایک شرط یہ ہے کہ آپ کو مشن</w:t>
      </w:r>
    </w:p>
    <w:p>
      <w:r>
        <w:rPr>
          <w:b/>
        </w:rPr>
        <w:t xml:space="preserve">[49:17] </w:t>
      </w:r>
      <w:r>
        <w:t>se jazbati lagao ho jaye, emotional attachment ho jaye.</w:t>
      </w:r>
    </w:p>
    <w:p>
      <w:pPr>
        <w:jc w:val="right"/>
      </w:pPr>
      <w:r>
        <w:t>سے جذباتی لگاؤ ہو جائے، ایموشنل اٹیچمنٹ ہو جائے۔</w:t>
      </w:r>
    </w:p>
    <w:p>
      <w:r>
        <w:rPr>
          <w:b/>
        </w:rPr>
        <w:t xml:space="preserve">[49:21] </w:t>
      </w:r>
      <w:r>
        <w:t>allah ke fazl se hamare group mein aisi khawateen hain jin ko emotional taluq ho chuka hai, already</w:t>
      </w:r>
    </w:p>
    <w:p>
      <w:pPr>
        <w:jc w:val="right"/>
      </w:pPr>
      <w:r>
        <w:t>اللہ کے فضل سے ہمارے گروپ میں ایسی خواتین ہیں جن کو ایموشنل تعلق ہو چکا ہے، الریڈی</w:t>
      </w:r>
    </w:p>
    <w:p>
      <w:r>
        <w:rPr>
          <w:b/>
        </w:rPr>
        <w:t xml:space="preserve">[49:28] </w:t>
      </w:r>
      <w:r>
        <w:t>wo mardon ke liye namuna hain.</w:t>
      </w:r>
    </w:p>
    <w:p>
      <w:pPr>
        <w:jc w:val="right"/>
      </w:pPr>
      <w:r>
        <w:t>وہ مردوں کے لیے نمونہ ہیں۔</w:t>
      </w:r>
    </w:p>
    <w:p>
      <w:r>
        <w:rPr>
          <w:b/>
        </w:rPr>
        <w:t xml:space="preserve">[49:31] </w:t>
      </w:r>
      <w:r>
        <w:t>wo ladies jo hain, wo mardon ke liye namuna hain.</w:t>
      </w:r>
    </w:p>
    <w:p>
      <w:pPr>
        <w:jc w:val="right"/>
      </w:pPr>
      <w:r>
        <w:t>وہ لیڈیز جو ہیں، وہ مردوں کے لیے نمونہ ہیں۔</w:t>
      </w:r>
    </w:p>
    <w:p>
      <w:r>
        <w:rPr>
          <w:b/>
        </w:rPr>
        <w:t xml:space="preserve">[49:35] </w:t>
      </w:r>
      <w:r>
        <w:t>to ek baat yeh hai.</w:t>
      </w:r>
    </w:p>
    <w:p>
      <w:pPr>
        <w:jc w:val="right"/>
      </w:pPr>
      <w:r>
        <w:t>تو ایک بات یہ ہے۔</w:t>
      </w:r>
    </w:p>
    <w:p>
      <w:r>
        <w:rPr>
          <w:b/>
        </w:rPr>
        <w:t xml:space="preserve">[49:37] </w:t>
      </w:r>
      <w:r>
        <w:t>doosri baat maine yeh arz ki ke team ke andar criticism ko zara bhi bura na nahi</w:t>
      </w:r>
    </w:p>
    <w:p>
      <w:pPr>
        <w:jc w:val="right"/>
      </w:pPr>
      <w:r>
        <w:t>دوسری بات میں نے یہ عرض کی کہ ٹیم کے اندر کریٹیسزم کو ذرا بھی برا نہ نہیں</w:t>
      </w:r>
    </w:p>
    <w:p>
      <w:r>
        <w:rPr>
          <w:b/>
        </w:rPr>
        <w:t xml:space="preserve">[49:45] </w:t>
      </w:r>
      <w:r>
        <w:t>mana jana chahiye.</w:t>
      </w:r>
    </w:p>
    <w:p>
      <w:pPr>
        <w:jc w:val="right"/>
      </w:pPr>
      <w:r>
        <w:t>مانا جانا چاہیے۔</w:t>
      </w:r>
    </w:p>
    <w:p>
      <w:r>
        <w:rPr>
          <w:b/>
        </w:rPr>
        <w:t xml:space="preserve">[49:46] </w:t>
      </w:r>
      <w:r>
        <w:t>criticism ka matlab kya hai? sakht andaaz mein koi bol de, koi sakht alfaaz aap ko keh de</w:t>
      </w:r>
    </w:p>
    <w:p>
      <w:pPr>
        <w:jc w:val="right"/>
      </w:pPr>
      <w:r>
        <w:t>کریٹیسزم کا مطلب کیا ہے؟ سخت انداز میں کوئی بول دے، کوئی سخت الفاظ آپ کو کہہ دے</w:t>
      </w:r>
    </w:p>
    <w:p>
      <w:r>
        <w:rPr>
          <w:b/>
        </w:rPr>
        <w:t xml:space="preserve">[49:54] </w:t>
      </w:r>
      <w:r>
        <w:t>to aap hargiz hargiz offend na hon.</w:t>
      </w:r>
    </w:p>
    <w:p>
      <w:pPr>
        <w:jc w:val="right"/>
      </w:pPr>
      <w:r>
        <w:t>تو آپ ہرگز ہرگز افینڈ نہ ہوں۔</w:t>
      </w:r>
    </w:p>
    <w:p>
      <w:r>
        <w:rPr>
          <w:b/>
        </w:rPr>
        <w:t xml:space="preserve">[49:57] </w:t>
      </w:r>
      <w:r>
        <w:t>yani hammering ki zaban koi bol de to hargiz hargiz aap offend na hon.</w:t>
      </w:r>
    </w:p>
    <w:p>
      <w:pPr>
        <w:jc w:val="right"/>
      </w:pPr>
      <w:r>
        <w:t>یعنی ہیمرنگ کی زبان کوئی بول دے تو ہرگز ہرگز آپ افینڈ نہ ہوں۔</w:t>
      </w:r>
    </w:p>
    <w:p>
      <w:r>
        <w:rPr>
          <w:b/>
        </w:rPr>
        <w:t xml:space="preserve">[50:03] </w:t>
      </w:r>
      <w:r>
        <w:t>jaisa ke sahaba ko maine qissa bataya ke offend nahi hote the wo, kyun ke jab aap mil</w:t>
      </w:r>
    </w:p>
    <w:p>
      <w:pPr>
        <w:jc w:val="right"/>
      </w:pPr>
      <w:r>
        <w:t>جیسا کہ صحابہ کو میں نے قصہ بتایا کہ افینڈ نہیں ہوتے تھے وہ، کیونکہ جب آپ مل</w:t>
      </w:r>
    </w:p>
    <w:p>
      <w:r>
        <w:rPr>
          <w:b/>
        </w:rPr>
        <w:t xml:space="preserve">[50:11] </w:t>
      </w:r>
      <w:r>
        <w:t>jul kar rahen ge to yeh to hona hi hona hai ke koi sakht bol de.</w:t>
      </w:r>
    </w:p>
    <w:p>
      <w:pPr>
        <w:jc w:val="right"/>
      </w:pPr>
      <w:r>
        <w:t>جل کر رہیں گے تو یہ تو ہونا ہی ہونا ہے کہ کوئی سخت بول دے۔</w:t>
      </w:r>
    </w:p>
    <w:p>
      <w:r>
        <w:rPr>
          <w:b/>
        </w:rPr>
        <w:t xml:space="preserve">[50:18] </w:t>
      </w:r>
      <w:r>
        <w:t>jab dekhen, nafasiyati baat hai ke aap ek kaam kar rahe hain aur maine dekha aap ko</w:t>
      </w:r>
    </w:p>
    <w:p>
      <w:pPr>
        <w:jc w:val="right"/>
      </w:pPr>
      <w:r>
        <w:t>جب دیکھیں، نفسیاتی بات ہے کہ آپ ایک کام کر رہے ہیں اور میں نے دیکھا آپ کو</w:t>
      </w:r>
    </w:p>
    <w:p>
      <w:r>
        <w:rPr>
          <w:b/>
        </w:rPr>
        <w:t xml:space="preserve">[50:25] </w:t>
      </w:r>
      <w:r>
        <w:t>to apni aqal ke lehaz se agar maine is ko galat samajh raha hoon to bohat logical zaban</w:t>
      </w:r>
    </w:p>
    <w:p>
      <w:pPr>
        <w:jc w:val="right"/>
      </w:pPr>
      <w:r>
        <w:t>تو اپنی عقل کے لحاظ سے اگر میں اس کو غلط سمجھ رہا ہوں تو بہت لاجیکل زبان</w:t>
      </w:r>
    </w:p>
    <w:p>
      <w:r>
        <w:rPr>
          <w:b/>
        </w:rPr>
        <w:t xml:space="preserve">[50:33] </w:t>
      </w:r>
      <w:r>
        <w:t>nahi bolunga.</w:t>
      </w:r>
    </w:p>
    <w:p>
      <w:pPr>
        <w:jc w:val="right"/>
      </w:pPr>
      <w:r>
        <w:t>نہیں بولوں گا۔</w:t>
      </w:r>
    </w:p>
    <w:p>
      <w:r>
        <w:rPr>
          <w:b/>
        </w:rPr>
        <w:t xml:space="preserve">[50:35] </w:t>
      </w:r>
      <w:r>
        <w:t>main yeh nafasiyat ke khilaf hai.</w:t>
      </w:r>
    </w:p>
    <w:p>
      <w:pPr>
        <w:jc w:val="right"/>
      </w:pPr>
      <w:r>
        <w:t>میں یہ نفسیات کے خلاف ہے۔</w:t>
      </w:r>
    </w:p>
    <w:p>
      <w:r>
        <w:rPr>
          <w:b/>
        </w:rPr>
        <w:t xml:space="preserve">[50:37] </w:t>
      </w:r>
      <w:r>
        <w:t>soch soch ke teacher shareef mein koi lafz launga ya fazilat shaikh wala, aisa nahi hota hai.</w:t>
      </w:r>
    </w:p>
    <w:p>
      <w:pPr>
        <w:jc w:val="right"/>
      </w:pPr>
      <w:r>
        <w:t>سوچ سوچ کے ٹیچر شریف میں کوئی لفظ لاؤں گا یا فضیلت شیخ والا، ایسا نہیں ہوتا ہے۔</w:t>
      </w:r>
    </w:p>
    <w:p>
      <w:r>
        <w:rPr>
          <w:b/>
        </w:rPr>
        <w:t xml:space="preserve">[50:45] </w:t>
      </w:r>
      <w:r>
        <w:t>wo bhar se ek bol deta hai, aadmi fori taur par ek ek cheez bol deta hai.</w:t>
      </w:r>
    </w:p>
    <w:p>
      <w:pPr>
        <w:jc w:val="right"/>
      </w:pPr>
      <w:r>
        <w:t>وہ بھر سے ایک بول دیتا ہے، آدمی فوری طور پر ایک ایک چیز بول دیتا ہے۔</w:t>
      </w:r>
    </w:p>
    <w:p>
      <w:r>
        <w:rPr>
          <w:b/>
        </w:rPr>
        <w:t xml:space="preserve">[50:52] </w:t>
      </w:r>
      <w:r>
        <w:t>abhi kya hai? waqt kar diya aap ne to aap ko aise kisi remark par offend nahi hona</w:t>
      </w:r>
    </w:p>
    <w:p>
      <w:pPr>
        <w:jc w:val="right"/>
      </w:pPr>
      <w:r>
        <w:t>ابھی کیا ہے؟ وقت کر دیا آپ نے تو آپ کو ایسے کسی ریمارک پر افینڈ نہیں ہونا</w:t>
      </w:r>
    </w:p>
    <w:p>
      <w:r>
        <w:rPr>
          <w:b/>
        </w:rPr>
        <w:t xml:space="preserve">[51:00] </w:t>
      </w:r>
      <w:r>
        <w:t>hai, bura nahi manna hai, tanqeed ko tabboo nahi samajhna hai, aur yeh shart nahi lagana hai ke</w:t>
      </w:r>
    </w:p>
    <w:p>
      <w:pPr>
        <w:jc w:val="right"/>
      </w:pPr>
      <w:r>
        <w:t>ہے، برا نہیں ماننا ہے، تنقید کو ٹیبو نہیں سمجھنا ہے، اور یہ شرط نہیں لگانا ہے کہ</w:t>
      </w:r>
    </w:p>
    <w:p>
      <w:r>
        <w:rPr>
          <w:b/>
        </w:rPr>
        <w:t xml:space="preserve">[51:08] </w:t>
      </w:r>
      <w:r>
        <w:t>koi bole to maine dekha hai ke koi logon ko arey bhai tanqeed karo to zara sa</w:t>
      </w:r>
    </w:p>
    <w:p>
      <w:pPr>
        <w:jc w:val="right"/>
      </w:pPr>
      <w:r>
        <w:t>کوئی بولے تو میں نے دیکھا ہے کہ کوئی لوگوں کو ارے بھئی تنقید کرو تو ذرا سا</w:t>
      </w:r>
    </w:p>
    <w:p>
      <w:r>
        <w:rPr>
          <w:b/>
        </w:rPr>
        <w:t xml:space="preserve">[51:15] </w:t>
      </w:r>
      <w:r>
        <w:t>aisi zaban bolo.</w:t>
      </w:r>
    </w:p>
    <w:p>
      <w:pPr>
        <w:jc w:val="right"/>
      </w:pPr>
      <w:r>
        <w:t>ایسی زبان بولو۔</w:t>
      </w:r>
    </w:p>
    <w:p>
      <w:r>
        <w:rPr>
          <w:b/>
        </w:rPr>
        <w:t xml:space="preserve">[51:17] </w:t>
      </w:r>
      <w:r>
        <w:t>yeh jo shart lagate hain, wo bilkul insani nafasiyat se jahil hain.</w:t>
      </w:r>
    </w:p>
    <w:p>
      <w:pPr>
        <w:jc w:val="right"/>
      </w:pPr>
      <w:r>
        <w:t>یہ جو شرط لگاتے ہیں، وہ بالکل انسانی نفسیات سے جاہل ہیں۔</w:t>
      </w:r>
    </w:p>
    <w:p>
      <w:r>
        <w:rPr>
          <w:b/>
        </w:rPr>
        <w:t xml:space="preserve">[51:22] </w:t>
      </w:r>
      <w:r>
        <w:t>jo yeh shart lagate hain ke bhai tanqeed to theek hai, lekin tanqeed karo yani adab o lehaz</w:t>
      </w:r>
    </w:p>
    <w:p>
      <w:pPr>
        <w:jc w:val="right"/>
      </w:pPr>
      <w:r>
        <w:t>جو یہ شرط لگاتے ہیں کہ بھئی تنقید تو ٹھیک ہے، لیکن تنقید کرو یعنی ادب و لحاظ</w:t>
      </w:r>
    </w:p>
    <w:p>
      <w:r>
        <w:rPr>
          <w:b/>
        </w:rPr>
        <w:t xml:space="preserve">[51:30] </w:t>
      </w:r>
      <w:r>
        <w:t>ke sath, bilashuba yeh log insani nafasiyat ke bare mein be khabar hain.</w:t>
      </w:r>
    </w:p>
    <w:p>
      <w:pPr>
        <w:jc w:val="right"/>
      </w:pPr>
      <w:r>
        <w:t>کے ساتھ، بلاشبہ یہ لوگ انسانی نفسیات کے بارے میں بے خبر ہیں۔</w:t>
      </w:r>
    </w:p>
    <w:p>
      <w:r>
        <w:rPr>
          <w:b/>
        </w:rPr>
        <w:t xml:space="preserve">[51:35] </w:t>
      </w:r>
      <w:r>
        <w:t>jab kisi baat ko aap shiddat se mehsoos karen to teacher shareef mein aap fazl al shaikh ka lafz</w:t>
      </w:r>
    </w:p>
    <w:p>
      <w:pPr>
        <w:jc w:val="right"/>
      </w:pPr>
      <w:r>
        <w:t>جب کسی بات کو آپ شدت سے محسوس کریں تو ٹیچر شریف میں آپ فضل الشیخ کا لفظ</w:t>
      </w:r>
    </w:p>
    <w:p>
      <w:r>
        <w:rPr>
          <w:b/>
        </w:rPr>
        <w:t xml:space="preserve">[51:43] </w:t>
      </w:r>
      <w:r>
        <w:t>nahi dhoondhenge, jo aap ke munh mein aaye ga, bhar se bol denge.</w:t>
      </w:r>
    </w:p>
    <w:p>
      <w:pPr>
        <w:jc w:val="right"/>
      </w:pPr>
      <w:r>
        <w:t>نہیں ڈھونڈیں گے، جو آپ کے منہ میں آئے گا، بھر سے بول دیں گے۔</w:t>
      </w:r>
    </w:p>
    <w:p>
      <w:r>
        <w:rPr>
          <w:b/>
        </w:rPr>
        <w:t xml:space="preserve">[51:49] </w:t>
      </w:r>
      <w:r>
        <w:t>jaisa ke sahaba ki misalein bohat si hain.</w:t>
      </w:r>
    </w:p>
    <w:p>
      <w:pPr>
        <w:jc w:val="right"/>
      </w:pPr>
      <w:r>
        <w:t>جیسا کہ صحابہ کی مثالیں بہت سی ہیں۔</w:t>
      </w:r>
    </w:p>
    <w:p>
      <w:r>
        <w:rPr>
          <w:b/>
        </w:rPr>
        <w:t xml:space="preserve">[51:53] </w:t>
      </w:r>
      <w:r>
        <w:t>meri kitab hai, is ka naam "huryat-e-fikr" hai, is ko padh lijiye aap.</w:t>
      </w:r>
    </w:p>
    <w:p>
      <w:pPr>
        <w:jc w:val="right"/>
      </w:pPr>
      <w:r>
        <w:t>میری کتاب ہے، اس کا نام "حریت فکر" ہے، اس کو پڑھ لیجئے آپ۔</w:t>
      </w:r>
    </w:p>
    <w:p>
      <w:r>
        <w:rPr>
          <w:b/>
        </w:rPr>
        <w:t xml:space="preserve">[51:59] </w:t>
      </w:r>
      <w:r>
        <w:t>sahaba ke waqiat ke kis tarah sakht zubanein bolte the.</w:t>
      </w:r>
    </w:p>
    <w:p>
      <w:pPr>
        <w:jc w:val="right"/>
      </w:pPr>
      <w:r>
        <w:t>صحابہ کے واقعات کہ کس طرح سخت زبانیں بولتے تھے۔</w:t>
      </w:r>
    </w:p>
    <w:p>
      <w:r>
        <w:rPr>
          <w:b/>
        </w:rPr>
        <w:t xml:space="preserve">[52:03] </w:t>
      </w:r>
      <w:r>
        <w:t>wo agar yeh shart lagayein aap ke bhai be adab boli bolo, arey bhai yaani adab lihaz ke</w:t>
      </w:r>
    </w:p>
    <w:p>
      <w:pPr>
        <w:jc w:val="right"/>
      </w:pPr>
      <w:r>
        <w:t>وہ اگر یہ شرط لگائیں آپ کہ بھائی بے ادب بولی بولو، ارے بھئی یعنی ادب لحاظ کے</w:t>
      </w:r>
    </w:p>
    <w:p>
      <w:r>
        <w:rPr>
          <w:b/>
        </w:rPr>
        <w:t xml:space="preserve">[52:11] </w:t>
      </w:r>
      <w:r>
        <w:t>saath bolo to kya hoga? tanqeed khatm ho jayegi, aur tanqeed khatm hone ka maani kya hoga?</w:t>
      </w:r>
    </w:p>
    <w:p>
      <w:pPr>
        <w:jc w:val="right"/>
      </w:pPr>
      <w:r>
        <w:t>ساتھ بولو تو کیا ہوگا؟ تنقیدی ختم ہو جائے گی، اور تنقید ختم ہونے کا معنی کیا ہوگا؟</w:t>
      </w:r>
    </w:p>
    <w:p>
      <w:r>
        <w:rPr>
          <w:b/>
        </w:rPr>
        <w:t xml:space="preserve">[52:19] </w:t>
      </w:r>
      <w:r>
        <w:t>creativity khatm ho jayegi.</w:t>
      </w:r>
    </w:p>
    <w:p>
      <w:pPr>
        <w:jc w:val="right"/>
      </w:pPr>
      <w:r>
        <w:t>کریٹیوٹی ختم ہو جائے گی۔</w:t>
      </w:r>
    </w:p>
    <w:p>
      <w:r>
        <w:rPr>
          <w:b/>
        </w:rPr>
        <w:t xml:space="preserve">[52:21] </w:t>
      </w:r>
      <w:r>
        <w:t>to kya faida? aise aise aise group ka faida kya hai? teesri cheez dekhiye yeh hai ke aap</w:t>
      </w:r>
    </w:p>
    <w:p>
      <w:pPr>
        <w:jc w:val="right"/>
      </w:pPr>
      <w:r>
        <w:t>تو کیا فائدہ؟ ایسے ایسے ایسے گروپ کا فائدہ کیا ہے؟ تیسری چیز دیکھیے یہ ہے کہ آپ</w:t>
      </w:r>
    </w:p>
    <w:p>
      <w:r>
        <w:rPr>
          <w:b/>
        </w:rPr>
        <w:t xml:space="preserve">[52:28] </w:t>
      </w:r>
      <w:r>
        <w:t>excuse ko na lein, yaani uzr ko na lein.</w:t>
      </w:r>
    </w:p>
    <w:p>
      <w:pPr>
        <w:jc w:val="right"/>
      </w:pPr>
      <w:r>
        <w:t>ایکسکیوز کو نہ لیں، یعنی عذر کو نہ لیں۔</w:t>
      </w:r>
    </w:p>
    <w:p>
      <w:r>
        <w:rPr>
          <w:b/>
        </w:rPr>
        <w:t xml:space="preserve">[52:32] </w:t>
      </w:r>
      <w:r>
        <w:t>hamesha aisa hota hai, koi na koi sabab pesh aa jata hai.</w:t>
      </w:r>
    </w:p>
    <w:p>
      <w:pPr>
        <w:jc w:val="right"/>
      </w:pPr>
      <w:r>
        <w:t>ہمیشہ ایسا ہوتا ہے، کوئی نہ کوئی سبب پیش آ جاتا ہے۔</w:t>
      </w:r>
    </w:p>
    <w:p>
      <w:r>
        <w:rPr>
          <w:b/>
        </w:rPr>
        <w:t xml:space="preserve">[52:37] </w:t>
      </w:r>
      <w:r>
        <w:t>sabab is sabab ko le kar aadmi jhanda utha leta hai, koi sabab, koi uzr, koi excuse le</w:t>
      </w:r>
    </w:p>
    <w:p>
      <w:pPr>
        <w:jc w:val="right"/>
      </w:pPr>
      <w:r>
        <w:t>سبب اس سبب کو لے کر آدمی جھنڈا اٹھا لیتا ہے، کوئی سبب، کوئی عذر، کوئی ایکسکیوز لے</w:t>
      </w:r>
    </w:p>
    <w:p>
      <w:r>
        <w:rPr>
          <w:b/>
        </w:rPr>
        <w:t xml:space="preserve">[52:45] </w:t>
      </w:r>
      <w:r>
        <w:t>ke jhanda utha leta hai.</w:t>
      </w:r>
    </w:p>
    <w:p>
      <w:pPr>
        <w:jc w:val="right"/>
      </w:pPr>
      <w:r>
        <w:t>کے جھنڈا اٹھا لیتا ہے۔</w:t>
      </w:r>
    </w:p>
    <w:p>
      <w:r>
        <w:rPr>
          <w:b/>
        </w:rPr>
        <w:t xml:space="preserve">[52:47] </w:t>
      </w:r>
      <w:r>
        <w:t>hamesha yeh hota hai.</w:t>
      </w:r>
    </w:p>
    <w:p>
      <w:pPr>
        <w:jc w:val="right"/>
      </w:pPr>
      <w:r>
        <w:t>ہمیشہ یہ ہوتا ہے۔</w:t>
      </w:r>
    </w:p>
    <w:p>
      <w:r>
        <w:rPr>
          <w:b/>
        </w:rPr>
        <w:t xml:space="preserve">[52:49] </w:t>
      </w:r>
      <w:r>
        <w:t>to kisi excuse ko le kar aap jhanda na uthayein, alag na ho jayein, cut na jayein.</w:t>
      </w:r>
    </w:p>
    <w:p>
      <w:pPr>
        <w:jc w:val="right"/>
      </w:pPr>
      <w:r>
        <w:t>تو کسی ایکسکیوز کو لے کر آپ جھنڈا نہ اٹھائیں، علیحدہ نہ ہو جائیں، کٹ نہ جائیں۔</w:t>
      </w:r>
    </w:p>
    <w:p>
      <w:r>
        <w:rPr>
          <w:b/>
        </w:rPr>
        <w:t xml:space="preserve">[52:56] </w:t>
      </w:r>
      <w:r>
        <w:t>jaise ek waqia hai, rasool Allah salallahu alaihi wasallam ne ek martaba Abdul Aas ki rehnumai mein ek</w:t>
      </w:r>
    </w:p>
    <w:p>
      <w:pPr>
        <w:jc w:val="right"/>
      </w:pPr>
      <w:r>
        <w:t>جیسے ایک واقعہ ہے، رسول اللہ صلی اللہ علیہ وسلم نے ایک مرتبہ عبدالعاص کی رہنمائی میں ایک</w:t>
      </w:r>
    </w:p>
    <w:p>
      <w:r>
        <w:rPr>
          <w:b/>
        </w:rPr>
        <w:t xml:space="preserve">[53:04] </w:t>
      </w:r>
      <w:r>
        <w:t>dasta bheja kisi muhim par, to wo dasta chota tha.</w:t>
      </w:r>
    </w:p>
    <w:p>
      <w:pPr>
        <w:jc w:val="right"/>
      </w:pPr>
      <w:r>
        <w:t>دستہ بھیجا کسی مہم پر، تو وہ دستہ چھوٹا تھا۔</w:t>
      </w:r>
    </w:p>
    <w:p>
      <w:r>
        <w:rPr>
          <w:b/>
        </w:rPr>
        <w:t xml:space="preserve">[53:08] </w:t>
      </w:r>
      <w:r>
        <w:t>barwaqt jo log the, wo bhej diya.</w:t>
      </w:r>
    </w:p>
    <w:p>
      <w:pPr>
        <w:jc w:val="right"/>
      </w:pPr>
      <w:r>
        <w:t>بروقت جو لوگ تھے، وہ بھیج دیا۔</w:t>
      </w:r>
    </w:p>
    <w:p>
      <w:r>
        <w:rPr>
          <w:b/>
        </w:rPr>
        <w:t xml:space="preserve">[53:11] </w:t>
      </w:r>
      <w:r>
        <w:t>baad ko Abu Ubaidah bin Jarrah, jo doosre sahabi the, un se kuch aur ek dasta banaya rasool</w:t>
      </w:r>
    </w:p>
    <w:p>
      <w:pPr>
        <w:jc w:val="right"/>
      </w:pPr>
      <w:r>
        <w:t>بعد کو ابو عبیدہ ابن جراح، جو دوسرے صحابی تھے، ان سے کچھ اور ایک دستہ بنایا رسول</w:t>
      </w:r>
    </w:p>
    <w:p>
      <w:r>
        <w:rPr>
          <w:b/>
        </w:rPr>
        <w:t xml:space="preserve">[53:19] </w:t>
      </w:r>
      <w:r>
        <w:t>Allah ne aur un ki madad ke liye bhej diya.</w:t>
      </w:r>
    </w:p>
    <w:p>
      <w:pPr>
        <w:jc w:val="right"/>
      </w:pPr>
      <w:r>
        <w:t>اللہ نے اور ان کی مدد کے لیے بھیج دیا۔</w:t>
      </w:r>
    </w:p>
    <w:p>
      <w:r>
        <w:rPr>
          <w:b/>
        </w:rPr>
        <w:t xml:space="preserve">[53:23] </w:t>
      </w:r>
      <w:r>
        <w:t>aur ek hi naseehat ki, aap ne ek hi naseehat ki, wo yeh ke Abu Ubaidah Jarrah se</w:t>
      </w:r>
    </w:p>
    <w:p>
      <w:pPr>
        <w:jc w:val="right"/>
      </w:pPr>
      <w:r>
        <w:t>اور ایک ہی نصیحت کی، آپ نے ایک ہی نصیحت کی، وہ یہ کہ ابو عبیدہ جراح سے</w:t>
      </w:r>
    </w:p>
    <w:p>
      <w:r>
        <w:rPr>
          <w:b/>
        </w:rPr>
        <w:t xml:space="preserve">[53:31] </w:t>
      </w:r>
      <w:r>
        <w:t>ke jab tu pahunchna apne sahib ke paas, apne saathi ke paas to ab bilkul kaam karna, ikhtilaf</w:t>
      </w:r>
    </w:p>
    <w:p>
      <w:pPr>
        <w:jc w:val="right"/>
      </w:pPr>
      <w:r>
        <w:t>کہ جب تو پہنچنا اپنے صاحب کے پاس، اپنے ساتھی کے پاس تو اب بالکل کام کرنا، اختلاف</w:t>
      </w:r>
    </w:p>
    <w:p>
      <w:r>
        <w:rPr>
          <w:b/>
        </w:rPr>
        <w:t xml:space="preserve">[53:39] </w:t>
      </w:r>
      <w:r>
        <w:t>mat karna.</w:t>
      </w:r>
    </w:p>
    <w:p>
      <w:pPr>
        <w:jc w:val="right"/>
      </w:pPr>
      <w:r>
        <w:t>مت کرنا۔</w:t>
      </w:r>
    </w:p>
    <w:p>
      <w:r>
        <w:rPr>
          <w:b/>
        </w:rPr>
        <w:t xml:space="preserve">[53:40] </w:t>
      </w:r>
      <w:r>
        <w:t>fatata takhtalifa to yeh naseehat kar di ke tum jab pahuncho ge apne saathi ke paas, yaani Umar</w:t>
      </w:r>
    </w:p>
    <w:p>
      <w:pPr>
        <w:jc w:val="right"/>
      </w:pPr>
      <w:r>
        <w:t>فتطا تختلفا تو یہ نصیحت کر دی کہ تم جب پہنچو گے اپنے ساتھی کے پاس، یعنی عمر</w:t>
      </w:r>
    </w:p>
    <w:p>
      <w:r>
        <w:rPr>
          <w:b/>
        </w:rPr>
        <w:t xml:space="preserve">[53:48] </w:t>
      </w:r>
      <w:r>
        <w:t>bin Aas ke paas to bilkul kaam karna, wahan ikhtilaf mat karna.</w:t>
      </w:r>
    </w:p>
    <w:p>
      <w:pPr>
        <w:jc w:val="right"/>
      </w:pPr>
      <w:r>
        <w:t>بن عاص کے پاس تو بالکل کام کرنا، وہاں اختلاف مت کرنا۔</w:t>
      </w:r>
    </w:p>
    <w:p>
      <w:r>
        <w:rPr>
          <w:b/>
        </w:rPr>
        <w:t xml:space="preserve">[53:53] </w:t>
      </w:r>
      <w:r>
        <w:t>to hua kya? jab yeh chal kar pahunche wahan jahan Umar bin Aas apne daste ke saath the</w:t>
      </w:r>
    </w:p>
    <w:p>
      <w:pPr>
        <w:jc w:val="right"/>
      </w:pPr>
      <w:r>
        <w:t>تو ہوا کیا؟ جب یہ چل کر پہنچے وہاں جہاں عمر بن عاص اپنے دستے کے ساتھ تھے</w:t>
      </w:r>
    </w:p>
    <w:p>
      <w:r>
        <w:rPr>
          <w:b/>
        </w:rPr>
        <w:t xml:space="preserve">[54:01] </w:t>
      </w:r>
      <w:r>
        <w:t>to namaz ka waqt ho gaya.</w:t>
      </w:r>
    </w:p>
    <w:p>
      <w:pPr>
        <w:jc w:val="right"/>
      </w:pPr>
      <w:r>
        <w:t>تو نماز کا وقت ہو گیا۔</w:t>
      </w:r>
    </w:p>
    <w:p>
      <w:r>
        <w:rPr>
          <w:b/>
        </w:rPr>
        <w:t xml:space="preserve">[54:03] </w:t>
      </w:r>
      <w:r>
        <w:t>ab sawal yeh hai ke namaz kaun padhaye? aaj kal ki namaz to khali yani mamooli cheez hoti</w:t>
      </w:r>
    </w:p>
    <w:p>
      <w:pPr>
        <w:jc w:val="right"/>
      </w:pPr>
      <w:r>
        <w:t>اب سوال یہ ہے کہ نماز کون پڑھائے؟ آج کل کی نماز تو خالی یعنی معمولی چیز ہوتی</w:t>
      </w:r>
    </w:p>
    <w:p>
      <w:r>
        <w:rPr>
          <w:b/>
        </w:rPr>
        <w:t xml:space="preserve">[54:11] </w:t>
      </w:r>
      <w:r>
        <w:t>hai, lekin is zamane mein imamat karta tha, woh leader hota tha.</w:t>
      </w:r>
    </w:p>
    <w:p>
      <w:pPr>
        <w:jc w:val="right"/>
      </w:pPr>
      <w:r>
        <w:t>ہے، لیکن اس زمانے میں امامت کرتا تھا، وہ لیڈر ہوتا تھا۔</w:t>
      </w:r>
    </w:p>
    <w:p>
      <w:r>
        <w:rPr>
          <w:b/>
        </w:rPr>
        <w:t xml:space="preserve">[54:16] </w:t>
      </w:r>
      <w:r>
        <w:t>imamat ke mani hote the is zamane mein ke jo leader hai, woh imamat kare, jo qaid hai,</w:t>
      </w:r>
    </w:p>
    <w:p>
      <w:pPr>
        <w:jc w:val="right"/>
      </w:pPr>
      <w:r>
        <w:t>امامت کے معنی ہوتے تھے اس زمانے میں کہ جو لیڈر ہے، وہ امامت کرے، جو قائد ہے،</w:t>
      </w:r>
    </w:p>
    <w:p>
      <w:r>
        <w:rPr>
          <w:b/>
        </w:rPr>
        <w:t xml:space="preserve">[54:24] </w:t>
      </w:r>
      <w:r>
        <w:t>woh imamat kare.</w:t>
      </w:r>
    </w:p>
    <w:p>
      <w:pPr>
        <w:jc w:val="right"/>
      </w:pPr>
      <w:r>
        <w:t>وہ امامت کرے۔</w:t>
      </w:r>
    </w:p>
    <w:p>
      <w:r>
        <w:rPr>
          <w:b/>
        </w:rPr>
        <w:t xml:space="preserve">[54:25] </w:t>
      </w:r>
      <w:r>
        <w:t>to chunke abu ubaydah jo the, woh senior aadmi the, zyada umr thi unki, ab bhi wirasat</w:t>
      </w:r>
    </w:p>
    <w:p>
      <w:pPr>
        <w:jc w:val="right"/>
      </w:pPr>
      <w:r>
        <w:t>تو چونکہ ابو عبیدہ جو تھے، وہ سینئر آدمی تھے، زیادہ عمر تھی ان کی، اب بھی وراثت</w:t>
      </w:r>
    </w:p>
    <w:p>
      <w:r>
        <w:rPr>
          <w:b/>
        </w:rPr>
        <w:t xml:space="preserve">[54:33] </w:t>
      </w:r>
      <w:r>
        <w:t>junior the unke muqable mein.</w:t>
      </w:r>
    </w:p>
    <w:p>
      <w:pPr>
        <w:jc w:val="right"/>
      </w:pPr>
      <w:r>
        <w:t>جونیئر تھے ان کے مقابلے میں۔</w:t>
      </w:r>
    </w:p>
    <w:p>
      <w:r>
        <w:rPr>
          <w:b/>
        </w:rPr>
        <w:t xml:space="preserve">[54:36] </w:t>
      </w:r>
      <w:r>
        <w:t>to kai logon ke raaye mein koi senior aadmi maujood hai to wahi imamat kare.</w:t>
      </w:r>
    </w:p>
    <w:p>
      <w:pPr>
        <w:jc w:val="right"/>
      </w:pPr>
      <w:r>
        <w:t>تو کئی لوگوں کے رائے میں کوئی سینئر آدمی موجود ہے تو وہی امامت کرے۔</w:t>
      </w:r>
    </w:p>
    <w:p>
      <w:r>
        <w:rPr>
          <w:b/>
        </w:rPr>
        <w:t xml:space="preserve">[54:42] </w:t>
      </w:r>
      <w:r>
        <w:t>to abdul aasi ne kaha ke nahi, woh bheje gaye hain, aslan nahi, woh meri madad ke liye bheje</w:t>
      </w:r>
    </w:p>
    <w:p>
      <w:pPr>
        <w:jc w:val="right"/>
      </w:pPr>
      <w:r>
        <w:t>تو عبدالعاص نے کہا کہ نہیں، وہ بھیجے گئے ہیں، اصلاً نہیں، وہ میری مدد کے لیے بھیجے</w:t>
      </w:r>
    </w:p>
    <w:p>
      <w:r>
        <w:rPr>
          <w:b/>
        </w:rPr>
        <w:t xml:space="preserve">[54:50] </w:t>
      </w:r>
      <w:r>
        <w:t>gaye hain.</w:t>
      </w:r>
    </w:p>
    <w:p>
      <w:pPr>
        <w:jc w:val="right"/>
      </w:pPr>
      <w:r>
        <w:t>گئے ہیں۔</w:t>
      </w:r>
    </w:p>
    <w:p>
      <w:r>
        <w:rPr>
          <w:b/>
        </w:rPr>
        <w:t xml:space="preserve">[54:51] </w:t>
      </w:r>
      <w:r>
        <w:t>aslan to main bheja gaya hoon, aslan to ab main bheja gaya hoon is muhim par, yeh to</w:t>
      </w:r>
    </w:p>
    <w:p>
      <w:pPr>
        <w:jc w:val="right"/>
      </w:pPr>
      <w:r>
        <w:t>اصلاً تو میں بھیجا گیا ہوں، اصلاً تو اب میں بھیجا گیا ہوں اس مہم پر، یہ تو</w:t>
      </w:r>
    </w:p>
    <w:p>
      <w:r>
        <w:rPr>
          <w:b/>
        </w:rPr>
        <w:t xml:space="preserve">[54:59] </w:t>
      </w:r>
      <w:r>
        <w:t>meri madad ke liye aaye hain.</w:t>
      </w:r>
    </w:p>
    <w:p>
      <w:pPr>
        <w:jc w:val="right"/>
      </w:pPr>
      <w:r>
        <w:t>میری مدد کے لیے آئے ہیں۔</w:t>
      </w:r>
    </w:p>
    <w:p>
      <w:r>
        <w:rPr>
          <w:b/>
        </w:rPr>
        <w:t xml:space="preserve">[55:02] </w:t>
      </w:r>
      <w:r>
        <w:t>to unhein meri meri matahati karna chahiye.</w:t>
      </w:r>
    </w:p>
    <w:p>
      <w:pPr>
        <w:jc w:val="right"/>
      </w:pPr>
      <w:r>
        <w:t>تو انہیں میری میری ماتحتی کرنا چاہیے۔</w:t>
      </w:r>
    </w:p>
    <w:p>
      <w:r>
        <w:rPr>
          <w:b/>
        </w:rPr>
        <w:t xml:space="preserve">[55:05] </w:t>
      </w:r>
      <w:r>
        <w:t>yeh nizaa qaim ho gayi.</w:t>
      </w:r>
    </w:p>
    <w:p>
      <w:pPr>
        <w:jc w:val="right"/>
      </w:pPr>
      <w:r>
        <w:t>یہ نزاع قائم ہو گئی۔</w:t>
      </w:r>
    </w:p>
    <w:p>
      <w:r>
        <w:rPr>
          <w:b/>
        </w:rPr>
        <w:t xml:space="preserve">[55:07] </w:t>
      </w:r>
      <w:r>
        <w:t>kuch log yeh keh rahe hain, kuch log woh keh rahe hain.</w:t>
      </w:r>
    </w:p>
    <w:p>
      <w:pPr>
        <w:jc w:val="right"/>
      </w:pPr>
      <w:r>
        <w:t>کچھ لوگ یہ کہہ رہے ہیں، کچھ لوگ وہ کہہ رہے ہیں۔</w:t>
      </w:r>
    </w:p>
    <w:p>
      <w:r>
        <w:rPr>
          <w:b/>
        </w:rPr>
        <w:t xml:space="preserve">[55:12] </w:t>
      </w:r>
      <w:r>
        <w:t>to abu ubaydah ibn jarrah jo the, jo senior the, unhone ab baat keh kar khatm kar</w:t>
      </w:r>
    </w:p>
    <w:p>
      <w:pPr>
        <w:jc w:val="right"/>
      </w:pPr>
      <w:r>
        <w:t>تو ابو عبیدہ ابن جراح جو تھے، جو سینئر تھے، انہوں نے اب بات کہہ کر ختم کر</w:t>
      </w:r>
    </w:p>
    <w:p>
      <w:r>
        <w:rPr>
          <w:b/>
        </w:rPr>
        <w:t xml:space="preserve">[55:20] </w:t>
      </w:r>
      <w:r>
        <w:t>di ke rasool Allah ne mujhe aisa kaha tha ke mil jul ke kaam karo, ikhtilaf mat karna.</w:t>
      </w:r>
    </w:p>
    <w:p>
      <w:pPr>
        <w:jc w:val="right"/>
      </w:pPr>
      <w:r>
        <w:t>دی کہ رسول اللہ نے مجھے ایسا کہا تھا کہ مل جل کے کام کرو، اختلاف مت کرنا۔</w:t>
      </w:r>
    </w:p>
    <w:p>
      <w:r>
        <w:rPr>
          <w:b/>
        </w:rPr>
        <w:t xml:space="preserve">[55:27] </w:t>
      </w:r>
      <w:r>
        <w:t>to unhone keh diya ke ke wallah in la yani senior aadmi ne junior se keh diya</w:t>
      </w:r>
    </w:p>
    <w:p>
      <w:pPr>
        <w:jc w:val="right"/>
      </w:pPr>
      <w:r>
        <w:t>تو انہوں نے کہہ دیا کہ کہ واللہ ان لا یعنی سینئر آدمی نے جونیئر سے کہہ دیا</w:t>
      </w:r>
    </w:p>
    <w:p>
      <w:r>
        <w:rPr>
          <w:b/>
        </w:rPr>
        <w:t xml:space="preserve">[55:35] </w:t>
      </w:r>
      <w:r>
        <w:t>wallah in la khuda ki qasam, tum meri baat na maano, tab bhi main tumhari baat manunga.</w:t>
      </w:r>
    </w:p>
    <w:p>
      <w:pPr>
        <w:jc w:val="right"/>
      </w:pPr>
      <w:r>
        <w:t>واللہ ان لا خدا کی قسم، تم میری بات نہ مانو، تب بھی میں تمہاری بات مانوں گا۔</w:t>
      </w:r>
    </w:p>
    <w:p>
      <w:r>
        <w:rPr>
          <w:b/>
        </w:rPr>
        <w:t xml:space="preserve">[55:43] </w:t>
      </w:r>
      <w:r>
        <w:t>kaisi ajeeb baat thi yani senior aadmi keh raha hai junior se ke khuda ki qasam, agar tum</w:t>
      </w:r>
    </w:p>
    <w:p>
      <w:pPr>
        <w:jc w:val="right"/>
      </w:pPr>
      <w:r>
        <w:t>کیسی عجیب بات تھی یعنی سینئر آدمی کہہ رہا ہے جونیئر سے کہ خدا کی قسم، اگر تم</w:t>
      </w:r>
    </w:p>
    <w:p>
      <w:r>
        <w:rPr>
          <w:b/>
        </w:rPr>
        <w:t xml:space="preserve">[55:51] </w:t>
      </w:r>
      <w:r>
        <w:t>meri baat na maano, tab bhi main tumhari baat manunga.</w:t>
      </w:r>
    </w:p>
    <w:p>
      <w:pPr>
        <w:jc w:val="right"/>
      </w:pPr>
      <w:r>
        <w:t>میری بات نہ مانو، تب بھی میں تمہاری بات مانوں گا۔</w:t>
      </w:r>
    </w:p>
    <w:p>
      <w:r>
        <w:rPr>
          <w:b/>
        </w:rPr>
        <w:t xml:space="preserve">[55:55] </w:t>
      </w:r>
      <w:r>
        <w:t>to woh jhagda khatm ho gaya.</w:t>
      </w:r>
    </w:p>
    <w:p>
      <w:pPr>
        <w:jc w:val="right"/>
      </w:pPr>
      <w:r>
        <w:t>تو وہ جھگڑا ختم ہو گیا۔</w:t>
      </w:r>
    </w:p>
    <w:p>
      <w:r>
        <w:rPr>
          <w:b/>
        </w:rPr>
        <w:t xml:space="preserve">[55:58] </w:t>
      </w:r>
      <w:r>
        <w:t>yeh hai uzr ko uzr na banana, uzr ko uzr na banana.</w:t>
      </w:r>
    </w:p>
    <w:p>
      <w:pPr>
        <w:jc w:val="right"/>
      </w:pPr>
      <w:r>
        <w:t>یہ ہے عذر کو عذر نہ بنانا، عذر کو عذر نہ بنانا۔</w:t>
      </w:r>
    </w:p>
    <w:p>
      <w:r>
        <w:rPr>
          <w:b/>
        </w:rPr>
        <w:t xml:space="preserve">[56:03] </w:t>
      </w:r>
      <w:r>
        <w:t>to dekhen, jab bhi koi jamaat hoti hai, koi team hoti hai, insano ka koi giroh hota hai</w:t>
      </w:r>
    </w:p>
    <w:p>
      <w:pPr>
        <w:jc w:val="right"/>
      </w:pPr>
      <w:r>
        <w:t>تو دیکھیں، جب بھی کوئی جماعت ہوتی ہے، کوئی ٹیم ہوتی ہے، انسانوں کا کوئی گروہ ہوتا ہے</w:t>
      </w:r>
    </w:p>
    <w:p>
      <w:r>
        <w:rPr>
          <w:b/>
        </w:rPr>
        <w:t xml:space="preserve">[56:11] </w:t>
      </w:r>
      <w:r>
        <w:t>to lazman wahan par differences aayenge, lazman ikhtilafat aayenge.</w:t>
      </w:r>
    </w:p>
    <w:p>
      <w:pPr>
        <w:jc w:val="right"/>
      </w:pPr>
      <w:r>
        <w:t>تو لازماً وہاں پر ڈیفرنسز آئیں گے، لازماً اختلافات آئیں گے۔</w:t>
      </w:r>
    </w:p>
    <w:p>
      <w:r>
        <w:rPr>
          <w:b/>
        </w:rPr>
        <w:t xml:space="preserve">[56:15] </w:t>
      </w:r>
      <w:r>
        <w:t>yeh hona hi hona hai.</w:t>
      </w:r>
    </w:p>
    <w:p>
      <w:pPr>
        <w:jc w:val="right"/>
      </w:pPr>
      <w:r>
        <w:t>یہ ہونا ہی ہونا ہے۔</w:t>
      </w:r>
    </w:p>
    <w:p>
      <w:r>
        <w:rPr>
          <w:b/>
        </w:rPr>
        <w:t xml:space="preserve">[56:18] </w:t>
      </w:r>
      <w:r>
        <w:t>تو اسی کو میں کہہ رہا ہوں، excuse create ہوتا ہے تو لوگ اس excuse لے کر کے</w:t>
      </w:r>
    </w:p>
    <w:p>
      <w:pPr>
        <w:jc w:val="right"/>
      </w:pPr>
      <w:r>
        <w:t>تو اسی کو میں کہہ رہا ہوں، ایکسکیوز کریٹ ہوتا ہے تو لوگ اس ایکسکیوز لے کر کے</w:t>
      </w:r>
    </w:p>
    <w:p>
      <w:r>
        <w:rPr>
          <w:b/>
        </w:rPr>
        <w:t xml:space="preserve">[56:25] </w:t>
      </w:r>
      <w:r>
        <w:t>kat jatay hain, alag ho jatay hain, jhanda uthatay hain.</w:t>
      </w:r>
    </w:p>
    <w:p>
      <w:pPr>
        <w:jc w:val="right"/>
      </w:pPr>
      <w:r>
        <w:t>کٹ جاتے ہیں، الگ ہو جاتے ہیں، جھنڈا اٹھاتے ہیں۔</w:t>
      </w:r>
    </w:p>
    <w:p>
      <w:r>
        <w:rPr>
          <w:b/>
        </w:rPr>
        <w:t xml:space="preserve">[56:30] </w:t>
      </w:r>
      <w:r>
        <w:t>تو میں نے ایک فارمولا بنایا ہے کہ if you have a good excuse, don't use it یعنی</w:t>
      </w:r>
    </w:p>
    <w:p>
      <w:pPr>
        <w:jc w:val="right"/>
      </w:pPr>
      <w:r>
        <w:t>تو میں نے ایک فارمولا بنایا ہے کہ اف یو ہیو ا گڈ ایکسکیوز، ڈونٹ یوز اٹ یعنی</w:t>
      </w:r>
    </w:p>
    <w:p>
      <w:r>
        <w:rPr>
          <w:b/>
        </w:rPr>
        <w:t xml:space="preserve">[56:37] </w:t>
      </w:r>
      <w:r>
        <w:t>tumharay pas bohat acha uzr hai, tab bhi is ko istemal na karo.</w:t>
      </w:r>
    </w:p>
    <w:p>
      <w:pPr>
        <w:jc w:val="right"/>
      </w:pPr>
      <w:r>
        <w:t>تمہارے پاس بہت اچھا عذر ہے، تب بھی اس کو استعمال نہ کرو۔</w:t>
      </w:r>
    </w:p>
    <w:p>
      <w:r>
        <w:rPr>
          <w:b/>
        </w:rPr>
        <w:t xml:space="preserve">[56:43] </w:t>
      </w:r>
      <w:r>
        <w:t>yeh hai team ki shart.</w:t>
      </w:r>
    </w:p>
    <w:p>
      <w:pPr>
        <w:jc w:val="right"/>
      </w:pPr>
      <w:r>
        <w:t>یہ ہے ٹیم کی شرط۔</w:t>
      </w:r>
    </w:p>
    <w:p>
      <w:r>
        <w:rPr>
          <w:b/>
        </w:rPr>
        <w:t xml:space="preserve">[56:45] </w:t>
      </w:r>
      <w:r>
        <w:t>tumharay pas bohat acha uzr hai, tab bhi is ka jis tarah abu ubayda, abu ubayda ke pas</w:t>
      </w:r>
    </w:p>
    <w:p>
      <w:pPr>
        <w:jc w:val="right"/>
      </w:pPr>
      <w:r>
        <w:t>تمہارے پاس بہت اچھا عذر ہے، تب بھی اس کا جس طرح ابو عبیدہ، ابو عبیدہ کے پاس</w:t>
      </w:r>
    </w:p>
    <w:p>
      <w:r>
        <w:rPr>
          <w:b/>
        </w:rPr>
        <w:t xml:space="preserve">[56:53] </w:t>
      </w:r>
      <w:r>
        <w:t>uzr mojood tha ke woh senior hain, is bohat se sahaba un ke sath ho gaye thay to</w:t>
      </w:r>
    </w:p>
    <w:p>
      <w:pPr>
        <w:jc w:val="right"/>
      </w:pPr>
      <w:r>
        <w:t>عذر موجود تھا کہ وہ سینئر ہیں، اس بہت سے صحابہ ان کے ساتھ ہو گئے تھے تو</w:t>
      </w:r>
    </w:p>
    <w:p>
      <w:r>
        <w:rPr>
          <w:b/>
        </w:rPr>
        <w:t xml:space="preserve">[57:00] </w:t>
      </w:r>
      <w:r>
        <w:t>un ke pas uzr tha ke mein senior hoon to maaqool baat hai ke mujhe imamat karna chahiye.</w:t>
      </w:r>
    </w:p>
    <w:p>
      <w:pPr>
        <w:jc w:val="right"/>
      </w:pPr>
      <w:r>
        <w:t>ان کے پاس عذر تھا کہ میں سینئر ہوں تو معقول بات ہے کہ مجھے امامت کرنا چاہیے۔</w:t>
      </w:r>
    </w:p>
    <w:p>
      <w:r>
        <w:rPr>
          <w:b/>
        </w:rPr>
        <w:t xml:space="preserve">[57:08] </w:t>
      </w:r>
      <w:r>
        <w:t>tab bhi unhon ne apne uzr ko istemal nahi kiya aur peechay kharay ho kar namaz parhi.</w:t>
      </w:r>
    </w:p>
    <w:p>
      <w:pPr>
        <w:jc w:val="right"/>
      </w:pPr>
      <w:r>
        <w:t>تب بھی انہوں نے اپنے عذر کو استعمال نہیں کیا اور پیچھے کھڑے ہو کر نماز پڑھی۔</w:t>
      </w:r>
    </w:p>
    <w:p>
      <w:r>
        <w:rPr>
          <w:b/>
        </w:rPr>
        <w:t xml:space="preserve">[57:15] </w:t>
      </w:r>
      <w:r>
        <w:t>unhon ne imamat ke maqam par khara kar diya abdunnas ko aur khud peechay kharay ho gaye.</w:t>
      </w:r>
    </w:p>
    <w:p>
      <w:pPr>
        <w:jc w:val="right"/>
      </w:pPr>
      <w:r>
        <w:t>انہوں نے امامت کے مقام پر کھڑا کر دیا عبدالناس کو اور خود پیچھے کھڑے ہو گئے۔</w:t>
      </w:r>
    </w:p>
    <w:p>
      <w:r>
        <w:rPr>
          <w:b/>
        </w:rPr>
        <w:t xml:space="preserve">[57:23] </w:t>
      </w:r>
      <w:r>
        <w:t>یہی ہے If a good excuse, don't use it.</w:t>
      </w:r>
    </w:p>
    <w:p>
      <w:pPr>
        <w:jc w:val="right"/>
      </w:pPr>
      <w:r>
        <w:t>یہی ہے اف ا گڈ ایکسکیوز، ڈونٹ یوز اٹ۔</w:t>
      </w:r>
    </w:p>
    <w:p>
      <w:r>
        <w:rPr>
          <w:b/>
        </w:rPr>
        <w:t xml:space="preserve">[57:27] </w:t>
      </w:r>
      <w:r>
        <w:t>yahi hai.</w:t>
      </w:r>
    </w:p>
    <w:p>
      <w:pPr>
        <w:jc w:val="right"/>
      </w:pPr>
      <w:r>
        <w:t>یہی ہے۔</w:t>
      </w:r>
    </w:p>
    <w:p>
      <w:r>
        <w:rPr>
          <w:b/>
        </w:rPr>
        <w:t xml:space="preserve">[57:28] </w:t>
      </w:r>
      <w:r>
        <w:t>to mein ne teen batain arz keen.</w:t>
      </w:r>
    </w:p>
    <w:p>
      <w:pPr>
        <w:jc w:val="right"/>
      </w:pPr>
      <w:r>
        <w:t>تو میں نے تین باتیں عرض کیں۔</w:t>
      </w:r>
    </w:p>
    <w:p>
      <w:r>
        <w:rPr>
          <w:b/>
        </w:rPr>
        <w:t xml:space="preserve">[57:31] </w:t>
      </w:r>
      <w:r>
        <w:t>agar aap ko Allah ka mehboob banda banna hai, yaad rakhiye qayamat mein awaz lagai jaye gi kon</w:t>
      </w:r>
    </w:p>
    <w:p>
      <w:pPr>
        <w:jc w:val="right"/>
      </w:pPr>
      <w:r>
        <w:t>اگر آپ کو اللہ کا محبوب بندہ بننا ہے، یاد رکھیے قیامت میں آواز لگائی جائے گی کون</w:t>
      </w:r>
    </w:p>
    <w:p>
      <w:r>
        <w:rPr>
          <w:b/>
        </w:rPr>
        <w:t xml:space="preserve">[57:39] </w:t>
      </w:r>
      <w:r>
        <w:t>hain woh log jo Allah ke mehboob banday hain, aain idhar, un ke liye jannat ke darwazay khulay</w:t>
      </w:r>
    </w:p>
    <w:p>
      <w:pPr>
        <w:jc w:val="right"/>
      </w:pPr>
      <w:r>
        <w:t>ہیں وہ لوگ جو اللہ کے محبوب بندے ہیں، ائیں ادھر، ان کے لیے جنت کے دروازے کھلے</w:t>
      </w:r>
    </w:p>
    <w:p>
      <w:r>
        <w:rPr>
          <w:b/>
        </w:rPr>
        <w:t xml:space="preserve">[57:46] </w:t>
      </w:r>
      <w:r>
        <w:t>jayein ge sab se pehlay.</w:t>
      </w:r>
    </w:p>
    <w:p>
      <w:pPr>
        <w:jc w:val="right"/>
      </w:pPr>
      <w:r>
        <w:t>جائیں گے سب سے پہلے۔</w:t>
      </w:r>
    </w:p>
    <w:p>
      <w:r>
        <w:rPr>
          <w:b/>
        </w:rPr>
        <w:t xml:space="preserve">[57:49] </w:t>
      </w:r>
      <w:r>
        <w:t>to agar aap ko yeh tamanna ho ke mujhe pukara jaye ke dekho woh is ko bulao, woh</w:t>
      </w:r>
    </w:p>
    <w:p>
      <w:pPr>
        <w:jc w:val="right"/>
      </w:pPr>
      <w:r>
        <w:t>تو اگر آپ کو یہ تمنا ہو کہ مجھے پکارا جائے کہ دیکھو وہ اس کو بلاؤ، وہ</w:t>
      </w:r>
    </w:p>
    <w:p>
      <w:r>
        <w:rPr>
          <w:b/>
        </w:rPr>
        <w:t xml:space="preserve">[57:56] </w:t>
      </w:r>
      <w:r>
        <w:t>اس کو بلاؤ، اس کو بلاؤ تو then you have to fulfill the condition.</w:t>
      </w:r>
    </w:p>
    <w:p>
      <w:pPr>
        <w:jc w:val="right"/>
      </w:pPr>
      <w:r>
        <w:t>اس کو بلاؤ، اس کو بلاؤ تو دین یو ہیو ٹو فلفل دا کنڈیشن۔</w:t>
      </w:r>
    </w:p>
    <w:p>
      <w:r>
        <w:rPr>
          <w:b/>
        </w:rPr>
        <w:t xml:space="preserve">[58:02] </w:t>
      </w:r>
      <w:r>
        <w:t>is condition poori karni paray gi.</w:t>
      </w:r>
    </w:p>
    <w:p>
      <w:pPr>
        <w:jc w:val="right"/>
      </w:pPr>
      <w:r>
        <w:t>اس کنڈیشن پوری کرنی پڑے گی۔</w:t>
      </w:r>
    </w:p>
    <w:p>
      <w:r>
        <w:rPr>
          <w:b/>
        </w:rPr>
        <w:t xml:space="preserve">[58:05] </w:t>
      </w:r>
      <w:r>
        <w:t>woh condition kya hai ke aap banyan masool ban jayein aur is tareeqay se kaise banenge? banyan</w:t>
      </w:r>
    </w:p>
    <w:p>
      <w:pPr>
        <w:jc w:val="right"/>
      </w:pPr>
      <w:r>
        <w:t>وہ کنڈیشن کیا ہے کہ آپ بنیان مرسول بن جائیں اور اس طریقے سے کیسے بنیں گے؟ بنیان</w:t>
      </w:r>
    </w:p>
    <w:p>
      <w:r>
        <w:rPr>
          <w:b/>
        </w:rPr>
        <w:t xml:space="preserve">[58:13] </w:t>
      </w:r>
      <w:r>
        <w:t>masool aik pathar to banyan masool aise hi ban jatay hain jab jahan rakh diya, wahin rakh diya.</w:t>
      </w:r>
    </w:p>
    <w:p>
      <w:pPr>
        <w:jc w:val="right"/>
      </w:pPr>
      <w:r>
        <w:t>مرسول ایک پتھر تو بنیان مرسول ایسے ہی بن جاتے ہیں جب جہاں رکھ دیا، وہیں رکھ دیا۔</w:t>
      </w:r>
    </w:p>
    <w:p>
      <w:r>
        <w:rPr>
          <w:b/>
        </w:rPr>
        <w:t xml:space="preserve">[58:20] </w:t>
      </w:r>
      <w:r>
        <w:t>inhain reevot nahi karein ge, woh kahin bhagein ge nahi.</w:t>
      </w:r>
    </w:p>
    <w:p>
      <w:pPr>
        <w:jc w:val="right"/>
      </w:pPr>
      <w:r>
        <w:t>انہیں ریووٹ نہیں کریں گے، وہ کہیں بھاگیں گے نہیں۔</w:t>
      </w:r>
    </w:p>
    <w:p>
      <w:r>
        <w:rPr>
          <w:b/>
        </w:rPr>
        <w:t xml:space="preserve">[58:25] </w:t>
      </w:r>
      <w:r>
        <w:t>insan ko banyan masool banne ke liye kuch shartain poori karni parti hain.</w:t>
      </w:r>
    </w:p>
    <w:p>
      <w:pPr>
        <w:jc w:val="right"/>
      </w:pPr>
      <w:r>
        <w:t>انسان کو بنیان مرسول بننے کے لیے کچھ شرطیں پوری کرنی پڑتی ہیں۔</w:t>
      </w:r>
    </w:p>
    <w:p>
      <w:r>
        <w:rPr>
          <w:b/>
        </w:rPr>
        <w:t xml:space="preserve">[58:30] </w:t>
      </w:r>
      <w:r>
        <w:t>to mein ne teen shartain arz keen.</w:t>
      </w:r>
    </w:p>
    <w:p>
      <w:pPr>
        <w:jc w:val="right"/>
      </w:pPr>
      <w:r>
        <w:t>تو میں نے تین شرطیں عرض کیں۔</w:t>
      </w:r>
    </w:p>
    <w:p>
      <w:r>
        <w:rPr>
          <w:b/>
        </w:rPr>
        <w:t xml:space="preserve">[58:33] </w:t>
      </w:r>
      <w:r>
        <w:t>aik yeh hai ke aap ko mission se emotional taluq ho jaye.</w:t>
      </w:r>
    </w:p>
    <w:p>
      <w:pPr>
        <w:jc w:val="right"/>
      </w:pPr>
      <w:r>
        <w:t>ایک یہ ہے کہ آپ کو مشن سے ایموشنل تعلق ہو جائے۔</w:t>
      </w:r>
    </w:p>
    <w:p>
      <w:r>
        <w:rPr>
          <w:b/>
        </w:rPr>
        <w:t xml:space="preserve">[58:38] </w:t>
      </w:r>
      <w:r>
        <w:t>aap ko formula yeh ho ke mein mein to kisi excuse ko mujhe istemal nahi karna hai, mujhe</w:t>
      </w:r>
    </w:p>
    <w:p>
      <w:pPr>
        <w:jc w:val="right"/>
      </w:pPr>
      <w:r>
        <w:t>آپ کو فارمولا یہ ہو کہ میں میں تو کسی ایکسکیوز کو مجھے استعمال نہیں کرنا ہے، مجھے</w:t>
      </w:r>
    </w:p>
    <w:p>
      <w:r>
        <w:rPr>
          <w:b/>
        </w:rPr>
        <w:t xml:space="preserve">[58:46] </w:t>
      </w:r>
      <w:r>
        <w:t>to juray rehna hai.</w:t>
      </w:r>
    </w:p>
    <w:p>
      <w:pPr>
        <w:jc w:val="right"/>
      </w:pPr>
      <w:r>
        <w:t>تو جڑے رہنا ہے۔</w:t>
      </w:r>
    </w:p>
    <w:p>
      <w:r>
        <w:rPr>
          <w:b/>
        </w:rPr>
        <w:t xml:space="preserve">[58:48] </w:t>
      </w:r>
      <w:r>
        <w:t>yeh teen shartain aap ko poora karna hai, tab ja kar aap Allah ke mehboob banday banenge</w:t>
      </w:r>
    </w:p>
    <w:p>
      <w:pPr>
        <w:jc w:val="right"/>
      </w:pPr>
      <w:r>
        <w:t>یہ تین شرطیں آپ کو پورا کرنا ہے، تب جا کر آپ اللہ کے محبوب بندے بنیں گے</w:t>
      </w:r>
    </w:p>
    <w:p>
      <w:r>
        <w:rPr>
          <w:b/>
        </w:rPr>
        <w:t xml:space="preserve">[58:55] </w:t>
      </w:r>
      <w:r>
        <w:t>aur tab ja kar aap ko jannat ka aala tabqat mein jagah mile gi.</w:t>
      </w:r>
    </w:p>
    <w:p>
      <w:pPr>
        <w:jc w:val="right"/>
      </w:pPr>
      <w:r>
        <w:t>اور تب جا کر آپ کو جنت کا اعلیٰ طبقات میں جگہ ملے گی۔</w:t>
      </w:r>
    </w:p>
    <w:p>
      <w:r>
        <w:rPr>
          <w:b/>
        </w:rPr>
        <w:t xml:space="preserve">[59:01] </w:t>
      </w:r>
      <w:r>
        <w:t>to meri dua hai ke Allah taala mujh ko aur aap ko is ke liye qabool farmaye ke</w:t>
      </w:r>
    </w:p>
    <w:p>
      <w:pPr>
        <w:jc w:val="right"/>
      </w:pPr>
      <w:r>
        <w:t>تو میری دعا ہے کہ اللہ تعالیٰ مجھ کو اور آپ کو اس کے لیے قبول فرمائے کہ</w:t>
      </w:r>
    </w:p>
    <w:p>
      <w:r>
        <w:rPr>
          <w:b/>
        </w:rPr>
        <w:t xml:space="preserve">[59:09] </w:t>
      </w:r>
      <w:r>
        <w:t>hum bunyan marsoos wali team banen aur Allah ke mission ko poora karen.</w:t>
      </w:r>
    </w:p>
    <w:p>
      <w:pPr>
        <w:jc w:val="right"/>
      </w:pPr>
      <w:r>
        <w:t>ہم بنیان مرسوس والی ٹیم بنیں اور اللہ کے مشن کو پورا کریں۔</w:t>
      </w:r>
    </w:p>
    <w:p>
      <w:r>
        <w:rPr>
          <w:b/>
        </w:rPr>
        <w:t xml:space="preserve">[59:15] </w:t>
      </w:r>
      <w:r>
        <w:t>jo mawaqe Allah ne khole hain dawat Allah ke liye, is mein hamein Allah istemal farmaye taake is</w:t>
      </w:r>
    </w:p>
    <w:p>
      <w:pPr>
        <w:jc w:val="right"/>
      </w:pPr>
      <w:r>
        <w:t>جو مواقع اللہ نے کھولے ہیں دعوت اللہ کے لیے، اس میں ہمیں اللہ استعمال فرمائے تاکہ اس</w:t>
      </w:r>
    </w:p>
    <w:p>
      <w:r>
        <w:rPr>
          <w:b/>
        </w:rPr>
        <w:t xml:space="preserve">[59:22] </w:t>
      </w:r>
      <w:r>
        <w:t>par jo inaam hai, woh hamein hasil ho.</w:t>
      </w:r>
    </w:p>
    <w:p>
      <w:pPr>
        <w:jc w:val="right"/>
      </w:pPr>
      <w:r>
        <w:t>پر جو انعام ہے، وہ ہمیں حاصل ہو۔</w:t>
      </w:r>
    </w:p>
    <w:p>
      <w:r>
        <w:rPr>
          <w:b/>
        </w:rPr>
        <w:t xml:space="preserve">[59:26] </w:t>
      </w:r>
      <w:r>
        <w:t>yeh meri dua hai apne liye aur aap ke liye: rabana taqabbal minna innaka ant as-samee ul-aleem wa tub</w:t>
      </w:r>
    </w:p>
    <w:p>
      <w:pPr>
        <w:jc w:val="right"/>
      </w:pPr>
      <w:r>
        <w:t>یہ میری دعا ہے اپنے لیے اور آپ کے لیے: ربنا تقبل منا انک انت السمیع العلیم وطب</w:t>
      </w:r>
    </w:p>
    <w:p>
      <w:r>
        <w:rPr>
          <w:b/>
        </w:rPr>
        <w:t xml:space="preserve">[59:34] </w:t>
      </w:r>
      <w:r>
        <w:t>alaina innaka ant at-tawwab ur-raheem wa sallallahu taala ala khair khalqihi Muhammadin wa aalihi wa ashabihi ajmaeen bi rahmatika ya rahman</w:t>
      </w:r>
    </w:p>
    <w:p>
      <w:pPr>
        <w:jc w:val="right"/>
      </w:pPr>
      <w:r>
        <w:t>علینا انک انت التواب الرحیم وصلی اللہ تعالی علی خیر خلقہ محمد والہ واصحابہ اجمعین برحمتک یا رحمن</w:t>
      </w:r>
    </w:p>
    <w:p>
      <w:r>
        <w:rPr>
          <w:b/>
        </w:rPr>
        <w:t xml:space="preserve">[59:41] </w:t>
      </w:r>
      <w:r>
        <w:t>ur-raheem.</w:t>
      </w:r>
    </w:p>
    <w:p>
      <w:pPr>
        <w:jc w:val="right"/>
      </w:pPr>
      <w:r>
        <w:t>الرحیم۔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