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Experience Sharing November 29, 2013</w:t>
      </w:r>
    </w:p>
    <w:p>
      <w:r>
        <w:t>https://www.youtube.com/watch?v=odyHICCrXLQ</w:t>
      </w:r>
    </w:p>
    <w:p>
      <w:r>
        <w:rPr>
          <w:b/>
        </w:rPr>
        <w:t xml:space="preserve">[00:14] </w:t>
      </w:r>
      <w:r>
        <w:t>Ah, humein request kar raha hoon Maulana Yaqoob sahib aayen aur, ah, experience share karen.</w:t>
      </w:r>
    </w:p>
    <w:p>
      <w:pPr>
        <w:jc w:val="right"/>
      </w:pPr>
      <w:r>
        <w:t>اہ، ہمیں ریکویسٹ کر رہا ہوں مولانا یعقوب صاحب آئیں اور، اہ، ایکسپیرینس شیئر کریں۔</w:t>
      </w:r>
    </w:p>
    <w:p>
      <w:r>
        <w:rPr>
          <w:b/>
        </w:rPr>
        <w:t xml:space="preserve">[00:23] </w:t>
      </w:r>
      <w:r>
        <w:t>Assalam o Alaikum wa Rahmatullahi wa Barakatuh.</w:t>
      </w:r>
    </w:p>
    <w:p>
      <w:pPr>
        <w:jc w:val="right"/>
      </w:pPr>
      <w:r>
        <w:t>السلام علیکم ورحمۃ اللہ وبرکاتہ۔</w:t>
      </w:r>
    </w:p>
    <w:p>
      <w:r>
        <w:rPr>
          <w:b/>
        </w:rPr>
        <w:t xml:space="preserve">[00:30] </w:t>
      </w:r>
      <w:r>
        <w:t>mein Muhammad Yaqoob Umri, mera ta'alluq South Karnataka, Shimali Karnataka Gulbarga se hai.</w:t>
      </w:r>
    </w:p>
    <w:p>
      <w:pPr>
        <w:jc w:val="right"/>
      </w:pPr>
      <w:r>
        <w:t>میں محمد یعقوب عمری، میرا تعلق ساؤتھ کرناٹکا، شمالی کرناٹکا گلبرگہ سے ہے۔</w:t>
      </w:r>
    </w:p>
    <w:p>
      <w:r>
        <w:rPr>
          <w:b/>
        </w:rPr>
        <w:t xml:space="preserve">[00:38] </w:t>
      </w:r>
      <w:r>
        <w:t>mein san 2000 mein Jamiya Darussalam Moradabad se apni Alamiyat aur Fazilat ki taleem ke baad, taqreeban 12-13</w:t>
      </w:r>
    </w:p>
    <w:p>
      <w:pPr>
        <w:jc w:val="right"/>
      </w:pPr>
      <w:r>
        <w:t>میں سن 2000 میں جامعہ دارالسلام مراباد سے اپنی عالمیت اور فضیلت کی تعلیم کے بعد، تقریباً 12-13</w:t>
      </w:r>
    </w:p>
    <w:p>
      <w:r>
        <w:rPr>
          <w:b/>
        </w:rPr>
        <w:t xml:space="preserve">[00:45] </w:t>
      </w:r>
      <w:r>
        <w:t>saal se ghair Muslimon mein dawat o tablegh ke maidan se juda hua hoon.</w:t>
      </w:r>
    </w:p>
    <w:p>
      <w:pPr>
        <w:jc w:val="right"/>
      </w:pPr>
      <w:r>
        <w:t>سال سے غیر مسلموں میں دعوت و تبلیغ کے میدان سے جڑا ہوا ہوں۔</w:t>
      </w:r>
    </w:p>
    <w:p>
      <w:r>
        <w:rPr>
          <w:b/>
        </w:rPr>
        <w:t xml:space="preserve">[00:53] </w:t>
      </w:r>
      <w:r>
        <w:t>to isi nisbat se main yeh bata dena chahta hoon ke 12-13 saal jo hum ne da'oti maidan</w:t>
      </w:r>
    </w:p>
    <w:p>
      <w:pPr>
        <w:jc w:val="right"/>
      </w:pPr>
      <w:r>
        <w:t>تو اسی نسبت سے میں یہ بتا دینا چاہتا ہوں کہ 12-13 سال جو ہم نے دعوتی میدان</w:t>
      </w:r>
    </w:p>
    <w:p>
      <w:r>
        <w:rPr>
          <w:b/>
        </w:rPr>
        <w:t xml:space="preserve">[01:01] </w:t>
      </w:r>
      <w:r>
        <w:t>mein apna waqt bataya, is mein hum aik zaam mein rehte thay.</w:t>
      </w:r>
    </w:p>
    <w:p>
      <w:pPr>
        <w:jc w:val="right"/>
      </w:pPr>
      <w:r>
        <w:t>میں اپنا وقت بتایا، اس میں ہم ایک زام میں رہتے تھے۔</w:t>
      </w:r>
    </w:p>
    <w:p>
      <w:r>
        <w:rPr>
          <w:b/>
        </w:rPr>
        <w:t xml:space="preserve">[01:08] </w:t>
      </w:r>
      <w:r>
        <w:t>main is mein zaam mein rehta tha ke mere paas dene ke liye hai, aur kabhi apne andar</w:t>
      </w:r>
    </w:p>
    <w:p>
      <w:pPr>
        <w:jc w:val="right"/>
      </w:pPr>
      <w:r>
        <w:t>میں اس میں زام میں رہتا تھا کہ میرے پاس دینے کے لیے ہے، اور کبھی اپنے اندر</w:t>
      </w:r>
    </w:p>
    <w:p>
      <w:r>
        <w:rPr>
          <w:b/>
        </w:rPr>
        <w:t xml:space="preserve">[01:16] </w:t>
      </w:r>
      <w:r>
        <w:t>kami ka kabhi koi ehsas nahi hota tha.</w:t>
      </w:r>
    </w:p>
    <w:p>
      <w:pPr>
        <w:jc w:val="right"/>
      </w:pPr>
      <w:r>
        <w:t>کمی کا کبھی کوئی احساس نہیں ہوتا تھا۔</w:t>
      </w:r>
    </w:p>
    <w:p>
      <w:r>
        <w:rPr>
          <w:b/>
        </w:rPr>
        <w:t xml:space="preserve">[01:24] </w:t>
      </w:r>
      <w:r>
        <w:t>to lekin jab se maine Al-Risala parha, Maulana ki kitabein maine padhein, Maulana se istifada shuru</w:t>
      </w:r>
    </w:p>
    <w:p>
      <w:pPr>
        <w:jc w:val="right"/>
      </w:pPr>
      <w:r>
        <w:t>تو لیکن جب سے میں نے الرسالہ پڑھا، مولانا کی کتابیں میں نے پڑھیں، مولانا سے استفادہ شروع</w:t>
      </w:r>
    </w:p>
    <w:p>
      <w:r>
        <w:rPr>
          <w:b/>
        </w:rPr>
        <w:t xml:space="preserve">[01:31] </w:t>
      </w:r>
      <w:r>
        <w:t>kiya, to pata chala ke main apne maidan mein, main ne jis ko apni buniyad bana kar aage</w:t>
      </w:r>
    </w:p>
    <w:p>
      <w:pPr>
        <w:jc w:val="right"/>
      </w:pPr>
      <w:r>
        <w:t>کیا، تو پتہ چلا کہ میں اپنے میدان میں، میں نے جس کو اپنی بنیاد بنا کر آگے</w:t>
      </w:r>
    </w:p>
    <w:p>
      <w:r>
        <w:rPr>
          <w:b/>
        </w:rPr>
        <w:t xml:space="preserve">[01:39] </w:t>
      </w:r>
      <w:r>
        <w:t>badha, woh buniyad koi buniyad hi nahi hai.</w:t>
      </w:r>
    </w:p>
    <w:p>
      <w:pPr>
        <w:jc w:val="right"/>
      </w:pPr>
      <w:r>
        <w:t>بڑھا، وہ بنیاد کوئی بنیاد ہی نہیں ہے۔</w:t>
      </w:r>
    </w:p>
    <w:p>
      <w:r>
        <w:rPr>
          <w:b/>
        </w:rPr>
        <w:t xml:space="preserve">[01:46] </w:t>
      </w:r>
      <w:r>
        <w:t>is mein koi mazbooti, koi istahkam nahi hai ke is ki buniyad par koi ta'ameer ki jaye.</w:t>
      </w:r>
    </w:p>
    <w:p>
      <w:pPr>
        <w:jc w:val="right"/>
      </w:pPr>
      <w:r>
        <w:t>اس میں کوئی مضبوطی، کوئی استحکام نہیں ہے کہ اس کی بنیاد پر کوئی تعمیر کی جائے۔</w:t>
      </w:r>
    </w:p>
    <w:p>
      <w:r>
        <w:rPr>
          <w:b/>
        </w:rPr>
        <w:t xml:space="preserve">[01:54] </w:t>
      </w:r>
      <w:r>
        <w:t>chunaanche main aaj yeh mehsoos kar raha hoon ke mere paas dene ke liye, kisi ko dene ke</w:t>
      </w:r>
    </w:p>
    <w:p>
      <w:pPr>
        <w:jc w:val="right"/>
      </w:pPr>
      <w:r>
        <w:t>چنانچہ میں آج یہ محسوس کر رہا ہوں کہ میرے پاس دینے کے لیے، کسی کو دینے کے</w:t>
      </w:r>
    </w:p>
    <w:p>
      <w:r>
        <w:rPr>
          <w:b/>
        </w:rPr>
        <w:t xml:space="preserve">[02:02] </w:t>
      </w:r>
      <w:r>
        <w:t>liye kuch nahi hai.</w:t>
      </w:r>
    </w:p>
    <w:p>
      <w:pPr>
        <w:jc w:val="right"/>
      </w:pPr>
      <w:r>
        <w:t>لیے کچھ نہیں ہے۔</w:t>
      </w:r>
    </w:p>
    <w:p>
      <w:r>
        <w:rPr>
          <w:b/>
        </w:rPr>
        <w:t xml:space="preserve">[02:09] </w:t>
      </w:r>
      <w:r>
        <w:t>pehlay mujhe apni buniyad ko mazboot karni chahiye, mujhe apne aap ko develop karna chahiye.</w:t>
      </w:r>
    </w:p>
    <w:p>
      <w:pPr>
        <w:jc w:val="right"/>
      </w:pPr>
      <w:r>
        <w:t>پہلے مجھے اپنی بنیاد کو مضبوط کرنی چاہیے، مجھے اپنے آپ کو ڈویلپ کرنا چاہیے۔</w:t>
      </w:r>
    </w:p>
    <w:p>
      <w:r>
        <w:rPr>
          <w:b/>
        </w:rPr>
        <w:t xml:space="preserve">[02:17] </w:t>
      </w:r>
      <w:r>
        <w:t>lehaza jab main aap logon ke samne experience sharing ke liye khada hua hoon to yeh bhi sunane</w:t>
      </w:r>
    </w:p>
    <w:p>
      <w:pPr>
        <w:jc w:val="right"/>
      </w:pPr>
      <w:r>
        <w:t>لہذا جب میں آپ لوگوں کے سامنے ایکسپیرینس شیئرنگ کے لیے کھڑا ہوا ہوں تو یہ بھی سنانے</w:t>
      </w:r>
    </w:p>
    <w:p>
      <w:r>
        <w:rPr>
          <w:b/>
        </w:rPr>
        <w:t xml:space="preserve">[02:25] </w:t>
      </w:r>
      <w:r>
        <w:t>ke liye mere paas koi zyada baatein nahi hain.</w:t>
      </w:r>
    </w:p>
    <w:p>
      <w:pPr>
        <w:jc w:val="right"/>
      </w:pPr>
      <w:r>
        <w:t>کے لیے میرے پاس کوئی زیادہ باتیں نہیں ہیں۔</w:t>
      </w:r>
    </w:p>
    <w:p>
      <w:r>
        <w:rPr>
          <w:b/>
        </w:rPr>
        <w:t xml:space="preserve">[02:32] </w:t>
      </w:r>
      <w:r>
        <w:t>lekin waqtan fo waqtan jo mawaqe mujhe milte hain, main asar-e-nau apne da'oti amal ko pehle ke muqable</w:t>
      </w:r>
    </w:p>
    <w:p>
      <w:pPr>
        <w:jc w:val="right"/>
      </w:pPr>
      <w:r>
        <w:t>لیکن وقتاً فوقتاً جو مواقع مجھے ملتے ہیں، میں اثر نوع اپنے دعوتی عمل کو پہلے کے مقابلے</w:t>
      </w:r>
    </w:p>
    <w:p>
      <w:r>
        <w:rPr>
          <w:b/>
        </w:rPr>
        <w:t xml:space="preserve">[02:40] </w:t>
      </w:r>
      <w:r>
        <w:t>mein mukhtalif tareeqa-e-kar ke sath ab jo kaam kar raha hoon, to is mein maine zyada</w:t>
      </w:r>
    </w:p>
    <w:p>
      <w:pPr>
        <w:jc w:val="right"/>
      </w:pPr>
      <w:r>
        <w:t>میں مختلف طریقہ کار کے ساتھ اب جو کام کر رہا ہوں، تو اس میں میں نے زیادہ</w:t>
      </w:r>
    </w:p>
    <w:p>
      <w:r>
        <w:rPr>
          <w:b/>
        </w:rPr>
        <w:t xml:space="preserve">[02:48] </w:t>
      </w:r>
      <w:r>
        <w:t>apne andar conviction aur itminan paya hai.</w:t>
      </w:r>
    </w:p>
    <w:p>
      <w:pPr>
        <w:jc w:val="right"/>
      </w:pPr>
      <w:r>
        <w:t>اپنے اندر کنوکشن اور اطمینان پایا ہے۔</w:t>
      </w:r>
    </w:p>
    <w:p>
      <w:r>
        <w:rPr>
          <w:b/>
        </w:rPr>
        <w:t xml:space="preserve">[02:55] </w:t>
      </w:r>
      <w:r>
        <w:t>jaise kuch hi aik do waqiat apne bata kar ke main apni baat ko khatam karunga.</w:t>
      </w:r>
    </w:p>
    <w:p>
      <w:pPr>
        <w:jc w:val="right"/>
      </w:pPr>
      <w:r>
        <w:t>جیسے کچھ ہی ایک دو واقعات اپنے بتا کر کے میں اپنی بات کو ختم کروں گا۔</w:t>
      </w:r>
    </w:p>
    <w:p>
      <w:r>
        <w:rPr>
          <w:b/>
        </w:rPr>
        <w:t xml:space="preserve">[03:03] </w:t>
      </w:r>
      <w:r>
        <w:t>abhi Ramzan mein Gulbarga ke andar YMC ke naam se aik medical college ke talaba ke</w:t>
      </w:r>
    </w:p>
    <w:p>
      <w:pPr>
        <w:jc w:val="right"/>
      </w:pPr>
      <w:r>
        <w:t>ابھی رمضان میں گلبرگہ کے اندر یمار ایم سی کے نام سے ایک میڈیکل کالج کے طلباء کے</w:t>
      </w:r>
    </w:p>
    <w:p>
      <w:r>
        <w:rPr>
          <w:b/>
        </w:rPr>
        <w:t xml:space="preserve">[03:10] </w:t>
      </w:r>
      <w:r>
        <w:t>liye iftar party ka intezam kiya gaya tha.</w:t>
      </w:r>
    </w:p>
    <w:p>
      <w:pPr>
        <w:jc w:val="right"/>
      </w:pPr>
      <w:r>
        <w:t>لیے افطار پارٹی کا انتظام کیا گیا تھا۔</w:t>
      </w:r>
    </w:p>
    <w:p>
      <w:r>
        <w:rPr>
          <w:b/>
        </w:rPr>
        <w:t xml:space="preserve">[03:18] </w:t>
      </w:r>
      <w:r>
        <w:t>to taqreeban dedh sau students aur doosre deegar taleem yafta afraad ko bhi wahan par dawat di gayi</w:t>
      </w:r>
    </w:p>
    <w:p>
      <w:pPr>
        <w:jc w:val="right"/>
      </w:pPr>
      <w:r>
        <w:t>تو تقریباً ڈیڑھ سو اسٹوڈنٹس اور دوسرے دیگر تعلیم یافتہ افراد کو بھی وہاں پر دعوت دی گئی</w:t>
      </w:r>
    </w:p>
    <w:p>
      <w:r>
        <w:rPr>
          <w:b/>
        </w:rPr>
        <w:t xml:space="preserve">[03:26] </w:t>
      </w:r>
      <w:r>
        <w:t>thi, aur bohat sare ghair muslim mehman bhi wahan par aaye hue thay.</w:t>
      </w:r>
    </w:p>
    <w:p>
      <w:pPr>
        <w:jc w:val="right"/>
      </w:pPr>
      <w:r>
        <w:t>تھی، اور بہت سارے غیر مسلم مہمان بھی وہاں پر آئے ہوئے تھے۔</w:t>
      </w:r>
    </w:p>
    <w:p>
      <w:r>
        <w:rPr>
          <w:b/>
        </w:rPr>
        <w:t xml:space="preserve">[03:33] </w:t>
      </w:r>
      <w:r>
        <w:t>to wahan par hamari Gulbarga team ne Quran aur doosre literature ka intezam kiya.</w:t>
      </w:r>
    </w:p>
    <w:p>
      <w:pPr>
        <w:jc w:val="right"/>
      </w:pPr>
      <w:r>
        <w:t>تو وہاں پر ہماری گلبرگہ ٹیم نے قرآن اور دوسرے لٹریچر کا انتظام کیا۔</w:t>
      </w:r>
    </w:p>
    <w:p>
      <w:r>
        <w:rPr>
          <w:b/>
        </w:rPr>
        <w:t xml:space="preserve">[03:41] </w:t>
      </w:r>
      <w:r>
        <w:t>to in logon ko dete hue is baat ka ehsas ho raha tha ke main is daur ke</w:t>
      </w:r>
    </w:p>
    <w:p>
      <w:pPr>
        <w:jc w:val="right"/>
      </w:pPr>
      <w:r>
        <w:t>تو ان لوگوں کو دیتے ہوئے اس بات کا احساس ہو رہا تھا کہ میں اس دور کے</w:t>
      </w:r>
    </w:p>
    <w:p>
      <w:r>
        <w:rPr>
          <w:b/>
        </w:rPr>
        <w:t xml:space="preserve">[03:49] </w:t>
      </w:r>
      <w:r>
        <w:t>qabil tareen aur is paigham ke mustahiq logon tak apna paigham mein pohncha raha hoon.</w:t>
      </w:r>
    </w:p>
    <w:p>
      <w:pPr>
        <w:jc w:val="right"/>
      </w:pPr>
      <w:r>
        <w:t>قابل ترین اور اس پیغام کے مستحق لوگوں تک اپنا پیغام میں پہنچا رہا ہوں۔</w:t>
      </w:r>
    </w:p>
    <w:p>
      <w:r>
        <w:rPr>
          <w:b/>
        </w:rPr>
        <w:t xml:space="preserve">[03:56] </w:t>
      </w:r>
      <w:r>
        <w:t>aur jabke is se pehle mera khayal yeh hota tha ke yeh literature dena, yeh kitabein ya Quran</w:t>
      </w:r>
    </w:p>
    <w:p>
      <w:pPr>
        <w:jc w:val="right"/>
      </w:pPr>
      <w:r>
        <w:t>اور جبکہ اس سے پہلے میرا خیال یہ ہوتا تھا کہ یہ لٹریچر دینا، یہ کتابیں یا قرآن</w:t>
      </w:r>
    </w:p>
    <w:p>
      <w:r>
        <w:rPr>
          <w:b/>
        </w:rPr>
        <w:t xml:space="preserve">[04:04] </w:t>
      </w:r>
      <w:r>
        <w:t>ko pohnchana, yeh koi kaam nahi hai.</w:t>
      </w:r>
    </w:p>
    <w:p>
      <w:pPr>
        <w:jc w:val="right"/>
      </w:pPr>
      <w:r>
        <w:t>کو پہنچانا، یہ کوئی کام نہیں ہے۔</w:t>
      </w:r>
    </w:p>
    <w:p>
      <w:r>
        <w:rPr>
          <w:b/>
        </w:rPr>
        <w:t xml:space="preserve">[04:11] </w:t>
      </w:r>
      <w:r>
        <w:t>kyunke yeh le jayenge aur le ja kar apne almariyon mein ya falan jagah par rakh dein</w:t>
      </w:r>
    </w:p>
    <w:p>
      <w:pPr>
        <w:jc w:val="right"/>
      </w:pPr>
      <w:r>
        <w:t>کیونکہ یہ لے جائیں گے اور لے جا کر اپنے الماریوں میں یا فلاں جگہ پر رکھ دیں</w:t>
      </w:r>
    </w:p>
    <w:p>
      <w:r>
        <w:rPr>
          <w:b/>
        </w:rPr>
        <w:t xml:space="preserve">[04:19] </w:t>
      </w:r>
      <w:r>
        <w:t>ge, aur is se hamara koi maqsad poora nahi hota.</w:t>
      </w:r>
    </w:p>
    <w:p>
      <w:pPr>
        <w:jc w:val="right"/>
      </w:pPr>
      <w:r>
        <w:t>گے، اور اس سے ہمارا کوئی مقصد پورا نہیں ہوتا۔</w:t>
      </w:r>
    </w:p>
    <w:p>
      <w:r>
        <w:rPr>
          <w:b/>
        </w:rPr>
        <w:t xml:space="preserve">[04:27] </w:t>
      </w:r>
      <w:r>
        <w:t>lekin ab meri soch yeh hai ke yeh baat darasal zamane ki spirit se navakifiyat ka nateeja thi.</w:t>
      </w:r>
    </w:p>
    <w:p>
      <w:pPr>
        <w:jc w:val="right"/>
      </w:pPr>
      <w:r>
        <w:t>لیکن اب میری سوچ یہ ہے کہ یہ بات دراصل زمانے کی اسپرٹ سے ناواقفیت کا نتیجہ تھی۔</w:t>
      </w:r>
    </w:p>
    <w:p>
      <w:r>
        <w:rPr>
          <w:b/>
        </w:rPr>
        <w:t xml:space="preserve">[04:34] </w:t>
      </w:r>
      <w:r>
        <w:t>hum yeh samajhte thay ke kisi aadmi ko oral paigham pohnchana hi dawat hai.</w:t>
      </w:r>
    </w:p>
    <w:p>
      <w:pPr>
        <w:jc w:val="right"/>
      </w:pPr>
      <w:r>
        <w:t>ہم یہ سمجھتے تھے کہ کسی آدمی کو اورل پیغام پہنچانا ہی دعوت ہے۔</w:t>
      </w:r>
    </w:p>
    <w:p>
      <w:r>
        <w:rPr>
          <w:b/>
        </w:rPr>
        <w:t xml:space="preserve">[04:42] </w:t>
      </w:r>
      <w:r>
        <w:t>dar asal literature taqseem karna yeh advance aur is daur ke mutabiq ek tareeqa kar hai.</w:t>
      </w:r>
    </w:p>
    <w:p>
      <w:pPr>
        <w:jc w:val="right"/>
      </w:pPr>
      <w:r>
        <w:t>دراصل لٹریچر تقسیم کرنا یہ ایڈوانس اور اس دور کے مطابق ایک طریقہ کار ہے۔</w:t>
      </w:r>
    </w:p>
    <w:p>
      <w:r>
        <w:rPr>
          <w:b/>
        </w:rPr>
        <w:t xml:space="preserve">[04:50] </w:t>
      </w:r>
      <w:r>
        <w:t>kyunke aaj ke taleem yafta tabqe ke paas itna waqt nahi hai ke woh hamare samne ghante do</w:t>
      </w:r>
    </w:p>
    <w:p>
      <w:pPr>
        <w:jc w:val="right"/>
      </w:pPr>
      <w:r>
        <w:t>کیونکہ آج کے تعلیم یافتہ طبقے کے پاس اتنا وقت نہیں ہے کہ وہ ہمارے سامنے گھنٹے دو</w:t>
      </w:r>
    </w:p>
    <w:p>
      <w:r>
        <w:rPr>
          <w:b/>
        </w:rPr>
        <w:t xml:space="preserve">[04:57] </w:t>
      </w:r>
      <w:r>
        <w:t>ghante baithein aur woh hamari baaton ko poori tarah sunein, aur hum bhi is qabil nahi hain ke</w:t>
      </w:r>
    </w:p>
    <w:p>
      <w:pPr>
        <w:jc w:val="right"/>
      </w:pPr>
      <w:r>
        <w:t>گھنٹے بیٹھیں اور وہ ہماری باتوں کو پوری طرح سنیں، اور ہم بھی اس قابل نہیں ہیں کہ</w:t>
      </w:r>
    </w:p>
    <w:p>
      <w:r>
        <w:rPr>
          <w:b/>
        </w:rPr>
        <w:t xml:space="preserve">[05:05] </w:t>
      </w:r>
      <w:r>
        <w:t>hum un ko mutma'in kar sakein.</w:t>
      </w:r>
    </w:p>
    <w:p>
      <w:pPr>
        <w:jc w:val="right"/>
      </w:pPr>
      <w:r>
        <w:t>ہم ان کو مطمئن کر سکیں۔</w:t>
      </w:r>
    </w:p>
    <w:p>
      <w:r>
        <w:rPr>
          <w:b/>
        </w:rPr>
        <w:t xml:space="preserve">[05:13] </w:t>
      </w:r>
      <w:r>
        <w:t>to lehaza sab se behtareen tareeqa aaj ke halaat ke mutabiq mein yeh samajhta hoon ke hum behtareen</w:t>
      </w:r>
    </w:p>
    <w:p>
      <w:pPr>
        <w:jc w:val="right"/>
      </w:pPr>
      <w:r>
        <w:t>تو لہذا سب سے بہترین طریقہ آج کے حالات کے مطابق میں یہ سمجھتا ہوں کہ ہم بہترین</w:t>
      </w:r>
    </w:p>
    <w:p>
      <w:r>
        <w:rPr>
          <w:b/>
        </w:rPr>
        <w:t xml:space="preserve">[05:20] </w:t>
      </w:r>
      <w:r>
        <w:t>literature, jo apni jagah par Islam ka paigham wazeh karne ke liye ahel ho, aisa literature un logon</w:t>
      </w:r>
    </w:p>
    <w:p>
      <w:pPr>
        <w:jc w:val="right"/>
      </w:pPr>
      <w:r>
        <w:t>لٹریچر، جو اپنی جگہ پر اسلام کا پیغام واضح کرنے کے لیے اہل ہو، ایسا لٹریچر ان لوگوں</w:t>
      </w:r>
    </w:p>
    <w:p>
      <w:r>
        <w:rPr>
          <w:b/>
        </w:rPr>
        <w:t xml:space="preserve">[05:28] </w:t>
      </w:r>
      <w:r>
        <w:t>tak pohncha dena yahi ek da'i ki zimmedari hai.</w:t>
      </w:r>
    </w:p>
    <w:p>
      <w:pPr>
        <w:jc w:val="right"/>
      </w:pPr>
      <w:r>
        <w:t>تک پہنچا دینا یہی ایک داعی کی ذمہ داری ہے۔</w:t>
      </w:r>
    </w:p>
    <w:p>
      <w:r>
        <w:rPr>
          <w:b/>
        </w:rPr>
        <w:t xml:space="preserve">[05:35] </w:t>
      </w:r>
      <w:r>
        <w:t>to mein is tajrube ke baad, is waqe'e ke baad, mein bas yeh kehna chahta hoon ke yeh</w:t>
      </w:r>
    </w:p>
    <w:p>
      <w:pPr>
        <w:jc w:val="right"/>
      </w:pPr>
      <w:r>
        <w:t>تو میں اس تجربے کے بعد، اس واقعے کے بعد، میں بس یہ کہنا چاہتا ہوں کہ یہ</w:t>
      </w:r>
    </w:p>
    <w:p>
      <w:r>
        <w:rPr>
          <w:b/>
        </w:rPr>
        <w:t xml:space="preserve">[05:43] </w:t>
      </w:r>
      <w:r>
        <w:t>ek bohat hi bara meri zindagi mein yeh tajruba tha ke maine das saal kaam kiya lekin</w:t>
      </w:r>
    </w:p>
    <w:p>
      <w:pPr>
        <w:jc w:val="right"/>
      </w:pPr>
      <w:r>
        <w:t>ایک بہت ہی بڑا میری زندگی میں یہ تجربہ تھا کہ میں نے دس سال کام کیا لیکن</w:t>
      </w:r>
    </w:p>
    <w:p>
      <w:r>
        <w:rPr>
          <w:b/>
        </w:rPr>
        <w:t xml:space="preserve">[05:51] </w:t>
      </w:r>
      <w:r>
        <w:t>itni bari aur itni basic baat ko mein samajh nahi paya.</w:t>
      </w:r>
    </w:p>
    <w:p>
      <w:pPr>
        <w:jc w:val="right"/>
      </w:pPr>
      <w:r>
        <w:t>اتنی بڑی اور اتنی بیسک بات کو میں سمجھ نہیں پایا۔</w:t>
      </w:r>
    </w:p>
    <w:p>
      <w:r>
        <w:rPr>
          <w:b/>
        </w:rPr>
        <w:t xml:space="preserve">[05:58] </w:t>
      </w:r>
      <w:r>
        <w:t>to yeh Maulana aur Al-Risala ka yeh bohat hi bara ehsan hai ke unhon ne hamein apne mission</w:t>
      </w:r>
    </w:p>
    <w:p>
      <w:pPr>
        <w:jc w:val="right"/>
      </w:pPr>
      <w:r>
        <w:t>تو یہ مولانا اور الرسالہ کا یہ بہت ہی بڑا احسان ہے کہ انہوں نے ہمیں اپنے مشن</w:t>
      </w:r>
    </w:p>
    <w:p>
      <w:r>
        <w:rPr>
          <w:b/>
        </w:rPr>
        <w:t xml:space="preserve">[06:06] </w:t>
      </w:r>
      <w:r>
        <w:t>ka sahi rukh hamare liye mutayyan kiya aur hum par wazeh kiya.</w:t>
      </w:r>
    </w:p>
    <w:p>
      <w:pPr>
        <w:jc w:val="right"/>
      </w:pPr>
      <w:r>
        <w:t>کا صحیح رخ ہمارے لیے متعین کیا اور ہم پر واضح کیا۔</w:t>
      </w:r>
    </w:p>
    <w:p>
      <w:r>
        <w:rPr>
          <w:b/>
        </w:rPr>
        <w:t xml:space="preserve">[06:14] </w:t>
      </w:r>
      <w:r>
        <w:t>to inshallah umeed hai ke hum is tareeqa kar ko le kar ke, makhsoosan mein is tareeqa kar</w:t>
      </w:r>
    </w:p>
    <w:p>
      <w:pPr>
        <w:jc w:val="right"/>
      </w:pPr>
      <w:r>
        <w:t>تو انشاءاللہ امید ہے کہ ہم اس طریقہ کار کو لے کر کے، خصوصاً میں اس طریقہ کار</w:t>
      </w:r>
    </w:p>
    <w:p>
      <w:r>
        <w:rPr>
          <w:b/>
        </w:rPr>
        <w:t xml:space="preserve">[06:21] </w:t>
      </w:r>
      <w:r>
        <w:t>ko le kar aage badhoon aur sab se pehle apne aap ko banane aur develop karne ki koshish</w:t>
      </w:r>
    </w:p>
    <w:p>
      <w:pPr>
        <w:jc w:val="right"/>
      </w:pPr>
      <w:r>
        <w:t>کو لے کر آگے بڑھوں اور سب سے پہلے اپنے آپ کو بنانے اور ڈویلپ کرنے کی کوشش</w:t>
      </w:r>
    </w:p>
    <w:p>
      <w:r>
        <w:rPr>
          <w:b/>
        </w:rPr>
        <w:t xml:space="preserve">[06:29] </w:t>
      </w:r>
      <w:r>
        <w:t>karoon ga, inshallah. Assalam o Alaikum.</w:t>
      </w:r>
    </w:p>
    <w:p>
      <w:pPr>
        <w:jc w:val="right"/>
      </w:pPr>
      <w:r>
        <w:t>کروں گا، انشاءاللہ۔ السلام علیکم۔</w:t>
      </w:r>
    </w:p>
    <w:p>
      <w:r>
        <w:rPr>
          <w:b/>
        </w:rPr>
        <w:t xml:space="preserve">[06:37] </w:t>
      </w:r>
      <w:r>
        <w:t>request karunga ke Sajid Anwar sahib aayen aur apna experience share karen. Sajid Anwar sahib.</w:t>
      </w:r>
    </w:p>
    <w:p>
      <w:pPr>
        <w:jc w:val="right"/>
      </w:pPr>
      <w:r>
        <w:t>ریکویسٹ کروں گا کہ ساجد انور صاحب آئیں اور اپنا ایکسپیرینس شیئر کریں۔ ساجد انور صاحب۔</w:t>
      </w:r>
    </w:p>
    <w:p>
      <w:r>
        <w:rPr>
          <w:b/>
        </w:rPr>
        <w:t xml:space="preserve">[06:43] </w:t>
      </w:r>
      <w:r>
        <w:t>میرا نام ساجد انور ہے، اور میں اس وقت residing at Roorkee, Uttarakhand.</w:t>
      </w:r>
    </w:p>
    <w:p>
      <w:pPr>
        <w:jc w:val="right"/>
      </w:pPr>
      <w:r>
        <w:t>میرا نام ساجد انور ہے، اور میں اس وقت ڈیسائیڈنگ ایٹ روڑکی، उत्तراکھنڈ۔</w:t>
      </w:r>
    </w:p>
    <w:p>
      <w:r>
        <w:rPr>
          <w:b/>
        </w:rPr>
        <w:t xml:space="preserve">[06:49] </w:t>
      </w:r>
      <w:r>
        <w:t>ایکچولی آئی بیلانگ ٹو بہار، اور I would like to introduce first encounter with Maulana ideology or Al-Risala.</w:t>
      </w:r>
    </w:p>
    <w:p>
      <w:pPr>
        <w:jc w:val="right"/>
      </w:pPr>
      <w:r>
        <w:t>ایکچولی آئی بیلانگ ٹو بہار، اور آئی وڈ لائک ٹو انٹروڈیوس فرسٹ انکاؤنٹر ود مولانا آئیڈیالوجی اور الرسالہ۔</w:t>
      </w:r>
    </w:p>
    <w:p>
      <w:r>
        <w:rPr>
          <w:b/>
        </w:rPr>
        <w:t xml:space="preserve">[06:55] </w:t>
      </w:r>
      <w:r>
        <w:t>actually in my childhood my father used to subscribe Al-Risala, aur I used to just go through</w:t>
      </w:r>
    </w:p>
    <w:p>
      <w:pPr>
        <w:jc w:val="right"/>
      </w:pPr>
      <w:r>
        <w:t>ایکچولی ان مائی چائلڈ ہڈ مائی فادر یوز ٹو سبسکرائب الرسالہ، اور آئی یوز ٹو جسٹ گو تھرو</w:t>
      </w:r>
    </w:p>
    <w:p>
      <w:r>
        <w:rPr>
          <w:b/>
        </w:rPr>
        <w:t xml:space="preserve">[07:02] </w:t>
      </w:r>
      <w:r>
        <w:t>The front page of that, or you can say the titles, which was very like attractive to me.</w:t>
      </w:r>
    </w:p>
    <w:p>
      <w:pPr>
        <w:jc w:val="right"/>
      </w:pPr>
      <w:r>
        <w:t>دا فرنٹ پیج آف دیٹ، اور یو کین سے دا ٹائٹلز، وچ واز ویری لائک اٹریکٹو ٹو می۔</w:t>
      </w:r>
    </w:p>
    <w:p>
      <w:r>
        <w:rPr>
          <w:b/>
        </w:rPr>
        <w:t xml:space="preserve">[07:08] </w:t>
      </w:r>
      <w:r>
        <w:t>And although at the age of around 14 or 15 I could not grasp much, but I could</w:t>
      </w:r>
    </w:p>
    <w:p>
      <w:pPr>
        <w:jc w:val="right"/>
      </w:pPr>
      <w:r>
        <w:t>اینڈ الدو ایٹ دا ایج آف اراؤنڈ 14 اور 15 آئی کڈ ناٹ گراس مچ، بٹ آئی کڈ</w:t>
      </w:r>
    </w:p>
    <w:p>
      <w:r>
        <w:rPr>
          <w:b/>
        </w:rPr>
        <w:t xml:space="preserve">[07:14] </w:t>
      </w:r>
      <w:r>
        <w:t>understand that the person who is writing this or who is saying this must be somebody which</w:t>
      </w:r>
    </w:p>
    <w:p>
      <w:pPr>
        <w:jc w:val="right"/>
      </w:pPr>
      <w:r>
        <w:t>انڈرسٹینڈ دیٹ دا پرسن ہو از رائٹنگ دس اور ہو از سینگ دس مسٹ بی سم بڈی وچ</w:t>
      </w:r>
    </w:p>
    <w:p>
      <w:r>
        <w:rPr>
          <w:b/>
        </w:rPr>
        <w:t xml:space="preserve">[07:21] </w:t>
      </w:r>
      <w:r>
        <w:t>as different than other person.</w:t>
      </w:r>
    </w:p>
    <w:p>
      <w:pPr>
        <w:jc w:val="right"/>
      </w:pPr>
      <w:r>
        <w:t>از ڈفرنٹ دین ادر پرسن۔</w:t>
      </w:r>
    </w:p>
    <w:p>
      <w:r>
        <w:rPr>
          <w:b/>
        </w:rPr>
        <w:t xml:space="preserve">[07:27] </w:t>
      </w:r>
      <w:r>
        <w:t>But that was my age of like 14, 15 years, so at that time I could not do</w:t>
      </w:r>
    </w:p>
    <w:p>
      <w:pPr>
        <w:jc w:val="right"/>
      </w:pPr>
      <w:r>
        <w:t>بٹ دیٹ واز مائی ایج آف لائک 14، 15 ایئرز، سو ایٹ دیٹ ٹائم آئی کڈ ناٹ ڈو</w:t>
      </w:r>
    </w:p>
    <w:p>
      <w:r>
        <w:rPr>
          <w:b/>
        </w:rPr>
        <w:t xml:space="preserve">[07:34] </w:t>
      </w:r>
      <w:r>
        <w:t>much about that.</w:t>
      </w:r>
    </w:p>
    <w:p>
      <w:pPr>
        <w:jc w:val="right"/>
      </w:pPr>
      <w:r>
        <w:t>مچ اباؤٹ دیٹ۔</w:t>
      </w:r>
    </w:p>
    <w:p>
      <w:r>
        <w:rPr>
          <w:b/>
        </w:rPr>
        <w:t xml:space="preserve">[07:40] </w:t>
      </w:r>
      <w:r>
        <w:t>Then I joined engineering college, and then during that, during my study, I became a seeker, and life</w:t>
      </w:r>
    </w:p>
    <w:p>
      <w:pPr>
        <w:jc w:val="right"/>
      </w:pPr>
      <w:r>
        <w:t>دین آئی جوائن انجینئرنگ کالج، اینڈ دین ڈیورنگ دیٹ، ڈیورنگ مائی سٹڈی، آئی بیکم اے سیکر، اینڈ لائف</w:t>
      </w:r>
    </w:p>
    <w:p>
      <w:r>
        <w:rPr>
          <w:b/>
        </w:rPr>
        <w:t xml:space="preserve">[07:46] </w:t>
      </w:r>
      <w:r>
        <w:t>almost lost all meaning to me, because I used to think many many things about life and life after death.</w:t>
      </w:r>
    </w:p>
    <w:p>
      <w:pPr>
        <w:jc w:val="right"/>
      </w:pPr>
      <w:r>
        <w:t>الموسٹ لاسٹ آل میننگ ٹو می، بیکاز آئی یوز ٹو تھنک مینی مینی تھنگز اباؤٹ لائف اینڈ لائف آفٹر ڈیتھ۔</w:t>
      </w:r>
    </w:p>
    <w:p>
      <w:r>
        <w:rPr>
          <w:b/>
        </w:rPr>
        <w:t xml:space="preserve">[07:53] </w:t>
      </w:r>
      <w:r>
        <w:t>But somehow I managed to clear my exams, and then I, during my job, first job, I</w:t>
      </w:r>
    </w:p>
    <w:p>
      <w:pPr>
        <w:jc w:val="right"/>
      </w:pPr>
      <w:r>
        <w:t>بٹ سم ہاؤ آئی مینج ٹو کلیئر مائی ایگزامز، اینڈ دین آئی ڈیورنگ مائی جاب، فرسٹ جاب، آئی</w:t>
      </w:r>
    </w:p>
    <w:p>
      <w:r>
        <w:rPr>
          <w:b/>
        </w:rPr>
        <w:t xml:space="preserve">[07:59] </w:t>
      </w:r>
      <w:r>
        <w:t>was really like in very confused state of life and purpose of life.</w:t>
      </w:r>
    </w:p>
    <w:p>
      <w:pPr>
        <w:jc w:val="right"/>
      </w:pPr>
      <w:r>
        <w:t>واز ریلی لائک ان ویری کنفیوز سٹیٹ آف لائف اینڈ پرپس آف لائف۔</w:t>
      </w:r>
    </w:p>
    <w:p>
      <w:r>
        <w:rPr>
          <w:b/>
        </w:rPr>
        <w:t xml:space="preserve">[08:06] </w:t>
      </w:r>
      <w:r>
        <w:t>At that time I just recalled there's somebody who can guide me, and at that time I</w:t>
      </w:r>
    </w:p>
    <w:p>
      <w:pPr>
        <w:jc w:val="right"/>
      </w:pPr>
      <w:r>
        <w:t>ایٹ دیٹ ٹائم آئی جسٹ ریکالڈ دیر سم بڈی ہو کین گائیڈ می، اینڈ ایٹ دیٹ ٹائم آئی</w:t>
      </w:r>
    </w:p>
    <w:p>
      <w:r>
        <w:rPr>
          <w:b/>
        </w:rPr>
        <w:t xml:space="preserve">[08:12] </w:t>
      </w:r>
      <w:r>
        <w:t>recalled Maulana's name, and I traveled from Mumbai to Delhi without knowing much about him.</w:t>
      </w:r>
    </w:p>
    <w:p>
      <w:pPr>
        <w:jc w:val="right"/>
      </w:pPr>
      <w:r>
        <w:t>ریکالڈ مولانا نیم، اینڈ آئی ٹریول فرام ممبئی ٹو دہلی وداؤٹ نوئنگ مچ اباؤٹ ہم۔</w:t>
      </w:r>
    </w:p>
    <w:p>
      <w:r>
        <w:rPr>
          <w:b/>
        </w:rPr>
        <w:t xml:space="preserve">[08:18] </w:t>
      </w:r>
      <w:r>
        <w:t>And I also I was not sure that whether I can meet him, because I just know the</w:t>
      </w:r>
    </w:p>
    <w:p>
      <w:pPr>
        <w:jc w:val="right"/>
      </w:pPr>
      <w:r>
        <w:t>اینڈ آئی السو آئی واز ناٹ شور دیٹ ویدر آئی کین میٹ ہم، بیکاز آئی جسٹ نو دا</w:t>
      </w:r>
    </w:p>
    <w:p>
      <w:r>
        <w:rPr>
          <w:b/>
        </w:rPr>
        <w:t xml:space="preserve">[08:25] </w:t>
      </w:r>
      <w:r>
        <w:t>address which was written in some Al-Risala.</w:t>
      </w:r>
    </w:p>
    <w:p>
      <w:pPr>
        <w:jc w:val="right"/>
      </w:pPr>
      <w:r>
        <w:t>ایڈریس وچ واز رٹن ان سم الرسالہ۔</w:t>
      </w:r>
    </w:p>
    <w:p>
      <w:r>
        <w:rPr>
          <w:b/>
        </w:rPr>
        <w:t xml:space="preserve">[08:31] </w:t>
      </w:r>
      <w:r>
        <w:t>So I somehow managed to reach C 29, and fortunately I could meet Maulana.</w:t>
      </w:r>
    </w:p>
    <w:p>
      <w:pPr>
        <w:jc w:val="right"/>
      </w:pPr>
      <w:r>
        <w:t>سو آئی سم ہاؤ مینج ٹو ریچ سی 29، اینڈ فورچونیٹلی آئی کڈ میٹ مولانا۔</w:t>
      </w:r>
    </w:p>
    <w:p>
      <w:r>
        <w:rPr>
          <w:b/>
        </w:rPr>
        <w:t xml:space="preserve">[08:37] </w:t>
      </w:r>
      <w:r>
        <w:t>Also Maulana was there, and it was around one hour meeting with him, and he understood my situation,</w:t>
      </w:r>
    </w:p>
    <w:p>
      <w:pPr>
        <w:jc w:val="right"/>
      </w:pPr>
      <w:r>
        <w:t>السو مولانا واز دیر، اینڈ اٹ واز اراؤنڈ ون اور میٹنگ ود ہم، اینڈ ہی انڈرسٹڈ مائی سچویشن،</w:t>
      </w:r>
    </w:p>
    <w:p>
      <w:r>
        <w:rPr>
          <w:b/>
        </w:rPr>
        <w:t xml:space="preserve">[08:44] </w:t>
      </w:r>
      <w:r>
        <w:t>And he answered almost all my questions, and then he clarified many doubts which was in my mind.</w:t>
      </w:r>
    </w:p>
    <w:p>
      <w:pPr>
        <w:jc w:val="right"/>
      </w:pPr>
      <w:r>
        <w:t>اینڈ ہی انسرڈ الموسٹ آل مائی کوئسچن، اینڈ دین ہی کلیریفائیڈ مینی ڈاؤٹس وچ واز ان مائی مائنڈ۔</w:t>
      </w:r>
    </w:p>
    <w:p>
      <w:r>
        <w:rPr>
          <w:b/>
        </w:rPr>
        <w:t xml:space="preserve">[08:50] </w:t>
      </w:r>
      <w:r>
        <w:t>and then I return to Mumbai.</w:t>
      </w:r>
    </w:p>
    <w:p>
      <w:pPr>
        <w:jc w:val="right"/>
      </w:pPr>
      <w:r>
        <w:t>اینڈ دین آئی ریٹرن ٹو ممبئی۔</w:t>
      </w:r>
    </w:p>
    <w:p>
      <w:r>
        <w:rPr>
          <w:b/>
        </w:rPr>
        <w:t xml:space="preserve">[08:57] </w:t>
      </w:r>
      <w:r>
        <w:t>That was my first introduction with Al-Risala, and then I started reading books, and Maulana's books, and then</w:t>
      </w:r>
    </w:p>
    <w:p>
      <w:pPr>
        <w:jc w:val="right"/>
      </w:pPr>
      <w:r>
        <w:t>دیٹ واز مائی فرسٹ انٹروڈکشن ود الرسالہ، اینڈ دین آئی سٹارٹڈ ریڈنگ بکس، اینڈ مولانا بکس، اینڈ دین</w:t>
      </w:r>
    </w:p>
    <w:p>
      <w:r>
        <w:rPr>
          <w:b/>
        </w:rPr>
        <w:t xml:space="preserve">[09:03] </w:t>
      </w:r>
      <w:r>
        <w:t>Quran from translation.</w:t>
      </w:r>
    </w:p>
    <w:p>
      <w:pPr>
        <w:jc w:val="right"/>
      </w:pPr>
      <w:r>
        <w:t>قرآن فرام ٹرانسلیشن۔</w:t>
      </w:r>
    </w:p>
    <w:p>
      <w:r>
        <w:rPr>
          <w:b/>
        </w:rPr>
        <w:t xml:space="preserve">[09:09] </w:t>
      </w:r>
      <w:r>
        <w:t>So from that period I really attached towards like Islamic life, and then I came in contact with</w:t>
      </w:r>
    </w:p>
    <w:p>
      <w:pPr>
        <w:jc w:val="right"/>
      </w:pPr>
      <w:r>
        <w:t>سو فرام دیٹ پیریڈ آئی ریلی اٹیچ ٹوڈز لائک اسلامک لائف، اینڈ دین آئی کیم ان کانٹیکٹ ود</w:t>
      </w:r>
    </w:p>
    <w:p>
      <w:r>
        <w:rPr>
          <w:b/>
        </w:rPr>
        <w:t xml:space="preserve">[09:16] </w:t>
      </w:r>
      <w:r>
        <w:t>تبلیغ جماعت, and I thought that this is the ideal Jamaat who can who is doing the right job.</w:t>
      </w:r>
    </w:p>
    <w:p>
      <w:pPr>
        <w:jc w:val="right"/>
      </w:pPr>
      <w:r>
        <w:t>تبلیغ جماعت، اینڈ آئی تھاٹ دیٹ دس از دا آئیڈیل جماعت ہو کین ہو از ڈوئنگ دا رائٹ جاب۔</w:t>
      </w:r>
    </w:p>
    <w:p>
      <w:r>
        <w:rPr>
          <w:b/>
        </w:rPr>
        <w:t xml:space="preserve">[09:22] </w:t>
      </w:r>
      <w:r>
        <w:t>And then I was attached with that for around 15 years.</w:t>
      </w:r>
    </w:p>
    <w:p>
      <w:pPr>
        <w:jc w:val="right"/>
      </w:pPr>
      <w:r>
        <w:t>اینڈ دین آئی واز اٹیچ ود دیٹ فار اراؤنڈ 15 ایئرز۔</w:t>
      </w:r>
    </w:p>
    <w:p>
      <w:r>
        <w:rPr>
          <w:b/>
        </w:rPr>
        <w:t xml:space="preserve">[09:29] </w:t>
      </w:r>
      <w:r>
        <w:t>But as you know, the Jamaat principle is based on like Faza'il, so it is very difficult.</w:t>
      </w:r>
    </w:p>
    <w:p>
      <w:pPr>
        <w:jc w:val="right"/>
      </w:pPr>
      <w:r>
        <w:t>بٹ ایز یو نو، دا جماعت پرنسپل از بیسڈ ان لائک فضائل، سو اٹ از ویری ڈیفیکلٹ۔</w:t>
      </w:r>
    </w:p>
    <w:p>
      <w:r>
        <w:rPr>
          <w:b/>
        </w:rPr>
        <w:t xml:space="preserve">[09:35] </w:t>
      </w:r>
      <w:r>
        <w:t>I did not possible basically to like convince a person who is rational thinking.</w:t>
      </w:r>
    </w:p>
    <w:p>
      <w:pPr>
        <w:jc w:val="right"/>
      </w:pPr>
      <w:r>
        <w:t>آئی ڈیڈ ناٹ پوسیبل بیسیکلی ٹو لائک کنونس اے پرسن ہو از ریشنل تھنکنگ۔</w:t>
      </w:r>
    </w:p>
    <w:p>
      <w:r>
        <w:rPr>
          <w:b/>
        </w:rPr>
        <w:t xml:space="preserve">[09:41] </w:t>
      </w:r>
      <w:r>
        <w:t>So finally I have to decide a way out, so and that was the like a decision of</w:t>
      </w:r>
    </w:p>
    <w:p>
      <w:pPr>
        <w:jc w:val="right"/>
      </w:pPr>
      <w:r>
        <w:t>سو فائنلی آئی ہیو ٹو ڈیسائیڈ اے وے آؤٹ، سو اینڈ دیٹ واز دا لائک اے ڈیسیژن آف</w:t>
      </w:r>
    </w:p>
    <w:p>
      <w:r>
        <w:rPr>
          <w:b/>
        </w:rPr>
        <w:t xml:space="preserve">[09:48] </w:t>
      </w:r>
      <w:r>
        <w:t>My life that I have to join this mission whole with whole of my energy and whole of</w:t>
      </w:r>
    </w:p>
    <w:p>
      <w:pPr>
        <w:jc w:val="right"/>
      </w:pPr>
      <w:r>
        <w:t>مائی لائف دیٹ آئی ہیو ٹو جوائن دس مشن ہول ود ہول آف مائی انرجی اینڈ ہول آف</w:t>
      </w:r>
    </w:p>
    <w:p>
      <w:r>
        <w:rPr>
          <w:b/>
        </w:rPr>
        <w:t xml:space="preserve">[09:54] </w:t>
      </w:r>
      <w:r>
        <w:t>mai wat ever i have.</w:t>
      </w:r>
    </w:p>
    <w:p>
      <w:pPr>
        <w:jc w:val="right"/>
      </w:pPr>
      <w:r>
        <w:t>مائی واٹ ایور آئی ہیو۔</w:t>
      </w:r>
    </w:p>
    <w:p>
      <w:r>
        <w:rPr>
          <w:b/>
        </w:rPr>
        <w:t xml:space="preserve">[10:00] </w:t>
      </w:r>
      <w:r>
        <w:t>So this is how this is a brief journey of my associating with the Risala Mission, and here I</w:t>
      </w:r>
    </w:p>
    <w:p>
      <w:pPr>
        <w:jc w:val="right"/>
      </w:pPr>
      <w:r>
        <w:t>سو دس ہاؤ دس از ا بریف جرنی آف مائی ایسوسیٹنگ ود دا رسالہ مشن، اینڈ ہیئر آئی</w:t>
      </w:r>
    </w:p>
    <w:p>
      <w:r>
        <w:rPr>
          <w:b/>
        </w:rPr>
        <w:t xml:space="preserve">[10:07] </w:t>
      </w:r>
      <w:r>
        <w:t>would like to share one thing with all of you that Maulana used to tell us very frequently</w:t>
      </w:r>
    </w:p>
    <w:p>
      <w:pPr>
        <w:jc w:val="right"/>
      </w:pPr>
      <w:r>
        <w:t>وڈ لائک ٹو شیئر ون تھنگ ود آل آف یو دیٹ مولانا یوز ٹو ٹیل اس ویری فریکونٹلی</w:t>
      </w:r>
    </w:p>
    <w:p>
      <w:r>
        <w:rPr>
          <w:b/>
        </w:rPr>
        <w:t xml:space="preserve">[10:13] </w:t>
      </w:r>
      <w:r>
        <w:t>that whatever you are doing in any mission, you must gain something by doing this.</w:t>
      </w:r>
    </w:p>
    <w:p>
      <w:pPr>
        <w:jc w:val="right"/>
      </w:pPr>
      <w:r>
        <w:t>دیٹ واٹ ایور یو آر ڈوئنگ ان اینی مشن، یو مسٹ گین سم تھنگ بائے ڈوئنگ دس۔</w:t>
      </w:r>
    </w:p>
    <w:p>
      <w:r>
        <w:rPr>
          <w:b/>
        </w:rPr>
        <w:t xml:space="preserve">[10:20] </w:t>
      </w:r>
      <w:r>
        <w:t>if we are doing dawah, or if we are doing engage in something, and if i am</w:t>
      </w:r>
    </w:p>
    <w:p>
      <w:pPr>
        <w:jc w:val="right"/>
      </w:pPr>
      <w:r>
        <w:t>اف وی آر ڈوئنگ دعویٰ، اور اف وی آر ڈوئنگ انگیج ان سم تھنگ، اینڈ اف آئی ایم</w:t>
      </w:r>
    </w:p>
    <w:p>
      <w:r>
        <w:rPr>
          <w:b/>
        </w:rPr>
        <w:t xml:space="preserve">[10:26] </w:t>
      </w:r>
      <w:r>
        <w:t>not getting benefit, then it is useless.</w:t>
      </w:r>
    </w:p>
    <w:p>
      <w:pPr>
        <w:jc w:val="right"/>
      </w:pPr>
      <w:r>
        <w:t>ناٹ گیٹنگ بینیفٹ، دین اٹ از یوزلیس۔</w:t>
      </w:r>
    </w:p>
    <w:p>
      <w:r>
        <w:rPr>
          <w:b/>
        </w:rPr>
        <w:t xml:space="preserve">[10:32] </w:t>
      </w:r>
      <w:r>
        <w:t>بیسیکلی it's no value, because finally it is the that individual life which has to be presented before</w:t>
      </w:r>
    </w:p>
    <w:p>
      <w:pPr>
        <w:jc w:val="right"/>
      </w:pPr>
      <w:r>
        <w:t>بیسیکلی اٹس نو ویلیو، بیکاز فائنلی اٹ از دا دیٹ انڈیویجول لائف وچ ہیز ٹو بی پریزنٹڈ بیفور</w:t>
      </w:r>
    </w:p>
    <w:p>
      <w:r>
        <w:rPr>
          <w:b/>
        </w:rPr>
        <w:t xml:space="preserve">[10:39] </w:t>
      </w:r>
      <w:r>
        <w:t>god, and that has to succeed.</w:t>
      </w:r>
    </w:p>
    <w:p>
      <w:pPr>
        <w:jc w:val="right"/>
      </w:pPr>
      <w:r>
        <w:t>گاڈ، اینڈ دیٹ ہیز ٹو سکسیڈ۔</w:t>
      </w:r>
    </w:p>
    <w:p>
      <w:r>
        <w:rPr>
          <w:b/>
        </w:rPr>
        <w:t xml:space="preserve">[10:45] </w:t>
      </w:r>
      <w:r>
        <w:t>So if he is not getting anything from the work he is doing, then it is a total failure.</w:t>
      </w:r>
    </w:p>
    <w:p>
      <w:pPr>
        <w:jc w:val="right"/>
      </w:pPr>
      <w:r>
        <w:t>سو اف ہی از ناٹ گیٹنگ اینی تھنگ فرام دا ورک ہی از ڈوئنگ، دین اٹ از ا ٹوٹل فیلیور۔</w:t>
      </w:r>
    </w:p>
    <w:p>
      <w:r>
        <w:rPr>
          <w:b/>
        </w:rPr>
        <w:t xml:space="preserve">[10:52] </w:t>
      </w:r>
      <w:r>
        <w:t>So that is like become a base of my life.</w:t>
      </w:r>
    </w:p>
    <w:p>
      <w:pPr>
        <w:jc w:val="right"/>
      </w:pPr>
      <w:r>
        <w:t>سو دیٹ از لائک بیکم ا بیس آف مائی لائف۔</w:t>
      </w:r>
    </w:p>
    <w:p>
      <w:r>
        <w:rPr>
          <w:b/>
        </w:rPr>
        <w:t xml:space="preserve">[10:58] </w:t>
      </w:r>
      <w:r>
        <w:t>Whatever I do, I always think if I am getting something out of this or not.</w:t>
      </w:r>
    </w:p>
    <w:p>
      <w:pPr>
        <w:jc w:val="right"/>
      </w:pPr>
      <w:r>
        <w:t>واٹ ایور آئی ڈو، آئی الویز تھنک اف آئی ایم گیٹنگ سم تھنگ آؤٹ آف دس اور ناٹ۔</w:t>
      </w:r>
    </w:p>
    <w:p>
      <w:r>
        <w:rPr>
          <w:b/>
        </w:rPr>
        <w:t xml:space="preserve">[11:04] </w:t>
      </w:r>
      <w:r>
        <w:t>So that is my point which I want to share with you, and I am trying with what</w:t>
      </w:r>
    </w:p>
    <w:p>
      <w:pPr>
        <w:jc w:val="right"/>
      </w:pPr>
      <w:r>
        <w:t>سو دیٹ از مائی پوائنٹ وچ آئی وانٹ ٹو شیئر ود یو، اینڈ آئی ایم ٹرائنگ ود واٹ</w:t>
      </w:r>
    </w:p>
    <w:p>
      <w:r>
        <w:rPr>
          <w:b/>
        </w:rPr>
        <w:t xml:space="preserve">[11:11] </w:t>
      </w:r>
      <w:r>
        <w:t>every resource I am having to do, or with that attach with the mission, and that's all I</w:t>
      </w:r>
    </w:p>
    <w:p>
      <w:pPr>
        <w:jc w:val="right"/>
      </w:pPr>
      <w:r>
        <w:t>ایور ریسورس آئی ایم ہیونگ ٹو ڈو، اور ود دیٹ اٹیچ ود دا مشن، اینڈ دیٹس آل آئی</w:t>
      </w:r>
    </w:p>
    <w:p>
      <w:r>
        <w:rPr>
          <w:b/>
        </w:rPr>
        <w:t xml:space="preserve">[11:17] </w:t>
      </w:r>
      <w:r>
        <w:t>want to share with you.</w:t>
      </w:r>
    </w:p>
    <w:p>
      <w:pPr>
        <w:jc w:val="right"/>
      </w:pPr>
      <w:r>
        <w:t>وانٹ ٹو شیئر ود یو۔</w:t>
      </w:r>
    </w:p>
    <w:p>
      <w:r>
        <w:rPr>
          <w:b/>
        </w:rPr>
        <w:t xml:space="preserve">[11:24] </w:t>
      </w:r>
      <w:r>
        <w:t>bismillah al-rahman al-rahim.</w:t>
      </w:r>
    </w:p>
    <w:p>
      <w:pPr>
        <w:jc w:val="right"/>
      </w:pPr>
      <w:r>
        <w:t>بسم اللہ الرحمن الرحیم۔</w:t>
      </w:r>
    </w:p>
    <w:p>
      <w:r>
        <w:rPr>
          <w:b/>
        </w:rPr>
        <w:t xml:space="preserve">[11:29] </w:t>
      </w:r>
      <w:r>
        <w:t>aap ke samne mein molana ki ek naseehat ke baad jo mera zehn bana, us ko share karna chahta hoon.</w:t>
      </w:r>
    </w:p>
    <w:p>
      <w:pPr>
        <w:jc w:val="right"/>
      </w:pPr>
      <w:r>
        <w:t>آپ کے سامنے میں مولانا کی ایک نصیحت کے بعد جو میرا ذہن بنا، اس کو شیئر کرنا چاہتا ہوں۔</w:t>
      </w:r>
    </w:p>
    <w:p>
      <w:r>
        <w:rPr>
          <w:b/>
        </w:rPr>
        <w:t xml:space="preserve">[11:34] </w:t>
      </w:r>
      <w:r>
        <w:t>molana hamesha yeh kehte hain ke jo bhi activity aap kar rahe hain, woh kisi bhi type ki</w:t>
      </w:r>
    </w:p>
    <w:p>
      <w:pPr>
        <w:jc w:val="right"/>
      </w:pPr>
      <w:r>
        <w:t>مولانا ہمیشہ یہ کہتے ہیں کہ جو بھی ایکٹیویٹی آپ کر رہے ہیں، وہ کسی بھی ٹائپ کی</w:t>
      </w:r>
    </w:p>
    <w:p>
      <w:r>
        <w:rPr>
          <w:b/>
        </w:rPr>
        <w:t xml:space="preserve">[11:39] </w:t>
      </w:r>
      <w:r>
        <w:t>activity ho, us se aap ki koi learning hona chahiye.</w:t>
      </w:r>
    </w:p>
    <w:p>
      <w:pPr>
        <w:jc w:val="right"/>
      </w:pPr>
      <w:r>
        <w:t>ایکٹیویٹی ہو، اس سے آپ کی کوئی لرننگ ہونا چاہیے۔</w:t>
      </w:r>
    </w:p>
    <w:p>
      <w:r>
        <w:rPr>
          <w:b/>
        </w:rPr>
        <w:t xml:space="preserve">[11:44] </w:t>
      </w:r>
      <w:r>
        <w:t>koi aap ko is mein rabbani item milna chahiye is kaam se.</w:t>
      </w:r>
    </w:p>
    <w:p>
      <w:pPr>
        <w:jc w:val="right"/>
      </w:pPr>
      <w:r>
        <w:t>کوئی آپ کو اس میں ربانی آئٹم ملنا چاہیے اس کام سے۔</w:t>
      </w:r>
    </w:p>
    <w:p>
      <w:r>
        <w:rPr>
          <w:b/>
        </w:rPr>
        <w:t xml:space="preserve">[11:49] </w:t>
      </w:r>
      <w:r>
        <w:t>to abhi jo hamara hyderabad dawah meet ho rahi hai, to is silsile mein taqreeban hyderabad ki sari</w:t>
      </w:r>
    </w:p>
    <w:p>
      <w:pPr>
        <w:jc w:val="right"/>
      </w:pPr>
      <w:r>
        <w:t>تو ابھی جو ہمارا حیدرآباد دعویٰ میٹ ہو رہی ہے، تو اس سلسلے میں تقریباً حیدرآباد کی ساری</w:t>
      </w:r>
    </w:p>
    <w:p>
      <w:r>
        <w:rPr>
          <w:b/>
        </w:rPr>
        <w:t xml:space="preserve">[11:54] </w:t>
      </w:r>
      <w:r>
        <w:t>team ke sath hamein poore hyderabad mein ghoomne phirne aur dekhne ka moqa mila.</w:t>
      </w:r>
    </w:p>
    <w:p>
      <w:pPr>
        <w:jc w:val="right"/>
      </w:pPr>
      <w:r>
        <w:t>ٹیم کے ساتھ ہمیں پورے حیدرآباد میں گھومنے پھرنے اور دیکھنے کا موقع ملا۔</w:t>
      </w:r>
    </w:p>
    <w:p>
      <w:r>
        <w:rPr>
          <w:b/>
        </w:rPr>
        <w:t xml:space="preserve">[11:59] </w:t>
      </w:r>
      <w:r>
        <w:t>to is dauran mujhe bohat sari quran ki ayatein samajh mein ayin, to mein woh share karna chahta hoon.</w:t>
      </w:r>
    </w:p>
    <w:p>
      <w:pPr>
        <w:jc w:val="right"/>
      </w:pPr>
      <w:r>
        <w:t>تو اس دوران مجھے بہت ساری قرآن کی آیتیں سمجھ میں آئیں، تو میں وہ شیئر کرنا چاہتا ہوں۔</w:t>
      </w:r>
    </w:p>
    <w:p>
      <w:r>
        <w:rPr>
          <w:b/>
        </w:rPr>
        <w:t xml:space="preserve">[12:04] </w:t>
      </w:r>
      <w:r>
        <w:t>mein bohat pehle se yeh ayat padhta tha, mujhe samajh mein nahi aati thi ayat.</w:t>
      </w:r>
    </w:p>
    <w:p>
      <w:pPr>
        <w:jc w:val="right"/>
      </w:pPr>
      <w:r>
        <w:t>میں بہت پہلے سے یہ آیت پڑھتا تھا، مجھے سمجھ میں نہیں آتی تھی آیت۔</w:t>
      </w:r>
    </w:p>
    <w:p>
      <w:r>
        <w:rPr>
          <w:b/>
        </w:rPr>
        <w:t xml:space="preserve">[12:09] </w:t>
      </w:r>
      <w:r>
        <w:t>wa qulil hamdu lillahi allathi lam yattakhith waladan wa lam yakun lahu shareekun fil mulki wa lam yakun lahu waliyun min</w:t>
      </w:r>
    </w:p>
    <w:p>
      <w:pPr>
        <w:jc w:val="right"/>
      </w:pPr>
      <w:r>
        <w:t>وَقُلِ الْحَمْدُ لِلَّهِ الَّذِي لَمْ يَتَّخِذْ وَلَدًا وَلَمْ يَكُنْ لَهُ شَرِيكٌ فِي الْمُلْكِ وَلَمْ يَكُنْ لَهُ وَلِيٌّ مِنَ</w:t>
      </w:r>
    </w:p>
    <w:p>
      <w:r>
        <w:rPr>
          <w:b/>
        </w:rPr>
        <w:t xml:space="preserve">[12:14] </w:t>
      </w:r>
      <w:r>
        <w:t>al-zulmi yani ayat ka ek tukra yeh hai ke khuda ne kisi ko apna dost apne ajz ki</w:t>
      </w:r>
    </w:p>
    <w:p>
      <w:pPr>
        <w:jc w:val="right"/>
      </w:pPr>
      <w:r>
        <w:t>الظُّلِّ یعنی آیت کا ایک ٹکڑا یہ ہے کہ خدا نے کسی کو اپنا دوست اپنے عجز کی</w:t>
      </w:r>
    </w:p>
    <w:p>
      <w:r>
        <w:rPr>
          <w:b/>
        </w:rPr>
        <w:t xml:space="preserve">[12:19] </w:t>
      </w:r>
      <w:r>
        <w:t>wajah se nahi banaya hai.</w:t>
      </w:r>
    </w:p>
    <w:p>
      <w:pPr>
        <w:jc w:val="right"/>
      </w:pPr>
      <w:r>
        <w:t>وجہ سے نہیں بنایا ہے۔</w:t>
      </w:r>
    </w:p>
    <w:p>
      <w:r>
        <w:rPr>
          <w:b/>
        </w:rPr>
        <w:t xml:space="preserve">[12:24] </w:t>
      </w:r>
      <w:r>
        <w:t>to yeh mujhe samajh mein nahi aata tha ke ajz ki wajah se kisi ko is ne apna</w:t>
      </w:r>
    </w:p>
    <w:p>
      <w:pPr>
        <w:jc w:val="right"/>
      </w:pPr>
      <w:r>
        <w:t>تو یہ مجھے سمجھ میں نہیں آتا تھا کہ عجز کی وجہ سے کسی کو اس نے اپنا</w:t>
      </w:r>
    </w:p>
    <w:p>
      <w:r>
        <w:rPr>
          <w:b/>
        </w:rPr>
        <w:t xml:space="preserve">[12:29] </w:t>
      </w:r>
      <w:r>
        <w:t>dost nahi banaya, is ka kya matlab hai? to is meet ke arrangement ke dauran mujhe kuch baatein</w:t>
      </w:r>
    </w:p>
    <w:p>
      <w:pPr>
        <w:jc w:val="right"/>
      </w:pPr>
      <w:r>
        <w:t>دوست نہیں بنایا، اس کا کیا مطلب ہے؟ تو اس میٹ کے ارینجمنٹ کے دوران مجھے کچھ باتیں</w:t>
      </w:r>
    </w:p>
    <w:p>
      <w:r>
        <w:rPr>
          <w:b/>
        </w:rPr>
        <w:t xml:space="preserve">[12:34] </w:t>
      </w:r>
      <w:r>
        <w:t>samajh mein ayin.</w:t>
      </w:r>
    </w:p>
    <w:p>
      <w:pPr>
        <w:jc w:val="right"/>
      </w:pPr>
      <w:r>
        <w:t>سمجھ میں آئیں۔</w:t>
      </w:r>
    </w:p>
    <w:p>
      <w:r>
        <w:rPr>
          <w:b/>
        </w:rPr>
        <w:t xml:space="preserve">[12:39] </w:t>
      </w:r>
      <w:r>
        <w:t>misal ke taur par ek banquet hall mein hum log gaye taake wahan molana ka program ho aur wahan room liye jayen.</w:t>
      </w:r>
    </w:p>
    <w:p>
      <w:pPr>
        <w:jc w:val="right"/>
      </w:pPr>
      <w:r>
        <w:t>مثلاً ایک بینکٹ ہال میں ہم لوگ گئے تاکہ وہاں مولانا کا پروگرام ہو اور وہاں روم لیے جائیں۔</w:t>
      </w:r>
    </w:p>
    <w:p>
      <w:r>
        <w:rPr>
          <w:b/>
        </w:rPr>
        <w:t xml:space="preserve">[12:44] </w:t>
      </w:r>
      <w:r>
        <w:t>to wahan ek board laga hua tha: "We provide food for 500 to 5000 persons" .</w:t>
      </w:r>
    </w:p>
    <w:p>
      <w:pPr>
        <w:jc w:val="right"/>
      </w:pPr>
      <w:r>
        <w:t>تو وہاں ایک بورڈ لگا ہوا تھا: "We provide food for 500 to 5000 persons" ۔</w:t>
      </w:r>
    </w:p>
    <w:p>
      <w:r>
        <w:rPr>
          <w:b/>
        </w:rPr>
        <w:t xml:space="preserve">[12:49] </w:t>
      </w:r>
      <w:r>
        <w:t>to foran yeh padh kar mere zehn mein yeh baat ayi ke yahan insan ke ajz ka pata</w:t>
      </w:r>
    </w:p>
    <w:p>
      <w:pPr>
        <w:jc w:val="right"/>
      </w:pPr>
      <w:r>
        <w:t>تو فوراً یہ پڑھ کر میرے ذہن میں یہ بات آئی کہ یہاں انسان کے عجز کا پتہ</w:t>
      </w:r>
    </w:p>
    <w:p>
      <w:r>
        <w:rPr>
          <w:b/>
        </w:rPr>
        <w:t xml:space="preserve">[12:54] </w:t>
      </w:r>
      <w:r>
        <w:t>chal raha hai ke hum panch sau se le kar panch hazar tak ka order qabool karte hain.</w:t>
      </w:r>
    </w:p>
    <w:p>
      <w:pPr>
        <w:jc w:val="right"/>
      </w:pPr>
      <w:r>
        <w:t>چل رہا ہے کہ ہم پانچ سو سے لے کر پانچ ہزار تک کا آرڈر قبول کرتے ہیں۔</w:t>
      </w:r>
    </w:p>
    <w:p>
      <w:r>
        <w:rPr>
          <w:b/>
        </w:rPr>
        <w:t xml:space="preserve">[12:59] </w:t>
      </w:r>
      <w:r>
        <w:t>food order agar aap dein to panch hazar tak ki hamari limit hai.</w:t>
      </w:r>
    </w:p>
    <w:p>
      <w:pPr>
        <w:jc w:val="right"/>
      </w:pPr>
      <w:r>
        <w:t>فوڈ آرڈر اگر آپ دیں تو پانچ ہزار تک کی ہماری لیمٹ ہے۔</w:t>
      </w:r>
    </w:p>
    <w:p>
      <w:r>
        <w:rPr>
          <w:b/>
        </w:rPr>
        <w:t xml:space="preserve">[13:04] </w:t>
      </w:r>
      <w:r>
        <w:t>to foran mere zehn mein, yaqoob sahib mere sath the, mein ne kaha ke dekhein yahan par hamare</w:t>
      </w:r>
    </w:p>
    <w:p>
      <w:pPr>
        <w:jc w:val="right"/>
      </w:pPr>
      <w:r>
        <w:t>تو فوراً میرے ذہن میں، یاہوب صاحب میرے ساتھ تھے، میں نے کہا کہ دیکھیں یہاں پر ہمارے</w:t>
      </w:r>
    </w:p>
    <w:p>
      <w:r>
        <w:rPr>
          <w:b/>
        </w:rPr>
        <w:t xml:space="preserve">[13:09] </w:t>
      </w:r>
      <w:r>
        <w:t>liye aik rabbani item hai.</w:t>
      </w:r>
    </w:p>
    <w:p>
      <w:pPr>
        <w:jc w:val="right"/>
      </w:pPr>
      <w:r>
        <w:t>لیے ایک ربانی آئٹم ہے۔</w:t>
      </w:r>
    </w:p>
    <w:p>
      <w:r>
        <w:rPr>
          <w:b/>
        </w:rPr>
        <w:t xml:space="preserve">[13:14] </w:t>
      </w:r>
      <w:r>
        <w:t>woh yeh hai ke insaan apni limit bata raha hai ke panch hazar tak mujh se ho sakta hai.</w:t>
      </w:r>
    </w:p>
    <w:p>
      <w:pPr>
        <w:jc w:val="right"/>
      </w:pPr>
      <w:r>
        <w:t>وہ یہ ہے کہ انسان اپنی لیمٹ بتا رہا ہے کہ پانچ ہزار تک مجھ سے ہو سکتا ہے۔</w:t>
      </w:r>
    </w:p>
    <w:p>
      <w:r>
        <w:rPr>
          <w:b/>
        </w:rPr>
        <w:t xml:space="preserve">[13:19] </w:t>
      </w:r>
      <w:r>
        <w:t>khuda hazaron makhlooqat ko provide kar raha hai, kabhi is ne is tarah nahi kaha ke meri yeh limit hai.</w:t>
      </w:r>
    </w:p>
    <w:p>
      <w:pPr>
        <w:jc w:val="right"/>
      </w:pPr>
      <w:r>
        <w:t>خدا ہزاروں مخلوقات کو پرووائیڈ کر رہا ہے، کبھی اس نے اس طرح نہیں کہا کہ میری یہ لیمٹ ہے۔</w:t>
      </w:r>
    </w:p>
    <w:p>
      <w:r>
        <w:rPr>
          <w:b/>
        </w:rPr>
        <w:t xml:space="preserve">[13:24] </w:t>
      </w:r>
      <w:r>
        <w:t>samundaron mein aur aasmanon mein, zameenon mein pata nahi kitni makhlooqat hain jo khuda un ki nigrani kar</w:t>
      </w:r>
    </w:p>
    <w:p>
      <w:pPr>
        <w:jc w:val="right"/>
      </w:pPr>
      <w:r>
        <w:t>سمندروں میں اور آسمانوں میں، زمینوں میں پتہ نہیں کتنی مخلوقات ہیں جو خدا ان کی نگرانی کر</w:t>
      </w:r>
    </w:p>
    <w:p>
      <w:r>
        <w:rPr>
          <w:b/>
        </w:rPr>
        <w:t xml:space="preserve">[13:29] </w:t>
      </w:r>
      <w:r>
        <w:t>raha hai aur un ke sath apna rububiyat ka mamla kar raha hai.</w:t>
      </w:r>
    </w:p>
    <w:p>
      <w:pPr>
        <w:jc w:val="right"/>
      </w:pPr>
      <w:r>
        <w:t>رہا ہے اور ان کے ساتھ اپنا ربوبیت کا معاملہ کر رہا ہے۔</w:t>
      </w:r>
    </w:p>
    <w:p>
      <w:r>
        <w:rPr>
          <w:b/>
        </w:rPr>
        <w:t xml:space="preserve">[13:34] </w:t>
      </w:r>
      <w:r>
        <w:t>to mujhe yeh ayat samajh mein aayi us waqt: wa lam yakun lahu waliyun min al-dhull.</w:t>
      </w:r>
    </w:p>
    <w:p>
      <w:pPr>
        <w:jc w:val="right"/>
      </w:pPr>
      <w:r>
        <w:t>تو مجھے یہ آیت سمجھ میں آئی اس وقت: وَلَمْ يَكُنْ لَهُ وَلِيٌّ مِنَ الظُّلِّ ۔</w:t>
      </w:r>
    </w:p>
    <w:p>
      <w:r>
        <w:rPr>
          <w:b/>
        </w:rPr>
        <w:t xml:space="preserve">[13:39] </w:t>
      </w:r>
      <w:r>
        <w:t>ka kya matlab hai? isi tarah program ke douran hum ne kafi jaghon ko dekha, lekin har jagah</w:t>
      </w:r>
    </w:p>
    <w:p>
      <w:pPr>
        <w:jc w:val="right"/>
      </w:pPr>
      <w:r>
        <w:t>کا کیا مطلب ہے؟ اسی طرح پروگرام کے دوران ہم نے کافی جگہوں کو دیکھا، لیکن ہر جگہ</w:t>
      </w:r>
    </w:p>
    <w:p>
      <w:r>
        <w:rPr>
          <w:b/>
        </w:rPr>
        <w:t xml:space="preserve">[13:44] </w:t>
      </w:r>
      <w:r>
        <w:t>aik pehlu ka agar lehaz rakha jata to koi doosra aur pehlu chhoot jata is mein.</w:t>
      </w:r>
    </w:p>
    <w:p>
      <w:pPr>
        <w:jc w:val="right"/>
      </w:pPr>
      <w:r>
        <w:t>ایک پہلو کا اگر لحاظ رکھا جاتا تو کوئی دوسرا اور پہلو چھوٹ جاتا اس میں۔</w:t>
      </w:r>
    </w:p>
    <w:p>
      <w:r>
        <w:rPr>
          <w:b/>
        </w:rPr>
        <w:t xml:space="preserve">[13:49] </w:t>
      </w:r>
      <w:r>
        <w:t>misalan agar kahin rooms achhe hain to wahan namaz ka intezam nahi ho sakta tha.</w:t>
      </w:r>
    </w:p>
    <w:p>
      <w:pPr>
        <w:jc w:val="right"/>
      </w:pPr>
      <w:r>
        <w:t>مثلاً اگر کہیں رومز اچھے ہیں تو وہاں نماز کا انتظام نہیں ہو سکتا تھا۔</w:t>
      </w:r>
    </w:p>
    <w:p>
      <w:r>
        <w:rPr>
          <w:b/>
        </w:rPr>
        <w:t xml:space="preserve">[13:54] </w:t>
      </w:r>
      <w:r>
        <w:t>agar conference hall achha hai to koi aur masla pesh aata, ya shehar se woh bohat door hota.</w:t>
      </w:r>
    </w:p>
    <w:p>
      <w:pPr>
        <w:jc w:val="right"/>
      </w:pPr>
      <w:r>
        <w:t>اگر کانفرنس ہال اچھا ہے تو کوئی اور مسئلہ پیش آتا، یا شہر سے وہ بہت دور ہوتا۔</w:t>
      </w:r>
    </w:p>
    <w:p>
      <w:r>
        <w:rPr>
          <w:b/>
        </w:rPr>
        <w:t xml:space="preserve">[13:59] </w:t>
      </w:r>
      <w:r>
        <w:t>to is douran mujhe kuch baatein samajh mein aayin ke koi bhi aik program ko karne ke liye</w:t>
      </w:r>
    </w:p>
    <w:p>
      <w:pPr>
        <w:jc w:val="right"/>
      </w:pPr>
      <w:r>
        <w:t>تو اس دوران مجھے کچھ باتیں سمجھ میں آئیں کہ کوئی بھی ایک پروگرام کو کرنے کے لیے</w:t>
      </w:r>
    </w:p>
    <w:p>
      <w:r>
        <w:rPr>
          <w:b/>
        </w:rPr>
        <w:t xml:space="preserve">[14:04] </w:t>
      </w:r>
      <w:r>
        <w:t>itni zyada baaton ka lehaz rakhna parta hai ke hamare bas mein hi nahi hai ke hum is</w:t>
      </w:r>
    </w:p>
    <w:p>
      <w:pPr>
        <w:jc w:val="right"/>
      </w:pPr>
      <w:r>
        <w:t>اتنی زیادہ باتوں کا لحاظ رکھنا پڑتا ہے کہ ہمارے بس میں ہی نہیں ہے کہ ہم اس</w:t>
      </w:r>
    </w:p>
    <w:p>
      <w:r>
        <w:rPr>
          <w:b/>
        </w:rPr>
        <w:t xml:space="preserve">[14:09] </w:t>
      </w:r>
      <w:r>
        <w:t>ka lehaz rakhein.</w:t>
      </w:r>
    </w:p>
    <w:p>
      <w:pPr>
        <w:jc w:val="right"/>
      </w:pPr>
      <w:r>
        <w:t>کا لحاظ رکھیں۔</w:t>
      </w:r>
    </w:p>
    <w:p>
      <w:r>
        <w:rPr>
          <w:b/>
        </w:rPr>
        <w:t xml:space="preserve">[14:14] </w:t>
      </w:r>
      <w:r>
        <w:t>ke aik dam minor minor detail ko khayal karna parta hai.</w:t>
      </w:r>
    </w:p>
    <w:p>
      <w:pPr>
        <w:jc w:val="right"/>
      </w:pPr>
      <w:r>
        <w:t>کہ ایک دم مائنر مائنر ڈیٹیل کو خیال کرنا پڑتا ہے۔</w:t>
      </w:r>
    </w:p>
    <w:p>
      <w:r>
        <w:rPr>
          <w:b/>
        </w:rPr>
        <w:t xml:space="preserve">[14:19] </w:t>
      </w:r>
      <w:r>
        <w:t>to mein ne paya is douran ke koi na koi pehlu agar khayal mein rakha jaye to doosra</w:t>
      </w:r>
    </w:p>
    <w:p>
      <w:pPr>
        <w:jc w:val="right"/>
      </w:pPr>
      <w:r>
        <w:t>تو میں نے پایا اس دوران کہ کوئی نہ کوئی پہلو اگر خیال میں رکھا جائے تو دوسرا</w:t>
      </w:r>
    </w:p>
    <w:p>
      <w:r>
        <w:rPr>
          <w:b/>
        </w:rPr>
        <w:t xml:space="preserve">[14:24] </w:t>
      </w:r>
      <w:r>
        <w:t>pehlu is mein miss ho jata hai.</w:t>
      </w:r>
    </w:p>
    <w:p>
      <w:pPr>
        <w:jc w:val="right"/>
      </w:pPr>
      <w:r>
        <w:t>پہلو اس میں مس ہو جاتا ہے۔</w:t>
      </w:r>
    </w:p>
    <w:p>
      <w:r>
        <w:rPr>
          <w:b/>
        </w:rPr>
        <w:t xml:space="preserve">[14:29] </w:t>
      </w:r>
      <w:r>
        <w:t>to mujhe foran yeh baat samajh mein aayi ke khuda ne itni bari kainat banai, us ne sare</w:t>
      </w:r>
    </w:p>
    <w:p>
      <w:pPr>
        <w:jc w:val="right"/>
      </w:pPr>
      <w:r>
        <w:t>تو مجھے فوراً یہ بات سمجھ میں آئی کہ خدا نے اتنی بڑی کائنات بنائی، اس نے سارے</w:t>
      </w:r>
    </w:p>
    <w:p>
      <w:r>
        <w:rPr>
          <w:b/>
        </w:rPr>
        <w:t xml:space="preserve">[14:34] </w:t>
      </w:r>
      <w:r>
        <w:t>hi pehluon ka ehtimam kiya, lekin koi pehlu is se miss nahi hua.</w:t>
      </w:r>
    </w:p>
    <w:p>
      <w:pPr>
        <w:jc w:val="right"/>
      </w:pPr>
      <w:r>
        <w:t>ہی پہلوؤں کا اہتمام کیا، لیکن کوئی پہلو اس سے مس نہیں ہوا۔</w:t>
      </w:r>
    </w:p>
    <w:p>
      <w:r>
        <w:rPr>
          <w:b/>
        </w:rPr>
        <w:t xml:space="preserve">[14:39] </w:t>
      </w:r>
      <w:r>
        <w:t>kisi pehlu ko is ne miss nahi kiya design karte hue.</w:t>
      </w:r>
    </w:p>
    <w:p>
      <w:pPr>
        <w:jc w:val="right"/>
      </w:pPr>
      <w:r>
        <w:t>کسی پہلو کو اس نے مس نہیں کیا ڈیزائن کرتے ہوئے۔</w:t>
      </w:r>
    </w:p>
    <w:p>
      <w:r>
        <w:rPr>
          <w:b/>
        </w:rPr>
        <w:t xml:space="preserve">[14:44] </w:t>
      </w:r>
      <w:r>
        <w:t>misalan jab hamari body ka nizam hum study karte hain to itne zyada is mein ehtimamat hain ke</w:t>
      </w:r>
    </w:p>
    <w:p>
      <w:pPr>
        <w:jc w:val="right"/>
      </w:pPr>
      <w:r>
        <w:t>مثلاً جب ہماری باڈی کا نظام ہم اسٹڈی کرتے ہیں تو اتنے زیادہ اس میں اہتمامات ہیں کہ</w:t>
      </w:r>
    </w:p>
    <w:p>
      <w:r>
        <w:rPr>
          <w:b/>
        </w:rPr>
        <w:t xml:space="preserve">[14:49] </w:t>
      </w:r>
      <w:r>
        <w:t>kahin koi baat kisi se takrati nahi hai ke is pehlu ka ehtimam hua aur doosra pehlu chhoot gaya.</w:t>
      </w:r>
    </w:p>
    <w:p>
      <w:pPr>
        <w:jc w:val="right"/>
      </w:pPr>
      <w:r>
        <w:t>کہیں کوئی بات کسی سے ٹکراتی نہیں ہے کہ اس پہلو کا اہتمام ہوا اور دوسرا پہلو چھوٹ گیا۔</w:t>
      </w:r>
    </w:p>
    <w:p>
      <w:r>
        <w:rPr>
          <w:b/>
        </w:rPr>
        <w:t xml:space="preserve">[14:54] </w:t>
      </w:r>
      <w:r>
        <w:t>to is program ke douran aisi bohat sari baatein mujhe rabbani item ko le kar aur insanon ko</w:t>
      </w:r>
    </w:p>
    <w:p>
      <w:pPr>
        <w:jc w:val="right"/>
      </w:pPr>
      <w:r>
        <w:t>تو اس پروگرام کے دوران ایسی بہت ساری باتیں مجھے ربانی آئٹم کو لے کر اور انسانوں کو</w:t>
      </w:r>
    </w:p>
    <w:p>
      <w:r>
        <w:rPr>
          <w:b/>
        </w:rPr>
        <w:t xml:space="preserve">[14:59] </w:t>
      </w:r>
      <w:r>
        <w:t>le kar aur bhi bohat sari baatein samajh mein aayin.</w:t>
      </w:r>
    </w:p>
    <w:p>
      <w:pPr>
        <w:jc w:val="right"/>
      </w:pPr>
      <w:r>
        <w:t>لے کر اور بھی بہت ساری باتیں سمجھ میں آئیں۔</w:t>
      </w:r>
    </w:p>
    <w:p>
      <w:r>
        <w:rPr>
          <w:b/>
        </w:rPr>
        <w:t xml:space="preserve">[15:04] </w:t>
      </w:r>
      <w:r>
        <w:t>is mein se mein in do baaton ko share kar ke apni baat ko khatam karta hoon.</w:t>
      </w:r>
    </w:p>
    <w:p>
      <w:pPr>
        <w:jc w:val="right"/>
      </w:pPr>
      <w:r>
        <w:t>اس میں سے میں ان دو باتوں کو شیئر کر کے اپنی بات کو ختم کرتا ہوں۔</w:t>
      </w:r>
    </w:p>
    <w:p>
      <w:r>
        <w:rPr>
          <w:b/>
        </w:rPr>
        <w:t xml:space="preserve">[15:10] </w:t>
      </w:r>
      <w:r>
        <w:t>ab mein request karunga ke abdullah sahib yahan pe aayen aur apni baat kahein.</w:t>
      </w:r>
    </w:p>
    <w:p>
      <w:pPr>
        <w:jc w:val="right"/>
      </w:pPr>
      <w:r>
        <w:t>اب میں ریکویسٹ کروں گا کہ عبداللہ صاحب یہاں پہ آئیں اور اپنی بات کہیں۔</w:t>
      </w:r>
    </w:p>
    <w:p>
      <w:r>
        <w:rPr>
          <w:b/>
        </w:rPr>
        <w:t xml:space="preserve">[15:14] </w:t>
      </w:r>
      <w:r>
        <w:t>nahmaduhu wa nusalli ala rasulihil karim amma ba'd assalamu alaikum.</w:t>
      </w:r>
    </w:p>
    <w:p>
      <w:pPr>
        <w:jc w:val="right"/>
      </w:pPr>
      <w:r>
        <w:t>نحمدہ ونصلی علی رسولہ الکریم اما بعد السلام علیکم۔</w:t>
      </w:r>
    </w:p>
    <w:p>
      <w:r>
        <w:rPr>
          <w:b/>
        </w:rPr>
        <w:t xml:space="preserve">[15:19] </w:t>
      </w:r>
      <w:r>
        <w:t>mein muhammad abdullah, kalkatte se aaya hoon.</w:t>
      </w:r>
    </w:p>
    <w:p>
      <w:pPr>
        <w:jc w:val="right"/>
      </w:pPr>
      <w:r>
        <w:t>میں محمد عبداللہ، کلکتے سے آیا ہوں۔</w:t>
      </w:r>
    </w:p>
    <w:p>
      <w:r>
        <w:rPr>
          <w:b/>
        </w:rPr>
        <w:t xml:space="preserve">[15:24] </w:t>
      </w:r>
      <w:r>
        <w:t>ar-risalah mission se mein kaise juda, iski ek lambi dastaan hai mere saath.</w:t>
      </w:r>
    </w:p>
    <w:p>
      <w:pPr>
        <w:jc w:val="right"/>
      </w:pPr>
      <w:r>
        <w:t>الرسالہ مشن سے میں کیسے جڑا، اس کی ایک لمبی داستان ہے میرے ساتھ۔</w:t>
      </w:r>
    </w:p>
    <w:p>
      <w:r>
        <w:rPr>
          <w:b/>
        </w:rPr>
        <w:t xml:space="preserve">[15:29] </w:t>
      </w:r>
      <w:r>
        <w:t>asal yeh hai ke mera ilmi safar jo hai bahut zyada chala hai.</w:t>
      </w:r>
    </w:p>
    <w:p>
      <w:pPr>
        <w:jc w:val="right"/>
      </w:pPr>
      <w:r>
        <w:t>اصل یہ ہے کہ میرا علمی سفر جو ہے بہت زیادہ چلا ہے۔</w:t>
      </w:r>
    </w:p>
    <w:p>
      <w:r>
        <w:rPr>
          <w:b/>
        </w:rPr>
        <w:t xml:space="preserve">[15:34] </w:t>
      </w:r>
      <w:r>
        <w:t>tablighi jamaat, jamaat-e-islami, ahle hadith, ahle quran.</w:t>
      </w:r>
    </w:p>
    <w:p>
      <w:pPr>
        <w:jc w:val="right"/>
      </w:pPr>
      <w:r>
        <w:t>تبلیغی جماعت، جماعت اسلامی، اہل حدیث، اہل قرآن۔</w:t>
      </w:r>
    </w:p>
    <w:p>
      <w:r>
        <w:rPr>
          <w:b/>
        </w:rPr>
        <w:t xml:space="preserve">[15:39] </w:t>
      </w:r>
      <w:r>
        <w:t>lekin mere saath khush qismati yeh rahi ke tablighi jamaat, ahle hadith aur ahle quran ke saath wabasta</w:t>
      </w:r>
    </w:p>
    <w:p>
      <w:pPr>
        <w:jc w:val="right"/>
      </w:pPr>
      <w:r>
        <w:t>لیکن میرے ساتھ خوش قسمتی یہ رہی کہ تبلیغی جماعت، اہل حدیث اور اہل قرآن کے ساتھ وابستہ</w:t>
      </w:r>
    </w:p>
    <w:p>
      <w:r>
        <w:rPr>
          <w:b/>
        </w:rPr>
        <w:t xml:space="preserve">[15:44] </w:t>
      </w:r>
      <w:r>
        <w:t>rehte hue Maulana ko padhne ka hamesha mujhe mauqa milta raha.</w:t>
      </w:r>
    </w:p>
    <w:p>
      <w:pPr>
        <w:jc w:val="right"/>
      </w:pPr>
      <w:r>
        <w:t>رہتے ہوئے مولانا کو پڑھنے کا ہمیشہ مجھے موقع ملتا رہا۔</w:t>
      </w:r>
    </w:p>
    <w:p>
      <w:r>
        <w:rPr>
          <w:b/>
        </w:rPr>
        <w:t xml:space="preserve">[15:49] </w:t>
      </w:r>
      <w:r>
        <w:t>to Maulana ki jo writings theen, woh mere liye bahut balancing catalyst ka kaam karti theen.</w:t>
      </w:r>
    </w:p>
    <w:p>
      <w:pPr>
        <w:jc w:val="right"/>
      </w:pPr>
      <w:r>
        <w:t>تو مولانا کی جو رائٹنگز تھیں، وہ میرے لیے بہت بیلنسنگ کیٹلسٹ کا کام کرتی تھیں۔</w:t>
      </w:r>
    </w:p>
    <w:p>
      <w:r>
        <w:rPr>
          <w:b/>
        </w:rPr>
        <w:t xml:space="preserve">[15:53] </w:t>
      </w:r>
      <w:r>
        <w:t>jahan tashaddud aata tha to phir Maulana wahan balance karte the ke aise nahin, aise hoga.</w:t>
      </w:r>
    </w:p>
    <w:p>
      <w:pPr>
        <w:jc w:val="right"/>
      </w:pPr>
      <w:r>
        <w:t>جہاں تشدد آتا تھا تو پھر مولانا وہاں بیلنس کرتے تھے کہ ایسے نہیں، ایسے ہوگا۔</w:t>
      </w:r>
    </w:p>
    <w:p>
      <w:r>
        <w:rPr>
          <w:b/>
        </w:rPr>
        <w:t xml:space="preserve">[15:58] </w:t>
      </w:r>
      <w:r>
        <w:t>yeh ek lambi dastaan hai.</w:t>
      </w:r>
    </w:p>
    <w:p>
      <w:pPr>
        <w:jc w:val="right"/>
      </w:pPr>
      <w:r>
        <w:t>یہ ایک لمبی داستان ہے۔</w:t>
      </w:r>
    </w:p>
    <w:p>
      <w:r>
        <w:rPr>
          <w:b/>
        </w:rPr>
        <w:t xml:space="preserve">[16:03] </w:t>
      </w:r>
      <w:r>
        <w:t>lekin yeh hai ke fikri taur par Maulana sahib se mein bahut zyada mutassir nahin tha, balke kuch</w:t>
      </w:r>
    </w:p>
    <w:p>
      <w:pPr>
        <w:jc w:val="right"/>
      </w:pPr>
      <w:r>
        <w:t>لیکن یہ ہے کہ فکری طور پر مولانا صاحب سے میں بہت زیادہ متاثر نہیں تھا، بلکہ کچھ</w:t>
      </w:r>
    </w:p>
    <w:p>
      <w:r>
        <w:rPr>
          <w:b/>
        </w:rPr>
        <w:t xml:space="preserve">[16:08] </w:t>
      </w:r>
      <w:r>
        <w:t>mukhalifat thi mizaj mein.</w:t>
      </w:r>
    </w:p>
    <w:p>
      <w:pPr>
        <w:jc w:val="right"/>
      </w:pPr>
      <w:r>
        <w:t>مخالفت تھی مزاج میں۔</w:t>
      </w:r>
    </w:p>
    <w:p>
      <w:r>
        <w:rPr>
          <w:b/>
        </w:rPr>
        <w:t xml:space="preserve">[16:13] </w:t>
      </w:r>
      <w:r>
        <w:t>jo aam taur par samaaj mein hum log abhi face karte hain kaam karte waqt, wahi baatein.</w:t>
      </w:r>
    </w:p>
    <w:p>
      <w:pPr>
        <w:jc w:val="right"/>
      </w:pPr>
      <w:r>
        <w:t>جو عام طور پر سماج میں ہم لوگ ابھی فیس کرتے ہیں کام کرتے وقت، وہی باتیں۔</w:t>
      </w:r>
    </w:p>
    <w:p>
      <w:r>
        <w:rPr>
          <w:b/>
        </w:rPr>
        <w:t xml:space="preserve">[16:18] </w:t>
      </w:r>
      <w:r>
        <w:t>sabr, yeh aur woh.</w:t>
      </w:r>
    </w:p>
    <w:p>
      <w:pPr>
        <w:jc w:val="right"/>
      </w:pPr>
      <w:r>
        <w:t>صبر، یہ اور وہ۔</w:t>
      </w:r>
    </w:p>
    <w:p>
      <w:r>
        <w:rPr>
          <w:b/>
        </w:rPr>
        <w:t xml:space="preserve">[16:23] </w:t>
      </w:r>
      <w:r>
        <w:t>to is tarah ki bahut baatein theen.</w:t>
      </w:r>
    </w:p>
    <w:p>
      <w:pPr>
        <w:jc w:val="right"/>
      </w:pPr>
      <w:r>
        <w:t>تو اس طرح کی بہت باتیں تھیں۔</w:t>
      </w:r>
    </w:p>
    <w:p>
      <w:r>
        <w:rPr>
          <w:b/>
        </w:rPr>
        <w:t xml:space="preserve">[16:28] </w:t>
      </w:r>
      <w:r>
        <w:t>hamare ek dost the jo ar-risalah, ar-risalah bahut padhte the.</w:t>
      </w:r>
    </w:p>
    <w:p>
      <w:pPr>
        <w:jc w:val="right"/>
      </w:pPr>
      <w:r>
        <w:t>ہمارے ایک دوست تھے جو الرسالہ، الرسالہ بہت پڑھتے تھے۔</w:t>
      </w:r>
    </w:p>
    <w:p>
      <w:r>
        <w:rPr>
          <w:b/>
        </w:rPr>
        <w:t xml:space="preserve">[16:33] </w:t>
      </w:r>
      <w:r>
        <w:t>to un se meri baatein hoti theen.</w:t>
      </w:r>
    </w:p>
    <w:p>
      <w:pPr>
        <w:jc w:val="right"/>
      </w:pPr>
      <w:r>
        <w:t>تو ان سے میری باتیں ہوتی تھیں۔</w:t>
      </w:r>
    </w:p>
    <w:p>
      <w:r>
        <w:rPr>
          <w:b/>
        </w:rPr>
        <w:t xml:space="preserve">[16:37] </w:t>
      </w:r>
      <w:r>
        <w:t>to kabhi existence aur co-existence pe behas hoti thi.</w:t>
      </w:r>
    </w:p>
    <w:p>
      <w:pPr>
        <w:jc w:val="right"/>
      </w:pPr>
      <w:r>
        <w:t>تو کبھی ایگزسٹنس اور کو ایگزسٹنس پہ بحث ہوتی تھی۔</w:t>
      </w:r>
    </w:p>
    <w:p>
      <w:r>
        <w:rPr>
          <w:b/>
        </w:rPr>
        <w:t xml:space="preserve">[16:42] </w:t>
      </w:r>
      <w:r>
        <w:t>woh Maulana ki co-existence pe baat karte the, mein Maulana ki co-existence ki baat ko radd karta tha.</w:t>
      </w:r>
    </w:p>
    <w:p>
      <w:pPr>
        <w:jc w:val="right"/>
      </w:pPr>
      <w:r>
        <w:t>وہ مولانا کی کو ایگزسٹنس پہ بات کرتے تھے، میں مولانا کی کو ایگزسٹنس کی بات کو رد کرتا تھا۔</w:t>
      </w:r>
    </w:p>
    <w:p>
      <w:r>
        <w:rPr>
          <w:b/>
        </w:rPr>
        <w:t xml:space="preserve">[16:47] </w:t>
      </w:r>
      <w:r>
        <w:t>struggle for existence aur yahan se aur wahan se bahut ek behas ka lamba yeh silsila tha.</w:t>
      </w:r>
    </w:p>
    <w:p>
      <w:pPr>
        <w:jc w:val="right"/>
      </w:pPr>
      <w:r>
        <w:t>سٹرگل فار ایگزسٹنس اور یہاں سے اور وہاں سے بہت ایک بحث کا لمبا یہ سلسلہ تھا۔</w:t>
      </w:r>
    </w:p>
    <w:p>
      <w:r>
        <w:rPr>
          <w:b/>
        </w:rPr>
        <w:t xml:space="preserve">[16:52] </w:t>
      </w:r>
      <w:r>
        <w:t>lekin 1992 post babri masjid ke baad maine Maulana sahib ko jo padha hai, to mere andar</w:t>
      </w:r>
    </w:p>
    <w:p>
      <w:pPr>
        <w:jc w:val="right"/>
      </w:pPr>
      <w:r>
        <w:t>لیکن 1992 پوسٹ باوری مسجد کے بعد میں نے مولانا صاحب کو جو پڑھا ہے، تو میرے اندر</w:t>
      </w:r>
    </w:p>
    <w:p>
      <w:r>
        <w:rPr>
          <w:b/>
        </w:rPr>
        <w:t xml:space="preserve">[16:57] </w:t>
      </w:r>
      <w:r>
        <w:t>bahut radical changes aaye iske baad.</w:t>
      </w:r>
    </w:p>
    <w:p>
      <w:pPr>
        <w:jc w:val="right"/>
      </w:pPr>
      <w:r>
        <w:t>بہت ریڈیکل چینجز آئے اس کے بعد۔</w:t>
      </w:r>
    </w:p>
    <w:p>
      <w:r>
        <w:rPr>
          <w:b/>
        </w:rPr>
        <w:t xml:space="preserve">[17:02] </w:t>
      </w:r>
      <w:r>
        <w:t>woh yun tha ke babri masjid ke baad Maulana ka ek article aaya tha the telegraph mein.</w:t>
      </w:r>
    </w:p>
    <w:p>
      <w:pPr>
        <w:jc w:val="right"/>
      </w:pPr>
      <w:r>
        <w:t>وہ یوں تھا کہ باوری مسجد کے بعد مولانا کا ایک آرٹیکل آیا تھا دا ٹیلی گراف میں۔</w:t>
      </w:r>
    </w:p>
    <w:p>
      <w:r>
        <w:rPr>
          <w:b/>
        </w:rPr>
        <w:t xml:space="preserve">[17:07] </w:t>
      </w:r>
      <w:r>
        <w:t>uska ek unwan tha "old fractures new wounds".</w:t>
      </w:r>
    </w:p>
    <w:p>
      <w:pPr>
        <w:jc w:val="right"/>
      </w:pPr>
      <w:r>
        <w:t>اس کا ایک عنوان تھا "اولڈ فریکچرز نیو وونز"۔</w:t>
      </w:r>
    </w:p>
    <w:p>
      <w:r>
        <w:rPr>
          <w:b/>
        </w:rPr>
        <w:t xml:space="preserve">[17:12] </w:t>
      </w:r>
      <w:r>
        <w:t>to woh article jo hai, woh mere mizaj ke bilkul khilaf tha.</w:t>
      </w:r>
    </w:p>
    <w:p>
      <w:pPr>
        <w:jc w:val="right"/>
      </w:pPr>
      <w:r>
        <w:t>تو وہ آرٹیکل جو ہے، وہ میرے مزاج کے بالکل خلاف تھا۔</w:t>
      </w:r>
    </w:p>
    <w:p>
      <w:r>
        <w:rPr>
          <w:b/>
        </w:rPr>
        <w:t xml:space="preserve">[17:17] </w:t>
      </w:r>
      <w:r>
        <w:t>to mein ne is par rejoinder likha tha telegraph mein.</w:t>
      </w:r>
    </w:p>
    <w:p>
      <w:pPr>
        <w:jc w:val="right"/>
      </w:pPr>
      <w:r>
        <w:t>تو میں نے اس پر ریجوائنڈر لکھا تھا ٹیلی گراف میں۔</w:t>
      </w:r>
    </w:p>
    <w:p>
      <w:r>
        <w:rPr>
          <w:b/>
        </w:rPr>
        <w:t xml:space="preserve">[17:21] </w:t>
      </w:r>
      <w:r>
        <w:t>to mein ab bolta hoon ke meri khush qismati hai ke woh chapi nahi thi.</w:t>
      </w:r>
    </w:p>
    <w:p>
      <w:pPr>
        <w:jc w:val="right"/>
      </w:pPr>
      <w:r>
        <w:t>تو میں اب بولتا ہوں کہ میری خوش قسمتی ہے کہ وہ چھپی نہیں تھی۔</w:t>
      </w:r>
    </w:p>
    <w:p>
      <w:r>
        <w:rPr>
          <w:b/>
        </w:rPr>
        <w:t xml:space="preserve">[17:26] </w:t>
      </w:r>
      <w:r>
        <w:t>to is mein mera jo lehja tha, meri jo zuban thi, woh ab mujhe bohat sharmindagi mehsoos hoti</w:t>
      </w:r>
    </w:p>
    <w:p>
      <w:pPr>
        <w:jc w:val="right"/>
      </w:pPr>
      <w:r>
        <w:t>تو اس میں میرا جو لہجہ تھا، میری جو زبان تھی، وہ اب مجھے بہت شرمندگی محسوس ہوتی</w:t>
      </w:r>
    </w:p>
    <w:p>
      <w:r>
        <w:rPr>
          <w:b/>
        </w:rPr>
        <w:t xml:space="preserve">[17:31] </w:t>
      </w:r>
      <w:r>
        <w:t>hai jab mein is ko parhta hoon.</w:t>
      </w:r>
    </w:p>
    <w:p>
      <w:pPr>
        <w:jc w:val="right"/>
      </w:pPr>
      <w:r>
        <w:t>ہے جب میں اس کو پڑھتا ہوں۔</w:t>
      </w:r>
    </w:p>
    <w:p>
      <w:r>
        <w:rPr>
          <w:b/>
        </w:rPr>
        <w:t xml:space="preserve">[17:36] </w:t>
      </w:r>
      <w:r>
        <w:t>ke mein kya sochta tha, mein kis level pe tha.</w:t>
      </w:r>
    </w:p>
    <w:p>
      <w:pPr>
        <w:jc w:val="right"/>
      </w:pPr>
      <w:r>
        <w:t>کہ میں کیا سوچتا تھا، میں کس لیول پہ تھا۔</w:t>
      </w:r>
    </w:p>
    <w:p>
      <w:r>
        <w:rPr>
          <w:b/>
        </w:rPr>
        <w:t xml:space="preserve">[17:41] </w:t>
      </w:r>
      <w:r>
        <w:t>is ke baad Maulana ki baatein jo hain, woh ahista ahista sarait karti gayeen ke haqeeqat yahi hai.</w:t>
      </w:r>
    </w:p>
    <w:p>
      <w:pPr>
        <w:jc w:val="right"/>
      </w:pPr>
      <w:r>
        <w:t>اس کے بعد مولانا کی باتیں جو ہیں، وہ آہستہ آہستہ سرایت کرتی گئیں کہ حقیقت یہی ہے۔</w:t>
      </w:r>
    </w:p>
    <w:p>
      <w:r>
        <w:rPr>
          <w:b/>
        </w:rPr>
        <w:t xml:space="preserve">[17:46] </w:t>
      </w:r>
      <w:r>
        <w:t>fikri tor par ahle hadees ya ahle quran ya tablighi jamaat ki baatein jo thay, is se to</w:t>
      </w:r>
    </w:p>
    <w:p>
      <w:pPr>
        <w:jc w:val="right"/>
      </w:pPr>
      <w:r>
        <w:t>فکری طور پر اہل حدیث یا اہل قرآن یا تبلیغی جماعت کی باتیں جو تھے، اس سے تو</w:t>
      </w:r>
    </w:p>
    <w:p>
      <w:r>
        <w:rPr>
          <w:b/>
        </w:rPr>
        <w:t xml:space="preserve">[17:51] </w:t>
      </w:r>
      <w:r>
        <w:t>mein manusi tha, Maulana ki baatein theek lagti theen.</w:t>
      </w:r>
    </w:p>
    <w:p>
      <w:pPr>
        <w:jc w:val="right"/>
      </w:pPr>
      <w:r>
        <w:t>میں مانوسی تھا، مولانا کی باتیں ٹھیک لگتی تھیں۔</w:t>
      </w:r>
    </w:p>
    <w:p>
      <w:r>
        <w:rPr>
          <w:b/>
        </w:rPr>
        <w:t xml:space="preserve">[17:56] </w:t>
      </w:r>
      <w:r>
        <w:t>lekin woh sabr aur yeh is ka jo muamla hota hai hindustan ke tanazir mein, to is se</w:t>
      </w:r>
    </w:p>
    <w:p>
      <w:pPr>
        <w:jc w:val="right"/>
      </w:pPr>
      <w:r>
        <w:t>لیکن وہ صبر اور یہ اس کا جو معاملہ ہوتا ہے ہندوستان کے تناظر میں، تو اس سے</w:t>
      </w:r>
    </w:p>
    <w:p>
      <w:r>
        <w:rPr>
          <w:b/>
        </w:rPr>
        <w:t xml:space="preserve">[18:00] </w:t>
      </w:r>
      <w:r>
        <w:t>mujhe shadeed ikhtilaf hota tha.</w:t>
      </w:r>
    </w:p>
    <w:p>
      <w:pPr>
        <w:jc w:val="right"/>
      </w:pPr>
      <w:r>
        <w:t>مجھے شدید اختلاف ہوتا تھا۔</w:t>
      </w:r>
    </w:p>
    <w:p>
      <w:r>
        <w:rPr>
          <w:b/>
        </w:rPr>
        <w:t xml:space="preserve">[18:05] </w:t>
      </w:r>
      <w:r>
        <w:t>aur bawri masjid ke demolition ke baad, bagol Maulana ke, ke jis tarah is par full stop lag</w:t>
      </w:r>
    </w:p>
    <w:p>
      <w:pPr>
        <w:jc w:val="right"/>
      </w:pPr>
      <w:r>
        <w:t>اور باوری مسجد کے ڈیمولیشن کے بعد، بقول مولانا کے، کہ جس طرح اس پر فل سٹاپ لگ</w:t>
      </w:r>
    </w:p>
    <w:p>
      <w:r>
        <w:rPr>
          <w:b/>
        </w:rPr>
        <w:t xml:space="preserve">[18:10] </w:t>
      </w:r>
      <w:r>
        <w:t>gaya, to meri soch par bhi full stop lag gaya ke mein is tarah manfi jazbat ke sath sochun.</w:t>
      </w:r>
    </w:p>
    <w:p>
      <w:pPr>
        <w:jc w:val="right"/>
      </w:pPr>
      <w:r>
        <w:t>گیا، تو میری سوچ پر بھی فل سٹاپ لگ گیا کہ میں اس طرح منفی جذبات کے ساتھ سوچوں۔</w:t>
      </w:r>
    </w:p>
    <w:p>
      <w:r>
        <w:rPr>
          <w:b/>
        </w:rPr>
        <w:t xml:space="preserve">[18:15] </w:t>
      </w:r>
      <w:r>
        <w:t>Maulana ki writing ne jo thinking process jari kiya hai, woh aaj bhi jari hai, alhamdulillah.</w:t>
      </w:r>
    </w:p>
    <w:p>
      <w:pPr>
        <w:jc w:val="right"/>
      </w:pPr>
      <w:r>
        <w:t>مولانا کی رائٹنگ نے جو تھنکنگ پراسیس جاری کیا ہے، وہ آج بھی جاری ہے، الحمدللہ۔</w:t>
      </w:r>
    </w:p>
    <w:p>
      <w:r>
        <w:rPr>
          <w:b/>
        </w:rPr>
        <w:t xml:space="preserve">[18:20] </w:t>
      </w:r>
      <w:r>
        <w:t>cheezon ke darmiyan tamiz karna, farq karna, kaun si baat leni hai, kaun si baat chhod deni hai,</w:t>
      </w:r>
    </w:p>
    <w:p>
      <w:pPr>
        <w:jc w:val="right"/>
      </w:pPr>
      <w:r>
        <w:t>چیزوں کے درمیان تمیز کرنا، فرق کرنا، کون سی بات لینی ہے، کون سی بات چھوڑ دینی ہے،</w:t>
      </w:r>
    </w:p>
    <w:p>
      <w:r>
        <w:rPr>
          <w:b/>
        </w:rPr>
        <w:t xml:space="preserve">[18:25] </w:t>
      </w:r>
      <w:r>
        <w:t>yeh mulka bilkul Maulana ke alrisala ki wajah se paida hua.</w:t>
      </w:r>
    </w:p>
    <w:p>
      <w:pPr>
        <w:jc w:val="right"/>
      </w:pPr>
      <w:r>
        <w:t>یہ ملکہ بالکل مولانا کے الرسالہ کی وجہ سے پیدا ہوا۔</w:t>
      </w:r>
    </w:p>
    <w:p>
      <w:r>
        <w:rPr>
          <w:b/>
        </w:rPr>
        <w:t xml:space="preserve">[18:30] </w:t>
      </w:r>
      <w:r>
        <w:t>balke ab mein is par kuch jab izafa karta hoon doosri taraf se, objective, subjective, criticism par, to</w:t>
      </w:r>
    </w:p>
    <w:p>
      <w:pPr>
        <w:jc w:val="right"/>
      </w:pPr>
      <w:r>
        <w:t>بلکہ اب میں اس پر کچھ جب اضافہ کرتا ہوں دوسری طرف سے، ابجیکٹو، سبجیکٹو، کریٹیسزم پر، تو</w:t>
      </w:r>
    </w:p>
    <w:p>
      <w:r>
        <w:rPr>
          <w:b/>
        </w:rPr>
        <w:t xml:space="preserve">[18:35] </w:t>
      </w:r>
      <w:r>
        <w:t>yeh mujhe lagta hai ke mein Maulana ko hi pesh kar raha hoon logon ke samne, baghair Maulana</w:t>
      </w:r>
    </w:p>
    <w:p>
      <w:pPr>
        <w:jc w:val="right"/>
      </w:pPr>
      <w:r>
        <w:t>یہ مجھے لگتا ہے کہ میں مولانا کو ہی پیش کر رہا ہوں لوگوں کے سامنے، بغیر مولانا</w:t>
      </w:r>
    </w:p>
    <w:p>
      <w:r>
        <w:rPr>
          <w:b/>
        </w:rPr>
        <w:t xml:space="preserve">[18:40] </w:t>
      </w:r>
      <w:r>
        <w:t>ka naam liye hue.</w:t>
      </w:r>
    </w:p>
    <w:p>
      <w:pPr>
        <w:jc w:val="right"/>
      </w:pPr>
      <w:r>
        <w:t>کا نام لیے ہوئے۔</w:t>
      </w:r>
    </w:p>
    <w:p>
      <w:r>
        <w:rPr>
          <w:b/>
        </w:rPr>
        <w:t xml:space="preserve">[18:44] </w:t>
      </w:r>
      <w:r>
        <w:t>to is ka aik asar yeh hai ke log jo hain, mujhe meri baat ko bhi Maulana ki</w:t>
      </w:r>
    </w:p>
    <w:p>
      <w:pPr>
        <w:jc w:val="right"/>
      </w:pPr>
      <w:r>
        <w:t>تو اس کا ایک اثر یہ ہے کہ لوگ جو ہیں، مجھے میری بات کو بھی مولانا کی</w:t>
      </w:r>
    </w:p>
    <w:p>
      <w:r>
        <w:rPr>
          <w:b/>
        </w:rPr>
        <w:t xml:space="preserve">[18:49] </w:t>
      </w:r>
      <w:r>
        <w:t>baat hi samajhte hain.</w:t>
      </w:r>
    </w:p>
    <w:p>
      <w:pPr>
        <w:jc w:val="right"/>
      </w:pPr>
      <w:r>
        <w:t>بات ہی سمجھتے ہیں۔</w:t>
      </w:r>
    </w:p>
    <w:p>
      <w:r>
        <w:rPr>
          <w:b/>
        </w:rPr>
        <w:t xml:space="preserve">[18:54] </w:t>
      </w:r>
      <w:r>
        <w:t>to agar mujh se ikhtilaf hota hai in ko, to seedhe woh mujh se ikhtilaf nahi karte, Maulana</w:t>
      </w:r>
    </w:p>
    <w:p>
      <w:pPr>
        <w:jc w:val="right"/>
      </w:pPr>
      <w:r>
        <w:t>تو اگر مجھ سے اختلاف ہوتا ہے ان کو، تو سیدھے وہ مجھ سے اختلاف نہیں کرتے، مولانا</w:t>
      </w:r>
    </w:p>
    <w:p>
      <w:r>
        <w:rPr>
          <w:b/>
        </w:rPr>
        <w:t xml:space="preserve">[18:59] </w:t>
      </w:r>
      <w:r>
        <w:t>ki baat le aate hain ke Maulana Wahiduddin Khan ki baat hai, yeh chhod do hatao.</w:t>
      </w:r>
    </w:p>
    <w:p>
      <w:pPr>
        <w:jc w:val="right"/>
      </w:pPr>
      <w:r>
        <w:t>کی بات لے آتے ہیں کہ مولانا وحید الدین خان کی بات ہے، یہ چھوڑو ہٹاؤ۔</w:t>
      </w:r>
    </w:p>
    <w:p>
      <w:r>
        <w:rPr>
          <w:b/>
        </w:rPr>
        <w:t xml:space="preserve">[19:04] </w:t>
      </w:r>
      <w:r>
        <w:t>to is tarah mujhe yeh samajh mein aati hai baat ke Maulana Wahiduddin Khan ka jo writing</w:t>
      </w:r>
    </w:p>
    <w:p>
      <w:pPr>
        <w:jc w:val="right"/>
      </w:pPr>
      <w:r>
        <w:t>تو اس طرح مجھے یہ سمجھ میں آتی ہے بات کہ مولانا وحید الدین خان کا جو رائٹنگ</w:t>
      </w:r>
    </w:p>
    <w:p>
      <w:r>
        <w:rPr>
          <w:b/>
        </w:rPr>
        <w:t xml:space="preserve">[19:09] </w:t>
      </w:r>
      <w:r>
        <w:t>ہے، وہ ہم جیسے لوگوں پر جو اثر ڈال رہا ہے، تو دوسروں پر بھی یہ ایک influence</w:t>
      </w:r>
    </w:p>
    <w:p>
      <w:pPr>
        <w:jc w:val="right"/>
      </w:pPr>
      <w:r>
        <w:t>ہے، وہ ہم جیسے لوگوں پر جو اثر ڈال رہا ہے، تو دوسروں پر بھی یہ ایک انفلوئنس</w:t>
      </w:r>
    </w:p>
    <w:p>
      <w:r>
        <w:rPr>
          <w:b/>
        </w:rPr>
        <w:t xml:space="preserve">[19:14] </w:t>
      </w:r>
      <w:r>
        <w:t>ہو رہا ہے کہ یہ writing اس طرح کے لوگوں کو تیار کر رہا ہے۔</w:t>
      </w:r>
    </w:p>
    <w:p>
      <w:pPr>
        <w:jc w:val="right"/>
      </w:pPr>
      <w:r>
        <w:t>ہو رہا ہے کہ یہ رائٹنگ اس طرح کے لوگوں کو تیار کر رہا ہے۔</w:t>
      </w:r>
    </w:p>
    <w:p>
      <w:r>
        <w:rPr>
          <w:b/>
        </w:rPr>
        <w:t xml:space="preserve">[19:19] </w:t>
      </w:r>
      <w:r>
        <w:t>aur ye log zarur bil zarur Maulana Wahiduddin Khan ke writing ke influence mein hain, isliye ye</w:t>
      </w:r>
    </w:p>
    <w:p>
      <w:pPr>
        <w:jc w:val="right"/>
      </w:pPr>
      <w:r>
        <w:t>اور یہ لوگ ضرور بالضرور مولانا وحید الدین خان کے رائٹنگ کے انفلوئنس میں ہیں، اس لیے یہ</w:t>
      </w:r>
    </w:p>
    <w:p>
      <w:r>
        <w:rPr>
          <w:b/>
        </w:rPr>
        <w:t xml:space="preserve">[19:24] </w:t>
      </w:r>
      <w:r>
        <w:t>aisi boli bol rahe hain.</w:t>
      </w:r>
    </w:p>
    <w:p>
      <w:pPr>
        <w:jc w:val="right"/>
      </w:pPr>
      <w:r>
        <w:t>ایسی بولی بول رہے ہیں۔</w:t>
      </w:r>
    </w:p>
    <w:p>
      <w:r>
        <w:rPr>
          <w:b/>
        </w:rPr>
        <w:t xml:space="preserve">[19:28] </w:t>
      </w:r>
      <w:r>
        <w:t>to mujhe yeh bohat positive sign lagta hai is waqt ke chaliye yeh baat to achhi hai ke</w:t>
      </w:r>
    </w:p>
    <w:p>
      <w:pPr>
        <w:jc w:val="right"/>
      </w:pPr>
      <w:r>
        <w:t>تو مجھے یہ بہت پازیٹیو سائن لگتا ہے اس وقت کہ چلیے یہ بات تو اچھی ہے کہ</w:t>
      </w:r>
    </w:p>
    <w:p>
      <w:r>
        <w:rPr>
          <w:b/>
        </w:rPr>
        <w:t xml:space="preserve">[19:33] </w:t>
      </w:r>
      <w:r>
        <w:t>kam se kam is tarah se hi Maulana ki baatein pahunch rahi hain samaj mein.</w:t>
      </w:r>
    </w:p>
    <w:p>
      <w:pPr>
        <w:jc w:val="right"/>
      </w:pPr>
      <w:r>
        <w:t>کم سے کم اس طرح سے ہی مولانا کی باتیں پہنچ رہی ہیں سماج میں۔</w:t>
      </w:r>
    </w:p>
    <w:p>
      <w:r>
        <w:rPr>
          <w:b/>
        </w:rPr>
        <w:t xml:space="preserve">[19:38] </w:t>
      </w:r>
      <w:r>
        <w:t>thinking process ka jo muamla hai, woh Maulana ne to pichhli meeting mein jab hum dilli aaye the</w:t>
      </w:r>
    </w:p>
    <w:p>
      <w:pPr>
        <w:jc w:val="right"/>
      </w:pPr>
      <w:r>
        <w:t>تھنکنگ پراسیس کا جو معاملہ ہے، وہ مولانا نے تو پچھلی میٹنگ میں جب ہم دلی آئے تھے</w:t>
      </w:r>
    </w:p>
    <w:p>
      <w:r>
        <w:rPr>
          <w:b/>
        </w:rPr>
        <w:t xml:space="preserve">[19:43] </w:t>
      </w:r>
      <w:r>
        <w:t>Kolkata team ki taraf se, to Maulana ne diary likhne ke liye kaha tha aur main koshish kar</w:t>
      </w:r>
    </w:p>
    <w:p>
      <w:pPr>
        <w:jc w:val="right"/>
      </w:pPr>
      <w:r>
        <w:t>کلکتہ ٹیم کی طرف سے، تو مولانا نے ڈائری لکھنے کے لیے کہا تھا اور میں کوشش کر</w:t>
      </w:r>
    </w:p>
    <w:p>
      <w:r>
        <w:rPr>
          <w:b/>
        </w:rPr>
        <w:t xml:space="preserve">[19:48] </w:t>
      </w:r>
      <w:r>
        <w:t>raha hoon, pabandi nahi hai, main is ke liye maazirat khwah hoon.</w:t>
      </w:r>
    </w:p>
    <w:p>
      <w:pPr>
        <w:jc w:val="right"/>
      </w:pPr>
      <w:r>
        <w:t>رہا ہوں، پابندی نہیں ہے، میں اس کے لیے معذرت خواہ ہوں۔</w:t>
      </w:r>
    </w:p>
    <w:p>
      <w:r>
        <w:rPr>
          <w:b/>
        </w:rPr>
        <w:t xml:space="preserve">[19:53] </w:t>
      </w:r>
      <w:r>
        <w:t>lekin mujhe yeh mehsoos hota hai ke woh thinking process jab jaari hota hai insaan ke andar, to</w:t>
      </w:r>
    </w:p>
    <w:p>
      <w:pPr>
        <w:jc w:val="right"/>
      </w:pPr>
      <w:r>
        <w:t>لیکن مجھے یہ محسوس ہوتا ہے کہ وہ تھنکنگ پراسیس جب جاری ہوتا ہے انسان کے اندر، تو</w:t>
      </w:r>
    </w:p>
    <w:p>
      <w:r>
        <w:rPr>
          <w:b/>
        </w:rPr>
        <w:t xml:space="preserve">[19:58] </w:t>
      </w:r>
      <w:r>
        <w:t>woh cheezon mein bahut saari cheezein ibret ki dekhne lagta hai.</w:t>
      </w:r>
    </w:p>
    <w:p>
      <w:pPr>
        <w:jc w:val="right"/>
      </w:pPr>
      <w:r>
        <w:t>وہ چیزوں میں بہت ساری چیزیں عبرت کی دیکھنے لگتا ہے۔</w:t>
      </w:r>
    </w:p>
    <w:p>
      <w:r>
        <w:rPr>
          <w:b/>
        </w:rPr>
        <w:t xml:space="preserve">[20:03] </w:t>
      </w:r>
      <w:r>
        <w:t>main aap logon ke saamne woh share karoon ek do baatein wahan se jo main diary mein likhte</w:t>
      </w:r>
    </w:p>
    <w:p>
      <w:pPr>
        <w:jc w:val="right"/>
      </w:pPr>
      <w:r>
        <w:t>میں آپ لوگوں کے سامنے وہ شیئر کروں ایک دو باتیں وہاں سے جو میں ڈائری میں لکھتے</w:t>
      </w:r>
    </w:p>
    <w:p>
      <w:r>
        <w:rPr>
          <w:b/>
        </w:rPr>
        <w:t xml:space="preserve">[20:07] </w:t>
      </w:r>
      <w:r>
        <w:t>waqt likhta tha, jis mein se ek baat yeh hai ke ek hamare yahan ek cust chalta hai,</w:t>
      </w:r>
    </w:p>
    <w:p>
      <w:pPr>
        <w:jc w:val="right"/>
      </w:pPr>
      <w:r>
        <w:t>وقت لکھتا تھا، جس میں سے ایک بات یہ ہے کہ ایک ہمارے یہاں ایک کسٹ چلتا ہے،</w:t>
      </w:r>
    </w:p>
    <w:p>
      <w:r>
        <w:rPr>
          <w:b/>
        </w:rPr>
        <w:t xml:space="preserve">[20:12] </w:t>
      </w:r>
      <w:r>
        <w:t>woh Dr. Israr Ahmed ki taqreerein sunte hain log.</w:t>
      </w:r>
    </w:p>
    <w:p>
      <w:pPr>
        <w:jc w:val="right"/>
      </w:pPr>
      <w:r>
        <w:t>وہ ڈاکٹر اسرار احمد کی تقریریں سنتے ہیں لوگ۔</w:t>
      </w:r>
    </w:p>
    <w:p>
      <w:r>
        <w:rPr>
          <w:b/>
        </w:rPr>
        <w:t xml:space="preserve">[20:17] </w:t>
      </w:r>
      <w:r>
        <w:t>to wahan main tha, to main ne dekha, woh is ko main ne note kiya yahan pe.</w:t>
      </w:r>
    </w:p>
    <w:p>
      <w:pPr>
        <w:jc w:val="right"/>
      </w:pPr>
      <w:r>
        <w:t>تو وہاں میں تھا، تو میں نے دیکھا، وہ اس کو میں نے نوٹ کیا یہاں پہ۔</w:t>
      </w:r>
    </w:p>
    <w:p>
      <w:r>
        <w:rPr>
          <w:b/>
        </w:rPr>
        <w:t xml:space="preserve">[20:22] </w:t>
      </w:r>
      <w:r>
        <w:t>Dr. Israr Ahmed ki ek taqreer sunte waqt ek saahab ko main ne dekha ke woh jaise hi</w:t>
      </w:r>
    </w:p>
    <w:p>
      <w:pPr>
        <w:jc w:val="right"/>
      </w:pPr>
      <w:r>
        <w:t>ڈاکٹر اسرار احمد کی ایک تقریر سنتے وقت ایک صاحب کو میں نے دیکھا کہ وہ جیسے ہی</w:t>
      </w:r>
    </w:p>
    <w:p>
      <w:r>
        <w:rPr>
          <w:b/>
        </w:rPr>
        <w:t xml:space="preserve">[20:27] </w:t>
      </w:r>
      <w:r>
        <w:t>unhon ne taqreer ka aaghaz karte hue, yaani Dr. Israr saahab ne jab taqreer ka aaghaz kiya, karte</w:t>
      </w:r>
    </w:p>
    <w:p>
      <w:pPr>
        <w:jc w:val="right"/>
      </w:pPr>
      <w:r>
        <w:t>انہوں نے تقریر کا آغاز کرتے ہوئے، یعنی ڈاکٹر اسرار صاحب نے جب تقریر کا آغاز کیا، کرتے</w:t>
      </w:r>
    </w:p>
    <w:p>
      <w:r>
        <w:rPr>
          <w:b/>
        </w:rPr>
        <w:t xml:space="preserve">[20:32] </w:t>
      </w:r>
      <w:r>
        <w:t>hue Quran ki tilawat shuru ki, to us shakhs ne apne sar ko bahut zor se hilaya.</w:t>
      </w:r>
    </w:p>
    <w:p>
      <w:pPr>
        <w:jc w:val="right"/>
      </w:pPr>
      <w:r>
        <w:t>ہوئے قرآن کی تلاوت شروع کی، تو اس شخص نے اپنے سر کو بہت زور سے ہلایا۔</w:t>
      </w:r>
    </w:p>
    <w:p>
      <w:r>
        <w:rPr>
          <w:b/>
        </w:rPr>
        <w:t xml:space="preserve">[20:37] </w:t>
      </w:r>
      <w:r>
        <w:t>phir dauraan taqreer woh haath ko baar baar isharatan phaila rahe the.</w:t>
      </w:r>
    </w:p>
    <w:p>
      <w:pPr>
        <w:jc w:val="right"/>
      </w:pPr>
      <w:r>
        <w:t>پھر دوران تقریر وہ ہاتھ کو بار بار اشارتاً پھیلا رہے تھے۔</w:t>
      </w:r>
    </w:p>
    <w:p>
      <w:r>
        <w:rPr>
          <w:b/>
        </w:rPr>
        <w:t xml:space="preserve">[20:42] </w:t>
      </w:r>
      <w:r>
        <w:t>is par sochte hue mujhe laga ke is tarah ki harkat ghaliban josh-e-aqidat mein logon se ho</w:t>
      </w:r>
    </w:p>
    <w:p>
      <w:pPr>
        <w:jc w:val="right"/>
      </w:pPr>
      <w:r>
        <w:t>اس پر سوچتے ہوئے مجھے لگا کہ اس طرح کی حرکت غالباً جوش عقیدت میں لوگوں سے ہو</w:t>
      </w:r>
    </w:p>
    <w:p>
      <w:r>
        <w:rPr>
          <w:b/>
        </w:rPr>
        <w:t xml:space="preserve">[20:47] </w:t>
      </w:r>
      <w:r>
        <w:t>jaya karti hain, ya phir apni baat ki taeed paane ki wajah se hoti hain.</w:t>
      </w:r>
    </w:p>
    <w:p>
      <w:pPr>
        <w:jc w:val="right"/>
      </w:pPr>
      <w:r>
        <w:t>جایا کرتی ہیں، یا پھر اپنی بات کی تائید پانے کی وجہ سے ہوتی ہیں۔</w:t>
      </w:r>
    </w:p>
    <w:p>
      <w:r>
        <w:rPr>
          <w:b/>
        </w:rPr>
        <w:t xml:space="preserve">[20:51] </w:t>
      </w:r>
      <w:r>
        <w:t>warna wahi aayat agar koi doosra parhe to sar hilane to darr-o-kinnar, sar is tarah saakit be-junbish</w:t>
      </w:r>
    </w:p>
    <w:p>
      <w:pPr>
        <w:jc w:val="right"/>
      </w:pPr>
      <w:r>
        <w:t>ورنہ وہی آیت اگر کوئی دوسرا پڑھے تو سر ہلا تو درکنار، سر اس طرح ساکت بے جنبش</w:t>
      </w:r>
    </w:p>
    <w:p>
      <w:r>
        <w:rPr>
          <w:b/>
        </w:rPr>
        <w:t xml:space="preserve">[20:56] </w:t>
      </w:r>
      <w:r>
        <w:t>ho jata hai ke jaise woh kisi bojh tale dab gaya ho.</w:t>
      </w:r>
    </w:p>
    <w:p>
      <w:pPr>
        <w:jc w:val="right"/>
      </w:pPr>
      <w:r>
        <w:t>ہو جاتا ہے کہ جیسے وہ کسی بوجھ تلے دب گیا ہو۔</w:t>
      </w:r>
    </w:p>
    <w:p>
      <w:r>
        <w:rPr>
          <w:b/>
        </w:rPr>
        <w:t xml:space="preserve">[21:01] </w:t>
      </w:r>
      <w:r>
        <w:t>تو یہ thinking process جو ہے، جس طرح جاری ہوا مولانا کی writing کی وجہ سے، تو اس</w:t>
      </w:r>
    </w:p>
    <w:p>
      <w:pPr>
        <w:jc w:val="right"/>
      </w:pPr>
      <w:r>
        <w:t>تو یہ تھنکنگ پراسیس جو ہے، جس طرح جاری ہوا مولانا کی رائٹنگ کی وجہ سے، تو اس</w:t>
      </w:r>
    </w:p>
    <w:p>
      <w:r>
        <w:rPr>
          <w:b/>
        </w:rPr>
        <w:t xml:space="preserve">[21:06] </w:t>
      </w:r>
      <w:r>
        <w:t>ka izhaar jo hai, apne woh jab woh likhne aadmi baithta hai to hone lagta hai.</w:t>
      </w:r>
    </w:p>
    <w:p>
      <w:pPr>
        <w:jc w:val="right"/>
      </w:pPr>
      <w:r>
        <w:t>کا اظہار جو ہے، اپنے وہ جب وہ لکھنے آدمی بیٹھتا ہے تو ہونے لگتا ہے۔</w:t>
      </w:r>
    </w:p>
    <w:p>
      <w:r>
        <w:rPr>
          <w:b/>
        </w:rPr>
        <w:t xml:space="preserve">[21:11] </w:t>
      </w:r>
      <w:r>
        <w:t>yeh to meri infiradi baatein hain jo main kar raha tha, jo share kar raha tha aap se.</w:t>
      </w:r>
    </w:p>
    <w:p>
      <w:pPr>
        <w:jc w:val="right"/>
      </w:pPr>
      <w:r>
        <w:t>یہ تو میری انفرادی باتیں ہیں جو میں کر رہا تھا، جو شیئر کر رہا تھا آپ سے۔</w:t>
      </w:r>
    </w:p>
    <w:p>
      <w:r>
        <w:rPr>
          <w:b/>
        </w:rPr>
        <w:t xml:space="preserve">[21:16] </w:t>
      </w:r>
      <w:r>
        <w:t>is ke baad yun hua ke Maulana ki baatein parhne ke baad, yeh main ne yahan bhi saathi</w:t>
      </w:r>
    </w:p>
    <w:p>
      <w:pPr>
        <w:jc w:val="right"/>
      </w:pPr>
      <w:r>
        <w:t>اس کے بعد یوں ہوا کہ مولانا کی باتیں پڑھنے کے بعد، یہ میں نے یہاں بھی ساتھیوں</w:t>
      </w:r>
    </w:p>
    <w:p>
      <w:r>
        <w:rPr>
          <w:b/>
        </w:rPr>
        <w:t xml:space="preserve">[21:21] </w:t>
      </w:r>
      <w:r>
        <w:t>se share kiya hai ke mera yeh ehsaas hai ke jo bhi shakhs sanjeedgi se Maulana ke Al-Risala</w:t>
      </w:r>
    </w:p>
    <w:p>
      <w:pPr>
        <w:jc w:val="right"/>
      </w:pPr>
      <w:r>
        <w:t>سے شیئر کیا ہے کہ میرا یہ احساس ہے کہ جو بھی شخص سنجیدگی سے مولانا کے الرسالہ</w:t>
      </w:r>
    </w:p>
    <w:p>
      <w:r>
        <w:rPr>
          <w:b/>
        </w:rPr>
        <w:t xml:space="preserve">[21:26] </w:t>
      </w:r>
      <w:r>
        <w:t>ko parhta hai, to woh day one se hi koshish karta hai ke Maulana ki in baaton ko</w:t>
      </w:r>
    </w:p>
    <w:p>
      <w:pPr>
        <w:jc w:val="right"/>
      </w:pPr>
      <w:r>
        <w:t>کو پڑھتا ہے، تو وہ ڈے ون سے ہی کوشش کرتا ہے کہ مولانا کی ان باتوں کو</w:t>
      </w:r>
    </w:p>
    <w:p>
      <w:r>
        <w:rPr>
          <w:b/>
        </w:rPr>
        <w:t xml:space="preserve">[21:31] </w:t>
      </w:r>
      <w:r>
        <w:t>doosron tak pahuncha de.</w:t>
      </w:r>
    </w:p>
    <w:p>
      <w:pPr>
        <w:jc w:val="right"/>
      </w:pPr>
      <w:r>
        <w:t>دوسروں تک پہنچا دے۔</w:t>
      </w:r>
    </w:p>
    <w:p>
      <w:r>
        <w:rPr>
          <w:b/>
        </w:rPr>
        <w:t xml:space="preserve">[21:35] </w:t>
      </w:r>
      <w:r>
        <w:t>goya ke woh daai ban jata hai.</w:t>
      </w:r>
    </w:p>
    <w:p>
      <w:pPr>
        <w:jc w:val="right"/>
      </w:pPr>
      <w:r>
        <w:t>گویا کہ وہ داعی بن جاتا ہے۔</w:t>
      </w:r>
    </w:p>
    <w:p>
      <w:r>
        <w:rPr>
          <w:b/>
        </w:rPr>
        <w:t xml:space="preserve">[21:40] </w:t>
      </w:r>
      <w:r>
        <w:t>to yeh halat meri bhi thi, mein bhi pohanchata rehta tha, mein bhi share karta rehta tha logon se.</w:t>
      </w:r>
    </w:p>
    <w:p>
      <w:pPr>
        <w:jc w:val="right"/>
      </w:pPr>
      <w:r>
        <w:t>تو یہ حالت میری بھی تھی، میں بھی پہنچاتا رہتا تھا، میں بھی شیئر کرتا رہتا تھا لوگوں سے۔</w:t>
      </w:r>
    </w:p>
    <w:p>
      <w:r>
        <w:rPr>
          <w:b/>
        </w:rPr>
        <w:t xml:space="preserve">[21:45] </w:t>
      </w:r>
      <w:r>
        <w:t>lekin pichhle do saal se hum khurram bhai ke marhoon-e-manat hain ke woh kolkata aaye aur phir</w:t>
      </w:r>
    </w:p>
    <w:p>
      <w:pPr>
        <w:jc w:val="right"/>
      </w:pPr>
      <w:r>
        <w:t>لیکن پچھلے دو سال سے ہم خرم بھائی کے مرحون منت ہیں کہ وہ کلکتہ آئے اور پھر</w:t>
      </w:r>
    </w:p>
    <w:p>
      <w:r>
        <w:rPr>
          <w:b/>
        </w:rPr>
        <w:t xml:space="preserve">[21:50] </w:t>
      </w:r>
      <w:r>
        <w:t>unhon ne team ko ek organize kiya, hum logon ko dawat di.</w:t>
      </w:r>
    </w:p>
    <w:p>
      <w:pPr>
        <w:jc w:val="right"/>
      </w:pPr>
      <w:r>
        <w:t>انہوں نے ٹیم کو ایک آرگنائز کیا، ہم لوگوں کو دعوت دی۔</w:t>
      </w:r>
    </w:p>
    <w:p>
      <w:r>
        <w:rPr>
          <w:b/>
        </w:rPr>
        <w:t xml:space="preserve">[21:55] </w:t>
      </w:r>
      <w:r>
        <w:t>phir pehli meeting mein hi hum logon ne team ko organize kiya aur phir wahan se do saala</w:t>
      </w:r>
    </w:p>
    <w:p>
      <w:pPr>
        <w:jc w:val="right"/>
      </w:pPr>
      <w:r>
        <w:t>پھر پہلی میٹنگ میں ہی ہم لوگوں نے ٹیم کو آرگنائز کیا اور پھر وہاں سے دو سالہ</w:t>
      </w:r>
    </w:p>
    <w:p>
      <w:r>
        <w:rPr>
          <w:b/>
        </w:rPr>
        <w:t xml:space="preserve">[22:00] </w:t>
      </w:r>
      <w:r>
        <w:t>yeh process team ke zariye dawati silsila alhamdulillah chal raha hai kolkatte mein.</w:t>
      </w:r>
    </w:p>
    <w:p>
      <w:pPr>
        <w:jc w:val="right"/>
      </w:pPr>
      <w:r>
        <w:t>یہ پراسیس ٹیم کے ذریعے دعوتی سلسلہ الحمدللہ چل رہا ہے کلکتے میں۔</w:t>
      </w:r>
    </w:p>
    <w:p>
      <w:r>
        <w:rPr>
          <w:b/>
        </w:rPr>
        <w:t xml:space="preserve">[22:05] </w:t>
      </w:r>
      <w:r>
        <w:t>wahan hum logon ne apni team ka naam "peace and spirituality forum" rakha hai.</w:t>
      </w:r>
    </w:p>
    <w:p>
      <w:pPr>
        <w:jc w:val="right"/>
      </w:pPr>
      <w:r>
        <w:t>وہاں ہم لوگوں نے اپنی ٹیم کا نام "پیس اینڈ سپرچویلٹی فورم" رکھا ہے۔</w:t>
      </w:r>
    </w:p>
    <w:p>
      <w:r>
        <w:rPr>
          <w:b/>
        </w:rPr>
        <w:t xml:space="preserve">[22:10] </w:t>
      </w:r>
      <w:r>
        <w:t>wahan har mahine ek meeting hoti hai, meeting mein agenda tay hote hain, phir un par resolution liye jate hain.</w:t>
      </w:r>
    </w:p>
    <w:p>
      <w:pPr>
        <w:jc w:val="right"/>
      </w:pPr>
      <w:r>
        <w:t>وہاں ہر مہینے ایک میٹنگ ہوتی ہے، میٹنگ میں ایجنڈا طے ہوتے ہیں، پھر ان پر ریزولیوشن لیے جاتے ہیں۔</w:t>
      </w:r>
    </w:p>
    <w:p>
      <w:r>
        <w:rPr>
          <w:b/>
        </w:rPr>
        <w:t xml:space="preserve">[22:14] </w:t>
      </w:r>
      <w:r>
        <w:t>resolution lene ke baad action hota hai is par agle mahine.</w:t>
      </w:r>
    </w:p>
    <w:p>
      <w:pPr>
        <w:jc w:val="right"/>
      </w:pPr>
      <w:r>
        <w:t>ریزولیوشن لینے کے بعد ایکشن ہوتا ہے اس پر اگلے مہینے۔</w:t>
      </w:r>
    </w:p>
    <w:p>
      <w:r>
        <w:rPr>
          <w:b/>
        </w:rPr>
        <w:t xml:space="preserve">[22:19] </w:t>
      </w:r>
      <w:r>
        <w:t>dusre mahine jab meeting hoti hai to phir dekha jata hai ke kaun sa kaam hua, kaun sa nahi hua.</w:t>
      </w:r>
    </w:p>
    <w:p>
      <w:pPr>
        <w:jc w:val="right"/>
      </w:pPr>
      <w:r>
        <w:t>دوسرے مہینے جب میٹنگ ہوتی ہے تو پھر دیکھا جاتا ہے کہ کون سا کام ہوا، کون سا نہیں ہوا۔</w:t>
      </w:r>
    </w:p>
    <w:p>
      <w:r>
        <w:rPr>
          <w:b/>
        </w:rPr>
        <w:t xml:space="preserve">[22:24] </w:t>
      </w:r>
      <w:r>
        <w:t>aur is meeting ki ek bahut badi feature yeh hai ke hum logon ko Maulana ki taqreer mil</w:t>
      </w:r>
    </w:p>
    <w:p>
      <w:pPr>
        <w:jc w:val="right"/>
      </w:pPr>
      <w:r>
        <w:t>اور اس میٹنگ کی ایک بہت بڑی فیچر یہ ہے کہ ہم لوگوں کو مولانا کی تقریر مل</w:t>
      </w:r>
    </w:p>
    <w:p>
      <w:r>
        <w:rPr>
          <w:b/>
        </w:rPr>
        <w:t xml:space="preserve">[22:29] </w:t>
      </w:r>
      <w:r>
        <w:t>jati hai is meeting mein, to hum log is se apne aap faiz uthate hain, mustafeed hote hain.</w:t>
      </w:r>
    </w:p>
    <w:p>
      <w:pPr>
        <w:jc w:val="right"/>
      </w:pPr>
      <w:r>
        <w:t>جاتی ہے اس میٹنگ میں، تو ہم لوگ اس سے اپنے آپ فیض اٹھاتے ہیں، استفادہ کرتے ہیں۔</w:t>
      </w:r>
    </w:p>
    <w:p>
      <w:r>
        <w:rPr>
          <w:b/>
        </w:rPr>
        <w:t xml:space="preserve">[22:34] </w:t>
      </w:r>
      <w:r>
        <w:t>is ke alawa kolkatte ki team abhi sar-e-dast 150 Al-Risala logon mein taqseem kar rahi hai.</w:t>
      </w:r>
    </w:p>
    <w:p>
      <w:pPr>
        <w:jc w:val="right"/>
      </w:pPr>
      <w:r>
        <w:t>اس کے علاوہ کلکتہ کی ٹیم ابھی سرِ دست 150 الرسالہ لوگوں میں مخت تقسیم کر رہی ہے۔</w:t>
      </w:r>
    </w:p>
    <w:p>
      <w:r>
        <w:rPr>
          <w:b/>
        </w:rPr>
        <w:t xml:space="preserve">[22:39] </w:t>
      </w:r>
      <w:r>
        <w:t>is ki taqseem karne ka tareeqa yeh hai ke kuch mahinon ke liye, chhe mahine, saat mahine ke</w:t>
      </w:r>
    </w:p>
    <w:p>
      <w:pPr>
        <w:jc w:val="right"/>
      </w:pPr>
      <w:r>
        <w:t>اس کی تقسیم کرنے کا طریقہ یہ ہے کہ کچھ مہینوں کے لیے، چھ مہینے، سات مہینے کے</w:t>
      </w:r>
    </w:p>
    <w:p>
      <w:r>
        <w:rPr>
          <w:b/>
        </w:rPr>
        <w:t xml:space="preserve">[22:44] </w:t>
      </w:r>
      <w:r>
        <w:t>liye hum log kisi shakhs ko dete hain Al-Risala ya saal bhar dete hain.</w:t>
      </w:r>
    </w:p>
    <w:p>
      <w:pPr>
        <w:jc w:val="right"/>
      </w:pPr>
      <w:r>
        <w:t>لیے ہم لوگ کسی شخص کو دیتے ہیں الرسالہ یا سال بھر دیتے ہیں۔</w:t>
      </w:r>
    </w:p>
    <w:p>
      <w:r>
        <w:rPr>
          <w:b/>
        </w:rPr>
        <w:t xml:space="preserve">[22:49] </w:t>
      </w:r>
      <w:r>
        <w:t>is ke baad withdraw kar lete hain aur bolte hain ke aap khud se ab khareediye aur parhiye.</w:t>
      </w:r>
    </w:p>
    <w:p>
      <w:pPr>
        <w:jc w:val="right"/>
      </w:pPr>
      <w:r>
        <w:t>اس کے بعد وڈرا کر لیتے ہیں اور بولتے ہیں کہ آپ خود سے اب خریدیے اور پڑھیے۔</w:t>
      </w:r>
    </w:p>
    <w:p>
      <w:r>
        <w:rPr>
          <w:b/>
        </w:rPr>
        <w:t xml:space="preserve">[22:54] </w:t>
      </w:r>
      <w:r>
        <w:t>agar woh interested hota hai to khud se khareedta hai, parhta hai.</w:t>
      </w:r>
    </w:p>
    <w:p>
      <w:pPr>
        <w:jc w:val="right"/>
      </w:pPr>
      <w:r>
        <w:t>اگر وہ انٹرسٹڈ ہوتا ہے تو خود سے خریدتا ہے، پڑھتا ہے۔</w:t>
      </w:r>
    </w:p>
    <w:p>
      <w:r>
        <w:rPr>
          <w:b/>
        </w:rPr>
        <w:t xml:space="preserve">[22:58] </w:t>
      </w:r>
      <w:r>
        <w:t>hum is Al-Risala ko doosri taraf divert karte hain.</w:t>
      </w:r>
    </w:p>
    <w:p>
      <w:pPr>
        <w:jc w:val="right"/>
      </w:pPr>
      <w:r>
        <w:t>ہم اس الرسالے کو دوسری طرف ڈائیورٹ کرتے ہیں۔</w:t>
      </w:r>
    </w:p>
    <w:p>
      <w:r>
        <w:rPr>
          <w:b/>
        </w:rPr>
        <w:t xml:space="preserve">[23:03] </w:t>
      </w:r>
      <w:r>
        <w:t>phir is tarah spirit of Islam bhi alhamdulillah is saal se hum logon ne mangana shuru kiya hai,</w:t>
      </w:r>
    </w:p>
    <w:p>
      <w:pPr>
        <w:jc w:val="right"/>
      </w:pPr>
      <w:r>
        <w:t>پھر اس طرح اسپرٹ آف اسلام بھی الحمدللہ اس سال سے ہم لوگوں نے منگانا شروع کیا ہے،</w:t>
      </w:r>
    </w:p>
    <w:p>
      <w:r>
        <w:rPr>
          <w:b/>
        </w:rPr>
        <w:t xml:space="preserve">[23:08] </w:t>
      </w:r>
      <w:r>
        <w:t>pichhle teen mah se aa raha hai.</w:t>
      </w:r>
    </w:p>
    <w:p>
      <w:pPr>
        <w:jc w:val="right"/>
      </w:pPr>
      <w:r>
        <w:t>پچھلے تین ماہ سے آ رہا ہے۔</w:t>
      </w:r>
    </w:p>
    <w:p>
      <w:r>
        <w:rPr>
          <w:b/>
        </w:rPr>
        <w:t xml:space="preserve">[23:13] </w:t>
      </w:r>
      <w:r>
        <w:t>taqreeban saathiyon ne kaha ke kam se kam 100 piece hum logon ko chahiye.</w:t>
      </w:r>
    </w:p>
    <w:p>
      <w:pPr>
        <w:jc w:val="right"/>
      </w:pPr>
      <w:r>
        <w:t>تقریباً ساتھیوں نے کہا کہ کم سے کم 100 پیس ہم لوگوں کو چاہیے۔</w:t>
      </w:r>
    </w:p>
    <w:p>
      <w:r>
        <w:rPr>
          <w:b/>
        </w:rPr>
        <w:t xml:space="preserve">[23:18] </w:t>
      </w:r>
      <w:r>
        <w:t>to kolkatte mein alhamdulillah 100 piece Islam ja raha hai.</w:t>
      </w:r>
    </w:p>
    <w:p>
      <w:pPr>
        <w:jc w:val="right"/>
      </w:pPr>
      <w:r>
        <w:t>تو کلکتے میں الحمدللہ 100 پیس اسلام جا رہا ہے۔</w:t>
      </w:r>
    </w:p>
    <w:p>
      <w:r>
        <w:rPr>
          <w:b/>
        </w:rPr>
        <w:t xml:space="preserve">[23:23] </w:t>
      </w:r>
      <w:r>
        <w:t>Maulana ke bahut sare Quran aur literature jo hain, woh tarjuma, woh qareeb qareeb woh do saal mein</w:t>
      </w:r>
    </w:p>
    <w:p>
      <w:pPr>
        <w:jc w:val="right"/>
      </w:pPr>
      <w:r>
        <w:t>مولانا کے بہت سارے قرآن اور لٹریچر جو ہیں، وہ ترجمہ، وہ قریب قریب وہ دو سال میں</w:t>
      </w:r>
    </w:p>
    <w:p>
      <w:r>
        <w:rPr>
          <w:b/>
        </w:rPr>
        <w:t xml:space="preserve">[23:28] </w:t>
      </w:r>
      <w:r>
        <w:t>hum logon ne 2000 se zaid taqseem kar diye hain.</w:t>
      </w:r>
    </w:p>
    <w:p>
      <w:pPr>
        <w:jc w:val="right"/>
      </w:pPr>
      <w:r>
        <w:t>ہم لوگوں نے 2000 سے زائد تقسیم کر دیے ہیں۔</w:t>
      </w:r>
    </w:p>
    <w:p>
      <w:r>
        <w:rPr>
          <w:b/>
        </w:rPr>
        <w:t xml:space="preserve">[23:33] </w:t>
      </w:r>
      <w:r>
        <w:t>aur literature bhi bahut zyada taqseem hua hai.</w:t>
      </w:r>
    </w:p>
    <w:p>
      <w:pPr>
        <w:jc w:val="right"/>
      </w:pPr>
      <w:r>
        <w:t>اور لٹریچر بھی بہت زیادہ تقسیم ہوا ہے۔</w:t>
      </w:r>
    </w:p>
    <w:p>
      <w:r>
        <w:rPr>
          <w:b/>
        </w:rPr>
        <w:t xml:space="preserve">[23:38] </w:t>
      </w:r>
      <w:r>
        <w:t>kabhi kabhi aisa bhi hua ke Eid aur Bakr Eid ke mauqe pe Maulana ke jo leaflets the,</w:t>
      </w:r>
    </w:p>
    <w:p>
      <w:pPr>
        <w:jc w:val="right"/>
      </w:pPr>
      <w:r>
        <w:t>کبھی کبھی ایسا بھی ہوا کہ عید اور بکر عید کے موقع پہ مولانا کے جو لیفلیٹس تھے،</w:t>
      </w:r>
    </w:p>
    <w:p>
      <w:r>
        <w:rPr>
          <w:b/>
        </w:rPr>
        <w:t xml:space="preserve">[23:42] </w:t>
      </w:r>
      <w:r>
        <w:t>in ko hum logon ne khud hi wahan shaye karwaya, print karwaya, paanch hazar, chaar hazar ki tadad mein.</w:t>
      </w:r>
    </w:p>
    <w:p>
      <w:pPr>
        <w:jc w:val="right"/>
      </w:pPr>
      <w:r>
        <w:t>ان کو ہم لوگوں نے خود ہی وہاں شائع کروایا، پرنٹ کروایا، پانچ ہزار، چار ہزار کی تعداد میں۔</w:t>
      </w:r>
    </w:p>
    <w:p>
      <w:r>
        <w:rPr>
          <w:b/>
        </w:rPr>
        <w:t xml:space="preserve">[23:47] </w:t>
      </w:r>
      <w:r>
        <w:t>aur phir is ko logon tak pohanchaya.</w:t>
      </w:r>
    </w:p>
    <w:p>
      <w:pPr>
        <w:jc w:val="right"/>
      </w:pPr>
      <w:r>
        <w:t>اور پھر اس کو لوگوں تک پہنچایا۔</w:t>
      </w:r>
    </w:p>
    <w:p>
      <w:r>
        <w:rPr>
          <w:b/>
        </w:rPr>
        <w:t xml:space="preserve">[23:52] </w:t>
      </w:r>
      <w:r>
        <w:t>is ke ilawa yahan hum mail se jo cities ki taraf se jo quran ka demand hota hai,</w:t>
      </w:r>
    </w:p>
    <w:p>
      <w:pPr>
        <w:jc w:val="right"/>
      </w:pPr>
      <w:r>
        <w:t>اس کے علاوہ یہاں ہم میل سے جو سٹیز کی طرف سے جو قرآن کا ڈیمانڈ ہوتا ہے،</w:t>
      </w:r>
    </w:p>
    <w:p>
      <w:r>
        <w:rPr>
          <w:b/>
        </w:rPr>
        <w:t xml:space="preserve">[23:57] </w:t>
      </w:r>
      <w:r>
        <w:t>to westing mall ke liye woh hum logon tak bhej diya jata hai.</w:t>
      </w:r>
    </w:p>
    <w:p>
      <w:pPr>
        <w:jc w:val="right"/>
      </w:pPr>
      <w:r>
        <w:t>تو ویسٹنگ مال کے لیے وہ ہم لوگوں تک بھیج دیا جاتا ہے۔</w:t>
      </w:r>
    </w:p>
    <w:p>
      <w:r>
        <w:rPr>
          <w:b/>
        </w:rPr>
        <w:t xml:space="preserve">[24:02] </w:t>
      </w:r>
      <w:r>
        <w:t>alhamdulillah is ko bhi hum log chala rahe hain, kaam kar rahe hain.</w:t>
      </w:r>
    </w:p>
    <w:p>
      <w:pPr>
        <w:jc w:val="right"/>
      </w:pPr>
      <w:r>
        <w:t>الحمدللہ اس کو بھی ہم لوگ چلا رہے ہیں، کام کر رہے ہیں۔</w:t>
      </w:r>
    </w:p>
    <w:p>
      <w:r>
        <w:rPr>
          <w:b/>
        </w:rPr>
        <w:t xml:space="preserve">[24:07] </w:t>
      </w:r>
      <w:r>
        <w:t>kolkata ki team is simt mein maulana ke tarjume ke liye bohat goshah hai.</w:t>
      </w:r>
    </w:p>
    <w:p>
      <w:pPr>
        <w:jc w:val="right"/>
      </w:pPr>
      <w:r>
        <w:t>کلکتہ کی ٹیم اس سمت میں مولانا کے ترجمے کے لیے بہت گوشہ ہے۔</w:t>
      </w:r>
    </w:p>
    <w:p>
      <w:r>
        <w:rPr>
          <w:b/>
        </w:rPr>
        <w:t xml:space="preserve">[24:12] </w:t>
      </w:r>
      <w:r>
        <w:t>maulana ke literature ko bohat zyada wahan zaroorat hai kyunke wahan jo kaam sochne ka jo mizaj hai,</w:t>
      </w:r>
    </w:p>
    <w:p>
      <w:pPr>
        <w:jc w:val="right"/>
      </w:pPr>
      <w:r>
        <w:t>مولانا کے لٹریچر کو بہت زیادہ وہاں ضرورت ہے کیونکہ وہاں جو کام سوچنے کا جو مزاج ہے،</w:t>
      </w:r>
    </w:p>
    <w:p>
      <w:r>
        <w:rPr>
          <w:b/>
        </w:rPr>
        <w:t xml:space="preserve">[24:17] </w:t>
      </w:r>
      <w:r>
        <w:t>hum logon ka manna hai ke agar yeh bangla mein aa jaye literature to bohat zyada address kare</w:t>
      </w:r>
    </w:p>
    <w:p>
      <w:pPr>
        <w:jc w:val="right"/>
      </w:pPr>
      <w:r>
        <w:t>ہم لوگوں کا ماننا ہے کہ اگر یہ بنگلہ میں آ جائے لٹریچر تو بہت زیادہ ایڈریس کرے</w:t>
      </w:r>
    </w:p>
    <w:p>
      <w:r>
        <w:rPr>
          <w:b/>
        </w:rPr>
        <w:t xml:space="preserve">[24:21] </w:t>
      </w:r>
      <w:r>
        <w:t>ga wahan ke mind ko.</w:t>
      </w:r>
    </w:p>
    <w:p>
      <w:pPr>
        <w:jc w:val="right"/>
      </w:pPr>
      <w:r>
        <w:t>گا وہاں کے مائنڈ کو۔</w:t>
      </w:r>
    </w:p>
    <w:p>
      <w:r>
        <w:rPr>
          <w:b/>
        </w:rPr>
        <w:t xml:space="preserve">[24:26] </w:t>
      </w:r>
      <w:r>
        <w:t>is liye hum log apni antahk koshish kar rahe hain.</w:t>
      </w:r>
    </w:p>
    <w:p>
      <w:pPr>
        <w:jc w:val="right"/>
      </w:pPr>
      <w:r>
        <w:t>اس لیے ہم لوگ اپنی انتھک کوشش کر رہے ہیں۔</w:t>
      </w:r>
    </w:p>
    <w:p>
      <w:r>
        <w:rPr>
          <w:b/>
        </w:rPr>
        <w:t xml:space="preserve">[24:31] </w:t>
      </w:r>
      <w:r>
        <w:t>is silsile mein coordination bhi ho raha hai sathiyon se, doctor maulana israr sahib se, maulana iqbal sahib se.</w:t>
      </w:r>
    </w:p>
    <w:p>
      <w:pPr>
        <w:jc w:val="right"/>
      </w:pPr>
      <w:r>
        <w:t>اس سلسلے میں کوآرڈینیشن بھی ہو رہا ہے ساتھیوں سے، ڈاکٹر مولانا اسرار صاحب سے، مولانا اقبال صاحب سے۔</w:t>
      </w:r>
    </w:p>
    <w:p>
      <w:r>
        <w:rPr>
          <w:b/>
        </w:rPr>
        <w:t xml:space="preserve">[24:36] </w:t>
      </w:r>
      <w:r>
        <w:t>is tarah se hum log bhi koshish karenge kisi tarah tarjume ka kaam karein.</w:t>
      </w:r>
    </w:p>
    <w:p>
      <w:pPr>
        <w:jc w:val="right"/>
      </w:pPr>
      <w:r>
        <w:t>اس طرح سے ہم لوگ بھی کوشش کریں گے کسی طرح ترجمے کا کام کرائیں۔</w:t>
      </w:r>
    </w:p>
    <w:p>
      <w:r>
        <w:rPr>
          <w:b/>
        </w:rPr>
        <w:t xml:space="preserve">[24:41] </w:t>
      </w:r>
      <w:r>
        <w:t>is silsile mein jo hum logon ko kamyabi mili hai ke do leaflet maulana ka tarjuma hua hai,</w:t>
      </w:r>
    </w:p>
    <w:p>
      <w:pPr>
        <w:jc w:val="right"/>
      </w:pPr>
      <w:r>
        <w:t>اس سلسلے میں جو ہم لوگوں کو کامیابی ملی ہے کہ دو لیفلیٹ مولانا کا ترجمہ ہوا ہے،</w:t>
      </w:r>
    </w:p>
    <w:p>
      <w:r>
        <w:rPr>
          <w:b/>
        </w:rPr>
        <w:t xml:space="preserve">[24:46] </w:t>
      </w:r>
      <w:r>
        <w:t>abhi "baaiso zindagi" aur "apni taameerat".</w:t>
      </w:r>
    </w:p>
    <w:p>
      <w:pPr>
        <w:jc w:val="right"/>
      </w:pPr>
      <w:r>
        <w:t>ابھی "باعثو زندگی" اور "اپنی تعمیرات"۔</w:t>
      </w:r>
    </w:p>
    <w:p>
      <w:r>
        <w:rPr>
          <w:b/>
        </w:rPr>
        <w:t xml:space="preserve">[24:51] </w:t>
      </w:r>
      <w:r>
        <w:t>yeh musalman rukhi hai lekin hamara target west bengal mein qareeb qareeb 25 feesad bengali speaking muslim hain.</w:t>
      </w:r>
    </w:p>
    <w:p>
      <w:pPr>
        <w:jc w:val="right"/>
      </w:pPr>
      <w:r>
        <w:t>یہ مسلمان رخی ہے لیکن ہمارا ٹارگٹ ویسٹ بنگال میں قریب قریب 25 فیصد بنگالی اسپیکنگ مسلم ہیں۔</w:t>
      </w:r>
    </w:p>
    <w:p>
      <w:r>
        <w:rPr>
          <w:b/>
        </w:rPr>
        <w:t xml:space="preserve">[24:56] </w:t>
      </w:r>
      <w:r>
        <w:t>to un tak yeh baatein pohanchai ja sakti hain.</w:t>
      </w:r>
    </w:p>
    <w:p>
      <w:pPr>
        <w:jc w:val="right"/>
      </w:pPr>
      <w:r>
        <w:t>تو ان تک یہ باتیں پہنچائی جا سکتی ہیں۔</w:t>
      </w:r>
    </w:p>
    <w:p>
      <w:r>
        <w:rPr>
          <w:b/>
        </w:rPr>
        <w:t xml:space="preserve">[25:01] </w:t>
      </w:r>
      <w:r>
        <w:t>is ke ilawa paros mein bangladesh hai jahan yeh baatein bohat zyada zaroorat hai ke wahan bhi pohanchaya jaye.</w:t>
      </w:r>
    </w:p>
    <w:p>
      <w:pPr>
        <w:jc w:val="right"/>
      </w:pPr>
      <w:r>
        <w:t>اس کے علاوہ پڑوس میں بنگلہ دیش ہے جہاں یہ باتیں بہت زیادہ ضرورت ہے کہ وہاں بھی پہنچایا جائے۔</w:t>
      </w:r>
    </w:p>
    <w:p>
      <w:r>
        <w:rPr>
          <w:b/>
        </w:rPr>
        <w:t xml:space="preserve">[25:05] </w:t>
      </w:r>
      <w:r>
        <w:t>quran ke silsile mein bhi kaam shuru hua hai, alhamdulillah.</w:t>
      </w:r>
    </w:p>
    <w:p>
      <w:pPr>
        <w:jc w:val="right"/>
      </w:pPr>
      <w:r>
        <w:t>قرآن کے سلسلے میں بھی کام شروع ہوا ہے، الحمدللہ۔</w:t>
      </w:r>
    </w:p>
    <w:p>
      <w:r>
        <w:rPr>
          <w:b/>
        </w:rPr>
        <w:t xml:space="preserve">[25:10] </w:t>
      </w:r>
      <w:r>
        <w:t>ek sahib tayyar hue hain aur unhone kaha hai ke main inshallah teen mahine mein quran ka</w:t>
      </w:r>
    </w:p>
    <w:p>
      <w:pPr>
        <w:jc w:val="right"/>
      </w:pPr>
      <w:r>
        <w:t>ایک صاحب تیار ہوئے ہیں اور انہوں نے کہا ہے کہ میں انشاءاللہ تین مہینے میں قرآن کا</w:t>
      </w:r>
    </w:p>
    <w:p>
      <w:r>
        <w:rPr>
          <w:b/>
        </w:rPr>
        <w:t xml:space="preserve">[25:15] </w:t>
      </w:r>
      <w:r>
        <w:t>tarjuma kar doonga.</w:t>
      </w:r>
    </w:p>
    <w:p>
      <w:pPr>
        <w:jc w:val="right"/>
      </w:pPr>
      <w:r>
        <w:t>ترجمہ کر دوں گا۔</w:t>
      </w:r>
    </w:p>
    <w:p>
      <w:r>
        <w:rPr>
          <w:b/>
        </w:rPr>
        <w:t xml:space="preserve">[25:20] </w:t>
      </w:r>
      <w:r>
        <w:t>pichle hafte jab maine un se report liya to woh 26 page ka tarjuma kar chuke thay.</w:t>
      </w:r>
    </w:p>
    <w:p>
      <w:pPr>
        <w:jc w:val="right"/>
      </w:pPr>
      <w:r>
        <w:t>پچھلے ہفتے جب میں نے ان سے رپورٹ لیا تو وہ 26 پیج کا ترجمہ کر چکے تھے۔</w:t>
      </w:r>
    </w:p>
    <w:p>
      <w:r>
        <w:rPr>
          <w:b/>
        </w:rPr>
        <w:t xml:space="preserve">[25:25] </w:t>
      </w:r>
      <w:r>
        <w:t>is silsile mein ek aur baat hamein yeh kehni hai khaas taur se cps international ko</w:t>
      </w:r>
    </w:p>
    <w:p>
      <w:pPr>
        <w:jc w:val="right"/>
      </w:pPr>
      <w:r>
        <w:t>اس سلسلے میں ایک اور بات ہمیں یہ کہنی ہے خاص طور سے سی پی ایس انٹرنیشنل کو</w:t>
      </w:r>
    </w:p>
    <w:p>
      <w:r>
        <w:rPr>
          <w:b/>
        </w:rPr>
        <w:t xml:space="preserve">[25:30] </w:t>
      </w:r>
      <w:r>
        <w:t>ke sathiyon se ke bangladesh se do kitabein chapi hui hain, ek "god rises" aur "islam da</w:t>
      </w:r>
    </w:p>
    <w:p>
      <w:pPr>
        <w:jc w:val="right"/>
      </w:pPr>
      <w:r>
        <w:t>کہ ساتھیوں سے کہ بنگلہ دیش سے دو کتابیں چھپی ہوئی ہیں، ایک "گاڈ رائزز" اور "اسلام دا</w:t>
      </w:r>
    </w:p>
    <w:p>
      <w:r>
        <w:rPr>
          <w:b/>
        </w:rPr>
        <w:t xml:space="preserve">[25:35] </w:t>
      </w:r>
      <w:r>
        <w:t>creator of modern age".</w:t>
      </w:r>
    </w:p>
    <w:p>
      <w:pPr>
        <w:jc w:val="right"/>
      </w:pPr>
      <w:r>
        <w:t>کریٹر آف ماڈرن ایج"۔</w:t>
      </w:r>
    </w:p>
    <w:p>
      <w:r>
        <w:rPr>
          <w:b/>
        </w:rPr>
        <w:t xml:space="preserve">[25:40] </w:t>
      </w:r>
      <w:r>
        <w:t>is ke jo printers hain, agar un se baat cheet kar ke is ko agar dobara yahan india</w:t>
      </w:r>
    </w:p>
    <w:p>
      <w:pPr>
        <w:jc w:val="right"/>
      </w:pPr>
      <w:r>
        <w:t>اس کے جو پرنٹرز ہیں، اگر ان سے بات چیت کر کے اس کو اگر دوبارہ یہاں انڈیا</w:t>
      </w:r>
    </w:p>
    <w:p>
      <w:r>
        <w:rPr>
          <w:b/>
        </w:rPr>
        <w:t xml:space="preserve">[25:45] </w:t>
      </w:r>
      <w:r>
        <w:t>mein re print kar liya jaye to aanay walay book fair mein hum log us ko bohat achhi</w:t>
      </w:r>
    </w:p>
    <w:p>
      <w:pPr>
        <w:jc w:val="right"/>
      </w:pPr>
      <w:r>
        <w:t>میں ری پرنٹ کر لیا جائے تو آنے والے بک فیئر میں ہم لوگ اس کو بہت اچھی</w:t>
      </w:r>
    </w:p>
    <w:p>
      <w:r>
        <w:rPr>
          <w:b/>
        </w:rPr>
        <w:t xml:space="preserve">[25:49] </w:t>
      </w:r>
      <w:r>
        <w:t>tarah us ko kaam mein le aa saktay hain.</w:t>
      </w:r>
    </w:p>
    <w:p>
      <w:pPr>
        <w:jc w:val="right"/>
      </w:pPr>
      <w:r>
        <w:t>طرح اس کو کام میں لے آ سکتے ہیں۔</w:t>
      </w:r>
    </w:p>
    <w:p>
      <w:r>
        <w:rPr>
          <w:b/>
        </w:rPr>
        <w:t xml:space="preserve">[25:54] </w:t>
      </w:r>
      <w:r>
        <w:t>"gaud raizes" aur "islam da creator of modern age" woh farhad bhai library mein hain, woh unhon nay</w:t>
      </w:r>
    </w:p>
    <w:p>
      <w:pPr>
        <w:jc w:val="right"/>
      </w:pPr>
      <w:r>
        <w:t>"گاڈ رائزز" اور "اسلام دا کریٹر آف ماڈرن ایج" وہ فرہاد بھائی لائبریری میں ہیں، وہ انہوں نے</w:t>
      </w:r>
    </w:p>
    <w:p>
      <w:r>
        <w:rPr>
          <w:b/>
        </w:rPr>
        <w:t xml:space="preserve">[25:59] </w:t>
      </w:r>
      <w:r>
        <w:t>humain pohanchaya bhi hai zero x kar kay.</w:t>
      </w:r>
    </w:p>
    <w:p>
      <w:pPr>
        <w:jc w:val="right"/>
      </w:pPr>
      <w:r>
        <w:t>ہمیں پہنچایا بھی ہے زیروکس کر کے۔</w:t>
      </w:r>
    </w:p>
    <w:p>
      <w:r>
        <w:rPr>
          <w:b/>
        </w:rPr>
        <w:t xml:space="preserve">[26:04] </w:t>
      </w:r>
      <w:r>
        <w:t>aakhir mein nay bohat waqt lay liya aap logon ka.</w:t>
      </w:r>
    </w:p>
    <w:p>
      <w:pPr>
        <w:jc w:val="right"/>
      </w:pPr>
      <w:r>
        <w:t>آخر میں میں نے بہت وقت لے لیا آپ لوگوں کا۔</w:t>
      </w:r>
    </w:p>
    <w:p>
      <w:r>
        <w:rPr>
          <w:b/>
        </w:rPr>
        <w:t xml:space="preserve">[26:09] </w:t>
      </w:r>
      <w:r>
        <w:t>aaj yeh daawa meet mein jo faida hua hai, is ka bayan jo hai namumkin hai.</w:t>
      </w:r>
    </w:p>
    <w:p>
      <w:pPr>
        <w:jc w:val="right"/>
      </w:pPr>
      <w:r>
        <w:t>آج یہ دعویٰ میٹ میں جو فائدہ ہوا ہے، اس کا بیان جو ہے ناممکن ہے۔</w:t>
      </w:r>
    </w:p>
    <w:p>
      <w:r>
        <w:rPr>
          <w:b/>
        </w:rPr>
        <w:t xml:space="preserve">[26:14] </w:t>
      </w:r>
      <w:r>
        <w:t>maulana sahib ko roobaroo sunnay ka moqa mila.</w:t>
      </w:r>
    </w:p>
    <w:p>
      <w:pPr>
        <w:jc w:val="right"/>
      </w:pPr>
      <w:r>
        <w:t>مولانا صاحب کو روبرو سننے کا موقع ملا۔</w:t>
      </w:r>
    </w:p>
    <w:p>
      <w:r>
        <w:rPr>
          <w:b/>
        </w:rPr>
        <w:t xml:space="preserve">[26:19] </w:t>
      </w:r>
      <w:r>
        <w:t>aksar aankhain ashakbar hui hain un ki baaton ko sun kay, khusoosan shahadat kay kalmay par jo waaday</w:t>
      </w:r>
    </w:p>
    <w:p>
      <w:pPr>
        <w:jc w:val="right"/>
      </w:pPr>
      <w:r>
        <w:t>اکثر آنکھیں اشکبار ہوئی ہیں ان کی باتوں کو سن کے، خصوصاً شہادت کے کلمے پر جو وعدے</w:t>
      </w:r>
    </w:p>
    <w:p>
      <w:r>
        <w:rPr>
          <w:b/>
        </w:rPr>
        <w:t xml:space="preserve">[26:24] </w:t>
      </w:r>
      <w:r>
        <w:t>ka aada kiya gaya to woh rongta khara kar denay wala tha tajurba.</w:t>
      </w:r>
    </w:p>
    <w:p>
      <w:pPr>
        <w:jc w:val="right"/>
      </w:pPr>
      <w:r>
        <w:t>کا اعادہ کیا گیا تو وہ رونگٹا کھڑا کر دینے والا تھا تجربہ۔</w:t>
      </w:r>
    </w:p>
    <w:p>
      <w:r>
        <w:rPr>
          <w:b/>
        </w:rPr>
        <w:t xml:space="preserve">[26:28] </w:t>
      </w:r>
      <w:r>
        <w:t>un kay ilawa bhi un baaton kay ilawa bhi maulana kay saath jo hum aa rahay thay rastay</w:t>
      </w:r>
    </w:p>
    <w:p>
      <w:pPr>
        <w:jc w:val="right"/>
      </w:pPr>
      <w:r>
        <w:t>ان کے علاوہ بھی ان باتوں کے علاوہ بھی مولانا کے ساتھ جو ہم آ رہے تھے راستے</w:t>
      </w:r>
    </w:p>
    <w:p>
      <w:r>
        <w:rPr>
          <w:b/>
        </w:rPr>
        <w:t xml:space="preserve">[26:33] </w:t>
      </w:r>
      <w:r>
        <w:t>mein hamesha yeh teen din say, to har choti choti baat pay maulana ki jo rehnumai hai, woh</w:t>
      </w:r>
    </w:p>
    <w:p>
      <w:pPr>
        <w:jc w:val="right"/>
      </w:pPr>
      <w:r>
        <w:t>میں ہمیشہ یہ تین دن سے، تو ہر چھوٹی چھوٹی بات پہ مولانا کی جو رہنمائی ہے، وہ</w:t>
      </w:r>
    </w:p>
    <w:p>
      <w:r>
        <w:rPr>
          <w:b/>
        </w:rPr>
        <w:t xml:space="preserve">[26:38] </w:t>
      </w:r>
      <w:r>
        <w:t>hamaray liye bohat bari discovery kay maani mein hai.</w:t>
      </w:r>
    </w:p>
    <w:p>
      <w:pPr>
        <w:jc w:val="right"/>
      </w:pPr>
      <w:r>
        <w:t>ہمارے لیے بہت بڑی ڈسکوری کے معنی میں ہے۔</w:t>
      </w:r>
    </w:p>
    <w:p>
      <w:r>
        <w:rPr>
          <w:b/>
        </w:rPr>
        <w:t xml:space="preserve">[26:43] </w:t>
      </w:r>
      <w:r>
        <w:t>hum kabhi soch bhi nahi saktay thay kay aisay bhi sochany ka tareeqa ho sakta hai.</w:t>
      </w:r>
    </w:p>
    <w:p>
      <w:pPr>
        <w:jc w:val="right"/>
      </w:pPr>
      <w:r>
        <w:t>ہم کبھی سوچ بھی نہیں سکتے تھے کہ ایسے بھی سوچنے کا طریقہ ہو سکتا ہے۔</w:t>
      </w:r>
    </w:p>
    <w:p>
      <w:r>
        <w:rPr>
          <w:b/>
        </w:rPr>
        <w:t xml:space="preserve">[26:48] </w:t>
      </w:r>
      <w:r>
        <w:t>maulana is tarah say rehnumai day rahay hain.</w:t>
      </w:r>
    </w:p>
    <w:p>
      <w:pPr>
        <w:jc w:val="right"/>
      </w:pPr>
      <w:r>
        <w:t>مولانا اس طرح سے رہنمائی دے رہے ہیں۔</w:t>
      </w:r>
    </w:p>
    <w:p>
      <w:r>
        <w:rPr>
          <w:b/>
        </w:rPr>
        <w:t xml:space="preserve">[26:53] </w:t>
      </w:r>
      <w:r>
        <w:t>kaash hamari to yeh khwahish thi kay maulana ki sarparasti rozana har waqt milti rehti.</w:t>
      </w:r>
    </w:p>
    <w:p>
      <w:pPr>
        <w:jc w:val="right"/>
      </w:pPr>
      <w:r>
        <w:t>کاش ہماری تو یہ خواہش تھی کہ مولانا کی سرپرستی روزانہ ہر وقت ملتی رہتی۔</w:t>
      </w:r>
    </w:p>
    <w:p>
      <w:r>
        <w:rPr>
          <w:b/>
        </w:rPr>
        <w:t xml:space="preserve">[26:58] </w:t>
      </w:r>
      <w:r>
        <w:t>hum log kalkattay mein bohat door hain un say.</w:t>
      </w:r>
    </w:p>
    <w:p>
      <w:pPr>
        <w:jc w:val="right"/>
      </w:pPr>
      <w:r>
        <w:t>ہم لوگ کلکتے میں بہت دور ہیں ان سے۔</w:t>
      </w:r>
    </w:p>
    <w:p>
      <w:r>
        <w:rPr>
          <w:b/>
        </w:rPr>
        <w:t xml:space="preserve">[27:03] </w:t>
      </w:r>
      <w:r>
        <w:t>aakhir mein main apnay aik khwahish ka aur izhaar karoon jo meri zaati khwahish hai.</w:t>
      </w:r>
    </w:p>
    <w:p>
      <w:pPr>
        <w:jc w:val="right"/>
      </w:pPr>
      <w:r>
        <w:t>آخر میں میں اپنے ایک خواہش کا اور اظہار کروں جو میری ذاتی خواہش ہے۔</w:t>
      </w:r>
    </w:p>
    <w:p>
      <w:r>
        <w:rPr>
          <w:b/>
        </w:rPr>
        <w:t xml:space="preserve">[27:08] </w:t>
      </w:r>
      <w:r>
        <w:t>maulana ki kitabon mein mein nay daikha hai kay bohat saray usool uloom al hadees say mutaliq, uloom fiqah</w:t>
      </w:r>
    </w:p>
    <w:p>
      <w:pPr>
        <w:jc w:val="right"/>
      </w:pPr>
      <w:r>
        <w:t>مولانا کی کتابوں میں میں نے دیکھا ہے کہ بہت سارے اصول علوم الحدیث سے متعلق، علم فقہ</w:t>
      </w:r>
    </w:p>
    <w:p>
      <w:r>
        <w:rPr>
          <w:b/>
        </w:rPr>
        <w:t xml:space="preserve">[27:12] </w:t>
      </w:r>
      <w:r>
        <w:t>say mutaliq, uloom tafseer say mutaliq, bohat maulana kay graan qadar aara wahan pay bikhray paray hain mukhtalif kitabon mein.</w:t>
      </w:r>
    </w:p>
    <w:p>
      <w:pPr>
        <w:jc w:val="right"/>
      </w:pPr>
      <w:r>
        <w:t>سے متعلق، علم تفسیر سے متعلق، بہت مولانا کے گراں قدر آراء وہاں پہ بکھرے پڑے ہیں مختلف کتابوں میں۔</w:t>
      </w:r>
    </w:p>
    <w:p>
      <w:r>
        <w:rPr>
          <w:b/>
        </w:rPr>
        <w:t xml:space="preserve">[27:17] </w:t>
      </w:r>
      <w:r>
        <w:t>yahan maulana kay saath ulama ki aik achhi team hai, umri hazraat hain aur bhi ulama hazraat hain.</w:t>
      </w:r>
    </w:p>
    <w:p>
      <w:pPr>
        <w:jc w:val="right"/>
      </w:pPr>
      <w:r>
        <w:t>یہاں مولانا کے ساتھ علماء کی ایک اچھی ٹیم ہے، عمری حضرات ہیں اور بھی علماء حضرات ہیں۔</w:t>
      </w:r>
    </w:p>
    <w:p>
      <w:r>
        <w:rPr>
          <w:b/>
        </w:rPr>
        <w:t xml:space="preserve">[27:22] </w:t>
      </w:r>
      <w:r>
        <w:t>to meri yeh khwahish hai, aik choti si khwahish hai, haqeer si kay agar ulama hazraat yeh kaam</w:t>
      </w:r>
    </w:p>
    <w:p>
      <w:pPr>
        <w:jc w:val="right"/>
      </w:pPr>
      <w:r>
        <w:t>تو میری یہ خواہش ہے، ایک چھوٹی سی خواہش ہے، حقیر سی کہ اگر علماء حضرات یہ کام</w:t>
      </w:r>
    </w:p>
    <w:p>
      <w:r>
        <w:rPr>
          <w:b/>
        </w:rPr>
        <w:t xml:space="preserve">[27:27] </w:t>
      </w:r>
      <w:r>
        <w:t>lain kay maulana ki in tamam baaton ko in kitabon say chhanat chhanat kar un ko usooli shakal</w:t>
      </w:r>
    </w:p>
    <w:p>
      <w:pPr>
        <w:jc w:val="right"/>
      </w:pPr>
      <w:r>
        <w:t>لیں کہ مولانا کی ان تمام باتوں کو ان کتابوں سے چھانٹ چھانٹ کر ان کو اصولی شکل</w:t>
      </w:r>
    </w:p>
    <w:p>
      <w:r>
        <w:rPr>
          <w:b/>
        </w:rPr>
        <w:t xml:space="preserve">[27:32] </w:t>
      </w:r>
      <w:r>
        <w:t>dain, alag kitab ki tarah taleef kar dain, to yeh ahlay ilm kay liye bohat bara kaam hoga.</w:t>
      </w:r>
    </w:p>
    <w:p>
      <w:pPr>
        <w:jc w:val="right"/>
      </w:pPr>
      <w:r>
        <w:t>دیں، الگ کتاب کی طرح تالیف کر دیں، تو یہ اہل علم کے لیے بہت بڑا کام ہوگا۔</w:t>
      </w:r>
    </w:p>
    <w:p>
      <w:r>
        <w:rPr>
          <w:b/>
        </w:rPr>
        <w:t xml:space="preserve">[27:37] </w:t>
      </w:r>
      <w:r>
        <w:t>is kay ilawa mein nay apa say bhi aik baat kahi thi kay maulana ki al risala mein woh</w:t>
      </w:r>
    </w:p>
    <w:p>
      <w:pPr>
        <w:jc w:val="right"/>
      </w:pPr>
      <w:r>
        <w:t>اس کے علاوہ میں نے آپا سے بھی ایک بات کہی تھی کہ مولانا کی الرسالہ میں وہ</w:t>
      </w:r>
    </w:p>
    <w:p>
      <w:r>
        <w:rPr>
          <w:b/>
        </w:rPr>
        <w:t xml:space="preserve">[27:42] </w:t>
      </w:r>
      <w:r>
        <w:t>tareekh ki taabeer kay silsilay mein jo chhapnay walay mazameen hain, to un ko bhi agar yakja kar</w:t>
      </w:r>
    </w:p>
    <w:p>
      <w:pPr>
        <w:jc w:val="right"/>
      </w:pPr>
      <w:r>
        <w:t>تاریخ کی تعبیر کے سلسلے میں جو چھپنے والی مضامین ہیں، تو ان کو بھی اگر یکجا کر</w:t>
      </w:r>
    </w:p>
    <w:p>
      <w:r>
        <w:rPr>
          <w:b/>
        </w:rPr>
        <w:t xml:space="preserve">[27:47] </w:t>
      </w:r>
      <w:r>
        <w:t>diya jaye aur us ko tarjuma kar diya jaye english mein, to tareekh ke scholars ke samne tareekh</w:t>
      </w:r>
    </w:p>
    <w:p>
      <w:pPr>
        <w:jc w:val="right"/>
      </w:pPr>
      <w:r>
        <w:t>دیا جائے اور اس کو ترجمہ کر دیا جائے انگلش میں، تو تاریخ کے اسکالرز کے سامنے تاریخ</w:t>
      </w:r>
    </w:p>
    <w:p>
      <w:r>
        <w:rPr>
          <w:b/>
        </w:rPr>
        <w:t xml:space="preserve">[27:52] </w:t>
      </w:r>
      <w:r>
        <w:t>ki taabeer ka bilkul ek anokha pehlu samne ayega inshallah ur-rehman.</w:t>
      </w:r>
    </w:p>
    <w:p>
      <w:pPr>
        <w:jc w:val="right"/>
      </w:pPr>
      <w:r>
        <w:t>کی تعبیر کا بالکل ایک انوکھا پہلو سامنے آئے گا انشاء اللہ الرحمن۔</w:t>
      </w:r>
    </w:p>
    <w:p>
      <w:r>
        <w:rPr>
          <w:b/>
        </w:rPr>
        <w:t xml:space="preserve">[27:56] </w:t>
      </w:r>
      <w:r>
        <w:t>isi ke sath mein apni baat khatm karta hoon.</w:t>
      </w:r>
    </w:p>
    <w:p>
      <w:pPr>
        <w:jc w:val="right"/>
      </w:pPr>
      <w:r>
        <w:t>اسی کے ساتھ میں اپنی بات ختم کرتا ہوں۔</w:t>
      </w:r>
    </w:p>
    <w:p>
      <w:r>
        <w:rPr>
          <w:b/>
        </w:rPr>
        <w:t xml:space="preserve">[28:01] </w:t>
      </w:r>
      <w:r>
        <w:t>wa akhiru da'wana an alhamdu lillahi rabbil 'alameen. Assalamu alaikum.</w:t>
      </w:r>
    </w:p>
    <w:p>
      <w:pPr>
        <w:jc w:val="right"/>
      </w:pPr>
      <w:r>
        <w:t>واخر دعوانا ان الحمدللہ رب العالمین۔ السلام علیکم۔</w:t>
      </w:r>
    </w:p>
    <w:p>
      <w:r>
        <w:rPr>
          <w:b/>
        </w:rPr>
        <w:t xml:space="preserve">[28:06] </w:t>
      </w:r>
      <w:r>
        <w:t>Maulana Iqbal sahib ko mein dawat dena chahunga ke wo ayein aur apni baat karein.</w:t>
      </w:r>
    </w:p>
    <w:p>
      <w:pPr>
        <w:jc w:val="right"/>
      </w:pPr>
      <w:r>
        <w:t>مولانا اقبال صاحب کو میں دعوت دینا چاہوں گا کہ وہ آئیں اور اپنی بات کریں۔</w:t>
      </w:r>
    </w:p>
    <w:p>
      <w:r>
        <w:rPr>
          <w:b/>
        </w:rPr>
        <w:t xml:space="preserve">[28:11] </w:t>
      </w:r>
      <w:r>
        <w:t>is mein dawat ke bare mein jo nusus aa kar hain, is silsile mein thoda hassasiyat rehti thi</w:t>
      </w:r>
    </w:p>
    <w:p>
      <w:pPr>
        <w:jc w:val="right"/>
      </w:pPr>
      <w:r>
        <w:t>اس میں دعوت کے بارے میں جو نصوص آ کر ہیں، اس سلسلے میں تھوڑا حساسیت رہتی تھی</w:t>
      </w:r>
    </w:p>
    <w:p>
      <w:r>
        <w:rPr>
          <w:b/>
        </w:rPr>
        <w:t xml:space="preserve">[28:16] </w:t>
      </w:r>
      <w:r>
        <w:t>ke ye hamara fariza hai, ye falan hai, falan hai.</w:t>
      </w:r>
    </w:p>
    <w:p>
      <w:pPr>
        <w:jc w:val="right"/>
      </w:pPr>
      <w:r>
        <w:t>کہ یہ ہمارا فریضہ ہے، یہ فلاں ہے، فلاں ہے۔</w:t>
      </w:r>
    </w:p>
    <w:p>
      <w:r>
        <w:rPr>
          <w:b/>
        </w:rPr>
        <w:t xml:space="preserve">[28:21] </w:t>
      </w:r>
      <w:r>
        <w:t>lekin mad'u ke bare mein hundred percent jo hassas hona hai, us ke bare mein zara bhi ehsas</w:t>
      </w:r>
    </w:p>
    <w:p>
      <w:pPr>
        <w:jc w:val="right"/>
      </w:pPr>
      <w:r>
        <w:t>لیکن مدعو کے بارے میں ہنڈرڈ فیصد جو حساس ہونا ہے، اس کے بارے میں ذرا بھی احساس</w:t>
      </w:r>
    </w:p>
    <w:p>
      <w:r>
        <w:rPr>
          <w:b/>
        </w:rPr>
        <w:t xml:space="preserve">[28:26] </w:t>
      </w:r>
      <w:r>
        <w:t>nahi tha ke hum mad'u ke bare mein kitna hassas hona chahiye.</w:t>
      </w:r>
    </w:p>
    <w:p>
      <w:pPr>
        <w:jc w:val="right"/>
      </w:pPr>
      <w:r>
        <w:t>نہیں تھا کہ ہم مدعو کے بارے میں کتنا حساس ہونا چاہیے۔</w:t>
      </w:r>
    </w:p>
    <w:p>
      <w:r>
        <w:rPr>
          <w:b/>
        </w:rPr>
        <w:t xml:space="preserve">[28:31] </w:t>
      </w:r>
      <w:r>
        <w:t>to mein is martaba jab mein Bangalore se safar kar ke Gulbarga aa raha tha is program ko</w:t>
      </w:r>
    </w:p>
    <w:p>
      <w:pPr>
        <w:jc w:val="right"/>
      </w:pPr>
      <w:r>
        <w:t>تو میں اس مرتبہ جب میں بنگلور سے سفر کر کے گلبرگ آ رہا تھا اس پروگرام کو</w:t>
      </w:r>
    </w:p>
    <w:p>
      <w:r>
        <w:rPr>
          <w:b/>
        </w:rPr>
        <w:t xml:space="preserve">[28:35] </w:t>
      </w:r>
      <w:r>
        <w:t>aane ke liye, to Manjunath naam ke ek graduate sahib jin ki pachpan saal umar thi, un</w:t>
      </w:r>
    </w:p>
    <w:p>
      <w:pPr>
        <w:jc w:val="right"/>
      </w:pPr>
      <w:r>
        <w:t>آنے کے لیے، تو منجو ناتھ نام کے ایک گریجویٹ صاحب جن کی پچپن سال عمر تھی، ان</w:t>
      </w:r>
    </w:p>
    <w:p>
      <w:r>
        <w:rPr>
          <w:b/>
        </w:rPr>
        <w:t xml:space="preserve">[28:40] </w:t>
      </w:r>
      <w:r>
        <w:t>se mulaqat hui.</w:t>
      </w:r>
    </w:p>
    <w:p>
      <w:pPr>
        <w:jc w:val="right"/>
      </w:pPr>
      <w:r>
        <w:t>سے ملاقات ہوئی۔</w:t>
      </w:r>
    </w:p>
    <w:p>
      <w:r>
        <w:rPr>
          <w:b/>
        </w:rPr>
        <w:t xml:space="preserve">[28:45] </w:t>
      </w:r>
      <w:r>
        <w:t>wo Dr. Mumtaz Ali Khan sahib ke shagird hain.</w:t>
      </w:r>
    </w:p>
    <w:p>
      <w:pPr>
        <w:jc w:val="right"/>
      </w:pPr>
      <w:r>
        <w:t>وہ ڈاکٹر ممتاز علی خان صاحب کے شاگرد ہیں۔</w:t>
      </w:r>
    </w:p>
    <w:p>
      <w:r>
        <w:rPr>
          <w:b/>
        </w:rPr>
        <w:t xml:space="preserve">[28:50] </w:t>
      </w:r>
      <w:r>
        <w:t>unhone un ko, wo socialist hain, to is ka un ke pas wo class thi.</w:t>
      </w:r>
    </w:p>
    <w:p>
      <w:pPr>
        <w:jc w:val="right"/>
      </w:pPr>
      <w:r>
        <w:t>انہوں نے ان کو، وہ سوشلسٹ ہیں، تو اس کا ان کے پاس وہ کلاس تھی۔</w:t>
      </w:r>
    </w:p>
    <w:p>
      <w:r>
        <w:rPr>
          <w:b/>
        </w:rPr>
        <w:t xml:space="preserve">[28:55] </w:t>
      </w:r>
      <w:r>
        <w:t>to baton baton mein unhone bataya ke hamare Dr. sahib musalmanon se ta'alluqat hain.</w:t>
      </w:r>
    </w:p>
    <w:p>
      <w:pPr>
        <w:jc w:val="right"/>
      </w:pPr>
      <w:r>
        <w:t>تو باتوں باتوں میں انہوں نے بتایا کہ ہمارے ڈاکٹر صاحب مسلمانوں سے تعلقات ہیں۔</w:t>
      </w:r>
    </w:p>
    <w:p>
      <w:r>
        <w:rPr>
          <w:b/>
        </w:rPr>
        <w:t xml:space="preserve">[29:00] </w:t>
      </w:r>
      <w:r>
        <w:t>to is apne ustad ka bhi zikr kiya.</w:t>
      </w:r>
    </w:p>
    <w:p>
      <w:pPr>
        <w:jc w:val="right"/>
      </w:pPr>
      <w:r>
        <w:t>تو اس اپنے استاد کا بھی ذکر کیا۔</w:t>
      </w:r>
    </w:p>
    <w:p>
      <w:r>
        <w:rPr>
          <w:b/>
        </w:rPr>
        <w:t xml:space="preserve">[29:05] </w:t>
      </w:r>
      <w:r>
        <w:t>to ustad ke sath ikkis saal ki umar mein jo incident hua, us ke bare mein unhone</w:t>
      </w:r>
    </w:p>
    <w:p>
      <w:pPr>
        <w:jc w:val="right"/>
      </w:pPr>
      <w:r>
        <w:t>تو استاد کے ساتھ اکیس سال کی عمر میں جو انسیڈنٹ ہوا، اس کے بارے میں انہوں نے</w:t>
      </w:r>
    </w:p>
    <w:p>
      <w:r>
        <w:rPr>
          <w:b/>
        </w:rPr>
        <w:t xml:space="preserve">[29:10] </w:t>
      </w:r>
      <w:r>
        <w:t>bataya ke ek martaba maine apne ustad se argument kiya.</w:t>
      </w:r>
    </w:p>
    <w:p>
      <w:pPr>
        <w:jc w:val="right"/>
      </w:pPr>
      <w:r>
        <w:t>بتایا کہ ایک مرتبہ میں نے اپنے استاد سے آرگیومنٹ کیا۔</w:t>
      </w:r>
    </w:p>
    <w:p>
      <w:r>
        <w:rPr>
          <w:b/>
        </w:rPr>
        <w:t xml:space="preserve">[29:15] </w:t>
      </w:r>
      <w:r>
        <w:t>وہ کیا ہے؟ کہ استاد استعمال کرتے تھے کہ "some of Muslims against family planning"۔</w:t>
      </w:r>
    </w:p>
    <w:p>
      <w:pPr>
        <w:jc w:val="right"/>
      </w:pPr>
      <w:r>
        <w:t>وہ کیا ہے؟ کہ استاد استعمال کرتے تھے کہ "سم آف مسلمز اگینسٹ فیملی پلاننگ"۔</w:t>
      </w:r>
    </w:p>
    <w:p>
      <w:r>
        <w:rPr>
          <w:b/>
        </w:rPr>
        <w:t xml:space="preserve">[29:19] </w:t>
      </w:r>
      <w:r>
        <w:t>to ye uthe aur ye jumla, sir, ye jumla aap ka galat hai.</w:t>
      </w:r>
    </w:p>
    <w:p>
      <w:pPr>
        <w:jc w:val="right"/>
      </w:pPr>
      <w:r>
        <w:t>تو یہ اٹھے اور یہ جملہ، سر، یہ جملہ آپ کا غلط ہے۔</w:t>
      </w:r>
    </w:p>
    <w:p>
      <w:r>
        <w:rPr>
          <w:b/>
        </w:rPr>
        <w:t xml:space="preserve">[29:24] </w:t>
      </w:r>
      <w:r>
        <w:t>"Most of Muslims against family planning" یہ جملہ صحیح ہے۔</w:t>
      </w:r>
    </w:p>
    <w:p>
      <w:pPr>
        <w:jc w:val="right"/>
      </w:pPr>
      <w:r>
        <w:t>"موسٹ آف مسلمز اگینسٹ فیملی پلاننگ" یہ جملہ صحیح ہے۔</w:t>
      </w:r>
    </w:p>
    <w:p>
      <w:r>
        <w:rPr>
          <w:b/>
        </w:rPr>
        <w:t xml:space="preserve">[29:29] </w:t>
      </w:r>
      <w:r>
        <w:t>to ek secular insan rehte hue bhi Mumtaz Ali Khan sahib aadha ghanta argument kar rahe the.</w:t>
      </w:r>
    </w:p>
    <w:p>
      <w:pPr>
        <w:jc w:val="right"/>
      </w:pPr>
      <w:r>
        <w:t>تو ایک سیکولر انسان رہتے ہوئے بھی ممتاز علی خان صاحب آدھا گھنٹہ آرگیومنٹ کر رہے تھے۔</w:t>
      </w:r>
    </w:p>
    <w:p>
      <w:r>
        <w:rPr>
          <w:b/>
        </w:rPr>
        <w:t xml:space="preserve">[29:34] </w:t>
      </w:r>
      <w:r>
        <w:t>to mein is se samjha ke hamara mad'u kitna hassas hai.</w:t>
      </w:r>
    </w:p>
    <w:p>
      <w:pPr>
        <w:jc w:val="right"/>
      </w:pPr>
      <w:r>
        <w:t>تو میں اس سے سمجھا کہ ہمارا مدعو کتنا حساس ہے۔</w:t>
      </w:r>
    </w:p>
    <w:p>
      <w:r>
        <w:rPr>
          <w:b/>
        </w:rPr>
        <w:t xml:space="preserve">[29:39] </w:t>
      </w:r>
      <w:r>
        <w:t>aaj se un ki pachpan saal umar hai.</w:t>
      </w:r>
    </w:p>
    <w:p>
      <w:pPr>
        <w:jc w:val="right"/>
      </w:pPr>
      <w:r>
        <w:t>آج سے ان کی پچپن سال عمر ہے۔</w:t>
      </w:r>
    </w:p>
    <w:p>
      <w:r>
        <w:rPr>
          <w:b/>
        </w:rPr>
        <w:t xml:space="preserve">[29:44] </w:t>
      </w:r>
      <w:r>
        <w:t>teyyis, is teyyis saal pehle, chobbis saal pehle ka ek mad'u, padha likha mad'u, hamare alfaz ka bhi</w:t>
      </w:r>
    </w:p>
    <w:p>
      <w:pPr>
        <w:jc w:val="right"/>
      </w:pPr>
      <w:r>
        <w:t>تئیس، اس تئیس سال پہلے، چوبیس سال پہلے کا ایک مدعو، پڑھا لکھا مدعو، ہمارے الفاظ کا بھی</w:t>
      </w:r>
    </w:p>
    <w:p>
      <w:r>
        <w:rPr>
          <w:b/>
        </w:rPr>
        <w:t xml:space="preserve">[29:49] </w:t>
      </w:r>
      <w:r>
        <w:t>jo hum istemal karte hain qaumi advocacy ke liye aur vakalat ke liye, kitna hassas hai.</w:t>
      </w:r>
    </w:p>
    <w:p>
      <w:pPr>
        <w:jc w:val="right"/>
      </w:pPr>
      <w:r>
        <w:t>جو ہم استعمال کرتے ہیں قومی ایڈوکیسی کے لیے اور وکالت کے لیے، کتنا حساس ہے۔</w:t>
      </w:r>
    </w:p>
    <w:p>
      <w:r>
        <w:rPr>
          <w:b/>
        </w:rPr>
        <w:t xml:space="preserve">[29:54] </w:t>
      </w:r>
      <w:r>
        <w:t>to is ke bare mein mein Al-Risala mein aane ke baad hi ye baat bhi pakad, ye baat</w:t>
      </w:r>
    </w:p>
    <w:p>
      <w:pPr>
        <w:jc w:val="right"/>
      </w:pPr>
      <w:r>
        <w:t>تو اس کے بارے میں میں الرسالہ میں آنے کے بعد ہی یہ بات بھی پکڑ، یہ بات</w:t>
      </w:r>
    </w:p>
    <w:p>
      <w:r>
        <w:rPr>
          <w:b/>
        </w:rPr>
        <w:t xml:space="preserve">[29:59] </w:t>
      </w:r>
      <w:r>
        <w:t>pakr ska mein keh hum dawat ke naam pe bohat kuch kar rahe hain lekin madu ki, madu</w:t>
      </w:r>
    </w:p>
    <w:p>
      <w:pPr>
        <w:jc w:val="right"/>
      </w:pPr>
      <w:r>
        <w:t>پکڑ سکا میں کہ ہم دعوت کے نام پہ بہت کچھ کر رہے ہیں لیکن مدعو کی، مدعو</w:t>
      </w:r>
    </w:p>
    <w:p>
      <w:r>
        <w:rPr>
          <w:b/>
        </w:rPr>
        <w:t xml:space="preserve">[30:03] </w:t>
      </w:r>
      <w:r>
        <w:t>ki hassasiyat kya hai? kaise hassas hai madu? is ke bare mein zara bhi hum ko fikr nahi hai.</w:t>
      </w:r>
    </w:p>
    <w:p>
      <w:pPr>
        <w:jc w:val="right"/>
      </w:pPr>
      <w:r>
        <w:t>کی حساسیت کیا ہے؟ کیسے حساس ہے مدعو؟ اس کے بارے میں ذرا بھی ہم کو فکر نہیں ہے۔</w:t>
      </w:r>
    </w:p>
    <w:p>
      <w:r>
        <w:rPr>
          <w:b/>
        </w:rPr>
        <w:t xml:space="preserve">[30:08] </w:t>
      </w:r>
      <w:r>
        <w:t>to al-risala mein aanay ke baad hi, acha, yeh baat kehne ke baad mein aur ek baat is</w:t>
      </w:r>
    </w:p>
    <w:p>
      <w:pPr>
        <w:jc w:val="right"/>
      </w:pPr>
      <w:r>
        <w:t>تو الرسالہ میں آنے کے بعد ہی، اچھا، یہ بات کہنے کے بعد میں اور ایک بات اس</w:t>
      </w:r>
    </w:p>
    <w:p>
      <w:r>
        <w:rPr>
          <w:b/>
        </w:rPr>
        <w:t xml:space="preserve">[30:13] </w:t>
      </w:r>
      <w:r>
        <w:t>ko kaha keh haan, har musalman apni qomiyat ko bachane ke liye, qom ko bachane ke liye hi</w:t>
      </w:r>
    </w:p>
    <w:p>
      <w:pPr>
        <w:jc w:val="right"/>
      </w:pPr>
      <w:r>
        <w:t>کو کہا کہ ہاں، ہر مسلمان اپنی قومیت کو بچانے کے لیے، قوم کو بچانے کے لیے ہی</w:t>
      </w:r>
    </w:p>
    <w:p>
      <w:r>
        <w:rPr>
          <w:b/>
        </w:rPr>
        <w:t xml:space="preserve">[30:18] </w:t>
      </w:r>
      <w:r>
        <w:t>alfaaz keh raha hai, chahe woh secular ho ya hum jaisay mullah log hain.</w:t>
      </w:r>
    </w:p>
    <w:p>
      <w:pPr>
        <w:jc w:val="right"/>
      </w:pPr>
      <w:r>
        <w:t>الفاظ کہہ رہا ہے، چاہے وہ سیکولر ہو یا ہم جیسے ملا لوگ ہوں۔</w:t>
      </w:r>
    </w:p>
    <w:p>
      <w:r>
        <w:rPr>
          <w:b/>
        </w:rPr>
        <w:t xml:space="preserve">[30:23] </w:t>
      </w:r>
      <w:r>
        <w:t>اس کے بعد میں نے کہا "Most of Muslims are terrorist"۔</w:t>
      </w:r>
    </w:p>
    <w:p>
      <w:pPr>
        <w:jc w:val="right"/>
      </w:pPr>
      <w:r>
        <w:t>اس کے بعد میں نے کہا "موسٹ آف مسلم آر ٹیررسٹ"۔</w:t>
      </w:r>
    </w:p>
    <w:p>
      <w:r>
        <w:rPr>
          <w:b/>
        </w:rPr>
        <w:t xml:space="preserve">[30:28] </w:t>
      </w:r>
      <w:r>
        <w:t>yeh peace ya passive ya active.</w:t>
      </w:r>
    </w:p>
    <w:p>
      <w:pPr>
        <w:jc w:val="right"/>
      </w:pPr>
      <w:r>
        <w:t>یہ پیس یا پیسیو یا ایکٹیو۔</w:t>
      </w:r>
    </w:p>
    <w:p>
      <w:r>
        <w:rPr>
          <w:b/>
        </w:rPr>
        <w:t xml:space="preserve">[30:33] </w:t>
      </w:r>
      <w:r>
        <w:t>to fori woh ek dum baat hi khatam ho gayi is ki.</w:t>
      </w:r>
    </w:p>
    <w:p>
      <w:pPr>
        <w:jc w:val="right"/>
      </w:pPr>
      <w:r>
        <w:t>تو فوری وہ ایک دم بات ہی ختم ہو گئی اس کی۔</w:t>
      </w:r>
    </w:p>
    <w:p>
      <w:r>
        <w:rPr>
          <w:b/>
        </w:rPr>
        <w:t xml:space="preserve">[30:38] </w:t>
      </w:r>
      <w:r>
        <w:t>kya hai aap ke paas? pesh karo.</w:t>
      </w:r>
    </w:p>
    <w:p>
      <w:pPr>
        <w:jc w:val="right"/>
      </w:pPr>
      <w:r>
        <w:t>کیا ہے آپ کے پاس؟ پیش کرو۔</w:t>
      </w:r>
    </w:p>
    <w:p>
      <w:r>
        <w:rPr>
          <w:b/>
        </w:rPr>
        <w:t xml:space="preserve">[30:43] </w:t>
      </w:r>
      <w:r>
        <w:t>aap kon log hain? pesh karo.</w:t>
      </w:r>
    </w:p>
    <w:p>
      <w:pPr>
        <w:jc w:val="right"/>
      </w:pPr>
      <w:r>
        <w:t>آپ کون لوگ ہیں؟ پیش کرو۔</w:t>
      </w:r>
    </w:p>
    <w:p>
      <w:r>
        <w:rPr>
          <w:b/>
        </w:rPr>
        <w:t xml:space="preserve">[30:47] </w:t>
      </w:r>
      <w:r>
        <w:t>islam kya hai? pesh karo mujhe.</w:t>
      </w:r>
    </w:p>
    <w:p>
      <w:pPr>
        <w:jc w:val="right"/>
      </w:pPr>
      <w:r>
        <w:t>اسلام کیا ہے؟ پیش کرو مجھے۔</w:t>
      </w:r>
    </w:p>
    <w:p>
      <w:r>
        <w:rPr>
          <w:b/>
        </w:rPr>
        <w:t xml:space="preserve">[30:52] </w:t>
      </w:r>
      <w:r>
        <w:t>to fori is ke baad kon hain? maulana kya hain? kahan hai aap ka literature? mein kuch literature</w:t>
      </w:r>
    </w:p>
    <w:p>
      <w:pPr>
        <w:jc w:val="right"/>
      </w:pPr>
      <w:r>
        <w:t>تو فوری اس کے بعد کون ہیں؟ مولانا کیا ہیں؟ کہاں ہے آپ کا لٹریچر؟ میں کچھ لٹریچر</w:t>
      </w:r>
    </w:p>
    <w:p>
      <w:r>
        <w:rPr>
          <w:b/>
        </w:rPr>
        <w:t xml:space="preserve">[30:57] </w:t>
      </w:r>
      <w:r>
        <w:t>ke bare mein kuch bataya bhi nahi.</w:t>
      </w:r>
    </w:p>
    <w:p>
      <w:pPr>
        <w:jc w:val="right"/>
      </w:pPr>
      <w:r>
        <w:t>کے بارے میں کچھ بتایا بھی نہیں۔</w:t>
      </w:r>
    </w:p>
    <w:p>
      <w:r>
        <w:rPr>
          <w:b/>
        </w:rPr>
        <w:t xml:space="preserve">[31:02] </w:t>
      </w:r>
      <w:r>
        <w:t>to is ko laga keh arey bhai, yeh jab qomiyat ki vakalat nahi kar rahe hain to yeh</w:t>
      </w:r>
    </w:p>
    <w:p>
      <w:pPr>
        <w:jc w:val="right"/>
      </w:pPr>
      <w:r>
        <w:t>تو اس کو لگا کہ ارے بھائی، یہ جب قومیت کی وکالت نہیں کر رہے ہیں تو یہ</w:t>
      </w:r>
    </w:p>
    <w:p>
      <w:r>
        <w:rPr>
          <w:b/>
        </w:rPr>
        <w:t xml:space="preserve">[31:07] </w:t>
      </w:r>
      <w:r>
        <w:t>kya cheez rakhe hue hain apne paas? kya paigham rakhe hue hain? to is paigham ke bare mein hum janain.</w:t>
      </w:r>
    </w:p>
    <w:p>
      <w:pPr>
        <w:jc w:val="right"/>
      </w:pPr>
      <w:r>
        <w:t>کیا چیز رکھے ہوئے ہیں اپنے پاس؟ کیا پیغام رکھے ہوئے ہیں؟ تو اس پیغام کے بارے میں ہم جانیں۔</w:t>
      </w:r>
    </w:p>
    <w:p>
      <w:r>
        <w:rPr>
          <w:b/>
        </w:rPr>
        <w:t xml:space="preserve">[31:12] </w:t>
      </w:r>
      <w:r>
        <w:t>to fori is ke baad address liye.</w:t>
      </w:r>
    </w:p>
    <w:p>
      <w:pPr>
        <w:jc w:val="right"/>
      </w:pPr>
      <w:r>
        <w:t>تو فوری اس کے بعد ایڈریس لیے۔</w:t>
      </w:r>
    </w:p>
    <w:p>
      <w:r>
        <w:rPr>
          <w:b/>
        </w:rPr>
        <w:t xml:space="preserve">[31:17] </w:t>
      </w:r>
      <w:r>
        <w:t>is ke baad mein ne sara apa ko un ka address bhi bheja mazeed kitabon ke liye.</w:t>
      </w:r>
    </w:p>
    <w:p>
      <w:pPr>
        <w:jc w:val="right"/>
      </w:pPr>
      <w:r>
        <w:t>اس کے بعد میں نے سارا آپا کو ان کا ایڈریس بھی بھیجا مزید کتابوں کے لیے۔</w:t>
      </w:r>
    </w:p>
    <w:p>
      <w:r>
        <w:rPr>
          <w:b/>
        </w:rPr>
        <w:t xml:space="preserve">[31:22] </w:t>
      </w:r>
      <w:r>
        <w:t>aur unhon ne kaha keh mein zaroor quran parhoon ga aur sara jo literature hai, mein zaroor parhoon ga.</w:t>
      </w:r>
    </w:p>
    <w:p>
      <w:pPr>
        <w:jc w:val="right"/>
      </w:pPr>
      <w:r>
        <w:t>اور انہوں نے کہا کہ میں ضرور قرآن پڑھوں گا اور سارا جو لٹریچر ہے، میں ضرور پڑھوں گا۔</w:t>
      </w:r>
    </w:p>
    <w:p>
      <w:r>
        <w:rPr>
          <w:b/>
        </w:rPr>
        <w:t xml:space="preserve">[31:26] </w:t>
      </w:r>
      <w:r>
        <w:t>mujhe parhnay, parhnay se interest hai.</w:t>
      </w:r>
    </w:p>
    <w:p>
      <w:pPr>
        <w:jc w:val="right"/>
      </w:pPr>
      <w:r>
        <w:t>مجھے پڑھنے، پڑھنے سے انٹرسٹ ہے۔</w:t>
      </w:r>
    </w:p>
    <w:p>
      <w:r>
        <w:rPr>
          <w:b/>
        </w:rPr>
        <w:t xml:space="preserve">[31:31] </w:t>
      </w:r>
      <w:r>
        <w:t>to sab se zyada hassas intellectuals hotay hain.</w:t>
      </w:r>
    </w:p>
    <w:p>
      <w:pPr>
        <w:jc w:val="right"/>
      </w:pPr>
      <w:r>
        <w:t>تو سب سے زیادہ حساس انٹلیکچولز ہوتے ہیں۔</w:t>
      </w:r>
    </w:p>
    <w:p>
      <w:r>
        <w:rPr>
          <w:b/>
        </w:rPr>
        <w:t xml:space="preserve">[31:36] </w:t>
      </w:r>
      <w:r>
        <w:t>lekin in logon ke laiq hi nahi thay hum log baat karne ke.</w:t>
      </w:r>
    </w:p>
    <w:p>
      <w:pPr>
        <w:jc w:val="right"/>
      </w:pPr>
      <w:r>
        <w:t>لیکن ان لوگوں کے لائق ہی نہیں تھے ہم لوگ بات کرنے کے۔</w:t>
      </w:r>
    </w:p>
    <w:p>
      <w:r>
        <w:rPr>
          <w:b/>
        </w:rPr>
        <w:t xml:space="preserve">[31:41] </w:t>
      </w:r>
      <w:r>
        <w:t>kyunkeh intellectual jitna hota hai, utna hassas bhi hota hai.</w:t>
      </w:r>
    </w:p>
    <w:p>
      <w:pPr>
        <w:jc w:val="right"/>
      </w:pPr>
      <w:r>
        <w:t>کیونکہ انٹلیکچول جتنا ہوتا ہے، اتنا حساس بھی ہوتا ہے۔</w:t>
      </w:r>
    </w:p>
    <w:p>
      <w:r>
        <w:rPr>
          <w:b/>
        </w:rPr>
        <w:t xml:space="preserve">[31:46] </w:t>
      </w:r>
      <w:r>
        <w:t>aur hum ja ke daai banay bethe hue thay insanon ke.</w:t>
      </w:r>
    </w:p>
    <w:p>
      <w:pPr>
        <w:jc w:val="right"/>
      </w:pPr>
      <w:r>
        <w:t>اور ہم جا کے داعی بنے بیٹھے ہوئے تھے انسانوں کے۔</w:t>
      </w:r>
    </w:p>
    <w:p>
      <w:r>
        <w:rPr>
          <w:b/>
        </w:rPr>
        <w:t xml:space="preserve">[31:51] </w:t>
      </w:r>
      <w:r>
        <w:t>madu ki hassasiyat ko janay baghair.</w:t>
      </w:r>
    </w:p>
    <w:p>
      <w:pPr>
        <w:jc w:val="right"/>
      </w:pPr>
      <w:r>
        <w:t>مدعو کی حساسیت کو جانے بغیر۔</w:t>
      </w:r>
    </w:p>
    <w:p>
      <w:r>
        <w:rPr>
          <w:b/>
        </w:rPr>
        <w:t xml:space="preserve">[31:56] </w:t>
      </w:r>
      <w:r>
        <w:t>to ek ek jumla mein sochta hoon field mein.</w:t>
      </w:r>
    </w:p>
    <w:p>
      <w:pPr>
        <w:jc w:val="right"/>
      </w:pPr>
      <w:r>
        <w:t>تو ایک ایک جملہ میں سوچتا ہوں فیلڈ میں۔</w:t>
      </w:r>
    </w:p>
    <w:p>
      <w:r>
        <w:rPr>
          <w:b/>
        </w:rPr>
        <w:t xml:space="preserve">[32:01] </w:t>
      </w:r>
      <w:r>
        <w:t>al-risala parhnay ke baad hi mujhe jumla kehne ke, woh jumla kehne ke laiq bhi al-risala parhnay ke</w:t>
      </w:r>
    </w:p>
    <w:p>
      <w:pPr>
        <w:jc w:val="right"/>
      </w:pPr>
      <w:r>
        <w:t>الرسالہ پڑھنے کے بعد ہی مجھے جملہ کہنے کے، وہ جملہ کہنے کے لائق بھی الرسالہ پڑھنے کے</w:t>
      </w:r>
    </w:p>
    <w:p>
      <w:r>
        <w:rPr>
          <w:b/>
        </w:rPr>
        <w:t xml:space="preserve">[32:06] </w:t>
      </w:r>
      <w:r>
        <w:t>baad hi mujhe yeh hua.</w:t>
      </w:r>
    </w:p>
    <w:p>
      <w:pPr>
        <w:jc w:val="right"/>
      </w:pPr>
      <w:r>
        <w:t>بعد ہی مجھے یہ ہوا۔</w:t>
      </w:r>
    </w:p>
    <w:p>
      <w:r>
        <w:rPr>
          <w:b/>
        </w:rPr>
        <w:t xml:space="preserve">[32:10] </w:t>
      </w:r>
      <w:r>
        <w:t>doosri baat, aalim hone ki wajah se al risala jab hum kitabein padhte hain to ilmi maloomat ko yakja</w:t>
      </w:r>
    </w:p>
    <w:p>
      <w:pPr>
        <w:jc w:val="right"/>
      </w:pPr>
      <w:r>
        <w:t>دوسری بات، عالم ہونے کی وجہ سے الرسالہ جب ہم کتابیں پڑھتے ہیں تو علمی معلومات کو یکجا</w:t>
      </w:r>
    </w:p>
    <w:p>
      <w:r>
        <w:rPr>
          <w:b/>
        </w:rPr>
        <w:t xml:space="preserve">[32:15] </w:t>
      </w:r>
      <w:r>
        <w:t>کرنا اور یعنی arrangement of knowledge، یہ چیز ہم کو تھوڑی سی آ گئی ہے۔</w:t>
      </w:r>
    </w:p>
    <w:p>
      <w:pPr>
        <w:jc w:val="right"/>
      </w:pPr>
      <w:r>
        <w:t>کرنا اور یعنی ارینجمنٹ آف نالج، یہ چیز ہم کو تھوڑی سی آ گئی ہے۔</w:t>
      </w:r>
    </w:p>
    <w:p>
      <w:r>
        <w:rPr>
          <w:b/>
        </w:rPr>
        <w:t xml:space="preserve">[32:20] </w:t>
      </w:r>
      <w:r>
        <w:t>lekin is se yeh matlab nahi hai ke hum ko marifat bhi mil gayi hai.</w:t>
      </w:r>
    </w:p>
    <w:p>
      <w:pPr>
        <w:jc w:val="right"/>
      </w:pPr>
      <w:r>
        <w:t>لیکن اس سے یہ مطلب نہیں ہے کہ ہم کو معرفت بھی مل گئی ہے۔</w:t>
      </w:r>
    </w:p>
    <w:p>
      <w:r>
        <w:rPr>
          <w:b/>
        </w:rPr>
        <w:t xml:space="preserve">[32:25] </w:t>
      </w:r>
      <w:r>
        <w:t>kal mujhe ehsas ho raha tha jab wash room mein tha Maulana ke sath idhar.</w:t>
      </w:r>
    </w:p>
    <w:p>
      <w:pPr>
        <w:jc w:val="right"/>
      </w:pPr>
      <w:r>
        <w:t>کل مجھے احساس ہو رہا تھا جب واش روم میں تھا مولانا کے ساتھ ادھر۔</w:t>
      </w:r>
    </w:p>
    <w:p>
      <w:r>
        <w:rPr>
          <w:b/>
        </w:rPr>
        <w:t xml:space="preserve">[32:30] </w:t>
      </w:r>
      <w:r>
        <w:t>to main waqai mein ehsas ke sath rone laga.</w:t>
      </w:r>
    </w:p>
    <w:p>
      <w:pPr>
        <w:jc w:val="right"/>
      </w:pPr>
      <w:r>
        <w:t>تو میں واقعی میں احساس کے ساتھ رونے لگا۔</w:t>
      </w:r>
    </w:p>
    <w:p>
      <w:r>
        <w:rPr>
          <w:b/>
        </w:rPr>
        <w:t xml:space="preserve">[32:35] </w:t>
      </w:r>
      <w:r>
        <w:t>ke farishton ne jo kaha tha "la ilm lana illa ma allamtana".</w:t>
      </w:r>
    </w:p>
    <w:p>
      <w:pPr>
        <w:jc w:val="right"/>
      </w:pPr>
      <w:r>
        <w:t>کہ فرشتوں نے جو کہا تھا "لا علم لنا الا ما علمتنا"۔</w:t>
      </w:r>
    </w:p>
    <w:p>
      <w:r>
        <w:rPr>
          <w:b/>
        </w:rPr>
        <w:t xml:space="preserve">[32:40] </w:t>
      </w:r>
      <w:r>
        <w:t>to wahan, wahan khare ho kar main yahi ehsas ke sath "la ulma ulma ilmi yaqini an Allah</w:t>
      </w:r>
    </w:p>
    <w:p>
      <w:pPr>
        <w:jc w:val="right"/>
      </w:pPr>
      <w:r>
        <w:t>تو وہاں، وہاں کھڑے ہو کر میں یہی احساس کے ساتھ "لا علما علما علم الیقینی عن اللہ</w:t>
      </w:r>
    </w:p>
    <w:p>
      <w:r>
        <w:rPr>
          <w:b/>
        </w:rPr>
        <w:t xml:space="preserve">[32:45] </w:t>
      </w:r>
      <w:r>
        <w:t>illa ma allamani Maulana".</w:t>
      </w:r>
    </w:p>
    <w:p>
      <w:pPr>
        <w:jc w:val="right"/>
      </w:pPr>
      <w:r>
        <w:t>الا ما علمنی مولانا"۔</w:t>
      </w:r>
    </w:p>
    <w:p>
      <w:r>
        <w:rPr>
          <w:b/>
        </w:rPr>
        <w:t xml:space="preserve">[32:50] </w:t>
      </w:r>
      <w:r>
        <w:t>yani Maulana, hum ne aalim hone ke jaise alfaaz ke aitbar se hum ko maloom hai ke yeh</w:t>
      </w:r>
    </w:p>
    <w:p>
      <w:pPr>
        <w:jc w:val="right"/>
      </w:pPr>
      <w:r>
        <w:t>یعنی مولانا، ہم نے عالم ہونے کے جیسے الفاظ کے اعتبار سے ہم کو معلوم ہے کہ یہ</w:t>
      </w:r>
    </w:p>
    <w:p>
      <w:r>
        <w:rPr>
          <w:b/>
        </w:rPr>
        <w:t xml:space="preserve">[32:54] </w:t>
      </w:r>
      <w:r>
        <w:t>Allah hai, yeh falan hai, falan hai, falan hai, sari cheezein.</w:t>
      </w:r>
    </w:p>
    <w:p>
      <w:pPr>
        <w:jc w:val="right"/>
      </w:pPr>
      <w:r>
        <w:t>اللہ ہے، یہ فلاں ہے، فلاں ہے، فلاں ہے، ساری چیزیں۔</w:t>
      </w:r>
    </w:p>
    <w:p>
      <w:r>
        <w:rPr>
          <w:b/>
        </w:rPr>
        <w:t xml:space="preserve">[32:59] </w:t>
      </w:r>
      <w:r>
        <w:t>lekin marifat ke lihaaz se jo khud ko yaqeen hona chahiye, us ke lihaaz se kya kya tareeqa</w:t>
      </w:r>
    </w:p>
    <w:p>
      <w:pPr>
        <w:jc w:val="right"/>
      </w:pPr>
      <w:r>
        <w:t>لیکن معرفت کے لحاظ سے جو خود کو یقین ہونا چاہیے، اس کے لحاظ سے کیا کیا طریقہ</w:t>
      </w:r>
    </w:p>
    <w:p>
      <w:r>
        <w:rPr>
          <w:b/>
        </w:rPr>
        <w:t xml:space="preserve">[33:04] </w:t>
      </w:r>
      <w:r>
        <w:t>ho sakta hai? Yeh safar sirf yeh shuru hua hai.</w:t>
      </w:r>
    </w:p>
    <w:p>
      <w:pPr>
        <w:jc w:val="right"/>
      </w:pPr>
      <w:r>
        <w:t>ہو سکتا ہے؟ یہ سفر صرف یہ شروع ہوا ہے۔</w:t>
      </w:r>
    </w:p>
    <w:p>
      <w:r>
        <w:rPr>
          <w:b/>
        </w:rPr>
        <w:t xml:space="preserve">[33:09] </w:t>
      </w:r>
      <w:r>
        <w:t>ek martaba Maulana ke samne bhi zikr kiya tha main ke marifat to mujh ko nahi mili hai</w:t>
      </w:r>
    </w:p>
    <w:p>
      <w:pPr>
        <w:jc w:val="right"/>
      </w:pPr>
      <w:r>
        <w:t>ایک مرتبہ مولانا کے سامنے بھی ذکر کیا تھا میں کہ معرفت تو مجھ کو نہیں ملی ہے</w:t>
      </w:r>
    </w:p>
    <w:p>
      <w:r>
        <w:rPr>
          <w:b/>
        </w:rPr>
        <w:t xml:space="preserve">[33:14] </w:t>
      </w:r>
      <w:r>
        <w:t>lekin ek aarif insan paya jata hai, us ka ek darwaza mila hai mujh ko, us ki dehleez mili hai.</w:t>
      </w:r>
    </w:p>
    <w:p>
      <w:pPr>
        <w:jc w:val="right"/>
      </w:pPr>
      <w:r>
        <w:t>لیکن ایک عارف انسان پایا جاتا ہے، اس کا ایک دروازہ ملا ہے مجھ کو، اس کی دہلیز ملی ہے۔</w:t>
      </w:r>
    </w:p>
    <w:p>
      <w:r>
        <w:rPr>
          <w:b/>
        </w:rPr>
        <w:t xml:space="preserve">[33:19] </w:t>
      </w:r>
      <w:r>
        <w:t>to bahar hal dawat aur zaati taur se marifat dono silsile mein ek safar ka aaghaz hai.</w:t>
      </w:r>
    </w:p>
    <w:p>
      <w:pPr>
        <w:jc w:val="right"/>
      </w:pPr>
      <w:r>
        <w:t>تو بہرحال دعوت اور ذاتی طور سے معرفت دونوں سلسلے میں ایک سفر کا آغاز ہے۔</w:t>
      </w:r>
    </w:p>
    <w:p>
      <w:r>
        <w:rPr>
          <w:b/>
        </w:rPr>
        <w:t xml:space="preserve">[33:24] </w:t>
      </w:r>
      <w:r>
        <w:t>to main hamare jitne bhi sathi hain, un se guzarish hai ke maloomat ya ilm ke naam se</w:t>
      </w:r>
    </w:p>
    <w:p>
      <w:pPr>
        <w:jc w:val="right"/>
      </w:pPr>
      <w:r>
        <w:t>تو میں ہمارے جتنے بھی ساتھی ہیں، ان سے گزارش ہے کہ معلومات یا علم کے نام سے</w:t>
      </w:r>
    </w:p>
    <w:p>
      <w:r>
        <w:rPr>
          <w:b/>
        </w:rPr>
        <w:t xml:space="preserve">[33:29] </w:t>
      </w:r>
      <w:r>
        <w:t>bohat kuch padhte hain. Zaroor padhiye.</w:t>
      </w:r>
    </w:p>
    <w:p>
      <w:pPr>
        <w:jc w:val="right"/>
      </w:pPr>
      <w:r>
        <w:t>بہت کچھ پڑھتے ہیں۔ ضرور پڑھیے۔</w:t>
      </w:r>
    </w:p>
    <w:p>
      <w:r>
        <w:rPr>
          <w:b/>
        </w:rPr>
        <w:t xml:space="preserve">[33:33] </w:t>
      </w:r>
      <w:r>
        <w:t>saath mein al risala mission ki jo bhi kitabein hain, us ko apne mutale mein kam az kam ek bar laiye.</w:t>
      </w:r>
    </w:p>
    <w:p>
      <w:pPr>
        <w:jc w:val="right"/>
      </w:pPr>
      <w:r>
        <w:t>ساتھ میں الرسالہ مشن کی جو بھی کتابیں ہیں، اس کو اپنے مطالعے میں کم از کم ایک بار لائیے۔</w:t>
      </w:r>
    </w:p>
    <w:p>
      <w:r>
        <w:rPr>
          <w:b/>
        </w:rPr>
        <w:t xml:space="preserve">[33:38] </w:t>
      </w:r>
      <w:r>
        <w:t>taake chaudah sala maloomat ko jo Maulana ne kadi ki shakal di hai, us ke sary ko janne</w:t>
      </w:r>
    </w:p>
    <w:p>
      <w:pPr>
        <w:jc w:val="right"/>
      </w:pPr>
      <w:r>
        <w:t>تاکہ چودہ سالہ معلومات کو جو مولانا نے کڑی کی شکل دی ہے، اس کے سرے کو جاننے</w:t>
      </w:r>
    </w:p>
    <w:p>
      <w:r>
        <w:rPr>
          <w:b/>
        </w:rPr>
        <w:t xml:space="preserve">[33:43] </w:t>
      </w:r>
      <w:r>
        <w:t>ki koshish ki hai.</w:t>
      </w:r>
    </w:p>
    <w:p>
      <w:pPr>
        <w:jc w:val="right"/>
      </w:pPr>
      <w:r>
        <w:t>کی کوشش کی ہے۔</w:t>
      </w:r>
    </w:p>
    <w:p>
      <w:r>
        <w:rPr>
          <w:b/>
        </w:rPr>
        <w:t xml:space="preserve">[33:48] </w:t>
      </w:r>
      <w:r>
        <w:t>khaas taur se har aadmi ek martaba woh jo Islam ka jo muqadma hai, woh padhenge to</w:t>
      </w:r>
    </w:p>
    <w:p>
      <w:pPr>
        <w:jc w:val="right"/>
      </w:pPr>
      <w:r>
        <w:t>خاص طور سے ہر آدمی ایک مرتبہ وہ جو الاسلام کا جو مقدمہ ہے، وہ پڑھیں گے تو</w:t>
      </w:r>
    </w:p>
    <w:p>
      <w:r>
        <w:rPr>
          <w:b/>
        </w:rPr>
        <w:t xml:space="preserve">[33:53] </w:t>
      </w:r>
      <w:r>
        <w:t>hum ko maloom hoga ke yeh ek insan apni isi sala, nauwe sala zindagi mein sachai ko janne</w:t>
      </w:r>
    </w:p>
    <w:p>
      <w:pPr>
        <w:jc w:val="right"/>
      </w:pPr>
      <w:r>
        <w:t>ہم کو معلوم ہوگا کہ یہ ایک انسان اپنی اسی سالہ، نوے سالہ زندگی میں سچائی کو جاننے</w:t>
      </w:r>
    </w:p>
    <w:p>
      <w:r>
        <w:rPr>
          <w:b/>
        </w:rPr>
        <w:t xml:space="preserve">[33:58] </w:t>
      </w:r>
      <w:r>
        <w:t>ke liye kitni mehnat kiya hai.</w:t>
      </w:r>
    </w:p>
    <w:p>
      <w:pPr>
        <w:jc w:val="right"/>
      </w:pPr>
      <w:r>
        <w:t>کے لیے کتنی محنت کیا ہے۔</w:t>
      </w:r>
    </w:p>
    <w:p>
      <w:r>
        <w:rPr>
          <w:b/>
        </w:rPr>
        <w:t xml:space="preserve">[34:03] </w:t>
      </w:r>
      <w:r>
        <w:t>to hum "latusalna yawmaizin an naim" yeh bhi ek bohat bari nemat hai.</w:t>
      </w:r>
    </w:p>
    <w:p>
      <w:pPr>
        <w:jc w:val="right"/>
      </w:pPr>
      <w:r>
        <w:t>تو ہم "لتسألنا یومئذ عن النعیم" یہ بھی ایک بہت بڑی نعمت ہے۔</w:t>
      </w:r>
    </w:p>
    <w:p>
      <w:r>
        <w:rPr>
          <w:b/>
        </w:rPr>
        <w:t xml:space="preserve">[34:08] </w:t>
      </w:r>
      <w:r>
        <w:t>us ke bare mein Allah taala zaroor sawal karega.</w:t>
      </w:r>
    </w:p>
    <w:p>
      <w:pPr>
        <w:jc w:val="right"/>
      </w:pPr>
      <w:r>
        <w:t>اس کے بارے میں اللہ تعالیٰ ضرور سوال کرے گا۔</w:t>
      </w:r>
    </w:p>
    <w:p>
      <w:r>
        <w:rPr>
          <w:b/>
        </w:rPr>
        <w:t xml:space="preserve">[34:13] </w:t>
      </w:r>
      <w:r>
        <w:t>to hum for granted liye baghair hum mazeed dawat aur marifat ke silsile mein hassas ho jayen.</w:t>
      </w:r>
    </w:p>
    <w:p>
      <w:pPr>
        <w:jc w:val="right"/>
      </w:pPr>
      <w:r>
        <w:t>تو ہم فار گرانٹڈ لیے بغیر ہم مزید دعوت اور معرفت کے سلسلے میں حساس ہو جائیں۔</w:t>
      </w:r>
    </w:p>
    <w:p>
      <w:r>
        <w:rPr>
          <w:b/>
        </w:rPr>
        <w:t xml:space="preserve">[34:17] </w:t>
      </w:r>
      <w:r>
        <w:t>Allah taala mujh ko tofeeq de.</w:t>
      </w:r>
    </w:p>
    <w:p>
      <w:pPr>
        <w:jc w:val="right"/>
      </w:pPr>
      <w:r>
        <w:t>اللہ تعالیٰ مجھ کو توفیق دے۔</w:t>
      </w:r>
    </w:p>
    <w:p>
      <w:r>
        <w:rPr>
          <w:b/>
        </w:rPr>
        <w:t xml:space="preserve">[34:22] </w:t>
      </w:r>
      <w:r>
        <w:t>Okay, so we will begin the experience sharing session.</w:t>
      </w:r>
    </w:p>
    <w:p>
      <w:pPr>
        <w:jc w:val="right"/>
      </w:pPr>
      <w:r>
        <w:t>اوکے، سو وی ویل بیگن دی ایکسپیرینس شیئرنگ سیشن۔</w:t>
      </w:r>
    </w:p>
    <w:p>
      <w:r>
        <w:rPr>
          <w:b/>
        </w:rPr>
        <w:t xml:space="preserve">[34:27] </w:t>
      </w:r>
      <w:r>
        <w:t>I would request Mr. Yoginder Sakhan to come here and share his experience.</w:t>
      </w:r>
    </w:p>
    <w:p>
      <w:pPr>
        <w:jc w:val="right"/>
      </w:pPr>
      <w:r>
        <w:t>آئی وڈ ریکویسٹ مسٹر یوگندر سکھن ٹو کم ہیر اینڈ شیئر ہز ایکسپیرینس۔</w:t>
      </w:r>
    </w:p>
    <w:p>
      <w:r>
        <w:rPr>
          <w:b/>
        </w:rPr>
        <w:t xml:space="preserve">[34:32] </w:t>
      </w:r>
      <w:r>
        <w:t>I thank God for this opportunity of being able to come here and to learn a lot from this interaction.</w:t>
      </w:r>
    </w:p>
    <w:p>
      <w:pPr>
        <w:jc w:val="right"/>
      </w:pPr>
      <w:r>
        <w:t>آئی تھینک گاڈ فار دس اپرچونیٹی آف بینگ ایبل ٹو کم ہیر اینڈ ٹو لرن ا لٹ فرام دس انٹریکشن۔</w:t>
      </w:r>
    </w:p>
    <w:p>
      <w:r>
        <w:rPr>
          <w:b/>
        </w:rPr>
        <w:t xml:space="preserve">[34:37] </w:t>
      </w:r>
      <w:r>
        <w:t>and I thank Maulana sahib in particular for his wisdom and for his guidance and for being able</w:t>
      </w:r>
    </w:p>
    <w:p>
      <w:pPr>
        <w:jc w:val="right"/>
      </w:pPr>
      <w:r>
        <w:t>اینڈ آئی تھینک مولانا صاحب ان پرٹیکولر فار ہز وزڈم اینڈ فار ہز گائیڈنس اینڈ فار بینگ ایبل</w:t>
      </w:r>
    </w:p>
    <w:p>
      <w:r>
        <w:rPr>
          <w:b/>
        </w:rPr>
        <w:t xml:space="preserve">[34:42] </w:t>
      </w:r>
      <w:r>
        <w:t>to renew the Kalma yesterday.</w:t>
      </w:r>
    </w:p>
    <w:p>
      <w:pPr>
        <w:jc w:val="right"/>
      </w:pPr>
      <w:r>
        <w:t>ٹو رینیو دی کلمہ یسٹرڈی۔</w:t>
      </w:r>
    </w:p>
    <w:p>
      <w:r>
        <w:rPr>
          <w:b/>
        </w:rPr>
        <w:t xml:space="preserve">[34:47] </w:t>
      </w:r>
      <w:r>
        <w:t>That was a very moving experience.</w:t>
      </w:r>
    </w:p>
    <w:p>
      <w:pPr>
        <w:jc w:val="right"/>
      </w:pPr>
      <w:r>
        <w:t>دیٹ واز ا ویری موونگ ایکسپیرینس۔</w:t>
      </w:r>
    </w:p>
    <w:p>
      <w:r>
        <w:rPr>
          <w:b/>
        </w:rPr>
        <w:t xml:space="preserve">[34:52] </w:t>
      </w:r>
      <w:r>
        <w:t>I'd like to share some personal experiences.</w:t>
      </w:r>
    </w:p>
    <w:p>
      <w:pPr>
        <w:jc w:val="right"/>
      </w:pPr>
      <w:r>
        <w:t>آئیڈ لائک ٹو شیئر سم پرسنل ایکسپیرینسز۔</w:t>
      </w:r>
    </w:p>
    <w:p>
      <w:r>
        <w:rPr>
          <w:b/>
        </w:rPr>
        <w:t xml:space="preserve">[34:57] </w:t>
      </w:r>
      <w:r>
        <w:t>Ideally I don't like talking about myself, but so I am a little hesitant to do this.</w:t>
      </w:r>
    </w:p>
    <w:p>
      <w:pPr>
        <w:jc w:val="right"/>
      </w:pPr>
      <w:r>
        <w:t>آئیڈلی آئیڈونٹ لائک ٹاکنگ اباؤٹ مائی سیلف، بٹ سو آئی ایم ا لٹل ہیزٹنٹ ٹو ڈو دس۔</w:t>
      </w:r>
    </w:p>
    <w:p>
      <w:r>
        <w:rPr>
          <w:b/>
        </w:rPr>
        <w:t xml:space="preserve">[35:01] </w:t>
      </w:r>
      <w:r>
        <w:t>So please forgive me.</w:t>
      </w:r>
    </w:p>
    <w:p>
      <w:pPr>
        <w:jc w:val="right"/>
      </w:pPr>
      <w:r>
        <w:t>سو پلیز فورگیو می۔</w:t>
      </w:r>
    </w:p>
    <w:p>
      <w:r>
        <w:rPr>
          <w:b/>
        </w:rPr>
        <w:t xml:space="preserve">[35:06] </w:t>
      </w:r>
      <w:r>
        <w:t>I don't want to blow my own trumpet.</w:t>
      </w:r>
    </w:p>
    <w:p>
      <w:pPr>
        <w:jc w:val="right"/>
      </w:pPr>
      <w:r>
        <w:t>آئیڈونٹ وانٹ ٹو بلو مائی اون ٹرمپٹ۔</w:t>
      </w:r>
    </w:p>
    <w:p>
      <w:r>
        <w:rPr>
          <w:b/>
        </w:rPr>
        <w:t xml:space="preserve">[35:11] </w:t>
      </w:r>
      <w:r>
        <w:t>But I'd least want to, I am doing this quite reluctantly, but I am doing it because I think</w:t>
      </w:r>
    </w:p>
    <w:p>
      <w:pPr>
        <w:jc w:val="right"/>
      </w:pPr>
      <w:r>
        <w:t>بٹ آئیڈلسٹ وانٹ ٹو، آئی ایم ڈوئنگ دس کوائٹ ریلکٹنٹلی، بٹ آئی ایم ڈوئنگ اٹ بیکاز آئی تھنک</w:t>
      </w:r>
    </w:p>
    <w:p>
      <w:r>
        <w:rPr>
          <w:b/>
        </w:rPr>
        <w:t xml:space="preserve">[35:16] </w:t>
      </w:r>
      <w:r>
        <w:t>it might serve a certain purpose.</w:t>
      </w:r>
    </w:p>
    <w:p>
      <w:pPr>
        <w:jc w:val="right"/>
      </w:pPr>
      <w:r>
        <w:t>اٹ مائٹ سرور ا سرٹن پرپس۔</w:t>
      </w:r>
    </w:p>
    <w:p>
      <w:r>
        <w:rPr>
          <w:b/>
        </w:rPr>
        <w:t xml:space="preserve">[35:21] </w:t>
      </w:r>
      <w:r>
        <w:t>My name is Yoginder Sakhan and I am from a Punjabi background.</w:t>
      </w:r>
    </w:p>
    <w:p>
      <w:pPr>
        <w:jc w:val="right"/>
      </w:pPr>
      <w:r>
        <w:t>مائی نیم از یوگندر سکھن اینڈ آئی ایم فرام ا پنجابی بیک گراؤنڈ۔</w:t>
      </w:r>
    </w:p>
    <w:p>
      <w:r>
        <w:rPr>
          <w:b/>
        </w:rPr>
        <w:t xml:space="preserve">[35:26] </w:t>
      </w:r>
      <w:r>
        <w:t>I am forty seven years old.</w:t>
      </w:r>
    </w:p>
    <w:p>
      <w:pPr>
        <w:jc w:val="right"/>
      </w:pPr>
      <w:r>
        <w:t>آئی ایم فورٹی سیون ایئرز اولڈ۔</w:t>
      </w:r>
    </w:p>
    <w:p>
      <w:r>
        <w:rPr>
          <w:b/>
        </w:rPr>
        <w:t xml:space="preserve">[35:31] </w:t>
      </w:r>
      <w:r>
        <w:t>Ideally ideally ideally ideally ideally ideally ideally developed an interest in Muslim related issues around thirty years ago.</w:t>
      </w:r>
    </w:p>
    <w:p>
      <w:pPr>
        <w:jc w:val="right"/>
      </w:pPr>
      <w:r>
        <w:t>آئیڈلی آئیڈلی آئیڈلی آئیڈلی آئیڈلی آئیڈلی آئیڈلی ڈیویلپڈ ان انٹرسٹ ان مسلم ریلیٹڈ ایشوز اراؤنڈ تھرٹی ایئرز ایگو۔</w:t>
      </w:r>
    </w:p>
    <w:p>
      <w:r>
        <w:rPr>
          <w:b/>
        </w:rPr>
        <w:t xml:space="preserve">[35:36] </w:t>
      </w:r>
      <w:r>
        <w:t>It was a long time ago.</w:t>
      </w:r>
    </w:p>
    <w:p>
      <w:pPr>
        <w:jc w:val="right"/>
      </w:pPr>
      <w:r>
        <w:t>اٹ واز ا لانگ ٹائم ایگو۔</w:t>
      </w:r>
    </w:p>
    <w:p>
      <w:r>
        <w:rPr>
          <w:b/>
        </w:rPr>
        <w:t xml:space="preserve">[35:40] </w:t>
      </w:r>
      <w:r>
        <w:t>When I was around eighteen years ago.</w:t>
      </w:r>
    </w:p>
    <w:p>
      <w:pPr>
        <w:jc w:val="right"/>
      </w:pPr>
      <w:r>
        <w:t>وین آئی واز اراؤنڈ ایٹین ایئرز ایگو۔</w:t>
      </w:r>
    </w:p>
    <w:p>
      <w:r>
        <w:rPr>
          <w:b/>
        </w:rPr>
        <w:t xml:space="preserve">[35:45] </w:t>
      </w:r>
      <w:r>
        <w:t>Ideally ideally ideally ideally ideally ideally ideally.</w:t>
      </w:r>
    </w:p>
    <w:p>
      <w:pPr>
        <w:jc w:val="right"/>
      </w:pPr>
      <w:r>
        <w:t>آئیڈلی آئیڈلی آئیڈلی آئیڈلی آئیڈلی آئیڈلی آئیڈلی۔</w:t>
      </w:r>
    </w:p>
    <w:p>
      <w:r>
        <w:rPr>
          <w:b/>
        </w:rPr>
        <w:t xml:space="preserve">[35:50] </w:t>
      </w:r>
      <w:r>
        <w:t>When I was eighteen years old, when I had gone to Delhi to study in a college.</w:t>
      </w:r>
    </w:p>
    <w:p>
      <w:pPr>
        <w:jc w:val="right"/>
      </w:pPr>
      <w:r>
        <w:t>وین آئی واز ایٹین ایئرز اولڈ، وین آئی ہڈ گون ٹو دہلی ٹو سٹڈی ان ا کالج۔</w:t>
      </w:r>
    </w:p>
    <w:p>
      <w:r>
        <w:rPr>
          <w:b/>
        </w:rPr>
        <w:t xml:space="preserve">[35:55] </w:t>
      </w:r>
      <w:r>
        <w:t>And for around thirty years ideally ideally ideally ideally ideally ideally ideally.</w:t>
      </w:r>
    </w:p>
    <w:p>
      <w:pPr>
        <w:jc w:val="right"/>
      </w:pPr>
      <w:r>
        <w:t>اینڈ فار اراؤنڈ تھرٹی ایئرز آئیڈلی آئیڈلی آئیڈلی آئیڈلی آئیڈلی آئیڈلی آئیڈلی۔</w:t>
      </w:r>
    </w:p>
    <w:p>
      <w:r>
        <w:rPr>
          <w:b/>
        </w:rPr>
        <w:t xml:space="preserve">[36:00] </w:t>
      </w:r>
      <w:r>
        <w:t>But this writing work that I was doing for almost thirty years was mainly academic, or so-called academic.</w:t>
      </w:r>
    </w:p>
    <w:p>
      <w:pPr>
        <w:jc w:val="right"/>
      </w:pPr>
      <w:r>
        <w:t>بٹ دس رائٹنگ ورک دیٹ آئی واز ڈوئنگ فار الموسٹ تھرٹی ایئرز واز مینلی اکیڈیمک، اور سو کالڈ اکیڈیمک۔</w:t>
      </w:r>
    </w:p>
    <w:p>
      <w:r>
        <w:rPr>
          <w:b/>
        </w:rPr>
        <w:t xml:space="preserve">[36:05] </w:t>
      </w:r>
      <w:r>
        <w:t>And for me, Muslims and Islam were basically a subject of sociological and cultural curiosity.</w:t>
      </w:r>
    </w:p>
    <w:p>
      <w:pPr>
        <w:jc w:val="right"/>
      </w:pPr>
      <w:r>
        <w:t>اینڈ فار می، مسلمز اینڈ اسلام وار بیسکلی ا سبجیکٹ آف سوشیالوجیکل اینڈ کلچرل کیوریسٹی۔</w:t>
      </w:r>
    </w:p>
    <w:p>
      <w:r>
        <w:rPr>
          <w:b/>
        </w:rPr>
        <w:t xml:space="preserve">[36:10] </w:t>
      </w:r>
      <w:r>
        <w:t>So for me, it was fascinating as a sociological subject because I am a so-called, I was</w:t>
      </w:r>
    </w:p>
    <w:p>
      <w:pPr>
        <w:jc w:val="right"/>
      </w:pPr>
      <w:r>
        <w:t>سو فار می، اٹ واز فیسنیٹنگ ایز ا سوشیالوجیکل سبجیکٹ بیکاز آئی ایم ا سو کالڈ، آئی واز</w:t>
      </w:r>
    </w:p>
    <w:p>
      <w:r>
        <w:rPr>
          <w:b/>
        </w:rPr>
        <w:t xml:space="preserve">[36:15] </w:t>
      </w:r>
      <w:r>
        <w:t>a so-called social scientist.</w:t>
      </w:r>
    </w:p>
    <w:p>
      <w:pPr>
        <w:jc w:val="right"/>
      </w:pPr>
      <w:r>
        <w:t>ا سو کالڈ سوشل سائنٹسٹ۔</w:t>
      </w:r>
    </w:p>
    <w:p>
      <w:r>
        <w:rPr>
          <w:b/>
        </w:rPr>
        <w:t xml:space="preserve">[36:20] </w:t>
      </w:r>
      <w:r>
        <w:t>So for me, Islam and Muslims were a fascinating subject of sociological inquiry and sociological, you know, investigation.</w:t>
      </w:r>
    </w:p>
    <w:p>
      <w:pPr>
        <w:jc w:val="right"/>
      </w:pPr>
      <w:r>
        <w:t>سو فار می، اسلام اینڈ مسلمز وار ا فیسنیٹنگ سبجیکٹ آف سوشیالوجیکل انکوائری اینڈ سوشیالوجیکل، یو نو، انویسٹیگیشن۔</w:t>
      </w:r>
    </w:p>
    <w:p>
      <w:r>
        <w:rPr>
          <w:b/>
        </w:rPr>
        <w:t xml:space="preserve">[36:24] </w:t>
      </w:r>
      <w:r>
        <w:t>and thats really what, you know, keep me going for thirty years writing about issues related to muslims</w:t>
      </w:r>
    </w:p>
    <w:p>
      <w:pPr>
        <w:jc w:val="right"/>
      </w:pPr>
      <w:r>
        <w:t>اینڈ دیٹس ریلی واٹ، یو نو، کیپ می گوئنگ فار تھرٹی ایئرز رائٹنگ اباؤٹ ایشوز ریلیٹڈ ٹو مسلمز</w:t>
      </w:r>
    </w:p>
    <w:p>
      <w:r>
        <w:rPr>
          <w:b/>
        </w:rPr>
        <w:t xml:space="preserve">[36:29] </w:t>
      </w:r>
      <w:r>
        <w:t>and islam, communalism, hindu muslim relations and so and so forth.</w:t>
      </w:r>
    </w:p>
    <w:p>
      <w:pPr>
        <w:jc w:val="right"/>
      </w:pPr>
      <w:r>
        <w:t>اینڈ اسلام، کمیونلزم، ہندو مسلم ریلیشنز اینڈ سو اینڈ سو فورتھ۔</w:t>
      </w:r>
    </w:p>
    <w:p>
      <w:r>
        <w:rPr>
          <w:b/>
        </w:rPr>
        <w:t xml:space="preserve">[36:34] </w:t>
      </w:r>
      <w:r>
        <w:t>and in fact, it also became, i should say, i am not going to be too harsh on</w:t>
      </w:r>
    </w:p>
    <w:p>
      <w:pPr>
        <w:jc w:val="right"/>
      </w:pPr>
      <w:r>
        <w:t>اینڈ ان فیکٹ، اٹ اولسو بیکم، آئی شوڈ سی، آئی ایم ناٹ گونڈ ٹو بی ٹو ہارش آن</w:t>
      </w:r>
    </w:p>
    <w:p>
      <w:r>
        <w:rPr>
          <w:b/>
        </w:rPr>
        <w:t xml:space="preserve">[36:39] </w:t>
      </w:r>
      <w:r>
        <w:t>myself, but had become a means of my own livelihood because i sort of, it me,</w:t>
      </w:r>
    </w:p>
    <w:p>
      <w:pPr>
        <w:jc w:val="right"/>
      </w:pPr>
      <w:r>
        <w:t>مائی سیلف، بٹ ہیڈ بیکم ا مینز آف مائی اون لائبلی ہڈ بیکاز آئی سورٹ آف، اٹ می،</w:t>
      </w:r>
    </w:p>
    <w:p>
      <w:r>
        <w:rPr>
          <w:b/>
        </w:rPr>
        <w:t xml:space="preserve">[36:44] </w:t>
      </w:r>
      <w:r>
        <w:t>it became my career in a sense because i taught in different universities and i got grants and</w:t>
      </w:r>
    </w:p>
    <w:p>
      <w:pPr>
        <w:jc w:val="right"/>
      </w:pPr>
      <w:r>
        <w:t>اٹ بیکم مائی کریئر ان ا سینس بیکاز آئی ٹاٹ ان ڈفرنٹ یونیورسٹیز اینڈ آئی گاٹ گرانٹس اینڈ</w:t>
      </w:r>
    </w:p>
    <w:p>
      <w:r>
        <w:rPr>
          <w:b/>
        </w:rPr>
        <w:t xml:space="preserve">[36:49] </w:t>
      </w:r>
      <w:r>
        <w:t>projects to write about such issues.</w:t>
      </w:r>
    </w:p>
    <w:p>
      <w:pPr>
        <w:jc w:val="right"/>
      </w:pPr>
      <w:r>
        <w:t>پروجیکٹس ٹو رائٹ اباؤٹ سچ ایشوز۔</w:t>
      </w:r>
    </w:p>
    <w:p>
      <w:r>
        <w:rPr>
          <w:b/>
        </w:rPr>
        <w:t xml:space="preserve">[36:54] </w:t>
      </w:r>
      <w:r>
        <w:t>so in a way, it was actually a means of my own, you know, economic sustenance.</w:t>
      </w:r>
    </w:p>
    <w:p>
      <w:pPr>
        <w:jc w:val="right"/>
      </w:pPr>
      <w:r>
        <w:t>سو ان ا وے، اٹ واز ایکچولی ا مینز آف مائی اون، یو نو، اکنامک سسٹیننس۔</w:t>
      </w:r>
    </w:p>
    <w:p>
      <w:r>
        <w:rPr>
          <w:b/>
        </w:rPr>
        <w:t xml:space="preserve">[36:59] </w:t>
      </w:r>
      <w:r>
        <w:t>and at the same time, this study of islam and muslims that i was doing on my own,</w:t>
      </w:r>
    </w:p>
    <w:p>
      <w:pPr>
        <w:jc w:val="right"/>
      </w:pPr>
      <w:r>
        <w:t>اینڈ ایٹ دا سیم ٹائم، دس سٹڈی آف اسلام اینڈ مسلمز دیٹ آئی واز ڈوئنگ آن مائی اون،</w:t>
      </w:r>
    </w:p>
    <w:p>
      <w:r>
        <w:rPr>
          <w:b/>
        </w:rPr>
        <w:t xml:space="preserve">[37:04] </w:t>
      </w:r>
      <w:r>
        <w:t>I didn't do a sort of formal MA or a PhD in Islamic studies.</w:t>
      </w:r>
    </w:p>
    <w:p>
      <w:pPr>
        <w:jc w:val="right"/>
      </w:pPr>
      <w:r>
        <w:t>آئی ڈنڈ ڈو ا سورٹ آف فارمل ایم اے اور ا پی ایچ ڈی ان اسلامک سٹڈیز۔</w:t>
      </w:r>
    </w:p>
    <w:p>
      <w:r>
        <w:rPr>
          <w:b/>
        </w:rPr>
        <w:t xml:space="preserve">[37:08] </w:t>
      </w:r>
      <w:r>
        <w:t>But the studies that I was doing on my own, did not transform me as a person.</w:t>
      </w:r>
    </w:p>
    <w:p>
      <w:pPr>
        <w:jc w:val="right"/>
      </w:pPr>
      <w:r>
        <w:t>بٹ دی سٹڈیز دیٹ آئی واز ڈوئنگ آن مائی اون، ڈیڈ ناٹ ٹرانسفارم می ایز ا پرسن۔</w:t>
      </w:r>
    </w:p>
    <w:p>
      <w:r>
        <w:rPr>
          <w:b/>
        </w:rPr>
        <w:t xml:space="preserve">[37:13] </w:t>
      </w:r>
      <w:r>
        <w:t>So for me, religion and Islam, Muslims and so and so forth, was something out there, something external</w:t>
      </w:r>
    </w:p>
    <w:p>
      <w:pPr>
        <w:jc w:val="right"/>
      </w:pPr>
      <w:r>
        <w:t>سو فار می، ریلیجن اور اسلام، مسلمز اینڈ سو اینڈ سو فورتھ، واز سمٹھنگ آؤٹ دیر، سمٹھنگ ایکسٹرنل</w:t>
      </w:r>
    </w:p>
    <w:p>
      <w:r>
        <w:rPr>
          <w:b/>
        </w:rPr>
        <w:t xml:space="preserve">[37:18] </w:t>
      </w:r>
      <w:r>
        <w:t>which I was trying to sort of understand in an empathetic or a sympathetic mode.</w:t>
      </w:r>
    </w:p>
    <w:p>
      <w:pPr>
        <w:jc w:val="right"/>
      </w:pPr>
      <w:r>
        <w:t>وچ آئی واز ٹرائنگ ٹو سورٹ آف انڈرسٹینڈ ان ا امپتھٹک اور ا سمپتھٹک موڈ۔</w:t>
      </w:r>
    </w:p>
    <w:p>
      <w:r>
        <w:rPr>
          <w:b/>
        </w:rPr>
        <w:t xml:space="preserve">[37:23] </w:t>
      </w:r>
      <w:r>
        <w:t>But it did not transform me as a human being.</w:t>
      </w:r>
    </w:p>
    <w:p>
      <w:pPr>
        <w:jc w:val="right"/>
      </w:pPr>
      <w:r>
        <w:t>بٹ اٹ ڈیڈ ناٹ ٹرانسفارم می ایز ا ہیومن بینگ۔</w:t>
      </w:r>
    </w:p>
    <w:p>
      <w:r>
        <w:rPr>
          <w:b/>
        </w:rPr>
        <w:t xml:space="preserve">[37:28] </w:t>
      </w:r>
      <w:r>
        <w:t>And I never felt the need for self-transformation.</w:t>
      </w:r>
    </w:p>
    <w:p>
      <w:pPr>
        <w:jc w:val="right"/>
      </w:pPr>
      <w:r>
        <w:t>اینڈ آئی نیور فیلتھ دی نیڈ فار سیلف ٹرانسفارمیشن۔</w:t>
      </w:r>
    </w:p>
    <w:p>
      <w:r>
        <w:rPr>
          <w:b/>
        </w:rPr>
        <w:t xml:space="preserve">[37:33] </w:t>
      </w:r>
      <w:r>
        <w:t>Okay? And maybe this was a reflection of my own inner negativities.</w:t>
      </w:r>
    </w:p>
    <w:p>
      <w:pPr>
        <w:jc w:val="right"/>
      </w:pPr>
      <w:r>
        <w:t>اوکے؟ اینڈ می بی دس واز ا ریفلیکشن آف مائی اون انر نیگیٹیویٹیز۔</w:t>
      </w:r>
    </w:p>
    <w:p>
      <w:r>
        <w:rPr>
          <w:b/>
        </w:rPr>
        <w:t xml:space="preserve">[37:38] </w:t>
      </w:r>
      <w:r>
        <w:t>that I was attracted to negative things, to writing about negative things.</w:t>
      </w:r>
    </w:p>
    <w:p>
      <w:pPr>
        <w:jc w:val="right"/>
      </w:pPr>
      <w:r>
        <w:t>دیٹ آئی واز اٹریکٹڈ ٹو نیگیٹیو تھنگز، ٹو رائٹنگ اباؤٹ نیگیٹیو تھنگز۔</w:t>
      </w:r>
    </w:p>
    <w:p>
      <w:r>
        <w:rPr>
          <w:b/>
        </w:rPr>
        <w:t xml:space="preserve">[37:43] </w:t>
      </w:r>
      <w:r>
        <w:t>So I was writing about communalism, communal conflict, casteism, gender injustice, you know, marginalization of Muslims in terms</w:t>
      </w:r>
    </w:p>
    <w:p>
      <w:pPr>
        <w:jc w:val="right"/>
      </w:pPr>
      <w:r>
        <w:t>سو آئی واز رائٹنگ اباؤٹ کمیونلزم، کمیونل کنفلکٹ، کاسٹزم، جینڈر انجسٹس، یو نو، مارجنلائزیشن آف مسلمز ان ٹرمز</w:t>
      </w:r>
    </w:p>
    <w:p>
      <w:r>
        <w:rPr>
          <w:b/>
        </w:rPr>
        <w:t xml:space="preserve">[37:47] </w:t>
      </w:r>
      <w:r>
        <w:t>of economic and political backwardness, communal riots.</w:t>
      </w:r>
    </w:p>
    <w:p>
      <w:pPr>
        <w:jc w:val="right"/>
      </w:pPr>
      <w:r>
        <w:t>آف اکنامک اینڈ پولیٹیکل بیک وڈنس، کمیونل رائٹس۔</w:t>
      </w:r>
    </w:p>
    <w:p>
      <w:r>
        <w:rPr>
          <w:b/>
        </w:rPr>
        <w:t xml:space="preserve">[37:52] </w:t>
      </w:r>
      <w:r>
        <w:t>Okay? You know, allegations against Islam and so and so forth.</w:t>
      </w:r>
    </w:p>
    <w:p>
      <w:pPr>
        <w:jc w:val="right"/>
      </w:pPr>
      <w:r>
        <w:t>اوکے؟ یو نو، ایلیگیشنز اگینسٹ اسلام اینڈ سو اینڈ سو فورتھ۔</w:t>
      </w:r>
    </w:p>
    <w:p>
      <w:r>
        <w:rPr>
          <w:b/>
        </w:rPr>
        <w:t xml:space="preserve">[37:57] </w:t>
      </w:r>
      <w:r>
        <w:t>So I was actually attracted in a sense by negative things and I was writing about them.</w:t>
      </w:r>
    </w:p>
    <w:p>
      <w:pPr>
        <w:jc w:val="right"/>
      </w:pPr>
      <w:r>
        <w:t>سو آئی واز ایکچولی اٹریکٹڈ ان ا سینس بائی نیگیٹیو تھنگز اینڈ آئی واز رائٹنگ اباؤٹ دیم۔</w:t>
      </w:r>
    </w:p>
    <w:p>
      <w:r>
        <w:rPr>
          <w:b/>
        </w:rPr>
        <w:t xml:space="preserve">[38:02] </w:t>
      </w:r>
      <w:r>
        <w:t>And that could be a reflection of my own, you know, inner psychological whatever state of mind.</w:t>
      </w:r>
    </w:p>
    <w:p>
      <w:pPr>
        <w:jc w:val="right"/>
      </w:pPr>
      <w:r>
        <w:t>اینڈ دیٹ کڈ بی ا ریفلیکشن آف مائی اون، یو نو، انر سائیکلوجیکل وٹ ایور سٹیٹ آف مائنڈ۔</w:t>
      </w:r>
    </w:p>
    <w:p>
      <w:r>
        <w:rPr>
          <w:b/>
        </w:rPr>
        <w:t xml:space="preserve">[38:07] </w:t>
      </w:r>
      <w:r>
        <w:t>my own inner negativities.</w:t>
      </w:r>
    </w:p>
    <w:p>
      <w:pPr>
        <w:jc w:val="right"/>
      </w:pPr>
      <w:r>
        <w:t>مائی اون انر نیگیٹیویٹیز۔</w:t>
      </w:r>
    </w:p>
    <w:p>
      <w:r>
        <w:rPr>
          <w:b/>
        </w:rPr>
        <w:t xml:space="preserve">[38:12] </w:t>
      </w:r>
      <w:r>
        <w:t>and i was attracted by that.</w:t>
      </w:r>
    </w:p>
    <w:p>
      <w:pPr>
        <w:jc w:val="right"/>
      </w:pPr>
      <w:r>
        <w:t>اینڈ آئی واز اٹریکٹڈ بائی دیٹ۔</w:t>
      </w:r>
    </w:p>
    <w:p>
      <w:r>
        <w:rPr>
          <w:b/>
        </w:rPr>
        <w:t xml:space="preserve">[38:17] </w:t>
      </w:r>
      <w:r>
        <w:t>And I never felt the need to change myself.</w:t>
      </w:r>
    </w:p>
    <w:p>
      <w:pPr>
        <w:jc w:val="right"/>
      </w:pPr>
      <w:r>
        <w:t>اینڈ آئی نیور فیلتھ دی نیڈ ٹو چینج مائی سیلف۔</w:t>
      </w:r>
    </w:p>
    <w:p>
      <w:r>
        <w:rPr>
          <w:b/>
        </w:rPr>
        <w:t xml:space="preserve">[38:22] </w:t>
      </w:r>
      <w:r>
        <w:t>سو all these years I was trying to change the external world without ever thinking of the need</w:t>
      </w:r>
    </w:p>
    <w:p>
      <w:pPr>
        <w:jc w:val="right"/>
      </w:pPr>
      <w:r>
        <w:t>سو آل دیز ایئرز آئی واز ٹرائنگ ٹو چینج دی ایکسٹرنل ورلڈ وداؤٹ ایور تھنکنگ آف دی نیڈ</w:t>
      </w:r>
    </w:p>
    <w:p>
      <w:r>
        <w:rPr>
          <w:b/>
        </w:rPr>
        <w:t xml:space="preserve">[38:27] </w:t>
      </w:r>
      <w:r>
        <w:t>to change myself.</w:t>
      </w:r>
    </w:p>
    <w:p>
      <w:pPr>
        <w:jc w:val="right"/>
      </w:pPr>
      <w:r>
        <w:t>ٹو چینج مائی سیلف۔</w:t>
      </w:r>
    </w:p>
    <w:p>
      <w:r>
        <w:rPr>
          <w:b/>
        </w:rPr>
        <w:t xml:space="preserve">[38:31] </w:t>
      </w:r>
      <w:r>
        <w:t>Okay? Now, many years ago, I can't remember which year this was, perhaps 2001 or 2,</w:t>
      </w:r>
    </w:p>
    <w:p>
      <w:pPr>
        <w:jc w:val="right"/>
      </w:pPr>
      <w:r>
        <w:t>اوکے؟ ناؤ، مینی ایئرز ایگو، آئی کانٹ ریممبر وچ ایئر دس واز، پرہپس ٹو تھاؤزنڈ ون اور ٹو،</w:t>
      </w:r>
    </w:p>
    <w:p>
      <w:r>
        <w:rPr>
          <w:b/>
        </w:rPr>
        <w:t xml:space="preserve">[38:36] </w:t>
      </w:r>
      <w:r>
        <w:t>maybe before that.</w:t>
      </w:r>
    </w:p>
    <w:p>
      <w:pPr>
        <w:jc w:val="right"/>
      </w:pPr>
      <w:r>
        <w:t>می بی بیفور دیٹ۔</w:t>
      </w:r>
    </w:p>
    <w:p>
      <w:r>
        <w:rPr>
          <w:b/>
        </w:rPr>
        <w:t xml:space="preserve">[38:41] </w:t>
      </w:r>
      <w:r>
        <w:t>because I was in Delhi for many years.</w:t>
      </w:r>
    </w:p>
    <w:p>
      <w:pPr>
        <w:jc w:val="right"/>
      </w:pPr>
      <w:r>
        <w:t>بیکاز آئی واز ان دہلی فار مینی ایئرز۔</w:t>
      </w:r>
    </w:p>
    <w:p>
      <w:r>
        <w:rPr>
          <w:b/>
        </w:rPr>
        <w:t xml:space="preserve">[38:46] </w:t>
      </w:r>
      <w:r>
        <w:t>I had heard about Maulana Sahib and had gone to meet him and I interviewed him.</w:t>
      </w:r>
    </w:p>
    <w:p>
      <w:pPr>
        <w:jc w:val="right"/>
      </w:pPr>
      <w:r>
        <w:t>آئی ہڈ ہرڈ اباؤٹ مولانا صاحب اینڈ ہڈ گون ٹو میٹ ہم اینڈ آئی انٹرویوڈ ہم۔</w:t>
      </w:r>
    </w:p>
    <w:p>
      <w:r>
        <w:rPr>
          <w:b/>
        </w:rPr>
        <w:t xml:space="preserve">[38:51] </w:t>
      </w:r>
      <w:r>
        <w:t>Now, I don't remember what the interview was about.</w:t>
      </w:r>
    </w:p>
    <w:p>
      <w:pPr>
        <w:jc w:val="right"/>
      </w:pPr>
      <w:r>
        <w:t>ناؤ، آئی ڈونٹ ریممبر واٹ دی انٹرویو واز اباؤٹ۔</w:t>
      </w:r>
    </w:p>
    <w:p>
      <w:r>
        <w:rPr>
          <w:b/>
        </w:rPr>
        <w:t xml:space="preserve">[38:56] </w:t>
      </w:r>
      <w:r>
        <w:t>Perhaps it was about madrasa because I was writing about madrasa at that time.</w:t>
      </w:r>
    </w:p>
    <w:p>
      <w:pPr>
        <w:jc w:val="right"/>
      </w:pPr>
      <w:r>
        <w:t>پرہپس اٹ واز اباؤٹ مدرسہ بیکاز آئی واز رائٹنگ اباؤٹ مدرسہ ایز اٹ دیٹ ٹائم۔</w:t>
      </w:r>
    </w:p>
    <w:p>
      <w:r>
        <w:rPr>
          <w:b/>
        </w:rPr>
        <w:t xml:space="preserve">[39:01] </w:t>
      </w:r>
      <w:r>
        <w:t>It could have been about something else, I'm not sure.</w:t>
      </w:r>
    </w:p>
    <w:p>
      <w:pPr>
        <w:jc w:val="right"/>
      </w:pPr>
      <w:r>
        <w:t>اٹ کڈ ہڈ بین اباؤٹ سمٹھنگ ایلس، آئی ایم ناٹ شور۔</w:t>
      </w:r>
    </w:p>
    <w:p>
      <w:r>
        <w:rPr>
          <w:b/>
        </w:rPr>
        <w:t xml:space="preserve">[39:06] </w:t>
      </w:r>
      <w:r>
        <w:t>So on several occasions I had the opportunity of interviewing Maulana sahib.</w:t>
      </w:r>
    </w:p>
    <w:p>
      <w:pPr>
        <w:jc w:val="right"/>
      </w:pPr>
      <w:r>
        <w:t>سو آن سیورل اوکیشنز آئی ہڈ دی اپرچونیٹی آف انٹرویوگ مولانا صاحب۔</w:t>
      </w:r>
    </w:p>
    <w:p>
      <w:r>
        <w:rPr>
          <w:b/>
        </w:rPr>
        <w:t xml:space="preserve">[39:11] </w:t>
      </w:r>
      <w:r>
        <w:t>But despite interviewing him and publishing those interviews, I was not transformed by his writings.</w:t>
      </w:r>
    </w:p>
    <w:p>
      <w:pPr>
        <w:jc w:val="right"/>
      </w:pPr>
      <w:r>
        <w:t>بٹ دسپائٹ انٹرویوگ ہم اینڈ پبلشنگ دوز انٹرویوز، آئی واز ناٹ ٹرانسفارمڈ بائی ہز رائٹنگز۔</w:t>
      </w:r>
    </w:p>
    <w:p>
      <w:r>
        <w:rPr>
          <w:b/>
        </w:rPr>
        <w:t xml:space="preserve">[39:15] </w:t>
      </w:r>
      <w:r>
        <w:t>Because as I said, I was attracted by negativism.</w:t>
      </w:r>
    </w:p>
    <w:p>
      <w:pPr>
        <w:jc w:val="right"/>
      </w:pPr>
      <w:r>
        <w:t>بیکاز ایز آئی سیڈ، آئی واز اٹریکٹڈ بائی نیگیٹیو ازم۔</w:t>
      </w:r>
    </w:p>
    <w:p>
      <w:r>
        <w:rPr>
          <w:b/>
        </w:rPr>
        <w:t xml:space="preserve">[39:20] </w:t>
      </w:r>
      <w:r>
        <w:t>okay? and molana is just the opposite of negativism.</w:t>
      </w:r>
    </w:p>
    <w:p>
      <w:pPr>
        <w:jc w:val="right"/>
      </w:pPr>
      <w:r>
        <w:t>اوکے؟ اینڈ مولانا از جسٹ دی اپوزٹ آف نیگیٹیو ازم۔</w:t>
      </w:r>
    </w:p>
    <w:p>
      <w:r>
        <w:rPr>
          <w:b/>
        </w:rPr>
        <w:t xml:space="preserve">[39:25] </w:t>
      </w:r>
      <w:r>
        <w:t>Okay? And so even though I had translated some of Maulana's writings, it was published as a book,</w:t>
      </w:r>
    </w:p>
    <w:p>
      <w:pPr>
        <w:jc w:val="right"/>
      </w:pPr>
      <w:r>
        <w:t>اوکے؟ اینڈ سو ایون دو آئی ہڈ ٹرانسلیٹڈ سم آف مولانا رائٹنگز، اٹ واز پبلشڈ ایز ا بک،</w:t>
      </w:r>
    </w:p>
    <w:p>
      <w:r>
        <w:rPr>
          <w:b/>
        </w:rPr>
        <w:t xml:space="preserve">[39:30] </w:t>
      </w:r>
      <w:r>
        <w:t>as you know, some of you might know.</w:t>
      </w:r>
    </w:p>
    <w:p>
      <w:pPr>
        <w:jc w:val="right"/>
      </w:pPr>
      <w:r>
        <w:t>ایز یو نو، سم آف یو مائٹ نو۔</w:t>
      </w:r>
    </w:p>
    <w:p>
      <w:r>
        <w:rPr>
          <w:b/>
        </w:rPr>
        <w:t xml:space="preserve">[39:35] </w:t>
      </w:r>
      <w:r>
        <w:t>Now, I am not blow my own trumpet, but it was published by Rupa some years ago.</w:t>
      </w:r>
    </w:p>
    <w:p>
      <w:pPr>
        <w:jc w:val="right"/>
      </w:pPr>
      <w:r>
        <w:t>ناؤ، آئی ایم ناٹ بلو مائی اون ٹرمپٹ، بٹ اٹ واز پبلشڈ بائی روپا سم ایئرز ایگو۔</w:t>
      </w:r>
    </w:p>
    <w:p>
      <w:r>
        <w:rPr>
          <w:b/>
        </w:rPr>
        <w:t xml:space="preserve">[39:40] </w:t>
      </w:r>
      <w:r>
        <w:t>So I had actually, you know, taken quite a bit of effort and time to translate that.</w:t>
      </w:r>
    </w:p>
    <w:p>
      <w:pPr>
        <w:jc w:val="right"/>
      </w:pPr>
      <w:r>
        <w:t>سو آئی ہڈ ایکچولی، یو نو، ٹیکن کوائٹ ا بٹ آف ایفرٹ اینڈ ٹائم ٹو ٹرانسلیٹ دیٹ۔</w:t>
      </w:r>
    </w:p>
    <w:p>
      <w:r>
        <w:rPr>
          <w:b/>
        </w:rPr>
        <w:t xml:space="preserve">[39:45] </w:t>
      </w:r>
      <w:r>
        <w:t>That translation did not transform me.</w:t>
      </w:r>
    </w:p>
    <w:p>
      <w:pPr>
        <w:jc w:val="right"/>
      </w:pPr>
      <w:r>
        <w:t>دیٹ ٹرانسلیشن ڈیڈ ناٹ ٹرانسفارم می۔</w:t>
      </w:r>
    </w:p>
    <w:p>
      <w:r>
        <w:rPr>
          <w:b/>
        </w:rPr>
        <w:t xml:space="preserve">[39:50] </w:t>
      </w:r>
      <w:r>
        <w:t>Okay? It was like something I was doing because of sociological interest.</w:t>
      </w:r>
    </w:p>
    <w:p>
      <w:pPr>
        <w:jc w:val="right"/>
      </w:pPr>
      <w:r>
        <w:t>اوکے؟ اٹ واز لائک سمٹھنگ آئی واز ڈوئنگ بیکاز آف سوشیالوجیکل انٹرسٹ۔</w:t>
      </w:r>
    </w:p>
    <w:p>
      <w:r>
        <w:rPr>
          <w:b/>
        </w:rPr>
        <w:t xml:space="preserve">[39:54] </w:t>
      </w:r>
      <w:r>
        <w:t>it was not a personal quest.</w:t>
      </w:r>
    </w:p>
    <w:p>
      <w:pPr>
        <w:jc w:val="right"/>
      </w:pPr>
      <w:r>
        <w:t>اٹ واز ناٹ ا پرسنل کوئسٹ۔</w:t>
      </w:r>
    </w:p>
    <w:p>
      <w:r>
        <w:rPr>
          <w:b/>
        </w:rPr>
        <w:t xml:space="preserve">[39:59] </w:t>
      </w:r>
      <w:r>
        <w:t>So although I was familiar with Maulana Sahib and his writings.</w:t>
      </w:r>
    </w:p>
    <w:p>
      <w:pPr>
        <w:jc w:val="right"/>
      </w:pPr>
      <w:r>
        <w:t>سو آل دو آئی واز فیمیلی ود مولانا صاحب اینڈ ہز رائٹنگز۔</w:t>
      </w:r>
    </w:p>
    <w:p>
      <w:r>
        <w:rPr>
          <w:b/>
        </w:rPr>
        <w:t xml:space="preserve">[40:04] </w:t>
      </w:r>
      <w:r>
        <w:t>I in fact, to be honest, since I was attracted by negativism, I had, you know, like</w:t>
      </w:r>
    </w:p>
    <w:p>
      <w:pPr>
        <w:jc w:val="right"/>
      </w:pPr>
      <w:r>
        <w:t>آئی ان فیکٹ، ٹو بی آنیسٹ، سِنس آئی واز اٹریکٹڈ بائی نیگیٹیو ازم، آئی ہڈ، یو نو، لائک</w:t>
      </w:r>
    </w:p>
    <w:p>
      <w:r>
        <w:rPr>
          <w:b/>
        </w:rPr>
        <w:t xml:space="preserve">[40:09] </w:t>
      </w:r>
      <w:r>
        <w:t>Our brother from Calcutta was sharing, I had similar sort of apprehensions.</w:t>
      </w:r>
    </w:p>
    <w:p>
      <w:pPr>
        <w:jc w:val="right"/>
      </w:pPr>
      <w:r>
        <w:t>آور برادر فرام کلکتہ واز شیئرنگ، آئی ہڈ سِمیلر سورٹ آف اپریہنشنز۔</w:t>
      </w:r>
    </w:p>
    <w:p>
      <w:r>
        <w:rPr>
          <w:b/>
        </w:rPr>
        <w:t xml:space="preserve">[40:14] </w:t>
      </w:r>
      <w:r>
        <w:t>And I used to think Maulana is a pacifist, he is a compromiser.</w:t>
      </w:r>
    </w:p>
    <w:p>
      <w:pPr>
        <w:jc w:val="right"/>
      </w:pPr>
      <w:r>
        <w:t>اینڈ آئی یوز ٹو تھینک مولانا از ا پاسیفسٹ، ہی از ا کمپرومائزر۔</w:t>
      </w:r>
    </w:p>
    <w:p>
      <w:r>
        <w:rPr>
          <w:b/>
        </w:rPr>
        <w:t xml:space="preserve">[40:19] </w:t>
      </w:r>
      <w:r>
        <w:t>And you know, his approach is unrealistic.</w:t>
      </w:r>
    </w:p>
    <w:p>
      <w:pPr>
        <w:jc w:val="right"/>
      </w:pPr>
      <w:r>
        <w:t>اینڈ یو نو، ہز اپروچ از ان ریلسٹک۔</w:t>
      </w:r>
    </w:p>
    <w:p>
      <w:r>
        <w:rPr>
          <w:b/>
        </w:rPr>
        <w:t xml:space="preserve">[40:24] </w:t>
      </w:r>
      <w:r>
        <w:t>And you know, he doesn't take into account the social dimension.</w:t>
      </w:r>
    </w:p>
    <w:p>
      <w:pPr>
        <w:jc w:val="right"/>
      </w:pPr>
      <w:r>
        <w:t>اینڈ یو نو، ہی ڈزنٹ ٹیکن ٹو اکاؤنٹ دا سوشل ڈائمنشن۔</w:t>
      </w:r>
    </w:p>
    <w:p>
      <w:r>
        <w:rPr>
          <w:b/>
        </w:rPr>
        <w:t xml:space="preserve">[40:29] </w:t>
      </w:r>
      <w:r>
        <w:t>he focuses on the individual.</w:t>
      </w:r>
    </w:p>
    <w:p>
      <w:pPr>
        <w:jc w:val="right"/>
      </w:pPr>
      <w:r>
        <w:t>ہی فوکسز آن دی انڈیویجول۔</w:t>
      </w:r>
    </w:p>
    <w:p>
      <w:r>
        <w:rPr>
          <w:b/>
        </w:rPr>
        <w:t xml:space="preserve">[40:34] </w:t>
      </w:r>
      <w:r>
        <w:t>And this is not, you know, sociologically sort of proper.</w:t>
      </w:r>
    </w:p>
    <w:p>
      <w:pPr>
        <w:jc w:val="right"/>
      </w:pPr>
      <w:r>
        <w:t>اینڈ دس از ناٹ، یو نو، سوشیالوجیکلی سورٹ آف پراپر۔</w:t>
      </w:r>
    </w:p>
    <w:p>
      <w:r>
        <w:rPr>
          <w:b/>
        </w:rPr>
        <w:t xml:space="preserve">[40:38] </w:t>
      </w:r>
      <w:r>
        <w:t>It's politically incorrect and so and so forth.</w:t>
      </w:r>
    </w:p>
    <w:p>
      <w:pPr>
        <w:jc w:val="right"/>
      </w:pPr>
      <w:r>
        <w:t>اٹس پولیٹیکلی ان کریکٹ اینڈ سو اینڈ سو فورتھ۔</w:t>
      </w:r>
    </w:p>
    <w:p>
      <w:r>
        <w:rPr>
          <w:b/>
        </w:rPr>
        <w:t xml:space="preserve">[40:43] </w:t>
      </w:r>
      <w:r>
        <w:t>I had all these problematic issues with Maulana's writings.</w:t>
      </w:r>
    </w:p>
    <w:p>
      <w:pPr>
        <w:jc w:val="right"/>
      </w:pPr>
      <w:r>
        <w:t>آئی ہڈ آل دیز پرابلمیٹک ایشوز ود مولانا رائٹنگز۔</w:t>
      </w:r>
    </w:p>
    <w:p>
      <w:r>
        <w:rPr>
          <w:b/>
        </w:rPr>
        <w:t xml:space="preserve">[40:48] </w:t>
      </w:r>
      <w:r>
        <w:t>Okay? So my life carried on like that for thirty years.</w:t>
      </w:r>
    </w:p>
    <w:p>
      <w:pPr>
        <w:jc w:val="right"/>
      </w:pPr>
      <w:r>
        <w:t>اوکے؟ سو مائی لائف کارڈڈ آن لائک دیٹ فار تھرٹی ایئرز۔</w:t>
      </w:r>
    </w:p>
    <w:p>
      <w:r>
        <w:rPr>
          <w:b/>
        </w:rPr>
        <w:t xml:space="preserve">[40:53] </w:t>
      </w:r>
      <w:r>
        <w:t>And a while ago, I don't want to go into all my personal details.</w:t>
      </w:r>
    </w:p>
    <w:p>
      <w:pPr>
        <w:jc w:val="right"/>
      </w:pPr>
      <w:r>
        <w:t>اینڈ ا وایل ایگو، آئی ڈونٹ وانٹ ٹو گو انٹو آل مائی پرسنل ڈیٹیلز۔</w:t>
      </w:r>
    </w:p>
    <w:p>
      <w:r>
        <w:rPr>
          <w:b/>
        </w:rPr>
        <w:t xml:space="preserve">[40:58] </w:t>
      </w:r>
      <w:r>
        <w:t>Okay? But I was forced to introspect.</w:t>
      </w:r>
    </w:p>
    <w:p>
      <w:pPr>
        <w:jc w:val="right"/>
      </w:pPr>
      <w:r>
        <w:t>اوکے؟ بٹ آئی واز فورس ٹو انٹروسپیکٹ۔</w:t>
      </w:r>
    </w:p>
    <w:p>
      <w:r>
        <w:rPr>
          <w:b/>
        </w:rPr>
        <w:t xml:space="preserve">[41:03] </w:t>
      </w:r>
      <w:r>
        <w:t>Okay? After many years of never wanting to look within, I just wanted to avoid looking within.</w:t>
      </w:r>
    </w:p>
    <w:p>
      <w:pPr>
        <w:jc w:val="right"/>
      </w:pPr>
      <w:r>
        <w:t>اوکے؟ آفر مینی ایئرز آف نیور وانٹنگ ٹو لوک ود ان، آئی جسٹ وانٹڈ ٹو اوائڈ لوکنگ ود ان۔</w:t>
      </w:r>
    </w:p>
    <w:p>
      <w:r>
        <w:rPr>
          <w:b/>
        </w:rPr>
        <w:t xml:space="preserve">[41:08] </w:t>
      </w:r>
      <w:r>
        <w:t>بیکاز یو نو، ایکچولی آل آف اس، وی ہیو سو مچ نیگیٹیوٹی انسائیڈ اس۔</w:t>
      </w:r>
    </w:p>
    <w:p>
      <w:pPr>
        <w:jc w:val="right"/>
      </w:pPr>
      <w:r>
        <w:t>بیکاز یو نو، ایکچولی آل آف اس، وی ہاو سو مچ نیگیٹیوٹی انسائیڈ اس۔</w:t>
      </w:r>
    </w:p>
    <w:p>
      <w:r>
        <w:rPr>
          <w:b/>
        </w:rPr>
        <w:t xml:space="preserve">[41:13] </w:t>
      </w:r>
      <w:r>
        <w:t>We want to avoid looking at that by looking at the negativity outside, whether real or imagined.</w:t>
      </w:r>
    </w:p>
    <w:p>
      <w:pPr>
        <w:jc w:val="right"/>
      </w:pPr>
      <w:r>
        <w:t>وی وانٹ ٹو اوائڈ لوکنگ ایٹ دیٹ بائی لوکنگ ایٹ دی نیگیٹیوٹی آؤٹ سائیڈ، ویدر ریل اور امیجنڈ۔</w:t>
      </w:r>
    </w:p>
    <w:p>
      <w:r>
        <w:rPr>
          <w:b/>
        </w:rPr>
        <w:t xml:space="preserve">[41:18] </w:t>
      </w:r>
      <w:r>
        <w:t>so thats what i was doing.</w:t>
      </w:r>
    </w:p>
    <w:p>
      <w:pPr>
        <w:jc w:val="right"/>
      </w:pPr>
      <w:r>
        <w:t>سو دیٹس واٹ آئی واز ڈوئنگ۔</w:t>
      </w:r>
    </w:p>
    <w:p>
      <w:r>
        <w:rPr>
          <w:b/>
        </w:rPr>
        <w:t xml:space="preserve">[41:22] </w:t>
      </w:r>
      <w:r>
        <w:t>But not very long ago, I was forced by circumstances to give that approach totally up.</w:t>
      </w:r>
    </w:p>
    <w:p>
      <w:pPr>
        <w:jc w:val="right"/>
      </w:pPr>
      <w:r>
        <w:t>بٹ ناٹ ویری لانگ ایگو، آئی واز فورسڈ بائی سرکمسٹانسز ٹو گیو دیٹ اپروچ ٹوٹلی اپ۔</w:t>
      </w:r>
    </w:p>
    <w:p>
      <w:r>
        <w:rPr>
          <w:b/>
        </w:rPr>
        <w:t xml:space="preserve">[41:27] </w:t>
      </w:r>
      <w:r>
        <w:t>And look at the terrible negativity inside me.</w:t>
      </w:r>
    </w:p>
    <w:p>
      <w:pPr>
        <w:jc w:val="right"/>
      </w:pPr>
      <w:r>
        <w:t>اینڈ لوک ایٹ دی ٹریبل نیگیٹیوٹی انسائیڈ می۔</w:t>
      </w:r>
    </w:p>
    <w:p>
      <w:r>
        <w:rPr>
          <w:b/>
        </w:rPr>
        <w:t xml:space="preserve">[41:32] </w:t>
      </w:r>
      <w:r>
        <w:t>And I realized, I have not coming to this world to change the world.</w:t>
      </w:r>
    </w:p>
    <w:p>
      <w:pPr>
        <w:jc w:val="right"/>
      </w:pPr>
      <w:r>
        <w:t>اینڈ آئی ریلائزڈ، آئی ہاو ناٹ کمنگ ٹو دس ورلڈ ٹو چینج دا ورلڈ۔</w:t>
      </w:r>
    </w:p>
    <w:p>
      <w:r>
        <w:rPr>
          <w:b/>
        </w:rPr>
        <w:t xml:space="preserve">[41:37] </w:t>
      </w:r>
      <w:r>
        <w:t>At the very most, I can change myself.</w:t>
      </w:r>
    </w:p>
    <w:p>
      <w:pPr>
        <w:jc w:val="right"/>
      </w:pPr>
      <w:r>
        <w:t>ایٹ دی ویری موسٹ، آئی کین چینج مائی سیلف۔</w:t>
      </w:r>
    </w:p>
    <w:p>
      <w:r>
        <w:rPr>
          <w:b/>
        </w:rPr>
        <w:t xml:space="preserve">[41:42] </w:t>
      </w:r>
      <w:r>
        <w:t>Changing myself itself is a lifelong task.</w:t>
      </w:r>
    </w:p>
    <w:p>
      <w:pPr>
        <w:jc w:val="right"/>
      </w:pPr>
      <w:r>
        <w:t>چینجنگ مائی سیلف اٹسیلف از ا لائف لانگ ٹاسک۔</w:t>
      </w:r>
    </w:p>
    <w:p>
      <w:r>
        <w:rPr>
          <w:b/>
        </w:rPr>
        <w:t xml:space="preserve">[41:47] </w:t>
      </w:r>
      <w:r>
        <w:t>Okay? And so I realized, what the hell am I doing? For the last thirty years, I</w:t>
      </w:r>
    </w:p>
    <w:p>
      <w:pPr>
        <w:jc w:val="right"/>
      </w:pPr>
      <w:r>
        <w:t>اوکے؟ اینڈ سو آئی ریلائزڈ، واٹ دا ہیل آئی ایم آئی ڈوئنگ؟ فار دی لاسٹ تھرٹی ایئرز، آئی</w:t>
      </w:r>
    </w:p>
    <w:p>
      <w:r>
        <w:rPr>
          <w:b/>
        </w:rPr>
        <w:t xml:space="preserve">[41:52] </w:t>
      </w:r>
      <w:r>
        <w:t>was trying to change other.</w:t>
      </w:r>
    </w:p>
    <w:p>
      <w:pPr>
        <w:jc w:val="right"/>
      </w:pPr>
      <w:r>
        <w:t>واز ٹرائنگ ٹو چینج ادر۔</w:t>
      </w:r>
    </w:p>
    <w:p>
      <w:r>
        <w:rPr>
          <w:b/>
        </w:rPr>
        <w:t xml:space="preserve">[41:57] </w:t>
      </w:r>
      <w:r>
        <w:t>And in the process, I haven't changed others and I haven't changed myself either.</w:t>
      </w:r>
    </w:p>
    <w:p>
      <w:pPr>
        <w:jc w:val="right"/>
      </w:pPr>
      <w:r>
        <w:t>اینڈ ان دا پروسیس، آئی ہاونٹ چینج ادر اینڈ آئی ہاونٹ چینج مائی سیلف ایڈر۔</w:t>
      </w:r>
    </w:p>
    <w:p>
      <w:r>
        <w:rPr>
          <w:b/>
        </w:rPr>
        <w:t xml:space="preserve">[42:01] </w:t>
      </w:r>
      <w:r>
        <w:t>And then when you enter middle age, and I am forty-seven, you begin thinking about death.</w:t>
      </w:r>
    </w:p>
    <w:p>
      <w:pPr>
        <w:jc w:val="right"/>
      </w:pPr>
      <w:r>
        <w:t>اینڈ دین وین یو انٹر مڈل ایج، اینڈ آئی ایم فورٹی سیون، یو بگن تھنکنگ اباؤٹ ڈیتھ۔</w:t>
      </w:r>
    </w:p>
    <w:p>
      <w:r>
        <w:rPr>
          <w:b/>
        </w:rPr>
        <w:t xml:space="preserve">[42:06] </w:t>
      </w:r>
      <w:r>
        <w:t>You no longer young, right? When you are young, you don't think about death.</w:t>
      </w:r>
    </w:p>
    <w:p>
      <w:pPr>
        <w:jc w:val="right"/>
      </w:pPr>
      <w:r>
        <w:t>یو نو لانگر ینگ، رائٹ؟ وین یو آر ینگ، یو ڈونٹ تھنک اباؤٹ ڈیتھ۔</w:t>
      </w:r>
    </w:p>
    <w:p>
      <w:r>
        <w:rPr>
          <w:b/>
        </w:rPr>
        <w:t xml:space="preserve">[42:11] </w:t>
      </w:r>
      <w:r>
        <w:t>When you enter a certain age, you start thinking about death.</w:t>
      </w:r>
    </w:p>
    <w:p>
      <w:pPr>
        <w:jc w:val="right"/>
      </w:pPr>
      <w:r>
        <w:t>وین یو انٹر ا سرٹن ایج، یو سٹارٹ تھنکنگ اباؤٹ ڈیتھ۔</w:t>
      </w:r>
    </w:p>
    <w:p>
      <w:r>
        <w:rPr>
          <w:b/>
        </w:rPr>
        <w:t xml:space="preserve">[42:16] </w:t>
      </w:r>
      <w:r>
        <w:t>and you know, its a reality.</w:t>
      </w:r>
    </w:p>
    <w:p>
      <w:pPr>
        <w:jc w:val="right"/>
      </w:pPr>
      <w:r>
        <w:t>اینڈ یو نو، اٹس ا ریلیٹی۔</w:t>
      </w:r>
    </w:p>
    <w:p>
      <w:r>
        <w:rPr>
          <w:b/>
        </w:rPr>
        <w:t xml:space="preserve">[42:21] </w:t>
      </w:r>
      <w:r>
        <w:t>And then you think, my God, what have I done, you know, to transform myself before I</w:t>
      </w:r>
    </w:p>
    <w:p>
      <w:pPr>
        <w:jc w:val="right"/>
      </w:pPr>
      <w:r>
        <w:t>اینڈ دین یو تھنک، مائی گاڈ، واٹ ہیو آئی ڈن، یو نو، ٹو ٹرانسفارم مائی سیلف بیفور آئی</w:t>
      </w:r>
    </w:p>
    <w:p>
      <w:r>
        <w:rPr>
          <w:b/>
        </w:rPr>
        <w:t xml:space="preserve">[42:26] </w:t>
      </w:r>
      <w:r>
        <w:t>die? i have done nothing.</w:t>
      </w:r>
    </w:p>
    <w:p>
      <w:pPr>
        <w:jc w:val="right"/>
      </w:pPr>
      <w:r>
        <w:t>ڈائی؟ آئی ہاو ڈن نتھنگ۔</w:t>
      </w:r>
    </w:p>
    <w:p>
      <w:r>
        <w:rPr>
          <w:b/>
        </w:rPr>
        <w:t xml:space="preserve">[42:31] </w:t>
      </w:r>
      <w:r>
        <w:t>I am trying to transform others.</w:t>
      </w:r>
    </w:p>
    <w:p>
      <w:pPr>
        <w:jc w:val="right"/>
      </w:pPr>
      <w:r>
        <w:t>آئی ایم ٹرائنگ ٹو ٹرانسفارم ادر۔</w:t>
      </w:r>
    </w:p>
    <w:p>
      <w:r>
        <w:rPr>
          <w:b/>
        </w:rPr>
        <w:t xml:space="preserve">[42:36] </w:t>
      </w:r>
      <w:r>
        <w:t>And it's become like a business for me because I was getting jobs or I was getting grants</w:t>
      </w:r>
    </w:p>
    <w:p>
      <w:pPr>
        <w:jc w:val="right"/>
      </w:pPr>
      <w:r>
        <w:t>اینڈ اٹس بیکم لائک ا بزنس فار می بیکاز آئی واز گیٹنگ جابز اور آئی واز گیٹنگ گرانٹس</w:t>
      </w:r>
    </w:p>
    <w:p>
      <w:r>
        <w:rPr>
          <w:b/>
        </w:rPr>
        <w:t xml:space="preserve">[42:41] </w:t>
      </w:r>
      <w:r>
        <w:t>and so and so forth.</w:t>
      </w:r>
    </w:p>
    <w:p>
      <w:pPr>
        <w:jc w:val="right"/>
      </w:pPr>
      <w:r>
        <w:t>اینڈ سو اینڈ سو فورتھ۔</w:t>
      </w:r>
    </w:p>
    <w:p>
      <w:r>
        <w:rPr>
          <w:b/>
        </w:rPr>
        <w:t xml:space="preserve">[42:45] </w:t>
      </w:r>
      <w:r>
        <w:t>But I have done nothing to transform myself.</w:t>
      </w:r>
    </w:p>
    <w:p>
      <w:pPr>
        <w:jc w:val="right"/>
      </w:pPr>
      <w:r>
        <w:t>بٹ آئی ہاو ڈن نتھنگ ٹو ٹرانسفارم مائی سیلف۔</w:t>
      </w:r>
    </w:p>
    <w:p>
      <w:r>
        <w:rPr>
          <w:b/>
        </w:rPr>
        <w:t xml:space="preserve">[42:50] </w:t>
      </w:r>
      <w:r>
        <w:t>And I went through this pretty rough patch.</w:t>
      </w:r>
    </w:p>
    <w:p>
      <w:pPr>
        <w:jc w:val="right"/>
      </w:pPr>
      <w:r>
        <w:t>اینڈ آئی وین تھرو دس پریٹی روف پیچ۔</w:t>
      </w:r>
    </w:p>
    <w:p>
      <w:r>
        <w:rPr>
          <w:b/>
        </w:rPr>
        <w:t xml:space="preserve">[42:55] </w:t>
      </w:r>
      <w:r>
        <w:t>I guess to change your approach to life, you have to go through a rough patch.</w:t>
      </w:r>
    </w:p>
    <w:p>
      <w:pPr>
        <w:jc w:val="right"/>
      </w:pPr>
      <w:r>
        <w:t>آئی گیس ٹو چینج یور اپروچ ٹو لائف، یو ہیو ٹو گو تھرو ا روف پیچ۔</w:t>
      </w:r>
    </w:p>
    <w:p>
      <w:r>
        <w:rPr>
          <w:b/>
        </w:rPr>
        <w:t xml:space="preserve">[43:00] </w:t>
      </w:r>
      <w:r>
        <w:t>you know, something was saying, no, ke khuda yeh mushkilat bhejte hain na kisi khaas wajah se.</w:t>
      </w:r>
    </w:p>
    <w:p>
      <w:pPr>
        <w:jc w:val="right"/>
      </w:pPr>
      <w:r>
        <w:t>یو نو، سمٹھنگ واز سیئنگ، نو، کی خدا یہ مشکلات بھیجتے ہیں نا کسی خاص وجہ سے۔</w:t>
      </w:r>
    </w:p>
    <w:p>
      <w:r>
        <w:rPr>
          <w:b/>
        </w:rPr>
        <w:t xml:space="preserve">[43:05] </w:t>
      </w:r>
      <w:r>
        <w:t>تو دس وجہ، the reason here was for my own transformation, I am sure.</w:t>
      </w:r>
    </w:p>
    <w:p>
      <w:pPr>
        <w:jc w:val="right"/>
      </w:pPr>
      <w:r>
        <w:t>تو دس وجہ، دا وجہ ہیر واز فار مائی اون ٹرانسفارمیشن، آئی ایم شور۔</w:t>
      </w:r>
    </w:p>
    <w:p>
      <w:r>
        <w:rPr>
          <w:b/>
        </w:rPr>
        <w:t xml:space="preserve">[43:10] </w:t>
      </w:r>
      <w:r>
        <w:t>And that's when I realized the importance of introspection.</w:t>
      </w:r>
    </w:p>
    <w:p>
      <w:pPr>
        <w:jc w:val="right"/>
      </w:pPr>
      <w:r>
        <w:t>اینڈ دیٹس وین آئی ریلائزڈ دی امپورٹنس آف انٹروسپیکشن۔</w:t>
      </w:r>
    </w:p>
    <w:p>
      <w:r>
        <w:rPr>
          <w:b/>
        </w:rPr>
        <w:t xml:space="preserve">[43:15] </w:t>
      </w:r>
      <w:r>
        <w:t>Now, what happened was when I was going through this phase? I did a bit of reading.</w:t>
      </w:r>
    </w:p>
    <w:p>
      <w:pPr>
        <w:jc w:val="right"/>
      </w:pPr>
      <w:r>
        <w:t>ناؤ، واٹ ہیپنڈ واز وین آئی واز گوئنگ تھرو دس فیز؟ آئی ڈیڈ ا بٹ آف ریڈنگ۔</w:t>
      </w:r>
    </w:p>
    <w:p>
      <w:r>
        <w:rPr>
          <w:b/>
        </w:rPr>
        <w:t xml:space="preserve">[43:20] </w:t>
      </w:r>
      <w:r>
        <w:t>i read some osho.</w:t>
      </w:r>
    </w:p>
    <w:p>
      <w:pPr>
        <w:jc w:val="right"/>
      </w:pPr>
      <w:r>
        <w:t>آئی ریڈ سم اوشو۔</w:t>
      </w:r>
    </w:p>
    <w:p>
      <w:r>
        <w:rPr>
          <w:b/>
        </w:rPr>
        <w:t xml:space="preserve">[43:25] </w:t>
      </w:r>
      <w:r>
        <w:t>i went to some ashrams.</w:t>
      </w:r>
    </w:p>
    <w:p>
      <w:pPr>
        <w:jc w:val="right"/>
      </w:pPr>
      <w:r>
        <w:t>آئی وینٹ ٹو سم اشرمز۔</w:t>
      </w:r>
    </w:p>
    <w:p>
      <w:r>
        <w:rPr>
          <w:b/>
        </w:rPr>
        <w:t xml:space="preserve">[43:29] </w:t>
      </w:r>
      <w:r>
        <w:t>And I did a bit of reading on Buddhism and so and so forth.</w:t>
      </w:r>
    </w:p>
    <w:p>
      <w:pPr>
        <w:jc w:val="right"/>
      </w:pPr>
      <w:r>
        <w:t>اینڈ آئی ڈیڈ ا بٹ آف ریڈنگ آن بدھزم اینڈ سو اینڈ سو فورتھ۔</w:t>
      </w:r>
    </w:p>
    <w:p>
      <w:r>
        <w:rPr>
          <w:b/>
        </w:rPr>
        <w:t xml:space="preserve">[43:34] </w:t>
      </w:r>
      <w:r>
        <w:t>انٹرسٹنگلی، all these figures also talk about the need for self-introspection and self-transformation.</w:t>
      </w:r>
    </w:p>
    <w:p>
      <w:pPr>
        <w:jc w:val="right"/>
      </w:pPr>
      <w:r>
        <w:t>انٹرسٹنگلی، آل دیز فگرز آل سو ٹاک اباؤٹ دی نیڈ فار سیلف انٹروسپیکشن اینڈ سیلف ٹرانسفارمیشن۔</w:t>
      </w:r>
    </w:p>
    <w:p>
      <w:r>
        <w:rPr>
          <w:b/>
        </w:rPr>
        <w:t xml:space="preserve">[43:39] </w:t>
      </w:r>
      <w:r>
        <w:t>Like today, you had the Swami ji and you had the Buddhist monk, all stressing.</w:t>
      </w:r>
    </w:p>
    <w:p>
      <w:pPr>
        <w:jc w:val="right"/>
      </w:pPr>
      <w:r>
        <w:t>لائک ٹوڈے، یو ہیڈ دا سوامی جی اینڈ یو ہیڈ دا بدھسٹ منک، آل سٹریسنگ۔</w:t>
      </w:r>
    </w:p>
    <w:p>
      <w:r>
        <w:rPr>
          <w:b/>
        </w:rPr>
        <w:t xml:space="preserve">[43:44] </w:t>
      </w:r>
      <w:r>
        <w:t>And Maulana, of course, keep stressing this issue of the inner change which is most important.</w:t>
      </w:r>
    </w:p>
    <w:p>
      <w:pPr>
        <w:jc w:val="right"/>
      </w:pPr>
      <w:r>
        <w:t>اینڈ مولانا، آف کورس، کیپ سٹریسنگ دس ایشو آف دا انر چینج وچ از موسٹ امپورٹنٹ۔</w:t>
      </w:r>
    </w:p>
    <w:p>
      <w:r>
        <w:rPr>
          <w:b/>
        </w:rPr>
        <w:t xml:space="preserve">[43:49] </w:t>
      </w:r>
      <w:r>
        <w:t>So that period of, you know, turmoil turned me in the direction of the realization of self, you</w:t>
      </w:r>
    </w:p>
    <w:p>
      <w:pPr>
        <w:jc w:val="right"/>
      </w:pPr>
      <w:r>
        <w:t>سو دیٹ پیریڈ آف، یو نو، ٹرموائل ٹرنڈ می ان دا ڈائریکشن آف دی ریلائزیشن آف سیلف، یو</w:t>
      </w:r>
    </w:p>
    <w:p>
      <w:r>
        <w:rPr>
          <w:b/>
        </w:rPr>
        <w:t xml:space="preserve">[43:54] </w:t>
      </w:r>
      <w:r>
        <w:t>No, like looking within, self-transformation rather than trying to change the outside world.</w:t>
      </w:r>
    </w:p>
    <w:p>
      <w:pPr>
        <w:jc w:val="right"/>
      </w:pPr>
      <w:r>
        <w:t>نو، لائک لوکنگ ود ان، سیلف ٹرانسفارمیشن رادر دین ٹرائنگ ٹو چینج دی آؤٹ سائیڈ ورلڈ۔</w:t>
      </w:r>
    </w:p>
    <w:p>
      <w:r>
        <w:rPr>
          <w:b/>
        </w:rPr>
        <w:t xml:space="preserve">[43:59] </w:t>
      </w:r>
      <w:r>
        <w:t>And when you think, you know, like so-called social activists and so-called social scientists, they actually</w:t>
      </w:r>
    </w:p>
    <w:p>
      <w:pPr>
        <w:jc w:val="right"/>
      </w:pPr>
      <w:r>
        <w:t>اینڈ وین یو تھنک، یو نو، لائک سو کالڈ سوشل ایکٹیوسٹ اینڈ سو کالڈ سوشل سائنٹسٹ، دی ایکچولی</w:t>
      </w:r>
    </w:p>
    <w:p>
      <w:r>
        <w:rPr>
          <w:b/>
        </w:rPr>
        <w:t xml:space="preserve">[44:04] </w:t>
      </w:r>
      <w:r>
        <w:t>in a way, inadvertently perhaps, are playing the role of God.</w:t>
      </w:r>
    </w:p>
    <w:p>
      <w:pPr>
        <w:jc w:val="right"/>
      </w:pPr>
      <w:r>
        <w:t>ان ا وے، ان ایڈورٹنٹلی پرہپس، آر پلینگ دا رول آف گاڈ۔</w:t>
      </w:r>
    </w:p>
    <w:p>
      <w:r>
        <w:rPr>
          <w:b/>
        </w:rPr>
        <w:t xml:space="preserve">[44:08] </w:t>
      </w:r>
      <w:r>
        <w:t>Because we think we are going to bring about a utopian society, an ideal society.</w:t>
      </w:r>
    </w:p>
    <w:p>
      <w:pPr>
        <w:jc w:val="right"/>
      </w:pPr>
      <w:r>
        <w:t>بیکاز وی تھنک وی آر گون ٹو برنگ اباؤٹ ا یوٹوپین سوسائٹی، ان آئیڈیل سوسائٹی۔</w:t>
      </w:r>
    </w:p>
    <w:p>
      <w:r>
        <w:rPr>
          <w:b/>
        </w:rPr>
        <w:t xml:space="preserve">[44:13] </w:t>
      </w:r>
      <w:r>
        <w:t>actually only god who can do that, right? we are not given the task of changing the entire society.</w:t>
      </w:r>
    </w:p>
    <w:p>
      <w:pPr>
        <w:jc w:val="right"/>
      </w:pPr>
      <w:r>
        <w:t>ایکچولی اونلی گاڈ ہو کین ڈو دیٹ، رائٹ؟ وی آر ناٹ گیون دا ٹاسک آف چینجنگ دی انٹائر سوسائٹی۔</w:t>
      </w:r>
    </w:p>
    <w:p>
      <w:r>
        <w:rPr>
          <w:b/>
        </w:rPr>
        <w:t xml:space="preserve">[44:18] </w:t>
      </w:r>
      <w:r>
        <w:t>you are given the task of transforming your self.</w:t>
      </w:r>
    </w:p>
    <w:p>
      <w:pPr>
        <w:jc w:val="right"/>
      </w:pPr>
      <w:r>
        <w:t>یو آر گیون دا ٹاسک آف ٹرانسفارمنگ یور سیلف۔</w:t>
      </w:r>
    </w:p>
    <w:p>
      <w:r>
        <w:rPr>
          <w:b/>
        </w:rPr>
        <w:t xml:space="preserve">[44:23] </w:t>
      </w:r>
      <w:r>
        <w:t>that's a fundamental task.</w:t>
      </w:r>
    </w:p>
    <w:p>
      <w:pPr>
        <w:jc w:val="right"/>
      </w:pPr>
      <w:r>
        <w:t>دیٹس ا فنڈامینٹل ٹاسک۔</w:t>
      </w:r>
    </w:p>
    <w:p>
      <w:r>
        <w:rPr>
          <w:b/>
        </w:rPr>
        <w:t xml:space="preserve">[44:28] </w:t>
      </w:r>
      <w:r>
        <w:t>of course, if you are transformed, automatically people around you will also be influenced.</w:t>
      </w:r>
    </w:p>
    <w:p>
      <w:pPr>
        <w:jc w:val="right"/>
      </w:pPr>
      <w:r>
        <w:t>آف کورس، اف یو آر ٹرانسفارمڈ، آٹومیٹکلی پیپل اراؤنڈ یو ویل آل سو بی انفلوئنسڈ۔</w:t>
      </w:r>
    </w:p>
    <w:p>
      <w:r>
        <w:rPr>
          <w:b/>
        </w:rPr>
        <w:t xml:space="preserve">[44:33] </w:t>
      </w:r>
      <w:r>
        <w:t>but the first and the foremost duty is to transform your self first.</w:t>
      </w:r>
    </w:p>
    <w:p>
      <w:pPr>
        <w:jc w:val="right"/>
      </w:pPr>
      <w:r>
        <w:t>بٹ دی فرسٹ اینڈ دی فورموسٹ ڈیوٹی از ٹو ٹرانسفارم یور سیلف فرسٹ۔</w:t>
      </w:r>
    </w:p>
    <w:p>
      <w:r>
        <w:rPr>
          <w:b/>
        </w:rPr>
        <w:t xml:space="preserve">[44:38] </w:t>
      </w:r>
      <w:r>
        <w:t>and that's when, around six months ago, I happened to go to Delhi and I went to the</w:t>
      </w:r>
    </w:p>
    <w:p>
      <w:pPr>
        <w:jc w:val="right"/>
      </w:pPr>
      <w:r>
        <w:t>اینڈ دیٹس وین، اراؤنڈ سکس منتھز ایگو، آئی ہیپنڈ ٹو گو ٹو دہلی اینڈ آئی وینٹ ٹو دی</w:t>
      </w:r>
    </w:p>
    <w:p>
      <w:r>
        <w:rPr>
          <w:b/>
        </w:rPr>
        <w:t xml:space="preserve">[44:43] </w:t>
      </w:r>
      <w:r>
        <w:t>Al Risala book shop.</w:t>
      </w:r>
    </w:p>
    <w:p>
      <w:pPr>
        <w:jc w:val="right"/>
      </w:pPr>
      <w:r>
        <w:t>ال رسالہ بک شاپ۔</w:t>
      </w:r>
    </w:p>
    <w:p>
      <w:r>
        <w:rPr>
          <w:b/>
        </w:rPr>
        <w:t xml:space="preserve">[44:48] </w:t>
      </w:r>
      <w:r>
        <w:t>and I picked up some writings by Maulana sahib, Kitab al-Ma'rifat and Tazkiyah and ek do aur thay.</w:t>
      </w:r>
    </w:p>
    <w:p>
      <w:pPr>
        <w:jc w:val="right"/>
      </w:pPr>
      <w:r>
        <w:t>اینڈ آئی پکڈ اپ سم رائٹنگز بائے مولانا صاحب، کتاب المعرفت اینڈ تزکیہ اینڈ ایک دو اور تھے۔</w:t>
      </w:r>
    </w:p>
    <w:p>
      <w:r>
        <w:rPr>
          <w:b/>
        </w:rPr>
        <w:t xml:space="preserve">[44:52] </w:t>
      </w:r>
      <w:r>
        <w:t>so I came back to Bangalore and I started reading these books.</w:t>
      </w:r>
    </w:p>
    <w:p>
      <w:pPr>
        <w:jc w:val="right"/>
      </w:pPr>
      <w:r>
        <w:t>سو آئی کیم بیک ٹو بینگلور اینڈ آئی سٹارٹڈ ریڈنگ دیز بکس۔</w:t>
      </w:r>
    </w:p>
    <w:p>
      <w:r>
        <w:rPr>
          <w:b/>
        </w:rPr>
        <w:t xml:space="preserve">[44:57] </w:t>
      </w:r>
      <w:r>
        <w:t>now, at that time, I had actually lost interest in life.</w:t>
      </w:r>
    </w:p>
    <w:p>
      <w:pPr>
        <w:jc w:val="right"/>
      </w:pPr>
      <w:r>
        <w:t>ناؤ، ایٹ دیٹ ٹائم، آئی ہیڈ ایکچولی لاسٹ انٹرسٹ ان لائف۔</w:t>
      </w:r>
    </w:p>
    <w:p>
      <w:r>
        <w:rPr>
          <w:b/>
        </w:rPr>
        <w:t xml:space="preserve">[45:02] </w:t>
      </w:r>
      <w:r>
        <w:t>in the sense that life no longer had any meaning for me.</w:t>
      </w:r>
    </w:p>
    <w:p>
      <w:pPr>
        <w:jc w:val="right"/>
      </w:pPr>
      <w:r>
        <w:t>ان دا سینس دیٹ لائف نو لانگر ہیڈ اینی میننگ فار می۔</w:t>
      </w:r>
    </w:p>
    <w:p>
      <w:r>
        <w:rPr>
          <w:b/>
        </w:rPr>
        <w:t xml:space="preserve">[45:07] </w:t>
      </w:r>
      <w:r>
        <w:t>I had given up my job.</w:t>
      </w:r>
    </w:p>
    <w:p>
      <w:pPr>
        <w:jc w:val="right"/>
      </w:pPr>
      <w:r>
        <w:t>آئی ہیڈ گیون اپ مائی جاب۔</w:t>
      </w:r>
    </w:p>
    <w:p>
      <w:r>
        <w:rPr>
          <w:b/>
        </w:rPr>
        <w:t xml:space="preserve">[45:12] </w:t>
      </w:r>
      <w:r>
        <w:t>and I realized, God had given me enough money to survive economically, so I don't have to work</w:t>
      </w:r>
    </w:p>
    <w:p>
      <w:pPr>
        <w:jc w:val="right"/>
      </w:pPr>
      <w:r>
        <w:t>اینڈ آئی ریلائزڈ، گاڈ ہیڈ گیون می انف مانی ٹو سروائیو اکنامیکلی، سو آئی ڈونٹ ہیو ٹو ورک</w:t>
      </w:r>
    </w:p>
    <w:p>
      <w:r>
        <w:rPr>
          <w:b/>
        </w:rPr>
        <w:t xml:space="preserve">[45:17] </w:t>
      </w:r>
      <w:r>
        <w:t>for a living.</w:t>
      </w:r>
    </w:p>
    <w:p>
      <w:pPr>
        <w:jc w:val="right"/>
      </w:pPr>
      <w:r>
        <w:t>فار ا لیونگ۔</w:t>
      </w:r>
    </w:p>
    <w:p>
      <w:r>
        <w:rPr>
          <w:b/>
        </w:rPr>
        <w:t xml:space="preserve">[45:22] </w:t>
      </w:r>
      <w:r>
        <w:t>now, once you stop working for a living, then, you know, very often for people, that job gives them meaning.</w:t>
      </w:r>
    </w:p>
    <w:p>
      <w:pPr>
        <w:jc w:val="right"/>
      </w:pPr>
      <w:r>
        <w:t>ناؤ، وانس یو سٹاپ ورکنگ فار ا لیونگ، دین، یو نو، ویری اوفن فار پیپل، دیٹ جاب گیوز دیم میننگ۔</w:t>
      </w:r>
    </w:p>
    <w:p>
      <w:r>
        <w:rPr>
          <w:b/>
        </w:rPr>
        <w:t xml:space="preserve">[45:27] </w:t>
      </w:r>
      <w:r>
        <w:t>it keeps them occupied.</w:t>
      </w:r>
    </w:p>
    <w:p>
      <w:pPr>
        <w:jc w:val="right"/>
      </w:pPr>
      <w:r>
        <w:t>اٹ کیپس دیم اوکیوپائیڈ۔</w:t>
      </w:r>
    </w:p>
    <w:p>
      <w:r>
        <w:rPr>
          <w:b/>
        </w:rPr>
        <w:t xml:space="preserve">[45:32] </w:t>
      </w:r>
      <w:r>
        <w:t>now, since I had no job, I had nothing to occupy me mentally, right? And then I realized,</w:t>
      </w:r>
    </w:p>
    <w:p>
      <w:pPr>
        <w:jc w:val="right"/>
      </w:pPr>
      <w:r>
        <w:t>ناؤ، سِنس آئی ہیڈ نو جاب، آئی ہیڈ نتھنگ ٹو اوکیوپائی می مینٹلی، رائٹ؟ اینڈ دین آئی ریلائزڈ،</w:t>
      </w:r>
    </w:p>
    <w:p>
      <w:r>
        <w:rPr>
          <w:b/>
        </w:rPr>
        <w:t xml:space="preserve">[45:36] </w:t>
      </w:r>
      <w:r>
        <w:t>I have done what I wanted to do.</w:t>
      </w:r>
    </w:p>
    <w:p>
      <w:pPr>
        <w:jc w:val="right"/>
      </w:pPr>
      <w:r>
        <w:t>آئی ہیو ڈن واٹ آئی وانٹڈ ٹو ڈو۔</w:t>
      </w:r>
    </w:p>
    <w:p>
      <w:r>
        <w:rPr>
          <w:b/>
        </w:rPr>
        <w:t xml:space="preserve">[45:41] </w:t>
      </w:r>
      <w:r>
        <w:t>I have been to the places I want to do.</w:t>
      </w:r>
    </w:p>
    <w:p>
      <w:pPr>
        <w:jc w:val="right"/>
      </w:pPr>
      <w:r>
        <w:t>آئی ہیو بین ٹو دا پلیسز آئی وانٹ ٹو ڈو۔</w:t>
      </w:r>
    </w:p>
    <w:p>
      <w:r>
        <w:rPr>
          <w:b/>
        </w:rPr>
        <w:t xml:space="preserve">[45:46] </w:t>
      </w:r>
      <w:r>
        <w:t>I have read the books I wanted to do.</w:t>
      </w:r>
    </w:p>
    <w:p>
      <w:pPr>
        <w:jc w:val="right"/>
      </w:pPr>
      <w:r>
        <w:t>آئی ہیو ریڈ دا بکس آئی وانٹڈ ٹو ڈو۔</w:t>
      </w:r>
    </w:p>
    <w:p>
      <w:r>
        <w:rPr>
          <w:b/>
        </w:rPr>
        <w:t xml:space="preserve">[45:51] </w:t>
      </w:r>
      <w:r>
        <w:t>I have been to the places I wanted to do.</w:t>
      </w:r>
    </w:p>
    <w:p>
      <w:pPr>
        <w:jc w:val="right"/>
      </w:pPr>
      <w:r>
        <w:t>آئی ہیو بین ٹو دا پلیسز آئی وانٹڈ ٹو ڈو۔</w:t>
      </w:r>
    </w:p>
    <w:p>
      <w:r>
        <w:rPr>
          <w:b/>
        </w:rPr>
        <w:t xml:space="preserve">[45:56] </w:t>
      </w:r>
      <w:r>
        <w:t>so what is there in life? What is the purpose of life? What on earth I am</w:t>
      </w:r>
    </w:p>
    <w:p>
      <w:pPr>
        <w:jc w:val="right"/>
      </w:pPr>
      <w:r>
        <w:t>تو واٹ از دیر ان لائف؟ واٹ از دا پرپس آف لائف؟ واٹ آن ارتھ آئی ایم آئی</w:t>
      </w:r>
    </w:p>
    <w:p>
      <w:r>
        <w:rPr>
          <w:b/>
        </w:rPr>
        <w:t xml:space="preserve">[46:01] </w:t>
      </w:r>
      <w:r>
        <w:t>living, right? And that's when I started reading Maulana sahib a little seriously.</w:t>
      </w:r>
    </w:p>
    <w:p>
      <w:pPr>
        <w:jc w:val="right"/>
      </w:pPr>
      <w:r>
        <w:t>لیونگ، رائٹ؟ اینڈ دیٹس وین آئی سٹارٹڈ ریڈنگ مولانا صاحب ا لٹل سیریسلی۔</w:t>
      </w:r>
    </w:p>
    <w:p>
      <w:r>
        <w:rPr>
          <w:b/>
        </w:rPr>
        <w:t xml:space="preserve">[46:06] </w:t>
      </w:r>
      <w:r>
        <w:t>and then his views resonated with mine, or I should say, my views resonated with his.</w:t>
      </w:r>
    </w:p>
    <w:p>
      <w:pPr>
        <w:jc w:val="right"/>
      </w:pPr>
      <w:r>
        <w:t>اینڈ دین ہز ویوز ریزونیٹڈ ود مائن، اور آئی شوڈ سی، مائی ویوز ریزونیٹڈ ود ہز۔</w:t>
      </w:r>
    </w:p>
    <w:p>
      <w:r>
        <w:rPr>
          <w:b/>
        </w:rPr>
        <w:t xml:space="preserve">[46:11] </w:t>
      </w:r>
      <w:r>
        <w:t>and I said, Maulana is talking just the things that I want to hear.</w:t>
      </w:r>
    </w:p>
    <w:p>
      <w:pPr>
        <w:jc w:val="right"/>
      </w:pPr>
      <w:r>
        <w:t>اینڈ آئی سیڈ، مولانا از ٹاکنگ جسٹ دا تھنگز دیٹ آئی وانٹ ٹو ہیئر۔</w:t>
      </w:r>
    </w:p>
    <w:p>
      <w:r>
        <w:rPr>
          <w:b/>
        </w:rPr>
        <w:t xml:space="preserve">[46:16] </w:t>
      </w:r>
      <w:r>
        <w:t>he is talking about inner transformation.</w:t>
      </w:r>
    </w:p>
    <w:p>
      <w:pPr>
        <w:jc w:val="right"/>
      </w:pPr>
      <w:r>
        <w:t>ہی از ٹاکنگ اباؤٹ انر ٹرانسفارمیشن۔</w:t>
      </w:r>
    </w:p>
    <w:p>
      <w:r>
        <w:rPr>
          <w:b/>
        </w:rPr>
        <w:t xml:space="preserve">[46:20] </w:t>
      </w:r>
      <w:r>
        <w:t>and he is not talking about changing the entire world and political transformation and social activist, which these</w:t>
      </w:r>
    </w:p>
    <w:p>
      <w:pPr>
        <w:jc w:val="right"/>
      </w:pPr>
      <w:r>
        <w:t>اینڈ ہی از ناٹ ٹاکنگ اباؤٹ چینجنگ دی انٹائر ورلڈ اینڈ پولیٹیکل ٹرانسفارمیشن اینڈ سوشل ایکٹیوسٹ، وچ دیز</w:t>
      </w:r>
    </w:p>
    <w:p>
      <w:r>
        <w:rPr>
          <w:b/>
        </w:rPr>
        <w:t xml:space="preserve">[46:25] </w:t>
      </w:r>
      <w:r>
        <w:t>are issues that I was interested in earlier.</w:t>
      </w:r>
    </w:p>
    <w:p>
      <w:pPr>
        <w:jc w:val="right"/>
      </w:pPr>
      <w:r>
        <w:t>ار ایشوز دیٹ آئی واز انٹرسٹڈ ان ایلیر۔</w:t>
      </w:r>
    </w:p>
    <w:p>
      <w:r>
        <w:rPr>
          <w:b/>
        </w:rPr>
        <w:t xml:space="preserve">[46:30] </w:t>
      </w:r>
      <w:r>
        <w:t>He is talking about the change of the self.</w:t>
      </w:r>
    </w:p>
    <w:p>
      <w:pPr>
        <w:jc w:val="right"/>
      </w:pPr>
      <w:r>
        <w:t>ہی از ٹاکنگ اباؤٹ دی چینج آف دا سیلف۔</w:t>
      </w:r>
    </w:p>
    <w:p>
      <w:r>
        <w:rPr>
          <w:b/>
        </w:rPr>
        <w:t xml:space="preserve">[46:35] </w:t>
      </w:r>
      <w:r>
        <w:t>And also, another thing was that, you know, I had gone through a period of, you know,</w:t>
      </w:r>
    </w:p>
    <w:p>
      <w:pPr>
        <w:jc w:val="right"/>
      </w:pPr>
      <w:r>
        <w:t>اینڈ آل سو، انادر تھنگ واز دیٹ، یو نو، آئی ہیڈ گون تھرو ا پیریڈ آف، یو نو،</w:t>
      </w:r>
    </w:p>
    <w:p>
      <w:r>
        <w:rPr>
          <w:b/>
        </w:rPr>
        <w:t xml:space="preserve">[46:40] </w:t>
      </w:r>
      <w:r>
        <w:t>a little difficulty with the Muslims.</w:t>
      </w:r>
    </w:p>
    <w:p>
      <w:pPr>
        <w:jc w:val="right"/>
      </w:pPr>
      <w:r>
        <w:t>ا لٹل ڈیفیکلٹی ود دا مسلمز۔</w:t>
      </w:r>
    </w:p>
    <w:p>
      <w:r>
        <w:rPr>
          <w:b/>
        </w:rPr>
        <w:t xml:space="preserve">[46:45] </w:t>
      </w:r>
      <w:r>
        <w:t>in the sense, with the Muslim world as such, the developments happening in the Muslim world.</w:t>
      </w:r>
    </w:p>
    <w:p>
      <w:pPr>
        <w:jc w:val="right"/>
      </w:pPr>
      <w:r>
        <w:t>ان دا سینس، ود دا مسلم ورلڈ ایز سچ، دا ڈیویلپمنٹس ہیپننگ ان دا مسلم ورلڈ۔</w:t>
      </w:r>
    </w:p>
    <w:p>
      <w:r>
        <w:rPr>
          <w:b/>
        </w:rPr>
        <w:t xml:space="preserve">[46:50] </w:t>
      </w:r>
      <w:r>
        <w:t>And I saw the, ko kya ho raha hai Iraq mein, Syria mein, Afghanistan mein, kahan bhi aap</w:t>
      </w:r>
    </w:p>
    <w:p>
      <w:pPr>
        <w:jc w:val="right"/>
      </w:pPr>
      <w:r>
        <w:t>اینڈ آئی سوچ دی، کو کیا ہو رہا ہے عراق میں، سیریا میں، افغانستان میں، کہاں بھی آپ</w:t>
      </w:r>
    </w:p>
    <w:p>
      <w:r>
        <w:rPr>
          <w:b/>
        </w:rPr>
        <w:t xml:space="preserve">[46:55] </w:t>
      </w:r>
      <w:r>
        <w:t>sochiye, to har jagah aise hi ho raha hai khoon kharaba.</w:t>
      </w:r>
    </w:p>
    <w:p>
      <w:pPr>
        <w:jc w:val="right"/>
      </w:pPr>
      <w:r>
        <w:t>سوچیے، تو ہر جگہ ایسے ہی ہو رہا ہے خون خرابہ۔</w:t>
      </w:r>
    </w:p>
    <w:p>
      <w:r>
        <w:rPr>
          <w:b/>
        </w:rPr>
        <w:t xml:space="preserve">[46:59] </w:t>
      </w:r>
      <w:r>
        <w:t>And I got fed up.</w:t>
      </w:r>
    </w:p>
    <w:p>
      <w:pPr>
        <w:jc w:val="right"/>
      </w:pPr>
      <w:r>
        <w:t>اینڈ آئی گاٹ فیڈ اپ۔</w:t>
      </w:r>
    </w:p>
    <w:p>
      <w:r>
        <w:rPr>
          <w:b/>
        </w:rPr>
        <w:t xml:space="preserve">[47:04] </w:t>
      </w:r>
      <w:r>
        <w:t>I said, my God, for thirty years I have been working on this.</w:t>
      </w:r>
    </w:p>
    <w:p>
      <w:pPr>
        <w:jc w:val="right"/>
      </w:pPr>
      <w:r>
        <w:t>آئی سیڈ، مائی گاڈ، فار تھرٹی ایئرز آئی ہیو بین ورکنگ آن دس۔</w:t>
      </w:r>
    </w:p>
    <w:p>
      <w:r>
        <w:rPr>
          <w:b/>
        </w:rPr>
        <w:t xml:space="preserve">[47:09] </w:t>
      </w:r>
      <w:r>
        <w:t>And you know, what is the result? Am I going to be sort of defending all this?</w:t>
      </w:r>
    </w:p>
    <w:p>
      <w:pPr>
        <w:jc w:val="right"/>
      </w:pPr>
      <w:r>
        <w:t>اینڈ یو نو، واٹ از دا رزلٹ؟ آئی ایم آئی گون ٹو بی سورٹ آف ڈیفینڈنگ آل دس؟</w:t>
      </w:r>
    </w:p>
    <w:p>
      <w:r>
        <w:rPr>
          <w:b/>
        </w:rPr>
        <w:t xml:space="preserve">[47:14] </w:t>
      </w:r>
      <w:r>
        <w:t>I don't want to defend this anymore.</w:t>
      </w:r>
    </w:p>
    <w:p>
      <w:pPr>
        <w:jc w:val="right"/>
      </w:pPr>
      <w:r>
        <w:t>آئی ڈونٹ وانٹ ٹو ڈیفینڈ دس اینی مور۔</w:t>
      </w:r>
    </w:p>
    <w:p>
      <w:r>
        <w:rPr>
          <w:b/>
        </w:rPr>
        <w:t xml:space="preserve">[47:19] </w:t>
      </w:r>
      <w:r>
        <w:t>And so when I, but still, I had a sort of emotional interest also, I would say,</w:t>
      </w:r>
    </w:p>
    <w:p>
      <w:pPr>
        <w:jc w:val="right"/>
      </w:pPr>
      <w:r>
        <w:t>اینڈ سو وین آئی، بٹ سٹل، آئی ہیڈ ا سورٹ آف ایموشنل انٹرسٹ آل سو، آئی وڈ سی،</w:t>
      </w:r>
    </w:p>
    <w:p>
      <w:r>
        <w:rPr>
          <w:b/>
        </w:rPr>
        <w:t xml:space="preserve">[47:24] </w:t>
      </w:r>
      <w:r>
        <w:t>in Islam and Muslim.</w:t>
      </w:r>
    </w:p>
    <w:p>
      <w:pPr>
        <w:jc w:val="right"/>
      </w:pPr>
      <w:r>
        <w:t>ان اسلام اینڈ مسلم۔</w:t>
      </w:r>
    </w:p>
    <w:p>
      <w:r>
        <w:rPr>
          <w:b/>
        </w:rPr>
        <w:t xml:space="preserve">[47:29] </w:t>
      </w:r>
      <w:r>
        <w:t>Despite the disillusionment with what was happening in the Muslim, so-called Muslim world, I can't, I</w:t>
      </w:r>
    </w:p>
    <w:p>
      <w:pPr>
        <w:jc w:val="right"/>
      </w:pPr>
      <w:r>
        <w:t>دسپائٹ دی ڈس ایلوژنمنٹ ود واٹ واز ہیپننگ ان دا مسلم، سو کالڈ مسلم ورلڈ، آئی کونٹ، آئی</w:t>
      </w:r>
    </w:p>
    <w:p>
      <w:r>
        <w:rPr>
          <w:b/>
        </w:rPr>
        <w:t xml:space="preserve">[47:34] </w:t>
      </w:r>
      <w:r>
        <w:t>ڈونٹ نو، فار سم ریزن، می بی دس واز گاڈز ویل، آئی کڈنٹ گیو اپ مائی انٹرسٹ ان دی ایشو۔</w:t>
      </w:r>
    </w:p>
    <w:p>
      <w:pPr>
        <w:jc w:val="right"/>
      </w:pPr>
      <w:r>
        <w:t>ڈونٹ نو، فار سم ریزن، می بی دس واز گاڈز ویل، آئی کونٹ گیو اپ مائی انٹرسٹ ان دی ایشو۔</w:t>
      </w:r>
    </w:p>
    <w:p>
      <w:r>
        <w:rPr>
          <w:b/>
        </w:rPr>
        <w:t xml:space="preserve">[47:39] </w:t>
      </w:r>
      <w:r>
        <w:t>And therefore, when I got tired of the negative discourses about Islam and by, you know, certain</w:t>
      </w:r>
    </w:p>
    <w:p>
      <w:pPr>
        <w:jc w:val="right"/>
      </w:pPr>
      <w:r>
        <w:t>اینڈ دیر فور، وین آئی گاٹ ٹائرڈ آف دی نیگیٹیو ڈسکورسز اباؤٹ اسلام اینڈ بائے، یو نو، سرٹن</w:t>
      </w:r>
    </w:p>
    <w:p>
      <w:r>
        <w:rPr>
          <w:b/>
        </w:rPr>
        <w:t xml:space="preserve">[47:43] </w:t>
      </w:r>
      <w:r>
        <w:t>Muslim groups that argue in terms of political change and, you know, countering other communities and so, I</w:t>
      </w:r>
    </w:p>
    <w:p>
      <w:pPr>
        <w:jc w:val="right"/>
      </w:pPr>
      <w:r>
        <w:t>مسلم گروپس دیٹ آرگیو ان ٹرمز آف پولیٹیکل چینج اینڈ، یو نو، کاؤنٹرنگ ادر کمیونٹیز اینڈ سو، آئی</w:t>
      </w:r>
    </w:p>
    <w:p>
      <w:r>
        <w:rPr>
          <w:b/>
        </w:rPr>
        <w:t xml:space="preserve">[47:48] </w:t>
      </w:r>
      <w:r>
        <w:t>got very fed up of that.</w:t>
      </w:r>
    </w:p>
    <w:p>
      <w:pPr>
        <w:jc w:val="right"/>
      </w:pPr>
      <w:r>
        <w:t>گاٹ ویری فیڈ اپ آف دیٹ۔</w:t>
      </w:r>
    </w:p>
    <w:p>
      <w:r>
        <w:rPr>
          <w:b/>
        </w:rPr>
        <w:t xml:space="preserve">[47:53] </w:t>
      </w:r>
      <w:r>
        <w:t>That's when I found Maulana's views very refreshing.</w:t>
      </w:r>
    </w:p>
    <w:p>
      <w:pPr>
        <w:jc w:val="right"/>
      </w:pPr>
      <w:r>
        <w:t>دیٹس وین آئی فاؤنڈ مولانا ویوز ویری ریفریشنگ۔</w:t>
      </w:r>
    </w:p>
    <w:p>
      <w:r>
        <w:rPr>
          <w:b/>
        </w:rPr>
        <w:t xml:space="preserve">[47:58] </w:t>
      </w:r>
      <w:r>
        <w:t>And it was like a birth of fresh air.</w:t>
      </w:r>
    </w:p>
    <w:p>
      <w:pPr>
        <w:jc w:val="right"/>
      </w:pPr>
      <w:r>
        <w:t>اینڈ اٹ واز لائک ا برتھ آف فریش ایئر۔</w:t>
      </w:r>
    </w:p>
    <w:p>
      <w:r>
        <w:rPr>
          <w:b/>
        </w:rPr>
        <w:t xml:space="preserve">[48:03] </w:t>
      </w:r>
      <w:r>
        <w:t>And it gave me meaning in life.</w:t>
      </w:r>
    </w:p>
    <w:p>
      <w:pPr>
        <w:jc w:val="right"/>
      </w:pPr>
      <w:r>
        <w:t>اینڈ اٹ گیو می میننگ ان لائف۔</w:t>
      </w:r>
    </w:p>
    <w:p>
      <w:r>
        <w:rPr>
          <w:b/>
        </w:rPr>
        <w:t xml:space="preserve">[48:08] </w:t>
      </w:r>
      <w:r>
        <w:t>Okay? And then I happened to meet Sarah ji from Bangalore, because she also lives in Bangalore.</w:t>
      </w:r>
    </w:p>
    <w:p>
      <w:pPr>
        <w:jc w:val="right"/>
      </w:pPr>
      <w:r>
        <w:t>اوکے؟ اینڈ دین آئی ہیپنڈ ٹو میٹ سارہ جی فرام بینگلور، بیکاز شی آل سو لیوز ان بینگلور۔</w:t>
      </w:r>
    </w:p>
    <w:p>
      <w:r>
        <w:rPr>
          <w:b/>
        </w:rPr>
        <w:t xml:space="preserve">[48:13] </w:t>
      </w:r>
      <w:r>
        <w:t>And that was maybe God's will that I happened to meet her.</w:t>
      </w:r>
    </w:p>
    <w:p>
      <w:pPr>
        <w:jc w:val="right"/>
      </w:pPr>
      <w:r>
        <w:t>اینڈ دیٹ واز می بی گاڈز ویل دیٹ آئی ہیپنڈ ٹو میٹ ہر۔</w:t>
      </w:r>
    </w:p>
    <w:p>
      <w:r>
        <w:rPr>
          <w:b/>
        </w:rPr>
        <w:t xml:space="preserve">[48:18] </w:t>
      </w:r>
      <w:r>
        <w:t>And she is also in Bangalore.</w:t>
      </w:r>
    </w:p>
    <w:p>
      <w:pPr>
        <w:jc w:val="right"/>
      </w:pPr>
      <w:r>
        <w:t>اینڈ شی از آل سو ان بینگلور۔</w:t>
      </w:r>
    </w:p>
    <w:p>
      <w:r>
        <w:rPr>
          <w:b/>
        </w:rPr>
        <w:t xml:space="preserve">[48:23] </w:t>
      </w:r>
      <w:r>
        <w:t>And I am also in Bangalore.</w:t>
      </w:r>
    </w:p>
    <w:p>
      <w:pPr>
        <w:jc w:val="right"/>
      </w:pPr>
      <w:r>
        <w:t>اینڈ آئی ایم آل سو ان بینگلور۔</w:t>
      </w:r>
    </w:p>
    <w:p>
      <w:r>
        <w:rPr>
          <w:b/>
        </w:rPr>
        <w:t xml:space="preserve">[48:27] </w:t>
      </w:r>
      <w:r>
        <w:t>And she gave me an entire set of Maulana's books.</w:t>
      </w:r>
    </w:p>
    <w:p>
      <w:pPr>
        <w:jc w:val="right"/>
      </w:pPr>
      <w:r>
        <w:t>اینڈ شی گیو می ان انٹائر سیٹ آف مولانا بکس۔</w:t>
      </w:r>
    </w:p>
    <w:p>
      <w:r>
        <w:rPr>
          <w:b/>
        </w:rPr>
        <w:t xml:space="preserve">[48:32] </w:t>
      </w:r>
      <w:r>
        <w:t>So I happened to, I mean, I, it was, you know, a great opportunity for me to, you</w:t>
      </w:r>
    </w:p>
    <w:p>
      <w:pPr>
        <w:jc w:val="right"/>
      </w:pPr>
      <w:r>
        <w:t>سو آئی ہیپنڈ ٹو، آئی مین، آئی، اٹ واز، یو نو، ا گریٹ اپرچونیٹی فار می ٹو، یو</w:t>
      </w:r>
    </w:p>
    <w:p>
      <w:r>
        <w:rPr>
          <w:b/>
        </w:rPr>
        <w:t xml:space="preserve">[48:37] </w:t>
      </w:r>
      <w:r>
        <w:t>Now, to begin reading Maulana's books with a different intention.</w:t>
      </w:r>
    </w:p>
    <w:p>
      <w:pPr>
        <w:jc w:val="right"/>
      </w:pPr>
      <w:r>
        <w:t>نو، ٹو بگن ریڈنگ مولانا بکس ود ا ڈفرنٹ انٹینشن۔</w:t>
      </w:r>
    </w:p>
    <w:p>
      <w:r>
        <w:rPr>
          <w:b/>
        </w:rPr>
        <w:t xml:space="preserve">[48:42] </w:t>
      </w:r>
      <w:r>
        <w:t>Earlier the intention was more academic.</w:t>
      </w:r>
    </w:p>
    <w:p>
      <w:pPr>
        <w:jc w:val="right"/>
      </w:pPr>
      <w:r>
        <w:t>ایلیر دی انٹینشن واز مور اکیڈیمک۔</w:t>
      </w:r>
    </w:p>
    <w:p>
      <w:r>
        <w:rPr>
          <w:b/>
        </w:rPr>
        <w:t xml:space="preserve">[48:47] </w:t>
      </w:r>
      <w:r>
        <w:t>You know, it was not in terms of self-transformation.</w:t>
      </w:r>
    </w:p>
    <w:p>
      <w:pPr>
        <w:jc w:val="right"/>
      </w:pPr>
      <w:r>
        <w:t>یو نو، اٹ واز ناٹ ان ٹرمز آف سیلف ٹرانسفارمیشن۔</w:t>
      </w:r>
    </w:p>
    <w:p>
      <w:r>
        <w:rPr>
          <w:b/>
        </w:rPr>
        <w:t xml:space="preserve">[48:52] </w:t>
      </w:r>
      <w:r>
        <w:t>But this time I read Maulana's books with the intention of gaining something from it, an insight from it.</w:t>
      </w:r>
    </w:p>
    <w:p>
      <w:pPr>
        <w:jc w:val="right"/>
      </w:pPr>
      <w:r>
        <w:t>بٹ دس ٹائم آئی ریڈ مولانا بکس ود دی انٹینشن آف گیننگ سمٹھنگ فرام اٹ، اینڈ انسائٹ فرام اٹ۔</w:t>
      </w:r>
    </w:p>
    <w:p>
      <w:r>
        <w:rPr>
          <w:b/>
        </w:rPr>
        <w:t xml:space="preserve">[48:57] </w:t>
      </w:r>
      <w:r>
        <w:t>Now, that's what happened, right? And then my interest in the subject was renewed, but this time with</w:t>
      </w:r>
    </w:p>
    <w:p>
      <w:pPr>
        <w:jc w:val="right"/>
      </w:pPr>
      <w:r>
        <w:t>ناؤ، دیٹس واٹ ہیپنڈ، رائٹ؟ اینڈ دین مائی انٹرسٹ ان دا سبجیکٹ واز رینیوڈ، بٹ دس ٹائم ود</w:t>
      </w:r>
    </w:p>
    <w:p>
      <w:r>
        <w:rPr>
          <w:b/>
        </w:rPr>
        <w:t xml:space="preserve">[49:02] </w:t>
      </w:r>
      <w:r>
        <w:t>a different purpose.</w:t>
      </w:r>
    </w:p>
    <w:p>
      <w:pPr>
        <w:jc w:val="right"/>
      </w:pPr>
      <w:r>
        <w:t>ا ڈفرنٹ پرپس۔</w:t>
      </w:r>
    </w:p>
    <w:p>
      <w:r>
        <w:rPr>
          <w:b/>
        </w:rPr>
        <w:t xml:space="preserve">[49:06] </w:t>
      </w:r>
      <w:r>
        <w:t>This time it was not with the interest of academic writing or whatever, because I have stopped</w:t>
      </w:r>
    </w:p>
    <w:p>
      <w:pPr>
        <w:jc w:val="right"/>
      </w:pPr>
      <w:r>
        <w:t>دس ٹائم اٹ واز ناٹ ود دی انٹرسٹ آف اکیڈیمک رائٹنگ اور وٹ ایور، بیکاز آئی ہیو سٹاپڈ</w:t>
      </w:r>
    </w:p>
    <w:p>
      <w:r>
        <w:rPr>
          <w:b/>
        </w:rPr>
        <w:t xml:space="preserve">[49:11] </w:t>
      </w:r>
      <w:r>
        <w:t>academic writing altogether.</w:t>
      </w:r>
    </w:p>
    <w:p>
      <w:pPr>
        <w:jc w:val="right"/>
      </w:pPr>
      <w:r>
        <w:t>اکیڈیمک رائٹنگ آل ٹوگیدر۔</w:t>
      </w:r>
    </w:p>
    <w:p>
      <w:r>
        <w:rPr>
          <w:b/>
        </w:rPr>
        <w:t xml:space="preserve">[49:16] </w:t>
      </w:r>
      <w:r>
        <w:t>I have stopped going to conferences and all that.</w:t>
      </w:r>
    </w:p>
    <w:p>
      <w:pPr>
        <w:jc w:val="right"/>
      </w:pPr>
      <w:r>
        <w:t>آئی ہیو سٹاپڈ گوئنگ ٹو کانفرنسز اینڈ آل دیٹ۔</w:t>
      </w:r>
    </w:p>
    <w:p>
      <w:r>
        <w:rPr>
          <w:b/>
        </w:rPr>
        <w:t xml:space="preserve">[49:21] </w:t>
      </w:r>
      <w:r>
        <w:t>And this time, hopefully, I hope I am being sincere when I say this.</w:t>
      </w:r>
    </w:p>
    <w:p>
      <w:pPr>
        <w:jc w:val="right"/>
      </w:pPr>
      <w:r>
        <w:t>اینڈ دس ٹائم دی، ہوپ فولی، آئی ہوپ آئی ایم بینگ سنسیر وین آئی سی دس۔</w:t>
      </w:r>
    </w:p>
    <w:p>
      <w:r>
        <w:rPr>
          <w:b/>
        </w:rPr>
        <w:t xml:space="preserve">[49:26] </w:t>
      </w:r>
      <w:r>
        <w:t>This time the intention was, you know, more of in terms of my own inner development.</w:t>
      </w:r>
    </w:p>
    <w:p>
      <w:pPr>
        <w:jc w:val="right"/>
      </w:pPr>
      <w:r>
        <w:t>دس ٹائم دی انٹینشن واز، یو نو، مور آف ان ٹرمز آف مائی اون انر ڈیویلپمنٹ۔</w:t>
      </w:r>
    </w:p>
    <w:p>
      <w:r>
        <w:rPr>
          <w:b/>
        </w:rPr>
        <w:t xml:space="preserve">[49:31] </w:t>
      </w:r>
      <w:r>
        <w:t>something that for the first time in my life I was ever thinking about, you know.</w:t>
      </w:r>
    </w:p>
    <w:p>
      <w:pPr>
        <w:jc w:val="right"/>
      </w:pPr>
      <w:r>
        <w:t>سمٹھنگ دیٹ فار دا فرسٹ ٹائم ان مائی لائف آئی واز ایور تھنکنگ اباؤٹ، یو نو۔</w:t>
      </w:r>
    </w:p>
    <w:p>
      <w:r>
        <w:rPr>
          <w:b/>
        </w:rPr>
        <w:t xml:space="preserve">[49:36] </w:t>
      </w:r>
      <w:r>
        <w:t>Okay? Now, that's when I started doing some translations.</w:t>
      </w:r>
    </w:p>
    <w:p>
      <w:pPr>
        <w:jc w:val="right"/>
      </w:pPr>
      <w:r>
        <w:t>اوکے؟ ناؤ، دیٹس وین آئی سٹارٹڈ ڈوئنگ سم ٹرانسلیشنز۔</w:t>
      </w:r>
    </w:p>
    <w:p>
      <w:r>
        <w:rPr>
          <w:b/>
        </w:rPr>
        <w:t xml:space="preserve">[49:41] </w:t>
      </w:r>
      <w:r>
        <w:t>Now, my Urdu isn't perfect.</w:t>
      </w:r>
    </w:p>
    <w:p>
      <w:pPr>
        <w:jc w:val="right"/>
      </w:pPr>
      <w:r>
        <w:t>ناؤ، مائی اردو ازنٹ پرفیکٹ۔</w:t>
      </w:r>
    </w:p>
    <w:p>
      <w:r>
        <w:rPr>
          <w:b/>
        </w:rPr>
        <w:t xml:space="preserve">[49:46] </w:t>
      </w:r>
      <w:r>
        <w:t>You see, I haven't studied Urdu in a madrasa or a school.</w:t>
      </w:r>
    </w:p>
    <w:p>
      <w:pPr>
        <w:jc w:val="right"/>
      </w:pPr>
      <w:r>
        <w:t>یو سی، آئی ہیونٹ سٹڈی اردو ان ا مدرسہ اور ا سکول۔</w:t>
      </w:r>
    </w:p>
    <w:p>
      <w:r>
        <w:rPr>
          <w:b/>
        </w:rPr>
        <w:t xml:space="preserve">[49:50] </w:t>
      </w:r>
      <w:r>
        <w:t>When I was fourteen years old, I must thank my mother, because she arranged for a Maulana to</w:t>
      </w:r>
    </w:p>
    <w:p>
      <w:pPr>
        <w:jc w:val="right"/>
      </w:pPr>
      <w:r>
        <w:t>وین آئی واز فورٹین ایئرز اولڈ، آئی مسٹ تھینک مائی مدر، بیکاز شی ارینجڈ فار ا مولانا ٹو</w:t>
      </w:r>
    </w:p>
    <w:p>
      <w:r>
        <w:rPr>
          <w:b/>
        </w:rPr>
        <w:t xml:space="preserve">[49:55] </w:t>
      </w:r>
      <w:r>
        <w:t>come to our house to teach me Urdu.</w:t>
      </w:r>
    </w:p>
    <w:p>
      <w:pPr>
        <w:jc w:val="right"/>
      </w:pPr>
      <w:r>
        <w:t>کم ٹو اور ہاؤس ٹو ٹیچ می اردو۔</w:t>
      </w:r>
    </w:p>
    <w:p>
      <w:r>
        <w:rPr>
          <w:b/>
        </w:rPr>
        <w:t xml:space="preserve">[50:00] </w:t>
      </w:r>
      <w:r>
        <w:t>We had this pandit who taught us Hindi and this Maulana sahib from the neighboring masjid he is</w:t>
      </w:r>
    </w:p>
    <w:p>
      <w:pPr>
        <w:jc w:val="right"/>
      </w:pPr>
      <w:r>
        <w:t>وی ہیڈ دس پنڈت ہو ٹاٹ اس ہندی اینڈ دس مولانا صاحب فرام دا نیبرنگ مسجد ہی از</w:t>
      </w:r>
    </w:p>
    <w:p>
      <w:r>
        <w:rPr>
          <w:b/>
        </w:rPr>
        <w:t xml:space="preserve">[50:05] </w:t>
      </w:r>
      <w:r>
        <w:t>to come to our house to teach us Urdu.</w:t>
      </w:r>
    </w:p>
    <w:p>
      <w:pPr>
        <w:jc w:val="right"/>
      </w:pPr>
      <w:r>
        <w:t>ٹو کم ٹو اور ہاؤس ٹو ٹیچ اس اردو۔</w:t>
      </w:r>
    </w:p>
    <w:p>
      <w:r>
        <w:rPr>
          <w:b/>
        </w:rPr>
        <w:t xml:space="preserve">[50:10] </w:t>
      </w:r>
      <w:r>
        <w:t>Okay? Now, he taught us the Urdu as, he taught my mother and me the Urdu alphabet.</w:t>
      </w:r>
    </w:p>
    <w:p>
      <w:pPr>
        <w:jc w:val="right"/>
      </w:pPr>
      <w:r>
        <w:t>اوکے؟ ناؤ، ہی ٹاٹ اس دی اردو ایز، ہی ٹاٹ مائی مدر اینڈ می دی اردو الفابیٹ۔</w:t>
      </w:r>
    </w:p>
    <w:p>
      <w:r>
        <w:rPr>
          <w:b/>
        </w:rPr>
        <w:t xml:space="preserve">[50:15] </w:t>
      </w:r>
      <w:r>
        <w:t>My father knew Urdu because he was a Punjabi.</w:t>
      </w:r>
    </w:p>
    <w:p>
      <w:pPr>
        <w:jc w:val="right"/>
      </w:pPr>
      <w:r>
        <w:t>مائی فادر نیو اردو بیکاز ہی واز ا پنجابی۔</w:t>
      </w:r>
    </w:p>
    <w:p>
      <w:r>
        <w:rPr>
          <w:b/>
        </w:rPr>
        <w:t xml:space="preserve">[50:20] </w:t>
      </w:r>
      <w:r>
        <w:t>But my mother, even though she is a Punjabi, she did know Urdu.</w:t>
      </w:r>
    </w:p>
    <w:p>
      <w:pPr>
        <w:jc w:val="right"/>
      </w:pPr>
      <w:r>
        <w:t>بٹ مائی مدر، ایون دو شی از ا پنجابی، شی ڈیڈ نو اردو۔</w:t>
      </w:r>
    </w:p>
    <w:p>
      <w:r>
        <w:rPr>
          <w:b/>
        </w:rPr>
        <w:t xml:space="preserve">[50:25] </w:t>
      </w:r>
      <w:r>
        <w:t>So she wanted to learn Urdu.</w:t>
      </w:r>
    </w:p>
    <w:p>
      <w:pPr>
        <w:jc w:val="right"/>
      </w:pPr>
      <w:r>
        <w:t>سو شی وانٹڈ ٹو لرن اردو۔</w:t>
      </w:r>
    </w:p>
    <w:p>
      <w:r>
        <w:rPr>
          <w:b/>
        </w:rPr>
        <w:t xml:space="preserve">[50:30] </w:t>
      </w:r>
      <w:r>
        <w:t>So we arranged for the Maulana to come to our house.</w:t>
      </w:r>
    </w:p>
    <w:p>
      <w:pPr>
        <w:jc w:val="right"/>
      </w:pPr>
      <w:r>
        <w:t>سو وی ارینجڈ فار دا مولانا ٹو کم ٹو اور ہاؤس۔</w:t>
      </w:r>
    </w:p>
    <w:p>
      <w:r>
        <w:rPr>
          <w:b/>
        </w:rPr>
        <w:t xml:space="preserve">[50:34] </w:t>
      </w:r>
      <w:r>
        <w:t>So he taught me Urdu, the alphabet, at the age of fourteen.</w:t>
      </w:r>
    </w:p>
    <w:p>
      <w:pPr>
        <w:jc w:val="right"/>
      </w:pPr>
      <w:r>
        <w:t>سو ہی ٹاٹ می اردو دی الفابیٹ ایٹ دی ایج اف فورٹین۔</w:t>
      </w:r>
    </w:p>
    <w:p>
      <w:r>
        <w:rPr>
          <w:b/>
        </w:rPr>
        <w:t xml:space="preserve">[50:39] </w:t>
      </w:r>
      <w:r>
        <w:t>And after that, I sort of, you know, developed this interest.</w:t>
      </w:r>
    </w:p>
    <w:p>
      <w:pPr>
        <w:jc w:val="right"/>
      </w:pPr>
      <w:r>
        <w:t>اینڈ افٹر دیٹ، آئی سورٹ آف، یو نو، ڈیویلپڈ دس انٹرسٹ۔</w:t>
      </w:r>
    </w:p>
    <w:p>
      <w:r>
        <w:rPr>
          <w:b/>
        </w:rPr>
        <w:t xml:space="preserve">[50:44] </w:t>
      </w:r>
      <w:r>
        <w:t>And I sort of started reading on my own.</w:t>
      </w:r>
    </w:p>
    <w:p>
      <w:pPr>
        <w:jc w:val="right"/>
      </w:pPr>
      <w:r>
        <w:t>اینڈ آئی سورٹ آف سٹارٹڈ ریڈنگ آن مائی اون۔</w:t>
      </w:r>
    </w:p>
    <w:p>
      <w:r>
        <w:rPr>
          <w:b/>
        </w:rPr>
        <w:t xml:space="preserve">[50:49] </w:t>
      </w:r>
      <w:r>
        <w:t>I expanded my Urdu vocabulary and stuff.</w:t>
      </w:r>
    </w:p>
    <w:p>
      <w:pPr>
        <w:jc w:val="right"/>
      </w:pPr>
      <w:r>
        <w:t>آئی ایکسپینڈڈ مائی اردو وکیبلری اینڈ سٹف۔</w:t>
      </w:r>
    </w:p>
    <w:p>
      <w:r>
        <w:rPr>
          <w:b/>
        </w:rPr>
        <w:t xml:space="preserve">[50:54] </w:t>
      </w:r>
      <w:r>
        <w:t>And I am able to read and write very well, because I mean, after all, I did my,</w:t>
      </w:r>
    </w:p>
    <w:p>
      <w:pPr>
        <w:jc w:val="right"/>
      </w:pPr>
      <w:r>
        <w:t>اینڈ آئی ایم ایبل ٹو ریڈ اینڈ رائٹ ویری ویل، بیکاز آئی مین، افٹر آل، آئی ڈیڈ مائی،</w:t>
      </w:r>
    </w:p>
    <w:p>
      <w:r>
        <w:rPr>
          <w:b/>
        </w:rPr>
        <w:t xml:space="preserve">[50:59] </w:t>
      </w:r>
      <w:r>
        <w:t>I am not bragging.</w:t>
      </w:r>
    </w:p>
    <w:p>
      <w:pPr>
        <w:jc w:val="right"/>
      </w:pPr>
      <w:r>
        <w:t>آئی ایم ناٹ بریگنگ۔</w:t>
      </w:r>
    </w:p>
    <w:p>
      <w:r>
        <w:rPr>
          <w:b/>
        </w:rPr>
        <w:t xml:space="preserve">[51:04] </w:t>
      </w:r>
      <w:r>
        <w:t>I did my PhD on the Tablighi Jamaat.</w:t>
      </w:r>
    </w:p>
    <w:p>
      <w:pPr>
        <w:jc w:val="right"/>
      </w:pPr>
      <w:r>
        <w:t>آئی ڈیڈ مائی پی ایچ ڈی آن دا تبلیغی جماعت۔</w:t>
      </w:r>
    </w:p>
    <w:p>
      <w:r>
        <w:rPr>
          <w:b/>
        </w:rPr>
        <w:t xml:space="preserve">[51:09] </w:t>
      </w:r>
      <w:r>
        <w:t>So for that, I had to learn Urdu, right? So my Urdu is very good.</w:t>
      </w:r>
    </w:p>
    <w:p>
      <w:pPr>
        <w:jc w:val="right"/>
      </w:pPr>
      <w:r>
        <w:t>سو فار دیٹ، آئی ہیڈ ٹو لرن اردو، رائٹ؟ سو مائی اردو از ویری گڈ۔</w:t>
      </w:r>
    </w:p>
    <w:p>
      <w:r>
        <w:rPr>
          <w:b/>
        </w:rPr>
        <w:t xml:space="preserve">[51:13] </w:t>
      </w:r>
      <w:r>
        <w:t>All though, when I speak, I speak with hesitation.</w:t>
      </w:r>
    </w:p>
    <w:p>
      <w:pPr>
        <w:jc w:val="right"/>
      </w:pPr>
      <w:r>
        <w:t>آل دو، وین آئی سپیک، آئی سپیک ود ہیزیٹیشن۔</w:t>
      </w:r>
    </w:p>
    <w:p>
      <w:r>
        <w:rPr>
          <w:b/>
        </w:rPr>
        <w:t xml:space="preserve">[51:18] </w:t>
      </w:r>
      <w:r>
        <w:t>I make mistakes, especially the gender, you know, ka and ki.</w:t>
      </w:r>
    </w:p>
    <w:p>
      <w:pPr>
        <w:jc w:val="right"/>
      </w:pPr>
      <w:r>
        <w:t>آئی میک مسٹیکس، اسپیشلی دا جینڈر، یو نو، کا اینڈ کی۔</w:t>
      </w:r>
    </w:p>
    <w:p>
      <w:r>
        <w:rPr>
          <w:b/>
        </w:rPr>
        <w:t xml:space="preserve">[51:23] </w:t>
      </w:r>
      <w:r>
        <w:t>But otherwise, I think it's not too bad.</w:t>
      </w:r>
    </w:p>
    <w:p>
      <w:pPr>
        <w:jc w:val="right"/>
      </w:pPr>
      <w:r>
        <w:t>بٹ ادروائز، آئی تھنک اٹس ناٹ ٹو بڈ۔</w:t>
      </w:r>
    </w:p>
    <w:p>
      <w:r>
        <w:rPr>
          <w:b/>
        </w:rPr>
        <w:t xml:space="preserve">[51:28] </w:t>
      </w:r>
      <w:r>
        <w:t>So I started translating some writings of Maulana, which I found to be very interesting.</w:t>
      </w:r>
    </w:p>
    <w:p>
      <w:pPr>
        <w:jc w:val="right"/>
      </w:pPr>
      <w:r>
        <w:t>سو آئی سٹارٹڈ ٹرانسلیٹنگ سم رائٹنگز آف مولانا، وچ آئی فاؤنڈ ٹو بی ویری انٹرسٹنگ۔</w:t>
      </w:r>
    </w:p>
    <w:p>
      <w:r>
        <w:rPr>
          <w:b/>
        </w:rPr>
        <w:t xml:space="preserve">[51:33] </w:t>
      </w:r>
      <w:r>
        <w:t>Now, so in the last four months, now, again, I hope I am not bragging.</w:t>
      </w:r>
    </w:p>
    <w:p>
      <w:pPr>
        <w:jc w:val="right"/>
      </w:pPr>
      <w:r>
        <w:t>ناؤ، سو ان دا لاسٹ فور منتھس، ناؤ، اگین، آئی ہوپ آئی ایم ناٹ بریگنگ۔</w:t>
      </w:r>
    </w:p>
    <w:p>
      <w:r>
        <w:rPr>
          <w:b/>
        </w:rPr>
        <w:t xml:space="preserve">[51:38] </w:t>
      </w:r>
      <w:r>
        <w:t>I am doing this with hesitation.</w:t>
      </w:r>
    </w:p>
    <w:p>
      <w:pPr>
        <w:jc w:val="right"/>
      </w:pPr>
      <w:r>
        <w:t>آئی ایم ڈوئنگ دس ود ہیزیٹیشن۔</w:t>
      </w:r>
    </w:p>
    <w:p>
      <w:r>
        <w:rPr>
          <w:b/>
        </w:rPr>
        <w:t xml:space="preserve">[51:43] </w:t>
      </w:r>
      <w:r>
        <w:t>Please, please excuse me if you think I am blowing my own trumpet.</w:t>
      </w:r>
    </w:p>
    <w:p>
      <w:pPr>
        <w:jc w:val="right"/>
      </w:pPr>
      <w:r>
        <w:t>پلیز، پلیز ایکسکیوز می اف یو تھنک آئی ایم بلوئنگ مائی اون ٹرمپٹ۔</w:t>
      </w:r>
    </w:p>
    <w:p>
      <w:r>
        <w:rPr>
          <w:b/>
        </w:rPr>
        <w:t xml:space="preserve">[51:48] </w:t>
      </w:r>
      <w:r>
        <w:t>so, amani alam, ulama aur dore jadeed, deen ki siyasi taabeer and aakhri safar.</w:t>
      </w:r>
    </w:p>
    <w:p>
      <w:pPr>
        <w:jc w:val="right"/>
      </w:pPr>
      <w:r>
        <w:t>سو، امنی عالم، علماء اور دور جدید، دین کی سیاسی تعبیر اینڈ آخری سفر۔</w:t>
      </w:r>
    </w:p>
    <w:p>
      <w:r>
        <w:rPr>
          <w:b/>
        </w:rPr>
        <w:t xml:space="preserve">[51:53] </w:t>
      </w:r>
      <w:r>
        <w:t>So in the last four months, I have translated these books.</w:t>
      </w:r>
    </w:p>
    <w:p>
      <w:pPr>
        <w:jc w:val="right"/>
      </w:pPr>
      <w:r>
        <w:t>سو ان دا لاسٹ فور منتھس، آئی ہیو ٹرانسلیٹڈ دیز بکس۔</w:t>
      </w:r>
    </w:p>
    <w:p>
      <w:r>
        <w:rPr>
          <w:b/>
        </w:rPr>
        <w:t xml:space="preserve">[51:57] </w:t>
      </w:r>
      <w:r>
        <w:t>And now, Sarah ji and Inayat ji are in Bangalore.</w:t>
      </w:r>
    </w:p>
    <w:p>
      <w:pPr>
        <w:jc w:val="right"/>
      </w:pPr>
      <w:r>
        <w:t>اینڈ ناؤ، سارہ جی اینڈ عنایت جی آر ان بینگلور۔</w:t>
      </w:r>
    </w:p>
    <w:p>
      <w:r>
        <w:rPr>
          <w:b/>
        </w:rPr>
        <w:t xml:space="preserve">[52:02] </w:t>
      </w:r>
      <w:r>
        <w:t>And of course, you know, there are, Maulana Urdu is very simple, especially the recent writings.</w:t>
      </w:r>
    </w:p>
    <w:p>
      <w:pPr>
        <w:jc w:val="right"/>
      </w:pPr>
      <w:r>
        <w:t>اینڈ اف کورس، یو نو، دیر آر، مولانا اردو از ویری سمپل، اسپیشلی دا ریسنٹ رائٹنگز۔</w:t>
      </w:r>
    </w:p>
    <w:p>
      <w:r>
        <w:rPr>
          <w:b/>
        </w:rPr>
        <w:t xml:space="preserve">[52:07] </w:t>
      </w:r>
      <w:r>
        <w:t>His earlier writings a little difficult, but his recent writings are quite simple.</w:t>
      </w:r>
    </w:p>
    <w:p>
      <w:pPr>
        <w:jc w:val="right"/>
      </w:pPr>
      <w:r>
        <w:t>ہز ایلیر رائٹنگز ا لٹل ڈیفیکلٹ، بٹ ہز ریسنٹ رائٹنگز آر کوائٹ سمپل۔</w:t>
      </w:r>
    </w:p>
    <w:p>
      <w:r>
        <w:rPr>
          <w:b/>
        </w:rPr>
        <w:t xml:space="preserve">[52:12] </w:t>
      </w:r>
      <w:r>
        <w:t>bat even there, there certain urdu, a certain arabic and persian words that i encounter, which i found</w:t>
      </w:r>
    </w:p>
    <w:p>
      <w:pPr>
        <w:jc w:val="right"/>
      </w:pPr>
      <w:r>
        <w:t>بٹ ایون دیر، دیر سرٹن اردو، ا سرٹن عربک اینڈ پرشین ورڈز دیٹ آئی انکاؤنٹر، وچ آئی فاؤنڈ</w:t>
      </w:r>
    </w:p>
    <w:p>
      <w:r>
        <w:rPr>
          <w:b/>
        </w:rPr>
        <w:t xml:space="preserve">[52:17] </w:t>
      </w:r>
      <w:r>
        <w:t>difficult to understand.</w:t>
      </w:r>
    </w:p>
    <w:p>
      <w:pPr>
        <w:jc w:val="right"/>
      </w:pPr>
      <w:r>
        <w:t>ڈیفیکلٹ ٹو انڈرسٹینڈ۔</w:t>
      </w:r>
    </w:p>
    <w:p>
      <w:r>
        <w:rPr>
          <w:b/>
        </w:rPr>
        <w:t xml:space="preserve">[52:22] </w:t>
      </w:r>
      <w:r>
        <w:t>but Inayat ji is always there.</w:t>
      </w:r>
    </w:p>
    <w:p>
      <w:pPr>
        <w:jc w:val="right"/>
      </w:pPr>
      <w:r>
        <w:t>بٹ عنایت جی از آلویز دیر۔</w:t>
      </w:r>
    </w:p>
    <w:p>
      <w:r>
        <w:rPr>
          <w:b/>
        </w:rPr>
        <w:t xml:space="preserve">[52:27] </w:t>
      </w:r>
      <w:r>
        <w:t>and very sweetly he comes and helps me.</w:t>
      </w:r>
    </w:p>
    <w:p>
      <w:pPr>
        <w:jc w:val="right"/>
      </w:pPr>
      <w:r>
        <w:t>اینڈ ویری سویٹلی ہی کمز اینڈ ہیلپس می۔</w:t>
      </w:r>
    </w:p>
    <w:p>
      <w:r>
        <w:rPr>
          <w:b/>
        </w:rPr>
        <w:t xml:space="preserve">[52:32] </w:t>
      </w:r>
      <w:r>
        <w:t>so we, well, i wouldn't say that i have done it my own.</w:t>
      </w:r>
    </w:p>
    <w:p>
      <w:pPr>
        <w:jc w:val="right"/>
      </w:pPr>
      <w:r>
        <w:t>سو وی، ویل، آئی وڈنٹ سی دیٹ آئی ہیو ڈن اٹ مائی اون۔</w:t>
      </w:r>
    </w:p>
    <w:p>
      <w:r>
        <w:rPr>
          <w:b/>
        </w:rPr>
        <w:t xml:space="preserve">[52:37] </w:t>
      </w:r>
      <w:r>
        <w:t>the three of us have done this translation work together.</w:t>
      </w:r>
    </w:p>
    <w:p>
      <w:pPr>
        <w:jc w:val="right"/>
      </w:pPr>
      <w:r>
        <w:t>دا تھری آف اس ہیو ڈن دس ٹرانسلیشن ورک ٹوگیدر۔</w:t>
      </w:r>
    </w:p>
    <w:p>
      <w:r>
        <w:rPr>
          <w:b/>
        </w:rPr>
        <w:t xml:space="preserve">[52:41] </w:t>
      </w:r>
      <w:r>
        <w:t>and i think we done it, you know, a very okay job of it, right? so, because, you</w:t>
      </w:r>
    </w:p>
    <w:p>
      <w:pPr>
        <w:jc w:val="right"/>
      </w:pPr>
      <w:r>
        <w:t>اینڈ آئی تھنک وی ڈن اٹ، یو نو، ا ویری اوکے جاب آف اٹ، رائٹ؟ سو، بیکاز، یو</w:t>
      </w:r>
    </w:p>
    <w:p>
      <w:r>
        <w:rPr>
          <w:b/>
        </w:rPr>
        <w:t xml:space="preserve">[52:46] </w:t>
      </w:r>
      <w:r>
        <w:t>know, there is so many books Maulana has written, but i think relatively few of them have been</w:t>
      </w:r>
    </w:p>
    <w:p>
      <w:pPr>
        <w:jc w:val="right"/>
      </w:pPr>
      <w:r>
        <w:t>نو، دیر از سو مینی بکس مولانا ہیز رٹن، بٹ آئی تھنک ریلیٹولی فیو آف دیم ہیو بین</w:t>
      </w:r>
    </w:p>
    <w:p>
      <w:r>
        <w:rPr>
          <w:b/>
        </w:rPr>
        <w:t xml:space="preserve">[52:51] </w:t>
      </w:r>
      <w:r>
        <w:t>translated into English.</w:t>
      </w:r>
    </w:p>
    <w:p>
      <w:pPr>
        <w:jc w:val="right"/>
      </w:pPr>
      <w:r>
        <w:t>ٹرانسلیٹڈ انٹو انگلش۔</w:t>
      </w:r>
    </w:p>
    <w:p>
      <w:r>
        <w:rPr>
          <w:b/>
        </w:rPr>
        <w:t xml:space="preserve">[52:56] </w:t>
      </w:r>
      <w:r>
        <w:t>i mean, not too many of them.</w:t>
      </w:r>
    </w:p>
    <w:p>
      <w:pPr>
        <w:jc w:val="right"/>
      </w:pPr>
      <w:r>
        <w:t>آئی مین، ناٹ ٹو مینی آف دیم۔</w:t>
      </w:r>
    </w:p>
    <w:p>
      <w:r>
        <w:rPr>
          <w:b/>
        </w:rPr>
        <w:t xml:space="preserve">[53:01] </w:t>
      </w:r>
      <w:r>
        <w:t>Farida ji, of course, has done pioneering work.</w:t>
      </w:r>
    </w:p>
    <w:p>
      <w:pPr>
        <w:jc w:val="right"/>
      </w:pPr>
      <w:r>
        <w:t>فریدہ جی، اف کورس، ہیو ڈن پائنیئرنگ ورک۔</w:t>
      </w:r>
    </w:p>
    <w:p>
      <w:r>
        <w:rPr>
          <w:b/>
        </w:rPr>
        <w:t xml:space="preserve">[53:06] </w:t>
      </w:r>
      <w:r>
        <w:t>but she is the only person who's done this, besides her that, you know, not too many people doing this.</w:t>
      </w:r>
    </w:p>
    <w:p>
      <w:pPr>
        <w:jc w:val="right"/>
      </w:pPr>
      <w:r>
        <w:t>بٹ شی از دی اونلی پرسن ہوز ڈن دس، بیسائیڈز ہر دیٹ، یو نو، ناٹ ٹو مینی پیپل ڈوئنگ دس۔</w:t>
      </w:r>
    </w:p>
    <w:p>
      <w:r>
        <w:rPr>
          <w:b/>
        </w:rPr>
        <w:t xml:space="preserve">[53:11] </w:t>
      </w:r>
      <w:r>
        <w:t>so i think it's very important that Maulana writings should come out not only in English, but in</w:t>
      </w:r>
    </w:p>
    <w:p>
      <w:pPr>
        <w:jc w:val="right"/>
      </w:pPr>
      <w:r>
        <w:t>سو آئی تھنک اٹس ویری امپورٹنٹ دیٹ مولانا رائٹنگز شوڈ کم آؤٹ ناٹ اونلی ان انگلش، بٹ ان</w:t>
      </w:r>
    </w:p>
    <w:p>
      <w:r>
        <w:rPr>
          <w:b/>
        </w:rPr>
        <w:t xml:space="preserve">[53:16] </w:t>
      </w:r>
      <w:r>
        <w:t>other languages as well.</w:t>
      </w:r>
    </w:p>
    <w:p>
      <w:pPr>
        <w:jc w:val="right"/>
      </w:pPr>
      <w:r>
        <w:t>ادر لینگویجز از ویل۔</w:t>
      </w:r>
    </w:p>
    <w:p>
      <w:r>
        <w:rPr>
          <w:b/>
        </w:rPr>
        <w:t xml:space="preserve">[53:20] </w:t>
      </w:r>
      <w:r>
        <w:t>okay? so now, these four books that i have done, that we have done, sorry, i think Sarah</w:t>
      </w:r>
    </w:p>
    <w:p>
      <w:pPr>
        <w:jc w:val="right"/>
      </w:pPr>
      <w:r>
        <w:t>اوکے؟ سو ناؤ، دیز فور بکس دیٹ آئی ہیو ڈن، دیٹ وی ہیو ڈن، سوری، آئی تھنک سارہ</w:t>
      </w:r>
    </w:p>
    <w:p>
      <w:r>
        <w:rPr>
          <w:b/>
        </w:rPr>
        <w:t xml:space="preserve">[53:25] </w:t>
      </w:r>
      <w:r>
        <w:t>Niasni and ji will hopefully publish them soon.</w:t>
      </w:r>
    </w:p>
    <w:p>
      <w:pPr>
        <w:jc w:val="right"/>
      </w:pPr>
      <w:r>
        <w:t>نیاسنی اینڈ جی ول ہوپ فولی پبلش دیم سوون۔</w:t>
      </w:r>
    </w:p>
    <w:p>
      <w:r>
        <w:rPr>
          <w:b/>
        </w:rPr>
        <w:t xml:space="preserve">[53:30] </w:t>
      </w:r>
      <w:r>
        <w:t>another thing, now, i am talking about this because i just want to sort of share this.</w:t>
      </w:r>
    </w:p>
    <w:p>
      <w:pPr>
        <w:jc w:val="right"/>
      </w:pPr>
      <w:r>
        <w:t>انادر تھنگ، ناؤ، آئی ایم ٹاکنگ اباؤٹ دس بیکاز آئی جسٹ وانٹ ٹو سورٹ آف شیئر دس۔</w:t>
      </w:r>
    </w:p>
    <w:p>
      <w:r>
        <w:rPr>
          <w:b/>
        </w:rPr>
        <w:t xml:space="preserve">[53:35] </w:t>
      </w:r>
      <w:r>
        <w:t>maybe it will be an inspiration for others.</w:t>
      </w:r>
    </w:p>
    <w:p>
      <w:pPr>
        <w:jc w:val="right"/>
      </w:pPr>
      <w:r>
        <w:t>می بی اٹ ویل بی ان انسپیریشن فار ادرز۔</w:t>
      </w:r>
    </w:p>
    <w:p>
      <w:r>
        <w:rPr>
          <w:b/>
        </w:rPr>
        <w:t xml:space="preserve">[53:40] </w:t>
      </w:r>
      <w:r>
        <w:t>another thing that i do is, you know, whenever i get a sort of issue in my</w:t>
      </w:r>
    </w:p>
    <w:p>
      <w:pPr>
        <w:jc w:val="right"/>
      </w:pPr>
      <w:r>
        <w:t>انادر تھنگ دیٹ آئی ڈو از، یو نو، وین ایور آئی گیٹ ا سورٹ آف ایشو ان مائی</w:t>
      </w:r>
    </w:p>
    <w:p>
      <w:r>
        <w:rPr>
          <w:b/>
        </w:rPr>
        <w:t xml:space="preserve">[53:45] </w:t>
      </w:r>
      <w:r>
        <w:t>mind related to Islam, that i have sort of questions about.</w:t>
      </w:r>
    </w:p>
    <w:p>
      <w:pPr>
        <w:jc w:val="right"/>
      </w:pPr>
      <w:r>
        <w:t>مائنڈ ریلیٹڈ ٹو اسلام، دیٹ آئی ہیو سورٹ آف کویسچنز اباؤٹ۔</w:t>
      </w:r>
    </w:p>
    <w:p>
      <w:r>
        <w:rPr>
          <w:b/>
        </w:rPr>
        <w:t xml:space="preserve">[53:50] </w:t>
      </w:r>
      <w:r>
        <w:t>and i would like Maulana to, you know, give us his views.</w:t>
      </w:r>
    </w:p>
    <w:p>
      <w:pPr>
        <w:jc w:val="right"/>
      </w:pPr>
      <w:r>
        <w:t>اینڈ آئی وڈ لائک مولانا ٹو، یو نو، گیو اس ہز ویوز۔</w:t>
      </w:r>
    </w:p>
    <w:p>
      <w:r>
        <w:rPr>
          <w:b/>
        </w:rPr>
        <w:t xml:space="preserve">[53:55] </w:t>
      </w:r>
      <w:r>
        <w:t>so what i do is, i make, i just suppose there is a particular issue.</w:t>
      </w:r>
    </w:p>
    <w:p>
      <w:pPr>
        <w:jc w:val="right"/>
      </w:pPr>
      <w:r>
        <w:t>سو واٹ آئی ڈو از، آئی میک، آئی جسٹ سپوز دیر از ا پرٹیکولر ایشو۔</w:t>
      </w:r>
    </w:p>
    <w:p>
      <w:r>
        <w:rPr>
          <w:b/>
        </w:rPr>
        <w:t xml:space="preserve">[54:00] </w:t>
      </w:r>
      <w:r>
        <w:t>then i think of it in my mind and i develop a set of questions.</w:t>
      </w:r>
    </w:p>
    <w:p>
      <w:pPr>
        <w:jc w:val="right"/>
      </w:pPr>
      <w:r>
        <w:t>دین آئی تھنک آف اٹ ان مائی مائنڈ اینڈ آئی ڈیویلپ ا سیٹ آف کویسچنز۔</w:t>
      </w:r>
    </w:p>
    <w:p>
      <w:r>
        <w:rPr>
          <w:b/>
        </w:rPr>
        <w:t xml:space="preserve">[54:04] </w:t>
      </w:r>
      <w:r>
        <w:t>and then i email the questions.</w:t>
      </w:r>
    </w:p>
    <w:p>
      <w:pPr>
        <w:jc w:val="right"/>
      </w:pPr>
      <w:r>
        <w:t>اینڈ دین آئی ای میل دا کویسچنز۔</w:t>
      </w:r>
    </w:p>
    <w:p>
      <w:r>
        <w:rPr>
          <w:b/>
        </w:rPr>
        <w:t xml:space="preserve">[54:09] </w:t>
      </w:r>
      <w:r>
        <w:t>i mean, earlier i was doing it to Raja.</w:t>
      </w:r>
    </w:p>
    <w:p>
      <w:pPr>
        <w:jc w:val="right"/>
      </w:pPr>
      <w:r>
        <w:t>آئی مین، ایلیر آئی واز ڈوئنگ اٹ ٹو راجہ۔</w:t>
      </w:r>
    </w:p>
    <w:p>
      <w:r>
        <w:rPr>
          <w:b/>
        </w:rPr>
        <w:t xml:space="preserve">[54:14] </w:t>
      </w:r>
      <w:r>
        <w:t>bat naow, i am doing it, i am sending the questions to mariyam.</w:t>
      </w:r>
    </w:p>
    <w:p>
      <w:pPr>
        <w:jc w:val="right"/>
      </w:pPr>
      <w:r>
        <w:t>بٹ ناؤ، آئی ایم ڈوئنگ اٹ، آئی ایم سینڈنگ دا کویسچنز ٹو مریم۔</w:t>
      </w:r>
    </w:p>
    <w:p>
      <w:r>
        <w:rPr>
          <w:b/>
        </w:rPr>
        <w:t xml:space="preserve">[54:19] </w:t>
      </w:r>
      <w:r>
        <w:t>And then she or he, they would sort of relate the questions to Maulana.</w:t>
      </w:r>
    </w:p>
    <w:p>
      <w:pPr>
        <w:jc w:val="right"/>
      </w:pPr>
      <w:r>
        <w:t>اینڈ دین شی اور ہی، دے وڈ سورٹ آف ریلیٹ دا کویسچنز ٹو مولانا۔</w:t>
      </w:r>
    </w:p>
    <w:p>
      <w:r>
        <w:rPr>
          <w:b/>
        </w:rPr>
        <w:t xml:space="preserve">[54:24] </w:t>
      </w:r>
      <w:r>
        <w:t>and maulana wahiduddin answer.</w:t>
      </w:r>
    </w:p>
    <w:p>
      <w:pPr>
        <w:jc w:val="right"/>
      </w:pPr>
      <w:r>
        <w:t>اینڈ مولانا وڈ دین انسر۔</w:t>
      </w:r>
    </w:p>
    <w:p>
      <w:r>
        <w:rPr>
          <w:b/>
        </w:rPr>
        <w:t xml:space="preserve">[54:29] </w:t>
      </w:r>
      <w:r>
        <w:t>And then they would email me back the answers.</w:t>
      </w:r>
    </w:p>
    <w:p>
      <w:pPr>
        <w:jc w:val="right"/>
      </w:pPr>
      <w:r>
        <w:t>اینڈ دین دے وڈ ای میل می بیک دا دی انسرز۔</w:t>
      </w:r>
    </w:p>
    <w:p>
      <w:r>
        <w:rPr>
          <w:b/>
        </w:rPr>
        <w:t xml:space="preserve">[54:34] </w:t>
      </w:r>
      <w:r>
        <w:t>And I would put the answers together in the form of an article, right? And the article, then</w:t>
      </w:r>
    </w:p>
    <w:p>
      <w:pPr>
        <w:jc w:val="right"/>
      </w:pPr>
      <w:r>
        <w:t>اینڈ آئی وڈ پٹ دی انسرز ٹوگیدر ان دا فارم آف ان آرٹیکل، رائٹ؟ اینڈ دی آرٹیکل، دین</w:t>
      </w:r>
    </w:p>
    <w:p>
      <w:r>
        <w:rPr>
          <w:b/>
        </w:rPr>
        <w:t xml:space="preserve">[54:39] </w:t>
      </w:r>
      <w:r>
        <w:t>I would, of course, attribute the article to Maulana.</w:t>
      </w:r>
    </w:p>
    <w:p>
      <w:pPr>
        <w:jc w:val="right"/>
      </w:pPr>
      <w:r>
        <w:t>آئی وڈ، اف کورس، اٹریبیوٹ دی آرٹیکل ٹو مولانا۔</w:t>
      </w:r>
    </w:p>
    <w:p>
      <w:r>
        <w:rPr>
          <w:b/>
        </w:rPr>
        <w:t xml:space="preserve">[54:44] </w:t>
      </w:r>
      <w:r>
        <w:t>And then I would send the article out on my email list.</w:t>
      </w:r>
    </w:p>
    <w:p>
      <w:pPr>
        <w:jc w:val="right"/>
      </w:pPr>
      <w:r>
        <w:t>اینڈ دین آئی وڈ سینڈ دی آرٹیکل آؤٹ آن مائی ای میل لسٹ۔</w:t>
      </w:r>
    </w:p>
    <w:p>
      <w:r>
        <w:rPr>
          <w:b/>
        </w:rPr>
        <w:t xml:space="preserve">[54:48] </w:t>
      </w:r>
      <w:r>
        <w:t>And then the article would also come out in some websites, in some newspapers.</w:t>
      </w:r>
    </w:p>
    <w:p>
      <w:pPr>
        <w:jc w:val="right"/>
      </w:pPr>
      <w:r>
        <w:t>اینڈ دین دی آرٹیکل وڈ آل سو کم آؤٹ ان سم ویب سائٹس، ان سم نیوز پیپرز۔</w:t>
      </w:r>
    </w:p>
    <w:p>
      <w:r>
        <w:rPr>
          <w:b/>
        </w:rPr>
        <w:t xml:space="preserve">[54:53] </w:t>
      </w:r>
      <w:r>
        <w:t>I think Raja arranged for two of the articles to be published in Tehelka.</w:t>
      </w:r>
    </w:p>
    <w:p>
      <w:pPr>
        <w:jc w:val="right"/>
      </w:pPr>
      <w:r>
        <w:t>آئی تھنک راجہ ارینجڈ فار ٹو آف دی آرٹیکلز ٹو بی پبلشڈ ان تہلکہ۔</w:t>
      </w:r>
    </w:p>
    <w:p>
      <w:r>
        <w:rPr>
          <w:b/>
        </w:rPr>
        <w:t xml:space="preserve">[54:58] </w:t>
      </w:r>
      <w:r>
        <w:t>And then several of the articles, many of them have come out in this website called New Age Islam.</w:t>
      </w:r>
    </w:p>
    <w:p>
      <w:pPr>
        <w:jc w:val="right"/>
      </w:pPr>
      <w:r>
        <w:t>اینڈ دین سیرول آف دی آرٹیکلز، مینی آف دیم ہیو کم آؤٹ ان دس ویب سائٹ کالڈ نیو ایج اسلام۔</w:t>
      </w:r>
    </w:p>
    <w:p>
      <w:r>
        <w:rPr>
          <w:b/>
        </w:rPr>
        <w:t xml:space="preserve">[55:03] </w:t>
      </w:r>
      <w:r>
        <w:t>And then it was Bangalore-based Islamic Voice magazine.</w:t>
      </w:r>
    </w:p>
    <w:p>
      <w:pPr>
        <w:jc w:val="right"/>
      </w:pPr>
      <w:r>
        <w:t>اینڈ دین اٹ واز بینگلور بیسڈ اسلامک وائس میگزین۔</w:t>
      </w:r>
    </w:p>
    <w:p>
      <w:r>
        <w:rPr>
          <w:b/>
        </w:rPr>
        <w:t xml:space="preserve">[55:08] </w:t>
      </w:r>
      <w:r>
        <w:t>and so on and so forth.</w:t>
      </w:r>
    </w:p>
    <w:p>
      <w:pPr>
        <w:jc w:val="right"/>
      </w:pPr>
      <w:r>
        <w:t>اینڈ سو آن اینڈ سو فورتھ۔</w:t>
      </w:r>
    </w:p>
    <w:p>
      <w:r>
        <w:rPr>
          <w:b/>
        </w:rPr>
        <w:t xml:space="preserve">[55:13] </w:t>
      </w:r>
      <w:r>
        <w:t>So that's one way to put across Maulana's views to a wider audience, an English knowing audience.</w:t>
      </w:r>
    </w:p>
    <w:p>
      <w:pPr>
        <w:jc w:val="right"/>
      </w:pPr>
      <w:r>
        <w:t>سو دیٹس ون وے ٹو پٹ اکراس مولانا ویوز ٹو ا وائڈر آڈینس، ان انگلش نوئنگ آڈینس۔</w:t>
      </w:r>
    </w:p>
    <w:p>
      <w:r>
        <w:rPr>
          <w:b/>
        </w:rPr>
        <w:t xml:space="preserve">[55:18] </w:t>
      </w:r>
      <w:r>
        <w:t>So that's something that I have also been doing with the help of Raja and Maryam.</w:t>
      </w:r>
    </w:p>
    <w:p>
      <w:pPr>
        <w:jc w:val="right"/>
      </w:pPr>
      <w:r>
        <w:t>سو دیٹس سمٹھنگ دیٹ آئی ہیو آل سو بین ڈوئنگ ود دی ہیلپ آف راجہ اینڈ مریم۔</w:t>
      </w:r>
    </w:p>
    <w:p>
      <w:r>
        <w:rPr>
          <w:b/>
        </w:rPr>
        <w:t xml:space="preserve">[55:23] </w:t>
      </w:r>
      <w:r>
        <w:t>Now, I just want to share something about the translation work.</w:t>
      </w:r>
    </w:p>
    <w:p>
      <w:pPr>
        <w:jc w:val="right"/>
      </w:pPr>
      <w:r>
        <w:t>ناؤ، آئی جسٹ وانٹ ٹو شیئر سمٹھنگ اباؤٹ دا ٹرانسلیشن ورک۔</w:t>
      </w:r>
    </w:p>
    <w:p>
      <w:r>
        <w:rPr>
          <w:b/>
        </w:rPr>
        <w:t xml:space="preserve">[55:27] </w:t>
      </w:r>
      <w:r>
        <w:t>Now, as we know, most of, I mean, Maulana writes originally, of course, in Urdu, right? And now,</w:t>
      </w:r>
    </w:p>
    <w:p>
      <w:pPr>
        <w:jc w:val="right"/>
      </w:pPr>
      <w:r>
        <w:t>ناؤ، ایز وی نو، موسٹ آف، آئی مین، مولانا رائٹس اوریجنلی، اف کورس، ان اردو، رائٹ؟ اینڈ ناؤ،</w:t>
      </w:r>
    </w:p>
    <w:p>
      <w:r>
        <w:rPr>
          <w:b/>
        </w:rPr>
        <w:t xml:space="preserve">[55:32] </w:t>
      </w:r>
      <w:r>
        <w:t>Many of his books have been translated into other languages, not too many of them.</w:t>
      </w:r>
    </w:p>
    <w:p>
      <w:pPr>
        <w:jc w:val="right"/>
      </w:pPr>
      <w:r>
        <w:t>مینی آف ہز بکس ہیو بین ٹرانسلیٹڈ انٹو ادر لینگویجز، ناٹ ٹو مینی آف دیم۔</w:t>
      </w:r>
    </w:p>
    <w:p>
      <w:r>
        <w:rPr>
          <w:b/>
        </w:rPr>
        <w:t xml:space="preserve">[55:37] </w:t>
      </w:r>
      <w:r>
        <w:t>Now, the podcasts which happen every day and the videocast which happens once a week, is all</w:t>
      </w:r>
    </w:p>
    <w:p>
      <w:pPr>
        <w:jc w:val="right"/>
      </w:pPr>
      <w:r>
        <w:t>ناؤ، دا پوڈکاسٹس وچ ہیپن ایوری ڈے اینڈ دا ویڈیو کاسٹ وچ ہیپنز ونس او ویک، از آل</w:t>
      </w:r>
    </w:p>
    <w:p>
      <w:r>
        <w:rPr>
          <w:b/>
        </w:rPr>
        <w:t xml:space="preserve">[55:42] </w:t>
      </w:r>
      <w:r>
        <w:t>So in Urdu, which effectively means that Maulana's writings and his podcasts or videocasts are by large,</w:t>
      </w:r>
    </w:p>
    <w:p>
      <w:pPr>
        <w:jc w:val="right"/>
      </w:pPr>
      <w:r>
        <w:t>سو ان اردو، وچ ایفیکٹولی مینز دیٹ مولانا رائٹنگز اینڈ ہز پوڈکاسٹس اور ویڈیو کاسٹس آر بائی لارج،</w:t>
      </w:r>
    </w:p>
    <w:p>
      <w:r>
        <w:rPr>
          <w:b/>
        </w:rPr>
        <w:t xml:space="preserve">[55:47] </w:t>
      </w:r>
      <w:r>
        <w:t>You know, accessible to an Urdu-knowing, that is a North Indian Muslim sort of audience, right? So</w:t>
      </w:r>
    </w:p>
    <w:p>
      <w:pPr>
        <w:jc w:val="right"/>
      </w:pPr>
      <w:r>
        <w:t>یو نو، ایکسیسبل ٹو ا اردو نوئنگ، دیٹ از ا نارتھ انڈین مسلم سورٹ آف آڈینس، رائٹ؟ سو</w:t>
      </w:r>
    </w:p>
    <w:p>
      <w:r>
        <w:rPr>
          <w:b/>
        </w:rPr>
        <w:t xml:space="preserve">[55:52] </w:t>
      </w:r>
      <w:r>
        <w:t>Muslims who don't know Urdu, as well as non-Muslims who don't know Urdu, don't have access to</w:t>
      </w:r>
    </w:p>
    <w:p>
      <w:pPr>
        <w:jc w:val="right"/>
      </w:pPr>
      <w:r>
        <w:t>مسلمز ہو ڈونٹ نو اردو، ایز ویل ایز نان مسلمز ہو ڈونٹ نو اردو، ڈونٹ ہیو ایکسیس ٹو</w:t>
      </w:r>
    </w:p>
    <w:p>
      <w:r>
        <w:rPr>
          <w:b/>
        </w:rPr>
        <w:t xml:space="preserve">[55:57] </w:t>
      </w:r>
      <w:r>
        <w:t>his writings, I mean, to many of his writings and to all his podcasts and video casts.</w:t>
      </w:r>
    </w:p>
    <w:p>
      <w:pPr>
        <w:jc w:val="right"/>
      </w:pPr>
      <w:r>
        <w:t>ہز رائٹنگز، آئی مین، ٹو مینی آف ہز رائٹنگز اینڈ ٹو آل ہز پوڈکاسٹس اینڈ ویڈیو کاسٹس۔</w:t>
      </w:r>
    </w:p>
    <w:p>
      <w:r>
        <w:rPr>
          <w:b/>
        </w:rPr>
        <w:t xml:space="preserve">[56:02] </w:t>
      </w:r>
      <w:r>
        <w:t>So I think it's very important that attention be given to the translation work.</w:t>
      </w:r>
    </w:p>
    <w:p>
      <w:pPr>
        <w:jc w:val="right"/>
      </w:pPr>
      <w:r>
        <w:t>سو آئی تھنک اٹس ویری امپورٹنٹ دیٹ اٹینشن بی گیون ٹو دا ٹرانسلیشن ورک۔</w:t>
      </w:r>
    </w:p>
    <w:p>
      <w:r>
        <w:rPr>
          <w:b/>
        </w:rPr>
        <w:t xml:space="preserve">[56:07] </w:t>
      </w:r>
      <w:r>
        <w:t>naow, see, i am not a linguist.</w:t>
      </w:r>
    </w:p>
    <w:p>
      <w:pPr>
        <w:jc w:val="right"/>
      </w:pPr>
      <w:r>
        <w:t>ناؤ، سی، آئی ایم ناٹ ا لنگوسٹ۔</w:t>
      </w:r>
    </w:p>
    <w:p>
      <w:r>
        <w:rPr>
          <w:b/>
        </w:rPr>
        <w:t xml:space="preserve">[56:11] </w:t>
      </w:r>
      <w:r>
        <w:t>I haven't been trained in Urdu, as I said, I haven't studied Urdu formally, right? Maine khud</w:t>
      </w:r>
    </w:p>
    <w:p>
      <w:pPr>
        <w:jc w:val="right"/>
      </w:pPr>
      <w:r>
        <w:t>آئی ہیونٹ بین ٹرینڈ ان اردو، ایز آئی سیڈ، آئی ہیونٹ سٹڈی اردو فارملی، رائٹ؟ می نے خود</w:t>
      </w:r>
    </w:p>
    <w:p>
      <w:r>
        <w:rPr>
          <w:b/>
        </w:rPr>
        <w:t xml:space="preserve">[56:16] </w:t>
      </w:r>
      <w:r>
        <w:t>اپنا، مینی ذاتی مطالعہ سے، I sort of learned Urdu.</w:t>
      </w:r>
    </w:p>
    <w:p>
      <w:pPr>
        <w:jc w:val="right"/>
      </w:pPr>
      <w:r>
        <w:t>اپنا، مینی ذاتی مطالعہ سے، آئی سورٹ آف لرنڈ اردو۔</w:t>
      </w:r>
    </w:p>
    <w:p>
      <w:r>
        <w:rPr>
          <w:b/>
        </w:rPr>
        <w:t xml:space="preserve">[56:21] </w:t>
      </w:r>
      <w:r>
        <w:t>And I am not an expert in English, because that was not my subject.</w:t>
      </w:r>
    </w:p>
    <w:p>
      <w:pPr>
        <w:jc w:val="right"/>
      </w:pPr>
      <w:r>
        <w:t>اینڈ آئی ایم ناٹ ان ایکسپرٹ ان انگلش، بیکاز دیٹ واز ناٹ مائی سبجیکٹ۔</w:t>
      </w:r>
    </w:p>
    <w:p>
      <w:r>
        <w:rPr>
          <w:b/>
        </w:rPr>
        <w:t xml:space="preserve">[56:26] </w:t>
      </w:r>
      <w:r>
        <w:t>I mean, I haven't been trained in sociology.</w:t>
      </w:r>
    </w:p>
    <w:p>
      <w:pPr>
        <w:jc w:val="right"/>
      </w:pPr>
      <w:r>
        <w:t>آئی مین، آئی ہیونٹ بین ٹرینڈ ان سوشیالوجی۔</w:t>
      </w:r>
    </w:p>
    <w:p>
      <w:r>
        <w:rPr>
          <w:b/>
        </w:rPr>
        <w:t xml:space="preserve">[56:31] </w:t>
      </w:r>
      <w:r>
        <w:t>But still, I think, I mean, I don't do a feel, I don't do a bad job of my translation.</w:t>
      </w:r>
    </w:p>
    <w:p>
      <w:pPr>
        <w:jc w:val="right"/>
      </w:pPr>
      <w:r>
        <w:t>بٹ سٹل، آئی تھنک، آئی مین، آئی ڈونٹ ڈو ا فیل، آئی ڈونٹ ڈو ا بیڈ جاب آف مائی ٹرانسلیشن۔</w:t>
      </w:r>
    </w:p>
    <w:p>
      <w:r>
        <w:rPr>
          <w:b/>
        </w:rPr>
        <w:t xml:space="preserve">[56:36] </w:t>
      </w:r>
      <w:r>
        <w:t>so you don't have to be, like, some people say ke hum kaise tarjuma kar sakte hain? hum</w:t>
      </w:r>
    </w:p>
    <w:p>
      <w:pPr>
        <w:jc w:val="right"/>
      </w:pPr>
      <w:r>
        <w:t>سو یو ڈونٹ ہیو ٹو بی، لائک، سم پیپل سی کہ ہم کیسے ترجمہ کر سکتے ہیں؟ ہم</w:t>
      </w:r>
    </w:p>
    <w:p>
      <w:r>
        <w:rPr>
          <w:b/>
        </w:rPr>
        <w:t xml:space="preserve">[56:41] </w:t>
      </w:r>
      <w:r>
        <w:t>تو، مینی، many people نہیں جانتے یا many people تمل نہیں جانتے۔</w:t>
      </w:r>
    </w:p>
    <w:p>
      <w:pPr>
        <w:jc w:val="right"/>
      </w:pPr>
      <w:r>
        <w:t>تو، مینی، مایاری بنگلہ نہیں جانتے یا مایاری تمل نہیں جانتے۔</w:t>
      </w:r>
    </w:p>
    <w:p>
      <w:r>
        <w:rPr>
          <w:b/>
        </w:rPr>
        <w:t xml:space="preserve">[56:46] </w:t>
      </w:r>
      <w:r>
        <w:t>but is ki zarurat bhi nahin hai, because the translation should be done in a language that other people understand.</w:t>
      </w:r>
    </w:p>
    <w:p>
      <w:pPr>
        <w:jc w:val="right"/>
      </w:pPr>
      <w:r>
        <w:t>بٹ اس کی ضرورت بھی نہیں ہے، بیکاز دی ٹرانسلیشن شوڈ بی ڈن ان ا لینگویج دیٹ ادر پیپل انڈرسٹینڈ۔</w:t>
      </w:r>
    </w:p>
    <w:p>
      <w:r>
        <w:rPr>
          <w:b/>
        </w:rPr>
        <w:t xml:space="preserve">[56:51] </w:t>
      </w:r>
      <w:r>
        <w:t>that means aam fehm language, okay? so you don't need to know highly sanskritized hindi or very flowery</w:t>
      </w:r>
    </w:p>
    <w:p>
      <w:pPr>
        <w:jc w:val="right"/>
      </w:pPr>
      <w:r>
        <w:t>دیٹ مینز عام فہم لینگویج، اوکے؟ سو یو ڈونٹ نیڈ ٹو نو ہائیلی سنسکریٹائز ہندی اور ویری فلاوری</w:t>
      </w:r>
    </w:p>
    <w:p>
      <w:r>
        <w:rPr>
          <w:b/>
        </w:rPr>
        <w:t xml:space="preserve">[56:55] </w:t>
      </w:r>
      <w:r>
        <w:t>bengali or very, you know, sort of sophisticated tamil to translate maulana writings, because maulana writings are very simple.</w:t>
      </w:r>
    </w:p>
    <w:p>
      <w:pPr>
        <w:jc w:val="right"/>
      </w:pPr>
      <w:r>
        <w:t>بنگالی اور ویری، یو نو، سورٹ آف سوفیسٹیکیٹڈ تمل ٹو ٹرانسلیٹ مولانا رائٹنگز، بیکاز مولانا رائٹنگز آر ویری سمپل۔</w:t>
      </w:r>
    </w:p>
    <w:p>
      <w:r>
        <w:rPr>
          <w:b/>
        </w:rPr>
        <w:t xml:space="preserve">[57:00] </w:t>
      </w:r>
      <w:r>
        <w:t>so you can, if you know basic tamil, just suppose you are from tamil nadu, you know urdu,</w:t>
      </w:r>
    </w:p>
    <w:p>
      <w:pPr>
        <w:jc w:val="right"/>
      </w:pPr>
      <w:r>
        <w:t>سو یو کین، اف یو نو بیسک تمل، جسٹ سپوز یو آر فرام تمل نادو، یو نو اردو،</w:t>
      </w:r>
    </w:p>
    <w:p>
      <w:r>
        <w:rPr>
          <w:b/>
        </w:rPr>
        <w:t xml:space="preserve">[57:05] </w:t>
      </w:r>
      <w:r>
        <w:t>but you know basic tamil also.</w:t>
      </w:r>
    </w:p>
    <w:p>
      <w:pPr>
        <w:jc w:val="right"/>
      </w:pPr>
      <w:r>
        <w:t>بٹ یو نو بیسک تمل آل سو۔</w:t>
      </w:r>
    </w:p>
    <w:p>
      <w:r>
        <w:rPr>
          <w:b/>
        </w:rPr>
        <w:t xml:space="preserve">[57:10] </w:t>
      </w:r>
      <w:r>
        <w:t>you can do this translation work.</w:t>
      </w:r>
    </w:p>
    <w:p>
      <w:pPr>
        <w:jc w:val="right"/>
      </w:pPr>
      <w:r>
        <w:t>یو کین ڈو دس ٹرانسلیشن ورک۔</w:t>
      </w:r>
    </w:p>
    <w:p>
      <w:r>
        <w:rPr>
          <w:b/>
        </w:rPr>
        <w:t xml:space="preserve">[57:15] </w:t>
      </w:r>
      <w:r>
        <w:t>it doesn't require money.</w:t>
      </w:r>
    </w:p>
    <w:p>
      <w:pPr>
        <w:jc w:val="right"/>
      </w:pPr>
      <w:r>
        <w:t>اٹ ڈزنٹ ریکوائر منی۔</w:t>
      </w:r>
    </w:p>
    <w:p>
      <w:r>
        <w:rPr>
          <w:b/>
        </w:rPr>
        <w:t xml:space="preserve">[57:20] </w:t>
      </w:r>
      <w:r>
        <w:t>it doesn't require great organization.</w:t>
      </w:r>
    </w:p>
    <w:p>
      <w:pPr>
        <w:jc w:val="right"/>
      </w:pPr>
      <w:r>
        <w:t>اٹ ڈزنٹ ریکوائر گریٹ ارگنائزیشن۔</w:t>
      </w:r>
    </w:p>
    <w:p>
      <w:r>
        <w:rPr>
          <w:b/>
        </w:rPr>
        <w:t xml:space="preserve">[57:25] </w:t>
      </w:r>
      <w:r>
        <w:t>you don't have to give it to some other people.</w:t>
      </w:r>
    </w:p>
    <w:p>
      <w:pPr>
        <w:jc w:val="right"/>
      </w:pPr>
      <w:r>
        <w:t>یو ڈونٹ ہیو ٹو گیو اٹ ٹو سم ادر پیپل۔</w:t>
      </w:r>
    </w:p>
    <w:p>
      <w:r>
        <w:rPr>
          <w:b/>
        </w:rPr>
        <w:t xml:space="preserve">[57:30] </w:t>
      </w:r>
      <w:r>
        <w:t>you can do it among yourself.</w:t>
      </w:r>
    </w:p>
    <w:p>
      <w:pPr>
        <w:jc w:val="right"/>
      </w:pPr>
      <w:r>
        <w:t>یو کین ڈو اٹ امنگ یور سیلف۔</w:t>
      </w:r>
    </w:p>
    <w:p>
      <w:r>
        <w:rPr>
          <w:b/>
        </w:rPr>
        <w:t xml:space="preserve">[57:34] </w:t>
      </w:r>
      <w:r>
        <w:t>it can be a team work.</w:t>
      </w:r>
    </w:p>
    <w:p>
      <w:pPr>
        <w:jc w:val="right"/>
      </w:pPr>
      <w:r>
        <w:t>اٹ کین بی ا ٹیم ورک۔</w:t>
      </w:r>
    </w:p>
    <w:p>
      <w:r>
        <w:rPr>
          <w:b/>
        </w:rPr>
        <w:t xml:space="preserve">[57:39] </w:t>
      </w:r>
      <w:r>
        <w:t>just suppose you translate it into aam fehm tamil.</w:t>
      </w:r>
    </w:p>
    <w:p>
      <w:pPr>
        <w:jc w:val="right"/>
      </w:pPr>
      <w:r>
        <w:t>جسٹ سپوز یو ٹرانسلیٹ اٹ انٹو عام فہم تمل۔</w:t>
      </w:r>
    </w:p>
    <w:p>
      <w:r>
        <w:rPr>
          <w:b/>
        </w:rPr>
        <w:t xml:space="preserve">[57:44] </w:t>
      </w:r>
      <w:r>
        <w:t>aap tamil bhi jante hain, urdu bhi jante hain.</w:t>
      </w:r>
    </w:p>
    <w:p>
      <w:pPr>
        <w:jc w:val="right"/>
      </w:pPr>
      <w:r>
        <w:t>آپ تمل بھی جانتے ہیں، اردو بھی جانتے ہیں۔</w:t>
      </w:r>
    </w:p>
    <w:p>
      <w:r>
        <w:rPr>
          <w:b/>
        </w:rPr>
        <w:t xml:space="preserve">[57:49] </w:t>
      </w:r>
      <w:r>
        <w:t>to aap ne aam fehm tamil mein aap ne tarjuma kar liya is ko.</w:t>
      </w:r>
    </w:p>
    <w:p>
      <w:pPr>
        <w:jc w:val="right"/>
      </w:pPr>
      <w:r>
        <w:t>تو آپ نے عام فہم تمل میں آپ نے ترجمہ کر لیا اس کو۔</w:t>
      </w:r>
    </w:p>
    <w:p>
      <w:r>
        <w:rPr>
          <w:b/>
        </w:rPr>
        <w:t xml:space="preserve">[57:54] </w:t>
      </w:r>
      <w:r>
        <w:t>you might find, because some mistakes, what you can do is you can form a team.</w:t>
      </w:r>
    </w:p>
    <w:p>
      <w:pPr>
        <w:jc w:val="right"/>
      </w:pPr>
      <w:r>
        <w:t>یو مائٹ فائنڈ، کیونکہ سم مسٹیکس، واٹ یو کین ڈو از یو کین فارم ا ٹیم۔</w:t>
      </w:r>
    </w:p>
    <w:p>
      <w:r>
        <w:rPr>
          <w:b/>
        </w:rPr>
        <w:t xml:space="preserve">[57:59] </w:t>
      </w:r>
      <w:r>
        <w:t>you can show your translation to a friend who may know a little better tamil.</w:t>
      </w:r>
    </w:p>
    <w:p>
      <w:pPr>
        <w:jc w:val="right"/>
      </w:pPr>
      <w:r>
        <w:t>یو کین شو یور ٹرانسلیشن ٹو ا فرینڈ ہو می نو ا لٹل بیٹر تمل۔</w:t>
      </w:r>
    </w:p>
    <w:p>
      <w:r>
        <w:rPr>
          <w:b/>
        </w:rPr>
        <w:t xml:space="preserve">[58:04] </w:t>
      </w:r>
      <w:r>
        <w:t>he can comment on it.</w:t>
      </w:r>
    </w:p>
    <w:p>
      <w:pPr>
        <w:jc w:val="right"/>
      </w:pPr>
      <w:r>
        <w:t>ہی کین کمنٹ آن اٹ۔</w:t>
      </w:r>
    </w:p>
    <w:p>
      <w:r>
        <w:rPr>
          <w:b/>
        </w:rPr>
        <w:t xml:space="preserve">[58:09] </w:t>
      </w:r>
      <w:r>
        <w:t>so like while, you know, that way you can ask three or four people to do that.</w:t>
      </w:r>
    </w:p>
    <w:p>
      <w:pPr>
        <w:jc w:val="right"/>
      </w:pPr>
      <w:r>
        <w:t>سو لائک وائل، یو نو، دیٹ وے یو کین اسک تھری اور فور پیپل ٹو ڈو دیٹ۔</w:t>
      </w:r>
    </w:p>
    <w:p>
      <w:r>
        <w:rPr>
          <w:b/>
        </w:rPr>
        <w:t xml:space="preserve">[58:14] </w:t>
      </w:r>
      <w:r>
        <w:t>and as a team work, you can easily bring it out.</w:t>
      </w:r>
    </w:p>
    <w:p>
      <w:pPr>
        <w:jc w:val="right"/>
      </w:pPr>
      <w:r>
        <w:t>اینڈ ایز ا ٹیم ورک، یو کین ایزیلی برنگ اٹ آؤٹ۔</w:t>
      </w:r>
    </w:p>
    <w:p>
      <w:r>
        <w:rPr>
          <w:b/>
        </w:rPr>
        <w:t xml:space="preserve">[58:18] </w:t>
      </w:r>
      <w:r>
        <w:t>i don't think its difficult at all.</w:t>
      </w:r>
    </w:p>
    <w:p>
      <w:pPr>
        <w:jc w:val="right"/>
      </w:pPr>
      <w:r>
        <w:t>آئی ڈونٹ تھنک اٹس ڈیفیکلٹ ایٹ آل۔</w:t>
      </w:r>
    </w:p>
    <w:p>
      <w:r>
        <w:rPr>
          <w:b/>
        </w:rPr>
        <w:t xml:space="preserve">[58:23] </w:t>
      </w:r>
      <w:r>
        <w:t>and if you just have, there is a will, there is a way.</w:t>
      </w:r>
    </w:p>
    <w:p>
      <w:pPr>
        <w:jc w:val="right"/>
      </w:pPr>
      <w:r>
        <w:t>اینڈ اف یو جسٹ ہیو، دیر از ا ول، دیر از ا وے۔</w:t>
      </w:r>
    </w:p>
    <w:p>
      <w:r>
        <w:rPr>
          <w:b/>
        </w:rPr>
        <w:t xml:space="preserve">[58:28] </w:t>
      </w:r>
      <w:r>
        <w:t>You don't really have to think, "Where will we get the financial resources?" The financial problem</w:t>
      </w:r>
    </w:p>
    <w:p>
      <w:pPr>
        <w:jc w:val="right"/>
      </w:pPr>
      <w:r>
        <w:t>یو ڈونٹ ریلی ہیو ٹو تھنک کہ ہمیں مالی، وہ کہاں سے ملیں گے؟ ہمیں مالی جو مسئلہ</w:t>
      </w:r>
    </w:p>
    <w:p>
      <w:r>
        <w:rPr>
          <w:b/>
        </w:rPr>
        <w:t xml:space="preserve">[58:33] </w:t>
      </w:r>
      <w:r>
        <w:t>hai, is ko kaisay hal karein ge? ya mutarjim kahan se yeh hasil hogi? that is not a</w:t>
      </w:r>
    </w:p>
    <w:p>
      <w:pPr>
        <w:jc w:val="right"/>
      </w:pPr>
      <w:r>
        <w:t>ہے، اس کو کیسے حل کریں گے؟ یا مترجم کہاں سے یہ حاصل ہوگی؟ دیٹ از ناٹ ا</w:t>
      </w:r>
    </w:p>
    <w:p>
      <w:r>
        <w:rPr>
          <w:b/>
        </w:rPr>
        <w:t xml:space="preserve">[58:38] </w:t>
      </w:r>
      <w:r>
        <w:t>major issue, because that you can do your self.</w:t>
      </w:r>
    </w:p>
    <w:p>
      <w:pPr>
        <w:jc w:val="right"/>
      </w:pPr>
      <w:r>
        <w:t>میجر ایشو، بیکاز دیٹ یو کین ڈو یور سیلف۔</w:t>
      </w:r>
    </w:p>
    <w:p>
      <w:r>
        <w:rPr>
          <w:b/>
        </w:rPr>
        <w:t xml:space="preserve">[58:43] </w:t>
      </w:r>
      <w:r>
        <w:t>the intention being to translate it into every day language, not a literal language.</w:t>
      </w:r>
    </w:p>
    <w:p>
      <w:pPr>
        <w:jc w:val="right"/>
      </w:pPr>
      <w:r>
        <w:t>دی انٹینشن بینگ ٹو ٹرانسلیٹ اٹ انٹو ایوری ڈے لینگویج، ناٹ ا لٹری لینگویج۔</w:t>
      </w:r>
    </w:p>
    <w:p>
      <w:r>
        <w:rPr>
          <w:b/>
        </w:rPr>
        <w:t xml:space="preserve">[58:48] </w:t>
      </w:r>
      <w:r>
        <w:t>similarly with the podcast and the video cast, it happens every, the podcast happens every day.</w:t>
      </w:r>
    </w:p>
    <w:p>
      <w:pPr>
        <w:jc w:val="right"/>
      </w:pPr>
      <w:r>
        <w:t>سمیلرلی ود دا پوڈکاسٹ اینڈ دا ویڈیو کاسٹ، اٹ ہیپنز ایوری، دا پوڈکاسٹ ہیپنز ایوری ڈے۔</w:t>
      </w:r>
    </w:p>
    <w:p>
      <w:r>
        <w:rPr>
          <w:b/>
        </w:rPr>
        <w:t xml:space="preserve">[58:53] </w:t>
      </w:r>
      <w:r>
        <w:t>but of course, this is available only to people who know urdu.</w:t>
      </w:r>
    </w:p>
    <w:p>
      <w:pPr>
        <w:jc w:val="right"/>
      </w:pPr>
      <w:r>
        <w:t>بٹ اف کورس، دس از اویلیبل اونلی ٹو پیپل ہو نو اردو۔</w:t>
      </w:r>
    </w:p>
    <w:p>
      <w:r>
        <w:rPr>
          <w:b/>
        </w:rPr>
        <w:t xml:space="preserve">[58:58] </w:t>
      </w:r>
      <w:r>
        <w:t>so if there could be some arrangement where by these podcasts are transcribed in urdu, of course, and</w:t>
      </w:r>
    </w:p>
    <w:p>
      <w:pPr>
        <w:jc w:val="right"/>
      </w:pPr>
      <w:r>
        <w:t>سو اف دیر کڈ بی سم ارینجمنٹ ویر بائے دیز پوڈکاسٹس آر ٹرانسکرائب ان اردو، اف کورس، اینڈ</w:t>
      </w:r>
    </w:p>
    <w:p>
      <w:r>
        <w:rPr>
          <w:b/>
        </w:rPr>
        <w:t xml:space="preserve">[59:02] </w:t>
      </w:r>
      <w:r>
        <w:t>then later on, they can be published or translated.</w:t>
      </w:r>
    </w:p>
    <w:p>
      <w:pPr>
        <w:jc w:val="right"/>
      </w:pPr>
      <w:r>
        <w:t>دین لیٹر آن، دے کین بی پبلشڈ اور ٹرانسلیٹڈ۔</w:t>
      </w:r>
    </w:p>
    <w:p>
      <w:r>
        <w:rPr>
          <w:b/>
        </w:rPr>
        <w:t xml:space="preserve">[59:07] </w:t>
      </w:r>
      <w:r>
        <w:t>so i stop here.</w:t>
      </w:r>
    </w:p>
    <w:p>
      <w:pPr>
        <w:jc w:val="right"/>
      </w:pPr>
      <w:r>
        <w:t>سو آئی سٹاپ ہیر۔</w:t>
      </w:r>
    </w:p>
    <w:p>
      <w:r>
        <w:rPr>
          <w:b/>
        </w:rPr>
        <w:t xml:space="preserve">[59:12] </w:t>
      </w:r>
      <w:r>
        <w:t>i just want to, i want to say that this translation work that i am doing now, because</w:t>
      </w:r>
    </w:p>
    <w:p>
      <w:pPr>
        <w:jc w:val="right"/>
      </w:pPr>
      <w:r>
        <w:t>آئی جسٹ وانٹ ٹو، آئی وانٹ ٹو سی دیٹ دس ٹرانسلیشن ورک دیٹ آئی ایم ڈوئنگ ناو، بیکاز</w:t>
      </w:r>
    </w:p>
    <w:p>
      <w:r>
        <w:rPr>
          <w:b/>
        </w:rPr>
        <w:t xml:space="preserve">[59:17] </w:t>
      </w:r>
      <w:r>
        <w:t>it gives me a lot of meaning and solace.</w:t>
      </w:r>
    </w:p>
    <w:p>
      <w:pPr>
        <w:jc w:val="right"/>
      </w:pPr>
      <w:r>
        <w:t>اٹ گیوز می ا لاٹ آف میننگ اینڈ سولیس۔</w:t>
      </w:r>
    </w:p>
    <w:p>
      <w:r>
        <w:rPr>
          <w:b/>
        </w:rPr>
        <w:t xml:space="preserve">[59:22] </w:t>
      </w:r>
      <w:r>
        <w:t>it gives me both meaning in my life and it gives me a lot of solace.</w:t>
      </w:r>
    </w:p>
    <w:p>
      <w:pPr>
        <w:jc w:val="right"/>
      </w:pPr>
      <w:r>
        <w:t>اٹ گیوز می بوتھ میننگ ان مائی لائف اینڈ اٹ گیوز می ا لاٹ آف سولیس۔</w:t>
      </w:r>
    </w:p>
    <w:p>
      <w:r>
        <w:rPr>
          <w:b/>
        </w:rPr>
        <w:t xml:space="preserve">[59:27] </w:t>
      </w:r>
      <w:r>
        <w:t>so i am grateful to god for giving me this opportunity.</w:t>
      </w:r>
    </w:p>
    <w:p>
      <w:pPr>
        <w:jc w:val="right"/>
      </w:pPr>
      <w:r>
        <w:t>سو آئی ایم گریٹ فل ٹو گاڈ فار گیونگ می دس اپرچونیٹی۔</w:t>
      </w:r>
    </w:p>
    <w:p>
      <w:r>
        <w:rPr>
          <w:b/>
        </w:rPr>
        <w:t xml:space="preserve">[59:32] </w:t>
      </w:r>
      <w:r>
        <w:t>and i am grateful to maulana sahib.</w:t>
      </w:r>
    </w:p>
    <w:p>
      <w:pPr>
        <w:jc w:val="right"/>
      </w:pPr>
      <w:r>
        <w:t>اینڈ آئی ایم گریٹ فل ٹو مولانا صاحب۔</w:t>
      </w:r>
    </w:p>
    <w:p>
      <w:r>
        <w:rPr>
          <w:b/>
        </w:rPr>
        <w:t xml:space="preserve">[59:37] </w:t>
      </w:r>
      <w:r>
        <w:t>so thank you.</w:t>
      </w:r>
    </w:p>
    <w:p>
      <w:pPr>
        <w:jc w:val="right"/>
      </w:pPr>
      <w:r>
        <w:t>سو تھینک یو۔</w:t>
      </w:r>
    </w:p>
    <w:p>
      <w:r>
        <w:rPr>
          <w:b/>
        </w:rPr>
        <w:t xml:space="preserve">[59:42] </w:t>
      </w:r>
      <w:r>
        <w:t>Kya I would request now Sarah Apa to come here and share her experience? Bismillah Rehman-e-Rahim. Rabbi-shrah li sadri wa yassir li amri wahlul uqdatam mil lisani yafqahu qawli. Rabana lakal hamdu lakash shukr. Mujhe CPS mission se kya mila hai, woh share kar rahi hoon aap logon ke sath. Sun rahe ho sab log? Haan ji. Sunai de raha hai? Thoda sa zor se.</w:t>
      </w:r>
    </w:p>
    <w:p>
      <w:pPr>
        <w:jc w:val="right"/>
      </w:pPr>
      <w:r>
        <w:t>کیا آئی ووڈ ریکویسٹ ناؤ سارہ ابا ٹو کم ہیر اینڈ شیئر ہر ایکسپیرینس؟ بسم اللہ الرحمن الرحیم۔ رب اشرح لی صدری ویسر لی امری واحل العقدۃ من لسانی یفقہ قولی۔ ربنا لک الحمد لک الشکر۔ مجھے سی پی ایس مشن سے کیا ملا ہے، وہ شیئر کر رہی ہوں آپ لوگوں کے ساتھ۔ سن رہے ہو سب لوگ؟ ہاں جی۔ سنائی دے رہا ہے؟ تھوڑا سا زور سے۔</w:t>
      </w:r>
    </w:p>
    <w:p>
      <w:r>
        <w:rPr>
          <w:b/>
        </w:rPr>
        <w:t xml:space="preserve">[1:00:11] </w:t>
      </w:r>
      <w:r>
        <w:t>acha.</w:t>
      </w:r>
    </w:p>
    <w:p>
      <w:pPr>
        <w:jc w:val="right"/>
      </w:pPr>
      <w:r>
        <w:t>اچھا۔</w:t>
      </w:r>
    </w:p>
    <w:p>
      <w:r>
        <w:rPr>
          <w:b/>
        </w:rPr>
        <w:t xml:space="preserve">[1:00:16] </w:t>
      </w:r>
      <w:r>
        <w:t>mujhe cps mission se kya mila hai, woh share kar rahi hoon aap logon ke sath.</w:t>
      </w:r>
    </w:p>
    <w:p>
      <w:pPr>
        <w:jc w:val="right"/>
      </w:pPr>
      <w:r>
        <w:t>مجھے سی پی ایس مشن سے کیا ملا ہے، وہ شیئر کر رہی ہوں آپ لوگوں کے ساتھ۔</w:t>
      </w:r>
    </w:p>
    <w:p>
      <w:r>
        <w:rPr>
          <w:b/>
        </w:rPr>
        <w:t xml:space="preserve">[1:00:22] </w:t>
      </w:r>
      <w:r>
        <w:t>sab se pehli baat hai, main ne apne na janne ko jana hai.</w:t>
      </w:r>
    </w:p>
    <w:p>
      <w:pPr>
        <w:jc w:val="right"/>
      </w:pPr>
      <w:r>
        <w:t>سب سے پہلی بات ہے، میں نے اپنے نہ جاننے کو جانا ہے۔</w:t>
      </w:r>
    </w:p>
    <w:p>
      <w:r>
        <w:rPr>
          <w:b/>
        </w:rPr>
        <w:t xml:space="preserve">[1:00:28] </w:t>
      </w:r>
      <w:r>
        <w:t>dosra, bohat logon ke talks mein ya kitabon mein allah ki yaad ke baray mein main bohat sunti</w:t>
      </w:r>
    </w:p>
    <w:p>
      <w:pPr>
        <w:jc w:val="right"/>
      </w:pPr>
      <w:r>
        <w:t>دوسرا، بہت لوگوں کے ٹاکس میں یا کتابوں میں اللہ کی یاد کے بارے میں میں بہت سنتی</w:t>
      </w:r>
    </w:p>
    <w:p>
      <w:r>
        <w:rPr>
          <w:b/>
        </w:rPr>
        <w:t xml:space="preserve">[1:00:33] </w:t>
      </w:r>
      <w:r>
        <w:t>thi aur bohat parhi thi, lekin kisi ne bhi kis tarah yaad karna hai, yeh nahin bataya.</w:t>
      </w:r>
    </w:p>
    <w:p>
      <w:pPr>
        <w:jc w:val="right"/>
      </w:pPr>
      <w:r>
        <w:t>تھی اور بہت پڑھی تھی، لیکن کسی نے بھی کس طرح یاد کرنا ہے، یہ نہیں بتایا۔</w:t>
      </w:r>
    </w:p>
    <w:p>
      <w:r>
        <w:rPr>
          <w:b/>
        </w:rPr>
        <w:t xml:space="preserve">[1:00:39] </w:t>
      </w:r>
      <w:r>
        <w:t>yeh sare points maulana ne hi diye hain, aur sirf thore se nahin, har din ke liye naye points.</w:t>
      </w:r>
    </w:p>
    <w:p>
      <w:pPr>
        <w:jc w:val="right"/>
      </w:pPr>
      <w:r>
        <w:t>یہ سارے پوائنٹس مولانا نے ہی دیے ہیں، اور صرف تھوڑے سے نہیں، ہر دن کے لیے نئے پوائنٹس۔</w:t>
      </w:r>
    </w:p>
    <w:p>
      <w:r>
        <w:rPr>
          <w:b/>
        </w:rPr>
        <w:t xml:space="preserve">[1:00:45] </w:t>
      </w:r>
      <w:r>
        <w:t>sari creativity ki khwahish poori ho jati hai is se.</w:t>
      </w:r>
    </w:p>
    <w:p>
      <w:pPr>
        <w:jc w:val="right"/>
      </w:pPr>
      <w:r>
        <w:t>ساری کریٹیوٹی کی خواہش پوری ہو جاتی ہے اس سے۔</w:t>
      </w:r>
    </w:p>
    <w:p>
      <w:r>
        <w:rPr>
          <w:b/>
        </w:rPr>
        <w:t xml:space="preserve">[1:00:50] </w:t>
      </w:r>
      <w:r>
        <w:t>har lecture, har kitab, har jumlay mein ek nayi baat.</w:t>
      </w:r>
    </w:p>
    <w:p>
      <w:pPr>
        <w:jc w:val="right"/>
      </w:pPr>
      <w:r>
        <w:t>ہر لیکچر، ہر کتاب، ہر جملے میں ایک نئی بات۔</w:t>
      </w:r>
    </w:p>
    <w:p>
      <w:r>
        <w:rPr>
          <w:b/>
        </w:rPr>
        <w:t xml:space="preserve">[1:00:56] </w:t>
      </w:r>
      <w:r>
        <w:t>allah ka shukar bhi kaisa karna hai, woh bhi sab ke pas sirf arabic kuch alfaz hain jo</w:t>
      </w:r>
    </w:p>
    <w:p>
      <w:pPr>
        <w:jc w:val="right"/>
      </w:pPr>
      <w:r>
        <w:t>اللہ کا شکر بھی کیسا کرنا ہے، وہ بھی سب کے پاس صرف عربک کچھ الفاظ ہیں جو</w:t>
      </w:r>
    </w:p>
    <w:p>
      <w:r>
        <w:rPr>
          <w:b/>
        </w:rPr>
        <w:t xml:space="preserve">[1:01:02] </w:t>
      </w:r>
      <w:r>
        <w:t>chand dinon mein baray ritualistic ho jatay hain.</w:t>
      </w:r>
    </w:p>
    <w:p>
      <w:pPr>
        <w:jc w:val="right"/>
      </w:pPr>
      <w:r>
        <w:t>چند دنوں میں بڑے ریچولسٹک ہو جاتے ہیں۔</w:t>
      </w:r>
    </w:p>
    <w:p>
      <w:r>
        <w:rPr>
          <w:b/>
        </w:rPr>
        <w:t xml:space="preserve">[1:01:07] </w:t>
      </w:r>
      <w:r>
        <w:t>creativity ka shukr, wahi sahi shukr hai.</w:t>
      </w:r>
    </w:p>
    <w:p>
      <w:pPr>
        <w:jc w:val="right"/>
      </w:pPr>
      <w:r>
        <w:t>کریٹیوٹی کا شکر، وہی صحیح شکر ہے۔</w:t>
      </w:r>
    </w:p>
    <w:p>
      <w:r>
        <w:rPr>
          <w:b/>
        </w:rPr>
        <w:t xml:space="preserve">[1:01:13] </w:t>
      </w:r>
      <w:r>
        <w:t>phir doosri, is se aage, point of reference wali dua.</w:t>
      </w:r>
    </w:p>
    <w:p>
      <w:pPr>
        <w:jc w:val="right"/>
      </w:pPr>
      <w:r>
        <w:t>پھر دوسری، اس سے آگے، پوائنٹ آف ریفرنس والی دعا۔</w:t>
      </w:r>
    </w:p>
    <w:p>
      <w:r>
        <w:rPr>
          <w:b/>
        </w:rPr>
        <w:t xml:space="preserve">[1:01:19] </w:t>
      </w:r>
      <w:r>
        <w:t>yeh to mere liye oxygen ke barabar hai.</w:t>
      </w:r>
    </w:p>
    <w:p>
      <w:pPr>
        <w:jc w:val="right"/>
      </w:pPr>
      <w:r>
        <w:t>یہ تو میرے لیے آکسیجن کے برابر ہے۔</w:t>
      </w:r>
    </w:p>
    <w:p>
      <w:r>
        <w:rPr>
          <w:b/>
        </w:rPr>
        <w:t xml:space="preserve">[1:01:24] </w:t>
      </w:r>
      <w:r>
        <w:t>main kehti hoon sab log oxygen pe survive hoti hain, main dua par survive hoti hoon.</w:t>
      </w:r>
    </w:p>
    <w:p>
      <w:pPr>
        <w:jc w:val="right"/>
      </w:pPr>
      <w:r>
        <w:t>میں کہتی ہوں سب لوگ آکسیجن پہ سروائیو ہوتی ہیں، میں دعا پر سروائیو ہوتی ہوں۔</w:t>
      </w:r>
    </w:p>
    <w:p>
      <w:r>
        <w:rPr>
          <w:b/>
        </w:rPr>
        <w:t xml:space="preserve">[1:01:30] </w:t>
      </w:r>
      <w:r>
        <w:t>dekhiye, ek dua jo kitabon mein masjid mein dakhil hone ki dua ke unwan se likhi gayi hai,</w:t>
      </w:r>
    </w:p>
    <w:p>
      <w:pPr>
        <w:jc w:val="right"/>
      </w:pPr>
      <w:r>
        <w:t>دیکھیے، ایک دعا جو کتابوں میں مسجد میں داخل ہونے کی دعا کے عنوان سے لکھی گئی ہے،</w:t>
      </w:r>
    </w:p>
    <w:p>
      <w:r>
        <w:rPr>
          <w:b/>
        </w:rPr>
        <w:t xml:space="preserve">[1:01:36] </w:t>
      </w:r>
      <w:r>
        <w:t>Allah mere liye to rehmat ka darwaza khol de.</w:t>
      </w:r>
    </w:p>
    <w:p>
      <w:pPr>
        <w:jc w:val="right"/>
      </w:pPr>
      <w:r>
        <w:t>اللہ میرے لیے تو رحمت کا دروازہ کھول دے۔</w:t>
      </w:r>
    </w:p>
    <w:p>
      <w:r>
        <w:rPr>
          <w:b/>
        </w:rPr>
        <w:t xml:space="preserve">[1:01:41] </w:t>
      </w:r>
      <w:r>
        <w:t>main ise kahan parhti? jab Maulana ne point of reference wali dua sikhai to main jab center ka</w:t>
      </w:r>
    </w:p>
    <w:p>
      <w:pPr>
        <w:jc w:val="right"/>
      </w:pPr>
      <w:r>
        <w:t>میں اسے کہاں پڑھتی؟ جب مولانا نے پوائنٹ آف ریفرنس والی دعا سکھائی تو میں جب سینٹر کا</w:t>
      </w:r>
    </w:p>
    <w:p>
      <w:r>
        <w:rPr>
          <w:b/>
        </w:rPr>
        <w:t xml:space="preserve">[1:01:47] </w:t>
      </w:r>
      <w:r>
        <w:t>darwaza kholti hoon, phir Allah se kehti hoon, Allah yeh darwaza main tere liye khol rahi hoon, to</w:t>
      </w:r>
    </w:p>
    <w:p>
      <w:pPr>
        <w:jc w:val="right"/>
      </w:pPr>
      <w:r>
        <w:t>دروازہ کھولتی ہوں، پھر اللہ سے کہتی ہوں، اللہ یہ دروازہ میں تیرے لیے کھول رہی ہوں، تو</w:t>
      </w:r>
    </w:p>
    <w:p>
      <w:r>
        <w:rPr>
          <w:b/>
        </w:rPr>
        <w:t xml:space="preserve">[1:01:53] </w:t>
      </w:r>
      <w:r>
        <w:t>mere liye teri rehmat ka darwaza khol de.</w:t>
      </w:r>
    </w:p>
    <w:p>
      <w:pPr>
        <w:jc w:val="right"/>
      </w:pPr>
      <w:r>
        <w:t>میرے لیے تیری رحمت کا دروازہ کھول دے۔</w:t>
      </w:r>
    </w:p>
    <w:p>
      <w:r>
        <w:rPr>
          <w:b/>
        </w:rPr>
        <w:t xml:space="preserve">[1:01:58] </w:t>
      </w:r>
      <w:r>
        <w:t>quran rakhi hui almariyon kholti hoon to yahi dua mangti hoon.</w:t>
      </w:r>
    </w:p>
    <w:p>
      <w:pPr>
        <w:jc w:val="right"/>
      </w:pPr>
      <w:r>
        <w:t>قرآن رکھی ہوئی الماریوں کھولتی ہوں تو یہی دعا مانگتی ہوں۔</w:t>
      </w:r>
    </w:p>
    <w:p>
      <w:r>
        <w:rPr>
          <w:b/>
        </w:rPr>
        <w:t xml:space="preserve">[1:02:04] </w:t>
      </w:r>
      <w:r>
        <w:t>phir zindagi mein karne ka kaam seekha hai, jis ko daawa work kehte hain.</w:t>
      </w:r>
    </w:p>
    <w:p>
      <w:pPr>
        <w:jc w:val="right"/>
      </w:pPr>
      <w:r>
        <w:t>پھر زندگی میں کرنے کا کام سیکھا ہے، جس کو دعویٰ ورک کہتے ہیں۔</w:t>
      </w:r>
    </w:p>
    <w:p>
      <w:r>
        <w:rPr>
          <w:b/>
        </w:rPr>
        <w:t xml:space="preserve">[1:02:10] </w:t>
      </w:r>
      <w:r>
        <w:t>aur yeh daawa work jo meri samajh mein aya hai, woh yeh hai ke yeh tadap ke log</w:t>
      </w:r>
    </w:p>
    <w:p>
      <w:pPr>
        <w:jc w:val="right"/>
      </w:pPr>
      <w:r>
        <w:t>اور یہ دعویٰ ورک جو میری سمجھ میں آیا ہے، وہ یہ ہے کہ یہ تڑپ کہ لوگ</w:t>
      </w:r>
    </w:p>
    <w:p>
      <w:r>
        <w:rPr>
          <w:b/>
        </w:rPr>
        <w:t xml:space="preserve">[1:02:15] </w:t>
      </w:r>
      <w:r>
        <w:t>Allah ki azmat ko jano, Allah ko pehchano, Allah ka zikr kaseer karo, Allah ke creation plan ko</w:t>
      </w:r>
    </w:p>
    <w:p>
      <w:pPr>
        <w:jc w:val="right"/>
      </w:pPr>
      <w:r>
        <w:t>اللہ کی عظمت کو جانیں، اللہ کو پہچانیں، اللہ کا ذکر کثیر کریں، اللہ کے کریشن پلان کو</w:t>
      </w:r>
    </w:p>
    <w:p>
      <w:r>
        <w:rPr>
          <w:b/>
        </w:rPr>
        <w:t xml:space="preserve">[1:02:21] </w:t>
      </w:r>
      <w:r>
        <w:t>jano, jannat mein dakhle wale kaam karo.</w:t>
      </w:r>
    </w:p>
    <w:p>
      <w:pPr>
        <w:jc w:val="right"/>
      </w:pPr>
      <w:r>
        <w:t>جانیں، جنت میں داخلے والے کام کریں۔</w:t>
      </w:r>
    </w:p>
    <w:p>
      <w:r>
        <w:rPr>
          <w:b/>
        </w:rPr>
        <w:t xml:space="preserve">[1:02:27] </w:t>
      </w:r>
      <w:r>
        <w:t>yeh cheez jab hamare dil mein bhar jati hai to jab yeh bahar ati hai to is ka</w:t>
      </w:r>
    </w:p>
    <w:p>
      <w:pPr>
        <w:jc w:val="right"/>
      </w:pPr>
      <w:r>
        <w:t>یہ چیز جب ہمارے دل میں بھر جاتی ہے تو جب یہ باہر آتی ہے تو اس کا</w:t>
      </w:r>
    </w:p>
    <w:p>
      <w:r>
        <w:rPr>
          <w:b/>
        </w:rPr>
        <w:t xml:space="preserve">[1:02:32] </w:t>
      </w:r>
      <w:r>
        <w:t>naam daawa hai.</w:t>
      </w:r>
    </w:p>
    <w:p>
      <w:pPr>
        <w:jc w:val="right"/>
      </w:pPr>
      <w:r>
        <w:t>نام دعویٰ ہے۔</w:t>
      </w:r>
    </w:p>
    <w:p>
      <w:r>
        <w:rPr>
          <w:b/>
        </w:rPr>
        <w:t xml:space="preserve">[1:02:38] </w:t>
      </w:r>
      <w:r>
        <w:t>is tarap ka naam daawa hota hai.</w:t>
      </w:r>
    </w:p>
    <w:p>
      <w:pPr>
        <w:jc w:val="right"/>
      </w:pPr>
      <w:r>
        <w:t>اس تڑپ کا نام دعویٰ ہوتا ہے۔</w:t>
      </w:r>
    </w:p>
    <w:p>
      <w:r>
        <w:rPr>
          <w:b/>
        </w:rPr>
        <w:t xml:space="preserve">[1:02:44] </w:t>
      </w:r>
      <w:r>
        <w:t>sab tareeqa poochte rehte hain daawati kaam ka.</w:t>
      </w:r>
    </w:p>
    <w:p>
      <w:pPr>
        <w:jc w:val="right"/>
      </w:pPr>
      <w:r>
        <w:t>سب طریقہ پوچھتے رہتے ہیں دعوتی کام کا۔</w:t>
      </w:r>
    </w:p>
    <w:p>
      <w:r>
        <w:rPr>
          <w:b/>
        </w:rPr>
        <w:t xml:space="preserve">[1:02:49] </w:t>
      </w:r>
      <w:r>
        <w:t>mere paas is ke liye ek hi lafz hai.</w:t>
      </w:r>
    </w:p>
    <w:p>
      <w:pPr>
        <w:jc w:val="right"/>
      </w:pPr>
      <w:r>
        <w:t>میرے پاس اس کے لیے ایک ہی لفظ ہے۔</w:t>
      </w:r>
    </w:p>
    <w:p>
      <w:r>
        <w:rPr>
          <w:b/>
        </w:rPr>
        <w:t xml:space="preserve">[1:02:55] </w:t>
      </w:r>
      <w:r>
        <w:t>daawati kaam ka matlab hai tarap.</w:t>
      </w:r>
    </w:p>
    <w:p>
      <w:pPr>
        <w:jc w:val="right"/>
      </w:pPr>
      <w:r>
        <w:t>دعوتی کام کا مطلب ہے تڑپ۔</w:t>
      </w:r>
    </w:p>
    <w:p>
      <w:r>
        <w:rPr>
          <w:b/>
        </w:rPr>
        <w:t xml:space="preserve">[1:03:01] </w:t>
      </w:r>
      <w:r>
        <w:t>aur yeh tarap aap ko hikmat sikhaye gi.</w:t>
      </w:r>
    </w:p>
    <w:p>
      <w:pPr>
        <w:jc w:val="right"/>
      </w:pPr>
      <w:r>
        <w:t>اور یہ تڑپ آپ کو حکمت سکھائے گی۔</w:t>
      </w:r>
    </w:p>
    <w:p>
      <w:r>
        <w:rPr>
          <w:b/>
        </w:rPr>
        <w:t xml:space="preserve">[1:03:06] </w:t>
      </w:r>
      <w:r>
        <w:t>kis ke sath kya bolna hai, kab kya kaam karna hai.</w:t>
      </w:r>
    </w:p>
    <w:p>
      <w:pPr>
        <w:jc w:val="right"/>
      </w:pPr>
      <w:r>
        <w:t>کس کے ساتھ کیا بولنا ہے، کب کیا کام کرنا ہے۔</w:t>
      </w:r>
    </w:p>
    <w:p>
      <w:r>
        <w:rPr>
          <w:b/>
        </w:rPr>
        <w:t xml:space="preserve">[1:03:12] </w:t>
      </w:r>
      <w:r>
        <w:t>Allah angli pakar ke chalayen ge.</w:t>
      </w:r>
    </w:p>
    <w:p>
      <w:pPr>
        <w:jc w:val="right"/>
      </w:pPr>
      <w:r>
        <w:t>اللہ انگلی پکڑ کے چلائیں گے۔</w:t>
      </w:r>
    </w:p>
    <w:p>
      <w:r>
        <w:rPr>
          <w:b/>
        </w:rPr>
        <w:t xml:space="preserve">[1:03:18] </w:t>
      </w:r>
      <w:r>
        <w:t>yeh har din, har shakhs, har situation mein yeh ho raha hai.</w:t>
      </w:r>
    </w:p>
    <w:p>
      <w:pPr>
        <w:jc w:val="right"/>
      </w:pPr>
      <w:r>
        <w:t>یہ ہر دن، ہر شخص، ہر سچویشن میں یہ ہو رہا ہے۔</w:t>
      </w:r>
    </w:p>
    <w:p>
      <w:r>
        <w:rPr>
          <w:b/>
        </w:rPr>
        <w:t xml:space="preserve">[1:03:24] </w:t>
      </w:r>
      <w:r>
        <w:t>aur sab result ko le kar pareshan rehte hain.</w:t>
      </w:r>
    </w:p>
    <w:p>
      <w:pPr>
        <w:jc w:val="right"/>
      </w:pPr>
      <w:r>
        <w:t>اور سب رزلٹ کو لے کر پریشان رہتے ہیں۔</w:t>
      </w:r>
    </w:p>
    <w:p>
      <w:r>
        <w:rPr>
          <w:b/>
        </w:rPr>
        <w:t xml:space="preserve">[1:03:29] </w:t>
      </w:r>
      <w:r>
        <w:t>ek dafa aisa hua ke main Allah ka shukar ki ke Allah ne result hamare hath mein nahi diye.</w:t>
      </w:r>
    </w:p>
    <w:p>
      <w:pPr>
        <w:jc w:val="right"/>
      </w:pPr>
      <w:r>
        <w:t>ایک دفعہ ایسا ہوا کہ میں اللہ کا شکر کی کہ اللہ نے رزلٹ ہمارے ہاتھ میں نہیں دیے۔</w:t>
      </w:r>
    </w:p>
    <w:p>
      <w:r>
        <w:rPr>
          <w:b/>
        </w:rPr>
        <w:t xml:space="preserve">[1:03:35] </w:t>
      </w:r>
      <w:r>
        <w:t>kyunke ek shakhs se main mulaqat ke liye gayi thi to unhon ne itni achhi baat ki aur</w:t>
      </w:r>
    </w:p>
    <w:p>
      <w:pPr>
        <w:jc w:val="right"/>
      </w:pPr>
      <w:r>
        <w:t>کیونکہ ایک شخص سے میں ملاقات کے لیے گئی تھی تو انہوں نے اتنی اچھی بات کی اور</w:t>
      </w:r>
    </w:p>
    <w:p>
      <w:r>
        <w:rPr>
          <w:b/>
        </w:rPr>
        <w:t xml:space="preserve">[1:03:41] </w:t>
      </w:r>
      <w:r>
        <w:t>itna interest unhon ne dikhaya ke meri bahut umeed ban gayi un se.</w:t>
      </w:r>
    </w:p>
    <w:p>
      <w:pPr>
        <w:jc w:val="right"/>
      </w:pPr>
      <w:r>
        <w:t>اتنا انٹرسٹ انہوں نے دکھایا کہ میری بہت امید بن گئی ان سے۔</w:t>
      </w:r>
    </w:p>
    <w:p>
      <w:r>
        <w:rPr>
          <w:b/>
        </w:rPr>
        <w:t xml:space="preserve">[1:03:46] </w:t>
      </w:r>
      <w:r>
        <w:t>lekin baad mein pata chala ke woh sirf art of conversation istemal kar rahe the mere sath.</w:t>
      </w:r>
    </w:p>
    <w:p>
      <w:pPr>
        <w:jc w:val="right"/>
      </w:pPr>
      <w:r>
        <w:t>لیکن بعد میں پتہ چلا کہ وہ صرف آرٹ آف کانورزیشن استعمال کر رہے تھے میرے ساتھ۔</w:t>
      </w:r>
    </w:p>
    <w:p>
      <w:r>
        <w:rPr>
          <w:b/>
        </w:rPr>
        <w:t xml:space="preserve">[1:03:52] </w:t>
      </w:r>
      <w:r>
        <w:t>phir ek aur shakhs ke sath aisa hua ke mujhe laga ke woh sun bhi nahi rahe hain meri baat.</w:t>
      </w:r>
    </w:p>
    <w:p>
      <w:pPr>
        <w:jc w:val="right"/>
      </w:pPr>
      <w:r>
        <w:t>پھر ایک اور شخص کے ساتھ ایسا ہوا کہ مجھے لگا کہ وہ سن بھی نہیں رہے ہیں میری بات۔</w:t>
      </w:r>
    </w:p>
    <w:p>
      <w:r>
        <w:rPr>
          <w:b/>
        </w:rPr>
        <w:t xml:space="preserve">[1:03:58] </w:t>
      </w:r>
      <w:r>
        <w:t>lekin kuch dinon ke baad unhon ne aage interest dikhaya.</w:t>
      </w:r>
    </w:p>
    <w:p>
      <w:pPr>
        <w:jc w:val="right"/>
      </w:pPr>
      <w:r>
        <w:t>لیکن کچھ دنوں کے بعد انہوں نے آگے انٹرسٹ دکھایا۔</w:t>
      </w:r>
    </w:p>
    <w:p>
      <w:r>
        <w:rPr>
          <w:b/>
        </w:rPr>
        <w:t xml:space="preserve">[1:04:03] </w:t>
      </w:r>
      <w:r>
        <w:t>to yeh dono cheezon ko samne rakh kar ke main Allah ka shukar ada ki ke dekhiye andaroon</w:t>
      </w:r>
    </w:p>
    <w:p>
      <w:pPr>
        <w:jc w:val="right"/>
      </w:pPr>
      <w:r>
        <w:t>تو یہ دونوں چیزوں کو سامنے رکھ کر کے میں اللہ کا شکر ادا کی کہ دیکھیے اندرون</w:t>
      </w:r>
    </w:p>
    <w:p>
      <w:r>
        <w:rPr>
          <w:b/>
        </w:rPr>
        <w:t xml:space="preserve">[1:04:09] </w:t>
      </w:r>
      <w:r>
        <w:t>ki halat sirf Allah subhanahu wa ta'ala jante hain.</w:t>
      </w:r>
    </w:p>
    <w:p>
      <w:pPr>
        <w:jc w:val="right"/>
      </w:pPr>
      <w:r>
        <w:t>کی حالت صرف اللہ سبحانہ و تعالیٰ جانتے ہیں۔</w:t>
      </w:r>
    </w:p>
    <w:p>
      <w:r>
        <w:rPr>
          <w:b/>
        </w:rPr>
        <w:t xml:space="preserve">[1:04:15] </w:t>
      </w:r>
      <w:r>
        <w:t>yeh achha hai ke result unhon ne apne hath mein rakha hai.</w:t>
      </w:r>
    </w:p>
    <w:p>
      <w:pPr>
        <w:jc w:val="right"/>
      </w:pPr>
      <w:r>
        <w:t>یہ اچھا ہے کہ رزلٹ انہوں نے اپنے ہاتھ میں رکھا ہے۔</w:t>
      </w:r>
    </w:p>
    <w:p>
      <w:r>
        <w:rPr>
          <w:b/>
        </w:rPr>
        <w:t xml:space="preserve">[1:04:20] </w:t>
      </w:r>
      <w:r>
        <w:t>nahi to main kitni galti kar ja rahi hoon ke jo shakhs ko interest nahi hai, main samajh</w:t>
      </w:r>
    </w:p>
    <w:p>
      <w:pPr>
        <w:jc w:val="right"/>
      </w:pPr>
      <w:r>
        <w:t>نہیں تو میں کتنی غلطی کر جا رہی ہوں کہ جو شخص کو انٹرسٹ نہیں ہے، میں سمجھ</w:t>
      </w:r>
    </w:p>
    <w:p>
      <w:r>
        <w:rPr>
          <w:b/>
        </w:rPr>
        <w:t xml:space="preserve">[1:04:26] </w:t>
      </w:r>
      <w:r>
        <w:t>rahi hoon us ko interest hai, aur jis ko interest hai, mujhe woh nahi samajh mein aa raha hai.</w:t>
      </w:r>
    </w:p>
    <w:p>
      <w:pPr>
        <w:jc w:val="right"/>
      </w:pPr>
      <w:r>
        <w:t>رہی ہوں اس کو انٹرسٹ ہے، اور جس کو انٹرسٹ ہے، مجھے وہ نہیں سمجھ میں آ رہا ہے۔</w:t>
      </w:r>
    </w:p>
    <w:p>
      <w:r>
        <w:rPr>
          <w:b/>
        </w:rPr>
        <w:t xml:space="preserve">[1:04:32] </w:t>
      </w:r>
      <w:r>
        <w:t>aur is din mujhe yeh bhi laga ke da'wati kaam hi result hai.</w:t>
      </w:r>
    </w:p>
    <w:p>
      <w:pPr>
        <w:jc w:val="right"/>
      </w:pPr>
      <w:r>
        <w:t>اور اس دن مجھے یہ بھی لگا کہ دعوتی کام ہی رزلٹ ہے۔</w:t>
      </w:r>
    </w:p>
    <w:p>
      <w:r>
        <w:rPr>
          <w:b/>
        </w:rPr>
        <w:t xml:space="preserve">[1:04:37] </w:t>
      </w:r>
      <w:r>
        <w:t>aap kaam kar dein aur isi ko result samajh lein.</w:t>
      </w:r>
    </w:p>
    <w:p>
      <w:pPr>
        <w:jc w:val="right"/>
      </w:pPr>
      <w:r>
        <w:t>آپ کام کر دیں اور اسی کو رزلٹ سمجھ لیں۔</w:t>
      </w:r>
    </w:p>
    <w:p>
      <w:r>
        <w:rPr>
          <w:b/>
        </w:rPr>
        <w:t xml:space="preserve">[1:04:43] </w:t>
      </w:r>
      <w:r>
        <w:t>baqi sab Allah ke liye, Allah ke upar chhod dein.</w:t>
      </w:r>
    </w:p>
    <w:p>
      <w:pPr>
        <w:jc w:val="right"/>
      </w:pPr>
      <w:r>
        <w:t>باقی سب اللہ کے لیے، اللہ کے اوپر چھوڑ دیں۔</w:t>
      </w:r>
    </w:p>
    <w:p>
      <w:r>
        <w:rPr>
          <w:b/>
        </w:rPr>
        <w:t xml:space="preserve">[1:04:49] </w:t>
      </w:r>
      <w:r>
        <w:t>aur mujhe apa keh rahi thi ke mujhe kya kya qism ke kaam hote hain, mujhe yeh kehna hai.</w:t>
      </w:r>
    </w:p>
    <w:p>
      <w:pPr>
        <w:jc w:val="right"/>
      </w:pPr>
      <w:r>
        <w:t>اور مجھے آپا کہہ رہی تھیں کہ مجھے کیا کیا قسم کے کام ہوتے ہیں، مجھے یہ کہنا ہے۔</w:t>
      </w:r>
    </w:p>
    <w:p>
      <w:r>
        <w:rPr>
          <w:b/>
        </w:rPr>
        <w:t xml:space="preserve">[1:04:54] </w:t>
      </w:r>
      <w:r>
        <w:t>lekin is ke liye bahut zyada waqt lagega.</w:t>
      </w:r>
    </w:p>
    <w:p>
      <w:pPr>
        <w:jc w:val="right"/>
      </w:pPr>
      <w:r>
        <w:t>لیکن اس کے لیے بہت زیادہ وقت لگے گا۔</w:t>
      </w:r>
    </w:p>
    <w:p>
      <w:r>
        <w:rPr>
          <w:b/>
        </w:rPr>
        <w:t xml:space="preserve">[1:05:00] </w:t>
      </w:r>
      <w:r>
        <w:t>aur sari team mil kar ke kaam kar rahe hain.</w:t>
      </w:r>
    </w:p>
    <w:p>
      <w:pPr>
        <w:jc w:val="right"/>
      </w:pPr>
      <w:r>
        <w:t>اور ساری ٹیم مل کر کے کام کر رہے ہیں۔</w:t>
      </w:r>
    </w:p>
    <w:p>
      <w:r>
        <w:rPr>
          <w:b/>
        </w:rPr>
        <w:t xml:space="preserve">[1:05:06] </w:t>
      </w:r>
      <w:r>
        <w:t>main akeli nahi hoon.</w:t>
      </w:r>
    </w:p>
    <w:p>
      <w:pPr>
        <w:jc w:val="right"/>
      </w:pPr>
      <w:r>
        <w:t>میں اکیلی نہیں ہوں۔</w:t>
      </w:r>
    </w:p>
    <w:p>
      <w:r>
        <w:rPr>
          <w:b/>
        </w:rPr>
        <w:t xml:space="preserve">[1:05:11] </w:t>
      </w:r>
      <w:r>
        <w:t>is mein kuch internet requests hain, one on one appointments hain, interfaith dialogue hai, spirit of Islam</w:t>
      </w:r>
    </w:p>
    <w:p>
      <w:pPr>
        <w:jc w:val="right"/>
      </w:pPr>
      <w:r>
        <w:t>اس میں کچھ انٹرنیٹ ریکویسٹس ہیں، ون آن ون اپوائنٹمنٹس ہیں، انٹر فیتھ ڈائیلاگ ہے، سپرٹ آف اسلام</w:t>
      </w:r>
    </w:p>
    <w:p>
      <w:r>
        <w:rPr>
          <w:b/>
        </w:rPr>
        <w:t xml:space="preserve">[1:05:17] </w:t>
      </w:r>
      <w:r>
        <w:t>ka project hai, field work mein sales, book fairs, distribution during weddings, yeh sab cheezein hain.</w:t>
      </w:r>
    </w:p>
    <w:p>
      <w:pPr>
        <w:jc w:val="right"/>
      </w:pPr>
      <w:r>
        <w:t>کا پروجیکٹ ہے، فیلڈ ورک میں سیلز، بک فیئرز، ڈسٹریبیوشن ڈیورنگ ویڈنگز، یہ سب چیزیں ہیں۔</w:t>
      </w:r>
    </w:p>
    <w:p>
      <w:r>
        <w:rPr>
          <w:b/>
        </w:rPr>
        <w:t xml:space="preserve">[1:05:23] </w:t>
      </w:r>
      <w:r>
        <w:t>jab bhi mauqa mile, aise exchange kar sakte hain in cheezon ke bare mein, email pe sab.</w:t>
      </w:r>
    </w:p>
    <w:p>
      <w:pPr>
        <w:jc w:val="right"/>
      </w:pPr>
      <w:r>
        <w:t>جب بھی موقع ملے، ایسے ایکسچینج کر سکتے ہیں ان چیزوں کے بارے میں، ای میل پہ سب۔</w:t>
      </w:r>
    </w:p>
    <w:p>
      <w:r>
        <w:rPr>
          <w:b/>
        </w:rPr>
        <w:t xml:space="preserve">[1:05:28] </w:t>
      </w:r>
      <w:r>
        <w:t>yeh sab alag alag dhang se center mein kaam hote hain aur sari team hai.</w:t>
      </w:r>
    </w:p>
    <w:p>
      <w:pPr>
        <w:jc w:val="right"/>
      </w:pPr>
      <w:r>
        <w:t>یہ سب الگ الگ ڈھنگ سے سینٹر میں کام ہوتے ہیں اور ساری ٹیم ہے۔</w:t>
      </w:r>
    </w:p>
    <w:p>
      <w:r>
        <w:rPr>
          <w:b/>
        </w:rPr>
        <w:t xml:space="preserve">[1:05:34] </w:t>
      </w:r>
      <w:r>
        <w:t>koi main akeli nahi hoon.</w:t>
      </w:r>
    </w:p>
    <w:p>
      <w:pPr>
        <w:jc w:val="right"/>
      </w:pPr>
      <w:r>
        <w:t>کوئی میں اکیلی نہیں ہوں۔</w:t>
      </w:r>
    </w:p>
    <w:p>
      <w:r>
        <w:rPr>
          <w:b/>
        </w:rPr>
        <w:t xml:space="preserve">[1:05:40] </w:t>
      </w:r>
      <w:r>
        <w:t>to Allah subhanahu wa ta'ala se dua hai ke hamare kaam ko qabool kare aur hamein yeh kaam</w:t>
      </w:r>
    </w:p>
    <w:p>
      <w:pPr>
        <w:jc w:val="right"/>
      </w:pPr>
      <w:r>
        <w:t>تو اللہ سبحانہ و تعالیٰ سے دعا ہے کہ ہمارے کام کو قبول کرے اور ہمیں یہ کام</w:t>
      </w:r>
    </w:p>
    <w:p>
      <w:r>
        <w:rPr>
          <w:b/>
        </w:rPr>
        <w:t xml:space="preserve">[1:05:45] </w:t>
      </w:r>
      <w:r>
        <w:t>sahi dhang se karne ki hikmat ata farmaye.</w:t>
      </w:r>
    </w:p>
    <w:p>
      <w:pPr>
        <w:jc w:val="right"/>
      </w:pPr>
      <w:r>
        <w:t>صحیح ڈھنگ سے کرنے کی حکمت عطا فرمائے۔</w:t>
      </w:r>
    </w:p>
    <w:p>
      <w:r>
        <w:rPr>
          <w:b/>
        </w:rPr>
        <w:t xml:space="preserve">[1:05:51] </w:t>
      </w:r>
      <w:r>
        <w:t>aur phir dawati kaam kitna karna hai, is ke liye mujhe ek hi baat bohat achi tarah samajh</w:t>
      </w:r>
    </w:p>
    <w:p>
      <w:pPr>
        <w:jc w:val="right"/>
      </w:pPr>
      <w:r>
        <w:t>اور پھر دعوتی کام کتنا کرنا ہے، اس کے لیے مجھے ایک ہی بات بہت اچھی طرح سمجھ</w:t>
      </w:r>
    </w:p>
    <w:p>
      <w:r>
        <w:rPr>
          <w:b/>
        </w:rPr>
        <w:t xml:space="preserve">[1:05:57] </w:t>
      </w:r>
      <w:r>
        <w:t>mein aati hai.</w:t>
      </w:r>
    </w:p>
    <w:p>
      <w:pPr>
        <w:jc w:val="right"/>
      </w:pPr>
      <w:r>
        <w:t>میں آتی ہے۔</w:t>
      </w:r>
    </w:p>
    <w:p>
      <w:r>
        <w:rPr>
          <w:b/>
        </w:rPr>
        <w:t xml:space="preserve">[1:06:02] </w:t>
      </w:r>
      <w:r>
        <w:t>yeh mujhe kahin se mili thi baat, lekin mujhe yeh dawati kaam mein mujhe bohat fitting dikhai deti hai.</w:t>
      </w:r>
    </w:p>
    <w:p>
      <w:pPr>
        <w:jc w:val="right"/>
      </w:pPr>
      <w:r>
        <w:t>یہ مجھے کہیں سے ملی تھی بات، لیکن مجھے یہ دعوتی کام میں مجھے بہت فٹنگ دکھائی دیتی ہے۔</w:t>
      </w:r>
    </w:p>
    <w:p>
      <w:r>
        <w:rPr>
          <w:b/>
        </w:rPr>
        <w:t xml:space="preserve">[1:06:08] </w:t>
      </w:r>
      <w:r>
        <w:t>dekhiye, jab koi bhi talib ilm, students achi parhai kar lete hain, apna sabak yaad kar lete hain</w:t>
      </w:r>
    </w:p>
    <w:p>
      <w:pPr>
        <w:jc w:val="right"/>
      </w:pPr>
      <w:r>
        <w:t>دیکھیے، جب کوئی بھی طالب علم، سٹوڈنٹس اچھی پڑھائی کر لیتے ہیں، اپنا سبق یاد کر لیتے ہیں</w:t>
      </w:r>
    </w:p>
    <w:p>
      <w:r>
        <w:rPr>
          <w:b/>
        </w:rPr>
        <w:t xml:space="preserve">[1:06:14] </w:t>
      </w:r>
      <w:r>
        <w:t>to ustaad un ko chutti de dete hain.</w:t>
      </w:r>
    </w:p>
    <w:p>
      <w:pPr>
        <w:jc w:val="right"/>
      </w:pPr>
      <w:r>
        <w:t>تو استاد ان کو چھٹی دے دیتے ہیں۔</w:t>
      </w:r>
    </w:p>
    <w:p>
      <w:r>
        <w:rPr>
          <w:b/>
        </w:rPr>
        <w:t xml:space="preserve">[1:06:19] </w:t>
      </w:r>
      <w:r>
        <w:t>kehte hain aap ka sabak yaad ho gaya, aap chutti le lo.</w:t>
      </w:r>
    </w:p>
    <w:p>
      <w:pPr>
        <w:jc w:val="right"/>
      </w:pPr>
      <w:r>
        <w:t>کہتے ہیں آپ کا سبق یاد ہو گیا، آپ چھٹی لے لو۔</w:t>
      </w:r>
    </w:p>
    <w:p>
      <w:r>
        <w:rPr>
          <w:b/>
        </w:rPr>
        <w:t xml:space="preserve">[1:06:25] </w:t>
      </w:r>
      <w:r>
        <w:t>lekin yeh dawati kaam ka sabak jo Maulana ne diya hai, woh is ko kisi ne samajh liya</w:t>
      </w:r>
    </w:p>
    <w:p>
      <w:pPr>
        <w:jc w:val="right"/>
      </w:pPr>
      <w:r>
        <w:t>لیکن یہ دعوتی کام کا سبق جو مولانا نے دیا ہے، وہ اس کو کسی نے سمجھ لیا</w:t>
      </w:r>
    </w:p>
    <w:p>
      <w:r>
        <w:rPr>
          <w:b/>
        </w:rPr>
        <w:t xml:space="preserve">[1:06:31] </w:t>
      </w:r>
      <w:r>
        <w:t>to samjhiye is ke baad is ko chutti nahi hai. Jazak Allah.</w:t>
      </w:r>
    </w:p>
    <w:p>
      <w:pPr>
        <w:jc w:val="right"/>
      </w:pPr>
      <w:r>
        <w:t>تو سمجھیے اس کے بعد اس کو چھٹی نہیں ہے۔ جزاک اللہ۔</w:t>
      </w:r>
    </w:p>
    <w:p>
      <w:r>
        <w:rPr>
          <w:b/>
        </w:rPr>
        <w:t xml:space="preserve">[1:06:37] </w:t>
      </w:r>
      <w:r>
        <w:t>ab mein Naghma Apa ko kahoon ga ke woh aain aur apni baat karain. Assalam o Alaikum.</w:t>
      </w:r>
    </w:p>
    <w:p>
      <w:pPr>
        <w:jc w:val="right"/>
      </w:pPr>
      <w:r>
        <w:t>اب میں نغمہ آپا کو کہوں گا کہ وہ آئیں اور اپنی بات کریں۔ السلام علیکم۔</w:t>
      </w:r>
    </w:p>
    <w:p>
      <w:r>
        <w:rPr>
          <w:b/>
        </w:rPr>
        <w:t xml:space="preserve">[1:06:41] </w:t>
      </w:r>
      <w:r>
        <w:t>I am Naghma Siddiqui.</w:t>
      </w:r>
    </w:p>
    <w:p>
      <w:pPr>
        <w:jc w:val="right"/>
      </w:pPr>
      <w:r>
        <w:t>آئی ایم نغمہ صدیقی۔</w:t>
      </w:r>
    </w:p>
    <w:p>
      <w:r>
        <w:rPr>
          <w:b/>
        </w:rPr>
        <w:t xml:space="preserve">[1:06:45] </w:t>
      </w:r>
      <w:r>
        <w:t>I came to the CPS mission in 2004.</w:t>
      </w:r>
    </w:p>
    <w:p>
      <w:pPr>
        <w:jc w:val="right"/>
      </w:pPr>
      <w:r>
        <w:t>آئی کیم ٹو دا سی پی ایس مشن ان 2004۔</w:t>
      </w:r>
    </w:p>
    <w:p>
      <w:r>
        <w:rPr>
          <w:b/>
        </w:rPr>
        <w:t xml:space="preserve">[1:06:49] </w:t>
      </w:r>
      <w:r>
        <w:t>I feel that that is the turning point of my life, because before that all though I done</w:t>
      </w:r>
    </w:p>
    <w:p>
      <w:pPr>
        <w:jc w:val="right"/>
      </w:pPr>
      <w:r>
        <w:t>آئی فیل دیٹ دیٹ از دا ٹرننگ پوائنٹ آف مائی لائف، بیکاز بیفور دیٹ آل دو آئی ڈن</w:t>
      </w:r>
    </w:p>
    <w:p>
      <w:r>
        <w:rPr>
          <w:b/>
        </w:rPr>
        <w:t xml:space="preserve">[1:06:53] </w:t>
      </w:r>
      <w:r>
        <w:t>a lot of things, business, a lot of things in books, education.</w:t>
      </w:r>
    </w:p>
    <w:p>
      <w:pPr>
        <w:jc w:val="right"/>
      </w:pPr>
      <w:r>
        <w:t>ا لاٹ آف تھنگز، بزنس، ا لاٹ آف تھنگز ان بکس، ایجوکیشن۔</w:t>
      </w:r>
    </w:p>
    <w:p>
      <w:r>
        <w:rPr>
          <w:b/>
        </w:rPr>
        <w:t xml:space="preserve">[1:06:57] </w:t>
      </w:r>
      <w:r>
        <w:t>but and I have been as Maulana said that modern educated people are a specific target for us.</w:t>
      </w:r>
    </w:p>
    <w:p>
      <w:pPr>
        <w:jc w:val="right"/>
      </w:pPr>
      <w:r>
        <w:t>بٹ اینڈ آئی ہیو بین ایز مولانا سیڈ دیٹ ماڈرن ایجوکیٹڈ پیپل آر ا سپیسیفک ٹارگٹ فار اس۔</w:t>
      </w:r>
    </w:p>
    <w:p>
      <w:r>
        <w:rPr>
          <w:b/>
        </w:rPr>
        <w:t xml:space="preserve">[1:07:01] </w:t>
      </w:r>
      <w:r>
        <w:t>I am one of those.</w:t>
      </w:r>
    </w:p>
    <w:p>
      <w:pPr>
        <w:jc w:val="right"/>
      </w:pPr>
      <w:r>
        <w:t>آئی ایم ون آف دوز۔</w:t>
      </w:r>
    </w:p>
    <w:p>
      <w:r>
        <w:rPr>
          <w:b/>
        </w:rPr>
        <w:t xml:space="preserve">[1:07:05] </w:t>
      </w:r>
      <w:r>
        <w:t>I am convert educated and in secular schools and colleges.</w:t>
      </w:r>
    </w:p>
    <w:p>
      <w:pPr>
        <w:jc w:val="right"/>
      </w:pPr>
      <w:r>
        <w:t>آئی ایم کانورٹ ایجوکیٹڈ اینڈ ان سیکولر سکولز اینڈ کالجز۔</w:t>
      </w:r>
    </w:p>
    <w:p>
      <w:r>
        <w:rPr>
          <w:b/>
        </w:rPr>
        <w:t xml:space="preserve">[1:07:09] </w:t>
      </w:r>
      <w:r>
        <w:t>and I always wanted to things.</w:t>
      </w:r>
    </w:p>
    <w:p>
      <w:pPr>
        <w:jc w:val="right"/>
      </w:pPr>
      <w:r>
        <w:t>اینڈ آئی آلویز وانٹڈ ٹو تھنگز۔</w:t>
      </w:r>
    </w:p>
    <w:p>
      <w:r>
        <w:rPr>
          <w:b/>
        </w:rPr>
        <w:t xml:space="preserve">[1:07:13] </w:t>
      </w:r>
      <w:r>
        <w:t>I think Sarah you made all of us cry.</w:t>
      </w:r>
    </w:p>
    <w:p>
      <w:pPr>
        <w:jc w:val="right"/>
      </w:pPr>
      <w:r>
        <w:t>آئی تھنک سارہ یو میڈ آل آف اس کرائے۔</w:t>
      </w:r>
    </w:p>
    <w:p>
      <w:r>
        <w:rPr>
          <w:b/>
        </w:rPr>
        <w:t xml:space="preserve">[1:07:17] </w:t>
      </w:r>
      <w:r>
        <w:t>one was that I wanted to know Islam in a way that I could understand it.</w:t>
      </w:r>
    </w:p>
    <w:p>
      <w:pPr>
        <w:jc w:val="right"/>
      </w:pPr>
      <w:r>
        <w:t>ون واز دیٹ آئی وانٹڈ ٹو نو اسلام ان ا وے دیٹ آئی کڈ انڈرسٹینڈ اٹ۔</w:t>
      </w:r>
    </w:p>
    <w:p>
      <w:r>
        <w:rPr>
          <w:b/>
        </w:rPr>
        <w:t xml:space="preserve">[1:07:21] </w:t>
      </w:r>
      <w:r>
        <w:t>and secondly I wanted to do something for God.</w:t>
      </w:r>
    </w:p>
    <w:p>
      <w:pPr>
        <w:jc w:val="right"/>
      </w:pPr>
      <w:r>
        <w:t>اینڈ سیکنڈلی آئی وانٹڈ ٹو ڈو سمٹھنگ فار گاڈ۔</w:t>
      </w:r>
    </w:p>
    <w:p>
      <w:r>
        <w:rPr>
          <w:b/>
        </w:rPr>
        <w:t xml:space="preserve">[1:07:25] </w:t>
      </w:r>
      <w:r>
        <w:t>but for thirty years I was it was as if I couldn't understand.</w:t>
      </w:r>
    </w:p>
    <w:p>
      <w:pPr>
        <w:jc w:val="right"/>
      </w:pPr>
      <w:r>
        <w:t>بٹ فار تھرٹی ایئرز آئی واز اٹ واز ایز اف آئی کڈنٹ انڈرسٹینڈ۔</w:t>
      </w:r>
    </w:p>
    <w:p>
      <w:r>
        <w:rPr>
          <w:b/>
        </w:rPr>
        <w:t xml:space="preserve">[1:07:29] </w:t>
      </w:r>
      <w:r>
        <w:t>I read so many books.</w:t>
      </w:r>
    </w:p>
    <w:p>
      <w:pPr>
        <w:jc w:val="right"/>
      </w:pPr>
      <w:r>
        <w:t>آئی ریڈ سو مینی بکس۔</w:t>
      </w:r>
    </w:p>
    <w:p>
      <w:r>
        <w:rPr>
          <w:b/>
        </w:rPr>
        <w:t xml:space="preserve">[1:07:33] </w:t>
      </w:r>
      <w:r>
        <w:t>I couldn't understand Islam.</w:t>
      </w:r>
    </w:p>
    <w:p>
      <w:pPr>
        <w:jc w:val="right"/>
      </w:pPr>
      <w:r>
        <w:t>آئی کڈنٹ انڈرسٹینڈ اسلام۔</w:t>
      </w:r>
    </w:p>
    <w:p>
      <w:r>
        <w:rPr>
          <w:b/>
        </w:rPr>
        <w:t xml:space="preserve">[1:07:37] </w:t>
      </w:r>
      <w:r>
        <w:t>I felt there something wrong with me.</w:t>
      </w:r>
    </w:p>
    <w:p>
      <w:pPr>
        <w:jc w:val="right"/>
      </w:pPr>
      <w:r>
        <w:t>آئی فیلڈ دیر سمٹھنگ رونگ ود می۔</w:t>
      </w:r>
    </w:p>
    <w:p>
      <w:r>
        <w:rPr>
          <w:b/>
        </w:rPr>
        <w:t xml:space="preserve">[1:07:41] </w:t>
      </w:r>
      <w:r>
        <w:t>And when I would go to people that I want to do something for Islam, like for example</w:t>
      </w:r>
    </w:p>
    <w:p>
      <w:pPr>
        <w:jc w:val="right"/>
      </w:pPr>
      <w:r>
        <w:t>اینڈ وین آئی وڈ گو ٹو پیپل دیٹ آئی وانٹ ٹو ڈو سمٹھنگ فار اسلام، لائک فار ایگزیمپل</w:t>
      </w:r>
    </w:p>
    <w:p>
      <w:r>
        <w:rPr>
          <w:b/>
        </w:rPr>
        <w:t xml:space="preserve">[1:07:45] </w:t>
      </w:r>
      <w:r>
        <w:t>I went to a publisher.</w:t>
      </w:r>
    </w:p>
    <w:p>
      <w:pPr>
        <w:jc w:val="right"/>
      </w:pPr>
      <w:r>
        <w:t>آئی وینٹ ٹو ا پبلشر۔</w:t>
      </w:r>
    </w:p>
    <w:p>
      <w:r>
        <w:rPr>
          <w:b/>
        </w:rPr>
        <w:t xml:space="preserve">[1:07:49] </w:t>
      </w:r>
      <w:r>
        <w:t>aai waaz we have a publication hub and he waaz one of our distributors.</w:t>
      </w:r>
    </w:p>
    <w:p>
      <w:pPr>
        <w:jc w:val="right"/>
      </w:pPr>
      <w:r>
        <w:t>آئی واز وی ہیو ا پبلیکیشن ہب اینڈ ہی واز ون آف آور ڈسٹریبیوٹرز۔</w:t>
      </w:r>
    </w:p>
    <w:p>
      <w:r>
        <w:rPr>
          <w:b/>
        </w:rPr>
        <w:t xml:space="preserve">[1:07:53] </w:t>
      </w:r>
      <w:r>
        <w:t>he waaz translating a quran and publishing that.</w:t>
      </w:r>
    </w:p>
    <w:p>
      <w:pPr>
        <w:jc w:val="right"/>
      </w:pPr>
      <w:r>
        <w:t>ہی واز ٹرانسلیٹنگ ا قرآن اینڈ پبلشنگ دیٹ۔</w:t>
      </w:r>
    </w:p>
    <w:p>
      <w:r>
        <w:rPr>
          <w:b/>
        </w:rPr>
        <w:t xml:space="preserve">[1:07:57] </w:t>
      </w:r>
      <w:r>
        <w:t>so aai said aai want to do proof reading.</w:t>
      </w:r>
    </w:p>
    <w:p>
      <w:pPr>
        <w:jc w:val="right"/>
      </w:pPr>
      <w:r>
        <w:t>سو آئی سیڈ آئی وانٹ ٹو ڈو پروف ریڈنگ۔</w:t>
      </w:r>
    </w:p>
    <w:p>
      <w:r>
        <w:rPr>
          <w:b/>
        </w:rPr>
        <w:t xml:space="preserve">[1:08:01] </w:t>
      </w:r>
      <w:r>
        <w:t>and he just shunned me, first of all because aai waaz a woman.</w:t>
      </w:r>
    </w:p>
    <w:p>
      <w:pPr>
        <w:jc w:val="right"/>
      </w:pPr>
      <w:r>
        <w:t>اینڈ ہی جسٹ شنڈ می، فرسٹ آف آل بیکاز آئی واز ا وومن۔</w:t>
      </w:r>
    </w:p>
    <w:p>
      <w:r>
        <w:rPr>
          <w:b/>
        </w:rPr>
        <w:t xml:space="preserve">[1:08:05] </w:t>
      </w:r>
      <w:r>
        <w:t>and secondly aai waaz aai don't have the islamiat knowledge.</w:t>
      </w:r>
    </w:p>
    <w:p>
      <w:pPr>
        <w:jc w:val="right"/>
      </w:pPr>
      <w:r>
        <w:t>اینڈ سیکنڈلی آئی واز آئی ڈن ہیو دا اسلامیات نالج۔</w:t>
      </w:r>
    </w:p>
    <w:p>
      <w:r>
        <w:rPr>
          <w:b/>
        </w:rPr>
        <w:t xml:space="preserve">[1:08:09] </w:t>
      </w:r>
      <w:r>
        <w:t>And I felt that maybe something is wrong with me that God is not letting me understand Islam.</w:t>
      </w:r>
    </w:p>
    <w:p>
      <w:pPr>
        <w:jc w:val="right"/>
      </w:pPr>
      <w:r>
        <w:t>اینڈ آئی فیلڈ دیٹ می بی سمٹھنگ از رونگ ود می دیٹ گاڈ از ناٹ لیٹنگ می انڈرسٹینڈ اسلام۔</w:t>
      </w:r>
    </w:p>
    <w:p>
      <w:r>
        <w:rPr>
          <w:b/>
        </w:rPr>
        <w:t xml:space="preserve">[1:08:13] </w:t>
      </w:r>
      <w:r>
        <w:t>but when aai came to Maulana and just before that there was a series of deaths in our family.</w:t>
      </w:r>
    </w:p>
    <w:p>
      <w:pPr>
        <w:jc w:val="right"/>
      </w:pPr>
      <w:r>
        <w:t>بٹ وین آئی کیم ٹو مولانا اینڈ جسٹ بیفور دیٹ دیر واز ا سیریز آف ڈیتھس ان آور فیملی۔</w:t>
      </w:r>
    </w:p>
    <w:p>
      <w:r>
        <w:rPr>
          <w:b/>
        </w:rPr>
        <w:t xml:space="preserve">[1:08:17] </w:t>
      </w:r>
      <w:r>
        <w:t>and aai had all so fallen very ill.</w:t>
      </w:r>
    </w:p>
    <w:p>
      <w:pPr>
        <w:jc w:val="right"/>
      </w:pPr>
      <w:r>
        <w:t>اینڈ آئی ہیڈ آل سو فالن ویری ال۔</w:t>
      </w:r>
    </w:p>
    <w:p>
      <w:r>
        <w:rPr>
          <w:b/>
        </w:rPr>
        <w:t xml:space="preserve">[1:08:21] </w:t>
      </w:r>
      <w:r>
        <w:t>but when my sister and our died, aai just prayed to God.</w:t>
      </w:r>
    </w:p>
    <w:p>
      <w:pPr>
        <w:jc w:val="right"/>
      </w:pPr>
      <w:r>
        <w:t>بٹ وین مائی سسٹر اینڈ آور ڈائیڈ، آئی جسٹ پریڈ ٹو گاڈ۔</w:t>
      </w:r>
    </w:p>
    <w:p>
      <w:r>
        <w:rPr>
          <w:b/>
        </w:rPr>
        <w:t xml:space="preserve">[1:08:25] </w:t>
      </w:r>
      <w:r>
        <w:t>I said, "God, don't let me die before I understand what you want me to do."</w:t>
      </w:r>
    </w:p>
    <w:p>
      <w:pPr>
        <w:jc w:val="right"/>
      </w:pPr>
      <w:r>
        <w:t>آئی سیڈ گاڈ ڈونٹ لیٹ می ڈائی بیفور آئی انڈرسٹینڈ واٹ یو وانٹ می ٹو ڈو۔</w:t>
      </w:r>
    </w:p>
    <w:p>
      <w:r>
        <w:rPr>
          <w:b/>
        </w:rPr>
        <w:t xml:space="preserve">[1:08:29] </w:t>
      </w:r>
      <w:r>
        <w:t>and aai done it.</w:t>
      </w:r>
    </w:p>
    <w:p>
      <w:pPr>
        <w:jc w:val="right"/>
      </w:pPr>
      <w:r>
        <w:t>اینڈ آئی ڈن اٹ۔</w:t>
      </w:r>
    </w:p>
    <w:p>
      <w:r>
        <w:rPr>
          <w:b/>
        </w:rPr>
        <w:t xml:space="preserve">[1:08:33] </w:t>
      </w:r>
      <w:r>
        <w:t>with in two years he send me to Maulana.</w:t>
      </w:r>
    </w:p>
    <w:p>
      <w:pPr>
        <w:jc w:val="right"/>
      </w:pPr>
      <w:r>
        <w:t>ود ان ٹو ایئرز ہی سینڈ می ٹو مولانا۔</w:t>
      </w:r>
    </w:p>
    <w:p>
      <w:r>
        <w:rPr>
          <w:b/>
        </w:rPr>
        <w:t xml:space="preserve">[1:08:37] </w:t>
      </w:r>
      <w:r>
        <w:t>And in one session I understood exactly what I had to do.</w:t>
      </w:r>
    </w:p>
    <w:p>
      <w:pPr>
        <w:jc w:val="right"/>
      </w:pPr>
      <w:r>
        <w:t>اینڈ ان ون سیشن آئی انڈرسٹڈ ایگزیکٹلی واٹ آئی ہیڈ ٹو ڈو۔</w:t>
      </w:r>
    </w:p>
    <w:p>
      <w:r>
        <w:rPr>
          <w:b/>
        </w:rPr>
        <w:t xml:space="preserve">[1:08:41] </w:t>
      </w:r>
      <w:r>
        <w:t>aai understood what waaz Islam.</w:t>
      </w:r>
    </w:p>
    <w:p>
      <w:pPr>
        <w:jc w:val="right"/>
      </w:pPr>
      <w:r>
        <w:t>آئی انڈرسٹڈ واٹ واز اسلام۔</w:t>
      </w:r>
    </w:p>
    <w:p>
      <w:r>
        <w:rPr>
          <w:b/>
        </w:rPr>
        <w:t xml:space="preserve">[1:08:45] </w:t>
      </w:r>
      <w:r>
        <w:t>he explained the creation plan of God to me in one lecture of Maulana in maybe one hour.</w:t>
      </w:r>
    </w:p>
    <w:p>
      <w:pPr>
        <w:jc w:val="right"/>
      </w:pPr>
      <w:r>
        <w:t>ہی ایکسپلین دا کریشن پلان آف گاڈ ٹو می ان ون لیکچر آف مولانا ان می بی ون آور۔</w:t>
      </w:r>
    </w:p>
    <w:p>
      <w:r>
        <w:rPr>
          <w:b/>
        </w:rPr>
        <w:t xml:space="preserve">[1:08:49] </w:t>
      </w:r>
      <w:r>
        <w:t>aai said this makes sense.</w:t>
      </w:r>
    </w:p>
    <w:p>
      <w:pPr>
        <w:jc w:val="right"/>
      </w:pPr>
      <w:r>
        <w:t>آئی سیڈ دس میک سینس۔</w:t>
      </w:r>
    </w:p>
    <w:p>
      <w:r>
        <w:rPr>
          <w:b/>
        </w:rPr>
        <w:t xml:space="preserve">[1:08:53] </w:t>
      </w:r>
      <w:r>
        <w:t>This is exactly what is being in my mind.</w:t>
      </w:r>
    </w:p>
    <w:p>
      <w:pPr>
        <w:jc w:val="right"/>
      </w:pPr>
      <w:r>
        <w:t>دس از ایگزیکٹلی واٹ از بین ان مائی مائنڈ۔</w:t>
      </w:r>
    </w:p>
    <w:p>
      <w:r>
        <w:rPr>
          <w:b/>
        </w:rPr>
        <w:t xml:space="preserve">[1:08:57] </w:t>
      </w:r>
      <w:r>
        <w:t>And secondly, I understood that I had to share this knowledge with others.</w:t>
      </w:r>
    </w:p>
    <w:p>
      <w:pPr>
        <w:jc w:val="right"/>
      </w:pPr>
      <w:r>
        <w:t>اینڈ سیکنڈلی آئی انڈرسٹڈ دیٹ آئی ہیڈ ٹو شیئر دس نالج ود ادر۔</w:t>
      </w:r>
    </w:p>
    <w:p>
      <w:r>
        <w:rPr>
          <w:b/>
        </w:rPr>
        <w:t xml:space="preserve">[1:09:01] </w:t>
      </w:r>
      <w:r>
        <w:t>and then he allowed me to question.</w:t>
      </w:r>
    </w:p>
    <w:p>
      <w:pPr>
        <w:jc w:val="right"/>
      </w:pPr>
      <w:r>
        <w:t>اینڈ دین ہی الاؤڈ می ٹو کوئسچن۔</w:t>
      </w:r>
    </w:p>
    <w:p>
      <w:r>
        <w:rPr>
          <w:b/>
        </w:rPr>
        <w:t xml:space="preserve">[1:09:05] </w:t>
      </w:r>
      <w:r>
        <w:t>you know a very bad thing is that we are not allowed to question when we ask a</w:t>
      </w:r>
    </w:p>
    <w:p>
      <w:pPr>
        <w:jc w:val="right"/>
      </w:pPr>
      <w:r>
        <w:t>یو نو ا ویری بیڈ تھنگ از دیٹ وی آر ناٹ الاؤڈ ٹو کوئسچن وین وی اسک ا</w:t>
      </w:r>
    </w:p>
    <w:p>
      <w:r>
        <w:rPr>
          <w:b/>
        </w:rPr>
        <w:t xml:space="preserve">[1:09:09] </w:t>
      </w:r>
      <w:r>
        <w:t>family or scholars.</w:t>
      </w:r>
    </w:p>
    <w:p>
      <w:pPr>
        <w:jc w:val="right"/>
      </w:pPr>
      <w:r>
        <w:t>فیملی اور سکالرز۔</w:t>
      </w:r>
    </w:p>
    <w:p>
      <w:r>
        <w:rPr>
          <w:b/>
        </w:rPr>
        <w:t xml:space="preserve">[1:09:13] </w:t>
      </w:r>
      <w:r>
        <w:t>especially when we are in modern educated, we are we have a scientific background.</w:t>
      </w:r>
    </w:p>
    <w:p>
      <w:pPr>
        <w:jc w:val="right"/>
      </w:pPr>
      <w:r>
        <w:t>اسپیشلی وین وی آر ان ماڈرن ایجوکیٹڈ، وی آر وی ہیو ا سائنٹیفک بیک گراؤنڈ۔</w:t>
      </w:r>
    </w:p>
    <w:p>
      <w:r>
        <w:rPr>
          <w:b/>
        </w:rPr>
        <w:t xml:space="preserve">[1:09:17] </w:t>
      </w:r>
      <w:r>
        <w:t>we all want to ask questions.</w:t>
      </w:r>
    </w:p>
    <w:p>
      <w:pPr>
        <w:jc w:val="right"/>
      </w:pPr>
      <w:r>
        <w:t>وی آل وانٹ ٹو اسک کوئسچنز۔</w:t>
      </w:r>
    </w:p>
    <w:p>
      <w:r>
        <w:rPr>
          <w:b/>
        </w:rPr>
        <w:t xml:space="preserve">[1:09:21] </w:t>
      </w:r>
      <w:r>
        <w:t>but scholars they immediately say that they first of all shun us.</w:t>
      </w:r>
    </w:p>
    <w:p>
      <w:pPr>
        <w:jc w:val="right"/>
      </w:pPr>
      <w:r>
        <w:t>بٹ سکالرز دے امیڈیٹلی سی دیٹ دے فرسٹ آف آل شن اس۔</w:t>
      </w:r>
    </w:p>
    <w:p>
      <w:r>
        <w:rPr>
          <w:b/>
        </w:rPr>
        <w:t xml:space="preserve">[1:09:25] </w:t>
      </w:r>
      <w:r>
        <w:t>or secondly they say don't you have faith why you asking these questions.</w:t>
      </w:r>
    </w:p>
    <w:p>
      <w:pPr>
        <w:jc w:val="right"/>
      </w:pPr>
      <w:r>
        <w:t>اور سیکنڈلی دے سی ڈونٹ یو ہیو فیتھ وائی یو اسکنگ دیز کوئسچنز۔</w:t>
      </w:r>
    </w:p>
    <w:p>
      <w:r>
        <w:rPr>
          <w:b/>
        </w:rPr>
        <w:t xml:space="preserve">[1:09:29] </w:t>
      </w:r>
      <w:r>
        <w:t>and this is very very wrong.</w:t>
      </w:r>
    </w:p>
    <w:p>
      <w:pPr>
        <w:jc w:val="right"/>
      </w:pPr>
      <w:r>
        <w:t>اینڈ دس از ویری ویری رونگ۔</w:t>
      </w:r>
    </w:p>
    <w:p>
      <w:r>
        <w:rPr>
          <w:b/>
        </w:rPr>
        <w:t xml:space="preserve">[1:09:33] </w:t>
      </w:r>
      <w:r>
        <w:t>all of you scholars here please tell people that if people ask questions, answer them.</w:t>
      </w:r>
    </w:p>
    <w:p>
      <w:pPr>
        <w:jc w:val="right"/>
      </w:pPr>
      <w:r>
        <w:t>آل آف یو سکالرز ہیر پلیز ٹیل پیپل دیٹ اف پیپل اسک کوئسچنز، انسر دیم۔</w:t>
      </w:r>
    </w:p>
    <w:p>
      <w:r>
        <w:rPr>
          <w:b/>
        </w:rPr>
        <w:t xml:space="preserve">[1:09:37] </w:t>
      </w:r>
      <w:r>
        <w:t>answer the way Maulana has taught.</w:t>
      </w:r>
    </w:p>
    <w:p>
      <w:pPr>
        <w:jc w:val="right"/>
      </w:pPr>
      <w:r>
        <w:t>انسر دا وے مولانا ہیز ٹاٹ۔</w:t>
      </w:r>
    </w:p>
    <w:p>
      <w:r>
        <w:rPr>
          <w:b/>
        </w:rPr>
        <w:t xml:space="preserve">[1:09:42] </w:t>
      </w:r>
      <w:r>
        <w:t>in fact first time aai came to Maulana, he said do you have a question? and aai just</w:t>
      </w:r>
    </w:p>
    <w:p>
      <w:pPr>
        <w:jc w:val="right"/>
      </w:pPr>
      <w:r>
        <w:t>ان فیکٹ فرسٹ ٹائم آئی کیم ٹو مولانا، ہی سیڈ ڈو یو ہیو ا کوئسچن؟ اینڈ آئی جسٹ</w:t>
      </w:r>
    </w:p>
    <w:p>
      <w:r>
        <w:rPr>
          <w:b/>
        </w:rPr>
        <w:t xml:space="preserve">[1:09:46] </w:t>
      </w:r>
      <w:r>
        <w:t>looked at him that how can be be a scholar and ask me ask questions? and then one</w:t>
      </w:r>
    </w:p>
    <w:p>
      <w:pPr>
        <w:jc w:val="right"/>
      </w:pPr>
      <w:r>
        <w:t>لوکڈ ایٹ ہم دیٹ ہاؤ کی بی بی ا سکالر اینڈ اسک می اسک کوئسچنز؟ اینڈ دین ون</w:t>
      </w:r>
    </w:p>
    <w:p>
      <w:r>
        <w:rPr>
          <w:b/>
        </w:rPr>
        <w:t xml:space="preserve">[1:09:50] </w:t>
      </w:r>
      <w:r>
        <w:t>by one he answered all my questions.</w:t>
      </w:r>
    </w:p>
    <w:p>
      <w:pPr>
        <w:jc w:val="right"/>
      </w:pPr>
      <w:r>
        <w:t>بائی ون ہی انسرڈ آل مائی کوئسچنز۔</w:t>
      </w:r>
    </w:p>
    <w:p>
      <w:r>
        <w:rPr>
          <w:b/>
        </w:rPr>
        <w:t xml:space="preserve">[1:09:54] </w:t>
      </w:r>
      <w:r>
        <w:t>And he has given me a purpose of life.</w:t>
      </w:r>
    </w:p>
    <w:p>
      <w:pPr>
        <w:jc w:val="right"/>
      </w:pPr>
      <w:r>
        <w:t>اینڈ ہی ہیز گیون می ا پرپس آف لائف۔</w:t>
      </w:r>
    </w:p>
    <w:p>
      <w:r>
        <w:rPr>
          <w:b/>
        </w:rPr>
        <w:t xml:space="preserve">[1:09:58] </w:t>
      </w:r>
      <w:r>
        <w:t>and as a woman he has allowed me to be part of the whole mission.</w:t>
      </w:r>
    </w:p>
    <w:p>
      <w:pPr>
        <w:jc w:val="right"/>
      </w:pPr>
      <w:r>
        <w:t>اینڈ ایز ا وومن ہی ہیز الاؤڈ می ٹو بی پارٹ آف دا ہول مشن۔</w:t>
      </w:r>
    </w:p>
    <w:p>
      <w:r>
        <w:rPr>
          <w:b/>
        </w:rPr>
        <w:t xml:space="preserve">[1:10:02] </w:t>
      </w:r>
      <w:r>
        <w:t>I would request you that use your women.</w:t>
      </w:r>
    </w:p>
    <w:p>
      <w:pPr>
        <w:jc w:val="right"/>
      </w:pPr>
      <w:r>
        <w:t>آئی وڈ ریکویسٹ یو دیٹ یوز یور وومن۔</w:t>
      </w:r>
    </w:p>
    <w:p>
      <w:r>
        <w:rPr>
          <w:b/>
        </w:rPr>
        <w:t xml:space="preserve">[1:10:06] </w:t>
      </w:r>
      <w:r>
        <w:t>they are just waiting to be asked for something.</w:t>
      </w:r>
    </w:p>
    <w:p>
      <w:pPr>
        <w:jc w:val="right"/>
      </w:pPr>
      <w:r>
        <w:t>دے آر جسٹ ویٹنگ ٹو بی اسکڈ فار سمٹھنگ۔</w:t>
      </w:r>
    </w:p>
    <w:p>
      <w:r>
        <w:rPr>
          <w:b/>
        </w:rPr>
        <w:t xml:space="preserve">[1:10:10] </w:t>
      </w:r>
      <w:r>
        <w:t>they feel useless at times.</w:t>
      </w:r>
    </w:p>
    <w:p>
      <w:pPr>
        <w:jc w:val="right"/>
      </w:pPr>
      <w:r>
        <w:t>دے فیل یوسلیس ایٹ ٹائمز۔</w:t>
      </w:r>
    </w:p>
    <w:p>
      <w:r>
        <w:rPr>
          <w:b/>
        </w:rPr>
        <w:t xml:space="preserve">[1:10:14] </w:t>
      </w:r>
      <w:r>
        <w:t>molana i really would like to thank you for giving me this opportunity.</w:t>
      </w:r>
    </w:p>
    <w:p>
      <w:pPr>
        <w:jc w:val="right"/>
      </w:pPr>
      <w:r>
        <w:t>مولانا آئی ریلی وڈ لائک ٹو تھینک یو فار گیونگ می دس اپرچونیٹی۔</w:t>
      </w:r>
    </w:p>
    <w:p>
      <w:r>
        <w:rPr>
          <w:b/>
        </w:rPr>
        <w:t xml:space="preserve">[1:10:18] </w:t>
      </w:r>
      <w:r>
        <w:t>And I pledge that I will spend the rest of my life for God's mission.</w:t>
      </w:r>
    </w:p>
    <w:p>
      <w:pPr>
        <w:jc w:val="right"/>
      </w:pPr>
      <w:r>
        <w:t>اینڈ آئی پلیج دیٹ آئی ویل سپینڈ دا ریسٹ آف مائی لائف فار گاڈز مشن۔</w:t>
      </w:r>
    </w:p>
    <w:p>
      <w:r>
        <w:rPr>
          <w:b/>
        </w:rPr>
        <w:t xml:space="preserve">[1:10:22] </w:t>
      </w:r>
      <w:r>
        <w:t>and i would like to thank god that he guided me here.</w:t>
      </w:r>
    </w:p>
    <w:p>
      <w:pPr>
        <w:jc w:val="right"/>
      </w:pPr>
      <w:r>
        <w:t>اینڈ آئی وڈ لائک ٹو تھینک گاڈ دیٹ ہی گائیڈڈ می ہیر۔</w:t>
      </w:r>
    </w:p>
    <w:p>
      <w:r>
        <w:rPr>
          <w:b/>
        </w:rPr>
        <w:t xml:space="preserve">[1:10:26] </w:t>
      </w:r>
      <w:r>
        <w:t>he listened through my dua.</w:t>
      </w:r>
    </w:p>
    <w:p>
      <w:pPr>
        <w:jc w:val="right"/>
      </w:pPr>
      <w:r>
        <w:t>ہی لسنڈ ٹرو مائی دعا۔</w:t>
      </w:r>
    </w:p>
    <w:p>
      <w:r>
        <w:rPr>
          <w:b/>
        </w:rPr>
        <w:t xml:space="preserve">[1:10:30] </w:t>
      </w:r>
      <w:r>
        <w:t>and i will try to do my best.</w:t>
      </w:r>
    </w:p>
    <w:p>
      <w:pPr>
        <w:jc w:val="right"/>
      </w:pPr>
      <w:r>
        <w:t>اینڈ آئی ویل ٹرائی ٹو ڈو مائی بیسٹ۔</w:t>
      </w:r>
    </w:p>
    <w:p>
      <w:r>
        <w:rPr>
          <w:b/>
        </w:rPr>
        <w:t xml:space="preserve">[1:10:34] </w:t>
      </w:r>
      <w:r>
        <w:t>And I want all of us to at least think of that, that let at least explain things to other.</w:t>
      </w:r>
    </w:p>
    <w:p>
      <w:pPr>
        <w:jc w:val="right"/>
      </w:pPr>
      <w:r>
        <w:t>اینڈ آئی وانٹ آل آف اس ٹو ایٹ لیسٹ تھنک آف دیٹ دیٹ لیٹ ایٹ لیسٹ ایکسپلین تھنگز ٹو ادر۔</w:t>
      </w:r>
    </w:p>
    <w:p>
      <w:r>
        <w:rPr>
          <w:b/>
        </w:rPr>
        <w:t xml:space="preserve">[1:10:38] </w:t>
      </w:r>
      <w:r>
        <w:t>As Sarah said that it is the tadap inside us.</w:t>
      </w:r>
    </w:p>
    <w:p>
      <w:pPr>
        <w:jc w:val="right"/>
      </w:pPr>
      <w:r>
        <w:t>ایز سارہ سیڈ دیٹ اٹ از دا تڑپ انسائیڈ اس۔</w:t>
      </w:r>
    </w:p>
    <w:p>
      <w:r>
        <w:rPr>
          <w:b/>
        </w:rPr>
        <w:t xml:space="preserve">[1:10:42] </w:t>
      </w:r>
      <w:r>
        <w:t>That tadap should of course not come out like this crying to everybody.</w:t>
      </w:r>
    </w:p>
    <w:p>
      <w:pPr>
        <w:jc w:val="right"/>
      </w:pPr>
      <w:r>
        <w:t>دیٹ تڑپ شوڈ آف کورس ناٹ کم آؤٹ لائک دس کرائنگ ٹو ایوری بڈی۔</w:t>
      </w:r>
    </w:p>
    <w:p>
      <w:r>
        <w:rPr>
          <w:b/>
        </w:rPr>
        <w:t xml:space="preserve">[1:10:46] </w:t>
      </w:r>
      <w:r>
        <w:t>but at the same time it should be inside.</w:t>
      </w:r>
    </w:p>
    <w:p>
      <w:pPr>
        <w:jc w:val="right"/>
      </w:pPr>
      <w:r>
        <w:t>بٹ ایٹ دا سیم ٹائم اٹ شوڈ بی انسائیڈ۔</w:t>
      </w:r>
    </w:p>
    <w:p>
      <w:r>
        <w:rPr>
          <w:b/>
        </w:rPr>
        <w:t xml:space="preserve">[1:10:50] </w:t>
      </w:r>
      <w:r>
        <w:t>and we should be acting based on that motivation.</w:t>
      </w:r>
    </w:p>
    <w:p>
      <w:pPr>
        <w:jc w:val="right"/>
      </w:pPr>
      <w:r>
        <w:t>اینڈ وی شوڈ بی ایکٹنگ بیسڈ آن دیٹ موٹیویشن۔</w:t>
      </w:r>
    </w:p>
    <w:p>
      <w:r>
        <w:rPr>
          <w:b/>
        </w:rPr>
        <w:t xml:space="preserve">[1:10:54] </w:t>
      </w:r>
      <w:r>
        <w:t>and everything else god will do.</w:t>
      </w:r>
    </w:p>
    <w:p>
      <w:pPr>
        <w:jc w:val="right"/>
      </w:pPr>
      <w:r>
        <w:t>اینڈ ایوری تھنگ ایلس گاڈ ویل ڈو۔</w:t>
      </w:r>
    </w:p>
    <w:p>
      <w:r>
        <w:rPr>
          <w:b/>
        </w:rPr>
        <w:t xml:space="preserve">[1:10:58] </w:t>
      </w:r>
      <w:r>
        <w:t>and we have to do a lot a lot of dua.</w:t>
      </w:r>
    </w:p>
    <w:p>
      <w:pPr>
        <w:jc w:val="right"/>
      </w:pPr>
      <w:r>
        <w:t>اینڈ وی ہیو ٹو ڈو ا لاٹ ا لاٹ آف دعا۔</w:t>
      </w:r>
    </w:p>
    <w:p>
      <w:r>
        <w:rPr>
          <w:b/>
        </w:rPr>
        <w:t xml:space="preserve">[1:11:02] </w:t>
      </w:r>
      <w:r>
        <w:t>You know, in the beginning when I used to do work, I used to do it like a management.</w:t>
      </w:r>
    </w:p>
    <w:p>
      <w:pPr>
        <w:jc w:val="right"/>
      </w:pPr>
      <w:r>
        <w:t>یو نو ان دا بگننگ وین آئی یوز ٹو ڈو ورک، آئی یوز ٹو ڈو اٹ لائک ا مینجمنٹ۔</w:t>
      </w:r>
    </w:p>
    <w:p>
      <w:r>
        <w:rPr>
          <w:b/>
        </w:rPr>
        <w:t xml:space="preserve">[1:11:06] </w:t>
      </w:r>
      <w:r>
        <w:t>you make a list, you start working.</w:t>
      </w:r>
    </w:p>
    <w:p>
      <w:pPr>
        <w:jc w:val="right"/>
      </w:pPr>
      <w:r>
        <w:t>یو میک ا لسٹ، یو سٹارٹ ورکنگ۔</w:t>
      </w:r>
    </w:p>
    <w:p>
      <w:r>
        <w:rPr>
          <w:b/>
        </w:rPr>
        <w:t xml:space="preserve">[1:11:10] </w:t>
      </w:r>
      <w:r>
        <w:t>And I when Maulana understood that, he said that this is not the way to do the work.</w:t>
      </w:r>
    </w:p>
    <w:p>
      <w:pPr>
        <w:jc w:val="right"/>
      </w:pPr>
      <w:r>
        <w:t>اینڈ آئی وین مولانا انڈرسٹڈ دیٹ ہی سیڈ دیٹ دس از ناٹ دا وے ٹو ڈو دا ورک۔</w:t>
      </w:r>
    </w:p>
    <w:p>
      <w:r>
        <w:rPr>
          <w:b/>
        </w:rPr>
        <w:t xml:space="preserve">[1:11:14] </w:t>
      </w:r>
      <w:r>
        <w:t>You have to do it by depending on God, by doing dua.</w:t>
      </w:r>
    </w:p>
    <w:p>
      <w:pPr>
        <w:jc w:val="right"/>
      </w:pPr>
      <w:r>
        <w:t>یو ہیو ٹو ڈو اٹ بائے ڈیپینڈنگ آن گاڈ، بائے ڈوئنگ دعا۔</w:t>
      </w:r>
    </w:p>
    <w:p>
      <w:r>
        <w:rPr>
          <w:b/>
        </w:rPr>
        <w:t xml:space="preserve">[1:11:18] </w:t>
      </w:r>
      <w:r>
        <w:t>Just making a list and delegating it to others is not the thing.</w:t>
      </w:r>
    </w:p>
    <w:p>
      <w:pPr>
        <w:jc w:val="right"/>
      </w:pPr>
      <w:r>
        <w:t>جسٹ میکنگ ا لسٹ اینڈ ڈیلیگیٹنگ اٹ ٹو ادر از ناٹ دا تھنگ۔</w:t>
      </w:r>
    </w:p>
    <w:p>
      <w:r>
        <w:rPr>
          <w:b/>
        </w:rPr>
        <w:t xml:space="preserve">[1:11:22] </w:t>
      </w:r>
      <w:r>
        <w:t>First, as you can see, he said, "Change yourself."</w:t>
      </w:r>
    </w:p>
    <w:p>
      <w:pPr>
        <w:jc w:val="right"/>
      </w:pPr>
      <w:r>
        <w:t>فرسٹ ایلس یو گن سگن جی سیڈ چینج یور سیلف۔</w:t>
      </w:r>
    </w:p>
    <w:p>
      <w:r>
        <w:rPr>
          <w:b/>
        </w:rPr>
        <w:t xml:space="preserve">[1:11:26] </w:t>
      </w:r>
      <w:r>
        <w:t>start working on yourself.</w:t>
      </w:r>
    </w:p>
    <w:p>
      <w:pPr>
        <w:jc w:val="right"/>
      </w:pPr>
      <w:r>
        <w:t>سٹارٹ ورکنگ آن یور سیلف۔</w:t>
      </w:r>
    </w:p>
    <w:p>
      <w:r>
        <w:rPr>
          <w:b/>
        </w:rPr>
        <w:t xml:space="preserve">[1:11:30] </w:t>
      </w:r>
      <w:r>
        <w:t>don't tell others what to do.</w:t>
      </w:r>
    </w:p>
    <w:p>
      <w:pPr>
        <w:jc w:val="right"/>
      </w:pPr>
      <w:r>
        <w:t>ڈونٹ ٹیل ادر واٹ ٹو ڈو۔</w:t>
      </w:r>
    </w:p>
    <w:p>
      <w:r>
        <w:rPr>
          <w:b/>
        </w:rPr>
        <w:t xml:space="preserve">[1:11:34] </w:t>
      </w:r>
      <w:r>
        <w:t>Whatever then when I realized that it is me that I have to change.</w:t>
      </w:r>
    </w:p>
    <w:p>
      <w:pPr>
        <w:jc w:val="right"/>
      </w:pPr>
      <w:r>
        <w:t>واٹ ایور دین وین آئی ریلائز دیٹ اٹ از می دیٹ آئی ہیو ٹو چینج۔</w:t>
      </w:r>
    </w:p>
    <w:p>
      <w:r>
        <w:rPr>
          <w:b/>
        </w:rPr>
        <w:t xml:space="preserve">[1:11:38] </w:t>
      </w:r>
      <w:r>
        <w:t>And I realized that my objective is to make my personality personality.</w:t>
      </w:r>
    </w:p>
    <w:p>
      <w:pPr>
        <w:jc w:val="right"/>
      </w:pPr>
      <w:r>
        <w:t>اینڈ آئی ریلائز دیٹ مائی ابجیکٹو از ٹو میک مائی پرسنیلٹی پرسنیلٹی۔</w:t>
      </w:r>
    </w:p>
    <w:p>
      <w:r>
        <w:rPr>
          <w:b/>
        </w:rPr>
        <w:t xml:space="preserve">[1:11:42] </w:t>
      </w:r>
      <w:r>
        <w:t>only then i can enter paradise.</w:t>
      </w:r>
    </w:p>
    <w:p>
      <w:pPr>
        <w:jc w:val="right"/>
      </w:pPr>
      <w:r>
        <w:t>اونلی دین آئی کین انٹر پیراڈائز۔</w:t>
      </w:r>
    </w:p>
    <w:p>
      <w:r>
        <w:rPr>
          <w:b/>
        </w:rPr>
        <w:t xml:space="preserve">[1:11:46] </w:t>
      </w:r>
      <w:r>
        <w:t>And once that change starts, the internal change starts, the external automatically things work out.</w:t>
      </w:r>
    </w:p>
    <w:p>
      <w:pPr>
        <w:jc w:val="right"/>
      </w:pPr>
      <w:r>
        <w:t>اینڈ ونس دیٹ چینج سٹارٹس، دا انٹرنل چینج سٹارٹس، دا ایکسٹرنل آٹومیٹکلی تھنگز ورک آؤٹ۔</w:t>
      </w:r>
    </w:p>
    <w:p>
      <w:r>
        <w:rPr>
          <w:b/>
        </w:rPr>
        <w:t xml:space="preserve">[1:11:50] </w:t>
      </w:r>
      <w:r>
        <w:t>And when they don't work out, you just have to pray to God.</w:t>
      </w:r>
    </w:p>
    <w:p>
      <w:pPr>
        <w:jc w:val="right"/>
      </w:pPr>
      <w:r>
        <w:t>اینڈ وین دے ڈونٹ ورک آؤٹ، یو جسٹ ہیو ٹو پری ٹو گاڈ۔</w:t>
      </w:r>
    </w:p>
    <w:p>
      <w:r>
        <w:rPr>
          <w:b/>
        </w:rPr>
        <w:t xml:space="preserve">[1:11:54] </w:t>
      </w:r>
      <w:r>
        <w:t>Sometimes our other he will find a way.</w:t>
      </w:r>
    </w:p>
    <w:p>
      <w:pPr>
        <w:jc w:val="right"/>
      </w:pPr>
      <w:r>
        <w:t>سم ٹائم اور ادر ہی ویل فائنڈ ا وے۔</w:t>
      </w:r>
    </w:p>
    <w:p>
      <w:r>
        <w:rPr>
          <w:b/>
        </w:rPr>
        <w:t xml:space="preserve">[1:11:58] </w:t>
      </w:r>
      <w:r>
        <w:t>and I have seen that within a matter of minutes, I mean if not minutes, within</w:t>
      </w:r>
    </w:p>
    <w:p>
      <w:pPr>
        <w:jc w:val="right"/>
      </w:pPr>
      <w:r>
        <w:t>اینڈ آئی ہیو سین دیٹ ود ان ا میٹر آف منٹس، آئی مین اف ناٹ منٹس، ود ان</w:t>
      </w:r>
    </w:p>
    <w:p>
      <w:r>
        <w:rPr>
          <w:b/>
        </w:rPr>
        <w:t xml:space="preserve">[1:12:02] </w:t>
      </w:r>
      <w:r>
        <w:t>or else that response comes.</w:t>
      </w:r>
    </w:p>
    <w:p>
      <w:pPr>
        <w:jc w:val="right"/>
      </w:pPr>
      <w:r>
        <w:t>اورز دیٹ رسپانس کمز۔</w:t>
      </w:r>
    </w:p>
    <w:p>
      <w:r>
        <w:rPr>
          <w:b/>
        </w:rPr>
        <w:t xml:space="preserve">[1:12:06] </w:t>
      </w:r>
      <w:r>
        <w:t>and he gives us a way out.</w:t>
      </w:r>
    </w:p>
    <w:p>
      <w:pPr>
        <w:jc w:val="right"/>
      </w:pPr>
      <w:r>
        <w:t>اینڈ ہی گوز اس ا وے آؤٹ۔</w:t>
      </w:r>
    </w:p>
    <w:p>
      <w:r>
        <w:rPr>
          <w:b/>
        </w:rPr>
        <w:t xml:space="preserve">[1:12:10] </w:t>
      </w:r>
      <w:r>
        <w:t>This is what we've been feeling in Delhi.</w:t>
      </w:r>
    </w:p>
    <w:p>
      <w:pPr>
        <w:jc w:val="right"/>
      </w:pPr>
      <w:r>
        <w:t>دس از واٹ وی بین فیلنگ ان دہلی۔</w:t>
      </w:r>
    </w:p>
    <w:p>
      <w:r>
        <w:rPr>
          <w:b/>
        </w:rPr>
        <w:t xml:space="preserve">[1:12:14] </w:t>
      </w:r>
      <w:r>
        <w:t>we started with nothing in delhi.</w:t>
      </w:r>
    </w:p>
    <w:p>
      <w:pPr>
        <w:jc w:val="right"/>
      </w:pPr>
      <w:r>
        <w:t>وی سٹارٹڈ ود نتھنگ ان دہلی۔</w:t>
      </w:r>
    </w:p>
    <w:p>
      <w:r>
        <w:rPr>
          <w:b/>
        </w:rPr>
        <w:t xml:space="preserve">[1:12:18] </w:t>
      </w:r>
      <w:r>
        <w:t>We just I went to Maulana and after my first maybe three four sessions, I said Maulana</w:t>
      </w:r>
    </w:p>
    <w:p>
      <w:pPr>
        <w:jc w:val="right"/>
      </w:pPr>
      <w:r>
        <w:t>وی جسٹ آئی وین ٹو مولانا اینڈ افٹر مائی فرسٹ می بی تھری فور سیشنز، آئی سیڈ مولانا</w:t>
      </w:r>
    </w:p>
    <w:p>
      <w:r>
        <w:rPr>
          <w:b/>
        </w:rPr>
        <w:t xml:space="preserve">[1:12:22] </w:t>
      </w:r>
      <w:r>
        <w:t>you are seeing this in a small room.</w:t>
      </w:r>
    </w:p>
    <w:p>
      <w:pPr>
        <w:jc w:val="right"/>
      </w:pPr>
      <w:r>
        <w:t>یو آر سینگ دس ان ا سمال روم۔</w:t>
      </w:r>
    </w:p>
    <w:p>
      <w:r>
        <w:rPr>
          <w:b/>
        </w:rPr>
        <w:t xml:space="preserve">[1:12:26] </w:t>
      </w:r>
      <w:r>
        <w:t>this message has to go to the rest of the world.</w:t>
      </w:r>
    </w:p>
    <w:p>
      <w:pPr>
        <w:jc w:val="right"/>
      </w:pPr>
      <w:r>
        <w:t>دس میسج ہیز ٹو گو ٹو دا ریسٹ آف دا ورلڈ۔</w:t>
      </w:r>
    </w:p>
    <w:p>
      <w:r>
        <w:rPr>
          <w:b/>
        </w:rPr>
        <w:t xml:space="preserve">[1:12:30] </w:t>
      </w:r>
      <w:r>
        <w:t>So his this thing was why would you do it? So we Dr. Sahab Dr. Saneen Khan immediately understood.</w:t>
      </w:r>
    </w:p>
    <w:p>
      <w:pPr>
        <w:jc w:val="right"/>
      </w:pPr>
      <w:r>
        <w:t>سو ہز دس تھنگ واز وائی وڈ یو ڈو اٹ؟ سو وی ڈاکٹر صاحب ڈاکٹر ثان اسنین خان امیڈیٹلی انڈرسٹڈ۔</w:t>
      </w:r>
    </w:p>
    <w:p>
      <w:r>
        <w:rPr>
          <w:b/>
        </w:rPr>
        <w:t xml:space="preserve">[1:12:34] </w:t>
      </w:r>
      <w:r>
        <w:t>he put a camera in place.</w:t>
      </w:r>
    </w:p>
    <w:p>
      <w:pPr>
        <w:jc w:val="right"/>
      </w:pPr>
      <w:r>
        <w:t>ہی پٹ ا کیمرہ ان پلیس۔</w:t>
      </w:r>
    </w:p>
    <w:p>
      <w:r>
        <w:rPr>
          <w:b/>
        </w:rPr>
        <w:t xml:space="preserve">[1:12:38] </w:t>
      </w:r>
      <w:r>
        <w:t>now we got more than thou lectures.</w:t>
      </w:r>
    </w:p>
    <w:p>
      <w:pPr>
        <w:jc w:val="right"/>
      </w:pPr>
      <w:r>
        <w:t>ناؤ وی گاٹ مور دین تھا لیکچرز۔</w:t>
      </w:r>
    </w:p>
    <w:p>
      <w:r>
        <w:rPr>
          <w:b/>
        </w:rPr>
        <w:t xml:space="preserve">[1:12:42] </w:t>
      </w:r>
      <w:r>
        <w:t>then we wanted to do some audio.</w:t>
      </w:r>
    </w:p>
    <w:p>
      <w:pPr>
        <w:jc w:val="right"/>
      </w:pPr>
      <w:r>
        <w:t>دین وی وانٹڈ ٹو ڈو سم آڈیو۔</w:t>
      </w:r>
    </w:p>
    <w:p>
      <w:r>
        <w:rPr>
          <w:b/>
        </w:rPr>
        <w:t xml:space="preserve">[1:12:47] </w:t>
      </w:r>
      <w:r>
        <w:t>and sadia wanted to do.</w:t>
      </w:r>
    </w:p>
    <w:p>
      <w:pPr>
        <w:jc w:val="right"/>
      </w:pPr>
      <w:r>
        <w:t>اینڈ سعدیہ وانٹڈ ٹو ڈو۔</w:t>
      </w:r>
    </w:p>
    <w:p>
      <w:r>
        <w:rPr>
          <w:b/>
        </w:rPr>
        <w:t xml:space="preserve">[1:12:51] </w:t>
      </w:r>
      <w:r>
        <w:t>She said that I let's find something, some gadget.</w:t>
      </w:r>
    </w:p>
    <w:p>
      <w:pPr>
        <w:jc w:val="right"/>
      </w:pPr>
      <w:r>
        <w:t>شی سیڈ دیٹ آئی لیٹس فائنڈ سمٹھنگ، سم گیجٹ۔</w:t>
      </w:r>
    </w:p>
    <w:p>
      <w:r>
        <w:rPr>
          <w:b/>
        </w:rPr>
        <w:t xml:space="preserve">[1:12:55] </w:t>
      </w:r>
      <w:r>
        <w:t>We work four years I think on it.</w:t>
      </w:r>
    </w:p>
    <w:p>
      <w:pPr>
        <w:jc w:val="right"/>
      </w:pPr>
      <w:r>
        <w:t>وی ورک فور ایئرز آئی تھنک آن اٹ۔</w:t>
      </w:r>
    </w:p>
    <w:p>
      <w:r>
        <w:rPr>
          <w:b/>
        </w:rPr>
        <w:t xml:space="preserve">[1:12:59] </w:t>
      </w:r>
      <w:r>
        <w:t>Finally we got these recorders which are international standard.</w:t>
      </w:r>
    </w:p>
    <w:p>
      <w:pPr>
        <w:jc w:val="right"/>
      </w:pPr>
      <w:r>
        <w:t>فائنلی وی گاٹ دس ریکارڈرز وچ آر انٹرنیشنل سٹینڈرڈ۔</w:t>
      </w:r>
    </w:p>
    <w:p>
      <w:r>
        <w:rPr>
          <w:b/>
        </w:rPr>
        <w:t xml:space="preserve">[1:13:03] </w:t>
      </w:r>
      <w:r>
        <w:t>And Maulana we try to put all his material as soft copies to put online.</w:t>
      </w:r>
    </w:p>
    <w:p>
      <w:pPr>
        <w:jc w:val="right"/>
      </w:pPr>
      <w:r>
        <w:t>اینڈ مولانا وی ٹرائی ٹو پٹ آل ہز مٹیریل ایز سافٹ کاپیز ٹو پٹ آن لائن۔</w:t>
      </w:r>
    </w:p>
    <w:p>
      <w:r>
        <w:rPr>
          <w:b/>
        </w:rPr>
        <w:t xml:space="preserve">[1:13:07] </w:t>
      </w:r>
      <w:r>
        <w:t>we started websites.</w:t>
      </w:r>
    </w:p>
    <w:p>
      <w:pPr>
        <w:jc w:val="right"/>
      </w:pPr>
      <w:r>
        <w:t>وی سٹارٹڈ ویب سائٹس۔</w:t>
      </w:r>
    </w:p>
    <w:p>
      <w:r>
        <w:rPr>
          <w:b/>
        </w:rPr>
        <w:t xml:space="preserve">[1:13:11] </w:t>
      </w:r>
      <w:r>
        <w:t>but this is nothing that we have done.</w:t>
      </w:r>
    </w:p>
    <w:p>
      <w:pPr>
        <w:jc w:val="right"/>
      </w:pPr>
      <w:r>
        <w:t>بٹ دس از نتھنگ دیٹ وی ہیو ڈن۔</w:t>
      </w:r>
    </w:p>
    <w:p>
      <w:r>
        <w:rPr>
          <w:b/>
        </w:rPr>
        <w:t xml:space="preserve">[1:13:15] </w:t>
      </w:r>
      <w:r>
        <w:t>it is just the tadap inside us.</w:t>
      </w:r>
    </w:p>
    <w:p>
      <w:pPr>
        <w:jc w:val="right"/>
      </w:pPr>
      <w:r>
        <w:t>اٹ از جسٹ دا تڑپ انسائیڈ اس۔</w:t>
      </w:r>
    </w:p>
    <w:p>
      <w:r>
        <w:rPr>
          <w:b/>
        </w:rPr>
        <w:t xml:space="preserve">[1:13:19] </w:t>
      </w:r>
      <w:r>
        <w:t>we just wanted to do something and god has taken care of everything.</w:t>
      </w:r>
    </w:p>
    <w:p>
      <w:pPr>
        <w:jc w:val="right"/>
      </w:pPr>
      <w:r>
        <w:t>وی جسٹ وانٹڈ ٹو ڈو سمٹھنگ اینڈ گاڈ ہیز ٹیکن کیئر آف ایوری تھنگ۔</w:t>
      </w:r>
    </w:p>
    <w:p>
      <w:r>
        <w:rPr>
          <w:b/>
        </w:rPr>
        <w:t xml:space="preserve">[1:13:23] </w:t>
      </w:r>
      <w:r>
        <w:t>He sent Sajjad bhai and Khurram in the last two three years.</w:t>
      </w:r>
    </w:p>
    <w:p>
      <w:pPr>
        <w:jc w:val="right"/>
      </w:pPr>
      <w:r>
        <w:t>ہی سینٹ ساجد بھائی اینڈ خرم ان دا لاسٹ ٹو تھری ایئرز۔</w:t>
      </w:r>
    </w:p>
    <w:p>
      <w:r>
        <w:rPr>
          <w:b/>
        </w:rPr>
        <w:t xml:space="preserve">[1:13:27] </w:t>
      </w:r>
      <w:r>
        <w:t>They have network and coordinated setup offices.</w:t>
      </w:r>
    </w:p>
    <w:p>
      <w:pPr>
        <w:jc w:val="right"/>
      </w:pPr>
      <w:r>
        <w:t>دے ہیو نیٹ ورک اینڈ کوآرڈینیٹڈ سیٹ اپ آفسز۔</w:t>
      </w:r>
    </w:p>
    <w:p>
      <w:r>
        <w:rPr>
          <w:b/>
        </w:rPr>
        <w:t xml:space="preserve">[1:13:31] </w:t>
      </w:r>
      <w:r>
        <w:t>it does not require too many people.</w:t>
      </w:r>
    </w:p>
    <w:p>
      <w:pPr>
        <w:jc w:val="right"/>
      </w:pPr>
      <w:r>
        <w:t>اٹ ڈز ناٹ ریکوائر ٹو مینی پیپل۔</w:t>
      </w:r>
    </w:p>
    <w:p>
      <w:r>
        <w:rPr>
          <w:b/>
        </w:rPr>
        <w:t xml:space="preserve">[1:13:35] </w:t>
      </w:r>
      <w:r>
        <w:t>We think we need thousands of people like people have corporations.</w:t>
      </w:r>
    </w:p>
    <w:p>
      <w:pPr>
        <w:jc w:val="right"/>
      </w:pPr>
      <w:r>
        <w:t>وی تھنک وی نیڈ تھاؤزنڈز آف پیپل لائک پیپل ہیو کارپوریشنز۔</w:t>
      </w:r>
    </w:p>
    <w:p>
      <w:r>
        <w:rPr>
          <w:b/>
        </w:rPr>
        <w:t xml:space="preserve">[1:13:39] </w:t>
      </w:r>
      <w:r>
        <w:t>we don't need thousands of people.</w:t>
      </w:r>
    </w:p>
    <w:p>
      <w:pPr>
        <w:jc w:val="right"/>
      </w:pPr>
      <w:r>
        <w:t>وی ڈونٹ نیڈ تھاؤزنڈز آف پیپل۔</w:t>
      </w:r>
    </w:p>
    <w:p>
      <w:r>
        <w:rPr>
          <w:b/>
        </w:rPr>
        <w:t xml:space="preserve">[1:13:43] </w:t>
      </w:r>
      <w:r>
        <w:t>we need a group of five six people.</w:t>
      </w:r>
    </w:p>
    <w:p>
      <w:pPr>
        <w:jc w:val="right"/>
      </w:pPr>
      <w:r>
        <w:t>وی نیڈ ا گروپ آف فائیو سکس پیپل۔</w:t>
      </w:r>
    </w:p>
    <w:p>
      <w:r>
        <w:rPr>
          <w:b/>
        </w:rPr>
        <w:t xml:space="preserve">[1:13:47] </w:t>
      </w:r>
      <w:r>
        <w:t>then the angels take over.</w:t>
      </w:r>
    </w:p>
    <w:p>
      <w:pPr>
        <w:jc w:val="right"/>
      </w:pPr>
      <w:r>
        <w:t>دین دا اینجلز ٹیک اوور۔</w:t>
      </w:r>
    </w:p>
    <w:p>
      <w:r>
        <w:rPr>
          <w:b/>
        </w:rPr>
        <w:t xml:space="preserve">[1:13:51] </w:t>
      </w:r>
      <w:r>
        <w:t>if we do dua.</w:t>
      </w:r>
    </w:p>
    <w:p>
      <w:pPr>
        <w:jc w:val="right"/>
      </w:pPr>
      <w:r>
        <w:t>اف وی ڈو دعا۔</w:t>
      </w:r>
    </w:p>
    <w:p>
      <w:r>
        <w:rPr>
          <w:b/>
        </w:rPr>
        <w:t xml:space="preserve">[1:13:55] </w:t>
      </w:r>
      <w:r>
        <w:t>five six people are enough for each group.</w:t>
      </w:r>
    </w:p>
    <w:p>
      <w:pPr>
        <w:jc w:val="right"/>
      </w:pPr>
      <w:r>
        <w:t>فائیو سکس پیپل آر انف فار ایچ گروپ۔</w:t>
      </w:r>
    </w:p>
    <w:p>
      <w:r>
        <w:rPr>
          <w:b/>
        </w:rPr>
        <w:t xml:space="preserve">[1:13:59] </w:t>
      </w:r>
      <w:r>
        <w:t>remaining do a lot of dua.</w:t>
      </w:r>
    </w:p>
    <w:p>
      <w:pPr>
        <w:jc w:val="right"/>
      </w:pPr>
      <w:r>
        <w:t>ریمیننگ ڈو ا لاٹ آف دعا۔</w:t>
      </w:r>
    </w:p>
    <w:p>
      <w:r>
        <w:rPr>
          <w:b/>
        </w:rPr>
        <w:t xml:space="preserve">[1:14:03] </w:t>
      </w:r>
      <w:r>
        <w:t>angels are there.</w:t>
      </w:r>
    </w:p>
    <w:p>
      <w:pPr>
        <w:jc w:val="right"/>
      </w:pPr>
      <w:r>
        <w:t>اینجلز آر دیر۔</w:t>
      </w:r>
    </w:p>
    <w:p>
      <w:r>
        <w:rPr>
          <w:b/>
        </w:rPr>
        <w:t xml:space="preserve">[1:14:07] </w:t>
      </w:r>
      <w:r>
        <w:t>And everybody should read all of Maulana's material, all books, and the daily podcast.</w:t>
      </w:r>
    </w:p>
    <w:p>
      <w:pPr>
        <w:jc w:val="right"/>
      </w:pPr>
      <w:r>
        <w:t>اینڈ ایوری بڈی شوڈ ریڈ آل آف مولانا مٹیریل، آل بکس، اینڈ دا ڈیلی پاڈکاسٹ۔</w:t>
      </w:r>
    </w:p>
    <w:p>
      <w:r>
        <w:rPr>
          <w:b/>
        </w:rPr>
        <w:t xml:space="preserve">[1:14:11] </w:t>
      </w:r>
      <w:r>
        <w:t>Because that is something that keeps us going on a day-to-day basis.</w:t>
      </w:r>
    </w:p>
    <w:p>
      <w:pPr>
        <w:jc w:val="right"/>
      </w:pPr>
      <w:r>
        <w:t>بیکاز دیٹ از سمٹھنگ دیٹ کیپس اس گوئنگ آن ا ڈے ٹو ڈے بیسز۔</w:t>
      </w:r>
    </w:p>
    <w:p>
      <w:r>
        <w:rPr>
          <w:b/>
        </w:rPr>
        <w:t xml:space="preserve">[1:14:15] </w:t>
      </w:r>
      <w:r>
        <w:t>for one week i didn't listen.</w:t>
      </w:r>
    </w:p>
    <w:p>
      <w:pPr>
        <w:jc w:val="right"/>
      </w:pPr>
      <w:r>
        <w:t>فار ون ویک آئی ڈن لسنڈ۔</w:t>
      </w:r>
    </w:p>
    <w:p>
      <w:r>
        <w:rPr>
          <w:b/>
        </w:rPr>
        <w:t xml:space="preserve">[1:14:19] </w:t>
      </w:r>
      <w:r>
        <w:t>I mean, I for one week, due to my own mistake, I was unable to listen to Maulana's podcast.</w:t>
      </w:r>
    </w:p>
    <w:p>
      <w:pPr>
        <w:jc w:val="right"/>
      </w:pPr>
      <w:r>
        <w:t>آئی مین آئی فار ون ویک ڈیو ٹو مائی اون مسٹیک، آئی واز این ایبل ٹو لسن ٹو مولانا پاڈکاسٹ۔</w:t>
      </w:r>
    </w:p>
    <w:p>
      <w:r>
        <w:rPr>
          <w:b/>
        </w:rPr>
        <w:t xml:space="preserve">[1:14:23] </w:t>
      </w:r>
      <w:r>
        <w:t>My spirituality level went totally down.</w:t>
      </w:r>
    </w:p>
    <w:p>
      <w:pPr>
        <w:jc w:val="right"/>
      </w:pPr>
      <w:r>
        <w:t>مائی سپرچویلٹی لیول وین ٹوٹلی ڈاؤن۔</w:t>
      </w:r>
    </w:p>
    <w:p>
      <w:r>
        <w:rPr>
          <w:b/>
        </w:rPr>
        <w:t xml:space="preserve">[1:14:27] </w:t>
      </w:r>
      <w:r>
        <w:t>my confidence went totally down.</w:t>
      </w:r>
    </w:p>
    <w:p>
      <w:pPr>
        <w:jc w:val="right"/>
      </w:pPr>
      <w:r>
        <w:t>مائی کانفیڈنس وین ٹوٹلی ڈاؤن۔</w:t>
      </w:r>
    </w:p>
    <w:p>
      <w:r>
        <w:rPr>
          <w:b/>
        </w:rPr>
        <w:t xml:space="preserve">[1:14:31] </w:t>
      </w:r>
      <w:r>
        <w:t>So we have to get we understand Islam from the writings of Maulana.</w:t>
      </w:r>
    </w:p>
    <w:p>
      <w:pPr>
        <w:jc w:val="right"/>
      </w:pPr>
      <w:r>
        <w:t>سو وی ہیو ٹو گیٹ وی انڈرسٹینڈ اسلام فرام دا رائٹنگز آف مولانا۔</w:t>
      </w:r>
    </w:p>
    <w:p>
      <w:r>
        <w:rPr>
          <w:b/>
        </w:rPr>
        <w:t xml:space="preserve">[1:14:35] </w:t>
      </w:r>
      <w:r>
        <w:t>And I have read almost 500,000 books of various authors.</w:t>
      </w:r>
    </w:p>
    <w:p>
      <w:pPr>
        <w:jc w:val="right"/>
      </w:pPr>
      <w:r>
        <w:t>اینڈ آئی ہیو ریڈ الموسٹ 500، تھا بکس آف ویریس آتھرز۔</w:t>
      </w:r>
    </w:p>
    <w:p>
      <w:r>
        <w:rPr>
          <w:b/>
        </w:rPr>
        <w:t xml:space="preserve">[1:14:39] </w:t>
      </w:r>
      <w:r>
        <w:t>nobody explains islam at all.</w:t>
      </w:r>
    </w:p>
    <w:p>
      <w:pPr>
        <w:jc w:val="right"/>
      </w:pPr>
      <w:r>
        <w:t>نو بڈی ایکسپلینز اسلام ایٹ آل۔</w:t>
      </w:r>
    </w:p>
    <w:p>
      <w:r>
        <w:rPr>
          <w:b/>
        </w:rPr>
        <w:t xml:space="preserve">[1:14:43] </w:t>
      </w:r>
      <w:r>
        <w:t>I can say with conviction through with my experience.</w:t>
      </w:r>
    </w:p>
    <w:p>
      <w:pPr>
        <w:jc w:val="right"/>
      </w:pPr>
      <w:r>
        <w:t>آئی کین سے ود کنوکشن تھرو ود مائی ایکسپیرینس۔</w:t>
      </w:r>
    </w:p>
    <w:p>
      <w:r>
        <w:rPr>
          <w:b/>
        </w:rPr>
        <w:t xml:space="preserve">[1:14:47] </w:t>
      </w:r>
      <w:r>
        <w:t>And no one is definitely in the modern idiom.</w:t>
      </w:r>
    </w:p>
    <w:p>
      <w:pPr>
        <w:jc w:val="right"/>
      </w:pPr>
      <w:r>
        <w:t>اینڈ نو ون ایز ڈیفینیٹلی ان دا ماڈرن ایڈیم۔</w:t>
      </w:r>
    </w:p>
    <w:p>
      <w:r>
        <w:rPr>
          <w:b/>
        </w:rPr>
        <w:t xml:space="preserve">[1:14:51] </w:t>
      </w:r>
      <w:r>
        <w:t>It's only Maulana material that if somebody really wants to understand Islam.</w:t>
      </w:r>
    </w:p>
    <w:p>
      <w:pPr>
        <w:jc w:val="right"/>
      </w:pPr>
      <w:r>
        <w:t>اٹس اونلی مولانا مٹیریل دیٹ اف سم بڈی ریلی وانٹس ٹو انڈرسٹینڈ اسلام۔</w:t>
      </w:r>
    </w:p>
    <w:p>
      <w:r>
        <w:rPr>
          <w:b/>
        </w:rPr>
        <w:t xml:space="preserve">[1:14:55] </w:t>
      </w:r>
      <w:r>
        <w:t>It is only through Maulana's material that they can understand it.</w:t>
      </w:r>
    </w:p>
    <w:p>
      <w:pPr>
        <w:jc w:val="right"/>
      </w:pPr>
      <w:r>
        <w:t>اٹ از اونلی تھرو مولانا مٹیریل دیٹ دے کین انڈرسٹینڈ اٹ۔</w:t>
      </w:r>
    </w:p>
    <w:p>
      <w:r>
        <w:rPr>
          <w:b/>
        </w:rPr>
        <w:t xml:space="preserve">[1:14:59] </w:t>
      </w:r>
      <w:r>
        <w:t>If somebody really wants to know what is their purpose of life.</w:t>
      </w:r>
    </w:p>
    <w:p>
      <w:pPr>
        <w:jc w:val="right"/>
      </w:pPr>
      <w:r>
        <w:t>اف سم بڈی ریلی وانٹس ٹو نو واٹ از دیر پرپس آف لائف۔</w:t>
      </w:r>
    </w:p>
    <w:p>
      <w:r>
        <w:rPr>
          <w:b/>
        </w:rPr>
        <w:t xml:space="preserve">[1:15:03] </w:t>
      </w:r>
      <w:r>
        <w:t>it is what i have understood.</w:t>
      </w:r>
    </w:p>
    <w:p>
      <w:pPr>
        <w:jc w:val="right"/>
      </w:pPr>
      <w:r>
        <w:t>اٹ از واٹ آئی ہیو انڈرسٹڈ۔</w:t>
      </w:r>
    </w:p>
    <w:p>
      <w:r>
        <w:rPr>
          <w:b/>
        </w:rPr>
        <w:t xml:space="preserve">[1:15:07] </w:t>
      </w:r>
      <w:r>
        <w:t>It is to develop a strong personality within yourself.</w:t>
      </w:r>
    </w:p>
    <w:p>
      <w:pPr>
        <w:jc w:val="right"/>
      </w:pPr>
      <w:r>
        <w:t>اٹ از ٹو ڈیویلپ ا مزکا پرسنیلٹی ود ان یور سیلف۔</w:t>
      </w:r>
    </w:p>
    <w:p>
      <w:r>
        <w:rPr>
          <w:b/>
        </w:rPr>
        <w:t xml:space="preserve">[1:15:11] </w:t>
      </w:r>
      <w:r>
        <w:t>So and pray to God that he finds it eligible for and train to paradise.</w:t>
      </w:r>
    </w:p>
    <w:p>
      <w:pPr>
        <w:jc w:val="right"/>
      </w:pPr>
      <w:r>
        <w:t>سو اینڈ پری ٹو گاڈ دیٹ ہی فائنڈز اٹ ایلیجیبل فار اینڈ ٹرین ٹو پیراڈائز۔</w:t>
      </w:r>
    </w:p>
    <w:p>
      <w:r>
        <w:rPr>
          <w:b/>
        </w:rPr>
        <w:t xml:space="preserve">[1:15:15] </w:t>
      </w:r>
      <w:r>
        <w:t>And once you are able to do that, the work comes automatically.</w:t>
      </w:r>
    </w:p>
    <w:p>
      <w:pPr>
        <w:jc w:val="right"/>
      </w:pPr>
      <w:r>
        <w:t>اینڈ ونس یو آر ایبل ٹو ڈو دیٹ، دا دا ورک کمز آٹومیٹکلی۔</w:t>
      </w:r>
    </w:p>
    <w:p>
      <w:r>
        <w:rPr>
          <w:b/>
        </w:rPr>
        <w:t xml:space="preserve">[1:15:19] </w:t>
      </w:r>
      <w:r>
        <w:t>a secondary work that day Maulana was saying that you think CPS is just a Quran distribution center.</w:t>
      </w:r>
    </w:p>
    <w:p>
      <w:pPr>
        <w:jc w:val="right"/>
      </w:pPr>
      <w:r>
        <w:t>ا سیکنڈری ورک دیٹ ڈے مولانا واز سینگ دیٹ یو تھنک سی پی ایس از جسٹ ا قرآن ڈسٹریبیوشن سینٹر۔</w:t>
      </w:r>
    </w:p>
    <w:p>
      <w:r>
        <w:rPr>
          <w:b/>
        </w:rPr>
        <w:t xml:space="preserve">[1:15:23] </w:t>
      </w:r>
      <w:r>
        <w:t>It's a human factory of making humans and making them develop positive personalities that are fit for inhabiting paradise.</w:t>
      </w:r>
    </w:p>
    <w:p>
      <w:pPr>
        <w:jc w:val="right"/>
      </w:pPr>
      <w:r>
        <w:t>اٹس ا ہیومن فیکٹری آف میکنگ ہیومنز اینڈ میکنگ دیم ڈیویلپ پوزیٹیو پرسنیلٹیز دیٹ آر فٹ فار انہیبٹنگ پیراڈائز۔</w:t>
      </w:r>
    </w:p>
    <w:p>
      <w:r>
        <w:rPr>
          <w:b/>
        </w:rPr>
        <w:t xml:space="preserve">[1:15:27] </w:t>
      </w:r>
      <w:r>
        <w:t>that is the main aim of the mission.</w:t>
      </w:r>
    </w:p>
    <w:p>
      <w:pPr>
        <w:jc w:val="right"/>
      </w:pPr>
      <w:r>
        <w:t>دیٹ از دا مین ایم آف دا مشن۔</w:t>
      </w:r>
    </w:p>
    <w:p>
      <w:r>
        <w:rPr>
          <w:b/>
        </w:rPr>
        <w:t xml:space="preserve">[1:15:31] </w:t>
      </w:r>
      <w:r>
        <w:t>And once they do that, the secondary aspect is the Quran distribution of the material.</w:t>
      </w:r>
    </w:p>
    <w:p>
      <w:pPr>
        <w:jc w:val="right"/>
      </w:pPr>
      <w:r>
        <w:t>اینڈ ونس دے ڈو دیٹ، دا سیکنڈری ایسپیکٹ از دا قرآن ڈسٹریبیوشن آف دا دا مٹیریل۔</w:t>
      </w:r>
    </w:p>
    <w:p>
      <w:r>
        <w:rPr>
          <w:b/>
        </w:rPr>
        <w:t xml:space="preserve">[1:15:35] </w:t>
      </w:r>
      <w:r>
        <w:t>And if we just depend on God, everything else will fall into place.</w:t>
      </w:r>
    </w:p>
    <w:p>
      <w:pPr>
        <w:jc w:val="right"/>
      </w:pPr>
      <w:r>
        <w:t>اینڈ اف وی جسٹ ڈیپینڈ آن گاڈ، ایوری تھنگ ایلس ویل فال انٹو پلیس۔</w:t>
      </w:r>
    </w:p>
    <w:p>
      <w:r>
        <w:rPr>
          <w:b/>
        </w:rPr>
        <w:t xml:space="preserve">[1:15:39] </w:t>
      </w:r>
      <w:r>
        <w:t>thank you for giving me an opportunity.</w:t>
      </w:r>
    </w:p>
    <w:p>
      <w:pPr>
        <w:jc w:val="right"/>
      </w:pPr>
      <w:r>
        <w:t>تھینک یو فار گیونگ می ان اپرچونیٹی۔</w:t>
      </w:r>
    </w:p>
    <w:p>
      <w:r>
        <w:rPr>
          <w:b/>
        </w:rPr>
        <w:t xml:space="preserve">[1:15:43] </w:t>
      </w:r>
      <w:r>
        <w:t>and i am sorry.</w:t>
      </w:r>
    </w:p>
    <w:p>
      <w:pPr>
        <w:jc w:val="right"/>
      </w:pPr>
      <w:r>
        <w:t>اینڈ آئی ایم سوری۔</w:t>
      </w:r>
    </w:p>
    <w:p>
      <w:r>
        <w:rPr>
          <w:b/>
        </w:rPr>
        <w:t xml:space="preserve">[1:15:48] </w:t>
      </w:r>
      <w:r>
        <w:t>okay, i request sister ummera to come here and share her.</w:t>
      </w:r>
    </w:p>
    <w:p>
      <w:pPr>
        <w:jc w:val="right"/>
      </w:pPr>
      <w:r>
        <w:t>اوکے، آئی ریکویسٹ سسٹر عمیرہ ٹو کم ہیر اینڈ شیئر ہر۔</w:t>
      </w:r>
    </w:p>
    <w:p>
      <w:r>
        <w:rPr>
          <w:b/>
        </w:rPr>
        <w:t xml:space="preserve">[1:15:52] </w:t>
      </w:r>
      <w:r>
        <w:t>bismillah hir rahman nir raheem.</w:t>
      </w:r>
    </w:p>
    <w:p>
      <w:pPr>
        <w:jc w:val="right"/>
      </w:pPr>
      <w:r>
        <w:t>بسم اللہ الرحمن الرحیم۔</w:t>
      </w:r>
    </w:p>
    <w:p>
      <w:r>
        <w:rPr>
          <w:b/>
        </w:rPr>
        <w:t xml:space="preserve">[1:15:54] </w:t>
      </w:r>
      <w:r>
        <w:t>abhi abhi thori der pehle hum ko yeh pata chala ke hamein bhi stage par aana hai to</w:t>
      </w:r>
    </w:p>
    <w:p>
      <w:pPr>
        <w:jc w:val="right"/>
      </w:pPr>
      <w:r>
        <w:t>ابھی ابھی تھوڑی دیر پہلے ہم کو یہ پتہ چلا کہ ہمیں بھی اسٹیج پر آنا ہے تو</w:t>
      </w:r>
    </w:p>
    <w:p>
      <w:r>
        <w:rPr>
          <w:b/>
        </w:rPr>
        <w:t xml:space="preserve">[1:16:02] </w:t>
      </w:r>
      <w:r>
        <w:t>hamein aik ajeeb si ghabrahat hone lagi aur hum yeh sochne lage ke yahan par bethe hue jitne</w:t>
      </w:r>
    </w:p>
    <w:p>
      <w:pPr>
        <w:jc w:val="right"/>
      </w:pPr>
      <w:r>
        <w:t>ہمیں ایک عجیب سی گھبراہٹ ہونے لگی اور ہم یہ سوچنے لگے کہ یہاں پر بیٹھے ہوئے جتنے</w:t>
      </w:r>
    </w:p>
    <w:p>
      <w:r>
        <w:rPr>
          <w:b/>
        </w:rPr>
        <w:t xml:space="preserve">[1:16:09] </w:t>
      </w:r>
      <w:r>
        <w:t>bhi log hain woh hum se bohat zyada har pehlu se quwwat wale hain.</w:t>
      </w:r>
    </w:p>
    <w:p>
      <w:pPr>
        <w:jc w:val="right"/>
      </w:pPr>
      <w:r>
        <w:t>بھی لوگ ہیں وہ ہم سے بہت زیادہ ہر پہلو سے قوت والے ہیں۔</w:t>
      </w:r>
    </w:p>
    <w:p>
      <w:r>
        <w:rPr>
          <w:b/>
        </w:rPr>
        <w:t xml:space="preserve">[1:16:15] </w:t>
      </w:r>
      <w:r>
        <w:t>hum bohat kamzor hain lekin lamha bhar mein meri yeh kefiyat badal gayi aur hum ne yeh socha</w:t>
      </w:r>
    </w:p>
    <w:p>
      <w:pPr>
        <w:jc w:val="right"/>
      </w:pPr>
      <w:r>
        <w:t>ہم بہت کمزور ہیں لیکن لمحہ بھر میں میری یہ کیفیت بدل گئی اور ہم نے یہ سوچا</w:t>
      </w:r>
    </w:p>
    <w:p>
      <w:r>
        <w:rPr>
          <w:b/>
        </w:rPr>
        <w:t xml:space="preserve">[1:16:23] </w:t>
      </w:r>
      <w:r>
        <w:t>ke Khuda kya kahe yeh sare log sab bohat hi kamzor hain, Khuda bohat quwwat wala hai.</w:t>
      </w:r>
    </w:p>
    <w:p>
      <w:pPr>
        <w:jc w:val="right"/>
      </w:pPr>
      <w:r>
        <w:t>کہ خدا کیا کہ یہ سارے لوگ سب بہت ہی کمزور ہیں، خدا بہت قوت والا ہے۔</w:t>
      </w:r>
    </w:p>
    <w:p>
      <w:r>
        <w:rPr>
          <w:b/>
        </w:rPr>
        <w:t xml:space="preserve">[1:16:30] </w:t>
      </w:r>
      <w:r>
        <w:t>hum yeh batana chahenge ke Lucknow mein hum ne Jamia Noorul Islam Niswan se faraghat hasil ki, paanch</w:t>
      </w:r>
    </w:p>
    <w:p>
      <w:pPr>
        <w:jc w:val="right"/>
      </w:pPr>
      <w:r>
        <w:t>ہم یہ بتانا چاہیں گے کہ لکھنو میں ہم نے جامعہ نورالاسلام نسواں سے فراغت حاصل کی، پانچ</w:t>
      </w:r>
    </w:p>
    <w:p>
      <w:r>
        <w:rPr>
          <w:b/>
        </w:rPr>
        <w:t xml:space="preserve">[1:16:38] </w:t>
      </w:r>
      <w:r>
        <w:t>saal wahan par dars o tadrees ka kaam anjam diya.</w:t>
      </w:r>
    </w:p>
    <w:p>
      <w:pPr>
        <w:jc w:val="right"/>
      </w:pPr>
      <w:r>
        <w:t>سال وہاں پر درس و تدریس کا کام انجام دیا۔</w:t>
      </w:r>
    </w:p>
    <w:p>
      <w:r>
        <w:rPr>
          <w:b/>
        </w:rPr>
        <w:t xml:space="preserve">[1:16:42] </w:t>
      </w:r>
      <w:r>
        <w:t>is ke baad Maulana ke mission se judne ke baad aap tamam hi logon ko pata hoga jo</w:t>
      </w:r>
    </w:p>
    <w:p>
      <w:pPr>
        <w:jc w:val="right"/>
      </w:pPr>
      <w:r>
        <w:t>اس کے بعد مولانا کے مشن سے جڑنے کے بعد آپ تمام ہی لوگوں کو پتہ ہوگا جو</w:t>
      </w:r>
    </w:p>
    <w:p>
      <w:r>
        <w:rPr>
          <w:b/>
        </w:rPr>
        <w:t xml:space="preserve">[1:16:50] </w:t>
      </w:r>
      <w:r>
        <w:t>hum logon par halaat aaye, mukhalifat ki inteha ho gayi.</w:t>
      </w:r>
    </w:p>
    <w:p>
      <w:pPr>
        <w:jc w:val="right"/>
      </w:pPr>
      <w:r>
        <w:t>ہم لوگوں پر حالات آئے، مخالفت کی انتہا ہوگئی۔</w:t>
      </w:r>
    </w:p>
    <w:p>
      <w:r>
        <w:rPr>
          <w:b/>
        </w:rPr>
        <w:t xml:space="preserve">[1:16:54] </w:t>
      </w:r>
      <w:r>
        <w:t>akele mere shohar Lucknow mein the aur tamam Deoband, Nadwa, Hardoi aur tamam hi log mukhalif the lekin</w:t>
      </w:r>
    </w:p>
    <w:p>
      <w:pPr>
        <w:jc w:val="right"/>
      </w:pPr>
      <w:r>
        <w:t>اکیلے میرے شوہر لکھنو میں تھے اور تمام دیوبند، ندوہ، ہردوئی اور تمام ہی لوگ مخالف تھے لیکن</w:t>
      </w:r>
    </w:p>
    <w:p>
      <w:r>
        <w:rPr>
          <w:b/>
        </w:rPr>
        <w:t xml:space="preserve">[1:17:02] </w:t>
      </w:r>
      <w:r>
        <w:t>tanha Khuda ne hum ek bande ki apni madad ki aur Allah taala ne us waqt ke halaat</w:t>
      </w:r>
    </w:p>
    <w:p>
      <w:pPr>
        <w:jc w:val="right"/>
      </w:pPr>
      <w:r>
        <w:t>تنہا خدا نے ہم ایک بندے کی اپنی مدد کی اور اللہ تعالی نے اس وقت کے حالات</w:t>
      </w:r>
    </w:p>
    <w:p>
      <w:r>
        <w:rPr>
          <w:b/>
        </w:rPr>
        <w:t xml:space="preserve">[1:17:09] </w:t>
      </w:r>
      <w:r>
        <w:t>aise hain ke log jo dar jo aate hain, roz ulama-e-karam, muftiyan-e-karam aur qael ho kar</w:t>
      </w:r>
    </w:p>
    <w:p>
      <w:pPr>
        <w:jc w:val="right"/>
      </w:pPr>
      <w:r>
        <w:t>ایسے ہیں کہ لوگ جو در جو آتے ہیں، روز علماء کرام، مفتیان کرام اور قائل ہو کر</w:t>
      </w:r>
    </w:p>
    <w:p>
      <w:r>
        <w:rPr>
          <w:b/>
        </w:rPr>
        <w:t xml:space="preserve">[1:17:17] </w:t>
      </w:r>
      <w:r>
        <w:t>jaate hain aur Maulana ka literature le kar jaate hain.</w:t>
      </w:r>
    </w:p>
    <w:p>
      <w:pPr>
        <w:jc w:val="right"/>
      </w:pPr>
      <w:r>
        <w:t>جاتے ہیں اور مولانا کا لٹریچر لے کر جاتے ہیں۔</w:t>
      </w:r>
    </w:p>
    <w:p>
      <w:r>
        <w:rPr>
          <w:b/>
        </w:rPr>
        <w:t xml:space="preserve">[1:17:21] </w:t>
      </w:r>
      <w:r>
        <w:t>mera daawti kaam hum kuch nahi keh sakte ke hum kuch karte hain, safar se kuch himmat ki</w:t>
      </w:r>
    </w:p>
    <w:p>
      <w:pPr>
        <w:jc w:val="right"/>
      </w:pPr>
      <w:r>
        <w:t>میرا دعوتی کام ہم کچھ نہیں کہہ سکتے کہ ہم کچھ کرتے ہیں، صفر سے کچھ ہمت کی</w:t>
      </w:r>
    </w:p>
    <w:p>
      <w:r>
        <w:rPr>
          <w:b/>
        </w:rPr>
        <w:t xml:space="preserve">[1:17:29] </w:t>
      </w:r>
      <w:r>
        <w:t>thi, andar se ek dar sa lagta tha hum kisi ko denge to kaise koi hamein daant</w:t>
      </w:r>
    </w:p>
    <w:p>
      <w:pPr>
        <w:jc w:val="right"/>
      </w:pPr>
      <w:r>
        <w:t>تھی، اندر سے ایک ڈر سا لگتا تھا ہم کسی کو دیں گے تو کیسے کوئی ہمیں ڈانٹ</w:t>
      </w:r>
    </w:p>
    <w:p>
      <w:r>
        <w:rPr>
          <w:b/>
        </w:rPr>
        <w:t xml:space="preserve">[1:17:37] </w:t>
      </w:r>
      <w:r>
        <w:t>de ga aur koi nikaar de ga.</w:t>
      </w:r>
    </w:p>
    <w:p>
      <w:pPr>
        <w:jc w:val="right"/>
      </w:pPr>
      <w:r>
        <w:t>دے گا اور کوئی نکار دے گا۔</w:t>
      </w:r>
    </w:p>
    <w:p>
      <w:r>
        <w:rPr>
          <w:b/>
        </w:rPr>
        <w:t xml:space="preserve">[1:17:40] </w:t>
      </w:r>
      <w:r>
        <w:t>is kaifiyat ki bina par kabhi is baat ki himmat nahi hui.</w:t>
      </w:r>
    </w:p>
    <w:p>
      <w:pPr>
        <w:jc w:val="right"/>
      </w:pPr>
      <w:r>
        <w:t>اس کیفیت کی بنا پر کبھی اس بات کی ہمت نہیں ہوئی۔</w:t>
      </w:r>
    </w:p>
    <w:p>
      <w:r>
        <w:rPr>
          <w:b/>
        </w:rPr>
        <w:t xml:space="preserve">[1:17:45] </w:t>
      </w:r>
      <w:r>
        <w:t>mere shohar dawati kaam karte hain, hum un ki muawinat karte hain, hum samajhte hain yahi mera dawati</w:t>
      </w:r>
    </w:p>
    <w:p>
      <w:pPr>
        <w:jc w:val="right"/>
      </w:pPr>
      <w:r>
        <w:t>میرے شوہر دعوتی کام کرتے ہیں، ہم ان کی معاونت کرتے ہیں، ہم سمجھتے ہیں یہی میرا دعوتی</w:t>
      </w:r>
    </w:p>
    <w:p>
      <w:r>
        <w:rPr>
          <w:b/>
        </w:rPr>
        <w:t xml:space="preserve">[1:17:53] </w:t>
      </w:r>
      <w:r>
        <w:t>kaam hai lekin hum apne bag mein kuch Maulana ki kuch kitabein jaise "Sadqi Khoj", "Jeevan ka Uddesh"</w:t>
      </w:r>
    </w:p>
    <w:p>
      <w:pPr>
        <w:jc w:val="right"/>
      </w:pPr>
      <w:r>
        <w:t>کام ہے لیکن ہم اپنے بیگ میں کچھ مولانا کی کچھ کتابیں جیسے "صدقی کھوج"، "جیون کا ادیش"</w:t>
      </w:r>
    </w:p>
    <w:p>
      <w:r>
        <w:rPr>
          <w:b/>
        </w:rPr>
        <w:t xml:space="preserve">[1:18:00] </w:t>
      </w:r>
      <w:r>
        <w:t>yeh chhote chhote kitabche hum apne bag mein rakhte hain.</w:t>
      </w:r>
    </w:p>
    <w:p>
      <w:pPr>
        <w:jc w:val="right"/>
      </w:pPr>
      <w:r>
        <w:t>یہ چھوٹے چھوٹے کتابچے ہم اپنے بیگ میں رکھتے ہیں۔</w:t>
      </w:r>
    </w:p>
    <w:p>
      <w:r>
        <w:rPr>
          <w:b/>
        </w:rPr>
        <w:t xml:space="preserve">[1:18:05] </w:t>
      </w:r>
      <w:r>
        <w:t>to ek baar ab ki garmi mein yaani Al-Quran ki taraf se summer classes English medium schoolon mein</w:t>
      </w:r>
    </w:p>
    <w:p>
      <w:pPr>
        <w:jc w:val="right"/>
      </w:pPr>
      <w:r>
        <w:t>تو ایک بار اب کی گرمی میں یعنی القرآن کی طرف سے سمر کلاسز انگلش میڈیم اسکولوں میں</w:t>
      </w:r>
    </w:p>
    <w:p>
      <w:r>
        <w:rPr>
          <w:b/>
        </w:rPr>
        <w:t xml:space="preserve">[1:18:12] </w:t>
      </w:r>
      <w:r>
        <w:t>hote hain to wahan par humein ek school mein bulaya gaya Saint Rose mein.</w:t>
      </w:r>
    </w:p>
    <w:p>
      <w:pPr>
        <w:jc w:val="right"/>
      </w:pPr>
      <w:r>
        <w:t>ہوتے ہیں تو وہاں پر ہمیں ایک اسکول میں بلایا گیا سینٹ روز میں۔</w:t>
      </w:r>
    </w:p>
    <w:p>
      <w:r>
        <w:rPr>
          <w:b/>
        </w:rPr>
        <w:t xml:space="preserve">[1:18:18] </w:t>
      </w:r>
      <w:r>
        <w:t>wahan mera lecture tha, unhon ne hum ko yaani teen woh diye ya mazmoon diye aur kaha is</w:t>
      </w:r>
    </w:p>
    <w:p>
      <w:pPr>
        <w:jc w:val="right"/>
      </w:pPr>
      <w:r>
        <w:t>وہاں میرا لیکچر تھا، انہوں نے ہم کو یعنی تین وہ دیے یا مضمون دیے اور کہا اس</w:t>
      </w:r>
    </w:p>
    <w:p>
      <w:r>
        <w:rPr>
          <w:b/>
        </w:rPr>
        <w:t xml:space="preserve">[1:18:26] </w:t>
      </w:r>
      <w:r>
        <w:t>ke upar aap ko bolna hai.</w:t>
      </w:r>
    </w:p>
    <w:p>
      <w:pPr>
        <w:jc w:val="right"/>
      </w:pPr>
      <w:r>
        <w:t>کے اوپر آپ کو بولنا ہے۔</w:t>
      </w:r>
    </w:p>
    <w:p>
      <w:r>
        <w:rPr>
          <w:b/>
        </w:rPr>
        <w:t xml:space="preserve">[1:18:29] </w:t>
      </w:r>
      <w:r>
        <w:t>hum ne wahan par is mein bola to wahan ke jitne bhi student the unhon ne kaha sir</w:t>
      </w:r>
    </w:p>
    <w:p>
      <w:pPr>
        <w:jc w:val="right"/>
      </w:pPr>
      <w:r>
        <w:t>ہم نے وہاں پر اس میں بولا تو وہاں کے جتنے بھی سٹوڈنٹ تھے انہوں نے کہا سر</w:t>
      </w:r>
    </w:p>
    <w:p>
      <w:r>
        <w:rPr>
          <w:b/>
        </w:rPr>
        <w:t xml:space="preserve">[1:18:36] </w:t>
      </w:r>
      <w:r>
        <w:t>se kaha ke sir Umra Alvi mem ne bohat acha samjhaya is liye aap doosre din unhi ko</w:t>
      </w:r>
    </w:p>
    <w:p>
      <w:pPr>
        <w:jc w:val="right"/>
      </w:pPr>
      <w:r>
        <w:t>سے کہا کہ سر عمیرہ علوی میم نے بہت اچھا سمجھایا اس لیے آپ دوسرے دن انہی کو</w:t>
      </w:r>
    </w:p>
    <w:p>
      <w:r>
        <w:rPr>
          <w:b/>
        </w:rPr>
        <w:t xml:space="preserve">[1:18:44] </w:t>
      </w:r>
      <w:r>
        <w:t>bulayengi.</w:t>
      </w:r>
    </w:p>
    <w:p>
      <w:pPr>
        <w:jc w:val="right"/>
      </w:pPr>
      <w:r>
        <w:t>بلائیں گی۔</w:t>
      </w:r>
    </w:p>
    <w:p>
      <w:r>
        <w:rPr>
          <w:b/>
        </w:rPr>
        <w:t xml:space="preserve">[1:18:46] </w:t>
      </w:r>
      <w:r>
        <w:t>phir is ke baad hamara doosre school mein hua.</w:t>
      </w:r>
    </w:p>
    <w:p>
      <w:pPr>
        <w:jc w:val="right"/>
      </w:pPr>
      <w:r>
        <w:t>پھر اس کے بعد ہمارا دوسرے اسکول میں ہوا۔</w:t>
      </w:r>
    </w:p>
    <w:p>
      <w:r>
        <w:rPr>
          <w:b/>
        </w:rPr>
        <w:t xml:space="preserve">[1:18:49] </w:t>
      </w:r>
      <w:r>
        <w:t>is tarah se poori garmi mein yaani do mahine mein Saint Rose, Inveray, Sunny Inter College aur mukhtalif</w:t>
      </w:r>
    </w:p>
    <w:p>
      <w:pPr>
        <w:jc w:val="right"/>
      </w:pPr>
      <w:r>
        <w:t>اس طرح سے پوری گرمی میں یعنی دو مہینے میں سینٹ روز، انویری، سنی انٹر کالج اور مختلف</w:t>
      </w:r>
    </w:p>
    <w:p>
      <w:r>
        <w:rPr>
          <w:b/>
        </w:rPr>
        <w:t xml:space="preserve">[1:18:57] </w:t>
      </w:r>
      <w:r>
        <w:t>jagahon par mere bayan hue.</w:t>
      </w:r>
    </w:p>
    <w:p>
      <w:pPr>
        <w:jc w:val="right"/>
      </w:pPr>
      <w:r>
        <w:t>جگہوں پر میرے بیان ہوئے۔</w:t>
      </w:r>
    </w:p>
    <w:p>
      <w:r>
        <w:rPr>
          <w:b/>
        </w:rPr>
        <w:t xml:space="preserve">[1:18:59] </w:t>
      </w:r>
      <w:r>
        <w:t>phir is ke baad bohat se log aise the jo aate the mere paas, student is mein Hindu</w:t>
      </w:r>
    </w:p>
    <w:p>
      <w:pPr>
        <w:jc w:val="right"/>
      </w:pPr>
      <w:r>
        <w:t>پھر اس کے بعد بہت سے لوگ ایسے تھے جو آتے تھے میرے پاس، سٹوڈنٹ اس میں ہندو</w:t>
      </w:r>
    </w:p>
    <w:p>
      <w:r>
        <w:rPr>
          <w:b/>
        </w:rPr>
        <w:t xml:space="preserve">[1:19:07] </w:t>
      </w:r>
      <w:r>
        <w:t>bhi the aur Musalman bhi, aur aa kar mera contact number lete the, mera address poochte the.</w:t>
      </w:r>
    </w:p>
    <w:p>
      <w:pPr>
        <w:jc w:val="right"/>
      </w:pPr>
      <w:r>
        <w:t>بھی تھے اور مسلمان بھی، اور آ کر میرا کانٹیکٹ نمبر لیتے تھے، میرا ایڈریس پوچھتے تھے۔</w:t>
      </w:r>
    </w:p>
    <w:p>
      <w:r>
        <w:rPr>
          <w:b/>
        </w:rPr>
        <w:t xml:space="preserve">[1:19:14] </w:t>
      </w:r>
      <w:r>
        <w:t>phir hum un se baad mein jab rabta qaim karte aur un ko literature dete, yahi mera dawati</w:t>
      </w:r>
    </w:p>
    <w:p>
      <w:pPr>
        <w:jc w:val="right"/>
      </w:pPr>
      <w:r>
        <w:t>پھر ہم ان سے بعد میں جب رابطہ قائم کرتے اور ان کو لٹریچر دیتے، یہی میرا دعوتی</w:t>
      </w:r>
    </w:p>
    <w:p>
      <w:r>
        <w:rPr>
          <w:b/>
        </w:rPr>
        <w:t xml:space="preserve">[1:19:22] </w:t>
      </w:r>
      <w:r>
        <w:t>kaam hai.</w:t>
      </w:r>
    </w:p>
    <w:p>
      <w:pPr>
        <w:jc w:val="right"/>
      </w:pPr>
      <w:r>
        <w:t>کام ہے۔</w:t>
      </w:r>
    </w:p>
    <w:p>
      <w:r>
        <w:rPr>
          <w:b/>
        </w:rPr>
        <w:t xml:space="preserve">[1:19:23] </w:t>
      </w:r>
      <w:r>
        <w:t>phir mukhtalif jagahon par mera dars hota hai.</w:t>
      </w:r>
    </w:p>
    <w:p>
      <w:pPr>
        <w:jc w:val="right"/>
      </w:pPr>
      <w:r>
        <w:t>پھر مختلف جگہوں پر میرا درس ہوتا ہے۔</w:t>
      </w:r>
    </w:p>
    <w:p>
      <w:r>
        <w:rPr>
          <w:b/>
        </w:rPr>
        <w:t xml:space="preserve">[1:19:27] </w:t>
      </w:r>
      <w:r>
        <w:t>dars mein logon ne mukhalifat ki, kisi ne kaha Yahudi ho gaye, kisi ne kaha Qadiyani ho gaye.</w:t>
      </w:r>
    </w:p>
    <w:p>
      <w:pPr>
        <w:jc w:val="right"/>
      </w:pPr>
      <w:r>
        <w:t>درس میں لوگوں نے مخالفت کی، کسی نے کہا یہودی ہو گئے، کسی نے کہا قادیانی ہو گئے۔</w:t>
      </w:r>
    </w:p>
    <w:p>
      <w:r>
        <w:rPr>
          <w:b/>
        </w:rPr>
        <w:t xml:space="preserve">[1:19:35] </w:t>
      </w:r>
      <w:r>
        <w:t>is tarah mera dars rok diya gaya.</w:t>
      </w:r>
    </w:p>
    <w:p>
      <w:pPr>
        <w:jc w:val="right"/>
      </w:pPr>
      <w:r>
        <w:t>اس طرح میرا درس روک دیا گیا۔</w:t>
      </w:r>
    </w:p>
    <w:p>
      <w:r>
        <w:rPr>
          <w:b/>
        </w:rPr>
        <w:t xml:space="preserve">[1:19:38] </w:t>
      </w:r>
      <w:r>
        <w:t>kayi jagahon par medical college waghera mein bhi mera dars hota tha, wahan par bhi rok diya gaya.</w:t>
      </w:r>
    </w:p>
    <w:p>
      <w:pPr>
        <w:jc w:val="right"/>
      </w:pPr>
      <w:r>
        <w:t>کئی جگہوں پر میڈیکل کالج وغیرہ میں بھی میرا درس ہوتا تھا، وہاں پر بھی روک دیا گیا۔</w:t>
      </w:r>
    </w:p>
    <w:p>
      <w:r>
        <w:rPr>
          <w:b/>
        </w:rPr>
        <w:t xml:space="preserve">[1:19:45] </w:t>
      </w:r>
      <w:r>
        <w:t>lekin jahan kahin ek adh jagah hota tha, wahan par ek ek doosre se sun sun kar logon</w:t>
      </w:r>
    </w:p>
    <w:p>
      <w:pPr>
        <w:jc w:val="right"/>
      </w:pPr>
      <w:r>
        <w:t>لیکن جہاں کہیں ایک ادھ جگہ ہوتا تھا، وہاں پر ایک ایک دوسرے سے سن سن کر لوگوں</w:t>
      </w:r>
    </w:p>
    <w:p>
      <w:r>
        <w:rPr>
          <w:b/>
        </w:rPr>
        <w:t xml:space="preserve">[1:19:53] </w:t>
      </w:r>
      <w:r>
        <w:t>ne kaha baat to sunna chahiye, ek baar dekhein to.</w:t>
      </w:r>
    </w:p>
    <w:p>
      <w:pPr>
        <w:jc w:val="right"/>
      </w:pPr>
      <w:r>
        <w:t>نے کہا بات تو سننا چاہیے، ایک بار دیکھیں تو۔</w:t>
      </w:r>
    </w:p>
    <w:p>
      <w:r>
        <w:rPr>
          <w:b/>
        </w:rPr>
        <w:t xml:space="preserve">[1:19:57] </w:t>
      </w:r>
      <w:r>
        <w:t>hum ne ja kar aik aik logon se, yani jin logon ne meri mukhalifat ki, hum un se</w:t>
      </w:r>
    </w:p>
    <w:p>
      <w:pPr>
        <w:jc w:val="right"/>
      </w:pPr>
      <w:r>
        <w:t>ہم نے جا کر ایک ایک لوگوں سے، یعنی جن لوگوں نے میری مخالفت کی، ہم ان سے</w:t>
      </w:r>
    </w:p>
    <w:p>
      <w:r>
        <w:rPr>
          <w:b/>
        </w:rPr>
        <w:t xml:space="preserve">[1:20:05] </w:t>
      </w:r>
      <w:r>
        <w:t>bilkul bhi manfi nahi hue kyunke Maulana ne pehle din, hum pichle saal aaye the to hum se</w:t>
      </w:r>
    </w:p>
    <w:p>
      <w:pPr>
        <w:jc w:val="right"/>
      </w:pPr>
      <w:r>
        <w:t>بالکل بھی منفی نہیں ہوئے کیونکہ مولانا نے پہلے دن، ہم پچھلے سال آئے تھے تو ہم سے</w:t>
      </w:r>
    </w:p>
    <w:p>
      <w:r>
        <w:rPr>
          <w:b/>
        </w:rPr>
        <w:t xml:space="preserve">[1:20:13] </w:t>
      </w:r>
      <w:r>
        <w:t>aik baat kahi thi ke aap ko aadha percent bhi negative nahi hona hai aur har aik se</w:t>
      </w:r>
    </w:p>
    <w:p>
      <w:pPr>
        <w:jc w:val="right"/>
      </w:pPr>
      <w:r>
        <w:t>ایک بات کہی تھی کہ آپ کو آدھا پرسنٹ بھی نیگیٹیو نہیں ہونا ہے اور ہر ایک سے</w:t>
      </w:r>
    </w:p>
    <w:p>
      <w:r>
        <w:rPr>
          <w:b/>
        </w:rPr>
        <w:t xml:space="preserve">[1:20:20] </w:t>
      </w:r>
      <w:r>
        <w:t>misbat andaaz mein baat karna hai.</w:t>
      </w:r>
    </w:p>
    <w:p>
      <w:pPr>
        <w:jc w:val="right"/>
      </w:pPr>
      <w:r>
        <w:t>مثبت انداز میں بات کرنا ہے۔</w:t>
      </w:r>
    </w:p>
    <w:p>
      <w:r>
        <w:rPr>
          <w:b/>
        </w:rPr>
        <w:t xml:space="preserve">[1:20:23] </w:t>
      </w:r>
      <w:r>
        <w:t>to hum kisi se negative nahi hue.</w:t>
      </w:r>
    </w:p>
    <w:p>
      <w:pPr>
        <w:jc w:val="right"/>
      </w:pPr>
      <w:r>
        <w:t>تو ہم کسی سے نیگیٹیو نہیں ہوئے۔</w:t>
      </w:r>
    </w:p>
    <w:p>
      <w:r>
        <w:rPr>
          <w:b/>
        </w:rPr>
        <w:t xml:space="preserve">[1:20:26] </w:t>
      </w:r>
      <w:r>
        <w:t>hum ne medical college jana chhod diya, meri jagah aik aur aalma jane lagi.</w:t>
      </w:r>
    </w:p>
    <w:p>
      <w:pPr>
        <w:jc w:val="right"/>
      </w:pPr>
      <w:r>
        <w:t>ہم نے میڈیکل کالج جانا چھوڑ دیا، میری جگہ ایک اور عالمہ جانے لگی۔</w:t>
      </w:r>
    </w:p>
    <w:p>
      <w:r>
        <w:rPr>
          <w:b/>
        </w:rPr>
        <w:t xml:space="preserve">[1:20:32] </w:t>
      </w:r>
      <w:r>
        <w:t>do mahine jane ke baad un ka accident ho gaya aur wo aaj bhi bistar pe hain, chhe</w:t>
      </w:r>
    </w:p>
    <w:p>
      <w:pPr>
        <w:jc w:val="right"/>
      </w:pPr>
      <w:r>
        <w:t>دو مہینے جانے کے بعد ان کا ایکسیڈنٹ ہو گیا اور وہ آج بھی بستر پہ ہیں، چھ</w:t>
      </w:r>
    </w:p>
    <w:p>
      <w:r>
        <w:rPr>
          <w:b/>
        </w:rPr>
        <w:t xml:space="preserve">[1:20:40] </w:t>
      </w:r>
      <w:r>
        <w:t>mahine ho gaye lekin hum nahi gaye.</w:t>
      </w:r>
    </w:p>
    <w:p>
      <w:pPr>
        <w:jc w:val="right"/>
      </w:pPr>
      <w:r>
        <w:t>مہینے ہو گئے لیکن ہم نہیں گئے۔</w:t>
      </w:r>
    </w:p>
    <w:p>
      <w:r>
        <w:rPr>
          <w:b/>
        </w:rPr>
        <w:t xml:space="preserve">[1:20:43] </w:t>
      </w:r>
      <w:r>
        <w:t>Ramzan ke mahine mein MD karne wali jo ladkiyan thin, wo hum ko pehle se marti thin.</w:t>
      </w:r>
    </w:p>
    <w:p>
      <w:pPr>
        <w:jc w:val="right"/>
      </w:pPr>
      <w:r>
        <w:t>رمضان کے مہینے میں ایم ڈی کرنے والی جو لڑکیاں تھیں، وہ ہم کو پہلے سے مانتی تھیں۔</w:t>
      </w:r>
    </w:p>
    <w:p>
      <w:r>
        <w:rPr>
          <w:b/>
        </w:rPr>
        <w:t xml:space="preserve">[1:20:50] </w:t>
      </w:r>
      <w:r>
        <w:t>mera dars hota tha wahan to un logon ne hamein bulaya ke aap ka Ramzan mein dars hoga</w:t>
      </w:r>
    </w:p>
    <w:p>
      <w:pPr>
        <w:jc w:val="right"/>
      </w:pPr>
      <w:r>
        <w:t>میرا درس ہوتا تھا وہاں تو ان لوگوں نے ہمیں بلایا کہ آپ کا رمضان میں درس ہوگا</w:t>
      </w:r>
    </w:p>
    <w:p>
      <w:r>
        <w:rPr>
          <w:b/>
        </w:rPr>
        <w:t xml:space="preserve">[1:20:58] </w:t>
      </w:r>
      <w:r>
        <w:t>aur roza khilwaya jayega.</w:t>
      </w:r>
    </w:p>
    <w:p>
      <w:pPr>
        <w:jc w:val="right"/>
      </w:pPr>
      <w:r>
        <w:t>اور روزہ کھلوایا جائے گا۔</w:t>
      </w:r>
    </w:p>
    <w:p>
      <w:r>
        <w:rPr>
          <w:b/>
        </w:rPr>
        <w:t xml:space="preserve">[1:21:00] </w:t>
      </w:r>
      <w:r>
        <w:t>lekin hamare jo against the, unhone mana karwa diya sham ke waqt mein ke Umra Alvi ka</w:t>
      </w:r>
    </w:p>
    <w:p>
      <w:pPr>
        <w:jc w:val="right"/>
      </w:pPr>
      <w:r>
        <w:t>لیکن ہمارے جو اگینسٹ تھے، انہوں نے منع کروا دیا شام کے وقت میں کہ عمیرہ علوی کا</w:t>
      </w:r>
    </w:p>
    <w:p>
      <w:r>
        <w:rPr>
          <w:b/>
        </w:rPr>
        <w:t xml:space="preserve">[1:21:08] </w:t>
      </w:r>
      <w:r>
        <w:t>bayan yahan nahi hoga aur kisi ko hum bulayenge, us ka hoga.</w:t>
      </w:r>
    </w:p>
    <w:p>
      <w:pPr>
        <w:jc w:val="right"/>
      </w:pPr>
      <w:r>
        <w:t>بیان یہاں نہیں ہوگا اور کسی کو ہم بلائیں گے، اس کا ہوگا۔</w:t>
      </w:r>
    </w:p>
    <w:p>
      <w:r>
        <w:rPr>
          <w:b/>
        </w:rPr>
        <w:t xml:space="preserve">[1:21:14] </w:t>
      </w:r>
      <w:r>
        <w:t>hum ne jo MD kar rahi thin, un ko is baat mein bohat zillat mehsoos hui ke</w:t>
      </w:r>
    </w:p>
    <w:p>
      <w:pPr>
        <w:jc w:val="right"/>
      </w:pPr>
      <w:r>
        <w:t>ہم نے جو ایم ڈی کر رہی تھیں، ان کو اس بات میں بہت ذلت محسوس ہوئی کہ</w:t>
      </w:r>
    </w:p>
    <w:p>
      <w:r>
        <w:rPr>
          <w:b/>
        </w:rPr>
        <w:t xml:space="preserve">[1:21:21] </w:t>
      </w:r>
      <w:r>
        <w:t>BUMS wali aur MBBS wali ladkiyan ye keh rahi hain ke Umra</w:t>
      </w:r>
    </w:p>
    <w:p>
      <w:pPr>
        <w:jc w:val="right"/>
      </w:pPr>
      <w:r>
        <w:t>بی او ایم ایس والی اور ایم بی بی ایس والی لڑکیاں یہ کہہ رہی ہیں کہ عمیرہ</w:t>
      </w:r>
    </w:p>
    <w:p>
      <w:r>
        <w:rPr>
          <w:b/>
        </w:rPr>
        <w:t xml:space="preserve">[1:21:29] </w:t>
      </w:r>
      <w:r>
        <w:t>Alvi ka dars nahi hoga aur hum ne tay kar diya.</w:t>
      </w:r>
    </w:p>
    <w:p>
      <w:pPr>
        <w:jc w:val="right"/>
      </w:pPr>
      <w:r>
        <w:t>علوی کا درس نہیں ہوگا اور ہم نے طے کر دیا۔</w:t>
      </w:r>
    </w:p>
    <w:p>
      <w:r>
        <w:rPr>
          <w:b/>
        </w:rPr>
        <w:t xml:space="preserve">[1:21:34] </w:t>
      </w:r>
      <w:r>
        <w:t>to hum ne un se kaha ke aap bilkul manfi na huiye aur aap un se bohat achhe</w:t>
      </w:r>
    </w:p>
    <w:p>
      <w:pPr>
        <w:jc w:val="right"/>
      </w:pPr>
      <w:r>
        <w:t>تو ہم نے ان سے کہا کہ آپ بالکل منفی نہ ہوئیے اور آپ ان سے بہت اچھے</w:t>
      </w:r>
    </w:p>
    <w:p>
      <w:r>
        <w:rPr>
          <w:b/>
        </w:rPr>
        <w:t xml:space="preserve">[1:21:41] </w:t>
      </w:r>
      <w:r>
        <w:t>se kahiye ke hum bilkul nahi bolenge, hum aayenge, sirf un ki khidmat karenge, hum</w:t>
      </w:r>
    </w:p>
    <w:p>
      <w:pPr>
        <w:jc w:val="right"/>
      </w:pPr>
      <w:r>
        <w:t>سے کہیے کہ ہم بالکل نہیں بولیں گے، ہم آئیں گے، صرف ان کی خدمت کریں گے، ہم</w:t>
      </w:r>
    </w:p>
    <w:p>
      <w:r>
        <w:rPr>
          <w:b/>
        </w:rPr>
        <w:t xml:space="preserve">[1:21:49] </w:t>
      </w:r>
      <w:r>
        <w:t>un ko roza khilwayenge, hum un ki khidmat karenge lekin hum bilkul baat nahi karenge.</w:t>
      </w:r>
    </w:p>
    <w:p>
      <w:pPr>
        <w:jc w:val="right"/>
      </w:pPr>
      <w:r>
        <w:t>ان کو روزہ کھلوائیں گے، ہم ان کی خدمت کریں گے لیکن ہم بالکل بات نہیں کریں گے۔</w:t>
      </w:r>
    </w:p>
    <w:p>
      <w:r>
        <w:rPr>
          <w:b/>
        </w:rPr>
        <w:t xml:space="preserve">[1:21:57] </w:t>
      </w:r>
      <w:r>
        <w:t>aap bilkul mutmaeen rahiye aur aap un se keh dijiye ke wo nahi bolengi, aap wo jis</w:t>
      </w:r>
    </w:p>
    <w:p>
      <w:pPr>
        <w:jc w:val="right"/>
      </w:pPr>
      <w:r>
        <w:t>آپ بالکل مطمئن رہیے اور آپ ان سے کہہ دیجیے کہ وہ نہیں بولیں گی، آپ وہ جس</w:t>
      </w:r>
    </w:p>
    <w:p>
      <w:r>
        <w:rPr>
          <w:b/>
        </w:rPr>
        <w:t xml:space="preserve">[1:22:05] </w:t>
      </w:r>
      <w:r>
        <w:t>ko bulana chahti hain, bula lein.</w:t>
      </w:r>
    </w:p>
    <w:p>
      <w:pPr>
        <w:jc w:val="right"/>
      </w:pPr>
      <w:r>
        <w:t>کو بلانا چاہتی ہیں، بلا لیں۔</w:t>
      </w:r>
    </w:p>
    <w:p>
      <w:r>
        <w:rPr>
          <w:b/>
        </w:rPr>
        <w:t xml:space="preserve">[1:22:07] </w:t>
      </w:r>
      <w:r>
        <w:t>to phir wo do aalma ko le ke aaye.</w:t>
      </w:r>
    </w:p>
    <w:p>
      <w:pPr>
        <w:jc w:val="right"/>
      </w:pPr>
      <w:r>
        <w:t>تو پھر وہ دو عالمہ کو لے کے آئے۔</w:t>
      </w:r>
    </w:p>
    <w:p>
      <w:r>
        <w:rPr>
          <w:b/>
        </w:rPr>
        <w:t xml:space="preserve">[1:22:11] </w:t>
      </w:r>
      <w:r>
        <w:t>Allah taala ka shukar raha ke wo log itne maroob ho gayin ke aik lafz bhi mere samne</w:t>
      </w:r>
    </w:p>
    <w:p>
      <w:pPr>
        <w:jc w:val="right"/>
      </w:pPr>
      <w:r>
        <w:t>اللہ تعالی کا شکر رہا کہ وہ لوگ اتنے مرعوب ہو گئیں کہ ایک لفظ بھی میرے سامنے</w:t>
      </w:r>
    </w:p>
    <w:p>
      <w:r>
        <w:rPr>
          <w:b/>
        </w:rPr>
        <w:t xml:space="preserve">[1:22:19] </w:t>
      </w:r>
      <w:r>
        <w:t>nahi bol payein.</w:t>
      </w:r>
    </w:p>
    <w:p>
      <w:pPr>
        <w:jc w:val="right"/>
      </w:pPr>
      <w:r>
        <w:t>نہیں بول پائیں۔</w:t>
      </w:r>
    </w:p>
    <w:p>
      <w:r>
        <w:rPr>
          <w:b/>
        </w:rPr>
        <w:t xml:space="preserve">[1:22:20] </w:t>
      </w:r>
      <w:r>
        <w:t>bohat der bolne ke baad wo kitab padhne lagi to wo kitab bhi nahi padh payein.</w:t>
      </w:r>
    </w:p>
    <w:p>
      <w:pPr>
        <w:jc w:val="right"/>
      </w:pPr>
      <w:r>
        <w:t>بہت دیر بولنے کے بعد وہ کتاب پڑھنے لگی تو وہ کتاب بھی نہیں پڑھ پائیں۔</w:t>
      </w:r>
    </w:p>
    <w:p>
      <w:r>
        <w:rPr>
          <w:b/>
        </w:rPr>
        <w:t xml:space="preserve">[1:22:27] </w:t>
      </w:r>
      <w:r>
        <w:t>aakhir mein jo MD doctor doctor shazia, unhon ne kaha ke jo Khuda, jo kisi ko zaleel</w:t>
      </w:r>
    </w:p>
    <w:p>
      <w:pPr>
        <w:jc w:val="right"/>
      </w:pPr>
      <w:r>
        <w:t>آخر میں جو ایم ڈی ڈاکٹر ڈاکٹر شازیہ، انہوں نے کہا کہ جو خدا، جو کسی کو ذلیل</w:t>
      </w:r>
    </w:p>
    <w:p>
      <w:r>
        <w:rPr>
          <w:b/>
        </w:rPr>
        <w:t xml:space="preserve">[1:22:35] </w:t>
      </w:r>
      <w:r>
        <w:t>karta hai, Khuda us ko zaleel karta hai.</w:t>
      </w:r>
    </w:p>
    <w:p>
      <w:pPr>
        <w:jc w:val="right"/>
      </w:pPr>
      <w:r>
        <w:t>کرتا ہے، خدا اس کو ذلیل کرتا ہے۔</w:t>
      </w:r>
    </w:p>
    <w:p>
      <w:r>
        <w:rPr>
          <w:b/>
        </w:rPr>
        <w:t xml:space="preserve">[1:22:38] </w:t>
      </w:r>
      <w:r>
        <w:t>hum ne kaha yeh bhi mat kaho, yeh jumla bhi mat kaho, yeh bhi manfi hai, yeh bhi</w:t>
      </w:r>
    </w:p>
    <w:p>
      <w:pPr>
        <w:jc w:val="right"/>
      </w:pPr>
      <w:r>
        <w:t>ہم نے کہا یہ بھی مت کہو، یہ جملہ بھی مت کہو، یہ بھی منفی ہے، یہ بھی</w:t>
      </w:r>
    </w:p>
    <w:p>
      <w:r>
        <w:rPr>
          <w:b/>
        </w:rPr>
        <w:t xml:space="preserve">[1:22:46] </w:t>
      </w:r>
      <w:r>
        <w:t>negative hai, yeh bhi na kaho.</w:t>
      </w:r>
    </w:p>
    <w:p>
      <w:pPr>
        <w:jc w:val="right"/>
      </w:pPr>
      <w:r>
        <w:t>نیگیٹیو ہے، یہ بھی نہ کہو۔</w:t>
      </w:r>
    </w:p>
    <w:p>
      <w:r>
        <w:rPr>
          <w:b/>
        </w:rPr>
        <w:t xml:space="preserve">[1:22:49] </w:t>
      </w:r>
      <w:r>
        <w:t>hamara kaam yeh hai ke hum achhe se, hum ne sab bohat achhe se sab ki khairiyat poochi</w:t>
      </w:r>
    </w:p>
    <w:p>
      <w:pPr>
        <w:jc w:val="right"/>
      </w:pPr>
      <w:r>
        <w:t>ہمارا کام یہ ہے کہ ہم اچھے سے، ہم نے سب بہت اچھے سے سب کی خیریت پوچھی</w:t>
      </w:r>
    </w:p>
    <w:p>
      <w:r>
        <w:rPr>
          <w:b/>
        </w:rPr>
        <w:t xml:space="preserve">[1:22:56] </w:t>
      </w:r>
      <w:r>
        <w:t>hai, bohat achhe se pesh aaye, hum aik aik se achhe se mile.</w:t>
      </w:r>
    </w:p>
    <w:p>
      <w:pPr>
        <w:jc w:val="right"/>
      </w:pPr>
      <w:r>
        <w:t>ہے، بہت اچھے سے پیش آئے، ہم ایک ایک سے اچھے سے ملے۔</w:t>
      </w:r>
    </w:p>
    <w:p>
      <w:r>
        <w:rPr>
          <w:b/>
        </w:rPr>
        <w:t xml:space="preserve">[1:23:02] </w:t>
      </w:r>
      <w:r>
        <w:t>is ka asar yeh hua ke hamare wahan kaam ke rastay khul gaye.</w:t>
      </w:r>
    </w:p>
    <w:p>
      <w:pPr>
        <w:jc w:val="right"/>
      </w:pPr>
      <w:r>
        <w:t>اس کا اثر یہ ہوا کہ ہمارے وہاں کام کے راستے کھل گئے۔</w:t>
      </w:r>
    </w:p>
    <w:p>
      <w:r>
        <w:rPr>
          <w:b/>
        </w:rPr>
        <w:t xml:space="preserve">[1:23:07] </w:t>
      </w:r>
      <w:r>
        <w:t>hamare ghar ke samne aath mahine pehle ka waqia hai, thandak ka mahina tha.</w:t>
      </w:r>
    </w:p>
    <w:p>
      <w:pPr>
        <w:jc w:val="right"/>
      </w:pPr>
      <w:r>
        <w:t>ہمارے گھر کے سامنے آٹھ مہینے پہلے کا واقعہ ہے، ٹھنڈک کا مہینہ تھا۔</w:t>
      </w:r>
    </w:p>
    <w:p>
      <w:r>
        <w:rPr>
          <w:b/>
        </w:rPr>
        <w:t xml:space="preserve">[1:23:13] </w:t>
      </w:r>
      <w:r>
        <w:t>hamare ghar ke samne 22 saal ki aik naujawan larki koday koday ghar mein bori mein bhari hui</w:t>
      </w:r>
    </w:p>
    <w:p>
      <w:pPr>
        <w:jc w:val="right"/>
      </w:pPr>
      <w:r>
        <w:t>ہمارے گھر کے سامنے 22 سال کی ایک نوجوان لڑکی کوڑے کوڑے گھر میں بوری میں بھری ہوئی</w:t>
      </w:r>
    </w:p>
    <w:p>
      <w:r>
        <w:rPr>
          <w:b/>
        </w:rPr>
        <w:t xml:space="preserve">[1:23:21] </w:t>
      </w:r>
      <w:r>
        <w:t>pari hui thi.</w:t>
      </w:r>
    </w:p>
    <w:p>
      <w:pPr>
        <w:jc w:val="right"/>
      </w:pPr>
      <w:r>
        <w:t>پڑی ہوئی تھی۔</w:t>
      </w:r>
    </w:p>
    <w:p>
      <w:r>
        <w:rPr>
          <w:b/>
        </w:rPr>
        <w:t xml:space="preserve">[1:23:23] </w:t>
      </w:r>
      <w:r>
        <w:t>hamare shohar ne jab dekha ke yeh is mein aik, yaani aik insaan hai, aik zinda insaan hai</w:t>
      </w:r>
    </w:p>
    <w:p>
      <w:pPr>
        <w:jc w:val="right"/>
      </w:pPr>
      <w:r>
        <w:t>ہمارے شوہر نے جب دیکھا کہ یہ اس میں ایک، یعنی ایک انسان ہے، ایک زندہ انسان ہے</w:t>
      </w:r>
    </w:p>
    <w:p>
      <w:r>
        <w:rPr>
          <w:b/>
        </w:rPr>
        <w:t xml:space="preserve">[1:23:30] </w:t>
      </w:r>
      <w:r>
        <w:t>jis ki awaz aa rahi hai to unhon ne ja kar, barish ho rahi thi, thandak bohat ho</w:t>
      </w:r>
    </w:p>
    <w:p>
      <w:pPr>
        <w:jc w:val="right"/>
      </w:pPr>
      <w:r>
        <w:t>جس کی آواز آ رہی ہے تو انہوں نے جا کر، بارش ہو رہی تھی، ٹھنڈک بہت ہو</w:t>
      </w:r>
    </w:p>
    <w:p>
      <w:r>
        <w:rPr>
          <w:b/>
        </w:rPr>
        <w:t xml:space="preserve">[1:23:38] </w:t>
      </w:r>
      <w:r>
        <w:t>rahi thi, unhon ne bori ko khulwaya aur khol ke jab dekha to woh zinda pagal mazoor larki</w:t>
      </w:r>
    </w:p>
    <w:p>
      <w:pPr>
        <w:jc w:val="right"/>
      </w:pPr>
      <w:r>
        <w:t>رہی تھی، انہوں نے بوری کو کھلوایا اور کھول کے جب دیکھا تو وہ زندہ پاگل معذور لڑکی</w:t>
      </w:r>
    </w:p>
    <w:p>
      <w:r>
        <w:rPr>
          <w:b/>
        </w:rPr>
        <w:t xml:space="preserve">[1:23:46] </w:t>
      </w:r>
      <w:r>
        <w:t>thi.</w:t>
      </w:r>
    </w:p>
    <w:p>
      <w:pPr>
        <w:jc w:val="right"/>
      </w:pPr>
      <w:r>
        <w:t>تھی۔</w:t>
      </w:r>
    </w:p>
    <w:p>
      <w:r>
        <w:rPr>
          <w:b/>
        </w:rPr>
        <w:t xml:space="preserve">[1:23:47] </w:t>
      </w:r>
      <w:r>
        <w:t>phir unhon ne aik, woh Bengali bol rahi thi, unhon ne aik Bengali ko bulaya aur Bengali se</w:t>
      </w:r>
    </w:p>
    <w:p>
      <w:pPr>
        <w:jc w:val="right"/>
      </w:pPr>
      <w:r>
        <w:t>پھر انہوں نے ایک، وہ بنگالی بول رہی تھی، انہوں نے ایک بنگالی کو بلایا اور بنگالی سے</w:t>
      </w:r>
    </w:p>
    <w:p>
      <w:r>
        <w:rPr>
          <w:b/>
        </w:rPr>
        <w:t xml:space="preserve">[1:23:55] </w:t>
      </w:r>
      <w:r>
        <w:t>kaha ke dekho yeh kya keh rahi hai.</w:t>
      </w:r>
    </w:p>
    <w:p>
      <w:pPr>
        <w:jc w:val="right"/>
      </w:pPr>
      <w:r>
        <w:t>کہا کہ دیکھو یہ کیا کہہ رہی ہے۔</w:t>
      </w:r>
    </w:p>
    <w:p>
      <w:r>
        <w:rPr>
          <w:b/>
        </w:rPr>
        <w:t xml:space="preserve">[1:23:58] </w:t>
      </w:r>
      <w:r>
        <w:t>woh yeh keh rahi thi Bengali mein ke hum ko jaara lag raha hai, aag jala do.</w:t>
      </w:r>
    </w:p>
    <w:p>
      <w:pPr>
        <w:jc w:val="right"/>
      </w:pPr>
      <w:r>
        <w:t>وہ یہ کہہ رہی تھی بنگالی میں کہ ہم کو جاڑا لگ رہا ہے، آگ جلا دو۔</w:t>
      </w:r>
    </w:p>
    <w:p>
      <w:r>
        <w:rPr>
          <w:b/>
        </w:rPr>
        <w:t xml:space="preserve">[1:24:06] </w:t>
      </w:r>
      <w:r>
        <w:t>phir us ko kapray badlay, bistar diya, phir us ko admit kiya doosre din hospital mein lekin woh</w:t>
      </w:r>
    </w:p>
    <w:p>
      <w:pPr>
        <w:jc w:val="right"/>
      </w:pPr>
      <w:r>
        <w:t>پھر اس کو کپڑے بدلائے، بستر دیا، پھر اس کو ایڈمٹ کیا دوسرے دن ہاسپٹل میں لیکن وہ</w:t>
      </w:r>
    </w:p>
    <w:p>
      <w:r>
        <w:rPr>
          <w:b/>
        </w:rPr>
        <w:t xml:space="preserve">[1:24:13] </w:t>
      </w:r>
      <w:r>
        <w:t>itni gandi gandagi kar rahi thi ke hospital walon ne us ko nahi diya, wapas kar diya.</w:t>
      </w:r>
    </w:p>
    <w:p>
      <w:pPr>
        <w:jc w:val="right"/>
      </w:pPr>
      <w:r>
        <w:t>اتنی گندی گندگی کر رہی تھی کہ ہاسپٹل والوں نے اس کو نہیں دیا، واپس کر دیا۔</w:t>
      </w:r>
    </w:p>
    <w:p>
      <w:r>
        <w:rPr>
          <w:b/>
        </w:rPr>
        <w:t xml:space="preserve">[1:24:21] </w:t>
      </w:r>
      <w:r>
        <w:t>phir Hafiz Salman sahib ne kaha ke ab tumhara kaam hai, us ko nahlao.</w:t>
      </w:r>
    </w:p>
    <w:p>
      <w:pPr>
        <w:jc w:val="right"/>
      </w:pPr>
      <w:r>
        <w:t>پھر حافظ سلمان صاحب نے کہا کہ اب تمہارا کام ہے، اس کو نہلاؤ۔</w:t>
      </w:r>
    </w:p>
    <w:p>
      <w:r>
        <w:rPr>
          <w:b/>
        </w:rPr>
        <w:t xml:space="preserve">[1:24:27] </w:t>
      </w:r>
      <w:r>
        <w:t>phir hum ne hathon mein gloves pehan ke, jaade ke din thay, pani garam kar ke, woh sir</w:t>
      </w:r>
    </w:p>
    <w:p>
      <w:pPr>
        <w:jc w:val="right"/>
      </w:pPr>
      <w:r>
        <w:t>پھر ہم نے ہاتھوں میں گلوز پہن کے، جاڑے کے دن تھے، پانی گرم کر کے، وہ سر</w:t>
      </w:r>
    </w:p>
    <w:p>
      <w:r>
        <w:rPr>
          <w:b/>
        </w:rPr>
        <w:t xml:space="preserve">[1:24:34] </w:t>
      </w:r>
      <w:r>
        <w:t>se pair tak ghilazat mein doobi hui thi.</w:t>
      </w:r>
    </w:p>
    <w:p>
      <w:pPr>
        <w:jc w:val="right"/>
      </w:pPr>
      <w:r>
        <w:t>سے پیر تک غلاظت میں ڈوبی ہوئی تھی۔</w:t>
      </w:r>
    </w:p>
    <w:p>
      <w:r>
        <w:rPr>
          <w:b/>
        </w:rPr>
        <w:t xml:space="preserve">[1:24:38] </w:t>
      </w:r>
      <w:r>
        <w:t>hum ne us ko nahalaya, nahla ke phir apne kiya rakha, us ka dawa ilaaj kiya kyunke medical</w:t>
      </w:r>
    </w:p>
    <w:p>
      <w:pPr>
        <w:jc w:val="right"/>
      </w:pPr>
      <w:r>
        <w:t>ہم نے اس کو نہلایا، نہلا کے پھر اپنے کیا رکھا، اس کا دوا علاج کیا کیونکہ میڈیکل</w:t>
      </w:r>
    </w:p>
    <w:p>
      <w:r>
        <w:rPr>
          <w:b/>
        </w:rPr>
        <w:t xml:space="preserve">[1:24:46] </w:t>
      </w:r>
      <w:r>
        <w:t>college mein dars hone ki wajah se mere rabte hain doctoron se.</w:t>
      </w:r>
    </w:p>
    <w:p>
      <w:pPr>
        <w:jc w:val="right"/>
      </w:pPr>
      <w:r>
        <w:t>کالج میں درس ہونے کی وجہ سے میرے رابطے ہیں ڈاکٹروں سے۔</w:t>
      </w:r>
    </w:p>
    <w:p>
      <w:r>
        <w:rPr>
          <w:b/>
        </w:rPr>
        <w:t xml:space="preserve">[1:24:51] </w:t>
      </w:r>
      <w:r>
        <w:t>hum ne un ko bulaya, unhon ne aa kar mujhe injection lagaya aur dawa di.</w:t>
      </w:r>
    </w:p>
    <w:p>
      <w:pPr>
        <w:jc w:val="right"/>
      </w:pPr>
      <w:r>
        <w:t>ہم نے ان کو بلایا، انہوں نے آ کر مجھے انجیکشن لگایا اور دوا دی۔</w:t>
      </w:r>
    </w:p>
    <w:p>
      <w:r>
        <w:rPr>
          <w:b/>
        </w:rPr>
        <w:t xml:space="preserve">[1:24:57] </w:t>
      </w:r>
      <w:r>
        <w:t>tiseray din woh larki chalnay lagi apnay hath pairon par.</w:t>
      </w:r>
    </w:p>
    <w:p>
      <w:pPr>
        <w:jc w:val="right"/>
      </w:pPr>
      <w:r>
        <w:t>تیسرے دن وہ لڑکی چلنے لگی اپنے ہاتھ پیروں پر۔</w:t>
      </w:r>
    </w:p>
    <w:p>
      <w:r>
        <w:rPr>
          <w:b/>
        </w:rPr>
        <w:t xml:space="preserve">[1:25:01] </w:t>
      </w:r>
      <w:r>
        <w:t>phir doctor shazia nay bataya ke kora khane ki waja se is ki nasein sakar gayi theen.</w:t>
      </w:r>
    </w:p>
    <w:p>
      <w:pPr>
        <w:jc w:val="right"/>
      </w:pPr>
      <w:r>
        <w:t>پھر ڈاکٹر شازیہ نے بتایا کہ کوڑا کھانے کی وجہ سے اس کی نسیں سکڑ گئی تھیں۔</w:t>
      </w:r>
    </w:p>
    <w:p>
      <w:r>
        <w:rPr>
          <w:b/>
        </w:rPr>
        <w:t xml:space="preserve">[1:25:09] </w:t>
      </w:r>
      <w:r>
        <w:t>tiseray din hum se maulana idrees sahib ne kaha ke aap salman bhai to la kar aap ke</w:t>
      </w:r>
    </w:p>
    <w:p>
      <w:pPr>
        <w:jc w:val="right"/>
      </w:pPr>
      <w:r>
        <w:t>تیسرے دن ہم سے مولانا ادریس صاحب نے کہا کہ آپ سلمان بھائی تو لا کر آپ کے</w:t>
      </w:r>
    </w:p>
    <w:p>
      <w:r>
        <w:rPr>
          <w:b/>
        </w:rPr>
        <w:t xml:space="preserve">[1:25:16] </w:t>
      </w:r>
      <w:r>
        <w:t>upar aise aise kaam chhod dete hain, kab tak aap is ki khidmat kariye ga, kaise hoga.</w:t>
      </w:r>
    </w:p>
    <w:p>
      <w:pPr>
        <w:jc w:val="right"/>
      </w:pPr>
      <w:r>
        <w:t>اوپر ایسے ایسے کام چھوڑ دیتے ہیں، کب تک آپ اس کی خدمت کریے گا، کیسے ہوگا۔</w:t>
      </w:r>
    </w:p>
    <w:p>
      <w:r>
        <w:rPr>
          <w:b/>
        </w:rPr>
        <w:t xml:space="preserve">[1:25:24] </w:t>
      </w:r>
      <w:r>
        <w:t>lekin hum ne apnay dil mein socha ke khuda raaste kholega, allah ki makhlooq par reham karna</w:t>
      </w:r>
    </w:p>
    <w:p>
      <w:pPr>
        <w:jc w:val="right"/>
      </w:pPr>
      <w:r>
        <w:t>لیکن ہم نے اپنے دل میں سوچا کہ خدا راستے کھولے گا، اللہ کی مخلوق پر رحم کرنا</w:t>
      </w:r>
    </w:p>
    <w:p>
      <w:r>
        <w:rPr>
          <w:b/>
        </w:rPr>
        <w:t xml:space="preserve">[1:25:31] </w:t>
      </w:r>
      <w:r>
        <w:t>chahiye aur aaj is ka dimagh pagal hai.</w:t>
      </w:r>
    </w:p>
    <w:p>
      <w:pPr>
        <w:jc w:val="right"/>
      </w:pPr>
      <w:r>
        <w:t>چاہیے اور آج اس کا دماغ پاگل ہے۔</w:t>
      </w:r>
    </w:p>
    <w:p>
      <w:r>
        <w:rPr>
          <w:b/>
        </w:rPr>
        <w:t xml:space="preserve">[1:25:35] </w:t>
      </w:r>
      <w:r>
        <w:t>agar hamara dimagh pagal ho jata to hamara bhi aaj yahi haal hota.</w:t>
      </w:r>
    </w:p>
    <w:p>
      <w:pPr>
        <w:jc w:val="right"/>
      </w:pPr>
      <w:r>
        <w:t>اگر ہمارا دماغ پاگل ہو جاتا تو ہمارا بھی آج یہی حال ہوتا۔</w:t>
      </w:r>
    </w:p>
    <w:p>
      <w:r>
        <w:rPr>
          <w:b/>
        </w:rPr>
        <w:t xml:space="preserve">[1:25:40] </w:t>
      </w:r>
      <w:r>
        <w:t>log itne phone kar kar ke bulate hain, itni izzat dete hain, yeh sirf mind ki baat hai</w:t>
      </w:r>
    </w:p>
    <w:p>
      <w:pPr>
        <w:jc w:val="right"/>
      </w:pPr>
      <w:r>
        <w:t>لوگ اتنے فون کر کر کے بلاتے ہیں، اتنی عزت دیتے ہیں، یہ صرف مائنڈ کی بات ہے</w:t>
      </w:r>
    </w:p>
    <w:p>
      <w:r>
        <w:rPr>
          <w:b/>
        </w:rPr>
        <w:t xml:space="preserve">[1:25:48] </w:t>
      </w:r>
      <w:r>
        <w:t>ke hamara mind sahi hai.</w:t>
      </w:r>
    </w:p>
    <w:p>
      <w:pPr>
        <w:jc w:val="right"/>
      </w:pPr>
      <w:r>
        <w:t>کہ ہمارا مائنڈ صحیح ہے۔</w:t>
      </w:r>
    </w:p>
    <w:p>
      <w:r>
        <w:rPr>
          <w:b/>
        </w:rPr>
        <w:t xml:space="preserve">[1:25:50] </w:t>
      </w:r>
      <w:r>
        <w:t>agar yeh sahi na hota to isi tarah se hum bhi adhe aur ghoome martay aur log hum</w:t>
      </w:r>
    </w:p>
    <w:p>
      <w:pPr>
        <w:jc w:val="right"/>
      </w:pPr>
      <w:r>
        <w:t>اگر یہ صحیح نہ ہوتا تو اسی طرح سے ہم بھی ادھے اور گھومے مارتے اور لوگ ہم</w:t>
      </w:r>
    </w:p>
    <w:p>
      <w:r>
        <w:rPr>
          <w:b/>
        </w:rPr>
        <w:t xml:space="preserve">[1:25:58] </w:t>
      </w:r>
      <w:r>
        <w:t>ko apnay darwazay par theharnay na detay.</w:t>
      </w:r>
    </w:p>
    <w:p>
      <w:pPr>
        <w:jc w:val="right"/>
      </w:pPr>
      <w:r>
        <w:t>کو اپنے دروازے پر ٹھہرنے نہ دیتے۔</w:t>
      </w:r>
    </w:p>
    <w:p>
      <w:r>
        <w:rPr>
          <w:b/>
        </w:rPr>
        <w:t xml:space="preserve">[1:26:01] </w:t>
      </w:r>
      <w:r>
        <w:t>yeh soch kar hum ne is ki khidmat karna shuru ki.</w:t>
      </w:r>
    </w:p>
    <w:p>
      <w:pPr>
        <w:jc w:val="right"/>
      </w:pPr>
      <w:r>
        <w:t>یہ سوچ کر ہم نے اس کی خدمت کرنا شروع کی۔</w:t>
      </w:r>
    </w:p>
    <w:p>
      <w:r>
        <w:rPr>
          <w:b/>
        </w:rPr>
        <w:t xml:space="preserve">[1:26:06] </w:t>
      </w:r>
      <w:r>
        <w:t>tiseray din is larki se mere shohar ne poocha, tum parhi likhi ho? us ne kaha, "i am</w:t>
      </w:r>
    </w:p>
    <w:p>
      <w:pPr>
        <w:jc w:val="right"/>
      </w:pPr>
      <w:r>
        <w:t>تیسرے دن اس لڑکی سے میرے شوہر نے پوچھا، تم پڑھی لکھی ہو؟ اس نے کہا، "آئی ایم</w:t>
      </w:r>
    </w:p>
    <w:p>
      <w:r>
        <w:rPr>
          <w:b/>
        </w:rPr>
        <w:t xml:space="preserve">[1:26:13] </w:t>
      </w:r>
      <w:r>
        <w:t>graduate." phir us ne bataya ke hum ne kahan se high school kiya, phir kahan se inter kiya.</w:t>
      </w:r>
    </w:p>
    <w:p>
      <w:pPr>
        <w:jc w:val="right"/>
      </w:pPr>
      <w:r>
        <w:t>گریجویٹ۔" پھر اس نے بتایا کہ ہم نے کہاں سے ہائی سکول کیا، پھر کہاں سے انٹر کیا۔</w:t>
      </w:r>
    </w:p>
    <w:p>
      <w:r>
        <w:rPr>
          <w:b/>
        </w:rPr>
        <w:t xml:space="preserve">[1:26:21] </w:t>
      </w:r>
      <w:r>
        <w:t>woh parhi likhi thi.</w:t>
      </w:r>
    </w:p>
    <w:p>
      <w:pPr>
        <w:jc w:val="right"/>
      </w:pPr>
      <w:r>
        <w:t>وہ پڑھی لکھی تھی۔</w:t>
      </w:r>
    </w:p>
    <w:p>
      <w:r>
        <w:rPr>
          <w:b/>
        </w:rPr>
        <w:t xml:space="preserve">[1:26:23] </w:t>
      </w:r>
      <w:r>
        <w:t>us ne ek number bataya, woh us ke bhai ka number tha.</w:t>
      </w:r>
    </w:p>
    <w:p>
      <w:pPr>
        <w:jc w:val="right"/>
      </w:pPr>
      <w:r>
        <w:t>اس نے ایک نمبر بتایا، وہ اس کے بھائی کا نمبر تھا۔</w:t>
      </w:r>
    </w:p>
    <w:p>
      <w:r>
        <w:rPr>
          <w:b/>
        </w:rPr>
        <w:t xml:space="preserve">[1:26:28] </w:t>
      </w:r>
      <w:r>
        <w:t>mere shohar ne jab phone kiya to us ke bhai ne receive kiya aur kaha ke hum log</w:t>
      </w:r>
    </w:p>
    <w:p>
      <w:pPr>
        <w:jc w:val="right"/>
      </w:pPr>
      <w:r>
        <w:t>میرے شوہر نے جب فون کیا تو اس کے بھائی نے ریسیو کیا اور کہا کہ ہم لوگ</w:t>
      </w:r>
    </w:p>
    <w:p>
      <w:r>
        <w:rPr>
          <w:b/>
        </w:rPr>
        <w:t xml:space="preserve">[1:26:36] </w:t>
      </w:r>
      <w:r>
        <w:t>dhoondhte dhoondhte is ko thak gaye, panch chhay zile dhoondh chukay, meri maan rote rote pagal ho</w:t>
      </w:r>
    </w:p>
    <w:p>
      <w:pPr>
        <w:jc w:val="right"/>
      </w:pPr>
      <w:r>
        <w:t>ڈھونڈتے ڈھونڈتے اس کو تھک گئے، پانچ چھ ضلعے ڈھونڈ چکے، میری ماں روتے روتے پاگل ہوئی جا</w:t>
      </w:r>
    </w:p>
    <w:p>
      <w:r>
        <w:rPr>
          <w:b/>
        </w:rPr>
        <w:t xml:space="preserve">[1:26:43] </w:t>
      </w:r>
      <w:r>
        <w:t>rahi hai.</w:t>
      </w:r>
    </w:p>
    <w:p>
      <w:pPr>
        <w:jc w:val="right"/>
      </w:pPr>
      <w:r>
        <w:t>رہی ہے۔</w:t>
      </w:r>
    </w:p>
    <w:p>
      <w:r>
        <w:rPr>
          <w:b/>
        </w:rPr>
        <w:t xml:space="preserve">[1:26:45] </w:t>
      </w:r>
      <w:r>
        <w:t>is ke liye foran woh charon ticket se yahan aa gaya aur jab yahan aaya to us ne</w:t>
      </w:r>
    </w:p>
    <w:p>
      <w:pPr>
        <w:jc w:val="right"/>
      </w:pPr>
      <w:r>
        <w:t>اس کے لیے فوراً وہ چاروں ٹکٹ سے یہاں آ گیا اور جب یہاں آیا تو اس نے</w:t>
      </w:r>
    </w:p>
    <w:p>
      <w:r>
        <w:rPr>
          <w:b/>
        </w:rPr>
        <w:t xml:space="preserve">[1:26:53] </w:t>
      </w:r>
      <w:r>
        <w:t>dekha ke woh bohat gandagi karti thi, hum us ko dhote thay to woh rota tha aur kehta</w:t>
      </w:r>
    </w:p>
    <w:p>
      <w:pPr>
        <w:jc w:val="right"/>
      </w:pPr>
      <w:r>
        <w:t>دیکھا کہ وہ بہت گندگی کرتی تھی، ہم اس کو دھوتے تھے تو وہ روتا تھا اور کہتا</w:t>
      </w:r>
    </w:p>
    <w:p>
      <w:r>
        <w:rPr>
          <w:b/>
        </w:rPr>
        <w:t xml:space="preserve">[1:27:00] </w:t>
      </w:r>
      <w:r>
        <w:t>tha jazbat bana kar ke aap log khuda wala kaam kar rahe ho, aap log bhagwan wala kaam</w:t>
      </w:r>
    </w:p>
    <w:p>
      <w:pPr>
        <w:jc w:val="right"/>
      </w:pPr>
      <w:r>
        <w:t>تھا جذبات بنا کر کہ آپ لوگ خدا والا کام کر رہے ہو، آپ لوگ بھگوان والا کام</w:t>
      </w:r>
    </w:p>
    <w:p>
      <w:r>
        <w:rPr>
          <w:b/>
        </w:rPr>
        <w:t xml:space="preserve">[1:27:08] </w:t>
      </w:r>
      <w:r>
        <w:t>kar rahe ho.</w:t>
      </w:r>
    </w:p>
    <w:p>
      <w:pPr>
        <w:jc w:val="right"/>
      </w:pPr>
      <w:r>
        <w:t>کر رہے ہو۔</w:t>
      </w:r>
    </w:p>
    <w:p>
      <w:r>
        <w:rPr>
          <w:b/>
        </w:rPr>
        <w:t xml:space="preserve">[1:27:10] </w:t>
      </w:r>
      <w:r>
        <w:t>to hafiz salman sahib ne kaha ke bohat se log aa gaye, jitnay bhi mohallay ke hindu thay,</w:t>
      </w:r>
    </w:p>
    <w:p>
      <w:pPr>
        <w:jc w:val="right"/>
      </w:pPr>
      <w:r>
        <w:t>تو حافظ سلمان صاحب نے کہا کہ بہت سے لوگ آ گئے، جتنے بھی محلے کے ہندو تھے،</w:t>
      </w:r>
    </w:p>
    <w:p>
      <w:r>
        <w:rPr>
          <w:b/>
        </w:rPr>
        <w:t xml:space="preserve">[1:27:17] </w:t>
      </w:r>
      <w:r>
        <w:t>woh sab aa gaye.</w:t>
      </w:r>
    </w:p>
    <w:p>
      <w:pPr>
        <w:jc w:val="right"/>
      </w:pPr>
      <w:r>
        <w:t>وہ سب آ گئے۔</w:t>
      </w:r>
    </w:p>
    <w:p>
      <w:r>
        <w:rPr>
          <w:b/>
        </w:rPr>
        <w:t xml:space="preserve">[1:27:19] </w:t>
      </w:r>
      <w:r>
        <w:t>is ka naam tha chhaya paal.</w:t>
      </w:r>
    </w:p>
    <w:p>
      <w:pPr>
        <w:jc w:val="right"/>
      </w:pPr>
      <w:r>
        <w:t>اس کا نام تھا چھایا پال۔</w:t>
      </w:r>
    </w:p>
    <w:p>
      <w:r>
        <w:rPr>
          <w:b/>
        </w:rPr>
        <w:t xml:space="preserve">[1:27:22] </w:t>
      </w:r>
      <w:r>
        <w:t>to jis waqt is ko nahla dhula ke bahar kursi pe dhoop mein bithaya to media wale aa</w:t>
      </w:r>
    </w:p>
    <w:p>
      <w:pPr>
        <w:jc w:val="right"/>
      </w:pPr>
      <w:r>
        <w:t>تو جس وقت اس کو نہلا دھلا کے باہر کرسی پہ دھوپ میں بٹھایا تو میڈیا والے آ</w:t>
      </w:r>
    </w:p>
    <w:p>
      <w:r>
        <w:rPr>
          <w:b/>
        </w:rPr>
        <w:t xml:space="preserve">[1:27:29] </w:t>
      </w:r>
      <w:r>
        <w:t>gaye aur unhon ne kaha ke humein aap interview dijiye, hum is ka paper mein nikalenge ke</w:t>
      </w:r>
    </w:p>
    <w:p>
      <w:pPr>
        <w:jc w:val="right"/>
      </w:pPr>
      <w:r>
        <w:t>گئے اور انہوں نے کہا کہ ہمیں آپ انٹرویو دیجئے، ہم اس کا پیپر میں نکالیں گے کہ</w:t>
      </w:r>
    </w:p>
    <w:p>
      <w:r>
        <w:rPr>
          <w:b/>
        </w:rPr>
        <w:t xml:space="preserve">[1:27:37] </w:t>
      </w:r>
      <w:r>
        <w:t>chhaya paal aur hafiz salman khidmat karne wale.</w:t>
      </w:r>
    </w:p>
    <w:p>
      <w:pPr>
        <w:jc w:val="right"/>
      </w:pPr>
      <w:r>
        <w:t>چھایا پال اور حافظ سلمان خدمت کرنے والے۔</w:t>
      </w:r>
    </w:p>
    <w:p>
      <w:r>
        <w:rPr>
          <w:b/>
        </w:rPr>
        <w:t xml:space="preserve">[1:27:40] </w:t>
      </w:r>
      <w:r>
        <w:t>to unhon ne kaha ke nahi, hum wahan to aise khidmat kiye hi karte hain, kaam karte hain,</w:t>
      </w:r>
    </w:p>
    <w:p>
      <w:pPr>
        <w:jc w:val="right"/>
      </w:pPr>
      <w:r>
        <w:t>تو انہوں نے کہا کہ نہیں، ہم وہاں تو ایسے خدمت کیے ہی کرتے ہیں، کام کرتے ہیں،</w:t>
      </w:r>
    </w:p>
    <w:p>
      <w:r>
        <w:rPr>
          <w:b/>
        </w:rPr>
        <w:t xml:space="preserve">[1:27:48] </w:t>
      </w:r>
      <w:r>
        <w:t>mere kar hi nahi karna hai aur humein paper mein nahi dena hai.</w:t>
      </w:r>
    </w:p>
    <w:p>
      <w:pPr>
        <w:jc w:val="right"/>
      </w:pPr>
      <w:r>
        <w:t>میرے کار ہی نہیں کرنا ہے اور ہمیں پیپر میں نہیں دینا ہے۔</w:t>
      </w:r>
    </w:p>
    <w:p>
      <w:r>
        <w:rPr>
          <w:b/>
        </w:rPr>
        <w:t xml:space="preserve">[1:27:54] </w:t>
      </w:r>
      <w:r>
        <w:t>lekin hamari ek dost hain, unhon ne kaha nahi salman bhai, aap paper mein dijiye, paper mein rep</w:t>
      </w:r>
    </w:p>
    <w:p>
      <w:pPr>
        <w:jc w:val="right"/>
      </w:pPr>
      <w:r>
        <w:t>لیکن ہماری ایک دوست ہیں، انہوں نے کہا نہیں سلمان بھائی، آپ پیپر میں دیجئے، پیپر میں ریپ</w:t>
      </w:r>
    </w:p>
    <w:p>
      <w:r>
        <w:rPr>
          <w:b/>
        </w:rPr>
        <w:t xml:space="preserve">[1:28:01] </w:t>
      </w:r>
      <w:r>
        <w:t>ki aur kaun kaun se case nikalte hain, ek acha bhi to nikle taake logon ke andar jazba</w:t>
      </w:r>
    </w:p>
    <w:p>
      <w:pPr>
        <w:jc w:val="right"/>
      </w:pPr>
      <w:r>
        <w:t>کی اور کون کون سے کیس نکلتے ہیں، ایک اچھا بھی تو نکلے تاکہ لوگوں کے اندر جذبہ</w:t>
      </w:r>
    </w:p>
    <w:p>
      <w:r>
        <w:rPr>
          <w:b/>
        </w:rPr>
        <w:t xml:space="preserve">[1:28:09] </w:t>
      </w:r>
      <w:r>
        <w:t>ubhare.</w:t>
      </w:r>
    </w:p>
    <w:p>
      <w:pPr>
        <w:jc w:val="right"/>
      </w:pPr>
      <w:r>
        <w:t>ابھرے۔</w:t>
      </w:r>
    </w:p>
    <w:p>
      <w:r>
        <w:rPr>
          <w:b/>
        </w:rPr>
        <w:t xml:space="preserve">[1:28:11] </w:t>
      </w:r>
      <w:r>
        <w:t>to phir is mein unhon ne interview diya.</w:t>
      </w:r>
    </w:p>
    <w:p>
      <w:pPr>
        <w:jc w:val="right"/>
      </w:pPr>
      <w:r>
        <w:t>تو پھر اس میں انہوں نے انٹرویو دیا۔</w:t>
      </w:r>
    </w:p>
    <w:p>
      <w:r>
        <w:rPr>
          <w:b/>
        </w:rPr>
        <w:t xml:space="preserve">[1:28:14] </w:t>
      </w:r>
      <w:r>
        <w:t>phir is se dawat ke aise raaste khule ke woh ladki dedh mahina pehle is mohalle ki galiyon</w:t>
      </w:r>
    </w:p>
    <w:p>
      <w:pPr>
        <w:jc w:val="right"/>
      </w:pPr>
      <w:r>
        <w:t>پھر اس سے دعوت کے ایسے راستے کھلے کہ وہ لڑکی ڈیڑھ مہینہ پہلے اس محلے کی گلیوں</w:t>
      </w:r>
    </w:p>
    <w:p>
      <w:r>
        <w:rPr>
          <w:b/>
        </w:rPr>
        <w:t xml:space="preserve">[1:28:22] </w:t>
      </w:r>
      <w:r>
        <w:t>mein ghoom rahi thi, hindu aur musalman is ko apne darwazon se bhaga rahe the, saare hindu hamare</w:t>
      </w:r>
    </w:p>
    <w:p>
      <w:pPr>
        <w:jc w:val="right"/>
      </w:pPr>
      <w:r>
        <w:t>میں گھوم رہی تھی، ہندو اور مسلمان اس کو اپنے دروازوں سے بھگا رہے تھے، سارے ہندو ہمارے</w:t>
      </w:r>
    </w:p>
    <w:p>
      <w:r>
        <w:rPr>
          <w:b/>
        </w:rPr>
        <w:t xml:space="preserve">[1:28:29] </w:t>
      </w:r>
      <w:r>
        <w:t>ghar mein aa gaye aur kehne lage, "arey aap ne bohat bara kaam kiya, bohat bara kaam kiya۔"</w:t>
      </w:r>
    </w:p>
    <w:p>
      <w:pPr>
        <w:jc w:val="right"/>
      </w:pPr>
      <w:r>
        <w:t>گھر میں آ گئے اور کہنے لگے، "ارے آپ نے بہت بڑا کام کیا، بہت بڑا کام کیا۔"</w:t>
      </w:r>
    </w:p>
    <w:p>
      <w:r>
        <w:rPr>
          <w:b/>
        </w:rPr>
        <w:t xml:space="preserve">[1:28:37] </w:t>
      </w:r>
      <w:r>
        <w:t>to hum ne kaha ke hum ne koi bara kaam nahi kiya, hum ne apna bhoola hua sabak</w:t>
      </w:r>
    </w:p>
    <w:p>
      <w:pPr>
        <w:jc w:val="right"/>
      </w:pPr>
      <w:r>
        <w:t>تو ہم نے کہا کہ ہم نے کوئی بڑا کام نہیں کیا، ہم نے اپنا بھولا ہوا سبق</w:t>
      </w:r>
    </w:p>
    <w:p>
      <w:r>
        <w:rPr>
          <w:b/>
        </w:rPr>
        <w:t xml:space="preserve">[1:28:45] </w:t>
      </w:r>
      <w:r>
        <w:t>yaad kiya.</w:t>
      </w:r>
    </w:p>
    <w:p>
      <w:pPr>
        <w:jc w:val="right"/>
      </w:pPr>
      <w:r>
        <w:t>یاد کیا۔</w:t>
      </w:r>
    </w:p>
    <w:p>
      <w:r>
        <w:rPr>
          <w:b/>
        </w:rPr>
        <w:t xml:space="preserve">[1:28:46] </w:t>
      </w:r>
      <w:r>
        <w:t>anti murshid muhammad sahib ne kaha tha, "tum zameen walon par daya karo, aasman wala tum par diya</w:t>
      </w:r>
    </w:p>
    <w:p>
      <w:pPr>
        <w:jc w:val="right"/>
      </w:pPr>
      <w:r>
        <w:t>انتی مرشد محمد صاحب نے کہا تھا، "تم زمین والوں پر دয়া کرو، آسمان والا تم پر دیا</w:t>
      </w:r>
    </w:p>
    <w:p>
      <w:r>
        <w:rPr>
          <w:b/>
        </w:rPr>
        <w:t xml:space="preserve">[1:28:54] </w:t>
      </w:r>
      <w:r>
        <w:t>karega۔" phir yeh un logon ke aane ki wajah se hum logon ne kiya kiya ke woh</w:t>
      </w:r>
    </w:p>
    <w:p>
      <w:pPr>
        <w:jc w:val="right"/>
      </w:pPr>
      <w:r>
        <w:t>کرے گا۔" پھر یہ ان لوگوں کے آنے کی وجہ سے ہم لوگوں نے کیا کیا کہ وہ</w:t>
      </w:r>
    </w:p>
    <w:p>
      <w:r>
        <w:rPr>
          <w:b/>
        </w:rPr>
        <w:t xml:space="preserve">[1:29:02] </w:t>
      </w:r>
      <w:r>
        <w:t>log samajh gaye ke yeh log baghair kisi tafreeq ke logon ki khidmat karne wale log hain۔</w:t>
      </w:r>
    </w:p>
    <w:p>
      <w:pPr>
        <w:jc w:val="right"/>
      </w:pPr>
      <w:r>
        <w:t>لوگ سمجھ گئے کہ یہ لوگ بغیر کسی تفریق کے لوگوں کی خدمت کرنے والے لوگ ہیں۔</w:t>
      </w:r>
    </w:p>
    <w:p>
      <w:r>
        <w:rPr>
          <w:b/>
        </w:rPr>
        <w:t xml:space="preserve">[1:29:09] </w:t>
      </w:r>
      <w:r>
        <w:t>to hum ne jab literature diya to un logon ne khushi khushi liya aur phir is ke baad</w:t>
      </w:r>
    </w:p>
    <w:p>
      <w:pPr>
        <w:jc w:val="right"/>
      </w:pPr>
      <w:r>
        <w:t>تو ہم نے جب لٹریچر دیا تو ان لوگوں نے خوشی خوشی لیا اور پھر اس کے بعد</w:t>
      </w:r>
    </w:p>
    <w:p>
      <w:r>
        <w:rPr>
          <w:b/>
        </w:rPr>
        <w:t xml:space="preserve">[1:29:17] </w:t>
      </w:r>
      <w:r>
        <w:t>se hamare kiya jitne bhi yani company ka project le ke chalti hain aurtain aur jitni bhi hindu</w:t>
      </w:r>
    </w:p>
    <w:p>
      <w:pPr>
        <w:jc w:val="right"/>
      </w:pPr>
      <w:r>
        <w:t>سے ہمارے کیا جتنے بھی یعنی کمپنی کا پروجیکٹ لے کے چلتی ہیں عورتیں اور جتنی بھی ہندو</w:t>
      </w:r>
    </w:p>
    <w:p>
      <w:r>
        <w:rPr>
          <w:b/>
        </w:rPr>
        <w:t xml:space="preserve">[1:29:25] </w:t>
      </w:r>
      <w:r>
        <w:t>aurtain mohalle ki woh aane lagen aur is tarah se hamare kiya se literature le ke jaane lagen۔</w:t>
      </w:r>
    </w:p>
    <w:p>
      <w:pPr>
        <w:jc w:val="right"/>
      </w:pPr>
      <w:r>
        <w:t>عورتیں محلے کی وہ آنے لگیں اور اس طرح سے ہمارے کیا سے لٹریچر لے کے جانے لگیں۔</w:t>
      </w:r>
    </w:p>
    <w:p>
      <w:r>
        <w:rPr>
          <w:b/>
        </w:rPr>
        <w:t xml:space="preserve">[1:29:32] </w:t>
      </w:r>
      <w:r>
        <w:t>bas yahi hamara daawti kaam hai, koi bara kaam nahi kar pa rahe aur bas itna hai ke</w:t>
      </w:r>
    </w:p>
    <w:p>
      <w:pPr>
        <w:jc w:val="right"/>
      </w:pPr>
      <w:r>
        <w:t>بس یہی ہمارا دعوتی کام ہے، کوئی بڑا کام نہیں کر پا رہے اور بس اتنا ہے کہ</w:t>
      </w:r>
    </w:p>
    <w:p>
      <w:r>
        <w:rPr>
          <w:b/>
        </w:rPr>
        <w:t xml:space="preserve">[1:29:40] </w:t>
      </w:r>
      <w:r>
        <w:t>maulana ke literature parhne se hum logon ko jo faida hua yeh ke hamare andar yani maulana ke</w:t>
      </w:r>
    </w:p>
    <w:p>
      <w:pPr>
        <w:jc w:val="right"/>
      </w:pPr>
      <w:r>
        <w:t>مولانا کے لٹریچر پڑھنے سے ہم لوگوں کو جو فائدہ ہوا یہ کہ ہمارے اندر یعنی مولانا کے</w:t>
      </w:r>
    </w:p>
    <w:p>
      <w:r>
        <w:rPr>
          <w:b/>
        </w:rPr>
        <w:t xml:space="preserve">[1:29:48] </w:t>
      </w:r>
      <w:r>
        <w:t>jis waqt hum maulana se nahi lage the, dawat ul haq tehreek se lage hue the, us waqt bhi</w:t>
      </w:r>
    </w:p>
    <w:p>
      <w:pPr>
        <w:jc w:val="right"/>
      </w:pPr>
      <w:r>
        <w:t>جس وقت ہم مولانا سے نہیں لگے تھے، دعوت الحق تحریک سے لگے ہوئے تھے، اس وقت بھی</w:t>
      </w:r>
    </w:p>
    <w:p>
      <w:r>
        <w:rPr>
          <w:b/>
        </w:rPr>
        <w:t xml:space="preserve">[1:29:55] </w:t>
      </w:r>
      <w:r>
        <w:t>maulana ko nahi mante the, us waqt bhi maulana ki kitabein padhte the sirf is liye ke un</w:t>
      </w:r>
    </w:p>
    <w:p>
      <w:pPr>
        <w:jc w:val="right"/>
      </w:pPr>
      <w:r>
        <w:t>مولانا کو نہیں مانتے تھے، اس وقت بھی مولانا کی کتابیں پڑھتے تھے صرف اس لیے کہ ان</w:t>
      </w:r>
    </w:p>
    <w:p>
      <w:r>
        <w:rPr>
          <w:b/>
        </w:rPr>
        <w:t xml:space="preserve">[1:30:03] </w:t>
      </w:r>
      <w:r>
        <w:t>ki Maulana ki kitaben parhne se hamein sabr ki tofeeq hoti hai aur meri joint family hai aur</w:t>
      </w:r>
    </w:p>
    <w:p>
      <w:pPr>
        <w:jc w:val="right"/>
      </w:pPr>
      <w:r>
        <w:t>کی مولانا کی کتابیں پڑھنے سے ہمیں صبر کی توفیق ہوتی ہے اور میری جوائنٹ فیملی ہے اور</w:t>
      </w:r>
    </w:p>
    <w:p>
      <w:r>
        <w:rPr>
          <w:b/>
        </w:rPr>
        <w:t xml:space="preserve">[1:30:11] </w:t>
      </w:r>
      <w:r>
        <w:t>joint family mein bohat ziyada is tarah ke waqiat hote hain ke jis mein sabr ki zaroorat hoti</w:t>
      </w:r>
    </w:p>
    <w:p>
      <w:pPr>
        <w:jc w:val="right"/>
      </w:pPr>
      <w:r>
        <w:t>جوائنٹ فیملی میں بہت زیادہ اس طرح کے واقعات ہوتے ہیں کہ جس میں صبر کی ضرورت ہوتی</w:t>
      </w:r>
    </w:p>
    <w:p>
      <w:r>
        <w:rPr>
          <w:b/>
        </w:rPr>
        <w:t xml:space="preserve">[1:30:19] </w:t>
      </w:r>
      <w:r>
        <w:t>hai.</w:t>
      </w:r>
    </w:p>
    <w:p>
      <w:pPr>
        <w:jc w:val="right"/>
      </w:pPr>
      <w:r>
        <w:t>ہے۔</w:t>
      </w:r>
    </w:p>
    <w:p>
      <w:r>
        <w:rPr>
          <w:b/>
        </w:rPr>
        <w:t xml:space="preserve">[1:30:20] </w:t>
      </w:r>
      <w:r>
        <w:t>is waja se hum Maulana ki kitaben pehle se parhte thay taake hum jo hain sabr kar saken.</w:t>
      </w:r>
    </w:p>
    <w:p>
      <w:pPr>
        <w:jc w:val="right"/>
      </w:pPr>
      <w:r>
        <w:t>اس وجہ سے ہم مولانا کی کتابیں پہلے سے پڑھتے تھے تاکہ ہم جو ہیں صبر کر سکیں۔</w:t>
      </w:r>
    </w:p>
    <w:p>
      <w:r>
        <w:rPr>
          <w:b/>
        </w:rPr>
        <w:t xml:space="preserve">[1:30:28] </w:t>
      </w:r>
      <w:r>
        <w:t>bas yahi hamara daawati kaam samjhiye ya yahi hamara jo bhi karguzari hai woh yeh hai.</w:t>
      </w:r>
    </w:p>
    <w:p>
      <w:pPr>
        <w:jc w:val="right"/>
      </w:pPr>
      <w:r>
        <w:t>بس یہی ہمارا دعوتی کام سمجھئے یا یہی ہمارا جو بھی کارگزاری ہے وہ یہ ہے۔</w:t>
      </w:r>
    </w:p>
    <w:p>
      <w:r>
        <w:rPr>
          <w:b/>
        </w:rPr>
        <w:t xml:space="preserve">[1:30:35] </w:t>
      </w:r>
      <w:r>
        <w:t>bas Allah taala se dua hai ke Allah taala hum ko is mein aur ziyada lagne wala aur</w:t>
      </w:r>
    </w:p>
    <w:p>
      <w:pPr>
        <w:jc w:val="right"/>
      </w:pPr>
      <w:r>
        <w:t>بس اللہ تعالی سے دعا ہے کہ اللہ تعالی ہم کو اس میں اور زیادہ لگنے والا اور</w:t>
      </w:r>
    </w:p>
    <w:p>
      <w:r>
        <w:rPr>
          <w:b/>
        </w:rPr>
        <w:t xml:space="preserve">[1:30:42] </w:t>
      </w:r>
      <w:r>
        <w:t>is kaam karne ki tofeeq ata farmaye.</w:t>
      </w:r>
    </w:p>
    <w:p>
      <w:pPr>
        <w:jc w:val="right"/>
      </w:pPr>
      <w:r>
        <w:t>اس کام کرنے کی توفیق عطا فرمائے۔</w:t>
      </w:r>
    </w:p>
    <w:p>
      <w:r>
        <w:rPr>
          <w:b/>
        </w:rPr>
        <w:t xml:space="preserve">[1:30:45] </w:t>
      </w:r>
      <w:r>
        <w:t>Dr. Fareeza Khanum, to share your experience before Eid.</w:t>
      </w:r>
    </w:p>
    <w:p>
      <w:pPr>
        <w:jc w:val="right"/>
      </w:pPr>
      <w:r>
        <w:t>ڈاکٹر فریضہ خانم، ٹو شیئر یور ایکسپیرینس بیفور ایڈ۔</w:t>
      </w:r>
    </w:p>
    <w:p>
      <w:r>
        <w:rPr>
          <w:b/>
        </w:rPr>
        <w:t xml:space="preserve">[1:30:49] </w:t>
      </w:r>
      <w:r>
        <w:t>jaise Naghma aap ne abhi bataya ke podcast aur yeh sab upload ho rahe hain to aap mein</w:t>
      </w:r>
    </w:p>
    <w:p>
      <w:pPr>
        <w:jc w:val="right"/>
      </w:pPr>
      <w:r>
        <w:t>جیسے نغمہ آپ نے ابھی بتایا کہ پاڈکاسٹ اور یہ سب اپلوڈ ہو رہے ہیں تو آپ میں</w:t>
      </w:r>
    </w:p>
    <w:p>
      <w:r>
        <w:rPr>
          <w:b/>
        </w:rPr>
        <w:t xml:space="preserve">[1:30:57] </w:t>
      </w:r>
      <w:r>
        <w:t>se kafi log hain jin ko shayad daily basis pe email nahi aa raha hai.</w:t>
      </w:r>
    </w:p>
    <w:p>
      <w:pPr>
        <w:jc w:val="right"/>
      </w:pPr>
      <w:r>
        <w:t>سے کافی لوگ ہیں جن کو شاید ڈیلی بیسس پہ ای میل نہیں آ رہا ہے۔</w:t>
      </w:r>
    </w:p>
    <w:p>
      <w:r>
        <w:rPr>
          <w:b/>
        </w:rPr>
        <w:t xml:space="preserve">[1:31:04] </w:t>
      </w:r>
      <w:r>
        <w:t>Maulana sahib ke daily podcast upload hote hain Quran Mission website par to wahan par ja kar</w:t>
      </w:r>
    </w:p>
    <w:p>
      <w:pPr>
        <w:jc w:val="right"/>
      </w:pPr>
      <w:r>
        <w:t>مولانا صاحب کے ڈیلی پاڈکاسٹ اپلوڈ ہوتے ہیں القرآن مشن ویب سائٹ پر تو وہاں پر جا کر</w:t>
      </w:r>
    </w:p>
    <w:p>
      <w:r>
        <w:rPr>
          <w:b/>
        </w:rPr>
        <w:t xml:space="preserve">[1:31:11] </w:t>
      </w:r>
      <w:r>
        <w:t>bhi aap download kar sakte hain.</w:t>
      </w:r>
    </w:p>
    <w:p>
      <w:pPr>
        <w:jc w:val="right"/>
      </w:pPr>
      <w:r>
        <w:t>بھی آپ ڈاؤن لوڈ کر سکتے ہیں۔</w:t>
      </w:r>
    </w:p>
    <w:p>
      <w:r>
        <w:rPr>
          <w:b/>
        </w:rPr>
        <w:t xml:space="preserve">[1:31:14] </w:t>
      </w:r>
      <w:r>
        <w:t>aur doosra tareeqa yeh hai ke ek daily email jati hai to agar aap apne email</w:t>
      </w:r>
    </w:p>
    <w:p>
      <w:pPr>
        <w:jc w:val="right"/>
      </w:pPr>
      <w:r>
        <w:t>اور دوسرا طریقہ یہ ہے کہ ایک ڈیلی ای میل جاتی ہے تو اگر آپ اپنے ای میل</w:t>
      </w:r>
    </w:p>
    <w:p>
      <w:r>
        <w:rPr>
          <w:b/>
        </w:rPr>
        <w:t xml:space="preserve">[1:31:22] </w:t>
      </w:r>
      <w:r>
        <w:t>IDs Maulana Farhat ko de dein to woh aap ko subscribe kar dein ge aur aap ko</w:t>
      </w:r>
    </w:p>
    <w:p>
      <w:pPr>
        <w:jc w:val="right"/>
      </w:pPr>
      <w:r>
        <w:t>آئی ڈیز مولانا فرحات کو دے دیں تو وہ آپ کو سبسکرائب کر دیں گے اور آپ کو</w:t>
      </w:r>
    </w:p>
    <w:p>
      <w:r>
        <w:rPr>
          <w:b/>
        </w:rPr>
        <w:t xml:space="preserve">[1:31:30] </w:t>
      </w:r>
      <w:r>
        <w:t>daily podcast ka feed bhi aa jaye ga.</w:t>
      </w:r>
    </w:p>
    <w:p>
      <w:pPr>
        <w:jc w:val="right"/>
      </w:pPr>
      <w:r>
        <w:t>ڈیلی پاڈکاسٹ کا فیڈ بھی آ جائے گا۔</w:t>
      </w:r>
    </w:p>
    <w:p>
      <w:r>
        <w:rPr>
          <w:b/>
        </w:rPr>
        <w:t xml:space="preserve">[1:31:33] </w:t>
      </w:r>
      <w:r>
        <w:t>doosri surat yeh bhi hai ke aap jab website pe ja ke khud subscription karein ge to</w:t>
      </w:r>
    </w:p>
    <w:p>
      <w:pPr>
        <w:jc w:val="right"/>
      </w:pPr>
      <w:r>
        <w:t>دوسری صورت یہ بھی ہے کہ آپ جب ویب سائٹ پہ جا کے خود سبسکرپشن کریں گے تو</w:t>
      </w:r>
    </w:p>
    <w:p>
      <w:r>
        <w:rPr>
          <w:b/>
        </w:rPr>
        <w:t xml:space="preserve">[1:31:41] </w:t>
      </w:r>
      <w:r>
        <w:t>ek link confirmation ka aap ke email ID pe aye ga.</w:t>
      </w:r>
    </w:p>
    <w:p>
      <w:pPr>
        <w:jc w:val="right"/>
      </w:pPr>
      <w:r>
        <w:t>ایک لنک کنفرمیشن کا آپ کے ای میل آئی ڈی پہ آئے گا۔</w:t>
      </w:r>
    </w:p>
    <w:p>
      <w:r>
        <w:rPr>
          <w:b/>
        </w:rPr>
        <w:t xml:space="preserve">[1:31:47] </w:t>
      </w:r>
      <w:r>
        <w:t>When you click that link, تو آپ کا فائنل سبسکرپشن ہوگا and then after that you will start</w:t>
      </w:r>
    </w:p>
    <w:p>
      <w:pPr>
        <w:jc w:val="right"/>
      </w:pPr>
      <w:r>
        <w:t>وین یو کلک دیٹ لنک تو آپ کا فائنل سبسکرپشن ہوگا اینڈ دین افٹر دیٹ یو ویل سٹارٹ</w:t>
      </w:r>
    </w:p>
    <w:p>
      <w:r>
        <w:rPr>
          <w:b/>
        </w:rPr>
        <w:t xml:space="preserve">[1:31:54] </w:t>
      </w:r>
      <w:r>
        <w:t>getting the emails.</w:t>
      </w:r>
    </w:p>
    <w:p>
      <w:pPr>
        <w:jc w:val="right"/>
      </w:pPr>
      <w:r>
        <w:t>گیٹنگ دا ای میلز۔</w:t>
      </w:r>
    </w:p>
    <w:p>
      <w:r>
        <w:rPr>
          <w:b/>
        </w:rPr>
        <w:t xml:space="preserve">[1:31:56] </w:t>
      </w:r>
      <w:r>
        <w:t>so aap apne email IDs Maulana Farhat ko de sakte hain and daily podcast sun sakte</w:t>
      </w:r>
    </w:p>
    <w:p>
      <w:pPr>
        <w:jc w:val="right"/>
      </w:pPr>
      <w:r>
        <w:t>سو آپ اپنے ای میل آئی ڈیز مولانا فرحات کو دے سکتے ہیں اینڈ ڈیلی پاڈکاسٹ سن سکتے</w:t>
      </w:r>
    </w:p>
    <w:p>
      <w:r>
        <w:rPr>
          <w:b/>
        </w:rPr>
        <w:t xml:space="preserve">[1:32:04] </w:t>
      </w:r>
      <w:r>
        <w:t>hain.</w:t>
      </w:r>
    </w:p>
    <w:p>
      <w:pPr>
        <w:jc w:val="right"/>
      </w:pPr>
      <w:r>
        <w:t>ہیں۔</w:t>
      </w:r>
    </w:p>
    <w:p>
      <w:r>
        <w:rPr>
          <w:b/>
        </w:rPr>
        <w:t xml:space="preserve">[1:32:05] </w:t>
      </w:r>
      <w:r>
        <w:t>اب میں انوائٹ کروں گا ڈاکٹر فریضہ خانم کو and after that we will have the final remarks</w:t>
      </w:r>
    </w:p>
    <w:p>
      <w:pPr>
        <w:jc w:val="right"/>
      </w:pPr>
      <w:r>
        <w:t>اب میں انوائٹ کروں گا ڈاکٹر فریضہ خانم کو اینڈ افٹر دیٹ وی ویل ہیو دی فائنل رومانس</w:t>
      </w:r>
    </w:p>
    <w:p>
      <w:r>
        <w:rPr>
          <w:b/>
        </w:rPr>
        <w:t xml:space="preserve">[1:32:13] </w:t>
      </w:r>
      <w:r>
        <w:t>from Maulana.</w:t>
      </w:r>
    </w:p>
    <w:p>
      <w:pPr>
        <w:jc w:val="right"/>
      </w:pPr>
      <w:r>
        <w:t>فرام مولانا۔</w:t>
      </w:r>
    </w:p>
    <w:p>
      <w:r>
        <w:rPr>
          <w:b/>
        </w:rPr>
        <w:t xml:space="preserve">[1:32:14] </w:t>
      </w:r>
      <w:r>
        <w:t>sab ko sunne ke baad mujhe aisa lag raha hai ke mein to kuch kaam nahi kar rahi</w:t>
      </w:r>
    </w:p>
    <w:p>
      <w:pPr>
        <w:jc w:val="right"/>
      </w:pPr>
      <w:r>
        <w:t>سب کو سننے کے بعد مجھے ایسا لگ رہا ہے کہ میں تو کچھ کام نہیں کر رہی</w:t>
      </w:r>
    </w:p>
    <w:p>
      <w:r>
        <w:rPr>
          <w:b/>
        </w:rPr>
        <w:t xml:space="preserve">[1:32:22] </w:t>
      </w:r>
      <w:r>
        <w:t>hoon, itna ziyada kaam log kar rahe hain, mein kuch kar nahi pati hoon.</w:t>
      </w:r>
    </w:p>
    <w:p>
      <w:pPr>
        <w:jc w:val="right"/>
      </w:pPr>
      <w:r>
        <w:t>ہوں، اتنا زیادہ کام لوگ کر رہے ہیں، میں کچھ کر نہیں پاتی ہوں۔</w:t>
      </w:r>
    </w:p>
    <w:p>
      <w:r>
        <w:rPr>
          <w:b/>
        </w:rPr>
        <w:t xml:space="preserve">[1:32:28] </w:t>
      </w:r>
      <w:r>
        <w:t>mujhe hamesha isi ka ehsas raha kyunke kaam ka magnitude itna ziyada hai ke hum ko aisa lagta</w:t>
      </w:r>
    </w:p>
    <w:p>
      <w:pPr>
        <w:jc w:val="right"/>
      </w:pPr>
      <w:r>
        <w:t>مجھے ہمیشہ اسی کا احساس رہا کیونکہ کام کا میگنیٹیوڈ اتنا زیادہ ہے کہ ہم کو ایسا لگتا</w:t>
      </w:r>
    </w:p>
    <w:p>
      <w:r>
        <w:rPr>
          <w:b/>
        </w:rPr>
        <w:t xml:space="preserve">[1:32:36] </w:t>
      </w:r>
      <w:r>
        <w:t>hai ke hum kuch kaam hi nahi kar rahe hain.</w:t>
      </w:r>
    </w:p>
    <w:p>
      <w:pPr>
        <w:jc w:val="right"/>
      </w:pPr>
      <w:r>
        <w:t>ہے کہ ہم کچھ کام ہی نہیں کر رہے ہیں۔</w:t>
      </w:r>
    </w:p>
    <w:p>
      <w:r>
        <w:rPr>
          <w:b/>
        </w:rPr>
        <w:t xml:space="preserve">[1:32:40] </w:t>
      </w:r>
      <w:r>
        <w:t>to ab mein koshish karti hoon aur sab se ziyada dua karti hoon ke Allah taala mujh se</w:t>
      </w:r>
    </w:p>
    <w:p>
      <w:pPr>
        <w:jc w:val="right"/>
      </w:pPr>
      <w:r>
        <w:t>تو اب میں کوشش کرتی ہوں اور سب سے زیادہ دعا کرتی ہوں کہ اللہ تعالی مجھ سے</w:t>
      </w:r>
    </w:p>
    <w:p>
      <w:r>
        <w:rPr>
          <w:b/>
        </w:rPr>
        <w:t xml:space="preserve">[1:32:48] </w:t>
      </w:r>
      <w:r>
        <w:t>ziada se ziada kaam le le.</w:t>
      </w:r>
    </w:p>
    <w:p>
      <w:pPr>
        <w:jc w:val="right"/>
      </w:pPr>
      <w:r>
        <w:t>زیادہ سے زیادہ کام لے لے۔</w:t>
      </w:r>
    </w:p>
    <w:p>
      <w:r>
        <w:rPr>
          <w:b/>
        </w:rPr>
        <w:t xml:space="preserve">[1:32:50] </w:t>
      </w:r>
      <w:r>
        <w:t>to ab aaj kal mein translation bhi bohat kam kar rahi hoon, is ka bhi mujhe bohat hi</w:t>
      </w:r>
    </w:p>
    <w:p>
      <w:pPr>
        <w:jc w:val="right"/>
      </w:pPr>
      <w:r>
        <w:t>تو اب آج کل میں ٹرانسلیشن بھی بہت کم کر رہی ہوں، اس کا بھی مجھے بہت ہی</w:t>
      </w:r>
    </w:p>
    <w:p>
      <w:r>
        <w:rPr>
          <w:b/>
        </w:rPr>
        <w:t xml:space="preserve">[1:32:58] </w:t>
      </w:r>
      <w:r>
        <w:t>guilt feeling rehta hai ke jitna kaam karna hai utna nahi kar pa rahi hoon mein.</w:t>
      </w:r>
    </w:p>
    <w:p>
      <w:pPr>
        <w:jc w:val="right"/>
      </w:pPr>
      <w:r>
        <w:t>گلٹی فیلنگ رہتا ہے کہ جتنا کام کرنا ہے اتنا نہیں کر پا رہی ہوں میں۔</w:t>
      </w:r>
    </w:p>
    <w:p>
      <w:r>
        <w:rPr>
          <w:b/>
        </w:rPr>
        <w:t xml:space="preserve">[1:33:05] </w:t>
      </w:r>
      <w:r>
        <w:t>to mujhe jo sab se ziada bari cheez mili hai yahan par wo yeh hai ke Khuda se</w:t>
      </w:r>
    </w:p>
    <w:p>
      <w:pPr>
        <w:jc w:val="right"/>
      </w:pPr>
      <w:r>
        <w:t>تو مجھے جو سب سے زیادہ بڑی چیز ملی ہے یہاں پر وہ یہ ہے کہ خدا سے</w:t>
      </w:r>
    </w:p>
    <w:p>
      <w:r>
        <w:rPr>
          <w:b/>
        </w:rPr>
        <w:t xml:space="preserve">[1:33:13] </w:t>
      </w:r>
      <w:r>
        <w:t>ta'alluq qaim hona.</w:t>
      </w:r>
    </w:p>
    <w:p>
      <w:pPr>
        <w:jc w:val="right"/>
      </w:pPr>
      <w:r>
        <w:t>تعلق قائم ہونا۔</w:t>
      </w:r>
    </w:p>
    <w:p>
      <w:r>
        <w:rPr>
          <w:b/>
        </w:rPr>
        <w:t xml:space="preserve">[1:33:14] </w:t>
      </w:r>
      <w:r>
        <w:t>aik hai ke hum namaz roza aik muslim family mein jab paida hotay hain to namaz roza sab</w:t>
      </w:r>
    </w:p>
    <w:p>
      <w:pPr>
        <w:jc w:val="right"/>
      </w:pPr>
      <w:r>
        <w:t>ایک ہے کہ ہم نماز روزہ ایک مسلم فیملی میں جب پیدا ہوتے ہیں تو نماز روزہ سب</w:t>
      </w:r>
    </w:p>
    <w:p>
      <w:r>
        <w:rPr>
          <w:b/>
        </w:rPr>
        <w:t xml:space="preserve">[1:33:22] </w:t>
      </w:r>
      <w:r>
        <w:t>seekh letay hain, kartay rehtay hain lekin wo hamaray liye aik ritual hota hai.</w:t>
      </w:r>
    </w:p>
    <w:p>
      <w:pPr>
        <w:jc w:val="right"/>
      </w:pPr>
      <w:r>
        <w:t>سیکھ لیتے ہیں، کرتے رہتے ہیں لیکن وہ ہمارے لیے ایک ریچول ہوتا ہے۔</w:t>
      </w:r>
    </w:p>
    <w:p>
      <w:r>
        <w:rPr>
          <w:b/>
        </w:rPr>
        <w:t xml:space="preserve">[1:33:28] </w:t>
      </w:r>
      <w:r>
        <w:t>sabhi logon ka yeh ehsas hai ke wo aik ritual ke level par hota hai lekin hum ko</w:t>
      </w:r>
    </w:p>
    <w:p>
      <w:pPr>
        <w:jc w:val="right"/>
      </w:pPr>
      <w:r>
        <w:t>سبھی لوگوں کا یہ احساس ہے کہ وہ ایک ریچول کے لیول پر ہوتا ہے لیکن ہم کو</w:t>
      </w:r>
    </w:p>
    <w:p>
      <w:r>
        <w:rPr>
          <w:b/>
        </w:rPr>
        <w:t xml:space="preserve">[1:33:36] </w:t>
      </w:r>
      <w:r>
        <w:t>Maulana ki kitabon se humein mission mila ke hum apni is dunya ki bhalai ke liye aur akhirat</w:t>
      </w:r>
    </w:p>
    <w:p>
      <w:pPr>
        <w:jc w:val="right"/>
      </w:pPr>
      <w:r>
        <w:t>مولانا کی کتابوں سے ہمیں مشن ملا کہ ہم اپنی اس دنیا کی بھلائی کے لیے اور آخرت</w:t>
      </w:r>
    </w:p>
    <w:p>
      <w:r>
        <w:rPr>
          <w:b/>
        </w:rPr>
        <w:t xml:space="preserve">[1:33:43] </w:t>
      </w:r>
      <w:r>
        <w:t>ki bhalai ke liye humein kya karna hai.</w:t>
      </w:r>
    </w:p>
    <w:p>
      <w:pPr>
        <w:jc w:val="right"/>
      </w:pPr>
      <w:r>
        <w:t>کی بھلائی کے لیے ہمیں کیا کرنا ہے۔</w:t>
      </w:r>
    </w:p>
    <w:p>
      <w:r>
        <w:rPr>
          <w:b/>
        </w:rPr>
        <w:t xml:space="preserve">[1:33:47] </w:t>
      </w:r>
      <w:r>
        <w:t>kyun ke jab humein aik discovery ho jaye Khuda ki, mission ki discovery ho jaye to us ke baad</w:t>
      </w:r>
    </w:p>
    <w:p>
      <w:pPr>
        <w:jc w:val="right"/>
      </w:pPr>
      <w:r>
        <w:t>کیونکہ جب ہمیں ایک ڈسکوری ہو جائے خدا کی، مشن کی ڈسکوری ہو جائے تو اس کے بعد</w:t>
      </w:r>
    </w:p>
    <w:p>
      <w:r>
        <w:rPr>
          <w:b/>
        </w:rPr>
        <w:t xml:space="preserve">[1:33:55] </w:t>
      </w:r>
      <w:r>
        <w:t>jo hamara kaam hota hai wo yeh hai ke doosron tak hum kaise pohanchain.</w:t>
      </w:r>
    </w:p>
    <w:p>
      <w:pPr>
        <w:jc w:val="right"/>
      </w:pPr>
      <w:r>
        <w:t>جو ہمارا کام ہوتا ہے وہ یہ ہے کہ دوسروں تک ہم کیسے پہنچائیں۔</w:t>
      </w:r>
    </w:p>
    <w:p>
      <w:r>
        <w:rPr>
          <w:b/>
        </w:rPr>
        <w:t xml:space="preserve">[1:34:01] </w:t>
      </w:r>
      <w:r>
        <w:t>yahan tak ke hum kahin bhi jatay hain aur hum pareshan ho jatay hain ke hum doosre tak</w:t>
      </w:r>
    </w:p>
    <w:p>
      <w:pPr>
        <w:jc w:val="right"/>
      </w:pPr>
      <w:r>
        <w:t>یہاں تک کہ ہم کہیں بھی جاتے ہیں اور ہم پریشان ہو جاتے ہیں کہ ہم دوسرے تک</w:t>
      </w:r>
    </w:p>
    <w:p>
      <w:r>
        <w:rPr>
          <w:b/>
        </w:rPr>
        <w:t xml:space="preserve">[1:34:08] </w:t>
      </w:r>
      <w:r>
        <w:t>kabhi hesitate kar ke hum reh jatay hain to pareshan ho jatay hain ke falan shakhs humein mila</w:t>
      </w:r>
    </w:p>
    <w:p>
      <w:pPr>
        <w:jc w:val="right"/>
      </w:pPr>
      <w:r>
        <w:t>کبھی ہیزیٹیٹ کر کے ہم رہ جاتے ہیں تو پریشان ہو جاتے ہیں کہ فلاں شخص ہمیں ملا</w:t>
      </w:r>
    </w:p>
    <w:p>
      <w:r>
        <w:rPr>
          <w:b/>
        </w:rPr>
        <w:t xml:space="preserve">[1:34:16] </w:t>
      </w:r>
      <w:r>
        <w:t>tha lekin hum us ko nahi de pa de paye.</w:t>
      </w:r>
    </w:p>
    <w:p>
      <w:pPr>
        <w:jc w:val="right"/>
      </w:pPr>
      <w:r>
        <w:t>تھا لیکن ہم اس کو نہیں دے پا دے پائے۔</w:t>
      </w:r>
    </w:p>
    <w:p>
      <w:r>
        <w:rPr>
          <w:b/>
        </w:rPr>
        <w:t xml:space="preserve">[1:34:20] </w:t>
      </w:r>
      <w:r>
        <w:t>to yahi sab se bara kaam hai ke humein tamam logon tak pohancha dena hai.</w:t>
      </w:r>
    </w:p>
    <w:p>
      <w:pPr>
        <w:jc w:val="right"/>
      </w:pPr>
      <w:r>
        <w:t>تو یہی سب سے بڑا کام ہے کہ ہمیں تمام لوگوں تک پہنچا دینا ہے۔</w:t>
      </w:r>
    </w:p>
    <w:p>
      <w:r>
        <w:rPr>
          <w:b/>
        </w:rPr>
        <w:t xml:space="preserve">[1:34:27] </w:t>
      </w:r>
      <w:r>
        <w:t>log kehtay hain ke is ka pohanchane ka kya faida hai? log to parhtay nahi hain, log is</w:t>
      </w:r>
    </w:p>
    <w:p>
      <w:pPr>
        <w:jc w:val="right"/>
      </w:pPr>
      <w:r>
        <w:t>لوگ کہتے ہیں کہ اس کا پہنچانے کا کیا فائدہ ہے؟ لوگ تو پڑھتے نہیں ہیں، لوگ اس</w:t>
      </w:r>
    </w:p>
    <w:p>
      <w:r>
        <w:rPr>
          <w:b/>
        </w:rPr>
        <w:t xml:space="preserve">[1:34:34] </w:t>
      </w:r>
      <w:r>
        <w:t>ka asar nahi letay hain.</w:t>
      </w:r>
    </w:p>
    <w:p>
      <w:pPr>
        <w:jc w:val="right"/>
      </w:pPr>
      <w:r>
        <w:t>کا اثر نہیں لیتے ہیں۔</w:t>
      </w:r>
    </w:p>
    <w:p>
      <w:r>
        <w:rPr>
          <w:b/>
        </w:rPr>
        <w:t xml:space="preserve">[1:34:37] </w:t>
      </w:r>
      <w:r>
        <w:t>to hum kehtay hain ke humein hamara kaam pohancha dena hai, wo us ka kaam hai, wo parhta</w:t>
      </w:r>
    </w:p>
    <w:p>
      <w:pPr>
        <w:jc w:val="right"/>
      </w:pPr>
      <w:r>
        <w:t>تو ہم کہتے ہیں کہ ہمیں ہمارا کام پہنچا دینا ہے، وہ اس کا کام ہے، وہ پڑھتا</w:t>
      </w:r>
    </w:p>
    <w:p>
      <w:r>
        <w:rPr>
          <w:b/>
        </w:rPr>
        <w:t xml:space="preserve">[1:34:44] </w:t>
      </w:r>
      <w:r>
        <w:t>hai, asar leta hai ya nahi leta hai, wo us ka kaam hai.</w:t>
      </w:r>
    </w:p>
    <w:p>
      <w:pPr>
        <w:jc w:val="right"/>
      </w:pPr>
      <w:r>
        <w:t>ہے، اثر لیتا ہے یا نہیں لیتا ہے، وہ اس کا کام ہے۔</w:t>
      </w:r>
    </w:p>
    <w:p>
      <w:r>
        <w:rPr>
          <w:b/>
        </w:rPr>
        <w:t xml:space="preserve">[1:34:50] </w:t>
      </w:r>
      <w:r>
        <w:t>to is liye humein in sawalat ka jawab dene ki kabhi koshish nahi karna chahiye kyun ke wo hamara</w:t>
      </w:r>
    </w:p>
    <w:p>
      <w:pPr>
        <w:jc w:val="right"/>
      </w:pPr>
      <w:r>
        <w:t>تو اس لیے ہمیں ان سوالات کا جواب دینے کی کبھی کوشش نہیں کرنا چاہیے کیونکہ وہ ہمارا</w:t>
      </w:r>
    </w:p>
    <w:p>
      <w:r>
        <w:rPr>
          <w:b/>
        </w:rPr>
        <w:t xml:space="preserve">[1:34:58] </w:t>
      </w:r>
      <w:r>
        <w:t>kaam hi nahi, wo Khuda ke upar hai.</w:t>
      </w:r>
    </w:p>
    <w:p>
      <w:pPr>
        <w:jc w:val="right"/>
      </w:pPr>
      <w:r>
        <w:t>کام ہی نہیں، وہ خدا کے اوپر ہے۔</w:t>
      </w:r>
    </w:p>
    <w:p>
      <w:r>
        <w:rPr>
          <w:b/>
        </w:rPr>
        <w:t xml:space="preserve">[1:35:01] </w:t>
      </w:r>
      <w:r>
        <w:t>Khuda jis ko tofeeq dega, us ko sachai samajh mein aa jayegi.</w:t>
      </w:r>
    </w:p>
    <w:p>
      <w:pPr>
        <w:jc w:val="right"/>
      </w:pPr>
      <w:r>
        <w:t>خدا جس کو توفیق دے گا، اس کو سچائی سمجھ میں آ جائے گی۔</w:t>
      </w:r>
    </w:p>
    <w:p>
      <w:r>
        <w:rPr>
          <w:b/>
        </w:rPr>
        <w:t xml:space="preserve">[1:35:07] </w:t>
      </w:r>
      <w:r>
        <w:t>to sab se bara jo concern hai hum logon ka wo yeh hai ke hum logon ko Allah</w:t>
      </w:r>
    </w:p>
    <w:p>
      <w:pPr>
        <w:jc w:val="right"/>
      </w:pPr>
      <w:r>
        <w:t>تو سب سے بڑا جو کنسرن ہے ہم لوگوں کا وہ یہ ہے کہ ہم لوگوں کو اللہ</w:t>
      </w:r>
    </w:p>
    <w:p>
      <w:r>
        <w:rPr>
          <w:b/>
        </w:rPr>
        <w:t xml:space="preserve">[1:35:15] </w:t>
      </w:r>
      <w:r>
        <w:t>Ta'ala akhirat mein jannat mein jagah dein aur us ke liye hum yahi samajhtay hain ke sab se</w:t>
      </w:r>
    </w:p>
    <w:p>
      <w:pPr>
        <w:jc w:val="right"/>
      </w:pPr>
      <w:r>
        <w:t>تعالی آخرت میں جنت میں جگہ دیں اور اس کے لیے ہم یہی سمجھتے ہیں کہ سب سے</w:t>
      </w:r>
    </w:p>
    <w:p>
      <w:r>
        <w:rPr>
          <w:b/>
        </w:rPr>
        <w:t xml:space="preserve">[1:35:22] </w:t>
      </w:r>
      <w:r>
        <w:t>پہلا اپنا spiritual development کرنا ہے، اپنے اندر modesty لانا ہے، اپنے اپنے کو criticize کرنا ہے۔</w:t>
      </w:r>
    </w:p>
    <w:p>
      <w:pPr>
        <w:jc w:val="right"/>
      </w:pPr>
      <w:r>
        <w:t>پہلا اپنا سپریچول ڈیویلپمنٹ کرنا ہے، اپنے اندر ماڈیسٹی لانا ہے، اپنے اپنے کو کٹو سائز کرنا ہے۔</w:t>
      </w:r>
    </w:p>
    <w:p>
      <w:r>
        <w:rPr>
          <w:b/>
        </w:rPr>
        <w:t xml:space="preserve">[1:35:30] </w:t>
      </w:r>
      <w:r>
        <w:t>kyunke har insaan ke andar ego hota hai, is ko ego ko khatam karna hai aur is mission</w:t>
      </w:r>
    </w:p>
    <w:p>
      <w:pPr>
        <w:jc w:val="right"/>
      </w:pPr>
      <w:r>
        <w:t>کیونکہ ہر انسان کے اندر ایگو ہوتا ہے، اس کو ایگو کو ختم کرنا ہے اور اس مشن</w:t>
      </w:r>
    </w:p>
    <w:p>
      <w:r>
        <w:rPr>
          <w:b/>
        </w:rPr>
        <w:t xml:space="preserve">[1:35:38] </w:t>
      </w:r>
      <w:r>
        <w:t>mein apne aap ko poori tarah se surrender kar dena hai.</w:t>
      </w:r>
    </w:p>
    <w:p>
      <w:pPr>
        <w:jc w:val="right"/>
      </w:pPr>
      <w:r>
        <w:t>میں اپنے آپ کو پوری طریقے سے سرینڈر کر دینا ہے۔</w:t>
      </w:r>
    </w:p>
    <w:p>
      <w:r>
        <w:rPr>
          <w:b/>
        </w:rPr>
        <w:t xml:space="preserve">[1:35:43] </w:t>
      </w:r>
      <w:r>
        <w:t>Khuda ke liye, Khuda ke mission ke liye apne aap ko poori tarah surrender kar dena hai aur</w:t>
      </w:r>
    </w:p>
    <w:p>
      <w:pPr>
        <w:jc w:val="right"/>
      </w:pPr>
      <w:r>
        <w:t>خدا کے لیے، خدا کے مشن کے لیے اپنے آپ کو پوری طرح سرینڈر کر دینا ہے اور</w:t>
      </w:r>
    </w:p>
    <w:p>
      <w:r>
        <w:rPr>
          <w:b/>
        </w:rPr>
        <w:t xml:space="preserve">[1:35:50] </w:t>
      </w:r>
      <w:r>
        <w:t>is mein ego ko kabhi bhi obstacle nahi banana hai ke jab log mil kar kaam karte hain</w:t>
      </w:r>
    </w:p>
    <w:p>
      <w:pPr>
        <w:jc w:val="right"/>
      </w:pPr>
      <w:r>
        <w:t>اس میں ایگو کو کبھی بھی ابسٹیکل نہیں بنانا ہے کہ جب لوگ مل کر کام کرتے ہیں</w:t>
      </w:r>
    </w:p>
    <w:p>
      <w:r>
        <w:rPr>
          <w:b/>
        </w:rPr>
        <w:t xml:space="preserve">[1:35:58] </w:t>
      </w:r>
      <w:r>
        <w:t>to tarah tarah ke masail pesh aate hain.</w:t>
      </w:r>
    </w:p>
    <w:p>
      <w:pPr>
        <w:jc w:val="right"/>
      </w:pPr>
      <w:r>
        <w:t>تو طرح طرح کے مسائل پیش آتے ہیں۔</w:t>
      </w:r>
    </w:p>
    <w:p>
      <w:r>
        <w:rPr>
          <w:b/>
        </w:rPr>
        <w:t xml:space="preserve">[1:36:01] </w:t>
      </w:r>
      <w:r>
        <w:t>hum ne koi baat kahi, doosre ne is ko koi ahmiyat nahi di to hamara ego hurt hota</w:t>
      </w:r>
    </w:p>
    <w:p>
      <w:pPr>
        <w:jc w:val="right"/>
      </w:pPr>
      <w:r>
        <w:t>ہم نے کوئی بات کہی، دوسرے نے اس کو کوئی اہمیت نہیں دی تو ہمارا ایگو ہرٹ ہوتا</w:t>
      </w:r>
    </w:p>
    <w:p>
      <w:r>
        <w:rPr>
          <w:b/>
        </w:rPr>
        <w:t xml:space="preserve">[1:36:09] </w:t>
      </w:r>
      <w:r>
        <w:t>hai.</w:t>
      </w:r>
    </w:p>
    <w:p>
      <w:pPr>
        <w:jc w:val="right"/>
      </w:pPr>
      <w:r>
        <w:t>ہے۔</w:t>
      </w:r>
    </w:p>
    <w:p>
      <w:r>
        <w:rPr>
          <w:b/>
        </w:rPr>
        <w:t xml:space="preserve">[1:36:11] </w:t>
      </w:r>
      <w:r>
        <w:t>to hum ko foran yeh sochna chahiye ke hamara ego jo hai, woh mission is se bohat zyada</w:t>
      </w:r>
    </w:p>
    <w:p>
      <w:pPr>
        <w:jc w:val="right"/>
      </w:pPr>
      <w:r>
        <w:t>تو ہم کو فوراً یہ سوچنا چاہیے کہ ہمارا ایگو جو ہے، وہ مشن اس سے بہت زیادہ</w:t>
      </w:r>
    </w:p>
    <w:p>
      <w:r>
        <w:rPr>
          <w:b/>
        </w:rPr>
        <w:t xml:space="preserve">[1:36:18] </w:t>
      </w:r>
      <w:r>
        <w:t>important hai.</w:t>
      </w:r>
    </w:p>
    <w:p>
      <w:pPr>
        <w:jc w:val="right"/>
      </w:pPr>
      <w:r>
        <w:t>امپورٹنٹ ہے۔</w:t>
      </w:r>
    </w:p>
    <w:p>
      <w:r>
        <w:rPr>
          <w:b/>
        </w:rPr>
        <w:t xml:space="preserve">[1:36:20] </w:t>
      </w:r>
      <w:r>
        <w:t>to hum ko apna ego khatam kar ke is mission mein aage lagna hai kyunke sab se bara</w:t>
      </w:r>
    </w:p>
    <w:p>
      <w:pPr>
        <w:jc w:val="right"/>
      </w:pPr>
      <w:r>
        <w:t>تو ہم کو اپنا ایگو ختم کر کے اس مشن میں آگے لگنا ہے کیونکہ سب سے بڑا</w:t>
      </w:r>
    </w:p>
    <w:p>
      <w:r>
        <w:rPr>
          <w:b/>
        </w:rPr>
        <w:t xml:space="preserve">[1:36:28] </w:t>
      </w:r>
      <w:r>
        <w:t>masla yeh hai ke marne ke baad hum ko Khuda ke aage jawab dehi karni hai, Khuda ke</w:t>
      </w:r>
    </w:p>
    <w:p>
      <w:pPr>
        <w:jc w:val="right"/>
      </w:pPr>
      <w:r>
        <w:t>مسئلہ یہ ہے کہ مرنے کے بعد ہم کو خدا کے آگے جواب دہی کرنی ہے، خدا کے</w:t>
      </w:r>
    </w:p>
    <w:p>
      <w:r>
        <w:rPr>
          <w:b/>
        </w:rPr>
        <w:t xml:space="preserve">[1:36:35] </w:t>
      </w:r>
      <w:r>
        <w:t>aage khara hona hai aur us waqt agar humein jannat mein jagah nahi mili to phir hum kahan</w:t>
      </w:r>
    </w:p>
    <w:p>
      <w:pPr>
        <w:jc w:val="right"/>
      </w:pPr>
      <w:r>
        <w:t>آگے کھڑا ہونا ہے اور اس وقت اگر ہمیں جنت میں جگہ نہیں ملی تو پھر ہم کہاں</w:t>
      </w:r>
    </w:p>
    <w:p>
      <w:r>
        <w:rPr>
          <w:b/>
        </w:rPr>
        <w:t xml:space="preserve">[1:36:43] </w:t>
      </w:r>
      <w:r>
        <w:t>jayenge? Yeh duniya nahi hogi jab hum yahan laut kar wapas aayenge.</w:t>
      </w:r>
    </w:p>
    <w:p>
      <w:pPr>
        <w:jc w:val="right"/>
      </w:pPr>
      <w:r>
        <w:t>جائیں گے؟ یہ دنیا نہیں ہوگی جب ہم یہاں لوٹ کر واپس آئیں گے۔</w:t>
      </w:r>
    </w:p>
    <w:p>
      <w:r>
        <w:rPr>
          <w:b/>
        </w:rPr>
        <w:t xml:space="preserve">[1:36:49] </w:t>
      </w:r>
      <w:r>
        <w:t>hum aise andhere mein bhatakte rahenge, humein koi guidance nahi us waqt milegi.</w:t>
      </w:r>
    </w:p>
    <w:p>
      <w:pPr>
        <w:jc w:val="right"/>
      </w:pPr>
      <w:r>
        <w:t>ہم ایسے اندھیرے میں بھٹکتے رہیں گے، ہمیں کوئی گائیڈنس نہیں اس وقت ملے گی۔</w:t>
      </w:r>
    </w:p>
    <w:p>
      <w:r>
        <w:rPr>
          <w:b/>
        </w:rPr>
        <w:t xml:space="preserve">[1:36:55] </w:t>
      </w:r>
      <w:r>
        <w:t>Duniya mein to Allah taala ne sara intezam kiya hai guidance ka aur jab hum yahan guidance nahi</w:t>
      </w:r>
    </w:p>
    <w:p>
      <w:pPr>
        <w:jc w:val="right"/>
      </w:pPr>
      <w:r>
        <w:t>دنیا میں تو اللہ تعالی نے سارا انتظام کیا ہے گائیڈنس کا اور جب ہم یہاں گائیڈنس نہیں</w:t>
      </w:r>
    </w:p>
    <w:p>
      <w:r>
        <w:rPr>
          <w:b/>
        </w:rPr>
        <w:t xml:space="preserve">[1:37:03] </w:t>
      </w:r>
      <w:r>
        <w:t>le sake to wahan to humein kuch nahi milega.</w:t>
      </w:r>
    </w:p>
    <w:p>
      <w:pPr>
        <w:jc w:val="right"/>
      </w:pPr>
      <w:r>
        <w:t>لے سکے تو وہاں تو ہمیں کچھ نہیں ملے گا۔</w:t>
      </w:r>
    </w:p>
    <w:p>
      <w:r>
        <w:rPr>
          <w:b/>
        </w:rPr>
        <w:t xml:space="preserve">[1:37:07] </w:t>
      </w:r>
      <w:r>
        <w:t>wahan to humare liye ya aag hogi ya andhera hoga aur wahan hum ek universal dust bin honge,</w:t>
      </w:r>
    </w:p>
    <w:p>
      <w:pPr>
        <w:jc w:val="right"/>
      </w:pPr>
      <w:r>
        <w:t>وہاں تو ہمارے لیے یا آگ ہوگی یا اندھیرا ہوگا اور وہاں ہم ایک یونیورسل ڈسٹ بن ہوگا،</w:t>
      </w:r>
    </w:p>
    <w:p>
      <w:r>
        <w:rPr>
          <w:b/>
        </w:rPr>
        <w:t xml:space="preserve">[1:37:15] </w:t>
      </w:r>
      <w:r>
        <w:t>wahan hum phenk diye jayenge.</w:t>
      </w:r>
    </w:p>
    <w:p>
      <w:pPr>
        <w:jc w:val="right"/>
      </w:pPr>
      <w:r>
        <w:t>وہاں ہم پھینک دیے جائیں گے۔</w:t>
      </w:r>
    </w:p>
    <w:p>
      <w:r>
        <w:rPr>
          <w:b/>
        </w:rPr>
        <w:t xml:space="preserve">[1:37:18] </w:t>
      </w:r>
      <w:r>
        <w:t>to is liye is duniya mein humein jo time mila hai, jo opportunities mili hain, us ko humein</w:t>
      </w:r>
    </w:p>
    <w:p>
      <w:pPr>
        <w:jc w:val="right"/>
      </w:pPr>
      <w:r>
        <w:t>تو اس لیے اس دنیا میں ہمیں جو ٹائم ملا ہے، جو اپرچونیٹیز ملی ہیں، اس کو ہمیں</w:t>
      </w:r>
    </w:p>
    <w:p>
      <w:r>
        <w:rPr>
          <w:b/>
        </w:rPr>
        <w:t xml:space="preserve">[1:37:25] </w:t>
      </w:r>
      <w:r>
        <w:t>poori tarah se avail karna hai aur jahan humein lage ke hum kaam nahi aage barh pa rahe</w:t>
      </w:r>
    </w:p>
    <w:p>
      <w:pPr>
        <w:jc w:val="right"/>
      </w:pPr>
      <w:r>
        <w:t>پوری طرح سے اویل کرنا ہے اور جہاں ہمیں لگے کہ ہم کام نہیں آگے بڑھ پا رہے</w:t>
      </w:r>
    </w:p>
    <w:p>
      <w:r>
        <w:rPr>
          <w:b/>
        </w:rPr>
        <w:t xml:space="preserve">[1:37:33] </w:t>
      </w:r>
      <w:r>
        <w:t>hain to wahan humein Khuda se dua karni hai.</w:t>
      </w:r>
    </w:p>
    <w:p>
      <w:pPr>
        <w:jc w:val="right"/>
      </w:pPr>
      <w:r>
        <w:t>ہیں تو وہاں ہمیں خدا سے دعا کرنی ہے۔</w:t>
      </w:r>
    </w:p>
    <w:p>
      <w:r>
        <w:rPr>
          <w:b/>
        </w:rPr>
        <w:t xml:space="preserve">[1:37:37] </w:t>
      </w:r>
      <w:r>
        <w:t>to mujhe apne experiences se aisa lagta hai ke main kai baar galat qadam utha leti hoon, kai</w:t>
      </w:r>
    </w:p>
    <w:p>
      <w:pPr>
        <w:jc w:val="right"/>
      </w:pPr>
      <w:r>
        <w:t>تو مجھے اپنے ایکسپیرینسز سے ایسا لگتا ہے کہ میں کئی بار غلط قدم اٹھا لیتی ہوں، کئی</w:t>
      </w:r>
    </w:p>
    <w:p>
      <w:r>
        <w:rPr>
          <w:b/>
        </w:rPr>
        <w:t xml:space="preserve">[1:37:45] </w:t>
      </w:r>
      <w:r>
        <w:t>baar ghalti kar jati hoon lekin mujhe aisa lagta hai ke woh Allah taala is jab ek aadmi</w:t>
      </w:r>
    </w:p>
    <w:p>
      <w:pPr>
        <w:jc w:val="right"/>
      </w:pPr>
      <w:r>
        <w:t>بار غلطی کر جاتی ہوں لیکن مجھے ایسا لگتا ہے کہ وہ اللہ تعالی اس جب ایک آدمی</w:t>
      </w:r>
    </w:p>
    <w:p>
      <w:r>
        <w:rPr>
          <w:b/>
        </w:rPr>
        <w:t xml:space="preserve">[1:37:52] </w:t>
      </w:r>
      <w:r>
        <w:t>jab Khuda ki raah mein apne aap ko waqf kar deta hai to aisa lagta hai ke is</w:t>
      </w:r>
    </w:p>
    <w:p>
      <w:pPr>
        <w:jc w:val="right"/>
      </w:pPr>
      <w:r>
        <w:t>جب خدا کی راہ میں اپنے آپ کو وقف کر دیتا ہے تو ایسا لگتا ہے کہ اس</w:t>
      </w:r>
    </w:p>
    <w:p>
      <w:r>
        <w:rPr>
          <w:b/>
        </w:rPr>
        <w:t xml:space="preserve">[1:38:00] </w:t>
      </w:r>
      <w:r>
        <w:t>ka minus bhi is ka plus Allah taala bana dete hain.</w:t>
      </w:r>
    </w:p>
    <w:p>
      <w:pPr>
        <w:jc w:val="right"/>
      </w:pPr>
      <w:r>
        <w:t>کا مائنس بھی اس کا پلس اللہ تعالی بنا دیتے ہیں۔</w:t>
      </w:r>
    </w:p>
    <w:p>
      <w:r>
        <w:rPr>
          <w:b/>
        </w:rPr>
        <w:t xml:space="preserve">[1:38:05] </w:t>
      </w:r>
      <w:r>
        <w:t>har ghalti ko Allah taala compensate kar dete hain.</w:t>
      </w:r>
    </w:p>
    <w:p>
      <w:pPr>
        <w:jc w:val="right"/>
      </w:pPr>
      <w:r>
        <w:t>ہر غلطی کو اللہ تعالی کمپنسیٹ کر دیتے ہیں۔</w:t>
      </w:r>
    </w:p>
    <w:p>
      <w:r>
        <w:rPr>
          <w:b/>
        </w:rPr>
        <w:t xml:space="preserve">[1:38:09] </w:t>
      </w:r>
      <w:r>
        <w:t>jahan hum nahi kar paate hain, wahan Allah taala kisi na kisi zariye se woh kisi na kisi</w:t>
      </w:r>
    </w:p>
    <w:p>
      <w:pPr>
        <w:jc w:val="right"/>
      </w:pPr>
      <w:r>
        <w:t>جہاں ہم نہیں کر پاتے ہیں، وہاں اللہ تعالی کسی نہ کسی ذریعے سے وہ کسی نہ کسی</w:t>
      </w:r>
    </w:p>
    <w:p>
      <w:r>
        <w:rPr>
          <w:b/>
        </w:rPr>
        <w:t xml:space="preserve">[1:38:16] </w:t>
      </w:r>
      <w:r>
        <w:t>ko khara kar deta hai aur woh kaam ho jata hai.</w:t>
      </w:r>
    </w:p>
    <w:p>
      <w:pPr>
        <w:jc w:val="right"/>
      </w:pPr>
      <w:r>
        <w:t>کو کھڑا کر دیتا ہے اور وہ کام ہو جاتا ہے۔</w:t>
      </w:r>
    </w:p>
    <w:p>
      <w:r>
        <w:rPr>
          <w:b/>
        </w:rPr>
        <w:t xml:space="preserve">[1:38:21] </w:t>
      </w:r>
      <w:r>
        <w:t>to hum Khuda par hum ko poora bharosa rakhna hai.</w:t>
      </w:r>
    </w:p>
    <w:p>
      <w:pPr>
        <w:jc w:val="right"/>
      </w:pPr>
      <w:r>
        <w:t>تو ہم خدا پر ہم کو پورا بھروسہ رکھنا ہے۔</w:t>
      </w:r>
    </w:p>
    <w:p>
      <w:r>
        <w:rPr>
          <w:b/>
        </w:rPr>
        <w:t xml:space="preserve">[1:38:25] </w:t>
      </w:r>
      <w:r>
        <w:t>waqti taur par kuch setback ho sakta hai lekin hamein Khuda par poora bharosa rakhna hai aur</w:t>
      </w:r>
    </w:p>
    <w:p>
      <w:pPr>
        <w:jc w:val="right"/>
      </w:pPr>
      <w:r>
        <w:t>وقتی طور پر کچھ سیٹ بیک ہو سکتا ہے لیکن ہمیں خدا پر پورا بھروسہ رکھنا ہے اور</w:t>
      </w:r>
    </w:p>
    <w:p>
      <w:r>
        <w:rPr>
          <w:b/>
        </w:rPr>
        <w:t xml:space="preserve">[1:38:33] </w:t>
      </w:r>
      <w:r>
        <w:t>is kaam mein lage rehna hai, lage rehna hai until our last breath aur tabhi hum Khuda se</w:t>
      </w:r>
    </w:p>
    <w:p>
      <w:pPr>
        <w:jc w:val="right"/>
      </w:pPr>
      <w:r>
        <w:t>اس کام میں لگے رہنا ہے، لگے رہنا ہے انٹل اور لاسٹ بریتھ اور تبھی ہم خدا سے</w:t>
      </w:r>
    </w:p>
    <w:p>
      <w:r>
        <w:rPr>
          <w:b/>
        </w:rPr>
        <w:t xml:space="preserve">[1:38:41] </w:t>
      </w:r>
      <w:r>
        <w:t>yeh umeed rakh sakte hain ke Allah taala hamein apni eternal paradise mein.</w:t>
      </w:r>
    </w:p>
    <w:p>
      <w:pPr>
        <w:jc w:val="right"/>
      </w:pPr>
      <w:r>
        <w:t>یہ امید رکھ سکتے ہیں کہ اللہ تعالی ہمیں اپنی ایٹرنل پارڈائز میں۔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