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Inaugration 27th Nov 13</w:t>
      </w:r>
    </w:p>
    <w:p>
      <w:r>
        <w:t>https://www.youtube.com/watch?v=mGctsmbv4gw</w:t>
      </w:r>
    </w:p>
    <w:p>
      <w:r>
        <w:rPr>
          <w:b/>
        </w:rPr>
        <w:t xml:space="preserve">[00:12] </w:t>
      </w:r>
      <w:r>
        <w:t>sari zaroori baatein maujood hain, yani kaun sa kaam kis waqt kahan hoga.</w:t>
      </w:r>
    </w:p>
    <w:p>
      <w:pPr>
        <w:jc w:val="right"/>
      </w:pPr>
      <w:r>
        <w:t>ساری ضروری باتیں موجود ہیں، یعنی کون سا کام کس وقت کہاں ہوگا۔</w:t>
      </w:r>
    </w:p>
    <w:p>
      <w:r>
        <w:rPr>
          <w:b/>
        </w:rPr>
        <w:t xml:space="preserve">[00:17] </w:t>
      </w:r>
      <w:r>
        <w:t>yani conference hall mein kab se kab tak program hoga, aur canteen mein hum ko kab jaana hai,</w:t>
      </w:r>
    </w:p>
    <w:p>
      <w:pPr>
        <w:jc w:val="right"/>
      </w:pPr>
      <w:r>
        <w:t>یعنی کانفرنس ہال میں کب سے کب تک پروگرام ہوگا، اور کینٹین میں ہم کو کب جانا ہے،</w:t>
      </w:r>
    </w:p>
    <w:p>
      <w:r>
        <w:rPr>
          <w:b/>
        </w:rPr>
        <w:t xml:space="preserve">[00:23] </w:t>
      </w:r>
      <w:r>
        <w:t>aur namaz kahan padhni hai, kis waqt padhni hai.</w:t>
      </w:r>
    </w:p>
    <w:p>
      <w:pPr>
        <w:jc w:val="right"/>
      </w:pPr>
      <w:r>
        <w:t>اور نماز کہاں پڑھنی ہے، کس وقت پڑھنی ہے۔</w:t>
      </w:r>
    </w:p>
    <w:p>
      <w:r>
        <w:rPr>
          <w:b/>
        </w:rPr>
        <w:t xml:space="preserve">[00:29] </w:t>
      </w:r>
      <w:r>
        <w:t>yeh sari baatein is ke andar maujood hain.</w:t>
      </w:r>
    </w:p>
    <w:p>
      <w:pPr>
        <w:jc w:val="right"/>
      </w:pPr>
      <w:r>
        <w:t>یہ ساری باتیں اس کے اندر موجود ہیں۔</w:t>
      </w:r>
    </w:p>
    <w:p>
      <w:r>
        <w:rPr>
          <w:b/>
        </w:rPr>
        <w:t xml:space="preserve">[00:35] </w:t>
      </w:r>
      <w:r>
        <w:t>isi ke saath aap jo hain, fifth page agar aap nikalenge, yani thirty november ke baad jo</w:t>
      </w:r>
    </w:p>
    <w:p>
      <w:pPr>
        <w:jc w:val="right"/>
      </w:pPr>
      <w:r>
        <w:t>اسی کے ساتھ آپ جو ہیں، ففتھ پیج اگر آپ نکالیں گے، یعنی تھرٹی نومبر کے بعد جو</w:t>
      </w:r>
    </w:p>
    <w:p>
      <w:r>
        <w:rPr>
          <w:b/>
        </w:rPr>
        <w:t xml:space="preserve">[00:40] </w:t>
      </w:r>
      <w:r>
        <w:t>page hai, program at a glance, is mein sari hi tafseelat briefly maujood hain ke Maulana ke total kitne hain.</w:t>
      </w:r>
    </w:p>
    <w:p>
      <w:pPr>
        <w:jc w:val="right"/>
      </w:pPr>
      <w:r>
        <w:t>پیج ہے، پروگرام ایٹ اے گلیس، اس میں ساری ہی تفصیلات بریفلی موجود ہیں کہ مولانا کے ٹوٹل کتنے ہیں۔</w:t>
      </w:r>
    </w:p>
    <w:p>
      <w:r>
        <w:rPr>
          <w:b/>
        </w:rPr>
        <w:t xml:space="preserve">[00:46] </w:t>
      </w:r>
      <w:r>
        <w:t>isi tarah question and answer session kitne hain, experience sharing session kitne hain, mutual introduction session kitne hain,</w:t>
      </w:r>
    </w:p>
    <w:p>
      <w:pPr>
        <w:jc w:val="right"/>
      </w:pPr>
      <w:r>
        <w:t>اسی طرح کوئسچن اینڈ آنسر سیشن کتنے ہیں، ایکسپیرینس شیئرنگ سیشن کتنے ہیں، موچول انٹروڈکشن سیشن کتنے ہیں،</w:t>
      </w:r>
    </w:p>
    <w:p>
      <w:r>
        <w:rPr>
          <w:b/>
        </w:rPr>
        <w:t xml:space="preserve">[00:52] </w:t>
      </w:r>
      <w:r>
        <w:t>isi tarah accommodation manager kon hai, un ka naam aur phone number.</w:t>
      </w:r>
    </w:p>
    <w:p>
      <w:pPr>
        <w:jc w:val="right"/>
      </w:pPr>
      <w:r>
        <w:t>اسی طرح اکموڈیشن مینیجر کون ہے، ان کا نام اور فون نمبر۔</w:t>
      </w:r>
    </w:p>
    <w:p>
      <w:r>
        <w:rPr>
          <w:b/>
        </w:rPr>
        <w:t xml:space="preserve">[00:58] </w:t>
      </w:r>
      <w:r>
        <w:t>isi tarah namaz waghera ke auqat ko kon manage karenge, un ka naam aur waghera waghera.</w:t>
      </w:r>
    </w:p>
    <w:p>
      <w:pPr>
        <w:jc w:val="right"/>
      </w:pPr>
      <w:r>
        <w:t>اسی طرح نماز وغیرہ کے اوقات کو کون مینیج کریں گے، ان کا نام اور وغیرہ وغیرہ۔</w:t>
      </w:r>
    </w:p>
    <w:p>
      <w:r>
        <w:rPr>
          <w:b/>
        </w:rPr>
        <w:t xml:space="preserve">[01:03] </w:t>
      </w:r>
      <w:r>
        <w:t>conference hall ko kon manage karenge, literature distribution kon karenge, is ke responsible person kon</w:t>
      </w:r>
    </w:p>
    <w:p>
      <w:pPr>
        <w:jc w:val="right"/>
      </w:pPr>
      <w:r>
        <w:t>کانفرنس ہال کو کون مینیج کریں گے، لٹریچر ڈسٹری بیوشن کون کریں گے، اس کے ریسپانسبل پرسن کون</w:t>
      </w:r>
    </w:p>
    <w:p>
      <w:r>
        <w:rPr>
          <w:b/>
        </w:rPr>
        <w:t xml:space="preserve">[01:09] </w:t>
      </w:r>
      <w:r>
        <w:t>hain, un ka naam.</w:t>
      </w:r>
    </w:p>
    <w:p>
      <w:pPr>
        <w:jc w:val="right"/>
      </w:pPr>
      <w:r>
        <w:t>ہیں، ان کا نام۔</w:t>
      </w:r>
    </w:p>
    <w:p>
      <w:r>
        <w:rPr>
          <w:b/>
        </w:rPr>
        <w:t xml:space="preserve">[01:15] </w:t>
      </w:r>
      <w:r>
        <w:t>audio recording manager kon hain, un ka naam.</w:t>
      </w:r>
    </w:p>
    <w:p>
      <w:pPr>
        <w:jc w:val="right"/>
      </w:pPr>
      <w:r>
        <w:t>آڈیو ریکارڈنگ مینیجر کون ہیں، ان کا نام۔</w:t>
      </w:r>
    </w:p>
    <w:p>
      <w:r>
        <w:rPr>
          <w:b/>
        </w:rPr>
        <w:t xml:space="preserve">[01:21] </w:t>
      </w:r>
      <w:r>
        <w:t>US US stream manager kon hain, un ka naam.</w:t>
      </w:r>
    </w:p>
    <w:p>
      <w:pPr>
        <w:jc w:val="right"/>
      </w:pPr>
      <w:r>
        <w:t>یو ایس یو ایس سٹریم مینیجر کون ہیں، ان کا نام۔</w:t>
      </w:r>
    </w:p>
    <w:p>
      <w:r>
        <w:rPr>
          <w:b/>
        </w:rPr>
        <w:t xml:space="preserve">[01:26] </w:t>
      </w:r>
      <w:r>
        <w:t>to yeh sari tafseelat aap ko is liye di gayi hain ke is se mutalliq jo bhi aap</w:t>
      </w:r>
    </w:p>
    <w:p>
      <w:pPr>
        <w:jc w:val="right"/>
      </w:pPr>
      <w:r>
        <w:t>تو یہ ساری تفصیلات آپ کو اس لیے دی گئی ہیں کہ اس سے متعلق جو بھی آپ</w:t>
      </w:r>
    </w:p>
    <w:p>
      <w:r>
        <w:rPr>
          <w:b/>
        </w:rPr>
        <w:t xml:space="preserve">[01:32] </w:t>
      </w:r>
      <w:r>
        <w:t>ke paas question ho, kuch bhi maloomat leni ho to aap inhi se is ko kabhi bhi pooch sakte hain.</w:t>
      </w:r>
    </w:p>
    <w:p>
      <w:pPr>
        <w:jc w:val="right"/>
      </w:pPr>
      <w:r>
        <w:t>کے پاس کوئسچن ہو، کچھ بھی معلومات لینی ہو تو آپ انہی سے اس کو کبھی بھی پوچھ سکتے ہیں۔</w:t>
      </w:r>
    </w:p>
    <w:p>
      <w:r>
        <w:rPr>
          <w:b/>
        </w:rPr>
        <w:t xml:space="preserve">[01:38] </w:t>
      </w:r>
      <w:r>
        <w:t>aur kuch aap ke suggestion hain to mutalliq shakhs se aap is ko share kar sakte hain.</w:t>
      </w:r>
    </w:p>
    <w:p>
      <w:pPr>
        <w:jc w:val="right"/>
      </w:pPr>
      <w:r>
        <w:t>اور کچھ آپ کے سجیشن ہیں تو متعلق شخص سے آپ اس کو شیئر کر سکتے ہیں۔</w:t>
      </w:r>
    </w:p>
    <w:p>
      <w:r>
        <w:rPr>
          <w:b/>
        </w:rPr>
        <w:t xml:space="preserve">[01:44] </w:t>
      </w:r>
      <w:r>
        <w:t>isi tarah ek chapter hai organizers ke hamare paas satayees se tees tak char din maujood hain.</w:t>
      </w:r>
    </w:p>
    <w:p>
      <w:pPr>
        <w:jc w:val="right"/>
      </w:pPr>
      <w:r>
        <w:t>اسی طرح ایک چیپٹر ہے آرگنائزرز کہ ہمارے پاس ستائیس سے تیس تک چار دن موجود ہیں۔</w:t>
      </w:r>
    </w:p>
    <w:p>
      <w:r>
        <w:rPr>
          <w:b/>
        </w:rPr>
        <w:t xml:space="preserve">[01:49] </w:t>
      </w:r>
      <w:r>
        <w:t>kis din ko kon sahib organize karenge, us din ki sari activities ko go on karne ki</w:t>
      </w:r>
    </w:p>
    <w:p>
      <w:pPr>
        <w:jc w:val="right"/>
      </w:pPr>
      <w:r>
        <w:t>کس دن کو کون صاحب آرگنائز کریں گے، اس دن کی ساری ایکٹیویٹیز کو گو آن کرنے کی</w:t>
      </w:r>
    </w:p>
    <w:p>
      <w:r>
        <w:rPr>
          <w:b/>
        </w:rPr>
        <w:t xml:space="preserve">[01:55] </w:t>
      </w:r>
      <w:r>
        <w:t>zimmedari kis shakhs ke zime hai, woh organizers ke theme ke tehat aap ko mil jayega.</w:t>
      </w:r>
    </w:p>
    <w:p>
      <w:pPr>
        <w:jc w:val="right"/>
      </w:pPr>
      <w:r>
        <w:t>ذمہ داری کس شخص کے ذمے ہے، وہ آرگنائزرز کے تھیم کے تحت آپ کو مل جائے گی۔</w:t>
      </w:r>
    </w:p>
    <w:p>
      <w:r>
        <w:rPr>
          <w:b/>
        </w:rPr>
        <w:t xml:space="preserve">[02:01] </w:t>
      </w:r>
      <w:r>
        <w:t>jaise misaal ke taur par twenty seven November ko kon yeh karenge, twenty eight November ko Iqbal</w:t>
      </w:r>
    </w:p>
    <w:p>
      <w:pPr>
        <w:jc w:val="right"/>
      </w:pPr>
      <w:r>
        <w:t>جیسے مثال کے طور پر ٹونٹی سیون نومبر کو کون یہ کریں گے، ٹونٹی ایٹ نومبر کو اقبال</w:t>
      </w:r>
    </w:p>
    <w:p>
      <w:r>
        <w:rPr>
          <w:b/>
        </w:rPr>
        <w:t xml:space="preserve">[02:07] </w:t>
      </w:r>
      <w:r>
        <w:t>Umri sahib karenge, sare din ki activities ko manage karenge.</w:t>
      </w:r>
    </w:p>
    <w:p>
      <w:pPr>
        <w:jc w:val="right"/>
      </w:pPr>
      <w:r>
        <w:t>عمری صاحب کریں گے، سارے دن کی ایکٹیویٹیز کو مینیج کریں گے۔</w:t>
      </w:r>
    </w:p>
    <w:p>
      <w:r>
        <w:rPr>
          <w:b/>
        </w:rPr>
        <w:t xml:space="preserve">[02:12] </w:t>
      </w:r>
      <w:r>
        <w:t>twenty nine November ko Mr Rajat Malhotra manage karenge, thirty November ko Ms Sadia Khanam manage karengi.</w:t>
      </w:r>
    </w:p>
    <w:p>
      <w:pPr>
        <w:jc w:val="right"/>
      </w:pPr>
      <w:r>
        <w:t>ٹونٹی نائن نومبر کو مسٹر رجت ملوثرا مینیج کریں گے، تھرٹی نومبر کو مس سعدیہ خانم مینیج کریں گی۔</w:t>
      </w:r>
    </w:p>
    <w:p>
      <w:r>
        <w:rPr>
          <w:b/>
        </w:rPr>
        <w:t xml:space="preserve">[02:18] </w:t>
      </w:r>
      <w:r>
        <w:t>woh sari tafseelat aap ke paas maujood hain.</w:t>
      </w:r>
    </w:p>
    <w:p>
      <w:pPr>
        <w:jc w:val="right"/>
      </w:pPr>
      <w:r>
        <w:t>وہ ساری تفصیلات آپ کے پاس موجود ہیں۔</w:t>
      </w:r>
    </w:p>
    <w:p>
      <w:r>
        <w:rPr>
          <w:b/>
        </w:rPr>
        <w:t xml:space="preserve">[02:24] </w:t>
      </w:r>
      <w:r>
        <w:t>ho sakta hai is mein koi baat miss ho gayi ho to aap agar is ki taraf mention</w:t>
      </w:r>
    </w:p>
    <w:p>
      <w:pPr>
        <w:jc w:val="right"/>
      </w:pPr>
      <w:r>
        <w:t>ہو سکتا ہے اس میں کوئی بات مس ہو گئی ہو تو آپ اگر اس کی طرف مینشن</w:t>
      </w:r>
    </w:p>
    <w:p>
      <w:r>
        <w:rPr>
          <w:b/>
        </w:rPr>
        <w:t xml:space="preserve">[02:30] </w:t>
      </w:r>
      <w:r>
        <w:t>karenge to is ka bhi azala kar diya jayega.</w:t>
      </w:r>
    </w:p>
    <w:p>
      <w:pPr>
        <w:jc w:val="right"/>
      </w:pPr>
      <w:r>
        <w:t>کریں گے تو اس کا بھی ازالہ کر دیا جائے گا۔</w:t>
      </w:r>
    </w:p>
    <w:p>
      <w:r>
        <w:rPr>
          <w:b/>
        </w:rPr>
        <w:t xml:space="preserve">[02:35] </w:t>
      </w:r>
      <w:r>
        <w:t>phir isi tarah aakhir mein jo hain, rooms allotment ke naam se room number bhi maujood hain.</w:t>
      </w:r>
    </w:p>
    <w:p>
      <w:pPr>
        <w:jc w:val="right"/>
      </w:pPr>
      <w:r>
        <w:t>پھر اسی طرح آخر میں جو ہیں، رومز الاٹمنٹ کے نام سے روم نمبر بھی موجود ہیں۔</w:t>
      </w:r>
    </w:p>
    <w:p>
      <w:r>
        <w:rPr>
          <w:b/>
        </w:rPr>
        <w:t xml:space="preserve">[02:41] </w:t>
      </w:r>
      <w:r>
        <w:t>aap ko kisi sahib se milna hai to woh kis room mein rehte hain, woh aap ko maloom</w:t>
      </w:r>
    </w:p>
    <w:p>
      <w:pPr>
        <w:jc w:val="right"/>
      </w:pPr>
      <w:r>
        <w:t>آپ کو کسی صاحب سے ملنا ہے تو وہ کس روم میں رہتے ہیں، وہ آپ کو معلوم</w:t>
      </w:r>
    </w:p>
    <w:p>
      <w:r>
        <w:rPr>
          <w:b/>
        </w:rPr>
        <w:t xml:space="preserve">[02:47] </w:t>
      </w:r>
      <w:r>
        <w:t>ho jayega.</w:t>
      </w:r>
    </w:p>
    <w:p>
      <w:pPr>
        <w:jc w:val="right"/>
      </w:pPr>
      <w:r>
        <w:t>ہو جائے گا۔</w:t>
      </w:r>
    </w:p>
    <w:p>
      <w:r>
        <w:rPr>
          <w:b/>
        </w:rPr>
        <w:t xml:space="preserve">[02:53] </w:t>
      </w:r>
      <w:r>
        <w:t>isi tarah list of participants, kitne hamare paas is program mein shareek hone wale hazrat hain, kon is</w:t>
      </w:r>
    </w:p>
    <w:p>
      <w:pPr>
        <w:jc w:val="right"/>
      </w:pPr>
      <w:r>
        <w:t>اسی طرح لسٹ آف پارٹیسپینٹس، کتنے ہمارے پاس اس پروگرام میں شریک ہونے والے حضرات ہیں، کون اس</w:t>
      </w:r>
    </w:p>
    <w:p>
      <w:r>
        <w:rPr>
          <w:b/>
        </w:rPr>
        <w:t xml:space="preserve">[02:58] </w:t>
      </w:r>
      <w:r>
        <w:t>mein resident hai, kon is mein non resident hai, woh bhi tafseelat aap ko is schedule mein mil jayegi.</w:t>
      </w:r>
    </w:p>
    <w:p>
      <w:pPr>
        <w:jc w:val="right"/>
      </w:pPr>
      <w:r>
        <w:t>میں ریسیڈنٹ ہے، کون اس میں نان ریسیڈنٹ ہے، وہ بھی تفصیلات آپ کو اس شیڈول میں مل جائے گی۔</w:t>
      </w:r>
    </w:p>
    <w:p>
      <w:r>
        <w:rPr>
          <w:b/>
        </w:rPr>
        <w:t xml:space="preserve">[03:04] </w:t>
      </w:r>
      <w:r>
        <w:t>kon yahan campus mein rehte hain aur kon sirf program mein shamil rahenge, is ki tafseelat is</w:t>
      </w:r>
    </w:p>
    <w:p>
      <w:pPr>
        <w:jc w:val="right"/>
      </w:pPr>
      <w:r>
        <w:t>کون یہاں کیمپس میں رہتے ہیں اور کون صرف پروگرام میں شامل رہیں گے، اس کی تفصیلات اس</w:t>
      </w:r>
    </w:p>
    <w:p>
      <w:r>
        <w:rPr>
          <w:b/>
        </w:rPr>
        <w:t xml:space="preserve">[03:10] </w:t>
      </w:r>
      <w:r>
        <w:t>schedule mein aap ko mil jayay gi.</w:t>
      </w:r>
    </w:p>
    <w:p>
      <w:pPr>
        <w:jc w:val="right"/>
      </w:pPr>
      <w:r>
        <w:t>شیڈول میں آپ کو مل جائے گی۔</w:t>
      </w:r>
    </w:p>
    <w:p>
      <w:r>
        <w:rPr>
          <w:b/>
        </w:rPr>
        <w:t xml:space="preserve">[03:16] </w:t>
      </w:r>
      <w:r>
        <w:t>is ke baad jo hain, main mr. zeeshan yousaf ko dawat deta hoon ke woh session ko manage karen.</w:t>
      </w:r>
    </w:p>
    <w:p>
      <w:pPr>
        <w:jc w:val="right"/>
      </w:pPr>
      <w:r>
        <w:t>اس کے بعد جو ہیں، میں مسٹر ذیشان یوسف کو دعوت دیتا ہوں کہ وہ سیشن کو مینیج کریں۔</w:t>
      </w:r>
    </w:p>
    <w:p>
      <w:r>
        <w:rPr>
          <w:b/>
        </w:rPr>
        <w:t xml:space="preserve">[03:22] </w:t>
      </w:r>
      <w:r>
        <w:t>to bachpan se hi arzi saala jo hai mere hathon mein tha.</w:t>
      </w:r>
    </w:p>
    <w:p>
      <w:pPr>
        <w:jc w:val="right"/>
      </w:pPr>
      <w:r>
        <w:t>تو بچپن سے ہی عرضی سالہ جو ہے میرے ہاتھوں میں تھا۔</w:t>
      </w:r>
    </w:p>
    <w:p>
      <w:r>
        <w:rPr>
          <w:b/>
        </w:rPr>
        <w:t xml:space="preserve">[03:27] </w:t>
      </w:r>
      <w:r>
        <w:t>magar shaoori tor pe maine arzi saala to thousand ke baad parhna shuru kiya.</w:t>
      </w:r>
    </w:p>
    <w:p>
      <w:pPr>
        <w:jc w:val="right"/>
      </w:pPr>
      <w:r>
        <w:t>مگر شعوری طور پہ میں نے عرضی سالہ ٹو تھاؤزنڈ کے بعد پڑھنا شروع کیا۔</w:t>
      </w:r>
    </w:p>
    <w:p>
      <w:r>
        <w:rPr>
          <w:b/>
        </w:rPr>
        <w:t xml:space="preserve">[03:32] </w:t>
      </w:r>
      <w:r>
        <w:t>arzi saala aur molana ke literature mein maine jo seekha sab se pehle to woh yeh baat</w:t>
      </w:r>
    </w:p>
    <w:p>
      <w:pPr>
        <w:jc w:val="right"/>
      </w:pPr>
      <w:r>
        <w:t>عرضی سالہ اور مولانا کے لٹریچر میں میں نے جو سیکھا سب سے پہلے تو وہ یہ بات</w:t>
      </w:r>
    </w:p>
    <w:p>
      <w:r>
        <w:rPr>
          <w:b/>
        </w:rPr>
        <w:t xml:space="preserve">[03:37] </w:t>
      </w:r>
      <w:r>
        <w:t>thi ke islam har shakhs ke liye aik zaati discovery ho, na ke yeh ke is ka abai</w:t>
      </w:r>
    </w:p>
    <w:p>
      <w:pPr>
        <w:jc w:val="right"/>
      </w:pPr>
      <w:r>
        <w:t>تھی کہ اسلام ہر شخص کے لیے ایک ذاتی ڈسکوری ہو، نہ کہ یہ کہ اس کا آبائی</w:t>
      </w:r>
    </w:p>
    <w:p>
      <w:r>
        <w:rPr>
          <w:b/>
        </w:rPr>
        <w:t xml:space="preserve">[03:42] </w:t>
      </w:r>
      <w:r>
        <w:t>aur taqleedi mazhab ho.</w:t>
      </w:r>
    </w:p>
    <w:p>
      <w:pPr>
        <w:jc w:val="right"/>
      </w:pPr>
      <w:r>
        <w:t>اور تقلیدی مذہب ہو۔</w:t>
      </w:r>
    </w:p>
    <w:p>
      <w:r>
        <w:rPr>
          <w:b/>
        </w:rPr>
        <w:t xml:space="preserve">[03:47] </w:t>
      </w:r>
      <w:r>
        <w:t>to yeh baat mere liye bohat hi qeemti baat thi.</w:t>
      </w:r>
    </w:p>
    <w:p>
      <w:pPr>
        <w:jc w:val="right"/>
      </w:pPr>
      <w:r>
        <w:t>تو یہ بات میرے لیے بہت ہی قیمتی بات تھی۔</w:t>
      </w:r>
    </w:p>
    <w:p>
      <w:r>
        <w:rPr>
          <w:b/>
        </w:rPr>
        <w:t xml:space="preserve">[03:52] </w:t>
      </w:r>
      <w:r>
        <w:t>aur molana ke literature mein maine is ko seekha aur is ki koshish ki.</w:t>
      </w:r>
    </w:p>
    <w:p>
      <w:pPr>
        <w:jc w:val="right"/>
      </w:pPr>
      <w:r>
        <w:t>اور مولانا کے لٹریچر میں میں نے اس کو سیکھا اور اس کی کوشش کی۔</w:t>
      </w:r>
    </w:p>
    <w:p>
      <w:r>
        <w:rPr>
          <w:b/>
        </w:rPr>
        <w:t xml:space="preserve">[03:57] </w:t>
      </w:r>
      <w:r>
        <w:t>is ke baad basically main aik businessman background se hoon aur main khud bhi aik builder</w:t>
      </w:r>
    </w:p>
    <w:p>
      <w:pPr>
        <w:jc w:val="right"/>
      </w:pPr>
      <w:r>
        <w:t>اس کے بعد بیسیکلی میں ایک بزنس مین بیک گراؤنڈ سے ہوں اور میں خود بھی ایک بلڈر</w:t>
      </w:r>
    </w:p>
    <w:p>
      <w:r>
        <w:rPr>
          <w:b/>
        </w:rPr>
        <w:t xml:space="preserve">[04:02] </w:t>
      </w:r>
      <w:r>
        <w:t>hoon, construction ki company hai meri.</w:t>
      </w:r>
    </w:p>
    <w:p>
      <w:pPr>
        <w:jc w:val="right"/>
      </w:pPr>
      <w:r>
        <w:t>ہوں، کنسٹرکشن کی کمپنی ہے میری۔</w:t>
      </w:r>
    </w:p>
    <w:p>
      <w:r>
        <w:rPr>
          <w:b/>
        </w:rPr>
        <w:t xml:space="preserve">[04:07] </w:t>
      </w:r>
      <w:r>
        <w:t>to molana ke jo thoughts hain, molana ke jo formulas hain, woh maine apne business mein implement</w:t>
      </w:r>
    </w:p>
    <w:p>
      <w:pPr>
        <w:jc w:val="right"/>
      </w:pPr>
      <w:r>
        <w:t>تو مولانا کے جو تھاٹس ہیں، مولانا کے جو فارمولاز ہیں، وہ میں نے اپنے بزنس میں امپلیمنٹ</w:t>
      </w:r>
    </w:p>
    <w:p>
      <w:r>
        <w:rPr>
          <w:b/>
        </w:rPr>
        <w:t xml:space="preserve">[04:13] </w:t>
      </w:r>
      <w:r>
        <w:t>kiya is ko.</w:t>
      </w:r>
    </w:p>
    <w:p>
      <w:pPr>
        <w:jc w:val="right"/>
      </w:pPr>
      <w:r>
        <w:t>کیا اس کو۔</w:t>
      </w:r>
    </w:p>
    <w:p>
      <w:r>
        <w:rPr>
          <w:b/>
        </w:rPr>
        <w:t xml:space="preserve">[04:18] </w:t>
      </w:r>
      <w:r>
        <w:t>to doosre lafzon mein main yeh keh sakta hoon ke maine molana se maadi faida bohat hasil kiya hai.</w:t>
      </w:r>
    </w:p>
    <w:p>
      <w:pPr>
        <w:jc w:val="right"/>
      </w:pPr>
      <w:r>
        <w:t>تو دوسرے لفظوں میں میں یہ کہہ سکتا ہوں کہ میں نے مولانا سے مادی فائدہ بہت حاصل کیا ہے۔</w:t>
      </w:r>
    </w:p>
    <w:p>
      <w:r>
        <w:rPr>
          <w:b/>
        </w:rPr>
        <w:t xml:space="preserve">[04:23] </w:t>
      </w:r>
      <w:r>
        <w:t>molana jaise kehte hain ke aap apne kaam ko zero defect banaiye.</w:t>
      </w:r>
    </w:p>
    <w:p>
      <w:pPr>
        <w:jc w:val="right"/>
      </w:pPr>
      <w:r>
        <w:t>مولانا جیسے کہتے ہیں کہ آپ اپنے کام کو زیرو ڈیفیکٹ بنائیے۔</w:t>
      </w:r>
    </w:p>
    <w:p>
      <w:r>
        <w:rPr>
          <w:b/>
        </w:rPr>
        <w:t xml:space="preserve">[04:28] </w:t>
      </w:r>
      <w:r>
        <w:t>aap ka jo product ho, woh zero defect ho.</w:t>
      </w:r>
    </w:p>
    <w:p>
      <w:pPr>
        <w:jc w:val="right"/>
      </w:pPr>
      <w:r>
        <w:t>آپ کا جو پروڈکٹ ہو، وہ زیرو ڈیفیکٹ ہو۔</w:t>
      </w:r>
    </w:p>
    <w:p>
      <w:r>
        <w:rPr>
          <w:b/>
        </w:rPr>
        <w:t xml:space="preserve">[04:33] </w:t>
      </w:r>
      <w:r>
        <w:t>aur aap logon ke liye no problem ban ke rahen.</w:t>
      </w:r>
    </w:p>
    <w:p>
      <w:pPr>
        <w:jc w:val="right"/>
      </w:pPr>
      <w:r>
        <w:t>اور آپ لوگوں کے لیے نو پرابلم بن کے رہیں۔</w:t>
      </w:r>
    </w:p>
    <w:p>
      <w:r>
        <w:rPr>
          <w:b/>
        </w:rPr>
        <w:t xml:space="preserve">[04:38] </w:t>
      </w:r>
      <w:r>
        <w:t>to agar aap yeh kar saken ge to phir taraqqi se aap ko koi nahi rok sakta.</w:t>
      </w:r>
    </w:p>
    <w:p>
      <w:pPr>
        <w:jc w:val="right"/>
      </w:pPr>
      <w:r>
        <w:t>تو اگر آپ یہ کر سکیں گے تو پھر ترقی سے آپ کو کوئی نہیں روک سکتا۔</w:t>
      </w:r>
    </w:p>
    <w:p>
      <w:r>
        <w:rPr>
          <w:b/>
        </w:rPr>
        <w:t xml:space="preserve">[04:43] </w:t>
      </w:r>
      <w:r>
        <w:t>to maine yeh koshish ki hai hyderabad ke andar ke main jo bhi product banata hoon to</w:t>
      </w:r>
    </w:p>
    <w:p>
      <w:pPr>
        <w:jc w:val="right"/>
      </w:pPr>
      <w:r>
        <w:t>تو میں نے یہ کوشش کی ہے حیدرآباد کے اندر کہ میں جو بھی پروڈکٹ بناتا ہوں تو</w:t>
      </w:r>
    </w:p>
    <w:p>
      <w:r>
        <w:rPr>
          <w:b/>
        </w:rPr>
        <w:t xml:space="preserve">[04:48] </w:t>
      </w:r>
      <w:r>
        <w:t>mera jab koi bhi venture start leta hoon, main to foundation stage mein bhi meri booking ho jati hai.</w:t>
      </w:r>
    </w:p>
    <w:p>
      <w:pPr>
        <w:jc w:val="right"/>
      </w:pPr>
      <w:r>
        <w:t>میرا جب کوئی بھی وینچر اسٹارٹ لیتا ہوں، میں تو فاؤنڈیشن اسٹیج میں بھی میری بکنگ ہو جاتی ہے۔</w:t>
      </w:r>
    </w:p>
    <w:p>
      <w:r>
        <w:rPr>
          <w:b/>
        </w:rPr>
        <w:t xml:space="preserve">[04:53] </w:t>
      </w:r>
      <w:r>
        <w:t>to yeh mere liye bohat bari baat hai ke molana ke literature se maine maadi faida bhi</w:t>
      </w:r>
    </w:p>
    <w:p>
      <w:pPr>
        <w:jc w:val="right"/>
      </w:pPr>
      <w:r>
        <w:t>تو یہ میرے لیے بہت بڑی بات ہے کہ مولانا کے لٹریچر سے میں نے مادی فائدہ بھی</w:t>
      </w:r>
    </w:p>
    <w:p>
      <w:r>
        <w:rPr>
          <w:b/>
        </w:rPr>
        <w:t xml:space="preserve">[04:59] </w:t>
      </w:r>
      <w:r>
        <w:t>hasil kiya hai.</w:t>
      </w:r>
    </w:p>
    <w:p>
      <w:pPr>
        <w:jc w:val="right"/>
      </w:pPr>
      <w:r>
        <w:t>حاصل کیا ہے۔</w:t>
      </w:r>
    </w:p>
    <w:p>
      <w:r>
        <w:rPr>
          <w:b/>
        </w:rPr>
        <w:t xml:space="preserve">[05:04] </w:t>
      </w:r>
      <w:r>
        <w:t>aur yeh matlab is daur mein aik bohat bari cheez hai ke aadmi ka apna jo maash hai,</w:t>
      </w:r>
    </w:p>
    <w:p>
      <w:pPr>
        <w:jc w:val="right"/>
      </w:pPr>
      <w:r>
        <w:t>اور یہ مطلب اس دور میں ایک بہت بڑی چیز ہے کہ آدمی کا اپنا جو معاش ہے،</w:t>
      </w:r>
    </w:p>
    <w:p>
      <w:r>
        <w:rPr>
          <w:b/>
        </w:rPr>
        <w:t xml:space="preserve">[05:09] </w:t>
      </w:r>
      <w:r>
        <w:t>woh bhi strong hona chahiye.</w:t>
      </w:r>
    </w:p>
    <w:p>
      <w:pPr>
        <w:jc w:val="right"/>
      </w:pPr>
      <w:r>
        <w:t>وہ بھی سٹرانگ ہونا چاہیے۔</w:t>
      </w:r>
    </w:p>
    <w:p>
      <w:r>
        <w:rPr>
          <w:b/>
        </w:rPr>
        <w:t xml:space="preserve">[05:14] </w:t>
      </w:r>
      <w:r>
        <w:t>jab tak maashi faraghat na ho aap ki, to aap dawat ka kaam bhi achi tarah se nahi kar sakte.</w:t>
      </w:r>
    </w:p>
    <w:p>
      <w:pPr>
        <w:jc w:val="right"/>
      </w:pPr>
      <w:r>
        <w:t>جب تک معاشی فراغت نہ ہو آپ کی، تو آپ دعوت کا کام بھی اچھی طریقے سے نہیں کر سکتے۔</w:t>
      </w:r>
    </w:p>
    <w:p>
      <w:r>
        <w:rPr>
          <w:b/>
        </w:rPr>
        <w:t xml:space="preserve">[05:19] </w:t>
      </w:r>
      <w:r>
        <w:t>kyunke har shakhs ki ek zimmedari hai, is ke liye us ki us ko maash ki bhi zaroorat hai.</w:t>
      </w:r>
    </w:p>
    <w:p>
      <w:pPr>
        <w:jc w:val="right"/>
      </w:pPr>
      <w:r>
        <w:t>کیونکہ ہر شخص کی ایک ذمہ داری ہے، اس کے لیے اس کی اس کو معاش کی بھی ضرورت ہے۔</w:t>
      </w:r>
    </w:p>
    <w:p>
      <w:r>
        <w:rPr>
          <w:b/>
        </w:rPr>
        <w:t xml:space="preserve">[05:24] </w:t>
      </w:r>
      <w:r>
        <w:t>to maashi tor pe bhi us ko strong hona chahiye.</w:t>
      </w:r>
    </w:p>
    <w:p>
      <w:pPr>
        <w:jc w:val="right"/>
      </w:pPr>
      <w:r>
        <w:t>تو معاشی طور پہ بھی اس کو سٹرانگ ہونا چاہیے۔</w:t>
      </w:r>
    </w:p>
    <w:p>
      <w:r>
        <w:rPr>
          <w:b/>
        </w:rPr>
        <w:t xml:space="preserve">[05:29] </w:t>
      </w:r>
      <w:r>
        <w:t>aur daawa work to mein bohat kam kar pata hoon.</w:t>
      </w:r>
    </w:p>
    <w:p>
      <w:pPr>
        <w:jc w:val="right"/>
      </w:pPr>
      <w:r>
        <w:t>اور دعویٰ ورک تو میں بہت کم کر پاتا ہوں۔</w:t>
      </w:r>
    </w:p>
    <w:p>
      <w:r>
        <w:rPr>
          <w:b/>
        </w:rPr>
        <w:t xml:space="preserve">[05:34] </w:t>
      </w:r>
      <w:r>
        <w:t>bas hamare kuch saathi hain jin ko kuch support ki zaroorat hoti hai finance ki, to mein is</w:t>
      </w:r>
    </w:p>
    <w:p>
      <w:pPr>
        <w:jc w:val="right"/>
      </w:pPr>
      <w:r>
        <w:t>بس ہمارے کچھ ساتھی ہیں جن کو کچھ سپورٹ کی ضرورت ہوتی ہے فائنینس کی، تو میں اس</w:t>
      </w:r>
    </w:p>
    <w:p>
      <w:r>
        <w:rPr>
          <w:b/>
        </w:rPr>
        <w:t xml:space="preserve">[05:39] </w:t>
      </w:r>
      <w:r>
        <w:t>ke liye hamesha tayyar rehta hoon.</w:t>
      </w:r>
    </w:p>
    <w:p>
      <w:pPr>
        <w:jc w:val="right"/>
      </w:pPr>
      <w:r>
        <w:t>کے لیے ہمیشہ تیار رہتا ہوں۔</w:t>
      </w:r>
    </w:p>
    <w:p>
      <w:r>
        <w:rPr>
          <w:b/>
        </w:rPr>
        <w:t xml:space="preserve">[05:45] </w:t>
      </w:r>
      <w:r>
        <w:t>I have written this yesterday on train when Zeeshan Sahab called me and informed me to ah I</w:t>
      </w:r>
    </w:p>
    <w:p>
      <w:pPr>
        <w:jc w:val="right"/>
      </w:pPr>
      <w:r>
        <w:t>آئی ہیو ریٹن دس یسٹرڈے آن ٹرین وین ذیشان صاحب کالڈ می اینڈ انفارمڈ می ٹو آہ آئی</w:t>
      </w:r>
    </w:p>
    <w:p>
      <w:r>
        <w:rPr>
          <w:b/>
        </w:rPr>
        <w:t xml:space="preserve">[05:50] </w:t>
      </w:r>
      <w:r>
        <w:t>have to express my experience.</w:t>
      </w:r>
    </w:p>
    <w:p>
      <w:pPr>
        <w:jc w:val="right"/>
      </w:pPr>
      <w:r>
        <w:t>ہیو ٹو ایکسپریس مائی ایکسپیرینس۔</w:t>
      </w:r>
    </w:p>
    <w:p>
      <w:r>
        <w:rPr>
          <w:b/>
        </w:rPr>
        <w:t xml:space="preserve">[05:55] </w:t>
      </w:r>
      <w:r>
        <w:t>this is my history of arz-e-sala mission.</w:t>
      </w:r>
    </w:p>
    <w:p>
      <w:pPr>
        <w:jc w:val="right"/>
      </w:pPr>
      <w:r>
        <w:t>دس از مائی ہسٹری آف عرضی سالہ مشن۔</w:t>
      </w:r>
    </w:p>
    <w:p>
      <w:r>
        <w:rPr>
          <w:b/>
        </w:rPr>
        <w:t xml:space="preserve">[06:00] </w:t>
      </w:r>
      <w:r>
        <w:t>how did i come to this mission? i would like to thank you all for giving me this</w:t>
      </w:r>
    </w:p>
    <w:p>
      <w:pPr>
        <w:jc w:val="right"/>
      </w:pPr>
      <w:r>
        <w:t>ہاؤ ڈیڈ آئی کم ٹو دس مشن؟ آئی وڈ لائک ٹو تھینک یو آل فار گیونگ می دس</w:t>
      </w:r>
    </w:p>
    <w:p>
      <w:r>
        <w:rPr>
          <w:b/>
        </w:rPr>
        <w:t xml:space="preserve">[06:05] </w:t>
      </w:r>
      <w:r>
        <w:t>opportunity to share my experiences with you.</w:t>
      </w:r>
    </w:p>
    <w:p>
      <w:pPr>
        <w:jc w:val="right"/>
      </w:pPr>
      <w:r>
        <w:t>اپرچونیٹی ٹو شیئر مائی ایکسپیرینسز ود یو۔</w:t>
      </w:r>
    </w:p>
    <w:p>
      <w:r>
        <w:rPr>
          <w:b/>
        </w:rPr>
        <w:t xml:space="preserve">[06:10] </w:t>
      </w:r>
      <w:r>
        <w:t>i belong to a religious family.</w:t>
      </w:r>
    </w:p>
    <w:p>
      <w:pPr>
        <w:jc w:val="right"/>
      </w:pPr>
      <w:r>
        <w:t>آئی بیلانگ ٹو آ ریلیجیس فیملی۔</w:t>
      </w:r>
    </w:p>
    <w:p>
      <w:r>
        <w:rPr>
          <w:b/>
        </w:rPr>
        <w:t xml:space="preserve">[06:16] </w:t>
      </w:r>
      <w:r>
        <w:t>after sudden death of my father, many religious responsibilities naturally came upon my shoulders.</w:t>
      </w:r>
    </w:p>
    <w:p>
      <w:pPr>
        <w:jc w:val="right"/>
      </w:pPr>
      <w:r>
        <w:t>آفٹر سڈن ڈیتھ آف مائی فادر، مینی ریلیجیس ریسپانسبیلٹیز نیچرلی کیم اپون مائی شولڈرز۔</w:t>
      </w:r>
    </w:p>
    <w:p>
      <w:r>
        <w:rPr>
          <w:b/>
        </w:rPr>
        <w:t xml:space="preserve">[06:21] </w:t>
      </w:r>
      <w:r>
        <w:t>i started searching for and reading books impatiently.</w:t>
      </w:r>
    </w:p>
    <w:p>
      <w:pPr>
        <w:jc w:val="right"/>
      </w:pPr>
      <w:r>
        <w:t>آئی سٹارٹڈ سرچنگ فار اینڈ ریڈنگ بکس امپیشنٹلی۔</w:t>
      </w:r>
    </w:p>
    <w:p>
      <w:r>
        <w:rPr>
          <w:b/>
        </w:rPr>
        <w:t xml:space="preserve">[06:26] </w:t>
      </w:r>
      <w:r>
        <w:t>in the process, i came across Maulana book asfar-e-hind.</w:t>
      </w:r>
    </w:p>
    <w:p>
      <w:pPr>
        <w:jc w:val="right"/>
      </w:pPr>
      <w:r>
        <w:t>ان دا پروسیس، آئی کیم اکراس مولانا بک اسفار ہند۔</w:t>
      </w:r>
    </w:p>
    <w:p>
      <w:r>
        <w:rPr>
          <w:b/>
        </w:rPr>
        <w:t xml:space="preserve">[06:31] </w:t>
      </w:r>
      <w:r>
        <w:t>this book introduced me to the muslim scholar who stands tallest among all.</w:t>
      </w:r>
    </w:p>
    <w:p>
      <w:pPr>
        <w:jc w:val="right"/>
      </w:pPr>
      <w:r>
        <w:t>دس بک انٹروڈیوسڈ می ٹو دا مسلم سکالر ہو سٹینڈز ٹالسٹ امنگ آل۔</w:t>
      </w:r>
    </w:p>
    <w:p>
      <w:r>
        <w:rPr>
          <w:b/>
        </w:rPr>
        <w:t xml:space="preserve">[06:36] </w:t>
      </w:r>
      <w:r>
        <w:t>he is Maulana Wahiduddin Khan sahib.</w:t>
      </w:r>
    </w:p>
    <w:p>
      <w:pPr>
        <w:jc w:val="right"/>
      </w:pPr>
      <w:r>
        <w:t>ہی از مولانا وحید الدین خان صاحب۔</w:t>
      </w:r>
    </w:p>
    <w:p>
      <w:r>
        <w:rPr>
          <w:b/>
        </w:rPr>
        <w:t xml:space="preserve">[06:42] </w:t>
      </w:r>
      <w:r>
        <w:t>i had studied books of numerous muslim scholars thoroughly before Al-Risala.</w:t>
      </w:r>
    </w:p>
    <w:p>
      <w:pPr>
        <w:jc w:val="right"/>
      </w:pPr>
      <w:r>
        <w:t>آئی ہیڈ اسٹڈیڈ بکس آف نیومرس مسلم سکالرز تھورولی بیفور الرسالہ۔</w:t>
      </w:r>
    </w:p>
    <w:p>
      <w:r>
        <w:rPr>
          <w:b/>
        </w:rPr>
        <w:t xml:space="preserve">[06:47] </w:t>
      </w:r>
      <w:r>
        <w:t>and that is a special blessing of God on me.</w:t>
      </w:r>
    </w:p>
    <w:p>
      <w:pPr>
        <w:jc w:val="right"/>
      </w:pPr>
      <w:r>
        <w:t>اینڈ دیٹ از آ سپیشل بلیسنگ آف گاڈ آن می۔</w:t>
      </w:r>
    </w:p>
    <w:p>
      <w:r>
        <w:rPr>
          <w:b/>
        </w:rPr>
        <w:t xml:space="preserve">[06:52] </w:t>
      </w:r>
      <w:r>
        <w:t>it helped me to understand Al-Risala mission deeply and connected me with Maulana mission in such a way</w:t>
      </w:r>
    </w:p>
    <w:p>
      <w:pPr>
        <w:jc w:val="right"/>
      </w:pPr>
      <w:r>
        <w:t>اٹ ہیلپ می ٹو انڈرسٹینڈ الرسالہ مشن ڈیپلی اینڈ کنیکٹڈ می ود مولانا مشن ان سچ اے وے</w:t>
      </w:r>
    </w:p>
    <w:p>
      <w:r>
        <w:rPr>
          <w:b/>
        </w:rPr>
        <w:t xml:space="preserve">[06:57] </w:t>
      </w:r>
      <w:r>
        <w:t>that it can't be broken.</w:t>
      </w:r>
    </w:p>
    <w:p>
      <w:pPr>
        <w:jc w:val="right"/>
      </w:pPr>
      <w:r>
        <w:t>دیٹ اٹ کانٹ بی بروکن۔</w:t>
      </w:r>
    </w:p>
    <w:p>
      <w:r>
        <w:rPr>
          <w:b/>
        </w:rPr>
        <w:t xml:space="preserve">[07:02] </w:t>
      </w:r>
      <w:r>
        <w:t>then i started careful perusal of Al-Risala and Maulana other books.</w:t>
      </w:r>
    </w:p>
    <w:p>
      <w:pPr>
        <w:jc w:val="right"/>
      </w:pPr>
      <w:r>
        <w:t>دین آئی سٹارٹڈ کیئرفل بروزل آف الرسالہ اینڈ مولانا ادر بکس۔</w:t>
      </w:r>
    </w:p>
    <w:p>
      <w:r>
        <w:rPr>
          <w:b/>
        </w:rPr>
        <w:t xml:space="preserve">[07:07] </w:t>
      </w:r>
      <w:r>
        <w:t>that was in two thousand three.</w:t>
      </w:r>
    </w:p>
    <w:p>
      <w:pPr>
        <w:jc w:val="right"/>
      </w:pPr>
      <w:r>
        <w:t>دیٹ واز ان ٹو تھاؤزنڈ تھری۔</w:t>
      </w:r>
    </w:p>
    <w:p>
      <w:r>
        <w:rPr>
          <w:b/>
        </w:rPr>
        <w:t xml:space="preserve">[07:13] </w:t>
      </w:r>
      <w:r>
        <w:t>by the following year, i had studied all of the books of Maulana which i could find in</w:t>
      </w:r>
    </w:p>
    <w:p>
      <w:pPr>
        <w:jc w:val="right"/>
      </w:pPr>
      <w:r>
        <w:t>بائی دا فالونگ ایئر، آئی ہیڈ اسٹڈیڈ آل آف دا بکس آف مولانا وچ آئی کڈ فائنڈ ان</w:t>
      </w:r>
    </w:p>
    <w:p>
      <w:r>
        <w:rPr>
          <w:b/>
        </w:rPr>
        <w:t xml:space="preserve">[07:18] </w:t>
      </w:r>
      <w:r>
        <w:t>patna and started searching for previous writings or Al-Risala.</w:t>
      </w:r>
    </w:p>
    <w:p>
      <w:pPr>
        <w:jc w:val="right"/>
      </w:pPr>
      <w:r>
        <w:t>پٹنہ اینڈ سٹارٹڈ سرچنگ فار پریویس رائٹنگز اور الرسالہ۔</w:t>
      </w:r>
    </w:p>
    <w:p>
      <w:r>
        <w:rPr>
          <w:b/>
        </w:rPr>
        <w:t xml:space="preserve">[07:23] </w:t>
      </w:r>
      <w:r>
        <w:t>i didn't accept Al-Risala mission blindly and without rational thinking.</w:t>
      </w:r>
    </w:p>
    <w:p>
      <w:pPr>
        <w:jc w:val="right"/>
      </w:pPr>
      <w:r>
        <w:t>آئی ڈنٹ ایکسیپٹ الرسالہ مشن بلائنڈلی اینڈ وداؤٹ ریشنل تھنکنگ۔</w:t>
      </w:r>
    </w:p>
    <w:p>
      <w:r>
        <w:rPr>
          <w:b/>
        </w:rPr>
        <w:t xml:space="preserve">[07:28] </w:t>
      </w:r>
      <w:r>
        <w:t>the explanation of different verses that i read in Al-Risala was being researched by me in other quranic tafseeron.</w:t>
      </w:r>
    </w:p>
    <w:p>
      <w:pPr>
        <w:jc w:val="right"/>
      </w:pPr>
      <w:r>
        <w:t>دا ایکسپلینیشن آف ڈفرنٹ ورسز دیٹ آئی ریڈ ان الرسالہ واز بینگ ریسرچڈ بائی می ان ادر قرآنی تفسیروں۔</w:t>
      </w:r>
    </w:p>
    <w:p>
      <w:r>
        <w:rPr>
          <w:b/>
        </w:rPr>
        <w:t xml:space="preserve">[07:33] </w:t>
      </w:r>
      <w:r>
        <w:t>exampl: tarjuman al quran and tafsir ibn kathir etc.</w:t>
      </w:r>
    </w:p>
    <w:p>
      <w:pPr>
        <w:jc w:val="right"/>
      </w:pPr>
      <w:r>
        <w:t>ایگزامپل: ترجمان القرآن اینڈ تفسیر ابن کثیر ایٹسٹرہ۔</w:t>
      </w:r>
    </w:p>
    <w:p>
      <w:r>
        <w:rPr>
          <w:b/>
        </w:rPr>
        <w:t xml:space="preserve">[07:39] </w:t>
      </w:r>
      <w:r>
        <w:t>after after the process of research, i came to the conclusion that this is the true prophetic mission</w:t>
      </w:r>
    </w:p>
    <w:p>
      <w:pPr>
        <w:jc w:val="right"/>
      </w:pPr>
      <w:r>
        <w:t>آفٹر آفٹر دا پروسیس آف ریسرچ، آئی کیم ٹو دا کنکلوژن دیٹ دس از دا ٹرو پرافیٹک مشن</w:t>
      </w:r>
    </w:p>
    <w:p>
      <w:r>
        <w:rPr>
          <w:b/>
        </w:rPr>
        <w:t xml:space="preserve">[07:44] </w:t>
      </w:r>
      <w:r>
        <w:t>which i should engage myself in.</w:t>
      </w:r>
    </w:p>
    <w:p>
      <w:pPr>
        <w:jc w:val="right"/>
      </w:pPr>
      <w:r>
        <w:t>وچ آئی شوڈ انگیج مائی سیلف ان۔</w:t>
      </w:r>
    </w:p>
    <w:p>
      <w:r>
        <w:rPr>
          <w:b/>
        </w:rPr>
        <w:t xml:space="preserve">[07:49] </w:t>
      </w:r>
      <w:r>
        <w:t>this is the reason prophets had been send for.</w:t>
      </w:r>
    </w:p>
    <w:p>
      <w:pPr>
        <w:jc w:val="right"/>
      </w:pPr>
      <w:r>
        <w:t>دس از دا ریزن پرافیٹس ہیڈ بین سینڈ فار۔</w:t>
      </w:r>
    </w:p>
    <w:p>
      <w:r>
        <w:rPr>
          <w:b/>
        </w:rPr>
        <w:t xml:space="preserve">[07:54] </w:t>
      </w:r>
      <w:r>
        <w:t>it was not easy to have unshakable conviction in maulana mission because what maulana is presenting</w:t>
      </w:r>
    </w:p>
    <w:p>
      <w:pPr>
        <w:jc w:val="right"/>
      </w:pPr>
      <w:r>
        <w:t>اٹ واز ناٹ ایزی ٹو ہیو ان شیک ایبل کنوکشن ان مولانا مشن بیکاز واٹ مولانا از پریزنٹنگ</w:t>
      </w:r>
    </w:p>
    <w:p>
      <w:r>
        <w:rPr>
          <w:b/>
        </w:rPr>
        <w:t xml:space="preserve">[07:59] </w:t>
      </w:r>
      <w:r>
        <w:t>is ajnabi deen in the words of hadith.</w:t>
      </w:r>
    </w:p>
    <w:p>
      <w:pPr>
        <w:jc w:val="right"/>
      </w:pPr>
      <w:r>
        <w:t>از اجنبی دین ان دا ورڈز آف حدیث۔</w:t>
      </w:r>
    </w:p>
    <w:p>
      <w:r>
        <w:rPr>
          <w:b/>
        </w:rPr>
        <w:t xml:space="preserve">[08:04] </w:t>
      </w:r>
      <w:r>
        <w:t>surprisingly, literatures of other religious scholars are devoid of this concepts that maulana has been advocating for the</w:t>
      </w:r>
    </w:p>
    <w:p>
      <w:pPr>
        <w:jc w:val="right"/>
      </w:pPr>
      <w:r>
        <w:t>سرپرائزنگلی، لٹریچرز آف ادر ریلیجیس سکالرز آر ڈیوائیڈ آف دس کانسیپٹس دیٹ مولانا ہیز بین ایڈوکیٹنگ فار دا</w:t>
      </w:r>
    </w:p>
    <w:p>
      <w:r>
        <w:rPr>
          <w:b/>
        </w:rPr>
        <w:t xml:space="preserve">[08:10] </w:t>
      </w:r>
      <w:r>
        <w:t>past fifty years.</w:t>
      </w:r>
    </w:p>
    <w:p>
      <w:pPr>
        <w:jc w:val="right"/>
      </w:pPr>
      <w:r>
        <w:t>پاسٹ ففٹی ایئرز۔</w:t>
      </w:r>
    </w:p>
    <w:p>
      <w:r>
        <w:rPr>
          <w:b/>
        </w:rPr>
        <w:t xml:space="preserve">[08:15] </w:t>
      </w:r>
      <w:r>
        <w:t>and this situation creates difficulties in understanding maulana mission at the first glance.</w:t>
      </w:r>
    </w:p>
    <w:p>
      <w:pPr>
        <w:jc w:val="right"/>
      </w:pPr>
      <w:r>
        <w:t>اینڈ دس سچویشن کریٹس ڈیفیکلٹیز ان انڈرسٹینڈنگ مولانا مشن ایٹ دا فرسٹ گلاس۔</w:t>
      </w:r>
    </w:p>
    <w:p>
      <w:r>
        <w:rPr>
          <w:b/>
        </w:rPr>
        <w:t xml:space="preserve">[08:20] </w:t>
      </w:r>
      <w:r>
        <w:t>the nature of maulana mission is revival of deen khuda.</w:t>
      </w:r>
    </w:p>
    <w:p>
      <w:pPr>
        <w:jc w:val="right"/>
      </w:pPr>
      <w:r>
        <w:t>دا نیچر آف مولانا مشن از ریوائیول آف دین خدا۔</w:t>
      </w:r>
    </w:p>
    <w:p>
      <w:r>
        <w:rPr>
          <w:b/>
        </w:rPr>
        <w:t xml:space="preserve">[08:25] </w:t>
      </w:r>
      <w:r>
        <w:t>maulana has lifted the curtains from the face of true religion that has been covered by after meth</w:t>
      </w:r>
    </w:p>
    <w:p>
      <w:pPr>
        <w:jc w:val="right"/>
      </w:pPr>
      <w:r>
        <w:t>مولانا ہیز لفٹڈ دا کرٹینز فرام دا فیس آف ٹرو ریلیجن دیٹ ہیز بین کورڈ بائی آفٹر میتھ</w:t>
      </w:r>
    </w:p>
    <w:p>
      <w:r>
        <w:rPr>
          <w:b/>
        </w:rPr>
        <w:t xml:space="preserve">[08:30] </w:t>
      </w:r>
      <w:r>
        <w:t>of history of muslims.</w:t>
      </w:r>
    </w:p>
    <w:p>
      <w:pPr>
        <w:jc w:val="right"/>
      </w:pPr>
      <w:r>
        <w:t>آف ہسٹری آف مسلمز۔</w:t>
      </w:r>
    </w:p>
    <w:p>
      <w:r>
        <w:rPr>
          <w:b/>
        </w:rPr>
        <w:t xml:space="preserve">[08:36] </w:t>
      </w:r>
      <w:r>
        <w:t>it has been rightly said by someone that to understand maulana writings, muslims need six sense.</w:t>
      </w:r>
    </w:p>
    <w:p>
      <w:pPr>
        <w:jc w:val="right"/>
      </w:pPr>
      <w:r>
        <w:t>اٹ ہیز بین رائٹلی سیڈ بائی سم ون دیٹ ٹو انڈرسٹینڈ مولانا رائٹنگز، مسلمز نیڈ سکس سینس۔</w:t>
      </w:r>
    </w:p>
    <w:p>
      <w:r>
        <w:rPr>
          <w:b/>
        </w:rPr>
        <w:t xml:space="preserve">[08:41] </w:t>
      </w:r>
      <w:r>
        <w:t>without any reluctance and hesitation, i would say that i was blind in terms of insight.</w:t>
      </w:r>
    </w:p>
    <w:p>
      <w:pPr>
        <w:jc w:val="right"/>
      </w:pPr>
      <w:r>
        <w:t>وداؤٹ اینی ریلکٹنس اینڈ ہیزیٹیشن، آئی وڈ سی دیٹ آئی واز بلائنڈ ان ٹرمز آف انسائٹ۔</w:t>
      </w:r>
    </w:p>
    <w:p>
      <w:r>
        <w:rPr>
          <w:b/>
        </w:rPr>
        <w:t xml:space="preserve">[08:46] </w:t>
      </w:r>
      <w:r>
        <w:t>i had shallow thinking.</w:t>
      </w:r>
    </w:p>
    <w:p>
      <w:pPr>
        <w:jc w:val="right"/>
      </w:pPr>
      <w:r>
        <w:t>آئی ہیڈ شیلو تھنکنگ۔</w:t>
      </w:r>
    </w:p>
    <w:p>
      <w:r>
        <w:rPr>
          <w:b/>
        </w:rPr>
        <w:t xml:space="preserve">[08:51] </w:t>
      </w:r>
      <w:r>
        <w:t>i used to live in hatred.</w:t>
      </w:r>
    </w:p>
    <w:p>
      <w:pPr>
        <w:jc w:val="right"/>
      </w:pPr>
      <w:r>
        <w:t>آئی یوز ٹو لیو ان ہیٹریڈ۔</w:t>
      </w:r>
    </w:p>
    <w:p>
      <w:r>
        <w:rPr>
          <w:b/>
        </w:rPr>
        <w:t xml:space="preserve">[08:56] </w:t>
      </w:r>
      <w:r>
        <w:t>i considered other communities as our biggest enemies.</w:t>
      </w:r>
    </w:p>
    <w:p>
      <w:pPr>
        <w:jc w:val="right"/>
      </w:pPr>
      <w:r>
        <w:t>آئی کنسیڈرڈ ادر کمیونٹیز ایز اور بگسٹ اینمیز۔</w:t>
      </w:r>
    </w:p>
    <w:p>
      <w:r>
        <w:rPr>
          <w:b/>
        </w:rPr>
        <w:t xml:space="preserve">[09:01] </w:t>
      </w:r>
      <w:r>
        <w:t>and ironically, i perceived this characters as the true islamic traits before i understood al risalah mission.</w:t>
      </w:r>
    </w:p>
    <w:p>
      <w:pPr>
        <w:jc w:val="right"/>
      </w:pPr>
      <w:r>
        <w:t>اینڈ آئرونیکلی، آئی پرسیوڈ دس کریکٹرز ایز دا ٹرو اسلامک ٹریس بیفور آئی انڈرسٹوڈ الرسالہ مشن۔</w:t>
      </w:r>
    </w:p>
    <w:p>
      <w:r>
        <w:rPr>
          <w:b/>
        </w:rPr>
        <w:t xml:space="preserve">[09:07] </w:t>
      </w:r>
      <w:r>
        <w:t>maulana taught me that one who doesn't love all humanity and doesn't have positive thinking is not as</w:t>
      </w:r>
    </w:p>
    <w:p>
      <w:pPr>
        <w:jc w:val="right"/>
      </w:pPr>
      <w:r>
        <w:t>مولانا ٹاؤٹ می دیٹ ون ہو ڈزنٹ لو آل ہیومینٹی اینڈ ڈزنٹ ہیو پازیٹیو تھنکنگ از ناٹ از</w:t>
      </w:r>
    </w:p>
    <w:p>
      <w:r>
        <w:rPr>
          <w:b/>
        </w:rPr>
        <w:t xml:space="preserve">[09:12] </w:t>
      </w:r>
      <w:r>
        <w:t>not a well wisher of all and he cannot enter into paradise.</w:t>
      </w:r>
    </w:p>
    <w:p>
      <w:pPr>
        <w:jc w:val="right"/>
      </w:pPr>
      <w:r>
        <w:t>ناٹ ا ویل وشر آف آل اینڈ ہی کین ناٹ انٹر انٹو پیراڈائز۔</w:t>
      </w:r>
    </w:p>
    <w:p>
      <w:r>
        <w:rPr>
          <w:b/>
        </w:rPr>
        <w:t xml:space="preserve">[09:17] </w:t>
      </w:r>
      <w:r>
        <w:t>maulana taught us dawah illallah is farz on every muslims as namaz and other basics of islam.</w:t>
      </w:r>
    </w:p>
    <w:p>
      <w:pPr>
        <w:jc w:val="right"/>
      </w:pPr>
      <w:r>
        <w:t>مولانا ٹاؤٹ اس دعوت اللہ از فرض آن ایوری مسلمز ایز نماز اینڈ ادر بیسکس آف اسلام۔</w:t>
      </w:r>
    </w:p>
    <w:p>
      <w:r>
        <w:rPr>
          <w:b/>
        </w:rPr>
        <w:t xml:space="preserve">[09:22] </w:t>
      </w:r>
      <w:r>
        <w:t>i will always be behold and indebted to maulana for this.</w:t>
      </w:r>
    </w:p>
    <w:p>
      <w:pPr>
        <w:jc w:val="right"/>
      </w:pPr>
      <w:r>
        <w:t>آئی ویل آلویز بی بیہولڈ اینڈ انڈیپٹڈ ٹو مولانا فار دس۔</w:t>
      </w:r>
    </w:p>
    <w:p>
      <w:r>
        <w:rPr>
          <w:b/>
        </w:rPr>
        <w:t xml:space="preserve">[09:27] </w:t>
      </w:r>
      <w:r>
        <w:t>may god give him the best place in jannat.</w:t>
      </w:r>
    </w:p>
    <w:p>
      <w:pPr>
        <w:jc w:val="right"/>
      </w:pPr>
      <w:r>
        <w:t>می گاڈ گیو ہم دا بیسٹ پلیس ان جنت۔</w:t>
      </w:r>
    </w:p>
    <w:p>
      <w:r>
        <w:rPr>
          <w:b/>
        </w:rPr>
        <w:t xml:space="preserve">[09:33] </w:t>
      </w:r>
      <w:r>
        <w:t>i met maulana in 2004.</w:t>
      </w:r>
    </w:p>
    <w:p>
      <w:pPr>
        <w:jc w:val="right"/>
      </w:pPr>
      <w:r>
        <w:t>آئی میٹ مولانا ان ٹو تھاؤزنڈ فور۔</w:t>
      </w:r>
    </w:p>
    <w:p>
      <w:r>
        <w:rPr>
          <w:b/>
        </w:rPr>
        <w:t xml:space="preserve">[09:38] </w:t>
      </w:r>
      <w:r>
        <w:t>that meeting was the turning point in my life.</w:t>
      </w:r>
    </w:p>
    <w:p>
      <w:pPr>
        <w:jc w:val="right"/>
      </w:pPr>
      <w:r>
        <w:t>دیٹ میٹنگ واز دا ٹرننگ پوائنٹ ان مائی لائف۔</w:t>
      </w:r>
    </w:p>
    <w:p>
      <w:r>
        <w:rPr>
          <w:b/>
        </w:rPr>
        <w:t xml:space="preserve">[09:43] </w:t>
      </w:r>
      <w:r>
        <w:t>molana simplicity, dedication towards this mission, in spite of his unparalleled position in intelligence and international popularity,</w:t>
      </w:r>
    </w:p>
    <w:p>
      <w:pPr>
        <w:jc w:val="right"/>
      </w:pPr>
      <w:r>
        <w:t>مولانا سمپلیسٹی، ڈیڈیکیشن ٹوورڈز دس مشن، ان سپائٹ آف ہیز ان پیرلل پوزیشن ان انٹیلیجنس اینڈ انٹرنیشنل پاپولیرٹی،</w:t>
      </w:r>
    </w:p>
    <w:p>
      <w:r>
        <w:rPr>
          <w:b/>
        </w:rPr>
        <w:t xml:space="preserve">[09:48] </w:t>
      </w:r>
      <w:r>
        <w:t>his down to earth behaviour and molana concern about each and every individual change me completely.</w:t>
      </w:r>
    </w:p>
    <w:p>
      <w:pPr>
        <w:jc w:val="right"/>
      </w:pPr>
      <w:r>
        <w:t>ہیز ڈاؤن ٹو ارتھ بیہیویئر اینڈ مولانا کنسرن اباؤٹ ایچ اینڈ ایوری انڈیویجول چینج می کمپلیٹلی۔</w:t>
      </w:r>
    </w:p>
    <w:p>
      <w:r>
        <w:rPr>
          <w:b/>
        </w:rPr>
        <w:t xml:space="preserve">[09:53] </w:t>
      </w:r>
      <w:r>
        <w:t>since then, i have been engaging myself in dawah work through distribution of literatures and delivering</w:t>
      </w:r>
    </w:p>
    <w:p>
      <w:pPr>
        <w:jc w:val="right"/>
      </w:pPr>
      <w:r>
        <w:t>سنس دین، آئی ہیو بین انگیجنگ مائی سیلف ان دعویٰ ورک تھرو ڈسٹری بیوشن آف لٹریچرز اینڈ ڈیلیورنگ</w:t>
      </w:r>
    </w:p>
    <w:p>
      <w:r>
        <w:rPr>
          <w:b/>
        </w:rPr>
        <w:t xml:space="preserve">[09:58] </w:t>
      </w:r>
      <w:r>
        <w:t>speeches in musk.</w:t>
      </w:r>
    </w:p>
    <w:p>
      <w:pPr>
        <w:jc w:val="right"/>
      </w:pPr>
      <w:r>
        <w:t>اسپیچز ان مسک۔</w:t>
      </w:r>
    </w:p>
    <w:p>
      <w:r>
        <w:rPr>
          <w:b/>
        </w:rPr>
        <w:t xml:space="preserve">[10:04] </w:t>
      </w:r>
      <w:r>
        <w:t>last year, i extended my dawah activities.</w:t>
      </w:r>
    </w:p>
    <w:p>
      <w:pPr>
        <w:jc w:val="right"/>
      </w:pPr>
      <w:r>
        <w:t>لاسٹ ایئر، آئی ایکسٹینڈڈ مائی دعویٰ ایکٹیویٹیز۔</w:t>
      </w:r>
    </w:p>
    <w:p>
      <w:r>
        <w:rPr>
          <w:b/>
        </w:rPr>
        <w:t xml:space="preserve">[10:09] </w:t>
      </w:r>
      <w:r>
        <w:t>i started a program where a spiritual message gathering is held twice a month at my center.</w:t>
      </w:r>
    </w:p>
    <w:p>
      <w:pPr>
        <w:jc w:val="right"/>
      </w:pPr>
      <w:r>
        <w:t>آئی سٹارٹڈ آ پروگرام ویر ان آ spiritualmessage گیدرنگ از ہیلڈ ٹوائس ا منتھ ایٹ مائی سینٹر۔</w:t>
      </w:r>
    </w:p>
    <w:p>
      <w:r>
        <w:rPr>
          <w:b/>
        </w:rPr>
        <w:t xml:space="preserve">[10:14] </w:t>
      </w:r>
      <w:r>
        <w:t>it is a new experience.</w:t>
      </w:r>
    </w:p>
    <w:p>
      <w:pPr>
        <w:jc w:val="right"/>
      </w:pPr>
      <w:r>
        <w:t>اٹ از ا نیو ایکسپیرینس۔</w:t>
      </w:r>
    </w:p>
    <w:p>
      <w:r>
        <w:rPr>
          <w:b/>
        </w:rPr>
        <w:t xml:space="preserve">[10:19] </w:t>
      </w:r>
      <w:r>
        <w:t>many new people are getting involved in the mission who are not readers of al risalah.</w:t>
      </w:r>
    </w:p>
    <w:p>
      <w:pPr>
        <w:jc w:val="right"/>
      </w:pPr>
      <w:r>
        <w:t>مینی نیو پیپل آر گیٹنگ انوالوڈ ان دا مشن ہو آر ناٹ ریڈرز آف الرسالہ۔</w:t>
      </w:r>
    </w:p>
    <w:p>
      <w:r>
        <w:rPr>
          <w:b/>
        </w:rPr>
        <w:t xml:space="preserve">[10:24] </w:t>
      </w:r>
      <w:r>
        <w:t>as far as challenges are concerned in the journey of mission, we should understand that we have to</w:t>
      </w:r>
    </w:p>
    <w:p>
      <w:pPr>
        <w:jc w:val="right"/>
      </w:pPr>
      <w:r>
        <w:t>ایز فار ایز چیلنجز آر کنسرنڈ ان دا جرنی آف مشن، وی شوڈ انڈرسٹینڈ دیٹ وی ہیو ٹو</w:t>
      </w:r>
    </w:p>
    <w:p>
      <w:r>
        <w:rPr>
          <w:b/>
        </w:rPr>
        <w:t xml:space="preserve">[10:30] </w:t>
      </w:r>
      <w:r>
        <w:t>face challenges in this journey because this is true prophetic mission and quran speaks about prophets.</w:t>
      </w:r>
    </w:p>
    <w:p>
      <w:pPr>
        <w:jc w:val="right"/>
      </w:pPr>
      <w:r>
        <w:t>فیس چیلنجز ان دس جرنی بیکاز دس از ٹرو پرافیٹک مشن اینڈ قرآن سپیکس اباؤٹ پرافیٹس۔</w:t>
      </w:r>
    </w:p>
    <w:p>
      <w:r>
        <w:rPr>
          <w:b/>
        </w:rPr>
        <w:t xml:space="preserve">[10:35] </w:t>
      </w:r>
      <w:r>
        <w:t>and prophetic mission that ya hasrat ali abad mayati man rasool illa kano bihi istahjun.</w:t>
      </w:r>
    </w:p>
    <w:p>
      <w:pPr>
        <w:jc w:val="right"/>
      </w:pPr>
      <w:r>
        <w:t>اینڈ پرافیٹک مشن دیٹ یا حسرت علی عباد مایاتی من رسول الا کانو بہی استہجون۔</w:t>
      </w:r>
    </w:p>
    <w:p>
      <w:r>
        <w:rPr>
          <w:b/>
        </w:rPr>
        <w:t xml:space="preserve">[10:40] </w:t>
      </w:r>
      <w:r>
        <w:t>i face a lot of criticism regarding our mission.</w:t>
      </w:r>
    </w:p>
    <w:p>
      <w:pPr>
        <w:jc w:val="right"/>
      </w:pPr>
      <w:r>
        <w:t>آئی فیس ا لاٹ آف کریٹیسزم ریگارڈنگ اور مشن۔</w:t>
      </w:r>
    </w:p>
    <w:p>
      <w:r>
        <w:rPr>
          <w:b/>
        </w:rPr>
        <w:t xml:space="preserve">[10:45] </w:t>
      </w:r>
      <w:r>
        <w:t>many times i encountered with religious scholars, but no one can stand on the basis of arguments against molana literatures.</w:t>
      </w:r>
    </w:p>
    <w:p>
      <w:pPr>
        <w:jc w:val="right"/>
      </w:pPr>
      <w:r>
        <w:t>مینی ٹائمز آئی انکاؤنٹرڈ ود ریلیجیس سکالرز، بٹ نو ون کین اسٹینڈ آن دا بیسس آف آرگیومنٹس اگینسٹ مولانا لٹریچرز۔</w:t>
      </w:r>
    </w:p>
    <w:p>
      <w:r>
        <w:rPr>
          <w:b/>
        </w:rPr>
        <w:t xml:space="preserve">[10:50] </w:t>
      </w:r>
      <w:r>
        <w:t>they they they started they started saying off but.</w:t>
      </w:r>
    </w:p>
    <w:p>
      <w:pPr>
        <w:jc w:val="right"/>
      </w:pPr>
      <w:r>
        <w:t>دے دے دے سٹارٹڈ دے سٹارٹڈ سینگ اف بٹ۔</w:t>
      </w:r>
    </w:p>
    <w:p>
      <w:r>
        <w:rPr>
          <w:b/>
        </w:rPr>
        <w:t xml:space="preserve">[10:55] </w:t>
      </w:r>
      <w:r>
        <w:t>this is in itself is the evidence of this mission being the true mission.</w:t>
      </w:r>
    </w:p>
    <w:p>
      <w:pPr>
        <w:jc w:val="right"/>
      </w:pPr>
      <w:r>
        <w:t>دس از ان اٹ سیلف از دا ایویڈنس آف دس مشن بینگ دا ٹرو مشن۔</w:t>
      </w:r>
    </w:p>
    <w:p>
      <w:r>
        <w:rPr>
          <w:b/>
        </w:rPr>
        <w:t xml:space="preserve">[11:01] </w:t>
      </w:r>
      <w:r>
        <w:t>every time i face challenges, i get more encouraged and perseverant to to know how do challenges make</w:t>
      </w:r>
    </w:p>
    <w:p>
      <w:pPr>
        <w:jc w:val="right"/>
      </w:pPr>
      <w:r>
        <w:t>ایوری ٹائم آئی فیس چیلنجز، آئی گیٹ مور انکریجڈ اینڈ پرزیورنٹ ٹو ٹو نو ہاؤ ڈو چیلنجز میک</w:t>
      </w:r>
    </w:p>
    <w:p>
      <w:r>
        <w:rPr>
          <w:b/>
        </w:rPr>
        <w:t xml:space="preserve">[11:06] </w:t>
      </w:r>
      <w:r>
        <w:t>a man a superman.</w:t>
      </w:r>
    </w:p>
    <w:p>
      <w:pPr>
        <w:jc w:val="right"/>
      </w:pPr>
      <w:r>
        <w:t>ا مین ا سپر مین۔</w:t>
      </w:r>
    </w:p>
    <w:p>
      <w:r>
        <w:rPr>
          <w:b/>
        </w:rPr>
        <w:t xml:space="preserve">[11:11] </w:t>
      </w:r>
      <w:r>
        <w:t>molana life is in itself a living example of it.</w:t>
      </w:r>
    </w:p>
    <w:p>
      <w:pPr>
        <w:jc w:val="right"/>
      </w:pPr>
      <w:r>
        <w:t>مولانا لائف از ان اٹ سیلف ا لیونگ ایگزامپل آف اٹ۔</w:t>
      </w:r>
    </w:p>
    <w:p>
      <w:r>
        <w:rPr>
          <w:b/>
        </w:rPr>
        <w:t xml:space="preserve">[11:16] </w:t>
      </w:r>
      <w:r>
        <w:t>as we know that molana mission is a global dawah work.</w:t>
      </w:r>
    </w:p>
    <w:p>
      <w:pPr>
        <w:jc w:val="right"/>
      </w:pPr>
      <w:r>
        <w:t>ایز وی نو دیٹ مولانا مشن از ا گلوبل دعویٰ ورک۔</w:t>
      </w:r>
    </w:p>
    <w:p>
      <w:r>
        <w:rPr>
          <w:b/>
        </w:rPr>
        <w:t xml:space="preserve">[11:21] </w:t>
      </w:r>
      <w:r>
        <w:t>this is a very big mission.</w:t>
      </w:r>
    </w:p>
    <w:p>
      <w:pPr>
        <w:jc w:val="right"/>
      </w:pPr>
      <w:r>
        <w:t>دس از ا ویری بگ مشن۔</w:t>
      </w:r>
    </w:p>
    <w:p>
      <w:r>
        <w:rPr>
          <w:b/>
        </w:rPr>
        <w:t xml:space="preserve">[11:27] </w:t>
      </w:r>
      <w:r>
        <w:t>a single man cant achieve such a huge goal.</w:t>
      </w:r>
    </w:p>
    <w:p>
      <w:pPr>
        <w:jc w:val="right"/>
      </w:pPr>
      <w:r>
        <w:t>ا سنگل مین کانٹ اچیو سچ ا ہیوج گول۔</w:t>
      </w:r>
    </w:p>
    <w:p>
      <w:r>
        <w:rPr>
          <w:b/>
        </w:rPr>
        <w:t xml:space="preserve">[11:32] </w:t>
      </w:r>
      <w:r>
        <w:t>even prophet needed a team to establish god religion.</w:t>
      </w:r>
    </w:p>
    <w:p>
      <w:pPr>
        <w:jc w:val="right"/>
      </w:pPr>
      <w:r>
        <w:t>ایون پرافیٹ نیڈڈ ا ٹیم ٹو اسٹیبلش گاڈ ریلیجن۔</w:t>
      </w:r>
    </w:p>
    <w:p>
      <w:r>
        <w:rPr>
          <w:b/>
        </w:rPr>
        <w:t xml:space="preserve">[11:37] </w:t>
      </w:r>
      <w:r>
        <w:t>now we have to work as a team to make this global dawah work possible.</w:t>
      </w:r>
    </w:p>
    <w:p>
      <w:pPr>
        <w:jc w:val="right"/>
      </w:pPr>
      <w:r>
        <w:t>ناؤ وی ہیو ٹو ورک ایز ا ٹیم ٹو میک دس گلوبل دعویٰ ورک پوسیبل۔</w:t>
      </w:r>
    </w:p>
    <w:p>
      <w:r>
        <w:rPr>
          <w:b/>
        </w:rPr>
        <w:t xml:space="preserve">[11:42] </w:t>
      </w:r>
      <w:r>
        <w:t>i here by take appeal at before god and his ands and his angels that up to my last</w:t>
      </w:r>
    </w:p>
    <w:p>
      <w:pPr>
        <w:jc w:val="right"/>
      </w:pPr>
      <w:r>
        <w:t>آئی ہیئر بائی ٹیک اپیلٹ بیفور گاڈ اینڈ ہیز اینڈز اینڈ ہیز اینجلز دیٹ اپ ٹو مائی لاسٹ</w:t>
      </w:r>
    </w:p>
    <w:p>
      <w:r>
        <w:rPr>
          <w:b/>
        </w:rPr>
        <w:t xml:space="preserve">[11:47] </w:t>
      </w:r>
      <w:r>
        <w:t>breath, i will be struggling for this true prophetic mission that molana has started.</w:t>
      </w:r>
    </w:p>
    <w:p>
      <w:pPr>
        <w:jc w:val="right"/>
      </w:pPr>
      <w:r>
        <w:t>بریتھ، آئی ویل بی سٹرگلنگ فار دس ٹرو پرافیٹک مشن دیٹ مولانا ہیز اسٹارٹڈ۔</w:t>
      </w:r>
    </w:p>
    <w:p>
      <w:r>
        <w:rPr>
          <w:b/>
        </w:rPr>
        <w:t xml:space="preserve">[11:53] </w:t>
      </w:r>
      <w:r>
        <w:t>aah dayen sahib, kya aap aah asyoom karte hain ke aap ful daai ban chuke hain? aah nahin.</w:t>
      </w:r>
    </w:p>
    <w:p>
      <w:pPr>
        <w:jc w:val="right"/>
      </w:pPr>
      <w:r>
        <w:t>آہ دایاں صاحب، کیا آپ آہ اسیوم کرتے ہیں کہ آپ فل داعی بن چکے ہیں؟ آہ نہیں۔</w:t>
      </w:r>
    </w:p>
    <w:p>
      <w:r>
        <w:rPr>
          <w:b/>
        </w:rPr>
        <w:t xml:space="preserve">[11:59] </w:t>
      </w:r>
      <w:r>
        <w:t>as we know from quran and maulana explanation, daai ke liye jo sab se pehli zaroori baat hai</w:t>
      </w:r>
    </w:p>
    <w:p>
      <w:pPr>
        <w:jc w:val="right"/>
      </w:pPr>
      <w:r>
        <w:t>ایز وی نو فرام قرآن اینڈ مولانا ایکسپلینیشن، داعی کے لیے جو سب سے پہلی ضروری بات ہے</w:t>
      </w:r>
    </w:p>
    <w:p>
      <w:r>
        <w:rPr>
          <w:b/>
        </w:rPr>
        <w:t xml:space="preserve">[12:05] </w:t>
      </w:r>
      <w:r>
        <w:t>woh yeh ke woh daai poori tarah doosri communities ke liye khair khwah ban jaye.</w:t>
      </w:r>
    </w:p>
    <w:p>
      <w:pPr>
        <w:jc w:val="right"/>
      </w:pPr>
      <w:r>
        <w:t>وہ یہ کہ وہ داعی پوری طرح دوسری کمیونٹیز کے لیے خیر خواہ بن جائے۔</w:t>
      </w:r>
    </w:p>
    <w:p>
      <w:r>
        <w:rPr>
          <w:b/>
        </w:rPr>
        <w:t xml:space="preserve">[12:12] </w:t>
      </w:r>
      <w:r>
        <w:t>yahan tak ke us ki duaon duaon mein woh doosri communities ke liye dua karne lage, hatta ke</w:t>
      </w:r>
    </w:p>
    <w:p>
      <w:pPr>
        <w:jc w:val="right"/>
      </w:pPr>
      <w:r>
        <w:t>یہاں تک کہ اس کی دعاؤں دعاؤں میں وہ دوسری کمیونٹیز کے لیے دعا کرنے لگے، حتیٰ کہ</w:t>
      </w:r>
    </w:p>
    <w:p>
      <w:r>
        <w:rPr>
          <w:b/>
        </w:rPr>
        <w:t xml:space="preserve">[12:18] </w:t>
      </w:r>
      <w:r>
        <w:t>us ke aansu se aankhon se aansu behne lage.</w:t>
      </w:r>
    </w:p>
    <w:p>
      <w:pPr>
        <w:jc w:val="right"/>
      </w:pPr>
      <w:r>
        <w:t>اس کے آنسو سے آنکھوں سے آنسو بہنے لگے۔</w:t>
      </w:r>
    </w:p>
    <w:p>
      <w:r>
        <w:rPr>
          <w:b/>
        </w:rPr>
        <w:t xml:space="preserve">[12:24] </w:t>
      </w:r>
      <w:r>
        <w:t>jis din meri bhi halat yeh ho jaye to shayad mein samajhne lagoon ke mein bhi aik daai hoon.</w:t>
      </w:r>
    </w:p>
    <w:p>
      <w:pPr>
        <w:jc w:val="right"/>
      </w:pPr>
      <w:r>
        <w:t>جس دن میری بھی حالت یہ ہو جائے تو شاید میں سمجھنے لگوں کہ میں بھی ایک داعی ہوں۔</w:t>
      </w:r>
    </w:p>
    <w:p>
      <w:r>
        <w:rPr>
          <w:b/>
        </w:rPr>
        <w:t xml:space="preserve">[12:31] </w:t>
      </w:r>
      <w:r>
        <w:t>to ah ah dua ek factor hai. dua ke ilawa agar main is ko ek action point of mein agar daloon ke hum physically kya karna hai, to aap kya karna chahenge?</w:t>
      </w:r>
    </w:p>
    <w:p>
      <w:pPr>
        <w:jc w:val="right"/>
      </w:pPr>
      <w:r>
        <w:t>تو آہ آہ دعا ایک فیکٹر ہے۔ دعا کے علاوہ اگر میں اس کو ایکشن پوائنٹ آف میں اگر ڈالوں کہ ہم فزیکلی کیا کرنا ہے، تو آپ کیا کرنا چاہیں گے؟</w:t>
      </w:r>
    </w:p>
    <w:p>
      <w:r>
        <w:rPr>
          <w:b/>
        </w:rPr>
        <w:t xml:space="preserve">[12:45] </w:t>
      </w:r>
      <w:r>
        <w:t>physically jo hum kar sakte hain woh yeh ke apni aakhri koshish aur effort laga dein ke doosri</w:t>
      </w:r>
    </w:p>
    <w:p>
      <w:pPr>
        <w:jc w:val="right"/>
      </w:pPr>
      <w:r>
        <w:t>فزیکلی جو ہم کر سکتے ہیں وہ یہ کہ اپنی آخری کوشش اور ایفرٹ لگا دیں کہ دوسری</w:t>
      </w:r>
    </w:p>
    <w:p>
      <w:r>
        <w:rPr>
          <w:b/>
        </w:rPr>
        <w:t xml:space="preserve">[12:50] </w:t>
      </w:r>
      <w:r>
        <w:t>communities tak creation plan of god ko pohancha dein.</w:t>
      </w:r>
    </w:p>
    <w:p>
      <w:pPr>
        <w:jc w:val="right"/>
      </w:pPr>
      <w:r>
        <w:t>کمیونٹیز تک کریشن پلان آف گاڈ کو پہنچا دیں۔</w:t>
      </w:r>
    </w:p>
    <w:p>
      <w:r>
        <w:rPr>
          <w:b/>
        </w:rPr>
        <w:t xml:space="preserve">[12:56]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[13:01] </w:t>
      </w:r>
      <w:r>
        <w:t>mein al risala mission aur quran mission ke talluq se kuch baatein kahoon ga.</w:t>
      </w:r>
    </w:p>
    <w:p>
      <w:pPr>
        <w:jc w:val="right"/>
      </w:pPr>
      <w:r>
        <w:t>میں الرسالہ مشن اور قرآن مشن کے تعلق سے کچھ باتیں کہوں گا۔</w:t>
      </w:r>
    </w:p>
    <w:p>
      <w:r>
        <w:rPr>
          <w:b/>
        </w:rPr>
        <w:t xml:space="preserve">[13:07] </w:t>
      </w:r>
      <w:r>
        <w:t>al risala mission ke zariye se maulana ne deen ki woh haqiqatein hum par kholi hain jis se ummat</w:t>
      </w:r>
    </w:p>
    <w:p>
      <w:pPr>
        <w:jc w:val="right"/>
      </w:pPr>
      <w:r>
        <w:t>الرسالہ مشن کے ذریعے سے مولانا نے دین کی وہ حقیقتیں ہم پر کھولی ہیں جس سے امت</w:t>
      </w:r>
    </w:p>
    <w:p>
      <w:r>
        <w:rPr>
          <w:b/>
        </w:rPr>
        <w:t xml:space="preserve">[13:12] </w:t>
      </w:r>
      <w:r>
        <w:t>sainkaron saal se mehroom thi.</w:t>
      </w:r>
    </w:p>
    <w:p>
      <w:pPr>
        <w:jc w:val="right"/>
      </w:pPr>
      <w:r>
        <w:t>سینکڑوں سالوں سے محروم تھی۔</w:t>
      </w:r>
    </w:p>
    <w:p>
      <w:r>
        <w:rPr>
          <w:b/>
        </w:rPr>
        <w:t xml:space="preserve">[13:18] </w:t>
      </w:r>
      <w:r>
        <w:t>maulana ne hum par quran, hadith aur seerat mein jo wisdom maujood hai, us ko khola hai.</w:t>
      </w:r>
    </w:p>
    <w:p>
      <w:pPr>
        <w:jc w:val="right"/>
      </w:pPr>
      <w:r>
        <w:t>مولانا نے ہم پر قرآن، حدیث اور سیرت میں جو وزڈم موجود ہے، اس کو کھولا ہے۔</w:t>
      </w:r>
    </w:p>
    <w:p>
      <w:r>
        <w:rPr>
          <w:b/>
        </w:rPr>
        <w:t xml:space="preserve">[13:23] </w:t>
      </w:r>
      <w:r>
        <w:t>jis ki misalein maulana ke literature mein jagah jagah pai jati hain.</w:t>
      </w:r>
    </w:p>
    <w:p>
      <w:pPr>
        <w:jc w:val="right"/>
      </w:pPr>
      <w:r>
        <w:t>جس کی مثالیں مولانا کے لٹریچر میں جگہ جگہ پائی جاتی ہیں۔</w:t>
      </w:r>
    </w:p>
    <w:p>
      <w:r>
        <w:rPr>
          <w:b/>
        </w:rPr>
        <w:t xml:space="preserve">[13:29] </w:t>
      </w:r>
      <w:r>
        <w:t>maulana ke zariye se hum par allah taala ka yeh ehsan agar nahin hota to hum bhi nasli</w:t>
      </w:r>
    </w:p>
    <w:p>
      <w:pPr>
        <w:jc w:val="right"/>
      </w:pPr>
      <w:r>
        <w:t>مولانا کے ذریعے سے ہم پر اللہ تعالیٰ کا یہ احسان اگر نہیں ہوتا تو ہم بھی نسلی</w:t>
      </w:r>
    </w:p>
    <w:p>
      <w:r>
        <w:rPr>
          <w:b/>
        </w:rPr>
        <w:t xml:space="preserve">[13:34] </w:t>
      </w:r>
      <w:r>
        <w:t>aur be rooh deendar ka daman pakar kar jeete aur isi halat mein mar jatay.</w:t>
      </w:r>
    </w:p>
    <w:p>
      <w:pPr>
        <w:jc w:val="right"/>
      </w:pPr>
      <w:r>
        <w:t>اور بے روح دینداری کا دامن پکڑ کر جیتے اور اسی حالت میں مر جاتے۔</w:t>
      </w:r>
    </w:p>
    <w:p>
      <w:r>
        <w:rPr>
          <w:b/>
        </w:rPr>
        <w:t xml:space="preserve">[13:40] </w:t>
      </w:r>
      <w:r>
        <w:t>الرسالہ مشن کے ذریعے سے مولانا نے ہم کو daily life میں spiritual development کا راستہ بتایا ہے۔</w:t>
      </w:r>
    </w:p>
    <w:p>
      <w:pPr>
        <w:jc w:val="right"/>
      </w:pPr>
      <w:r>
        <w:t>الرسالہ مشن کے ذریعے سے مولانا نے ہم کو ڈیلی لائف میں spiritualmessage ڈویلپمنٹ کا راستہ بتایا ہے۔</w:t>
      </w:r>
    </w:p>
    <w:p>
      <w:r>
        <w:rPr>
          <w:b/>
        </w:rPr>
        <w:t xml:space="preserve">[13:45] </w:t>
      </w:r>
      <w:r>
        <w:t>yeh woh rasta hai jis par chal kar insan khuda ka matloob insan ban sakta hai.</w:t>
      </w:r>
    </w:p>
    <w:p>
      <w:pPr>
        <w:jc w:val="right"/>
      </w:pPr>
      <w:r>
        <w:t>یہ وہ راستہ ہے جس پر چل کر انسان خدا کا مطلوب انسان بن سکتا ہے۔</w:t>
      </w:r>
    </w:p>
    <w:p>
      <w:r>
        <w:rPr>
          <w:b/>
        </w:rPr>
        <w:t xml:space="preserve">[13:51] </w:t>
      </w:r>
      <w:r>
        <w:t>in short, maulana ne hum ko marifat aur marifat sharing ka mission diya hai.</w:t>
      </w:r>
    </w:p>
    <w:p>
      <w:pPr>
        <w:jc w:val="right"/>
      </w:pPr>
      <w:r>
        <w:t>ان شارٹ، مولانا نے ہم کو معرفت اور معرفت شیئرنگ کا مشن دیا ہے۔</w:t>
      </w:r>
    </w:p>
    <w:p>
      <w:r>
        <w:rPr>
          <w:b/>
        </w:rPr>
        <w:t xml:space="preserve">[13:56] </w:t>
      </w:r>
      <w:r>
        <w:t>us ke liye allah taala maulana ko bharpoor jaza e khair ata farmaye.</w:t>
      </w:r>
    </w:p>
    <w:p>
      <w:pPr>
        <w:jc w:val="right"/>
      </w:pPr>
      <w:r>
        <w:t>اس کے لیے اللہ تعالیٰ مولانا کو بھرپور جزائے خیر عطا فرمائے۔</w:t>
      </w:r>
    </w:p>
    <w:p>
      <w:r>
        <w:rPr>
          <w:b/>
        </w:rPr>
        <w:t xml:space="preserve">[14:02] </w:t>
      </w:r>
      <w:r>
        <w:t>marifat insan ko sachay maano mein khuda se jorti hai.</w:t>
      </w:r>
    </w:p>
    <w:p>
      <w:pPr>
        <w:jc w:val="right"/>
      </w:pPr>
      <w:r>
        <w:t>معرفت انسان کو سچے معنی میں خدا سے جوڑتی ہے۔</w:t>
      </w:r>
    </w:p>
    <w:p>
      <w:r>
        <w:rPr>
          <w:b/>
        </w:rPr>
        <w:t xml:space="preserve">[14:07] </w:t>
      </w:r>
      <w:r>
        <w:t>aur is ka lazmi nateeja yeh hota hai ke woh insan khuda ke deen ka daai ban jata hai.</w:t>
      </w:r>
    </w:p>
    <w:p>
      <w:pPr>
        <w:jc w:val="right"/>
      </w:pPr>
      <w:r>
        <w:t>اور اس کا لازمی نتیجہ یہ ہوتا ہے کہ وہ انسان خدا کے دین کا داعی بن جاتا ہے۔</w:t>
      </w:r>
    </w:p>
    <w:p>
      <w:r>
        <w:rPr>
          <w:b/>
        </w:rPr>
        <w:t xml:space="preserve">[14:13] </w:t>
      </w:r>
      <w:r>
        <w:t>ab mujhe quran mission ko le kar kuch baatein kehni hain.</w:t>
      </w:r>
    </w:p>
    <w:p>
      <w:pPr>
        <w:jc w:val="right"/>
      </w:pPr>
      <w:r>
        <w:t>اب مجھے قرآن مشن کو لے کر کچھ باتیں کہنی ہیں۔</w:t>
      </w:r>
    </w:p>
    <w:p>
      <w:r>
        <w:rPr>
          <w:b/>
        </w:rPr>
        <w:t xml:space="preserve">[14:18] </w:t>
      </w:r>
      <w:r>
        <w:t>barson ki mehnat se jo afraad tayyar hue thay, unhein do hazar das mein maulana ne quran mission diya.</w:t>
      </w:r>
    </w:p>
    <w:p>
      <w:pPr>
        <w:jc w:val="right"/>
      </w:pPr>
      <w:r>
        <w:t>برسوں کی محنت سے جو افراد تیار ہوئے تھے، انہیں دو ہزار دس میں مولانا نے قرآن مشن دیا۔</w:t>
      </w:r>
    </w:p>
    <w:p>
      <w:r>
        <w:rPr>
          <w:b/>
        </w:rPr>
        <w:t xml:space="preserve">[14:24] </w:t>
      </w:r>
      <w:r>
        <w:t>quran mission se pehle hum ghair muslimon mein daawa work karne ke talluq se confusion mein rehte thay.</w:t>
      </w:r>
    </w:p>
    <w:p>
      <w:pPr>
        <w:jc w:val="right"/>
      </w:pPr>
      <w:r>
        <w:t>قرآن مشن سے پہلے ہم غیر مسلموں میں دعویٰ ورک کرنے کے تعلق سے کنفیوژن میں رہتے تھے۔</w:t>
      </w:r>
    </w:p>
    <w:p>
      <w:r>
        <w:rPr>
          <w:b/>
        </w:rPr>
        <w:t xml:space="preserve">[14:29] </w:t>
      </w:r>
      <w:r>
        <w:t>maulana ne humein is confusion se bahar nikala.</w:t>
      </w:r>
    </w:p>
    <w:p>
      <w:pPr>
        <w:jc w:val="right"/>
      </w:pPr>
      <w:r>
        <w:t>مولانا نے ہمیں اس کنفیوژن سے باہر نکالا۔</w:t>
      </w:r>
    </w:p>
    <w:p>
      <w:r>
        <w:rPr>
          <w:b/>
        </w:rPr>
        <w:t xml:space="preserve">[14:35] </w:t>
      </w:r>
      <w:r>
        <w:t>maulana ne jo quran mission diya, us ke tehat ab quran sari dunya mein phail raha hai.</w:t>
      </w:r>
    </w:p>
    <w:p>
      <w:pPr>
        <w:jc w:val="right"/>
      </w:pPr>
      <w:r>
        <w:t>مولانا نے جو قرآن مشن دیا، اس کے تحت اب قرآن ساری دنیا میں پھیل رہا ہے۔</w:t>
      </w:r>
    </w:p>
    <w:p>
      <w:r>
        <w:rPr>
          <w:b/>
        </w:rPr>
        <w:t xml:space="preserve">[14:40] </w:t>
      </w:r>
      <w:r>
        <w:t>quran mission ne jo tajrube karaye, woh yeh hain ke madu tak quran pahunchana zaroori hai.</w:t>
      </w:r>
    </w:p>
    <w:p>
      <w:pPr>
        <w:jc w:val="right"/>
      </w:pPr>
      <w:r>
        <w:t>قرآن مشن نے جو تجربے کرائے، وہ یہ ہیں کہ مدعو تک قرآن پہنچانا ضروری ہے۔</w:t>
      </w:r>
    </w:p>
    <w:p>
      <w:r>
        <w:rPr>
          <w:b/>
        </w:rPr>
        <w:t xml:space="preserve">[14:46] </w:t>
      </w:r>
      <w:r>
        <w:t>aur quran pahunchana hi aasan hai.</w:t>
      </w:r>
    </w:p>
    <w:p>
      <w:pPr>
        <w:jc w:val="right"/>
      </w:pPr>
      <w:r>
        <w:t>اور قرآن پہنچانا ہی آسان ہے۔</w:t>
      </w:r>
    </w:p>
    <w:p>
      <w:r>
        <w:rPr>
          <w:b/>
        </w:rPr>
        <w:t xml:space="preserve">[14:51] </w:t>
      </w:r>
      <w:r>
        <w:t>hum sirf doosra literature pahuncha kar khush to ho sakte hain, lekin dawati zimmedari se bari nahi ho sakte.</w:t>
      </w:r>
    </w:p>
    <w:p>
      <w:pPr>
        <w:jc w:val="right"/>
      </w:pPr>
      <w:r>
        <w:t>ہم صرف دوسرا لٹریچر پہنچا کر خوش تو ہو سکتے ہیں، لیکن دعوتی ذمہ داری سے بری نہیں ہو سکتے۔</w:t>
      </w:r>
    </w:p>
    <w:p>
      <w:r>
        <w:rPr>
          <w:b/>
        </w:rPr>
        <w:t xml:space="preserve">[14:57] </w:t>
      </w:r>
      <w:r>
        <w:t>dawti zimmedari se bari hone ke liye humein priority ke sath quran pahunchana hai.</w:t>
      </w:r>
    </w:p>
    <w:p>
      <w:pPr>
        <w:jc w:val="right"/>
      </w:pPr>
      <w:r>
        <w:t>دعوتی ذمہ داری سے بری ہونے کے لیے ہمیں پرائرٹی کے ساتھ قرآن پہنچانا ہے۔</w:t>
      </w:r>
    </w:p>
    <w:p>
      <w:r>
        <w:rPr>
          <w:b/>
        </w:rPr>
        <w:t xml:space="preserve">[15:02] </w:t>
      </w:r>
      <w:r>
        <w:t>haan, madu ki mazeed khair khwahi ke liye humein quran ke ilawa doosra literature bhi pahunchana zaroori hai</w:t>
      </w:r>
    </w:p>
    <w:p>
      <w:pPr>
        <w:jc w:val="right"/>
      </w:pPr>
      <w:r>
        <w:t>ہاں، مدعو کی مزید خیر خواہی کے لیے ہمیں قرآن کے علاوہ دوسرا لٹریچر بھی پہنچانا ضروری ہے</w:t>
      </w:r>
    </w:p>
    <w:p>
      <w:r>
        <w:rPr>
          <w:b/>
        </w:rPr>
        <w:t xml:space="preserve">[15:08] </w:t>
      </w:r>
      <w:r>
        <w:t>jo maulana ki tayyar shuda team kar rahi hai.</w:t>
      </w:r>
    </w:p>
    <w:p>
      <w:pPr>
        <w:jc w:val="right"/>
      </w:pPr>
      <w:r>
        <w:t>جو مولانا کی تیار شدہ ٹیم کر رہی ہے۔</w:t>
      </w:r>
    </w:p>
    <w:p>
      <w:r>
        <w:rPr>
          <w:b/>
        </w:rPr>
        <w:t xml:space="preserve">[15:13] </w:t>
      </w:r>
      <w:r>
        <w:t>quran khuda ke alfaaz mein khuda ka taaruf hai.</w:t>
      </w:r>
    </w:p>
    <w:p>
      <w:pPr>
        <w:jc w:val="right"/>
      </w:pPr>
      <w:r>
        <w:t>قرآن خدا کے الفاظ میں خدا کا تعارف ہے۔</w:t>
      </w:r>
    </w:p>
    <w:p>
      <w:r>
        <w:rPr>
          <w:b/>
        </w:rPr>
        <w:t xml:space="preserve">[15:19] </w:t>
      </w:r>
      <w:r>
        <w:t>quran khuda ke alfaaz mein creation plan ka izhaar hai.</w:t>
      </w:r>
    </w:p>
    <w:p>
      <w:pPr>
        <w:jc w:val="right"/>
      </w:pPr>
      <w:r>
        <w:t>قرآن خدا کے الفاظ میں کریشن پلان کا اظہار ہے۔</w:t>
      </w:r>
    </w:p>
    <w:p>
      <w:r>
        <w:rPr>
          <w:b/>
        </w:rPr>
        <w:t xml:space="preserve">[15:24] </w:t>
      </w:r>
      <w:r>
        <w:t>ek sachai ke talib ke liye is se bari nemat zameen par doosri nahi ho sakti ke is</w:t>
      </w:r>
    </w:p>
    <w:p>
      <w:pPr>
        <w:jc w:val="right"/>
      </w:pPr>
      <w:r>
        <w:t>ایک سچائی کے طالب کے لیے اس سے بڑی نعمت زمین پر دوسری نہیں ہو سکتی کہ اس</w:t>
      </w:r>
    </w:p>
    <w:p>
      <w:r>
        <w:rPr>
          <w:b/>
        </w:rPr>
        <w:t xml:space="preserve">[15:30] </w:t>
      </w:r>
      <w:r>
        <w:t>ko quran mil jaye.</w:t>
      </w:r>
    </w:p>
    <w:p>
      <w:pPr>
        <w:jc w:val="right"/>
      </w:pPr>
      <w:r>
        <w:t>کو قرآن مل جائے۔</w:t>
      </w:r>
    </w:p>
    <w:p>
      <w:r>
        <w:rPr>
          <w:b/>
        </w:rPr>
        <w:t xml:space="preserve">[15:35] </w:t>
      </w:r>
      <w:r>
        <w:t>is liye aap ko priority ke sath khuda ke bondon tak khuda ka paigham pahunchana hai.</w:t>
      </w:r>
    </w:p>
    <w:p>
      <w:pPr>
        <w:jc w:val="right"/>
      </w:pPr>
      <w:r>
        <w:t>اس لیے آپ کو پرائرٹی کے ساتھ خدا کے بندوں تک خدا کا پیغام پہنچانا ہے۔</w:t>
      </w:r>
    </w:p>
    <w:p>
      <w:r>
        <w:rPr>
          <w:b/>
        </w:rPr>
        <w:t xml:space="preserve">[15:41] </w:t>
      </w:r>
      <w:r>
        <w:t>ہم نے کچھ قرآن اسٹینڈز بنائے ہیں، اس پر یہ جملہ لکھا ہوا ہے: "O men, here is the</w:t>
      </w:r>
    </w:p>
    <w:p>
      <w:pPr>
        <w:jc w:val="right"/>
      </w:pPr>
      <w:r>
        <w:t>ہم نے کچھ قرآن اسٹینڈز بنائے ہیں، اس پر یہ جملہ لکھا ہوا ہے: "او مین، ہیریز دا</w:t>
      </w:r>
    </w:p>
    <w:p>
      <w:r>
        <w:rPr>
          <w:b/>
        </w:rPr>
        <w:t xml:space="preserve">[15:46] </w:t>
      </w:r>
      <w:r>
        <w:t>message of your creator, the final and preserved message." یہ جملہ قرآن کا تعارف ہے۔</w:t>
      </w:r>
    </w:p>
    <w:p>
      <w:pPr>
        <w:jc w:val="right"/>
      </w:pPr>
      <w:r>
        <w:t>میسج آف یور کریٹر، دا فائنل اینڈ پریزروڈ میسج۔" یہ جملہ قرآن کا تعارف ہے۔</w:t>
      </w:r>
    </w:p>
    <w:p>
      <w:r>
        <w:rPr>
          <w:b/>
        </w:rPr>
        <w:t xml:space="preserve">[15:52] </w:t>
      </w:r>
      <w:r>
        <w:t>aisa jumla aap quran pesh karte hue hi pure conviction ke sath keh sakte hain.</w:t>
      </w:r>
    </w:p>
    <w:p>
      <w:pPr>
        <w:jc w:val="right"/>
      </w:pPr>
      <w:r>
        <w:t>ایسا جملہ آپ قرآن پیش کرتے ہوئے ہی پورے کنوکشن کے ساتھ کہہ سکتے ہیں۔</w:t>
      </w:r>
    </w:p>
    <w:p>
      <w:r>
        <w:rPr>
          <w:b/>
        </w:rPr>
        <w:t xml:space="preserve">[15:57] </w:t>
      </w:r>
      <w:r>
        <w:t>allah hum sab ki madad farmaye aur humein apne pasandeeda raste par chalaye. aameen.</w:t>
      </w:r>
    </w:p>
    <w:p>
      <w:pPr>
        <w:jc w:val="right"/>
      </w:pPr>
      <w:r>
        <w:t>اللہ ہم سب کی مدد فرمائے اور ہمیں اپنے پسندیدہ راستے پر چلائے۔ آمین۔</w:t>
      </w:r>
    </w:p>
    <w:p>
      <w:r>
        <w:rPr>
          <w:b/>
        </w:rPr>
        <w:t xml:space="preserve">[16:03] </w:t>
      </w:r>
      <w:r>
        <w:t>hazrat saint sahib ne five minute ka waqfa de kar mere mind ko compress kar diya hai ke</w:t>
      </w:r>
    </w:p>
    <w:p>
      <w:pPr>
        <w:jc w:val="right"/>
      </w:pPr>
      <w:r>
        <w:t>حضرت سینٹ صاحب نے فائیو منٹ کا وقفہ دے کر میرے مائنڈ کو کمپریس کر دیا ہے کہ</w:t>
      </w:r>
    </w:p>
    <w:p>
      <w:r>
        <w:rPr>
          <w:b/>
        </w:rPr>
        <w:t xml:space="preserve">[16:08] </w:t>
      </w:r>
      <w:r>
        <w:t>mein kya pesh karoon, kya nahi pesh karoon.</w:t>
      </w:r>
    </w:p>
    <w:p>
      <w:pPr>
        <w:jc w:val="right"/>
      </w:pPr>
      <w:r>
        <w:t>میں کیا پیش کروں، کیا نہیں پیش کروں۔</w:t>
      </w:r>
    </w:p>
    <w:p>
      <w:r>
        <w:rPr>
          <w:b/>
        </w:rPr>
        <w:t xml:space="preserve">[16:13] </w:t>
      </w:r>
      <w:r>
        <w:t>achha, chunaanche kehne ko to bohat bohat kuch hai, bohat kuch hai ke mein samajhta hoon ke mere</w:t>
      </w:r>
    </w:p>
    <w:p>
      <w:pPr>
        <w:jc w:val="right"/>
      </w:pPr>
      <w:r>
        <w:t>اچھا، چونکہ کہنے کو تو بہت بہت کچھ ہے، بہت کچھ ہے کہ میں سمجھتا ہوں کہ میرے</w:t>
      </w:r>
    </w:p>
    <w:p>
      <w:r>
        <w:rPr>
          <w:b/>
        </w:rPr>
        <w:t xml:space="preserve">[16:18] </w:t>
      </w:r>
      <w:r>
        <w:t>liye aah ghante kafi nahi hain, phir bhi waqt ki nazakat nazakat ko maddenazar rakhte hue mein apne</w:t>
      </w:r>
    </w:p>
    <w:p>
      <w:pPr>
        <w:jc w:val="right"/>
      </w:pPr>
      <w:r>
        <w:t>لیے آہ گھنٹے کافی نہیں ہیں، پھر بھی وقت کی نزاکت نزاکت کو مدنظر رکھتے ہوئے میں اپنے</w:t>
      </w:r>
    </w:p>
    <w:p>
      <w:r>
        <w:rPr>
          <w:b/>
        </w:rPr>
        <w:t xml:space="preserve">[16:24] </w:t>
      </w:r>
      <w:r>
        <w:t>mukhtasar se experiences aap se share karunga.</w:t>
      </w:r>
    </w:p>
    <w:p>
      <w:pPr>
        <w:jc w:val="right"/>
      </w:pPr>
      <w:r>
        <w:t>مختصر سے ایکسپیرینسز آپ سے شیئر کروں گا۔</w:t>
      </w:r>
    </w:p>
    <w:p>
      <w:r>
        <w:rPr>
          <w:b/>
        </w:rPr>
        <w:t xml:space="preserve">[16:29] </w:t>
      </w:r>
      <w:r>
        <w:t>aah sab se pehli baat yeh hai ke aah mein meri taleem arabi arabi madarse se hui, jahan</w:t>
      </w:r>
    </w:p>
    <w:p>
      <w:pPr>
        <w:jc w:val="right"/>
      </w:pPr>
      <w:r>
        <w:t>آہ سب سے پہلی بات یہ ہے کہ آہ میں میری تعلیم عربی عربی مدرسے سے ہوئی، جہاں</w:t>
      </w:r>
    </w:p>
    <w:p>
      <w:r>
        <w:rPr>
          <w:b/>
        </w:rPr>
        <w:t xml:space="preserve">[16:34] </w:t>
      </w:r>
      <w:r>
        <w:t>par aah jahan taleem se zyada aqaaid par tawajjuh di jati thi.</w:t>
      </w:r>
    </w:p>
    <w:p>
      <w:pPr>
        <w:jc w:val="right"/>
      </w:pPr>
      <w:r>
        <w:t>پر آہ جہاں تعلیم سے زیادہ عقائد پر توجہ دی جاتی تھی۔</w:t>
      </w:r>
    </w:p>
    <w:p>
      <w:r>
        <w:rPr>
          <w:b/>
        </w:rPr>
        <w:t xml:space="preserve">[16:40] </w:t>
      </w:r>
      <w:r>
        <w:t>yani ke maktab fikr sunni, bareli, jamaat islami, tablighi so and so, so and so, so and so,</w:t>
      </w:r>
    </w:p>
    <w:p>
      <w:pPr>
        <w:jc w:val="right"/>
      </w:pPr>
      <w:r>
        <w:t>یعنی کہ مکتب فکر سنی، بریلی، جماعت اسلامی، تبلیغی سو اینڈ سو، سو اینڈ سو، سو اینڈ سو،</w:t>
      </w:r>
    </w:p>
    <w:p>
      <w:r>
        <w:rPr>
          <w:b/>
        </w:rPr>
        <w:t xml:space="preserve">[16:45] </w:t>
      </w:r>
      <w:r>
        <w:t>so and so.</w:t>
      </w:r>
    </w:p>
    <w:p>
      <w:pPr>
        <w:jc w:val="right"/>
      </w:pPr>
      <w:r>
        <w:t>سو اینڈ سو۔</w:t>
      </w:r>
    </w:p>
    <w:p>
      <w:r>
        <w:rPr>
          <w:b/>
        </w:rPr>
        <w:t xml:space="preserve">[16:50] </w:t>
      </w:r>
      <w:r>
        <w:t>yani yeh aah agar koi aah jo shakhs kisi maktab fikr ka hota to us pe itne itne</w:t>
      </w:r>
    </w:p>
    <w:p>
      <w:pPr>
        <w:jc w:val="right"/>
      </w:pPr>
      <w:r>
        <w:t>یعنی یہ آہ اگر کوئی آہ جو شخص کسی مکتب فکر کا ہوتا تو اس پہ اتنے اتنے</w:t>
      </w:r>
    </w:p>
    <w:p>
      <w:r>
        <w:rPr>
          <w:b/>
        </w:rPr>
        <w:t xml:space="preserve">[16:56] </w:t>
      </w:r>
      <w:r>
        <w:t>hmm us ki us ki aah soch itni tang ho jati ke apne siwaye maktab fikr ke logon</w:t>
      </w:r>
    </w:p>
    <w:p>
      <w:pPr>
        <w:jc w:val="right"/>
      </w:pPr>
      <w:r>
        <w:t>ہمم اس کی اس کی آہ سوچ اتنی تنگ ہو جاتی کہ اپنے سوائے مکتب فکر کے لوگوں</w:t>
      </w:r>
    </w:p>
    <w:p>
      <w:r>
        <w:rPr>
          <w:b/>
        </w:rPr>
        <w:t xml:space="preserve">[17:01] </w:t>
      </w:r>
      <w:r>
        <w:t>ke doosron se milne mil nahi nahi pata.</w:t>
      </w:r>
    </w:p>
    <w:p>
      <w:pPr>
        <w:jc w:val="right"/>
      </w:pPr>
      <w:r>
        <w:t>کے دوسروں سے ملنے مل نہیں نہیں پاتا۔</w:t>
      </w:r>
    </w:p>
    <w:p>
      <w:r>
        <w:rPr>
          <w:b/>
        </w:rPr>
        <w:t xml:space="preserve">[17:06] </w:t>
      </w:r>
      <w:r>
        <w:t>aur to is ke baad mere aik dost abdullah khan mujahid jo mere aah madrase mein senior senior</w:t>
      </w:r>
    </w:p>
    <w:p>
      <w:pPr>
        <w:jc w:val="right"/>
      </w:pPr>
      <w:r>
        <w:t>اور تو اس کے بعد میرے ایک دوست عبداللہ خان مجاہد جو میرے آہ مدرسے میں سینئر سینئر</w:t>
      </w:r>
    </w:p>
    <w:p>
      <w:r>
        <w:rPr>
          <w:b/>
        </w:rPr>
        <w:t xml:space="preserve">[17:11] </w:t>
      </w:r>
      <w:r>
        <w:t>the, to un se ittifaq se mujhe al risala parhne ka ittifaq hua.</w:t>
      </w:r>
    </w:p>
    <w:p>
      <w:pPr>
        <w:jc w:val="right"/>
      </w:pPr>
      <w:r>
        <w:t>تھے، تو ان سے اتفاق سے مجھے الرسالہ پڑھنے کا اتفاق ہوا۔</w:t>
      </w:r>
    </w:p>
    <w:p>
      <w:r>
        <w:rPr>
          <w:b/>
        </w:rPr>
        <w:t xml:space="preserve">[17:17] </w:t>
      </w:r>
      <w:r>
        <w:t>aur main al risala is liye parhne laga ke ittifaq se hamare madrase mein talba mein giroh bandi ho gayi thi.</w:t>
      </w:r>
    </w:p>
    <w:p>
      <w:pPr>
        <w:jc w:val="right"/>
      </w:pPr>
      <w:r>
        <w:t>اور میں الرسالہ اس لیے پڑھنے لگا کہ اتفاق سے ہمارے مدرسے میں طلباء میں گروہ بندی ہو گئی تھی۔</w:t>
      </w:r>
    </w:p>
    <w:p>
      <w:r>
        <w:rPr>
          <w:b/>
        </w:rPr>
        <w:t xml:space="preserve">[17:22] </w:t>
      </w:r>
      <w:r>
        <w:t>un ke beech mein kafi jhagde chal rahe the.</w:t>
      </w:r>
    </w:p>
    <w:p>
      <w:pPr>
        <w:jc w:val="right"/>
      </w:pPr>
      <w:r>
        <w:t>ان کے بیچ میں کافی جھگڑے چل رہے تھے۔</w:t>
      </w:r>
    </w:p>
    <w:p>
      <w:r>
        <w:rPr>
          <w:b/>
        </w:rPr>
        <w:t xml:space="preserve">[17:27] </w:t>
      </w:r>
      <w:r>
        <w:t>yahan tak ke aah maar maar maar peet tak pahunch chuke the.</w:t>
      </w:r>
    </w:p>
    <w:p>
      <w:pPr>
        <w:jc w:val="right"/>
      </w:pPr>
      <w:r>
        <w:t>یہاں تک کہ آہ مار مار مارپیٹ تک پہنچ چکے تھے۔</w:t>
      </w:r>
    </w:p>
    <w:p>
      <w:r>
        <w:rPr>
          <w:b/>
        </w:rPr>
        <w:t xml:space="preserve">[17:33] </w:t>
      </w:r>
      <w:r>
        <w:t>aah to hum ko aik aakhri warning di gayi thi ke agar is ke baad kabhi jhagda hua</w:t>
      </w:r>
    </w:p>
    <w:p>
      <w:pPr>
        <w:jc w:val="right"/>
      </w:pPr>
      <w:r>
        <w:t>آہ تو ہم کو ایک آخری وارننگ دی گئی تھی کہ اگر اس کے بعد کبھی جھگڑا ہوا</w:t>
      </w:r>
    </w:p>
    <w:p>
      <w:r>
        <w:rPr>
          <w:b/>
        </w:rPr>
        <w:t xml:space="preserve">[17:38] </w:t>
      </w:r>
      <w:r>
        <w:t>to saaron ko madrase se nikal nikal diya jaye ga.</w:t>
      </w:r>
    </w:p>
    <w:p>
      <w:pPr>
        <w:jc w:val="right"/>
      </w:pPr>
      <w:r>
        <w:t>تو ساروں کو مدرسے سے نکال نکال دیا جائے گا۔</w:t>
      </w:r>
    </w:p>
    <w:p>
      <w:r>
        <w:rPr>
          <w:b/>
        </w:rPr>
        <w:t xml:space="preserve">[17:43] </w:t>
      </w:r>
      <w:r>
        <w:t>magar hamein woh josh kam nahi hua tha.</w:t>
      </w:r>
    </w:p>
    <w:p>
      <w:pPr>
        <w:jc w:val="right"/>
      </w:pPr>
      <w:r>
        <w:t>مگر ہمیں وہ جوش کم نہیں ہوا تھا۔</w:t>
      </w:r>
    </w:p>
    <w:p>
      <w:r>
        <w:rPr>
          <w:b/>
        </w:rPr>
        <w:t xml:space="preserve">[17:49] </w:t>
      </w:r>
      <w:r>
        <w:t>aur hum log jhagde ke urooj pe the.</w:t>
      </w:r>
    </w:p>
    <w:p>
      <w:pPr>
        <w:jc w:val="right"/>
      </w:pPr>
      <w:r>
        <w:t>اور ہم لوگ جھگڑے کے عروج پہ تھے۔</w:t>
      </w:r>
    </w:p>
    <w:p>
      <w:r>
        <w:rPr>
          <w:b/>
        </w:rPr>
        <w:t xml:space="preserve">[17:54] </w:t>
      </w:r>
      <w:r>
        <w:t>aah to abdullah khan mujahid ne bohat samajhdari se kaam liya aur un ke in unhon ne aah</w:t>
      </w:r>
    </w:p>
    <w:p>
      <w:pPr>
        <w:jc w:val="right"/>
      </w:pPr>
      <w:r>
        <w:t>آہ تو عبداللہ خان مجاہد نے بہت سمجھداری سے کام لیا اور ان کے ان انہوں نے آہ</w:t>
      </w:r>
    </w:p>
    <w:p>
      <w:r>
        <w:rPr>
          <w:b/>
        </w:rPr>
        <w:t xml:space="preserve">[17:59] </w:t>
      </w:r>
      <w:r>
        <w:t>jhagde ko khatam kiya.</w:t>
      </w:r>
    </w:p>
    <w:p>
      <w:pPr>
        <w:jc w:val="right"/>
      </w:pPr>
      <w:r>
        <w:t>جھگڑے کو ختم کیا۔</w:t>
      </w:r>
    </w:p>
    <w:p>
      <w:r>
        <w:rPr>
          <w:b/>
        </w:rPr>
        <w:t xml:space="preserve">[18:04] </w:t>
      </w:r>
      <w:r>
        <w:t>yani unhon ne jhagde ko aage bara barhane ke bajaye aah un se sulah sulah ki aur jo</w:t>
      </w:r>
    </w:p>
    <w:p>
      <w:pPr>
        <w:jc w:val="right"/>
      </w:pPr>
      <w:r>
        <w:t>یعنی انہوں نے جھگڑے کو آگے بڑا بڑھانے کے بجائے آہ ان سے صلح صلح کی اور جو</w:t>
      </w:r>
    </w:p>
    <w:p>
      <w:r>
        <w:rPr>
          <w:b/>
        </w:rPr>
        <w:t xml:space="preserve">[18:10] </w:t>
      </w:r>
      <w:r>
        <w:t>hai apne aap aah is is jhagde khatam ho ho gaye.</w:t>
      </w:r>
    </w:p>
    <w:p>
      <w:pPr>
        <w:jc w:val="right"/>
      </w:pPr>
      <w:r>
        <w:t>ہے اپنے آپ آہ اس اس جھگڑے ختم ہو ہو گئے۔</w:t>
      </w:r>
    </w:p>
    <w:p>
      <w:r>
        <w:rPr>
          <w:b/>
        </w:rPr>
        <w:t xml:space="preserve">[18:15] </w:t>
      </w:r>
      <w:r>
        <w:t>hamara group abdullah se bohat naraz naraz the ke aap ne jo hai bohat bozdi dikhai aur apne</w:t>
      </w:r>
    </w:p>
    <w:p>
      <w:pPr>
        <w:jc w:val="right"/>
      </w:pPr>
      <w:r>
        <w:t>ہمارا گروپ عبداللہ سے بہت ناراض ناراض تھے کہ آپ نے جو ہے بہت بزدلی دکھائی اور اپنے</w:t>
      </w:r>
    </w:p>
    <w:p>
      <w:r>
        <w:rPr>
          <w:b/>
        </w:rPr>
        <w:t xml:space="preserve">[18:20] </w:t>
      </w:r>
      <w:r>
        <w:t>aap ko peechay peechay kar liya.</w:t>
      </w:r>
    </w:p>
    <w:p>
      <w:pPr>
        <w:jc w:val="right"/>
      </w:pPr>
      <w:r>
        <w:t>آپ کو پیچھے پیچھے کر لیا۔</w:t>
      </w:r>
    </w:p>
    <w:p>
      <w:r>
        <w:rPr>
          <w:b/>
        </w:rPr>
        <w:t xml:space="preserve">[18:26] </w:t>
      </w:r>
      <w:r>
        <w:t>khair alhamdulillah aik chand dinon ke baad is ke nateejay behtar nateejay samne aaye ke jo mukhalif giroh</w:t>
      </w:r>
    </w:p>
    <w:p>
      <w:pPr>
        <w:jc w:val="right"/>
      </w:pPr>
      <w:r>
        <w:t>خیر الحمدللہ ایک چند دنوں کے بعد اس کے نتیجے بہتر نتیجے سامنے آئے کہ جو مخالف گروپ</w:t>
      </w:r>
    </w:p>
    <w:p>
      <w:r>
        <w:rPr>
          <w:b/>
        </w:rPr>
        <w:t xml:space="preserve">[18:31] </w:t>
      </w:r>
      <w:r>
        <w:t>bana hua tha dhire dhire abdullah khan ke sare dost ban gaye.</w:t>
      </w:r>
    </w:p>
    <w:p>
      <w:pPr>
        <w:jc w:val="right"/>
      </w:pPr>
      <w:r>
        <w:t>بنا ہوا تھا دھیرے دھیرے عبداللہ خان کے سارے دوست بن گئے۔</w:t>
      </w:r>
    </w:p>
    <w:p>
      <w:r>
        <w:rPr>
          <w:b/>
        </w:rPr>
        <w:t xml:space="preserve">[18:36] </w:t>
      </w:r>
      <w:r>
        <w:t>to is ke baad hum yahan sare log abdullah se abdullah khan mujahid se bohat mutasir rahe.</w:t>
      </w:r>
    </w:p>
    <w:p>
      <w:pPr>
        <w:jc w:val="right"/>
      </w:pPr>
      <w:r>
        <w:t>تو اس کے بعد ہم یہاں سارے لوگ عبداللہ سے عبداللہ خان مجاہد سے بہت متاثر رہے۔</w:t>
      </w:r>
    </w:p>
    <w:p>
      <w:r>
        <w:rPr>
          <w:b/>
        </w:rPr>
        <w:t xml:space="preserve">[18:42] </w:t>
      </w:r>
      <w:r>
        <w:t>to main ne jab un se poocha ke aap ne itna bara itna bara yeh aah aap ne</w:t>
      </w:r>
    </w:p>
    <w:p>
      <w:pPr>
        <w:jc w:val="right"/>
      </w:pPr>
      <w:r>
        <w:t>تو میں نے جب ان سے پوچھا کہ آپ نے اتنا بڑا اتنا بڑا یہ آہ آپ نے</w:t>
      </w:r>
    </w:p>
    <w:p>
      <w:r>
        <w:rPr>
          <w:b/>
        </w:rPr>
        <w:t xml:space="preserve">[18:47] </w:t>
      </w:r>
      <w:r>
        <w:t>aisa aisa kon sa formula apnaya? aah aisi aisi kon si soch thi ke jis ko aap ne</w:t>
      </w:r>
    </w:p>
    <w:p>
      <w:pPr>
        <w:jc w:val="right"/>
      </w:pPr>
      <w:r>
        <w:t>ایسا ایسا کون سا فارمولا اپنایا؟ آہ ایسی ایسی کون سی سوچ تھی کہ جس کو آپ نے</w:t>
      </w:r>
    </w:p>
    <w:p>
      <w:r>
        <w:rPr>
          <w:b/>
        </w:rPr>
        <w:t xml:space="preserve">[18:52] </w:t>
      </w:r>
      <w:r>
        <w:t>jo jo aap sulah karne pe majboor hue? to unhon ne kaha ke aah mahmood uddin khan ki</w:t>
      </w:r>
    </w:p>
    <w:p>
      <w:pPr>
        <w:jc w:val="right"/>
      </w:pPr>
      <w:r>
        <w:t>جو جو آپ صلح کرنے پہ مجبور ہوئے؟ تو انہوں نے کہا کہ آہ محمود الدین خان کی</w:t>
      </w:r>
    </w:p>
    <w:p>
      <w:r>
        <w:rPr>
          <w:b/>
        </w:rPr>
        <w:t xml:space="preserve">[18:57] </w:t>
      </w:r>
      <w:r>
        <w:t>aah kuch formulay formulay hain jis ke nateejay mein main ne yeh qadam liya.</w:t>
      </w:r>
    </w:p>
    <w:p>
      <w:pPr>
        <w:jc w:val="right"/>
      </w:pPr>
      <w:r>
        <w:t>آہ کچھ فارمولے فارمولے ہیں جس کے نتیجے میں میں نے یہ قدم لیا۔</w:t>
      </w:r>
    </w:p>
    <w:p>
      <w:r>
        <w:rPr>
          <w:b/>
        </w:rPr>
        <w:t xml:space="preserve">[19:03] </w:t>
      </w:r>
      <w:r>
        <w:t>to is ke baad main al risala parhna shuru kiya.</w:t>
      </w:r>
    </w:p>
    <w:p>
      <w:pPr>
        <w:jc w:val="right"/>
      </w:pPr>
      <w:r>
        <w:t>تو اس کے بعد میں الرسالہ پڑھنا شروع کیا۔</w:t>
      </w:r>
    </w:p>
    <w:p>
      <w:r>
        <w:rPr>
          <w:b/>
        </w:rPr>
        <w:t xml:space="preserve">[19:08] </w:t>
      </w:r>
      <w:r>
        <w:t>اس آہ it was 19 آہ 87 اور 88 like this.</w:t>
      </w:r>
    </w:p>
    <w:p>
      <w:pPr>
        <w:jc w:val="right"/>
      </w:pPr>
      <w:r>
        <w:t>اس آہ اٹس واڈز نائنٹین آہ ایٹی سیون اور ایٹی ایٹ لائک دس۔</w:t>
      </w:r>
    </w:p>
    <w:p>
      <w:r>
        <w:rPr>
          <w:b/>
        </w:rPr>
        <w:t xml:space="preserve">[19:13] </w:t>
      </w:r>
      <w:r>
        <w:t>khair anyhow jab main aah maulana ka risala parhne laga to sab se pehle sab se bara</w:t>
      </w:r>
    </w:p>
    <w:p>
      <w:pPr>
        <w:jc w:val="right"/>
      </w:pPr>
      <w:r>
        <w:t>خیر اینی ہاؤ جب میں آہ مولانا کا رسالہ پڑھنے لگا تو سب سے پہلے سب سے بڑا</w:t>
      </w:r>
    </w:p>
    <w:p>
      <w:r>
        <w:rPr>
          <w:b/>
        </w:rPr>
        <w:t xml:space="preserve">[19:19] </w:t>
      </w:r>
      <w:r>
        <w:t>experience jo sab sab se bara faida mujhe hua ke mein yeh aah maktab fikr jo mehdood maktab</w:t>
      </w:r>
    </w:p>
    <w:p>
      <w:pPr>
        <w:jc w:val="right"/>
      </w:pPr>
      <w:r>
        <w:t>ایکسپیرینس جو سب سب سے بڑا فائدہ مجھے ہوا کہ میں یہ آہ مکتب فکر جو محدود مکتب</w:t>
      </w:r>
    </w:p>
    <w:p>
      <w:r>
        <w:rPr>
          <w:b/>
        </w:rPr>
        <w:t xml:space="preserve">[19:24] </w:t>
      </w:r>
      <w:r>
        <w:t>fikr se azaad hua.</w:t>
      </w:r>
    </w:p>
    <w:p>
      <w:pPr>
        <w:jc w:val="right"/>
      </w:pPr>
      <w:r>
        <w:t>فکر سے آزاد ہوا۔</w:t>
      </w:r>
    </w:p>
    <w:p>
      <w:r>
        <w:rPr>
          <w:b/>
        </w:rPr>
        <w:t xml:space="preserve">[19:29] </w:t>
      </w:r>
      <w:r>
        <w:t>aah samjhein ke abhi yahan pe umar hifzat bhi maujood hain.</w:t>
      </w:r>
    </w:p>
    <w:p>
      <w:pPr>
        <w:jc w:val="right"/>
      </w:pPr>
      <w:r>
        <w:t>آہ سمجھیں کہ ابھی یہاں پہ عمر حفظات بھی موجود ہیں۔</w:t>
      </w:r>
    </w:p>
    <w:p>
      <w:r>
        <w:rPr>
          <w:b/>
        </w:rPr>
        <w:t xml:space="preserve">[19:35] </w:t>
      </w:r>
      <w:r>
        <w:t>to hum ek zamane tak jo hai umar hifzat dushman samajhte thay.</w:t>
      </w:r>
    </w:p>
    <w:p>
      <w:pPr>
        <w:jc w:val="right"/>
      </w:pPr>
      <w:r>
        <w:t>تو ہم ایک زمانے تک جو ہے عمر حفظات دشمن سمجھتے تھے۔</w:t>
      </w:r>
    </w:p>
    <w:p>
      <w:r>
        <w:rPr>
          <w:b/>
        </w:rPr>
        <w:t xml:space="preserve">[19:40] </w:t>
      </w:r>
      <w:r>
        <w:t>aray woh ahl-e-hadees hai, salafi hai, so and so aise hai.</w:t>
      </w:r>
    </w:p>
    <w:p>
      <w:pPr>
        <w:jc w:val="right"/>
      </w:pPr>
      <w:r>
        <w:t>ارے وہ اہل حدیث ہے، سیلفی ہے، سو اینڈ سو ایسے ہے۔</w:t>
      </w:r>
    </w:p>
    <w:p>
      <w:r>
        <w:rPr>
          <w:b/>
        </w:rPr>
        <w:t xml:space="preserve">[19:45] </w:t>
      </w:r>
      <w:r>
        <w:t>tableegh jamaat dushman dikhti thi hum ko.</w:t>
      </w:r>
    </w:p>
    <w:p>
      <w:pPr>
        <w:jc w:val="right"/>
      </w:pPr>
      <w:r>
        <w:t>تبلیغ جماعت دشمن دکھتی تھی ہم کو۔</w:t>
      </w:r>
    </w:p>
    <w:p>
      <w:r>
        <w:rPr>
          <w:b/>
        </w:rPr>
        <w:t xml:space="preserve">[19:51] </w:t>
      </w:r>
      <w:r>
        <w:t>magar Maulana ki cheez parhne ke baad hum ko yeh hua ke nahin yeh galat baat hai.</w:t>
      </w:r>
    </w:p>
    <w:p>
      <w:pPr>
        <w:jc w:val="right"/>
      </w:pPr>
      <w:r>
        <w:t>مگر مولانا کی چیز پڑھنے کے بعد ہم کو یہ ہوا کہ نہیں یہ غلط بات ہے۔</w:t>
      </w:r>
    </w:p>
    <w:p>
      <w:r>
        <w:rPr>
          <w:b/>
        </w:rPr>
        <w:t xml:space="preserve">[19:56] </w:t>
      </w:r>
      <w:r>
        <w:t>hum ko khule zehan ke sath sab kuch sunna chahiye aur sachai ko qabool karna chahiye.</w:t>
      </w:r>
    </w:p>
    <w:p>
      <w:pPr>
        <w:jc w:val="right"/>
      </w:pPr>
      <w:r>
        <w:t>ہم کو کھلے ذہن کے ساتھ سب کچھ سننا چاہیے اور سچائی کو قبول کرنا چاہیے۔</w:t>
      </w:r>
    </w:p>
    <w:p>
      <w:r>
        <w:rPr>
          <w:b/>
        </w:rPr>
        <w:t xml:space="preserve">[20:01] </w:t>
      </w:r>
      <w:r>
        <w:t>to yeh zehan bana Al-Risala parhne ke baad.</w:t>
      </w:r>
    </w:p>
    <w:p>
      <w:pPr>
        <w:jc w:val="right"/>
      </w:pPr>
      <w:r>
        <w:t>تو یہ ذہن بنا الرسالہ پڑھنے کے بعد۔</w:t>
      </w:r>
    </w:p>
    <w:p>
      <w:r>
        <w:rPr>
          <w:b/>
        </w:rPr>
        <w:t xml:space="preserve">[20:06] </w:t>
      </w:r>
      <w:r>
        <w:t>to is ke baad mein apna bohat bohat halka mehsoos kiya, bohat light mehsoos kiya mein aur mein</w:t>
      </w:r>
    </w:p>
    <w:p>
      <w:pPr>
        <w:jc w:val="right"/>
      </w:pPr>
      <w:r>
        <w:t>تو اس کے بعد میں اپنا بہت بہت ہلکا محسوس کیا، بہت لائٹ محسوس کیا میں اور میں</w:t>
      </w:r>
    </w:p>
    <w:p>
      <w:r>
        <w:rPr>
          <w:b/>
        </w:rPr>
        <w:t xml:space="preserve">[20:12] </w:t>
      </w:r>
      <w:r>
        <w:t>be-tahasha sab se milne laga.</w:t>
      </w:r>
    </w:p>
    <w:p>
      <w:pPr>
        <w:jc w:val="right"/>
      </w:pPr>
      <w:r>
        <w:t>بے تحاشہ سب سے ملنے لگا۔</w:t>
      </w:r>
    </w:p>
    <w:p>
      <w:r>
        <w:rPr>
          <w:b/>
        </w:rPr>
        <w:t xml:space="preserve">[20:17] </w:t>
      </w:r>
      <w:r>
        <w:t>yeh sab se bara faida hua jo ke aah woh fascinatingly and fascinatingly har madrasay ka yeh haal</w:t>
      </w:r>
    </w:p>
    <w:p>
      <w:pPr>
        <w:jc w:val="right"/>
      </w:pPr>
      <w:r>
        <w:t>یہ سب سے بڑا فائدہ ہوا جو کہ آہ وہ فاسنیٹلی اینڈ فاسنیٹلی ہر مدرسے کا یہ حال</w:t>
      </w:r>
    </w:p>
    <w:p>
      <w:r>
        <w:rPr>
          <w:b/>
        </w:rPr>
        <w:t xml:space="preserve">[20:22] </w:t>
      </w:r>
      <w:r>
        <w:t>hai ke un ko ek ek ek fikr tak un ko mehdood kiya jata hai.</w:t>
      </w:r>
    </w:p>
    <w:p>
      <w:pPr>
        <w:jc w:val="right"/>
      </w:pPr>
      <w:r>
        <w:t>ہے کہ ان کو ایک ایک ایک فکر تک ان کو محدود کیا جاتا ہے۔</w:t>
      </w:r>
    </w:p>
    <w:p>
      <w:r>
        <w:rPr>
          <w:b/>
        </w:rPr>
        <w:t xml:space="preserve">[20:28] </w:t>
      </w:r>
      <w:r>
        <w:t>aur woh log isi fikr se mutasir rehte hain aur inhi qism ke logon se milte hain.</w:t>
      </w:r>
    </w:p>
    <w:p>
      <w:pPr>
        <w:jc w:val="right"/>
      </w:pPr>
      <w:r>
        <w:t>اور وہ لوگ اسی فکر سے متاثر رہتے ہیں اور انہی قسم کے لوگوں سے ملتے ہیں۔</w:t>
      </w:r>
    </w:p>
    <w:p>
      <w:r>
        <w:rPr>
          <w:b/>
        </w:rPr>
        <w:t xml:space="preserve">[20:33] </w:t>
      </w:r>
      <w:r>
        <w:t>aur baqi ke sab logon ko jo hai woh apna muqall muqall mukhalif samajhte hain jo ke ek</w:t>
      </w:r>
    </w:p>
    <w:p>
      <w:pPr>
        <w:jc w:val="right"/>
      </w:pPr>
      <w:r>
        <w:t>اور باقی کے سب لوگوں کو جو ہے وہ اپنا مقل مقل مخالف سمجھتے ہیں جو کہ ایک</w:t>
      </w:r>
    </w:p>
    <w:p>
      <w:r>
        <w:rPr>
          <w:b/>
        </w:rPr>
        <w:t xml:space="preserve">[20:38] </w:t>
      </w:r>
      <w:r>
        <w:t>bilkul ghair fitri baat hai.</w:t>
      </w:r>
    </w:p>
    <w:p>
      <w:pPr>
        <w:jc w:val="right"/>
      </w:pPr>
      <w:r>
        <w:t>بالکل غیر فطری بات ہے۔</w:t>
      </w:r>
    </w:p>
    <w:p>
      <w:r>
        <w:rPr>
          <w:b/>
        </w:rPr>
        <w:t xml:space="preserve">[20:44] </w:t>
      </w:r>
      <w:r>
        <w:t>Alhamdulillah acha to is ke baad chali ke madrasay ke douran to yeh mujhe faida hua jo yeh</w:t>
      </w:r>
    </w:p>
    <w:p>
      <w:pPr>
        <w:jc w:val="right"/>
      </w:pPr>
      <w:r>
        <w:t>الحمدللہ اچھا تو اس کے بعد چلی کہ مدرسے کے دوران تو یہ مجھے فائدہ ہوا جو یہ</w:t>
      </w:r>
    </w:p>
    <w:p>
      <w:r>
        <w:rPr>
          <w:b/>
        </w:rPr>
        <w:t xml:space="preserve">[20:49] </w:t>
      </w:r>
      <w:r>
        <w:t>jo mere andarooni jo masail thay Alhamdulillah Maulana ki literature parhne ke baad mein tandung nazariye ke daire</w:t>
      </w:r>
    </w:p>
    <w:p>
      <w:pPr>
        <w:jc w:val="right"/>
      </w:pPr>
      <w:r>
        <w:t>جو میرے اندرونی جو مسائل تھے الحمدللہ مولانا کی لٹریچر پڑھنے کے بعد میں تندنگ نظری کے دائرے</w:t>
      </w:r>
    </w:p>
    <w:p>
      <w:r>
        <w:rPr>
          <w:b/>
        </w:rPr>
        <w:t xml:space="preserve">[20:54] </w:t>
      </w:r>
      <w:r>
        <w:t>se bahar aaya Alhamdulillah phir sab se milne laga.</w:t>
      </w:r>
    </w:p>
    <w:p>
      <w:pPr>
        <w:jc w:val="right"/>
      </w:pPr>
      <w:r>
        <w:t>سے باہر آیا الحمدللہ پھر سب سے ملنے لگا۔</w:t>
      </w:r>
    </w:p>
    <w:p>
      <w:r>
        <w:rPr>
          <w:b/>
        </w:rPr>
        <w:t xml:space="preserve">[20:59] </w:t>
      </w:r>
      <w:r>
        <w:t>khair is ke baad jo doosra jo faida hua mujhe ke meri faraghat ke baad walid sahib ne</w:t>
      </w:r>
    </w:p>
    <w:p>
      <w:pPr>
        <w:jc w:val="right"/>
      </w:pPr>
      <w:r>
        <w:t>خیر اس کے بعد جو دوسرا جو فائدہ ہوا مجھے کہ میری فراغت کے بعد والد صاحب نے</w:t>
      </w:r>
    </w:p>
    <w:p>
      <w:r>
        <w:rPr>
          <w:b/>
        </w:rPr>
        <w:t xml:space="preserve">[21:05] </w:t>
      </w:r>
      <w:r>
        <w:t>mujhe aakhri aakhri taleem se joor joor diya.</w:t>
      </w:r>
    </w:p>
    <w:p>
      <w:pPr>
        <w:jc w:val="right"/>
      </w:pPr>
      <w:r>
        <w:t>مجھے آخری آخری تعلیم سے جوڑ جوڑ دیا۔</w:t>
      </w:r>
    </w:p>
    <w:p>
      <w:r>
        <w:rPr>
          <w:b/>
        </w:rPr>
        <w:t xml:space="preserve">[21:10] </w:t>
      </w:r>
      <w:r>
        <w:t>aur mein aah SSC Inter degree karte hue aah MA ke liye university pohancha jahan</w:t>
      </w:r>
    </w:p>
    <w:p>
      <w:pPr>
        <w:jc w:val="right"/>
      </w:pPr>
      <w:r>
        <w:t>اور میں آہ ایس ایس سی انٹر ڈگری کرتے ہوئے آہ ایم اے کے لیے یونیورسٹی پہنچا جہاں</w:t>
      </w:r>
    </w:p>
    <w:p>
      <w:r>
        <w:rPr>
          <w:b/>
        </w:rPr>
        <w:t xml:space="preserve">[21:15] </w:t>
      </w:r>
      <w:r>
        <w:t>par dhai hazar aah talaba mein sirf aah pachas Muslim students thay.</w:t>
      </w:r>
    </w:p>
    <w:p>
      <w:pPr>
        <w:jc w:val="right"/>
      </w:pPr>
      <w:r>
        <w:t>پر ڈھائی ہزار آہ طلباء میں صرف آہ پچاس مسلم سٹوڈنٹس تھے۔</w:t>
      </w:r>
    </w:p>
    <w:p>
      <w:r>
        <w:rPr>
          <w:b/>
        </w:rPr>
        <w:t xml:space="preserve">[21:21] </w:t>
      </w:r>
      <w:r>
        <w:t>baqi ke do hazar paanch chaar sau pachas ghair ghair Muslim Hindu Isai log thay.</w:t>
      </w:r>
    </w:p>
    <w:p>
      <w:pPr>
        <w:jc w:val="right"/>
      </w:pPr>
      <w:r>
        <w:t>باقی کے دو ہزار پانچ چار سو پچاس غیر غیر مسلم ہندو عیسائی لوگ تھے۔</w:t>
      </w:r>
    </w:p>
    <w:p>
      <w:r>
        <w:rPr>
          <w:b/>
        </w:rPr>
        <w:t xml:space="preserve">[21:26] </w:t>
      </w:r>
      <w:r>
        <w:t>ab hum ko un ke darmiyan rehna tha.</w:t>
      </w:r>
    </w:p>
    <w:p>
      <w:pPr>
        <w:jc w:val="right"/>
      </w:pPr>
      <w:r>
        <w:t>اب ہم کو ان کے درمیان رہنا تھا۔</w:t>
      </w:r>
    </w:p>
    <w:p>
      <w:r>
        <w:rPr>
          <w:b/>
        </w:rPr>
        <w:t xml:space="preserve">[21:31] </w:t>
      </w:r>
      <w:r>
        <w:t>har saathi apne aap ko jo hai ehsas kamtari mein mubtala pa raha tha, un se khauf kha raha tha.</w:t>
      </w:r>
    </w:p>
    <w:p>
      <w:pPr>
        <w:jc w:val="right"/>
      </w:pPr>
      <w:r>
        <w:t>ہر ساتھی اپنے آپ کو جو ہے احساس کمتری میں مبتلا پا رہا تھا، ان سے خوف کھا رہا تھا۔</w:t>
      </w:r>
    </w:p>
    <w:p>
      <w:r>
        <w:rPr>
          <w:b/>
        </w:rPr>
        <w:t xml:space="preserve">[21:37] </w:t>
      </w:r>
      <w:r>
        <w:t>magar Maulana ke literature parhne ka nateeja aah parhne ke nateeje mein jo zehn bana woh zehn tha</w:t>
      </w:r>
    </w:p>
    <w:p>
      <w:pPr>
        <w:jc w:val="right"/>
      </w:pPr>
      <w:r>
        <w:t>مگر مولانا کے لٹریچر پڑھنے کا نتیجہ آہ پڑھنے کے نتیجے میں جو ذہن بنا وہ ذہن تھا</w:t>
      </w:r>
    </w:p>
    <w:p>
      <w:r>
        <w:rPr>
          <w:b/>
        </w:rPr>
        <w:t xml:space="preserve">[21:42] </w:t>
      </w:r>
      <w:r>
        <w:t>insaniyat, bhai chaargi.</w:t>
      </w:r>
    </w:p>
    <w:p>
      <w:pPr>
        <w:jc w:val="right"/>
      </w:pPr>
      <w:r>
        <w:t>انسانیت، بھائی چارگی۔</w:t>
      </w:r>
    </w:p>
    <w:p>
      <w:r>
        <w:rPr>
          <w:b/>
        </w:rPr>
        <w:t xml:space="preserve">[21:47] </w:t>
      </w:r>
      <w:r>
        <w:t>main ne madrase mein parha tha ke har musalman aapas mein bhai bhai hai.</w:t>
      </w:r>
    </w:p>
    <w:p>
      <w:pPr>
        <w:jc w:val="right"/>
      </w:pPr>
      <w:r>
        <w:t>میں نے مدرسے میں پڑھا تھا کہ ہر مسلمان آپس میں بھائی بھائی ہے۔</w:t>
      </w:r>
    </w:p>
    <w:p>
      <w:r>
        <w:rPr>
          <w:b/>
        </w:rPr>
        <w:t xml:space="preserve">[21:52] </w:t>
      </w:r>
      <w:r>
        <w:t>magar kabhi bhi jo hai kul bani aadam akhwah ki hadith nahi parhi thi is dauran.</w:t>
      </w:r>
    </w:p>
    <w:p>
      <w:pPr>
        <w:jc w:val="right"/>
      </w:pPr>
      <w:r>
        <w:t>مگر کبھی بھی جو ہے کل بنی آدم اخواہ کی حدیث نہیں پڑھی تھی اس دوران۔</w:t>
      </w:r>
    </w:p>
    <w:p>
      <w:r>
        <w:rPr>
          <w:b/>
        </w:rPr>
        <w:t xml:space="preserve">[21:58] </w:t>
      </w:r>
      <w:r>
        <w:t>Maulana ke kuch ek mazmoon ke dauran ek ek mazmoon ke dauran mujhe is hadith se guzarna para</w:t>
      </w:r>
    </w:p>
    <w:p>
      <w:pPr>
        <w:jc w:val="right"/>
      </w:pPr>
      <w:r>
        <w:t>مولانا کے کچھ ایک مضمون کے دوران ایک ایک مضمون کے دوران مجھے اس حدیث سے گزرنا پڑا</w:t>
      </w:r>
    </w:p>
    <w:p>
      <w:r>
        <w:rPr>
          <w:b/>
        </w:rPr>
        <w:t xml:space="preserve">[22:03] </w:t>
      </w:r>
      <w:r>
        <w:t>ke kul bani aadam akhwah har aadam ke ilawa aapas mein bhai bhai hai.</w:t>
      </w:r>
    </w:p>
    <w:p>
      <w:pPr>
        <w:jc w:val="right"/>
      </w:pPr>
      <w:r>
        <w:t>کہ کل بنی آدم اخواہ ہر آدم کے علاوہ آپس میں بھائی بھائی ہے۔</w:t>
      </w:r>
    </w:p>
    <w:p>
      <w:r>
        <w:rPr>
          <w:b/>
        </w:rPr>
        <w:t xml:space="preserve">[22:08] </w:t>
      </w:r>
      <w:r>
        <w:t>is ke tehat phir Maulana jo Maulana ka jo mission raha hai national integration integration to is ke</w:t>
      </w:r>
    </w:p>
    <w:p>
      <w:pPr>
        <w:jc w:val="right"/>
      </w:pPr>
      <w:r>
        <w:t>اس کے تحت پھر مولانا جو مولانا کا جو مشن رہا ہے نیشنل انٹیگریشن انٹیگریشن تو اس کے</w:t>
      </w:r>
    </w:p>
    <w:p>
      <w:r>
        <w:rPr>
          <w:b/>
        </w:rPr>
        <w:t xml:space="preserve">[22:14] </w:t>
      </w:r>
      <w:r>
        <w:t>tehat jo hai jo jo zehn bana ke risalat tha aur aah sorry tauheed aur risalat ke baad</w:t>
      </w:r>
    </w:p>
    <w:p>
      <w:pPr>
        <w:jc w:val="right"/>
      </w:pPr>
      <w:r>
        <w:t>تحت جو ہے جو جو ذہن بنا کہ رسالت تھا اور آہ سوری توحید اور رسالت کے بعد</w:t>
      </w:r>
    </w:p>
    <w:p>
      <w:r>
        <w:rPr>
          <w:b/>
        </w:rPr>
        <w:t xml:space="preserve">[22:19] </w:t>
      </w:r>
      <w:r>
        <w:t>jo Islam ka jo jo sab se ahem concern hai woh hai insaniyat insaniyat aur insaniyat.</w:t>
      </w:r>
    </w:p>
    <w:p>
      <w:pPr>
        <w:jc w:val="right"/>
      </w:pPr>
      <w:r>
        <w:t>جو اسلام کا جو جو سب سے اہم کنسن ہے وہ ہے انسانیت انسانیت اور انسانیت۔</w:t>
      </w:r>
    </w:p>
    <w:p>
      <w:r>
        <w:rPr>
          <w:b/>
        </w:rPr>
        <w:t xml:space="preserve">[22:24] </w:t>
      </w:r>
      <w:r>
        <w:t>is ke baad har insan har har bhai har ghair muslim har hindu bhai har isai har sikh</w:t>
      </w:r>
    </w:p>
    <w:p>
      <w:pPr>
        <w:jc w:val="right"/>
      </w:pPr>
      <w:r>
        <w:t>اس کے بعد ہر انسان ہر ہر بھائی ہر غیر مسلم ہر ہندو بھائی ہر عیسائی ہر سکھ</w:t>
      </w:r>
    </w:p>
    <w:p>
      <w:r>
        <w:rPr>
          <w:b/>
        </w:rPr>
        <w:t xml:space="preserve">[22:30] </w:t>
      </w:r>
      <w:r>
        <w:t>apna bhai mehsoos hone laga.</w:t>
      </w:r>
    </w:p>
    <w:p>
      <w:pPr>
        <w:jc w:val="right"/>
      </w:pPr>
      <w:r>
        <w:t>اپنا بھائی محسوس ہونے لگا۔</w:t>
      </w:r>
    </w:p>
    <w:p>
      <w:r>
        <w:rPr>
          <w:b/>
        </w:rPr>
        <w:t xml:space="preserve">[22:35] </w:t>
      </w:r>
      <w:r>
        <w:t>badqismati se is ji insaniyat insaniyat jo jo jo jo sab se bari jo bari bari baat hai</w:t>
      </w:r>
    </w:p>
    <w:p>
      <w:pPr>
        <w:jc w:val="right"/>
      </w:pPr>
      <w:r>
        <w:t>بدقسمتی سے اس جی انسانیت انسانیت جو جو جو جو سب سے بڑی جو بڑی بڑی بات ہے</w:t>
      </w:r>
    </w:p>
    <w:p>
      <w:r>
        <w:rPr>
          <w:b/>
        </w:rPr>
        <w:t xml:space="preserve">[22:40] </w:t>
      </w:r>
      <w:r>
        <w:t>to is ke baad mujhe har har insan apna bhai mehsoos hone laga.</w:t>
      </w:r>
    </w:p>
    <w:p>
      <w:pPr>
        <w:jc w:val="right"/>
      </w:pPr>
      <w:r>
        <w:t>تو اس کے بعد مجھے ہر ہر انسان اپنا بھائی محسوس ہونے لگا۔</w:t>
      </w:r>
    </w:p>
    <w:p>
      <w:r>
        <w:rPr>
          <w:b/>
        </w:rPr>
        <w:t xml:space="preserve">[22:46] </w:t>
      </w:r>
      <w:r>
        <w:t>to is is ehsas se main jab wahan pe dhai hazar talaba ke beech mein jab raha main</w:t>
      </w:r>
    </w:p>
    <w:p>
      <w:pPr>
        <w:jc w:val="right"/>
      </w:pPr>
      <w:r>
        <w:t>تو اس اس احساس سے میں جب وہاں پہ ڈھائی ہزار طلباء کے بیچ میں جب رہا میں</w:t>
      </w:r>
    </w:p>
    <w:p>
      <w:r>
        <w:rPr>
          <w:b/>
        </w:rPr>
        <w:t xml:space="preserve">[22:51] </w:t>
      </w:r>
      <w:r>
        <w:t>to main kabhi apne aap ko ehsas kamtari mein nahi paya.</w:t>
      </w:r>
    </w:p>
    <w:p>
      <w:pPr>
        <w:jc w:val="right"/>
      </w:pPr>
      <w:r>
        <w:t>تو میں کبھی اپنے آپ کو احساس کمتری میں نہیں پایا۔</w:t>
      </w:r>
    </w:p>
    <w:p>
      <w:r>
        <w:rPr>
          <w:b/>
        </w:rPr>
        <w:t xml:space="preserve">[22:56] </w:t>
      </w:r>
      <w:r>
        <w:t>main har ek log se wahan ke har ek hindu bhai se milta tha main milta tha baat</w:t>
      </w:r>
    </w:p>
    <w:p>
      <w:pPr>
        <w:jc w:val="right"/>
      </w:pPr>
      <w:r>
        <w:t>میں ہر ایک لوگ سے وہاں کے ہر ایک ہندو بھائی سے ملتا تھا میں ملتا تھا بات</w:t>
      </w:r>
    </w:p>
    <w:p>
      <w:r>
        <w:rPr>
          <w:b/>
        </w:rPr>
        <w:t xml:space="preserve">[23:01] </w:t>
      </w:r>
      <w:r>
        <w:t>cheet karta tha un ke functionon mein jata tha jis mein ABBP akele bharti videer</w:t>
      </w:r>
    </w:p>
    <w:p>
      <w:pPr>
        <w:jc w:val="right"/>
      </w:pPr>
      <w:r>
        <w:t>چیت کرتا تھا ان کے فنکشنوں میں جاتا تھا جس میں اے بی بی پی اکیلے بھارتی ودیر</w:t>
      </w:r>
    </w:p>
    <w:p>
      <w:r>
        <w:rPr>
          <w:b/>
        </w:rPr>
        <w:t xml:space="preserve">[23:07] </w:t>
      </w:r>
      <w:r>
        <w:t>thi jo BJP RR RSS ki ek wing hai aur ya SF</w:t>
      </w:r>
    </w:p>
    <w:p>
      <w:pPr>
        <w:jc w:val="right"/>
      </w:pPr>
      <w:r>
        <w:t>تھی جو بی جے پی آر آر آر ایس ایس کی ایک ونگ ہے اور یا ایس ایف</w:t>
      </w:r>
    </w:p>
    <w:p>
      <w:r>
        <w:rPr>
          <w:b/>
        </w:rPr>
        <w:t xml:space="preserve">[23:12] </w:t>
      </w:r>
      <w:r>
        <w:t>IA SF I jo yeh jo sare group hote hain aur aap ko pata hai aap</w:t>
      </w:r>
    </w:p>
    <w:p>
      <w:pPr>
        <w:jc w:val="right"/>
      </w:pPr>
      <w:r>
        <w:t>آئی اے ایس ایف آئی جو یہ جو سارے گروپ ہوتے ہیں اور آپ کو پتہ ہے آپ</w:t>
      </w:r>
    </w:p>
    <w:p>
      <w:r>
        <w:rPr>
          <w:b/>
        </w:rPr>
        <w:t xml:space="preserve">[23:17] </w:t>
      </w:r>
      <w:r>
        <w:t>ko pata hona chahiye ke university mein jitna zyada ta'assub paya jata hai communal feeling payi jati hai</w:t>
      </w:r>
    </w:p>
    <w:p>
      <w:pPr>
        <w:jc w:val="right"/>
      </w:pPr>
      <w:r>
        <w:t>کو پتہ ہونا چاہیے کہ یونیورسٹی میں جتنا زیادہ تعصب پایا جاتا ہے کمیونل فیلنگ پائی جاتی ہے</w:t>
      </w:r>
    </w:p>
    <w:p>
      <w:r>
        <w:rPr>
          <w:b/>
        </w:rPr>
        <w:t xml:space="preserve">[23:23] </w:t>
      </w:r>
      <w:r>
        <w:t>aap ko shayad kahin aam shehron mein ya aam kharkharion mein nahi nahi nahi payi jati.</w:t>
      </w:r>
    </w:p>
    <w:p>
      <w:pPr>
        <w:jc w:val="right"/>
      </w:pPr>
      <w:r>
        <w:t>آپ کو شاید کہیں عام شہروں میں یا عام خرخریوں میں نہیں نہیں نہیں پائی جاتی۔</w:t>
      </w:r>
    </w:p>
    <w:p>
      <w:r>
        <w:rPr>
          <w:b/>
        </w:rPr>
        <w:t xml:space="preserve">[23:28] </w:t>
      </w:r>
      <w:r>
        <w:t>in the same time in the same time in ke paas accept karne ka bhi madda paida aa</w:t>
      </w:r>
    </w:p>
    <w:p>
      <w:pPr>
        <w:jc w:val="right"/>
      </w:pPr>
      <w:r>
        <w:t>ان دا سیم ٹائم ان دا سیم ٹائم ان کے پاس ایکسیپٹ کرنے کا بھی مادہ پیدا آہ</w:t>
      </w:r>
    </w:p>
    <w:p>
      <w:r>
        <w:rPr>
          <w:b/>
        </w:rPr>
        <w:t xml:space="preserve">[23:33] </w:t>
      </w:r>
      <w:r>
        <w:t>madah hota hai.</w:t>
      </w:r>
    </w:p>
    <w:p>
      <w:pPr>
        <w:jc w:val="right"/>
      </w:pPr>
      <w:r>
        <w:t>مادہ ہوتا ہے۔</w:t>
      </w:r>
    </w:p>
    <w:p>
      <w:r>
        <w:rPr>
          <w:b/>
        </w:rPr>
        <w:t xml:space="preserve">[23:39] </w:t>
      </w:r>
      <w:r>
        <w:t>agar aap un ko is tareeqe se un ko approach kar sakein.</w:t>
      </w:r>
    </w:p>
    <w:p>
      <w:pPr>
        <w:jc w:val="right"/>
      </w:pPr>
      <w:r>
        <w:t>اگر آپ ان کو اس طریقے سے ان کو اپروچ کر سکیں۔</w:t>
      </w:r>
    </w:p>
    <w:p>
      <w:r>
        <w:rPr>
          <w:b/>
        </w:rPr>
        <w:t xml:space="preserve">[23:44] </w:t>
      </w:r>
      <w:r>
        <w:t>to chunaanche main ne is se aah is is Maulana ke literature se yeh asar liya tha is</w:t>
      </w:r>
    </w:p>
    <w:p>
      <w:pPr>
        <w:jc w:val="right"/>
      </w:pPr>
      <w:r>
        <w:t>تو چونکہ میں نے اس سے آہ اس اس مولانا کے لٹریچر سے یہ اثر لیا تھا اس</w:t>
      </w:r>
    </w:p>
    <w:p>
      <w:r>
        <w:rPr>
          <w:b/>
        </w:rPr>
        <w:t xml:space="preserve">[23:49] </w:t>
      </w:r>
      <w:r>
        <w:t>asar ke tehat mein in sab se milne laga to beshak woh mere bilkul qareeb hone lage</w:t>
      </w:r>
    </w:p>
    <w:p>
      <w:pPr>
        <w:jc w:val="right"/>
      </w:pPr>
      <w:r>
        <w:t>اثر کے تحت میں ان سب سے ملنے لگا تو بے شک وہ میرے بالکل قریب ہونے لگے</w:t>
      </w:r>
    </w:p>
    <w:p>
      <w:r>
        <w:rPr>
          <w:b/>
        </w:rPr>
        <w:t xml:space="preserve">[23:54] </w:t>
      </w:r>
      <w:r>
        <w:t>hum hamein aur hamare saathi hum un ke qareeb hone lagay.</w:t>
      </w:r>
    </w:p>
    <w:p>
      <w:pPr>
        <w:jc w:val="right"/>
      </w:pPr>
      <w:r>
        <w:t>ہم ہمیں اور ہمارے ساتھی ہم ان کے قریب ہونے لگے۔</w:t>
      </w:r>
    </w:p>
    <w:p>
      <w:r>
        <w:rPr>
          <w:b/>
        </w:rPr>
        <w:t xml:space="preserve">[24:00] </w:t>
      </w:r>
      <w:r>
        <w:t>to jis ke aah nateeje mein yahan tak ke madarse matlab ke hostel mein ramzan guzarna roze rakhna</w:t>
      </w:r>
    </w:p>
    <w:p>
      <w:pPr>
        <w:jc w:val="right"/>
      </w:pPr>
      <w:r>
        <w:t>تو جس کے آہ نتیجے میں یہاں تک کہ مدرسے مطلب کہ ہاسٹل میں رمضان گزارنا روزے رکھنا</w:t>
      </w:r>
    </w:p>
    <w:p>
      <w:r>
        <w:rPr>
          <w:b/>
        </w:rPr>
        <w:t xml:space="preserve">[24:05] </w:t>
      </w:r>
      <w:r>
        <w:t>roze rakhna taraveeh guzarna ya ya jo hai mazhabi mazhab ki jo baatein jo bhi aah haftay mein</w:t>
      </w:r>
    </w:p>
    <w:p>
      <w:pPr>
        <w:jc w:val="right"/>
      </w:pPr>
      <w:r>
        <w:t>روزے رکھنا تراویح گزارنا یا یا جو ہے مذہبی مذہب کی جو باتیں جو بھی آہ ہفتے میں</w:t>
      </w:r>
    </w:p>
    <w:p>
      <w:r>
        <w:rPr>
          <w:b/>
        </w:rPr>
        <w:t xml:space="preserve">[24:10] </w:t>
      </w:r>
      <w:r>
        <w:t>ek baar jo mazhab ki jo baatein hoti theen woh woh is tarah ki meeting rakhna yeh namumkin</w:t>
      </w:r>
    </w:p>
    <w:p>
      <w:pPr>
        <w:jc w:val="right"/>
      </w:pPr>
      <w:r>
        <w:t>ایک بار جو مذہب کی جو باتیں ہوتی تھیں وہ وہ اس طرح کی میٹنگ رکھنا یہ ناممکن</w:t>
      </w:r>
    </w:p>
    <w:p>
      <w:r>
        <w:rPr>
          <w:b/>
        </w:rPr>
        <w:t xml:space="preserve">[24:16] </w:t>
      </w:r>
      <w:r>
        <w:t>tha magar hamare is meil joul ki wajah se hamare liye bohat aasan ho gaya khud hamare saathi</w:t>
      </w:r>
    </w:p>
    <w:p>
      <w:pPr>
        <w:jc w:val="right"/>
      </w:pPr>
      <w:r>
        <w:t>تھا مگر ہمارے اس میل جول کی وجہ سے ہمارے لیے بہت آسان ہو گیا خود ہمارے ساتھی</w:t>
      </w:r>
    </w:p>
    <w:p>
      <w:r>
        <w:rPr>
          <w:b/>
        </w:rPr>
        <w:t xml:space="preserve">[24:21] </w:t>
      </w:r>
      <w:r>
        <w:t>hamare hindu saathi hamare mehfilon mein aate thay bethay thay hum se suntay thay aur apna yeh yahan</w:t>
      </w:r>
    </w:p>
    <w:p>
      <w:pPr>
        <w:jc w:val="right"/>
      </w:pPr>
      <w:r>
        <w:t>ہمارے ہندو ساتھی ہمارے محفلوں میں آتے تھے بیٹھتے تھے ہم سے سنتے تھے اور اپنا یہ یہاں</w:t>
      </w:r>
    </w:p>
    <w:p>
      <w:r>
        <w:rPr>
          <w:b/>
        </w:rPr>
        <w:t xml:space="preserve">[24:26] </w:t>
      </w:r>
      <w:r>
        <w:t>tak ke aah jab rozoon ka mahina ramzan ka mahina hota tha to hostel mein hostel mein jo</w:t>
      </w:r>
    </w:p>
    <w:p>
      <w:pPr>
        <w:jc w:val="right"/>
      </w:pPr>
      <w:r>
        <w:t>تک کہ آہ جب روزوں کا مہینہ رمضان کا مہینہ ہوتا تھا تو ہاسٹل میں ہاسٹل میں جو</w:t>
      </w:r>
    </w:p>
    <w:p>
      <w:r>
        <w:rPr>
          <w:b/>
        </w:rPr>
        <w:t xml:space="preserve">[24:32] </w:t>
      </w:r>
      <w:r>
        <w:t>hai woh recommend kar ke hostel mein raat mein sehri ka intezam kiya karwaya karwaya karte thay is</w:t>
      </w:r>
    </w:p>
    <w:p>
      <w:pPr>
        <w:jc w:val="right"/>
      </w:pPr>
      <w:r>
        <w:t>ہے وہ ریکمنڈ کر کے ہاسٹل میں رات میں سحری کا انتظام کیا کروایا کروایا کرتے تھے اس</w:t>
      </w:r>
    </w:p>
    <w:p>
      <w:r>
        <w:rPr>
          <w:b/>
        </w:rPr>
        <w:t xml:space="preserve">[24:37] </w:t>
      </w:r>
      <w:r>
        <w:t>ke nateeje mein.</w:t>
      </w:r>
    </w:p>
    <w:p>
      <w:pPr>
        <w:jc w:val="right"/>
      </w:pPr>
      <w:r>
        <w:t>کے نتیجے میں۔</w:t>
      </w:r>
    </w:p>
    <w:p>
      <w:r>
        <w:rPr>
          <w:b/>
        </w:rPr>
        <w:t xml:space="preserve">[24:42]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[24:47] </w:t>
      </w:r>
      <w:r>
        <w:t>wassalato wassalamu ala rasoolihil karim.</w:t>
      </w:r>
    </w:p>
    <w:p>
      <w:pPr>
        <w:jc w:val="right"/>
      </w:pPr>
      <w:r>
        <w:t>والصلاۃ والسلام علی رسولہ الکریم۔</w:t>
      </w:r>
    </w:p>
    <w:p>
      <w:r>
        <w:rPr>
          <w:b/>
        </w:rPr>
        <w:t xml:space="preserve">[24:53] </w:t>
      </w:r>
      <w:r>
        <w:t>ama baad aah waise mera taaruf aap ke samne aa chuka hai.</w:t>
      </w:r>
    </w:p>
    <w:p>
      <w:pPr>
        <w:jc w:val="right"/>
      </w:pPr>
      <w:r>
        <w:t>اما بعد آہ ویسے میرا تعارف آپ کے سامنے آ چکا ہے۔</w:t>
      </w:r>
    </w:p>
    <w:p>
      <w:r>
        <w:rPr>
          <w:b/>
        </w:rPr>
        <w:t xml:space="preserve">[24:58] </w:t>
      </w:r>
      <w:r>
        <w:t>yeh experience sharing session hai.</w:t>
      </w:r>
    </w:p>
    <w:p>
      <w:pPr>
        <w:jc w:val="right"/>
      </w:pPr>
      <w:r>
        <w:t>یہ ایکسپیرینس شیئرنگ سیشن ہے۔</w:t>
      </w:r>
    </w:p>
    <w:p>
      <w:r>
        <w:rPr>
          <w:b/>
        </w:rPr>
        <w:t xml:space="preserve">[25:03] </w:t>
      </w:r>
      <w:r>
        <w:t>to chand baatein aap ke samne rakhna chahunga.</w:t>
      </w:r>
    </w:p>
    <w:p>
      <w:pPr>
        <w:jc w:val="right"/>
      </w:pPr>
      <w:r>
        <w:t>تو چند باتیں آپ کے سامنے رکھنا چاہوں گا۔</w:t>
      </w:r>
    </w:p>
    <w:p>
      <w:r>
        <w:rPr>
          <w:b/>
        </w:rPr>
        <w:t xml:space="preserve">[25:09] </w:t>
      </w:r>
      <w:r>
        <w:t>kal jab mein chennai se hyderabad ke liye nikla to us waqt mein quran utha kar dekh raha</w:t>
      </w:r>
    </w:p>
    <w:p>
      <w:pPr>
        <w:jc w:val="right"/>
      </w:pPr>
      <w:r>
        <w:t>کل جب میں چنئی سے حیدرآباد کے لیے نکلا تو اس وقت میں قرآن اٹھا کر دیکھ رہا</w:t>
      </w:r>
    </w:p>
    <w:p>
      <w:r>
        <w:rPr>
          <w:b/>
        </w:rPr>
        <w:t xml:space="preserve">[25:14] </w:t>
      </w:r>
      <w:r>
        <w:t>tha ke mujhe is meet ke liye kya guidance hai.</w:t>
      </w:r>
    </w:p>
    <w:p>
      <w:pPr>
        <w:jc w:val="right"/>
      </w:pPr>
      <w:r>
        <w:t>تھا کہ مجھے اس میٹ کے لیے کیا گائیڈنس ہے۔</w:t>
      </w:r>
    </w:p>
    <w:p>
      <w:r>
        <w:rPr>
          <w:b/>
        </w:rPr>
        <w:t xml:space="preserve">[25:19] </w:t>
      </w:r>
      <w:r>
        <w:t>to us waqt quran majeed ki yeh aayatein mere samne aayin.</w:t>
      </w:r>
    </w:p>
    <w:p>
      <w:pPr>
        <w:jc w:val="right"/>
      </w:pPr>
      <w:r>
        <w:t>تو اس وقت قرآن مجید کی یہ آیتیں میرے سامنے آئیں۔</w:t>
      </w:r>
    </w:p>
    <w:p>
      <w:r>
        <w:rPr>
          <w:b/>
        </w:rPr>
        <w:t xml:space="preserve">[25:25] </w:t>
      </w:r>
      <w:r>
        <w:t>yeh surah ibrahim ki aayatein hain.</w:t>
      </w:r>
    </w:p>
    <w:p>
      <w:pPr>
        <w:jc w:val="right"/>
      </w:pPr>
      <w:r>
        <w:t>یہ سورہ ابراہیم کی آیتیں ہیں۔</w:t>
      </w:r>
    </w:p>
    <w:p>
      <w:r>
        <w:rPr>
          <w:b/>
        </w:rPr>
        <w:t xml:space="preserve">[25:30] </w:t>
      </w:r>
      <w:r>
        <w:t>yeh darasal hazrat ibrahim alaihissalato wassalam ki dua hai.</w:t>
      </w:r>
    </w:p>
    <w:p>
      <w:pPr>
        <w:jc w:val="right"/>
      </w:pPr>
      <w:r>
        <w:t>یہ دراصل حضرت ابراہیم علیہ الصلوۃ والسلام کی دعا ہے۔</w:t>
      </w:r>
    </w:p>
    <w:p>
      <w:r>
        <w:rPr>
          <w:b/>
        </w:rPr>
        <w:t xml:space="preserve">[25:35] </w:t>
      </w:r>
      <w:r>
        <w:t>unhon ne kaba tul lah ke bananay ke baad yeh dua ki ke allah tu is makay ko aah</w:t>
      </w:r>
    </w:p>
    <w:p>
      <w:pPr>
        <w:jc w:val="right"/>
      </w:pPr>
      <w:r>
        <w:t>انہوں نے کعبۃ اللہ کے بنانے کے بعد یہ دعا کی کہ اللہ تو اس مکے کو آہ</w:t>
      </w:r>
    </w:p>
    <w:p>
      <w:r>
        <w:rPr>
          <w:b/>
        </w:rPr>
        <w:t xml:space="preserve">[25:41] </w:t>
      </w:r>
      <w:r>
        <w:t>peaceful city bana de.</w:t>
      </w:r>
    </w:p>
    <w:p>
      <w:pPr>
        <w:jc w:val="right"/>
      </w:pPr>
      <w:r>
        <w:t>پیس فل سٹی بنا دے۔</w:t>
      </w:r>
    </w:p>
    <w:p>
      <w:r>
        <w:rPr>
          <w:b/>
        </w:rPr>
        <w:t xml:space="preserve">[25:46] </w:t>
      </w:r>
      <w:r>
        <w:t>aur is ke baad aage is dua ka ek hissa yeh hai ke aur logon ke dilo ko</w:t>
      </w:r>
    </w:p>
    <w:p>
      <w:pPr>
        <w:jc w:val="right"/>
      </w:pPr>
      <w:r>
        <w:t>اور اس کے بعد آگے اس دعا کا ایک حصہ یہ ہے کہ اور لوگوں کے دلوں کو</w:t>
      </w:r>
    </w:p>
    <w:p>
      <w:r>
        <w:rPr>
          <w:b/>
        </w:rPr>
        <w:t xml:space="preserve">[25:51] </w:t>
      </w:r>
      <w:r>
        <w:t>is ki janib meil kar de aur tu un ko rizq de taake woh shukr ada karein.</w:t>
      </w:r>
    </w:p>
    <w:p>
      <w:pPr>
        <w:jc w:val="right"/>
      </w:pPr>
      <w:r>
        <w:t>اس کی جانب مائل کر دے اور تو ان کو رزق دے تاکہ وہ شکر ادا کریں۔</w:t>
      </w:r>
    </w:p>
    <w:p>
      <w:r>
        <w:rPr>
          <w:b/>
        </w:rPr>
        <w:t xml:space="preserve">[25:56] </w:t>
      </w:r>
      <w:r>
        <w:t>to is dua ko maine is tarah se convert kiya ke yeh jo CPS jis</w:t>
      </w:r>
    </w:p>
    <w:p>
      <w:pPr>
        <w:jc w:val="right"/>
      </w:pPr>
      <w:r>
        <w:t>تو اس دعا کو میں نے اس طرح سے کنورٹ کیا کہ یہ جو سی پی ایس جس</w:t>
      </w:r>
    </w:p>
    <w:p>
      <w:r>
        <w:rPr>
          <w:b/>
        </w:rPr>
        <w:t xml:space="preserve">[26:02] </w:t>
      </w:r>
      <w:r>
        <w:t>ko Maulana ne qaim kiya hai aah is ka bes pees hai.</w:t>
      </w:r>
    </w:p>
    <w:p>
      <w:pPr>
        <w:jc w:val="right"/>
      </w:pPr>
      <w:r>
        <w:t>کو مولانا نے قائم کیا ہے آہ اس کا بیس پیس ہے۔</w:t>
      </w:r>
    </w:p>
    <w:p>
      <w:r>
        <w:rPr>
          <w:b/>
        </w:rPr>
        <w:t xml:space="preserve">[26:07] </w:t>
      </w:r>
      <w:r>
        <w:t>peace method پر اس کو قائم کیا ہے۔</w:t>
      </w:r>
    </w:p>
    <w:p>
      <w:pPr>
        <w:jc w:val="right"/>
      </w:pPr>
      <w:r>
        <w:t>پیس میتھڈ پر اس کو قائم کیا ہے۔</w:t>
      </w:r>
    </w:p>
    <w:p>
      <w:r>
        <w:rPr>
          <w:b/>
        </w:rPr>
        <w:t xml:space="preserve">[26:12] </w:t>
      </w:r>
      <w:r>
        <w:t>Allah is CPS ko hamesha peace par qaim rakhein aur is ke zariye aah saare alam</w:t>
      </w:r>
    </w:p>
    <w:p>
      <w:pPr>
        <w:jc w:val="right"/>
      </w:pPr>
      <w:r>
        <w:t>اللہ اس سی پی ایس کو ہمیشہ پیس پر قائم رکھیں اور اس کے ذریعے آہ سارے عالم</w:t>
      </w:r>
    </w:p>
    <w:p>
      <w:r>
        <w:rPr>
          <w:b/>
        </w:rPr>
        <w:t xml:space="preserve">[26:18] </w:t>
      </w:r>
      <w:r>
        <w:t>ko saare alam mein peace ko aam kar dein.</w:t>
      </w:r>
    </w:p>
    <w:p>
      <w:pPr>
        <w:jc w:val="right"/>
      </w:pPr>
      <w:r>
        <w:t>کو سارے عالم میں پیس کو عام کر دیں۔</w:t>
      </w:r>
    </w:p>
    <w:p>
      <w:r>
        <w:rPr>
          <w:b/>
        </w:rPr>
        <w:t xml:space="preserve">[26:23] </w:t>
      </w:r>
      <w:r>
        <w:t>aur logon ke dil ko bhi CPS ki taraf Allah mael kar de.</w:t>
      </w:r>
    </w:p>
    <w:p>
      <w:pPr>
        <w:jc w:val="right"/>
      </w:pPr>
      <w:r>
        <w:t>اور لوگوں کے دلوں کو بھی سی پی ایس کی طرف اللہ مائل کر دے۔</w:t>
      </w:r>
    </w:p>
    <w:p>
      <w:r>
        <w:rPr>
          <w:b/>
        </w:rPr>
        <w:t xml:space="preserve">[26:28] </w:t>
      </w:r>
      <w:r>
        <w:t>aur un ko aisa rizq de yahan rizq se murad maadi yaani aah koi ghiza nahi hai balkey</w:t>
      </w:r>
    </w:p>
    <w:p>
      <w:pPr>
        <w:jc w:val="right"/>
      </w:pPr>
      <w:r>
        <w:t>اور ان کو ایسا رزق دے یہاں رزق سے مراد مادی یعنی آہ کوئی غذا نہیں ہے بلکہ</w:t>
      </w:r>
    </w:p>
    <w:p>
      <w:r>
        <w:rPr>
          <w:b/>
        </w:rPr>
        <w:t xml:space="preserve">[26:34] </w:t>
      </w:r>
      <w:r>
        <w:t>spiritual message فوڈ اللہ ایسا دے کہ سی پی ایس کا ہر ممبر خدا کا شکر گزار بندہ بن جائے۔</w:t>
      </w:r>
    </w:p>
    <w:p>
      <w:pPr>
        <w:jc w:val="right"/>
      </w:pPr>
      <w:r>
        <w:t>spiritualmessage فوڈ اللہ ایسا دے کہ سی پی ایس کا ہر ممبر خدا کا شکر گزار بندہ بن جائے۔</w:t>
      </w:r>
    </w:p>
    <w:p>
      <w:r>
        <w:rPr>
          <w:b/>
        </w:rPr>
        <w:t xml:space="preserve">[26:39] </w:t>
      </w:r>
      <w:r>
        <w:t>aah mein asal mein aah madrase se taleem hasil karne ke baad do hazar ek se abhi tak</w:t>
      </w:r>
    </w:p>
    <w:p>
      <w:pPr>
        <w:jc w:val="right"/>
      </w:pPr>
      <w:r>
        <w:t>آہ میں اصل میں آہ مدرسے سے تعلیم حاصل کرنے کے بعد دو ہزار ایک سے ابھی تک</w:t>
      </w:r>
    </w:p>
    <w:p>
      <w:r>
        <w:rPr>
          <w:b/>
        </w:rPr>
        <w:t xml:space="preserve">[26:44] </w:t>
      </w:r>
      <w:r>
        <w:t>dawati aah line se juda hua hoon.</w:t>
      </w:r>
    </w:p>
    <w:p>
      <w:pPr>
        <w:jc w:val="right"/>
      </w:pPr>
      <w:r>
        <w:t>دعوتی آہ لائن سے جڑا ہوا ہوں۔</w:t>
      </w:r>
    </w:p>
    <w:p>
      <w:r>
        <w:rPr>
          <w:b/>
        </w:rPr>
        <w:t xml:space="preserve">[26:49] </w:t>
      </w:r>
      <w:r>
        <w:t>aur bas is mein ek farq hai ke ah 2000 se lekar 2009 tak</w:t>
      </w:r>
    </w:p>
    <w:p>
      <w:pPr>
        <w:jc w:val="right"/>
      </w:pPr>
      <w:r>
        <w:t>اور بس اس میں ایک فرق ہے کہ آہ ٹو تھاؤزنڈ سے لے کر ٹو تھاؤزنڈ نائن تک</w:t>
      </w:r>
    </w:p>
    <w:p>
      <w:r>
        <w:rPr>
          <w:b/>
        </w:rPr>
        <w:t xml:space="preserve">[26:55] </w:t>
      </w:r>
      <w:r>
        <w:t>mein doosre aah guidance mein dawat ka kaam karta tha.</w:t>
      </w:r>
    </w:p>
    <w:p>
      <w:pPr>
        <w:jc w:val="right"/>
      </w:pPr>
      <w:r>
        <w:t>میں دوسرے آہ گائیڈنس میں دعوت کا کام کرتا تھا۔</w:t>
      </w:r>
    </w:p>
    <w:p>
      <w:r>
        <w:rPr>
          <w:b/>
        </w:rPr>
        <w:t xml:space="preserve">[27:00] </w:t>
      </w:r>
      <w:r>
        <w:t>aur do hazar nau se mein Al-Risala ki guidance mein Maulana ki guidance mein dawat ka kaam kar raha hoon.</w:t>
      </w:r>
    </w:p>
    <w:p>
      <w:pPr>
        <w:jc w:val="right"/>
      </w:pPr>
      <w:r>
        <w:t>اور دو ہزار نو سے میں الرسالہ کی گائیڈنس میں مولانا کی گائیڈنس میں دعوت کا کام کر رہا ہوں۔</w:t>
      </w:r>
    </w:p>
    <w:p>
      <w:r>
        <w:rPr>
          <w:b/>
        </w:rPr>
        <w:t xml:space="preserve">[27:05] </w:t>
      </w:r>
      <w:r>
        <w:t>to is mein mujhe kaafi farq mehsoos hua.</w:t>
      </w:r>
    </w:p>
    <w:p>
      <w:pPr>
        <w:jc w:val="right"/>
      </w:pPr>
      <w:r>
        <w:t>تو اس میں مجھے کافی فرق محسوس ہوا۔</w:t>
      </w:r>
    </w:p>
    <w:p>
      <w:r>
        <w:rPr>
          <w:b/>
        </w:rPr>
        <w:t xml:space="preserve">[27:11] </w:t>
      </w:r>
      <w:r>
        <w:t>chand points maine is mein note kar ke laya hoon.</w:t>
      </w:r>
    </w:p>
    <w:p>
      <w:pPr>
        <w:jc w:val="right"/>
      </w:pPr>
      <w:r>
        <w:t>چند پوائنٹس میں نے اس میں نوٹ کر کے لایا ہوں۔</w:t>
      </w:r>
    </w:p>
    <w:p>
      <w:r>
        <w:rPr>
          <w:b/>
        </w:rPr>
        <w:t xml:space="preserve">[27:16] </w:t>
      </w:r>
      <w:r>
        <w:t>ke pre Al-Risala jo dawat ka kaam karta tha woh kya tha? aur post of aah Al-Risala se</w:t>
      </w:r>
    </w:p>
    <w:p>
      <w:pPr>
        <w:jc w:val="right"/>
      </w:pPr>
      <w:r>
        <w:t>کہ پری الرسالہ جو دعوت کا کام کرتا تھا وہ کیا تھا؟ اور پوسٹ آف آہ الرسالہ سے</w:t>
      </w:r>
    </w:p>
    <w:p>
      <w:r>
        <w:rPr>
          <w:b/>
        </w:rPr>
        <w:t xml:space="preserve">[27:21] </w:t>
      </w:r>
      <w:r>
        <w:t>jurney ke baad jo kaam karta hoon us mein kya farq hai? to jab hum Al-Risala se pehle</w:t>
      </w:r>
    </w:p>
    <w:p>
      <w:pPr>
        <w:jc w:val="right"/>
      </w:pPr>
      <w:r>
        <w:t>جڑنے کے بعد جو کام کرتا ہوں اس میں کیا فرق ہے؟ تو جب ہم الرسالہ سے پہلے</w:t>
      </w:r>
    </w:p>
    <w:p>
      <w:r>
        <w:rPr>
          <w:b/>
        </w:rPr>
        <w:t xml:space="preserve">[27:27] </w:t>
      </w:r>
      <w:r>
        <w:t>jo kaam karta tha dawat ka kaam to dawat ke kaam ke sath sath hum madu se nafrat</w:t>
      </w:r>
    </w:p>
    <w:p>
      <w:pPr>
        <w:jc w:val="right"/>
      </w:pPr>
      <w:r>
        <w:t>جو کام کرتا تھا دعوت کا کام تو دعوت کے کام کے ساتھ ساتھ ہم مدعو سے نفرت</w:t>
      </w:r>
    </w:p>
    <w:p>
      <w:r>
        <w:rPr>
          <w:b/>
        </w:rPr>
        <w:t xml:space="preserve">[27:32] </w:t>
      </w:r>
      <w:r>
        <w:t>bhi karte they.</w:t>
      </w:r>
    </w:p>
    <w:p>
      <w:pPr>
        <w:jc w:val="right"/>
      </w:pPr>
      <w:r>
        <w:t>بھی کرتے تھے۔</w:t>
      </w:r>
    </w:p>
    <w:p>
      <w:r>
        <w:rPr>
          <w:b/>
        </w:rPr>
        <w:t xml:space="preserve">[27:37] </w:t>
      </w:r>
      <w:r>
        <w:t>aur madu ko hum apna dushman bhi samajhte they.</w:t>
      </w:r>
    </w:p>
    <w:p>
      <w:pPr>
        <w:jc w:val="right"/>
      </w:pPr>
      <w:r>
        <w:t>اور مدعو کو ہم اپنا دشمن بھی سمجھتے تھے۔</w:t>
      </w:r>
    </w:p>
    <w:p>
      <w:r>
        <w:rPr>
          <w:b/>
        </w:rPr>
        <w:t xml:space="preserve">[27:42] </w:t>
      </w:r>
      <w:r>
        <w:t>madu ki shikayat bhi karte they.</w:t>
      </w:r>
    </w:p>
    <w:p>
      <w:pPr>
        <w:jc w:val="right"/>
      </w:pPr>
      <w:r>
        <w:t>مدعو کی شکایت بھی کرتے تھے۔</w:t>
      </w:r>
    </w:p>
    <w:p>
      <w:r>
        <w:rPr>
          <w:b/>
        </w:rPr>
        <w:t xml:space="preserve">[27:48] </w:t>
      </w:r>
      <w:r>
        <w:t>us se takrao ki policy hum ikhtiyar kiye hue they.</w:t>
      </w:r>
    </w:p>
    <w:p>
      <w:pPr>
        <w:jc w:val="right"/>
      </w:pPr>
      <w:r>
        <w:t>اسے ٹکراؤ کی پالیسی ہم اختیار کیے ہوئے تھے۔</w:t>
      </w:r>
    </w:p>
    <w:p>
      <w:r>
        <w:rPr>
          <w:b/>
        </w:rPr>
        <w:t xml:space="preserve">[27:53] </w:t>
      </w:r>
      <w:r>
        <w:t>aur aah rights ke mangne ki ek muhim chalaye hue they.</w:t>
      </w:r>
    </w:p>
    <w:p>
      <w:pPr>
        <w:jc w:val="right"/>
      </w:pPr>
      <w:r>
        <w:t>اور آہ رائٹس کے مانگنے کی ایک مہم چلائے ہوئے تھے۔</w:t>
      </w:r>
    </w:p>
    <w:p>
      <w:r>
        <w:rPr>
          <w:b/>
        </w:rPr>
        <w:t xml:space="preserve">[27:58] </w:t>
      </w:r>
      <w:r>
        <w:t>aur hamara jo dawat ka maqsad tha woh yeh tha ke hum jitna zyada dawat dein ge utne</w:t>
      </w:r>
    </w:p>
    <w:p>
      <w:pPr>
        <w:jc w:val="right"/>
      </w:pPr>
      <w:r>
        <w:t>اور ہمارا جو دعوت کا مقصد تھا وہ یہ تھا کہ ہم جتنا زیادہ دعوت دیں گے اتنے</w:t>
      </w:r>
    </w:p>
    <w:p>
      <w:r>
        <w:rPr>
          <w:b/>
        </w:rPr>
        <w:t xml:space="preserve">[28:04] </w:t>
      </w:r>
      <w:r>
        <w:t>log zyada Islam accept karein ge.</w:t>
      </w:r>
    </w:p>
    <w:p>
      <w:pPr>
        <w:jc w:val="right"/>
      </w:pPr>
      <w:r>
        <w:t>لوگ زیادہ اسلام ایکسیپٹ کریں گے۔</w:t>
      </w:r>
    </w:p>
    <w:p>
      <w:r>
        <w:rPr>
          <w:b/>
        </w:rPr>
        <w:t xml:space="preserve">[28:09] </w:t>
      </w:r>
      <w:r>
        <w:t>musalmanon ki ek majority banegi phir un ka ek politics power aage badhega.</w:t>
      </w:r>
    </w:p>
    <w:p>
      <w:pPr>
        <w:jc w:val="right"/>
      </w:pPr>
      <w:r>
        <w:t>مسلمانوں کی ایک میجورٹی بنے گی پھر ان کا ایک پولیٹکس پاور آگے بڑھے گا۔</w:t>
      </w:r>
    </w:p>
    <w:p>
      <w:r>
        <w:rPr>
          <w:b/>
        </w:rPr>
        <w:t xml:space="preserve">[28:14] </w:t>
      </w:r>
      <w:r>
        <w:t>aur isi tarah hum madu ko dawat bhi dete they aur bad duaen bhi karte they.</w:t>
      </w:r>
    </w:p>
    <w:p>
      <w:pPr>
        <w:jc w:val="right"/>
      </w:pPr>
      <w:r>
        <w:t>اور اسی طرح ہم مدعو کو دعوت بھی دیتے تھے اور بد دعائیں بھی کرتے تھے۔</w:t>
      </w:r>
    </w:p>
    <w:p>
      <w:r>
        <w:rPr>
          <w:b/>
        </w:rPr>
        <w:t xml:space="preserve">[28:20] </w:t>
      </w:r>
      <w:r>
        <w:t>bohat si duaen hum karte they fajar mein qunoot nazla ke naam se.</w:t>
      </w:r>
    </w:p>
    <w:p>
      <w:pPr>
        <w:jc w:val="right"/>
      </w:pPr>
      <w:r>
        <w:t>بہت سی دعائیں ہم کرتے تھے فجر میں قنوت نازلہ کے نام سے۔</w:t>
      </w:r>
    </w:p>
    <w:p>
      <w:r>
        <w:rPr>
          <w:b/>
        </w:rPr>
        <w:t xml:space="preserve">[28:25] </w:t>
      </w:r>
      <w:r>
        <w:t>aur madu ki taaleef kya hai woh bhi nahi jante they.</w:t>
      </w:r>
    </w:p>
    <w:p>
      <w:pPr>
        <w:jc w:val="right"/>
      </w:pPr>
      <w:r>
        <w:t>اور مدعو کی تالیف کیا ہے وہ بھی نہیں جانتے تھے۔</w:t>
      </w:r>
    </w:p>
    <w:p>
      <w:r>
        <w:rPr>
          <w:b/>
        </w:rPr>
        <w:t xml:space="preserve">[28:30] </w:t>
      </w:r>
      <w:r>
        <w:t>lekin al-risalah se jurrne ke baad jo dawat ka kaam hum kar rahe hain to us ka farq</w:t>
      </w:r>
    </w:p>
    <w:p>
      <w:pPr>
        <w:jc w:val="right"/>
      </w:pPr>
      <w:r>
        <w:t>لیکن الرسالہ سے جڑنے کے بعد جو دعوت کا کام ہم کر رہے ہیں تو اس کا فرق</w:t>
      </w:r>
    </w:p>
    <w:p>
      <w:r>
        <w:rPr>
          <w:b/>
        </w:rPr>
        <w:t xml:space="preserve">[28:36] </w:t>
      </w:r>
      <w:r>
        <w:t>yeh hai ke hum dawat ka kaam karte hue mad'u ke wal-o-shar bane hue hain.</w:t>
      </w:r>
    </w:p>
    <w:p>
      <w:pPr>
        <w:jc w:val="right"/>
      </w:pPr>
      <w:r>
        <w:t>یہ ہے کہ ہم دعوت کا کام کرتے ہوئے مدعو کے ول وشر بنے ہوئے ہیں۔</w:t>
      </w:r>
    </w:p>
    <w:p>
      <w:r>
        <w:rPr>
          <w:b/>
        </w:rPr>
        <w:t xml:space="preserve">[28:41] </w:t>
      </w:r>
      <w:r>
        <w:t>aur jis ko dushman samjhe hue thay hum us ko aik potential friend samajhte hain apne mad'u ko.</w:t>
      </w:r>
    </w:p>
    <w:p>
      <w:pPr>
        <w:jc w:val="right"/>
      </w:pPr>
      <w:r>
        <w:t>اور جس کو دشمن سمجھے ہوئے تھے ہم اس کو ایک پوٹینشل فرینڈ سمجھتے ہیں اپنے مدعو کو۔</w:t>
      </w:r>
    </w:p>
    <w:p>
      <w:r>
        <w:rPr>
          <w:b/>
        </w:rPr>
        <w:t xml:space="preserve">[28:46] </w:t>
      </w:r>
      <w:r>
        <w:t>aur dawat ke saath hum ne patient aur ignore ka tareeqa apnaya hua hai.</w:t>
      </w:r>
    </w:p>
    <w:p>
      <w:pPr>
        <w:jc w:val="right"/>
      </w:pPr>
      <w:r>
        <w:t>اور دعوت کے ساتھ ہم نے پیشنٹ اور اگنور کا طریقہ اپنایا ہوا ہے۔</w:t>
      </w:r>
    </w:p>
    <w:p>
      <w:r>
        <w:rPr>
          <w:b/>
        </w:rPr>
        <w:t xml:space="preserve">[28:51] </w:t>
      </w:r>
      <w:r>
        <w:t>aur peace ki policy hamare paas hai.</w:t>
      </w:r>
    </w:p>
    <w:p>
      <w:pPr>
        <w:jc w:val="right"/>
      </w:pPr>
      <w:r>
        <w:t>اور پیس کی پالیسی ہمارے پاس ہے۔</w:t>
      </w:r>
    </w:p>
    <w:p>
      <w:r>
        <w:rPr>
          <w:b/>
        </w:rPr>
        <w:t xml:space="preserve">[28:57] </w:t>
      </w:r>
      <w:r>
        <w:t>aur sab se bari jo spirit hamare paas hai dawat mein woh yeh hai ke hum mad'u ko</w:t>
      </w:r>
    </w:p>
    <w:p>
      <w:pPr>
        <w:jc w:val="right"/>
      </w:pPr>
      <w:r>
        <w:t>اور سب سے بڑی جو سپرٹ ہمارے پاس ہے دعوت میں وہ یہ ہے کہ ہم مدعو کو</w:t>
      </w:r>
    </w:p>
    <w:p>
      <w:r>
        <w:rPr>
          <w:b/>
        </w:rPr>
        <w:t xml:space="preserve">[29:02] </w:t>
      </w:r>
      <w:r>
        <w:t>to dawat dete hain lekin un se koi rights nahin mangte.</w:t>
      </w:r>
    </w:p>
    <w:p>
      <w:pPr>
        <w:jc w:val="right"/>
      </w:pPr>
      <w:r>
        <w:t>تو دعوت دیتے ہیں لیکن ان سے کوئی رائٹس نہیں مانگتے۔</w:t>
      </w:r>
    </w:p>
    <w:p>
      <w:r>
        <w:rPr>
          <w:b/>
        </w:rPr>
        <w:t xml:space="preserve">[29:07] </w:t>
      </w:r>
      <w:r>
        <w:t>aur hamara jo dawat ka maqsad hai ke politics ka power aajaye is ke bajaye al-risalah ka yeh</w:t>
      </w:r>
    </w:p>
    <w:p>
      <w:pPr>
        <w:jc w:val="right"/>
      </w:pPr>
      <w:r>
        <w:t>اور ہمارا جو دعوت کا مقصد ہے کہ پولیٹکس کا پاور آجائے اس کے بجائے الرسالہ کا یہ</w:t>
      </w:r>
    </w:p>
    <w:p>
      <w:r>
        <w:rPr>
          <w:b/>
        </w:rPr>
        <w:t xml:space="preserve">[29:13] </w:t>
      </w:r>
      <w:r>
        <w:t>maqsad hai ke logon ko aakhirat se darayein.</w:t>
      </w:r>
    </w:p>
    <w:p>
      <w:pPr>
        <w:jc w:val="right"/>
      </w:pPr>
      <w:r>
        <w:t>مقصد ہے کہ لوگوں کو آخرت سے ڈرائیں۔</w:t>
      </w:r>
    </w:p>
    <w:p>
      <w:r>
        <w:rPr>
          <w:b/>
        </w:rPr>
        <w:t xml:space="preserve">[29:18] </w:t>
      </w:r>
      <w:r>
        <w:t>aur isi tarah dawat mein aane ke baad al-risalah ke parhne ke baad hi mujhe yeh baat maloom</w:t>
      </w:r>
    </w:p>
    <w:p>
      <w:pPr>
        <w:jc w:val="right"/>
      </w:pPr>
      <w:r>
        <w:t>اور اسی طرح دعوت میں آنے کے بعد الرسالہ کے پڑھنے کے بعد ہی مجھے یہ بات معلوم</w:t>
      </w:r>
    </w:p>
    <w:p>
      <w:r>
        <w:rPr>
          <w:b/>
        </w:rPr>
        <w:t xml:space="preserve">[29:23] </w:t>
      </w:r>
      <w:r>
        <w:t>hui ke quran mein yeh bhi aik ayat hai ke hazrat is ka matlab yeh hai ke hum</w:t>
      </w:r>
    </w:p>
    <w:p>
      <w:pPr>
        <w:jc w:val="right"/>
      </w:pPr>
      <w:r>
        <w:t>ہوئی کہ قرآن میں یہ بھی ایک آیت ہے کہ حضرت اس کا مطلب یہ ہے کہ ہم</w:t>
      </w:r>
    </w:p>
    <w:p>
      <w:r>
        <w:rPr>
          <w:b/>
        </w:rPr>
        <w:t xml:space="preserve">[29:29] </w:t>
      </w:r>
      <w:r>
        <w:t>aap ki janib se jo bhi takleef hum ko pohnche gi hum is par zaroor sabr karein ge.</w:t>
      </w:r>
    </w:p>
    <w:p>
      <w:pPr>
        <w:jc w:val="right"/>
      </w:pPr>
      <w:r>
        <w:t>آپ کی جانب سے جو بھی تکلیف ہم کو پہنچے گی ہم اس پر ضرور صبر کریں گے۔</w:t>
      </w:r>
    </w:p>
    <w:p>
      <w:r>
        <w:rPr>
          <w:b/>
        </w:rPr>
        <w:t xml:space="preserve">[29:34] </w:t>
      </w:r>
      <w:r>
        <w:t>is ayat ko hum ne kai baar parha dawat ki aah ta'alluq se is ayat ko hum nahin samajhte thay.</w:t>
      </w:r>
    </w:p>
    <w:p>
      <w:pPr>
        <w:jc w:val="right"/>
      </w:pPr>
      <w:r>
        <w:t>اس آیت کو ہم نے کئی بار پڑھا دعوت کی آہ تعلق سے اس آیت کو ہم نہیں سمجھتے تھے۔</w:t>
      </w:r>
    </w:p>
    <w:p>
      <w:r>
        <w:rPr>
          <w:b/>
        </w:rPr>
        <w:t xml:space="preserve">[29:39] </w:t>
      </w:r>
      <w:r>
        <w:t>bas aik qissa moosa samjhe hue thay.</w:t>
      </w:r>
    </w:p>
    <w:p>
      <w:pPr>
        <w:jc w:val="right"/>
      </w:pPr>
      <w:r>
        <w:t>بس ایک قصہ موسیٰ سمجھے ہوئے تھے۔</w:t>
      </w:r>
    </w:p>
    <w:p>
      <w:r>
        <w:rPr>
          <w:b/>
        </w:rPr>
        <w:t xml:space="preserve">[29:44] </w:t>
      </w:r>
      <w:r>
        <w:t>lekin al-risalah se jurrne ke baad hum ko samajh mein aaya ke dawat ke liye sab se ahem</w:t>
      </w:r>
    </w:p>
    <w:p>
      <w:pPr>
        <w:jc w:val="right"/>
      </w:pPr>
      <w:r>
        <w:t>لیکن الرسالہ سے جڑنے کے بعد ہم کو سمجھ میں آیا کہ دعوت کے لیے سب سے اہم</w:t>
      </w:r>
    </w:p>
    <w:p>
      <w:r>
        <w:rPr>
          <w:b/>
        </w:rPr>
        <w:t xml:space="preserve">[29:50] </w:t>
      </w:r>
      <w:r>
        <w:t>usool yeh hai ke isi tarah aah al-risalah mein jurr kar jo dawat ka kaam karte hain to</w:t>
      </w:r>
    </w:p>
    <w:p>
      <w:pPr>
        <w:jc w:val="right"/>
      </w:pPr>
      <w:r>
        <w:t>اصول یہ ہے کہ اسی طرح آہ الرسالہ میں جڑ کر جو دعوت کا کام کرتے ہیں تو</w:t>
      </w:r>
    </w:p>
    <w:p>
      <w:r>
        <w:rPr>
          <w:b/>
        </w:rPr>
        <w:t xml:space="preserve">[29:55] </w:t>
      </w:r>
      <w:r>
        <w:t>is mein yeh hai ke hum jab islam dete hain to sirf islam ki dawat dete hain.</w:t>
      </w:r>
    </w:p>
    <w:p>
      <w:pPr>
        <w:jc w:val="right"/>
      </w:pPr>
      <w:r>
        <w:t>اس میں یہ ہے کہ ہم جب اسلام دیتے ہیں تو صرف اسلام کی دعوت دیتے ہیں۔</w:t>
      </w:r>
    </w:p>
    <w:p>
      <w:r>
        <w:rPr>
          <w:b/>
        </w:rPr>
        <w:t xml:space="preserve">[30:00] </w:t>
      </w:r>
      <w:r>
        <w:t>na ke musalmanon ki qomiyat ki na un ki koi vakalat karte hain.</w:t>
      </w:r>
    </w:p>
    <w:p>
      <w:pPr>
        <w:jc w:val="right"/>
      </w:pPr>
      <w:r>
        <w:t>نہ کہ مسلمانوں کی قومیت کی نہ ان کی کوئی وکالت کرتے ہیں۔</w:t>
      </w:r>
    </w:p>
    <w:p>
      <w:r>
        <w:rPr>
          <w:b/>
        </w:rPr>
        <w:t xml:space="preserve">[30:06] </w:t>
      </w:r>
      <w:r>
        <w:t>al-risalah mission se pehle aisa tha ke koi aadmi dahshat gardi par sawal karta to hum osama bin</w:t>
      </w:r>
    </w:p>
    <w:p>
      <w:pPr>
        <w:jc w:val="right"/>
      </w:pPr>
      <w:r>
        <w:t>رسالہ مشن سے پہلے ایسا تھا کہ کوئی آدمی دہشت گردی پر سوال کرتا تو ہم اسامہ بن</w:t>
      </w:r>
    </w:p>
    <w:p>
      <w:r>
        <w:rPr>
          <w:b/>
        </w:rPr>
        <w:t xml:space="preserve">[30:11] </w:t>
      </w:r>
      <w:r>
        <w:t>Laden ke ah advocate ban ke theher jate the.</w:t>
      </w:r>
    </w:p>
    <w:p>
      <w:pPr>
        <w:jc w:val="right"/>
      </w:pPr>
      <w:r>
        <w:t>لادن کے آہ ایڈوکیٹ بن کے ٹھہر جاتے تھے۔</w:t>
      </w:r>
    </w:p>
    <w:p>
      <w:r>
        <w:rPr>
          <w:b/>
        </w:rPr>
        <w:t xml:space="preserve">[30:16] </w:t>
      </w:r>
      <w:r>
        <w:t>lekin ab sirf islam ke advocate ban ke hum thehrte hain.</w:t>
      </w:r>
    </w:p>
    <w:p>
      <w:pPr>
        <w:jc w:val="right"/>
      </w:pPr>
      <w:r>
        <w:t>لیکن اب صرف اسلام کے ایڈوکیٹ بن کے ہم ٹھہرتے ہیں۔</w:t>
      </w:r>
    </w:p>
    <w:p>
      <w:r>
        <w:rPr>
          <w:b/>
        </w:rPr>
        <w:t xml:space="preserve">[30:22] </w:t>
      </w:r>
      <w:r>
        <w:t>aur musalmanon ki ghltiyon ka koi support nahin karte.</w:t>
      </w:r>
    </w:p>
    <w:p>
      <w:pPr>
        <w:jc w:val="right"/>
      </w:pPr>
      <w:r>
        <w:t>اور مسلمانوں کی غلطیوں کا کوئی سپورٹ نہیں کرتے۔</w:t>
      </w:r>
    </w:p>
    <w:p>
      <w:r>
        <w:rPr>
          <w:b/>
        </w:rPr>
        <w:t xml:space="preserve">[30:27] </w:t>
      </w:r>
      <w:r>
        <w:t>aur isi ke saath al-risalah mission ne jo cheez di hai dawat ke kaam karte hue woh yeh</w:t>
      </w:r>
    </w:p>
    <w:p>
      <w:pPr>
        <w:jc w:val="right"/>
      </w:pPr>
      <w:r>
        <w:t>اور اسی کے ساتھ الرسالہ مشن نے جو چیز دی ہے دعوت کے کام کرتے ہوئے وہ یہ</w:t>
      </w:r>
    </w:p>
    <w:p>
      <w:r>
        <w:rPr>
          <w:b/>
        </w:rPr>
        <w:t xml:space="preserve">[30:32] </w:t>
      </w:r>
      <w:r>
        <w:t>hai ke hamesha aah qurbat-e-khudawandi ka ehsas yeh mission dawat mein dilata hai.</w:t>
      </w:r>
    </w:p>
    <w:p>
      <w:pPr>
        <w:jc w:val="right"/>
      </w:pPr>
      <w:r>
        <w:t>ہے کہ ہمیشہ آہ قربت خداوندی کا احساس یہ مشن دعوت میں دلاتا ہے۔</w:t>
      </w:r>
    </w:p>
    <w:p>
      <w:r>
        <w:rPr>
          <w:b/>
        </w:rPr>
        <w:t xml:space="preserve">[30:37] </w:t>
      </w:r>
      <w:r>
        <w:t>pehle hum sirf yeh samajhte thay ke da'ee hone se hum aik teacher hain.</w:t>
      </w:r>
    </w:p>
    <w:p>
      <w:pPr>
        <w:jc w:val="right"/>
      </w:pPr>
      <w:r>
        <w:t>پہلے ہم صرف یہ سمجھتے تھے کہ داعی ہونے سے ہم ایک ٹیچر ہیں۔</w:t>
      </w:r>
    </w:p>
    <w:p>
      <w:r>
        <w:rPr>
          <w:b/>
        </w:rPr>
        <w:t xml:space="preserve">[30:43] </w:t>
      </w:r>
      <w:r>
        <w:t>aik tarafah tor par mad'u ko suna do aur usay kuch hmm bas hum sikhane wale hain aur</w:t>
      </w:r>
    </w:p>
    <w:p>
      <w:pPr>
        <w:jc w:val="right"/>
      </w:pPr>
      <w:r>
        <w:t>ایک طرفہ طور پر مدعو کو سنا دو اور اسے کچھ ہمم بس ہم سکھانے والے ہیں اور</w:t>
      </w:r>
    </w:p>
    <w:p>
      <w:r>
        <w:rPr>
          <w:b/>
        </w:rPr>
        <w:t xml:space="preserve">[30:48] </w:t>
      </w:r>
      <w:r>
        <w:t>woh seekhnay wala hai.</w:t>
      </w:r>
    </w:p>
    <w:p>
      <w:pPr>
        <w:jc w:val="right"/>
      </w:pPr>
      <w:r>
        <w:t>وہ سیکھنے والا ہے۔</w:t>
      </w:r>
    </w:p>
    <w:p>
      <w:r>
        <w:rPr>
          <w:b/>
        </w:rPr>
        <w:t xml:space="preserve">[30:53] </w:t>
      </w:r>
      <w:r>
        <w:t>lekin dawat risala mission mein aanay kay baad dawat do tarafah process ho gaya kay seekhnay aur sikhany</w:t>
      </w:r>
    </w:p>
    <w:p>
      <w:pPr>
        <w:jc w:val="right"/>
      </w:pPr>
      <w:r>
        <w:t>لیکن دعوت رسالہ مشن میں آنے کے بعد دعوت دو طرفہ پراسیس ہو گیا کہ سیکھنے اور سکھانے</w:t>
      </w:r>
    </w:p>
    <w:p>
      <w:r>
        <w:rPr>
          <w:b/>
        </w:rPr>
        <w:t xml:space="preserve">[30:59] </w:t>
      </w:r>
      <w:r>
        <w:t>ka aik process ban gaya.</w:t>
      </w:r>
    </w:p>
    <w:p>
      <w:pPr>
        <w:jc w:val="right"/>
      </w:pPr>
      <w:r>
        <w:t>کا ایک پراسیس بن گیا۔</w:t>
      </w:r>
    </w:p>
    <w:p>
      <w:r>
        <w:rPr>
          <w:b/>
        </w:rPr>
        <w:t xml:space="preserve">[31:04] </w:t>
      </w:r>
      <w:r>
        <w:t>kay hum dawat kay zariye aik mad'u ko sikhate bhi hain aur us kay zariye bohat si cheezain</w:t>
      </w:r>
    </w:p>
    <w:p>
      <w:pPr>
        <w:jc w:val="right"/>
      </w:pPr>
      <w:r>
        <w:t>کہ ہم دعوت کے ذریعے ایک مدعو کو سکھاتے بھی ہیں اور اس کے ذریعے بہت سی چیزیں</w:t>
      </w:r>
    </w:p>
    <w:p>
      <w:r>
        <w:rPr>
          <w:b/>
        </w:rPr>
        <w:t xml:space="preserve">[31:09] </w:t>
      </w:r>
      <w:r>
        <w:t>seekhte bhi hain.</w:t>
      </w:r>
    </w:p>
    <w:p>
      <w:pPr>
        <w:jc w:val="right"/>
      </w:pPr>
      <w:r>
        <w:t>سیکھتے بھی ہیں۔</w:t>
      </w:r>
    </w:p>
    <w:p>
      <w:r>
        <w:rPr>
          <w:b/>
        </w:rPr>
        <w:t xml:space="preserve">[31:15] </w:t>
      </w:r>
      <w:r>
        <w:t>to al-risala kay yani dawat ka jo kaam mein karta tha aah pari al-risala aur post of risala</w:t>
      </w:r>
    </w:p>
    <w:p>
      <w:pPr>
        <w:jc w:val="right"/>
      </w:pPr>
      <w:r>
        <w:t>تو الرسالہ کے یعنی دعوت کا جو کام میں کرتا تھا آہ پری الرسالہ اور پوسٹ آف رسالہ</w:t>
      </w:r>
    </w:p>
    <w:p>
      <w:r>
        <w:rPr>
          <w:b/>
        </w:rPr>
        <w:t xml:space="preserve">[31:20] </w:t>
      </w:r>
      <w:r>
        <w:t>yeh chand is kay ehsasat thay jo mein nay pesh kiye.</w:t>
      </w:r>
    </w:p>
    <w:p>
      <w:pPr>
        <w:jc w:val="right"/>
      </w:pPr>
      <w:r>
        <w:t>یہ چند اس کے احساسات تھے جو میں نے پیش کیے۔</w:t>
      </w:r>
    </w:p>
    <w:p>
      <w:r>
        <w:rPr>
          <w:b/>
        </w:rPr>
        <w:t xml:space="preserve">[31:25] </w:t>
      </w:r>
      <w:r>
        <w:t>to chounkay waqt bhi mera khatam hua mein isi par apni baat khatam karta hoon. Assalam-o-alaikum.</w:t>
      </w:r>
    </w:p>
    <w:p>
      <w:pPr>
        <w:jc w:val="right"/>
      </w:pPr>
      <w:r>
        <w:t>تو چونکہ وقت بھی میرا ختم ہوا میں اسی پر اپنی بات ختم کرتا ہوں۔ السلام علیکم۔</w:t>
      </w:r>
    </w:p>
    <w:p>
      <w:r>
        <w:rPr>
          <w:b/>
        </w:rPr>
        <w:t xml:space="preserve">[31:31] </w:t>
      </w:r>
      <w:r>
        <w:t>mein experience kay silsilay mein apna aik personal discovery jo mein nay al-risala mission mein paya us ko</w:t>
      </w:r>
    </w:p>
    <w:p>
      <w:pPr>
        <w:jc w:val="right"/>
      </w:pPr>
      <w:r>
        <w:t>میں ایکسپیرینس کے سلسلے میں اپنا ایک پرسنل ڈسکوری جو میں نے الرسالہ مشن میں پایا اس کو</w:t>
      </w:r>
    </w:p>
    <w:p>
      <w:r>
        <w:rPr>
          <w:b/>
        </w:rPr>
        <w:t xml:space="preserve">[31:35] </w:t>
      </w:r>
      <w:r>
        <w:t>bayan karna chahoon ga.</w:t>
      </w:r>
    </w:p>
    <w:p>
      <w:pPr>
        <w:jc w:val="right"/>
      </w:pPr>
      <w:r>
        <w:t>بیان کرنا چاہوں گا۔</w:t>
      </w:r>
    </w:p>
    <w:p>
      <w:r>
        <w:rPr>
          <w:b/>
        </w:rPr>
        <w:t xml:space="preserve">[31:39] </w:t>
      </w:r>
      <w:r>
        <w:t>mein hamaray gharana hamara poora gharana jamaat-e-islami say wabasta hai.</w:t>
      </w:r>
    </w:p>
    <w:p>
      <w:pPr>
        <w:jc w:val="right"/>
      </w:pPr>
      <w:r>
        <w:t>میں ہمارے گھرانہ ہمارا پورا گھرانہ جماعت اسلامی سے وابستہ ہے۔</w:t>
      </w:r>
    </w:p>
    <w:p>
      <w:r>
        <w:rPr>
          <w:b/>
        </w:rPr>
        <w:t xml:space="preserve">[31:43] </w:t>
      </w:r>
      <w:r>
        <w:t>hamaray baray bhai sahib jo hain makhame aah ameer jamaat hain.</w:t>
      </w:r>
    </w:p>
    <w:p>
      <w:pPr>
        <w:jc w:val="right"/>
      </w:pPr>
      <w:r>
        <w:t>ہمارے بڑے بھائی صاحب جو ہیں مخامی آہ امیر جماعت ہیں۔</w:t>
      </w:r>
    </w:p>
    <w:p>
      <w:r>
        <w:rPr>
          <w:b/>
        </w:rPr>
        <w:t xml:space="preserve">[31:48] </w:t>
      </w:r>
      <w:r>
        <w:t>aur bachpan say hum isaiyon say wabasta thay.</w:t>
      </w:r>
    </w:p>
    <w:p>
      <w:pPr>
        <w:jc w:val="right"/>
      </w:pPr>
      <w:r>
        <w:t>اور بچپن سے ہم عیسائیوں سے وابستہ تھے۔</w:t>
      </w:r>
    </w:p>
    <w:p>
      <w:r>
        <w:rPr>
          <w:b/>
        </w:rPr>
        <w:t xml:space="preserve">[31:52] </w:t>
      </w:r>
      <w:r>
        <w:t>student islami org of India aah jo jamaat-e-islami ki student wing hai.</w:t>
      </w:r>
    </w:p>
    <w:p>
      <w:pPr>
        <w:jc w:val="right"/>
      </w:pPr>
      <w:r>
        <w:t>سٹوڈنٹ اسلامی org آف انڈیا آہ جو جماعت اسلامی کی سٹوڈنٹ ونگ ہے۔</w:t>
      </w:r>
    </w:p>
    <w:p>
      <w:r>
        <w:rPr>
          <w:b/>
        </w:rPr>
        <w:t xml:space="preserve">[31:56] </w:t>
      </w:r>
      <w:r>
        <w:t>aah is say qabal jo hai aik junior associate circle hoti hai.</w:t>
      </w:r>
    </w:p>
    <w:p>
      <w:pPr>
        <w:jc w:val="right"/>
      </w:pPr>
      <w:r>
        <w:t>آہ اس سے قبل جو ہے ایک جونیئر ایسوسی ایٹ سرکل ہوتی ہے۔</w:t>
      </w:r>
    </w:p>
    <w:p>
      <w:r>
        <w:rPr>
          <w:b/>
        </w:rPr>
        <w:t xml:space="preserve">[32:01] </w:t>
      </w:r>
      <w:r>
        <w:t>isaiyon ki jo hai hum tab say jo hai wabasta hain.</w:t>
      </w:r>
    </w:p>
    <w:p>
      <w:pPr>
        <w:jc w:val="right"/>
      </w:pPr>
      <w:r>
        <w:t>عیسائیوں کی جو ہے ہم تب سے جو ہے وابستہ ہیں۔</w:t>
      </w:r>
    </w:p>
    <w:p>
      <w:r>
        <w:rPr>
          <w:b/>
        </w:rPr>
        <w:t xml:space="preserve">[32:05] </w:t>
      </w:r>
      <w:r>
        <w:t>to yeh ghaleban ninety ninety four say jo hai hum jamaat-e-islami ki stream say jo hai wabasta hain.</w:t>
      </w:r>
    </w:p>
    <w:p>
      <w:pPr>
        <w:jc w:val="right"/>
      </w:pPr>
      <w:r>
        <w:t>تو یہ غالباً نائنٹی نائنٹی فور سے جو ہے ہم جماعت اسلامی کی سٹریم سے جو ہے وابستہ ہیں۔</w:t>
      </w:r>
    </w:p>
    <w:p>
      <w:r>
        <w:rPr>
          <w:b/>
        </w:rPr>
        <w:t xml:space="preserve">[32:09] </w:t>
      </w:r>
      <w:r>
        <w:t>bilkul bachpan say hi.</w:t>
      </w:r>
    </w:p>
    <w:p>
      <w:pPr>
        <w:jc w:val="right"/>
      </w:pPr>
      <w:r>
        <w:t>بالکل بچپن سے ہی۔</w:t>
      </w:r>
    </w:p>
    <w:p>
      <w:r>
        <w:rPr>
          <w:b/>
        </w:rPr>
        <w:t xml:space="preserve">[32:14] </w:t>
      </w:r>
      <w:r>
        <w:t>to hamaray baray bhai sahib jo hain kafi mutala'ay ka jo hai hum ko is ki taraf jo</w:t>
      </w:r>
    </w:p>
    <w:p>
      <w:pPr>
        <w:jc w:val="right"/>
      </w:pPr>
      <w:r>
        <w:t>تو ہمارے بڑے بھائی صاحب جو ہیں کافی مطالعے کا جو ہے ہم کو اس کی طرف جو</w:t>
      </w:r>
    </w:p>
    <w:p>
      <w:r>
        <w:rPr>
          <w:b/>
        </w:rPr>
        <w:t xml:space="preserve">[32:18] </w:t>
      </w:r>
      <w:r>
        <w:t>hai tawajjah dilate thay.</w:t>
      </w:r>
    </w:p>
    <w:p>
      <w:pPr>
        <w:jc w:val="right"/>
      </w:pPr>
      <w:r>
        <w:t>ہے توجہ دلاتے تھے۔</w:t>
      </w:r>
    </w:p>
    <w:p>
      <w:r>
        <w:rPr>
          <w:b/>
        </w:rPr>
        <w:t xml:space="preserve">[32:22] </w:t>
      </w:r>
      <w:r>
        <w:t>aur hum bachpan hi mein jo hai Maulana Maududi ki jo hai kafi kitabein parh liye thay.</w:t>
      </w:r>
    </w:p>
    <w:p>
      <w:pPr>
        <w:jc w:val="right"/>
      </w:pPr>
      <w:r>
        <w:t>اور ہم بچپن ہی میں جو ہے مولانا مودودی کی جو ہے کافی کتابیں پڑھ لیے تھے۔</w:t>
      </w:r>
    </w:p>
    <w:p>
      <w:r>
        <w:rPr>
          <w:b/>
        </w:rPr>
        <w:t xml:space="preserve">[32:26] </w:t>
      </w:r>
      <w:r>
        <w:t>jaisay kay khaas kar deeniyat aur khutbat to mein jo hai bohat hi interest say jo hai Maulana</w:t>
      </w:r>
    </w:p>
    <w:p>
      <w:pPr>
        <w:jc w:val="right"/>
      </w:pPr>
      <w:r>
        <w:t>جیسے کہ خاص کر دینیات اور خطبات تو میں جو ہے بہت ہی انٹرسٹ سے جو ہے مولانا</w:t>
      </w:r>
    </w:p>
    <w:p>
      <w:r>
        <w:rPr>
          <w:b/>
        </w:rPr>
        <w:t xml:space="preserve">[32:31] </w:t>
      </w:r>
      <w:r>
        <w:t>Maududi ki kitabein parha karta tha.</w:t>
      </w:r>
    </w:p>
    <w:p>
      <w:pPr>
        <w:jc w:val="right"/>
      </w:pPr>
      <w:r>
        <w:t>مودودی کی کتابیں پڑھا کرتا تھا۔</w:t>
      </w:r>
    </w:p>
    <w:p>
      <w:r>
        <w:rPr>
          <w:b/>
        </w:rPr>
        <w:t xml:space="preserve">[32:35] </w:t>
      </w:r>
      <w:r>
        <w:t>aur jaisay kay salamati ka rasta hai banao bigar hai yeh kafi kitabein hum nay jo hai Maulana</w:t>
      </w:r>
    </w:p>
    <w:p>
      <w:pPr>
        <w:jc w:val="right"/>
      </w:pPr>
      <w:r>
        <w:t>اور جیسے کہ سلامتی کا راستہ ہے بناؤ بگاڑ ہے یہ کافی کتابیں ہم نے جو ہے مولانا</w:t>
      </w:r>
    </w:p>
    <w:p>
      <w:r>
        <w:rPr>
          <w:b/>
        </w:rPr>
        <w:t xml:space="preserve">[32:39] </w:t>
      </w:r>
      <w:r>
        <w:t>Maududi kay jo hai parh chukay thay.</w:t>
      </w:r>
    </w:p>
    <w:p>
      <w:pPr>
        <w:jc w:val="right"/>
      </w:pPr>
      <w:r>
        <w:t>مودودی کے جو ہے پڑھ چکے تھے۔</w:t>
      </w:r>
    </w:p>
    <w:p>
      <w:r>
        <w:rPr>
          <w:b/>
        </w:rPr>
        <w:t xml:space="preserve">[32:44] </w:t>
      </w:r>
      <w:r>
        <w:t>lekin nine ninety nine ke andar jo hai ek turning point aaya meri life mein.</w:t>
      </w:r>
    </w:p>
    <w:p>
      <w:pPr>
        <w:jc w:val="right"/>
      </w:pPr>
      <w:r>
        <w:t>لیکن نائنٹی نائن کے اندر جو ہے ایک ٹرننگ پوائنٹ آیا میری لائف میں۔</w:t>
      </w:r>
    </w:p>
    <w:p>
      <w:r>
        <w:rPr>
          <w:b/>
        </w:rPr>
        <w:t xml:space="preserve">[32:48] </w:t>
      </w:r>
      <w:r>
        <w:t>aah bangalore mein jamaat e islami aah jamaat e islami ka jo hai ek aah state level aah program tha</w:t>
      </w:r>
    </w:p>
    <w:p>
      <w:pPr>
        <w:jc w:val="right"/>
      </w:pPr>
      <w:r>
        <w:t>آہ بنگلور میں جماعت اسلامی آہ جماعت اسلامی کا جو ہے ایک آہ اسٹیٹ لیول آہ پروگرام تھا</w:t>
      </w:r>
    </w:p>
    <w:p>
      <w:r>
        <w:rPr>
          <w:b/>
        </w:rPr>
        <w:t xml:space="preserve">[32:52] </w:t>
      </w:r>
      <w:r>
        <w:t>fi sabilillah ke naam se.</w:t>
      </w:r>
    </w:p>
    <w:p>
      <w:pPr>
        <w:jc w:val="right"/>
      </w:pPr>
      <w:r>
        <w:t>ففی الہ اللہ کے نام سے۔</w:t>
      </w:r>
    </w:p>
    <w:p>
      <w:r>
        <w:rPr>
          <w:b/>
        </w:rPr>
        <w:t xml:space="preserve">[32:57] </w:t>
      </w:r>
      <w:r>
        <w:t>to basav kalyan mein jo hai hum apne maqam pe aah jamaat mein jo hai teen teen afraad</w:t>
      </w:r>
    </w:p>
    <w:p>
      <w:pPr>
        <w:jc w:val="right"/>
      </w:pPr>
      <w:r>
        <w:t>تو بسو کلیان میں جو ہے ہم اپنے مقام پہ آہ جماعت میں جو ہے تین تین افراد</w:t>
      </w:r>
    </w:p>
    <w:p>
      <w:r>
        <w:rPr>
          <w:b/>
        </w:rPr>
        <w:t xml:space="preserve">[33:01] </w:t>
      </w:r>
      <w:r>
        <w:t>ki jo hai ek team bana ke woh is program ke liye jo hai logon ko convince karne</w:t>
      </w:r>
    </w:p>
    <w:p>
      <w:pPr>
        <w:jc w:val="right"/>
      </w:pPr>
      <w:r>
        <w:t>کی جو ہے ایک ٹیم بنا کے وہ اس پروگرام کے لیے جو ہے لوگوں کو کنونس کرنے</w:t>
      </w:r>
    </w:p>
    <w:p>
      <w:r>
        <w:rPr>
          <w:b/>
        </w:rPr>
        <w:t xml:space="preserve">[33:05] </w:t>
      </w:r>
      <w:r>
        <w:t>ke liye hum ko jo hai field work karne ke liye keh di thi woh.</w:t>
      </w:r>
    </w:p>
    <w:p>
      <w:pPr>
        <w:jc w:val="right"/>
      </w:pPr>
      <w:r>
        <w:t>کے لیے ہم کو جو ہے فیلڈ ورک کرنے کے لیے کہہ دی تھی وہ۔</w:t>
      </w:r>
    </w:p>
    <w:p>
      <w:r>
        <w:rPr>
          <w:b/>
        </w:rPr>
        <w:t xml:space="preserve">[33:10] </w:t>
      </w:r>
      <w:r>
        <w:t>to hum bhi ek team ke sath shamil the.</w:t>
      </w:r>
    </w:p>
    <w:p>
      <w:pPr>
        <w:jc w:val="right"/>
      </w:pPr>
      <w:r>
        <w:t>تو ہم بھی ایک ٹیم کے ساتھ شامل تھے۔</w:t>
      </w:r>
    </w:p>
    <w:p>
      <w:r>
        <w:rPr>
          <w:b/>
        </w:rPr>
        <w:t xml:space="preserve">[33:14] </w:t>
      </w:r>
      <w:r>
        <w:t>hamare ek team leader the aur aur hum un ke sath jo hai aah muawin ke ehsas se</w:t>
      </w:r>
    </w:p>
    <w:p>
      <w:pPr>
        <w:jc w:val="right"/>
      </w:pPr>
      <w:r>
        <w:t>ہمارے ایک ٹیم لیڈر تھے اور اور ہم ان کے ساتھ جو ہے آہ معاون کے احساس سے</w:t>
      </w:r>
    </w:p>
    <w:p>
      <w:r>
        <w:rPr>
          <w:b/>
        </w:rPr>
        <w:t xml:space="preserve">[33:18] </w:t>
      </w:r>
      <w:r>
        <w:t>jo hai un ke sath the hum.</w:t>
      </w:r>
    </w:p>
    <w:p>
      <w:pPr>
        <w:jc w:val="right"/>
      </w:pPr>
      <w:r>
        <w:t>جو ہے ان کے ساتھ تھے ہم۔</w:t>
      </w:r>
    </w:p>
    <w:p>
      <w:r>
        <w:rPr>
          <w:b/>
        </w:rPr>
        <w:t xml:space="preserve">[33:22] </w:t>
      </w:r>
      <w:r>
        <w:t>to hum ek sahab ke paas jo hai is aah fi sabilillah ki jo hai program mein</w:t>
      </w:r>
    </w:p>
    <w:p>
      <w:pPr>
        <w:jc w:val="right"/>
      </w:pPr>
      <w:r>
        <w:t>تو ہم ایک صاحب کے پاس جو ہے اس آہ ففی الہ اللہ کی جو ہے پروگرام میں</w:t>
      </w:r>
    </w:p>
    <w:p>
      <w:r>
        <w:rPr>
          <w:b/>
        </w:rPr>
        <w:t xml:space="preserve">[33:27] </w:t>
      </w:r>
      <w:r>
        <w:t>jo hai un ko invite karne ke liye matlab is program ka taaruf karane ke liye un ke paas pahunche.</w:t>
      </w:r>
    </w:p>
    <w:p>
      <w:pPr>
        <w:jc w:val="right"/>
      </w:pPr>
      <w:r>
        <w:t>جو ہے ان کو انوائٹ کرنے کے لیے مطلب اس پروگرام کا تعارف کرانے کے لیے ان کے پاس پہنچے۔</w:t>
      </w:r>
    </w:p>
    <w:p>
      <w:r>
        <w:rPr>
          <w:b/>
        </w:rPr>
        <w:t xml:space="preserve">[33:31] </w:t>
      </w:r>
      <w:r>
        <w:t>is ke baad unhon ne hamari baat sunne ke baad Maulana Wahiduddin Khan sahib ki jo hai</w:t>
      </w:r>
    </w:p>
    <w:p>
      <w:pPr>
        <w:jc w:val="right"/>
      </w:pPr>
      <w:r>
        <w:t>اس کے بعد انہوں نے ہماری بات سننے کے بعد مولانا وحید الدین خان صاحب کی جو ہے</w:t>
      </w:r>
    </w:p>
    <w:p>
      <w:r>
        <w:rPr>
          <w:b/>
        </w:rPr>
        <w:t xml:space="preserve">[33:35] </w:t>
      </w:r>
      <w:r>
        <w:t>ek kitab nikali apne desk se tasveer milat.</w:t>
      </w:r>
    </w:p>
    <w:p>
      <w:pPr>
        <w:jc w:val="right"/>
      </w:pPr>
      <w:r>
        <w:t>ایک کتاب نکالی اپنے ڈیسک سے تصویر ملت۔</w:t>
      </w:r>
    </w:p>
    <w:p>
      <w:r>
        <w:rPr>
          <w:b/>
        </w:rPr>
        <w:t xml:space="preserve">[33:40] </w:t>
      </w:r>
      <w:r>
        <w:t>aur bilkul jo hai ibtidai jo mazmoon hai Maulana ka karne ka kaam woh padh ke sunaya unhon ne.</w:t>
      </w:r>
    </w:p>
    <w:p>
      <w:pPr>
        <w:jc w:val="right"/>
      </w:pPr>
      <w:r>
        <w:t>اور بالکل جو ہے ابتدائی جو مضمون ہے مولانا کا کرنے کا کام وہ پڑھ کے سنایا انہوں نے۔</w:t>
      </w:r>
    </w:p>
    <w:p>
      <w:r>
        <w:rPr>
          <w:b/>
        </w:rPr>
        <w:t xml:space="preserve">[33:44] </w:t>
      </w:r>
      <w:r>
        <w:t>to is ke andar Maulana ne teen baatein farmayi hain ke is waqt asal mein karna kya hai?</w:t>
      </w:r>
    </w:p>
    <w:p>
      <w:pPr>
        <w:jc w:val="right"/>
      </w:pPr>
      <w:r>
        <w:t>تو اس کے اندر مولانا نے تین باتیں فرمائی ہیں کہ اس وقت اصل میں کرنا کیا ہے؟</w:t>
      </w:r>
    </w:p>
    <w:p>
      <w:r>
        <w:rPr>
          <w:b/>
        </w:rPr>
        <w:t xml:space="preserve">[33:48] </w:t>
      </w:r>
      <w:r>
        <w:t>ek tazkiya e nafoos kyunke is waqt ummat e muslema khasaawat ka shikar hai.</w:t>
      </w:r>
    </w:p>
    <w:p>
      <w:pPr>
        <w:jc w:val="right"/>
      </w:pPr>
      <w:r>
        <w:t>ایک تزکیہ نفوس کیونکہ اس وقت امت مسلمہ خساوت کا شکار ہے۔</w:t>
      </w:r>
    </w:p>
    <w:p>
      <w:r>
        <w:rPr>
          <w:b/>
        </w:rPr>
        <w:t xml:space="preserve">[33:53] </w:t>
      </w:r>
      <w:r>
        <w:t>tool amad ke baad har ummat ke andar jo hai khasaawat ajati hai.</w:t>
      </w:r>
    </w:p>
    <w:p>
      <w:pPr>
        <w:jc w:val="right"/>
      </w:pPr>
      <w:r>
        <w:t>طول عمد کے بعد ہر امت کے اندر جو ہے خساوت آجاتی ہے۔</w:t>
      </w:r>
    </w:p>
    <w:p>
      <w:r>
        <w:rPr>
          <w:b/>
        </w:rPr>
        <w:t xml:space="preserve">[33:57] </w:t>
      </w:r>
      <w:r>
        <w:t>to aap ne bani israel ki jo hai ek misaal se jo hai is ko wazeh kiya hai.</w:t>
      </w:r>
    </w:p>
    <w:p>
      <w:pPr>
        <w:jc w:val="right"/>
      </w:pPr>
      <w:r>
        <w:t>تو آپ نے بنی اسرائیل کی جو ہے ایک مثال سے جو ہے اس کو واضح کیا ہے۔</w:t>
      </w:r>
    </w:p>
    <w:p>
      <w:r>
        <w:rPr>
          <w:b/>
        </w:rPr>
        <w:t xml:space="preserve">[34:01] </w:t>
      </w:r>
      <w:r>
        <w:t>to is ke baad karne ka kaam yeh hota hai ke jo hai ummat ko dobara jo hai</w:t>
      </w:r>
    </w:p>
    <w:p>
      <w:pPr>
        <w:jc w:val="right"/>
      </w:pPr>
      <w:r>
        <w:t>تو اس کے بعد کرنے کا کام یہ ہوتا ہے کہ جو ہے امت کو دوبارہ جو ہے</w:t>
      </w:r>
    </w:p>
    <w:p>
      <w:r>
        <w:rPr>
          <w:b/>
        </w:rPr>
        <w:t xml:space="preserve">[34:05] </w:t>
      </w:r>
      <w:r>
        <w:t>is ka tazkiya kiya jaye.</w:t>
      </w:r>
    </w:p>
    <w:p>
      <w:pPr>
        <w:jc w:val="right"/>
      </w:pPr>
      <w:r>
        <w:t>اس کا تزکیہ کیا جائے۔</w:t>
      </w:r>
    </w:p>
    <w:p>
      <w:r>
        <w:rPr>
          <w:b/>
        </w:rPr>
        <w:t xml:space="preserve">[34:10] </w:t>
      </w:r>
      <w:r>
        <w:t>doosra kaam aap ne yeh bataya tha is ke andar ke is waqt ummat e muslema ka jo nasb</w:t>
      </w:r>
    </w:p>
    <w:p>
      <w:pPr>
        <w:jc w:val="right"/>
      </w:pPr>
      <w:r>
        <w:t>دوسرا کام آپ نے یہ بتایا تھا اس کے اندر کہ اس وقت امت مسلمہ کا جو نصب</w:t>
      </w:r>
    </w:p>
    <w:p>
      <w:r>
        <w:rPr>
          <w:b/>
        </w:rPr>
        <w:t xml:space="preserve">[34:14] </w:t>
      </w:r>
      <w:r>
        <w:t>ul ain hai dawat e ilallah woh poori tarah faramosh kar chuki hai.</w:t>
      </w:r>
    </w:p>
    <w:p>
      <w:pPr>
        <w:jc w:val="right"/>
      </w:pPr>
      <w:r>
        <w:t>العین ہے دعوت الہ اللہ وہ پوری طرح فراموش کر چکی ہے۔</w:t>
      </w:r>
    </w:p>
    <w:p>
      <w:r>
        <w:rPr>
          <w:b/>
        </w:rPr>
        <w:t xml:space="preserve">[34:18] </w:t>
      </w:r>
      <w:r>
        <w:t>aur is ke taaluq se jo hai ummat ko bedar karna hai.</w:t>
      </w:r>
    </w:p>
    <w:p>
      <w:pPr>
        <w:jc w:val="right"/>
      </w:pPr>
      <w:r>
        <w:t>اور اس کے تعلق سے جو ہے امت کو بیدار کرنا ہے۔</w:t>
      </w:r>
    </w:p>
    <w:p>
      <w:r>
        <w:rPr>
          <w:b/>
        </w:rPr>
        <w:t xml:space="preserve">[34:23] </w:t>
      </w:r>
      <w:r>
        <w:t>aware karna hai.</w:t>
      </w:r>
    </w:p>
    <w:p>
      <w:pPr>
        <w:jc w:val="right"/>
      </w:pPr>
      <w:r>
        <w:t>اویئر کرنا ہے۔</w:t>
      </w:r>
    </w:p>
    <w:p>
      <w:r>
        <w:rPr>
          <w:b/>
        </w:rPr>
        <w:t xml:space="preserve">[34:27] </w:t>
      </w:r>
      <w:r>
        <w:t>is ke andar ihya e dawat ka jo hai shaoor bedar karna hai.</w:t>
      </w:r>
    </w:p>
    <w:p>
      <w:pPr>
        <w:jc w:val="right"/>
      </w:pPr>
      <w:r>
        <w:t>اس کے اندر احیائے دعوت کا جو ہے شعور بیدار کرنا ہے۔</w:t>
      </w:r>
    </w:p>
    <w:p>
      <w:r>
        <w:rPr>
          <w:b/>
        </w:rPr>
        <w:t xml:space="preserve">[34:31] </w:t>
      </w:r>
      <w:r>
        <w:t>yeh doosra kaam ملت ke andar karna hai.</w:t>
      </w:r>
    </w:p>
    <w:p>
      <w:pPr>
        <w:jc w:val="right"/>
      </w:pPr>
      <w:r>
        <w:t>یہ دوسرا کام ملت کے اندر کرنا ہے۔</w:t>
      </w:r>
    </w:p>
    <w:p>
      <w:r>
        <w:rPr>
          <w:b/>
        </w:rPr>
        <w:t xml:space="preserve">[34:36] </w:t>
      </w:r>
      <w:r>
        <w:t>teesra kaam aap ne is mazmoon ke andar yeh bataya tha ke maal bhi jo hai zindagi ke</w:t>
      </w:r>
    </w:p>
    <w:p>
      <w:pPr>
        <w:jc w:val="right"/>
      </w:pPr>
      <w:r>
        <w:t>تیسرا کام آپ نے اس مضمون کے اندر یہ بتایا تھا کہ مال بھی جو ہے زندگی کے</w:t>
      </w:r>
    </w:p>
    <w:p>
      <w:r>
        <w:rPr>
          <w:b/>
        </w:rPr>
        <w:t xml:space="preserve">[34:40] </w:t>
      </w:r>
      <w:r>
        <w:t>khayyam ka zariya hai.</w:t>
      </w:r>
    </w:p>
    <w:p>
      <w:pPr>
        <w:jc w:val="right"/>
      </w:pPr>
      <w:r>
        <w:t>خیام کا ذریعہ ہے۔</w:t>
      </w:r>
    </w:p>
    <w:p>
      <w:r>
        <w:rPr>
          <w:b/>
        </w:rPr>
        <w:t xml:space="preserve">[34:44] </w:t>
      </w:r>
      <w:r>
        <w:t>toh is waqt ملت maashi lehaaz se maadi lehaaz se jo hai khud kafil nahi hai.</w:t>
      </w:r>
    </w:p>
    <w:p>
      <w:pPr>
        <w:jc w:val="right"/>
      </w:pPr>
      <w:r>
        <w:t>تو اس وقت ملت معاشی لحاظ سے مادی لحاظ سے جو ہے خود کفیل نہیں ہے۔</w:t>
      </w:r>
    </w:p>
    <w:p>
      <w:r>
        <w:rPr>
          <w:b/>
        </w:rPr>
        <w:t xml:space="preserve">[34:49] </w:t>
      </w:r>
      <w:r>
        <w:t>isko agar duniya ke andar doosre aqwaam ke saamne theherna hai toh isko jo hai mustahkam</w:t>
      </w:r>
    </w:p>
    <w:p>
      <w:pPr>
        <w:jc w:val="right"/>
      </w:pPr>
      <w:r>
        <w:t>اس کو اگر دنیا کے اندر دوسرے اقوام کے سامنے ٹھہرنا ہے تو اس کو جو ہے مستحکم</w:t>
      </w:r>
    </w:p>
    <w:p>
      <w:r>
        <w:rPr>
          <w:b/>
        </w:rPr>
        <w:t xml:space="preserve">[34:53] </w:t>
      </w:r>
      <w:r>
        <w:t>hona zaroori hai maali aitbaar se.</w:t>
      </w:r>
    </w:p>
    <w:p>
      <w:pPr>
        <w:jc w:val="right"/>
      </w:pPr>
      <w:r>
        <w:t>ہونا ضروری ہے مالی اعتبار سے۔</w:t>
      </w:r>
    </w:p>
    <w:p>
      <w:r>
        <w:rPr>
          <w:b/>
        </w:rPr>
        <w:t xml:space="preserve">[34:57] </w:t>
      </w:r>
      <w:r>
        <w:t>toh is waqt karne ka kaam taameer ملت hai.</w:t>
      </w:r>
    </w:p>
    <w:p>
      <w:pPr>
        <w:jc w:val="right"/>
      </w:pPr>
      <w:r>
        <w:t>تو اس وقت کرنے کا کام تعمیر ملت ہے۔</w:t>
      </w:r>
    </w:p>
    <w:p>
      <w:r>
        <w:rPr>
          <w:b/>
        </w:rPr>
        <w:t xml:space="preserve">[35:01] </w:t>
      </w:r>
      <w:r>
        <w:t>toh iske neeche aap ne bataya tha ke jo hai maujooda zamane mein jitne bhi tehreekaat barpa</w:t>
      </w:r>
    </w:p>
    <w:p>
      <w:pPr>
        <w:jc w:val="right"/>
      </w:pPr>
      <w:r>
        <w:t>تو اس کے نیچے آپ نے بتایا تھا کہ جو ہے موجودہ زمانے میں جتنے بھی تحریکات برپا</w:t>
      </w:r>
    </w:p>
    <w:p>
      <w:r>
        <w:rPr>
          <w:b/>
        </w:rPr>
        <w:t xml:space="preserve">[35:06] </w:t>
      </w:r>
      <w:r>
        <w:t>hui hain woh koi jo hai yeh kaam nahi kar raha siwaye Ar-Risala ke.</w:t>
      </w:r>
    </w:p>
    <w:p>
      <w:pPr>
        <w:jc w:val="right"/>
      </w:pPr>
      <w:r>
        <w:t>ہوئی ہیں وہ کوئی جو ہے یہ کام نہیں کر رہا سوائے الرسالہ کے۔</w:t>
      </w:r>
    </w:p>
    <w:p>
      <w:r>
        <w:rPr>
          <w:b/>
        </w:rPr>
        <w:t xml:space="preserve">[35:10] </w:t>
      </w:r>
      <w:r>
        <w:t>toh yeh mazmoon hum ne khamoshi se suna lekin hamare team leader ne kuch unke saath kuch</w:t>
      </w:r>
    </w:p>
    <w:p>
      <w:pPr>
        <w:jc w:val="right"/>
      </w:pPr>
      <w:r>
        <w:t>تو یہ مضمون ہم نے خاموشی سے سنا لیکن ہمارے ٹیم لیڈر نے کچھ ان کے ساتھ کچھ</w:t>
      </w:r>
    </w:p>
    <w:p>
      <w:r>
        <w:rPr>
          <w:b/>
        </w:rPr>
        <w:t xml:space="preserve">[35:14] </w:t>
      </w:r>
      <w:r>
        <w:t>discussion kiya matlab apna difaa ke liye.</w:t>
      </w:r>
    </w:p>
    <w:p>
      <w:pPr>
        <w:jc w:val="right"/>
      </w:pPr>
      <w:r>
        <w:t>ڈسکشن کیا مطلب اپنا دفاع کے لیے۔</w:t>
      </w:r>
    </w:p>
    <w:p>
      <w:r>
        <w:rPr>
          <w:b/>
        </w:rPr>
        <w:t xml:space="preserve">[35:19] </w:t>
      </w:r>
      <w:r>
        <w:t>toh is waqt mein soch mein pad gaya ke jo hai hum taqreeban paanch chhay saal se kitaabein</w:t>
      </w:r>
    </w:p>
    <w:p>
      <w:pPr>
        <w:jc w:val="right"/>
      </w:pPr>
      <w:r>
        <w:t>تو اس وقت میں سوچ میں پڑ گیا کہ جو ہے ہم تقریباً پانچ چھ سال سے کتابیں</w:t>
      </w:r>
    </w:p>
    <w:p>
      <w:r>
        <w:rPr>
          <w:b/>
        </w:rPr>
        <w:t xml:space="preserve">[35:23] </w:t>
      </w:r>
      <w:r>
        <w:t>padh rahe the ke lekin kaam kya karna hai samajh mein nahi aaya tha mujhe.</w:t>
      </w:r>
    </w:p>
    <w:p>
      <w:pPr>
        <w:jc w:val="right"/>
      </w:pPr>
      <w:r>
        <w:t>پڑھ رہے تھے کہ لیکن کام کیا کرنا ہے سمجھ میں نہیں آیا تھا مجھے۔</w:t>
      </w:r>
    </w:p>
    <w:p>
      <w:r>
        <w:rPr>
          <w:b/>
        </w:rPr>
        <w:t xml:space="preserve">[35:27] </w:t>
      </w:r>
      <w:r>
        <w:t>itni kitaabein padhne ke bawajood bhi jo hai kaam kya karna hai bas ek team se jude hue</w:t>
      </w:r>
    </w:p>
    <w:p>
      <w:pPr>
        <w:jc w:val="right"/>
      </w:pPr>
      <w:r>
        <w:t>اتنی کتابیں پڑھنے کے باوجود بھی جو ہے کام کیا کرنا ہے بس ایک ٹیم سے جڑے ہوئے</w:t>
      </w:r>
    </w:p>
    <w:p>
      <w:r>
        <w:rPr>
          <w:b/>
        </w:rPr>
        <w:t xml:space="preserve">[35:32] </w:t>
      </w:r>
      <w:r>
        <w:t>the aur halqe se jo hai ek circular aaya karta tha.</w:t>
      </w:r>
    </w:p>
    <w:p>
      <w:pPr>
        <w:jc w:val="right"/>
      </w:pPr>
      <w:r>
        <w:t>تھے اور حلقے سے جو ہے ایک سرکولر آیا کرتا تھا۔</w:t>
      </w:r>
    </w:p>
    <w:p>
      <w:r>
        <w:rPr>
          <w:b/>
        </w:rPr>
        <w:t xml:space="preserve">[35:36] </w:t>
      </w:r>
      <w:r>
        <w:t>hum is circular ki buniyad par jo hai kuch kaam tarteeb dete the aur field mein nikal jaate</w:t>
      </w:r>
    </w:p>
    <w:p>
      <w:pPr>
        <w:jc w:val="right"/>
      </w:pPr>
      <w:r>
        <w:t>ہم اس سرکولر کی بنیاد پر جو ہے کچھ کام ترتیب دیتے تھے اور فیلڈ میں نکل جاتے</w:t>
      </w:r>
    </w:p>
    <w:p>
      <w:r>
        <w:rPr>
          <w:b/>
        </w:rPr>
        <w:t xml:space="preserve">[35:40] </w:t>
      </w:r>
      <w:r>
        <w:t>the yahi kaam tha.</w:t>
      </w:r>
    </w:p>
    <w:p>
      <w:pPr>
        <w:jc w:val="right"/>
      </w:pPr>
      <w:r>
        <w:t>تھے یہی کام تھا۔</w:t>
      </w:r>
    </w:p>
    <w:p>
      <w:r>
        <w:rPr>
          <w:b/>
        </w:rPr>
        <w:t xml:space="preserve">[35:45] </w:t>
      </w:r>
      <w:r>
        <w:t>lekin spirit jo real kaam ka shaoor jo waqai mein jo hai Maulana ke is iqtibaas se mujhe ko mila.</w:t>
      </w:r>
    </w:p>
    <w:p>
      <w:pPr>
        <w:jc w:val="right"/>
      </w:pPr>
      <w:r>
        <w:t>لیکن سپرٹ جو ریئل کام کا شعور جو واقعی میں جو ہے مولانا کے اس اقتباس سے مجھے کو ملا۔</w:t>
      </w:r>
    </w:p>
    <w:p>
      <w:r>
        <w:rPr>
          <w:b/>
        </w:rPr>
        <w:t xml:space="preserve">[35:49] </w:t>
      </w:r>
      <w:r>
        <w:t>toh foran maine irada kar liya ke jo hai is shakhsiyat ko padhna chahiye mujhe.</w:t>
      </w:r>
    </w:p>
    <w:p>
      <w:pPr>
        <w:jc w:val="right"/>
      </w:pPr>
      <w:r>
        <w:t>تو فوراً میں نے ارادہ کر لیا کہ جو ہے اس شخصیت کو پڑھنا چاہیے مجھے۔</w:t>
      </w:r>
    </w:p>
    <w:p>
      <w:r>
        <w:rPr>
          <w:b/>
        </w:rPr>
        <w:t xml:space="preserve">[35:53] </w:t>
      </w:r>
      <w:r>
        <w:t>aur ek aham tareen waqea aah tanzeem ka jo hai ek monthly magazine nikalta hai Rafeeq Manzil.</w:t>
      </w:r>
    </w:p>
    <w:p>
      <w:pPr>
        <w:jc w:val="right"/>
      </w:pPr>
      <w:r>
        <w:t>اور ایک اہم ترین واقعہ آہ تنظیم کا جو ہے ایک منتھلی میگزین نکلتا ہے رفیق منزل۔</w:t>
      </w:r>
    </w:p>
    <w:p>
      <w:r>
        <w:rPr>
          <w:b/>
        </w:rPr>
        <w:t xml:space="preserve">[35:57] </w:t>
      </w:r>
      <w:r>
        <w:t>toh uska ek khusoosi shumarah jo hai shaya hua tha Mutala Number.</w:t>
      </w:r>
    </w:p>
    <w:p>
      <w:pPr>
        <w:jc w:val="right"/>
      </w:pPr>
      <w:r>
        <w:t>تو اس کا ایک خصوصی شمارہ جو ہے شائع ہوا تھا مطالعہ نمبر۔</w:t>
      </w:r>
    </w:p>
    <w:p>
      <w:r>
        <w:rPr>
          <w:b/>
        </w:rPr>
        <w:t xml:space="preserve">[36:02] </w:t>
      </w:r>
      <w:r>
        <w:t>toh uske andar jo hai aham tareen shakhsiyaat ke jo interviews the.</w:t>
      </w:r>
    </w:p>
    <w:p>
      <w:pPr>
        <w:jc w:val="right"/>
      </w:pPr>
      <w:r>
        <w:t>تو اس کے اندر جو ہے اہم ترین شخصیات کے جو انٹرویوز تھے۔</w:t>
      </w:r>
    </w:p>
    <w:p>
      <w:r>
        <w:rPr>
          <w:b/>
        </w:rPr>
        <w:t xml:space="preserve">[36:06] </w:t>
      </w:r>
      <w:r>
        <w:t>toh Maulana Wahiduddin Khan sahib ka bhi jo hai ek interview tha uske andar.</w:t>
      </w:r>
    </w:p>
    <w:p>
      <w:pPr>
        <w:jc w:val="right"/>
      </w:pPr>
      <w:r>
        <w:t>تو مولانا وحید الدین خان صاحب کا بھی جو ہے ایک انٹرویو تھا اس کے اندر۔</w:t>
      </w:r>
    </w:p>
    <w:p>
      <w:r>
        <w:rPr>
          <w:b/>
        </w:rPr>
        <w:t xml:space="preserve">[36:10] </w:t>
      </w:r>
      <w:r>
        <w:t>toh ek sawaal interviewer ne unse kiya tha ke aap kis shakhsiyat se mutasir hain? Toh Maulana</w:t>
      </w:r>
    </w:p>
    <w:p>
      <w:pPr>
        <w:jc w:val="right"/>
      </w:pPr>
      <w:r>
        <w:t>تو ایک سوال انٹرویوور نے ان سے کیا تھا کہ آپ کس شخصیت سے متاثر ہیں؟ تو مولانا</w:t>
      </w:r>
    </w:p>
    <w:p>
      <w:r>
        <w:rPr>
          <w:b/>
        </w:rPr>
        <w:t xml:space="preserve">[36:15] </w:t>
      </w:r>
      <w:r>
        <w:t>ka jo jawab tha woh mujhe sochne par majboor kar diya.</w:t>
      </w:r>
    </w:p>
    <w:p>
      <w:pPr>
        <w:jc w:val="right"/>
      </w:pPr>
      <w:r>
        <w:t>کا جو جواب تھا وہ مجھے سوچنے پر مجبور کر دیا۔</w:t>
      </w:r>
    </w:p>
    <w:p>
      <w:r>
        <w:rPr>
          <w:b/>
        </w:rPr>
        <w:t xml:space="preserve">[36:19] </w:t>
      </w:r>
      <w:r>
        <w:t>aap ne yeh nahi kaha ke main jo hai ghazali se mutasir houn.</w:t>
      </w:r>
    </w:p>
    <w:p>
      <w:pPr>
        <w:jc w:val="right"/>
      </w:pPr>
      <w:r>
        <w:t>آپ نے یہ نہیں کہا کہ میں جو ہے غزالی سے متاثر ہوں۔</w:t>
      </w:r>
    </w:p>
    <w:p>
      <w:r>
        <w:rPr>
          <w:b/>
        </w:rPr>
        <w:t xml:space="preserve">[36:23] </w:t>
      </w:r>
      <w:r>
        <w:t>main ibn taimiya se mutasir houn.</w:t>
      </w:r>
    </w:p>
    <w:p>
      <w:pPr>
        <w:jc w:val="right"/>
      </w:pPr>
      <w:r>
        <w:t>میں ابن تیمیہ سے متاثر ہوں۔</w:t>
      </w:r>
    </w:p>
    <w:p>
      <w:r>
        <w:rPr>
          <w:b/>
        </w:rPr>
        <w:t xml:space="preserve">[36:28] </w:t>
      </w:r>
      <w:r>
        <w:t>maulana ne kaha ke main khud apni fitrat se mutasir houn.</w:t>
      </w:r>
    </w:p>
    <w:p>
      <w:pPr>
        <w:jc w:val="right"/>
      </w:pPr>
      <w:r>
        <w:t>مولانا نے کہا کہ میں خود اپنی فطرت سے متاثر ہوں۔</w:t>
      </w:r>
    </w:p>
    <w:p>
      <w:r>
        <w:rPr>
          <w:b/>
        </w:rPr>
        <w:t xml:space="preserve">[36:32] </w:t>
      </w:r>
      <w:r>
        <w:t>to yeh maula yeh rawaiyeti jawab nahi hai.</w:t>
      </w:r>
    </w:p>
    <w:p>
      <w:pPr>
        <w:jc w:val="right"/>
      </w:pPr>
      <w:r>
        <w:t>تو یہ مولا یہ روایتی جواب نہیں ہے۔</w:t>
      </w:r>
    </w:p>
    <w:p>
      <w:r>
        <w:rPr>
          <w:b/>
        </w:rPr>
        <w:t xml:space="preserve">[36:36] </w:t>
      </w:r>
      <w:r>
        <w:t>yeh bohat hi takhliqi jo hai jawab hai yeh.</w:t>
      </w:r>
    </w:p>
    <w:p>
      <w:pPr>
        <w:jc w:val="right"/>
      </w:pPr>
      <w:r>
        <w:t>یہ بہت ہی تخلیقی جو ہے جواب ہے یہ۔</w:t>
      </w:r>
    </w:p>
    <w:p>
      <w:r>
        <w:rPr>
          <w:b/>
        </w:rPr>
        <w:t xml:space="preserve">[36:40] </w:t>
      </w:r>
      <w:r>
        <w:t>yeh shakhsiyat ko parhna zaroori hai.</w:t>
      </w:r>
    </w:p>
    <w:p>
      <w:pPr>
        <w:jc w:val="right"/>
      </w:pPr>
      <w:r>
        <w:t>یہ شخصیت کو پڑھنا ضروری ہے۔</w:t>
      </w:r>
    </w:p>
    <w:p>
      <w:r>
        <w:rPr>
          <w:b/>
        </w:rPr>
        <w:t xml:space="preserve">[36:45] </w:t>
      </w:r>
      <w:r>
        <w:t>to phir main ne jo hai jis sahib ke paas hum fafi al lah ke jo hai ijtima</w:t>
      </w:r>
    </w:p>
    <w:p>
      <w:pPr>
        <w:jc w:val="right"/>
      </w:pPr>
      <w:r>
        <w:t>تو پھر میں نے جو ہے جس صاحب کے پاس ہم ففی الہ اللہ کے جو ہے اجتماع</w:t>
      </w:r>
    </w:p>
    <w:p>
      <w:r>
        <w:rPr>
          <w:b/>
        </w:rPr>
        <w:t xml:space="preserve">[36:49] </w:t>
      </w:r>
      <w:r>
        <w:t>ke mauqe par un ko invite karne ke liye gaye thay woh un ki aik choti moti jo</w:t>
      </w:r>
    </w:p>
    <w:p>
      <w:pPr>
        <w:jc w:val="right"/>
      </w:pPr>
      <w:r>
        <w:t>کے موقع پر ان کو انوائٹ کرنے کے لیے گئے تھے وہ ان کی ایک چھوٹی موٹی جو</w:t>
      </w:r>
    </w:p>
    <w:p>
      <w:r>
        <w:rPr>
          <w:b/>
        </w:rPr>
        <w:t xml:space="preserve">[36:53] </w:t>
      </w:r>
      <w:r>
        <w:t>hai library thi baso kalyan mein al farqan library ke naam se.</w:t>
      </w:r>
    </w:p>
    <w:p>
      <w:pPr>
        <w:jc w:val="right"/>
      </w:pPr>
      <w:r>
        <w:t>ہے لائبریری تھی بسو کلیان میں الفرخان لائبریری کے نام سے۔</w:t>
      </w:r>
    </w:p>
    <w:p>
      <w:r>
        <w:rPr>
          <w:b/>
        </w:rPr>
        <w:t xml:space="preserve">[36:58] </w:t>
      </w:r>
      <w:r>
        <w:t>wahan pe woh kitabein woh rakhe hue thay.</w:t>
      </w:r>
    </w:p>
    <w:p>
      <w:pPr>
        <w:jc w:val="right"/>
      </w:pPr>
      <w:r>
        <w:t>وہاں پہ وہ کتابیں وہ رکھے ہوئے تھے۔</w:t>
      </w:r>
    </w:p>
    <w:p>
      <w:r>
        <w:rPr>
          <w:b/>
        </w:rPr>
        <w:t xml:space="preserve">[37:02] </w:t>
      </w:r>
      <w:r>
        <w:t>main samjha ke shayad aur bhi maulana ki kitab shayad wahan pe hongay.</w:t>
      </w:r>
    </w:p>
    <w:p>
      <w:pPr>
        <w:jc w:val="right"/>
      </w:pPr>
      <w:r>
        <w:t>میں سمجھا کہ شاید اور بھی مولانا کی کتاب شاید وہاں پہ ہوں گے۔</w:t>
      </w:r>
    </w:p>
    <w:p>
      <w:r>
        <w:rPr>
          <w:b/>
        </w:rPr>
        <w:t xml:space="preserve">[37:06] </w:t>
      </w:r>
      <w:r>
        <w:t>to wahan pe pounchanay ke baad mujhe jo hai maulana ki jo hai taabeer ki ghalti kitab mili.</w:t>
      </w:r>
    </w:p>
    <w:p>
      <w:pPr>
        <w:jc w:val="right"/>
      </w:pPr>
      <w:r>
        <w:t>تو وہاں پہ پہنچنے کے بعد مجھے جو ہے مولانا کی جو ہے تعبیر کی غلطی کتاب ملی۔</w:t>
      </w:r>
    </w:p>
    <w:p>
      <w:r>
        <w:rPr>
          <w:b/>
        </w:rPr>
        <w:t xml:space="preserve">[37:11] </w:t>
      </w:r>
      <w:r>
        <w:t>main ne ult palt kar dekha us ko.</w:t>
      </w:r>
    </w:p>
    <w:p>
      <w:pPr>
        <w:jc w:val="right"/>
      </w:pPr>
      <w:r>
        <w:t>میں نے الٹ پلٹ کر دیکھا اس کو۔</w:t>
      </w:r>
    </w:p>
    <w:p>
      <w:r>
        <w:rPr>
          <w:b/>
        </w:rPr>
        <w:t xml:space="preserve">[37:15] </w:t>
      </w:r>
      <w:r>
        <w:t>to chounke is ke andar maulana modoodi sadruddin islahi abul lah islahi hum sab in shakhsiyaat se waqif thay.</w:t>
      </w:r>
    </w:p>
    <w:p>
      <w:pPr>
        <w:jc w:val="right"/>
      </w:pPr>
      <w:r>
        <w:t>تو چونکہ اس کے اندر مولانا مودودی صدرالدین اصلاحی ابواللہ اصلاحی ہم سب ان شخصیات سے واقف تھے۔</w:t>
      </w:r>
    </w:p>
    <w:p>
      <w:r>
        <w:rPr>
          <w:b/>
        </w:rPr>
        <w:t xml:space="preserve">[37:19] </w:t>
      </w:r>
      <w:r>
        <w:t>maula arey in ke baray mein kya keh rahe hain maulana dekheinge.</w:t>
      </w:r>
    </w:p>
    <w:p>
      <w:pPr>
        <w:jc w:val="right"/>
      </w:pPr>
      <w:r>
        <w:t>مولا ارے ان کے بارے میں کیا کہہ رہے ہیں مولانا دیکھیں گے۔</w:t>
      </w:r>
    </w:p>
    <w:p>
      <w:r>
        <w:rPr>
          <w:b/>
        </w:rPr>
        <w:t xml:space="preserve">[37:24] </w:t>
      </w:r>
      <w:r>
        <w:t>phir main ne jo hai parhna shuru kiya lekin pehli baar jab chounke abhi kam umar thay hum</w:t>
      </w:r>
    </w:p>
    <w:p>
      <w:pPr>
        <w:jc w:val="right"/>
      </w:pPr>
      <w:r>
        <w:t>پھر میں نے جو ہے پڑھنا شروع کیا لیکن پہلی بار جب کیونکہ ابھی کم عمر تھے ہم</w:t>
      </w:r>
    </w:p>
    <w:p>
      <w:r>
        <w:rPr>
          <w:b/>
        </w:rPr>
        <w:t xml:space="preserve">[37:28] </w:t>
      </w:r>
      <w:r>
        <w:t>ghaliban jo hai bees ikkees saal ki age thi us waqt.</w:t>
      </w:r>
    </w:p>
    <w:p>
      <w:pPr>
        <w:jc w:val="right"/>
      </w:pPr>
      <w:r>
        <w:t>غالباً جو ہے بیس اکیس سال کی ایج تھی اس وقت۔</w:t>
      </w:r>
    </w:p>
    <w:p>
      <w:r>
        <w:rPr>
          <w:b/>
        </w:rPr>
        <w:t xml:space="preserve">[37:32] </w:t>
      </w:r>
      <w:r>
        <w:t>kya kafi ilmi baatein thi is ke andar samajh to nahi paye hum lekin baharhal chhe mahine tak</w:t>
      </w:r>
    </w:p>
    <w:p>
      <w:pPr>
        <w:jc w:val="right"/>
      </w:pPr>
      <w:r>
        <w:t>کیا کافی علمی باتیں تھیں اس کے اندر سمجھ تو نہیں پائے ہم لیکن بہرحال چھ مہینے تک</w:t>
      </w:r>
    </w:p>
    <w:p>
      <w:r>
        <w:rPr>
          <w:b/>
        </w:rPr>
        <w:t xml:space="preserve">[37:36] </w:t>
      </w:r>
      <w:r>
        <w:t>main ne kitab apne paas rakhi do ya teen baar us ko parhnay ke baad tab jo hai</w:t>
      </w:r>
    </w:p>
    <w:p>
      <w:pPr>
        <w:jc w:val="right"/>
      </w:pPr>
      <w:r>
        <w:t>میں نے کتاب اپنے پاس رکھی دو یا تین بار اس کو پڑھنے کے بعد تب جو ہے</w:t>
      </w:r>
    </w:p>
    <w:p>
      <w:r>
        <w:rPr>
          <w:b/>
        </w:rPr>
        <w:t xml:space="preserve">[37:41] </w:t>
      </w:r>
      <w:r>
        <w:t>maulana ki fikr wazeh hui yani jo hai jamaat islami ki fikr aur maulana ki fikr ka aik</w:t>
      </w:r>
    </w:p>
    <w:p>
      <w:pPr>
        <w:jc w:val="right"/>
      </w:pPr>
      <w:r>
        <w:t>مولانا کی فکر واضح ہوئی یعنی جو ہے جماعت اسلامی کی فکر اور مولانا کی فکر کا ایک</w:t>
      </w:r>
    </w:p>
    <w:p>
      <w:r>
        <w:rPr>
          <w:b/>
        </w:rPr>
        <w:t xml:space="preserve">[37:45] </w:t>
      </w:r>
      <w:r>
        <w:t>taqabli jo hai pas manzar jo hai samne agaya.</w:t>
      </w:r>
    </w:p>
    <w:p>
      <w:pPr>
        <w:jc w:val="right"/>
      </w:pPr>
      <w:r>
        <w:t>تقابلی جو ہے پس منظر جو ہے سامنے آگیا۔</w:t>
      </w:r>
    </w:p>
    <w:p>
      <w:r>
        <w:rPr>
          <w:b/>
        </w:rPr>
        <w:t xml:space="preserve">[37:49] </w:t>
      </w:r>
      <w:r>
        <w:t>to is ke baad phir main ne jo hai chounke haiderabad ke andar hamari sister rehti hain to</w:t>
      </w:r>
    </w:p>
    <w:p>
      <w:pPr>
        <w:jc w:val="right"/>
      </w:pPr>
      <w:r>
        <w:t>تو اس کے بعد پھر میں نے جو ہے چونکہ حیدرآباد کے اندر ہماری سسٹر رہتی ہیں تو</w:t>
      </w:r>
    </w:p>
    <w:p>
      <w:r>
        <w:rPr>
          <w:b/>
        </w:rPr>
        <w:t xml:space="preserve">[37:54] </w:t>
      </w:r>
      <w:r>
        <w:t>main kafi aya aya jaya karta hoon yahan pe.</w:t>
      </w:r>
    </w:p>
    <w:p>
      <w:pPr>
        <w:jc w:val="right"/>
      </w:pPr>
      <w:r>
        <w:t>میں کافی آیا آیا جایا کرتا ہوں یہاں پہ۔</w:t>
      </w:r>
    </w:p>
    <w:p>
      <w:r>
        <w:rPr>
          <w:b/>
        </w:rPr>
        <w:t xml:space="preserve">[37:58] </w:t>
      </w:r>
      <w:r>
        <w:t>to jab bhi haiderabad aata tha main yahan pe charminar masjid ke paas jo hai aik book stall</w:t>
      </w:r>
    </w:p>
    <w:p>
      <w:pPr>
        <w:jc w:val="right"/>
      </w:pPr>
      <w:r>
        <w:t>تو جب بھی حیدرآباد آتا تھا میں یہاں پہ چارمینار مسجد کے پاس جو ہے ایک بک اسٹال</w:t>
      </w:r>
    </w:p>
    <w:p>
      <w:r>
        <w:rPr>
          <w:b/>
        </w:rPr>
        <w:t xml:space="preserve">[38:02] </w:t>
      </w:r>
      <w:r>
        <w:t>hai machhli kaman ke paas wahan se jo hai maulana ki taqreeban kitabein main ne jo hai wahan</w:t>
      </w:r>
    </w:p>
    <w:p>
      <w:pPr>
        <w:jc w:val="right"/>
      </w:pPr>
      <w:r>
        <w:t>ہے مچھلی کمان کے پاس وہاں سے جو ہے مولانا کی تقریباً کتابیں میں نے جو ہے وہاں</w:t>
      </w:r>
    </w:p>
    <w:p>
      <w:r>
        <w:rPr>
          <w:b/>
        </w:rPr>
        <w:t xml:space="preserve">[38:07] </w:t>
      </w:r>
      <w:r>
        <w:t>se khareed kar parhna shuru kiya.</w:t>
      </w:r>
    </w:p>
    <w:p>
      <w:pPr>
        <w:jc w:val="right"/>
      </w:pPr>
      <w:r>
        <w:t>سے خرید کر پڑھنا شروع کیا۔</w:t>
      </w:r>
    </w:p>
    <w:p>
      <w:r>
        <w:rPr>
          <w:b/>
        </w:rPr>
        <w:t xml:space="preserve">[38:11] </w:t>
      </w:r>
      <w:r>
        <w:t>to beharhaal hum tanzim se wabasta rahe do hazar das tak lekin hum khamoshi se jo hai is</w:t>
      </w:r>
    </w:p>
    <w:p>
      <w:pPr>
        <w:jc w:val="right"/>
      </w:pPr>
      <w:r>
        <w:t>تو بہرحال ہم تنظیم سے وابستہ رہے دو ہزار دس تک لیکن ہم خاموشی سے جو ہے اس</w:t>
      </w:r>
    </w:p>
    <w:p>
      <w:r>
        <w:rPr>
          <w:b/>
        </w:rPr>
        <w:t xml:space="preserve">[38:15] </w:t>
      </w:r>
      <w:r>
        <w:t>ka mutala karte rahe kisi ke samne zikr nahi kiya pehle samajhne ki koshish kiya.</w:t>
      </w:r>
    </w:p>
    <w:p>
      <w:pPr>
        <w:jc w:val="right"/>
      </w:pPr>
      <w:r>
        <w:t>کا مطالعہ کرتے رہے کسی کے سامنے ذکر نہیں کیا پہلے سمجھنے کی کوشش کیا۔</w:t>
      </w:r>
    </w:p>
    <w:p>
      <w:r>
        <w:rPr>
          <w:b/>
        </w:rPr>
        <w:t xml:space="preserve">[38:20] </w:t>
      </w:r>
      <w:r>
        <w:t>ke dawaye ke kaam se mein juda hoon jude hone ki koshish kar raha hoon mujh mein woh</w:t>
      </w:r>
    </w:p>
    <w:p>
      <w:pPr>
        <w:jc w:val="right"/>
      </w:pPr>
      <w:r>
        <w:t>کے دعویٰ کے کام سے میں جڑا ہوں جڑے ہونے کی کوشش کر رہا ہوں مجھ میں وہ</w:t>
      </w:r>
    </w:p>
    <w:p>
      <w:r>
        <w:rPr>
          <w:b/>
        </w:rPr>
        <w:t xml:space="preserve">[38:27] </w:t>
      </w:r>
      <w:r>
        <w:t>marifat abhi develop nahi hui hai ke mein is tareeqe se jud jaaun mein saaf saaf bolta hoon</w:t>
      </w:r>
    </w:p>
    <w:p>
      <w:pPr>
        <w:jc w:val="right"/>
      </w:pPr>
      <w:r>
        <w:t>معرفت ابھی ڈویلپ نہیں ہوئی ہے کہ میں اس طریقے سے جڑ جاؤں میں صاف صاف بولتا ہوں</w:t>
      </w:r>
    </w:p>
    <w:p>
      <w:r>
        <w:rPr>
          <w:b/>
        </w:rPr>
        <w:t xml:space="preserve">[38:35] </w:t>
      </w:r>
      <w:r>
        <w:t>mein yeh bolta hoon ke agar mein Hyderabad mein agar meeting coordinate kar raha hoon to woh apne</w:t>
      </w:r>
    </w:p>
    <w:p>
      <w:pPr>
        <w:jc w:val="right"/>
      </w:pPr>
      <w:r>
        <w:t>میں یہ بولتا ہوں کہ اگر میں حیدرآباد میں اگر میٹنگ کوآرڈینیٹ کر رہا ہوں تو وہ اپنے</w:t>
      </w:r>
    </w:p>
    <w:p>
      <w:r>
        <w:rPr>
          <w:b/>
        </w:rPr>
        <w:t xml:space="preserve">[38:43] </w:t>
      </w:r>
      <w:r>
        <w:t>work se work se karte karte work se jo time bachta hai phir us mein mujhe lagta hai</w:t>
      </w:r>
    </w:p>
    <w:p>
      <w:pPr>
        <w:jc w:val="right"/>
      </w:pPr>
      <w:r>
        <w:t>ورک سے ورک سے کرتے کرتے ورک سے جو ٹائم بچتا ہے پھر اس میں مجھے لگتا ہے</w:t>
      </w:r>
    </w:p>
    <w:p>
      <w:r>
        <w:rPr>
          <w:b/>
        </w:rPr>
        <w:t xml:space="preserve">[38:50] </w:t>
      </w:r>
      <w:r>
        <w:t>ke mujhe kya karna chahiye to phir mujhe yeh khayal aata hai ke mujhe karna chahiye kuch productive</w:t>
      </w:r>
    </w:p>
    <w:p>
      <w:pPr>
        <w:jc w:val="right"/>
      </w:pPr>
      <w:r>
        <w:t>کہ مجھے کیا کرنا چاہیے تو پھر مجھے یہ خیال آتا ہے کہ مجھے کرنا چاہیے کچھ پروڈکٹیو</w:t>
      </w:r>
    </w:p>
    <w:p>
      <w:r>
        <w:rPr>
          <w:b/>
        </w:rPr>
        <w:t xml:space="preserve">[38:58] </w:t>
      </w:r>
      <w:r>
        <w:t>aur isi liye mein woh kaam karta hoon aur is mein is kaam ko karne mein aur is</w:t>
      </w:r>
    </w:p>
    <w:p>
      <w:pPr>
        <w:jc w:val="right"/>
      </w:pPr>
      <w:r>
        <w:t>اور اسی لیے میں وہ کام کرتا ہوں اور اس میں اس کام کو کرنے میں اور اس</w:t>
      </w:r>
    </w:p>
    <w:p>
      <w:r>
        <w:rPr>
          <w:b/>
        </w:rPr>
        <w:t xml:space="preserve">[39:06] </w:t>
      </w:r>
      <w:r>
        <w:t>cheez ko bolne mein mujhe koi andar se qawaad nahi hai kyunke andar se mere andar mein feeling</w:t>
      </w:r>
    </w:p>
    <w:p>
      <w:pPr>
        <w:jc w:val="right"/>
      </w:pPr>
      <w:r>
        <w:t>چیز کو بولنے میں مجھے کوئی اندر سے قواد نہیں ہے کیونکہ اندر سے میرے اندر میں فیلنگ</w:t>
      </w:r>
    </w:p>
    <w:p>
      <w:r>
        <w:rPr>
          <w:b/>
        </w:rPr>
        <w:t xml:space="preserve">[39:14] </w:t>
      </w:r>
      <w:r>
        <w:t>hai ke mein aisa kar raha hoon is wajah se to agar hum jaisa ke hum ne aah</w:t>
      </w:r>
    </w:p>
    <w:p>
      <w:pPr>
        <w:jc w:val="right"/>
      </w:pPr>
      <w:r>
        <w:t>ہے کہ میں ایسا کر رہا ہوں اس وجہ سے تو اگر ہم جیسا کہ ہم نے آہ</w:t>
      </w:r>
    </w:p>
    <w:p>
      <w:r>
        <w:rPr>
          <w:b/>
        </w:rPr>
        <w:t xml:space="preserve">[39:21] </w:t>
      </w:r>
      <w:r>
        <w:t>is ka bhi kaafi kaafi zyada mein apologize karna chahunga ke is tarah ke sawal maine</w:t>
      </w:r>
    </w:p>
    <w:p>
      <w:pPr>
        <w:jc w:val="right"/>
      </w:pPr>
      <w:r>
        <w:t>اس کا بھی کافی کافی زیادہ میں اپولوجائز کرنا چاہوں گا کہ اس طرح کے سوال میں نے</w:t>
      </w:r>
    </w:p>
    <w:p>
      <w:r>
        <w:rPr>
          <w:b/>
        </w:rPr>
        <w:t xml:space="preserve">[39:29] </w:t>
      </w:r>
      <w:r>
        <w:t>shuruaat mein poochne start kiye woh sirf aur sirf is liye agar koi pooche ke aap ka yeh</w:t>
      </w:r>
    </w:p>
    <w:p>
      <w:pPr>
        <w:jc w:val="right"/>
      </w:pPr>
      <w:r>
        <w:t>شروعات میں پوچھنے سٹارٹ کیے وہ صرف اور صرف اس لیے اگر کوئی پوچھے کہ آپ کا یہ</w:t>
      </w:r>
    </w:p>
    <w:p>
      <w:r>
        <w:rPr>
          <w:b/>
        </w:rPr>
        <w:t xml:space="preserve">[39:37] </w:t>
      </w:r>
      <w:r>
        <w:t>bataein ke aap aah Quran bantna kya yeh dawat ka kaam hai to aap bolenge nahi mujhe</w:t>
      </w:r>
    </w:p>
    <w:p>
      <w:pPr>
        <w:jc w:val="right"/>
      </w:pPr>
      <w:r>
        <w:t>بتائیں کہ آپ آہ قرآن بانٹنا کیا یہ دعوت کا کام ہے تو آپ بولیں گے نہیں مجھے</w:t>
      </w:r>
    </w:p>
    <w:p>
      <w:r>
        <w:rPr>
          <w:b/>
        </w:rPr>
        <w:t xml:space="preserve">[39:44] </w:t>
      </w:r>
      <w:r>
        <w:t>nahi feel hota ke yeh dawat dawat ka kaam hai kyun yeh ideal kaam nahi hai haan lekin</w:t>
      </w:r>
    </w:p>
    <w:p>
      <w:pPr>
        <w:jc w:val="right"/>
      </w:pPr>
      <w:r>
        <w:t>نہیں فیل ہوتا کہ یہ دعوت دعوت کا کام ہے کیوں یہ آئیڈیل کام نہیں ہے ہاں لیکن</w:t>
      </w:r>
    </w:p>
    <w:p>
      <w:r>
        <w:rPr>
          <w:b/>
        </w:rPr>
        <w:t xml:space="preserve">[39:52] </w:t>
      </w:r>
      <w:r>
        <w:t>mein koshish kar raha hoon koshish kar raha hoon meri zaati zindagi bhi hai meri zaati personal mamlaat</w:t>
      </w:r>
    </w:p>
    <w:p>
      <w:pPr>
        <w:jc w:val="right"/>
      </w:pPr>
      <w:r>
        <w:t>میں کوشش کر رہا ہوں کوشش کر رہا ہوں میری ذاتی زندگی بھی ہے میری ذاتی پرسنل معاملات</w:t>
      </w:r>
    </w:p>
    <w:p>
      <w:r>
        <w:rPr>
          <w:b/>
        </w:rPr>
        <w:t xml:space="preserve">[40:00] </w:t>
      </w:r>
      <w:r>
        <w:t>bhi hain is ko bhi poore karne hain lekin mein ideal jaanta hoon ke woh ideal kahan hai</w:t>
      </w:r>
    </w:p>
    <w:p>
      <w:pPr>
        <w:jc w:val="right"/>
      </w:pPr>
      <w:r>
        <w:t>بھی ہیں اس کو بھی پورے کرنے ہیں لیکن میں آئیڈیل جانتا ہوں کہ وہ آئیڈیل کہاں ہے</w:t>
      </w:r>
    </w:p>
    <w:p>
      <w:r>
        <w:rPr>
          <w:b/>
        </w:rPr>
        <w:t xml:space="preserve">[40:08] </w:t>
      </w:r>
      <w:r>
        <w:t>lekin haan mein abhi is paimane pe nahi pahuncha to shayad is tareeqe se agar hum sochenge</w:t>
      </w:r>
    </w:p>
    <w:p>
      <w:pPr>
        <w:jc w:val="right"/>
      </w:pPr>
      <w:r>
        <w:t>لیکن ہاں میں ابھی اس پیمانے پہ نہیں پہنچا تو شاید اس طریقے سے اگر ہم سوچیں گے</w:t>
      </w:r>
    </w:p>
    <w:p>
      <w:r>
        <w:rPr>
          <w:b/>
        </w:rPr>
        <w:t xml:space="preserve">[40:15] </w:t>
      </w:r>
      <w:r>
        <w:t>aur is tarah se boldly agar saamne aayenge to phir hamein woh saare ummeedein jo aap ne</w:t>
      </w:r>
    </w:p>
    <w:p>
      <w:pPr>
        <w:jc w:val="right"/>
      </w:pPr>
      <w:r>
        <w:t>اور اس طرح سے بولڈلی اگر سامنے آئیں گے تو پھر ہمیں وہ سارے امیدیں جو آپ نے</w:t>
      </w:r>
    </w:p>
    <w:p>
      <w:r>
        <w:rPr>
          <w:b/>
        </w:rPr>
        <w:t xml:space="preserve">[40:23] </w:t>
      </w:r>
      <w:r>
        <w:t>wasta karayi thi introduction ke dauran ke hamein seekhna hai dawat ka ke hum kis tarah se dawat</w:t>
      </w:r>
    </w:p>
    <w:p>
      <w:pPr>
        <w:jc w:val="right"/>
      </w:pPr>
      <w:r>
        <w:t>وابستہ کری تھیں انٹروڈکشن کے دوران کہ ہمیں سیکھنا ہے دعوت کا کہ ہم کس طرح سے دعوت</w:t>
      </w:r>
    </w:p>
    <w:p>
      <w:r>
        <w:rPr>
          <w:b/>
        </w:rPr>
        <w:t xml:space="preserve">[40:31] </w:t>
      </w:r>
      <w:r>
        <w:t>karein hamein dawat mein aur kahan tak pahunchna hai hamein hum mein kya gadbadi hai agar abhi gadbadi</w:t>
      </w:r>
    </w:p>
    <w:p>
      <w:pPr>
        <w:jc w:val="right"/>
      </w:pPr>
      <w:r>
        <w:t>کریں ہمیں دعوت میں اور کہاں تک پہنچنا ہے ہمیں ہم میں کیا گڑبڑی ہے اگر ابھی گڑبڑی</w:t>
      </w:r>
    </w:p>
    <w:p>
      <w:r>
        <w:rPr>
          <w:b/>
        </w:rPr>
        <w:t xml:space="preserve">[40:38] </w:t>
      </w:r>
      <w:r>
        <w:t>kuch hai agar jaise mein agar aaj meeting coordinate karta hoon to is mein kya gadbadi hai agar</w:t>
      </w:r>
    </w:p>
    <w:p>
      <w:pPr>
        <w:jc w:val="right"/>
      </w:pPr>
      <w:r>
        <w:t>کچھ ہے اگر جیسے میں اگر آج میٹنگ کوآرڈینیٹ کرتا ہوں تو اس میں کیا گڑبڑی ہے اگر</w:t>
      </w:r>
    </w:p>
    <w:p>
      <w:r>
        <w:rPr>
          <w:b/>
        </w:rPr>
        <w:t xml:space="preserve">[40:46] </w:t>
      </w:r>
      <w:r>
        <w:t>log mujhe bataye ga to log agar mujhe batayenge to phir zahir hai mein us ko improve</w:t>
      </w:r>
    </w:p>
    <w:p>
      <w:pPr>
        <w:jc w:val="right"/>
      </w:pPr>
      <w:r>
        <w:t>لوگ مجھے بتائے گا تو لوگ اگر مجھے بتائیں گے تو پھر ظاہر ہے میں اس کو امپروو</w:t>
      </w:r>
    </w:p>
    <w:p>
      <w:r>
        <w:rPr>
          <w:b/>
        </w:rPr>
        <w:t xml:space="preserve">[40:54] </w:t>
      </w:r>
      <w:r>
        <w:t>karne ki koshish karunga aur yeh mere real life se judti chali jayegi aur yeh apne</w:t>
      </w:r>
    </w:p>
    <w:p>
      <w:pPr>
        <w:jc w:val="right"/>
      </w:pPr>
      <w:r>
        <w:t>کرنے کی کوشش کروں گا اور یہ میرے ریئل لائف سے جڑتی چلی جائے گی اور یہ اپنے</w:t>
      </w:r>
    </w:p>
    <w:p>
      <w:r>
        <w:rPr>
          <w:b/>
        </w:rPr>
        <w:t xml:space="preserve">[41:02] </w:t>
      </w:r>
      <w:r>
        <w:t>aap yeh marifat ka zariya ban jayega Maulana ne again mein wahi baat kahunga ke marifat</w:t>
      </w:r>
    </w:p>
    <w:p>
      <w:pPr>
        <w:jc w:val="right"/>
      </w:pPr>
      <w:r>
        <w:t>آپ یہ معرفت کا ذریعہ بن جائے گا مولانا نے اگین میں وہی بات کہوں گا کہ معرفت</w:t>
      </w:r>
    </w:p>
    <w:p>
      <w:r>
        <w:rPr>
          <w:b/>
        </w:rPr>
        <w:t xml:space="preserve">[41:09] </w:t>
      </w:r>
      <w:r>
        <w:t>koi udti chidiya ka naam nahi hai balkeh marifat apni niji zindagi se judi hui cheez hai aur</w:t>
      </w:r>
    </w:p>
    <w:p>
      <w:pPr>
        <w:jc w:val="right"/>
      </w:pPr>
      <w:r>
        <w:t>کوئی اڑتی چڑیا کا نام نہیں ہے بلکہ معرفت اپنی نجی زندگی سے جڑی ہوئی چیز ہے اور</w:t>
      </w:r>
    </w:p>
    <w:p>
      <w:r>
        <w:rPr>
          <w:b/>
        </w:rPr>
        <w:t xml:space="preserve">[41:17] </w:t>
      </w:r>
      <w:r>
        <w:t>us ko agar hum attain karte chale jayen to shayad ah mujh mein bhi woh zouq paida ho</w:t>
      </w:r>
    </w:p>
    <w:p>
      <w:pPr>
        <w:jc w:val="right"/>
      </w:pPr>
      <w:r>
        <w:t>اس کو اگر ہم اٹین کرتے چلے جائیں تو شاید آہ مجھ میں بھی وہ ذوق پیدا ہو</w:t>
      </w:r>
    </w:p>
    <w:p>
      <w:r>
        <w:rPr>
          <w:b/>
        </w:rPr>
        <w:t xml:space="preserve">[41:25] </w:t>
      </w:r>
      <w:r>
        <w:t>jayega jo aaj Maulana Wahiduddin Khan sahib ke dilon mein hai is ke sath ah abhi</w:t>
      </w:r>
    </w:p>
    <w:p>
      <w:pPr>
        <w:jc w:val="right"/>
      </w:pPr>
      <w:r>
        <w:t>جائے گا جو آج مولانا وحید الدین خان صاحب کے دلوں میں ہے اس کے ساتھ آہ ابھی</w:t>
      </w:r>
    </w:p>
    <w:p>
      <w:r>
        <w:rPr>
          <w:b/>
        </w:rPr>
        <w:t xml:space="preserve">[41:32] </w:t>
      </w:r>
      <w:r>
        <w:t>introl hai seven to fifteen to seven twenty five pm tak halankeh hum all ready seven twenty</w:t>
      </w:r>
    </w:p>
    <w:p>
      <w:pPr>
        <w:jc w:val="right"/>
      </w:pPr>
      <w:r>
        <w:t>انٹرول ہے سیون ٹو ففٹین ٹو سیون ٹوئنٹی فائیو پی ایم تک حالانکہ ہم آل ریڈی سیون ٹوئنٹی</w:t>
      </w:r>
    </w:p>
    <w:p>
      <w:r>
        <w:rPr>
          <w:b/>
        </w:rPr>
        <w:t xml:space="preserve">[41:40] </w:t>
      </w:r>
      <w:r>
        <w:t>five approach kar rahe hain thori si introl hum lenge aur phir is ke baad Maulana apni</w:t>
      </w:r>
    </w:p>
    <w:p>
      <w:pPr>
        <w:jc w:val="right"/>
      </w:pPr>
      <w:r>
        <w:t>فائیو اپروچ کر رہے ہیں تھوڑی سی انٹرول ہم لیں گے اور پھر اس کے بعد مولانا اپنی</w:t>
      </w:r>
    </w:p>
    <w:p>
      <w:r>
        <w:rPr>
          <w:b/>
        </w:rPr>
        <w:t xml:space="preserve">[41:48] </w:t>
      </w:r>
      <w:r>
        <w:t>ah Maulana se comments sunenge is whole program ke upar aur hamein aage kya kya karna hai</w:t>
      </w:r>
    </w:p>
    <w:p>
      <w:pPr>
        <w:jc w:val="right"/>
      </w:pPr>
      <w:r>
        <w:t>آہ مولانا سے کمنٹس سنیں گے اس ہول پروگرام کے اوپر اور ہمیں آگے کیا کیا کرنا ہے</w:t>
      </w:r>
    </w:p>
    <w:p>
      <w:r>
        <w:rPr>
          <w:b/>
        </w:rPr>
        <w:t xml:space="preserve">[41:56] </w:t>
      </w:r>
      <w:r>
        <w:t>is ke upar shukriya.</w:t>
      </w:r>
    </w:p>
    <w:p>
      <w:pPr>
        <w:jc w:val="right"/>
      </w:pPr>
      <w:r>
        <w:t>اس کے اوپر شکریہ۔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