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Reality Behind The Political Interpretation of Islam November 25, 2024</w:t>
      </w:r>
    </w:p>
    <w:p>
      <w:r>
        <w:t>https://youtu.be/E6CIcDXuQLQ</w:t>
      </w:r>
    </w:p>
    <w:p>
      <w:r>
        <w:rPr>
          <w:b/>
        </w:rPr>
        <w:t xml:space="preserve">[00:16] </w:t>
      </w:r>
      <w:r>
        <w:t>Assalam o Alaikum wa Rahmatullahi. is waqt hum aik bohat hi ahem mozu par guftagu karne ja rahe hain apne do mehmanon se.</w:t>
      </w:r>
    </w:p>
    <w:p>
      <w:pPr>
        <w:jc w:val="right"/>
      </w:pPr>
      <w:r>
        <w:t>السلام علیکم ورحمۃ اللہ۔ اس وقت ہم ایک بہت ہی اہم موضوع پر گفتگو کرنے جا رہے ہیں اپنے دو مہمانوں سے۔</w:t>
      </w:r>
    </w:p>
    <w:p>
      <w:r>
        <w:rPr>
          <w:b/>
        </w:rPr>
        <w:t xml:space="preserve">[00:26] </w:t>
      </w:r>
      <w:r>
        <w:t>woh mozu kya hai, is se pehle hum apne in do mehmanon ka ta'aruf kara dete hain. is waqt hum CPS International ke center mein baithe hue hain.</w:t>
      </w:r>
    </w:p>
    <w:p>
      <w:pPr>
        <w:jc w:val="right"/>
      </w:pPr>
      <w:r>
        <w:t>وہ موضوع کیا ہے، اس سے پہلے ہم اپنے ان دو مہمانوں کا تعارف کرا دیتے ہیں۔ اس وقت ہم سی پی ایس انٹرنیشنل کے سینٹر میں بیٹھے ہوئے ہیں۔</w:t>
      </w:r>
    </w:p>
    <w:p>
      <w:r>
        <w:rPr>
          <w:b/>
        </w:rPr>
        <w:t xml:space="preserve">[00:37] </w:t>
      </w:r>
      <w:r>
        <w:t>mein Farhad Ahmed. hamare do mehman mein se pehle mehman hain Maulana Fayyazuddin Umri Sahib.</w:t>
      </w:r>
    </w:p>
    <w:p>
      <w:pPr>
        <w:jc w:val="right"/>
      </w:pPr>
      <w:r>
        <w:t>میں فرہاد احمد۔ ہمارے دو مہمان میں سے پہلے مہمان ہیں مولانا فیاض الدین عمری صاحب۔</w:t>
      </w:r>
    </w:p>
    <w:p>
      <w:r>
        <w:rPr>
          <w:b/>
        </w:rPr>
        <w:t xml:space="preserve">[00:44] </w:t>
      </w:r>
      <w:r>
        <w:t>yeh Hafiz Quran hain aur unhon ne Alim deen ki sanad hasil ki hai Jamia Darussalam Umarkot se. deeni kutub aur secular kitabon ka wasee mutala rakhte hain.</w:t>
      </w:r>
    </w:p>
    <w:p>
      <w:pPr>
        <w:jc w:val="right"/>
      </w:pPr>
      <w:r>
        <w:t>یہ حافظ قرآن ہیں اور انہوں نے عالم دین کی سند حاصل کی ہے جامعہ دارالسلام عمر آباد سے۔ دینی کتب اور سیکولر کتابوں کا وسیع مطالعہ رکھتے ہیں۔</w:t>
      </w:r>
    </w:p>
    <w:p>
      <w:r>
        <w:rPr>
          <w:b/>
        </w:rPr>
        <w:t xml:space="preserve">[00:58] </w:t>
      </w:r>
      <w:r>
        <w:t>aap ka is panel discussion mein istiqbal hai. hamare doosre mehman hain Maulana Inayatullah Umri Sahib.</w:t>
      </w:r>
    </w:p>
    <w:p>
      <w:pPr>
        <w:jc w:val="right"/>
      </w:pPr>
      <w:r>
        <w:t>آپ کا اس پینل ڈسکشن میں استقبال ہے۔ ہمارے دوسرے مہمان ہیں مولانا عنایت اللہ عمری صاحب۔</w:t>
      </w:r>
    </w:p>
    <w:p>
      <w:r>
        <w:rPr>
          <w:b/>
        </w:rPr>
        <w:t xml:space="preserve">[01:08] </w:t>
      </w:r>
      <w:r>
        <w:t>unhon ne Jamia Darussalam Umarkot se Alim deen ki sanad hasil ki hai aur Quran ke tafsir par gehri nazar rakhte hain.</w:t>
      </w:r>
    </w:p>
    <w:p>
      <w:pPr>
        <w:jc w:val="right"/>
      </w:pPr>
      <w:r>
        <w:t>انہوں نے جامعہ دارالسلام عمر آباد سے عالم دین کی سند حاصل کی ہے اور قرآن کے تفسیر پر گہری نظر رکھتے ہیں۔</w:t>
      </w:r>
    </w:p>
    <w:p>
      <w:r>
        <w:rPr>
          <w:b/>
        </w:rPr>
        <w:t xml:space="preserve">[01:18] </w:t>
      </w:r>
      <w:r>
        <w:t>aur un ki aik tafseer bhi shaa'e ho chuki hai Surah Al-Baqarah ki. Aap ka bhi is program mein istiqbal hai. Jazakum Allah khair.</w:t>
      </w:r>
    </w:p>
    <w:p>
      <w:pPr>
        <w:jc w:val="right"/>
      </w:pPr>
      <w:r>
        <w:t>اور ان کی ایک تفسیر بھی شائع ہو چکی ہے سورہ البقرہ کی۔ آپ کا بھی اس پروگرام میں استقبال ہے۔ جزاکم اللہ خیر۔</w:t>
      </w:r>
    </w:p>
    <w:p>
      <w:r>
        <w:rPr>
          <w:b/>
        </w:rPr>
        <w:t xml:space="preserve">[01:30] </w:t>
      </w:r>
      <w:r>
        <w:t>Sam'een e kiram, agar hum Muslim tehreek ka jaiza len to maloom hoga ke satveen sadi ke baad mukhtalif Muslim tehreekein uthi.</w:t>
      </w:r>
    </w:p>
    <w:p>
      <w:pPr>
        <w:jc w:val="right"/>
      </w:pPr>
      <w:r>
        <w:t>سامعین کرام، اگر ہم مسلم تحریک کا جائزہ لیں تو معلوم ہوگا کہ سترویں صدی کے بعد مختلف مسلم تحریکیں اٹھیں۔</w:t>
      </w:r>
    </w:p>
    <w:p>
      <w:r>
        <w:rPr>
          <w:b/>
        </w:rPr>
        <w:t xml:space="preserve">[01:43] </w:t>
      </w:r>
      <w:r>
        <w:t>Misaal ke taur par Libya ki Sanusi tehreek, Turkey ki Saeed Nursi tehreek, Hijaz mein Sheikh Muhammad bin Abdul Wahab ki tehreek.</w:t>
      </w:r>
    </w:p>
    <w:p>
      <w:pPr>
        <w:jc w:val="right"/>
      </w:pPr>
      <w:r>
        <w:t>مثال کے طور پر لیبیا کی سندوسی تحریک، ترکی کی سعید نورسی تحریک، حجاز میں شیخ محمد بن عبدالوہاب کی تحریک۔</w:t>
      </w:r>
    </w:p>
    <w:p>
      <w:r>
        <w:rPr>
          <w:b/>
        </w:rPr>
        <w:t xml:space="preserve">[01:54] </w:t>
      </w:r>
      <w:r>
        <w:t>Bar-e-Sagheer Hind o Pak mein bhi bohat sari tehreekein uthi</w:t>
      </w:r>
    </w:p>
    <w:p>
      <w:pPr>
        <w:jc w:val="right"/>
      </w:pPr>
      <w:r>
        <w:t>برصغیر ہندو پاک میں بھی بہت ساری تحریکیں اٹھ</w:t>
      </w:r>
    </w:p>
    <w:p>
      <w:r>
        <w:rPr>
          <w:b/>
        </w:rPr>
        <w:t xml:space="preserve">[01:57] </w:t>
      </w:r>
      <w:r>
        <w:t>hein. Misaal ke taur par Khilafat tehreek ya Tableeghi Jamaat. Isi tarah aik aur tehreek bhi uthi thi jis ne poori dunya ke Musalmanon ko kafi mutasir kiya tha.</w:t>
      </w:r>
    </w:p>
    <w:p>
      <w:pPr>
        <w:jc w:val="right"/>
      </w:pPr>
      <w:r>
        <w:t>یں۔ مثال کے طور پر خلافت تحریک یا تبلیغی جماعت۔ اسی طرح ایک اور تحریک بھی اٹھی تھی جس نے پوری دنیا کے مسلمانوں کو کافی متاثر کیا تھا۔</w:t>
      </w:r>
    </w:p>
    <w:p>
      <w:r>
        <w:rPr>
          <w:b/>
        </w:rPr>
        <w:t xml:space="preserve">[02:09] </w:t>
      </w:r>
      <w:r>
        <w:t>Aur woh hai Hukumat e Ilahia ki tehreek. Yani Allah ki hukumat qaim honi chahiye.</w:t>
      </w:r>
    </w:p>
    <w:p>
      <w:pPr>
        <w:jc w:val="right"/>
      </w:pPr>
      <w:r>
        <w:t>اور وہ ہے حکومت الہیہ کی تحریک۔ یعنی اللہ کی حکومت قائم ہونی چاہیے۔</w:t>
      </w:r>
    </w:p>
    <w:p>
      <w:r>
        <w:rPr>
          <w:b/>
        </w:rPr>
        <w:t xml:space="preserve">[02:16] </w:t>
      </w:r>
      <w:r>
        <w:t>Yeh tehreek jo uthi thi, yeh Misr mein Ikhwan ul Muslimeen ke naam se uthi thi. Aur Bar-e-Sagheer Hind o Pak mein yeh Jamaat e Islami ke zariye tehreek uthi.</w:t>
      </w:r>
    </w:p>
    <w:p>
      <w:pPr>
        <w:jc w:val="right"/>
      </w:pPr>
      <w:r>
        <w:t>یہ تحریک جو اٹھی تھی، یہ مصر میں اخوان المسلمین کے نام سے اٹھی تھی۔ اور برصغیر ہندو پاک میں یہ جماعت اسلامی کے ذریعے تحریک اٹھی۔</w:t>
      </w:r>
    </w:p>
    <w:p>
      <w:r>
        <w:rPr>
          <w:b/>
        </w:rPr>
        <w:t xml:space="preserve">[02:30] </w:t>
      </w:r>
      <w:r>
        <w:t>Is talluq se aaj hum guftagu karenge ke Hukumat e Ilahia ki jo tehreek hai, woh kya hai, is ka kya asar hua, aur is ke andar kya kami hai, is par hum baat cheet karenge apne in do mehmanon se.</w:t>
      </w:r>
    </w:p>
    <w:p>
      <w:pPr>
        <w:jc w:val="right"/>
      </w:pPr>
      <w:r>
        <w:t>اس تعلق سے آج ہم گفتگو کریں گے کہ حکومت الہیہ کی جو تحریک ہے، وہ کیا ہے، اس کا کیا اثر ہوا، اور اس کے اندر کیا کمی ہے، اس پر ہم بات چیت کریں گے اپنے ان دو مہمانوں سے۔</w:t>
      </w:r>
    </w:p>
    <w:p>
      <w:r>
        <w:rPr>
          <w:b/>
        </w:rPr>
        <w:t xml:space="preserve">[02:45] </w:t>
      </w:r>
      <w:r>
        <w:t>To sab se pehle main Maulana Fayyazuddin Umri sahib se sawal karunga ke aap batayein ke Hukumat e Ilahia tehreek ke baniyan kaun hain aur is tehreek ke uthne ka pas manzar kya hai.</w:t>
      </w:r>
    </w:p>
    <w:p>
      <w:pPr>
        <w:jc w:val="right"/>
      </w:pPr>
      <w:r>
        <w:t>تو سب سے پہلے میں مولانا فیاض الدین عمری صاحب سے سوال کروں گا کہ آپ بتائیں کہ حکومت الہیہ تحریک کے بانیان کون ہیں اور اس تحریک کے اٹھنے کا پس منظر کیا ہے۔</w:t>
      </w:r>
    </w:p>
    <w:p>
      <w:r>
        <w:rPr>
          <w:b/>
        </w:rPr>
        <w:t xml:space="preserve">[03:01] </w:t>
      </w:r>
      <w:r>
        <w:t>Jee Maulana Farhad</w:t>
      </w:r>
    </w:p>
    <w:p>
      <w:pPr>
        <w:jc w:val="right"/>
      </w:pPr>
      <w:r>
        <w:t>جی مولانا فرہاد</w:t>
      </w:r>
    </w:p>
    <w:p>
      <w:r>
        <w:rPr>
          <w:b/>
        </w:rPr>
        <w:t xml:space="preserve">[03:02] </w:t>
      </w:r>
      <w:r>
        <w:t>sahib, aap ne abhi jo apne introductory words mein jo satveen sadi mein uthne wali tehreekon ka zikr kiya, woh bohat hi important subject hai.</w:t>
      </w:r>
    </w:p>
    <w:p>
      <w:pPr>
        <w:jc w:val="right"/>
      </w:pPr>
      <w:r>
        <w:t>صاحب، آپ نے ابھی جو اپنے انٹروڈکٹری ورڈز میں جو سترویں صدی میں اٹھنے والی تحریکوں کا ذکر کیا، وہ بہت ہی امپورٹنٹ سبجیکٹ ہے۔</w:t>
      </w:r>
    </w:p>
    <w:p>
      <w:r>
        <w:rPr>
          <w:b/>
        </w:rPr>
        <w:t xml:space="preserve">[03:16] </w:t>
      </w:r>
      <w:r>
        <w:t>Aur aap ne hum se poocha ke mo'akhar uz zikr tehreek yani Hukumat e Ilahia wali tehreek, is ka pas manzar kya hai aur is ke baniyan kaun hain.</w:t>
      </w:r>
    </w:p>
    <w:p>
      <w:pPr>
        <w:jc w:val="right"/>
      </w:pPr>
      <w:r>
        <w:t>اور آپ نے ہم سے پوچھا کہ مؤخر الذکر تحریک یعنی حکومت الہیہ والی تحریک، اس کا پس منظر کیا ہے اور اس کے بانیان کون ہیں۔</w:t>
      </w:r>
    </w:p>
    <w:p>
      <w:r>
        <w:rPr>
          <w:b/>
        </w:rPr>
        <w:t xml:space="preserve">[03:27] </w:t>
      </w:r>
      <w:r>
        <w:t>To</w:t>
      </w:r>
    </w:p>
    <w:p>
      <w:pPr>
        <w:jc w:val="right"/>
      </w:pPr>
      <w:r>
        <w:t>تو</w:t>
      </w:r>
    </w:p>
    <w:p>
      <w:r>
        <w:rPr>
          <w:b/>
        </w:rPr>
        <w:t xml:space="preserve">[03:28] </w:t>
      </w:r>
      <w:r>
        <w:t>mein aap ko bata doon, jadeed zamana totally aik different zamane ke taur par emerge hua hai.</w:t>
      </w:r>
    </w:p>
    <w:p>
      <w:pPr>
        <w:jc w:val="right"/>
      </w:pPr>
      <w:r>
        <w:t>میں آپ کو بتا دوں، جدید زمانہ ٹوٹلی ایک ڈفرنٹ زمانے کے طور پر ایمرج ہوا ہے۔</w:t>
      </w:r>
    </w:p>
    <w:p>
      <w:r>
        <w:rPr>
          <w:b/>
        </w:rPr>
        <w:t xml:space="preserve">[03:38] </w:t>
      </w:r>
      <w:r>
        <w:t>Aap dekhiye, qadeem zamane mein insan har cheez mein traditional way se sochta tha.</w:t>
      </w:r>
    </w:p>
    <w:p>
      <w:pPr>
        <w:jc w:val="right"/>
      </w:pPr>
      <w:r>
        <w:t>آپ دیکھیے، قدیم زمانے میں انسان ہر چیز میں ٹریڈیشنل وے سے سوچتا تھا۔</w:t>
      </w:r>
    </w:p>
    <w:p>
      <w:r>
        <w:rPr>
          <w:b/>
        </w:rPr>
        <w:t xml:space="preserve">[03:47] </w:t>
      </w:r>
      <w:r>
        <w:t>Traditional methods hote thay. Aur insan jo hai, sadiyon se aik same method par sochta ja raha tha. Lekin</w:t>
      </w:r>
    </w:p>
    <w:p>
      <w:pPr>
        <w:jc w:val="right"/>
      </w:pPr>
      <w:r>
        <w:t>ٹریڈیشنل میتھڈ ہوتے تھے۔ اور انسان جو ہے، صدیوں سے ایک سیم میتھڈ پر سوچتا جا رہا تھا۔ لیکن</w:t>
      </w:r>
    </w:p>
    <w:p>
      <w:r>
        <w:rPr>
          <w:b/>
        </w:rPr>
        <w:t xml:space="preserve">[03:57] </w:t>
      </w:r>
      <w:r>
        <w:t>Europe ki Nash'a e Thaniya, jis ko hum Renaissance kehte hain, is ke baad dunya mein aik inqilab aaya. Woh inqilab ideology ke mamle mein bhi aaya aur jo hai, commodities jis ko hum kehte hain, yani rozmarra ki istemal ki sahoolatein jis ko hum kehte hain, is silsile mein bhi aaya.</w:t>
      </w:r>
    </w:p>
    <w:p>
      <w:pPr>
        <w:jc w:val="right"/>
      </w:pPr>
      <w:r>
        <w:t>یورپ کی نشۃ ثانیہ، جس کو ہم رینیزنس کہتے ہیں، اس کے بعد دنیا میں ایک انقلاب آیا۔ وہ انقلاب آئیڈیالوجی کے معاملے میں بھی آیا اور جو ہے، کمیوڈیٹیز جس کو ہم کہتے ہیں، یعنی روزمرہ کی استعمال کی سہولتیں جس کو ہم کہتے ہیں، اس سلسلے میں بھی آیا۔</w:t>
      </w:r>
    </w:p>
    <w:p>
      <w:r>
        <w:rPr>
          <w:b/>
        </w:rPr>
        <w:t xml:space="preserve">[04:19] </w:t>
      </w:r>
      <w:r>
        <w:t>To is ko jo hai, baaz logon ne kaha hai The Great Intellectual Revolution ya Age of Consumerism.</w:t>
      </w:r>
    </w:p>
    <w:p>
      <w:pPr>
        <w:jc w:val="right"/>
      </w:pPr>
      <w:r>
        <w:t>تو اس کو جو ہے، بعض لوگوں نے کہا ہے دا گریٹ انٹلیکچول ریولوشن یا ایج آف کنزیومرزم۔</w:t>
      </w:r>
    </w:p>
    <w:p>
      <w:r>
        <w:rPr>
          <w:b/>
        </w:rPr>
        <w:t xml:space="preserve">[04:28] </w:t>
      </w:r>
      <w:r>
        <w:t>To aik taraf jo hai, commodities jis ko hum kehte hain, is silsile mein revolutionary cheezein insan ke istemal mein aayin jo us se pehle ghaleban baray baray badshahon aur surmaon ko bhi hasil nahi theen.</w:t>
      </w:r>
    </w:p>
    <w:p>
      <w:pPr>
        <w:jc w:val="right"/>
      </w:pPr>
      <w:r>
        <w:t>تو ایک طرف جو ہے، کمیوڈیٹیز جس کو ہم کہتے ہیں، اس سلسلے میں ریولوشنری چیزیں انسان کے استعمال میں آئیں جو اس سے پہلے غالباً بڑے بڑے بادشاہوں اور سورماؤں کو بھی حاصل نہیں تھیں۔</w:t>
      </w:r>
    </w:p>
    <w:p>
      <w:r>
        <w:rPr>
          <w:b/>
        </w:rPr>
        <w:t xml:space="preserve">[04:46] </w:t>
      </w:r>
      <w:r>
        <w:t>Doosri taraf The Great Intellectual Revolution ki wajah se nayi nayi ta'abeerat, nayi nayi ideologies, nayi nayi movements aur tehreekon ka is ko hum daur keh sakte hain.</w:t>
      </w:r>
    </w:p>
    <w:p>
      <w:pPr>
        <w:jc w:val="right"/>
      </w:pPr>
      <w:r>
        <w:t>دوسری طرف دا گریٹ انٹلیکچول ریولوشن کی وجہ سے نئی نئی تعبیرات، نئی نئی آئیڈیالوجیز، نئی نئی موومنٹس اور تحریکوں کا اس کو ہم دور کہہ سکتے ہیں۔</w:t>
      </w:r>
    </w:p>
    <w:p>
      <w:r>
        <w:rPr>
          <w:b/>
        </w:rPr>
        <w:t xml:space="preserve">[04:59] </w:t>
      </w:r>
      <w:r>
        <w:t>Ain us waqt mein alam e Islam mein aik bohat bari tragedy bhi ho gayi. Woh tragedy yeh thi ke is daur ke jo maloom bar-e-azam hain, jis ko aap Africa, Asia aur jo hai, Europe keh</w:t>
      </w:r>
    </w:p>
    <w:p>
      <w:pPr>
        <w:jc w:val="right"/>
      </w:pPr>
      <w:r>
        <w:t>عین اس وقت میں عالم اسلام میں ایک بہت بڑی ٹریجڈی بھی ہو گئی۔ وہ ٹریجڈی یہ تھی کہ اس دور کے جو معلوم براعظم ہیں، جس کو آپ افریقہ، ایشیا اور جو ہے، یورپ کہ</w:t>
      </w:r>
    </w:p>
    <w:p>
      <w:r>
        <w:rPr>
          <w:b/>
        </w:rPr>
        <w:t xml:space="preserve">[05:15] </w:t>
      </w:r>
      <w:r>
        <w:t>te hain, to yehi asal Eurasia jis ko hum kehte hain, Africa aur Europe aur Asia, yehi jo hai, dunya ka jo mass hai, mass land area hai, yehi hai jahan se insan sadiyon se basta</w:t>
      </w:r>
    </w:p>
    <w:p>
      <w:pPr>
        <w:jc w:val="right"/>
      </w:pPr>
      <w:r>
        <w:t>تے ہیں، تو یہی اصل یوریشیا جس کو ہم کہتے ہیں، افریقہ اور یورپ اور ایشیا، یہی جو ہے، دنیا کا جو ماس ہے، ماس لینڈ ایریا ہے، یہی ہے جہاں سے انسان صدیوں سے بستا</w:t>
      </w:r>
    </w:p>
    <w:p>
      <w:r>
        <w:rPr>
          <w:b/>
        </w:rPr>
        <w:t xml:space="preserve">[05:28] </w:t>
      </w:r>
      <w:r>
        <w:t>aa raha hai. To sadiyon se jo human habitation jis ko hum kehte hain, is par jo hai, saatveen sadi ke baad Muhammad ur Rasul Allah ke followers ne jo hai,</w:t>
      </w:r>
    </w:p>
    <w:p>
      <w:pPr>
        <w:jc w:val="right"/>
      </w:pPr>
      <w:r>
        <w:t>آ رہا ہے۔ تو صدیوں سے جو ہیومن ہیبیٹیشن جس کو ہم کہتے ہیں، اس پر جو ہے، ساتویں صدی کے بعد محمد الرسول اللہ کے فالوورز نے جو ہے،</w:t>
      </w:r>
    </w:p>
    <w:p>
      <w:r>
        <w:rPr>
          <w:b/>
        </w:rPr>
        <w:t xml:space="preserve">[05:41] </w:t>
      </w:r>
      <w:r>
        <w:t>qabza kiya politically. Aur jo hai, unhon ne poora North Africa is par unhon ne qabza kar liya. Aur phir jo hai, aap map dekhenge to Umayyad Khilafat jis ko hum kehte hain, Khilafat Bani Umayyad</w:t>
      </w:r>
    </w:p>
    <w:p>
      <w:pPr>
        <w:jc w:val="right"/>
      </w:pPr>
      <w:r>
        <w:t>قبضہ کیا پولیٹیکلی۔ اور جو ہے، انہوں نے پورا نارتھ افریقہ اس پر انہوں نے قبضہ کر لیا۔ اور پھر جو ہے، آپ میپ دیکھیں گے تو امی خلیفت جس کو ہم کہتے ہیں، خلافت بنو امی</w:t>
      </w:r>
    </w:p>
    <w:p>
      <w:r>
        <w:rPr>
          <w:b/>
        </w:rPr>
        <w:t xml:space="preserve">[05:55] </w:t>
      </w:r>
      <w:r>
        <w:t>h, to un ka aap map dekhiye to woh map shuru hota hai Morocco se, Spain ke jo hai, Spain se jo laga hua jo Africa ka jo area hai, wahan se shuru ho kar woh jo hai, hamare Karachi ya aap keh sakte hain Punjab tak phaila hua hai.</w:t>
      </w:r>
    </w:p>
    <w:p>
      <w:pPr>
        <w:jc w:val="right"/>
      </w:pPr>
      <w:r>
        <w:t>ہ، تو ان کا آپ میپ دیکھیے تو وہ میپ شروع ہوتا ہے مراکو سے، اسپین کے جو ہے، اسپین سے جو لگا ہوا جو افریقہ کا جو ایریا ہے، وہاں سے شروع ہو کر وہ جو ہے، ہمارے کراچی یا آپ کہہ سکتے ہیں پنجاب تک پھیلا ہوا ہے۔</w:t>
      </w:r>
    </w:p>
    <w:p>
      <w:r>
        <w:rPr>
          <w:b/>
        </w:rPr>
        <w:t xml:space="preserve">[06:11] </w:t>
      </w:r>
      <w:r>
        <w:t>yani itna bara land mass is par jo hai, musalmanon ka domination ho gaya politically.</w:t>
      </w:r>
    </w:p>
    <w:p>
      <w:pPr>
        <w:jc w:val="right"/>
      </w:pPr>
      <w:r>
        <w:t>یعنی اتنا بڑا لینڈ ماس اس پر جو ہے، مسلمانوں کا ڈومینیشن ہو گیا پولیٹیکلی۔</w:t>
      </w:r>
    </w:p>
    <w:p>
      <w:r>
        <w:rPr>
          <w:b/>
        </w:rPr>
        <w:t xml:space="preserve">[06:16] </w:t>
      </w:r>
      <w:r>
        <w:t>to Khuda ki yeh planning ke tehat hua tha ke Khuda yeh chahta tha ke jo hai, jaisa subah ke session mein discussion hui ke age of persecution ko khatm kiya jaye.</w:t>
      </w:r>
    </w:p>
    <w:p>
      <w:pPr>
        <w:jc w:val="right"/>
      </w:pPr>
      <w:r>
        <w:t>تو خدا کی یہ پلاننگ کے تحت ہوا تھا کہ خدا یہ چاہتا تھا کہ جو ہے، جیسا صبح کے سیشن میں ڈسکشن ہوئی کہ ایج آف پرسیکیوشن کو ختم کیا جائے۔</w:t>
      </w:r>
    </w:p>
    <w:p>
      <w:r>
        <w:rPr>
          <w:b/>
        </w:rPr>
        <w:t xml:space="preserve">[06:27] </w:t>
      </w:r>
      <w:r>
        <w:t>yani mazhab ko state se detach kar diya jaye taake insan freely soche aur jo hai, jo chahe woh jo hai, ikhtiyar kar sake.</w:t>
      </w:r>
    </w:p>
    <w:p>
      <w:pPr>
        <w:jc w:val="right"/>
      </w:pPr>
      <w:r>
        <w:t>یعنی مذہب کو اسٹیٹ سے ڈی ٹچ کر دیا جائے تاکہ انسان فریلی سوچے اور جو ہے، جو چاہے وہ جو ہے، اختیار کر سکے۔</w:t>
      </w:r>
    </w:p>
    <w:p>
      <w:r>
        <w:rPr>
          <w:b/>
        </w:rPr>
        <w:t xml:space="preserve">[06:37] </w:t>
      </w:r>
      <w:r>
        <w:t>jaise nabiyon ka paigham agar kisi ko samajhna ho to is par koi state pressure</w:t>
      </w:r>
    </w:p>
    <w:p>
      <w:pPr>
        <w:jc w:val="right"/>
      </w:pPr>
      <w:r>
        <w:t>جیسے نبیوں کا پیغام اگر کسی کو سمجھنا ہو تو اس پر کوئی اسٹیٹ پریشر</w:t>
      </w:r>
    </w:p>
    <w:p>
      <w:r>
        <w:rPr>
          <w:b/>
        </w:rPr>
        <w:t xml:space="preserve">[06:42] </w:t>
      </w:r>
      <w:r>
        <w:t>na rahe to Khuda Ta'ala ne jo hai, jaise Bani Israel ke sath Kanaan mein ya Falasteen mein kiya tha, apne aik khas maqsad ke tehat, aik mission ke tehat</w:t>
      </w:r>
    </w:p>
    <w:p>
      <w:pPr>
        <w:jc w:val="right"/>
      </w:pPr>
      <w:r>
        <w:t>نہ رہے۔ تو خدا تعالیٰ نے جو ہے، جیسے بنی اسرائیل کے ساتھ کنعان میں یا فلسطین میں کیا تھا، اپنے ایک خاص مقصد کے تحت، ایک مشن کے تحت</w:t>
      </w:r>
    </w:p>
    <w:p>
      <w:r>
        <w:rPr>
          <w:b/>
        </w:rPr>
        <w:t xml:space="preserve">[06:53] </w:t>
      </w:r>
      <w:r>
        <w:t>, isi tarah yehi waqia barhe peymane par Banu Ismail ke sath hua. Aur tausee'i taur par in sare logon ke sath jinhon ne Banu Ismail ke mazhab ko qabool kiya.</w:t>
      </w:r>
    </w:p>
    <w:p>
      <w:pPr>
        <w:jc w:val="right"/>
      </w:pPr>
      <w:r>
        <w:t>، اسی طرح یہی واقعہ بڑے پیمانے پر بنو اسماعیل کے ساتھ ہوا۔ اور توسیعی طور پر ان سارے لوگوں کے ساتھ جنہوں نے بنو اسماعیل کے مذہب کو قبول کیا۔</w:t>
      </w:r>
    </w:p>
    <w:p>
      <w:r>
        <w:rPr>
          <w:b/>
        </w:rPr>
        <w:t xml:space="preserve">[07:02] </w:t>
      </w:r>
      <w:r>
        <w:t>to aik great land mass jo hai, musalmanon ke qabze mein aya. Aur yeh silsila chalta raha yahan tak ke barah so sal, terah so sal guzar gaye.</w:t>
      </w:r>
    </w:p>
    <w:p>
      <w:pPr>
        <w:jc w:val="right"/>
      </w:pPr>
      <w:r>
        <w:t>تو ایک گریٹ لینڈ ماس جو ہے، مسلمانوں کے قبضے میں آیا۔ اور یہ سلسلہ چلتا رہا یہاں تک کہ بارہ سو سال، تیرہ سو سال گزر گئے۔</w:t>
      </w:r>
    </w:p>
    <w:p>
      <w:r>
        <w:rPr>
          <w:b/>
        </w:rPr>
        <w:t xml:space="preserve">[07:11] </w:t>
      </w:r>
      <w:r>
        <w:t>to is ke bad jo hai, aik ajeeb o ghareeb waqia pesh aya ke Europe se jo hai, aik nai soch ubh</w:t>
      </w:r>
    </w:p>
    <w:p>
      <w:pPr>
        <w:jc w:val="right"/>
      </w:pPr>
      <w:r>
        <w:t>تو اس کے بعد جو ہے، ایک عجیب و غریب واقعہ پیش آیا کہ یورپ سے جو ہے، ایک نئی سوچ ابھ</w:t>
      </w:r>
    </w:p>
    <w:p>
      <w:r>
        <w:rPr>
          <w:b/>
        </w:rPr>
        <w:t xml:space="preserve">[07:18] </w:t>
      </w:r>
      <w:r>
        <w:t>ri. Is nai soch ne jo hai, qadeem daur ko poori tarah hila kar rakh diya. To is ke jo victim bane, yani jo is ke beneficiary the qadeem daur ke, is mein musalman sab se barhe beneficiary the.</w:t>
      </w:r>
    </w:p>
    <w:p>
      <w:pPr>
        <w:jc w:val="right"/>
      </w:pPr>
      <w:r>
        <w:t>ری۔ اس نئی سوچ نے جو ہے، قدیم دور کو پوری طرح ہلا کر رکھ دیا۔ تو اس کے جو وکٹم بنے، یعنی جو اس کے بینیفیشری تھے قدیم دور کے، اس میں مسلمان سب سے بڑے بینیفیشری تھے۔</w:t>
      </w:r>
    </w:p>
    <w:p>
      <w:r>
        <w:rPr>
          <w:b/>
        </w:rPr>
        <w:t xml:space="preserve">[07:33] </w:t>
      </w:r>
      <w:r>
        <w:t>to China mein bhi kuch log the, isi tarah Australia mein bhi the aur USA mein bhi the. In saran ko jo hai, aik bohat bara dhakka laga.</w:t>
      </w:r>
    </w:p>
    <w:p>
      <w:pPr>
        <w:jc w:val="right"/>
      </w:pPr>
      <w:r>
        <w:t>تو چائنا میں بھی کچھ لوگ تھے، اسی طرح آسٹریلیا میں بھی تھے اور یو ایس اے میں بھی تھے۔ ان ساروں کو جو ہے، ایک بہت بڑا دھکا لگا۔</w:t>
      </w:r>
    </w:p>
    <w:p>
      <w:r>
        <w:rPr>
          <w:b/>
        </w:rPr>
        <w:t xml:space="preserve">[07:41] </w:t>
      </w:r>
      <w:r>
        <w:t>yani in ke culture par, in ke political power par, har cheez par. To isi tarah musalmanon par laga.</w:t>
      </w:r>
    </w:p>
    <w:p>
      <w:pPr>
        <w:jc w:val="right"/>
      </w:pPr>
      <w:r>
        <w:t>یعنی ان کے کلچر پر، ان کے پولیٹیکل پاور پر، ہر چیز پر۔ تو اسی طرح مسلمانوں پر لگا۔</w:t>
      </w:r>
    </w:p>
    <w:p>
      <w:r>
        <w:rPr>
          <w:b/>
        </w:rPr>
        <w:t xml:space="preserve">[07:48] </w:t>
      </w:r>
      <w:r>
        <w:t>lekin yeh impact musalmanon par zyada tha. Yeh dent jis ko aap kahenge, jo push laga, yeh musalmanon par zyada laga. To musalmanon ne jo hai, yeh teeno barra-e-azam par jo in ka dabdaba tha, woh ahista ahista lose karna shuru kiya.</w:t>
      </w:r>
    </w:p>
    <w:p>
      <w:pPr>
        <w:jc w:val="right"/>
      </w:pPr>
      <w:r>
        <w:t>لیکن یہ امپیکٹ مسلمانوں پر زیادہ تھا۔ یہ ڈینٹ جس کو آپ کہیں گے، جو پش لگا، یہ مسلمانوں پر زیادہ لگا۔ تو مسلمانوں نے جو ہے، یہ تینوں براعظموں پر جو ان کا دبدبہ تھا، وہ آہستہ آہستہ لوز کرنا شروع کیا۔</w:t>
      </w:r>
    </w:p>
    <w:p>
      <w:r>
        <w:rPr>
          <w:b/>
        </w:rPr>
        <w:t xml:space="preserve">[08:02] </w:t>
      </w:r>
      <w:r>
        <w:t>to is ke nateejay mein jo hai, musalmanon mein bohat sari movement uthi is ko dobara regain kar saken. Jaise aap ne zikr kiya Saeed Nursi ki tehreek jo Turkey mein uthi.</w:t>
      </w:r>
    </w:p>
    <w:p>
      <w:pPr>
        <w:jc w:val="right"/>
      </w:pPr>
      <w:r>
        <w:t>تو اس کے نتیجے میں جو ہے، مسلمانوں میں بہت ساری موومنٹ اٹھی اس کو دوبارہ ری گین کر سکیں۔ جیسے آپ نے ذکر کیا سعید نورسی کی تحریک جو ترکی میں اٹھی۔</w:t>
      </w:r>
    </w:p>
    <w:p>
      <w:r>
        <w:rPr>
          <w:b/>
        </w:rPr>
        <w:t xml:space="preserve">[08:13] </w:t>
      </w:r>
      <w:r>
        <w:t>is</w:t>
      </w:r>
    </w:p>
    <w:p>
      <w:pPr>
        <w:jc w:val="right"/>
      </w:pPr>
      <w:r>
        <w:t>اس</w:t>
      </w:r>
    </w:p>
    <w:p>
      <w:r>
        <w:rPr>
          <w:b/>
        </w:rPr>
        <w:t xml:space="preserve">[08:14] </w:t>
      </w:r>
      <w:r>
        <w:t>i tarah jo hai, aap ne Sandusi ki tehreek, Sheikh Muhammad bin Abdul Wahab ki tehreek Saudi Arabia mein. Isi tarah jo hai, Khilafat Tehreek hamare Hindustan mein.</w:t>
      </w:r>
    </w:p>
    <w:p>
      <w:pPr>
        <w:jc w:val="right"/>
      </w:pPr>
      <w:r>
        <w:t>ی طرح جو ہے، آپ نے سندوسی کی تحریک، شیخ محمد بن عبدالوہاب کی تحریک سعودی عربیہ میں۔ اسی طرح جو ہے، خلافت تحریک ہمارے ہندوستان میں۔</w:t>
      </w:r>
    </w:p>
    <w:p>
      <w:r>
        <w:rPr>
          <w:b/>
        </w:rPr>
        <w:t xml:space="preserve">[08:25] </w:t>
      </w:r>
      <w:r>
        <w:t>to yeh sari tehreekon ke peechay jo hai, aik hi wish kaam kar rahi thi. Woh thi regain of past glory.</w:t>
      </w:r>
    </w:p>
    <w:p>
      <w:pPr>
        <w:jc w:val="right"/>
      </w:pPr>
      <w:r>
        <w:t>تو یہ ساری تحریکوں کے پیچھے جو ہے، ایک ہی وش کام کر رہی تھی۔ وہ تھی ری گین آف پاسٹ گلوری۔</w:t>
      </w:r>
    </w:p>
    <w:p>
      <w:r>
        <w:rPr>
          <w:b/>
        </w:rPr>
        <w:t xml:space="preserve">[08:34] </w:t>
      </w:r>
      <w:r>
        <w:t>azmat-e-mazi ki dobara daryaft. Lekin jo hai, yeh ho nahi pa rahi thi mukhtalif reasons se.</w:t>
      </w:r>
    </w:p>
    <w:p>
      <w:pPr>
        <w:jc w:val="right"/>
      </w:pPr>
      <w:r>
        <w:t>عظمت ماضی کی دوبارہ دریافت۔ لیکن جو ہے، یہ ہو نہیں پا رہی تھی مختلف ریزنز سے۔</w:t>
      </w:r>
    </w:p>
    <w:p>
      <w:r>
        <w:rPr>
          <w:b/>
        </w:rPr>
        <w:t xml:space="preserve">[08:42] </w:t>
      </w:r>
      <w:r>
        <w:t>to jab musalmanon ki yeh khwahish barhi to do naam ubhar kar jo hai, aik bohat hi ajeeb angle se un ke samne aye. Aik the Maulana Maududi.</w:t>
      </w:r>
    </w:p>
    <w:p>
      <w:pPr>
        <w:jc w:val="right"/>
      </w:pPr>
      <w:r>
        <w:t>تو جب مسلمانوں کی یہ خواہش آگے بڑھی تو دو نام ابھر کر جو ہے، ایک بہت ہی عجیب اینگل سے ان کے سامنے آئے۔ ایک تھے مولانا مودودی۔</w:t>
      </w:r>
    </w:p>
    <w:p>
      <w:r>
        <w:rPr>
          <w:b/>
        </w:rPr>
        <w:t xml:space="preserve">[08:52] </w:t>
      </w:r>
      <w:r>
        <w:t>1903 mein un ki paidaish hui ghaleban Deccan Hyderabad mein. Aur doosre the Syed Qutb aur Hassan al-Banna 1906 mein.</w:t>
      </w:r>
    </w:p>
    <w:p>
      <w:pPr>
        <w:jc w:val="right"/>
      </w:pPr>
      <w:r>
        <w:t>انیس سو تین میں ان کی پیدائش ہوئی غالباً دکن حیدرآباد میں۔ اور دوسرے تھے سید قطب اور حسن البنا انیس سو چھ میں۔</w:t>
      </w:r>
    </w:p>
    <w:p>
      <w:r>
        <w:rPr>
          <w:b/>
        </w:rPr>
        <w:t xml:space="preserve">[09:03] </w:t>
      </w:r>
      <w:r>
        <w:t>to Khilafat Tehreek, Sandusi Tehreek ya Sheikh Muhammad bin Abdul Wahab ki tehreek ke bilkul alag mein</w:t>
      </w:r>
    </w:p>
    <w:p>
      <w:pPr>
        <w:jc w:val="right"/>
      </w:pPr>
      <w:r>
        <w:t>تو خلافت تحریک، سندوسی تحریک یا شیخ محمد بن عبدالوہاب کی تحریک کے بالکل الگ میں</w:t>
      </w:r>
    </w:p>
    <w:p>
      <w:r>
        <w:rPr>
          <w:b/>
        </w:rPr>
        <w:t xml:space="preserve">[09:11] </w:t>
      </w:r>
      <w:r>
        <w:t>in logon ne jo hai, musalmanon ki woh jo to regain past glory, us ko unhon ne jo hai, aik ta'beer ki shakal de di.</w:t>
      </w:r>
    </w:p>
    <w:p>
      <w:pPr>
        <w:jc w:val="right"/>
      </w:pPr>
      <w:r>
        <w:t>ان لوگوں نے جو ہے، مسلمانوں کی وہ جو ٹو ری گین پاسٹ گلوری، اس کو انہوں نے جو ہے، ایک تعبیر کی شکل دے دی۔</w:t>
      </w:r>
    </w:p>
    <w:p>
      <w:r>
        <w:rPr>
          <w:b/>
        </w:rPr>
        <w:t xml:space="preserve">[09:20] </w:t>
      </w:r>
      <w:r>
        <w:t>aik ideology ki shakal de di. Yani is se pehle to hum yeh keh sakte hain ke har musalman ke dil mein yeh thi ke jo hai, Islam ka ghalba rahe aur yeh dabdaba qaim rahe Quran aur jo hai, Islam ka.</w:t>
      </w:r>
    </w:p>
    <w:p>
      <w:pPr>
        <w:jc w:val="right"/>
      </w:pPr>
      <w:r>
        <w:t>ایک آئیڈیالوجی کی شکل دے دی۔ یعنی اس سے پہلے تو ہم یہ کہہ سکتے ہیں کہ ہر مسلمان کے دل میں یہ تھی کہ جو ہے، اسلام کا غلبہ رہے اور یہ دبدبہ قائم رہے قرآن اور جو ہے، اسلام کا۔</w:t>
      </w:r>
    </w:p>
    <w:p>
      <w:r>
        <w:rPr>
          <w:b/>
        </w:rPr>
        <w:t xml:space="preserve">[09:33] </w:t>
      </w:r>
      <w:r>
        <w:t>lekin unhon ne jo hai, aik ajeeb o ghareeb taur par yeh kiya ke unhon ne jo hai, is ta'beer ko hi jo hai, Islam ki main goal ke taur par pesh kiya.</w:t>
      </w:r>
    </w:p>
    <w:p>
      <w:pPr>
        <w:jc w:val="right"/>
      </w:pPr>
      <w:r>
        <w:t>لیکن انہوں نے جو ہے، ایک عجیب و غریب طور پر یہ کیا کہ انہوں نے جو ہے، اس تعبیر کو ہی جو ہے، اسلام کی مین گول کے طور پر پیش کیا۔</w:t>
      </w:r>
    </w:p>
    <w:p>
      <w:r>
        <w:rPr>
          <w:b/>
        </w:rPr>
        <w:t xml:space="preserve">[09:42] </w:t>
      </w:r>
      <w:r>
        <w:t>yani political gain ko hasil karna aur jo hai, Islami hukumat ka qayam. Us ko hi unhon ne jo hai, La ilaha illallah Muhammadur Rasulullah ka main part qarar diya.</w:t>
      </w:r>
    </w:p>
    <w:p>
      <w:pPr>
        <w:jc w:val="right"/>
      </w:pPr>
      <w:r>
        <w:t>یعنی پولیٹیکل گین کو حاصل کرنا اور جو ہے، اسلامی حکومت کا قیام۔ اس کو ہی انہوں نے جو ہے، لا الہ الا اللہ محمد الرسول اللہ کا مین پارٹ قرار دیا۔</w:t>
      </w:r>
    </w:p>
    <w:p>
      <w:r>
        <w:rPr>
          <w:b/>
        </w:rPr>
        <w:t xml:space="preserve">[09:53] </w:t>
      </w:r>
      <w:r>
        <w:t>to yeh do namon ne jo hai, itna zyada impact dala alam-e-Islam par</w:t>
      </w:r>
    </w:p>
    <w:p>
      <w:pPr>
        <w:jc w:val="right"/>
      </w:pPr>
      <w:r>
        <w:t>تو یہ دو ناموں نے جو ہے، اتنا زیادہ امپیکٹ ڈالا عالم اسلام پر</w:t>
      </w:r>
    </w:p>
    <w:p>
      <w:r>
        <w:rPr>
          <w:b/>
        </w:rPr>
        <w:t xml:space="preserve">[09:58] </w:t>
      </w:r>
      <w:r>
        <w:t>arib world par bhi aur nan arib world par bhi ke youth ke kya kehte hain aap, chang ke chang in ke peeche ho gaye. laat ke laat jo hai, in ke follower ban gaye.</w:t>
      </w:r>
    </w:p>
    <w:p>
      <w:pPr>
        <w:jc w:val="right"/>
      </w:pPr>
      <w:r>
        <w:t>، عرب ورلڈ پر بھی اور نان عرب ورلڈ پر بھی کہ یوتھس کے کیا کہتے ہیں آپ، چنگ کے چنگ ان کے پیچھے ہو گئے۔ لاٹ کے لاٹ جو ہے، ان کے فالوور بن گئے۔</w:t>
      </w:r>
    </w:p>
    <w:p>
      <w:r>
        <w:rPr>
          <w:b/>
        </w:rPr>
        <w:t xml:space="preserve">[10:08] </w:t>
      </w:r>
      <w:r>
        <w:t>aur is ki wajah se jo hai, logon ke andar pehle to unhon ne peace fully apna nazariya rakha. jab peace fully woh kamyab nahi hue to unhon ne phir jo hai, violent method istemal karna shuru kiya.</w:t>
      </w:r>
    </w:p>
    <w:p>
      <w:pPr>
        <w:jc w:val="right"/>
      </w:pPr>
      <w:r>
        <w:t>اور اس کی وجہ سے جو ہے، لوگوں کے اندر پہلے تو انہوں نے پیس فلی اپنا نظریہ رکھا۔ جب پیس فلی وہ کامیاب نہیں ہوئے تو انہوں نے پھر جو ہے، وائلنٹ میتھڈ استعمال کرنا شروع کیا۔</w:t>
      </w:r>
    </w:p>
    <w:p>
      <w:r>
        <w:rPr>
          <w:b/>
        </w:rPr>
        <w:t xml:space="preserve">[10:19] </w:t>
      </w:r>
      <w:r>
        <w:t>is tarah jo hai, aap keh sakte hain ke jo hai, the most impactful person of our recent history Maulana Syed Abul Ala Maududi aur Syed Qutb al Shaheed jin ko kehte hain Misr se.</w:t>
      </w:r>
    </w:p>
    <w:p>
      <w:pPr>
        <w:jc w:val="right"/>
      </w:pPr>
      <w:r>
        <w:t>اس طرح جو ہے، آپ کہہ سکتے ہیں کہ جو ہے، دا موسٹ امپیکٹ فل پرسن آف اور ریسنٹ ہسٹری مولانا سید ابو العالی مودودی اور سید قطب الشہید جن کو کہتے ہیں مصر سے۔</w:t>
      </w:r>
    </w:p>
    <w:p>
      <w:r>
        <w:rPr>
          <w:b/>
        </w:rPr>
        <w:t xml:space="preserve">[10:31] </w:t>
      </w:r>
      <w:r>
        <w:t>to yeh dono baniyan ne ek big following paida ki apni. to is tarah jo hai, violent jo hai, ek dam wide spread ho gaya is tashreeh ki wajah se.</w:t>
      </w:r>
    </w:p>
    <w:p>
      <w:pPr>
        <w:jc w:val="right"/>
      </w:pPr>
      <w:r>
        <w:t>تو یہ دونوں بانیان نے ایک بگ فالونگ پیدا کی اپنی۔ تو اس طرح جو ہے، وائلنٹ جو ہے، ایک دم وائیڈ سپریڈ ہو گیا اس تشریح کی وجہ سے۔</w:t>
      </w:r>
    </w:p>
    <w:p>
      <w:r>
        <w:rPr>
          <w:b/>
        </w:rPr>
        <w:t xml:space="preserve">[10:44] </w:t>
      </w:r>
      <w:r>
        <w:t>shukriya aap Fayyaz Sahab. hum jaisa ke jante hain Maulana Maududi Sahab ne ek kitab likhi dauran. bunyadi istilahaat. is mein un is kitab mein unhon ne deen ki jo bunyadi istilaha hai us ki tashreeh ki hai.</w:t>
      </w:r>
    </w:p>
    <w:p>
      <w:pPr>
        <w:jc w:val="right"/>
      </w:pPr>
      <w:r>
        <w:t>شکریہ آپ فیاض صاحب۔ ہم جیسا کہ جانتے ہیں مولانا مودودی صاحب نے ایک کتاب لکھی دوران۔ بنیادی اصطلاحیں۔ اس میں ان اس کتاب میں انہوں نے دین کی جو بنیادی اصطلاح ہے اس کی تشریح کی ہے۔</w:t>
      </w:r>
    </w:p>
    <w:p>
      <w:r>
        <w:rPr>
          <w:b/>
        </w:rPr>
        <w:t xml:space="preserve">[10:58] </w:t>
      </w:r>
      <w:r>
        <w:t>to main aap se yeh poochna chahunga ke yeh bunyadi istilaha kya hai aur Maulana Maududi Sahab ne is ki tashreeh kya ki hai? Maulana Maududi Sahab se pehle, Maulana Syed Abul Ala Maududi Sahab se pehle</w:t>
      </w:r>
    </w:p>
    <w:p>
      <w:pPr>
        <w:jc w:val="right"/>
      </w:pPr>
      <w:r>
        <w:t>تو میں آپ سے یہ پوچھنا چاہوں گا کہ یہ بنیادی اصطلاح کیا ہے اور مولانا مودودی صاحب نے اس کی تشریح کیا کی ہے؟ مولانا مودودی صاحب سے پہلے، مولانا سید ابو العالی مودودی صاحب سے پہلے</w:t>
      </w:r>
    </w:p>
    <w:p>
      <w:r>
        <w:rPr>
          <w:b/>
        </w:rPr>
        <w:t xml:space="preserve">[11:13] </w:t>
      </w:r>
      <w:r>
        <w:t>hum arkan khamsa jante the. yani tauheed, namaz, roza, zakat, hajj. one ness of Allah and jo hai, five time prayers and jo hai, zakat, hajj waghera.</w:t>
      </w:r>
    </w:p>
    <w:p>
      <w:pPr>
        <w:jc w:val="right"/>
      </w:pPr>
      <w:r>
        <w:t>ہم ارکان خمسہ جانتے تھے۔ یعنی توحید، نماز، روزہ، زکوۃ، حج۔ ون نیس آف اللہ اینڈ جو ہے، فائیو ٹائم پریئرز اینڈ جو ہے، زکوۃ، حج وغیرہ۔</w:t>
      </w:r>
    </w:p>
    <w:p>
      <w:r>
        <w:rPr>
          <w:b/>
        </w:rPr>
        <w:t xml:space="preserve">[11:26] </w:t>
      </w:r>
      <w:r>
        <w:t>yeh paanch hi arkan se hum jo hai, waqif the Maulana Maududi Sahab se pehle. aur har musalman jo hai, Rasool Allah ke baad se le kar ab tak yeh janta tha ke paanch arkan Islam hain jis par mujhe strictly follow karna hai ikhlas ke sath.</w:t>
      </w:r>
    </w:p>
    <w:p>
      <w:pPr>
        <w:jc w:val="right"/>
      </w:pPr>
      <w:r>
        <w:t>یہ پانچ ہی ارکان سے ہم جو ہے، واقف تھے مولانا مودودی صاحب سے پہلے۔ اور ہر مسلمان جو ہے، رسول اللہ کے بعد سے لے کر اب تک یہ جانتا تھا کہ پانچ ارکان اسلام ہیں جس پر مجھے اسٹرکٹلی فالو کرنا ہے اخلاص کے ساتھ۔</w:t>
      </w:r>
    </w:p>
    <w:p>
      <w:r>
        <w:rPr>
          <w:b/>
        </w:rPr>
        <w:t xml:space="preserve">[11:40] </w:t>
      </w:r>
      <w:r>
        <w:t>itna hi insan jante the.</w:t>
      </w:r>
    </w:p>
    <w:p>
      <w:pPr>
        <w:jc w:val="right"/>
      </w:pPr>
      <w:r>
        <w:t>اتنا ہی انسان جانتے تھے۔</w:t>
      </w:r>
    </w:p>
    <w:p>
      <w:r>
        <w:rPr>
          <w:b/>
        </w:rPr>
        <w:t xml:space="preserve">[11:42] </w:t>
      </w:r>
      <w:r>
        <w:t>lekin jaisa ke aap ne aap ko maine bataya ke yeh daur ek different daur hai har cheez mein. yani revolutionary thoughts dena aur har cheez ko ek theme aur ideology banana.</w:t>
      </w:r>
    </w:p>
    <w:p>
      <w:pPr>
        <w:jc w:val="right"/>
      </w:pPr>
      <w:r>
        <w:t>لیکن جیسا کہ آپ نے آپ کو میں نے بتایا کہ یہ دور ایک ڈفرنٹ دور ہے ہر چیز میں۔ یعنی ریولوشنری تھاٹس دینا اور ہر چیز کو ایک تھیم اور آئیڈیالوجی بنانا۔</w:t>
      </w:r>
    </w:p>
    <w:p>
      <w:r>
        <w:rPr>
          <w:b/>
        </w:rPr>
        <w:t xml:space="preserve">[11:52] </w:t>
      </w:r>
      <w:r>
        <w:t>to Maulana Maududi ne jo hai, ek bohat hi kya kehte hain, unique type ki istilahaat pesh keen.</w:t>
      </w:r>
    </w:p>
    <w:p>
      <w:pPr>
        <w:jc w:val="right"/>
      </w:pPr>
      <w:r>
        <w:t>تو مولانا مودودی نے جو ہے، ایک بہت ہی کیا کہتے ہیں، یونیک ٹائپ کی اصطلاحات پیش کی۔</w:t>
      </w:r>
    </w:p>
    <w:p>
      <w:r>
        <w:rPr>
          <w:b/>
        </w:rPr>
        <w:t xml:space="preserve">[12:00] </w:t>
      </w:r>
      <w:r>
        <w:t>ke deen ki char char bunyadi istilahaat ya istilahaat arba ke naam se unhon ne jo hai, Ilah, Rabb, Ibadat aur Deen.</w:t>
      </w:r>
    </w:p>
    <w:p>
      <w:pPr>
        <w:jc w:val="right"/>
      </w:pPr>
      <w:r>
        <w:t>کہ دین کی چار چار بنیادی اصطلاحیں یا اصطلاحات اربع کے نام سے انہوں نے جو ہے، الہ، رب، عبادت اور دین۔</w:t>
      </w:r>
    </w:p>
    <w:p>
      <w:r>
        <w:rPr>
          <w:b/>
        </w:rPr>
        <w:t xml:space="preserve">[12:08] </w:t>
      </w:r>
      <w:r>
        <w:t>yeh char cheezon ko unhon ne jo hai, deen ki bunyadi istilahaat kaha. halanke is se pehle hum deen ki bunyadi istilahaat wahi arkan khamsa ko jante the. to yeh ek uniquely unhon ne jo hai, bohat hi shaz o nadir andaaz mein char alfaz ko unhon ne liya aur us ke is silsile mein kaha ke yeh char bunyadi istilahaat hain, basic terminologies of Islam.</w:t>
      </w:r>
    </w:p>
    <w:p>
      <w:pPr>
        <w:jc w:val="right"/>
      </w:pPr>
      <w:r>
        <w:t>یہ چار چیزوں کو انہوں نے جو ہے، دین کی بنیادی اصطلاحیں کہا۔ حالانکہ اس سے پہلے ہم دین کی بنیادی اصطلاحیں وہی ارکان خمسہ کو جانتے تھے۔ تو یہ ایک یونیکلی انہوں نے جو ہے، بہت ہی شاذ و نادر انداز میں چار الفاظ کو انہوں نے لیا اور اس کے اس سلسلے میں کہا کہ یہ چار بنیادی اصطلاحات ہیں، بیسک ٹرمینالوجیز آف اسلام۔</w:t>
      </w:r>
    </w:p>
    <w:p>
      <w:r>
        <w:rPr>
          <w:b/>
        </w:rPr>
        <w:t xml:space="preserve">[12:28] </w:t>
      </w:r>
      <w:r>
        <w:t>yani is ko samjhe baghair Islam mein entry hi insan ki jo hai, mushkil ho jati hai ya doubt ful ho jati hai. to yeh deen ki un ki char bunyadi istilahaat theen.</w:t>
      </w:r>
    </w:p>
    <w:p>
      <w:pPr>
        <w:jc w:val="right"/>
      </w:pPr>
      <w:r>
        <w:t>یعنی اس کو سمجھے بغیر اسلام میں انٹری ہی انسان کی جو ہے، مشکل ہو جاتی ہے یا ڈاؤٹ فل ہو جاتی ہے۔ تو یہ دین کی ان کی چار بنیادی اصطلاحیں تھیں۔</w:t>
      </w:r>
    </w:p>
    <w:p>
      <w:r>
        <w:rPr>
          <w:b/>
        </w:rPr>
        <w:t xml:space="preserve">[12:39] </w:t>
      </w:r>
      <w:r>
        <w:t>Ilah, Rabb, Deen, Ibadat. to is ki tashreeh unhon ne kya ki woh bari hi amazing hai. yani amazing bhi hai aur very strange bhi hai hum keh sakte hain.</w:t>
      </w:r>
    </w:p>
    <w:p>
      <w:pPr>
        <w:jc w:val="right"/>
      </w:pPr>
      <w:r>
        <w:t>الہ، رب، دین، عبادت۔ تو اس کی تشریح انہوں نے کیا کی وہ بڑی ہی امیزنگ ہے۔ یعنی امیزنگ بھی ہے اور ویری سٹرینج بھی ہے ہم کہہ سکتے ہیں۔</w:t>
      </w:r>
    </w:p>
    <w:p>
      <w:r>
        <w:rPr>
          <w:b/>
        </w:rPr>
        <w:t xml:space="preserve">[12:50] </w:t>
      </w:r>
      <w:r>
        <w:t>jis se jo hai, hamari agli naslein waqif nahi theen. unhon ne yeh kaha ke Ilah ka ek mafhoom, ek tashreeh understanding jo sare hi musalman scholars lete hain us se I am totally agree.</w:t>
      </w:r>
    </w:p>
    <w:p>
      <w:pPr>
        <w:jc w:val="right"/>
      </w:pPr>
      <w:r>
        <w:t>جس سے جو ہے، ہماری اگلی نسلیں واقف نہیں تھیں۔ انہوں نے یہ کہا کہ الہ کا ایک مفہوم، ایک تشریح انڈرسٹینڈنگ جو سارے ہی مسلمان اسکالرز لیتے ہیں اس سے آئی ایم ٹوٹلی ایگری۔</w:t>
      </w:r>
    </w:p>
    <w:p>
      <w:r>
        <w:rPr>
          <w:b/>
        </w:rPr>
        <w:t xml:space="preserve">[13:04] </w:t>
      </w:r>
      <w:r>
        <w:t>hundred percent I agree with this understanding. but</w:t>
      </w:r>
    </w:p>
    <w:p>
      <w:pPr>
        <w:jc w:val="right"/>
      </w:pPr>
      <w:r>
        <w:t>ہنڈرڈ پرسنٹ آئی ایگری ود دس انڈرسٹینڈنگ۔ بٹ</w:t>
      </w:r>
    </w:p>
    <w:p>
      <w:r>
        <w:rPr>
          <w:b/>
        </w:rPr>
        <w:t xml:space="preserve">[13:08] </w:t>
      </w:r>
      <w:r>
        <w:t>unhon ne ek but lagaya. but lagane ke baad unhon ne jo hai, is mein bohat sare add kiye, bohat sari baatein. unhon ne kaha La ilaha illallah ka matlab yeh to hai ke jo hai, Allah ke ilawa koi mabood nahi hai.</w:t>
      </w:r>
    </w:p>
    <w:p>
      <w:pPr>
        <w:jc w:val="right"/>
      </w:pPr>
      <w:r>
        <w:t>انہوں نے ایک بٹ لگایا۔ بٹ لگانے کے بعد انہوں نے جو ہے، اس میں بہت سارے ایڈ کیے، بہت ساری باتیں۔ انہوں نے کہا لا الہ الا اللہ کا مطلب یہ تو ہے کہ جو ہے، اللہ کے علاوہ کوئی معبود نہیں ہے۔</w:t>
      </w:r>
    </w:p>
    <w:p>
      <w:r>
        <w:rPr>
          <w:b/>
        </w:rPr>
        <w:t xml:space="preserve">[13:22] </w:t>
      </w:r>
      <w:r>
        <w:t>yeh unhon ne kaha, is ka mafhoom mein yeh manta hoon. main jo hai, aslaf ke kisi bhi aalim se is silsile mein ikhtilaf nahi rakhta hoon. but unhon ne kaha ke is ke baad mujhe ikhtilaf hai.</w:t>
      </w:r>
    </w:p>
    <w:p>
      <w:pPr>
        <w:jc w:val="right"/>
      </w:pPr>
      <w:r>
        <w:t>یہ انہوں نے کہا، اس کا مفہوم میں یہ مانتا ہوں۔ میں جو ہے، اسلاف کے کسی بھی عالم سے اس سلسلے میں اختلاف نہیں رکھتا ہوں۔ بٹ انہوں نے کہا کہ اس کے بعد مجھے اختلاف ہے۔</w:t>
      </w:r>
    </w:p>
    <w:p>
      <w:r>
        <w:rPr>
          <w:b/>
        </w:rPr>
        <w:t xml:space="preserve">[13:31] </w:t>
      </w:r>
      <w:r>
        <w:t>kya aslaf ne yeh jo Ilah ka jo mafhoom liya hai, jo understanding un ko hui hai, kya yeh</w:t>
      </w:r>
    </w:p>
    <w:p>
      <w:pPr>
        <w:jc w:val="right"/>
      </w:pPr>
      <w:r>
        <w:t>کیا اسلاف نے یہ جو الہ کا جو مفہوم لیا ہے، جو انڈرسٹینڈنگ ان کو ہوئی ہے، کیا یہ</w:t>
      </w:r>
    </w:p>
    <w:p>
      <w:r>
        <w:rPr>
          <w:b/>
        </w:rPr>
        <w:t xml:space="preserve">[13:37] </w:t>
      </w:r>
      <w:r>
        <w:t>correct hai? to woh kehte hain mujhe is silsile mein doubt hai. woh yeh kehte hain ke jo hai, Rasool Allah Salallahu Alaihi Wasallam par jab Quran reveal ho raha tha aur ashab e Rasool jab Quran ko receive kar rahe the Rasool Allah se to Ilah ka us waqt ek doosra mafhoom tha.</w:t>
      </w:r>
    </w:p>
    <w:p>
      <w:pPr>
        <w:jc w:val="right"/>
      </w:pPr>
      <w:r>
        <w:t>کریکٹ ہے؟ تو وہ کہتے ہیں مجھے اس سلسلے میں ڈاؤٹ ہے۔ وہ یہ کہتے ہیں کہ جو ہے، رسول اللہ صلی اللہ علیہ وسلم پر جب قرآن ریویل ہو رہا تھا اور اصحاب رسول جب قرآن کو ریسیو کر رہے تھے رسول اللہ سے تو الہ کا اس وقت ایک دوسرا مفہوم تھا۔</w:t>
      </w:r>
    </w:p>
    <w:p>
      <w:r>
        <w:rPr>
          <w:b/>
        </w:rPr>
        <w:t xml:space="preserve">[13:52] </w:t>
      </w:r>
      <w:r>
        <w:t>phir is mein jo hai, degeneration hua ya diminution hua is ke andar is mafhoom mein. hote hote is ka mafhoom bas itna raha ke Khuda jo hai, alam e takwini ka malik hai.</w:t>
      </w:r>
    </w:p>
    <w:p>
      <w:pPr>
        <w:jc w:val="right"/>
      </w:pPr>
      <w:r>
        <w:t>پھر اس میں جو ہے، ڈی جنریشن ہوا یا ڈیمینیشن ہوا اس کے اندر اس مفہوم میں۔ ہوتے ہوتے اس کا مفہوم بس اتنا رہا کہ خدا جو ہے، عالم تکوینی کا مالک ہے۔</w:t>
      </w:r>
    </w:p>
    <w:p>
      <w:r>
        <w:rPr>
          <w:b/>
        </w:rPr>
        <w:t xml:space="preserve">[14:03] </w:t>
      </w:r>
      <w:r>
        <w:t>yani musalman yeh kehte hain ke jo hai, jo alam e takwini jis ko kehte hain hum, physical world jo hai, yani suraj ghoom raha hai, chand nikal raha hai, barish ho rahi hai, zameen jo hai, ghalla uga rahi hai.</w:t>
      </w:r>
    </w:p>
    <w:p>
      <w:pPr>
        <w:jc w:val="right"/>
      </w:pPr>
      <w:r>
        <w:t>یعنی مسلمان یہ کہتے ہیں کہ جو ہے، جو عالم تکوینی جس کو کہتے ہیں ہم، فزیکل ورلڈ جو ہے، یعنی سورج گھوم رہا ہے، چاند نکل رہا ہے، بارشیں ہو رہی ہیں، زمین جو ہے، غلہ اگا رہی ہے۔</w:t>
      </w:r>
    </w:p>
    <w:p>
      <w:r>
        <w:rPr>
          <w:b/>
        </w:rPr>
        <w:t xml:space="preserve">[14:16] </w:t>
      </w:r>
      <w:r>
        <w:t>to musalman yeh lete hain ke Ilah ka matlab yeh hai ke yeh Khuda jo hai, in sab takwini umoor ka Ilah hai, God hai. to woh kehte hain mujhe is mein koi ikhtilaf nahi hai, yeh to sahi hai.</w:t>
      </w:r>
    </w:p>
    <w:p>
      <w:pPr>
        <w:jc w:val="right"/>
      </w:pPr>
      <w:r>
        <w:t>تو مسلمان یہ لیتے ہیں کہ الہ کا مطلب یہ ہے کہ یہ خدا جو ہے، ان سب تکوینی امور کا الہ ہے، گاڈ ہے۔ تو وہ کہتے ہیں مجھے اس میں کوئی اختلاف نہیں ہے، یہ تو صحیح ہے۔</w:t>
      </w:r>
    </w:p>
    <w:p>
      <w:r>
        <w:rPr>
          <w:b/>
        </w:rPr>
        <w:t xml:space="preserve">[14:26] </w:t>
      </w:r>
      <w:r>
        <w:t>lekin yeh baad ka degeneration hai, woh kehte hain is par ruk jana. woh yeh kehte hain ke ashab e Rasool ne jo hai, is ka mafhoom yeh nahi liya tha, is ka mafhoom unhon ne yeh liya tha ke jis tarah physical world par Khuda ki yeh chal rahi hai, ne</w:t>
      </w:r>
    </w:p>
    <w:p>
      <w:pPr>
        <w:jc w:val="right"/>
      </w:pPr>
      <w:r>
        <w:t>لیکن یہ بعد کا ڈی جنریشن ہے، وہ کہتے ہیں اس پر رک جانا۔ وہ یہ کہتے ہیں کہ اصحاب رسول نے جو ہے، اس کا مفہوم یہ نہیں لیا تھا، اس کا مفہوم انہوں نے یہ لیا تھا کہ جس طرح فزیکل ورلڈ پر خدا کی یہ چل رہی ہے، نی</w:t>
      </w:r>
    </w:p>
    <w:p>
      <w:r>
        <w:rPr>
          <w:b/>
        </w:rPr>
        <w:t xml:space="preserve">[14:38] </w:t>
      </w:r>
      <w:r>
        <w:t>charl world par khuda ka domination hai, isi tarah jo hai, human societies mein qanoon bhi jo hai, khuda ka hi chalna chahiye. khuda jo hai, parliament ka bhi khuda hona chahiye, doosre alfaz mein.</w:t>
      </w:r>
    </w:p>
    <w:p>
      <w:pPr>
        <w:jc w:val="right"/>
      </w:pPr>
      <w:r>
        <w:t>چرل ورلڈ پر خدا کا ڈومینیشن ہے، اسی طرح جو ہے، ہیومن سوسائٹیز میں قانون بھی جو ہے، خدا کا ہی چلنا چاہیے۔ خدا جو ہے، پارلیمنٹ کا بھی خدا ہونا چاہیے، دوسرے الفاظ میں۔</w:t>
      </w:r>
    </w:p>
    <w:p>
      <w:r>
        <w:rPr>
          <w:b/>
        </w:rPr>
        <w:t xml:space="preserve">[14:49] </w:t>
      </w:r>
      <w:r>
        <w:t>state ka bhi khuda hona chahiye, legislation council ka bhi woh khuda hai. ab musalmanon ne jo hai, sirf ek ilah ka ek radius mafhoom le liya, mehdood mafhoom le liya aur wasee mafhoom ko chhod diya.</w:t>
      </w:r>
    </w:p>
    <w:p>
      <w:pPr>
        <w:jc w:val="right"/>
      </w:pPr>
      <w:r>
        <w:t>اسٹیٹ کا بھی خدا ہونا چاہیے، لیجسلیشن کونسل کا بھی وہ خدا ہے۔ اب مسلمانوں نے جو ہے، صرف ایک الہ کا ایک ریڈیوس مفہوم لے لیا، محدود مفہوم لے لیا اور وسیع مفہوم کو چھوڑ دیا۔</w:t>
      </w:r>
    </w:p>
    <w:p>
      <w:r>
        <w:rPr>
          <w:b/>
        </w:rPr>
        <w:t xml:space="preserve">[15:01] </w:t>
      </w:r>
      <w:r>
        <w:t>woh yeh kehte hain ke yeh mehdood mafhoom mujhe is se totally mein agree karta hoon. lekin main is ko jo hai, mehdood mafhoom ke taur par</w:t>
      </w:r>
    </w:p>
    <w:p>
      <w:pPr>
        <w:jc w:val="right"/>
      </w:pPr>
      <w:r>
        <w:t>وہ یہ کہتے ہیں کہ یہ محدود مفہوم مجھے اس سے ٹوٹلی میں ایگری کرتا ہوں۔ لیکن میں اس کو جو ہے، محدود مفہوم کے طور پر</w:t>
      </w:r>
    </w:p>
    <w:p>
      <w:r>
        <w:rPr>
          <w:b/>
        </w:rPr>
        <w:t xml:space="preserve">[15:09] </w:t>
      </w:r>
      <w:r>
        <w:t>leta hoon. is ko jab tak hum tausee nahi denge to hum is deen ko nahi pahunch sakte ya is deen tak hamari rasai nahi ho sakti jis par abubakar, umar aur asharah mubasharah ya ashab-e-rasool khade hue the.</w:t>
      </w:r>
    </w:p>
    <w:p>
      <w:pPr>
        <w:jc w:val="right"/>
      </w:pPr>
      <w:r>
        <w:t>لیتا ہوں۔ اس کو جب تک ہم توسیع نہیں دیں گے تو ہم اس دین کو نہیں پہنچ سکتے یا اس دین تک ہماری رسائی نہیں ہو سکتی جس پر ابوبکر، عمر اور عشرہ مبشرہ یا اصحاب رسول کھڑے ہوئے تھے۔</w:t>
      </w:r>
    </w:p>
    <w:p>
      <w:r>
        <w:rPr>
          <w:b/>
        </w:rPr>
        <w:t xml:space="preserve">[15:21] </w:t>
      </w:r>
      <w:r>
        <w:t>to unhon ne jab is ko yeh kiya to goya ke samjhiye is ko unhon ne jo hai, ek aam se aam si cheez ko unhon ne jo hai, is ko nuclear hathiyar goya ke unhon ne bana</w:t>
      </w:r>
    </w:p>
    <w:p>
      <w:pPr>
        <w:jc w:val="right"/>
      </w:pPr>
      <w:r>
        <w:t>تو انہوں نے جب اس کو یہ کیا تو گویا کہ سمجھیے اس کو انہوں نے جو ہے، ایک عام سے عام سی چیز کو انہوں نے جو ہے، اس کو نیوکلیئر ہتھیار گویا کہ انہوں نے بنا</w:t>
      </w:r>
    </w:p>
    <w:p>
      <w:r>
        <w:rPr>
          <w:b/>
        </w:rPr>
        <w:t xml:space="preserve">[15:33] </w:t>
      </w:r>
      <w:r>
        <w:t>diya. ab logon ne yeh socha ke main to ab tak jo hai, takweeni umoor mein khuda ko ilah manta tha. ab to mujhe jo hai, parliament, legislation, road aur jo hai, har qanoon ke andar khuda ko khuda maankar rehna hai.</w:t>
      </w:r>
    </w:p>
    <w:p>
      <w:pPr>
        <w:jc w:val="right"/>
      </w:pPr>
      <w:r>
        <w:t>دیا۔ اب لوگوں نے یہ سوچا کہ میں تو اب تک جو ہے، تکوینی امور میں خدا کو الہ مانتا تھا۔ اب تو مجھے جو ہے، پارلیمنٹ، لیجسلیشن، روڈ اور جو ہے، ہر قانون کے اندر خدا کو خدا مان کر رہنا ہے۔</w:t>
      </w:r>
    </w:p>
    <w:p>
      <w:r>
        <w:rPr>
          <w:b/>
        </w:rPr>
        <w:t xml:space="preserve">[15:45] </w:t>
      </w:r>
      <w:r>
        <w:t>to ab is ke liye kya kya jaye? to unhon ne kaha ke jo hai, aap ka iman is waqt tak mukammal nahi hoga jab tak aap parliament ki seat par qabza na kar lein.</w:t>
      </w:r>
    </w:p>
    <w:p>
      <w:pPr>
        <w:jc w:val="right"/>
      </w:pPr>
      <w:r>
        <w:t>تو اب اس کے لیے کیا کیا جائے؟ تو انہوں نے کہا کہ جو ہے، آپ کا ایمان اس وقت تک مکمل نہیں ہوگا جب تک آپ پارلیمنٹ کی سیٹ پر قبضہ نہ کر لیں۔</w:t>
      </w:r>
    </w:p>
    <w:p>
      <w:r>
        <w:rPr>
          <w:b/>
        </w:rPr>
        <w:t xml:space="preserve">[15:55] </w:t>
      </w:r>
      <w:r>
        <w:t>jab</w:t>
      </w:r>
    </w:p>
    <w:p>
      <w:pPr>
        <w:jc w:val="right"/>
      </w:pPr>
      <w:r>
        <w:t>جب</w:t>
      </w:r>
    </w:p>
    <w:p>
      <w:r>
        <w:rPr>
          <w:b/>
        </w:rPr>
        <w:t xml:space="preserve">[15:56] </w:t>
      </w:r>
      <w:r>
        <w:t>tak jo hai, duniya ki jo political seats par jo log baithe hue hain, un ko unseat kar ke aap jo hai, is par qabza na karein. is waqt tak jo hai, aap ka iman jo hai, naqis aur doubtfull rahega aur akhirat ki nijat is mein mushkil ho jayegi.</w:t>
      </w:r>
    </w:p>
    <w:p>
      <w:pPr>
        <w:jc w:val="right"/>
      </w:pPr>
      <w:r>
        <w:t>تک جو ہے، دنیا کی جو پولیٹیکل سیٹس پر جو لوگ بیٹھے ہوئے ہیں، ان کو ان سیٹ کر کے آپ جو ہے، اس پر قبضہ نہ کریں۔ اس وقت تک جو ہے، آپ کا ایمان جو ہے، ناقص اور ڈاؤٹ فل رہے گا اور آخرت کی نجات اس میں مشکل ہو جائے گی۔</w:t>
      </w:r>
    </w:p>
    <w:p>
      <w:r>
        <w:rPr>
          <w:b/>
        </w:rPr>
        <w:t xml:space="preserve">[16:10] </w:t>
      </w:r>
      <w:r>
        <w:t>to ab naujawanon ko jo hai, ek pehle hi se jo hai, woh ubal rahe the, azmat-e-maazi ki ko regain karne ke liye. ab to un ke liye jo hai, Islamization ho gaya, justification ho</w:t>
      </w:r>
    </w:p>
    <w:p>
      <w:pPr>
        <w:jc w:val="right"/>
      </w:pPr>
      <w:r>
        <w:t>تو اب نوجوانوں کو جو ہے، ایک پہلے ہی سے جو ہے، وہ ابل رہے تھے، عظمت ماضی کی کو ری گین کرنے کے لیے۔ اب تو ان کے لیے جو ہے، اسلامائزیشن ہو گیا، جسٹیفیکیشن ہو</w:t>
      </w:r>
    </w:p>
    <w:p>
      <w:r>
        <w:rPr>
          <w:b/>
        </w:rPr>
        <w:t xml:space="preserve">[16:23] </w:t>
      </w:r>
      <w:r>
        <w:t>gaya. yani un ki jo communal jo wish thi, us ko jo hai, Maulana Maududi sahib ne jo hai, Islamize kar diya aur ek justification de diya jis ke peeche poori ummat ka poori ummat ka support aur Quran aur Hadees khade hue hain.</w:t>
      </w:r>
    </w:p>
    <w:p>
      <w:pPr>
        <w:jc w:val="right"/>
      </w:pPr>
      <w:r>
        <w:t>گیا۔ یعنی ان کی جو کمیونل جو وش تھی، اس کو جو ہے، مولانا مودودی صاحب نے جو ہے، اسلامائز کر دیا اور ایک جسٹیفیکیشن دے دیا جس کے پیچھے پوری امت کا پوری امت کا سپورٹ اور قرآن اور حدیث کھڑے ہوئے ہیں۔</w:t>
      </w:r>
    </w:p>
    <w:p>
      <w:r>
        <w:rPr>
          <w:b/>
        </w:rPr>
        <w:t xml:space="preserve">[16:39] </w:t>
      </w:r>
      <w:r>
        <w:t>is tarah unhon ne kaha hai. to is ke nateeje mein jo hai, itna zyada nuksan hua is tashreeh ke nateeje mein ke</w:t>
      </w:r>
    </w:p>
    <w:p>
      <w:pPr>
        <w:jc w:val="right"/>
      </w:pPr>
      <w:r>
        <w:t>اس طرح انہوں نے کہا ہے۔ تو اس کے نتیجے میں جو ہے، اتنا زیادہ نقصان ہوا اس تشریح کے نتیجے میں کہ</w:t>
      </w:r>
    </w:p>
    <w:p>
      <w:r>
        <w:rPr>
          <w:b/>
        </w:rPr>
        <w:t xml:space="preserve">[16:45] </w:t>
      </w:r>
      <w:r>
        <w:t>musalman mulkon mein unhon ne jo hai, musalman hukmaranon ko West ke agent ke naam se target kiya. jab woh nakaam hue un ko unseat karne mein, un ko jailon mein thonsa gaya to unhon ne kaha ke hum khilafat-e-islamiya agar qaim na kar sakein, koi harj nahin.</w:t>
      </w:r>
    </w:p>
    <w:p>
      <w:pPr>
        <w:jc w:val="right"/>
      </w:pPr>
      <w:r>
        <w:t>مسلم ملکوں میں انہوں نے جو ہے، مسلم حکمرانوں کو ویسٹ کے ایجنٹ کے نام سے ٹارگٹ کیا۔ جب وہ ناکام ہوئے ان کو ان سیٹ کرنے میں، ان کو جیلوں میں ٹھوسا گیا تو انہوں نے کہا کہ ہم خلافت اسلامیہ اگر قائم نہ کر سکیں، کوئی حرج نہیں۔</w:t>
      </w:r>
    </w:p>
    <w:p>
      <w:r>
        <w:rPr>
          <w:b/>
        </w:rPr>
        <w:t xml:space="preserve">[16:59] </w:t>
      </w:r>
      <w:r>
        <w:t>lekin hum itna to kar sakte hain ke in taghooti nizaamon ko jo hai, destabilize karein, kamzor kar ke rakh dein. to unhon ne jo hai, underground tehrikein shuru karein aur jo hai, baghavatein karwayein, hamle karwaye musalman hukmaranon par.</w:t>
      </w:r>
    </w:p>
    <w:p>
      <w:pPr>
        <w:jc w:val="right"/>
      </w:pPr>
      <w:r>
        <w:t>لیکن ہم اتنا تو کر سکتے ہیں کہ ان طاغوتی نظاموں کو جو ہے، ڈی سٹیبلائز کریں، کمزور کر کے رکھ دیں۔ تو انہوں نے جو ہے، انڈر گراؤنڈ تحریکیں شروع کیں اور جو ہے، بغاوتیں کروائیں، حملے کروائے مسلم حکمرانوں پر۔</w:t>
      </w:r>
    </w:p>
    <w:p>
      <w:r>
        <w:rPr>
          <w:b/>
        </w:rPr>
        <w:t xml:space="preserve">[17:12] </w:t>
      </w:r>
      <w:r>
        <w:t>yahi mamla unhon ne jo hai, non-muslim world mein bhi kiya. jaise</w:t>
      </w:r>
    </w:p>
    <w:p>
      <w:pPr>
        <w:jc w:val="right"/>
      </w:pPr>
      <w:r>
        <w:t>یہی معاملہ انہوں نے جو ہے، نان مسلم ورلڈ میں بھی کیا۔ جیسے</w:t>
      </w:r>
    </w:p>
    <w:p>
      <w:r>
        <w:rPr>
          <w:b/>
        </w:rPr>
        <w:t xml:space="preserve">[17:16] </w:t>
      </w:r>
      <w:r>
        <w:t>India aur jo hai, is tarah ke jo countries hain, wahan bhi unhon ne yeh koshish ki ke jo hai, hum agar hukoomat-e-ilahiyah qaim nahi kar sakte hain, koi harj</w:t>
      </w:r>
    </w:p>
    <w:p>
      <w:pPr>
        <w:jc w:val="right"/>
      </w:pPr>
      <w:r>
        <w:t>انڈیا اور جو ہے، اس طرح کے جو کنٹریز ہیں، وہاں بھی انہوں نے یہ کوشش کی کہ جو ہے، ہم اگر حکومت الہیہ قائم نہیں کر سکتے ہیں، کوئی ح</w:t>
      </w:r>
    </w:p>
    <w:p>
      <w:r>
        <w:rPr>
          <w:b/>
        </w:rPr>
        <w:t xml:space="preserve">[17:24] </w:t>
      </w:r>
      <w:r>
        <w:t>nahin. hum kam se kam jo hai, in khuda ke dushmanon ko sata to sakte hain. un ko jo hai, weak to kar sakte hain. to unhon ne jo hai, weak karne wale jo hai, kaam yahan par shuru kiye.</w:t>
      </w:r>
    </w:p>
    <w:p>
      <w:pPr>
        <w:jc w:val="right"/>
      </w:pPr>
      <w:r>
        <w:t>رج نہیں۔ ہم کم سے کم جو ہے، ان خدا کے دشمنوں کو ستا تو سکتے ہیں۔ ان کو جو ہے، ویک تو کر سکتے ہیں۔ تو انہوں نے جو ہے، ویک کرنے والے جو ہے، کام یہاں پر شروع کیے۔</w:t>
      </w:r>
    </w:p>
    <w:p>
      <w:r>
        <w:rPr>
          <w:b/>
        </w:rPr>
        <w:t xml:space="preserve">[17:35] </w:t>
      </w:r>
      <w:r>
        <w:t>to is tarah jo hai, zameen jo hai, fasad se bhar gayi, violence se bhar gayi aur yeh violence ke peeche naam liya ja raha tha Quran aur Paighambar ka.</w:t>
      </w:r>
    </w:p>
    <w:p>
      <w:pPr>
        <w:jc w:val="right"/>
      </w:pPr>
      <w:r>
        <w:t>تو اس طرح جو ہے، زمین جو ہے، فساد سے بھر گئی، وائلنس سے بھر گئی اور یہ وائلنس کے پیچھے نام لیا جا رہا تھا قرآن اور پیغمبر کا۔</w:t>
      </w:r>
    </w:p>
    <w:p>
      <w:r>
        <w:rPr>
          <w:b/>
        </w:rPr>
        <w:t xml:space="preserve">[17:45] </w:t>
      </w:r>
      <w:r>
        <w:t>is tarah jo hai, yeh tashreeh un ki jo hai, ek aam aam se hathiyar ko jo hai, nuclear hathiyar jaise bana bana diya</w:t>
      </w:r>
    </w:p>
    <w:p>
      <w:pPr>
        <w:jc w:val="right"/>
      </w:pPr>
      <w:r>
        <w:t>اس طرح جو ہے، یہ تشریح ان کی جو ہے، ایک عام عام سے ہتھیار کو جو ہے، نیوکلیئر ہتھیار جیسے بنا بنا دیا</w:t>
      </w:r>
    </w:p>
    <w:p>
      <w:r>
        <w:rPr>
          <w:b/>
        </w:rPr>
        <w:t xml:space="preserve">[17:53] </w:t>
      </w:r>
      <w:r>
        <w:t>jata hai. is tarah ka is ne impact kiya aur bada hi is ka nuksan saamne aaya. aap ki baaton se aisa lag raha hai ke woh jo fiqh ka ek usool hai, daf al-darar awla min jalb al-masalih.</w:t>
      </w:r>
    </w:p>
    <w:p>
      <w:pPr>
        <w:jc w:val="right"/>
      </w:pPr>
      <w:r>
        <w:t>جاتا ہے۔ اس طرح کا اس نے امپیکٹ کیا اور بڑا ہی اس کا نقصان سامنے آیا۔ آپ کی باتوں سے ایسا لگ رہا ہے کہ وہ جو فقہ کا ایک اصول ہے، دفع الضرر اولی من جلب المصالح۔</w:t>
      </w:r>
    </w:p>
    <w:p>
      <w:r>
        <w:rPr>
          <w:b/>
        </w:rPr>
        <w:t xml:space="preserve">[18:07] </w:t>
      </w:r>
      <w:r>
        <w:t>ke zarar ko daf karna yeh zyada afzal hai masalih ko laane ke muqable mein. to yeh tehreek jab uthi to is ka matlab yeh hai ke nuksan zyada aaya.</w:t>
      </w:r>
    </w:p>
    <w:p>
      <w:pPr>
        <w:jc w:val="right"/>
      </w:pPr>
      <w:r>
        <w:t>کہ ضرر کو دفع کرنا یہ زیادہ افضل ہے مصالحے کو لانے کے مقابلے میں۔ تو یہ تحریک جب اٹھی تو اس کا مطلب یہ ہے کہ نقصان زیادہ آیا۔</w:t>
      </w:r>
    </w:p>
    <w:p>
      <w:r>
        <w:rPr>
          <w:b/>
        </w:rPr>
        <w:t xml:space="preserve">[18:19] </w:t>
      </w:r>
      <w:r>
        <w:t>to yeh to fuqaha ne jo usool banaya tha, us ke khilaf yeh cheez thi main samajhta hoon. to is par jo jahan tak mujhe ilm hai ke rawaiyee ulama ko yeh cheez samajh mein nahi aayi.</w:t>
      </w:r>
    </w:p>
    <w:p>
      <w:pPr>
        <w:jc w:val="right"/>
      </w:pPr>
      <w:r>
        <w:t>تو یہ تو فقہاء نے جو اصول بنایا تھا، اس کے خلاف یہ چیز تھی میں سمجھتا ہوں۔ تو اس پر جو جہاں تک مجھے علم ہے کہ روایتی علماء کو یہ چیز سمجھ میں نہیں آئی۔</w:t>
      </w:r>
    </w:p>
    <w:p>
      <w:r>
        <w:rPr>
          <w:b/>
        </w:rPr>
        <w:t xml:space="preserve">[18:31] </w:t>
      </w:r>
      <w:r>
        <w:t>lekin un ke paas ek jo pattern tha, us mein woh cheez fit nahi ho rahi thi to unhon ne khul kar is ki tanqeed nahi ki. jaise Maulana Ashraf Ali Thanvi ke bare mein aata hai ke unhon ne kaha yeh tehreek to bazahir kya hai, woh lagti hai theek hai lekin mujhe dil se is par sadr nahi</w:t>
      </w:r>
    </w:p>
    <w:p>
      <w:pPr>
        <w:jc w:val="right"/>
      </w:pPr>
      <w:r>
        <w:t>لیکن ان کے پاس ایک جو پیٹرن تھا، اس میں وہ چیز فٹ نہیں ہو رہی تھی تو انہوں نے کھل کر اس کی تنقید نہیں کی۔ جیسے مولانا اشرف علی تھانوی کے بارے میں آتا ہے کہ انہوں نے کہا یہ تحریک تو بظاہر کیا ہے، وہ لگتی ہے ٹھیک ہے لیکن مجھے دل سے اس پر شر صدر نہیں</w:t>
      </w:r>
    </w:p>
    <w:p>
      <w:r>
        <w:rPr>
          <w:b/>
        </w:rPr>
        <w:t xml:space="preserve">[18:48] </w:t>
      </w:r>
      <w:r>
        <w:t>hai. aisa unhon ne baat aisi baat kahi thi unhon ne. Maulana Wahiduddin Khan sahib ne is par tanqeed ki thi, un ki ek badi kitab jo hai, woh Ta'beer ki Ghalatiyan.</w:t>
      </w:r>
    </w:p>
    <w:p>
      <w:pPr>
        <w:jc w:val="right"/>
      </w:pPr>
      <w:r>
        <w:t>ہے۔ ایسا انہوں نے بات ایسی بات کہی تھی انہوں نے۔ مولانا وحید الدین خان صاحب نے اس پر تنقید کی تھی، ان کی ایک بڑی کتاب جو ہے، وہ تعبیر کی غلطیاں۔</w:t>
      </w:r>
    </w:p>
    <w:p>
      <w:r>
        <w:rPr>
          <w:b/>
        </w:rPr>
        <w:t xml:space="preserve">[19:02] </w:t>
      </w:r>
      <w:r>
        <w:t>yeh CPS International ki website se bhi download ki ja sakti hai. aur is ke ilawa GoodWord Books se bhi talab ki ja sakti hai, yeh to tafseeli kitab</w:t>
      </w:r>
    </w:p>
    <w:p>
      <w:pPr>
        <w:jc w:val="right"/>
      </w:pPr>
      <w:r>
        <w:t>یہ سی پی ایس انٹرنیشنل کی ویب سائٹ سے بھی ڈاؤن لوڈ کی جا سکتی ہے۔ اور اس کے علاوہ گڈ ورڈ بکس سے بھی طلب کی جا سکتی ہے، یہ تو تفصیلی کتاب</w:t>
      </w:r>
    </w:p>
    <w:p>
      <w:r>
        <w:rPr>
          <w:b/>
        </w:rPr>
        <w:t xml:space="preserve">[19:14] </w:t>
      </w:r>
      <w:r>
        <w:t>hai. Isi ki</w:t>
      </w:r>
    </w:p>
    <w:p>
      <w:pPr>
        <w:jc w:val="right"/>
      </w:pPr>
      <w:r>
        <w:t>ہے۔ اسی کی</w:t>
      </w:r>
    </w:p>
    <w:p>
      <w:r>
        <w:rPr>
          <w:b/>
        </w:rPr>
        <w:t xml:space="preserve">[19:19] </w:t>
      </w:r>
      <w:r>
        <w:t>isi ko ikhtesar kiya tha Maulana ne. Urdu mein kiya deen ki siyasi taabeer ke naam se aur English mein isi ka translation hai, da political interpretation of Islam.</w:t>
      </w:r>
    </w:p>
    <w:p>
      <w:pPr>
        <w:jc w:val="right"/>
      </w:pPr>
      <w:r>
        <w:t>اسی کو اختصار کیا تھا مولانا نے۔ اردو میں کیا دین کی سیاسی تعبیر کے نام سے اور انگلش میں اسی کا ٹرانسلیشن ہے، دا پولیٹیکل انٹرپریٹیشن آف اسلام۔</w:t>
      </w:r>
    </w:p>
    <w:p>
      <w:r>
        <w:rPr>
          <w:b/>
        </w:rPr>
        <w:t xml:space="preserve">[19:29] </w:t>
      </w:r>
      <w:r>
        <w:t>is mein hum is ko tafseel se dekh sakte hain. Is waqt hum is talluq se Maulana Inayatullah Umri sahib se sawal karenge is par.</w:t>
      </w:r>
    </w:p>
    <w:p>
      <w:pPr>
        <w:jc w:val="right"/>
      </w:pPr>
      <w:r>
        <w:t>اس میں ہم اس کو تفصیل سے دیکھ سکتے ہیں۔ اس وقت ہم اس تعلق سے مولانا عنایت اللہ عمری صاحب سے سوال کریں گے اس پر۔</w:t>
      </w:r>
    </w:p>
    <w:p>
      <w:r>
        <w:rPr>
          <w:b/>
        </w:rPr>
        <w:t xml:space="preserve">[19:39] </w:t>
      </w:r>
      <w:r>
        <w:t>Maulana Wahiduddin Khan sahib is ko deen ki siyasi taabeer ke naam se kyun mausoom karte the? Ji. Yeh bhi bohat ahem aur buniyadi sawal hai ke Maulana ne is ko deen ki siyasi taabeer kyun kaha?</w:t>
      </w:r>
    </w:p>
    <w:p>
      <w:pPr>
        <w:jc w:val="right"/>
      </w:pPr>
      <w:r>
        <w:t>مولانا وحید الدین خان صاحب اس کو دین کی سیاسی تعبیر کے نام سے کیوں موسوم کرتے تھے؟ جی۔ یہ بھی بہت اہم اور بنیادی سوال ہے کہ مولانا نے اس کو دین کی سیاسی تعبیر کیوں کہا؟</w:t>
      </w:r>
    </w:p>
    <w:p>
      <w:r>
        <w:rPr>
          <w:b/>
        </w:rPr>
        <w:t xml:space="preserve">[19:59] </w:t>
      </w:r>
      <w:r>
        <w:t>Dekhein jaisa ke abhi hum sun rahe the hamare saathi se ke insano ke andar jo hai ek khwahish hoti hai ke dunya mein woh dominant rahein,</w:t>
      </w:r>
    </w:p>
    <w:p>
      <w:pPr>
        <w:jc w:val="right"/>
      </w:pPr>
      <w:r>
        <w:t>دیکھیں جیسا کہ ابھی ہم سن رہے تھے ہمارے ساتھی سے کہ انسانوں کے اندر جو ہے ایک خواہش ہوتی ہے کہ دنیا میں وہ ڈومیننٹ رہیں،</w:t>
      </w:r>
    </w:p>
    <w:p>
      <w:r>
        <w:rPr>
          <w:b/>
        </w:rPr>
        <w:t xml:space="preserve">[20:12] </w:t>
      </w:r>
      <w:r>
        <w:t>un ki hukoomat ho, un ka power ho. Aur doosra aisa bhi hota hai insaan, yeh bhi ek fitri si baat hai ke jin logon ne yahan par taqreeban hazar saal hukoomat ki ho,</w:t>
      </w:r>
    </w:p>
    <w:p>
      <w:pPr>
        <w:jc w:val="right"/>
      </w:pPr>
      <w:r>
        <w:t>ان کی حکومت ہو، ان کا پاور ہو۔ اور دوسرا ایسا بھی ہوتا ہے انسان، یہ بھی ایک فطری سی بات ہے کہ جن لوگوں نے یہاں پر تقریباً ہزار سال حکومت کی ہو،</w:t>
      </w:r>
    </w:p>
    <w:p>
      <w:r>
        <w:rPr>
          <w:b/>
        </w:rPr>
        <w:t xml:space="preserve">[20:31] </w:t>
      </w:r>
      <w:r>
        <w:t>woh khone ke baad dobara un ke andar chahat paida hoti hai ke jo hum kho chuke hain, usay dobara haasil karein.</w:t>
      </w:r>
    </w:p>
    <w:p>
      <w:pPr>
        <w:jc w:val="right"/>
      </w:pPr>
      <w:r>
        <w:t>وہ کھونے کے بعد دوبارہ ان کے اندر چاہت پیدا ہوتی ہے کہ جو ہم کھو چکے ہیں، اسے دوبارہ حاصل کریں۔</w:t>
      </w:r>
    </w:p>
    <w:p>
      <w:r>
        <w:rPr>
          <w:b/>
        </w:rPr>
        <w:t xml:space="preserve">[20:41] </w:t>
      </w:r>
      <w:r>
        <w:t>Yeh ek fitri khwahish hai. Aur yeh fitri khwahish poori bhi ho sakti hai aur poori nahi bhi ho sakti. Insaan waise bohat si khwahishein rakhta hai magar har khwahish ka poora hona zaroori nahi hota hai.</w:t>
      </w:r>
    </w:p>
    <w:p>
      <w:pPr>
        <w:jc w:val="right"/>
      </w:pPr>
      <w:r>
        <w:t>یہ ایک فطری خواہش ہے۔ اور یہ فطری خواہش پوری بھی ہو سکتی ہے اور پوری نہیں بھی ہو سکتی۔ انسان ویسے بہت سی خواہشیں رکھتا ہے مگر ہر خواہش کا پورا ہونا ضروری نہیں ہوتا ہے۔</w:t>
      </w:r>
    </w:p>
    <w:p>
      <w:r>
        <w:rPr>
          <w:b/>
        </w:rPr>
        <w:t xml:space="preserve">[20:55] </w:t>
      </w:r>
      <w:r>
        <w:t>Lekin is maamle mein ghalti jo hui Maulana Abu al-Ala Maududi se, woh yeh ke unhon ne</w:t>
      </w:r>
    </w:p>
    <w:p>
      <w:pPr>
        <w:jc w:val="right"/>
      </w:pPr>
      <w:r>
        <w:t>لیکن اس معاملے میں غلطی جو ہوئی مولانا ابو العالی مودودی سے، وہ یہ کہ انہوں نے</w:t>
      </w:r>
    </w:p>
    <w:p>
      <w:r>
        <w:rPr>
          <w:b/>
        </w:rPr>
        <w:t xml:space="preserve">[21:05] </w:t>
      </w:r>
      <w:r>
        <w:t>yeh zaroori qarar de diya ke aadmi jab tak Allah ko Ilah ke sath hakim na maane, tab tak us ki tauheed mukammal nahi hoti hai.</w:t>
      </w:r>
    </w:p>
    <w:p>
      <w:pPr>
        <w:jc w:val="right"/>
      </w:pPr>
      <w:r>
        <w:t>یہ ضروری قرار دے دیا کہ آدمی جب تک اللہ کو الہ کے ساتھ حاکم نہ مانے، تب تک اس کی توحید مکمل نہیں ہوتی ہے۔</w:t>
      </w:r>
    </w:p>
    <w:p>
      <w:r>
        <w:rPr>
          <w:b/>
        </w:rPr>
        <w:t xml:space="preserve">[21:19] </w:t>
      </w:r>
      <w:r>
        <w:t>Jab tak woh ibadat ke sath ibadat ko ek siyasi training na samjhe, tab tak us ki ibadat mukammal nahi hoti hai.</w:t>
      </w:r>
    </w:p>
    <w:p>
      <w:pPr>
        <w:jc w:val="right"/>
      </w:pPr>
      <w:r>
        <w:t>جب تک وہ عبادت کے ساتھ عبادت کو ایک سیاسی ٹریننگ نہ سمجھے، تب تک اس کی عبادت مکمل نہیں ہوتی ہے۔</w:t>
      </w:r>
    </w:p>
    <w:p>
      <w:r>
        <w:rPr>
          <w:b/>
        </w:rPr>
        <w:t xml:space="preserve">[21:30] </w:t>
      </w:r>
      <w:r>
        <w:t>Deen ko jab tak woh ek siyasi qanoon ke taur par tasleem na kare, tab tak us ka deen poora nahi hota hai.</w:t>
      </w:r>
    </w:p>
    <w:p>
      <w:pPr>
        <w:jc w:val="right"/>
      </w:pPr>
      <w:r>
        <w:t>دین کو جب تک وہ ایک سیاسی قانون کے طور پر تسلیم نہ کرے، تب تک اس کا دین پورا نہیں ہوتا ہے۔</w:t>
      </w:r>
    </w:p>
    <w:p>
      <w:r>
        <w:rPr>
          <w:b/>
        </w:rPr>
        <w:t xml:space="preserve">[21:42] </w:t>
      </w:r>
      <w:r>
        <w:t>Is tarah jo baat insaan ki khwahish thi, us ko unhon ne deen ka hissa bana diya. Aur yahi sab se zyada khatarnak baat hai.</w:t>
      </w:r>
    </w:p>
    <w:p>
      <w:pPr>
        <w:jc w:val="right"/>
      </w:pPr>
      <w:r>
        <w:t>اس طرح جو بات انسان کی خواہش تھی، اس کو انہوں نے دین کا حصہ بنا دیا۔ اور یہی سب سے زیادہ خطرناک بات ہے۔</w:t>
      </w:r>
    </w:p>
    <w:p>
      <w:r>
        <w:rPr>
          <w:b/>
        </w:rPr>
        <w:t xml:space="preserve">[21:54] </w:t>
      </w:r>
      <w:r>
        <w:t>Dekhein Maulana Wahiduddin Khan sahib ne likha hai ke mujhe yaqeen hai ke unhon ne yeh jo taabeer ki hai, un ki yeh taabeer yaqeenan tehreef to hai magar unhon ne jaan boojh kar ke nahi ki.</w:t>
      </w:r>
    </w:p>
    <w:p>
      <w:pPr>
        <w:jc w:val="right"/>
      </w:pPr>
      <w:r>
        <w:t>دیکھیں مولانا وحید الدین خان صاحب نے لکھا ہے کہ مجھے یقین ہے کہ انہوں نے یہ جو تعبیر کی ہے، ان کی یہ تعبیر یقیناً تحریف تو ہے مگر انہوں نے جان بوجھ کر کے نہیں کی۔</w:t>
      </w:r>
    </w:p>
    <w:p>
      <w:r>
        <w:rPr>
          <w:b/>
        </w:rPr>
        <w:t xml:space="preserve">[22:13] </w:t>
      </w:r>
      <w:r>
        <w:t>Lekin ghalti yeh hai ke jab us ki ghalti wazeh ho kar ke samne aa jaye, tab bhi aadmi usi par</w:t>
      </w:r>
    </w:p>
    <w:p>
      <w:pPr>
        <w:jc w:val="right"/>
      </w:pPr>
      <w:r>
        <w:t>لیکن غلطی یہ ہے کہ جب اس کی غلطی واضح ہو کر کے سامنے آ جائے، تب بھی آدمی اسی پر</w:t>
      </w:r>
    </w:p>
    <w:p>
      <w:r>
        <w:rPr>
          <w:b/>
        </w:rPr>
        <w:t xml:space="preserve">[22:24] </w:t>
      </w:r>
      <w:r>
        <w:t>juda rahe aur yeh kahe ke main jo keh raha hoon, yeh jo hum ne taabeer ki hai, wahi sahih hai. Yeh jo hai asal buniyad banti hai fasad ki.</w:t>
      </w:r>
    </w:p>
    <w:p>
      <w:pPr>
        <w:jc w:val="right"/>
      </w:pPr>
      <w:r>
        <w:t>جڑا رہے اور یہ کہے کہ میں جو کہہ رہا ہوں، یہ جو ہم نے تعبیر کی ہے، وہی صحیح ہے۔ یہ جو ہے اصل بنیاد بنتی ہے فساد کی۔</w:t>
      </w:r>
    </w:p>
    <w:p>
      <w:r>
        <w:rPr>
          <w:b/>
        </w:rPr>
        <w:t xml:space="preserve">[22:35] </w:t>
      </w:r>
      <w:r>
        <w:t>To Maulana ne is ko jo hai taabeer ki ghalti bataya.</w:t>
      </w:r>
    </w:p>
    <w:p>
      <w:pPr>
        <w:jc w:val="right"/>
      </w:pPr>
      <w:r>
        <w:t>تو مولانا نے اس کو جو ہے تعبیر کی غلطی بتایا۔</w:t>
      </w:r>
    </w:p>
    <w:p>
      <w:r>
        <w:rPr>
          <w:b/>
        </w:rPr>
        <w:t xml:space="preserve">[22:41] </w:t>
      </w:r>
      <w:r>
        <w:t>Hum jante hain ke secular dunya mein bhi ek inqilab aaya tha, Karl Marx ke zariye se ek maashi inqilab.</w:t>
      </w:r>
    </w:p>
    <w:p>
      <w:pPr>
        <w:jc w:val="right"/>
      </w:pPr>
      <w:r>
        <w:t>ہم جانتے ہیں کہ سیکولر دنیا میں بھی ایک انقلاب آیا تھا، کارل مارکس کے ذریعے سے ایک معاشی انقلاب۔</w:t>
      </w:r>
    </w:p>
    <w:p>
      <w:r>
        <w:rPr>
          <w:b/>
        </w:rPr>
        <w:t xml:space="preserve">[22:51] </w:t>
      </w:r>
      <w:r>
        <w:t>Unhon ne history ki ek maashi taabeer pesh ki. Unhon ne kiya kiya? Maash ko sab se buniyadi unit bana diya.</w:t>
      </w:r>
    </w:p>
    <w:p>
      <w:pPr>
        <w:jc w:val="right"/>
      </w:pPr>
      <w:r>
        <w:t>انہوں نے ہسٹری کی ایک معاشی تعبیر پیش کی۔ انہوں نے کیا کیا؟ معاش کو سب سے بنیادی یونٹ بنا دیا۔</w:t>
      </w:r>
    </w:p>
    <w:p>
      <w:r>
        <w:rPr>
          <w:b/>
        </w:rPr>
        <w:t xml:space="preserve">[23:00] </w:t>
      </w:r>
      <w:r>
        <w:t>Ke jab tak maashi masla hal nahi hoga, tab tak na siyasat ke masle hal honge, na aur dunya ke koi aur masle hal honge.</w:t>
      </w:r>
    </w:p>
    <w:p>
      <w:pPr>
        <w:jc w:val="right"/>
      </w:pPr>
      <w:r>
        <w:t>کہ جب تک معاشی مسئلہ حل نہیں ہوگا، تب تک نہ سیاست کے مسئلے حل ہوں گے، نہ اور دنیا کے کوئی اور مسئلے حل ہوں گے۔</w:t>
      </w:r>
    </w:p>
    <w:p>
      <w:r>
        <w:rPr>
          <w:b/>
        </w:rPr>
        <w:t xml:space="preserve">[23:11] </w:t>
      </w:r>
      <w:r>
        <w:t>Is tarah unhon ne buniyadi unit bana kar baqi sari cheezon ko woh explain is tarah kar rahe the ke yeh unit theek nahi hai to baqi koi unit theek nahi hogi.</w:t>
      </w:r>
    </w:p>
    <w:p>
      <w:pPr>
        <w:jc w:val="right"/>
      </w:pPr>
      <w:r>
        <w:t>اس طرح انہوں نے بنیادی یونٹ بنا کر بقیہ ساری چیزوں کو وہ ایکسپلین اس طرح کر رہے تھے کہ یہ یونٹ ٹھیک نہیں ہے تو بقیہ کوئی یونٹ ٹھیک نہیں ہوگی۔</w:t>
      </w:r>
    </w:p>
    <w:p>
      <w:r>
        <w:rPr>
          <w:b/>
        </w:rPr>
        <w:t xml:space="preserve">[23:22] </w:t>
      </w:r>
      <w:r>
        <w:t>Dekhein yeh aisi baat hai, aap yun samajh sakte hain ke jaise is se pehle yeh mana jata tha ke geo-centric theory ke zameen jo hai markaz mein hai aur sare planet isi ke aas pas mein gardish kar rahe</w:t>
      </w:r>
    </w:p>
    <w:p>
      <w:pPr>
        <w:jc w:val="right"/>
      </w:pPr>
      <w:r>
        <w:t>دیکھیں یہ ایسی بات ہے، آپ یوں سمجھ سکتے ہیں کہ جیسے اس سے پہلے یہ مانا جاتا تھا کہ جیو سینٹرک تھیوری کہ زمین جو ہے مرکز میں ہے اور سارے پلانٹ اسی کے آس پاس میں گردش کر رہ</w:t>
      </w:r>
    </w:p>
    <w:p>
      <w:r>
        <w:rPr>
          <w:b/>
        </w:rPr>
        <w:t xml:space="preserve">[23:39] </w:t>
      </w:r>
      <w:r>
        <w:t>hain. Yeh ek yaqeenan ek fehm ki ghalti thi. Aur yeh ek ke jo insaan jo bazahir dekhta hai, usay bhi yahi lagta hai ke ek taraf se insaan ko nazar aata hai ke suraj taloo ho raha hai aur doosri taraf gharoob ho raha hai.</w:t>
      </w:r>
    </w:p>
    <w:p>
      <w:pPr>
        <w:jc w:val="right"/>
      </w:pPr>
      <w:r>
        <w:t>ے ہیں۔ یہ ایک یقیناً ایک فہم کی غلطی تھی۔ اور یہ ایک کہ جو انسان جو بظاہر دیکھتا ہے، اسے بھی یہی لگتا ہے کہ ایک طرف سے انسان کو نظر آتا ہے کہ سورج طلوع ہو رہا ہے اور دوسری طرف غروب ہو رہا ہے۔</w:t>
      </w:r>
    </w:p>
    <w:p>
      <w:r>
        <w:rPr>
          <w:b/>
        </w:rPr>
        <w:t xml:space="preserve">[23:52] </w:t>
      </w:r>
      <w:r>
        <w:t>To phir lagta hai ke woh neeche se gardish karte hue phir upar taloo ho raha hai. Bazahir aisa lagta hai. Magar jab science ne yeh sabit kiya ke aisa nahi hai, helio-centric theory, yeh yeh sahih yeh</w:t>
      </w:r>
    </w:p>
    <w:p>
      <w:pPr>
        <w:jc w:val="right"/>
      </w:pPr>
      <w:r>
        <w:t>تو پھر لگتا ہے کہ وہ نیچے سے گردش کرتے ہوئے پھر اوپر طلوع ہو رہا ہے۔ بظاہر ایسے لگتا ہے۔ مگر جب سائنس نے یہ ثابت کیا کہ ایسا نہیں ہے، ہیلو سینٹرک تھیوری، یہ یہ صحیح یہ</w:t>
      </w:r>
    </w:p>
    <w:p>
      <w:r>
        <w:rPr>
          <w:b/>
        </w:rPr>
        <w:t xml:space="preserve">[24:07] </w:t>
      </w:r>
      <w:r>
        <w:t>hai, tab jaise church ne, kaleesa ne is ki mukhalifat ki aur un ko jail mein, un ke apne ghar mein nazar band kar diya.</w:t>
      </w:r>
    </w:p>
    <w:p>
      <w:pPr>
        <w:jc w:val="right"/>
      </w:pPr>
      <w:r>
        <w:t>ہے، تب جیسے چرچ نے، کلیسا نے اس کی مخالفت کی اور ان کو جیل میں، ان کے اپنے گھر میں نظر بند کر دیا۔</w:t>
      </w:r>
    </w:p>
    <w:p>
      <w:r>
        <w:rPr>
          <w:b/>
        </w:rPr>
        <w:t xml:space="preserve">[24:15] </w:t>
      </w:r>
      <w:r>
        <w:t>to yeh ghalti hui. bilkul yahi maamla is taabeer ki ghalti ka bhi hai. ke jab deen ko siyasi aitbaar se markaz mein siyasat ko rakh diya gaya ke deen siyasat hi sab kuch hai, hukoomat hi sab kuch hai.</w:t>
      </w:r>
    </w:p>
    <w:p>
      <w:pPr>
        <w:jc w:val="right"/>
      </w:pPr>
      <w:r>
        <w:t>تو یہ غلطی ہوئی۔ بالکل یہی معاملہ اس تعبیر کی غلطی کا بھی ہے۔ کہ جب دین کو سیاسی اعتبار سے مرکز میں سیاست کو رکھ دیا گیا کہ دین سیاست ہی سب کچھ ہے، حکومت ہی سب کچھ ہے۔</w:t>
      </w:r>
    </w:p>
    <w:p>
      <w:r>
        <w:rPr>
          <w:b/>
        </w:rPr>
        <w:t xml:space="preserve">[24:33] </w:t>
      </w:r>
      <w:r>
        <w:t>is ke baghair na to aap ki ibaadat theek hoti hai, na namaz theek ho sakti hai, na aap ki zakat theek hai, na deen ke aur koi kaam theek ho sakte hain.</w:t>
      </w:r>
    </w:p>
    <w:p>
      <w:pPr>
        <w:jc w:val="right"/>
      </w:pPr>
      <w:r>
        <w:t>اس کے بغیر نہ تو آپ کی عبادت ٹھیک ہوتی ہے، نہ نماز ٹھیک ہو سکتی ہے، نہ آپ کی زکوۃ ٹھیک ہے، نہ دین کے اور کوئی کام ٹھیک ہو سکتے ہیں۔</w:t>
      </w:r>
    </w:p>
    <w:p>
      <w:r>
        <w:rPr>
          <w:b/>
        </w:rPr>
        <w:t xml:space="preserve">[24:42] </w:t>
      </w:r>
      <w:r>
        <w:t>to is buniyad par jo hai Maulana ne is ko taabeer kaha aur is par is ko tanqeed ka nishana banaya. jaisa ke aap ne baat batai, isi par ek aur sawal hum aap se karenge lekin ek hadees jo mujhe samajh mein aa rahi hai,</w:t>
      </w:r>
    </w:p>
    <w:p>
      <w:pPr>
        <w:jc w:val="right"/>
      </w:pPr>
      <w:r>
        <w:t>تو اس بنیاد پر جو ہے مولانا نے اس کو تعبیر کہا اور اس پر اس کو تنقید کا نشانہ بنایا۔ جیسا کہ آپ نے بات بتائی، اسی پر ایک اور سوال ہم آپ سے کریں گے لیکن ایک حدیث جو مجھے سمجھ میں آ رہی ہے،</w:t>
      </w:r>
    </w:p>
    <w:p>
      <w:r>
        <w:rPr>
          <w:b/>
        </w:rPr>
        <w:t xml:space="preserve">[24:59] </w:t>
      </w:r>
      <w:r>
        <w:t>wo hum yahan par pesh karte hain.</w:t>
      </w:r>
    </w:p>
    <w:p>
      <w:pPr>
        <w:jc w:val="right"/>
      </w:pPr>
      <w:r>
        <w:t>وہ ہم یہاں پر پیش کرتے ہیں۔</w:t>
      </w:r>
    </w:p>
    <w:p>
      <w:r>
        <w:rPr>
          <w:b/>
        </w:rPr>
        <w:t xml:space="preserve">[25:01] </w:t>
      </w:r>
      <w:r>
        <w:t>Allah ke rasool sallay Allah alaihi wasallam ne kaha: "inma buisthu li utammima makarim al-akhlaq" ke mujhe bheja gaya hai ke main achhe akhlaq ko mukammal karoon.</w:t>
      </w:r>
    </w:p>
    <w:p>
      <w:pPr>
        <w:jc w:val="right"/>
      </w:pPr>
      <w:r>
        <w:t>اللہ کے رسول صلی اللہ علیہ وسلم نے کہا: "إنما بعثت لأتمم صالح الأخلاق" کہ مجھے بھیجا گیا ہے کہ میں اچھے اخلاق کو مکمل کروں۔</w:t>
      </w:r>
    </w:p>
    <w:p>
      <w:r>
        <w:rPr>
          <w:b/>
        </w:rPr>
        <w:t xml:space="preserve">[25:11] </w:t>
      </w:r>
      <w:r>
        <w:t>to zahir si baat hai, yeh sab cheezein hongi to akhlaq nahi aayega wahan par. wahan par kya concern doosra ho jayega? to is talluq se main aap se yeh sawal karunga, isi par isi se milta lagta hua sawal hai ke is tashreeh par Maulana Wahiduddin Khan sahib ne kya tanqeed ki hai?</w:t>
      </w:r>
    </w:p>
    <w:p>
      <w:pPr>
        <w:jc w:val="right"/>
      </w:pPr>
      <w:r>
        <w:t>تو ظاہر سی بات ہے، یہ سب چیزیں ہوں گی تو اخلاق نہیں آئے گا وہاں پر۔ وہاں پر کیا کنسرن دوسرا ہو جائے گا؟ تو اس تعلق سے میں آپ سے یہ سوال کروں گا، اسی پر اسی سے ملتا لگتا ہوا سوال ہے کہ اس تشریح پر مولانا وحید الدین خان صاحب نے کیا تنقید کی ہے؟</w:t>
      </w:r>
    </w:p>
    <w:p>
      <w:r>
        <w:rPr>
          <w:b/>
        </w:rPr>
        <w:t xml:space="preserve">[25:28] </w:t>
      </w:r>
      <w:r>
        <w:t>ji, yeh bhi bohat buniyadi sawal hai ke Maulana is nazariye ko ya is tasawwur ko ya is taabeer ko kis tarah se dekhte hain aur is par Maulana ki kya tanqeed hai?</w:t>
      </w:r>
    </w:p>
    <w:p>
      <w:pPr>
        <w:jc w:val="right"/>
      </w:pPr>
      <w:r>
        <w:t>جی، یہ بھی بہت بنیادی سوال ہے کہ مولانا اس نظریے کو یا اس تصور کو یا اس تعبیر کو کس طرح سے دیکھتے ہیں اور اس پر مولانا کی کیا تنقید ہے؟</w:t>
      </w:r>
    </w:p>
    <w:p>
      <w:r>
        <w:rPr>
          <w:b/>
        </w:rPr>
        <w:t xml:space="preserve">[25:44] </w:t>
      </w:r>
      <w:r>
        <w:t>dekhein, sab se pehle agar hum Quran padhein to Quran mein Allah taala ne kaha ke: "qul Allahumma malik al-mulk" to "tu ti al-mulka man tasha wa tanzi al-mulka mimman tasha" ke malik al-mulk Allah hain, Allah jise chahte hain hukoomat dete hain aur jise chahte hain use cheen lete hain.</w:t>
      </w:r>
    </w:p>
    <w:p>
      <w:pPr>
        <w:jc w:val="right"/>
      </w:pPr>
      <w:r>
        <w:t>دیکھیں، سب سے پہلے اگر ہم قرآن پڑھیں تو قرآن میں اللہ تعالی نے کہا کہ: "قل اللہ مالک الملک" تو "أتي الملك منتشا وتنزع الملك من منتشا" کہ مالک الملک اللہ ہیں، اللہ جسے چاہتے ہیں حکومت دیتے ہیں اور جسے چاہتے ہیں اسے چھین لیتے ہیں۔</w:t>
      </w:r>
    </w:p>
    <w:p>
      <w:r>
        <w:rPr>
          <w:b/>
        </w:rPr>
        <w:t xml:space="preserve">[26:04] </w:t>
      </w:r>
      <w:r>
        <w:t>yaani is ka wazeh matlab yeh hai ke yeh saare ka saara maamla Allah ka maamla hai.</w:t>
      </w:r>
    </w:p>
    <w:p>
      <w:pPr>
        <w:jc w:val="right"/>
      </w:pPr>
      <w:r>
        <w:t>یعنی اس کا واضح مطلب یہ ہے کہ یہ سارے کا سارا معاملہ اللہ کا معاملہ ہے۔</w:t>
      </w:r>
    </w:p>
    <w:p>
      <w:r>
        <w:rPr>
          <w:b/>
        </w:rPr>
        <w:t xml:space="preserve">[26:11] </w:t>
      </w:r>
      <w:r>
        <w:t>is ke baad Quran yeh kehta hai: "tulij al-layla fi al-nahar wa tulij al-nahara fi al-layl" ke wohi Allah hai jo raat ko din mein dakhil karta hai aur din par raat ko dakhil karta hai.</w:t>
      </w:r>
    </w:p>
    <w:p>
      <w:pPr>
        <w:jc w:val="right"/>
      </w:pPr>
      <w:r>
        <w:t>اس کے بعد قرآن یہ کہتا ہے: "طولی الليل فی النهار وطولی النهار فی الليل" کہ وہی اللہ ہے جو رات کو دن میں داخل کرتا ہے اور دن پر رات کو داخل کرتا ہے۔</w:t>
      </w:r>
    </w:p>
    <w:p>
      <w:r>
        <w:rPr>
          <w:b/>
        </w:rPr>
        <w:t xml:space="preserve">[26:25] </w:t>
      </w:r>
      <w:r>
        <w:t>to is ki tafseer mein Maulana ne bohat achhi baat likhi. Maulana ne kaha ke jaise insaan ke yeh ikhtiyar mein nahi hai ke jab chahe woh apne liye din paida kar le, jab chahe woh apne liye raat bana le, jaise woh us ke control se bahar ki cheez hai,</w:t>
      </w:r>
    </w:p>
    <w:p>
      <w:pPr>
        <w:jc w:val="right"/>
      </w:pPr>
      <w:r>
        <w:t>تو اس کی تفسیر میں مولانا نے بہت اچھی بات لکھی۔ مولانا نے کہا کہ جیسے انسان کے یہ اختیار میں نہیں ہے کہ جب چاہے وہ اپنے لیے دن پیدا کر لے، جب چاہے وہ اپنے لیے رات بنا لے، جیسے وہ اس کے کنٹرول سے باہر کی چیز ہے،</w:t>
      </w:r>
    </w:p>
    <w:p>
      <w:r>
        <w:rPr>
          <w:b/>
        </w:rPr>
        <w:t xml:space="preserve">[26:41] </w:t>
      </w:r>
      <w:r>
        <w:t>yeh hukoomat ka maamla bhi aisa hi hai ke yeh khalis Allah ke control ki cheez hai. is ko koi chah kar ke bhi haasil nahi kar sakta hai aur koi chah kar ke kisi ko hata bhi nahi sakta hai.</w:t>
      </w:r>
    </w:p>
    <w:p>
      <w:pPr>
        <w:jc w:val="right"/>
      </w:pPr>
      <w:r>
        <w:t>یہ حکومت کا معاملہ بھی ایسا ہی ہے کہ یہ خالص اللہ کے کنٹرول کی چیز ہے۔ اس کو کوئی چاہ کر کے بھی حاصل نہیں کر سکتا ہے اور کوئی چاہ کر کے کسی کو ہٹا بھی نہیں سکتا ہے۔</w:t>
      </w:r>
    </w:p>
    <w:p>
      <w:r>
        <w:rPr>
          <w:b/>
        </w:rPr>
        <w:t xml:space="preserve">[26:57] </w:t>
      </w:r>
      <w:r>
        <w:t>yeh khalis Allah ka maamla hai, khalis Allah ka ikhtiyar hai. aur doosra maamla, yeh doosri baat yeh bhi hai Quran se maloom hota hai ke hukoomat ka maamla ek imtehan ka maamla hai.</w:t>
      </w:r>
    </w:p>
    <w:p>
      <w:pPr>
        <w:jc w:val="right"/>
      </w:pPr>
      <w:r>
        <w:t>یہ خالص اللہ کا معاملہ ہے، خالص اللہ کا اختیار ہے۔ اور دوسرا معاملہ، یہ دوسری بات یہ بھی ہے قرآن سے معلوم ہوتا ہے کہ حکومت کا معاملہ ایک امتحان کا معاملہ ہے۔</w:t>
      </w:r>
    </w:p>
    <w:p>
      <w:r>
        <w:rPr>
          <w:b/>
        </w:rPr>
        <w:t xml:space="preserve">[27:09] </w:t>
      </w:r>
      <w:r>
        <w:t>dekhein, ek zamane tak, hazar saal tak is imtehan par Muslim dunya thi. ab doosri qaumon ka imtehan ho raha hai. yeh koi aisi cheez nahi hai jo bohat zyada aham hai, is ke baghair deen poora nahi hota hai.</w:t>
      </w:r>
    </w:p>
    <w:p>
      <w:pPr>
        <w:jc w:val="right"/>
      </w:pPr>
      <w:r>
        <w:t>دیکھیں، ایک زمانے تک، ہزار سال تک اس امتحان پر مسلم دنیا تھی۔ اب دوسری قوموں کا امتحان ہو رہا ہے۔ یہ کوئی ایسی چیز نہیں ہے جو بہت زیادہ اہم ہے، اس کے بغیر دین پورا نہیں ہوتا ہے۔</w:t>
      </w:r>
    </w:p>
    <w:p>
      <w:r>
        <w:rPr>
          <w:b/>
        </w:rPr>
        <w:t xml:space="preserve">[27:24] </w:t>
      </w:r>
      <w:r>
        <w:t>is silsile mein ek bohat aham ayat Maulana zikr karte hain jo bohat zyada generally woh log is ayat ko quote karte hain</w:t>
      </w:r>
    </w:p>
    <w:p>
      <w:pPr>
        <w:jc w:val="right"/>
      </w:pPr>
      <w:r>
        <w:t>اس سلسلے میں ایک بہت اہم آیت مولانا ذکر کرتے ہیں جو بہت زیادہ جنرلی وہ لوگ اس آیت کو کوٹ کرتے ہیں</w:t>
      </w:r>
    </w:p>
    <w:p>
      <w:r>
        <w:rPr>
          <w:b/>
        </w:rPr>
        <w:t xml:space="preserve">[27:33] </w:t>
      </w:r>
      <w:r>
        <w:t>jo deen ki siyasi taabeer karte hain ke: "shara lakum min ad-deeni ma wassaba nooh wal-ladhi awhayna ilayka wa ma wassayna bihi ibrahim wa musa wa isa an aqimu ad-deen" yaani is se jo hai na iqamat deen ki taabeer li jati hai.</w:t>
      </w:r>
    </w:p>
    <w:p>
      <w:pPr>
        <w:jc w:val="right"/>
      </w:pPr>
      <w:r>
        <w:t>جو دین کی سیاسی تعبیر کرتے ہیں کہ: "شرع لکم من الدین ما وصابہ نوح والذی اوحینا الیک وما وصینا بہ ابراہیم وموسی وعیسی ان اقیم الدین" یعنی اس سے جو ہے نا اقامت دین کی تعبیر لی جاتی ہے۔</w:t>
      </w:r>
    </w:p>
    <w:p>
      <w:r>
        <w:rPr>
          <w:b/>
        </w:rPr>
        <w:t xml:space="preserve">[27:51] </w:t>
      </w:r>
      <w:r>
        <w:t>iqamat deen ka matlab hukoomat ilahia ka qayam. ab Maulana is ayat ko ka tajziya karte hue batate hain ke is ayat mein Allah taala ne bataya ke woh deen tumhare liye mashroo hai</w:t>
      </w:r>
    </w:p>
    <w:p>
      <w:pPr>
        <w:jc w:val="right"/>
      </w:pPr>
      <w:r>
        <w:t>اقامت دین کا مطلب حکومت الہیہ کا قیام۔ اب مولانا اس آیت کو کا تجزیہ کرتے ہوئے بتاتے ہیں کہ اس آیت میں اللہ تعالی نے بتایا کہ وہ دین تمہارے لیے مشروع ہے</w:t>
      </w:r>
    </w:p>
    <w:p>
      <w:r>
        <w:rPr>
          <w:b/>
        </w:rPr>
        <w:t xml:space="preserve">[28:03] </w:t>
      </w:r>
      <w:r>
        <w:t>Allah ki taraf se jis ki Allah ne wasiyat ki Nooh ko, phir Ibrahim ko, Musa ko, Isa ko, aur un se mutalba yeh tha ke woh deen qaim karein: "an aqimu ad-deen".</w:t>
      </w:r>
    </w:p>
    <w:p>
      <w:pPr>
        <w:jc w:val="right"/>
      </w:pPr>
      <w:r>
        <w:t>اللہ کی طرف سے جس کی اللہ نے وصیت کی نوح کو، پھر ابراہیم کو، موسی کو، عیسی کو، اور ان سے مطالبہ یہ تھا کہ وہ دین قائم کریں: "ان اقیم الدین"۔</w:t>
      </w:r>
    </w:p>
    <w:p>
      <w:r>
        <w:rPr>
          <w:b/>
        </w:rPr>
        <w:t xml:space="preserve">[28:15] </w:t>
      </w:r>
      <w:r>
        <w:t>agar hum dekhein to Hazrat Nooh ne koi Islami hukoomat qaim nahi ki, na Hazrat Ibrahim ne koi political empire khara kiya, aur na to Musa ne aur na hi Hazrat Isa ne.</w:t>
      </w:r>
    </w:p>
    <w:p>
      <w:pPr>
        <w:jc w:val="right"/>
      </w:pPr>
      <w:r>
        <w:t>اگر ہم دیکھیں تو حضرت نوح نے کوئی اسلامی حکومت قائم نہیں کی، نہ حضرت ابراہیم نے کوئی پولیٹیکل ایمپائر کھڑا کیا، اور نہ تو موسی نے اور نہ ہی حضرت مسیح نے۔</w:t>
      </w:r>
    </w:p>
    <w:p>
      <w:r>
        <w:rPr>
          <w:b/>
        </w:rPr>
        <w:t xml:space="preserve">[28:30] </w:t>
      </w:r>
      <w:r>
        <w:t>is mein se sirf ek hi paighambar hain jin ko Allah taala ne hukoomat di, woh Muhammad sallay Allah alaihi wasallam hain. dekhein, jab hum in is ayat ki roshni mein yeh tay karte hain ke ayat ka mafhoom iqamat deen ka matlab hukoomat ilahia ka qayam to lazmi taur par yeh yeh mushtarka maamla hona chahiye jo jo Nooh ko bhi mila ho aur Ibrahim ko bhi mila ho, Musa ko bhi mila ho, Isa ko bhi mila ho, alaihim alaihim as-salatu was-salam.</w:t>
      </w:r>
    </w:p>
    <w:p>
      <w:pPr>
        <w:jc w:val="right"/>
      </w:pPr>
      <w:r>
        <w:t>اس میں سے صرف ایک ہی پیغمبر ہیں جن کو اللہ تعالی نے حکومت دی، وہ محمد صلی اللہ علیہ وسلم ہیں۔ دیکھیں، جب ہم ان اس آیت کی روشنی میں یہ طے کرتے ہیں کہ آیت کا مفہوم اقامت دین کا مطلب حکومت الہیہ کا قیام تو لازمی طور پر یہ یہ مشترکہ معاملہ ہونا چاہیے جو جو نوح کو بھی ملا ہو اور ابراہیم کو بھی ملا ہو، موسی کو بھی ملا ہو، عیسی کو بھی ملا ہو، علیہم علیہم الصلوۃ والسلام۔</w:t>
      </w:r>
    </w:p>
    <w:p>
      <w:r>
        <w:rPr>
          <w:b/>
        </w:rPr>
        <w:t xml:space="preserve">[29:00] </w:t>
      </w:r>
      <w:r>
        <w:t>lekin hum dekhte hain ke in mein se kisi ko bhi nahi mila. yeh mushtarka maamla nahi hai. to isi se yeh baat sabit hoti hai ke yahan par deen qaim karne ka matlab hukoomat ilahia ka qayam nahi hai, balkeh tauheed ki dawat hai, Allah ki azmat ka elaan hai, Allah ki marifat hai, Allah ki glory hai.</w:t>
      </w:r>
    </w:p>
    <w:p>
      <w:pPr>
        <w:jc w:val="right"/>
      </w:pPr>
      <w:r>
        <w:t>لیکن ہم دیکھتے ہیں کہ ان میں سے کسی کو بھی نہیں ملا۔ یہ مشترکہ معاملہ نہیں ہے۔ تو اسی سے یہ بات ثابت ہوتی ہے کہ یہاں پر دین قائم کرنے کا مطلب حکومت الہیہ کا قیام نہیں ہے، بلکہ توحید کی دعوت ہے، اللہ کی عظمت کا اعلان ہے، اللہ کی معرفت ہے، اللہ کی گلوری ہے۔</w:t>
      </w:r>
    </w:p>
    <w:p>
      <w:r>
        <w:rPr>
          <w:b/>
        </w:rPr>
        <w:t xml:space="preserve">[29:19] </w:t>
      </w:r>
      <w:r>
        <w:t>yeh asal baat hai is ke andar. lekin ghalti se yeh samajh liya gaya ke is ayat ka mafhoom hukoomat ilahia ka qayam hai.</w:t>
      </w:r>
    </w:p>
    <w:p>
      <w:pPr>
        <w:jc w:val="right"/>
      </w:pPr>
      <w:r>
        <w:t>یہ اصل بات ہے اس کے اندر۔ لیکن غلطی سے یہ سمجھ لیا گیا کہ اس آیت کا مفہوم حکومت الہیہ کا قیام ہے۔</w:t>
      </w:r>
    </w:p>
    <w:p>
      <w:r>
        <w:rPr>
          <w:b/>
        </w:rPr>
        <w:t xml:space="preserve">[29:30] </w:t>
      </w:r>
      <w:r>
        <w:t>bohat aham baat aap ne batai. is mein mujhe ek hadees yaad aa rahi hai Allah ke rasool sallay Allah alaihi wasallam ke bare mein jo hai, jo aap ne point bataya tha shuru mein ke yeh Allah ki taraf se diya jata hai.</w:t>
      </w:r>
    </w:p>
    <w:p>
      <w:pPr>
        <w:jc w:val="right"/>
      </w:pPr>
      <w:r>
        <w:t>بہت اہم بات آپ نے بتائی۔ اس میں مجھے ایک حدیث یاد آ رہی ہے اللہ کے رسول صلی اللہ علیہ وسلم کے بارے میں جو ہے، جو آپ نے پوائنٹ بتایا تھا شروع میں کہ یہ اللہ کی طرف سے دیا جاتا ہے۔</w:t>
      </w:r>
    </w:p>
    <w:p>
      <w:r>
        <w:rPr>
          <w:b/>
        </w:rPr>
        <w:t xml:space="preserve">[29:42] </w:t>
      </w:r>
      <w:r>
        <w:t>to hadees aati hai ke Allah ke rasool sallay Allah alaihi wasallam jab Madina mein dakhil ho rahe the to us waqt logon ne yeh kaha tha: "udkhul aminan mutaa'an" ke aap dakhil ho jayein yahan par is haal mein ke aap mamoon hain aur hamare sardar hain.</w:t>
      </w:r>
    </w:p>
    <w:p>
      <w:pPr>
        <w:jc w:val="right"/>
      </w:pPr>
      <w:r>
        <w:t>تو حدیث آتی ہے کہ اللہ کے رسول صلی اللہ علیہ وسلم جب مدینہ میں داخل ہو رہے تھے تو اس وقت لوگوں نے یہ کہا تھا: "ادخل امنین مطاعینی" کہ آپ داخل ہو جائیں یہاں پر اس حال میں کہ آپ مامون ہیں اور ہمارے سردار ہیں۔</w:t>
      </w:r>
    </w:p>
    <w:p>
      <w:r>
        <w:rPr>
          <w:b/>
        </w:rPr>
        <w:t xml:space="preserve">[30:00] </w:t>
      </w:r>
      <w:r>
        <w:t>to</w:t>
      </w:r>
    </w:p>
    <w:p>
      <w:pPr>
        <w:jc w:val="right"/>
      </w:pPr>
      <w:r>
        <w:t>تو</w:t>
      </w:r>
    </w:p>
    <w:p>
      <w:r>
        <w:rPr>
          <w:b/>
        </w:rPr>
        <w:t xml:space="preserve">[30:01] </w:t>
      </w:r>
      <w:r>
        <w:t>madina ke logon ne bhi jo sardari qabool ki thi, aisa nahi ke Allah ke rasool sallallahu alaihi wasallam ne kaha tha ke hum aayenge aap ke paas hukoomat karne ke liye.</w:t>
      </w:r>
    </w:p>
    <w:p>
      <w:pPr>
        <w:jc w:val="right"/>
      </w:pPr>
      <w:r>
        <w:t>مدینہ کے لوگوں نے بھی جو سرداری قبول کی تھی، ایسا نہیں کہ اللہ کے رسول صلی اللہ علیہ وسلم نے کہا تھا کہ ہم آئیں گے آپ کے پاس حکومت کرنے کے لیے۔</w:t>
      </w:r>
    </w:p>
    <w:p>
      <w:r>
        <w:rPr>
          <w:b/>
        </w:rPr>
        <w:t xml:space="preserve">[30:11] </w:t>
      </w:r>
      <w:r>
        <w:t>unhon ne yeh kaha tha, bai'at yeh li gayi thi ke hum aayenge ke aap hamari hifazat karenge aur hamein deen ke kaam karne mein madad karenge. to unhon ne khud se aage badh kar yeh kaha ke aap hamare sardar hain.</w:t>
      </w:r>
    </w:p>
    <w:p>
      <w:pPr>
        <w:jc w:val="right"/>
      </w:pPr>
      <w:r>
        <w:t>انہوں نے یہ کہا تھا، بیعت یہ لی گئی تھی کہ ہم آئیں گے کہ آپ ہماری حفاظت کریں گے اور ہمیں دین کے کام کرنے میں مدد کریں گے۔ تو انہوں نے خود سے آگے بڑھ کر یہ کہا کہ آپ ہمارے سردار ہیں۔</w:t>
      </w:r>
    </w:p>
    <w:p>
      <w:r>
        <w:rPr>
          <w:b/>
        </w:rPr>
        <w:t xml:space="preserve">[30:23] </w:t>
      </w:r>
      <w:r>
        <w:t>to yeh goya Allah ki taraf se tha aur yeh fard ko tayyar kiya tab hua. fard tayyar hue ke hum yeh kaam karenge. to zaahir si baat hai, chand aadmi baithte to wahan par intizam ke tehat ek aadmi ko ameer banaya jata hai.</w:t>
      </w:r>
    </w:p>
    <w:p>
      <w:pPr>
        <w:jc w:val="right"/>
      </w:pPr>
      <w:r>
        <w:t>تو یہ گویا اللہ کی طرف سے تھا اور یہ فرد کو تیار کیا تب ہوا۔ فرد تیار ہوئے کہ ہم یہ کام کریں گے۔ تو ظاہر سی بات ہے، چند آدمی بیٹھتے تو وہاں پر انتظام کے تحت ایک آدمی کو امیر بنایا جاتا ہے۔</w:t>
      </w:r>
    </w:p>
    <w:p>
      <w:r>
        <w:rPr>
          <w:b/>
        </w:rPr>
        <w:t xml:space="preserve">[30:35] </w:t>
      </w:r>
      <w:r>
        <w:t>hadees mein bhi aata hai ke safar mein jao, do aadmi raho, tab bhi ek aadmi ko ameer banao.</w:t>
      </w:r>
    </w:p>
    <w:p>
      <w:pPr>
        <w:jc w:val="right"/>
      </w:pPr>
      <w:r>
        <w:t>حدیث میں بھی آتا ہے کہ سفر میں جاؤ، دو آدمی رہو، تب بھی ایک آدمی کو امیر بناؤ۔</w:t>
      </w:r>
    </w:p>
    <w:p>
      <w:r>
        <w:rPr>
          <w:b/>
        </w:rPr>
        <w:t xml:space="preserve">[30:40] </w:t>
      </w:r>
      <w:r>
        <w:t>is aitbaar se yeh cheez keh sakte hain ek zaroorat ki cheez thi. aur Quran mein bhi ayat hai ke Allah taala ek qaum ko doosri qaum ke zariye dhakelta hai hukoomat se aur unko hukoomat deta hai jo zameen ke andar na sirf insanon ki hifazat karenge balkeh apne unke ibadat gaahon ki bhi hifazat karenge</w:t>
      </w:r>
    </w:p>
    <w:p>
      <w:pPr>
        <w:jc w:val="right"/>
      </w:pPr>
      <w:r>
        <w:t>اس اعتبار سے یہ چیز کہہ سکتے ہیں ایک ضرورت کی چیز تھی۔ اور قرآن میں بھی آیت ہے کہ اللہ تعالی ایک قوم کو دوسری قوم کے ذریعے دھکیلتا ہے حکومت سے اور ان کو حکومت دیتا ہے جو زمین کے اندر نہ صرف انسانوں کی حفاظت کریں گے بلکہ اپنے ان کے عبادت گاہوں کی بھی حفاظت کریں گ</w:t>
      </w:r>
    </w:p>
    <w:p>
      <w:r>
        <w:rPr>
          <w:b/>
        </w:rPr>
        <w:t xml:space="preserve">[31:04] </w:t>
      </w:r>
      <w:r>
        <w:t>e. Allah keh</w:t>
      </w:r>
    </w:p>
    <w:p>
      <w:pPr>
        <w:jc w:val="right"/>
      </w:pPr>
      <w:r>
        <w:t>ے۔ اللہ کہ</w:t>
      </w:r>
    </w:p>
    <w:p>
      <w:r>
        <w:rPr>
          <w:b/>
        </w:rPr>
        <w:t xml:space="preserve">[31:12] </w:t>
      </w:r>
      <w:r>
        <w:t>agar woh ek doosre ko nahi hatate to kya hai jo synagogs hain aur girja ghar hain, masajid hain, yeh sab dha diye jate hain. to yeh Allah ki taraf se yeh planning hoti hai poori ke kis ko diya jaye, kya kis ko nahi diya jaye.</w:t>
      </w:r>
    </w:p>
    <w:p>
      <w:pPr>
        <w:jc w:val="right"/>
      </w:pPr>
      <w:r>
        <w:t>اگر وہ ایک دوسرے کو نہیں ہٹاتے تو کیا ہے جو سیناگوگ ہیں اور گرجا گھر ہیں، مساجد ہیں، یہ سب ڈھا دیے جاتے ہیں۔ تو یہ اللہ کی طرف سے یہ پلاننگ ہوتی ہے پوری کہ کس کو دیا جائے، کیا کس کو نہیں دیا جائے۔</w:t>
      </w:r>
    </w:p>
    <w:p>
      <w:r>
        <w:rPr>
          <w:b/>
        </w:rPr>
        <w:t xml:space="preserve">[31:25] </w:t>
      </w:r>
      <w:r>
        <w:t>to is par main Maulana Fayyazuddin Umri sahib se yeh sawal karunga ke yeh deen ki siyasi ta'beer jo hai, is ke nuqsanat kya hain?</w:t>
      </w:r>
    </w:p>
    <w:p>
      <w:pPr>
        <w:jc w:val="right"/>
      </w:pPr>
      <w:r>
        <w:t>تو اس پر میں مولانا فیاض الدین عمری صاحب سے یہ سوال کروں گا کہ یہ دین کی سیاسی تعبیر جو ہے، اس کے نقصانات کیا ہیں؟</w:t>
      </w:r>
    </w:p>
    <w:p>
      <w:r>
        <w:rPr>
          <w:b/>
        </w:rPr>
        <w:t xml:space="preserve">[31:37] </w:t>
      </w:r>
      <w:r>
        <w:t>haan, aap ne bada important sawal kiya hai. is ko samajhna bahut zaroori hai. jaisa ke hum ne aap ko bataya ke sadiyon se hum ko jo deen mila hai,</w:t>
      </w:r>
    </w:p>
    <w:p>
      <w:pPr>
        <w:jc w:val="right"/>
      </w:pPr>
      <w:r>
        <w:t>ہاں، آپ نے بڑا امپورٹنٹ سوال کیا ہے۔ اس کو سمجھنا بہت ضروری ہے۔ جیسا کہ ہم نے آپ کو بتایا کہ صدیوں سے ہم کو جو دین ملا ہے،</w:t>
      </w:r>
    </w:p>
    <w:p>
      <w:r>
        <w:rPr>
          <w:b/>
        </w:rPr>
        <w:t xml:space="preserve">[31:52] </w:t>
      </w:r>
      <w:r>
        <w:t>wo deen hamein iman aur Islam ka mila hai. jaise hadees Jibrail ke andar kaha gaya ke: "mil iman, mil Islam, mutasahib, mil ihsan".</w:t>
      </w:r>
    </w:p>
    <w:p>
      <w:pPr>
        <w:jc w:val="right"/>
      </w:pPr>
      <w:r>
        <w:t>وہ دین ہمیں ایمان اور اسلام کا ملا ہے۔ جیسے حدیث جبرائیل کے اندر کہا گیا کہ: "مل ایمان، مل اسلام، متصاحب، مل احسان"۔</w:t>
      </w:r>
    </w:p>
    <w:p>
      <w:r>
        <w:rPr>
          <w:b/>
        </w:rPr>
        <w:t xml:space="preserve">[32:03] </w:t>
      </w:r>
      <w:r>
        <w:t>is tarah ke sawalat hain.</w:t>
      </w:r>
    </w:p>
    <w:p>
      <w:pPr>
        <w:jc w:val="right"/>
      </w:pPr>
      <w:r>
        <w:t>اس طرح کے سوالات ہیں۔</w:t>
      </w:r>
    </w:p>
    <w:p>
      <w:r>
        <w:rPr>
          <w:b/>
        </w:rPr>
        <w:t xml:space="preserve">[32:04] </w:t>
      </w:r>
      <w:r>
        <w:t>to jo hamein ashaab-e-Rasool se jo hamein deen muntaqil hua, us deen ko jab hum dekhte hain to Khuda se affectionate relationship banti hai.</w:t>
      </w:r>
    </w:p>
    <w:p>
      <w:pPr>
        <w:jc w:val="right"/>
      </w:pPr>
      <w:r>
        <w:t>تو جو ہمیں اصحاب رسول سے جو ہمیں دین منتقل ہوا، اس دین کو جب ہم دیکھتے ہیں تو خدا سے ایفکشنٹ ریلیشن شپ بنتی ہے۔</w:t>
      </w:r>
    </w:p>
    <w:p>
      <w:r>
        <w:rPr>
          <w:b/>
        </w:rPr>
        <w:t xml:space="preserve">[32:16] </w:t>
      </w:r>
      <w:r>
        <w:t>is mein Khuda se jo hai walhana ta'alluq aur Khuda ki taraf lapak, Khuda ki taraf jo hai inclination, is deen ka khulasa banta hai.</w:t>
      </w:r>
    </w:p>
    <w:p>
      <w:pPr>
        <w:jc w:val="right"/>
      </w:pPr>
      <w:r>
        <w:t>اس میں خدا سے جو ہے والہانہ تعلق اور خدا کی طرف لپک، خدا کی طرف جو ہے انکلینیشن، اس دین کا خلاصہ بنتا ہے۔</w:t>
      </w:r>
    </w:p>
    <w:p>
      <w:r>
        <w:rPr>
          <w:b/>
        </w:rPr>
        <w:t xml:space="preserve">[32:26] </w:t>
      </w:r>
      <w:r>
        <w:t>yani ek momin ka zindagi ka markaz o mahwar yeh banta hai ke mera Rab mera tazkiya kar de aur main Khuda ki nearness ko feel kar sakoon zindagi mein.</w:t>
      </w:r>
    </w:p>
    <w:p>
      <w:pPr>
        <w:jc w:val="right"/>
      </w:pPr>
      <w:r>
        <w:t>یعنی ایک مومن کا زندگی کا مرکز و محور یہ بنتا ہے کہ میرا رب میرا تزکیہ کر دے اور میں خدا کی نیرنس کو فیل کر سکوں زندگی میں۔</w:t>
      </w:r>
    </w:p>
    <w:p>
      <w:r>
        <w:rPr>
          <w:b/>
        </w:rPr>
        <w:t xml:space="preserve">[32:37] </w:t>
      </w:r>
      <w:r>
        <w:t>aslaf se jo hum ko deen mila hai. lekin jo hai Maulana Maudoodi sahib jo deen ki jo tashreeh karte hain, jaisa ke maine aap ko istilaahaat-e-arba ki tashreeh mein bataya, to woh is ke baad kehte hain</w:t>
      </w:r>
    </w:p>
    <w:p>
      <w:pPr>
        <w:jc w:val="right"/>
      </w:pPr>
      <w:r>
        <w:t>اسلاف سے جو ہم کو دین ملا ہے۔ لیکن جو ہے مولانا مودودی صاحب جو دین کی جو تشریح کرتے ہیں، جیسا کہ میں نے آپ کو اصطلاحات اربع کی تشریح میں بتایا، تو وہ اس کے بعد کہتے ہیں</w:t>
      </w:r>
    </w:p>
    <w:p>
      <w:r>
        <w:rPr>
          <w:b/>
        </w:rPr>
        <w:t xml:space="preserve">[32:49] </w:t>
      </w:r>
      <w:r>
        <w:t>yeh chaar istilaahaat ko buniyadi baatein manne ke baad un ki tashreeh mein jo hai deen ab kuch aur ban jata hai. yani Khuda se walhana ta'alluq, affectionate relationship, yeh is mein bahut hi koi weak cheez ban jati hai, kamzor sa goal ban jata hai.</w:t>
      </w:r>
    </w:p>
    <w:p>
      <w:pPr>
        <w:jc w:val="right"/>
      </w:pPr>
      <w:r>
        <w:t>یہ چار اصطلاحات کو بنیادی باتیں ماننے کے بعد ان کی تشریح میں جو ہے دین اب کچھ اور بن جاتا ہے۔ یعنی خدا سے والہانہ تعلق، ایفکشنٹ ریلیشن شپ، یہ اس میں بہت ہی کوئی ویک چیز بن جاتی ہے، کمزور سا گول بن جاتا ہے۔</w:t>
      </w:r>
    </w:p>
    <w:p>
      <w:r>
        <w:rPr>
          <w:b/>
        </w:rPr>
        <w:t xml:space="preserve">[33:08] </w:t>
      </w:r>
      <w:r>
        <w:t>wo kehte hain is ke baad ke in chaar buniyadi istilaahaat ko maan</w:t>
      </w:r>
    </w:p>
    <w:p>
      <w:pPr>
        <w:jc w:val="right"/>
      </w:pPr>
      <w:r>
        <w:t>وہ کہتے ہیں اس کے بعد کہ ان چار بنیادی اصطلاحات کو مان</w:t>
      </w:r>
    </w:p>
    <w:p>
      <w:r>
        <w:rPr>
          <w:b/>
        </w:rPr>
        <w:t xml:space="preserve">[33:12] </w:t>
      </w:r>
      <w:r>
        <w:t>ne ke baad namaz, woh kehte hain ke ek azan jo hai, azan ke baray mein unhon ne kaha ke yeh ek fauji siren hai ke jab azan ho rahi hai to muazzin masjid se yeh keh raha hai ke: "Ae Khuda ke faujiyon!</w:t>
      </w:r>
    </w:p>
    <w:p>
      <w:pPr>
        <w:jc w:val="right"/>
      </w:pPr>
      <w:r>
        <w:t>نے کے بعد نماز، وہ کہتے ہیں کہ ایک اذان جو ہے، اذان کے بارے میں انہوں نے کہا کہ یہ ایک فوجی سائرن ہے کہ جب اذان ہو رہی ہے تو موذن مسجد سے یہ کہہ رہا ہے کہ: "اے خدا کے فوجیوں!</w:t>
      </w:r>
    </w:p>
    <w:p>
      <w:r>
        <w:rPr>
          <w:b/>
        </w:rPr>
        <w:t xml:space="preserve">[33:26] </w:t>
      </w:r>
      <w:r>
        <w:t>jang ka ailaan ho chuka hai, ab tumhein jo hai is ki taraf march karna hai." to goya ke azan jo hai ek</w:t>
      </w:r>
    </w:p>
    <w:p>
      <w:pPr>
        <w:jc w:val="right"/>
      </w:pPr>
      <w:r>
        <w:t>جنگ کا اعلان ہو چکا ہے، اب تمہیں جو ہے اس کی طرف مارچ کرنا ہے۔" تو گویا کہ اذان جو ہے ایک</w:t>
      </w:r>
    </w:p>
    <w:p>
      <w:r>
        <w:rPr>
          <w:b/>
        </w:rPr>
        <w:t xml:space="preserve">[33:34] </w:t>
      </w:r>
      <w:r>
        <w:t>sipah salar ka yeh hai announcement hai jis par faujiyon ko jo hai ab itaat karna hai. to woh kehte hain ke ek momin jo hai jab in buniyadi istilaahaat ko manta hai to masjid pohanchta hai, woh siren ki awaz sun kar, fauji siren ki awaz sun kar.</w:t>
      </w:r>
    </w:p>
    <w:p>
      <w:pPr>
        <w:jc w:val="right"/>
      </w:pPr>
      <w:r>
        <w:t>سپہ سالار کا یہ ہے اناؤنسمنٹ ہے جس پر فوجیوں کو جو ہے اب اطاعت کرنا ہے۔ تو وہ کہتے ہیں کہ ایک مومن جو ہے جب ان بنیادی اصطلاحات کو مانتا ہے تو مسجد پہنچتا ہے، وہ سائرن کی آواز سن کر، فوجی سائرن کی آواز سن کر۔</w:t>
      </w:r>
    </w:p>
    <w:p>
      <w:r>
        <w:rPr>
          <w:b/>
        </w:rPr>
        <w:t xml:space="preserve">[33:47] </w:t>
      </w:r>
      <w:r>
        <w:t>aur woh namaz ko kehte hain ke namaz jo hai fauji training hai ke kaise jo hai ek</w:t>
      </w:r>
    </w:p>
    <w:p>
      <w:pPr>
        <w:jc w:val="right"/>
      </w:pPr>
      <w:r>
        <w:t>اور وہ نماز کو کہتے ہیں کہ نماز جو ہے فوجی ٹریننگ ہے کہ کیسے جو ہے ایک</w:t>
      </w:r>
    </w:p>
    <w:p>
      <w:r>
        <w:rPr>
          <w:b/>
        </w:rPr>
        <w:t xml:space="preserve">[33:54] </w:t>
      </w:r>
      <w:r>
        <w:t>fauj ke andar, military ke andar sipah salar ki obedience ki jaye. is ki jo hai woh tarbiyat hai. aur phir woh kehte hain ke haj ka muamla bhi aise hi hai.</w:t>
      </w:r>
    </w:p>
    <w:p>
      <w:pPr>
        <w:jc w:val="right"/>
      </w:pPr>
      <w:r>
        <w:t>فوج کے اندر، ملٹری کے اندر سپہ سالار کی اوبیڈینس کی جائے۔ اس کی جو ہے وہ تربیت ہے۔ اور پھر وہ کہتے ہیں کہ حج کا معاملہ بھی ایسے ہی ہے۔</w:t>
      </w:r>
    </w:p>
    <w:p>
      <w:r>
        <w:rPr>
          <w:b/>
        </w:rPr>
        <w:t xml:space="preserve">[34:03] </w:t>
      </w:r>
      <w:r>
        <w:t>haj jo hai ek salana tarbiyat hai Islamic state ko qaim karne ki. to is tarah jo hai arkan-e-khamsa,</w:t>
      </w:r>
    </w:p>
    <w:p>
      <w:pPr>
        <w:jc w:val="right"/>
      </w:pPr>
      <w:r>
        <w:t>حج جو ہے ایک سالانہ تربیت ہے اسلامک اسٹیٹ کو قائم کرنے کی۔ تو اس طرح جو ہے ارکان خمسہ،</w:t>
      </w:r>
    </w:p>
    <w:p>
      <w:r>
        <w:rPr>
          <w:b/>
        </w:rPr>
        <w:t xml:space="preserve">[34:10] </w:t>
      </w:r>
      <w:r>
        <w:t>arba, istilaahaat-e-arba ke under mein pohanch kar</w:t>
      </w:r>
    </w:p>
    <w:p>
      <w:pPr>
        <w:jc w:val="right"/>
      </w:pPr>
      <w:r>
        <w:t>اربع، اصطلاحات اربع کے انڈر میں پہنچ کر</w:t>
      </w:r>
    </w:p>
    <w:p>
      <w:r>
        <w:rPr>
          <w:b/>
        </w:rPr>
        <w:t xml:space="preserve">[34:14] </w:t>
      </w:r>
      <w:r>
        <w:t>kuch se kuch ho jate hain. yani aslaf ki ta'beer mein woh Khuda se walhana ta'alluq ka subject bante hain. aur is deen ki political interpretation mein woh bas ek zariya bante hain aur goal Khuda ki qurbat ke bajaye political seat ko gain karna.</w:t>
      </w:r>
    </w:p>
    <w:p>
      <w:pPr>
        <w:jc w:val="right"/>
      </w:pPr>
      <w:r>
        <w:t>کچھ سے کچھ ہو جاتے ہیں۔ یعنی اسلاف کی تعبیر میں وہ خدا سے والہانہ تعلق کا سبجیکٹ بنتے ہیں۔ اور اس دین کی پولیٹیکل انٹرپریٹیشن میں وہ بس ایک ذریعہ بنتے ہیں اور گول خدا کی قربت کے بجائے پولیٹیکل سیٹ کو گین کرنا۔</w:t>
      </w:r>
    </w:p>
    <w:p>
      <w:r>
        <w:rPr>
          <w:b/>
        </w:rPr>
        <w:t xml:space="preserve">[34:32] </w:t>
      </w:r>
      <w:r>
        <w:t>taakeh jo hai khuda ka qanoon parliament aur legislative council mein bhi naafiz kiya jaa'ay. is ki woh saari training batatay hain. to yeh is ka aik bohat bara nuqsaan hai.</w:t>
      </w:r>
    </w:p>
    <w:p>
      <w:pPr>
        <w:jc w:val="right"/>
      </w:pPr>
      <w:r>
        <w:t>تاکہ جو ہے خدا کا قانون پارلیمنٹ اور لیجسلیٹیو کونسل میں بھی نافذ کیا جائے۔ اس کی وہ ساری ٹریننگ بتاتے ہیں۔ تو یہ اس کا ایک بہت بڑا نقصان ہے۔</w:t>
      </w:r>
    </w:p>
    <w:p>
      <w:r>
        <w:rPr>
          <w:b/>
        </w:rPr>
        <w:t xml:space="preserve">[34:43] </w:t>
      </w:r>
      <w:r>
        <w:t>doosra nuqsaan yeh hai keh woh yeh kehtay hain keh jo hai taqwa aur ehsaan jo hai. mil ehsaan jab hazrat jibril ne poocha to Allah ke rasool sallallahu alaihi wasallam ne kaha keh: "antعبد الله كانك تراه فإن لم تره فإنه يراك".</w:t>
      </w:r>
    </w:p>
    <w:p>
      <w:pPr>
        <w:jc w:val="right"/>
      </w:pPr>
      <w:r>
        <w:t>دوسرا نقصان یہ ہے کہ وہ یہ کہتے ہیں کہ جو ہے تقویٰ اور احسان جو ہے۔ مل احسان جب حضرت جبرائیل نے پوچھا تو اللہ کے رسول صلی اللہ علیہ وسلم نے کہا کہ: "انتعبد اللہ کانک ترا فإن لمיתره فإنه يراك"۔</w:t>
      </w:r>
    </w:p>
    <w:p>
      <w:r>
        <w:rPr>
          <w:b/>
        </w:rPr>
        <w:t xml:space="preserve">[34:56] </w:t>
      </w:r>
      <w:r>
        <w:t>keh aisay tum khuda ki ibadat karo jaisay keh khuda tumhein dekh raha hai. agar aisa nahi ho sakta hai to pehlay to yeh koshish karo keh jo hai tum khuda ko dekh rahay ho.</w:t>
      </w:r>
    </w:p>
    <w:p>
      <w:pPr>
        <w:jc w:val="right"/>
      </w:pPr>
      <w:r>
        <w:t>کہ ایسے تم خدا کی عبادت کرو جیسے کہ خدا تمہیں دیکھ رہا ہے۔ اگر ایسا نہیں ہو سکتا ہے تو پہلے تو یہ کوشش کرو کہ جو ہے تم خدا کو دیکھ رہے ہو۔</w:t>
      </w:r>
    </w:p>
    <w:p>
      <w:r>
        <w:rPr>
          <w:b/>
        </w:rPr>
        <w:t xml:space="preserve">[35:05] </w:t>
      </w:r>
      <w:r>
        <w:t>agar yeh mumkin nahi hai to aisay karo jaisay keh jo hai khuda tum ko dekh raha hai. ehsaan ka rasool Allah sallallahu alaihi wasallam ne yeh matlab</w:t>
      </w:r>
    </w:p>
    <w:p>
      <w:pPr>
        <w:jc w:val="right"/>
      </w:pPr>
      <w:r>
        <w:t>اگر یہ ممکن نہیں ہے تو ایسے کرو جیسے کہ جو ہے خدا تم کو دیکھ رہا ہے۔ احسان کا رسول اللہ صلی اللہ علیہ وسلم نے یہ مطلب</w:t>
      </w:r>
    </w:p>
    <w:p>
      <w:r>
        <w:rPr>
          <w:b/>
        </w:rPr>
        <w:t xml:space="preserve">[35:11] </w:t>
      </w:r>
      <w:r>
        <w:t>bataya. to is ka matlab jo hai mental presence mein zindagi guzarna khuda ke saath. khuda ko jo hai intellectual relation banana aur yeh feel karna keh khuda jo hai maujood hai aur woh hamein watch kar raha hai.</w:t>
      </w:r>
    </w:p>
    <w:p>
      <w:pPr>
        <w:jc w:val="right"/>
      </w:pPr>
      <w:r>
        <w:t>بتایا۔ تو اس کا مطلب جو ہے مینٹل پریزنس میں زندگی گزارنا خدا کے ساتھ۔ خدا کو جو ہے انٹلیکچوئل ریلیشن بنانا اور یہ فیل کرنا کہ خدا جو ہے موجود ہے اور وہ ہمیں واچ کر رہا ہے۔</w:t>
      </w:r>
    </w:p>
    <w:p>
      <w:r>
        <w:rPr>
          <w:b/>
        </w:rPr>
        <w:t xml:space="preserve">[35:24] </w:t>
      </w:r>
      <w:r>
        <w:t>aur khuda ne jo hai yeh kainat banai mere liye aur us ne itna behtareen design kiya kainat ka keh saari cheez jo hai hazaron saalon se is ko follow kar rahi hai.</w:t>
      </w:r>
    </w:p>
    <w:p>
      <w:pPr>
        <w:jc w:val="right"/>
      </w:pPr>
      <w:r>
        <w:t>اور خدا نے جو ہے یہ کائنات بنائی میرے لیے اور اس نے اتنا بہترین ڈیزائن کیا کائنات کا کہ ساری چیز جو ہے ہزاروں سالوں سے اس کو فالو کر رہی ہے۔</w:t>
      </w:r>
    </w:p>
    <w:p>
      <w:r>
        <w:rPr>
          <w:b/>
        </w:rPr>
        <w:t xml:space="preserve">[35:34] </w:t>
      </w:r>
      <w:r>
        <w:t>to lekin is tashreeh mein pohanch kar ab woh banta hai keh taqwa ka matlab woh yeh kehtay hain keh aam momineen ka group murad hai. aur ehsaan ka matlab yeh hai is ke fauji laot.</w:t>
      </w:r>
    </w:p>
    <w:p>
      <w:pPr>
        <w:jc w:val="right"/>
      </w:pPr>
      <w:r>
        <w:t>تو لیکن اس تشریح میں پہنچ کر اب وہ بنتا ہے کہ تقویٰ کا مطلب وہ یہ کہتے ہیں کہ عام مومنین کا گروپ مراد ہے۔ اور احسان کا مطلب یہ ہے اس کے فوجی لاٹ۔</w:t>
      </w:r>
    </w:p>
    <w:p>
      <w:r>
        <w:rPr>
          <w:b/>
        </w:rPr>
        <w:t xml:space="preserve">[35:46] </w:t>
      </w:r>
      <w:r>
        <w:t>yaani mutaqqi insaan to woh hai jis ne sirf jo hai in bunyadi istilaahaat ko nahi maana.</w:t>
      </w:r>
    </w:p>
    <w:p>
      <w:pPr>
        <w:jc w:val="right"/>
      </w:pPr>
      <w:r>
        <w:t>یعنی متقی انسان تو وہ ہے جس نے صرف جو ہے ان بنیادی اصطلاحات کو نہیں مانا۔</w:t>
      </w:r>
    </w:p>
    <w:p>
      <w:r>
        <w:rPr>
          <w:b/>
        </w:rPr>
        <w:t xml:space="preserve">[35:52] </w:t>
      </w:r>
      <w:r>
        <w:t>bas is ko jo hai reduce form mein islam mila. lekin is ko jo hai khuda ka muqarrab banda banna hai to is ko ehsaan ke form par level par jaana hoga. aur ehsaan ka level yeh hai keh aap jo hai khuda ke dushmanon ko, taghoot ko jo hai zameen se ukhaar kar phenk do.</w:t>
      </w:r>
    </w:p>
    <w:p>
      <w:pPr>
        <w:jc w:val="right"/>
      </w:pPr>
      <w:r>
        <w:t>بس اس کو جو ہے ریڈیوس فارم میں اسلام ملا۔ لیکن اس کو جو ہے خدا کا مقرب بندہ بننا ہے تو اس کو احسان کے فارم پر لیول پر جانا ہوگا۔ اور احسان کا لیول یہ ہے کہ آپ جو ہے خدا کے دشمنوں کو، طاغوت کو جو ہے زمین سے اکھاڑ کر پھینک دو۔</w:t>
      </w:r>
    </w:p>
    <w:p>
      <w:r>
        <w:rPr>
          <w:b/>
        </w:rPr>
        <w:t xml:space="preserve">[36:07] </w:t>
      </w:r>
      <w:r>
        <w:t>aur phir jo hai is seat par jo hai khuda ka qanoon naafiz karo. to goya keh in ke paas taqwa jo hai aik aam sa level hai. aur ehsaan jo hai aik askari, military level hai.</w:t>
      </w:r>
    </w:p>
    <w:p>
      <w:pPr>
        <w:jc w:val="right"/>
      </w:pPr>
      <w:r>
        <w:t>اور پھر جو ہے اس سیٹ پر جو ہے خدا کا قانون نافذ کرو۔ تو گویا کہ ان کے پاس تقویٰ جو ہے ایک عام سا لیول ہے۔ اور احسان جو ہے ایک عسکری، ملٹری لیول ہے۔</w:t>
      </w:r>
    </w:p>
    <w:p>
      <w:r>
        <w:rPr>
          <w:b/>
        </w:rPr>
        <w:t xml:space="preserve">[36:17] </w:t>
      </w:r>
      <w:r>
        <w:t>to is tarah jo hai aslaf ki ta'abeer se har jagah jo hai yeh ta'abeer jo hai takra jaati</w:t>
      </w:r>
    </w:p>
    <w:p>
      <w:pPr>
        <w:jc w:val="right"/>
      </w:pPr>
      <w:r>
        <w:t>تو اس طرح جو ہے اسلاف کی تعبیر سے ہر جگہ جو ہے یہ تعبیر جو ہے ٹکرا جاتی</w:t>
      </w:r>
    </w:p>
    <w:p>
      <w:r>
        <w:rPr>
          <w:b/>
        </w:rPr>
        <w:t xml:space="preserve">[36:22] </w:t>
      </w:r>
      <w:r>
        <w:t>hai. aur ab is ka nuqsaan kya hota hai is tarah ka? aik to pehlay hum ne khuda ko khoya. khuda se ta'alluq ko khoya. aslaf se milay huay authentic version ko hum ne khoya.</w:t>
      </w:r>
    </w:p>
    <w:p>
      <w:pPr>
        <w:jc w:val="right"/>
      </w:pPr>
      <w:r>
        <w:t>ہے۔ اور اب اس کا نقصان کیا ہوتا ہے اس طرح کا؟ ایک تو پہلے ہم نے خدا کو کھویا۔ خدا سے تعلق کو کھویا۔ اسلاف سے ملے ہوئے آتھنٹک ورژن کو ہم نے کھو دیا۔</w:t>
      </w:r>
    </w:p>
    <w:p>
      <w:r>
        <w:rPr>
          <w:b/>
        </w:rPr>
        <w:t xml:space="preserve">[36:33] </w:t>
      </w:r>
      <w:r>
        <w:t>to goya keh jo hai hamaray paas jo deen ka jo سرمایہ tha wohi hum ne zaya kar la</w:t>
      </w:r>
    </w:p>
    <w:p>
      <w:pPr>
        <w:jc w:val="right"/>
      </w:pPr>
      <w:r>
        <w:t>تو گویا کہ جو ہے ہمارے پاس جو دین کا جو سرمایہ تھا وہی ہم نے ضائع کر ل</w:t>
      </w:r>
    </w:p>
    <w:p>
      <w:r>
        <w:rPr>
          <w:b/>
        </w:rPr>
        <w:t xml:space="preserve">[36:38] </w:t>
      </w:r>
      <w:r>
        <w:t>ya. ab doosra masla yeh hai keh jab aap is ko deen ka goal samajhtay hain to ab aap ka takraao shuru ho jayega. jab aap ka takraao logon se hota hai to aap ko pata hai keh dunya ke andar koi bhi seat khaali nahi hai.</w:t>
      </w:r>
    </w:p>
    <w:p>
      <w:pPr>
        <w:jc w:val="right"/>
      </w:pPr>
      <w:r>
        <w:t>یا۔ اب دوسرا مسئلہ یہ ہے کہ جب آپ اس کو دین کا گول سمجھتے ہیں تو اب آپ کا ٹکراؤ شروع ہو جائے گا۔ جب آپ کا ٹکراؤ لوگوں سے ہوتا ہے تو آپ کو پتہ ہے کہ دنیا کے اندر کوئی بھی سیٹ خالی نہیں ہے۔</w:t>
      </w:r>
    </w:p>
    <w:p>
      <w:r>
        <w:rPr>
          <w:b/>
        </w:rPr>
        <w:t xml:space="preserve">[36:52] </w:t>
      </w:r>
      <w:r>
        <w:t>har seat par aik insaan barah-e-raast hai dunya pe. to</w:t>
      </w:r>
    </w:p>
    <w:p>
      <w:pPr>
        <w:jc w:val="right"/>
      </w:pPr>
      <w:r>
        <w:t>ہر سیٹ پر ایک انسان براجمان ہے دنیا پہ۔ تو</w:t>
      </w:r>
    </w:p>
    <w:p>
      <w:r>
        <w:rPr>
          <w:b/>
        </w:rPr>
        <w:t xml:space="preserve">[36:56] </w:t>
      </w:r>
      <w:r>
        <w:t>ab aap ne is ko apna goal bataya keh logon ko in seat karna to ab har waqt aap takraao ka shikaar ho rahay hain. aur jo hai political jo surma hai, political jo jinke paas power hai woh jo hai aap ko maarne ko jo hai apna maqsad awwal bana rahay hain.</w:t>
      </w:r>
    </w:p>
    <w:p>
      <w:pPr>
        <w:jc w:val="right"/>
      </w:pPr>
      <w:r>
        <w:t>اب آپ نے اس کو اپنا گول بتایا کہ لوگوں کو ان سیٹ کرنا تو اب ہر وقت آپ ٹکراؤ کا شکار ہو رہے ہیں۔ اور جو ہے پولیٹیکل جو سورمہ ہے، پولیٹیکل جو جن کے پاس پاور ہے وہ جو ہے آپ کو مارنے کو جو ہے اپنا مقصد اول بنا رہے ہیں۔</w:t>
      </w:r>
    </w:p>
    <w:p>
      <w:r>
        <w:rPr>
          <w:b/>
        </w:rPr>
        <w:t xml:space="preserve">[37:13] </w:t>
      </w:r>
      <w:r>
        <w:t>to goya keh jo hai yeh deen ki jo siyasi ta'abeer ke jo</w:t>
      </w:r>
    </w:p>
    <w:p>
      <w:pPr>
        <w:jc w:val="right"/>
      </w:pPr>
      <w:r>
        <w:t>تو گویا کہ جو ہے یہ دین کی جو سیاسی تعبیر کے جو</w:t>
      </w:r>
    </w:p>
    <w:p>
      <w:r>
        <w:rPr>
          <w:b/>
        </w:rPr>
        <w:t xml:space="preserve">[37:18] </w:t>
      </w:r>
      <w:r>
        <w:t>haamilain hain, is ke maannay walay hain. pehlay unhon ne khuda se ta'alluq ko khoya. baad mein unhon ne jo hai dunya mein jeenay ka haq bhi khoya. muslim mulkon mein in ko prison ke barz ke peechay dhakaila gaya.</w:t>
      </w:r>
    </w:p>
    <w:p>
      <w:pPr>
        <w:jc w:val="right"/>
      </w:pPr>
      <w:r>
        <w:t>حاملین ہیں، اس کے ماننے والے ہیں۔ پہلے انہوں نے خدا سے تعلق کو کھویا۔ بعد میں انہوں نے جو ہے دنیا میں جینے کا حق بھی کھو دیا۔ مسلم ملکوں میں ان کو پریزن کے بارز کے پیچھے دھکیلا گیا۔</w:t>
      </w:r>
    </w:p>
    <w:p>
      <w:r>
        <w:rPr>
          <w:b/>
        </w:rPr>
        <w:t xml:space="preserve">[37:29] </w:t>
      </w:r>
      <w:r>
        <w:t>aur non muslim world mein jo hai in par pabandiyan laga di gayeen. to poori dunya ke muslim state ho ya non muslim state, wahan par aap dekhen naujawanon ki aik</w:t>
      </w:r>
    </w:p>
    <w:p>
      <w:pPr>
        <w:jc w:val="right"/>
      </w:pPr>
      <w:r>
        <w:t>اور نان مسلم ورلڈ میں جو ہے ان پر پابندیاں لگا دی گئیں۔ تو پوری دنیا کے مسلم اسٹیٹ ہو یا نان مسلم اسٹیٹ، وہاں پر آپ دیکھیں نوجوانوں کی ایک</w:t>
      </w:r>
    </w:p>
    <w:p>
      <w:r>
        <w:rPr>
          <w:b/>
        </w:rPr>
        <w:t xml:space="preserve">[37:38] </w:t>
      </w:r>
      <w:r>
        <w:t>aisay naujawanon ki aik bari bheer hai jinhon ne is political ta'abeer ke liye kaam kiya. pehlay to unhon ne khuda ko khoya, us ke baad apni family ko bhi khoya.</w:t>
      </w:r>
    </w:p>
    <w:p>
      <w:pPr>
        <w:jc w:val="right"/>
      </w:pPr>
      <w:r>
        <w:t>ایسے نوجوانوں کی ایک بڑی بھیڑ ہے جنہوں نے اس پولیٹیکل تعبیر کے لیے کام کیا۔ پہلے تو انہوں نے خدا کو کھویا، اس کے بعد اپنی فیملی کو بھی کھویا۔</w:t>
      </w:r>
    </w:p>
    <w:p>
      <w:r>
        <w:rPr>
          <w:b/>
        </w:rPr>
        <w:t xml:space="preserve">[37:47] </w:t>
      </w:r>
      <w:r>
        <w:t>aur apni job ko bhi khoya. aur jo hai koi bees saal, koi tees saal se jo hai jailon mein paray huay hain. arab world mein bhi aisay hi hai aur doosray mulkon mein bhi yeh hai. to yeh to khusrat dunya wal akhirat jis ko quran mein kaha gaya keh dunya bhi gayi aur akhirat bhi gayi.</w:t>
      </w:r>
    </w:p>
    <w:p>
      <w:pPr>
        <w:jc w:val="right"/>
      </w:pPr>
      <w:r>
        <w:t>اور اپنی جاب کو بھی کھویا۔ اور جو ہے کوئی بیس سال، کوئی تیس سال سے جو ہے جیلوں میں پڑے ہوئے ہیں۔ عرب ورلڈ میں بھی ایسے ہی ہے اور دوسرے ملکوں میں بھی یہ ہے۔ تو یہ تو خصیرت دنیا والآخرة جس کو قرآن میں کہا گیا کہ دنیا بھی گئی اور آخرت بھی گئی۔</w:t>
      </w:r>
    </w:p>
    <w:p>
      <w:r>
        <w:rPr>
          <w:b/>
        </w:rPr>
        <w:t xml:space="preserve">[38:00] </w:t>
      </w:r>
      <w:r>
        <w:t>yaani na khuda hi mila, na wasal sanam. yeh un ka maamla ho gaya. to ab bohat ziyada jo hai is baat ko samajhnay ki zaroorat hai.</w:t>
      </w:r>
    </w:p>
    <w:p>
      <w:pPr>
        <w:jc w:val="right"/>
      </w:pPr>
      <w:r>
        <w:t>یعنی نہ خدا ہی ملا، نہ وصال صنم۔ یہ ان کا معاملہ ہو گیا۔ تو اب بہت زیادہ جو ہے اس بات کو سمجھنے کی ضرورت ہے۔</w:t>
      </w:r>
    </w:p>
    <w:p>
      <w:r>
        <w:rPr>
          <w:b/>
        </w:rPr>
        <w:t xml:space="preserve">[38:08] </w:t>
      </w:r>
      <w:r>
        <w:t>haalaat</w:t>
      </w:r>
    </w:p>
    <w:p>
      <w:pPr>
        <w:jc w:val="right"/>
      </w:pPr>
      <w:r>
        <w:t>حالات</w:t>
      </w:r>
    </w:p>
    <w:p>
      <w:r>
        <w:rPr>
          <w:b/>
        </w:rPr>
        <w:t xml:space="preserve">[38:09] </w:t>
      </w:r>
      <w:r>
        <w:t>yeh bata rahay hain keh jab tak is ko disown na kiya jaye aur musalmanon ko yeh na bataya jaye keh yeh political ta'abeer tumhari dunya aur akhirat ke liye kitni ziyada harmful hai, kitna ziyada is ka nuqsaan hai.</w:t>
      </w:r>
    </w:p>
    <w:p>
      <w:pPr>
        <w:jc w:val="right"/>
      </w:pPr>
      <w:r>
        <w:t>یہ بتا رہے ہیں کہ جب تک اس کو ڈس اون نہ کیا جائے اور مسلمانوں کو یہ نہ بتایا جائے کہ یہ پولیٹیکل تعبیر تمہاری دنیا اور آخرت کے لیے کتنی زیادہ ہارم فل ہے، کتنا زیادہ اس کا نقصان ہے۔</w:t>
      </w:r>
    </w:p>
    <w:p>
      <w:r>
        <w:rPr>
          <w:b/>
        </w:rPr>
        <w:t xml:space="preserve">[38:22] </w:t>
      </w:r>
      <w:r>
        <w:t>aik to jo hai muslim world jo hai</w:t>
      </w:r>
    </w:p>
    <w:p>
      <w:pPr>
        <w:jc w:val="right"/>
      </w:pPr>
      <w:r>
        <w:t>ایک تو جو ہے مسلم ورلڈ جو ہے</w:t>
      </w:r>
    </w:p>
    <w:p>
      <w:r>
        <w:rPr>
          <w:b/>
        </w:rPr>
        <w:t xml:space="preserve">[38:25] </w:t>
      </w:r>
      <w:r>
        <w:t>d-establish hota hai is se. aur non Muslim world ke andar Islam ka aik bad message jata hai aur Islamic activities jo hai wahan par aik taboo ban jati hain.</w:t>
      </w:r>
    </w:p>
    <w:p>
      <w:pPr>
        <w:jc w:val="right"/>
      </w:pPr>
      <w:r>
        <w:t>ڈی اسٹیبلش ہوتا ہے اس سے۔ اور نان مسلم ورلڈ کے اندر اسلام کا ایک بیڈ میسج جاتا ہے اور اسلامک ایکٹیویٹیز جو ہے وہاں پر ایک ٹیبو بن جاتی ہیں۔</w:t>
      </w:r>
    </w:p>
    <w:p>
      <w:r>
        <w:rPr>
          <w:b/>
        </w:rPr>
        <w:t xml:space="preserve">[38:33] </w:t>
      </w:r>
      <w:r>
        <w:t>to log yeh samajhte hain ke harmony kharab ho jayegi. yeh log jo hai california ko jo hai khilifornia kehte hain. is ke hamilin yeh kehte hain ke california jo hai asal mein khilifornia yani yeh khilafat ka aik yeh hai shehar hai.</w:t>
      </w:r>
    </w:p>
    <w:p>
      <w:pPr>
        <w:jc w:val="right"/>
      </w:pPr>
      <w:r>
        <w:t>تو لوگ یہ سمجھتے ہیں کہ ہارمونی خراب ہو جائے گی۔ یہ لوگ جو ہے کیلیفورنیا کو جو ہے خیلیفورنیا کہتے ہیں۔ اس کے حاملین یہ کہتے ہیں کہ کیلیفورنیا جو ہے اصل میں خلیفورنیا یعنی یہ خلافت کا ایک یہ ہے شہر ہے۔</w:t>
      </w:r>
    </w:p>
    <w:p>
      <w:r>
        <w:rPr>
          <w:b/>
        </w:rPr>
        <w:t xml:space="preserve">[38:46] </w:t>
      </w:r>
      <w:r>
        <w:t>asal mein woh California tha. is had tak jo hai in ka madness peh</w:t>
      </w:r>
    </w:p>
    <w:p>
      <w:pPr>
        <w:jc w:val="right"/>
      </w:pPr>
      <w:r>
        <w:t>اصل میں وہ خیلیفورنیا تھا۔ اس حد تک جو ہے ان کا میڈنس پہن</w:t>
      </w:r>
    </w:p>
    <w:p>
      <w:r>
        <w:rPr>
          <w:b/>
        </w:rPr>
        <w:t xml:space="preserve">[38:50] </w:t>
      </w:r>
      <w:r>
        <w:t>chata hai. to ab dunya ke andar jo hai islam ka jo matlab hai political hamla logon par, jo log political seat par qaim hain, un ko hata kar jo hai apna wahan par maqam banana.</w:t>
      </w:r>
    </w:p>
    <w:p>
      <w:pPr>
        <w:jc w:val="right"/>
      </w:pPr>
      <w:r>
        <w:t>چتا ہے۔ تو اب دنیا کے اندر جو ہے اسلام کا جو مطلب ہے پولیٹیکل حملہ لوگوں پر، جو لوگ پولیٹیکل سیٹ پر قائم ہیں، ان کو ہٹا کر جو ہے اپنا وہاں پر مقام بنانا۔</w:t>
      </w:r>
    </w:p>
    <w:p>
      <w:r>
        <w:rPr>
          <w:b/>
        </w:rPr>
        <w:t xml:space="preserve">[39:06] </w:t>
      </w:r>
      <w:r>
        <w:t>yeh hi jo hai islam ka mafhoom samjha jata hai. halanke dunya ab jis daur mein dakhil ho chuki hai woh spiritual crisis hai. rohani zarooraton mein insan jo hai poori tarah jo hai ab is ki zaroorat mehsoos kar raha hai.</w:t>
      </w:r>
    </w:p>
    <w:p>
      <w:pPr>
        <w:jc w:val="right"/>
      </w:pPr>
      <w:r>
        <w:t>یہی جو ہے اسلام کا مفہوم سمجھا جاتا ہے۔ حالانکہ دنیا اب جس دور میں داخل ہو چکی ہے وہ سپرچوئل کرائسز ہے۔ روحانی ضرورتوں میں انسان جو ہے پوری طرح جو ہے اب اس کی ضرورت محسوس کر رہا ہے۔</w:t>
      </w:r>
    </w:p>
    <w:p>
      <w:r>
        <w:rPr>
          <w:b/>
        </w:rPr>
        <w:t xml:space="preserve">[39:19] </w:t>
      </w:r>
      <w:r>
        <w:t>yani insanon ko jo hai jaisa ke maine shuru mein bataya ke modern communities milein, behtareen un ko ghar mile, behtareen vehicles mile, behtareen un ko jo hai education mili.</w:t>
      </w:r>
    </w:p>
    <w:p>
      <w:pPr>
        <w:jc w:val="right"/>
      </w:pPr>
      <w:r>
        <w:t>یعنی انسانوں کو جو ہے جیسا کہ میں نے شروع میں بتایا کہ ماڈرن کمیونٹیز ملیں، بہترین ان کو گھر ملے، بہترین وہیکلز ملے، بہترین ان کو جو ہے ایجوکیشن ملی۔</w:t>
      </w:r>
    </w:p>
    <w:p>
      <w:r>
        <w:rPr>
          <w:b/>
        </w:rPr>
        <w:t xml:space="preserve">[39:31] </w:t>
      </w:r>
      <w:r>
        <w:t>har cheez ki nematon mein insan jo hai ab nahaya hua hai. to is nahaye hue insan ko jo sab se zyada zaroorat mehsoos ho rahi hai woh jo miss kar raha hai, missing link is ka jo hai woh miss hai.</w:t>
      </w:r>
    </w:p>
    <w:p>
      <w:pPr>
        <w:jc w:val="right"/>
      </w:pPr>
      <w:r>
        <w:t>ہر چیز کی نعمتوں میں انسان جو ہے اب نہایا ہوا ہے۔ تو اس نہائے ہوئے انسان کو جو سب سے زیادہ ضرورت محسوس ہو رہی ہے وہ جو مس کر رہا ہے، مسنگ لنک اس کا جو ہے وہ مس ہے۔</w:t>
      </w:r>
    </w:p>
    <w:p>
      <w:r>
        <w:rPr>
          <w:b/>
        </w:rPr>
        <w:t xml:space="preserve">[39:41] </w:t>
      </w:r>
      <w:r>
        <w:t>maine kuch kho diya hai. aur woh jo hai samajh nahi pa raha hai ke woh is ki</w:t>
      </w:r>
    </w:p>
    <w:p>
      <w:pPr>
        <w:jc w:val="right"/>
      </w:pPr>
      <w:r>
        <w:t>میں نے کچھ کھو دیا ہے۔ اور وہ جو ہے سمجھ نہیں پا رہا ہے کہ وہ اس کی</w:t>
      </w:r>
    </w:p>
    <w:p>
      <w:r>
        <w:rPr>
          <w:b/>
        </w:rPr>
        <w:t xml:space="preserve">[39:46] </w:t>
      </w:r>
      <w:r>
        <w:t>missing kya hai. woh hai khuda se walhana taluq, khuda ke deen ka ilm aur khuda se jo hai lagao, creation plan se waqifiyat, jannat ko jo hai apna goal banana.</w:t>
      </w:r>
    </w:p>
    <w:p>
      <w:pPr>
        <w:jc w:val="right"/>
      </w:pPr>
      <w:r>
        <w:t>مسنگ کیا ہے۔ وہ ہے خدا سے والہانہ تعلق، خدا کے دین کا علم اور خدا سے جو ہے لگاؤ، کریشن پلان سے واقفیت، جنت کو جو ہے اپنا گول بنانا۔</w:t>
      </w:r>
    </w:p>
    <w:p>
      <w:r>
        <w:rPr>
          <w:b/>
        </w:rPr>
        <w:t xml:space="preserve">[39:57] </w:t>
      </w:r>
      <w:r>
        <w:t>aah insan jo hai jannat ke baghair aah aise hi hai jaise machhli pani ke bahar. to insan jo hai sari nematon ke bawajood aaj jo hai machhli ki tarah aah tar</w:t>
      </w:r>
    </w:p>
    <w:p>
      <w:pPr>
        <w:jc w:val="right"/>
      </w:pPr>
      <w:r>
        <w:t>آہ انسان جو ہے جنت کے بغیر آہ ایسے ہی ہے جیسے مچھلی پانی کے باہر۔ تو انسان جو ہے ساری نعمتوں کے باوجود آج جو ہے مچھلی کی طرح آہ تڑ</w:t>
      </w:r>
    </w:p>
    <w:p>
      <w:r>
        <w:rPr>
          <w:b/>
        </w:rPr>
        <w:t xml:space="preserve">[40:08] </w:t>
      </w:r>
      <w:r>
        <w:t>par raha hai. to is political taabeer ki wajah se log yeh samajhte hain ke so and so movement mein shayad hamara jawab hai. aur woh jo hai aisi tehrikon aur aise organizations mein jo hai apna jawab talash karne mein in ki wandering barhti ja rahi hai.</w:t>
      </w:r>
    </w:p>
    <w:p>
      <w:pPr>
        <w:jc w:val="right"/>
      </w:pPr>
      <w:r>
        <w:t>پ رہا ہے۔ تو اس پولیٹیکل تعبیر کی وجہ سے لوگ یہ سمجھتے ہیں کہ سو اینڈ سو مومنٹ میں شاید ہمارا جواب ہے۔ اور وہ جو ہے ایسی تحریکوں اور ایسے آرگنائزیشنز میں جو ہے اپنا جواب تلاش کر کرنے میں ان کی وینڈرنگ بڑھتی جا رہی ہے۔</w:t>
      </w:r>
    </w:p>
    <w:p>
      <w:r>
        <w:rPr>
          <w:b/>
        </w:rPr>
        <w:t xml:space="preserve">[40:22] </w:t>
      </w:r>
      <w:r>
        <w:t>to ab zaroorat yeh hai ke insan ke is spiritual crisis ko address kiya jaye. aur un ko bataya jaye ke aap aah itni modern amenities ke beech mein aah pareshan kyun hain</w:t>
      </w:r>
    </w:p>
    <w:p>
      <w:pPr>
        <w:jc w:val="right"/>
      </w:pPr>
      <w:r>
        <w:t>تو اب ضرورت یہ ہے کہ انسان کے اس سپرچوئل کرائسز کو ایڈریس کیا جائے۔ اور ان کو بتایا جائے کہ آپ آہ اتنی ماڈرن ایمینیٹیز کے بیچ میں آہ پریشان کیوں ہیں</w:t>
      </w:r>
    </w:p>
    <w:p>
      <w:r>
        <w:rPr>
          <w:b/>
        </w:rPr>
        <w:t xml:space="preserve">[40:33] </w:t>
      </w:r>
      <w:r>
        <w:t>? is pareshani ko khatam karne ka wahid zariya yeh hai ke khuda se in ka link joda jaye aur un ko creation plan aur paradise un ki destination hai.</w:t>
      </w:r>
    </w:p>
    <w:p>
      <w:pPr>
        <w:jc w:val="right"/>
      </w:pPr>
      <w:r>
        <w:t>؟ اس پریشانی کو ختم کرنے کا واحد ذریعہ یہ ہے کہ خدا سے ان کا لنک جوڑا جائے اور ان کو کریشن پلان اور پیراڈائز ان کی ڈیسٹینیشن ہے۔</w:t>
      </w:r>
    </w:p>
    <w:p>
      <w:r>
        <w:rPr>
          <w:b/>
        </w:rPr>
        <w:t xml:space="preserve">[40:41] </w:t>
      </w:r>
      <w:r>
        <w:t>is se waqif karaya jaye. is ke ilawa hum jo bhi karein ge sirf aur sirf jo hai muslim world aur non muslim world dono ko jo hai bohat hi aah backward aur jo hai bohat hi buri halat tak woh pohncha dene wala hai.</w:t>
      </w:r>
    </w:p>
    <w:p>
      <w:pPr>
        <w:jc w:val="right"/>
      </w:pPr>
      <w:r>
        <w:t>اس سے واقف کرایا جائے۔ اس کے علاوہ ہم جو بھی کریں گے صرف اور صرف جو ہے مسلم ورلڈ اور نان مسلم ورلڈ دونوں کو جو ہے بہت ہی آہ بیک ورڈ اور جو ہے بہت ہی بری حالت تک وہ پہنچا دینے والا ہے۔</w:t>
      </w:r>
    </w:p>
    <w:p>
      <w:r>
        <w:rPr>
          <w:b/>
        </w:rPr>
        <w:t xml:space="preserve">[40:56] </w:t>
      </w:r>
      <w:r>
        <w:t>to main samajhta hoon ke jo hai aap ka sawal address ho gaya hoga.</w:t>
      </w:r>
    </w:p>
    <w:p>
      <w:pPr>
        <w:jc w:val="right"/>
      </w:pPr>
      <w:r>
        <w:t>تو میں سمجھتا ہوں کہ جو ہے آپ کا سوال ایڈریس ہو گیا ہوگا۔</w:t>
      </w:r>
    </w:p>
    <w:p>
      <w:r>
        <w:rPr>
          <w:b/>
        </w:rPr>
        <w:t xml:space="preserve">[41:00] </w:t>
      </w:r>
      <w:r>
        <w:t>agar aap ko aur koi aah baat kehni ho to aap aage irshad farmayein. jazak Allah khair, aap ki baat sunne ke baad mujhe samajh mein aayi quran ki aik ayat hai aah jo do jagah aayi hai alfaaz ke aik lafz ke farq ke sath.</w:t>
      </w:r>
    </w:p>
    <w:p>
      <w:pPr>
        <w:jc w:val="right"/>
      </w:pPr>
      <w:r>
        <w:t>اگر آپ کو اور کوئی آہ بات کہنی ہو تو آپ آگے ارشاد فرمائیں۔ جزاک اللہ خیر، آپ کی بات سننے کے بعد مجھے سمجھ میں آئی قرآن کی ایک آیت ہے آہ جو دو جگہ آئی ہے الفاظ کے ایک لفظ کے فرق کے ساتھ۔</w:t>
      </w:r>
    </w:p>
    <w:p>
      <w:r>
        <w:rPr>
          <w:b/>
        </w:rPr>
        <w:t xml:space="preserve">[41:13] </w:t>
      </w:r>
      <w:r>
        <w:t>aik jagah wa sariu ila maghfiratin mir rabbikum wa jannatin ardhuha samawatu wal arz yani doro Allah ki maghfirat ki taraf aur jannat ki taraf jis ki chorai aasman o zameen ke barabar hai.</w:t>
      </w:r>
    </w:p>
    <w:p>
      <w:pPr>
        <w:jc w:val="right"/>
      </w:pPr>
      <w:r>
        <w:t>ایک جگہ وَسَارِعُوا إِلَى مَغْفِرَةٍ مِّن رَبِّكُمْ وَجَنَّةٍ أَرْضَهَا السَّمٰوَاتِ وَالْأَرْضِ یعنی دوڑو اللہ کی مغفرت کی طرف اور جنت کی طرف جس کی چوڑائی آسمان و زمین کے برابر ہے۔</w:t>
      </w:r>
    </w:p>
    <w:p>
      <w:r>
        <w:rPr>
          <w:b/>
        </w:rPr>
        <w:t xml:space="preserve">[41:27] </w:t>
      </w:r>
      <w:r>
        <w:t>aur aik jagah sabiqu sabqat karo. ji</w:t>
      </w:r>
    </w:p>
    <w:p>
      <w:pPr>
        <w:jc w:val="right"/>
      </w:pPr>
      <w:r>
        <w:t>اور ایک جگہ سَابِقُوا سبقت کرو۔ جی</w:t>
      </w:r>
    </w:p>
    <w:p>
      <w:r>
        <w:rPr>
          <w:b/>
        </w:rPr>
        <w:t xml:space="preserve">[41:31] </w:t>
      </w:r>
      <w:r>
        <w:t>to jab hum aap ne jo bata rahe the us aitbar se dekhein to amalan woh sabiqu ila maghfiratin mir rabb</w:t>
      </w:r>
    </w:p>
    <w:p>
      <w:pPr>
        <w:jc w:val="right"/>
      </w:pPr>
      <w:r>
        <w:t>تو جب ہم آپ نے جو بتا رہے تھے اس اعتبار سے دیکھیں تو عملاً وہ سَابِقُوا إِلَى مَغْفِرَةٍ مِّن رَبِّ</w:t>
      </w:r>
    </w:p>
    <w:p>
      <w:r>
        <w:rPr>
          <w:b/>
        </w:rPr>
        <w:t xml:space="preserve">[41:38] </w:t>
      </w:r>
      <w:r>
        <w:t>ikum nahi ho jate, sabiqu ila hukumat ilahiyah jaisa ho jata hai ke sabqat karo hukumat ilahiyah qaim karne ke liye, hukumat qaim karne ke liye ho jata hai.</w:t>
      </w:r>
    </w:p>
    <w:p>
      <w:pPr>
        <w:jc w:val="right"/>
      </w:pPr>
      <w:r>
        <w:t>كُمْ نہیں ہو جاتے، سابِقُوا إِلَى حُكُمَةِ إِلٰهِيَةٍ جیسا ہو جاتا ہے کہ سبقت کرو حکومت الہیہ قائم کرنے کے لیے، حکومت قائم کرنے کے لیے ہو جاتا ہے۔</w:t>
      </w:r>
    </w:p>
    <w:p>
      <w:r>
        <w:rPr>
          <w:b/>
        </w:rPr>
        <w:t xml:space="preserve">[41:47] </w:t>
      </w:r>
      <w:r>
        <w:t>aur is mein jo afraad rahen ge, Allah taala chahta hai jo surah anfal mein baat batai gayi innama almu'minuna allazina iza zukirallahu wajilat qulubuhum wa iza tuliyat alayhim ayatuho zadathum imanan wa ala rabbihim yatawakkalun ke momin woh hain ke jab Allah ka zikr kiya jaye to un ke dil dahal uthein aur jab un ke samne Allah ki ayatein tilawat ki jayein to aah un ke iman mein izafa ho aur woh apne rab par bharosa karte</w:t>
      </w:r>
    </w:p>
    <w:p>
      <w:pPr>
        <w:jc w:val="right"/>
      </w:pPr>
      <w:r>
        <w:t>اور اس میں جو افراد رہیں گے، اللہ تعالی چاہتا ہے جو سورہ الانفال میں بات بتائی گئی إِنَّمَا الْمُؤْمِنُونَ الَّذِينَ إِذَا ذُكِرَ اللَّهُ وَجِلَتْ قُلُوبُهُمْ وَإِذَا تُلْيَتْ عَلَيْهِمْ آيَاتُهُ زَادَتْهُمْ إِيمَانًا وَعَلَى رَبِّهِمْ يَتَوَكَّلُونَ کہ مومن وہ ہیں کہ جب اللہ کا ذکر کیا جائے تو ان کے دل دہل اٹھیں اور جب ان کے سامنے اللہ کی آیتیں تلاوت کی جائیں تو آہ ان کے ایمان میں اضافہ ہو اور وہ اپنے رب پر بھروسہ کرتے</w:t>
      </w:r>
    </w:p>
    <w:p>
      <w:r>
        <w:rPr>
          <w:b/>
        </w:rPr>
        <w:t xml:space="preserve">[42:16] </w:t>
      </w:r>
      <w:r>
        <w:t>hain. to ab jo concern sara ho jayega ke hukumat qaim karna hai to un ke dil kab dahal uthein ge? jab maloom hoga ke hukumat qaim nahi hui to dahal uthein ge aur un ke iman mein izafa hoga jab maloom hoga kahin par kya hai aah hamare logon ne jo hukumat ilahiyah ke qayam ki koshish kar rahe hain, un ko thori si kamyabi hogi to un ke iman mein izafa jaisa ho jayega.</w:t>
      </w:r>
    </w:p>
    <w:p>
      <w:pPr>
        <w:jc w:val="right"/>
      </w:pPr>
      <w:r>
        <w:t>ہیں۔ تو اب جو کنسرن سارا ہو جائے گا کہ حکومت قائم کرنا ہے تو ان کے دل کب دہل اٹھیں گے؟ جب معلوم ہوگا کہ حکومت قائم نہیں ہوئی تو دہل اٹھیں گے اور ان کے ایمان میں اضافہ ہوگا جب معلوم ہوگا کہیں پر کیا ہے آہ ہمارے لوگوں نے جو حکومت الہیہ کے قیام کی کوشش کر رہے ہیں، ان کو تھوڑی سی کامیابی ہوگی تو ان کے ایمان میں اضافہ جیسا ہو جائے گا۔</w:t>
      </w:r>
    </w:p>
    <w:p>
      <w:r>
        <w:rPr>
          <w:b/>
        </w:rPr>
        <w:t xml:space="preserve">[42:37] </w:t>
      </w:r>
      <w:r>
        <w:t>yeh کیفیت ho sakti hai to bilkul to yeh bilkul ninety degree change jaisa mamla ho jayega. is ke ilawa to kuch nahi keh sakte hain is ko.</w:t>
      </w:r>
    </w:p>
    <w:p>
      <w:pPr>
        <w:jc w:val="right"/>
      </w:pPr>
      <w:r>
        <w:t>یہ کیفیت ہو سکتی ہے تو بالکل تو یہ بالکل نائنٹی ڈگری چینج جیسا معاملہ ہو جائے گا۔ اس کے علاوہ تو کچھ نہیں کہہ سکتے ہیں اس کو۔</w:t>
      </w:r>
    </w:p>
    <w:p>
      <w:r>
        <w:rPr>
          <w:b/>
        </w:rPr>
        <w:t xml:space="preserve">[42:48] </w:t>
      </w:r>
      <w:r>
        <w:t>aur aik hadith hai innama abudu allaha kanaka tarahu fa in lam takun tarahu fa innahu yaraka ke Allah ki ibadat aise karo goya ke tum us ko dekh rahe ho aur agar tum nahi dekhte to woh tum ko dekh raha hai.</w:t>
      </w:r>
    </w:p>
    <w:p>
      <w:pPr>
        <w:jc w:val="right"/>
      </w:pPr>
      <w:r>
        <w:t>اور ایک حدیث ہے إِنَّمَا عَبُدُوا اللَّهَ كَانَكَ تَرَاهُ فَإِنْ لَمْ تَكُنْ تَرَاهُ فَإِنَّهُ يَرَاكَ کہ اللہ کی عبادت ایسے کرو گویا کہ تم اس کو دیکھ رہے ہو اور اگر تم نہیں دیکھتے تو وہ تم کو دیکھ رہا ہے۔</w:t>
      </w:r>
    </w:p>
    <w:p>
      <w:r>
        <w:rPr>
          <w:b/>
        </w:rPr>
        <w:t xml:space="preserve">[42:59] </w:t>
      </w:r>
      <w:r>
        <w:t>to yeh agar change kiya jaye to yeh ho jayega ke tum dunya mein koshish karo khilafat ke liye aise goya ke tum dekh rahe ho us ko samne aur agar tum nahi dekh rahe ho to woh aap ke intezar mein hai.</w:t>
      </w:r>
    </w:p>
    <w:p>
      <w:pPr>
        <w:jc w:val="right"/>
      </w:pPr>
      <w:r>
        <w:t>تو یہ اگر چینج کیا جائے تو یہ ہو جائے گا کہ تم دنیا میں کوشش کرو خلافت کے لیے ایسے گویا کہ تم دیکھ رہے ہو اس کو سامنے اور اگر تم نہیں دیکھ رہے ہو تو وہ آپ کے انتظار میں ہے۔</w:t>
      </w:r>
    </w:p>
    <w:p>
      <w:r>
        <w:rPr>
          <w:b/>
        </w:rPr>
        <w:t xml:space="preserve">[43:11] </w:t>
      </w:r>
      <w:r>
        <w:t>jao in set karo, set hasil karo. to yeh is type se bilkul mein samajhta hoon ke gol poora change ho jata hai. ek taraf jannat ke liye maghfirat ke liye do</w:t>
      </w:r>
    </w:p>
    <w:p>
      <w:pPr>
        <w:jc w:val="right"/>
      </w:pPr>
      <w:r>
        <w:t>جاؤ ان سیٹ کرو، سیٹ حاصل کرو۔ تو یہ اس ٹائپ سے بالکل میں سمجھتا ہوں کہ گول پورا چینج ہو جاتا ہے۔ ایک طرف جنت کے لیے مغفرت کے لیے دو</w:t>
      </w:r>
    </w:p>
    <w:p>
      <w:r>
        <w:rPr>
          <w:b/>
        </w:rPr>
        <w:t xml:space="preserve">[43:22] </w:t>
      </w:r>
      <w:r>
        <w:t>rna hai aur doosri taraf kya hai? aap dunya ke andar hukoomat qaim karo is ke liye dorna hai. to Allah taala ne jo yeh kaha hai wa ma khalaqtul jinna wal insa illa li ya'budoon ke hum ne insan aur jinat ko paida kiya ke woh meri ibadat karein aur doosri jagah bataya ke zalika jaza'u man tazakka ke yeh badla hai jannat in logon ka badla hai jo apna tazkiya karein.</w:t>
      </w:r>
    </w:p>
    <w:p>
      <w:pPr>
        <w:jc w:val="right"/>
      </w:pPr>
      <w:r>
        <w:t>ڑنا ہے اور دوسری طرف کیا ہے؟ آپ دنیا کے اندر حکومت قائم کرو اس کے لیے دوڑنا ہے۔ تو اللہ تعالی نے جو یہ کہا ہے وَمَا خَلَقْتُ الْجِنَّةَ وَالْإِنْسَ إِلَّا لِيَعْبُدُونَ کہ ہم نے انسان اور جنات کو پیدا کیا کہ وہ میری عبادت کریں اور دوسری جگہ بتایا کہ ذَٰلِكَ جَزَاءٌ مَنْ تَزَكَّى کہ یہ بدلہ ہے جنت ان لوگوں کا بدلہ ہے جو اپنا تزکیہ کریں۔</w:t>
      </w:r>
    </w:p>
    <w:p>
      <w:r>
        <w:rPr>
          <w:b/>
        </w:rPr>
        <w:t xml:space="preserve">[43:44] </w:t>
      </w:r>
      <w:r>
        <w:t>to in cheezon se aadmi ka poora zehan yeh ho jayega, khatm ho jayega</w:t>
      </w:r>
    </w:p>
    <w:p>
      <w:pPr>
        <w:jc w:val="right"/>
      </w:pPr>
      <w:r>
        <w:t>تو ان چیزوں سے آدمی کا پورا ذہن یہ ہو جائے گا، ختم ہو جائے گ</w:t>
      </w:r>
    </w:p>
    <w:p>
      <w:r>
        <w:rPr>
          <w:b/>
        </w:rPr>
        <w:t xml:space="preserve">[43:48] </w:t>
      </w:r>
      <w:r>
        <w:t>a. ab woh ho jayega hukoomat qaim karo is ke liye koshish karo, is ke liye socho, isi ko apna concern banao, isi ko apne ehsan ki tarah is ko le kar aap zindagi aah guzaro.</w:t>
      </w:r>
    </w:p>
    <w:p>
      <w:pPr>
        <w:jc w:val="right"/>
      </w:pPr>
      <w:r>
        <w:t>ا۔ اب وہ ہو جائے گا حکومت قائم کرو اس کے لیے کوشش کرو، اس کے لیے سوچو، اسی کو اپنا کنسرن بناؤ، اسی کو اپنے احسان کی طرح اس کو لے کر آپ زندگی آہ گزارو۔</w:t>
      </w:r>
    </w:p>
    <w:p>
      <w:r>
        <w:rPr>
          <w:b/>
        </w:rPr>
        <w:t xml:space="preserve">[44:00] </w:t>
      </w:r>
      <w:r>
        <w:t>to is par mein aap se ek aakhri sawal karunga ke deen ki yeh siyasi ta'beer jo hai aslaf ki ta'beer hi deen se kaise takrati hai?</w:t>
      </w:r>
    </w:p>
    <w:p>
      <w:pPr>
        <w:jc w:val="right"/>
      </w:pPr>
      <w:r>
        <w:t>تو اس پر میں آپ سے ایک آخری سوال کروں گا کہ دین کی یہ سیاسی تعبیر جو ہے اسلاف کی تعبیر ہی دین سے کیسے ٹکراتی ہے؟</w:t>
      </w:r>
    </w:p>
    <w:p>
      <w:r>
        <w:rPr>
          <w:b/>
        </w:rPr>
        <w:t xml:space="preserve">[44:14] </w:t>
      </w:r>
      <w:r>
        <w:t>isko Maulana ne apni kitab "ta'beer ki ghalati" aur jo is ka khulasa tayar kiya hai, mukhtasar sa deen ki siyasi ta'beer, us ke andar bohat hi wazahat ke sath is masle ko zikr kiya hai.</w:t>
      </w:r>
    </w:p>
    <w:p>
      <w:pPr>
        <w:jc w:val="right"/>
      </w:pPr>
      <w:r>
        <w:t>اس کو مولانا نے اپنی کتاب "تعبیر کی غلطی" اور جو اس کا خلاصہ تیار کیا ہے، مختصر سا دین کی سیاسی تعبیر، اس کے اندر بہت ہی وضاحت کے ساتھ اس مسئلے کو ذکر کیا ہے۔</w:t>
      </w:r>
    </w:p>
    <w:p>
      <w:r>
        <w:rPr>
          <w:b/>
        </w:rPr>
        <w:t xml:space="preserve">[44:28] </w:t>
      </w:r>
      <w:r>
        <w:t>jaise ke Maulana Inayat sahib ne bataya aap ko ke "aqeemud deen"</w:t>
      </w:r>
    </w:p>
    <w:p>
      <w:pPr>
        <w:jc w:val="right"/>
      </w:pPr>
      <w:r>
        <w:t>جیسے کہ مولانا عنایت صاحب نے بتایا آپ کو کہ "ان عقیم الدین"</w:t>
      </w:r>
    </w:p>
    <w:p>
      <w:r>
        <w:rPr>
          <w:b/>
        </w:rPr>
        <w:t xml:space="preserve">[44:33] </w:t>
      </w:r>
      <w:r>
        <w:t>ke silsile mein yeh buniyadi woh apna yeh mante hain, base mante hain. Maulana Syed Abu Alaa Maududi "aqeemud deen" hukoomat ilahia ka qayam woh kahan se extract karte hain?</w:t>
      </w:r>
    </w:p>
    <w:p>
      <w:pPr>
        <w:jc w:val="right"/>
      </w:pPr>
      <w:r>
        <w:t>کے سلسلے میں یہ بنیادی وہ اپنا یہ مانتے ہیں، بیس مانتے ہیں۔ مولانا سید ابو العالی مودودی "ان عقیم الدین" حکومت الہیہ کا قیام وہ کہاں سے ایکسٹریکٹ کرتے ہیں؟</w:t>
      </w:r>
    </w:p>
    <w:p>
      <w:r>
        <w:rPr>
          <w:b/>
        </w:rPr>
        <w:t xml:space="preserve">[44:44] </w:t>
      </w:r>
      <w:r>
        <w:t>isko kahan woh apna argument rakhte hain? "aqeemud deen" jo Surah Shura ki ayat hai. to yeh wahan se lete hain aur kehte hain ke jo hai</w:t>
      </w:r>
    </w:p>
    <w:p>
      <w:pPr>
        <w:jc w:val="right"/>
      </w:pPr>
      <w:r>
        <w:t>اس کو کہاں وہ اپنا آرگیومنٹ رکھتے ہیں؟ "ان عقیم الدین" جو سورہ شوریٰ کی آیت ہے۔ تو یہ وہاں سے لیتے ہیں اور کہتے ہیں کہ جو ہے</w:t>
      </w:r>
    </w:p>
    <w:p>
      <w:r>
        <w:rPr>
          <w:b/>
        </w:rPr>
        <w:t xml:space="preserve">[44:52] </w:t>
      </w:r>
      <w:r>
        <w:t xml:space="preserve">is tarah jo hai deen ki yeh ta'beer banti hai ke jo hai sare anbiya ne deen ka yahi mafhoom bataya. chunke un ke paas deen ka mafhoom hai aah shar'i qawaneen ka nafaz. </w:t>
      </w:r>
    </w:p>
    <w:p>
      <w:pPr>
        <w:jc w:val="right"/>
      </w:pPr>
      <w:r>
        <w:t>اس طرح جو ہے دین کی یہ تعبیر بنتی ہے کہ جو ہے سارے انبیاء نے دین کا یہی مفہوم بتایا۔ چونکہ ان کے پاس دین کا مفہوم ہے آہ شرعی قوانین کا نفاذ۔</w:t>
      </w:r>
    </w:p>
    <w:p>
      <w:r>
        <w:rPr>
          <w:b/>
        </w:rPr>
        <w:t xml:space="preserve">[45:03] </w:t>
      </w:r>
      <w:r>
        <w:t>shar'i qawaneen ke nafaz ko woh jo hai deen kehte hain. yani state ki satah par deen ko qaim karna. to woh is ki yeh tashreeh karte hain "aqeemud deen" ka. to Maulana ne aah sari hi bari tafaseer se yeh bataya hai ke ulama e kiram ne, mufassireen ne aur jo hai Kashaf ne aur</w:t>
      </w:r>
    </w:p>
    <w:p>
      <w:pPr>
        <w:jc w:val="right"/>
      </w:pPr>
      <w:r>
        <w:t>شرعی قوانین کے نفاذ کو وہ جو ہے دین کہتے ہیں۔ یعنی اسٹیٹ کی سطح پر دین کو قائم کرنا۔ تو وہ اس کی یہ تشریح کرتے ہیں "ان عقیم الدین" کا۔ تو مولانا نے آہ ساری ہی بڑی تفاسیر سے یہ بتایا ہے کہ علماء کرام نے، نصفی نے اور جو ہے کشاف نے اور</w:t>
      </w:r>
    </w:p>
    <w:p>
      <w:r>
        <w:rPr>
          <w:b/>
        </w:rPr>
        <w:t xml:space="preserve">[45:19] </w:t>
      </w:r>
      <w:r>
        <w:t>aah Usmani ne, Tafseer Usmani ne aur Qurtubi ne aur falan ne, jitne mashhoor hamare Ibn Kathir ne, is silsile mein kya tashreeh jo hai hum tak pahunchai hai.</w:t>
      </w:r>
    </w:p>
    <w:p>
      <w:pPr>
        <w:jc w:val="right"/>
      </w:pPr>
      <w:r>
        <w:t>آہ عثمانی نے، تفسیر عثمانی نے اور قرطبی نے اور فلاں نے، جتنے مشہور ہمارے ابن کثیر نے، اس سلسلے میں کیا تشریح جو ہے ہم تک پہنچائی ہے۔</w:t>
      </w:r>
    </w:p>
    <w:p>
      <w:r>
        <w:rPr>
          <w:b/>
        </w:rPr>
        <w:t xml:space="preserve">[45:28] </w:t>
      </w:r>
      <w:r>
        <w:t>to is tashreeh ke mutabiq jo hai aah jumhoor yeh kehte hain wahan par us se murad jo hai deen ki woh buniyadi baatein hain jo infiradi satah par har aadmi chahe woh aah kisi state ka political partner ho ya</w:t>
      </w:r>
    </w:p>
    <w:p>
      <w:pPr>
        <w:jc w:val="right"/>
      </w:pPr>
      <w:r>
        <w:t>تو اس تشریح کے مطابق جو ہے آہ جمہور یہ کہتے ہیں وہاں پر اس سے مراد جو ہے دین کی وہ بنیادی باتیں ہیں جو انفرادی سطح پر ہر آدمی چاہے وہ آہ کسی اسٹیٹ کا پولیٹیکل پارٹنر ہو یا</w:t>
      </w:r>
    </w:p>
    <w:p>
      <w:r>
        <w:rPr>
          <w:b/>
        </w:rPr>
        <w:t xml:space="preserve">[45:43] </w:t>
      </w:r>
      <w:r>
        <w:t>na ho. ke kahin is ki hukoomat qaim hai ya woh ek aam citizen hai. ek aam insan aur ek khaas insan, political koi gain, power gain kiya hua insan.</w:t>
      </w:r>
    </w:p>
    <w:p>
      <w:pPr>
        <w:jc w:val="right"/>
      </w:pPr>
      <w:r>
        <w:t>نہ ہو۔ کہ کہیں اس کی حکومت قائم ہے یا وہ ایک عام سٹیزن ہے۔ ایک عام انسان اور ایک خاص انسان، پولیٹیکل کوئی گین، پاور گین کیا ہوا انسان۔</w:t>
      </w:r>
    </w:p>
    <w:p>
      <w:r>
        <w:rPr>
          <w:b/>
        </w:rPr>
        <w:t xml:space="preserve">[45:53] </w:t>
      </w:r>
      <w:r>
        <w:t>dono jo hai is par amal kar sakte hain. yani aah aslaf ki hum tashreeh ko mante hain to hum frustration se bachte</w:t>
      </w:r>
    </w:p>
    <w:p>
      <w:pPr>
        <w:jc w:val="right"/>
      </w:pPr>
      <w:r>
        <w:t>دونوں جو ہے اس پر عمل کر سکتے ہیں۔ یعنی آہ اسلاف کی ہم تشریح کو مانتے ہیں تو ہم فرسٹریشن سے بچتے</w:t>
      </w:r>
    </w:p>
    <w:p>
      <w:r>
        <w:rPr>
          <w:b/>
        </w:rPr>
        <w:t xml:space="preserve">[46:00] </w:t>
      </w:r>
      <w:r>
        <w:t>hain. agar hum is buniyadi aah aah istilahat e arba wali tashreeh ko mante hain to har waqt hamein jo hai na confrontation aur jo hai clash aur jo hai aah logon ke sath aah takrao mein jo hai waqt guzarna parta hai.</w:t>
      </w:r>
    </w:p>
    <w:p>
      <w:pPr>
        <w:jc w:val="right"/>
      </w:pPr>
      <w:r>
        <w:t>ہیں۔ اگر ہم اس بنیادی آہ آہ اصطلاحات اربع والی تشریح کو مانتے ہیں تو ہر وقت ہمیں جو ہے نا کنفرنٹیشن اور جو ہے کلیش اور جو ہے آہ لوگوں کے ساتھ آہ ٹکراؤ میں جو ہے وقت گزارنا پڑتا ہے۔</w:t>
      </w:r>
    </w:p>
    <w:p>
      <w:r>
        <w:rPr>
          <w:b/>
        </w:rPr>
        <w:t xml:space="preserve">[46:15] </w:t>
      </w:r>
      <w:r>
        <w:t>to aslaf ne jo deen ki yeh pesh ki to woh jo hai fa-attaqullaha mastata'tum ke tehat</w:t>
      </w:r>
    </w:p>
    <w:p>
      <w:pPr>
        <w:jc w:val="right"/>
      </w:pPr>
      <w:r>
        <w:t>تو اسلاف نے جو دین کی یہ پیش کی تو وہ جو ہے فَاتَّقُوا اللَّهَ مَا اسْتَطَاعْتُمْ کے تحت</w:t>
      </w:r>
    </w:p>
    <w:p>
      <w:r>
        <w:rPr>
          <w:b/>
        </w:rPr>
        <w:t xml:space="preserve">[46:21] </w:t>
      </w:r>
      <w:r>
        <w:t>hogi. yani jo aadmi jahan khara hua hai wohin us se deen matloob hai. ke woh panch waqt kalme ka iqrar kare, namaz parhe, roza rakhe, agar us ke paas paisa ho to zakat de aur jo hai agar us ke paas taqat ho to woh hajj kare.</w:t>
      </w:r>
    </w:p>
    <w:p>
      <w:pPr>
        <w:jc w:val="right"/>
      </w:pPr>
      <w:r>
        <w:t>ہوگی۔ یعنی جو آدمی جہاں کھڑا ہوا ہے وہیں اس سے دین مطلوب ہے۔ کہ وہ پانچ وقت کلمے کا اقرار کرے، نماز پڑھے، روزہ رکھے، اگر اس کے پاس پیسہ ہو تو زکوٰۃ دے اور جو ہے اگر اس کے پاس طاقت ہو تو وہ حج کرے۔</w:t>
      </w:r>
    </w:p>
    <w:p>
      <w:r>
        <w:rPr>
          <w:b/>
        </w:rPr>
        <w:t xml:space="preserve">[46:35] </w:t>
      </w:r>
      <w:r>
        <w:t>to baqi jo zakat aur hajj ka mamla yeh hai ke woh taqat par us ko rakha gaya hai. to jab buniyadi baatein hi taqat par munhasir hain to yeh tashreeh us ko yeh batati hai ke jo hai hukoomat ilahia ki taqat tum ko nahi hai, tab bhi tum ko qaim karne ki koshish karna hai.</w:t>
      </w:r>
    </w:p>
    <w:p>
      <w:pPr>
        <w:jc w:val="right"/>
      </w:pPr>
      <w:r>
        <w:t>تو باقی جو زکوٰۃ اور حج کا معاملہ یہ ہے کہ وہ طاقت پر اس کو رکھا گیا ہے۔ تو جب بنیادی باتیں ہی طاقت پر منحصر ہیں تو یہ تشریح اس کو یہ بتاتی ہے کہ جو ہے حکومت الہیہ کی طاقت تم کو نہیں ہے، تب بھی تم کو قائم کرنے کی کوشش کرنا ہے۔</w:t>
      </w:r>
    </w:p>
    <w:p>
      <w:r>
        <w:rPr>
          <w:b/>
        </w:rPr>
        <w:t xml:space="preserve">[46:49] </w:t>
      </w:r>
      <w:r>
        <w:t>halanke kisi aalim ne yeh nahi kaha ke tum maal mein financially itne sound ho jao ke zakat dene wale ban jao. kisi ne yeh nahi kaha. agar tum ho gaye financially jo hai na tumhara yeh level aa gaya to tab tum ko zakat dena hai.</w:t>
      </w:r>
    </w:p>
    <w:p>
      <w:pPr>
        <w:jc w:val="right"/>
      </w:pPr>
      <w:r>
        <w:t>حالانکہ کسی عالم نے یہ نہیں کہا کہ تم مال میں فائننشلی اتنے ساؤنڈ ہو جاؤ کہ زکوٰۃ دینے والے بن جاؤ۔ کسی نے یہ نہیں کہا۔ اگر تم ہو گئے فائننشلی جو ہے نا تمہارا یہ لیول آ گیا تو تب تم کو زکوٰۃ دینا ہے۔</w:t>
      </w:r>
    </w:p>
    <w:p>
      <w:r>
        <w:rPr>
          <w:b/>
        </w:rPr>
        <w:t xml:space="preserve">[47:02] </w:t>
      </w:r>
      <w:r>
        <w:t>agar tumhare paas taqat hai tab tum ko jo hai Ka'ba tul Allah tak pahunchna hai. kisi ne yeh nahi kaha ke is liye ke jo hai na Islam ke arkan e khamsa mein se zakat hai, is liye ab har musalman ko, har momin ke liye yeh farz hai ke woh jo hai apna financial status us us tak pahunchaye.</w:t>
      </w:r>
    </w:p>
    <w:p>
      <w:pPr>
        <w:jc w:val="right"/>
      </w:pPr>
      <w:r>
        <w:t>اگر تمہارے پاس طاقت ہے تب تم کو جو ہے کعبۃ اللہ تک پہنچنا ہے۔ کسی نے یہ نہیں کہا کہ اس لیے کہ جو ہے نا اسلام کے ارکان خمسہ میں سے زکوٰۃ ہے، اس لیے اب ہر مسلمان کو، ہر مومن کے لیے یہ فرض ہے کہ وہ جو ہے اپنا فائننشل اسٹیٹس اس اس تک پہنچائے۔</w:t>
      </w:r>
    </w:p>
    <w:p>
      <w:r>
        <w:rPr>
          <w:b/>
        </w:rPr>
        <w:t xml:space="preserve">[47:19] </w:t>
      </w:r>
      <w:r>
        <w:t>aisa kisi aalim ne nahi kaha.</w:t>
      </w:r>
    </w:p>
    <w:p>
      <w:pPr>
        <w:jc w:val="right"/>
      </w:pPr>
      <w:r>
        <w:t>ایسا کسی عالم نے نہیں کہا۔</w:t>
      </w:r>
    </w:p>
    <w:p>
      <w:r>
        <w:rPr>
          <w:b/>
        </w:rPr>
        <w:t xml:space="preserve">[47:21] </w:t>
      </w:r>
      <w:r>
        <w:t>lekin yeh tashreeh jo hai istilahat e arba ke tehat yeh kehti hai ke agar tum aam shehri bhi ho, agar tumhare paas political gain na ho to tum jo hai political gain hasil karo aur us ke liye jo hai jab tak tum ladai nahi karoge, agar us ke liye ladai ki had tak jana hai to tum ko jana padega.</w:t>
      </w:r>
    </w:p>
    <w:p>
      <w:pPr>
        <w:jc w:val="right"/>
      </w:pPr>
      <w:r>
        <w:t>لیکن یہ تشریح جو ہے اصطلاحات اربع کے تحت یہ کہتی ہے کہ اگر تم عام شہری بھی ہو، اگر تمہارے پاس پولیٹیکل گین نہ ہو تو تم جو ہے پولیٹیکل گین حاصل کرو اور اس کے لیے جو ہے جب تک تم لڑائی نہیں کرو گے، اگر اس کے لیے لڑائی کی حد تک جانا ہے تو تم کو جانا پڑے گا۔</w:t>
      </w:r>
    </w:p>
    <w:p>
      <w:r>
        <w:rPr>
          <w:b/>
        </w:rPr>
        <w:t xml:space="preserve">[47:38] </w:t>
      </w:r>
      <w:r>
        <w:t>is se kam deen ki tashreeh jo hai mein nahi manta hoon. Syed Abu Alaa Maududi kehte hain ke is se kam par mein razi nahi hoon. chahe tum mujhe is ki wajah se jo hai takfeer kar do, chahe mera inkar kar do, kuch</w:t>
      </w:r>
    </w:p>
    <w:p>
      <w:pPr>
        <w:jc w:val="right"/>
      </w:pPr>
      <w:r>
        <w:t>اس سے کم دین کی تشریح جو ہے میں نہیں مانتا ہوں۔ سید ابو العالی مودودی کہتے ہیں کہ اس سے کم پر میں راضی نہیں ہوں۔ چاہے تم مجھے اس کی وجہ سے جو ہے تکفیر کر دو، چاہے میرا انکار کر دو، کچھ</w:t>
      </w:r>
    </w:p>
    <w:p>
      <w:r>
        <w:rPr>
          <w:b/>
        </w:rPr>
        <w:t xml:space="preserve">[47:50] </w:t>
      </w:r>
      <w:r>
        <w:t>bhi kar do. lekin mein is se kam par razi nahi hoon ke har musalman ke liye zaroori hai ke woh political state ko gain kare. to aslaf ki tashreeh ko aap jab mante hain to aisa lagta hai ke jo hai na waqai yeh deen rehmat hai.</w:t>
      </w:r>
    </w:p>
    <w:p>
      <w:pPr>
        <w:jc w:val="right"/>
      </w:pPr>
      <w:r>
        <w:t>بھی کر دو۔ لیکن میں اس سے کم پر راضی نہیں ہوں کہ ہر مسلمان کے لیے ضروری ہے کہ وہ پولیٹیکل اسٹیٹ کو گین کرے۔ تو اسلاف کی تشریح کو آپ جب مانتے ہیں تو ایسا لگتا ہے کہ جو ہے نا واقعی یہ دین رحمت ہے۔</w:t>
      </w:r>
    </w:p>
    <w:p>
      <w:r>
        <w:rPr>
          <w:b/>
        </w:rPr>
        <w:t xml:space="preserve">[48:03] </w:t>
      </w:r>
      <w:r>
        <w:t>lekin jab yeh istilahaat-e-arba ke tehat hum Islam ko mante hain to aisa lagta hai yeh to gale ka penda ban gaya hai. Gale ka toaq hai.</w:t>
      </w:r>
    </w:p>
    <w:p>
      <w:pPr>
        <w:jc w:val="right"/>
      </w:pPr>
      <w:r>
        <w:t>لیکن جب یہ اصطلاحات اربع کے تحت ہم اسلام کو مانتے ہیں تو ایسا لگتا ہے یہ تو گلے کا پندہ بن گیا ہے۔ گلے کا طوق ہے۔</w:t>
      </w:r>
    </w:p>
    <w:p>
      <w:r>
        <w:rPr>
          <w:b/>
        </w:rPr>
        <w:t xml:space="preserve">[48:11] </w:t>
      </w:r>
      <w:r>
        <w:t>ke ab kuch Arab naujawanon ne Maulana se kaha ke aap ki kitabein parhne se pehle hum jo hai aah double standard ban chuke the,</w:t>
      </w:r>
    </w:p>
    <w:p>
      <w:pPr>
        <w:jc w:val="right"/>
      </w:pPr>
      <w:r>
        <w:t>کہ اب کچھ عرب نوجوانوں نے مولانا سے کہا کہ آپ کی کتابیں پڑھنے سے پہلے ہم جو ہے آہ ڈبل اسٹینڈرڈ بن چکے تھے،</w:t>
      </w:r>
    </w:p>
    <w:p>
      <w:r>
        <w:rPr>
          <w:b/>
        </w:rPr>
        <w:t xml:space="preserve">[48:20] </w:t>
      </w:r>
      <w:r>
        <w:t>nifaq mein jee rahe the. Kyun? Is tashreeh ke tehat jo hai hamein apne hukmaranon se, aah Arab hukmaranon se takrana lazmi tha. Aah ab jab hum un se takrane ke liye jate hain to aah jail mein jana padta tha.</w:t>
      </w:r>
    </w:p>
    <w:p>
      <w:pPr>
        <w:jc w:val="right"/>
      </w:pPr>
      <w:r>
        <w:t>نفاق میں جی رہے تھے۔ کیوں؟ اس تشریح کے تحت جو ہے ہمیں اپنے حکمرانوں سے، آہ عرب حکمرانوں سے ٹکرانا لازمی تھا۔ آہ اب جب ہم ان سے ٹکرانے کے لیے جاتے ہیں تو آہ جیل میں جانا پڑتا تھا۔</w:t>
      </w:r>
    </w:p>
    <w:p>
      <w:r>
        <w:rPr>
          <w:b/>
        </w:rPr>
        <w:t xml:space="preserve">[48:33] </w:t>
      </w:r>
      <w:r>
        <w:t>to hum ko jail mein jana pasand nahi tha. To hum is tashreeh ko mante hue un se adjust kar rahe the. Aah ab aap ki tashreeh ke baad jo hai hum usooli taur par un se adjust karenge.</w:t>
      </w:r>
    </w:p>
    <w:p>
      <w:pPr>
        <w:jc w:val="right"/>
      </w:pPr>
      <w:r>
        <w:t>تو ہم کو جیل میں جانا پسند نہیں تھا۔ تو ہم اس تشریح کو مانتے ہوئے ان سے ایڈجسٹ کر رہے تھے۔ آہ اب آپ کی تشریح کے بعد جو ہے ہم اصولی طور پر ان سے ایڈجسٹ کریں گے۔</w:t>
      </w:r>
    </w:p>
    <w:p>
      <w:r>
        <w:rPr>
          <w:b/>
        </w:rPr>
        <w:t xml:space="preserve">[48:42] </w:t>
      </w:r>
      <w:r>
        <w:t>pehley hum double standard ho kar adjust kar rahe the, ab hum aah usooli taur par aur Khuda aur Rasool ke hukum ke tehat hum un se adjust kar rahe hain. To is tarah jo hai yeh tashreeh jo aslaf ki tashreeh se jo hai takra jati hai.</w:t>
      </w:r>
    </w:p>
    <w:p>
      <w:pPr>
        <w:jc w:val="right"/>
      </w:pPr>
      <w:r>
        <w:t>پہلے ہم ڈبل اسٹینڈرڈ ہو کر ایڈجسٹ کر رہے تھے، اب ہم آہ اصولی طور پر اور خدا اور رسول کے حکم کے تحت ہم ان سے ایڈجسٹ کر رہے ہیں۔ تو اس طرح جو ہے یہ تشریح جو اسلاف کی تشریح سے جو ہے ٹکرا جاتی ہے۔</w:t>
      </w:r>
    </w:p>
    <w:p>
      <w:r>
        <w:rPr>
          <w:b/>
        </w:rPr>
        <w:t xml:space="preserve">[48:54] </w:t>
      </w:r>
      <w:r>
        <w:t>to mein samajhta hoon ke jo hai baat wazeh ho rahi</w:t>
      </w:r>
    </w:p>
    <w:p>
      <w:pPr>
        <w:jc w:val="right"/>
      </w:pPr>
      <w:r>
        <w:t>تو میں سمجھتا ہوں کہ جو ہے بات واضح ہو رہی</w:t>
      </w:r>
    </w:p>
    <w:p>
      <w:r>
        <w:rPr>
          <w:b/>
        </w:rPr>
        <w:t xml:space="preserve">[48:57] </w:t>
      </w:r>
      <w:r>
        <w:t>hogi. Haan bilkul, jazak Allah khair, aap ne bilkul wazeh clear kar diya ke deen ki siyasi taabeer kyun aah aah durust taabeer nahi hai deen ki aur asal taabeer jo hai, asal maqsad jo hai nabiyon ka ke logon ko Allah ke raaste par lana, jis ko sirat-e-mustaqeem kaha gaya hai aur jis ka nateeja jannat hai.</w:t>
      </w:r>
    </w:p>
    <w:p>
      <w:pPr>
        <w:jc w:val="right"/>
      </w:pPr>
      <w:r>
        <w:t>ہوگی۔ ہاں بالکل، جزاک اللہ خیر، آپ نے بالکل واضح کلیئر کر دیا کہ دین کی سیاسی تعبیر کیوں آہ آہ درست تعبیر نہیں ہے دین کی اور اصل تعبیر جو ہے، اصل مقصد جو ہے نبیوں کا کہ لوگوں کو اللہ کے راستے پر لانا، جس کو صراط مستقیم کہا گیا ہے اور جس کا نتیجہ جنت ہے۔</w:t>
      </w:r>
    </w:p>
    <w:p>
      <w:r>
        <w:rPr>
          <w:b/>
        </w:rPr>
        <w:t xml:space="preserve">[49:19] </w:t>
      </w:r>
      <w:r>
        <w:t>aah is se kaise amalan yeh cheez door ho jati hai, yeh maqsad insaan ki aankhon se ojhal ho jata hai. Kyun ke insaan</w:t>
      </w:r>
    </w:p>
    <w:p>
      <w:pPr>
        <w:jc w:val="right"/>
      </w:pPr>
      <w:r>
        <w:t>آہ اس سے کیسے عملاً یہ چیز دور ہو جاتی ہے، یہ مقصد انسان کی آنکھوں سے اوجھل ہو جاتا ہے۔ کیونکہ انسان</w:t>
      </w:r>
    </w:p>
    <w:p>
      <w:r>
        <w:rPr>
          <w:b/>
        </w:rPr>
        <w:t xml:space="preserve">[49:27] </w:t>
      </w:r>
      <w:r>
        <w:t>kya hai, woh ek aah aah ek taraf ziyada tawajjuh dega to doosri taraf se us ki tawajjuh phir jayegi. To aah sari tawajjuh agar aap ki ho jaye aisi cheez ko paane par jis ko pa nahi sakte, lekin aap chahte hain ke Khuda ke naam par hasil karein, zahir si baat hai is se bara maqsad aap ka kho jayega, aap ki nazron se ojhal ho jayega.</w:t>
      </w:r>
    </w:p>
    <w:p>
      <w:pPr>
        <w:jc w:val="right"/>
      </w:pPr>
      <w:r>
        <w:t>کیا ہے، وہ ایک آہ آہ ایک طرف زیادہ توجہ دے گا تو دوسری طرف سے اس کی توجہ پھر جائے گی۔ تو آہ ساری توجہ اگر آپ کی ہو جائے ایسی چیز کو پانے پر جس کو پا نہیں سکتے، لیکن آپ چاہتے ہیں کہ خدا کے نام پر حاصل کریں، ظاہر سی بات ہے اس سے بڑا مقصد آپ کا کھو جائے گا، آپ کی نظروں سے اوجھل ہو جائے گا۔</w:t>
      </w:r>
    </w:p>
    <w:p>
      <w:r>
        <w:rPr>
          <w:b/>
        </w:rPr>
        <w:t xml:space="preserve">[49:46] </w:t>
      </w:r>
      <w:r>
        <w:t>to isi par hum apni aaj ki is aah discussion ko khatam karte hain aur Allah taala se dua karte hain ke hamein aah jannat ke raaste par chalne wala banaye, us raaste par jis ke liye nabi aaye, jis par unhon ne billaya tha.</w:t>
      </w:r>
    </w:p>
    <w:p>
      <w:pPr>
        <w:jc w:val="right"/>
      </w:pPr>
      <w:r>
        <w:t>تو اسی پر ہم اپنی آج کی اس آہ ڈسکشن کو ختم کرتے ہیں اور اللہ تعالیٰ سے دعا کرتے ہیں کہ ہمیں آہ جنت کے راستے پر چلنے والا بنائے، اس راستے پر جس کے لیے نبی آئے، جس پر انہوں نے بلایا تھا۔</w:t>
      </w:r>
    </w:p>
    <w:p>
      <w:r>
        <w:rPr>
          <w:b/>
        </w:rPr>
        <w:t xml:space="preserve">[50:00] </w:t>
      </w:r>
      <w:r>
        <w:t>yani Allah ki tauheed, tazkiya, marifat aur jis had tak hum se ho sakta hai, istita'at ki had tak deen par amal</w:t>
      </w:r>
    </w:p>
    <w:p>
      <w:pPr>
        <w:jc w:val="right"/>
      </w:pPr>
      <w:r>
        <w:t>یعنی اللہ کی توحید، تزکیہ، معرفت اور جس حد تک ہم سے ہو سکتا ہے، استطاعت کی حد تک دین پر عمل</w:t>
      </w:r>
    </w:p>
    <w:p>
      <w:r>
        <w:rPr>
          <w:b/>
        </w:rPr>
        <w:t xml:space="preserve">[50:09] </w:t>
      </w:r>
      <w:r>
        <w:t>karna. Na ke woh kaam jo hamari taqat se bahar hai, us ke liye sochna aur us ke liye zindagi bhar koshish karna aur aah be-maqsad mar jana, aah is se hum tamam logon ko bachayein.</w:t>
      </w:r>
    </w:p>
    <w:p>
      <w:pPr>
        <w:jc w:val="right"/>
      </w:pPr>
      <w:r>
        <w:t>کرنا۔ نہ کہ وہ کام جو ہماری طاقت سے باہر ہے، اس کے لیے سوچنا اور اس کے لیے زندگی بھر کوشش کرنا اور آہ بے مقصد مر جانا، آہ اس سے ہم تمام لوگوں کو بچائیں۔</w:t>
      </w:r>
    </w:p>
    <w:p>
      <w:r>
        <w:rPr>
          <w:b/>
        </w:rPr>
        <w:t xml:space="preserve">[50:20] </w:t>
      </w:r>
      <w:r>
        <w:t>to</w:t>
      </w:r>
    </w:p>
    <w:p>
      <w:pPr>
        <w:jc w:val="right"/>
      </w:pPr>
      <w:r>
        <w:t>تو</w:t>
      </w:r>
    </w:p>
    <w:p>
      <w:r>
        <w:rPr>
          <w:b/>
        </w:rPr>
        <w:t xml:space="preserve">[50:22] </w:t>
      </w:r>
      <w:r>
        <w:t>mein aap dono logon ka shukriya ada karta hoon ke aap ne waqt nikala, hamari is CPS International aah aah ke tehat aah hum ne is discussion aah ka ineqad kiya, to is mein aap ne hissa liya aur hum bohat sari cheezon ko aap ne clear kiya ke kyun zaroori hai.</w:t>
      </w:r>
    </w:p>
    <w:p>
      <w:pPr>
        <w:jc w:val="right"/>
      </w:pPr>
      <w:r>
        <w:t>میں آپ دونوں لوگوں کا شکریہ ادا کرتا ہوں کہ آپ نے وقت نکالا، ہماری اس سی پی ایس انٹرنیشنل آہ آہ کے تحت آہ ہم نے اس ڈسکشن آہ کا انعقاد کیا، تو اس میں آپ نے حصہ لیا اور ہم بہت ساری چیزوں کو آپ نے کلیئر کیا کہ کیوں ضروری ہے۔</w:t>
      </w:r>
    </w:p>
    <w:p>
      <w:r>
        <w:rPr>
          <w:b/>
        </w:rPr>
        <w:t xml:space="preserve">[50:40] </w:t>
      </w:r>
      <w:r>
        <w:t>shukriya, jazak</w:t>
      </w:r>
    </w:p>
    <w:p>
      <w:pPr>
        <w:jc w:val="right"/>
      </w:pPr>
      <w:r>
        <w:t>شکریہ، جزاک</w:t>
      </w:r>
    </w:p>
    <w:p>
      <w:r>
        <w:rPr>
          <w:b/>
        </w:rPr>
        <w:t xml:space="preserve">[50:41] </w:t>
      </w:r>
      <w:r>
        <w:t>Allah khair. Hum bhi aap ke shukr guzar hain ke aap ne itne aah muazzaz stage par hamein invite kiya aur ek aham mozu par bolne ke liye moqa diya.</w:t>
      </w:r>
    </w:p>
    <w:p>
      <w:pPr>
        <w:jc w:val="right"/>
      </w:pPr>
      <w:r>
        <w:t>اللہ خیر۔ ہم بھی آپ کے شکر گزار ہیں کہ آپ نے اتنے آہ معزز اسٹیج پر ہمیں انوائٹ کیا اور ایک اہم موضوع پر بولنے کے لیے موقع دیا۔</w:t>
      </w:r>
    </w:p>
    <w:p>
      <w:r>
        <w:rPr>
          <w:b/>
        </w:rPr>
        <w:t xml:space="preserve">[50:51] </w:t>
      </w:r>
      <w:r>
        <w:t>jazakum Allah. Ji, jazakum Allah khair. Isi par aaj ki is panel discussion ko khatam karte hain. Assalam o Alaikum wa Rahmatullahi wa Barakatuh.</w:t>
      </w:r>
    </w:p>
    <w:p>
      <w:pPr>
        <w:jc w:val="right"/>
      </w:pPr>
      <w:r>
        <w:t>جزاکم اللہ۔ جی، جزاکم اللہ خیر۔ اسی پر آج کی اس پینل ڈسکشن کو ختم کرتے ہیں۔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