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Sunnat of Rethinking, November 27, 2013</w:t>
      </w:r>
    </w:p>
    <w:p>
      <w:r>
        <w:t>https://www.youtube.com/watch?v=TMt3mum-vOc</w:t>
      </w:r>
    </w:p>
    <w:p>
      <w:r>
        <w:rPr>
          <w:b/>
        </w:rPr>
        <w:t xml:space="preserve">[00:13] </w:t>
      </w:r>
      <w:r>
        <w:t>dekhiye, quran majeed mein ek ayat hai: "faiza qul quri'al quran fastam'oo wa anrsiloo" .</w:t>
      </w:r>
    </w:p>
    <w:p>
      <w:pPr>
        <w:jc w:val="right"/>
      </w:pPr>
      <w:r>
        <w:t>دیکھیے، قرآن مجید میں ایک آیت ہے: "فَإِذَا قُلْ قُرْئِوا الْقُرْآنَ فَاسْتَمَعُوا وَانْرْسِتُوا" ۔</w:t>
      </w:r>
    </w:p>
    <w:p>
      <w:r>
        <w:rPr>
          <w:b/>
        </w:rPr>
        <w:t xml:space="preserve">[00:20] </w:t>
      </w:r>
      <w:r>
        <w:t>jab quran parha jaye to suno aur chup raho.</w:t>
      </w:r>
    </w:p>
    <w:p>
      <w:pPr>
        <w:jc w:val="right"/>
      </w:pPr>
      <w:r>
        <w:t>جب قرآن پڑھا جائے تو سنو اور چپ رہو۔</w:t>
      </w:r>
    </w:p>
    <w:p>
      <w:r>
        <w:rPr>
          <w:b/>
        </w:rPr>
        <w:t xml:space="preserve">[00:27] </w:t>
      </w:r>
      <w:r>
        <w:t>dekhiye, fastam'oo jo hai ye zyada sunne ke liye aata hai.</w:t>
      </w:r>
    </w:p>
    <w:p>
      <w:pPr>
        <w:jc w:val="right"/>
      </w:pPr>
      <w:r>
        <w:t>دیکھیے، فَاسْتَمَعُوا جو ہے یہ زیادہ سننے کے لیے آتا ہے۔</w:t>
      </w:r>
    </w:p>
    <w:p>
      <w:r>
        <w:rPr>
          <w:b/>
        </w:rPr>
        <w:t xml:space="preserve">[00:34] </w:t>
      </w:r>
      <w:r>
        <w:t>ek hai fasma'oo, yahan fasma'oo nahi hai, fastam'oo.</w:t>
      </w:r>
    </w:p>
    <w:p>
      <w:pPr>
        <w:jc w:val="right"/>
      </w:pPr>
      <w:r>
        <w:t>ایک ہے فَاسْمَعُوا، یہاں فَاسْمَعُوا نہیں ہے، فَاسْتَمَعُوا۔</w:t>
      </w:r>
    </w:p>
    <w:p>
      <w:r>
        <w:rPr>
          <w:b/>
        </w:rPr>
        <w:t xml:space="preserve">[00:41] </w:t>
      </w:r>
      <w:r>
        <w:t>to sunna to ek hi qism ka hota hai, do qism ka sunna kaise hoga? sunna to ek</w:t>
      </w:r>
    </w:p>
    <w:p>
      <w:pPr>
        <w:jc w:val="right"/>
      </w:pPr>
      <w:r>
        <w:t>تو سننا تو ایک ہی قسم کا ہوتا ہے، دو قسم کا سننا کیسے ہوگا؟ سننا تو ایک</w:t>
      </w:r>
    </w:p>
    <w:p>
      <w:r>
        <w:rPr>
          <w:b/>
        </w:rPr>
        <w:t xml:space="preserve">[00:48] </w:t>
      </w:r>
      <w:r>
        <w:t>hi qism ka hota hai.</w:t>
      </w:r>
    </w:p>
    <w:p>
      <w:pPr>
        <w:jc w:val="right"/>
      </w:pPr>
      <w:r>
        <w:t>ہی قسم کا ہوتا ہے۔</w:t>
      </w:r>
    </w:p>
    <w:p>
      <w:r>
        <w:rPr>
          <w:b/>
        </w:rPr>
        <w:t xml:space="preserve">[00:55] </w:t>
      </w:r>
      <w:r>
        <w:t>to ye fastam'oo ke mani hain ke mani par dhyan rakhte hue suno.</w:t>
      </w:r>
    </w:p>
    <w:p>
      <w:pPr>
        <w:jc w:val="right"/>
      </w:pPr>
      <w:r>
        <w:t>تو یہ فَاسْتَمَعُوا کے معنی ہیں کہ معنی پر دھیان رکھتے ہوئے سنو۔</w:t>
      </w:r>
    </w:p>
    <w:p>
      <w:r>
        <w:rPr>
          <w:b/>
        </w:rPr>
        <w:t xml:space="preserve">[01:02] </w:t>
      </w:r>
      <w:r>
        <w:t>khoob suno ke mani hain, yani ke sunne hi par zyada zor do.</w:t>
      </w:r>
    </w:p>
    <w:p>
      <w:pPr>
        <w:jc w:val="right"/>
      </w:pPr>
      <w:r>
        <w:t>خوب سنو کے معنی ہیں، یعنی کہ سننے ہی پر زیادہ زور دو۔</w:t>
      </w:r>
    </w:p>
    <w:p>
      <w:r>
        <w:rPr>
          <w:b/>
        </w:rPr>
        <w:t xml:space="preserve">[01:09] </w:t>
      </w:r>
      <w:r>
        <w:t>mani par dhyan rakhte hue suno.</w:t>
      </w:r>
    </w:p>
    <w:p>
      <w:pPr>
        <w:jc w:val="right"/>
      </w:pPr>
      <w:r>
        <w:t>معنی پر دھیان رکھتے ہوئے سنو۔</w:t>
      </w:r>
    </w:p>
    <w:p>
      <w:r>
        <w:rPr>
          <w:b/>
        </w:rPr>
        <w:t xml:space="preserve">[01:16] </w:t>
      </w:r>
      <w:r>
        <w:t>la'allakum turhamoon is ke baad hai.</w:t>
      </w:r>
    </w:p>
    <w:p>
      <w:pPr>
        <w:jc w:val="right"/>
      </w:pPr>
      <w:r>
        <w:t>لَعَلَّكُمْ تُرْحَمُونَ اس کے بعد ہے۔</w:t>
      </w:r>
    </w:p>
    <w:p>
      <w:r>
        <w:rPr>
          <w:b/>
        </w:rPr>
        <w:t xml:space="preserve">[01:23] </w:t>
      </w:r>
      <w:r>
        <w:t>is ke baad hai ke tum par Allah ki rehmat aayegi.</w:t>
      </w:r>
    </w:p>
    <w:p>
      <w:pPr>
        <w:jc w:val="right"/>
      </w:pPr>
      <w:r>
        <w:t>اس کے بعد ہے کہ تم پر اللہ کی رحمت آئے گی۔</w:t>
      </w:r>
    </w:p>
    <w:p>
      <w:r>
        <w:rPr>
          <w:b/>
        </w:rPr>
        <w:t xml:space="preserve">[01:30] </w:t>
      </w:r>
      <w:r>
        <w:t>to rehmat sirf is par aa sakti hai ke khoob kaan laga kar sunen.</w:t>
      </w:r>
    </w:p>
    <w:p>
      <w:pPr>
        <w:jc w:val="right"/>
      </w:pPr>
      <w:r>
        <w:t>تو رحمت صرف اس پر آ سکتی ہے کہ خوب کان لگا کر سنیں۔</w:t>
      </w:r>
    </w:p>
    <w:p>
      <w:r>
        <w:rPr>
          <w:b/>
        </w:rPr>
        <w:t xml:space="preserve">[01:37] </w:t>
      </w:r>
      <w:r>
        <w:t>rehmat aayegi jab is ke mani ko samjhen, is se apne liye rah-e-amal daryaft karen.</w:t>
      </w:r>
    </w:p>
    <w:p>
      <w:pPr>
        <w:jc w:val="right"/>
      </w:pPr>
      <w:r>
        <w:t>رحمت آئے گی جب اس کے معنی کو سمجھیں، اس سے اپنے لیے راہ عمل دریافت کریں۔</w:t>
      </w:r>
    </w:p>
    <w:p>
      <w:r>
        <w:rPr>
          <w:b/>
        </w:rPr>
        <w:t xml:space="preserve">[01:44] </w:t>
      </w:r>
      <w:r>
        <w:t>khoob sunne ka koi matlab nahi ke is se rehmat aa jaye aap ko.</w:t>
      </w:r>
    </w:p>
    <w:p>
      <w:pPr>
        <w:jc w:val="right"/>
      </w:pPr>
      <w:r>
        <w:t>خوب سننے کا کوئی مطلب نہیں کہ اس سے رحمت آ جائے آپ کو۔</w:t>
      </w:r>
    </w:p>
    <w:p>
      <w:r>
        <w:rPr>
          <w:b/>
        </w:rPr>
        <w:t xml:space="preserve">[01:51] </w:t>
      </w:r>
      <w:r>
        <w:t>khoob sunne ka matlab ye hai ke khoob sunenge to mani daryaft hogi, daryaft hogi to aap</w:t>
      </w:r>
    </w:p>
    <w:p>
      <w:pPr>
        <w:jc w:val="right"/>
      </w:pPr>
      <w:r>
        <w:t>خوب سننے کا مطلب یہ ہے کہ خوب سنیں گے تو معنی دریافت ہوگی، دریافت ہوگی تو آپ</w:t>
      </w:r>
    </w:p>
    <w:p>
      <w:r>
        <w:rPr>
          <w:b/>
        </w:rPr>
        <w:t xml:space="preserve">[01:58] </w:t>
      </w:r>
      <w:r>
        <w:t>ko rahnumai milegi.</w:t>
      </w:r>
    </w:p>
    <w:p>
      <w:pPr>
        <w:jc w:val="right"/>
      </w:pPr>
      <w:r>
        <w:t>کو رہنمائی ملے گی۔</w:t>
      </w:r>
    </w:p>
    <w:p>
      <w:r>
        <w:rPr>
          <w:b/>
        </w:rPr>
        <w:t xml:space="preserve">[02:05] </w:t>
      </w:r>
      <w:r>
        <w:t>اس رہنمائی پر آپ چلیں گے تو اللہ کی blessing آپ کو حاصل ہوگی، یہ مطلب ہے۔</w:t>
      </w:r>
    </w:p>
    <w:p>
      <w:pPr>
        <w:jc w:val="right"/>
      </w:pPr>
      <w:r>
        <w:t>اس رہنمائی پر آپ چلیں گے تو اللہ کی بلیسنگ آپ کو حاصل ہوگی، یہ مطلب ہے۔</w:t>
      </w:r>
    </w:p>
    <w:p>
      <w:r>
        <w:rPr>
          <w:b/>
        </w:rPr>
        <w:t xml:space="preserve">[02:12] </w:t>
      </w:r>
      <w:r>
        <w:t>to aaj ki jo ayat tilawat ki gayi is mein ek misal thi is ki.</w:t>
      </w:r>
    </w:p>
    <w:p>
      <w:pPr>
        <w:jc w:val="right"/>
      </w:pPr>
      <w:r>
        <w:t>تو آج کی جو آیت تلاوت کی گئی اس میں ایک مثال تھی اس کی۔</w:t>
      </w:r>
    </w:p>
    <w:p>
      <w:r>
        <w:rPr>
          <w:b/>
        </w:rPr>
        <w:t xml:space="preserve">[02:19] </w:t>
      </w:r>
      <w:r>
        <w:t>ye jab surah al-fateh thi?</w:t>
      </w:r>
    </w:p>
    <w:p>
      <w:pPr>
        <w:jc w:val="right"/>
      </w:pPr>
      <w:r>
        <w:t>یہ جب سورہ الفتح تھی؟</w:t>
      </w:r>
    </w:p>
    <w:p>
      <w:r>
        <w:rPr>
          <w:b/>
        </w:rPr>
        <w:t xml:space="preserve">[02:27] </w:t>
      </w:r>
      <w:r>
        <w:t>ji.</w:t>
      </w:r>
    </w:p>
    <w:p>
      <w:pPr>
        <w:jc w:val="right"/>
      </w:pPr>
      <w:r>
        <w:t>جی۔</w:t>
      </w:r>
    </w:p>
    <w:p>
      <w:r>
        <w:rPr>
          <w:b/>
        </w:rPr>
        <w:t xml:space="preserve">[02:33] </w:t>
      </w:r>
      <w:r>
        <w:t>ji? ji, al-fateh.</w:t>
      </w:r>
    </w:p>
    <w:p>
      <w:pPr>
        <w:jc w:val="right"/>
      </w:pPr>
      <w:r>
        <w:t>جی؟ جی، الفتح۔</w:t>
      </w:r>
    </w:p>
    <w:p>
      <w:r>
        <w:rPr>
          <w:b/>
        </w:rPr>
        <w:t xml:space="preserve">[02:39] </w:t>
      </w:r>
      <w:r>
        <w:t>surah al-fateh ki kuch ayaten parhi gayen to is mein ek ayat ye thi ke is ke bare</w:t>
      </w:r>
    </w:p>
    <w:p>
      <w:pPr>
        <w:jc w:val="right"/>
      </w:pPr>
      <w:r>
        <w:t>سورہ الفتح کی کچھ آیتیں پڑھی گئیں تو اس میں ایک آیت یہ تھی کہ اس کے بارے</w:t>
      </w:r>
    </w:p>
    <w:p>
      <w:r>
        <w:rPr>
          <w:b/>
        </w:rPr>
        <w:t xml:space="preserve">[02:45] </w:t>
      </w:r>
      <w:r>
        <w:t>mein aap jante hain ke rasool Allah sal-lal-lahu alaihi wasallam ne makkah mein, wo makkah mein nahi,</w:t>
      </w:r>
    </w:p>
    <w:p>
      <w:pPr>
        <w:jc w:val="right"/>
      </w:pPr>
      <w:r>
        <w:t>میں آپ جانتے ہیں کہ رسول اللہ صلی اللہ علیہ وسلم نے مکہ میں، وہ مکہ میں نہیں،</w:t>
      </w:r>
    </w:p>
    <w:p>
      <w:r>
        <w:rPr>
          <w:b/>
        </w:rPr>
        <w:t xml:space="preserve">[02:51] </w:t>
      </w:r>
      <w:r>
        <w:t>madine mein khwab dekha ke aap apne ashaab ke sath umra kar rahe hain.</w:t>
      </w:r>
    </w:p>
    <w:p>
      <w:pPr>
        <w:jc w:val="right"/>
      </w:pPr>
      <w:r>
        <w:t>مدینے میں خواب دیکھا کہ آپ اپنے اصحاب کے ساتھ عمرہ کر رہے ہیں۔</w:t>
      </w:r>
    </w:p>
    <w:p>
      <w:r>
        <w:rPr>
          <w:b/>
        </w:rPr>
        <w:t xml:space="preserve">[02:57] </w:t>
      </w:r>
      <w:r>
        <w:t>to khwab nabi ka jo khwab hota hai wo sacha hota hai.</w:t>
      </w:r>
    </w:p>
    <w:p>
      <w:pPr>
        <w:jc w:val="right"/>
      </w:pPr>
      <w:r>
        <w:t>تو خواب نبی کا جو خواب ہوتا ہے وہ سچا ہوتا ہے۔</w:t>
      </w:r>
    </w:p>
    <w:p>
      <w:r>
        <w:rPr>
          <w:b/>
        </w:rPr>
        <w:t xml:space="preserve">[03:03] </w:t>
      </w:r>
      <w:r>
        <w:t>is khwab ki buniyad par aap ne bataya sahaba ko ke hum aisa khwab aya to logon ne</w:t>
      </w:r>
    </w:p>
    <w:p>
      <w:pPr>
        <w:jc w:val="right"/>
      </w:pPr>
      <w:r>
        <w:t>اس خواب کی بنیاد پر آپ نے بتایا صحابہ کو کہ ہم ایسا خواب آیا تو لوگوں نے</w:t>
      </w:r>
    </w:p>
    <w:p>
      <w:r>
        <w:rPr>
          <w:b/>
        </w:rPr>
        <w:t xml:space="preserve">[03:09] </w:t>
      </w:r>
      <w:r>
        <w:t>kaha waqai umra hoga.</w:t>
      </w:r>
    </w:p>
    <w:p>
      <w:pPr>
        <w:jc w:val="right"/>
      </w:pPr>
      <w:r>
        <w:t>کہا واقعی عمرہ ہوگا۔</w:t>
      </w:r>
    </w:p>
    <w:p>
      <w:r>
        <w:rPr>
          <w:b/>
        </w:rPr>
        <w:t xml:space="preserve">[03:15] </w:t>
      </w:r>
      <w:r>
        <w:t>achha chale to makka ke qareeb maqam tha hudaybiya, wahan unhon ne roka thaka, wahan se wapas chale gaye.</w:t>
      </w:r>
    </w:p>
    <w:p>
      <w:pPr>
        <w:jc w:val="right"/>
      </w:pPr>
      <w:r>
        <w:t>اچھا چلے تو مکہ کے قریب مقام تھا حدیبیہ، وہاں انہوں نے روکا ٹھکا، وہاں سے واپس چلے گئے۔</w:t>
      </w:r>
    </w:p>
    <w:p>
      <w:r>
        <w:rPr>
          <w:b/>
        </w:rPr>
        <w:t xml:space="preserve">[03:21] </w:t>
      </w:r>
      <w:r>
        <w:t>to sahaba agar aaj ke musalmanon jaise hote hain to kehte hain ke humein to aap ke aap</w:t>
      </w:r>
    </w:p>
    <w:p>
      <w:pPr>
        <w:jc w:val="right"/>
      </w:pPr>
      <w:r>
        <w:t>تو صحابہ اگر آج کے مسلمانوں جیسے ہوتے ہیں تو کہتے ہیں کہ ہمیں تو آپ کے آپ</w:t>
      </w:r>
    </w:p>
    <w:p>
      <w:r>
        <w:rPr>
          <w:b/>
        </w:rPr>
        <w:t xml:space="preserve">[03:27] </w:t>
      </w:r>
      <w:r>
        <w:t>ke rasool ne pahunchaya hai, aap ne kaha tha ke hum ko basharat mili hai aur aap beech</w:t>
      </w:r>
    </w:p>
    <w:p>
      <w:pPr>
        <w:jc w:val="right"/>
      </w:pPr>
      <w:r>
        <w:t>کے رسول نے پہنچایا ہے، آپ نے کہا تھا کہ ہم کو بشارت ملی ہے اور آپ بیچ</w:t>
      </w:r>
    </w:p>
    <w:p>
      <w:r>
        <w:rPr>
          <w:b/>
        </w:rPr>
        <w:t xml:space="preserve">[03:33] </w:t>
      </w:r>
      <w:r>
        <w:t>beech se loot rahe hain.</w:t>
      </w:r>
    </w:p>
    <w:p>
      <w:pPr>
        <w:jc w:val="right"/>
      </w:pPr>
      <w:r>
        <w:t>بیچ سے لوٹ رہے ہیں۔</w:t>
      </w:r>
    </w:p>
    <w:p>
      <w:r>
        <w:rPr>
          <w:b/>
        </w:rPr>
        <w:t xml:space="preserve">[03:39] </w:t>
      </w:r>
      <w:r>
        <w:t>yeh bhi wohi hai jo maine arz kaha, Allah taala ne yeh chaha ke ek example set</w:t>
      </w:r>
    </w:p>
    <w:p>
      <w:pPr>
        <w:jc w:val="right"/>
      </w:pPr>
      <w:r>
        <w:t>یہ بھی وہی ہے جو میں نے عرض کہا، اللہ تعالیٰ نے یہ چاہا کہ ایک ایگزیمپل سیٹ</w:t>
      </w:r>
    </w:p>
    <w:p>
      <w:r>
        <w:rPr>
          <w:b/>
        </w:rPr>
        <w:t xml:space="preserve">[03:45] </w:t>
      </w:r>
      <w:r>
        <w:t>kare kyunke yeh dono waqia Allah ki taraf se hua, khwab bhi aur lotna bhi.</w:t>
      </w:r>
    </w:p>
    <w:p>
      <w:pPr>
        <w:jc w:val="right"/>
      </w:pPr>
      <w:r>
        <w:t>کرے کیونکہ یہ دونوں واقعہ اللہ کی طرف سے ہوا، خواب بھی اور لوٹنا بھی۔</w:t>
      </w:r>
    </w:p>
    <w:p>
      <w:r>
        <w:rPr>
          <w:b/>
        </w:rPr>
        <w:t xml:space="preserve">[03:51] </w:t>
      </w:r>
      <w:r>
        <w:t>to Allah ko pata tha ke yeh khwab poora nahi hoga, to kyun dikhaya? kya aap samajhte hain</w:t>
      </w:r>
    </w:p>
    <w:p>
      <w:pPr>
        <w:jc w:val="right"/>
      </w:pPr>
      <w:r>
        <w:t>تو اللہ کو پتہ تھا کہ یہ خواب پورا نہیں ہوگا، تو کیوں دکھایا؟ کیا آپ سمجھتے ہیں</w:t>
      </w:r>
    </w:p>
    <w:p>
      <w:r>
        <w:rPr>
          <w:b/>
        </w:rPr>
        <w:t xml:space="preserve">[03:57] </w:t>
      </w:r>
      <w:r>
        <w:t>ke alamul ghaib nahi hai Allah taala? jab rasool Allah ko khwab dikhaya gaya usi waqt Allah ko</w:t>
      </w:r>
    </w:p>
    <w:p>
      <w:pPr>
        <w:jc w:val="right"/>
      </w:pPr>
      <w:r>
        <w:t>کہ عالم الغیب نہیں ہے اللہ تعالیٰ؟ جب رسول اللہ کو خواب دکھایا گیا اسی وقت اللہ کو</w:t>
      </w:r>
    </w:p>
    <w:p>
      <w:r>
        <w:rPr>
          <w:b/>
        </w:rPr>
        <w:t xml:space="preserve">[04:03] </w:t>
      </w:r>
      <w:r>
        <w:t>pata tha ke yeh khwab jo hai tasht takbeer reh jayega, hudaybiya se lotna padega, phir</w:t>
      </w:r>
    </w:p>
    <w:p>
      <w:pPr>
        <w:jc w:val="right"/>
      </w:pPr>
      <w:r>
        <w:t>پتہ تھا کہ یہ خواب جو ہے تشت تکبیر رہ جائے گا، حدیبیہ سے لوٹنا پڑے گا، پھر</w:t>
      </w:r>
    </w:p>
    <w:p>
      <w:r>
        <w:rPr>
          <w:b/>
        </w:rPr>
        <w:t xml:space="preserve">[04:09] </w:t>
      </w:r>
      <w:r>
        <w:t>bhi khwab dikhaya.</w:t>
      </w:r>
    </w:p>
    <w:p>
      <w:pPr>
        <w:jc w:val="right"/>
      </w:pPr>
      <w:r>
        <w:t>بھی خواب دکھایا۔</w:t>
      </w:r>
    </w:p>
    <w:p>
      <w:r>
        <w:rPr>
          <w:b/>
        </w:rPr>
        <w:t xml:space="preserve">[04:15] </w:t>
      </w:r>
      <w:r>
        <w:t>yeh isi tarah aap sochna, isi tarah aap sochna ke Allah taala to alamul ghaib hai, phir kyun</w:t>
      </w:r>
    </w:p>
    <w:p>
      <w:pPr>
        <w:jc w:val="right"/>
      </w:pPr>
      <w:r>
        <w:t>یہ اسی طرح آپ سوچنا، اسی طرح آپ سوچنا کہ اللہ تعالیٰ تو عالم الغیب ہے، پھر کیوں</w:t>
      </w:r>
    </w:p>
    <w:p>
      <w:r>
        <w:rPr>
          <w:b/>
        </w:rPr>
        <w:t xml:space="preserve">[04:21] </w:t>
      </w:r>
      <w:r>
        <w:t>aisa khwab dikhaye? kyun? yeh bhi ek example set karna tha.</w:t>
      </w:r>
    </w:p>
    <w:p>
      <w:pPr>
        <w:jc w:val="right"/>
      </w:pPr>
      <w:r>
        <w:t>ایسا خواب دکھائے؟ کیوں؟ یہ بھی ایک ایگزیمپل سیٹ کرنا تھا۔</w:t>
      </w:r>
    </w:p>
    <w:p>
      <w:r>
        <w:rPr>
          <w:b/>
        </w:rPr>
        <w:t xml:space="preserve">[04:27] </w:t>
      </w:r>
      <w:r>
        <w:t>woh kya? aap ek sahi kaam ke liye iqdam karte hain.</w:t>
      </w:r>
    </w:p>
    <w:p>
      <w:pPr>
        <w:jc w:val="right"/>
      </w:pPr>
      <w:r>
        <w:t>وہ کیا؟ آپ ایک صحیح کام کے لیے اقدام کرتے ہیں۔</w:t>
      </w:r>
    </w:p>
    <w:p>
      <w:r>
        <w:rPr>
          <w:b/>
        </w:rPr>
        <w:t xml:space="preserve">[04:34] </w:t>
      </w:r>
      <w:r>
        <w:t>to aaj kal mizaj kya hai ke har jagah baad abad ma kashti dara banda waqt hai.</w:t>
      </w:r>
    </w:p>
    <w:p>
      <w:pPr>
        <w:jc w:val="right"/>
      </w:pPr>
      <w:r>
        <w:t>تو آج کل مزاج کیا ہے کہ ہر جگہ بعد آباد ما کشتی درا بندہ وقت ہے۔</w:t>
      </w:r>
    </w:p>
    <w:p>
      <w:r>
        <w:rPr>
          <w:b/>
        </w:rPr>
        <w:t xml:space="preserve">[04:40] </w:t>
      </w:r>
      <w:r>
        <w:t>ab to jo hoga hum to iqdam karenge.</w:t>
      </w:r>
    </w:p>
    <w:p>
      <w:pPr>
        <w:jc w:val="right"/>
      </w:pPr>
      <w:r>
        <w:t>اب تو جو ہوگا ہم تو اقدام کریں گے۔</w:t>
      </w:r>
    </w:p>
    <w:p>
      <w:r>
        <w:rPr>
          <w:b/>
        </w:rPr>
        <w:t xml:space="preserve">[04:46] </w:t>
      </w:r>
      <w:r>
        <w:t>marte hain to mare, goliyan chalti hain to chalen.</w:t>
      </w:r>
    </w:p>
    <w:p>
      <w:pPr>
        <w:jc w:val="right"/>
      </w:pPr>
      <w:r>
        <w:t>مرتے ہیں تو مرے، گولیاں چلتی ہیں تو چلیں۔</w:t>
      </w:r>
    </w:p>
    <w:p>
      <w:r>
        <w:rPr>
          <w:b/>
        </w:rPr>
        <w:t xml:space="preserve">[04:52] </w:t>
      </w:r>
      <w:r>
        <w:t>bajaye manzil pahunch jayen, qabr qabristan pahunch jayen to pahunchte rahen.</w:t>
      </w:r>
    </w:p>
    <w:p>
      <w:pPr>
        <w:jc w:val="right"/>
      </w:pPr>
      <w:r>
        <w:t>بجائے منزل پہنچ جائیں، قبر قبرستان پہنچ جائیں تو پہنچتے رہیں۔</w:t>
      </w:r>
    </w:p>
    <w:p>
      <w:r>
        <w:rPr>
          <w:b/>
        </w:rPr>
        <w:t xml:space="preserve">[04:58] </w:t>
      </w:r>
      <w:r>
        <w:t>yeh mizaj hai aaj kal.</w:t>
      </w:r>
    </w:p>
    <w:p>
      <w:pPr>
        <w:jc w:val="right"/>
      </w:pPr>
      <w:r>
        <w:t>یہ مزاج ہے آج کل۔</w:t>
      </w:r>
    </w:p>
    <w:p>
      <w:r>
        <w:rPr>
          <w:b/>
        </w:rPr>
        <w:t xml:space="preserve">[05:04] </w:t>
      </w:r>
      <w:r>
        <w:t>is mein kya Allah taala ne set kiya? balkeh agar tum darmiyan mein dekho tumhare iqdam jo</w:t>
      </w:r>
    </w:p>
    <w:p>
      <w:pPr>
        <w:jc w:val="right"/>
      </w:pPr>
      <w:r>
        <w:t>اس میں کیا اللہ تعالیٰ نے سیٹ کیا؟ بل کہ اگر تم درمیان میں دیکھو تمہارے اقدام جو</w:t>
      </w:r>
    </w:p>
    <w:p>
      <w:r>
        <w:rPr>
          <w:b/>
        </w:rPr>
        <w:t xml:space="preserve">[05:10] </w:t>
      </w:r>
      <w:r>
        <w:t>hai nateeja khez hone wala nahi hai to loot jao.</w:t>
      </w:r>
    </w:p>
    <w:p>
      <w:pPr>
        <w:jc w:val="right"/>
      </w:pPr>
      <w:r>
        <w:t>ہے نتیجہ خیز ہونے والا نہیں ہے تو لوٹ جاؤ۔</w:t>
      </w:r>
    </w:p>
    <w:p>
      <w:r>
        <w:rPr>
          <w:b/>
        </w:rPr>
        <w:t xml:space="preserve">[05:16] </w:t>
      </w:r>
      <w:r>
        <w:t>agla doosri bar masla banao.</w:t>
      </w:r>
    </w:p>
    <w:p>
      <w:pPr>
        <w:jc w:val="right"/>
      </w:pPr>
      <w:r>
        <w:t>اگلا دوسری بار مسئلہ بناؤ۔</w:t>
      </w:r>
    </w:p>
    <w:p>
      <w:r>
        <w:rPr>
          <w:b/>
        </w:rPr>
        <w:t xml:space="preserve">[05:22] </w:t>
      </w:r>
      <w:r>
        <w:t>yeh kitni bari baat hai ke Allah taala alamul ghaib hone ke bawajood Allah ne kyun khwab dikhaya?</w:t>
      </w:r>
    </w:p>
    <w:p>
      <w:pPr>
        <w:jc w:val="right"/>
      </w:pPr>
      <w:r>
        <w:t>یہ کتنی بڑی بات ہے کہ اللہ تعالیٰ عالم الغیب ہونے کے باوجود اللہ نے کیوں خواب دکھایا؟</w:t>
      </w:r>
    </w:p>
    <w:p>
      <w:r>
        <w:rPr>
          <w:b/>
        </w:rPr>
        <w:t xml:space="preserve">[05:28] </w:t>
      </w:r>
      <w:r>
        <w:t>alamul ghaib hone ke bawajood Allah taala ne khwab kyun dikhaya? kya aap shak kar sakte hain ke</w:t>
      </w:r>
    </w:p>
    <w:p>
      <w:pPr>
        <w:jc w:val="right"/>
      </w:pPr>
      <w:r>
        <w:t>عالم الغیب ہونے کے باوجود اللہ تعالیٰ نے خواب کیوں دکھایا؟ کیا آپ شک کر سکتے ہیں کہ</w:t>
      </w:r>
    </w:p>
    <w:p>
      <w:r>
        <w:rPr>
          <w:b/>
        </w:rPr>
        <w:t xml:space="preserve">[05:34] </w:t>
      </w:r>
      <w:r>
        <w:t>Allah ko pata nahi tha ke lotna parega? koi musalman shak kar sakta hai is par? to</w:t>
      </w:r>
    </w:p>
    <w:p>
      <w:pPr>
        <w:jc w:val="right"/>
      </w:pPr>
      <w:r>
        <w:t>اللہ کو پتہ نہیں تھا کہ لوٹنا پڑے گا؟ کوئی مسلمان شک کر سکتا ہے اس پر؟ تو</w:t>
      </w:r>
    </w:p>
    <w:p>
      <w:r>
        <w:rPr>
          <w:b/>
        </w:rPr>
        <w:t xml:space="preserve">[05:40] </w:t>
      </w:r>
      <w:r>
        <w:t>is mani hai ke Allah taala ne yeh jante hue kaha tha pesh aane wala hai, tab bhi khwab dikhaya.</w:t>
      </w:r>
    </w:p>
    <w:p>
      <w:pPr>
        <w:jc w:val="right"/>
      </w:pPr>
      <w:r>
        <w:t>اس معنی ہے کہ اللہ تعالیٰ نے یہ جانتے ہوئے کہا تھا پیش آنے والا ہے، تب بھی خواب دکھایا۔</w:t>
      </w:r>
    </w:p>
    <w:p>
      <w:r>
        <w:rPr>
          <w:b/>
        </w:rPr>
        <w:t xml:space="preserve">[05:46] </w:t>
      </w:r>
      <w:r>
        <w:t>kyun? Allah taala ko ek example set karna tha ke tum chahe ek achhe kaam ke liye iqdam karo.</w:t>
      </w:r>
    </w:p>
    <w:p>
      <w:pPr>
        <w:jc w:val="right"/>
      </w:pPr>
      <w:r>
        <w:t>کیوں؟ اللہ تعالیٰ کو ایک ایگزیمپل سیٹ کرنا تھا کہ تم چاہے ایک اچھے کام کے لیے اقدام کرو۔</w:t>
      </w:r>
    </w:p>
    <w:p>
      <w:r>
        <w:rPr>
          <w:b/>
        </w:rPr>
        <w:t xml:space="preserve">[05:52] </w:t>
      </w:r>
      <w:r>
        <w:t>zahir hai ke umrah ke liye ja rahe the, umrah to zahir hai ke muqaddas kaam hai.</w:t>
      </w:r>
    </w:p>
    <w:p>
      <w:pPr>
        <w:jc w:val="right"/>
      </w:pPr>
      <w:r>
        <w:t>ظاہر ہے کہ عمرہ کے لیے جا رہے تھے، عمرہ تو ظاہر ہے کہ مقدس کام ہے۔</w:t>
      </w:r>
    </w:p>
    <w:p>
      <w:r>
        <w:rPr>
          <w:b/>
        </w:rPr>
        <w:t xml:space="preserve">[05:58] </w:t>
      </w:r>
      <w:r>
        <w:t>ek achhe kaam ke liye tum iqdam karo aur darmiyan mein rukawatein padein.</w:t>
      </w:r>
    </w:p>
    <w:p>
      <w:pPr>
        <w:jc w:val="right"/>
      </w:pPr>
      <w:r>
        <w:t>ایک اچھے کام کے لیے تم اقدام کرو اور درمیان میں رکاوٹیں پڑیں۔</w:t>
      </w:r>
    </w:p>
    <w:p>
      <w:r>
        <w:rPr>
          <w:b/>
        </w:rPr>
        <w:t xml:space="preserve">[06:04] </w:t>
      </w:r>
      <w:r>
        <w:t>yeh mat karo ke chale ja rahe hain, chale ja rahe hain, chale ja rahe hain, chahe log maar dalen.</w:t>
      </w:r>
    </w:p>
    <w:p>
      <w:pPr>
        <w:jc w:val="right"/>
      </w:pPr>
      <w:r>
        <w:t>یہ مت کرو کہ چلے جا رہے ہیں، چلے جا رہے ہیں، چلے جا رہے ہیں، چاہے لوگ مار ڈالیں۔</w:t>
      </w:r>
    </w:p>
    <w:p>
      <w:r>
        <w:rPr>
          <w:b/>
        </w:rPr>
        <w:t xml:space="preserve">[06:10] </w:t>
      </w:r>
      <w:r>
        <w:t>darmiyan mein apna badlo, apna masla lot jao wapas.</w:t>
      </w:r>
    </w:p>
    <w:p>
      <w:pPr>
        <w:jc w:val="right"/>
      </w:pPr>
      <w:r>
        <w:t>درمیان میں اپنا بدلو، اپنا مسئلہ لوٹ جاؤ واپس۔</w:t>
      </w:r>
    </w:p>
    <w:p>
      <w:r>
        <w:rPr>
          <w:b/>
        </w:rPr>
        <w:t xml:space="preserve">[06:16] </w:t>
      </w:r>
      <w:r>
        <w:t>intezar karo doosre mauqe ka.</w:t>
      </w:r>
    </w:p>
    <w:p>
      <w:pPr>
        <w:jc w:val="right"/>
      </w:pPr>
      <w:r>
        <w:t>انتظار کرو دوسرے موقع کا۔</w:t>
      </w:r>
    </w:p>
    <w:p>
      <w:r>
        <w:rPr>
          <w:b/>
        </w:rPr>
        <w:t xml:space="preserve">[06:22] </w:t>
      </w:r>
      <w:r>
        <w:t>is ka mani kya hua hai? first chance.</w:t>
      </w:r>
    </w:p>
    <w:p>
      <w:pPr>
        <w:jc w:val="right"/>
      </w:pPr>
      <w:r>
        <w:t>اس کا معنی کیا ہوا ہے؟ فرسٹ چانس۔</w:t>
      </w:r>
    </w:p>
    <w:p>
      <w:r>
        <w:rPr>
          <w:b/>
        </w:rPr>
        <w:t xml:space="preserve">[06:28] </w:t>
      </w:r>
      <w:r>
        <w:t>agar qabil nazar na aata ho to jao wapas doosre chance ke liye.</w:t>
      </w:r>
    </w:p>
    <w:p>
      <w:pPr>
        <w:jc w:val="right"/>
      </w:pPr>
      <w:r>
        <w:t>اگر قابل نظر نہ آتا ہو تو جاؤ واپس دوسرے چانس کے لیے۔</w:t>
      </w:r>
    </w:p>
    <w:p>
      <w:r>
        <w:rPr>
          <w:b/>
        </w:rPr>
        <w:t xml:space="preserve">[06:35] </w:t>
      </w:r>
      <w:r>
        <w:t>ab dekhen, aap dekhen jo islami mulk hain, chahe Pakistan ho, chahe Iraq ho, ya Afghanistan ho, ya</w:t>
      </w:r>
    </w:p>
    <w:p>
      <w:pPr>
        <w:jc w:val="right"/>
      </w:pPr>
      <w:r>
        <w:t>اب دیکھیں، آپ دیکھیں جو اسلامی ملک ہیں، چاہے پاکستان ہو، چاہے عراق ہو، یا افغانستان ہو، یا</w:t>
      </w:r>
    </w:p>
    <w:p>
      <w:r>
        <w:rPr>
          <w:b/>
        </w:rPr>
        <w:t xml:space="preserve">[06:41] </w:t>
      </w:r>
      <w:r>
        <w:t>Misr ho, har jagah yeh ho raha hai ke ek jo mansooba banate hain, woh mansooba jo hai</w:t>
      </w:r>
    </w:p>
    <w:p>
      <w:pPr>
        <w:jc w:val="right"/>
      </w:pPr>
      <w:r>
        <w:t>مصر ہو، ہر جگہ یہ ہو رہا ہے کہ ایک جو منصوبہ بناتے ہیں، وہ منصوبہ جو ہے</w:t>
      </w:r>
    </w:p>
    <w:p>
      <w:r>
        <w:rPr>
          <w:b/>
        </w:rPr>
        <w:t xml:space="preserve">[06:47] </w:t>
      </w:r>
      <w:r>
        <w:t>tabah kun sabit hota hai.</w:t>
      </w:r>
    </w:p>
    <w:p>
      <w:pPr>
        <w:jc w:val="right"/>
      </w:pPr>
      <w:r>
        <w:t>تباہ کن ثابت ہوتا ہے۔</w:t>
      </w:r>
    </w:p>
    <w:p>
      <w:r>
        <w:rPr>
          <w:b/>
        </w:rPr>
        <w:t xml:space="preserve">[06:53] </w:t>
      </w:r>
      <w:r>
        <w:t>to kya karte hain? America ne gadbad kar di.</w:t>
      </w:r>
    </w:p>
    <w:p>
      <w:pPr>
        <w:jc w:val="right"/>
      </w:pPr>
      <w:r>
        <w:t>تو کیا کرتے ہیں؟ امریکہ نے گڑبڑ کر دی۔</w:t>
      </w:r>
    </w:p>
    <w:p>
      <w:r>
        <w:rPr>
          <w:b/>
        </w:rPr>
        <w:t xml:space="preserve">[06:59] </w:t>
      </w:r>
      <w:r>
        <w:t>yeh nahi koi sochta ke pehla mansooba jab nahi qaim hua to wapas chalo.</w:t>
      </w:r>
    </w:p>
    <w:p>
      <w:pPr>
        <w:jc w:val="right"/>
      </w:pPr>
      <w:r>
        <w:t>یہ نہیں کوئی سوچتا کہ پہلا منصوبہ جب نہیں قائم ہوا تو واپس چلو۔</w:t>
      </w:r>
    </w:p>
    <w:p>
      <w:r>
        <w:rPr>
          <w:b/>
        </w:rPr>
        <w:t xml:space="preserve">[07:05] </w:t>
      </w:r>
      <w:r>
        <w:t>bas ek bohat hi mila hua lafz hai ke America ne nahi poora nahi kiya.</w:t>
      </w:r>
    </w:p>
    <w:p>
      <w:pPr>
        <w:jc w:val="right"/>
      </w:pPr>
      <w:r>
        <w:t>بس ایک بہت ہی ملا ہوا لفظ ہے کہ امریکہ نے نہیں پورا نہیں کیا۔</w:t>
      </w:r>
    </w:p>
    <w:p>
      <w:r>
        <w:rPr>
          <w:b/>
        </w:rPr>
        <w:t xml:space="preserve">[07:11] </w:t>
      </w:r>
      <w:r>
        <w:t>abhi jo Misr mein hua na to main ne ek bohat bade, yani ek sahib hain jo bohat</w:t>
      </w:r>
    </w:p>
    <w:p>
      <w:pPr>
        <w:jc w:val="right"/>
      </w:pPr>
      <w:r>
        <w:t>ابھی جو مصر میں ہوا نا تو میں نے ایک بہت بڑے، یعنی ایک صاحب ہیں جو بہت</w:t>
      </w:r>
    </w:p>
    <w:p>
      <w:r>
        <w:rPr>
          <w:b/>
        </w:rPr>
        <w:t xml:space="preserve">[07:17] </w:t>
      </w:r>
      <w:r>
        <w:t>bade, is ke yani Falasteen ke masle ke bade zabardast woh advocate hain.</w:t>
      </w:r>
    </w:p>
    <w:p>
      <w:pPr>
        <w:jc w:val="right"/>
      </w:pPr>
      <w:r>
        <w:t>بڑے، اس کے یعنی فلسطین کے مسئلے کے بڑے زبردست وہ ایڈوکیٹ ہیں۔</w:t>
      </w:r>
    </w:p>
    <w:p>
      <w:r>
        <w:rPr>
          <w:b/>
        </w:rPr>
        <w:t xml:space="preserve">[07:23] </w:t>
      </w:r>
      <w:r>
        <w:t>to us ne poocha ke yani ke yeh kyun aisa ho raha hai ke army maar rahi hai</w:t>
      </w:r>
    </w:p>
    <w:p>
      <w:pPr>
        <w:jc w:val="right"/>
      </w:pPr>
      <w:r>
        <w:t>تو اس نے پوچھا کہ یعنی کہ یہ کیوں ایسا ہو رہا ہے کہ آرمی مار رہی ہے</w:t>
      </w:r>
    </w:p>
    <w:p>
      <w:r>
        <w:rPr>
          <w:b/>
        </w:rPr>
        <w:t xml:space="preserve">[07:29] </w:t>
      </w:r>
      <w:r>
        <w:t>ikhwaniyon ko? kaha yeh to America karwa raha hai.</w:t>
      </w:r>
    </w:p>
    <w:p>
      <w:pPr>
        <w:jc w:val="right"/>
      </w:pPr>
      <w:r>
        <w:t>اخوانیوں کو؟ کہا یہ تو امریکہ کروا رہا ہے۔</w:t>
      </w:r>
    </w:p>
    <w:p>
      <w:r>
        <w:rPr>
          <w:b/>
        </w:rPr>
        <w:t xml:space="preserve">[07:35] </w:t>
      </w:r>
      <w:r>
        <w:t>un ko yeh kehna chahiye ke Allah taala ne example set kiya hai, is se sabak lo.</w:t>
      </w:r>
    </w:p>
    <w:p>
      <w:pPr>
        <w:jc w:val="right"/>
      </w:pPr>
      <w:r>
        <w:t>ان کو یہ کہنا چاہیے کہ اللہ تعالیٰ نے ایگزیمپل سیٹ کیا ہے، اس سے سبق لو۔</w:t>
      </w:r>
    </w:p>
    <w:p>
      <w:r>
        <w:rPr>
          <w:b/>
        </w:rPr>
        <w:t xml:space="preserve">[07:41] </w:t>
      </w:r>
      <w:r>
        <w:t>ab wapas chalo, apne mansoobe par rasani karo.</w:t>
      </w:r>
    </w:p>
    <w:p>
      <w:pPr>
        <w:jc w:val="right"/>
      </w:pPr>
      <w:r>
        <w:t>اب واپس چلو، اپنے منصوبے پر رسانی کرو۔</w:t>
      </w:r>
    </w:p>
    <w:p>
      <w:r>
        <w:rPr>
          <w:b/>
        </w:rPr>
        <w:t xml:space="preserve">[07:47] </w:t>
      </w:r>
      <w:r>
        <w:t>mansoobe ki mani kya hain? ke 37 fisad vote par aap ko ittefaqan hukumat mil gayi thi.</w:t>
      </w:r>
    </w:p>
    <w:p>
      <w:pPr>
        <w:jc w:val="right"/>
      </w:pPr>
      <w:r>
        <w:t>منصوبے کی معنی کیا ہیں؟ کہ 37 فیصد ووٹ پر آپ کو اتفاقاً حکومت مل گئی تھی۔</w:t>
      </w:r>
    </w:p>
    <w:p>
      <w:r>
        <w:rPr>
          <w:b/>
        </w:rPr>
        <w:t xml:space="preserve">[07:53] </w:t>
      </w:r>
      <w:r>
        <w:t>tu narsani karo ke 37 fisad vote par kaam nahi chala, ab peechay chalo aur tadad barhao taake</w:t>
      </w:r>
    </w:p>
    <w:p>
      <w:pPr>
        <w:jc w:val="right"/>
      </w:pPr>
      <w:r>
        <w:t>تو نرسانی کرو کہ 37 فیصد ووٹ پر کام نہیں چلا، اب پیچھے چلو اور تعداد بڑھاؤ تاکہ</w:t>
      </w:r>
    </w:p>
    <w:p>
      <w:r>
        <w:rPr>
          <w:b/>
        </w:rPr>
        <w:t xml:space="preserve">[07:59] </w:t>
      </w:r>
      <w:r>
        <w:t>humein 60 fisad vote milay.</w:t>
      </w:r>
    </w:p>
    <w:p>
      <w:pPr>
        <w:jc w:val="right"/>
      </w:pPr>
      <w:r>
        <w:t>ہمیں 60 فیصد ووٹ ملے۔</w:t>
      </w:r>
    </w:p>
    <w:p>
      <w:r>
        <w:rPr>
          <w:b/>
        </w:rPr>
        <w:t xml:space="preserve">[08:05] </w:t>
      </w:r>
      <w:r>
        <w:t>phir koi hum ko kuch nahi kar sake ga.</w:t>
      </w:r>
    </w:p>
    <w:p>
      <w:pPr>
        <w:jc w:val="right"/>
      </w:pPr>
      <w:r>
        <w:t>پھر کوئی ہم کو کچھ نہیں کر سکے گا۔</w:t>
      </w:r>
    </w:p>
    <w:p>
      <w:r>
        <w:rPr>
          <w:b/>
        </w:rPr>
        <w:t xml:space="preserve">[08:11] </w:t>
      </w:r>
      <w:r>
        <w:t>ab jatay hain ke yeh sab log arabi zaban jantay hain.</w:t>
      </w:r>
    </w:p>
    <w:p>
      <w:pPr>
        <w:jc w:val="right"/>
      </w:pPr>
      <w:r>
        <w:t>اب جاتے ہیں کہ یہ سب لوگ عربی زبان جانتے ہیں۔</w:t>
      </w:r>
    </w:p>
    <w:p>
      <w:r>
        <w:rPr>
          <w:b/>
        </w:rPr>
        <w:t xml:space="preserve">[08:17] </w:t>
      </w:r>
      <w:r>
        <w:t>arabi zaban jantay hain.</w:t>
      </w:r>
    </w:p>
    <w:p>
      <w:pPr>
        <w:jc w:val="right"/>
      </w:pPr>
      <w:r>
        <w:t>عربی زبان جانتے ہیں۔</w:t>
      </w:r>
    </w:p>
    <w:p>
      <w:r>
        <w:rPr>
          <w:b/>
        </w:rPr>
        <w:t xml:space="preserve">[08:23] </w:t>
      </w:r>
      <w:r>
        <w:t>aur yeh kaha jata hai ke nazal nazal al quran fi fi al arab, qira'at fi fi al basar.</w:t>
      </w:r>
    </w:p>
    <w:p>
      <w:pPr>
        <w:jc w:val="right"/>
      </w:pPr>
      <w:r>
        <w:t>اور یہ کہا جاتا ہے کہ نزل نزل القرآن فی فی العرب، قرعہ فی فی البصر۔</w:t>
      </w:r>
    </w:p>
    <w:p>
      <w:r>
        <w:rPr>
          <w:b/>
        </w:rPr>
        <w:t xml:space="preserve">[08:29] </w:t>
      </w:r>
      <w:r>
        <w:t>kya sahib, kya maqola hai?</w:t>
      </w:r>
    </w:p>
    <w:p>
      <w:pPr>
        <w:jc w:val="right"/>
      </w:pPr>
      <w:r>
        <w:t>کیا صاحب، کیا مقولہ ہے؟</w:t>
      </w:r>
    </w:p>
    <w:p>
      <w:r>
        <w:rPr>
          <w:b/>
        </w:rPr>
        <w:t xml:space="preserve">[08:36] </w:t>
      </w:r>
      <w:r>
        <w:t>Nazzal al-Quran bi Hijaz, Hijaz, wa qara'a bi Misr. Kya kaha? Kya hai? Nazzal al-Quran bi Hijaz, Hijaz, wa qara'a bi Misr. Haan, bi Misr ke Misr. Wa qara'a bi Misr.</w:t>
      </w:r>
    </w:p>
    <w:p>
      <w:pPr>
        <w:jc w:val="right"/>
      </w:pPr>
      <w:r>
        <w:t>نزل القرآن بحجاز ہیں، وقرعہ بمصر۔ کیا کہا؟ کیا ہے؟ نزل القرآن بحجاز، حجاز، وقرعہ بمصر۔ ہاں، بمصر کہ مصر۔ وقرعہ بمصر۔</w:t>
      </w:r>
    </w:p>
    <w:p>
      <w:r>
        <w:rPr>
          <w:b/>
        </w:rPr>
        <w:t xml:space="preserve">[08:52] </w:t>
      </w:r>
      <w:r>
        <w:t>bhai, is ka matlab yeh hai ke quran utra hijaz mein aur parha gaya misr mein.</w:t>
      </w:r>
    </w:p>
    <w:p>
      <w:pPr>
        <w:jc w:val="right"/>
      </w:pPr>
      <w:r>
        <w:t>بھائی، اس کا مطلب یہ ہے کہ قرآن اترا حجاز میں اور پڑھا گیا مصر میں۔</w:t>
      </w:r>
    </w:p>
    <w:p>
      <w:r>
        <w:rPr>
          <w:b/>
        </w:rPr>
        <w:t xml:space="preserve">[08:58] </w:t>
      </w:r>
      <w:r>
        <w:t>kyun ke misri log bari ghaltiyan karte hain, khishtan ki ghalti.</w:t>
      </w:r>
    </w:p>
    <w:p>
      <w:pPr>
        <w:jc w:val="right"/>
      </w:pPr>
      <w:r>
        <w:t>کیونکہ مصری لوگ بڑی غلطیاں کرتے ہیں، خشتان کی غلطی۔</w:t>
      </w:r>
    </w:p>
    <w:p>
      <w:r>
        <w:rPr>
          <w:b/>
        </w:rPr>
        <w:t xml:space="preserve">[09:04] </w:t>
      </w:r>
      <w:r>
        <w:t>samajhte hain ke hum parh rahe hain quran, hum qari quran hain.</w:t>
      </w:r>
    </w:p>
    <w:p>
      <w:pPr>
        <w:jc w:val="right"/>
      </w:pPr>
      <w:r>
        <w:t>سمجھتے ہیں کہ ہم پڑھ رہے ہیں قرآن، ہم قاری قرآن ہیں۔</w:t>
      </w:r>
    </w:p>
    <w:p>
      <w:r>
        <w:rPr>
          <w:b/>
        </w:rPr>
        <w:t xml:space="preserve">[09:10] </w:t>
      </w:r>
      <w:r>
        <w:t>yaad rakhiye, qari quran woh hai jo samajh kar parhay aur is par amal karay.</w:t>
      </w:r>
    </w:p>
    <w:p>
      <w:pPr>
        <w:jc w:val="right"/>
      </w:pPr>
      <w:r>
        <w:t>یاد رکھیے، قاری قرآن وہ ہے جو سمجھ کر پڑھے اور اس پر عمل کرے۔</w:t>
      </w:r>
    </w:p>
    <w:p>
      <w:r>
        <w:rPr>
          <w:b/>
        </w:rPr>
        <w:t xml:space="preserve">[09:16] </w:t>
      </w:r>
      <w:r>
        <w:t>to yeh yeh misri ki baat nahi hai, har muslim mulk mein yahi ho raha hai ke ek</w:t>
      </w:r>
    </w:p>
    <w:p>
      <w:pPr>
        <w:jc w:val="right"/>
      </w:pPr>
      <w:r>
        <w:t>تو یہ یہ مصری کی بات نہیں ہے، ہر مسلم ملک میں یہی ہو رہا ہے کہ ایک</w:t>
      </w:r>
    </w:p>
    <w:p>
      <w:r>
        <w:rPr>
          <w:b/>
        </w:rPr>
        <w:t xml:space="preserve">[09:22] </w:t>
      </w:r>
      <w:r>
        <w:t>khaam iqdam karein ge, khaam iqdam karein ge, aur darmiyan mein woh chalay gaye, nahi maloom ho ke</w:t>
      </w:r>
    </w:p>
    <w:p>
      <w:pPr>
        <w:jc w:val="right"/>
      </w:pPr>
      <w:r>
        <w:t>خام اقدام کریں گے، خام اقدام کریں گے، اور درمیان میں وہ چلے گئے، نہیں معلوم ہو کہ</w:t>
      </w:r>
    </w:p>
    <w:p>
      <w:r>
        <w:rPr>
          <w:b/>
        </w:rPr>
        <w:t xml:space="preserve">[09:28] </w:t>
      </w:r>
      <w:r>
        <w:t>chal nahi paye.</w:t>
      </w:r>
    </w:p>
    <w:p>
      <w:pPr>
        <w:jc w:val="right"/>
      </w:pPr>
      <w:r>
        <w:t>چل نہیں پائے۔</w:t>
      </w:r>
    </w:p>
    <w:p>
      <w:r>
        <w:rPr>
          <w:b/>
        </w:rPr>
        <w:t xml:space="preserve">[09:34] </w:t>
      </w:r>
      <w:r>
        <w:t>to kya karein ge? ilzam dein ge kahin hindu ko, kahin america ko, kahin yahudi ko.</w:t>
      </w:r>
    </w:p>
    <w:p>
      <w:pPr>
        <w:jc w:val="right"/>
      </w:pPr>
      <w:r>
        <w:t>تو کیا کریں گے؟ الزام دیں گے کہیں ہندو کو، کہیں امریکہ کو، کہیں یہودی کو۔</w:t>
      </w:r>
    </w:p>
    <w:p>
      <w:r>
        <w:rPr>
          <w:b/>
        </w:rPr>
        <w:t xml:space="preserve">[09:40] </w:t>
      </w:r>
      <w:r>
        <w:t>yeh mano ke yeh khaam ya iqdam chunke natija natija khez hone wala nahi tha, hum ne under</w:t>
      </w:r>
    </w:p>
    <w:p>
      <w:pPr>
        <w:jc w:val="right"/>
      </w:pPr>
      <w:r>
        <w:t>یہ مانو کہ یہ خام یا اقدام چونکہ نتیجہ نتیجہ خیز ہونے والا نہیں تھا، ہم نے انڈر</w:t>
      </w:r>
    </w:p>
    <w:p>
      <w:r>
        <w:rPr>
          <w:b/>
        </w:rPr>
        <w:t xml:space="preserve">[09:46] </w:t>
      </w:r>
      <w:r>
        <w:t>estimate kiya mamlaat ko, to wapas chalo.</w:t>
      </w:r>
    </w:p>
    <w:p>
      <w:pPr>
        <w:jc w:val="right"/>
      </w:pPr>
      <w:r>
        <w:t>ایسٹیمیٹ کیا معاملات کو، تو واپس چلو۔</w:t>
      </w:r>
    </w:p>
    <w:p>
      <w:r>
        <w:rPr>
          <w:b/>
        </w:rPr>
        <w:t xml:space="preserve">[09:52] </w:t>
      </w:r>
      <w:r>
        <w:t>kisi ajib baat hai!</w:t>
      </w:r>
    </w:p>
    <w:p>
      <w:pPr>
        <w:jc w:val="right"/>
      </w:pPr>
      <w:r>
        <w:t>کیسی عجیب بات ہے!</w:t>
      </w:r>
    </w:p>
    <w:p>
      <w:r>
        <w:rPr>
          <w:b/>
        </w:rPr>
        <w:t xml:space="preserve">[09:58] </w:t>
      </w:r>
      <w:r>
        <w:t>ek rasool, ek namuna to woh set hai, ek namuna to woh hai jo jo qaim hua ho</w:t>
      </w:r>
    </w:p>
    <w:p>
      <w:pPr>
        <w:jc w:val="right"/>
      </w:pPr>
      <w:r>
        <w:t>ایک رسول، ایک نمونہ تو وہ سیٹ ہے، ایک نمونہ تو وہ ہے جو جو قائم ہوا ہو</w:t>
      </w:r>
    </w:p>
    <w:p>
      <w:r>
        <w:rPr>
          <w:b/>
        </w:rPr>
        <w:t xml:space="preserve">[10:05] </w:t>
      </w:r>
      <w:r>
        <w:t>sahaba se, mislan ek namuna woh hai jo qaim hua peghambaron se, mislan ek namuna woh hai jo</w:t>
      </w:r>
    </w:p>
    <w:p>
      <w:pPr>
        <w:jc w:val="right"/>
      </w:pPr>
      <w:r>
        <w:t>صحابہ سے، مثلاً ایک نمونہ وہ ہے جو قائم ہوا پیغمبروں سے، مثلاً ایک نمونہ وہ ہے جو</w:t>
      </w:r>
    </w:p>
    <w:p>
      <w:r>
        <w:rPr>
          <w:b/>
        </w:rPr>
        <w:t xml:space="preserve">[10:13] </w:t>
      </w:r>
      <w:r>
        <w:t>khud Allah taala ne qaim kiya.</w:t>
      </w:r>
    </w:p>
    <w:p>
      <w:pPr>
        <w:jc w:val="right"/>
      </w:pPr>
      <w:r>
        <w:t>خود اللہ تعالیٰ نے قائم کیا۔</w:t>
      </w:r>
    </w:p>
    <w:p>
      <w:r>
        <w:rPr>
          <w:b/>
        </w:rPr>
        <w:t xml:space="preserve">[10:15] </w:t>
      </w:r>
      <w:r>
        <w:t>is ke muamle mein sarkash na ho.</w:t>
      </w:r>
    </w:p>
    <w:p>
      <w:pPr>
        <w:jc w:val="right"/>
      </w:pPr>
      <w:r>
        <w:t>اس کے معاملے میں سرکش نہ ہو۔</w:t>
      </w:r>
    </w:p>
    <w:p>
      <w:r>
        <w:rPr>
          <w:b/>
        </w:rPr>
        <w:t xml:space="preserve">[10:18] </w:t>
      </w:r>
      <w:r>
        <w:t>us ko baat pakad li jo mein keh raha hoon.</w:t>
      </w:r>
    </w:p>
    <w:p>
      <w:pPr>
        <w:jc w:val="right"/>
      </w:pPr>
      <w:r>
        <w:t>اس کو بات پکڑ لی جو میں کہہ رہا ہوں۔</w:t>
      </w:r>
    </w:p>
    <w:p>
      <w:r>
        <w:rPr>
          <w:b/>
        </w:rPr>
        <w:t xml:space="preserve">[10:23] </w:t>
      </w:r>
      <w:r>
        <w:t>ek namuna woh hai jo hamare akabir ne qaim kiya ho, ek namuna woh hai jo sahaba se</w:t>
      </w:r>
    </w:p>
    <w:p>
      <w:pPr>
        <w:jc w:val="right"/>
      </w:pPr>
      <w:r>
        <w:t>ایک نمونہ وہ ہے جو ہمارے اکابر نے قائم کیا ہو، ایک نمونہ وہ ہے جو صحابہ سے</w:t>
      </w:r>
    </w:p>
    <w:p>
      <w:r>
        <w:rPr>
          <w:b/>
        </w:rPr>
        <w:t xml:space="preserve">[10:30] </w:t>
      </w:r>
      <w:r>
        <w:t>qaim hua ho, ek namuna woh hai jo peghambaron se qaim hua ho, ek namuna woh hai jo</w:t>
      </w:r>
    </w:p>
    <w:p>
      <w:pPr>
        <w:jc w:val="right"/>
      </w:pPr>
      <w:r>
        <w:t>قائم ہوا ہو، ایک نمونہ وہ ہے جو پیغمبروں سے قائم ہوا ہو، ایک نمونہ وہ ہے جو</w:t>
      </w:r>
    </w:p>
    <w:p>
      <w:r>
        <w:rPr>
          <w:b/>
        </w:rPr>
        <w:t xml:space="preserve">[10:38] </w:t>
      </w:r>
      <w:r>
        <w:t>khud Allah taala ne qaim kiya ho.</w:t>
      </w:r>
    </w:p>
    <w:p>
      <w:pPr>
        <w:jc w:val="right"/>
      </w:pPr>
      <w:r>
        <w:t>خود اللہ تعالیٰ نے قائم کیا ہو۔</w:t>
      </w:r>
    </w:p>
    <w:p>
      <w:r>
        <w:rPr>
          <w:b/>
        </w:rPr>
        <w:t xml:space="preserve">[10:41] </w:t>
      </w:r>
      <w:r>
        <w:t>to kya wahan bhi aap ko ganjahish rehti hai ke aap us ko na manen? mein jo baat</w:t>
      </w:r>
    </w:p>
    <w:p>
      <w:pPr>
        <w:jc w:val="right"/>
      </w:pPr>
      <w:r>
        <w:t>تو کیا وہاں بھی آپ کو گنجائش رہتی ہے کہ آپ اس کو نہ مانیں؟ میں جو بات</w:t>
      </w:r>
    </w:p>
    <w:p>
      <w:r>
        <w:rPr>
          <w:b/>
        </w:rPr>
        <w:t xml:space="preserve">[10:49] </w:t>
      </w:r>
      <w:r>
        <w:t>kar raha hoon, woh do do char ki to sahi hai, koi is ka inkar nahi kar sakta.</w:t>
      </w:r>
    </w:p>
    <w:p>
      <w:pPr>
        <w:jc w:val="right"/>
      </w:pPr>
      <w:r>
        <w:t>کر رہا ہوں، وہ دو دو چار کی تو صحیح ہے، کوئی اس کا انکار نہیں کر سکتا۔</w:t>
      </w:r>
    </w:p>
    <w:p>
      <w:r>
        <w:rPr>
          <w:b/>
        </w:rPr>
        <w:t xml:space="preserve">[10:57] </w:t>
      </w:r>
      <w:r>
        <w:t>jo inkar kare, woh dhandhli karega, woh dhandhli karega.</w:t>
      </w:r>
    </w:p>
    <w:p>
      <w:pPr>
        <w:jc w:val="right"/>
      </w:pPr>
      <w:r>
        <w:t>جو انکار کرے، وہ دھاندلی کرے گا، وہ دھاندلی کرے گا۔</w:t>
      </w:r>
    </w:p>
    <w:p>
      <w:r>
        <w:rPr>
          <w:b/>
        </w:rPr>
        <w:t xml:space="preserve">[11:01] </w:t>
      </w:r>
      <w:r>
        <w:t>yeh lootne ka muamla sirf Rasool Allah ka nahi tha, yeh Allah taala ka muamla tha.</w:t>
      </w:r>
    </w:p>
    <w:p>
      <w:pPr>
        <w:jc w:val="right"/>
      </w:pPr>
      <w:r>
        <w:t>یہ لوٹنے کا معاملہ صرف رسول اللہ کا نہیں تھا، یہ اللہ تعالیٰ کا معاملہ تھا۔</w:t>
      </w:r>
    </w:p>
    <w:p>
      <w:r>
        <w:rPr>
          <w:b/>
        </w:rPr>
        <w:t xml:space="preserve">[11:08] </w:t>
      </w:r>
      <w:r>
        <w:t>kyunke Allah taala ne khwab ko bhi dikhaya.</w:t>
      </w:r>
    </w:p>
    <w:p>
      <w:pPr>
        <w:jc w:val="right"/>
      </w:pPr>
      <w:r>
        <w:t>کیونکہ اللہ تعالیٰ نے خواب کو بھی دکھایا۔</w:t>
      </w:r>
    </w:p>
    <w:p>
      <w:r>
        <w:rPr>
          <w:b/>
        </w:rPr>
        <w:t xml:space="preserve">[11:12] </w:t>
      </w:r>
      <w:r>
        <w:t>aisa khwab jo takmeel tak pohnchne nahi wala nahi tha, Allah ne to khwab ko bhi dikhaya.</w:t>
      </w:r>
    </w:p>
    <w:p>
      <w:pPr>
        <w:jc w:val="right"/>
      </w:pPr>
      <w:r>
        <w:t>ایسا خواب جو تکمیل تک پہنچنے نہیں والا نہیں تھا، اللہ نے تو خواب کو بھی دکھایا۔</w:t>
      </w:r>
    </w:p>
    <w:p>
      <w:r>
        <w:rPr>
          <w:b/>
        </w:rPr>
        <w:t xml:space="preserve">[11:19] </w:t>
      </w:r>
      <w:r>
        <w:t>is liye ke ek namuna set karne ke liye.</w:t>
      </w:r>
    </w:p>
    <w:p>
      <w:pPr>
        <w:jc w:val="right"/>
      </w:pPr>
      <w:r>
        <w:t>اس لیے کہ ایک نمونہ سیٹ کرنے کے لیے۔</w:t>
      </w:r>
    </w:p>
    <w:p>
      <w:r>
        <w:rPr>
          <w:b/>
        </w:rPr>
        <w:t xml:space="preserve">[11:23] </w:t>
      </w:r>
      <w:r>
        <w:t>yani ghair sahaba se namuna ho to aap na manen to ek wajah ho sakti hai.</w:t>
      </w:r>
    </w:p>
    <w:p>
      <w:pPr>
        <w:jc w:val="right"/>
      </w:pPr>
      <w:r>
        <w:t>یعنی غیر صحابہ سے نمونہ ہو تو آپ نہ مانیں تو ایک وجہ ہو سکتی ہے۔</w:t>
      </w:r>
    </w:p>
    <w:p>
      <w:r>
        <w:rPr>
          <w:b/>
        </w:rPr>
        <w:t xml:space="preserve">[11:30] </w:t>
      </w:r>
      <w:r>
        <w:t>sahaba se ho to na manen to ek wajah ho sakti hai.</w:t>
      </w:r>
    </w:p>
    <w:p>
      <w:pPr>
        <w:jc w:val="right"/>
      </w:pPr>
      <w:r>
        <w:t>صحابہ سے ہو تو نہ مانیں تو ایک وجہ ہو سکتی ہے۔</w:t>
      </w:r>
    </w:p>
    <w:p>
      <w:r>
        <w:rPr>
          <w:b/>
        </w:rPr>
        <w:t xml:space="preserve">[11:35] </w:t>
      </w:r>
      <w:r>
        <w:t>paighambar se na manen, tab bhi koi taweel shayad kar payen aap.</w:t>
      </w:r>
    </w:p>
    <w:p>
      <w:pPr>
        <w:jc w:val="right"/>
      </w:pPr>
      <w:r>
        <w:t>پیغمبر سے نہ مانیں، تب بھی کوئی تاویل شاید کر پائیں آپ۔</w:t>
      </w:r>
    </w:p>
    <w:p>
      <w:r>
        <w:rPr>
          <w:b/>
        </w:rPr>
        <w:t xml:space="preserve">[11:40] </w:t>
      </w:r>
      <w:r>
        <w:t>khud Allah ki taraf se ek number kaam hua ho to us ko us ke liye kya taweel</w:t>
      </w:r>
    </w:p>
    <w:p>
      <w:pPr>
        <w:jc w:val="right"/>
      </w:pPr>
      <w:r>
        <w:t>خود اللہ کی طرف سے ایک نمبر کام ہوا ہو تو اس کو اس کے لیے کیا تاویل</w:t>
      </w:r>
    </w:p>
    <w:p>
      <w:r>
        <w:rPr>
          <w:b/>
        </w:rPr>
        <w:t xml:space="preserve">[11:48] </w:t>
      </w:r>
      <w:r>
        <w:t>hai? yaad rakhiye, yeh Allah taala ki rehmat ka muamla hai.</w:t>
      </w:r>
    </w:p>
    <w:p>
      <w:pPr>
        <w:jc w:val="right"/>
      </w:pPr>
      <w:r>
        <w:t>ہے؟ یاد رکھیے، یہ اللہ تعالیٰ کی رحمت کا معاملہ ہے۔</w:t>
      </w:r>
    </w:p>
    <w:p>
      <w:r>
        <w:rPr>
          <w:b/>
        </w:rPr>
        <w:t xml:space="preserve">[11:52] </w:t>
      </w:r>
      <w:r>
        <w:t>rehmat ko aap log samajhte nahin.</w:t>
      </w:r>
    </w:p>
    <w:p>
      <w:pPr>
        <w:jc w:val="right"/>
      </w:pPr>
      <w:r>
        <w:t>رحمت کو آپ لوگ سمجھتے نہیں۔</w:t>
      </w:r>
    </w:p>
    <w:p>
      <w:r>
        <w:rPr>
          <w:b/>
        </w:rPr>
        <w:t xml:space="preserve">[11:55] </w:t>
      </w:r>
      <w:r>
        <w:t>hamare ulma bilkul nahin samajhte ke rehmat kya hai.</w:t>
      </w:r>
    </w:p>
    <w:p>
      <w:pPr>
        <w:jc w:val="right"/>
      </w:pPr>
      <w:r>
        <w:t>ہمارے علماء بالکل نہیں سمجھتے کہ رحمت کیا ہے۔</w:t>
      </w:r>
    </w:p>
    <w:p>
      <w:r>
        <w:rPr>
          <w:b/>
        </w:rPr>
        <w:t xml:space="preserve">[11:59] </w:t>
      </w:r>
      <w:r>
        <w:t>yeh bhi rehmat ke muamlat hain.</w:t>
      </w:r>
    </w:p>
    <w:p>
      <w:pPr>
        <w:jc w:val="right"/>
      </w:pPr>
      <w:r>
        <w:t>یہ بھی رحمت کے معاملات ہیں۔</w:t>
      </w:r>
    </w:p>
    <w:p>
      <w:r>
        <w:rPr>
          <w:b/>
        </w:rPr>
        <w:t xml:space="preserve">[12:01] </w:t>
      </w:r>
      <w:r>
        <w:t>rehmat jo mante hain, Allah taala ki rehmat to bohat hi.</w:t>
      </w:r>
    </w:p>
    <w:p>
      <w:pPr>
        <w:jc w:val="right"/>
      </w:pPr>
      <w:r>
        <w:t>رحمت جو مانتے ہیں، اللہ تعالیٰ کی رحمت تو بہت ہی۔</w:t>
      </w:r>
    </w:p>
    <w:p>
      <w:r>
        <w:rPr>
          <w:b/>
        </w:rPr>
        <w:t xml:space="preserve">[12:06] </w:t>
      </w:r>
      <w:r>
        <w:t>yani ek boobab maani mein, boobab maani mein, boobab maani mein.</w:t>
      </w:r>
    </w:p>
    <w:p>
      <w:pPr>
        <w:jc w:val="right"/>
      </w:pPr>
      <w:r>
        <w:t>یعنی ایک بوباب معنی میں، بوباب معنی میں، بوباب معنی میں۔</w:t>
      </w:r>
    </w:p>
    <w:p>
      <w:r>
        <w:rPr>
          <w:b/>
        </w:rPr>
        <w:t xml:space="preserve">[12:11] </w:t>
      </w:r>
      <w:r>
        <w:t>Allah taala ko yeh manzoor hai ke insaan jannat ke rastay se na bhatke.</w:t>
      </w:r>
    </w:p>
    <w:p>
      <w:pPr>
        <w:jc w:val="right"/>
      </w:pPr>
      <w:r>
        <w:t>اللہ تعالیٰ کو یہ منظور ہے کہ انسان جنت کے راستے سے نہ بھٹکے۔</w:t>
      </w:r>
    </w:p>
    <w:p>
      <w:r>
        <w:rPr>
          <w:b/>
        </w:rPr>
        <w:t xml:space="preserve">[12:17] </w:t>
      </w:r>
      <w:r>
        <w:t>to jannat ke rastay se na bhatke, is ke liye misalen qaim keen, misalen qaim keen.</w:t>
      </w:r>
    </w:p>
    <w:p>
      <w:pPr>
        <w:jc w:val="right"/>
      </w:pPr>
      <w:r>
        <w:t>تو جنت کے راستے سے نہ بھٹکے، اس کے لیے مثالیں قائم کیں، مثالیں قائم کیں۔</w:t>
      </w:r>
    </w:p>
    <w:p>
      <w:r>
        <w:rPr>
          <w:b/>
        </w:rPr>
        <w:t xml:space="preserve">[12:24] </w:t>
      </w:r>
      <w:r>
        <w:t>yahan tak ke woh apni zaat se misaal qaim kar di.</w:t>
      </w:r>
    </w:p>
    <w:p>
      <w:pPr>
        <w:jc w:val="right"/>
      </w:pPr>
      <w:r>
        <w:t>یہاں تک کہ وہ اپنی ذات سے مثال قائم کر دی۔</w:t>
      </w:r>
    </w:p>
    <w:p>
      <w:r>
        <w:rPr>
          <w:b/>
        </w:rPr>
        <w:t xml:space="preserve">[12:28] </w:t>
      </w:r>
      <w:r>
        <w:t>ke yeh bolna poocha tha, sikhaya koi is ne? hain bilkul.</w:t>
      </w:r>
    </w:p>
    <w:p>
      <w:pPr>
        <w:jc w:val="right"/>
      </w:pPr>
      <w:r>
        <w:t>کہ یہ بولنا پوچھا تھا، سکھا کوئی اس نے؟ ہیں بالکل۔</w:t>
      </w:r>
    </w:p>
    <w:p>
      <w:r>
        <w:rPr>
          <w:b/>
        </w:rPr>
        <w:t xml:space="preserve">[12:33] </w:t>
      </w:r>
      <w:r>
        <w:t>yeh rehmat khudaWandi ki aakhri surat hai.</w:t>
      </w:r>
    </w:p>
    <w:p>
      <w:pPr>
        <w:jc w:val="right"/>
      </w:pPr>
      <w:r>
        <w:t>یہ رحمت خداوندی کی آخری صورت ہے۔</w:t>
      </w:r>
    </w:p>
    <w:p>
      <w:r>
        <w:rPr>
          <w:b/>
        </w:rPr>
        <w:t xml:space="preserve">[12:36] </w:t>
      </w:r>
      <w:r>
        <w:t>jaise maa apne bete ke liye kabhi aakhri darjay ki shafqat dikhati hai.</w:t>
      </w:r>
    </w:p>
    <w:p>
      <w:pPr>
        <w:jc w:val="right"/>
      </w:pPr>
      <w:r>
        <w:t>جیسے ماں اپنے بیٹے کے لیے کبھی آخری درجے کی شفقت دکھاتی ہے۔</w:t>
      </w:r>
    </w:p>
    <w:p>
      <w:r>
        <w:rPr>
          <w:b/>
        </w:rPr>
        <w:t xml:space="preserve">[12:42] </w:t>
      </w:r>
      <w:r>
        <w:t>apne bete ke liye shafqat roz karti hai.</w:t>
      </w:r>
    </w:p>
    <w:p>
      <w:pPr>
        <w:jc w:val="right"/>
      </w:pPr>
      <w:r>
        <w:t>اپنے بیٹے کے لیے شفقت روز کرتی ہے۔</w:t>
      </w:r>
    </w:p>
    <w:p>
      <w:r>
        <w:rPr>
          <w:b/>
        </w:rPr>
        <w:t xml:space="preserve">[12:45] </w:t>
      </w:r>
      <w:r>
        <w:t>maa, maa apne bete ke liye rozana shafqat karti hai.</w:t>
      </w:r>
    </w:p>
    <w:p>
      <w:pPr>
        <w:jc w:val="right"/>
      </w:pPr>
      <w:r>
        <w:t>ماں، ماں اپنے بیٹے کے لیے روزانہ شفقت کرتی ہے۔</w:t>
      </w:r>
    </w:p>
    <w:p>
      <w:r>
        <w:rPr>
          <w:b/>
        </w:rPr>
        <w:t xml:space="preserve">[12:49] </w:t>
      </w:r>
      <w:r>
        <w:t>kabhi shafqat ka aakhri muamla karti hai.</w:t>
      </w:r>
    </w:p>
    <w:p>
      <w:pPr>
        <w:jc w:val="right"/>
      </w:pPr>
      <w:r>
        <w:t>کبھی شفقت کا آخری معاملہ کرتی ہے۔</w:t>
      </w:r>
    </w:p>
    <w:p>
      <w:r>
        <w:rPr>
          <w:b/>
        </w:rPr>
        <w:t xml:space="preserve">[12:52] </w:t>
      </w:r>
      <w:r>
        <w:t>aakhri muamle ki misaal samjhiye aap.</w:t>
      </w:r>
    </w:p>
    <w:p>
      <w:pPr>
        <w:jc w:val="right"/>
      </w:pPr>
      <w:r>
        <w:t>آخری معاملے کی مثال سمجھیے آپ۔</w:t>
      </w:r>
    </w:p>
    <w:p>
      <w:r>
        <w:rPr>
          <w:b/>
        </w:rPr>
        <w:t xml:space="preserve">[12:55] </w:t>
      </w:r>
      <w:r>
        <w:t>ek kaha jata hai ke qazi ke haan ek bachay ka case aaya.</w:t>
      </w:r>
    </w:p>
    <w:p>
      <w:pPr>
        <w:jc w:val="right"/>
      </w:pPr>
      <w:r>
        <w:t>ایک کہا جاتا ہے کہ قاضی کے ہاں ایک بچے کا کیس آیا۔</w:t>
      </w:r>
    </w:p>
    <w:p>
      <w:r>
        <w:rPr>
          <w:b/>
        </w:rPr>
        <w:t xml:space="preserve">[13:00] </w:t>
      </w:r>
      <w:r>
        <w:t>ek bachha tha jo abhi naw-mulood aur do aurten daWedaar theen ke woh kehte hain mera bachha ho</w:t>
      </w:r>
    </w:p>
    <w:p>
      <w:pPr>
        <w:jc w:val="right"/>
      </w:pPr>
      <w:r>
        <w:t>ایک بچہ تھا جو ابھی نومولود اور دو عورتیں دعویدار تھیں کہ وہ کہتے ہیں میرا بچہ ہو</w:t>
      </w:r>
    </w:p>
    <w:p>
      <w:r>
        <w:rPr>
          <w:b/>
        </w:rPr>
        <w:t xml:space="preserve">[13:08] </w:t>
      </w:r>
      <w:r>
        <w:t>gya, to mera bachha.</w:t>
      </w:r>
    </w:p>
    <w:p>
      <w:pPr>
        <w:jc w:val="right"/>
      </w:pPr>
      <w:r>
        <w:t>گیا، تو میرا بچہ۔</w:t>
      </w:r>
    </w:p>
    <w:p>
      <w:r>
        <w:rPr>
          <w:b/>
        </w:rPr>
        <w:t xml:space="preserve">[13:10] </w:t>
      </w:r>
      <w:r>
        <w:t>kyunke hua yeh tha ke jab bachha paida hua hospital mein to ek bachha, ek aurat jo maa</w:t>
      </w:r>
    </w:p>
    <w:p>
      <w:pPr>
        <w:jc w:val="right"/>
      </w:pPr>
      <w:r>
        <w:t>کیونکہ ہوا یہ تھا کہ جب بچہ پیدا ہوا ہاسپٹل میں تو ایک بچہ، ایک عورت جو ماں</w:t>
      </w:r>
    </w:p>
    <w:p>
      <w:r>
        <w:rPr>
          <w:b/>
        </w:rPr>
        <w:t xml:space="preserve">[13:18] </w:t>
      </w:r>
      <w:r>
        <w:t>jis ke bachcha nahin tha, use paisa de diya tha ke koi bachcha mujhe de dena.</w:t>
      </w:r>
    </w:p>
    <w:p>
      <w:pPr>
        <w:jc w:val="right"/>
      </w:pPr>
      <w:r>
        <w:t>جس کے بچہ نہیں تھا، اسے پیسہ دے دیا تھا کہ کوئی بچہ مجھے دے دینا۔</w:t>
      </w:r>
    </w:p>
    <w:p>
      <w:r>
        <w:rPr>
          <w:b/>
        </w:rPr>
        <w:t xml:space="preserve">[13:24] </w:t>
      </w:r>
      <w:r>
        <w:t>to bechari maa to is waqt be-hosh thi, kya thi? is ka bachcha de diya doosre ko</w:t>
      </w:r>
    </w:p>
    <w:p>
      <w:pPr>
        <w:jc w:val="right"/>
      </w:pPr>
      <w:r>
        <w:t>تو بیچاری ماں تو اس وقت بے ہوش تھی، کیا تھی؟ اس کا بچہ دے دیا دوسرے کو</w:t>
      </w:r>
    </w:p>
    <w:p>
      <w:r>
        <w:rPr>
          <w:b/>
        </w:rPr>
        <w:t xml:space="preserve">[13:32] </w:t>
      </w:r>
      <w:r>
        <w:t>aur da'wedar ho gayi ke bachcha mera hai.</w:t>
      </w:r>
    </w:p>
    <w:p>
      <w:pPr>
        <w:jc w:val="right"/>
      </w:pPr>
      <w:r>
        <w:t>اور دعویدار ہو گئی کہ بچہ میرا ہے۔</w:t>
      </w:r>
    </w:p>
    <w:p>
      <w:r>
        <w:rPr>
          <w:b/>
        </w:rPr>
        <w:t xml:space="preserve">[13:36] </w:t>
      </w:r>
      <w:r>
        <w:t>achha, saboot kuchh bhi nahin tha.</w:t>
      </w:r>
    </w:p>
    <w:p>
      <w:pPr>
        <w:jc w:val="right"/>
      </w:pPr>
      <w:r>
        <w:t>اچھا، ثبوت کچھ بھی نہیں تھا۔</w:t>
      </w:r>
    </w:p>
    <w:p>
      <w:r>
        <w:rPr>
          <w:b/>
        </w:rPr>
        <w:t xml:space="preserve">[13:38] </w:t>
      </w:r>
      <w:r>
        <w:t>to mamla gaya qazi ke haan.</w:t>
      </w:r>
    </w:p>
    <w:p>
      <w:pPr>
        <w:jc w:val="right"/>
      </w:pPr>
      <w:r>
        <w:t>تو معاملہ گیا قاضی کے ہاں۔</w:t>
      </w:r>
    </w:p>
    <w:p>
      <w:r>
        <w:rPr>
          <w:b/>
        </w:rPr>
        <w:t xml:space="preserve">[13:41] </w:t>
      </w:r>
      <w:r>
        <w:t>donon ne to kaha ke mera bachcha hai, woh kaha mera bachcha hai.</w:t>
      </w:r>
    </w:p>
    <w:p>
      <w:pPr>
        <w:jc w:val="right"/>
      </w:pPr>
      <w:r>
        <w:t>دونوں نے تو کہا کہ میرا بچہ ہے، وہ کہا میرا بچہ ہے۔</w:t>
      </w:r>
    </w:p>
    <w:p>
      <w:r>
        <w:rPr>
          <w:b/>
        </w:rPr>
        <w:t xml:space="preserve">[13:46] </w:t>
      </w:r>
      <w:r>
        <w:t>to qazi ne kaha ke achha theek hai, chunke hamare paas koi saboot nahin hai, da'wedar donon hain,</w:t>
      </w:r>
    </w:p>
    <w:p>
      <w:pPr>
        <w:jc w:val="right"/>
      </w:pPr>
      <w:r>
        <w:t>تو قاضی نے کہا کہ اچھا ٹھیک ہے، چونکہ ہمارے پاس کوئی ثبوت نہیں ہے، دعویدار دونوں ہیں،</w:t>
      </w:r>
    </w:p>
    <w:p>
      <w:r>
        <w:rPr>
          <w:b/>
        </w:rPr>
        <w:t xml:space="preserve">[13:54] </w:t>
      </w:r>
      <w:r>
        <w:t>to aisa karo ke kaat do, do tukde kar ke, aadha un ko do, aadha hum ko de</w:t>
      </w:r>
    </w:p>
    <w:p>
      <w:pPr>
        <w:jc w:val="right"/>
      </w:pPr>
      <w:r>
        <w:t>تو ایسا کرو کہ کاٹ دو، دو ٹکڑے کر کے، آدھا ان کو دو، آدھا ہم کو دے</w:t>
      </w:r>
    </w:p>
    <w:p>
      <w:r>
        <w:rPr>
          <w:b/>
        </w:rPr>
        <w:t xml:space="preserve">[14:02] </w:t>
      </w:r>
      <w:r>
        <w:t>do.</w:t>
      </w:r>
    </w:p>
    <w:p>
      <w:pPr>
        <w:jc w:val="right"/>
      </w:pPr>
      <w:r>
        <w:t>دو۔</w:t>
      </w:r>
    </w:p>
    <w:p>
      <w:r>
        <w:rPr>
          <w:b/>
        </w:rPr>
        <w:t xml:space="preserve">[14:03] </w:t>
      </w:r>
      <w:r>
        <w:t>jante hain kya hua is ke baad? ek ek aurat ro padi, nahin nahin nahin, bas kaato, bas</w:t>
      </w:r>
    </w:p>
    <w:p>
      <w:pPr>
        <w:jc w:val="right"/>
      </w:pPr>
      <w:r>
        <w:t>جانتے ہیں کیا ہوا اس کے بعد؟ ایک ایک عورت رو پڑی، نہیں نہیں نہیں، بس کاٹو، بس</w:t>
      </w:r>
    </w:p>
    <w:p>
      <w:r>
        <w:rPr>
          <w:b/>
        </w:rPr>
        <w:t xml:space="preserve">[14:11] </w:t>
      </w:r>
      <w:r>
        <w:t>kaato, usi ko de do.</w:t>
      </w:r>
    </w:p>
    <w:p>
      <w:pPr>
        <w:jc w:val="right"/>
      </w:pPr>
      <w:r>
        <w:t>کاٹو، اسی کو دے دو۔</w:t>
      </w:r>
    </w:p>
    <w:p>
      <w:r>
        <w:rPr>
          <w:b/>
        </w:rPr>
        <w:t xml:space="preserve">[14:13] </w:t>
      </w:r>
      <w:r>
        <w:t>yeh shafqat ka aakhri mamla tha.</w:t>
      </w:r>
    </w:p>
    <w:p>
      <w:pPr>
        <w:jc w:val="right"/>
      </w:pPr>
      <w:r>
        <w:t>یہ شفقت کا آخری معاملہ تھا۔</w:t>
      </w:r>
    </w:p>
    <w:p>
      <w:r>
        <w:rPr>
          <w:b/>
        </w:rPr>
        <w:t xml:space="preserve">[14:16] </w:t>
      </w:r>
      <w:r>
        <w:t>to qazi ne use fateh kiya, yahi asli mamla hai.</w:t>
      </w:r>
    </w:p>
    <w:p>
      <w:pPr>
        <w:jc w:val="right"/>
      </w:pPr>
      <w:r>
        <w:t>تو قاضی نے اسے فتح کیا، یہی اصلی معاملہ ہے۔</w:t>
      </w:r>
    </w:p>
    <w:p>
      <w:r>
        <w:rPr>
          <w:b/>
        </w:rPr>
        <w:t xml:space="preserve">[14:20] </w:t>
      </w:r>
      <w:r>
        <w:t>yahi hai.</w:t>
      </w:r>
    </w:p>
    <w:p>
      <w:pPr>
        <w:jc w:val="right"/>
      </w:pPr>
      <w:r>
        <w:t>یہی ہے۔</w:t>
      </w:r>
    </w:p>
    <w:p>
      <w:r>
        <w:rPr>
          <w:b/>
        </w:rPr>
        <w:t xml:space="preserve">[14:21] </w:t>
      </w:r>
      <w:r>
        <w:t>to shafqat ke mamlaat jo hote hain, aap rozana jis ke bhi maa hain, woh janta hai ke</w:t>
      </w:r>
    </w:p>
    <w:p>
      <w:pPr>
        <w:jc w:val="right"/>
      </w:pPr>
      <w:r>
        <w:t>تو شفقت کے معاملات جو ہوتے ہیں، آپ روزانہ جس کے بھی ماں ہیں، وہ جانتا ہے کہ</w:t>
      </w:r>
    </w:p>
    <w:p>
      <w:r>
        <w:rPr>
          <w:b/>
        </w:rPr>
        <w:t xml:space="preserve">[14:29] </w:t>
      </w:r>
      <w:r>
        <w:t>shafqat ke mamlaat karti hai maa.</w:t>
      </w:r>
    </w:p>
    <w:p>
      <w:pPr>
        <w:jc w:val="right"/>
      </w:pPr>
      <w:r>
        <w:t>شفقت کے معاملات کرتی ہے ماں۔</w:t>
      </w:r>
    </w:p>
    <w:p>
      <w:r>
        <w:rPr>
          <w:b/>
        </w:rPr>
        <w:t xml:space="preserve">[14:32] </w:t>
      </w:r>
      <w:r>
        <w:t>lekin kabhi shafqat ke maamle mein aakhirat tak jati ho, yaani apne mehboob bete ko doosre ko de</w:t>
      </w:r>
    </w:p>
    <w:p>
      <w:pPr>
        <w:jc w:val="right"/>
      </w:pPr>
      <w:r>
        <w:t>لیکن کبھی شفقت کے معاملے میں آخرت تک جاتی ہو، یعنی اپنے محبوب بیٹے کو دوسرے کو دے</w:t>
      </w:r>
    </w:p>
    <w:p>
      <w:r>
        <w:rPr>
          <w:b/>
        </w:rPr>
        <w:t xml:space="preserve">[14:39] </w:t>
      </w:r>
      <w:r>
        <w:t>diya, is se aage kya ho sakta hai? har maa ko apna beta mehboob hota hai, doosre ko</w:t>
      </w:r>
    </w:p>
    <w:p>
      <w:pPr>
        <w:jc w:val="right"/>
      </w:pPr>
      <w:r>
        <w:t>دیا، اس سے آگے کیا ہو سکتا ہے؟ ہر ماں کو اپنا بیٹا محبوب ہوتا ہے، دوسرے کو</w:t>
      </w:r>
    </w:p>
    <w:p>
      <w:r>
        <w:rPr>
          <w:b/>
        </w:rPr>
        <w:t xml:space="preserve">[14:47] </w:t>
      </w:r>
      <w:r>
        <w:t>dene ko raazi ho gayi taake woh is par chhod na chale.</w:t>
      </w:r>
    </w:p>
    <w:p>
      <w:pPr>
        <w:jc w:val="right"/>
      </w:pPr>
      <w:r>
        <w:t>دینے کو راضی ہو گئی تاکہ وہ اس پر چھوڑ نہ چلے۔</w:t>
      </w:r>
    </w:p>
    <w:p>
      <w:r>
        <w:rPr>
          <w:b/>
        </w:rPr>
        <w:t xml:space="preserve">[14:52] </w:t>
      </w:r>
      <w:r>
        <w:t>to yaad rakhiye, hadith mein aata hai ke Allah taala is se bhi zyada raheem hai jitna ke</w:t>
      </w:r>
    </w:p>
    <w:p>
      <w:pPr>
        <w:jc w:val="right"/>
      </w:pPr>
      <w:r>
        <w:t>تو یاد رکھیے، حدیث میں آتا ہے کہ اللہ تعالیٰ اس سے بھی زیادہ رحیم ہے جتنا کہ</w:t>
      </w:r>
    </w:p>
    <w:p>
      <w:r>
        <w:rPr>
          <w:b/>
        </w:rPr>
        <w:t xml:space="preserve">[15:00] </w:t>
      </w:r>
      <w:r>
        <w:t>koi maa apne bete ke liye ho sakti hai.</w:t>
      </w:r>
    </w:p>
    <w:p>
      <w:pPr>
        <w:jc w:val="right"/>
      </w:pPr>
      <w:r>
        <w:t>کوئی ماں اپنے بیٹے کے لیے ہو سکتی ہے۔</w:t>
      </w:r>
    </w:p>
    <w:p>
      <w:r>
        <w:rPr>
          <w:b/>
        </w:rPr>
        <w:t xml:space="preserve">[15:04] </w:t>
      </w:r>
      <w:r>
        <w:t>to Allah taala ne yeh shafqat ke maamle kiye ke sulaha paida kiye, salih logon ke zariye namune</w:t>
      </w:r>
    </w:p>
    <w:p>
      <w:pPr>
        <w:jc w:val="right"/>
      </w:pPr>
      <w:r>
        <w:t>تو اللہ تعالیٰ نے یہ شفقت کے معاملے کیے کہ صلحاء پیدا کیے، صالح لوگوں کے ذریعے نمونے</w:t>
      </w:r>
    </w:p>
    <w:p>
      <w:r>
        <w:rPr>
          <w:b/>
        </w:rPr>
        <w:t xml:space="preserve">[15:12] </w:t>
      </w:r>
      <w:r>
        <w:t>qaim kiye.</w:t>
      </w:r>
    </w:p>
    <w:p>
      <w:pPr>
        <w:jc w:val="right"/>
      </w:pPr>
      <w:r>
        <w:t>قائم کیے۔</w:t>
      </w:r>
    </w:p>
    <w:p>
      <w:r>
        <w:rPr>
          <w:b/>
        </w:rPr>
        <w:t xml:space="preserve">[15:13] </w:t>
      </w:r>
      <w:r>
        <w:t>phir tab'een ka daur aaya, sahaba ka daur aaya, sab ne namune qaim kiye, peghambaron se namune qaim</w:t>
      </w:r>
    </w:p>
    <w:p>
      <w:pPr>
        <w:jc w:val="right"/>
      </w:pPr>
      <w:r>
        <w:t>پھر تابعین کا دور آیا، صحابہ کا دور آیا، سب نے نمونے قائم کیے، پیغمبروں سے نمونے قائم</w:t>
      </w:r>
    </w:p>
    <w:p>
      <w:r>
        <w:rPr>
          <w:b/>
        </w:rPr>
        <w:t xml:space="preserve">[15:21] </w:t>
      </w:r>
      <w:r>
        <w:t>hue.</w:t>
      </w:r>
    </w:p>
    <w:p>
      <w:pPr>
        <w:jc w:val="right"/>
      </w:pPr>
      <w:r>
        <w:t>ہوئے۔</w:t>
      </w:r>
    </w:p>
    <w:p>
      <w:r>
        <w:rPr>
          <w:b/>
        </w:rPr>
        <w:t xml:space="preserve">[15:22] </w:t>
      </w:r>
      <w:r>
        <w:t>aur aakhri shafqat ka mamla Allah taala ka, aakhri rehmat ka mamla hai, apni zaat se namune qaim</w:t>
      </w:r>
    </w:p>
    <w:p>
      <w:pPr>
        <w:jc w:val="right"/>
      </w:pPr>
      <w:r>
        <w:t>اور آخری شفقت کا معاملہ اللہ تعالیٰ کا، آخری رحمت کا معاملہ ہے، اپنی ذات سے نمونے قائم</w:t>
      </w:r>
    </w:p>
    <w:p>
      <w:r>
        <w:rPr>
          <w:b/>
        </w:rPr>
        <w:t xml:space="preserve">[15:30] </w:t>
      </w:r>
      <w:r>
        <w:t>kar diye.</w:t>
      </w:r>
    </w:p>
    <w:p>
      <w:pPr>
        <w:jc w:val="right"/>
      </w:pPr>
      <w:r>
        <w:t>کر دیے۔</w:t>
      </w:r>
    </w:p>
    <w:p>
      <w:r>
        <w:rPr>
          <w:b/>
        </w:rPr>
        <w:t xml:space="preserve">[15:32] </w:t>
      </w:r>
      <w:r>
        <w:t>halankay dekhiye, agar koi shakhs na manta ho, mulhid farz ki ho, jantay hain kya is ko ganjesh</w:t>
      </w:r>
    </w:p>
    <w:p>
      <w:pPr>
        <w:jc w:val="right"/>
      </w:pPr>
      <w:r>
        <w:t>حالانکہ دیکھیے، اگر کوئی شخص نہ مانتا ہو، ملحد فرض کی ہو، جانتے ہیں کیا اس کو گنجائش</w:t>
      </w:r>
    </w:p>
    <w:p>
      <w:r>
        <w:rPr>
          <w:b/>
        </w:rPr>
        <w:t xml:space="preserve">[15:39] </w:t>
      </w:r>
      <w:r>
        <w:t>ho jati hai? woh kahega, tumhara Khuda kaisa hai? is ko yeh pata nahi hai, umrah ho</w:t>
      </w:r>
    </w:p>
    <w:p>
      <w:pPr>
        <w:jc w:val="right"/>
      </w:pPr>
      <w:r>
        <w:t>ہو جاتی ہے؟ وہ کہے گا، تمہارا خدا کیسا ہے؟ اس کو یہ پتہ نہیں ہے، عمرہ ہو</w:t>
      </w:r>
    </w:p>
    <w:p>
      <w:r>
        <w:rPr>
          <w:b/>
        </w:rPr>
        <w:t xml:space="preserve">[15:47] </w:t>
      </w:r>
      <w:r>
        <w:t>nahi pa raha is saal.</w:t>
      </w:r>
    </w:p>
    <w:p>
      <w:pPr>
        <w:jc w:val="right"/>
      </w:pPr>
      <w:r>
        <w:t>نہیں پا رہا اس سال۔</w:t>
      </w:r>
    </w:p>
    <w:p>
      <w:r>
        <w:rPr>
          <w:b/>
        </w:rPr>
        <w:t xml:space="preserve">[15:49] </w:t>
      </w:r>
      <w:r>
        <w:t>nauzubillah, yeh keh sakta hai koi? nauzubillah, yeh koi aadmi jo Allah pe yaqeen nahi rakhta</w:t>
      </w:r>
    </w:p>
    <w:p>
      <w:pPr>
        <w:jc w:val="right"/>
      </w:pPr>
      <w:r>
        <w:t>نعوذ باللہ، یہ کہہ سکتا ہے کوئی؟ نعوذ باللہ، یہ کوئی آدمی جو اللہ پہ یقین نہیں رکھتا</w:t>
      </w:r>
    </w:p>
    <w:p>
      <w:r>
        <w:rPr>
          <w:b/>
        </w:rPr>
        <w:t xml:space="preserve">[15:57] </w:t>
      </w:r>
      <w:r>
        <w:t>ho, woh mazaaq ura sakta hai.</w:t>
      </w:r>
    </w:p>
    <w:p>
      <w:pPr>
        <w:jc w:val="right"/>
      </w:pPr>
      <w:r>
        <w:t>ہو، وہ مذاق اڑا سکتا ہے۔</w:t>
      </w:r>
    </w:p>
    <w:p>
      <w:r>
        <w:rPr>
          <w:b/>
        </w:rPr>
        <w:t xml:space="preserve">[15:59] </w:t>
      </w:r>
      <w:r>
        <w:t>kaisa tumhara Khuda hai? tum se kaha ke jao umrah kar dein, aur is ko yeh pata nahi</w:t>
      </w:r>
    </w:p>
    <w:p>
      <w:pPr>
        <w:jc w:val="right"/>
      </w:pPr>
      <w:r>
        <w:t>کیسا تمہارا خدا ہے؟ تم سے کہا کہ جاؤ عمرہ کر دیں، اور اس کو یہ پتہ نہیں</w:t>
      </w:r>
    </w:p>
    <w:p>
      <w:r>
        <w:rPr>
          <w:b/>
        </w:rPr>
        <w:t xml:space="preserve">[16:07] </w:t>
      </w:r>
      <w:r>
        <w:t>tha ke umrah hone wala nahi hai? is ka bhi Allah taala ne apne apne is mein, yani</w:t>
      </w:r>
    </w:p>
    <w:p>
      <w:pPr>
        <w:jc w:val="right"/>
      </w:pPr>
      <w:r>
        <w:t>تھا کہ عمرہ ہونے والا نہیں ہے؟ اس کا بھی اللہ تعالیٰ نے اپنے اپنے اس میں، یعنی</w:t>
      </w:r>
    </w:p>
    <w:p>
      <w:r>
        <w:rPr>
          <w:b/>
        </w:rPr>
        <w:t xml:space="preserve">[16:15] </w:t>
      </w:r>
      <w:r>
        <w:t>is ka bhi lehaz dekhiye.</w:t>
      </w:r>
    </w:p>
    <w:p>
      <w:pPr>
        <w:jc w:val="right"/>
      </w:pPr>
      <w:r>
        <w:t>اس کا بھی لحاظ دیکھیے۔</w:t>
      </w:r>
    </w:p>
    <w:p>
      <w:r>
        <w:rPr>
          <w:b/>
        </w:rPr>
        <w:t xml:space="preserve">[16:17] </w:t>
      </w:r>
      <w:r>
        <w:t>Allah taala ne insaan ke sath rehmat aur shafqat ke liye.</w:t>
      </w:r>
    </w:p>
    <w:p>
      <w:pPr>
        <w:jc w:val="right"/>
      </w:pPr>
      <w:r>
        <w:t>اللہ تعالیٰ نے انسان کے ساتھ رحمت اور شفقت کے لیے۔</w:t>
      </w:r>
    </w:p>
    <w:p>
      <w:r>
        <w:rPr>
          <w:b/>
        </w:rPr>
        <w:t xml:space="preserve">[16:22] </w:t>
      </w:r>
      <w:r>
        <w:t>Allah taala ko aakhri had tak matloob hai ke insaan jo hai, jahannum se bache, jannat mein dakhil</w:t>
      </w:r>
    </w:p>
    <w:p>
      <w:pPr>
        <w:jc w:val="right"/>
      </w:pPr>
      <w:r>
        <w:t>اللہ تعالیٰ کو آخری حد تک مطلوب ہے کہ انسان جو ہے، جہنم سے بچے، جنت میں داخل</w:t>
      </w:r>
    </w:p>
    <w:p>
      <w:r>
        <w:rPr>
          <w:b/>
        </w:rPr>
        <w:t xml:space="preserve">[16:29] </w:t>
      </w:r>
      <w:r>
        <w:t>ho.</w:t>
      </w:r>
    </w:p>
    <w:p>
      <w:pPr>
        <w:jc w:val="right"/>
      </w:pPr>
      <w:r>
        <w:t>ہو۔</w:t>
      </w:r>
    </w:p>
    <w:p>
      <w:r>
        <w:rPr>
          <w:b/>
        </w:rPr>
        <w:t xml:space="preserve">[16:31] </w:t>
      </w:r>
      <w:r>
        <w:t>lekin wahi hadith mein aata hai ke log patangon ki tarah gir rahe hain jahannum mein.</w:t>
      </w:r>
    </w:p>
    <w:p>
      <w:pPr>
        <w:jc w:val="right"/>
      </w:pPr>
      <w:r>
        <w:t>لیکن وہی حدیث میں آتا ہے کہ لوگ پتنگوں کی طرح گر رہے ہیں جہنم میں۔</w:t>
      </w:r>
    </w:p>
    <w:p>
      <w:r>
        <w:rPr>
          <w:b/>
        </w:rPr>
        <w:t xml:space="preserve">[16:38] </w:t>
      </w:r>
      <w:r>
        <w:t>yeh halat hai, is ke bawajood to log gir rahe hain, log.</w:t>
      </w:r>
    </w:p>
    <w:p>
      <w:pPr>
        <w:jc w:val="right"/>
      </w:pPr>
      <w:r>
        <w:t>یہ حالت ہے، اس کے باوجود تو لوگ گر رہے ہیں، لوگ۔</w:t>
      </w:r>
    </w:p>
    <w:p>
      <w:r>
        <w:rPr>
          <w:b/>
        </w:rPr>
        <w:t xml:space="preserve">[16:43] </w:t>
      </w:r>
      <w:r>
        <w:t>lekin log samajh lete hain ke woh to kafir gir rahe honge.</w:t>
      </w:r>
    </w:p>
    <w:p>
      <w:pPr>
        <w:jc w:val="right"/>
      </w:pPr>
      <w:r>
        <w:t>لیکن لوگ سمجھ لیتے ہیں کہ وہ تو کافر گر رہے ہوں گے۔</w:t>
      </w:r>
    </w:p>
    <w:p>
      <w:r>
        <w:rPr>
          <w:b/>
        </w:rPr>
        <w:t xml:space="preserve">[16:48] </w:t>
      </w:r>
      <w:r>
        <w:t>hum kyun karenge? hum to Musalman hain.</w:t>
      </w:r>
    </w:p>
    <w:p>
      <w:pPr>
        <w:jc w:val="right"/>
      </w:pPr>
      <w:r>
        <w:t>ہم کیوں کریں گے؟ ہم تو مسلمان ہیں۔</w:t>
      </w:r>
    </w:p>
    <w:p>
      <w:r>
        <w:rPr>
          <w:b/>
        </w:rPr>
        <w:t xml:space="preserve">[16:52] </w:t>
      </w:r>
      <w:r>
        <w:t>yeh bilkul hi galat aqeeday hain.</w:t>
      </w:r>
    </w:p>
    <w:p>
      <w:pPr>
        <w:jc w:val="right"/>
      </w:pPr>
      <w:r>
        <w:t>یہ بالکل ہی غلط عقیدے ہیں۔</w:t>
      </w:r>
    </w:p>
    <w:p>
      <w:r>
        <w:rPr>
          <w:b/>
        </w:rPr>
        <w:t xml:space="preserve">[16:54] </w:t>
      </w:r>
      <w:r>
        <w:t>jannat aur jahannum ka mazaar zaati amal par hai, paidaish par nahi hai.</w:t>
      </w:r>
    </w:p>
    <w:p>
      <w:pPr>
        <w:jc w:val="right"/>
      </w:pPr>
      <w:r>
        <w:t>جنت اور جہنم کا مزار ذاتی عمل پر ہے، پیدائش پر نہیں ہے۔</w:t>
      </w:r>
    </w:p>
    <w:p>
      <w:r>
        <w:rPr>
          <w:b/>
        </w:rPr>
        <w:t xml:space="preserve">[17:00] </w:t>
      </w:r>
      <w:r>
        <w:t>laysa lilinsani illa ma saaa jannat aur jahannum ka mazaar jo hai, paidaish par nahi hai, amal par</w:t>
      </w:r>
    </w:p>
    <w:p>
      <w:pPr>
        <w:jc w:val="right"/>
      </w:pPr>
      <w:r>
        <w:t>لَيَسَ لِلْإِنْسَانِ إِلَّا مَا صَآٓا جنت اور جہنم کا مزار جو ہے، پیدائش پر نہیں ہے، عمل پر</w:t>
      </w:r>
    </w:p>
    <w:p>
      <w:r>
        <w:rPr>
          <w:b/>
        </w:rPr>
        <w:t xml:space="preserve">[17:08]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[17:09] </w:t>
      </w:r>
      <w:r>
        <w:t>to jab abhi yeh aayat parhi gayi to maine socha ke Allah taala ne kaisi kaisi ajeeb</w:t>
      </w:r>
    </w:p>
    <w:p>
      <w:pPr>
        <w:jc w:val="right"/>
      </w:pPr>
      <w:r>
        <w:t>تو جب ابھی یہ آیت پڑھی گئی تو میں نے سوچا کہ اللہ تعالیٰ نے کیسی کیسی عجیب</w:t>
      </w:r>
    </w:p>
    <w:p>
      <w:r>
        <w:rPr>
          <w:b/>
        </w:rPr>
        <w:t xml:space="preserve">[17:17] </w:t>
      </w:r>
      <w:r>
        <w:t>rehmaten kar rakhi hain ke khud apni zaat se yeh namuna qaim kiya ke dekho, tum koi mansooba</w:t>
      </w:r>
    </w:p>
    <w:p>
      <w:pPr>
        <w:jc w:val="right"/>
      </w:pPr>
      <w:r>
        <w:t>رحمتیں کر رکھی ہیں کہ خود اپنی ذات سے یہ نمونہ قائم کیا کہ دیکھو، تم کوئی منصوبہ</w:t>
      </w:r>
    </w:p>
    <w:p>
      <w:r>
        <w:rPr>
          <w:b/>
        </w:rPr>
        <w:t xml:space="preserve">[17:25] </w:t>
      </w:r>
      <w:r>
        <w:t>banaoge, ek qdam karo ge, aur darmiyan mein pata chalega ke hum mansooba jo hai, naqis</w:t>
      </w:r>
    </w:p>
    <w:p>
      <w:pPr>
        <w:jc w:val="right"/>
      </w:pPr>
      <w:r>
        <w:t>بناؤ گے، ایک اقدام کرو گے، اور درمیان میں پتہ چلے گا کہ ہم منصوبہ جو ہے، ناقص</w:t>
      </w:r>
    </w:p>
    <w:p>
      <w:r>
        <w:rPr>
          <w:b/>
        </w:rPr>
        <w:t xml:space="preserve">[17:32] </w:t>
      </w:r>
      <w:r>
        <w:t>maloomat par tha, kumtar andazay par tha.</w:t>
      </w:r>
    </w:p>
    <w:p>
      <w:pPr>
        <w:jc w:val="right"/>
      </w:pPr>
      <w:r>
        <w:t>معلومات پر تھا، کمتر اندازے پر تھا۔</w:t>
      </w:r>
    </w:p>
    <w:p>
      <w:r>
        <w:rPr>
          <w:b/>
        </w:rPr>
        <w:t xml:space="preserve">[17:35] </w:t>
      </w:r>
      <w:r>
        <w:t>yeh to yeh to nateeja milne wala nahi hai is mein.</w:t>
      </w:r>
    </w:p>
    <w:p>
      <w:pPr>
        <w:jc w:val="right"/>
      </w:pPr>
      <w:r>
        <w:t>یہ تو یہ تو نتیجہ ملنے والا نہیں ہے اس میں۔</w:t>
      </w:r>
    </w:p>
    <w:p>
      <w:r>
        <w:rPr>
          <w:b/>
        </w:rPr>
        <w:t xml:space="preserve">[17:40] </w:t>
      </w:r>
      <w:r>
        <w:t>to foran loot jao, yeh mat kaho ke bas aage hi barhte raho, aage hi barhte raho, aage</w:t>
      </w:r>
    </w:p>
    <w:p>
      <w:pPr>
        <w:jc w:val="right"/>
      </w:pPr>
      <w:r>
        <w:t>تو فوراً لوٹ جاؤ، یہ مت کہو کہ بس آگے ہی بڑھتے رہو، آگے ہی بڑھتے رہو، آگے</w:t>
      </w:r>
    </w:p>
    <w:p>
      <w:r>
        <w:rPr>
          <w:b/>
        </w:rPr>
        <w:t xml:space="preserve">[17:48] </w:t>
      </w:r>
      <w:r>
        <w:t>hi barhte raho, yahan tak ke aur kaho ke yeh to farar mein izafa hoga, aur ludo maro</w:t>
      </w:r>
    </w:p>
    <w:p>
      <w:pPr>
        <w:jc w:val="right"/>
      </w:pPr>
      <w:r>
        <w:t>ہی بڑھتے رہو، یہاں تک کہ اور کہو کہ یہ تو فرار میں اضاف ہوگا، اور لوڑو مرو</w:t>
      </w:r>
    </w:p>
    <w:p>
      <w:r>
        <w:rPr>
          <w:b/>
        </w:rPr>
        <w:t xml:space="preserve">[17:56] </w:t>
      </w:r>
      <w:r>
        <w:t>kato is mein.</w:t>
      </w:r>
    </w:p>
    <w:p>
      <w:pPr>
        <w:jc w:val="right"/>
      </w:pPr>
      <w:r>
        <w:t>کٹو اس میں۔</w:t>
      </w:r>
    </w:p>
    <w:p>
      <w:r>
        <w:rPr>
          <w:b/>
        </w:rPr>
        <w:t xml:space="preserve">[17:57] </w:t>
      </w:r>
      <w:r>
        <w:t>is ki mein misaal deta hoon ke is ko na janne ki wajah se dekhiye, jin ko aap</w:t>
      </w:r>
    </w:p>
    <w:p>
      <w:pPr>
        <w:jc w:val="right"/>
      </w:pPr>
      <w:r>
        <w:t>اس کی میں مثال دیتا ہوں کہ اس کو نہ جاننے کی وجہ سے دیکھیے، جن کو آپ</w:t>
      </w:r>
    </w:p>
    <w:p>
      <w:r>
        <w:rPr>
          <w:b/>
        </w:rPr>
        <w:t xml:space="preserve">[18:05] </w:t>
      </w:r>
      <w:r>
        <w:t>log shaheedain kehte hain, un ka qissa suniye.</w:t>
      </w:r>
    </w:p>
    <w:p>
      <w:pPr>
        <w:jc w:val="right"/>
      </w:pPr>
      <w:r>
        <w:t>لوگ شہیدین کہتے ہیں، ان کا قصہ سنیے۔</w:t>
      </w:r>
    </w:p>
    <w:p>
      <w:r>
        <w:rPr>
          <w:b/>
        </w:rPr>
        <w:t xml:space="preserve">[18:08] </w:t>
      </w:r>
      <w:r>
        <w:t>salafi log to shaheedain kehte hain, un ko naam bhi nahi lete, un ka itna bara mante hain</w:t>
      </w:r>
    </w:p>
    <w:p>
      <w:pPr>
        <w:jc w:val="right"/>
      </w:pPr>
      <w:r>
        <w:t>سلفی لوگ تو شہیدین کہتے ہیں، ان کو نام بھی نہیں لیتے، ان کا اتنا بڑا مانتے ہیں</w:t>
      </w:r>
    </w:p>
    <w:p>
      <w:r>
        <w:rPr>
          <w:b/>
        </w:rPr>
        <w:t xml:space="preserve">[18:16] </w:t>
      </w:r>
      <w:r>
        <w:t>ke woh naam bhi nahi lete, un ka.</w:t>
      </w:r>
    </w:p>
    <w:p>
      <w:pPr>
        <w:jc w:val="right"/>
      </w:pPr>
      <w:r>
        <w:t>کہ وہ نام بھی نہیں لیتے، ان کا۔</w:t>
      </w:r>
    </w:p>
    <w:p>
      <w:r>
        <w:rPr>
          <w:b/>
        </w:rPr>
        <w:t xml:space="preserve">[18:19] </w:t>
      </w:r>
      <w:r>
        <w:t>is ko aap logon ko shayad maloom nahi hoga, shaheedain ka qissa.</w:t>
      </w:r>
    </w:p>
    <w:p>
      <w:pPr>
        <w:jc w:val="right"/>
      </w:pPr>
      <w:r>
        <w:t>اس کو آپ لوگوں کو شاید معلوم نہیں ہوگا، شہیدین کا قصہ۔</w:t>
      </w:r>
    </w:p>
    <w:p>
      <w:r>
        <w:rPr>
          <w:b/>
        </w:rPr>
        <w:t xml:space="preserve">[18:24] </w:t>
      </w:r>
      <w:r>
        <w:t>do ulma, do aalim thay, Syed Muhammad shaheed Barelvi.</w:t>
      </w:r>
    </w:p>
    <w:p>
      <w:pPr>
        <w:jc w:val="right"/>
      </w:pPr>
      <w:r>
        <w:t>دو علماء، دو عالم تھے، سید محمد شہید بریلوی۔</w:t>
      </w:r>
    </w:p>
    <w:p>
      <w:r>
        <w:rPr>
          <w:b/>
        </w:rPr>
        <w:t xml:space="preserve">[18:28] </w:t>
      </w:r>
      <w:r>
        <w:t>mein to shaheed ka lafz lagana sahi nahi samajhta, lekin log baaz lagate hain, Abdullah Ismail.</w:t>
      </w:r>
    </w:p>
    <w:p>
      <w:pPr>
        <w:jc w:val="right"/>
      </w:pPr>
      <w:r>
        <w:t>میں تو شہید کا لفظ لگانا صحیح نہیں سمجھتا، لیکن لوگ بعض لگاتے ہیں، عبداللہ اسماعیل۔</w:t>
      </w:r>
    </w:p>
    <w:p>
      <w:r>
        <w:rPr>
          <w:b/>
        </w:rPr>
        <w:t xml:space="preserve">[18:35] </w:t>
      </w:r>
      <w:r>
        <w:t>do aalim thay woh.</w:t>
      </w:r>
    </w:p>
    <w:p>
      <w:pPr>
        <w:jc w:val="right"/>
      </w:pPr>
      <w:r>
        <w:t>دو عالم تھے وہ۔</w:t>
      </w:r>
    </w:p>
    <w:p>
      <w:r>
        <w:rPr>
          <w:b/>
        </w:rPr>
        <w:t xml:space="preserve">[18:37] </w:t>
      </w:r>
      <w:r>
        <w:t>to kya hua? Woh zamana tha jab ke Punjab mein Maharaja Ranjit Singh ki hukoomat thi.</w:t>
      </w:r>
    </w:p>
    <w:p>
      <w:pPr>
        <w:jc w:val="right"/>
      </w:pPr>
      <w:r>
        <w:t>تو کیا ہوا؟ وہ زمانہ تھا جب کہ پنجاب میں مہاراجہ رنجیت سنگھ کی حکومت تھی۔</w:t>
      </w:r>
    </w:p>
    <w:p>
      <w:r>
        <w:rPr>
          <w:b/>
        </w:rPr>
        <w:t xml:space="preserve">[18:44] </w:t>
      </w:r>
      <w:r>
        <w:t>to wahan se khabar aayi ke woh jo masjid mein masjid ko istbal bana diya hai, aur kya</w:t>
      </w:r>
    </w:p>
    <w:p>
      <w:pPr>
        <w:jc w:val="right"/>
      </w:pPr>
      <w:r>
        <w:t>تو وہاں سے خبر آئی کہ وہ جو مسجد میں مسجد کو استبل بنا دیا ہے، اور کیا</w:t>
      </w:r>
    </w:p>
    <w:p>
      <w:r>
        <w:rPr>
          <w:b/>
        </w:rPr>
        <w:t xml:space="preserve">[18:51] </w:t>
      </w:r>
      <w:r>
        <w:t>kar diya hai, kuch is tarah khabrein hain.</w:t>
      </w:r>
    </w:p>
    <w:p>
      <w:pPr>
        <w:jc w:val="right"/>
      </w:pPr>
      <w:r>
        <w:t>کر دیا ہے، کچھ اس طرح خبریں ہیں۔</w:t>
      </w:r>
    </w:p>
    <w:p>
      <w:r>
        <w:rPr>
          <w:b/>
        </w:rPr>
        <w:t xml:space="preserve">[18:55] </w:t>
      </w:r>
      <w:r>
        <w:t>ab in ko josh aaya jehad ka, is ko jehad karna hai.</w:t>
      </w:r>
    </w:p>
    <w:p>
      <w:pPr>
        <w:jc w:val="right"/>
      </w:pPr>
      <w:r>
        <w:t>اب ان کو جوش آیا جہاد کا، اس کو جہاد کرنا ہے۔</w:t>
      </w:r>
    </w:p>
    <w:p>
      <w:r>
        <w:rPr>
          <w:b/>
        </w:rPr>
        <w:t xml:space="preserve">[19:00] </w:t>
      </w:r>
      <w:r>
        <w:t>ab lage saare log yahan se rawana hue.</w:t>
      </w:r>
    </w:p>
    <w:p>
      <w:pPr>
        <w:jc w:val="right"/>
      </w:pPr>
      <w:r>
        <w:t>اب لگے سارے لوگ یہاں سے روانہ ہوئے۔</w:t>
      </w:r>
    </w:p>
    <w:p>
      <w:r>
        <w:rPr>
          <w:b/>
        </w:rPr>
        <w:t xml:space="preserve">[19:03] </w:t>
      </w:r>
      <w:r>
        <w:t>acha, Balakot jab pohanche to jante hain kya hua? Balakot jo is ki sarhad, yani is ki sarhad</w:t>
      </w:r>
    </w:p>
    <w:p>
      <w:pPr>
        <w:jc w:val="right"/>
      </w:pPr>
      <w:r>
        <w:t>اچھا، بالاکوٹ جب پہنچے تو جانتے ہیں کیا ہوا؟ بالاکوٹ جو اس کی سرحد، یعنی اس کی سرحد</w:t>
      </w:r>
    </w:p>
    <w:p>
      <w:r>
        <w:rPr>
          <w:b/>
        </w:rPr>
        <w:t xml:space="preserve">[19:11] </w:t>
      </w:r>
      <w:r>
        <w:t>par, Maharaja Ranjit ki hukoomat ki sarhad par, malmaan ki to rasta hi nahi maloom hai.</w:t>
      </w:r>
    </w:p>
    <w:p>
      <w:pPr>
        <w:jc w:val="right"/>
      </w:pPr>
      <w:r>
        <w:t>پر، مہاراجہ رنجیت کی حکومت کی سرحد پر، مالماں کی تو راستہ ہی نہیں معلوم ہے۔</w:t>
      </w:r>
    </w:p>
    <w:p>
      <w:r>
        <w:rPr>
          <w:b/>
        </w:rPr>
        <w:t xml:space="preserve">[19:18] </w:t>
      </w:r>
      <w:r>
        <w:t>yani Balakot se aage barhne ka rasta unhein pata nahi tha, woh kon? To phir bhi aage barh</w:t>
      </w:r>
    </w:p>
    <w:p>
      <w:pPr>
        <w:jc w:val="right"/>
      </w:pPr>
      <w:r>
        <w:t>یعنی بالاکوٹ سے آگے بڑھنے کا راستہ انہیں پتہ نہیں تھا، وہ کون؟ تو پھر بھی آگے بڑھ</w:t>
      </w:r>
    </w:p>
    <w:p>
      <w:r>
        <w:rPr>
          <w:b/>
        </w:rPr>
        <w:t xml:space="preserve">[19:26] </w:t>
      </w:r>
      <w:r>
        <w:t>rahe hain.</w:t>
      </w:r>
    </w:p>
    <w:p>
      <w:pPr>
        <w:jc w:val="right"/>
      </w:pPr>
      <w:r>
        <w:t>رہے ہیں۔</w:t>
      </w:r>
    </w:p>
    <w:p>
      <w:r>
        <w:rPr>
          <w:b/>
        </w:rPr>
        <w:t xml:space="preserve">[19:27] </w:t>
      </w:r>
      <w:r>
        <w:t>is se bari baat yeh thi ke Maharaja Ranjit Singh ne is zamane ke lehaz se top khana</w:t>
      </w:r>
    </w:p>
    <w:p>
      <w:pPr>
        <w:jc w:val="right"/>
      </w:pPr>
      <w:r>
        <w:t>اس سے بڑی بات یہ تھی کہ مہاراجہ رنجیت سنگھ نے اس زمانے کے لحاظ سے توپ خانہ</w:t>
      </w:r>
    </w:p>
    <w:p>
      <w:r>
        <w:rPr>
          <w:b/>
        </w:rPr>
        <w:t xml:space="preserve">[19:35] </w:t>
      </w:r>
      <w:r>
        <w:t>bana rakha tha.</w:t>
      </w:r>
    </w:p>
    <w:p>
      <w:pPr>
        <w:jc w:val="right"/>
      </w:pPr>
      <w:r>
        <w:t>بنا رکھا تھا۔</w:t>
      </w:r>
    </w:p>
    <w:p>
      <w:r>
        <w:rPr>
          <w:b/>
        </w:rPr>
        <w:t xml:space="preserve">[19:36] </w:t>
      </w:r>
      <w:r>
        <w:t>yeh logon ke paas sirf talwar thi, bas top khane ke mani hain ke door se aadmi mare</w:t>
      </w:r>
    </w:p>
    <w:p>
      <w:pPr>
        <w:jc w:val="right"/>
      </w:pPr>
      <w:r>
        <w:t>یہ لوگوں کے پاس صرف تلوار تھی، بس توپ خانے کے معنی ہیں کہ دور سے آدمی مارے</w:t>
      </w:r>
    </w:p>
    <w:p>
      <w:r>
        <w:rPr>
          <w:b/>
        </w:rPr>
        <w:t xml:space="preserve">[19:44] </w:t>
      </w:r>
      <w:r>
        <w:t>ga, gola, aur sab log bhool jayenge isi mein.</w:t>
      </w:r>
    </w:p>
    <w:p>
      <w:pPr>
        <w:jc w:val="right"/>
      </w:pPr>
      <w:r>
        <w:t>گا، گولا، اور سب لوگ بھول جائیں گے اسی میں۔</w:t>
      </w:r>
    </w:p>
    <w:p>
      <w:r>
        <w:rPr>
          <w:b/>
        </w:rPr>
        <w:t xml:space="preserve">[19:48] </w:t>
      </w:r>
      <w:r>
        <w:t>lekin jab aage badh gaye hain to haan, aage hi badhna hai.</w:t>
      </w:r>
    </w:p>
    <w:p>
      <w:pPr>
        <w:jc w:val="right"/>
      </w:pPr>
      <w:r>
        <w:t>لیکن جب آگے بڑھ گئے ہیں تو ہاں، آگے ہی بڑھنا ہے۔</w:t>
      </w:r>
    </w:p>
    <w:p>
      <w:r>
        <w:rPr>
          <w:b/>
        </w:rPr>
        <w:t xml:space="preserve">[19:54] </w:t>
      </w:r>
      <w:r>
        <w:t>yani kaisi ajeeb baat hai ke itne qeemti log, muqaddas log, jo dawat karte to ek aalam ko</w:t>
      </w:r>
    </w:p>
    <w:p>
      <w:pPr>
        <w:jc w:val="right"/>
      </w:pPr>
      <w:r>
        <w:t>یعنی کیسی عجیب بات ہے کہ اتنے قیمتی لوگ، مقدس لوگ، جو دعوت کرتے تو ایک عالم کو</w:t>
      </w:r>
    </w:p>
    <w:p>
      <w:r>
        <w:rPr>
          <w:b/>
        </w:rPr>
        <w:t xml:space="preserve">[20:01] </w:t>
      </w:r>
      <w:r>
        <w:t>ilzaam phaila dete hain.</w:t>
      </w:r>
    </w:p>
    <w:p>
      <w:pPr>
        <w:jc w:val="right"/>
      </w:pPr>
      <w:r>
        <w:t>الزام پھیلا دیتے ہیں۔</w:t>
      </w:r>
    </w:p>
    <w:p>
      <w:r>
        <w:rPr>
          <w:b/>
        </w:rPr>
        <w:t xml:space="preserve">[20:03] </w:t>
      </w:r>
      <w:r>
        <w:t>balakot mein ek ek aadmi shaheed ho gaya, yeh khwamkhwah lootna chahiye tha in ko ke bhai, hum</w:t>
      </w:r>
    </w:p>
    <w:p>
      <w:pPr>
        <w:jc w:val="right"/>
      </w:pPr>
      <w:r>
        <w:t>بالاکوٹ میں ایک ایک آدمی شہید ہو گیا، یہ خوامخواہ لوٹنا چاہیے تھا ان کو کہ بھئی، ہم</w:t>
      </w:r>
    </w:p>
    <w:p>
      <w:r>
        <w:rPr>
          <w:b/>
        </w:rPr>
        <w:t xml:space="preserve">[20:11] </w:t>
      </w:r>
      <w:r>
        <w:t>se hum samjhe nahi ke hum rasta yahan par sahi nahi hai, ya maharajah ranjeet singh ki taqat</w:t>
      </w:r>
    </w:p>
    <w:p>
      <w:pPr>
        <w:jc w:val="right"/>
      </w:pPr>
      <w:r>
        <w:t>سے ہم سمجھے نہیں کہ ہم راستہ یہاں پر صحیح نہیں ہے، یا مہاراجہ رنجیت سنگھ کی طاقت</w:t>
      </w:r>
    </w:p>
    <w:p>
      <w:r>
        <w:rPr>
          <w:b/>
        </w:rPr>
        <w:t xml:space="preserve">[20:18] </w:t>
      </w:r>
      <w:r>
        <w:t>zyada hai, andaaza nahi tha hum ko.</w:t>
      </w:r>
    </w:p>
    <w:p>
      <w:pPr>
        <w:jc w:val="right"/>
      </w:pPr>
      <w:r>
        <w:t>زیادہ ہے، اندازہ نہیں تھا ہم کو۔</w:t>
      </w:r>
    </w:p>
    <w:p>
      <w:r>
        <w:rPr>
          <w:b/>
        </w:rPr>
        <w:t xml:space="preserve">[20:21] </w:t>
      </w:r>
      <w:r>
        <w:t>loot lo, wapas chalo, wapas chalo, nahi, bas aage badhna hai to badhna hi hai.</w:t>
      </w:r>
    </w:p>
    <w:p>
      <w:pPr>
        <w:jc w:val="right"/>
      </w:pPr>
      <w:r>
        <w:t>لوٹو، واپس چلو، واپس چلو، نہیں، بس آگے بڑھنا ہے تو بڑھنا ہی ہے۔</w:t>
      </w:r>
    </w:p>
    <w:p>
      <w:r>
        <w:rPr>
          <w:b/>
        </w:rPr>
        <w:t xml:space="preserve">[20:27] </w:t>
      </w:r>
      <w:r>
        <w:t>aaj kal to jante hain ke suicide bombing hoti hai, isi is mein.</w:t>
      </w:r>
    </w:p>
    <w:p>
      <w:pPr>
        <w:jc w:val="right"/>
      </w:pPr>
      <w:r>
        <w:t>آج کل تو جانتے ہیں کہ سوسائیڈ بمبنگ ہوتی ہے، اسی اس میں۔</w:t>
      </w:r>
    </w:p>
    <w:p>
      <w:r>
        <w:rPr>
          <w:b/>
        </w:rPr>
        <w:t xml:space="preserve">[20:33] </w:t>
      </w:r>
      <w:r>
        <w:t>to dekhiye, log samajhte hain ke sahi makharij ke sath quran padh diya hai to ijtima ho gaya</w:t>
      </w:r>
    </w:p>
    <w:p>
      <w:pPr>
        <w:jc w:val="right"/>
      </w:pPr>
      <w:r>
        <w:t>تو دیکھیے، لوگ سمجھتے ہیں کہ صحیح مخارج کے ساتھ قرآن پڑھ دیا ہے تو اجتماع ہو گیا</w:t>
      </w:r>
    </w:p>
    <w:p>
      <w:r>
        <w:rPr>
          <w:b/>
        </w:rPr>
        <w:t xml:space="preserve">[20:41] </w:t>
      </w:r>
      <w:r>
        <w:t>ho, aur qirat ho gayi ho.</w:t>
      </w:r>
    </w:p>
    <w:p>
      <w:pPr>
        <w:jc w:val="right"/>
      </w:pPr>
      <w:r>
        <w:t>ہو، اور قرأت ہو گئی ہو۔</w:t>
      </w:r>
    </w:p>
    <w:p>
      <w:r>
        <w:rPr>
          <w:b/>
        </w:rPr>
        <w:t xml:space="preserve">[20:43] </w:t>
      </w:r>
      <w:r>
        <w:t>yeh bilkul khud sakhta baatein hain.</w:t>
      </w:r>
    </w:p>
    <w:p>
      <w:pPr>
        <w:jc w:val="right"/>
      </w:pPr>
      <w:r>
        <w:t>یہ بالکل خود ساختہ باتیں ہیں۔</w:t>
      </w:r>
    </w:p>
    <w:p>
      <w:r>
        <w:rPr>
          <w:b/>
        </w:rPr>
        <w:t xml:space="preserve">[20:46] </w:t>
      </w:r>
      <w:r>
        <w:t>quran ke mani ko aap daryaft kar payein to woh hai quran ko padhna.</w:t>
      </w:r>
    </w:p>
    <w:p>
      <w:pPr>
        <w:jc w:val="right"/>
      </w:pPr>
      <w:r>
        <w:t>قرآن کے معنی کو آپ دریافت کر پائیں تو وہ ہے قرآن کو پڑھنا۔</w:t>
      </w:r>
    </w:p>
    <w:p>
      <w:r>
        <w:rPr>
          <w:b/>
        </w:rPr>
        <w:t xml:space="preserve">[20:52] </w:t>
      </w:r>
      <w:r>
        <w:t>hum log farz ki yahan aaye hain, agar farz ki maloom ho ke sahib, teh lagana tareekh jo</w:t>
      </w:r>
    </w:p>
    <w:p>
      <w:pPr>
        <w:jc w:val="right"/>
      </w:pPr>
      <w:r>
        <w:t>ہم لوگ فرض کی یہاں آئے ہیں، اگر فرض کی معلوم ہو کہ صاحب، تہ لگانہ تاریخ جو</w:t>
      </w:r>
    </w:p>
    <w:p>
      <w:r>
        <w:rPr>
          <w:b/>
        </w:rPr>
        <w:t xml:space="preserve">[21:00] </w:t>
      </w:r>
      <w:r>
        <w:t>aati hai, zohar padha hai, hum sab ko bahar kaat dalen ge.</w:t>
      </w:r>
    </w:p>
    <w:p>
      <w:pPr>
        <w:jc w:val="right"/>
      </w:pPr>
      <w:r>
        <w:t>آتی ہے، ظہر پڑھا ہے، ہم سب کو باہر کاٹ ڈالیں گے۔</w:t>
      </w:r>
    </w:p>
    <w:p>
      <w:r>
        <w:rPr>
          <w:b/>
        </w:rPr>
        <w:t xml:space="preserve">[21:05] </w:t>
      </w:r>
      <w:r>
        <w:t>farz kijiye to phir bhi hum kahein nahi, hum to aaye hain, ab to hamein jihad karna hai,</w:t>
      </w:r>
    </w:p>
    <w:p>
      <w:pPr>
        <w:jc w:val="right"/>
      </w:pPr>
      <w:r>
        <w:t>فرض کیجئے تو پھر بھی ہم کہیں نہیں، ہم تو آئے ہیں، اب تو ہمیں جہاد کرنا ہے،</w:t>
      </w:r>
    </w:p>
    <w:p>
      <w:r>
        <w:rPr>
          <w:b/>
        </w:rPr>
        <w:t xml:space="preserve">[21:12] </w:t>
      </w:r>
      <w:r>
        <w:t>ab to hum shaheed ka darja nahi.</w:t>
      </w:r>
    </w:p>
    <w:p>
      <w:pPr>
        <w:jc w:val="right"/>
      </w:pPr>
      <w:r>
        <w:t>اب تو ہم شہید کا درجہ نہیں۔</w:t>
      </w:r>
    </w:p>
    <w:p>
      <w:r>
        <w:rPr>
          <w:b/>
        </w:rPr>
        <w:t xml:space="preserve">[21:15] </w:t>
      </w:r>
      <w:r>
        <w:t>to hamakat hogi, chup chap se is par wapas chale jayen, chup chap wapas chale jayen.</w:t>
      </w:r>
    </w:p>
    <w:p>
      <w:pPr>
        <w:jc w:val="right"/>
      </w:pPr>
      <w:r>
        <w:t>تو حماقت ہوگی، چپ چاپ سے اس پر واپس چلے جائیں، چپ چاپ واپس چلے جائیں۔</w:t>
      </w:r>
    </w:p>
    <w:p>
      <w:r>
        <w:rPr>
          <w:b/>
        </w:rPr>
        <w:t xml:space="preserve">[21:22] </w:t>
      </w:r>
      <w:r>
        <w:t>yahi yahi yahi sahi islam hai.</w:t>
      </w:r>
    </w:p>
    <w:p>
      <w:pPr>
        <w:jc w:val="right"/>
      </w:pPr>
      <w:r>
        <w:t>یہی یہی یہی صحیح اسلام ہے۔</w:t>
      </w:r>
    </w:p>
    <w:p>
      <w:r>
        <w:rPr>
          <w:b/>
        </w:rPr>
        <w:t xml:space="preserve">[21:25] </w:t>
      </w:r>
      <w:r>
        <w:t>to khulasa yeh hai ke samajh lijiye is baat ko ke Allah taala ko harghiz yeh matloob nahi</w:t>
      </w:r>
    </w:p>
    <w:p>
      <w:pPr>
        <w:jc w:val="right"/>
      </w:pPr>
      <w:r>
        <w:t>تو خلاصہ یہ ہے کہ سمجھ لیجئے اس بات کو کہ اللہ تعالیٰ کو ہرگز یہ مطلوب نہیں</w:t>
      </w:r>
    </w:p>
    <w:p>
      <w:r>
        <w:rPr>
          <w:b/>
        </w:rPr>
        <w:t xml:space="preserve">[21:33] </w:t>
      </w:r>
      <w:r>
        <w:t>ke aap khwamkhwah ladein, marein katin, harghiz nahi.</w:t>
      </w:r>
    </w:p>
    <w:p>
      <w:pPr>
        <w:jc w:val="right"/>
      </w:pPr>
      <w:r>
        <w:t>کہ آپ خوامخواہ لڑیں، مرے کٹیں، ہرگز نہیں۔</w:t>
      </w:r>
    </w:p>
    <w:p>
      <w:r>
        <w:rPr>
          <w:b/>
        </w:rPr>
        <w:t xml:space="preserve">[21:36] </w:t>
      </w:r>
      <w:r>
        <w:t>Allah taala matloob hai aap zinda rahein, apne aqal ko istemal karein, Allah ke deen ka kaam karein,</w:t>
      </w:r>
    </w:p>
    <w:p>
      <w:pPr>
        <w:jc w:val="right"/>
      </w:pPr>
      <w:r>
        <w:t>اللہ تعالیٰ مطلوب ہے آپ زندہ رہیں، اپنے عقل کو استعمال کریں، اللہ کے دین کا کام کریں،</w:t>
      </w:r>
    </w:p>
    <w:p>
      <w:r>
        <w:rPr>
          <w:b/>
        </w:rPr>
        <w:t xml:space="preserve">[21:44] </w:t>
      </w:r>
      <w:r>
        <w:t>yeh Allah taala ko matloob hai.</w:t>
      </w:r>
    </w:p>
    <w:p>
      <w:pPr>
        <w:jc w:val="right"/>
      </w:pPr>
      <w:r>
        <w:t>یہ اللہ تعالیٰ کو مطلوب ہے۔</w:t>
      </w:r>
    </w:p>
    <w:p>
      <w:r>
        <w:rPr>
          <w:b/>
        </w:rPr>
        <w:t xml:space="preserve">[21:46] </w:t>
      </w:r>
      <w:r>
        <w:t>chahe peeche hatna pade, chahe jhuk kar sajda karni pade, chahe lafz rasool Allah ko kaghaz se mita</w:t>
      </w:r>
    </w:p>
    <w:p>
      <w:pPr>
        <w:jc w:val="right"/>
      </w:pPr>
      <w:r>
        <w:t>چاہے پیچھے ہٹنا پڑے، چاہے جھک کر سجدہ کرنی پڑے، چاہے لفظ رسول اللہ کو کاغذ سے مٹا</w:t>
      </w:r>
    </w:p>
    <w:p>
      <w:r>
        <w:rPr>
          <w:b/>
        </w:rPr>
        <w:t xml:space="preserve">[21:54] </w:t>
      </w:r>
      <w:r>
        <w:t>dena pade, kuch bhi karna pade, apni jaan ko bachaiye.</w:t>
      </w:r>
    </w:p>
    <w:p>
      <w:pPr>
        <w:jc w:val="right"/>
      </w:pPr>
      <w:r>
        <w:t>دینا پڑے، کچھ بھی کرنا پڑے، اپنی جان کو بچائیے۔</w:t>
      </w:r>
    </w:p>
    <w:p>
      <w:r>
        <w:rPr>
          <w:b/>
        </w:rPr>
        <w:t xml:space="preserve">[21:58] </w:t>
      </w:r>
      <w:r>
        <w:t>yeh sab waqiyat ho chuke hain.</w:t>
      </w:r>
    </w:p>
    <w:p>
      <w:pPr>
        <w:jc w:val="right"/>
      </w:pPr>
      <w:r>
        <w:t>یہ سب واقعات ہو چکے ہیں۔</w:t>
      </w:r>
    </w:p>
    <w:p>
      <w:r>
        <w:rPr>
          <w:b/>
        </w:rPr>
        <w:t xml:space="preserve">[22:01] </w:t>
      </w:r>
      <w:r>
        <w:t>kaba mein buton ko bardasht karna paray, yani kaba mein buton ko bardasht karna paray, lafz rasool Allah</w:t>
      </w:r>
    </w:p>
    <w:p>
      <w:pPr>
        <w:jc w:val="right"/>
      </w:pPr>
      <w:r>
        <w:t>کعبہ میں بتوں کو برداشت کرنا پڑے، یعنی کعبہ میں بتوں کو برداشت کرنا پڑے، لفظ رسول اللہ</w:t>
      </w:r>
    </w:p>
    <w:p>
      <w:r>
        <w:rPr>
          <w:b/>
        </w:rPr>
        <w:t xml:space="preserve">[22:09] </w:t>
      </w:r>
      <w:r>
        <w:t>ko kaghaz se mitana paray, aur yak tarfa tor par un ki sharton ko manna paray, darmiyan se wapas</w:t>
      </w:r>
    </w:p>
    <w:p>
      <w:pPr>
        <w:jc w:val="right"/>
      </w:pPr>
      <w:r>
        <w:t>کو کاغذ سے مٹانا پڑے، اور یکطرفہ طور پر ان کی شرطوں کو ماننا پڑے، درمیان سے واپس</w:t>
      </w:r>
    </w:p>
    <w:p>
      <w:r>
        <w:rPr>
          <w:b/>
        </w:rPr>
        <w:t xml:space="preserve">[22:16] </w:t>
      </w:r>
      <w:r>
        <w:t>jana paray.</w:t>
      </w:r>
    </w:p>
    <w:p>
      <w:pPr>
        <w:jc w:val="right"/>
      </w:pPr>
      <w:r>
        <w:t>جانا پڑے۔</w:t>
      </w:r>
    </w:p>
    <w:p>
      <w:r>
        <w:rPr>
          <w:b/>
        </w:rPr>
        <w:t xml:space="preserve">[22:18] </w:t>
      </w:r>
      <w:r>
        <w:t>sab kar lo, sab kar lo, sab karo, sab theek hai, lekin khwamkhwah jana mat do.</w:t>
      </w:r>
    </w:p>
    <w:p>
      <w:pPr>
        <w:jc w:val="right"/>
      </w:pPr>
      <w:r>
        <w:t>سب کر لو، سب کر لو، سب کرو، سب ٹھیک ہے، لیکن خوامخواہ جانا مت دو۔</w:t>
      </w:r>
    </w:p>
    <w:p>
      <w:r>
        <w:rPr>
          <w:b/>
        </w:rPr>
        <w:t xml:space="preserve">[22:25] </w:t>
      </w:r>
      <w:r>
        <w:t>kis tarah yeh sab baatein aap ko khitabat lagti hain? ji nahin, ji nahin, kis tarah yeh sab</w:t>
      </w:r>
    </w:p>
    <w:p>
      <w:pPr>
        <w:jc w:val="right"/>
      </w:pPr>
      <w:r>
        <w:t>کس طرح یہ سب باتیں آپ کو خطابت لگتی ہیں؟ جی نہیں، جی نہیں، کس طرح یہ سب</w:t>
      </w:r>
    </w:p>
    <w:p>
      <w:r>
        <w:rPr>
          <w:b/>
        </w:rPr>
        <w:t xml:space="preserve">[22:32] </w:t>
      </w:r>
      <w:r>
        <w:t>baatein khitabat lagti hain? aap ko nahin, main khitabat hain.</w:t>
      </w:r>
    </w:p>
    <w:p>
      <w:pPr>
        <w:jc w:val="right"/>
      </w:pPr>
      <w:r>
        <w:t>باتیں خطابت لگتی ہیں؟ آپ کو نہیں، میں خطابت ہیں۔</w:t>
      </w:r>
    </w:p>
    <w:p>
      <w:r>
        <w:rPr>
          <w:b/>
        </w:rPr>
        <w:t xml:space="preserve">[22:37] </w:t>
      </w:r>
      <w:r>
        <w:t>aap log rasool Allah ko sirf yani naat khwani jantay hain, is ke siwa kuch jantay hain, aur</w:t>
      </w:r>
    </w:p>
    <w:p>
      <w:pPr>
        <w:jc w:val="right"/>
      </w:pPr>
      <w:r>
        <w:t>آپ لوگ رسول اللہ کو صرف یعنی نعت خوانی جانتے ہیں، اس کے سوا کچھ جانتے ہیں، اور</w:t>
      </w:r>
    </w:p>
    <w:p>
      <w:r>
        <w:rPr>
          <w:b/>
        </w:rPr>
        <w:t xml:space="preserve">[22:44] </w:t>
      </w:r>
      <w:r>
        <w:t>sunnat rasool Allah, sunnat, sunnat ke mani kuch chand choti choti jo jama rakha hai, lambi dadi, aur</w:t>
      </w:r>
    </w:p>
    <w:p>
      <w:pPr>
        <w:jc w:val="right"/>
      </w:pPr>
      <w:r>
        <w:t>سنت رسول اللہ، سنت، سنت کے معنی کچھ چند چھوٹی چھوٹی جو جمع رکھا ہے، لمبی داڑھی، اور</w:t>
      </w:r>
    </w:p>
    <w:p>
      <w:r>
        <w:rPr>
          <w:b/>
        </w:rPr>
        <w:t xml:space="preserve">[22:52] </w:t>
      </w:r>
      <w:r>
        <w:t>aisi kuch aur cheezain.</w:t>
      </w:r>
    </w:p>
    <w:p>
      <w:pPr>
        <w:jc w:val="right"/>
      </w:pPr>
      <w:r>
        <w:t>ایسی کچھ اور چیزیں۔</w:t>
      </w:r>
    </w:p>
    <w:p>
      <w:r>
        <w:rPr>
          <w:b/>
        </w:rPr>
        <w:t xml:space="preserve">[22:54] </w:t>
      </w:r>
      <w:r>
        <w:t>yeh sabit shuda tor par baatein jo mein keh raha hoon, woh sabit shuda hain ke rasool Allah</w:t>
      </w:r>
    </w:p>
    <w:p>
      <w:pPr>
        <w:jc w:val="right"/>
      </w:pPr>
      <w:r>
        <w:t>یہ ثابت شدہ طور پر باتیں جو میں کہہ رہا ہوں، وہ ثابت شدہ ہیں کہ رسول اللہ</w:t>
      </w:r>
    </w:p>
    <w:p>
      <w:r>
        <w:rPr>
          <w:b/>
        </w:rPr>
        <w:t xml:space="preserve">[23:02] </w:t>
      </w:r>
      <w:r>
        <w:t>ne kaba mein buton ko bardasht kiya, koi tod phor nahin ki, but shikan nahin ki.</w:t>
      </w:r>
    </w:p>
    <w:p>
      <w:pPr>
        <w:jc w:val="right"/>
      </w:pPr>
      <w:r>
        <w:t>نے کعبہ میں بتوں کو برداشت کیا، کوئی توڑ پھوڑ نہیں کی، بت شکنی نہیں کی۔</w:t>
      </w:r>
    </w:p>
    <w:p>
      <w:r>
        <w:rPr>
          <w:b/>
        </w:rPr>
        <w:t xml:space="preserve">[23:08] </w:t>
      </w:r>
      <w:r>
        <w:t>rasool Allah ne Hudaybiyah ke moqa par un ki sharton ka katrawa man liya.</w:t>
      </w:r>
    </w:p>
    <w:p>
      <w:pPr>
        <w:jc w:val="right"/>
      </w:pPr>
      <w:r>
        <w:t>رسول اللہ نے حدیبیہ کے موقع پر ان کی شرطوں کا کتروا من لیا۔</w:t>
      </w:r>
    </w:p>
    <w:p>
      <w:r>
        <w:rPr>
          <w:b/>
        </w:rPr>
        <w:t xml:space="preserve">[23:14] </w:t>
      </w:r>
      <w:r>
        <w:t>rasool Allah ne kaghaz pe likha hua lafz rasool ke sath, yani Muhammad ke sath, rasool Allah ke</w:t>
      </w:r>
    </w:p>
    <w:p>
      <w:pPr>
        <w:jc w:val="right"/>
      </w:pPr>
      <w:r>
        <w:t>رسول اللہ نے کاغذ پہ لکھا ہوا لفظ رسول کے ساتھ، یعنی محمد کے ساتھ، رسول اللہ کے</w:t>
      </w:r>
    </w:p>
    <w:p>
      <w:r>
        <w:rPr>
          <w:b/>
        </w:rPr>
        <w:t xml:space="preserve">[23:22] </w:t>
      </w:r>
      <w:r>
        <w:t>sath, aap ne rasool Allah mita diya, sirf Muhammad baqi reh gaya.</w:t>
      </w:r>
    </w:p>
    <w:p>
      <w:pPr>
        <w:jc w:val="right"/>
      </w:pPr>
      <w:r>
        <w:t>ساتھ، آپ نے رسول اللہ مٹا دیا، صرف محمد باقی رہ گیا۔</w:t>
      </w:r>
    </w:p>
    <w:p>
      <w:r>
        <w:rPr>
          <w:b/>
        </w:rPr>
        <w:t xml:space="preserve">[23:27] </w:t>
      </w:r>
      <w:r>
        <w:t>Muhammad bin Abdullah yeh bhi kiya, umrah kiye ke baghair lot gaye, aur aakhri had kiya, aakhri had,</w:t>
      </w:r>
    </w:p>
    <w:p>
      <w:pPr>
        <w:jc w:val="right"/>
      </w:pPr>
      <w:r>
        <w:t>محمد بن عبداللہ یہ بھی کیا، عمرہ کیے کے بغیر لوٹ گئے، اور آخری حد کیا، آخری حد،</w:t>
      </w:r>
    </w:p>
    <w:p>
      <w:r>
        <w:rPr>
          <w:b/>
        </w:rPr>
        <w:t xml:space="preserve">[23:35] </w:t>
      </w:r>
      <w:r>
        <w:t>aakhri had ke Madine mein Yahood ki qibla ko apna qibla bana liya.</w:t>
      </w:r>
    </w:p>
    <w:p>
      <w:pPr>
        <w:jc w:val="right"/>
      </w:pPr>
      <w:r>
        <w:t>آخری حد کہ مدینے میں یہود کی قبلہ کو اپنا قبلہ بنا لیا۔</w:t>
      </w:r>
    </w:p>
    <w:p>
      <w:r>
        <w:rPr>
          <w:b/>
        </w:rPr>
        <w:t xml:space="preserve">[23:41] </w:t>
      </w:r>
      <w:r>
        <w:t>is se aagay koi had nahin ho sakti, kyunke bazahir to yeh tha ke woh to namazi nahin</w:t>
      </w:r>
    </w:p>
    <w:p>
      <w:pPr>
        <w:jc w:val="right"/>
      </w:pPr>
      <w:r>
        <w:t>اس سے آگے کوئی حد نہیں ہو سکتی، کیونکہ بظاہر تو یہ تھا کہ وہ تو نمازی نہیں</w:t>
      </w:r>
    </w:p>
    <w:p>
      <w:r>
        <w:rPr>
          <w:b/>
        </w:rPr>
        <w:t xml:space="preserve">[23:48] </w:t>
      </w:r>
      <w:r>
        <w:t>ho gaye.</w:t>
      </w:r>
    </w:p>
    <w:p>
      <w:pPr>
        <w:jc w:val="right"/>
      </w:pPr>
      <w:r>
        <w:t>ہو گئے۔</w:t>
      </w:r>
    </w:p>
    <w:p>
      <w:r>
        <w:rPr>
          <w:b/>
        </w:rPr>
        <w:t xml:space="preserve">[23:50] </w:t>
      </w:r>
      <w:r>
        <w:t>fiqhi aitbar se dekha jaye to jab aap ne qibla badal denge to namazi nahin ho gaye.</w:t>
      </w:r>
    </w:p>
    <w:p>
      <w:pPr>
        <w:jc w:val="right"/>
      </w:pPr>
      <w:r>
        <w:t>فقہی اعتبار سے دیکھا جائے تو جب آپ نے قبلہ بدل دیں گے تو نمازی نہیں ہو گئے۔</w:t>
      </w:r>
    </w:p>
    <w:p>
      <w:r>
        <w:rPr>
          <w:b/>
        </w:rPr>
        <w:t xml:space="preserve">[23:58] </w:t>
      </w:r>
      <w:r>
        <w:t>kitnay se? 16 mahine tak? sahib, kitnay se? hain 16, 16 mahine tak Yahood ki qibla ke jin</w:t>
      </w:r>
    </w:p>
    <w:p>
      <w:pPr>
        <w:jc w:val="right"/>
      </w:pPr>
      <w:r>
        <w:t>کتنے سے؟ 16 مہینے تک؟ صاحب، کتنے سے؟ ہیں 16، 16 مہینے تک یہود کی قبلے کے جن</w:t>
      </w:r>
    </w:p>
    <w:p>
      <w:r>
        <w:rPr>
          <w:b/>
        </w:rPr>
        <w:t xml:space="preserve">[24:05] </w:t>
      </w:r>
      <w:r>
        <w:t>Yahood ko aap kehtay hain, aur woh yani pata nahin kiya kehtay hain, ji un ke qibla ko</w:t>
      </w:r>
    </w:p>
    <w:p>
      <w:pPr>
        <w:jc w:val="right"/>
      </w:pPr>
      <w:r>
        <w:t>یہود کو آپ کہتے ہیں، اور وہ یعنی پتہ نہیں کیا کہتے ہیں، جی ان کے قبلے کو</w:t>
      </w:r>
    </w:p>
    <w:p>
      <w:r>
        <w:rPr>
          <w:b/>
        </w:rPr>
        <w:t xml:space="preserve">[24:13] </w:t>
      </w:r>
      <w:r>
        <w:t>apna qibla bana liya.</w:t>
      </w:r>
    </w:p>
    <w:p>
      <w:pPr>
        <w:jc w:val="right"/>
      </w:pPr>
      <w:r>
        <w:t>اپنا قبلہ بنا لیا۔</w:t>
      </w:r>
    </w:p>
    <w:p>
      <w:r>
        <w:rPr>
          <w:b/>
        </w:rPr>
        <w:t xml:space="preserve">[24:15] </w:t>
      </w:r>
      <w:r>
        <w:t>16 mahine tak is ko parhtay rahe, kyun? Islam mein, Islam mein yani maqsad ki ahmiyat hai, marne</w:t>
      </w:r>
    </w:p>
    <w:p>
      <w:pPr>
        <w:jc w:val="right"/>
      </w:pPr>
      <w:r>
        <w:t>16 مہینے تک اس کو پڑھتے رہے، کیوں؟ اسلام میں، اسلام میں یعنی مقصد کی اہمیت ہے، مرنے</w:t>
      </w:r>
    </w:p>
    <w:p>
      <w:r>
        <w:rPr>
          <w:b/>
        </w:rPr>
        <w:t xml:space="preserve">[24:22] </w:t>
      </w:r>
      <w:r>
        <w:t>ki ahmiyat nahin hai.</w:t>
      </w:r>
    </w:p>
    <w:p>
      <w:pPr>
        <w:jc w:val="right"/>
      </w:pPr>
      <w:r>
        <w:t>کی اہمیت نہیں ہے۔</w:t>
      </w:r>
    </w:p>
    <w:p>
      <w:r>
        <w:rPr>
          <w:b/>
        </w:rPr>
        <w:t xml:space="preserve">[24:24] </w:t>
      </w:r>
      <w:r>
        <w:t>Islam mein maqsad ki ahmiyat hai, marne ki ahmiyat nahin hai.</w:t>
      </w:r>
    </w:p>
    <w:p>
      <w:pPr>
        <w:jc w:val="right"/>
      </w:pPr>
      <w:r>
        <w:t>اسلام میں مقصد کی اہمیت ہے، مرنے کی اہمیت نہیں ہے۔</w:t>
      </w:r>
    </w:p>
    <w:p>
      <w:r>
        <w:rPr>
          <w:b/>
        </w:rPr>
        <w:t xml:space="preserve">[24:29] </w:t>
      </w:r>
      <w:r>
        <w:t>maqsad ki khatir peechay hato ya kuch bhi karo, apni jaan bachao taake is maqsad ke liye tum</w:t>
      </w:r>
    </w:p>
    <w:p>
      <w:pPr>
        <w:jc w:val="right"/>
      </w:pPr>
      <w:r>
        <w:t>مقصد کی خاطر پیچھے ہٹو یا کچھ بھی کرو، اپنی جان بچاؤ تاکہ اس مقصد کے لیے تم</w:t>
      </w:r>
    </w:p>
    <w:p>
      <w:r>
        <w:rPr>
          <w:b/>
        </w:rPr>
        <w:t xml:space="preserve">[24:37] </w:t>
      </w:r>
      <w:r>
        <w:t>kaam kaam kar sako.</w:t>
      </w:r>
    </w:p>
    <w:p>
      <w:pPr>
        <w:jc w:val="right"/>
      </w:pPr>
      <w:r>
        <w:t>کام کام کر سکو۔</w:t>
      </w:r>
    </w:p>
    <w:p>
      <w:r>
        <w:rPr>
          <w:b/>
        </w:rPr>
        <w:t xml:space="preserve">[24:38] </w:t>
      </w:r>
      <w:r>
        <w:t>mein samajhta hoon ke agar mein kahoon to galat nahi hoga ke Islam ke mutabiq sab se bara</w:t>
      </w:r>
    </w:p>
    <w:p>
      <w:pPr>
        <w:jc w:val="right"/>
      </w:pPr>
      <w:r>
        <w:t>میں سمجھتا ہوں کہ اگر میں کہوں تو غلط نہیں ہوگا کہ اسلام کے مطابق سب سے بڑا</w:t>
      </w:r>
    </w:p>
    <w:p>
      <w:r>
        <w:rPr>
          <w:b/>
        </w:rPr>
        <w:t xml:space="preserve">[24:46] </w:t>
      </w:r>
      <w:r>
        <w:t>iqdam peechay hatna hai, aagay barhna nahi hai.</w:t>
      </w:r>
    </w:p>
    <w:p>
      <w:pPr>
        <w:jc w:val="right"/>
      </w:pPr>
      <w:r>
        <w:t>اقدام پیچھے ہٹنا ہے، آگے بڑھنا نہیں ہے۔</w:t>
      </w:r>
    </w:p>
    <w:p>
      <w:r>
        <w:rPr>
          <w:b/>
        </w:rPr>
        <w:t xml:space="preserve">[24:49] </w:t>
      </w:r>
      <w:r>
        <w:t>sab se bari bahaduri peechay hatna hai, aagay barhna nahi hai.</w:t>
      </w:r>
    </w:p>
    <w:p>
      <w:pPr>
        <w:jc w:val="right"/>
      </w:pPr>
      <w:r>
        <w:t>سب سے بڑی بہادری پیچھے ہٹنا ہے، آگے بڑھنا نہیں ہے۔</w:t>
      </w:r>
    </w:p>
    <w:p>
      <w:r>
        <w:rPr>
          <w:b/>
        </w:rPr>
        <w:t xml:space="preserve">[24:54] </w:t>
      </w:r>
      <w:r>
        <w:t>sab se bari yaani hikmat, mansooba bandi peechay hatna hai, aagay barhna nahi hai.</w:t>
      </w:r>
    </w:p>
    <w:p>
      <w:pPr>
        <w:jc w:val="right"/>
      </w:pPr>
      <w:r>
        <w:t>سب سے بڑی یعنی حکمت، منصوبہ بندی پیچھے ہٹنا ہے، آگے بڑھنا نہیں ہے۔</w:t>
      </w:r>
    </w:p>
    <w:p>
      <w:r>
        <w:rPr>
          <w:b/>
        </w:rPr>
        <w:t xml:space="preserve">[25:00] </w:t>
      </w:r>
      <w:r>
        <w:t>sab rasool Allah peechay hi to hatay.</w:t>
      </w:r>
    </w:p>
    <w:p>
      <w:pPr>
        <w:jc w:val="right"/>
      </w:pPr>
      <w:r>
        <w:t>سب رسول اللہ پیچھے ہی تو ہٹے۔</w:t>
      </w:r>
    </w:p>
    <w:p>
      <w:r>
        <w:rPr>
          <w:b/>
        </w:rPr>
        <w:t xml:space="preserve">[25:03] </w:t>
      </w:r>
      <w:r>
        <w:t>kaba mein jo buton ko nahi chora tha, peechay hatay.</w:t>
      </w:r>
    </w:p>
    <w:p>
      <w:pPr>
        <w:jc w:val="right"/>
      </w:pPr>
      <w:r>
        <w:t>کعبہ میں جو بتوں کو نہیں چھوڑا تھا، پیچھے ہٹے۔</w:t>
      </w:r>
    </w:p>
    <w:p>
      <w:r>
        <w:rPr>
          <w:b/>
        </w:rPr>
        <w:t xml:space="preserve">[25:07] </w:t>
      </w:r>
      <w:r>
        <w:t>makkah chor ke hijrat kar liya to peechay hatay.</w:t>
      </w:r>
    </w:p>
    <w:p>
      <w:pPr>
        <w:jc w:val="right"/>
      </w:pPr>
      <w:r>
        <w:t>مکہ چھوڑ کے ہجرت کر لیا تو پیچھے ہٹے۔</w:t>
      </w:r>
    </w:p>
    <w:p>
      <w:r>
        <w:rPr>
          <w:b/>
        </w:rPr>
        <w:t xml:space="preserve">[25:11] </w:t>
      </w:r>
      <w:r>
        <w:t>madinay pohanch kar yahood ki qibla ko rukh qibla bana liya to peechay hatay.</w:t>
      </w:r>
    </w:p>
    <w:p>
      <w:pPr>
        <w:jc w:val="right"/>
      </w:pPr>
      <w:r>
        <w:t>مدینے پہنچ کر یہود کی قبلہ کو رخ قبلہ بنا لیا تو پیچھے ہٹے۔</w:t>
      </w:r>
    </w:p>
    <w:p>
      <w:r>
        <w:rPr>
          <w:b/>
        </w:rPr>
        <w:t xml:space="preserve">[25:17] </w:t>
      </w:r>
      <w:r>
        <w:t>rasool Allah ki zindagi mein barh kar iqdam karo, maro un ko.</w:t>
      </w:r>
    </w:p>
    <w:p>
      <w:pPr>
        <w:jc w:val="right"/>
      </w:pPr>
      <w:r>
        <w:t>رسول اللہ کی زندگی میں بڑھ کر اقدام کرو، مارو ان کو۔</w:t>
      </w:r>
    </w:p>
    <w:p>
      <w:r>
        <w:rPr>
          <w:b/>
        </w:rPr>
        <w:t xml:space="preserve">[25:22] </w:t>
      </w:r>
      <w:r>
        <w:t>yeh koi misaal hi is ki nahi hai, aik bhi misaal nahi hai, jaisa ke musalman arz karte</w:t>
      </w:r>
    </w:p>
    <w:p>
      <w:pPr>
        <w:jc w:val="right"/>
      </w:pPr>
      <w:r>
        <w:t>یہ کوئی مثال ہی اس کی نہیں ہے، ایک بھی مثال نہیں ہے، جیسا کہ مسلمان عرض کرتے</w:t>
      </w:r>
    </w:p>
    <w:p>
      <w:r>
        <w:rPr>
          <w:b/>
        </w:rPr>
        <w:t xml:space="preserve">[25:30]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[25:32] </w:t>
      </w:r>
      <w:r>
        <w:t>tab peechay hatnay ki misalein hain, sab misalein peechay hatnay ki hain.</w:t>
      </w:r>
    </w:p>
    <w:p>
      <w:pPr>
        <w:jc w:val="right"/>
      </w:pPr>
      <w:r>
        <w:t>تب پیچھے ہٹنے کی مثالیں ہیں، سب مثالیں پیچھے ہٹنے کی ہیں۔</w:t>
      </w:r>
    </w:p>
    <w:p>
      <w:r>
        <w:rPr>
          <w:b/>
        </w:rPr>
        <w:t xml:space="preserve">[25:37] </w:t>
      </w:r>
      <w:r>
        <w:t>dekhein, mein shuru se lijiyay.</w:t>
      </w:r>
    </w:p>
    <w:p>
      <w:pPr>
        <w:jc w:val="right"/>
      </w:pPr>
      <w:r>
        <w:t>دیکھیں، میں شروع سے لیجئے۔</w:t>
      </w:r>
    </w:p>
    <w:p>
      <w:r>
        <w:rPr>
          <w:b/>
        </w:rPr>
        <w:t xml:space="preserve">[25:39] </w:t>
      </w:r>
      <w:r>
        <w:t>rasool Allah ko jab nabuwat mili to teen saal tak aap ne yaani ailan ke sath kaam nahi</w:t>
      </w:r>
    </w:p>
    <w:p>
      <w:pPr>
        <w:jc w:val="right"/>
      </w:pPr>
      <w:r>
        <w:t>رسول اللہ کو جب نبوت ملی تو تین سال تک آپ نے یعنی اعلان کے ساتھ کام نہیں</w:t>
      </w:r>
    </w:p>
    <w:p>
      <w:r>
        <w:rPr>
          <w:b/>
        </w:rPr>
        <w:t xml:space="preserve">[25:47] </w:t>
      </w:r>
      <w:r>
        <w:t>kiya.</w:t>
      </w:r>
    </w:p>
    <w:p>
      <w:pPr>
        <w:jc w:val="right"/>
      </w:pPr>
      <w:r>
        <w:t>کیا۔</w:t>
      </w:r>
    </w:p>
    <w:p>
      <w:r>
        <w:rPr>
          <w:b/>
        </w:rPr>
        <w:t xml:space="preserve">[25:48] </w:t>
      </w:r>
      <w:r>
        <w:t>kis tarah? teen saal tak? ji, teen saal tak aap ne ailan ke sath kaam hi nahi kiya.</w:t>
      </w:r>
    </w:p>
    <w:p>
      <w:pPr>
        <w:jc w:val="right"/>
      </w:pPr>
      <w:r>
        <w:t>کس طرح؟ تین سال تک؟ جی، تین سال تک آپ نے اعلان کے ساتھ کام ہی نہیں کیا۔</w:t>
      </w:r>
    </w:p>
    <w:p>
      <w:r>
        <w:rPr>
          <w:b/>
        </w:rPr>
        <w:t xml:space="preserve">[25:56] </w:t>
      </w:r>
      <w:r>
        <w:t>yeh yeh peechay hata nahi tha, kiya peechay hata tha? kaba mein but thay, is ne kuch masla</w:t>
      </w:r>
    </w:p>
    <w:p>
      <w:pPr>
        <w:jc w:val="right"/>
      </w:pPr>
      <w:r>
        <w:t>یہ یہ پیچھے ہٹا نہیں تھا، کیا پیچھے ہٹا تھا؟ کعبہ میں بت تھے، اس نے کچھ مسئلہ</w:t>
      </w:r>
    </w:p>
    <w:p>
      <w:r>
        <w:rPr>
          <w:b/>
        </w:rPr>
        <w:t xml:space="preserve">[26:04] </w:t>
      </w:r>
      <w:r>
        <w:t>chora nahi.</w:t>
      </w:r>
    </w:p>
    <w:p>
      <w:pPr>
        <w:jc w:val="right"/>
      </w:pPr>
      <w:r>
        <w:t>چھوڑا نہیں۔</w:t>
      </w:r>
    </w:p>
    <w:p>
      <w:r>
        <w:rPr>
          <w:b/>
        </w:rPr>
        <w:t xml:space="preserve">[26:05] </w:t>
      </w:r>
      <w:r>
        <w:t>ja ke jab namaz parh liya, namaz pohanch rahay, yeh peechay hata tha.</w:t>
      </w:r>
    </w:p>
    <w:p>
      <w:pPr>
        <w:jc w:val="right"/>
      </w:pPr>
      <w:r>
        <w:t>جا کے جب نماز پڑھ لیا، نماز پہنچے رہے، یہ پیچھے ہٹا تھا۔</w:t>
      </w:r>
    </w:p>
    <w:p>
      <w:r>
        <w:rPr>
          <w:b/>
        </w:rPr>
        <w:t xml:space="preserve">[26:11] </w:t>
      </w:r>
      <w:r>
        <w:t>jab un logon ne jhagda chora, yaani abu talib ke baad masla paida hua, ab taif gaye man'a</w:t>
      </w:r>
    </w:p>
    <w:p>
      <w:pPr>
        <w:jc w:val="right"/>
      </w:pPr>
      <w:r>
        <w:t>جب ان لوگوں نے جھگڑا چھوڑا، یعنی ابو طالب کے بعد مسئلہ پیدا ہوا، اب طائف گئے منع</w:t>
      </w:r>
    </w:p>
    <w:p>
      <w:r>
        <w:rPr>
          <w:b/>
        </w:rPr>
        <w:t xml:space="preserve">[26:18] </w:t>
      </w:r>
      <w:r>
        <w:t>hasil karne ke liye.</w:t>
      </w:r>
    </w:p>
    <w:p>
      <w:pPr>
        <w:jc w:val="right"/>
      </w:pPr>
      <w:r>
        <w:t>حاصل کرنے کے لیے۔</w:t>
      </w:r>
    </w:p>
    <w:p>
      <w:r>
        <w:rPr>
          <w:b/>
        </w:rPr>
        <w:t xml:space="preserve">[26:20] </w:t>
      </w:r>
      <w:r>
        <w:t>wahan unhon ne nahi qabool kiya, lotna para.</w:t>
      </w:r>
    </w:p>
    <w:p>
      <w:pPr>
        <w:jc w:val="right"/>
      </w:pPr>
      <w:r>
        <w:t>وہاں انہوں نے نہیں قبول کیا، لوٹنا پڑا۔</w:t>
      </w:r>
    </w:p>
    <w:p>
      <w:r>
        <w:rPr>
          <w:b/>
        </w:rPr>
        <w:t xml:space="preserve">[26:23] </w:t>
      </w:r>
      <w:r>
        <w:t>abu talib mar chukay thay to muti' ibn adi ki himayat mein makkah mein yeh bhi peechay hata</w:t>
      </w:r>
    </w:p>
    <w:p>
      <w:pPr>
        <w:jc w:val="right"/>
      </w:pPr>
      <w:r>
        <w:t>ابو طالب مر چکے تھے تو مطیع ابن عدی کی حمایت میں مکے میں یہ بھی پیچھے ہٹا</w:t>
      </w:r>
    </w:p>
    <w:p>
      <w:r>
        <w:rPr>
          <w:b/>
        </w:rPr>
        <w:t xml:space="preserve">[26:31] </w:t>
      </w:r>
      <w:r>
        <w:t>tha.</w:t>
      </w:r>
    </w:p>
    <w:p>
      <w:pPr>
        <w:jc w:val="right"/>
      </w:pPr>
      <w:r>
        <w:t>تھا۔</w:t>
      </w:r>
    </w:p>
    <w:p>
      <w:r>
        <w:rPr>
          <w:b/>
        </w:rPr>
        <w:t xml:space="preserve">[26:33] </w:t>
      </w:r>
      <w:r>
        <w:t>mushrik ki himayat mein peechay hata nahi hai.</w:t>
      </w:r>
    </w:p>
    <w:p>
      <w:pPr>
        <w:jc w:val="right"/>
      </w:pPr>
      <w:r>
        <w:t>مشرک کی حمایت میں پیچھے ہٹا نہیں ہے۔</w:t>
      </w:r>
    </w:p>
    <w:p>
      <w:r>
        <w:rPr>
          <w:b/>
        </w:rPr>
        <w:t xml:space="preserve">[26:36] </w:t>
      </w:r>
      <w:r>
        <w:t>yeh aik aik aik paighambar jo tauheed ka daai ho, woh mushrik ki himayat mein makkah mein rahay,</w:t>
      </w:r>
    </w:p>
    <w:p>
      <w:pPr>
        <w:jc w:val="right"/>
      </w:pPr>
      <w:r>
        <w:t>یہ ایک ایک ایک پیغمبر جو توحید کا داعی ہو، وہ مشرک کی حمایت میں مکہ میں رہے،</w:t>
      </w:r>
    </w:p>
    <w:p>
      <w:r>
        <w:rPr>
          <w:b/>
        </w:rPr>
        <w:t xml:space="preserve">[26:44] </w:t>
      </w:r>
      <w:r>
        <w:t>yeh peechay hatta hai.</w:t>
      </w:r>
    </w:p>
    <w:p>
      <w:pPr>
        <w:jc w:val="right"/>
      </w:pPr>
      <w:r>
        <w:t>یہ پیچھے ہٹتا ہے۔</w:t>
      </w:r>
    </w:p>
    <w:p>
      <w:r>
        <w:rPr>
          <w:b/>
        </w:rPr>
        <w:t xml:space="preserve">[26:46] </w:t>
      </w:r>
      <w:r>
        <w:t>phir jab unhon ne kaha ke hum to aap ko rehne nahi denge makkah mein, to chalay gaye</w:t>
      </w:r>
    </w:p>
    <w:p>
      <w:pPr>
        <w:jc w:val="right"/>
      </w:pPr>
      <w:r>
        <w:t>پھر جب انہوں نے کہا کہ ہم تو آپ کو رہنے نہیں دیں مکہ میں، تو چلے گئے</w:t>
      </w:r>
    </w:p>
    <w:p>
      <w:r>
        <w:rPr>
          <w:b/>
        </w:rPr>
        <w:t xml:space="preserve">[26:53] </w:t>
      </w:r>
      <w:r>
        <w:t>she'b Abi Talib mein teen saal ke liye.</w:t>
      </w:r>
    </w:p>
    <w:p>
      <w:pPr>
        <w:jc w:val="right"/>
      </w:pPr>
      <w:r>
        <w:t>شیبہ ابی طالب میں تین سال کے لیے۔</w:t>
      </w:r>
    </w:p>
    <w:p>
      <w:r>
        <w:rPr>
          <w:b/>
        </w:rPr>
        <w:t xml:space="preserve">[26:57] </w:t>
      </w:r>
      <w:r>
        <w:t>wohi peechay hatna tha.</w:t>
      </w:r>
    </w:p>
    <w:p>
      <w:pPr>
        <w:jc w:val="right"/>
      </w:pPr>
      <w:r>
        <w:t>وہی پیچھے ہٹنا تھا۔</w:t>
      </w:r>
    </w:p>
    <w:p>
      <w:r>
        <w:rPr>
          <w:b/>
        </w:rPr>
        <w:t xml:space="preserve">[26:58] </w:t>
      </w:r>
      <w:r>
        <w:t>phir unhon ne kaha ke nahi, aap to qatl kar dalenge, to hum madine chalay gaye.</w:t>
      </w:r>
    </w:p>
    <w:p>
      <w:pPr>
        <w:jc w:val="right"/>
      </w:pPr>
      <w:r>
        <w:t>پھر انہوں نے کہا کہ نہیں، آپ تو قتل کر ڈالیں گے، تو ہم مدینے چلے گئے۔</w:t>
      </w:r>
    </w:p>
    <w:p>
      <w:r>
        <w:rPr>
          <w:b/>
        </w:rPr>
        <w:t xml:space="preserve">[27:06] </w:t>
      </w:r>
      <w:r>
        <w:t>wohi peechay hatna tha.</w:t>
      </w:r>
    </w:p>
    <w:p>
      <w:pPr>
        <w:jc w:val="right"/>
      </w:pPr>
      <w:r>
        <w:t>وہی پیچھے ہٹنا تھا۔</w:t>
      </w:r>
    </w:p>
    <w:p>
      <w:r>
        <w:rPr>
          <w:b/>
        </w:rPr>
        <w:t xml:space="preserve">[27:07] </w:t>
      </w:r>
      <w:r>
        <w:t>madine bhi gaye to aap ko maloom hai ke seedhay nahi gaye, ultay gaye.</w:t>
      </w:r>
    </w:p>
    <w:p>
      <w:pPr>
        <w:jc w:val="right"/>
      </w:pPr>
      <w:r>
        <w:t>مدینے بھی گئے تو آپ کو معلوم ہے کہ سیدھے نہیں گئے، الٹے گئے۔</w:t>
      </w:r>
    </w:p>
    <w:p>
      <w:r>
        <w:rPr>
          <w:b/>
        </w:rPr>
        <w:t xml:space="preserve">[27:13] </w:t>
      </w:r>
      <w:r>
        <w:t>ghaar-e-soor ulti taraf hai, yeh peechay hatna tha.</w:t>
      </w:r>
    </w:p>
    <w:p>
      <w:pPr>
        <w:jc w:val="right"/>
      </w:pPr>
      <w:r>
        <w:t>غار ثور الٹی طرف ہے، یہ پیچھے ہٹنا تھا۔</w:t>
      </w:r>
    </w:p>
    <w:p>
      <w:r>
        <w:rPr>
          <w:b/>
        </w:rPr>
        <w:t xml:space="preserve">[27:17] </w:t>
      </w:r>
      <w:r>
        <w:t>yeh bhi peechay hatna hai.</w:t>
      </w:r>
    </w:p>
    <w:p>
      <w:pPr>
        <w:jc w:val="right"/>
      </w:pPr>
      <w:r>
        <w:t>یہ بھی پیچھے ہٹنا ہے۔</w:t>
      </w:r>
    </w:p>
    <w:p>
      <w:r>
        <w:rPr>
          <w:b/>
        </w:rPr>
        <w:t xml:space="preserve">[27:19] </w:t>
      </w:r>
      <w:r>
        <w:t>madina pohnch kar ke aap ne aik lafz shikayat ke nahi bolay ke makkah walay zalim hain, yeh</w:t>
      </w:r>
    </w:p>
    <w:p>
      <w:pPr>
        <w:jc w:val="right"/>
      </w:pPr>
      <w:r>
        <w:t>مدینہ پہنچ کر کے آپ نے ایک لفظ شکایت کے نہیں بولے کہ مکہ والے ظالم ہیں، یہ</w:t>
      </w:r>
    </w:p>
    <w:p>
      <w:r>
        <w:rPr>
          <w:b/>
        </w:rPr>
        <w:t xml:space="preserve">[27:27] </w:t>
      </w:r>
      <w:r>
        <w:t>bhi peechay hatna tha.</w:t>
      </w:r>
    </w:p>
    <w:p>
      <w:pPr>
        <w:jc w:val="right"/>
      </w:pPr>
      <w:r>
        <w:t>بھی پیچھے ہٹنا تھا۔</w:t>
      </w:r>
    </w:p>
    <w:p>
      <w:r>
        <w:rPr>
          <w:b/>
        </w:rPr>
        <w:t xml:space="preserve">[27:29] </w:t>
      </w:r>
      <w:r>
        <w:t>yahood ki qiblay ko qibla bana liya, yeh peechay hatna tha.</w:t>
      </w:r>
    </w:p>
    <w:p>
      <w:pPr>
        <w:jc w:val="right"/>
      </w:pPr>
      <w:r>
        <w:t>یہود کی قبلے کو قبلہ بنا لیا، یہ پیچھے ہٹنا تھا۔</w:t>
      </w:r>
    </w:p>
    <w:p>
      <w:r>
        <w:rPr>
          <w:b/>
        </w:rPr>
        <w:t xml:space="preserve">[27:34] </w:t>
      </w:r>
      <w:r>
        <w:t>rasool Allah poori zindagi peechay hi hatay hain.</w:t>
      </w:r>
    </w:p>
    <w:p>
      <w:pPr>
        <w:jc w:val="right"/>
      </w:pPr>
      <w:r>
        <w:t>رسول اللہ پوری زندگی پیچھے ہی ہٹے ہیں۔</w:t>
      </w:r>
    </w:p>
    <w:p>
      <w:r>
        <w:rPr>
          <w:b/>
        </w:rPr>
        <w:t xml:space="preserve">[27:37] </w:t>
      </w:r>
      <w:r>
        <w:t>aaj kal jo musalmanon mein hai, woh rasool Allah ki sunnat nahi hai.</w:t>
      </w:r>
    </w:p>
    <w:p>
      <w:pPr>
        <w:jc w:val="right"/>
      </w:pPr>
      <w:r>
        <w:t>آج کل جو مسلمانوں میں ہے، وہ رسول اللہ کی سنت نہیں ہے۔</w:t>
      </w:r>
    </w:p>
    <w:p>
      <w:r>
        <w:rPr>
          <w:b/>
        </w:rPr>
        <w:t xml:space="preserve">[27:43] </w:t>
      </w:r>
      <w:r>
        <w:t>woh woh sirf rasool Allah ki sunnat nahi hai.</w:t>
      </w:r>
    </w:p>
    <w:p>
      <w:pPr>
        <w:jc w:val="right"/>
      </w:pPr>
      <w:r>
        <w:t>وہ وہ صرف رسول اللہ کی سنت نہیں ہے۔</w:t>
      </w:r>
    </w:p>
    <w:p>
      <w:r>
        <w:rPr>
          <w:b/>
        </w:rPr>
        <w:t xml:space="preserve">[27:46] </w:t>
      </w:r>
      <w:r>
        <w:t>woh kis tarah aap ko shakk hai? nahi, bilkul nahi.</w:t>
      </w:r>
    </w:p>
    <w:p>
      <w:pPr>
        <w:jc w:val="right"/>
      </w:pPr>
      <w:r>
        <w:t>وہ کس طرح آپ کو شک ہے؟ نہیں، بالکل نہیں۔</w:t>
      </w:r>
    </w:p>
    <w:p>
      <w:r>
        <w:rPr>
          <w:b/>
        </w:rPr>
        <w:t xml:space="preserve">[27:51] </w:t>
      </w:r>
      <w:r>
        <w:t>rasool Allah ki sunnat peechay hatna yaad rakhen, aagay barhna nahi.</w:t>
      </w:r>
    </w:p>
    <w:p>
      <w:pPr>
        <w:jc w:val="right"/>
      </w:pPr>
      <w:r>
        <w:t>رسول اللہ کی سنت پیچھے ہٹنا یاد رکھیں، آگے بڑھنا نہیں۔</w:t>
      </w:r>
    </w:p>
    <w:p>
      <w:r>
        <w:rPr>
          <w:b/>
        </w:rPr>
        <w:t xml:space="preserve">[27:55] </w:t>
      </w:r>
      <w:r>
        <w:t>sunnat hi nahi hai.</w:t>
      </w:r>
    </w:p>
    <w:p>
      <w:pPr>
        <w:jc w:val="right"/>
      </w:pPr>
      <w:r>
        <w:t>سنت ہی نہیں ہے۔</w:t>
      </w:r>
    </w:p>
    <w:p>
      <w:r>
        <w:rPr>
          <w:b/>
        </w:rPr>
        <w:t xml:space="preserve">[27:57] </w:t>
      </w:r>
      <w:r>
        <w:t>koi aik waqia aap mujhe bata dein, aagay barh ke jis ko kehte hain na hujoom, koi koi</w:t>
      </w:r>
    </w:p>
    <w:p>
      <w:pPr>
        <w:jc w:val="right"/>
      </w:pPr>
      <w:r>
        <w:t>کوئی ایک واقعہ آپ مجھے بتا دیے، آگے بڑھ کے جس کو کہتے ہیں نا ہجوم، کوئی کوئی</w:t>
      </w:r>
    </w:p>
    <w:p>
      <w:r>
        <w:rPr>
          <w:b/>
        </w:rPr>
        <w:t xml:space="preserve">[28:05] </w:t>
      </w:r>
      <w:r>
        <w:t>aik bhi sunnat nahi.</w:t>
      </w:r>
    </w:p>
    <w:p>
      <w:pPr>
        <w:jc w:val="right"/>
      </w:pPr>
      <w:r>
        <w:t>ایک بھی سنت نہیں۔</w:t>
      </w:r>
    </w:p>
    <w:p>
      <w:r>
        <w:rPr>
          <w:b/>
        </w:rPr>
        <w:t xml:space="preserve">[28:07] </w:t>
      </w:r>
      <w:r>
        <w:t>har jagah aap ne peechay hatay, peechay hatay, peechay hatay.</w:t>
      </w:r>
    </w:p>
    <w:p>
      <w:pPr>
        <w:jc w:val="right"/>
      </w:pPr>
      <w:r>
        <w:t>ہر جگہ آپ نے پیچھے ہٹے، پیچھے ہٹے، پیچھے ہٹے۔</w:t>
      </w:r>
    </w:p>
    <w:p>
      <w:r>
        <w:rPr>
          <w:b/>
        </w:rPr>
        <w:t xml:space="preserve">[28:11] </w:t>
      </w:r>
      <w:r>
        <w:t>sirf aik aadmi mujhe mila jo is raat ko janne wala musalmanon mein to aik bhi nahi.</w:t>
      </w:r>
    </w:p>
    <w:p>
      <w:pPr>
        <w:jc w:val="right"/>
      </w:pPr>
      <w:r>
        <w:t>صرف ایک آدمی مجھے ملا جو اس رات کو جاننے والا مسلمانوں میں تو ایک بھی نہیں۔</w:t>
      </w:r>
    </w:p>
    <w:p>
      <w:r>
        <w:rPr>
          <w:b/>
        </w:rPr>
        <w:t xml:space="preserve">[28:18] </w:t>
      </w:r>
      <w:r>
        <w:t>kehta hai is sardar ka naam kya tha jis ka maine naqal kiya hai.</w:t>
      </w:r>
    </w:p>
    <w:p>
      <w:pPr>
        <w:jc w:val="right"/>
      </w:pPr>
      <w:r>
        <w:t>کہتا ہے اس سردار کا نام کیا تھا جس کا میں نے نقل کیا ہے۔</w:t>
      </w:r>
    </w:p>
    <w:p>
      <w:r>
        <w:rPr>
          <w:b/>
        </w:rPr>
        <w:t xml:space="preserve">[28:25] </w:t>
      </w:r>
      <w:r>
        <w:t>is ne rasool Allah par ek badol likha, ek sardar ne rasool Allah par is ka jumle kuch</w:t>
      </w:r>
    </w:p>
    <w:p>
      <w:pPr>
        <w:jc w:val="right"/>
      </w:pPr>
      <w:r>
        <w:t>اس نے رسول اللہ پر ایک بدول لکھا، ایک سردار نے رسول اللہ پر اس کا جملے کچھ</w:t>
      </w:r>
    </w:p>
    <w:p>
      <w:r>
        <w:rPr>
          <w:b/>
        </w:rPr>
        <w:t xml:space="preserve">[28:32] </w:t>
      </w:r>
      <w:r>
        <w:t>naqal kiye hain.</w:t>
      </w:r>
    </w:p>
    <w:p>
      <w:pPr>
        <w:jc w:val="right"/>
      </w:pPr>
      <w:r>
        <w:t>نقل کیے ہیں۔</w:t>
      </w:r>
    </w:p>
    <w:p>
      <w:r>
        <w:rPr>
          <w:b/>
        </w:rPr>
        <w:t xml:space="preserve">[28:34] </w:t>
      </w:r>
      <w:r>
        <w:t>hum ne apni kitab mein hain, mein woh aadmi rasool Allah ke bare mein kehta hai ke tareekh</w:t>
      </w:r>
    </w:p>
    <w:p>
      <w:pPr>
        <w:jc w:val="right"/>
      </w:pPr>
      <w:r>
        <w:t>ہم نے اپنی کتاب میں ہیں، میں وہ آدمی رسول اللہ کے بارے میں کہتا ہے کہ تاریخ</w:t>
      </w:r>
    </w:p>
    <w:p>
      <w:r>
        <w:rPr>
          <w:b/>
        </w:rPr>
        <w:t xml:space="preserve">[28:41] </w:t>
      </w:r>
      <w:r>
        <w:t>ke sab se bare bair rasool Allah thay.</w:t>
      </w:r>
    </w:p>
    <w:p>
      <w:pPr>
        <w:jc w:val="right"/>
      </w:pPr>
      <w:r>
        <w:t>کے سب سے بڑے بیر رسول اللہ تھے۔</w:t>
      </w:r>
    </w:p>
    <w:p>
      <w:r>
        <w:rPr>
          <w:b/>
        </w:rPr>
        <w:t xml:space="preserve">[28:45] </w:t>
      </w:r>
      <w:r>
        <w:t>be maani bahadur, bohat anokha mazmoon hai.</w:t>
      </w:r>
    </w:p>
    <w:p>
      <w:pPr>
        <w:jc w:val="right"/>
      </w:pPr>
      <w:r>
        <w:t>بے معنی بہادر، بہت انوکھا مضمون ہے۔</w:t>
      </w:r>
    </w:p>
    <w:p>
      <w:r>
        <w:rPr>
          <w:b/>
        </w:rPr>
        <w:t xml:space="preserve">[28:48] </w:t>
      </w:r>
      <w:r>
        <w:t>wo tareekh ke sab se bare bahadur rasool Allah ko bataya hua hai, aur yahi wajah batai ke</w:t>
      </w:r>
    </w:p>
    <w:p>
      <w:pPr>
        <w:jc w:val="right"/>
      </w:pPr>
      <w:r>
        <w:t>وہ تاریخ کے سب سے بڑے بہادر رسول اللہ کو بتایا ہوا ہے، اور یہی وجہ بتائی کہ</w:t>
      </w:r>
    </w:p>
    <w:p>
      <w:r>
        <w:rPr>
          <w:b/>
        </w:rPr>
        <w:t xml:space="preserve">[28:56] </w:t>
      </w:r>
      <w:r>
        <w:t>wo peechay hatt sakte thay.</w:t>
      </w:r>
    </w:p>
    <w:p>
      <w:pPr>
        <w:jc w:val="right"/>
      </w:pPr>
      <w:r>
        <w:t>وہ پیچھے ہٹ سکتے تھے۔</w:t>
      </w:r>
    </w:p>
    <w:p>
      <w:r>
        <w:rPr>
          <w:b/>
        </w:rPr>
        <w:t xml:space="preserve">[28:58] </w:t>
      </w:r>
      <w:r>
        <w:t>yeh bataiye, is mein kya hai ke peechay hatto, peechay hatto, peechay ho jata hai ke kya ho?</w:t>
      </w:r>
    </w:p>
    <w:p>
      <w:pPr>
        <w:jc w:val="right"/>
      </w:pPr>
      <w:r>
        <w:t>یہ بتائیے، اس میں کیا ہے کہ پیچھے ہٹو، پیچھے ہٹو، پیچھے ہو جاتا ہے کہ کیا ہو؟</w:t>
      </w:r>
    </w:p>
    <w:p>
      <w:r>
        <w:rPr>
          <w:b/>
        </w:rPr>
        <w:t xml:space="preserve">[29:05] </w:t>
      </w:r>
      <w:r>
        <w:t>kya ho jaye? to hain kis kitab mein hai? yeh peghambar ki kitab mein hai.</w:t>
      </w:r>
    </w:p>
    <w:p>
      <w:pPr>
        <w:jc w:val="right"/>
      </w:pPr>
      <w:r>
        <w:t>کیا ہو جائے؟ تو ہیں کس کتاب میں ہے؟ یہ پیغمبر کی کتاب میں ہے۔</w:t>
      </w:r>
    </w:p>
    <w:p>
      <w:r>
        <w:rPr>
          <w:b/>
        </w:rPr>
        <w:t xml:space="preserve">[29:12] </w:t>
      </w:r>
      <w:r>
        <w:t>hain peghambar ki kitab mein, peghambar mein is mein hai ke qar kehte hain aagay barho, bair kehte</w:t>
      </w:r>
    </w:p>
    <w:p>
      <w:pPr>
        <w:jc w:val="right"/>
      </w:pPr>
      <w:r>
        <w:t>ہیں پیغمبر کی کتاب میں، پیغمبر میں اس میں ہے کہ قار کہتے ہیں آگے بڑھو، بیر کہتے</w:t>
      </w:r>
    </w:p>
    <w:p>
      <w:r>
        <w:rPr>
          <w:b/>
        </w:rPr>
        <w:t xml:space="preserve">[29:20] </w:t>
      </w:r>
      <w:r>
        <w:t>hain ke peechay hatto.</w:t>
      </w:r>
    </w:p>
    <w:p>
      <w:pPr>
        <w:jc w:val="right"/>
      </w:pPr>
      <w:r>
        <w:t>ہیں کہ پیچھے ہٹو۔</w:t>
      </w:r>
    </w:p>
    <w:p>
      <w:r>
        <w:rPr>
          <w:b/>
        </w:rPr>
        <w:t xml:space="preserve">[29:21] </w:t>
      </w:r>
      <w:r>
        <w:t>qar maani buz-dil.</w:t>
      </w:r>
    </w:p>
    <w:p>
      <w:pPr>
        <w:jc w:val="right"/>
      </w:pPr>
      <w:r>
        <w:t>قار معنی بزدل۔</w:t>
      </w:r>
    </w:p>
    <w:p>
      <w:r>
        <w:rPr>
          <w:b/>
        </w:rPr>
        <w:t xml:space="preserve">[29:23] </w:t>
      </w:r>
      <w:r>
        <w:t>saadiya sun rahe ho? is mein hai ke qar kehte hain aagay barho, bair kehte hain ke peechay</w:t>
      </w:r>
    </w:p>
    <w:p>
      <w:pPr>
        <w:jc w:val="right"/>
      </w:pPr>
      <w:r>
        <w:t>سعدیہ سن رہے ہو؟ اس میں ہے کہ قار کہتے ہیں آگے بڑھو، بیر کہتے ہیں کہ پیچھے</w:t>
      </w:r>
    </w:p>
    <w:p>
      <w:r>
        <w:rPr>
          <w:b/>
        </w:rPr>
        <w:t xml:space="preserve">[29:31] </w:t>
      </w:r>
      <w:r>
        <w:t>hatto.</w:t>
      </w:r>
    </w:p>
    <w:p>
      <w:pPr>
        <w:jc w:val="right"/>
      </w:pPr>
      <w:r>
        <w:t>ہٹو۔</w:t>
      </w:r>
    </w:p>
    <w:p>
      <w:r>
        <w:rPr>
          <w:b/>
        </w:rPr>
        <w:t xml:space="preserve">[29:32] </w:t>
      </w:r>
      <w:r>
        <w:t>yani buz-dil kehte hain aagay barho, bahadur kehte hain peechay hatto.</w:t>
      </w:r>
    </w:p>
    <w:p>
      <w:pPr>
        <w:jc w:val="right"/>
      </w:pPr>
      <w:r>
        <w:t>یعنی بزدل کہتے ہیں آگے بڑھو، بہادر کہتے ہیں پیچھے ہٹو۔</w:t>
      </w:r>
    </w:p>
    <w:p>
      <w:r>
        <w:rPr>
          <w:b/>
        </w:rPr>
        <w:t xml:space="preserve">[29:37] </w:t>
      </w:r>
      <w:r>
        <w:t>rasool Allah ki seerat ka mutalea kar ke is ne yeh parha hai ke ajeeb o ghareeb insaan</w:t>
      </w:r>
    </w:p>
    <w:p>
      <w:pPr>
        <w:jc w:val="right"/>
      </w:pPr>
      <w:r>
        <w:t>رسول اللہ کی سیرت کا مطالعہ کر کے اس نے یہ پڑھا ہے کہ عجیب و غریب انسان</w:t>
      </w:r>
    </w:p>
    <w:p>
      <w:r>
        <w:rPr>
          <w:b/>
        </w:rPr>
        <w:t xml:space="preserve">[29:44] </w:t>
      </w:r>
      <w:r>
        <w:t>tha.</w:t>
      </w:r>
    </w:p>
    <w:p>
      <w:pPr>
        <w:jc w:val="right"/>
      </w:pPr>
      <w:r>
        <w:t>تھا۔</w:t>
      </w:r>
    </w:p>
    <w:p>
      <w:r>
        <w:rPr>
          <w:b/>
        </w:rPr>
        <w:t xml:space="preserve">[29:46] </w:t>
      </w:r>
      <w:r>
        <w:t>yani peechay hattne mein is ne kamyabi qarar daryaft kiya.</w:t>
      </w:r>
    </w:p>
    <w:p>
      <w:pPr>
        <w:jc w:val="right"/>
      </w:pPr>
      <w:r>
        <w:t>یعنی پیچھے ہٹنے میں اس نے کامیابی قرار دریافت کیا۔</w:t>
      </w:r>
    </w:p>
    <w:p>
      <w:r>
        <w:rPr>
          <w:b/>
        </w:rPr>
        <w:t xml:space="preserve">[29:50] </w:t>
      </w:r>
      <w:r>
        <w:t>kuch aap logon ka is mein woh ho raha hai, yani shakk ho raha hai.</w:t>
      </w:r>
    </w:p>
    <w:p>
      <w:pPr>
        <w:jc w:val="right"/>
      </w:pPr>
      <w:r>
        <w:t>کچھ آپ لوگوں کا اس میں وہ ہو رہا ہے، یعنی شک ہو رہا ہے۔</w:t>
      </w:r>
    </w:p>
    <w:p>
      <w:r>
        <w:rPr>
          <w:b/>
        </w:rPr>
        <w:t xml:space="preserve">[29:57] </w:t>
      </w:r>
      <w:r>
        <w:t>hain shakk ho raha hai ke ab tak to hum rasool Allah ko samajhte thay ke tareekh ka</w:t>
      </w:r>
    </w:p>
    <w:p>
      <w:pPr>
        <w:jc w:val="right"/>
      </w:pPr>
      <w:r>
        <w:t>ہیں شک ہو رہا ہے کہ اب تک تو ہم رسول اللہ کو سمجھتے تھے کہ تاریخ کا</w:t>
      </w:r>
    </w:p>
    <w:p>
      <w:r>
        <w:rPr>
          <w:b/>
        </w:rPr>
        <w:t xml:space="preserve">[30:04] </w:t>
      </w:r>
      <w:r>
        <w:t>bahadur.</w:t>
      </w:r>
    </w:p>
    <w:p>
      <w:pPr>
        <w:jc w:val="right"/>
      </w:pPr>
      <w:r>
        <w:t>بہادر۔</w:t>
      </w:r>
    </w:p>
    <w:p>
      <w:r>
        <w:rPr>
          <w:b/>
        </w:rPr>
        <w:t xml:space="preserve">[30:06] </w:t>
      </w:r>
      <w:r>
        <w:t>yeh keh rahe hain ke peechay hattne wale kaise? aap log yahi samajhte hain na ke tareekh ka</w:t>
      </w:r>
    </w:p>
    <w:p>
      <w:pPr>
        <w:jc w:val="right"/>
      </w:pPr>
      <w:r>
        <w:t>یہ کہہ رہے ہیں کہ پیچھے ہٹنے والے کیسے؟ آپ لوگ یہی سمجھتے ہیں نا کہ تاریخ کا</w:t>
      </w:r>
    </w:p>
    <w:p>
      <w:r>
        <w:rPr>
          <w:b/>
        </w:rPr>
        <w:t xml:space="preserve">[30:14] </w:t>
      </w:r>
      <w:r>
        <w:t>bahadur? yeh aadmi to peechay hatna bata raha hai.</w:t>
      </w:r>
    </w:p>
    <w:p>
      <w:pPr>
        <w:jc w:val="right"/>
      </w:pPr>
      <w:r>
        <w:t>بہادر؟ یہ آدمی تو پیچھے ہٹنا بتا رہا ہے۔</w:t>
      </w:r>
    </w:p>
    <w:p>
      <w:r>
        <w:rPr>
          <w:b/>
        </w:rPr>
        <w:t xml:space="preserve">[30:17] </w:t>
      </w:r>
      <w:r>
        <w:t>lekin mein aap ko tareekhi waqiat ka hawala de raha hoon jis ka koi inkar nahi kar sakta.</w:t>
      </w:r>
    </w:p>
    <w:p>
      <w:pPr>
        <w:jc w:val="right"/>
      </w:pPr>
      <w:r>
        <w:t>لیکن میں آپ کو تاریخی واقعات کا حوالہ دے رہا ہوں جس کا کوئی انکار نہیں کر سکتا۔</w:t>
      </w:r>
    </w:p>
    <w:p>
      <w:r>
        <w:rPr>
          <w:b/>
        </w:rPr>
        <w:t xml:space="preserve">[30:25] </w:t>
      </w:r>
      <w:r>
        <w:t>mein kabhi bhi bayania taqreer nahi karta, mein hawale tareekh ka hawala deta hoon.</w:t>
      </w:r>
    </w:p>
    <w:p>
      <w:pPr>
        <w:jc w:val="right"/>
      </w:pPr>
      <w:r>
        <w:t>میں کبھی بھی بیانیہ تقریر نہیں کرتا، میں حوالے تاریخ کا حوالہ دیتا ہوں۔</w:t>
      </w:r>
    </w:p>
    <w:p>
      <w:r>
        <w:rPr>
          <w:b/>
        </w:rPr>
        <w:t xml:space="preserve">[30:31] </w:t>
      </w:r>
      <w:r>
        <w:t>to rasool Allah ki sab se bari sunnat yeh hai ke peechay hatto, aagay barho hi mat.</w:t>
      </w:r>
    </w:p>
    <w:p>
      <w:pPr>
        <w:jc w:val="right"/>
      </w:pPr>
      <w:r>
        <w:t>تو رسول اللہ کی سب سے بڑی سنت یہ ہے کہ پیچھے ہٹو، آگے بڑھو ہی مت۔</w:t>
      </w:r>
    </w:p>
    <w:p>
      <w:r>
        <w:rPr>
          <w:b/>
        </w:rPr>
        <w:t xml:space="preserve">[30:38] </w:t>
      </w:r>
      <w:r>
        <w:t>aagay aagay barho hi mat, peechay hatto, peechay hatto, peechay hatto.</w:t>
      </w:r>
    </w:p>
    <w:p>
      <w:pPr>
        <w:jc w:val="right"/>
      </w:pPr>
      <w:r>
        <w:t>آگے آگے بڑھو ہی مت، پیچھے ہٹو، پیچھے ہٹو، پیچھے ہٹو۔</w:t>
      </w:r>
    </w:p>
    <w:p>
      <w:r>
        <w:rPr>
          <w:b/>
        </w:rPr>
        <w:t xml:space="preserve">[30:43] </w:t>
      </w:r>
      <w:r>
        <w:t>to peechay hatain, hum jantay hain kya hoga.</w:t>
      </w:r>
    </w:p>
    <w:p>
      <w:pPr>
        <w:jc w:val="right"/>
      </w:pPr>
      <w:r>
        <w:t>تو پیچھے ہٹیں، ہم جانتے ہیں کیا ہوگا۔</w:t>
      </w:r>
    </w:p>
    <w:p>
      <w:r>
        <w:rPr>
          <w:b/>
        </w:rPr>
        <w:t xml:space="preserve">[30:47] </w:t>
      </w:r>
      <w:r>
        <w:t>aagay jab barhain ge to wahan shaitan khara rehta hai.</w:t>
      </w:r>
    </w:p>
    <w:p>
      <w:pPr>
        <w:jc w:val="right"/>
      </w:pPr>
      <w:r>
        <w:t>آگے جب بڑھیں گے تو وہاں شیطان کھڑا رہتا ہے۔</w:t>
      </w:r>
    </w:p>
    <w:p>
      <w:r>
        <w:rPr>
          <w:b/>
        </w:rPr>
        <w:t xml:space="preserve">[30:51] </w:t>
      </w:r>
      <w:r>
        <w:t>peechay hatain, jantay hain kya hoga.</w:t>
      </w:r>
    </w:p>
    <w:p>
      <w:pPr>
        <w:jc w:val="right"/>
      </w:pPr>
      <w:r>
        <w:t>پیچھے ہٹیں، جانتے ہیں کیا ہوگا۔</w:t>
      </w:r>
    </w:p>
    <w:p>
      <w:r>
        <w:rPr>
          <w:b/>
        </w:rPr>
        <w:t xml:space="preserve">[30:53] </w:t>
      </w:r>
      <w:r>
        <w:t>farishtay kharay hotay hain jis ko aap kehtay hain iqdam.</w:t>
      </w:r>
    </w:p>
    <w:p>
      <w:pPr>
        <w:jc w:val="right"/>
      </w:pPr>
      <w:r>
        <w:t>فرشتے کھڑے ہوتے ہیں جس کو آپ کہتے ہیں اقدام۔</w:t>
      </w:r>
    </w:p>
    <w:p>
      <w:r>
        <w:rPr>
          <w:b/>
        </w:rPr>
        <w:t xml:space="preserve">[30:58] </w:t>
      </w:r>
      <w:r>
        <w:t>na wahan par shaitan se mulaqat aap ki hoti hai.</w:t>
      </w:r>
    </w:p>
    <w:p>
      <w:pPr>
        <w:jc w:val="right"/>
      </w:pPr>
      <w:r>
        <w:t>نا وہاں پر شیطان سے ملاقات آپ کی ہوتی ہے۔</w:t>
      </w:r>
    </w:p>
    <w:p>
      <w:r>
        <w:rPr>
          <w:b/>
        </w:rPr>
        <w:t xml:space="preserve">[31:02] </w:t>
      </w:r>
      <w:r>
        <w:t>peechay hat'tay hain to farishtay se mulaqat hoti hai.</w:t>
      </w:r>
    </w:p>
    <w:p>
      <w:pPr>
        <w:jc w:val="right"/>
      </w:pPr>
      <w:r>
        <w:t>پیچھے ہٹتے ہیں تو فرشتوں سے ملاقات ہوتی ہے۔</w:t>
      </w:r>
    </w:p>
    <w:p>
      <w:r>
        <w:rPr>
          <w:b/>
        </w:rPr>
        <w:t xml:space="preserve">[31:06] </w:t>
      </w:r>
      <w:r>
        <w:t>yeh raaz hai.</w:t>
      </w:r>
    </w:p>
    <w:p>
      <w:pPr>
        <w:jc w:val="right"/>
      </w:pPr>
      <w:r>
        <w:t>یہ راز ہے۔</w:t>
      </w:r>
    </w:p>
    <w:p>
      <w:r>
        <w:rPr>
          <w:b/>
        </w:rPr>
        <w:t xml:space="preserve">[31:07] </w:t>
      </w:r>
      <w:r>
        <w:t>yani farishtay ki yeh misaal bhi quran mein bhi hai.</w:t>
      </w:r>
    </w:p>
    <w:p>
      <w:pPr>
        <w:jc w:val="right"/>
      </w:pPr>
      <w:r>
        <w:t>یعنی فرشتوں کی یہ مثال بھی قرآن میں بھی ہے۔</w:t>
      </w:r>
    </w:p>
    <w:p>
      <w:r>
        <w:rPr>
          <w:b/>
        </w:rPr>
        <w:t xml:space="preserve">[31:12] </w:t>
      </w:r>
      <w:r>
        <w:t>Allah taala ne kaha ke jhuk jao.</w:t>
      </w:r>
    </w:p>
    <w:p>
      <w:pPr>
        <w:jc w:val="right"/>
      </w:pPr>
      <w:r>
        <w:t>اللہ تعالیٰ نے کہا کہ جھک جاؤ۔</w:t>
      </w:r>
    </w:p>
    <w:p>
      <w:r>
        <w:rPr>
          <w:b/>
        </w:rPr>
        <w:t xml:space="preserve">[31:15] </w:t>
      </w:r>
      <w:r>
        <w:t>to farishtay se ikhtilaf kiya tha, phir bhi peechay hat gaye.</w:t>
      </w:r>
    </w:p>
    <w:p>
      <w:pPr>
        <w:jc w:val="right"/>
      </w:pPr>
      <w:r>
        <w:t>تو فرشتوں سے اختلاف کیا تھا، پھر بھی پیچھے ہٹ گئے۔</w:t>
      </w:r>
    </w:p>
    <w:p>
      <w:r>
        <w:rPr>
          <w:b/>
        </w:rPr>
        <w:t xml:space="preserve">[31:19] </w:t>
      </w:r>
      <w:r>
        <w:t>wo jhuka hua, jhuk gaye.</w:t>
      </w:r>
    </w:p>
    <w:p>
      <w:pPr>
        <w:jc w:val="right"/>
      </w:pPr>
      <w:r>
        <w:t>وہ جھکا ہوا، جھک گئے۔</w:t>
      </w:r>
    </w:p>
    <w:p>
      <w:r>
        <w:rPr>
          <w:b/>
        </w:rPr>
        <w:t xml:space="preserve">[31:22] </w:t>
      </w:r>
      <w:r>
        <w:t>wo yani ikhtilaf to kiya tha na, lekin aakhir mein phir peechay hat gaye.</w:t>
      </w:r>
    </w:p>
    <w:p>
      <w:pPr>
        <w:jc w:val="right"/>
      </w:pPr>
      <w:r>
        <w:t>وہ یعنی اختلاف تو کیا تھا نا، لیکن آخر میں پھر پیچھے ہٹ گئے۔</w:t>
      </w:r>
    </w:p>
    <w:p>
      <w:r>
        <w:rPr>
          <w:b/>
        </w:rPr>
        <w:t xml:space="preserve">[31:28] </w:t>
      </w:r>
      <w:r>
        <w:t>aur shaitan peechay nahi hata, wo aagay barhta raha.</w:t>
      </w:r>
    </w:p>
    <w:p>
      <w:pPr>
        <w:jc w:val="right"/>
      </w:pPr>
      <w:r>
        <w:t>اور شیطان پیچھے نہیں ہٹا، وہ آگے بڑھتا رہا۔</w:t>
      </w:r>
    </w:p>
    <w:p>
      <w:r>
        <w:rPr>
          <w:b/>
        </w:rPr>
        <w:t xml:space="preserve">[31:31] </w:t>
      </w:r>
      <w:r>
        <w:t>to aagay barhna shaitan ki sunnat hai, peechay hatna farishtay ki sunnat hai.</w:t>
      </w:r>
    </w:p>
    <w:p>
      <w:pPr>
        <w:jc w:val="right"/>
      </w:pPr>
      <w:r>
        <w:t>تو آگے بڑھنا شیطان کی سنت ہے، پیچھے ہٹنا فرشتوں کی سنت ہے۔</w:t>
      </w:r>
    </w:p>
    <w:p>
      <w:r>
        <w:rPr>
          <w:b/>
        </w:rPr>
        <w:t xml:space="preserve">[31:37] </w:t>
      </w:r>
      <w:r>
        <w:t>aur aap ke jitnay so called akabir hain, sab ka fazilat yeh batatay hain aap logon ko ke</w:t>
      </w:r>
    </w:p>
    <w:p>
      <w:pPr>
        <w:jc w:val="right"/>
      </w:pPr>
      <w:r>
        <w:t>اور آپ کے جتنے سو کالڈ اکابر ہیں، سب کا فضیلت یہ بتاتے ہیں آپ لوگوں کو کہ</w:t>
      </w:r>
    </w:p>
    <w:p>
      <w:r>
        <w:rPr>
          <w:b/>
        </w:rPr>
        <w:t xml:space="preserve">[31:45] </w:t>
      </w:r>
      <w:r>
        <w:t>wo peechay nahi hatay.</w:t>
      </w:r>
    </w:p>
    <w:p>
      <w:pPr>
        <w:jc w:val="right"/>
      </w:pPr>
      <w:r>
        <w:t>وہ پیچھے نہیں ہٹے۔</w:t>
      </w:r>
    </w:p>
    <w:p>
      <w:r>
        <w:rPr>
          <w:b/>
        </w:rPr>
        <w:t xml:space="preserve">[31:46] </w:t>
      </w:r>
      <w:r>
        <w:t>wo chahe gardan kat'ti hai to kat'ta hai, ji katay kat jaye.</w:t>
      </w:r>
    </w:p>
    <w:p>
      <w:pPr>
        <w:jc w:val="right"/>
      </w:pPr>
      <w:r>
        <w:t>وہ چاہے گردن کٹتی ہے تو کٹتا ہے، جی کٹے کٹ جائے۔</w:t>
      </w:r>
    </w:p>
    <w:p>
      <w:r>
        <w:rPr>
          <w:b/>
        </w:rPr>
        <w:t xml:space="preserve">[31:52] </w:t>
      </w:r>
      <w:r>
        <w:t>hain yeh aap log likh rakhe hain apni kitabon mein.</w:t>
      </w:r>
    </w:p>
    <w:p>
      <w:pPr>
        <w:jc w:val="right"/>
      </w:pPr>
      <w:r>
        <w:t>ہیں یہ آپ لوگ لکھ رکھے ہیں اپنی کتابوں میں۔</w:t>
      </w:r>
    </w:p>
    <w:p>
      <w:r>
        <w:rPr>
          <w:b/>
        </w:rPr>
        <w:t xml:space="preserve">[31:56] </w:t>
      </w:r>
      <w:r>
        <w:t>bahar jo haqaiq hain, un ki roshni mein mein kehta hoon ke aagay barhna shaitan ki sunnat hai,</w:t>
      </w:r>
    </w:p>
    <w:p>
      <w:pPr>
        <w:jc w:val="right"/>
      </w:pPr>
      <w:r>
        <w:t>باہر جو حقائق ہیں، ان کی روشنی میں میں کہتا ہوں کہ آگے بڑھنا شیطان کی سنت ہے،</w:t>
      </w:r>
    </w:p>
    <w:p>
      <w:r>
        <w:rPr>
          <w:b/>
        </w:rPr>
        <w:t xml:space="preserve">[32:04] </w:t>
      </w:r>
      <w:r>
        <w:t>peechay hatna farishtay ki sunnat hai.</w:t>
      </w:r>
    </w:p>
    <w:p>
      <w:pPr>
        <w:jc w:val="right"/>
      </w:pPr>
      <w:r>
        <w:t>پیچھے ہٹنا فرشتے کی سنت ہے۔</w:t>
      </w:r>
    </w:p>
    <w:p>
      <w:r>
        <w:rPr>
          <w:b/>
        </w:rPr>
        <w:t xml:space="preserve">[32:06] </w:t>
      </w:r>
      <w:r>
        <w:t>kyun ke aap farishtay peechay hat gaye, unhon ne kaha ke atajjal fiha mafiya.</w:t>
      </w:r>
    </w:p>
    <w:p>
      <w:pPr>
        <w:jc w:val="right"/>
      </w:pPr>
      <w:r>
        <w:t>کیونکہ آپ فرشتے پیچھے ہٹ گئے، انہوں نے کہا کہ اتجل فیہا میفیہ۔</w:t>
      </w:r>
    </w:p>
    <w:p>
      <w:r>
        <w:rPr>
          <w:b/>
        </w:rPr>
        <w:t xml:space="preserve">[32:12] </w:t>
      </w:r>
      <w:r>
        <w:t>lekin phir jab Allah taala ne explain kiya to peechay hat gaye, jhuk gaye.</w:t>
      </w:r>
    </w:p>
    <w:p>
      <w:pPr>
        <w:jc w:val="right"/>
      </w:pPr>
      <w:r>
        <w:t>لیکن پھر جب اللہ تعالیٰ نے ایکسپلین کیا تو پیچھے ہٹ گئے، جھک گئے۔</w:t>
      </w:r>
    </w:p>
    <w:p>
      <w:r>
        <w:rPr>
          <w:b/>
        </w:rPr>
        <w:t xml:space="preserve">[32:18] </w:t>
      </w:r>
      <w:r>
        <w:t>woh shaitan ne kaha nahi to hum to hum to jhukeinge nahi, hum to peechay hatein ge</w:t>
      </w:r>
    </w:p>
    <w:p>
      <w:pPr>
        <w:jc w:val="right"/>
      </w:pPr>
      <w:r>
        <w:t>وہ شیطان نے کہا نہیں تو ہم تو ہم تو جھکیں گے نہیں، ہم تو پیچھے ہٹیں گے</w:t>
      </w:r>
    </w:p>
    <w:p>
      <w:r>
        <w:rPr>
          <w:b/>
        </w:rPr>
        <w:t xml:space="preserve">[32:25] </w:t>
      </w:r>
      <w:r>
        <w:t>nahi.</w:t>
      </w:r>
    </w:p>
    <w:p>
      <w:pPr>
        <w:jc w:val="right"/>
      </w:pPr>
      <w:r>
        <w:t>نہیں۔</w:t>
      </w:r>
    </w:p>
    <w:p>
      <w:r>
        <w:rPr>
          <w:b/>
        </w:rPr>
        <w:t xml:space="preserve">[32:27] </w:t>
      </w:r>
      <w:r>
        <w:t>to aagay barhna shaitan ki sunnat hai, peechay hatna farishtay ki sunnat hai.</w:t>
      </w:r>
    </w:p>
    <w:p>
      <w:pPr>
        <w:jc w:val="right"/>
      </w:pPr>
      <w:r>
        <w:t>تو آگے بڑھنا شیطان کی سنت ہے، پیچھے ہٹنا فرشتے کی سنت ہے۔</w:t>
      </w:r>
    </w:p>
    <w:p>
      <w:r>
        <w:rPr>
          <w:b/>
        </w:rPr>
        <w:t xml:space="preserve">[32:32] </w:t>
      </w:r>
      <w:r>
        <w:t>is zamanay mein musalmanon ki jitni iqdamaat hain, sab nakaam hain.</w:t>
      </w:r>
    </w:p>
    <w:p>
      <w:pPr>
        <w:jc w:val="right"/>
      </w:pPr>
      <w:r>
        <w:t>اس زمانے میں مسلمانوں کی جتنی اقدامات ہیں، سب ناکام ہیں۔</w:t>
      </w:r>
    </w:p>
    <w:p>
      <w:r>
        <w:rPr>
          <w:b/>
        </w:rPr>
        <w:t xml:space="preserve">[32:37] </w:t>
      </w:r>
      <w:r>
        <w:t>mujhe aik iqdaam bataiye jo kaamyaab hua ho.</w:t>
      </w:r>
    </w:p>
    <w:p>
      <w:pPr>
        <w:jc w:val="right"/>
      </w:pPr>
      <w:r>
        <w:t>مجھے ایک اقدام بتائیے جو کامیاب ہوا ہو۔</w:t>
      </w:r>
    </w:p>
    <w:p>
      <w:r>
        <w:rPr>
          <w:b/>
        </w:rPr>
        <w:t xml:space="preserve">[32:41] </w:t>
      </w:r>
      <w:r>
        <w:t>aik single iqdaam bataiye jo kaamyaab hua ho.</w:t>
      </w:r>
    </w:p>
    <w:p>
      <w:pPr>
        <w:jc w:val="right"/>
      </w:pPr>
      <w:r>
        <w:t>ایک سنگل اقدام بتائیے جو کامیاب ہوا ہو۔</w:t>
      </w:r>
    </w:p>
    <w:p>
      <w:r>
        <w:rPr>
          <w:b/>
        </w:rPr>
        <w:t xml:space="preserve">[32:44] </w:t>
      </w:r>
      <w:r>
        <w:t>woh saaray ulama shareek hain iqdamaat mein, yaani India se le kar Arab tak jitnay iqdaamaat kiye hain</w:t>
      </w:r>
    </w:p>
    <w:p>
      <w:pPr>
        <w:jc w:val="right"/>
      </w:pPr>
      <w:r>
        <w:t>وہ سارے علماء شریک ہیں اقدامات میں، یعنی انڈیا سے لے کر عرب تک جتنے اقدامات کیے ہیں</w:t>
      </w:r>
    </w:p>
    <w:p>
      <w:r>
        <w:rPr>
          <w:b/>
        </w:rPr>
        <w:t xml:space="preserve">[32:52] </w:t>
      </w:r>
      <w:r>
        <w:t>hamaray Muslim rehnumaon ne ya ulama ne, sab ke sab one to one nakaam, nakaam, nakaam.</w:t>
      </w:r>
    </w:p>
    <w:p>
      <w:pPr>
        <w:jc w:val="right"/>
      </w:pPr>
      <w:r>
        <w:t>ہمارے مسلم رہنماؤں نے یا علماء نے، سب کے سب ون ٹو ون ناکام، ناکام، ناکام۔</w:t>
      </w:r>
    </w:p>
    <w:p>
      <w:r>
        <w:rPr>
          <w:b/>
        </w:rPr>
        <w:t xml:space="preserve">[32:59] </w:t>
      </w:r>
      <w:r>
        <w:t>kyunke woh mabni iqdaam thay, magar mabni paspaai nahi thi.</w:t>
      </w:r>
    </w:p>
    <w:p>
      <w:pPr>
        <w:jc w:val="right"/>
      </w:pPr>
      <w:r>
        <w:t>کیونکہ وہ مبنی اقدام تھے، مگر مبنی پسپائی نہیں تھی۔</w:t>
      </w:r>
    </w:p>
    <w:p>
      <w:r>
        <w:rPr>
          <w:b/>
        </w:rPr>
        <w:t xml:space="preserve">[33:03] </w:t>
      </w:r>
      <w:r>
        <w:t>yaani hikmat paspaai nahi jaantay thay woh log, woh sirf iqdaam ko jaantay thay, hikmat paspaai se be</w:t>
      </w:r>
    </w:p>
    <w:p>
      <w:pPr>
        <w:jc w:val="right"/>
      </w:pPr>
      <w:r>
        <w:t>یعنی حکمت پسپائی نہیں جانتے تھے وہ لوگ، وہ صرف اقدام کو جانتے تھے، حکمت پسپائی سے بے</w:t>
      </w:r>
    </w:p>
    <w:p>
      <w:r>
        <w:rPr>
          <w:b/>
        </w:rPr>
        <w:t xml:space="preserve">[33:11] </w:t>
      </w:r>
      <w:r>
        <w:t>khabar thay.</w:t>
      </w:r>
    </w:p>
    <w:p>
      <w:pPr>
        <w:jc w:val="right"/>
      </w:pPr>
      <w:r>
        <w:t>خبر تھے۔</w:t>
      </w:r>
    </w:p>
    <w:p>
      <w:r>
        <w:rPr>
          <w:b/>
        </w:rPr>
        <w:t xml:space="preserve">[33:12] </w:t>
      </w:r>
      <w:r>
        <w:t>kehta hai aap aap ko kuch pareshani laahiq ho rahi hai? nahi, kya kya baatein sunnay ko mil</w:t>
      </w:r>
    </w:p>
    <w:p>
      <w:pPr>
        <w:jc w:val="right"/>
      </w:pPr>
      <w:r>
        <w:t>کہتا ہے آپ آپ کو کچھ پریشانی لاحق ہو رہی ہے؟ نہیں، کیا کیا باتیں سننے کو مل</w:t>
      </w:r>
    </w:p>
    <w:p>
      <w:r>
        <w:rPr>
          <w:b/>
        </w:rPr>
        <w:t xml:space="preserve">[33:20] </w:t>
      </w:r>
      <w:r>
        <w:t>rahi hain? hain ji ji ji.</w:t>
      </w:r>
    </w:p>
    <w:p>
      <w:pPr>
        <w:jc w:val="right"/>
      </w:pPr>
      <w:r>
        <w:t>رہی ہیں؟ ہیں جی جی جی۔</w:t>
      </w:r>
    </w:p>
    <w:p>
      <w:r>
        <w:rPr>
          <w:b/>
        </w:rPr>
        <w:t xml:space="preserve">[33:22] </w:t>
      </w:r>
      <w:r>
        <w:t>kaisa aap ko pareshani ho rahi hai? bilkul sir, kya kya kya baatein sunnay ko mil rahi hain?</w:t>
      </w:r>
    </w:p>
    <w:p>
      <w:pPr>
        <w:jc w:val="right"/>
      </w:pPr>
      <w:r>
        <w:t>کیسا آپ کو پریشانی ہو رہی ہے؟ بالکل سر، کیا کیا کیا باتیں سننے کو مل رہی ہیں؟</w:t>
      </w:r>
    </w:p>
    <w:p>
      <w:r>
        <w:rPr>
          <w:b/>
        </w:rPr>
        <w:t xml:space="preserve">[33:30] </w:t>
      </w:r>
      <w:r>
        <w:t>super thrill ho raha hai? ji, super thrill ho raha hai.</w:t>
      </w:r>
    </w:p>
    <w:p>
      <w:pPr>
        <w:jc w:val="right"/>
      </w:pPr>
      <w:r>
        <w:t>سپر تھرل ہو رہا ہے؟ جی، سپر تھرل ہو رہا ہے۔</w:t>
      </w:r>
    </w:p>
    <w:p>
      <w:r>
        <w:rPr>
          <w:b/>
        </w:rPr>
        <w:t xml:space="preserve">[33:35] </w:t>
      </w:r>
      <w:r>
        <w:t>kya Saadia hamari language samajh rahe ho? hain ke nahi? dekhein, hum khawateen ki jo hamari mission mein</w:t>
      </w:r>
    </w:p>
    <w:p>
      <w:pPr>
        <w:jc w:val="right"/>
      </w:pPr>
      <w:r>
        <w:t>کیا سعدیہ ہماری لینگویج سمجھ رہے ہو؟ ہیں کہ نہیں؟ دیکھیں، ہم خواتین کی جو ہماری مشن میں</w:t>
      </w:r>
    </w:p>
    <w:p>
      <w:r>
        <w:rPr>
          <w:b/>
        </w:rPr>
        <w:t xml:space="preserve">[33:43] </w:t>
      </w:r>
      <w:r>
        <w:t>lagi hui hain na, un ka bohat ziyada woh karte hain.</w:t>
      </w:r>
    </w:p>
    <w:p>
      <w:pPr>
        <w:jc w:val="right"/>
      </w:pPr>
      <w:r>
        <w:t>لگی ہوئی ہیں نا، ان کا بہت زیادہ وہ کرتے ہیں۔</w:t>
      </w:r>
    </w:p>
    <w:p>
      <w:r>
        <w:rPr>
          <w:b/>
        </w:rPr>
        <w:t xml:space="preserve">[33:47] </w:t>
      </w:r>
      <w:r>
        <w:t>hamara mission khawateen pe khara hua hai.</w:t>
      </w:r>
    </w:p>
    <w:p>
      <w:pPr>
        <w:jc w:val="right"/>
      </w:pPr>
      <w:r>
        <w:t>ہمارا مشن خواتین پہ کھڑا ہوا ہے۔</w:t>
      </w:r>
    </w:p>
    <w:p>
      <w:r>
        <w:rPr>
          <w:b/>
        </w:rPr>
        <w:t xml:space="preserve">[33:50] </w:t>
      </w:r>
      <w:r>
        <w:t>aap log number do par hain, khawateen number aik par hain.</w:t>
      </w:r>
    </w:p>
    <w:p>
      <w:pPr>
        <w:jc w:val="right"/>
      </w:pPr>
      <w:r>
        <w:t>آپ لوگ نمبر دو پر ہیں، خواتین نمبر ایک پر ہیں۔</w:t>
      </w:r>
    </w:p>
    <w:p>
      <w:r>
        <w:rPr>
          <w:b/>
        </w:rPr>
        <w:t xml:space="preserve">[33:55] </w:t>
      </w:r>
      <w:r>
        <w:t>is ko sun kar pareshani nahi ho jaye gi aap ko? hain kaisa? is ko pareshani ho jaye</w:t>
      </w:r>
    </w:p>
    <w:p>
      <w:pPr>
        <w:jc w:val="right"/>
      </w:pPr>
      <w:r>
        <w:t>اس کو سن کر پریشانی نہیں ہو جائے گی آپ کو؟ ہیں کیسا؟ اس کو پریشانی ہو جائے</w:t>
      </w:r>
    </w:p>
    <w:p>
      <w:r>
        <w:rPr>
          <w:b/>
        </w:rPr>
        <w:t xml:space="preserve">[34:03] </w:t>
      </w:r>
      <w:r>
        <w:t>gi ke qawam ko peechay kar diya, ghair qawam ghayab kar diya.</w:t>
      </w:r>
    </w:p>
    <w:p>
      <w:pPr>
        <w:jc w:val="right"/>
      </w:pPr>
      <w:r>
        <w:t>گی کہ قوام کو پیچھے کر دیا، غیر قوام غائب کر دیا۔</w:t>
      </w:r>
    </w:p>
    <w:p>
      <w:r>
        <w:rPr>
          <w:b/>
        </w:rPr>
        <w:t xml:space="preserve">[34:08] </w:t>
      </w:r>
      <w:r>
        <w:t>yeh kaisa molvi hai? kahin Maulana Fazal Sahab, yeh pareshani ho jaye gi aap ko is par? nahi,</w:t>
      </w:r>
    </w:p>
    <w:p>
      <w:pPr>
        <w:jc w:val="right"/>
      </w:pPr>
      <w:r>
        <w:t>یہ کیسا مولوی ہے؟ کہیں مولانا فضل صاحب، یہ پریشانی ہو جائے گی آپ کو اس پر؟ نہیں،</w:t>
      </w:r>
    </w:p>
    <w:p>
      <w:r>
        <w:rPr>
          <w:b/>
        </w:rPr>
        <w:t xml:space="preserve">[34:16] </w:t>
      </w:r>
      <w:r>
        <w:t>Maulana bilkul nahi.</w:t>
      </w:r>
    </w:p>
    <w:p>
      <w:pPr>
        <w:jc w:val="right"/>
      </w:pPr>
      <w:r>
        <w:t>مولانا بالکل نہیں۔</w:t>
      </w:r>
    </w:p>
    <w:p>
      <w:r>
        <w:rPr>
          <w:b/>
        </w:rPr>
        <w:t xml:space="preserve">[34:17] </w:t>
      </w:r>
      <w:r>
        <w:t>hain bilkul, yeh sahi keh rahe hain.</w:t>
      </w:r>
    </w:p>
    <w:p>
      <w:pPr>
        <w:jc w:val="right"/>
      </w:pPr>
      <w:r>
        <w:t>ہیں بالکل، یہ صحیح کہہ رہے ہیں۔</w:t>
      </w:r>
    </w:p>
    <w:p>
      <w:r>
        <w:rPr>
          <w:b/>
        </w:rPr>
        <w:t xml:space="preserve">[34:20] </w:t>
      </w:r>
      <w:r>
        <w:t>Maulana behrahaal dekhein, yeh sab baatein jo hain, aap logon ko Allah ne tofeeq di hai.</w:t>
      </w:r>
    </w:p>
    <w:p>
      <w:pPr>
        <w:jc w:val="right"/>
      </w:pPr>
      <w:r>
        <w:t>مولانا بہرحال دیکھیں، یہ سب باتیں جو ہیں، آپ لوگوں کو اللہ نے توفیق دی ہے۔</w:t>
      </w:r>
    </w:p>
    <w:p>
      <w:r>
        <w:rPr>
          <w:b/>
        </w:rPr>
        <w:t xml:space="preserve">[34:27] </w:t>
      </w:r>
      <w:r>
        <w:t>is ke baad koi group bne wala nahi hai.</w:t>
      </w:r>
    </w:p>
    <w:p>
      <w:pPr>
        <w:jc w:val="right"/>
      </w:pPr>
      <w:r>
        <w:t>اس کے بعد کوئی گروپ بننے والا نہیں۔</w:t>
      </w:r>
    </w:p>
    <w:p>
      <w:r>
        <w:rPr>
          <w:b/>
        </w:rPr>
        <w:t xml:space="preserve">[34:30] </w:t>
      </w:r>
      <w:r>
        <w:t>yaad rakhen, is ke baad jo aaye ga, qyamat aaye gi.</w:t>
      </w:r>
    </w:p>
    <w:p>
      <w:pPr>
        <w:jc w:val="right"/>
      </w:pPr>
      <w:r>
        <w:t>یاد رکھیں، اس کے بعد جو آئے گا، کامت آئے گی۔</w:t>
      </w:r>
    </w:p>
    <w:p>
      <w:r>
        <w:rPr>
          <w:b/>
        </w:rPr>
        <w:t xml:space="preserve">[34:35] </w:t>
      </w:r>
      <w:r>
        <w:t>ab koi aur group bne wala nahi hai.</w:t>
      </w:r>
    </w:p>
    <w:p>
      <w:pPr>
        <w:jc w:val="right"/>
      </w:pPr>
      <w:r>
        <w:t>اب کوئی اور گروپ بننے والا نہیں ہے۔</w:t>
      </w:r>
    </w:p>
    <w:p>
      <w:r>
        <w:rPr>
          <w:b/>
        </w:rPr>
        <w:t xml:space="preserve">[34:38] </w:t>
      </w:r>
      <w:r>
        <w:t>yeh final group hai.</w:t>
      </w:r>
    </w:p>
    <w:p>
      <w:pPr>
        <w:jc w:val="right"/>
      </w:pPr>
      <w:r>
        <w:t>یہ فائنل گروپ ہے۔</w:t>
      </w:r>
    </w:p>
    <w:p>
      <w:r>
        <w:rPr>
          <w:b/>
        </w:rPr>
        <w:t xml:space="preserve">[34:40] </w:t>
      </w:r>
      <w:r>
        <w:t>to aap logon ko bohat ziyada yeh sab baaten is liye mein keh raha hoon ke aap ke</w:t>
      </w:r>
    </w:p>
    <w:p>
      <w:pPr>
        <w:jc w:val="right"/>
      </w:pPr>
      <w:r>
        <w:t>تو آپ لوگوں کو بہت زیادہ یہ سب باتیں اس لیے میں کہہ رہا ہوں کہ آپ کے</w:t>
      </w:r>
    </w:p>
    <w:p>
      <w:r>
        <w:rPr>
          <w:b/>
        </w:rPr>
        <w:t xml:space="preserve">[34:48] </w:t>
      </w:r>
      <w:r>
        <w:t>dimagh ki giren khulen.</w:t>
      </w:r>
    </w:p>
    <w:p>
      <w:pPr>
        <w:jc w:val="right"/>
      </w:pPr>
      <w:r>
        <w:t>دماغ کی گرہیں کھلیں۔</w:t>
      </w:r>
    </w:p>
    <w:p>
      <w:r>
        <w:rPr>
          <w:b/>
        </w:rPr>
        <w:t xml:space="preserve">[34:50] </w:t>
      </w:r>
      <w:r>
        <w:t>yeh baat is liye keh raha hoon ke aap ke dimagh ki giren khulen.</w:t>
      </w:r>
    </w:p>
    <w:p>
      <w:pPr>
        <w:jc w:val="right"/>
      </w:pPr>
      <w:r>
        <w:t>یہ بات اس لیے کہہ رہا ہوں کہ آپ کے دماغ کی گرہیں کھلیں۔</w:t>
      </w:r>
    </w:p>
    <w:p>
      <w:r>
        <w:rPr>
          <w:b/>
        </w:rPr>
        <w:t xml:space="preserve">[34:56] </w:t>
      </w:r>
      <w:r>
        <w:t>baaton ko aap log samjhen.</w:t>
      </w:r>
    </w:p>
    <w:p>
      <w:pPr>
        <w:jc w:val="right"/>
      </w:pPr>
      <w:r>
        <w:t>باتوں کو آپ لوگ سمجھیں۔</w:t>
      </w:r>
    </w:p>
    <w:p>
      <w:r>
        <w:rPr>
          <w:b/>
        </w:rPr>
        <w:t xml:space="preserve">[34:58] </w:t>
      </w:r>
      <w:r>
        <w:t>ji, bas sunnat-e-rasool ke mutale'a se jo mein ne samjha hai, woh yeh hai ke kamyabi ka</w:t>
      </w:r>
    </w:p>
    <w:p>
      <w:pPr>
        <w:jc w:val="right"/>
      </w:pPr>
      <w:r>
        <w:t>جی، بس سنت رسول کے مطالعے سے جو میں نے سمجھا ہے، وہ یہ ہے کہ کامیابی کا</w:t>
      </w:r>
    </w:p>
    <w:p>
      <w:r>
        <w:rPr>
          <w:b/>
        </w:rPr>
        <w:t xml:space="preserve">[35:05] </w:t>
      </w:r>
      <w:r>
        <w:t>raaz qdam mein nahi hai, kamyabi ka raaz paspai mein hai.</w:t>
      </w:r>
    </w:p>
    <w:p>
      <w:pPr>
        <w:jc w:val="right"/>
      </w:pPr>
      <w:r>
        <w:t>راز اقدام میں نہیں ہے، کامیابی کا راز پسپائی میں ہے۔</w:t>
      </w:r>
    </w:p>
    <w:p>
      <w:r>
        <w:rPr>
          <w:b/>
        </w:rPr>
        <w:t xml:space="preserve">[35:10] </w:t>
      </w:r>
      <w:r>
        <w:t>kyun ke jo qdam jo karte hain na, haqeeqat mein yeh ana hota hi hai.</w:t>
      </w:r>
    </w:p>
    <w:p>
      <w:pPr>
        <w:jc w:val="right"/>
      </w:pPr>
      <w:r>
        <w:t>کیونکہ جو اقدام جو کرتے ہیں نا، حقیقت میں یہ انا ہوتا ہی ہے۔</w:t>
      </w:r>
    </w:p>
    <w:p>
      <w:r>
        <w:rPr>
          <w:b/>
        </w:rPr>
        <w:t xml:space="preserve">[35:16] </w:t>
      </w:r>
      <w:r>
        <w:t>qdam ko khoobsurat banate hain, lekin haqeeqat to ana hoti hai.</w:t>
      </w:r>
    </w:p>
    <w:p>
      <w:pPr>
        <w:jc w:val="right"/>
      </w:pPr>
      <w:r>
        <w:t>اقدام کو خوبصورت بناتے ہیں، لیکن حقیقت تو انا ہوتی ہے۔</w:t>
      </w:r>
    </w:p>
    <w:p>
      <w:r>
        <w:rPr>
          <w:b/>
        </w:rPr>
        <w:t xml:space="preserve">[35:21] </w:t>
      </w:r>
      <w:r>
        <w:t>jahan ana ho, wahan shaitan hota hai.</w:t>
      </w:r>
    </w:p>
    <w:p>
      <w:pPr>
        <w:jc w:val="right"/>
      </w:pPr>
      <w:r>
        <w:t>جہاں انا ہو، وہاں شیطان ہوتا ہے۔</w:t>
      </w:r>
    </w:p>
    <w:p>
      <w:r>
        <w:rPr>
          <w:b/>
        </w:rPr>
        <w:t xml:space="preserve">[35:24] </w:t>
      </w:r>
      <w:r>
        <w:t>achha, paspai mein tawazu hai.</w:t>
      </w:r>
    </w:p>
    <w:p>
      <w:pPr>
        <w:jc w:val="right"/>
      </w:pPr>
      <w:r>
        <w:t>اچھا، پسپائی میں تواضع ہے۔</w:t>
      </w:r>
    </w:p>
    <w:p>
      <w:r>
        <w:rPr>
          <w:b/>
        </w:rPr>
        <w:t xml:space="preserve">[35:26] </w:t>
      </w:r>
      <w:r>
        <w:t>jahan tawazu hai, wahan farishte hain.</w:t>
      </w:r>
    </w:p>
    <w:p>
      <w:pPr>
        <w:jc w:val="right"/>
      </w:pPr>
      <w:r>
        <w:t>جہاں تواضع ہے، وہاں فرشتے ہیں۔</w:t>
      </w:r>
    </w:p>
    <w:p>
      <w:r>
        <w:rPr>
          <w:b/>
        </w:rPr>
        <w:t xml:space="preserve">[35:29] </w:t>
      </w:r>
      <w:r>
        <w:t>jahan ana hai, wahan shaitan hai.</w:t>
      </w:r>
    </w:p>
    <w:p>
      <w:pPr>
        <w:jc w:val="right"/>
      </w:pPr>
      <w:r>
        <w:t>جہاں انا ہے، وہاں شیطان ہے۔</w:t>
      </w:r>
    </w:p>
    <w:p>
      <w:r>
        <w:rPr>
          <w:b/>
        </w:rPr>
        <w:t xml:space="preserve">[35:31] </w:t>
      </w:r>
      <w:r>
        <w:t>aur jahan tawazu hai, wahan farishte hain.</w:t>
      </w:r>
    </w:p>
    <w:p>
      <w:pPr>
        <w:jc w:val="right"/>
      </w:pPr>
      <w:r>
        <w:t>اور جہاں تواضع ہے، وہاں فرشتے ہیں۔</w:t>
      </w:r>
    </w:p>
    <w:p>
      <w:r>
        <w:rPr>
          <w:b/>
        </w:rPr>
        <w:t xml:space="preserve">[35:34] </w:t>
      </w:r>
      <w:r>
        <w:t>to qdam ka muharrik ana hota hai, paspai ka muharrik tawazu hoti hai.</w:t>
      </w:r>
    </w:p>
    <w:p>
      <w:pPr>
        <w:jc w:val="right"/>
      </w:pPr>
      <w:r>
        <w:t>تو اقدام کا محرک انا ہوتا ہے، پسپائی کا محرک تواضع ہوتی ہے۔</w:t>
      </w:r>
    </w:p>
    <w:p>
      <w:r>
        <w:rPr>
          <w:b/>
        </w:rPr>
        <w:t xml:space="preserve">[35:40] </w:t>
      </w:r>
      <w:r>
        <w:t>yeh farq hai.</w:t>
      </w:r>
    </w:p>
    <w:p>
      <w:pPr>
        <w:jc w:val="right"/>
      </w:pPr>
      <w:r>
        <w:t>یہ فرق ہے۔</w:t>
      </w:r>
    </w:p>
    <w:p>
      <w:r>
        <w:rPr>
          <w:b/>
        </w:rPr>
        <w:t xml:space="preserve">[35:41] </w:t>
      </w:r>
      <w:r>
        <w:t>to aap log bohat ziyada is ko samjhiye ke aap logon ko aik role karna hai aur yeh</w:t>
      </w:r>
    </w:p>
    <w:p>
      <w:pPr>
        <w:jc w:val="right"/>
      </w:pPr>
      <w:r>
        <w:t>تو آپ لوگ بہت زیادہ اس کو سمجھیے کہ آپ لوگوں کو ایک رول کرنا ہے اور یہ</w:t>
      </w:r>
    </w:p>
    <w:p>
      <w:r>
        <w:rPr>
          <w:b/>
        </w:rPr>
        <w:t xml:space="preserve">[35:49] </w:t>
      </w:r>
      <w:r>
        <w:t>samajhna hai ke hum hi ko aik kaam anjam dena hai.</w:t>
      </w:r>
    </w:p>
    <w:p>
      <w:pPr>
        <w:jc w:val="right"/>
      </w:pPr>
      <w:r>
        <w:t>سمجھنا ہے کہ ہم ہی کو ایک کام انجام دینا ہے۔</w:t>
      </w:r>
    </w:p>
    <w:p>
      <w:r>
        <w:rPr>
          <w:b/>
        </w:rPr>
        <w:t xml:space="preserve">[35:54] </w:t>
      </w:r>
      <w:r>
        <w:t>we have to do it.</w:t>
      </w:r>
    </w:p>
    <w:p>
      <w:pPr>
        <w:jc w:val="right"/>
      </w:pPr>
      <w:r>
        <w:t>وی ہیو ٹو ڈو اٹ۔</w:t>
      </w:r>
    </w:p>
    <w:p>
      <w:r>
        <w:rPr>
          <w:b/>
        </w:rPr>
        <w:t xml:space="preserve">[35:56] </w:t>
      </w:r>
      <w:r>
        <w:t>koi aur nahi aane wala hai jo is kaam ko anjam de.</w:t>
      </w:r>
    </w:p>
    <w:p>
      <w:pPr>
        <w:jc w:val="right"/>
      </w:pPr>
      <w:r>
        <w:t>کوئی اور نہیں آنے والا ہے جو اس کام کو انجام دے۔</w:t>
      </w:r>
    </w:p>
    <w:p>
      <w:r>
        <w:rPr>
          <w:b/>
        </w:rPr>
        <w:t xml:space="preserve">[36:01] </w:t>
      </w:r>
      <w:r>
        <w:t>to apne role ko samjhiye, apne role ko samjhiye.</w:t>
      </w:r>
    </w:p>
    <w:p>
      <w:pPr>
        <w:jc w:val="right"/>
      </w:pPr>
      <w:r>
        <w:t>تو اپنے رول کو سمجھیے، اپنے رول کو سمجھیے۔</w:t>
      </w:r>
    </w:p>
    <w:p>
      <w:r>
        <w:rPr>
          <w:b/>
        </w:rPr>
        <w:t xml:space="preserve">[36:05] </w:t>
      </w:r>
      <w:r>
        <w:t>aur kabhi yeh baat samjhiye ga ke aur bhi koi group aane wale hain.</w:t>
      </w:r>
    </w:p>
    <w:p>
      <w:pPr>
        <w:jc w:val="right"/>
      </w:pPr>
      <w:r>
        <w:t>اور کبھی یہ بات سمجھیے گا کہ اور بھی کوئی گروپ آنے والے ہیں۔</w:t>
      </w:r>
    </w:p>
    <w:p>
      <w:r>
        <w:rPr>
          <w:b/>
        </w:rPr>
        <w:t xml:space="preserve">[36:11] </w:t>
      </w:r>
      <w:r>
        <w:t>maulana fazl sahib se meri mulaqat hui to pehli bar maine kaha tha, kya kaha tha? yaad</w:t>
      </w:r>
    </w:p>
    <w:p>
      <w:pPr>
        <w:jc w:val="right"/>
      </w:pPr>
      <w:r>
        <w:t>مولانا فضل صاحب سے میری ملاقات ہوئی تو پہلی بار میں نے کہا تھا، کیا کہا تھا؟ یاد</w:t>
      </w:r>
    </w:p>
    <w:p>
      <w:r>
        <w:rPr>
          <w:b/>
        </w:rPr>
        <w:t xml:space="preserve">[36:19] </w:t>
      </w:r>
      <w:r>
        <w:t>hai aap ko? hain, maine kaha tha ke main tareekh ka aakhri aadmi hoon.</w:t>
      </w:r>
    </w:p>
    <w:p>
      <w:pPr>
        <w:jc w:val="right"/>
      </w:pPr>
      <w:r>
        <w:t>ہے آپ کو؟ ہیں، میں نے کہا تھا کہ میں تاریخ کا آخری آدمی ہوں۔</w:t>
      </w:r>
    </w:p>
    <w:p>
      <w:r>
        <w:rPr>
          <w:b/>
        </w:rPr>
        <w:t xml:space="preserve">[36:25] </w:t>
      </w:r>
      <w:r>
        <w:t>nahi yaad hai? hain kaha tha? haan, to aap sab log bhi tareekh ke aakhri group hain.</w:t>
      </w:r>
    </w:p>
    <w:p>
      <w:pPr>
        <w:jc w:val="right"/>
      </w:pPr>
      <w:r>
        <w:t>نہیں یاد ہے؟ ہیں کہا تھا؟ ہاں، تو آپ سب لوگ بھی تاریخ کے آخری گروپ ہیں۔</w:t>
      </w:r>
    </w:p>
    <w:p>
      <w:r>
        <w:rPr>
          <w:b/>
        </w:rPr>
        <w:t xml:space="preserve">[36:32] </w:t>
      </w:r>
      <w:r>
        <w:t>yeh mat samjhiye ke abhi do, teesre aur chauthe aayenge, kuch nahi hone wala.</w:t>
      </w:r>
    </w:p>
    <w:p>
      <w:pPr>
        <w:jc w:val="right"/>
      </w:pPr>
      <w:r>
        <w:t>یہ مت سمجھیے کہ ابھی دو، تیسرے اور چوتھے آئیں گے، کچھ نہیں ہونے والا۔</w:t>
      </w:r>
    </w:p>
    <w:p>
      <w:r>
        <w:rPr>
          <w:b/>
        </w:rPr>
        <w:t xml:space="preserve">[36:39] </w:t>
      </w:r>
      <w:r>
        <w:t>duniya itni zyada bigad chuki hai, itni zyada, yani itni zyada, sare asbab bigad ke tayyar hain.</w:t>
      </w:r>
    </w:p>
    <w:p>
      <w:pPr>
        <w:jc w:val="right"/>
      </w:pPr>
      <w:r>
        <w:t>دنیا اتنی زیادہ بگڑ چکی ہے، اتنی زیادہ، یعنی اتنی زیادہ، سارے اسباب بگاڑ کے تیار ہیں۔</w:t>
      </w:r>
    </w:p>
    <w:p>
      <w:r>
        <w:rPr>
          <w:b/>
        </w:rPr>
        <w:t xml:space="preserve">[36:46] </w:t>
      </w:r>
      <w:r>
        <w:t>salah ki taraf koi sooq nahi ja raha.</w:t>
      </w:r>
    </w:p>
    <w:p>
      <w:pPr>
        <w:jc w:val="right"/>
      </w:pPr>
      <w:r>
        <w:t>صلاح کی طرف کوئی سوق نہیں جا رہا۔</w:t>
      </w:r>
    </w:p>
    <w:p>
      <w:r>
        <w:rPr>
          <w:b/>
        </w:rPr>
        <w:t xml:space="preserve">[36:49] </w:t>
      </w:r>
      <w:r>
        <w:t>aap log jo is mission mein lag gayi hain, yeh aap samajhte hain ke yeh saada baat hai?</w:t>
      </w:r>
    </w:p>
    <w:p>
      <w:pPr>
        <w:jc w:val="right"/>
      </w:pPr>
      <w:r>
        <w:t>آپ لوگ جو اس مشن میں لگ گئی ہیں، یہ آپ سمجھتے ہیں کہ یہ سادہ بات ہے؟</w:t>
      </w:r>
    </w:p>
    <w:p>
      <w:r>
        <w:rPr>
          <w:b/>
        </w:rPr>
        <w:t xml:space="preserve">[36:57] </w:t>
      </w:r>
      <w:r>
        <w:t>yeh bhi moajza hai.</w:t>
      </w:r>
    </w:p>
    <w:p>
      <w:pPr>
        <w:jc w:val="right"/>
      </w:pPr>
      <w:r>
        <w:t>یہ بھی معجزہ ہے۔</w:t>
      </w:r>
    </w:p>
    <w:p>
      <w:r>
        <w:rPr>
          <w:b/>
        </w:rPr>
        <w:t xml:space="preserve">[36:59] </w:t>
      </w:r>
      <w:r>
        <w:t>aap yeh yun sochiye, aap aap ke jitne sathi hain, woh kya kar rahe hain? paisa kama rahe</w:t>
      </w:r>
    </w:p>
    <w:p>
      <w:pPr>
        <w:jc w:val="right"/>
      </w:pPr>
      <w:r>
        <w:t>آپ یہ یوں سوچیے، آپ آپ کے جتنے ساتھی ہیں، وہ کیا کر رہے ہیں؟ پیسہ کما رہے</w:t>
      </w:r>
    </w:p>
    <w:p>
      <w:r>
        <w:rPr>
          <w:b/>
        </w:rPr>
        <w:t xml:space="preserve">[37:07] </w:t>
      </w:r>
      <w:r>
        <w:t>hain? aap hi logon ke jo sathi hain, aap hi logon ki family ke jo log hain, woh</w:t>
      </w:r>
    </w:p>
    <w:p>
      <w:pPr>
        <w:jc w:val="right"/>
      </w:pPr>
      <w:r>
        <w:t>ہیں؟ آپ ہی لوگوں کے جو ساتھی ہیں، آپ ہی لوگوں کی فیملی کے جو لوگ ہیں، وہ</w:t>
      </w:r>
    </w:p>
    <w:p>
      <w:r>
        <w:rPr>
          <w:b/>
        </w:rPr>
        <w:t xml:space="preserve">[37:14] </w:t>
      </w:r>
      <w:r>
        <w:t>kahan kahan daud laga rahe hain? paise ki daud laga rahe hain? aap aap khud khud sochiye, aap</w:t>
      </w:r>
    </w:p>
    <w:p>
      <w:pPr>
        <w:jc w:val="right"/>
      </w:pPr>
      <w:r>
        <w:t>کہاں کہاں دوڑ لگا رہے ہیں؟ پیسے کی دوڑ لگا رہے ہیں؟ آپ آپ خود خود سوچیے، آپ</w:t>
      </w:r>
    </w:p>
    <w:p>
      <w:r>
        <w:rPr>
          <w:b/>
        </w:rPr>
        <w:t xml:space="preserve">[37:22] </w:t>
      </w:r>
      <w:r>
        <w:t>log, aap ke dost, aap ke khandan wale, aap ko janne wale, sab paise ki daud laga rahe</w:t>
      </w:r>
    </w:p>
    <w:p>
      <w:pPr>
        <w:jc w:val="right"/>
      </w:pPr>
      <w:r>
        <w:t>لوگ، آپ کے دوست، آپ کے خاندان والے، آپ کو جاننے والے، سب پیسے کی دوڑ لگا رہے</w:t>
      </w:r>
    </w:p>
    <w:p>
      <w:r>
        <w:rPr>
          <w:b/>
        </w:rPr>
        <w:t xml:space="preserve">[37:30]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[37:31] </w:t>
      </w:r>
      <w:r>
        <w:t>to Allah taala ne aap ko tofeeq di ke aap mission ki taraf daudein, dawat ki taraf daudein.</w:t>
      </w:r>
    </w:p>
    <w:p>
      <w:pPr>
        <w:jc w:val="right"/>
      </w:pPr>
      <w:r>
        <w:t>تو اللہ تعالیٰ نے آپ کو توفیق دی کہ آپ مشن کی طرف دوڑیں، دعوت کی طرف دوڑیں۔</w:t>
      </w:r>
    </w:p>
    <w:p>
      <w:r>
        <w:rPr>
          <w:b/>
        </w:rPr>
        <w:t xml:space="preserve">[37:39] </w:t>
      </w:r>
      <w:r>
        <w:t>to yeh yeh Allah ki bohat hi khasoosi madad hai, bohat hi khasoosi madad hai.</w:t>
      </w:r>
    </w:p>
    <w:p>
      <w:pPr>
        <w:jc w:val="right"/>
      </w:pPr>
      <w:r>
        <w:t>تو یہ یہ اللہ کی بہت ہی خصوصی مدد ہے، بہت ہی خصوصی مدد ہے۔</w:t>
      </w:r>
    </w:p>
    <w:p>
      <w:r>
        <w:rPr>
          <w:b/>
        </w:rPr>
        <w:t xml:space="preserve">[37:45] </w:t>
      </w:r>
      <w:r>
        <w:t>کیب خرم، کوئی باتیں کلیئر ہو رہی ہیں؟ ہیں، Is there some language problem? ہیں، ٹھیک ہے۔</w:t>
      </w:r>
    </w:p>
    <w:p>
      <w:pPr>
        <w:jc w:val="right"/>
      </w:pPr>
      <w:r>
        <w:t>کیب خرم، کوئی باتیں کلیئر ہو رہی ہیں؟ ہیں، از دیٹ سم لینگویج پرابلم؟ ہیں، ٹھیک ہے۔</w:t>
      </w:r>
    </w:p>
    <w:p>
      <w:r>
        <w:rPr>
          <w:b/>
        </w:rPr>
        <w:t xml:space="preserve">[37:53] </w:t>
      </w:r>
      <w:r>
        <w:t>dua kijiye Allah taala se ke hum logon ko Allah taala qabool farmaye, kyunke jo kaam hoga, woh</w:t>
      </w:r>
    </w:p>
    <w:p>
      <w:pPr>
        <w:jc w:val="right"/>
      </w:pPr>
      <w:r>
        <w:t>دعا کیجئے اللہ تعالیٰ سے کہ ہم لوگوں کو اللہ تعالیٰ قبول فرمائے، کیونکہ جو کام ہوگا، وہ</w:t>
      </w:r>
    </w:p>
    <w:p>
      <w:r>
        <w:rPr>
          <w:b/>
        </w:rPr>
        <w:t xml:space="preserve">[38:00] </w:t>
      </w:r>
      <w:r>
        <w:t>Allah ki madad se hi hoga.</w:t>
      </w:r>
    </w:p>
    <w:p>
      <w:pPr>
        <w:jc w:val="right"/>
      </w:pPr>
      <w:r>
        <w:t>اللہ کی مدد سے ہی ہوگا۔</w:t>
      </w:r>
    </w:p>
    <w:p>
      <w:r>
        <w:rPr>
          <w:b/>
        </w:rPr>
        <w:t xml:space="preserve">[38:03] </w:t>
      </w:r>
      <w:r>
        <w:t>aur yeh mission jo hai, duaon par chalega, duaon par, aur kisi cheez par nahi.</w:t>
      </w:r>
    </w:p>
    <w:p>
      <w:pPr>
        <w:jc w:val="right"/>
      </w:pPr>
      <w:r>
        <w:t>اور یہ مشن جو ہے، دعاؤں پر چلے گا، دعاؤں پر، اور کسی چیز پر نہیں۔</w:t>
      </w:r>
    </w:p>
    <w:p>
      <w:r>
        <w:rPr>
          <w:b/>
        </w:rPr>
        <w:t xml:space="preserve">[38:10] </w:t>
      </w:r>
      <w:r>
        <w:t>to aap log khoob duaen kijiye, aur khoob apni apni ana ko kuchal ke khatm kar dijiye.</w:t>
      </w:r>
    </w:p>
    <w:p>
      <w:pPr>
        <w:jc w:val="right"/>
      </w:pPr>
      <w:r>
        <w:t>تو آپ لوگ خوب دعائیں کیجئے، اور خوب اپنی اپنی انا کو کچل کے ختم کر دیجئے۔</w:t>
      </w:r>
    </w:p>
    <w:p>
      <w:r>
        <w:rPr>
          <w:b/>
        </w:rPr>
        <w:t xml:space="preserve">[38:17] </w:t>
      </w:r>
      <w:r>
        <w:t>apne andar tawazu, modesty le aaiye.</w:t>
      </w:r>
    </w:p>
    <w:p>
      <w:pPr>
        <w:jc w:val="right"/>
      </w:pPr>
      <w:r>
        <w:t>اپنے اندر تواضع، ماڈیسٹی لے آئیے۔</w:t>
      </w:r>
    </w:p>
    <w:p>
      <w:r>
        <w:rPr>
          <w:b/>
        </w:rPr>
        <w:t xml:space="preserve">[38:20] </w:t>
      </w:r>
      <w:r>
        <w:t>dekhein, yani ahle iman ke teen darje hain: teen salih, muttaqi, muhsin.</w:t>
      </w:r>
    </w:p>
    <w:p>
      <w:pPr>
        <w:jc w:val="right"/>
      </w:pPr>
      <w:r>
        <w:t>دیکھیں، یعنی اہل ایمان کے تین درجے ہیں: تین صالح، متقی، محسن۔</w:t>
      </w:r>
    </w:p>
    <w:p>
      <w:r>
        <w:rPr>
          <w:b/>
        </w:rPr>
        <w:t xml:space="preserve">[38:25] </w:t>
      </w:r>
      <w:r>
        <w:t>salih, muttaqi, muhsin.</w:t>
      </w:r>
    </w:p>
    <w:p>
      <w:pPr>
        <w:jc w:val="right"/>
      </w:pPr>
      <w:r>
        <w:t>صالح، متقی، محسن۔</w:t>
      </w:r>
    </w:p>
    <w:p>
      <w:r>
        <w:rPr>
          <w:b/>
        </w:rPr>
        <w:t xml:space="preserve">[38:26] </w:t>
      </w:r>
      <w:r>
        <w:t>salih banna bhi achi baat hai, muttaqi banna bhi achi baat hai.</w:t>
      </w:r>
    </w:p>
    <w:p>
      <w:pPr>
        <w:jc w:val="right"/>
      </w:pPr>
      <w:r>
        <w:t>صالح بننا بھی اچھی بات ہے، متقی بننا بھی اچھی بات ہے۔</w:t>
      </w:r>
    </w:p>
    <w:p>
      <w:r>
        <w:rPr>
          <w:b/>
        </w:rPr>
        <w:t xml:space="preserve">[38:31] </w:t>
      </w:r>
      <w:r>
        <w:t>lekin mission jo hai, yeh log nahi kar sakte.</w:t>
      </w:r>
    </w:p>
    <w:p>
      <w:pPr>
        <w:jc w:val="right"/>
      </w:pPr>
      <w:r>
        <w:t>لیکن مشن جو ہے، یہ لوگ نہیں کر سکتے۔</w:t>
      </w:r>
    </w:p>
    <w:p>
      <w:r>
        <w:rPr>
          <w:b/>
        </w:rPr>
        <w:t xml:space="preserve">[38:35] </w:t>
      </w:r>
      <w:r>
        <w:t>salihin aur muttaqi muhsin nahi chahte, mission ke muhsin chahiye.</w:t>
      </w:r>
    </w:p>
    <w:p>
      <w:pPr>
        <w:jc w:val="right"/>
      </w:pPr>
      <w:r>
        <w:t>صالحین اور متقی محسن نہیں چاہتے، مشن کے محسن چاہیے۔</w:t>
      </w:r>
    </w:p>
    <w:p>
      <w:r>
        <w:rPr>
          <w:b/>
        </w:rPr>
        <w:t xml:space="preserve">[38:40] </w:t>
      </w:r>
      <w:r>
        <w:t>is raaz ko samjhiye, yaani saaleh bhi tolerable hai, mutaqi bhi tolerable hai, lekin tolerable hai, yaani nijaat</w:t>
      </w:r>
    </w:p>
    <w:p>
      <w:pPr>
        <w:jc w:val="right"/>
      </w:pPr>
      <w:r>
        <w:t>اس راز کو سمجھیے، یعنی صالح بھی ٹولریبل ہے، متقی بھی ٹولریبل ہے، لیکن ٹولریبل ہے، یعنی نجات</w:t>
      </w:r>
    </w:p>
    <w:p>
      <w:r>
        <w:rPr>
          <w:b/>
        </w:rPr>
        <w:t xml:space="preserve">[38:47] </w:t>
      </w:r>
      <w:r>
        <w:t>ke liye, mission ke liye nahi.</w:t>
      </w:r>
    </w:p>
    <w:p>
      <w:pPr>
        <w:jc w:val="right"/>
      </w:pPr>
      <w:r>
        <w:t>کے لیے، مشن کے لیے نہیں۔</w:t>
      </w:r>
    </w:p>
    <w:p>
      <w:r>
        <w:rPr>
          <w:b/>
        </w:rPr>
        <w:t xml:space="preserve">[38:50] </w:t>
      </w:r>
      <w:r>
        <w:t>dawati mission jo hai, is ke liye saaleh aur mutaqi kaafi hargiz nahi hai.</w:t>
      </w:r>
    </w:p>
    <w:p>
      <w:pPr>
        <w:jc w:val="right"/>
      </w:pPr>
      <w:r>
        <w:t>دعوتی مشن جو ہے، اس کے لیے صالح اور متقی کافی ہرگز نہیں ہے۔</w:t>
      </w:r>
    </w:p>
    <w:p>
      <w:r>
        <w:rPr>
          <w:b/>
        </w:rPr>
        <w:t xml:space="preserve">[38:56] </w:t>
      </w:r>
      <w:r>
        <w:t>is ke liye mohsin chahiye.</w:t>
      </w:r>
    </w:p>
    <w:p>
      <w:pPr>
        <w:jc w:val="right"/>
      </w:pPr>
      <w:r>
        <w:t>اس کے لیے محسن چاہیے۔</w:t>
      </w:r>
    </w:p>
    <w:p>
      <w:r>
        <w:rPr>
          <w:b/>
        </w:rPr>
        <w:t xml:space="preserve">[38:58] </w:t>
      </w:r>
      <w:r>
        <w:t>to aap logon ko mohsin ke darje mein momin banna hai, tab aap dawat ka kaam kar paayen</w:t>
      </w:r>
    </w:p>
    <w:p>
      <w:pPr>
        <w:jc w:val="right"/>
      </w:pPr>
      <w:r>
        <w:t>تو آپ لوگوں کو محسن کے درجے میں مومن بننا ہے، تب آپ دعوت کا کام کر پائیں</w:t>
      </w:r>
    </w:p>
    <w:p>
      <w:r>
        <w:rPr>
          <w:b/>
        </w:rPr>
        <w:t xml:space="preserve">[39:06] </w:t>
      </w:r>
      <w:r>
        <w:t>ge.</w:t>
      </w:r>
    </w:p>
    <w:p>
      <w:pPr>
        <w:jc w:val="right"/>
      </w:pPr>
      <w:r>
        <w:t>گے۔</w:t>
      </w:r>
    </w:p>
    <w:p>
      <w:r>
        <w:rPr>
          <w:b/>
        </w:rPr>
        <w:t xml:space="preserve">[39:07] </w:t>
      </w:r>
      <w:r>
        <w:t>to in sab baaton ko sochiye, aur apne aap ko Allah ke kaam mein laga dijiye.</w:t>
      </w:r>
    </w:p>
    <w:p>
      <w:pPr>
        <w:jc w:val="right"/>
      </w:pPr>
      <w:r>
        <w:t>تو ان سب باتوں کو سوچیے، اور اپنے آپ کو اللہ کے کام میں لگا دیجئے۔</w:t>
      </w:r>
    </w:p>
    <w:p>
      <w:r>
        <w:rPr>
          <w:b/>
        </w:rPr>
        <w:t xml:space="preserve">[39:14] </w:t>
      </w:r>
      <w:r>
        <w:t>aur mujhe yaqeen hai ke jab aap, yaani mukhlisaana faisla kar len ge, to Allah ki madad zaroor</w:t>
      </w:r>
    </w:p>
    <w:p>
      <w:pPr>
        <w:jc w:val="right"/>
      </w:pPr>
      <w:r>
        <w:t>اور مجھے یقین ہے کہ جب آپ، یعنی مخلصانہ فیصلہ کر لیں گے، تو اللہ کی مدد ضرور</w:t>
      </w:r>
    </w:p>
    <w:p>
      <w:r>
        <w:rPr>
          <w:b/>
        </w:rPr>
        <w:t xml:space="preserve">[39:22] </w:t>
      </w:r>
      <w:r>
        <w:t>aaye gi, aur yeh kaam aage badhe ga.</w:t>
      </w:r>
    </w:p>
    <w:p>
      <w:pPr>
        <w:jc w:val="right"/>
      </w:pPr>
      <w:r>
        <w:t>آئے گی، اور یہ کام آگے بڑھے گا۔</w:t>
      </w:r>
    </w:p>
    <w:p>
      <w:r>
        <w:rPr>
          <w:b/>
        </w:rPr>
        <w:t xml:space="preserve">[39:25] </w:t>
      </w:r>
      <w:r>
        <w:t>aqool qaul hadha wastaghfirullah walakum ajmaeen.</w:t>
      </w:r>
    </w:p>
    <w:p>
      <w:pPr>
        <w:jc w:val="right"/>
      </w:pPr>
      <w:r>
        <w:t>اقول قول ھذا واستغفراللہ ولکم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