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Five Periods of Human History March 8, 2009 Maulana Wahiduddin Khan</w:t>
      </w:r>
    </w:p>
    <w:p>
      <w:r>
        <w:t>https://www.youtube.com/watch?v=CJTQytYggLY</w:t>
      </w:r>
    </w:p>
    <w:p>
      <w:r>
        <w:rPr>
          <w:b/>
        </w:rPr>
        <w:t xml:space="preserve">[00:21] </w:t>
      </w:r>
      <w:r>
        <w:t>bismillah al rahman al rahim, wa salla Allahu ala al nabi al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[00:27] </w:t>
      </w:r>
      <w:r>
        <w:t>rab ishrah li sadri, wa yassir li amri, wa hallaqda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[00:34] </w:t>
      </w:r>
      <w:r>
        <w:t>aaj ka topic hai: "five periods of human history".</w:t>
      </w:r>
    </w:p>
    <w:p>
      <w:pPr>
        <w:jc w:val="right"/>
      </w:pPr>
      <w:r>
        <w:t>آج کا ٹاپک ہے: "فائیو پیریڈز آف ہیومن ہسٹری"۔</w:t>
      </w:r>
    </w:p>
    <w:p>
      <w:r>
        <w:rPr>
          <w:b/>
        </w:rPr>
        <w:t xml:space="preserve">[00:41] </w:t>
      </w:r>
      <w:r>
        <w:t>insani tareekh ke panch dour.</w:t>
      </w:r>
    </w:p>
    <w:p>
      <w:pPr>
        <w:jc w:val="right"/>
      </w:pPr>
      <w:r>
        <w:t>انسانی تاریخ کے پانچ دور۔</w:t>
      </w:r>
    </w:p>
    <w:p>
      <w:r>
        <w:rPr>
          <w:b/>
        </w:rPr>
        <w:t xml:space="preserve">[00:48] </w:t>
      </w:r>
      <w:r>
        <w:t>dekhein, tareekh ko mukhtalif angle se dekhte hain log, aur alag alag aspects se is ke dour batate hain.</w:t>
      </w:r>
    </w:p>
    <w:p>
      <w:pPr>
        <w:jc w:val="right"/>
      </w:pPr>
      <w:r>
        <w:t>دیکھیں، تاریخ کو مختلف اینگل سے دیکھتے ہیں لوگ، اور الگ الگ ایسپیکٹس سے اس کے دور بتاتے ہیں۔</w:t>
      </w:r>
    </w:p>
    <w:p>
      <w:r>
        <w:rPr>
          <w:b/>
        </w:rPr>
        <w:t xml:space="preserve">[00:54] </w:t>
      </w:r>
      <w:r>
        <w:t>mein jis angle se dekh raha hoon, is ke aitbar se maine panch dour bataye hain, yani</w:t>
      </w:r>
    </w:p>
    <w:p>
      <w:pPr>
        <w:jc w:val="right"/>
      </w:pPr>
      <w:r>
        <w:t>میں جس اینگل سے دیکھ رہا ہوں، اس کے اعتبار سے میں نے پانچ دور بتائے ہیں، یعنی</w:t>
      </w:r>
    </w:p>
    <w:p>
      <w:r>
        <w:rPr>
          <w:b/>
        </w:rPr>
        <w:t xml:space="preserve">[01:01] </w:t>
      </w:r>
      <w:r>
        <w:t>dawat ke angle se.</w:t>
      </w:r>
    </w:p>
    <w:p>
      <w:pPr>
        <w:jc w:val="right"/>
      </w:pPr>
      <w:r>
        <w:t>دعوت کے اینگل سے۔</w:t>
      </w:r>
    </w:p>
    <w:p>
      <w:r>
        <w:rPr>
          <w:b/>
        </w:rPr>
        <w:t xml:space="preserve">[01:08] </w:t>
      </w:r>
      <w:r>
        <w:t>to sab se pehla daur jo hai woh hai jabke prophet aate rahe, bar bar, lekin insaan ne</w:t>
      </w:r>
    </w:p>
    <w:p>
      <w:pPr>
        <w:jc w:val="right"/>
      </w:pPr>
      <w:r>
        <w:t>تو سب سے پہلا دور جو ہے وہ ہے جبکہ پرافٹ آتے رہے، بار بار، لیکن انسان نے</w:t>
      </w:r>
    </w:p>
    <w:p>
      <w:r>
        <w:rPr>
          <w:b/>
        </w:rPr>
        <w:t xml:space="preserve">[01:15] </w:t>
      </w:r>
      <w:r>
        <w:t>un ko ignore kiya.</w:t>
      </w:r>
    </w:p>
    <w:p>
      <w:pPr>
        <w:jc w:val="right"/>
      </w:pPr>
      <w:r>
        <w:t>ان کو اگنور کیا۔</w:t>
      </w:r>
    </w:p>
    <w:p>
      <w:r>
        <w:rPr>
          <w:b/>
        </w:rPr>
        <w:t xml:space="preserve">[01:22] </w:t>
      </w:r>
      <w:r>
        <w:t>aur history mein un ka record nahi, Rasool Allah se pehle.</w:t>
      </w:r>
    </w:p>
    <w:p>
      <w:pPr>
        <w:jc w:val="right"/>
      </w:pPr>
      <w:r>
        <w:t>اور ہسٹری میں ان کا ریکارڈ نہیں، رسول اللہ سے پہلے۔</w:t>
      </w:r>
    </w:p>
    <w:p>
      <w:r>
        <w:rPr>
          <w:b/>
        </w:rPr>
        <w:t xml:space="preserve">[01:28] </w:t>
      </w:r>
      <w:r>
        <w:t>yeh pehla daur tha jabke insaan ne peghamabar ko "unworthy of recording" samjha, yani is qabil nahi</w:t>
      </w:r>
    </w:p>
    <w:p>
      <w:pPr>
        <w:jc w:val="right"/>
      </w:pPr>
      <w:r>
        <w:t>یہ پہلا دور تھا جبکہ انسان نے پیغمبر کو "ان وردی آف ریکارڈنگ" سمجھا، یعنی اس قابل نہیں</w:t>
      </w:r>
    </w:p>
    <w:p>
      <w:r>
        <w:rPr>
          <w:b/>
        </w:rPr>
        <w:t xml:space="preserve">[01:35] </w:t>
      </w:r>
      <w:r>
        <w:t>samjha ke un ko tareekh mein record kiya jaye.</w:t>
      </w:r>
    </w:p>
    <w:p>
      <w:pPr>
        <w:jc w:val="right"/>
      </w:pPr>
      <w:r>
        <w:t>سمجھا کہ ان کو تاریخ میں ریکارڈ کیا جائے۔</w:t>
      </w:r>
    </w:p>
    <w:p>
      <w:r>
        <w:rPr>
          <w:b/>
        </w:rPr>
        <w:t xml:space="preserve">[01:42] </w:t>
      </w:r>
      <w:r>
        <w:t>chunaanche purely historical sense mein woh pichle peghamabar sab la-maloom hain.</w:t>
      </w:r>
    </w:p>
    <w:p>
      <w:pPr>
        <w:jc w:val="right"/>
      </w:pPr>
      <w:r>
        <w:t>چنانچہ پیورلی ہسٹوریکل سینس میں وہ پچھلے پیغمبر سب لامعلوم ہیں۔</w:t>
      </w:r>
    </w:p>
    <w:p>
      <w:r>
        <w:rPr>
          <w:b/>
        </w:rPr>
        <w:t xml:space="preserve">[01:49] </w:t>
      </w:r>
      <w:r>
        <w:t>woh aqeeday ke aitbar se peghamabar hain, lekin tareekh ke aitbar se woh recorded history mein nahi aate.</w:t>
      </w:r>
    </w:p>
    <w:p>
      <w:pPr>
        <w:jc w:val="right"/>
      </w:pPr>
      <w:r>
        <w:t>وہ عقیدے کے اعتبار سے پیغمبر ہیں، لیکن تاریخ کے اعتبار سے وہ ریکارڈڈ ہسٹری میں نہیں آتے۔</w:t>
      </w:r>
    </w:p>
    <w:p>
      <w:r>
        <w:rPr>
          <w:b/>
        </w:rPr>
        <w:t xml:space="preserve">[01:56] </w:t>
      </w:r>
      <w:r>
        <w:t>dusra daur hai Muhammad (SAW) ka.</w:t>
      </w:r>
    </w:p>
    <w:p>
      <w:pPr>
        <w:jc w:val="right"/>
      </w:pPr>
      <w:r>
        <w:t>دوسرا دور ہے محمد صلی اللہ علیہ وسلم کا۔</w:t>
      </w:r>
    </w:p>
    <w:p>
      <w:r>
        <w:rPr>
          <w:b/>
        </w:rPr>
        <w:t xml:space="preserve">[02:02] </w:t>
      </w:r>
      <w:r>
        <w:t>un ke bare mein Quran Majeed mein hai ke: "Yawassaka rabbuka maqaaman mahmoodan".</w:t>
      </w:r>
    </w:p>
    <w:p>
      <w:pPr>
        <w:jc w:val="right"/>
      </w:pPr>
      <w:r>
        <w:t>ان کے بارے میں قرآن مجید میں ہے کہ: "یَوَصَكَ رَبُّكَ مَقَامًا مَحْمُودًا"۔</w:t>
      </w:r>
    </w:p>
    <w:p>
      <w:r>
        <w:rPr>
          <w:b/>
        </w:rPr>
        <w:t xml:space="preserve">[02:09] </w:t>
      </w:r>
      <w:r>
        <w:t>ke aap ko Khuda ne maqam-e-mehmood diya.</w:t>
      </w:r>
    </w:p>
    <w:p>
      <w:pPr>
        <w:jc w:val="right"/>
      </w:pPr>
      <w:r>
        <w:t>کہ آپ کو خدا نے مقام محمود دیا۔</w:t>
      </w:r>
    </w:p>
    <w:p>
      <w:r>
        <w:rPr>
          <w:b/>
        </w:rPr>
        <w:t xml:space="preserve">[02:16] </w:t>
      </w:r>
      <w:r>
        <w:t>yeh maqam-e-mehmood koi mysterious cheez nahi hai, yeh koi asrar cheez nahi hai.</w:t>
      </w:r>
    </w:p>
    <w:p>
      <w:pPr>
        <w:jc w:val="right"/>
      </w:pPr>
      <w:r>
        <w:t>یہ مقام محمود کوئی مسٹیریس چیز نہیں ہے، یہ کوئی پراسرار چیز نہیں ہے۔</w:t>
      </w:r>
    </w:p>
    <w:p>
      <w:r>
        <w:rPr>
          <w:b/>
        </w:rPr>
        <w:t xml:space="preserve">[02:23] </w:t>
      </w:r>
      <w:r>
        <w:t>yeh ek historical phenomenon hai, purely historical phenomenon hai.</w:t>
      </w:r>
    </w:p>
    <w:p>
      <w:pPr>
        <w:jc w:val="right"/>
      </w:pPr>
      <w:r>
        <w:t>یہ ایک تاریخی فیناومینا ہے، پیورلی ہسٹوریکل فیناومینا ہے۔</w:t>
      </w:r>
    </w:p>
    <w:p>
      <w:r>
        <w:rPr>
          <w:b/>
        </w:rPr>
        <w:t xml:space="preserve">[02:30] </w:t>
      </w:r>
      <w:r>
        <w:t>is se murad hai historically acknowledged peghamabar, yani woh peghamabar jis ko tareekh mein peghamabar ki hesiyat se</w:t>
      </w:r>
    </w:p>
    <w:p>
      <w:pPr>
        <w:jc w:val="right"/>
      </w:pPr>
      <w:r>
        <w:t>اس سے مراد ہے ہسٹوریکلی اکنالجڈ پیغمبر، یعنی وہ پیغمبر جس کو تاریخ میں پیغمبر کی حیثیت سے</w:t>
      </w:r>
    </w:p>
    <w:p>
      <w:r>
        <w:rPr>
          <w:b/>
        </w:rPr>
        <w:t xml:space="preserve">[02:36] </w:t>
      </w:r>
      <w:r>
        <w:t>acknowledged kiya gaya.</w:t>
      </w:r>
    </w:p>
    <w:p>
      <w:pPr>
        <w:jc w:val="right"/>
      </w:pPr>
      <w:r>
        <w:t>اکنالج کیا گیا۔</w:t>
      </w:r>
    </w:p>
    <w:p>
      <w:r>
        <w:rPr>
          <w:b/>
        </w:rPr>
        <w:t xml:space="preserve">[02:43] </w:t>
      </w:r>
      <w:r>
        <w:t>yeh hai dusra daur.</w:t>
      </w:r>
    </w:p>
    <w:p>
      <w:pPr>
        <w:jc w:val="right"/>
      </w:pPr>
      <w:r>
        <w:t>یہ ہے دوسرا دور۔</w:t>
      </w:r>
    </w:p>
    <w:p>
      <w:r>
        <w:rPr>
          <w:b/>
        </w:rPr>
        <w:t xml:space="preserve">[02:50] </w:t>
      </w:r>
      <w:r>
        <w:t>teesra daur jo hai woh hai "preserved book of God" ka, yani Quran ka.</w:t>
      </w:r>
    </w:p>
    <w:p>
      <w:pPr>
        <w:jc w:val="right"/>
      </w:pPr>
      <w:r>
        <w:t>تیسرا دور جو ہے وہ ہے "پریزروڈ بک آف گاڈ" کا، یعنی قرآن کا۔</w:t>
      </w:r>
    </w:p>
    <w:p>
      <w:r>
        <w:rPr>
          <w:b/>
        </w:rPr>
        <w:t xml:space="preserve">[02:57] </w:t>
      </w:r>
      <w:r>
        <w:t>is se pehle bhi Allah Ta'ala ne apni kitabein bhejin, lekin insaan un ko preserve, mehfooz na kar saka.</w:t>
      </w:r>
    </w:p>
    <w:p>
      <w:pPr>
        <w:jc w:val="right"/>
      </w:pPr>
      <w:r>
        <w:t>اس سے پہلے بھی اللہ تعالیٰ نے اپنی کتابیں بھیجیں، لیکن انسان ان کو پریزرو، محفوظ نہ کر سکا۔</w:t>
      </w:r>
    </w:p>
    <w:p>
      <w:r>
        <w:rPr>
          <w:b/>
        </w:rPr>
        <w:t xml:space="preserve">[03:04] </w:t>
      </w:r>
      <w:r>
        <w:t>Quran ke liye Allah Ta'ala ne khusoosi intezam kiya, is liye woh mukammal taur par mehfooz kitab ki</w:t>
      </w:r>
    </w:p>
    <w:p>
      <w:pPr>
        <w:jc w:val="right"/>
      </w:pPr>
      <w:r>
        <w:t>قرآن کے لیے اللہ تعالیٰ نے خصوصی اہتمام کیا، اس لیے وہ مکمل طور پر محفوظ کتاب کی</w:t>
      </w:r>
    </w:p>
    <w:p>
      <w:r>
        <w:rPr>
          <w:b/>
        </w:rPr>
        <w:t xml:space="preserve">[03:10] </w:t>
      </w:r>
      <w:r>
        <w:t>hesiyat se baqi rahi.</w:t>
      </w:r>
    </w:p>
    <w:p>
      <w:pPr>
        <w:jc w:val="right"/>
      </w:pPr>
      <w:r>
        <w:t>حیثیت سے باقی رہی۔</w:t>
      </w:r>
    </w:p>
    <w:p>
      <w:r>
        <w:rPr>
          <w:b/>
        </w:rPr>
        <w:t xml:space="preserve">[03:17] </w:t>
      </w:r>
      <w:r>
        <w:t>to teesra daur hai "preserved book of God" ka.</w:t>
      </w:r>
    </w:p>
    <w:p>
      <w:pPr>
        <w:jc w:val="right"/>
      </w:pPr>
      <w:r>
        <w:t>تو تیسرا دور ہے "پریزروڈ بک آف گاڈ" کا۔</w:t>
      </w:r>
    </w:p>
    <w:p>
      <w:r>
        <w:rPr>
          <w:b/>
        </w:rPr>
        <w:t xml:space="preserve">[03:24] </w:t>
      </w:r>
      <w:r>
        <w:t>chautha daur hai science ka daur.</w:t>
      </w:r>
    </w:p>
    <w:p>
      <w:pPr>
        <w:jc w:val="right"/>
      </w:pPr>
      <w:r>
        <w:t>چوتھا دور ہے سائنس کا دور۔</w:t>
      </w:r>
    </w:p>
    <w:p>
      <w:r>
        <w:rPr>
          <w:b/>
        </w:rPr>
        <w:t xml:space="preserve">[03:31] </w:t>
      </w:r>
      <w:r>
        <w:t>science ne jo baatein discover kin, woh Khuda ki baaton ko tasdeeq karne wali ban gayin, jis ki</w:t>
      </w:r>
    </w:p>
    <w:p>
      <w:pPr>
        <w:jc w:val="right"/>
      </w:pPr>
      <w:r>
        <w:t>سائنس نے جو باتیں ڈسکور کیں، وہ خدا کی باتوں کو تصدیق کرنے والی بن گئیں، جس کی</w:t>
      </w:r>
    </w:p>
    <w:p>
      <w:r>
        <w:rPr>
          <w:b/>
        </w:rPr>
        <w:t xml:space="preserve">[03:38] </w:t>
      </w:r>
      <w:r>
        <w:t>peshin goi Quran mein maujood thi pehle se: "Sanureehim ayatina fil afaqi wa fi anfusihim hatta yatabayyana</w:t>
      </w:r>
    </w:p>
    <w:p>
      <w:pPr>
        <w:jc w:val="right"/>
      </w:pPr>
      <w:r>
        <w:t>پیشین گوئی قرآن میں موجود تھی پہلے سے: "سنوری ہم آیاتنا فی الآفاق و فی أنفسہم حتیٰ یتبین</w:t>
      </w:r>
    </w:p>
    <w:p>
      <w:r>
        <w:rPr>
          <w:b/>
        </w:rPr>
        <w:t xml:space="preserve">[03:44] </w:t>
      </w:r>
      <w:r>
        <w:t>lahum annahu al-haqq".</w:t>
      </w:r>
    </w:p>
    <w:p>
      <w:pPr>
        <w:jc w:val="right"/>
      </w:pPr>
      <w:r>
        <w:t>لہم أنہ الحق"۔</w:t>
      </w:r>
    </w:p>
    <w:p>
      <w:r>
        <w:rPr>
          <w:b/>
        </w:rPr>
        <w:t xml:space="preserve">[03:51] </w:t>
      </w:r>
      <w:r>
        <w:t>is ayat mein scientific daur ki peshin goi hai.</w:t>
      </w:r>
    </w:p>
    <w:p>
      <w:pPr>
        <w:jc w:val="right"/>
      </w:pPr>
      <w:r>
        <w:t>اس آیت میں سائنسی دور کی پیشین گوئی ہے۔</w:t>
      </w:r>
    </w:p>
    <w:p>
      <w:r>
        <w:rPr>
          <w:b/>
        </w:rPr>
        <w:t xml:space="preserve">[03:58] </w:t>
      </w:r>
      <w:r>
        <w:t>to is chauthe daur ko main kahunga ke scientific affirmation ka daur. scientific affirmation.</w:t>
      </w:r>
    </w:p>
    <w:p>
      <w:pPr>
        <w:jc w:val="right"/>
      </w:pPr>
      <w:r>
        <w:t>تو اس چوتھے دور کو میں کہوں گا کہ سائنٹیفک افرمیشن کا دور۔ سائنٹیفک افرمیشن۔</w:t>
      </w:r>
    </w:p>
    <w:p>
      <w:r>
        <w:rPr>
          <w:b/>
        </w:rPr>
        <w:t xml:space="preserve">[04:05] </w:t>
      </w:r>
      <w:r>
        <w:t>is ke baad panchwan daur jo hai woh end of history hai, yaani insani tareekh ka khatma aur</w:t>
      </w:r>
    </w:p>
    <w:p>
      <w:pPr>
        <w:jc w:val="right"/>
      </w:pPr>
      <w:r>
        <w:t>اس کے بعد پانچواں دور جو ہے وہ اینڈ آف ہسٹری ہے، یعنی انسانی تاریخ کا خاتمہ اور</w:t>
      </w:r>
    </w:p>
    <w:p>
      <w:r>
        <w:rPr>
          <w:b/>
        </w:rPr>
        <w:t xml:space="preserve">[04:12] </w:t>
      </w:r>
      <w:r>
        <w:t>day of judgment ka aaghaz.</w:t>
      </w:r>
    </w:p>
    <w:p>
      <w:pPr>
        <w:jc w:val="right"/>
      </w:pPr>
      <w:r>
        <w:t>ڈے آف ججمنٹ کا آغاز۔</w:t>
      </w:r>
    </w:p>
    <w:p>
      <w:r>
        <w:rPr>
          <w:b/>
        </w:rPr>
        <w:t xml:space="preserve">[04:18] </w:t>
      </w:r>
      <w:r>
        <w:t>yeh hain panch daur.</w:t>
      </w:r>
    </w:p>
    <w:p>
      <w:pPr>
        <w:jc w:val="right"/>
      </w:pPr>
      <w:r>
        <w:t>یہ ہیں پانچ دور۔</w:t>
      </w:r>
    </w:p>
    <w:p>
      <w:r>
        <w:rPr>
          <w:b/>
        </w:rPr>
        <w:t xml:space="preserve">[04:25] </w:t>
      </w:r>
      <w:r>
        <w:t>to is waqt mujhe jo last but one jo daur hai, yaani scientific affirmation ka, us ke bare</w:t>
      </w:r>
    </w:p>
    <w:p>
      <w:pPr>
        <w:jc w:val="right"/>
      </w:pPr>
      <w:r>
        <w:t>تو اس وقت مجھے جو لاسٹ بٹ ون جو دور ہے، یعنی سائنٹیفک افرمیشن کا، اس کے بارے</w:t>
      </w:r>
    </w:p>
    <w:p>
      <w:r>
        <w:rPr>
          <w:b/>
        </w:rPr>
        <w:t xml:space="preserve">[04:32] </w:t>
      </w:r>
      <w:r>
        <w:t>mein kuch kehna hai.</w:t>
      </w:r>
    </w:p>
    <w:p>
      <w:pPr>
        <w:jc w:val="right"/>
      </w:pPr>
      <w:r>
        <w:t>میں کچھ کہنا ہے۔</w:t>
      </w:r>
    </w:p>
    <w:p>
      <w:r>
        <w:rPr>
          <w:b/>
        </w:rPr>
        <w:t xml:space="preserve">[04:39] </w:t>
      </w:r>
      <w:r>
        <w:t>chautha daur jo hai woh last but one hai, yaani jabke jis ko maine scientific affirmation ka daur kaha.</w:t>
      </w:r>
    </w:p>
    <w:p>
      <w:pPr>
        <w:jc w:val="right"/>
      </w:pPr>
      <w:r>
        <w:t>چوتھا دور جو ہے وہ لاسٹ بٹ ون ہے، یعنی جبکہ جس کو میں نے سائنٹیفک افرمیشن کا دور کہا۔</w:t>
      </w:r>
    </w:p>
    <w:p>
      <w:r>
        <w:rPr>
          <w:b/>
        </w:rPr>
        <w:t xml:space="preserve">[04:46] </w:t>
      </w:r>
      <w:r>
        <w:t>to isi chauthe daur ke bare mein is waqt mujhe kuch kehna hai.</w:t>
      </w:r>
    </w:p>
    <w:p>
      <w:pPr>
        <w:jc w:val="right"/>
      </w:pPr>
      <w:r>
        <w:t>تو اسی چوتھے دور کے بارے میں اس وقت مجھے کچھ کہنا ہے۔</w:t>
      </w:r>
    </w:p>
    <w:p>
      <w:r>
        <w:rPr>
          <w:b/>
        </w:rPr>
        <w:t xml:space="preserve">[04:52] </w:t>
      </w:r>
      <w:r>
        <w:t>pichle hafte yahan dilli mein ek meeting thi journalist logon ki, english journalist logon ki.</w:t>
      </w:r>
    </w:p>
    <w:p>
      <w:pPr>
        <w:jc w:val="right"/>
      </w:pPr>
      <w:r>
        <w:t>پچھلے ہفتے یہاں دلی میں ایک میٹنگ تھی جرنلسٹ لوگوں کی، انگلش جرنلسٹ لوگوں کی۔</w:t>
      </w:r>
    </w:p>
    <w:p>
      <w:r>
        <w:rPr>
          <w:b/>
        </w:rPr>
        <w:t xml:space="preserve">[04:59] </w:t>
      </w:r>
      <w:r>
        <w:t>to wahan par mujhe hi bulaya gaya tha.</w:t>
      </w:r>
    </w:p>
    <w:p>
      <w:pPr>
        <w:jc w:val="right"/>
      </w:pPr>
      <w:r>
        <w:t>تو وہاں پر مجھے ہی بلایا گیا تھا۔</w:t>
      </w:r>
    </w:p>
    <w:p>
      <w:r>
        <w:rPr>
          <w:b/>
        </w:rPr>
        <w:t xml:space="preserve">[05:06] </w:t>
      </w:r>
      <w:r>
        <w:t>to ek sawal wahan par yeh aaya tha ke musalman yeh mante hain ke quran infallible kitaab hai.</w:t>
      </w:r>
    </w:p>
    <w:p>
      <w:pPr>
        <w:jc w:val="right"/>
      </w:pPr>
      <w:r>
        <w:t>تو ایک سوال وہاں پر یہ آیا تھا کہ مسلمان یہ مانتے ہیں کہ قرآن ان فیلیبل کتاب ہے۔</w:t>
      </w:r>
    </w:p>
    <w:p>
      <w:r>
        <w:rPr>
          <w:b/>
        </w:rPr>
        <w:t xml:space="preserve">[05:13] </w:t>
      </w:r>
      <w:r>
        <w:t>infallible ka matlab hota hai, yaani munazzah an al-khata, is mein koi ghalti nahin.</w:t>
      </w:r>
    </w:p>
    <w:p>
      <w:pPr>
        <w:jc w:val="right"/>
      </w:pPr>
      <w:r>
        <w:t>ان فیلیبل کا مطلب ہوتا ہے، یعنی منزہ عن الخطا، اس میں کوئی غلطی نہیں۔</w:t>
      </w:r>
    </w:p>
    <w:p>
      <w:r>
        <w:rPr>
          <w:b/>
        </w:rPr>
        <w:t xml:space="preserve">[05:20] </w:t>
      </w:r>
      <w:r>
        <w:t>to hum kaise manein? yeh scientific daur hai, hum kaise manein is ko? dekhein, infallible ka lafz</w:t>
      </w:r>
    </w:p>
    <w:p>
      <w:pPr>
        <w:jc w:val="right"/>
      </w:pPr>
      <w:r>
        <w:t>تو ہم کیسے مانیں؟ یہ سائنٹیفک دور ہے، ہم کیسے مانیں اس کو؟ دیکھیں، ان فیلیبل کا لفظ</w:t>
      </w:r>
    </w:p>
    <w:p>
      <w:r>
        <w:rPr>
          <w:b/>
        </w:rPr>
        <w:t xml:space="preserve">[05:26] </w:t>
      </w:r>
      <w:r>
        <w:t>jo hai, yeh quraani lafz nahin hai.</w:t>
      </w:r>
    </w:p>
    <w:p>
      <w:pPr>
        <w:jc w:val="right"/>
      </w:pPr>
      <w:r>
        <w:t>جو ہے، یہ قرآنی لفظ نہیں ہے۔</w:t>
      </w:r>
    </w:p>
    <w:p>
      <w:r>
        <w:rPr>
          <w:b/>
        </w:rPr>
        <w:t xml:space="preserve">[05:33] </w:t>
      </w:r>
      <w:r>
        <w:t>yaani is ko arabic mein kehte hain munazzah an al-khata.</w:t>
      </w:r>
    </w:p>
    <w:p>
      <w:pPr>
        <w:jc w:val="right"/>
      </w:pPr>
      <w:r>
        <w:t>یعنی اس کو عربک میں کہتے ہیں منزہ عن الخطا۔</w:t>
      </w:r>
    </w:p>
    <w:p>
      <w:r>
        <w:rPr>
          <w:b/>
        </w:rPr>
        <w:t xml:space="preserve">[05:40] </w:t>
      </w:r>
      <w:r>
        <w:t>to yeh quraani lafz nahin hai, yeh quraani term nahin hai yeh.</w:t>
      </w:r>
    </w:p>
    <w:p>
      <w:pPr>
        <w:jc w:val="right"/>
      </w:pPr>
      <w:r>
        <w:t>تو یہ قرآنی لفظ نہیں ہے، یہ قرآنی ٹرم نہیں ہے یہ۔</w:t>
      </w:r>
    </w:p>
    <w:p>
      <w:r>
        <w:rPr>
          <w:b/>
        </w:rPr>
        <w:t xml:space="preserve">[05:47] </w:t>
      </w:r>
      <w:r>
        <w:t>yeh to muslim theology mein yeh term istemal hua hai.</w:t>
      </w:r>
    </w:p>
    <w:p>
      <w:pPr>
        <w:jc w:val="right"/>
      </w:pPr>
      <w:r>
        <w:t>یہ تو مسلم تھیالوجی میں یہ ٹرم استعمال ہوا ہے۔</w:t>
      </w:r>
    </w:p>
    <w:p>
      <w:r>
        <w:rPr>
          <w:b/>
        </w:rPr>
        <w:t xml:space="preserve">[05:54] </w:t>
      </w:r>
      <w:r>
        <w:t>kyunke dekhein, jab hum kehte hain infallible ya munazzah an al-khata to yeh ek purasrar term hota</w:t>
      </w:r>
    </w:p>
    <w:p>
      <w:pPr>
        <w:jc w:val="right"/>
      </w:pPr>
      <w:r>
        <w:t>کیونکہ دیکھیں، جب ہم کہتے ہیں ان فیلیبل یا منزہ عن الخطا تو یہ ایک پراسرار ٹرم ہوتا</w:t>
      </w:r>
    </w:p>
    <w:p>
      <w:r>
        <w:rPr>
          <w:b/>
        </w:rPr>
        <w:t xml:space="preserve">[06:00] </w:t>
      </w:r>
      <w:r>
        <w:t>hai, yaani mysterious term, jis ko objective criteria par judge na kiya sake.</w:t>
      </w:r>
    </w:p>
    <w:p>
      <w:pPr>
        <w:jc w:val="right"/>
      </w:pPr>
      <w:r>
        <w:t>ہے، یعنی مسٹیریس ٹرم، جس کو آبجیکٹیو کرائٹیریا پر جج نہ کیا سکے۔</w:t>
      </w:r>
    </w:p>
    <w:p>
      <w:r>
        <w:rPr>
          <w:b/>
        </w:rPr>
        <w:t xml:space="preserve">[06:07] </w:t>
      </w:r>
      <w:r>
        <w:t>to quran aisi kitaab nahin hai.</w:t>
      </w:r>
    </w:p>
    <w:p>
      <w:pPr>
        <w:jc w:val="right"/>
      </w:pPr>
      <w:r>
        <w:t>تو قرآن ایسی کتاب نہیں ہے۔</w:t>
      </w:r>
    </w:p>
    <w:p>
      <w:r>
        <w:rPr>
          <w:b/>
        </w:rPr>
        <w:t xml:space="preserve">[06:14] </w:t>
      </w:r>
      <w:r>
        <w:t>quran koi purasrar ya mysterious kitaab nahin hai.</w:t>
      </w:r>
    </w:p>
    <w:p>
      <w:pPr>
        <w:jc w:val="right"/>
      </w:pPr>
      <w:r>
        <w:t>قرآن کوئی پراسرار یا مسٹیریس کتاب نہیں ہے۔</w:t>
      </w:r>
    </w:p>
    <w:p>
      <w:r>
        <w:rPr>
          <w:b/>
        </w:rPr>
        <w:t xml:space="preserve">[06:21] </w:t>
      </w:r>
      <w:r>
        <w:t>quran ka jo is muamle mein jo quran ne jo term istemal kiya hai woh doosra hai.</w:t>
      </w:r>
    </w:p>
    <w:p>
      <w:pPr>
        <w:jc w:val="right"/>
      </w:pPr>
      <w:r>
        <w:t>قرآن کا جو اس معاملے میں جو قرآن نے جو ٹرم استعمال کیا ہے وہ دوسرا ہے۔</w:t>
      </w:r>
    </w:p>
    <w:p>
      <w:r>
        <w:rPr>
          <w:b/>
        </w:rPr>
        <w:t xml:space="preserve">[06:28] </w:t>
      </w:r>
      <w:r>
        <w:t>woh yeh hai: wa lau kaana min indighairi allahi lawajadoo feehi ikhtilafan katheera ikhtilaf na hona.</w:t>
      </w:r>
    </w:p>
    <w:p>
      <w:pPr>
        <w:jc w:val="right"/>
      </w:pPr>
      <w:r>
        <w:t>وہ یہ ہے: وَلَوْ كَانَ مِنْ اِنْدِ غَيْرِ اللَّهِ لَوَجَدُوا فِيهِ اِخْتِلاَفًا كَثِيرًا اختلاف نہ ہونا۔</w:t>
      </w:r>
    </w:p>
    <w:p>
      <w:r>
        <w:rPr>
          <w:b/>
        </w:rPr>
        <w:t xml:space="preserve">[06:34] </w:t>
      </w:r>
      <w:r>
        <w:t>ikhtilaf kya hai? inconsistency.</w:t>
      </w:r>
    </w:p>
    <w:p>
      <w:pPr>
        <w:jc w:val="right"/>
      </w:pPr>
      <w:r>
        <w:t>اختلاف کیا ہے؟ ان کنسسٹنسی۔</w:t>
      </w:r>
    </w:p>
    <w:p>
      <w:r>
        <w:rPr>
          <w:b/>
        </w:rPr>
        <w:t xml:space="preserve">[06:41] </w:t>
      </w:r>
      <w:r>
        <w:t>inconsistency yaani adam mutabiqat.</w:t>
      </w:r>
    </w:p>
    <w:p>
      <w:pPr>
        <w:jc w:val="right"/>
      </w:pPr>
      <w:r>
        <w:t>ان کنسسٹنسی یعنی عدم مطابقت۔</w:t>
      </w:r>
    </w:p>
    <w:p>
      <w:r>
        <w:rPr>
          <w:b/>
        </w:rPr>
        <w:t xml:space="preserve">[06:48] </w:t>
      </w:r>
      <w:r>
        <w:t>to quran ka yeh manna hai ya dawah hai ke quran ki sadaqat ka saboot yeh hai ke</w:t>
      </w:r>
    </w:p>
    <w:p>
      <w:pPr>
        <w:jc w:val="right"/>
      </w:pPr>
      <w:r>
        <w:t>تو قرآن کا یہ ماننا ہے یا دعویٰ ہے کہ قرآن کی صداقت کا ثبوت یہ ہے کہ</w:t>
      </w:r>
    </w:p>
    <w:p>
      <w:r>
        <w:rPr>
          <w:b/>
        </w:rPr>
        <w:t xml:space="preserve">[06:55] </w:t>
      </w:r>
      <w:r>
        <w:t>woh maloom haqiqaton se is mein koi takrao nahi hai, is se koi adam mutabiqat is ke andar nahi hai.</w:t>
      </w:r>
    </w:p>
    <w:p>
      <w:pPr>
        <w:jc w:val="right"/>
      </w:pPr>
      <w:r>
        <w:t>وہ معلوم حقیقتوں سے اس میں کوئی ٹکراؤ نہیں ہے، اس سے کوئی عدم مطابقت اس کے اندر نہیں ہے۔</w:t>
      </w:r>
    </w:p>
    <w:p>
      <w:r>
        <w:rPr>
          <w:b/>
        </w:rPr>
        <w:t xml:space="preserve">[07:02] </w:t>
      </w:r>
      <w:r>
        <w:t>yeh hai is ka manna.</w:t>
      </w:r>
    </w:p>
    <w:p>
      <w:pPr>
        <w:jc w:val="right"/>
      </w:pPr>
      <w:r>
        <w:t>یہ ہے اس کا ماننا۔</w:t>
      </w:r>
    </w:p>
    <w:p>
      <w:r>
        <w:rPr>
          <w:b/>
        </w:rPr>
        <w:t xml:space="preserve">[07:08] </w:t>
      </w:r>
      <w:r>
        <w:t>yani quran mein har qism ke references hain.</w:t>
      </w:r>
    </w:p>
    <w:p>
      <w:pPr>
        <w:jc w:val="right"/>
      </w:pPr>
      <w:r>
        <w:t>یعنی قرآن میں ہر قسم کے ریفرنسز ہیں۔</w:t>
      </w:r>
    </w:p>
    <w:p>
      <w:r>
        <w:rPr>
          <w:b/>
        </w:rPr>
        <w:t xml:space="preserve">[07:15] </w:t>
      </w:r>
      <w:r>
        <w:t>yani life, geology, astronomy, jitne bhi science ke shobay hain, taqreeban sab ke references mojood hain quran majeed mein.</w:t>
      </w:r>
    </w:p>
    <w:p>
      <w:pPr>
        <w:jc w:val="right"/>
      </w:pPr>
      <w:r>
        <w:t>یعنی لائف، جیولوجی، ایسٹرانومی، جتنے بھی سائنس کے شعبے ہیں، تقریباً سب کے ریفرنسز موجود ہیں قرآن مجید میں۔</w:t>
      </w:r>
    </w:p>
    <w:p>
      <w:r>
        <w:rPr>
          <w:b/>
        </w:rPr>
        <w:t xml:space="preserve">[07:22] </w:t>
      </w:r>
      <w:r>
        <w:t>yani quran science ki book nahi hai, kisi bhi cheez ki detail is ke andar nahi hai.</w:t>
      </w:r>
    </w:p>
    <w:p>
      <w:pPr>
        <w:jc w:val="right"/>
      </w:pPr>
      <w:r>
        <w:t>یعنی قرآن سائنس کی بک نہیں ہے، کسی بھی چیز کی ڈیٹیل اس کے اندر نہیں ہے۔</w:t>
      </w:r>
    </w:p>
    <w:p>
      <w:r>
        <w:rPr>
          <w:b/>
        </w:rPr>
        <w:t xml:space="preserve">[07:29] </w:t>
      </w:r>
      <w:r>
        <w:t>lekin casual references har cheez ke baray mein hain.</w:t>
      </w:r>
    </w:p>
    <w:p>
      <w:pPr>
        <w:jc w:val="right"/>
      </w:pPr>
      <w:r>
        <w:t>لیکن کیژول ریفرنسز ہر چیز کے بارے میں ہیں۔</w:t>
      </w:r>
    </w:p>
    <w:p>
      <w:r>
        <w:rPr>
          <w:b/>
        </w:rPr>
        <w:t xml:space="preserve">[07:36] </w:t>
      </w:r>
      <w:r>
        <w:t>to quran ne yeh claim kiya hai, yeh dawah kiya hai ke baad ke zamanay mein qayamat tak</w:t>
      </w:r>
    </w:p>
    <w:p>
      <w:pPr>
        <w:jc w:val="right"/>
      </w:pPr>
      <w:r>
        <w:t>تو قرآن نے یہ کلیم کیا ہے، یہ دعویٰ کیا ہے کہ بعد کے زمانے میں قیامت تک</w:t>
      </w:r>
    </w:p>
    <w:p>
      <w:r>
        <w:rPr>
          <w:b/>
        </w:rPr>
        <w:t xml:space="preserve">[07:42] </w:t>
      </w:r>
      <w:r>
        <w:t>jo haqiqaten insan discover karta rahe ga, to woh kabhi bhi quran ke statement se takraye ga nahi.</w:t>
      </w:r>
    </w:p>
    <w:p>
      <w:pPr>
        <w:jc w:val="right"/>
      </w:pPr>
      <w:r>
        <w:t>جو حقیقتیں انسان ڈسکور کرتا رہے گا، تو وہ کبھی بھی قرآن کے اسٹیٹمنٹ سے ٹکرائے گا نہیں۔</w:t>
      </w:r>
    </w:p>
    <w:p>
      <w:r>
        <w:rPr>
          <w:b/>
        </w:rPr>
        <w:t xml:space="preserve">[07:49] </w:t>
      </w:r>
      <w:r>
        <w:t>yeh hai quran ka dawah.</w:t>
      </w:r>
    </w:p>
    <w:p>
      <w:pPr>
        <w:jc w:val="right"/>
      </w:pPr>
      <w:r>
        <w:t>یہ ہے قرآن کا دعویٰ۔</w:t>
      </w:r>
    </w:p>
    <w:p>
      <w:r>
        <w:rPr>
          <w:b/>
        </w:rPr>
        <w:t xml:space="preserve">[07:56] </w:t>
      </w:r>
      <w:r>
        <w:t>is ko kaha gaya inconsistency.</w:t>
      </w:r>
    </w:p>
    <w:p>
      <w:pPr>
        <w:jc w:val="right"/>
      </w:pPr>
      <w:r>
        <w:t>اس کو کہا گیا ان کنسسٹنسی۔</w:t>
      </w:r>
    </w:p>
    <w:p>
      <w:r>
        <w:rPr>
          <w:b/>
        </w:rPr>
        <w:t xml:space="preserve">[08:03] </w:t>
      </w:r>
      <w:r>
        <w:t>yeh hai is criteria par aap ko judge karna chahiye.</w:t>
      </w:r>
    </w:p>
    <w:p>
      <w:pPr>
        <w:jc w:val="right"/>
      </w:pPr>
      <w:r>
        <w:t>یہ ہے اس کرائٹیریا پر آپ کو جج کرنا چاہیے۔</w:t>
      </w:r>
    </w:p>
    <w:p>
      <w:r>
        <w:rPr>
          <w:b/>
        </w:rPr>
        <w:t xml:space="preserve">[08:10] </w:t>
      </w:r>
      <w:r>
        <w:t>is liye mein yeh kehta hoon ke quran ka yeh manna nahi ke infallible kitab hai woh. nahi.</w:t>
      </w:r>
    </w:p>
    <w:p>
      <w:pPr>
        <w:jc w:val="right"/>
      </w:pPr>
      <w:r>
        <w:t>اس لیے میں یہ کہتا ہوں کہ قرآن کا یہ ماننا نہیں کہ ان فیلیبل کتاب ہے وہ۔ نہیں۔</w:t>
      </w:r>
    </w:p>
    <w:p>
      <w:r>
        <w:rPr>
          <w:b/>
        </w:rPr>
        <w:t xml:space="preserve">[08:16] </w:t>
      </w:r>
      <w:r>
        <w:t>quran ka manna yeh hai ke quran stands rational standard.</w:t>
      </w:r>
    </w:p>
    <w:p>
      <w:pPr>
        <w:jc w:val="right"/>
      </w:pPr>
      <w:r>
        <w:t>قرآن کا ماننا یہ ہے کہ قرآن اسٹینڈز ریشنل اسٹینڈرڈ۔</w:t>
      </w:r>
    </w:p>
    <w:p>
      <w:r>
        <w:rPr>
          <w:b/>
        </w:rPr>
        <w:t xml:space="preserve">[08:23] </w:t>
      </w:r>
      <w:r>
        <w:t>jo rational standard hai, jo aqli miyar hai, us par quran poora utarta hai.</w:t>
      </w:r>
    </w:p>
    <w:p>
      <w:pPr>
        <w:jc w:val="right"/>
      </w:pPr>
      <w:r>
        <w:t>جو ریشنل اسٹینڈرڈ ہے، جو عقلی معیار ہے، اس پر قرآن پورا اترتا ہے۔</w:t>
      </w:r>
    </w:p>
    <w:p>
      <w:r>
        <w:rPr>
          <w:b/>
        </w:rPr>
        <w:t xml:space="preserve">[08:30] </w:t>
      </w:r>
      <w:r>
        <w:t>maloom haqiqaton se is ka koi bayan takrata nahi hai.</w:t>
      </w:r>
    </w:p>
    <w:p>
      <w:pPr>
        <w:jc w:val="right"/>
      </w:pPr>
      <w:r>
        <w:t>معلوم حقیقتوں سے اس کا کوئی بیان ٹکراتا نہیں ہے۔</w:t>
      </w:r>
    </w:p>
    <w:p>
      <w:r>
        <w:rPr>
          <w:b/>
        </w:rPr>
        <w:t xml:space="preserve">[08:37] </w:t>
      </w:r>
      <w:r>
        <w:t>yeh hai is ka woh.</w:t>
      </w:r>
    </w:p>
    <w:p>
      <w:pPr>
        <w:jc w:val="right"/>
      </w:pPr>
      <w:r>
        <w:t>یہ ہے اس کا وہ۔</w:t>
      </w:r>
    </w:p>
    <w:p>
      <w:r>
        <w:rPr>
          <w:b/>
        </w:rPr>
        <w:t xml:space="preserve">[08:44] </w:t>
      </w:r>
      <w:r>
        <w:t>to aap ko is aitbar se janchana chahiye, woh infallible hai ya to aik mysterious aqeedah hai,</w:t>
      </w:r>
    </w:p>
    <w:p>
      <w:pPr>
        <w:jc w:val="right"/>
      </w:pPr>
      <w:r>
        <w:t>تو آپ کو اس اعتبار سے جانچنا چاہیے، وہ ان فیلیبل ہے یا تو ایک مسٹیریس عقیدہ ہے،</w:t>
      </w:r>
    </w:p>
    <w:p>
      <w:r>
        <w:rPr>
          <w:b/>
        </w:rPr>
        <w:t xml:space="preserve">[08:50] </w:t>
      </w:r>
      <w:r>
        <w:t>to woh quran ne yeh dawah hi nahi kiya hai.</w:t>
      </w:r>
    </w:p>
    <w:p>
      <w:pPr>
        <w:jc w:val="right"/>
      </w:pPr>
      <w:r>
        <w:t>تو وہ قرآن نے یہ دعویٰ ہی نہیں کیا ہے۔</w:t>
      </w:r>
    </w:p>
    <w:p>
      <w:r>
        <w:rPr>
          <w:b/>
        </w:rPr>
        <w:t xml:space="preserve">[08:57] </w:t>
      </w:r>
      <w:r>
        <w:t>agarche amal'an yahi hota hai aakhir mein.</w:t>
      </w:r>
    </w:p>
    <w:p>
      <w:pPr>
        <w:jc w:val="right"/>
      </w:pPr>
      <w:r>
        <w:t>اگرچہ عملاً یہی ہوتا ہے آخر میں۔</w:t>
      </w:r>
    </w:p>
    <w:p>
      <w:r>
        <w:rPr>
          <w:b/>
        </w:rPr>
        <w:t xml:space="preserve">[09:04] </w:t>
      </w:r>
      <w:r>
        <w:t>jab quran ki sadaqat rational ground par sabit ho jaye to amal'an yeh hoga ke infallible book</w:t>
      </w:r>
    </w:p>
    <w:p>
      <w:pPr>
        <w:jc w:val="right"/>
      </w:pPr>
      <w:r>
        <w:t>جب قرآن کی صداقت ریشنل گراؤنڈ پر ثابت ہو جائے تو عملاً یہ ہوگا کہ ان فیلیبل بک</w:t>
      </w:r>
    </w:p>
    <w:p>
      <w:r>
        <w:rPr>
          <w:b/>
        </w:rPr>
        <w:t xml:space="preserve">[09:11] </w:t>
      </w:r>
      <w:r>
        <w:t>ban jaye gi, munazzah an al-khata.</w:t>
      </w:r>
    </w:p>
    <w:p>
      <w:pPr>
        <w:jc w:val="right"/>
      </w:pPr>
      <w:r>
        <w:t>بن جائے گی، منزہ عن الخطا۔</w:t>
      </w:r>
    </w:p>
    <w:p>
      <w:r>
        <w:rPr>
          <w:b/>
        </w:rPr>
        <w:t xml:space="preserve">[09:18] </w:t>
      </w:r>
      <w:r>
        <w:t>lekin yeh starting point nahi quran majeed ka, yaad rakhiye.</w:t>
      </w:r>
    </w:p>
    <w:p>
      <w:pPr>
        <w:jc w:val="right"/>
      </w:pPr>
      <w:r>
        <w:t>لیکن یہ سٹارٹنگ پوائنٹ نہیں قرآن مجید کا، یاد رکھیے۔</w:t>
      </w:r>
    </w:p>
    <w:p>
      <w:r>
        <w:rPr>
          <w:b/>
        </w:rPr>
        <w:t xml:space="preserve">[09:24] </w:t>
      </w:r>
      <w:r>
        <w:t>to mein aap ko jo criterion dena chahta hoon quran ke mutabiq woh hai ke quran, yani jo</w:t>
      </w:r>
    </w:p>
    <w:p>
      <w:pPr>
        <w:jc w:val="right"/>
      </w:pPr>
      <w:r>
        <w:t>تو میں آپ کو جو کرائیڈیرم دینا چاہتا ہوں قرآن کے مطابق وہ ہے کہ قرآن، یعنی جو</w:t>
      </w:r>
    </w:p>
    <w:p>
      <w:r>
        <w:rPr>
          <w:b/>
        </w:rPr>
        <w:t xml:space="preserve">[09:31] </w:t>
      </w:r>
      <w:r>
        <w:t>haqiqaten insan baad ko daryaft kiya science ke daur mein, us se woh is ke mutabiq hai.</w:t>
      </w:r>
    </w:p>
    <w:p>
      <w:pPr>
        <w:jc w:val="right"/>
      </w:pPr>
      <w:r>
        <w:t>حقیقتیں انسان بعد کو دریافت کیا سائنس کے دور میں، اس سے وہ اس کے مطابق ہے۔</w:t>
      </w:r>
    </w:p>
    <w:p>
      <w:r>
        <w:rPr>
          <w:b/>
        </w:rPr>
        <w:t xml:space="preserve">[09:38] </w:t>
      </w:r>
      <w:r>
        <w:t>یعنی inconsistency with scientific data, یہ آپ کے اندر نہیں پائیں گے۔</w:t>
      </w:r>
    </w:p>
    <w:p>
      <w:pPr>
        <w:jc w:val="right"/>
      </w:pPr>
      <w:r>
        <w:t>یعنی ان کنسسٹنسی ود سائنٹیفک ڈیٹا، یہ آپ کے اندر نہیں پائیں گے۔</w:t>
      </w:r>
    </w:p>
    <w:p>
      <w:r>
        <w:rPr>
          <w:b/>
        </w:rPr>
        <w:t xml:space="preserve">[09:45] </w:t>
      </w:r>
      <w:r>
        <w:t>yehi criterion science mein istemal hota hai.</w:t>
      </w:r>
    </w:p>
    <w:p>
      <w:pPr>
        <w:jc w:val="right"/>
      </w:pPr>
      <w:r>
        <w:t>یہی کرائٹیرین سائنس میں استعمال ہوتا ہے۔</w:t>
      </w:r>
    </w:p>
    <w:p>
      <w:r>
        <w:rPr>
          <w:b/>
        </w:rPr>
        <w:t xml:space="preserve">[09:51] </w:t>
      </w:r>
      <w:r>
        <w:t>yani jo criterion science mein istemal hota hai, jo rational criterion, khud wahi criterion is Quran majeed mein</w:t>
      </w:r>
    </w:p>
    <w:p>
      <w:pPr>
        <w:jc w:val="right"/>
      </w:pPr>
      <w:r>
        <w:t>یعنی جو کرائٹیرین سائنس میں استعمال ہوتا ہے، جو ریشنل کرائٹیرین، خود وہی کرائٹیرین اس قرآن مجید میں</w:t>
      </w:r>
    </w:p>
    <w:p>
      <w:r>
        <w:rPr>
          <w:b/>
        </w:rPr>
        <w:t xml:space="preserve">[09:58] </w:t>
      </w:r>
      <w:r>
        <w:t>pesh kiya hai ke is par judge kar ke dekh lo.</w:t>
      </w:r>
    </w:p>
    <w:p>
      <w:pPr>
        <w:jc w:val="right"/>
      </w:pPr>
      <w:r>
        <w:t>پیش کیا ہے کہ اس پر جج کر کے دیکھ لو۔</w:t>
      </w:r>
    </w:p>
    <w:p>
      <w:r>
        <w:rPr>
          <w:b/>
        </w:rPr>
        <w:t xml:space="preserve">[10:05] </w:t>
      </w:r>
      <w:r>
        <w:t>اب میں ایک مثال دوں گا اس کو واضح کرنے کے لیے، to illustrate this point.</w:t>
      </w:r>
    </w:p>
    <w:p>
      <w:pPr>
        <w:jc w:val="right"/>
      </w:pPr>
      <w:r>
        <w:t>اب میں ایک مثال دوں گا اس کو واضح کرنے کے لیے، ٹو الیسٹڈ دس پوائنٹ۔</w:t>
      </w:r>
    </w:p>
    <w:p>
      <w:r>
        <w:rPr>
          <w:b/>
        </w:rPr>
        <w:t xml:space="preserve">[10:12] </w:t>
      </w:r>
      <w:r>
        <w:t>I will give an example.</w:t>
      </w:r>
    </w:p>
    <w:p>
      <w:pPr>
        <w:jc w:val="right"/>
      </w:pPr>
      <w:r>
        <w:t>آئی ویل گیو این ایگزامپل۔</w:t>
      </w:r>
    </w:p>
    <w:p>
      <w:r>
        <w:rPr>
          <w:b/>
        </w:rPr>
        <w:t xml:space="preserve">[10:19] </w:t>
      </w:r>
      <w:r>
        <w:t>dekhen, Ptolemy ke zamane se, Ptolemy ko Arabic mein Urdu mein kehte hain Batlimus.</w:t>
      </w:r>
    </w:p>
    <w:p>
      <w:pPr>
        <w:jc w:val="right"/>
      </w:pPr>
      <w:r>
        <w:t>دیکھیں، ٹالمی کے زمانے سے، ٹالمی کو عربک میں اردو میں کہتے ہیں بتلی موس۔</w:t>
      </w:r>
    </w:p>
    <w:p>
      <w:r>
        <w:rPr>
          <w:b/>
        </w:rPr>
        <w:t xml:space="preserve">[10:25] </w:t>
      </w:r>
      <w:r>
        <w:t>Ptolemy mein P hai jo silent hai.</w:t>
      </w:r>
    </w:p>
    <w:p>
      <w:pPr>
        <w:jc w:val="right"/>
      </w:pPr>
      <w:r>
        <w:t>ٹالمی میں پی ہے جو سائلنٹ ہے۔</w:t>
      </w:r>
    </w:p>
    <w:p>
      <w:r>
        <w:rPr>
          <w:b/>
        </w:rPr>
        <w:t xml:space="preserve">[10:32] </w:t>
      </w:r>
      <w:r>
        <w:t>to Ptolemy ke zamane se yeh mana jata tha ke jo solar system hai is mein zameen center</w:t>
      </w:r>
    </w:p>
    <w:p>
      <w:pPr>
        <w:jc w:val="right"/>
      </w:pPr>
      <w:r>
        <w:t>تو ٹالمی کے زمانے سے یہ مانا جاتا تھا کہ جو سولر سسٹم ہے اس میں زمین سینٹر</w:t>
      </w:r>
    </w:p>
    <w:p>
      <w:r>
        <w:rPr>
          <w:b/>
        </w:rPr>
        <w:t xml:space="preserve">[10:39] </w:t>
      </w:r>
      <w:r>
        <w:t>mein hai aur suraj is ke gird ghoom raha hai.</w:t>
      </w:r>
    </w:p>
    <w:p>
      <w:pPr>
        <w:jc w:val="right"/>
      </w:pPr>
      <w:r>
        <w:t>میں ہے اور سورج اس کے گرد گھوم رہا ہے۔</w:t>
      </w:r>
    </w:p>
    <w:p>
      <w:r>
        <w:rPr>
          <w:b/>
        </w:rPr>
        <w:t xml:space="preserve">[10:46] </w:t>
      </w:r>
      <w:r>
        <w:t>is ko kehte hain geocentric theory.</w:t>
      </w:r>
    </w:p>
    <w:p>
      <w:pPr>
        <w:jc w:val="right"/>
      </w:pPr>
      <w:r>
        <w:t>اس کو کہتے ہیں جیو سینٹرک تھیوری۔</w:t>
      </w:r>
    </w:p>
    <w:p>
      <w:r>
        <w:rPr>
          <w:b/>
        </w:rPr>
        <w:t xml:space="preserve">[10:53] </w:t>
      </w:r>
      <w:r>
        <w:t>geocentric theory.</w:t>
      </w:r>
    </w:p>
    <w:p>
      <w:pPr>
        <w:jc w:val="right"/>
      </w:pPr>
      <w:r>
        <w:t>جیو سینٹرک تھیوری۔</w:t>
      </w:r>
    </w:p>
    <w:p>
      <w:r>
        <w:rPr>
          <w:b/>
        </w:rPr>
        <w:t xml:space="preserve">[10:59] </w:t>
      </w:r>
      <w:r>
        <w:t>to yeh theory, yani zameen markazi nizaam shamsi, yeh ek hazar saal se zyada muddat tak insan ke</w:t>
      </w:r>
    </w:p>
    <w:p>
      <w:pPr>
        <w:jc w:val="right"/>
      </w:pPr>
      <w:r>
        <w:t>تو یہ تھیوری، یعنی زمین مرکزی نظام شمسی، یہ ایک ہزار سال سے زیادہ مدت تک انسان کے</w:t>
      </w:r>
    </w:p>
    <w:p>
      <w:r>
        <w:rPr>
          <w:b/>
        </w:rPr>
        <w:t xml:space="preserve">[11:06] </w:t>
      </w:r>
      <w:r>
        <w:t>dimagh par chhaaye raha.</w:t>
      </w:r>
    </w:p>
    <w:p>
      <w:pPr>
        <w:jc w:val="right"/>
      </w:pPr>
      <w:r>
        <w:t>دماغ پر چھائے رہا۔</w:t>
      </w:r>
    </w:p>
    <w:p>
      <w:r>
        <w:rPr>
          <w:b/>
        </w:rPr>
        <w:t xml:space="preserve">[11:13] </w:t>
      </w:r>
      <w:r>
        <w:t>tamam literature mein yehi mana jata raha.</w:t>
      </w:r>
    </w:p>
    <w:p>
      <w:pPr>
        <w:jc w:val="right"/>
      </w:pPr>
      <w:r>
        <w:t>تمام لٹریچر میں یہی مانا جاتا رہا۔</w:t>
      </w:r>
    </w:p>
    <w:p>
      <w:r>
        <w:rPr>
          <w:b/>
        </w:rPr>
        <w:t xml:space="preserve">[11:20] </w:t>
      </w:r>
      <w:r>
        <w:t>lekin aap jante hain ke 1609 mein, yani 1609 mein, jab Galileo ne telescope ke zariye se pehli</w:t>
      </w:r>
    </w:p>
    <w:p>
      <w:pPr>
        <w:jc w:val="right"/>
      </w:pPr>
      <w:r>
        <w:t>لیکن آپ جانتے ہیں کہ 1609 میں، یعنی 1609 میں، جب گریلیو نے ٹیلیسکوپ کے ذریعے سے پہلی</w:t>
      </w:r>
    </w:p>
    <w:p>
      <w:r>
        <w:rPr>
          <w:b/>
        </w:rPr>
        <w:t xml:space="preserve">[11:27] </w:t>
      </w:r>
      <w:r>
        <w:t>baar aasman ko dekha to maloom hua ke asal baat woh aur hai.</w:t>
      </w:r>
    </w:p>
    <w:p>
      <w:pPr>
        <w:jc w:val="right"/>
      </w:pPr>
      <w:r>
        <w:t>بار آسمان کو دیکھا تو معلوم ہوا کہ اصل بات وہ اور ہے۔</w:t>
      </w:r>
    </w:p>
    <w:p>
      <w:r>
        <w:rPr>
          <w:b/>
        </w:rPr>
        <w:t xml:space="preserve">[11:33] </w:t>
      </w:r>
      <w:r>
        <w:t>yani zameen markaz mein nahi balkeh suraj markaz mein hai.</w:t>
      </w:r>
    </w:p>
    <w:p>
      <w:pPr>
        <w:jc w:val="right"/>
      </w:pPr>
      <w:r>
        <w:t>یعنی زمین مرکز میں نہیں بلکہ سورج مرکز میں ہے۔</w:t>
      </w:r>
    </w:p>
    <w:p>
      <w:r>
        <w:rPr>
          <w:b/>
        </w:rPr>
        <w:t xml:space="preserve">[11:40] </w:t>
      </w:r>
      <w:r>
        <w:t>telescope se pehle insan ke liye mumkin nahi hua tha ke is satah par mushahida kare jis satah</w:t>
      </w:r>
    </w:p>
    <w:p>
      <w:pPr>
        <w:jc w:val="right"/>
      </w:pPr>
      <w:r>
        <w:t>ٹیلیسکوپ سے پہلے انسان کے لیے ممکن نہیں ہوا تھا کہ اس سطح پر مشاہدہ کرے جس سطح</w:t>
      </w:r>
    </w:p>
    <w:p>
      <w:r>
        <w:rPr>
          <w:b/>
        </w:rPr>
        <w:t xml:space="preserve">[11:47] </w:t>
      </w:r>
      <w:r>
        <w:t>par yeh haqeeqatein is ke ilm mein aa jati hain.</w:t>
      </w:r>
    </w:p>
    <w:p>
      <w:pPr>
        <w:jc w:val="right"/>
      </w:pPr>
      <w:r>
        <w:t>پر یہ حقیقتیں اس کے علم میں آ جاتی ہیں۔</w:t>
      </w:r>
    </w:p>
    <w:p>
      <w:r>
        <w:rPr>
          <w:b/>
        </w:rPr>
        <w:t xml:space="preserve">[11:54] </w:t>
      </w:r>
      <w:r>
        <w:t>to Galileo ke zamane se yeh cheez establish hui ke jo shamsi nizaam hai woh suraj markazi hai,</w:t>
      </w:r>
    </w:p>
    <w:p>
      <w:pPr>
        <w:jc w:val="right"/>
      </w:pPr>
      <w:r>
        <w:t>تو گریلیو کے زمانے سے یہ چیز اسٹیبلش ہوئی کہ جو شمسی نظام ہے وہ سورج مرکزی ہے،</w:t>
      </w:r>
    </w:p>
    <w:p>
      <w:r>
        <w:rPr>
          <w:b/>
        </w:rPr>
        <w:t xml:space="preserve">[12:01] </w:t>
      </w:r>
      <w:r>
        <w:t>woh zameen markazi nahi hai, yani heliocentric theory.</w:t>
      </w:r>
    </w:p>
    <w:p>
      <w:pPr>
        <w:jc w:val="right"/>
      </w:pPr>
      <w:r>
        <w:t>وہ زمین مرکزی نہیں ہے، یعنی ہیلیو سینٹرک تھیوری۔</w:t>
      </w:r>
    </w:p>
    <w:p>
      <w:r>
        <w:rPr>
          <w:b/>
        </w:rPr>
        <w:t xml:space="preserve">[12:07] </w:t>
      </w:r>
      <w:r>
        <w:t>to jab telescope, telescopic mushahide ne jo cheez daryaft ki us se woh ghair mutabiq sabit ho gaya,</w:t>
      </w:r>
    </w:p>
    <w:p>
      <w:pPr>
        <w:jc w:val="right"/>
      </w:pPr>
      <w:r>
        <w:t>تو جب ٹیلیسکوپ، ٹیلیسکوپک مشاہدے نے جو چیز دریافت کی اس سے وہ غیر مطابق ثابت ہو گیا،</w:t>
      </w:r>
    </w:p>
    <w:p>
      <w:r>
        <w:rPr>
          <w:b/>
        </w:rPr>
        <w:t xml:space="preserve">[12:14] </w:t>
      </w:r>
      <w:r>
        <w:t>iski consistency sabit na ho saki, woh inconsistent ban gaya, zameen markazi nazariya, to is ko</w:t>
      </w:r>
    </w:p>
    <w:p>
      <w:pPr>
        <w:jc w:val="right"/>
      </w:pPr>
      <w:r>
        <w:t>اس کی کنسسٹنسی ثابت نہ ہو سکی، وہ ان کنسسٹنٹ بن گیا، زمین مرکزی نظریہ، تو اس کو</w:t>
      </w:r>
    </w:p>
    <w:p>
      <w:r>
        <w:rPr>
          <w:b/>
        </w:rPr>
        <w:t xml:space="preserve">[12:21] </w:t>
      </w:r>
      <w:r>
        <w:t>discard kar diya gaya.</w:t>
      </w:r>
    </w:p>
    <w:p>
      <w:pPr>
        <w:jc w:val="right"/>
      </w:pPr>
      <w:r>
        <w:t>ڈسکارڈ کر دیا گیا۔</w:t>
      </w:r>
    </w:p>
    <w:p>
      <w:r>
        <w:rPr>
          <w:b/>
        </w:rPr>
        <w:t xml:space="preserve">[12:28] </w:t>
      </w:r>
      <w:r>
        <w:t>inconsistency ki wajah se geocentric theory discard ho gayi, discard ho gayi aur heliocentric theory</w:t>
      </w:r>
    </w:p>
    <w:p>
      <w:pPr>
        <w:jc w:val="right"/>
      </w:pPr>
      <w:r>
        <w:t>ان کنسسٹنسی کی وجہ سے جیو سینٹرک تھیوری ڈسکارڈ ہو گئی، ڈسکارڈ ہو گئی اور ہیلیو سینٹرک تھیوری</w:t>
      </w:r>
    </w:p>
    <w:p>
      <w:r>
        <w:rPr>
          <w:b/>
        </w:rPr>
        <w:t xml:space="preserve">[12:35] </w:t>
      </w:r>
      <w:r>
        <w:t>ko maan liya gaya.</w:t>
      </w:r>
    </w:p>
    <w:p>
      <w:pPr>
        <w:jc w:val="right"/>
      </w:pPr>
      <w:r>
        <w:t>کو مان لیا گیا۔</w:t>
      </w:r>
    </w:p>
    <w:p>
      <w:r>
        <w:rPr>
          <w:b/>
        </w:rPr>
        <w:t xml:space="preserve">[12:41] </w:t>
      </w:r>
      <w:r>
        <w:t>yahi criterion science mein istemal kiya jata hai.</w:t>
      </w:r>
    </w:p>
    <w:p>
      <w:pPr>
        <w:jc w:val="right"/>
      </w:pPr>
      <w:r>
        <w:t>یہی کرائٹیرین سائنس میں استعمال کیا جاتا ہے۔</w:t>
      </w:r>
    </w:p>
    <w:p>
      <w:r>
        <w:rPr>
          <w:b/>
        </w:rPr>
        <w:t xml:space="preserve">[12:48] </w:t>
      </w:r>
      <w:r>
        <w:t>aur quran ne yeh kaha ke isi ko istemal kar ke tum quran ki sadaqat ko jan sakte ho.</w:t>
      </w:r>
    </w:p>
    <w:p>
      <w:pPr>
        <w:jc w:val="right"/>
      </w:pPr>
      <w:r>
        <w:t>اور قرآن نے یہ کہا کہ اسی کو استعمال کر کے تم قرآن کی صداقت کو جان سکتے ہو۔</w:t>
      </w:r>
    </w:p>
    <w:p>
      <w:r>
        <w:rPr>
          <w:b/>
        </w:rPr>
        <w:t xml:space="preserve">[12:55] </w:t>
      </w:r>
      <w:r>
        <w:t>yeh ek bohat hi anokha dawah tha.</w:t>
      </w:r>
    </w:p>
    <w:p>
      <w:pPr>
        <w:jc w:val="right"/>
      </w:pPr>
      <w:r>
        <w:t>یہ ایک بہت ہی انوکھا دعویٰ تھا۔</w:t>
      </w:r>
    </w:p>
    <w:p>
      <w:r>
        <w:rPr>
          <w:b/>
        </w:rPr>
        <w:t xml:space="preserve">[13:02] </w:t>
      </w:r>
      <w:r>
        <w:t>kyunke dunya mein koi kitab nahi hai, koi thinker ya philosopher aisa nahi hai jis ne itne science</w:t>
      </w:r>
    </w:p>
    <w:p>
      <w:pPr>
        <w:jc w:val="right"/>
      </w:pPr>
      <w:r>
        <w:t>کیونکہ دنیا میں کوئی کتاب نہیں ہے، کوئی تھنکر یا فلاسفر ایسا نہیں ہے جس نے اتنے سائنس</w:t>
      </w:r>
    </w:p>
    <w:p>
      <w:r>
        <w:rPr>
          <w:b/>
        </w:rPr>
        <w:t xml:space="preserve">[13:09] </w:t>
      </w:r>
      <w:r>
        <w:t>ke daur se pehle jo baatein kahi hon, science ne is ko affirm kiya ho, is ki tasdeeq ki ho.</w:t>
      </w:r>
    </w:p>
    <w:p>
      <w:pPr>
        <w:jc w:val="right"/>
      </w:pPr>
      <w:r>
        <w:t>کے دور سے پہلے جو باتیں کہی ہوں، سائنس نے اس کو افرم کیا ہو، اس کی تصدیق کی ہو۔</w:t>
      </w:r>
    </w:p>
    <w:p>
      <w:r>
        <w:rPr>
          <w:b/>
        </w:rPr>
        <w:t xml:space="preserve">[13:15] </w:t>
      </w:r>
      <w:r>
        <w:t>yeh anokhi baat hai.</w:t>
      </w:r>
    </w:p>
    <w:p>
      <w:pPr>
        <w:jc w:val="right"/>
      </w:pPr>
      <w:r>
        <w:t>یہ انوکھی بات ہے۔</w:t>
      </w:r>
    </w:p>
    <w:p>
      <w:r>
        <w:rPr>
          <w:b/>
        </w:rPr>
        <w:t xml:space="preserve">[13:22] </w:t>
      </w:r>
      <w:r>
        <w:t>yeh ek hi misaal is ki hai.</w:t>
      </w:r>
    </w:p>
    <w:p>
      <w:pPr>
        <w:jc w:val="right"/>
      </w:pPr>
      <w:r>
        <w:t>یہ ایک ہی مثال اس کی ہے۔</w:t>
      </w:r>
    </w:p>
    <w:p>
      <w:r>
        <w:rPr>
          <w:b/>
        </w:rPr>
        <w:t xml:space="preserve">[13:29] </w:t>
      </w:r>
      <w:r>
        <w:t>jaise mein ek misaal deta hoon, karl marx ne kaha tha ke communist revolution paris mein aye ga,</w:t>
      </w:r>
    </w:p>
    <w:p>
      <w:pPr>
        <w:jc w:val="right"/>
      </w:pPr>
      <w:r>
        <w:t>جیسے میں ایک مثال دیتا ہوں، کارل مارکس نے کہا تھا کہ کمیونسٹ ریولوشن پیرس میں آئے گا،</w:t>
      </w:r>
    </w:p>
    <w:p>
      <w:r>
        <w:rPr>
          <w:b/>
        </w:rPr>
        <w:t xml:space="preserve">[13:36] </w:t>
      </w:r>
      <w:r>
        <w:t>sab se pehle.</w:t>
      </w:r>
    </w:p>
    <w:p>
      <w:pPr>
        <w:jc w:val="right"/>
      </w:pPr>
      <w:r>
        <w:t>سب سے پہلے۔</w:t>
      </w:r>
    </w:p>
    <w:p>
      <w:r>
        <w:rPr>
          <w:b/>
        </w:rPr>
        <w:t xml:space="preserve">[13:43] </w:t>
      </w:r>
      <w:r>
        <w:t>yani is ne kaha ke mein dekh raha hoon ke communist revolution paris, red revolution is ne kaha</w:t>
      </w:r>
    </w:p>
    <w:p>
      <w:pPr>
        <w:jc w:val="right"/>
      </w:pPr>
      <w:r>
        <w:t>یعنی اس نے کہا کہ میں دیکھ رہا ہوں کہ کمیونسٹ ریولوشن پیرس، ریڈ ریولوشن اس نے کہا</w:t>
      </w:r>
    </w:p>
    <w:p>
      <w:r>
        <w:rPr>
          <w:b/>
        </w:rPr>
        <w:t xml:space="preserve">[13:49] </w:t>
      </w:r>
      <w:r>
        <w:t>tha, red revolution, ke red revolution yani surkh inqilab jo paris sab se jahan aye ga woh paris</w:t>
      </w:r>
    </w:p>
    <w:p>
      <w:pPr>
        <w:jc w:val="right"/>
      </w:pPr>
      <w:r>
        <w:t>تھا، ریڈ ریولوشن، کہ ریڈ ریولوشن یعنی سرخ انقلاب جو پیرس سب سے جہاں آئے گا وہ پیرس</w:t>
      </w:r>
    </w:p>
    <w:p>
      <w:r>
        <w:rPr>
          <w:b/>
        </w:rPr>
        <w:t xml:space="preserve">[13:56] </w:t>
      </w:r>
      <w:r>
        <w:t>mein aye ga.</w:t>
      </w:r>
    </w:p>
    <w:p>
      <w:pPr>
        <w:jc w:val="right"/>
      </w:pPr>
      <w:r>
        <w:t>میں آئے گا۔</w:t>
      </w:r>
    </w:p>
    <w:p>
      <w:r>
        <w:rPr>
          <w:b/>
        </w:rPr>
        <w:t xml:space="preserve">[14:03] </w:t>
      </w:r>
      <w:r>
        <w:t>aur aaj tak aisa nahi hua.</w:t>
      </w:r>
    </w:p>
    <w:p>
      <w:pPr>
        <w:jc w:val="right"/>
      </w:pPr>
      <w:r>
        <w:t>اور آج تک ایسا نہیں ہوا۔</w:t>
      </w:r>
    </w:p>
    <w:p>
      <w:r>
        <w:rPr>
          <w:b/>
        </w:rPr>
        <w:t xml:space="preserve">[14:10] </w:t>
      </w:r>
      <w:r>
        <w:t>yani is ka jo is ka jo prediction tha woh galat sabit hua.</w:t>
      </w:r>
    </w:p>
    <w:p>
      <w:pPr>
        <w:jc w:val="right"/>
      </w:pPr>
      <w:r>
        <w:t>یعنی اس کا جو اس کا جو پریڈکشن تھا وہ غلط ثابت ہوا۔</w:t>
      </w:r>
    </w:p>
    <w:p>
      <w:r>
        <w:rPr>
          <w:b/>
        </w:rPr>
        <w:t xml:space="preserve">[14:17] </w:t>
      </w:r>
      <w:r>
        <w:t>ab is ke baad aap dekhen quran majeed mein, rasool Allah jab maki zamana tha aap ka, maki</w:t>
      </w:r>
    </w:p>
    <w:p>
      <w:pPr>
        <w:jc w:val="right"/>
      </w:pPr>
      <w:r>
        <w:t>اب اس کے بعد آپ دیکھیں قرآن مجید میں، رسول اللہ جب مکی زمانہ تھا آپ کا، مکی</w:t>
      </w:r>
    </w:p>
    <w:p>
      <w:r>
        <w:rPr>
          <w:b/>
        </w:rPr>
        <w:t xml:space="preserve">[14:23] </w:t>
      </w:r>
      <w:r>
        <w:t>daur ke aakhir mein, arab sarhad ke bahir yeh hua ke roman empire aur irani empire mein mein larai hui.</w:t>
      </w:r>
    </w:p>
    <w:p>
      <w:pPr>
        <w:jc w:val="right"/>
      </w:pPr>
      <w:r>
        <w:t>دور کے آخر میں، عرب سرحد کے باہر یہ ہوا کہ رومن ایمپائر اور ایرانی ایمپائر میں میں لڑائی ہوئی۔</w:t>
      </w:r>
    </w:p>
    <w:p>
      <w:r>
        <w:rPr>
          <w:b/>
        </w:rPr>
        <w:t xml:space="preserve">[14:30] </w:t>
      </w:r>
      <w:r>
        <w:t>irani jo hai woh.</w:t>
      </w:r>
    </w:p>
    <w:p>
      <w:pPr>
        <w:jc w:val="right"/>
      </w:pPr>
      <w:r>
        <w:t>ایرانی جو ہے وہ۔</w:t>
      </w:r>
    </w:p>
    <w:p>
      <w:r>
        <w:rPr>
          <w:b/>
        </w:rPr>
        <w:t xml:space="preserve">[14:37] </w:t>
      </w:r>
      <w:r>
        <w:t>unhon ne un ko jeet hui aur roman empire ko unhon ne hara diya.</w:t>
      </w:r>
    </w:p>
    <w:p>
      <w:pPr>
        <w:jc w:val="right"/>
      </w:pPr>
      <w:r>
        <w:t>انہوں نے ان کو جیت ہوئی اور رومن ایمپائر کو انہوں نے ہرا دیا۔</w:t>
      </w:r>
    </w:p>
    <w:p>
      <w:r>
        <w:rPr>
          <w:b/>
        </w:rPr>
        <w:t xml:space="preserve">[14:44] </w:t>
      </w:r>
      <w:r>
        <w:t>us waqt quran mein yeh ayat utri ke ghulbat al-room fi adna al-ard wa hum min ba'di ghalabihim sayaghlaboon fi bid'i</w:t>
      </w:r>
    </w:p>
    <w:p>
      <w:pPr>
        <w:jc w:val="right"/>
      </w:pPr>
      <w:r>
        <w:t>اس وقت قرآن میں یہ آیت اتری کہ غلبت الروم فی ان من بعد غلبہم سیغلبون فی بز</w:t>
      </w:r>
    </w:p>
    <w:p>
      <w:r>
        <w:rPr>
          <w:b/>
        </w:rPr>
        <w:t xml:space="preserve">[14:51] </w:t>
      </w:r>
      <w:r>
        <w:t>sineen ke irani empire ya sasani empire ne roomiyon ko hara diya hai lekin woh phir dobara ghalib</w:t>
      </w:r>
    </w:p>
    <w:p>
      <w:pPr>
        <w:jc w:val="right"/>
      </w:pPr>
      <w:r>
        <w:t>سنین کہ ایرانی ایمپائر یا ساسانی ایمپائر نے رومیوں کو ہرا دیا ہے لیکن وہ پھر دوبارہ غالب</w:t>
      </w:r>
    </w:p>
    <w:p>
      <w:r>
        <w:rPr>
          <w:b/>
        </w:rPr>
        <w:t xml:space="preserve">[14:57] </w:t>
      </w:r>
      <w:r>
        <w:t>aa jayen ge.</w:t>
      </w:r>
    </w:p>
    <w:p>
      <w:pPr>
        <w:jc w:val="right"/>
      </w:pPr>
      <w:r>
        <w:t>آ جائیں گے۔</w:t>
      </w:r>
    </w:p>
    <w:p>
      <w:r>
        <w:rPr>
          <w:b/>
        </w:rPr>
        <w:t xml:space="preserve">[15:04] </w:t>
      </w:r>
      <w:r>
        <w:t>to gibbon ne likha hai ke us waqt jab ke quran mein ayat utri yeh bohat hi unthinkable tha.</w:t>
      </w:r>
    </w:p>
    <w:p>
      <w:pPr>
        <w:jc w:val="right"/>
      </w:pPr>
      <w:r>
        <w:t>تو گبن نے لکھا ہے کہ اس وقت جب کہ قرآن میں آیت اتری یہ بہت ہی ان تھنکیبل تھا۔</w:t>
      </w:r>
    </w:p>
    <w:p>
      <w:r>
        <w:rPr>
          <w:b/>
        </w:rPr>
        <w:t xml:space="preserve">[15:11] </w:t>
      </w:r>
      <w:r>
        <w:t>kyunke unhon ne shatter kar diya tha bilkul.</w:t>
      </w:r>
    </w:p>
    <w:p>
      <w:pPr>
        <w:jc w:val="right"/>
      </w:pPr>
      <w:r>
        <w:t>کیونکہ انہوں نے شیٹر کر دیا تھا بالکل۔</w:t>
      </w:r>
    </w:p>
    <w:p>
      <w:r>
        <w:rPr>
          <w:b/>
        </w:rPr>
        <w:t xml:space="preserve">[15:18] </w:t>
      </w:r>
      <w:r>
        <w:t>roman empire ko shatter kar diya tha.</w:t>
      </w:r>
    </w:p>
    <w:p>
      <w:pPr>
        <w:jc w:val="right"/>
      </w:pPr>
      <w:r>
        <w:t>رومن ایمپائر کو شیٹر کر دیا تھا۔</w:t>
      </w:r>
    </w:p>
    <w:p>
      <w:r>
        <w:rPr>
          <w:b/>
        </w:rPr>
        <w:t xml:space="preserve">[15:25] </w:t>
      </w:r>
      <w:r>
        <w:t>to gibbon jis ne history likhi hai us ki woh kehta hai ke us waqt yeh bilkul un</w:t>
      </w:r>
    </w:p>
    <w:p>
      <w:pPr>
        <w:jc w:val="right"/>
      </w:pPr>
      <w:r>
        <w:t>تو گبن جس نے ہسٹری لکھی ہے اس کی وہ کہتا ہے کہ اس وقت یہ بالکل ان</w:t>
      </w:r>
    </w:p>
    <w:p>
      <w:r>
        <w:rPr>
          <w:b/>
        </w:rPr>
        <w:t xml:space="preserve">[15:31] </w:t>
      </w:r>
      <w:r>
        <w:t>thnkybl tha keh kaisay aisa ho jayega.</w:t>
      </w:r>
    </w:p>
    <w:p>
      <w:pPr>
        <w:jc w:val="right"/>
      </w:pPr>
      <w:r>
        <w:t>تھنکیبل تھا کہ کیسے ایسا ہو جائے گا۔</w:t>
      </w:r>
    </w:p>
    <w:p>
      <w:r>
        <w:rPr>
          <w:b/>
        </w:rPr>
        <w:t xml:space="preserve">[15:38] </w:t>
      </w:r>
      <w:r>
        <w:t>to is ne wahan par boosting ka lafz istemal kiya hai, muhammad boost karte hue.</w:t>
      </w:r>
    </w:p>
    <w:p>
      <w:pPr>
        <w:jc w:val="right"/>
      </w:pPr>
      <w:r>
        <w:t>تو اس نے وہاں پر بوسٹنگ کا لفظ استعمال کیا ہے، محمد بوسٹ کرتے ہوئے۔</w:t>
      </w:r>
    </w:p>
    <w:p>
      <w:r>
        <w:rPr>
          <w:b/>
        </w:rPr>
        <w:t xml:space="preserve">[15:45] </w:t>
      </w:r>
      <w:r>
        <w:t>yani jis ko urdu mein kehte hain bura lafz hai shekhi marte hue, acha lafz nahi hai yeh.</w:t>
      </w:r>
    </w:p>
    <w:p>
      <w:pPr>
        <w:jc w:val="right"/>
      </w:pPr>
      <w:r>
        <w:t>یعنی جس کو اردو میں کہتے ہیں برا لفظ ہے شیخی مارتے ہوئے، اچھا لفظ نہیں ہے یہ۔</w:t>
      </w:r>
    </w:p>
    <w:p>
      <w:r>
        <w:rPr>
          <w:b/>
        </w:rPr>
        <w:t xml:space="preserve">[15:52] </w:t>
      </w:r>
      <w:r>
        <w:t>to is ko boosting kara diya hai, aisa kaha.</w:t>
      </w:r>
    </w:p>
    <w:p>
      <w:pPr>
        <w:jc w:val="right"/>
      </w:pPr>
      <w:r>
        <w:t>تو اس کو بوسٹنگ کرا دیا ہے، ایسا کہا۔</w:t>
      </w:r>
    </w:p>
    <w:p>
      <w:r>
        <w:rPr>
          <w:b/>
        </w:rPr>
        <w:t xml:space="preserve">[15:59] </w:t>
      </w:r>
      <w:r>
        <w:t>aur is ke andar aik accidently yeh poora ho gaya.</w:t>
      </w:r>
    </w:p>
    <w:p>
      <w:pPr>
        <w:jc w:val="right"/>
      </w:pPr>
      <w:r>
        <w:t>اور اس کے اندر ایک ایکسیڈنٹلی یہ پورا ہو گیا۔</w:t>
      </w:r>
    </w:p>
    <w:p>
      <w:r>
        <w:rPr>
          <w:b/>
        </w:rPr>
        <w:t xml:space="preserve">[16:05] </w:t>
      </w:r>
      <w:r>
        <w:t>main yeh kahunga keh yeh quran khuda ki taraf se utra tha, utra hai.</w:t>
      </w:r>
    </w:p>
    <w:p>
      <w:pPr>
        <w:jc w:val="right"/>
      </w:pPr>
      <w:r>
        <w:t>میں یہ کہوں گا کہ یہ قرآن خدا کی طرف سے اترا تھا، اترا ہے۔</w:t>
      </w:r>
    </w:p>
    <w:p>
      <w:r>
        <w:rPr>
          <w:b/>
        </w:rPr>
        <w:t xml:space="preserve">[16:12] </w:t>
      </w:r>
      <w:r>
        <w:t>khuda alam ul ghaib hai.</w:t>
      </w:r>
    </w:p>
    <w:p>
      <w:pPr>
        <w:jc w:val="right"/>
      </w:pPr>
      <w:r>
        <w:t>خدا عالم الغیب ہے۔</w:t>
      </w:r>
    </w:p>
    <w:p>
      <w:r>
        <w:rPr>
          <w:b/>
        </w:rPr>
        <w:t xml:space="preserve">[16:19] </w:t>
      </w:r>
      <w:r>
        <w:t>wo present ko bhi janta hai, future ko bhi janta hai.</w:t>
      </w:r>
    </w:p>
    <w:p>
      <w:pPr>
        <w:jc w:val="right"/>
      </w:pPr>
      <w:r>
        <w:t>وہ پریزنٹ کو بھی جانتا ہے، فیوچر کو بھی جانتا ہے۔</w:t>
      </w:r>
    </w:p>
    <w:p>
      <w:r>
        <w:rPr>
          <w:b/>
        </w:rPr>
        <w:t xml:space="preserve">[16:26] </w:t>
      </w:r>
      <w:r>
        <w:t>to kabhi aisa nahi hua keh future ke bare mein koi predict kare is tarah se aur wo</w:t>
      </w:r>
    </w:p>
    <w:p>
      <w:pPr>
        <w:jc w:val="right"/>
      </w:pPr>
      <w:r>
        <w:t>تو کبھی ایسا نہیں ہوا کہ فیوچر کے بارے میں کوئی پریڈکٹ کرے اس طرح سے اور وہ</w:t>
      </w:r>
    </w:p>
    <w:p>
      <w:r>
        <w:rPr>
          <w:b/>
        </w:rPr>
        <w:t xml:space="preserve">[16:33] </w:t>
      </w:r>
      <w:r>
        <w:t>wahi ka wahi ho jaye.</w:t>
      </w:r>
    </w:p>
    <w:p>
      <w:pPr>
        <w:jc w:val="right"/>
      </w:pPr>
      <w:r>
        <w:t>وحی کا وحی ہو جائے۔</w:t>
      </w:r>
    </w:p>
    <w:p>
      <w:r>
        <w:rPr>
          <w:b/>
        </w:rPr>
        <w:t xml:space="preserve">[16:39] </w:t>
      </w:r>
      <w:r>
        <w:t>aur quran mein aisa hua.</w:t>
      </w:r>
    </w:p>
    <w:p>
      <w:pPr>
        <w:jc w:val="right"/>
      </w:pPr>
      <w:r>
        <w:t>اور قرآن میں ایسا ہوا۔</w:t>
      </w:r>
    </w:p>
    <w:p>
      <w:r>
        <w:rPr>
          <w:b/>
        </w:rPr>
        <w:t xml:space="preserve">[16:46] </w:t>
      </w:r>
      <w:r>
        <w:t>biz arbi mein kehte hain das se kam ki adad ko, yani no tak ko.</w:t>
      </w:r>
    </w:p>
    <w:p>
      <w:pPr>
        <w:jc w:val="right"/>
      </w:pPr>
      <w:r>
        <w:t>بز عربی میں کہتے ہیں دس سے کم کی عدد کو، یعنی نو تک کو۔</w:t>
      </w:r>
    </w:p>
    <w:p>
      <w:r>
        <w:rPr>
          <w:b/>
        </w:rPr>
        <w:t xml:space="preserve">[16:53] </w:t>
      </w:r>
      <w:r>
        <w:t>yani dahai se kam ki jo adad hai wo biz kahi jati hai.</w:t>
      </w:r>
    </w:p>
    <w:p>
      <w:pPr>
        <w:jc w:val="right"/>
      </w:pPr>
      <w:r>
        <w:t>یعنی دہائی سے کم کی جو عدد ہے وہ بز کہی جاتی ہے۔</w:t>
      </w:r>
    </w:p>
    <w:p>
      <w:r>
        <w:rPr>
          <w:b/>
        </w:rPr>
        <w:t xml:space="preserve">[17:00] </w:t>
      </w:r>
      <w:r>
        <w:t>to theek no saal mein dobara romi ghalib aa gaye aur iraniyon ko shikast de diya unhon ne.</w:t>
      </w:r>
    </w:p>
    <w:p>
      <w:pPr>
        <w:jc w:val="right"/>
      </w:pPr>
      <w:r>
        <w:t>تو ٹھیک نو سال میں دوبارہ رومی غالب آ گئے اور ایرانیوں کو شکست دے دیا انہوں نے۔</w:t>
      </w:r>
    </w:p>
    <w:p>
      <w:r>
        <w:rPr>
          <w:b/>
        </w:rPr>
        <w:t xml:space="preserve">[17:07] </w:t>
      </w:r>
      <w:r>
        <w:t>to theek theek bilkul literal tor par yeh prediction quran ka jo tha wo poora hua.</w:t>
      </w:r>
    </w:p>
    <w:p>
      <w:pPr>
        <w:jc w:val="right"/>
      </w:pPr>
      <w:r>
        <w:t>تو ٹھیک ٹھیک بالکل لٹرل طور پر یہ پریڈکشن قرآن کا جو تھا وہ پورا ہوا۔</w:t>
      </w:r>
    </w:p>
    <w:p>
      <w:r>
        <w:rPr>
          <w:b/>
        </w:rPr>
        <w:t xml:space="preserve">[17:13] </w:t>
      </w:r>
      <w:r>
        <w:t>yeh hai affirmation, yani historic affirmation.</w:t>
      </w:r>
    </w:p>
    <w:p>
      <w:pPr>
        <w:jc w:val="right"/>
      </w:pPr>
      <w:r>
        <w:t>یہ ہے افرمیشن، یعنی ہسٹورک افرمیشن۔</w:t>
      </w:r>
    </w:p>
    <w:p>
      <w:r>
        <w:rPr>
          <w:b/>
        </w:rPr>
        <w:t xml:space="preserve">[17:20] </w:t>
      </w:r>
      <w:r>
        <w:t>yani history ne tasdeeq ki keh quran jo hai wo khuda ki kitab hai.</w:t>
      </w:r>
    </w:p>
    <w:p>
      <w:pPr>
        <w:jc w:val="right"/>
      </w:pPr>
      <w:r>
        <w:t>یعنی ہسٹری نے تصدیق کی کہ قرآن جو ہے وہ خدا کی کتاب ہے۔</w:t>
      </w:r>
    </w:p>
    <w:p>
      <w:r>
        <w:rPr>
          <w:b/>
        </w:rPr>
        <w:t xml:space="preserve">[17:27] </w:t>
      </w:r>
      <w:r>
        <w:t>ab aik aur misaal lijiye aap affirmation ki.</w:t>
      </w:r>
    </w:p>
    <w:p>
      <w:pPr>
        <w:jc w:val="right"/>
      </w:pPr>
      <w:r>
        <w:t>اب ایک اور مثال لیجئے آپ افرمیشن کی۔</w:t>
      </w:r>
    </w:p>
    <w:p>
      <w:r>
        <w:rPr>
          <w:b/>
        </w:rPr>
        <w:t xml:space="preserve">[17:34] </w:t>
      </w:r>
      <w:r>
        <w:t>dekhen, italy mein aik shehar hai is ka naam hai turin, t u r i n, turin.</w:t>
      </w:r>
    </w:p>
    <w:p>
      <w:pPr>
        <w:jc w:val="right"/>
      </w:pPr>
      <w:r>
        <w:t>دیکھیں، اٹلی میں ایک شہر ہے اس کا نام ہے تورن، ٹی یو آر آئی این، تورن۔</w:t>
      </w:r>
    </w:p>
    <w:p>
      <w:r>
        <w:rPr>
          <w:b/>
        </w:rPr>
        <w:t xml:space="preserve">[17:41] </w:t>
      </w:r>
      <w:r>
        <w:t>wahan par aik bohat bara church hai, cathedral.</w:t>
      </w:r>
    </w:p>
    <w:p>
      <w:pPr>
        <w:jc w:val="right"/>
      </w:pPr>
      <w:r>
        <w:t>وہاں پر ایک بہت بڑا چرچ ہے، کیتھیڈرل۔</w:t>
      </w:r>
    </w:p>
    <w:p>
      <w:r>
        <w:rPr>
          <w:b/>
        </w:rPr>
        <w:t xml:space="preserve">[17:47] </w:t>
      </w:r>
      <w:r>
        <w:t>is mein aik aik aik aik aik aik cloth rakha hua hai, aik aap chadar keh sakte hain,</w:t>
      </w:r>
    </w:p>
    <w:p>
      <w:pPr>
        <w:jc w:val="right"/>
      </w:pPr>
      <w:r>
        <w:t>اس میں ایک ایک ایک ایک ایک ایک کلاتھ رکھا ہوا ہے، ایک آپ چادر کہہ سکتے ہیں،</w:t>
      </w:r>
    </w:p>
    <w:p>
      <w:r>
        <w:rPr>
          <w:b/>
        </w:rPr>
        <w:t xml:space="preserve">[17:54] </w:t>
      </w:r>
      <w:r>
        <w:t>pehlay zamanay ke bani hui jo khaddi banti thi, khaddi mein is tarah ki aik chadar.</w:t>
      </w:r>
    </w:p>
    <w:p>
      <w:pPr>
        <w:jc w:val="right"/>
      </w:pPr>
      <w:r>
        <w:t>پہلے زمانے کے بنی ہوئی جو کھڈی بنتی تھی، کھڈی میں اس طرح کی ایک چادر۔</w:t>
      </w:r>
    </w:p>
    <w:p>
      <w:r>
        <w:rPr>
          <w:b/>
        </w:rPr>
        <w:t xml:space="preserve">[18:01] </w:t>
      </w:r>
      <w:r>
        <w:t>is par kuch nishanat hain, yani insan ki image is ke upar hai.</w:t>
      </w:r>
    </w:p>
    <w:p>
      <w:pPr>
        <w:jc w:val="right"/>
      </w:pPr>
      <w:r>
        <w:t>اس پر کچھ نشانات ہیں، یعنی انسان کی امیج اس کے اوپر ہے۔</w:t>
      </w:r>
    </w:p>
    <w:p>
      <w:r>
        <w:rPr>
          <w:b/>
        </w:rPr>
        <w:t xml:space="preserve">[18:08] </w:t>
      </w:r>
      <w:r>
        <w:t>to saray jo masihi the wo yeh mante the keh yeh yeh kafan hai hazrat masih ka.</w:t>
      </w:r>
    </w:p>
    <w:p>
      <w:pPr>
        <w:jc w:val="right"/>
      </w:pPr>
      <w:r>
        <w:t>تو سارے جو مسیحی تھے وہ یہ مانتے تھے کہ یہ یہ کفن ہے حضرت مسیح کا۔</w:t>
      </w:r>
    </w:p>
    <w:p>
      <w:r>
        <w:rPr>
          <w:b/>
        </w:rPr>
        <w:t xml:space="preserve">[18:15] </w:t>
      </w:r>
      <w:r>
        <w:t>yani un ka manna yeh tha, un ka kehna yeh tha, un ka claim yeh tha keh masih</w:t>
      </w:r>
    </w:p>
    <w:p>
      <w:pPr>
        <w:jc w:val="right"/>
      </w:pPr>
      <w:r>
        <w:t>یعنی ان کا ماننا یہ تھا، ان کا کہنا یہ تھا، ان کا کلیم یہ تھا کہ مسیح</w:t>
      </w:r>
    </w:p>
    <w:p>
      <w:r>
        <w:rPr>
          <w:b/>
        </w:rPr>
        <w:t xml:space="preserve">[18:21] </w:t>
      </w:r>
      <w:r>
        <w:t>ko un ke kehne ke mutabiq jab poori safai kiya gaya to jab un ko litaya gaya to</w:t>
      </w:r>
    </w:p>
    <w:p>
      <w:pPr>
        <w:jc w:val="right"/>
      </w:pPr>
      <w:r>
        <w:t>کو ان کے کہنے کے مطابق جب پوری صفائی کیا گیا تو جب ان کو لٹایا گیا تو</w:t>
      </w:r>
    </w:p>
    <w:p>
      <w:r>
        <w:rPr>
          <w:b/>
        </w:rPr>
        <w:t xml:space="preserve">[18:28] </w:t>
      </w:r>
      <w:r>
        <w:t>mein woh jagah dekhi hai, wahan par aik chabutra bana banaya unhon ne, is kehte hain kisi ko</w:t>
      </w:r>
    </w:p>
    <w:p>
      <w:pPr>
        <w:jc w:val="right"/>
      </w:pPr>
      <w:r>
        <w:t>میں وہ جگہ دیکھی ہے، وہاں پر ایک چبوترا بنا بنایا انہوں نے، اس کہتے ہیں کسی کو</w:t>
      </w:r>
    </w:p>
    <w:p>
      <w:r>
        <w:rPr>
          <w:b/>
        </w:rPr>
        <w:t xml:space="preserve">[18:35] </w:t>
      </w:r>
      <w:r>
        <w:t>litaya gaya tha church of resurrection mein, yerushlem mein.</w:t>
      </w:r>
    </w:p>
    <w:p>
      <w:pPr>
        <w:jc w:val="right"/>
      </w:pPr>
      <w:r>
        <w:t>لٹایا گیا تھا چرچ آف ریزرکشن میں، یروشلم میں۔</w:t>
      </w:r>
    </w:p>
    <w:p>
      <w:r>
        <w:rPr>
          <w:b/>
        </w:rPr>
        <w:t xml:space="preserve">[18:42] </w:t>
      </w:r>
      <w:r>
        <w:t>to jab woh litaya gaya tha to aik un ke oopar kapra dala gaya, un ke body ke</w:t>
      </w:r>
    </w:p>
    <w:p>
      <w:pPr>
        <w:jc w:val="right"/>
      </w:pPr>
      <w:r>
        <w:t>تو جب وہ لٹایا گیا تھا تو ایک ان کے اوپر کپڑا ڈالا گیا، ان کے باڈی کے</w:t>
      </w:r>
    </w:p>
    <w:p>
      <w:r>
        <w:rPr>
          <w:b/>
        </w:rPr>
        <w:t xml:space="preserve">[18:49] </w:t>
      </w:r>
      <w:r>
        <w:t>oopar, un ke bayan ke mutabiq dead body ke oopar.</w:t>
      </w:r>
    </w:p>
    <w:p>
      <w:pPr>
        <w:jc w:val="right"/>
      </w:pPr>
      <w:r>
        <w:t>اوپر، ان کے بیان کے مطابق ڈیڈ باڈی کے اوپر۔</w:t>
      </w:r>
    </w:p>
    <w:p>
      <w:r>
        <w:rPr>
          <w:b/>
        </w:rPr>
        <w:t xml:space="preserve">[18:55] </w:t>
      </w:r>
      <w:r>
        <w:t>to chemical reaction se un ki image is par aa gayi.</w:t>
      </w:r>
    </w:p>
    <w:p>
      <w:pPr>
        <w:jc w:val="right"/>
      </w:pPr>
      <w:r>
        <w:t>تو کیمیکل ری ایکشن سے ان کی امیج اس پر آ گئی۔</w:t>
      </w:r>
    </w:p>
    <w:p>
      <w:r>
        <w:rPr>
          <w:b/>
        </w:rPr>
        <w:t xml:space="preserve">[19:02] </w:t>
      </w:r>
      <w:r>
        <w:t>to is kapre par aap dekhein to aik insaan ki image dikhai deti hai, yani tasveer nahi, image.</w:t>
      </w:r>
    </w:p>
    <w:p>
      <w:pPr>
        <w:jc w:val="right"/>
      </w:pPr>
      <w:r>
        <w:t>تو اس کپڑے پر آپ دیکھیں تو ایک انسان کی امیج دکھائی دیتی ہے، یعنی تصویر نہیں، امیج۔</w:t>
      </w:r>
    </w:p>
    <w:p>
      <w:r>
        <w:rPr>
          <w:b/>
        </w:rPr>
        <w:t xml:space="preserve">[19:09] </w:t>
      </w:r>
      <w:r>
        <w:t>un ka kehna tha ke yeh Hazrat Masih ka aik historical saboot hai ke Hazrat Masih ko crucify kiya gaya.</w:t>
      </w:r>
    </w:p>
    <w:p>
      <w:pPr>
        <w:jc w:val="right"/>
      </w:pPr>
      <w:r>
        <w:t>ان کا کہنا تھا کہ یہ حضرت مسیح کا ایک ہسٹوریکل ثبوت ہے کہ حضرت مسیح کو کریسفائی کیا گیا۔</w:t>
      </w:r>
    </w:p>
    <w:p>
      <w:r>
        <w:rPr>
          <w:b/>
        </w:rPr>
        <w:t xml:space="preserve">[19:16] </w:t>
      </w:r>
      <w:r>
        <w:t>kyun ke aap jante hain ke yeh yeh jo un ka aqeedah hai crucify karne ka, yeh un ke</w:t>
      </w:r>
    </w:p>
    <w:p>
      <w:pPr>
        <w:jc w:val="right"/>
      </w:pPr>
      <w:r>
        <w:t>کیونکہ آپ جانتے ہیں کہ یہ یہ جو ان کا عقیدہ ہے کریسفائی کرنے کا، یہ ان کے</w:t>
      </w:r>
    </w:p>
    <w:p>
      <w:r>
        <w:rPr>
          <w:b/>
        </w:rPr>
        <w:t xml:space="preserve">[19:22] </w:t>
      </w:r>
      <w:r>
        <w:t>haan bohat important hai.</w:t>
      </w:r>
    </w:p>
    <w:p>
      <w:pPr>
        <w:jc w:val="right"/>
      </w:pPr>
      <w:r>
        <w:t>ہاں بہت امپورٹنٹ ہے۔</w:t>
      </w:r>
    </w:p>
    <w:p>
      <w:r>
        <w:rPr>
          <w:b/>
        </w:rPr>
        <w:t xml:space="preserve">[19:29] </w:t>
      </w:r>
      <w:r>
        <w:t>isi par base karti hai Masihiyat.</w:t>
      </w:r>
    </w:p>
    <w:p>
      <w:pPr>
        <w:jc w:val="right"/>
      </w:pPr>
      <w:r>
        <w:t>اسی پر بیس کرتی ہے مسیحیت۔</w:t>
      </w:r>
    </w:p>
    <w:p>
      <w:r>
        <w:rPr>
          <w:b/>
        </w:rPr>
        <w:t xml:space="preserve">[19:36] </w:t>
      </w:r>
      <w:r>
        <w:t>ab kya hua ke yani aaj ke zamane mein aisi technique daryaft hui scientific dour mein ke pichhli</w:t>
      </w:r>
    </w:p>
    <w:p>
      <w:pPr>
        <w:jc w:val="right"/>
      </w:pPr>
      <w:r>
        <w:t>اب کیا ہوا کہ یعنی آج کے زمانے میں ایسی ٹیکنیک دریافت ہوئی سائنٹیفک دور میں کہ پچھلی</w:t>
      </w:r>
    </w:p>
    <w:p>
      <w:r>
        <w:rPr>
          <w:b/>
        </w:rPr>
        <w:t xml:space="preserve">[19:43] </w:t>
      </w:r>
      <w:r>
        <w:t>cheezon ki sahi sahi updating kar sakte hain, theek theek is ki tareekh maloom kar sakte hain.</w:t>
      </w:r>
    </w:p>
    <w:p>
      <w:pPr>
        <w:jc w:val="right"/>
      </w:pPr>
      <w:r>
        <w:t>چیزوں کی صحیح صحیح اپڈیٹنگ کر سکتے ہیں، ٹھیک ٹھیک اس کی تاریخ معلوم کر سکتے ہیں۔</w:t>
      </w:r>
    </w:p>
    <w:p>
      <w:r>
        <w:rPr>
          <w:b/>
        </w:rPr>
        <w:t xml:space="preserve">[19:50] </w:t>
      </w:r>
      <w:r>
        <w:t>is mein se aik technique hai jis ko kehte hain carbon 14 dating.</w:t>
      </w:r>
    </w:p>
    <w:p>
      <w:pPr>
        <w:jc w:val="right"/>
      </w:pPr>
      <w:r>
        <w:t>اس میں سے ایک ٹیکنیک ہے جس کو کہتے ہیں کاربن 14 ڈیٹنگ۔</w:t>
      </w:r>
    </w:p>
    <w:p>
      <w:r>
        <w:rPr>
          <w:b/>
        </w:rPr>
        <w:t xml:space="preserve">[19:56] </w:t>
      </w:r>
      <w:r>
        <w:t>to wahan par gaye France ke aur Germany ke researchers, unhon ne kaha ke hum is ko is</w:t>
      </w:r>
    </w:p>
    <w:p>
      <w:pPr>
        <w:jc w:val="right"/>
      </w:pPr>
      <w:r>
        <w:t>تو وہاں پر گئے فرانس کے اور جرمنی کے ریسرچرز، انہوں نے کہا کہ ہم اس کو اس</w:t>
      </w:r>
    </w:p>
    <w:p>
      <w:r>
        <w:rPr>
          <w:b/>
        </w:rPr>
        <w:t xml:space="preserve">[20:03] </w:t>
      </w:r>
      <w:r>
        <w:t>is is technique ko apply kar ke dekhenge.</w:t>
      </w:r>
    </w:p>
    <w:p>
      <w:pPr>
        <w:jc w:val="right"/>
      </w:pPr>
      <w:r>
        <w:t>اس اس ٹیکنیک کو اپلائی کر کے دیکھیں گے۔</w:t>
      </w:r>
    </w:p>
    <w:p>
      <w:r>
        <w:rPr>
          <w:b/>
        </w:rPr>
        <w:t xml:space="preserve">[20:10] </w:t>
      </w:r>
      <w:r>
        <w:t>to church ke log bohat reluctant the, mushkil se tayyar hui hai woh.</w:t>
      </w:r>
    </w:p>
    <w:p>
      <w:pPr>
        <w:jc w:val="right"/>
      </w:pPr>
      <w:r>
        <w:t>تو چرچ کے لوگ بہت ریلیکٹنٹ تھے، مشکل سے تیار ہوئی ہے وہ۔</w:t>
      </w:r>
    </w:p>
    <w:p>
      <w:r>
        <w:rPr>
          <w:b/>
        </w:rPr>
        <w:t xml:space="preserve">[20:17] </w:t>
      </w:r>
      <w:r>
        <w:t>to is ko apply kiya gaya to maloom hua ke woh sirf dedh so saal ka hai.</w:t>
      </w:r>
    </w:p>
    <w:p>
      <w:pPr>
        <w:jc w:val="right"/>
      </w:pPr>
      <w:r>
        <w:t>تو اس کو اپلائی کیا گیا تو معلوم ہوا کہ وہ صرف ڈیڑھ سو سال کا ہے۔</w:t>
      </w:r>
    </w:p>
    <w:p>
      <w:r>
        <w:rPr>
          <w:b/>
        </w:rPr>
        <w:t xml:space="preserve">[20:24] </w:t>
      </w:r>
      <w:r>
        <w:t>yani do hazar saal ka hona chahiye na is ko? Hazrat Masih ko crucify karne ka zamana to</w:t>
      </w:r>
    </w:p>
    <w:p>
      <w:pPr>
        <w:jc w:val="right"/>
      </w:pPr>
      <w:r>
        <w:t>یعنی دو ہزار سال کا ہونا چاہیے نا اس کو؟ حضرت مسیح کو کریسفائی کرنے کا زمانہ تو</w:t>
      </w:r>
    </w:p>
    <w:p>
      <w:r>
        <w:rPr>
          <w:b/>
        </w:rPr>
        <w:t xml:space="preserve">[20:30] </w:t>
      </w:r>
      <w:r>
        <w:t>do saal hazar saal pehle hua.</w:t>
      </w:r>
    </w:p>
    <w:p>
      <w:pPr>
        <w:jc w:val="right"/>
      </w:pPr>
      <w:r>
        <w:t>دو سال ہزار سال پہلے ہوا۔</w:t>
      </w:r>
    </w:p>
    <w:p>
      <w:r>
        <w:rPr>
          <w:b/>
        </w:rPr>
        <w:t xml:space="preserve">[20:37] </w:t>
      </w:r>
      <w:r>
        <w:t>aur is ki umar jo hai, is kapre ki umar jo hai sirf dedh so saal hai.</w:t>
      </w:r>
    </w:p>
    <w:p>
      <w:pPr>
        <w:jc w:val="right"/>
      </w:pPr>
      <w:r>
        <w:t>اور اس کی عمر جو ہے، اس کپڑے کی عمر جو ہے صرف ڈیڑھ سو سال ہے۔</w:t>
      </w:r>
    </w:p>
    <w:p>
      <w:r>
        <w:rPr>
          <w:b/>
        </w:rPr>
        <w:t xml:space="preserve">[20:44] </w:t>
      </w:r>
      <w:r>
        <w:t>to gaya ke scientific technique ne, scientific method ne is ko discard kar diya, tumhara daawa galat hai.</w:t>
      </w:r>
    </w:p>
    <w:p>
      <w:pPr>
        <w:jc w:val="right"/>
      </w:pPr>
      <w:r>
        <w:t>تو گیا کہ سائنٹیفک ٹیکنیک نے، سائنٹیفک میتھڈ نے اس کو ڈسکارڈ کر دیا، تمہارا دعویٰ غلط ہے۔</w:t>
      </w:r>
    </w:p>
    <w:p>
      <w:r>
        <w:rPr>
          <w:b/>
        </w:rPr>
        <w:t xml:space="preserve">[20:51] </w:t>
      </w:r>
      <w:r>
        <w:t>yani maujoodah zamane mein jo science ke zariye se jo dating ka tareeqa daryaft hua, woh bohat hi</w:t>
      </w:r>
    </w:p>
    <w:p>
      <w:pPr>
        <w:jc w:val="right"/>
      </w:pPr>
      <w:r>
        <w:t>یعنی موجودہ زمانے میں جو سائنس کے ذریعے سے جو ڈیٹنگ کا طریقہ دریافت ہوا، وہ بہت ہی</w:t>
      </w:r>
    </w:p>
    <w:p>
      <w:r>
        <w:rPr>
          <w:b/>
        </w:rPr>
        <w:t xml:space="preserve">[20:58] </w:t>
      </w:r>
      <w:r>
        <w:t>mana jata hai ke is mein koi shakk nahi hota hai scientists ko.</w:t>
      </w:r>
    </w:p>
    <w:p>
      <w:pPr>
        <w:jc w:val="right"/>
      </w:pPr>
      <w:r>
        <w:t>مانا جاتا ہے کہ اس میں کوئی شک نہیں ہوتا ہے سائنس دانوں کو۔</w:t>
      </w:r>
    </w:p>
    <w:p>
      <w:r>
        <w:rPr>
          <w:b/>
        </w:rPr>
        <w:t xml:space="preserve">[21:04] </w:t>
      </w:r>
      <w:r>
        <w:t>is se is ka, is ki historicity establish nahi ho saki.</w:t>
      </w:r>
    </w:p>
    <w:p>
      <w:pPr>
        <w:jc w:val="right"/>
      </w:pPr>
      <w:r>
        <w:t>اس سے اس کا، اس کی ہسٹوریسٹی اسٹیبلش نہیں ہو سکی۔</w:t>
      </w:r>
    </w:p>
    <w:p>
      <w:r>
        <w:rPr>
          <w:b/>
        </w:rPr>
        <w:t xml:space="preserve">[21:11] </w:t>
      </w:r>
      <w:r>
        <w:t>us ne, un se, us ne us ko tasdeeq nahi ki.</w:t>
      </w:r>
    </w:p>
    <w:p>
      <w:pPr>
        <w:jc w:val="right"/>
      </w:pPr>
      <w:r>
        <w:t>اس نے، ان سے، اس نے اس کو تصدیق نہیں کی۔</w:t>
      </w:r>
    </w:p>
    <w:p>
      <w:r>
        <w:rPr>
          <w:b/>
        </w:rPr>
        <w:t xml:space="preserve">[21:18] </w:t>
      </w:r>
      <w:r>
        <w:t>ab doosri misaal lijiye aap, parallel misaal.</w:t>
      </w:r>
    </w:p>
    <w:p>
      <w:pPr>
        <w:jc w:val="right"/>
      </w:pPr>
      <w:r>
        <w:t>اب دوسری مثال لیجئے آپ، پیرلل مثال۔</w:t>
      </w:r>
    </w:p>
    <w:p>
      <w:r>
        <w:rPr>
          <w:b/>
        </w:rPr>
        <w:t xml:space="preserve">[21:25] </w:t>
      </w:r>
      <w:r>
        <w:t>quran majeed mein aik ayat hai firoun ke baray mein, yaani firo us ko kaha jata hai, jo</w:t>
      </w:r>
    </w:p>
    <w:p>
      <w:pPr>
        <w:jc w:val="right"/>
      </w:pPr>
      <w:r>
        <w:t>قرآن مجید میں ایک آیت ہے فرعون کے بارے میں، یعنی فیرو اس کو کہا جاتا ہے، جو</w:t>
      </w:r>
    </w:p>
    <w:p>
      <w:r>
        <w:rPr>
          <w:b/>
        </w:rPr>
        <w:t xml:space="preserve">[21:32] </w:t>
      </w:r>
      <w:r>
        <w:t>misr mein tha aur hazrat moosa ke zamanay mein jo gharaq ho kar mara tha.</w:t>
      </w:r>
    </w:p>
    <w:p>
      <w:pPr>
        <w:jc w:val="right"/>
      </w:pPr>
      <w:r>
        <w:t>مصر میں تھا اور حضرت موسیٰ کے زمانے میں جو غرق ہو کر مرا تھا۔</w:t>
      </w:r>
    </w:p>
    <w:p>
      <w:r>
        <w:rPr>
          <w:b/>
        </w:rPr>
        <w:t xml:space="preserve">[21:38] </w:t>
      </w:r>
      <w:r>
        <w:t>to quran majeed mein hai ke us waqt jab ke wo pani mein doob raha tha, us waqt</w:t>
      </w:r>
    </w:p>
    <w:p>
      <w:pPr>
        <w:jc w:val="right"/>
      </w:pPr>
      <w:r>
        <w:t>تو قرآن مجید میں ہے کہ اس وقت جب کہ وہ پانی میں ڈوب رہا تھا، اس وقت</w:t>
      </w:r>
    </w:p>
    <w:p>
      <w:r>
        <w:rPr>
          <w:b/>
        </w:rPr>
        <w:t xml:space="preserve">[21:45] </w:t>
      </w:r>
      <w:r>
        <w:t>us ne, to us waqt ke baray mein ayat hai ke wo hai ke alyawm nunjeek bibadnika litakoon</w:t>
      </w:r>
    </w:p>
    <w:p>
      <w:pPr>
        <w:jc w:val="right"/>
      </w:pPr>
      <w:r>
        <w:t>اس نے، تو اس وقت کے بارے میں آیت ہے کہ وہ ہے کہ اليوم ننجیک ببدنک لتکون</w:t>
      </w:r>
    </w:p>
    <w:p>
      <w:r>
        <w:rPr>
          <w:b/>
        </w:rPr>
        <w:t xml:space="preserve">[21:52] </w:t>
      </w:r>
      <w:r>
        <w:t>liman khalfaka aya allah taala ne farmaya ke tumhari jo body hai marne ke baad, us ko hum</w:t>
      </w:r>
    </w:p>
    <w:p>
      <w:pPr>
        <w:jc w:val="right"/>
      </w:pPr>
      <w:r>
        <w:t>لمن خلفک ایا اللہ تعالی نے فرمایا کہ تمہاری جو باڈی ہے مرنے کے بعد، اس کو ہم</w:t>
      </w:r>
    </w:p>
    <w:p>
      <w:r>
        <w:rPr>
          <w:b/>
        </w:rPr>
        <w:t xml:space="preserve">[21:59] </w:t>
      </w:r>
      <w:r>
        <w:t>preserve rakhenge, mehfooz rakhenge taake baad walon ke liye nishani ho.</w:t>
      </w:r>
    </w:p>
    <w:p>
      <w:pPr>
        <w:jc w:val="right"/>
      </w:pPr>
      <w:r>
        <w:t>پریزرو رکھیں گے، محفوظ رکھیں گے تاکہ بعد والوں کے لیے نشانی ہو۔</w:t>
      </w:r>
    </w:p>
    <w:p>
      <w:r>
        <w:rPr>
          <w:b/>
        </w:rPr>
        <w:t xml:space="preserve">[22:06] </w:t>
      </w:r>
      <w:r>
        <w:t>ab yeh waqea jo hua hai hazrat moosa ke zamanay mein, kisi ko pata nahi tha ke aisa</w:t>
      </w:r>
    </w:p>
    <w:p>
      <w:pPr>
        <w:jc w:val="right"/>
      </w:pPr>
      <w:r>
        <w:t>اب یہ واقعہ جو ہوا ہے حضرت موسیٰ کے زمانے میں، کسی کو پتہ نہیں تھا کہ ایسا</w:t>
      </w:r>
    </w:p>
    <w:p>
      <w:r>
        <w:rPr>
          <w:b/>
        </w:rPr>
        <w:t xml:space="preserve">[22:12] </w:t>
      </w:r>
      <w:r>
        <w:t>koi body kahin maujood hai.</w:t>
      </w:r>
    </w:p>
    <w:p>
      <w:pPr>
        <w:jc w:val="right"/>
      </w:pPr>
      <w:r>
        <w:t>کوئی باڈی کہیں موجود ہے۔</w:t>
      </w:r>
    </w:p>
    <w:p>
      <w:r>
        <w:rPr>
          <w:b/>
        </w:rPr>
        <w:t xml:space="preserve">[22:19] </w:t>
      </w:r>
      <w:r>
        <w:t>quran mein yeh ayat thi ke firoun ka body mehfooz hai, preserve hai agli naslon ke liye.</w:t>
      </w:r>
    </w:p>
    <w:p>
      <w:pPr>
        <w:jc w:val="right"/>
      </w:pPr>
      <w:r>
        <w:t>قرآن میں یہ آیت تھی کہ فرعون کا باڈی محفوظ ہے، پریزرو ہے اگلی نسلوں کے لیے۔</w:t>
      </w:r>
    </w:p>
    <w:p>
      <w:r>
        <w:rPr>
          <w:b/>
        </w:rPr>
        <w:t xml:space="preserve">[22:26] </w:t>
      </w:r>
      <w:r>
        <w:t>yeh kisi ko pata nahi tha ke kahin hai wo.</w:t>
      </w:r>
    </w:p>
    <w:p>
      <w:pPr>
        <w:jc w:val="right"/>
      </w:pPr>
      <w:r>
        <w:t>یہ کسی کو پتہ نہیں تھا کہ کہیں ہے وہ۔</w:t>
      </w:r>
    </w:p>
    <w:p>
      <w:r>
        <w:rPr>
          <w:b/>
        </w:rPr>
        <w:t xml:space="preserve">[22:33] </w:t>
      </w:r>
      <w:r>
        <w:t>khud arab mein jab quran majeed utra, tab bhi logon ko pata nahi tha.</w:t>
      </w:r>
    </w:p>
    <w:p>
      <w:pPr>
        <w:jc w:val="right"/>
      </w:pPr>
      <w:r>
        <w:t>خود عرب میں جب قرآن مجید اترا، تب بھی لوگوں کو پتہ نہیں تھا۔</w:t>
      </w:r>
    </w:p>
    <w:p>
      <w:r>
        <w:rPr>
          <w:b/>
        </w:rPr>
        <w:t xml:space="preserve">[22:40] </w:t>
      </w:r>
      <w:r>
        <w:t>yahan tak ke unniswin sadi ke aakhir mein kuch orientalist wahan gaye aur unhon ne cairo ke bahar</w:t>
      </w:r>
    </w:p>
    <w:p>
      <w:pPr>
        <w:jc w:val="right"/>
      </w:pPr>
      <w:r>
        <w:t>یہاں تک کہ انیسویں صدی کے آخر میں کچھ اورینٹلسٹ وہاں گئے اور انہوں نے قاہرہ کے باہر</w:t>
      </w:r>
    </w:p>
    <w:p>
      <w:r>
        <w:rPr>
          <w:b/>
        </w:rPr>
        <w:t xml:space="preserve">[22:46] </w:t>
      </w:r>
      <w:r>
        <w:t>kuch is shakal ke minar hain jin ko mein ne dekha hai, wahan par kai us ko kehte hain pyramids.</w:t>
      </w:r>
    </w:p>
    <w:p>
      <w:pPr>
        <w:jc w:val="right"/>
      </w:pPr>
      <w:r>
        <w:t>کچھ اس شکل کے مینار ہیں جن کو میں نے دیکھا ہے، وہاں پر کئی اس کو کہتے ہیں پیرامڈز۔</w:t>
      </w:r>
    </w:p>
    <w:p>
      <w:r>
        <w:rPr>
          <w:b/>
        </w:rPr>
        <w:t xml:space="preserve">[22:53] </w:t>
      </w:r>
      <w:r>
        <w:t>to is pyramids jo hain, mystery banay hue thay ke is mein kya cheez hai, pyramid mein kya cheez hai.</w:t>
      </w:r>
    </w:p>
    <w:p>
      <w:pPr>
        <w:jc w:val="right"/>
      </w:pPr>
      <w:r>
        <w:t>تو اس پیرامڈز جو ہیں، مسٹری بنے ہوئے تھے کہ اس میں کیا چیز ہے، پیرامڈ میں کیا چیز ہے۔</w:t>
      </w:r>
    </w:p>
    <w:p>
      <w:r>
        <w:rPr>
          <w:b/>
        </w:rPr>
        <w:t xml:space="preserve">[23:00] </w:t>
      </w:r>
      <w:r>
        <w:t>to yeh lambi kahani hai, mein ne apni kitab mein is ki tafseel likhi hai.</w:t>
      </w:r>
    </w:p>
    <w:p>
      <w:pPr>
        <w:jc w:val="right"/>
      </w:pPr>
      <w:r>
        <w:t>تو یہ لمبی کہانی ہے، میں نے اپنی کتاب میں اس کی تفصیل لکھی ہے۔</w:t>
      </w:r>
    </w:p>
    <w:p>
      <w:r>
        <w:rPr>
          <w:b/>
        </w:rPr>
        <w:t xml:space="preserve">[23:07] </w:t>
      </w:r>
      <w:r>
        <w:t>khulasa is ka yeh hai ke unhon ne kisi bhi tareeqay se is ke door ko khola to</w:t>
      </w:r>
    </w:p>
    <w:p>
      <w:pPr>
        <w:jc w:val="right"/>
      </w:pPr>
      <w:r>
        <w:t>خلاصہ اس کا یہ ہے کہ انہوں نے کسی بھی طریقے سے اس کے ڈور کو کھولا تو</w:t>
      </w:r>
    </w:p>
    <w:p>
      <w:r>
        <w:rPr>
          <w:b/>
        </w:rPr>
        <w:t xml:space="preserve">[23:14] </w:t>
      </w:r>
      <w:r>
        <w:t>is ke andar se mummy ki hui body nikli, badshahon ki.</w:t>
      </w:r>
    </w:p>
    <w:p>
      <w:pPr>
        <w:jc w:val="right"/>
      </w:pPr>
      <w:r>
        <w:t>اس کے اندر سے ممی کی ہوئی باڈی نکلی، بادشاہوں کی۔</w:t>
      </w:r>
    </w:p>
    <w:p>
      <w:r>
        <w:rPr>
          <w:b/>
        </w:rPr>
        <w:t xml:space="preserve">[23:20] </w:t>
      </w:r>
      <w:r>
        <w:t>wo log mummy karte thay, is se wo mehfooz ho jati thi body, hazaron saal tak mehfooz rehti thi.</w:t>
      </w:r>
    </w:p>
    <w:p>
      <w:pPr>
        <w:jc w:val="right"/>
      </w:pPr>
      <w:r>
        <w:t>وہ لوگ ممی کرتے تھے، اس سے وہ محفوظ ہو جاتی تھی باڈی، ہزاروں سال تک محفوظ رہتی تھی۔</w:t>
      </w:r>
    </w:p>
    <w:p>
      <w:r>
        <w:rPr>
          <w:b/>
        </w:rPr>
        <w:t xml:space="preserve">[23:27] </w:t>
      </w:r>
      <w:r>
        <w:t>to mummy ki hui body jo thi, wahan badshahon ko is ko nikala unhon ne.</w:t>
      </w:r>
    </w:p>
    <w:p>
      <w:pPr>
        <w:jc w:val="right"/>
      </w:pPr>
      <w:r>
        <w:t>تو ممی کی ہوئی باڈی جو تھی، وہاں بادشاہوں کو اس کو نکالا انہوں نے۔</w:t>
      </w:r>
    </w:p>
    <w:p>
      <w:r>
        <w:rPr>
          <w:b/>
        </w:rPr>
        <w:t xml:space="preserve">[23:34] </w:t>
      </w:r>
      <w:r>
        <w:t>aur phir aik body aisi thi jis ki naak jo hai thori katti thi, yaani wo lagta tha</w:t>
      </w:r>
    </w:p>
    <w:p>
      <w:pPr>
        <w:jc w:val="right"/>
      </w:pPr>
      <w:r>
        <w:t>اور پھر ایک باڈی ایسی تھی جس کی ناک جو ہے تھوڑی کٹی تھی، یعنی وہ لگتا تھا</w:t>
      </w:r>
    </w:p>
    <w:p>
      <w:r>
        <w:rPr>
          <w:b/>
        </w:rPr>
        <w:t xml:space="preserve">[23:41] </w:t>
      </w:r>
      <w:r>
        <w:t>ke machhli ne itna kaat liya us ko.</w:t>
      </w:r>
    </w:p>
    <w:p>
      <w:pPr>
        <w:jc w:val="right"/>
      </w:pPr>
      <w:r>
        <w:t>کہ مچھلی نے اتنا کاٹ لیا اس کو۔</w:t>
      </w:r>
    </w:p>
    <w:p>
      <w:r>
        <w:rPr>
          <w:b/>
        </w:rPr>
        <w:t xml:space="preserve">[23:48] </w:t>
      </w:r>
      <w:r>
        <w:t>to logon ko shakk hua ke yeh wahi firo ho sakta hai moosa ke zamanay ka.</w:t>
      </w:r>
    </w:p>
    <w:p>
      <w:pPr>
        <w:jc w:val="right"/>
      </w:pPr>
      <w:r>
        <w:t>تو لوگوں کو شک ہوا کہ یہ وہی فیرو ہو سکتا ہے موسیٰ کے زمانے کا۔</w:t>
      </w:r>
    </w:p>
    <w:p>
      <w:r>
        <w:rPr>
          <w:b/>
        </w:rPr>
        <w:t xml:space="preserve">[23:54] </w:t>
      </w:r>
      <w:r>
        <w:t>to is par apply kiya gaya wahi method, dating method ko.</w:t>
      </w:r>
    </w:p>
    <w:p>
      <w:pPr>
        <w:jc w:val="right"/>
      </w:pPr>
      <w:r>
        <w:t>تو اس پر اپلائی کیا گیا وہی میتھڈ، ڈیٹنگ میتھڈ کو۔</w:t>
      </w:r>
    </w:p>
    <w:p>
      <w:r>
        <w:rPr>
          <w:b/>
        </w:rPr>
        <w:t xml:space="preserve">[24:01] </w:t>
      </w:r>
      <w:r>
        <w:t>aur maloom hua ke theek wahi zamana hai is ka jo Hazrat Musa ka zamana hai, yani woh</w:t>
      </w:r>
    </w:p>
    <w:p>
      <w:pPr>
        <w:jc w:val="right"/>
      </w:pPr>
      <w:r>
        <w:t>اور معلوم ہوا کہ ٹھیک وہی زمانہ ہے اس کا جو حضرت موسیٰ کا زمانہ ہے، یعنی وہ</w:t>
      </w:r>
    </w:p>
    <w:p>
      <w:r>
        <w:rPr>
          <w:b/>
        </w:rPr>
        <w:t xml:space="preserve">[24:08] </w:t>
      </w:r>
      <w:r>
        <w:t>contemporary king tha Misr ka, yani Hazrat Musa ke zamane ka king tha woh, yani firo tha woh.</w:t>
      </w:r>
    </w:p>
    <w:p>
      <w:pPr>
        <w:jc w:val="right"/>
      </w:pPr>
      <w:r>
        <w:t>کنٹمپریری کنگ تھا مصر کا، یعنی حضرت موسیٰ کے زمانے کا کنگ تھا وہ، یعنی فیرو تھا وہ۔</w:t>
      </w:r>
    </w:p>
    <w:p>
      <w:r>
        <w:rPr>
          <w:b/>
        </w:rPr>
        <w:t xml:space="preserve">[24:15] </w:t>
      </w:r>
      <w:r>
        <w:t>to Quran jo baat kahi thi, woh scientific daur mein is ki tasdeeq ho gayi.</w:t>
      </w:r>
    </w:p>
    <w:p>
      <w:pPr>
        <w:jc w:val="right"/>
      </w:pPr>
      <w:r>
        <w:t>تو قرآن جو بات کہی تھی، وہ سائنٹیفک دور میں اس کی تصدیق ہو گئی۔</w:t>
      </w:r>
    </w:p>
    <w:p>
      <w:r>
        <w:rPr>
          <w:b/>
        </w:rPr>
        <w:t xml:space="preserve">[24:22] </w:t>
      </w:r>
      <w:r>
        <w:t>is science ke zamane mein jo nai technique daryaft hui, is technique ne Quran ke bayan ko radd</w:t>
      </w:r>
    </w:p>
    <w:p>
      <w:pPr>
        <w:jc w:val="right"/>
      </w:pPr>
      <w:r>
        <w:t>اس سائنس کے زمانے میں جو نئی ٹیکنیک دریافت ہوئی، اس ٹیکنیک نے قرآن کے بیان کو رد</w:t>
      </w:r>
    </w:p>
    <w:p>
      <w:r>
        <w:rPr>
          <w:b/>
        </w:rPr>
        <w:t xml:space="preserve">[24:28] </w:t>
      </w:r>
      <w:r>
        <w:t>nahin kiya balkeh is ki tasdeeq kar di.</w:t>
      </w:r>
    </w:p>
    <w:p>
      <w:pPr>
        <w:jc w:val="right"/>
      </w:pPr>
      <w:r>
        <w:t>نہیں کیا بلکہ اس کی تصدیق کر دی۔</w:t>
      </w:r>
    </w:p>
    <w:p>
      <w:r>
        <w:rPr>
          <w:b/>
        </w:rPr>
        <w:t xml:space="preserve">[24:35] </w:t>
      </w:r>
      <w:r>
        <w:t>yeh hai scientific affirmation.</w:t>
      </w:r>
    </w:p>
    <w:p>
      <w:pPr>
        <w:jc w:val="right"/>
      </w:pPr>
      <w:r>
        <w:t>یہ ہے سائنٹیفک افرمیشن۔</w:t>
      </w:r>
    </w:p>
    <w:p>
      <w:r>
        <w:rPr>
          <w:b/>
        </w:rPr>
        <w:t xml:space="preserve">[24:42] </w:t>
      </w:r>
      <w:r>
        <w:t>is tarah se poore Quran ka mamla hai.</w:t>
      </w:r>
    </w:p>
    <w:p>
      <w:pPr>
        <w:jc w:val="right"/>
      </w:pPr>
      <w:r>
        <w:t>اس طرح سے پورے قرآن کا معاملہ ہے۔</w:t>
      </w:r>
    </w:p>
    <w:p>
      <w:r>
        <w:rPr>
          <w:b/>
        </w:rPr>
        <w:t xml:space="preserve">[24:49] </w:t>
      </w:r>
      <w:r>
        <w:t>poore Quran mein aap dekhen to jo baatein is mein bayan ki gayi hain, woh different is se</w:t>
      </w:r>
    </w:p>
    <w:p>
      <w:pPr>
        <w:jc w:val="right"/>
      </w:pPr>
      <w:r>
        <w:t>پورے قرآن میں آپ دیکھیں تو جو باتیں اس میں بیان کی گئی ہیں، وہ ڈفرنٹ اس سے</w:t>
      </w:r>
    </w:p>
    <w:p>
      <w:r>
        <w:rPr>
          <w:b/>
        </w:rPr>
        <w:t xml:space="preserve">[24:56] </w:t>
      </w:r>
      <w:r>
        <w:t>taalluq rakhti hain, different branches se.</w:t>
      </w:r>
    </w:p>
    <w:p>
      <w:pPr>
        <w:jc w:val="right"/>
      </w:pPr>
      <w:r>
        <w:t>تعلق رکھتی ہیں، ڈفرنٹ برانچز سے۔</w:t>
      </w:r>
    </w:p>
    <w:p>
      <w:r>
        <w:rPr>
          <w:b/>
        </w:rPr>
        <w:t xml:space="preserve">[25:02] </w:t>
      </w:r>
      <w:r>
        <w:t>yani causal differences har cheez ke bare mein hain Quran majeed mein.</w:t>
      </w:r>
    </w:p>
    <w:p>
      <w:pPr>
        <w:jc w:val="right"/>
      </w:pPr>
      <w:r>
        <w:t>یعنی کیژول ڈیفرنسز ہر چیز کے بارے میں ہیں قرآن مجید میں۔</w:t>
      </w:r>
    </w:p>
    <w:p>
      <w:r>
        <w:rPr>
          <w:b/>
        </w:rPr>
        <w:t xml:space="preserve">[25:09] </w:t>
      </w:r>
      <w:r>
        <w:t>to baat ko jab science ne discover ki cheezein to woh sab is ki tasdeeq hoti chali ja</w:t>
      </w:r>
    </w:p>
    <w:p>
      <w:pPr>
        <w:jc w:val="right"/>
      </w:pPr>
      <w:r>
        <w:t>تو بات کو جب سائنس نے ڈسکور کی چیزیں تو وہ سب اس کی تصدیق ہوتی چلی جا</w:t>
      </w:r>
    </w:p>
    <w:p>
      <w:r>
        <w:rPr>
          <w:b/>
        </w:rPr>
        <w:t xml:space="preserve">[25:16] </w:t>
      </w:r>
      <w:r>
        <w:t>rahi hai aur abhi tak ho rahi hai.</w:t>
      </w:r>
    </w:p>
    <w:p>
      <w:pPr>
        <w:jc w:val="right"/>
      </w:pPr>
      <w:r>
        <w:t>رہی ہے اور ابھی تک ہو رہی ہے۔</w:t>
      </w:r>
    </w:p>
    <w:p>
      <w:r>
        <w:rPr>
          <w:b/>
        </w:rPr>
        <w:t xml:space="preserve">[25:23] </w:t>
      </w:r>
      <w:r>
        <w:t>mein chand misalein aap ko dena chahunga.</w:t>
      </w:r>
    </w:p>
    <w:p>
      <w:pPr>
        <w:jc w:val="right"/>
      </w:pPr>
      <w:r>
        <w:t>میں چند مثالیں آپ کو دینا چاہوں گا۔</w:t>
      </w:r>
    </w:p>
    <w:p>
      <w:r>
        <w:rPr>
          <w:b/>
        </w:rPr>
        <w:t xml:space="preserve">[25:30] </w:t>
      </w:r>
      <w:r>
        <w:t>yani inconsistency saabit nahin ho saki balkeh mutabiqat saabit hui.</w:t>
      </w:r>
    </w:p>
    <w:p>
      <w:pPr>
        <w:jc w:val="right"/>
      </w:pPr>
      <w:r>
        <w:t>یعنی ان کنسسٹنسی ثابت نہیں ہو سکی بلکہ مطابقت ثابت ہوئی۔</w:t>
      </w:r>
    </w:p>
    <w:p>
      <w:r>
        <w:rPr>
          <w:b/>
        </w:rPr>
        <w:t xml:space="preserve">[25:36] </w:t>
      </w:r>
      <w:r>
        <w:t>to jis cheez ko Quran ne bataya tha criterion, us par aap judge kijiye.</w:t>
      </w:r>
    </w:p>
    <w:p>
      <w:pPr>
        <w:jc w:val="right"/>
      </w:pPr>
      <w:r>
        <w:t>تو جس چیز کو قرآن نے بتایا تھا کرائٹیرین، اس پر آپ جج کیجئے۔</w:t>
      </w:r>
    </w:p>
    <w:p>
      <w:r>
        <w:rPr>
          <w:b/>
        </w:rPr>
        <w:t xml:space="preserve">[25:43] </w:t>
      </w:r>
      <w:r>
        <w:t>aur jab woh judge kar ke aap dekhen ke yeh science jo hai, is ko tasdeeq kar rahi</w:t>
      </w:r>
    </w:p>
    <w:p>
      <w:pPr>
        <w:jc w:val="right"/>
      </w:pPr>
      <w:r>
        <w:t>اور جب وہ جج کر کے آپ دیکھیں کہ یہ سائنس جو ہے، اس کو تصدیق کر رہی</w:t>
      </w:r>
    </w:p>
    <w:p>
      <w:r>
        <w:rPr>
          <w:b/>
        </w:rPr>
        <w:t xml:space="preserve">[25:50] </w:t>
      </w:r>
      <w:r>
        <w:t>hai to phir is ka matlab yeh ho ke woh rationally establish ho jayegi is ki sachai.</w:t>
      </w:r>
    </w:p>
    <w:p>
      <w:pPr>
        <w:jc w:val="right"/>
      </w:pPr>
      <w:r>
        <w:t>ہے تو پھر اس کا معنی یہ ہو کہ وہ ریشنلی اسٹیبلش ہو جائے گی اس کی سچائی۔</w:t>
      </w:r>
    </w:p>
    <w:p>
      <w:r>
        <w:rPr>
          <w:b/>
        </w:rPr>
        <w:t xml:space="preserve">[25:57] </w:t>
      </w:r>
      <w:r>
        <w:t>isi ko maine kaha tha ke Quran stand rational standard.</w:t>
      </w:r>
    </w:p>
    <w:p>
      <w:pPr>
        <w:jc w:val="right"/>
      </w:pPr>
      <w:r>
        <w:t>اسی کو میں نے کہا تھا کہ قرآن اسٹینڈ ریشنل اسٹینڈرڈ۔</w:t>
      </w:r>
    </w:p>
    <w:p>
      <w:r>
        <w:rPr>
          <w:b/>
        </w:rPr>
        <w:t xml:space="preserve">[26:04] </w:t>
      </w:r>
      <w:r>
        <w:t>to rational scrutiny par aap dekhen, infallible hamara daawa nahin hai, Quran ka daawa nahin ke yeh</w:t>
      </w:r>
    </w:p>
    <w:p>
      <w:pPr>
        <w:jc w:val="right"/>
      </w:pPr>
      <w:r>
        <w:t>تو ریشنل سکروٹنی پر آپ دیکھیں، ان فیلیبل ہمارا دعویٰ نہیں ہے، قرآن کا دعویٰ نہیں کہ یہ</w:t>
      </w:r>
    </w:p>
    <w:p>
      <w:r>
        <w:rPr>
          <w:b/>
        </w:rPr>
        <w:t xml:space="preserve">[26:10] </w:t>
      </w:r>
      <w:r>
        <w:t>infallible kitaab hai.</w:t>
      </w:r>
    </w:p>
    <w:p>
      <w:pPr>
        <w:jc w:val="right"/>
      </w:pPr>
      <w:r>
        <w:t>ان فیلیبل کتاب ہے۔</w:t>
      </w:r>
    </w:p>
    <w:p>
      <w:r>
        <w:rPr>
          <w:b/>
        </w:rPr>
        <w:t xml:space="preserve">[26:17] </w:t>
      </w:r>
      <w:r>
        <w:t>Quran ka daawa hai ke tum reason se, science se judge kar ke jaan sakte ho is ki sadaqat ko.</w:t>
      </w:r>
    </w:p>
    <w:p>
      <w:pPr>
        <w:jc w:val="right"/>
      </w:pPr>
      <w:r>
        <w:t>قرآن کا دعویٰ ہے کہ تم ریزن سے، سائنس سے جج کر کے جان سکتے ہو اس کی صداقت کو۔</w:t>
      </w:r>
    </w:p>
    <w:p>
      <w:r>
        <w:rPr>
          <w:b/>
        </w:rPr>
        <w:t xml:space="preserve">[26:24] </w:t>
      </w:r>
      <w:r>
        <w:t>woh misalein de raha hoon mein aap ko.</w:t>
      </w:r>
    </w:p>
    <w:p>
      <w:pPr>
        <w:jc w:val="right"/>
      </w:pPr>
      <w:r>
        <w:t>وہ مثالیں دے رہا ہوں میں آپ کو۔</w:t>
      </w:r>
    </w:p>
    <w:p>
      <w:r>
        <w:rPr>
          <w:b/>
        </w:rPr>
        <w:t xml:space="preserve">[26:31] </w:t>
      </w:r>
      <w:r>
        <w:t>dekhen, Quran majeed mein ek baat kahi gayi thi, us par bohat charcha raha.</w:t>
      </w:r>
    </w:p>
    <w:p>
      <w:pPr>
        <w:jc w:val="right"/>
      </w:pPr>
      <w:r>
        <w:t>دیکھیں، قرآن مجید میں ایک بات کہی گئی تھی، اس پر بہت چرچا رہا۔</w:t>
      </w:r>
    </w:p>
    <w:p>
      <w:r>
        <w:rPr>
          <w:b/>
        </w:rPr>
        <w:t xml:space="preserve">[26:38] </w:t>
      </w:r>
      <w:r>
        <w:t>samajhte hain Quran jo hai, yani aurat ko degrade karta hai aur Europe jo hai, Europe ko</w:t>
      </w:r>
    </w:p>
    <w:p>
      <w:pPr>
        <w:jc w:val="right"/>
      </w:pPr>
      <w:r>
        <w:t>سمجھتے ہیں قرآن جو ہے، یعنی عورت کو ڈی گریڈ کرتا ہے اور یورپ جو ہے، یورپ کو</w:t>
      </w:r>
    </w:p>
    <w:p>
      <w:r>
        <w:rPr>
          <w:b/>
        </w:rPr>
        <w:t xml:space="preserve">[26:44] </w:t>
      </w:r>
      <w:r>
        <w:t>gender equality ka darja deta hai.</w:t>
      </w:r>
    </w:p>
    <w:p>
      <w:pPr>
        <w:jc w:val="right"/>
      </w:pPr>
      <w:r>
        <w:t>جینڈر ایکولٹی کا درجہ دیتا ہے۔</w:t>
      </w:r>
    </w:p>
    <w:p>
      <w:r>
        <w:rPr>
          <w:b/>
        </w:rPr>
        <w:t xml:space="preserve">[26:51] </w:t>
      </w:r>
      <w:r>
        <w:t>woh yeh hai ke quran majeed mein aik ayat hai, woh witness ke baray mein, gawahi ke baray mein.</w:t>
      </w:r>
    </w:p>
    <w:p>
      <w:pPr>
        <w:jc w:val="right"/>
      </w:pPr>
      <w:r>
        <w:t>وہ یہ ہے کہ قرآن مجید میں ایک آیت ہے، وہ وٹنس کے بارے میں، گواہی کے بارے میں۔</w:t>
      </w:r>
    </w:p>
    <w:p>
      <w:r>
        <w:rPr>
          <w:b/>
        </w:rPr>
        <w:t xml:space="preserve">[26:58] </w:t>
      </w:r>
      <w:r>
        <w:t>is mein yeh hai ke aik mard ke muqablay do aurat ki gawahi, yani kisi moamlay mein gawahi</w:t>
      </w:r>
    </w:p>
    <w:p>
      <w:pPr>
        <w:jc w:val="right"/>
      </w:pPr>
      <w:r>
        <w:t>اس میں یہ ہے کہ ایک مرد کے مقابلے دو عورت کی گواہی، یعنی کسی معاملے میں گواہی</w:t>
      </w:r>
    </w:p>
    <w:p>
      <w:r>
        <w:rPr>
          <w:b/>
        </w:rPr>
        <w:t xml:space="preserve">[27:05] </w:t>
      </w:r>
      <w:r>
        <w:t>dena ho to aik mard ke barabar do aurat hogi to mana jayega us ko.</w:t>
      </w:r>
    </w:p>
    <w:p>
      <w:pPr>
        <w:jc w:val="right"/>
      </w:pPr>
      <w:r>
        <w:t>دینا ہو تو ایک مرد کے برابر دو عورت ہوگی تو مانا جائے گا اس کو۔</w:t>
      </w:r>
    </w:p>
    <w:p>
      <w:r>
        <w:rPr>
          <w:b/>
        </w:rPr>
        <w:t xml:space="preserve">[27:12] </w:t>
      </w:r>
      <w:r>
        <w:t>yani do gawahi agar matloob hain wahan to aik mard ho to do aurtain honi chahiye, agar aurtain</w:t>
      </w:r>
    </w:p>
    <w:p>
      <w:pPr>
        <w:jc w:val="right"/>
      </w:pPr>
      <w:r>
        <w:t>یعنی دو گواہی اگر مطلوب ہیں وہاں تو ایک مرد ہو تو دو عورتیں ہونی چاہیے، اگر عورتیں</w:t>
      </w:r>
    </w:p>
    <w:p>
      <w:r>
        <w:rPr>
          <w:b/>
        </w:rPr>
        <w:t xml:space="preserve">[27:18] </w:t>
      </w:r>
      <w:r>
        <w:t>witness ban rahi hon to.</w:t>
      </w:r>
    </w:p>
    <w:p>
      <w:pPr>
        <w:jc w:val="right"/>
      </w:pPr>
      <w:r>
        <w:t>وٹنس بن رہی ہوں تو۔</w:t>
      </w:r>
    </w:p>
    <w:p>
      <w:r>
        <w:rPr>
          <w:b/>
        </w:rPr>
        <w:t xml:space="preserve">[27:25] </w:t>
      </w:r>
      <w:r>
        <w:t>is par baghogha tha ke dekho, aurat ko degrade karta hai quran aur yeh kaise ho sakta</w:t>
      </w:r>
    </w:p>
    <w:p>
      <w:pPr>
        <w:jc w:val="right"/>
      </w:pPr>
      <w:r>
        <w:t>اس پر باغوغہ تھا کہ دیکھو، عورت کو ڈی گریڈ کرتا ہے قرآن اور یہ کیسے ہو سکتا</w:t>
      </w:r>
    </w:p>
    <w:p>
      <w:r>
        <w:rPr>
          <w:b/>
        </w:rPr>
        <w:t xml:space="preserve">[27:32] </w:t>
      </w:r>
      <w:r>
        <w:t>hai khuda-e-kitab jo kitab aurat ko degrade kare to un ke nazdeek woh kitab hi nahi hai.</w:t>
      </w:r>
    </w:p>
    <w:p>
      <w:pPr>
        <w:jc w:val="right"/>
      </w:pPr>
      <w:r>
        <w:t>ہے خدائے کتاب جو کتاب عورت کو ڈی گریڈ کرے تو ان کے نزدیک وہ کتاب ہی نہیں ہے۔</w:t>
      </w:r>
    </w:p>
    <w:p>
      <w:r>
        <w:rPr>
          <w:b/>
        </w:rPr>
        <w:t xml:space="preserve">[27:39] </w:t>
      </w:r>
      <w:r>
        <w:t>aur maghrib mein ga gender equality ka nazariya tha lekin khud science ne sabit kiya ke gender equality</w:t>
      </w:r>
    </w:p>
    <w:p>
      <w:pPr>
        <w:jc w:val="right"/>
      </w:pPr>
      <w:r>
        <w:t>اور مغرب میں گا جینڈر ایکولٹی کا نظریہ تھا لیکن خود سائنس نے ثابت کیا کہ جینڈر ایکولٹی</w:t>
      </w:r>
    </w:p>
    <w:p>
      <w:r>
        <w:rPr>
          <w:b/>
        </w:rPr>
        <w:t xml:space="preserve">[27:46] </w:t>
      </w:r>
      <w:r>
        <w:t>is ma'nay mein, gender equality jo hai, woh a respect ke ma'nay mein sahi hai.</w:t>
      </w:r>
    </w:p>
    <w:p>
      <w:pPr>
        <w:jc w:val="right"/>
      </w:pPr>
      <w:r>
        <w:t>اس معنی میں، جینڈر ایکولٹی جو ہے، وہ اے ریسپیکٹ کے معنی میں صحیح ہے۔</w:t>
      </w:r>
    </w:p>
    <w:p>
      <w:r>
        <w:rPr>
          <w:b/>
        </w:rPr>
        <w:t xml:space="preserve">[27:52] </w:t>
      </w:r>
      <w:r>
        <w:t>gawahi ko bhi taluq nahi hai is ka.</w:t>
      </w:r>
    </w:p>
    <w:p>
      <w:pPr>
        <w:jc w:val="right"/>
      </w:pPr>
      <w:r>
        <w:t>گواہی کو بھی تعلق نہیں ہے اس کا۔</w:t>
      </w:r>
    </w:p>
    <w:p>
      <w:r>
        <w:rPr>
          <w:b/>
        </w:rPr>
        <w:t xml:space="preserve">[27:59] </w:t>
      </w:r>
      <w:r>
        <w:t>dekhein, aik baat yeh hai ke aap aurat mard ko equal respect dein, yeh baat sahi hai.</w:t>
      </w:r>
    </w:p>
    <w:p>
      <w:pPr>
        <w:jc w:val="right"/>
      </w:pPr>
      <w:r>
        <w:t>دیکھیں، ایک بات یہ ہے کہ آپ عورت مرد کو ایکول ریسپیکٹ دیں، یہ بات صحیح ہے۔</w:t>
      </w:r>
    </w:p>
    <w:p>
      <w:r>
        <w:rPr>
          <w:b/>
        </w:rPr>
        <w:t xml:space="preserve">[28:06] </w:t>
      </w:r>
      <w:r>
        <w:t>equal respect yani in term of respect, respect both are equal.</w:t>
      </w:r>
    </w:p>
    <w:p>
      <w:pPr>
        <w:jc w:val="right"/>
      </w:pPr>
      <w:r>
        <w:t>ایکول ریسپیکٹ یعنی ان ٹرم آف ریسپیکٹ، ریسپیکٹ بوتھ آر ایکول۔</w:t>
      </w:r>
    </w:p>
    <w:p>
      <w:r>
        <w:rPr>
          <w:b/>
        </w:rPr>
        <w:t xml:space="preserve">[28:13] </w:t>
      </w:r>
      <w:r>
        <w:t>in term of respect both are equal.</w:t>
      </w:r>
    </w:p>
    <w:p>
      <w:pPr>
        <w:jc w:val="right"/>
      </w:pPr>
      <w:r>
        <w:t>ان ٹرم آف ریسپیکٹ بوتھ آر ایکول۔</w:t>
      </w:r>
    </w:p>
    <w:p>
      <w:r>
        <w:rPr>
          <w:b/>
        </w:rPr>
        <w:t xml:space="preserve">[28:20] </w:t>
      </w:r>
      <w:r>
        <w:t>lekin jahan tak moamla hai witness ka to is mein is ki biology dekhi jayegi.</w:t>
      </w:r>
    </w:p>
    <w:p>
      <w:pPr>
        <w:jc w:val="right"/>
      </w:pPr>
      <w:r>
        <w:t>لیکن جہاں تک معاملہ ہے وٹنس کا تو اس میں اس کی بیالوجی دیکھی جائے گی۔</w:t>
      </w:r>
    </w:p>
    <w:p>
      <w:r>
        <w:rPr>
          <w:b/>
        </w:rPr>
        <w:t xml:space="preserve">[28:26] </w:t>
      </w:r>
      <w:r>
        <w:t>to science ki research jo hui hai is zamanay mein, is mein aik bohat ajeeb cheez daryaft hui,</w:t>
      </w:r>
    </w:p>
    <w:p>
      <w:pPr>
        <w:jc w:val="right"/>
      </w:pPr>
      <w:r>
        <w:t>تو سائنس کی ریسرچ جو ہوئی ہے اس زمانے میں، اس میں ایک بہت عجیب چیز دریافت ہوئی،</w:t>
      </w:r>
    </w:p>
    <w:p>
      <w:r>
        <w:rPr>
          <w:b/>
        </w:rPr>
        <w:t xml:space="preserve">[28:33] </w:t>
      </w:r>
      <w:r>
        <w:t>yani mind ke baray mein research hui.</w:t>
      </w:r>
    </w:p>
    <w:p>
      <w:pPr>
        <w:jc w:val="right"/>
      </w:pPr>
      <w:r>
        <w:t>یعنی مائنڈ کے بارے میں ریسرچ ہوئی۔</w:t>
      </w:r>
    </w:p>
    <w:p>
      <w:r>
        <w:rPr>
          <w:b/>
        </w:rPr>
        <w:t xml:space="preserve">[28:40] </w:t>
      </w:r>
      <w:r>
        <w:t>mind to sainsi, yani sainsi jo jo study ki gayi hai, scientific study, is se maloom hua ke</w:t>
      </w:r>
    </w:p>
    <w:p>
      <w:pPr>
        <w:jc w:val="right"/>
      </w:pPr>
      <w:r>
        <w:t>مائنڈ تو سائنسی، یعنی سائنسی جو جو اسٹڈی کی گئی ہے، سائنٹیفک اسٹڈی، اس سے معلوم ہوا کہ</w:t>
      </w:r>
    </w:p>
    <w:p>
      <w:r>
        <w:rPr>
          <w:b/>
        </w:rPr>
        <w:t xml:space="preserve">[28:47] </w:t>
      </w:r>
      <w:r>
        <w:t>mard ka jo mind hai, woh single focused hota hai aur aurat ka mind multi focused hota hai.</w:t>
      </w:r>
    </w:p>
    <w:p>
      <w:pPr>
        <w:jc w:val="right"/>
      </w:pPr>
      <w:r>
        <w:t>مرد کا جو مائنڈ ہے، وہ سنگل فوکسڈ ہوتا ہے اور عورت کا مائنڈ ملٹی فوکسڈ ہوتا ہے۔</w:t>
      </w:r>
    </w:p>
    <w:p>
      <w:r>
        <w:rPr>
          <w:b/>
        </w:rPr>
        <w:t xml:space="preserve">[28:53] </w:t>
      </w:r>
      <w:r>
        <w:t>yani scientifically yeh prove ho gaya hai yeh ke aurat back waqt kai taraf dhyan rakhti hai kyunke</w:t>
      </w:r>
    </w:p>
    <w:p>
      <w:pPr>
        <w:jc w:val="right"/>
      </w:pPr>
      <w:r>
        <w:t>یعنی سائنٹیفکلی یہ پروف ہو گیا ہے یہ کہ عورت بیک وقت کئی طرف دھیان رکھتی ہے کیونکہ</w:t>
      </w:r>
    </w:p>
    <w:p>
      <w:r>
        <w:rPr>
          <w:b/>
        </w:rPr>
        <w:t xml:space="preserve">[29:00] </w:t>
      </w:r>
      <w:r>
        <w:t>is ka mind multi focused hai aur mard aik cheez concentrate karta hai aik cheez par kyunke is</w:t>
      </w:r>
    </w:p>
    <w:p>
      <w:pPr>
        <w:jc w:val="right"/>
      </w:pPr>
      <w:r>
        <w:t>اس کا مائنڈ ملٹی فوکسڈ ہے اور مرد ایک چیز کنسنٹریٹ کرتا ہے ایک چیز پر کیونکہ اس</w:t>
      </w:r>
    </w:p>
    <w:p>
      <w:r>
        <w:rPr>
          <w:b/>
        </w:rPr>
        <w:t xml:space="preserve">[29:07] </w:t>
      </w:r>
      <w:r>
        <w:t>ka mind jo hai, single focused hai.</w:t>
      </w:r>
    </w:p>
    <w:p>
      <w:pPr>
        <w:jc w:val="right"/>
      </w:pPr>
      <w:r>
        <w:t>کا مائنڈ جو ہے، سنگل فوکسڈ ہے۔</w:t>
      </w:r>
    </w:p>
    <w:p>
      <w:r>
        <w:rPr>
          <w:b/>
        </w:rPr>
        <w:t xml:space="preserve">[29:14] </w:t>
      </w:r>
      <w:r>
        <w:t>ab bataein ke aik waqea ho raha hai, murder ka waqea ho raha hai, koi waqea ho raha</w:t>
      </w:r>
    </w:p>
    <w:p>
      <w:pPr>
        <w:jc w:val="right"/>
      </w:pPr>
      <w:r>
        <w:t>اب بتائیں کہ ایک واقعہ ہو رہا ہے، مارڈر کا واقعہ ہو رہا ہے، کوئی واقعہ ہو رہا</w:t>
      </w:r>
    </w:p>
    <w:p>
      <w:r>
        <w:rPr>
          <w:b/>
        </w:rPr>
        <w:t xml:space="preserve">[29:21] </w:t>
      </w:r>
      <w:r>
        <w:t>hai to mard apne banawat ke aitbar se is ko concentrate kar ke dekhega.</w:t>
      </w:r>
    </w:p>
    <w:p>
      <w:pPr>
        <w:jc w:val="right"/>
      </w:pPr>
      <w:r>
        <w:t>ہے تو مرد اپنے بناوٹ کے اعتبار سے اس کو کنسنٹریٹ کر کے دیکھے گا۔</w:t>
      </w:r>
    </w:p>
    <w:p>
      <w:r>
        <w:rPr>
          <w:b/>
        </w:rPr>
        <w:t xml:space="preserve">[29:27] </w:t>
      </w:r>
      <w:r>
        <w:t>is ko bilkul is sara dhyan isi par laga dega, isi par focus is ka hoga.</w:t>
      </w:r>
    </w:p>
    <w:p>
      <w:pPr>
        <w:jc w:val="right"/>
      </w:pPr>
      <w:r>
        <w:t>اس کو بالکل اس سارا دھیان اسی پر لگا دے گا، اسی پر فوکس اس کا ہوگا۔</w:t>
      </w:r>
    </w:p>
    <w:p>
      <w:r>
        <w:rPr>
          <w:b/>
        </w:rPr>
        <w:t xml:space="preserve">[29:34] </w:t>
      </w:r>
      <w:r>
        <w:t>to aik kafi hai lekin aurat ka dimagh kai taraf chalega kyunke is ka mind multi focused mind hai.</w:t>
      </w:r>
    </w:p>
    <w:p>
      <w:pPr>
        <w:jc w:val="right"/>
      </w:pPr>
      <w:r>
        <w:t>تو ایک کافی ہے لیکن عورت کا دماغ کئی طرف چلے گا کیونکہ اس کا مائنڈ ملٹی فوکسڈ مائنڈ ہے۔</w:t>
      </w:r>
    </w:p>
    <w:p>
      <w:r>
        <w:rPr>
          <w:b/>
        </w:rPr>
        <w:t xml:space="preserve">[29:41] </w:t>
      </w:r>
      <w:r>
        <w:t>is ka is liye kaha gaya hai quran majeed mein, is mein hai ke aik bhool jaye, doosri</w:t>
      </w:r>
    </w:p>
    <w:p>
      <w:pPr>
        <w:jc w:val="right"/>
      </w:pPr>
      <w:r>
        <w:t>اس کا اس لیے کہا گیا ہے قرآن مجید میں، اس میں ہے کہ ایک بھول جائے، دوسری</w:t>
      </w:r>
    </w:p>
    <w:p>
      <w:r>
        <w:rPr>
          <w:b/>
        </w:rPr>
        <w:t xml:space="preserve">[29:48] </w:t>
      </w:r>
      <w:r>
        <w:t>yaad yaad dilaye kyunke do agar dekh rahi hain to kisi aik scene ko aik ne dekha aur</w:t>
      </w:r>
    </w:p>
    <w:p>
      <w:pPr>
        <w:jc w:val="right"/>
      </w:pPr>
      <w:r>
        <w:t>یاد یاد دلائے کیونکہ دو اگر دیکھ رہی ہیں تو کسی ایک سین کو ایک نے دیکھا اور</w:t>
      </w:r>
    </w:p>
    <w:p>
      <w:r>
        <w:rPr>
          <w:b/>
        </w:rPr>
        <w:t xml:space="preserve">[29:55] </w:t>
      </w:r>
      <w:r>
        <w:t>doosre ne nahi dekha.</w:t>
      </w:r>
    </w:p>
    <w:p>
      <w:pPr>
        <w:jc w:val="right"/>
      </w:pPr>
      <w:r>
        <w:t>دوسرے نے نہیں دیکھا۔</w:t>
      </w:r>
    </w:p>
    <w:p>
      <w:r>
        <w:rPr>
          <w:b/>
        </w:rPr>
        <w:t xml:space="preserve">[30:01] </w:t>
      </w:r>
      <w:r>
        <w:t>to jis ne nahi dekha, us ki kami poori ho jaye gi dekhne wale se.</w:t>
      </w:r>
    </w:p>
    <w:p>
      <w:pPr>
        <w:jc w:val="right"/>
      </w:pPr>
      <w:r>
        <w:t>تو جس نے نہیں دیکھا، اس کی کمی پوری ہو جائے گی دیکھنے والے سے۔</w:t>
      </w:r>
    </w:p>
    <w:p>
      <w:r>
        <w:rPr>
          <w:b/>
        </w:rPr>
        <w:t xml:space="preserve">[30:08] </w:t>
      </w:r>
      <w:r>
        <w:t>to it is but natural, it is yani biological fact ban gaya hai.</w:t>
      </w:r>
    </w:p>
    <w:p>
      <w:pPr>
        <w:jc w:val="right"/>
      </w:pPr>
      <w:r>
        <w:t>تو اٹ از بٹ نیچرل، اٹ از یعنی بائیولوجیکل فیکٹ بن گیا ہے۔</w:t>
      </w:r>
    </w:p>
    <w:p>
      <w:r>
        <w:rPr>
          <w:b/>
        </w:rPr>
        <w:t xml:space="preserve">[30:15] </w:t>
      </w:r>
      <w:r>
        <w:t>yeh to yani yeh bilkul yani realistic approach yeh hua ke single focused agar witness hai to aik</w:t>
      </w:r>
    </w:p>
    <w:p>
      <w:pPr>
        <w:jc w:val="right"/>
      </w:pPr>
      <w:r>
        <w:t>یہ تو یعنی یہ بالکل یعنی ریلسٹک اپروچ یہ ہوا کہ سنگل فوکسڈ اگر وٹنس ہے تو ایک</w:t>
      </w:r>
    </w:p>
    <w:p>
      <w:r>
        <w:rPr>
          <w:b/>
        </w:rPr>
        <w:t xml:space="preserve">[30:22] </w:t>
      </w:r>
      <w:r>
        <w:t>kafi hai lekin agar multi focused witness hai to us ko do le aao taake aik se koi</w:t>
      </w:r>
    </w:p>
    <w:p>
      <w:pPr>
        <w:jc w:val="right"/>
      </w:pPr>
      <w:r>
        <w:t>کافی ہے لیکن اگر ملٹی فوکسڈ وٹنس ہے تو اس کو دو لے آؤ تاکہ ایک سے کوئی</w:t>
      </w:r>
    </w:p>
    <w:p>
      <w:r>
        <w:rPr>
          <w:b/>
        </w:rPr>
        <w:t xml:space="preserve">[30:29] </w:t>
      </w:r>
      <w:r>
        <w:t>miss hui ho, koi koi cheez to doosra us ko bata de.</w:t>
      </w:r>
    </w:p>
    <w:p>
      <w:pPr>
        <w:jc w:val="right"/>
      </w:pPr>
      <w:r>
        <w:t>مس ہوئی ہو، کوئی کوئی چیز تو دوسرا اس کو بتا دے۔</w:t>
      </w:r>
    </w:p>
    <w:p>
      <w:r>
        <w:rPr>
          <w:b/>
        </w:rPr>
        <w:t xml:space="preserve">[30:35] </w:t>
      </w:r>
      <w:r>
        <w:t>to yeh bilkul scientific nazariya hai, bilkul scientific.</w:t>
      </w:r>
    </w:p>
    <w:p>
      <w:pPr>
        <w:jc w:val="right"/>
      </w:pPr>
      <w:r>
        <w:t>تو یہ بالکل سائنٹیفک نظریہ ہے، بالکل سائنٹیفک۔</w:t>
      </w:r>
    </w:p>
    <w:p>
      <w:r>
        <w:rPr>
          <w:b/>
        </w:rPr>
        <w:t xml:space="preserve">[30:42] </w:t>
      </w:r>
      <w:r>
        <w:t>kitni bari baat hai ke jo baat quran majeed mein kahi gayi thi aur beech mein logon ne</w:t>
      </w:r>
    </w:p>
    <w:p>
      <w:pPr>
        <w:jc w:val="right"/>
      </w:pPr>
      <w:r>
        <w:t>کتنی بڑی بات ہے کہ جو بات قرآن مجید میں کہی گئی تھی اور بیچ میں لوگوں نے</w:t>
      </w:r>
    </w:p>
    <w:p>
      <w:r>
        <w:rPr>
          <w:b/>
        </w:rPr>
        <w:t xml:space="preserve">[30:49] </w:t>
      </w:r>
      <w:r>
        <w:t>samjha ke yeh to galat hone mein is se shakk nahi hai aur ab science ki tehqeeq ne</w:t>
      </w:r>
    </w:p>
    <w:p>
      <w:pPr>
        <w:jc w:val="right"/>
      </w:pPr>
      <w:r>
        <w:t>سمجھا کہ یہ تو غلط ہونے میں اس سے شک نہیں ہے اور اب سائنس کی تحقیق نے</w:t>
      </w:r>
    </w:p>
    <w:p>
      <w:r>
        <w:rPr>
          <w:b/>
        </w:rPr>
        <w:t xml:space="preserve">[30:56] </w:t>
      </w:r>
      <w:r>
        <w:t>is ko tasdeeq kar di hai.</w:t>
      </w:r>
    </w:p>
    <w:p>
      <w:pPr>
        <w:jc w:val="right"/>
      </w:pPr>
      <w:r>
        <w:t>اس کو تصدیق کر دی ہے۔</w:t>
      </w:r>
    </w:p>
    <w:p>
      <w:r>
        <w:rPr>
          <w:b/>
        </w:rPr>
        <w:t xml:space="preserve">[31:03] </w:t>
      </w:r>
      <w:r>
        <w:t>is ki isi ko mein kehta hoon scientific affirmation aur quran mein peshgi tor par yeh ayat maujood</w:t>
      </w:r>
    </w:p>
    <w:p>
      <w:pPr>
        <w:jc w:val="right"/>
      </w:pPr>
      <w:r>
        <w:t>اس کی اسی کو میں کہتا ہوں سائنٹیفک افرمیشن اور قرآن میں پیشگی طور پر یہ آیت موجود</w:t>
      </w:r>
    </w:p>
    <w:p>
      <w:r>
        <w:rPr>
          <w:b/>
        </w:rPr>
        <w:t xml:space="preserve">[31:09] </w:t>
      </w:r>
      <w:r>
        <w:t>thi jaisa ke mein ne parha abhi ke sanurruhum ayatina fil afaqi wa fi anfusihim hatta yatabayyana lahum annal</w:t>
      </w:r>
    </w:p>
    <w:p>
      <w:pPr>
        <w:jc w:val="right"/>
      </w:pPr>
      <w:r>
        <w:t>تھی جیسا کہ میں نے پڑھا ابھی کہ سنورهم آياتنا فی الأفاق وفي أنفسهم حتى يتبين لهم أن</w:t>
      </w:r>
    </w:p>
    <w:p>
      <w:r>
        <w:rPr>
          <w:b/>
        </w:rPr>
        <w:t xml:space="preserve">[31:16] </w:t>
      </w:r>
      <w:r>
        <w:t>haq yani baad ke zamane mein later period of history mein cheezein daryaft hongi, discover hongi</w:t>
      </w:r>
    </w:p>
    <w:p>
      <w:pPr>
        <w:jc w:val="right"/>
      </w:pPr>
      <w:r>
        <w:t>الحق یعنی بعد کے زمانے میں لیٹر پیریڈ آف ہسٹری میں چیزیں دریافت ہوں گی، ڈسکور ہوں گی</w:t>
      </w:r>
    </w:p>
    <w:p>
      <w:r>
        <w:rPr>
          <w:b/>
        </w:rPr>
        <w:t xml:space="preserve">[31:23] </w:t>
      </w:r>
      <w:r>
        <w:t>to woh jo daryaften hain, woh jo discoveries hain, woh sirf quran ke bayan ko tasdeeq karein gi.</w:t>
      </w:r>
    </w:p>
    <w:p>
      <w:pPr>
        <w:jc w:val="right"/>
      </w:pPr>
      <w:r>
        <w:t>تو وہ جو دریافتیں ہیں، وہ جو ڈسکوریز ہیں، وہ صرف قرآن کے بیانات کو تصدیق کریں گی۔</w:t>
      </w:r>
    </w:p>
    <w:p>
      <w:r>
        <w:rPr>
          <w:b/>
        </w:rPr>
        <w:t xml:space="preserve">[31:30] </w:t>
      </w:r>
      <w:r>
        <w:t>is ko confirmation mil jab ban jayenge, affirmation mil jayenge, ban jayenge is ka to</w:t>
      </w:r>
    </w:p>
    <w:p>
      <w:pPr>
        <w:jc w:val="right"/>
      </w:pPr>
      <w:r>
        <w:t>اس کو کنفرمیشن مل جب بن جائیں گے، افرمیشن مل جائیں گے، بن جائیں گے اس کا تو</w:t>
      </w:r>
    </w:p>
    <w:p>
      <w:r>
        <w:rPr>
          <w:b/>
        </w:rPr>
        <w:t xml:space="preserve">[31:37] </w:t>
      </w:r>
      <w:r>
        <w:t>wohi ho raha hai.</w:t>
      </w:r>
    </w:p>
    <w:p>
      <w:pPr>
        <w:jc w:val="right"/>
      </w:pPr>
      <w:r>
        <w:t>وہی ہو رہا ہے۔</w:t>
      </w:r>
    </w:p>
    <w:p>
      <w:r>
        <w:rPr>
          <w:b/>
        </w:rPr>
        <w:t xml:space="preserve">[31:43] </w:t>
      </w:r>
      <w:r>
        <w:t>ab aap dekhiye ke quran majeed mein aise bohat sare bayan hain.</w:t>
      </w:r>
    </w:p>
    <w:p>
      <w:pPr>
        <w:jc w:val="right"/>
      </w:pPr>
      <w:r>
        <w:t>اب آپ دیکھیے کہ قرآن مجید میں ایسے بہت سارے بیانات ہیں۔</w:t>
      </w:r>
    </w:p>
    <w:p>
      <w:r>
        <w:rPr>
          <w:b/>
        </w:rPr>
        <w:t xml:space="preserve">[31:50] </w:t>
      </w:r>
      <w:r>
        <w:t>aik yeh hai ke fi zulumaat thalaath, bachcha jo hota hai وم mein, raah mein, mother mein, is</w:t>
      </w:r>
    </w:p>
    <w:p>
      <w:pPr>
        <w:jc w:val="right"/>
      </w:pPr>
      <w:r>
        <w:t>ایک یہ ہے کہ فی ظلمات ثلاث، بچہ جو ہوتا ہے وم میں، راہ میں مادر میں، اس</w:t>
      </w:r>
    </w:p>
    <w:p>
      <w:r>
        <w:rPr>
          <w:b/>
        </w:rPr>
        <w:t xml:space="preserve">[31:57] </w:t>
      </w:r>
      <w:r>
        <w:t>ke bare mein bataya gaya hai ke woh teen jhiliyon ke beech mein hota hai.</w:t>
      </w:r>
    </w:p>
    <w:p>
      <w:pPr>
        <w:jc w:val="right"/>
      </w:pPr>
      <w:r>
        <w:t>کے بارے میں بتایا گیا ہے کہ وہ تین جھلیوں کے بیچ میں ہوتا ہے۔</w:t>
      </w:r>
    </w:p>
    <w:p>
      <w:r>
        <w:rPr>
          <w:b/>
        </w:rPr>
        <w:t xml:space="preserve">[32:04] </w:t>
      </w:r>
      <w:r>
        <w:t>fi zulumaat thalaath pehle kisi ko pata nahi tha ke fi zulumaat thalaath ka matlab kya hai kyunke</w:t>
      </w:r>
    </w:p>
    <w:p>
      <w:pPr>
        <w:jc w:val="right"/>
      </w:pPr>
      <w:r>
        <w:t>فی ظلمات ثلاث پہلے کسی کو پتہ نہیں تھا کہ فی ظلمات ثلاث کا مطلب کیا ہے کیونکہ</w:t>
      </w:r>
    </w:p>
    <w:p>
      <w:r>
        <w:rPr>
          <w:b/>
        </w:rPr>
        <w:t xml:space="preserve">[32:11] </w:t>
      </w:r>
      <w:r>
        <w:t>operation ya surgery ka tareeqa pehle raaij nahi tha.</w:t>
      </w:r>
    </w:p>
    <w:p>
      <w:pPr>
        <w:jc w:val="right"/>
      </w:pPr>
      <w:r>
        <w:t>آپریشن یا سرجری کا طریقہ پہلے رائج نہیں تھا۔</w:t>
      </w:r>
    </w:p>
    <w:p>
      <w:r>
        <w:rPr>
          <w:b/>
        </w:rPr>
        <w:t xml:space="preserve">[32:17] </w:t>
      </w:r>
      <w:r>
        <w:t>to jab anesthesia aaya hai tab surgery aayi hai.</w:t>
      </w:r>
    </w:p>
    <w:p>
      <w:pPr>
        <w:jc w:val="right"/>
      </w:pPr>
      <w:r>
        <w:t>تو جب انیسٹھیشیا آیا ہے تب سرجری آئی ہے۔</w:t>
      </w:r>
    </w:p>
    <w:p>
      <w:r>
        <w:rPr>
          <w:b/>
        </w:rPr>
        <w:t xml:space="preserve">[32:24] </w:t>
      </w:r>
      <w:r>
        <w:t>anesthesia na duniya mein hota to surgery bhi na hoti.</w:t>
      </w:r>
    </w:p>
    <w:p>
      <w:pPr>
        <w:jc w:val="right"/>
      </w:pPr>
      <w:r>
        <w:t>انیسٹھیشیا نہ دنیا میں ہوتا تو سرجری بھی نہ ہوتی۔</w:t>
      </w:r>
    </w:p>
    <w:p>
      <w:r>
        <w:rPr>
          <w:b/>
        </w:rPr>
        <w:t xml:space="preserve">[32:31] </w:t>
      </w:r>
      <w:r>
        <w:t>ab jo tehqeeq hui to maloom hua ke bilkul exact yahi hota hai raah maadar mein, waam mein</w:t>
      </w:r>
    </w:p>
    <w:p>
      <w:pPr>
        <w:jc w:val="right"/>
      </w:pPr>
      <w:r>
        <w:t>اب جو تحقیق ہوئی تو معلوم ہوا کہ بالکل ایگزیکٹ یہی ہوتا ہے راہ مادر میں، وم میں</w:t>
      </w:r>
    </w:p>
    <w:p>
      <w:r>
        <w:rPr>
          <w:b/>
        </w:rPr>
        <w:t xml:space="preserve">[32:38] </w:t>
      </w:r>
      <w:r>
        <w:t>ke bachcha jo hota hai chhota sa, woh us ko teen wrapper hote hain, teen jhilliyan hoti hain</w:t>
      </w:r>
    </w:p>
    <w:p>
      <w:pPr>
        <w:jc w:val="right"/>
      </w:pPr>
      <w:r>
        <w:t>کہ بچہ جو ہوتا ہے چھوٹا سا، وہ اس کو تین ریپر ہوتے ہیں، تین جھلیاں ہوتی ہیں</w:t>
      </w:r>
    </w:p>
    <w:p>
      <w:r>
        <w:rPr>
          <w:b/>
        </w:rPr>
        <w:t xml:space="preserve">[32:45] </w:t>
      </w:r>
      <w:r>
        <w:t>us ke andar.</w:t>
      </w:r>
    </w:p>
    <w:p>
      <w:pPr>
        <w:jc w:val="right"/>
      </w:pPr>
      <w:r>
        <w:t>اس کے اندر۔</w:t>
      </w:r>
    </w:p>
    <w:p>
      <w:r>
        <w:rPr>
          <w:b/>
        </w:rPr>
        <w:t xml:space="preserve">[32:51] </w:t>
      </w:r>
      <w:r>
        <w:t>wo hota hai bachcha us ki hifazat, us ki natural hifazat ke liye.</w:t>
      </w:r>
    </w:p>
    <w:p>
      <w:pPr>
        <w:jc w:val="right"/>
      </w:pPr>
      <w:r>
        <w:t>وہ ہوتا ہے بچہ اس کی حفاظت، اس کی نیچرل حفاظت کے لیے۔</w:t>
      </w:r>
    </w:p>
    <w:p>
      <w:r>
        <w:rPr>
          <w:b/>
        </w:rPr>
        <w:t xml:space="preserve">[32:58] </w:t>
      </w:r>
      <w:r>
        <w:t>yaani creator ne is bachche ki hifazat ke liye teen layer bana rakhe hain, teen wrapper hote hain</w:t>
      </w:r>
    </w:p>
    <w:p>
      <w:pPr>
        <w:jc w:val="right"/>
      </w:pPr>
      <w:r>
        <w:t>یعنی کریٹر نے اس بچے کی حفاظت کے لیے تین لیئر بنا رکھے ہیں، تین ریپر ہوتے ہیں</w:t>
      </w:r>
    </w:p>
    <w:p>
      <w:r>
        <w:rPr>
          <w:b/>
        </w:rPr>
        <w:t xml:space="preserve">[33:05] </w:t>
      </w:r>
      <w:r>
        <w:t>jo us ko dhake rehte hain.</w:t>
      </w:r>
    </w:p>
    <w:p>
      <w:pPr>
        <w:jc w:val="right"/>
      </w:pPr>
      <w:r>
        <w:t>جو اس کو ڈھکے رہتے ہیں۔</w:t>
      </w:r>
    </w:p>
    <w:p>
      <w:r>
        <w:rPr>
          <w:b/>
        </w:rPr>
        <w:t xml:space="preserve">[33:12] </w:t>
      </w:r>
      <w:r>
        <w:t>us waqt kisi ko pata nahi tha jab quran utra, us waqt surgery hoti rahi thi to kisi</w:t>
      </w:r>
    </w:p>
    <w:p>
      <w:pPr>
        <w:jc w:val="right"/>
      </w:pPr>
      <w:r>
        <w:t>اس وقت کسی کو پتہ نہیں تھا جب قرآن اترا، اس وقت سرجری ہوتی رہی تھی تو کسی</w:t>
      </w:r>
    </w:p>
    <w:p>
      <w:r>
        <w:rPr>
          <w:b/>
        </w:rPr>
        <w:t xml:space="preserve">[33:19] </w:t>
      </w:r>
      <w:r>
        <w:t>ko pata nahi tha is haqeeqat ka.</w:t>
      </w:r>
    </w:p>
    <w:p>
      <w:pPr>
        <w:jc w:val="right"/>
      </w:pPr>
      <w:r>
        <w:t>کو پتہ نہیں تھا اس حقیقت کا۔</w:t>
      </w:r>
    </w:p>
    <w:p>
      <w:r>
        <w:rPr>
          <w:b/>
        </w:rPr>
        <w:t xml:space="preserve">[33:25] </w:t>
      </w:r>
      <w:r>
        <w:t>us ki tafseel maine likhi apni kitaab mein, aap dekh sakte hain ke yeh ek lambi tehqeeq</w:t>
      </w:r>
    </w:p>
    <w:p>
      <w:pPr>
        <w:jc w:val="right"/>
      </w:pPr>
      <w:r>
        <w:t>اس کی تفصیل میں نے لکھی اپنی کتاب میں، آپ دیکھ سکتے ہیں کہ یہ ایک لمبی تحقیق</w:t>
      </w:r>
    </w:p>
    <w:p>
      <w:r>
        <w:rPr>
          <w:b/>
        </w:rPr>
        <w:t xml:space="preserve">[33:32] </w:t>
      </w:r>
      <w:r>
        <w:t>ke baad yeh maloom hua aur us ke baad America ka ek doctor tha, us ne maana ke</w:t>
      </w:r>
    </w:p>
    <w:p>
      <w:pPr>
        <w:jc w:val="right"/>
      </w:pPr>
      <w:r>
        <w:t>کے بعد یہ معلوم ہوا اور اس کے بعد امریکہ کا ایک ڈاکٹر تھا، اس نے مانا کہ</w:t>
      </w:r>
    </w:p>
    <w:p>
      <w:r>
        <w:rPr>
          <w:b/>
        </w:rPr>
        <w:t xml:space="preserve">[33:39] </w:t>
      </w:r>
      <w:r>
        <w:t>quran to khuda-e-kitaab hai kyunke khuda ke siwa kaun jaan sakta tha ke teen wrapper mein bachcha</w:t>
      </w:r>
    </w:p>
    <w:p>
      <w:pPr>
        <w:jc w:val="right"/>
      </w:pPr>
      <w:r>
        <w:t>قرآن تو خدائے کتاب ہے کیونکہ خدا کے سوا کون جان سکتا تھا کہ تین ریپر میں بچہ</w:t>
      </w:r>
    </w:p>
    <w:p>
      <w:r>
        <w:rPr>
          <w:b/>
        </w:rPr>
        <w:t xml:space="preserve">[33:46] </w:t>
      </w:r>
      <w:r>
        <w:t>dhaka hua rehta hai.</w:t>
      </w:r>
    </w:p>
    <w:p>
      <w:pPr>
        <w:jc w:val="right"/>
      </w:pPr>
      <w:r>
        <w:t>ڈھکا ہوا رہتا ہے۔</w:t>
      </w:r>
    </w:p>
    <w:p>
      <w:r>
        <w:rPr>
          <w:b/>
        </w:rPr>
        <w:t xml:space="preserve">[33:53] </w:t>
      </w:r>
      <w:r>
        <w:t>kisi ko pata nahi tha ke teen jhilliyon ke beech mein.</w:t>
      </w:r>
    </w:p>
    <w:p>
      <w:pPr>
        <w:jc w:val="right"/>
      </w:pPr>
      <w:r>
        <w:t>کسی کو پتہ نہیں تھا کہ تین جھلیوں کے بیچ میں۔</w:t>
      </w:r>
    </w:p>
    <w:p>
      <w:r>
        <w:rPr>
          <w:b/>
        </w:rPr>
        <w:t xml:space="preserve">[33:59] </w:t>
      </w:r>
      <w:r>
        <w:t>kitni ajeeb baat hai yeh.</w:t>
      </w:r>
    </w:p>
    <w:p>
      <w:pPr>
        <w:jc w:val="right"/>
      </w:pPr>
      <w:r>
        <w:t>کتنی عجیب بات ہے یہ۔</w:t>
      </w:r>
    </w:p>
    <w:p>
      <w:r>
        <w:rPr>
          <w:b/>
        </w:rPr>
        <w:t xml:space="preserve">[34:06] </w:t>
      </w:r>
      <w:r>
        <w:t>isi tarah aap dekhiye quran majeed mein ek aayat thi, yeh sab misalein main aap ko de raha</w:t>
      </w:r>
    </w:p>
    <w:p>
      <w:pPr>
        <w:jc w:val="right"/>
      </w:pPr>
      <w:r>
        <w:t>اسی طرح آپ دیکھیے قرآن مجید میں ایک آیت تھی، یہ سب مثالیں میں آپ کو دے رہا</w:t>
      </w:r>
    </w:p>
    <w:p>
      <w:r>
        <w:rPr>
          <w:b/>
        </w:rPr>
        <w:t xml:space="preserve">[34:13] </w:t>
      </w:r>
      <w:r>
        <w:t>hoon jis ko maine kaha hai scientific affirmation.</w:t>
      </w:r>
    </w:p>
    <w:p>
      <w:pPr>
        <w:jc w:val="right"/>
      </w:pPr>
      <w:r>
        <w:t>ہوں جس کو میں نے کہا ہے سائنٹیفک افرمیشن۔</w:t>
      </w:r>
    </w:p>
    <w:p>
      <w:r>
        <w:rPr>
          <w:b/>
        </w:rPr>
        <w:t xml:space="preserve">[34:20] </w:t>
      </w:r>
      <w:r>
        <w:t>ab chautha daur yeh hai jis mein hum guzar rahe hain.</w:t>
      </w:r>
    </w:p>
    <w:p>
      <w:pPr>
        <w:jc w:val="right"/>
      </w:pPr>
      <w:r>
        <w:t>اب چوتھا دور یہ ہے جس میں ہم گزر رہے ہیں۔</w:t>
      </w:r>
    </w:p>
    <w:p>
      <w:r>
        <w:rPr>
          <w:b/>
        </w:rPr>
        <w:t xml:space="preserve">[34:27] </w:t>
      </w:r>
      <w:r>
        <w:t>pehla daur tha jab ke prophet jo the, woh un ka acknowledgement nahi hua, history mein record nahi</w:t>
      </w:r>
    </w:p>
    <w:p>
      <w:pPr>
        <w:jc w:val="right"/>
      </w:pPr>
      <w:r>
        <w:t>پہلا دور تھا جب کہ پرافٹ جو تھے، وہ ان کا اکنالجمنٹ نہیں ہوا، ہسٹری میں ریکارڈ نہیں</w:t>
      </w:r>
    </w:p>
    <w:p>
      <w:r>
        <w:rPr>
          <w:b/>
        </w:rPr>
        <w:t xml:space="preserve">[34:33] </w:t>
      </w:r>
      <w:r>
        <w:t>hui to un worthy of recording samjhe gaye.</w:t>
      </w:r>
    </w:p>
    <w:p>
      <w:pPr>
        <w:jc w:val="right"/>
      </w:pPr>
      <w:r>
        <w:t>ہوئی تو ان وردی آف ریکارڈنگ سمجھے گئے۔</w:t>
      </w:r>
    </w:p>
    <w:p>
      <w:r>
        <w:rPr>
          <w:b/>
        </w:rPr>
        <w:t xml:space="preserve">[34:40] </w:t>
      </w:r>
      <w:r>
        <w:t>woh doosra daur tha rasool Allah sal-lal-lahu alaihi wasallam ka nabuwat-e-muhammadi ka daur jab ke historically acknowledge</w:t>
      </w:r>
    </w:p>
    <w:p>
      <w:pPr>
        <w:jc w:val="right"/>
      </w:pPr>
      <w:r>
        <w:t>وہ دوسرا دور تھا رسول اللہ صلی اللہ علیہ وسلم کا نبوت محمدی کا دور جبکہ ہسٹوریکلی اکنالج</w:t>
      </w:r>
    </w:p>
    <w:p>
      <w:r>
        <w:rPr>
          <w:b/>
        </w:rPr>
        <w:t xml:space="preserve">[34:47] </w:t>
      </w:r>
      <w:r>
        <w:t>karne ka daur.</w:t>
      </w:r>
    </w:p>
    <w:p>
      <w:pPr>
        <w:jc w:val="right"/>
      </w:pPr>
      <w:r>
        <w:t>کرنے کا دور۔</w:t>
      </w:r>
    </w:p>
    <w:p>
      <w:r>
        <w:rPr>
          <w:b/>
        </w:rPr>
        <w:t xml:space="preserve">[34:54] </w:t>
      </w:r>
      <w:r>
        <w:t>teesra daur tha quran ko mehfooz karne ka ek preserve book ke taur par.</w:t>
      </w:r>
    </w:p>
    <w:p>
      <w:pPr>
        <w:jc w:val="right"/>
      </w:pPr>
      <w:r>
        <w:t>تیسرا دور تھا قرآن کو محفوظ کرنے کا ایک پریزرو بک کے طور پر۔</w:t>
      </w:r>
    </w:p>
    <w:p>
      <w:r>
        <w:rPr>
          <w:b/>
        </w:rPr>
        <w:t xml:space="preserve">[35:01] </w:t>
      </w:r>
      <w:r>
        <w:t>ab hum chauthe daur mein hain jab ke maine kaha tha is ko ke scientific affirmation ka</w:t>
      </w:r>
    </w:p>
    <w:p>
      <w:pPr>
        <w:jc w:val="right"/>
      </w:pPr>
      <w:r>
        <w:t>اب ہم چوتھے دور میں ہیں جب کہ میں نے کہا تھا اس کو کہ سائنٹیفک افرمیشن کا</w:t>
      </w:r>
    </w:p>
    <w:p>
      <w:r>
        <w:rPr>
          <w:b/>
        </w:rPr>
        <w:t xml:space="preserve">[35:07] </w:t>
      </w:r>
      <w:r>
        <w:t>daur ke khuda ki sachai, khuda ka ilhaam, khuda ki gawahi, khuda-e-kitaab ko insaan ki daryaft kardah</w:t>
      </w:r>
    </w:p>
    <w:p>
      <w:pPr>
        <w:jc w:val="right"/>
      </w:pPr>
      <w:r>
        <w:t>دور کہ خدا کی سچائی، خدا کا الہام، خدا کی گواہی، خدائے کتاب کو انسان کی دریافت کردہ</w:t>
      </w:r>
    </w:p>
    <w:p>
      <w:r>
        <w:rPr>
          <w:b/>
        </w:rPr>
        <w:t xml:space="preserve">[35:14] </w:t>
      </w:r>
      <w:r>
        <w:t>cheezein jo hain, un se tasdeeq mil rahi hai.</w:t>
      </w:r>
    </w:p>
    <w:p>
      <w:pPr>
        <w:jc w:val="right"/>
      </w:pPr>
      <w:r>
        <w:t>چیزیں جو ہیں، ان سے تصدیق مل رہی ہے۔</w:t>
      </w:r>
    </w:p>
    <w:p>
      <w:r>
        <w:rPr>
          <w:b/>
        </w:rPr>
        <w:t xml:space="preserve">[35:21] </w:t>
      </w:r>
      <w:r>
        <w:t>aur yeh wohi scientific criterion hai jis se bohat si cheezain discard ho gayi hain aur kuch nai</w:t>
      </w:r>
    </w:p>
    <w:p>
      <w:pPr>
        <w:jc w:val="right"/>
      </w:pPr>
      <w:r>
        <w:t>اور یہ وہی سائنٹیفک کرائٹیرین ہے جس سے بہت سی چیزیں ڈسکارڈ ہو گئی ہیں اور کچھ نئی</w:t>
      </w:r>
    </w:p>
    <w:p>
      <w:r>
        <w:rPr>
          <w:b/>
        </w:rPr>
        <w:t xml:space="preserve">[35:28] </w:t>
      </w:r>
      <w:r>
        <w:t>cheezon ko mana ja raha hai.</w:t>
      </w:r>
    </w:p>
    <w:p>
      <w:pPr>
        <w:jc w:val="right"/>
      </w:pPr>
      <w:r>
        <w:t>چیزوں کو مانا جا رہا ہے۔</w:t>
      </w:r>
    </w:p>
    <w:p>
      <w:r>
        <w:rPr>
          <w:b/>
        </w:rPr>
        <w:t xml:space="preserve">[35:35] </w:t>
      </w:r>
      <w:r>
        <w:t>ab dekhiye quran majeed mein aik ayat thi, hai ke inas samawati wal arz kaanat ratqan fataqnaahuma do ayatein</w:t>
      </w:r>
    </w:p>
    <w:p>
      <w:pPr>
        <w:jc w:val="right"/>
      </w:pPr>
      <w:r>
        <w:t>اب دیکھیے قرآن مجید میں ایک آیت تھی، ہے کہ إن السماوات والأرض كانت رتقا ففتقناهما دو آیتیں</w:t>
      </w:r>
    </w:p>
    <w:p>
      <w:r>
        <w:rPr>
          <w:b/>
        </w:rPr>
        <w:t xml:space="preserve">[35:41] </w:t>
      </w:r>
      <w:r>
        <w:t>hain is is mafhoom ki.</w:t>
      </w:r>
    </w:p>
    <w:p>
      <w:pPr>
        <w:jc w:val="right"/>
      </w:pPr>
      <w:r>
        <w:t>ہیں اس اس مفہوم کی۔</w:t>
      </w:r>
    </w:p>
    <w:p>
      <w:r>
        <w:rPr>
          <w:b/>
        </w:rPr>
        <w:t xml:space="preserve">[35:48] </w:t>
      </w:r>
      <w:r>
        <w:t>doosri ayat hai ke afla shakk fatir samawati wal arz yeh do ayatein quran majeed mein aayin thin is</w:t>
      </w:r>
    </w:p>
    <w:p>
      <w:pPr>
        <w:jc w:val="right"/>
      </w:pPr>
      <w:r>
        <w:t>دوسری آیت ہے کہ أفلا شك فاطر السماوات والأرض یہ دو آیتیں قرآن مجید میں آئیں تھیں اس</w:t>
      </w:r>
    </w:p>
    <w:p>
      <w:r>
        <w:rPr>
          <w:b/>
        </w:rPr>
        <w:t xml:space="preserve">[35:55] </w:t>
      </w:r>
      <w:r>
        <w:t>waqt jab ke insaan kuch nahi jaanta tha yani cosmology ke baray mein kuch bhi pata nahi tha insaan ko.</w:t>
      </w:r>
    </w:p>
    <w:p>
      <w:pPr>
        <w:jc w:val="right"/>
      </w:pPr>
      <w:r>
        <w:t>وقت جب کہ انسان کچھ نہیں جانتا تھا یعنی کاسمولوجی کے بارے میں کچھ بھی پتہ نہیں تھا انسان کو۔</w:t>
      </w:r>
    </w:p>
    <w:p>
      <w:r>
        <w:rPr>
          <w:b/>
        </w:rPr>
        <w:t xml:space="preserve">[36:02] </w:t>
      </w:r>
      <w:r>
        <w:t>ise bataya gaya tha ke zameen o aasman jo hain, yeh jo poora cosmos hai, yeh sab rath</w:t>
      </w:r>
    </w:p>
    <w:p>
      <w:pPr>
        <w:jc w:val="right"/>
      </w:pPr>
      <w:r>
        <w:t>اسے بتایا گیا تھا کہ زمین و آسمان جو ہیں، یہ جو پورا کاسموز ہے، یہ سب رتھ</w:t>
      </w:r>
    </w:p>
    <w:p>
      <w:r>
        <w:rPr>
          <w:b/>
        </w:rPr>
        <w:t xml:space="preserve">[36:09] </w:t>
      </w:r>
      <w:r>
        <w:t>ki halat mein tha.</w:t>
      </w:r>
    </w:p>
    <w:p>
      <w:pPr>
        <w:jc w:val="right"/>
      </w:pPr>
      <w:r>
        <w:t>کی حالت میں تھا۔</w:t>
      </w:r>
    </w:p>
    <w:p>
      <w:r>
        <w:rPr>
          <w:b/>
        </w:rPr>
        <w:t xml:space="preserve">[36:15] </w:t>
      </w:r>
      <w:r>
        <w:t>rath kehte hain munzam al azzaa yani sab is tarah se cheezain aapas mein juri hui hon, sari ki</w:t>
      </w:r>
    </w:p>
    <w:p>
      <w:pPr>
        <w:jc w:val="right"/>
      </w:pPr>
      <w:r>
        <w:t>رتھ کہتے ہیں منزم الاجزاء یعنی سب اس طرح سے چیزیں آپس میں جڑی ہوئی ہوں، ساری کی</w:t>
      </w:r>
    </w:p>
    <w:p>
      <w:r>
        <w:rPr>
          <w:b/>
        </w:rPr>
        <w:t xml:space="preserve">[36:22] </w:t>
      </w:r>
      <w:r>
        <w:t>sari cheezain woh aik mein juri hui hon yani compact halat mein hon.</w:t>
      </w:r>
    </w:p>
    <w:p>
      <w:pPr>
        <w:jc w:val="right"/>
      </w:pPr>
      <w:r>
        <w:t>ساری چیزیں وہ ایک میں جڑی ہوئی ہوں یعنی کمپیکٹ حالت میں ہوں۔</w:t>
      </w:r>
    </w:p>
    <w:p>
      <w:r>
        <w:rPr>
          <w:b/>
        </w:rPr>
        <w:t xml:space="preserve">[36:29] </w:t>
      </w:r>
      <w:r>
        <w:t>to poora jo cosmos hai, woh sab compact halat mein tha.</w:t>
      </w:r>
    </w:p>
    <w:p>
      <w:pPr>
        <w:jc w:val="right"/>
      </w:pPr>
      <w:r>
        <w:t>تو پورا جو کاسموز ہے، وہ سب کمپیکٹ حالت میں تھا۔</w:t>
      </w:r>
    </w:p>
    <w:p>
      <w:r>
        <w:rPr>
          <w:b/>
        </w:rPr>
        <w:t xml:space="preserve">[36:36] </w:t>
      </w:r>
      <w:r>
        <w:t>phir khuda ne phaara is ko.</w:t>
      </w:r>
    </w:p>
    <w:p>
      <w:pPr>
        <w:jc w:val="right"/>
      </w:pPr>
      <w:r>
        <w:t>پھر خدا نے پھاڑا اس کو۔</w:t>
      </w:r>
    </w:p>
    <w:p>
      <w:r>
        <w:rPr>
          <w:b/>
        </w:rPr>
        <w:t xml:space="preserve">[36:43] </w:t>
      </w:r>
      <w:r>
        <w:t>kisi ko pata nahi tha is baat ka ke kya rath hai, kya fath hai.</w:t>
      </w:r>
    </w:p>
    <w:p>
      <w:pPr>
        <w:jc w:val="right"/>
      </w:pPr>
      <w:r>
        <w:t>کسی کو پتہ نہیں تھا اس بات کا کہ کیا رتھ ہے، کیا فتح ہے۔</w:t>
      </w:r>
    </w:p>
    <w:p>
      <w:r>
        <w:rPr>
          <w:b/>
        </w:rPr>
        <w:t xml:space="preserve">[36:49] </w:t>
      </w:r>
      <w:r>
        <w:t>quran mein ayat aa gayi to us zamane mein bhi jo thay arab log, woh jaante nahi thay</w:t>
      </w:r>
    </w:p>
    <w:p>
      <w:pPr>
        <w:jc w:val="right"/>
      </w:pPr>
      <w:r>
        <w:t>قرآن میں آیت آ گئی تو اس زمانے میں بھی جو تھے عرب لوگ، وہ جانتے نہیں تھے</w:t>
      </w:r>
    </w:p>
    <w:p>
      <w:r>
        <w:rPr>
          <w:b/>
        </w:rPr>
        <w:t xml:space="preserve">[36:56] </w:t>
      </w:r>
      <w:r>
        <w:t>ke is ka matlab kya hai.</w:t>
      </w:r>
    </w:p>
    <w:p>
      <w:pPr>
        <w:jc w:val="right"/>
      </w:pPr>
      <w:r>
        <w:t>کہ اس کا مطلب کیا ہے۔</w:t>
      </w:r>
    </w:p>
    <w:p>
      <w:r>
        <w:rPr>
          <w:b/>
        </w:rPr>
        <w:t xml:space="preserve">[37:03] </w:t>
      </w:r>
      <w:r>
        <w:t>lekin yeh 28th century mein ke first quarter mein jab Big Bang Theory daryaft hui to maloom hua</w:t>
      </w:r>
    </w:p>
    <w:p>
      <w:pPr>
        <w:jc w:val="right"/>
      </w:pPr>
      <w:r>
        <w:t>لیکن یہ 28 سینچری میں کہ فرسٹ کوارٹر میں جب بگ بینگ تھیوری دریافت ہوئی تو معلوم ہوا</w:t>
      </w:r>
    </w:p>
    <w:p>
      <w:r>
        <w:rPr>
          <w:b/>
        </w:rPr>
        <w:t xml:space="preserve">[37:10] </w:t>
      </w:r>
      <w:r>
        <w:t>ke yeh peshgi quran majeed mein yeh baat maujood thi kyunke aap jaante hain ke big bang theory</w:t>
      </w:r>
    </w:p>
    <w:p>
      <w:pPr>
        <w:jc w:val="right"/>
      </w:pPr>
      <w:r>
        <w:t>کہ یہ پیشگی قرآن مجید میں یہ بات موجود تھی کیونکہ آپ جانتے ہیں کہ بگ بینگ تھیوری</w:t>
      </w:r>
    </w:p>
    <w:p>
      <w:r>
        <w:rPr>
          <w:b/>
        </w:rPr>
        <w:t xml:space="preserve">[37:17] </w:t>
      </w:r>
      <w:r>
        <w:t>yeh hai ke ab se koi 13 billion saal pehle, 13 billion saal pehle taqreeban sara jo jo</w:t>
      </w:r>
    </w:p>
    <w:p>
      <w:pPr>
        <w:jc w:val="right"/>
      </w:pPr>
      <w:r>
        <w:t>یہ ہے کہ اب سے کوئی 13 بلین سال پہلے، 13 بلین سال پہلے تقریباً سارا جو جو</w:t>
      </w:r>
    </w:p>
    <w:p>
      <w:r>
        <w:rPr>
          <w:b/>
        </w:rPr>
        <w:t xml:space="preserve">[37:23] </w:t>
      </w:r>
      <w:r>
        <w:t>us waqt hai, stars hain, planets hain, solar system hai, zameen hai, sari cheezain jo hain, woh aik</w:t>
      </w:r>
    </w:p>
    <w:p>
      <w:pPr>
        <w:jc w:val="right"/>
      </w:pPr>
      <w:r>
        <w:t>اس وقت ہے، اسٹارز ہیں، پلینٹس ہیں، سولر سسٹم ہے، زمین ہے، ساری چیزیں جو ہیں، وہ ایک</w:t>
      </w:r>
    </w:p>
    <w:p>
      <w:r>
        <w:rPr>
          <w:b/>
        </w:rPr>
        <w:t xml:space="preserve">[37:30] </w:t>
      </w:r>
      <w:r>
        <w:t>cosmic ball, aik super ball ki shakal mein theen.</w:t>
      </w:r>
    </w:p>
    <w:p>
      <w:pPr>
        <w:jc w:val="right"/>
      </w:pPr>
      <w:r>
        <w:t>کاسمک بال، ایک سپر بال کی شکل میں تھیں۔</w:t>
      </w:r>
    </w:p>
    <w:p>
      <w:r>
        <w:rPr>
          <w:b/>
        </w:rPr>
        <w:t xml:space="preserve">[37:37] </w:t>
      </w:r>
      <w:r>
        <w:t>aik hi gola tha, is mein is ke sare particle jama thay.</w:t>
      </w:r>
    </w:p>
    <w:p>
      <w:pPr>
        <w:jc w:val="right"/>
      </w:pPr>
      <w:r>
        <w:t>ایک ہی گولا تھا، اس میں اس کے سارے پارٹیکل جمع تھے۔</w:t>
      </w:r>
    </w:p>
    <w:p>
      <w:r>
        <w:rPr>
          <w:b/>
        </w:rPr>
        <w:t xml:space="preserve">[37:44] </w:t>
      </w:r>
      <w:r>
        <w:t>پھر اس میں explosion ہوا۔ Explosion!</w:t>
      </w:r>
    </w:p>
    <w:p>
      <w:pPr>
        <w:jc w:val="right"/>
      </w:pPr>
      <w:r>
        <w:t>پھر اس میں ایکسپلوژن ہوا۔ ایکسپلوژن!</w:t>
      </w:r>
    </w:p>
    <w:p>
      <w:r>
        <w:rPr>
          <w:b/>
        </w:rPr>
        <w:t xml:space="preserve">[37:51] </w:t>
      </w:r>
      <w:r>
        <w:t>is explosion se sare particle bikhar gaye aur phir unhi se poora yeh galaxy bani, solar system bana,</w:t>
      </w:r>
    </w:p>
    <w:p>
      <w:pPr>
        <w:jc w:val="right"/>
      </w:pPr>
      <w:r>
        <w:t>اس ایکسپلوژن سے سارے پارٹیکل بکھر گئے اور پھر انہی سے پورا یہ گیلیکسی بنی، سولر سسٹم بنا،</w:t>
      </w:r>
    </w:p>
    <w:p>
      <w:r>
        <w:rPr>
          <w:b/>
        </w:rPr>
        <w:t xml:space="preserve">[37:56] </w:t>
      </w:r>
      <w:r>
        <w:t>star bane, star aur planet bane, zameen bani.</w:t>
      </w:r>
    </w:p>
    <w:p>
      <w:pPr>
        <w:jc w:val="right"/>
      </w:pPr>
      <w:r>
        <w:t>اسٹار بنے، اسٹار اور پلینٹ بنے، زمین بنی۔</w:t>
      </w:r>
    </w:p>
    <w:p>
      <w:r>
        <w:rPr>
          <w:b/>
        </w:rPr>
        <w:t xml:space="preserve">[38:01] </w:t>
      </w:r>
      <w:r>
        <w:t>yeh sari cheezain is ke baad bani.</w:t>
      </w:r>
    </w:p>
    <w:p>
      <w:pPr>
        <w:jc w:val="right"/>
      </w:pPr>
      <w:r>
        <w:t>یہ ساری چیزیں اس کے بعد بنی۔</w:t>
      </w:r>
    </w:p>
    <w:p>
      <w:r>
        <w:rPr>
          <w:b/>
        </w:rPr>
        <w:t xml:space="preserve">[38:07] </w:t>
      </w:r>
      <w:r>
        <w:t>ab bataein ke jo cheez ab science ne jaani hai, us ko quran mein pehle bataya gaya tha</w:t>
      </w:r>
    </w:p>
    <w:p>
      <w:pPr>
        <w:jc w:val="right"/>
      </w:pPr>
      <w:r>
        <w:t>اب بتائیں کہ جو چیز اب سائنس نے جانی ہے، اس کو قرآن میں پہلے بتایا گیا تھا</w:t>
      </w:r>
    </w:p>
    <w:p>
      <w:r>
        <w:rPr>
          <w:b/>
        </w:rPr>
        <w:t xml:space="preserve">[38:12] </w:t>
      </w:r>
      <w:r>
        <w:t>kyunke science jo hai, is ki tasdeeq kar rahi hai.</w:t>
      </w:r>
    </w:p>
    <w:p>
      <w:pPr>
        <w:jc w:val="right"/>
      </w:pPr>
      <w:r>
        <w:t>کیونکہ سائنس جو ہے، اس کی تصدیق کر رہی ہے۔</w:t>
      </w:r>
    </w:p>
    <w:p>
      <w:r>
        <w:rPr>
          <w:b/>
        </w:rPr>
        <w:t xml:space="preserve">[38:18] </w:t>
      </w:r>
      <w:r>
        <w:t>bahut sari cheezen hain jo pehle insan manta tha rawaiti dor mein, creation period mein, lekin scientific discoveries</w:t>
      </w:r>
    </w:p>
    <w:p>
      <w:pPr>
        <w:jc w:val="right"/>
      </w:pPr>
      <w:r>
        <w:t>بہت ساری چیزیں ہیں جو پہلے انسان مانتا تھا روایتی دور میں، کریشن پیریڈ میں، لیکن سائنٹیفک ڈسکوریز</w:t>
      </w:r>
    </w:p>
    <w:p>
      <w:r>
        <w:rPr>
          <w:b/>
        </w:rPr>
        <w:t xml:space="preserve">[38:23] </w:t>
      </w:r>
      <w:r>
        <w:t>jab samne aayen to un se maloom hua ke yeh consistent nahin hai.</w:t>
      </w:r>
    </w:p>
    <w:p>
      <w:pPr>
        <w:jc w:val="right"/>
      </w:pPr>
      <w:r>
        <w:t>جب سامنے آئیں تو ان سے معلوم ہوا کہ یہ کنسسٹنٹ نہیں ہے۔</w:t>
      </w:r>
    </w:p>
    <w:p>
      <w:r>
        <w:rPr>
          <w:b/>
        </w:rPr>
        <w:t xml:space="preserve">[38:29] </w:t>
      </w:r>
      <w:r>
        <w:t>yeh to woh discord ho gayi.</w:t>
      </w:r>
    </w:p>
    <w:p>
      <w:pPr>
        <w:jc w:val="right"/>
      </w:pPr>
      <w:r>
        <w:t>یہ تو وہ ڈسکارڈ ہو گئی۔</w:t>
      </w:r>
    </w:p>
    <w:p>
      <w:r>
        <w:rPr>
          <w:b/>
        </w:rPr>
        <w:t xml:space="preserve">[38:34] </w:t>
      </w:r>
      <w:r>
        <w:t>woh sab yahan par aap dekh rahe hain ke poori consistency hai Quran ke bayan mein aur aur</w:t>
      </w:r>
    </w:p>
    <w:p>
      <w:pPr>
        <w:jc w:val="right"/>
      </w:pPr>
      <w:r>
        <w:t>وہ سب یہاں پر آپ دیکھ رہے ہیں کہ پوری کنسسٹنسی ہے قرآن کے بیان میں اور اور</w:t>
      </w:r>
    </w:p>
    <w:p>
      <w:r>
        <w:rPr>
          <w:b/>
        </w:rPr>
        <w:t xml:space="preserve">[38:40] </w:t>
      </w:r>
      <w:r>
        <w:t>aaj ki discoveries mein.</w:t>
      </w:r>
    </w:p>
    <w:p>
      <w:pPr>
        <w:jc w:val="right"/>
      </w:pPr>
      <w:r>
        <w:t>آج کی ڈسکوریز میں۔</w:t>
      </w:r>
    </w:p>
    <w:p>
      <w:r>
        <w:rPr>
          <w:b/>
        </w:rPr>
        <w:t xml:space="preserve">[38:45] </w:t>
      </w:r>
      <w:r>
        <w:t>kaisi ajeeb baat hai!</w:t>
      </w:r>
    </w:p>
    <w:p>
      <w:pPr>
        <w:jc w:val="right"/>
      </w:pPr>
      <w:r>
        <w:t>کیسی عجیب بات ہے!</w:t>
      </w:r>
    </w:p>
    <w:p>
      <w:r>
        <w:rPr>
          <w:b/>
        </w:rPr>
        <w:t xml:space="preserve">[38:51] </w:t>
      </w:r>
      <w:r>
        <w:t>afala shakk fatir al-samawati wal-ard kya is is Khuda ke bare mein shakk karte ho tum jis ne</w:t>
      </w:r>
    </w:p>
    <w:p>
      <w:pPr>
        <w:jc w:val="right"/>
      </w:pPr>
      <w:r>
        <w:t>أفلا شك فاطر السماوات والأرض کیا اس اس خدا کے بارے میں شک کرتے ہو تم جس نے</w:t>
      </w:r>
    </w:p>
    <w:p>
      <w:r>
        <w:rPr>
          <w:b/>
        </w:rPr>
        <w:t xml:space="preserve">[39:00] </w:t>
      </w:r>
      <w:r>
        <w:t>zameen o aasman ko phara? yani jis ne explosion kar ke big bang ka explosion kar ke is</w:t>
      </w:r>
    </w:p>
    <w:p>
      <w:pPr>
        <w:jc w:val="right"/>
      </w:pPr>
      <w:r>
        <w:t>زمین و آسمان کو پھاڑا؟ یعنی جس نے ایکسپلوژن کر کے بگ بینگ کا ایکسپلوژن کر کے اس</w:t>
      </w:r>
    </w:p>
    <w:p>
      <w:r>
        <w:rPr>
          <w:b/>
        </w:rPr>
        <w:t xml:space="preserve">[39:09] </w:t>
      </w:r>
      <w:r>
        <w:t>jo article compact halat mein the, us ko bikhaira aur phir poora yeh duniya wajood mein aayi.</w:t>
      </w:r>
    </w:p>
    <w:p>
      <w:pPr>
        <w:jc w:val="right"/>
      </w:pPr>
      <w:r>
        <w:t>جو آرٹیکل کمپیکٹ حالت میں تھے، اس کو بکھیرا اور پھر پورا یہ دنیا وجود میں آئی۔</w:t>
      </w:r>
    </w:p>
    <w:p>
      <w:r>
        <w:rPr>
          <w:b/>
        </w:rPr>
        <w:t xml:space="preserve">[39:18] </w:t>
      </w:r>
      <w:r>
        <w:t>kaisa ajeeb hai yeh affirmation science ka!</w:t>
      </w:r>
    </w:p>
    <w:p>
      <w:pPr>
        <w:jc w:val="right"/>
      </w:pPr>
      <w:r>
        <w:t>کیسا عجیب ہے یہ افرمیشن سائنس کا!</w:t>
      </w:r>
    </w:p>
    <w:p>
      <w:r>
        <w:rPr>
          <w:b/>
        </w:rPr>
        <w:t xml:space="preserve">[39:27] </w:t>
      </w:r>
      <w:r>
        <w:t>to main yeh yeh main ne aap se arz kiya tha ke mujh se yeh kaha gaya ke</w:t>
      </w:r>
    </w:p>
    <w:p>
      <w:pPr>
        <w:jc w:val="right"/>
      </w:pPr>
      <w:r>
        <w:t>تو میں یہ یہ میں نے آپ سے عرض کیا تھا کہ مجھ سے یہ کہا گیا کہ</w:t>
      </w:r>
    </w:p>
    <w:p>
      <w:r>
        <w:rPr>
          <w:b/>
        </w:rPr>
        <w:t xml:space="preserve">[39:34] </w:t>
      </w:r>
      <w:r>
        <w:t>قرآن کو آپ infallible مانتے ہیں کیوں؟ تو میں نے کہا کہ یہ یہ term میں use</w:t>
      </w:r>
    </w:p>
    <w:p>
      <w:pPr>
        <w:jc w:val="right"/>
      </w:pPr>
      <w:r>
        <w:t>قرآن کو آپ ان فیلیبل مانتے ہیں کیوں؟ تو میں نے کہا کہ یہ یہ ٹرم میں یوز</w:t>
      </w:r>
    </w:p>
    <w:p>
      <w:r>
        <w:rPr>
          <w:b/>
        </w:rPr>
        <w:t xml:space="preserve">[39:42] </w:t>
      </w:r>
      <w:r>
        <w:t>nahi karta.</w:t>
      </w:r>
    </w:p>
    <w:p>
      <w:pPr>
        <w:jc w:val="right"/>
      </w:pPr>
      <w:r>
        <w:t>نہیں کرتا۔</w:t>
      </w:r>
    </w:p>
    <w:p>
      <w:r>
        <w:rPr>
          <w:b/>
        </w:rPr>
        <w:t xml:space="preserve">[39:43] </w:t>
      </w:r>
      <w:r>
        <w:t>quran ne main use nahi kiya is term ko.</w:t>
      </w:r>
    </w:p>
    <w:p>
      <w:pPr>
        <w:jc w:val="right"/>
      </w:pPr>
      <w:r>
        <w:t>قرآن نے میں یوز نہیں کیا اس ٹرم کو۔</w:t>
      </w:r>
    </w:p>
    <w:p>
      <w:r>
        <w:rPr>
          <w:b/>
        </w:rPr>
        <w:t xml:space="preserve">[39:47] </w:t>
      </w:r>
      <w:r>
        <w:t>quran ne jo kaha hai, woh yeh hai ke dekho, in consistency nahi hai quran ke statement mein</w:t>
      </w:r>
    </w:p>
    <w:p>
      <w:pPr>
        <w:jc w:val="right"/>
      </w:pPr>
      <w:r>
        <w:t>قرآن نے جو کہا ہے، وہ یہ ہے کہ دیکھو، ان کنسسٹنسی نہیں ہے قرآن کے سٹیٹمنٹ میں</w:t>
      </w:r>
    </w:p>
    <w:p>
      <w:r>
        <w:rPr>
          <w:b/>
        </w:rPr>
        <w:t xml:space="preserve">[39:55] </w:t>
      </w:r>
      <w:r>
        <w:t>aur scientific discoveries mein.</w:t>
      </w:r>
    </w:p>
    <w:p>
      <w:pPr>
        <w:jc w:val="right"/>
      </w:pPr>
      <w:r>
        <w:t>اور سائنٹیفک ڈسکوریز میں۔</w:t>
      </w:r>
    </w:p>
    <w:p>
      <w:r>
        <w:rPr>
          <w:b/>
        </w:rPr>
        <w:t xml:space="preserve">[39:57] </w:t>
      </w:r>
      <w:r>
        <w:t>is tarah aap judge kijiye yaani wahi wahi criterion jis se aap judge karte hain doosri cheezon ko</w:t>
      </w:r>
    </w:p>
    <w:p>
      <w:pPr>
        <w:jc w:val="right"/>
      </w:pPr>
      <w:r>
        <w:t>اس طرح آپ جج کیجئے یعنی وہی وہی کرائٹیرین جس سے آپ جج کرتے ہیں دوسری چیزوں کو</w:t>
      </w:r>
    </w:p>
    <w:p>
      <w:r>
        <w:rPr>
          <w:b/>
        </w:rPr>
        <w:t xml:space="preserve">[40:04] </w:t>
      </w:r>
      <w:r>
        <w:t>kyun ke science mein yahi maana jaata hai.</w:t>
      </w:r>
    </w:p>
    <w:p>
      <w:pPr>
        <w:jc w:val="right"/>
      </w:pPr>
      <w:r>
        <w:t>کیونکہ سائنس میں یہی مانا جاتا ہے۔</w:t>
      </w:r>
    </w:p>
    <w:p>
      <w:r>
        <w:rPr>
          <w:b/>
        </w:rPr>
        <w:t xml:space="preserve">[40:07] </w:t>
      </w:r>
      <w:r>
        <w:t>isi ke tehat geo centric theory discard ho gayi aur helo centric theory ko ab maana jaane laga.</w:t>
      </w:r>
    </w:p>
    <w:p>
      <w:pPr>
        <w:jc w:val="right"/>
      </w:pPr>
      <w:r>
        <w:t>اسی کے تحت جیو سینٹرک تھیوری ڈسکارڈ ہو گئی اور ہیلو سینٹرک تھیوری کو اب مانا جانے لگا۔</w:t>
      </w:r>
    </w:p>
    <w:p>
      <w:r>
        <w:rPr>
          <w:b/>
        </w:rPr>
        <w:t xml:space="preserve">[40:15] </w:t>
      </w:r>
      <w:r>
        <w:t>to same criterion yahan apply kijiye aap.</w:t>
      </w:r>
    </w:p>
    <w:p>
      <w:pPr>
        <w:jc w:val="right"/>
      </w:pPr>
      <w:r>
        <w:t>تو سیم کرائٹیرین یہاں اپلائی کیجئے آپ۔</w:t>
      </w:r>
    </w:p>
    <w:p>
      <w:r>
        <w:rPr>
          <w:b/>
        </w:rPr>
        <w:t xml:space="preserve">[40:18] </w:t>
      </w:r>
      <w:r>
        <w:t>yahi quran khud bol raha hai.</w:t>
      </w:r>
    </w:p>
    <w:p>
      <w:pPr>
        <w:jc w:val="right"/>
      </w:pPr>
      <w:r>
        <w:t>یہی قرآن خود بول رہا ہے۔</w:t>
      </w:r>
    </w:p>
    <w:p>
      <w:r>
        <w:rPr>
          <w:b/>
        </w:rPr>
        <w:t xml:space="preserve">[40:21] </w:t>
      </w:r>
      <w:r>
        <w:t>to is tarah ki bohat saari cheezein hain.</w:t>
      </w:r>
    </w:p>
    <w:p>
      <w:pPr>
        <w:jc w:val="right"/>
      </w:pPr>
      <w:r>
        <w:t>تو اس طرح کی بہت ساری چیزیں ہیں۔</w:t>
      </w:r>
    </w:p>
    <w:p>
      <w:r>
        <w:rPr>
          <w:b/>
        </w:rPr>
        <w:t xml:space="preserve">[40:24] </w:t>
      </w:r>
      <w:r>
        <w:t>misal ke taur par dekhiye, quran mein hai ke quran mein ek ayat hai warzalna min al samaa ma'a</w:t>
      </w:r>
    </w:p>
    <w:p>
      <w:pPr>
        <w:jc w:val="right"/>
      </w:pPr>
      <w:r>
        <w:t>مثال کے طور پر دیکھیے، قرآن میں ہے کہ قرآن میں ایک آیت ہے ورزلنا من السماء ماء</w:t>
      </w:r>
    </w:p>
    <w:p>
      <w:r>
        <w:rPr>
          <w:b/>
        </w:rPr>
        <w:t xml:space="preserve">[40:32] </w:t>
      </w:r>
      <w:r>
        <w:t>mubarak hum ne aasman se utara purified pani.</w:t>
      </w:r>
    </w:p>
    <w:p>
      <w:pPr>
        <w:jc w:val="right"/>
      </w:pPr>
      <w:r>
        <w:t>مبارک ہم نے آسمان سے اتارا پیوریفائیڈ پانی۔</w:t>
      </w:r>
    </w:p>
    <w:p>
      <w:r>
        <w:rPr>
          <w:b/>
        </w:rPr>
        <w:t xml:space="preserve">[40:35] </w:t>
      </w:r>
      <w:r>
        <w:t>یہ پہلے زمانے میں ایک mysterious سمجھتے تھے لوگ کہ purified پانی کیا چیز ہے، کہاں سے آتا</w:t>
      </w:r>
    </w:p>
    <w:p>
      <w:pPr>
        <w:jc w:val="right"/>
      </w:pPr>
      <w:r>
        <w:t>یہ پہلے زمانے میں ایک مسٹیریس سمجھتے تھے لوگ کہ پیوریفائیڈ پانی کیا چیز ہے، کہاں سے آتا</w:t>
      </w:r>
    </w:p>
    <w:p>
      <w:r>
        <w:rPr>
          <w:b/>
        </w:rPr>
        <w:t xml:space="preserve">[40:43]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[40:45] </w:t>
      </w:r>
      <w:r>
        <w:t>یعنی یہ جو purified پانی کا جو word ہے، اس میں جو معنویت ہے، جو meaning ہے، اس</w:t>
      </w:r>
    </w:p>
    <w:p>
      <w:pPr>
        <w:jc w:val="right"/>
      </w:pPr>
      <w:r>
        <w:t>یعنی یہ جو پیوریفائیڈ پانی کا جو ورڈ ہے، اس میں جو معنویت ہے، جو میننگ ہے، اس</w:t>
      </w:r>
    </w:p>
    <w:p>
      <w:r>
        <w:rPr>
          <w:b/>
        </w:rPr>
        <w:t xml:space="preserve">[40:52] </w:t>
      </w:r>
      <w:r>
        <w:t>se kisi ko pata nahi tha.</w:t>
      </w:r>
    </w:p>
    <w:p>
      <w:pPr>
        <w:jc w:val="right"/>
      </w:pPr>
      <w:r>
        <w:t>سے کسی کو پتہ نہیں تھا۔</w:t>
      </w:r>
    </w:p>
    <w:p>
      <w:r>
        <w:rPr>
          <w:b/>
        </w:rPr>
        <w:t xml:space="preserve">[40:55] </w:t>
      </w:r>
      <w:r>
        <w:t>kisi ko pata nahi tha.</w:t>
      </w:r>
    </w:p>
    <w:p>
      <w:pPr>
        <w:jc w:val="right"/>
      </w:pPr>
      <w:r>
        <w:t>کسی کو پتہ نہیں تھا۔</w:t>
      </w:r>
    </w:p>
    <w:p>
      <w:r>
        <w:rPr>
          <w:b/>
        </w:rPr>
        <w:t xml:space="preserve">[40:57] </w:t>
      </w:r>
      <w:r>
        <w:t>hazaar saal tak koi nahi janta tha.</w:t>
      </w:r>
    </w:p>
    <w:p>
      <w:pPr>
        <w:jc w:val="right"/>
      </w:pPr>
      <w:r>
        <w:t>ہزار سال تک کوئی نہیں جانتا تھا۔</w:t>
      </w:r>
    </w:p>
    <w:p>
      <w:r>
        <w:rPr>
          <w:b/>
        </w:rPr>
        <w:t xml:space="preserve">[41:00] </w:t>
      </w:r>
      <w:r>
        <w:t>ab pata chala hai ke is ki haqeeqat kya hai.</w:t>
      </w:r>
    </w:p>
    <w:p>
      <w:pPr>
        <w:jc w:val="right"/>
      </w:pPr>
      <w:r>
        <w:t>اب پتہ چلا ہے کہ اس کی حقیقت کیا ہے۔</w:t>
      </w:r>
    </w:p>
    <w:p>
      <w:r>
        <w:rPr>
          <w:b/>
        </w:rPr>
        <w:t xml:space="preserve">[41:04] </w:t>
      </w:r>
      <w:r>
        <w:t>یعنی what is purified pani? To maloom hua ke Allah Ta'ala ne insaan jab yeh pani paida kiya,</w:t>
      </w:r>
    </w:p>
    <w:p>
      <w:pPr>
        <w:jc w:val="right"/>
      </w:pPr>
      <w:r>
        <w:t>یعنی واٹ از پیوریفائیڈ پانی؟ تو معلوم ہوا کہ اللہ تعالی نے انسان جب یہ پانی پیدا کیا،</w:t>
      </w:r>
    </w:p>
    <w:p>
      <w:r>
        <w:rPr>
          <w:b/>
        </w:rPr>
        <w:t xml:space="preserve">[41:12] </w:t>
      </w:r>
      <w:r>
        <w:t>yani gaison ko ekatha kar ke pani ban gaya.</w:t>
      </w:r>
    </w:p>
    <w:p>
      <w:pPr>
        <w:jc w:val="right"/>
      </w:pPr>
      <w:r>
        <w:t>یعنی گیسوں کو اکٹھا کر کے پانی بن گیا۔</w:t>
      </w:r>
    </w:p>
    <w:p>
      <w:r>
        <w:rPr>
          <w:b/>
        </w:rPr>
        <w:t xml:space="preserve">[41:16] </w:t>
      </w:r>
      <w:r>
        <w:t>jab gaison ko, yani gaison ne jab liquid form ki shakal ikhtiyar kar li aur samundaron mein pani</w:t>
      </w:r>
    </w:p>
    <w:p>
      <w:pPr>
        <w:jc w:val="right"/>
      </w:pPr>
      <w:r>
        <w:t>جب گیسوں کو، یعنی گیسوں نے جب لیکوڈ فارم کی شکل اختیار کر لی اور سمندروں میں پانی</w:t>
      </w:r>
    </w:p>
    <w:p>
      <w:r>
        <w:rPr>
          <w:b/>
        </w:rPr>
        <w:t xml:space="preserve">[41:24] </w:t>
      </w:r>
      <w:r>
        <w:t>ekatha kar diya gaya, yeh sab se zyada hissa aap jante hain ke zameen par pani ka hai.</w:t>
      </w:r>
    </w:p>
    <w:p>
      <w:pPr>
        <w:jc w:val="right"/>
      </w:pPr>
      <w:r>
        <w:t>اکٹھا کر دیا گیا، یہ سب سے زیادہ حصہ آپ جانتے ہیں کہ زمین پر پانی کا ہے۔</w:t>
      </w:r>
    </w:p>
    <w:p>
      <w:r>
        <w:rPr>
          <w:b/>
        </w:rPr>
        <w:t xml:space="preserve">[41:31] </w:t>
      </w:r>
      <w:r>
        <w:t>to pani ko jab zakheera kiya Allah taala ne to aap jante hain ke pani agar is tarah</w:t>
      </w:r>
    </w:p>
    <w:p>
      <w:pPr>
        <w:jc w:val="right"/>
      </w:pPr>
      <w:r>
        <w:t>تو پانی کو جب ذخیرہ کیا اللہ تعالی نے تو آپ جانتے ہیں کہ پانی اگر اس طرح</w:t>
      </w:r>
    </w:p>
    <w:p>
      <w:r>
        <w:rPr>
          <w:b/>
        </w:rPr>
        <w:t xml:space="preserve">[41:39] </w:t>
      </w:r>
      <w:r>
        <w:t>رہے جیسے ایک pond میں ہوتا ہے، pond میں تو کچھ دنوں کے بعد وہ pollute ہو</w:t>
      </w:r>
    </w:p>
    <w:p>
      <w:pPr>
        <w:jc w:val="right"/>
      </w:pPr>
      <w:r>
        <w:t>رہے جیسے ایک پونڈ میں ہوتا ہے، پونڈ میں تو کچھ دنوں کے بعد وہ وہ پلوٹ ہو</w:t>
      </w:r>
    </w:p>
    <w:p>
      <w:r>
        <w:rPr>
          <w:b/>
        </w:rPr>
        <w:t xml:space="preserve">[41:47] </w:t>
      </w:r>
      <w:r>
        <w:t>jata hai.</w:t>
      </w:r>
    </w:p>
    <w:p>
      <w:pPr>
        <w:jc w:val="right"/>
      </w:pPr>
      <w:r>
        <w:t>جاتا ہے۔</w:t>
      </w:r>
    </w:p>
    <w:p>
      <w:r>
        <w:rPr>
          <w:b/>
        </w:rPr>
        <w:t xml:space="preserve">[41:48] </w:t>
      </w:r>
      <w:r>
        <w:t>koi kasafat aa jati hai is ke andar, bo paida ho jati hai.</w:t>
      </w:r>
    </w:p>
    <w:p>
      <w:pPr>
        <w:jc w:val="right"/>
      </w:pPr>
      <w:r>
        <w:t>کوئی کثافت آ جاتی ہے اس کے اندر، بو پیدا ہو جاتی ہے۔</w:t>
      </w:r>
    </w:p>
    <w:p>
      <w:r>
        <w:rPr>
          <w:b/>
        </w:rPr>
        <w:t xml:space="preserve">[41:54] </w:t>
      </w:r>
      <w:r>
        <w:t>تو پانی کو اللہ تعالی نے حفاظت کے لیے اس میں preservative ملایا۔</w:t>
      </w:r>
    </w:p>
    <w:p>
      <w:pPr>
        <w:jc w:val="right"/>
      </w:pPr>
      <w:r>
        <w:t>تو پانی کو اللہ تعالی نے حفاظت کے لیے اس میں پریزرویٹیو ملایا۔</w:t>
      </w:r>
    </w:p>
    <w:p>
      <w:r>
        <w:rPr>
          <w:b/>
        </w:rPr>
        <w:t xml:space="preserve">[41:59] </w:t>
      </w:r>
      <w:r>
        <w:t>preservative yani namak.</w:t>
      </w:r>
    </w:p>
    <w:p>
      <w:pPr>
        <w:jc w:val="right"/>
      </w:pPr>
      <w:r>
        <w:t>پریزرویٹیو یعنی نمک۔</w:t>
      </w:r>
    </w:p>
    <w:p>
      <w:r>
        <w:rPr>
          <w:b/>
        </w:rPr>
        <w:t xml:space="preserve">[42:01] </w:t>
      </w:r>
      <w:r>
        <w:t>aap jante hain ke namak jo hai, woh preservative hai.</w:t>
      </w:r>
    </w:p>
    <w:p>
      <w:pPr>
        <w:jc w:val="right"/>
      </w:pPr>
      <w:r>
        <w:t>آپ جانتے ہیں کہ نمک جو ہے، وہ پریزرویٹیو ہے۔</w:t>
      </w:r>
    </w:p>
    <w:p>
      <w:r>
        <w:rPr>
          <w:b/>
        </w:rPr>
        <w:t xml:space="preserve">[42:05] </w:t>
      </w:r>
      <w:r>
        <w:t>hi jaise khal hoti hai, is mein namak milate hain kyun? Is ko preserve rakhne ke liye.</w:t>
      </w:r>
    </w:p>
    <w:p>
      <w:pPr>
        <w:jc w:val="right"/>
      </w:pPr>
      <w:r>
        <w:t>ہی جیسے کھال ہوتی ہے، اس میں نمک ملاتے ہیں کیوں؟ اس کو پریزرو رکھنے کے لیے۔</w:t>
      </w:r>
    </w:p>
    <w:p>
      <w:r>
        <w:rPr>
          <w:b/>
        </w:rPr>
        <w:t xml:space="preserve">[42:12] </w:t>
      </w:r>
      <w:r>
        <w:t>تو preservative کے طور پر اللہ تعالی نے 10 پرسنٹ نمک شامل کر دیا پانی میں۔</w:t>
      </w:r>
    </w:p>
    <w:p>
      <w:pPr>
        <w:jc w:val="right"/>
      </w:pPr>
      <w:r>
        <w:t>تو پریزرویٹیو کے طور پر اللہ تعالی نے 10 پرسنٹ نمک شامل کر دیا پانی میں۔</w:t>
      </w:r>
    </w:p>
    <w:p>
      <w:r>
        <w:rPr>
          <w:b/>
        </w:rPr>
        <w:t xml:space="preserve">[42:19] </w:t>
      </w:r>
      <w:r>
        <w:t>to samundaron ka pani agar aap ne piya ho, itna khari hota hai ke gale se utarta nahi</w:t>
      </w:r>
    </w:p>
    <w:p>
      <w:pPr>
        <w:jc w:val="right"/>
      </w:pPr>
      <w:r>
        <w:t>تو سمندروں کا پانی اگر آپ نے پیا ہو، اتنا کھاری ہوتا ہے کہ گلے سے اترتا نہیں</w:t>
      </w:r>
    </w:p>
    <w:p>
      <w:r>
        <w:rPr>
          <w:b/>
        </w:rPr>
        <w:t xml:space="preserve">[42:27]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[42:28] </w:t>
      </w:r>
      <w:r>
        <w:t>to khari kyun hai? Is mein preservative mila hua hai namak ki shakal mein 10 percent.</w:t>
      </w:r>
    </w:p>
    <w:p>
      <w:pPr>
        <w:jc w:val="right"/>
      </w:pPr>
      <w:r>
        <w:t>تو کھاری کیوں ہے؟ اس میں پریزرویٹیو ملا ہوا ہے نمک کی شکل میں 10 پرسنٹ۔</w:t>
      </w:r>
    </w:p>
    <w:p>
      <w:r>
        <w:rPr>
          <w:b/>
        </w:rPr>
        <w:t xml:space="preserve">[42:35] </w:t>
      </w:r>
      <w:r>
        <w:t>woh insan istemal kar nahi sakta is ko.</w:t>
      </w:r>
    </w:p>
    <w:p>
      <w:pPr>
        <w:jc w:val="right"/>
      </w:pPr>
      <w:r>
        <w:t>وہ انسان استعمال کر نہیں سکتا اس کو۔</w:t>
      </w:r>
    </w:p>
    <w:p>
      <w:r>
        <w:rPr>
          <w:b/>
        </w:rPr>
        <w:t xml:space="preserve">[42:39] </w:t>
      </w:r>
      <w:r>
        <w:t>اب کیا کیا اللہ تعالی نے؟ ایک بہت یعنی universal level پر ایک purification کی کی factory چلائی۔</w:t>
      </w:r>
    </w:p>
    <w:p>
      <w:pPr>
        <w:jc w:val="right"/>
      </w:pPr>
      <w:r>
        <w:t>اب کیا کیا اللہ تعالی نے؟ ایک بہت یعنی یونیورسل لیول پر ایک پیوریفیکیشن کی کی فیکٹری چلائی۔</w:t>
      </w:r>
    </w:p>
    <w:p>
      <w:r>
        <w:rPr>
          <w:b/>
        </w:rPr>
        <w:t xml:space="preserve">[42:46] </w:t>
      </w:r>
      <w:r>
        <w:t>yani suraj se samundar garam hota hai, is ki bhap nikalti hai, bhap ban ke upar jati hai.</w:t>
      </w:r>
    </w:p>
    <w:p>
      <w:pPr>
        <w:jc w:val="right"/>
      </w:pPr>
      <w:r>
        <w:t>یعنی سورج سے سمندر گرم ہوتا ہے، اس کی بھاپ نکلتی ہے، بھاپ بن کے اوپر جاتی ہے۔</w:t>
      </w:r>
    </w:p>
    <w:p>
      <w:r>
        <w:rPr>
          <w:b/>
        </w:rPr>
        <w:t xml:space="preserve">[42:54] </w:t>
      </w:r>
      <w:r>
        <w:t>upar upar phir dobara woh beshumar particle hain, un se woh bojhal ho kar ke phir zameen</w:t>
      </w:r>
    </w:p>
    <w:p>
      <w:pPr>
        <w:jc w:val="right"/>
      </w:pPr>
      <w:r>
        <w:t>اوپر اوپر پھر دوبارہ وہ بے شمار پارٹیکل ہیں، ان سے وہ بوجھل ہو کر کے پھر زمین</w:t>
      </w:r>
    </w:p>
    <w:p>
      <w:r>
        <w:rPr>
          <w:b/>
        </w:rPr>
        <w:t xml:space="preserve">[43:02] </w:t>
      </w:r>
      <w:r>
        <w:t>mein girti hai.</w:t>
      </w:r>
    </w:p>
    <w:p>
      <w:pPr>
        <w:jc w:val="right"/>
      </w:pPr>
      <w:r>
        <w:t>میں گرتی ہے۔</w:t>
      </w:r>
    </w:p>
    <w:p>
      <w:r>
        <w:rPr>
          <w:b/>
        </w:rPr>
        <w:t xml:space="preserve">[43:03] </w:t>
      </w:r>
      <w:r>
        <w:t>zameen ki gravity jo hai, us ko khinchti hai.</w:t>
      </w:r>
    </w:p>
    <w:p>
      <w:pPr>
        <w:jc w:val="right"/>
      </w:pPr>
      <w:r>
        <w:t>زمین کی گریوٹی جو ہے، اس کو کھینچتی ہے۔</w:t>
      </w:r>
    </w:p>
    <w:p>
      <w:r>
        <w:rPr>
          <w:b/>
        </w:rPr>
        <w:t xml:space="preserve">[43:07] </w:t>
      </w:r>
      <w:r>
        <w:t>to yeh kya hota hai ke Allah taala ne jo unhein jo preservative rakha hai, namak to namak</w:t>
      </w:r>
    </w:p>
    <w:p>
      <w:pPr>
        <w:jc w:val="right"/>
      </w:pPr>
      <w:r>
        <w:t>تو یہ کیا ہوتا ہے کہ اللہ تعالی نے جو انہیں جو پریزرویٹیو رکھا ہے، نمک تو نمک</w:t>
      </w:r>
    </w:p>
    <w:p>
      <w:r>
        <w:rPr>
          <w:b/>
        </w:rPr>
        <w:t xml:space="preserve">[43:15] </w:t>
      </w:r>
      <w:r>
        <w:t>heavy hota hai aur pani jo hai, namak ke baghair jo hai, woh light hota hai.</w:t>
      </w:r>
    </w:p>
    <w:p>
      <w:pPr>
        <w:jc w:val="right"/>
      </w:pPr>
      <w:r>
        <w:t>ہیوی ہوتا ہے اور پانی جو ہے، نمک کے بغیر جو ہے، وہ لائٹ ہوتا ہے۔</w:t>
      </w:r>
    </w:p>
    <w:p>
      <w:r>
        <w:rPr>
          <w:b/>
        </w:rPr>
        <w:t xml:space="preserve">[43:22] </w:t>
      </w:r>
      <w:r>
        <w:t>pani light hota hai aur namak heavy hota hai.</w:t>
      </w:r>
    </w:p>
    <w:p>
      <w:pPr>
        <w:jc w:val="right"/>
      </w:pPr>
      <w:r>
        <w:t>پانی لائٹ ہوتا ہے اور نمک ہیوی ہوتا ہے۔</w:t>
      </w:r>
    </w:p>
    <w:p>
      <w:r>
        <w:rPr>
          <w:b/>
        </w:rPr>
        <w:t xml:space="preserve">[43:26] </w:t>
      </w:r>
      <w:r>
        <w:t>to jab bhap uthti hai to jo light content hai, yani pani, woh upar chala jata hai.</w:t>
      </w:r>
    </w:p>
    <w:p>
      <w:pPr>
        <w:jc w:val="right"/>
      </w:pPr>
      <w:r>
        <w:t>تو جب بھاپ اٹھتی ہے تو جو لائٹ کنٹینٹ ہے، یعنی پانی، وہ اوپر چلا جاتا ہے۔</w:t>
      </w:r>
    </w:p>
    <w:p>
      <w:r>
        <w:rPr>
          <w:b/>
        </w:rPr>
        <w:t xml:space="preserve">[43:33] </w:t>
      </w:r>
      <w:r>
        <w:t>yani bila namak wala pani aur namak jo hai, woh neeche reh jata hai.</w:t>
      </w:r>
    </w:p>
    <w:p>
      <w:pPr>
        <w:jc w:val="right"/>
      </w:pPr>
      <w:r>
        <w:t>یعنی بلا نمک والا پانی اور نمک جو ہے، وہ نیچے رہ جاتا ہے۔</w:t>
      </w:r>
    </w:p>
    <w:p>
      <w:r>
        <w:rPr>
          <w:b/>
        </w:rPr>
        <w:t xml:space="preserve">[43:39] </w:t>
      </w:r>
      <w:r>
        <w:t>yeh hai purification, industry of purification jis ko kehte hain desalination ya desaltation.</w:t>
      </w:r>
    </w:p>
    <w:p>
      <w:pPr>
        <w:jc w:val="right"/>
      </w:pPr>
      <w:r>
        <w:t>یہ ہے پیوریفیکیشن، انڈسٹری آف پیوریفیکیشن جس کو کہتے ہیں ڈی سیلینیشن یا ڈی سالٹیشن۔</w:t>
      </w:r>
    </w:p>
    <w:p>
      <w:r>
        <w:rPr>
          <w:b/>
        </w:rPr>
        <w:t xml:space="preserve">[43:45] </w:t>
      </w:r>
      <w:r>
        <w:t>abhi jin countries mein woh nahi hai, jo desert jahan hai, wahan pani nahi milta.</w:t>
      </w:r>
    </w:p>
    <w:p>
      <w:pPr>
        <w:jc w:val="right"/>
      </w:pPr>
      <w:r>
        <w:t>ابھی جن کنٹریز میں وہ نہیں ہے، جو ڈیزرٹ جہاں ہے، وہاں پانی نہیں ملتا۔</w:t>
      </w:r>
    </w:p>
    <w:p>
      <w:r>
        <w:rPr>
          <w:b/>
        </w:rPr>
        <w:t xml:space="preserve">[43:52] </w:t>
      </w:r>
      <w:r>
        <w:t>jahan to samundaron se pani nikalte hain, to us ko bari bari factoryan lagi hui hain desalination</w:t>
      </w:r>
    </w:p>
    <w:p>
      <w:pPr>
        <w:jc w:val="right"/>
      </w:pPr>
      <w:r>
        <w:t>جہاں تو سمندروں سے پانی نکالتے ہیں، تو اس کو بڑی بڑی فیکٹریاں لگی ہوئی ہیں ڈی سیلینیشن</w:t>
      </w:r>
    </w:p>
    <w:p>
      <w:r>
        <w:rPr>
          <w:b/>
        </w:rPr>
        <w:t xml:space="preserve">[44:00] </w:t>
      </w:r>
      <w:r>
        <w:t>ke liye ya desaltation ke liye.</w:t>
      </w:r>
    </w:p>
    <w:p>
      <w:pPr>
        <w:jc w:val="right"/>
      </w:pPr>
      <w:r>
        <w:t>کے لیے یا ڈی سالٹیشن کے لیے۔</w:t>
      </w:r>
    </w:p>
    <w:p>
      <w:r>
        <w:rPr>
          <w:b/>
        </w:rPr>
        <w:t xml:space="preserve">[44:03] </w:t>
      </w:r>
      <w:r>
        <w:t>to yeh jo amal hai, yeh universal pemane par goya khuda karta hai har saal ke samundaron ka</w:t>
      </w:r>
    </w:p>
    <w:p>
      <w:pPr>
        <w:jc w:val="right"/>
      </w:pPr>
      <w:r>
        <w:t>تو یہ جو عمل ہے، یہ یونیورسل پیمانے پر گویا خدا کرتا ہے ہر سال کہ سمندروں کا</w:t>
      </w:r>
    </w:p>
    <w:p>
      <w:r>
        <w:rPr>
          <w:b/>
        </w:rPr>
        <w:t xml:space="preserve">[44:10] </w:t>
      </w:r>
      <w:r>
        <w:t>pani namak se alag ho kar oper gaya, phir woh barish se ki shakal mein neeche aya.</w:t>
      </w:r>
    </w:p>
    <w:p>
      <w:pPr>
        <w:jc w:val="right"/>
      </w:pPr>
      <w:r>
        <w:t>پانی نمک سے الگ ہو کر اوپر گیا، پھر وہ بارش سے کی شکل میں نیچے آیا۔</w:t>
      </w:r>
    </w:p>
    <w:p>
      <w:r>
        <w:rPr>
          <w:b/>
        </w:rPr>
        <w:t xml:space="preserve">[44:18] </w:t>
      </w:r>
      <w:r>
        <w:t>wohi hai purified pani munzalan min as-samaa' ma'un mubarakan asman se utara hum ne purified pani.</w:t>
      </w:r>
    </w:p>
    <w:p>
      <w:pPr>
        <w:jc w:val="right"/>
      </w:pPr>
      <w:r>
        <w:t>وہی ہے پیوریفائیڈ پانی منزلنا من السماء ماء مبارک آسمان سے اتارا ہم نے پیوریفائیڈ پانی۔</w:t>
      </w:r>
    </w:p>
    <w:p>
      <w:r>
        <w:rPr>
          <w:b/>
        </w:rPr>
        <w:t xml:space="preserve">[44:24] </w:t>
      </w:r>
      <w:r>
        <w:t>yeh koi nahi janta tha pehle aisa koi hota hai duniya mein.</w:t>
      </w:r>
    </w:p>
    <w:p>
      <w:pPr>
        <w:jc w:val="right"/>
      </w:pPr>
      <w:r>
        <w:t>یہ کوئی نہیں جانتا تھا پہلے ایسا کوئی ہوتا ہے دنیا میں۔</w:t>
      </w:r>
    </w:p>
    <w:p>
      <w:r>
        <w:rPr>
          <w:b/>
        </w:rPr>
        <w:t xml:space="preserve">[44:30] </w:t>
      </w:r>
      <w:r>
        <w:t>to science ne jo nai baatein daryaft keen, woh is woh Quran ki tasdeeq ban gayi.</w:t>
      </w:r>
    </w:p>
    <w:p>
      <w:pPr>
        <w:jc w:val="right"/>
      </w:pPr>
      <w:r>
        <w:t>تو سائنس نے جو نئی باتیں دریافت کیں، وہ اس وہ قرآن کی تصدیق بن گئی۔</w:t>
      </w:r>
    </w:p>
    <w:p>
      <w:r>
        <w:rPr>
          <w:b/>
        </w:rPr>
        <w:t xml:space="preserve">[44:36] </w:t>
      </w:r>
      <w:r>
        <w:t>isi ko maine likha tha ek bar ke science Quran ka ilm kalam hai.</w:t>
      </w:r>
    </w:p>
    <w:p>
      <w:pPr>
        <w:jc w:val="right"/>
      </w:pPr>
      <w:r>
        <w:t>اسی کو میں نے لکھا تھا ایک بار کہ سائنس قرآن کا علم کلام ہے۔</w:t>
      </w:r>
    </w:p>
    <w:p>
      <w:r>
        <w:rPr>
          <w:b/>
        </w:rPr>
        <w:t xml:space="preserve">[44:43] </w:t>
      </w:r>
      <w:r>
        <w:t>shuru zamane mein abhi bhi log mutawhash hote hain science se.</w:t>
      </w:r>
    </w:p>
    <w:p>
      <w:pPr>
        <w:jc w:val="right"/>
      </w:pPr>
      <w:r>
        <w:t>شروع زمانے میں ابھی بھی لوگ متوحش ہوتے ہیں سائنس سے۔</w:t>
      </w:r>
    </w:p>
    <w:p>
      <w:r>
        <w:rPr>
          <w:b/>
        </w:rPr>
        <w:t xml:space="preserve">[44:48] </w:t>
      </w:r>
      <w:r>
        <w:t>hamare ulama chunchke jante nahi the, padha nahi tha unhone science ko, to woh mutawhash rahe is</w:t>
      </w:r>
    </w:p>
    <w:p>
      <w:pPr>
        <w:jc w:val="right"/>
      </w:pPr>
      <w:r>
        <w:t>ہمارے علماء چونکہ جانتے نہیں تھے، پڑھا نہیں تھا انہوں نے سائنس کو، تو وہ متوحش رہے اس</w:t>
      </w:r>
    </w:p>
    <w:p>
      <w:r>
        <w:rPr>
          <w:b/>
        </w:rPr>
        <w:t xml:space="preserve">[44:55] </w:t>
      </w:r>
      <w:r>
        <w:t>se.</w:t>
      </w:r>
    </w:p>
    <w:p>
      <w:pPr>
        <w:jc w:val="right"/>
      </w:pPr>
      <w:r>
        <w:t>سے۔</w:t>
      </w:r>
    </w:p>
    <w:p>
      <w:r>
        <w:rPr>
          <w:b/>
        </w:rPr>
        <w:t xml:space="preserve">[44:57] </w:t>
      </w:r>
      <w:r>
        <w:t>aur is ki jo itni bari ahmiyat thi ke woh is ayat ki sharah thi yeh sanuwarra humayyatana</w:t>
      </w:r>
    </w:p>
    <w:p>
      <w:pPr>
        <w:jc w:val="right"/>
      </w:pPr>
      <w:r>
        <w:t>اور اس کی جو اتنی بڑی اہمیت تھی کہ وہ اس آیت کی شرح تھی یہ سنوری حمایاتنا</w:t>
      </w:r>
    </w:p>
    <w:p>
      <w:r>
        <w:rPr>
          <w:b/>
        </w:rPr>
        <w:t xml:space="preserve">[45:04] </w:t>
      </w:r>
      <w:r>
        <w:t>fil afaqi wa fi anfusikum hatta yatabayan lakal haqq yahi to hai science, lekin is ko samjha nahi logon ne.</w:t>
      </w:r>
    </w:p>
    <w:p>
      <w:pPr>
        <w:jc w:val="right"/>
      </w:pPr>
      <w:r>
        <w:t>فی الافاق وفینفسم حتی تبین الحق یہی تو ہے سائنس، لیکن اس کو سمجھا نہیں لوگوں نے۔</w:t>
      </w:r>
    </w:p>
    <w:p>
      <w:r>
        <w:rPr>
          <w:b/>
        </w:rPr>
        <w:t xml:space="preserve">[45:12] </w:t>
      </w:r>
      <w:r>
        <w:t>ab dekhiye, ab yeh jo ayat hai Quran majeed mein ke khuda asman se purified pani utarta hai,</w:t>
      </w:r>
    </w:p>
    <w:p>
      <w:pPr>
        <w:jc w:val="right"/>
      </w:pPr>
      <w:r>
        <w:t>اب دیکھیے، اب یہ جو آیت ہے قرآن مجید میں کہ خدا آسمان سے پیوریفائیڈ پانی اتارتا ہے،</w:t>
      </w:r>
    </w:p>
    <w:p>
      <w:r>
        <w:rPr>
          <w:b/>
        </w:rPr>
        <w:t xml:space="preserve">[45:19] </w:t>
      </w:r>
      <w:r>
        <w:t>yeh koi nahi janta tha ke kya cheez hai.</w:t>
      </w:r>
    </w:p>
    <w:p>
      <w:pPr>
        <w:jc w:val="right"/>
      </w:pPr>
      <w:r>
        <w:t>یہ کوئی نہیں جانتا تھا کہ کیا چیز ہے۔</w:t>
      </w:r>
    </w:p>
    <w:p>
      <w:r>
        <w:rPr>
          <w:b/>
        </w:rPr>
        <w:t xml:space="preserve">[45:23] </w:t>
      </w:r>
      <w:r>
        <w:t>yeh koi log samajhte the ke devtaon ke jatta se pani aata hai, koi log samajhte hain ke</w:t>
      </w:r>
    </w:p>
    <w:p>
      <w:pPr>
        <w:jc w:val="right"/>
      </w:pPr>
      <w:r>
        <w:t>یہ کوئی لوگ سمجھتے تھے کہ دیوتاؤں کے جٹا سے پانی آتا ہے، کوئی لوگ سمجھتے ہیں کہ</w:t>
      </w:r>
    </w:p>
    <w:p>
      <w:r>
        <w:rPr>
          <w:b/>
        </w:rPr>
        <w:t xml:space="preserve">[45:31] </w:t>
      </w:r>
      <w:r>
        <w:t>ajeeb ajeeb qism ke pehle zamane mein khayalat the, lekin yeh bilkul scientific waqea tha aur Quran mein</w:t>
      </w:r>
    </w:p>
    <w:p>
      <w:pPr>
        <w:jc w:val="right"/>
      </w:pPr>
      <w:r>
        <w:t>عجیب عجیب قسم کے پہلے زمانے میں خیالات تھے، لیکن یہ بالکل سائنٹیفک واقعہ تھا اور قرآن میں</w:t>
      </w:r>
    </w:p>
    <w:p>
      <w:r>
        <w:rPr>
          <w:b/>
        </w:rPr>
        <w:t xml:space="preserve">[45:39] </w:t>
      </w:r>
      <w:r>
        <w:t>is ko prediction ki language mein bata diya gaya tha.</w:t>
      </w:r>
    </w:p>
    <w:p>
      <w:pPr>
        <w:jc w:val="right"/>
      </w:pPr>
      <w:r>
        <w:t>اس کو پریڈکشن کی لینگویج میں بتا دیا گیا تھا۔</w:t>
      </w:r>
    </w:p>
    <w:p>
      <w:r>
        <w:rPr>
          <w:b/>
        </w:rPr>
        <w:t xml:space="preserve">[45:43] </w:t>
      </w:r>
      <w:r>
        <w:t>ab jo science ne daryaft ki, is ka confirmation ban gayi hai, is ka affirmation ban gayi hai</w:t>
      </w:r>
    </w:p>
    <w:p>
      <w:pPr>
        <w:jc w:val="right"/>
      </w:pPr>
      <w:r>
        <w:t>اب جو سائنس نے دریافت کی، اس کا کنفرمیشن بن گئی ہے، اس کا افرمیشن بن گئی ہے</w:t>
      </w:r>
    </w:p>
    <w:p>
      <w:r>
        <w:rPr>
          <w:b/>
        </w:rPr>
        <w:t xml:space="preserve">[45:51] </w:t>
      </w:r>
      <w:r>
        <w:t>is cheez ka.</w:t>
      </w:r>
    </w:p>
    <w:p>
      <w:pPr>
        <w:jc w:val="right"/>
      </w:pPr>
      <w:r>
        <w:t>اس چیز کا۔</w:t>
      </w:r>
    </w:p>
    <w:p>
      <w:r>
        <w:rPr>
          <w:b/>
        </w:rPr>
        <w:t xml:space="preserve">[45:52] </w:t>
      </w:r>
      <w:r>
        <w:t>isi ko Quran majeed mein kaha gaya tha ke tum Quran ke statement jo hai, Quran ke jo</w:t>
      </w:r>
    </w:p>
    <w:p>
      <w:pPr>
        <w:jc w:val="right"/>
      </w:pPr>
      <w:r>
        <w:t>اسی کو قرآن مجید میں کہا گیا تھا کہ تم قرآن کے سٹیٹمنٹ جو ہے، قرآن کے جو</w:t>
      </w:r>
    </w:p>
    <w:p>
      <w:r>
        <w:rPr>
          <w:b/>
        </w:rPr>
        <w:t xml:space="preserve">[46:00] </w:t>
      </w:r>
      <w:r>
        <w:t>bayanat hain, is mein aur externally discovered discovered fact jo honge, externally discovered jo data hoga, is</w:t>
      </w:r>
    </w:p>
    <w:p>
      <w:pPr>
        <w:jc w:val="right"/>
      </w:pPr>
      <w:r>
        <w:t>بیانات ہیں، اس میں اور ایکسٹرنلی ڈسکورڈ ڈسکورڈ فیکٹ جو ہوں گے، ایکسٹرنلی ڈسکورڈ جو ڈیٹا ہوگا، اس</w:t>
      </w:r>
    </w:p>
    <w:p>
      <w:r>
        <w:rPr>
          <w:b/>
        </w:rPr>
        <w:t xml:space="preserve">[46:08] </w:t>
      </w:r>
      <w:r>
        <w:t>se takrao nahi pao ge.</w:t>
      </w:r>
    </w:p>
    <w:p>
      <w:pPr>
        <w:jc w:val="right"/>
      </w:pPr>
      <w:r>
        <w:t>سے ٹکراؤ نہیں پاؤ گے۔</w:t>
      </w:r>
    </w:p>
    <w:p>
      <w:r>
        <w:rPr>
          <w:b/>
        </w:rPr>
        <w:t xml:space="preserve">[46:10] </w:t>
      </w:r>
      <w:r>
        <w:t>is mein is se takrao nahi pao ge, woh sab is ka affirmation banta rahe ga.</w:t>
      </w:r>
    </w:p>
    <w:p>
      <w:pPr>
        <w:jc w:val="right"/>
      </w:pPr>
      <w:r>
        <w:t>اس میں اس سے ٹکراؤ نہیں پاؤ گے، وہ سب اس کا افرمیشن بنتا رہے گا۔</w:t>
      </w:r>
    </w:p>
    <w:p>
      <w:r>
        <w:rPr>
          <w:b/>
        </w:rPr>
        <w:t xml:space="preserve">[46:17] </w:t>
      </w:r>
      <w:r>
        <w:t>aaj tak hua chala ja raha hai.</w:t>
      </w:r>
    </w:p>
    <w:p>
      <w:pPr>
        <w:jc w:val="right"/>
      </w:pPr>
      <w:r>
        <w:t>آج تک ہوا چلا جا رہا ہے۔</w:t>
      </w:r>
    </w:p>
    <w:p>
      <w:r>
        <w:rPr>
          <w:b/>
        </w:rPr>
        <w:t xml:space="preserve">[46:20] </w:t>
      </w:r>
      <w:r>
        <w:t>to jitne bhi bayanat quran majeed mein hain, aap quran majeed ko parhen to is mein aap payen</w:t>
      </w:r>
    </w:p>
    <w:p>
      <w:pPr>
        <w:jc w:val="right"/>
      </w:pPr>
      <w:r>
        <w:t>تو جتنے بھی بیانات قرآن مجید میں ہیں، آپ قرآن مجید کو پڑھیں تو اس میں آپ پائیں</w:t>
      </w:r>
    </w:p>
    <w:p>
      <w:r>
        <w:rPr>
          <w:b/>
        </w:rPr>
        <w:t xml:space="preserve">[46:27] </w:t>
      </w:r>
      <w:r>
        <w:t>ge ke taqreeban science ke har branch ka kahin na kahin is ka aik reference hai.</w:t>
      </w:r>
    </w:p>
    <w:p>
      <w:pPr>
        <w:jc w:val="right"/>
      </w:pPr>
      <w:r>
        <w:t>گے کہ تقریباً سائنس کے ہر برانچ کا کہیں نہ کہیں اس کا ایک ریفرنس ہے۔</w:t>
      </w:r>
    </w:p>
    <w:p>
      <w:r>
        <w:rPr>
          <w:b/>
        </w:rPr>
        <w:t xml:space="preserve">[46:34] </w:t>
      </w:r>
      <w:r>
        <w:t>yani casual tor par kuch log is ko, kuch extremist jo hain, jo ghulu karne wale log hain,</w:t>
      </w:r>
    </w:p>
    <w:p>
      <w:pPr>
        <w:jc w:val="right"/>
      </w:pPr>
      <w:r>
        <w:t>یعنی کیژول طور پر کچھ لوگ اس کو، کچھ ایکسٹریمسٹ جو ہیں، جو غلو کرنے والے لوگ ہیں،</w:t>
      </w:r>
    </w:p>
    <w:p>
      <w:r>
        <w:rPr>
          <w:b/>
        </w:rPr>
        <w:t xml:space="preserve">[46:42] </w:t>
      </w:r>
      <w:r>
        <w:t>woh dawah karte hain ke science quran jo hai, science ki kitab hai.</w:t>
      </w:r>
    </w:p>
    <w:p>
      <w:pPr>
        <w:jc w:val="right"/>
      </w:pPr>
      <w:r>
        <w:t>وہ دعویٰ کرتے ہیں کہ سائنس قرآن جو ہے، سائنس کی کتاب ہے۔</w:t>
      </w:r>
    </w:p>
    <w:p>
      <w:r>
        <w:rPr>
          <w:b/>
        </w:rPr>
        <w:t xml:space="preserve">[46:48] </w:t>
      </w:r>
      <w:r>
        <w:t>yeh mein is ko absurd samajhta hoon aur kitaben likh rakhi hain logon ne, moti moti kitaben ke</w:t>
      </w:r>
    </w:p>
    <w:p>
      <w:pPr>
        <w:jc w:val="right"/>
      </w:pPr>
      <w:r>
        <w:t>یہ میں اس کو ابسرٹ سمجھتا ہوں اور کتابیں لکھ رکھی ہیں لوگوں نے، موٹی موٹی کتابیں کہ</w:t>
      </w:r>
    </w:p>
    <w:p>
      <w:r>
        <w:rPr>
          <w:b/>
        </w:rPr>
        <w:t xml:space="preserve">[46:55] </w:t>
      </w:r>
      <w:r>
        <w:t>science ki sari baaten quran majeed mein rakhi hui hain.</w:t>
      </w:r>
    </w:p>
    <w:p>
      <w:pPr>
        <w:jc w:val="right"/>
      </w:pPr>
      <w:r>
        <w:t>سائنس کی ساری باتیں قرآن مجید میں رکھی ہوئی ہیں۔</w:t>
      </w:r>
    </w:p>
    <w:p>
      <w:r>
        <w:rPr>
          <w:b/>
        </w:rPr>
        <w:t xml:space="preserve">[47:00] </w:t>
      </w:r>
      <w:r>
        <w:t>yeh bilkul absurd baat hai.</w:t>
      </w:r>
    </w:p>
    <w:p>
      <w:pPr>
        <w:jc w:val="right"/>
      </w:pPr>
      <w:r>
        <w:t>یہ بالکل ابسرٹ بات ہے۔</w:t>
      </w:r>
    </w:p>
    <w:p>
      <w:r>
        <w:rPr>
          <w:b/>
        </w:rPr>
        <w:t xml:space="preserve">[47:02] </w:t>
      </w:r>
      <w:r>
        <w:t>quran science ki kitab nahi hai, quran to dawah ki kitab hai.</w:t>
      </w:r>
    </w:p>
    <w:p>
      <w:pPr>
        <w:jc w:val="right"/>
      </w:pPr>
      <w:r>
        <w:t>قرآن سائنس کی کتاب نہیں ہے، قرآن تو دعوت کی کتاب ہے۔</w:t>
      </w:r>
    </w:p>
    <w:p>
      <w:r>
        <w:rPr>
          <w:b/>
        </w:rPr>
        <w:t xml:space="preserve">[47:07] </w:t>
      </w:r>
      <w:r>
        <w:t>insan ko creation plan of god batane ki kitab hai, lekin quran har baat kehta hai dalail se,</w:t>
      </w:r>
    </w:p>
    <w:p>
      <w:pPr>
        <w:jc w:val="right"/>
      </w:pPr>
      <w:r>
        <w:t>انسان کو کریشن پلان آف گاڈ بتانے کی کتاب ہے، لیکن قرآن ہر بات کہتا ہے دلائل سے،</w:t>
      </w:r>
    </w:p>
    <w:p>
      <w:r>
        <w:rPr>
          <w:b/>
        </w:rPr>
        <w:t xml:space="preserve">[47:15] </w:t>
      </w:r>
      <w:r>
        <w:t>reason se, aqal se aur shahood se, evidence se.</w:t>
      </w:r>
    </w:p>
    <w:p>
      <w:pPr>
        <w:jc w:val="right"/>
      </w:pPr>
      <w:r>
        <w:t>ریزن سے، عقل سے اور شواہد سے، ایویڈنس سے۔</w:t>
      </w:r>
    </w:p>
    <w:p>
      <w:r>
        <w:rPr>
          <w:b/>
        </w:rPr>
        <w:t xml:space="preserve">[47:18] </w:t>
      </w:r>
      <w:r>
        <w:t>is wajah se is mein references ate rehte hain ke zameen o asman ko dekho, nature ko dekho,</w:t>
      </w:r>
    </w:p>
    <w:p>
      <w:pPr>
        <w:jc w:val="right"/>
      </w:pPr>
      <w:r>
        <w:t>اس وجہ سے اس میں ریفرنسز آتے رہتے ہیں کہ زمین و آسمان کو دیکھو، نیچر کو دیکھو،</w:t>
      </w:r>
    </w:p>
    <w:p>
      <w:r>
        <w:rPr>
          <w:b/>
        </w:rPr>
        <w:t xml:space="preserve">[47:26] </w:t>
      </w:r>
      <w:r>
        <w:t>khuda ki takhleeq ko dekho.</w:t>
      </w:r>
    </w:p>
    <w:p>
      <w:pPr>
        <w:jc w:val="right"/>
      </w:pPr>
      <w:r>
        <w:t>خدا کی تخلیق کو دیکھو۔</w:t>
      </w:r>
    </w:p>
    <w:p>
      <w:r>
        <w:rPr>
          <w:b/>
        </w:rPr>
        <w:t xml:space="preserve">[47:28] </w:t>
      </w:r>
      <w:r>
        <w:t>to bator-e-dalil ke, bator-e-argument ke, is ke references quran majeed mein ate hain.</w:t>
      </w:r>
    </w:p>
    <w:p>
      <w:pPr>
        <w:jc w:val="right"/>
      </w:pPr>
      <w:r>
        <w:t>تو بطور دلیل کے، بطور آرگومنٹ کے، اس کے ریفرنسز قرآن مجید میں آتے ہیں۔</w:t>
      </w:r>
    </w:p>
    <w:p>
      <w:r>
        <w:rPr>
          <w:b/>
        </w:rPr>
        <w:t xml:space="preserve">[47:35] </w:t>
      </w:r>
      <w:r>
        <w:t>casual references to jitne bhi references quran majeed mein hain, different branches ke baray mein, koi bhi aisa</w:t>
      </w:r>
    </w:p>
    <w:p>
      <w:pPr>
        <w:jc w:val="right"/>
      </w:pPr>
      <w:r>
        <w:t>کیژول ریفرنسز تو جتنے بھی ریفرنسز قرآن مجید میں ہیں، ڈفرنٹ برانچز کے بارے میں، کوئی بھی ایسا</w:t>
      </w:r>
    </w:p>
    <w:p>
      <w:r>
        <w:rPr>
          <w:b/>
        </w:rPr>
        <w:t xml:space="preserve">[47:42] </w:t>
      </w:r>
      <w:r>
        <w:t>nahi is mein hai jo baad ki scientific tehqeeq se ghalat sabit ho gaya ho.</w:t>
      </w:r>
    </w:p>
    <w:p>
      <w:pPr>
        <w:jc w:val="right"/>
      </w:pPr>
      <w:r>
        <w:t>نہیں اس میں ہے جو بعد کی سائنسی تحقیق سے غلط ثابت ہو گیا ہو۔</w:t>
      </w:r>
    </w:p>
    <w:p>
      <w:r>
        <w:rPr>
          <w:b/>
        </w:rPr>
        <w:t xml:space="preserve">[47:49] </w:t>
      </w:r>
      <w:r>
        <w:t>jis tarah geo-centric theory aur bohat sari cheezen ghalat sabit ho gayin.</w:t>
      </w:r>
    </w:p>
    <w:p>
      <w:pPr>
        <w:jc w:val="right"/>
      </w:pPr>
      <w:r>
        <w:t>جس طرح جیو سینٹرک تھیوری اور بہت ساری چیزیں غلط ثابت ہو گئیں۔</w:t>
      </w:r>
    </w:p>
    <w:p>
      <w:r>
        <w:rPr>
          <w:b/>
        </w:rPr>
        <w:t xml:space="preserve">[47:54] </w:t>
      </w:r>
      <w:r>
        <w:t>yeh aik mustaqil subject hai, is par maine bohat sari kitaben likhi hain, aap is ko parh</w:t>
      </w:r>
    </w:p>
    <w:p>
      <w:pPr>
        <w:jc w:val="right"/>
      </w:pPr>
      <w:r>
        <w:t>یہ ایک مستقل سبجیکٹ ہے، اس پر میں نے بہت ساری کتابیں لکھی ہیں، آپ اس کو پڑھ</w:t>
      </w:r>
    </w:p>
    <w:p>
      <w:r>
        <w:rPr>
          <w:b/>
        </w:rPr>
        <w:t xml:space="preserve">[48:02] </w:t>
      </w:r>
      <w:r>
        <w:t>sakte hain.</w:t>
      </w:r>
    </w:p>
    <w:p>
      <w:pPr>
        <w:jc w:val="right"/>
      </w:pPr>
      <w:r>
        <w:t>سکتے ہیں۔</w:t>
      </w:r>
    </w:p>
    <w:p>
      <w:r>
        <w:rPr>
          <w:b/>
        </w:rPr>
        <w:t xml:space="preserve">[48:04] </w:t>
      </w:r>
      <w:r>
        <w:t>misal ke taur par mazhab aur jadeed challenge, aqalliyat-e-islam, islam aur asr-e-hazir, islam daur-e-jadeed ka khaliq waghera.</w:t>
      </w:r>
    </w:p>
    <w:p>
      <w:pPr>
        <w:jc w:val="right"/>
      </w:pPr>
      <w:r>
        <w:t>مثلاً مذہب اور جدید چیلنج، اقلیات اسلام، اسلام اور عصر حاضر، اسلام دور جدید کا خالق وغیرہ۔</w:t>
      </w:r>
    </w:p>
    <w:p>
      <w:r>
        <w:rPr>
          <w:b/>
        </w:rPr>
        <w:t xml:space="preserve">[48:11] </w:t>
      </w:r>
      <w:r>
        <w:t>yeh kitaben urdu mein, arabic mein, english mein dastiyab hain.</w:t>
      </w:r>
    </w:p>
    <w:p>
      <w:pPr>
        <w:jc w:val="right"/>
      </w:pPr>
      <w:r>
        <w:t>یہ کتابیں اردو میں، عربک میں، انگلش میں دستیاب ہیں۔</w:t>
      </w:r>
    </w:p>
    <w:p>
      <w:r>
        <w:rPr>
          <w:b/>
        </w:rPr>
        <w:t xml:space="preserve">[48:15] </w:t>
      </w:r>
      <w:r>
        <w:t>aap kisi bhi zaban mein in ko parh sakte hain.</w:t>
      </w:r>
    </w:p>
    <w:p>
      <w:pPr>
        <w:jc w:val="right"/>
      </w:pPr>
      <w:r>
        <w:t>آپ کسی بھی زبان میں ان کو پڑھ سکتے ہیں۔</w:t>
      </w:r>
    </w:p>
    <w:p>
      <w:r>
        <w:rPr>
          <w:b/>
        </w:rPr>
        <w:t xml:space="preserve">[48:19] </w:t>
      </w:r>
      <w:r>
        <w:t>is ke ilawa jo hamara monthly magazine hai, risala, is mein hum barabar is tarah ki koi na</w:t>
      </w:r>
    </w:p>
    <w:p>
      <w:pPr>
        <w:jc w:val="right"/>
      </w:pPr>
      <w:r>
        <w:t>اس کے علاوہ جو ہمارا منتھلی میگزین ہے، رسالہ، اس میں ہم برابر اس طرح کی کوئی نہ</w:t>
      </w:r>
    </w:p>
    <w:p>
      <w:r>
        <w:rPr>
          <w:b/>
        </w:rPr>
        <w:t xml:space="preserve">[48:27] </w:t>
      </w:r>
      <w:r>
        <w:t>koi cheez dete rehte hain.</w:t>
      </w:r>
    </w:p>
    <w:p>
      <w:pPr>
        <w:jc w:val="right"/>
      </w:pPr>
      <w:r>
        <w:t>کوئی چیز دیتے رہتے ہیں۔</w:t>
      </w:r>
    </w:p>
    <w:p>
      <w:r>
        <w:rPr>
          <w:b/>
        </w:rPr>
        <w:t xml:space="preserve">[48:29] </w:t>
      </w:r>
      <w:r>
        <w:t>is tarah ki koi na koi cheez dete rehte hain.</w:t>
      </w:r>
    </w:p>
    <w:p>
      <w:pPr>
        <w:jc w:val="right"/>
      </w:pPr>
      <w:r>
        <w:t>اس طرح کی کوئی نہ کوئی چیز دیتے رہتے ہیں۔</w:t>
      </w:r>
    </w:p>
    <w:p>
      <w:r>
        <w:rPr>
          <w:b/>
        </w:rPr>
        <w:t xml:space="preserve">[48:34] </w:t>
      </w:r>
      <w:r>
        <w:t>to main yeh kahunga ke aap dawat ke aitbar se bhi aur apni tarbiyat ke aitbar se</w:t>
      </w:r>
    </w:p>
    <w:p>
      <w:pPr>
        <w:jc w:val="right"/>
      </w:pPr>
      <w:r>
        <w:t>تو میں یہ کہوں گا کہ آپ دعوت کے اعتبار سے بھی اور اپنی تربیت کے اعتبار سے</w:t>
      </w:r>
    </w:p>
    <w:p>
      <w:r>
        <w:rPr>
          <w:b/>
        </w:rPr>
        <w:t xml:space="preserve">[48:41] </w:t>
      </w:r>
      <w:r>
        <w:t>bhi, dono aitbar se apni study ko badhaiye.</w:t>
      </w:r>
    </w:p>
    <w:p>
      <w:pPr>
        <w:jc w:val="right"/>
      </w:pPr>
      <w:r>
        <w:t>بھی، دونوں اعتبار سے اپنی اسٹڈی کو بڑھائیے۔</w:t>
      </w:r>
    </w:p>
    <w:p>
      <w:r>
        <w:rPr>
          <w:b/>
        </w:rPr>
        <w:t xml:space="preserve">[48:45] </w:t>
      </w:r>
      <w:r>
        <w:t>dono aitbar se.</w:t>
      </w:r>
    </w:p>
    <w:p>
      <w:pPr>
        <w:jc w:val="right"/>
      </w:pPr>
      <w:r>
        <w:t>دونوں اعتبار سے۔</w:t>
      </w:r>
    </w:p>
    <w:p>
      <w:r>
        <w:rPr>
          <w:b/>
        </w:rPr>
        <w:t xml:space="preserve">[48:46] </w:t>
      </w:r>
      <w:r>
        <w:t>yani aaj ke insaan ke samne aap ko dawat dena hai jo aql ko manta hai, reason ko</w:t>
      </w:r>
    </w:p>
    <w:p>
      <w:pPr>
        <w:jc w:val="right"/>
      </w:pPr>
      <w:r>
        <w:t>یعنی آج کے انسان کے سامنے آپ کو دعوت دینا ہے جو عقل کو مانتا ہے، ریزن کو</w:t>
      </w:r>
    </w:p>
    <w:p>
      <w:r>
        <w:rPr>
          <w:b/>
        </w:rPr>
        <w:t xml:space="preserve">[48:54] </w:t>
      </w:r>
      <w:r>
        <w:t>manta hai.</w:t>
      </w:r>
    </w:p>
    <w:p>
      <w:pPr>
        <w:jc w:val="right"/>
      </w:pPr>
      <w:r>
        <w:t>مانتا ہے۔</w:t>
      </w:r>
    </w:p>
    <w:p>
      <w:r>
        <w:rPr>
          <w:b/>
        </w:rPr>
        <w:t xml:space="preserve">[48:55] </w:t>
      </w:r>
      <w:r>
        <w:t>to ab agar aap is language mein bolenge aap ke quran infallible kitab hai, muqaddas kitab</w:t>
      </w:r>
    </w:p>
    <w:p>
      <w:pPr>
        <w:jc w:val="right"/>
      </w:pPr>
      <w:r>
        <w:t>تو اب اگر آپ اس لینگویج میں بولیں گے آپ کہ قرآن ان فیلیبل کتاب ہے، مقدس کتاب</w:t>
      </w:r>
    </w:p>
    <w:p>
      <w:r>
        <w:rPr>
          <w:b/>
        </w:rPr>
        <w:t xml:space="preserve">[49:03] </w:t>
      </w:r>
      <w:r>
        <w:t>hai, holy book hai, is ko to bas manna hi manna hai, to aaj ka insaan is ko</w:t>
      </w:r>
    </w:p>
    <w:p>
      <w:pPr>
        <w:jc w:val="right"/>
      </w:pPr>
      <w:r>
        <w:t>ہے، ہولی بک ہے، اس کو تو بس ماننا ہی ماننا ہے، تو آج کا انسان اس کو</w:t>
      </w:r>
    </w:p>
    <w:p>
      <w:r>
        <w:rPr>
          <w:b/>
        </w:rPr>
        <w:t xml:space="preserve">[49:11] </w:t>
      </w:r>
      <w:r>
        <w:t>manega nahin.</w:t>
      </w:r>
    </w:p>
    <w:p>
      <w:pPr>
        <w:jc w:val="right"/>
      </w:pPr>
      <w:r>
        <w:t>مانے گا نہیں۔</w:t>
      </w:r>
    </w:p>
    <w:p>
      <w:r>
        <w:rPr>
          <w:b/>
        </w:rPr>
        <w:t xml:space="preserve">[49:12] </w:t>
      </w:r>
      <w:r>
        <w:t>aaj ke insaan ka jo mind hai, wo address nahin hoga.</w:t>
      </w:r>
    </w:p>
    <w:p>
      <w:pPr>
        <w:jc w:val="right"/>
      </w:pPr>
      <w:r>
        <w:t>آج کے انسان کا جو مائنڈ ہے، وہ ایڈریس نہیں ہوگا۔</w:t>
      </w:r>
    </w:p>
    <w:p>
      <w:r>
        <w:rPr>
          <w:b/>
        </w:rPr>
        <w:t xml:space="preserve">[49:17] </w:t>
      </w:r>
      <w:r>
        <w:t>to aap dawat ke kaam ko effective tareeqe se nahin kar payenge.</w:t>
      </w:r>
    </w:p>
    <w:p>
      <w:pPr>
        <w:jc w:val="right"/>
      </w:pPr>
      <w:r>
        <w:t>تو آپ دعوت کے کام کو ایفیکٹیو طریقے سے نہیں کر پائیں گے۔</w:t>
      </w:r>
    </w:p>
    <w:p>
      <w:r>
        <w:rPr>
          <w:b/>
        </w:rPr>
        <w:t xml:space="preserve">[49:23] </w:t>
      </w:r>
      <w:r>
        <w:t>wa qul lahum fi anfusihim qawlan balighan ka matlab hai quran majeed mein yeh ayat hai ke aise baat</w:t>
      </w:r>
    </w:p>
    <w:p>
      <w:pPr>
        <w:jc w:val="right"/>
      </w:pPr>
      <w:r>
        <w:t>وَقُلْ لَهُمْ فِي أَنْفَسِهِمْ قَوْلًا بَلِيْغًا کا مطلب ہے قرآن مجید میں یہ آیت ہے کہ ایسے بات</w:t>
      </w:r>
    </w:p>
    <w:p>
      <w:r>
        <w:rPr>
          <w:b/>
        </w:rPr>
        <w:t xml:space="preserve">[49:30] </w:t>
      </w:r>
      <w:r>
        <w:t>کہو جس سے لوگوں کا mind address ہو۔</w:t>
      </w:r>
    </w:p>
    <w:p>
      <w:pPr>
        <w:jc w:val="right"/>
      </w:pPr>
      <w:r>
        <w:t>کہو جس سے لوگوں کا مائنڈ ایڈریس ہو۔</w:t>
      </w:r>
    </w:p>
    <w:p>
      <w:r>
        <w:rPr>
          <w:b/>
        </w:rPr>
        <w:t xml:space="preserve">[49:34] </w:t>
      </w:r>
      <w:r>
        <w:t>تو address کب ہوگا؟ جب کہ آپ جانیں کہ ان کا framework کیا ہے، ان کی سوچ</w:t>
      </w:r>
    </w:p>
    <w:p>
      <w:pPr>
        <w:jc w:val="right"/>
      </w:pPr>
      <w:r>
        <w:t>تو ایڈریس کب ہوگا؟ جب کہ آپ جانیں کہ ان کا فریم ورک کیا ہے، ان کی سوچ</w:t>
      </w:r>
    </w:p>
    <w:p>
      <w:r>
        <w:rPr>
          <w:b/>
        </w:rPr>
        <w:t xml:space="preserve">[49:42] </w:t>
      </w:r>
      <w:r>
        <w:t>kiya hai, kis cheez ko wo mante hain, criterion, jis kis par judge kar ke wo samajhna chahte</w:t>
      </w:r>
    </w:p>
    <w:p>
      <w:pPr>
        <w:jc w:val="right"/>
      </w:pPr>
      <w:r>
        <w:t>کیا ہے، کس چیز کو وہ مانتے ہیں، کرائٹیرین، جس کس پر جج کر کے وہ سمجھنا چاہتے</w:t>
      </w:r>
    </w:p>
    <w:p>
      <w:r>
        <w:rPr>
          <w:b/>
        </w:rPr>
        <w:t xml:space="preserve">[49:49] </w:t>
      </w:r>
      <w:r>
        <w:t>hain, us sachai ko.</w:t>
      </w:r>
    </w:p>
    <w:p>
      <w:pPr>
        <w:jc w:val="right"/>
      </w:pPr>
      <w:r>
        <w:t>ہیں، اس سچائی کو۔</w:t>
      </w:r>
    </w:p>
    <w:p>
      <w:r>
        <w:rPr>
          <w:b/>
        </w:rPr>
        <w:t xml:space="preserve">[49:51] </w:t>
      </w:r>
      <w:r>
        <w:t>to aap study jab badhayenge apni to in baaton ko payenge aur apni dawat ko zyada</w:t>
      </w:r>
    </w:p>
    <w:p>
      <w:pPr>
        <w:jc w:val="right"/>
      </w:pPr>
      <w:r>
        <w:t>تو آپ اسٹڈی جب بڑھائیں گے اپنی تو ان باتوں کو پائیں گے اور اپنی دعوت کو زیادہ</w:t>
      </w:r>
    </w:p>
    <w:p>
      <w:r>
        <w:rPr>
          <w:b/>
        </w:rPr>
        <w:t xml:space="preserve">[49:59] </w:t>
      </w:r>
      <w:r>
        <w:t>effective bana sakenge.</w:t>
      </w:r>
    </w:p>
    <w:p>
      <w:pPr>
        <w:jc w:val="right"/>
      </w:pPr>
      <w:r>
        <w:t>ایفیکٹیو بنا سکیں گے۔</w:t>
      </w:r>
    </w:p>
    <w:p>
      <w:r>
        <w:rPr>
          <w:b/>
        </w:rPr>
        <w:t xml:space="preserve">[50:00] </w:t>
      </w:r>
      <w:r>
        <w:t>is tareeqe se apni tarbiyat ke liye.</w:t>
      </w:r>
    </w:p>
    <w:p>
      <w:pPr>
        <w:jc w:val="right"/>
      </w:pPr>
      <w:r>
        <w:t>اس طریقے سے اپنی تربیت کے لیے۔</w:t>
      </w:r>
    </w:p>
    <w:p>
      <w:r>
        <w:rPr>
          <w:b/>
        </w:rPr>
        <w:t xml:space="preserve">[50:03] </w:t>
      </w:r>
      <w:r>
        <w:t>jab aap in baaton ko janenge to aap ka iman badhega.</w:t>
      </w:r>
    </w:p>
    <w:p>
      <w:pPr>
        <w:jc w:val="right"/>
      </w:pPr>
      <w:r>
        <w:t>جب آپ ان باتوں کو جانیں گے تو آپ کا ایمان بڑھے گا۔</w:t>
      </w:r>
    </w:p>
    <w:p>
      <w:r>
        <w:rPr>
          <w:b/>
        </w:rPr>
        <w:t xml:space="preserve">[50:09] </w:t>
      </w:r>
      <w:r>
        <w:t>quran majeed mein hai ke layas dadu imanan baghayri imanehim kai aayatein quran majeed mein aisi hain ke</w:t>
      </w:r>
    </w:p>
    <w:p>
      <w:pPr>
        <w:jc w:val="right"/>
      </w:pPr>
      <w:r>
        <w:t>قرآن مجید میں ہے کہ لِيَسْ دَادُوا اِيمَانًا بَغَيْرِ اِيمَانِهِمْ کئی آیتیں قرآن مجید میں ایسی ہیں کہ</w:t>
      </w:r>
    </w:p>
    <w:p>
      <w:r>
        <w:rPr>
          <w:b/>
        </w:rPr>
        <w:t xml:space="preserve">[50:17] </w:t>
      </w:r>
      <w:r>
        <w:t>iman jo hai badhta hai, badhta hai, badhta.</w:t>
      </w:r>
    </w:p>
    <w:p>
      <w:pPr>
        <w:jc w:val="right"/>
      </w:pPr>
      <w:r>
        <w:t>ایمان جو ہے بڑھتا ہے، بڑھتا ہے، بڑھتا۔</w:t>
      </w:r>
    </w:p>
    <w:p>
      <w:r>
        <w:rPr>
          <w:b/>
        </w:rPr>
        <w:t xml:space="preserve">[50:20] </w:t>
      </w:r>
      <w:r>
        <w:t>yeh ulama ke darmiyan bohat bahtein is par hain ke iman badhta hai ke jaisa hai waise hi</w:t>
      </w:r>
    </w:p>
    <w:p>
      <w:pPr>
        <w:jc w:val="right"/>
      </w:pPr>
      <w:r>
        <w:t>یہ علماء کے درمیان بہت بحثیں اس پر ہیں کہ ایمان بڑھتا ہے کہ جیسا ہے ویسے ہی</w:t>
      </w:r>
    </w:p>
    <w:p>
      <w:r>
        <w:rPr>
          <w:b/>
        </w:rPr>
        <w:t xml:space="preserve">[50:28] </w:t>
      </w:r>
      <w:r>
        <w:t>rehta hai.</w:t>
      </w:r>
    </w:p>
    <w:p>
      <w:pPr>
        <w:jc w:val="right"/>
      </w:pPr>
      <w:r>
        <w:t>رہتا ہے۔</w:t>
      </w:r>
    </w:p>
    <w:p>
      <w:r>
        <w:rPr>
          <w:b/>
        </w:rPr>
        <w:t xml:space="preserve">[50:29] </w:t>
      </w:r>
      <w:r>
        <w:t>is behas ko main bekar samajhta hoon.</w:t>
      </w:r>
    </w:p>
    <w:p>
      <w:pPr>
        <w:jc w:val="right"/>
      </w:pPr>
      <w:r>
        <w:t>اس بحث کو میں بیکار سمجھتا ہوں۔</w:t>
      </w:r>
    </w:p>
    <w:p>
      <w:r>
        <w:rPr>
          <w:b/>
        </w:rPr>
        <w:t xml:space="preserve">[50:32] </w:t>
      </w:r>
      <w:r>
        <w:t>kyun ke quran mein jab saaf saaf likha hua hai ke iman badhta hai, iman mein izafa hota hai,</w:t>
      </w:r>
    </w:p>
    <w:p>
      <w:pPr>
        <w:jc w:val="right"/>
      </w:pPr>
      <w:r>
        <w:t>کیونکہ قرآن میں جب صاف صاف لکھا ہوا ہے کہ ایمان بڑھتا ہے، ایمان میں اضافہ ہوتا ہے،</w:t>
      </w:r>
    </w:p>
    <w:p>
      <w:r>
        <w:rPr>
          <w:b/>
        </w:rPr>
        <w:t xml:space="preserve">[50:40] </w:t>
      </w:r>
      <w:r>
        <w:t>to humein manna chahiye ke iman jo hai aik izafa pazeer cheez hai.</w:t>
      </w:r>
    </w:p>
    <w:p>
      <w:pPr>
        <w:jc w:val="right"/>
      </w:pPr>
      <w:r>
        <w:t>تو ہمیں ماننا چاہیے کہ ایمان جو ہے ایک اضافہ پذیر چیز ہے۔</w:t>
      </w:r>
    </w:p>
    <w:p>
      <w:r>
        <w:rPr>
          <w:b/>
        </w:rPr>
        <w:t xml:space="preserve">[50:46] </w:t>
      </w:r>
      <w:r>
        <w:t>yani aisi cheez jo barhta hai, barhta hai, barhta hai.</w:t>
      </w:r>
    </w:p>
    <w:p>
      <w:pPr>
        <w:jc w:val="right"/>
      </w:pPr>
      <w:r>
        <w:t>یعنی ایسی چیز جو بڑھتا ہے، بڑھتا ہے، بڑھتا ہے۔</w:t>
      </w:r>
    </w:p>
    <w:p>
      <w:r>
        <w:rPr>
          <w:b/>
        </w:rPr>
        <w:t xml:space="preserve">[50:50] </w:t>
      </w:r>
      <w:r>
        <w:t>تو بڑھے گا کیسے؟ دیکھیں، بڑھنے کے لیے کوئی mysterious method نہیں ہے کہ کسی خانقاہ میں جا</w:t>
      </w:r>
    </w:p>
    <w:p>
      <w:pPr>
        <w:jc w:val="right"/>
      </w:pPr>
      <w:r>
        <w:t>تو بڑھے گا کیسے؟ دیکھیں، بڑھنے کے لیے کوئی مسٹیریس میتھڈ نہیں ہے کہ کسی خانقاہ میں جا</w:t>
      </w:r>
    </w:p>
    <w:p>
      <w:r>
        <w:rPr>
          <w:b/>
        </w:rPr>
        <w:t xml:space="preserve">[50:58] </w:t>
      </w:r>
      <w:r>
        <w:t>kar ke aap kuch zikr karein, wird karein to barh jayega.</w:t>
      </w:r>
    </w:p>
    <w:p>
      <w:pPr>
        <w:jc w:val="right"/>
      </w:pPr>
      <w:r>
        <w:t>کر کے آپ کچھ ذکر کریں، ورد کریں تو بڑھ جائے گا۔</w:t>
      </w:r>
    </w:p>
    <w:p>
      <w:r>
        <w:rPr>
          <w:b/>
        </w:rPr>
        <w:t xml:space="preserve">[51:03] </w:t>
      </w:r>
      <w:r>
        <w:t>aisa nahi hai.</w:t>
      </w:r>
    </w:p>
    <w:p>
      <w:pPr>
        <w:jc w:val="right"/>
      </w:pPr>
      <w:r>
        <w:t>ایسا نہیں ہے۔</w:t>
      </w:r>
    </w:p>
    <w:p>
      <w:r>
        <w:rPr>
          <w:b/>
        </w:rPr>
        <w:t xml:space="preserve">[51:04] </w:t>
      </w:r>
      <w:r>
        <w:t>bilkul scientific method se yeh kaam hota hai.</w:t>
      </w:r>
    </w:p>
    <w:p>
      <w:pPr>
        <w:jc w:val="right"/>
      </w:pPr>
      <w:r>
        <w:t>بالکل سائنٹیفک میتھڈ سے یہ کام ہوتا ہے۔</w:t>
      </w:r>
    </w:p>
    <w:p>
      <w:r>
        <w:rPr>
          <w:b/>
        </w:rPr>
        <w:t xml:space="preserve">[51:08] </w:t>
      </w:r>
      <w:r>
        <w:t>yani intellectual awakening, intellectual development, apni maloomat ko barhana.</w:t>
      </w:r>
    </w:p>
    <w:p>
      <w:pPr>
        <w:jc w:val="right"/>
      </w:pPr>
      <w:r>
        <w:t>یعنی انٹلیکچول اویکننگ، انٹلیکچول ڈیولپمنٹ، اپنی معلومات کو بڑھانا۔</w:t>
      </w:r>
    </w:p>
    <w:p>
      <w:r>
        <w:rPr>
          <w:b/>
        </w:rPr>
        <w:t xml:space="preserve">[51:12] </w:t>
      </w:r>
      <w:r>
        <w:t>aur is ayat ke mutabiq nai nai daryafton ko jab aap parhte hain to maloom hota hai ke</w:t>
      </w:r>
    </w:p>
    <w:p>
      <w:pPr>
        <w:jc w:val="right"/>
      </w:pPr>
      <w:r>
        <w:t>اور اس آیت کے مطابق نئی نئی دریافتوں کو جب آپ پڑھتے ہیں تو معلوم ہوتا ہے کہ</w:t>
      </w:r>
    </w:p>
    <w:p>
      <w:r>
        <w:rPr>
          <w:b/>
        </w:rPr>
        <w:t xml:space="preserve">[51:19] </w:t>
      </w:r>
      <w:r>
        <w:t>yeh to wohi cheez hai jo Quran mein pehle se bayan ki gayi, kar di gayi thi.</w:t>
      </w:r>
    </w:p>
    <w:p>
      <w:pPr>
        <w:jc w:val="right"/>
      </w:pPr>
      <w:r>
        <w:t>یہ تو وہی چیز ہے جو قرآن میں پہلے سے بیان کی گئی، کر دی گئی تھی۔</w:t>
      </w:r>
    </w:p>
    <w:p>
      <w:r>
        <w:rPr>
          <w:b/>
        </w:rPr>
        <w:t xml:space="preserve">[51:27] </w:t>
      </w:r>
      <w:r>
        <w:t>is se aap ka iman barhta hai.</w:t>
      </w:r>
    </w:p>
    <w:p>
      <w:pPr>
        <w:jc w:val="right"/>
      </w:pPr>
      <w:r>
        <w:t>اس سے آپ کا ایمان بڑھتا ہے۔</w:t>
      </w:r>
    </w:p>
    <w:p>
      <w:r>
        <w:rPr>
          <w:b/>
        </w:rPr>
        <w:t xml:space="preserve">[51:30] </w:t>
      </w:r>
      <w:r>
        <w:t>Khuda ki qudrat par yaqeen barhta hai.</w:t>
      </w:r>
    </w:p>
    <w:p>
      <w:pPr>
        <w:jc w:val="right"/>
      </w:pPr>
      <w:r>
        <w:t>خدا کی قدرت پر یقین بڑھتا ہے۔</w:t>
      </w:r>
    </w:p>
    <w:p>
      <w:r>
        <w:rPr>
          <w:b/>
        </w:rPr>
        <w:t xml:space="preserve">[51:33] </w:t>
      </w:r>
      <w:r>
        <w:t>Quran waqai Khuda ki kitab hai.</w:t>
      </w:r>
    </w:p>
    <w:p>
      <w:pPr>
        <w:jc w:val="right"/>
      </w:pPr>
      <w:r>
        <w:t>قرآن واقعی خدا کی کتاب ہے۔</w:t>
      </w:r>
    </w:p>
    <w:p>
      <w:r>
        <w:rPr>
          <w:b/>
        </w:rPr>
        <w:t xml:space="preserve">[51:35] </w:t>
      </w:r>
      <w:r>
        <w:t>is ke bare mein aap ko bilkul yaqeen ka darja hasil ho jata hai.</w:t>
      </w:r>
    </w:p>
    <w:p>
      <w:pPr>
        <w:jc w:val="right"/>
      </w:pPr>
      <w:r>
        <w:t>اس کے بارے میں آپ کو بالکل یقین کا درجہ حاصل ہو جاتا ہے۔</w:t>
      </w:r>
    </w:p>
    <w:p>
      <w:r>
        <w:rPr>
          <w:b/>
        </w:rPr>
        <w:t xml:space="preserve">[51:41] </w:t>
      </w:r>
      <w:r>
        <w:t>to iman mein izafa jo hai woh koi mysterious cheez nahi hai, koi asrar cheez nahi hai.</w:t>
      </w:r>
    </w:p>
    <w:p>
      <w:pPr>
        <w:jc w:val="right"/>
      </w:pPr>
      <w:r>
        <w:t>تو ایمان میں اضافہ جو ہے وہ کوئی مسٹیریس چیز نہیں ہے، کوئی پراسرار چیز نہیں ہے۔</w:t>
      </w:r>
    </w:p>
    <w:p>
      <w:r>
        <w:rPr>
          <w:b/>
        </w:rPr>
        <w:t xml:space="preserve">[51:48] </w:t>
      </w:r>
      <w:r>
        <w:t>balkeh ek bilkul maloom cheez hai, maloom.</w:t>
      </w:r>
    </w:p>
    <w:p>
      <w:pPr>
        <w:jc w:val="right"/>
      </w:pPr>
      <w:r>
        <w:t>بلکہ ایک بالکل معلوم چیز ہے، معلوم۔</w:t>
      </w:r>
    </w:p>
    <w:p>
      <w:r>
        <w:rPr>
          <w:b/>
        </w:rPr>
        <w:t xml:space="preserve">[51:51] </w:t>
      </w:r>
      <w:r>
        <w:t>maloom cheez hai.</w:t>
      </w:r>
    </w:p>
    <w:p>
      <w:pPr>
        <w:jc w:val="right"/>
      </w:pPr>
      <w:r>
        <w:t>معلوم چیز ہے۔</w:t>
      </w:r>
    </w:p>
    <w:p>
      <w:r>
        <w:rPr>
          <w:b/>
        </w:rPr>
        <w:t xml:space="preserve">[51:53] </w:t>
      </w:r>
      <w:r>
        <w:t>to main yeh kahunga ke aap ko apni study ko khoob barhana chahiye.</w:t>
      </w:r>
    </w:p>
    <w:p>
      <w:pPr>
        <w:jc w:val="right"/>
      </w:pPr>
      <w:r>
        <w:t>تو میں یہ کہوں گا کہ آپ کو اپنی اسٹڈی کو خوب بڑھانا چاہیے۔</w:t>
      </w:r>
    </w:p>
    <w:p>
      <w:r>
        <w:rPr>
          <w:b/>
        </w:rPr>
        <w:t xml:space="preserve">[51:59] </w:t>
      </w:r>
      <w:r>
        <w:t>jitna zyada aap study barhayenge, is liye is se meri murad nahi hai, main abhi radio sun</w:t>
      </w:r>
    </w:p>
    <w:p>
      <w:pPr>
        <w:jc w:val="right"/>
      </w:pPr>
      <w:r>
        <w:t>جتنا زیادہ آپ اسٹڈی بڑھائیں گے، اس لئے اس سے میری مراد نہیں ہے، میں ابھی ریڈیو سن</w:t>
      </w:r>
    </w:p>
    <w:p>
      <w:r>
        <w:rPr>
          <w:b/>
        </w:rPr>
        <w:t xml:space="preserve">[52:07] </w:t>
      </w:r>
      <w:r>
        <w:t>رہا تھا تو ایک لیڈی بول رہی تھی کہ میں کہ "this study is my habit" ۔</w:t>
      </w:r>
    </w:p>
    <w:p>
      <w:pPr>
        <w:jc w:val="right"/>
      </w:pPr>
      <w:r>
        <w:t>رہا تھا تو ایک لیڈی بول رہی تھی کہ میں کہ "is study is my habit" ۔</w:t>
      </w:r>
    </w:p>
    <w:p>
      <w:r>
        <w:rPr>
          <w:b/>
        </w:rPr>
        <w:t xml:space="preserve">[52:14] </w:t>
      </w:r>
      <w:r>
        <w:t>main bohat parhti hoon.</w:t>
      </w:r>
    </w:p>
    <w:p>
      <w:pPr>
        <w:jc w:val="right"/>
      </w:pPr>
      <w:r>
        <w:t>میں بہت پڑھتی ہوں۔</w:t>
      </w:r>
    </w:p>
    <w:p>
      <w:r>
        <w:rPr>
          <w:b/>
        </w:rPr>
        <w:t xml:space="preserve">[52:16] </w:t>
      </w:r>
      <w:r>
        <w:t>poochte poochte pata chala ke novel parhti hain.</w:t>
      </w:r>
    </w:p>
    <w:p>
      <w:pPr>
        <w:jc w:val="right"/>
      </w:pPr>
      <w:r>
        <w:t>پوچھتے پوچھتے پتہ چلا کہ ناول پڑھتی ہیں۔</w:t>
      </w:r>
    </w:p>
    <w:p>
      <w:r>
        <w:rPr>
          <w:b/>
        </w:rPr>
        <w:t xml:space="preserve">[52:19] </w:t>
      </w:r>
      <w:r>
        <w:t>study ka matlab novel.</w:t>
      </w:r>
    </w:p>
    <w:p>
      <w:pPr>
        <w:jc w:val="right"/>
      </w:pPr>
      <w:r>
        <w:t>اسٹڈی کا مطلب ناول۔</w:t>
      </w:r>
    </w:p>
    <w:p>
      <w:r>
        <w:rPr>
          <w:b/>
        </w:rPr>
        <w:t xml:space="preserve">[52:21] </w:t>
      </w:r>
      <w:r>
        <w:t>to novel parhne se to kuch bhi nahi hoga.</w:t>
      </w:r>
    </w:p>
    <w:p>
      <w:pPr>
        <w:jc w:val="right"/>
      </w:pPr>
      <w:r>
        <w:t>تو ناول پڑھنے سے تو کچھ بھی نہیں ہوگا۔</w:t>
      </w:r>
    </w:p>
    <w:p>
      <w:r>
        <w:rPr>
          <w:b/>
        </w:rPr>
        <w:t xml:space="preserve">[52:25] </w:t>
      </w:r>
      <w:r>
        <w:t>novel mein to ek afsanvi dunya hoti hai, ek aisi dunya jo waqea mein kahin maujood nahi hai.</w:t>
      </w:r>
    </w:p>
    <w:p>
      <w:pPr>
        <w:jc w:val="right"/>
      </w:pPr>
      <w:r>
        <w:t>ناول میں تو ایک افسانوی دنیا ہوتی ہے، ایک ایسی دنیا جو واقعہ میں کہیں موجود نہیں ہے۔</w:t>
      </w:r>
    </w:p>
    <w:p>
      <w:r>
        <w:rPr>
          <w:b/>
        </w:rPr>
        <w:t xml:space="preserve">[52:32] </w:t>
      </w:r>
      <w:r>
        <w:t>ek writer apne dimagh mein banata hai.</w:t>
      </w:r>
    </w:p>
    <w:p>
      <w:pPr>
        <w:jc w:val="right"/>
      </w:pPr>
      <w:r>
        <w:t>ایک رائٹر اپنے دماغ میں بناتا ہے۔</w:t>
      </w:r>
    </w:p>
    <w:p>
      <w:r>
        <w:rPr>
          <w:b/>
        </w:rPr>
        <w:t xml:space="preserve">[52:35] </w:t>
      </w:r>
      <w:r>
        <w:t>aur us ko likhta hai woh kahani ke roop mein.</w:t>
      </w:r>
    </w:p>
    <w:p>
      <w:pPr>
        <w:jc w:val="right"/>
      </w:pPr>
      <w:r>
        <w:t>اور اس کو لکھتا ہے وہ کہانی کے روپ میں۔</w:t>
      </w:r>
    </w:p>
    <w:p>
      <w:r>
        <w:rPr>
          <w:b/>
        </w:rPr>
        <w:t xml:space="preserve">[52:40] </w:t>
      </w:r>
      <w:r>
        <w:t>to main novel ko study nahi samajhta.</w:t>
      </w:r>
    </w:p>
    <w:p>
      <w:pPr>
        <w:jc w:val="right"/>
      </w:pPr>
      <w:r>
        <w:t>تو میں ناول کو اسٹڈی نہیں سمجھتا۔</w:t>
      </w:r>
    </w:p>
    <w:p>
      <w:r>
        <w:rPr>
          <w:b/>
        </w:rPr>
        <w:t xml:space="preserve">[52:43] </w:t>
      </w:r>
      <w:r>
        <w:t>yeh novel entertainment hai.</w:t>
      </w:r>
    </w:p>
    <w:p>
      <w:pPr>
        <w:jc w:val="right"/>
      </w:pPr>
      <w:r>
        <w:t>یہ ناول انٹرٹینمنٹ ہے۔</w:t>
      </w:r>
    </w:p>
    <w:p>
      <w:r>
        <w:rPr>
          <w:b/>
        </w:rPr>
        <w:t xml:space="preserve">[52:44] </w:t>
      </w:r>
      <w:r>
        <w:t>novel ko parhna study nahi hai.</w:t>
      </w:r>
    </w:p>
    <w:p>
      <w:pPr>
        <w:jc w:val="right"/>
      </w:pPr>
      <w:r>
        <w:t>ناول کو پڑھنا اسٹڈی نہیں ہے۔</w:t>
      </w:r>
    </w:p>
    <w:p>
      <w:r>
        <w:rPr>
          <w:b/>
        </w:rPr>
        <w:t xml:space="preserve">[52:47] </w:t>
      </w:r>
      <w:r>
        <w:t>wo time pass karna hai, entertainment hai, tafreeh hai.</w:t>
      </w:r>
    </w:p>
    <w:p>
      <w:pPr>
        <w:jc w:val="right"/>
      </w:pPr>
      <w:r>
        <w:t>وہ ٹائم پاس کرنا ہے، انٹرٹینمنٹ ہے، تفریح ہے۔</w:t>
      </w:r>
    </w:p>
    <w:p>
      <w:r>
        <w:rPr>
          <w:b/>
        </w:rPr>
        <w:t xml:space="preserve">[52:51] </w:t>
      </w:r>
      <w:r>
        <w:t>study jo hai aik bohat hi sanjeeda word hai.</w:t>
      </w:r>
    </w:p>
    <w:p>
      <w:pPr>
        <w:jc w:val="right"/>
      </w:pPr>
      <w:r>
        <w:t>اسٹڈی جو ہے ایک بہت ہی سنجیدہ ورڈ ہے۔</w:t>
      </w:r>
    </w:p>
    <w:p>
      <w:r>
        <w:rPr>
          <w:b/>
        </w:rPr>
        <w:t xml:space="preserve">[52:55] </w:t>
      </w:r>
      <w:r>
        <w:t>study kahein ge is cheez ko jo jis se aap ko real jankari mile.</w:t>
      </w:r>
    </w:p>
    <w:p>
      <w:pPr>
        <w:jc w:val="right"/>
      </w:pPr>
      <w:r>
        <w:t>اسٹڈی کہیں گے اس چیز کو جو جس سے آپ کو ریئل جانکاری ملے۔</w:t>
      </w:r>
    </w:p>
    <w:p>
      <w:r>
        <w:rPr>
          <w:b/>
        </w:rPr>
        <w:t xml:space="preserve">[53:01] </w:t>
      </w:r>
      <w:r>
        <w:t>real life ke bare mein aap ko waqifiyat ho.</w:t>
      </w:r>
    </w:p>
    <w:p>
      <w:pPr>
        <w:jc w:val="right"/>
      </w:pPr>
      <w:r>
        <w:t>ریئل لائف کے بارے میں آپ کو واقفیت ہو۔</w:t>
      </w:r>
    </w:p>
    <w:p>
      <w:r>
        <w:rPr>
          <w:b/>
        </w:rPr>
        <w:t xml:space="preserve">[53:04] </w:t>
      </w:r>
      <w:r>
        <w:t>mislan history parhein aap, science parhein aap.</w:t>
      </w:r>
    </w:p>
    <w:p>
      <w:pPr>
        <w:jc w:val="right"/>
      </w:pPr>
      <w:r>
        <w:t>مثلاً ہسٹری پڑھیں آپ، سائنس پڑھیں آپ۔</w:t>
      </w:r>
    </w:p>
    <w:p>
      <w:r>
        <w:rPr>
          <w:b/>
        </w:rPr>
        <w:t xml:space="preserve">[53:07] </w:t>
      </w:r>
      <w:r>
        <w:t>aur jo branches hain ilm ki, us ko parhein aap.</w:t>
      </w:r>
    </w:p>
    <w:p>
      <w:pPr>
        <w:jc w:val="right"/>
      </w:pPr>
      <w:r>
        <w:t>اور جو برانچز ہیں علم کی، اس کو پڑھیں آپ۔</w:t>
      </w:r>
    </w:p>
    <w:p>
      <w:r>
        <w:rPr>
          <w:b/>
        </w:rPr>
        <w:t xml:space="preserve">[53:12] </w:t>
      </w:r>
      <w:r>
        <w:t>wo hai study.</w:t>
      </w:r>
    </w:p>
    <w:p>
      <w:pPr>
        <w:jc w:val="right"/>
      </w:pPr>
      <w:r>
        <w:t>وہ ہے اسٹڈی۔</w:t>
      </w:r>
    </w:p>
    <w:p>
      <w:r>
        <w:rPr>
          <w:b/>
        </w:rPr>
        <w:t xml:space="preserve">[53:13] </w:t>
      </w:r>
      <w:r>
        <w:t>novel parhna to sirf waqt guzari hai, time pass karna hai, entertainment hai, tafreeh hai.</w:t>
      </w:r>
    </w:p>
    <w:p>
      <w:pPr>
        <w:jc w:val="right"/>
      </w:pPr>
      <w:r>
        <w:t>ناول پڑھنا تو صرف وقت گزاری ہے، ٹائم پاس کرنا ہے، انٹرٹینمنٹ ہے، تفریح ہے۔</w:t>
      </w:r>
    </w:p>
    <w:p>
      <w:r>
        <w:rPr>
          <w:b/>
        </w:rPr>
        <w:t xml:space="preserve">[53:20] </w:t>
      </w:r>
      <w:r>
        <w:t>wo aik alag cheez hai.</w:t>
      </w:r>
    </w:p>
    <w:p>
      <w:pPr>
        <w:jc w:val="right"/>
      </w:pPr>
      <w:r>
        <w:t>وہ ایک الگ چیز ہے۔</w:t>
      </w:r>
    </w:p>
    <w:p>
      <w:r>
        <w:rPr>
          <w:b/>
        </w:rPr>
        <w:t xml:space="preserve">[53:22] </w:t>
      </w:r>
      <w:r>
        <w:t>to mein jis study ko keh raha hoon, wo fiction ko parhna nahi hai.</w:t>
      </w:r>
    </w:p>
    <w:p>
      <w:pPr>
        <w:jc w:val="right"/>
      </w:pPr>
      <w:r>
        <w:t>تو میں جس اسٹڈی کو کہہ رہا ہوں، وہ فکشن کو پڑھنا نہیں ہے۔</w:t>
      </w:r>
    </w:p>
    <w:p>
      <w:r>
        <w:rPr>
          <w:b/>
        </w:rPr>
        <w:t xml:space="preserve">[53:28] </w:t>
      </w:r>
      <w:r>
        <w:t>haqeeqat, haqeeqaton ko parhna hai.</w:t>
      </w:r>
    </w:p>
    <w:p>
      <w:pPr>
        <w:jc w:val="right"/>
      </w:pPr>
      <w:r>
        <w:t>حقیقت، حقیقتوں کو پڑھنا ہے۔</w:t>
      </w:r>
    </w:p>
    <w:p>
      <w:r>
        <w:rPr>
          <w:b/>
        </w:rPr>
        <w:t xml:space="preserve">[53:30] </w:t>
      </w:r>
      <w:r>
        <w:t>haqeeqaton ko parhna hai.</w:t>
      </w:r>
    </w:p>
    <w:p>
      <w:pPr>
        <w:jc w:val="right"/>
      </w:pPr>
      <w:r>
        <w:t>حقیقتوں کو پڑھنا ہے۔</w:t>
      </w:r>
    </w:p>
    <w:p>
      <w:r>
        <w:rPr>
          <w:b/>
        </w:rPr>
        <w:t xml:space="preserve">[53:32] </w:t>
      </w:r>
      <w:r>
        <w:t>is ke ilawa science wali baatein jo hain, un ke ilawa bhi doosre jo shobay hain, un ke</w:t>
      </w:r>
    </w:p>
    <w:p>
      <w:pPr>
        <w:jc w:val="right"/>
      </w:pPr>
      <w:r>
        <w:t>اس کے علاوہ سائنس والی باتیں جو ہیں، ان کے علاوہ بھی دوسرے جو شعبے ہیں، ان کے</w:t>
      </w:r>
    </w:p>
    <w:p>
      <w:r>
        <w:rPr>
          <w:b/>
        </w:rPr>
        <w:t xml:space="preserve">[53:39] </w:t>
      </w:r>
      <w:r>
        <w:t>bare mein Quran majeed mein bayan hain.</w:t>
      </w:r>
    </w:p>
    <w:p>
      <w:pPr>
        <w:jc w:val="right"/>
      </w:pPr>
      <w:r>
        <w:t>بارے میں قرآن مجید میں بیانات ہیں۔</w:t>
      </w:r>
    </w:p>
    <w:p>
      <w:r>
        <w:rPr>
          <w:b/>
        </w:rPr>
        <w:t xml:space="preserve">[53:42] </w:t>
      </w:r>
      <w:r>
        <w:t>doosre shobon ke bare mein bhi.</w:t>
      </w:r>
    </w:p>
    <w:p>
      <w:pPr>
        <w:jc w:val="right"/>
      </w:pPr>
      <w:r>
        <w:t>دوسرے شعبوں کے بارے میں بھی۔</w:t>
      </w:r>
    </w:p>
    <w:p>
      <w:r>
        <w:rPr>
          <w:b/>
        </w:rPr>
        <w:t xml:space="preserve">[53:45] </w:t>
      </w:r>
      <w:r>
        <w:t>mislan dekhiye, zindagi mein hum hamesha masail se dochar hote hain.</w:t>
      </w:r>
    </w:p>
    <w:p>
      <w:pPr>
        <w:jc w:val="right"/>
      </w:pPr>
      <w:r>
        <w:t>مثلاً دیکھیے، زندگی میں ہم ہمیشہ مسائل سے دوچار ہوتے ہیں۔</w:t>
      </w:r>
    </w:p>
    <w:p>
      <w:r>
        <w:rPr>
          <w:b/>
        </w:rPr>
        <w:t xml:space="preserve">[53:50] </w:t>
      </w:r>
      <w:r>
        <w:t>ابھی میں ریڈیو سن رہا تھا تو اس میں کچھ لڑکے لڑکیاں بول رہے تھے، سب problem کی</w:t>
      </w:r>
    </w:p>
    <w:p>
      <w:pPr>
        <w:jc w:val="right"/>
      </w:pPr>
      <w:r>
        <w:t>ابھی میں ریڈیو سن رہا تھا تو اس میں کچھ لڑکے لڑکیاں بول رہے تھے، سب پرابلم کی</w:t>
      </w:r>
    </w:p>
    <w:p>
      <w:r>
        <w:rPr>
          <w:b/>
        </w:rPr>
        <w:t xml:space="preserve">[53:57] </w:t>
      </w:r>
      <w:r>
        <w:t>باتیں کر رہے تھے، problem, problem, problem.</w:t>
      </w:r>
    </w:p>
    <w:p>
      <w:pPr>
        <w:jc w:val="right"/>
      </w:pPr>
      <w:r>
        <w:t>باتیں کر رہے تھے، پرابلم، پرابلم، پرابلم۔</w:t>
      </w:r>
    </w:p>
    <w:p>
      <w:r>
        <w:rPr>
          <w:b/>
        </w:rPr>
        <w:t xml:space="preserve">[54:00] </w:t>
      </w:r>
      <w:r>
        <w:t>to Quran mein aik bohat hi ajeeb ghareeb baat kahi gayi hai ke aik problem ko challenge samjho.</w:t>
      </w:r>
    </w:p>
    <w:p>
      <w:pPr>
        <w:jc w:val="right"/>
      </w:pPr>
      <w:r>
        <w:t>تو قرآن میں ایک بہت ہی عجیب غریب بات کہی گئی ہے کہ ایک پرابلم کو چیلنج سمجھو۔</w:t>
      </w:r>
    </w:p>
    <w:p>
      <w:r>
        <w:rPr>
          <w:b/>
        </w:rPr>
        <w:t xml:space="preserve">[54:08] </w:t>
      </w:r>
      <w:r>
        <w:t>yani problem ko problem na samjho.</w:t>
      </w:r>
    </w:p>
    <w:p>
      <w:pPr>
        <w:jc w:val="right"/>
      </w:pPr>
      <w:r>
        <w:t>یعنی پرابلم کو پرابلم نہ سمجھو۔</w:t>
      </w:r>
    </w:p>
    <w:p>
      <w:r>
        <w:rPr>
          <w:b/>
        </w:rPr>
        <w:t xml:space="preserve">[54:11] </w:t>
      </w:r>
      <w:r>
        <w:t>yeh kitni revolutionary baat hai yeh.</w:t>
      </w:r>
    </w:p>
    <w:p>
      <w:pPr>
        <w:jc w:val="right"/>
      </w:pPr>
      <w:r>
        <w:t>یہ کتنی ریولوشنری بات ہے یہ۔</w:t>
      </w:r>
    </w:p>
    <w:p>
      <w:r>
        <w:rPr>
          <w:b/>
        </w:rPr>
        <w:t xml:space="preserve">[54:13] </w:t>
      </w:r>
      <w:r>
        <w:t>ke problem jo hai, problem nahi hai, wo challenge hai.</w:t>
      </w:r>
    </w:p>
    <w:p>
      <w:pPr>
        <w:jc w:val="right"/>
      </w:pPr>
      <w:r>
        <w:t>کہ پرابلم جو ہے، پرابلم نہیں ہے، وہ چیلنج ہے۔</w:t>
      </w:r>
    </w:p>
    <w:p>
      <w:r>
        <w:rPr>
          <w:b/>
        </w:rPr>
        <w:t xml:space="preserve">[54:18] </w:t>
      </w:r>
      <w:r>
        <w:t>kyun? wo aap ke dimagh ko activate karta hai.</w:t>
      </w:r>
    </w:p>
    <w:p>
      <w:pPr>
        <w:jc w:val="right"/>
      </w:pPr>
      <w:r>
        <w:t>کیوں؟ وہ آپ کے دماغ کو ایکٹیویٹ کرتا ہے۔</w:t>
      </w:r>
    </w:p>
    <w:p>
      <w:r>
        <w:rPr>
          <w:b/>
        </w:rPr>
        <w:t xml:space="preserve">[54:21] </w:t>
      </w:r>
      <w:r>
        <w:t>aap ke potential ko jagata hai.</w:t>
      </w:r>
    </w:p>
    <w:p>
      <w:pPr>
        <w:jc w:val="right"/>
      </w:pPr>
      <w:r>
        <w:t>آپ کے پوٹینشل کو جگاتا ہے۔</w:t>
      </w:r>
    </w:p>
    <w:p>
      <w:r>
        <w:rPr>
          <w:b/>
        </w:rPr>
        <w:t xml:space="preserve">[54:24] </w:t>
      </w:r>
      <w:r>
        <w:t>aap ki soi hui fitrat ko bedar karta hai.</w:t>
      </w:r>
    </w:p>
    <w:p>
      <w:pPr>
        <w:jc w:val="right"/>
      </w:pPr>
      <w:r>
        <w:t>آپ کی سوئی ہوئی فطرت کو بیدار کرتا ہے۔</w:t>
      </w:r>
    </w:p>
    <w:p>
      <w:r>
        <w:rPr>
          <w:b/>
        </w:rPr>
        <w:t xml:space="preserve">[54:28] </w:t>
      </w:r>
      <w:r>
        <w:t>yani problem leads to .</w:t>
      </w:r>
    </w:p>
    <w:p>
      <w:pPr>
        <w:jc w:val="right"/>
      </w:pPr>
      <w:r>
        <w:t>یعنی problem leads to ۔</w:t>
      </w:r>
    </w:p>
    <w:p>
      <w:r>
        <w:rPr>
          <w:b/>
        </w:rPr>
        <w:t xml:space="preserve">[54:30] </w:t>
      </w:r>
      <w:r>
        <w:t>problem is a challenge, a challenge leads to intellectual development۔</w:t>
      </w:r>
    </w:p>
    <w:p>
      <w:pPr>
        <w:jc w:val="right"/>
      </w:pPr>
      <w:r>
        <w:t>problem is a challenge, a challenge leads to intellectual development۔</w:t>
      </w:r>
    </w:p>
    <w:p>
      <w:r>
        <w:rPr>
          <w:b/>
        </w:rPr>
        <w:t xml:space="preserve">[54:34] </w:t>
      </w:r>
      <w:r>
        <w:t>yeh kitni bari baat hai ke problem ko problem na samjho, balkeh us ko challenge ke roop mein</w:t>
      </w:r>
    </w:p>
    <w:p>
      <w:pPr>
        <w:jc w:val="right"/>
      </w:pPr>
      <w:r>
        <w:t>یہ کتنی بڑی بات ہے کہ پرابلم کو پرابلم نہ سمجھو، بلکہ اس کو چیلنج کے روپ میں</w:t>
      </w:r>
    </w:p>
    <w:p>
      <w:r>
        <w:rPr>
          <w:b/>
        </w:rPr>
        <w:t xml:space="preserve">[54:42] </w:t>
      </w:r>
      <w:r>
        <w:t>lo۔</w:t>
      </w:r>
    </w:p>
    <w:p>
      <w:pPr>
        <w:jc w:val="right"/>
      </w:pPr>
      <w:r>
        <w:t>لو۔</w:t>
      </w:r>
    </w:p>
    <w:p>
      <w:r>
        <w:rPr>
          <w:b/>
        </w:rPr>
        <w:t xml:space="preserve">[54:43] </w:t>
      </w:r>
      <w:r>
        <w:t>aur jab aap challenge ke roop mein lenge us ko, to is mein aap ki potential jaagein</w:t>
      </w:r>
    </w:p>
    <w:p>
      <w:pPr>
        <w:jc w:val="right"/>
      </w:pPr>
      <w:r>
        <w:t>اور جب آپ چیلنج کے روپ میں لیں گے اس کو، تو اس میں آپ کی پوٹینشل جاگیں</w:t>
      </w:r>
    </w:p>
    <w:p>
      <w:r>
        <w:rPr>
          <w:b/>
        </w:rPr>
        <w:t xml:space="preserve">[54:51] </w:t>
      </w:r>
      <w:r>
        <w:t>gi۔</w:t>
      </w:r>
    </w:p>
    <w:p>
      <w:pPr>
        <w:jc w:val="right"/>
      </w:pPr>
      <w:r>
        <w:t>گے۔</w:t>
      </w:r>
    </w:p>
    <w:p>
      <w:r>
        <w:rPr>
          <w:b/>
        </w:rPr>
        <w:t xml:space="preserve">[54:53] </w:t>
      </w:r>
      <w:r>
        <w:t>isi tarah se Quran majeed mein bataya gaya hai ke dunya mein tum ko enmity se samna pesh</w:t>
      </w:r>
    </w:p>
    <w:p>
      <w:pPr>
        <w:jc w:val="right"/>
      </w:pPr>
      <w:r>
        <w:t>اسی طرح سے قرآن مجید میں بتایا گیا ہے کہ دنیا میں تم کو اینمیٹی سے سامنا پیش</w:t>
      </w:r>
    </w:p>
    <w:p>
      <w:r>
        <w:rPr>
          <w:b/>
        </w:rPr>
        <w:t xml:space="preserve">[55:00] </w:t>
      </w:r>
      <w:r>
        <w:t>aata hai, dushmani se۔</w:t>
      </w:r>
    </w:p>
    <w:p>
      <w:pPr>
        <w:jc w:val="right"/>
      </w:pPr>
      <w:r>
        <w:t>آتا ہے، دشمنی سے۔</w:t>
      </w:r>
    </w:p>
    <w:p>
      <w:r>
        <w:rPr>
          <w:b/>
        </w:rPr>
        <w:t xml:space="preserve">[55:02] </w:t>
      </w:r>
      <w:r>
        <w:t>yeh kitni zabardast positive taleem hai Islam ki ke woh kehta hai ke dushman ko dushman na samjho۔</w:t>
      </w:r>
    </w:p>
    <w:p>
      <w:pPr>
        <w:jc w:val="right"/>
      </w:pPr>
      <w:r>
        <w:t>یہ کتنی زبردست پازیٹیو تعلیم ہے اسلام کی کہ وہ کہتا ہے کہ دشمن کو دشمن نہ سمجھو۔</w:t>
      </w:r>
    </w:p>
    <w:p>
      <w:r>
        <w:rPr>
          <w:b/>
        </w:rPr>
        <w:t xml:space="preserve">[55:10] </w:t>
      </w:r>
      <w:r>
        <w:t>dushman ko dushmani mat samjho us ko۔</w:t>
      </w:r>
    </w:p>
    <w:p>
      <w:pPr>
        <w:jc w:val="right"/>
      </w:pPr>
      <w:r>
        <w:t>دشمن کو دشمنی مت سمجھو اس کو۔</w:t>
      </w:r>
    </w:p>
    <w:p>
      <w:r>
        <w:rPr>
          <w:b/>
        </w:rPr>
        <w:t xml:space="preserve">[55:13] </w:t>
      </w:r>
      <w:r>
        <w:t>یعنی according to the Quran your enemy is your potential friend.</w:t>
      </w:r>
    </w:p>
    <w:p>
      <w:pPr>
        <w:jc w:val="right"/>
      </w:pPr>
      <w:r>
        <w:t>یعنی according to the Quran your enemy is your potential friend ۔</w:t>
      </w:r>
    </w:p>
    <w:p>
      <w:r>
        <w:rPr>
          <w:b/>
        </w:rPr>
        <w:t xml:space="preserve">[55:18] </w:t>
      </w:r>
      <w:r>
        <w:t>kitna revolutionary idea hai yeh۔</w:t>
      </w:r>
    </w:p>
    <w:p>
      <w:pPr>
        <w:jc w:val="right"/>
      </w:pPr>
      <w:r>
        <w:t>کتنا ریولوشنری آئیڈیا ہے یہ۔</w:t>
      </w:r>
    </w:p>
    <w:p>
      <w:r>
        <w:rPr>
          <w:b/>
        </w:rPr>
        <w:t xml:space="preserve">[55:20] </w:t>
      </w:r>
      <w:r>
        <w:t>ke log dushman ko maarne ke plan banate hain, dushman ke khilaaf propaganda karte hain, dushman ke khilaaf</w:t>
      </w:r>
    </w:p>
    <w:p>
      <w:pPr>
        <w:jc w:val="right"/>
      </w:pPr>
      <w:r>
        <w:t>کہ لوگ دشمن کو مارنے کے پلان بناتے ہیں، دشمن کے خلاف پروپیگنڈا کرتے ہیں، دشمن کے خلاف</w:t>
      </w:r>
    </w:p>
    <w:p>
      <w:r>
        <w:rPr>
          <w:b/>
        </w:rPr>
        <w:t xml:space="preserve">[55:28] </w:t>
      </w:r>
      <w:r>
        <w:t>shikayat aur protest karte rehte hain۔</w:t>
      </w:r>
    </w:p>
    <w:p>
      <w:pPr>
        <w:jc w:val="right"/>
      </w:pPr>
      <w:r>
        <w:t>شکایت اور پروٹیسٹ کرتے رہتے ہیں۔</w:t>
      </w:r>
    </w:p>
    <w:p>
      <w:r>
        <w:rPr>
          <w:b/>
        </w:rPr>
        <w:t xml:space="preserve">[55:30] </w:t>
      </w:r>
      <w:r>
        <w:t>Quran keh raha hai ke dushman tumhara woh to dost hai۔</w:t>
      </w:r>
    </w:p>
    <w:p>
      <w:pPr>
        <w:jc w:val="right"/>
      </w:pPr>
      <w:r>
        <w:t>قرآن کہہ رہا ہے کہ دشمن تمہارا وہ تو دوست ہے۔</w:t>
      </w:r>
    </w:p>
    <w:p>
      <w:r>
        <w:rPr>
          <w:b/>
        </w:rPr>
        <w:t xml:space="preserve">[55:35] </w:t>
      </w:r>
      <w:r>
        <w:t>kyun dost hai؟ kyunke har insaan ek nature par paida hua hai, ek hi nature par۔</w:t>
      </w:r>
    </w:p>
    <w:p>
      <w:pPr>
        <w:jc w:val="right"/>
      </w:pPr>
      <w:r>
        <w:t>کیوں دوست ہے؟ کیونکہ ہر انسان ایک نیچر پر پیدا ہوا ہے، ایک ہی نیچر پر۔</w:t>
      </w:r>
    </w:p>
    <w:p>
      <w:r>
        <w:rPr>
          <w:b/>
        </w:rPr>
        <w:t xml:space="preserve">[55:42] </w:t>
      </w:r>
      <w:r>
        <w:t>jo mera nature hai, wohi dushman ka bhi nature hai۔</w:t>
      </w:r>
    </w:p>
    <w:p>
      <w:pPr>
        <w:jc w:val="right"/>
      </w:pPr>
      <w:r>
        <w:t>جو میرا نیچر ہے، وہی دشمن کا بھی نیچر ہے۔</w:t>
      </w:r>
    </w:p>
    <w:p>
      <w:r>
        <w:rPr>
          <w:b/>
        </w:rPr>
        <w:t xml:space="preserve">[55:46] </w:t>
      </w:r>
      <w:r>
        <w:t>do nature nahi hain۔</w:t>
      </w:r>
    </w:p>
    <w:p>
      <w:pPr>
        <w:jc w:val="right"/>
      </w:pPr>
      <w:r>
        <w:t>دو نیچر نہیں ہیں۔</w:t>
      </w:r>
    </w:p>
    <w:p>
      <w:r>
        <w:rPr>
          <w:b/>
        </w:rPr>
        <w:t xml:space="preserve">[55:48] </w:t>
      </w:r>
      <w:r>
        <w:t>har aadmi mister nature hai۔</w:t>
      </w:r>
    </w:p>
    <w:p>
      <w:pPr>
        <w:jc w:val="right"/>
      </w:pPr>
      <w:r>
        <w:t>ہر آدمی مسٹر نیچر ہے۔</w:t>
      </w:r>
    </w:p>
    <w:p>
      <w:r>
        <w:rPr>
          <w:b/>
        </w:rPr>
        <w:t xml:space="preserve">[55:50] </w:t>
      </w:r>
      <w:r>
        <w:t>mister enemy koi bhi nahi hai۔</w:t>
      </w:r>
    </w:p>
    <w:p>
      <w:pPr>
        <w:jc w:val="right"/>
      </w:pPr>
      <w:r>
        <w:t>مسٹر اینمی کوئی بھی نہیں ہے۔</w:t>
      </w:r>
    </w:p>
    <w:p>
      <w:r>
        <w:rPr>
          <w:b/>
        </w:rPr>
        <w:t xml:space="preserve">[55:53] </w:t>
      </w:r>
      <w:r>
        <w:t>is dunya mein koi bhi mister enemy nahi hai۔</w:t>
      </w:r>
    </w:p>
    <w:p>
      <w:pPr>
        <w:jc w:val="right"/>
      </w:pPr>
      <w:r>
        <w:t>اس دنیا میں کوئی بھی مسٹر اینمی نہیں ہے۔</w:t>
      </w:r>
    </w:p>
    <w:p>
      <w:r>
        <w:rPr>
          <w:b/>
        </w:rPr>
        <w:t xml:space="preserve">[55:57] </w:t>
      </w:r>
      <w:r>
        <w:t>har aadmi mister nature hai۔</w:t>
      </w:r>
    </w:p>
    <w:p>
      <w:pPr>
        <w:jc w:val="right"/>
      </w:pPr>
      <w:r>
        <w:t>ہر آدمی مسٹر نیچر ہے۔</w:t>
      </w:r>
    </w:p>
    <w:p>
      <w:r>
        <w:rPr>
          <w:b/>
        </w:rPr>
        <w:t xml:space="preserve">[55:59] </w:t>
      </w:r>
      <w:r>
        <w:t>to is ke nature ko discover karo, is ke nature ko daryaft karo, is ke nature ko address</w:t>
      </w:r>
    </w:p>
    <w:p>
      <w:pPr>
        <w:jc w:val="right"/>
      </w:pPr>
      <w:r>
        <w:t>تو اس کے نیچر کو ڈسکور کرو، اس کے نیچر کو دریافت کرو، اس کے نیچر کو ایڈریس</w:t>
      </w:r>
    </w:p>
    <w:p>
      <w:r>
        <w:rPr>
          <w:b/>
        </w:rPr>
        <w:t xml:space="preserve">[56:06] </w:t>
      </w:r>
      <w:r>
        <w:t>karo۔</w:t>
      </w:r>
    </w:p>
    <w:p>
      <w:pPr>
        <w:jc w:val="right"/>
      </w:pPr>
      <w:r>
        <w:t>کرو۔</w:t>
      </w:r>
    </w:p>
    <w:p>
      <w:r>
        <w:rPr>
          <w:b/>
        </w:rPr>
        <w:t xml:space="preserve">[56:08] </w:t>
      </w:r>
      <w:r>
        <w:t>to farmaya ke فَيَضَلَّ الَّذِي بَيْنَكَ بَيْنُ عَدَاوَكَ أَنَّهُ وَلِيٌّ حَمِيمٌ ۔</w:t>
      </w:r>
    </w:p>
    <w:p>
      <w:pPr>
        <w:jc w:val="right"/>
      </w:pPr>
      <w:r>
        <w:t>تو فرمایا کہ فَيَضَلَّ الَّذِي بَيْنَكَ بَيْنُ عَدَاوَكَ أَنَّهُ وَلِيٌّ حَمِيمٌ ۔</w:t>
      </w:r>
    </w:p>
    <w:p>
      <w:r>
        <w:rPr>
          <w:b/>
        </w:rPr>
        <w:t xml:space="preserve">[56:13] </w:t>
      </w:r>
      <w:r>
        <w:t>to jo tumhara dost, jo tumhara dushman dikhai padta hai, woh tumhara dost ban jayega۔</w:t>
      </w:r>
    </w:p>
    <w:p>
      <w:pPr>
        <w:jc w:val="right"/>
      </w:pPr>
      <w:r>
        <w:t>تو جو تمہارا دوست، جو تمہارا دشمن دکھائی پڑتا ہے، وہ تمہارا دوست بن جائے گا۔</w:t>
      </w:r>
    </w:p>
    <w:p>
      <w:r>
        <w:rPr>
          <w:b/>
        </w:rPr>
        <w:t xml:space="preserve">[56:20] </w:t>
      </w:r>
      <w:r>
        <w:t>yeh kaisi ajeeb taleem hai yeh۔</w:t>
      </w:r>
    </w:p>
    <w:p>
      <w:pPr>
        <w:jc w:val="right"/>
      </w:pPr>
      <w:r>
        <w:t>یہ کیسی عجیب تعلیم ہے یہ۔</w:t>
      </w:r>
    </w:p>
    <w:p>
      <w:r>
        <w:rPr>
          <w:b/>
        </w:rPr>
        <w:t xml:space="preserve">[56:22] </w:t>
      </w:r>
      <w:r>
        <w:t>kisi ajeeb taleem hai.</w:t>
      </w:r>
    </w:p>
    <w:p>
      <w:pPr>
        <w:jc w:val="right"/>
      </w:pPr>
      <w:r>
        <w:t>کیسی عجیب تعلیم ہے۔</w:t>
      </w:r>
    </w:p>
    <w:p>
      <w:r>
        <w:rPr>
          <w:b/>
        </w:rPr>
        <w:t xml:space="preserve">[56:24] </w:t>
      </w:r>
      <w:r>
        <w:t>yani zindagi ki itni bari bari haqiqaten quran majeed mein batai gayi hain, jo tareekh mein sabit hoti</w:t>
      </w:r>
    </w:p>
    <w:p>
      <w:pPr>
        <w:jc w:val="right"/>
      </w:pPr>
      <w:r>
        <w:t>یعنی زندگی کی اتنی بڑی بڑی حقیقتیں قرآن مجید میں بتائی گئی ہیں، جو تاریخ میں ثابت ہوتی</w:t>
      </w:r>
    </w:p>
    <w:p>
      <w:r>
        <w:rPr>
          <w:b/>
        </w:rPr>
        <w:t xml:space="preserve">[56:32] </w:t>
      </w:r>
      <w:r>
        <w:t>chali ja rahi hain.</w:t>
      </w:r>
    </w:p>
    <w:p>
      <w:pPr>
        <w:jc w:val="right"/>
      </w:pPr>
      <w:r>
        <w:t>چلی جا رہی ہیں۔</w:t>
      </w:r>
    </w:p>
    <w:p>
      <w:r>
        <w:rPr>
          <w:b/>
        </w:rPr>
        <w:t xml:space="preserve">[56:34] </w:t>
      </w:r>
      <w:r>
        <w:t>tareekh ne aaj tak kabhi in baaton ko discard nahi kiya.</w:t>
      </w:r>
    </w:p>
    <w:p>
      <w:pPr>
        <w:jc w:val="right"/>
      </w:pPr>
      <w:r>
        <w:t>تاریخ نے آج تک کبھی ان باتوں کو ڈسکارڈ نہیں کیا۔</w:t>
      </w:r>
    </w:p>
    <w:p>
      <w:r>
        <w:rPr>
          <w:b/>
        </w:rPr>
        <w:t xml:space="preserve">[56:38] </w:t>
      </w:r>
      <w:r>
        <w:t>misal ke taur par tatari jo dushman thay islam ke, woh islam ke dost ban gaye.</w:t>
      </w:r>
    </w:p>
    <w:p>
      <w:pPr>
        <w:jc w:val="right"/>
      </w:pPr>
      <w:r>
        <w:t>مثال کے طور پر تاتاری جو دشمن تھے اسلام کے، وہ اسلام کے دوست بن گئے۔</w:t>
      </w:r>
    </w:p>
    <w:p>
      <w:r>
        <w:rPr>
          <w:b/>
        </w:rPr>
        <w:t xml:space="preserve">[56:45] </w:t>
      </w:r>
      <w:r>
        <w:t>jisko iqbal ne kaha tha ke haye ayan fitrat tatar ke afsane se pasban mil gaye kaba</w:t>
      </w:r>
    </w:p>
    <w:p>
      <w:pPr>
        <w:jc w:val="right"/>
      </w:pPr>
      <w:r>
        <w:t>جس کو اقبال نے کہا تھا کہ ہائے آیاں فطر تاتار کے افسانے سے پاسباں مل گئے کعبہ</w:t>
      </w:r>
    </w:p>
    <w:p>
      <w:r>
        <w:rPr>
          <w:b/>
        </w:rPr>
        <w:t xml:space="preserve">[56:53] </w:t>
      </w:r>
      <w:r>
        <w:t>ko sarm khane se.</w:t>
      </w:r>
    </w:p>
    <w:p>
      <w:pPr>
        <w:jc w:val="right"/>
      </w:pPr>
      <w:r>
        <w:t>کو سرم خانے سے۔</w:t>
      </w:r>
    </w:p>
    <w:p>
      <w:r>
        <w:rPr>
          <w:b/>
        </w:rPr>
        <w:t xml:space="preserve">[56:55] </w:t>
      </w:r>
      <w:r>
        <w:t>to science ke bare mein, psychology ke bare mein, aur muashiyat ke bare mein, history ke bare mein,</w:t>
      </w:r>
    </w:p>
    <w:p>
      <w:pPr>
        <w:jc w:val="right"/>
      </w:pPr>
      <w:r>
        <w:t>تو سائنس کے بارے میں، سائیکالوجی کے بارے میں، اور معاشیات کے بارے میں، ہسٹری کے بارے میں،</w:t>
      </w:r>
    </w:p>
    <w:p>
      <w:r>
        <w:rPr>
          <w:b/>
        </w:rPr>
        <w:t xml:space="preserve">[57:02] </w:t>
      </w:r>
      <w:r>
        <w:t>har cheez ke bare mein quran mein references hain.</w:t>
      </w:r>
    </w:p>
    <w:p>
      <w:pPr>
        <w:jc w:val="right"/>
      </w:pPr>
      <w:r>
        <w:t>ہر چیز کے بارے میں قرآن میں ریفرنسز ہیں۔</w:t>
      </w:r>
    </w:p>
    <w:p>
      <w:r>
        <w:rPr>
          <w:b/>
        </w:rPr>
        <w:t xml:space="preserve">[57:06] </w:t>
      </w:r>
      <w:r>
        <w:t>har cheez ke bare mein.</w:t>
      </w:r>
    </w:p>
    <w:p>
      <w:pPr>
        <w:jc w:val="right"/>
      </w:pPr>
      <w:r>
        <w:t>ہر چیز کے بارے میں۔</w:t>
      </w:r>
    </w:p>
    <w:p>
      <w:r>
        <w:rPr>
          <w:b/>
        </w:rPr>
        <w:t xml:space="preserve">[57:08] </w:t>
      </w:r>
      <w:r>
        <w:t>is zamane mein references diye gaye thay jabke dunya traditional daur mein thi, rawaiyati daur mein.</w:t>
      </w:r>
    </w:p>
    <w:p>
      <w:pPr>
        <w:jc w:val="right"/>
      </w:pPr>
      <w:r>
        <w:t>اس زمانے میں ریفرنس دیے گئے تھے جبکہ دنیا ٹریڈیشنل دور میں تھی، روایتی دور میں۔</w:t>
      </w:r>
    </w:p>
    <w:p>
      <w:r>
        <w:rPr>
          <w:b/>
        </w:rPr>
        <w:t xml:space="preserve">[57:15] </w:t>
      </w:r>
      <w:r>
        <w:t>yani scientific daur abhi aya nahi tha.</w:t>
      </w:r>
    </w:p>
    <w:p>
      <w:pPr>
        <w:jc w:val="right"/>
      </w:pPr>
      <w:r>
        <w:t>یعنی سائنسی دور ابھی آیا نہیں تھا۔</w:t>
      </w:r>
    </w:p>
    <w:p>
      <w:r>
        <w:rPr>
          <w:b/>
        </w:rPr>
        <w:t xml:space="preserve">[57:18] </w:t>
      </w:r>
      <w:r>
        <w:t>us waqt jabke chand grahan, suraj grahan ko samajhta tha, samjha jata tha ke koi ajdaha hai jo</w:t>
      </w:r>
    </w:p>
    <w:p>
      <w:pPr>
        <w:jc w:val="right"/>
      </w:pPr>
      <w:r>
        <w:t>اس وقت جبکہ چاند گرہن، سورج گرہن کو سمجھتا تھا، سمجھا جاتا تھا کہ کوئی اجدہا ہے جو</w:t>
      </w:r>
    </w:p>
    <w:p>
      <w:r>
        <w:rPr>
          <w:b/>
        </w:rPr>
        <w:t xml:space="preserve">[57:26] </w:t>
      </w:r>
      <w:r>
        <w:t>un ko nigal leta hai.</w:t>
      </w:r>
    </w:p>
    <w:p>
      <w:pPr>
        <w:jc w:val="right"/>
      </w:pPr>
      <w:r>
        <w:t>ان کو نگل لیتا ہے۔</w:t>
      </w:r>
    </w:p>
    <w:p>
      <w:r>
        <w:rPr>
          <w:b/>
        </w:rPr>
        <w:t xml:space="preserve">[57:28] </w:t>
      </w:r>
      <w:r>
        <w:t>us waqt kaha gaya ke nahi, ajdaha ki koi baat nahi hai.</w:t>
      </w:r>
    </w:p>
    <w:p>
      <w:pPr>
        <w:jc w:val="right"/>
      </w:pPr>
      <w:r>
        <w:t>اس وقت کہا گیا کہ نہیں، اجدہا کی کوئی بات نہیں ہے۔</w:t>
      </w:r>
    </w:p>
    <w:p>
      <w:r>
        <w:rPr>
          <w:b/>
        </w:rPr>
        <w:t xml:space="preserve">[57:33] </w:t>
      </w:r>
      <w:r>
        <w:t>yeh quran, yeh khuda ke signs hain, khuda ki nishaniyan hain.</w:t>
      </w:r>
    </w:p>
    <w:p>
      <w:pPr>
        <w:jc w:val="right"/>
      </w:pPr>
      <w:r>
        <w:t>یہ قرآن، یہ خدا کے سائنز ہیں، خدا کی نشانیاں ہیں۔</w:t>
      </w:r>
    </w:p>
    <w:p>
      <w:r>
        <w:rPr>
          <w:b/>
        </w:rPr>
        <w:t xml:space="preserve">[57:38] </w:t>
      </w:r>
      <w:r>
        <w:t>to quran utra rawaiyati daur mein, traditional zamane mein.</w:t>
      </w:r>
    </w:p>
    <w:p>
      <w:pPr>
        <w:jc w:val="right"/>
      </w:pPr>
      <w:r>
        <w:t>تو قرآن اترا روایتی دور میں، ٹریڈیشنل زمانے میں۔</w:t>
      </w:r>
    </w:p>
    <w:p>
      <w:r>
        <w:rPr>
          <w:b/>
        </w:rPr>
        <w:t xml:space="preserve">[57:42] </w:t>
      </w:r>
      <w:r>
        <w:t>us waqt use woh baatein kahin jo science ke daur mein jin ki tasdeeq hui chali ja rahi</w:t>
      </w:r>
    </w:p>
    <w:p>
      <w:pPr>
        <w:jc w:val="right"/>
      </w:pPr>
      <w:r>
        <w:t>اس وقت اسے وہ باتیں کہیں جو سائنس کے دور میں جن کی تصدیق ہوئی چلی جا رہی</w:t>
      </w:r>
    </w:p>
    <w:p>
      <w:r>
        <w:rPr>
          <w:b/>
        </w:rPr>
        <w:t xml:space="preserve">[57:49]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[57:51] </w:t>
      </w:r>
      <w:r>
        <w:t>tasdeeq hui chali ja rahi hai.</w:t>
      </w:r>
    </w:p>
    <w:p>
      <w:pPr>
        <w:jc w:val="right"/>
      </w:pPr>
      <w:r>
        <w:t>تصدیق ہوئی چلی جا رہی ہے۔</w:t>
      </w:r>
    </w:p>
    <w:p>
      <w:r>
        <w:rPr>
          <w:b/>
        </w:rPr>
        <w:t xml:space="preserve">[57:54] </w:t>
      </w:r>
      <w:r>
        <w:t>کوئی بھی دنیا میں کتاب ایسی نہیں ہے جس کو future کی discoveries میں جس کو affirm کیا</w:t>
      </w:r>
    </w:p>
    <w:p>
      <w:pPr>
        <w:jc w:val="right"/>
      </w:pPr>
      <w:r>
        <w:t>کوئی بھی دنیا میں کتاب ایسی نہیں ہے جس کو فیوچر کی ڈسکوریز میں جس کو افرم کیا</w:t>
      </w:r>
    </w:p>
    <w:p>
      <w:r>
        <w:rPr>
          <w:b/>
        </w:rPr>
        <w:t xml:space="preserve">[58:01] </w:t>
      </w:r>
      <w:r>
        <w:t>ho, jis ko confirm kiya ho.</w:t>
      </w:r>
    </w:p>
    <w:p>
      <w:pPr>
        <w:jc w:val="right"/>
      </w:pPr>
      <w:r>
        <w:t>ہو، جس کو کنفرم کیا ہو۔</w:t>
      </w:r>
    </w:p>
    <w:p>
      <w:r>
        <w:rPr>
          <w:b/>
        </w:rPr>
        <w:t xml:space="preserve">[58:04] </w:t>
      </w:r>
      <w:r>
        <w:t>yani ab se chaudah so saal pehle quran utra tha.</w:t>
      </w:r>
    </w:p>
    <w:p>
      <w:pPr>
        <w:jc w:val="right"/>
      </w:pPr>
      <w:r>
        <w:t>یعنی اب سے چودہ سو سال پہلے قرآن اترا تھا۔</w:t>
      </w:r>
    </w:p>
    <w:p>
      <w:r>
        <w:rPr>
          <w:b/>
        </w:rPr>
        <w:t xml:space="preserve">[58:08] </w:t>
      </w:r>
      <w:r>
        <w:t>woh to woh zamana tha superstition ka.</w:t>
      </w:r>
    </w:p>
    <w:p>
      <w:pPr>
        <w:jc w:val="right"/>
      </w:pPr>
      <w:r>
        <w:t>وہ تو وہ زمانہ تھا سپر سٹیشن کا۔</w:t>
      </w:r>
    </w:p>
    <w:p>
      <w:r>
        <w:rPr>
          <w:b/>
        </w:rPr>
        <w:t xml:space="preserve">[58:12] </w:t>
      </w:r>
      <w:r>
        <w:t>ab zamana aa gaya science ka, jabke haqiqaten daryaft huin.</w:t>
      </w:r>
    </w:p>
    <w:p>
      <w:pPr>
        <w:jc w:val="right"/>
      </w:pPr>
      <w:r>
        <w:t>اب زمانہ آ گیا سائنس کا، جبکہ حقیقتیں دریافت ہوئیں۔</w:t>
      </w:r>
    </w:p>
    <w:p>
      <w:r>
        <w:rPr>
          <w:b/>
        </w:rPr>
        <w:t xml:space="preserve">[58:16] </w:t>
      </w:r>
      <w:r>
        <w:t>telescope aur microscope banaye gaye waghera waghera.</w:t>
      </w:r>
    </w:p>
    <w:p>
      <w:pPr>
        <w:jc w:val="right"/>
      </w:pPr>
      <w:r>
        <w:t>ٹیلیسکوپ اور مائیکروسکوپ بنائے گئے وغیرہ وغیرہ۔</w:t>
      </w:r>
    </w:p>
    <w:p>
      <w:r>
        <w:rPr>
          <w:b/>
        </w:rPr>
        <w:t xml:space="preserve">[58:19] </w:t>
      </w:r>
      <w:r>
        <w:t>yahi quran ne criterion diya hai ke baat ko discover hone wali maloomat se tele kar ke dekho.</w:t>
      </w:r>
    </w:p>
    <w:p>
      <w:pPr>
        <w:jc w:val="right"/>
      </w:pPr>
      <w:r>
        <w:t>یہی قرآن نے کرائٹیرین دیا ہے کہ بات کو ڈسکور ہونے والی معلومات سے ٹیلی کر کے دیکھو۔</w:t>
      </w:r>
    </w:p>
    <w:p>
      <w:r>
        <w:rPr>
          <w:b/>
        </w:rPr>
        <w:t xml:space="preserve">[58:27] </w:t>
      </w:r>
      <w:r>
        <w:t>to tum paoge quran mein is mein koi inconsistency nahi hai, ghair mutabiqat nahi hai.</w:t>
      </w:r>
    </w:p>
    <w:p>
      <w:pPr>
        <w:jc w:val="right"/>
      </w:pPr>
      <w:r>
        <w:t>تو تم پاؤ گے قرآن میں اس میں کوئی انکنسسٹنسی نہیں ہے، غیر مطابقت نہیں ہے۔</w:t>
      </w:r>
    </w:p>
    <w:p>
      <w:r>
        <w:rPr>
          <w:b/>
        </w:rPr>
        <w:t xml:space="preserve">[58:33] </w:t>
      </w:r>
      <w:r>
        <w:t>yahi is baat ka saboot hai ke quran khuda-e kitab hai.</w:t>
      </w:r>
    </w:p>
    <w:p>
      <w:pPr>
        <w:jc w:val="right"/>
      </w:pPr>
      <w:r>
        <w:t>یہی اس بات کا ثبوت ہے کہ قرآن خدائے کتاب ہے۔</w:t>
      </w:r>
    </w:p>
    <w:p>
      <w:r>
        <w:rPr>
          <w:b/>
        </w:rPr>
        <w:t xml:space="preserve">[58:38] </w:t>
      </w:r>
      <w:r>
        <w:t>aqool qawli hadha wa astaghfirullaha li walakum ajmaeen.</w:t>
      </w:r>
    </w:p>
    <w:p>
      <w:pPr>
        <w:jc w:val="right"/>
      </w:pPr>
      <w:r>
        <w:t>أقول قولي هذا واستغفر الله لي ولكم اجمعين.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