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Misinter Prefation of Islam 24 7 08</w:t>
      </w:r>
    </w:p>
    <w:p>
      <w:r>
        <w:t>https://www.youtube.com/watch?v=Io_EuqWxFLY</w:t>
      </w:r>
    </w:p>
    <w:p>
      <w:r>
        <w:rPr>
          <w:b/>
        </w:rPr>
        <w:t xml:space="preserve">[00:21] </w:t>
      </w:r>
      <w:r>
        <w:t>bismillah al-rahman al-rahim, wa salla Allahu ala al-nabi al-karim. rab ishrah li sadri, wa yassir li amri, wahlu al-uqdatan min lisani, yafqahu qawli.</w:t>
      </w:r>
    </w:p>
    <w:p>
      <w:pPr>
        <w:jc w:val="right"/>
      </w:pPr>
      <w:r>
        <w:t>بسم اللہ الرحمن الرحیم، وصلی اللہ علی النبی الکریم. رب اشرح لی صدری، ویسر لی امری، واحل العقدۃ من لسانی، یفقہ قولی.</w:t>
      </w:r>
    </w:p>
    <w:p>
      <w:r>
        <w:rPr>
          <w:b/>
        </w:rPr>
        <w:t xml:space="preserve">[00:45] </w:t>
      </w:r>
      <w:r>
        <w:t>aaj ka topic hai: "Misinterpretation of Islam".</w:t>
      </w:r>
    </w:p>
    <w:p>
      <w:pPr>
        <w:jc w:val="right"/>
      </w:pPr>
      <w:r>
        <w:t>آج کا ٹاپک ہے: "Misinterpretation of Islam"۔</w:t>
      </w:r>
    </w:p>
    <w:p>
      <w:r>
        <w:rPr>
          <w:b/>
        </w:rPr>
        <w:t xml:space="preserve">[00:48] </w:t>
      </w:r>
      <w:r>
        <w:t>islam ki ghalat ta'beer.</w:t>
      </w:r>
    </w:p>
    <w:p>
      <w:pPr>
        <w:jc w:val="right"/>
      </w:pPr>
      <w:r>
        <w:t>اسلام کی غلط تعبیر۔</w:t>
      </w:r>
    </w:p>
    <w:p>
      <w:r>
        <w:rPr>
          <w:b/>
        </w:rPr>
        <w:t xml:space="preserve">[00:49] </w:t>
      </w:r>
      <w:r>
        <w:t>dekhiye, har mazhab mein jo bigaad aaya hai baad ke zamane mein, wo hamesha Misinterpretation ki wajah se</w:t>
      </w:r>
    </w:p>
    <w:p>
      <w:pPr>
        <w:jc w:val="right"/>
      </w:pPr>
      <w:r>
        <w:t>دیکھیے، ہر مذہب میں جو بگاڑ آیا ہے بعد کے زمانے میں، وہ ہمیشہ Misinterpretation کی وجہ سے</w:t>
      </w:r>
    </w:p>
    <w:p>
      <w:r>
        <w:rPr>
          <w:b/>
        </w:rPr>
        <w:t xml:space="preserve">[00:57] </w:t>
      </w:r>
      <w:r>
        <w:t>aaya hai.</w:t>
      </w:r>
    </w:p>
    <w:p>
      <w:pPr>
        <w:jc w:val="right"/>
      </w:pPr>
      <w:r>
        <w:t>آیا ہے۔</w:t>
      </w:r>
    </w:p>
    <w:p>
      <w:r>
        <w:rPr>
          <w:b/>
        </w:rPr>
        <w:t xml:space="preserve">[00:58] </w:t>
      </w:r>
      <w:r>
        <w:t>pichhle mazhabon mein yeh hua ke unka jo text tha, wo poori tarah mehfooz nahi ho saka</w:t>
      </w:r>
    </w:p>
    <w:p>
      <w:pPr>
        <w:jc w:val="right"/>
      </w:pPr>
      <w:r>
        <w:t>پچھلے مذہبوں میں یہ ہوا کہ ان کا جو ٹیکسٹ تھا، وہ پوری طرح محفوظ نہیں ہو سکا</w:t>
      </w:r>
    </w:p>
    <w:p>
      <w:r>
        <w:rPr>
          <w:b/>
        </w:rPr>
        <w:t xml:space="preserve">[01:06] </w:t>
      </w:r>
      <w:r>
        <w:t>tha, to logon ne text hi mein apni baatein mila din.</w:t>
      </w:r>
    </w:p>
    <w:p>
      <w:pPr>
        <w:jc w:val="right"/>
      </w:pPr>
      <w:r>
        <w:t>تھا، تو لوگوں نے ٹیکسٹ ہی میں اپنی باتیں ملا دیں۔</w:t>
      </w:r>
    </w:p>
    <w:p>
      <w:r>
        <w:rPr>
          <w:b/>
        </w:rPr>
        <w:t xml:space="preserve">[01:11] </w:t>
      </w:r>
      <w:r>
        <w:t>khud text mein apni baatein mila din.</w:t>
      </w:r>
    </w:p>
    <w:p>
      <w:pPr>
        <w:jc w:val="right"/>
      </w:pPr>
      <w:r>
        <w:t>خود ٹیکسٹ میں اپنی باتیں ملا دیا۔</w:t>
      </w:r>
    </w:p>
    <w:p>
      <w:r>
        <w:rPr>
          <w:b/>
        </w:rPr>
        <w:t xml:space="preserve">[01:14] </w:t>
      </w:r>
      <w:r>
        <w:t>islam ka mamla yeh tha ke islam ka text jo hai, wo mehfooz tha.</w:t>
      </w:r>
    </w:p>
    <w:p>
      <w:pPr>
        <w:jc w:val="right"/>
      </w:pPr>
      <w:r>
        <w:t>اسلام کا معاملہ یہ تھا کہ اسلام کا ٹیکسٹ جو ہے، وہ محفوظ تھا۔</w:t>
      </w:r>
    </w:p>
    <w:p>
      <w:r>
        <w:rPr>
          <w:b/>
        </w:rPr>
        <w:t xml:space="preserve">[01:20] </w:t>
      </w:r>
      <w:r>
        <w:t>quran mein yeh ayat hai ke: "nahnu nazzalna al-dhikra wa inna lahu lahafizoon".</w:t>
      </w:r>
    </w:p>
    <w:p>
      <w:pPr>
        <w:jc w:val="right"/>
      </w:pPr>
      <w:r>
        <w:t>قرآن میں یہ آیت ہے کہ: "نحن نزلنا الذکر وانا له الحافظون"۔</w:t>
      </w:r>
    </w:p>
    <w:p>
      <w:r>
        <w:rPr>
          <w:b/>
        </w:rPr>
        <w:t xml:space="preserve">[01:25] </w:t>
      </w:r>
      <w:r>
        <w:t>yani khuda ne utara hai quran ko, wahi iski yaqini hifazat karega.</w:t>
      </w:r>
    </w:p>
    <w:p>
      <w:pPr>
        <w:jc w:val="right"/>
      </w:pPr>
      <w:r>
        <w:t>یعنی خدا نے اتارا ہے قرآن کو، وہی اس کی یقینی حفاظت کرے گا۔</w:t>
      </w:r>
    </w:p>
    <w:p>
      <w:r>
        <w:rPr>
          <w:b/>
        </w:rPr>
        <w:t xml:space="preserve">[01:31] </w:t>
      </w:r>
      <w:r>
        <w:t>to chuki quran ka text, yani matan, poori tarah mehfooz tha, preserve tha, to logon ko yeh mauqa</w:t>
      </w:r>
    </w:p>
    <w:p>
      <w:pPr>
        <w:jc w:val="right"/>
      </w:pPr>
      <w:r>
        <w:t>تو چونکہ قرآن کا ٹیکسٹ، یعنی متن، پوری طرح محفوظ تھا، preserve تھا، تو لوگوں کو یہ موقع</w:t>
      </w:r>
    </w:p>
    <w:p>
      <w:r>
        <w:rPr>
          <w:b/>
        </w:rPr>
        <w:t xml:space="preserve">[01:39] </w:t>
      </w:r>
      <w:r>
        <w:t>nahi mila ke text mein apni taraf se koi baat mila dein.</w:t>
      </w:r>
    </w:p>
    <w:p>
      <w:pPr>
        <w:jc w:val="right"/>
      </w:pPr>
      <w:r>
        <w:t>نہیں ملا کہ ٹیکسٹ میں اپنی طرف سے کوئی بات ملائیں۔</w:t>
      </w:r>
    </w:p>
    <w:p>
      <w:r>
        <w:rPr>
          <w:b/>
        </w:rPr>
        <w:t xml:space="preserve">[01:43] </w:t>
      </w:r>
      <w:r>
        <w:t>to logon ne kya kiya? commentary mein apni baatein mila din.</w:t>
      </w:r>
    </w:p>
    <w:p>
      <w:pPr>
        <w:jc w:val="right"/>
      </w:pPr>
      <w:r>
        <w:t>تو لوگوں نے کیا کیا؟ کمنٹری میں اپنی باتیں ملا دیں۔</w:t>
      </w:r>
    </w:p>
    <w:p>
      <w:r>
        <w:rPr>
          <w:b/>
        </w:rPr>
        <w:t xml:space="preserve">[01:48] </w:t>
      </w:r>
      <w:r>
        <w:t>to sari kharabiyan islam mein bhi aayin, lekin through Misinterpretation.</w:t>
      </w:r>
    </w:p>
    <w:p>
      <w:pPr>
        <w:jc w:val="right"/>
      </w:pPr>
      <w:r>
        <w:t>تو ساری خرابیاں اسلام میں بھی آئیں، لیکن through Misinterpretation۔</w:t>
      </w:r>
    </w:p>
    <w:p>
      <w:r>
        <w:rPr>
          <w:b/>
        </w:rPr>
        <w:t xml:space="preserve">[01:52] </w:t>
      </w:r>
      <w:r>
        <w:t>to yeh farq hai pichhle mazhabon mein aur islam mein ke pichhle mazhabon mein jo kharabiyan aayin, wo</w:t>
      </w:r>
    </w:p>
    <w:p>
      <w:pPr>
        <w:jc w:val="right"/>
      </w:pPr>
      <w:r>
        <w:t>تو یہ فرق ہے پچھلے مذہبوں میں اور اسلام میں کہ پچھلے مذہبوں میں جو خرابیاں آئیں، وہ</w:t>
      </w:r>
    </w:p>
    <w:p>
      <w:r>
        <w:rPr>
          <w:b/>
        </w:rPr>
        <w:t xml:space="preserve">[02:00] </w:t>
      </w:r>
      <w:r>
        <w:t>text hi mein interpretation ke zariye aayin.</w:t>
      </w:r>
    </w:p>
    <w:p>
      <w:pPr>
        <w:jc w:val="right"/>
      </w:pPr>
      <w:r>
        <w:t>ٹیکسٹ ہی میں interpretation کے ذریعے آئیں۔</w:t>
      </w:r>
    </w:p>
    <w:p>
      <w:r>
        <w:rPr>
          <w:b/>
        </w:rPr>
        <w:t xml:space="preserve">[02:03] </w:t>
      </w:r>
      <w:r>
        <w:t>text hi mein logon ne apni baatein mila din.</w:t>
      </w:r>
    </w:p>
    <w:p>
      <w:pPr>
        <w:jc w:val="right"/>
      </w:pPr>
      <w:r>
        <w:t>ٹیکسٹ ہی میں لوگوں نے اپنی باتیں ملا دیں۔</w:t>
      </w:r>
    </w:p>
    <w:p>
      <w:r>
        <w:rPr>
          <w:b/>
        </w:rPr>
        <w:t xml:space="preserve">[02:07] </w:t>
      </w:r>
      <w:r>
        <w:t>jabke islam ka text poori tarah se preserve tha, to yahan par unhein yeh mauqa nahi tha.</w:t>
      </w:r>
    </w:p>
    <w:p>
      <w:pPr>
        <w:jc w:val="right"/>
      </w:pPr>
      <w:r>
        <w:t>جبکہ اسلام کا ٹیکسٹ پوری طرح سے preserve تھا، تو یہاں پر انہیں یہ موقع نہیں تھا۔</w:t>
      </w:r>
    </w:p>
    <w:p>
      <w:r>
        <w:rPr>
          <w:b/>
        </w:rPr>
        <w:t xml:space="preserve">[02:14] </w:t>
      </w:r>
      <w:r>
        <w:t>preserve ka matlab yeh hai ke rasool Allah ki wafat hui to kai lakh aadmi aise the jo</w:t>
      </w:r>
    </w:p>
    <w:p>
      <w:pPr>
        <w:jc w:val="right"/>
      </w:pPr>
      <w:r>
        <w:t>Preserve کا مطلب یہ ہے کہ رسول اللہ کی وفات ہوئی تو کئی لاکھ آدمی ایسے تھے جو</w:t>
      </w:r>
    </w:p>
    <w:p>
      <w:r>
        <w:rPr>
          <w:b/>
        </w:rPr>
        <w:t xml:space="preserve">[02:22] </w:t>
      </w:r>
      <w:r>
        <w:t>quran ke hafiz the, memorize kiye hue the.</w:t>
      </w:r>
    </w:p>
    <w:p>
      <w:pPr>
        <w:jc w:val="right"/>
      </w:pPr>
      <w:r>
        <w:t>قرآن کے حافظ تھے، memorize کیے ہوئے تھے۔</w:t>
      </w:r>
    </w:p>
    <w:p>
      <w:r>
        <w:rPr>
          <w:b/>
        </w:rPr>
        <w:t xml:space="preserve">[02:25] </w:t>
      </w:r>
      <w:r>
        <w:t>yani unki tadad lakhon mein thi.</w:t>
      </w:r>
    </w:p>
    <w:p>
      <w:pPr>
        <w:jc w:val="right"/>
      </w:pPr>
      <w:r>
        <w:t>یعنی ان کی تعداد لاکھوں میں تھی۔</w:t>
      </w:r>
    </w:p>
    <w:p>
      <w:r>
        <w:rPr>
          <w:b/>
        </w:rPr>
        <w:t xml:space="preserve">[02:28] </w:t>
      </w:r>
      <w:r>
        <w:t>to agar koi is pe text pe mila tha to foran kitne saare log bolte ke kahan mila</w:t>
      </w:r>
    </w:p>
    <w:p>
      <w:pPr>
        <w:jc w:val="right"/>
      </w:pPr>
      <w:r>
        <w:t>تو اگر کوئی اس پہ ٹیکسٹ پہ ملا تھا تو فوراً کتنے سارے لوگ بولتے کہ کہاں ملا</w:t>
      </w:r>
    </w:p>
    <w:p>
      <w:r>
        <w:rPr>
          <w:b/>
        </w:rPr>
        <w:t xml:space="preserve">[02:36] </w:t>
      </w:r>
      <w:r>
        <w:t>diya tum ne? ke kahan se nikaal liya tum ne? yaani laakhon log jab maujood hon aise jinho</w:t>
      </w:r>
    </w:p>
    <w:p>
      <w:pPr>
        <w:jc w:val="right"/>
      </w:pPr>
      <w:r>
        <w:t>دیا تم نے؟ کہ کہاں سے نکال لیا تم نے؟ یعنی لاکھوں لوگ جب موجود ہوں ایسے جنہوں</w:t>
      </w:r>
    </w:p>
    <w:p>
      <w:r>
        <w:rPr>
          <w:b/>
        </w:rPr>
        <w:t xml:space="preserve">[02:44] </w:t>
      </w:r>
      <w:r>
        <w:t>ne poore poore text ko memorize kar rakha ho, to kaise koi milata ho is mein? mila tha</w:t>
      </w:r>
    </w:p>
    <w:p>
      <w:pPr>
        <w:jc w:val="right"/>
      </w:pPr>
      <w:r>
        <w:t>نے پورے پورے ٹیکسٹ کو memorize کر رکھا ہو، تو کیسے کوئی ملاتا ہو اس میں؟ ملا تھا</w:t>
      </w:r>
    </w:p>
    <w:p>
      <w:r>
        <w:rPr>
          <w:b/>
        </w:rPr>
        <w:t xml:space="preserve">[02:52] </w:t>
      </w:r>
      <w:r>
        <w:t>to foran sankaron hazaron aadmi chalaate ke yeh kya tum ne mila diya? pichhle zamane mein aisa nahi</w:t>
      </w:r>
    </w:p>
    <w:p>
      <w:pPr>
        <w:jc w:val="right"/>
      </w:pPr>
      <w:r>
        <w:t>تو فوراً سینکڑوں ہزاروں آدمی چلاتے کہ یہ کیا تم نے ملا دیا؟ پچھلے زمانے میں ایسا نہیں</w:t>
      </w:r>
    </w:p>
    <w:p>
      <w:r>
        <w:rPr>
          <w:b/>
        </w:rPr>
        <w:t xml:space="preserve">[02:59] </w:t>
      </w:r>
      <w:r>
        <w:t>tha, yaani memorization ka tareeqa nahi tha.</w:t>
      </w:r>
    </w:p>
    <w:p>
      <w:pPr>
        <w:jc w:val="right"/>
      </w:pPr>
      <w:r>
        <w:t>تھا، یعنی memorization کا طریقہ نہیں تھا۔</w:t>
      </w:r>
    </w:p>
    <w:p>
      <w:r>
        <w:rPr>
          <w:b/>
        </w:rPr>
        <w:t xml:space="preserve">[03:02] </w:t>
      </w:r>
      <w:r>
        <w:t>aisa nahi tha ke hazaron hazar log memorize kiye hue hon.</w:t>
      </w:r>
    </w:p>
    <w:p>
      <w:pPr>
        <w:jc w:val="right"/>
      </w:pPr>
      <w:r>
        <w:t>ایسا نہیں تھا کہ ہزاروں ہزار لوگ memorize کیے ہوئے ہوں۔</w:t>
      </w:r>
    </w:p>
    <w:p>
      <w:r>
        <w:rPr>
          <w:b/>
        </w:rPr>
        <w:t xml:space="preserve">[03:07] </w:t>
      </w:r>
      <w:r>
        <w:t>to jis ne mila diya, us ne mila diya.</w:t>
      </w:r>
    </w:p>
    <w:p>
      <w:pPr>
        <w:jc w:val="right"/>
      </w:pPr>
      <w:r>
        <w:t>تو جس نے ملا دیا، اس نے ملا دیا۔</w:t>
      </w:r>
    </w:p>
    <w:p>
      <w:r>
        <w:rPr>
          <w:b/>
        </w:rPr>
        <w:t xml:space="preserve">[03:11] </w:t>
      </w:r>
      <w:r>
        <w:t>to yeh farq tha.</w:t>
      </w:r>
    </w:p>
    <w:p>
      <w:pPr>
        <w:jc w:val="right"/>
      </w:pPr>
      <w:r>
        <w:t>تو یہ فرق تھا۔</w:t>
      </w:r>
    </w:p>
    <w:p>
      <w:r>
        <w:rPr>
          <w:b/>
        </w:rPr>
        <w:t xml:space="preserve">[03:13] </w:t>
      </w:r>
      <w:r>
        <w:t>to Islam mein saari kharabiyan log paida kar chuke hain, lekin yeh sab Misinterpretation ke zariye kiya unho</w:t>
      </w:r>
    </w:p>
    <w:p>
      <w:pPr>
        <w:jc w:val="right"/>
      </w:pPr>
      <w:r>
        <w:t>تو اسلام میں ساری خرابیاں لوگ پیدا کر چکے ہیں، لیکن یہ سب Misinterpretation کے ذریعے کیا انہوں</w:t>
      </w:r>
    </w:p>
    <w:p>
      <w:r>
        <w:rPr>
          <w:b/>
        </w:rPr>
        <w:t xml:space="preserve">[03:20] </w:t>
      </w:r>
      <w:r>
        <w:t>ne.</w:t>
      </w:r>
    </w:p>
    <w:p>
      <w:pPr>
        <w:jc w:val="right"/>
      </w:pPr>
      <w:r>
        <w:t>نے۔</w:t>
      </w:r>
    </w:p>
    <w:p>
      <w:r>
        <w:rPr>
          <w:b/>
        </w:rPr>
        <w:t xml:space="preserve">[03:22] </w:t>
      </w:r>
      <w:r>
        <w:t>jo Islam ka jo text hai, us ka jo matan hai, woh poori tarah abhi bhi intact hai.</w:t>
      </w:r>
    </w:p>
    <w:p>
      <w:pPr>
        <w:jc w:val="right"/>
      </w:pPr>
      <w:r>
        <w:t>جو اسلام کا جو ٹیکسٹ ہے، اس کا جو متن ہے، وہ پوری طرح ابھی بھی intact ہے۔</w:t>
      </w:r>
    </w:p>
    <w:p>
      <w:r>
        <w:rPr>
          <w:b/>
        </w:rPr>
        <w:t xml:space="preserve">[03:30] </w:t>
      </w:r>
      <w:r>
        <w:t>poori tarah intact hai.</w:t>
      </w:r>
    </w:p>
    <w:p>
      <w:pPr>
        <w:jc w:val="right"/>
      </w:pPr>
      <w:r>
        <w:t>پوری طرح intact ہے۔</w:t>
      </w:r>
    </w:p>
    <w:p>
      <w:r>
        <w:rPr>
          <w:b/>
        </w:rPr>
        <w:t xml:space="preserve">[03:31] </w:t>
      </w:r>
      <w:r>
        <w:t>yeh hai farq.</w:t>
      </w:r>
    </w:p>
    <w:p>
      <w:pPr>
        <w:jc w:val="right"/>
      </w:pPr>
      <w:r>
        <w:t>یہ ہے فرق۔</w:t>
      </w:r>
    </w:p>
    <w:p>
      <w:r>
        <w:rPr>
          <w:b/>
        </w:rPr>
        <w:t xml:space="preserve">[03:33] </w:t>
      </w:r>
      <w:r>
        <w:t>to mein us waqt is maamle mein kuch kehna chahunga.</w:t>
      </w:r>
    </w:p>
    <w:p>
      <w:pPr>
        <w:jc w:val="right"/>
      </w:pPr>
      <w:r>
        <w:t>تو میں اس وقت اس معاملے میں کچھ کہنا چاہوں گا۔</w:t>
      </w:r>
    </w:p>
    <w:p>
      <w:r>
        <w:rPr>
          <w:b/>
        </w:rPr>
        <w:t xml:space="preserve">[03:37] </w:t>
      </w:r>
      <w:r>
        <w:t>Rasool Allah Sal Allahu Alaihi Wasallam ne baar baar bohat zyada sakhti se mana kiya tha Misinterpretation se.</w:t>
      </w:r>
    </w:p>
    <w:p>
      <w:pPr>
        <w:jc w:val="right"/>
      </w:pPr>
      <w:r>
        <w:t>رسول اللہ صلی اللہ علیہ وسلم نے بار بار بہت زیادہ سختی سے منع کیا تھا Misinterpretation سے۔</w:t>
      </w:r>
    </w:p>
    <w:p>
      <w:r>
        <w:rPr>
          <w:b/>
        </w:rPr>
        <w:t xml:space="preserve">[03:45] </w:t>
      </w:r>
      <w:r>
        <w:t>jaise Quran bare mein ek hadith hai ke: "man fassara al quran bira'yihi faqat akhta".</w:t>
      </w:r>
    </w:p>
    <w:p>
      <w:pPr>
        <w:jc w:val="right"/>
      </w:pPr>
      <w:r>
        <w:t>جیسے قرآن بارے میں ایک حدیث ہے کہ: "من فسر القرآن برائے فاساب فقط اخطا"۔</w:t>
      </w:r>
    </w:p>
    <w:p>
      <w:r>
        <w:rPr>
          <w:b/>
        </w:rPr>
        <w:t xml:space="preserve">[03:52] </w:t>
      </w:r>
      <w:r>
        <w:t>yaani Quran ke bare mein agar tum apni rai se kuch baat kaho, apni rai se, aur accidentally</w:t>
      </w:r>
    </w:p>
    <w:p>
      <w:pPr>
        <w:jc w:val="right"/>
      </w:pPr>
      <w:r>
        <w:t>یعنی قرآن کے بارے میں اگر تم اپنی رائے سے کچھ بات کہو، اپنی رائے سے، اور accidentally</w:t>
      </w:r>
    </w:p>
    <w:p>
      <w:r>
        <w:rPr>
          <w:b/>
        </w:rPr>
        <w:t xml:space="preserve">[03:59] </w:t>
      </w:r>
      <w:r>
        <w:t>wo sahi bhi ho jaye, tab bhi tum ne gunaah kiya.</w:t>
      </w:r>
    </w:p>
    <w:p>
      <w:pPr>
        <w:jc w:val="right"/>
      </w:pPr>
      <w:r>
        <w:t>وہ صحیح بھی ہو جائے، تب بھی تم نے گناہ کیا۔</w:t>
      </w:r>
    </w:p>
    <w:p>
      <w:r>
        <w:rPr>
          <w:b/>
        </w:rPr>
        <w:t xml:space="preserve">[04:04] </w:t>
      </w:r>
      <w:r>
        <w:t>is liye ke tum ko chahiye ke jab bhi kuch bolna hai Quran ke bare mein, to is</w:t>
      </w:r>
    </w:p>
    <w:p>
      <w:pPr>
        <w:jc w:val="right"/>
      </w:pPr>
      <w:r>
        <w:t>اس لیے کہ تم کو چاہیے کہ جب بھی کچھ بولنا ہے قرآن کے بارے میں، تو اس</w:t>
      </w:r>
    </w:p>
    <w:p>
      <w:r>
        <w:rPr>
          <w:b/>
        </w:rPr>
        <w:t xml:space="preserve">[04:12] </w:t>
      </w:r>
      <w:r>
        <w:t>ke context ko dekho, us ke shabdon ko dekho, aage peeche ki baaton ko dekho, hadithon ko dekho.</w:t>
      </w:r>
    </w:p>
    <w:p>
      <w:pPr>
        <w:jc w:val="right"/>
      </w:pPr>
      <w:r>
        <w:t>کے context کو دیکھو، اس کے शब्दوں کو دیکھو، آگے پیچھے کی باتوں کو دیکھو، حدیثوں کو دیکھو۔</w:t>
      </w:r>
    </w:p>
    <w:p>
      <w:r>
        <w:rPr>
          <w:b/>
        </w:rPr>
        <w:t xml:space="preserve">[04:19] </w:t>
      </w:r>
      <w:r>
        <w:t>yaani serious study ke baad tum ko chahiye ke koi interpretation do.</w:t>
      </w:r>
    </w:p>
    <w:p>
      <w:pPr>
        <w:jc w:val="right"/>
      </w:pPr>
      <w:r>
        <w:t>یعنی serious study کے بعد تم کو چاہیے کہ کوئی interpretation دو۔</w:t>
      </w:r>
    </w:p>
    <w:p>
      <w:r>
        <w:rPr>
          <w:b/>
        </w:rPr>
        <w:t xml:space="preserve">[04:25] </w:t>
      </w:r>
      <w:r>
        <w:t>aisa nahi ke bas yun hi jaise log shayari karte hain, is tarah se kuch baat keh do.</w:t>
      </w:r>
    </w:p>
    <w:p>
      <w:pPr>
        <w:jc w:val="right"/>
      </w:pPr>
      <w:r>
        <w:t>ایسے نہیں کہ بس یوں ہی جیسے لوگ شاعری کرتے ہیں، اس طرح سے کچھ بات کہہ دو۔</w:t>
      </w:r>
    </w:p>
    <w:p>
      <w:r>
        <w:rPr>
          <w:b/>
        </w:rPr>
        <w:t xml:space="preserve">[04:32] </w:t>
      </w:r>
      <w:r>
        <w:t>to agar accidentally wo sahi ho jaye, tab bhi wo galat maana jayega.</w:t>
      </w:r>
    </w:p>
    <w:p>
      <w:pPr>
        <w:jc w:val="right"/>
      </w:pPr>
      <w:r>
        <w:t>تو اگر accidentally وہ صحیح ہو جائے، تب بھی وہ غلط مانا جائے گا۔</w:t>
      </w:r>
    </w:p>
    <w:p>
      <w:r>
        <w:rPr>
          <w:b/>
        </w:rPr>
        <w:t xml:space="preserve">[04:38] </w:t>
      </w:r>
      <w:r>
        <w:t>kyun ke tum ne seriously Quran ko parh kar nahi kaha.</w:t>
      </w:r>
    </w:p>
    <w:p>
      <w:pPr>
        <w:jc w:val="right"/>
      </w:pPr>
      <w:r>
        <w:t>کیونکہ تم نے seriously قرآن کو پڑھ کر نہیں کہا۔</w:t>
      </w:r>
    </w:p>
    <w:p>
      <w:r>
        <w:rPr>
          <w:b/>
        </w:rPr>
        <w:t xml:space="preserve">[04:43] </w:t>
      </w:r>
      <w:r>
        <w:t>yeh jahan tak galat baat kehne ki baat hai, is bare mein bohat sakht sakht hadith hain.</w:t>
      </w:r>
    </w:p>
    <w:p>
      <w:pPr>
        <w:jc w:val="right"/>
      </w:pPr>
      <w:r>
        <w:t>یہ جہاں تک غلط بات کہنے کی بات ہے، اس بارے میں بہت سخت سخت حدیثیں ہیں۔</w:t>
      </w:r>
    </w:p>
    <w:p>
      <w:r>
        <w:rPr>
          <w:b/>
        </w:rPr>
        <w:t xml:space="preserve">[04:50] </w:t>
      </w:r>
      <w:r>
        <w:t>jaise dekhiye hadith mein aaya hai ke: "man ahdatha fi amrina hadha ma la yusafnahu mardud".</w:t>
      </w:r>
    </w:p>
    <w:p>
      <w:pPr>
        <w:jc w:val="right"/>
      </w:pPr>
      <w:r>
        <w:t>جیسے دیکھیے حدیث میں آیا ہے کہ: "من احدث فی امرنا ھذا مالا سفنہ رد"۔</w:t>
      </w:r>
    </w:p>
    <w:p>
      <w:r>
        <w:rPr>
          <w:b/>
        </w:rPr>
        <w:t xml:space="preserve">[04:56] </w:t>
      </w:r>
      <w:r>
        <w:t>jo aadmi hamare deen mein koi aisi baat nikale jo is mein na ho, to woh rejected hai,</w:t>
      </w:r>
    </w:p>
    <w:p>
      <w:pPr>
        <w:jc w:val="right"/>
      </w:pPr>
      <w:r>
        <w:t>جو آدمی ہمارے دین میں کوئی ایسی بات نکالے جو اس میں نہ ہو، تو وہ rejected ہے،</w:t>
      </w:r>
    </w:p>
    <w:p>
      <w:r>
        <w:rPr>
          <w:b/>
        </w:rPr>
        <w:t xml:space="preserve">[05:04]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[05:06] </w:t>
      </w:r>
      <w:r>
        <w:t>woh accept nahi ki jayegi.</w:t>
      </w:r>
    </w:p>
    <w:p>
      <w:pPr>
        <w:jc w:val="right"/>
      </w:pPr>
      <w:r>
        <w:t>وہ accept نہیں کی جائے گی۔</w:t>
      </w:r>
    </w:p>
    <w:p>
      <w:r>
        <w:rPr>
          <w:b/>
        </w:rPr>
        <w:t xml:space="preserve">[05:08] </w:t>
      </w:r>
      <w:r>
        <w:t>ek hadith bohat hi sakht hai ke jo aadmi hamare deen mein koi aisi baat kahe jo mein</w:t>
      </w:r>
    </w:p>
    <w:p>
      <w:pPr>
        <w:jc w:val="right"/>
      </w:pPr>
      <w:r>
        <w:t>ایک حدیث بہت ہی سخت ہے کہ جو آدمی ہمارے دین میں کوئی ایسی بات کہے جو میں</w:t>
      </w:r>
    </w:p>
    <w:p>
      <w:r>
        <w:rPr>
          <w:b/>
        </w:rPr>
        <w:t xml:space="preserve">[05:16] </w:t>
      </w:r>
      <w:r>
        <w:t>ne, yaani prophet ne, na kahi ho, to "falytabwa maqadahu min an-nar".</w:t>
      </w:r>
    </w:p>
    <w:p>
      <w:pPr>
        <w:jc w:val="right"/>
      </w:pPr>
      <w:r>
        <w:t>نے، یعنی prophet نے، نہ کہی ہو، تو "فلیتبوا مقده من النار"۔</w:t>
      </w:r>
    </w:p>
    <w:p>
      <w:r>
        <w:rPr>
          <w:b/>
        </w:rPr>
        <w:t xml:space="preserve">[05:21] </w:t>
      </w:r>
      <w:r>
        <w:t>to woh apna thikana hell mein bana le, jahannum mein bana le.</w:t>
      </w:r>
    </w:p>
    <w:p>
      <w:pPr>
        <w:jc w:val="right"/>
      </w:pPr>
      <w:r>
        <w:t>تو وہ اپنا ٹھکانہ hell میں بنا لے، جہنم میں بنا لے۔</w:t>
      </w:r>
    </w:p>
    <w:p>
      <w:r>
        <w:rPr>
          <w:b/>
        </w:rPr>
        <w:t xml:space="preserve">[05:26] </w:t>
      </w:r>
      <w:r>
        <w:t>itna serious matter hai yeh ke agar aap jaan boojh kar koi aisi baat kahein jo quran mein</w:t>
      </w:r>
    </w:p>
    <w:p>
      <w:pPr>
        <w:jc w:val="right"/>
      </w:pPr>
      <w:r>
        <w:t>اتنا serious matter ہے یہ کہ اگر آپ جان بوجھ کر کوئی ایسی بات کہیں جو قرآن میں</w:t>
      </w:r>
    </w:p>
    <w:p>
      <w:r>
        <w:rPr>
          <w:b/>
        </w:rPr>
        <w:t xml:space="preserve">[05:34] </w:t>
      </w:r>
      <w:r>
        <w:t>nahi hai, jo prophet ne nahi kahi hai, to is ka matlab yeh hai ke woh aisa kaam</w:t>
      </w:r>
    </w:p>
    <w:p>
      <w:pPr>
        <w:jc w:val="right"/>
      </w:pPr>
      <w:r>
        <w:t>نہیں ہے، جو prophet نے نہیں کہی ہے، تو اس کا معنی یہ ہے کہ وہ ایسا کام</w:t>
      </w:r>
    </w:p>
    <w:p>
      <w:r>
        <w:rPr>
          <w:b/>
        </w:rPr>
        <w:t xml:space="preserve">[05:42] </w:t>
      </w:r>
      <w:r>
        <w:t>hai jo aap ko hell mein le aa sakta hai, hell mein, jahannum mein.</w:t>
      </w:r>
    </w:p>
    <w:p>
      <w:pPr>
        <w:jc w:val="right"/>
      </w:pPr>
      <w:r>
        <w:t>ہے جو آپ کو hell میں لے آ سکتا ہے، hell میں، جہنم میں۔</w:t>
      </w:r>
    </w:p>
    <w:p>
      <w:r>
        <w:rPr>
          <w:b/>
        </w:rPr>
        <w:t xml:space="preserve">[05:48] </w:t>
      </w:r>
      <w:r>
        <w:t>to yeh bohat sangin baat hai.</w:t>
      </w:r>
    </w:p>
    <w:p>
      <w:pPr>
        <w:jc w:val="right"/>
      </w:pPr>
      <w:r>
        <w:t>تو یہ بہت سنگین بات ہے۔</w:t>
      </w:r>
    </w:p>
    <w:p>
      <w:r>
        <w:rPr>
          <w:b/>
        </w:rPr>
        <w:t xml:space="preserve">[05:50] </w:t>
      </w:r>
      <w:r>
        <w:t>Agar aap history ko dekhen to har zamanay mein log yeh kaam karte rahe, misinterpretation, har zamanay mein.</w:t>
      </w:r>
    </w:p>
    <w:p>
      <w:pPr>
        <w:jc w:val="right"/>
      </w:pPr>
      <w:r>
        <w:t>اگر آپ history کو دیکھیں تو ہر زمانے میں لوگ یہ کام کرتے رہے، misinterpretation، ہر زمانے میں۔</w:t>
      </w:r>
    </w:p>
    <w:p>
      <w:r>
        <w:rPr>
          <w:b/>
        </w:rPr>
        <w:t xml:space="preserve">[05:58] </w:t>
      </w:r>
      <w:r>
        <w:t>aur is ka notice lete rahe ulma.</w:t>
      </w:r>
    </w:p>
    <w:p>
      <w:pPr>
        <w:jc w:val="right"/>
      </w:pPr>
      <w:r>
        <w:t>اور اس کا notice لیتے رہے علماء۔</w:t>
      </w:r>
    </w:p>
    <w:p>
      <w:r>
        <w:rPr>
          <w:b/>
        </w:rPr>
        <w:t xml:space="preserve">[06:01] </w:t>
      </w:r>
      <w:r>
        <w:t>is ka radd karte rahe, is ka jawab dete rahe.</w:t>
      </w:r>
    </w:p>
    <w:p>
      <w:pPr>
        <w:jc w:val="right"/>
      </w:pPr>
      <w:r>
        <w:t>اس کا رد کرتے رہے، اس کا جواب دیتے رہے۔</w:t>
      </w:r>
    </w:p>
    <w:p>
      <w:r>
        <w:rPr>
          <w:b/>
        </w:rPr>
        <w:t xml:space="preserve">[06:05] </w:t>
      </w:r>
      <w:r>
        <w:t>hamesha.</w:t>
      </w:r>
    </w:p>
    <w:p>
      <w:pPr>
        <w:jc w:val="right"/>
      </w:pPr>
      <w:r>
        <w:t>ہمیشہ۔</w:t>
      </w:r>
    </w:p>
    <w:p>
      <w:r>
        <w:rPr>
          <w:b/>
        </w:rPr>
        <w:t xml:space="preserve">[06:07] </w:t>
      </w:r>
      <w:r>
        <w:t>sahih mein jo galat milaya logon ne, to batate rahe, batate rahe, batate rahe.</w:t>
      </w:r>
    </w:p>
    <w:p>
      <w:pPr>
        <w:jc w:val="right"/>
      </w:pPr>
      <w:r>
        <w:t>صحیح میں جو غلط ملایا لوگوں نے، تو بتاتے رہے، بتاتے رہے، بتاتے رہے۔</w:t>
      </w:r>
    </w:p>
    <w:p>
      <w:r>
        <w:rPr>
          <w:b/>
        </w:rPr>
        <w:t xml:space="preserve">[06:13] </w:t>
      </w:r>
      <w:r>
        <w:t>to is pe bohat kitabein maujood hain.</w:t>
      </w:r>
    </w:p>
    <w:p>
      <w:pPr>
        <w:jc w:val="right"/>
      </w:pPr>
      <w:r>
        <w:t>تو اس پہ بہت کتابیں موجود ہیں۔</w:t>
      </w:r>
    </w:p>
    <w:p>
      <w:r>
        <w:rPr>
          <w:b/>
        </w:rPr>
        <w:t xml:space="preserve">[06:16] </w:t>
      </w:r>
      <w:r>
        <w:t>is zamane mein kuch nayi nayi misalein misinterpretation ki aayi hain, aaj ke zamane mein.</w:t>
      </w:r>
    </w:p>
    <w:p>
      <w:pPr>
        <w:jc w:val="right"/>
      </w:pPr>
      <w:r>
        <w:t>اس زمانے میں کچھ نئی نئی مثالیں misinterpretation کی آئی ہیں، آج کے زمانے میں۔</w:t>
      </w:r>
    </w:p>
    <w:p>
      <w:r>
        <w:rPr>
          <w:b/>
        </w:rPr>
        <w:t xml:space="preserve">[06:22] </w:t>
      </w:r>
      <w:r>
        <w:t>to is ke bare mein mein kuch kahunga.</w:t>
      </w:r>
    </w:p>
    <w:p>
      <w:pPr>
        <w:jc w:val="right"/>
      </w:pPr>
      <w:r>
        <w:t>تو اس کے بارے میں میں کچھ کہوں گا۔</w:t>
      </w:r>
    </w:p>
    <w:p>
      <w:r>
        <w:rPr>
          <w:b/>
        </w:rPr>
        <w:t xml:space="preserve">[06:26] </w:t>
      </w:r>
      <w:r>
        <w:t>میں یہاں سے سمجھتا ہوں سب سے زیادہ worst مثال، سب سے بری مثال سے مطلب جو ہے،</w:t>
      </w:r>
    </w:p>
    <w:p>
      <w:pPr>
        <w:jc w:val="right"/>
      </w:pPr>
      <w:r>
        <w:t>میں یہاں سے سمجھتا ہوں سب سے زیادہ worse مثال، سب سے بری مثال سے مطلب جو ہے،</w:t>
      </w:r>
    </w:p>
    <w:p>
      <w:r>
        <w:rPr>
          <w:b/>
        </w:rPr>
        <w:t xml:space="preserve">[06:34] </w:t>
      </w:r>
      <w:r>
        <w:t>woh hai islam ka political interpretation.</w:t>
      </w:r>
    </w:p>
    <w:p>
      <w:pPr>
        <w:jc w:val="right"/>
      </w:pPr>
      <w:r>
        <w:t>وہ ہے اسلام کا political interpretation۔</w:t>
      </w:r>
    </w:p>
    <w:p>
      <w:r>
        <w:rPr>
          <w:b/>
        </w:rPr>
        <w:t xml:space="preserve">[06:36] </w:t>
      </w:r>
      <w:r>
        <w:t>Islam ka political interpretation.</w:t>
      </w:r>
    </w:p>
    <w:p>
      <w:pPr>
        <w:jc w:val="right"/>
      </w:pPr>
      <w:r>
        <w:t>اسلام کا political interpretation۔</w:t>
      </w:r>
    </w:p>
    <w:p>
      <w:r>
        <w:rPr>
          <w:b/>
        </w:rPr>
        <w:t xml:space="preserve">[06:38] </w:t>
      </w:r>
      <w:r>
        <w:t>sab se buri misal misinterpretation ki jo hai, woh yeh hai.</w:t>
      </w:r>
    </w:p>
    <w:p>
      <w:pPr>
        <w:jc w:val="right"/>
      </w:pPr>
      <w:r>
        <w:t>سب سے بری مثال misinterpretation کی جو ہے، وہ یہ ہے۔</w:t>
      </w:r>
    </w:p>
    <w:p>
      <w:r>
        <w:rPr>
          <w:b/>
        </w:rPr>
        <w:t xml:space="preserve">[06:43] </w:t>
      </w:r>
      <w:r>
        <w:t>Misinterpretation ya political interpretation se murad kya hai meri? Is zamane mein kuch logon ne, asal mein dekhiye</w:t>
      </w:r>
    </w:p>
    <w:p>
      <w:pPr>
        <w:jc w:val="right"/>
      </w:pPr>
      <w:r>
        <w:t>Misinterpretation یا political interpretation سے مراد کیا ہے میری؟ اس زمانے میں کچھ لوگوں نے، اصل میں دیکھیے</w:t>
      </w:r>
    </w:p>
    <w:p>
      <w:r>
        <w:rPr>
          <w:b/>
        </w:rPr>
        <w:t xml:space="preserve">[06:50] </w:t>
      </w:r>
      <w:r>
        <w:t>misinterpretation kyun karta hai aadmi? jab halaat badalte hain to halaat se apne aap ko, halaat mein apne</w:t>
      </w:r>
    </w:p>
    <w:p>
      <w:pPr>
        <w:jc w:val="right"/>
      </w:pPr>
      <w:r>
        <w:t>misinterpretation کیوں کرتا ہے آدمی؟ جب حالات بدلتے ہیں تو حالات سے اپنے آپ کو، حالات میں اپنے</w:t>
      </w:r>
    </w:p>
    <w:p>
      <w:r>
        <w:rPr>
          <w:b/>
        </w:rPr>
        <w:t xml:space="preserve">[06:58] </w:t>
      </w:r>
      <w:r>
        <w:t>aap ko fit karne ke liye log islam ko is par dhalne lagte hain.</w:t>
      </w:r>
    </w:p>
    <w:p>
      <w:pPr>
        <w:jc w:val="right"/>
      </w:pPr>
      <w:r>
        <w:t>آپ کو fit کرنے کے لیے لوگ اسلام کو اس پر ڈھالنے لگتے ہیں۔</w:t>
      </w:r>
    </w:p>
    <w:p>
      <w:r>
        <w:rPr>
          <w:b/>
        </w:rPr>
        <w:t xml:space="preserve">[07:04] </w:t>
      </w:r>
      <w:r>
        <w:t>islam ko is par dhalne lagte hain.</w:t>
      </w:r>
    </w:p>
    <w:p>
      <w:pPr>
        <w:jc w:val="right"/>
      </w:pPr>
      <w:r>
        <w:t>اسلام کو اس پر ڈھالنے لگتے ہیں۔</w:t>
      </w:r>
    </w:p>
    <w:p>
      <w:r>
        <w:rPr>
          <w:b/>
        </w:rPr>
        <w:t xml:space="preserve">[07:07] </w:t>
      </w:r>
      <w:r>
        <w:t>jaise Christianity jab phaili to us waqt Greek philosophers mein Trinity ka concept tha.</w:t>
      </w:r>
    </w:p>
    <w:p>
      <w:pPr>
        <w:jc w:val="right"/>
      </w:pPr>
      <w:r>
        <w:t>جیسے Christianity جب پھیلی تو اس وقت Greek philosophers میں Trinity کا concept تھا۔</w:t>
      </w:r>
    </w:p>
    <w:p>
      <w:r>
        <w:rPr>
          <w:b/>
        </w:rPr>
        <w:t xml:space="preserve">[07:13] </w:t>
      </w:r>
      <w:r>
        <w:t>yaani woh reality ko teen ki shakal mein jante the.</w:t>
      </w:r>
    </w:p>
    <w:p>
      <w:pPr>
        <w:jc w:val="right"/>
      </w:pPr>
      <w:r>
        <w:t>یعنی وہ reality کو تین کی شکل میں جانتے تھے۔</w:t>
      </w:r>
    </w:p>
    <w:p>
      <w:r>
        <w:rPr>
          <w:b/>
        </w:rPr>
        <w:t xml:space="preserve">[07:17] </w:t>
      </w:r>
      <w:r>
        <w:t>is se asar le kar ke Christian ne apne mazhab mein Trinity ko shamil kar diya.</w:t>
      </w:r>
    </w:p>
    <w:p>
      <w:pPr>
        <w:jc w:val="right"/>
      </w:pPr>
      <w:r>
        <w:t>اس سے اثر لے کر کے Christian نے اپنے مذہب میں Trinity کو شامل کر دیا۔</w:t>
      </w:r>
    </w:p>
    <w:p>
      <w:r>
        <w:rPr>
          <w:b/>
        </w:rPr>
        <w:t xml:space="preserve">[07:24] </w:t>
      </w:r>
      <w:r>
        <w:t>Trinity was a misinterpretation.</w:t>
      </w:r>
    </w:p>
    <w:p>
      <w:pPr>
        <w:jc w:val="right"/>
      </w:pPr>
      <w:r>
        <w:t>Trinity was a misinterpretation۔</w:t>
      </w:r>
    </w:p>
    <w:p>
      <w:r>
        <w:rPr>
          <w:b/>
        </w:rPr>
        <w:t xml:space="preserve">[07:26] </w:t>
      </w:r>
      <w:r>
        <w:t>hazrat masih ne kabhi aisa nahi kaha tha.</w:t>
      </w:r>
    </w:p>
    <w:p>
      <w:pPr>
        <w:jc w:val="right"/>
      </w:pPr>
      <w:r>
        <w:t>حضرت مسیح نے کبھی ایسا نہیں کہا تھا۔</w:t>
      </w:r>
    </w:p>
    <w:p>
      <w:r>
        <w:rPr>
          <w:b/>
        </w:rPr>
        <w:t xml:space="preserve">[07:29] </w:t>
      </w:r>
      <w:r>
        <w:t>to mahol ke asar se unhon ne yeh three ka jo concept hai, woh apne mazhab mein shamil</w:t>
      </w:r>
    </w:p>
    <w:p>
      <w:pPr>
        <w:jc w:val="right"/>
      </w:pPr>
      <w:r>
        <w:t>تو ماحول کے اثر سے انہوں نے یہ three کا جو concept ہے، وہ اپنے مذہب میں شامل</w:t>
      </w:r>
    </w:p>
    <w:p>
      <w:r>
        <w:rPr>
          <w:b/>
        </w:rPr>
        <w:t xml:space="preserve">[07:37] </w:t>
      </w:r>
      <w:r>
        <w:t>kar diya.</w:t>
      </w:r>
    </w:p>
    <w:p>
      <w:pPr>
        <w:jc w:val="right"/>
      </w:pPr>
      <w:r>
        <w:t>کر دیا۔</w:t>
      </w:r>
    </w:p>
    <w:p>
      <w:r>
        <w:rPr>
          <w:b/>
        </w:rPr>
        <w:t xml:space="preserve">[07:39] </w:t>
      </w:r>
      <w:r>
        <w:t>aise hi dekhiye jo Aryan religion hai, is mein bhi aise hua.</w:t>
      </w:r>
    </w:p>
    <w:p>
      <w:pPr>
        <w:jc w:val="right"/>
      </w:pPr>
      <w:r>
        <w:t>ایسے ہی دیکھیے جو Aryan religion ہے، اس میں بھی ایسے ہوا۔</w:t>
      </w:r>
    </w:p>
    <w:p>
      <w:r>
        <w:rPr>
          <w:b/>
        </w:rPr>
        <w:t xml:space="preserve">[07:44] </w:t>
      </w:r>
      <w:r>
        <w:t>jo philosophers the hazaron saal se, woh kya karte the? Khuda ko, Khuda ka jo monastic concept batate</w:t>
      </w:r>
    </w:p>
    <w:p>
      <w:pPr>
        <w:jc w:val="right"/>
      </w:pPr>
      <w:r>
        <w:t>جو philosophers تھے ہزاروں سال سے، وہ کیا کرتے تھے؟ خدا کو، خدا کا جو monastic concept بتاتے</w:t>
      </w:r>
    </w:p>
    <w:p>
      <w:r>
        <w:rPr>
          <w:b/>
        </w:rPr>
        <w:t xml:space="preserve">[07:51] </w:t>
      </w:r>
      <w:r>
        <w:t>the woh.</w:t>
      </w:r>
    </w:p>
    <w:p>
      <w:pPr>
        <w:jc w:val="right"/>
      </w:pPr>
      <w:r>
        <w:t>تھے وہ۔</w:t>
      </w:r>
    </w:p>
    <w:p>
      <w:r>
        <w:rPr>
          <w:b/>
        </w:rPr>
        <w:t xml:space="preserve">[07:53] </w:t>
      </w:r>
      <w:r>
        <w:t>yani Khuda koi personal God nahi hai, is ki separate haysiyat nahi hai.</w:t>
      </w:r>
    </w:p>
    <w:p>
      <w:pPr>
        <w:jc w:val="right"/>
      </w:pPr>
      <w:r>
        <w:t>یعنی خدا کوئی personal God نہیں ہے، اس کی separate حیثیت نہیں ہے۔</w:t>
      </w:r>
    </w:p>
    <w:p>
      <w:r>
        <w:rPr>
          <w:b/>
        </w:rPr>
        <w:t xml:space="preserve">[07:58] </w:t>
      </w:r>
      <w:r>
        <w:t>jaise ke cosmic rays hain ya gravity hai, aise hi woh ek abstract idea hai.</w:t>
      </w:r>
    </w:p>
    <w:p>
      <w:pPr>
        <w:jc w:val="right"/>
      </w:pPr>
      <w:r>
        <w:t>جیسے کہ cosmic rays ہیں یا gravity ہے، ایسے ہی وہ ایک abstract idea ہے۔</w:t>
      </w:r>
    </w:p>
    <w:p>
      <w:r>
        <w:rPr>
          <w:b/>
        </w:rPr>
        <w:t xml:space="preserve">[08:05] </w:t>
      </w:r>
      <w:r>
        <w:t>yeh kehte the philosophers.</w:t>
      </w:r>
    </w:p>
    <w:p>
      <w:pPr>
        <w:jc w:val="right"/>
      </w:pPr>
      <w:r>
        <w:t>یہ کہتے تھے philosophers۔</w:t>
      </w:r>
    </w:p>
    <w:p>
      <w:r>
        <w:rPr>
          <w:b/>
        </w:rPr>
        <w:t xml:space="preserve">[08:07] </w:t>
      </w:r>
      <w:r>
        <w:t>is ke asar se Aryan mazhabon mein woh baat aa gayi.</w:t>
      </w:r>
    </w:p>
    <w:p>
      <w:pPr>
        <w:jc w:val="right"/>
      </w:pPr>
      <w:r>
        <w:t>اس کے اثر سے Aryan مذہبوں میں وہ بات آ گئی۔</w:t>
      </w:r>
    </w:p>
    <w:p>
      <w:r>
        <w:rPr>
          <w:b/>
        </w:rPr>
        <w:t xml:space="preserve">[08:11] </w:t>
      </w:r>
      <w:r>
        <w:t>woh philosophy ke asar se aayi.</w:t>
      </w:r>
    </w:p>
    <w:p>
      <w:pPr>
        <w:jc w:val="right"/>
      </w:pPr>
      <w:r>
        <w:t>وہ philosophy کے اثر سے آئی۔</w:t>
      </w:r>
    </w:p>
    <w:p>
      <w:r>
        <w:rPr>
          <w:b/>
        </w:rPr>
        <w:t xml:space="preserve">[08:14] </w:t>
      </w:r>
      <w:r>
        <w:t>khud mazhab mein nahi tha.</w:t>
      </w:r>
    </w:p>
    <w:p>
      <w:pPr>
        <w:jc w:val="right"/>
      </w:pPr>
      <w:r>
        <w:t>خود مذہب میں نہیں تھا۔</w:t>
      </w:r>
    </w:p>
    <w:p>
      <w:r>
        <w:rPr>
          <w:b/>
        </w:rPr>
        <w:t xml:space="preserve">[08:16] </w:t>
      </w:r>
      <w:r>
        <w:t>to monastic concept jo hai, woh darasal philosophical concept of God hai.</w:t>
      </w:r>
    </w:p>
    <w:p>
      <w:pPr>
        <w:jc w:val="right"/>
      </w:pPr>
      <w:r>
        <w:t>تو monastic concept جو ہے، وہ دراصل philosophical concept of God ہے۔</w:t>
      </w:r>
    </w:p>
    <w:p>
      <w:r>
        <w:rPr>
          <w:b/>
        </w:rPr>
        <w:t xml:space="preserve">[08:21] </w:t>
      </w:r>
      <w:r>
        <w:t>to har mazhab mein yeh baat hui hai.</w:t>
      </w:r>
    </w:p>
    <w:p>
      <w:pPr>
        <w:jc w:val="right"/>
      </w:pPr>
      <w:r>
        <w:t>تو ہر مذہب میں یہ بات ہوئی ہے۔</w:t>
      </w:r>
    </w:p>
    <w:p>
      <w:r>
        <w:rPr>
          <w:b/>
        </w:rPr>
        <w:t xml:space="preserve">[08:25] </w:t>
      </w:r>
      <w:r>
        <w:t>Islam mein bhi sufiyon ne yeh kiya.</w:t>
      </w:r>
    </w:p>
    <w:p>
      <w:pPr>
        <w:jc w:val="right"/>
      </w:pPr>
      <w:r>
        <w:t>اسلام میں بھی صوفیوں نے یہ کیا۔</w:t>
      </w:r>
    </w:p>
    <w:p>
      <w:r>
        <w:rPr>
          <w:b/>
        </w:rPr>
        <w:t xml:space="preserve">[08:28] </w:t>
      </w:r>
      <w:r>
        <w:t>Islam mein bhi sufiyon ne wahdat-ul-wajood ke naam se isi monastic concept ko le liya.</w:t>
      </w:r>
    </w:p>
    <w:p>
      <w:pPr>
        <w:jc w:val="right"/>
      </w:pPr>
      <w:r>
        <w:t>اسلام میں بھی صوفیوں نے وحی وجود کے نام سے اسی monastic concept کو لے لیا۔</w:t>
      </w:r>
    </w:p>
    <w:p>
      <w:r>
        <w:rPr>
          <w:b/>
        </w:rPr>
        <w:t xml:space="preserve">[08:34] </w:t>
      </w:r>
      <w:r>
        <w:t>aur is par badi badi kitaben likhi gayin.</w:t>
      </w:r>
    </w:p>
    <w:p>
      <w:pPr>
        <w:jc w:val="right"/>
      </w:pPr>
      <w:r>
        <w:t>اور اس پر بڑی بڑی کتابیں لکھی گئیں۔</w:t>
      </w:r>
    </w:p>
    <w:p>
      <w:r>
        <w:rPr>
          <w:b/>
        </w:rPr>
        <w:t xml:space="preserve">[08:38] </w:t>
      </w:r>
      <w:r>
        <w:t>to is zamane mein dekhiye jab democracy aayi, communism aaya, aur zindagi ko political framework mein dekha jaane</w:t>
      </w:r>
    </w:p>
    <w:p>
      <w:pPr>
        <w:jc w:val="right"/>
      </w:pPr>
      <w:r>
        <w:t>تو اس زمانے میں دیکھیے جب democracy آئی، communism آیا، اور زندگی کو political framework میں دیکھا جانے</w:t>
      </w:r>
    </w:p>
    <w:p>
      <w:r>
        <w:rPr>
          <w:b/>
        </w:rPr>
        <w:t xml:space="preserve">[08:46] </w:t>
      </w:r>
      <w:r>
        <w:t>laga.</w:t>
      </w:r>
    </w:p>
    <w:p>
      <w:pPr>
        <w:jc w:val="right"/>
      </w:pPr>
      <w:r>
        <w:t>لگا۔</w:t>
      </w:r>
    </w:p>
    <w:p>
      <w:r>
        <w:rPr>
          <w:b/>
        </w:rPr>
        <w:t xml:space="preserve">[08:47] </w:t>
      </w:r>
      <w:r>
        <w:t>jab kingship khatm hui to political ideology phaili duniya mein, aur political system ke taur par zindagi ko</w:t>
      </w:r>
    </w:p>
    <w:p>
      <w:pPr>
        <w:jc w:val="right"/>
      </w:pPr>
      <w:r>
        <w:t>جب kingship ختم ہوئی تو political ideology پھیلی دنیا میں، اور political system کے طور پر زندگی کو</w:t>
      </w:r>
    </w:p>
    <w:p>
      <w:r>
        <w:rPr>
          <w:b/>
        </w:rPr>
        <w:t xml:space="preserve">[08:55] </w:t>
      </w:r>
      <w:r>
        <w:t>dekha jaane laga.</w:t>
      </w:r>
    </w:p>
    <w:p>
      <w:pPr>
        <w:jc w:val="right"/>
      </w:pPr>
      <w:r>
        <w:t>دیکھا جانے لگا۔</w:t>
      </w:r>
    </w:p>
    <w:p>
      <w:r>
        <w:rPr>
          <w:b/>
        </w:rPr>
        <w:t xml:space="preserve">[08:56] </w:t>
      </w:r>
      <w:r>
        <w:t>to bahut zyada charcha hua political ideology ka, kingship ke baad.</w:t>
      </w:r>
    </w:p>
    <w:p>
      <w:pPr>
        <w:jc w:val="right"/>
      </w:pPr>
      <w:r>
        <w:t>تو بہت زیادہ چرچا ہوا political ideology کا، kingship کے بعد۔</w:t>
      </w:r>
    </w:p>
    <w:p>
      <w:r>
        <w:rPr>
          <w:b/>
        </w:rPr>
        <w:t xml:space="preserve">[09:01] </w:t>
      </w:r>
      <w:r>
        <w:t>to is zamane mein jo log uthe musalmanon mein, unhon ne is ke asar se Islam ki political</w:t>
      </w:r>
    </w:p>
    <w:p>
      <w:pPr>
        <w:jc w:val="right"/>
      </w:pPr>
      <w:r>
        <w:t>تو اس زمانے میں جو لوگ اٹھے مسلمانوں میں، انہوں نے اس کے اثر سے اسلام کی political</w:t>
      </w:r>
    </w:p>
    <w:p>
      <w:r>
        <w:rPr>
          <w:b/>
        </w:rPr>
        <w:t xml:space="preserve">[09:09] </w:t>
      </w:r>
      <w:r>
        <w:t>interpretation kiya.</w:t>
      </w:r>
    </w:p>
    <w:p>
      <w:pPr>
        <w:jc w:val="right"/>
      </w:pPr>
      <w:r>
        <w:t>interpretation کیا۔</w:t>
      </w:r>
    </w:p>
    <w:p>
      <w:r>
        <w:rPr>
          <w:b/>
        </w:rPr>
        <w:t xml:space="preserve">[09:10] </w:t>
      </w:r>
      <w:r>
        <w:t>to woh completely mahaul ke asar se tha, quran se is ka talluq nahi tha.</w:t>
      </w:r>
    </w:p>
    <w:p>
      <w:pPr>
        <w:jc w:val="right"/>
      </w:pPr>
      <w:r>
        <w:t>تو وہ completely ماحول کے اثر سے تھا، قرآن سے اس کا تعلق نہیں تھا۔</w:t>
      </w:r>
    </w:p>
    <w:p>
      <w:r>
        <w:rPr>
          <w:b/>
        </w:rPr>
        <w:t xml:space="preserve">[09:17] </w:t>
      </w:r>
      <w:r>
        <w:t>isi political interpretation ka yeh result hai, is ka nateeja hai ke aaj dunya mein militance hi phaili</w:t>
      </w:r>
    </w:p>
    <w:p>
      <w:pPr>
        <w:jc w:val="right"/>
      </w:pPr>
      <w:r>
        <w:t>اسی political interpretation کا یہ result ہے، اس کا نتیجہ ہے کہ آج دنیا میں militance ہی پھیلی</w:t>
      </w:r>
    </w:p>
    <w:p>
      <w:r>
        <w:rPr>
          <w:b/>
        </w:rPr>
        <w:t xml:space="preserve">[09:24] </w:t>
      </w:r>
      <w:r>
        <w:t>hui hai.</w:t>
      </w:r>
    </w:p>
    <w:p>
      <w:pPr>
        <w:jc w:val="right"/>
      </w:pPr>
      <w:r>
        <w:t>ہوئی ہے۔</w:t>
      </w:r>
    </w:p>
    <w:p>
      <w:r>
        <w:rPr>
          <w:b/>
        </w:rPr>
        <w:t xml:space="preserve">[09:26] </w:t>
      </w:r>
      <w:r>
        <w:t>dekhiye hua kya? pehle literature is tarah ka banaya gaya.</w:t>
      </w:r>
    </w:p>
    <w:p>
      <w:pPr>
        <w:jc w:val="right"/>
      </w:pPr>
      <w:r>
        <w:t>دیکھیے ہوا کیا؟ پہلے literature اس طرح کا بنایا گیا۔</w:t>
      </w:r>
    </w:p>
    <w:p>
      <w:r>
        <w:rPr>
          <w:b/>
        </w:rPr>
        <w:t xml:space="preserve">[09:30] </w:t>
      </w:r>
      <w:r>
        <w:t>yeh theory printing press ke baad tab se aayi hai yeh, political interpretation wali.</w:t>
      </w:r>
    </w:p>
    <w:p>
      <w:pPr>
        <w:jc w:val="right"/>
      </w:pPr>
      <w:r>
        <w:t>یہ theory printing press کے بعد تب سے آئی ہے یہ، political interpretation والی۔</w:t>
      </w:r>
    </w:p>
    <w:p>
      <w:r>
        <w:rPr>
          <w:b/>
        </w:rPr>
        <w:t xml:space="preserve">[09:36] </w:t>
      </w:r>
      <w:r>
        <w:t>to aisi kitabein likhi logon ne jis mein islam ka political interpretation diya gaya tha.</w:t>
      </w:r>
    </w:p>
    <w:p>
      <w:pPr>
        <w:jc w:val="right"/>
      </w:pPr>
      <w:r>
        <w:t>تو ایسے کتابیں لکھی لوگوں نے جس میں اسلام کا political interpretation دیا گیا تھا۔</w:t>
      </w:r>
    </w:p>
    <w:p>
      <w:r>
        <w:rPr>
          <w:b/>
        </w:rPr>
        <w:t xml:space="preserve">[09:43] </w:t>
      </w:r>
      <w:r>
        <w:t>yani islam ek political system hai.</w:t>
      </w:r>
    </w:p>
    <w:p>
      <w:pPr>
        <w:jc w:val="right"/>
      </w:pPr>
      <w:r>
        <w:t>یعنی اسلام ایک political system ہے۔</w:t>
      </w:r>
    </w:p>
    <w:p>
      <w:r>
        <w:rPr>
          <w:b/>
        </w:rPr>
        <w:t xml:space="preserve">[09:45] </w:t>
      </w:r>
      <w:r>
        <w:t>aur as a political system is ko hamein establish karna hai.</w:t>
      </w:r>
    </w:p>
    <w:p>
      <w:pPr>
        <w:jc w:val="right"/>
      </w:pPr>
      <w:r>
        <w:t>اور as a political system اس کو ہمیں establish کرنا ہے۔</w:t>
      </w:r>
    </w:p>
    <w:p>
      <w:r>
        <w:rPr>
          <w:b/>
        </w:rPr>
        <w:t xml:space="preserve">[09:50] </w:t>
      </w:r>
      <w:r>
        <w:t>yeh unhon ne apni kitabon mein, literature mein pesh kiya.</w:t>
      </w:r>
    </w:p>
    <w:p>
      <w:pPr>
        <w:jc w:val="right"/>
      </w:pPr>
      <w:r>
        <w:t>یہ انہوں نے اپنی کتابوں میں، literature میں پیش کیا۔</w:t>
      </w:r>
    </w:p>
    <w:p>
      <w:r>
        <w:rPr>
          <w:b/>
        </w:rPr>
        <w:t xml:space="preserve">[09:54] </w:t>
      </w:r>
      <w:r>
        <w:t>ab kuch log is ko le kar uthe to shuru mein pehle to unhon ne peaceful tareeqe se</w:t>
      </w:r>
    </w:p>
    <w:p>
      <w:pPr>
        <w:jc w:val="right"/>
      </w:pPr>
      <w:r>
        <w:t>اب کچھ لوگ اس کو لے کر اٹھے تو شروع میں پہلے تو انہوں نے peaceful طریقے سے</w:t>
      </w:r>
    </w:p>
    <w:p>
      <w:r>
        <w:rPr>
          <w:b/>
        </w:rPr>
        <w:t xml:space="preserve">[10:02] </w:t>
      </w:r>
      <w:r>
        <w:t>kitabon ke zariye yeh concept phailaya.</w:t>
      </w:r>
    </w:p>
    <w:p>
      <w:pPr>
        <w:jc w:val="right"/>
      </w:pPr>
      <w:r>
        <w:t>کتابوں کے ذریعے یہ concept پھیلایا۔</w:t>
      </w:r>
    </w:p>
    <w:p>
      <w:r>
        <w:rPr>
          <w:b/>
        </w:rPr>
        <w:t xml:space="preserve">[10:04] </w:t>
      </w:r>
      <w:r>
        <w:t>is ke baad phir kya hua? unhon ne dekha ke sirf literature se kaam chalta nahi.</w:t>
      </w:r>
    </w:p>
    <w:p>
      <w:pPr>
        <w:jc w:val="right"/>
      </w:pPr>
      <w:r>
        <w:t>اس کے بعد پھر کیا ہوا؟ انہوں نے دیکھا کہ صرف literature سے کام چلتا نہیں۔</w:t>
      </w:r>
    </w:p>
    <w:p>
      <w:r>
        <w:rPr>
          <w:b/>
        </w:rPr>
        <w:t xml:space="preserve">[10:11] </w:t>
      </w:r>
      <w:r>
        <w:t>to ab unhon ne kya kiya? Parties of opposition shuru keen.</w:t>
      </w:r>
    </w:p>
    <w:p>
      <w:pPr>
        <w:jc w:val="right"/>
      </w:pPr>
      <w:r>
        <w:t>تو اب انہوں نے کیا کیا؟ Parties of opposition شروع کیں۔</w:t>
      </w:r>
    </w:p>
    <w:p>
      <w:r>
        <w:rPr>
          <w:b/>
        </w:rPr>
        <w:t xml:space="preserve">[10:16] </w:t>
      </w:r>
      <w:r>
        <w:t>khaas tor par muslim countries mein parties of opposition.</w:t>
      </w:r>
    </w:p>
    <w:p>
      <w:pPr>
        <w:jc w:val="right"/>
      </w:pPr>
      <w:r>
        <w:t>خاص طور پر مسلم countries میں parties of opposition۔</w:t>
      </w:r>
    </w:p>
    <w:p>
      <w:r>
        <w:rPr>
          <w:b/>
        </w:rPr>
        <w:t xml:space="preserve">[10:20] </w:t>
      </w:r>
      <w:r>
        <w:t>yani jo rule kar rahe the jo log, woh bhi musalman hi thay.</w:t>
      </w:r>
    </w:p>
    <w:p>
      <w:pPr>
        <w:jc w:val="right"/>
      </w:pPr>
      <w:r>
        <w:t>یعنی جو rule کر رہے تھے جو لوگ، وہ بھی مسلمان ہی تھے۔</w:t>
      </w:r>
    </w:p>
    <w:p>
      <w:r>
        <w:rPr>
          <w:b/>
        </w:rPr>
        <w:t xml:space="preserve">[10:25] </w:t>
      </w:r>
      <w:r>
        <w:t>to woh un ke kehne ke mutabiq islam ko, islami islahat ko naafiz nahi kar rahe thay.</w:t>
      </w:r>
    </w:p>
    <w:p>
      <w:pPr>
        <w:jc w:val="right"/>
      </w:pPr>
      <w:r>
        <w:t>تو وہ ان کے کہنے کے مطابق اسلام کو، اسلامی اصلاحات کو نافذ نہیں کر رہے تھے۔</w:t>
      </w:r>
    </w:p>
    <w:p>
      <w:r>
        <w:rPr>
          <w:b/>
        </w:rPr>
        <w:t xml:space="preserve">[10:33] </w:t>
      </w:r>
      <w:r>
        <w:t>to unhon ne parties of opposition chalai.</w:t>
      </w:r>
    </w:p>
    <w:p>
      <w:pPr>
        <w:jc w:val="right"/>
      </w:pPr>
      <w:r>
        <w:t>تو انہوں نے parties of opposition چلائی۔</w:t>
      </w:r>
    </w:p>
    <w:p>
      <w:r>
        <w:rPr>
          <w:b/>
        </w:rPr>
        <w:t xml:space="preserve">[10:36] </w:t>
      </w:r>
      <w:r>
        <w:t>un se demand karna shuru kiya.</w:t>
      </w:r>
    </w:p>
    <w:p>
      <w:pPr>
        <w:jc w:val="right"/>
      </w:pPr>
      <w:r>
        <w:t>ان سے demand کرنا شروع کیا۔</w:t>
      </w:r>
    </w:p>
    <w:p>
      <w:r>
        <w:rPr>
          <w:b/>
        </w:rPr>
        <w:t xml:space="preserve">[10:38] </w:t>
      </w:r>
      <w:r>
        <w:t>un ko dethrone karne ke liye koshishen keen.</w:t>
      </w:r>
    </w:p>
    <w:p>
      <w:pPr>
        <w:jc w:val="right"/>
      </w:pPr>
      <w:r>
        <w:t>ان کو dethrone کرنے کے لیے کوششیں کیں۔</w:t>
      </w:r>
    </w:p>
    <w:p>
      <w:r>
        <w:rPr>
          <w:b/>
        </w:rPr>
        <w:t xml:space="preserve">[10:42] </w:t>
      </w:r>
      <w:r>
        <w:t>yeh sab chala.</w:t>
      </w:r>
    </w:p>
    <w:p>
      <w:pPr>
        <w:jc w:val="right"/>
      </w:pPr>
      <w:r>
        <w:t>یہ سب چلا۔</w:t>
      </w:r>
    </w:p>
    <w:p>
      <w:r>
        <w:rPr>
          <w:b/>
        </w:rPr>
        <w:t xml:space="preserve">[10:43] </w:t>
      </w:r>
      <w:r>
        <w:t>phir unhon ne dekha ke woh un ko dethrone kar nahi pa rahe hain.</w:t>
      </w:r>
    </w:p>
    <w:p>
      <w:pPr>
        <w:jc w:val="right"/>
      </w:pPr>
      <w:r>
        <w:t>پھر انہوں نے دیکھا کہ وہ ان کو dethrone کر نہیں پا رہے ہیں۔</w:t>
      </w:r>
    </w:p>
    <w:p>
      <w:r>
        <w:rPr>
          <w:b/>
        </w:rPr>
        <w:t xml:space="preserve">[10:49] </w:t>
      </w:r>
      <w:r>
        <w:t>un ki demand se woh log hat nahi rahe hain.</w:t>
      </w:r>
    </w:p>
    <w:p>
      <w:pPr>
        <w:jc w:val="right"/>
      </w:pPr>
      <w:r>
        <w:t>ان کی demand سے وہ لوگ ہٹ نہیں رہے ہیں۔</w:t>
      </w:r>
    </w:p>
    <w:p>
      <w:r>
        <w:rPr>
          <w:b/>
        </w:rPr>
        <w:t xml:space="preserve">[10:54] </w:t>
      </w:r>
      <w:r>
        <w:t>yani juloos jalsa se un ka kaam ban nahi raha hai.</w:t>
      </w:r>
    </w:p>
    <w:p>
      <w:pPr>
        <w:jc w:val="right"/>
      </w:pPr>
      <w:r>
        <w:t>یعنی جلوس جلسہ سے ان کا کام بن نہیں رہا ہے۔</w:t>
      </w:r>
    </w:p>
    <w:p>
      <w:r>
        <w:rPr>
          <w:b/>
        </w:rPr>
        <w:t xml:space="preserve">[10:58] </w:t>
      </w:r>
      <w:r>
        <w:t>to phir jihad shuru kiya.</w:t>
      </w:r>
    </w:p>
    <w:p>
      <w:pPr>
        <w:jc w:val="right"/>
      </w:pPr>
      <w:r>
        <w:t>تو پھر جہاد شروع کیا۔</w:t>
      </w:r>
    </w:p>
    <w:p>
      <w:r>
        <w:rPr>
          <w:b/>
        </w:rPr>
        <w:t xml:space="preserve">[11:00] </w:t>
      </w:r>
      <w:r>
        <w:t>Gun culture chalaya.</w:t>
      </w:r>
    </w:p>
    <w:p>
      <w:pPr>
        <w:jc w:val="right"/>
      </w:pPr>
      <w:r>
        <w:t>Gun culture چلایا۔</w:t>
      </w:r>
    </w:p>
    <w:p>
      <w:r>
        <w:rPr>
          <w:b/>
        </w:rPr>
        <w:t xml:space="preserve">[11:02] </w:t>
      </w:r>
      <w:r>
        <w:t>Gun culture mein bhi kamyabi nahi hui.</w:t>
      </w:r>
    </w:p>
    <w:p>
      <w:pPr>
        <w:jc w:val="right"/>
      </w:pPr>
      <w:r>
        <w:t>Gun culture میں بھی کامیابی نہیں ہوئی۔</w:t>
      </w:r>
    </w:p>
    <w:p>
      <w:r>
        <w:rPr>
          <w:b/>
        </w:rPr>
        <w:t xml:space="preserve">[11:05] </w:t>
      </w:r>
      <w:r>
        <w:t>kyunke un ke paas army thi.</w:t>
      </w:r>
    </w:p>
    <w:p>
      <w:pPr>
        <w:jc w:val="right"/>
      </w:pPr>
      <w:r>
        <w:t>کیونکہ ان کے پاس آرمی تھی۔</w:t>
      </w:r>
    </w:p>
    <w:p>
      <w:r>
        <w:rPr>
          <w:b/>
        </w:rPr>
        <w:t xml:space="preserve">[11:07] </w:t>
      </w:r>
      <w:r>
        <w:t>jin se woh lad rahe the un ke paas regular army thi.</w:t>
      </w:r>
    </w:p>
    <w:p>
      <w:pPr>
        <w:jc w:val="right"/>
      </w:pPr>
      <w:r>
        <w:t>جن سے وہ لڑ رہے تھے ان کے پاس regular آرمی تھی۔</w:t>
      </w:r>
    </w:p>
    <w:p>
      <w:r>
        <w:rPr>
          <w:b/>
        </w:rPr>
        <w:t xml:space="preserve">[11:13] </w:t>
      </w:r>
      <w:r>
        <w:t>un ke paas to aise hi log the unorganized way mein.</w:t>
      </w:r>
    </w:p>
    <w:p>
      <w:pPr>
        <w:jc w:val="right"/>
      </w:pPr>
      <w:r>
        <w:t>ان کے پاس تو ایسے ہی لوگ تھے unorganized way میں۔</w:t>
      </w:r>
    </w:p>
    <w:p>
      <w:r>
        <w:rPr>
          <w:b/>
        </w:rPr>
        <w:t xml:space="preserve">[11:17] </w:t>
      </w:r>
      <w:r>
        <w:t>to is mein bhi kamyabi nahi hui.</w:t>
      </w:r>
    </w:p>
    <w:p>
      <w:pPr>
        <w:jc w:val="right"/>
      </w:pPr>
      <w:r>
        <w:t>تو اس میں بھی کامیابی نہیں ہوئی۔</w:t>
      </w:r>
    </w:p>
    <w:p>
      <w:r>
        <w:rPr>
          <w:b/>
        </w:rPr>
        <w:t xml:space="preserve">[11:20] </w:t>
      </w:r>
      <w:r>
        <w:t>to kya hua aakhir mein? Suicide bombing.</w:t>
      </w:r>
    </w:p>
    <w:p>
      <w:pPr>
        <w:jc w:val="right"/>
      </w:pPr>
      <w:r>
        <w:t>تو کیا ہوا آخر میں؟ Suicide bombing۔</w:t>
      </w:r>
    </w:p>
    <w:p>
      <w:r>
        <w:rPr>
          <w:b/>
        </w:rPr>
        <w:t xml:space="preserve">[11:23] </w:t>
      </w:r>
      <w:r>
        <w:t>ab jo suicide bombing hoti hai woh hai out of frustration.</w:t>
      </w:r>
    </w:p>
    <w:p>
      <w:pPr>
        <w:jc w:val="right"/>
      </w:pPr>
      <w:r>
        <w:t>اب جو suicide bombing ہوتی ہے وہ ہے out of frustration۔</w:t>
      </w:r>
    </w:p>
    <w:p>
      <w:r>
        <w:rPr>
          <w:b/>
        </w:rPr>
        <w:t xml:space="preserve">[11:28] </w:t>
      </w:r>
      <w:r>
        <w:t>yani literature se kaam nahi chala.</w:t>
      </w:r>
    </w:p>
    <w:p>
      <w:pPr>
        <w:jc w:val="right"/>
      </w:pPr>
      <w:r>
        <w:t>یعنی literature سے کام نہیں چلا۔</w:t>
      </w:r>
    </w:p>
    <w:p>
      <w:r>
        <w:rPr>
          <w:b/>
        </w:rPr>
        <w:t xml:space="preserve">[11:31] </w:t>
      </w:r>
      <w:r>
        <w:t>aur jo jo koshishein kin us se kaam nahi chala.</w:t>
      </w:r>
    </w:p>
    <w:p>
      <w:pPr>
        <w:jc w:val="right"/>
      </w:pPr>
      <w:r>
        <w:t>اور جو جو کوششیں کیں اس سے کام نہیں چلا۔</w:t>
      </w:r>
    </w:p>
    <w:p>
      <w:r>
        <w:rPr>
          <w:b/>
        </w:rPr>
        <w:t xml:space="preserve">[11:35] </w:t>
      </w:r>
      <w:r>
        <w:t>to aakhir mein kya hai? ke suicide bombing.</w:t>
      </w:r>
    </w:p>
    <w:p>
      <w:pPr>
        <w:jc w:val="right"/>
      </w:pPr>
      <w:r>
        <w:t>تو آخر میں کیا ہے؟ کہ suicide bombing۔</w:t>
      </w:r>
    </w:p>
    <w:p>
      <w:r>
        <w:rPr>
          <w:b/>
        </w:rPr>
        <w:t xml:space="preserve">[11:38] </w:t>
      </w:r>
      <w:r>
        <w:t>aadmi frustration mein yeh sab kaam karta hai.</w:t>
      </w:r>
    </w:p>
    <w:p>
      <w:pPr>
        <w:jc w:val="right"/>
      </w:pPr>
      <w:r>
        <w:t>آدمی frustration میں یہ سب کام کرتا ہے۔</w:t>
      </w:r>
    </w:p>
    <w:p>
      <w:r>
        <w:rPr>
          <w:b/>
        </w:rPr>
        <w:t xml:space="preserve">[11:42] </w:t>
      </w:r>
      <w:r>
        <w:t>to kitna galat tha yeh misinterpretation ke yeh shakal yani political interpretation ke is ne poori poori naslon</w:t>
      </w:r>
    </w:p>
    <w:p>
      <w:pPr>
        <w:jc w:val="right"/>
      </w:pPr>
      <w:r>
        <w:t>تو کتنا غلط تھا یہ misinterpretation کہ یہ شکل یعنی political interpretation کہ اس نے پوری پوری نسلوں</w:t>
      </w:r>
    </w:p>
    <w:p>
      <w:r>
        <w:rPr>
          <w:b/>
        </w:rPr>
        <w:t xml:space="preserve">[11:49] </w:t>
      </w:r>
      <w:r>
        <w:t>ko militant bana diya.</w:t>
      </w:r>
    </w:p>
    <w:p>
      <w:pPr>
        <w:jc w:val="right"/>
      </w:pPr>
      <w:r>
        <w:t>کو militant بنا دیا۔</w:t>
      </w:r>
    </w:p>
    <w:p>
      <w:r>
        <w:rPr>
          <w:b/>
        </w:rPr>
        <w:t xml:space="preserve">[11:51] </w:t>
      </w:r>
      <w:r>
        <w:t>yeh samajh kar ke hum jehad kar rahe hain, hum islami nizam ko naafiz kar rahe hain, islami</w:t>
      </w:r>
    </w:p>
    <w:p>
      <w:pPr>
        <w:jc w:val="right"/>
      </w:pPr>
      <w:r>
        <w:t>یہ سمجھ کر کہ ہم جہاد کر رہے ہیں، ہم اسلامی نظام کو نافذ کر رہے ہیں، اسلامی</w:t>
      </w:r>
    </w:p>
    <w:p>
      <w:r>
        <w:rPr>
          <w:b/>
        </w:rPr>
        <w:t xml:space="preserve">[11:59] </w:t>
      </w:r>
      <w:r>
        <w:t>system ko hum la rahe hain.</w:t>
      </w:r>
    </w:p>
    <w:p>
      <w:pPr>
        <w:jc w:val="right"/>
      </w:pPr>
      <w:r>
        <w:t>system کو ہم لا رہے ہیں۔</w:t>
      </w:r>
    </w:p>
    <w:p>
      <w:r>
        <w:rPr>
          <w:b/>
        </w:rPr>
        <w:t xml:space="preserve">[12:01] </w:t>
      </w:r>
      <w:r>
        <w:t>kayi mulkon mein aap jante hain ke wahan par unhon ne ailaan kiya ke hum ne islami qanoon</w:t>
      </w:r>
    </w:p>
    <w:p>
      <w:pPr>
        <w:jc w:val="right"/>
      </w:pPr>
      <w:r>
        <w:t>کئی ملکوں میں آپ جانتے ہیں کہ وہاں پر انہوں نے اعلان کیا کہ ہم نے اسلامی قانون</w:t>
      </w:r>
    </w:p>
    <w:p>
      <w:r>
        <w:rPr>
          <w:b/>
        </w:rPr>
        <w:t xml:space="preserve">[12:09] </w:t>
      </w:r>
      <w:r>
        <w:t>naafiz kar diya hai.</w:t>
      </w:r>
    </w:p>
    <w:p>
      <w:pPr>
        <w:jc w:val="right"/>
      </w:pPr>
      <w:r>
        <w:t>نافذ کر دیا ہے۔</w:t>
      </w:r>
    </w:p>
    <w:p>
      <w:r>
        <w:rPr>
          <w:b/>
        </w:rPr>
        <w:t xml:space="preserve">[12:11] </w:t>
      </w:r>
      <w:r>
        <w:t>to kya hua? Flagging ho rahi hai.</w:t>
      </w:r>
    </w:p>
    <w:p>
      <w:pPr>
        <w:jc w:val="right"/>
      </w:pPr>
      <w:r>
        <w:t>تو کیا ہوا؟ Flagging ہو رہی ہے۔</w:t>
      </w:r>
    </w:p>
    <w:p>
      <w:r>
        <w:rPr>
          <w:b/>
        </w:rPr>
        <w:t xml:space="preserve">[12:14] </w:t>
      </w:r>
      <w:r>
        <w:t>toor phor ki ja rahi hai.</w:t>
      </w:r>
    </w:p>
    <w:p>
      <w:pPr>
        <w:jc w:val="right"/>
      </w:pPr>
      <w:r>
        <w:t>توڑ پھوڑ کی جا رہی ہے۔</w:t>
      </w:r>
    </w:p>
    <w:p>
      <w:r>
        <w:rPr>
          <w:b/>
        </w:rPr>
        <w:t xml:space="preserve">[12:16] </w:t>
      </w:r>
      <w:r>
        <w:t>ab dunya mein islam badnaam hua.</w:t>
      </w:r>
    </w:p>
    <w:p>
      <w:pPr>
        <w:jc w:val="right"/>
      </w:pPr>
      <w:r>
        <w:t>اب دنیا میں اسلام بدنام ہوا۔</w:t>
      </w:r>
    </w:p>
    <w:p>
      <w:r>
        <w:rPr>
          <w:b/>
        </w:rPr>
        <w:t xml:space="preserve">[12:19] </w:t>
      </w:r>
      <w:r>
        <w:t>hua kuch bhi nahi.</w:t>
      </w:r>
    </w:p>
    <w:p>
      <w:pPr>
        <w:jc w:val="right"/>
      </w:pPr>
      <w:r>
        <w:t>ہوا کچھ بھی نہیں۔</w:t>
      </w:r>
    </w:p>
    <w:p>
      <w:r>
        <w:rPr>
          <w:b/>
        </w:rPr>
        <w:t xml:space="preserve">[12:21] </w:t>
      </w:r>
      <w:r>
        <w:t>Society badli nahi.</w:t>
      </w:r>
    </w:p>
    <w:p>
      <w:pPr>
        <w:jc w:val="right"/>
      </w:pPr>
      <w:r>
        <w:t>Society بدلی نہیں۔</w:t>
      </w:r>
    </w:p>
    <w:p>
      <w:r>
        <w:rPr>
          <w:b/>
        </w:rPr>
        <w:t xml:space="preserve">[12:22] </w:t>
      </w:r>
      <w:r>
        <w:t>System mein koi real change nahi aaya.</w:t>
      </w:r>
    </w:p>
    <w:p>
      <w:pPr>
        <w:jc w:val="right"/>
      </w:pPr>
      <w:r>
        <w:t>System میں کوئی real change نہیں آیا۔</w:t>
      </w:r>
    </w:p>
    <w:p>
      <w:r>
        <w:rPr>
          <w:b/>
        </w:rPr>
        <w:t xml:space="preserve">[12:25] </w:t>
      </w:r>
      <w:r>
        <w:t>koi islami values wahan par nahi aayin.</w:t>
      </w:r>
    </w:p>
    <w:p>
      <w:pPr>
        <w:jc w:val="right"/>
      </w:pPr>
      <w:r>
        <w:t>کوئی اسلامی values وہاں پر نہیں آئیں۔</w:t>
      </w:r>
    </w:p>
    <w:p>
      <w:r>
        <w:rPr>
          <w:b/>
        </w:rPr>
        <w:t xml:space="preserve">[12:28] </w:t>
      </w:r>
      <w:r>
        <w:t>lekin flagging ho rahi hai log.</w:t>
      </w:r>
    </w:p>
    <w:p>
      <w:pPr>
        <w:jc w:val="right"/>
      </w:pPr>
      <w:r>
        <w:t>لیکن flagging ہو رہی ہے لوگ۔</w:t>
      </w:r>
    </w:p>
    <w:p>
      <w:r>
        <w:rPr>
          <w:b/>
        </w:rPr>
        <w:t xml:space="preserve">[12:31] </w:t>
      </w:r>
      <w:r>
        <w:t>bahar ja rahe hain, koi koi goli lag rahi hai kisi ko, kuch ho raha hai, koi tod</w:t>
      </w:r>
    </w:p>
    <w:p>
      <w:pPr>
        <w:jc w:val="right"/>
      </w:pPr>
      <w:r>
        <w:t>باہر جا رہے ہیں، کوئی کوئی گولی لگ رہی ہے کسی کو، کچھ ہو رہا ہے، کوئی توڑ</w:t>
      </w:r>
    </w:p>
    <w:p>
      <w:r>
        <w:rPr>
          <w:b/>
        </w:rPr>
        <w:t xml:space="preserve">[12:38] </w:t>
      </w:r>
      <w:r>
        <w:t>phod kiya ja raha hai.</w:t>
      </w:r>
    </w:p>
    <w:p>
      <w:pPr>
        <w:jc w:val="right"/>
      </w:pPr>
      <w:r>
        <w:t>پھوڑ کیا جا رہا ہے۔</w:t>
      </w:r>
    </w:p>
    <w:p>
      <w:r>
        <w:rPr>
          <w:b/>
        </w:rPr>
        <w:t xml:space="preserve">[12:41] </w:t>
      </w:r>
      <w:r>
        <w:t>yeh hai political interpretation.</w:t>
      </w:r>
    </w:p>
    <w:p>
      <w:pPr>
        <w:jc w:val="right"/>
      </w:pPr>
      <w:r>
        <w:t>یہ ہے political interpretation۔</w:t>
      </w:r>
    </w:p>
    <w:p>
      <w:r>
        <w:rPr>
          <w:b/>
        </w:rPr>
        <w:t xml:space="preserve">[12:42] </w:t>
      </w:r>
      <w:r>
        <w:t>is mein ghalati kya thi? is mein ghalati yeh thi ke dekhiye islam ke, islam ka ek bohat</w:t>
      </w:r>
    </w:p>
    <w:p>
      <w:pPr>
        <w:jc w:val="right"/>
      </w:pPr>
      <w:r>
        <w:t>اس میں غلطی کیا تھی؟ اس میں غلطی یہ تھی کہ دیکھیے اسلام کے، اسلام کا ایک بہت</w:t>
      </w:r>
    </w:p>
    <w:p>
      <w:r>
        <w:rPr>
          <w:b/>
        </w:rPr>
        <w:t xml:space="preserve">[12:50] </w:t>
      </w:r>
      <w:r>
        <w:t>hi basic principle yeh hai: la yakallafu allahu nafsan illa wus'aha yani khuda kisi ko itna hi, khuda</w:t>
      </w:r>
    </w:p>
    <w:p>
      <w:pPr>
        <w:jc w:val="right"/>
      </w:pPr>
      <w:r>
        <w:t>ہی basic principle یہ ہے: لا یکلف اللہ نفسا الا اسا یعنی خدا کسی کو اتنا ہی، خدا</w:t>
      </w:r>
    </w:p>
    <w:p>
      <w:r>
        <w:rPr>
          <w:b/>
        </w:rPr>
        <w:t xml:space="preserve">[12:58] </w:t>
      </w:r>
      <w:r>
        <w:t>kisi ko itna hi karne ka hukum deta hai jitna ke us ke bas mein hai.</w:t>
      </w:r>
    </w:p>
    <w:p>
      <w:pPr>
        <w:jc w:val="right"/>
      </w:pPr>
      <w:r>
        <w:t>کسی کو اتنا ہی کرنے کا حکم دیتا ہے جتنا کہ اس کے بس میں ہو۔</w:t>
      </w:r>
    </w:p>
    <w:p>
      <w:r>
        <w:rPr>
          <w:b/>
        </w:rPr>
        <w:t xml:space="preserve">[13:05] </w:t>
      </w:r>
      <w:r>
        <w:t>jitna us ke bas mein ho.</w:t>
      </w:r>
    </w:p>
    <w:p>
      <w:pPr>
        <w:jc w:val="right"/>
      </w:pPr>
      <w:r>
        <w:t>جتنا اس کے بس میں ہو۔</w:t>
      </w:r>
    </w:p>
    <w:p>
      <w:r>
        <w:rPr>
          <w:b/>
        </w:rPr>
        <w:t xml:space="preserve">[13:07] </w:t>
      </w:r>
      <w:r>
        <w:t>is ka matlab hai jitna us ke bas mein ho.</w:t>
      </w:r>
    </w:p>
    <w:p>
      <w:pPr>
        <w:jc w:val="right"/>
      </w:pPr>
      <w:r>
        <w:t>اس کا مطلب ہے جتنا اس کے بس میں ہو۔</w:t>
      </w:r>
    </w:p>
    <w:p>
      <w:r>
        <w:rPr>
          <w:b/>
        </w:rPr>
        <w:t xml:space="preserve">[13:11] </w:t>
      </w:r>
      <w:r>
        <w:t>to yeh hai islam ka basic principle.</w:t>
      </w:r>
    </w:p>
    <w:p>
      <w:pPr>
        <w:jc w:val="right"/>
      </w:pPr>
      <w:r>
        <w:t>تو یہ ہے اسلام کا basic principle۔</w:t>
      </w:r>
    </w:p>
    <w:p>
      <w:r>
        <w:rPr>
          <w:b/>
        </w:rPr>
        <w:t xml:space="preserve">[13:14] </w:t>
      </w:r>
      <w:r>
        <w:t>ab aap dekhiye is ko samajhne ke liye main arz karta hoon ke islam ke kuch hukum woh</w:t>
      </w:r>
    </w:p>
    <w:p>
      <w:pPr>
        <w:jc w:val="right"/>
      </w:pPr>
      <w:r>
        <w:t>اب آپ دیکھیے اس کو سمجھنے کے لیے میں عرض کرتا ہوں کہ اسلام کے کچھ حکم وہ</w:t>
      </w:r>
    </w:p>
    <w:p>
      <w:r>
        <w:rPr>
          <w:b/>
        </w:rPr>
        <w:t xml:space="preserve">[13:22] </w:t>
      </w:r>
      <w:r>
        <w:t>hain jin ko main khud apne zaati irade se kar sakta hoon.</w:t>
      </w:r>
    </w:p>
    <w:p>
      <w:pPr>
        <w:jc w:val="right"/>
      </w:pPr>
      <w:r>
        <w:t>ہیں جن کو میں خود اپنے ذاتی ارادے سے کر سکتا ہوں۔</w:t>
      </w:r>
    </w:p>
    <w:p>
      <w:r>
        <w:rPr>
          <w:b/>
        </w:rPr>
        <w:t xml:space="preserve">[13:27] </w:t>
      </w:r>
      <w:r>
        <w:t>jaise agar main chahoon ke main khuda ko ek maanoon to main koi rok nahi, main apni zuban</w:t>
      </w:r>
    </w:p>
    <w:p>
      <w:pPr>
        <w:jc w:val="right"/>
      </w:pPr>
      <w:r>
        <w:t>جیسے اگر میں چاہوں کہ میں خدا کو ایک مانوں تو میں کوئی روک نہیں، میں اپنی زبان</w:t>
      </w:r>
    </w:p>
    <w:p>
      <w:r>
        <w:rPr>
          <w:b/>
        </w:rPr>
        <w:t xml:space="preserve">[13:35] </w:t>
      </w:r>
      <w:r>
        <w:t>se keh sakta hoon ke ashhadu an la ilaha illallah.</w:t>
      </w:r>
    </w:p>
    <w:p>
      <w:pPr>
        <w:jc w:val="right"/>
      </w:pPr>
      <w:r>
        <w:t>سے کہہ سکتا ہوں کہ اشھد ان لا الہ الا اللہ۔</w:t>
      </w:r>
    </w:p>
    <w:p>
      <w:r>
        <w:rPr>
          <w:b/>
        </w:rPr>
        <w:t xml:space="preserve">[13:40] </w:t>
      </w:r>
      <w:r>
        <w:t>to is mein khuda ko ek manne mein mujhe koi apne hi ko badalna hai.</w:t>
      </w:r>
    </w:p>
    <w:p>
      <w:pPr>
        <w:jc w:val="right"/>
      </w:pPr>
      <w:r>
        <w:t>تو اس میں خدا کو ایک ماننے میں مجھے کوئی اپنے ہی کو بدلنا ہے۔</w:t>
      </w:r>
    </w:p>
    <w:p>
      <w:r>
        <w:rPr>
          <w:b/>
        </w:rPr>
        <w:t xml:space="preserve">[13:46] </w:t>
      </w:r>
      <w:r>
        <w:t>kisi aur ko badalne ka mamla is mein shamil nahi hai.</w:t>
      </w:r>
    </w:p>
    <w:p>
      <w:pPr>
        <w:jc w:val="right"/>
      </w:pPr>
      <w:r>
        <w:t>کسی اور کو بدلنے کا معاملہ اس میں شامل نہیں ہے۔</w:t>
      </w:r>
    </w:p>
    <w:p>
      <w:r>
        <w:rPr>
          <w:b/>
        </w:rPr>
        <w:t xml:space="preserve">[13:51] </w:t>
      </w:r>
      <w:r>
        <w:t>aise hi mujhe namaz parhna ho to main jab chahoon namaz parhoon, koi rok nahi hai is mein.</w:t>
      </w:r>
    </w:p>
    <w:p>
      <w:pPr>
        <w:jc w:val="right"/>
      </w:pPr>
      <w:r>
        <w:t>ایسے ہی مجھے نماز پڑھنا ہو تو میں جب چاہوں نماز پڑھوں، کوئی روک نہیں ہے اس میں۔</w:t>
      </w:r>
    </w:p>
    <w:p>
      <w:r>
        <w:rPr>
          <w:b/>
        </w:rPr>
        <w:t xml:space="preserve">[13:59] </w:t>
      </w:r>
      <w:r>
        <w:t>aise hi mujhe sach bolna hai, honesty hai, peaceful rehna hai.</w:t>
      </w:r>
    </w:p>
    <w:p>
      <w:pPr>
        <w:jc w:val="right"/>
      </w:pPr>
      <w:r>
        <w:t>ایسے ہی مجھے سچ بولنا ہے، honesty ہے، peaceful رہنا ہے۔</w:t>
      </w:r>
    </w:p>
    <w:p>
      <w:r>
        <w:rPr>
          <w:b/>
        </w:rPr>
        <w:t xml:space="preserve">[14:03] </w:t>
      </w:r>
      <w:r>
        <w:t>yeh sab main apni hi free will se kar sakta hoon.</w:t>
      </w:r>
    </w:p>
    <w:p>
      <w:pPr>
        <w:jc w:val="right"/>
      </w:pPr>
      <w:r>
        <w:t>یہ سب میں اپنی ہی free will سے کر سکتا ہوں۔</w:t>
      </w:r>
    </w:p>
    <w:p>
      <w:r>
        <w:rPr>
          <w:b/>
        </w:rPr>
        <w:t xml:space="preserve">[14:08] </w:t>
      </w:r>
      <w:r>
        <w:t>to islam ka jo teachings hain, is ka ek hissa woh hai jo individual se talluq rakhta hai.</w:t>
      </w:r>
    </w:p>
    <w:p>
      <w:pPr>
        <w:jc w:val="right"/>
      </w:pPr>
      <w:r>
        <w:t>تو اسلام کا جو teachings ہیں، اس کا ایک حصہ وہ ہے جو individual سے تعلق رکھتا ہے۔</w:t>
      </w:r>
    </w:p>
    <w:p>
      <w:r>
        <w:rPr>
          <w:b/>
        </w:rPr>
        <w:t xml:space="preserve">[14:16] </w:t>
      </w:r>
      <w:r>
        <w:t>yani koi bhi individual jab chahe to us par amal karne lage woh.</w:t>
      </w:r>
    </w:p>
    <w:p>
      <w:pPr>
        <w:jc w:val="right"/>
      </w:pPr>
      <w:r>
        <w:t>یعنی کوئی بھی individual جب چاہے تو اس پر عمل کرنے لگے وہ۔</w:t>
      </w:r>
    </w:p>
    <w:p>
      <w:r>
        <w:rPr>
          <w:b/>
        </w:rPr>
        <w:t xml:space="preserve">[14:21] </w:t>
      </w:r>
      <w:r>
        <w:t>yani individual based teachings.</w:t>
      </w:r>
    </w:p>
    <w:p>
      <w:pPr>
        <w:jc w:val="right"/>
      </w:pPr>
      <w:r>
        <w:t>یعنی individual based teachings۔</w:t>
      </w:r>
    </w:p>
    <w:p>
      <w:r>
        <w:rPr>
          <w:b/>
        </w:rPr>
        <w:t xml:space="preserve">[14:23] </w:t>
      </w:r>
      <w:r>
        <w:t>yeh ek hai is ka.</w:t>
      </w:r>
    </w:p>
    <w:p>
      <w:pPr>
        <w:jc w:val="right"/>
      </w:pPr>
      <w:r>
        <w:t>یہ ایک ہے اس کا۔</w:t>
      </w:r>
    </w:p>
    <w:p>
      <w:r>
        <w:rPr>
          <w:b/>
        </w:rPr>
        <w:t xml:space="preserve">[14:25] </w:t>
      </w:r>
      <w:r>
        <w:t>dusra jo hai woh society based.</w:t>
      </w:r>
    </w:p>
    <w:p>
      <w:pPr>
        <w:jc w:val="right"/>
      </w:pPr>
      <w:r>
        <w:t>دوسرا جو ہے وہ society based۔</w:t>
      </w:r>
    </w:p>
    <w:p>
      <w:r>
        <w:rPr>
          <w:b/>
        </w:rPr>
        <w:t xml:space="preserve">[14:28] </w:t>
      </w:r>
      <w:r>
        <w:t>yani society mein is ko naafiz karna.</w:t>
      </w:r>
    </w:p>
    <w:p>
      <w:pPr>
        <w:jc w:val="right"/>
      </w:pPr>
      <w:r>
        <w:t>یعنی society میں اس کو نافذ کرنا۔</w:t>
      </w:r>
    </w:p>
    <w:p>
      <w:r>
        <w:rPr>
          <w:b/>
        </w:rPr>
        <w:t xml:space="preserve">[14:31] </w:t>
      </w:r>
      <w:r>
        <w:t>jaise ke aap chahte hain ke sharab peene wale ko kora mara jaye to aap as an individual</w:t>
      </w:r>
    </w:p>
    <w:p>
      <w:pPr>
        <w:jc w:val="right"/>
      </w:pPr>
      <w:r>
        <w:t>جیسے کہ آپ چاہتے ہیں کہ شراب پینے والے کو کوڑا مارا جائے تو آپ as an individual</w:t>
      </w:r>
    </w:p>
    <w:p>
      <w:r>
        <w:rPr>
          <w:b/>
        </w:rPr>
        <w:t xml:space="preserve">[14:38] </w:t>
      </w:r>
      <w:r>
        <w:t>nahin maar sakte.</w:t>
      </w:r>
    </w:p>
    <w:p>
      <w:pPr>
        <w:jc w:val="right"/>
      </w:pPr>
      <w:r>
        <w:t>نہیں مار سکتے۔</w:t>
      </w:r>
    </w:p>
    <w:p>
      <w:r>
        <w:rPr>
          <w:b/>
        </w:rPr>
        <w:t xml:space="preserve">[14:40] </w:t>
      </w:r>
      <w:r>
        <w:t>jab society badlegi, law badlega, aap political power aap ke paas hoga, tab aap aisa kar</w:t>
      </w:r>
    </w:p>
    <w:p>
      <w:pPr>
        <w:jc w:val="right"/>
      </w:pPr>
      <w:r>
        <w:t>جب society بدلے گی، law بدلے گا، آپ political power آپ کے پاس ہوگا، تب آپ ایسا کر</w:t>
      </w:r>
    </w:p>
    <w:p>
      <w:r>
        <w:rPr>
          <w:b/>
        </w:rPr>
        <w:t xml:space="preserve">[14:48] </w:t>
      </w:r>
      <w:r>
        <w:t>sakte hain ke sharab peene wale ko kora marein.</w:t>
      </w:r>
    </w:p>
    <w:p>
      <w:pPr>
        <w:jc w:val="right"/>
      </w:pPr>
      <w:r>
        <w:t>سکتے ہیں کہ شراب پینے والے کو کوڑا ماریں۔</w:t>
      </w:r>
    </w:p>
    <w:p>
      <w:r>
        <w:rPr>
          <w:b/>
        </w:rPr>
        <w:t xml:space="preserve">[14:52] </w:t>
      </w:r>
      <w:r>
        <w:t>to woh woh individual based hukum nahin hua.</w:t>
      </w:r>
    </w:p>
    <w:p>
      <w:pPr>
        <w:jc w:val="right"/>
      </w:pPr>
      <w:r>
        <w:t>تو وہ وہ individual based حکم نہیں ہوا۔</w:t>
      </w:r>
    </w:p>
    <w:p>
      <w:r>
        <w:rPr>
          <w:b/>
        </w:rPr>
        <w:t xml:space="preserve">[14:55] </w:t>
      </w:r>
      <w:r>
        <w:t>woh society based hua woh.</w:t>
      </w:r>
    </w:p>
    <w:p>
      <w:pPr>
        <w:jc w:val="right"/>
      </w:pPr>
      <w:r>
        <w:t>وہ society based ہوا وہ۔</w:t>
      </w:r>
    </w:p>
    <w:p>
      <w:r>
        <w:rPr>
          <w:b/>
        </w:rPr>
        <w:t xml:space="preserve">[14:57] </w:t>
      </w:r>
      <w:r>
        <w:t>to yeh farq hai Islam mein.</w:t>
      </w:r>
    </w:p>
    <w:p>
      <w:pPr>
        <w:jc w:val="right"/>
      </w:pPr>
      <w:r>
        <w:t>تو یہ فرق ہے اسلام میں۔</w:t>
      </w:r>
    </w:p>
    <w:p>
      <w:r>
        <w:rPr>
          <w:b/>
        </w:rPr>
        <w:t xml:space="preserve">[15:00] </w:t>
      </w:r>
      <w:r>
        <w:t>yeh Islam differentiates between two types of hukum.</w:t>
      </w:r>
    </w:p>
    <w:p>
      <w:pPr>
        <w:jc w:val="right"/>
      </w:pPr>
      <w:r>
        <w:t>یہ اسلام differentiates between two types of حکم۔</w:t>
      </w:r>
    </w:p>
    <w:p>
      <w:r>
        <w:rPr>
          <w:b/>
        </w:rPr>
        <w:t xml:space="preserve">[15:03] </w:t>
      </w:r>
      <w:r>
        <w:t>yeh jahan tak individual ki baat hai, wahan to har aadmi par farz hai ke woh is ko</w:t>
      </w:r>
    </w:p>
    <w:p>
      <w:pPr>
        <w:jc w:val="right"/>
      </w:pPr>
      <w:r>
        <w:t>یہ جہاں تک individual کی بات ہے، وہاں تو ہر آدمی پر فرض ہے کہ وہ اس کو</w:t>
      </w:r>
    </w:p>
    <w:p>
      <w:r>
        <w:rPr>
          <w:b/>
        </w:rPr>
        <w:t xml:space="preserve">[15:11] </w:t>
      </w:r>
      <w:r>
        <w:t>apnaye.</w:t>
      </w:r>
    </w:p>
    <w:p>
      <w:pPr>
        <w:jc w:val="right"/>
      </w:pPr>
      <w:r>
        <w:t>اپنائے۔</w:t>
      </w:r>
    </w:p>
    <w:p>
      <w:r>
        <w:rPr>
          <w:b/>
        </w:rPr>
        <w:t xml:space="preserve">[15:12] </w:t>
      </w:r>
      <w:r>
        <w:t>lekin jahan society involve hoti hai, jahan social system involve hota hai, wahan par aap par farz nahin</w:t>
      </w:r>
    </w:p>
    <w:p>
      <w:pPr>
        <w:jc w:val="right"/>
      </w:pPr>
      <w:r>
        <w:t>لیکن جہاں society involve ہوتی ہے، جہاں social system involve ہوتا ہے، وہاں پر آپ پر فرض نہیں</w:t>
      </w:r>
    </w:p>
    <w:p>
      <w:r>
        <w:rPr>
          <w:b/>
        </w:rPr>
        <w:t xml:space="preserve">[15:20]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[15:22] </w:t>
      </w:r>
      <w:r>
        <w:t>aap preaching karein, peaceful preaching kareinge.</w:t>
      </w:r>
    </w:p>
    <w:p>
      <w:pPr>
        <w:jc w:val="right"/>
      </w:pPr>
      <w:r>
        <w:t>آپ preaching کریں، peaceful preaching کریں گے۔</w:t>
      </w:r>
    </w:p>
    <w:p>
      <w:r>
        <w:rPr>
          <w:b/>
        </w:rPr>
        <w:t xml:space="preserve">[15:25] </w:t>
      </w:r>
      <w:r>
        <w:t>wait kareinge us waqt tak jab tak ke social change na aa jaye.</w:t>
      </w:r>
    </w:p>
    <w:p>
      <w:pPr>
        <w:jc w:val="right"/>
      </w:pPr>
      <w:r>
        <w:t>Wait کریں گے اس وقت تک جب تک کہ social change نہ آ جائے۔</w:t>
      </w:r>
    </w:p>
    <w:p>
      <w:r>
        <w:rPr>
          <w:b/>
        </w:rPr>
        <w:t xml:space="preserve">[15:31] </w:t>
      </w:r>
      <w:r>
        <w:t>society mein badlao na aa jaye.</w:t>
      </w:r>
    </w:p>
    <w:p>
      <w:pPr>
        <w:jc w:val="right"/>
      </w:pPr>
      <w:r>
        <w:t>Society میں بدلاؤ نہ آ جائے۔</w:t>
      </w:r>
    </w:p>
    <w:p>
      <w:r>
        <w:rPr>
          <w:b/>
        </w:rPr>
        <w:t xml:space="preserve">[15:33] </w:t>
      </w:r>
      <w:r>
        <w:t>isi baat ko rasool Allah ne kaha hai is tareeqe se ke kama takunoon kadhalik yuwla alaikum.</w:t>
      </w:r>
    </w:p>
    <w:p>
      <w:pPr>
        <w:jc w:val="right"/>
      </w:pPr>
      <w:r>
        <w:t>اسی بات کو رسول اللہ نے کہا ہے اس طریقے سے کہ کما تكونون کذالک یولو علیکم۔</w:t>
      </w:r>
    </w:p>
    <w:p>
      <w:r>
        <w:rPr>
          <w:b/>
        </w:rPr>
        <w:t xml:space="preserve">[15:40] </w:t>
      </w:r>
      <w:r>
        <w:t>jaise tum hoge waise hi tumhare hukmaran honge.</w:t>
      </w:r>
    </w:p>
    <w:p>
      <w:pPr>
        <w:jc w:val="right"/>
      </w:pPr>
      <w:r>
        <w:t>جیسے تم ہو گے ویسے ہی تمہارے حکمران ہوں گے۔</w:t>
      </w:r>
    </w:p>
    <w:p>
      <w:r>
        <w:rPr>
          <w:b/>
        </w:rPr>
        <w:t xml:space="preserve">[15:45] </w:t>
      </w:r>
      <w:r>
        <w:t>yani jaise society waise rulers.</w:t>
      </w:r>
    </w:p>
    <w:p>
      <w:pPr>
        <w:jc w:val="right"/>
      </w:pPr>
      <w:r>
        <w:t>یعنی جیسے society ویسے rulers۔</w:t>
      </w:r>
    </w:p>
    <w:p>
      <w:r>
        <w:rPr>
          <w:b/>
        </w:rPr>
        <w:t xml:space="preserve">[15:47] </w:t>
      </w:r>
      <w:r>
        <w:t>jaise society waise rulers.</w:t>
      </w:r>
    </w:p>
    <w:p>
      <w:pPr>
        <w:jc w:val="right"/>
      </w:pPr>
      <w:r>
        <w:t>جیسے society ویسے rulers۔</w:t>
      </w:r>
    </w:p>
    <w:p>
      <w:r>
        <w:rPr>
          <w:b/>
        </w:rPr>
        <w:t xml:space="preserve">[15:49] </w:t>
      </w:r>
      <w:r>
        <w:t>aap jante hain kai mulkon mein aisa hai, kai deshon mein ke wahan log democracy laye.</w:t>
      </w:r>
    </w:p>
    <w:p>
      <w:pPr>
        <w:jc w:val="right"/>
      </w:pPr>
      <w:r>
        <w:t>آپ جانتے ہیں کئی ملکوں میں ایسا ہے، کئی દેશ میں کہ وہاں لوگ democracy لائے۔</w:t>
      </w:r>
    </w:p>
    <w:p>
      <w:r>
        <w:rPr>
          <w:b/>
        </w:rPr>
        <w:t xml:space="preserve">[15:55] </w:t>
      </w:r>
      <w:r>
        <w:t>lekin agar practical tor par dekhein to wahan anarchy hai.</w:t>
      </w:r>
    </w:p>
    <w:p>
      <w:pPr>
        <w:jc w:val="right"/>
      </w:pPr>
      <w:r>
        <w:t>لیکن اگر practical طور پر دیکھیں تو وہاں انارکی ہے۔</w:t>
      </w:r>
    </w:p>
    <w:p>
      <w:r>
        <w:rPr>
          <w:b/>
        </w:rPr>
        <w:t xml:space="preserve">[16:00] </w:t>
      </w:r>
      <w:r>
        <w:t>kyun ke society tayyar nahin thi.</w:t>
      </w:r>
    </w:p>
    <w:p>
      <w:pPr>
        <w:jc w:val="right"/>
      </w:pPr>
      <w:r>
        <w:t>کیونکہ society تیار نہیں تھی۔</w:t>
      </w:r>
    </w:p>
    <w:p>
      <w:r>
        <w:rPr>
          <w:b/>
        </w:rPr>
        <w:t xml:space="preserve">[16:02] </w:t>
      </w:r>
      <w:r>
        <w:t>dekhein democracy chahti hai aisi society jahan education ho, jahan discipline ho, jahan log jante hon ke humein</w:t>
      </w:r>
    </w:p>
    <w:p>
      <w:pPr>
        <w:jc w:val="right"/>
      </w:pPr>
      <w:r>
        <w:t>دیکھیں democracy چاہتی ہے ایسی society جہاں education ہو، جہاں discipline ہو، جہاں لوگ جانتے ہوں کہ ہمیں</w:t>
      </w:r>
    </w:p>
    <w:p>
      <w:r>
        <w:rPr>
          <w:b/>
        </w:rPr>
        <w:t xml:space="preserve">[16:10] </w:t>
      </w:r>
      <w:r>
        <w:t>kya karna hai, kya nahin karna hai, jahan corruption na ho, corruption.</w:t>
      </w:r>
    </w:p>
    <w:p>
      <w:pPr>
        <w:jc w:val="right"/>
      </w:pPr>
      <w:r>
        <w:t>کیا کرنا ہے، کیا نہیں کرنا ہے، جہاں corruption نہ ہو، corruption۔</w:t>
      </w:r>
    </w:p>
    <w:p>
      <w:r>
        <w:rPr>
          <w:b/>
        </w:rPr>
        <w:t xml:space="preserve">[16:15] </w:t>
      </w:r>
      <w:r>
        <w:t>tab democracy chalegi.</w:t>
      </w:r>
    </w:p>
    <w:p>
      <w:pPr>
        <w:jc w:val="right"/>
      </w:pPr>
      <w:r>
        <w:t>تب democracy چلے گی۔</w:t>
      </w:r>
    </w:p>
    <w:p>
      <w:r>
        <w:rPr>
          <w:b/>
        </w:rPr>
        <w:t xml:space="preserve">[16:16] </w:t>
      </w:r>
      <w:r>
        <w:t>aur nahi to kya hoga? Democracy reduce ho kar anarki ban jayegi.</w:t>
      </w:r>
    </w:p>
    <w:p>
      <w:pPr>
        <w:jc w:val="right"/>
      </w:pPr>
      <w:r>
        <w:t>اور نہیں تو کیا ہوگا؟ Democracy reduce ہو کر انارکی بن جائے گی۔</w:t>
      </w:r>
    </w:p>
    <w:p>
      <w:r>
        <w:rPr>
          <w:b/>
        </w:rPr>
        <w:t xml:space="preserve">[16:22] </w:t>
      </w:r>
      <w:r>
        <w:t>ab kai countries mein aap dekh sakte hain aisa ke society ko banaye baghair log wahan democracy laye.</w:t>
      </w:r>
    </w:p>
    <w:p>
      <w:pPr>
        <w:jc w:val="right"/>
      </w:pPr>
      <w:r>
        <w:t>اب کئی countries میں آپ دیکھ سکتے ہیں ایسا کہ society کو بنائے بغیر لوگ وہاں democracy لائے۔</w:t>
      </w:r>
    </w:p>
    <w:p>
      <w:r>
        <w:rPr>
          <w:b/>
        </w:rPr>
        <w:t xml:space="preserve">[16:30] </w:t>
      </w:r>
      <w:r>
        <w:t>to kya hua? Practical taur par ke society mein chuki acceptance nahi tha to wo democracy jo thi</w:t>
      </w:r>
    </w:p>
    <w:p>
      <w:pPr>
        <w:jc w:val="right"/>
      </w:pPr>
      <w:r>
        <w:t>تو کیا ہوا؟ Practical طور پر کہ society میں چونکہ acceptance نہیں تھا تو وہ democracy جو تھی</w:t>
      </w:r>
    </w:p>
    <w:p>
      <w:r>
        <w:rPr>
          <w:b/>
        </w:rPr>
        <w:t xml:space="preserve">[16:37] </w:t>
      </w:r>
      <w:r>
        <w:t>wo anarki ban gayi.</w:t>
      </w:r>
    </w:p>
    <w:p>
      <w:pPr>
        <w:jc w:val="right"/>
      </w:pPr>
      <w:r>
        <w:t>وہ انارکی بن گئی۔</w:t>
      </w:r>
    </w:p>
    <w:p>
      <w:r>
        <w:rPr>
          <w:b/>
        </w:rPr>
        <w:t xml:space="preserve">[16:39] </w:t>
      </w:r>
      <w:r>
        <w:t>is se aap samajh sakte hain ke jo social teachings hain is ke liye society ka prepare hona</w:t>
      </w:r>
    </w:p>
    <w:p>
      <w:pPr>
        <w:jc w:val="right"/>
      </w:pPr>
      <w:r>
        <w:t>اس سے آپ سمجھ سکتے ہیں کہ جو social teachings ہیں اس کے لیے society کا prepare ہونا</w:t>
      </w:r>
    </w:p>
    <w:p>
      <w:r>
        <w:rPr>
          <w:b/>
        </w:rPr>
        <w:t xml:space="preserve">[16:47] </w:t>
      </w:r>
      <w:r>
        <w:t>zaruri hai.</w:t>
      </w:r>
    </w:p>
    <w:p>
      <w:pPr>
        <w:jc w:val="right"/>
      </w:pPr>
      <w:r>
        <w:t>ضروری ہے۔</w:t>
      </w:r>
    </w:p>
    <w:p>
      <w:r>
        <w:rPr>
          <w:b/>
        </w:rPr>
        <w:t xml:space="preserve">[16:48] </w:t>
      </w:r>
      <w:r>
        <w:t>Prepared society ke andar hi aap aisa kar sakte hain ke social teachings ko wahan par aap laye.</w:t>
      </w:r>
    </w:p>
    <w:p>
      <w:pPr>
        <w:jc w:val="right"/>
      </w:pPr>
      <w:r>
        <w:t>Prepared society کے اندر ہی آپ ایسا کر سکتے ہیں کہ social teachings کو وہاں پر آپ لائیں۔</w:t>
      </w:r>
    </w:p>
    <w:p>
      <w:r>
        <w:rPr>
          <w:b/>
        </w:rPr>
        <w:t xml:space="preserve">[16:56] </w:t>
      </w:r>
      <w:r>
        <w:t>It requires a prepared society to translate the social teachings.</w:t>
      </w:r>
    </w:p>
    <w:p>
      <w:pPr>
        <w:jc w:val="right"/>
      </w:pPr>
      <w:r>
        <w:t>It requires a prepared society to translate the social teachings۔</w:t>
      </w:r>
    </w:p>
    <w:p>
      <w:r>
        <w:rPr>
          <w:b/>
        </w:rPr>
        <w:t xml:space="preserve">[17:00] </w:t>
      </w:r>
      <w:r>
        <w:t>to Islam mein aisa nahi hai ke aap ko, Islam mein isi liye farq kiya gaya hai ke</w:t>
      </w:r>
    </w:p>
    <w:p>
      <w:pPr>
        <w:jc w:val="right"/>
      </w:pPr>
      <w:r>
        <w:t>تو اسلام میں ایسا نہیں ہے کہ آپ کو، اسلام میں اسی لیے فرق کیا گیا ہے کہ</w:t>
      </w:r>
    </w:p>
    <w:p>
      <w:r>
        <w:rPr>
          <w:b/>
        </w:rPr>
        <w:t xml:space="preserve">[17:08] </w:t>
      </w:r>
      <w:r>
        <w:t>jin kamon ko tum apni free will se kar sakte ho us ko to karo, tumhare upar farz</w:t>
      </w:r>
    </w:p>
    <w:p>
      <w:pPr>
        <w:jc w:val="right"/>
      </w:pPr>
      <w:r>
        <w:t>جن کاموں کو تم اپنی free will سے کر سکتے ہو اس کو تو کرو، تمہارے اوپر فرض</w:t>
      </w:r>
    </w:p>
    <w:p>
      <w:r>
        <w:rPr>
          <w:b/>
        </w:rPr>
        <w:t xml:space="preserve">[17:16]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[17:17] </w:t>
      </w:r>
      <w:r>
        <w:t>lekin jin kamon ka talluq societies hai, social change se hai, wahan par tum zabardasti nahi kar sakte.</w:t>
      </w:r>
    </w:p>
    <w:p>
      <w:pPr>
        <w:jc w:val="right"/>
      </w:pPr>
      <w:r>
        <w:t>لیکن جن کاموں کا تعلق societies ہے، social change سے ہے، وہاں پر تم زبردستی نہیں کر سکتے۔</w:t>
      </w:r>
    </w:p>
    <w:p>
      <w:r>
        <w:rPr>
          <w:b/>
        </w:rPr>
        <w:t xml:space="preserve">[17:25] </w:t>
      </w:r>
      <w:r>
        <w:t>wahan par to apna peaceful preaching karo.</w:t>
      </w:r>
    </w:p>
    <w:p>
      <w:pPr>
        <w:jc w:val="right"/>
      </w:pPr>
      <w:r>
        <w:t>وہاں پر تو اپنا peaceful preaching کرو۔</w:t>
      </w:r>
    </w:p>
    <w:p>
      <w:r>
        <w:rPr>
          <w:b/>
        </w:rPr>
        <w:t xml:space="preserve">[17:28] </w:t>
      </w:r>
      <w:r>
        <w:t>jab log badal jayenge to wahan par wo sare hukum bhi aa jayenge wahan par.</w:t>
      </w:r>
    </w:p>
    <w:p>
      <w:pPr>
        <w:jc w:val="right"/>
      </w:pPr>
      <w:r>
        <w:t>جب لوگ بدل جائیں گے تو وہاں پر وہ سارے حکم بھی آ جائیں گے وہاں پر۔</w:t>
      </w:r>
    </w:p>
    <w:p>
      <w:r>
        <w:rPr>
          <w:b/>
        </w:rPr>
        <w:t xml:space="preserve">[17:35] </w:t>
      </w:r>
      <w:r>
        <w:t>isi liye Islam mein dekhiye parties of opposition bilkul haram hai.</w:t>
      </w:r>
    </w:p>
    <w:p>
      <w:pPr>
        <w:jc w:val="right"/>
      </w:pPr>
      <w:r>
        <w:t>اس لیے اسلام میں دیکھیے parties of opposition بالکل حرام ہے۔</w:t>
      </w:r>
    </w:p>
    <w:p>
      <w:r>
        <w:rPr>
          <w:b/>
        </w:rPr>
        <w:t xml:space="preserve">[17:40] </w:t>
      </w:r>
      <w:r>
        <w:t>Gun culture haram hai.</w:t>
      </w:r>
    </w:p>
    <w:p>
      <w:pPr>
        <w:jc w:val="right"/>
      </w:pPr>
      <w:r>
        <w:t>Gun culture حرام ہے۔</w:t>
      </w:r>
    </w:p>
    <w:p>
      <w:r>
        <w:rPr>
          <w:b/>
        </w:rPr>
        <w:t xml:space="preserve">[17:42] </w:t>
      </w:r>
      <w:r>
        <w:t>Suicide bombing haram hai.</w:t>
      </w:r>
    </w:p>
    <w:p>
      <w:pPr>
        <w:jc w:val="right"/>
      </w:pPr>
      <w:r>
        <w:t>Suicide bombing حرام ہے۔</w:t>
      </w:r>
    </w:p>
    <w:p>
      <w:r>
        <w:rPr>
          <w:b/>
        </w:rPr>
        <w:t xml:space="preserve">[17:43] </w:t>
      </w:r>
      <w:r>
        <w:t>ye sab haram hai Islam mein.</w:t>
      </w:r>
    </w:p>
    <w:p>
      <w:pPr>
        <w:jc w:val="right"/>
      </w:pPr>
      <w:r>
        <w:t>یہ سب حرام ہے اسلام میں۔</w:t>
      </w:r>
    </w:p>
    <w:p>
      <w:r>
        <w:rPr>
          <w:b/>
        </w:rPr>
        <w:t xml:space="preserve">[17:46] </w:t>
      </w:r>
      <w:r>
        <w:t>kyun? Jo kaam hota hai social will se us ko aap chahte hain zabardasti impose karna.</w:t>
      </w:r>
    </w:p>
    <w:p>
      <w:pPr>
        <w:jc w:val="right"/>
      </w:pPr>
      <w:r>
        <w:t>کیوں؟ جو کام ہوتا ہے social will سے اس کو آپ چاہتے ہیں زبردستی impose کرنا۔</w:t>
      </w:r>
    </w:p>
    <w:p>
      <w:r>
        <w:rPr>
          <w:b/>
        </w:rPr>
        <w:t xml:space="preserve">[17:53] </w:t>
      </w:r>
      <w:r>
        <w:t>zabardasti impose karna chahenge to kya hoga? Fasad hoga, bigad hoga.</w:t>
      </w:r>
    </w:p>
    <w:p>
      <w:pPr>
        <w:jc w:val="right"/>
      </w:pPr>
      <w:r>
        <w:t>زبردستی impose کرنا چاہیں گے تو کیا ہوگا؟ فساد ہوگا، بگاڑ ہوگا۔</w:t>
      </w:r>
    </w:p>
    <w:p>
      <w:r>
        <w:rPr>
          <w:b/>
        </w:rPr>
        <w:t xml:space="preserve">[17:58] </w:t>
      </w:r>
      <w:r>
        <w:t>to ye hai mamla.</w:t>
      </w:r>
    </w:p>
    <w:p>
      <w:pPr>
        <w:jc w:val="right"/>
      </w:pPr>
      <w:r>
        <w:t>تو یہ ہے معاملہ۔</w:t>
      </w:r>
    </w:p>
    <w:p>
      <w:r>
        <w:rPr>
          <w:b/>
        </w:rPr>
        <w:t xml:space="preserve">[18:00] </w:t>
      </w:r>
      <w:r>
        <w:t>to jin logon ne political interpretation kiya Islam ka wahi log zimmedar hain is sari kharabiyon ko.</w:t>
      </w:r>
    </w:p>
    <w:p>
      <w:pPr>
        <w:jc w:val="right"/>
      </w:pPr>
      <w:r>
        <w:t>تو جن لوگوں نے political interpretation کیا اسلام کا وہی لوگ ذمہ دار ہیں اس ساری خرابیوں کو۔</w:t>
      </w:r>
    </w:p>
    <w:p>
      <w:r>
        <w:rPr>
          <w:b/>
        </w:rPr>
        <w:t xml:space="preserve">[18:07] </w:t>
      </w:r>
      <w:r>
        <w:t>Uproot the suicide bombing.</w:t>
      </w:r>
    </w:p>
    <w:p>
      <w:pPr>
        <w:jc w:val="right"/>
      </w:pPr>
      <w:r>
        <w:t>Uproot the suicide bombing۔</w:t>
      </w:r>
    </w:p>
    <w:p>
      <w:r>
        <w:rPr>
          <w:b/>
        </w:rPr>
        <w:t xml:space="preserve">[18:09] </w:t>
      </w:r>
      <w:r>
        <w:t>kyunki unhone target galat de diya.</w:t>
      </w:r>
    </w:p>
    <w:p>
      <w:pPr>
        <w:jc w:val="right"/>
      </w:pPr>
      <w:r>
        <w:t>کیونکہ انہوں نے target غلط دے دیا۔</w:t>
      </w:r>
    </w:p>
    <w:p>
      <w:r>
        <w:rPr>
          <w:b/>
        </w:rPr>
        <w:t xml:space="preserve">[18:12] </w:t>
      </w:r>
      <w:r>
        <w:t>Target jo Islam mein tha wo ye tha ke jo bas mein hai wo karo.</w:t>
      </w:r>
    </w:p>
    <w:p>
      <w:pPr>
        <w:jc w:val="right"/>
      </w:pPr>
      <w:r>
        <w:t>Target جو اسلام میں تھا وہ یہ تھا کہ جو بس میں ہے وہ کرو۔</w:t>
      </w:r>
    </w:p>
    <w:p>
      <w:r>
        <w:rPr>
          <w:b/>
        </w:rPr>
        <w:t xml:space="preserve">[18:19] </w:t>
      </w:r>
      <w:r>
        <w:t>jo target tha woh ek jo bas mein hai woh karo.</w:t>
      </w:r>
    </w:p>
    <w:p>
      <w:pPr>
        <w:jc w:val="right"/>
      </w:pPr>
      <w:r>
        <w:t>جو target تھا وہ ایک جو بس میں ہے وہ کرو۔</w:t>
      </w:r>
    </w:p>
    <w:p>
      <w:r>
        <w:rPr>
          <w:b/>
        </w:rPr>
        <w:t xml:space="preserve">[18:23] </w:t>
      </w:r>
      <w:r>
        <w:t>unhon ne target de diya ke jo bas mein nahin woh bhi karo.</w:t>
      </w:r>
    </w:p>
    <w:p>
      <w:pPr>
        <w:jc w:val="right"/>
      </w:pPr>
      <w:r>
        <w:t>انہوں نے target دے دیا کہ جو بس میں نہیں وہ بھی کرو۔</w:t>
      </w:r>
    </w:p>
    <w:p>
      <w:r>
        <w:rPr>
          <w:b/>
        </w:rPr>
        <w:t xml:space="preserve">[18:29] </w:t>
      </w:r>
      <w:r>
        <w:t>to jo bas mein nahin hai is ko jab karna target ban jaye ga to phir kya hoga?</w:t>
      </w:r>
    </w:p>
    <w:p>
      <w:pPr>
        <w:jc w:val="right"/>
      </w:pPr>
      <w:r>
        <w:t>تو جو بس میں نہیں ہے اس کو جب کرنا target بن جائے گا تو پھر کیا ہوگا؟</w:t>
      </w:r>
    </w:p>
    <w:p>
      <w:r>
        <w:rPr>
          <w:b/>
        </w:rPr>
        <w:t xml:space="preserve">[18:37] </w:t>
      </w:r>
      <w:r>
        <w:t>Violence hoga, flagging hogi, suicide bombing hogi.</w:t>
      </w:r>
    </w:p>
    <w:p>
      <w:pPr>
        <w:jc w:val="right"/>
      </w:pPr>
      <w:r>
        <w:t>Violence ہوگا، flagging ہوگی، suicide bombing ہوگی۔</w:t>
      </w:r>
    </w:p>
    <w:p>
      <w:r>
        <w:rPr>
          <w:b/>
        </w:rPr>
        <w:t xml:space="preserve">[18:40] </w:t>
      </w:r>
      <w:r>
        <w:t>dekhiye quran mein do ayaten hain is ko yeh log quote karte hain.</w:t>
      </w:r>
    </w:p>
    <w:p>
      <w:pPr>
        <w:jc w:val="right"/>
      </w:pPr>
      <w:r>
        <w:t>دیکھیے قرآن میں دو آیتیں ہیں اس کو یہ لوگ quote کرتے ہیں۔</w:t>
      </w:r>
    </w:p>
    <w:p>
      <w:r>
        <w:rPr>
          <w:b/>
        </w:rPr>
        <w:t xml:space="preserve">[18:45] </w:t>
      </w:r>
      <w:r>
        <w:t>ek hai: "wa'adallahu allatheena na'amunahu 'amr al-salihath liyastakhlifannahu fi al-ard" ke khuda ne wada kiya hai ahl</w:t>
      </w:r>
    </w:p>
    <w:p>
      <w:pPr>
        <w:jc w:val="right"/>
      </w:pPr>
      <w:r>
        <w:t>ایک ہے: "وَعَدَّ اللَّهُ الَّذِي نَعْمُنُهُ عَمْرِ الصَّالِحَاتِ لَيَسْتَخْلَفَنَّهُ فِي الْأَرْضِ" کہ خدا نے وعدہ کیا ہے اہل</w:t>
      </w:r>
    </w:p>
    <w:p>
      <w:r>
        <w:rPr>
          <w:b/>
        </w:rPr>
        <w:t xml:space="preserve">[18:53] </w:t>
      </w:r>
      <w:r>
        <w:t>iman se ke woh un ko zameen mein khalifa banaye ga yani iqtadar de ga.</w:t>
      </w:r>
    </w:p>
    <w:p>
      <w:pPr>
        <w:jc w:val="right"/>
      </w:pPr>
      <w:r>
        <w:t>ایمان سے کہ وہ ان کو زمین میں خلیفہ بنائے گا یعنی اقتدار دے گا۔</w:t>
      </w:r>
    </w:p>
    <w:p>
      <w:r>
        <w:rPr>
          <w:b/>
        </w:rPr>
        <w:t xml:space="preserve">[18:59] </w:t>
      </w:r>
      <w:r>
        <w:t>ab dekhen yahan par khilafat jo hai amr maw'ood hai.</w:t>
      </w:r>
    </w:p>
    <w:p>
      <w:pPr>
        <w:jc w:val="right"/>
      </w:pPr>
      <w:r>
        <w:t>اب دیکھیں یہاں پر خلافت جو ہے امر موعود ہے۔</w:t>
      </w:r>
    </w:p>
    <w:p>
      <w:r>
        <w:rPr>
          <w:b/>
        </w:rPr>
        <w:t xml:space="preserve">[19:04] </w:t>
      </w:r>
      <w:r>
        <w:t>khuda ki taraf se wada hai.</w:t>
      </w:r>
    </w:p>
    <w:p>
      <w:pPr>
        <w:jc w:val="right"/>
      </w:pPr>
      <w:r>
        <w:t>خدا کی طرف سے وعدہ ہے۔</w:t>
      </w:r>
    </w:p>
    <w:p>
      <w:r>
        <w:rPr>
          <w:b/>
        </w:rPr>
        <w:t xml:space="preserve">[19:06] </w:t>
      </w:r>
      <w:r>
        <w:t>khuda apni taraf se kare ga aisa ke tum ko khilafat de de.</w:t>
      </w:r>
    </w:p>
    <w:p>
      <w:pPr>
        <w:jc w:val="right"/>
      </w:pPr>
      <w:r>
        <w:t>خدا اپنی طرف سے کرے گا ایسا کہ تم کو خلافت دے دے۔</w:t>
      </w:r>
    </w:p>
    <w:p>
      <w:r>
        <w:rPr>
          <w:b/>
        </w:rPr>
        <w:t xml:space="preserve">[19:12] </w:t>
      </w:r>
      <w:r>
        <w:t>zameen mein iqtadar de de.</w:t>
      </w:r>
    </w:p>
    <w:p>
      <w:pPr>
        <w:jc w:val="right"/>
      </w:pPr>
      <w:r>
        <w:t>زمین میں اقتدار دے دے۔</w:t>
      </w:r>
    </w:p>
    <w:p>
      <w:r>
        <w:rPr>
          <w:b/>
        </w:rPr>
        <w:t xml:space="preserve">[19:14] </w:t>
      </w:r>
      <w:r>
        <w:t>ab unhon ne badal kar is ko kya kar diya? ke isi ko target bana diya musalmanon ka</w:t>
      </w:r>
    </w:p>
    <w:p>
      <w:pPr>
        <w:jc w:val="right"/>
      </w:pPr>
      <w:r>
        <w:t>اب انہوں نے بدل کر اس کو کیا کر دیا؟ کہ اسی کو target بنا دیا مسلمانوں کا</w:t>
      </w:r>
    </w:p>
    <w:p>
      <w:r>
        <w:rPr>
          <w:b/>
        </w:rPr>
        <w:t xml:space="preserve">[19:22] </w:t>
      </w:r>
      <w:r>
        <w:t>ke tum log khilafat qaim karo.</w:t>
      </w:r>
    </w:p>
    <w:p>
      <w:pPr>
        <w:jc w:val="right"/>
      </w:pPr>
      <w:r>
        <w:t>کہ تم لوگ خلافت قائم کرو۔</w:t>
      </w:r>
    </w:p>
    <w:p>
      <w:r>
        <w:rPr>
          <w:b/>
        </w:rPr>
        <w:t xml:space="preserve">[19:24] </w:t>
      </w:r>
      <w:r>
        <w:t>ayat mein yeh nahin tha ke aye musalmano tum log khilafat ko qaim karo.</w:t>
      </w:r>
    </w:p>
    <w:p>
      <w:pPr>
        <w:jc w:val="right"/>
      </w:pPr>
      <w:r>
        <w:t>آیت میں یہ نہیں تھا کہ اے مسلمانوں تم لوگ خلافت کو قائم کرو۔</w:t>
      </w:r>
    </w:p>
    <w:p>
      <w:r>
        <w:rPr>
          <w:b/>
        </w:rPr>
        <w:t xml:space="preserve">[19:30] </w:t>
      </w:r>
      <w:r>
        <w:t>yeh tha ke tum iman par qaim raho, amr aur good deed par qaim raho, apne character ko</w:t>
      </w:r>
    </w:p>
    <w:p>
      <w:pPr>
        <w:jc w:val="right"/>
      </w:pPr>
      <w:r>
        <w:t>یہ تھا کہ تم ایمان پر قائم رہو، امر اور good deed پر قائم رہو، اپنے character کو</w:t>
      </w:r>
    </w:p>
    <w:p>
      <w:r>
        <w:rPr>
          <w:b/>
        </w:rPr>
        <w:t xml:space="preserve">[19:38] </w:t>
      </w:r>
      <w:r>
        <w:t>durust karo.</w:t>
      </w:r>
    </w:p>
    <w:p>
      <w:pPr>
        <w:jc w:val="right"/>
      </w:pPr>
      <w:r>
        <w:t>درست کرو۔</w:t>
      </w:r>
    </w:p>
    <w:p>
      <w:r>
        <w:rPr>
          <w:b/>
        </w:rPr>
        <w:t xml:space="preserve">[19:39] </w:t>
      </w:r>
      <w:r>
        <w:t>to khuda ki taraf se aise halat paida kiye jayen ge ke tum zameen mein tum ko iqtadar</w:t>
      </w:r>
    </w:p>
    <w:p>
      <w:pPr>
        <w:jc w:val="right"/>
      </w:pPr>
      <w:r>
        <w:t>تو خدا کی طرف سے ایسے حالات پیدا کیے جائیں گے کہ تم زمین میں تم کو اقتدار</w:t>
      </w:r>
    </w:p>
    <w:p>
      <w:r>
        <w:rPr>
          <w:b/>
        </w:rPr>
        <w:t xml:space="preserve">[19:47] </w:t>
      </w:r>
      <w:r>
        <w:t>mil jaye.</w:t>
      </w:r>
    </w:p>
    <w:p>
      <w:pPr>
        <w:jc w:val="right"/>
      </w:pPr>
      <w:r>
        <w:t>مل جائے۔</w:t>
      </w:r>
    </w:p>
    <w:p>
      <w:r>
        <w:rPr>
          <w:b/>
        </w:rPr>
        <w:t xml:space="preserve">[19:49] </w:t>
      </w:r>
      <w:r>
        <w:t>to jo cheez khuda karne wala tha us ko unhon ne yani apne misinterpretation se musalmanon ko target</w:t>
      </w:r>
    </w:p>
    <w:p>
      <w:pPr>
        <w:jc w:val="right"/>
      </w:pPr>
      <w:r>
        <w:t>تو جو چیز خدا کرنے والا تھا اس کو انہوں نے یعنی اپنے misinterpretation سے مسلمانوں کو target</w:t>
      </w:r>
    </w:p>
    <w:p>
      <w:r>
        <w:rPr>
          <w:b/>
        </w:rPr>
        <w:t xml:space="preserve">[19:56] </w:t>
      </w:r>
      <w:r>
        <w:t>bana diya.</w:t>
      </w:r>
    </w:p>
    <w:p>
      <w:pPr>
        <w:jc w:val="right"/>
      </w:pPr>
      <w:r>
        <w:t>بنا دیا۔</w:t>
      </w:r>
    </w:p>
    <w:p>
      <w:r>
        <w:rPr>
          <w:b/>
        </w:rPr>
        <w:t xml:space="preserve">[19:58] </w:t>
      </w:r>
      <w:r>
        <w:t>is ko kehte hain nasb al-'ayn target ke musalmanon ka nasb al-'ayn yeh hai ke woh khilafat qaim</w:t>
      </w:r>
    </w:p>
    <w:p>
      <w:pPr>
        <w:jc w:val="right"/>
      </w:pPr>
      <w:r>
        <w:t>اس کو کہتے ہیں نصب العین target کہ مسلمانوں کا نصب العین یہ ہے کہ وہ خلافت قائم</w:t>
      </w:r>
    </w:p>
    <w:p>
      <w:r>
        <w:rPr>
          <w:b/>
        </w:rPr>
        <w:t xml:space="preserve">[20:05] </w:t>
      </w:r>
      <w:r>
        <w:t>karen, hukoomat qaim karen, hukoomat ilahia qaim karen.</w:t>
      </w:r>
    </w:p>
    <w:p>
      <w:pPr>
        <w:jc w:val="right"/>
      </w:pPr>
      <w:r>
        <w:t>کریں، حکومت قائم کریں، حکومت الہیہ قائم کریں۔</w:t>
      </w:r>
    </w:p>
    <w:p>
      <w:r>
        <w:rPr>
          <w:b/>
        </w:rPr>
        <w:t xml:space="preserve">[20:09] </w:t>
      </w:r>
      <w:r>
        <w:t>yeh bilkul galat baat hai, baseless baat hai.</w:t>
      </w:r>
    </w:p>
    <w:p>
      <w:pPr>
        <w:jc w:val="right"/>
      </w:pPr>
      <w:r>
        <w:t>یہ بالکل غلط بات ہے، baseless بات ہے۔</w:t>
      </w:r>
    </w:p>
    <w:p>
      <w:r>
        <w:rPr>
          <w:b/>
        </w:rPr>
        <w:t xml:space="preserve">[20:12] </w:t>
      </w:r>
      <w:r>
        <w:t>yeh jo cheez thi amr maw'ood us ko bana diya amr maqsood.</w:t>
      </w:r>
    </w:p>
    <w:p>
      <w:pPr>
        <w:jc w:val="right"/>
      </w:pPr>
      <w:r>
        <w:t>یہ جو چیز تھی امر موعود اس کو بنا دیا امر مقصود۔</w:t>
      </w:r>
    </w:p>
    <w:p>
      <w:r>
        <w:rPr>
          <w:b/>
        </w:rPr>
        <w:t xml:space="preserve">[20:17] </w:t>
      </w:r>
      <w:r>
        <w:t>amr maw'ood ka matlab hai yani khuda ki taraf se wada kiya hua.</w:t>
      </w:r>
    </w:p>
    <w:p>
      <w:pPr>
        <w:jc w:val="right"/>
      </w:pPr>
      <w:r>
        <w:t>امر موعود کا مطلب ہے یعنی خدا کی طرف سے وعدہ کیا ہوا۔</w:t>
      </w:r>
    </w:p>
    <w:p>
      <w:r>
        <w:rPr>
          <w:b/>
        </w:rPr>
        <w:t xml:space="preserve">[20:23] </w:t>
      </w:r>
      <w:r>
        <w:t>amr maqsood yeh hai ke wohi cheez target ban gayi.</w:t>
      </w:r>
    </w:p>
    <w:p>
      <w:pPr>
        <w:jc w:val="right"/>
      </w:pPr>
      <w:r>
        <w:t>امر مقصود یہ ہے کہ وہی چیز target بن گئی۔</w:t>
      </w:r>
    </w:p>
    <w:p>
      <w:r>
        <w:rPr>
          <w:b/>
        </w:rPr>
        <w:t xml:space="preserve">[20:27] </w:t>
      </w:r>
      <w:r>
        <w:t>ban gayi.</w:t>
      </w:r>
    </w:p>
    <w:p>
      <w:pPr>
        <w:jc w:val="right"/>
      </w:pPr>
      <w:r>
        <w:t>بن گئی۔</w:t>
      </w:r>
    </w:p>
    <w:p>
      <w:r>
        <w:rPr>
          <w:b/>
        </w:rPr>
        <w:t xml:space="preserve">[20:29] </w:t>
      </w:r>
      <w:r>
        <w:t>yeh hai misinterpretation ke jis cheez ko khuda ki taraf se aana tha us ko khud hi laane</w:t>
      </w:r>
    </w:p>
    <w:p>
      <w:pPr>
        <w:jc w:val="right"/>
      </w:pPr>
      <w:r>
        <w:t>یہ ہے misinterpretation کہ جس چیز کو خدا کی طرف سے آنا تھا اس کو خود ہی لانے</w:t>
      </w:r>
    </w:p>
    <w:p>
      <w:r>
        <w:rPr>
          <w:b/>
        </w:rPr>
        <w:t xml:space="preserve">[20:37] </w:t>
      </w:r>
      <w:r>
        <w:t>ki koshish karne lage yeh log.</w:t>
      </w:r>
    </w:p>
    <w:p>
      <w:pPr>
        <w:jc w:val="right"/>
      </w:pPr>
      <w:r>
        <w:t>کی کوشش کرنے لگے یہ لوگ۔</w:t>
      </w:r>
    </w:p>
    <w:p>
      <w:r>
        <w:rPr>
          <w:b/>
        </w:rPr>
        <w:t xml:space="preserve">[20:39] </w:t>
      </w:r>
      <w:r>
        <w:t>to kya hua? phir militance aayi, violence aaya.</w:t>
      </w:r>
    </w:p>
    <w:p>
      <w:pPr>
        <w:jc w:val="right"/>
      </w:pPr>
      <w:r>
        <w:t>تو کیا ہوا؟ پھر militance آئی، violence آیا۔</w:t>
      </w:r>
    </w:p>
    <w:p>
      <w:r>
        <w:rPr>
          <w:b/>
        </w:rPr>
        <w:t xml:space="preserve">[20:43] </w:t>
      </w:r>
      <w:r>
        <w:t>idhar ek aur ayat hai ke ek aur ayat hai ke "allazeen makkannnahum fil arzi aqamus salata wa atwa</w:t>
      </w:r>
    </w:p>
    <w:p>
      <w:pPr>
        <w:jc w:val="right"/>
      </w:pPr>
      <w:r>
        <w:t>ادھر ایک اور آیت ہے کہ ایک اور آیت ہے کہ "الَّذِينَ مَكَّنَّاهُمْ فِي الْأَرْضِ أَقَامُوا الصَّلَاةِ وَأَطَوا</w:t>
      </w:r>
    </w:p>
    <w:p>
      <w:r>
        <w:rPr>
          <w:b/>
        </w:rPr>
        <w:t xml:space="preserve">[20:50] </w:t>
      </w:r>
      <w:r>
        <w:t>al zakata" yani ahle iman ko jab hum zameen mein ikhtiyar dete hain, zameen mein political power dete hain</w:t>
      </w:r>
    </w:p>
    <w:p>
      <w:pPr>
        <w:jc w:val="right"/>
      </w:pPr>
      <w:r>
        <w:t>الْزَّكَاةِ" یعنی اہل ایمان کو جب ہم زمین میں اقتدار دیتے ہیں، زمین میں political power دیتے ہیں</w:t>
      </w:r>
    </w:p>
    <w:p>
      <w:r>
        <w:rPr>
          <w:b/>
        </w:rPr>
        <w:t xml:space="preserve">[20:58] </w:t>
      </w:r>
      <w:r>
        <w:t>to woh aisa aur aisa karte hain.</w:t>
      </w:r>
    </w:p>
    <w:p>
      <w:pPr>
        <w:jc w:val="right"/>
      </w:pPr>
      <w:r>
        <w:t>تو وہ ایسا اور ایسا کرتے ہیں۔</w:t>
      </w:r>
    </w:p>
    <w:p>
      <w:r>
        <w:rPr>
          <w:b/>
        </w:rPr>
        <w:t xml:space="preserve">[21:01] </w:t>
      </w:r>
      <w:r>
        <w:t>namaz qaim karte hain, zakat ka nizam banate hain waghera.</w:t>
      </w:r>
    </w:p>
    <w:p>
      <w:pPr>
        <w:jc w:val="right"/>
      </w:pPr>
      <w:r>
        <w:t>نماز قائم کرتے ہیں، زکوۃ کا نظام بناتے ہیں وغیرہ۔</w:t>
      </w:r>
    </w:p>
    <w:p>
      <w:r>
        <w:rPr>
          <w:b/>
        </w:rPr>
        <w:t xml:space="preserve">[21:05] </w:t>
      </w:r>
      <w:r>
        <w:t>ab yahan bhi dekhiye ke is mein ayat mein jo jo shabd hain woh kya hain? ke hum</w:t>
      </w:r>
    </w:p>
    <w:p>
      <w:pPr>
        <w:jc w:val="right"/>
      </w:pPr>
      <w:r>
        <w:t>اب یہاں بھی دیکھیے کہ اس میں آیت میں جو جو शब्द ہیں وہ کیا ہیں؟ کہ ہم</w:t>
      </w:r>
    </w:p>
    <w:p>
      <w:r>
        <w:rPr>
          <w:b/>
        </w:rPr>
        <w:t xml:space="preserve">[21:13] </w:t>
      </w:r>
      <w:r>
        <w:t>jab dete hain political power to woh aisa karte hain.</w:t>
      </w:r>
    </w:p>
    <w:p>
      <w:pPr>
        <w:jc w:val="right"/>
      </w:pPr>
      <w:r>
        <w:t>جب دیتے ہیں political power تو وہ ایسا کرتے ہیں۔</w:t>
      </w:r>
    </w:p>
    <w:p>
      <w:r>
        <w:rPr>
          <w:b/>
        </w:rPr>
        <w:t xml:space="preserve">[21:17] </w:t>
      </w:r>
      <w:r>
        <w:t>ayat mein to yeh hai ke khuda jab deta hai lekin misinterpretation ke zariye kya kiya gaya? ke</w:t>
      </w:r>
    </w:p>
    <w:p>
      <w:pPr>
        <w:jc w:val="right"/>
      </w:pPr>
      <w:r>
        <w:t>آیت میں تو یہ ہے کہ خدا جب دیتا ہے لیکن misinterpretation کے ذریعے کیا کیا گیا؟ کہ</w:t>
      </w:r>
    </w:p>
    <w:p>
      <w:r>
        <w:rPr>
          <w:b/>
        </w:rPr>
        <w:t xml:space="preserve">[21:25] </w:t>
      </w:r>
      <w:r>
        <w:t>us ko target bana diya gaya ke zameen mein tum power hasil karo, zameen mein tum political rule</w:t>
      </w:r>
    </w:p>
    <w:p>
      <w:pPr>
        <w:jc w:val="right"/>
      </w:pPr>
      <w:r>
        <w:t>اس کو target بنا دیا گیا کہ زمین میں تم power حاصل کرو، زمین میں تم political rule</w:t>
      </w:r>
    </w:p>
    <w:p>
      <w:r>
        <w:rPr>
          <w:b/>
        </w:rPr>
        <w:t xml:space="preserve">[21:33] </w:t>
      </w:r>
      <w:r>
        <w:t>qaim karo.</w:t>
      </w:r>
    </w:p>
    <w:p>
      <w:pPr>
        <w:jc w:val="right"/>
      </w:pPr>
      <w:r>
        <w:t>قائم کرو۔</w:t>
      </w:r>
    </w:p>
    <w:p>
      <w:r>
        <w:rPr>
          <w:b/>
        </w:rPr>
        <w:t xml:space="preserve">[21:34] </w:t>
      </w:r>
      <w:r>
        <w:t>yeh kahan hai ayat mein? ayat mein to yeh hai hi nahin.</w:t>
      </w:r>
    </w:p>
    <w:p>
      <w:pPr>
        <w:jc w:val="right"/>
      </w:pPr>
      <w:r>
        <w:t>یہ کہاں ہے آیت میں؟ آیت میں تو یہ ہے ہی نہیں۔</w:t>
      </w:r>
    </w:p>
    <w:p>
      <w:r>
        <w:rPr>
          <w:b/>
        </w:rPr>
        <w:t xml:space="preserve">[21:39] </w:t>
      </w:r>
      <w:r>
        <w:t>aise kai jagah aisa hai ke jo cheez jo cheez thi kisi aur dhang se us ko kisi</w:t>
      </w:r>
    </w:p>
    <w:p>
      <w:pPr>
        <w:jc w:val="right"/>
      </w:pPr>
      <w:r>
        <w:t>ایسے کئی جگہ ایسا ہے کہ جو چیز جو چیز تھی کسی اور ڈھنگ سے اس کو کسی</w:t>
      </w:r>
    </w:p>
    <w:p>
      <w:r>
        <w:rPr>
          <w:b/>
        </w:rPr>
        <w:t xml:space="preserve">[21:47] </w:t>
      </w:r>
      <w:r>
        <w:t>aur dhang se bana diya gaya.</w:t>
      </w:r>
    </w:p>
    <w:p>
      <w:pPr>
        <w:jc w:val="right"/>
      </w:pPr>
      <w:r>
        <w:t>اور ڈھنگ سے بنا دیا گیا۔</w:t>
      </w:r>
    </w:p>
    <w:p>
      <w:r>
        <w:rPr>
          <w:b/>
        </w:rPr>
        <w:t xml:space="preserve">[21:50] </w:t>
      </w:r>
      <w:r>
        <w:t>isi ka naam hai misinterpretation.</w:t>
      </w:r>
    </w:p>
    <w:p>
      <w:pPr>
        <w:jc w:val="right"/>
      </w:pPr>
      <w:r>
        <w:t>اسی کا نام ہے misinterpretation۔</w:t>
      </w:r>
    </w:p>
    <w:p>
      <w:r>
        <w:rPr>
          <w:b/>
        </w:rPr>
        <w:t xml:space="preserve">[21:52] </w:t>
      </w:r>
      <w:r>
        <w:t>to misinterpretation ki bohat si sooraten hain.</w:t>
      </w:r>
    </w:p>
    <w:p>
      <w:pPr>
        <w:jc w:val="right"/>
      </w:pPr>
      <w:r>
        <w:t>تو misinterpretation کی بہت سی صورتیں ہیں۔</w:t>
      </w:r>
    </w:p>
    <w:p>
      <w:r>
        <w:rPr>
          <w:b/>
        </w:rPr>
        <w:t xml:space="preserve">[21:55] </w:t>
      </w:r>
      <w:r>
        <w:t>lekin yeh jo misinterpretation kiya gaya jis ke zariye Islam ka target political rule bana diya gaya sab</w:t>
      </w:r>
    </w:p>
    <w:p>
      <w:pPr>
        <w:jc w:val="right"/>
      </w:pPr>
      <w:r>
        <w:t>لیکن یہ جو misinterpretation کیا گیا جس کے ذریعے اسلام کا target political rule بنا دیا گیا سب</w:t>
      </w:r>
    </w:p>
    <w:p>
      <w:r>
        <w:rPr>
          <w:b/>
        </w:rPr>
        <w:t xml:space="preserve">[22:03] </w:t>
      </w:r>
      <w:r>
        <w:t>se bura interpretation tha.</w:t>
      </w:r>
    </w:p>
    <w:p>
      <w:pPr>
        <w:jc w:val="right"/>
      </w:pPr>
      <w:r>
        <w:t>سے برا interpretation تھا۔</w:t>
      </w:r>
    </w:p>
    <w:p>
      <w:r>
        <w:rPr>
          <w:b/>
        </w:rPr>
        <w:t xml:space="preserve">[22:04] </w:t>
      </w:r>
      <w:r>
        <w:t>mein samajhta hoon ke poori history mein aisa itna bura kaam nahin hua jo is zamane mein hua.</w:t>
      </w:r>
    </w:p>
    <w:p>
      <w:pPr>
        <w:jc w:val="right"/>
      </w:pPr>
      <w:r>
        <w:t>میں سمجھتا ہوں کہ پوری history میں ایسا اتنا برا کام نہیں ہوا جو اس زمانے میں ہوا۔</w:t>
      </w:r>
    </w:p>
    <w:p>
      <w:r>
        <w:rPr>
          <w:b/>
        </w:rPr>
        <w:t xml:space="preserve">[22:12] </w:t>
      </w:r>
      <w:r>
        <w:t>ke target badal diya.</w:t>
      </w:r>
    </w:p>
    <w:p>
      <w:pPr>
        <w:jc w:val="right"/>
      </w:pPr>
      <w:r>
        <w:t>کہ target بدل دیا۔</w:t>
      </w:r>
    </w:p>
    <w:p>
      <w:r>
        <w:rPr>
          <w:b/>
        </w:rPr>
        <w:t xml:space="preserve">[22:14] </w:t>
      </w:r>
      <w:r>
        <w:t>Target.</w:t>
      </w:r>
    </w:p>
    <w:p>
      <w:pPr>
        <w:jc w:val="right"/>
      </w:pPr>
      <w:r>
        <w:t>Target۔</w:t>
      </w:r>
    </w:p>
    <w:p>
      <w:r>
        <w:rPr>
          <w:b/>
        </w:rPr>
        <w:t xml:space="preserve">[22:15] </w:t>
      </w:r>
      <w:r>
        <w:t>ab dekhiye ke jo asal target tha Islam mein us mein apne upar aadmi ka focus padta tha</w:t>
      </w:r>
    </w:p>
    <w:p>
      <w:pPr>
        <w:jc w:val="right"/>
      </w:pPr>
      <w:r>
        <w:t>اب دیکھیے کہ جو اصل target تھا اسلام میں اس میں اپنے اوپر آدمی کا focus پڑتا تھا</w:t>
      </w:r>
    </w:p>
    <w:p>
      <w:r>
        <w:rPr>
          <w:b/>
        </w:rPr>
        <w:t xml:space="preserve">[22:23] </w:t>
      </w:r>
      <w:r>
        <w:t>ke mujhe yeh kaam karna hai, mujhe iman ko acha banana hai, mujhe good deed karna hai, mujhe</w:t>
      </w:r>
    </w:p>
    <w:p>
      <w:pPr>
        <w:jc w:val="right"/>
      </w:pPr>
      <w:r>
        <w:t>کہ مجھے یہ کام کرنا ہے، مجھے ایمان کو اچھا بنانا ہے، مجھے good deed کرنا ہے، مجھے</w:t>
      </w:r>
    </w:p>
    <w:p>
      <w:r>
        <w:rPr>
          <w:b/>
        </w:rPr>
        <w:t xml:space="preserve">[22:31] </w:t>
      </w:r>
      <w:r>
        <w:t>apne character ko acha banana hai.</w:t>
      </w:r>
    </w:p>
    <w:p>
      <w:pPr>
        <w:jc w:val="right"/>
      </w:pPr>
      <w:r>
        <w:t>اپنے character کو اچھا بنانا ہے۔</w:t>
      </w:r>
    </w:p>
    <w:p>
      <w:r>
        <w:rPr>
          <w:b/>
        </w:rPr>
        <w:t xml:space="preserve">[22:33] </w:t>
      </w:r>
      <w:r>
        <w:t>to focus parta tha apne aap ke oper.</w:t>
      </w:r>
    </w:p>
    <w:p>
      <w:pPr>
        <w:jc w:val="right"/>
      </w:pPr>
      <w:r>
        <w:t>تو focus پڑتا تھا اپنے آپ کے اوپر۔</w:t>
      </w:r>
    </w:p>
    <w:p>
      <w:r>
        <w:rPr>
          <w:b/>
        </w:rPr>
        <w:t xml:space="preserve">[22:37] </w:t>
      </w:r>
      <w:r>
        <w:t>jo real target islam mein bataya gaya tha us mein aadmi ka focus khud apni apni hi apni</w:t>
      </w:r>
    </w:p>
    <w:p>
      <w:pPr>
        <w:jc w:val="right"/>
      </w:pPr>
      <w:r>
        <w:t>جو real target اسلام میں بتایا گیا تھا اس میں آدمی کا focus خود اپنی اپنی ہی اپنی</w:t>
      </w:r>
    </w:p>
    <w:p>
      <w:r>
        <w:rPr>
          <w:b/>
        </w:rPr>
        <w:t xml:space="preserve">[22:44] </w:t>
      </w:r>
      <w:r>
        <w:t>hi zaat hoti thi, khud khud woh hota tha.</w:t>
      </w:r>
    </w:p>
    <w:p>
      <w:pPr>
        <w:jc w:val="right"/>
      </w:pPr>
      <w:r>
        <w:t>ہی ذات ہوتی تھی، خود خود وہ ہوتا تھا۔</w:t>
      </w:r>
    </w:p>
    <w:p>
      <w:r>
        <w:rPr>
          <w:b/>
        </w:rPr>
        <w:t xml:space="preserve">[22:48] </w:t>
      </w:r>
      <w:r>
        <w:t>lekin yeh jo interpretation diya gaya us mein focus badal gaya.</w:t>
      </w:r>
    </w:p>
    <w:p>
      <w:pPr>
        <w:jc w:val="right"/>
      </w:pPr>
      <w:r>
        <w:t>لیکن یہ جو interpretation دیا گیا اس میں focus بدل گیا۔</w:t>
      </w:r>
    </w:p>
    <w:p>
      <w:r>
        <w:rPr>
          <w:b/>
        </w:rPr>
        <w:t xml:space="preserve">[22:53] </w:t>
      </w:r>
      <w:r>
        <w:t>ab focus kya hoga? Political system.</w:t>
      </w:r>
    </w:p>
    <w:p>
      <w:pPr>
        <w:jc w:val="right"/>
      </w:pPr>
      <w:r>
        <w:t>اب focus کیا ہوگا؟ Political system۔</w:t>
      </w:r>
    </w:p>
    <w:p>
      <w:r>
        <w:rPr>
          <w:b/>
        </w:rPr>
        <w:t xml:space="preserve">[22:55] </w:t>
      </w:r>
      <w:r>
        <w:t>Political system jo hai woh focus ban gaya ke political system ko todo, rulers ko hatayo, jo hakoomat</w:t>
      </w:r>
    </w:p>
    <w:p>
      <w:pPr>
        <w:jc w:val="right"/>
      </w:pPr>
      <w:r>
        <w:t>Political system جو ہے وہ focus بن گیا کہ political system کو توڑو، rulers کو ہٹاؤ، جو حکومت</w:t>
      </w:r>
    </w:p>
    <w:p>
      <w:r>
        <w:rPr>
          <w:b/>
        </w:rPr>
        <w:t xml:space="preserve">[23:03] </w:t>
      </w:r>
      <w:r>
        <w:t>karein un ko dethrone karo.</w:t>
      </w:r>
    </w:p>
    <w:p>
      <w:pPr>
        <w:jc w:val="right"/>
      </w:pPr>
      <w:r>
        <w:t>کریں ان کو dethrone کرو۔</w:t>
      </w:r>
    </w:p>
    <w:p>
      <w:r>
        <w:rPr>
          <w:b/>
        </w:rPr>
        <w:t xml:space="preserve">[23:05] </w:t>
      </w:r>
      <w:r>
        <w:t>yani idhar ka idhar kar diya.</w:t>
      </w:r>
    </w:p>
    <w:p>
      <w:pPr>
        <w:jc w:val="right"/>
      </w:pPr>
      <w:r>
        <w:t>یعنی ادھر کا ادھر کر دیا۔</w:t>
      </w:r>
    </w:p>
    <w:p>
      <w:r>
        <w:rPr>
          <w:b/>
        </w:rPr>
        <w:t xml:space="preserve">[23:08] </w:t>
      </w:r>
      <w:r>
        <w:t>yeh itna bara yani itni bari yani itna serious ghalati yeh ki gayi hai ke islam ka sara</w:t>
      </w:r>
    </w:p>
    <w:p>
      <w:pPr>
        <w:jc w:val="right"/>
      </w:pPr>
      <w:r>
        <w:t>یہ اتنا بڑا یعنی اتنی بڑی یعنی اتنا serious غلطی یہ کی گئی ہے کہ اسلام کا سارا</w:t>
      </w:r>
    </w:p>
    <w:p>
      <w:r>
        <w:rPr>
          <w:b/>
        </w:rPr>
        <w:t xml:space="preserve">[23:16] </w:t>
      </w:r>
      <w:r>
        <w:t>nizam hi bilkul bigar kar reh gaya.</w:t>
      </w:r>
    </w:p>
    <w:p>
      <w:pPr>
        <w:jc w:val="right"/>
      </w:pPr>
      <w:r>
        <w:t>نظام ہی بالکل بگڑ کر رہ گیا۔</w:t>
      </w:r>
    </w:p>
    <w:p>
      <w:r>
        <w:rPr>
          <w:b/>
        </w:rPr>
        <w:t xml:space="preserve">[23:19] </w:t>
      </w:r>
      <w:r>
        <w:t>is ki wajah se aap dekhiye jin countries mein yeh sab chal rahi hain is ki movement wahan</w:t>
      </w:r>
    </w:p>
    <w:p>
      <w:pPr>
        <w:jc w:val="right"/>
      </w:pPr>
      <w:r>
        <w:t>اس کی وجہ سے آپ دیکھیے جن countries میں یہ سب چل رہی ہیں اس کی movement وہاں</w:t>
      </w:r>
    </w:p>
    <w:p>
      <w:r>
        <w:rPr>
          <w:b/>
        </w:rPr>
        <w:t xml:space="preserve">[23:26] </w:t>
      </w:r>
      <w:r>
        <w:t>par kya hai? Wahan ka sab mamla bigra hua hai.</w:t>
      </w:r>
    </w:p>
    <w:p>
      <w:pPr>
        <w:jc w:val="right"/>
      </w:pPr>
      <w:r>
        <w:t>پر کیا ہے؟ وہاں کا سب معاملہ بگڑا ہوا ہے۔</w:t>
      </w:r>
    </w:p>
    <w:p>
      <w:r>
        <w:rPr>
          <w:b/>
        </w:rPr>
        <w:t xml:space="preserve">[23:31] </w:t>
      </w:r>
      <w:r>
        <w:t>koi spiritual uplift nahi, koi intellectual progress nahi, koi moral system nahi, koi character nahi.</w:t>
      </w:r>
    </w:p>
    <w:p>
      <w:pPr>
        <w:jc w:val="right"/>
      </w:pPr>
      <w:r>
        <w:t>کوئی spiritual uplift نہیں، کوئی intellectual progress نہیں، کوئی moral system نہیں، کوئی character نہیں۔</w:t>
      </w:r>
    </w:p>
    <w:p>
      <w:r>
        <w:rPr>
          <w:b/>
        </w:rPr>
        <w:t xml:space="preserve">[23:37] </w:t>
      </w:r>
      <w:r>
        <w:t>sab mamla bigra kyunke focus hi badla hua hai.</w:t>
      </w:r>
    </w:p>
    <w:p>
      <w:pPr>
        <w:jc w:val="right"/>
      </w:pPr>
      <w:r>
        <w:t>سب معاملہ بگڑا کیونکہ focus ہی بدلا ہوا ہے۔</w:t>
      </w:r>
    </w:p>
    <w:p>
      <w:r>
        <w:rPr>
          <w:b/>
        </w:rPr>
        <w:t xml:space="preserve">[23:41] </w:t>
      </w:r>
      <w:r>
        <w:t>islam jo tha asal islam jo rasool Allah ne diya tha islam us mein har aadmi ne apne</w:t>
      </w:r>
    </w:p>
    <w:p>
      <w:pPr>
        <w:jc w:val="right"/>
      </w:pPr>
      <w:r>
        <w:t>اسلام جو تھا اصل اسلام جو رسول اللہ نے دیا تھا اسلام اس میں ہر آدمی نے اپنے</w:t>
      </w:r>
    </w:p>
    <w:p>
      <w:r>
        <w:rPr>
          <w:b/>
        </w:rPr>
        <w:t xml:space="preserve">[23:49] </w:t>
      </w:r>
      <w:r>
        <w:t>aap ko focus banaya tha ke mujhe apne ko theek karna hai, mujhe apne ko sahi karna hai.</w:t>
      </w:r>
    </w:p>
    <w:p>
      <w:pPr>
        <w:jc w:val="right"/>
      </w:pPr>
      <w:r>
        <w:t>آپ کو focus بنایا تھا کہ مجھے اپنے کو ٹھیک کرنا ہے، مجھے اپنے کو صحیح کرنا ہے۔</w:t>
      </w:r>
    </w:p>
    <w:p>
      <w:r>
        <w:rPr>
          <w:b/>
        </w:rPr>
        <w:t xml:space="preserve">[23:56] </w:t>
      </w:r>
      <w:r>
        <w:t>to har aadmi ke liye yani islam ne har aadmi ko khud us ko apne hi ko focus</w:t>
      </w:r>
    </w:p>
    <w:p>
      <w:pPr>
        <w:jc w:val="right"/>
      </w:pPr>
      <w:r>
        <w:t>تو ہر آدمی کے لیے یعنی اسلام نے ہر آدمی کو خود اس کو اپنے ہی کو focus</w:t>
      </w:r>
    </w:p>
    <w:p>
      <w:r>
        <w:rPr>
          <w:b/>
        </w:rPr>
        <w:t xml:space="preserve">[24:04] </w:t>
      </w:r>
      <w:r>
        <w:t>mein kar diya tha.</w:t>
      </w:r>
    </w:p>
    <w:p>
      <w:pPr>
        <w:jc w:val="right"/>
      </w:pPr>
      <w:r>
        <w:t>میں کر دیا تھا۔</w:t>
      </w:r>
    </w:p>
    <w:p>
      <w:r>
        <w:rPr>
          <w:b/>
        </w:rPr>
        <w:t xml:space="preserve">[24:06] </w:t>
      </w:r>
      <w:r>
        <w:t>unhon ne jo kiya focus ko badal diya.</w:t>
      </w:r>
    </w:p>
    <w:p>
      <w:pPr>
        <w:jc w:val="right"/>
      </w:pPr>
      <w:r>
        <w:t>انہوں نے جو کیا focus کو بدل دیا۔</w:t>
      </w:r>
    </w:p>
    <w:p>
      <w:r>
        <w:rPr>
          <w:b/>
        </w:rPr>
        <w:t xml:space="preserve">[24:09] </w:t>
      </w:r>
      <w:r>
        <w:t>focus ko bahir ki taraf kar diya.</w:t>
      </w:r>
    </w:p>
    <w:p>
      <w:pPr>
        <w:jc w:val="right"/>
      </w:pPr>
      <w:r>
        <w:t>Focus کو باہر کی طرف کر دیا۔</w:t>
      </w:r>
    </w:p>
    <w:p>
      <w:r>
        <w:rPr>
          <w:b/>
        </w:rPr>
        <w:t xml:space="preserve">[24:12] </w:t>
      </w:r>
      <w:r>
        <w:t>yani bilkul is mein wohi hua jo communism mein hua hai.</w:t>
      </w:r>
    </w:p>
    <w:p>
      <w:pPr>
        <w:jc w:val="right"/>
      </w:pPr>
      <w:r>
        <w:t>یعنی بالکل اس میں وہی ہوا جو communism میں ہوا ہے۔</w:t>
      </w:r>
    </w:p>
    <w:p>
      <w:r>
        <w:rPr>
          <w:b/>
        </w:rPr>
        <w:t xml:space="preserve">[24:17] </w:t>
      </w:r>
      <w:r>
        <w:t>communism mein focus bahir hota hai.</w:t>
      </w:r>
    </w:p>
    <w:p>
      <w:pPr>
        <w:jc w:val="right"/>
      </w:pPr>
      <w:r>
        <w:t>Communism میں focus باہر ہوتا ہے۔</w:t>
      </w:r>
    </w:p>
    <w:p>
      <w:r>
        <w:rPr>
          <w:b/>
        </w:rPr>
        <w:t xml:space="preserve">[24:19] </w:t>
      </w:r>
      <w:r>
        <w:t>yani communist log jo hotey hain un ka jo nazariya hai un ki jo theory hai us mein</w:t>
      </w:r>
    </w:p>
    <w:p>
      <w:pPr>
        <w:jc w:val="right"/>
      </w:pPr>
      <w:r>
        <w:t>یعنی communist لوگ جو ہوتے ہیں ان کا جو نظریہ ہے ان کی جو تھیوری ہے اس میں</w:t>
      </w:r>
    </w:p>
    <w:p>
      <w:r>
        <w:rPr>
          <w:b/>
        </w:rPr>
        <w:t xml:space="preserve">[24:27] </w:t>
      </w:r>
      <w:r>
        <w:t>un ko apne oper focus nahi dalna hota hai ke mujhe apne ko theek karna hai.</w:t>
      </w:r>
    </w:p>
    <w:p>
      <w:pPr>
        <w:jc w:val="right"/>
      </w:pPr>
      <w:r>
        <w:t>ان کو اپنے اوپر focus نہیں ڈالنا ہوتا ہے کہ مجھے اپنے کو ٹھیک کرنا ہے۔</w:t>
      </w:r>
    </w:p>
    <w:p>
      <w:r>
        <w:rPr>
          <w:b/>
        </w:rPr>
        <w:t xml:space="preserve">[24:34] </w:t>
      </w:r>
      <w:r>
        <w:t>Blame themselves ان کا نہیں ہوتا۔</w:t>
      </w:r>
    </w:p>
    <w:p>
      <w:pPr>
        <w:jc w:val="right"/>
      </w:pPr>
      <w:r>
        <w:t>Blame theyself ان کا نہیں ہوتا۔</w:t>
      </w:r>
    </w:p>
    <w:p>
      <w:r>
        <w:rPr>
          <w:b/>
        </w:rPr>
        <w:t xml:space="preserve">[24:37] </w:t>
      </w:r>
      <w:r>
        <w:t>in ka hota hai blame others.</w:t>
      </w:r>
    </w:p>
    <w:p>
      <w:pPr>
        <w:jc w:val="right"/>
      </w:pPr>
      <w:r>
        <w:t>ان کا ہوتا ہے blame others۔</w:t>
      </w:r>
    </w:p>
    <w:p>
      <w:r>
        <w:rPr>
          <w:b/>
        </w:rPr>
        <w:t xml:space="preserve">[24:39] </w:t>
      </w:r>
      <w:r>
        <w:t>yani doosron ko theek karo.</w:t>
      </w:r>
    </w:p>
    <w:p>
      <w:pPr>
        <w:jc w:val="right"/>
      </w:pPr>
      <w:r>
        <w:t>یعنی دوسروں کو ٹھیک کرو۔</w:t>
      </w:r>
    </w:p>
    <w:p>
      <w:r>
        <w:rPr>
          <w:b/>
        </w:rPr>
        <w:t xml:space="preserve">[24:41] </w:t>
      </w:r>
      <w:r>
        <w:t>System ko todo.</w:t>
      </w:r>
    </w:p>
    <w:p>
      <w:pPr>
        <w:jc w:val="right"/>
      </w:pPr>
      <w:r>
        <w:t>System کو توڑو۔</w:t>
      </w:r>
    </w:p>
    <w:p>
      <w:r>
        <w:rPr>
          <w:b/>
        </w:rPr>
        <w:t xml:space="preserve">[24:43] </w:t>
      </w:r>
      <w:r>
        <w:t>Political rule ko khatam karo.</w:t>
      </w:r>
    </w:p>
    <w:p>
      <w:pPr>
        <w:jc w:val="right"/>
      </w:pPr>
      <w:r>
        <w:t>Political rule کو ختم کرو۔</w:t>
      </w:r>
    </w:p>
    <w:p>
      <w:r>
        <w:rPr>
          <w:b/>
        </w:rPr>
        <w:t xml:space="preserve">[24:45] </w:t>
      </w:r>
      <w:r>
        <w:t>in ko dethrone karo.</w:t>
      </w:r>
    </w:p>
    <w:p>
      <w:pPr>
        <w:jc w:val="right"/>
      </w:pPr>
      <w:r>
        <w:t>ان کو dethrone کرو۔</w:t>
      </w:r>
    </w:p>
    <w:p>
      <w:r>
        <w:rPr>
          <w:b/>
        </w:rPr>
        <w:t xml:space="preserve">[24:47] </w:t>
      </w:r>
      <w:r>
        <w:t>yeh hota hai communist ideology mein.</w:t>
      </w:r>
    </w:p>
    <w:p>
      <w:pPr>
        <w:jc w:val="right"/>
      </w:pPr>
      <w:r>
        <w:t>یہ ہوتا ہے communist ideology میں۔</w:t>
      </w:r>
    </w:p>
    <w:p>
      <w:r>
        <w:rPr>
          <w:b/>
        </w:rPr>
        <w:t xml:space="preserve">[24:49] </w:t>
      </w:r>
      <w:r>
        <w:t>to in logon ne communist ideology par dhaal diya Islam ko.</w:t>
      </w:r>
    </w:p>
    <w:p>
      <w:pPr>
        <w:jc w:val="right"/>
      </w:pPr>
      <w:r>
        <w:t>تو ان لوگوں نے communist ideology پر ڈھال دیا اسلام کو۔</w:t>
      </w:r>
    </w:p>
    <w:p>
      <w:r>
        <w:rPr>
          <w:b/>
        </w:rPr>
        <w:t xml:space="preserve">[24:54] </w:t>
      </w:r>
      <w:r>
        <w:t>yeh jo tha is ko kehte hain Quran majeed mein woh mazahamat.</w:t>
      </w:r>
    </w:p>
    <w:p>
      <w:pPr>
        <w:jc w:val="right"/>
      </w:pPr>
      <w:r>
        <w:t>یہ جو تھا اس کو کہتے ہیں قرآن مجید میں وہ مضاحت۔</w:t>
      </w:r>
    </w:p>
    <w:p>
      <w:r>
        <w:rPr>
          <w:b/>
        </w:rPr>
        <w:t xml:space="preserve">[24:59] </w:t>
      </w:r>
      <w:r>
        <w:t>yeh mazahamat tha.</w:t>
      </w:r>
    </w:p>
    <w:p>
      <w:pPr>
        <w:jc w:val="right"/>
      </w:pPr>
      <w:r>
        <w:t>یہ مضاحت تھا۔</w:t>
      </w:r>
    </w:p>
    <w:p>
      <w:r>
        <w:rPr>
          <w:b/>
        </w:rPr>
        <w:t xml:space="preserve">[25:01] </w:t>
      </w:r>
      <w:r>
        <w:t>mazahamat ka matlab hota hai ke Islam ko kisi aur cheez par dhaal dena.</w:t>
      </w:r>
    </w:p>
    <w:p>
      <w:pPr>
        <w:jc w:val="right"/>
      </w:pPr>
      <w:r>
        <w:t>مضاحت کا مطلب ہوتا ہے کہ اسلام کو کسی اور چیز پر ڈھال دینا۔</w:t>
      </w:r>
    </w:p>
    <w:p>
      <w:r>
        <w:rPr>
          <w:b/>
        </w:rPr>
        <w:t xml:space="preserve">[25:07] </w:t>
      </w:r>
      <w:r>
        <w:t>to unhon ne Islam ko dhaal diya communist ideology par, communist method par, communist thinking par.</w:t>
      </w:r>
    </w:p>
    <w:p>
      <w:pPr>
        <w:jc w:val="right"/>
      </w:pPr>
      <w:r>
        <w:t>تو انہوں نے اسلام کو ڈھال دیا communist ideology پر، communist method پر، communist thinking پر۔</w:t>
      </w:r>
    </w:p>
    <w:p>
      <w:r>
        <w:rPr>
          <w:b/>
        </w:rPr>
        <w:t xml:space="preserve">[25:13] </w:t>
      </w:r>
      <w:r>
        <w:t>to yeh tha misinterpretation.</w:t>
      </w:r>
    </w:p>
    <w:p>
      <w:pPr>
        <w:jc w:val="right"/>
      </w:pPr>
      <w:r>
        <w:t>تو یہ تھا misinterpretation۔</w:t>
      </w:r>
    </w:p>
    <w:p>
      <w:r>
        <w:rPr>
          <w:b/>
        </w:rPr>
        <w:t xml:space="preserve">[25:15] </w:t>
      </w:r>
      <w:r>
        <w:t>dekhiye misinterpretation ki koi ek hi shakal nahi hai.</w:t>
      </w:r>
    </w:p>
    <w:p>
      <w:pPr>
        <w:jc w:val="right"/>
      </w:pPr>
      <w:r>
        <w:t>دیکھیے misinterpretation کی کوئی ایک ہی شکل نہیں ہے۔</w:t>
      </w:r>
    </w:p>
    <w:p>
      <w:r>
        <w:rPr>
          <w:b/>
        </w:rPr>
        <w:t xml:space="preserve">[25:19] </w:t>
      </w:r>
      <w:r>
        <w:t>is ki sankaron sooraten hain, sankaron.</w:t>
      </w:r>
    </w:p>
    <w:p>
      <w:pPr>
        <w:jc w:val="right"/>
      </w:pPr>
      <w:r>
        <w:t>اس کی سینکڑوں صورتیں ہیں، سینکڑوں۔</w:t>
      </w:r>
    </w:p>
    <w:p>
      <w:r>
        <w:rPr>
          <w:b/>
        </w:rPr>
        <w:t xml:space="preserve">[25:22] </w:t>
      </w:r>
      <w:r>
        <w:t>Misinterpretation jo hai is ki sankaron sooraten hain.</w:t>
      </w:r>
    </w:p>
    <w:p>
      <w:pPr>
        <w:jc w:val="right"/>
      </w:pPr>
      <w:r>
        <w:t>Misinterpretation جو ہے اس کی سینکڑوں صورتیں ہیں۔</w:t>
      </w:r>
    </w:p>
    <w:p>
      <w:r>
        <w:rPr>
          <w:b/>
        </w:rPr>
        <w:t xml:space="preserve">[25:25] </w:t>
      </w:r>
      <w:r>
        <w:t>kuch cheezen aisi hain jo bohat zyada serious nahi hoti hain.</w:t>
      </w:r>
    </w:p>
    <w:p>
      <w:pPr>
        <w:jc w:val="right"/>
      </w:pPr>
      <w:r>
        <w:t>کچھ چیزیں ایسی ہیں جو بہت زیادہ serious نہیں ہوتی ہیں۔</w:t>
      </w:r>
    </w:p>
    <w:p>
      <w:r>
        <w:rPr>
          <w:b/>
        </w:rPr>
        <w:t xml:space="preserve">[25:30] </w:t>
      </w:r>
      <w:r>
        <w:t>kuch cheezen hoti hain jo bohat serious hoti hain.</w:t>
      </w:r>
    </w:p>
    <w:p>
      <w:pPr>
        <w:jc w:val="right"/>
      </w:pPr>
      <w:r>
        <w:t>کچھ چیزیں ہوتی ہیں جو بہت serious ہوتی ہیں۔</w:t>
      </w:r>
    </w:p>
    <w:p>
      <w:r>
        <w:rPr>
          <w:b/>
        </w:rPr>
        <w:t xml:space="preserve">[25:34] </w:t>
      </w:r>
      <w:r>
        <w:t>to dono hi yani Islam mein yani Islam mein jahan tak is ka ta'alluq hai yani gunah ka</w:t>
      </w:r>
    </w:p>
    <w:p>
      <w:pPr>
        <w:jc w:val="right"/>
      </w:pPr>
      <w:r>
        <w:t>تو دونوں ہی یعنی اسلام میں یعنی اسلام میں جہاں تک اس کا تعلق ہے یعنی گناہ کا</w:t>
      </w:r>
    </w:p>
    <w:p>
      <w:r>
        <w:rPr>
          <w:b/>
        </w:rPr>
        <w:t xml:space="preserve">[25:41] </w:t>
      </w:r>
      <w:r>
        <w:t>to dono hi gunah hain.</w:t>
      </w:r>
    </w:p>
    <w:p>
      <w:pPr>
        <w:jc w:val="right"/>
      </w:pPr>
      <w:r>
        <w:t>تو دونوں ہی گناہ ہیں۔</w:t>
      </w:r>
    </w:p>
    <w:p>
      <w:r>
        <w:rPr>
          <w:b/>
        </w:rPr>
        <w:t xml:space="preserve">[25:43] </w:t>
      </w:r>
      <w:r>
        <w:t>yani chahe aap chote darje ka misinterpretation karen ya bare darje ka karen.</w:t>
      </w:r>
    </w:p>
    <w:p>
      <w:pPr>
        <w:jc w:val="right"/>
      </w:pPr>
      <w:r>
        <w:t>یعنی چاہے آپ چھوٹے درجے کا misinterpretation کریں یا بڑے درجے کا کریں۔</w:t>
      </w:r>
    </w:p>
    <w:p>
      <w:r>
        <w:rPr>
          <w:b/>
        </w:rPr>
        <w:t xml:space="preserve">[25:49] </w:t>
      </w:r>
      <w:r>
        <w:t>gunah dono hain.</w:t>
      </w:r>
    </w:p>
    <w:p>
      <w:pPr>
        <w:jc w:val="right"/>
      </w:pPr>
      <w:r>
        <w:t>گناہ دونوں ہیں۔</w:t>
      </w:r>
    </w:p>
    <w:p>
      <w:r>
        <w:rPr>
          <w:b/>
        </w:rPr>
        <w:t xml:space="preserve">[25:51] </w:t>
      </w:r>
      <w:r>
        <w:t>farq sirf yeh hai ke ek se samaaj mein buraiyan zyada aati hain doosre se kam aati hain.</w:t>
      </w:r>
    </w:p>
    <w:p>
      <w:pPr>
        <w:jc w:val="right"/>
      </w:pPr>
      <w:r>
        <w:t>فرق صرف یہ ہے کہ ایک سے سماج میں برائیاں زیادہ آتی ہیں دوسرے سے کم آتی ہیں۔</w:t>
      </w:r>
    </w:p>
    <w:p>
      <w:r>
        <w:rPr>
          <w:b/>
        </w:rPr>
        <w:t xml:space="preserve">[25:58] </w:t>
      </w:r>
      <w:r>
        <w:t>jaise mein aap ko ek misaal doon ke ek sahab mujh se mile to woh ek guru ko</w:t>
      </w:r>
    </w:p>
    <w:p>
      <w:pPr>
        <w:jc w:val="right"/>
      </w:pPr>
      <w:r>
        <w:t>جیسے میں آپ کو ایک مثال دوں کہ ایک صاحب مجھ سے ملے تو وہ ایک گرو کو</w:t>
      </w:r>
    </w:p>
    <w:p>
      <w:r>
        <w:rPr>
          <w:b/>
        </w:rPr>
        <w:t xml:space="preserve">[26:06] </w:t>
      </w:r>
      <w:r>
        <w:t>maante the aur guru ko woh khabir kehte the.</w:t>
      </w:r>
    </w:p>
    <w:p>
      <w:pPr>
        <w:jc w:val="right"/>
      </w:pPr>
      <w:r>
        <w:t>مانتے تھے اور گرو کو وہ خبیر کہتے تھے۔</w:t>
      </w:r>
    </w:p>
    <w:p>
      <w:r>
        <w:rPr>
          <w:b/>
        </w:rPr>
        <w:t xml:space="preserve">[26:10] </w:t>
      </w:r>
      <w:r>
        <w:t>khabir ke ma'ne hote hain yani janne wala.</w:t>
      </w:r>
    </w:p>
    <w:p>
      <w:pPr>
        <w:jc w:val="right"/>
      </w:pPr>
      <w:r>
        <w:t>خبیر کے معنی ہوتے ہیں یعنی جاننے والا۔</w:t>
      </w:r>
    </w:p>
    <w:p>
      <w:r>
        <w:rPr>
          <w:b/>
        </w:rPr>
        <w:t xml:space="preserve">[26:13] </w:t>
      </w:r>
      <w:r>
        <w:t>khabeer ke mani hain janne wala.</w:t>
      </w:r>
    </w:p>
    <w:p>
      <w:pPr>
        <w:jc w:val="right"/>
      </w:pPr>
      <w:r>
        <w:t>خبیر کے معنی ہیں جاننے والا۔</w:t>
      </w:r>
    </w:p>
    <w:p>
      <w:r>
        <w:rPr>
          <w:b/>
        </w:rPr>
        <w:t xml:space="preserve">[26:16] </w:t>
      </w:r>
      <w:r>
        <w:t>woh samajhte thay ke woh sari baatein jante hain woh.</w:t>
      </w:r>
    </w:p>
    <w:p>
      <w:pPr>
        <w:jc w:val="right"/>
      </w:pPr>
      <w:r>
        <w:t>وہ سمجھتے تھے کہ وہ ساری باتیں جانتے ہیں وہ۔</w:t>
      </w:r>
    </w:p>
    <w:p>
      <w:r>
        <w:rPr>
          <w:b/>
        </w:rPr>
        <w:t xml:space="preserve">[26:20] </w:t>
      </w:r>
      <w:r>
        <w:t>hamare guru jo hain woh sari baatein jante hain woh.</w:t>
      </w:r>
    </w:p>
    <w:p>
      <w:pPr>
        <w:jc w:val="right"/>
      </w:pPr>
      <w:r>
        <w:t>ہمارے گرو جو ہیں وہ ساری باتیں جانتے ہیں وہ۔</w:t>
      </w:r>
    </w:p>
    <w:p>
      <w:r>
        <w:rPr>
          <w:b/>
        </w:rPr>
        <w:t xml:space="preserve">[26:24] </w:t>
      </w:r>
      <w:r>
        <w:t>woh khabeer hain.</w:t>
      </w:r>
    </w:p>
    <w:p>
      <w:pPr>
        <w:jc w:val="right"/>
      </w:pPr>
      <w:r>
        <w:t>وہ خبیر ہیں۔</w:t>
      </w:r>
    </w:p>
    <w:p>
      <w:r>
        <w:rPr>
          <w:b/>
        </w:rPr>
        <w:t xml:space="preserve">[26:26] </w:t>
      </w:r>
      <w:r>
        <w:t>mujhe ek martaba le gaye.</w:t>
      </w:r>
    </w:p>
    <w:p>
      <w:pPr>
        <w:jc w:val="right"/>
      </w:pPr>
      <w:r>
        <w:t>مجھے ایک مرتبہ لے گئے۔</w:t>
      </w:r>
    </w:p>
    <w:p>
      <w:r>
        <w:rPr>
          <w:b/>
        </w:rPr>
        <w:t xml:space="preserve">[26:28] </w:t>
      </w:r>
      <w:r>
        <w:t>unhon ne kaha ke aap kuch boliye nahin.</w:t>
      </w:r>
    </w:p>
    <w:p>
      <w:pPr>
        <w:jc w:val="right"/>
      </w:pPr>
      <w:r>
        <w:t>انہوں نے کہا کہ آپ کچھ بولیے نہیں۔</w:t>
      </w:r>
    </w:p>
    <w:p>
      <w:r>
        <w:rPr>
          <w:b/>
        </w:rPr>
        <w:t xml:space="preserve">[26:31] </w:t>
      </w:r>
      <w:r>
        <w:t>bina bole aap ko jaan lenge ke woh kya hain.</w:t>
      </w:r>
    </w:p>
    <w:p>
      <w:pPr>
        <w:jc w:val="right"/>
      </w:pPr>
      <w:r>
        <w:t>بنا بولے آپ کو جان لیں گے کہ وہ کیا ہیں۔</w:t>
      </w:r>
    </w:p>
    <w:p>
      <w:r>
        <w:rPr>
          <w:b/>
        </w:rPr>
        <w:t xml:space="preserve">[26:36] </w:t>
      </w:r>
      <w:r>
        <w:t>aap ke dil mein hain.</w:t>
      </w:r>
    </w:p>
    <w:p>
      <w:pPr>
        <w:jc w:val="right"/>
      </w:pPr>
      <w:r>
        <w:t>آپ کے دل میں ہیں۔</w:t>
      </w:r>
    </w:p>
    <w:p>
      <w:r>
        <w:rPr>
          <w:b/>
        </w:rPr>
        <w:t xml:space="preserve">[26:38] </w:t>
      </w:r>
      <w:r>
        <w:t>toh main ne kaha achha main ne kaha ek paper par main ne likha yeh baat mujhe aap</w:t>
      </w:r>
    </w:p>
    <w:p>
      <w:pPr>
        <w:jc w:val="right"/>
      </w:pPr>
      <w:r>
        <w:t>تو میں نے کہا اچھا میں نے کہا ایک paper پر میں نے لکھا یہ بات مجھے آپ</w:t>
      </w:r>
    </w:p>
    <w:p>
      <w:r>
        <w:rPr>
          <w:b/>
        </w:rPr>
        <w:t xml:space="preserve">[26:46] </w:t>
      </w:r>
      <w:r>
        <w:t>ke guru ji bata dein.</w:t>
      </w:r>
    </w:p>
    <w:p>
      <w:pPr>
        <w:jc w:val="right"/>
      </w:pPr>
      <w:r>
        <w:t>کے گرو جی بتا دیں۔</w:t>
      </w:r>
    </w:p>
    <w:p>
      <w:r>
        <w:rPr>
          <w:b/>
        </w:rPr>
        <w:t xml:space="preserve">[26:48] </w:t>
      </w:r>
      <w:r>
        <w:t>agar woh khabeer hain har baat jante hain is paper mein jo main ne likha hai main jeeb</w:t>
      </w:r>
    </w:p>
    <w:p>
      <w:pPr>
        <w:jc w:val="right"/>
      </w:pPr>
      <w:r>
        <w:t>اگر وہ خبیر ہیں ہر بات جانتے ہیں اس paper میں جو میں نے لکھا ہے میں جیب</w:t>
      </w:r>
    </w:p>
    <w:p>
      <w:r>
        <w:rPr>
          <w:b/>
        </w:rPr>
        <w:t xml:space="preserve">[26:56] </w:t>
      </w:r>
      <w:r>
        <w:t>mein un ka dikha kar jeeb mein rakh liya ke main aap ke guru ke paas chalta hoon</w:t>
      </w:r>
    </w:p>
    <w:p>
      <w:pPr>
        <w:jc w:val="right"/>
      </w:pPr>
      <w:r>
        <w:t>میں ان کا دکھا کر جیب میں رکھ لیا کہ میں آپ کے گرو کے پاس چلتا ہوں</w:t>
      </w:r>
    </w:p>
    <w:p>
      <w:r>
        <w:rPr>
          <w:b/>
        </w:rPr>
        <w:t xml:space="preserve">[27:04] </w:t>
      </w:r>
      <w:r>
        <w:t>aur jaisa ke aap ne bataya hai main chup chap baithunga woh khud hi khud bol den</w:t>
      </w:r>
    </w:p>
    <w:p>
      <w:pPr>
        <w:jc w:val="right"/>
      </w:pPr>
      <w:r>
        <w:t>اور جیسا کہ آپ نے بتایا ہے میں چپ چاپ بیٹھوں گا وہ خود ہی خود بول دیں</w:t>
      </w:r>
    </w:p>
    <w:p>
      <w:r>
        <w:rPr>
          <w:b/>
        </w:rPr>
        <w:t xml:space="preserve">[27:11] </w:t>
      </w:r>
      <w:r>
        <w:t>ke mere mun mein kya hai.</w:t>
      </w:r>
    </w:p>
    <w:p>
      <w:pPr>
        <w:jc w:val="right"/>
      </w:pPr>
      <w:r>
        <w:t>کہ میرے من میں کیا ہے۔</w:t>
      </w:r>
    </w:p>
    <w:p>
      <w:r>
        <w:rPr>
          <w:b/>
        </w:rPr>
        <w:t xml:space="preserve">[27:14] </w:t>
      </w:r>
      <w:r>
        <w:t>toh is paper mein main ne likha tha ke "What is the future of my mission?" yeh shuru</w:t>
      </w:r>
    </w:p>
    <w:p>
      <w:pPr>
        <w:jc w:val="right"/>
      </w:pPr>
      <w:r>
        <w:t>تو اس paper میں میں نے لکھا تھا کہ "What is the future of my mission؟" یہ شروع</w:t>
      </w:r>
    </w:p>
    <w:p>
      <w:r>
        <w:rPr>
          <w:b/>
        </w:rPr>
        <w:t xml:space="preserve">[27:22] </w:t>
      </w:r>
      <w:r>
        <w:t>zamane ki baat hai jab hum ne yeh mission shuru kiya tha.</w:t>
      </w:r>
    </w:p>
    <w:p>
      <w:pPr>
        <w:jc w:val="right"/>
      </w:pPr>
      <w:r>
        <w:t>زمانے کی بات ہے جب ہم نے یہ mission شروع کیا تھا۔</w:t>
      </w:r>
    </w:p>
    <w:p>
      <w:r>
        <w:rPr>
          <w:b/>
        </w:rPr>
        <w:t xml:space="preserve">[27:27] </w:t>
      </w:r>
      <w:r>
        <w:t>bahut pehle ki baat hai.</w:t>
      </w:r>
    </w:p>
    <w:p>
      <w:pPr>
        <w:jc w:val="right"/>
      </w:pPr>
      <w:r>
        <w:t>بہت پہلے کی بات ہے۔</w:t>
      </w:r>
    </w:p>
    <w:p>
      <w:r>
        <w:rPr>
          <w:b/>
        </w:rPr>
        <w:t xml:space="preserve">[27:29] </w:t>
      </w:r>
      <w:r>
        <w:t>toh "What is the future of my mission?" yeh main ne likha un ko dikhaya aur phir pocket</w:t>
      </w:r>
    </w:p>
    <w:p>
      <w:pPr>
        <w:jc w:val="right"/>
      </w:pPr>
      <w:r>
        <w:t>تو "What is the future of my mission؟" یہ میں نے لکھا ان کو دکھایا اور پھر pocket</w:t>
      </w:r>
    </w:p>
    <w:p>
      <w:r>
        <w:rPr>
          <w:b/>
        </w:rPr>
        <w:t xml:space="preserve">[27:37] </w:t>
      </w:r>
      <w:r>
        <w:t>mein rakh liya.</w:t>
      </w:r>
    </w:p>
    <w:p>
      <w:pPr>
        <w:jc w:val="right"/>
      </w:pPr>
      <w:r>
        <w:t>میں رکھ لیا۔</w:t>
      </w:r>
    </w:p>
    <w:p>
      <w:r>
        <w:rPr>
          <w:b/>
        </w:rPr>
        <w:t xml:space="preserve">[27:38] </w:t>
      </w:r>
      <w:r>
        <w:t>mujh ko woh le gaye wahan.</w:t>
      </w:r>
    </w:p>
    <w:p>
      <w:pPr>
        <w:jc w:val="right"/>
      </w:pPr>
      <w:r>
        <w:t>مجھ کو وہ لے گئے وہاں۔</w:t>
      </w:r>
    </w:p>
    <w:p>
      <w:r>
        <w:rPr>
          <w:b/>
        </w:rPr>
        <w:t xml:space="preserve">[27:41] </w:t>
      </w:r>
      <w:r>
        <w:t>kafi der tak main un ke paas raha.</w:t>
      </w:r>
    </w:p>
    <w:p>
      <w:pPr>
        <w:jc w:val="right"/>
      </w:pPr>
      <w:r>
        <w:t>کافی دیر تک میں ان کے پاس رہا۔</w:t>
      </w:r>
    </w:p>
    <w:p>
      <w:r>
        <w:rPr>
          <w:b/>
        </w:rPr>
        <w:t xml:space="preserve">[27:44] </w:t>
      </w:r>
      <w:r>
        <w:t>aur bhi kai log thay.</w:t>
      </w:r>
    </w:p>
    <w:p>
      <w:pPr>
        <w:jc w:val="right"/>
      </w:pPr>
      <w:r>
        <w:t>اور بھی کئی لوگ تھے۔</w:t>
      </w:r>
    </w:p>
    <w:p>
      <w:r>
        <w:rPr>
          <w:b/>
        </w:rPr>
        <w:t xml:space="preserve">[27:46] </w:t>
      </w:r>
      <w:r>
        <w:t>toh unhon ne kuch bhi nahin kaha.</w:t>
      </w:r>
    </w:p>
    <w:p>
      <w:pPr>
        <w:jc w:val="right"/>
      </w:pPr>
      <w:r>
        <w:t>تو انہوں نے کچھ بھی نہیں کہا۔</w:t>
      </w:r>
    </w:p>
    <w:p>
      <w:r>
        <w:rPr>
          <w:b/>
        </w:rPr>
        <w:t xml:space="preserve">[27:49] </w:t>
      </w:r>
      <w:r>
        <w:t>ek word nahin bole woh.</w:t>
      </w:r>
    </w:p>
    <w:p>
      <w:pPr>
        <w:jc w:val="right"/>
      </w:pPr>
      <w:r>
        <w:t>ایک word نہیں بولے وہ۔</w:t>
      </w:r>
    </w:p>
    <w:p>
      <w:r>
        <w:rPr>
          <w:b/>
        </w:rPr>
        <w:t xml:space="preserve">[27:51] </w:t>
      </w:r>
      <w:r>
        <w:t>toh main ne kaha aap kaise khabeer hain aap ke guru ji? toh yeh ek choti si burai</w:t>
      </w:r>
    </w:p>
    <w:p>
      <w:pPr>
        <w:jc w:val="right"/>
      </w:pPr>
      <w:r>
        <w:t>تو میں نے کہا آپ کیسے خبیر ہیں آپ کے گرو جی؟ تو یہ ایک چھوٹی سی برائی</w:t>
      </w:r>
    </w:p>
    <w:p>
      <w:r>
        <w:rPr>
          <w:b/>
        </w:rPr>
        <w:t xml:space="preserve">[27:59] </w:t>
      </w:r>
      <w:r>
        <w:t>hai lekin is ko quran se nikaal liya unhon ne.</w:t>
      </w:r>
    </w:p>
    <w:p>
      <w:pPr>
        <w:jc w:val="right"/>
      </w:pPr>
      <w:r>
        <w:t>ہے لیکن اس کو قرآن سے نکال لیا انہوں نے۔</w:t>
      </w:r>
    </w:p>
    <w:p>
      <w:r>
        <w:rPr>
          <w:b/>
        </w:rPr>
        <w:t xml:space="preserve">[28:03] </w:t>
      </w:r>
      <w:r>
        <w:t>mujh se unhon ne kaha ke dekhiye main quran ko parta hoon.</w:t>
      </w:r>
    </w:p>
    <w:p>
      <w:pPr>
        <w:jc w:val="right"/>
      </w:pPr>
      <w:r>
        <w:t>مجھ سے انہوں نے کہا کہ دیکھیے میں قرآن کو پڑھتا ہوں۔</w:t>
      </w:r>
    </w:p>
    <w:p>
      <w:r>
        <w:rPr>
          <w:b/>
        </w:rPr>
        <w:t xml:space="preserve">[28:09] </w:t>
      </w:r>
      <w:r>
        <w:t>is ka translation to quran mein ek aayat hai ke "fas'al bihi khabeeran" ke agar tum nahin jante</w:t>
      </w:r>
    </w:p>
    <w:p>
      <w:pPr>
        <w:jc w:val="right"/>
      </w:pPr>
      <w:r>
        <w:t>اس کا translation تو قرآن میں ایک آیت ہے کہ "فَاسْأَلْ بَهِ خَبِيرًا" کہ اگر تم نہیں جانتے</w:t>
      </w:r>
    </w:p>
    <w:p>
      <w:r>
        <w:rPr>
          <w:b/>
        </w:rPr>
        <w:t xml:space="preserve">[28:16] </w:t>
      </w:r>
      <w:r>
        <w:t>ho to kisi khabeer se pooch lo.</w:t>
      </w:r>
    </w:p>
    <w:p>
      <w:pPr>
        <w:jc w:val="right"/>
      </w:pPr>
      <w:r>
        <w:t>ہو تو کسی خبیر سے پوچھ لو۔</w:t>
      </w:r>
    </w:p>
    <w:p>
      <w:r>
        <w:rPr>
          <w:b/>
        </w:rPr>
        <w:t xml:space="preserve">[28:19] </w:t>
      </w:r>
      <w:r>
        <w:t>khabeer maani janne wala.</w:t>
      </w:r>
    </w:p>
    <w:p>
      <w:pPr>
        <w:jc w:val="right"/>
      </w:pPr>
      <w:r>
        <w:t>خبیر معنی جاننے والا۔</w:t>
      </w:r>
    </w:p>
    <w:p>
      <w:r>
        <w:rPr>
          <w:b/>
        </w:rPr>
        <w:t xml:space="preserve">[28:21] </w:t>
      </w:r>
      <w:r>
        <w:t>to agar tum ko nahin pata hai to khabeer se pooch lo.</w:t>
      </w:r>
    </w:p>
    <w:p>
      <w:pPr>
        <w:jc w:val="right"/>
      </w:pPr>
      <w:r>
        <w:t>تو اگر تم کو نہیں پتہ ہے تو خبیر سے پوچھ لو۔</w:t>
      </w:r>
    </w:p>
    <w:p>
      <w:r>
        <w:rPr>
          <w:b/>
        </w:rPr>
        <w:t xml:space="preserve">[28:26] </w:t>
      </w:r>
      <w:r>
        <w:t>to kaha ke dekhiye hamare guru ka naam to ab quran mein maujood hai ke khabeer se pooch</w:t>
      </w:r>
    </w:p>
    <w:p>
      <w:pPr>
        <w:jc w:val="right"/>
      </w:pPr>
      <w:r>
        <w:t>تو کہا کہ دیکھیے ہمارے گرو کا نام تو اب قرآن میں موجود ہے کہ خبیر سے پوچھ</w:t>
      </w:r>
    </w:p>
    <w:p>
      <w:r>
        <w:rPr>
          <w:b/>
        </w:rPr>
        <w:t xml:space="preserve">[28:34] </w:t>
      </w:r>
      <w:r>
        <w:t>lo.</w:t>
      </w:r>
    </w:p>
    <w:p>
      <w:pPr>
        <w:jc w:val="right"/>
      </w:pPr>
      <w:r>
        <w:t>لو۔</w:t>
      </w:r>
    </w:p>
    <w:p>
      <w:r>
        <w:rPr>
          <w:b/>
        </w:rPr>
        <w:t xml:space="preserve">[28:35] </w:t>
      </w:r>
      <w:r>
        <w:t>ab dekhen unhon ne yeh nahin socha ke khabeer hain agar woh to meri baat kyun nahin bata</w:t>
      </w:r>
    </w:p>
    <w:p>
      <w:pPr>
        <w:jc w:val="right"/>
      </w:pPr>
      <w:r>
        <w:t>اب دیکھیں انہوں نے یہ نہیں سوچا کہ خبیر ہیں اگر وہ تو میری بات کیوں نہیں بتا</w:t>
      </w:r>
    </w:p>
    <w:p>
      <w:r>
        <w:rPr>
          <w:b/>
        </w:rPr>
        <w:t xml:space="preserve">[28:43] </w:t>
      </w:r>
      <w:r>
        <w:t>di unhon ne? lekin bas apne guru ko batane ke liye ke yeh to quran mein bhi likha</w:t>
      </w:r>
    </w:p>
    <w:p>
      <w:pPr>
        <w:jc w:val="right"/>
      </w:pPr>
      <w:r>
        <w:t>دی انہوں نے؟ لیکن بس اپنے گرو کو بتانے کے لیے کہ یہ تو قرآن میں بھی لکھا</w:t>
      </w:r>
    </w:p>
    <w:p>
      <w:r>
        <w:rPr>
          <w:b/>
        </w:rPr>
        <w:t xml:space="preserve">[28:51] </w:t>
      </w:r>
      <w:r>
        <w:t>hua hai.</w:t>
      </w:r>
    </w:p>
    <w:p>
      <w:pPr>
        <w:jc w:val="right"/>
      </w:pPr>
      <w:r>
        <w:t>ہوا ہے۔</w:t>
      </w:r>
    </w:p>
    <w:p>
      <w:r>
        <w:rPr>
          <w:b/>
        </w:rPr>
        <w:t xml:space="preserve">[28:52] </w:t>
      </w:r>
      <w:r>
        <w:t>woh is ka karte rahe.</w:t>
      </w:r>
    </w:p>
    <w:p>
      <w:pPr>
        <w:jc w:val="right"/>
      </w:pPr>
      <w:r>
        <w:t>وہ اس کا کرتے رہے۔</w:t>
      </w:r>
    </w:p>
    <w:p>
      <w:r>
        <w:rPr>
          <w:b/>
        </w:rPr>
        <w:t xml:space="preserve">[28:54] </w:t>
      </w:r>
      <w:r>
        <w:t>yeh bhi misinterpretation hai.</w:t>
      </w:r>
    </w:p>
    <w:p>
      <w:pPr>
        <w:jc w:val="right"/>
      </w:pPr>
      <w:r>
        <w:t>یہ بھی misinterpretation ہے۔</w:t>
      </w:r>
    </w:p>
    <w:p>
      <w:r>
        <w:rPr>
          <w:b/>
        </w:rPr>
        <w:t xml:space="preserve">[28:56] </w:t>
      </w:r>
      <w:r>
        <w:t>lekin yeh itna serious kharabi nahin paida karta yeh.</w:t>
      </w:r>
    </w:p>
    <w:p>
      <w:pPr>
        <w:jc w:val="right"/>
      </w:pPr>
      <w:r>
        <w:t>لیکن یہ اتنا serious خرابی نہیں پیدا کرتا یہ۔</w:t>
      </w:r>
    </w:p>
    <w:p>
      <w:r>
        <w:rPr>
          <w:b/>
        </w:rPr>
        <w:t xml:space="preserve">[29:00] </w:t>
      </w:r>
      <w:r>
        <w:t>itna serious burai nahin paida karta samaj mein.</w:t>
      </w:r>
    </w:p>
    <w:p>
      <w:pPr>
        <w:jc w:val="right"/>
      </w:pPr>
      <w:r>
        <w:t>اتنا serious برائی نہیں پیدا کرتا سماج میں۔</w:t>
      </w:r>
    </w:p>
    <w:p>
      <w:r>
        <w:rPr>
          <w:b/>
        </w:rPr>
        <w:t xml:space="preserve">[29:03] </w:t>
      </w:r>
      <w:r>
        <w:t>lekin yeh political interpretation hai is se to sara bloodshed, militancy, suicide bombing har taraf kharabi hi kharabi</w:t>
      </w:r>
    </w:p>
    <w:p>
      <w:pPr>
        <w:jc w:val="right"/>
      </w:pPr>
      <w:r>
        <w:t>لیکن یہ political interpretation ہے اس سے تو سارا bloodshed، militancy, suicide bombing ہر طرف خرابی ہی خرابی</w:t>
      </w:r>
    </w:p>
    <w:p>
      <w:r>
        <w:rPr>
          <w:b/>
        </w:rPr>
        <w:t xml:space="preserve">[29:11] </w:t>
      </w:r>
      <w:r>
        <w:t>aa jati hai.</w:t>
      </w:r>
    </w:p>
    <w:p>
      <w:pPr>
        <w:jc w:val="right"/>
      </w:pPr>
      <w:r>
        <w:t>آ جاتی ہے۔</w:t>
      </w:r>
    </w:p>
    <w:p>
      <w:r>
        <w:rPr>
          <w:b/>
        </w:rPr>
        <w:t xml:space="preserve">[29:13] </w:t>
      </w:r>
      <w:r>
        <w:t>to gunah dono hain yeh bhi woh bhi.</w:t>
      </w:r>
    </w:p>
    <w:p>
      <w:pPr>
        <w:jc w:val="right"/>
      </w:pPr>
      <w:r>
        <w:t>تو گناہ دونوں ہیں یہ بھی وہ بھی۔</w:t>
      </w:r>
    </w:p>
    <w:p>
      <w:r>
        <w:rPr>
          <w:b/>
        </w:rPr>
        <w:t xml:space="preserve">[29:16] </w:t>
      </w:r>
      <w:r>
        <w:t>to is tarah ke logon ne bohat zyada kar rakhe hain misinterpretation.</w:t>
      </w:r>
    </w:p>
    <w:p>
      <w:pPr>
        <w:jc w:val="right"/>
      </w:pPr>
      <w:r>
        <w:t>تو اس طرح کے لوگوں نے بہت زیادہ کر رکھے ہیں misinterpretation۔</w:t>
      </w:r>
    </w:p>
    <w:p>
      <w:r>
        <w:rPr>
          <w:b/>
        </w:rPr>
        <w:t xml:space="preserve">[29:21] </w:t>
      </w:r>
      <w:r>
        <w:t>bohat zyada kar rakhe hain.</w:t>
      </w:r>
    </w:p>
    <w:p>
      <w:pPr>
        <w:jc w:val="right"/>
      </w:pPr>
      <w:r>
        <w:t>بہت زیادہ کر رکھے ہیں۔</w:t>
      </w:r>
    </w:p>
    <w:p>
      <w:r>
        <w:rPr>
          <w:b/>
        </w:rPr>
        <w:t xml:space="preserve">[29:23] </w:t>
      </w:r>
      <w:r>
        <w:t>ek jagah mein gaya ek ek dargah mein to wahan par log baqayda qabr jo thi qabr is</w:t>
      </w:r>
    </w:p>
    <w:p>
      <w:pPr>
        <w:jc w:val="right"/>
      </w:pPr>
      <w:r>
        <w:t>ایک جگہ میں گیا ایک ایک درگاہ میں تو وہاں پر لوگ باقاعدہ قبر جو تھی قبر اس</w:t>
      </w:r>
    </w:p>
    <w:p>
      <w:r>
        <w:rPr>
          <w:b/>
        </w:rPr>
        <w:t xml:space="preserve">[29:31] </w:t>
      </w:r>
      <w:r>
        <w:t>par sajda kar rahe the apna sar zameen par rakhe hue the.</w:t>
      </w:r>
    </w:p>
    <w:p>
      <w:pPr>
        <w:jc w:val="right"/>
      </w:pPr>
      <w:r>
        <w:t>پر سجدہ کر رہے تھے اپنا سر زمین پر رکھے ہوئے تھے۔</w:t>
      </w:r>
    </w:p>
    <w:p>
      <w:r>
        <w:rPr>
          <w:b/>
        </w:rPr>
        <w:t xml:space="preserve">[29:36] </w:t>
      </w:r>
      <w:r>
        <w:t>main ne dekha main ne kaha ke bhai sajda to haram hai khuda ke siwa kisi aur ke</w:t>
      </w:r>
    </w:p>
    <w:p>
      <w:pPr>
        <w:jc w:val="right"/>
      </w:pPr>
      <w:r>
        <w:t>میں نے دیکھا میں نے کہا کہ بھئی سجدہ تو حرام ہے خدا کے سوا کسی اور کے</w:t>
      </w:r>
    </w:p>
    <w:p>
      <w:r>
        <w:rPr>
          <w:b/>
        </w:rPr>
        <w:t xml:space="preserve">[29:44] </w:t>
      </w:r>
      <w:r>
        <w:t>liye.</w:t>
      </w:r>
    </w:p>
    <w:p>
      <w:pPr>
        <w:jc w:val="right"/>
      </w:pPr>
      <w:r>
        <w:t>لیے۔</w:t>
      </w:r>
    </w:p>
    <w:p>
      <w:r>
        <w:rPr>
          <w:b/>
        </w:rPr>
        <w:t xml:space="preserve">[29:45] </w:t>
      </w:r>
      <w:r>
        <w:t>sajda jo hai zameen par sar rakhna yeh sirf khuda ke liye hai.</w:t>
      </w:r>
    </w:p>
    <w:p>
      <w:pPr>
        <w:jc w:val="right"/>
      </w:pPr>
      <w:r>
        <w:t>سجدہ جو ہے زمین پر سر رکھنا یہ صرف خدا کے لیے ہے۔</w:t>
      </w:r>
    </w:p>
    <w:p>
      <w:r>
        <w:rPr>
          <w:b/>
        </w:rPr>
        <w:t xml:space="preserve">[29:51] </w:t>
      </w:r>
      <w:r>
        <w:t>kisi aur ke liye nahi hai.</w:t>
      </w:r>
    </w:p>
    <w:p>
      <w:pPr>
        <w:jc w:val="right"/>
      </w:pPr>
      <w:r>
        <w:t>کسی اور کے لیے نہیں ہے۔</w:t>
      </w:r>
    </w:p>
    <w:p>
      <w:r>
        <w:rPr>
          <w:b/>
        </w:rPr>
        <w:t xml:space="preserve">[29:54] </w:t>
      </w:r>
      <w:r>
        <w:t>haram hai islam mein.</w:t>
      </w:r>
    </w:p>
    <w:p>
      <w:pPr>
        <w:jc w:val="right"/>
      </w:pPr>
      <w:r>
        <w:t>حرام ہے اسلام میں۔</w:t>
      </w:r>
    </w:p>
    <w:p>
      <w:r>
        <w:rPr>
          <w:b/>
        </w:rPr>
        <w:t xml:space="preserve">[29:55] </w:t>
      </w:r>
      <w:r>
        <w:t>تو</w:t>
      </w:r>
    </w:p>
    <w:p>
      <w:pPr>
        <w:jc w:val="right"/>
      </w:pPr>
      <w:r>
        <w:t>تو وہ کیا کہتے ہیں وہ؟ اس کا بھی ان کے پاس ایک interpretation موجود تھا۔</w:t>
      </w:r>
    </w:p>
    <w:p>
      <w:r>
        <w:rPr>
          <w:b/>
        </w:rPr>
        <w:t xml:space="preserve">[30:02] </w:t>
      </w:r>
      <w:r>
        <w:t>kaha ke aap ne galat samjha hum sajda kahan karte hain? hum sajda kahan karte hain? hum to</w:t>
      </w:r>
    </w:p>
    <w:p>
      <w:pPr>
        <w:jc w:val="right"/>
      </w:pPr>
      <w:r>
        <w:t>کہا کہ آپ نے غلط سمجھا ہم سجدہ کہاں کرتے ہیں؟ ہم سجدہ کہاں کرتے ہیں؟ ہم تو</w:t>
      </w:r>
    </w:p>
    <w:p>
      <w:r>
        <w:rPr>
          <w:b/>
        </w:rPr>
        <w:t xml:space="preserve">[30:10] </w:t>
      </w:r>
      <w:r>
        <w:t>palk ke aankh mein jo baal hota hai us ko palk kehte hain.</w:t>
      </w:r>
    </w:p>
    <w:p>
      <w:pPr>
        <w:jc w:val="right"/>
      </w:pPr>
      <w:r>
        <w:t>پلک کے آنکھ میں جو بال ہوتا ہے اس کو پلک کہتے ہیں۔</w:t>
      </w:r>
    </w:p>
    <w:p>
      <w:r>
        <w:rPr>
          <w:b/>
        </w:rPr>
        <w:t xml:space="preserve">[30:15] </w:t>
      </w:r>
      <w:r>
        <w:t>hum to palkon se in ko kiss kar rahe hain.</w:t>
      </w:r>
    </w:p>
    <w:p>
      <w:pPr>
        <w:jc w:val="right"/>
      </w:pPr>
      <w:r>
        <w:t>ہم تو پلکوں سے ان کو kiss کر رہے ہیں۔</w:t>
      </w:r>
    </w:p>
    <w:p>
      <w:r>
        <w:rPr>
          <w:b/>
        </w:rPr>
        <w:t xml:space="preserve">[30:20] </w:t>
      </w:r>
      <w:r>
        <w:t>yani aankh mein jo baal hai use kehte hain palk.</w:t>
      </w:r>
    </w:p>
    <w:p>
      <w:pPr>
        <w:jc w:val="right"/>
      </w:pPr>
      <w:r>
        <w:t>یعنی آنکھ میں جو بال ہے اسے کہتے ہیں پلک۔</w:t>
      </w:r>
    </w:p>
    <w:p>
      <w:r>
        <w:rPr>
          <w:b/>
        </w:rPr>
        <w:t xml:space="preserve">[30:24] </w:t>
      </w:r>
      <w:r>
        <w:t>to hum to palk se in ko kiss kar rahe hain.</w:t>
      </w:r>
    </w:p>
    <w:p>
      <w:pPr>
        <w:jc w:val="right"/>
      </w:pPr>
      <w:r>
        <w:t>تو ہم تو پلک سے ان کو kiss کر رہے ہیں۔</w:t>
      </w:r>
    </w:p>
    <w:p>
      <w:r>
        <w:rPr>
          <w:b/>
        </w:rPr>
        <w:t xml:space="preserve">[30:29] </w:t>
      </w:r>
      <w:r>
        <w:t>to aise aise anokhe logon ne kar rakhe hain interpretation jaise koi sir na pair.</w:t>
      </w:r>
    </w:p>
    <w:p>
      <w:pPr>
        <w:jc w:val="right"/>
      </w:pPr>
      <w:r>
        <w:t>تو ایسے ایسے انوکھے لوگوں نے کر رکھے ہیں interpretation جیسے کوئی سر نہ پیر۔</w:t>
      </w:r>
    </w:p>
    <w:p>
      <w:r>
        <w:rPr>
          <w:b/>
        </w:rPr>
        <w:t xml:space="preserve">[30:35] </w:t>
      </w:r>
      <w:r>
        <w:t>to jab bhi koi aadmi koi galat kaam karna chahta hai aur chahta hai ke islam ka title</w:t>
      </w:r>
    </w:p>
    <w:p>
      <w:pPr>
        <w:jc w:val="right"/>
      </w:pPr>
      <w:r>
        <w:t>تو جب بھی کوئی آدمی کوئی غلط کام کرنا چاہتا ہے اور چاہتا ہے کہ اسلام کا ٹائٹل</w:t>
      </w:r>
    </w:p>
    <w:p>
      <w:r>
        <w:rPr>
          <w:b/>
        </w:rPr>
        <w:t xml:space="preserve">[30:43] </w:t>
      </w:r>
      <w:r>
        <w:t>bhi us ko mila rahe to wo yahi karta hai wo.</w:t>
      </w:r>
    </w:p>
    <w:p>
      <w:pPr>
        <w:jc w:val="right"/>
      </w:pPr>
      <w:r>
        <w:t>بھی اس کو ملا رہے تو وہ یہی کرتا ہے وہ۔</w:t>
      </w:r>
    </w:p>
    <w:p>
      <w:r>
        <w:rPr>
          <w:b/>
        </w:rPr>
        <w:t xml:space="preserve">[30:48] </w:t>
      </w:r>
      <w:r>
        <w:t>dekhen dunya mein do qism ke log hain.</w:t>
      </w:r>
    </w:p>
    <w:p>
      <w:pPr>
        <w:jc w:val="right"/>
      </w:pPr>
      <w:r>
        <w:t>دیکھیں دنیا میں دو قسم کے لوگ ہیں۔</w:t>
      </w:r>
    </w:p>
    <w:p>
      <w:r>
        <w:rPr>
          <w:b/>
        </w:rPr>
        <w:t xml:space="preserve">[30:51] </w:t>
      </w:r>
      <w:r>
        <w:t>ek wo jo kehte hain hamein mazhab se koi matlab nahi hai hamein.</w:t>
      </w:r>
    </w:p>
    <w:p>
      <w:pPr>
        <w:jc w:val="right"/>
      </w:pPr>
      <w:r>
        <w:t>ایک وہ جو کہتے ہیں ہمیں مذہب سے کوئی مطلب نہیں ہے ہمیں۔</w:t>
      </w:r>
    </w:p>
    <w:p>
      <w:r>
        <w:rPr>
          <w:b/>
        </w:rPr>
        <w:t xml:space="preserve">[30:57] </w:t>
      </w:r>
      <w:r>
        <w:t>hamein tumhare revelation se koi matlab nahi hai hamein.</w:t>
      </w:r>
    </w:p>
    <w:p>
      <w:pPr>
        <w:jc w:val="right"/>
      </w:pPr>
      <w:r>
        <w:t>ہمیں تمہارے revelation سے کوئی مطلب نہیں ہے ہمیں۔</w:t>
      </w:r>
    </w:p>
    <w:p>
      <w:r>
        <w:rPr>
          <w:b/>
        </w:rPr>
        <w:t xml:space="preserve">[31:00] </w:t>
      </w:r>
      <w:r>
        <w:t>hum to jo dil mein aaye wo karein ge.</w:t>
      </w:r>
    </w:p>
    <w:p>
      <w:pPr>
        <w:jc w:val="right"/>
      </w:pPr>
      <w:r>
        <w:t>ہم تو جو دل میں آئے وہ کریں گے۔</w:t>
      </w:r>
    </w:p>
    <w:p>
      <w:r>
        <w:rPr>
          <w:b/>
        </w:rPr>
        <w:t xml:space="preserve">[31:04] </w:t>
      </w:r>
      <w:r>
        <w:t>hum jo dil mein aayega wo karein ge.</w:t>
      </w:r>
    </w:p>
    <w:p>
      <w:pPr>
        <w:jc w:val="right"/>
      </w:pPr>
      <w:r>
        <w:t>ہم جو دل میں آئے گا وہ کریں گے۔</w:t>
      </w:r>
    </w:p>
    <w:p>
      <w:r>
        <w:rPr>
          <w:b/>
        </w:rPr>
        <w:t xml:space="preserve">[31:08] </w:t>
      </w:r>
      <w:r>
        <w:t>ek case yeh hota hai.</w:t>
      </w:r>
    </w:p>
    <w:p>
      <w:pPr>
        <w:jc w:val="right"/>
      </w:pPr>
      <w:r>
        <w:t>ایک case یہ ہوتا ہے۔</w:t>
      </w:r>
    </w:p>
    <w:p>
      <w:r>
        <w:rPr>
          <w:b/>
        </w:rPr>
        <w:t xml:space="preserve">[31:10] </w:t>
      </w:r>
      <w:r>
        <w:t>doosre log wo hain jo kehte hain ke nahi hum to islam par hain.</w:t>
      </w:r>
    </w:p>
    <w:p>
      <w:pPr>
        <w:jc w:val="right"/>
      </w:pPr>
      <w:r>
        <w:t>دوسرے لوگ وہ ہیں جو کہتے ہیں کہ نہیں ہم تو اسلام پر ہیں۔</w:t>
      </w:r>
    </w:p>
    <w:p>
      <w:r>
        <w:rPr>
          <w:b/>
        </w:rPr>
        <w:t xml:space="preserve">[31:16] </w:t>
      </w:r>
      <w:r>
        <w:t>yani islam ka title bhi wo khona nahi chahte.</w:t>
      </w:r>
    </w:p>
    <w:p>
      <w:pPr>
        <w:jc w:val="right"/>
      </w:pPr>
      <w:r>
        <w:t>یعنی اسلام کا ٹائٹل بھی وہ کھونا نہیں چاہتے۔</w:t>
      </w:r>
    </w:p>
    <w:p>
      <w:r>
        <w:rPr>
          <w:b/>
        </w:rPr>
        <w:t xml:space="preserve">[31:20] </w:t>
      </w:r>
      <w:r>
        <w:t>yeh wo log hain jo yeh kaam karte hain misinterpretation ka kaam.</w:t>
      </w:r>
    </w:p>
    <w:p>
      <w:pPr>
        <w:jc w:val="right"/>
      </w:pPr>
      <w:r>
        <w:t>یہ وہ لوگ ہیں جو یہ کام کرتے ہیں misinterpretation کا کام۔</w:t>
      </w:r>
    </w:p>
    <w:p>
      <w:r>
        <w:rPr>
          <w:b/>
        </w:rPr>
        <w:t xml:space="preserve">[31:25] </w:t>
      </w:r>
      <w:r>
        <w:t>to agarche islam ka naam lete hain lekin yeh in ka gunah in se kam nahi hai jo</w:t>
      </w:r>
    </w:p>
    <w:p>
      <w:pPr>
        <w:jc w:val="right"/>
      </w:pPr>
      <w:r>
        <w:t>تو اگرچہ اسلام کا نام لیتے ہیں لیکن یہ ان کا گناہ ان سے کم نہیں ہے جو</w:t>
      </w:r>
    </w:p>
    <w:p>
      <w:r>
        <w:rPr>
          <w:b/>
        </w:rPr>
        <w:t xml:space="preserve">[31:33] </w:t>
      </w:r>
      <w:r>
        <w:t>islam ka naam nahi lete.</w:t>
      </w:r>
    </w:p>
    <w:p>
      <w:pPr>
        <w:jc w:val="right"/>
      </w:pPr>
      <w:r>
        <w:t>اسلام کا نام نہیں لیتے۔</w:t>
      </w:r>
    </w:p>
    <w:p>
      <w:r>
        <w:rPr>
          <w:b/>
        </w:rPr>
        <w:t xml:space="preserve">[31:35] </w:t>
      </w:r>
      <w:r>
        <w:t>donon equally yani bohat bhari wo ghalati kar rahe hain.</w:t>
      </w:r>
    </w:p>
    <w:p>
      <w:pPr>
        <w:jc w:val="right"/>
      </w:pPr>
      <w:r>
        <w:t>دونوں equally یعنی بہت بھاری وہ غلطی کر رہے ہیں۔</w:t>
      </w:r>
    </w:p>
    <w:p>
      <w:r>
        <w:rPr>
          <w:b/>
        </w:rPr>
        <w:t xml:space="preserve">[31:39] </w:t>
      </w:r>
      <w:r>
        <w:t>to misinterpretation jo hai bohat hi zyada bura samjha gaya hai islam mein.</w:t>
      </w:r>
    </w:p>
    <w:p>
      <w:pPr>
        <w:jc w:val="right"/>
      </w:pPr>
      <w:r>
        <w:t>تو misinterpretation جو ہے بہت ہی زیادہ برا سمجھا گیا ہے اسلام میں۔</w:t>
      </w:r>
    </w:p>
    <w:p>
      <w:r>
        <w:rPr>
          <w:b/>
        </w:rPr>
        <w:t xml:space="preserve">[31:45] </w:t>
      </w:r>
      <w:r>
        <w:t>ab dekhen ke misinterpretation se bachne ke liye kya karna chahiye aadmi ko? pehli baat yeh hai ke</w:t>
      </w:r>
    </w:p>
    <w:p>
      <w:pPr>
        <w:jc w:val="right"/>
      </w:pPr>
      <w:r>
        <w:t>اب دیکھیں کہ misinterpretation سے بچنے کے لیے کیا کرنا چاہیے آدمی کو؟ پہلی بات یہ ہے کہ</w:t>
      </w:r>
    </w:p>
    <w:p>
      <w:r>
        <w:rPr>
          <w:b/>
        </w:rPr>
        <w:t xml:space="preserve">[31:53] </w:t>
      </w:r>
      <w:r>
        <w:t>wo aadmi bohat zyada serious ho.</w:t>
      </w:r>
    </w:p>
    <w:p>
      <w:pPr>
        <w:jc w:val="right"/>
      </w:pPr>
      <w:r>
        <w:t>وہ آدمی بہت زیادہ serious ہو۔</w:t>
      </w:r>
    </w:p>
    <w:p>
      <w:r>
        <w:rPr>
          <w:b/>
        </w:rPr>
        <w:t xml:space="preserve">[31:55] </w:t>
      </w:r>
      <w:r>
        <w:t>boht ziyada sincere ho.</w:t>
      </w:r>
    </w:p>
    <w:p>
      <w:pPr>
        <w:jc w:val="right"/>
      </w:pPr>
      <w:r>
        <w:t>بہت زیادہ sincere ہو۔</w:t>
      </w:r>
    </w:p>
    <w:p>
      <w:r>
        <w:rPr>
          <w:b/>
        </w:rPr>
        <w:t xml:space="preserve">[31:57] </w:t>
      </w:r>
      <w:r>
        <w:t>yani quran mein ya hadith mein jab koi baat parhay woh to objectively woh dekhay bilkul objectively keh</w:t>
      </w:r>
    </w:p>
    <w:p>
      <w:pPr>
        <w:jc w:val="right"/>
      </w:pPr>
      <w:r>
        <w:t>یعنی قرآن میں یا حدیث میں جب کوئی بات پڑھے وہ تو objectively وہ دیکھے بالکل objectively کہ</w:t>
      </w:r>
    </w:p>
    <w:p>
      <w:r>
        <w:rPr>
          <w:b/>
        </w:rPr>
        <w:t xml:space="preserve">[32:05] </w:t>
      </w:r>
      <w:r>
        <w:t>is mein kya asal message kya hai is mein.</w:t>
      </w:r>
    </w:p>
    <w:p>
      <w:pPr>
        <w:jc w:val="right"/>
      </w:pPr>
      <w:r>
        <w:t>اس میں کیا اصل message کیا ہے اس میں۔</w:t>
      </w:r>
    </w:p>
    <w:p>
      <w:r>
        <w:rPr>
          <w:b/>
        </w:rPr>
        <w:t xml:space="preserve">[32:09] </w:t>
      </w:r>
      <w:r>
        <w:t>poori tarah se objective mind ke sath woh dekhay keh is mein asal message jo hai woh kya</w:t>
      </w:r>
    </w:p>
    <w:p>
      <w:pPr>
        <w:jc w:val="right"/>
      </w:pPr>
      <w:r>
        <w:t>پوری طرح سے objective mind کے ساتھ وہ دیکھے کہ اس میں اصل message جو ہے وہ کیا</w:t>
      </w:r>
    </w:p>
    <w:p>
      <w:r>
        <w:rPr>
          <w:b/>
        </w:rPr>
        <w:t xml:space="preserve">[32:16]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[32:18] </w:t>
      </w:r>
      <w:r>
        <w:t>aur woh context ko dekhay.</w:t>
      </w:r>
    </w:p>
    <w:p>
      <w:pPr>
        <w:jc w:val="right"/>
      </w:pPr>
      <w:r>
        <w:t>اور وہ context کو دیکھے۔</w:t>
      </w:r>
    </w:p>
    <w:p>
      <w:r>
        <w:rPr>
          <w:b/>
        </w:rPr>
        <w:t xml:space="preserve">[32:20] </w:t>
      </w:r>
      <w:r>
        <w:t>jaise quran majeed mein dekhiye aik aayat hai "la taqrab al-salat" namaz ke qareeb na jao.</w:t>
      </w:r>
    </w:p>
    <w:p>
      <w:pPr>
        <w:jc w:val="right"/>
      </w:pPr>
      <w:r>
        <w:t>جیسے قرآن مجید میں دیکھیے ایک آیت ہے "لا تقرب الصلاۃ" نماز کے قریب نہ جاؤ۔</w:t>
      </w:r>
    </w:p>
    <w:p>
      <w:r>
        <w:rPr>
          <w:b/>
        </w:rPr>
        <w:t xml:space="preserve">[32:27] </w:t>
      </w:r>
      <w:r>
        <w:t>yeh quran ke word hain "la taqrab al-salat" namaz ke qareeb na jao.</w:t>
      </w:r>
    </w:p>
    <w:p>
      <w:pPr>
        <w:jc w:val="right"/>
      </w:pPr>
      <w:r>
        <w:t>یہ قرآن کے word ہیں "لا تقرب الصلاۃ" نماز کے قریب نہ جاؤ۔</w:t>
      </w:r>
    </w:p>
    <w:p>
      <w:r>
        <w:rPr>
          <w:b/>
        </w:rPr>
        <w:t xml:space="preserve">[32:32] </w:t>
      </w:r>
      <w:r>
        <w:t>ab aik shakhs kahay keh dekho to namaz woh quran mein khud hi likha hua hai keh namaz</w:t>
      </w:r>
    </w:p>
    <w:p>
      <w:pPr>
        <w:jc w:val="right"/>
      </w:pPr>
      <w:r>
        <w:t>اب ایک شخص کہے کہ دیکھو تو نماز وہ قرآن میں خود ہی لکھا ہوا ہے کہ نماز</w:t>
      </w:r>
    </w:p>
    <w:p>
      <w:r>
        <w:rPr>
          <w:b/>
        </w:rPr>
        <w:t xml:space="preserve">[32:40] </w:t>
      </w:r>
      <w:r>
        <w:t>na parho.</w:t>
      </w:r>
    </w:p>
    <w:p>
      <w:pPr>
        <w:jc w:val="right"/>
      </w:pPr>
      <w:r>
        <w:t>نہ پڑھو۔</w:t>
      </w:r>
    </w:p>
    <w:p>
      <w:r>
        <w:rPr>
          <w:b/>
        </w:rPr>
        <w:t xml:space="preserve">[32:42] </w:t>
      </w:r>
      <w:r>
        <w:t>namaz ke qareeb bach jao.</w:t>
      </w:r>
    </w:p>
    <w:p>
      <w:pPr>
        <w:jc w:val="right"/>
      </w:pPr>
      <w:r>
        <w:t>نماز کے قریب بچ جاؤ۔</w:t>
      </w:r>
    </w:p>
    <w:p>
      <w:r>
        <w:rPr>
          <w:b/>
        </w:rPr>
        <w:t xml:space="preserve">[32:44] </w:t>
      </w:r>
      <w:r>
        <w:t>to boht hi insincere mind aisa kahay ga.</w:t>
      </w:r>
    </w:p>
    <w:p>
      <w:pPr>
        <w:jc w:val="right"/>
      </w:pPr>
      <w:r>
        <w:t>تو بہت ہی insincere mind ایسا کہے گا۔</w:t>
      </w:r>
    </w:p>
    <w:p>
      <w:r>
        <w:rPr>
          <w:b/>
        </w:rPr>
        <w:t xml:space="preserve">[32:47] </w:t>
      </w:r>
      <w:r>
        <w:t>kyun? aap poori aayat ko parhiye.</w:t>
      </w:r>
    </w:p>
    <w:p>
      <w:pPr>
        <w:jc w:val="right"/>
      </w:pPr>
      <w:r>
        <w:t>کیوں؟ آپ پوری آیت کو پڑھیے۔</w:t>
      </w:r>
    </w:p>
    <w:p>
      <w:r>
        <w:rPr>
          <w:b/>
        </w:rPr>
        <w:t xml:space="preserve">[32:50] </w:t>
      </w:r>
      <w:r>
        <w:t>context ko dekhiye.</w:t>
      </w:r>
    </w:p>
    <w:p>
      <w:pPr>
        <w:jc w:val="right"/>
      </w:pPr>
      <w:r>
        <w:t>Context کو دیکھیے۔</w:t>
      </w:r>
    </w:p>
    <w:p>
      <w:r>
        <w:rPr>
          <w:b/>
        </w:rPr>
        <w:t xml:space="preserve">[32:51] </w:t>
      </w:r>
      <w:r>
        <w:t>to context jo aap dekhen ge poora jo jis context mein aayi hai us ko parhen ge aap</w:t>
      </w:r>
    </w:p>
    <w:p>
      <w:pPr>
        <w:jc w:val="right"/>
      </w:pPr>
      <w:r>
        <w:t>تو context جو آپ دیکھیں گے پورا جو جس context میں آئی ہے اس کو پڑھیں گے آپ</w:t>
      </w:r>
    </w:p>
    <w:p>
      <w:r>
        <w:rPr>
          <w:b/>
        </w:rPr>
        <w:t xml:space="preserve">[32:59] </w:t>
      </w:r>
      <w:r>
        <w:t>to wahan par likha hua hai "la taqrab al-salat" wa antum sukara yani nashe ki halat mein namaz mein</w:t>
      </w:r>
    </w:p>
    <w:p>
      <w:pPr>
        <w:jc w:val="right"/>
      </w:pPr>
      <w:r>
        <w:t>تو وہاں پر لکھا ہوا ہے "لا تقرب الصلاۃ" وانتم سكارى یعنی نشے کی حالت میں نماز میں</w:t>
      </w:r>
    </w:p>
    <w:p>
      <w:r>
        <w:rPr>
          <w:b/>
        </w:rPr>
        <w:t xml:space="preserve">[33:07] </w:t>
      </w:r>
      <w:r>
        <w:t>na aao.</w:t>
      </w:r>
    </w:p>
    <w:p>
      <w:pPr>
        <w:jc w:val="right"/>
      </w:pPr>
      <w:r>
        <w:t>نہ آؤ۔</w:t>
      </w:r>
    </w:p>
    <w:p>
      <w:r>
        <w:rPr>
          <w:b/>
        </w:rPr>
        <w:t xml:space="preserve">[33:08] </w:t>
      </w:r>
      <w:r>
        <w:t>matlab nasha aur namaz ikatha nahi ho sakte.</w:t>
      </w:r>
    </w:p>
    <w:p>
      <w:pPr>
        <w:jc w:val="right"/>
      </w:pPr>
      <w:r>
        <w:t>مطلب نشہ اور نماز اکٹھا نہیں ہو سکتے۔</w:t>
      </w:r>
    </w:p>
    <w:p>
      <w:r>
        <w:rPr>
          <w:b/>
        </w:rPr>
        <w:t xml:space="preserve">[33:12] </w:t>
      </w:r>
      <w:r>
        <w:t>tum ne drink kiya hai, tum ne sharab piya hai, tum nashe mein ho.</w:t>
      </w:r>
    </w:p>
    <w:p>
      <w:pPr>
        <w:jc w:val="right"/>
      </w:pPr>
      <w:r>
        <w:t>تم نے drink کیا ہے، تم نے شراب پیا ہے، تم نشے میں ہو۔</w:t>
      </w:r>
    </w:p>
    <w:p>
      <w:r>
        <w:rPr>
          <w:b/>
        </w:rPr>
        <w:t xml:space="preserve">[33:18] </w:t>
      </w:r>
      <w:r>
        <w:t>to phir namaz kaisi hai? aisay aadmi ki namaz qabool nahi hogi.</w:t>
      </w:r>
    </w:p>
    <w:p>
      <w:pPr>
        <w:jc w:val="right"/>
      </w:pPr>
      <w:r>
        <w:t>تو پھر نماز کیسی ہے؟ ایسے آدمی کی نماز قبول نہیں ہوگی۔</w:t>
      </w:r>
    </w:p>
    <w:p>
      <w:r>
        <w:rPr>
          <w:b/>
        </w:rPr>
        <w:t xml:space="preserve">[33:23] </w:t>
      </w:r>
      <w:r>
        <w:t>to namaz parhna hai to nasha choro.</w:t>
      </w:r>
    </w:p>
    <w:p>
      <w:pPr>
        <w:jc w:val="right"/>
      </w:pPr>
      <w:r>
        <w:t>تو نماز پڑھنا ہے تو نشہ چھوڑو۔</w:t>
      </w:r>
    </w:p>
    <w:p>
      <w:r>
        <w:rPr>
          <w:b/>
        </w:rPr>
        <w:t xml:space="preserve">[33:26] </w:t>
      </w:r>
      <w:r>
        <w:t>namaz parhna hai to drink choro.</w:t>
      </w:r>
    </w:p>
    <w:p>
      <w:pPr>
        <w:jc w:val="right"/>
      </w:pPr>
      <w:r>
        <w:t>نماز پڑھنا ہے تو drink چھوڑو۔</w:t>
      </w:r>
    </w:p>
    <w:p>
      <w:r>
        <w:rPr>
          <w:b/>
        </w:rPr>
        <w:t xml:space="preserve">[33:28] </w:t>
      </w:r>
      <w:r>
        <w:t>namaz parhna hai to sharab choro.</w:t>
      </w:r>
    </w:p>
    <w:p>
      <w:pPr>
        <w:jc w:val="right"/>
      </w:pPr>
      <w:r>
        <w:t>نماز پڑھنا ہے تو شراب چھوڑو۔</w:t>
      </w:r>
    </w:p>
    <w:p>
      <w:r>
        <w:rPr>
          <w:b/>
        </w:rPr>
        <w:t xml:space="preserve">[33:31] </w:t>
      </w:r>
      <w:r>
        <w:t>yeh matlab hai is 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[33:33] </w:t>
      </w:r>
      <w:r>
        <w:t>to aadha liya aadha nahi liya aur keh diya keh dekhiye namaz quran mein khud hi hai keh</w:t>
      </w:r>
    </w:p>
    <w:p>
      <w:pPr>
        <w:jc w:val="right"/>
      </w:pPr>
      <w:r>
        <w:t>تو آدھا لیا آدھا نہیں لیا اور کہہ دیا کہ دیکھیے نماز قرآن میں خود ہی ہے کہ</w:t>
      </w:r>
    </w:p>
    <w:p>
      <w:r>
        <w:rPr>
          <w:b/>
        </w:rPr>
        <w:t xml:space="preserve">[33:41] </w:t>
      </w:r>
      <w:r>
        <w:t>namaz na parho.</w:t>
      </w:r>
    </w:p>
    <w:p>
      <w:pPr>
        <w:jc w:val="right"/>
      </w:pPr>
      <w:r>
        <w:t>نماز نہ پڑھو۔</w:t>
      </w:r>
    </w:p>
    <w:p>
      <w:r>
        <w:rPr>
          <w:b/>
        </w:rPr>
        <w:t xml:space="preserve">[33:42] </w:t>
      </w:r>
      <w:r>
        <w:t>to dekhiye misinterpretation se wohi bach sakta hai jo jo quran ko ya hadith ko bohat hi seriously</w:t>
      </w:r>
    </w:p>
    <w:p>
      <w:pPr>
        <w:jc w:val="right"/>
      </w:pPr>
      <w:r>
        <w:t>تو دیکھیے misinterpretation سے وہی بچ سکتا ہے جو جو قرآن کو یا حدیث کو بہت ہی seriously</w:t>
      </w:r>
    </w:p>
    <w:p>
      <w:r>
        <w:rPr>
          <w:b/>
        </w:rPr>
        <w:t xml:space="preserve">[33:50] </w:t>
      </w:r>
      <w:r>
        <w:t>le.</w:t>
      </w:r>
    </w:p>
    <w:p>
      <w:pPr>
        <w:jc w:val="right"/>
      </w:pPr>
      <w:r>
        <w:t>لے۔</w:t>
      </w:r>
    </w:p>
    <w:p>
      <w:r>
        <w:rPr>
          <w:b/>
        </w:rPr>
        <w:t xml:space="preserve">[33:51] </w:t>
      </w:r>
      <w:r>
        <w:t>ek ek baat par sochiye.</w:t>
      </w:r>
    </w:p>
    <w:p>
      <w:pPr>
        <w:jc w:val="right"/>
      </w:pPr>
      <w:r>
        <w:t>ایک ایک بات پر سوچے۔</w:t>
      </w:r>
    </w:p>
    <w:p>
      <w:r>
        <w:rPr>
          <w:b/>
        </w:rPr>
        <w:t xml:space="preserve">[33:54] </w:t>
      </w:r>
      <w:r>
        <w:t>ek ek baat par dhyan de.</w:t>
      </w:r>
    </w:p>
    <w:p>
      <w:pPr>
        <w:jc w:val="right"/>
      </w:pPr>
      <w:r>
        <w:t>ایک ایک بات پر دھیان دے۔</w:t>
      </w:r>
    </w:p>
    <w:p>
      <w:r>
        <w:rPr>
          <w:b/>
        </w:rPr>
        <w:t xml:space="preserve">[33:56] </w:t>
      </w:r>
      <w:r>
        <w:t>context ko par dhyan de.</w:t>
      </w:r>
    </w:p>
    <w:p>
      <w:pPr>
        <w:jc w:val="right"/>
      </w:pPr>
      <w:r>
        <w:t>Context کو پر دھیان دے۔</w:t>
      </w:r>
    </w:p>
    <w:p>
      <w:r>
        <w:rPr>
          <w:b/>
        </w:rPr>
        <w:t xml:space="preserve">[33:58] </w:t>
      </w:r>
      <w:r>
        <w:t>aur kafi soch samajh kar is se jo relevant jo baatein hain us ko bhi dhyan mein rakhe.</w:t>
      </w:r>
    </w:p>
    <w:p>
      <w:pPr>
        <w:jc w:val="right"/>
      </w:pPr>
      <w:r>
        <w:t>اور کافی سوچ سمجھ کر اس سے جو relevant جو باتیں ہیں اس کو بھی دھیان میں رکھے۔</w:t>
      </w:r>
    </w:p>
    <w:p>
      <w:r>
        <w:rPr>
          <w:b/>
        </w:rPr>
        <w:t xml:space="preserve">[34:06] </w:t>
      </w:r>
      <w:r>
        <w:t>aur phir ek rai banaye.</w:t>
      </w:r>
    </w:p>
    <w:p>
      <w:pPr>
        <w:jc w:val="right"/>
      </w:pPr>
      <w:r>
        <w:t>اور پھر ایک رائے بنائے۔</w:t>
      </w:r>
    </w:p>
    <w:p>
      <w:r>
        <w:rPr>
          <w:b/>
        </w:rPr>
        <w:t xml:space="preserve">[34:08] </w:t>
      </w:r>
      <w:r>
        <w:t>tab inshallah woh ghalati nahi karega.</w:t>
      </w:r>
    </w:p>
    <w:p>
      <w:pPr>
        <w:jc w:val="right"/>
      </w:pPr>
      <w:r>
        <w:t>تب انشاءاللہ وہ غلطی نہیں کرے گا۔</w:t>
      </w:r>
    </w:p>
    <w:p>
      <w:r>
        <w:rPr>
          <w:b/>
        </w:rPr>
        <w:t xml:space="preserve">[34:11] </w:t>
      </w:r>
      <w:r>
        <w:t>yani yeh yun keh sakte hain aap ke ek aadmi woh hai jis ke mind mein pehle hi</w:t>
      </w:r>
    </w:p>
    <w:p>
      <w:pPr>
        <w:jc w:val="right"/>
      </w:pPr>
      <w:r>
        <w:t>یعنی یہ یوں کہہ سکتے ہیں آپ کہ ایک آدمی وہ ہے جس کے mind میں پہلے ہی</w:t>
      </w:r>
    </w:p>
    <w:p>
      <w:r>
        <w:rPr>
          <w:b/>
        </w:rPr>
        <w:t xml:space="preserve">[34:19] </w:t>
      </w:r>
      <w:r>
        <w:t>se kuch hai preoccupied hai kisi baat se.</w:t>
      </w:r>
    </w:p>
    <w:p>
      <w:pPr>
        <w:jc w:val="right"/>
      </w:pPr>
      <w:r>
        <w:t>سے کچھ ہے preoccupied ہے کسی بات سے۔</w:t>
      </w:r>
    </w:p>
    <w:p>
      <w:r>
        <w:rPr>
          <w:b/>
        </w:rPr>
        <w:t xml:space="preserve">[34:22] </w:t>
      </w:r>
      <w:r>
        <w:t>pehley hi se kuch hai is ke mind mein.</w:t>
      </w:r>
    </w:p>
    <w:p>
      <w:pPr>
        <w:jc w:val="right"/>
      </w:pPr>
      <w:r>
        <w:t>پہلے ہی سے کچھ ہے اس کے mind میں۔</w:t>
      </w:r>
    </w:p>
    <w:p>
      <w:r>
        <w:rPr>
          <w:b/>
        </w:rPr>
        <w:t xml:space="preserve">[34:26] </w:t>
      </w:r>
      <w:r>
        <w:t>to jab quran ko padhta hai to kahin ek kuch thore se milti julti baat milti hai dar</w:t>
      </w:r>
    </w:p>
    <w:p>
      <w:pPr>
        <w:jc w:val="right"/>
      </w:pPr>
      <w:r>
        <w:t>تو جب قرآن کو پڑھتا ہے تو کہیں ایک کچھ تھوڑے سے ملتی جلتی بات ملتی ہے در</w:t>
      </w:r>
    </w:p>
    <w:p>
      <w:r>
        <w:rPr>
          <w:b/>
        </w:rPr>
        <w:t xml:space="preserve">[34:34] </w:t>
      </w:r>
      <w:r>
        <w:t>se kehta hai ke bas yeh dekho yahan pe woh likha hua hai.</w:t>
      </w:r>
    </w:p>
    <w:p>
      <w:pPr>
        <w:jc w:val="right"/>
      </w:pPr>
      <w:r>
        <w:t>سے کہتا ہے کہ بس یہ دیکھو یہاں پہ وہ لکھا ہوا ہے۔</w:t>
      </w:r>
    </w:p>
    <w:p>
      <w:r>
        <w:rPr>
          <w:b/>
        </w:rPr>
        <w:t xml:space="preserve">[34:39] </w:t>
      </w:r>
      <w:r>
        <w:t>yani mind mein apne kuch bhara hua hai.</w:t>
      </w:r>
    </w:p>
    <w:p>
      <w:pPr>
        <w:jc w:val="right"/>
      </w:pPr>
      <w:r>
        <w:t>یعنی mind میں اپنے کچھ بھرا ہوا ہے۔</w:t>
      </w:r>
    </w:p>
    <w:p>
      <w:r>
        <w:rPr>
          <w:b/>
        </w:rPr>
        <w:t xml:space="preserve">[34:43] </w:t>
      </w:r>
      <w:r>
        <w:t>ab kuch milti julti baat us ko mil gayi quran majeed mein.</w:t>
      </w:r>
    </w:p>
    <w:p>
      <w:pPr>
        <w:jc w:val="right"/>
      </w:pPr>
      <w:r>
        <w:t>اب کچھ ملتی جلتی بات اس کو مل گئی قرآن مجید میں۔</w:t>
      </w:r>
    </w:p>
    <w:p>
      <w:r>
        <w:rPr>
          <w:b/>
        </w:rPr>
        <w:t xml:space="preserve">[34:48] </w:t>
      </w:r>
      <w:r>
        <w:t>to foran is ka ulta matlab nikal kar kahe ke dekho quran mein to khud hi yeh likha</w:t>
      </w:r>
    </w:p>
    <w:p>
      <w:pPr>
        <w:jc w:val="right"/>
      </w:pPr>
      <w:r>
        <w:t>تو فوراً اس کا الٹا مطلب نکال کر کہے کہ دیکھو قرآن میں تو خود ہی یہ لکھا</w:t>
      </w:r>
    </w:p>
    <w:p>
      <w:r>
        <w:rPr>
          <w:b/>
        </w:rPr>
        <w:t xml:space="preserve">[34:56] </w:t>
      </w:r>
      <w:r>
        <w:t>hua hai.</w:t>
      </w:r>
    </w:p>
    <w:p>
      <w:pPr>
        <w:jc w:val="right"/>
      </w:pPr>
      <w:r>
        <w:t>ہوا ہے۔</w:t>
      </w:r>
    </w:p>
    <w:p>
      <w:r>
        <w:rPr>
          <w:b/>
        </w:rPr>
        <w:t xml:space="preserve">[34:57] </w:t>
      </w:r>
      <w:r>
        <w:t>jaise ek zamane mein bohat zor tha communism ka.</w:t>
      </w:r>
    </w:p>
    <w:p>
      <w:pPr>
        <w:jc w:val="right"/>
      </w:pPr>
      <w:r>
        <w:t>جیسے ایک زمانے میں بہت زور تھا communism کا۔</w:t>
      </w:r>
    </w:p>
    <w:p>
      <w:r>
        <w:rPr>
          <w:b/>
        </w:rPr>
        <w:t xml:space="preserve">[35:01] </w:t>
      </w:r>
      <w:r>
        <w:t>yani ke private property jo hai nahi hona chahiye.</w:t>
      </w:r>
    </w:p>
    <w:p>
      <w:pPr>
        <w:jc w:val="right"/>
      </w:pPr>
      <w:r>
        <w:t>یعنی کہ private property جو ہے نہیں ہونا چاہیے۔</w:t>
      </w:r>
    </w:p>
    <w:p>
      <w:r>
        <w:rPr>
          <w:b/>
        </w:rPr>
        <w:t xml:space="preserve">[35:05] </w:t>
      </w:r>
      <w:r>
        <w:t>sirf state ka control hona chahiye sari cheezon par.</w:t>
      </w:r>
    </w:p>
    <w:p>
      <w:pPr>
        <w:jc w:val="right"/>
      </w:pPr>
      <w:r>
        <w:t>صرف state کا کنٹرول ہونا چاہیے ساری چیزوں پر۔</w:t>
      </w:r>
    </w:p>
    <w:p>
      <w:r>
        <w:rPr>
          <w:b/>
        </w:rPr>
        <w:t xml:space="preserve">[35:09] </w:t>
      </w:r>
      <w:r>
        <w:t>to bari dhoom thi is ki.</w:t>
      </w:r>
    </w:p>
    <w:p>
      <w:pPr>
        <w:jc w:val="right"/>
      </w:pPr>
      <w:r>
        <w:t>تو بڑی دھوم تھی اس کی۔</w:t>
      </w:r>
    </w:p>
    <w:p>
      <w:r>
        <w:rPr>
          <w:b/>
        </w:rPr>
        <w:t xml:space="preserve">[35:11] </w:t>
      </w:r>
      <w:r>
        <w:t>ab ek aadmi jo is ko apne mind mein liye hue tha ki private property bahut buri cheez</w:t>
      </w:r>
    </w:p>
    <w:p>
      <w:pPr>
        <w:jc w:val="right"/>
      </w:pPr>
      <w:r>
        <w:t>اب ایک آدمی جو اس کو اپنے mind میں لیے ہوئے تھا کہ private property بہت بری چیز</w:t>
      </w:r>
    </w:p>
    <w:p>
      <w:r>
        <w:rPr>
          <w:b/>
        </w:rPr>
        <w:t xml:space="preserve">[35:19] </w:t>
      </w:r>
      <w:r>
        <w:t>he.</w:t>
      </w:r>
    </w:p>
    <w:p>
      <w:pPr>
        <w:jc w:val="right"/>
      </w:pPr>
      <w:r>
        <w:t>ہے۔</w:t>
      </w:r>
    </w:p>
    <w:p>
      <w:r>
        <w:rPr>
          <w:b/>
        </w:rPr>
        <w:t xml:space="preserve">[35:21] </w:t>
      </w:r>
      <w:r>
        <w:t>us ne quran ko padha.</w:t>
      </w:r>
    </w:p>
    <w:p>
      <w:pPr>
        <w:jc w:val="right"/>
      </w:pPr>
      <w:r>
        <w:t>اس نے قرآن کو پڑھا۔</w:t>
      </w:r>
    </w:p>
    <w:p>
      <w:r>
        <w:rPr>
          <w:b/>
        </w:rPr>
        <w:t xml:space="preserve">[35:23] </w:t>
      </w:r>
      <w:r>
        <w:t>ek ayat mil gayi us ko.</w:t>
      </w:r>
    </w:p>
    <w:p>
      <w:pPr>
        <w:jc w:val="right"/>
      </w:pPr>
      <w:r>
        <w:t>ایک آیت مل گئی اس کو۔</w:t>
      </w:r>
    </w:p>
    <w:p>
      <w:r>
        <w:rPr>
          <w:b/>
        </w:rPr>
        <w:t xml:space="preserve">[35:25] </w:t>
      </w:r>
      <w:r>
        <w:t>"in al-arz lillah" yeh ayat thi.</w:t>
      </w:r>
    </w:p>
    <w:p>
      <w:pPr>
        <w:jc w:val="right"/>
      </w:pPr>
      <w:r>
        <w:t>"إن الأرض لله" یہ آیت تھی۔</w:t>
      </w:r>
    </w:p>
    <w:p>
      <w:r>
        <w:rPr>
          <w:b/>
        </w:rPr>
        <w:t xml:space="preserve">[35:28] </w:t>
      </w:r>
      <w:r>
        <w:t>"in al-arz lillah" zameen Khuda ki hai.</w:t>
      </w:r>
    </w:p>
    <w:p>
      <w:pPr>
        <w:jc w:val="right"/>
      </w:pPr>
      <w:r>
        <w:t>"إن الأرض لله" زمین خدا کی ہے۔</w:t>
      </w:r>
    </w:p>
    <w:p>
      <w:r>
        <w:rPr>
          <w:b/>
        </w:rPr>
        <w:t xml:space="preserve">[35:31] </w:t>
      </w:r>
      <w:r>
        <w:t>to bas Khuda ki jagah state rakh diya is ne.</w:t>
      </w:r>
    </w:p>
    <w:p>
      <w:pPr>
        <w:jc w:val="right"/>
      </w:pPr>
      <w:r>
        <w:t>تو بس خدا کی جگہ state رکھ دیا اس نے۔</w:t>
      </w:r>
    </w:p>
    <w:p>
      <w:r>
        <w:rPr>
          <w:b/>
        </w:rPr>
        <w:t xml:space="preserve">[35:35] </w:t>
      </w:r>
      <w:r>
        <w:t>ke zameen state ki hai.</w:t>
      </w:r>
    </w:p>
    <w:p>
      <w:pPr>
        <w:jc w:val="right"/>
      </w:pPr>
      <w:r>
        <w:t>کہ زمین state کی ہے۔</w:t>
      </w:r>
    </w:p>
    <w:p>
      <w:r>
        <w:rPr>
          <w:b/>
        </w:rPr>
        <w:t xml:space="preserve">[35:37] </w:t>
      </w:r>
      <w:r>
        <w:t>land state ka hai.</w:t>
      </w:r>
    </w:p>
    <w:p>
      <w:pPr>
        <w:jc w:val="right"/>
      </w:pPr>
      <w:r>
        <w:t>land state کا ہے۔</w:t>
      </w:r>
    </w:p>
    <w:p>
      <w:r>
        <w:rPr>
          <w:b/>
        </w:rPr>
        <w:t xml:space="preserve">[35:39] </w:t>
      </w:r>
      <w:r>
        <w:t>to aap jante hain ke jab Russia mein communist rule aaya to sare farmers jo the kisan jo</w:t>
      </w:r>
    </w:p>
    <w:p>
      <w:pPr>
        <w:jc w:val="right"/>
      </w:pPr>
      <w:r>
        <w:t>تو آپ جانتے ہیں کہ جب رشیا میں communist rule آیا تو سارے farmers جو تھے کسان جو</w:t>
      </w:r>
    </w:p>
    <w:p>
      <w:r>
        <w:rPr>
          <w:b/>
        </w:rPr>
        <w:t xml:space="preserve">[35:47] </w:t>
      </w:r>
      <w:r>
        <w:t>the un ka land chheen liya gaya un se.</w:t>
      </w:r>
    </w:p>
    <w:p>
      <w:pPr>
        <w:jc w:val="right"/>
      </w:pPr>
      <w:r>
        <w:t>تھے ان کا land چھین لیا گیا ان سے۔</w:t>
      </w:r>
    </w:p>
    <w:p>
      <w:r>
        <w:rPr>
          <w:b/>
        </w:rPr>
        <w:t xml:space="preserve">[35:51] </w:t>
      </w:r>
      <w:r>
        <w:t>aur sab state ke state tanhai is ka owner owner ban gaya.</w:t>
      </w:r>
    </w:p>
    <w:p>
      <w:pPr>
        <w:jc w:val="right"/>
      </w:pPr>
      <w:r>
        <w:t>اور سب state کے state تنہا اس کا owner owner بن گیا۔</w:t>
      </w:r>
    </w:p>
    <w:p>
      <w:r>
        <w:rPr>
          <w:b/>
        </w:rPr>
        <w:t xml:space="preserve">[35:56] </w:t>
      </w:r>
      <w:r>
        <w:t>to woh woh zamane mein is ki dhoom thi bohat ziyada.</w:t>
      </w:r>
    </w:p>
    <w:p>
      <w:pPr>
        <w:jc w:val="right"/>
      </w:pPr>
      <w:r>
        <w:t>تو وہ وہ زمانے میں اس کی دھوم تھی بہت زیادہ۔</w:t>
      </w:r>
    </w:p>
    <w:p>
      <w:r>
        <w:rPr>
          <w:b/>
        </w:rPr>
        <w:t xml:space="preserve">[36:00] </w:t>
      </w:r>
      <w:r>
        <w:t>ke private property nahin honi chahiye.</w:t>
      </w:r>
    </w:p>
    <w:p>
      <w:pPr>
        <w:jc w:val="right"/>
      </w:pPr>
      <w:r>
        <w:t>کہ private property نہیں ہونی چاہیے۔</w:t>
      </w:r>
    </w:p>
    <w:p>
      <w:r>
        <w:rPr>
          <w:b/>
        </w:rPr>
        <w:t xml:space="preserve">[36:03] </w:t>
      </w:r>
      <w:r>
        <w:t>private farming nahin honi chahiye.</w:t>
      </w:r>
    </w:p>
    <w:p>
      <w:pPr>
        <w:jc w:val="right"/>
      </w:pPr>
      <w:r>
        <w:t>private farming نہیں ہونی چاہیے۔</w:t>
      </w:r>
    </w:p>
    <w:p>
      <w:r>
        <w:rPr>
          <w:b/>
        </w:rPr>
        <w:t xml:space="preserve">[36:05] </w:t>
      </w:r>
      <w:r>
        <w:t>state farming honi chahiye.</w:t>
      </w:r>
    </w:p>
    <w:p>
      <w:pPr>
        <w:jc w:val="right"/>
      </w:pPr>
      <w:r>
        <w:t>state farming ہونی چاہیے۔</w:t>
      </w:r>
    </w:p>
    <w:p>
      <w:r>
        <w:rPr>
          <w:b/>
        </w:rPr>
        <w:t xml:space="preserve">[36:07] </w:t>
      </w:r>
      <w:r>
        <w:t>ab unhon ne jab Quran mein padha ke "in al-arz lillah" zameen Khuda ki hai.</w:t>
      </w:r>
    </w:p>
    <w:p>
      <w:pPr>
        <w:jc w:val="right"/>
      </w:pPr>
      <w:r>
        <w:t>اب انہوں نے جب قرآن میں پڑھا کہ "إن الأرض لله" زمین خدا کی ہے۔</w:t>
      </w:r>
    </w:p>
    <w:p>
      <w:r>
        <w:rPr>
          <w:b/>
        </w:rPr>
        <w:t xml:space="preserve">[36:13] </w:t>
      </w:r>
      <w:r>
        <w:t>to Khuda ki jagah rakh diya unhon ne state.</w:t>
      </w:r>
    </w:p>
    <w:p>
      <w:pPr>
        <w:jc w:val="right"/>
      </w:pPr>
      <w:r>
        <w:t>تو خدا کی جگہ رکھ دیا انہوں نے state۔</w:t>
      </w:r>
    </w:p>
    <w:p>
      <w:r>
        <w:rPr>
          <w:b/>
        </w:rPr>
        <w:t xml:space="preserve">[36:17] </w:t>
      </w:r>
      <w:r>
        <w:t>zameen state ki hai.</w:t>
      </w:r>
    </w:p>
    <w:p>
      <w:pPr>
        <w:jc w:val="right"/>
      </w:pPr>
      <w:r>
        <w:t>زمین state کی ہے۔</w:t>
      </w:r>
    </w:p>
    <w:p>
      <w:r>
        <w:rPr>
          <w:b/>
        </w:rPr>
        <w:t xml:space="preserve">[36:19] </w:t>
      </w:r>
      <w:r>
        <w:t>phir dekho Quran mein bhi communism likha hua hai.</w:t>
      </w:r>
    </w:p>
    <w:p>
      <w:pPr>
        <w:jc w:val="right"/>
      </w:pPr>
      <w:r>
        <w:t>پھر دیکھو قرآن میں بھی communism لکھا ہوا ہے۔</w:t>
      </w:r>
    </w:p>
    <w:p>
      <w:r>
        <w:rPr>
          <w:b/>
        </w:rPr>
        <w:t xml:space="preserve">[36:23] </w:t>
      </w:r>
      <w:r>
        <w:t>to dekhiye do qism ke log hote hain.</w:t>
      </w:r>
    </w:p>
    <w:p>
      <w:pPr>
        <w:jc w:val="right"/>
      </w:pPr>
      <w:r>
        <w:t>تو دیکھیے دو قسم کے لوگ ہوتے ہیں۔</w:t>
      </w:r>
    </w:p>
    <w:p>
      <w:r>
        <w:rPr>
          <w:b/>
        </w:rPr>
        <w:t xml:space="preserve">[36:26] </w:t>
      </w:r>
      <w:r>
        <w:t>ek woh hain jo jinka mind pehle se hi preoccupied ho kuch khayalat se.</w:t>
      </w:r>
    </w:p>
    <w:p>
      <w:pPr>
        <w:jc w:val="right"/>
      </w:pPr>
      <w:r>
        <w:t>ایک وہ ہیں جو جن کا mind پہلے سے ہی preoccupied ہو کچھ خیالات سے۔</w:t>
      </w:r>
    </w:p>
    <w:p>
      <w:r>
        <w:rPr>
          <w:b/>
        </w:rPr>
        <w:t xml:space="preserve">[36:33] </w:t>
      </w:r>
      <w:r>
        <w:t>preoccupied ho.</w:t>
      </w:r>
    </w:p>
    <w:p>
      <w:pPr>
        <w:jc w:val="right"/>
      </w:pPr>
      <w:r>
        <w:t>preoccupied ہو۔</w:t>
      </w:r>
    </w:p>
    <w:p>
      <w:r>
        <w:rPr>
          <w:b/>
        </w:rPr>
        <w:t xml:space="preserve">[36:34] </w:t>
      </w:r>
      <w:r>
        <w:t>pehlay hi se mind mein kuch bhara hua hai.</w:t>
      </w:r>
    </w:p>
    <w:p>
      <w:pPr>
        <w:jc w:val="right"/>
      </w:pPr>
      <w:r>
        <w:t>پہلے ہی سے mind میں کچھ بھرا ہوا ہے۔</w:t>
      </w:r>
    </w:p>
    <w:p>
      <w:r>
        <w:rPr>
          <w:b/>
        </w:rPr>
        <w:t xml:space="preserve">[36:38] </w:t>
      </w:r>
      <w:r>
        <w:t>aap Quran jab padhenge to kahin zara sa kuch milta julta dikhai padega.</w:t>
      </w:r>
    </w:p>
    <w:p>
      <w:pPr>
        <w:jc w:val="right"/>
      </w:pPr>
      <w:r>
        <w:t>آپ قرآن جب پڑھیں گے تو کہیں ذرا سا کچھ ملتا جلتا دکھائی پڑے گا۔</w:t>
      </w:r>
    </w:p>
    <w:p>
      <w:r>
        <w:rPr>
          <w:b/>
        </w:rPr>
        <w:t xml:space="preserve">[36:44] </w:t>
      </w:r>
      <w:r>
        <w:t>kahin ke dekho jo mere mind mein tha wahi to Quran mein bhi likha hua hai.</w:t>
      </w:r>
    </w:p>
    <w:p>
      <w:pPr>
        <w:jc w:val="right"/>
      </w:pPr>
      <w:r>
        <w:t>کہیں کہ دیکھو جو میرے mind میں تھا وہی تو قرآن میں بھی لکھا ہوا ہے۔</w:t>
      </w:r>
    </w:p>
    <w:p>
      <w:r>
        <w:rPr>
          <w:b/>
        </w:rPr>
        <w:t xml:space="preserve">[36:51] </w:t>
      </w:r>
      <w:r>
        <w:t>yehi log misinterpretation karte hain.</w:t>
      </w:r>
    </w:p>
    <w:p>
      <w:pPr>
        <w:jc w:val="right"/>
      </w:pPr>
      <w:r>
        <w:t>یہی لوگ misinterpretation کرتے ہیں۔</w:t>
      </w:r>
    </w:p>
    <w:p>
      <w:r>
        <w:rPr>
          <w:b/>
        </w:rPr>
        <w:t xml:space="preserve">[36:53] </w:t>
      </w:r>
      <w:r>
        <w:t>ghalat ta'beer karte hain.</w:t>
      </w:r>
    </w:p>
    <w:p>
      <w:pPr>
        <w:jc w:val="right"/>
      </w:pPr>
      <w:r>
        <w:t>غلط تعبیر کرتے ہیں۔</w:t>
      </w:r>
    </w:p>
    <w:p>
      <w:r>
        <w:rPr>
          <w:b/>
        </w:rPr>
        <w:t xml:space="preserve">[36:55] </w:t>
      </w:r>
      <w:r>
        <w:t>ghalat tafseer karte hain.</w:t>
      </w:r>
    </w:p>
    <w:p>
      <w:pPr>
        <w:jc w:val="right"/>
      </w:pPr>
      <w:r>
        <w:t>غلط تفسیر کرتے ہیں۔</w:t>
      </w:r>
    </w:p>
    <w:p>
      <w:r>
        <w:rPr>
          <w:b/>
        </w:rPr>
        <w:t xml:space="preserve">[36:57] </w:t>
      </w:r>
      <w:r>
        <w:t>ghalat matlab nikaalte hain.</w:t>
      </w:r>
    </w:p>
    <w:p>
      <w:pPr>
        <w:jc w:val="right"/>
      </w:pPr>
      <w:r>
        <w:t>غلط مطلب نکالتے ہیں۔</w:t>
      </w:r>
    </w:p>
    <w:p>
      <w:r>
        <w:rPr>
          <w:b/>
        </w:rPr>
        <w:t xml:space="preserve">[36:58] </w:t>
      </w:r>
      <w:r>
        <w:t>lekin jo aadmi empty mind ho ke parhe Quran majeed ko.</w:t>
      </w:r>
    </w:p>
    <w:p>
      <w:pPr>
        <w:jc w:val="right"/>
      </w:pPr>
      <w:r>
        <w:t>لیکن جو آدمی empty mind ہو کے پڑھے قرآن مجید کو۔</w:t>
      </w:r>
    </w:p>
    <w:p>
      <w:r>
        <w:rPr>
          <w:b/>
        </w:rPr>
        <w:t xml:space="preserve">[37:03] </w:t>
      </w:r>
      <w:r>
        <w:t>objectivity ke saath parhe Quran ko.</w:t>
      </w:r>
    </w:p>
    <w:p>
      <w:pPr>
        <w:jc w:val="right"/>
      </w:pPr>
      <w:r>
        <w:t>objectivity کے ساتھ پڑھے قرآن کو۔</w:t>
      </w:r>
    </w:p>
    <w:p>
      <w:r>
        <w:rPr>
          <w:b/>
        </w:rPr>
        <w:t xml:space="preserve">[37:06] </w:t>
      </w:r>
      <w:r>
        <w:t>Quran is liye parhe ke mujhe is mein yeh jaanna hai ke Khuda ki marzi kya hai jo</w:t>
      </w:r>
    </w:p>
    <w:p>
      <w:pPr>
        <w:jc w:val="right"/>
      </w:pPr>
      <w:r>
        <w:t>قرآن اس لیے پڑھے کہ مجھے اس میں یہ جاننا ہے کہ خدا کی مرضی کیا ہے جو</w:t>
      </w:r>
    </w:p>
    <w:p>
      <w:r>
        <w:rPr>
          <w:b/>
        </w:rPr>
        <w:t xml:space="preserve">[37:13] </w:t>
      </w:r>
      <w:r>
        <w:t>us ne Quran mein batai hai.</w:t>
      </w:r>
    </w:p>
    <w:p>
      <w:pPr>
        <w:jc w:val="right"/>
      </w:pPr>
      <w:r>
        <w:t>اس نے قرآن میں بتائی ہے۔</w:t>
      </w:r>
    </w:p>
    <w:p>
      <w:r>
        <w:rPr>
          <w:b/>
        </w:rPr>
        <w:t xml:space="preserve">[37:16] </w:t>
      </w:r>
      <w:r>
        <w:t>apne mind ko na parhna ho is ko.</w:t>
      </w:r>
    </w:p>
    <w:p>
      <w:pPr>
        <w:jc w:val="right"/>
      </w:pPr>
      <w:r>
        <w:t>اپنے mind کو نہ پڑھنا ہو اس کو۔</w:t>
      </w:r>
    </w:p>
    <w:p>
      <w:r>
        <w:rPr>
          <w:b/>
        </w:rPr>
        <w:t xml:space="preserve">[37:19] </w:t>
      </w:r>
      <w:r>
        <w:t>Khuda ke mind ko parhna ho.</w:t>
      </w:r>
    </w:p>
    <w:p>
      <w:pPr>
        <w:jc w:val="right"/>
      </w:pPr>
      <w:r>
        <w:t>خدا کے mind کو پڑھنا ہو۔</w:t>
      </w:r>
    </w:p>
    <w:p>
      <w:r>
        <w:rPr>
          <w:b/>
        </w:rPr>
        <w:t xml:space="preserve">[37:22] </w:t>
      </w:r>
      <w:r>
        <w:t>yeh farq ho.</w:t>
      </w:r>
    </w:p>
    <w:p>
      <w:pPr>
        <w:jc w:val="right"/>
      </w:pPr>
      <w:r>
        <w:t>یہ فرق ہو۔</w:t>
      </w:r>
    </w:p>
    <w:p>
      <w:r>
        <w:rPr>
          <w:b/>
        </w:rPr>
        <w:t xml:space="preserve">[37:24] </w:t>
      </w:r>
      <w:r>
        <w:t>yeh jo apne mind ko parhna chahega Quran majeed mein wahi ghalat ta'beer karega.</w:t>
      </w:r>
    </w:p>
    <w:p>
      <w:pPr>
        <w:jc w:val="right"/>
      </w:pPr>
      <w:r>
        <w:t>یہ جو اپنے mind کو پڑھنا چاہے گا قرآن مجید میں وہی غلط تعبیر کرے گا۔</w:t>
      </w:r>
    </w:p>
    <w:p>
      <w:r>
        <w:rPr>
          <w:b/>
        </w:rPr>
        <w:t xml:space="preserve">[37:30] </w:t>
      </w:r>
      <w:r>
        <w:t>misinterpretation karega.</w:t>
      </w:r>
    </w:p>
    <w:p>
      <w:pPr>
        <w:jc w:val="right"/>
      </w:pPr>
      <w:r>
        <w:t>misinterpretation کرے گا۔</w:t>
      </w:r>
    </w:p>
    <w:p>
      <w:r>
        <w:rPr>
          <w:b/>
        </w:rPr>
        <w:t xml:space="preserve">[37:32] </w:t>
      </w:r>
      <w:r>
        <w:t>aur jo aadmi Khuda ke mind ko parhna chahta ho Quran majeed mein woh is se bach jaye</w:t>
      </w:r>
    </w:p>
    <w:p>
      <w:pPr>
        <w:jc w:val="right"/>
      </w:pPr>
      <w:r>
        <w:t>اور جو آدمی خدا کے mind کو پڑھنا چاہتا ہو قرآن مجید میں وہ اس سے بچ جائے</w:t>
      </w:r>
    </w:p>
    <w:p>
      <w:r>
        <w:rPr>
          <w:b/>
        </w:rPr>
        <w:t xml:space="preserve">[37:40] </w:t>
      </w:r>
      <w:r>
        <w:t>ga is burai se.</w:t>
      </w:r>
    </w:p>
    <w:p>
      <w:pPr>
        <w:jc w:val="right"/>
      </w:pPr>
      <w:r>
        <w:t>گا اس برائی سے۔</w:t>
      </w:r>
    </w:p>
    <w:p>
      <w:r>
        <w:rPr>
          <w:b/>
        </w:rPr>
        <w:t xml:space="preserve">[37:41] </w:t>
      </w:r>
      <w:r>
        <w:t>yeh hai farq.</w:t>
      </w:r>
    </w:p>
    <w:p>
      <w:pPr>
        <w:jc w:val="right"/>
      </w:pPr>
      <w:r>
        <w:t>یہ ہے فرق۔</w:t>
      </w:r>
    </w:p>
    <w:p>
      <w:r>
        <w:rPr>
          <w:b/>
        </w:rPr>
        <w:t xml:space="preserve">[37:43] </w:t>
      </w:r>
      <w:r>
        <w:t>to Quran Khuda ne utara hai kyun? ke insaan ko Khuda ki guidance mile.</w:t>
      </w:r>
    </w:p>
    <w:p>
      <w:pPr>
        <w:jc w:val="right"/>
      </w:pPr>
      <w:r>
        <w:t>تو قرآن خدا نے اتارا ہے کیوں؟ کہ انسان کو خدا کی guidance ملے۔</w:t>
      </w:r>
    </w:p>
    <w:p>
      <w:r>
        <w:rPr>
          <w:b/>
        </w:rPr>
        <w:t xml:space="preserve">[37:49] </w:t>
      </w:r>
      <w:r>
        <w:t>Khuda ki guidance mile insaan ko divine guidance is ke liye Quran utara gaya hai.</w:t>
      </w:r>
    </w:p>
    <w:p>
      <w:pPr>
        <w:jc w:val="right"/>
      </w:pPr>
      <w:r>
        <w:t>خدا کی guidance ملے انسان کو divine guidance اس کے لیے قرآن اتارا گیا ہے۔</w:t>
      </w:r>
    </w:p>
    <w:p>
      <w:r>
        <w:rPr>
          <w:b/>
        </w:rPr>
        <w:t xml:space="preserve">[37:55] </w:t>
      </w:r>
      <w:r>
        <w:t>ab koi aadmi apni baat nikaalne lage is mein se to bohat bara sin hai bohat bara gunah</w:t>
      </w:r>
    </w:p>
    <w:p>
      <w:pPr>
        <w:jc w:val="right"/>
      </w:pPr>
      <w:r>
        <w:t>اب کوئی آدمی اپنی بات نکالنے لگے اس میں سے تو بہت بڑا sin ہے بہت بڑا گناہ</w:t>
      </w:r>
    </w:p>
    <w:p>
      <w:r>
        <w:rPr>
          <w:b/>
        </w:rPr>
        <w:t xml:space="preserve">[38:03]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[38:04] </w:t>
      </w:r>
      <w:r>
        <w:t>balkeh crime hai yeh.</w:t>
      </w:r>
    </w:p>
    <w:p>
      <w:pPr>
        <w:jc w:val="right"/>
      </w:pPr>
      <w:r>
        <w:t>بلکہ crime ہے یہ۔</w:t>
      </w:r>
    </w:p>
    <w:p>
      <w:r>
        <w:rPr>
          <w:b/>
        </w:rPr>
        <w:t xml:space="preserve">[38:06] </w:t>
      </w:r>
      <w:r>
        <w:t>yaani Quran mein aadmi agar apni baat nikaalne lage to main samajhta hoon ke is se bara gunah</w:t>
      </w:r>
    </w:p>
    <w:p>
      <w:pPr>
        <w:jc w:val="right"/>
      </w:pPr>
      <w:r>
        <w:t>یعنی قرآن میں آدمی اگر اپنی بات نکالنے لگے تو میں سمجھتا ہوں کہ اس سے بڑا گناہ</w:t>
      </w:r>
    </w:p>
    <w:p>
      <w:r>
        <w:rPr>
          <w:b/>
        </w:rPr>
        <w:t xml:space="preserve">[38:14] </w:t>
      </w:r>
      <w:r>
        <w:t>to koi nahi.</w:t>
      </w:r>
    </w:p>
    <w:p>
      <w:pPr>
        <w:jc w:val="right"/>
      </w:pPr>
      <w:r>
        <w:t>تو کوئی نہیں۔</w:t>
      </w:r>
    </w:p>
    <w:p>
      <w:r>
        <w:rPr>
          <w:b/>
        </w:rPr>
        <w:t xml:space="preserve">[38:15] </w:t>
      </w:r>
      <w:r>
        <w:t>to Quran ko parhna chahiye aadmi ko is liye ke is se woh Khuda ki baat jaane.</w:t>
      </w:r>
    </w:p>
    <w:p>
      <w:pPr>
        <w:jc w:val="right"/>
      </w:pPr>
      <w:r>
        <w:t>تو قرآن کو پڑھنا چاہیے آدمی کو اس لیے کہ اس سے وہ خدا کی بات جانے۔</w:t>
      </w:r>
    </w:p>
    <w:p>
      <w:r>
        <w:rPr>
          <w:b/>
        </w:rPr>
        <w:t xml:space="preserve">[38:23] </w:t>
      </w:r>
      <w:r>
        <w:t>Khuda ke mind ko parhe.</w:t>
      </w:r>
    </w:p>
    <w:p>
      <w:pPr>
        <w:jc w:val="right"/>
      </w:pPr>
      <w:r>
        <w:t>خدا کے mind کو پڑھے۔</w:t>
      </w:r>
    </w:p>
    <w:p>
      <w:r>
        <w:rPr>
          <w:b/>
        </w:rPr>
        <w:t xml:space="preserve">[38:25] </w:t>
      </w:r>
      <w:r>
        <w:t>yeh hai difference.</w:t>
      </w:r>
    </w:p>
    <w:p>
      <w:pPr>
        <w:jc w:val="right"/>
      </w:pPr>
      <w:r>
        <w:t>یہ ہے difference۔</w:t>
      </w:r>
    </w:p>
    <w:p>
      <w:r>
        <w:rPr>
          <w:b/>
        </w:rPr>
        <w:t xml:space="preserve">[38:26] </w:t>
      </w:r>
      <w:r>
        <w:t>isi se misinterpretation paida hota hai Quran ka ya Islam ka.</w:t>
      </w:r>
    </w:p>
    <w:p>
      <w:pPr>
        <w:jc w:val="right"/>
      </w:pPr>
      <w:r>
        <w:t>اسی سے misinterpretation پیدا ہوتا ہے قرآن کا یا اسلام کا۔</w:t>
      </w:r>
    </w:p>
    <w:p>
      <w:r>
        <w:rPr>
          <w:b/>
        </w:rPr>
        <w:t xml:space="preserve">[38:31] </w:t>
      </w:r>
      <w:r>
        <w:t>to aap jante hain ke dunya mein hamesha sincere log bohat kam rahe hain.</w:t>
      </w:r>
    </w:p>
    <w:p>
      <w:pPr>
        <w:jc w:val="right"/>
      </w:pPr>
      <w:r>
        <w:t>تو آپ جانتے ہیں کہ دنیا میں ہمیشہ sincere لوگ بہت کم رہے ہیں۔</w:t>
      </w:r>
    </w:p>
    <w:p>
      <w:r>
        <w:rPr>
          <w:b/>
        </w:rPr>
        <w:t xml:space="preserve">[38:37] </w:t>
      </w:r>
      <w:r>
        <w:t>puri tarah sincere log.</w:t>
      </w:r>
    </w:p>
    <w:p>
      <w:pPr>
        <w:jc w:val="right"/>
      </w:pPr>
      <w:r>
        <w:t>پوری طرح sincere لوگ۔</w:t>
      </w:r>
    </w:p>
    <w:p>
      <w:r>
        <w:rPr>
          <w:b/>
        </w:rPr>
        <w:t xml:space="preserve">[38:39] </w:t>
      </w:r>
      <w:r>
        <w:t>dunya hamesha insincere logon se bhari rahi hai.</w:t>
      </w:r>
    </w:p>
    <w:p>
      <w:pPr>
        <w:jc w:val="right"/>
      </w:pPr>
      <w:r>
        <w:t>دنیا ہمیشہ insincere لوگوں سے بھری رہی ہے۔</w:t>
      </w:r>
    </w:p>
    <w:p>
      <w:r>
        <w:rPr>
          <w:b/>
        </w:rPr>
        <w:t xml:space="preserve">[38:42] </w:t>
      </w:r>
      <w:r>
        <w:t>pehlay bhi aur aaj bhi.</w:t>
      </w:r>
    </w:p>
    <w:p>
      <w:pPr>
        <w:jc w:val="right"/>
      </w:pPr>
      <w:r>
        <w:t>پہلے بھی اور آج بھی۔</w:t>
      </w:r>
    </w:p>
    <w:p>
      <w:r>
        <w:rPr>
          <w:b/>
        </w:rPr>
        <w:t xml:space="preserve">[38:44] </w:t>
      </w:r>
      <w:r>
        <w:t>to jo insincere hotay hain jo log wahi yeh sab kaam kartay hain.</w:t>
      </w:r>
    </w:p>
    <w:p>
      <w:pPr>
        <w:jc w:val="right"/>
      </w:pPr>
      <w:r>
        <w:t>تو جو insincere ہوتے ہیں جو لوگ وہی یہ سب کام کرتے ہیں۔</w:t>
      </w:r>
    </w:p>
    <w:p>
      <w:r>
        <w:rPr>
          <w:b/>
        </w:rPr>
        <w:t xml:space="preserve">[38:50] </w:t>
      </w:r>
      <w:r>
        <w:t>ke quran parhayenge apni baat nikalenge is mein se.</w:t>
      </w:r>
    </w:p>
    <w:p>
      <w:pPr>
        <w:jc w:val="right"/>
      </w:pPr>
      <w:r>
        <w:t>کہ قرآن پڑھیں گے اپنی بات نکالیں گے اس میں سے۔</w:t>
      </w:r>
    </w:p>
    <w:p>
      <w:r>
        <w:rPr>
          <w:b/>
        </w:rPr>
        <w:t xml:space="preserve">[38:55] </w:t>
      </w:r>
      <w:r>
        <w:t>hadith parhayenge is se apni baat nikalenge.</w:t>
      </w:r>
    </w:p>
    <w:p>
      <w:pPr>
        <w:jc w:val="right"/>
      </w:pPr>
      <w:r>
        <w:t>حدیث پڑھیں گے اس سے اپنی بات نکالیں گے۔</w:t>
      </w:r>
    </w:p>
    <w:p>
      <w:r>
        <w:rPr>
          <w:b/>
        </w:rPr>
        <w:t xml:space="preserve">[38:58] </w:t>
      </w:r>
      <w:r>
        <w:t>to is ki jar jo hai be had insincerity mein hai.</w:t>
      </w:r>
    </w:p>
    <w:p>
      <w:pPr>
        <w:jc w:val="right"/>
      </w:pPr>
      <w:r>
        <w:t>تو اس کی جڑ جو ہے بے حد insincerity میں ہے۔</w:t>
      </w:r>
    </w:p>
    <w:p>
      <w:r>
        <w:rPr>
          <w:b/>
        </w:rPr>
        <w:t xml:space="preserve">[39:03] </w:t>
      </w:r>
      <w:r>
        <w:t>is ki jar jo hai misinterpretation ki jar jo hai wo insincerity mein hai.</w:t>
      </w:r>
    </w:p>
    <w:p>
      <w:pPr>
        <w:jc w:val="right"/>
      </w:pPr>
      <w:r>
        <w:t>اس کی جڑ جو ہے misinterpretation کی جڑ جو ہے وہ insincerity میں ہے۔</w:t>
      </w:r>
    </w:p>
    <w:p>
      <w:r>
        <w:rPr>
          <w:b/>
        </w:rPr>
        <w:t xml:space="preserve">[39:09] </w:t>
      </w:r>
      <w:r>
        <w:t>to aadmi ko chahiye ke wo sab se pehle sincere banay.</w:t>
      </w:r>
    </w:p>
    <w:p>
      <w:pPr>
        <w:jc w:val="right"/>
      </w:pPr>
      <w:r>
        <w:t>تو آدمی کو چاہیے کہ وہ سب سے پہلے sincere بنے۔</w:t>
      </w:r>
    </w:p>
    <w:p>
      <w:r>
        <w:rPr>
          <w:b/>
        </w:rPr>
        <w:t xml:space="preserve">[39:14] </w:t>
      </w:r>
      <w:r>
        <w:t>Jahan sincerity hogi main samajhta hoon ke wahan par misinterpretation nahin hoga.</w:t>
      </w:r>
    </w:p>
    <w:p>
      <w:pPr>
        <w:jc w:val="right"/>
      </w:pPr>
      <w:r>
        <w:t>جہاں sincerity ہوگی میں سمجھتا ہوں کہ وہاں پر misinterpretation نہیں ہوگا۔</w:t>
      </w:r>
    </w:p>
    <w:p>
      <w:r>
        <w:rPr>
          <w:b/>
        </w:rPr>
        <w:t xml:space="preserve">[39:19] </w:t>
      </w:r>
      <w:r>
        <w:t>acha agar wo ghalti se aisa kar jaye ke ghalt taabeer kar de.</w:t>
      </w:r>
    </w:p>
    <w:p>
      <w:pPr>
        <w:jc w:val="right"/>
      </w:pPr>
      <w:r>
        <w:t>اچھا اگر وہ غلطی سے ایسا کر جائے کہ غلط تعبیر کر دے۔</w:t>
      </w:r>
    </w:p>
    <w:p>
      <w:r>
        <w:rPr>
          <w:b/>
        </w:rPr>
        <w:t xml:space="preserve">[39:25] </w:t>
      </w:r>
      <w:r>
        <w:t>yani hai wo sincere parha us ne aur ghalti se wo koi koi aur baat is mein se</w:t>
      </w:r>
    </w:p>
    <w:p>
      <w:pPr>
        <w:jc w:val="right"/>
      </w:pPr>
      <w:r>
        <w:t>یعنی ہے وہ sincere پڑھا اس نے اور غلطی سے وہ کوئی کوئی اور بات اس میں سے</w:t>
      </w:r>
    </w:p>
    <w:p>
      <w:r>
        <w:rPr>
          <w:b/>
        </w:rPr>
        <w:t xml:space="preserve">[39:32] </w:t>
      </w:r>
      <w:r>
        <w:t>nikal li is ke mind mein to kya hoga? jab bhi is ko jab bhi is ko bataya</w:t>
      </w:r>
    </w:p>
    <w:p>
      <w:pPr>
        <w:jc w:val="right"/>
      </w:pPr>
      <w:r>
        <w:t>نکال لی اس کے mind میں تو کیا ہوگا؟ جب بھی اس کو جب بھی اس کو بتایا</w:t>
      </w:r>
    </w:p>
    <w:p>
      <w:r>
        <w:rPr>
          <w:b/>
        </w:rPr>
        <w:t xml:space="preserve">[39:40] </w:t>
      </w:r>
      <w:r>
        <w:t>jayega jab bhi is ko bataya jayega ya kisi aur kitab mein jab bhi wo parhay</w:t>
      </w:r>
    </w:p>
    <w:p>
      <w:pPr>
        <w:jc w:val="right"/>
      </w:pPr>
      <w:r>
        <w:t>جائے گا جب بھی اس کو بتایا جائے گا یا کسی اور کتاب میں جب بھی وہ پڑھے</w:t>
      </w:r>
    </w:p>
    <w:p>
      <w:r>
        <w:rPr>
          <w:b/>
        </w:rPr>
        <w:t xml:space="preserve">[39:48] </w:t>
      </w:r>
      <w:r>
        <w:t>ga ke is ka matlab yeh hai is ka matlab yeh hai wo foran is ko accept kar</w:t>
      </w:r>
    </w:p>
    <w:p>
      <w:pPr>
        <w:jc w:val="right"/>
      </w:pPr>
      <w:r>
        <w:t>گا کہ اس کا مطلب یہ ہے اس کا مطلب یہ ہے وہ فوراً اس کو accept کر</w:t>
      </w:r>
    </w:p>
    <w:p>
      <w:r>
        <w:rPr>
          <w:b/>
        </w:rPr>
        <w:t xml:space="preserve">[39:55] </w:t>
      </w:r>
      <w:r>
        <w:t>le ga.</w:t>
      </w:r>
    </w:p>
    <w:p>
      <w:pPr>
        <w:jc w:val="right"/>
      </w:pPr>
      <w:r>
        <w:t>لے گا۔</w:t>
      </w:r>
    </w:p>
    <w:p>
      <w:r>
        <w:rPr>
          <w:b/>
        </w:rPr>
        <w:t xml:space="preserve">[39:57] </w:t>
      </w:r>
      <w:r>
        <w:t>agar koi yani aisa bohat hua hai ke logon ne ghalti se ghalti se aisa kiya ke misinterpretation</w:t>
      </w:r>
    </w:p>
    <w:p>
      <w:pPr>
        <w:jc w:val="right"/>
      </w:pPr>
      <w:r>
        <w:t>اگر کوئی یعنی ایسا بہت ہوا ہے کہ لوگوں نے غلطی سے غلطی سے ایسا کیا کہ misinterpretation</w:t>
      </w:r>
    </w:p>
    <w:p>
      <w:r>
        <w:rPr>
          <w:b/>
        </w:rPr>
        <w:t xml:space="preserve">[40:05] </w:t>
      </w:r>
      <w:r>
        <w:t>kiya unhon ne ghalti se.</w:t>
      </w:r>
    </w:p>
    <w:p>
      <w:pPr>
        <w:jc w:val="right"/>
      </w:pPr>
      <w:r>
        <w:t>کیا انہوں نے غلطی سے۔</w:t>
      </w:r>
    </w:p>
    <w:p>
      <w:r>
        <w:rPr>
          <w:b/>
        </w:rPr>
        <w:t xml:space="preserve">[40:07] </w:t>
      </w:r>
      <w:r>
        <w:t>lekin jab un par khula jab un ko bataya gaya jab unhon ne doosri kitabon mein parha ke</w:t>
      </w:r>
    </w:p>
    <w:p>
      <w:pPr>
        <w:jc w:val="right"/>
      </w:pPr>
      <w:r>
        <w:t>لیکن جب ان پر کھلا جب ان کو بتایا گیا جب انہوں نے دوسری کتابوں میں پڑھا کہ</w:t>
      </w:r>
    </w:p>
    <w:p>
      <w:r>
        <w:rPr>
          <w:b/>
        </w:rPr>
        <w:t xml:space="preserve">[40:15] </w:t>
      </w:r>
      <w:r>
        <w:t>is ka matlab yeh nahi yeh hai to foran unhon ne maan liya is ko accept kar liya.</w:t>
      </w:r>
    </w:p>
    <w:p>
      <w:pPr>
        <w:jc w:val="right"/>
      </w:pPr>
      <w:r>
        <w:t>اس کا مطلب یہ نہیں یہ ہے تو فوراً انہوں نے مان لیا اس کو accept کر لیا۔</w:t>
      </w:r>
    </w:p>
    <w:p>
      <w:r>
        <w:rPr>
          <w:b/>
        </w:rPr>
        <w:t xml:space="preserve">[40:22] </w:t>
      </w:r>
      <w:r>
        <w:t>unhon ne kaha ke I was wrong.</w:t>
      </w:r>
    </w:p>
    <w:p>
      <w:pPr>
        <w:jc w:val="right"/>
      </w:pPr>
      <w:r>
        <w:t>انہوں نے کہا کہ I was wrong۔</w:t>
      </w:r>
    </w:p>
    <w:p>
      <w:r>
        <w:rPr>
          <w:b/>
        </w:rPr>
        <w:t xml:space="preserve">[40:25] </w:t>
      </w:r>
      <w:r>
        <w:t>I was wrong.</w:t>
      </w:r>
    </w:p>
    <w:p>
      <w:pPr>
        <w:jc w:val="right"/>
      </w:pPr>
      <w:r>
        <w:t>I was wrong۔</w:t>
      </w:r>
    </w:p>
    <w:p>
      <w:r>
        <w:rPr>
          <w:b/>
        </w:rPr>
        <w:t xml:space="preserve">[40:27] </w:t>
      </w:r>
      <w:r>
        <w:t>aur pehlay zamanay mein dekhen jo log thay mein un mein aik misaal deta hoon ke sincerity kiya</w:t>
      </w:r>
    </w:p>
    <w:p>
      <w:pPr>
        <w:jc w:val="right"/>
      </w:pPr>
      <w:r>
        <w:t>اور پہلے زمانے میں دیکھیں جو لوگ تھے میں ان میں ایک مثال دیتا ہوں کہ sincerity کیا</w:t>
      </w:r>
    </w:p>
    <w:p>
      <w:r>
        <w:rPr>
          <w:b/>
        </w:rPr>
        <w:t xml:space="preserve">[40:34] </w:t>
      </w:r>
      <w:r>
        <w:t>cheez hai.</w:t>
      </w:r>
    </w:p>
    <w:p>
      <w:pPr>
        <w:jc w:val="right"/>
      </w:pPr>
      <w:r>
        <w:t>چیز ہے۔</w:t>
      </w:r>
    </w:p>
    <w:p>
      <w:r>
        <w:rPr>
          <w:b/>
        </w:rPr>
        <w:t xml:space="preserve">[40:36] </w:t>
      </w:r>
      <w:r>
        <w:t>sincerity kiya cheez hai.</w:t>
      </w:r>
    </w:p>
    <w:p>
      <w:pPr>
        <w:jc w:val="right"/>
      </w:pPr>
      <w:r>
        <w:t>sincerity کیا چیز ہے۔</w:t>
      </w:r>
    </w:p>
    <w:p>
      <w:r>
        <w:rPr>
          <w:b/>
        </w:rPr>
        <w:t xml:space="preserve">[40:38] </w:t>
      </w:r>
      <w:r>
        <w:t>jaise aik thay ibn taimiya bohat baray scholar manay jatay hain islam mein.</w:t>
      </w:r>
    </w:p>
    <w:p>
      <w:pPr>
        <w:jc w:val="right"/>
      </w:pPr>
      <w:r>
        <w:t>جیسے ایک تھے ابن تیمیہ بہت بڑے scholar مانے جاتے ہیں اسلام میں۔</w:t>
      </w:r>
    </w:p>
    <w:p>
      <w:r>
        <w:rPr>
          <w:b/>
        </w:rPr>
        <w:t xml:space="preserve">[40:43] </w:t>
      </w:r>
      <w:r>
        <w:t>to quran parh rahe the woh to ek aayat thi agarche woh arabi zaban jante the woh arabi</w:t>
      </w:r>
    </w:p>
    <w:p>
      <w:pPr>
        <w:jc w:val="right"/>
      </w:pPr>
      <w:r>
        <w:t>تو قرآن پڑھ رہے تھے وہ تو ایک آیت تھی اگرچہ وہ عربی زبان جانتے تھے وہ عربی</w:t>
      </w:r>
    </w:p>
    <w:p>
      <w:r>
        <w:rPr>
          <w:b/>
        </w:rPr>
        <w:t xml:space="preserve">[40:51] </w:t>
      </w:r>
      <w:r>
        <w:t>zaban un ki mother tongue thi.</w:t>
      </w:r>
    </w:p>
    <w:p>
      <w:pPr>
        <w:jc w:val="right"/>
      </w:pPr>
      <w:r>
        <w:t>زبان ان کی mother tongue تھی۔</w:t>
      </w:r>
    </w:p>
    <w:p>
      <w:r>
        <w:rPr>
          <w:b/>
        </w:rPr>
        <w:t xml:space="preserve">[40:54] </w:t>
      </w:r>
      <w:r>
        <w:t>ibn taimiya ki arabi zaban mother tongue thi.</w:t>
      </w:r>
    </w:p>
    <w:p>
      <w:pPr>
        <w:jc w:val="right"/>
      </w:pPr>
      <w:r>
        <w:t>ابن تیمیہ کی عربی زبان mother tongue تھی۔</w:t>
      </w:r>
    </w:p>
    <w:p>
      <w:r>
        <w:rPr>
          <w:b/>
        </w:rPr>
        <w:t xml:space="preserve">[40:57] </w:t>
      </w:r>
      <w:r>
        <w:t>lekin kahin un ko atak gaye woh koi aayat jo hai poori tarah samajh mein nahi aa rahi</w:t>
      </w:r>
    </w:p>
    <w:p>
      <w:pPr>
        <w:jc w:val="right"/>
      </w:pPr>
      <w:r>
        <w:t>لیکن کہیں ان کو اٹک گئے وہ کوئی آیت جو ہے پوری طرح سمجھ میں نہیں آ رہی</w:t>
      </w:r>
    </w:p>
    <w:p>
      <w:r>
        <w:rPr>
          <w:b/>
        </w:rPr>
        <w:t xml:space="preserve">[41:05]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[41:06] </w:t>
      </w:r>
      <w:r>
        <w:t>to unhon ne kiya kiya? wazu kiya aur wazu kar ke chale gaye jangl mein chale gaye.</w:t>
      </w:r>
    </w:p>
    <w:p>
      <w:pPr>
        <w:jc w:val="right"/>
      </w:pPr>
      <w:r>
        <w:t>تو انہوں نے کیا کیا؟ وضو کیا اور وضو کر کے چلے گئے جنگل میں چلے گئے۔</w:t>
      </w:r>
    </w:p>
    <w:p>
      <w:r>
        <w:rPr>
          <w:b/>
        </w:rPr>
        <w:t xml:space="preserve">[41:13] </w:t>
      </w:r>
      <w:r>
        <w:t>jahan koi aadmi nahi koi aage na peechay wahan par namaz parhi unhon ne.</w:t>
      </w:r>
    </w:p>
    <w:p>
      <w:pPr>
        <w:jc w:val="right"/>
      </w:pPr>
      <w:r>
        <w:t>جہاں کوئی آدمی نہیں کوئی آگے نہ پیچھے وہاں پر نماز پڑھی انہوں نے۔</w:t>
      </w:r>
    </w:p>
    <w:p>
      <w:r>
        <w:rPr>
          <w:b/>
        </w:rPr>
        <w:t xml:space="preserve">[41:19] </w:t>
      </w:r>
      <w:r>
        <w:t>namaz parh ke dua kiya kiya ya muallima ibrahim alimni.</w:t>
      </w:r>
    </w:p>
    <w:p>
      <w:pPr>
        <w:jc w:val="right"/>
      </w:pPr>
      <w:r>
        <w:t>نماز پڑھ کے دعا کیا کیا یا معلمہ ابراہیم علمنی۔</w:t>
      </w:r>
    </w:p>
    <w:p>
      <w:r>
        <w:rPr>
          <w:b/>
        </w:rPr>
        <w:t xml:space="preserve">[41:24] </w:t>
      </w:r>
      <w:r>
        <w:t>ya muallima ibrahim alimni.</w:t>
      </w:r>
    </w:p>
    <w:p>
      <w:pPr>
        <w:jc w:val="right"/>
      </w:pPr>
      <w:r>
        <w:t>یا معلمہ ابراہیم علمنی۔</w:t>
      </w:r>
    </w:p>
    <w:p>
      <w:r>
        <w:rPr>
          <w:b/>
        </w:rPr>
        <w:t xml:space="preserve">[41:25] </w:t>
      </w:r>
      <w:r>
        <w:t>ae woh khuda jis ne ibrahim ko bataya tha yani prophet ibrahim ko mujhe bhi bata de.</w:t>
      </w:r>
    </w:p>
    <w:p>
      <w:pPr>
        <w:jc w:val="right"/>
      </w:pPr>
      <w:r>
        <w:t>اے وہ خدا جس نے ابراہیم کو بتایا تھا یعنی prophet ابراہیم کو مجھے بھی بتا دے۔</w:t>
      </w:r>
    </w:p>
    <w:p>
      <w:r>
        <w:rPr>
          <w:b/>
        </w:rPr>
        <w:t xml:space="preserve">[41:33] </w:t>
      </w:r>
      <w:r>
        <w:t>ab dekhiye unhon ne contact kiya author se.</w:t>
      </w:r>
    </w:p>
    <w:p>
      <w:pPr>
        <w:jc w:val="right"/>
      </w:pPr>
      <w:r>
        <w:t>اب دیکھیے انہوں نے contact کیا author سے۔</w:t>
      </w:r>
    </w:p>
    <w:p>
      <w:r>
        <w:rPr>
          <w:b/>
        </w:rPr>
        <w:t xml:space="preserve">[41:36] </w:t>
      </w:r>
      <w:r>
        <w:t>mein aksar yeh kehta hoon ke quran ek aisi book hai jis ke author se aap har waqt</w:t>
      </w:r>
    </w:p>
    <w:p>
      <w:pPr>
        <w:jc w:val="right"/>
      </w:pPr>
      <w:r>
        <w:t>میں اکثر یہ کہتا ہوں کہ قرآن ایک ایسی book ہے جس کے author سے آپ ہر وقت</w:t>
      </w:r>
    </w:p>
    <w:p>
      <w:r>
        <w:rPr>
          <w:b/>
        </w:rPr>
        <w:t xml:space="preserve">[41:44] </w:t>
      </w:r>
      <w:r>
        <w:t>contact kar sakte hain.</w:t>
      </w:r>
    </w:p>
    <w:p>
      <w:pPr>
        <w:jc w:val="right"/>
      </w:pPr>
      <w:r>
        <w:t>contact کر سکتے ہیں۔</w:t>
      </w:r>
    </w:p>
    <w:p>
      <w:r>
        <w:rPr>
          <w:b/>
        </w:rPr>
        <w:t xml:space="preserve">[41:46] </w:t>
      </w:r>
      <w:r>
        <w:t>aap ghor kijiye ke jis jis jis book ka author har waqt available ho poochne ke liye us</w:t>
      </w:r>
    </w:p>
    <w:p>
      <w:pPr>
        <w:jc w:val="right"/>
      </w:pPr>
      <w:r>
        <w:t>آپ غور کیجیے کہ جس جس جس book کا author ہر وقت available ہو پوچھنے کے لیے اس</w:t>
      </w:r>
    </w:p>
    <w:p>
      <w:r>
        <w:rPr>
          <w:b/>
        </w:rPr>
        <w:t xml:space="preserve">[41:53] </w:t>
      </w:r>
      <w:r>
        <w:t>mein misinterpretation koi sawal hi nahi.</w:t>
      </w:r>
    </w:p>
    <w:p>
      <w:pPr>
        <w:jc w:val="right"/>
      </w:pPr>
      <w:r>
        <w:t>میں misinterpretation کوئی سوال ہی نہیں۔</w:t>
      </w:r>
    </w:p>
    <w:p>
      <w:r>
        <w:rPr>
          <w:b/>
        </w:rPr>
        <w:t xml:space="preserve">[41:56] </w:t>
      </w:r>
      <w:r>
        <w:t>kyun ke quran aap jante hain khuda jo hai omnipresent hai.</w:t>
      </w:r>
    </w:p>
    <w:p>
      <w:pPr>
        <w:jc w:val="right"/>
      </w:pPr>
      <w:r>
        <w:t>کیونکہ قرآن آپ جانتے ہیں خدا جو ہے omnipresent ہے۔</w:t>
      </w:r>
    </w:p>
    <w:p>
      <w:r>
        <w:rPr>
          <w:b/>
        </w:rPr>
        <w:t xml:space="preserve">[42:00] </w:t>
      </w:r>
      <w:r>
        <w:t>har jagah woh maujood hai.</w:t>
      </w:r>
    </w:p>
    <w:p>
      <w:pPr>
        <w:jc w:val="right"/>
      </w:pPr>
      <w:r>
        <w:t>ہر جگہ وہ موجود ہے۔</w:t>
      </w:r>
    </w:p>
    <w:p>
      <w:r>
        <w:rPr>
          <w:b/>
        </w:rPr>
        <w:t xml:space="preserve">[42:02] </w:t>
      </w:r>
      <w:r>
        <w:t>to aap ne quran ko parha koi baat samajh mein nahi aayi to foran aap khuda se contact</w:t>
      </w:r>
    </w:p>
    <w:p>
      <w:pPr>
        <w:jc w:val="right"/>
      </w:pPr>
      <w:r>
        <w:t>تو آپ نے قرآن کو پڑھا کوئی بات سمجھ میں نہیں آئی تو فوراً آپ خدا سے contact</w:t>
      </w:r>
    </w:p>
    <w:p>
      <w:r>
        <w:rPr>
          <w:b/>
        </w:rPr>
        <w:t xml:space="preserve">[42:10] </w:t>
      </w:r>
      <w:r>
        <w:t>kijiye.</w:t>
      </w:r>
    </w:p>
    <w:p>
      <w:pPr>
        <w:jc w:val="right"/>
      </w:pPr>
      <w:r>
        <w:t>کیجیے۔</w:t>
      </w:r>
    </w:p>
    <w:p>
      <w:r>
        <w:rPr>
          <w:b/>
        </w:rPr>
        <w:t xml:space="preserve">[42:12] </w:t>
      </w:r>
      <w:r>
        <w:t>dua ke zariye ibadat ke zariye jaisa ke ibn taimiya ne kiya tha.</w:t>
      </w:r>
    </w:p>
    <w:p>
      <w:pPr>
        <w:jc w:val="right"/>
      </w:pPr>
      <w:r>
        <w:t>دعا کے ذریعے عبادت کے ذریعے جیسا کہ ابن تیمیہ نے کیا تھا۔</w:t>
      </w:r>
    </w:p>
    <w:p>
      <w:r>
        <w:rPr>
          <w:b/>
        </w:rPr>
        <w:t xml:space="preserve">[42:17] </w:t>
      </w:r>
      <w:r>
        <w:t>to jis kitab ka mamla yeh ho ke is ke author se har waqt contact karna possible ho</w:t>
      </w:r>
    </w:p>
    <w:p>
      <w:pPr>
        <w:jc w:val="right"/>
      </w:pPr>
      <w:r>
        <w:t>تو جس کتاب کا معاملہ یہ ہو کہ اس کے author سے ہر وقت contact کرنا possible ہو</w:t>
      </w:r>
    </w:p>
    <w:p>
      <w:r>
        <w:rPr>
          <w:b/>
        </w:rPr>
        <w:t xml:space="preserve">[42:25] </w:t>
      </w:r>
      <w:r>
        <w:t>consult karna possible ho.</w:t>
      </w:r>
    </w:p>
    <w:p>
      <w:pPr>
        <w:jc w:val="right"/>
      </w:pPr>
      <w:r>
        <w:t>consult کرنا possible ہو۔</w:t>
      </w:r>
    </w:p>
    <w:p>
      <w:r>
        <w:rPr>
          <w:b/>
        </w:rPr>
        <w:t xml:space="preserve">[42:27] </w:t>
      </w:r>
      <w:r>
        <w:t>jis kitab ka mamla yeh ho ke is ke author se har waqt consult karna possible ho.</w:t>
      </w:r>
    </w:p>
    <w:p>
      <w:pPr>
        <w:jc w:val="right"/>
      </w:pPr>
      <w:r>
        <w:t>جس کتاب کا معاملہ یہ ہو کہ اس کے author سے ہر وقت consult کرنا possible ہو۔</w:t>
      </w:r>
    </w:p>
    <w:p>
      <w:r>
        <w:rPr>
          <w:b/>
        </w:rPr>
        <w:t xml:space="preserve">[42:34] </w:t>
      </w:r>
      <w:r>
        <w:t>yani jis quran jis quran ek aisi kitab hai jis ka jo author hai woh omnipresent hai.</w:t>
      </w:r>
    </w:p>
    <w:p>
      <w:pPr>
        <w:jc w:val="right"/>
      </w:pPr>
      <w:r>
        <w:t>یعنی جس قرآن جس قرآن ایک ایسی کتاب ہے جس کا جو author ہے وہ omnipresent ہے۔</w:t>
      </w:r>
    </w:p>
    <w:p>
      <w:r>
        <w:rPr>
          <w:b/>
        </w:rPr>
        <w:t xml:space="preserve">[42:41] </w:t>
      </w:r>
      <w:r>
        <w:t>to is ka matlab yeh ho ke aap har waqt is ke author se consult kar sakte hain.</w:t>
      </w:r>
    </w:p>
    <w:p>
      <w:pPr>
        <w:jc w:val="right"/>
      </w:pPr>
      <w:r>
        <w:t>تو اس کا مطلب یہ ہو کہ آپ ہر وقت اس کے author سے consult کر سکتے ہیں۔</w:t>
      </w:r>
    </w:p>
    <w:p>
      <w:r>
        <w:rPr>
          <w:b/>
        </w:rPr>
        <w:t xml:space="preserve">[42:49] </w:t>
      </w:r>
      <w:r>
        <w:t>to is mein ghalati ka koi sawal hi nahi paida hota.</w:t>
      </w:r>
    </w:p>
    <w:p>
      <w:pPr>
        <w:jc w:val="right"/>
      </w:pPr>
      <w:r>
        <w:t>تو اس میں غلطی کا کوئی سوال ہی نہیں پیدا ہوتا۔</w:t>
      </w:r>
    </w:p>
    <w:p>
      <w:r>
        <w:rPr>
          <w:b/>
        </w:rPr>
        <w:t xml:space="preserve">[42:54] </w:t>
      </w:r>
      <w:r>
        <w:t>aap quran ko parhiye.</w:t>
      </w:r>
    </w:p>
    <w:p>
      <w:pPr>
        <w:jc w:val="right"/>
      </w:pPr>
      <w:r>
        <w:t>آپ قرآن کو پڑھیے۔</w:t>
      </w:r>
    </w:p>
    <w:p>
      <w:r>
        <w:rPr>
          <w:b/>
        </w:rPr>
        <w:t xml:space="preserve">[42:55] </w:t>
      </w:r>
      <w:r>
        <w:t>aap ko koi baat samajh mein na aaye to foran aap yeh kijiye ke aap namaz parhiye dua</w:t>
      </w:r>
    </w:p>
    <w:p>
      <w:pPr>
        <w:jc w:val="right"/>
      </w:pPr>
      <w:r>
        <w:t>آپ کو کوئی بات سمجھ میں نہ آئے تو فوراً آپ یہ کیجیے کہ آپ نماز پڑھیے دعا</w:t>
      </w:r>
    </w:p>
    <w:p>
      <w:r>
        <w:rPr>
          <w:b/>
        </w:rPr>
        <w:t xml:space="preserve">[43:03] </w:t>
      </w:r>
      <w:r>
        <w:t>kijiye.</w:t>
      </w:r>
    </w:p>
    <w:p>
      <w:pPr>
        <w:jc w:val="right"/>
      </w:pPr>
      <w:r>
        <w:t>کیجیے۔</w:t>
      </w:r>
    </w:p>
    <w:p>
      <w:r>
        <w:rPr>
          <w:b/>
        </w:rPr>
        <w:t xml:space="preserve">[43:04] </w:t>
      </w:r>
      <w:r>
        <w:t>yani author se consult kijiye.</w:t>
      </w:r>
    </w:p>
    <w:p>
      <w:pPr>
        <w:jc w:val="right"/>
      </w:pPr>
      <w:r>
        <w:t>یعنی author سے consult کیجیے۔</w:t>
      </w:r>
    </w:p>
    <w:p>
      <w:r>
        <w:rPr>
          <w:b/>
        </w:rPr>
        <w:t xml:space="preserve">[43:07] </w:t>
      </w:r>
      <w:r>
        <w:t>aur phir aap ka seena khul jayega.</w:t>
      </w:r>
    </w:p>
    <w:p>
      <w:pPr>
        <w:jc w:val="right"/>
      </w:pPr>
      <w:r>
        <w:t>اور پھر آپ کا سینہ کھل جائے گا۔</w:t>
      </w:r>
    </w:p>
    <w:p>
      <w:r>
        <w:rPr>
          <w:b/>
        </w:rPr>
        <w:t xml:space="preserve">[43:10] </w:t>
      </w:r>
      <w:r>
        <w:t>aap ke mind mein baat aa jayegi.</w:t>
      </w:r>
    </w:p>
    <w:p>
      <w:pPr>
        <w:jc w:val="right"/>
      </w:pPr>
      <w:r>
        <w:t>آپ کے mind میں بات آ جائے گی۔</w:t>
      </w:r>
    </w:p>
    <w:p>
      <w:r>
        <w:rPr>
          <w:b/>
        </w:rPr>
        <w:t xml:space="preserve">[43:13] </w:t>
      </w:r>
      <w:r>
        <w:t>aap ko inspiration milega ke kya matlab hai is ayat ka.</w:t>
      </w:r>
    </w:p>
    <w:p>
      <w:pPr>
        <w:jc w:val="right"/>
      </w:pPr>
      <w:r>
        <w:t>آپ کو inspiration ملے گا کہ کیا مطلب ہے اس آیت کا۔</w:t>
      </w:r>
    </w:p>
    <w:p>
      <w:r>
        <w:rPr>
          <w:b/>
        </w:rPr>
        <w:t xml:space="preserve">[43:19] </w:t>
      </w:r>
      <w:r>
        <w:t>mein khud bar bar karta hoon aisa.</w:t>
      </w:r>
    </w:p>
    <w:p>
      <w:pPr>
        <w:jc w:val="right"/>
      </w:pPr>
      <w:r>
        <w:t>میں خود بار بار کرتا ہوں ایسا۔</w:t>
      </w:r>
    </w:p>
    <w:p>
      <w:r>
        <w:rPr>
          <w:b/>
        </w:rPr>
        <w:t xml:space="preserve">[43:22] </w:t>
      </w:r>
      <w:r>
        <w:t>jo ibn taimiya ne kiya woh mein bar bar karta hoon.</w:t>
      </w:r>
    </w:p>
    <w:p>
      <w:pPr>
        <w:jc w:val="right"/>
      </w:pPr>
      <w:r>
        <w:t>جو ابن تیمیہ نے کیا وہ میں بار بار کرتا ہوں۔</w:t>
      </w:r>
    </w:p>
    <w:p>
      <w:r>
        <w:rPr>
          <w:b/>
        </w:rPr>
        <w:t xml:space="preserve">[43:26] </w:t>
      </w:r>
      <w:r>
        <w:t>dua karta hoon.</w:t>
      </w:r>
    </w:p>
    <w:p>
      <w:pPr>
        <w:jc w:val="right"/>
      </w:pPr>
      <w:r>
        <w:t>دعا کرتا ہوں۔</w:t>
      </w:r>
    </w:p>
    <w:p>
      <w:r>
        <w:rPr>
          <w:b/>
        </w:rPr>
        <w:t xml:space="preserve">[43:28] </w:t>
      </w:r>
      <w:r>
        <w:t>aur bar bar aisa hota hai ke ayat ka matlab jo dua se pehle mujhe khula nahi tha</w:t>
      </w:r>
    </w:p>
    <w:p>
      <w:pPr>
        <w:jc w:val="right"/>
      </w:pPr>
      <w:r>
        <w:t>اور بار بار ایسا ہوتا ہے کہ آیت کا مطلب جو دعا سے پہلے مجھے کھلا نہیں تھا</w:t>
      </w:r>
    </w:p>
    <w:p>
      <w:r>
        <w:rPr>
          <w:b/>
        </w:rPr>
        <w:t xml:space="preserve">[43:36] </w:t>
      </w:r>
      <w:r>
        <w:t>woh mujhe khul gaya.</w:t>
      </w:r>
    </w:p>
    <w:p>
      <w:pPr>
        <w:jc w:val="right"/>
      </w:pPr>
      <w:r>
        <w:t>وہ مجھے کھل گیا۔</w:t>
      </w:r>
    </w:p>
    <w:p>
      <w:r>
        <w:rPr>
          <w:b/>
        </w:rPr>
        <w:t xml:space="preserve">[43:37] </w:t>
      </w:r>
      <w:r>
        <w:t>to aisi dua goya ke author se consult karna hai.</w:t>
      </w:r>
    </w:p>
    <w:p>
      <w:pPr>
        <w:jc w:val="right"/>
      </w:pPr>
      <w:r>
        <w:t>تو ایسی دعا گویا کہ author سے consult کرنا ہے۔</w:t>
      </w:r>
    </w:p>
    <w:p>
      <w:r>
        <w:rPr>
          <w:b/>
        </w:rPr>
        <w:t xml:space="preserve">[43:42] </w:t>
      </w:r>
      <w:r>
        <w:t>aisi dua jis mein aap kisi ayat ko kisi ayat ka matlab aap ke samajh mein na aaya</w:t>
      </w:r>
    </w:p>
    <w:p>
      <w:pPr>
        <w:jc w:val="right"/>
      </w:pPr>
      <w:r>
        <w:t>ایسی دعا جس میں آپ کسی آیت کو کسی آیت کا مطلب آپ کے سمجھ میں نہ آیا</w:t>
      </w:r>
    </w:p>
    <w:p>
      <w:r>
        <w:rPr>
          <w:b/>
        </w:rPr>
        <w:t xml:space="preserve">[43:49] </w:t>
      </w:r>
      <w:r>
        <w:t>ho aur us ke samajhne ke liye aap khuda se dua karein to yeh goya ke author se</w:t>
      </w:r>
    </w:p>
    <w:p>
      <w:pPr>
        <w:jc w:val="right"/>
      </w:pPr>
      <w:r>
        <w:t>ہو اور اس کے سمجھنے کے لیے آپ خدا سے دعا کریں تو یہ گویا کہ author سے</w:t>
      </w:r>
    </w:p>
    <w:p>
      <w:r>
        <w:rPr>
          <w:b/>
        </w:rPr>
        <w:t xml:space="preserve">[43:57] </w:t>
      </w:r>
      <w:r>
        <w:t>consult karna hua.</w:t>
      </w:r>
    </w:p>
    <w:p>
      <w:pPr>
        <w:jc w:val="right"/>
      </w:pPr>
      <w:r>
        <w:t>consult کرنا ہوا۔</w:t>
      </w:r>
    </w:p>
    <w:p>
      <w:r>
        <w:rPr>
          <w:b/>
        </w:rPr>
        <w:t xml:space="preserve">[43:58] </w:t>
      </w:r>
      <w:r>
        <w:t>to kitna aasan hai ke quran mein aap apne aap ko misinterpretation se bachayein.</w:t>
      </w:r>
    </w:p>
    <w:p>
      <w:pPr>
        <w:jc w:val="right"/>
      </w:pPr>
      <w:r>
        <w:t>تو کتنا آسان ہے کہ قرآن میں آپ اپنے آپ کو misinterpretation سے بچائیں۔</w:t>
      </w:r>
    </w:p>
    <w:p>
      <w:r>
        <w:rPr>
          <w:b/>
        </w:rPr>
        <w:t xml:space="preserve">[44:04] </w:t>
      </w:r>
      <w:r>
        <w:t>aap apne aap ko bacha sakte hain is se ke aap galat matlab nikalein galat taabeer karein galat</w:t>
      </w:r>
    </w:p>
    <w:p>
      <w:pPr>
        <w:jc w:val="right"/>
      </w:pPr>
      <w:r>
        <w:t>آپ اپنے آپ کو بچا سکتے ہیں اس سے کہ آپ غلط مطلب نکالیں غلط تعبیر کریں غلط</w:t>
      </w:r>
    </w:p>
    <w:p>
      <w:r>
        <w:rPr>
          <w:b/>
        </w:rPr>
        <w:t xml:space="preserve">[44:12] </w:t>
      </w:r>
      <w:r>
        <w:t>tafseer karein.</w:t>
      </w:r>
    </w:p>
    <w:p>
      <w:pPr>
        <w:jc w:val="right"/>
      </w:pPr>
      <w:r>
        <w:t>تفسیر کریں۔</w:t>
      </w:r>
    </w:p>
    <w:p>
      <w:r>
        <w:rPr>
          <w:b/>
        </w:rPr>
        <w:t xml:space="preserve">[44:14] </w:t>
      </w:r>
      <w:r>
        <w:t>jahan aap ko mind atke wahan foran is ke author se aap consult kijiye.</w:t>
      </w:r>
    </w:p>
    <w:p>
      <w:pPr>
        <w:jc w:val="right"/>
      </w:pPr>
      <w:r>
        <w:t>جہاں آپ کو mind اٹکے وہاں فوراً اس کے author سے آپ consult کیجیے۔</w:t>
      </w:r>
    </w:p>
    <w:p>
      <w:r>
        <w:rPr>
          <w:b/>
        </w:rPr>
        <w:t xml:space="preserve">[44:20] </w:t>
      </w:r>
      <w:r>
        <w:t>phir dua yeh kaam magar kon karega? jo sincere ho.</w:t>
      </w:r>
    </w:p>
    <w:p>
      <w:pPr>
        <w:jc w:val="right"/>
      </w:pPr>
      <w:r>
        <w:t>پھر دعا یہ کام مگر کون کرے گا؟ جو sincere ہو۔</w:t>
      </w:r>
    </w:p>
    <w:p>
      <w:r>
        <w:rPr>
          <w:b/>
        </w:rPr>
        <w:t xml:space="preserve">[44:24] </w:t>
      </w:r>
      <w:r>
        <w:t>jo cheezon ko seriously leta ho.</w:t>
      </w:r>
    </w:p>
    <w:p>
      <w:pPr>
        <w:jc w:val="right"/>
      </w:pPr>
      <w:r>
        <w:t>جو چیزوں کو seriously لیتا ہو۔</w:t>
      </w:r>
    </w:p>
    <w:p>
      <w:r>
        <w:rPr>
          <w:b/>
        </w:rPr>
        <w:t xml:space="preserve">[44:27] </w:t>
      </w:r>
      <w:r>
        <w:t>wohi karega is kaam ko.</w:t>
      </w:r>
    </w:p>
    <w:p>
      <w:pPr>
        <w:jc w:val="right"/>
      </w:pPr>
      <w:r>
        <w:t>وہی کرے گا اس کام کو۔</w:t>
      </w:r>
    </w:p>
    <w:p>
      <w:r>
        <w:rPr>
          <w:b/>
        </w:rPr>
        <w:t xml:space="preserve">[44:30] </w:t>
      </w:r>
      <w:r>
        <w:t>is liye jitne logon ne quran ka misinterpretation kiya hai woh sab mein jahan tak samajhta hoon woh</w:t>
      </w:r>
    </w:p>
    <w:p>
      <w:pPr>
        <w:jc w:val="right"/>
      </w:pPr>
      <w:r>
        <w:t>اس لیے جتنے لوگوں نے قرآن کا misinterpretation کیا ہے وہ سب میں جہاں تک سمجھتا ہوں وہ</w:t>
      </w:r>
    </w:p>
    <w:p>
      <w:r>
        <w:rPr>
          <w:b/>
        </w:rPr>
        <w:t xml:space="preserve">[44:37] </w:t>
      </w:r>
      <w:r>
        <w:t>sincere log nahi the.</w:t>
      </w:r>
    </w:p>
    <w:p>
      <w:pPr>
        <w:jc w:val="right"/>
      </w:pPr>
      <w:r>
        <w:t>sincere لوگ نہیں تھے۔</w:t>
      </w:r>
    </w:p>
    <w:p>
      <w:r>
        <w:rPr>
          <w:b/>
        </w:rPr>
        <w:t xml:space="preserve">[44:39] </w:t>
      </w:r>
      <w:r>
        <w:t>agar sincere log hote to woh khuda se consult karte aur is ghalati se bach jaate woh.</w:t>
      </w:r>
    </w:p>
    <w:p>
      <w:pPr>
        <w:jc w:val="right"/>
      </w:pPr>
      <w:r>
        <w:t>اگر sincere لوگ ہوتے تو وہ خدا سے consult کرتے اور اس غلطی سے بچ جاتے وہ۔</w:t>
      </w:r>
    </w:p>
    <w:p>
      <w:r>
        <w:rPr>
          <w:b/>
        </w:rPr>
        <w:t xml:space="preserve">[44:46] </w:t>
      </w:r>
      <w:r>
        <w:t>to yaad rakhiye sirf yahi kafi nahi hai ke aap arabi zaban jante hain.</w:t>
      </w:r>
    </w:p>
    <w:p>
      <w:pPr>
        <w:jc w:val="right"/>
      </w:pPr>
      <w:r>
        <w:t>تو یاد رکھیے صرف یہی کافی نہیں ہے کہ آپ عربی زبان جانتے ہیں۔</w:t>
      </w:r>
    </w:p>
    <w:p>
      <w:r>
        <w:rPr>
          <w:b/>
        </w:rPr>
        <w:t xml:space="preserve">[44:52] </w:t>
      </w:r>
      <w:r>
        <w:t>quran ko aap direct padh rahe hain.</w:t>
      </w:r>
    </w:p>
    <w:p>
      <w:pPr>
        <w:jc w:val="right"/>
      </w:pPr>
      <w:r>
        <w:t>قرآن کو آپ direct پڑھ رہے ہیں۔</w:t>
      </w:r>
    </w:p>
    <w:p>
      <w:r>
        <w:rPr>
          <w:b/>
        </w:rPr>
        <w:t xml:space="preserve">[44:55] </w:t>
      </w:r>
      <w:r>
        <w:t>aur samajh rahe hain ayaton ko.</w:t>
      </w:r>
    </w:p>
    <w:p>
      <w:pPr>
        <w:jc w:val="right"/>
      </w:pPr>
      <w:r>
        <w:t>اور سمجھ رہے ہیں آیتوں کو۔</w:t>
      </w:r>
    </w:p>
    <w:p>
      <w:r>
        <w:rPr>
          <w:b/>
        </w:rPr>
        <w:t xml:space="preserve">[44:58] </w:t>
      </w:r>
      <w:r>
        <w:t>kisi bhi quran kisi bhi kitab mein sirf quran ki baat nahi hai.</w:t>
      </w:r>
    </w:p>
    <w:p>
      <w:pPr>
        <w:jc w:val="right"/>
      </w:pPr>
      <w:r>
        <w:t>کسی بھی قرآن کسی بھی کتاب میں صرف قرآن کی بات نہیں ہے۔</w:t>
      </w:r>
    </w:p>
    <w:p>
      <w:r>
        <w:rPr>
          <w:b/>
        </w:rPr>
        <w:t xml:space="preserve">[45:03] </w:t>
      </w:r>
      <w:r>
        <w:t>kisi kitab mein hamesha yeh yeh possible rehta hai ke iska interpretation jo hai kai tarah se</w:t>
      </w:r>
    </w:p>
    <w:p>
      <w:pPr>
        <w:jc w:val="right"/>
      </w:pPr>
      <w:r>
        <w:t>کسی کتاب میں ہمیشہ یہ یہ possible رہتا ہے کہ اس کا interpretation جو ہے کئی طرح سے</w:t>
      </w:r>
    </w:p>
    <w:p>
      <w:r>
        <w:rPr>
          <w:b/>
        </w:rPr>
        <w:t xml:space="preserve">[45:11] </w:t>
      </w:r>
      <w:r>
        <w:t>kiya jae.</w:t>
      </w:r>
    </w:p>
    <w:p>
      <w:pPr>
        <w:jc w:val="right"/>
      </w:pPr>
      <w:r>
        <w:t>کیا جائے۔</w:t>
      </w:r>
    </w:p>
    <w:p>
      <w:r>
        <w:rPr>
          <w:b/>
        </w:rPr>
        <w:t xml:space="preserve">[45:13] </w:t>
      </w:r>
      <w:r>
        <w:t>interpretation kai tarah se karna yeh hamesha possible rehta hai.</w:t>
      </w:r>
    </w:p>
    <w:p>
      <w:pPr>
        <w:jc w:val="right"/>
      </w:pPr>
      <w:r>
        <w:t>interpretation کئی طرح سے کرنا یہ ہمیشہ possible رہتا ہے۔</w:t>
      </w:r>
    </w:p>
    <w:p>
      <w:r>
        <w:rPr>
          <w:b/>
        </w:rPr>
        <w:t xml:space="preserve">[45:17] </w:t>
      </w:r>
      <w:r>
        <w:t>to quran ke bare mein bhi yeh yeh baat possible hai.</w:t>
      </w:r>
    </w:p>
    <w:p>
      <w:pPr>
        <w:jc w:val="right"/>
      </w:pPr>
      <w:r>
        <w:t>تو قرآن کے بارے میں بھی یہ یہ بات possible ہے۔</w:t>
      </w:r>
    </w:p>
    <w:p>
      <w:r>
        <w:rPr>
          <w:b/>
        </w:rPr>
        <w:t xml:space="preserve">[45:22] </w:t>
      </w:r>
      <w:r>
        <w:t>to bahut zyada isko dhyan rakhne ki zarurat hai ke sirf arabi jaan lein to aap ne</w:t>
      </w:r>
    </w:p>
    <w:p>
      <w:pPr>
        <w:jc w:val="right"/>
      </w:pPr>
      <w:r>
        <w:t>تو بہت زیادہ اس کو دھیان رکھنے کی ضرورت ہے کہ صرف عربی جان لیں تو آپ نے</w:t>
      </w:r>
    </w:p>
    <w:p>
      <w:r>
        <w:rPr>
          <w:b/>
        </w:rPr>
        <w:t xml:space="preserve">[45:29] </w:t>
      </w:r>
      <w:r>
        <w:t>samajh li ke quran samajh lein ge aap.</w:t>
      </w:r>
    </w:p>
    <w:p>
      <w:pPr>
        <w:jc w:val="right"/>
      </w:pPr>
      <w:r>
        <w:t>سمجھ لی کہ قرآن سمجھ لیں گے آپ۔</w:t>
      </w:r>
    </w:p>
    <w:p>
      <w:r>
        <w:rPr>
          <w:b/>
        </w:rPr>
        <w:t xml:space="preserve">[45:33] </w:t>
      </w:r>
      <w:r>
        <w:t>quran ko padhein to na jaan leejie ke aap samajh lein ge.</w:t>
      </w:r>
    </w:p>
    <w:p>
      <w:pPr>
        <w:jc w:val="right"/>
      </w:pPr>
      <w:r>
        <w:t>قرآن کو پڑھیں تو نہ جان لیجیے کہ آپ سمجھ لیں گے۔</w:t>
      </w:r>
    </w:p>
    <w:p>
      <w:r>
        <w:rPr>
          <w:b/>
        </w:rPr>
        <w:t xml:space="preserve">[45:38] </w:t>
      </w:r>
      <w:r>
        <w:t>hamesha yeh imkan hai ke aap misinterpretation kar baithein.</w:t>
      </w:r>
    </w:p>
    <w:p>
      <w:pPr>
        <w:jc w:val="right"/>
      </w:pPr>
      <w:r>
        <w:t>ہمیشہ یہ امکان ہے کہ آپ misinterpretation کر بیٹھیں۔</w:t>
      </w:r>
    </w:p>
    <w:p>
      <w:r>
        <w:rPr>
          <w:b/>
        </w:rPr>
        <w:t xml:space="preserve">[45:42] </w:t>
      </w:r>
      <w:r>
        <w:t>ghalat ta'beer karne lagein kisi ayat ki.</w:t>
      </w:r>
    </w:p>
    <w:p>
      <w:pPr>
        <w:jc w:val="right"/>
      </w:pPr>
      <w:r>
        <w:t>غلط تعبیر کرنے لگیں کسی آیت کی۔</w:t>
      </w:r>
    </w:p>
    <w:p>
      <w:r>
        <w:rPr>
          <w:b/>
        </w:rPr>
        <w:t xml:space="preserve">[45:45] </w:t>
      </w:r>
      <w:r>
        <w:t>is se bachana hai.</w:t>
      </w:r>
    </w:p>
    <w:p>
      <w:pPr>
        <w:jc w:val="right"/>
      </w:pPr>
      <w:r>
        <w:t>اس سے بچانا ہے۔</w:t>
      </w:r>
    </w:p>
    <w:p>
      <w:r>
        <w:rPr>
          <w:b/>
        </w:rPr>
        <w:t xml:space="preserve">[45:46] </w:t>
      </w:r>
      <w:r>
        <w:t>agar aap apne ko ghalat ta'beer se na bacha sake to quran padh kar bhi aap gumrah ho</w:t>
      </w:r>
    </w:p>
    <w:p>
      <w:pPr>
        <w:jc w:val="right"/>
      </w:pPr>
      <w:r>
        <w:t>اگر آپ اپنے کو غلط تعبیر سے نہ بچا سکے تو قرآن پڑھ کر بھی آپ گمراہ ہو</w:t>
      </w:r>
    </w:p>
    <w:p>
      <w:r>
        <w:rPr>
          <w:b/>
        </w:rPr>
        <w:t xml:space="preserve">[45:54] </w:t>
      </w:r>
      <w:r>
        <w:t>jaenge.</w:t>
      </w:r>
    </w:p>
    <w:p>
      <w:pPr>
        <w:jc w:val="right"/>
      </w:pPr>
      <w:r>
        <w:t>جائیں گے۔</w:t>
      </w:r>
    </w:p>
    <w:p>
      <w:r>
        <w:rPr>
          <w:b/>
        </w:rPr>
        <w:t xml:space="preserve">[45:56] </w:t>
      </w:r>
      <w:r>
        <w:t>yeh bahut important baat hai isko samjhiye.</w:t>
      </w:r>
    </w:p>
    <w:p>
      <w:pPr>
        <w:jc w:val="right"/>
      </w:pPr>
      <w:r>
        <w:t>یہ بہت important بات ہے اس کو سمجھئے۔</w:t>
      </w:r>
    </w:p>
    <w:p>
      <w:r>
        <w:rPr>
          <w:b/>
        </w:rPr>
        <w:t xml:space="preserve">[45:59] </w:t>
      </w:r>
      <w:r>
        <w:t>ke agar aap ne apne ko misinterpretation se nahi bachaya to yeh quite possible hai ke aap quran</w:t>
      </w:r>
    </w:p>
    <w:p>
      <w:pPr>
        <w:jc w:val="right"/>
      </w:pPr>
      <w:r>
        <w:t>کہ اگر آپ نے اپنے کو misinterpretation سے نہیں بچایا تو یہ quite possible ہے کہ آپ قرآن</w:t>
      </w:r>
    </w:p>
    <w:p>
      <w:r>
        <w:rPr>
          <w:b/>
        </w:rPr>
        <w:t xml:space="preserve">[46:07] </w:t>
      </w:r>
      <w:r>
        <w:t>ko padhein aur phir bhi aap bhatak jaen.</w:t>
      </w:r>
    </w:p>
    <w:p>
      <w:pPr>
        <w:jc w:val="right"/>
      </w:pPr>
      <w:r>
        <w:t>کو پڑھیں اور پھر بھی آپ بھٹک جائیں۔</w:t>
      </w:r>
    </w:p>
    <w:p>
      <w:r>
        <w:rPr>
          <w:b/>
        </w:rPr>
        <w:t xml:space="preserve">[46:10] </w:t>
      </w:r>
      <w:r>
        <w:t>koi aur matlab nikal lein is ka.</w:t>
      </w:r>
    </w:p>
    <w:p>
      <w:pPr>
        <w:jc w:val="right"/>
      </w:pPr>
      <w:r>
        <w:t>کوئی اور مطلب نکال لیں اس کا۔</w:t>
      </w:r>
    </w:p>
    <w:p>
      <w:r>
        <w:rPr>
          <w:b/>
        </w:rPr>
        <w:t xml:space="preserve">[46:13] </w:t>
      </w:r>
      <w:r>
        <w:t>koi doosra matlab nikal lein.</w:t>
      </w:r>
    </w:p>
    <w:p>
      <w:pPr>
        <w:jc w:val="right"/>
      </w:pPr>
      <w:r>
        <w:t>کوئی دوسرا مطلب نکال لیں۔</w:t>
      </w:r>
    </w:p>
    <w:p>
      <w:r>
        <w:rPr>
          <w:b/>
        </w:rPr>
        <w:t xml:space="preserve">[46:15] </w:t>
      </w:r>
      <w:r>
        <w:t>isi ko kehte hain misinterpretation.</w:t>
      </w:r>
    </w:p>
    <w:p>
      <w:pPr>
        <w:jc w:val="right"/>
      </w:pPr>
      <w:r>
        <w:t>اسی کو کہتے ہیں misinterpretation۔</w:t>
      </w:r>
    </w:p>
    <w:p>
      <w:r>
        <w:rPr>
          <w:b/>
        </w:rPr>
        <w:t xml:space="preserve">[46:18] </w:t>
      </w:r>
      <w:r>
        <w:t>to sincerity bahut zyada zaruri hai.</w:t>
      </w:r>
    </w:p>
    <w:p>
      <w:pPr>
        <w:jc w:val="right"/>
      </w:pPr>
      <w:r>
        <w:t>تو sincerity بہت زیادہ ضروری ہے۔</w:t>
      </w:r>
    </w:p>
    <w:p>
      <w:r>
        <w:rPr>
          <w:b/>
        </w:rPr>
        <w:t xml:space="preserve">[46:20] </w:t>
      </w:r>
      <w:r>
        <w:t>kisi bhi cheez ko samajhne ke liye aur quran ko bhi samajhne ke liye.</w:t>
      </w:r>
    </w:p>
    <w:p>
      <w:pPr>
        <w:jc w:val="right"/>
      </w:pPr>
      <w:r>
        <w:t>کسی بھی چیز کو سمجھنے کے لیے اور قرآن کو بھی سمجھنے کے لیے۔</w:t>
      </w:r>
    </w:p>
    <w:p>
      <w:r>
        <w:rPr>
          <w:b/>
        </w:rPr>
        <w:t xml:space="preserve">[46:26] </w:t>
      </w:r>
      <w:r>
        <w:t>dekhen sincerity ke baghair aadmi kisi baat ko samajh nahin sakta.</w:t>
      </w:r>
    </w:p>
    <w:p>
      <w:pPr>
        <w:jc w:val="right"/>
      </w:pPr>
      <w:r>
        <w:t>دیکھیں sincerity کے بغیر آدمی کسی بات کو سمجھ نہیں سکتا۔</w:t>
      </w:r>
    </w:p>
    <w:p>
      <w:r>
        <w:rPr>
          <w:b/>
        </w:rPr>
        <w:t xml:space="preserve">[46:31] </w:t>
      </w:r>
      <w:r>
        <w:t>is ko shariat mein ikhlas kaha jata hai.</w:t>
      </w:r>
    </w:p>
    <w:p>
      <w:pPr>
        <w:jc w:val="right"/>
      </w:pPr>
      <w:r>
        <w:t>اس کو شریعت میں اخلاص کہا جاتا ہے۔</w:t>
      </w:r>
    </w:p>
    <w:p>
      <w:r>
        <w:rPr>
          <w:b/>
        </w:rPr>
        <w:t xml:space="preserve">[46:34] </w:t>
      </w:r>
      <w:r>
        <w:t>ikhlas.</w:t>
      </w:r>
    </w:p>
    <w:p>
      <w:pPr>
        <w:jc w:val="right"/>
      </w:pPr>
      <w:r>
        <w:t>اخلاص۔</w:t>
      </w:r>
    </w:p>
    <w:p>
      <w:r>
        <w:rPr>
          <w:b/>
        </w:rPr>
        <w:t xml:space="preserve">[46:36] </w:t>
      </w:r>
      <w:r>
        <w:t>اخلاص کا اخلاص کا جو مطلب ہے اس کے لیے انگلش میں sincerity کا لفظ آپ استعمال کرو</w:t>
      </w:r>
    </w:p>
    <w:p>
      <w:pPr>
        <w:jc w:val="right"/>
      </w:pPr>
      <w:r>
        <w:t>اخلاص کا اخلاص کا جو مطلب ہے اس کے لیے انگلش میں sincerity کا لفظ آپ استعمال کر</w:t>
      </w:r>
    </w:p>
    <w:p>
      <w:r>
        <w:rPr>
          <w:b/>
        </w:rPr>
        <w:t xml:space="preserve">[46:43] </w:t>
      </w:r>
      <w:r>
        <w:t>sakte hain.</w:t>
      </w:r>
    </w:p>
    <w:p>
      <w:pPr>
        <w:jc w:val="right"/>
      </w:pPr>
      <w:r>
        <w:t>سکتے ہیں۔</w:t>
      </w:r>
    </w:p>
    <w:p>
      <w:r>
        <w:rPr>
          <w:b/>
        </w:rPr>
        <w:t xml:space="preserve">[46:45] </w:t>
      </w:r>
      <w:r>
        <w:t>ikhlas ka matlab yeh hota hai ke poori honesty ke sath aap samajhna chahen.</w:t>
      </w:r>
    </w:p>
    <w:p>
      <w:pPr>
        <w:jc w:val="right"/>
      </w:pPr>
      <w:r>
        <w:t>اخلاص کا مطلب یہ ہوتا ہے کہ پوری honesty کے ساتھ آپ سمجھنا چاہیں۔</w:t>
      </w:r>
    </w:p>
    <w:p>
      <w:r>
        <w:rPr>
          <w:b/>
        </w:rPr>
        <w:t xml:space="preserve">[46:51] </w:t>
      </w:r>
      <w:r>
        <w:t>kisi bias ke baghair aap samajhna chahen.</w:t>
      </w:r>
    </w:p>
    <w:p>
      <w:pPr>
        <w:jc w:val="right"/>
      </w:pPr>
      <w:r>
        <w:t>کسی bias کے بغیر آپ سمجھنا چاہیں۔</w:t>
      </w:r>
    </w:p>
    <w:p>
      <w:r>
        <w:rPr>
          <w:b/>
        </w:rPr>
        <w:t xml:space="preserve">[46:54] </w:t>
      </w:r>
      <w:r>
        <w:t>preoccupied mind ke sath nahin balkeh khule zehen ke sath samajhna chahen.</w:t>
      </w:r>
    </w:p>
    <w:p>
      <w:pPr>
        <w:jc w:val="right"/>
      </w:pPr>
      <w:r>
        <w:t>preoccupied mind کے ساتھ نہیں بلکہ کھلے ذہن کے ساتھ سمجھنا چاہیں۔</w:t>
      </w:r>
    </w:p>
    <w:p>
      <w:r>
        <w:rPr>
          <w:b/>
        </w:rPr>
        <w:t xml:space="preserve">[46:59] </w:t>
      </w:r>
      <w:r>
        <w:t>woh hai ikhlas.</w:t>
      </w:r>
    </w:p>
    <w:p>
      <w:pPr>
        <w:jc w:val="right"/>
      </w:pPr>
      <w:r>
        <w:t>وہ ہے اخلاص۔</w:t>
      </w:r>
    </w:p>
    <w:p>
      <w:r>
        <w:rPr>
          <w:b/>
        </w:rPr>
        <w:t xml:space="preserve">[47:01] </w:t>
      </w:r>
      <w:r>
        <w:t>yani as it is janna chahen aap is ka matlab.</w:t>
      </w:r>
    </w:p>
    <w:p>
      <w:pPr>
        <w:jc w:val="right"/>
      </w:pPr>
      <w:r>
        <w:t>یعنی as it is جاننا چاہیں آپ اس کا مطلب۔</w:t>
      </w:r>
    </w:p>
    <w:p>
      <w:r>
        <w:rPr>
          <w:b/>
        </w:rPr>
        <w:t xml:space="preserve">[47:05] </w:t>
      </w:r>
      <w:r>
        <w:t>baghair kisi change ke.</w:t>
      </w:r>
    </w:p>
    <w:p>
      <w:pPr>
        <w:jc w:val="right"/>
      </w:pPr>
      <w:r>
        <w:t>بغیر کسی change کے۔</w:t>
      </w:r>
    </w:p>
    <w:p>
      <w:r>
        <w:rPr>
          <w:b/>
        </w:rPr>
        <w:t xml:space="preserve">[47:07] </w:t>
      </w:r>
      <w:r>
        <w:t>jab aap aisa karna chahen ge to isi ka naam hai ikhlas.</w:t>
      </w:r>
    </w:p>
    <w:p>
      <w:pPr>
        <w:jc w:val="right"/>
      </w:pPr>
      <w:r>
        <w:t>جب آپ ایسا کرنا چاہیں گے تو اسی کا نام ہے اخلاص۔</w:t>
      </w:r>
    </w:p>
    <w:p>
      <w:r>
        <w:rPr>
          <w:b/>
        </w:rPr>
        <w:t xml:space="preserve">[47:12] </w:t>
      </w:r>
      <w:r>
        <w:t>isi ko kaha jata hai sincerity.</w:t>
      </w:r>
    </w:p>
    <w:p>
      <w:pPr>
        <w:jc w:val="right"/>
      </w:pPr>
      <w:r>
        <w:t>اسی کو کہا جاتا ہے sincerity۔</w:t>
      </w:r>
    </w:p>
    <w:p>
      <w:r>
        <w:rPr>
          <w:b/>
        </w:rPr>
        <w:t xml:space="preserve">[47:14] </w:t>
      </w:r>
      <w:r>
        <w:t>to sincerity must hai quran ko samajhne ke liye.</w:t>
      </w:r>
    </w:p>
    <w:p>
      <w:pPr>
        <w:jc w:val="right"/>
      </w:pPr>
      <w:r>
        <w:t>تو sincerity must ہے قرآن کو سمجھنے کے لیے۔</w:t>
      </w:r>
    </w:p>
    <w:p>
      <w:r>
        <w:rPr>
          <w:b/>
        </w:rPr>
        <w:t xml:space="preserve">[47:18] </w:t>
      </w:r>
      <w:r>
        <w:t>aur sincerity hi is baat ki guarantee hai ke aap misinterpretation se bach sakte hain.</w:t>
      </w:r>
    </w:p>
    <w:p>
      <w:pPr>
        <w:jc w:val="right"/>
      </w:pPr>
      <w:r>
        <w:t>اور sincerity ہی اس بات کی guarantee ہے کہ آپ misinterpretation سے بچ سکتے ہیں۔</w:t>
      </w:r>
    </w:p>
    <w:p>
      <w:r>
        <w:rPr>
          <w:b/>
        </w:rPr>
        <w:t xml:space="preserve">[47:25] </w:t>
      </w:r>
      <w:r>
        <w:t>misinterpretation se bach sakte hain.</w:t>
      </w:r>
    </w:p>
    <w:p>
      <w:pPr>
        <w:jc w:val="right"/>
      </w:pPr>
      <w:r>
        <w:t>misinterpretation سے بچ سکتے ہیں۔</w:t>
      </w:r>
    </w:p>
    <w:p>
      <w:r>
        <w:rPr>
          <w:b/>
        </w:rPr>
        <w:t xml:space="preserve">[47:27] </w:t>
      </w:r>
      <w:r>
        <w:t>to yeh hai importance misinterpretation ki.</w:t>
      </w:r>
    </w:p>
    <w:p>
      <w:pPr>
        <w:jc w:val="right"/>
      </w:pPr>
      <w:r>
        <w:t>تو یہ ہے importance misinterpretation کی۔</w:t>
      </w:r>
    </w:p>
    <w:p>
      <w:r>
        <w:rPr>
          <w:b/>
        </w:rPr>
        <w:t xml:space="preserve">[47:29] </w:t>
      </w:r>
      <w:r>
        <w:t>hamesha is ki possibility rehti hai is ka imkan rehta hai ke aap quran ko parhen.</w:t>
      </w:r>
    </w:p>
    <w:p>
      <w:pPr>
        <w:jc w:val="right"/>
      </w:pPr>
      <w:r>
        <w:t>ہمیشہ اس کی possibility رہتی ہے اس کا امکان رہتا ہے کہ آپ قرآن کو پڑھیں۔</w:t>
      </w:r>
    </w:p>
    <w:p>
      <w:r>
        <w:rPr>
          <w:b/>
        </w:rPr>
        <w:t xml:space="preserve">[47:36] </w:t>
      </w:r>
      <w:r>
        <w:t>ek sahab se meri mulaqat hui jo sari zindagi quran ko parhte rahe.</w:t>
      </w:r>
    </w:p>
    <w:p>
      <w:pPr>
        <w:jc w:val="right"/>
      </w:pPr>
      <w:r>
        <w:t>ایک صاحب سے میری ملاقات ہوئی جو ساری زندگی قرآن کو پڑھتے رہے۔</w:t>
      </w:r>
    </w:p>
    <w:p>
      <w:r>
        <w:rPr>
          <w:b/>
        </w:rPr>
        <w:t xml:space="preserve">[47:42] </w:t>
      </w:r>
      <w:r>
        <w:t>rozana.</w:t>
      </w:r>
    </w:p>
    <w:p>
      <w:pPr>
        <w:jc w:val="right"/>
      </w:pPr>
      <w:r>
        <w:t>روزانہ۔</w:t>
      </w:r>
    </w:p>
    <w:p>
      <w:r>
        <w:rPr>
          <w:b/>
        </w:rPr>
        <w:t xml:space="preserve">[47:43] </w:t>
      </w:r>
      <w:r>
        <w:t>rozana ek routine mein quran tha un ke liye.</w:t>
      </w:r>
    </w:p>
    <w:p>
      <w:pPr>
        <w:jc w:val="right"/>
      </w:pPr>
      <w:r>
        <w:t>روزانہ ایک routine میں قرآن تھا ان کے لیے۔</w:t>
      </w:r>
    </w:p>
    <w:p>
      <w:r>
        <w:rPr>
          <w:b/>
        </w:rPr>
        <w:t xml:space="preserve">[47:47] </w:t>
      </w:r>
      <w:r>
        <w:t>lekin jab maine un se baat ki to ajeeb ajeeb baaten quran ke bare mein kehne lage</w:t>
      </w:r>
    </w:p>
    <w:p>
      <w:pPr>
        <w:jc w:val="right"/>
      </w:pPr>
      <w:r>
        <w:t>لیکن جب میں نے ان سے بات کی تو عجیب عجیب باتیں قرآن کے بارے میں کہنے لگے</w:t>
      </w:r>
    </w:p>
    <w:p>
      <w:r>
        <w:rPr>
          <w:b/>
        </w:rPr>
        <w:t xml:space="preserve">[47:55]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[47:56] </w:t>
      </w:r>
      <w:r>
        <w:t>jaise kuch samajhte hi na hon.</w:t>
      </w:r>
    </w:p>
    <w:p>
      <w:pPr>
        <w:jc w:val="right"/>
      </w:pPr>
      <w:r>
        <w:t>جیسے کچھ سمجھتے ہی نہ ہوں۔</w:t>
      </w:r>
    </w:p>
    <w:p>
      <w:r>
        <w:rPr>
          <w:b/>
        </w:rPr>
        <w:t xml:space="preserve">[47:59] </w:t>
      </w:r>
      <w:r>
        <w:t>daily routine mein tha quran ki tilawat quran ko parhna.</w:t>
      </w:r>
    </w:p>
    <w:p>
      <w:pPr>
        <w:jc w:val="right"/>
      </w:pPr>
      <w:r>
        <w:t>daily routine میں تھا قرآن کی تلاوت قرآن کو پڑھنا۔</w:t>
      </w:r>
    </w:p>
    <w:p>
      <w:r>
        <w:rPr>
          <w:b/>
        </w:rPr>
        <w:t xml:space="preserve">[48:03] </w:t>
      </w:r>
      <w:r>
        <w:t>lekin un mein sincerity nahi thi.</w:t>
      </w:r>
    </w:p>
    <w:p>
      <w:pPr>
        <w:jc w:val="right"/>
      </w:pPr>
      <w:r>
        <w:t>لیکن ان میں sincerity نہیں تھی۔</w:t>
      </w:r>
    </w:p>
    <w:p>
      <w:r>
        <w:rPr>
          <w:b/>
        </w:rPr>
        <w:t xml:space="preserve">[48:06] </w:t>
      </w:r>
      <w:r>
        <w:t>objectivity nahi thi.</w:t>
      </w:r>
    </w:p>
    <w:p>
      <w:pPr>
        <w:jc w:val="right"/>
      </w:pPr>
      <w:r>
        <w:t>objectivity نہیں تھی۔</w:t>
      </w:r>
    </w:p>
    <w:p>
      <w:r>
        <w:rPr>
          <w:b/>
        </w:rPr>
        <w:t xml:space="preserve">[48:07] </w:t>
      </w:r>
      <w:r>
        <w:t>yani preoccupied mind se parhte the woh.</w:t>
      </w:r>
    </w:p>
    <w:p>
      <w:pPr>
        <w:jc w:val="right"/>
      </w:pPr>
      <w:r>
        <w:t>یعنی preoccupied mind سے پڑھتے تھے وہ۔</w:t>
      </w:r>
    </w:p>
    <w:p>
      <w:r>
        <w:rPr>
          <w:b/>
        </w:rPr>
        <w:t xml:space="preserve">[48:10] </w:t>
      </w:r>
      <w:r>
        <w:t>natija kya hua? ke quran parh kar bhi unhone nahi samjha.</w:t>
      </w:r>
    </w:p>
    <w:p>
      <w:pPr>
        <w:jc w:val="right"/>
      </w:pPr>
      <w:r>
        <w:t>نتیجہ کیا ہوا؟ کہ قرآن پڑھ کر بھی انہوں نے نہیں سمجھا۔</w:t>
      </w:r>
    </w:p>
    <w:p>
      <w:r>
        <w:rPr>
          <w:b/>
        </w:rPr>
        <w:t xml:space="preserve">[48:15] </w:t>
      </w:r>
      <w:r>
        <w:t>aise kuch log the is zamane mein Hazrat Aisha ke zamane mein.</w:t>
      </w:r>
    </w:p>
    <w:p>
      <w:pPr>
        <w:jc w:val="right"/>
      </w:pPr>
      <w:r>
        <w:t>ایسے کچھ لوگ تھے اس زمانے میں حضرت عائشہ کے زمانے میں۔</w:t>
      </w:r>
    </w:p>
    <w:p>
      <w:r>
        <w:rPr>
          <w:b/>
        </w:rPr>
        <w:t xml:space="preserve">[48:21] </w:t>
      </w:r>
      <w:r>
        <w:t>to Hazrat Aisha se bataya gaya unke bare mein unka haal.</w:t>
      </w:r>
    </w:p>
    <w:p>
      <w:pPr>
        <w:jc w:val="right"/>
      </w:pPr>
      <w:r>
        <w:t>تو حضرت عائشہ سے بتایا گیا ان کے بارے میں ان کا حال۔</w:t>
      </w:r>
    </w:p>
    <w:p>
      <w:r>
        <w:rPr>
          <w:b/>
        </w:rPr>
        <w:t xml:space="preserve">[48:26] </w:t>
      </w:r>
      <w:r>
        <w:t>to Hazrat Aisha ne kaha ke unhone quran ko parha lekin nahi parha.</w:t>
      </w:r>
    </w:p>
    <w:p>
      <w:pPr>
        <w:jc w:val="right"/>
      </w:pPr>
      <w:r>
        <w:t>تو حضرت عائشہ نے کہا کہ انہوں نے قرآن کو پڑھا لیکن نہیں پڑھا۔</w:t>
      </w:r>
    </w:p>
    <w:p>
      <w:r>
        <w:rPr>
          <w:b/>
        </w:rPr>
        <w:t xml:space="preserve">[48:32] </w:t>
      </w:r>
      <w:r>
        <w:t>unhone quran ko parha lekin nahi parha.</w:t>
      </w:r>
    </w:p>
    <w:p>
      <w:pPr>
        <w:jc w:val="right"/>
      </w:pPr>
      <w:r>
        <w:t>انہوں نے قرآن کو پڑھا لیکن نہیں پڑھا۔</w:t>
      </w:r>
    </w:p>
    <w:p>
      <w:r>
        <w:rPr>
          <w:b/>
        </w:rPr>
        <w:t xml:space="preserve">[48:36] </w:t>
      </w:r>
      <w:r>
        <w:t>kyunki jab aap ka mind puri tarah se objective na ho sincerity na ho aap ke andar to</w:t>
      </w:r>
    </w:p>
    <w:p>
      <w:pPr>
        <w:jc w:val="right"/>
      </w:pPr>
      <w:r>
        <w:t>کیونکہ جب آپ کا mind پوری طریقے سے objective نہ ہو sincerity نہ ہو آپ کے اندر تو</w:t>
      </w:r>
    </w:p>
    <w:p>
      <w:r>
        <w:rPr>
          <w:b/>
        </w:rPr>
        <w:t xml:space="preserve">[48:43] </w:t>
      </w:r>
      <w:r>
        <w:t>yahi hoga ke aap parhenge lekin parhna na parhna dono barabar ho jayega.</w:t>
      </w:r>
    </w:p>
    <w:p>
      <w:pPr>
        <w:jc w:val="right"/>
      </w:pPr>
      <w:r>
        <w:t>یہی ہوگا کہ آپ پڑھیں گے لیکن پڑھنا نہ پڑھنا دونوں برابر ہو جائے گا۔</w:t>
      </w:r>
    </w:p>
    <w:p>
      <w:r>
        <w:rPr>
          <w:b/>
        </w:rPr>
        <w:t xml:space="preserve">[48:50] </w:t>
      </w:r>
      <w:r>
        <w:t>ab jaise kuch log hain woh kehte hain ke quran mein to namaz hai hi nahi.</w:t>
      </w:r>
    </w:p>
    <w:p>
      <w:pPr>
        <w:jc w:val="right"/>
      </w:pPr>
      <w:r>
        <w:t>اب جیسے کچھ لوگ ہیں وہ کہتے ہیں کہ قرآن میں تو نماز ہے ہی نہیں۔</w:t>
      </w:r>
    </w:p>
    <w:p>
      <w:r>
        <w:rPr>
          <w:b/>
        </w:rPr>
        <w:t xml:space="preserve">[48:57] </w:t>
      </w:r>
      <w:r>
        <w:t>waqt ke aitbar se.</w:t>
      </w:r>
    </w:p>
    <w:p>
      <w:pPr>
        <w:jc w:val="right"/>
      </w:pPr>
      <w:r>
        <w:t>وقت کے اعتبار سے۔</w:t>
      </w:r>
    </w:p>
    <w:p>
      <w:r>
        <w:rPr>
          <w:b/>
        </w:rPr>
        <w:t xml:space="preserve">[48:58] </w:t>
      </w:r>
      <w:r>
        <w:t>ek sahab mujhe mile unka ke main to chalte phirte namaz padh leta hoon.</w:t>
      </w:r>
    </w:p>
    <w:p>
      <w:pPr>
        <w:jc w:val="right"/>
      </w:pPr>
      <w:r>
        <w:t>ایک صاحب مجھے ملے ان کا کہ میں تو چلتے پھرتے نماز پڑھ لیتا ہوں۔</w:t>
      </w:r>
    </w:p>
    <w:p>
      <w:r>
        <w:rPr>
          <w:b/>
        </w:rPr>
        <w:t xml:space="preserve">[49:05] </w:t>
      </w:r>
      <w:r>
        <w:t>quran mein kahan likha hai ke panch waqt namaz padho? yeh sab insincerity wali baatein hain.</w:t>
      </w:r>
    </w:p>
    <w:p>
      <w:pPr>
        <w:jc w:val="right"/>
      </w:pPr>
      <w:r>
        <w:t>قرآن میں کہاں لکھا ہے کہ پانچ وقت نماز پڑھو؟ یہ سب insincerity والی باتیں ہیں۔</w:t>
      </w:r>
    </w:p>
    <w:p>
      <w:r>
        <w:rPr>
          <w:b/>
        </w:rPr>
        <w:t xml:space="preserve">[49:12] </w:t>
      </w:r>
      <w:r>
        <w:t>jo sincere hoga woh jaan lega ke quran mein kahan hukum hai panch namazon ka.</w:t>
      </w:r>
    </w:p>
    <w:p>
      <w:pPr>
        <w:jc w:val="right"/>
      </w:pPr>
      <w:r>
        <w:t>جو sincere ہوگا وہ جان لے گا کہ قرآن میں کہاں حکم ہے پانچ نمازوں کا۔</w:t>
      </w:r>
    </w:p>
    <w:p>
      <w:r>
        <w:rPr>
          <w:b/>
        </w:rPr>
        <w:t xml:space="preserve">[49:18] </w:t>
      </w:r>
      <w:r>
        <w:t>yani panch ki ginti na ho.</w:t>
      </w:r>
    </w:p>
    <w:p>
      <w:pPr>
        <w:jc w:val="right"/>
      </w:pPr>
      <w:r>
        <w:t>یعنی پانچ کا گنتی نہ ہو۔</w:t>
      </w:r>
    </w:p>
    <w:p>
      <w:r>
        <w:rPr>
          <w:b/>
        </w:rPr>
        <w:t xml:space="preserve">[49:21] </w:t>
      </w:r>
      <w:r>
        <w:t>yeh main manta hoon quran mein panch ki ginti nahi lekin quran mein panch waqt ki namazein maujood</w:t>
      </w:r>
    </w:p>
    <w:p>
      <w:pPr>
        <w:jc w:val="right"/>
      </w:pPr>
      <w:r>
        <w:t>یہ میں مانتا ہوں قرآن میں پانچ کی گنتی نہیں لیکن قرآن میں پانچ وقت کی نمازیں موجود</w:t>
      </w:r>
    </w:p>
    <w:p>
      <w:r>
        <w:rPr>
          <w:b/>
        </w:rPr>
        <w:t xml:space="preserve">[49:29]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[49:30] </w:t>
      </w:r>
      <w:r>
        <w:t>agar aap sincere hon aap samajhna chahein.</w:t>
      </w:r>
    </w:p>
    <w:p>
      <w:pPr>
        <w:jc w:val="right"/>
      </w:pPr>
      <w:r>
        <w:t>اگر آپ sincere ہوں آپ سمجھنا چاہیں۔</w:t>
      </w:r>
    </w:p>
    <w:p>
      <w:r>
        <w:rPr>
          <w:b/>
        </w:rPr>
        <w:t xml:space="preserve">[49:33] </w:t>
      </w:r>
      <w:r>
        <w:t>to kai log aise hain woh kehte hain quran mein to panch waqt ki namaz hi nahi hai.</w:t>
      </w:r>
    </w:p>
    <w:p>
      <w:pPr>
        <w:jc w:val="right"/>
      </w:pPr>
      <w:r>
        <w:t>تو کئی لوگ ایسے ہیں وہ کہتے ہیں قرآن میں تو پانچ وقت کی نماز ہی نہیں ہے۔</w:t>
      </w:r>
    </w:p>
    <w:p>
      <w:r>
        <w:rPr>
          <w:b/>
        </w:rPr>
        <w:t xml:space="preserve">[49:41] </w:t>
      </w:r>
      <w:r>
        <w:t>hum kyun panch waqt ki namaz padhein? to main yeh kahunga quran mein panch waqt ki namaz</w:t>
      </w:r>
    </w:p>
    <w:p>
      <w:pPr>
        <w:jc w:val="right"/>
      </w:pPr>
      <w:r>
        <w:t>ہم کیوں پانچ وقت کی نماز پڑھیں؟ تو میں یہ کہوں گا قرآن میں پانچ وقت کی نماز</w:t>
      </w:r>
    </w:p>
    <w:p>
      <w:r>
        <w:rPr>
          <w:b/>
        </w:rPr>
        <w:t xml:space="preserve">[49:49] </w:t>
      </w:r>
      <w:r>
        <w:t>ka hukm maujood hai lekin chunkay aap serious nahin hain.</w:t>
      </w:r>
    </w:p>
    <w:p>
      <w:pPr>
        <w:jc w:val="right"/>
      </w:pPr>
      <w:r>
        <w:t>کا حکم موجود ہے لیکن چونکہ آپ serious نہیں ہیں۔</w:t>
      </w:r>
    </w:p>
    <w:p>
      <w:r>
        <w:rPr>
          <w:b/>
        </w:rPr>
        <w:t xml:space="preserve">[49:53] </w:t>
      </w:r>
      <w:r>
        <w:t>chunki aap sincere nahi hain.</w:t>
      </w:r>
    </w:p>
    <w:p>
      <w:pPr>
        <w:jc w:val="right"/>
      </w:pPr>
      <w:r>
        <w:t>چونکہ آپ sincere نہیں ہیں۔</w:t>
      </w:r>
    </w:p>
    <w:p>
      <w:r>
        <w:rPr>
          <w:b/>
        </w:rPr>
        <w:t xml:space="preserve">[49:55] </w:t>
      </w:r>
      <w:r>
        <w:t>is wajah se woh aap ki samajh mein baat nahi aati hai.</w:t>
      </w:r>
    </w:p>
    <w:p>
      <w:pPr>
        <w:jc w:val="right"/>
      </w:pPr>
      <w:r>
        <w:t>اس وجہ سے وہ آپ کی سمجھ میں بات نہیں آتی ہے۔</w:t>
      </w:r>
    </w:p>
    <w:p>
      <w:r>
        <w:rPr>
          <w:b/>
        </w:rPr>
        <w:t xml:space="preserve">[50:00] </w:t>
      </w:r>
      <w:r>
        <w:t>to yaad rakhiye right thinking ke liye pehli condition hai sincerity.</w:t>
      </w:r>
    </w:p>
    <w:p>
      <w:pPr>
        <w:jc w:val="right"/>
      </w:pPr>
      <w:r>
        <w:t>تو یاد رکھیے right thinking کے لیے پہلی condition ہے sincerity۔</w:t>
      </w:r>
    </w:p>
    <w:p>
      <w:r>
        <w:rPr>
          <w:b/>
        </w:rPr>
        <w:t xml:space="preserve">[50:05] </w:t>
      </w:r>
      <w:r>
        <w:t>yani sincerity is must for right thinking.</w:t>
      </w:r>
    </w:p>
    <w:p>
      <w:pPr>
        <w:jc w:val="right"/>
      </w:pPr>
      <w:r>
        <w:t>یعنی sincerity is must for right thinking۔</w:t>
      </w:r>
    </w:p>
    <w:p>
      <w:r>
        <w:rPr>
          <w:b/>
        </w:rPr>
        <w:t xml:space="preserve">[50:08] </w:t>
      </w:r>
      <w:r>
        <w:t>No sincerity no right thinking.</w:t>
      </w:r>
    </w:p>
    <w:p>
      <w:pPr>
        <w:jc w:val="right"/>
      </w:pPr>
      <w:r>
        <w:t>No sincerity no right thinking۔</w:t>
      </w:r>
    </w:p>
    <w:p>
      <w:r>
        <w:rPr>
          <w:b/>
        </w:rPr>
        <w:t xml:space="preserve">[50:10] </w:t>
      </w:r>
      <w:r>
        <w:t>to jis tarah se har cheez mein sincerity pehli condition hai.</w:t>
      </w:r>
    </w:p>
    <w:p>
      <w:pPr>
        <w:jc w:val="right"/>
      </w:pPr>
      <w:r>
        <w:t>تو جس طرح سے ہر چیز میں sincerity پہلی condition ہے۔</w:t>
      </w:r>
    </w:p>
    <w:p>
      <w:r>
        <w:rPr>
          <w:b/>
        </w:rPr>
        <w:t xml:space="preserve">[50:15] </w:t>
      </w:r>
      <w:r>
        <w:t>aisi hi quran mein bhi sincerity pehli condition hai.</w:t>
      </w:r>
    </w:p>
    <w:p>
      <w:pPr>
        <w:jc w:val="right"/>
      </w:pPr>
      <w:r>
        <w:t>ایسی ہی قرآن میں بھی sincerity پہلی condition ہے۔</w:t>
      </w:r>
    </w:p>
    <w:p>
      <w:r>
        <w:rPr>
          <w:b/>
        </w:rPr>
        <w:t xml:space="preserve">[50:19] </w:t>
      </w:r>
      <w:r>
        <w:t>sirf aap yeh agar aap ke paas university ki degree ho.</w:t>
      </w:r>
    </w:p>
    <w:p>
      <w:pPr>
        <w:jc w:val="right"/>
      </w:pPr>
      <w:r>
        <w:t>صرف آپ یہ اگر آپ کے پاس یونیورسٹی کی degree ہو۔</w:t>
      </w:r>
    </w:p>
    <w:p>
      <w:r>
        <w:rPr>
          <w:b/>
        </w:rPr>
        <w:t xml:space="preserve">[50:23] </w:t>
      </w:r>
      <w:r>
        <w:t>aap arabi zaban jante ho.</w:t>
      </w:r>
    </w:p>
    <w:p>
      <w:pPr>
        <w:jc w:val="right"/>
      </w:pPr>
      <w:r>
        <w:t>آپ عربی زبان جانتے ہوں۔</w:t>
      </w:r>
    </w:p>
    <w:p>
      <w:r>
        <w:rPr>
          <w:b/>
        </w:rPr>
        <w:t xml:space="preserve">[50:25] </w:t>
      </w:r>
      <w:r>
        <w:t>aap quran ko padhte ho.</w:t>
      </w:r>
    </w:p>
    <w:p>
      <w:pPr>
        <w:jc w:val="right"/>
      </w:pPr>
      <w:r>
        <w:t>آپ قرآن کو پڑھتے ہوں۔</w:t>
      </w:r>
    </w:p>
    <w:p>
      <w:r>
        <w:rPr>
          <w:b/>
        </w:rPr>
        <w:t xml:space="preserve">[50:28] </w:t>
      </w:r>
      <w:r>
        <w:t>yeh kafi nahi hai ke aap quran ko samajh jayen.</w:t>
      </w:r>
    </w:p>
    <w:p>
      <w:pPr>
        <w:jc w:val="right"/>
      </w:pPr>
      <w:r>
        <w:t>یہ کافی نہیں ہے کہ آپ قرآن کو سمجھ جائیں۔</w:t>
      </w:r>
    </w:p>
    <w:p>
      <w:r>
        <w:rPr>
          <w:b/>
        </w:rPr>
        <w:t xml:space="preserve">[50:32] </w:t>
      </w:r>
      <w:r>
        <w:t>bahut se log jin ki mother tongue arabi thi.</w:t>
      </w:r>
    </w:p>
    <w:p>
      <w:pPr>
        <w:jc w:val="right"/>
      </w:pPr>
      <w:r>
        <w:t>بہت سے لوگ جن کی mother tongue عربی تھی۔</w:t>
      </w:r>
    </w:p>
    <w:p>
      <w:r>
        <w:rPr>
          <w:b/>
        </w:rPr>
        <w:t xml:space="preserve">[50:36] </w:t>
      </w:r>
      <w:r>
        <w:t>phir bhi unhon ne quran ki galat tafsir ki.</w:t>
      </w:r>
    </w:p>
    <w:p>
      <w:pPr>
        <w:jc w:val="right"/>
      </w:pPr>
      <w:r>
        <w:t>پھر بھی انہوں نے قرآن کی غلط تفسیر کی۔</w:t>
      </w:r>
    </w:p>
    <w:p>
      <w:r>
        <w:rPr>
          <w:b/>
        </w:rPr>
        <w:t xml:space="preserve">[50:40] </w:t>
      </w:r>
      <w:r>
        <w:t>galat matlab nikala is mein se.</w:t>
      </w:r>
    </w:p>
    <w:p>
      <w:pPr>
        <w:jc w:val="right"/>
      </w:pPr>
      <w:r>
        <w:t>غلط مطلب نکالا اس میں سے۔</w:t>
      </w:r>
    </w:p>
    <w:p>
      <w:r>
        <w:rPr>
          <w:b/>
        </w:rPr>
        <w:t xml:space="preserve">[50:42] </w:t>
      </w:r>
      <w:r>
        <w:t>misinterpretation ka woh shikar hue.</w:t>
      </w:r>
    </w:p>
    <w:p>
      <w:pPr>
        <w:jc w:val="right"/>
      </w:pPr>
      <w:r>
        <w:t>misinterpretation کا وہ شکار ہوئے۔</w:t>
      </w:r>
    </w:p>
    <w:p>
      <w:r>
        <w:rPr>
          <w:b/>
        </w:rPr>
        <w:t xml:space="preserve">[50:44] </w:t>
      </w:r>
      <w:r>
        <w:t>to bahut zaroori hai ke aadmi sincere ho.</w:t>
      </w:r>
    </w:p>
    <w:p>
      <w:pPr>
        <w:jc w:val="right"/>
      </w:pPr>
      <w:r>
        <w:t>تو بہت ضروری ہے کہ آدمی sincere ہو۔</w:t>
      </w:r>
    </w:p>
    <w:p>
      <w:r>
        <w:rPr>
          <w:b/>
        </w:rPr>
        <w:t xml:space="preserve">[50:48] </w:t>
      </w:r>
      <w:r>
        <w:t>aur quran ke author se woh consult karta rahe.</w:t>
      </w:r>
    </w:p>
    <w:p>
      <w:pPr>
        <w:jc w:val="right"/>
      </w:pPr>
      <w:r>
        <w:t>اور قرآن کے author سے وہ consult کرتا رہے۔</w:t>
      </w:r>
    </w:p>
    <w:p>
      <w:r>
        <w:rPr>
          <w:b/>
        </w:rPr>
        <w:t xml:space="preserve">[50:52] </w:t>
      </w:r>
      <w:r>
        <w:t>woh dua karta rahe.</w:t>
      </w:r>
    </w:p>
    <w:p>
      <w:pPr>
        <w:jc w:val="right"/>
      </w:pPr>
      <w:r>
        <w:t>وہ دعا کرتا رہے۔</w:t>
      </w:r>
    </w:p>
    <w:p>
      <w:r>
        <w:rPr>
          <w:b/>
        </w:rPr>
        <w:t xml:space="preserve">[50:53] </w:t>
      </w:r>
      <w:r>
        <w:t>aur khalis objective andaaz mein ayaton ko padhe.</w:t>
      </w:r>
    </w:p>
    <w:p>
      <w:pPr>
        <w:jc w:val="right"/>
      </w:pPr>
      <w:r>
        <w:t>اور خالص objective انداز میں آیتوں کو پڑھے۔</w:t>
      </w:r>
    </w:p>
    <w:p>
      <w:r>
        <w:rPr>
          <w:b/>
        </w:rPr>
        <w:t xml:space="preserve">[50:57] </w:t>
      </w:r>
      <w:r>
        <w:t>context ko dhyan mein rakh kar ke uska matlab samjhe.</w:t>
      </w:r>
    </w:p>
    <w:p>
      <w:pPr>
        <w:jc w:val="right"/>
      </w:pPr>
      <w:r>
        <w:t>context کو دھیان میں رکھ کر کے اس کا مطلب سمجھے۔</w:t>
      </w:r>
    </w:p>
    <w:p>
      <w:r>
        <w:rPr>
          <w:b/>
        </w:rPr>
        <w:t xml:space="preserve">[51:01] </w:t>
      </w:r>
      <w:r>
        <w:t>to jo kehte hain objective study mein samajhta hoon ke objective study jis tarah doosri cheezon ke liye</w:t>
      </w:r>
    </w:p>
    <w:p>
      <w:pPr>
        <w:jc w:val="right"/>
      </w:pPr>
      <w:r>
        <w:t>تو جو کہتے ہیں objective study میں سمجھتا ہوں کہ objective study جس طرح دوسری چیزوں کے لیے</w:t>
      </w:r>
    </w:p>
    <w:p>
      <w:r>
        <w:rPr>
          <w:b/>
        </w:rPr>
        <w:t xml:space="preserve">[51:09] </w:t>
      </w:r>
      <w:r>
        <w:t>zaroori hai isi tarah se quran ke liye bhi zaroori hai.</w:t>
      </w:r>
    </w:p>
    <w:p>
      <w:pPr>
        <w:jc w:val="right"/>
      </w:pPr>
      <w:r>
        <w:t>ضروری ہے اسی طرح سے قرآن کے لیے بھی ضروری ہے۔</w:t>
      </w:r>
    </w:p>
    <w:p>
      <w:r>
        <w:rPr>
          <w:b/>
        </w:rPr>
        <w:t xml:space="preserve">[51:14] </w:t>
      </w:r>
      <w:r>
        <w:t>objective study ke baghair aap quran nahi samajh sakte.</w:t>
      </w:r>
    </w:p>
    <w:p>
      <w:pPr>
        <w:jc w:val="right"/>
      </w:pPr>
      <w:r>
        <w:t>objective study کے بغیر آپ قرآن نہیں سمجھ سکتے۔</w:t>
      </w:r>
    </w:p>
    <w:p>
      <w:r>
        <w:rPr>
          <w:b/>
        </w:rPr>
        <w:t xml:space="preserve">[51:18] </w:t>
      </w:r>
      <w:r>
        <w:t>to sincerity zaroori hai objectivity zaroori hai.</w:t>
      </w:r>
    </w:p>
    <w:p>
      <w:pPr>
        <w:jc w:val="right"/>
      </w:pPr>
      <w:r>
        <w:t>تو sincerity ضروری ہے objectivity ضروری ہے۔</w:t>
      </w:r>
    </w:p>
    <w:p>
      <w:r>
        <w:rPr>
          <w:b/>
        </w:rPr>
        <w:t xml:space="preserve">[51:21] </w:t>
      </w:r>
      <w:r>
        <w:t>tabhi yeh mumkin hai ke aap quran ko samjhen.</w:t>
      </w:r>
    </w:p>
    <w:p>
      <w:pPr>
        <w:jc w:val="right"/>
      </w:pPr>
      <w:r>
        <w:t>تبھی یہ ممکن ہے کہ آپ قرآن کو سمجھیں۔</w:t>
      </w:r>
    </w:p>
    <w:p>
      <w:r>
        <w:rPr>
          <w:b/>
        </w:rPr>
        <w:t xml:space="preserve">[51:25] </w:t>
      </w:r>
      <w:r>
        <w:t>iske baghair nahi.</w:t>
      </w:r>
    </w:p>
    <w:p>
      <w:pPr>
        <w:jc w:val="right"/>
      </w:pPr>
      <w:r>
        <w:t>اس کے بغیر نہیں۔</w:t>
      </w:r>
    </w:p>
    <w:p>
      <w:r>
        <w:rPr>
          <w:b/>
        </w:rPr>
        <w:t xml:space="preserve">[51:26] </w:t>
      </w:r>
      <w:r>
        <w:t>aqool qawli haza wastaghfirullaha li walakum ajmaeen.</w:t>
      </w:r>
    </w:p>
    <w:p>
      <w:pPr>
        <w:jc w:val="right"/>
      </w:pPr>
      <w:r>
        <w:t>أقول قولي هذا واستغفرالله لي ولكم اجمعين.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