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Eid al Azha I October 16, 2013 Addressal at the center</w:t>
      </w:r>
    </w:p>
    <w:p>
      <w:r>
        <w:t>https://www.youtube.com/watch?v=2gU6AxPeQMk</w:t>
      </w:r>
    </w:p>
    <w:p>
      <w:r>
        <w:rPr>
          <w:b/>
        </w:rPr>
        <w:t xml:space="preserve">[00:21] </w:t>
      </w:r>
      <w:r>
        <w:t>al-Raheem.</w:t>
      </w:r>
    </w:p>
    <w:p>
      <w:pPr>
        <w:jc w:val="right"/>
      </w:pPr>
      <w:r>
        <w:t>الرحیم۔</w:t>
      </w:r>
    </w:p>
    <w:p>
      <w:r>
        <w:rPr>
          <w:b/>
        </w:rPr>
        <w:t xml:space="preserve">[00:27] </w:t>
      </w:r>
      <w:r>
        <w:t>Rab ishrah li sadri, wa yassir li amri, wahlu qadatan min lisani yafqahu qawli.</w:t>
      </w:r>
    </w:p>
    <w:p>
      <w:pPr>
        <w:jc w:val="right"/>
      </w:pPr>
      <w:r>
        <w:t>رب اشرح لی صدری، ویسر لی امری، واحل العقدۃ من لسانی یفقہ قولی۔</w:t>
      </w:r>
    </w:p>
    <w:p>
      <w:r>
        <w:rPr>
          <w:b/>
        </w:rPr>
        <w:t xml:space="preserve">[00:33] </w:t>
      </w:r>
      <w:r>
        <w:t>aaj October 2013 ki 16 tareekh hai.</w:t>
      </w:r>
    </w:p>
    <w:p>
      <w:pPr>
        <w:jc w:val="right"/>
      </w:pPr>
      <w:r>
        <w:t>آج اکتوبر 2013 کی 16 تاریخ ہے۔</w:t>
      </w:r>
    </w:p>
    <w:p>
      <w:r>
        <w:rPr>
          <w:b/>
        </w:rPr>
        <w:t xml:space="preserve">[00:40] </w:t>
      </w:r>
      <w:r>
        <w:t>aaj Eid-uz-zuha ka din hai, jis ko Eid-e-Qurban kehte hain.</w:t>
      </w:r>
    </w:p>
    <w:p>
      <w:pPr>
        <w:jc w:val="right"/>
      </w:pPr>
      <w:r>
        <w:t>آج عیدِ اضحیٰ کا دن ہے، جس کو عیدِ قرباں کہتے ہیں۔</w:t>
      </w:r>
    </w:p>
    <w:p>
      <w:r>
        <w:rPr>
          <w:b/>
        </w:rPr>
        <w:t xml:space="preserve">[00:46] </w:t>
      </w:r>
      <w:r>
        <w:t>to is nisbat se aaj mein Eid-uz-zuha ke bare mein kuch kehna chahta hoon.</w:t>
      </w:r>
    </w:p>
    <w:p>
      <w:pPr>
        <w:jc w:val="right"/>
      </w:pPr>
      <w:r>
        <w:t>تو اس نسبت سے آج میں عیدِ اضحیٰ کے بارے میں کچھ کہنا چاہتا ہوں۔</w:t>
      </w:r>
    </w:p>
    <w:p>
      <w:r>
        <w:rPr>
          <w:b/>
        </w:rPr>
        <w:t xml:space="preserve">[00:53] </w:t>
      </w:r>
      <w:r>
        <w:t>aaj jab mein yahan aa raha tha, abhi mein rastay hi mein tha to ek ajeeb waqea hua</w:t>
      </w:r>
    </w:p>
    <w:p>
      <w:pPr>
        <w:jc w:val="right"/>
      </w:pPr>
      <w:r>
        <w:t>آج جب میں یہاں آ رہا تھا، ابھی میں راستے ہی میں تھا تو ایک عجیب واقعہ ہوا</w:t>
      </w:r>
    </w:p>
    <w:p>
      <w:r>
        <w:rPr>
          <w:b/>
        </w:rPr>
        <w:t xml:space="preserve">[00:59] </w:t>
      </w:r>
      <w:r>
        <w:t>jis ne mujhe aaj ke liye starting point de diya.</w:t>
      </w:r>
    </w:p>
    <w:p>
      <w:pPr>
        <w:jc w:val="right"/>
      </w:pPr>
      <w:r>
        <w:t>جس نے مجھے آج کے لیے اسٹارٹنگ پوائنٹ دے دیا۔</w:t>
      </w:r>
    </w:p>
    <w:p>
      <w:r>
        <w:rPr>
          <w:b/>
        </w:rPr>
        <w:t xml:space="preserve">[01:06] </w:t>
      </w:r>
      <w:r>
        <w:t>mein hamesha socha karta hoon ke starting point kahan ho? to dekhen yeh bachcha jo aap dekh rahe</w:t>
      </w:r>
    </w:p>
    <w:p>
      <w:pPr>
        <w:jc w:val="right"/>
      </w:pPr>
      <w:r>
        <w:t>میں ہمیشہ سوچا کرتا ہوں کہ اسٹارٹنگ پوائنٹ کہاں ہو؟ تو دیکھیں یہ بچہ جو آپ دیکھ رہے</w:t>
      </w:r>
    </w:p>
    <w:p>
      <w:r>
        <w:rPr>
          <w:b/>
        </w:rPr>
        <w:t xml:space="preserve">[01:12] </w:t>
      </w:r>
      <w:r>
        <w:t>hain, is ne mujhe starting point diya.</w:t>
      </w:r>
    </w:p>
    <w:p>
      <w:pPr>
        <w:jc w:val="right"/>
      </w:pPr>
      <w:r>
        <w:t>ہیں، اس نے مجھے اسٹارٹنگ پوائنٹ دیا۔</w:t>
      </w:r>
    </w:p>
    <w:p>
      <w:r>
        <w:rPr>
          <w:b/>
        </w:rPr>
        <w:t xml:space="preserve">[01:19] </w:t>
      </w:r>
      <w:r>
        <w:t>hamare saathi Maulana Zikwan Nadvi ne bataya ke unhon ne is bachche se poocha ke kya aap parhte</w:t>
      </w:r>
    </w:p>
    <w:p>
      <w:pPr>
        <w:jc w:val="right"/>
      </w:pPr>
      <w:r>
        <w:t>ہمارے ساتھی مولانا ذکوان ندوی نے بتایا کہ انہوں نے اس بچے سے پوچھا کہ کیا آپ پڑھتے</w:t>
      </w:r>
    </w:p>
    <w:p>
      <w:r>
        <w:rPr>
          <w:b/>
        </w:rPr>
        <w:t xml:space="preserve">[01:25] </w:t>
      </w:r>
      <w:r>
        <w:t>hain? kya aap school jatay hain? to bachche ne jawab diya ke yeh bhi koi poochne ki baat</w:t>
      </w:r>
    </w:p>
    <w:p>
      <w:pPr>
        <w:jc w:val="right"/>
      </w:pPr>
      <w:r>
        <w:t>ہیں؟ کیا آپ اسکول جاتے ہیں؟ تو بچے نے جواب دیا کہ یہ بھی کوئی پوچھنے کی بات</w:t>
      </w:r>
    </w:p>
    <w:p>
      <w:r>
        <w:rPr>
          <w:b/>
        </w:rPr>
        <w:t xml:space="preserve">[01:31] </w:t>
      </w:r>
      <w:r>
        <w:t>hai? kya yeh bhi koi poochne ki baat hai? yeh ek bohat bara paigham is ke andar hai.</w:t>
      </w:r>
    </w:p>
    <w:p>
      <w:pPr>
        <w:jc w:val="right"/>
      </w:pPr>
      <w:r>
        <w:t>ہے؟ کیا یہ بھی کوئی پوچھنے کی بات ہے؟ یہ ایک بہت بڑا پیغام اس کے اندر ہے۔</w:t>
      </w:r>
    </w:p>
    <w:p>
      <w:r>
        <w:rPr>
          <w:b/>
        </w:rPr>
        <w:t xml:space="preserve">[01:38] </w:t>
      </w:r>
      <w:r>
        <w:t>woh kya aap ko peshgi kuch baton ko janna chahiye? nahin janenge to aap kuch duniya mein</w:t>
      </w:r>
    </w:p>
    <w:p>
      <w:pPr>
        <w:jc w:val="right"/>
      </w:pPr>
      <w:r>
        <w:t>وہ کیا آپ کو پیشگی کچھ باتوں کو جاننا چاہیے؟ نہیں جانیں گے تو آپ کچھ دنیا میں</w:t>
      </w:r>
    </w:p>
    <w:p>
      <w:r>
        <w:rPr>
          <w:b/>
        </w:rPr>
        <w:t xml:space="preserve">[01:44] </w:t>
      </w:r>
      <w:r>
        <w:t>kar nahin sakte.</w:t>
      </w:r>
    </w:p>
    <w:p>
      <w:pPr>
        <w:jc w:val="right"/>
      </w:pPr>
      <w:r>
        <w:t>کر نہیں سکتے۔</w:t>
      </w:r>
    </w:p>
    <w:p>
      <w:r>
        <w:rPr>
          <w:b/>
        </w:rPr>
        <w:t xml:space="preserve">[01:51] </w:t>
      </w:r>
      <w:r>
        <w:t>bataye baghair janna chahiye.</w:t>
      </w:r>
    </w:p>
    <w:p>
      <w:pPr>
        <w:jc w:val="right"/>
      </w:pPr>
      <w:r>
        <w:t>بتائے بغیر جاننا چاہیے۔</w:t>
      </w:r>
    </w:p>
    <w:p>
      <w:r>
        <w:rPr>
          <w:b/>
        </w:rPr>
        <w:t xml:space="preserve">[01:57] </w:t>
      </w:r>
      <w:r>
        <w:t>to mujhe yaad aaya ke roos mein aik bohat bara musannif tha, leo talstai.</w:t>
      </w:r>
    </w:p>
    <w:p>
      <w:pPr>
        <w:jc w:val="right"/>
      </w:pPr>
      <w:r>
        <w:t>تو مجھے یاد آیا کہ روس میں ایک بہت بڑا مصنف تھا، لیو ٹالسٹائی۔</w:t>
      </w:r>
    </w:p>
    <w:p>
      <w:r>
        <w:rPr>
          <w:b/>
        </w:rPr>
        <w:t xml:space="preserve">[02:04] </w:t>
      </w:r>
      <w:r>
        <w:t>is ki aik kitaab hai jo fiction ki zabaan mein hai, "War and Peace" par, jang aur aman par.</w:t>
      </w:r>
    </w:p>
    <w:p>
      <w:pPr>
        <w:jc w:val="right"/>
      </w:pPr>
      <w:r>
        <w:t>اس کی ایک کتاب ہے جو فکشن کی زبان میں ہے، "War and Peace" پر، جنگ اور امن پر۔</w:t>
      </w:r>
    </w:p>
    <w:p>
      <w:r>
        <w:rPr>
          <w:b/>
        </w:rPr>
        <w:t xml:space="preserve">[02:10] </w:t>
      </w:r>
      <w:r>
        <w:t>leo talstai ki fawwat hui thi 1910 mein.</w:t>
      </w:r>
    </w:p>
    <w:p>
      <w:pPr>
        <w:jc w:val="right"/>
      </w:pPr>
      <w:r>
        <w:t>لیو ٹالسٹائی کی وفات ہوئی تھی 1910 میں۔</w:t>
      </w:r>
    </w:p>
    <w:p>
      <w:r>
        <w:rPr>
          <w:b/>
        </w:rPr>
        <w:t xml:space="preserve">[02:17] </w:t>
      </w:r>
      <w:r>
        <w:t>to us ne yeh kitaab likhi thi roosi zabaan mein, phir bohat si zabaanon mein is ka tarjuma</w:t>
      </w:r>
    </w:p>
    <w:p>
      <w:pPr>
        <w:jc w:val="right"/>
      </w:pPr>
      <w:r>
        <w:t>تو اس نے یہ کتاب لکھی تھی روسی زبان میں، پھر بہت سی زبانوں میں اس کا ترجمہ</w:t>
      </w:r>
    </w:p>
    <w:p>
      <w:r>
        <w:rPr>
          <w:b/>
        </w:rPr>
        <w:t xml:space="preserve">[02:23] </w:t>
      </w:r>
      <w:r>
        <w:t>hua, bashmul angrezi.</w:t>
      </w:r>
    </w:p>
    <w:p>
      <w:pPr>
        <w:jc w:val="right"/>
      </w:pPr>
      <w:r>
        <w:t>ہوا، بشمول انگریزی۔</w:t>
      </w:r>
    </w:p>
    <w:p>
      <w:r>
        <w:rPr>
          <w:b/>
        </w:rPr>
        <w:t xml:space="preserve">[02:29] </w:t>
      </w:r>
      <w:r>
        <w:t>to yeh unwaan angrezi ka hai, "War and Peace".</w:t>
      </w:r>
    </w:p>
    <w:p>
      <w:pPr>
        <w:jc w:val="right"/>
      </w:pPr>
      <w:r>
        <w:t>تو یہ عنوان انگریزی کا ہے، "War and Peace"۔</w:t>
      </w:r>
    </w:p>
    <w:p>
      <w:r>
        <w:rPr>
          <w:b/>
        </w:rPr>
        <w:t xml:space="preserve">[02:36] </w:t>
      </w:r>
      <w:r>
        <w:t>yeh kitaab 1200 se ziyada safhaat ki hai, novel ki zabaan mein.</w:t>
      </w:r>
    </w:p>
    <w:p>
      <w:pPr>
        <w:jc w:val="right"/>
      </w:pPr>
      <w:r>
        <w:t>یہ کتاب 1200 سے زیادہ صفحات کی ہے، ناول کی زبان میں۔</w:t>
      </w:r>
    </w:p>
    <w:p>
      <w:r>
        <w:rPr>
          <w:b/>
        </w:rPr>
        <w:t xml:space="preserve">[02:42] </w:t>
      </w:r>
      <w:r>
        <w:t>yani "How to Establish Peace" is ko unhon ne yeh mozu hai is ka, lekin fiction ki zabaan mein hai.</w:t>
      </w:r>
    </w:p>
    <w:p>
      <w:pPr>
        <w:jc w:val="right"/>
      </w:pPr>
      <w:r>
        <w:t>یعنی "How to Establish Peace" اس کو انہوں نے یہ موضوع ہے اس کا، لیکن فکشن کی زبان میں ہے۔</w:t>
      </w:r>
    </w:p>
    <w:p>
      <w:r>
        <w:rPr>
          <w:b/>
        </w:rPr>
        <w:t xml:space="preserve">[02:49] </w:t>
      </w:r>
      <w:r>
        <w:t>us ne kitaab ko jo shuru kiya hai to us ne chand bachon ki kahani likhi hai.</w:t>
      </w:r>
    </w:p>
    <w:p>
      <w:pPr>
        <w:jc w:val="right"/>
      </w:pPr>
      <w:r>
        <w:t>اس نے کتاب کو جو شروع کیا ہے تو اس نے چند بچوں کی کہانی لکھی ہے۔</w:t>
      </w:r>
    </w:p>
    <w:p>
      <w:r>
        <w:rPr>
          <w:b/>
        </w:rPr>
        <w:t xml:space="preserve">[02:55] </w:t>
      </w:r>
      <w:r>
        <w:t>isi se shuru kiya kitaab ko us ne.</w:t>
      </w:r>
    </w:p>
    <w:p>
      <w:pPr>
        <w:jc w:val="right"/>
      </w:pPr>
      <w:r>
        <w:t>اسی سے شروع کیا کتاب کو اس نے۔</w:t>
      </w:r>
    </w:p>
    <w:p>
      <w:r>
        <w:rPr>
          <w:b/>
        </w:rPr>
        <w:t xml:space="preserve">[03:02] </w:t>
      </w:r>
      <w:r>
        <w:t>us ne likha hai ke agar dunya bachon ke culture ko jaan le to chand second mein dunya</w:t>
      </w:r>
    </w:p>
    <w:p>
      <w:pPr>
        <w:jc w:val="right"/>
      </w:pPr>
      <w:r>
        <w:t>اس نے لکھا ہے کہ اگر دنیا بچوں کے کلچر کو جان لے تو چند سیکنڈ میں دنیا</w:t>
      </w:r>
    </w:p>
    <w:p>
      <w:r>
        <w:rPr>
          <w:b/>
        </w:rPr>
        <w:t xml:space="preserve">[03:08] </w:t>
      </w:r>
      <w:r>
        <w:t>mein aman qaim ho jaye ga.</w:t>
      </w:r>
    </w:p>
    <w:p>
      <w:pPr>
        <w:jc w:val="right"/>
      </w:pPr>
      <w:r>
        <w:t>میں امن قائم ہو جائے گا۔</w:t>
      </w:r>
    </w:p>
    <w:p>
      <w:r>
        <w:rPr>
          <w:b/>
        </w:rPr>
        <w:t xml:space="preserve">[03:15] </w:t>
      </w:r>
      <w:r>
        <w:t>ke bachay khelte hain, aapas mein lar bhi jaate hain, lekin phir is ke baad waise hi ke</w:t>
      </w:r>
    </w:p>
    <w:p>
      <w:pPr>
        <w:jc w:val="right"/>
      </w:pPr>
      <w:r>
        <w:t>کہ بچے کھیلتے ہیں، آپس میں لڑ بھی جاتے ہیں، لیکن پھر اس کے بعد ویسے ہی کے</w:t>
      </w:r>
    </w:p>
    <w:p>
      <w:r>
        <w:rPr>
          <w:b/>
        </w:rPr>
        <w:t xml:space="preserve">[03:21] </w:t>
      </w:r>
      <w:r>
        <w:t>waise ho jaate hain.</w:t>
      </w:r>
    </w:p>
    <w:p>
      <w:pPr>
        <w:jc w:val="right"/>
      </w:pPr>
      <w:r>
        <w:t>ویسے ہو جاتے ہیں۔</w:t>
      </w:r>
    </w:p>
    <w:p>
      <w:r>
        <w:rPr>
          <w:b/>
        </w:rPr>
        <w:t xml:space="preserve">[03:28] </w:t>
      </w:r>
      <w:r>
        <w:t>abhi laray, abhi waise hi ke waise.</w:t>
      </w:r>
    </w:p>
    <w:p>
      <w:pPr>
        <w:jc w:val="right"/>
      </w:pPr>
      <w:r>
        <w:t>ابھی لڑے، ابھی ویسے ہی کے ویسے۔</w:t>
      </w:r>
    </w:p>
    <w:p>
      <w:r>
        <w:rPr>
          <w:b/>
        </w:rPr>
        <w:t xml:space="preserve">[03:34] </w:t>
      </w:r>
      <w:r>
        <w:t>yani ikhtilaf ke bawajood waise hi ke waise rehna.</w:t>
      </w:r>
    </w:p>
    <w:p>
      <w:pPr>
        <w:jc w:val="right"/>
      </w:pPr>
      <w:r>
        <w:t>یعنی اختلاف کے باوجود ویسے ہی کے ویسے رہنا۔</w:t>
      </w:r>
    </w:p>
    <w:p>
      <w:r>
        <w:rPr>
          <w:b/>
        </w:rPr>
        <w:t xml:space="preserve">[03:40] </w:t>
      </w:r>
      <w:r>
        <w:t>ikhtilafat ke bawajood bilkul puraman tareeqay se aik doosre ke sath rehna.</w:t>
      </w:r>
    </w:p>
    <w:p>
      <w:pPr>
        <w:jc w:val="right"/>
      </w:pPr>
      <w:r>
        <w:t>اختلافات کے باوجود بالکل پُرامن طریقے سے ایک دوسرے کے ساتھ رہنا۔</w:t>
      </w:r>
    </w:p>
    <w:p>
      <w:r>
        <w:rPr>
          <w:b/>
        </w:rPr>
        <w:t xml:space="preserve">[03:47] </w:t>
      </w:r>
      <w:r>
        <w:t>yeh bachcha sikhata hai, yeh hai bachcha culture.</w:t>
      </w:r>
    </w:p>
    <w:p>
      <w:pPr>
        <w:jc w:val="right"/>
      </w:pPr>
      <w:r>
        <w:t>یہ بچہ سکھاتا ہے، یہ ہے بچہ کلچر۔</w:t>
      </w:r>
    </w:p>
    <w:p>
      <w:r>
        <w:rPr>
          <w:b/>
        </w:rPr>
        <w:t xml:space="preserve">[03:53] </w:t>
      </w:r>
      <w:r>
        <w:t>aap ne dekha hoga bachay jab khelte hain to aapas mein lar bhi jaate hain, lekin is se</w:t>
      </w:r>
    </w:p>
    <w:p>
      <w:pPr>
        <w:jc w:val="right"/>
      </w:pPr>
      <w:r>
        <w:t>آپ نے دیکھا ہوگا بچے جب کھیلتے ہیں تو آپس میں لڑ بھی جاتے ہیں، لیکن اس سے</w:t>
      </w:r>
    </w:p>
    <w:p>
      <w:r>
        <w:rPr>
          <w:b/>
        </w:rPr>
        <w:t xml:space="preserve">[04:00] </w:t>
      </w:r>
      <w:r>
        <w:t>un ke andar nafrat nahi aati.</w:t>
      </w:r>
    </w:p>
    <w:p>
      <w:pPr>
        <w:jc w:val="right"/>
      </w:pPr>
      <w:r>
        <w:t>ان کے اندر نفرت نہیں آتی۔</w:t>
      </w:r>
    </w:p>
    <w:p>
      <w:r>
        <w:rPr>
          <w:b/>
        </w:rPr>
        <w:t xml:space="preserve">[04:06] </w:t>
      </w:r>
      <w:r>
        <w:t>wo tashaddud nahi karte.</w:t>
      </w:r>
    </w:p>
    <w:p>
      <w:pPr>
        <w:jc w:val="right"/>
      </w:pPr>
      <w:r>
        <w:t>وہ تشدد نہیں کرتے۔</w:t>
      </w:r>
    </w:p>
    <w:p>
      <w:r>
        <w:rPr>
          <w:b/>
        </w:rPr>
        <w:t xml:space="preserve">[04:13] </w:t>
      </w:r>
      <w:r>
        <w:t>to us ne is ko misaal diya hai ke fitrat ne bachay ki shakal mein hamein bataya hai</w:t>
      </w:r>
    </w:p>
    <w:p>
      <w:pPr>
        <w:jc w:val="right"/>
      </w:pPr>
      <w:r>
        <w:t>تو اس نے اس کو مثال دیا ہے کہ فطرت نے بچے کی شکل میں ہمیں بتایا ہے</w:t>
      </w:r>
    </w:p>
    <w:p>
      <w:r>
        <w:rPr>
          <w:b/>
        </w:rPr>
        <w:t xml:space="preserve">[04:19] </w:t>
      </w:r>
      <w:r>
        <w:t>ke "How to Live with Peace".</w:t>
      </w:r>
    </w:p>
    <w:p>
      <w:pPr>
        <w:jc w:val="right"/>
      </w:pPr>
      <w:r>
        <w:t>کہ "How to Live with Peace"۔</w:t>
      </w:r>
    </w:p>
    <w:p>
      <w:r>
        <w:rPr>
          <w:b/>
        </w:rPr>
        <w:t xml:space="preserve">[04:26] </w:t>
      </w:r>
      <w:r>
        <w:t>ikhtilafat to hon ge, hone do ikhtilafat, lekin tum tashaddud na bano.</w:t>
      </w:r>
    </w:p>
    <w:p>
      <w:pPr>
        <w:jc w:val="right"/>
      </w:pPr>
      <w:r>
        <w:t>اختلافات تو ہوں گے، ہونے دو اختلافات، لیکن تم تشدد نہ بنو۔</w:t>
      </w:r>
    </w:p>
    <w:p>
      <w:r>
        <w:rPr>
          <w:b/>
        </w:rPr>
        <w:t xml:space="preserve">[04:32] </w:t>
      </w:r>
      <w:r>
        <w:t>to is bachay ne yeh sabak diya.</w:t>
      </w:r>
    </w:p>
    <w:p>
      <w:pPr>
        <w:jc w:val="right"/>
      </w:pPr>
      <w:r>
        <w:t>تو اس بچے نے یہ سبق دیا۔</w:t>
      </w:r>
    </w:p>
    <w:p>
      <w:r>
        <w:rPr>
          <w:b/>
        </w:rPr>
        <w:t xml:space="preserve">[04:38] </w:t>
      </w:r>
      <w:r>
        <w:t>aap yahin baithiye, ab chaliye.</w:t>
      </w:r>
    </w:p>
    <w:p>
      <w:pPr>
        <w:jc w:val="right"/>
      </w:pPr>
      <w:r>
        <w:t>آپ یہیں بیٹھیے، اب چلیے۔</w:t>
      </w:r>
    </w:p>
    <w:p>
      <w:r>
        <w:rPr>
          <w:b/>
        </w:rPr>
        <w:t xml:space="preserve">[04:45] </w:t>
      </w:r>
      <w:r>
        <w:t>aaj hi aap ne dekha hoga, akhbar mein maine dekha ke kai jagah musalmanon ne bom mara.</w:t>
      </w:r>
    </w:p>
    <w:p>
      <w:pPr>
        <w:jc w:val="right"/>
      </w:pPr>
      <w:r>
        <w:t>آج ہی آپ نے دیکھا ہوگا، اخبار میں میں نے دیکھا کہ کئی جگہ مسلمانوں نے بم مارا۔</w:t>
      </w:r>
    </w:p>
    <w:p>
      <w:r>
        <w:rPr>
          <w:b/>
        </w:rPr>
        <w:t xml:space="preserve">[04:51] </w:t>
      </w:r>
      <w:r>
        <w:t>yani musalman ne musalman par mara, masjid mein mara, masjid mein.</w:t>
      </w:r>
    </w:p>
    <w:p>
      <w:pPr>
        <w:jc w:val="right"/>
      </w:pPr>
      <w:r>
        <w:t>یعنی مسلمان نے مسلمان پر مارا، مسجد میں مارا، مسجد میں۔</w:t>
      </w:r>
    </w:p>
    <w:p>
      <w:r>
        <w:rPr>
          <w:b/>
        </w:rPr>
        <w:t xml:space="preserve">[04:58] </w:t>
      </w:r>
      <w:r>
        <w:t>masjid mein kai log mare gaye.</w:t>
      </w:r>
    </w:p>
    <w:p>
      <w:pPr>
        <w:jc w:val="right"/>
      </w:pPr>
      <w:r>
        <w:t>مسجد میں کئی لوگ مارے گئے۔</w:t>
      </w:r>
    </w:p>
    <w:p>
      <w:r>
        <w:rPr>
          <w:b/>
        </w:rPr>
        <w:t xml:space="preserve">[05:04] </w:t>
      </w:r>
      <w:r>
        <w:t>aur rozana khabrein aati hain, aap ne dekha hoga, rozana.</w:t>
      </w:r>
    </w:p>
    <w:p>
      <w:pPr>
        <w:jc w:val="right"/>
      </w:pPr>
      <w:r>
        <w:t>اور روزانہ خبریں آتی ہیں، آپ نے دیکھا ہوگا، روزانہ۔</w:t>
      </w:r>
    </w:p>
    <w:p>
      <w:r>
        <w:rPr>
          <w:b/>
        </w:rPr>
        <w:t xml:space="preserve">[05:11] </w:t>
      </w:r>
      <w:r>
        <w:t>kashmir ki sarhad par aaj maine radio par suna ke bharti fauj ka ek jawan tha, muhammad firoz khan.</w:t>
      </w:r>
    </w:p>
    <w:p>
      <w:pPr>
        <w:jc w:val="right"/>
      </w:pPr>
      <w:r>
        <w:t>کشمیر کی سرحد پر آج میں نے ریڈیو پر سنا کہ بھارتی فوج کا ایک جوان تھا، محمد فیروز خان۔</w:t>
      </w:r>
    </w:p>
    <w:p>
      <w:r>
        <w:rPr>
          <w:b/>
        </w:rPr>
        <w:t xml:space="preserve">[05:17] </w:t>
      </w:r>
      <w:r>
        <w:t>muhammad firoz, haiderabad ka rehne wala.</w:t>
      </w:r>
    </w:p>
    <w:p>
      <w:pPr>
        <w:jc w:val="right"/>
      </w:pPr>
      <w:r>
        <w:t>محمد فیروز، حیدرآباد کا رہنے والا۔</w:t>
      </w:r>
    </w:p>
    <w:p>
      <w:r>
        <w:rPr>
          <w:b/>
        </w:rPr>
        <w:t xml:space="preserve">[05:24] </w:t>
      </w:r>
      <w:r>
        <w:t>isko nishana bana kar pakistani fauj ne mara.</w:t>
      </w:r>
    </w:p>
    <w:p>
      <w:pPr>
        <w:jc w:val="right"/>
      </w:pPr>
      <w:r>
        <w:t>اس کو نشانہ بنا کر پاکستانی فوج نے مارا۔</w:t>
      </w:r>
    </w:p>
    <w:p>
      <w:r>
        <w:rPr>
          <w:b/>
        </w:rPr>
        <w:t xml:space="preserve">[05:30] </w:t>
      </w:r>
      <w:r>
        <w:t>yahan bhi dekhen musalman ne musalman ko mara.</w:t>
      </w:r>
    </w:p>
    <w:p>
      <w:pPr>
        <w:jc w:val="right"/>
      </w:pPr>
      <w:r>
        <w:t>یہاں بھی دیکھیں مسلمان نے مسلمان کو مارا۔</w:t>
      </w:r>
    </w:p>
    <w:p>
      <w:r>
        <w:rPr>
          <w:b/>
        </w:rPr>
        <w:t xml:space="preserve">[05:37] </w:t>
      </w:r>
      <w:r>
        <w:t>is ka mani yeh hai ke musalman nahi jante ke quran mein kya likha hai.</w:t>
      </w:r>
    </w:p>
    <w:p>
      <w:pPr>
        <w:jc w:val="right"/>
      </w:pPr>
      <w:r>
        <w:t>اس کا معنی یہ ہے کہ مسلمان نہیں جانتے کہ قرآن میں کیا لکھا ہے۔</w:t>
      </w:r>
    </w:p>
    <w:p>
      <w:r>
        <w:rPr>
          <w:b/>
        </w:rPr>
        <w:t xml:space="preserve">[05:43] </w:t>
      </w:r>
      <w:r>
        <w:t>quran mein likha hai ke "man qatal man mutaammadan fajzaahu jahannum".</w:t>
      </w:r>
    </w:p>
    <w:p>
      <w:pPr>
        <w:jc w:val="right"/>
      </w:pPr>
      <w:r>
        <w:t>قرآن میں لکھا ہے کہ "من قتل من متعمد فجزاھو جہنم"۔</w:t>
      </w:r>
    </w:p>
    <w:p>
      <w:r>
        <w:rPr>
          <w:b/>
        </w:rPr>
        <w:t xml:space="preserve">[05:49] </w:t>
      </w:r>
      <w:r>
        <w:t>jo ek momin ko qatal kare, jaan boojh kar ke, to woh jahannum mein jayega.</w:t>
      </w:r>
    </w:p>
    <w:p>
      <w:pPr>
        <w:jc w:val="right"/>
      </w:pPr>
      <w:r>
        <w:t>جو ایک مومن کو قتل کرے، جان بوجھ کر کے، تو وہ جہنم میں جائے گا۔</w:t>
      </w:r>
    </w:p>
    <w:p>
      <w:r>
        <w:rPr>
          <w:b/>
        </w:rPr>
        <w:t xml:space="preserve">[05:56] </w:t>
      </w:r>
      <w:r>
        <w:t>to aap dekhen ke agar woh jante hain ke yeh jahannami feal hai to aisa karte woh hain.</w:t>
      </w:r>
    </w:p>
    <w:p>
      <w:pPr>
        <w:jc w:val="right"/>
      </w:pPr>
      <w:r>
        <w:t>تو آپ دیکھیں کہ اگر وہ جانتے ہیں کہ یہ جہنمی فعل ہے تو ایسا کرتے وہ ہیں۔</w:t>
      </w:r>
    </w:p>
    <w:p>
      <w:r>
        <w:rPr>
          <w:b/>
        </w:rPr>
        <w:t xml:space="preserve">[06:02] </w:t>
      </w:r>
      <w:r>
        <w:t>rozana aati hai khabar, bombari, khudkushi ho rahi hai.</w:t>
      </w:r>
    </w:p>
    <w:p>
      <w:pPr>
        <w:jc w:val="right"/>
      </w:pPr>
      <w:r>
        <w:t>روزانہ آتی ہے خبر، بمباری، خودکشی ہو رہی ہے۔</w:t>
      </w:r>
    </w:p>
    <w:p>
      <w:r>
        <w:rPr>
          <w:b/>
        </w:rPr>
        <w:t xml:space="preserve">[06:09] </w:t>
      </w:r>
      <w:r>
        <w:t>musalman aapas mein, yani doosron ko marein tab bhi haram hai, aapas mein marein tab bhi haram hai.</w:t>
      </w:r>
    </w:p>
    <w:p>
      <w:pPr>
        <w:jc w:val="right"/>
      </w:pPr>
      <w:r>
        <w:t>مسلمان آپس میں، یعنی دوسروں کو ماریں تب بھی حرام ہے، آپس میں ماریں تب بھی حرام ہے۔</w:t>
      </w:r>
    </w:p>
    <w:p>
      <w:r>
        <w:rPr>
          <w:b/>
        </w:rPr>
        <w:t xml:space="preserve">[06:15] </w:t>
      </w:r>
      <w:r>
        <w:t>yeh sab kyun hai? is liye ke log eid ul azha ke paigham ko nahi jante.</w:t>
      </w:r>
    </w:p>
    <w:p>
      <w:pPr>
        <w:jc w:val="right"/>
      </w:pPr>
      <w:r>
        <w:t>یہ سب کیوں ہے؟ اس لیے کہ لوگ عیدِ اضحیٰ کے پیغام کو نہیں جانتے۔</w:t>
      </w:r>
    </w:p>
    <w:p>
      <w:r>
        <w:rPr>
          <w:b/>
        </w:rPr>
        <w:t xml:space="preserve">[06:22] </w:t>
      </w:r>
      <w:r>
        <w:t>eid ul azha ka paigham kya hai woh nahi jante.</w:t>
      </w:r>
    </w:p>
    <w:p>
      <w:pPr>
        <w:jc w:val="right"/>
      </w:pPr>
      <w:r>
        <w:t>عیدِ اضحیٰ کا پیغام کیا ہے وہ نہیں جانتے۔</w:t>
      </w:r>
    </w:p>
    <w:p>
      <w:r>
        <w:rPr>
          <w:b/>
        </w:rPr>
        <w:t xml:space="preserve">[06:28] </w:t>
      </w:r>
      <w:r>
        <w:t>eid ul azha ka matlab kya ho sakta hai? janwar ko zabah karo, gosht khao aur khilao, yahi matlab</w:t>
      </w:r>
    </w:p>
    <w:p>
      <w:pPr>
        <w:jc w:val="right"/>
      </w:pPr>
      <w:r>
        <w:t>عیدِ اضحیٰ کا مطلب کیا ہو سکتا ہے؟ جانور کو ذبح کرو، گوشت کھاؤ اور کھلاؤ، یہی مطلب</w:t>
      </w:r>
    </w:p>
    <w:p>
      <w:r>
        <w:rPr>
          <w:b/>
        </w:rPr>
        <w:t xml:space="preserve">[06:35] </w:t>
      </w:r>
      <w:r>
        <w:t>hai eid ul azha ka.</w:t>
      </w:r>
    </w:p>
    <w:p>
      <w:pPr>
        <w:jc w:val="right"/>
      </w:pPr>
      <w:r>
        <w:t>ہے عیدِ اضحیٰ کا۔</w:t>
      </w:r>
    </w:p>
    <w:p>
      <w:r>
        <w:rPr>
          <w:b/>
        </w:rPr>
        <w:t xml:space="preserve">[06:41] </w:t>
      </w:r>
      <w:r>
        <w:t>halanke yeh eid ul azha nahi hai.</w:t>
      </w:r>
    </w:p>
    <w:p>
      <w:pPr>
        <w:jc w:val="right"/>
      </w:pPr>
      <w:r>
        <w:t>حالانکہ یہ عیدِ اضحیٰ نہیں ہے۔</w:t>
      </w:r>
    </w:p>
    <w:p>
      <w:r>
        <w:rPr>
          <w:b/>
        </w:rPr>
        <w:t xml:space="preserve">[06:47] </w:t>
      </w:r>
      <w:r>
        <w:t>eid ul azha jo hai haqeeqat mein yaad rakhiye, janwar qatal ka naam nahi hai.</w:t>
      </w:r>
    </w:p>
    <w:p>
      <w:pPr>
        <w:jc w:val="right"/>
      </w:pPr>
      <w:r>
        <w:t>عیدِ اضحیٰ جو ہے حقیقت میں یاد رکھیے، جانور قتل کا نام نہیں ہے۔</w:t>
      </w:r>
    </w:p>
    <w:p>
      <w:r>
        <w:rPr>
          <w:b/>
        </w:rPr>
        <w:t xml:space="preserve">[06:54] </w:t>
      </w:r>
      <w:r>
        <w:t>eid ul azha khud qatal ka naam hai.</w:t>
      </w:r>
    </w:p>
    <w:p>
      <w:pPr>
        <w:jc w:val="right"/>
      </w:pPr>
      <w:r>
        <w:t>عیدِ اضحیٰ خود قتل کا نام ہے۔</w:t>
      </w:r>
    </w:p>
    <w:p>
      <w:r>
        <w:rPr>
          <w:b/>
        </w:rPr>
        <w:t xml:space="preserve">[07:00] </w:t>
      </w:r>
      <w:r>
        <w:t>yani eid ul azha janwar qurbani ka naam nahi hai.</w:t>
      </w:r>
    </w:p>
    <w:p>
      <w:pPr>
        <w:jc w:val="right"/>
      </w:pPr>
      <w:r>
        <w:t>یعنی عیدِ اضحیٰ جانور قربانی کا نام نہیں ہے۔</w:t>
      </w:r>
    </w:p>
    <w:p>
      <w:r>
        <w:rPr>
          <w:b/>
        </w:rPr>
        <w:t xml:space="preserve">[07:07] </w:t>
      </w:r>
      <w:r>
        <w:t>eid ul azha khud qurbani ka naam hai.</w:t>
      </w:r>
    </w:p>
    <w:p>
      <w:pPr>
        <w:jc w:val="right"/>
      </w:pPr>
      <w:r>
        <w:t>عیدِ اضحیٰ خود قربانی کا نام ہے۔</w:t>
      </w:r>
    </w:p>
    <w:p>
      <w:r>
        <w:rPr>
          <w:b/>
        </w:rPr>
        <w:t xml:space="preserve">[07:13] </w:t>
      </w:r>
      <w:r>
        <w:t>woh kaise? woh main arz karta hoon.</w:t>
      </w:r>
    </w:p>
    <w:p>
      <w:pPr>
        <w:jc w:val="right"/>
      </w:pPr>
      <w:r>
        <w:t>وہ کیسے؟ وہ میں عرض کرتا ہوں۔</w:t>
      </w:r>
    </w:p>
    <w:p>
      <w:r>
        <w:rPr>
          <w:b/>
        </w:rPr>
        <w:t xml:space="preserve">[07:20] </w:t>
      </w:r>
      <w:r>
        <w:t>dekhen rasool Allah ke zamane mein sahaba ne poocha rasool Allah se, "ma hazi al-udhiya ya rasool Allah"</w:t>
      </w:r>
    </w:p>
    <w:p>
      <w:pPr>
        <w:jc w:val="right"/>
      </w:pPr>
      <w:r>
        <w:t>دیکھیں رسول اللہ کے زمانے میں صحابہ نے پوچھا رسول اللہ سے، "ما ھذی الاضحیٰ یا رسول اللہ"</w:t>
      </w:r>
    </w:p>
    <w:p>
      <w:r>
        <w:rPr>
          <w:b/>
        </w:rPr>
        <w:t xml:space="preserve">[07:26] </w:t>
      </w:r>
      <w:r>
        <w:t>yeh qurbani kya hai? yeh jo hum qurbani karte hain woh kya hai? woh aap ne farmaya ke</w:t>
      </w:r>
    </w:p>
    <w:p>
      <w:pPr>
        <w:jc w:val="right"/>
      </w:pPr>
      <w:r>
        <w:t>یہ قربانی کیا ہے؟ یہ جو ہم قربانی کرتے ہیں وہ کیا ہے؟ وہ آپ نے فرمایا کہ</w:t>
      </w:r>
    </w:p>
    <w:p>
      <w:r>
        <w:rPr>
          <w:b/>
        </w:rPr>
        <w:t xml:space="preserve">[07:33] </w:t>
      </w:r>
      <w:r>
        <w:t>"sunnat abikum ibrahim".</w:t>
      </w:r>
    </w:p>
    <w:p>
      <w:pPr>
        <w:jc w:val="right"/>
      </w:pPr>
      <w:r>
        <w:t>"سنت ابیکم ابراہیم"۔</w:t>
      </w:r>
    </w:p>
    <w:p>
      <w:r>
        <w:rPr>
          <w:b/>
        </w:rPr>
        <w:t xml:space="preserve">[07:39] </w:t>
      </w:r>
      <w:r>
        <w:t>tumhare baap ibrahim ki sunnat.</w:t>
      </w:r>
    </w:p>
    <w:p>
      <w:pPr>
        <w:jc w:val="right"/>
      </w:pPr>
      <w:r>
        <w:t>تمہارے باپ ابراہیم کی سنت۔</w:t>
      </w:r>
    </w:p>
    <w:p>
      <w:r>
        <w:rPr>
          <w:b/>
        </w:rPr>
        <w:t xml:space="preserve">[07:46] </w:t>
      </w:r>
      <w:r>
        <w:t>aap ghor kijiye ke hazrat ibrahim ne kya kiya tha? hazrat ibrahim ki umar hui thi 191.</w:t>
      </w:r>
    </w:p>
    <w:p>
      <w:pPr>
        <w:jc w:val="right"/>
      </w:pPr>
      <w:r>
        <w:t>آپ غور کیجئے کہ حضرت ابراہیم نے کیا کیا تھا؟ حضرت ابراہیم کی عمر ہوئی تھی 191۔</w:t>
      </w:r>
    </w:p>
    <w:p>
      <w:r>
        <w:rPr>
          <w:b/>
        </w:rPr>
        <w:t xml:space="preserve">[07:52] </w:t>
      </w:r>
      <w:r>
        <w:t>aur quran aur bible ke bayan ke mutabiq unhon ne sirf ek baar ek janwar qurban kiya tha. bas.</w:t>
      </w:r>
    </w:p>
    <w:p>
      <w:pPr>
        <w:jc w:val="right"/>
      </w:pPr>
      <w:r>
        <w:t>اور قرآن اور بائبل کے بیان کے مطابق انہوں نے صرف ایک بار ایک جانور قربان کیا تھا۔ بس۔</w:t>
      </w:r>
    </w:p>
    <w:p>
      <w:r>
        <w:rPr>
          <w:b/>
        </w:rPr>
        <w:t xml:space="preserve">[07:58] </w:t>
      </w:r>
      <w:r>
        <w:t>lekin apni zindagi to poora zindagi qurban karte rahe woh.</w:t>
      </w:r>
    </w:p>
    <w:p>
      <w:pPr>
        <w:jc w:val="right"/>
      </w:pPr>
      <w:r>
        <w:t>لیکن اپنی زندگی تو پورا زندگی قربان کرتے رہے وہ۔</w:t>
      </w:r>
    </w:p>
    <w:p>
      <w:r>
        <w:rPr>
          <w:b/>
        </w:rPr>
        <w:t xml:space="preserve">[08:05] </w:t>
      </w:r>
      <w:r>
        <w:t>poora zindagi yani 191 jo saal the unke, to sari zindagi dawat ke liye apne ko lagaye</w:t>
      </w:r>
    </w:p>
    <w:p>
      <w:pPr>
        <w:jc w:val="right"/>
      </w:pPr>
      <w:r>
        <w:t>پورا زندگی یعنی 191 جو سال تھے ان کے، تو ساری زندگی دعوت کے لیے اپنے کو لگائے</w:t>
      </w:r>
    </w:p>
    <w:p>
      <w:r>
        <w:rPr>
          <w:b/>
        </w:rPr>
        <w:t xml:space="preserve">[08:11] </w:t>
      </w:r>
      <w:r>
        <w:t>rahe, waqf karte rahe.</w:t>
      </w:r>
    </w:p>
    <w:p>
      <w:pPr>
        <w:jc w:val="right"/>
      </w:pPr>
      <w:r>
        <w:t>رہے، وقف کرتے رہے۔</w:t>
      </w:r>
    </w:p>
    <w:p>
      <w:r>
        <w:rPr>
          <w:b/>
        </w:rPr>
        <w:t xml:space="preserve">[08:18] </w:t>
      </w:r>
      <w:r>
        <w:t>yahi asal qurbani thi.</w:t>
      </w:r>
    </w:p>
    <w:p>
      <w:pPr>
        <w:jc w:val="right"/>
      </w:pPr>
      <w:r>
        <w:t>یہی اصل قربانی تھی۔</w:t>
      </w:r>
    </w:p>
    <w:p>
      <w:r>
        <w:rPr>
          <w:b/>
        </w:rPr>
        <w:t xml:space="preserve">[08:24] </w:t>
      </w:r>
      <w:r>
        <w:t>phir yeh eid al-udhiya jo hai kaha jata hai ke hazrat ismail ki qurbani ki yaadgar hai.</w:t>
      </w:r>
    </w:p>
    <w:p>
      <w:pPr>
        <w:jc w:val="right"/>
      </w:pPr>
      <w:r>
        <w:t>پھر یہ عیدِ اضحیٰ جو ہے کہا جاتا ہے کہ حضرت اسماعیل کی قربانی کی یادگار ہے۔</w:t>
      </w:r>
    </w:p>
    <w:p>
      <w:r>
        <w:rPr>
          <w:b/>
        </w:rPr>
        <w:t xml:space="preserve">[08:31] </w:t>
      </w:r>
      <w:r>
        <w:t>to is ke bare mein main kuch arz karna chahta hoon.</w:t>
      </w:r>
    </w:p>
    <w:p>
      <w:pPr>
        <w:jc w:val="right"/>
      </w:pPr>
      <w:r>
        <w:t>تو اس کے بارے میں میں کچھ عرض کرنا چاہتا ہوں۔</w:t>
      </w:r>
    </w:p>
    <w:p>
      <w:r>
        <w:rPr>
          <w:b/>
        </w:rPr>
        <w:t xml:space="preserve">[08:37] </w:t>
      </w:r>
      <w:r>
        <w:t>hazrat ibrahim ka zamana beesveen sadi isvi ka zamana hai.</w:t>
      </w:r>
    </w:p>
    <w:p>
      <w:pPr>
        <w:jc w:val="right"/>
      </w:pPr>
      <w:r>
        <w:t>حضرت ابراہیم کا زمانہ بیسویں صدی عیسوی کا زمانہ ہے۔</w:t>
      </w:r>
    </w:p>
    <w:p>
      <w:r>
        <w:rPr>
          <w:b/>
        </w:rPr>
        <w:t xml:space="preserve">[08:44] </w:t>
      </w:r>
      <w:r>
        <w:t>to woh iraq mein paida hue.</w:t>
      </w:r>
    </w:p>
    <w:p>
      <w:pPr>
        <w:jc w:val="right"/>
      </w:pPr>
      <w:r>
        <w:t>تو وہ عراق میں پیدا ہوئے۔</w:t>
      </w:r>
    </w:p>
    <w:p>
      <w:r>
        <w:rPr>
          <w:b/>
        </w:rPr>
        <w:t xml:space="preserve">[08:50] </w:t>
      </w:r>
      <w:r>
        <w:t>ur ek shehar hua karta tha us zamane mein wahan.</w:t>
      </w:r>
    </w:p>
    <w:p>
      <w:pPr>
        <w:jc w:val="right"/>
      </w:pPr>
      <w:r>
        <w:t>اُر ایک شہر ہوا کرتا تھا اس زمانے میں وہاں۔</w:t>
      </w:r>
    </w:p>
    <w:p>
      <w:r>
        <w:rPr>
          <w:b/>
        </w:rPr>
        <w:t xml:space="preserve">[08:56] </w:t>
      </w:r>
      <w:r>
        <w:t>unhon ne wahan tauheed ki dawat di.</w:t>
      </w:r>
    </w:p>
    <w:p>
      <w:pPr>
        <w:jc w:val="right"/>
      </w:pPr>
      <w:r>
        <w:t>انہوں نے وہاں توحید کی دعوت دی۔</w:t>
      </w:r>
    </w:p>
    <w:p>
      <w:r>
        <w:rPr>
          <w:b/>
        </w:rPr>
        <w:t xml:space="preserve">[09:03] </w:t>
      </w:r>
      <w:r>
        <w:t>lambi muddat tak dawat ka kaam karte rahe, daawti mission chalate rahe.</w:t>
      </w:r>
    </w:p>
    <w:p>
      <w:pPr>
        <w:jc w:val="right"/>
      </w:pPr>
      <w:r>
        <w:t>لمبی مدت تک دعوت کا کام کرتے رہے، دعوتی مشن چلاتے رہے۔</w:t>
      </w:r>
    </w:p>
    <w:p>
      <w:r>
        <w:rPr>
          <w:b/>
        </w:rPr>
        <w:t xml:space="preserve">[09:09] </w:t>
      </w:r>
      <w:r>
        <w:t>lekin koi ek bhi shakhs nahi hua jo aap ki dawat ko qubool kare.</w:t>
      </w:r>
    </w:p>
    <w:p>
      <w:pPr>
        <w:jc w:val="right"/>
      </w:pPr>
      <w:r>
        <w:t>لیکن کوئی ایک بھی شخص نہیں ہوا جو آپ کی دعوت کو قبول کرے۔</w:t>
      </w:r>
    </w:p>
    <w:p>
      <w:r>
        <w:rPr>
          <w:b/>
        </w:rPr>
        <w:t xml:space="preserve">[09:16] </w:t>
      </w:r>
      <w:r>
        <w:t>yahi sari nabiyon ka haal hua.</w:t>
      </w:r>
    </w:p>
    <w:p>
      <w:pPr>
        <w:jc w:val="right"/>
      </w:pPr>
      <w:r>
        <w:t>یہی ساری نبیوں کا حال ہوا۔</w:t>
      </w:r>
    </w:p>
    <w:p>
      <w:r>
        <w:rPr>
          <w:b/>
        </w:rPr>
        <w:t xml:space="preserve">[09:22] </w:t>
      </w:r>
      <w:r>
        <w:t>wajah kya thi? is zamane mein sari duniya mein shirk bator ek culture ke phaila hua tha.</w:t>
      </w:r>
    </w:p>
    <w:p>
      <w:pPr>
        <w:jc w:val="right"/>
      </w:pPr>
      <w:r>
        <w:t>وجہ کیا تھی؟ اس زمانے میں ساری دنیا میں شرک بطور ایک کلچر کے پھیلا ہوا تھا۔</w:t>
      </w:r>
    </w:p>
    <w:p>
      <w:r>
        <w:rPr>
          <w:b/>
        </w:rPr>
        <w:t xml:space="preserve">[09:29] </w:t>
      </w:r>
      <w:r>
        <w:t>social culture, siyasi culture, har jagah shirk ka ghalba tha.</w:t>
      </w:r>
    </w:p>
    <w:p>
      <w:pPr>
        <w:jc w:val="right"/>
      </w:pPr>
      <w:r>
        <w:t>سوشل کلچر، سیاسی کلچر، ہر جگہ شرک کا غلبہ تھا۔</w:t>
      </w:r>
    </w:p>
    <w:p>
      <w:r>
        <w:rPr>
          <w:b/>
        </w:rPr>
        <w:t xml:space="preserve">[09:35] </w:t>
      </w:r>
      <w:r>
        <w:t>aap is zamane ko aaj ke halaat mein le kar nahi soch sakte.</w:t>
      </w:r>
    </w:p>
    <w:p>
      <w:pPr>
        <w:jc w:val="right"/>
      </w:pPr>
      <w:r>
        <w:t>آپ اس زمانے کو آج کے حالات میں لے کر نہیں سوچ سکتے۔</w:t>
      </w:r>
    </w:p>
    <w:p>
      <w:r>
        <w:rPr>
          <w:b/>
        </w:rPr>
        <w:t xml:space="preserve">[09:42] </w:t>
      </w:r>
      <w:r>
        <w:t>aaj to secular culture hai, har aadmi secular andaaz mein sochta hai.</w:t>
      </w:r>
    </w:p>
    <w:p>
      <w:pPr>
        <w:jc w:val="right"/>
      </w:pPr>
      <w:r>
        <w:t>آج تو سیکولر کلچر ہے، ہر آدمی سیکولر انداز میں سوچتا ہے۔</w:t>
      </w:r>
    </w:p>
    <w:p>
      <w:r>
        <w:rPr>
          <w:b/>
        </w:rPr>
        <w:t xml:space="preserve">[09:48] </w:t>
      </w:r>
      <w:r>
        <w:t>is zamane mein shirk culture tha.</w:t>
      </w:r>
    </w:p>
    <w:p>
      <w:pPr>
        <w:jc w:val="right"/>
      </w:pPr>
      <w:r>
        <w:t>اس زمانے میں شرک کلچر تھا۔</w:t>
      </w:r>
    </w:p>
    <w:p>
      <w:r>
        <w:rPr>
          <w:b/>
        </w:rPr>
        <w:t xml:space="preserve">[09:55] </w:t>
      </w:r>
      <w:r>
        <w:t>yani paida hote hi aadmi shirk mein shart ho jata tha.</w:t>
      </w:r>
    </w:p>
    <w:p>
      <w:pPr>
        <w:jc w:val="right"/>
      </w:pPr>
      <w:r>
        <w:t>یعنی پیدا ہوتے ہی آدمی شرک میں شرط ہو جاتا تھا۔</w:t>
      </w:r>
    </w:p>
    <w:p>
      <w:r>
        <w:rPr>
          <w:b/>
        </w:rPr>
        <w:t xml:space="preserve">[10:01] </w:t>
      </w:r>
      <w:r>
        <w:t>is shart ki wajah se woh peghambar ki baat ko sambhal nahi pata tha.</w:t>
      </w:r>
    </w:p>
    <w:p>
      <w:pPr>
        <w:jc w:val="right"/>
      </w:pPr>
      <w:r>
        <w:t>اس شرط کی وجہ سے وہ پیغمبر کی بات کو سنبھال نہیں پاتا تھا۔</w:t>
      </w:r>
    </w:p>
    <w:p>
      <w:r>
        <w:rPr>
          <w:b/>
        </w:rPr>
        <w:t xml:space="preserve">[10:07] </w:t>
      </w:r>
      <w:r>
        <w:t>to Allah taala ne ek naya mansooba banaya, nayi mansoobah bandi ki, dawat ki.</w:t>
      </w:r>
    </w:p>
    <w:p>
      <w:pPr>
        <w:jc w:val="right"/>
      </w:pPr>
      <w:r>
        <w:t>تو اللہ تعالیٰ نے ایک نیا منصوبہ بنایا، نئی منصوبہ بندی کی، دعوت کی۔</w:t>
      </w:r>
    </w:p>
    <w:p>
      <w:r>
        <w:rPr>
          <w:b/>
        </w:rPr>
        <w:t xml:space="preserve">[10:14] </w:t>
      </w:r>
      <w:r>
        <w:t>ke ek nayi nasal banai jaye jo shart se pak ho.</w:t>
      </w:r>
    </w:p>
    <w:p>
      <w:pPr>
        <w:jc w:val="right"/>
      </w:pPr>
      <w:r>
        <w:t>کہ ایک نئی نسل بنائی جائے جو شرط سے پاک ہو۔</w:t>
      </w:r>
    </w:p>
    <w:p>
      <w:r>
        <w:rPr>
          <w:b/>
        </w:rPr>
        <w:t xml:space="preserve">[10:20] </w:t>
      </w:r>
      <w:r>
        <w:t>taake woh peghambar ki baat ko samajh sake.</w:t>
      </w:r>
    </w:p>
    <w:p>
      <w:pPr>
        <w:jc w:val="right"/>
      </w:pPr>
      <w:r>
        <w:t>تاکہ وہ پیغمبر کی بات کو سمجھ سکے۔</w:t>
      </w:r>
    </w:p>
    <w:p>
      <w:r>
        <w:rPr>
          <w:b/>
        </w:rPr>
        <w:t xml:space="preserve">[10:27] </w:t>
      </w:r>
      <w:r>
        <w:t>is ke liye ek bohat bari qurbani darkar thi.</w:t>
      </w:r>
    </w:p>
    <w:p>
      <w:pPr>
        <w:jc w:val="right"/>
      </w:pPr>
      <w:r>
        <w:t>اس کے لیے ایک بہت بڑی قربانی درکار تھی۔</w:t>
      </w:r>
    </w:p>
    <w:p>
      <w:r>
        <w:rPr>
          <w:b/>
        </w:rPr>
        <w:t xml:space="preserve">[10:33] </w:t>
      </w:r>
      <w:r>
        <w:t>kyun? yeh nasal ban sakti thi kisi saaron se door.</w:t>
      </w:r>
    </w:p>
    <w:p>
      <w:pPr>
        <w:jc w:val="right"/>
      </w:pPr>
      <w:r>
        <w:t>کیوں؟ یہ نسل بن سکتی تھی کسی ساروں سے دور۔</w:t>
      </w:r>
    </w:p>
    <w:p>
      <w:r>
        <w:rPr>
          <w:b/>
        </w:rPr>
        <w:t xml:space="preserve">[10:40] </w:t>
      </w:r>
      <w:r>
        <w:t>is insaan ki abadiyon se door.</w:t>
      </w:r>
    </w:p>
    <w:p>
      <w:pPr>
        <w:jc w:val="right"/>
      </w:pPr>
      <w:r>
        <w:t>اس انسان کی آبادیوں سے دور۔</w:t>
      </w:r>
    </w:p>
    <w:p>
      <w:r>
        <w:rPr>
          <w:b/>
        </w:rPr>
        <w:t xml:space="preserve">[10:46] </w:t>
      </w:r>
      <w:r>
        <w:t>jahan shirk ka culture tha us se door. yani sehra.</w:t>
      </w:r>
    </w:p>
    <w:p>
      <w:pPr>
        <w:jc w:val="right"/>
      </w:pPr>
      <w:r>
        <w:t>جہاں شرک کا کلچر تھا اس سے دور۔ یعنی صحرا۔</w:t>
      </w:r>
    </w:p>
    <w:p>
      <w:r>
        <w:rPr>
          <w:b/>
        </w:rPr>
        <w:t xml:space="preserve">[10:53] </w:t>
      </w:r>
      <w:r>
        <w:t>to yeh to bohat hi qurbani thi ke koi ja kar sehra mein rahe, wohin par base, wohin</w:t>
      </w:r>
    </w:p>
    <w:p>
      <w:pPr>
        <w:jc w:val="right"/>
      </w:pPr>
      <w:r>
        <w:t>تو یہ تو بہت ہی قربانی تھی کہ کوئی جا کر صحرا میں رہے، وہیں پر بسے، وہیں</w:t>
      </w:r>
    </w:p>
    <w:p>
      <w:r>
        <w:rPr>
          <w:b/>
        </w:rPr>
        <w:t xml:space="preserve">[10:59] </w:t>
      </w:r>
      <w:r>
        <w:t>par nasal tayyar ho.</w:t>
      </w:r>
    </w:p>
    <w:p>
      <w:pPr>
        <w:jc w:val="right"/>
      </w:pPr>
      <w:r>
        <w:t>پر نسل تیار ہو۔</w:t>
      </w:r>
    </w:p>
    <w:p>
      <w:r>
        <w:rPr>
          <w:b/>
        </w:rPr>
        <w:t xml:space="preserve">[11:05] </w:t>
      </w:r>
      <w:r>
        <w:t>wahan na khana hai, na pani hai, na panahgah hai, na kuch hai.</w:t>
      </w:r>
    </w:p>
    <w:p>
      <w:pPr>
        <w:jc w:val="right"/>
      </w:pPr>
      <w:r>
        <w:t>وہاں نہ کھانا ہے، نہ پانی ہے، نہ پناہ گاہ ہے، نہ کچھ ہے۔</w:t>
      </w:r>
    </w:p>
    <w:p>
      <w:r>
        <w:rPr>
          <w:b/>
        </w:rPr>
        <w:t xml:space="preserve">[11:12] </w:t>
      </w:r>
      <w:r>
        <w:t>to is mansoobe ke tehat Allah taala ne Hazrat Ibrahim ko ek khwab dikhaya.</w:t>
      </w:r>
    </w:p>
    <w:p>
      <w:pPr>
        <w:jc w:val="right"/>
      </w:pPr>
      <w:r>
        <w:t>تو اس منصوبے کے تحت اللہ تعالیٰ نے حضرت ابراہیم کو ایک خواب دکھایا۔</w:t>
      </w:r>
    </w:p>
    <w:p>
      <w:r>
        <w:rPr>
          <w:b/>
        </w:rPr>
        <w:t xml:space="preserve">[11:18] </w:t>
      </w:r>
      <w:r>
        <w:t>khwab mein aap ne dekha ke apne bete Ismail ko woh zabah kar rahe hain.</w:t>
      </w:r>
    </w:p>
    <w:p>
      <w:pPr>
        <w:jc w:val="right"/>
      </w:pPr>
      <w:r>
        <w:t>خواب میں آپ نے دیکھا کہ اپنے بیٹے اسماعیل کو وہ ذبح کر رہے ہیں۔</w:t>
      </w:r>
    </w:p>
    <w:p>
      <w:r>
        <w:rPr>
          <w:b/>
        </w:rPr>
        <w:t xml:space="preserve">[11:25] </w:t>
      </w:r>
      <w:r>
        <w:t>apne bete Ismail ka qatal kar rahe hain.</w:t>
      </w:r>
    </w:p>
    <w:p>
      <w:pPr>
        <w:jc w:val="right"/>
      </w:pPr>
      <w:r>
        <w:t>اپنے بیٹے اسماعیل کا قتل کر رہے ہیں۔</w:t>
      </w:r>
    </w:p>
    <w:p>
      <w:r>
        <w:rPr>
          <w:b/>
        </w:rPr>
        <w:t xml:space="preserve">[11:31] </w:t>
      </w:r>
      <w:r>
        <w:t>to Hazrat Ibrahim ne yeh samjha ke waqatan Allah taala ki marzi hai ke main apne bete ko</w:t>
      </w:r>
    </w:p>
    <w:p>
      <w:pPr>
        <w:jc w:val="right"/>
      </w:pPr>
      <w:r>
        <w:t>تو حضرت ابراہیم نے یہ سمجھا کہ واقعتاً اللہ تعالیٰ کی مرضی ہے کہ میں اپنے بیٹے کو</w:t>
      </w:r>
    </w:p>
    <w:p>
      <w:r>
        <w:rPr>
          <w:b/>
        </w:rPr>
        <w:t xml:space="preserve">[11:38] </w:t>
      </w:r>
      <w:r>
        <w:t>zabah kar doon.</w:t>
      </w:r>
    </w:p>
    <w:p>
      <w:pPr>
        <w:jc w:val="right"/>
      </w:pPr>
      <w:r>
        <w:t>ذبح کر دوں۔</w:t>
      </w:r>
    </w:p>
    <w:p>
      <w:r>
        <w:rPr>
          <w:b/>
        </w:rPr>
        <w:t xml:space="preserve">[11:44] </w:t>
      </w:r>
      <w:r>
        <w:t>to tayyar ho gaye woh.</w:t>
      </w:r>
    </w:p>
    <w:p>
      <w:pPr>
        <w:jc w:val="right"/>
      </w:pPr>
      <w:r>
        <w:t>تو تیار ہو گئے وہ۔</w:t>
      </w:r>
    </w:p>
    <w:p>
      <w:r>
        <w:rPr>
          <w:b/>
        </w:rPr>
        <w:t xml:space="preserve">[11:51] </w:t>
      </w:r>
      <w:r>
        <w:t>Quran mein hai ke unhon ne lita diya zabah karne ke liye.</w:t>
      </w:r>
    </w:p>
    <w:p>
      <w:pPr>
        <w:jc w:val="right"/>
      </w:pPr>
      <w:r>
        <w:t>قرآن میں ہے کہ انہوں نے لٹا دیا ذبح کرنے کے لیے۔</w:t>
      </w:r>
    </w:p>
    <w:p>
      <w:r>
        <w:rPr>
          <w:b/>
        </w:rPr>
        <w:t xml:space="preserve">[11:57] </w:t>
      </w:r>
      <w:r>
        <w:t>us waqt awaz aayi ke "Ae Ibrahim!</w:t>
      </w:r>
    </w:p>
    <w:p>
      <w:pPr>
        <w:jc w:val="right"/>
      </w:pPr>
      <w:r>
        <w:t>اس وقت آواز آئی کہ "اے ابراہیم!</w:t>
      </w:r>
    </w:p>
    <w:p>
      <w:r>
        <w:rPr>
          <w:b/>
        </w:rPr>
        <w:t xml:space="preserve">[12:04] </w:t>
      </w:r>
      <w:r>
        <w:t>qad sadqat al-ru'ya".</w:t>
      </w:r>
    </w:p>
    <w:p>
      <w:pPr>
        <w:jc w:val="right"/>
      </w:pPr>
      <w:r>
        <w:t>قد صدقت الرؤیا"۔</w:t>
      </w:r>
    </w:p>
    <w:p>
      <w:r>
        <w:rPr>
          <w:b/>
        </w:rPr>
        <w:t xml:space="preserve">[12:09] </w:t>
      </w:r>
      <w:r>
        <w:t>tum ne khwab ko sach kar dikhaya.</w:t>
      </w:r>
    </w:p>
    <w:p>
      <w:pPr>
        <w:jc w:val="right"/>
      </w:pPr>
      <w:r>
        <w:t>تم نے خواب کو سچ کر دکھایا۔</w:t>
      </w:r>
    </w:p>
    <w:p>
      <w:r>
        <w:rPr>
          <w:b/>
        </w:rPr>
        <w:t xml:space="preserve">[12:14] </w:t>
      </w:r>
      <w:r>
        <w:t>matlab kya hai? tum ne yeh sabit kar diya ke tum is mansoobe mein apne aap ko shamil</w:t>
      </w:r>
    </w:p>
    <w:p>
      <w:pPr>
        <w:jc w:val="right"/>
      </w:pPr>
      <w:r>
        <w:t>مطلب کیا ہے؟ تم نے یہ ثابت کر دیا کہ تم اس منصوبے میں اپنے آپ کو شامل</w:t>
      </w:r>
    </w:p>
    <w:p>
      <w:r>
        <w:rPr>
          <w:b/>
        </w:rPr>
        <w:t xml:space="preserve">[12:20] </w:t>
      </w:r>
      <w:r>
        <w:t>karne ke qabil ho.</w:t>
      </w:r>
    </w:p>
    <w:p>
      <w:pPr>
        <w:jc w:val="right"/>
      </w:pPr>
      <w:r>
        <w:t>کرنے کے قابل ہو۔</w:t>
      </w:r>
    </w:p>
    <w:p>
      <w:r>
        <w:rPr>
          <w:b/>
        </w:rPr>
        <w:t xml:space="preserve">[12:25] </w:t>
      </w:r>
      <w:r>
        <w:t>jis mein apne aap ko qurban karna hai.</w:t>
      </w:r>
    </w:p>
    <w:p>
      <w:pPr>
        <w:jc w:val="right"/>
      </w:pPr>
      <w:r>
        <w:t>جس میں اپنے آپ کو قربان کرنا ہے۔</w:t>
      </w:r>
    </w:p>
    <w:p>
      <w:r>
        <w:rPr>
          <w:b/>
        </w:rPr>
        <w:t xml:space="preserve">[12:31] </w:t>
      </w:r>
      <w:r>
        <w:t>apna aap ko karna hai.</w:t>
      </w:r>
    </w:p>
    <w:p>
      <w:pPr>
        <w:jc w:val="right"/>
      </w:pPr>
      <w:r>
        <w:t>اپنا آپ کو کرنا ہے۔</w:t>
      </w:r>
    </w:p>
    <w:p>
      <w:r>
        <w:rPr>
          <w:b/>
        </w:rPr>
        <w:t xml:space="preserve">[12:36] </w:t>
      </w:r>
      <w:r>
        <w:t>yani khud qurbani ke liye tum is qabil ho ke tumhara intikhab kiya jaye.</w:t>
      </w:r>
    </w:p>
    <w:p>
      <w:pPr>
        <w:jc w:val="right"/>
      </w:pPr>
      <w:r>
        <w:t>یعنی خود قربانی کے لیے تم اس قابل ہو کہ تمہارا انتخاب کیا جائے۔</w:t>
      </w:r>
    </w:p>
    <w:p>
      <w:r>
        <w:rPr>
          <w:b/>
        </w:rPr>
        <w:t xml:space="preserve">[12:42] </w:t>
      </w:r>
      <w:r>
        <w:t>chunanche kiya hua? yeh hukum hua ke tum ek meethe ko zabah kar do aur ismail ko bacha lo.</w:t>
      </w:r>
    </w:p>
    <w:p>
      <w:pPr>
        <w:jc w:val="right"/>
      </w:pPr>
      <w:r>
        <w:t>چنانچہ کیا ہوا؟ یہ حکم ہوا کہ تم ایک میٹھے کو ذبح کر دو اور اسماعیل کو بچا لو۔</w:t>
      </w:r>
    </w:p>
    <w:p>
      <w:r>
        <w:rPr>
          <w:b/>
        </w:rPr>
        <w:t xml:space="preserve">[12:47] </w:t>
      </w:r>
      <w:r>
        <w:t>meetha yani reham. reham.</w:t>
      </w:r>
    </w:p>
    <w:p>
      <w:pPr>
        <w:jc w:val="right"/>
      </w:pPr>
      <w:r>
        <w:t>میٹھا یعنی رحم۔ رحم۔</w:t>
      </w:r>
    </w:p>
    <w:p>
      <w:r>
        <w:rPr>
          <w:b/>
        </w:rPr>
        <w:t xml:space="preserve">[12:53] </w:t>
      </w:r>
      <w:r>
        <w:t>to quran mein ayat hai ke is is ke liye ke "wafadaynahu bizibhin azeem".</w:t>
      </w:r>
    </w:p>
    <w:p>
      <w:pPr>
        <w:jc w:val="right"/>
      </w:pPr>
      <w:r>
        <w:t>تو قرآن میں آیت ہے کہ اس اس کے لیے کہ "وفدیناھو بذبح عظیم"۔</w:t>
      </w:r>
    </w:p>
    <w:p>
      <w:r>
        <w:rPr>
          <w:b/>
        </w:rPr>
        <w:t xml:space="preserve">[12:58] </w:t>
      </w:r>
      <w:r>
        <w:t>is ka jo lafzi tarjuma hai woh yeh hai.</w:t>
      </w:r>
    </w:p>
    <w:p>
      <w:pPr>
        <w:jc w:val="right"/>
      </w:pPr>
      <w:r>
        <w:t>اس کا جو لفظی ترجمہ ہے وہ یہ ہے۔</w:t>
      </w:r>
    </w:p>
    <w:p>
      <w:r>
        <w:rPr>
          <w:b/>
        </w:rPr>
        <w:t xml:space="preserve">[13:04] </w:t>
      </w:r>
      <w:r>
        <w:t>aur chhora liya hum ne us ko badle ek qurbani bari ke.</w:t>
      </w:r>
    </w:p>
    <w:p>
      <w:pPr>
        <w:jc w:val="right"/>
      </w:pPr>
      <w:r>
        <w:t>اور چھوڑا لیا ہم نے اس کو بدلے ایک قربانی بڑی کے۔</w:t>
      </w:r>
    </w:p>
    <w:p>
      <w:r>
        <w:rPr>
          <w:b/>
        </w:rPr>
        <w:t xml:space="preserve">[13:09] </w:t>
      </w:r>
      <w:r>
        <w:t>ek bari qurbani ke badle us ko bacha liya.</w:t>
      </w:r>
    </w:p>
    <w:p>
      <w:pPr>
        <w:jc w:val="right"/>
      </w:pPr>
      <w:r>
        <w:t>ایک بڑی قربانی کے بدلے اس کو بچا لیا۔</w:t>
      </w:r>
    </w:p>
    <w:p>
      <w:r>
        <w:rPr>
          <w:b/>
        </w:rPr>
        <w:t xml:space="preserve">[13:15] </w:t>
      </w:r>
      <w:r>
        <w:t>is ka matlab kiya hai? log samajhte hain ke zabah azeem ka jo lafz hai woh woh is</w:t>
      </w:r>
    </w:p>
    <w:p>
      <w:pPr>
        <w:jc w:val="right"/>
      </w:pPr>
      <w:r>
        <w:t>اس کا مطلب کیا ہے؟ لوگ سمجھتے ہیں کہ ذبح عظیم کا جو لفظ ہے وہ وہ اس</w:t>
      </w:r>
    </w:p>
    <w:p>
      <w:r>
        <w:rPr>
          <w:b/>
        </w:rPr>
        <w:t xml:space="preserve">[13:20] </w:t>
      </w:r>
      <w:r>
        <w:t>se murad hai meetha yani reham.</w:t>
      </w:r>
    </w:p>
    <w:p>
      <w:pPr>
        <w:jc w:val="right"/>
      </w:pPr>
      <w:r>
        <w:t>سے مراد ہے میٹھا یعنی رحم۔</w:t>
      </w:r>
    </w:p>
    <w:p>
      <w:r>
        <w:rPr>
          <w:b/>
        </w:rPr>
        <w:t xml:space="preserve">[13:26] </w:t>
      </w:r>
      <w:r>
        <w:t>zabah azeem se murad hai bani ismail.</w:t>
      </w:r>
    </w:p>
    <w:p>
      <w:pPr>
        <w:jc w:val="right"/>
      </w:pPr>
      <w:r>
        <w:t>ذبح عظیم سے مراد ہے بنو اسماعیل۔</w:t>
      </w:r>
    </w:p>
    <w:p>
      <w:r>
        <w:rPr>
          <w:b/>
        </w:rPr>
        <w:t xml:space="preserve">[13:31] </w:t>
      </w:r>
      <w:r>
        <w:t>khud ismail murad hai is se.</w:t>
      </w:r>
    </w:p>
    <w:p>
      <w:pPr>
        <w:jc w:val="right"/>
      </w:pPr>
      <w:r>
        <w:t>خود اسماعیل مراد ہے اس سے۔</w:t>
      </w:r>
    </w:p>
    <w:p>
      <w:r>
        <w:rPr>
          <w:b/>
        </w:rPr>
        <w:t xml:space="preserve">[13:37] </w:t>
      </w:r>
      <w:r>
        <w:t>woh nahi murad hai.</w:t>
      </w:r>
    </w:p>
    <w:p>
      <w:pPr>
        <w:jc w:val="right"/>
      </w:pPr>
      <w:r>
        <w:t>وہ نہیں مراد ہے۔</w:t>
      </w:r>
    </w:p>
    <w:p>
      <w:r>
        <w:rPr>
          <w:b/>
        </w:rPr>
        <w:t xml:space="preserve">[13:42] </w:t>
      </w:r>
      <w:r>
        <w:t>woh to fidya bana tha.</w:t>
      </w:r>
    </w:p>
    <w:p>
      <w:pPr>
        <w:jc w:val="right"/>
      </w:pPr>
      <w:r>
        <w:t>وہ تو فدیہ بنا تھا۔</w:t>
      </w:r>
    </w:p>
    <w:p>
      <w:r>
        <w:rPr>
          <w:b/>
        </w:rPr>
        <w:t xml:space="preserve">[13:48] </w:t>
      </w:r>
      <w:r>
        <w:t>yani jo zabah azeem ka lafz jis mein aya hai quran majeed mein us se murad meetha nahi hai.</w:t>
      </w:r>
    </w:p>
    <w:p>
      <w:pPr>
        <w:jc w:val="right"/>
      </w:pPr>
      <w:r>
        <w:t>یعنی جو ذبح عظیم کا لفظ جس میں آیا ہے قرآن مجید میں اس سے مراد میٹھا نہیں ہے۔</w:t>
      </w:r>
    </w:p>
    <w:p>
      <w:r>
        <w:rPr>
          <w:b/>
        </w:rPr>
        <w:t xml:space="preserve">[13:53] </w:t>
      </w:r>
      <w:r>
        <w:t>aksar log jahan tak samajhte hain.</w:t>
      </w:r>
    </w:p>
    <w:p>
      <w:pPr>
        <w:jc w:val="right"/>
      </w:pPr>
      <w:r>
        <w:t>اکثر لوگ جہاں تک سمجھتے ہیں۔</w:t>
      </w:r>
    </w:p>
    <w:p>
      <w:r>
        <w:rPr>
          <w:b/>
        </w:rPr>
        <w:t xml:space="preserve">[13:59] </w:t>
      </w:r>
      <w:r>
        <w:t>balkeh khud ismail hain.</w:t>
      </w:r>
    </w:p>
    <w:p>
      <w:pPr>
        <w:jc w:val="right"/>
      </w:pPr>
      <w:r>
        <w:t>بلکہ خود اسماعیل ہیں۔</w:t>
      </w:r>
    </w:p>
    <w:p>
      <w:r>
        <w:rPr>
          <w:b/>
        </w:rPr>
        <w:t xml:space="preserve">[14:04] </w:t>
      </w:r>
      <w:r>
        <w:t>chunanche dekho sare ulma yeh mante hain, yeh kehte hain ke bolte hain ke ismail zibah ka lafz bolte hain. zibah.</w:t>
      </w:r>
    </w:p>
    <w:p>
      <w:pPr>
        <w:jc w:val="right"/>
      </w:pPr>
      <w:r>
        <w:t>چنانچہ دیکھیں سارے علماء یہ مانتے ہیں، یہ کہتے ہیں کہ بولتے ہیں کہ اسماعیل ذبیح کا لفظ بولتے ہیں۔ ذبیح۔</w:t>
      </w:r>
    </w:p>
    <w:p>
      <w:r>
        <w:rPr>
          <w:b/>
        </w:rPr>
        <w:t xml:space="preserve">[14:10] </w:t>
      </w:r>
      <w:r>
        <w:t>yahudiyon ka dawah hai ke ishaq zibah thay.</w:t>
      </w:r>
    </w:p>
    <w:p>
      <w:pPr>
        <w:jc w:val="right"/>
      </w:pPr>
      <w:r>
        <w:t>یہودیوں کا دعویٰ ہے کہ اسحاق ذبیح تھے۔</w:t>
      </w:r>
    </w:p>
    <w:p>
      <w:r>
        <w:rPr>
          <w:b/>
        </w:rPr>
        <w:t xml:space="preserve">[14:15] </w:t>
      </w:r>
      <w:r>
        <w:t>to hamare ulma kehte hain ke nahi, ismail zibah thay.</w:t>
      </w:r>
    </w:p>
    <w:p>
      <w:pPr>
        <w:jc w:val="right"/>
      </w:pPr>
      <w:r>
        <w:t>تو ہمارے علماء کہتے ہیں کہ نہیں، اسماعیل ذبیح تھے۔</w:t>
      </w:r>
    </w:p>
    <w:p>
      <w:r>
        <w:rPr>
          <w:b/>
        </w:rPr>
        <w:t xml:space="preserve">[14:21] </w:t>
      </w:r>
      <w:r>
        <w:t>to zabah kahan hui hai woh? hazrat ismail kahan zabah hui hai? jab aap ismail ko zibah kehte</w:t>
      </w:r>
    </w:p>
    <w:p>
      <w:pPr>
        <w:jc w:val="right"/>
      </w:pPr>
      <w:r>
        <w:t>تو ذبح کہاں ہوئی ہے وہ؟ حضرت اسماعیل کہاں ذبح ہوئی ہے؟ جب آپ اسماعیل کو ذبیح کہتے</w:t>
      </w:r>
    </w:p>
    <w:p>
      <w:r>
        <w:rPr>
          <w:b/>
        </w:rPr>
        <w:t xml:space="preserve">[14:26] </w:t>
      </w:r>
      <w:r>
        <w:t>hain to zabah kahan hui hai woh? jo waqia hua woh yeh hua ke un ko sehra mein basaya gaya.</w:t>
      </w:r>
    </w:p>
    <w:p>
      <w:pPr>
        <w:jc w:val="right"/>
      </w:pPr>
      <w:r>
        <w:t>ہیں تو ذبح کہاں ہوئی ہے وہ؟ جو واقعہ ہوا وہ یہ ہوا کہ ان کو صحرا میں بسایا گیا۔</w:t>
      </w:r>
    </w:p>
    <w:p>
      <w:r>
        <w:rPr>
          <w:b/>
        </w:rPr>
        <w:t xml:space="preserve">[14:32] </w:t>
      </w:r>
      <w:r>
        <w:t>un ki gardan par chhuri nahi chalai gayi.</w:t>
      </w:r>
    </w:p>
    <w:p>
      <w:pPr>
        <w:jc w:val="right"/>
      </w:pPr>
      <w:r>
        <w:t>ان کی گردن پر چھری نہیں چلائی گئی۔</w:t>
      </w:r>
    </w:p>
    <w:p>
      <w:r>
        <w:rPr>
          <w:b/>
        </w:rPr>
        <w:t xml:space="preserve">[14:37] </w:t>
      </w:r>
      <w:r>
        <w:t>is ka matlab kiya hai? ke jab aap bolte hain ismail zibah to woh hota hai khud qurbani</w:t>
      </w:r>
    </w:p>
    <w:p>
      <w:pPr>
        <w:jc w:val="right"/>
      </w:pPr>
      <w:r>
        <w:t>اس کا مطلب کیا ہے؟ کہ جب آپ بولتے ہیں اسماعیل ذبیح تو وہ ہوتا ہے خود قربانی</w:t>
      </w:r>
    </w:p>
    <w:p>
      <w:r>
        <w:rPr>
          <w:b/>
        </w:rPr>
        <w:t xml:space="preserve">[14:43] </w:t>
      </w:r>
      <w:r>
        <w:t>ke mani mein hota hai.</w:t>
      </w:r>
    </w:p>
    <w:p>
      <w:pPr>
        <w:jc w:val="right"/>
      </w:pPr>
      <w:r>
        <w:t>کے معنی میں ہوتا ہے۔</w:t>
      </w:r>
    </w:p>
    <w:p>
      <w:r>
        <w:rPr>
          <w:b/>
        </w:rPr>
        <w:t xml:space="preserve">[14:48] </w:t>
      </w:r>
      <w:r>
        <w:t>na ke jismani yani rohani qurbani ke mani mein hota hai.</w:t>
      </w:r>
    </w:p>
    <w:p>
      <w:pPr>
        <w:jc w:val="right"/>
      </w:pPr>
      <w:r>
        <w:t>نہ کہ جسمانی یعنی روحانی قربانی کے معنی میں ہوتا ہے۔</w:t>
      </w:r>
    </w:p>
    <w:p>
      <w:r>
        <w:rPr>
          <w:b/>
        </w:rPr>
        <w:t xml:space="preserve">[14:54] </w:t>
      </w:r>
      <w:r>
        <w:t>nah keh jismani qurbani ke mani mein.</w:t>
      </w:r>
    </w:p>
    <w:p>
      <w:pPr>
        <w:jc w:val="right"/>
      </w:pPr>
      <w:r>
        <w:t>نہ کہ جسمانی قربانی کے معنی میں۔</w:t>
      </w:r>
    </w:p>
    <w:p>
      <w:r>
        <w:rPr>
          <w:b/>
        </w:rPr>
        <w:t xml:space="preserve">[14:59] </w:t>
      </w:r>
      <w:r>
        <w:t>to yeh hai baat jis ko musalman jante nahin.</w:t>
      </w:r>
    </w:p>
    <w:p>
      <w:pPr>
        <w:jc w:val="right"/>
      </w:pPr>
      <w:r>
        <w:t>تو یہ ہے بات جس کو مسلمان جانتے نہیں۔</w:t>
      </w:r>
    </w:p>
    <w:p>
      <w:r>
        <w:rPr>
          <w:b/>
        </w:rPr>
        <w:t xml:space="preserve">[15:05] </w:t>
      </w:r>
      <w:r>
        <w:t>ab mein aik baat aur arz karunga keh har saal jo qurbani ki jati hai woh is</w:t>
      </w:r>
    </w:p>
    <w:p>
      <w:pPr>
        <w:jc w:val="right"/>
      </w:pPr>
      <w:r>
        <w:t>اب میں ایک بات اور عرض کروں گا کہ ہر سال جو قربانی کی جاتی ہے وہ اس</w:t>
      </w:r>
    </w:p>
    <w:p>
      <w:r>
        <w:rPr>
          <w:b/>
        </w:rPr>
        <w:t xml:space="preserve">[15:10] </w:t>
      </w:r>
      <w:r>
        <w:t>ka matlab kya hai? har saal aap jante hain keh Eid-e-Adha aati hai aur qurbani ki jati</w:t>
      </w:r>
    </w:p>
    <w:p>
      <w:pPr>
        <w:jc w:val="right"/>
      </w:pPr>
      <w:r>
        <w:t>کا مطلب کیا ہے؟ ہر سال آپ جانتے ہیں کہ عیدِ اضحیٰ آتی ہے اور قربانی کی جاتی</w:t>
      </w:r>
    </w:p>
    <w:p>
      <w:r>
        <w:rPr>
          <w:b/>
        </w:rPr>
        <w:t xml:space="preserve">[15:16] </w:t>
      </w:r>
      <w:r>
        <w:t>hai woh kya hai? woh asal mein alamati yaad-dehani hai keh Ibrahim ki qurbani ko dohrate raho.</w:t>
      </w:r>
    </w:p>
    <w:p>
      <w:pPr>
        <w:jc w:val="right"/>
      </w:pPr>
      <w:r>
        <w:t>ہے وہ کیا ہے؟ وہ اصل میں علامتی یاد دہانی ہے کہ ابراہیم کی قربانی کو دہراتے رہو۔</w:t>
      </w:r>
    </w:p>
    <w:p>
      <w:r>
        <w:rPr>
          <w:b/>
        </w:rPr>
        <w:t xml:space="preserve">[15:21] </w:t>
      </w:r>
      <w:r>
        <w:t>Ibrahim ki qurbani jo dohrane wala waqea hai woh bar bar dohrai hogi woh.</w:t>
      </w:r>
    </w:p>
    <w:p>
      <w:pPr>
        <w:jc w:val="right"/>
      </w:pPr>
      <w:r>
        <w:t>ابراہیم کی قربانی جو دہرایا جانے والا واقعہ ہے وہ بار بار دہرائی ہوگی وہ۔</w:t>
      </w:r>
    </w:p>
    <w:p>
      <w:r>
        <w:rPr>
          <w:b/>
        </w:rPr>
        <w:t xml:space="preserve">[15:27] </w:t>
      </w:r>
      <w:r>
        <w:t>yani aap ko dohrana hoga bar bar.</w:t>
      </w:r>
    </w:p>
    <w:p>
      <w:pPr>
        <w:jc w:val="right"/>
      </w:pPr>
      <w:r>
        <w:t>یعنی آپ کو دہرانا ہوگا بار بار۔</w:t>
      </w:r>
    </w:p>
    <w:p>
      <w:r>
        <w:rPr>
          <w:b/>
        </w:rPr>
        <w:t xml:space="preserve">[15:32] </w:t>
      </w:r>
      <w:r>
        <w:t>yeh har saal jo Eid-e-Adha ke mauqe par qurbani di jati hai woh woh alamati yaad-dehani</w:t>
      </w:r>
    </w:p>
    <w:p>
      <w:pPr>
        <w:jc w:val="right"/>
      </w:pPr>
      <w:r>
        <w:t>یہ ہر سال جو عیدِ اضحیٰ کے موقع پر قربانی دی جاتی ہے وہ وہ علامتی یاد دہانی</w:t>
      </w:r>
    </w:p>
    <w:p>
      <w:r>
        <w:rPr>
          <w:b/>
        </w:rPr>
        <w:t xml:space="preserve">[15:38] </w:t>
      </w:r>
      <w:r>
        <w:t>hota hai woh.</w:t>
      </w:r>
    </w:p>
    <w:p>
      <w:pPr>
        <w:jc w:val="right"/>
      </w:pPr>
      <w:r>
        <w:t>ہوتا ہے وہ۔</w:t>
      </w:r>
    </w:p>
    <w:p>
      <w:r>
        <w:rPr>
          <w:b/>
        </w:rPr>
        <w:t xml:space="preserve">[15:43] </w:t>
      </w:r>
      <w:r>
        <w:t>alamati yaad-dehani.</w:t>
      </w:r>
    </w:p>
    <w:p>
      <w:pPr>
        <w:jc w:val="right"/>
      </w:pPr>
      <w:r>
        <w:t>علامتی یاد دہانی۔</w:t>
      </w:r>
    </w:p>
    <w:p>
      <w:r>
        <w:rPr>
          <w:b/>
        </w:rPr>
        <w:t xml:space="preserve">[15:49] </w:t>
      </w:r>
      <w:r>
        <w:t>is ka matlab yeh hota hai keh aik aik har saal aik alamati andaaz mein yaad dilaya jata</w:t>
      </w:r>
    </w:p>
    <w:p>
      <w:pPr>
        <w:jc w:val="right"/>
      </w:pPr>
      <w:r>
        <w:t>اس کا مطلب یہ ہوتا ہے کہ ایک ایک ہر سال ایک علامتی انداز میں یاد دلایا جاتا</w:t>
      </w:r>
    </w:p>
    <w:p>
      <w:r>
        <w:rPr>
          <w:b/>
        </w:rPr>
        <w:t xml:space="preserve">[15:54] </w:t>
      </w:r>
      <w:r>
        <w:t>hai keh aey musalmanon!</w:t>
      </w:r>
    </w:p>
    <w:p>
      <w:pPr>
        <w:jc w:val="right"/>
      </w:pPr>
      <w:r>
        <w:t>ہے کہ اے مسلمانوں!</w:t>
      </w:r>
    </w:p>
    <w:p>
      <w:r>
        <w:rPr>
          <w:b/>
        </w:rPr>
        <w:t xml:space="preserve">[16:00] </w:t>
      </w:r>
      <w:r>
        <w:t>aap ko apnana hoga is culture ko.</w:t>
      </w:r>
    </w:p>
    <w:p>
      <w:pPr>
        <w:jc w:val="right"/>
      </w:pPr>
      <w:r>
        <w:t>آپ کو اپنانا ہوگا اس کلچر کو۔</w:t>
      </w:r>
    </w:p>
    <w:p>
      <w:r>
        <w:rPr>
          <w:b/>
        </w:rPr>
        <w:t xml:space="preserve">[16:03] </w:t>
      </w:r>
      <w:r>
        <w:t>jis ka namuna Hazrat Ibrahim ne pesh kiya tha.</w:t>
      </w:r>
    </w:p>
    <w:p>
      <w:pPr>
        <w:jc w:val="right"/>
      </w:pPr>
      <w:r>
        <w:t>جس کا نمونہ حضرت ابراہیم نے پیش کیا تھا۔</w:t>
      </w:r>
    </w:p>
    <w:p>
      <w:r>
        <w:rPr>
          <w:b/>
        </w:rPr>
        <w:t xml:space="preserve">[16:06] </w:t>
      </w:r>
      <w:r>
        <w:t>yani dawat ke liye mansooba bandi.</w:t>
      </w:r>
    </w:p>
    <w:p>
      <w:pPr>
        <w:jc w:val="right"/>
      </w:pPr>
      <w:r>
        <w:t>یعنی دعوت کے لیے منصوبہ بندی۔</w:t>
      </w:r>
    </w:p>
    <w:p>
      <w:r>
        <w:rPr>
          <w:b/>
        </w:rPr>
        <w:t xml:space="preserve">[16:09] </w:t>
      </w:r>
      <w:r>
        <w:t>hazrat ibrahim ne jo qurbani ki thi yeh nahi thi ke bas sehra mein basa diya khaali.</w:t>
      </w:r>
    </w:p>
    <w:p>
      <w:pPr>
        <w:jc w:val="right"/>
      </w:pPr>
      <w:r>
        <w:t>حضرت ابراہیم نے جو قربانی کی تھی یہ نہیں تھی کہ بس صحرا میں بسا دیا خالی۔</w:t>
      </w:r>
    </w:p>
    <w:p>
      <w:r>
        <w:rPr>
          <w:b/>
        </w:rPr>
        <w:t xml:space="preserve">[16:16] </w:t>
      </w:r>
      <w:r>
        <w:t>nahi, woh dawat ki ek taweel mudati mansooba bandi thi.</w:t>
      </w:r>
    </w:p>
    <w:p>
      <w:pPr>
        <w:jc w:val="right"/>
      </w:pPr>
      <w:r>
        <w:t>نہیں، وہ دعوت کی ایک طویل مدتی منصوبہ بندی تھی۔</w:t>
      </w:r>
    </w:p>
    <w:p>
      <w:r>
        <w:rPr>
          <w:b/>
        </w:rPr>
        <w:t xml:space="preserve">[16:21] </w:t>
      </w:r>
      <w:r>
        <w:t>us zamane ke halaat ke lehaz se.</w:t>
      </w:r>
    </w:p>
    <w:p>
      <w:pPr>
        <w:jc w:val="right"/>
      </w:pPr>
      <w:r>
        <w:t>اس زمانے کے حالات کے لحاظ سے۔</w:t>
      </w:r>
    </w:p>
    <w:p>
      <w:r>
        <w:rPr>
          <w:b/>
        </w:rPr>
        <w:t xml:space="preserve">[16:24] </w:t>
      </w:r>
      <w:r>
        <w:t>toh aaj ke lehaz se aap ko mustaqil taur par har nasal mein dawat ki mansooba bandi karna</w:t>
      </w:r>
    </w:p>
    <w:p>
      <w:pPr>
        <w:jc w:val="right"/>
      </w:pPr>
      <w:r>
        <w:t>تو آج کے لحاظ سے آپ کو مستقل طور پر ہر نسل میں دعوت کی منصوبہ بندی کرنا</w:t>
      </w:r>
    </w:p>
    <w:p>
      <w:r>
        <w:rPr>
          <w:b/>
        </w:rPr>
        <w:t xml:space="preserve">[16:31] </w:t>
      </w:r>
      <w:r>
        <w:t>padegi.</w:t>
      </w:r>
    </w:p>
    <w:p>
      <w:pPr>
        <w:jc w:val="right"/>
      </w:pPr>
      <w:r>
        <w:t>پڑے گی۔</w:t>
      </w:r>
    </w:p>
    <w:p>
      <w:r>
        <w:rPr>
          <w:b/>
        </w:rPr>
        <w:t xml:space="preserve">[16:33] </w:t>
      </w:r>
      <w:r>
        <w:t>ek mansooba bandi ke baad doosri nasal aayi toh phir mansooba bandi karni padegi, phir karni padegi</w:t>
      </w:r>
    </w:p>
    <w:p>
      <w:pPr>
        <w:jc w:val="right"/>
      </w:pPr>
      <w:r>
        <w:t>ایک منصوبہ بندی کے بعد دوسری نسل آئی تو پھر منصوبہ بندی کرنی پڑے گی، پھر کرنی پڑے</w:t>
      </w:r>
    </w:p>
    <w:p>
      <w:r>
        <w:rPr>
          <w:b/>
        </w:rPr>
        <w:t xml:space="preserve">[16:40] </w:t>
      </w:r>
      <w:r>
        <w:t>gi.</w:t>
      </w:r>
    </w:p>
    <w:p>
      <w:pPr>
        <w:jc w:val="right"/>
      </w:pPr>
      <w:r>
        <w:t>گی۔</w:t>
      </w:r>
    </w:p>
    <w:p>
      <w:r>
        <w:rPr>
          <w:b/>
        </w:rPr>
        <w:t xml:space="preserve">[16:42] </w:t>
      </w:r>
      <w:r>
        <w:t>jaise maujooda zamane mein mansooba bandi kiya karna hai aap ko? maujooda zamane mein mansooba bandi yeh karna</w:t>
      </w:r>
    </w:p>
    <w:p>
      <w:pPr>
        <w:jc w:val="right"/>
      </w:pPr>
      <w:r>
        <w:t>جیسے موجودہ زمانے میں منصوبہ بندی کیا کرنا ہے آپ کو؟ موجودہ زمانے میں منصوبہ بندی یہ کرنا</w:t>
      </w:r>
    </w:p>
    <w:p>
      <w:r>
        <w:rPr>
          <w:b/>
        </w:rPr>
        <w:t xml:space="preserve">[16:50] </w:t>
      </w:r>
      <w:r>
        <w:t>hai ke dawat ke mawaqe itne zyada badh gaye hain ke kabhi is se pehle nahi thay.</w:t>
      </w:r>
    </w:p>
    <w:p>
      <w:pPr>
        <w:jc w:val="right"/>
      </w:pPr>
      <w:r>
        <w:t>ہے کہ دعوت کے مواقع اتنے زیادہ بڑھ گئے ہیں کہ کبھی اس سے پہلے نہیں تھے۔</w:t>
      </w:r>
    </w:p>
    <w:p>
      <w:r>
        <w:rPr>
          <w:b/>
        </w:rPr>
        <w:t xml:space="preserve">[16:57] </w:t>
      </w:r>
      <w:r>
        <w:t>yani printing press ki wajah se aur yeh computer ki wajah se, e-culture ke zariye se, communication</w:t>
      </w:r>
    </w:p>
    <w:p>
      <w:pPr>
        <w:jc w:val="right"/>
      </w:pPr>
      <w:r>
        <w:t>یعنی پرنٹنگ پریس کی وجہ سے اور یہ کمپیوٹر کی وجہ سے، ای کلچر کے ذریعے سے، کمیونیکیشن</w:t>
      </w:r>
    </w:p>
    <w:p>
      <w:r>
        <w:rPr>
          <w:b/>
        </w:rPr>
        <w:t xml:space="preserve">[17:05] </w:t>
      </w:r>
      <w:r>
        <w:t>ki wajah se yeh mumkin ho gaya hai pehli baar tareekh mein ke aap aalmi satah par aap</w:t>
      </w:r>
    </w:p>
    <w:p>
      <w:pPr>
        <w:jc w:val="right"/>
      </w:pPr>
      <w:r>
        <w:t>کی وجہ سے یہ ممکن ہو گیا ہے پہلی بار تاریخ میں کہ آپ عالمی سطح پر آپ</w:t>
      </w:r>
    </w:p>
    <w:p>
      <w:r>
        <w:rPr>
          <w:b/>
        </w:rPr>
        <w:t xml:space="preserve">[17:12] </w:t>
      </w:r>
      <w:r>
        <w:t>dawat kar saken.</w:t>
      </w:r>
    </w:p>
    <w:p>
      <w:pPr>
        <w:jc w:val="right"/>
      </w:pPr>
      <w:r>
        <w:t>دعوت کر سکیں۔</w:t>
      </w:r>
    </w:p>
    <w:p>
      <w:r>
        <w:rPr>
          <w:b/>
        </w:rPr>
        <w:t xml:space="preserve">[17:14] </w:t>
      </w:r>
      <w:r>
        <w:t>pehli baar.</w:t>
      </w:r>
    </w:p>
    <w:p>
      <w:pPr>
        <w:jc w:val="right"/>
      </w:pPr>
      <w:r>
        <w:t>پہلی بار۔</w:t>
      </w:r>
    </w:p>
    <w:p>
      <w:r>
        <w:rPr>
          <w:b/>
        </w:rPr>
        <w:t xml:space="preserve">[17:15] </w:t>
      </w:r>
      <w:r>
        <w:t>aur saath saath kya hai? duniya mein mazhabi azaadi aa gaya.</w:t>
      </w:r>
    </w:p>
    <w:p>
      <w:pPr>
        <w:jc w:val="right"/>
      </w:pPr>
      <w:r>
        <w:t>اور ساتھ ساتھ کیا ہے؟ دنیا میں مذہبی آزادی آگیا۔</w:t>
      </w:r>
    </w:p>
    <w:p>
      <w:r>
        <w:rPr>
          <w:b/>
        </w:rPr>
        <w:t xml:space="preserve">[17:20] </w:t>
      </w:r>
      <w:r>
        <w:t>kabhi is se pehle tha nahi.</w:t>
      </w:r>
    </w:p>
    <w:p>
      <w:pPr>
        <w:jc w:val="right"/>
      </w:pPr>
      <w:r>
        <w:t>کبھی اس سے پہلے تھا نہیں۔</w:t>
      </w:r>
    </w:p>
    <w:p>
      <w:r>
        <w:rPr>
          <w:b/>
        </w:rPr>
        <w:t xml:space="preserve">[17:22] </w:t>
      </w:r>
      <w:r>
        <w:t>openness aa gaya.</w:t>
      </w:r>
    </w:p>
    <w:p>
      <w:pPr>
        <w:jc w:val="right"/>
      </w:pPr>
      <w:r>
        <w:t>اوپننس آگیا۔</w:t>
      </w:r>
    </w:p>
    <w:p>
      <w:r>
        <w:rPr>
          <w:b/>
        </w:rPr>
        <w:t xml:space="preserve">[17:24] </w:t>
      </w:r>
      <w:r>
        <w:t>pehlay aisa tha nahi.</w:t>
      </w:r>
    </w:p>
    <w:p>
      <w:pPr>
        <w:jc w:val="right"/>
      </w:pPr>
      <w:r>
        <w:t>پہلے ایسا تھا نہیں۔</w:t>
      </w:r>
    </w:p>
    <w:p>
      <w:r>
        <w:rPr>
          <w:b/>
        </w:rPr>
        <w:t xml:space="preserve">[17:25] </w:t>
      </w:r>
      <w:r>
        <w:t>aaj saare log ek mazhab wala doosre mazhab ki baaton ko sunne ke liye tayyar ho jatay hain</w:t>
      </w:r>
    </w:p>
    <w:p>
      <w:pPr>
        <w:jc w:val="right"/>
      </w:pPr>
      <w:r>
        <w:t>آج سارے لوگ ایک مذہب والا دوسرے مذہب کی باتوں کو سننے کے لیے تیار ہو جاتے ہیں</w:t>
      </w:r>
    </w:p>
    <w:p>
      <w:r>
        <w:rPr>
          <w:b/>
        </w:rPr>
        <w:t xml:space="preserve">[17:33] </w:t>
      </w:r>
      <w:r>
        <w:t>bohat aasani se.</w:t>
      </w:r>
    </w:p>
    <w:p>
      <w:pPr>
        <w:jc w:val="right"/>
      </w:pPr>
      <w:r>
        <w:t>بہت آسانی سے۔</w:t>
      </w:r>
    </w:p>
    <w:p>
      <w:r>
        <w:rPr>
          <w:b/>
        </w:rPr>
        <w:t xml:space="preserve">[17:35] </w:t>
      </w:r>
      <w:r>
        <w:t>kal mere paas telephone aaya ke indore mein ek bain al aqwami conference hui.</w:t>
      </w:r>
    </w:p>
    <w:p>
      <w:pPr>
        <w:jc w:val="right"/>
      </w:pPr>
      <w:r>
        <w:t>کل میرے پاس ٹیلی فون آیا کہ اندور میں ایک بین الاقوامی کانفرنس ہوئی۔</w:t>
      </w:r>
    </w:p>
    <w:p>
      <w:r>
        <w:rPr>
          <w:b/>
        </w:rPr>
        <w:t xml:space="preserve">[17:41] </w:t>
      </w:r>
      <w:r>
        <w:t>hamare saathi wahan par quran le gaye.</w:t>
      </w:r>
    </w:p>
    <w:p>
      <w:pPr>
        <w:jc w:val="right"/>
      </w:pPr>
      <w:r>
        <w:t>ہمارے ساتھی وہاں پر قرآن لے گئے۔</w:t>
      </w:r>
    </w:p>
    <w:p>
      <w:r>
        <w:rPr>
          <w:b/>
        </w:rPr>
        <w:t xml:space="preserve">[17:44] </w:t>
      </w:r>
      <w:r>
        <w:t>ab sab bohat shauq se lene lagay.</w:t>
      </w:r>
    </w:p>
    <w:p>
      <w:pPr>
        <w:jc w:val="right"/>
      </w:pPr>
      <w:r>
        <w:t>اب سب بہت شوق سے لینے لگے۔</w:t>
      </w:r>
    </w:p>
    <w:p>
      <w:r>
        <w:rPr>
          <w:b/>
        </w:rPr>
        <w:t xml:space="preserve">[17:47] </w:t>
      </w:r>
      <w:r>
        <w:t>bohat hi shauq se jaise ke woh koi bohat bara tohfa un ko mil raha hai, bohat tohfa</w:t>
      </w:r>
    </w:p>
    <w:p>
      <w:pPr>
        <w:jc w:val="right"/>
      </w:pPr>
      <w:r>
        <w:t>بہت ہی شوق سے جیسے کہ وہ کوئی بہت بڑا تحفہ ان کو مل رہا ہے، بہت تحفہ</w:t>
      </w:r>
    </w:p>
    <w:p>
      <w:r>
        <w:rPr>
          <w:b/>
        </w:rPr>
        <w:t xml:space="preserve">[17:54] </w:t>
      </w:r>
      <w:r>
        <w:t>mil raha hai.</w:t>
      </w:r>
    </w:p>
    <w:p>
      <w:pPr>
        <w:jc w:val="right"/>
      </w:pPr>
      <w:r>
        <w:t>مل رہا ہے۔</w:t>
      </w:r>
    </w:p>
    <w:p>
      <w:r>
        <w:rPr>
          <w:b/>
        </w:rPr>
        <w:t xml:space="preserve">[17:56] </w:t>
      </w:r>
      <w:r>
        <w:t>yeh sari dunya mein aise hi hamare saathi kar rahe hain aur har jagah aise hi ho raha</w:t>
      </w:r>
    </w:p>
    <w:p>
      <w:pPr>
        <w:jc w:val="right"/>
      </w:pPr>
      <w:r>
        <w:t>یہ ساری دنیا میں ایسے ہی ہمارے ساتھی کر رہے ہیں اور ہر جگہ ایسے ہی ہو رہا</w:t>
      </w:r>
    </w:p>
    <w:p>
      <w:r>
        <w:rPr>
          <w:b/>
        </w:rPr>
        <w:t xml:space="preserve">[18:04]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[18:05] </w:t>
      </w:r>
      <w:r>
        <w:t>to openness hai, communication hai, mazhabi azadi hai, aane jaane ki aasaniyan hain.</w:t>
      </w:r>
    </w:p>
    <w:p>
      <w:pPr>
        <w:jc w:val="right"/>
      </w:pPr>
      <w:r>
        <w:t>تو اوپننس ہے، کمیونیکیشن ہے، مذہبی آزادی ہے، آنے جانے کی آسانیاں ہیں۔</w:t>
      </w:r>
    </w:p>
    <w:p>
      <w:r>
        <w:rPr>
          <w:b/>
        </w:rPr>
        <w:t xml:space="preserve">[18:11] </w:t>
      </w:r>
      <w:r>
        <w:t>in sari mawaqe khul chuke hain.</w:t>
      </w:r>
    </w:p>
    <w:p>
      <w:pPr>
        <w:jc w:val="right"/>
      </w:pPr>
      <w:r>
        <w:t>ان ساری مواقع کھل چکے ہیں۔</w:t>
      </w:r>
    </w:p>
    <w:p>
      <w:r>
        <w:rPr>
          <w:b/>
        </w:rPr>
        <w:t xml:space="preserve">[18:13] </w:t>
      </w:r>
      <w:r>
        <w:t>sari mawaqe.</w:t>
      </w:r>
    </w:p>
    <w:p>
      <w:pPr>
        <w:jc w:val="right"/>
      </w:pPr>
      <w:r>
        <w:t>ساری مواقع۔</w:t>
      </w:r>
    </w:p>
    <w:p>
      <w:r>
        <w:rPr>
          <w:b/>
        </w:rPr>
        <w:t xml:space="preserve">[18:15] </w:t>
      </w:r>
      <w:r>
        <w:t>ab kya karna hai? ab jo aaj jo qurbani karna hai woh yeh hai ke aap jo musalman</w:t>
      </w:r>
    </w:p>
    <w:p>
      <w:pPr>
        <w:jc w:val="right"/>
      </w:pPr>
      <w:r>
        <w:t>اب کیا کرنا ہے؟ اب جو آج جو قربانی کرنا ہے وہ یہ ہے کہ آپ جو مسلمان</w:t>
      </w:r>
    </w:p>
    <w:p>
      <w:r>
        <w:rPr>
          <w:b/>
        </w:rPr>
        <w:t xml:space="preserve">[18:22] </w:t>
      </w:r>
      <w:r>
        <w:t>jo nafrat, tashaddud, military chala rahe hain woh mukammal taur par band kar di jaye.</w:t>
      </w:r>
    </w:p>
    <w:p>
      <w:pPr>
        <w:jc w:val="right"/>
      </w:pPr>
      <w:r>
        <w:t>جو نفرت، تشدد، ملٹری چلا رہے ہیں وہ مکمل طور پر بند کر دی جائے۔</w:t>
      </w:r>
    </w:p>
    <w:p>
      <w:r>
        <w:rPr>
          <w:b/>
        </w:rPr>
        <w:t xml:space="preserve">[18:29] </w:t>
      </w:r>
      <w:r>
        <w:t>yahi qurbani hai is zamane ki.</w:t>
      </w:r>
    </w:p>
    <w:p>
      <w:pPr>
        <w:jc w:val="right"/>
      </w:pPr>
      <w:r>
        <w:t>یہی قربانی ہے اس زمانے کی۔</w:t>
      </w:r>
    </w:p>
    <w:p>
      <w:r>
        <w:rPr>
          <w:b/>
        </w:rPr>
        <w:t xml:space="preserve">[18:31] </w:t>
      </w:r>
      <w:r>
        <w:t>is zamane mein qurbani yeh hai.</w:t>
      </w:r>
    </w:p>
    <w:p>
      <w:pPr>
        <w:jc w:val="right"/>
      </w:pPr>
      <w:r>
        <w:t>اس زمانے میں قربانی یہ ہے۔</w:t>
      </w:r>
    </w:p>
    <w:p>
      <w:r>
        <w:rPr>
          <w:b/>
        </w:rPr>
        <w:t xml:space="preserve">[18:34] </w:t>
      </w:r>
      <w:r>
        <w:t>qurbani kis liye hai? ke aap ko koi bhadak kar deta hai to aap bhadak uthte hain.</w:t>
      </w:r>
    </w:p>
    <w:p>
      <w:pPr>
        <w:jc w:val="right"/>
      </w:pPr>
      <w:r>
        <w:t>قربانی کس لئے ہے؟ کہ آپ کو کوئی بھڑک کر دیتا ہے تو آپ بھڑک اٹھتے ہیں۔</w:t>
      </w:r>
    </w:p>
    <w:p>
      <w:r>
        <w:rPr>
          <w:b/>
        </w:rPr>
        <w:t xml:space="preserve">[18:41] </w:t>
      </w:r>
      <w:r>
        <w:t>aap ko koi satata hai to aap bhadak uthte hain.</w:t>
      </w:r>
    </w:p>
    <w:p>
      <w:pPr>
        <w:jc w:val="right"/>
      </w:pPr>
      <w:r>
        <w:t>آپ کو کوئی ستاتا ہے تو آپ بھڑک اٹھتے ہیں۔</w:t>
      </w:r>
    </w:p>
    <w:p>
      <w:r>
        <w:rPr>
          <w:b/>
        </w:rPr>
        <w:t xml:space="preserve">[18:46] </w:t>
      </w:r>
      <w:r>
        <w:t>aap ko koi nuqsan kar deta hai to aap bhadak uthte hain.</w:t>
      </w:r>
    </w:p>
    <w:p>
      <w:pPr>
        <w:jc w:val="right"/>
      </w:pPr>
      <w:r>
        <w:t>آپ کو کوئی نقصان کر دیتا ہے تو آپ بھڑک اٹھتے ہیں۔</w:t>
      </w:r>
    </w:p>
    <w:p>
      <w:r>
        <w:rPr>
          <w:b/>
        </w:rPr>
        <w:t xml:space="preserve">[18:51] </w:t>
      </w:r>
      <w:r>
        <w:t>aur phir ladne lagte hain.</w:t>
      </w:r>
    </w:p>
    <w:p>
      <w:pPr>
        <w:jc w:val="right"/>
      </w:pPr>
      <w:r>
        <w:t>اور پھر لڑنے لگتے ہیں۔</w:t>
      </w:r>
    </w:p>
    <w:p>
      <w:r>
        <w:rPr>
          <w:b/>
        </w:rPr>
        <w:t xml:space="preserve">[18:53] </w:t>
      </w:r>
      <w:r>
        <w:t>yani kisi kisi haqeeqi ya ghair haqeeqi aitmad ki bina par, zulm ki bina par aap gun le</w:t>
      </w:r>
    </w:p>
    <w:p>
      <w:pPr>
        <w:jc w:val="right"/>
      </w:pPr>
      <w:r>
        <w:t>یعنی کسی کسی حقیقی یا غیر حقیقی اعتماد کی بنا پر، ظلم کی بنا پر آپ گن لے</w:t>
      </w:r>
    </w:p>
    <w:p>
      <w:r>
        <w:rPr>
          <w:b/>
        </w:rPr>
        <w:t xml:space="preserve">[19:01] </w:t>
      </w:r>
      <w:r>
        <w:t>kar aur bomb le kar khade ho jate hain.</w:t>
      </w:r>
    </w:p>
    <w:p>
      <w:pPr>
        <w:jc w:val="right"/>
      </w:pPr>
      <w:r>
        <w:t>کر اور بم لے کر کھڑے ہو جاتے ہیں۔</w:t>
      </w:r>
    </w:p>
    <w:p>
      <w:r>
        <w:rPr>
          <w:b/>
        </w:rPr>
        <w:t xml:space="preserve">[19:04] </w:t>
      </w:r>
      <w:r>
        <w:t>is se nahi kaam chalta to khudkushi baad mein karte hain.</w:t>
      </w:r>
    </w:p>
    <w:p>
      <w:pPr>
        <w:jc w:val="right"/>
      </w:pPr>
      <w:r>
        <w:t>اس سے نہیں کام چلتا تو خودکشی بعد میں کرتے ہیں۔</w:t>
      </w:r>
    </w:p>
    <w:p>
      <w:r>
        <w:rPr>
          <w:b/>
        </w:rPr>
        <w:t xml:space="preserve">[19:09] </w:t>
      </w:r>
      <w:r>
        <w:t>aaj ki qurbani yeh hai ke is kaam ko mukammal taur par band kar di jaye.</w:t>
      </w:r>
    </w:p>
    <w:p>
      <w:pPr>
        <w:jc w:val="right"/>
      </w:pPr>
      <w:r>
        <w:t>آج کی قربانی یہ ہے کہ اس کام کو مکمل طور پر بند کر دیا جائے۔</w:t>
      </w:r>
    </w:p>
    <w:p>
      <w:r>
        <w:rPr>
          <w:b/>
        </w:rPr>
        <w:t xml:space="preserve">[19:16] </w:t>
      </w:r>
      <w:r>
        <w:t>apne jazbat ko dabaiye.</w:t>
      </w:r>
    </w:p>
    <w:p>
      <w:pPr>
        <w:jc w:val="right"/>
      </w:pPr>
      <w:r>
        <w:t>اپنے جذبات کو دبائیے۔</w:t>
      </w:r>
    </w:p>
    <w:p>
      <w:r>
        <w:rPr>
          <w:b/>
        </w:rPr>
        <w:t xml:space="preserve">[19:18] </w:t>
      </w:r>
      <w:r>
        <w:t>apne jo aap bhadak ho jate hain us ko khatam kijiye.</w:t>
      </w:r>
    </w:p>
    <w:p>
      <w:pPr>
        <w:jc w:val="right"/>
      </w:pPr>
      <w:r>
        <w:t>اپنے جو آپ بھڑک ہو جاتے ہیں اس کو ختم کیجیے۔</w:t>
      </w:r>
    </w:p>
    <w:p>
      <w:r>
        <w:rPr>
          <w:b/>
        </w:rPr>
        <w:t xml:space="preserve">[19:22] </w:t>
      </w:r>
      <w:r>
        <w:t>apni nafrat ko bilkul mita dijiye.</w:t>
      </w:r>
    </w:p>
    <w:p>
      <w:pPr>
        <w:jc w:val="right"/>
      </w:pPr>
      <w:r>
        <w:t>اپنی نفرت کو بالکل مٹا دیجیے۔</w:t>
      </w:r>
    </w:p>
    <w:p>
      <w:r>
        <w:rPr>
          <w:b/>
        </w:rPr>
        <w:t xml:space="preserve">[19:25] </w:t>
      </w:r>
      <w:r>
        <w:t>yeh hai qurbani is zamane ki.</w:t>
      </w:r>
    </w:p>
    <w:p>
      <w:pPr>
        <w:jc w:val="right"/>
      </w:pPr>
      <w:r>
        <w:t>یہ ہے قربانی اس زمانے کی۔</w:t>
      </w:r>
    </w:p>
    <w:p>
      <w:r>
        <w:rPr>
          <w:b/>
        </w:rPr>
        <w:t xml:space="preserve">[19:28] </w:t>
      </w:r>
      <w:r>
        <w:t>kyun? jab aap aisa karenge tab hi aisa hoga ke aap dawat ka kaam kar saken.</w:t>
      </w:r>
    </w:p>
    <w:p>
      <w:pPr>
        <w:jc w:val="right"/>
      </w:pPr>
      <w:r>
        <w:t>کیوں؟ جب آپ ایسا کریں گے تب ہی ایسا ہوگا کہ آپ دعوت کا کام کر سکیں۔</w:t>
      </w:r>
    </w:p>
    <w:p>
      <w:r>
        <w:rPr>
          <w:b/>
        </w:rPr>
        <w:t xml:space="preserve">[19:35] </w:t>
      </w:r>
      <w:r>
        <w:t>maujooda zamane mein jo dawat ke mawaqe hain us ko aap hasil kar saken aap.</w:t>
      </w:r>
    </w:p>
    <w:p>
      <w:pPr>
        <w:jc w:val="right"/>
      </w:pPr>
      <w:r>
        <w:t>موجودہ زمانے میں جو دعوت کے مواقع ہیں اس کو آپ حاصل کر سکیں آپ۔</w:t>
      </w:r>
    </w:p>
    <w:p>
      <w:r>
        <w:rPr>
          <w:b/>
        </w:rPr>
        <w:t xml:space="preserve">[19:41] </w:t>
      </w:r>
      <w:r>
        <w:t>isi liye maine kaha ke log ko khabar hi nahi ke unhein karna kya hai.</w:t>
      </w:r>
    </w:p>
    <w:p>
      <w:pPr>
        <w:jc w:val="right"/>
      </w:pPr>
      <w:r>
        <w:t>اسی لیے میں نے کہا کہ لوگ کو خبر ہی نہیں کہ انہیں کرنا کیا ہے۔</w:t>
      </w:r>
    </w:p>
    <w:p>
      <w:r>
        <w:rPr>
          <w:b/>
        </w:rPr>
        <w:t xml:space="preserve">[19:48] </w:t>
      </w:r>
      <w:r>
        <w:t>be khabar hain woh.</w:t>
      </w:r>
    </w:p>
    <w:p>
      <w:pPr>
        <w:jc w:val="right"/>
      </w:pPr>
      <w:r>
        <w:t>بے خبر ہیں وہ۔</w:t>
      </w:r>
    </w:p>
    <w:p>
      <w:r>
        <w:rPr>
          <w:b/>
        </w:rPr>
        <w:t xml:space="preserve">[19:50] </w:t>
      </w:r>
      <w:r>
        <w:t>koi yeh kehne wala nahi ke yeh bhi koi poochne ki baat hai, yeh to hum jante hain.</w:t>
      </w:r>
    </w:p>
    <w:p>
      <w:pPr>
        <w:jc w:val="right"/>
      </w:pPr>
      <w:r>
        <w:t>کوئی یہ کہنے والا نہیں کہ یہ بھی کوئی پوچھنے کی بات ہے، یہ تو ہم جانتے ہیں۔</w:t>
      </w:r>
    </w:p>
    <w:p>
      <w:r>
        <w:rPr>
          <w:b/>
        </w:rPr>
        <w:t xml:space="preserve">[19:58] </w:t>
      </w:r>
      <w:r>
        <w:t>koi aisa kehne wala nahi.</w:t>
      </w:r>
    </w:p>
    <w:p>
      <w:pPr>
        <w:jc w:val="right"/>
      </w:pPr>
      <w:r>
        <w:t>کوئی ایسا کہنے والا نہیں۔</w:t>
      </w:r>
    </w:p>
    <w:p>
      <w:r>
        <w:rPr>
          <w:b/>
        </w:rPr>
        <w:t xml:space="preserve">[20:00] </w:t>
      </w:r>
      <w:r>
        <w:t>kal parson mein ne akhbar mein parha ke Indonesia mein aisa hua ke kuch wahan par kuch koi</w:t>
      </w:r>
    </w:p>
    <w:p>
      <w:pPr>
        <w:jc w:val="right"/>
      </w:pPr>
      <w:r>
        <w:t>کل پرسوں میں نے اخبار میں پڑھا کہ انڈونیشیا میں ایسا ہوا کہ کچھ وہاں پر کچھ کوئی</w:t>
      </w:r>
    </w:p>
    <w:p>
      <w:r>
        <w:rPr>
          <w:b/>
        </w:rPr>
        <w:t xml:space="preserve">[20:07] </w:t>
      </w:r>
      <w:r>
        <w:t>ghair muslim log hain to un ki kitab mein unhone jo Khuda ka jo naam tha pehle</w:t>
      </w:r>
    </w:p>
    <w:p>
      <w:pPr>
        <w:jc w:val="right"/>
      </w:pPr>
      <w:r>
        <w:t>غیر مسلم لوگ ہیں تو ان کی کتاب میں انہوں نے جو خدا کا جو نام تھا پہلے</w:t>
      </w:r>
    </w:p>
    <w:p>
      <w:r>
        <w:rPr>
          <w:b/>
        </w:rPr>
        <w:t xml:space="preserve">[20:15] </w:t>
      </w:r>
      <w:r>
        <w:t>un ke haan Khuda ke liye is ki jagah Allah likh diya.</w:t>
      </w:r>
    </w:p>
    <w:p>
      <w:pPr>
        <w:jc w:val="right"/>
      </w:pPr>
      <w:r>
        <w:t>ان کے ہاں خدا کے لیے اس کی جگہ اللہ لکھ دیا۔</w:t>
      </w:r>
    </w:p>
    <w:p>
      <w:r>
        <w:rPr>
          <w:b/>
        </w:rPr>
        <w:t xml:space="preserve">[20:20] </w:t>
      </w:r>
      <w:r>
        <w:t>Allah koi naam hoga un ke haan Khuda ya Bhagwan ya kuch bhi is ke Allah likh diya.</w:t>
      </w:r>
    </w:p>
    <w:p>
      <w:pPr>
        <w:jc w:val="right"/>
      </w:pPr>
      <w:r>
        <w:t>اللہ کوئی نام ہوگا ان کے ہاں خدا یا بھگوان یا کچھ بھی اس کے اللہ لکھ دیا۔</w:t>
      </w:r>
    </w:p>
    <w:p>
      <w:r>
        <w:rPr>
          <w:b/>
        </w:rPr>
        <w:t xml:space="preserve">[20:28] </w:t>
      </w:r>
      <w:r>
        <w:t>ab Musalman bhark uthe is par aur gaye adalat mein ke un ko Allah ka lafz likhne ka</w:t>
      </w:r>
    </w:p>
    <w:p>
      <w:pPr>
        <w:jc w:val="right"/>
      </w:pPr>
      <w:r>
        <w:t>اب مسلمان بھڑک اٹھے اس پر اور گئے عدالت میں کہ ان کو اللہ کا لفظ لکھنے کا</w:t>
      </w:r>
    </w:p>
    <w:p>
      <w:r>
        <w:rPr>
          <w:b/>
        </w:rPr>
        <w:t xml:space="preserve">[20:36] </w:t>
      </w:r>
      <w:r>
        <w:t>haq nahi hai.</w:t>
      </w:r>
    </w:p>
    <w:p>
      <w:pPr>
        <w:jc w:val="right"/>
      </w:pPr>
      <w:r>
        <w:t>حق نہیں ہے۔</w:t>
      </w:r>
    </w:p>
    <w:p>
      <w:r>
        <w:rPr>
          <w:b/>
        </w:rPr>
        <w:t xml:space="preserve">[20:37] </w:t>
      </w:r>
      <w:r>
        <w:t>mujhe bohat taajjub hua.</w:t>
      </w:r>
    </w:p>
    <w:p>
      <w:pPr>
        <w:jc w:val="right"/>
      </w:pPr>
      <w:r>
        <w:t>مجھے بہت تعجب ہوا۔</w:t>
      </w:r>
    </w:p>
    <w:p>
      <w:r>
        <w:rPr>
          <w:b/>
        </w:rPr>
        <w:t xml:space="preserve">[20:39] </w:t>
      </w:r>
      <w:r>
        <w:t>bhai yeh to bohat bari baat hai ke aap ko yani aap ko lena chahiye yani ek ibtidai</w:t>
      </w:r>
    </w:p>
    <w:p>
      <w:pPr>
        <w:jc w:val="right"/>
      </w:pPr>
      <w:r>
        <w:t>بھئی یہ تو بہت بڑی بات ہے کہ آپ کو یعنی آپ کو لینا چاہیے یعنی ایک ابتدائی</w:t>
      </w:r>
    </w:p>
    <w:p>
      <w:r>
        <w:rPr>
          <w:b/>
        </w:rPr>
        <w:t xml:space="preserve">[20:47] </w:t>
      </w:r>
      <w:r>
        <w:t>nuqta.</w:t>
      </w:r>
    </w:p>
    <w:p>
      <w:pPr>
        <w:jc w:val="right"/>
      </w:pPr>
      <w:r>
        <w:t>نقطہ۔</w:t>
      </w:r>
    </w:p>
    <w:p>
      <w:r>
        <w:rPr>
          <w:b/>
        </w:rPr>
        <w:t xml:space="preserve">[20:48] </w:t>
      </w:r>
      <w:r>
        <w:t>aap ko in logon se milna chahiye, mil karna chahiye ke bhai ab hum ne suna hai ke</w:t>
      </w:r>
    </w:p>
    <w:p>
      <w:pPr>
        <w:jc w:val="right"/>
      </w:pPr>
      <w:r>
        <w:t>آپ کو ان لوگوں سے ملنا چاہیے، مل کرنا چاہیے کہ بھئی اب ہم نے سنا ہے کہ</w:t>
      </w:r>
    </w:p>
    <w:p>
      <w:r>
        <w:rPr>
          <w:b/>
        </w:rPr>
        <w:t xml:space="preserve">[20:56] </w:t>
      </w:r>
      <w:r>
        <w:t>aap ne lafz Allah ko ikhtiyar kar liya hai to aaiye hum batate hain aap ko ke Allah</w:t>
      </w:r>
    </w:p>
    <w:p>
      <w:pPr>
        <w:jc w:val="right"/>
      </w:pPr>
      <w:r>
        <w:t>آپ نے لفظ اللہ کو اختیار کر لیا ہے تو آئیے ہم بتاتے ہیں آپ کو کہ اللہ</w:t>
      </w:r>
    </w:p>
    <w:p>
      <w:r>
        <w:rPr>
          <w:b/>
        </w:rPr>
        <w:t xml:space="preserve">[21:04] </w:t>
      </w:r>
      <w:r>
        <w:t>ka matlab kya hai.</w:t>
      </w:r>
    </w:p>
    <w:p>
      <w:pPr>
        <w:jc w:val="right"/>
      </w:pPr>
      <w:r>
        <w:t>کا مطلب کیا ہے۔</w:t>
      </w:r>
    </w:p>
    <w:p>
      <w:r>
        <w:rPr>
          <w:b/>
        </w:rPr>
        <w:t xml:space="preserve">[21:05] </w:t>
      </w:r>
      <w:r>
        <w:t>yeh ibtidai nuqta hai.</w:t>
      </w:r>
    </w:p>
    <w:p>
      <w:pPr>
        <w:jc w:val="right"/>
      </w:pPr>
      <w:r>
        <w:t>یہ ابتدائی نقطہ ہے۔</w:t>
      </w:r>
    </w:p>
    <w:p>
      <w:r>
        <w:rPr>
          <w:b/>
        </w:rPr>
        <w:t xml:space="preserve">[21:07] </w:t>
      </w:r>
      <w:r>
        <w:t>jaise Quran mein hai ke Rasool Allah (SAW) ko hukum diya gaya ke tum jo</w:t>
      </w:r>
    </w:p>
    <w:p>
      <w:pPr>
        <w:jc w:val="right"/>
      </w:pPr>
      <w:r>
        <w:t>جیسے قرآن میں ہے کہ رسول اللہ صلى الله عليه وسلم کو حکم دیا گیا کہ تم جو</w:t>
      </w:r>
    </w:p>
    <w:p>
      <w:r>
        <w:rPr>
          <w:b/>
        </w:rPr>
        <w:t xml:space="preserve">[21:15] </w:t>
      </w:r>
      <w:r>
        <w:t>Yahood o Nasara hain un se ek mushtarka buniyad talash karo.</w:t>
      </w:r>
    </w:p>
    <w:p>
      <w:pPr>
        <w:jc w:val="right"/>
      </w:pPr>
      <w:r>
        <w:t>یہود و نصاریٰ ہیں ان سے ایک مشترکہ بنیاد تلاش کرو۔</w:t>
      </w:r>
    </w:p>
    <w:p>
      <w:r>
        <w:rPr>
          <w:b/>
        </w:rPr>
        <w:t xml:space="preserve">[21:19] </w:t>
      </w:r>
      <w:r>
        <w:t>is mushtarka buniyad ko le kar ke un se da'wati kaam karo.</w:t>
      </w:r>
    </w:p>
    <w:p>
      <w:pPr>
        <w:jc w:val="right"/>
      </w:pPr>
      <w:r>
        <w:t>اس مشترکہ بنیاد کو لے کر کے ان سے دعوتی کام کرو۔</w:t>
      </w:r>
    </w:p>
    <w:p>
      <w:r>
        <w:rPr>
          <w:b/>
        </w:rPr>
        <w:t xml:space="preserve">[21:25] </w:t>
      </w:r>
      <w:r>
        <w:t>Qul ya ahlal kitabi ta'alaw ila kalimatin sawaim bainana wa bainakum yani mushtarka buniyad talash karo.</w:t>
      </w:r>
    </w:p>
    <w:p>
      <w:pPr>
        <w:jc w:val="right"/>
      </w:pPr>
      <w:r>
        <w:t>قُلْ يَا أَهْلِ الْكِتَابِ تَعَالَىٰ إِلَىٰ كَلَمِةٍ سَوَائِمْ بَيْنَ أَبَانِكُمْ یعنی مشترکہ بنیاد تلاش کرو۔</w:t>
      </w:r>
    </w:p>
    <w:p>
      <w:r>
        <w:rPr>
          <w:b/>
        </w:rPr>
        <w:t xml:space="preserve">[21:31] </w:t>
      </w:r>
      <w:r>
        <w:t>to yahan to unhone khud mushtarka buniyad de diya tha Allah ka mushtarka buniyad.</w:t>
      </w:r>
    </w:p>
    <w:p>
      <w:pPr>
        <w:jc w:val="right"/>
      </w:pPr>
      <w:r>
        <w:t>تو یہاں تو انہوں نے خود مشترکہ بنیاد دے دیا تھا اللہ کا مشترکہ بنیاد۔</w:t>
      </w:r>
    </w:p>
    <w:p>
      <w:r>
        <w:rPr>
          <w:b/>
        </w:rPr>
        <w:t xml:space="preserve">[21:37] </w:t>
      </w:r>
      <w:r>
        <w:t>yani aap Allah ko mante hain, unhone Allah ko maan liya.</w:t>
      </w:r>
    </w:p>
    <w:p>
      <w:pPr>
        <w:jc w:val="right"/>
      </w:pPr>
      <w:r>
        <w:t>یعنی آپ اللہ کو مانتے ہیں، انہوں نے اللہ کو مان لیا۔</w:t>
      </w:r>
    </w:p>
    <w:p>
      <w:r>
        <w:rPr>
          <w:b/>
        </w:rPr>
        <w:t xml:space="preserve">[21:43] </w:t>
      </w:r>
      <w:r>
        <w:t>to aap ko yahan par ek mushtarka buniyad mil gaya.</w:t>
      </w:r>
    </w:p>
    <w:p>
      <w:pPr>
        <w:jc w:val="right"/>
      </w:pPr>
      <w:r>
        <w:t>تو آپ کو یہاں پر ایک مشترکہ بنیاد مل گیا۔</w:t>
      </w:r>
    </w:p>
    <w:p>
      <w:r>
        <w:rPr>
          <w:b/>
        </w:rPr>
        <w:t xml:space="preserve">[21:47] </w:t>
      </w:r>
      <w:r>
        <w:t>is ko istemal kijiye aap da'wat ke liye.</w:t>
      </w:r>
    </w:p>
    <w:p>
      <w:pPr>
        <w:jc w:val="right"/>
      </w:pPr>
      <w:r>
        <w:t>اس کو استعمال کیجیے آپ دعوت کے لیے۔</w:t>
      </w:r>
    </w:p>
    <w:p>
      <w:r>
        <w:rPr>
          <w:b/>
        </w:rPr>
        <w:t xml:space="preserve">[21:50] </w:t>
      </w:r>
      <w:r>
        <w:t>lekin Indonesia ke Musalmanon ne kya kiya? Adalat mein chale gaye.</w:t>
      </w:r>
    </w:p>
    <w:p>
      <w:pPr>
        <w:jc w:val="right"/>
      </w:pPr>
      <w:r>
        <w:t>لیکن انڈونیشیا کے مسلمانوں نے کیا کیا؟ عدالت میں چلے گئے۔</w:t>
      </w:r>
    </w:p>
    <w:p>
      <w:r>
        <w:rPr>
          <w:b/>
        </w:rPr>
        <w:t xml:space="preserve">[21:55] </w:t>
      </w:r>
      <w:r>
        <w:t>ke un ko adalaati adalat ke zariye se band kiya jaye ke Allah ka lafz istemal na karein.</w:t>
      </w:r>
    </w:p>
    <w:p>
      <w:pPr>
        <w:jc w:val="right"/>
      </w:pPr>
      <w:r>
        <w:t>کہ ان کو عدالتی عدالت کے ذریعے سے بند کیا جائے کہ اللہ کا لفظ استعمال نہ کریں۔</w:t>
      </w:r>
    </w:p>
    <w:p>
      <w:r>
        <w:rPr>
          <w:b/>
        </w:rPr>
        <w:t xml:space="preserve">[22:03] </w:t>
      </w:r>
      <w:r>
        <w:t>kesi ajeeb baat hai.</w:t>
      </w:r>
    </w:p>
    <w:p>
      <w:pPr>
        <w:jc w:val="right"/>
      </w:pPr>
      <w:r>
        <w:t>کیسی عجیب بات ہے۔</w:t>
      </w:r>
    </w:p>
    <w:p>
      <w:r>
        <w:rPr>
          <w:b/>
        </w:rPr>
        <w:t xml:space="preserve">[22:04] </w:t>
      </w:r>
      <w:r>
        <w:t>log jante hain ke nahi ke unhein kya karna hai.</w:t>
      </w:r>
    </w:p>
    <w:p>
      <w:pPr>
        <w:jc w:val="right"/>
      </w:pPr>
      <w:r>
        <w:t>لوگ جانتے ہیں کہ نہیں کہ انہیں کیا کرنا ہے۔</w:t>
      </w:r>
    </w:p>
    <w:p>
      <w:r>
        <w:rPr>
          <w:b/>
        </w:rPr>
        <w:t xml:space="preserve">[22:09] </w:t>
      </w:r>
      <w:r>
        <w:t>jo jante hain nahi ke unki zimmedariyan kya hain.</w:t>
      </w:r>
    </w:p>
    <w:p>
      <w:pPr>
        <w:jc w:val="right"/>
      </w:pPr>
      <w:r>
        <w:t>جو جانتے ہیں نہیں کہ ان کی ذمہ داریاں کیا ہیں۔</w:t>
      </w:r>
    </w:p>
    <w:p>
      <w:r>
        <w:rPr>
          <w:b/>
        </w:rPr>
        <w:t xml:space="preserve">[22:13] </w:t>
      </w:r>
      <w:r>
        <w:t>koi yeh kehne wala nahi ke yeh bhi koi poochne ki baat hai, hum ko to pata hai</w:t>
      </w:r>
    </w:p>
    <w:p>
      <w:pPr>
        <w:jc w:val="right"/>
      </w:pPr>
      <w:r>
        <w:t>کوئی یہ کہنے والا نہیں کہ یہ بھی کوئی پوچھنے کی بات ہے، ہم کو تو پتہ ہے</w:t>
      </w:r>
    </w:p>
    <w:p>
      <w:r>
        <w:rPr>
          <w:b/>
        </w:rPr>
        <w:t xml:space="preserve">[22:21] </w:t>
      </w:r>
      <w:r>
        <w:t>ke hamein yeh karna hai.</w:t>
      </w:r>
    </w:p>
    <w:p>
      <w:pPr>
        <w:jc w:val="right"/>
      </w:pPr>
      <w:r>
        <w:t>کہ ہمیں یہ کرنا ہے۔</w:t>
      </w:r>
    </w:p>
    <w:p>
      <w:r>
        <w:rPr>
          <w:b/>
        </w:rPr>
        <w:t xml:space="preserve">[22:23] </w:t>
      </w:r>
      <w:r>
        <w:t>hamein yeh karna hai ke hum dawat ke mawaqe ka istemal karna hai.</w:t>
      </w:r>
    </w:p>
    <w:p>
      <w:pPr>
        <w:jc w:val="right"/>
      </w:pPr>
      <w:r>
        <w:t>ہمیں یہ کرنا ہے کہ ہم دعوت کے مواقع کا استعمال کرنا ہے۔</w:t>
      </w:r>
    </w:p>
    <w:p>
      <w:r>
        <w:rPr>
          <w:b/>
        </w:rPr>
        <w:t xml:space="preserve">[22:29] </w:t>
      </w:r>
      <w:r>
        <w:t>hamein ladai bhai chhodna hai.</w:t>
      </w:r>
    </w:p>
    <w:p>
      <w:pPr>
        <w:jc w:val="right"/>
      </w:pPr>
      <w:r>
        <w:t>ہمیں لڑائی بھائی چھوڑنا ہے۔</w:t>
      </w:r>
    </w:p>
    <w:p>
      <w:r>
        <w:rPr>
          <w:b/>
        </w:rPr>
        <w:t xml:space="preserve">[22:31] </w:t>
      </w:r>
      <w:r>
        <w:t>taake normal yani halaat normal hon.</w:t>
      </w:r>
    </w:p>
    <w:p>
      <w:pPr>
        <w:jc w:val="right"/>
      </w:pPr>
      <w:r>
        <w:t>تاکہ نارمل یعنی حالات نارمل ہوں۔</w:t>
      </w:r>
    </w:p>
    <w:p>
      <w:r>
        <w:rPr>
          <w:b/>
        </w:rPr>
        <w:t xml:space="preserve">[22:34] </w:t>
      </w:r>
      <w:r>
        <w:t>aur halaat normal hon tab hi dawat ka kaam hoga.</w:t>
      </w:r>
    </w:p>
    <w:p>
      <w:pPr>
        <w:jc w:val="right"/>
      </w:pPr>
      <w:r>
        <w:t>اور حالات نارمل ہوں تب ہی دعوت کا کام ہوگا۔</w:t>
      </w:r>
    </w:p>
    <w:p>
      <w:r>
        <w:rPr>
          <w:b/>
        </w:rPr>
        <w:t xml:space="preserve">[22:38] </w:t>
      </w:r>
      <w:r>
        <w:t>yani koi yeh kehne wala nahi.</w:t>
      </w:r>
    </w:p>
    <w:p>
      <w:pPr>
        <w:jc w:val="right"/>
      </w:pPr>
      <w:r>
        <w:t>یعنی کوئی یہ کہنے والا نہیں۔</w:t>
      </w:r>
    </w:p>
    <w:p>
      <w:r>
        <w:rPr>
          <w:b/>
        </w:rPr>
        <w:t xml:space="preserve">[22:40] </w:t>
      </w:r>
      <w:r>
        <w:t>misalan yeh hai ke agar musalman aaj ladai bhai chhod dein, gun ko phenk dein samandar mein, bam</w:t>
      </w:r>
    </w:p>
    <w:p>
      <w:pPr>
        <w:jc w:val="right"/>
      </w:pPr>
      <w:r>
        <w:t>مثلاً یہ ہے کہ اگر مسلمان آج لڑائی بھائی چھوڑ دیں، گن کو پھینک دیں سمندر میں، بم</w:t>
      </w:r>
    </w:p>
    <w:p>
      <w:r>
        <w:rPr>
          <w:b/>
        </w:rPr>
        <w:t xml:space="preserve">[22:48] </w:t>
      </w:r>
      <w:r>
        <w:t>ko phenk dein samandar mein.</w:t>
      </w:r>
    </w:p>
    <w:p>
      <w:pPr>
        <w:jc w:val="right"/>
      </w:pPr>
      <w:r>
        <w:t>کو پھینک دیں سمندر میں۔</w:t>
      </w:r>
    </w:p>
    <w:p>
      <w:r>
        <w:rPr>
          <w:b/>
        </w:rPr>
        <w:t xml:space="preserve">[22:50] </w:t>
      </w:r>
      <w:r>
        <w:t>aur sara yeh jo inka manfi soch khatm kar dein.</w:t>
      </w:r>
    </w:p>
    <w:p>
      <w:pPr>
        <w:jc w:val="right"/>
      </w:pPr>
      <w:r>
        <w:t>اور سارا یہ جو ان کا منفی سوچ ختم کر دیں۔</w:t>
      </w:r>
    </w:p>
    <w:p>
      <w:r>
        <w:rPr>
          <w:b/>
        </w:rPr>
        <w:t xml:space="preserve">[22:55] </w:t>
      </w:r>
      <w:r>
        <w:t>phir unse koi pooche ke bhai aisa kyun kiya aap ne? to yeh koi poochne ki baat</w:t>
      </w:r>
    </w:p>
    <w:p>
      <w:pPr>
        <w:jc w:val="right"/>
      </w:pPr>
      <w:r>
        <w:t>پھر ان سے کوئی پوچھے کہ بھئی ایسا کیوں کیا آپ نے؟ تو یہ کوئی پوچھنے کی بات</w:t>
      </w:r>
    </w:p>
    <w:p>
      <w:r>
        <w:rPr>
          <w:b/>
        </w:rPr>
        <w:t xml:space="preserve">[23:03] </w:t>
      </w:r>
      <w:r>
        <w:t>hai? yeh bhi koi poochne ki baat hai? yeh to hamara farz hai.</w:t>
      </w:r>
    </w:p>
    <w:p>
      <w:pPr>
        <w:jc w:val="right"/>
      </w:pPr>
      <w:r>
        <w:t>ہے؟ یہ بھی کوئی پوچھنے کی بات ہے؟ یہ تو ہمارا فرض ہے۔</w:t>
      </w:r>
    </w:p>
    <w:p>
      <w:r>
        <w:rPr>
          <w:b/>
        </w:rPr>
        <w:t xml:space="preserve">[23:08] </w:t>
      </w:r>
      <w:r>
        <w:t>yeh to hamara farz hai, hamein to dawat ke liye yani sooratsal ko mamool par lana chahiye.</w:t>
      </w:r>
    </w:p>
    <w:p>
      <w:pPr>
        <w:jc w:val="right"/>
      </w:pPr>
      <w:r>
        <w:t>یہ تو ہمارا فرض ہے، ہمیں تو دعوت کے لیے یعنی صورتحال کو معمول پر لانا چاہیے۔</w:t>
      </w:r>
    </w:p>
    <w:p>
      <w:r>
        <w:rPr>
          <w:b/>
        </w:rPr>
        <w:t xml:space="preserve">[23:16] </w:t>
      </w:r>
      <w:r>
        <w:t>hum ne halaat ko mamool par lane ke liye, moetadil banane ke liye aisa kiya hai.</w:t>
      </w:r>
    </w:p>
    <w:p>
      <w:pPr>
        <w:jc w:val="right"/>
      </w:pPr>
      <w:r>
        <w:t>ہم نے حالات کو معمول پر لانے کے لیے، معتدل بنانے کے لیے ایسا کیا ہے۔</w:t>
      </w:r>
    </w:p>
    <w:p>
      <w:r>
        <w:rPr>
          <w:b/>
        </w:rPr>
        <w:t xml:space="preserve">[23:22] </w:t>
      </w:r>
      <w:r>
        <w:t>koi yeh koi zaban bolne wala nahi, koi is baat ko samajhne wala nahi.</w:t>
      </w:r>
    </w:p>
    <w:p>
      <w:pPr>
        <w:jc w:val="right"/>
      </w:pPr>
      <w:r>
        <w:t>کوئی یہ کوئی زبان بولنے والا نہیں، کوئی اس بات کو سمجھنے والا نہیں۔</w:t>
      </w:r>
    </w:p>
    <w:p>
      <w:r>
        <w:rPr>
          <w:b/>
        </w:rPr>
        <w:t xml:space="preserve">[23:28] </w:t>
      </w:r>
      <w:r>
        <w:t>to khair main aap logon se ek baat karna chahta hoon, hamare jo sathi hain jo CP</w:t>
      </w:r>
    </w:p>
    <w:p>
      <w:pPr>
        <w:jc w:val="right"/>
      </w:pPr>
      <w:r>
        <w:t>تو خیر میں آپ لوگوں سے ایک بات کرنا چاہتا ہوں، ہمارے جو ساتھی ہیں جو سی پی</w:t>
      </w:r>
    </w:p>
    <w:p>
      <w:r>
        <w:rPr>
          <w:b/>
        </w:rPr>
        <w:t xml:space="preserve">[23:36] </w:t>
      </w:r>
      <w:r>
        <w:t>ES mein lage hue hain, unko mujh se kai baar yeh kaha jata hai ke aap ka</w:t>
      </w:r>
    </w:p>
    <w:p>
      <w:pPr>
        <w:jc w:val="right"/>
      </w:pPr>
      <w:r>
        <w:t>ایس میں لگے ہوئے ہیں، ان کو مجھ سے کئی بار یہ کہا جاتا ہے کہ آپ کا</w:t>
      </w:r>
    </w:p>
    <w:p>
      <w:r>
        <w:rPr>
          <w:b/>
        </w:rPr>
        <w:t xml:space="preserve">[23:44] </w:t>
      </w:r>
      <w:r>
        <w:t>jo mission hai woh adabi buniyad par hai.</w:t>
      </w:r>
    </w:p>
    <w:p>
      <w:pPr>
        <w:jc w:val="right"/>
      </w:pPr>
      <w:r>
        <w:t>جو مشن ہے وہ ادبی بنیاد پر ہے۔</w:t>
      </w:r>
    </w:p>
    <w:p>
      <w:r>
        <w:rPr>
          <w:b/>
        </w:rPr>
        <w:t xml:space="preserve">[23:47] </w:t>
      </w:r>
      <w:r>
        <w:t>yani kitabein hain aap ke haan, un kitabon ke zariye aap dawat ka kaam kar rahe hain.</w:t>
      </w:r>
    </w:p>
    <w:p>
      <w:pPr>
        <w:jc w:val="right"/>
      </w:pPr>
      <w:r>
        <w:t>یعنی کتابیں ہیں آپ کے ہاں، ان کتابوں کے ذریعے آپ دعوت کا کام کر رہے ہیں۔</w:t>
      </w:r>
    </w:p>
    <w:p>
      <w:r>
        <w:rPr>
          <w:b/>
        </w:rPr>
        <w:t xml:space="preserve">[23:55] </w:t>
      </w:r>
      <w:r>
        <w:t>ab to electronic ka zamana aa gaya hai.</w:t>
      </w:r>
    </w:p>
    <w:p>
      <w:pPr>
        <w:jc w:val="right"/>
      </w:pPr>
      <w:r>
        <w:t>اب تو الیکٹرانک کا زمانہ آگیا ہے۔</w:t>
      </w:r>
    </w:p>
    <w:p>
      <w:r>
        <w:rPr>
          <w:b/>
        </w:rPr>
        <w:t xml:space="preserve">[23:58] </w:t>
      </w:r>
      <w:r>
        <w:t>lekin yeh aadhi aadhi baat hai, dekhiye.</w:t>
      </w:r>
    </w:p>
    <w:p>
      <w:pPr>
        <w:jc w:val="right"/>
      </w:pPr>
      <w:r>
        <w:t>لیکن یہ آدھی آدھی بات ہے، دیکھیے۔</w:t>
      </w:r>
    </w:p>
    <w:p>
      <w:r>
        <w:rPr>
          <w:b/>
        </w:rPr>
        <w:t xml:space="preserve">[24:01] </w:t>
      </w:r>
      <w:r>
        <w:t>yeh aadhi baat thi, yeh sari baat nahi hai.</w:t>
      </w:r>
    </w:p>
    <w:p>
      <w:pPr>
        <w:jc w:val="right"/>
      </w:pPr>
      <w:r>
        <w:t>یہ آدھی بات تھی، یہ ساری بات نہیں ہے۔</w:t>
      </w:r>
    </w:p>
    <w:p>
      <w:r>
        <w:rPr>
          <w:b/>
        </w:rPr>
        <w:t xml:space="preserve">[24:04] </w:t>
      </w:r>
      <w:r>
        <w:t>jahan ek shakhs se yeh baat mujh se kahi thi, woh ek seminar tha, ek conference thi.</w:t>
      </w:r>
    </w:p>
    <w:p>
      <w:pPr>
        <w:jc w:val="right"/>
      </w:pPr>
      <w:r>
        <w:t>جہاں ایک شخص سے یہ بات مجھ سے کہی تھی، وہ ایک سیمینار تھا، ایک کانفرنس تھی۔</w:t>
      </w:r>
    </w:p>
    <w:p>
      <w:r>
        <w:rPr>
          <w:b/>
        </w:rPr>
        <w:t xml:space="preserve">[24:12] </w:t>
      </w:r>
      <w:r>
        <w:t>to maine un se kaha ke yaani kitaab ka daur khatm hoga to stage ka daur aa gaya</w:t>
      </w:r>
    </w:p>
    <w:p>
      <w:pPr>
        <w:jc w:val="right"/>
      </w:pPr>
      <w:r>
        <w:t>تو میں نے ان سے کہا کہ یعنی کتاب کا دور ختم ہوگا تو اسٹیج کا دور آگیا</w:t>
      </w:r>
    </w:p>
    <w:p>
      <w:r>
        <w:rPr>
          <w:b/>
        </w:rPr>
        <w:t xml:space="preserve">[24:19] </w:t>
      </w:r>
      <w:r>
        <w:t>hai, dekhte nahi hain aap? dunya bhar mein stage barh gaya hai.</w:t>
      </w:r>
    </w:p>
    <w:p>
      <w:pPr>
        <w:jc w:val="right"/>
      </w:pPr>
      <w:r>
        <w:t>ہے، دیکھتے نہیں ہیں آپ؟ دنیا بھر میں اسٹیج بڑھ گیا ہے۔</w:t>
      </w:r>
    </w:p>
    <w:p>
      <w:r>
        <w:rPr>
          <w:b/>
        </w:rPr>
        <w:t xml:space="preserve">[24:25] </w:t>
      </w:r>
      <w:r>
        <w:t>yaani stage activism barh gayi hai.</w:t>
      </w:r>
    </w:p>
    <w:p>
      <w:pPr>
        <w:jc w:val="right"/>
      </w:pPr>
      <w:r>
        <w:t>یعنی اسٹیج ایکٹیویزم بڑھ گئی ہے۔</w:t>
      </w:r>
    </w:p>
    <w:p>
      <w:r>
        <w:rPr>
          <w:b/>
        </w:rPr>
        <w:t xml:space="preserve">[24:27] </w:t>
      </w:r>
      <w:r>
        <w:t>agar kitaab ki sarghami kam ho gayi to stage activism barh gayi hai, is ko istemal kijiye.</w:t>
      </w:r>
    </w:p>
    <w:p>
      <w:pPr>
        <w:jc w:val="right"/>
      </w:pPr>
      <w:r>
        <w:t>اگر کتاب کی سرگرمی کم ہوگئی تو اسٹیج ایکٹیویزم بڑھ گئی ہے، اس کو استعمال کیجیے۔</w:t>
      </w:r>
    </w:p>
    <w:p>
      <w:r>
        <w:rPr>
          <w:b/>
        </w:rPr>
        <w:t xml:space="preserve">[24:34] </w:t>
      </w:r>
      <w:r>
        <w:t>to main aap sab logon se kahunga ke ab apne aap ko aap tayyar karen ke is</w:t>
      </w:r>
    </w:p>
    <w:p>
      <w:pPr>
        <w:jc w:val="right"/>
      </w:pPr>
      <w:r>
        <w:t>تو میں آپ سب لوگوں سے کہوں گا کہ اب اپنے آپ کو آپ تیار کریں کہ اس</w:t>
      </w:r>
    </w:p>
    <w:p>
      <w:r>
        <w:rPr>
          <w:b/>
        </w:rPr>
        <w:t xml:space="preserve">[24:42] </w:t>
      </w:r>
      <w:r>
        <w:t>umar mein stage ko istemal karne ke liye.</w:t>
      </w:r>
    </w:p>
    <w:p>
      <w:pPr>
        <w:jc w:val="right"/>
      </w:pPr>
      <w:r>
        <w:t>عمر میں اسٹیج کو استعمال کرنے کے لیے۔</w:t>
      </w:r>
    </w:p>
    <w:p>
      <w:r>
        <w:rPr>
          <w:b/>
        </w:rPr>
        <w:t xml:space="preserve">[24:45] </w:t>
      </w:r>
      <w:r>
        <w:t>woh kaise? aap log jo hain apni bolne ki taqat ko tarqqi den.</w:t>
      </w:r>
    </w:p>
    <w:p>
      <w:pPr>
        <w:jc w:val="right"/>
      </w:pPr>
      <w:r>
        <w:t>وہ کیسے؟ آپ لوگ جو ہیں اپنی بولنے کی طاقت کو ترقی دیں۔</w:t>
      </w:r>
    </w:p>
    <w:p>
      <w:r>
        <w:rPr>
          <w:b/>
        </w:rPr>
        <w:t xml:space="preserve">[24:51] </w:t>
      </w:r>
      <w:r>
        <w:t>chahe urdu mein, chahe hindi mein, angrezi mein, jo zaban bhi aap jante hain.</w:t>
      </w:r>
    </w:p>
    <w:p>
      <w:pPr>
        <w:jc w:val="right"/>
      </w:pPr>
      <w:r>
        <w:t>چاہے اردو میں، چاہے ہندی میں، انگریزی میں، جو زبان بھی آپ جانتے ہیں۔</w:t>
      </w:r>
    </w:p>
    <w:p>
      <w:r>
        <w:rPr>
          <w:b/>
        </w:rPr>
        <w:t xml:space="preserve">[24:57] </w:t>
      </w:r>
      <w:r>
        <w:t>yeh ajeeb ghareeb ek mauqa paida hua hai ke rozana har jagah conferencein, seminar hote hain.</w:t>
      </w:r>
    </w:p>
    <w:p>
      <w:pPr>
        <w:jc w:val="right"/>
      </w:pPr>
      <w:r>
        <w:t>یہ عجیب غریب ایک موقع پیدا ہوا ہے کہ روزانہ ہر جگہ کانفرنسیں، سیمینار ہوتے ہیں۔</w:t>
      </w:r>
    </w:p>
    <w:p>
      <w:r>
        <w:rPr>
          <w:b/>
        </w:rPr>
        <w:t xml:space="preserve">[25:04] </w:t>
      </w:r>
      <w:r>
        <w:t>aap angrezi akhbaron mein padhen aap to wahan chupta hai ke aaj kya kya sargharmiyan hain.</w:t>
      </w:r>
    </w:p>
    <w:p>
      <w:pPr>
        <w:jc w:val="right"/>
      </w:pPr>
      <w:r>
        <w:t>آپ انگریزی اخباروں میں پڑھیں آپ تو وہاں چھپتا ہے کہ آج کیا کیا سرگرمیاں ہیں۔</w:t>
      </w:r>
    </w:p>
    <w:p>
      <w:r>
        <w:rPr>
          <w:b/>
        </w:rPr>
        <w:t xml:space="preserve">[25:10] </w:t>
      </w:r>
      <w:r>
        <w:t>har din chupta hai.</w:t>
      </w:r>
    </w:p>
    <w:p>
      <w:pPr>
        <w:jc w:val="right"/>
      </w:pPr>
      <w:r>
        <w:t>ہر دن چھپتا ہے۔</w:t>
      </w:r>
    </w:p>
    <w:p>
      <w:r>
        <w:rPr>
          <w:b/>
        </w:rPr>
        <w:t xml:space="preserve">[25:12] </w:t>
      </w:r>
      <w:r>
        <w:t>baghair dawat ke aap wahan ja sakte hain.</w:t>
      </w:r>
    </w:p>
    <w:p>
      <w:pPr>
        <w:jc w:val="right"/>
      </w:pPr>
      <w:r>
        <w:t>بغیر دعوت کے آپ وہاں جا سکتے ہیں۔</w:t>
      </w:r>
    </w:p>
    <w:p>
      <w:r>
        <w:rPr>
          <w:b/>
        </w:rPr>
        <w:t xml:space="preserve">[25:16] </w:t>
      </w:r>
      <w:r>
        <w:t>ek to yeh hai ke aap ko dawat di gayi, aap stage par bulaye gaye, aap ne taqreer</w:t>
      </w:r>
    </w:p>
    <w:p>
      <w:pPr>
        <w:jc w:val="right"/>
      </w:pPr>
      <w:r>
        <w:t>ایک تو یہ ہے کہ آپ کو دعوت دی گئی، آپ اسٹیج پر بلائے گئے، آپ نے تقریر</w:t>
      </w:r>
    </w:p>
    <w:p>
      <w:r>
        <w:rPr>
          <w:b/>
        </w:rPr>
        <w:t xml:space="preserve">[25:23] </w:t>
      </w:r>
      <w:r>
        <w:t>di.</w:t>
      </w:r>
    </w:p>
    <w:p>
      <w:pPr>
        <w:jc w:val="right"/>
      </w:pPr>
      <w:r>
        <w:t>دی۔</w:t>
      </w:r>
    </w:p>
    <w:p>
      <w:r>
        <w:rPr>
          <w:b/>
        </w:rPr>
        <w:t xml:space="preserve">[25:25] </w:t>
      </w:r>
      <w:r>
        <w:t>lekin is yaani is ke baghair bhi aap ja sakte hain.</w:t>
      </w:r>
    </w:p>
    <w:p>
      <w:pPr>
        <w:jc w:val="right"/>
      </w:pPr>
      <w:r>
        <w:t>لیکن اس یعنی اس کے بغیر بھی آپ جا سکتے ہیں۔</w:t>
      </w:r>
    </w:p>
    <w:p>
      <w:r>
        <w:rPr>
          <w:b/>
        </w:rPr>
        <w:t xml:space="preserve">[25:30] </w:t>
      </w:r>
      <w:r>
        <w:t>woh kya? is zamane mein ek ajeeb o ghareeb mazhar paida hua hai jo pehle nahi tha.</w:t>
      </w:r>
    </w:p>
    <w:p>
      <w:pPr>
        <w:jc w:val="right"/>
      </w:pPr>
      <w:r>
        <w:t>وہ کیا؟ اس زمانے میں ایک عجیب و غریب مظہر پیدا ہوا ہے جو پہلے نہیں تھا۔</w:t>
      </w:r>
    </w:p>
    <w:p>
      <w:r>
        <w:rPr>
          <w:b/>
        </w:rPr>
        <w:t xml:space="preserve">[25:37] </w:t>
      </w:r>
      <w:r>
        <w:t>woh hai sawal jawab.</w:t>
      </w:r>
    </w:p>
    <w:p>
      <w:pPr>
        <w:jc w:val="right"/>
      </w:pPr>
      <w:r>
        <w:t>وہ ہے سوال جواب۔</w:t>
      </w:r>
    </w:p>
    <w:p>
      <w:r>
        <w:rPr>
          <w:b/>
        </w:rPr>
        <w:t xml:space="preserve">[25:39] </w:t>
      </w:r>
      <w:r>
        <w:t>pehla tha hi nahi.</w:t>
      </w:r>
    </w:p>
    <w:p>
      <w:pPr>
        <w:jc w:val="right"/>
      </w:pPr>
      <w:r>
        <w:t>پہلے تھا ہی نہیں۔</w:t>
      </w:r>
    </w:p>
    <w:p>
      <w:r>
        <w:rPr>
          <w:b/>
        </w:rPr>
        <w:t xml:space="preserve">[25:40] </w:t>
      </w:r>
      <w:r>
        <w:t>pehla aap sawal nahi kar sakte the.</w:t>
      </w:r>
    </w:p>
    <w:p>
      <w:pPr>
        <w:jc w:val="right"/>
      </w:pPr>
      <w:r>
        <w:t>پہلے آپ سوال نہیں کر سکتے تھے۔</w:t>
      </w:r>
    </w:p>
    <w:p>
      <w:r>
        <w:rPr>
          <w:b/>
        </w:rPr>
        <w:t xml:space="preserve">[25:43] </w:t>
      </w:r>
      <w:r>
        <w:t>ek martaba sawal kar diya badshah ke darbar mein ek shakhs ne.</w:t>
      </w:r>
    </w:p>
    <w:p>
      <w:pPr>
        <w:jc w:val="right"/>
      </w:pPr>
      <w:r>
        <w:t>ایک مرتبہ سوال کر دیا بادشاہ کے دربار میں ایک شخص نے۔</w:t>
      </w:r>
    </w:p>
    <w:p>
      <w:r>
        <w:rPr>
          <w:b/>
        </w:rPr>
        <w:t xml:space="preserve">[25:48] </w:t>
      </w:r>
      <w:r>
        <w:t>to badshah ne kaha yeh kaun hai jo sawal karta hai? gardan maro is ki.</w:t>
      </w:r>
    </w:p>
    <w:p>
      <w:pPr>
        <w:jc w:val="right"/>
      </w:pPr>
      <w:r>
        <w:t>تو بادشاہ نے کہا یہ کون ہے جو سوال کرتا ہے؟ گردن مارو اس کی۔</w:t>
      </w:r>
    </w:p>
    <w:p>
      <w:r>
        <w:rPr>
          <w:b/>
        </w:rPr>
        <w:t xml:space="preserve">[25:55] </w:t>
      </w:r>
      <w:r>
        <w:t>to pehle zamane mein yeh aap log is ko ek nemat samjhen, nemat.</w:t>
      </w:r>
    </w:p>
    <w:p>
      <w:pPr>
        <w:jc w:val="right"/>
      </w:pPr>
      <w:r>
        <w:t>تو پہلے زمانے میں یہ آپ لوگ اس کو ایک نعمت سمجھیں، نعمت۔</w:t>
      </w:r>
    </w:p>
    <w:p>
      <w:r>
        <w:rPr>
          <w:b/>
        </w:rPr>
        <w:t xml:space="preserve">[26:00] </w:t>
      </w:r>
      <w:r>
        <w:t>ke pehle zamane mein yeh baat thi hi nahi ke kisi mazhab ka jalsa ho raha hai, ke</w:t>
      </w:r>
    </w:p>
    <w:p>
      <w:pPr>
        <w:jc w:val="right"/>
      </w:pPr>
      <w:r>
        <w:t>کہ پہلے زمانے میں یہ بات تھی ہی نہیں کہ کسی مذہب کا جلسہ ہو رہا ہے، کہ</w:t>
      </w:r>
    </w:p>
    <w:p>
      <w:r>
        <w:rPr>
          <w:b/>
        </w:rPr>
        <w:t xml:space="preserve">[26:08] </w:t>
      </w:r>
      <w:r>
        <w:t>badshah ka jalsa ho raha hai, koi siyasat jalsa ho raha hai to wahan aap sawal karen.</w:t>
      </w:r>
    </w:p>
    <w:p>
      <w:pPr>
        <w:jc w:val="right"/>
      </w:pPr>
      <w:r>
        <w:t>بادشاہ کا جلسہ ہو رہا ہے، کوئی سیاسی جلسہ ہو رہا ہے تو وہاں آپ سوال کریں۔</w:t>
      </w:r>
    </w:p>
    <w:p>
      <w:r>
        <w:rPr>
          <w:b/>
        </w:rPr>
        <w:t xml:space="preserve">[26:15] </w:t>
      </w:r>
      <w:r>
        <w:t>wohan to yeh tha ke bas jo kaha ja raha hai stage se woh sun lijiye, us ko</w:t>
      </w:r>
    </w:p>
    <w:p>
      <w:pPr>
        <w:jc w:val="right"/>
      </w:pPr>
      <w:r>
        <w:t>وہاں تو یہ تھا کہ بس جو کہا جا رہا ہے اسٹیج سے وہ سن لیجیے، اس کو</w:t>
      </w:r>
    </w:p>
    <w:p>
      <w:r>
        <w:rPr>
          <w:b/>
        </w:rPr>
        <w:t xml:space="preserve">[26:23] </w:t>
      </w:r>
      <w:r>
        <w:t>bas sun lijiye.</w:t>
      </w:r>
    </w:p>
    <w:p>
      <w:pPr>
        <w:jc w:val="right"/>
      </w:pPr>
      <w:r>
        <w:t>بس سن لیجیے۔</w:t>
      </w:r>
    </w:p>
    <w:p>
      <w:r>
        <w:rPr>
          <w:b/>
        </w:rPr>
        <w:t xml:space="preserve">[26:25] </w:t>
      </w:r>
      <w:r>
        <w:t>ab yeh hai ke aap wahan par sawal kar sakte hain aur woh aap ko bohat hi mamool</w:t>
      </w:r>
    </w:p>
    <w:p>
      <w:pPr>
        <w:jc w:val="right"/>
      </w:pPr>
      <w:r>
        <w:t>اب یہ ہے کہ آپ وہاں پر سوال کر سکتے ہیں اور وہ آپ کو بہت ہی معمول</w:t>
      </w:r>
    </w:p>
    <w:p>
      <w:r>
        <w:rPr>
          <w:b/>
        </w:rPr>
        <w:t xml:space="preserve">[26:32] </w:t>
      </w:r>
      <w:r>
        <w:t>ke tareeqe se jawab dega aap ko.</w:t>
      </w:r>
    </w:p>
    <w:p>
      <w:pPr>
        <w:jc w:val="right"/>
      </w:pPr>
      <w:r>
        <w:t>کے طریقے سے جواب دے گا آپ کو۔</w:t>
      </w:r>
    </w:p>
    <w:p>
      <w:r>
        <w:rPr>
          <w:b/>
        </w:rPr>
        <w:t xml:space="preserve">[26:36] </w:t>
      </w:r>
      <w:r>
        <w:t>to mein yeh kahunga ke aap mein se har shakhs apne andar apni bolne ki taqat ko</w:t>
      </w:r>
    </w:p>
    <w:p>
      <w:pPr>
        <w:jc w:val="right"/>
      </w:pPr>
      <w:r>
        <w:t>تو میں یہ کہوں گا کہ آپ میں سے ہر شخص اپنے اندر اپنی بولنے کی طاقت کو</w:t>
      </w:r>
    </w:p>
    <w:p>
      <w:r>
        <w:rPr>
          <w:b/>
        </w:rPr>
        <w:t xml:space="preserve">[26:43] </w:t>
      </w:r>
      <w:r>
        <w:t>tarqi de.</w:t>
      </w:r>
    </w:p>
    <w:p>
      <w:pPr>
        <w:jc w:val="right"/>
      </w:pPr>
      <w:r>
        <w:t>ترقی دے۔</w:t>
      </w:r>
    </w:p>
    <w:p>
      <w:r>
        <w:rPr>
          <w:b/>
        </w:rPr>
        <w:t xml:space="preserve">[26:45] </w:t>
      </w:r>
      <w:r>
        <w:t>taake is nai cheez ko hum istemal kar saken, hasil kar saken us ko.</w:t>
      </w:r>
    </w:p>
    <w:p>
      <w:pPr>
        <w:jc w:val="right"/>
      </w:pPr>
      <w:r>
        <w:t>تاکہ اس نئی چیز کو ہم استعمال کر سکیں، حاصل کر سکیں اس کو۔</w:t>
      </w:r>
    </w:p>
    <w:p>
      <w:r>
        <w:rPr>
          <w:b/>
        </w:rPr>
        <w:t xml:space="preserve">[26:51] </w:t>
      </w:r>
      <w:r>
        <w:t>yani agar rasool Allah (SAW) ke zamane mein, dekhiye rasool Allah (SAW)</w:t>
      </w:r>
    </w:p>
    <w:p>
      <w:pPr>
        <w:jc w:val="right"/>
      </w:pPr>
      <w:r>
        <w:t>یعنی اگر رسول اللہ صلى الله عليه وسلم کے زمانے میں، دیکھیے رسول اللہ صلى الله عليه وسلم</w:t>
      </w:r>
    </w:p>
    <w:p>
      <w:r>
        <w:rPr>
          <w:b/>
        </w:rPr>
        <w:t xml:space="preserve">[26:59] </w:t>
      </w:r>
      <w:r>
        <w:t>ke zamane mein printing press nahi aaya tha.</w:t>
      </w:r>
    </w:p>
    <w:p>
      <w:pPr>
        <w:jc w:val="right"/>
      </w:pPr>
      <w:r>
        <w:t>کے زمانے میں پرنٹنگ پریس نہیں آیا تھا۔</w:t>
      </w:r>
    </w:p>
    <w:p>
      <w:r>
        <w:rPr>
          <w:b/>
        </w:rPr>
        <w:t xml:space="preserve">[27:02] </w:t>
      </w:r>
      <w:r>
        <w:t>to us zamane mein log yaad kar lete thay.</w:t>
      </w:r>
    </w:p>
    <w:p>
      <w:pPr>
        <w:jc w:val="right"/>
      </w:pPr>
      <w:r>
        <w:t>تو اس زمانے میں لوگ یاد کر لیتے تھے۔</w:t>
      </w:r>
    </w:p>
    <w:p>
      <w:r>
        <w:rPr>
          <w:b/>
        </w:rPr>
        <w:t xml:space="preserve">[27:06] </w:t>
      </w:r>
      <w:r>
        <w:t>to logon ne kya kiya? Quran ko yaad kar ke sunate thay.</w:t>
      </w:r>
    </w:p>
    <w:p>
      <w:pPr>
        <w:jc w:val="right"/>
      </w:pPr>
      <w:r>
        <w:t>تو لوگوں نے کیا کیا؟ قرآن کو یاد کر کے سناتے تھے۔</w:t>
      </w:r>
    </w:p>
    <w:p>
      <w:r>
        <w:rPr>
          <w:b/>
        </w:rPr>
        <w:t xml:space="preserve">[27:11] </w:t>
      </w:r>
      <w:r>
        <w:t>yani woh muqarrar banay hue thay, muqarrar.</w:t>
      </w:r>
    </w:p>
    <w:p>
      <w:pPr>
        <w:jc w:val="right"/>
      </w:pPr>
      <w:r>
        <w:t>یعنی وہ مقرر بنے ہوئے تھے، مقرر۔</w:t>
      </w:r>
    </w:p>
    <w:p>
      <w:r>
        <w:rPr>
          <w:b/>
        </w:rPr>
        <w:t xml:space="preserve">[27:14] </w:t>
      </w:r>
      <w:r>
        <w:t>muqarrar banay hue thay.</w:t>
      </w:r>
    </w:p>
    <w:p>
      <w:pPr>
        <w:jc w:val="right"/>
      </w:pPr>
      <w:r>
        <w:t>مقرر بنے ہوئے تھے۔</w:t>
      </w:r>
    </w:p>
    <w:p>
      <w:r>
        <w:rPr>
          <w:b/>
        </w:rPr>
        <w:t xml:space="preserve">[27:16] </w:t>
      </w:r>
      <w:r>
        <w:t>to Islam jo phaila, isi se phaila ke logon ne Quran ko yaad kar liya aur jagah jagah</w:t>
      </w:r>
    </w:p>
    <w:p>
      <w:pPr>
        <w:jc w:val="right"/>
      </w:pPr>
      <w:r>
        <w:t>تو اسلام جو پھیلا، اسی سے پھیلا کہ لوگوں نے قرآن کو یاد کر لیا اور جگہ جگہ</w:t>
      </w:r>
    </w:p>
    <w:p>
      <w:r>
        <w:rPr>
          <w:b/>
        </w:rPr>
        <w:t xml:space="preserve">[27:24] </w:t>
      </w:r>
      <w:r>
        <w:t>us ko sunane lage woh.</w:t>
      </w:r>
    </w:p>
    <w:p>
      <w:pPr>
        <w:jc w:val="right"/>
      </w:pPr>
      <w:r>
        <w:t>اس کو سنانے لگے وہ۔</w:t>
      </w:r>
    </w:p>
    <w:p>
      <w:r>
        <w:rPr>
          <w:b/>
        </w:rPr>
        <w:t xml:space="preserve">[27:26] </w:t>
      </w:r>
      <w:r>
        <w:t>yani muqarrar of Quran.</w:t>
      </w:r>
    </w:p>
    <w:p>
      <w:pPr>
        <w:jc w:val="right"/>
      </w:pPr>
      <w:r>
        <w:t>یعنی مقرر آف قرآن۔</w:t>
      </w:r>
    </w:p>
    <w:p>
      <w:r>
        <w:rPr>
          <w:b/>
        </w:rPr>
        <w:t xml:space="preserve">[27:27] </w:t>
      </w:r>
      <w:r>
        <w:t>is ke baad daur aaya printing press ka.</w:t>
      </w:r>
    </w:p>
    <w:p>
      <w:pPr>
        <w:jc w:val="right"/>
      </w:pPr>
      <w:r>
        <w:t>اس کے بعد دور آیا پرنٹنگ پریس کا۔</w:t>
      </w:r>
    </w:p>
    <w:p>
      <w:r>
        <w:rPr>
          <w:b/>
        </w:rPr>
        <w:t xml:space="preserve">[27:31] </w:t>
      </w:r>
      <w:r>
        <w:t>ab yeh tha daur taqseem ka.</w:t>
      </w:r>
    </w:p>
    <w:p>
      <w:pPr>
        <w:jc w:val="right"/>
      </w:pPr>
      <w:r>
        <w:t>اب یہ تھا دور تقسیم کا۔</w:t>
      </w:r>
    </w:p>
    <w:p>
      <w:r>
        <w:rPr>
          <w:b/>
        </w:rPr>
        <w:t xml:space="preserve">[27:33] </w:t>
      </w:r>
      <w:r>
        <w:t>ab taqseem kiya jaane laga.</w:t>
      </w:r>
    </w:p>
    <w:p>
      <w:pPr>
        <w:jc w:val="right"/>
      </w:pPr>
      <w:r>
        <w:t>اب تقسیم کیا جانے لگا۔</w:t>
      </w:r>
    </w:p>
    <w:p>
      <w:r>
        <w:rPr>
          <w:b/>
        </w:rPr>
        <w:t xml:space="preserve">[27:36] </w:t>
      </w:r>
      <w:r>
        <w:t>yani chapi hui kitaben aur chapa hua Quran jo hai, taqseem kiya kiya jaane laga.</w:t>
      </w:r>
    </w:p>
    <w:p>
      <w:pPr>
        <w:jc w:val="right"/>
      </w:pPr>
      <w:r>
        <w:t>یعنی چھپی ہوئی کتابیں اور چھپا ہوا قرآن جو ہے، تقسیم کیا کیا جانے لگا۔</w:t>
      </w:r>
    </w:p>
    <w:p>
      <w:r>
        <w:rPr>
          <w:b/>
        </w:rPr>
        <w:t xml:space="preserve">[27:42] </w:t>
      </w:r>
      <w:r>
        <w:t>ab agar daur agaya hai stage ka to is ke liye aap log tayyar kijiye.</w:t>
      </w:r>
    </w:p>
    <w:p>
      <w:pPr>
        <w:jc w:val="right"/>
      </w:pPr>
      <w:r>
        <w:t>اب اگر دور آگیا ہے اسٹیج کا تو اس کے لیے آپ لوگ تیار کیجیے۔</w:t>
      </w:r>
    </w:p>
    <w:p>
      <w:r>
        <w:rPr>
          <w:b/>
        </w:rPr>
        <w:t xml:space="preserve">[27:48] </w:t>
      </w:r>
      <w:r>
        <w:t>yani aap mein se har shakhs ko muqarrar banna hai.</w:t>
      </w:r>
    </w:p>
    <w:p>
      <w:pPr>
        <w:jc w:val="right"/>
      </w:pPr>
      <w:r>
        <w:t>یعنی آپ میں سے ہر شخص کو مقرر بننا ہے۔</w:t>
      </w:r>
    </w:p>
    <w:p>
      <w:r>
        <w:rPr>
          <w:b/>
        </w:rPr>
        <w:t xml:space="preserve">[27:53] </w:t>
      </w:r>
      <w:r>
        <w:t>is par banne ka matlab yeh nahi ke aap ko agar bulaya jaye stage par taqreer karne ke</w:t>
      </w:r>
    </w:p>
    <w:p>
      <w:pPr>
        <w:jc w:val="right"/>
      </w:pPr>
      <w:r>
        <w:t>اس پر بننے کا معنی یہ نہیں کہ آپ کو اگر بلایا جائے اسٹیج پر تقریر کرنے کے</w:t>
      </w:r>
    </w:p>
    <w:p>
      <w:r>
        <w:rPr>
          <w:b/>
        </w:rPr>
        <w:t xml:space="preserve">[28:00] </w:t>
      </w:r>
      <w:r>
        <w:t>liye, tab hi aap ko mauqa hai.</w:t>
      </w:r>
    </w:p>
    <w:p>
      <w:pPr>
        <w:jc w:val="right"/>
      </w:pPr>
      <w:r>
        <w:t>لیے، تب ہی آپ کو موقع ہے۔</w:t>
      </w:r>
    </w:p>
    <w:p>
      <w:r>
        <w:rPr>
          <w:b/>
        </w:rPr>
        <w:t xml:space="preserve">[28:03] </w:t>
      </w:r>
      <w:r>
        <w:t>nahi, bulaya na jaye tab bhi aap sam'een mein hain.</w:t>
      </w:r>
    </w:p>
    <w:p>
      <w:pPr>
        <w:jc w:val="right"/>
      </w:pPr>
      <w:r>
        <w:t>نہیں، بلایا نہ جائے تب بھی آپ سامعین میں ہیں۔</w:t>
      </w:r>
    </w:p>
    <w:p>
      <w:r>
        <w:rPr>
          <w:b/>
        </w:rPr>
        <w:t xml:space="preserve">[28:08] </w:t>
      </w:r>
      <w:r>
        <w:t>samien mein ho kar ke aap sawal kar sakte hain.</w:t>
      </w:r>
    </w:p>
    <w:p>
      <w:pPr>
        <w:jc w:val="right"/>
      </w:pPr>
      <w:r>
        <w:t>سامعین میں ہو کر کے آپ سوال کر سکتے ہیں۔</w:t>
      </w:r>
    </w:p>
    <w:p>
      <w:r>
        <w:rPr>
          <w:b/>
        </w:rPr>
        <w:t xml:space="preserve">[28:12] </w:t>
      </w:r>
      <w:r>
        <w:t>aur sare log bohat ghor se sunte hain sawal ko.</w:t>
      </w:r>
    </w:p>
    <w:p>
      <w:pPr>
        <w:jc w:val="right"/>
      </w:pPr>
      <w:r>
        <w:t>اور سارے لوگ بہت غور سے سنتے ہیں سوال کو۔</w:t>
      </w:r>
    </w:p>
    <w:p>
      <w:r>
        <w:rPr>
          <w:b/>
        </w:rPr>
        <w:t xml:space="preserve">[28:16] </w:t>
      </w:r>
      <w:r>
        <w:t>main ne dekha hai ke jab koi khara ho kar sawal karta hai to muqarrir se ziyada tawajjuh</w:t>
      </w:r>
    </w:p>
    <w:p>
      <w:pPr>
        <w:jc w:val="right"/>
      </w:pPr>
      <w:r>
        <w:t>میں نے دیکھا ہے کہ جب کوئی کھڑا ہو کر سوال کرتا ہے تو مقرر سے زیادہ توجہ</w:t>
      </w:r>
    </w:p>
    <w:p>
      <w:r>
        <w:rPr>
          <w:b/>
        </w:rPr>
        <w:t xml:space="preserve">[28:24] </w:t>
      </w:r>
      <w:r>
        <w:t>dete hain log sawal ko.</w:t>
      </w:r>
    </w:p>
    <w:p>
      <w:pPr>
        <w:jc w:val="right"/>
      </w:pPr>
      <w:r>
        <w:t>دیتے ہیں لوگ سوال کو۔</w:t>
      </w:r>
    </w:p>
    <w:p>
      <w:r>
        <w:rPr>
          <w:b/>
        </w:rPr>
        <w:t xml:space="preserve">[28:26] </w:t>
      </w:r>
      <w:r>
        <w:t>main ne khud dekha hai.</w:t>
      </w:r>
    </w:p>
    <w:p>
      <w:pPr>
        <w:jc w:val="right"/>
      </w:pPr>
      <w:r>
        <w:t>میں نے خود دیکھا ہے۔</w:t>
      </w:r>
    </w:p>
    <w:p>
      <w:r>
        <w:rPr>
          <w:b/>
        </w:rPr>
        <w:t xml:space="preserve">[28:28] </w:t>
      </w:r>
      <w:r>
        <w:t>jab bashart e keh sawal karne wala jo hai koi bohat yani ma'qool baat keh raha ho.</w:t>
      </w:r>
    </w:p>
    <w:p>
      <w:pPr>
        <w:jc w:val="right"/>
      </w:pPr>
      <w:r>
        <w:t>جب بشرطیکہ سوال کرنے والا جو ہے کوئی بہت یعنی معقول بات کہہ رہا ہو۔</w:t>
      </w:r>
    </w:p>
    <w:p>
      <w:r>
        <w:rPr>
          <w:b/>
        </w:rPr>
        <w:t xml:space="preserve">[28:35] </w:t>
      </w:r>
      <w:r>
        <w:t>yani ke samien mein se ek aadmi khara ho aur bohat hi ma'qool baat koi kahe woh, us</w:t>
      </w:r>
    </w:p>
    <w:p>
      <w:pPr>
        <w:jc w:val="right"/>
      </w:pPr>
      <w:r>
        <w:t>یعنی کہ سامعین میں سے ایک آدمی کھڑا ہو اور بہت ہی معقول بات کوئی کہے وہ، اس</w:t>
      </w:r>
    </w:p>
    <w:p>
      <w:r>
        <w:rPr>
          <w:b/>
        </w:rPr>
        <w:t xml:space="preserve">[28:42] </w:t>
      </w:r>
      <w:r>
        <w:t>zaban mein jo zaban wahan chal rahi hai.</w:t>
      </w:r>
    </w:p>
    <w:p>
      <w:pPr>
        <w:jc w:val="right"/>
      </w:pPr>
      <w:r>
        <w:t>زبان میں جو زبان وہاں چل رہی ہے۔</w:t>
      </w:r>
    </w:p>
    <w:p>
      <w:r>
        <w:rPr>
          <w:b/>
        </w:rPr>
        <w:t xml:space="preserve">[28:46] </w:t>
      </w:r>
      <w:r>
        <w:t>mislan angrezi chal rahi hai to angrezi mein, hindi hai to hindi mein, urdu hai to urdu mein.</w:t>
      </w:r>
    </w:p>
    <w:p>
      <w:pPr>
        <w:jc w:val="right"/>
      </w:pPr>
      <w:r>
        <w:t>مثلاً انگریزی چل رہی ہے تو انگریزی میں، ہندی ہے تو ہندی میں، اردو ہے تو اردو میں۔</w:t>
      </w:r>
    </w:p>
    <w:p>
      <w:r>
        <w:rPr>
          <w:b/>
        </w:rPr>
        <w:t xml:space="preserve">[28:54] </w:t>
      </w:r>
      <w:r>
        <w:t>to log muqarrir se ziyada is ko sunte hain.</w:t>
      </w:r>
    </w:p>
    <w:p>
      <w:pPr>
        <w:jc w:val="right"/>
      </w:pPr>
      <w:r>
        <w:t>تو لوگ مقرر سے زیادہ اس کو سنتے ہیں۔</w:t>
      </w:r>
    </w:p>
    <w:p>
      <w:r>
        <w:rPr>
          <w:b/>
        </w:rPr>
        <w:t xml:space="preserve">[28:57] </w:t>
      </w:r>
      <w:r>
        <w:t>to aap yeh yeh is ko tarbiyat kijiye, yeh seekhein aap.</w:t>
      </w:r>
    </w:p>
    <w:p>
      <w:pPr>
        <w:jc w:val="right"/>
      </w:pPr>
      <w:r>
        <w:t>تو آپ یہ یہ اس کو تربیت کیجیے، یہ سیکھیں آپ۔</w:t>
      </w:r>
    </w:p>
    <w:p>
      <w:r>
        <w:rPr>
          <w:b/>
        </w:rPr>
        <w:t xml:space="preserve">[29:02] </w:t>
      </w:r>
      <w:r>
        <w:t>ke aap ko bolna aaye, aap ko taqreer dena aaye, aap ko bohat hi ma'qool tareeqe se apni</w:t>
      </w:r>
    </w:p>
    <w:p>
      <w:pPr>
        <w:jc w:val="right"/>
      </w:pPr>
      <w:r>
        <w:t>کہ آپ کو بولنا آئے، آپ کو تقریر دینا آئے، آپ کو بہت ہی معقول طریقے سے اپنی</w:t>
      </w:r>
    </w:p>
    <w:p>
      <w:r>
        <w:rPr>
          <w:b/>
        </w:rPr>
        <w:t xml:space="preserve">[29:10] </w:t>
      </w:r>
      <w:r>
        <w:t>baat ko pesh karna aaye.</w:t>
      </w:r>
    </w:p>
    <w:p>
      <w:pPr>
        <w:jc w:val="right"/>
      </w:pPr>
      <w:r>
        <w:t>بات کو پیش کرنا آئے۔</w:t>
      </w:r>
    </w:p>
    <w:p>
      <w:r>
        <w:rPr>
          <w:b/>
        </w:rPr>
        <w:t xml:space="preserve">[29:12] </w:t>
      </w:r>
      <w:r>
        <w:t>bohat hi samajhne wali zaban mein aap apni baat kar saken.</w:t>
      </w:r>
    </w:p>
    <w:p>
      <w:pPr>
        <w:jc w:val="right"/>
      </w:pPr>
      <w:r>
        <w:t>بہت ہی سمجھنے والی زبان میں آپ اپنی بات کر سکیں۔</w:t>
      </w:r>
    </w:p>
    <w:p>
      <w:r>
        <w:rPr>
          <w:b/>
        </w:rPr>
        <w:t xml:space="preserve">[29:17] </w:t>
      </w:r>
      <w:r>
        <w:t>to aap yani agar sare musalman nahi kar rahe hain to aap kijiye woh kaam.</w:t>
      </w:r>
    </w:p>
    <w:p>
      <w:pPr>
        <w:jc w:val="right"/>
      </w:pPr>
      <w:r>
        <w:t>تو آپ یعنی اگر سارے مسلمان نہیں کر رہے ہیں تو آپ کیجیے وہ کام۔</w:t>
      </w:r>
    </w:p>
    <w:p>
      <w:r>
        <w:rPr>
          <w:b/>
        </w:rPr>
        <w:t xml:space="preserve">[29:23] </w:t>
      </w:r>
      <w:r>
        <w:t>yeh matlab nahi ke doosre musalmanon ki shikayat kar ke aap barh jayen.</w:t>
      </w:r>
    </w:p>
    <w:p>
      <w:pPr>
        <w:jc w:val="right"/>
      </w:pPr>
      <w:r>
        <w:t>یہ مطلب نہیں کہ دوسرے مسلمانوں کی شکایت کر کے آپ بڑھ جائیں۔</w:t>
      </w:r>
    </w:p>
    <w:p>
      <w:r>
        <w:rPr>
          <w:b/>
        </w:rPr>
        <w:t xml:space="preserve">[29:29] </w:t>
      </w:r>
      <w:r>
        <w:t>aur phir is ke baad kya hoga? Ke inhi musalmanon mein se aap ko afraad milen ge.</w:t>
      </w:r>
    </w:p>
    <w:p>
      <w:pPr>
        <w:jc w:val="right"/>
      </w:pPr>
      <w:r>
        <w:t>اور پھر اس کے بعد کیا ہوگا؟ کہ انہی مسلمانوں میں سے آپ کو افراد ملیں گے۔</w:t>
      </w:r>
    </w:p>
    <w:p>
      <w:r>
        <w:rPr>
          <w:b/>
        </w:rPr>
        <w:t xml:space="preserve">[29:36] </w:t>
      </w:r>
      <w:r>
        <w:t>jaise aap log mile hain, aise aur milte rahen ge.</w:t>
      </w:r>
    </w:p>
    <w:p>
      <w:pPr>
        <w:jc w:val="right"/>
      </w:pPr>
      <w:r>
        <w:t>جیسے آپ لوگ ملے ہیں، ایسے اور ملتے رہیں گے۔</w:t>
      </w:r>
    </w:p>
    <w:p>
      <w:r>
        <w:rPr>
          <w:b/>
        </w:rPr>
        <w:t xml:space="preserve">[29:40] </w:t>
      </w:r>
      <w:r>
        <w:t>to main samajhta hoon ke is waqt jo hum kar rahe hain yeh kaam, jo ziyada tar taqseem</w:t>
      </w:r>
    </w:p>
    <w:p>
      <w:pPr>
        <w:jc w:val="right"/>
      </w:pPr>
      <w:r>
        <w:t>تو میں سمجھتا ہوں کہ اس وقت جو ہم کر رہے ہیں یہ کام، جو زیادہ تر تقسیم</w:t>
      </w:r>
    </w:p>
    <w:p>
      <w:r>
        <w:rPr>
          <w:b/>
        </w:rPr>
        <w:t xml:space="preserve">[29:48] </w:t>
      </w:r>
      <w:r>
        <w:t>mein chal raha hai.</w:t>
      </w:r>
    </w:p>
    <w:p>
      <w:pPr>
        <w:jc w:val="right"/>
      </w:pPr>
      <w:r>
        <w:t>میں چل رہا ہے۔</w:t>
      </w:r>
    </w:p>
    <w:p>
      <w:r>
        <w:rPr>
          <w:b/>
        </w:rPr>
        <w:t xml:space="preserve">[29:50] </w:t>
      </w:r>
      <w:r>
        <w:t>aur sath sath electronic mein bhi hum istemal kar rahe hain.</w:t>
      </w:r>
    </w:p>
    <w:p>
      <w:pPr>
        <w:jc w:val="right"/>
      </w:pPr>
      <w:r>
        <w:t>اور ساتھ ساتھ الیکٹرانک میں بھی ہم استعمال کر رہے ہیں۔</w:t>
      </w:r>
    </w:p>
    <w:p>
      <w:r>
        <w:rPr>
          <w:b/>
        </w:rPr>
        <w:t xml:space="preserve">[29:54] </w:t>
      </w:r>
      <w:r>
        <w:t>to isi ke sath sath hamein stage ko bhi istemal karne ke liye apne ko tayyar karna chahiye.</w:t>
      </w:r>
    </w:p>
    <w:p>
      <w:pPr>
        <w:jc w:val="right"/>
      </w:pPr>
      <w:r>
        <w:t>تو اسی کے ساتھ ساتھ ہمیں اسٹیج کو بھی استعمال کرنے کے لیے اپنے کو تیار کرنا چاہیے۔</w:t>
      </w:r>
    </w:p>
    <w:p>
      <w:r>
        <w:rPr>
          <w:b/>
        </w:rPr>
        <w:t xml:space="preserve">[30:02] </w:t>
      </w:r>
      <w:r>
        <w:t>yani is kaam ko aap barhaiye, yani is kaam ko jo taqseem ka kaam hai, is ko bhi</w:t>
      </w:r>
    </w:p>
    <w:p>
      <w:pPr>
        <w:jc w:val="right"/>
      </w:pPr>
      <w:r>
        <w:t>یعنی اس کام کو آپ بڑھائیے، یعنی اس کام کو جو تقسیم کا کام ہے، اس کو بھی</w:t>
      </w:r>
    </w:p>
    <w:p>
      <w:r>
        <w:rPr>
          <w:b/>
        </w:rPr>
        <w:t xml:space="preserve">[30:10] </w:t>
      </w:r>
      <w:r>
        <w:t>barhana hai.</w:t>
      </w:r>
    </w:p>
    <w:p>
      <w:pPr>
        <w:jc w:val="right"/>
      </w:pPr>
      <w:r>
        <w:t>بڑھانا ہے۔</w:t>
      </w:r>
    </w:p>
    <w:p>
      <w:r>
        <w:rPr>
          <w:b/>
        </w:rPr>
        <w:t xml:space="preserve">[30:11] </w:t>
      </w:r>
      <w:r>
        <w:t>aur jo jo yeh kaam ho raha hai, is ko kya kehte hain sahib yeh is ko? Internet.</w:t>
      </w:r>
    </w:p>
    <w:p>
      <w:pPr>
        <w:jc w:val="right"/>
      </w:pPr>
      <w:r>
        <w:t>اور جو جو یہ کام ہو رہا ہے، اس کو کیا کہتے ہیں صاحب یہ اس کو؟ انٹرنیٹ۔</w:t>
      </w:r>
    </w:p>
    <w:p>
      <w:r>
        <w:rPr>
          <w:b/>
        </w:rPr>
        <w:t xml:space="preserve">[30:19] </w:t>
      </w:r>
      <w:r>
        <w:t>internet.</w:t>
      </w:r>
    </w:p>
    <w:p>
      <w:pPr>
        <w:jc w:val="right"/>
      </w:pPr>
      <w:r>
        <w:t>انٹرنیٹ۔</w:t>
      </w:r>
    </w:p>
    <w:p>
      <w:r>
        <w:rPr>
          <w:b/>
        </w:rPr>
        <w:t xml:space="preserve">[30:21] </w:t>
      </w:r>
      <w:r>
        <w:t>to printing kitab ko hum taqseem karte hain, is ko bhi aur barhana hai.</w:t>
      </w:r>
    </w:p>
    <w:p>
      <w:pPr>
        <w:jc w:val="right"/>
      </w:pPr>
      <w:r>
        <w:t>تو پرنٹنگ کتاب کو ہم تقسیم کرتے ہیں، اس کو بھی اور بڑھانا ہے۔</w:t>
      </w:r>
    </w:p>
    <w:p>
      <w:r>
        <w:rPr>
          <w:b/>
        </w:rPr>
        <w:t xml:space="preserve">[30:27] </w:t>
      </w:r>
      <w:r>
        <w:t>internet ke zareeye kaam kiya ja raha hai, is ko bhi aur barhana hai.</w:t>
      </w:r>
    </w:p>
    <w:p>
      <w:pPr>
        <w:jc w:val="right"/>
      </w:pPr>
      <w:r>
        <w:t>انٹرنیٹ کے ذریعے کام کیا جا رہا ہے، اس کو بھی اور بڑھانا ہے۔</w:t>
      </w:r>
    </w:p>
    <w:p>
      <w:r>
        <w:rPr>
          <w:b/>
        </w:rPr>
        <w:t xml:space="preserve">[30:33] </w:t>
      </w:r>
      <w:r>
        <w:t>saath saath stage ka jo ek mauqa hai, is ko bhi istemal karna hai, is ko hasil karna</w:t>
      </w:r>
    </w:p>
    <w:p>
      <w:pPr>
        <w:jc w:val="right"/>
      </w:pPr>
      <w:r>
        <w:t>ساتھ ساتھ اسٹیج کا جو ایک موقع ہے، اس کو بھی استعمال کرنا ہے، اس کو حاصل کرنا</w:t>
      </w:r>
    </w:p>
    <w:p>
      <w:r>
        <w:rPr>
          <w:b/>
        </w:rPr>
        <w:t xml:space="preserve">[30:40]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[30:42] </w:t>
      </w:r>
      <w:r>
        <w:t>aur aap hi logon ki zimmedari hai ke aap is ke liye mehnat karen.</w:t>
      </w:r>
    </w:p>
    <w:p>
      <w:pPr>
        <w:jc w:val="right"/>
      </w:pPr>
      <w:r>
        <w:t>اور آپ ہی لوگوں کی ذمہ داری ہے کہ آپ اس کے لیے محنت کریں۔</w:t>
      </w:r>
    </w:p>
    <w:p>
      <w:r>
        <w:rPr>
          <w:b/>
        </w:rPr>
        <w:t xml:space="preserve">[30:48] </w:t>
      </w:r>
      <w:r>
        <w:t>dekhiye dawat ka kaam ek aisa kaam hai jo aqeedat chahta hai, waqf chahta hai, yaani mukammal shamooliyat</w:t>
      </w:r>
    </w:p>
    <w:p>
      <w:pPr>
        <w:jc w:val="right"/>
      </w:pPr>
      <w:r>
        <w:t>دیکھیے دعوت کا کام ایک ایسا کام ہے جو عقیدت چاہتا ہے، وقف چاہتا ہے، یعنی مکمل شمولیت</w:t>
      </w:r>
    </w:p>
    <w:p>
      <w:r>
        <w:rPr>
          <w:b/>
        </w:rPr>
        <w:t xml:space="preserve">[30:56] </w:t>
      </w:r>
      <w:r>
        <w:t>chahta hai.</w:t>
      </w:r>
    </w:p>
    <w:p>
      <w:pPr>
        <w:jc w:val="right"/>
      </w:pPr>
      <w:r>
        <w:t>چاہتا ہے۔</w:t>
      </w:r>
    </w:p>
    <w:p>
      <w:r>
        <w:rPr>
          <w:b/>
        </w:rPr>
        <w:t xml:space="preserve">[30:57] </w:t>
      </w:r>
      <w:r>
        <w:t>dawat ka kaam koi ailaan ka kaam nahi hai.</w:t>
      </w:r>
    </w:p>
    <w:p>
      <w:pPr>
        <w:jc w:val="right"/>
      </w:pPr>
      <w:r>
        <w:t>دعوت کا کام کوئی اعلان کا کام نہیں ہے۔</w:t>
      </w:r>
    </w:p>
    <w:p>
      <w:r>
        <w:rPr>
          <w:b/>
        </w:rPr>
        <w:t xml:space="preserve">[31:01] </w:t>
      </w:r>
      <w:r>
        <w:t>baghair mukammal shamooliyat ke aap zyada mu'assir andaaz mein dawat ka kaam nahi kar sakte.</w:t>
      </w:r>
    </w:p>
    <w:p>
      <w:pPr>
        <w:jc w:val="right"/>
      </w:pPr>
      <w:r>
        <w:t>بغیر مکمل شمولیت کے آپ زیادہ مؤثر انداز میں دعوت کا کام نہیں کر سکتے۔</w:t>
      </w:r>
    </w:p>
    <w:p>
      <w:r>
        <w:rPr>
          <w:b/>
        </w:rPr>
        <w:t xml:space="preserve">[31:08] </w:t>
      </w:r>
      <w:r>
        <w:t>to is ka bohat hi zabardast, yaani phir aap ke aap ke masail kaise hal hon, aap ka</w:t>
      </w:r>
    </w:p>
    <w:p>
      <w:pPr>
        <w:jc w:val="right"/>
      </w:pPr>
      <w:r>
        <w:t>تو اس کا بہت ہی زبردست، یعنی پھر آپ کے آپ کے مسائل کیسے حل ہوں، آپ کا</w:t>
      </w:r>
    </w:p>
    <w:p>
      <w:r>
        <w:rPr>
          <w:b/>
        </w:rPr>
        <w:t xml:space="preserve">[31:15] </w:t>
      </w:r>
      <w:r>
        <w:t>kaam kaise bane, is ke liye hadith mein maujood hai bohat acha jawab.</w:t>
      </w:r>
    </w:p>
    <w:p>
      <w:pPr>
        <w:jc w:val="right"/>
      </w:pPr>
      <w:r>
        <w:t>کام کیسے بنے، اس کے لیے حدیث میں موجود ہے بہت اچھا جواب۔</w:t>
      </w:r>
    </w:p>
    <w:p>
      <w:r>
        <w:rPr>
          <w:b/>
        </w:rPr>
        <w:t xml:space="preserve">[31:21] </w:t>
      </w:r>
      <w:r>
        <w:t>ke man ja'alahum muhammadun wahidun akhiratahu kafahullahu anhum fid dunya.</w:t>
      </w:r>
    </w:p>
    <w:p>
      <w:pPr>
        <w:jc w:val="right"/>
      </w:pPr>
      <w:r>
        <w:t>کہ من جعلھم محمد واحداً ہم آخرتہ کفاہ اللہ عنہم فی الدنیا۔</w:t>
      </w:r>
    </w:p>
    <w:p>
      <w:r>
        <w:rPr>
          <w:b/>
        </w:rPr>
        <w:t xml:space="preserve">[31:26] </w:t>
      </w:r>
      <w:r>
        <w:t>yaani jo shakhs Allah ko apna fikr bana lega, to Allah us ki tamam zarooraton ke liye</w:t>
      </w:r>
    </w:p>
    <w:p>
      <w:pPr>
        <w:jc w:val="right"/>
      </w:pPr>
      <w:r>
        <w:t>یعنی جو شخص اللہ کو اپنا فکر بنا لے گا، تو اللہ اس کی تمام ضرورتوں کے لیے</w:t>
      </w:r>
    </w:p>
    <w:p>
      <w:r>
        <w:rPr>
          <w:b/>
        </w:rPr>
        <w:t xml:space="preserve">[31:34] </w:t>
      </w:r>
      <w:r>
        <w:t>kaafi ho jayega.</w:t>
      </w:r>
    </w:p>
    <w:p>
      <w:pPr>
        <w:jc w:val="right"/>
      </w:pPr>
      <w:r>
        <w:t>کافی ہو جائے گا۔</w:t>
      </w:r>
    </w:p>
    <w:p>
      <w:r>
        <w:rPr>
          <w:b/>
        </w:rPr>
        <w:t xml:space="preserve">[31:36] </w:t>
      </w:r>
      <w:r>
        <w:t>yaani aap dawat ke liye apne aap ko waqf karen ge, apne aap ko poori tarah shamil karen</w:t>
      </w:r>
    </w:p>
    <w:p>
      <w:pPr>
        <w:jc w:val="right"/>
      </w:pPr>
      <w:r>
        <w:t>یعنی آپ دعوت کے لیے اپنے آپ کو وقف کریں گے، اپنے آپ کو پوری طرح شامل کریں</w:t>
      </w:r>
    </w:p>
    <w:p>
      <w:r>
        <w:rPr>
          <w:b/>
        </w:rPr>
        <w:t xml:space="preserve">[31:43] </w:t>
      </w:r>
      <w:r>
        <w:t>ge, apne aap ko is ke waqf karen ge, waqf.</w:t>
      </w:r>
    </w:p>
    <w:p>
      <w:pPr>
        <w:jc w:val="right"/>
      </w:pPr>
      <w:r>
        <w:t>گے، اپنے آپ کو اس کے وقف کریں گے، وقف۔</w:t>
      </w:r>
    </w:p>
    <w:p>
      <w:r>
        <w:rPr>
          <w:b/>
        </w:rPr>
        <w:t xml:space="preserve">[31:48] </w:t>
      </w:r>
      <w:r>
        <w:t>to yeh mat sochiye ke aur doosre kaam kahin aap bigaad na jayen kehen.</w:t>
      </w:r>
    </w:p>
    <w:p>
      <w:pPr>
        <w:jc w:val="right"/>
      </w:pPr>
      <w:r>
        <w:t>تو یہ مت سوچیے کہ اور دوسرے کام کہیں آپ بگاڑ نہ جائیں کہیں۔</w:t>
      </w:r>
    </w:p>
    <w:p>
      <w:r>
        <w:rPr>
          <w:b/>
        </w:rPr>
        <w:t xml:space="preserve">[31:54] </w:t>
      </w:r>
      <w:r>
        <w:t>yeh mat sochiye.</w:t>
      </w:r>
    </w:p>
    <w:p>
      <w:pPr>
        <w:jc w:val="right"/>
      </w:pPr>
      <w:r>
        <w:t>یہ مت سوچیے۔</w:t>
      </w:r>
    </w:p>
    <w:p>
      <w:r>
        <w:rPr>
          <w:b/>
        </w:rPr>
        <w:t xml:space="preserve">[31:55] </w:t>
      </w:r>
      <w:r>
        <w:t>aap ke doosre kaam jo hain, aap ke khandan ke kaam, aap ke dunya ke kaam bigad jayen,</w:t>
      </w:r>
    </w:p>
    <w:p>
      <w:pPr>
        <w:jc w:val="right"/>
      </w:pPr>
      <w:r>
        <w:t>آپ کے دوسرے کام جو ہیں، آپ کے خاندان کے کام، آپ کے دنیا کے کام بگڑ جائیں،</w:t>
      </w:r>
    </w:p>
    <w:p>
      <w:r>
        <w:rPr>
          <w:b/>
        </w:rPr>
        <w:t xml:space="preserve">[32:03] </w:t>
      </w:r>
      <w:r>
        <w:t>aisa mat sochiye.</w:t>
      </w:r>
    </w:p>
    <w:p>
      <w:pPr>
        <w:jc w:val="right"/>
      </w:pPr>
      <w:r>
        <w:t>ایسا مت سوچیے۔</w:t>
      </w:r>
    </w:p>
    <w:p>
      <w:r>
        <w:rPr>
          <w:b/>
        </w:rPr>
        <w:t xml:space="preserve">[32:04] </w:t>
      </w:r>
      <w:r>
        <w:t>kyun ke woh to Allah apne zimme lene ke liye keh raha hai, woh hum ko apne zimme</w:t>
      </w:r>
    </w:p>
    <w:p>
      <w:pPr>
        <w:jc w:val="right"/>
      </w:pPr>
      <w:r>
        <w:t>کیوں کہ وہ تو اللہ اپنے ذمے لینے کے لیے کہہ رہا ہے، وہ ہم کو اپنے ذمے</w:t>
      </w:r>
    </w:p>
    <w:p>
      <w:r>
        <w:rPr>
          <w:b/>
        </w:rPr>
        <w:t xml:space="preserve">[32:12] </w:t>
      </w:r>
      <w:r>
        <w:t>le lega.</w:t>
      </w:r>
    </w:p>
    <w:p>
      <w:pPr>
        <w:jc w:val="right"/>
      </w:pPr>
      <w:r>
        <w:t>لے لیں گے۔</w:t>
      </w:r>
    </w:p>
    <w:p>
      <w:r>
        <w:rPr>
          <w:b/>
        </w:rPr>
        <w:t xml:space="preserve">[32:13] </w:t>
      </w:r>
      <w:r>
        <w:t>to is hadith ka matlab yeh hai ke aap se yeh hadith ki zaban mein Rasool Allah (SAW)</w:t>
      </w:r>
    </w:p>
    <w:p>
      <w:pPr>
        <w:jc w:val="right"/>
      </w:pPr>
      <w:r>
        <w:t>تو اس حدیث کا مطلب یہ ہے کہ آپ سے یہ حدیث کی زبان میں رسول اللہ صلى</w:t>
      </w:r>
    </w:p>
    <w:p>
      <w:r>
        <w:rPr>
          <w:b/>
        </w:rPr>
        <w:t xml:space="preserve">[32:21] </w:t>
      </w:r>
      <w:r>
        <w:t>sallallahu alaihi wasallam farma rahe hain ke tum dawat ki zimmedari ke liye khade ho jao.</w:t>
      </w:r>
    </w:p>
    <w:p>
      <w:pPr>
        <w:jc w:val="right"/>
      </w:pPr>
      <w:r>
        <w:t>الله عليه وسلم فرما رہے ہیں کہ تم دعوت کی ذمہ داری کے لیے کھڑے ہو جاؤ۔</w:t>
      </w:r>
    </w:p>
    <w:p>
      <w:r>
        <w:rPr>
          <w:b/>
        </w:rPr>
        <w:t xml:space="preserve">[32:28] </w:t>
      </w:r>
      <w:r>
        <w:t>bas khare ho jao.</w:t>
      </w:r>
    </w:p>
    <w:p>
      <w:pPr>
        <w:jc w:val="right"/>
      </w:pPr>
      <w:r>
        <w:t>بس کھڑے ہو جاؤ۔</w:t>
      </w:r>
    </w:p>
    <w:p>
      <w:r>
        <w:rPr>
          <w:b/>
        </w:rPr>
        <w:t xml:space="preserve">[32:30] </w:t>
      </w:r>
      <w:r>
        <w:t>ab baqi jo sari zimmedariyan hain, woh Allah apne apne apne apne hath mein le le ga.</w:t>
      </w:r>
    </w:p>
    <w:p>
      <w:pPr>
        <w:jc w:val="right"/>
      </w:pPr>
      <w:r>
        <w:t>اب باقی جو ساری ذمہ داریاں ہیں، وہ اللہ اپنے اپنے اپنے اپنے ہاتھ میں لے لے گا۔</w:t>
      </w:r>
    </w:p>
    <w:p>
      <w:r>
        <w:rPr>
          <w:b/>
        </w:rPr>
        <w:t xml:space="preserve">[32:38] </w:t>
      </w:r>
      <w:r>
        <w:t>is ke liye sochne ki zarurat nahi hai.</w:t>
      </w:r>
    </w:p>
    <w:p>
      <w:pPr>
        <w:jc w:val="right"/>
      </w:pPr>
      <w:r>
        <w:t>اس کے لیے سوچنے کی ضرورت نہیں ہے۔</w:t>
      </w:r>
    </w:p>
    <w:p>
      <w:r>
        <w:rPr>
          <w:b/>
        </w:rPr>
        <w:t xml:space="preserve">[32:41] </w:t>
      </w:r>
      <w:r>
        <w:t>to aap ghor kijiye ke ek taraf to itne mawaqe khul gaye hain.</w:t>
      </w:r>
    </w:p>
    <w:p>
      <w:pPr>
        <w:jc w:val="right"/>
      </w:pPr>
      <w:r>
        <w:t>تو آپ غور کیجیے کہ ایک طرف تو اتنے مواقع کھل گئے ہیں۔</w:t>
      </w:r>
    </w:p>
    <w:p>
      <w:r>
        <w:rPr>
          <w:b/>
        </w:rPr>
        <w:t xml:space="preserve">[32:47] </w:t>
      </w:r>
      <w:r>
        <w:t>aur doosri taraf Allah ne ek ailan kar diya ke tumhari zaruraton ki zimmedari hamari hai.</w:t>
      </w:r>
    </w:p>
    <w:p>
      <w:pPr>
        <w:jc w:val="right"/>
      </w:pPr>
      <w:r>
        <w:t>اور دوسری طرف اللہ نے ایک اعلان کر دیا کہ تمہاری ضرورتوں کی ذمہ داری ہماری ہے۔</w:t>
      </w:r>
    </w:p>
    <w:p>
      <w:r>
        <w:rPr>
          <w:b/>
        </w:rPr>
        <w:t xml:space="preserve">[32:54] </w:t>
      </w:r>
      <w:r>
        <w:t>main aap ko yaad dilaoon ga ke Hazrat Ibrahim ke zamane mein da'wati kaam ke liye da'wati kaam</w:t>
      </w:r>
    </w:p>
    <w:p>
      <w:pPr>
        <w:jc w:val="right"/>
      </w:pPr>
      <w:r>
        <w:t>میں آپ کو یاد دلاؤں گا کہ حضرت ابراہیم کے زمانے میں دعوتی کام کے لیے دعوتی کام</w:t>
      </w:r>
    </w:p>
    <w:p>
      <w:r>
        <w:rPr>
          <w:b/>
        </w:rPr>
        <w:t xml:space="preserve">[33:02] </w:t>
      </w:r>
      <w:r>
        <w:t>ke liye kya karna parta tha.</w:t>
      </w:r>
    </w:p>
    <w:p>
      <w:pPr>
        <w:jc w:val="right"/>
      </w:pPr>
      <w:r>
        <w:t>کے لیے کیا کرنا پڑتا تھا۔</w:t>
      </w:r>
    </w:p>
    <w:p>
      <w:r>
        <w:rPr>
          <w:b/>
        </w:rPr>
        <w:t xml:space="preserve">[33:04] </w:t>
      </w:r>
      <w:r>
        <w:t>Hazrat Ibrahim ke zamane mein da'wati kaam ki qeemat yeh thi ke aap ko aag mein daal diya</w:t>
      </w:r>
    </w:p>
    <w:p>
      <w:pPr>
        <w:jc w:val="right"/>
      </w:pPr>
      <w:r>
        <w:t>حضرت ابراہیم کے زمانے میں دعوتی کام کی قیمت یہ تھی کہ آپ کو آگ میں ڈال دیا</w:t>
      </w:r>
    </w:p>
    <w:p>
      <w:r>
        <w:rPr>
          <w:b/>
        </w:rPr>
        <w:t xml:space="preserve">[33:12] </w:t>
      </w:r>
      <w:r>
        <w:t>gaya un ko.</w:t>
      </w:r>
    </w:p>
    <w:p>
      <w:pPr>
        <w:jc w:val="right"/>
      </w:pPr>
      <w:r>
        <w:t>گیا ان کو۔</w:t>
      </w:r>
    </w:p>
    <w:p>
      <w:r>
        <w:rPr>
          <w:b/>
        </w:rPr>
        <w:t xml:space="preserve">[33:14] </w:t>
      </w:r>
      <w:r>
        <w:t>Hazrat Ibrahim ko aag mein phenk diya gaya.</w:t>
      </w:r>
    </w:p>
    <w:p>
      <w:pPr>
        <w:jc w:val="right"/>
      </w:pPr>
      <w:r>
        <w:t>حضرت ابراہیم کو آگ میں پھینک دیا گیا۔</w:t>
      </w:r>
    </w:p>
    <w:p>
      <w:r>
        <w:rPr>
          <w:b/>
        </w:rPr>
        <w:t xml:space="preserve">[33:17] </w:t>
      </w:r>
      <w:r>
        <w:t>Allah taala ne bacha liya un ko.</w:t>
      </w:r>
    </w:p>
    <w:p>
      <w:pPr>
        <w:jc w:val="right"/>
      </w:pPr>
      <w:r>
        <w:t>اللہ تعالیٰ نے بچا لیا ان کو۔</w:t>
      </w:r>
    </w:p>
    <w:p>
      <w:r>
        <w:rPr>
          <w:b/>
        </w:rPr>
        <w:t xml:space="preserve">[33:20] </w:t>
      </w:r>
      <w:r>
        <w:t>yani kitna sakht kaam, yani kitna sakht daur tha woh.</w:t>
      </w:r>
    </w:p>
    <w:p>
      <w:pPr>
        <w:jc w:val="right"/>
      </w:pPr>
      <w:r>
        <w:t>یعنی کتنا سخت کام، یعنی کتنا سخت دور تھا وہ۔</w:t>
      </w:r>
    </w:p>
    <w:p>
      <w:r>
        <w:rPr>
          <w:b/>
        </w:rPr>
        <w:t xml:space="preserve">[33:24] </w:t>
      </w:r>
      <w:r>
        <w:t>ke aap Hazrat Ibrahim ne kisi se koi portraits ka jhagda nahi chhera tha.</w:t>
      </w:r>
    </w:p>
    <w:p>
      <w:pPr>
        <w:jc w:val="right"/>
      </w:pPr>
      <w:r>
        <w:t>کہ آپ حضرت ابراہیم نے کسی سے کوئی پورٹریٹس کا جھگڑا نہیں چھیڑا تھا۔</w:t>
      </w:r>
    </w:p>
    <w:p>
      <w:r>
        <w:rPr>
          <w:b/>
        </w:rPr>
        <w:t xml:space="preserve">[33:30] </w:t>
      </w:r>
      <w:r>
        <w:t>koi hukoomat ka jhagda nahi chhera tha.</w:t>
      </w:r>
    </w:p>
    <w:p>
      <w:pPr>
        <w:jc w:val="right"/>
      </w:pPr>
      <w:r>
        <w:t>کوئی حکومت کا جھگڑا نہیں چھیڑا تھا۔</w:t>
      </w:r>
    </w:p>
    <w:p>
      <w:r>
        <w:rPr>
          <w:b/>
        </w:rPr>
        <w:t xml:space="preserve">[33:33] </w:t>
      </w:r>
      <w:r>
        <w:t>kisi se koi kuch mangte nahi the woh.</w:t>
      </w:r>
    </w:p>
    <w:p>
      <w:pPr>
        <w:jc w:val="right"/>
      </w:pPr>
      <w:r>
        <w:t>کسی سے کوئی کچھ مانگتے نہیں تھے وہ۔</w:t>
      </w:r>
    </w:p>
    <w:p>
      <w:r>
        <w:rPr>
          <w:b/>
        </w:rPr>
        <w:t xml:space="preserve">[33:37] </w:t>
      </w:r>
      <w:r>
        <w:t>kuch bhi nahi, sirf yeh ke Allah ek hai, yeh paigham de rahe the.</w:t>
      </w:r>
    </w:p>
    <w:p>
      <w:pPr>
        <w:jc w:val="right"/>
      </w:pPr>
      <w:r>
        <w:t>کچھ بھی نہیں، صرف یہ کہ اللہ ایک ہے، یہ پیغام دے رہے تھے۔</w:t>
      </w:r>
    </w:p>
    <w:p>
      <w:r>
        <w:rPr>
          <w:b/>
        </w:rPr>
        <w:t xml:space="preserve">[33:43] </w:t>
      </w:r>
      <w:r>
        <w:t>to itna ghussa ho gaye log, itna ghussa ho gaye ke unhein pakar kar aag mein phenk diya.</w:t>
      </w:r>
    </w:p>
    <w:p>
      <w:pPr>
        <w:jc w:val="right"/>
      </w:pPr>
      <w:r>
        <w:t>تو اتنا غصہ ہو گئے لوگ، اتنا غصہ ہو گئے کہ انہیں پکڑ کر آگ میں پھینک دیا۔</w:t>
      </w:r>
    </w:p>
    <w:p>
      <w:r>
        <w:rPr>
          <w:b/>
        </w:rPr>
        <w:t xml:space="preserve">[33:51] </w:t>
      </w:r>
      <w:r>
        <w:t>aag ko aaj kaun aap ko aag mein phenkta hai? Aaj aap ko kaun? Aaj kuch bhi nahi,</w:t>
      </w:r>
    </w:p>
    <w:p>
      <w:pPr>
        <w:jc w:val="right"/>
      </w:pPr>
      <w:r>
        <w:t>آج کو آج کون آپ کو آگ میں پھینکتا ہے؟ آج آپ کو کون؟ آج کچھ بھی نہیں،</w:t>
      </w:r>
    </w:p>
    <w:p>
      <w:r>
        <w:rPr>
          <w:b/>
        </w:rPr>
        <w:t xml:space="preserve">[33:58] </w:t>
      </w:r>
      <w:r>
        <w:t>aaj mukammal azadi hai.</w:t>
      </w:r>
    </w:p>
    <w:p>
      <w:pPr>
        <w:jc w:val="right"/>
      </w:pPr>
      <w:r>
        <w:t>آج مکمل آزادی ہے۔</w:t>
      </w:r>
    </w:p>
    <w:p>
      <w:r>
        <w:rPr>
          <w:b/>
        </w:rPr>
        <w:t xml:space="preserve">[34:00] </w:t>
      </w:r>
      <w:r>
        <w:t>yani koi bhi aap ko koi bhi satane wala nahi.</w:t>
      </w:r>
    </w:p>
    <w:p>
      <w:pPr>
        <w:jc w:val="right"/>
      </w:pPr>
      <w:r>
        <w:t>یعنی کوئی بھی آپ کو کوئی بھی ستانے والا نہیں۔</w:t>
      </w:r>
    </w:p>
    <w:p>
      <w:r>
        <w:rPr>
          <w:b/>
        </w:rPr>
        <w:t xml:space="preserve">[34:04] </w:t>
      </w:r>
      <w:r>
        <w:t>kuch bhi nahi.</w:t>
      </w:r>
    </w:p>
    <w:p>
      <w:pPr>
        <w:jc w:val="right"/>
      </w:pPr>
      <w:r>
        <w:t>کچھ بھی نہیں۔</w:t>
      </w:r>
    </w:p>
    <w:p>
      <w:r>
        <w:rPr>
          <w:b/>
        </w:rPr>
        <w:t xml:space="preserve">[34:06] </w:t>
      </w:r>
      <w:r>
        <w:t>mukammal azadi.</w:t>
      </w:r>
    </w:p>
    <w:p>
      <w:pPr>
        <w:jc w:val="right"/>
      </w:pPr>
      <w:r>
        <w:t>مکمل آزادی۔</w:t>
      </w:r>
    </w:p>
    <w:p>
      <w:r>
        <w:rPr>
          <w:b/>
        </w:rPr>
        <w:t xml:space="preserve">[34:07] </w:t>
      </w:r>
      <w:r>
        <w:t>balkeh un se aap ko ta'awun milta hai.</w:t>
      </w:r>
    </w:p>
    <w:p>
      <w:pPr>
        <w:jc w:val="right"/>
      </w:pPr>
      <w:r>
        <w:t>بلکہ ان سے آپ کو تعاون ملتا ہے۔</w:t>
      </w:r>
    </w:p>
    <w:p>
      <w:r>
        <w:rPr>
          <w:b/>
        </w:rPr>
        <w:t xml:space="preserve">[34:11] </w:t>
      </w:r>
      <w:r>
        <w:t>agar aap un se takrao na karen, koi portraits na chalayen, hukoomat jhagda na chheren, koi tanaza na</w:t>
      </w:r>
    </w:p>
    <w:p>
      <w:pPr>
        <w:jc w:val="right"/>
      </w:pPr>
      <w:r>
        <w:t>اگر آپ ان سے ٹکراؤ نہ کریں، کوئی پورٹریٹس نہ چلائیں، حکومت جھگڑا نہ چھیڑیں، کوئی تنازعہ نہ</w:t>
      </w:r>
    </w:p>
    <w:p>
      <w:r>
        <w:rPr>
          <w:b/>
        </w:rPr>
        <w:t xml:space="preserve">[34:18] </w:t>
      </w:r>
      <w:r>
        <w:t>khara karen, to woh aap ke sath ta'awun karen ge.</w:t>
      </w:r>
    </w:p>
    <w:p>
      <w:pPr>
        <w:jc w:val="right"/>
      </w:pPr>
      <w:r>
        <w:t>کھڑا کریں، تو وہ آپ کے ساتھ تعاون کریں گے۔</w:t>
      </w:r>
    </w:p>
    <w:p>
      <w:r>
        <w:rPr>
          <w:b/>
        </w:rPr>
        <w:t xml:space="preserve">[34:23] </w:t>
      </w:r>
      <w:r>
        <w:t>aap ko in ka taawun milega, aisa daur hai yeh.</w:t>
      </w:r>
    </w:p>
    <w:p>
      <w:pPr>
        <w:jc w:val="right"/>
      </w:pPr>
      <w:r>
        <w:t>آپ کو ان کا تعاون ملے گا، ایسا دور ہے یہ۔</w:t>
      </w:r>
    </w:p>
    <w:p>
      <w:r>
        <w:rPr>
          <w:b/>
        </w:rPr>
        <w:t xml:space="preserve">[34:27] </w:t>
      </w:r>
      <w:r>
        <w:t>to kaisi ajeeb baat hai ke is ke bawajood hum yaani dawat-i-pesh-e-hine ke liye bharpoor tor par</w:t>
      </w:r>
    </w:p>
    <w:p>
      <w:pPr>
        <w:jc w:val="right"/>
      </w:pPr>
      <w:r>
        <w:t>تو کیسی عجیب بات ہے کہ اس کے باوجود ہم یعنی دعوتی پیشینے کے لیے بھرپور طور پر</w:t>
      </w:r>
    </w:p>
    <w:p>
      <w:r>
        <w:rPr>
          <w:b/>
        </w:rPr>
        <w:t xml:space="preserve">[34:35] </w:t>
      </w:r>
      <w:r>
        <w:t>na khade hon.</w:t>
      </w:r>
    </w:p>
    <w:p>
      <w:pPr>
        <w:jc w:val="right"/>
      </w:pPr>
      <w:r>
        <w:t>نہ کھڑے ہوں۔</w:t>
      </w:r>
    </w:p>
    <w:p>
      <w:r>
        <w:rPr>
          <w:b/>
        </w:rPr>
        <w:t xml:space="preserve">[34:37] </w:t>
      </w:r>
      <w:r>
        <w:t>kaisi ajeeb baat hai.</w:t>
      </w:r>
    </w:p>
    <w:p>
      <w:pPr>
        <w:jc w:val="right"/>
      </w:pPr>
      <w:r>
        <w:t>کیسی عجیب بات ہے۔</w:t>
      </w:r>
    </w:p>
    <w:p>
      <w:r>
        <w:rPr>
          <w:b/>
        </w:rPr>
        <w:t xml:space="preserve">[34:38] </w:t>
      </w:r>
      <w:r>
        <w:t>aur main to yeh samajhta hoon ke yeh zamana aisa hai ke sab se zyada duniya ko jis</w:t>
      </w:r>
    </w:p>
    <w:p>
      <w:pPr>
        <w:jc w:val="right"/>
      </w:pPr>
      <w:r>
        <w:t>اور میں تو یہ سمجھتا ہوں کہ یہ زمانہ ایسا ہے کہ سب سے زیادہ دنیا کو جس</w:t>
      </w:r>
    </w:p>
    <w:p>
      <w:r>
        <w:rPr>
          <w:b/>
        </w:rPr>
        <w:t xml:space="preserve">[34:46] </w:t>
      </w:r>
      <w:r>
        <w:t>community ki, jis community ki woh sachai hai.</w:t>
      </w:r>
    </w:p>
    <w:p>
      <w:pPr>
        <w:jc w:val="right"/>
      </w:pPr>
      <w:r>
        <w:t>کمیونٹی کی، جس کمیونٹی کی وہ سچائی ہے۔</w:t>
      </w:r>
    </w:p>
    <w:p>
      <w:r>
        <w:rPr>
          <w:b/>
        </w:rPr>
        <w:t xml:space="preserve">[34:49] </w:t>
      </w:r>
      <w:r>
        <w:t>duniya ke bazaar mein aaj sara saamaan hai.</w:t>
      </w:r>
    </w:p>
    <w:p>
      <w:pPr>
        <w:jc w:val="right"/>
      </w:pPr>
      <w:r>
        <w:t>دنیا کے بازار میں آج سارا سامان ہے۔</w:t>
      </w:r>
    </w:p>
    <w:p>
      <w:r>
        <w:rPr>
          <w:b/>
        </w:rPr>
        <w:t xml:space="preserve">[34:53] </w:t>
      </w:r>
      <w:r>
        <w:t>shopping center bade bade bane hue hain, is mein sara saamaan hai.</w:t>
      </w:r>
    </w:p>
    <w:p>
      <w:pPr>
        <w:jc w:val="right"/>
      </w:pPr>
      <w:r>
        <w:t>شاپنگ سینٹر بڑے بڑے بنے ہوئے ہیں، اس میں سارا سامان ہے۔</w:t>
      </w:r>
    </w:p>
    <w:p>
      <w:r>
        <w:rPr>
          <w:b/>
        </w:rPr>
        <w:t xml:space="preserve">[34:58] </w:t>
      </w:r>
      <w:r>
        <w:t>lekin jo cheez maujood nahi hai, woh hai sachai.</w:t>
      </w:r>
    </w:p>
    <w:p>
      <w:pPr>
        <w:jc w:val="right"/>
      </w:pPr>
      <w:r>
        <w:t>لیکن جو چیز موجود نہیں ہے، وہ ہے سچائی۔</w:t>
      </w:r>
    </w:p>
    <w:p>
      <w:r>
        <w:rPr>
          <w:b/>
        </w:rPr>
        <w:t xml:space="preserve">[35:02] </w:t>
      </w:r>
      <w:r>
        <w:t>insaan sachai ki talaash mein hai.</w:t>
      </w:r>
    </w:p>
    <w:p>
      <w:pPr>
        <w:jc w:val="right"/>
      </w:pPr>
      <w:r>
        <w:t>انسان سچائی کی تلاش میں ہے۔</w:t>
      </w:r>
    </w:p>
    <w:p>
      <w:r>
        <w:rPr>
          <w:b/>
        </w:rPr>
        <w:t xml:space="preserve">[35:04] </w:t>
      </w:r>
      <w:r>
        <w:t>lekin sachai is ko na kisi maal mein milti, na kisi shopping center mein milti.</w:t>
      </w:r>
    </w:p>
    <w:p>
      <w:pPr>
        <w:jc w:val="right"/>
      </w:pPr>
      <w:r>
        <w:t>لیکن سچائی اس کو نہ کسی مال میں ملتی، نہ کسی شاپنگ سینٹر میں ملتی۔</w:t>
      </w:r>
    </w:p>
    <w:p>
      <w:r>
        <w:rPr>
          <w:b/>
        </w:rPr>
        <w:t xml:space="preserve">[35:11] </w:t>
      </w:r>
      <w:r>
        <w:t>hata ke kisi library mein nahi milti is ko.</w:t>
      </w:r>
    </w:p>
    <w:p>
      <w:pPr>
        <w:jc w:val="right"/>
      </w:pPr>
      <w:r>
        <w:t>حتیٰ کہ کسی لائبریری میں نہیں ملتی اس کو۔</w:t>
      </w:r>
    </w:p>
    <w:p>
      <w:r>
        <w:rPr>
          <w:b/>
        </w:rPr>
        <w:t xml:space="preserve">[35:15] </w:t>
      </w:r>
      <w:r>
        <w:t>to yeh to waqt ki zaroorat hai, waqt ki maang hai.</w:t>
      </w:r>
    </w:p>
    <w:p>
      <w:pPr>
        <w:jc w:val="right"/>
      </w:pPr>
      <w:r>
        <w:t>تو یہ تو وقت کی ضرورت ہے، وقت کی مانگ ہے۔</w:t>
      </w:r>
    </w:p>
    <w:p>
      <w:r>
        <w:rPr>
          <w:b/>
        </w:rPr>
        <w:t xml:space="preserve">[35:19] </w:t>
      </w:r>
      <w:r>
        <w:t>aur saare insaan chahte hain ke unhein sachai mile.</w:t>
      </w:r>
    </w:p>
    <w:p>
      <w:pPr>
        <w:jc w:val="right"/>
      </w:pPr>
      <w:r>
        <w:t>اور سارے انسان چاہتے ہیں کہ انہیں سچائی ملے۔</w:t>
      </w:r>
    </w:p>
    <w:p>
      <w:r>
        <w:rPr>
          <w:b/>
        </w:rPr>
        <w:t xml:space="preserve">[35:23] </w:t>
      </w:r>
      <w:r>
        <w:t>to kaisi ajeeb baat hai ke itne zyada muwafiq haalaat ke bawajood aap is ke liye na khade</w:t>
      </w:r>
    </w:p>
    <w:p>
      <w:pPr>
        <w:jc w:val="right"/>
      </w:pPr>
      <w:r>
        <w:t>تو کیسی عجیب بات ہے کہ اتنے زیادہ موافق حالات کے باوجود آپ اس کے لیے نہ کھڑے</w:t>
      </w:r>
    </w:p>
    <w:p>
      <w:r>
        <w:rPr>
          <w:b/>
        </w:rPr>
        <w:t xml:space="preserve">[35:31] </w:t>
      </w:r>
      <w:r>
        <w:t>hon.</w:t>
      </w:r>
    </w:p>
    <w:p>
      <w:pPr>
        <w:jc w:val="right"/>
      </w:pPr>
      <w:r>
        <w:t>ہوں۔</w:t>
      </w:r>
    </w:p>
    <w:p>
      <w:r>
        <w:rPr>
          <w:b/>
        </w:rPr>
        <w:t xml:space="preserve">[35:33] </w:t>
      </w:r>
      <w:r>
        <w:t>jitne bhi yaani woh cheezein hain jo is ko support karne wali hain, woh sab mukammal tor par</w:t>
      </w:r>
    </w:p>
    <w:p>
      <w:pPr>
        <w:jc w:val="right"/>
      </w:pPr>
      <w:r>
        <w:t>جتنے بھی یعنی وہ چیزیں ہیں جو اس کو سپورٹ کرنے والی ہیں، وہ سب مکمل طور پر</w:t>
      </w:r>
    </w:p>
    <w:p>
      <w:r>
        <w:rPr>
          <w:b/>
        </w:rPr>
        <w:t xml:space="preserve">[35:40] </w:t>
      </w:r>
      <w:r>
        <w:t>aap ko mahya ho gayi hain.</w:t>
      </w:r>
    </w:p>
    <w:p>
      <w:pPr>
        <w:jc w:val="right"/>
      </w:pPr>
      <w:r>
        <w:t>آپ کو مہیا ہو گئی ہیں۔</w:t>
      </w:r>
    </w:p>
    <w:p>
      <w:r>
        <w:rPr>
          <w:b/>
        </w:rPr>
        <w:t xml:space="preserve">[35:43] </w:t>
      </w:r>
      <w:r>
        <w:t>to ab aap na khade hon to koi koi uzr nahi is ke liye.</w:t>
      </w:r>
    </w:p>
    <w:p>
      <w:pPr>
        <w:jc w:val="right"/>
      </w:pPr>
      <w:r>
        <w:t>تو اب آپ نہ کھڑے ہوں تو کوئی کوئی عذر نہیں اس کے لیے۔</w:t>
      </w:r>
    </w:p>
    <w:p>
      <w:r>
        <w:rPr>
          <w:b/>
        </w:rPr>
        <w:t xml:space="preserve">[35:49] </w:t>
      </w:r>
      <w:r>
        <w:t>koi uzr nahi.</w:t>
      </w:r>
    </w:p>
    <w:p>
      <w:pPr>
        <w:jc w:val="right"/>
      </w:pPr>
      <w:r>
        <w:t>کوئی عذر نہیں۔</w:t>
      </w:r>
    </w:p>
    <w:p>
      <w:r>
        <w:rPr>
          <w:b/>
        </w:rPr>
        <w:t xml:space="preserve">[35:50] </w:t>
      </w:r>
      <w:r>
        <w:t>to main yeh aap log jo hum jo CPS ke member hain, un se yeh kahoon</w:t>
      </w:r>
    </w:p>
    <w:p>
      <w:pPr>
        <w:jc w:val="right"/>
      </w:pPr>
      <w:r>
        <w:t>تو میں یہ آپ لوگ جو ہم جو سی پی ایس کے ممبر ہیں، ان سے یہ کہوں</w:t>
      </w:r>
    </w:p>
    <w:p>
      <w:r>
        <w:rPr>
          <w:b/>
        </w:rPr>
        <w:t xml:space="preserve">[35:58] </w:t>
      </w:r>
      <w:r>
        <w:t>ga ke aap koi uzr mat lijiye.</w:t>
      </w:r>
    </w:p>
    <w:p>
      <w:pPr>
        <w:jc w:val="right"/>
      </w:pPr>
      <w:r>
        <w:t>گا کہ آپ کوئی عذر مت لیجیے۔</w:t>
      </w:r>
    </w:p>
    <w:p>
      <w:r>
        <w:rPr>
          <w:b/>
        </w:rPr>
        <w:t xml:space="preserve">[36:01] </w:t>
      </w:r>
      <w:r>
        <w:t>dawat ke liye apne aap ko, jis ko main aksar kaha karta hoon ke jhonk dijiye.</w:t>
      </w:r>
    </w:p>
    <w:p>
      <w:pPr>
        <w:jc w:val="right"/>
      </w:pPr>
      <w:r>
        <w:t>دعوت کے لیے اپنے آپ کو، جس کو میں اکثر کہا کرتا ہوں کہ جھونک دیجیے۔</w:t>
      </w:r>
    </w:p>
    <w:p>
      <w:r>
        <w:rPr>
          <w:b/>
        </w:rPr>
        <w:t xml:space="preserve">[36:08] </w:t>
      </w:r>
      <w:r>
        <w:t>lekin yeh isi ke saath mein yeh kahoon ga ke har kaam ki kuch shartein hoti hain.</w:t>
      </w:r>
    </w:p>
    <w:p>
      <w:pPr>
        <w:jc w:val="right"/>
      </w:pPr>
      <w:r>
        <w:t>لیکن یہ اسی کے ساتھ میں یہ کہوں گا کہ ہر کام کی کچھ شرطیں ہوتی ہیں۔</w:t>
      </w:r>
    </w:p>
    <w:p>
      <w:r>
        <w:rPr>
          <w:b/>
        </w:rPr>
        <w:t xml:space="preserve">[36:15] </w:t>
      </w:r>
      <w:r>
        <w:t>aap aakhri had tak aap ko duniya ke liye koi masla nahi banna padega.</w:t>
      </w:r>
    </w:p>
    <w:p>
      <w:pPr>
        <w:jc w:val="right"/>
      </w:pPr>
      <w:r>
        <w:t>آپ آخری حد تک آپ کو دنیا کے لیے کوئی مسئلہ نہیں بننا پڑے گا۔</w:t>
      </w:r>
    </w:p>
    <w:p>
      <w:r>
        <w:rPr>
          <w:b/>
        </w:rPr>
        <w:t xml:space="preserve">[36:22] </w:t>
      </w:r>
      <w:r>
        <w:t>koi masla nahin.</w:t>
      </w:r>
    </w:p>
    <w:p>
      <w:pPr>
        <w:jc w:val="right"/>
      </w:pPr>
      <w:r>
        <w:t>کوئی مسئلہ نہیں۔</w:t>
      </w:r>
    </w:p>
    <w:p>
      <w:r>
        <w:rPr>
          <w:b/>
        </w:rPr>
        <w:t xml:space="preserve">[36:23] </w:t>
      </w:r>
      <w:r>
        <w:t>jaise aap hi aaj kal aap khabrein suntay hain, aap mukhtalif mulkon mein, mislan misr mein, wahan par</w:t>
      </w:r>
    </w:p>
    <w:p>
      <w:pPr>
        <w:jc w:val="right"/>
      </w:pPr>
      <w:r>
        <w:t>جیسے آپ ہی آج کل آپ خبریں سنتے ہیں، آپ مختلف ملکوں میں، مثلاً مصر میں، وہاں پر</w:t>
      </w:r>
    </w:p>
    <w:p>
      <w:r>
        <w:rPr>
          <w:b/>
        </w:rPr>
        <w:t xml:space="preserve">[36:31] </w:t>
      </w:r>
      <w:r>
        <w:t>larai ho rahi hai.</w:t>
      </w:r>
    </w:p>
    <w:p>
      <w:pPr>
        <w:jc w:val="right"/>
      </w:pPr>
      <w:r>
        <w:t>لڑائی ہو رہی ہے۔</w:t>
      </w:r>
    </w:p>
    <w:p>
      <w:r>
        <w:rPr>
          <w:b/>
        </w:rPr>
        <w:t xml:space="preserve">[36:33] </w:t>
      </w:r>
      <w:r>
        <w:t>aur log pakray ja rahay hain.</w:t>
      </w:r>
    </w:p>
    <w:p>
      <w:pPr>
        <w:jc w:val="right"/>
      </w:pPr>
      <w:r>
        <w:t>اور لوگ پکڑے جا رہے ہیں۔</w:t>
      </w:r>
    </w:p>
    <w:p>
      <w:r>
        <w:rPr>
          <w:b/>
        </w:rPr>
        <w:t xml:space="preserve">[36:35] </w:t>
      </w:r>
      <w:r>
        <w:t>kyun? woh islam ka kaam karna chahtay hain, sath sath masawat banay huay hain.</w:t>
      </w:r>
    </w:p>
    <w:p>
      <w:pPr>
        <w:jc w:val="right"/>
      </w:pPr>
      <w:r>
        <w:t>کیوں؟ وہ اسلام کا کام کرنا چاہتے ہیں، ساتھ ساتھ مساوات بنے ہوئے ہیں۔</w:t>
      </w:r>
    </w:p>
    <w:p>
      <w:r>
        <w:rPr>
          <w:b/>
        </w:rPr>
        <w:t xml:space="preserve">[36:41] </w:t>
      </w:r>
      <w:r>
        <w:t>wahan jo authority hai, wahan jo nizam hai, us kay liye masla ban kar kay.</w:t>
      </w:r>
    </w:p>
    <w:p>
      <w:pPr>
        <w:jc w:val="right"/>
      </w:pPr>
      <w:r>
        <w:t>وہاں جو اتھارٹی ہے، وہاں جو نظام ہے، اس کے لیے مسئلہ بن کر کے۔</w:t>
      </w:r>
    </w:p>
    <w:p>
      <w:r>
        <w:rPr>
          <w:b/>
        </w:rPr>
        <w:t xml:space="preserve">[36:48] </w:t>
      </w:r>
      <w:r>
        <w:t>to aap dawat ka kaam is liye kahain kay aap dunya kay liye masla banay huay hain.</w:t>
      </w:r>
    </w:p>
    <w:p>
      <w:pPr>
        <w:jc w:val="right"/>
      </w:pPr>
      <w:r>
        <w:t>تو آپ دعوت کا کام اس لیے کہیں کہ آپ دنیا کے لیے مسئلہ بنے ہوئے ہیں۔</w:t>
      </w:r>
    </w:p>
    <w:p>
      <w:r>
        <w:rPr>
          <w:b/>
        </w:rPr>
        <w:t xml:space="preserve">[36:55] </w:t>
      </w:r>
      <w:r>
        <w:t>aur sab say bara masla hai parties of opposition.</w:t>
      </w:r>
    </w:p>
    <w:p>
      <w:pPr>
        <w:jc w:val="right"/>
      </w:pPr>
      <w:r>
        <w:t>اور سب سے بڑا مسئلہ ہے پارٹیز آف اپوزیشن۔</w:t>
      </w:r>
    </w:p>
    <w:p>
      <w:r>
        <w:rPr>
          <w:b/>
        </w:rPr>
        <w:t xml:space="preserve">[36:59] </w:t>
      </w:r>
      <w:r>
        <w:t>is zamanay mein mein samajhta hoon kay super masla hai, super masla.</w:t>
      </w:r>
    </w:p>
    <w:p>
      <w:pPr>
        <w:jc w:val="right"/>
      </w:pPr>
      <w:r>
        <w:t>اس زمانے میں میں سمجھتا ہوں کہ سپر مسئلہ ہے، سپر مسئلہ۔</w:t>
      </w:r>
    </w:p>
    <w:p>
      <w:r>
        <w:rPr>
          <w:b/>
        </w:rPr>
        <w:t xml:space="preserve">[37:04] </w:t>
      </w:r>
      <w:r>
        <w:t>parties of opposition.</w:t>
      </w:r>
    </w:p>
    <w:p>
      <w:pPr>
        <w:jc w:val="right"/>
      </w:pPr>
      <w:r>
        <w:t>پارٹیز آف اپوزیشن۔</w:t>
      </w:r>
    </w:p>
    <w:p>
      <w:r>
        <w:rPr>
          <w:b/>
        </w:rPr>
        <w:t xml:space="preserve">[37:05] </w:t>
      </w:r>
      <w:r>
        <w:t>to aap agar dawat ka kaam karna chahtay hain to aap ko kuch nahin karna hai, sirf yahi</w:t>
      </w:r>
    </w:p>
    <w:p>
      <w:pPr>
        <w:jc w:val="right"/>
      </w:pPr>
      <w:r>
        <w:t>تو آپ اگر دعوت کا کام کرنا چاہتے ہیں تو آپ کو کچھ نہیں کرنا ہے، صرف یہی</w:t>
      </w:r>
    </w:p>
    <w:p>
      <w:r>
        <w:rPr>
          <w:b/>
        </w:rPr>
        <w:t xml:space="preserve">[37:13] </w:t>
      </w:r>
      <w:r>
        <w:t>karna hai kay dunya ko aap say koi, dunya ko aap say koi maslay ka tajurba na ho.</w:t>
      </w:r>
    </w:p>
    <w:p>
      <w:pPr>
        <w:jc w:val="right"/>
      </w:pPr>
      <w:r>
        <w:t>کرنا ہے کہ دنیا کو آپ سے کوئی، دنیا کو آپ سے کوئی مسئلے کا تجربہ نہ ہو۔</w:t>
      </w:r>
    </w:p>
    <w:p>
      <w:r>
        <w:rPr>
          <w:b/>
        </w:rPr>
        <w:t xml:space="preserve">[37:21] </w:t>
      </w:r>
      <w:r>
        <w:t>bas itna hi karna.</w:t>
      </w:r>
    </w:p>
    <w:p>
      <w:pPr>
        <w:jc w:val="right"/>
      </w:pPr>
      <w:r>
        <w:t>بس اتنا ہی کرنا۔</w:t>
      </w:r>
    </w:p>
    <w:p>
      <w:r>
        <w:rPr>
          <w:b/>
        </w:rPr>
        <w:t xml:space="preserve">[37:22] </w:t>
      </w:r>
      <w:r>
        <w:t>daai kay liye shart lazim hai kay woh koi masla nahin ban'nay wala shakhs ban jaye.</w:t>
      </w:r>
    </w:p>
    <w:p>
      <w:pPr>
        <w:jc w:val="right"/>
      </w:pPr>
      <w:r>
        <w:t>داعی کے لیے شرط لازم ہے کہ وہ کوئی مسئلہ نہیں بننے والا شخص بن جائے۔</w:t>
      </w:r>
    </w:p>
    <w:p>
      <w:r>
        <w:rPr>
          <w:b/>
        </w:rPr>
        <w:t xml:space="preserve">[37:29] </w:t>
      </w:r>
      <w:r>
        <w:t>koi masla nahin ban'nay wala shakhs.</w:t>
      </w:r>
    </w:p>
    <w:p>
      <w:pPr>
        <w:jc w:val="right"/>
      </w:pPr>
      <w:r>
        <w:t>کوئی مسئلہ نہیں بننے والا شخص۔</w:t>
      </w:r>
    </w:p>
    <w:p>
      <w:r>
        <w:rPr>
          <w:b/>
        </w:rPr>
        <w:t xml:space="preserve">[37:32] </w:t>
      </w:r>
      <w:r>
        <w:t>is zamanay mein mein samajhta hoon kay sab say bara yahi hai kay aap, aap yani jo parties</w:t>
      </w:r>
    </w:p>
    <w:p>
      <w:pPr>
        <w:jc w:val="right"/>
      </w:pPr>
      <w:r>
        <w:t>اس زمانے میں میں سمجھتا ہوں کہ سب سے بڑا یہی ہے کہ آپ، آپ یعنی جو پارٹیز</w:t>
      </w:r>
    </w:p>
    <w:p>
      <w:r>
        <w:rPr>
          <w:b/>
        </w:rPr>
        <w:t xml:space="preserve">[37:40] </w:t>
      </w:r>
      <w:r>
        <w:t>of opposition hai, us say mukammal taur par door ho jayain.</w:t>
      </w:r>
    </w:p>
    <w:p>
      <w:pPr>
        <w:jc w:val="right"/>
      </w:pPr>
      <w:r>
        <w:t>آف اپوزیشن ہے، اس سے مکمل طور پر دور ہو جائیں۔</w:t>
      </w:r>
    </w:p>
    <w:p>
      <w:r>
        <w:rPr>
          <w:b/>
        </w:rPr>
        <w:t xml:space="preserve">[37:44] </w:t>
      </w:r>
      <w:r>
        <w:t>parties of opposition jo hai, woh sirf yeh nahin hai kay aap sarkon par aa jayain.</w:t>
      </w:r>
    </w:p>
    <w:p>
      <w:pPr>
        <w:jc w:val="right"/>
      </w:pPr>
      <w:r>
        <w:t>پارٹیز آف اپوزیشن جو ہے، وہ صرف یہ نہیں ہے کہ آپ سڑکوں پر آ جائیں۔</w:t>
      </w:r>
    </w:p>
    <w:p>
      <w:r>
        <w:rPr>
          <w:b/>
        </w:rPr>
        <w:t xml:space="preserve">[37:51] </w:t>
      </w:r>
      <w:r>
        <w:t>aap, aap sochay bhi agar un kay khilaf, un kay khilaf.</w:t>
      </w:r>
    </w:p>
    <w:p>
      <w:pPr>
        <w:jc w:val="right"/>
      </w:pPr>
      <w:r>
        <w:t>آپ، آپ سوچیں بھی اگر ان کے خلاف، ان کے خلاف۔</w:t>
      </w:r>
    </w:p>
    <w:p>
      <w:r>
        <w:rPr>
          <w:b/>
        </w:rPr>
        <w:t xml:space="preserve">[37:56] </w:t>
      </w:r>
      <w:r>
        <w:t>yani agar aap sochay bhi, tab bhi aap khamosh andaaz mein aap ko masla paida kar rahay hain.</w:t>
      </w:r>
    </w:p>
    <w:p>
      <w:pPr>
        <w:jc w:val="right"/>
      </w:pPr>
      <w:r>
        <w:t>یعنی اگر آپ سوچیں بھی، تب بھی آپ خاموش انداز میں آپ کو مسئلہ پیدا کر رہے ہیں۔</w:t>
      </w:r>
    </w:p>
    <w:p>
      <w:r>
        <w:rPr>
          <w:b/>
        </w:rPr>
        <w:t xml:space="preserve">[38:04] </w:t>
      </w:r>
      <w:r>
        <w:t>mein Allah kay fazl say sochta hi nahin kay is party kay baray mein sochun, is party kay</w:t>
      </w:r>
    </w:p>
    <w:p>
      <w:pPr>
        <w:jc w:val="right"/>
      </w:pPr>
      <w:r>
        <w:t>میں اللہ کے فضل سے سوچتا ہی نہیں کہ اس پارٹی کے بارے میں سوچوں، اس پارٹی کے</w:t>
      </w:r>
    </w:p>
    <w:p>
      <w:r>
        <w:rPr>
          <w:b/>
        </w:rPr>
        <w:t xml:space="preserve">[38:11] </w:t>
      </w:r>
      <w:r>
        <w:t>baray mein sochun.</w:t>
      </w:r>
    </w:p>
    <w:p>
      <w:pPr>
        <w:jc w:val="right"/>
      </w:pPr>
      <w:r>
        <w:t>بارے میں سوچوں۔</w:t>
      </w:r>
    </w:p>
    <w:p>
      <w:r>
        <w:rPr>
          <w:b/>
        </w:rPr>
        <w:t xml:space="preserve">[38:13] </w:t>
      </w:r>
      <w:r>
        <w:t>yeh sahi hai, woh ghalat hai.</w:t>
      </w:r>
    </w:p>
    <w:p>
      <w:pPr>
        <w:jc w:val="right"/>
      </w:pPr>
      <w:r>
        <w:t>یہ صحیح ہے، وہ غلط ہے۔</w:t>
      </w:r>
    </w:p>
    <w:p>
      <w:r>
        <w:rPr>
          <w:b/>
        </w:rPr>
        <w:t xml:space="preserve">[38:15] </w:t>
      </w:r>
      <w:r>
        <w:t>yani aik shakal yeh hai kay aap aik party ka saath day kar doosri party say larai kar</w:t>
      </w:r>
    </w:p>
    <w:p>
      <w:pPr>
        <w:jc w:val="right"/>
      </w:pPr>
      <w:r>
        <w:t>یعنی ایک شکل یہ ہے کہ آپ ایک پارٹی کا ساتھ دے کر دوسری پارٹی سے لڑائی کر</w:t>
      </w:r>
    </w:p>
    <w:p>
      <w:r>
        <w:rPr>
          <w:b/>
        </w:rPr>
        <w:t xml:space="preserve">[38:23] </w:t>
      </w:r>
      <w:r>
        <w:t>rahay hain.</w:t>
      </w:r>
    </w:p>
    <w:p>
      <w:pPr>
        <w:jc w:val="right"/>
      </w:pPr>
      <w:r>
        <w:t>رہے ہیں۔</w:t>
      </w:r>
    </w:p>
    <w:p>
      <w:r>
        <w:rPr>
          <w:b/>
        </w:rPr>
        <w:t xml:space="preserve">[38:25] </w:t>
      </w:r>
      <w:r>
        <w:t>jaise misr mein ho raha hai.</w:t>
      </w:r>
    </w:p>
    <w:p>
      <w:pPr>
        <w:jc w:val="right"/>
      </w:pPr>
      <w:r>
        <w:t>جیسے مصر میں ہو رہا ہے۔</w:t>
      </w:r>
    </w:p>
    <w:p>
      <w:r>
        <w:rPr>
          <w:b/>
        </w:rPr>
        <w:t xml:space="preserve">[38:27] </w:t>
      </w:r>
      <w:r>
        <w:t>ke ek party ka saath de kar ke woh fauj se lar rahe hain.</w:t>
      </w:r>
    </w:p>
    <w:p>
      <w:pPr>
        <w:jc w:val="right"/>
      </w:pPr>
      <w:r>
        <w:t>کہ ایک پارٹی کا ساتھ دے کر کے وہ فوج سے لڑ رہے ہیں۔</w:t>
      </w:r>
    </w:p>
    <w:p>
      <w:r>
        <w:rPr>
          <w:b/>
        </w:rPr>
        <w:t xml:space="preserve">[38:33] </w:t>
      </w:r>
      <w:r>
        <w:t>fauj wale un se lar rahe hain.</w:t>
      </w:r>
    </w:p>
    <w:p>
      <w:pPr>
        <w:jc w:val="right"/>
      </w:pPr>
      <w:r>
        <w:t>فوج والے ان سے لڑ رہے ہیں۔</w:t>
      </w:r>
    </w:p>
    <w:p>
      <w:r>
        <w:rPr>
          <w:b/>
        </w:rPr>
        <w:t xml:space="preserve">[38:36] </w:t>
      </w:r>
      <w:r>
        <w:t>to ek surat yeh hai ke aap ek ki taraf le kar doosre se larein.</w:t>
      </w:r>
    </w:p>
    <w:p>
      <w:pPr>
        <w:jc w:val="right"/>
      </w:pPr>
      <w:r>
        <w:t>تو ایک صورت یہ ہے کہ آپ ایک کی طرف لے کر دوسرے سے لڑیں۔</w:t>
      </w:r>
    </w:p>
    <w:p>
      <w:r>
        <w:rPr>
          <w:b/>
        </w:rPr>
        <w:t xml:space="preserve">[38:43] </w:t>
      </w:r>
      <w:r>
        <w:t>lekin main kahunga ke ek ki taraf le kar doosre ke khilaaf sochein, yeh bhi wohi cheez</w:t>
      </w:r>
    </w:p>
    <w:p>
      <w:pPr>
        <w:jc w:val="right"/>
      </w:pPr>
      <w:r>
        <w:t>لیکن میں کہوں گا کہ ایک کی طرف لے کر دوسرے کے خلاف سوچیں، یہ بھی وہی چیز</w:t>
      </w:r>
    </w:p>
    <w:p>
      <w:r>
        <w:rPr>
          <w:b/>
        </w:rPr>
        <w:t xml:space="preserve">[38:50]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[38:52] </w:t>
      </w:r>
      <w:r>
        <w:t>yeh khamosh masla hai.</w:t>
      </w:r>
    </w:p>
    <w:p>
      <w:pPr>
        <w:jc w:val="right"/>
      </w:pPr>
      <w:r>
        <w:t>یہ خاموش مسئلہ ہے۔</w:t>
      </w:r>
    </w:p>
    <w:p>
      <w:r>
        <w:rPr>
          <w:b/>
        </w:rPr>
        <w:t xml:space="preserve">[38:54] </w:t>
      </w:r>
      <w:r>
        <w:t>to ek active masla, ek khamosh masla.</w:t>
      </w:r>
    </w:p>
    <w:p>
      <w:pPr>
        <w:jc w:val="right"/>
      </w:pPr>
      <w:r>
        <w:t>تو ایک ایکٹیو مسئلہ، ایک خاموش مسئلہ۔</w:t>
      </w:r>
    </w:p>
    <w:p>
      <w:r>
        <w:rPr>
          <w:b/>
        </w:rPr>
        <w:t xml:space="preserve">[38:57] </w:t>
      </w:r>
      <w:r>
        <w:t>manfi soch bhi masla hai.</w:t>
      </w:r>
    </w:p>
    <w:p>
      <w:pPr>
        <w:jc w:val="right"/>
      </w:pPr>
      <w:r>
        <w:t>منفی سوچ بھی مسئلہ ہے۔</w:t>
      </w:r>
    </w:p>
    <w:p>
      <w:r>
        <w:rPr>
          <w:b/>
        </w:rPr>
        <w:t xml:space="preserve">[38:59] </w:t>
      </w:r>
      <w:r>
        <w:t>woh khamosh masla hai.</w:t>
      </w:r>
    </w:p>
    <w:p>
      <w:pPr>
        <w:jc w:val="right"/>
      </w:pPr>
      <w:r>
        <w:t>وہ خاموش مسئلہ ہے۔</w:t>
      </w:r>
    </w:p>
    <w:p>
      <w:r>
        <w:rPr>
          <w:b/>
        </w:rPr>
        <w:t xml:space="preserve">[39:00] </w:t>
      </w:r>
      <w:r>
        <w:t>to main yeh kahunga ke agar aap ko dawat ka kaam karna hai to aap ko yeh</w:t>
      </w:r>
    </w:p>
    <w:p>
      <w:pPr>
        <w:jc w:val="right"/>
      </w:pPr>
      <w:r>
        <w:t>تو میں یہ کہوں گا کہ اگر آپ کو دعوت کا کام کرنا ہے تو آپ کو یہ</w:t>
      </w:r>
    </w:p>
    <w:p>
      <w:r>
        <w:rPr>
          <w:b/>
        </w:rPr>
        <w:t xml:space="preserve">[39:08] </w:t>
      </w:r>
      <w:r>
        <w:t>faisla karna hoga ke aap na to khamosh andaaz mein masla banayein kisi ke liye, na khamosh andaaz</w:t>
      </w:r>
    </w:p>
    <w:p>
      <w:pPr>
        <w:jc w:val="right"/>
      </w:pPr>
      <w:r>
        <w:t>فیصلہ کرنا ہوگا کہ آپ نہ تو خاموش انداز میں مسئلہ بنائیں کسی کے لیے، نہ خاموش انداز</w:t>
      </w:r>
    </w:p>
    <w:p>
      <w:r>
        <w:rPr>
          <w:b/>
        </w:rPr>
        <w:t xml:space="preserve">[39:16] </w:t>
      </w:r>
      <w:r>
        <w:t>mein masla banayein kisi ke liye.</w:t>
      </w:r>
    </w:p>
    <w:p>
      <w:pPr>
        <w:jc w:val="right"/>
      </w:pPr>
      <w:r>
        <w:t>میں مسئلہ بنائیں کسی کے لیے۔</w:t>
      </w:r>
    </w:p>
    <w:p>
      <w:r>
        <w:rPr>
          <w:b/>
        </w:rPr>
        <w:t xml:space="preserve">[39:18] </w:t>
      </w:r>
      <w:r>
        <w:t>bilkul poore maanon mein, har aitbaar se koi masla nahi ban jayenge.</w:t>
      </w:r>
    </w:p>
    <w:p>
      <w:pPr>
        <w:jc w:val="right"/>
      </w:pPr>
      <w:r>
        <w:t>بالکل پورے معنوں میں، ہر اعتبار سے کوئی مسئلہ نہیں بن جائیں گے۔</w:t>
      </w:r>
    </w:p>
    <w:p>
      <w:r>
        <w:rPr>
          <w:b/>
        </w:rPr>
        <w:t xml:space="preserve">[39:24] </w:t>
      </w:r>
      <w:r>
        <w:t>aur sirf dawat ki, yeh bhi aap ko faisla karna padega ke aap jahan bhi baat karein,</w:t>
      </w:r>
    </w:p>
    <w:p>
      <w:pPr>
        <w:jc w:val="right"/>
      </w:pPr>
      <w:r>
        <w:t>اور صرف دعوت کی، یہ بھی آپ کو فیصلہ کرنا پڑے گا کہ آپ جہاں بھی بات کریں،</w:t>
      </w:r>
    </w:p>
    <w:p>
      <w:r>
        <w:rPr>
          <w:b/>
        </w:rPr>
        <w:t xml:space="preserve">[39:32] </w:t>
      </w:r>
      <w:r>
        <w:t>jahan bhi logon se milein, sirf dawat ki baat karein.</w:t>
      </w:r>
    </w:p>
    <w:p>
      <w:pPr>
        <w:jc w:val="right"/>
      </w:pPr>
      <w:r>
        <w:t>جہاں بھی لوگوں سے ملیں، صرف دعوت کی بات کریں۔</w:t>
      </w:r>
    </w:p>
    <w:p>
      <w:r>
        <w:rPr>
          <w:b/>
        </w:rPr>
        <w:t xml:space="preserve">[39:36] </w:t>
      </w:r>
      <w:r>
        <w:t>koi parties nahi, koi shikayat nahi, koi ihtijaaj nahi.</w:t>
      </w:r>
    </w:p>
    <w:p>
      <w:pPr>
        <w:jc w:val="right"/>
      </w:pPr>
      <w:r>
        <w:t>کوئی پارٹیز نہیں، کوئی شکایت نہیں، کوئی احتجاج نہیں۔</w:t>
      </w:r>
    </w:p>
    <w:p>
      <w:r>
        <w:rPr>
          <w:b/>
        </w:rPr>
        <w:t xml:space="preserve">[39:40] </w:t>
      </w:r>
      <w:r>
        <w:t>aaj kal jaisa ke tareeqa hai, jahan mein dekhta hoon jab log barhte hain to un ke khilaaf,</w:t>
      </w:r>
    </w:p>
    <w:p>
      <w:pPr>
        <w:jc w:val="right"/>
      </w:pPr>
      <w:r>
        <w:t>آج کل جیسا کہ طریقہ ہے، جہاں میں دیکھتا ہوں جب لوگ بڑھتے ہیں تو ان کے خلاف،</w:t>
      </w:r>
    </w:p>
    <w:p>
      <w:r>
        <w:rPr>
          <w:b/>
        </w:rPr>
        <w:t xml:space="preserve">[39:48] </w:t>
      </w:r>
      <w:r>
        <w:t>un ke khilaaf, un ke khilaaf, un ke khilaaf yeh baatein karte hain.</w:t>
      </w:r>
    </w:p>
    <w:p>
      <w:pPr>
        <w:jc w:val="right"/>
      </w:pPr>
      <w:r>
        <w:t>ان کے خلاف، ان کے خلاف، ان کے خلاف یہ باتیں کرتے ہیں۔</w:t>
      </w:r>
    </w:p>
    <w:p>
      <w:r>
        <w:rPr>
          <w:b/>
        </w:rPr>
        <w:t xml:space="preserve">[39:53] </w:t>
      </w:r>
      <w:r>
        <w:t>yeh khamosh tashaddud hai.</w:t>
      </w:r>
    </w:p>
    <w:p>
      <w:pPr>
        <w:jc w:val="right"/>
      </w:pPr>
      <w:r>
        <w:t>یہ خاموش تشدد ہے۔</w:t>
      </w:r>
    </w:p>
    <w:p>
      <w:r>
        <w:rPr>
          <w:b/>
        </w:rPr>
        <w:t xml:space="preserve">[39:55] </w:t>
      </w:r>
      <w:r>
        <w:t>to kuch log active tashaddud mein phanse hue hain, to kuch khamosh tashaddud mein phanse hue hain.</w:t>
      </w:r>
    </w:p>
    <w:p>
      <w:pPr>
        <w:jc w:val="right"/>
      </w:pPr>
      <w:r>
        <w:t>تو کچھ لوگ ایکٹیو تشدد میں پھنسے ہوئے ہیں، تو کچھ خاموش تشدد میں پھنسے ہوئے ہیں۔</w:t>
      </w:r>
    </w:p>
    <w:p>
      <w:r>
        <w:rPr>
          <w:b/>
        </w:rPr>
        <w:t xml:space="preserve">[40:02] </w:t>
      </w:r>
      <w:r>
        <w:t>to dawat ka kaam, ek aap ko maine kai baar yeh waqia sunaya hai.</w:t>
      </w:r>
    </w:p>
    <w:p>
      <w:pPr>
        <w:jc w:val="right"/>
      </w:pPr>
      <w:r>
        <w:t>تو دعوت کا کام، ایک آپ کو میں نے کئی بار یہ واقعہ سنایا ہے۔</w:t>
      </w:r>
    </w:p>
    <w:p>
      <w:r>
        <w:rPr>
          <w:b/>
        </w:rPr>
        <w:t xml:space="preserve">[40:09] </w:t>
      </w:r>
      <w:r>
        <w:t>yeh bohat achhi tarah misaal hai ke kis tarah dawat ka kaam hota hai.</w:t>
      </w:r>
    </w:p>
    <w:p>
      <w:pPr>
        <w:jc w:val="right"/>
      </w:pPr>
      <w:r>
        <w:t>یہ بہت اچھی طرح مثال ہے کہ کس طرح دعوت کا کام ہوتا ہے۔</w:t>
      </w:r>
    </w:p>
    <w:p>
      <w:r>
        <w:rPr>
          <w:b/>
        </w:rPr>
        <w:t xml:space="preserve">[40:15] </w:t>
      </w:r>
      <w:r>
        <w:t>ke rasool Allah (saws) makka mein bohat ziyada sataye gaye aap ko.</w:t>
      </w:r>
    </w:p>
    <w:p>
      <w:pPr>
        <w:jc w:val="right"/>
      </w:pPr>
      <w:r>
        <w:t>کہ رسول اللہ صلى الله عليه وسلم مکہ میں بہت زیادہ ستائے گئے آپ کو۔</w:t>
      </w:r>
    </w:p>
    <w:p>
      <w:r>
        <w:rPr>
          <w:b/>
        </w:rPr>
        <w:t xml:space="preserve">[40:21] </w:t>
      </w:r>
      <w:r>
        <w:t>terah saal ke baad aap ne hijrat kiya.</w:t>
      </w:r>
    </w:p>
    <w:p>
      <w:pPr>
        <w:jc w:val="right"/>
      </w:pPr>
      <w:r>
        <w:t>تیرہ سال کے بعد آپ نے ہجرت کیا۔</w:t>
      </w:r>
    </w:p>
    <w:p>
      <w:r>
        <w:rPr>
          <w:b/>
        </w:rPr>
        <w:t xml:space="preserve">[40:24] </w:t>
      </w:r>
      <w:r>
        <w:t>jab madine pohnche to wahan par aap ne jo pehli taqreer ki thi, pehli taqreer jo aap ki</w:t>
      </w:r>
    </w:p>
    <w:p>
      <w:pPr>
        <w:jc w:val="right"/>
      </w:pPr>
      <w:r>
        <w:t>جب مدینے پہنچے تو وہاں پر آپ نے جو پہلی تقریر کی تھی، پہلی تقریر جو آپ کی</w:t>
      </w:r>
    </w:p>
    <w:p>
      <w:r>
        <w:rPr>
          <w:b/>
        </w:rPr>
        <w:t xml:space="preserve">[40:32] </w:t>
      </w:r>
      <w:r>
        <w:t>thi, woh woh poori ki poori sehat ibn shaam mein maujood hai.</w:t>
      </w:r>
    </w:p>
    <w:p>
      <w:pPr>
        <w:jc w:val="right"/>
      </w:pPr>
      <w:r>
        <w:t>تھی، وہ وہ پوری کی پوری صحت ابن شام میں موجود ہے۔</w:t>
      </w:r>
    </w:p>
    <w:p>
      <w:r>
        <w:rPr>
          <w:b/>
        </w:rPr>
        <w:t xml:space="preserve">[40:37] </w:t>
      </w:r>
      <w:r>
        <w:t>is mein aap parhiye, ek lafz jo usay shikayat ka nahin.</w:t>
      </w:r>
    </w:p>
    <w:p>
      <w:pPr>
        <w:jc w:val="right"/>
      </w:pPr>
      <w:r>
        <w:t>اس میں آپ پڑھیے، ایک لفظ جو اسے شکایت کا نہیں۔</w:t>
      </w:r>
    </w:p>
    <w:p>
      <w:r>
        <w:rPr>
          <w:b/>
        </w:rPr>
        <w:t xml:space="preserve">[40:42] </w:t>
      </w:r>
      <w:r>
        <w:t>aaj kal ke zamane mein kya hai ke agar logon ko maar ke bhagaya jaye kahin se to</w:t>
      </w:r>
    </w:p>
    <w:p>
      <w:pPr>
        <w:jc w:val="right"/>
      </w:pPr>
      <w:r>
        <w:t>آج کل کے زمانے میں کیا ہے کہ اگر لوگوں کو مار کے بھگایا جائے کہیں سے تو</w:t>
      </w:r>
    </w:p>
    <w:p>
      <w:r>
        <w:rPr>
          <w:b/>
        </w:rPr>
        <w:t xml:space="preserve">[40:50] </w:t>
      </w:r>
      <w:r>
        <w:t>wohan se ja kar bolen ke dekho bhai, kehte hain zalim hain, hum ko ab watan se chhod</w:t>
      </w:r>
    </w:p>
    <w:p>
      <w:pPr>
        <w:jc w:val="right"/>
      </w:pPr>
      <w:r>
        <w:t>وہاں سے جا کر بولیں کہ دیکھو بھئی، کہتے ہیں ظالم ہیں، ہم کو اب وطن سے چھوڑ</w:t>
      </w:r>
    </w:p>
    <w:p>
      <w:r>
        <w:rPr>
          <w:b/>
        </w:rPr>
        <w:t xml:space="preserve">[40:57] </w:t>
      </w:r>
      <w:r>
        <w:t>kar yahan aana para.</w:t>
      </w:r>
    </w:p>
    <w:p>
      <w:pPr>
        <w:jc w:val="right"/>
      </w:pPr>
      <w:r>
        <w:t>کر یہاں آنا پڑا۔</w:t>
      </w:r>
    </w:p>
    <w:p>
      <w:r>
        <w:rPr>
          <w:b/>
        </w:rPr>
        <w:t xml:space="preserve">[40:59] </w:t>
      </w:r>
      <w:r>
        <w:t>yani pehli baat to yahi kahenge ke hum ko ab watan chhodna para apna, kehte hain zalim</w:t>
      </w:r>
    </w:p>
    <w:p>
      <w:pPr>
        <w:jc w:val="right"/>
      </w:pPr>
      <w:r>
        <w:t>یعنی پہلی بات تو یہی کہیں گے کہ ہم کو اب وطن چھوڑنا پڑا اپنا، کہتے ہیں ظالم</w:t>
      </w:r>
    </w:p>
    <w:p>
      <w:r>
        <w:rPr>
          <w:b/>
        </w:rPr>
        <w:t xml:space="preserve">[41:07] </w:t>
      </w:r>
      <w:r>
        <w:t>hain yeh log.</w:t>
      </w:r>
    </w:p>
    <w:p>
      <w:pPr>
        <w:jc w:val="right"/>
      </w:pPr>
      <w:r>
        <w:t>ہیں یہ لوگ۔</w:t>
      </w:r>
    </w:p>
    <w:p>
      <w:r>
        <w:rPr>
          <w:b/>
        </w:rPr>
        <w:t xml:space="preserve">[41:08] </w:t>
      </w:r>
      <w:r>
        <w:t>rasool Allah ne aisa ek kalma nahin parha, kaha wahan par.</w:t>
      </w:r>
    </w:p>
    <w:p>
      <w:pPr>
        <w:jc w:val="right"/>
      </w:pPr>
      <w:r>
        <w:t>رسول اللہ نے ایسا ایک کلمہ نہیں پڑھا، کہا وہاں پر۔</w:t>
      </w:r>
    </w:p>
    <w:p>
      <w:r>
        <w:rPr>
          <w:b/>
        </w:rPr>
        <w:t xml:space="preserve">[41:13] </w:t>
      </w:r>
      <w:r>
        <w:t>das saal tak madine mein rahe, kabhi koi shikayat ki baat nahin ki.</w:t>
      </w:r>
    </w:p>
    <w:p>
      <w:pPr>
        <w:jc w:val="right"/>
      </w:pPr>
      <w:r>
        <w:t>دس سال تک مدینے میں رہے، کبھی کوئی شکایت کی بات نہیں کی۔</w:t>
      </w:r>
    </w:p>
    <w:p>
      <w:r>
        <w:rPr>
          <w:b/>
        </w:rPr>
        <w:t xml:space="preserve">[41:19] </w:t>
      </w:r>
      <w:r>
        <w:t>yeh taqreer poori ki poori maujood hai, aap sehat ibn shaam mein aap parh lijie is ko.</w:t>
      </w:r>
    </w:p>
    <w:p>
      <w:pPr>
        <w:jc w:val="right"/>
      </w:pPr>
      <w:r>
        <w:t>یہ تقریر پوری کی پوری موجود ہے، آپ صحت ابن شام میں آپ پڑھ لیجیے اس کو۔</w:t>
      </w:r>
    </w:p>
    <w:p>
      <w:r>
        <w:rPr>
          <w:b/>
        </w:rPr>
        <w:t xml:space="preserve">[41:26] </w:t>
      </w:r>
      <w:r>
        <w:t>to aap ko dawat ka kaam karne ke liye apne andar so feesad ek misbat zehan banana pare</w:t>
      </w:r>
    </w:p>
    <w:p>
      <w:pPr>
        <w:jc w:val="right"/>
      </w:pPr>
      <w:r>
        <w:t>تو آپ کو دعوت کا کام کرنے کے لیے اپنے اندر سو فیصد ایک مثبت ذہن بنانا پڑے</w:t>
      </w:r>
    </w:p>
    <w:p>
      <w:r>
        <w:rPr>
          <w:b/>
        </w:rPr>
        <w:t xml:space="preserve">[41:34] </w:t>
      </w:r>
      <w:r>
        <w:t>ga.</w:t>
      </w:r>
    </w:p>
    <w:p>
      <w:pPr>
        <w:jc w:val="right"/>
      </w:pPr>
      <w:r>
        <w:t>گا۔</w:t>
      </w:r>
    </w:p>
    <w:p>
      <w:r>
        <w:rPr>
          <w:b/>
        </w:rPr>
        <w:t xml:space="preserve">[41:35] </w:t>
      </w:r>
      <w:r>
        <w:t>misbat zehan.</w:t>
      </w:r>
    </w:p>
    <w:p>
      <w:pPr>
        <w:jc w:val="right"/>
      </w:pPr>
      <w:r>
        <w:t>مثبت ذہن۔</w:t>
      </w:r>
    </w:p>
    <w:p>
      <w:r>
        <w:rPr>
          <w:b/>
        </w:rPr>
        <w:t xml:space="preserve">[41:37] </w:t>
      </w:r>
      <w:r>
        <w:t>koi shikayat nahin, koi احتجاج nahin, koi manfi soch nahin, in sab se apne ko aazad karna pare</w:t>
      </w:r>
    </w:p>
    <w:p>
      <w:pPr>
        <w:jc w:val="right"/>
      </w:pPr>
      <w:r>
        <w:t>کوئی شکایت نہیں، کوئی احتجاج نہیں، کوئی منفی سوچ نہیں، ان سب سے اپنے کو آزاد کرنا پڑے</w:t>
      </w:r>
    </w:p>
    <w:p>
      <w:r>
        <w:rPr>
          <w:b/>
        </w:rPr>
        <w:t xml:space="preserve">[41:44] </w:t>
      </w:r>
      <w:r>
        <w:t>ga.</w:t>
      </w:r>
    </w:p>
    <w:p>
      <w:pPr>
        <w:jc w:val="right"/>
      </w:pPr>
      <w:r>
        <w:t>گا۔</w:t>
      </w:r>
    </w:p>
    <w:p>
      <w:r>
        <w:rPr>
          <w:b/>
        </w:rPr>
        <w:t xml:space="preserve">[41:46] </w:t>
      </w:r>
      <w:r>
        <w:t>warna dawat ka kaam nahin ho sakta hai.</w:t>
      </w:r>
    </w:p>
    <w:p>
      <w:pPr>
        <w:jc w:val="right"/>
      </w:pPr>
      <w:r>
        <w:t>ورنہ دعوت کا کام نہیں ہو سکتا ہے۔</w:t>
      </w:r>
    </w:p>
    <w:p>
      <w:r>
        <w:rPr>
          <w:b/>
        </w:rPr>
        <w:t xml:space="preserve">[41:49] </w:t>
      </w:r>
      <w:r>
        <w:t>to main dua karta hoon ke Allah taala mujh ko aur aap ko tofeeq de ke hum Allah</w:t>
      </w:r>
    </w:p>
    <w:p>
      <w:pPr>
        <w:jc w:val="right"/>
      </w:pPr>
      <w:r>
        <w:t>تو میں دعا کرتا ہوں کہ اللہ تعالیٰ مجھ کو اور آپ کو توفیق دے کہ ہم اللہ</w:t>
      </w:r>
    </w:p>
    <w:p>
      <w:r>
        <w:rPr>
          <w:b/>
        </w:rPr>
        <w:t xml:space="preserve">[41:57] </w:t>
      </w:r>
      <w:r>
        <w:t>ki zimmedari ko samjhen aur aap ko apne aap ko is par waqf kar den taake Allah</w:t>
      </w:r>
    </w:p>
    <w:p>
      <w:pPr>
        <w:jc w:val="right"/>
      </w:pPr>
      <w:r>
        <w:t>کی ذمہ داری کو سمجھیں اور آپ کو اپنے آپ کو اس پر وقف کر دیں تاکہ اللہ</w:t>
      </w:r>
    </w:p>
    <w:p>
      <w:r>
        <w:rPr>
          <w:b/>
        </w:rPr>
        <w:t xml:space="preserve">[42:05] </w:t>
      </w:r>
      <w:r>
        <w:t>taala hum ko aakhirat mein jannat mein jagah de aur hum ko apni barkat ata farmaye, dunya mein</w:t>
      </w:r>
    </w:p>
    <w:p>
      <w:pPr>
        <w:jc w:val="right"/>
      </w:pPr>
      <w:r>
        <w:t>تعالیٰ ہم کو آخرت میں جنت میں جگہ دے اور ہم کو اپنی برکت عطا فرمائے، دنیا میں</w:t>
      </w:r>
    </w:p>
    <w:p>
      <w:r>
        <w:rPr>
          <w:b/>
        </w:rPr>
        <w:t xml:space="preserve">[42:12] </w:t>
      </w:r>
      <w:r>
        <w:t>bhi aur aakhirat mein bhi.</w:t>
      </w:r>
    </w:p>
    <w:p>
      <w:pPr>
        <w:jc w:val="right"/>
      </w:pPr>
      <w:r>
        <w:t>بھی اور آخرت میں بھی۔</w:t>
      </w:r>
    </w:p>
    <w:p>
      <w:r>
        <w:rPr>
          <w:b/>
        </w:rPr>
        <w:t xml:space="preserve">[42:15] </w:t>
      </w:r>
      <w:r>
        <w:t>assalam o alaikum wa rehmatullah wa barakatuh.</w:t>
      </w:r>
    </w:p>
    <w:p>
      <w:pPr>
        <w:jc w:val="right"/>
      </w:pPr>
      <w:r>
        <w:t>السلام علیکم ورحمتہ اللہ وبرکاتہ۔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