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Secret of Success I June 26, 2008</w:t>
      </w:r>
    </w:p>
    <w:p>
      <w:r>
        <w:t>https://www.youtube.com/watch?v=ub5aE5evNO4</w:t>
      </w:r>
    </w:p>
    <w:p>
      <w:r>
        <w:rPr>
          <w:b/>
        </w:rPr>
        <w:t xml:space="preserve">[00:21] </w:t>
      </w:r>
      <w:r>
        <w:t>bismillah hir rahman nir rahim, wa salla Allahu ala nabiyyil 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[00:24] </w:t>
      </w:r>
      <w:r>
        <w:t>rab ishrah li sadri, wa yassir li amri, wah 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[00:30] </w:t>
      </w:r>
      <w:r>
        <w:t>aaj ka jo topic hai woh hai "secret of success".</w:t>
      </w:r>
    </w:p>
    <w:p>
      <w:pPr>
        <w:jc w:val="right"/>
      </w:pPr>
      <w:r>
        <w:t>آج کا جو ٹاپک ہے وہ ہے "سیکرٹ آف سکسیس"۔</w:t>
      </w:r>
    </w:p>
    <w:p>
      <w:r>
        <w:rPr>
          <w:b/>
        </w:rPr>
        <w:t xml:space="preserve">[00:34] </w:t>
      </w:r>
      <w:r>
        <w:t>kamyabi ka raaz.</w:t>
      </w:r>
    </w:p>
    <w:p>
      <w:pPr>
        <w:jc w:val="right"/>
      </w:pPr>
      <w:r>
        <w:t>کامیابی کا راز۔</w:t>
      </w:r>
    </w:p>
    <w:p>
      <w:r>
        <w:rPr>
          <w:b/>
        </w:rPr>
        <w:t xml:space="preserve">[00:36] </w:t>
      </w:r>
      <w:r>
        <w:t>zindagi mein hum kamyab kaise hon? super achiever kaise banen? bari kamyabi kaise hasil karen? dekhen, choti moti</w:t>
      </w:r>
    </w:p>
    <w:p>
      <w:pPr>
        <w:jc w:val="right"/>
      </w:pPr>
      <w:r>
        <w:t>زندگی میں ہم کامیاب کیسے ہوں؟ سپر اچیور کیسے بنیں؟ بڑی کامیابی کیسے حاصل کریں؟ دیکھیں، چھوٹی موٹی</w:t>
      </w:r>
    </w:p>
    <w:p>
      <w:r>
        <w:rPr>
          <w:b/>
        </w:rPr>
        <w:t xml:space="preserve">[00:43] </w:t>
      </w:r>
      <w:r>
        <w:t>kamyabi to aadmi ko mil hi jati hai.</w:t>
      </w:r>
    </w:p>
    <w:p>
      <w:pPr>
        <w:jc w:val="right"/>
      </w:pPr>
      <w:r>
        <w:t>کامیابی تو آدمی کو مل ہی جاتی ہے۔</w:t>
      </w:r>
    </w:p>
    <w:p>
      <w:r>
        <w:rPr>
          <w:b/>
        </w:rPr>
        <w:t xml:space="preserve">[00:47] </w:t>
      </w:r>
      <w:r>
        <w:t>jo beggars hain, jo road ke kinare baithe hue hain, woh bhi choti moti kamyabi in ko bhi</w:t>
      </w:r>
    </w:p>
    <w:p>
      <w:pPr>
        <w:jc w:val="right"/>
      </w:pPr>
      <w:r>
        <w:t>جو بگرز ہیں، جو روڈ کے کنارے بیٹھے ہوئے ہیں، وہ بھی چھوٹی موٹی کامیابی ان کو بھی</w:t>
      </w:r>
    </w:p>
    <w:p>
      <w:r>
        <w:rPr>
          <w:b/>
        </w:rPr>
        <w:t xml:space="preserve">[00:55] </w:t>
      </w:r>
      <w:r>
        <w:t>mili hui hai.</w:t>
      </w:r>
    </w:p>
    <w:p>
      <w:pPr>
        <w:jc w:val="right"/>
      </w:pPr>
      <w:r>
        <w:t>ملی ہوئی ہے۔</w:t>
      </w:r>
    </w:p>
    <w:p>
      <w:r>
        <w:rPr>
          <w:b/>
        </w:rPr>
        <w:t xml:space="preserve">[00:56] </w:t>
      </w:r>
      <w:r>
        <w:t>to baat choti moti kamyabi ki nahi hai, bari kamyabi ka hai.</w:t>
      </w:r>
    </w:p>
    <w:p>
      <w:pPr>
        <w:jc w:val="right"/>
      </w:pPr>
      <w:r>
        <w:t>تو بات چھوٹی موٹی کامیابی کی نہیں ہے، بڑی کامیابی کا ہے۔</w:t>
      </w:r>
    </w:p>
    <w:p>
      <w:r>
        <w:rPr>
          <w:b/>
        </w:rPr>
        <w:t xml:space="preserve">[01:01] </w:t>
      </w:r>
      <w:r>
        <w:t>to bari kamyabi kaise hasil karen aap? is ka sawal hai.</w:t>
      </w:r>
    </w:p>
    <w:p>
      <w:pPr>
        <w:jc w:val="right"/>
      </w:pPr>
      <w:r>
        <w:t>تو بڑی کامیابی کیسے حاصل کریں آپ؟ اس کا سوال ہے۔</w:t>
      </w:r>
    </w:p>
    <w:p>
      <w:r>
        <w:rPr>
          <w:b/>
        </w:rPr>
        <w:t xml:space="preserve">[01:06] </w:t>
      </w:r>
      <w:r>
        <w:t>to har ek sochta hai is masle par, aksar log is par dream dekhte rehte hain, romantic andaaz</w:t>
      </w:r>
    </w:p>
    <w:p>
      <w:pPr>
        <w:jc w:val="right"/>
      </w:pPr>
      <w:r>
        <w:t>تو ہر ایک سوچتا ہے اس مسئلے پر، اکثر لوگ اس پر ڈریم دیکھتے رہتے ہیں، رومینٹک انداز</w:t>
      </w:r>
    </w:p>
    <w:p>
      <w:r>
        <w:rPr>
          <w:b/>
        </w:rPr>
        <w:t xml:space="preserve">[01:14] </w:t>
      </w:r>
      <w:r>
        <w:t>mein.</w:t>
      </w:r>
    </w:p>
    <w:p>
      <w:pPr>
        <w:jc w:val="right"/>
      </w:pPr>
      <w:r>
        <w:t>میں۔</w:t>
      </w:r>
    </w:p>
    <w:p>
      <w:r>
        <w:rPr>
          <w:b/>
        </w:rPr>
        <w:t xml:space="preserve">[01:15] </w:t>
      </w:r>
      <w:r>
        <w:t>لیکن میں کہوں گا کہ you have to be realist.</w:t>
      </w:r>
    </w:p>
    <w:p>
      <w:pPr>
        <w:jc w:val="right"/>
      </w:pPr>
      <w:r>
        <w:t>لیکن میں کہوں گا کہ یو ہیو ٹو بی ریلسٹ۔</w:t>
      </w:r>
    </w:p>
    <w:p>
      <w:r>
        <w:rPr>
          <w:b/>
        </w:rPr>
        <w:t xml:space="preserve">[01:19] </w:t>
      </w:r>
      <w:r>
        <w:t>aur realistic approach ka sab se bara tareeqa yeh hai ke aap logon ke halaat ko padhen, logon</w:t>
      </w:r>
    </w:p>
    <w:p>
      <w:pPr>
        <w:jc w:val="right"/>
      </w:pPr>
      <w:r>
        <w:t>اور ریلسٹک اپروچ کا سب سے بڑا طریقہ یہ ہے کہ آپ لوگوں کے حالات کو پڑھیں، لوگوں</w:t>
      </w:r>
    </w:p>
    <w:p>
      <w:r>
        <w:rPr>
          <w:b/>
        </w:rPr>
        <w:t xml:space="preserve">[01:27] </w:t>
      </w:r>
      <w:r>
        <w:t>ki zindagi ko dekhen.</w:t>
      </w:r>
    </w:p>
    <w:p>
      <w:pPr>
        <w:jc w:val="right"/>
      </w:pPr>
      <w:r>
        <w:t>کی زندگیوں کو دیکھیں۔</w:t>
      </w:r>
    </w:p>
    <w:p>
      <w:r>
        <w:rPr>
          <w:b/>
        </w:rPr>
        <w:t xml:space="preserve">[01:29] </w:t>
      </w:r>
      <w:r>
        <w:t>jin logon ne kamyabi hasil ki hai, un ko jann ke kaise woh kamyab hue zindagi mein.</w:t>
      </w:r>
    </w:p>
    <w:p>
      <w:pPr>
        <w:jc w:val="right"/>
      </w:pPr>
      <w:r>
        <w:t>جن لوگوں نے کامیابی حاصل کی ہے، ان کو جانیں کہ کیسے وہ کامیاب ہوئے زندگی میں۔</w:t>
      </w:r>
    </w:p>
    <w:p>
      <w:r>
        <w:rPr>
          <w:b/>
        </w:rPr>
        <w:t xml:space="preserve">[01:36] </w:t>
      </w:r>
      <w:r>
        <w:t>to practical jo examples hain, woh sab se zyada woh batayenge aap ko ke kamyabi kaise hasil</w:t>
      </w:r>
    </w:p>
    <w:p>
      <w:pPr>
        <w:jc w:val="right"/>
      </w:pPr>
      <w:r>
        <w:t>تو پریکٹیکل جو ایگزامپلز ہیں، وہ سب سے زیادہ وہ بتائیں گے آپ کو کہ کامیابی کیسے حاصل</w:t>
      </w:r>
    </w:p>
    <w:p>
      <w:r>
        <w:rPr>
          <w:b/>
        </w:rPr>
        <w:t xml:space="preserve">[01:44] </w:t>
      </w:r>
      <w:r>
        <w:t>ki jaye.</w:t>
      </w:r>
    </w:p>
    <w:p>
      <w:pPr>
        <w:jc w:val="right"/>
      </w:pPr>
      <w:r>
        <w:t>کی جائے۔</w:t>
      </w:r>
    </w:p>
    <w:p>
      <w:r>
        <w:rPr>
          <w:b/>
        </w:rPr>
        <w:t xml:space="preserve">[01:45] </w:t>
      </w:r>
      <w:r>
        <w:t>to kal mein all india radio sun raha tha, aur is mein yahi subject aa raha tha.</w:t>
      </w:r>
    </w:p>
    <w:p>
      <w:pPr>
        <w:jc w:val="right"/>
      </w:pPr>
      <w:r>
        <w:t>تو کل میں آل انڈیا ریڈیو سن رہا تھا، اور اس میں یہی سبجیکٹ آ رہا تھا۔</w:t>
      </w:r>
    </w:p>
    <w:p>
      <w:r>
        <w:rPr>
          <w:b/>
        </w:rPr>
        <w:t xml:space="preserve">[01:53] </w:t>
      </w:r>
      <w:r>
        <w:t>is mein unhon ne yeh sawal kiya tha naujawanon se, naujawan ladke aur ladkiyan, ke achhe number lana</w:t>
      </w:r>
    </w:p>
    <w:p>
      <w:pPr>
        <w:jc w:val="right"/>
      </w:pPr>
      <w:r>
        <w:t>اس میں انہوں نے یہ سوال کیا تھا نوجوانوں سے، نوجوان لڑکے اور لڑکیاں، کہ اچھے نمبر لانا</w:t>
      </w:r>
    </w:p>
    <w:p>
      <w:r>
        <w:rPr>
          <w:b/>
        </w:rPr>
        <w:t xml:space="preserve">[02:00] </w:t>
      </w:r>
      <w:r>
        <w:t>kitna zyada count karta hai zindagi ki kamyabi mein.</w:t>
      </w:r>
    </w:p>
    <w:p>
      <w:pPr>
        <w:jc w:val="right"/>
      </w:pPr>
      <w:r>
        <w:t>کتنا زیادہ کاؤنٹ کرتا ہے زندگی کی کامیابی میں۔</w:t>
      </w:r>
    </w:p>
    <w:p>
      <w:r>
        <w:rPr>
          <w:b/>
        </w:rPr>
        <w:t xml:space="preserve">[02:04] </w:t>
      </w:r>
      <w:r>
        <w:t>yani school mein, college mein hum achhe number layen to is ka kitna ta'alluq hai practical life mein</w:t>
      </w:r>
    </w:p>
    <w:p>
      <w:pPr>
        <w:jc w:val="right"/>
      </w:pPr>
      <w:r>
        <w:t>یعنی اسکول میں، کالج میں ہم اچھے نمبر لائیں تو اس کا کتنا تعلق ہے پریکٹیکل لائف میں</w:t>
      </w:r>
    </w:p>
    <w:p>
      <w:r>
        <w:rPr>
          <w:b/>
        </w:rPr>
        <w:t xml:space="preserve">[02:12] </w:t>
      </w:r>
      <w:r>
        <w:t>kamyabi se.</w:t>
      </w:r>
    </w:p>
    <w:p>
      <w:pPr>
        <w:jc w:val="right"/>
      </w:pPr>
      <w:r>
        <w:t>کامیابی سے۔</w:t>
      </w:r>
    </w:p>
    <w:p>
      <w:r>
        <w:rPr>
          <w:b/>
        </w:rPr>
        <w:t xml:space="preserve">[02:13] </w:t>
      </w:r>
      <w:r>
        <w:t>to jahan tak maine suna, qareeb qareeb har ek ne ek hi baat kahi, woh yeh ke</w:t>
      </w:r>
    </w:p>
    <w:p>
      <w:pPr>
        <w:jc w:val="right"/>
      </w:pPr>
      <w:r>
        <w:t>تو جہاں تک میں نے سنا، قریب قریب ہر ایک نے ایک ہی بات کہی، وہ یہ کہ</w:t>
      </w:r>
    </w:p>
    <w:p>
      <w:r>
        <w:rPr>
          <w:b/>
        </w:rPr>
        <w:t xml:space="preserve">[02:21] </w:t>
      </w:r>
      <w:r>
        <w:t>achhe number ka ta'alluq zyada tar admission se hai.</w:t>
      </w:r>
    </w:p>
    <w:p>
      <w:pPr>
        <w:jc w:val="right"/>
      </w:pPr>
      <w:r>
        <w:t>اچھے نمبر کا تعلق زیادہ تر ایڈمیشن سے ہے۔</w:t>
      </w:r>
    </w:p>
    <w:p>
      <w:r>
        <w:rPr>
          <w:b/>
        </w:rPr>
        <w:t xml:space="preserve">[02:25] </w:t>
      </w:r>
      <w:r>
        <w:t>agar aap school mein achha number layenge to college mein aap ko aasani se admission mil jaye</w:t>
      </w:r>
    </w:p>
    <w:p>
      <w:pPr>
        <w:jc w:val="right"/>
      </w:pPr>
      <w:r>
        <w:t>اگر آپ اسکول میں اچھا نمبر لائیں گے تو کالج میں آپ کو آسانی سے ایڈمیشن مل جائے</w:t>
      </w:r>
    </w:p>
    <w:p>
      <w:r>
        <w:rPr>
          <w:b/>
        </w:rPr>
        <w:t xml:space="preserve">[02:33] </w:t>
      </w:r>
      <w:r>
        <w:t>ga.</w:t>
      </w:r>
    </w:p>
    <w:p>
      <w:pPr>
        <w:jc w:val="right"/>
      </w:pPr>
      <w:r>
        <w:t>گا۔</w:t>
      </w:r>
    </w:p>
    <w:p>
      <w:r>
        <w:rPr>
          <w:b/>
        </w:rPr>
        <w:t xml:space="preserve">[02:34] </w:t>
      </w:r>
      <w:r>
        <w:t>yeh hai ahmiyat achhe number ki.</w:t>
      </w:r>
    </w:p>
    <w:p>
      <w:pPr>
        <w:jc w:val="right"/>
      </w:pPr>
      <w:r>
        <w:t>یہ ہے اہمیت اچھے نمبر کی۔</w:t>
      </w:r>
    </w:p>
    <w:p>
      <w:r>
        <w:rPr>
          <w:b/>
        </w:rPr>
        <w:t xml:space="preserve">[02:37] </w:t>
      </w:r>
      <w:r>
        <w:t>baqi jahan tak ta'alluq hai zindagi mein kamyabi ka, zindagi mein successful hone ka, is ka koi</w:t>
      </w:r>
    </w:p>
    <w:p>
      <w:pPr>
        <w:jc w:val="right"/>
      </w:pPr>
      <w:r>
        <w:t>باقی جہاں تک تعلق ہے زندگی میں کامیابی کا، زندگی میں سکسیس فل ہونے کا، اس کا کوئی</w:t>
      </w:r>
    </w:p>
    <w:p>
      <w:r>
        <w:rPr>
          <w:b/>
        </w:rPr>
        <w:t xml:space="preserve">[02:45] </w:t>
      </w:r>
      <w:r>
        <w:t>direct talluq achhe number se nahin hai.</w:t>
      </w:r>
    </w:p>
    <w:p>
      <w:pPr>
        <w:jc w:val="right"/>
      </w:pPr>
      <w:r>
        <w:t>ڈائریکٹ تعلق اچھے نمبر سے نہیں ہے۔</w:t>
      </w:r>
    </w:p>
    <w:p>
      <w:r>
        <w:rPr>
          <w:b/>
        </w:rPr>
        <w:t xml:space="preserve">[02:48] </w:t>
      </w:r>
      <w:r>
        <w:t>qareeb qareeb sabhi ne yeh baat kahi.</w:t>
      </w:r>
    </w:p>
    <w:p>
      <w:pPr>
        <w:jc w:val="right"/>
      </w:pPr>
      <w:r>
        <w:t>قریب قریب سبھی نے یہ بات کہی۔</w:t>
      </w:r>
    </w:p>
    <w:p>
      <w:r>
        <w:rPr>
          <w:b/>
        </w:rPr>
        <w:t xml:space="preserve">[02:51] </w:t>
      </w:r>
      <w:r>
        <w:t>real life mein jo cheezein count karti hain woh aur cheezein hain, jaise hard labor.</w:t>
      </w:r>
    </w:p>
    <w:p>
      <w:pPr>
        <w:jc w:val="right"/>
      </w:pPr>
      <w:r>
        <w:t>ریئل لائف میں جو چیزیں کاؤنٹ کرتی ہیں وہ اور چیزیں ہیں، جیسے ہارڈ لیبر۔</w:t>
      </w:r>
    </w:p>
    <w:p>
      <w:r>
        <w:rPr>
          <w:b/>
        </w:rPr>
        <w:t xml:space="preserve">[02:57] </w:t>
      </w:r>
      <w:r>
        <w:t>agar aap hard worker hain, agar aap ko time manage karna aata hai, agar aap achha kaam kar</w:t>
      </w:r>
    </w:p>
    <w:p>
      <w:pPr>
        <w:jc w:val="right"/>
      </w:pPr>
      <w:r>
        <w:t>اگر آپ ہارڈ ورکر ہیں، اگر آپ کو ٹائم مینج کرنا آتا ہے، اگر آپ اچھا کام کر</w:t>
      </w:r>
    </w:p>
    <w:p>
      <w:r>
        <w:rPr>
          <w:b/>
        </w:rPr>
        <w:t xml:space="preserve">[03:05] </w:t>
      </w:r>
      <w:r>
        <w:t>ke dete hain to jahan bhi aap hain wahan aap acceptable ho jayenge.</w:t>
      </w:r>
    </w:p>
    <w:p>
      <w:pPr>
        <w:jc w:val="right"/>
      </w:pPr>
      <w:r>
        <w:t>کے دیتے ہیں تو جہاں بھی آپ ہیں وہاں آپ ایکسیپٹیبل ہو جائیں گے۔</w:t>
      </w:r>
    </w:p>
    <w:p>
      <w:r>
        <w:rPr>
          <w:b/>
        </w:rPr>
        <w:t xml:space="preserve">[03:11] </w:t>
      </w:r>
      <w:r>
        <w:t>to sabhi ne yeh baat kahi.</w:t>
      </w:r>
    </w:p>
    <w:p>
      <w:pPr>
        <w:jc w:val="right"/>
      </w:pPr>
      <w:r>
        <w:t>تو سبھی نے یہ بات کہی۔</w:t>
      </w:r>
    </w:p>
    <w:p>
      <w:r>
        <w:rPr>
          <w:b/>
        </w:rPr>
        <w:t xml:space="preserve">[03:13] </w:t>
      </w:r>
      <w:r>
        <w:t>ek naujawan tha, us ne to yeh kaha ke mere kai saathi the, hum sab logon ne M</w:t>
      </w:r>
    </w:p>
    <w:p>
      <w:pPr>
        <w:jc w:val="right"/>
      </w:pPr>
      <w:r>
        <w:t>ایک نوجوان تھا، اس نے تو یہ کہا کہ میرے کئی ساتھی تھے، ہم سب لوگوں نے ایم</w:t>
      </w:r>
    </w:p>
    <w:p>
      <w:r>
        <w:rPr>
          <w:b/>
        </w:rPr>
        <w:t xml:space="preserve">[03:21] </w:t>
      </w:r>
      <w:r>
        <w:t>BBA, MBA kiya, Master of Business Administration.</w:t>
      </w:r>
    </w:p>
    <w:p>
      <w:pPr>
        <w:jc w:val="right"/>
      </w:pPr>
      <w:r>
        <w:t>بی بی اے، ایم بی اے کیا، ماسٹر آف بزنس ایڈمنسٹریشن۔</w:t>
      </w:r>
    </w:p>
    <w:p>
      <w:r>
        <w:rPr>
          <w:b/>
        </w:rPr>
        <w:t xml:space="preserve">[03:26] </w:t>
      </w:r>
      <w:r>
        <w:t>to jo saathi aur the mere, unhon ne to course poora kiya, course poora kar ke job mein</w:t>
      </w:r>
    </w:p>
    <w:p>
      <w:pPr>
        <w:jc w:val="right"/>
      </w:pPr>
      <w:r>
        <w:t>تو جو ساتھی اور تھے میرے، انہوں نے تو کورس پورا کیا، کورس پورا کر کے جاب میں</w:t>
      </w:r>
    </w:p>
    <w:p>
      <w:r>
        <w:rPr>
          <w:b/>
        </w:rPr>
        <w:t xml:space="preserve">[03:33] </w:t>
      </w:r>
      <w:r>
        <w:t>gaye.</w:t>
      </w:r>
    </w:p>
    <w:p>
      <w:pPr>
        <w:jc w:val="right"/>
      </w:pPr>
      <w:r>
        <w:t>گئے۔</w:t>
      </w:r>
    </w:p>
    <w:p>
      <w:r>
        <w:rPr>
          <w:b/>
        </w:rPr>
        <w:t xml:space="preserve">[03:35] </w:t>
      </w:r>
      <w:r>
        <w:t>main kisi wajah se aakhri saal exam mein na baith saka aur mujhe job mein jaana pada.</w:t>
      </w:r>
    </w:p>
    <w:p>
      <w:pPr>
        <w:jc w:val="right"/>
      </w:pPr>
      <w:r>
        <w:t>میں کسی وجہ سے آخری سال ایگزام میں نہ بیٹھ سکا اور مجھے جاب میں جانا پڑا۔</w:t>
      </w:r>
    </w:p>
    <w:p>
      <w:r>
        <w:rPr>
          <w:b/>
        </w:rPr>
        <w:t xml:space="preserve">[03:42] </w:t>
      </w:r>
      <w:r>
        <w:t>koi job mil raha tha us ko to us ne bataya ke main sab saathiyon mein sab se</w:t>
      </w:r>
    </w:p>
    <w:p>
      <w:pPr>
        <w:jc w:val="right"/>
      </w:pPr>
      <w:r>
        <w:t>کوئی جاب مل رہا تھا اس کو تو اس نے بتایا کہ میں سب ساتھیوں میں سب سے</w:t>
      </w:r>
    </w:p>
    <w:p>
      <w:r>
        <w:rPr>
          <w:b/>
        </w:rPr>
        <w:t xml:space="preserve">[03:50] </w:t>
      </w:r>
      <w:r>
        <w:t>zyada kamyab hoon, in terms of salary.</w:t>
      </w:r>
    </w:p>
    <w:p>
      <w:pPr>
        <w:jc w:val="right"/>
      </w:pPr>
      <w:r>
        <w:t>زیادہ کامیاب ہوں، ان ٹرم آف سیلری۔</w:t>
      </w:r>
    </w:p>
    <w:p>
      <w:r>
        <w:rPr>
          <w:b/>
        </w:rPr>
        <w:t xml:space="preserve">[03:53] </w:t>
      </w:r>
      <w:r>
        <w:t>to aap dekhiye ke jis ne achhe number laane ke baad bahut door kiya hai, jo us ne</w:t>
      </w:r>
    </w:p>
    <w:p>
      <w:pPr>
        <w:jc w:val="right"/>
      </w:pPr>
      <w:r>
        <w:t>تو آپ دیکھیے کہ جس نے اچھے نمبر لانے کے بعد بہت دور کیا ہے، جو اس نے</w:t>
      </w:r>
    </w:p>
    <w:p>
      <w:r>
        <w:rPr>
          <w:b/>
        </w:rPr>
        <w:t xml:space="preserve">[04:01] </w:t>
      </w:r>
      <w:r>
        <w:t>course hi poora nahin kiya, wahi sab se zyada kamyab raha.</w:t>
      </w:r>
    </w:p>
    <w:p>
      <w:pPr>
        <w:jc w:val="right"/>
      </w:pPr>
      <w:r>
        <w:t>کورس ہی پورا نہیں کیا، وہی سب سے زیادہ کامیاب رہا۔</w:t>
      </w:r>
    </w:p>
    <w:p>
      <w:r>
        <w:rPr>
          <w:b/>
        </w:rPr>
        <w:t xml:space="preserve">[04:05] </w:t>
      </w:r>
      <w:r>
        <w:t>to main samajhta hoon ke yeh koi ek qissa nahin hai, yeh sabhi ka qissa hai.</w:t>
      </w:r>
    </w:p>
    <w:p>
      <w:pPr>
        <w:jc w:val="right"/>
      </w:pPr>
      <w:r>
        <w:t>تو میں سمجھتا ہوں کہ یہ کوئی ایک قصہ نہیں ہے، یہ سبھی کا قصہ ہے۔</w:t>
      </w:r>
    </w:p>
    <w:p>
      <w:r>
        <w:rPr>
          <w:b/>
        </w:rPr>
        <w:t xml:space="preserve">[04:12] </w:t>
      </w:r>
      <w:r>
        <w:t>hamare mulk mein aap jante hain ke Mr Ambani bahut bade industries bane, top ke industries bane woh.</w:t>
      </w:r>
    </w:p>
    <w:p>
      <w:pPr>
        <w:jc w:val="right"/>
      </w:pPr>
      <w:r>
        <w:t>ہمارے દેશ میں آپ جانتے ہیں کہ مسٹر امبانی بہت بڑے انڈسٹریز بنے، ٹاپ کے انڈسٹریز بنے وہ۔</w:t>
      </w:r>
    </w:p>
    <w:p>
      <w:r>
        <w:rPr>
          <w:b/>
        </w:rPr>
        <w:t xml:space="preserve">[04:20] </w:t>
      </w:r>
      <w:r>
        <w:t>lekin aap jante hain ke woh sirf high school pass the, bas high schools, i schools, high schools</w:t>
      </w:r>
    </w:p>
    <w:p>
      <w:pPr>
        <w:jc w:val="right"/>
      </w:pPr>
      <w:r>
        <w:t>لیکن آپ جانتے ہیں کہ وہ صرف ہائی سکول پاس تھے، بس ہائی سکولز، آئی سکولز، ہائی سکولز</w:t>
      </w:r>
    </w:p>
    <w:p>
      <w:r>
        <w:rPr>
          <w:b/>
        </w:rPr>
        <w:t xml:space="preserve">[04:28] </w:t>
      </w:r>
      <w:r>
        <w:t>se aage un ki koi education nahin thi.</w:t>
      </w:r>
    </w:p>
    <w:p>
      <w:pPr>
        <w:jc w:val="right"/>
      </w:pPr>
      <w:r>
        <w:t>سے آگے ان کی کوئی ایجوکیشن نہیں تھی۔</w:t>
      </w:r>
    </w:p>
    <w:p>
      <w:r>
        <w:rPr>
          <w:b/>
        </w:rPr>
        <w:t xml:space="preserve">[04:31] </w:t>
      </w:r>
      <w:r>
        <w:t>lekin bahut top ki success un ko mili kyunke un mein kuch aur guts the, kuch aur qualities</w:t>
      </w:r>
    </w:p>
    <w:p>
      <w:pPr>
        <w:jc w:val="right"/>
      </w:pPr>
      <w:r>
        <w:t>لیکن بہت ٹاپ کی سکسیس ان کو ملی کیونکہ ان میں کچھ اور گٹس تھے، کچھ اور کوالٹیز</w:t>
      </w:r>
    </w:p>
    <w:p>
      <w:r>
        <w:rPr>
          <w:b/>
        </w:rPr>
        <w:t xml:space="preserve">[04:39] </w:t>
      </w:r>
      <w:r>
        <w:t>thin.</w:t>
      </w:r>
    </w:p>
    <w:p>
      <w:pPr>
        <w:jc w:val="right"/>
      </w:pPr>
      <w:r>
        <w:t>تھیں۔</w:t>
      </w:r>
    </w:p>
    <w:p>
      <w:r>
        <w:rPr>
          <w:b/>
        </w:rPr>
        <w:t xml:space="preserve">[04:40] </w:t>
      </w:r>
      <w:r>
        <w:t>jaise ek aadmi ne mujhe bataya ke ek baar woh Mr Ambani ke saath car mein safar kar</w:t>
      </w:r>
    </w:p>
    <w:p>
      <w:pPr>
        <w:jc w:val="right"/>
      </w:pPr>
      <w:r>
        <w:t>جیسے ایک آدمی نے مجھے بتایا کہ ایک بار وہ مسٹر امبانی کے ساتھ کار میں سفر کر</w:t>
      </w:r>
    </w:p>
    <w:p>
      <w:r>
        <w:rPr>
          <w:b/>
        </w:rPr>
        <w:t xml:space="preserve">[04:48] </w:t>
      </w:r>
      <w:r>
        <w:t>rahe the.</w:t>
      </w:r>
    </w:p>
    <w:p>
      <w:pPr>
        <w:jc w:val="right"/>
      </w:pPr>
      <w:r>
        <w:t>رہے تھے۔</w:t>
      </w:r>
    </w:p>
    <w:p>
      <w:r>
        <w:rPr>
          <w:b/>
        </w:rPr>
        <w:t xml:space="preserve">[04:49] </w:t>
      </w:r>
      <w:r>
        <w:t>to koi shayad bahut lamba safar nahin tha, 20 25 kilometer woh saath tha un ka, ya shayad</w:t>
      </w:r>
    </w:p>
    <w:p>
      <w:pPr>
        <w:jc w:val="right"/>
      </w:pPr>
      <w:r>
        <w:t>تو کوئی شاید بہت لمبا سفر نہیں تھا، بیس پچیس کلومیٹر وہ ساتھ تھا ان کا، یا شاید</w:t>
      </w:r>
    </w:p>
    <w:p>
      <w:r>
        <w:rPr>
          <w:b/>
        </w:rPr>
        <w:t xml:space="preserve">[04:57] </w:t>
      </w:r>
      <w:r>
        <w:t>lamba bhi raha, mujhe theek se yaad nahin hai.</w:t>
      </w:r>
    </w:p>
    <w:p>
      <w:pPr>
        <w:jc w:val="right"/>
      </w:pPr>
      <w:r>
        <w:t>لمبا بھی رہا، مجھے ٹھیک سے یاد نہیں ہے۔</w:t>
      </w:r>
    </w:p>
    <w:p>
      <w:r>
        <w:rPr>
          <w:b/>
        </w:rPr>
        <w:t xml:space="preserve">[05:01] </w:t>
      </w:r>
      <w:r>
        <w:t>to unhon ne kaha ke maine dekha ke mr ambani jo hain, woh kuch bolte hi nahin,</w:t>
      </w:r>
    </w:p>
    <w:p>
      <w:pPr>
        <w:jc w:val="right"/>
      </w:pPr>
      <w:r>
        <w:t>تو انہوں نے کہا کہ میں نے دیکھا کہ مسٹر امبانی جو ہیں، وہ کچھ بولتے ہی نہیں،</w:t>
      </w:r>
    </w:p>
    <w:p>
      <w:r>
        <w:rPr>
          <w:b/>
        </w:rPr>
        <w:t xml:space="preserve">[05:09] </w:t>
      </w:r>
      <w:r>
        <w:t>sirf meri sunte hain.</w:t>
      </w:r>
    </w:p>
    <w:p>
      <w:pPr>
        <w:jc w:val="right"/>
      </w:pPr>
      <w:r>
        <w:t>صرف میری سنتے ہیں۔</w:t>
      </w:r>
    </w:p>
    <w:p>
      <w:r>
        <w:rPr>
          <w:b/>
        </w:rPr>
        <w:t xml:space="preserve">[05:10] </w:t>
      </w:r>
      <w:r>
        <w:t>poore safar mein unhon ne khud koi baat nahin kahi, mujh se sawal karte rahe, mujh se maloom</w:t>
      </w:r>
    </w:p>
    <w:p>
      <w:pPr>
        <w:jc w:val="right"/>
      </w:pPr>
      <w:r>
        <w:t>پورے سفر میں انہوں نے خود کوئی بات نہیں کہی، مجھ سے سوال کرتے رہے، مجھ سے معلوم</w:t>
      </w:r>
    </w:p>
    <w:p>
      <w:r>
        <w:rPr>
          <w:b/>
        </w:rPr>
        <w:t xml:space="preserve">[05:18] </w:t>
      </w:r>
      <w:r>
        <w:t>karte rahe, jo main kehta tha, main kehta tha us ko woh sunte rahe.</w:t>
      </w:r>
    </w:p>
    <w:p>
      <w:pPr>
        <w:jc w:val="right"/>
      </w:pPr>
      <w:r>
        <w:t>کرتے رہے، جو میں کہتا تھا، میں کہتا تھا اس کو وہ سنتے رہے۔</w:t>
      </w:r>
    </w:p>
    <w:p>
      <w:r>
        <w:rPr>
          <w:b/>
        </w:rPr>
        <w:t xml:space="preserve">[05:24] </w:t>
      </w:r>
      <w:r>
        <w:t>so he was a good listener rather than a good speaker.</w:t>
      </w:r>
    </w:p>
    <w:p>
      <w:pPr>
        <w:jc w:val="right"/>
      </w:pPr>
      <w:r>
        <w:t>سو ہی واز ا گڈ لسنر رادر دین ا گڈ سپیکر۔</w:t>
      </w:r>
    </w:p>
    <w:p>
      <w:r>
        <w:rPr>
          <w:b/>
        </w:rPr>
        <w:t xml:space="preserve">[05:29] </w:t>
      </w:r>
      <w:r>
        <w:t>to sunte zyada the, bolte kam the.</w:t>
      </w:r>
    </w:p>
    <w:p>
      <w:pPr>
        <w:jc w:val="right"/>
      </w:pPr>
      <w:r>
        <w:t>تو سنتے زیادہ تھے، بولتے کم تھے۔</w:t>
      </w:r>
    </w:p>
    <w:p>
      <w:r>
        <w:rPr>
          <w:b/>
        </w:rPr>
        <w:t xml:space="preserve">[05:32] </w:t>
      </w:r>
      <w:r>
        <w:t>ek un ki quality yeh, maine suni kisi ki zubani.</w:t>
      </w:r>
    </w:p>
    <w:p>
      <w:pPr>
        <w:jc w:val="right"/>
      </w:pPr>
      <w:r>
        <w:t>ایک ان کی کوالٹی یہ، میں نے سنی کسی کی زبانی۔</w:t>
      </w:r>
    </w:p>
    <w:p>
      <w:r>
        <w:rPr>
          <w:b/>
        </w:rPr>
        <w:t xml:space="preserve">[05:37] </w:t>
      </w:r>
      <w:r>
        <w:t>to is qism ke jo qualities hain, is qism ki jo sifaten hain, wahi asal mein insaan ko</w:t>
      </w:r>
    </w:p>
    <w:p>
      <w:pPr>
        <w:jc w:val="right"/>
      </w:pPr>
      <w:r>
        <w:t>تو اس قسم کے جو کوالٹیز ہیں، اس قسم کی جو صفتیں ہیں، وہی اصل میں انسان کو</w:t>
      </w:r>
    </w:p>
    <w:p>
      <w:r>
        <w:rPr>
          <w:b/>
        </w:rPr>
        <w:t xml:space="preserve">[05:44] </w:t>
      </w:r>
      <w:r>
        <w:t>kamyab karti hain.</w:t>
      </w:r>
    </w:p>
    <w:p>
      <w:pPr>
        <w:jc w:val="right"/>
      </w:pPr>
      <w:r>
        <w:t>کامیاب کرتی ہیں۔</w:t>
      </w:r>
    </w:p>
    <w:p>
      <w:r>
        <w:rPr>
          <w:b/>
        </w:rPr>
        <w:t xml:space="preserve">[05:46] </w:t>
      </w:r>
      <w:r>
        <w:t>ab aap dekhen jo bare bare log hain, mislan bare bare scientist hain, un mein se shayad mushkil</w:t>
      </w:r>
    </w:p>
    <w:p>
      <w:pPr>
        <w:jc w:val="right"/>
      </w:pPr>
      <w:r>
        <w:t>اب آپ دیکھیں جو بڑے بڑے لوگ ہیں، مثلاً بڑے بڑے سائنٹسٹ ہیں، ان میں سے شاید مشکل</w:t>
      </w:r>
    </w:p>
    <w:p>
      <w:r>
        <w:rPr>
          <w:b/>
        </w:rPr>
        <w:t xml:space="preserve">[05:54] </w:t>
      </w:r>
      <w:r>
        <w:t>se koi hoga jo bohat achhe numberon se pass hua ho, itna top kiya ho.</w:t>
      </w:r>
    </w:p>
    <w:p>
      <w:pPr>
        <w:jc w:val="right"/>
      </w:pPr>
      <w:r>
        <w:t>سے کوئی ہوگا جو بہت اچھے نمبروں سے پاس ہوا ہو، اتنا ٹاپ کیا ہو۔</w:t>
      </w:r>
    </w:p>
    <w:p>
      <w:r>
        <w:rPr>
          <w:b/>
        </w:rPr>
        <w:t xml:space="preserve">[06:00] </w:t>
      </w:r>
      <w:r>
        <w:t>koi topper nahin tha un mein se.</w:t>
      </w:r>
    </w:p>
    <w:p>
      <w:pPr>
        <w:jc w:val="right"/>
      </w:pPr>
      <w:r>
        <w:t>کوئی ٹاپر نہیں تھا ان میں سے۔</w:t>
      </w:r>
    </w:p>
    <w:p>
      <w:r>
        <w:rPr>
          <w:b/>
        </w:rPr>
        <w:t xml:space="preserve">[06:03] </w:t>
      </w:r>
      <w:r>
        <w:t>lekin un ka kamal kya tha? unhon ne apne aap ko science ke study mein dedicate kiya.</w:t>
      </w:r>
    </w:p>
    <w:p>
      <w:pPr>
        <w:jc w:val="right"/>
      </w:pPr>
      <w:r>
        <w:t>لیکن ان کا کمال کیا تھا؟ انہوں نے اپنے آپ کو سائنس کے اسٹڈی میں ڈیڈیکیٹ کیا۔</w:t>
      </w:r>
    </w:p>
    <w:p>
      <w:r>
        <w:rPr>
          <w:b/>
        </w:rPr>
        <w:t xml:space="preserve">[06:10] </w:t>
      </w:r>
      <w:r>
        <w:t>is dedication ki wajah se woh bari success tak pahunche.</w:t>
      </w:r>
    </w:p>
    <w:p>
      <w:pPr>
        <w:jc w:val="right"/>
      </w:pPr>
      <w:r>
        <w:t>اس ڈیڈیکیشن کی وجہ سے وہ بڑی سکسیس تک پہنچے۔</w:t>
      </w:r>
    </w:p>
    <w:p>
      <w:r>
        <w:rPr>
          <w:b/>
        </w:rPr>
        <w:t xml:space="preserve">[06:15] </w:t>
      </w:r>
      <w:r>
        <w:t>aap jante hain ke thomas alva edison ek scientist tha, us ki to schooling bhi poori nahin hui</w:t>
      </w:r>
    </w:p>
    <w:p>
      <w:pPr>
        <w:jc w:val="right"/>
      </w:pPr>
      <w:r>
        <w:t>آپ جانتے ہیں کہ تھامس الوا ایڈیشن ایک سائنٹسٹ تھا، اس کی تو اسکولنگ بھی پوری نہیں ہوئی</w:t>
      </w:r>
    </w:p>
    <w:p>
      <w:r>
        <w:rPr>
          <w:b/>
        </w:rPr>
        <w:t xml:space="preserve">[06:22] </w:t>
      </w:r>
      <w:r>
        <w:t>thi.</w:t>
      </w:r>
    </w:p>
    <w:p>
      <w:pPr>
        <w:jc w:val="right"/>
      </w:pPr>
      <w:r>
        <w:t>تھی۔</w:t>
      </w:r>
    </w:p>
    <w:p>
      <w:r>
        <w:rPr>
          <w:b/>
        </w:rPr>
        <w:t xml:space="preserve">[06:24] </w:t>
      </w:r>
      <w:r>
        <w:t>schooling bhi poori nahin hui thi us ki, lekin us ne ek hazar se zyada cheezen invent keen.</w:t>
      </w:r>
    </w:p>
    <w:p>
      <w:pPr>
        <w:jc w:val="right"/>
      </w:pPr>
      <w:r>
        <w:t>اسکولنگ بھی پوری نہیں ہوئی تھی اس کی، لیکن اس نے ایک ہزار سے زیادہ چیزیں انوینٹ کیں۔</w:t>
      </w:r>
    </w:p>
    <w:p>
      <w:r>
        <w:rPr>
          <w:b/>
        </w:rPr>
        <w:t xml:space="preserve">[06:31] </w:t>
      </w:r>
      <w:r>
        <w:t>raat din, raat din kaam karta tha woh.</w:t>
      </w:r>
    </w:p>
    <w:p>
      <w:pPr>
        <w:jc w:val="right"/>
      </w:pPr>
      <w:r>
        <w:t>رات دن، رات دن کام کرتا تھا وہ۔</w:t>
      </w:r>
    </w:p>
    <w:p>
      <w:r>
        <w:rPr>
          <w:b/>
        </w:rPr>
        <w:t xml:space="preserve">[06:35] </w:t>
      </w:r>
      <w:r>
        <w:t>parhta tha, kaam karta tha, parhta tha, kaam karta tha.</w:t>
      </w:r>
    </w:p>
    <w:p>
      <w:pPr>
        <w:jc w:val="right"/>
      </w:pPr>
      <w:r>
        <w:t>پڑھتا تھا، کام کرتا تھا، پڑھتا تھا، کام کرتا تھا۔</w:t>
      </w:r>
    </w:p>
    <w:p>
      <w:r>
        <w:rPr>
          <w:b/>
        </w:rPr>
        <w:t xml:space="preserve">[06:39] </w:t>
      </w:r>
      <w:r>
        <w:t>to main samajhta hoon ke kisi bhi insaan ko janna chahiye ke what is the criterion of success?</w:t>
      </w:r>
    </w:p>
    <w:p>
      <w:pPr>
        <w:jc w:val="right"/>
      </w:pPr>
      <w:r>
        <w:t>تو میں سمجھتا ہوں کہ کسی بھی انسان کو جاننا چاہیے کہ واٹ از دا کرائٹیرین آف سکسیس؟</w:t>
      </w:r>
    </w:p>
    <w:p>
      <w:r>
        <w:rPr>
          <w:b/>
        </w:rPr>
        <w:t xml:space="preserve">[06:47] </w:t>
      </w:r>
      <w:r>
        <w:t>yeh janna chahiye.</w:t>
      </w:r>
    </w:p>
    <w:p>
      <w:pPr>
        <w:jc w:val="right"/>
      </w:pPr>
      <w:r>
        <w:t>یہ جاننا چاہیے۔</w:t>
      </w:r>
    </w:p>
    <w:p>
      <w:r>
        <w:rPr>
          <w:b/>
        </w:rPr>
        <w:t xml:space="preserve">[06:48] </w:t>
      </w:r>
      <w:r>
        <w:t>achhe number lana.</w:t>
      </w:r>
    </w:p>
    <w:p>
      <w:pPr>
        <w:jc w:val="right"/>
      </w:pPr>
      <w:r>
        <w:t>اچھے نمبر لانا۔</w:t>
      </w:r>
    </w:p>
    <w:p>
      <w:r>
        <w:rPr>
          <w:b/>
        </w:rPr>
        <w:t xml:space="preserve">[06:50] </w:t>
      </w:r>
      <w:r>
        <w:t>log samajhte hain ke achhe number aa gaye to bas.</w:t>
      </w:r>
    </w:p>
    <w:p>
      <w:pPr>
        <w:jc w:val="right"/>
      </w:pPr>
      <w:r>
        <w:t>لوگ سمجھتے ہیں کہ اچھے نمبر آ گئے تو بس۔</w:t>
      </w:r>
    </w:p>
    <w:p>
      <w:r>
        <w:rPr>
          <w:b/>
        </w:rPr>
        <w:t xml:space="preserve">[06:54] </w:t>
      </w:r>
      <w:r>
        <w:t>main ne aise log dekhe hain ke bohat achhe number aaye un ke, aage phir chal nahin sake</w:t>
      </w:r>
    </w:p>
    <w:p>
      <w:pPr>
        <w:jc w:val="right"/>
      </w:pPr>
      <w:r>
        <w:t>میں نے ایسے لوگ دیکھے ہیں کہ بہت اچھے نمبر آئے ان کے، آگے پھر چل نہیں سکے</w:t>
      </w:r>
    </w:p>
    <w:p>
      <w:r>
        <w:rPr>
          <w:b/>
        </w:rPr>
        <w:t xml:space="preserve">[07:02] </w:t>
      </w:r>
      <w:r>
        <w:t>woh.</w:t>
      </w:r>
    </w:p>
    <w:p>
      <w:pPr>
        <w:jc w:val="right"/>
      </w:pPr>
      <w:r>
        <w:t>وہ۔</w:t>
      </w:r>
    </w:p>
    <w:p>
      <w:r>
        <w:rPr>
          <w:b/>
        </w:rPr>
        <w:t xml:space="preserve">[07:03] </w:t>
      </w:r>
      <w:r>
        <w:t>mein jab lucknow mein tha to wahan aik aik family thi, us family ka aik naujawan jo hai,</w:t>
      </w:r>
    </w:p>
    <w:p>
      <w:pPr>
        <w:jc w:val="right"/>
      </w:pPr>
      <w:r>
        <w:t>میں جب لکھنو میں تھا تو وہاں ایک ایک فیملی تھی، اس فیملی کا ایک نوجوان جو ہے،</w:t>
      </w:r>
    </w:p>
    <w:p>
      <w:r>
        <w:rPr>
          <w:b/>
        </w:rPr>
        <w:t xml:space="preserve">[07:11] </w:t>
      </w:r>
      <w:r>
        <w:t>high school mein us ne top kiya.</w:t>
      </w:r>
    </w:p>
    <w:p>
      <w:pPr>
        <w:jc w:val="right"/>
      </w:pPr>
      <w:r>
        <w:t>ہائی سکول میں اس نے ٹاپ کیا۔</w:t>
      </w:r>
    </w:p>
    <w:p>
      <w:r>
        <w:rPr>
          <w:b/>
        </w:rPr>
        <w:t xml:space="preserve">[07:14] </w:t>
      </w:r>
      <w:r>
        <w:t>high school mein us ne top kiya, bohat achhe number aaye us ke.</w:t>
      </w:r>
    </w:p>
    <w:p>
      <w:pPr>
        <w:jc w:val="right"/>
      </w:pPr>
      <w:r>
        <w:t>ہائی سکول میں اس نے ٹاپ کیا، بہت اچھے نمبر آئے اس کے۔</w:t>
      </w:r>
    </w:p>
    <w:p>
      <w:r>
        <w:rPr>
          <w:b/>
        </w:rPr>
        <w:t xml:space="preserve">[07:20] </w:t>
      </w:r>
      <w:r>
        <w:t>ab us ki dawatain ho rahi hain, us ko gift diye ja rahe hain, us ki tareefein ho</w:t>
      </w:r>
    </w:p>
    <w:p>
      <w:pPr>
        <w:jc w:val="right"/>
      </w:pPr>
      <w:r>
        <w:t>اب اس کی دعوتیں ہو رہی ہیں، اس کو گفٹ دیے جا رہے ہیں، اس کی تعریفیں ہو</w:t>
      </w:r>
    </w:p>
    <w:p>
      <w:r>
        <w:rPr>
          <w:b/>
        </w:rPr>
        <w:t xml:space="preserve">[07:27] </w:t>
      </w:r>
      <w:r>
        <w:t>rahi hain.</w:t>
      </w:r>
    </w:p>
    <w:p>
      <w:pPr>
        <w:jc w:val="right"/>
      </w:pPr>
      <w:r>
        <w:t>رہی ہیں۔</w:t>
      </w:r>
    </w:p>
    <w:p>
      <w:r>
        <w:rPr>
          <w:b/>
        </w:rPr>
        <w:t xml:space="preserve">[07:29] </w:t>
      </w:r>
      <w:r>
        <w:t>to us ka haal yeh hua ke aage parh nahin saka woh.</w:t>
      </w:r>
    </w:p>
    <w:p>
      <w:pPr>
        <w:jc w:val="right"/>
      </w:pPr>
      <w:r>
        <w:t>تو اس کا حال یہ ہوا کہ آگے پڑھ نہیں سکا وہ۔</w:t>
      </w:r>
    </w:p>
    <w:p>
      <w:r>
        <w:rPr>
          <w:b/>
        </w:rPr>
        <w:t xml:space="preserve">[07:34] </w:t>
      </w:r>
      <w:r>
        <w:t>us ki parhai wahan pe stop ho gayi.</w:t>
      </w:r>
    </w:p>
    <w:p>
      <w:pPr>
        <w:jc w:val="right"/>
      </w:pPr>
      <w:r>
        <w:t>اس کی پڑھائی وہاں پہ سٹاپ ہو گئی۔</w:t>
      </w:r>
    </w:p>
    <w:p>
      <w:r>
        <w:rPr>
          <w:b/>
        </w:rPr>
        <w:t xml:space="preserve">[07:37] </w:t>
      </w:r>
      <w:r>
        <w:t>ab aap dekhiye.</w:t>
      </w:r>
    </w:p>
    <w:p>
      <w:pPr>
        <w:jc w:val="right"/>
      </w:pPr>
      <w:r>
        <w:t>اب آپ دیکھیے۔</w:t>
      </w:r>
    </w:p>
    <w:p>
      <w:r>
        <w:rPr>
          <w:b/>
        </w:rPr>
        <w:t xml:space="preserve">[07:39] </w:t>
      </w:r>
      <w:r>
        <w:t>mein samajhta hoon ke zindagi mein ziyada bari cheez yeh hai ke aap life management ka art jaanen.</w:t>
      </w:r>
    </w:p>
    <w:p>
      <w:pPr>
        <w:jc w:val="right"/>
      </w:pPr>
      <w:r>
        <w:t>میں سمجھتا ہوں کہ زندگی میں زیادہ بڑی چیز یہ ہے کہ آپ لائف مینجمنٹ کا آرٹ جانیں۔</w:t>
      </w:r>
    </w:p>
    <w:p>
      <w:r>
        <w:rPr>
          <w:b/>
        </w:rPr>
        <w:t xml:space="preserve">[07:47] </w:t>
      </w:r>
      <w:r>
        <w:t>how to manage the life, is baat ko jaanen.</w:t>
      </w:r>
    </w:p>
    <w:p>
      <w:pPr>
        <w:jc w:val="right"/>
      </w:pPr>
      <w:r>
        <w:t>ہاؤ ٹو مینج دی لائف، اس بات کو جانیں۔</w:t>
      </w:r>
    </w:p>
    <w:p>
      <w:r>
        <w:rPr>
          <w:b/>
        </w:rPr>
        <w:t xml:space="preserve">[07:51] </w:t>
      </w:r>
      <w:r>
        <w:t>agar aap is baat ko jaanen, jaan len aur zindagi ko manage karna seekh len to aap zaroor</w:t>
      </w:r>
    </w:p>
    <w:p>
      <w:pPr>
        <w:jc w:val="right"/>
      </w:pPr>
      <w:r>
        <w:t>اگر آپ اس بات کو جانیں، جان لیں اور زندگی کو مینج کرنا سیکھ لیں تو آپ ضرور</w:t>
      </w:r>
    </w:p>
    <w:p>
      <w:r>
        <w:rPr>
          <w:b/>
        </w:rPr>
        <w:t xml:space="preserve">[07:58] </w:t>
      </w:r>
      <w:r>
        <w:t>kamyab honge.</w:t>
      </w:r>
    </w:p>
    <w:p>
      <w:pPr>
        <w:jc w:val="right"/>
      </w:pPr>
      <w:r>
        <w:t>کامیاب ہوں گے۔</w:t>
      </w:r>
    </w:p>
    <w:p>
      <w:r>
        <w:rPr>
          <w:b/>
        </w:rPr>
        <w:t xml:space="preserve">[08:00] </w:t>
      </w:r>
      <w:r>
        <w:t>jaise aaj aik student mujh ko mile to unhon ne kaha ke mein chahta hoon ke mein science</w:t>
      </w:r>
    </w:p>
    <w:p>
      <w:pPr>
        <w:jc w:val="right"/>
      </w:pPr>
      <w:r>
        <w:t>جیسے آج ایک اسٹوڈنٹ مجھ کو ملے تو انہوں نے کہا کہ میں چاہتا ہوں کہ میں سائنس</w:t>
      </w:r>
    </w:p>
    <w:p>
      <w:r>
        <w:rPr>
          <w:b/>
        </w:rPr>
        <w:t xml:space="preserve">[08:07] </w:t>
      </w:r>
      <w:r>
        <w:t>mein achha, achhi education loon, science mein mein top par pahunchun.</w:t>
      </w:r>
    </w:p>
    <w:p>
      <w:pPr>
        <w:jc w:val="right"/>
      </w:pPr>
      <w:r>
        <w:t>میں اچھا، اچھی ایجوکیشن لوں، سائنس میں میں ٹاپ پر پہنچوں۔</w:t>
      </w:r>
    </w:p>
    <w:p>
      <w:r>
        <w:rPr>
          <w:b/>
        </w:rPr>
        <w:t xml:space="preserve">[08:12] </w:t>
      </w:r>
      <w:r>
        <w:t>to mein ne kaha bohat achha, bohat achha socha hai aap ne.</w:t>
      </w:r>
    </w:p>
    <w:p>
      <w:pPr>
        <w:jc w:val="right"/>
      </w:pPr>
      <w:r>
        <w:t>تو میں نے کہا بہت اچھا، بہت اچھا سوچا ہے آپ نے۔</w:t>
      </w:r>
    </w:p>
    <w:p>
      <w:r>
        <w:rPr>
          <w:b/>
        </w:rPr>
        <w:t xml:space="preserve">[08:17] </w:t>
      </w:r>
      <w:r>
        <w:t>phir mein ne un se poocha ke aap ke friends hain, dost hain aap ke? unhon ne kaha</w:t>
      </w:r>
    </w:p>
    <w:p>
      <w:pPr>
        <w:jc w:val="right"/>
      </w:pPr>
      <w:r>
        <w:t>پھر میں نے ان سے پوچھا کہ آپ کے فرینڈز ہیں، دوست ہیں آپ کے؟ انہوں نے کہا</w:t>
      </w:r>
    </w:p>
    <w:p>
      <w:r>
        <w:rPr>
          <w:b/>
        </w:rPr>
        <w:t xml:space="preserve">[08:25] </w:t>
      </w:r>
      <w:r>
        <w:t>haan.</w:t>
      </w:r>
    </w:p>
    <w:p>
      <w:pPr>
        <w:jc w:val="right"/>
      </w:pPr>
      <w:r>
        <w:t>ہاں۔</w:t>
      </w:r>
    </w:p>
    <w:p>
      <w:r>
        <w:rPr>
          <w:b/>
        </w:rPr>
        <w:t xml:space="preserve">[08:27] </w:t>
      </w:r>
      <w:r>
        <w:t>to mein ne kaha aaj se aap yeh decide kar lijiye ke har friend aap ka enemy hai,</w:t>
      </w:r>
    </w:p>
    <w:p>
      <w:pPr>
        <w:jc w:val="right"/>
      </w:pPr>
      <w:r>
        <w:t>تو میں نے کہا آج سے آپ یہ ڈیسائیڈ کر لیجیے کہ ہر فرینڈ آپ کا اینمی ہے،</w:t>
      </w:r>
    </w:p>
    <w:p>
      <w:r>
        <w:rPr>
          <w:b/>
        </w:rPr>
        <w:t xml:space="preserve">[08:34] </w:t>
      </w:r>
      <w:r>
        <w:t>har dost aap ka dushman hai.</w:t>
      </w:r>
    </w:p>
    <w:p>
      <w:pPr>
        <w:jc w:val="right"/>
      </w:pPr>
      <w:r>
        <w:t>ہر دوست آپ کا دشمن ہے۔</w:t>
      </w:r>
    </w:p>
    <w:p>
      <w:r>
        <w:rPr>
          <w:b/>
        </w:rPr>
        <w:t xml:space="preserve">[08:37] </w:t>
      </w:r>
      <w:r>
        <w:t>aaj se aap sirf kitabon ko apna dost banaiye, bas.</w:t>
      </w:r>
    </w:p>
    <w:p>
      <w:pPr>
        <w:jc w:val="right"/>
      </w:pPr>
      <w:r>
        <w:t>آج سے آپ صرف کتابوں کو اپنا دوست بنائیے، بس۔</w:t>
      </w:r>
    </w:p>
    <w:p>
      <w:r>
        <w:rPr>
          <w:b/>
        </w:rPr>
        <w:t xml:space="preserve">[08:41] </w:t>
      </w:r>
      <w:r>
        <w:t>parhna, parhna, parhna.</w:t>
      </w:r>
    </w:p>
    <w:p>
      <w:pPr>
        <w:jc w:val="right"/>
      </w:pPr>
      <w:r>
        <w:t>پڑھنا، پڑھنا، پڑھنا۔</w:t>
      </w:r>
    </w:p>
    <w:p>
      <w:r>
        <w:rPr>
          <w:b/>
        </w:rPr>
        <w:t xml:space="preserve">[08:43] </w:t>
      </w:r>
      <w:r>
        <w:t>aur jo idhar udhar dost hote hain, woh to aap ka time kill karte hain.</w:t>
      </w:r>
    </w:p>
    <w:p>
      <w:pPr>
        <w:jc w:val="right"/>
      </w:pPr>
      <w:r>
        <w:t>اور جو ادھر ادھر دوست ہوتے ہیں، وہ تو آپ کا ٹائم کل کرتے ہیں۔</w:t>
      </w:r>
    </w:p>
    <w:p>
      <w:r>
        <w:rPr>
          <w:b/>
        </w:rPr>
        <w:t xml:space="preserve">[08:49] </w:t>
      </w:r>
      <w:r>
        <w:t>dosti kya hai? dosti yeh hai ke aap ka time kill karne ke liye waqt be waqt chale</w:t>
      </w:r>
    </w:p>
    <w:p>
      <w:pPr>
        <w:jc w:val="right"/>
      </w:pPr>
      <w:r>
        <w:t>دوستی کیا ہے؟ دوستی یہ ہے کہ آپ کا ٹائم کل کرنے کے لیے وقت بے وقت چلے</w:t>
      </w:r>
    </w:p>
    <w:p>
      <w:r>
        <w:rPr>
          <w:b/>
        </w:rPr>
        <w:t xml:space="preserve">[08:57] </w:t>
      </w:r>
      <w:r>
        <w:t>aa rahe hain, outing ke liye keh rahe hain, yahan chalo, keh rahe hain wahan chalo, keh rahe</w:t>
      </w:r>
    </w:p>
    <w:p>
      <w:pPr>
        <w:jc w:val="right"/>
      </w:pPr>
      <w:r>
        <w:t>آ رہے ہیں، آؤٹنگ کے لیے کہہ رہے ہیں، یہاں چلو، کہہ رہے ہیں وہاں چلو، کہہ رہے</w:t>
      </w:r>
    </w:p>
    <w:p>
      <w:r>
        <w:rPr>
          <w:b/>
        </w:rPr>
        <w:t xml:space="preserve">[09:04]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[09:06] </w:t>
      </w:r>
      <w:r>
        <w:t>تو پیسہ اور ٹائم آپ کا solve کر رہے ہیں۔</w:t>
      </w:r>
    </w:p>
    <w:p>
      <w:pPr>
        <w:jc w:val="right"/>
      </w:pPr>
      <w:r>
        <w:t>تو پیسہ اور ٹائم آپ کا سولو کر رہے ہیں۔</w:t>
      </w:r>
    </w:p>
    <w:p>
      <w:r>
        <w:rPr>
          <w:b/>
        </w:rPr>
        <w:t xml:space="preserve">[09:10] </w:t>
      </w:r>
      <w:r>
        <w:t>to mein ne kaha ke aap ko aik hi decision lena hai, bas woh yeh ke kisi ko</w:t>
      </w:r>
    </w:p>
    <w:p>
      <w:pPr>
        <w:jc w:val="right"/>
      </w:pPr>
      <w:r>
        <w:t>تو میں نے کہا کہ آپ کو ایک ہی ڈیسیژن لینا ہے، بس وہ یہ کہ کسی کو</w:t>
      </w:r>
    </w:p>
    <w:p>
      <w:r>
        <w:rPr>
          <w:b/>
        </w:rPr>
        <w:t xml:space="preserve">[09:18] </w:t>
      </w:r>
      <w:r>
        <w:t>apna friend na banayein, siwa kitaab ke, study ke.</w:t>
      </w:r>
    </w:p>
    <w:p>
      <w:pPr>
        <w:jc w:val="right"/>
      </w:pPr>
      <w:r>
        <w:t>اپنا فرینڈ نہ بنائیں، سوا کتاب کے، اسٹڈی کے۔</w:t>
      </w:r>
    </w:p>
    <w:p>
      <w:r>
        <w:rPr>
          <w:b/>
        </w:rPr>
        <w:t xml:space="preserve">[09:22] </w:t>
      </w:r>
      <w:r>
        <w:t>apna jo subject hai, wohi aap ka dost hai.</w:t>
      </w:r>
    </w:p>
    <w:p>
      <w:pPr>
        <w:jc w:val="right"/>
      </w:pPr>
      <w:r>
        <w:t>اپنا جو سبجیکٹ ہے، وہی آپ کا دوست ہے۔</w:t>
      </w:r>
    </w:p>
    <w:p>
      <w:r>
        <w:rPr>
          <w:b/>
        </w:rPr>
        <w:t xml:space="preserve">[09:26] </w:t>
      </w:r>
      <w:r>
        <w:t>aur kuch nahin.</w:t>
      </w:r>
    </w:p>
    <w:p>
      <w:pPr>
        <w:jc w:val="right"/>
      </w:pPr>
      <w:r>
        <w:t>اور کچھ نہیں۔</w:t>
      </w:r>
    </w:p>
    <w:p>
      <w:r>
        <w:rPr>
          <w:b/>
        </w:rPr>
        <w:t xml:space="preserve">[09:27] </w:t>
      </w:r>
      <w:r>
        <w:t>to mein samajhta hoon ke sab se bari cheez jo hai, woh yeh nahin hai ke aap 99</w:t>
      </w:r>
    </w:p>
    <w:p>
      <w:pPr>
        <w:jc w:val="right"/>
      </w:pPr>
      <w:r>
        <w:t>تو میں سمجھتا ہوں کہ سب سے بڑی چیز جو ہے، وہ یہ نہیں ہے کہ آپ 99</w:t>
      </w:r>
    </w:p>
    <w:p>
      <w:r>
        <w:rPr>
          <w:b/>
        </w:rPr>
        <w:t xml:space="preserve">[09:35] </w:t>
      </w:r>
      <w:r>
        <w:t>percent number le ayein, top karein.</w:t>
      </w:r>
    </w:p>
    <w:p>
      <w:pPr>
        <w:jc w:val="right"/>
      </w:pPr>
      <w:r>
        <w:t>پرسنٹ نمبر لے آئیں، ٹاپ کریں۔</w:t>
      </w:r>
    </w:p>
    <w:p>
      <w:r>
        <w:rPr>
          <w:b/>
        </w:rPr>
        <w:t xml:space="preserve">[09:37] </w:t>
      </w:r>
      <w:r>
        <w:t>mein is ko ziyada bari cheez nahin samajhta.</w:t>
      </w:r>
    </w:p>
    <w:p>
      <w:pPr>
        <w:jc w:val="right"/>
      </w:pPr>
      <w:r>
        <w:t>میں اس کو زیادہ بڑی چیز نہیں سمجھتا۔</w:t>
      </w:r>
    </w:p>
    <w:p>
      <w:r>
        <w:rPr>
          <w:b/>
        </w:rPr>
        <w:t xml:space="preserve">[09:41] </w:t>
      </w:r>
      <w:r>
        <w:t>ziyada bari cheez yeh hai ke aap ke andar aala qualities hon.</w:t>
      </w:r>
    </w:p>
    <w:p>
      <w:pPr>
        <w:jc w:val="right"/>
      </w:pPr>
      <w:r>
        <w:t>زیادہ بڑی چیز یہ ہے کہ آپ کے اندر اعلیٰ کوالٹیز ہوں۔</w:t>
      </w:r>
    </w:p>
    <w:p>
      <w:r>
        <w:rPr>
          <w:b/>
        </w:rPr>
        <w:t xml:space="preserve">[09:46] </w:t>
      </w:r>
      <w:r>
        <w:t>yaad rakhiye, aala numbers ziyada ahmiyat aala qualities ki hai.</w:t>
      </w:r>
    </w:p>
    <w:p>
      <w:pPr>
        <w:jc w:val="right"/>
      </w:pPr>
      <w:r>
        <w:t>یاد رکھیے، اعلیٰ نمبرز زیادہ اہمیت اعلیٰ کوالٹیز کی ہے۔</w:t>
      </w:r>
    </w:p>
    <w:p>
      <w:r>
        <w:rPr>
          <w:b/>
        </w:rPr>
        <w:t xml:space="preserve">[09:50] </w:t>
      </w:r>
      <w:r>
        <w:t>aala quality kya hai? aap time ko manage karna janein.</w:t>
      </w:r>
    </w:p>
    <w:p>
      <w:pPr>
        <w:jc w:val="right"/>
      </w:pPr>
      <w:r>
        <w:t>اعلیٰ کوالٹی کیا ہے؟ آپ ٹائم کو مینج کرنا جانیں۔</w:t>
      </w:r>
    </w:p>
    <w:p>
      <w:r>
        <w:rPr>
          <w:b/>
        </w:rPr>
        <w:t xml:space="preserve">[09:55] </w:t>
      </w:r>
      <w:r>
        <w:t>aap ki life simple life ho.</w:t>
      </w:r>
    </w:p>
    <w:p>
      <w:pPr>
        <w:jc w:val="right"/>
      </w:pPr>
      <w:r>
        <w:t>آپ کی لائف سمپل لائف ہو۔</w:t>
      </w:r>
    </w:p>
    <w:p>
      <w:r>
        <w:rPr>
          <w:b/>
        </w:rPr>
        <w:t xml:space="preserve">[09:57] </w:t>
      </w:r>
      <w:r>
        <w:t>aap jab bhi koi promise karein to us ko poora karein.</w:t>
      </w:r>
    </w:p>
    <w:p>
      <w:pPr>
        <w:jc w:val="right"/>
      </w:pPr>
      <w:r>
        <w:t>آپ جب بھی کوئی پرومس کریں تو اس کو پورا کریں۔</w:t>
      </w:r>
    </w:p>
    <w:p>
      <w:r>
        <w:rPr>
          <w:b/>
        </w:rPr>
        <w:t xml:space="preserve">[10:02] </w:t>
      </w:r>
      <w:r>
        <w:t>khwah makhwah aap dosti nahin karte firein.</w:t>
      </w:r>
    </w:p>
    <w:p>
      <w:pPr>
        <w:jc w:val="right"/>
      </w:pPr>
      <w:r>
        <w:t>خوامخواہ آپ دوستی نہ کرتے پھریں۔</w:t>
      </w:r>
    </w:p>
    <w:p>
      <w:r>
        <w:rPr>
          <w:b/>
        </w:rPr>
        <w:t xml:space="preserve">[10:04] </w:t>
      </w:r>
      <w:r>
        <w:t>hard work karna janein aap.</w:t>
      </w:r>
    </w:p>
    <w:p>
      <w:pPr>
        <w:jc w:val="right"/>
      </w:pPr>
      <w:r>
        <w:t>ہارڈ ورک کرنا جانیں آپ۔</w:t>
      </w:r>
    </w:p>
    <w:p>
      <w:r>
        <w:rPr>
          <w:b/>
        </w:rPr>
        <w:t xml:space="preserve">[10:07] </w:t>
      </w:r>
      <w:r>
        <w:t>apne aap ko dedicate karna janein aap.</w:t>
      </w:r>
    </w:p>
    <w:p>
      <w:pPr>
        <w:jc w:val="right"/>
      </w:pPr>
      <w:r>
        <w:t>اپنے آپ کو ڈیڈیکیٹ کرنا جانیں آپ۔</w:t>
      </w:r>
    </w:p>
    <w:p>
      <w:r>
        <w:rPr>
          <w:b/>
        </w:rPr>
        <w:t xml:space="preserve">[10:10] </w:t>
      </w:r>
      <w:r>
        <w:t>khwah makhwah ke problem nahin create karein aap.</w:t>
      </w:r>
    </w:p>
    <w:p>
      <w:pPr>
        <w:jc w:val="right"/>
      </w:pPr>
      <w:r>
        <w:t>خوامخواہ کے پرابلم نہ کریٹ کریں آپ۔</w:t>
      </w:r>
    </w:p>
    <w:p>
      <w:r>
        <w:rPr>
          <w:b/>
        </w:rPr>
        <w:t xml:space="preserve">[10:13] </w:t>
      </w:r>
      <w:r>
        <w:t>larai jhagda nahin karein.</w:t>
      </w:r>
    </w:p>
    <w:p>
      <w:pPr>
        <w:jc w:val="right"/>
      </w:pPr>
      <w:r>
        <w:t>لڑائی جھگڑا نہ کریں۔</w:t>
      </w:r>
    </w:p>
    <w:p>
      <w:r>
        <w:rPr>
          <w:b/>
        </w:rPr>
        <w:t xml:space="preserve">[10:14] </w:t>
      </w:r>
      <w:r>
        <w:t>yeh sab karein.</w:t>
      </w:r>
    </w:p>
    <w:p>
      <w:pPr>
        <w:jc w:val="right"/>
      </w:pPr>
      <w:r>
        <w:t>یہ سب کریں۔</w:t>
      </w:r>
    </w:p>
    <w:p>
      <w:r>
        <w:rPr>
          <w:b/>
        </w:rPr>
        <w:t xml:space="preserve">[10:16] </w:t>
      </w:r>
      <w:r>
        <w:t>to ziyada aham jo cheez hai, woh hai ke aap ke andar aala quality ho, aala qualities hon.</w:t>
      </w:r>
    </w:p>
    <w:p>
      <w:pPr>
        <w:jc w:val="right"/>
      </w:pPr>
      <w:r>
        <w:t>تو زیادہ اہم جو چیز ہے، وہ ہے کہ آپ کے اندر اعلیٰ کوالٹی ہو، اعلیٰ کوالٹیز ہوں۔</w:t>
      </w:r>
    </w:p>
    <w:p>
      <w:r>
        <w:rPr>
          <w:b/>
        </w:rPr>
        <w:t xml:space="preserve">[10:24] </w:t>
      </w:r>
      <w:r>
        <w:t>aala number jo hai, woh secondary cheez hai mere nazdeek.</w:t>
      </w:r>
    </w:p>
    <w:p>
      <w:pPr>
        <w:jc w:val="right"/>
      </w:pPr>
      <w:r>
        <w:t>اعلیٰ نمبر جو ہے، وہ سیکنڈری چیز ہے میرے نزدیک۔</w:t>
      </w:r>
    </w:p>
    <w:p>
      <w:r>
        <w:rPr>
          <w:b/>
        </w:rPr>
        <w:t xml:space="preserve">[10:28] </w:t>
      </w:r>
      <w:r>
        <w:t>mein ne bohat se logon ko dekha hai, mein mislan mere sagay bhai they, woh matric pass nahin</w:t>
      </w:r>
    </w:p>
    <w:p>
      <w:pPr>
        <w:jc w:val="right"/>
      </w:pPr>
      <w:r>
        <w:t>میں نے بہت سے لوگوں کو دیکھا ہے، میں مثلاً میرے سگے بھائی تھے، وہ میٹرک پاس نہیں</w:t>
      </w:r>
    </w:p>
    <w:p>
      <w:r>
        <w:rPr>
          <w:b/>
        </w:rPr>
        <w:t xml:space="preserve">[10:36] </w:t>
      </w:r>
      <w:r>
        <w:t>they, shayad eighth tak un ki parhai hui thi.</w:t>
      </w:r>
    </w:p>
    <w:p>
      <w:pPr>
        <w:jc w:val="right"/>
      </w:pPr>
      <w:r>
        <w:t>تھے، شاید ایٹھ تک ان کی پڑھائی ہوئی تھی۔</w:t>
      </w:r>
    </w:p>
    <w:p>
      <w:r>
        <w:rPr>
          <w:b/>
        </w:rPr>
        <w:t xml:space="preserve">[10:39] </w:t>
      </w:r>
      <w:r>
        <w:t>انہیں ان کا یہ حال تھا کہ acknowledgement کی spelling انہیں یاد نہیں ہوتی تھی۔</w:t>
      </w:r>
    </w:p>
    <w:p>
      <w:pPr>
        <w:jc w:val="right"/>
      </w:pPr>
      <w:r>
        <w:t>انہیں ان کا یہ حال تھا کہ اکنالجمنٹ کی اسپیلنگ انہیں یاد نہیں ہوتی تھی۔</w:t>
      </w:r>
    </w:p>
    <w:p>
      <w:r>
        <w:rPr>
          <w:b/>
        </w:rPr>
        <w:t xml:space="preserve">[10:46] </w:t>
      </w:r>
      <w:r>
        <w:t>acknowledgement.</w:t>
      </w:r>
    </w:p>
    <w:p>
      <w:pPr>
        <w:jc w:val="right"/>
      </w:pPr>
      <w:r>
        <w:t>اکنالجمنٹ۔</w:t>
      </w:r>
    </w:p>
    <w:p>
      <w:r>
        <w:rPr>
          <w:b/>
        </w:rPr>
        <w:t xml:space="preserve">[10:47] </w:t>
      </w:r>
      <w:r>
        <w:t>to aik paper le kar unhon ne, kisi ne bataya un ko ke paper lo aur aik so</w:t>
      </w:r>
    </w:p>
    <w:p>
      <w:pPr>
        <w:jc w:val="right"/>
      </w:pPr>
      <w:r>
        <w:t>تو ایک پیپر لے کر انہوں نے، کسی نے بتایا ان کو کہ پیپر لو اور ایک سو</w:t>
      </w:r>
    </w:p>
    <w:p>
      <w:r>
        <w:rPr>
          <w:b/>
        </w:rPr>
        <w:t xml:space="preserve">[10:55] </w:t>
      </w:r>
      <w:r>
        <w:t>bar likho kam se kam.</w:t>
      </w:r>
    </w:p>
    <w:p>
      <w:pPr>
        <w:jc w:val="right"/>
      </w:pPr>
      <w:r>
        <w:t>بار لکھو کم سے کم۔</w:t>
      </w:r>
    </w:p>
    <w:p>
      <w:r>
        <w:rPr>
          <w:b/>
        </w:rPr>
        <w:t xml:space="preserve">[10:57] </w:t>
      </w:r>
      <w:r>
        <w:t>to ek paper par unhon ne ek so bar acknowledgement, acknowledgement, acknowledgement likha.</w:t>
      </w:r>
    </w:p>
    <w:p>
      <w:pPr>
        <w:jc w:val="right"/>
      </w:pPr>
      <w:r>
        <w:t>تو ایک پیپر پر انہوں نے ایک سو بار اکنالجمنٹ، اکنالجمنٹ، اکنالجمنٹ لکھا۔</w:t>
      </w:r>
    </w:p>
    <w:p>
      <w:r>
        <w:rPr>
          <w:b/>
        </w:rPr>
        <w:t xml:space="preserve">[11:03] </w:t>
      </w:r>
      <w:r>
        <w:t>tab unhon ne, tab un ko is ki spelling yaad hui.</w:t>
      </w:r>
    </w:p>
    <w:p>
      <w:pPr>
        <w:jc w:val="right"/>
      </w:pPr>
      <w:r>
        <w:t>تب انہوں نے، تب ان کو اس کی اسپیلنگ یاد ہوئی۔</w:t>
      </w:r>
    </w:p>
    <w:p>
      <w:r>
        <w:rPr>
          <w:b/>
        </w:rPr>
        <w:t xml:space="preserve">[11:07] </w:t>
      </w:r>
      <w:r>
        <w:t>lekin yahi bhai jo the, unhon ne ek company banai, ek limited company.</w:t>
      </w:r>
    </w:p>
    <w:p>
      <w:pPr>
        <w:jc w:val="right"/>
      </w:pPr>
      <w:r>
        <w:t>لیکن یہی بھائی جو تھے، انہوں نے ایک کمپنی بنائی، ایک لمیٹڈ کمپنی۔</w:t>
      </w:r>
    </w:p>
    <w:p>
      <w:r>
        <w:rPr>
          <w:b/>
        </w:rPr>
        <w:t xml:space="preserve">[11:13] </w:t>
      </w:r>
      <w:r>
        <w:t>is mein kitne engineer un ke, un ke mulazim the, is mein kaam karte the.</w:t>
      </w:r>
    </w:p>
    <w:p>
      <w:pPr>
        <w:jc w:val="right"/>
      </w:pPr>
      <w:r>
        <w:t>اس میں کتنے انجینئر ان کے، ان کے ملازم تھے، اس میں کام کرتے تھے۔</w:t>
      </w:r>
    </w:p>
    <w:p>
      <w:r>
        <w:rPr>
          <w:b/>
        </w:rPr>
        <w:t xml:space="preserve">[11:19] </w:t>
      </w:r>
      <w:r>
        <w:t>yani khud achhi taleem un ko nahi hui thi, lekin achhi taleem walon ko unhon ne apne andar</w:t>
      </w:r>
    </w:p>
    <w:p>
      <w:pPr>
        <w:jc w:val="right"/>
      </w:pPr>
      <w:r>
        <w:t>یعنی خود اچھی تعلیم ان کو نہیں ہوئی تھی، لیکن اچھی تعلیم والوں کو انہوں نے اپنے اندر</w:t>
      </w:r>
    </w:p>
    <w:p>
      <w:r>
        <w:rPr>
          <w:b/>
        </w:rPr>
        <w:t xml:space="preserve">[11:27] </w:t>
      </w:r>
      <w:r>
        <w:t>Employment diya, apni company mein.</w:t>
      </w:r>
    </w:p>
    <w:p>
      <w:pPr>
        <w:jc w:val="right"/>
      </w:pPr>
      <w:r>
        <w:t>ایمپلائمنٹ دیا، اپنی کمپنی میں۔</w:t>
      </w:r>
    </w:p>
    <w:p>
      <w:r>
        <w:rPr>
          <w:b/>
        </w:rPr>
        <w:t xml:space="preserve">[11:29] </w:t>
      </w:r>
      <w:r>
        <w:t>kyun? main ne dekha ke mere bhai ke andar bohat zabardast maada tha mehnat ka, hard work ka.</w:t>
      </w:r>
    </w:p>
    <w:p>
      <w:pPr>
        <w:jc w:val="right"/>
      </w:pPr>
      <w:r>
        <w:t>کیوں؟ میں نے دیکھا کہ میرے بھائی کے اندر بہت زبردست مادہ تھا محنت کا، ہارڈ ورک کا۔</w:t>
      </w:r>
    </w:p>
    <w:p>
      <w:r>
        <w:rPr>
          <w:b/>
        </w:rPr>
        <w:t xml:space="preserve">[11:37] </w:t>
      </w:r>
      <w:r>
        <w:t>aur doosri cheez main ne yeh pai ke kabhi bhi woh aisa nahi karte the ke dealing mein</w:t>
      </w:r>
    </w:p>
    <w:p>
      <w:pPr>
        <w:jc w:val="right"/>
      </w:pPr>
      <w:r>
        <w:t>اور دوسری چیز میں نے یہ پائی کہ کبھی بھی وہ ایسا نہیں کرتے تھے کہ ڈیلنگ میں</w:t>
      </w:r>
    </w:p>
    <w:p>
      <w:r>
        <w:rPr>
          <w:b/>
        </w:rPr>
        <w:t xml:space="preserve">[11:45] </w:t>
      </w:r>
      <w:r>
        <w:t>kisi ko shikayat ka mauqa dein.</w:t>
      </w:r>
    </w:p>
    <w:p>
      <w:pPr>
        <w:jc w:val="right"/>
      </w:pPr>
      <w:r>
        <w:t>کسی کو شکایت کا موقع دیں۔</w:t>
      </w:r>
    </w:p>
    <w:p>
      <w:r>
        <w:rPr>
          <w:b/>
        </w:rPr>
        <w:t xml:space="preserve">[11:47] </w:t>
      </w:r>
      <w:r>
        <w:t>kabhi bhi dealing mein shikayat ka mauqa nahi dete the.</w:t>
      </w:r>
    </w:p>
    <w:p>
      <w:pPr>
        <w:jc w:val="right"/>
      </w:pPr>
      <w:r>
        <w:t>کبھی بھی ڈیلنگ میں شکایت کا موقع نہیں دیتے تھے۔</w:t>
      </w:r>
    </w:p>
    <w:p>
      <w:r>
        <w:rPr>
          <w:b/>
        </w:rPr>
        <w:t xml:space="preserve">[11:52] </w:t>
      </w:r>
      <w:r>
        <w:t>woh shayad zindagi bhar mein koi nahi keh sakta hoga ke unhon ne dealing mein mere sath galat</w:t>
      </w:r>
    </w:p>
    <w:p>
      <w:pPr>
        <w:jc w:val="right"/>
      </w:pPr>
      <w:r>
        <w:t>وہ شاید زندگی بھر میں کوئی نہیں کہہ سکتا ہوگا کہ انہوں نے ڈیلنگ میں میرے ساتھ غلط</w:t>
      </w:r>
    </w:p>
    <w:p>
      <w:r>
        <w:rPr>
          <w:b/>
        </w:rPr>
        <w:t xml:space="preserve">[11:59] </w:t>
      </w:r>
      <w:r>
        <w:t>kiya.</w:t>
      </w:r>
    </w:p>
    <w:p>
      <w:pPr>
        <w:jc w:val="right"/>
      </w:pPr>
      <w:r>
        <w:t>کیا۔</w:t>
      </w:r>
    </w:p>
    <w:p>
      <w:r>
        <w:rPr>
          <w:b/>
        </w:rPr>
        <w:t xml:space="preserve">[12:01] </w:t>
      </w:r>
      <w:r>
        <w:t>fair dealing.</w:t>
      </w:r>
    </w:p>
    <w:p>
      <w:pPr>
        <w:jc w:val="right"/>
      </w:pPr>
      <w:r>
        <w:t>فیئر ڈیلنگ۔</w:t>
      </w:r>
    </w:p>
    <w:p>
      <w:r>
        <w:rPr>
          <w:b/>
        </w:rPr>
        <w:t xml:space="preserve">[12:02] </w:t>
      </w:r>
      <w:r>
        <w:t>hamesha fair dealing karte the.</w:t>
      </w:r>
    </w:p>
    <w:p>
      <w:pPr>
        <w:jc w:val="right"/>
      </w:pPr>
      <w:r>
        <w:t>ہمیشہ فیئر ڈیلنگ کرتے تھے۔</w:t>
      </w:r>
    </w:p>
    <w:p>
      <w:r>
        <w:rPr>
          <w:b/>
        </w:rPr>
        <w:t xml:space="preserve">[12:04] </w:t>
      </w:r>
      <w:r>
        <w:t>woh kisi cheez ka wada kar lein to hamesha poora karte the.</w:t>
      </w:r>
    </w:p>
    <w:p>
      <w:pPr>
        <w:jc w:val="right"/>
      </w:pPr>
      <w:r>
        <w:t>وہ کسی چیز کا وعدہ کر لیں تو ہمیشہ پورا کرتے تھے۔</w:t>
      </w:r>
    </w:p>
    <w:p>
      <w:r>
        <w:rPr>
          <w:b/>
        </w:rPr>
        <w:t xml:space="preserve">[12:10] </w:t>
      </w:r>
      <w:r>
        <w:t>woh to hue kamyab hue.</w:t>
      </w:r>
    </w:p>
    <w:p>
      <w:pPr>
        <w:jc w:val="right"/>
      </w:pPr>
      <w:r>
        <w:t>وہ تو ہوتے کامیاب ہوئے۔</w:t>
      </w:r>
    </w:p>
    <w:p>
      <w:r>
        <w:rPr>
          <w:b/>
        </w:rPr>
        <w:t xml:space="preserve">[12:12] </w:t>
      </w:r>
      <w:r>
        <w:t>ek bari company banai unhon ne apni zindagi mein.</w:t>
      </w:r>
    </w:p>
    <w:p>
      <w:pPr>
        <w:jc w:val="right"/>
      </w:pPr>
      <w:r>
        <w:t>ایک بڑی کمپنی بنائی انہوں نے اپنی زندگی میں۔</w:t>
      </w:r>
    </w:p>
    <w:p>
      <w:r>
        <w:rPr>
          <w:b/>
        </w:rPr>
        <w:t xml:space="preserve">[12:16] </w:t>
      </w:r>
      <w:r>
        <w:t>yani 1944 mein unhon ne kaam shuru kiya tha to us waqt un ke paas sirf paanch rupay</w:t>
      </w:r>
    </w:p>
    <w:p>
      <w:pPr>
        <w:jc w:val="right"/>
      </w:pPr>
      <w:r>
        <w:t>یعنی 1944 میں انہوں نے کام شروع کیا تھا تو اس وقت ان کے پاس صرف پانچ روپے</w:t>
      </w:r>
    </w:p>
    <w:p>
      <w:r>
        <w:rPr>
          <w:b/>
        </w:rPr>
        <w:t xml:space="preserve">[12:23] </w:t>
      </w:r>
      <w:r>
        <w:t>the, sirf paanch rupay.</w:t>
      </w:r>
    </w:p>
    <w:p>
      <w:pPr>
        <w:jc w:val="right"/>
      </w:pPr>
      <w:r>
        <w:t>تھے، صرف پانچ روپے۔</w:t>
      </w:r>
    </w:p>
    <w:p>
      <w:r>
        <w:rPr>
          <w:b/>
        </w:rPr>
        <w:t xml:space="preserve">[12:25] </w:t>
      </w:r>
      <w:r>
        <w:t>aur jab un ka inteqal hua to paanch crore se bhi zyada un ki maliyat thi, un ki</w:t>
      </w:r>
    </w:p>
    <w:p>
      <w:pPr>
        <w:jc w:val="right"/>
      </w:pPr>
      <w:r>
        <w:t>اور جب ان کا انتقال ہوا تو پانچ کروڑ سے بھی زیادہ ان کی مالیت تھی، ان کی</w:t>
      </w:r>
    </w:p>
    <w:p>
      <w:r>
        <w:rPr>
          <w:b/>
        </w:rPr>
        <w:t xml:space="preserve">[12:33] </w:t>
      </w:r>
      <w:r>
        <w:t>haal hesiyat thi.</w:t>
      </w:r>
    </w:p>
    <w:p>
      <w:pPr>
        <w:jc w:val="right"/>
      </w:pPr>
      <w:r>
        <w:t>حال حیثیت تھی۔</w:t>
      </w:r>
    </w:p>
    <w:p>
      <w:r>
        <w:rPr>
          <w:b/>
        </w:rPr>
        <w:t xml:space="preserve">[12:34] </w:t>
      </w:r>
      <w:r>
        <w:t>yeh hai hard labor, dedication.</w:t>
      </w:r>
    </w:p>
    <w:p>
      <w:pPr>
        <w:jc w:val="right"/>
      </w:pPr>
      <w:r>
        <w:t>یہ ہے ہارڈ لیبر، ڈیڈیکیشن۔</w:t>
      </w:r>
    </w:p>
    <w:p>
      <w:r>
        <w:rPr>
          <w:b/>
        </w:rPr>
        <w:t xml:space="preserve">[12:36] </w:t>
      </w:r>
      <w:r>
        <w:t>yeh sab cheezein aham hain zindagi mein.</w:t>
      </w:r>
    </w:p>
    <w:p>
      <w:pPr>
        <w:jc w:val="right"/>
      </w:pPr>
      <w:r>
        <w:t>یہ سب چیزیں اہم ہیں زندگی میں۔</w:t>
      </w:r>
    </w:p>
    <w:p>
      <w:r>
        <w:rPr>
          <w:b/>
        </w:rPr>
        <w:t xml:space="preserve">[12:39] </w:t>
      </w:r>
      <w:r>
        <w:t>main yeh nahi kehta ke ke student jo hai mehnat na karein, khoob mehnat karein, achhe number laein,</w:t>
      </w:r>
    </w:p>
    <w:p>
      <w:pPr>
        <w:jc w:val="right"/>
      </w:pPr>
      <w:r>
        <w:t>میں یہ نہیں کہتا کہ کہ اسٹوڈنٹ جو ہے محنت نہ کریں، خوب محنت کریں، اچھے نمبر لائیں،</w:t>
      </w:r>
    </w:p>
    <w:p>
      <w:r>
        <w:rPr>
          <w:b/>
        </w:rPr>
        <w:t xml:space="preserve">[12:47] </w:t>
      </w:r>
      <w:r>
        <w:t>bari achhi baat hai.</w:t>
      </w:r>
    </w:p>
    <w:p>
      <w:pPr>
        <w:jc w:val="right"/>
      </w:pPr>
      <w:r>
        <w:t>بڑی اچھی بات ہے۔</w:t>
      </w:r>
    </w:p>
    <w:p>
      <w:r>
        <w:rPr>
          <w:b/>
        </w:rPr>
        <w:t xml:space="preserve">[12:49] </w:t>
      </w:r>
      <w:r>
        <w:t>yani achhe number laein to bohat achhi baat hai.</w:t>
      </w:r>
    </w:p>
    <w:p>
      <w:pPr>
        <w:jc w:val="right"/>
      </w:pPr>
      <w:r>
        <w:t>یعنی اچھے نمبر لائیں تو بہت اچھی بات ہے۔</w:t>
      </w:r>
    </w:p>
    <w:p>
      <w:r>
        <w:rPr>
          <w:b/>
        </w:rPr>
        <w:t xml:space="preserve">[12:53] </w:t>
      </w:r>
      <w:r>
        <w:t>lekin yeh samajhna ke acha number laye to bas koi guarantee hai bari success ki, yeh yeh ghalati</w:t>
      </w:r>
    </w:p>
    <w:p>
      <w:pPr>
        <w:jc w:val="right"/>
      </w:pPr>
      <w:r>
        <w:t>لیکن یہ سمجھنا کہ اچھا نمبر لائے تو بس کوئی گارنٹی ہے بڑی سکسیس کی، یہ یہ غلطی</w:t>
      </w:r>
    </w:p>
    <w:p>
      <w:r>
        <w:rPr>
          <w:b/>
        </w:rPr>
        <w:t xml:space="preserve">[13:00] </w:t>
      </w:r>
      <w:r>
        <w:t>haye.</w:t>
      </w:r>
    </w:p>
    <w:p>
      <w:pPr>
        <w:jc w:val="right"/>
      </w:pPr>
      <w:r>
        <w:t>ہے۔</w:t>
      </w:r>
    </w:p>
    <w:p>
      <w:r>
        <w:rPr>
          <w:b/>
        </w:rPr>
        <w:t xml:space="preserve">[13:02] </w:t>
      </w:r>
      <w:r>
        <w:t>is liye ke jab aap zindagi mein ate hain, practical life mein to kuch logon se aap ko</w:t>
      </w:r>
    </w:p>
    <w:p>
      <w:pPr>
        <w:jc w:val="right"/>
      </w:pPr>
      <w:r>
        <w:t>اس لیے کہ جب آپ زندگی میں آتے ہیں، پریکٹیکل لائف میں تو کچھ لوگوں سے آپ کو</w:t>
      </w:r>
    </w:p>
    <w:p>
      <w:r>
        <w:rPr>
          <w:b/>
        </w:rPr>
        <w:t xml:space="preserve">[13:10] </w:t>
      </w:r>
      <w:r>
        <w:t>saabqa parta hai.</w:t>
      </w:r>
    </w:p>
    <w:p>
      <w:pPr>
        <w:jc w:val="right"/>
      </w:pPr>
      <w:r>
        <w:t>سابقہ پڑتا ہے۔</w:t>
      </w:r>
    </w:p>
    <w:p>
      <w:r>
        <w:rPr>
          <w:b/>
        </w:rPr>
        <w:t xml:space="preserve">[13:11] </w:t>
      </w:r>
      <w:r>
        <w:t>ab aap koi business karte hain to customer se aap ka saabqa hota hai.</w:t>
      </w:r>
    </w:p>
    <w:p>
      <w:pPr>
        <w:jc w:val="right"/>
      </w:pPr>
      <w:r>
        <w:t>اب آپ کوئی بزنس کرتے ہیں تو کسٹمر سے آپ کا سابقہ ہوتا ہے۔</w:t>
      </w:r>
    </w:p>
    <w:p>
      <w:r>
        <w:rPr>
          <w:b/>
        </w:rPr>
        <w:t xml:space="preserve">[13:17] </w:t>
      </w:r>
      <w:r>
        <w:t>kisi company mein jate hain to wahan aap ke colleague hote hain, aap ka boss hota hai.</w:t>
      </w:r>
    </w:p>
    <w:p>
      <w:pPr>
        <w:jc w:val="right"/>
      </w:pPr>
      <w:r>
        <w:t>کسی کمپنی میں جاتے ہیں تو وہاں آپ کے کولیگ ہوتے ہیں، آپ کا باس ہوتا ہے۔</w:t>
      </w:r>
    </w:p>
    <w:p>
      <w:r>
        <w:rPr>
          <w:b/>
        </w:rPr>
        <w:t xml:space="preserve">[13:24] </w:t>
      </w:r>
      <w:r>
        <w:t>har jagah aise hi hota hai.</w:t>
      </w:r>
    </w:p>
    <w:p>
      <w:pPr>
        <w:jc w:val="right"/>
      </w:pPr>
      <w:r>
        <w:t>ہر جگہ ایسے ہی ہوتا ہے۔</w:t>
      </w:r>
    </w:p>
    <w:p>
      <w:r>
        <w:rPr>
          <w:b/>
        </w:rPr>
        <w:t xml:space="preserve">[13:27] </w:t>
      </w:r>
      <w:r>
        <w:t>to doosron ko satisfy karna parta hai.</w:t>
      </w:r>
    </w:p>
    <w:p>
      <w:pPr>
        <w:jc w:val="right"/>
      </w:pPr>
      <w:r>
        <w:t>تو دوسروں کو سیٹسفائی کرنا پڑتا ہے۔</w:t>
      </w:r>
    </w:p>
    <w:p>
      <w:r>
        <w:rPr>
          <w:b/>
        </w:rPr>
        <w:t xml:space="preserve">[13:30] </w:t>
      </w:r>
      <w:r>
        <w:t>kitna acha number laye the, woh to aap ke mind mein hai, woh to paper par hai.</w:t>
      </w:r>
    </w:p>
    <w:p>
      <w:pPr>
        <w:jc w:val="right"/>
      </w:pPr>
      <w:r>
        <w:t>کتنا اچھا نمبر لائے تھے، وہ تو آپ کے مائنڈ میں ہے، وہ تو پیپر پر ہے۔</w:t>
      </w:r>
    </w:p>
    <w:p>
      <w:r>
        <w:rPr>
          <w:b/>
        </w:rPr>
        <w:t xml:space="preserve">[13:37] </w:t>
      </w:r>
      <w:r>
        <w:t>zindagi mein jo aap ko milte hain, jo log, woh aap ka paper nahi poochein ge ke paper</w:t>
      </w:r>
    </w:p>
    <w:p>
      <w:pPr>
        <w:jc w:val="right"/>
      </w:pPr>
      <w:r>
        <w:t>زندگی میں جو آپ کو ملتے ہیں، جو لوگ، وہ آپ کا پیپر نہیں پوچھیں گے کہ پیپر</w:t>
      </w:r>
    </w:p>
    <w:p>
      <w:r>
        <w:rPr>
          <w:b/>
        </w:rPr>
        <w:t xml:space="preserve">[13:45] </w:t>
      </w:r>
      <w:r>
        <w:t>par number kitna hai.</w:t>
      </w:r>
    </w:p>
    <w:p>
      <w:pPr>
        <w:jc w:val="right"/>
      </w:pPr>
      <w:r>
        <w:t>پہ نمبر کتنا ہے۔</w:t>
      </w:r>
    </w:p>
    <w:p>
      <w:r>
        <w:rPr>
          <w:b/>
        </w:rPr>
        <w:t xml:space="preserve">[13:47] </w:t>
      </w:r>
      <w:r>
        <w:t>woh to yeh dekhein ge ke aap ka behavior kya hai un ke sath, aap ki dealing kya</w:t>
      </w:r>
    </w:p>
    <w:p>
      <w:pPr>
        <w:jc w:val="right"/>
      </w:pPr>
      <w:r>
        <w:t>وہ تو یہ دیکھیں گے کہ آپ کا بیہیویئر کیا ہے ان کے ساتھ، آپ کی ڈیلنگ کیا</w:t>
      </w:r>
    </w:p>
    <w:p>
      <w:r>
        <w:rPr>
          <w:b/>
        </w:rPr>
        <w:t xml:space="preserve">[13:54] </w:t>
      </w:r>
      <w:r>
        <w:t>hai un ke sath.</w:t>
      </w:r>
    </w:p>
    <w:p>
      <w:pPr>
        <w:jc w:val="right"/>
      </w:pPr>
      <w:r>
        <w:t>ہے ان کے ساتھ۔</w:t>
      </w:r>
    </w:p>
    <w:p>
      <w:r>
        <w:rPr>
          <w:b/>
        </w:rPr>
        <w:t xml:space="preserve">[13:56] </w:t>
      </w:r>
      <w:r>
        <w:t>yeh sab dekhein ge woh.</w:t>
      </w:r>
    </w:p>
    <w:p>
      <w:pPr>
        <w:jc w:val="right"/>
      </w:pPr>
      <w:r>
        <w:t>یہ سب دیکھیں گے وہ۔</w:t>
      </w:r>
    </w:p>
    <w:p>
      <w:r>
        <w:rPr>
          <w:b/>
        </w:rPr>
        <w:t xml:space="preserve">[13:58] </w:t>
      </w:r>
      <w:r>
        <w:t>is se woh aap ke baray mein apni rai banayein ge.</w:t>
      </w:r>
    </w:p>
    <w:p>
      <w:pPr>
        <w:jc w:val="right"/>
      </w:pPr>
      <w:r>
        <w:t>اس سے وہ آپ کے بارے میں اپنی رائے بنائیں گے۔</w:t>
      </w:r>
    </w:p>
    <w:p>
      <w:r>
        <w:rPr>
          <w:b/>
        </w:rPr>
        <w:t xml:space="preserve">[14:03] </w:t>
      </w:r>
      <w:r>
        <w:t>is liye mein yeh kahoon ga ke har naujawan ko yeh chahiye ke logon ki life parhe, jo</w:t>
      </w:r>
    </w:p>
    <w:p>
      <w:pPr>
        <w:jc w:val="right"/>
      </w:pPr>
      <w:r>
        <w:t>اس لیے میں یہ کہوں گا کہ ہر نوجوان کو یہ چاہیے کہ لوگوں کی لائف پڑھے، جو</w:t>
      </w:r>
    </w:p>
    <w:p>
      <w:r>
        <w:rPr>
          <w:b/>
        </w:rPr>
        <w:t xml:space="preserve">[14:11] </w:t>
      </w:r>
      <w:r>
        <w:t>log zindagi mein kamyab rahe, un ki parhe, un ke baray mein ke woh kaise kamyab hue, aur</w:t>
      </w:r>
    </w:p>
    <w:p>
      <w:pPr>
        <w:jc w:val="right"/>
      </w:pPr>
      <w:r>
        <w:t>لوگ زندگی میں کامیاب رہے، ان کی پڑھے، ان کے بارے میں کہ وہ کیسے کامیاب ہوئے، اور</w:t>
      </w:r>
    </w:p>
    <w:p>
      <w:r>
        <w:rPr>
          <w:b/>
        </w:rPr>
        <w:t xml:space="preserve">[14:18] </w:t>
      </w:r>
      <w:r>
        <w:t>is se lesson le, is se sabak le.</w:t>
      </w:r>
    </w:p>
    <w:p>
      <w:pPr>
        <w:jc w:val="right"/>
      </w:pPr>
      <w:r>
        <w:t>اس سے لیسن لے، اس سے سبق لے۔</w:t>
      </w:r>
    </w:p>
    <w:p>
      <w:r>
        <w:rPr>
          <w:b/>
        </w:rPr>
        <w:t xml:space="preserve">[14:22] </w:t>
      </w:r>
      <w:r>
        <w:t>is se sabak le.</w:t>
      </w:r>
    </w:p>
    <w:p>
      <w:pPr>
        <w:jc w:val="right"/>
      </w:pPr>
      <w:r>
        <w:t>اس سے سبق لے۔</w:t>
      </w:r>
    </w:p>
    <w:p>
      <w:r>
        <w:rPr>
          <w:b/>
        </w:rPr>
        <w:t xml:space="preserve">[14:23] </w:t>
      </w:r>
      <w:r>
        <w:t>cheezon ko is liye parhna hai ke is se mujhe sabak lena hai, yeh sab se bari cheez</w:t>
      </w:r>
    </w:p>
    <w:p>
      <w:pPr>
        <w:jc w:val="right"/>
      </w:pPr>
      <w:r>
        <w:t>چیزوں کو اس لیے پڑھنا ہے کہ اس سے مجھے سبق لینا ہے، یہ سب سے بڑی چیز</w:t>
      </w:r>
    </w:p>
    <w:p>
      <w:r>
        <w:rPr>
          <w:b/>
        </w:rPr>
        <w:t xml:space="preserve">[14:31] </w:t>
      </w:r>
      <w:r>
        <w:t>haye.</w:t>
      </w:r>
    </w:p>
    <w:p>
      <w:pPr>
        <w:jc w:val="right"/>
      </w:pPr>
      <w:r>
        <w:t>ہے۔</w:t>
      </w:r>
    </w:p>
    <w:p>
      <w:r>
        <w:rPr>
          <w:b/>
        </w:rPr>
        <w:t xml:space="preserve">[14:33] </w:t>
      </w:r>
      <w:r>
        <w:t>mushkil yeh hai ke aaj kal log parhte hain novel.</w:t>
      </w:r>
    </w:p>
    <w:p>
      <w:pPr>
        <w:jc w:val="right"/>
      </w:pPr>
      <w:r>
        <w:t>مشکل یہ ہے کہ آج کل لوگ پڑھتے ہیں ناول۔</w:t>
      </w:r>
    </w:p>
    <w:p>
      <w:r>
        <w:rPr>
          <w:b/>
        </w:rPr>
        <w:t xml:space="preserve">[14:37] </w:t>
      </w:r>
      <w:r>
        <w:t>to novel mein kya sabak hai? Novel to yani farzi character hote hain, real character to hote nahi.</w:t>
      </w:r>
    </w:p>
    <w:p>
      <w:pPr>
        <w:jc w:val="right"/>
      </w:pPr>
      <w:r>
        <w:t>تو ناول میں کیا سبق ہے؟ ناول تو یعنی فرضی کریکٹر ہوتے ہیں، ریئل کریکٹر تو ہوتے نہیں۔</w:t>
      </w:r>
    </w:p>
    <w:p>
      <w:r>
        <w:rPr>
          <w:b/>
        </w:rPr>
        <w:t xml:space="preserve">[14:45] </w:t>
      </w:r>
      <w:r>
        <w:t>novel koi history to hoti nahi.</w:t>
      </w:r>
    </w:p>
    <w:p>
      <w:pPr>
        <w:jc w:val="right"/>
      </w:pPr>
      <w:r>
        <w:t>ناول کوئی ہسٹری تو ہوتی نہیں۔</w:t>
      </w:r>
    </w:p>
    <w:p>
      <w:r>
        <w:rPr>
          <w:b/>
        </w:rPr>
        <w:t xml:space="preserve">[14:47] </w:t>
      </w:r>
      <w:r>
        <w:t>to jo cheez apne aap mein exist hi nahi kar rahi hai, us se aap ke andar kaise</w:t>
      </w:r>
    </w:p>
    <w:p>
      <w:pPr>
        <w:jc w:val="right"/>
      </w:pPr>
      <w:r>
        <w:t>تو جو چیز اپنے آپ میں ایگزسٹ ہی نہیں کر رہی ہے، اس سے آپ کے اندر کیسے</w:t>
      </w:r>
    </w:p>
    <w:p>
      <w:r>
        <w:rPr>
          <w:b/>
        </w:rPr>
        <w:t xml:space="preserve">[14:55] </w:t>
      </w:r>
      <w:r>
        <w:t>lesan le sakte hain? aap kaise le sakte hain? farz kijiye ke aap ne dekha hai ek character</w:t>
      </w:r>
    </w:p>
    <w:p>
      <w:pPr>
        <w:jc w:val="right"/>
      </w:pPr>
      <w:r>
        <w:t>لیسن لے سکتے ہیں؟ آپ کیسے لے سکتے ہیں؟ فرض کیجئے کہ آپ نے دیکھا ہے ایک کریکٹر</w:t>
      </w:r>
    </w:p>
    <w:p>
      <w:r>
        <w:rPr>
          <w:b/>
        </w:rPr>
        <w:t xml:space="preserve">[15:03] </w:t>
      </w:r>
      <w:r>
        <w:t>ko novel mein ke woh subah bohat sawere uth jata tha.</w:t>
      </w:r>
    </w:p>
    <w:p>
      <w:pPr>
        <w:jc w:val="right"/>
      </w:pPr>
      <w:r>
        <w:t>کو ناول میں کہ وہ صبح بہت سویرے اٹھ جاتا تھا۔</w:t>
      </w:r>
    </w:p>
    <w:p>
      <w:r>
        <w:rPr>
          <w:b/>
        </w:rPr>
        <w:t xml:space="preserve">[15:07] </w:t>
      </w:r>
      <w:r>
        <w:t>is ka farz yeh tha ke early to bed, early to rise.</w:t>
      </w:r>
    </w:p>
    <w:p>
      <w:pPr>
        <w:jc w:val="right"/>
      </w:pPr>
      <w:r>
        <w:t>اس کا فرض یہ تھا کہ ارلی ٹو بیڈ، ارلی ٹو رائز۔</w:t>
      </w:r>
    </w:p>
    <w:p>
      <w:r>
        <w:rPr>
          <w:b/>
        </w:rPr>
        <w:t xml:space="preserve">[15:13] </w:t>
      </w:r>
      <w:r>
        <w:t>yeh tha early to bed, early to rise.</w:t>
      </w:r>
    </w:p>
    <w:p>
      <w:pPr>
        <w:jc w:val="right"/>
      </w:pPr>
      <w:r>
        <w:t>یہ تھا ارلی ٹو بیڈ، ارلی ٹو رائز۔</w:t>
      </w:r>
    </w:p>
    <w:p>
      <w:r>
        <w:rPr>
          <w:b/>
        </w:rPr>
        <w:t xml:space="preserve">[15:16] </w:t>
      </w:r>
      <w:r>
        <w:t>ek character aisa hai, is ka yeh tareeqa tha novel mein.</w:t>
      </w:r>
    </w:p>
    <w:p>
      <w:pPr>
        <w:jc w:val="right"/>
      </w:pPr>
      <w:r>
        <w:t>ایک کریکٹر ایسا ہے، اس کا یہ طریقہ تھا ناول میں۔</w:t>
      </w:r>
    </w:p>
    <w:p>
      <w:r>
        <w:rPr>
          <w:b/>
        </w:rPr>
        <w:t xml:space="preserve">[15:21] </w:t>
      </w:r>
      <w:r>
        <w:t>to is ko parh kar aisa nahi ho sakta tha ke aap aise ban jayen.</w:t>
      </w:r>
    </w:p>
    <w:p>
      <w:pPr>
        <w:jc w:val="right"/>
      </w:pPr>
      <w:r>
        <w:t>تو اس کو پڑھ کر ایسا نہیں ہو سکتا تھا کہ آپ ایسے بن جائیں۔</w:t>
      </w:r>
    </w:p>
    <w:p>
      <w:r>
        <w:rPr>
          <w:b/>
        </w:rPr>
        <w:t xml:space="preserve">[15:27] </w:t>
      </w:r>
      <w:r>
        <w:t>kyun? aap ke mind mein consciously ya unconsciously yeh rehta hai ke yeh to farzi baat hai, yeh</w:t>
      </w:r>
    </w:p>
    <w:p>
      <w:pPr>
        <w:jc w:val="right"/>
      </w:pPr>
      <w:r>
        <w:t>کیوں؟ آپ کے مائنڈ میں کانشیسلی یا انکانشیسلی یہ رہتا ہے کہ یہ تو فرضی بات ہے، یہ</w:t>
      </w:r>
    </w:p>
    <w:p>
      <w:r>
        <w:rPr>
          <w:b/>
        </w:rPr>
        <w:t xml:space="preserve">[15:35] </w:t>
      </w:r>
      <w:r>
        <w:t>to fiction hai, aisa koi insaan to kabhi tha nahi.</w:t>
      </w:r>
    </w:p>
    <w:p>
      <w:pPr>
        <w:jc w:val="right"/>
      </w:pPr>
      <w:r>
        <w:t>تو فکشن ہے، ایسا کوئی انسان تو کبھی تھا نہیں۔</w:t>
      </w:r>
    </w:p>
    <w:p>
      <w:r>
        <w:rPr>
          <w:b/>
        </w:rPr>
        <w:t xml:space="preserve">[15:39] </w:t>
      </w:r>
      <w:r>
        <w:t>to is se aap koi lesan kaise le sakte hain? kaise le sakte hain? navelon mein aap jante</w:t>
      </w:r>
    </w:p>
    <w:p>
      <w:pPr>
        <w:jc w:val="right"/>
      </w:pPr>
      <w:r>
        <w:t>تو اس سے آپ کوئی لیسن کیسے لے سکتے ہیں؟ کیسے لے سکتے ہیں؟ ناولوں میں آپ جانتے</w:t>
      </w:r>
    </w:p>
    <w:p>
      <w:r>
        <w:rPr>
          <w:b/>
        </w:rPr>
        <w:t xml:space="preserve">[15:47] </w:t>
      </w:r>
      <w:r>
        <w:t>hain ke bohat se character hote hain, aur mein bari achi achi batein bolte hain ya kar ke</w:t>
      </w:r>
    </w:p>
    <w:p>
      <w:pPr>
        <w:jc w:val="right"/>
      </w:pPr>
      <w:r>
        <w:t>ہیں کہ بہت سے کریکٹر ہوتے ہیں، اور میں بڑی اچھی اچھی باتیں بولتے ہیں یا کر کے</w:t>
      </w:r>
    </w:p>
    <w:p>
      <w:r>
        <w:rPr>
          <w:b/>
        </w:rPr>
        <w:t xml:space="preserve">[15:55] </w:t>
      </w:r>
      <w:r>
        <w:t>dikhate hain.</w:t>
      </w:r>
    </w:p>
    <w:p>
      <w:pPr>
        <w:jc w:val="right"/>
      </w:pPr>
      <w:r>
        <w:t>دکھاتے ہیں۔</w:t>
      </w:r>
    </w:p>
    <w:p>
      <w:r>
        <w:rPr>
          <w:b/>
        </w:rPr>
        <w:t xml:space="preserve">[15:56] </w:t>
      </w:r>
      <w:r>
        <w:t>ya movie mein aisa hota hai, lekin movie se ya novel se kabhi kisi ki zindagi mein koi</w:t>
      </w:r>
    </w:p>
    <w:p>
      <w:pPr>
        <w:jc w:val="right"/>
      </w:pPr>
      <w:r>
        <w:t>یا مووی میں ایسا ہوتا ہے، لیکن مووی سے یا ناول سے کبھی کسی کی زندگی میں کوئی</w:t>
      </w:r>
    </w:p>
    <w:p>
      <w:r>
        <w:rPr>
          <w:b/>
        </w:rPr>
        <w:t xml:space="preserve">[16:04] </w:t>
      </w:r>
      <w:r>
        <w:t>change nahi aata.</w:t>
      </w:r>
    </w:p>
    <w:p>
      <w:pPr>
        <w:jc w:val="right"/>
      </w:pPr>
      <w:r>
        <w:t>چینج نہیں آتا۔</w:t>
      </w:r>
    </w:p>
    <w:p>
      <w:r>
        <w:rPr>
          <w:b/>
        </w:rPr>
        <w:t xml:space="preserve">[16:05] </w:t>
      </w:r>
      <w:r>
        <w:t>kyun? is liye ke woh samajhte hain ke yeh to aisa to aisa to hua to hai nahi</w:t>
      </w:r>
    </w:p>
    <w:p>
      <w:pPr>
        <w:jc w:val="right"/>
      </w:pPr>
      <w:r>
        <w:t>کیوں؟ اس لیے کہ وہ سمجھتے ہیں کہ یہ تو ایسا تو ایسا تو ہوا تو ہے نہیں</w:t>
      </w:r>
    </w:p>
    <w:p>
      <w:r>
        <w:rPr>
          <w:b/>
        </w:rPr>
        <w:t xml:space="preserve">[16:13] </w:t>
      </w:r>
      <w:r>
        <w:t>kabhi.</w:t>
      </w:r>
    </w:p>
    <w:p>
      <w:pPr>
        <w:jc w:val="right"/>
      </w:pPr>
      <w:r>
        <w:t>کبھی۔</w:t>
      </w:r>
    </w:p>
    <w:p>
      <w:r>
        <w:rPr>
          <w:b/>
        </w:rPr>
        <w:t xml:space="preserve">[16:14] </w:t>
      </w:r>
      <w:r>
        <w:t>yeh to qissa kahani hai, yeh to story hai, yeh to fiction hai.</w:t>
      </w:r>
    </w:p>
    <w:p>
      <w:pPr>
        <w:jc w:val="right"/>
      </w:pPr>
      <w:r>
        <w:t>یہ تو قصہ کہانی ہے، یہ تو سٹوری ہے، یہ تو فکشن ہے۔</w:t>
      </w:r>
    </w:p>
    <w:p>
      <w:r>
        <w:rPr>
          <w:b/>
        </w:rPr>
        <w:t xml:space="preserve">[16:20] </w:t>
      </w:r>
      <w:r>
        <w:t>to real life mein, real life mein aadmi koi lesan leta hai, yani kisi real character se, ek</w:t>
      </w:r>
    </w:p>
    <w:p>
      <w:pPr>
        <w:jc w:val="right"/>
      </w:pPr>
      <w:r>
        <w:t>تو ریئل لائف میں، ریئل لائف میں آدمی کوئی لیسن لیتا ہے، یعنی کسی ریئل کریکٹر سے، ایک</w:t>
      </w:r>
    </w:p>
    <w:p>
      <w:r>
        <w:rPr>
          <w:b/>
        </w:rPr>
        <w:t xml:space="preserve">[16:28] </w:t>
      </w:r>
      <w:r>
        <w:t>romantic qissa kahani se parh kar ke woh lesan nahi le sakta hai.</w:t>
      </w:r>
    </w:p>
    <w:p>
      <w:pPr>
        <w:jc w:val="right"/>
      </w:pPr>
      <w:r>
        <w:t>رومینٹک قصہ کہانی سے پڑھ کر کے وہ لیسن نہیں لے سکتا ہے۔</w:t>
      </w:r>
    </w:p>
    <w:p>
      <w:r>
        <w:rPr>
          <w:b/>
        </w:rPr>
        <w:t xml:space="preserve">[16:33] </w:t>
      </w:r>
      <w:r>
        <w:t>to is liye aap ko parhna chahiye real life, kyunke novel to sirf time pass karne ke liye</w:t>
      </w:r>
    </w:p>
    <w:p>
      <w:pPr>
        <w:jc w:val="right"/>
      </w:pPr>
      <w:r>
        <w:t>تو اس لیے آپ کو پڑھنا چاہیے ریئل لائف، کیونکہ ناول تو صرف ٹائم پاس کرنے کے لیے</w:t>
      </w:r>
    </w:p>
    <w:p>
      <w:r>
        <w:rPr>
          <w:b/>
        </w:rPr>
        <w:t xml:space="preserve">[16:41] </w:t>
      </w:r>
      <w:r>
        <w:t>hai, entertainment ke liye hai.</w:t>
      </w:r>
    </w:p>
    <w:p>
      <w:pPr>
        <w:jc w:val="right"/>
      </w:pPr>
      <w:r>
        <w:t>ہے، انٹرٹینمنٹ کے لیے ہے۔</w:t>
      </w:r>
    </w:p>
    <w:p>
      <w:r>
        <w:rPr>
          <w:b/>
        </w:rPr>
        <w:t xml:space="preserve">[16:43] </w:t>
      </w:r>
      <w:r>
        <w:t>kuch dair parhiye aur enjoy kijiye.</w:t>
      </w:r>
    </w:p>
    <w:p>
      <w:pPr>
        <w:jc w:val="right"/>
      </w:pPr>
      <w:r>
        <w:t>کچھ دیر پڑھیے اور انجوائے کیجئے۔</w:t>
      </w:r>
    </w:p>
    <w:p>
      <w:r>
        <w:rPr>
          <w:b/>
        </w:rPr>
        <w:t xml:space="preserve">[16:46] </w:t>
      </w:r>
      <w:r>
        <w:t>zindagi mein aap ko is se koi bhi faida nahi hoga.</w:t>
      </w:r>
    </w:p>
    <w:p>
      <w:pPr>
        <w:jc w:val="right"/>
      </w:pPr>
      <w:r>
        <w:t>زندگی میں آپ کو اس سے کوئی بھی فائدہ نہیں ہوگا۔</w:t>
      </w:r>
    </w:p>
    <w:p>
      <w:r>
        <w:rPr>
          <w:b/>
        </w:rPr>
        <w:t xml:space="preserve">[16:50] </w:t>
      </w:r>
      <w:r>
        <w:t>bohat se log hain, woh unhon ne novel likhe hain is ke liye, yeh samaj sudhar ke liye.</w:t>
      </w:r>
    </w:p>
    <w:p>
      <w:pPr>
        <w:jc w:val="right"/>
      </w:pPr>
      <w:r>
        <w:t>بہت سے لوگ ہیں، وہ انہوں نے ناول لکھے ہیں اس کے لیے، یہ سماج سدھار کے لیے۔</w:t>
      </w:r>
    </w:p>
    <w:p>
      <w:r>
        <w:rPr>
          <w:b/>
        </w:rPr>
        <w:t xml:space="preserve">[16:58] </w:t>
      </w:r>
      <w:r>
        <w:t>magar un navelon se samaj sudhar one percent bhi nahi hua.</w:t>
      </w:r>
    </w:p>
    <w:p>
      <w:pPr>
        <w:jc w:val="right"/>
      </w:pPr>
      <w:r>
        <w:t>مگر ان ناولوں سے سماج سدھار ون پرسنٹ بھی نہیں ہوا۔</w:t>
      </w:r>
    </w:p>
    <w:p>
      <w:r>
        <w:rPr>
          <w:b/>
        </w:rPr>
        <w:t xml:space="preserve">[17:03] </w:t>
      </w:r>
      <w:r>
        <w:t>mein naam le loon ga, lekin aap log jante hain ke kai novelist hain jinhon ne kaha ke</w:t>
      </w:r>
    </w:p>
    <w:p>
      <w:pPr>
        <w:jc w:val="right"/>
      </w:pPr>
      <w:r>
        <w:t>میں نام لے لوں گا، لیکن آپ لوگ جانتے ہیں کہ کئی ناولسٹ ہیں جنہوں نے کہا کہ</w:t>
      </w:r>
    </w:p>
    <w:p>
      <w:r>
        <w:rPr>
          <w:b/>
        </w:rPr>
        <w:t xml:space="preserve">[17:11] </w:t>
      </w:r>
      <w:r>
        <w:t>hum ne novel likhe hain samaj sudhaar ke liye.</w:t>
      </w:r>
    </w:p>
    <w:p>
      <w:pPr>
        <w:jc w:val="right"/>
      </w:pPr>
      <w:r>
        <w:t>ہم نے ناول لکھے ہیں سماج سدھار کے لیے۔</w:t>
      </w:r>
    </w:p>
    <w:p>
      <w:r>
        <w:rPr>
          <w:b/>
        </w:rPr>
        <w:t xml:space="preserve">[17:14] </w:t>
      </w:r>
      <w:r>
        <w:t>yeh mashhoor hua in ke bare mein, kyunke samaj sudhaar ki kahani is mein thi.</w:t>
      </w:r>
    </w:p>
    <w:p>
      <w:pPr>
        <w:jc w:val="right"/>
      </w:pPr>
      <w:r>
        <w:t>یہ مشہور ہوا ان کے بارے میں، کیونکہ سماج سدھار کی کہانی اس میں تھی۔</w:t>
      </w:r>
    </w:p>
    <w:p>
      <w:r>
        <w:rPr>
          <w:b/>
        </w:rPr>
        <w:t xml:space="preserve">[17:21] </w:t>
      </w:r>
      <w:r>
        <w:t>lekin yeh mujhe bataiye ke kya in kahaniyon ko parh kar koi samaj waise hi ban gaya jaisa</w:t>
      </w:r>
    </w:p>
    <w:p>
      <w:pPr>
        <w:jc w:val="right"/>
      </w:pPr>
      <w:r>
        <w:t>لیکن یہ مجھے بتائیے کہ کیا ان کہانیوں کو پڑھ کر کوئی سماج ویسے ہی بن گیا جیسا</w:t>
      </w:r>
    </w:p>
    <w:p>
      <w:r>
        <w:rPr>
          <w:b/>
        </w:rPr>
        <w:t xml:space="preserve">[17:29] </w:t>
      </w:r>
      <w:r>
        <w:t>ke is mein tha novel mein? koi ek bhi aisa samaj nahi, koi ek bhi nahi aisa samaj.</w:t>
      </w:r>
    </w:p>
    <w:p>
      <w:pPr>
        <w:jc w:val="right"/>
      </w:pPr>
      <w:r>
        <w:t>کہ اس میں تھا ناول میں؟ کوئی ایک بھی ایسا سماج نہیں، کوئی ایک بھی نہیں ایسا سماج۔</w:t>
      </w:r>
    </w:p>
    <w:p>
      <w:r>
        <w:rPr>
          <w:b/>
        </w:rPr>
        <w:t xml:space="preserve">[17:36] </w:t>
      </w:r>
      <w:r>
        <w:t>kyun? life ko badalna koi seedhi saadi baat nahi hai.</w:t>
      </w:r>
    </w:p>
    <w:p>
      <w:pPr>
        <w:jc w:val="right"/>
      </w:pPr>
      <w:r>
        <w:t>کیوں؟ لائف کو بدلنا کوئی سیدھی سادی بات نہیں ہے۔</w:t>
      </w:r>
    </w:p>
    <w:p>
      <w:r>
        <w:rPr>
          <w:b/>
        </w:rPr>
        <w:t xml:space="preserve">[17:41] </w:t>
      </w:r>
      <w:r>
        <w:t>ek real life hi real life ko badal sakti hai.</w:t>
      </w:r>
    </w:p>
    <w:p>
      <w:pPr>
        <w:jc w:val="right"/>
      </w:pPr>
      <w:r>
        <w:t>ایک ریئل لائف ہی ریئل لائف کو بدل سکتی ہے۔</w:t>
      </w:r>
    </w:p>
    <w:p>
      <w:r>
        <w:rPr>
          <w:b/>
        </w:rPr>
        <w:t xml:space="preserve">[17:45] </w:t>
      </w:r>
      <w:r>
        <w:t>ek real event hi se koi aadmi sabak le sakta hai.</w:t>
      </w:r>
    </w:p>
    <w:p>
      <w:pPr>
        <w:jc w:val="right"/>
      </w:pPr>
      <w:r>
        <w:t>ایک ریئل ایونٹ ہی سے کوئی آدمی سبق لے سکتا ہے۔</w:t>
      </w:r>
    </w:p>
    <w:p>
      <w:r>
        <w:rPr>
          <w:b/>
        </w:rPr>
        <w:t xml:space="preserve">[17:50] </w:t>
      </w:r>
      <w:r>
        <w:t>qisse kahani se kaise samajh le ga? kaise sabak le ga? kyunke consciously ya unconsciously woh jaane ga</w:t>
      </w:r>
    </w:p>
    <w:p>
      <w:pPr>
        <w:jc w:val="right"/>
      </w:pPr>
      <w:r>
        <w:t>قصے کہانی سے کیسے سمجھ لے گا؟ کیسے سبق لے گا؟ کیونکہ کانشیسلی یا انکانشیسلی وہ جانے گا</w:t>
      </w:r>
    </w:p>
    <w:p>
      <w:r>
        <w:rPr>
          <w:b/>
        </w:rPr>
        <w:t xml:space="preserve">[17:57] </w:t>
      </w:r>
      <w:r>
        <w:t>ke kahin kabhi hua to nahi, yeh to bas qisse kahani hai.</w:t>
      </w:r>
    </w:p>
    <w:p>
      <w:pPr>
        <w:jc w:val="right"/>
      </w:pPr>
      <w:r>
        <w:t>کہ کہیں کبھی ہوا تو نہیں، یہ تو بس قصے کہانی ہے۔</w:t>
      </w:r>
    </w:p>
    <w:p>
      <w:r>
        <w:rPr>
          <w:b/>
        </w:rPr>
        <w:t xml:space="preserve">[18:02] </w:t>
      </w:r>
      <w:r>
        <w:t>to koi impact nahi parta is ke mind pe is ka.</w:t>
      </w:r>
    </w:p>
    <w:p>
      <w:pPr>
        <w:jc w:val="right"/>
      </w:pPr>
      <w:r>
        <w:t>تو کوئی امپیکٹ نہیں پڑتا اس کے مائنڈ پہ اس کا۔</w:t>
      </w:r>
    </w:p>
    <w:p>
      <w:r>
        <w:rPr>
          <w:b/>
        </w:rPr>
        <w:t xml:space="preserve">[18:07] </w:t>
      </w:r>
      <w:r>
        <w:t>is liye jo log novel likhte hain samaj sudhaar ke liye ya character building ke liye, to main</w:t>
      </w:r>
    </w:p>
    <w:p>
      <w:pPr>
        <w:jc w:val="right"/>
      </w:pPr>
      <w:r>
        <w:t>اس لیے جو لوگ ناول لکھتے ہیں سماج سدھار کے لیے یا کریکٹر بلڈنگ کے لیے، تو میں</w:t>
      </w:r>
    </w:p>
    <w:p>
      <w:r>
        <w:rPr>
          <w:b/>
        </w:rPr>
        <w:t xml:space="preserve">[18:15] </w:t>
      </w:r>
      <w:r>
        <w:t>samajhta hoon ke yeh bilkul yaani be faida kaam kar rahe hain, useless kaam kar rahe hain.</w:t>
      </w:r>
    </w:p>
    <w:p>
      <w:pPr>
        <w:jc w:val="right"/>
      </w:pPr>
      <w:r>
        <w:t>سمجھتا ہوں کہ یہ بالکل یعنی بے فائدہ کام کر رہے ہیں، یوسلیس کام کر رہے ہیں۔</w:t>
      </w:r>
    </w:p>
    <w:p>
      <w:r>
        <w:rPr>
          <w:b/>
        </w:rPr>
        <w:t xml:space="preserve">[18:22] </w:t>
      </w:r>
      <w:r>
        <w:t>koi is ka, koi is ka faida nahi.</w:t>
      </w:r>
    </w:p>
    <w:p>
      <w:pPr>
        <w:jc w:val="right"/>
      </w:pPr>
      <w:r>
        <w:t>کوئی اس کا، کوئی اس کا فائدہ نہیں۔</w:t>
      </w:r>
    </w:p>
    <w:p>
      <w:r>
        <w:rPr>
          <w:b/>
        </w:rPr>
        <w:t xml:space="preserve">[18:26] </w:t>
      </w:r>
      <w:r>
        <w:t>is se acha hai ke aap entertainment ke liye novel likhiye.</w:t>
      </w:r>
    </w:p>
    <w:p>
      <w:pPr>
        <w:jc w:val="right"/>
      </w:pPr>
      <w:r>
        <w:t>اس سے اچھا ہے کہ آپ انٹرٹینمنٹ کے لیے ناول لکھیے۔</w:t>
      </w:r>
    </w:p>
    <w:p>
      <w:r>
        <w:rPr>
          <w:b/>
        </w:rPr>
        <w:t xml:space="preserve">[18:30] </w:t>
      </w:r>
      <w:r>
        <w:t>jo log yeh kehte hain ke kahin ke hum ne novel likha hai character building ke liye, samaj</w:t>
      </w:r>
    </w:p>
    <w:p>
      <w:pPr>
        <w:jc w:val="right"/>
      </w:pPr>
      <w:r>
        <w:t>جو لوگ یہ کہتے ہیں کہ کہیں کہ ہم نے ناول لکھا ہے کریکٹر بلڈنگ کے لیے، سماج</w:t>
      </w:r>
    </w:p>
    <w:p>
      <w:r>
        <w:rPr>
          <w:b/>
        </w:rPr>
        <w:t xml:space="preserve">[18:38] </w:t>
      </w:r>
      <w:r>
        <w:t>sudhaar ke liye, main samajhta hoon ke woh, woh jo hain, is mein jo kehte hain, yaani foods</w:t>
      </w:r>
    </w:p>
    <w:p>
      <w:pPr>
        <w:jc w:val="right"/>
      </w:pPr>
      <w:r>
        <w:t>سدھار کے لیے، میں سمجھتا ہوں کہ وہ، وہ جو ہیں، اس میں جو کہتے ہیں، یعنی فوڈز</w:t>
      </w:r>
    </w:p>
    <w:p>
      <w:r>
        <w:rPr>
          <w:b/>
        </w:rPr>
        <w:t xml:space="preserve">[18:46] </w:t>
      </w:r>
      <w:r>
        <w:t>paradise mein jeete hain, woh yaani bewaqoofon ki duniya mein, woh sochte nahi ke kya in ke novelon</w:t>
      </w:r>
    </w:p>
    <w:p>
      <w:pPr>
        <w:jc w:val="right"/>
      </w:pPr>
      <w:r>
        <w:t>پیراڈائز میں جیتے ہیں، وہ یعنی بیوقوفوں کی دنیا میں، وہ سوچتے نہیں کہ کیا ان کے ناولوں</w:t>
      </w:r>
    </w:p>
    <w:p>
      <w:r>
        <w:rPr>
          <w:b/>
        </w:rPr>
        <w:t xml:space="preserve">[18:53] </w:t>
      </w:r>
      <w:r>
        <w:t>ko parh kar koi insaan bana, koi insaan bana, koi samaj badla, kuch bhi nahi.</w:t>
      </w:r>
    </w:p>
    <w:p>
      <w:pPr>
        <w:jc w:val="right"/>
      </w:pPr>
      <w:r>
        <w:t>کو پڑھ کر کوئی انسان بنا، کوئی انسان بنا، کوئی سماج بدلا، کچھ بھی نہیں۔</w:t>
      </w:r>
    </w:p>
    <w:p>
      <w:r>
        <w:rPr>
          <w:b/>
        </w:rPr>
        <w:t xml:space="preserve">[19:00] </w:t>
      </w:r>
      <w:r>
        <w:t>moti baat hai, bilkul khuli baat hai, clear baat hai ke jab ek baat, ek kahani aap parhein</w:t>
      </w:r>
    </w:p>
    <w:p>
      <w:pPr>
        <w:jc w:val="right"/>
      </w:pPr>
      <w:r>
        <w:t>موٹی بات ہے، بالکل کھلی بات ہے، کلیئر بات ہے کہ جب ایک بات، ایک کہانی آپ پڑھیں</w:t>
      </w:r>
    </w:p>
    <w:p>
      <w:r>
        <w:rPr>
          <w:b/>
        </w:rPr>
        <w:t xml:space="preserve">[19:08] </w:t>
      </w:r>
      <w:r>
        <w:t>aur aap ke mind mein yeh ho ke yeh to kahani hai, aisa to kabhi hua nahi, to</w:t>
      </w:r>
    </w:p>
    <w:p>
      <w:pPr>
        <w:jc w:val="right"/>
      </w:pPr>
      <w:r>
        <w:t>اور آپ کے مائنڈ میں یہ ہو کہ یہ تو کہانی ہے، ایسا تو کبھی ہوا نہیں، تو</w:t>
      </w:r>
    </w:p>
    <w:p>
      <w:r>
        <w:rPr>
          <w:b/>
        </w:rPr>
        <w:t xml:space="preserve">[19:15] </w:t>
      </w:r>
      <w:r>
        <w:t>kaise possible hai ke aap ki zindagi mein change aa jaye farzi kahani parh kar ke? aisa kabhi</w:t>
      </w:r>
    </w:p>
    <w:p>
      <w:pPr>
        <w:jc w:val="right"/>
      </w:pPr>
      <w:r>
        <w:t>کیسے پاسیبل ہے کہ آپ کی زندگی میں چینج آ جائے فرضی کہانی پڑھ کر کے؟ ایسا کبھی</w:t>
      </w:r>
    </w:p>
    <w:p>
      <w:r>
        <w:rPr>
          <w:b/>
        </w:rPr>
        <w:t xml:space="preserve">[19:23] </w:t>
      </w:r>
      <w:r>
        <w:t>nahi ho sakta hai.</w:t>
      </w:r>
    </w:p>
    <w:p>
      <w:pPr>
        <w:jc w:val="right"/>
      </w:pPr>
      <w:r>
        <w:t>نہیں ہو سکتا ہے۔</w:t>
      </w:r>
    </w:p>
    <w:p>
      <w:r>
        <w:rPr>
          <w:b/>
        </w:rPr>
        <w:t xml:space="preserve">[19:25] </w:t>
      </w:r>
      <w:r>
        <w:t>is liye main mashwara doon ga student ko ke woh real life parhein, khaas tor pe jo achievers</w:t>
      </w:r>
    </w:p>
    <w:p>
      <w:pPr>
        <w:jc w:val="right"/>
      </w:pPr>
      <w:r>
        <w:t>اس لیے میں مشورہ دوں گا اسٹوڈنٹ کو کہ وہ ریئل لائف پڑھیں، خاص طور پر جو اچیورز</w:t>
      </w:r>
    </w:p>
    <w:p>
      <w:r>
        <w:rPr>
          <w:b/>
        </w:rPr>
        <w:t xml:space="preserve">[19:32] </w:t>
      </w:r>
      <w:r>
        <w:t>hain, jinhon ne kamyabi payi hai, un ki life ko parhein.</w:t>
      </w:r>
    </w:p>
    <w:p>
      <w:pPr>
        <w:jc w:val="right"/>
      </w:pPr>
      <w:r>
        <w:t>ہیں، جنہوں نے کامیابی پائی ہے، ان کی لائف کو پڑھیں۔</w:t>
      </w:r>
    </w:p>
    <w:p>
      <w:r>
        <w:rPr>
          <w:b/>
        </w:rPr>
        <w:t xml:space="preserve">[19:37] </w:t>
      </w:r>
      <w:r>
        <w:t>aap is se aap ko sabak mile ga.</w:t>
      </w:r>
    </w:p>
    <w:p>
      <w:pPr>
        <w:jc w:val="right"/>
      </w:pPr>
      <w:r>
        <w:t>آپ اس سے آپ کو سبق ملے گا۔</w:t>
      </w:r>
    </w:p>
    <w:p>
      <w:r>
        <w:rPr>
          <w:b/>
        </w:rPr>
        <w:t xml:space="preserve">[19:41] </w:t>
      </w:r>
      <w:r>
        <w:t>jaise mein real life ka ek batata hoon aap ko.</w:t>
      </w:r>
    </w:p>
    <w:p>
      <w:pPr>
        <w:jc w:val="right"/>
      </w:pPr>
      <w:r>
        <w:t>جیسے میں ریئل لائف کا ایک بتاتا ہوں آپ کو۔</w:t>
      </w:r>
    </w:p>
    <w:p>
      <w:r>
        <w:rPr>
          <w:b/>
        </w:rPr>
        <w:t xml:space="preserve">[19:45] </w:t>
      </w:r>
      <w:r>
        <w:t>aap jante hain ke hamare mulk mein birla ne bohat taraqqi ki, JD Birla bohat baray industries</w:t>
      </w:r>
    </w:p>
    <w:p>
      <w:pPr>
        <w:jc w:val="right"/>
      </w:pPr>
      <w:r>
        <w:t>آپ جانتے ہیں کہ ہمارے દેશ میں برلہ نے بہت ترقی کی، جے ڈی برلہ بہت بڑے انڈسٹریز</w:t>
      </w:r>
    </w:p>
    <w:p>
      <w:r>
        <w:rPr>
          <w:b/>
        </w:rPr>
        <w:t xml:space="preserve">[19:53] </w:t>
      </w:r>
      <w:r>
        <w:t>banay, woh top par pohanchay.</w:t>
      </w:r>
    </w:p>
    <w:p>
      <w:pPr>
        <w:jc w:val="right"/>
      </w:pPr>
      <w:r>
        <w:t>بنے، وہ ٹاپ پر پہنچے۔</w:t>
      </w:r>
    </w:p>
    <w:p>
      <w:r>
        <w:rPr>
          <w:b/>
        </w:rPr>
        <w:t xml:space="preserve">[19:55] </w:t>
      </w:r>
      <w:r>
        <w:t>to un ki life maine parhi to aap jante hain ke woh freedom struggle mein bhi involve</w:t>
      </w:r>
    </w:p>
    <w:p>
      <w:pPr>
        <w:jc w:val="right"/>
      </w:pPr>
      <w:r>
        <w:t>تو ان کی لائف میں نے پڑھی تو آپ جانتے ہیں کہ وہ فریڈم اسٹرگل میں بھی انوالو</w:t>
      </w:r>
    </w:p>
    <w:p>
      <w:r>
        <w:rPr>
          <w:b/>
        </w:rPr>
        <w:t xml:space="preserve">[20:02] </w:t>
      </w:r>
      <w:r>
        <w:t>thay, woh kafi madad karte thay un logon ki.</w:t>
      </w:r>
    </w:p>
    <w:p>
      <w:pPr>
        <w:jc w:val="right"/>
      </w:pPr>
      <w:r>
        <w:t>تھے، وہ کافی مدد کرتے تھے ان لوگوں کی۔</w:t>
      </w:r>
    </w:p>
    <w:p>
      <w:r>
        <w:rPr>
          <w:b/>
        </w:rPr>
        <w:t xml:space="preserve">[20:06] </w:t>
      </w:r>
      <w:r>
        <w:t>to 15 august 1947 ko aap jante hain ke azadi mili India ko to raat ko 12 baj</w:t>
      </w:r>
    </w:p>
    <w:p>
      <w:pPr>
        <w:jc w:val="right"/>
      </w:pPr>
      <w:r>
        <w:t>تو 15 اگست 1947 کو آپ جانتے ہیں کہ آزادی ملی انڈیا کو تو رات کو 12 بج</w:t>
      </w:r>
    </w:p>
    <w:p>
      <w:r>
        <w:rPr>
          <w:b/>
        </w:rPr>
        <w:t xml:space="preserve">[20:14] </w:t>
      </w:r>
      <w:r>
        <w:t>kar aik minute par vice roy yeh bolne walay thay radio par aa kar ke, kyunke is zamanay</w:t>
      </w:r>
    </w:p>
    <w:p>
      <w:pPr>
        <w:jc w:val="right"/>
      </w:pPr>
      <w:r>
        <w:t>کر ایک منٹ پر وائس رائے یہ بولنے والے تھے ریڈیو پر آ کر کے، کیونکہ اس زمانے</w:t>
      </w:r>
    </w:p>
    <w:p>
      <w:r>
        <w:rPr>
          <w:b/>
        </w:rPr>
        <w:t xml:space="preserve">[20:22] </w:t>
      </w:r>
      <w:r>
        <w:t>mein TV nahi hota tha.</w:t>
      </w:r>
    </w:p>
    <w:p>
      <w:pPr>
        <w:jc w:val="right"/>
      </w:pPr>
      <w:r>
        <w:t>میں ٹی وی نہیں ہوتا تھا۔</w:t>
      </w:r>
    </w:p>
    <w:p>
      <w:r>
        <w:rPr>
          <w:b/>
        </w:rPr>
        <w:t xml:space="preserve">[20:24] </w:t>
      </w:r>
      <w:r>
        <w:t>ke 12 baj kar aik minute par vice roy ne, us waqt Lord Mountbatten thay, vice roy,</w:t>
      </w:r>
    </w:p>
    <w:p>
      <w:pPr>
        <w:jc w:val="right"/>
      </w:pPr>
      <w:r>
        <w:t>کہ 12 بج کر ایک منٹ پر وائس رائے نے، اس وقت لارڈ ماؤنٹ بٹن تھے، وائس رائے،</w:t>
      </w:r>
    </w:p>
    <w:p>
      <w:r>
        <w:rPr>
          <w:b/>
        </w:rPr>
        <w:t xml:space="preserve">[20:32] </w:t>
      </w:r>
      <w:r>
        <w:t>woh radio par aaye aur unhon ne kaha: "Today India is free".</w:t>
      </w:r>
    </w:p>
    <w:p>
      <w:pPr>
        <w:jc w:val="right"/>
      </w:pPr>
      <w:r>
        <w:t>وہ ریڈیو پر آئے اور انہوں نے کہا: "ٹوڈے انڈیا از فری"۔</w:t>
      </w:r>
    </w:p>
    <w:p>
      <w:r>
        <w:rPr>
          <w:b/>
        </w:rPr>
        <w:t xml:space="preserve">[20:37] </w:t>
      </w:r>
      <w:r>
        <w:t>to is ko sunnay ke liye baray baray leader Delhi mein Bill House mein bethe hue thay.</w:t>
      </w:r>
    </w:p>
    <w:p>
      <w:pPr>
        <w:jc w:val="right"/>
      </w:pPr>
      <w:r>
        <w:t>تو اس کو سننے کے لیے بڑے بڑے لیڈر دلی میں بل ہاؤس میں بیٹھے ہوئے تھے۔</w:t>
      </w:r>
    </w:p>
    <w:p>
      <w:r>
        <w:rPr>
          <w:b/>
        </w:rPr>
        <w:t xml:space="preserve">[20:44] </w:t>
      </w:r>
      <w:r>
        <w:t>us waqt Bill House jo tha, woh leaderon ka woh tha, wahin par log aate thay, wahan thehray</w:t>
      </w:r>
    </w:p>
    <w:p>
      <w:pPr>
        <w:jc w:val="right"/>
      </w:pPr>
      <w:r>
        <w:t>اس وقت بل ہاؤس جو تھا، وہ لیڈروں کا وہ تھا، وہیں پر لوگ آتے تھے، وہاں ٹھہرتے</w:t>
      </w:r>
    </w:p>
    <w:p>
      <w:r>
        <w:rPr>
          <w:b/>
        </w:rPr>
        <w:t xml:space="preserve">[20:52] </w:t>
      </w:r>
      <w:r>
        <w:t>thay.</w:t>
      </w:r>
    </w:p>
    <w:p>
      <w:pPr>
        <w:jc w:val="right"/>
      </w:pPr>
      <w:r>
        <w:t>تھے۔</w:t>
      </w:r>
    </w:p>
    <w:p>
      <w:r>
        <w:rPr>
          <w:b/>
        </w:rPr>
        <w:t xml:space="preserve">[20:54] </w:t>
      </w:r>
      <w:r>
        <w:t>to log Bill House mein bethe hue thay ke 12 baj kar aik minute par sunein is vice</w:t>
      </w:r>
    </w:p>
    <w:p>
      <w:pPr>
        <w:jc w:val="right"/>
      </w:pPr>
      <w:r>
        <w:t>تو لوگ بل ہاؤس میں بیٹھے ہوئے تھے کہ 12 بج کر ایک منٹ پر سنیں اس وائس</w:t>
      </w:r>
    </w:p>
    <w:p>
      <w:r>
        <w:rPr>
          <w:b/>
        </w:rPr>
        <w:t xml:space="preserve">[21:01] </w:t>
      </w:r>
      <w:r>
        <w:t>roy ke is is elaan ko.</w:t>
      </w:r>
    </w:p>
    <w:p>
      <w:pPr>
        <w:jc w:val="right"/>
      </w:pPr>
      <w:r>
        <w:t>رائے کے اس اس اعلان کو۔</w:t>
      </w:r>
    </w:p>
    <w:p>
      <w:r>
        <w:rPr>
          <w:b/>
        </w:rPr>
        <w:t xml:space="preserve">[21:04] </w:t>
      </w:r>
      <w:r>
        <w:t>to bulaye bethe hue thay.</w:t>
      </w:r>
    </w:p>
    <w:p>
      <w:pPr>
        <w:jc w:val="right"/>
      </w:pPr>
      <w:r>
        <w:t>تو بلائے بیٹھے ہوئے تھے۔</w:t>
      </w:r>
    </w:p>
    <w:p>
      <w:r>
        <w:rPr>
          <w:b/>
        </w:rPr>
        <w:t xml:space="preserve">[21:06] </w:t>
      </w:r>
      <w:r>
        <w:t>to jaise hi un ki ghari mein 8 baj kar 30 minute hue, 8:30, to uth gaye woh.</w:t>
      </w:r>
    </w:p>
    <w:p>
      <w:pPr>
        <w:jc w:val="right"/>
      </w:pPr>
      <w:r>
        <w:t>تو جیسے ہی ان کی گھڑی میں اٹھ بج کر 30 منٹ ہوئے، 8:30، تو اٹھ گئے وہ۔</w:t>
      </w:r>
    </w:p>
    <w:p>
      <w:r>
        <w:rPr>
          <w:b/>
        </w:rPr>
        <w:t xml:space="preserve">[21:14] </w:t>
      </w:r>
      <w:r>
        <w:t>to unhon ne kaha ke abhi, abhi to sunna hai, aap kahan chalay ja rahay hain? unhon ne</w:t>
      </w:r>
    </w:p>
    <w:p>
      <w:pPr>
        <w:jc w:val="right"/>
      </w:pPr>
      <w:r>
        <w:t>تو انہوں نے کہا کہ ابھی، ابھی تو سننا ہے، آپ کہاں چلے جا رہے ہیں؟ انہوں نے</w:t>
      </w:r>
    </w:p>
    <w:p>
      <w:r>
        <w:rPr>
          <w:b/>
        </w:rPr>
        <w:t xml:space="preserve">[21:22] </w:t>
      </w:r>
      <w:r>
        <w:t>kaha ke nahi, mere sone ka time ho gaya, 8:30 par main so jata hoon rozana, yeh mera</w:t>
      </w:r>
    </w:p>
    <w:p>
      <w:pPr>
        <w:jc w:val="right"/>
      </w:pPr>
      <w:r>
        <w:t>کہا کہ نہیں، میرے سونے کا ٹائم ہو گیا، 8:30 پر میں سو جاتا ہوں روزانہ، یہ میرا</w:t>
      </w:r>
    </w:p>
    <w:p>
      <w:r>
        <w:rPr>
          <w:b/>
        </w:rPr>
        <w:t xml:space="preserve">[21:29] </w:t>
      </w:r>
      <w:r>
        <w:t>yani tareeqa hai.</w:t>
      </w:r>
    </w:p>
    <w:p>
      <w:pPr>
        <w:jc w:val="right"/>
      </w:pPr>
      <w:r>
        <w:t>یعنی طریقہ ہے۔</w:t>
      </w:r>
    </w:p>
    <w:p>
      <w:r>
        <w:rPr>
          <w:b/>
        </w:rPr>
        <w:t xml:space="preserve">[21:31] </w:t>
      </w:r>
      <w:r>
        <w:t>isi Bill House mein kisi kamray mein rehte thay, woh us waqt, us waqt thehray hue thay.</w:t>
      </w:r>
    </w:p>
    <w:p>
      <w:pPr>
        <w:jc w:val="right"/>
      </w:pPr>
      <w:r>
        <w:t>اسی بل ہاؤس میں کسی کمرے میں رہتے تھے، وہ اس وقت، اس وقت ٹھہرے ہوئے تھے۔</w:t>
      </w:r>
    </w:p>
    <w:p>
      <w:r>
        <w:rPr>
          <w:b/>
        </w:rPr>
        <w:t xml:space="preserve">[21:38] </w:t>
      </w:r>
      <w:r>
        <w:t>to uth kar ke woh apne bedroom mein chalay gaye aur so gaye.</w:t>
      </w:r>
    </w:p>
    <w:p>
      <w:pPr>
        <w:jc w:val="right"/>
      </w:pPr>
      <w:r>
        <w:t>تو اٹھ کر کے وہ اپنے بیڈ روم میں چلے گئے اور سو گئے۔</w:t>
      </w:r>
    </w:p>
    <w:p>
      <w:r>
        <w:rPr>
          <w:b/>
        </w:rPr>
        <w:t xml:space="preserve">[21:44] </w:t>
      </w:r>
      <w:r>
        <w:t>aur kaha kya? unhon ne kaha ke aaj jo vice roy sahib bolain ge, kal woh paper mein</w:t>
      </w:r>
    </w:p>
    <w:p>
      <w:pPr>
        <w:jc w:val="right"/>
      </w:pPr>
      <w:r>
        <w:t>اور کہا کیا؟ انہوں نے کہا کہ آج جو وائس رائے صاحب بولیں گے، کل وہ پیپر میں</w:t>
      </w:r>
    </w:p>
    <w:p>
      <w:r>
        <w:rPr>
          <w:b/>
        </w:rPr>
        <w:t xml:space="preserve">[21:52] </w:t>
      </w:r>
      <w:r>
        <w:t>aa jaye ga, to main us ko paper mein parh loon ga.</w:t>
      </w:r>
    </w:p>
    <w:p>
      <w:pPr>
        <w:jc w:val="right"/>
      </w:pPr>
      <w:r>
        <w:t>آ جائے گا، تو میں اس کو پیپر میں پڑھ لوں گا۔</w:t>
      </w:r>
    </w:p>
    <w:p>
      <w:r>
        <w:rPr>
          <w:b/>
        </w:rPr>
        <w:t xml:space="preserve">[21:57] </w:t>
      </w:r>
      <w:r>
        <w:t>to main apna jo time hai, mera, us ko main kyun bigaroon? main daily ka routine hai ke</w:t>
      </w:r>
    </w:p>
    <w:p>
      <w:pPr>
        <w:jc w:val="right"/>
      </w:pPr>
      <w:r>
        <w:t>تو میں اپنا جو ٹائم ہے، میرا، اس کو میں کیوں بگاڑوں؟ میں ڈیلی کا روٹین ہے کہ</w:t>
      </w:r>
    </w:p>
    <w:p>
      <w:r>
        <w:rPr>
          <w:b/>
        </w:rPr>
        <w:t xml:space="preserve">[22:05] </w:t>
      </w:r>
      <w:r>
        <w:t>8:30 par mein bed par chala jata hoon.</w:t>
      </w:r>
    </w:p>
    <w:p>
      <w:pPr>
        <w:jc w:val="right"/>
      </w:pPr>
      <w:r>
        <w:t>8:30 پر میں بیڈ پر چلا جاتا ہوں۔</w:t>
      </w:r>
    </w:p>
    <w:p>
      <w:r>
        <w:rPr>
          <w:b/>
        </w:rPr>
        <w:t xml:space="preserve">[22:08] </w:t>
      </w:r>
      <w:r>
        <w:t>to aaj bhi mein ja raha hoon, baqi jo in ka announcement hai, wo kal mein dekh loon</w:t>
      </w:r>
    </w:p>
    <w:p>
      <w:pPr>
        <w:jc w:val="right"/>
      </w:pPr>
      <w:r>
        <w:t>تو آج بھی میں جا رہا ہوں، باقی جو ان کا اناؤنسمنٹ ہے، وہ کل میں دیکھ لوں</w:t>
      </w:r>
    </w:p>
    <w:p>
      <w:r>
        <w:rPr>
          <w:b/>
        </w:rPr>
        <w:t xml:space="preserve">[22:16] </w:t>
      </w:r>
      <w:r>
        <w:t>ga paper mein.</w:t>
      </w:r>
    </w:p>
    <w:p>
      <w:pPr>
        <w:jc w:val="right"/>
      </w:pPr>
      <w:r>
        <w:t>گا پیپر میں۔</w:t>
      </w:r>
    </w:p>
    <w:p>
      <w:r>
        <w:rPr>
          <w:b/>
        </w:rPr>
        <w:t xml:space="preserve">[22:17] </w:t>
      </w:r>
      <w:r>
        <w:t>yeh hai real story.</w:t>
      </w:r>
    </w:p>
    <w:p>
      <w:pPr>
        <w:jc w:val="right"/>
      </w:pPr>
      <w:r>
        <w:t>یہ ہے ریئل سٹوری۔</w:t>
      </w:r>
    </w:p>
    <w:p>
      <w:r>
        <w:rPr>
          <w:b/>
        </w:rPr>
        <w:t xml:space="preserve">[22:19] </w:t>
      </w:r>
      <w:r>
        <w:t>is qisse ko parh kar aik aadmi par gehra impact parhega, wo sochega ke waqai mujhe</w:t>
      </w:r>
    </w:p>
    <w:p>
      <w:pPr>
        <w:jc w:val="right"/>
      </w:pPr>
      <w:r>
        <w:t>اس قصے کو پڑھ کر ایک آدمی پر گہرا امپیکٹ پڑے گا، وہ سوچے گا کہ واقعی مجھے</w:t>
      </w:r>
    </w:p>
    <w:p>
      <w:r>
        <w:rPr>
          <w:b/>
        </w:rPr>
        <w:t xml:space="preserve">[22:27] </w:t>
      </w:r>
      <w:r>
        <w:t>isi tarah se apne time ko manage karna chahiye.</w:t>
      </w:r>
    </w:p>
    <w:p>
      <w:pPr>
        <w:jc w:val="right"/>
      </w:pPr>
      <w:r>
        <w:t>اسی طرح سے اپنے ٹائم کو مینج کرنا چاہیے۔</w:t>
      </w:r>
    </w:p>
    <w:p>
      <w:r>
        <w:rPr>
          <w:b/>
        </w:rPr>
        <w:t xml:space="preserve">[22:31] </w:t>
      </w:r>
      <w:r>
        <w:t>lekin jo qisse kahaniyan hoti hain novel mein, us se kisi aik insaan ke andar bhi koi change</w:t>
      </w:r>
    </w:p>
    <w:p>
      <w:pPr>
        <w:jc w:val="right"/>
      </w:pPr>
      <w:r>
        <w:t>لیکن جو قصے کہانیاں ہوتی ہیں ناول میں، اس سے کسی ایک انسان کے اندر بھی کوئی چینج</w:t>
      </w:r>
    </w:p>
    <w:p>
      <w:r>
        <w:rPr>
          <w:b/>
        </w:rPr>
        <w:t xml:space="preserve">[22:38] </w:t>
      </w:r>
      <w:r>
        <w:t>ya badlao kabhi nahi aa sakta hai.</w:t>
      </w:r>
    </w:p>
    <w:p>
      <w:pPr>
        <w:jc w:val="right"/>
      </w:pPr>
      <w:r>
        <w:t>یا بدلاؤ کبھی نہیں آ سکتا ہے۔</w:t>
      </w:r>
    </w:p>
    <w:p>
      <w:r>
        <w:rPr>
          <w:b/>
        </w:rPr>
        <w:t xml:space="preserve">[22:41] </w:t>
      </w:r>
      <w:r>
        <w:t>badlao lane ke liye real story chahiye, farzi story se badlao kabhi nahi aata hai.</w:t>
      </w:r>
    </w:p>
    <w:p>
      <w:pPr>
        <w:jc w:val="right"/>
      </w:pPr>
      <w:r>
        <w:t>بدلاؤ لانے کے لیے ریئل سٹوری چاہیے، فرضی سٹوری سے بدلاؤ کبھی نہیں آتا ہے۔</w:t>
      </w:r>
    </w:p>
    <w:p>
      <w:r>
        <w:rPr>
          <w:b/>
        </w:rPr>
        <w:t xml:space="preserve">[22:48] </w:t>
      </w:r>
      <w:r>
        <w:t>aik baat mein is mein yeh kehna chahunga ke success kya cheez hai? Success koi aisi cheez</w:t>
      </w:r>
    </w:p>
    <w:p>
      <w:pPr>
        <w:jc w:val="right"/>
      </w:pPr>
      <w:r>
        <w:t>ایک بات میں اس میں یہ کہنا چاہوں گا کہ سکسیس کیا چیز ہے؟ سکسیس کوئی ایسی چیز</w:t>
      </w:r>
    </w:p>
    <w:p>
      <w:r>
        <w:rPr>
          <w:b/>
        </w:rPr>
        <w:t xml:space="preserve">[22:55] </w:t>
      </w:r>
      <w:r>
        <w:t>nahi hai jo kisi vacuum mein aap ko milay.</w:t>
      </w:r>
    </w:p>
    <w:p>
      <w:pPr>
        <w:jc w:val="right"/>
      </w:pPr>
      <w:r>
        <w:t>نہیں ہے جو کسی ویکیوم میں آپ کو ملے۔</w:t>
      </w:r>
    </w:p>
    <w:p>
      <w:r>
        <w:rPr>
          <w:b/>
        </w:rPr>
        <w:t xml:space="preserve">[22:59] </w:t>
      </w:r>
      <w:r>
        <w:t>misalan yeh mein aik us waqt aik aik room mein baitha hoon.</w:t>
      </w:r>
    </w:p>
    <w:p>
      <w:pPr>
        <w:jc w:val="right"/>
      </w:pPr>
      <w:r>
        <w:t>مثلاً یہ میں ایک اس وقت ایک ایک روم میں بیٹھا ہوں۔</w:t>
      </w:r>
    </w:p>
    <w:p>
      <w:r>
        <w:rPr>
          <w:b/>
        </w:rPr>
        <w:t xml:space="preserve">[23:04] </w:t>
      </w:r>
      <w:r>
        <w:t>agar yeh aik room khali room ho, isi khali room mein mujhe rehna ho, to is khali room</w:t>
      </w:r>
    </w:p>
    <w:p>
      <w:pPr>
        <w:jc w:val="right"/>
      </w:pPr>
      <w:r>
        <w:t>اگر یہ ایک روم خالی روم ہو، اسی خالی روم میں مجھے رہنا ہو، تو اس خالی روم</w:t>
      </w:r>
    </w:p>
    <w:p>
      <w:r>
        <w:rPr>
          <w:b/>
        </w:rPr>
        <w:t xml:space="preserve">[23:12] </w:t>
      </w:r>
      <w:r>
        <w:t>mein mein kya success dikhaunga? Success naam hai social life mein hone wale aik aik aik cheez</w:t>
      </w:r>
    </w:p>
    <w:p>
      <w:pPr>
        <w:jc w:val="right"/>
      </w:pPr>
      <w:r>
        <w:t>میں میں کیا سکسیس دکھاؤں گا؟ سکسیس نام ہے سوشل لائف میں ہونے والے ایک ایک ایک چیز</w:t>
      </w:r>
    </w:p>
    <w:p>
      <w:r>
        <w:rPr>
          <w:b/>
        </w:rPr>
        <w:t xml:space="preserve">[23:20] </w:t>
      </w:r>
      <w:r>
        <w:t>ka.</w:t>
      </w:r>
    </w:p>
    <w:p>
      <w:pPr>
        <w:jc w:val="right"/>
      </w:pPr>
      <w:r>
        <w:t>کا۔</w:t>
      </w:r>
    </w:p>
    <w:p>
      <w:r>
        <w:rPr>
          <w:b/>
        </w:rPr>
        <w:t xml:space="preserve">[23:21] </w:t>
      </w:r>
      <w:r>
        <w:t>jab aap social life mein hotay hain, wahan kuch karte hain, wahan kuch aap ko achievement hoti hai,</w:t>
      </w:r>
    </w:p>
    <w:p>
      <w:pPr>
        <w:jc w:val="right"/>
      </w:pPr>
      <w:r>
        <w:t>جب آپ سوشل لائف میں ہوتے ہیں، وہاں کچھ کرتے ہیں، وہاں کچھ آپ کو اچیومنٹ ہوتی ہے،</w:t>
      </w:r>
    </w:p>
    <w:p>
      <w:r>
        <w:rPr>
          <w:b/>
        </w:rPr>
        <w:t xml:space="preserve">[23:29] </w:t>
      </w:r>
      <w:r>
        <w:t>us ko success kaha jata hai.</w:t>
      </w:r>
    </w:p>
    <w:p>
      <w:pPr>
        <w:jc w:val="right"/>
      </w:pPr>
      <w:r>
        <w:t>اس کو سکسیس کہا جاتا ہے۔</w:t>
      </w:r>
    </w:p>
    <w:p>
      <w:r>
        <w:rPr>
          <w:b/>
        </w:rPr>
        <w:t xml:space="preserve">[23:32] </w:t>
      </w:r>
      <w:r>
        <w:t>Success cannot be achieved in vacuum.</w:t>
      </w:r>
    </w:p>
    <w:p>
      <w:pPr>
        <w:jc w:val="right"/>
      </w:pPr>
      <w:r>
        <w:t>سکسیس کین ناٹ بی اچیوڈ ان ویکیوم۔</w:t>
      </w:r>
    </w:p>
    <w:p>
      <w:r>
        <w:rPr>
          <w:b/>
        </w:rPr>
        <w:t xml:space="preserve">[23:35] </w:t>
      </w:r>
      <w:r>
        <w:t>Success can be achieved only in a society.</w:t>
      </w:r>
    </w:p>
    <w:p>
      <w:pPr>
        <w:jc w:val="right"/>
      </w:pPr>
      <w:r>
        <w:t>سکسیس کین بی اچیوڈ اونلی ان اے سوسائٹی۔</w:t>
      </w:r>
    </w:p>
    <w:p>
      <w:r>
        <w:rPr>
          <w:b/>
        </w:rPr>
        <w:t xml:space="preserve">[23:38] </w:t>
      </w:r>
      <w:r>
        <w:t>is ka matlab kya hua? Is ka matlab yeh hua ke aap ko apne andar woh qualities dikhana</w:t>
      </w:r>
    </w:p>
    <w:p>
      <w:pPr>
        <w:jc w:val="right"/>
      </w:pPr>
      <w:r>
        <w:t>اس کا مطلب کیا ہوا؟ اس کا مطلب یہ ہوا کہ آپ کو اپنے اندر وہ کوالٹیز دکھانا</w:t>
      </w:r>
    </w:p>
    <w:p>
      <w:r>
        <w:rPr>
          <w:b/>
        </w:rPr>
        <w:t xml:space="preserve">[23:46] </w:t>
      </w:r>
      <w:r>
        <w:t>hoga jo society ke liye important hon.</w:t>
      </w:r>
    </w:p>
    <w:p>
      <w:pPr>
        <w:jc w:val="right"/>
      </w:pPr>
      <w:r>
        <w:t>ہوگا جو سوسائٹی کے لیے امپورٹنٹ ہوں۔</w:t>
      </w:r>
    </w:p>
    <w:p>
      <w:r>
        <w:rPr>
          <w:b/>
        </w:rPr>
        <w:t xml:space="preserve">[23:49] </w:t>
      </w:r>
      <w:r>
        <w:t>You have to prove your ability before the society.</w:t>
      </w:r>
    </w:p>
    <w:p>
      <w:pPr>
        <w:jc w:val="right"/>
      </w:pPr>
      <w:r>
        <w:t>یو ہیو ٹو پروف یور ایبیلیٹی بیفور دا سوسائٹی۔</w:t>
      </w:r>
    </w:p>
    <w:p>
      <w:r>
        <w:rPr>
          <w:b/>
        </w:rPr>
        <w:t xml:space="preserve">[23:53] </w:t>
      </w:r>
      <w:r>
        <w:t>agar aap akele hain kisi room mein to wahan koi nahi hai jis ke aagay aap kuch dikhain.</w:t>
      </w:r>
    </w:p>
    <w:p>
      <w:pPr>
        <w:jc w:val="right"/>
      </w:pPr>
      <w:r>
        <w:t>اگر آپ اکیلے ہیں کسی روم میں تو وہاں کوئی نہیں ہے جس کے آگے آپ کچھ دکھائیں۔</w:t>
      </w:r>
    </w:p>
    <w:p>
      <w:r>
        <w:rPr>
          <w:b/>
        </w:rPr>
        <w:t xml:space="preserve">[24:00] </w:t>
      </w:r>
      <w:r>
        <w:t>abhi koi quality akele aap hain, akele jeetay rahiye, akele mar jaiye.</w:t>
      </w:r>
    </w:p>
    <w:p>
      <w:pPr>
        <w:jc w:val="right"/>
      </w:pPr>
      <w:r>
        <w:t>ابھی کوئی کوالٹی اکیلے آپ ہیں، اکیلے جیتے رہیے، اکیلے مر جائیے۔</w:t>
      </w:r>
    </w:p>
    <w:p>
      <w:r>
        <w:rPr>
          <w:b/>
        </w:rPr>
        <w:t xml:space="preserve">[24:06] </w:t>
      </w:r>
      <w:r>
        <w:t>lekin kamyabi naam hai society mein jeenay ka.</w:t>
      </w:r>
    </w:p>
    <w:p>
      <w:pPr>
        <w:jc w:val="right"/>
      </w:pPr>
      <w:r>
        <w:t>لیکن کامیابی نام ہے سوسائٹی میں جینے۔</w:t>
      </w:r>
    </w:p>
    <w:p>
      <w:r>
        <w:rPr>
          <w:b/>
        </w:rPr>
        <w:t xml:space="preserve">[24:09] </w:t>
      </w:r>
      <w:r>
        <w:t>success naam hai society mein aik achievement hasil karne ka.</w:t>
      </w:r>
    </w:p>
    <w:p>
      <w:pPr>
        <w:jc w:val="right"/>
      </w:pPr>
      <w:r>
        <w:t>سکسیس نام ہے سوسائٹی میں ایک اچیومنٹ حاصل کرنے کا۔</w:t>
      </w:r>
    </w:p>
    <w:p>
      <w:r>
        <w:rPr>
          <w:b/>
        </w:rPr>
        <w:t xml:space="preserve">[24:13] </w:t>
      </w:r>
      <w:r>
        <w:t>Success means to achieve something in a society.</w:t>
      </w:r>
    </w:p>
    <w:p>
      <w:pPr>
        <w:jc w:val="right"/>
      </w:pPr>
      <w:r>
        <w:t>سکسیس مینز ٹو اچیو سمتھنگ ان اے سوسائٹی۔</w:t>
      </w:r>
    </w:p>
    <w:p>
      <w:r>
        <w:rPr>
          <w:b/>
        </w:rPr>
        <w:t xml:space="preserve">[24:16] </w:t>
      </w:r>
      <w:r>
        <w:t>So, it is a social phenomena, is not simply an individual phenomena.</w:t>
      </w:r>
    </w:p>
    <w:p>
      <w:pPr>
        <w:jc w:val="right"/>
      </w:pPr>
      <w:r>
        <w:t>سو، اٹ از ا سوشل فیناومینا، از ناٹ سمپلی اینڈ انڈیویجول فیناومینا۔</w:t>
      </w:r>
    </w:p>
    <w:p>
      <w:r>
        <w:rPr>
          <w:b/>
        </w:rPr>
        <w:t xml:space="preserve">[24:21] </w:t>
      </w:r>
      <w:r>
        <w:t>ab is ko le kar aap sochiye ke jab aap society mein hain, doosron ke beech mein hain</w:t>
      </w:r>
    </w:p>
    <w:p>
      <w:pPr>
        <w:jc w:val="right"/>
      </w:pPr>
      <w:r>
        <w:t>اب اس کو لے کر آپ سوچیے کہ جب آپ سوسائٹی میں ہیں، دوسروں کے بیچ میں ہیں</w:t>
      </w:r>
    </w:p>
    <w:p>
      <w:r>
        <w:rPr>
          <w:b/>
        </w:rPr>
        <w:t xml:space="preserve">[24:29] </w:t>
      </w:r>
      <w:r>
        <w:t>to aap ko yeh prove karna hoga kya ke doosre log aap ko value dein, doosre log aap</w:t>
      </w:r>
    </w:p>
    <w:p>
      <w:pPr>
        <w:jc w:val="right"/>
      </w:pPr>
      <w:r>
        <w:t>تو آپ کو یہ پروف کرنا ہوگا کیا کہ دوسرے لوگ آپ کو ویلیو دیں، دوسرے لوگ آپ</w:t>
      </w:r>
    </w:p>
    <w:p>
      <w:r>
        <w:rPr>
          <w:b/>
        </w:rPr>
        <w:t xml:space="preserve">[24:37] </w:t>
      </w:r>
      <w:r>
        <w:t>ko valuable samjhen.</w:t>
      </w:r>
    </w:p>
    <w:p>
      <w:pPr>
        <w:jc w:val="right"/>
      </w:pPr>
      <w:r>
        <w:t>کو ویلیوبل سمجھیں۔</w:t>
      </w:r>
    </w:p>
    <w:p>
      <w:r>
        <w:rPr>
          <w:b/>
        </w:rPr>
        <w:t xml:space="preserve">[24:38] </w:t>
      </w:r>
      <w:r>
        <w:t>apni importance ko establish karna parega doosron ke samne.</w:t>
      </w:r>
    </w:p>
    <w:p>
      <w:pPr>
        <w:jc w:val="right"/>
      </w:pPr>
      <w:r>
        <w:t>اپنی امپورٹنس کو اسٹیبلش کرنا پڑے گا دوسروں کے سامنے۔</w:t>
      </w:r>
    </w:p>
    <w:p>
      <w:r>
        <w:rPr>
          <w:b/>
        </w:rPr>
        <w:t xml:space="preserve">[24:43] </w:t>
      </w:r>
      <w:r>
        <w:t>jab doosre accept karen, tabhi wahan par aap ko koi success milegi, nahin to nahin.</w:t>
      </w:r>
    </w:p>
    <w:p>
      <w:pPr>
        <w:jc w:val="right"/>
      </w:pPr>
      <w:r>
        <w:t>جب دوسرے ایکسیپٹ کریں، تبھی وہاں پر آپ کو کوئی سکسیس ملے گی، نہیں تو نہیں۔</w:t>
      </w:r>
    </w:p>
    <w:p>
      <w:r>
        <w:rPr>
          <w:b/>
        </w:rPr>
        <w:t xml:space="preserve">[24:49] </w:t>
      </w:r>
      <w:r>
        <w:t>aksar log apne hi aap mein jeete hain, apne romantic ideas mein jeete hain, apni soch mein jeete</w:t>
      </w:r>
    </w:p>
    <w:p>
      <w:pPr>
        <w:jc w:val="right"/>
      </w:pPr>
      <w:r>
        <w:t>اکثر لوگ اپنے ہی آپ میں جیتے ہیں، اپنے رومینٹک آئیڈیاز میں جیتے ہیں، اپنی سوچ میں جیتے</w:t>
      </w:r>
    </w:p>
    <w:p>
      <w:r>
        <w:rPr>
          <w:b/>
        </w:rPr>
        <w:t xml:space="preserve">[24:57] </w:t>
      </w:r>
      <w:r>
        <w:t>hain, aur jitne novel parhne wale hain, sab ka yahi haal hai.</w:t>
      </w:r>
    </w:p>
    <w:p>
      <w:pPr>
        <w:jc w:val="right"/>
      </w:pPr>
      <w:r>
        <w:t>ہیں، اور جتنے ناول پڑھنے والے ہیں، سب کا یہی حال ہے۔</w:t>
      </w:r>
    </w:p>
    <w:p>
      <w:r>
        <w:rPr>
          <w:b/>
        </w:rPr>
        <w:t xml:space="preserve">[25:02] </w:t>
      </w:r>
      <w:r>
        <w:t>apni duniya mein jeete hain, lekin kamyabi ke liye aap ko jeena parega society mein.</w:t>
      </w:r>
    </w:p>
    <w:p>
      <w:pPr>
        <w:jc w:val="right"/>
      </w:pPr>
      <w:r>
        <w:t>اپنی دنیا میں جیتے ہیں، لیکن کامیابی کے لیے آپ کو جینا پڑے گا سوسائٹی میں۔</w:t>
      </w:r>
    </w:p>
    <w:p>
      <w:r>
        <w:rPr>
          <w:b/>
        </w:rPr>
        <w:t xml:space="preserve">[25:09] </w:t>
      </w:r>
      <w:r>
        <w:t>aap ko janna parega ke logon ki soch kya hai, logon ka taste kya hai, log kis</w:t>
      </w:r>
    </w:p>
    <w:p>
      <w:pPr>
        <w:jc w:val="right"/>
      </w:pPr>
      <w:r>
        <w:t>آپ کو جاننا پڑے گا کہ لوگوں کی سوچ کیا ہے، لوگوں کا ٹیسٹ کیا ہے، لوگ کس</w:t>
      </w:r>
    </w:p>
    <w:p>
      <w:r>
        <w:rPr>
          <w:b/>
        </w:rPr>
        <w:t xml:space="preserve">[25:17] </w:t>
      </w:r>
      <w:r>
        <w:t>baat ko importance dete hain, kis baat ko importance nahin dete.</w:t>
      </w:r>
    </w:p>
    <w:p>
      <w:pPr>
        <w:jc w:val="right"/>
      </w:pPr>
      <w:r>
        <w:t>بات کو امپورٹنس دیتے ہیں، کس بات کو امپورٹنس نہیں دیتے۔</w:t>
      </w:r>
    </w:p>
    <w:p>
      <w:r>
        <w:rPr>
          <w:b/>
        </w:rPr>
        <w:t xml:space="preserve">[25:22] </w:t>
      </w:r>
      <w:r>
        <w:t>aur society ke ka jo norm hai, us norm ke mutabiq apne aap ko aap ko prove karna</w:t>
      </w:r>
    </w:p>
    <w:p>
      <w:pPr>
        <w:jc w:val="right"/>
      </w:pPr>
      <w:r>
        <w:t>اور سوسائٹی کے کا جو نارم ہے، اس نارم کے مطابق اپنے آپ کو آپ کو پروف کرنا</w:t>
      </w:r>
    </w:p>
    <w:p>
      <w:r>
        <w:rPr>
          <w:b/>
        </w:rPr>
        <w:t xml:space="preserve">[25:29] </w:t>
      </w:r>
      <w:r>
        <w:t>parega taake aap is stand kar rahe hain ya nahin kar rahe hain.</w:t>
      </w:r>
    </w:p>
    <w:p>
      <w:pPr>
        <w:jc w:val="right"/>
      </w:pPr>
      <w:r>
        <w:t>پڑے گا تاکہ آپ اس اسٹینڈ کر رہے ہیں یا نہیں کر رہے ہیں۔</w:t>
      </w:r>
    </w:p>
    <w:p>
      <w:r>
        <w:rPr>
          <w:b/>
        </w:rPr>
        <w:t xml:space="preserve">[25:35] </w:t>
      </w:r>
      <w:r>
        <w:t>is se aap samajh sakte hain ke kamyabi ke liye kitna important hai ke aap ki ek social</w:t>
      </w:r>
    </w:p>
    <w:p>
      <w:pPr>
        <w:jc w:val="right"/>
      </w:pPr>
      <w:r>
        <w:t>اس سے آپ سمجھ سکتے ہیں کہ کامیابی کے لیے کتنا امپورٹنٹ ہے کہ آپ کی ایک سوشل</w:t>
      </w:r>
    </w:p>
    <w:p>
      <w:r>
        <w:rPr>
          <w:b/>
        </w:rPr>
        <w:t xml:space="preserve">[25:43] </w:t>
      </w:r>
      <w:r>
        <w:t>life ho, society ko aap jante hon, society se adjust karna janen.</w:t>
      </w:r>
    </w:p>
    <w:p>
      <w:pPr>
        <w:jc w:val="right"/>
      </w:pPr>
      <w:r>
        <w:t>لائف ہو، سوسائٹی کو آپ جانتے ہوں، سوسائٹی سے ایڈجسٹ کرنا جانیں۔</w:t>
      </w:r>
    </w:p>
    <w:p>
      <w:r>
        <w:rPr>
          <w:b/>
        </w:rPr>
        <w:t xml:space="preserve">[25:48] </w:t>
      </w:r>
      <w:r>
        <w:t>aap jab kamyabi naam hai society mein kamyab hone ka to society mein aap ko adjust karna pare</w:t>
      </w:r>
    </w:p>
    <w:p>
      <w:pPr>
        <w:jc w:val="right"/>
      </w:pPr>
      <w:r>
        <w:t>آپ جب کامیابی نام ہے سوسائٹی میں کامیاب ہونے کا تو سوسائٹی میں آپ کو ایڈجسٹ کرنا پڑے</w:t>
      </w:r>
    </w:p>
    <w:p>
      <w:r>
        <w:rPr>
          <w:b/>
        </w:rPr>
        <w:t xml:space="preserve">[25:56] </w:t>
      </w:r>
      <w:r>
        <w:t>ga.</w:t>
      </w:r>
    </w:p>
    <w:p>
      <w:pPr>
        <w:jc w:val="right"/>
      </w:pPr>
      <w:r>
        <w:t>گا۔</w:t>
      </w:r>
    </w:p>
    <w:p>
      <w:r>
        <w:rPr>
          <w:b/>
        </w:rPr>
        <w:t xml:space="preserve">[25:57] </w:t>
      </w:r>
      <w:r>
        <w:t>baghair adjust kiye aap kaise society mein kamyab honge? To jaise hi aap yeh jante hain ke</w:t>
      </w:r>
    </w:p>
    <w:p>
      <w:pPr>
        <w:jc w:val="right"/>
      </w:pPr>
      <w:r>
        <w:t>بغیر ایڈجسٹ کیے آپ کیسے سوسائٹی میں کامیاب ہوں گے؟ تو جیسے ہی آپ یہ جانتے ہیں کہ</w:t>
      </w:r>
    </w:p>
    <w:p>
      <w:r>
        <w:rPr>
          <w:b/>
        </w:rPr>
        <w:t xml:space="preserve">[26:05] </w:t>
      </w:r>
      <w:r>
        <w:t>success ek social phenomenon hai, usi waqt aap ko yeh baat samajh mein aa jati hai ke aap</w:t>
      </w:r>
    </w:p>
    <w:p>
      <w:pPr>
        <w:jc w:val="right"/>
      </w:pPr>
      <w:r>
        <w:t>سکسیس ایک سوشل فیناومینا ہے، اسی وقت آپ کو یہ بات سمجھ میں آ جاتی ہے کہ آپ</w:t>
      </w:r>
    </w:p>
    <w:p>
      <w:r>
        <w:rPr>
          <w:b/>
        </w:rPr>
        <w:t xml:space="preserve">[26:13] </w:t>
      </w:r>
      <w:r>
        <w:t>ko doosron ke sath adjust karna hai, doosron ko tolerate karna hai, doosron ke sath friendship qaim karna</w:t>
      </w:r>
    </w:p>
    <w:p>
      <w:pPr>
        <w:jc w:val="right"/>
      </w:pPr>
      <w:r>
        <w:t>کو دوسروں کے ساتھ ایڈجسٹ کرنا ہے، دوسروں کو ٹولریٹ کرنا ہے، دوسروں کے ساتھ فرینڈشپ قائم کرنا</w:t>
      </w:r>
    </w:p>
    <w:p>
      <w:r>
        <w:rPr>
          <w:b/>
        </w:rPr>
        <w:t xml:space="preserve">[26:21]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[26:22] </w:t>
      </w:r>
      <w:r>
        <w:t>aap ka behavior friendly behavior hona chahiye doosron ke sath.</w:t>
      </w:r>
    </w:p>
    <w:p>
      <w:pPr>
        <w:jc w:val="right"/>
      </w:pPr>
      <w:r>
        <w:t>آپ کا بیہیویئر فرینڈلی بیہیویئر ہونا چاہیے دوسروں کے ساتھ۔</w:t>
      </w:r>
    </w:p>
    <w:p>
      <w:r>
        <w:rPr>
          <w:b/>
        </w:rPr>
        <w:t xml:space="preserve">[26:26] </w:t>
      </w:r>
      <w:r>
        <w:t>yeh sab quality jab hongi tab aap acceptable honge society ke samne, tabhi aap ko society</w:t>
      </w:r>
    </w:p>
    <w:p>
      <w:pPr>
        <w:jc w:val="right"/>
      </w:pPr>
      <w:r>
        <w:t>یہ سب کوالٹی جب ہوں گی تب آپ ایکسیپٹیبل ہوں گے سوسائٹی کے سامنے، تبھی آپ کو سوسائٹی</w:t>
      </w:r>
    </w:p>
    <w:p>
      <w:r>
        <w:rPr>
          <w:b/>
        </w:rPr>
        <w:t xml:space="preserve">[26:34] </w:t>
      </w:r>
      <w:r>
        <w:t>ka cooperation milega.</w:t>
      </w:r>
    </w:p>
    <w:p>
      <w:pPr>
        <w:jc w:val="right"/>
      </w:pPr>
      <w:r>
        <w:t>کا کوآپریشن ملے گا۔</w:t>
      </w:r>
    </w:p>
    <w:p>
      <w:r>
        <w:rPr>
          <w:b/>
        </w:rPr>
        <w:t xml:space="preserve">[26:36] </w:t>
      </w:r>
      <w:r>
        <w:t>cooperation aur phir aap kamyab honge.</w:t>
      </w:r>
    </w:p>
    <w:p>
      <w:pPr>
        <w:jc w:val="right"/>
      </w:pPr>
      <w:r>
        <w:t>کوآپریشن اور پھر آپ کامیاب ہوں گے۔</w:t>
      </w:r>
    </w:p>
    <w:p>
      <w:r>
        <w:rPr>
          <w:b/>
        </w:rPr>
        <w:t xml:space="preserve">[26:39] </w:t>
      </w:r>
      <w:r>
        <w:t>to har aadmi ko chahiye ke jaane is baat ko ke us ko kamyab hone ke liye kya</w:t>
      </w:r>
    </w:p>
    <w:p>
      <w:pPr>
        <w:jc w:val="right"/>
      </w:pPr>
      <w:r>
        <w:t>تو ہر آدمی کو چاہیے کہ جانے اس بات کو کہ اس کو کامیاب ہونے کے لیے کیا</w:t>
      </w:r>
    </w:p>
    <w:p>
      <w:r>
        <w:rPr>
          <w:b/>
        </w:rPr>
        <w:t xml:space="preserve">[26:46] </w:t>
      </w:r>
      <w:r>
        <w:t>cheez chahiye.</w:t>
      </w:r>
    </w:p>
    <w:p>
      <w:pPr>
        <w:jc w:val="right"/>
      </w:pPr>
      <w:r>
        <w:t>چیز چاہیے۔</w:t>
      </w:r>
    </w:p>
    <w:p>
      <w:r>
        <w:rPr>
          <w:b/>
        </w:rPr>
        <w:t xml:space="preserve">[26:48] </w:t>
      </w:r>
      <w:r>
        <w:t>wo cheez chahiye jo society mein acceptable ho.</w:t>
      </w:r>
    </w:p>
    <w:p>
      <w:pPr>
        <w:jc w:val="right"/>
      </w:pPr>
      <w:r>
        <w:t>وہ چیز چاہیے جو سوسائٹی میں ایکسیپٹیبل ہو۔</w:t>
      </w:r>
    </w:p>
    <w:p>
      <w:r>
        <w:rPr>
          <w:b/>
        </w:rPr>
        <w:t xml:space="preserve">[26:51] </w:t>
      </w:r>
      <w:r>
        <w:t>akele akele aap nahi ja sakte.</w:t>
      </w:r>
    </w:p>
    <w:p>
      <w:pPr>
        <w:jc w:val="right"/>
      </w:pPr>
      <w:r>
        <w:t>اکیلے اکیلے آپ نہیں جا سکتے۔</w:t>
      </w:r>
    </w:p>
    <w:p>
      <w:r>
        <w:rPr>
          <w:b/>
        </w:rPr>
        <w:t xml:space="preserve">[26:54] </w:t>
      </w:r>
      <w:r>
        <w:t>hamare azaad bhat ek sahib the, unhon ne ek shop kholi, ek dukaan, general store, yaani is is</w:t>
      </w:r>
    </w:p>
    <w:p>
      <w:pPr>
        <w:jc w:val="right"/>
      </w:pPr>
      <w:r>
        <w:t>ہمارے آزاد بھٹ ایک صاحب تھے، انہوں نے ایک شاپ کھولی، ایک دکان، جنرل اسٹور، یعنی اس اس</w:t>
      </w:r>
    </w:p>
    <w:p>
      <w:r>
        <w:rPr>
          <w:b/>
        </w:rPr>
        <w:t xml:space="preserve">[27:02] </w:t>
      </w:r>
      <w:r>
        <w:t>ka naam rakha unhon ne miniature store.</w:t>
      </w:r>
    </w:p>
    <w:p>
      <w:pPr>
        <w:jc w:val="right"/>
      </w:pPr>
      <w:r>
        <w:t>کا نام رکھا انہوں نے منیچر اسٹور۔</w:t>
      </w:r>
    </w:p>
    <w:p>
      <w:r>
        <w:rPr>
          <w:b/>
        </w:rPr>
        <w:t xml:space="preserve">[27:05] </w:t>
      </w:r>
      <w:r>
        <w:t>is ka naam rakha unhon ne miniature store.</w:t>
      </w:r>
    </w:p>
    <w:p>
      <w:pPr>
        <w:jc w:val="right"/>
      </w:pPr>
      <w:r>
        <w:t>اس کا نام رکھا انہوں نے منیچر اسٹور۔</w:t>
      </w:r>
    </w:p>
    <w:p>
      <w:r>
        <w:rPr>
          <w:b/>
        </w:rPr>
        <w:t xml:space="preserve">[27:08] </w:t>
      </w:r>
      <w:r>
        <w:t>to bohat zyada woh yaani namaz ke paband the, panchoun waqt dukaan band kar ke masjid mein aate</w:t>
      </w:r>
    </w:p>
    <w:p>
      <w:pPr>
        <w:jc w:val="right"/>
      </w:pPr>
      <w:r>
        <w:t>تو بہت زیادہ وہ یعنی نماز کے پابند تھے، پانچوں وقت دکان بند کر کے مسجد میں آتے</w:t>
      </w:r>
    </w:p>
    <w:p>
      <w:r>
        <w:rPr>
          <w:b/>
        </w:rPr>
        <w:t xml:space="preserve">[27:16] </w:t>
      </w:r>
      <w:r>
        <w:t>the.</w:t>
      </w:r>
    </w:p>
    <w:p>
      <w:pPr>
        <w:jc w:val="right"/>
      </w:pPr>
      <w:r>
        <w:t>تھے۔</w:t>
      </w:r>
    </w:p>
    <w:p>
      <w:r>
        <w:rPr>
          <w:b/>
        </w:rPr>
        <w:t xml:space="preserve">[27:17] </w:t>
      </w:r>
      <w:r>
        <w:t>woh to main ne poocha ke aap dukaan band kar dete hain, gaahak aaye ga to loot jaye</w:t>
      </w:r>
    </w:p>
    <w:p>
      <w:pPr>
        <w:jc w:val="right"/>
      </w:pPr>
      <w:r>
        <w:t>وہ تو میں نے پوچھا کہ آپ دکان بند کر دیتے ہیں، گاہک آئے گا تو لوٹ جائے</w:t>
      </w:r>
    </w:p>
    <w:p>
      <w:r>
        <w:rPr>
          <w:b/>
        </w:rPr>
        <w:t xml:space="preserve">[27:25] </w:t>
      </w:r>
      <w:r>
        <w:t>ga? aur gaahak jab ek baar loot jaye to phir aata nahi hai.</w:t>
      </w:r>
    </w:p>
    <w:p>
      <w:pPr>
        <w:jc w:val="right"/>
      </w:pPr>
      <w:r>
        <w:t>گا؟ اور گاہک جب ایک بار لوٹ جائے تو پھر آتا نہیں ہے۔</w:t>
      </w:r>
    </w:p>
    <w:p>
      <w:r>
        <w:rPr>
          <w:b/>
        </w:rPr>
        <w:t xml:space="preserve">[27:31] </w:t>
      </w:r>
      <w:r>
        <w:t>woh ek gaahak aaya aur woh dekha ke us ne ke wahan par tala laga hua hai, loot</w:t>
      </w:r>
    </w:p>
    <w:p>
      <w:pPr>
        <w:jc w:val="right"/>
      </w:pPr>
      <w:r>
        <w:t>وہ ایک گاہک آیا اور وہ دیکھا کہ اس نے کہ وہاں پر تالا لگا ہوا ہے، لوٹ</w:t>
      </w:r>
    </w:p>
    <w:p>
      <w:r>
        <w:rPr>
          <w:b/>
        </w:rPr>
        <w:t xml:space="preserve">[27:38] </w:t>
      </w:r>
      <w:r>
        <w:t>gaya.</w:t>
      </w:r>
    </w:p>
    <w:p>
      <w:pPr>
        <w:jc w:val="right"/>
      </w:pPr>
      <w:r>
        <w:t>گیا۔</w:t>
      </w:r>
    </w:p>
    <w:p>
      <w:r>
        <w:rPr>
          <w:b/>
        </w:rPr>
        <w:t xml:space="preserve">[27:40] </w:t>
      </w:r>
      <w:r>
        <w:t>zahir hai ke woh doosri dukaan mein jaye ga, phir dobara loot kar nahi aaye ga aap ke</w:t>
      </w:r>
    </w:p>
    <w:p>
      <w:pPr>
        <w:jc w:val="right"/>
      </w:pPr>
      <w:r>
        <w:t>ظاہر ہے کہ وہ دوسری دکان میں جائے گا، پھر دوبارہ لوٹ کر نہیں آئے گا آپ کے</w:t>
      </w:r>
    </w:p>
    <w:p>
      <w:r>
        <w:rPr>
          <w:b/>
        </w:rPr>
        <w:t xml:space="preserve">[27:48] </w:t>
      </w:r>
      <w:r>
        <w:t>haan.</w:t>
      </w:r>
    </w:p>
    <w:p>
      <w:pPr>
        <w:jc w:val="right"/>
      </w:pPr>
      <w:r>
        <w:t>ہاں۔</w:t>
      </w:r>
    </w:p>
    <w:p>
      <w:r>
        <w:rPr>
          <w:b/>
        </w:rPr>
        <w:t xml:space="preserve">[27:49] </w:t>
      </w:r>
      <w:r>
        <w:t>phir isi se lene lage samaan.</w:t>
      </w:r>
    </w:p>
    <w:p>
      <w:pPr>
        <w:jc w:val="right"/>
      </w:pPr>
      <w:r>
        <w:t>پھر اسی سے لینے لگے سامان۔</w:t>
      </w:r>
    </w:p>
    <w:p>
      <w:r>
        <w:rPr>
          <w:b/>
        </w:rPr>
        <w:t xml:space="preserve">[27:52] </w:t>
      </w:r>
      <w:r>
        <w:t>woh to main ne usay kaha ke aap aisa jo karte hain to to to gaahak to lotata</w:t>
      </w:r>
    </w:p>
    <w:p>
      <w:pPr>
        <w:jc w:val="right"/>
      </w:pPr>
      <w:r>
        <w:t>وہ تو میں نے اسے کہا کہ آپ ایسا جو کرتے ہیں تو تو تو گاہک تو لوٹتا</w:t>
      </w:r>
    </w:p>
    <w:p>
      <w:r>
        <w:rPr>
          <w:b/>
        </w:rPr>
        <w:t xml:space="preserve">[27:59] </w:t>
      </w:r>
      <w:r>
        <w:t>loot jaye ga aap ka.</w:t>
      </w:r>
    </w:p>
    <w:p>
      <w:pPr>
        <w:jc w:val="right"/>
      </w:pPr>
      <w:r>
        <w:t>لوٹ جائے گا آپ کا۔</w:t>
      </w:r>
    </w:p>
    <w:p>
      <w:r>
        <w:rPr>
          <w:b/>
        </w:rPr>
        <w:t xml:space="preserve">[28:01] </w:t>
      </w:r>
      <w:r>
        <w:t>to unhon ne kaha kya? kaha nahi nahi, main jaanta hoon ke gaahak aane ka time kya hai.</w:t>
      </w:r>
    </w:p>
    <w:p>
      <w:pPr>
        <w:jc w:val="right"/>
      </w:pPr>
      <w:r>
        <w:t>تو انہوں نے کہا کیا؟ کہا نہیں نہیں، میں جانتا ہوں کہ گاہک آنے کا ٹائم کیا ہے۔</w:t>
      </w:r>
    </w:p>
    <w:p>
      <w:r>
        <w:rPr>
          <w:b/>
        </w:rPr>
        <w:t xml:space="preserve">[28:09] </w:t>
      </w:r>
      <w:r>
        <w:t>ek gaahak aane ka time kya hai? to woh un ke nazdeek woh time nahi tha, is liye</w:t>
      </w:r>
    </w:p>
    <w:p>
      <w:pPr>
        <w:jc w:val="right"/>
      </w:pPr>
      <w:r>
        <w:t>ایک گاہک آنے کا ٹائم کیا ہے؟ تو وہ ان کے نزدیک وہ ٹائم نہیں تھا، اس لیے</w:t>
      </w:r>
    </w:p>
    <w:p>
      <w:r>
        <w:rPr>
          <w:b/>
        </w:rPr>
        <w:t xml:space="preserve">[28:17] </w:t>
      </w:r>
      <w:r>
        <w:t>woh tala band kar dete the.</w:t>
      </w:r>
    </w:p>
    <w:p>
      <w:pPr>
        <w:jc w:val="right"/>
      </w:pPr>
      <w:r>
        <w:t>وہ تالا بند کر دیتے تھے۔</w:t>
      </w:r>
    </w:p>
    <w:p>
      <w:r>
        <w:rPr>
          <w:b/>
        </w:rPr>
        <w:t xml:space="preserve">[28:19] </w:t>
      </w:r>
      <w:r>
        <w:t>lekin zahir hai ke yeh koi baat nahi hai.</w:t>
      </w:r>
    </w:p>
    <w:p>
      <w:pPr>
        <w:jc w:val="right"/>
      </w:pPr>
      <w:r>
        <w:t>لیکن ظاہر ہے کہ یہ کوئی بات نہیں ہے۔</w:t>
      </w:r>
    </w:p>
    <w:p>
      <w:r>
        <w:rPr>
          <w:b/>
        </w:rPr>
        <w:t xml:space="preserve">[28:23] </w:t>
      </w:r>
      <w:r>
        <w:t>kisi ne sahi kaha hai ke gaahak ki aur maut ki koi time nahi hota, customer ka aur</w:t>
      </w:r>
    </w:p>
    <w:p>
      <w:pPr>
        <w:jc w:val="right"/>
      </w:pPr>
      <w:r>
        <w:t>کسی نے صحیح کہا ہے کہ گاہک کی اور موت کی کوئی ٹائم نہیں ہوتا، کسٹمر کا اور</w:t>
      </w:r>
    </w:p>
    <w:p>
      <w:r>
        <w:rPr>
          <w:b/>
        </w:rPr>
        <w:t xml:space="preserve">[28:31] </w:t>
      </w:r>
      <w:r>
        <w:t>death ka koi time nahi hota.</w:t>
      </w:r>
    </w:p>
    <w:p>
      <w:pPr>
        <w:jc w:val="right"/>
      </w:pPr>
      <w:r>
        <w:t>ڈیتھ کا کوئی ٹائم نہیں ہوتا۔</w:t>
      </w:r>
    </w:p>
    <w:p>
      <w:r>
        <w:rPr>
          <w:b/>
        </w:rPr>
        <w:t xml:space="preserve">[28:34] </w:t>
      </w:r>
      <w:r>
        <w:t>kab customer aa jaye, kuch pata nahi hai.</w:t>
      </w:r>
    </w:p>
    <w:p>
      <w:pPr>
        <w:jc w:val="right"/>
      </w:pPr>
      <w:r>
        <w:t>کب کسٹمر آ جائے، کچھ پتہ نہیں ہے۔</w:t>
      </w:r>
    </w:p>
    <w:p>
      <w:r>
        <w:rPr>
          <w:b/>
        </w:rPr>
        <w:t xml:space="preserve">[28:37] </w:t>
      </w:r>
      <w:r>
        <w:t>kab death aa jaye, kuch pata nahi hai.</w:t>
      </w:r>
    </w:p>
    <w:p>
      <w:pPr>
        <w:jc w:val="right"/>
      </w:pPr>
      <w:r>
        <w:t>کب ڈیتھ آ جائے، کچھ پتہ نہیں ہے۔</w:t>
      </w:r>
    </w:p>
    <w:p>
      <w:r>
        <w:rPr>
          <w:b/>
        </w:rPr>
        <w:t xml:space="preserve">[28:40] </w:t>
      </w:r>
      <w:r>
        <w:t>to kisi ne kaha ke do cheezon ka koi time nahi hota, customer ka aur death ka.</w:t>
      </w:r>
    </w:p>
    <w:p>
      <w:pPr>
        <w:jc w:val="right"/>
      </w:pPr>
      <w:r>
        <w:t>تو کسی نے کہا کہ دو چیزوں کا کوئی ٹائم نہیں ہوتا، کسٹمر کا اور ڈیتھ کا۔</w:t>
      </w:r>
    </w:p>
    <w:p>
      <w:r>
        <w:rPr>
          <w:b/>
        </w:rPr>
        <w:t xml:space="preserve">[28:48] </w:t>
      </w:r>
      <w:r>
        <w:t>to yeh hua wahan par kuch din tak gaahak aaye, loot gaye, yahan tak ke gaahak aana band</w:t>
      </w:r>
    </w:p>
    <w:p>
      <w:pPr>
        <w:jc w:val="right"/>
      </w:pPr>
      <w:r>
        <w:t>تو یہ ہوا وہاں پر کچھ دن تک گاہک آئے، لوٹ گئے، یہاں تک کہ گاہک آنا بند</w:t>
      </w:r>
    </w:p>
    <w:p>
      <w:r>
        <w:rPr>
          <w:b/>
        </w:rPr>
        <w:t xml:space="preserve">[28:55] </w:t>
      </w:r>
      <w:r>
        <w:t>ho gaye aur un ki dukaan khatm ho gayi.</w:t>
      </w:r>
    </w:p>
    <w:p>
      <w:pPr>
        <w:jc w:val="right"/>
      </w:pPr>
      <w:r>
        <w:t>ہو گئے اور ان کی دکان ختم ہو گئی۔</w:t>
      </w:r>
    </w:p>
    <w:p>
      <w:r>
        <w:rPr>
          <w:b/>
        </w:rPr>
        <w:t xml:space="preserve">[28:59] </w:t>
      </w:r>
      <w:r>
        <w:t>miniature store jo hoti hai, un ki waqai miniature saabit hui, chal nahi paayi.</w:t>
      </w:r>
    </w:p>
    <w:p>
      <w:pPr>
        <w:jc w:val="right"/>
      </w:pPr>
      <w:r>
        <w:t>منیچر اسٹور جو ہوتی ہے، ان کی واقعی منیچر ثابت ہوئی، چل نہیں پائی۔</w:t>
      </w:r>
    </w:p>
    <w:p>
      <w:r>
        <w:rPr>
          <w:b/>
        </w:rPr>
        <w:t xml:space="preserve">[29:05] </w:t>
      </w:r>
      <w:r>
        <w:t>woh toh aap society ko neglect kar ke, doosron ko ignore kar ke kaise aap society ke andar</w:t>
      </w:r>
    </w:p>
    <w:p>
      <w:pPr>
        <w:jc w:val="right"/>
      </w:pPr>
      <w:r>
        <w:t>وہ تو آپ سوسائٹی کو نگلیکٹ کر کے، دوسروں کو اگنور کر کے کیسے آپ سوسائٹی کے اندر</w:t>
      </w:r>
    </w:p>
    <w:p>
      <w:r>
        <w:rPr>
          <w:b/>
        </w:rPr>
        <w:t xml:space="preserve">[29:13] </w:t>
      </w:r>
      <w:r>
        <w:t>kaam kar sakte hain? main logon se kehta hoon ke bhai sabr se, sabr ke saath kaam kijiye,</w:t>
      </w:r>
    </w:p>
    <w:p>
      <w:pPr>
        <w:jc w:val="right"/>
      </w:pPr>
      <w:r>
        <w:t>کام کر سکتے ہیں؟ میں لوگوں سے کہتا ہوں کہ بھئی صبر سے، صبر کے ساتھ کام کیجئے،</w:t>
      </w:r>
    </w:p>
    <w:p>
      <w:r>
        <w:rPr>
          <w:b/>
        </w:rPr>
        <w:t xml:space="preserve">[29:21] </w:t>
      </w:r>
      <w:r>
        <w:t>patience se kaam kijiye, avoid kijiye.</w:t>
      </w:r>
    </w:p>
    <w:p>
      <w:pPr>
        <w:jc w:val="right"/>
      </w:pPr>
      <w:r>
        <w:t>پیشنس سے کام کیجئے، اوائڈ کیجئے۔</w:t>
      </w:r>
    </w:p>
    <w:p>
      <w:r>
        <w:rPr>
          <w:b/>
        </w:rPr>
        <w:t xml:space="preserve">[29:23] </w:t>
      </w:r>
      <w:r>
        <w:t>toh kehte hain ke yeh toh buzdi hai, hum sabr kyun karein? sawal buzdi ka nahi hai, sawal</w:t>
      </w:r>
    </w:p>
    <w:p>
      <w:pPr>
        <w:jc w:val="right"/>
      </w:pPr>
      <w:r>
        <w:t>تو کہتے ہیں کہ یہ تو بزدلی ہے، ہم صبر کیوں کریں؟ سوال بزدلی کا نہیں ہے، سوال</w:t>
      </w:r>
    </w:p>
    <w:p>
      <w:r>
        <w:rPr>
          <w:b/>
        </w:rPr>
        <w:t xml:space="preserve">[29:31] </w:t>
      </w:r>
      <w:r>
        <w:t>hai ke society mein aap jeena hai ke nahi jeena hai? aap ko society mein aap ko kamyabi</w:t>
      </w:r>
    </w:p>
    <w:p>
      <w:pPr>
        <w:jc w:val="right"/>
      </w:pPr>
      <w:r>
        <w:t>ہے کہ سوسائٹی میں آپ جینا ہے کہ نہیں جینا ہے؟ آپ کو سوسائٹی میں آپ کو کامیابی</w:t>
      </w:r>
    </w:p>
    <w:p>
      <w:r>
        <w:rPr>
          <w:b/>
        </w:rPr>
        <w:t xml:space="preserve">[29:39] </w:t>
      </w:r>
      <w:r>
        <w:t>lena hai ke nahi lena hai? aap ko agar lena hai kamyabi society mein toh society ka aap</w:t>
      </w:r>
    </w:p>
    <w:p>
      <w:pPr>
        <w:jc w:val="right"/>
      </w:pPr>
      <w:r>
        <w:t>لینا ہے کہ نہیں لینا ہے؟ آپ کو اگر لینا ہے کامیابی سوسائٹی میں تو سوسائٹی کا آپ</w:t>
      </w:r>
    </w:p>
    <w:p>
      <w:r>
        <w:rPr>
          <w:b/>
        </w:rPr>
        <w:t xml:space="preserve">[29:46] </w:t>
      </w:r>
      <w:r>
        <w:t>ko lehaz karna hai, society ke saath adjust karna hai.</w:t>
      </w:r>
    </w:p>
    <w:p>
      <w:pPr>
        <w:jc w:val="right"/>
      </w:pPr>
      <w:r>
        <w:t>کو لحاظ کرنا ہے، سوسائٹی کے ساتھ ایڈجسٹ کرنا ہے۔</w:t>
      </w:r>
    </w:p>
    <w:p>
      <w:r>
        <w:rPr>
          <w:b/>
        </w:rPr>
        <w:t xml:space="preserve">[29:51] </w:t>
      </w:r>
      <w:r>
        <w:t>yeh toh ek bilateral maamla hai.</w:t>
      </w:r>
    </w:p>
    <w:p>
      <w:pPr>
        <w:jc w:val="right"/>
      </w:pPr>
      <w:r>
        <w:t>یہ تو ایک بائی لیٹرل معاملہ ہے۔</w:t>
      </w:r>
    </w:p>
    <w:p>
      <w:r>
        <w:rPr>
          <w:b/>
        </w:rPr>
        <w:t xml:space="preserve">[29:54] </w:t>
      </w:r>
      <w:r>
        <w:t>toh sabr ka matlab hai society ke saath, society ko jaanna aur us ke saath adjust karna.</w:t>
      </w:r>
    </w:p>
    <w:p>
      <w:pPr>
        <w:jc w:val="right"/>
      </w:pPr>
      <w:r>
        <w:t>تو صبر کا مطلب ہے سوسائٹی کے ساتھ، سوسائٹی کو جاننا اور اس کے ساتھ ایڈجسٹ کرنا۔</w:t>
      </w:r>
    </w:p>
    <w:p>
      <w:r>
        <w:rPr>
          <w:b/>
        </w:rPr>
        <w:t xml:space="preserve">[30:01] </w:t>
      </w:r>
      <w:r>
        <w:t>warna kaise aap kamyab honge? warna kamyabi nahi milegi.</w:t>
      </w:r>
    </w:p>
    <w:p>
      <w:pPr>
        <w:jc w:val="right"/>
      </w:pPr>
      <w:r>
        <w:t>ورنہ کیسے آپ کامیاب ہوں گے؟ ورنہ کامیابی نہیں ملے گی۔</w:t>
      </w:r>
    </w:p>
    <w:p>
      <w:r>
        <w:rPr>
          <w:b/>
        </w:rPr>
        <w:t xml:space="preserve">[30:06] </w:t>
      </w:r>
      <w:r>
        <w:t>toh kamyabi yaad rakhiye, kisi ek formula, ek single formula ka naam nahi hai ke bohat acha number</w:t>
      </w:r>
    </w:p>
    <w:p>
      <w:pPr>
        <w:jc w:val="right"/>
      </w:pPr>
      <w:r>
        <w:t>تو کامیابی یاد رکھیے، کسی ایک فارمولے، ایک سنگل فارمولے کا نام نہیں ہے کہ بہت اچھا نمبر</w:t>
      </w:r>
    </w:p>
    <w:p>
      <w:r>
        <w:rPr>
          <w:b/>
        </w:rPr>
        <w:t xml:space="preserve">[30:13] </w:t>
      </w:r>
      <w:r>
        <w:t>aa gaya aap ka toh bas aap kamyab hain.</w:t>
      </w:r>
    </w:p>
    <w:p>
      <w:pPr>
        <w:jc w:val="right"/>
      </w:pPr>
      <w:r>
        <w:t>آ گیا آپ کا تو بس آپ کامیاب ہیں۔</w:t>
      </w:r>
    </w:p>
    <w:p>
      <w:r>
        <w:rPr>
          <w:b/>
        </w:rPr>
        <w:t xml:space="preserve">[30:17] </w:t>
      </w:r>
      <w:r>
        <w:t>kamyabi ke liye zaroori hai ke aap bohat ziyada sincere hon, bohat ziyada seriously cheezon ko lein, bohat</w:t>
      </w:r>
    </w:p>
    <w:p>
      <w:pPr>
        <w:jc w:val="right"/>
      </w:pPr>
      <w:r>
        <w:t>کامیابی کے لیے ضروری ہے کہ آپ بہت زیادہ سنسیئر ہوں، بہت زیادہ سیریسلی چیزوں کو لیں، بہت</w:t>
      </w:r>
    </w:p>
    <w:p>
      <w:r>
        <w:rPr>
          <w:b/>
        </w:rPr>
        <w:t xml:space="preserve">[30:25] </w:t>
      </w:r>
      <w:r>
        <w:t>ziyada sochein aur apni planning jo hai, yaani realistic planning karein.</w:t>
      </w:r>
    </w:p>
    <w:p>
      <w:pPr>
        <w:jc w:val="right"/>
      </w:pPr>
      <w:r>
        <w:t>زیادہ سوچیں اور اپنی پلاننگ جو ہے، یعنی ریلسٹک پلاننگ کریں۔</w:t>
      </w:r>
    </w:p>
    <w:p>
      <w:r>
        <w:rPr>
          <w:b/>
        </w:rPr>
        <w:t xml:space="preserve">[30:30] </w:t>
      </w:r>
      <w:r>
        <w:t>aur saath saath bohat si cheezein, jaise hamare ek sahab the, unhone dukaan kholi, kapde ki dukaan.</w:t>
      </w:r>
    </w:p>
    <w:p>
      <w:pPr>
        <w:jc w:val="right"/>
      </w:pPr>
      <w:r>
        <w:t>اور ساتھ ساتھ بہت سی چیزیں، جیسے ہمارے ایک صاحب تھے، انہوں نے دکان کھولی، کپڑے کی دکان۔</w:t>
      </w:r>
    </w:p>
    <w:p>
      <w:r>
        <w:rPr>
          <w:b/>
        </w:rPr>
        <w:t xml:space="preserve">[30:37] </w:t>
      </w:r>
      <w:r>
        <w:t>toh aap jaante hain, kapde ki dukaan jo hai, use bohat paisa invest karna padta hai.</w:t>
      </w:r>
    </w:p>
    <w:p>
      <w:pPr>
        <w:jc w:val="right"/>
      </w:pPr>
      <w:r>
        <w:t>تو آپ جانتے ہیں، کپڑے کی دکان جو ہے، اسے بہت پیسہ انویسٹ کرنا پڑتا ہے۔</w:t>
      </w:r>
    </w:p>
    <w:p>
      <w:r>
        <w:rPr>
          <w:b/>
        </w:rPr>
        <w:t xml:space="preserve">[30:44] </w:t>
      </w:r>
      <w:r>
        <w:t>toh generally kya hota hai ke log jo wholesalers hain, un se credit par maal laate hain,</w:t>
      </w:r>
    </w:p>
    <w:p>
      <w:pPr>
        <w:jc w:val="right"/>
      </w:pPr>
      <w:r>
        <w:t>تو جنرلی کیا ہوتا ہے کہ لوگ جو ہول سیلرز ہیں، ان سے کریڈٹ پر مال لاتے ہیں،</w:t>
      </w:r>
    </w:p>
    <w:p>
      <w:r>
        <w:rPr>
          <w:b/>
        </w:rPr>
        <w:t xml:space="preserve">[30:52] </w:t>
      </w:r>
      <w:r>
        <w:t>udhaar bechne ke baad un ko paisa de dete hain.</w:t>
      </w:r>
    </w:p>
    <w:p>
      <w:pPr>
        <w:jc w:val="right"/>
      </w:pPr>
      <w:r>
        <w:t>ادھار بیچنے کے بعد ان کو پیسہ دے دیتے ہیں۔</w:t>
      </w:r>
    </w:p>
    <w:p>
      <w:r>
        <w:rPr>
          <w:b/>
        </w:rPr>
        <w:t xml:space="preserve">[30:56] </w:t>
      </w:r>
      <w:r>
        <w:t>yeh general practice hai.</w:t>
      </w:r>
    </w:p>
    <w:p>
      <w:pPr>
        <w:jc w:val="right"/>
      </w:pPr>
      <w:r>
        <w:t>یہ جنرل پریکٹس ہے۔</w:t>
      </w:r>
    </w:p>
    <w:p>
      <w:r>
        <w:rPr>
          <w:b/>
        </w:rPr>
        <w:t xml:space="preserve">[30:58] </w:t>
      </w:r>
      <w:r>
        <w:t>toh woh bhi laaye, wholesalers jo the, un se kapda aur dukaan.</w:t>
      </w:r>
    </w:p>
    <w:p>
      <w:pPr>
        <w:jc w:val="right"/>
      </w:pPr>
      <w:r>
        <w:t>تو وہ بھی لائے، ہول سیلرز جو تھے، ان سے کپڑا اور دکان۔</w:t>
      </w:r>
    </w:p>
    <w:p>
      <w:r>
        <w:rPr>
          <w:b/>
        </w:rPr>
        <w:t xml:space="preserve">[31:04] </w:t>
      </w:r>
      <w:r>
        <w:t>dukaan chalne lagi, un ki bikne laga samaan.</w:t>
      </w:r>
    </w:p>
    <w:p>
      <w:pPr>
        <w:jc w:val="right"/>
      </w:pPr>
      <w:r>
        <w:t>دکان چلنے لگی، ان کی بکنے لگا سامان۔</w:t>
      </w:r>
    </w:p>
    <w:p>
      <w:r>
        <w:rPr>
          <w:b/>
        </w:rPr>
        <w:t xml:space="preserve">[31:07] </w:t>
      </w:r>
      <w:r>
        <w:t>toh ab kya hota tha ke jitna paisa aaya, us paise ko unhon ne apni income samajh liya.</w:t>
      </w:r>
    </w:p>
    <w:p>
      <w:pPr>
        <w:jc w:val="right"/>
      </w:pPr>
      <w:r>
        <w:t>تو اب کیا ہوتا تھا کہ جتنا پیسہ آیا، اس پیسے کو انہوں نے اپنی انکم سمجھ لیا۔</w:t>
      </w:r>
    </w:p>
    <w:p>
      <w:r>
        <w:rPr>
          <w:b/>
        </w:rPr>
        <w:t xml:space="preserve">[31:15] </w:t>
      </w:r>
      <w:r>
        <w:t>farz kijiye ke din bhar mein paanch hazar rupay ka samaan bika.</w:t>
      </w:r>
    </w:p>
    <w:p>
      <w:pPr>
        <w:jc w:val="right"/>
      </w:pPr>
      <w:r>
        <w:t>فرض کیجئے کہ دن بھر میں پانچ ہزار روپے کا سامان بکا۔</w:t>
      </w:r>
    </w:p>
    <w:p>
      <w:r>
        <w:rPr>
          <w:b/>
        </w:rPr>
        <w:t xml:space="preserve">[31:20] </w:t>
      </w:r>
      <w:r>
        <w:t>samjhein ke panch hazar rupay mera hai, halankeh is panch hazar rupay mein zyada bara hissa hai woh</w:t>
      </w:r>
    </w:p>
    <w:p>
      <w:pPr>
        <w:jc w:val="right"/>
      </w:pPr>
      <w:r>
        <w:t>سمجھیں کہ پانچ ہزار روپے میرا ہے، حالانکہ اس پانچ ہزار روپے میں زیادہ بڑا حصہ ہے وہ</w:t>
      </w:r>
    </w:p>
    <w:p>
      <w:r>
        <w:rPr>
          <w:b/>
        </w:rPr>
        <w:t xml:space="preserve">[31:28] </w:t>
      </w:r>
      <w:r>
        <w:t>hol selers ka, yaani keh thora sa hai.</w:t>
      </w:r>
    </w:p>
    <w:p>
      <w:pPr>
        <w:jc w:val="right"/>
      </w:pPr>
      <w:r>
        <w:t>ہول سیلرز کا، یعنی کہ تھوڑا سا ہے۔</w:t>
      </w:r>
    </w:p>
    <w:p>
      <w:r>
        <w:rPr>
          <w:b/>
        </w:rPr>
        <w:t xml:space="preserve">[31:31] </w:t>
      </w:r>
      <w:r>
        <w:t>to sab paisa unhon ne samajh liya keh meri income hai.</w:t>
      </w:r>
    </w:p>
    <w:p>
      <w:pPr>
        <w:jc w:val="right"/>
      </w:pPr>
      <w:r>
        <w:t>تو سب پیسہ انہوں نے سمجھ لیا کہ میری انکم ہے۔</w:t>
      </w:r>
    </w:p>
    <w:p>
      <w:r>
        <w:rPr>
          <w:b/>
        </w:rPr>
        <w:t xml:space="preserve">[31:36] </w:t>
      </w:r>
      <w:r>
        <w:t>to is zamane mein un ki biwi kuch ilaaj ki zaroorat thi, un ko to bohat top ka</w:t>
      </w:r>
    </w:p>
    <w:p>
      <w:pPr>
        <w:jc w:val="right"/>
      </w:pPr>
      <w:r>
        <w:t>تو اس زمانے میں ان کی بیوی کچھ علاج کی ضرورت تھی، ان کو تو بہت ٹاپ کا</w:t>
      </w:r>
    </w:p>
    <w:p>
      <w:r>
        <w:rPr>
          <w:b/>
        </w:rPr>
        <w:t xml:space="preserve">[31:43] </w:t>
      </w:r>
      <w:r>
        <w:t>ilaaj kiya unhon ne.</w:t>
      </w:r>
    </w:p>
    <w:p>
      <w:pPr>
        <w:jc w:val="right"/>
      </w:pPr>
      <w:r>
        <w:t>علاج کیا انہوں نے۔</w:t>
      </w:r>
    </w:p>
    <w:p>
      <w:r>
        <w:rPr>
          <w:b/>
        </w:rPr>
        <w:t xml:space="preserve">[31:45] </w:t>
      </w:r>
      <w:r>
        <w:t>ab is ko sara paisa isi mein dete rahe, dete rahe.</w:t>
      </w:r>
    </w:p>
    <w:p>
      <w:pPr>
        <w:jc w:val="right"/>
      </w:pPr>
      <w:r>
        <w:t>اب اس کو سارا پیسہ اسی میں دیتے رہے، دیتے رہے۔</w:t>
      </w:r>
    </w:p>
    <w:p>
      <w:r>
        <w:rPr>
          <w:b/>
        </w:rPr>
        <w:t xml:space="preserve">[31:50] </w:t>
      </w:r>
      <w:r>
        <w:t>natija kya hua keh jo unhon ne wada kiya tha hol selers se, woh poora nahi kar sake.</w:t>
      </w:r>
    </w:p>
    <w:p>
      <w:pPr>
        <w:jc w:val="right"/>
      </w:pPr>
      <w:r>
        <w:t>نتیجہ کیا ہوا کہ جو انہوں نے وعدہ کیا تھا ہول سیلرز سے، وہ پورا نہیں کر سکے۔</w:t>
      </w:r>
    </w:p>
    <w:p>
      <w:r>
        <w:rPr>
          <w:b/>
        </w:rPr>
        <w:t xml:space="preserve">[31:58] </w:t>
      </w:r>
      <w:r>
        <w:t>woh time par woh payment nahi de sake.</w:t>
      </w:r>
    </w:p>
    <w:p>
      <w:pPr>
        <w:jc w:val="right"/>
      </w:pPr>
      <w:r>
        <w:t>وہ ٹائم پر وہ پیمنٹ نہیں دے سکے۔</w:t>
      </w:r>
    </w:p>
    <w:p>
      <w:r>
        <w:rPr>
          <w:b/>
        </w:rPr>
        <w:t xml:space="preserve">[32:01] </w:t>
      </w:r>
      <w:r>
        <w:t>to kya hua? bankrupt ho gaye, dukaan toot gayi.</w:t>
      </w:r>
    </w:p>
    <w:p>
      <w:pPr>
        <w:jc w:val="right"/>
      </w:pPr>
      <w:r>
        <w:t>تو کیا ہوا؟ بینکرپٹ ہو گئے، دکان ٹوٹ گئی۔</w:t>
      </w:r>
    </w:p>
    <w:p>
      <w:r>
        <w:rPr>
          <w:b/>
        </w:rPr>
        <w:t xml:space="preserve">[32:05] </w:t>
      </w:r>
      <w:r>
        <w:t>to yaad rakhiye, success kisi ek cheez ka naam nahi hai.</w:t>
      </w:r>
    </w:p>
    <w:p>
      <w:pPr>
        <w:jc w:val="right"/>
      </w:pPr>
      <w:r>
        <w:t>تو یاد رکھیے، سکسیس کسی ایک چیز کا نام نہیں ہے۔</w:t>
      </w:r>
    </w:p>
    <w:p>
      <w:r>
        <w:rPr>
          <w:b/>
        </w:rPr>
        <w:t xml:space="preserve">[32:10] </w:t>
      </w:r>
      <w:r>
        <w:t>success naam hai is society ko read karein, aap doosron ke sath aap ka samjhein, doosron ke mood</w:t>
      </w:r>
    </w:p>
    <w:p>
      <w:pPr>
        <w:jc w:val="right"/>
      </w:pPr>
      <w:r>
        <w:t>سکسیس نام ہے اس سوسائٹی کو ریڈ کریں، آپ دوسروں کے ساتھ آپ کا سمجھیں، دوسروں کے موڈ</w:t>
      </w:r>
    </w:p>
    <w:p>
      <w:r>
        <w:rPr>
          <w:b/>
        </w:rPr>
        <w:t xml:space="preserve">[32:17] </w:t>
      </w:r>
      <w:r>
        <w:t>ko, doosron ke kya chahte hain woh.</w:t>
      </w:r>
    </w:p>
    <w:p>
      <w:pPr>
        <w:jc w:val="right"/>
      </w:pPr>
      <w:r>
        <w:t>کو، دوسروں کے کیا چاہتے ہیں وہ۔</w:t>
      </w:r>
    </w:p>
    <w:p>
      <w:r>
        <w:rPr>
          <w:b/>
        </w:rPr>
        <w:t xml:space="preserve">[32:20] </w:t>
      </w:r>
      <w:r>
        <w:t>aur phir bohat zyada samajh boojh kar un ki planning karein.</w:t>
      </w:r>
    </w:p>
    <w:p>
      <w:pPr>
        <w:jc w:val="right"/>
      </w:pPr>
      <w:r>
        <w:t>اور پھر بہت زیادہ سمجھ بوجھ کر ان کی پلاننگ کریں۔</w:t>
      </w:r>
    </w:p>
    <w:p>
      <w:r>
        <w:rPr>
          <w:b/>
        </w:rPr>
        <w:t xml:space="preserve">[32:25] </w:t>
      </w:r>
      <w:r>
        <w:t>ek aadmi jo bohat hi successful thay, un se baat ho rahi thi, do aadmiyon se baat</w:t>
      </w:r>
    </w:p>
    <w:p>
      <w:pPr>
        <w:jc w:val="right"/>
      </w:pPr>
      <w:r>
        <w:t>ایک آدمی جو بہت ہی سکسیس فل تھے، ان سے بات ہو رہی تھی، دو آدمیوں سے بات</w:t>
      </w:r>
    </w:p>
    <w:p>
      <w:r>
        <w:rPr>
          <w:b/>
        </w:rPr>
        <w:t xml:space="preserve">[32:33] </w:t>
      </w:r>
      <w:r>
        <w:t>ho rahi thi.</w:t>
      </w:r>
    </w:p>
    <w:p>
      <w:pPr>
        <w:jc w:val="right"/>
      </w:pPr>
      <w:r>
        <w:t>ہو رہی تھی۔</w:t>
      </w:r>
    </w:p>
    <w:p>
      <w:r>
        <w:rPr>
          <w:b/>
        </w:rPr>
        <w:t xml:space="preserve">[32:34] </w:t>
      </w:r>
      <w:r>
        <w:t>to ek aadmi ne kaha keh zindagi mein kamyabi ke liye sab se zyada zaroori cheez hai mehnat,</w:t>
      </w:r>
    </w:p>
    <w:p>
      <w:pPr>
        <w:jc w:val="right"/>
      </w:pPr>
      <w:r>
        <w:t>تو ایک آدمی نے کہا کہ زندگی میں کامیابی کے لیے سب سے زیادہ ضروری چیز ہے محنت،</w:t>
      </w:r>
    </w:p>
    <w:p>
      <w:r>
        <w:rPr>
          <w:b/>
        </w:rPr>
        <w:t xml:space="preserve">[32:42] </w:t>
      </w:r>
      <w:r>
        <w:t>hard work.</w:t>
      </w:r>
    </w:p>
    <w:p>
      <w:pPr>
        <w:jc w:val="right"/>
      </w:pPr>
      <w:r>
        <w:t>ہارڈ ورک۔</w:t>
      </w:r>
    </w:p>
    <w:p>
      <w:r>
        <w:rPr>
          <w:b/>
        </w:rPr>
        <w:t xml:space="preserve">[32:43] </w:t>
      </w:r>
      <w:r>
        <w:t>to woh jo thay, woh bohat parhe likhe aadmi thay.</w:t>
      </w:r>
    </w:p>
    <w:p>
      <w:pPr>
        <w:jc w:val="right"/>
      </w:pPr>
      <w:r>
        <w:t>تو وہ جو تھے، وہ بہت پڑھے لکھے آدمی تھے۔</w:t>
      </w:r>
    </w:p>
    <w:p>
      <w:r>
        <w:rPr>
          <w:b/>
        </w:rPr>
        <w:t xml:space="preserve">[32:48] </w:t>
      </w:r>
      <w:r>
        <w:t>woh unhon ne kaha keh yeh purana formula hai, yeh agricultural period ka formula hai, ab jo hai</w:t>
      </w:r>
    </w:p>
    <w:p>
      <w:pPr>
        <w:jc w:val="right"/>
      </w:pPr>
      <w:r>
        <w:t>وہ انہوں نے کہا کہ یہ پرانا فارمولا ہے، یہ ایگریکلچرل پیریڈ کا فارمولا ہے، اب جو ہے</w:t>
      </w:r>
    </w:p>
    <w:p>
      <w:r>
        <w:rPr>
          <w:b/>
        </w:rPr>
        <w:t xml:space="preserve">[32:55] </w:t>
      </w:r>
      <w:r>
        <w:t>number one par chala gaya hai planning.</w:t>
      </w:r>
    </w:p>
    <w:p>
      <w:pPr>
        <w:jc w:val="right"/>
      </w:pPr>
      <w:r>
        <w:t>نمبر ون پر چلا گیا ہے پلاننگ۔</w:t>
      </w:r>
    </w:p>
    <w:p>
      <w:r>
        <w:rPr>
          <w:b/>
        </w:rPr>
        <w:t xml:space="preserve">[32:58] </w:t>
      </w:r>
      <w:r>
        <w:t>planning number one hai, hard work number do hai.</w:t>
      </w:r>
    </w:p>
    <w:p>
      <w:pPr>
        <w:jc w:val="right"/>
      </w:pPr>
      <w:r>
        <w:t>پلاننگ نمبر ون ہے، ہارڈ ورک نمبر دو ہے۔</w:t>
      </w:r>
    </w:p>
    <w:p>
      <w:r>
        <w:rPr>
          <w:b/>
        </w:rPr>
        <w:t xml:space="preserve">[33:02] </w:t>
      </w:r>
      <w:r>
        <w:t>to woh jo aadmi tha, woh gaon se aaya tha, woh agricultural jo traditions theen, unhi ko janta</w:t>
      </w:r>
    </w:p>
    <w:p>
      <w:pPr>
        <w:jc w:val="right"/>
      </w:pPr>
      <w:r>
        <w:t>تو وہ جو آدمی تھا، وہ گاؤں سے آیا تھا، وہ ایگریکلچرل جو ٹریڈیشنز تھیں، انہی کو جانتا</w:t>
      </w:r>
    </w:p>
    <w:p>
      <w:r>
        <w:rPr>
          <w:b/>
        </w:rPr>
        <w:t xml:space="preserve">[33:10] </w:t>
      </w:r>
      <w:r>
        <w:t>tha.</w:t>
      </w:r>
    </w:p>
    <w:p>
      <w:pPr>
        <w:jc w:val="right"/>
      </w:pPr>
      <w:r>
        <w:t>تھا۔</w:t>
      </w:r>
    </w:p>
    <w:p>
      <w:r>
        <w:rPr>
          <w:b/>
        </w:rPr>
        <w:t xml:space="preserve">[33:12] </w:t>
      </w:r>
      <w:r>
        <w:t>woh to waqai agricultural period mein sab se bari cheez yahi thi keh aadmi hard work kare, subah</w:t>
      </w:r>
    </w:p>
    <w:p>
      <w:pPr>
        <w:jc w:val="right"/>
      </w:pPr>
      <w:r>
        <w:t>وہ تو واقعی ایگریکلچرل پیریڈ میں سب سے بڑی چیز یہی تھی کہ آدمی ہارڈ ورک کرے، صبح</w:t>
      </w:r>
    </w:p>
    <w:p>
      <w:r>
        <w:rPr>
          <w:b/>
        </w:rPr>
        <w:t xml:space="preserve">[33:19] </w:t>
      </w:r>
      <w:r>
        <w:t>shaam tak mehnat kare.</w:t>
      </w:r>
    </w:p>
    <w:p>
      <w:pPr>
        <w:jc w:val="right"/>
      </w:pPr>
      <w:r>
        <w:t>شام تک محنت کرے۔</w:t>
      </w:r>
    </w:p>
    <w:p>
      <w:r>
        <w:rPr>
          <w:b/>
        </w:rPr>
        <w:t xml:space="preserve">[33:21] </w:t>
      </w:r>
      <w:r>
        <w:t>lekin ab jo zamana aaya hai, science ka zamana hai, industry ka zamana, to waqai ye aisa sahi</w:t>
      </w:r>
    </w:p>
    <w:p>
      <w:pPr>
        <w:jc w:val="right"/>
      </w:pPr>
      <w:r>
        <w:t>لیکن اب جو زمانہ آیا ہے، سائنس کا زمانہ ہے، انڈسٹری کا زمانہ، تو واقعی یہ ایسا صحیح</w:t>
      </w:r>
    </w:p>
    <w:p>
      <w:r>
        <w:rPr>
          <w:b/>
        </w:rPr>
        <w:t xml:space="preserve">[33:29] </w:t>
      </w:r>
      <w:r>
        <w:t>hai ye baat ke ab planning number one par chali gayi hai.</w:t>
      </w:r>
    </w:p>
    <w:p>
      <w:pPr>
        <w:jc w:val="right"/>
      </w:pPr>
      <w:r>
        <w:t>ہے یہ بات کہ اب پلاننگ نمبر ون پر چلی گئی ہے۔</w:t>
      </w:r>
    </w:p>
    <w:p>
      <w:r>
        <w:rPr>
          <w:b/>
        </w:rPr>
        <w:t xml:space="preserve">[33:34] </w:t>
      </w:r>
      <w:r>
        <w:t>planning se murad hai realistic planning, hawai planning nahi, ek romantic planning bhi hoti hai, is ko main</w:t>
      </w:r>
    </w:p>
    <w:p>
      <w:pPr>
        <w:jc w:val="right"/>
      </w:pPr>
      <w:r>
        <w:t>پلاننگ سے مراد ہے ریلسٹک پلاننگ، ہوائی پلاننگ نہیں، ایک رومینٹک پلاننگ بھی ہوتی ہے، اس کو میں</w:t>
      </w:r>
    </w:p>
    <w:p>
      <w:r>
        <w:rPr>
          <w:b/>
        </w:rPr>
        <w:t xml:space="preserve">[33:42] </w:t>
      </w:r>
      <w:r>
        <w:t>nahi keh raha hoon.</w:t>
      </w:r>
    </w:p>
    <w:p>
      <w:pPr>
        <w:jc w:val="right"/>
      </w:pPr>
      <w:r>
        <w:t>نہیں کہہ رہا ہوں۔</w:t>
      </w:r>
    </w:p>
    <w:p>
      <w:r>
        <w:rPr>
          <w:b/>
        </w:rPr>
        <w:t xml:space="preserve">[33:43] </w:t>
      </w:r>
      <w:r>
        <w:t>to planning ho, phir aadmi mehnat kare, tab wo kamyabi hoti hai.</w:t>
      </w:r>
    </w:p>
    <w:p>
      <w:pPr>
        <w:jc w:val="right"/>
      </w:pPr>
      <w:r>
        <w:t>تو پلاننگ ہو، پھر آدمی محنت کرے، تب وہ کامیابی ہوتی ہے۔</w:t>
      </w:r>
    </w:p>
    <w:p>
      <w:r>
        <w:rPr>
          <w:b/>
        </w:rPr>
        <w:t xml:space="preserve">[33:48] </w:t>
      </w:r>
      <w:r>
        <w:t>agar planning na ho, khwah mehnat kar raha hai, mehnat kar raha hai, mehnat kar raha hai, to</w:t>
      </w:r>
    </w:p>
    <w:p>
      <w:pPr>
        <w:jc w:val="right"/>
      </w:pPr>
      <w:r>
        <w:t>اگر پلاننگ نہ ہو، خواہ محنت کر رہا ہے، محنت کر رہا ہے، محنت کر رہا ہے، تو</w:t>
      </w:r>
    </w:p>
    <w:p>
      <w:r>
        <w:rPr>
          <w:b/>
        </w:rPr>
        <w:t xml:space="preserve">[33:56] </w:t>
      </w:r>
      <w:r>
        <w:t>aisa aadmi koi bari success nahi pa sakta is duniya mein.</w:t>
      </w:r>
    </w:p>
    <w:p>
      <w:pPr>
        <w:jc w:val="right"/>
      </w:pPr>
      <w:r>
        <w:t>ایسا آدمی کوئی بڑی سکسیس نہیں پا سکتا اس دنیا میں۔</w:t>
      </w:r>
    </w:p>
    <w:p>
      <w:r>
        <w:rPr>
          <w:b/>
        </w:rPr>
        <w:t xml:space="preserve">[34:01] </w:t>
      </w:r>
      <w:r>
        <w:t>یعنی ہارڈ ورک پلس پلاننگ، یہی تو یہی تو کی سکی، یہی تو key to success، اسپیشلی ان</w:t>
      </w:r>
    </w:p>
    <w:p>
      <w:pPr>
        <w:jc w:val="right"/>
      </w:pPr>
      <w:r>
        <w:t>یعنی ہارڈ ورک پلس پلاننگ، یہی تو یہی تو کی سکی، یہی تو کی ٹو سکسیس، اسپیشلی ان</w:t>
      </w:r>
    </w:p>
    <w:p>
      <w:r>
        <w:rPr>
          <w:b/>
        </w:rPr>
        <w:t xml:space="preserve">[34:09] </w:t>
      </w:r>
      <w:r>
        <w:t>aur present world.</w:t>
      </w:r>
    </w:p>
    <w:p>
      <w:pPr>
        <w:jc w:val="right"/>
      </w:pPr>
      <w:r>
        <w:t>اور پریزنٹ ورلڈ۔</w:t>
      </w:r>
    </w:p>
    <w:p>
      <w:r>
        <w:rPr>
          <w:b/>
        </w:rPr>
        <w:t xml:space="preserve">[34:10] </w:t>
      </w:r>
      <w:r>
        <w:t>ye baat in ki mujhe pasand aayi, wo sahi keh rahe hain.</w:t>
      </w:r>
    </w:p>
    <w:p>
      <w:pPr>
        <w:jc w:val="right"/>
      </w:pPr>
      <w:r>
        <w:t>یہ بات ان کی مجھے پسند آئی، وہ صحیح کہہ رہے ہیں۔</w:t>
      </w:r>
    </w:p>
    <w:p>
      <w:r>
        <w:rPr>
          <w:b/>
        </w:rPr>
        <w:t xml:space="preserve">[34:15] </w:t>
      </w:r>
      <w:r>
        <w:t>ye pehle zamane mein kaha jata tha, pehle zamane mein ke bhai mehnat karo, sab se bari cheez</w:t>
      </w:r>
    </w:p>
    <w:p>
      <w:pPr>
        <w:jc w:val="right"/>
      </w:pPr>
      <w:r>
        <w:t>یہ پہلے زمانے میں کہا جاتا تھا، پہلے زمانے میں کہ بھئی محنت کرو، سب سے بڑی چیز</w:t>
      </w:r>
    </w:p>
    <w:p>
      <w:r>
        <w:rPr>
          <w:b/>
        </w:rPr>
        <w:t xml:space="preserve">[34:23] </w:t>
      </w:r>
      <w:r>
        <w:t>mehnat hai.</w:t>
      </w:r>
    </w:p>
    <w:p>
      <w:pPr>
        <w:jc w:val="right"/>
      </w:pPr>
      <w:r>
        <w:t>محنت ہے۔</w:t>
      </w:r>
    </w:p>
    <w:p>
      <w:r>
        <w:rPr>
          <w:b/>
        </w:rPr>
        <w:t xml:space="preserve">[34:24] </w:t>
      </w:r>
      <w:r>
        <w:t>lekin ab jo zamana aaya hai, jis mein hum aaj jo hain, jahan aaj jaise planning ki importance</w:t>
      </w:r>
    </w:p>
    <w:p>
      <w:pPr>
        <w:jc w:val="right"/>
      </w:pPr>
      <w:r>
        <w:t>لیکن اب جو زمانہ آیا ہے، جس میں ہم آج جو ہیں، جہاں آج جیسے پلاننگ کی امپورٹنس</w:t>
      </w:r>
    </w:p>
    <w:p>
      <w:r>
        <w:rPr>
          <w:b/>
        </w:rPr>
        <w:t xml:space="preserve">[34:32] </w:t>
      </w:r>
      <w:r>
        <w:t>bohat barh gayi hai, to success jo hai, ek bohat hi zyada success mein bohat zyada sochne ki</w:t>
      </w:r>
    </w:p>
    <w:p>
      <w:pPr>
        <w:jc w:val="right"/>
      </w:pPr>
      <w:r>
        <w:t>بہت بڑھ گئی ہے، تو سکسیس جو ہے، ایک بہت ہی زیادہ سکسیس میں بہت زیادہ سوچنے کی</w:t>
      </w:r>
    </w:p>
    <w:p>
      <w:r>
        <w:rPr>
          <w:b/>
        </w:rPr>
        <w:t xml:space="preserve">[34:40] </w:t>
      </w:r>
      <w:r>
        <w:t>zarurat parti hai.</w:t>
      </w:r>
    </w:p>
    <w:p>
      <w:pPr>
        <w:jc w:val="right"/>
      </w:pPr>
      <w:r>
        <w:t>ضرورت پڑتی ہے۔</w:t>
      </w:r>
    </w:p>
    <w:p>
      <w:r>
        <w:rPr>
          <w:b/>
        </w:rPr>
        <w:t xml:space="preserve">[34:41] </w:t>
      </w:r>
      <w:r>
        <w:t>sochna, bohat zyada sochna.</w:t>
      </w:r>
    </w:p>
    <w:p>
      <w:pPr>
        <w:jc w:val="right"/>
      </w:pPr>
      <w:r>
        <w:t>سوچنا، بہت زیادہ سوچنا۔</w:t>
      </w:r>
    </w:p>
    <w:p>
      <w:r>
        <w:rPr>
          <w:b/>
        </w:rPr>
        <w:t xml:space="preserve">[34:43] </w:t>
      </w:r>
      <w:r>
        <w:t>ek martaba main gaya ek shehar mein, to wahan ek college tha, ek sahib is mein parhate thay.</w:t>
      </w:r>
    </w:p>
    <w:p>
      <w:pPr>
        <w:jc w:val="right"/>
      </w:pPr>
      <w:r>
        <w:t>ایک مرتبہ میں گیا ایک شہر میں، تو وہاں ایک کالج تھا، ایک صاحب اس میں پڑھاتے تھے۔</w:t>
      </w:r>
    </w:p>
    <w:p>
      <w:r>
        <w:rPr>
          <w:b/>
        </w:rPr>
        <w:t xml:space="preserve">[34:51] </w:t>
      </w:r>
      <w:r>
        <w:t>to unhon ne kiya kiya? ek school khola, embroidery school, ke student ko wo embroidery sikhate thay aur</w:t>
      </w:r>
    </w:p>
    <w:p>
      <w:pPr>
        <w:jc w:val="right"/>
      </w:pPr>
      <w:r>
        <w:t>تو انہوں نے کیا کیا؟ ایک اسکول کھولا، ایمبرائڈری اسکول، کہ اسٹوڈنٹ کو وہ ایمبرائڈری سکھاتے تھے اور</w:t>
      </w:r>
    </w:p>
    <w:p>
      <w:r>
        <w:rPr>
          <w:b/>
        </w:rPr>
        <w:t xml:space="preserve">[34:58] </w:t>
      </w:r>
      <w:r>
        <w:t>banate thay.</w:t>
      </w:r>
    </w:p>
    <w:p>
      <w:pPr>
        <w:jc w:val="right"/>
      </w:pPr>
      <w:r>
        <w:t>بناتے تھے۔</w:t>
      </w:r>
    </w:p>
    <w:p>
      <w:r>
        <w:rPr>
          <w:b/>
        </w:rPr>
        <w:t xml:space="preserve">[35:00] </w:t>
      </w:r>
      <w:r>
        <w:t>kya jis ko kehte hain mez posh, yani jo table hota hai, table ke upar ek kapra dala</w:t>
      </w:r>
    </w:p>
    <w:p>
      <w:pPr>
        <w:jc w:val="right"/>
      </w:pPr>
      <w:r>
        <w:t>کیا جس کو کہتے ہیں میز پوش، یعنی جو ٹیبل ہوتا ہے، ٹیبل کے اوپر ایک کپڑا ڈالا</w:t>
      </w:r>
    </w:p>
    <w:p>
      <w:r>
        <w:rPr>
          <w:b/>
        </w:rPr>
        <w:t xml:space="preserve">[35:08] </w:t>
      </w:r>
      <w:r>
        <w:t>jata hai, us ko kehte hain mez posh.</w:t>
      </w:r>
    </w:p>
    <w:p>
      <w:pPr>
        <w:jc w:val="right"/>
      </w:pPr>
      <w:r>
        <w:t>جاتا ہے، اس کو کہتے ہیں میز پوش۔</w:t>
      </w:r>
    </w:p>
    <w:p>
      <w:r>
        <w:rPr>
          <w:b/>
        </w:rPr>
        <w:t xml:space="preserve">[35:11] </w:t>
      </w:r>
      <w:r>
        <w:t>table ke upar kapra.</w:t>
      </w:r>
    </w:p>
    <w:p>
      <w:pPr>
        <w:jc w:val="right"/>
      </w:pPr>
      <w:r>
        <w:t>ٹیبل کے اوپر کپڑا۔</w:t>
      </w:r>
    </w:p>
    <w:p>
      <w:r>
        <w:rPr>
          <w:b/>
        </w:rPr>
        <w:t xml:space="preserve">[35:13] </w:t>
      </w:r>
      <w:r>
        <w:t>to unhon ne mujhe sham ke khane mein bulaya, main wahan gaya.</w:t>
      </w:r>
    </w:p>
    <w:p>
      <w:pPr>
        <w:jc w:val="right"/>
      </w:pPr>
      <w:r>
        <w:t>تو انہوں نے مجھے شام کے کھانے میں بلایا، میں وہاں گیا۔</w:t>
      </w:r>
    </w:p>
    <w:p>
      <w:r>
        <w:rPr>
          <w:b/>
        </w:rPr>
        <w:t xml:space="preserve">[35:18] </w:t>
      </w:r>
      <w:r>
        <w:t>khane ke baad un ka ghar kafi bara tha, khane ke baad mujhe wo apne ek aur kamre</w:t>
      </w:r>
    </w:p>
    <w:p>
      <w:pPr>
        <w:jc w:val="right"/>
      </w:pPr>
      <w:r>
        <w:t>کھانے کے بعد ان کا گھر کافی بڑا تھا، کھانے کے بعد مجھے وہ اپنے ایک اور کمرے</w:t>
      </w:r>
    </w:p>
    <w:p>
      <w:r>
        <w:rPr>
          <w:b/>
        </w:rPr>
        <w:t xml:space="preserve">[35:26] </w:t>
      </w:r>
      <w:r>
        <w:t>mein le gaye.</w:t>
      </w:r>
    </w:p>
    <w:p>
      <w:pPr>
        <w:jc w:val="right"/>
      </w:pPr>
      <w:r>
        <w:t>میں لے گئے۔</w:t>
      </w:r>
    </w:p>
    <w:p>
      <w:r>
        <w:rPr>
          <w:b/>
        </w:rPr>
        <w:t xml:space="preserve">[35:27] </w:t>
      </w:r>
      <w:r>
        <w:t>to wahan main ne, main ne kiya dekha ke mez posh itne sab banaye banaye rakhe hue hain,</w:t>
      </w:r>
    </w:p>
    <w:p>
      <w:pPr>
        <w:jc w:val="right"/>
      </w:pPr>
      <w:r>
        <w:t>تو وہاں میں نے، میں نے کیا دیکھا کہ میز پوش اتنے سب بنے بنائے رکھے ہوئے ہیں،</w:t>
      </w:r>
    </w:p>
    <w:p>
      <w:r>
        <w:rPr>
          <w:b/>
        </w:rPr>
        <w:t xml:space="preserve">[35:35] </w:t>
      </w:r>
      <w:r>
        <w:t>yani table ke upar jo kapda dala jata tha pehle, us ko kehte the mez posh.</w:t>
      </w:r>
    </w:p>
    <w:p>
      <w:pPr>
        <w:jc w:val="right"/>
      </w:pPr>
      <w:r>
        <w:t>یعنی ٹیبل کے اوپر جو کپڑا ڈالا جاتا تھا پہلے، اس کو کہتے تھے میز پوش۔</w:t>
      </w:r>
    </w:p>
    <w:p>
      <w:r>
        <w:rPr>
          <w:b/>
        </w:rPr>
        <w:t xml:space="preserve">[35:42] </w:t>
      </w:r>
      <w:r>
        <w:t>to unhon ne kaha ke hum yeh, hum ne bachon ko sikhte hain, to seekhne ke liye yeh</w:t>
      </w:r>
    </w:p>
    <w:p>
      <w:pPr>
        <w:jc w:val="right"/>
      </w:pPr>
      <w:r>
        <w:t>تو انہوں نے کہا کہ ہم یہ، ہم نے بچوں کو سکھاتے ہیں، تو سیکھنے کے لیے یہ</w:t>
      </w:r>
    </w:p>
    <w:p>
      <w:r>
        <w:rPr>
          <w:b/>
        </w:rPr>
        <w:t xml:space="preserve">[35:49] </w:t>
      </w:r>
      <w:r>
        <w:t>banate hain.</w:t>
      </w:r>
    </w:p>
    <w:p>
      <w:pPr>
        <w:jc w:val="right"/>
      </w:pPr>
      <w:r>
        <w:t>بناتے ہیں۔</w:t>
      </w:r>
    </w:p>
    <w:p>
      <w:r>
        <w:rPr>
          <w:b/>
        </w:rPr>
        <w:t xml:space="preserve">[35:51] </w:t>
      </w:r>
      <w:r>
        <w:t>woh kya? local market mein un ki koi khift nahi hai, aap dilli mein un ko bikwa dijiye,</w:t>
      </w:r>
    </w:p>
    <w:p>
      <w:pPr>
        <w:jc w:val="right"/>
      </w:pPr>
      <w:r>
        <w:t>وہ کیا؟ لوکل مارکیٹ میں ان کی کوئی خفت نہیں ہے، آپ دلی میں ان کو بکوا دیجئے،</w:t>
      </w:r>
    </w:p>
    <w:p>
      <w:r>
        <w:rPr>
          <w:b/>
        </w:rPr>
        <w:t xml:space="preserve">[35:59] </w:t>
      </w:r>
      <w:r>
        <w:t>un ka paisa khali ho jaye to student mein lag jaye ga, woh aur kapda mangwayein ge is</w:t>
      </w:r>
    </w:p>
    <w:p>
      <w:pPr>
        <w:jc w:val="right"/>
      </w:pPr>
      <w:r>
        <w:t>ان کا پیسہ خالی ہو جائے تو اسٹوڈنٹ میں لگ جائے گا، وہ اور کپڑا منگوائیں گے اس</w:t>
      </w:r>
    </w:p>
    <w:p>
      <w:r>
        <w:rPr>
          <w:b/>
        </w:rPr>
        <w:t xml:space="preserve">[36:06] </w:t>
      </w:r>
      <w:r>
        <w:t>se, kyun ke kapda dena parta hai seekhne ke liye.</w:t>
      </w:r>
    </w:p>
    <w:p>
      <w:pPr>
        <w:jc w:val="right"/>
      </w:pPr>
      <w:r>
        <w:t>سے، کیونکہ کپڑا دینا پڑتا ہے سیکھنے کے لیے۔</w:t>
      </w:r>
    </w:p>
    <w:p>
      <w:r>
        <w:rPr>
          <w:b/>
        </w:rPr>
        <w:t xml:space="preserve">[36:10] </w:t>
      </w:r>
      <w:r>
        <w:t>to main dekhta raha, dekhta raha, dekhta raha, phir main ne socha ke aap jante nahi ke aaj</w:t>
      </w:r>
    </w:p>
    <w:p>
      <w:pPr>
        <w:jc w:val="right"/>
      </w:pPr>
      <w:r>
        <w:t>تو میں دیکھتا رہا، دیکھتا رہا، دیکھتا رہا، پھر میں نے سوچا کہ آپ جانتے نہیں کہ آج</w:t>
      </w:r>
    </w:p>
    <w:p>
      <w:r>
        <w:rPr>
          <w:b/>
        </w:rPr>
        <w:t xml:space="preserve">[36:18] </w:t>
      </w:r>
      <w:r>
        <w:t>zamana kya hai? aaj to sanmaika ke mez bante hain, ab mez posh kon bichata hai apni mez</w:t>
      </w:r>
    </w:p>
    <w:p>
      <w:pPr>
        <w:jc w:val="right"/>
      </w:pPr>
      <w:r>
        <w:t>زمانہ کیا ہے؟ آج تو سنمائکہ کے میز بنتے ہیں، اب میز پوش کون بچھاتا ہے اپنی میز</w:t>
      </w:r>
    </w:p>
    <w:p>
      <w:r>
        <w:rPr>
          <w:b/>
        </w:rPr>
        <w:t xml:space="preserve">[36:26] </w:t>
      </w:r>
      <w:r>
        <w:t>ke upar? to main ne un se kaha ke sanmaika ke zamane mein aap mez posh ka business</w:t>
      </w:r>
    </w:p>
    <w:p>
      <w:pPr>
        <w:jc w:val="right"/>
      </w:pPr>
      <w:r>
        <w:t>کے اوپر؟ تو میں نے ان سے کہا کہ سنمائکہ کے زمانے میں آپ میز پوش کا بزنس</w:t>
      </w:r>
    </w:p>
    <w:p>
      <w:r>
        <w:rPr>
          <w:b/>
        </w:rPr>
        <w:t xml:space="preserve">[36:33] </w:t>
      </w:r>
      <w:r>
        <w:t>karna chahte hain, yani agar farz kijiye ke mere pas pehle zamane mein mitti ke glass hua karte</w:t>
      </w:r>
    </w:p>
    <w:p>
      <w:pPr>
        <w:jc w:val="right"/>
      </w:pPr>
      <w:r>
        <w:t>کرنا چاہتے ہیں، یعنی اگر فرض کیجئے کہ میرے پاس پہلے زمانے میں مٹی کے گلاس ہوا کرتے</w:t>
      </w:r>
    </w:p>
    <w:p>
      <w:r>
        <w:rPr>
          <w:b/>
        </w:rPr>
        <w:t xml:space="preserve">[36:41] </w:t>
      </w:r>
      <w:r>
        <w:t>the, ab mitti glass le kar ke main yahan baith jaon dilli mein to kon khareede ga is</w:t>
      </w:r>
    </w:p>
    <w:p>
      <w:pPr>
        <w:jc w:val="right"/>
      </w:pPr>
      <w:r>
        <w:t>تھے، اب مٹی گلاس لے کر کے میں یہاں بیٹھ جاؤں دلی میں تو کون خریدے گا اس</w:t>
      </w:r>
    </w:p>
    <w:p>
      <w:r>
        <w:rPr>
          <w:b/>
        </w:rPr>
        <w:t xml:space="preserve">[36:49] </w:t>
      </w:r>
      <w:r>
        <w:t>ko? to shishe ke glass ke zamane mein mitti glass ke main business karon to main pehle din</w:t>
      </w:r>
    </w:p>
    <w:p>
      <w:pPr>
        <w:jc w:val="right"/>
      </w:pPr>
      <w:r>
        <w:t>کو؟ تو شیشے کے گلاس کے زمانے میں مٹی گلاس کے میں بزنس کروں تو میں پہلے دن</w:t>
      </w:r>
    </w:p>
    <w:p>
      <w:r>
        <w:rPr>
          <w:b/>
        </w:rPr>
        <w:t xml:space="preserve">[36:57] </w:t>
      </w:r>
      <w:r>
        <w:t>samajh lijiye ke fail ho gaya.</w:t>
      </w:r>
    </w:p>
    <w:p>
      <w:pPr>
        <w:jc w:val="right"/>
      </w:pPr>
      <w:r>
        <w:t>سمجھ لیجئے کہ فیل ہو گیا۔</w:t>
      </w:r>
    </w:p>
    <w:p>
      <w:r>
        <w:rPr>
          <w:b/>
        </w:rPr>
        <w:t xml:space="preserve">[36:59] </w:t>
      </w:r>
      <w:r>
        <w:t>main duniya puhanch chuki hai shishe glass ke zamane mein, aur hum abhi tak mitti glass bechna chahte</w:t>
      </w:r>
    </w:p>
    <w:p>
      <w:pPr>
        <w:jc w:val="right"/>
      </w:pPr>
      <w:r>
        <w:t>میں دنیا پہنچ چکی ہے شیشے گلاس کے زمانے میں، اور ہم ابھی تک مٹی گلاس بیچنا چاہتے</w:t>
      </w:r>
    </w:p>
    <w:p>
      <w:r>
        <w:rPr>
          <w:b/>
        </w:rPr>
        <w:t xml:space="preserve">[37:07] </w:t>
      </w:r>
      <w:r>
        <w:t>hain, to hum kaise kamyab hon ge? to main ne un se kaha ke aap zamana aa gaya</w:t>
      </w:r>
    </w:p>
    <w:p>
      <w:pPr>
        <w:jc w:val="right"/>
      </w:pPr>
      <w:r>
        <w:t>ہیں، تو ہم کیسے کامیاب ہوں گے؟ تو میں نے ان سے کہا کہ آپ زمانہ آ گیا</w:t>
      </w:r>
    </w:p>
    <w:p>
      <w:r>
        <w:rPr>
          <w:b/>
        </w:rPr>
        <w:t xml:space="preserve">[37:15] </w:t>
      </w:r>
      <w:r>
        <w:t>hai mez posh ka, aur aap nahi, zamana aa gaya hai sanmaika ka, aur aap mez posh bana</w:t>
      </w:r>
    </w:p>
    <w:p>
      <w:pPr>
        <w:jc w:val="right"/>
      </w:pPr>
      <w:r>
        <w:t>ہے میز پوش کا، اور آپ نہیں، زمانہ آ گیا ہے سنمائکہ کا، اور آپ میز پوش بنا</w:t>
      </w:r>
    </w:p>
    <w:p>
      <w:r>
        <w:rPr>
          <w:b/>
        </w:rPr>
        <w:t xml:space="preserve">[37:22] </w:t>
      </w:r>
      <w:r>
        <w:t>bana kar is ko bechna chahte hain bazaar mein, to kon khareede ga is ko? to dekhein, zindagi</w:t>
      </w:r>
    </w:p>
    <w:p>
      <w:pPr>
        <w:jc w:val="right"/>
      </w:pPr>
      <w:r>
        <w:t>بنا کر اس کو بیچنا چاہتے ہیں بازار میں، تو کون خریدے گا اس کو؟ تو دیکھیں، زندگی</w:t>
      </w:r>
    </w:p>
    <w:p>
      <w:r>
        <w:rPr>
          <w:b/>
        </w:rPr>
        <w:t xml:space="preserve">[37:30] </w:t>
      </w:r>
      <w:r>
        <w:t>mein kamyabi ke liye koi ek formula nahi hai, kaise, kis situation mein aap hain, ke logon ke</w:t>
      </w:r>
    </w:p>
    <w:p>
      <w:pPr>
        <w:jc w:val="right"/>
      </w:pPr>
      <w:r>
        <w:t>میں کامیابی کے لیے کوئی ایک فارمولا نہیں ہے، کیسے، کس سچویشن میں آپ ہیں، کہ لوگوں کے</w:t>
      </w:r>
    </w:p>
    <w:p>
      <w:r>
        <w:rPr>
          <w:b/>
        </w:rPr>
        <w:t xml:space="preserve">[37:38] </w:t>
      </w:r>
      <w:r>
        <w:t>bech mein aap hain, kis jagah aap hain, yani to in sab cheezon ko dhyan rakh kar ke</w:t>
      </w:r>
    </w:p>
    <w:p>
      <w:pPr>
        <w:jc w:val="right"/>
      </w:pPr>
      <w:r>
        <w:t>بیچ میں آپ ہیں، کس جگہ آپ ہیں، یعنی تو ان سب چیزوں کو دھیان رکھ کر کے</w:t>
      </w:r>
    </w:p>
    <w:p>
      <w:r>
        <w:rPr>
          <w:b/>
        </w:rPr>
        <w:t xml:space="preserve">[37:45] </w:t>
      </w:r>
      <w:r>
        <w:t>aap ko planning karni pare gi.</w:t>
      </w:r>
    </w:p>
    <w:p>
      <w:pPr>
        <w:jc w:val="right"/>
      </w:pPr>
      <w:r>
        <w:t>آپ کو پلاننگ کرنی پڑے گی۔</w:t>
      </w:r>
    </w:p>
    <w:p>
      <w:r>
        <w:rPr>
          <w:b/>
        </w:rPr>
        <w:t xml:space="preserve">[37:48] </w:t>
      </w:r>
      <w:r>
        <w:t>planning tab aap kamyab hon ge.</w:t>
      </w:r>
    </w:p>
    <w:p>
      <w:pPr>
        <w:jc w:val="right"/>
      </w:pPr>
      <w:r>
        <w:t>پلاننگ تب آپ کامیاب ہوں گے۔</w:t>
      </w:r>
    </w:p>
    <w:p>
      <w:r>
        <w:rPr>
          <w:b/>
        </w:rPr>
        <w:t xml:space="preserve">[37:51] </w:t>
      </w:r>
      <w:r>
        <w:t>hamare naujawan government mein ek zamane mein bara dhoom thi engineering ki, jis ko dekhein woh engineering kar</w:t>
      </w:r>
    </w:p>
    <w:p>
      <w:pPr>
        <w:jc w:val="right"/>
      </w:pPr>
      <w:r>
        <w:t>ہمارے نوجوان گورنمنٹ میں ایک زمانے میں بڑا دھوم تھی انجینئرنگ کی، جس کو دیکھیں وہ انجینئرنگ کر</w:t>
      </w:r>
    </w:p>
    <w:p>
      <w:r>
        <w:rPr>
          <w:b/>
        </w:rPr>
        <w:t xml:space="preserve">[37:58] </w:t>
      </w:r>
      <w:r>
        <w:t>raha hai, yahan tak ke itne engineer ho gaye ke engineer plus ho gaye, woh surplus ho gaye.</w:t>
      </w:r>
    </w:p>
    <w:p>
      <w:pPr>
        <w:jc w:val="right"/>
      </w:pPr>
      <w:r>
        <w:t>رہا ہے، یہاں تک کہ اتنے انجینئر ہو گئے کہ انجینئر پلس ہو گئے، وہ سرپلس ہو گئے۔</w:t>
      </w:r>
    </w:p>
    <w:p>
      <w:r>
        <w:rPr>
          <w:b/>
        </w:rPr>
        <w:t xml:space="preserve">[38:06] </w:t>
      </w:r>
      <w:r>
        <w:t>itne log engineering parh dali, itne logon ne ke engineer jo hai woh surplus ho gaye.</w:t>
      </w:r>
    </w:p>
    <w:p>
      <w:pPr>
        <w:jc w:val="right"/>
      </w:pPr>
      <w:r>
        <w:t>اتنے لوگ انجینئرنگ پڑھ ڈالی، اتنے لوگوں نے کہ انجینئر جو ہے وہ سرپلس ہو گئے۔</w:t>
      </w:r>
    </w:p>
    <w:p>
      <w:r>
        <w:rPr>
          <w:b/>
        </w:rPr>
        <w:t xml:space="preserve">[38:13] </w:t>
      </w:r>
      <w:r>
        <w:t>to yeh hai planning ke baghair parhna, planning ke baghair parhna, planning kar ke dekhiye ke market mein</w:t>
      </w:r>
    </w:p>
    <w:p>
      <w:pPr>
        <w:jc w:val="right"/>
      </w:pPr>
      <w:r>
        <w:t>تو یہ ہے پلاننگ کے بغیر پڑھنا، پلاننگ کے بغیر پڑھنا، پلاننگ کر کے دیکھیے کہ مارکیٹ میں</w:t>
      </w:r>
    </w:p>
    <w:p>
      <w:r>
        <w:rPr>
          <w:b/>
        </w:rPr>
        <w:t xml:space="preserve">[38:21] </w:t>
      </w:r>
      <w:r>
        <w:t>kis ki zaroorat hai, zamanay mein kis ka riwaj hai, aaj ke log kya chahte hain, phir is</w:t>
      </w:r>
    </w:p>
    <w:p>
      <w:pPr>
        <w:jc w:val="right"/>
      </w:pPr>
      <w:r>
        <w:t>کس کی ضرورت ہے، زمانے میں کس کا رواج ہے، آج کے لوگ کیا چاہتے ہیں، پھر اس</w:t>
      </w:r>
    </w:p>
    <w:p>
      <w:r>
        <w:rPr>
          <w:b/>
        </w:rPr>
        <w:t xml:space="preserve">[38:28] </w:t>
      </w:r>
      <w:r>
        <w:t>ke mutabiq aap apna naqsha banaiye zindagi ka.</w:t>
      </w:r>
    </w:p>
    <w:p>
      <w:pPr>
        <w:jc w:val="right"/>
      </w:pPr>
      <w:r>
        <w:t>کے مطابق آپ اپنا نقشہ بنائیے زندگی کا۔</w:t>
      </w:r>
    </w:p>
    <w:p>
      <w:r>
        <w:rPr>
          <w:b/>
        </w:rPr>
        <w:t xml:space="preserve">[38:32] </w:t>
      </w:r>
      <w:r>
        <w:t>andhaa dhund nahi, andhaa dhund kaam karne se aadmi ko taraqqi nahi hoti.</w:t>
      </w:r>
    </w:p>
    <w:p>
      <w:pPr>
        <w:jc w:val="right"/>
      </w:pPr>
      <w:r>
        <w:t>اندھا دھند نہیں، اندھا دھند کام کرنے سے آدمی کو ترقی نہیں ہوتی۔</w:t>
      </w:r>
    </w:p>
    <w:p>
      <w:r>
        <w:rPr>
          <w:b/>
        </w:rPr>
        <w:t xml:space="preserve">[38:37] </w:t>
      </w:r>
      <w:r>
        <w:t>to jo log kisi ek cheez ko le kar ke baith jaate hain, mislan ek talib ilm tha,</w:t>
      </w:r>
    </w:p>
    <w:p>
      <w:pPr>
        <w:jc w:val="right"/>
      </w:pPr>
      <w:r>
        <w:t>تو جو لوگ کسی ایک چیز کو لے کر کے بیٹھ جاتے ہیں، مثلاً ایک طالب علم تھا،</w:t>
      </w:r>
    </w:p>
    <w:p>
      <w:r>
        <w:rPr>
          <w:b/>
        </w:rPr>
        <w:t xml:space="preserve">[38:45] </w:t>
      </w:r>
      <w:r>
        <w:t>wo ek saal imtehan mein fail ho gaya, ab wo itna hai, is se itna zyada is ko</w:t>
      </w:r>
    </w:p>
    <w:p>
      <w:pPr>
        <w:jc w:val="right"/>
      </w:pPr>
      <w:r>
        <w:t>وہ ایک سال امتحان میں فیل ہو گیا، اب وہ اتنا ہے، اس سے اتنا زیادہ اس کو</w:t>
      </w:r>
    </w:p>
    <w:p>
      <w:r>
        <w:rPr>
          <w:b/>
        </w:rPr>
        <w:t xml:space="preserve">[38:53] </w:t>
      </w:r>
      <w:r>
        <w:t>asar pada ke us ne socha ke main suicide kar loon, suicide kar loon.</w:t>
      </w:r>
    </w:p>
    <w:p>
      <w:pPr>
        <w:jc w:val="right"/>
      </w:pPr>
      <w:r>
        <w:t>اثر پڑا کہ اس نے سوچا کہ میں سوسائیڈ کر لوں، سوسائیڈ کر لوں۔</w:t>
      </w:r>
    </w:p>
    <w:p>
      <w:r>
        <w:rPr>
          <w:b/>
        </w:rPr>
        <w:t xml:space="preserve">[38:59] </w:t>
      </w:r>
      <w:r>
        <w:t>gaon ka larka tha, to ghar se nikla ke main falan kuen mein ja ke kood paroon ga,</w:t>
      </w:r>
    </w:p>
    <w:p>
      <w:pPr>
        <w:jc w:val="right"/>
      </w:pPr>
      <w:r>
        <w:t>گاؤں کا لڑکا تھا، تو گھر سے نکلا کہ میں فلاں کنویں میں جا کے کود پڑوں گا،</w:t>
      </w:r>
    </w:p>
    <w:p>
      <w:r>
        <w:rPr>
          <w:b/>
        </w:rPr>
        <w:t xml:space="preserve">[39:06] </w:t>
      </w:r>
      <w:r>
        <w:t>is kuen mein ja ke kood paroon ga.</w:t>
      </w:r>
    </w:p>
    <w:p>
      <w:pPr>
        <w:jc w:val="right"/>
      </w:pPr>
      <w:r>
        <w:t>اس کنویں میں جا کے کود پڑوں گا۔</w:t>
      </w:r>
    </w:p>
    <w:p>
      <w:r>
        <w:rPr>
          <w:b/>
        </w:rPr>
        <w:t xml:space="preserve">[39:10] </w:t>
      </w:r>
      <w:r>
        <w:t>to khamoshi se nikla ghar se, bataya bhi hai.</w:t>
      </w:r>
    </w:p>
    <w:p>
      <w:pPr>
        <w:jc w:val="right"/>
      </w:pPr>
      <w:r>
        <w:t>تو خاموشی سے نکلا گھر سے، بتایا بھی ہے۔</w:t>
      </w:r>
    </w:p>
    <w:p>
      <w:r>
        <w:rPr>
          <w:b/>
        </w:rPr>
        <w:t xml:space="preserve">[39:14] </w:t>
      </w:r>
      <w:r>
        <w:t>acha, jab wo kuen par pahancha to pehle zamanay mein, aaj kal to pata nahi shayad aisa na</w:t>
      </w:r>
    </w:p>
    <w:p>
      <w:pPr>
        <w:jc w:val="right"/>
      </w:pPr>
      <w:r>
        <w:t>اچھا، جب وہ کنویں پر پہنچا تو پہلے زمانے میں، آج کل تو پتہ نہیں شاید ایسا نہ</w:t>
      </w:r>
    </w:p>
    <w:p>
      <w:r>
        <w:rPr>
          <w:b/>
        </w:rPr>
        <w:t xml:space="preserve">[39:21] </w:t>
      </w:r>
      <w:r>
        <w:t>hota ho, pehle zamanay mein log kuen par pani bharte thay, pani bharte thay.</w:t>
      </w:r>
    </w:p>
    <w:p>
      <w:pPr>
        <w:jc w:val="right"/>
      </w:pPr>
      <w:r>
        <w:t>ہوتا ہو، پہلے زمانے میں لوگ کنویں پر پانی بھرتے تھے، پانی بھرتے تھے۔</w:t>
      </w:r>
    </w:p>
    <w:p>
      <w:r>
        <w:rPr>
          <w:b/>
        </w:rPr>
        <w:t xml:space="preserve">[39:27] </w:t>
      </w:r>
      <w:r>
        <w:t>to kuen ke charon taraf jo bana rehta tha, to pani bhar kar ke wahan par apna wo</w:t>
      </w:r>
    </w:p>
    <w:p>
      <w:pPr>
        <w:jc w:val="right"/>
      </w:pPr>
      <w:r>
        <w:t>تو کنویں کے چاروں طرف جو بنا رہتا تھا، تو پانی بھر کر کے وہاں پر اپنا وہ</w:t>
      </w:r>
    </w:p>
    <w:p>
      <w:r>
        <w:rPr>
          <w:b/>
        </w:rPr>
        <w:t xml:space="preserve">[39:35] </w:t>
      </w:r>
      <w:r>
        <w:t>rakhte thay, apna yani pani bhara hua bartan, yani us ko gagar kehte hain, gagar ya ghara.</w:t>
      </w:r>
    </w:p>
    <w:p>
      <w:pPr>
        <w:jc w:val="right"/>
      </w:pPr>
      <w:r>
        <w:t>رکھتے تھے، اپنا یعنی پانی بھرا ہوا برتن، یعنی اس کو گاگر کہتے ہیں، گاگر یا گھڑا۔</w:t>
      </w:r>
    </w:p>
    <w:p>
      <w:r>
        <w:rPr>
          <w:b/>
        </w:rPr>
        <w:t xml:space="preserve">[39:42] </w:t>
      </w:r>
      <w:r>
        <w:t>to us ne dekha ke wo pathar ka hota tha, wo charon taraf us ke kuen ke.</w:t>
      </w:r>
    </w:p>
    <w:p>
      <w:pPr>
        <w:jc w:val="right"/>
      </w:pPr>
      <w:r>
        <w:t>تو اس نے دیکھا کہ وہ پتھر کا ہوتا تھا، وہ چاروں طرف اس کے کنویں کے۔</w:t>
      </w:r>
    </w:p>
    <w:p>
      <w:r>
        <w:rPr>
          <w:b/>
        </w:rPr>
        <w:t xml:space="preserve">[39:50] </w:t>
      </w:r>
      <w:r>
        <w:t>to ek jagah jahan log gagar rakha karte thay, wahan par ghara pad gaya tha, ghuste ghuste ghuste,</w:t>
      </w:r>
    </w:p>
    <w:p>
      <w:pPr>
        <w:jc w:val="right"/>
      </w:pPr>
      <w:r>
        <w:t>تو ایک جگہ جہاں لوگ گاگر رکھا کرتے تھے، وہاں پر گھڑا پڑ گیا تھا، گھستے گھستے گھستے،</w:t>
      </w:r>
    </w:p>
    <w:p>
      <w:r>
        <w:rPr>
          <w:b/>
        </w:rPr>
        <w:t xml:space="preserve">[39:57] </w:t>
      </w:r>
      <w:r>
        <w:t>yani pathar mein ghara.</w:t>
      </w:r>
    </w:p>
    <w:p>
      <w:pPr>
        <w:jc w:val="right"/>
      </w:pPr>
      <w:r>
        <w:t>یعنی پتھر میں گھڑا۔</w:t>
      </w:r>
    </w:p>
    <w:p>
      <w:r>
        <w:rPr>
          <w:b/>
        </w:rPr>
        <w:t xml:space="preserve">[39:59] </w:t>
      </w:r>
      <w:r>
        <w:t>to us ko ek shair yaad aaya: "jo pathar par pani paray mutasil to ghus jaye be shubah</w:t>
      </w:r>
    </w:p>
    <w:p>
      <w:pPr>
        <w:jc w:val="right"/>
      </w:pPr>
      <w:r>
        <w:t>تو اس کو ایک شعر یاد آیا: "جو پتھر پر پانی پڑے متصل تو گھس جائے بے شبہ</w:t>
      </w:r>
    </w:p>
    <w:p>
      <w:r>
        <w:rPr>
          <w:b/>
        </w:rPr>
        <w:t xml:space="preserve">[40:07] </w:t>
      </w:r>
      <w:r>
        <w:t>pathar ke sil." ab is ka dimagh jo hai hil gaya, us ne kaha ke pathar ghus sakta</w:t>
      </w:r>
    </w:p>
    <w:p>
      <w:pPr>
        <w:jc w:val="right"/>
      </w:pPr>
      <w:r>
        <w:t>پتھر کے سل۔" اب اس کا دماغ جو ہے ہل گیا، اس نے کہا کہ پتھر گھس سکتا</w:t>
      </w:r>
    </w:p>
    <w:p>
      <w:r>
        <w:rPr>
          <w:b/>
        </w:rPr>
        <w:t xml:space="preserve">[40:15] </w:t>
      </w:r>
      <w:r>
        <w:t>hai to mera bhi muqaddar kyun nahi badal sakta? ab wo loot aaya, us ne kaha ke main</w:t>
      </w:r>
    </w:p>
    <w:p>
      <w:pPr>
        <w:jc w:val="right"/>
      </w:pPr>
      <w:r>
        <w:t>ہے تو میرا بھی مقدر کیوں نہیں بدل سکتا؟ اب وہ لوٹ آیا، اس نے کہا کہ میں</w:t>
      </w:r>
    </w:p>
    <w:p>
      <w:r>
        <w:rPr>
          <w:b/>
        </w:rPr>
        <w:t xml:space="preserve">[40:22] </w:t>
      </w:r>
      <w:r>
        <w:t>phir se parhoon ga, main kyun jaan doon, main kyun jaan doon? to dobara us ne tayyari ki,</w:t>
      </w:r>
    </w:p>
    <w:p>
      <w:pPr>
        <w:jc w:val="right"/>
      </w:pPr>
      <w:r>
        <w:t>پھر سے پڑھوں گا، میں کیوں جان دوں، میں کیوں جان دوں؟ تو دوبارہ اس نے تیاری کی،</w:t>
      </w:r>
    </w:p>
    <w:p>
      <w:r>
        <w:rPr>
          <w:b/>
        </w:rPr>
        <w:t xml:space="preserve">[40:30] </w:t>
      </w:r>
      <w:r>
        <w:t>phir wo exam mein baitha to first aaya.</w:t>
      </w:r>
    </w:p>
    <w:p>
      <w:pPr>
        <w:jc w:val="right"/>
      </w:pPr>
      <w:r>
        <w:t>پھر وہ ایگزام میں بیٹھا تو فرسٹ آیا۔</w:t>
      </w:r>
    </w:p>
    <w:p>
      <w:r>
        <w:rPr>
          <w:b/>
        </w:rPr>
        <w:t xml:space="preserve">[40:33] </w:t>
      </w:r>
      <w:r>
        <w:t>wo wo aadmi jo pichle saal fail ho gaya tha, agle saal wo first aaya.</w:t>
      </w:r>
    </w:p>
    <w:p>
      <w:pPr>
        <w:jc w:val="right"/>
      </w:pPr>
      <w:r>
        <w:t>وہ وہ آدمی جو پچھلے سال فیل ہو گیا تھا، اگلے سال وہ فرسٹ آیا۔</w:t>
      </w:r>
    </w:p>
    <w:p>
      <w:r>
        <w:rPr>
          <w:b/>
        </w:rPr>
        <w:t xml:space="preserve">[40:40] </w:t>
      </w:r>
      <w:r>
        <w:t>to ye hai zindagi, is ka naam hai zindagi.</w:t>
      </w:r>
    </w:p>
    <w:p>
      <w:pPr>
        <w:jc w:val="right"/>
      </w:pPr>
      <w:r>
        <w:t>تو یہ ہے زندگی، اس کا نام ہے زندگی۔</w:t>
      </w:r>
    </w:p>
    <w:p>
      <w:r>
        <w:rPr>
          <w:b/>
        </w:rPr>
        <w:t xml:space="preserve">[40:44] </w:t>
      </w:r>
      <w:r>
        <w:t>دیکھیں، زندگی میں ہمیشہ آدمی کو alert رہنا پڑتا ہے، alert ہمیشہ سوچنا پڑتا ہے، ہمیشہ planning، ری</w:t>
      </w:r>
    </w:p>
    <w:p>
      <w:pPr>
        <w:jc w:val="right"/>
      </w:pPr>
      <w:r>
        <w:t>دیکھیں، زندگی میں ہمیشہ آدمی کو الرٹ رہنا پڑتا ہے، الرٹ ہمیشہ سوچنا پڑتا ہے، ہمیشہ پلاننگ، ری</w:t>
      </w:r>
    </w:p>
    <w:p>
      <w:r>
        <w:rPr>
          <w:b/>
        </w:rPr>
        <w:t xml:space="preserve">[40:51] </w:t>
      </w:r>
      <w:r>
        <w:t>planning ki zaroorat parti hai.</w:t>
      </w:r>
    </w:p>
    <w:p>
      <w:pPr>
        <w:jc w:val="right"/>
      </w:pPr>
      <w:r>
        <w:t>پلاننگ کی ضرورت پڑتی ہے۔</w:t>
      </w:r>
    </w:p>
    <w:p>
      <w:r>
        <w:rPr>
          <w:b/>
        </w:rPr>
        <w:t xml:space="preserve">[40:54] </w:t>
      </w:r>
      <w:r>
        <w:t>اور ایک بہت ضروری چیز ہے جو کہتے ہیں reassessment.</w:t>
      </w:r>
    </w:p>
    <w:p>
      <w:pPr>
        <w:jc w:val="right"/>
      </w:pPr>
      <w:r>
        <w:t>اور ایک بہت ضروری چیز ہے جو کہتے ہیں ری اسیسمنٹ۔</w:t>
      </w:r>
    </w:p>
    <w:p>
      <w:r>
        <w:rPr>
          <w:b/>
        </w:rPr>
        <w:t xml:space="preserve">[40:58] </w:t>
      </w:r>
      <w:r>
        <w:t>re assessment bohat hi zaroori hai har insan ke liye, har insan ke liye.</w:t>
      </w:r>
    </w:p>
    <w:p>
      <w:pPr>
        <w:jc w:val="right"/>
      </w:pPr>
      <w:r>
        <w:t>ری اسیسمنٹ بہت ہی ضروری ہے ہر انسان کے لیے، ہر انسان کے لیے۔</w:t>
      </w:r>
    </w:p>
    <w:p>
      <w:r>
        <w:rPr>
          <w:b/>
        </w:rPr>
        <w:t xml:space="preserve">[41:04] </w:t>
      </w:r>
      <w:r>
        <w:t>ek baar hum ne socha, ek baar hum ne planning ki to wohi kaafi nahi hai, wohi</w:t>
      </w:r>
    </w:p>
    <w:p>
      <w:pPr>
        <w:jc w:val="right"/>
      </w:pPr>
      <w:r>
        <w:t>ایک بار ہم نے سوچا، ایک بار ہم نے پلاننگ کی تو وہ وہی کافی نہیں ہے، وہی</w:t>
      </w:r>
    </w:p>
    <w:p>
      <w:r>
        <w:rPr>
          <w:b/>
        </w:rPr>
        <w:t xml:space="preserve">[41:12] </w:t>
      </w:r>
      <w:r>
        <w:t>kaafi nahi hai.</w:t>
      </w:r>
    </w:p>
    <w:p>
      <w:pPr>
        <w:jc w:val="right"/>
      </w:pPr>
      <w:r>
        <w:t>کافی نہیں ہے۔</w:t>
      </w:r>
    </w:p>
    <w:p>
      <w:r>
        <w:rPr>
          <w:b/>
        </w:rPr>
        <w:t xml:space="preserve">[41:13] </w:t>
      </w:r>
      <w:r>
        <w:t>ہمیں reassess کرنا چاہیے، revise کرنا چاہیے، چاہے individual کا کیس ہو، چاہے nation کا کیس ہو،</w:t>
      </w:r>
    </w:p>
    <w:p>
      <w:pPr>
        <w:jc w:val="right"/>
      </w:pPr>
      <w:r>
        <w:t>ہمیں ری اسیس کرنا چاہیے، ریوائز کرنا چاہیے، چاہے انڈیویجول کا کیس ہو، چاہے نیشن کا کیس ہو،</w:t>
      </w:r>
    </w:p>
    <w:p>
      <w:r>
        <w:rPr>
          <w:b/>
        </w:rPr>
        <w:t xml:space="preserve">[41:21] </w:t>
      </w:r>
      <w:r>
        <w:t>سب کا کیس، سب کو revise کرنا پڑتا ہے، reassess کرنا پڑتا ہے۔</w:t>
      </w:r>
    </w:p>
    <w:p>
      <w:pPr>
        <w:jc w:val="right"/>
      </w:pPr>
      <w:r>
        <w:t>سب کا کیس، سب کو ریوائز کرنا پڑتا ہے، ری اسیس کرنا پڑتا ہے۔</w:t>
      </w:r>
    </w:p>
    <w:p>
      <w:r>
        <w:rPr>
          <w:b/>
        </w:rPr>
        <w:t xml:space="preserve">[41:27] </w:t>
      </w:r>
      <w:r>
        <w:t>kyunke dekhiye, situation badalti rehti hai, haalat badalte rehte hain, haalat mein dekhiye, kabhi thahraao nahi hota hai.</w:t>
      </w:r>
    </w:p>
    <w:p>
      <w:pPr>
        <w:jc w:val="right"/>
      </w:pPr>
      <w:r>
        <w:t>کیونکہ دیکھیے، سچویشن بدلتی رہتی ہے، حالات بدلتے رہتے ہیں، حالات میں دیکھیں، کبھی ٹھہراؤ نہیں ہوتا ہے۔</w:t>
      </w:r>
    </w:p>
    <w:p>
      <w:r>
        <w:rPr>
          <w:b/>
        </w:rPr>
        <w:t xml:space="preserve">[41:35] </w:t>
      </w:r>
      <w:r>
        <w:t>kisi ne kaha hai ke sukoon muhal hai qudrat ke karkhane mein, sukoon muhal hai qudrat ke karkhane</w:t>
      </w:r>
    </w:p>
    <w:p>
      <w:pPr>
        <w:jc w:val="right"/>
      </w:pPr>
      <w:r>
        <w:t>کسی نے کہا ہے کہ سکون محال ہے قدرت کے کارخانے میں، سکون محال ہے قدرت کے کارخانے</w:t>
      </w:r>
    </w:p>
    <w:p>
      <w:r>
        <w:rPr>
          <w:b/>
        </w:rPr>
        <w:t xml:space="preserve">[41:43] </w:t>
      </w:r>
      <w:r>
        <w:t>mein.</w:t>
      </w:r>
    </w:p>
    <w:p>
      <w:pPr>
        <w:jc w:val="right"/>
      </w:pPr>
      <w:r>
        <w:t>میں۔</w:t>
      </w:r>
    </w:p>
    <w:p>
      <w:r>
        <w:rPr>
          <w:b/>
        </w:rPr>
        <w:t xml:space="preserve">[41:44] </w:t>
      </w:r>
      <w:r>
        <w:t>subaat ek taghayyur ko hai zamanay mein, subaat ek taghayyur ko hai zamanay mein.</w:t>
      </w:r>
    </w:p>
    <w:p>
      <w:pPr>
        <w:jc w:val="right"/>
      </w:pPr>
      <w:r>
        <w:t>ثبات ایک تغیر کو ہے زمانے میں، ثبات ایک تغیر کو ہے زمانے میں۔</w:t>
      </w:r>
    </w:p>
    <w:p>
      <w:r>
        <w:rPr>
          <w:b/>
        </w:rPr>
        <w:t xml:space="preserve">[41:50] </w:t>
      </w:r>
      <w:r>
        <w:t>to hamesha situation badalti rehti hai, to aap ko re-assess to karna hi padega, hamesha re-</w:t>
      </w:r>
    </w:p>
    <w:p>
      <w:pPr>
        <w:jc w:val="right"/>
      </w:pPr>
      <w:r>
        <w:t>تو ہمیشہ سچویشن بدلتی رہتی ہے، تو آپ کو ری اسیس تو کرنا ہی پڑے گا، ہمیشہ ری</w:t>
      </w:r>
    </w:p>
    <w:p>
      <w:r>
        <w:rPr>
          <w:b/>
        </w:rPr>
        <w:t xml:space="preserve">[41:58] </w:t>
      </w:r>
      <w:r>
        <w:t>assess کرنا پڑے گا، ہر ایک کو کرنا پڑتا ہے اس دنیا میں reassessment، چاہے کوئی individual</w:t>
      </w:r>
    </w:p>
    <w:p>
      <w:pPr>
        <w:jc w:val="right"/>
      </w:pPr>
      <w:r>
        <w:t>اسیس کرنا پڑے گا، ہر ایک کو کرنا پڑتا ہے اس دنیا میں ری اسیسمنٹ، چاہے کوئی انڈیویجول</w:t>
      </w:r>
    </w:p>
    <w:p>
      <w:r>
        <w:rPr>
          <w:b/>
        </w:rPr>
        <w:t xml:space="preserve">[42:06] </w:t>
      </w:r>
      <w:r>
        <w:t>ho, chahe koi government ho, chahe koi company ho, chahe koi institution ho, har jagah.</w:t>
      </w:r>
    </w:p>
    <w:p>
      <w:pPr>
        <w:jc w:val="right"/>
      </w:pPr>
      <w:r>
        <w:t>ہو، چاہے کوئی گورنمنٹ ہو، چاہے کوئی کمپنی ہو، چاہے کوئی انسٹیٹیوشنز ہو، ہر جگہ۔</w:t>
      </w:r>
    </w:p>
    <w:p>
      <w:r>
        <w:rPr>
          <w:b/>
        </w:rPr>
        <w:t xml:space="preserve">[42:12] </w:t>
      </w:r>
      <w:r>
        <w:t>to jo aadmi aisa kare ke woh baar baar re-assess kare, revise kare, phir se soche, phir</w:t>
      </w:r>
    </w:p>
    <w:p>
      <w:pPr>
        <w:jc w:val="right"/>
      </w:pPr>
      <w:r>
        <w:t>تو جو آدمی ایسا کرے کہ وہ بار بار ری اسیس کرے، ریوائز کرے، پھر سے سوچے، پھر</w:t>
      </w:r>
    </w:p>
    <w:p>
      <w:r>
        <w:rPr>
          <w:b/>
        </w:rPr>
        <w:t xml:space="preserve">[42:20] </w:t>
      </w:r>
      <w:r>
        <w:t>se planning kare, to us ko zaroor is duniya mein kamyabi milti hai.</w:t>
      </w:r>
    </w:p>
    <w:p>
      <w:pPr>
        <w:jc w:val="right"/>
      </w:pPr>
      <w:r>
        <w:t>سے پلاننگ کرے، تو اس کو ضرور اس دنیا میں کامیابی ملتی ہے۔</w:t>
      </w:r>
    </w:p>
    <w:p>
      <w:r>
        <w:rPr>
          <w:b/>
        </w:rPr>
        <w:t xml:space="preserve">[42:25] </w:t>
      </w:r>
      <w:r>
        <w:t>دیکھیں، میں یہ بات کہوں گا کہ جو آدمی بھی اس دنیا میں پیدا ہوا ہے تو success</w:t>
      </w:r>
    </w:p>
    <w:p>
      <w:pPr>
        <w:jc w:val="right"/>
      </w:pPr>
      <w:r>
        <w:t>دیکھیں، میں یہ بات کہوں گا کہ جو آدمی بھی اس دنیا میں پیدا ہوا ہے تو سکسیس</w:t>
      </w:r>
    </w:p>
    <w:p>
      <w:r>
        <w:rPr>
          <w:b/>
        </w:rPr>
        <w:t xml:space="preserve">[42:33] </w:t>
      </w:r>
      <w:r>
        <w:t>as his right, success is uska haq hai, usko yeh right hai ke is duniya mein success</w:t>
      </w:r>
    </w:p>
    <w:p>
      <w:pPr>
        <w:jc w:val="right"/>
      </w:pPr>
      <w:r>
        <w:t>از ہز رائٹ، سکسیس اس کا حق ہے، اس کو یہ رائٹ ہے کہ اس دنیا میں سکسیس</w:t>
      </w:r>
    </w:p>
    <w:p>
      <w:r>
        <w:rPr>
          <w:b/>
        </w:rPr>
        <w:t xml:space="preserve">[42:41] </w:t>
      </w:r>
      <w:r>
        <w:t>full bane, jis ko Khuda ne banaya hai, haath diya, paon diya, mind diya, aankh diya, kaan diya,</w:t>
      </w:r>
    </w:p>
    <w:p>
      <w:pPr>
        <w:jc w:val="right"/>
      </w:pPr>
      <w:r>
        <w:t>فل بنے، جس کو خدا نے بنایا ہے، ہاتھ دیا، پاؤں دیا، مائنڈ دیا، آنکھ دیا، کان دیا،</w:t>
      </w:r>
    </w:p>
    <w:p>
      <w:r>
        <w:rPr>
          <w:b/>
        </w:rPr>
        <w:t xml:space="preserve">[42:48] </w:t>
      </w:r>
      <w:r>
        <w:t>sochne ki taqat di, energy diya, aur yeh saara duniya mein sab samaan diya, us ko khane peene</w:t>
      </w:r>
    </w:p>
    <w:p>
      <w:pPr>
        <w:jc w:val="right"/>
      </w:pPr>
      <w:r>
        <w:t>سوچنے کی طاقت دی، انرجی دیا، اور یہ سارا دنیا میں سب سامان دیا، اس کو کھانے پینے</w:t>
      </w:r>
    </w:p>
    <w:p>
      <w:r>
        <w:rPr>
          <w:b/>
        </w:rPr>
        <w:t xml:space="preserve">[42:56] </w:t>
      </w:r>
      <w:r>
        <w:t>ka aur har cheez ka.</w:t>
      </w:r>
    </w:p>
    <w:p>
      <w:pPr>
        <w:jc w:val="right"/>
      </w:pPr>
      <w:r>
        <w:t>کا اور ہر چیز کا۔</w:t>
      </w:r>
    </w:p>
    <w:p>
      <w:r>
        <w:rPr>
          <w:b/>
        </w:rPr>
        <w:t xml:space="preserve">[42:58] </w:t>
      </w:r>
      <w:r>
        <w:t>to isi ko mein keh raha hoon ke jo aadmi is duniya mein paida hua hai to woh</w:t>
      </w:r>
    </w:p>
    <w:p>
      <w:pPr>
        <w:jc w:val="right"/>
      </w:pPr>
      <w:r>
        <w:t>تو اسی کو میں کہہ رہا ہوں کہ جو آدمی اس دنیا میں پیدا ہوا ہے تو وہ</w:t>
      </w:r>
    </w:p>
    <w:p>
      <w:r>
        <w:rPr>
          <w:b/>
        </w:rPr>
        <w:t xml:space="preserve">[43:06] </w:t>
      </w:r>
      <w:r>
        <w:t>yeh haq rakhta hai ke duniya mein woh kaam kare aur duniya us ko acha response de, aur</w:t>
      </w:r>
    </w:p>
    <w:p>
      <w:pPr>
        <w:jc w:val="right"/>
      </w:pPr>
      <w:r>
        <w:t>یہ حق رکھتا ہے کہ دنیا میں وہ کام کرے اور دنیا اس کو اچھا رسپانس دے، اور</w:t>
      </w:r>
    </w:p>
    <w:p>
      <w:r>
        <w:rPr>
          <w:b/>
        </w:rPr>
        <w:t xml:space="preserve">[43:14] </w:t>
      </w:r>
      <w:r>
        <w:t>وہ دنیا میں success حاصل کرے، یہ right ہے اس کا۔</w:t>
      </w:r>
    </w:p>
    <w:p>
      <w:pPr>
        <w:jc w:val="right"/>
      </w:pPr>
      <w:r>
        <w:t>وہ دنیا میں سکسیس حاصل کرے، یہ رائٹ ہے اس کا۔</w:t>
      </w:r>
    </w:p>
    <w:p>
      <w:r>
        <w:rPr>
          <w:b/>
        </w:rPr>
        <w:t xml:space="preserve">[43:18] </w:t>
      </w:r>
      <w:r>
        <w:t>lekin dekhiye, yahan muamla fifty fifty ka hai, fifty fifty ka hai.</w:t>
      </w:r>
    </w:p>
    <w:p>
      <w:pPr>
        <w:jc w:val="right"/>
      </w:pPr>
      <w:r>
        <w:t>لیکن دیکھیے، یہاں معاملہ ففٹی ففٹی کا ہے، ففٹی ففٹی کا ہے۔</w:t>
      </w:r>
    </w:p>
    <w:p>
      <w:r>
        <w:rPr>
          <w:b/>
        </w:rPr>
        <w:t xml:space="preserve">[43:24] </w:t>
      </w:r>
      <w:r>
        <w:t>dekhein, duniya mein koi bhi kaam jo hai is tarah hota hai ke aadha hissa aap ka hota</w:t>
      </w:r>
    </w:p>
    <w:p>
      <w:pPr>
        <w:jc w:val="right"/>
      </w:pPr>
      <w:r>
        <w:t>دیکھیں، دنیا میں کوئی بھی کام جو ہے اس طرح ہوتا ہے کہ آدھا حصہ آپ کا ہوتا</w:t>
      </w:r>
    </w:p>
    <w:p>
      <w:r>
        <w:rPr>
          <w:b/>
        </w:rPr>
        <w:t xml:space="preserve">[43:31] </w:t>
      </w:r>
      <w:r>
        <w:t>hai, aadha hissa external world ka hota hai.</w:t>
      </w:r>
    </w:p>
    <w:p>
      <w:pPr>
        <w:jc w:val="right"/>
      </w:pPr>
      <w:r>
        <w:t>ہے، آدھا حصہ ایکسٹرنل ورلڈ کا ہوتا ہے۔</w:t>
      </w:r>
    </w:p>
    <w:p>
      <w:r>
        <w:rPr>
          <w:b/>
        </w:rPr>
        <w:t xml:space="preserve">[43:35] </w:t>
      </w:r>
      <w:r>
        <w:t>hum se bahar jo duniya hai, chahe woh suraj ki roshni aur hawa ka oxygen ho, pani ho,</w:t>
      </w:r>
    </w:p>
    <w:p>
      <w:pPr>
        <w:jc w:val="right"/>
      </w:pPr>
      <w:r>
        <w:t>ہم سے باہر جو دنیا ہے، چاہے وہ سورج کی روشنی اور ہوا کا اکسیجن ہو، پانی ہو،</w:t>
      </w:r>
    </w:p>
    <w:p>
      <w:r>
        <w:rPr>
          <w:b/>
        </w:rPr>
        <w:t xml:space="preserve">[43:42] </w:t>
      </w:r>
      <w:r>
        <w:t>khana ho, ya jo bhi cheezein hon, aur doosra meri soch, meri samajh, to ek hissa mera hota</w:t>
      </w:r>
    </w:p>
    <w:p>
      <w:pPr>
        <w:jc w:val="right"/>
      </w:pPr>
      <w:r>
        <w:t>کھانا ہو، یا جو بھی چیزیں ہوں، اور دوسرا میری سوچ، میری سمجھ، تو ایک حصہ میرا ہوتا</w:t>
      </w:r>
    </w:p>
    <w:p>
      <w:r>
        <w:rPr>
          <w:b/>
        </w:rPr>
        <w:t xml:space="preserve">[43:50] </w:t>
      </w:r>
      <w:r>
        <w:t>hai, ek hissa external world ka hota hai, yeh fifty fifty percent ka muamla hai.</w:t>
      </w:r>
    </w:p>
    <w:p>
      <w:pPr>
        <w:jc w:val="right"/>
      </w:pPr>
      <w:r>
        <w:t>ہے، ایک حصہ ایکسٹرنل ورلڈ کا ہوتا ہے، یہ ففٹی ففٹی پرسنٹ کا معاملہ ہے۔</w:t>
      </w:r>
    </w:p>
    <w:p>
      <w:r>
        <w:rPr>
          <w:b/>
        </w:rPr>
        <w:t xml:space="preserve">[43:57] </w:t>
      </w:r>
      <w:r>
        <w:t>to aap ko jab yeh power nahi hai ke akele hi sab kuch kar daalein, sab kuch kar</w:t>
      </w:r>
    </w:p>
    <w:p>
      <w:pPr>
        <w:jc w:val="right"/>
      </w:pPr>
      <w:r>
        <w:t>تو آپ کو جب یہ پاور نہیں ہے کہ اکیلے ہی سب کچھ کر ڈالیں، سب کچھ کر</w:t>
      </w:r>
    </w:p>
    <w:p>
      <w:r>
        <w:rPr>
          <w:b/>
        </w:rPr>
        <w:t xml:space="preserve">[44:04] </w:t>
      </w:r>
      <w:r>
        <w:t>ke bhi aap fifty percent hi kar paayenge, baqi jo fifty percent hai woh to bahar se</w:t>
      </w:r>
    </w:p>
    <w:p>
      <w:pPr>
        <w:jc w:val="right"/>
      </w:pPr>
      <w:r>
        <w:t>کے بھی آپ ففٹی پرسنٹ ہی کر پائیں گے، بقیہ جو ففٹی پرسنٹ ہے وہ تو باہر سے</w:t>
      </w:r>
    </w:p>
    <w:p>
      <w:r>
        <w:rPr>
          <w:b/>
        </w:rPr>
        <w:t xml:space="preserve">[44:12] </w:t>
      </w:r>
      <w:r>
        <w:t>milne wala hai aap ko.</w:t>
      </w:r>
    </w:p>
    <w:p>
      <w:pPr>
        <w:jc w:val="right"/>
      </w:pPr>
      <w:r>
        <w:t>ملنے والا ہے آپ کو۔</w:t>
      </w:r>
    </w:p>
    <w:p>
      <w:r>
        <w:rPr>
          <w:b/>
        </w:rPr>
        <w:t xml:space="preserve">[44:14] </w:t>
      </w:r>
      <w:r>
        <w:t>jaise misaal ke taur par aap kuch bhi karein, kuch bhi karein, lekin kya oxygen ki supply ka</w:t>
      </w:r>
    </w:p>
    <w:p>
      <w:pPr>
        <w:jc w:val="right"/>
      </w:pPr>
      <w:r>
        <w:t>جیسے مثال کے طور پر آپ کچھ بھی کریں، کچھ بھی کریں، لیکن کیا اکسیجن کی سپلائی کا</w:t>
      </w:r>
    </w:p>
    <w:p>
      <w:r>
        <w:rPr>
          <w:b/>
        </w:rPr>
        <w:t xml:space="preserve">[44:22] </w:t>
      </w:r>
      <w:r>
        <w:t>jo nizam hai dunya mein, is ko bhi aap bana dalenge? aisa aap kar sakte hain, woh</w:t>
      </w:r>
    </w:p>
    <w:p>
      <w:pPr>
        <w:jc w:val="right"/>
      </w:pPr>
      <w:r>
        <w:t>جو نظام ہے دنیا میں، اس کو بھی آپ بنا ڈالیں گے؟ ایسا آپ کر سکتے ہیں، وہ</w:t>
      </w:r>
    </w:p>
    <w:p>
      <w:r>
        <w:rPr>
          <w:b/>
        </w:rPr>
        <w:t xml:space="preserve">[44:30] </w:t>
      </w:r>
      <w:r>
        <w:t>to bahar bahar se lena hai oxygen aap ko, suraj ki light ko aap bahar se lena hai</w:t>
      </w:r>
    </w:p>
    <w:p>
      <w:pPr>
        <w:jc w:val="right"/>
      </w:pPr>
      <w:r>
        <w:t>تو باہر باہر سے لینا ہے اکسیجن آپ کو، سورج کی لائٹ کو آپ باہر سے لینا ہے</w:t>
      </w:r>
    </w:p>
    <w:p>
      <w:r>
        <w:rPr>
          <w:b/>
        </w:rPr>
        <w:t xml:space="preserve">[44:37] </w:t>
      </w:r>
      <w:r>
        <w:t>aap ko, pani ko aap bahar se lena hai aap ko.</w:t>
      </w:r>
    </w:p>
    <w:p>
      <w:pPr>
        <w:jc w:val="right"/>
      </w:pPr>
      <w:r>
        <w:t>آپ کو، پانی کو آپ باہر سے لینا ہے آپ کو۔</w:t>
      </w:r>
    </w:p>
    <w:p>
      <w:r>
        <w:rPr>
          <w:b/>
        </w:rPr>
        <w:t xml:space="preserve">[44:42] </w:t>
      </w:r>
      <w:r>
        <w:t>to dekhiye, is dunya mein kamyabi jo hai do cheezon ke milne se hasil hoti hai: aap ka</w:t>
      </w:r>
    </w:p>
    <w:p>
      <w:pPr>
        <w:jc w:val="right"/>
      </w:pPr>
      <w:r>
        <w:t>تو دیکھیے، اس دنیا میں کامیابی جو ہے دو چیزوں کے ملنے سے حاصل ہوتی ہے: آپ کا</w:t>
      </w:r>
    </w:p>
    <w:p>
      <w:r>
        <w:rPr>
          <w:b/>
        </w:rPr>
        <w:t xml:space="preserve">[44:50] </w:t>
      </w:r>
      <w:r>
        <w:t>talent aur bahar ka cooperation, aap ki planning aur bahar ka cooperation.</w:t>
      </w:r>
    </w:p>
    <w:p>
      <w:pPr>
        <w:jc w:val="right"/>
      </w:pPr>
      <w:r>
        <w:t>ٹیلنٹ اور باہر کا کوآپریشن، آپ کی پلاننگ اور باہر کا کوآپریشن۔</w:t>
      </w:r>
    </w:p>
    <w:p>
      <w:r>
        <w:rPr>
          <w:b/>
        </w:rPr>
        <w:t xml:space="preserve">[44:55] </w:t>
      </w:r>
      <w:r>
        <w:t>to is wajah se sochna bohat zyada parta hai, yani planning jo honi chahiye, jo planning aap ki</w:t>
      </w:r>
    </w:p>
    <w:p>
      <w:pPr>
        <w:jc w:val="right"/>
      </w:pPr>
      <w:r>
        <w:t>تو اس وجہ سے سوچنا بہت زیادہ پڑتا ہے، یعنی پلاننگ جو ہونی چاہیے، جو پلاننگ آپ کی</w:t>
      </w:r>
    </w:p>
    <w:p>
      <w:r>
        <w:rPr>
          <w:b/>
        </w:rPr>
        <w:t xml:space="preserve">[45:03] </w:t>
      </w:r>
      <w:r>
        <w:t>ہو، وہ just according to the situation ہونی چاہیے۔</w:t>
      </w:r>
    </w:p>
    <w:p>
      <w:pPr>
        <w:jc w:val="right"/>
      </w:pPr>
      <w:r>
        <w:t>ہو، وہ جسٹ اکارڈنگ ٹو دا سچویشن ہونی چاہیے۔</w:t>
      </w:r>
    </w:p>
    <w:p>
      <w:r>
        <w:rPr>
          <w:b/>
        </w:rPr>
        <w:t xml:space="preserve">[45:06] </w:t>
      </w:r>
      <w:r>
        <w:t>آپ کی جو پلاننگ ہے، وہ just according to، just according to the situation ہونا چاہیے، ورنہ آپ</w:t>
      </w:r>
    </w:p>
    <w:p>
      <w:pPr>
        <w:jc w:val="right"/>
      </w:pPr>
      <w:r>
        <w:t>آپ کی جو پلاننگ ہے، وہ جسٹ اکارڈنگ ٹو، جسٹ اکارڈنگ ٹو دا سچویشن ہونا چاہیے، ورنہ آپ</w:t>
      </w:r>
    </w:p>
    <w:p>
      <w:r>
        <w:rPr>
          <w:b/>
        </w:rPr>
        <w:t xml:space="preserve">[45:14] </w:t>
      </w:r>
      <w:r>
        <w:t>fail ho jayenge.</w:t>
      </w:r>
    </w:p>
    <w:p>
      <w:pPr>
        <w:jc w:val="right"/>
      </w:pPr>
      <w:r>
        <w:t>فیل ہو جائیں گے۔</w:t>
      </w:r>
    </w:p>
    <w:p>
      <w:r>
        <w:rPr>
          <w:b/>
        </w:rPr>
        <w:t xml:space="preserve">[45:16] </w:t>
      </w:r>
      <w:r>
        <w:t>aap zara bhi agar aap ne situation ko ignore kiya to aap kabhi kamyab nahi ho sakte, aap</w:t>
      </w:r>
    </w:p>
    <w:p>
      <w:pPr>
        <w:jc w:val="right"/>
      </w:pPr>
      <w:r>
        <w:t>آپ ذرا بھی اگر آپ نے سچویشن کو اگنور کیا تو آپ کبھی کامیاب نہیں ہو سکتے، آپ</w:t>
      </w:r>
    </w:p>
    <w:p>
      <w:r>
        <w:rPr>
          <w:b/>
        </w:rPr>
        <w:t xml:space="preserve">[45:24] </w:t>
      </w:r>
      <w:r>
        <w:t>superpower hon tab bhi nahi kamyab ho sakte.</w:t>
      </w:r>
    </w:p>
    <w:p>
      <w:pPr>
        <w:jc w:val="right"/>
      </w:pPr>
      <w:r>
        <w:t>سپر پاور ہوں تب بھی نہیں کامیاب ہو سکتے۔</w:t>
      </w:r>
    </w:p>
    <w:p>
      <w:r>
        <w:rPr>
          <w:b/>
        </w:rPr>
        <w:t xml:space="preserve">[45:27] </w:t>
      </w:r>
      <w:r>
        <w:t>تو آپ کی پلاننگ جو ہے، یاد رکھیے، just according to the situation ہونی چاہیے، ورنہ آپ سپر</w:t>
      </w:r>
    </w:p>
    <w:p>
      <w:pPr>
        <w:jc w:val="right"/>
      </w:pPr>
      <w:r>
        <w:t>تو آپ کی پلاننگ جو ہے، یاد رکھیے، جسٹ اکارڈنگ ٹو دا سچویشن ہونی چاہیے، ورنہ آپ سپر</w:t>
      </w:r>
    </w:p>
    <w:p>
      <w:r>
        <w:rPr>
          <w:b/>
        </w:rPr>
        <w:t xml:space="preserve">[45:35] </w:t>
      </w:r>
      <w:r>
        <w:t>power hon tab bhi aap fail ho jayenge.</w:t>
      </w:r>
    </w:p>
    <w:p>
      <w:pPr>
        <w:jc w:val="right"/>
      </w:pPr>
      <w:r>
        <w:t>پاور ہوں تب بھی آپ فیل ہو جائیں گے۔</w:t>
      </w:r>
    </w:p>
    <w:p>
      <w:r>
        <w:rPr>
          <w:b/>
        </w:rPr>
        <w:t xml:space="preserve">[45:39] </w:t>
      </w:r>
      <w:r>
        <w:t>to chahe koi individual ho, chahe koi nation ho, chahe koi superpower ho, har ek ke paas</w:t>
      </w:r>
    </w:p>
    <w:p>
      <w:pPr>
        <w:jc w:val="right"/>
      </w:pPr>
      <w:r>
        <w:t>تو چاہے کوئی انڈیویجول ہو، چاہے کوئی نیشن ہو، چاہے کوئی سپر پاور ہو، ہر ایک کے پاس</w:t>
      </w:r>
    </w:p>
    <w:p>
      <w:r>
        <w:rPr>
          <w:b/>
        </w:rPr>
        <w:t xml:space="preserve">[45:47] </w:t>
      </w:r>
      <w:r>
        <w:t>ab khud karne ke liye jo hai, woh fifty percent hi hai, baqi farz, baqi jo fifty percent</w:t>
      </w:r>
    </w:p>
    <w:p>
      <w:pPr>
        <w:jc w:val="right"/>
      </w:pPr>
      <w:r>
        <w:t>اب خود کرنے کے لیے جو ہے، وہ ففٹی پرسنٹ ہی ہے، باقی فرض، باقی جو ففٹی پرسنٹ</w:t>
      </w:r>
    </w:p>
    <w:p>
      <w:r>
        <w:rPr>
          <w:b/>
        </w:rPr>
        <w:t xml:space="preserve">[45:54] </w:t>
      </w:r>
      <w:r>
        <w:t>hai, woh depend karta hai external situation par.</w:t>
      </w:r>
    </w:p>
    <w:p>
      <w:pPr>
        <w:jc w:val="right"/>
      </w:pPr>
      <w:r>
        <w:t>ہے، وہ ڈیپینڈ کرتا ہے ایکسٹرنل سچویشن پر۔</w:t>
      </w:r>
    </w:p>
    <w:p>
      <w:r>
        <w:rPr>
          <w:b/>
        </w:rPr>
        <w:t xml:space="preserve">[45:58] </w:t>
      </w:r>
      <w:r>
        <w:t>to aap ko external situation ko read karna padega, is ko samajhna padega, aur jo planning</w:t>
      </w:r>
    </w:p>
    <w:p>
      <w:pPr>
        <w:jc w:val="right"/>
      </w:pPr>
      <w:r>
        <w:t>تو آپ کو ایکسٹرنل سچویشن کو ریڈ کرنا پڑے گا، اس کو سمجھنا پڑے گا، اور جو پلاننگ</w:t>
      </w:r>
    </w:p>
    <w:p>
      <w:r>
        <w:rPr>
          <w:b/>
        </w:rPr>
        <w:t xml:space="preserve">[46:06] </w:t>
      </w:r>
      <w:r>
        <w:t>aap karen, is ko theek theek is ke mutabiq karna padega, tab aap kamyab honge.</w:t>
      </w:r>
    </w:p>
    <w:p>
      <w:pPr>
        <w:jc w:val="right"/>
      </w:pPr>
      <w:r>
        <w:t>آپ کریں، اس کو ٹھیک ٹھیک اس کے مطابق کرنا پڑے گا، تب آپ کامیاب ہوں گے۔</w:t>
      </w:r>
    </w:p>
    <w:p>
      <w:r>
        <w:rPr>
          <w:b/>
        </w:rPr>
        <w:t xml:space="preserve">[46:13] </w:t>
      </w:r>
      <w:r>
        <w:t>aksar log, main dekhta hoon ke apne waqt mein jeete hain aur jump kar ke chahte hain ke</w:t>
      </w:r>
    </w:p>
    <w:p>
      <w:pPr>
        <w:jc w:val="right"/>
      </w:pPr>
      <w:r>
        <w:t>اکثر لوگ، میں دیکھتا ہوں کہ اپنے وم میں جیتے ہیں اور جمپ کر کے چاہتے ہیں کہ</w:t>
      </w:r>
    </w:p>
    <w:p>
      <w:r>
        <w:rPr>
          <w:b/>
        </w:rPr>
        <w:t xml:space="preserve">[46:21] </w:t>
      </w:r>
      <w:r>
        <w:t>badi kamyabi hasil kar len, to nahi ho sakta hai.</w:t>
      </w:r>
    </w:p>
    <w:p>
      <w:pPr>
        <w:jc w:val="right"/>
      </w:pPr>
      <w:r>
        <w:t>بڑی کامیابی حاصل کر لیں، تو نہیں ہو سکتا ہے۔</w:t>
      </w:r>
    </w:p>
    <w:p>
      <w:r>
        <w:rPr>
          <w:b/>
        </w:rPr>
        <w:t xml:space="preserve">[46:25] </w:t>
      </w:r>
      <w:r>
        <w:t>kitni achi planning ho, agar is mein external situation ki poori riayat na ho to kamyabi nahi hui</w:t>
      </w:r>
    </w:p>
    <w:p>
      <w:pPr>
        <w:jc w:val="right"/>
      </w:pPr>
      <w:r>
        <w:t>کتنی اچھی پلاننگ ہو، اگر اس میں ایکسٹرنل سچویشن کی پوری رعایت نہ ہو تو کامیابی نہیں ہوئی</w:t>
      </w:r>
    </w:p>
    <w:p>
      <w:r>
        <w:rPr>
          <w:b/>
        </w:rPr>
        <w:t xml:space="preserve">[46:33] </w:t>
      </w:r>
      <w:r>
        <w:t>kabhi bhi.</w:t>
      </w:r>
    </w:p>
    <w:p>
      <w:pPr>
        <w:jc w:val="right"/>
      </w:pPr>
      <w:r>
        <w:t>کبھی بھی۔</w:t>
      </w:r>
    </w:p>
    <w:p>
      <w:r>
        <w:rPr>
          <w:b/>
        </w:rPr>
        <w:t xml:space="preserve">[46:34] </w:t>
      </w:r>
      <w:r>
        <w:t>fifty percent planning, fifty percent cooperation.</w:t>
      </w:r>
    </w:p>
    <w:p>
      <w:pPr>
        <w:jc w:val="right"/>
      </w:pPr>
      <w:r>
        <w:t>ففٹی پرسنٹ پلاننگ، ففٹی پرسنٹ کوآپریشن۔</w:t>
      </w:r>
    </w:p>
    <w:p>
      <w:r>
        <w:rPr>
          <w:b/>
        </w:rPr>
        <w:t xml:space="preserve">[46:37] </w:t>
      </w:r>
      <w:r>
        <w:t>to yaad rakhiye, kamyabi har insan ka right hai, lekin yeh right jabhi is ko milega jab</w:t>
      </w:r>
    </w:p>
    <w:p>
      <w:pPr>
        <w:jc w:val="right"/>
      </w:pPr>
      <w:r>
        <w:t>تو یاد رکھیے، کامیابی ہر انسان کا رائٹ ہے، لیکن یہ رائٹ جبھی اس کو ملے گا جب</w:t>
      </w:r>
    </w:p>
    <w:p>
      <w:r>
        <w:rPr>
          <w:b/>
        </w:rPr>
        <w:t xml:space="preserve">[46:44] </w:t>
      </w:r>
      <w:r>
        <w:t>ke woh realistic planning kare.</w:t>
      </w:r>
    </w:p>
    <w:p>
      <w:pPr>
        <w:jc w:val="right"/>
      </w:pPr>
      <w:r>
        <w:t>کہ وہ ریلسٹک پلاننگ کرے۔</w:t>
      </w:r>
    </w:p>
    <w:p>
      <w:r>
        <w:rPr>
          <w:b/>
        </w:rPr>
        <w:t xml:space="preserve">[46:46] </w:t>
      </w:r>
      <w:r>
        <w:t>realistic planning ke baghair kamyabi is dunya mein possible nahi.</w:t>
      </w:r>
    </w:p>
    <w:p>
      <w:pPr>
        <w:jc w:val="right"/>
      </w:pPr>
      <w:r>
        <w:t>ریلسٹک پلاننگ کے بغیر کامیابی اس دنیا میں پاسیبل نہیں۔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