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Lession From Bombay Sunday 30th November '08</w:t>
      </w:r>
    </w:p>
    <w:p>
      <w:r>
        <w:t>https://www.youtube.com/watch?v=_XDzL1PHgQg</w:t>
      </w:r>
    </w:p>
    <w:p>
      <w:r>
        <w:rPr>
          <w:b/>
        </w:rPr>
        <w:t xml:space="preserve">[00:21] </w:t>
      </w:r>
      <w:r>
        <w:t>Bismillah-hir-rehman-nir-reheem, wa-sallallahu ala-n-nabiyyil-kareem.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[00:27] </w:t>
      </w:r>
      <w:r>
        <w:t>Rabbi-shrah-li-sadri, wa-yassir-li-amri, wah-lul-uqdatan-min-lisani, yafqahu-qawli.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[00:34] </w:t>
      </w:r>
      <w:r>
        <w:t>آج کا ٹاپک جو میرے مائنڈ میں آ رہا ہے وہ ہے "Lessons From Bombay"۔</w:t>
      </w:r>
    </w:p>
    <w:p>
      <w:pPr>
        <w:jc w:val="right"/>
      </w:pPr>
      <w:r>
        <w:t>آج کا ٹاپک جو میرے مائنڈ میں آ رہا ہے وہ ہے "لیسنس فرام بامبے"۔</w:t>
      </w:r>
    </w:p>
    <w:p>
      <w:r>
        <w:rPr>
          <w:b/>
        </w:rPr>
        <w:t xml:space="preserve">[00:40] </w:t>
      </w:r>
      <w:r>
        <w:t>آپ جانتے ہیں کہ 26 نومبر کی شام کو بامبے میں بہت سے بم بلاسٹ ہوئے، 10 terrorists</w:t>
      </w:r>
    </w:p>
    <w:p>
      <w:pPr>
        <w:jc w:val="right"/>
      </w:pPr>
      <w:r>
        <w:t>آپ جانتے ہیں کہ 26 نومبر کی شام کو بامبے میں بہت سے بم بلاسٹ ہوئے، 10 ٹیررسٹ</w:t>
      </w:r>
    </w:p>
    <w:p>
      <w:r>
        <w:rPr>
          <w:b/>
        </w:rPr>
        <w:t xml:space="preserve">[00:47] </w:t>
      </w:r>
      <w:r>
        <w:t>wahan bari bari buildingon mein ghus gaye, aur kai din tak firing hoti rahi dono taraf se, bomb</w:t>
      </w:r>
    </w:p>
    <w:p>
      <w:pPr>
        <w:jc w:val="right"/>
      </w:pPr>
      <w:r>
        <w:t>وہاں بڑی بڑی بلڈنگوں میں گھس گئے، اور کئی دن تک فائرنگ ہوتی رہی دونوں طرف سے، بم</w:t>
      </w:r>
    </w:p>
    <w:p>
      <w:r>
        <w:rPr>
          <w:b/>
        </w:rPr>
        <w:t xml:space="preserve">[00:53] </w:t>
      </w:r>
      <w:r>
        <w:t>phat-te rahe, aur anginat loss hua.</w:t>
      </w:r>
    </w:p>
    <w:p>
      <w:pPr>
        <w:jc w:val="right"/>
      </w:pPr>
      <w:r>
        <w:t>پھٹتے رہے، اور انگنت لاس ہوا۔</w:t>
      </w:r>
    </w:p>
    <w:p>
      <w:r>
        <w:rPr>
          <w:b/>
        </w:rPr>
        <w:t xml:space="preserve">[01:00] </w:t>
      </w:r>
      <w:r>
        <w:t>kai so aadmi ya to mare gaye ya zakhmi hue, buildingen tabah huin.</w:t>
      </w:r>
    </w:p>
    <w:p>
      <w:pPr>
        <w:jc w:val="right"/>
      </w:pPr>
      <w:r>
        <w:t>کئی سو آدمی یا تو مارے گئے یا زخمی ہوئے، بلڈنگیں تباہ ہوئیں۔</w:t>
      </w:r>
    </w:p>
    <w:p>
      <w:r>
        <w:rPr>
          <w:b/>
        </w:rPr>
        <w:t xml:space="preserve">[01:07] </w:t>
      </w:r>
      <w:r>
        <w:t>aap log jante hain media mein yeh sab baatein aati rahi hain.</w:t>
      </w:r>
    </w:p>
    <w:p>
      <w:pPr>
        <w:jc w:val="right"/>
      </w:pPr>
      <w:r>
        <w:t>آپ لوگ جانتے ہیں میڈیا میں یہ سب باتیں آتی رہی ہیں۔</w:t>
      </w:r>
    </w:p>
    <w:p>
      <w:r>
        <w:rPr>
          <w:b/>
        </w:rPr>
        <w:t xml:space="preserve">[01:13] </w:t>
      </w:r>
      <w:r>
        <w:t>pehlay zamanay mein jab keh communication ka age nahin aya tha to kaha jata tha "talk of the town".</w:t>
      </w:r>
    </w:p>
    <w:p>
      <w:pPr>
        <w:jc w:val="right"/>
      </w:pPr>
      <w:r>
        <w:t>پہلے زمانے میں جب کہ کمیونیکیشن کا ایج نہیں آیا تھا تو کہا جاتا تھا "ٹاک آف دا ٹاؤن"۔</w:t>
      </w:r>
    </w:p>
    <w:p>
      <w:r>
        <w:rPr>
          <w:b/>
        </w:rPr>
        <w:t xml:space="preserve">[01:20] </w:t>
      </w:r>
      <w:r>
        <w:t>yani koi khaas baat jo hoti thi to poore shahar mein is ka charcha ho jata tha, "talk</w:t>
      </w:r>
    </w:p>
    <w:p>
      <w:pPr>
        <w:jc w:val="right"/>
      </w:pPr>
      <w:r>
        <w:t>یعنی کوئی خاص بات جو ہوتی تھی تو پورے شہر میں اس کا چرچا ہو جاتا تھا، "ٹاک</w:t>
      </w:r>
    </w:p>
    <w:p>
      <w:r>
        <w:rPr>
          <w:b/>
        </w:rPr>
        <w:t xml:space="preserve">[01:26] </w:t>
      </w:r>
      <w:r>
        <w:t>of the town".</w:t>
      </w:r>
    </w:p>
    <w:p>
      <w:pPr>
        <w:jc w:val="right"/>
      </w:pPr>
      <w:r>
        <w:t>آف دا ٹاؤن"۔</w:t>
      </w:r>
    </w:p>
    <w:p>
      <w:r>
        <w:rPr>
          <w:b/>
        </w:rPr>
        <w:t xml:space="preserve">[01:33] </w:t>
      </w:r>
      <w:r>
        <w:t>ab hum media ke zamanay mein hain, ab to yeh "talk of the world" hai, poori duniya mein</w:t>
      </w:r>
    </w:p>
    <w:p>
      <w:pPr>
        <w:jc w:val="right"/>
      </w:pPr>
      <w:r>
        <w:t>اب ہم میڈیا کے زمانے میں ہیں، اب تو یہ "ٹاک آف دا ورلڈ" ہے، پوری دنیا میں</w:t>
      </w:r>
    </w:p>
    <w:p>
      <w:r>
        <w:rPr>
          <w:b/>
        </w:rPr>
        <w:t xml:space="preserve">[01:39] </w:t>
      </w:r>
      <w:r>
        <w:t>is ka charcha hai.</w:t>
      </w:r>
    </w:p>
    <w:p>
      <w:pPr>
        <w:jc w:val="right"/>
      </w:pPr>
      <w:r>
        <w:t>اس کا چرچا ہے۔</w:t>
      </w:r>
    </w:p>
    <w:p>
      <w:r>
        <w:rPr>
          <w:b/>
        </w:rPr>
        <w:t xml:space="preserve">[01:46] </w:t>
      </w:r>
      <w:r>
        <w:t>to aisay zamanay mein hum hain.</w:t>
      </w:r>
    </w:p>
    <w:p>
      <w:pPr>
        <w:jc w:val="right"/>
      </w:pPr>
      <w:r>
        <w:t>تو ایسے زمانے میں ہم ہیں۔</w:t>
      </w:r>
    </w:p>
    <w:p>
      <w:r>
        <w:rPr>
          <w:b/>
        </w:rPr>
        <w:t xml:space="preserve">[01:53] </w:t>
      </w:r>
      <w:r>
        <w:t>poori duniya mein charcha hai musalmanon ke reference mein, musalmanon ke hawale se, keh musalmanon ne aisa kiya.</w:t>
      </w:r>
    </w:p>
    <w:p>
      <w:pPr>
        <w:jc w:val="right"/>
      </w:pPr>
      <w:r>
        <w:t>پوری دنیا میں چرچا ہے مسلمانوں کے ریفرنس میں، مسلمانوں کے حوالے سے، کہ مسلمانوں نے ایسا کیا۔</w:t>
      </w:r>
    </w:p>
    <w:p>
      <w:r>
        <w:rPr>
          <w:b/>
        </w:rPr>
        <w:t xml:space="preserve">[01:59] </w:t>
      </w:r>
      <w:r>
        <w:t>is ka matlab kya hua? ke poori duniya mein islam badnaam ho raha hai.</w:t>
      </w:r>
    </w:p>
    <w:p>
      <w:pPr>
        <w:jc w:val="right"/>
      </w:pPr>
      <w:r>
        <w:t>اس کا مطلب کیا ہوا؟ کہ پوری دنیا میں اسلام بدنام ہو رہا ہے۔</w:t>
      </w:r>
    </w:p>
    <w:p>
      <w:r>
        <w:rPr>
          <w:b/>
        </w:rPr>
        <w:t xml:space="preserve">[02:06] </w:t>
      </w:r>
      <w:r>
        <w:t>logon ko yeh pata nahin hai shayad ke islam ka ek principle yeh bhi hai ke aisa kaam</w:t>
      </w:r>
    </w:p>
    <w:p>
      <w:pPr>
        <w:jc w:val="right"/>
      </w:pPr>
      <w:r>
        <w:t>لوگوں کو یہ پتہ نہیں ہے شاید کہ اسلام کا ایک پرنسپل یہ بھی ہے کہ ایسا کام</w:t>
      </w:r>
    </w:p>
    <w:p>
      <w:r>
        <w:rPr>
          <w:b/>
        </w:rPr>
        <w:t xml:space="preserve">[02:12] </w:t>
      </w:r>
      <w:r>
        <w:t>na kiya jaye jis se islam badnaam hota ho.</w:t>
      </w:r>
    </w:p>
    <w:p>
      <w:pPr>
        <w:jc w:val="right"/>
      </w:pPr>
      <w:r>
        <w:t>نہ کیا جائے جس سے اسلام بدنام ہوتا ہو۔</w:t>
      </w:r>
    </w:p>
    <w:p>
      <w:r>
        <w:rPr>
          <w:b/>
        </w:rPr>
        <w:t xml:space="preserve">[02:19] </w:t>
      </w:r>
      <w:r>
        <w:t>jaise madine mein ek aadmi tha jo bohat hi ghalat aadmi tha, abdullah bin abi.</w:t>
      </w:r>
    </w:p>
    <w:p>
      <w:pPr>
        <w:jc w:val="right"/>
      </w:pPr>
      <w:r>
        <w:t>جیسے مدینہ میں ایک آدمی تھا جو بہت ہی غلط آدمی تھا، عبداللہ بن ابی۔</w:t>
      </w:r>
    </w:p>
    <w:p>
      <w:r>
        <w:rPr>
          <w:b/>
        </w:rPr>
        <w:t xml:space="preserve">[02:25] </w:t>
      </w:r>
      <w:r>
        <w:t>iska kaam tha rasool Allah ke khilaaf sazishain karna aur jhoote allegation lagana, logon mein aap ke</w:t>
      </w:r>
    </w:p>
    <w:p>
      <w:pPr>
        <w:jc w:val="right"/>
      </w:pPr>
      <w:r>
        <w:t>اس کا کام تھا رسول اللہ کے خلاف سازشیں کرنا اور جھوٹے ایلیگیشن لگانا، لوگوں میں آپ کے</w:t>
      </w:r>
    </w:p>
    <w:p>
      <w:r>
        <w:rPr>
          <w:b/>
        </w:rPr>
        <w:t xml:space="preserve">[02:32] </w:t>
      </w:r>
      <w:r>
        <w:t>khilaaf propaganda karna, yeh sab kaam tha is ka.</w:t>
      </w:r>
    </w:p>
    <w:p>
      <w:pPr>
        <w:jc w:val="right"/>
      </w:pPr>
      <w:r>
        <w:t>خلاف پروپیگنڈا کرنا، یہ سب کام تھا اس کا۔</w:t>
      </w:r>
    </w:p>
    <w:p>
      <w:r>
        <w:rPr>
          <w:b/>
        </w:rPr>
        <w:t xml:space="preserve">[02:39] </w:t>
      </w:r>
      <w:r>
        <w:t>to is ke bete tak is ke mukhalif ho gaye.</w:t>
      </w:r>
    </w:p>
    <w:p>
      <w:pPr>
        <w:jc w:val="right"/>
      </w:pPr>
      <w:r>
        <w:t>تو اس کے بیٹے تک اس کے مخالف ہو گئے۔</w:t>
      </w:r>
    </w:p>
    <w:p>
      <w:r>
        <w:rPr>
          <w:b/>
        </w:rPr>
        <w:t xml:space="preserve">[02:45] </w:t>
      </w:r>
      <w:r>
        <w:t>iska jo beta tha woh tak is ka mukhalif ho gaye.</w:t>
      </w:r>
    </w:p>
    <w:p>
      <w:pPr>
        <w:jc w:val="right"/>
      </w:pPr>
      <w:r>
        <w:t>اس کا جو بیٹا تھا وہ تک اس کا مخالف ہو گئے۔</w:t>
      </w:r>
    </w:p>
    <w:p>
      <w:r>
        <w:rPr>
          <w:b/>
        </w:rPr>
        <w:t xml:space="preserve">[02:52] </w:t>
      </w:r>
      <w:r>
        <w:t>unhon ne rasool Allah se kaha ke agar aap yaad dein to mein apne baap ko maar daloon,</w:t>
      </w:r>
    </w:p>
    <w:p>
      <w:pPr>
        <w:jc w:val="right"/>
      </w:pPr>
      <w:r>
        <w:t>انہوں نے رسول اللہ سے کہا کہ اگر آپ یاد دیں تو میں اپنے باپ کو مار ڈالوں،</w:t>
      </w:r>
    </w:p>
    <w:p>
      <w:r>
        <w:rPr>
          <w:b/>
        </w:rPr>
        <w:t xml:space="preserve">[02:58] </w:t>
      </w:r>
      <w:r>
        <w:t>kyun ke yeh bohat hi zyada ghalat kaam kar raha hai.</w:t>
      </w:r>
    </w:p>
    <w:p>
      <w:pPr>
        <w:jc w:val="right"/>
      </w:pPr>
      <w:r>
        <w:t>کیونکہ یہ بہت ہی زیادہ غلط کام کر رہا ہے۔</w:t>
      </w:r>
    </w:p>
    <w:p>
      <w:r>
        <w:rPr>
          <w:b/>
        </w:rPr>
        <w:t xml:space="preserve">[03:05] </w:t>
      </w:r>
      <w:r>
        <w:t>jaante hain kya hua? rasool Allah ne kaha ke nahin, agar hum in ko maren ge to har</w:t>
      </w:r>
    </w:p>
    <w:p>
      <w:pPr>
        <w:jc w:val="right"/>
      </w:pPr>
      <w:r>
        <w:t>جانتے ہیں کیا ہوا؟ رسول اللہ نے کہا کہ نہیں، اگر ہم ان کو ماریں گے تو ہر</w:t>
      </w:r>
    </w:p>
    <w:p>
      <w:r>
        <w:rPr>
          <w:b/>
        </w:rPr>
        <w:t xml:space="preserve">[03:11] </w:t>
      </w:r>
      <w:r>
        <w:t>taraf yeh kaha jaye ga ke rasool Allah to woh musalmanon mein se tha woh aadmi, yani kalma</w:t>
      </w:r>
    </w:p>
    <w:p>
      <w:pPr>
        <w:jc w:val="right"/>
      </w:pPr>
      <w:r>
        <w:t>طرف یہ کہا جائے گا کہ رسول اللہ تو وہ مسلمانوں میں سے تھا وہ آدمی، یعنی کلمہ</w:t>
      </w:r>
    </w:p>
    <w:p>
      <w:r>
        <w:rPr>
          <w:b/>
        </w:rPr>
        <w:t xml:space="preserve">[03:18] </w:t>
      </w:r>
      <w:r>
        <w:t>parha tha aur islam qabool kiya tha.</w:t>
      </w:r>
    </w:p>
    <w:p>
      <w:pPr>
        <w:jc w:val="right"/>
      </w:pPr>
      <w:r>
        <w:t>پڑھا تھا اور اسلام قبول کیا تھا۔</w:t>
      </w:r>
    </w:p>
    <w:p>
      <w:r>
        <w:rPr>
          <w:b/>
        </w:rPr>
        <w:t xml:space="preserve">[03:25] </w:t>
      </w:r>
      <w:r>
        <w:t>to yeh kaha jaye ke rasool Allah apne aadmiyon ko qatal karte hain.</w:t>
      </w:r>
    </w:p>
    <w:p>
      <w:pPr>
        <w:jc w:val="right"/>
      </w:pPr>
      <w:r>
        <w:t>تو یہ کہا جائے کہ رسول اللہ اپنے آدمیوں کو قتل کرتے ہیں۔</w:t>
      </w:r>
    </w:p>
    <w:p>
      <w:r>
        <w:rPr>
          <w:b/>
        </w:rPr>
        <w:t xml:space="preserve">[03:31] </w:t>
      </w:r>
      <w:r>
        <w:t>Muhammadun yuqatilu ashabahu dekhen is waqeye ko har aadmi yeh waqeya likha hua hai seerat ki kitabon mein,</w:t>
      </w:r>
    </w:p>
    <w:p>
      <w:pPr>
        <w:jc w:val="right"/>
      </w:pPr>
      <w:r>
        <w:t>محمدٌ يقتل أصحابه دیکھیں اس واقعے کو ہر آدمی یہ واقعہ لکھا ہوا ہے سیرت کی کتابوں میں،</w:t>
      </w:r>
    </w:p>
    <w:p>
      <w:r>
        <w:rPr>
          <w:b/>
        </w:rPr>
        <w:t xml:space="preserve">[03:38] </w:t>
      </w:r>
      <w:r>
        <w:t>lekin log lesson nahin lete, sab se bara muamla hai ke lesson nahin lete, sabaq nahin lete.</w:t>
      </w:r>
    </w:p>
    <w:p>
      <w:pPr>
        <w:jc w:val="right"/>
      </w:pPr>
      <w:r>
        <w:t>لیکن لوگ لسن نہیں لیتے، سب سے بڑا معاملہ ہے کہ لسن نہیں لیتے، سبق نہیں لیتے۔</w:t>
      </w:r>
    </w:p>
    <w:p>
      <w:r>
        <w:rPr>
          <w:b/>
        </w:rPr>
        <w:t xml:space="preserve">[03:44] </w:t>
      </w:r>
      <w:r>
        <w:t>yeh bohat bari kami hamare haan hui hai ke log jo hain baaton ko parhte hain lekin is</w:t>
      </w:r>
    </w:p>
    <w:p>
      <w:pPr>
        <w:jc w:val="right"/>
      </w:pPr>
      <w:r>
        <w:t>یہ بہت بڑی کمی ہمارے ہاں ہوئی ہے کہ لوگ جو ہیں باتوں کو پڑھتے ہیں لیکن اس</w:t>
      </w:r>
    </w:p>
    <w:p>
      <w:r>
        <w:rPr>
          <w:b/>
        </w:rPr>
        <w:t xml:space="preserve">[03:51] </w:t>
      </w:r>
      <w:r>
        <w:t>ki teh tak pohnchte nahin, kyun ke deep study ka mizaj nahin hai.</w:t>
      </w:r>
    </w:p>
    <w:p>
      <w:pPr>
        <w:jc w:val="right"/>
      </w:pPr>
      <w:r>
        <w:t>کی تہہ تک پہنچتے نہیں، کیونکہ ڈیپ اسٹڈی کا مزاج نہیں ہے۔</w:t>
      </w:r>
    </w:p>
    <w:p>
      <w:r>
        <w:rPr>
          <w:b/>
        </w:rPr>
        <w:t xml:space="preserve">[03:57] </w:t>
      </w:r>
      <w:r>
        <w:t>kisi bhi kitab mein aap yeh likha hua nahin paayen ge, is se yeh masla nikalta hai ke</w:t>
      </w:r>
    </w:p>
    <w:p>
      <w:pPr>
        <w:jc w:val="right"/>
      </w:pPr>
      <w:r>
        <w:t>کسی بھی کتاب میں آپ یہ لکھا ہوا نہیں پائیں گے، اس سے یہ مسئلہ نکلتا ہے کہ</w:t>
      </w:r>
    </w:p>
    <w:p>
      <w:r>
        <w:rPr>
          <w:b/>
        </w:rPr>
        <w:t xml:space="preserve">[04:04] </w:t>
      </w:r>
      <w:r>
        <w:t>koi aisa kaam na karo jis se islam badnaam hota ho.</w:t>
      </w:r>
    </w:p>
    <w:p>
      <w:pPr>
        <w:jc w:val="right"/>
      </w:pPr>
      <w:r>
        <w:t>کوئی ایسا کام نہ کرو جس سے اسلام بدنام ہوتا ہو۔</w:t>
      </w:r>
    </w:p>
    <w:p>
      <w:r>
        <w:rPr>
          <w:b/>
        </w:rPr>
        <w:t xml:space="preserve">[04:11] </w:t>
      </w:r>
      <w:r>
        <w:t>islam ki badnami hoti ho, woh kaam mat karo.</w:t>
      </w:r>
    </w:p>
    <w:p>
      <w:pPr>
        <w:jc w:val="right"/>
      </w:pPr>
      <w:r>
        <w:t>اسلام کی بدنامی ہوتی ہو، وہ کام مت کرو۔</w:t>
      </w:r>
    </w:p>
    <w:p>
      <w:r>
        <w:rPr>
          <w:b/>
        </w:rPr>
        <w:t xml:space="preserve">[04:17] </w:t>
      </w:r>
      <w:r>
        <w:t>kitna bara masla hai, ek super masla nikal raha hai is waqeye mein, lekin kisi kitab mein aap</w:t>
      </w:r>
    </w:p>
    <w:p>
      <w:pPr>
        <w:jc w:val="right"/>
      </w:pPr>
      <w:r>
        <w:t>کتنا بڑا مسئلہ ہے، ایک سپر مسئلہ نکل رہا ہے اس واقعے میں، لیکن کسی کتاب میں آپ</w:t>
      </w:r>
    </w:p>
    <w:p>
      <w:r>
        <w:rPr>
          <w:b/>
        </w:rPr>
        <w:t xml:space="preserve">[04:24] </w:t>
      </w:r>
      <w:r>
        <w:t>is ko likha hua nahin paayen ge.</w:t>
      </w:r>
    </w:p>
    <w:p>
      <w:pPr>
        <w:jc w:val="right"/>
      </w:pPr>
      <w:r>
        <w:t>اس کو لکھا ہوا نہیں پائیں گے۔</w:t>
      </w:r>
    </w:p>
    <w:p>
      <w:r>
        <w:rPr>
          <w:b/>
        </w:rPr>
        <w:t xml:space="preserve">[04:30] </w:t>
      </w:r>
      <w:r>
        <w:t>waqeya to parh len ge aap, lekin is waqeye se jo cheez nikalti hai, jo infer hoti hai,</w:t>
      </w:r>
    </w:p>
    <w:p>
      <w:pPr>
        <w:jc w:val="right"/>
      </w:pPr>
      <w:r>
        <w:t>واقعہ تو پڑھ لیں گے آپ، لیکن اس واقعے سے جو چیز نکلتی ہے، جو انفر ہوتی ہے،</w:t>
      </w:r>
    </w:p>
    <w:p>
      <w:r>
        <w:rPr>
          <w:b/>
        </w:rPr>
        <w:t xml:space="preserve">[04:37] </w:t>
      </w:r>
      <w:r>
        <w:t>us ko aap nahin paayen ge.</w:t>
      </w:r>
    </w:p>
    <w:p>
      <w:pPr>
        <w:jc w:val="right"/>
      </w:pPr>
      <w:r>
        <w:t>اس کو آپ نہیں پائیں گے۔</w:t>
      </w:r>
    </w:p>
    <w:p>
      <w:r>
        <w:rPr>
          <w:b/>
        </w:rPr>
        <w:t xml:space="preserve">[04:44] </w:t>
      </w:r>
      <w:r>
        <w:t>isi liye kya hai sari dunya mein musalman aisi aisi baatein kar rahe hain jo sirf islam ko</w:t>
      </w:r>
    </w:p>
    <w:p>
      <w:pPr>
        <w:jc w:val="right"/>
      </w:pPr>
      <w:r>
        <w:t>اسی لیے کیا ہے ساری دنیا میں مسلمان ایسی ایسی باتیں کر رہے ہیں جو صرف اسلام کو</w:t>
      </w:r>
    </w:p>
    <w:p>
      <w:r>
        <w:rPr>
          <w:b/>
        </w:rPr>
        <w:t xml:space="preserve">[04:50] </w:t>
      </w:r>
      <w:r>
        <w:t>badnaam karne wali hain, sari dunya mein.</w:t>
      </w:r>
    </w:p>
    <w:p>
      <w:pPr>
        <w:jc w:val="right"/>
      </w:pPr>
      <w:r>
        <w:t>بدنام کرنے والی ہیں، ساری دنیا میں۔</w:t>
      </w:r>
    </w:p>
    <w:p>
      <w:r>
        <w:rPr>
          <w:b/>
        </w:rPr>
        <w:t xml:space="preserve">[04:57] </w:t>
      </w:r>
      <w:r>
        <w:t>aur unhein yeh ehsaas nahi hai ke pehle zamane mein, yaani madeene mein jo zamana tha rasool Allah</w:t>
      </w:r>
    </w:p>
    <w:p>
      <w:pPr>
        <w:jc w:val="right"/>
      </w:pPr>
      <w:r>
        <w:t>اور انہیں یہ احساس نہیں ہے کہ پہلے زمانے میں، یعنی مدینے میں جو زمانہ تھا رسول اللہ</w:t>
      </w:r>
    </w:p>
    <w:p>
      <w:r>
        <w:rPr>
          <w:b/>
        </w:rPr>
        <w:t xml:space="preserve">[05:03] </w:t>
      </w:r>
      <w:r>
        <w:t>ke zamane mein, wahan to koi baat "talk of the town" ho sakti thi, yaani madeene mein charcha</w:t>
      </w:r>
    </w:p>
    <w:p>
      <w:pPr>
        <w:jc w:val="right"/>
      </w:pPr>
      <w:r>
        <w:t>کے زمانے میں، وہاں تو کوئی بات "ٹاک آف دا ٹاؤن" ہو سکتی تھی، یعنی مدینے میں چرچا</w:t>
      </w:r>
    </w:p>
    <w:p>
      <w:r>
        <w:rPr>
          <w:b/>
        </w:rPr>
        <w:t xml:space="preserve">[05:10] </w:t>
      </w:r>
      <w:r>
        <w:t>hota ke aisa hua. bas.</w:t>
      </w:r>
    </w:p>
    <w:p>
      <w:pPr>
        <w:jc w:val="right"/>
      </w:pPr>
      <w:r>
        <w:t>ہوتا کہ ایسا ہوا۔ بس۔</w:t>
      </w:r>
    </w:p>
    <w:p>
      <w:r>
        <w:rPr>
          <w:b/>
        </w:rPr>
        <w:t xml:space="preserve">[05:16] </w:t>
      </w:r>
      <w:r>
        <w:t>to "talk of the town" ka age tha woh.</w:t>
      </w:r>
    </w:p>
    <w:p>
      <w:pPr>
        <w:jc w:val="right"/>
      </w:pPr>
      <w:r>
        <w:t>تو "ٹاک آف دا ٹاؤن" کا ایج تھا وہ۔</w:t>
      </w:r>
    </w:p>
    <w:p>
      <w:r>
        <w:rPr>
          <w:b/>
        </w:rPr>
        <w:t xml:space="preserve">[05:23] </w:t>
      </w:r>
      <w:r>
        <w:t>ab to zamana aa gaya hai "talk of the world" ka, ke sari dunya mein islam ki badnami hogi.</w:t>
      </w:r>
    </w:p>
    <w:p>
      <w:pPr>
        <w:jc w:val="right"/>
      </w:pPr>
      <w:r>
        <w:t>اب تو زمانہ آ گیا ہے "ٹاک آف دا ورلڈ" کا، کہ ساری دنیا میں اسلام کی بدنامی ہوگی۔</w:t>
      </w:r>
    </w:p>
    <w:p>
      <w:r>
        <w:rPr>
          <w:b/>
        </w:rPr>
        <w:t xml:space="preserve">[05:30] </w:t>
      </w:r>
      <w:r>
        <w:t>lekin kisi kitaab mein yeh baatein likhi hui nahi hain, log in baaton ko jaante nahi.</w:t>
      </w:r>
    </w:p>
    <w:p>
      <w:pPr>
        <w:jc w:val="right"/>
      </w:pPr>
      <w:r>
        <w:t>لیکن کسی کتاب میں یہ باتیں لکھی ہوئی نہیں ہیں، لوگ ان باتوں کو جانتے نہیں۔</w:t>
      </w:r>
    </w:p>
    <w:p>
      <w:r>
        <w:rPr>
          <w:b/>
        </w:rPr>
        <w:t xml:space="preserve">[05:36] </w:t>
      </w:r>
      <w:r>
        <w:t>main ne ek baar to padha tha ke israeli literature, jis ko hum kehte hain, talmud mein bohat</w:t>
      </w:r>
    </w:p>
    <w:p>
      <w:pPr>
        <w:jc w:val="right"/>
      </w:pPr>
      <w:r>
        <w:t>میں نے ایک بار تو پڑھا تھا کہ اسرائیلی لٹریچر، جس کو ہم کہتے ہیں، تالمود میں بہت</w:t>
      </w:r>
    </w:p>
    <w:p>
      <w:r>
        <w:rPr>
          <w:b/>
        </w:rPr>
        <w:t xml:space="preserve">[05:43] </w:t>
      </w:r>
      <w:r>
        <w:t>sari kahaniyan hain.</w:t>
      </w:r>
    </w:p>
    <w:p>
      <w:pPr>
        <w:jc w:val="right"/>
      </w:pPr>
      <w:r>
        <w:t>ساری کہانیاں ہیں۔</w:t>
      </w:r>
    </w:p>
    <w:p>
      <w:r>
        <w:rPr>
          <w:b/>
        </w:rPr>
        <w:t xml:space="preserve">[05:49] </w:t>
      </w:r>
      <w:r>
        <w:t>to ek qissa hai ke moosa ne kaha Allah taala se ke aye khuda, tu meri qaum se</w:t>
      </w:r>
    </w:p>
    <w:p>
      <w:pPr>
        <w:jc w:val="right"/>
      </w:pPr>
      <w:r>
        <w:t>تو ایک قصہ ہے کہ موسیٰ نے کہا اللہ تعالیٰ سے کہ اے خدا، تو میری قوم سے</w:t>
      </w:r>
    </w:p>
    <w:p>
      <w:r>
        <w:rPr>
          <w:b/>
        </w:rPr>
        <w:t xml:space="preserve">[05:56] </w:t>
      </w:r>
      <w:r>
        <w:t>aur sab cheez chheen lena, lekin aqal mat chheen na.</w:t>
      </w:r>
    </w:p>
    <w:p>
      <w:pPr>
        <w:jc w:val="right"/>
      </w:pPr>
      <w:r>
        <w:t>اور سب چیز چھین لینا، لیکن عقل مت چھیننا۔</w:t>
      </w:r>
    </w:p>
    <w:p>
      <w:r>
        <w:rPr>
          <w:b/>
        </w:rPr>
        <w:t xml:space="preserve">[06:02] </w:t>
      </w:r>
      <w:r>
        <w:t>to rasool Allah, to Allah taala ne, yaani hazrat moosa ne Allah taala se kaha ke tu meri</w:t>
      </w:r>
    </w:p>
    <w:p>
      <w:pPr>
        <w:jc w:val="right"/>
      </w:pPr>
      <w:r>
        <w:t>تو رسول اللہ، تو اللہ تعالیٰ نے، یعنی حضرت موسیٰ نے اللہ تعالیٰ سے کہا کہ تو میری</w:t>
      </w:r>
    </w:p>
    <w:p>
      <w:r>
        <w:rPr>
          <w:b/>
        </w:rPr>
        <w:t xml:space="preserve">[06:09] </w:t>
      </w:r>
      <w:r>
        <w:t>qaum se kuch aur chheenna, magar aqal mat chheenna.</w:t>
      </w:r>
    </w:p>
    <w:p>
      <w:pPr>
        <w:jc w:val="right"/>
      </w:pPr>
      <w:r>
        <w:t>قوم سے کچھ اور چھیننا، مگر عقل مت چھیننا۔</w:t>
      </w:r>
    </w:p>
    <w:p>
      <w:r>
        <w:rPr>
          <w:b/>
        </w:rPr>
        <w:t xml:space="preserve">[06:16] </w:t>
      </w:r>
      <w:r>
        <w:t>to Allah taala ne kaha ke aye moosa, jab hum chheente hain to sab se pehle aqal hi</w:t>
      </w:r>
    </w:p>
    <w:p>
      <w:pPr>
        <w:jc w:val="right"/>
      </w:pPr>
      <w:r>
        <w:t>تو اللہ تعالیٰ نے کہا کہ اے موسیٰ، جب ہم چھینتے ہیں تو سب سے پہلے عقل ہی</w:t>
      </w:r>
    </w:p>
    <w:p>
      <w:r>
        <w:rPr>
          <w:b/>
        </w:rPr>
        <w:t xml:space="preserve">[06:22] </w:t>
      </w:r>
      <w:r>
        <w:t>to chheente hain.</w:t>
      </w:r>
    </w:p>
    <w:p>
      <w:pPr>
        <w:jc w:val="right"/>
      </w:pPr>
      <w:r>
        <w:t>تو چھینتے ہیں۔</w:t>
      </w:r>
    </w:p>
    <w:p>
      <w:r>
        <w:rPr>
          <w:b/>
        </w:rPr>
        <w:t xml:space="preserve">[06:29] </w:t>
      </w:r>
      <w:r>
        <w:t>to main dekhta hoon ke is zamane ke jo musalman hain, un se aqal chhan chuki hai.</w:t>
      </w:r>
    </w:p>
    <w:p>
      <w:pPr>
        <w:jc w:val="right"/>
      </w:pPr>
      <w:r>
        <w:t>تو میں دیکھتا ہوں کہ اس زمانے کے جو مسلمان ہیں، ان سے عقل چھن چکی ہے۔</w:t>
      </w:r>
    </w:p>
    <w:p>
      <w:r>
        <w:rPr>
          <w:b/>
        </w:rPr>
        <w:t xml:space="preserve">[06:35] </w:t>
      </w:r>
      <w:r>
        <w:t>aisi kaam karna jis ka faida kuch na mila hai aur islam badnaam ho jaye, sari dunya mein</w:t>
      </w:r>
    </w:p>
    <w:p>
      <w:pPr>
        <w:jc w:val="right"/>
      </w:pPr>
      <w:r>
        <w:t>ایسے کام کرنا جس کا فائدہ کچھ نہ ملا ہے اور اسلام بدنام ہو جائے، ساری دنیا میں</w:t>
      </w:r>
    </w:p>
    <w:p>
      <w:r>
        <w:rPr>
          <w:b/>
        </w:rPr>
        <w:t xml:space="preserve">[06:42] </w:t>
      </w:r>
      <w:r>
        <w:t>jo bombari ho rahi hai ya bomb dhamake ho rahe hain, kya gain kiya musalmanon ne? kuch bhi</w:t>
      </w:r>
    </w:p>
    <w:p>
      <w:pPr>
        <w:jc w:val="right"/>
      </w:pPr>
      <w:r>
        <w:t>جو بمباری ہو رہی ہے یا بم دھماکے ہو رہے ہیں، کیا گین کیا مسلمانوں نے؟ کچھ بھی</w:t>
      </w:r>
    </w:p>
    <w:p>
      <w:r>
        <w:rPr>
          <w:b/>
        </w:rPr>
        <w:t xml:space="preserve">[06:48] </w:t>
      </w:r>
      <w:r>
        <w:t>gain nahi kiya.</w:t>
      </w:r>
    </w:p>
    <w:p>
      <w:pPr>
        <w:jc w:val="right"/>
      </w:pPr>
      <w:r>
        <w:t>گین نہیں کیا۔</w:t>
      </w:r>
    </w:p>
    <w:p>
      <w:r>
        <w:rPr>
          <w:b/>
        </w:rPr>
        <w:t xml:space="preserve">[06:55] </w:t>
      </w:r>
      <w:r>
        <w:t>main abhi falasteen gaya tha to wahan main ne kaha ke 60 baras se aap chala rahe hain</w:t>
      </w:r>
    </w:p>
    <w:p>
      <w:pPr>
        <w:jc w:val="right"/>
      </w:pPr>
      <w:r>
        <w:t>میں ابھی فلسطین گیا تھا تو وہاں میں نے کہا کہ 60 برس سے آپ چلا رہے ہیں</w:t>
      </w:r>
    </w:p>
    <w:p>
      <w:r>
        <w:rPr>
          <w:b/>
        </w:rPr>
        <w:t xml:space="preserve">[07:02] </w:t>
      </w:r>
      <w:r>
        <w:t>yahan par violent activism, mujhe bataein kya mila kya aap ko? jo tha woh bhi chhan gaya, lekin</w:t>
      </w:r>
    </w:p>
    <w:p>
      <w:pPr>
        <w:jc w:val="right"/>
      </w:pPr>
      <w:r>
        <w:t>یہاں پر وائلنٹ ایکٹیوزم، مجھے بتائیں کیا ملا کیا آپ کو؟ جو تھا وہ بھی چھن گیا، لیکن</w:t>
      </w:r>
    </w:p>
    <w:p>
      <w:r>
        <w:rPr>
          <w:b/>
        </w:rPr>
        <w:t xml:space="preserve">[07:08] </w:t>
      </w:r>
      <w:r>
        <w:t>un ke paas is ka koi jawab nahi.</w:t>
      </w:r>
    </w:p>
    <w:p>
      <w:pPr>
        <w:jc w:val="right"/>
      </w:pPr>
      <w:r>
        <w:t>ان کے پاس اس کا کوئی جواب نہیں۔</w:t>
      </w:r>
    </w:p>
    <w:p>
      <w:r>
        <w:rPr>
          <w:b/>
        </w:rPr>
        <w:t xml:space="preserve">[07:15] </w:t>
      </w:r>
      <w:r>
        <w:t>kitni aqal chhan jaye to kya hota hai? ab main aap ko ek misaal deta hoon.</w:t>
      </w:r>
    </w:p>
    <w:p>
      <w:pPr>
        <w:jc w:val="right"/>
      </w:pPr>
      <w:r>
        <w:t>کتنی عقل چھن جائے تو کیا ہوتا ہے؟ اب میں آپ کو ایک مثال دیتا ہوں۔</w:t>
      </w:r>
    </w:p>
    <w:p>
      <w:r>
        <w:rPr>
          <w:b/>
        </w:rPr>
        <w:t xml:space="preserve">[07:21] </w:t>
      </w:r>
      <w:r>
        <w:t>aqal sab se bari cheez hai, sab se bari cheez hai aqal less insaan ke paas.</w:t>
      </w:r>
    </w:p>
    <w:p>
      <w:pPr>
        <w:jc w:val="right"/>
      </w:pPr>
      <w:r>
        <w:t>عقل سب سے بڑی چیز ہے، سب سے بڑی چیز ہے عقل لیس انسان کے پاس۔</w:t>
      </w:r>
    </w:p>
    <w:p>
      <w:r>
        <w:rPr>
          <w:b/>
        </w:rPr>
        <w:t xml:space="preserve">[07:28] </w:t>
      </w:r>
      <w:r>
        <w:t>ek qissa mein ne aap ko bataya tha yahan par shayad aap ko yaad ho ke hamare u</w:t>
      </w:r>
    </w:p>
    <w:p>
      <w:pPr>
        <w:jc w:val="right"/>
      </w:pPr>
      <w:r>
        <w:t>ایک قصہ میں نے آپ کو بتایا تھا یہاں پر شاید آپ کو یاد ہو کہ ہمارے یو</w:t>
      </w:r>
    </w:p>
    <w:p>
      <w:r>
        <w:rPr>
          <w:b/>
        </w:rPr>
        <w:t xml:space="preserve">[07:34] </w:t>
      </w:r>
      <w:r>
        <w:t>pi mein ek aadmi thay, parhay likhay zyada nahi thay, lekin bolna acha aata tha un ko, yaani</w:t>
      </w:r>
    </w:p>
    <w:p>
      <w:pPr>
        <w:jc w:val="right"/>
      </w:pPr>
      <w:r>
        <w:t>پی میں ایک آدمی تھے، پڑھے لکھے زیادہ نہیں تھے، لیکن بولنا اچھا آتا تھا ان کو، یعنی</w:t>
      </w:r>
    </w:p>
    <w:p>
      <w:r>
        <w:rPr>
          <w:b/>
        </w:rPr>
        <w:t xml:space="preserve">[07:41] </w:t>
      </w:r>
      <w:r>
        <w:t>ache speaker thay woh.</w:t>
      </w:r>
    </w:p>
    <w:p>
      <w:pPr>
        <w:jc w:val="right"/>
      </w:pPr>
      <w:r>
        <w:t>اچھے اسپیکر تھے وہ۔</w:t>
      </w:r>
    </w:p>
    <w:p>
      <w:r>
        <w:rPr>
          <w:b/>
        </w:rPr>
        <w:t xml:space="preserve">[07:48] </w:t>
      </w:r>
      <w:r>
        <w:t>to un ke paas koi zameen nahi thi, koi jaidad nahi thi, koi business nahi tha.</w:t>
      </w:r>
    </w:p>
    <w:p>
      <w:pPr>
        <w:jc w:val="right"/>
      </w:pPr>
      <w:r>
        <w:t>تو ان کے پاس کوئی زمین نہیں تھی، کوئی جائیداد نہیں تھی، کوئی بزنس نہیں تھا۔</w:t>
      </w:r>
    </w:p>
    <w:p>
      <w:r>
        <w:rPr>
          <w:b/>
        </w:rPr>
        <w:t xml:space="preserve">[07:54] </w:t>
      </w:r>
      <w:r>
        <w:t>to unhon ne ek kaam nikala apne liye, yaani apni speech ko unhon ne darya banaya earning ka.</w:t>
      </w:r>
    </w:p>
    <w:p>
      <w:pPr>
        <w:jc w:val="right"/>
      </w:pPr>
      <w:r>
        <w:t>تو انہوں نے ایک کام نکالا اپنے لیے، یعنی اپنی اسپیچ کو انہوں نے دریا بنایا ارننگ کا۔</w:t>
      </w:r>
    </w:p>
    <w:p>
      <w:r>
        <w:rPr>
          <w:b/>
        </w:rPr>
        <w:t xml:space="preserve">[08:01] </w:t>
      </w:r>
      <w:r>
        <w:t>to unhon ne kaha ke dekho, masjidain jo banti thin, abhi bhi banti hain, masjidain pehle banti thin,</w:t>
      </w:r>
    </w:p>
    <w:p>
      <w:pPr>
        <w:jc w:val="right"/>
      </w:pPr>
      <w:r>
        <w:t>تو انہوں نے کہا کہ دیکھو، مسجدیں جو بنتی تھیں، ابھی بھی بنتی ہیں، مسجدیں پہلے بنتی تھیں،</w:t>
      </w:r>
    </w:p>
    <w:p>
      <w:r>
        <w:rPr>
          <w:b/>
        </w:rPr>
        <w:t xml:space="preserve">[08:07] </w:t>
      </w:r>
      <w:r>
        <w:t>to jo masjid banane walay hotay thay, un ke paas jatay thay, woh kehtay thay ke mein chanda</w:t>
      </w:r>
    </w:p>
    <w:p>
      <w:pPr>
        <w:jc w:val="right"/>
      </w:pPr>
      <w:r>
        <w:t>تو جو مسجد بنانے والے ہوتے تھے، ان کے پاس جاتے تھے، وہ کہتے تھے کہ میں چندہ</w:t>
      </w:r>
    </w:p>
    <w:p>
      <w:r>
        <w:rPr>
          <w:b/>
        </w:rPr>
        <w:t xml:space="preserve">[08:14] </w:t>
      </w:r>
      <w:r>
        <w:t>la ke doon ga tum ko, jitna kaho utna.</w:t>
      </w:r>
    </w:p>
    <w:p>
      <w:pPr>
        <w:jc w:val="right"/>
      </w:pPr>
      <w:r>
        <w:t>لا کے دوں گا تم کو، جتنا کہو اتنا۔</w:t>
      </w:r>
    </w:p>
    <w:p>
      <w:r>
        <w:rPr>
          <w:b/>
        </w:rPr>
        <w:t xml:space="preserve">[08:21] </w:t>
      </w:r>
      <w:r>
        <w:t>shart yeh hai ke 50 feesad mera hoga, yaani chande mein 50 feesad mera hoga.</w:t>
      </w:r>
    </w:p>
    <w:p>
      <w:pPr>
        <w:jc w:val="right"/>
      </w:pPr>
      <w:r>
        <w:t>شرط یہ ہے کہ 50 فیصد میرا ہوگا، یعنی چندے میں 50 فیصد میرا ہوگا۔</w:t>
      </w:r>
    </w:p>
    <w:p>
      <w:r>
        <w:rPr>
          <w:b/>
        </w:rPr>
        <w:t xml:space="preserve">[08:27] </w:t>
      </w:r>
      <w:r>
        <w:t>to masjid walay bohat aasani se razi ho jatay thay.</w:t>
      </w:r>
    </w:p>
    <w:p>
      <w:pPr>
        <w:jc w:val="right"/>
      </w:pPr>
      <w:r>
        <w:t>تو مسجد والے بہت آسانی سے راضی ہو جاتے تھے۔</w:t>
      </w:r>
    </w:p>
    <w:p>
      <w:r>
        <w:rPr>
          <w:b/>
        </w:rPr>
        <w:t xml:space="preserve">[08:34] </w:t>
      </w:r>
      <w:r>
        <w:t>ab yeh jatay thay idhar udhar, musalmanon mein taqreer kartay thay, to wahan par masjid ke fazail batatay</w:t>
      </w:r>
    </w:p>
    <w:p>
      <w:pPr>
        <w:jc w:val="right"/>
      </w:pPr>
      <w:r>
        <w:t>اب یہ جاتے تھے ادھر ادھر، مسلمانوں میں تقریر کرتے تھے، تو وہاں پر مسجد کے فضائل بتاتے</w:t>
      </w:r>
    </w:p>
    <w:p>
      <w:r>
        <w:rPr>
          <w:b/>
        </w:rPr>
        <w:t xml:space="preserve">[08:40] </w:t>
      </w:r>
      <w:r>
        <w:t>thay woh ke masjid banao, dunya mein to jannat mein ghar banta hai ek tumhara.</w:t>
      </w:r>
    </w:p>
    <w:p>
      <w:pPr>
        <w:jc w:val="right"/>
      </w:pPr>
      <w:r>
        <w:t>تھے وہ کہ مسجد بناؤ، دنیا میں تو جنت میں گھر بنتا ہے ایک تمہارا۔</w:t>
      </w:r>
    </w:p>
    <w:p>
      <w:r>
        <w:rPr>
          <w:b/>
        </w:rPr>
        <w:t xml:space="preserve">[08:47] </w:t>
      </w:r>
      <w:r>
        <w:t>dunya mein masjid banao to jannat mein ek ghar banay ga tumhara.</w:t>
      </w:r>
    </w:p>
    <w:p>
      <w:pPr>
        <w:jc w:val="right"/>
      </w:pPr>
      <w:r>
        <w:t>دنیا میں مسجد بناؤ تو جنت میں ایک گھر بنے گا تمہارا۔</w:t>
      </w:r>
    </w:p>
    <w:p>
      <w:r>
        <w:rPr>
          <w:b/>
        </w:rPr>
        <w:t xml:space="preserve">[08:53] </w:t>
      </w:r>
      <w:r>
        <w:t>yeh sunatay thay.</w:t>
      </w:r>
    </w:p>
    <w:p>
      <w:pPr>
        <w:jc w:val="right"/>
      </w:pPr>
      <w:r>
        <w:t>یہ سناتے تھے۔</w:t>
      </w:r>
    </w:p>
    <w:p>
      <w:r>
        <w:rPr>
          <w:b/>
        </w:rPr>
        <w:t xml:space="preserve">[09:00] </w:t>
      </w:r>
      <w:r>
        <w:t>ab phir woh bohat hi khaas andaaz mein kehtay thay, "kood jhama jam jannat mein".</w:t>
      </w:r>
    </w:p>
    <w:p>
      <w:pPr>
        <w:jc w:val="right"/>
      </w:pPr>
      <w:r>
        <w:t>اب پھر وہ بہت ہی خاص انداز میں کہتے تھے، "کود جھما جم جنت میں"۔</w:t>
      </w:r>
    </w:p>
    <w:p>
      <w:r>
        <w:rPr>
          <w:b/>
        </w:rPr>
        <w:t xml:space="preserve">[09:07] </w:t>
      </w:r>
      <w:r>
        <w:t>matlab masjid banao aur jannat mein jao, "kood jhama jam jannat mein".</w:t>
      </w:r>
    </w:p>
    <w:p>
      <w:pPr>
        <w:jc w:val="right"/>
      </w:pPr>
      <w:r>
        <w:t>مطلب مسجد بناؤ اور جنت میں جاؤ، "کود جھما جم جنت میں"۔</w:t>
      </w:r>
    </w:p>
    <w:p>
      <w:r>
        <w:rPr>
          <w:b/>
        </w:rPr>
        <w:t xml:space="preserve">[09:13] </w:t>
      </w:r>
      <w:r>
        <w:t>to jab woh kehtay thay, ab mein is tarah keh bhi nahi sakta, jo un ka andaaz tha kehne ka.</w:t>
      </w:r>
    </w:p>
    <w:p>
      <w:pPr>
        <w:jc w:val="right"/>
      </w:pPr>
      <w:r>
        <w:t>تو جب وہ کہتے تھے، اب میں اس طرح کہہ بھی نہیں سکتا، جو ان کا انداز تھا کہنے کا۔</w:t>
      </w:r>
    </w:p>
    <w:p>
      <w:r>
        <w:rPr>
          <w:b/>
        </w:rPr>
        <w:t xml:space="preserve">[09:20] </w:t>
      </w:r>
      <w:r>
        <w:t>jab kehtay thay "kood jhama jam jannat mein" to log khoob paisa de detay thay, apni jebein khali</w:t>
      </w:r>
    </w:p>
    <w:p>
      <w:pPr>
        <w:jc w:val="right"/>
      </w:pPr>
      <w:r>
        <w:t>جب کہتے تھے "کود جھما جم جنت میں" تو لوگ خوب پیسہ دے دیتے تھے، اپنی جیبیں خالی</w:t>
      </w:r>
    </w:p>
    <w:p>
      <w:r>
        <w:rPr>
          <w:b/>
        </w:rPr>
        <w:t xml:space="preserve">[09:26] </w:t>
      </w:r>
      <w:r>
        <w:t>kar detay thay.</w:t>
      </w:r>
    </w:p>
    <w:p>
      <w:pPr>
        <w:jc w:val="right"/>
      </w:pPr>
      <w:r>
        <w:t>کر دیتے تھے۔</w:t>
      </w:r>
    </w:p>
    <w:p>
      <w:r>
        <w:rPr>
          <w:b/>
        </w:rPr>
        <w:t xml:space="preserve">[09:33] </w:t>
      </w:r>
      <w:r>
        <w:t>ab jo hai woh kya hai? ab "kood jhama jam jahannum mein" ho gaya hai.</w:t>
      </w:r>
    </w:p>
    <w:p>
      <w:pPr>
        <w:jc w:val="right"/>
      </w:pPr>
      <w:r>
        <w:t>اب جو ہے وہ کیا ہے؟ اب "کود جھما جم جہنم میں" ہو گیا ہے۔</w:t>
      </w:r>
    </w:p>
    <w:p>
      <w:r>
        <w:rPr>
          <w:b/>
        </w:rPr>
        <w:t xml:space="preserve">[09:39] </w:t>
      </w:r>
      <w:r>
        <w:t>mein jab ek qissa parta hoon jo bombay mein hua, aur jaghon hua, jo kehtay hain "suicide bombing",</w:t>
      </w:r>
    </w:p>
    <w:p>
      <w:pPr>
        <w:jc w:val="right"/>
      </w:pPr>
      <w:r>
        <w:t>میں جب ایک قصہ پڑھتا ہوں جو بامبے میں ہوا، اور جگہوں ہوا، جو کہتے ہیں "سوسائیڈ بمبنگ"،</w:t>
      </w:r>
    </w:p>
    <w:p>
      <w:r>
        <w:rPr>
          <w:b/>
        </w:rPr>
        <w:t xml:space="preserve">[09:46] </w:t>
      </w:r>
      <w:r>
        <w:t>khudkush bomabari, yaani apne ko maar dalna nafrat mein aur kisi ko halak karne ke liye, kisi ko</w:t>
      </w:r>
    </w:p>
    <w:p>
      <w:pPr>
        <w:jc w:val="right"/>
      </w:pPr>
      <w:r>
        <w:t>خودکش بمباری، یعنی اپنے کو مار ڈالنا نفرت میں اور کسی کو ہلاک کرنے کے لیے، کسی کو</w:t>
      </w:r>
    </w:p>
    <w:p>
      <w:r>
        <w:rPr>
          <w:b/>
        </w:rPr>
        <w:t xml:space="preserve">[09:53] </w:t>
      </w:r>
      <w:r>
        <w:t>nuqsan pohanchane ke liye, apne ko maar dalna.</w:t>
      </w:r>
    </w:p>
    <w:p>
      <w:pPr>
        <w:jc w:val="right"/>
      </w:pPr>
      <w:r>
        <w:t>نقصان پہنچانے کے لیے، اپنے کو مار ڈالنا۔</w:t>
      </w:r>
    </w:p>
    <w:p>
      <w:r>
        <w:rPr>
          <w:b/>
        </w:rPr>
        <w:t xml:space="preserve">[09:59] </w:t>
      </w:r>
      <w:r>
        <w:t>"suicide bombing" ho rahi hai har jagah, sirf bombay mein nahi hui, sari dunya mein ho rahi hai,</w:t>
      </w:r>
    </w:p>
    <w:p>
      <w:pPr>
        <w:jc w:val="right"/>
      </w:pPr>
      <w:r>
        <w:t>"سوسائیڈ بمبنگ" ہو رہی ہے ہر جگہ، صرف بامبے میں نہیں ہوئی، ساری دنیا میں ہو رہی ہے،</w:t>
      </w:r>
    </w:p>
    <w:p>
      <w:r>
        <w:rPr>
          <w:b/>
        </w:rPr>
        <w:t xml:space="preserve">[10:06] </w:t>
      </w:r>
      <w:r>
        <w:t>falasteen mein ho rahi hai, kashmir mein ho rahi hai, jagah jagah.</w:t>
      </w:r>
    </w:p>
    <w:p>
      <w:pPr>
        <w:jc w:val="right"/>
      </w:pPr>
      <w:r>
        <w:t>فلسطین میں ہو رہی ہے، کشمیر میں ہو رہی ہے، جگہ جگہ۔</w:t>
      </w:r>
    </w:p>
    <w:p>
      <w:r>
        <w:rPr>
          <w:b/>
        </w:rPr>
        <w:t xml:space="preserve">[10:12] </w:t>
      </w:r>
      <w:r>
        <w:t>yeh kya hai? islam mein khudkushi, yaani suicide, haram hai.</w:t>
      </w:r>
    </w:p>
    <w:p>
      <w:pPr>
        <w:jc w:val="right"/>
      </w:pPr>
      <w:r>
        <w:t>یہ کیا ہے؟ اسلام میں خودکشی، یعنی سوسائیڈ، حرام ہے۔</w:t>
      </w:r>
    </w:p>
    <w:p>
      <w:r>
        <w:rPr>
          <w:b/>
        </w:rPr>
        <w:t xml:space="preserve">[10:19] </w:t>
      </w:r>
      <w:r>
        <w:t>jo aadmi suicide kare, us ke liye baqayda maujood hai islam mein yeh ke woh jahannum mein jaye</w:t>
      </w:r>
    </w:p>
    <w:p>
      <w:pPr>
        <w:jc w:val="right"/>
      </w:pPr>
      <w:r>
        <w:t>جو آدمی سوسائیڈ کرے، اس کے لیے باقاعدہ موجود ہے اسلام میں یہ کہ وہ جہنم میں جائے</w:t>
      </w:r>
    </w:p>
    <w:p>
      <w:r>
        <w:rPr>
          <w:b/>
        </w:rPr>
        <w:t xml:space="preserve">[10:25] </w:t>
      </w:r>
      <w:r>
        <w:t>ga, is ka jahannum mein jana yaqeeni hai.</w:t>
      </w:r>
    </w:p>
    <w:p>
      <w:pPr>
        <w:jc w:val="right"/>
      </w:pPr>
      <w:r>
        <w:t>گا، اس کا جہنم میں جانا یقینی ہے۔</w:t>
      </w:r>
    </w:p>
    <w:p>
      <w:r>
        <w:rPr>
          <w:b/>
        </w:rPr>
        <w:t xml:space="preserve">[10:32] </w:t>
      </w:r>
      <w:r>
        <w:t>jo aadmi khud se apne aap ko mare, jo suicide kar ke mare, us ke baray mein hadith</w:t>
      </w:r>
    </w:p>
    <w:p>
      <w:pPr>
        <w:jc w:val="right"/>
      </w:pPr>
      <w:r>
        <w:t>جو آدمی خود سے اپنے آپ کو مارے، جو سوسائیڈ کر کے مرے، اس کے بارے میں حدیث</w:t>
      </w:r>
    </w:p>
    <w:p>
      <w:r>
        <w:rPr>
          <w:b/>
        </w:rPr>
        <w:t xml:space="preserve">[10:39] </w:t>
      </w:r>
      <w:r>
        <w:t>mein hai ke woh aisa aadmi jahannum mein jaye ga, bukhari mein yeh riwayat maujood hai.</w:t>
      </w:r>
    </w:p>
    <w:p>
      <w:pPr>
        <w:jc w:val="right"/>
      </w:pPr>
      <w:r>
        <w:t>میں ہے کہ وہ ایسا آدمی جہنم میں جائے گا، بخاری میں یہ روایت موجود ہے۔</w:t>
      </w:r>
    </w:p>
    <w:p>
      <w:r>
        <w:rPr>
          <w:b/>
        </w:rPr>
        <w:t xml:space="preserve">[10:45] </w:t>
      </w:r>
      <w:r>
        <w:t>ab aap dekhiye ke log apne ko mar mar kar ke khatam kar rahe hain, suicide bombing kar</w:t>
      </w:r>
    </w:p>
    <w:p>
      <w:pPr>
        <w:jc w:val="right"/>
      </w:pPr>
      <w:r>
        <w:t>اب آپ دیکھیے کہ لوگ اپنے کو مار مار کر کے ختم کر رہے ہیں، سوسائیڈ بمبنگ کر</w:t>
      </w:r>
    </w:p>
    <w:p>
      <w:r>
        <w:rPr>
          <w:b/>
        </w:rPr>
        <w:t xml:space="preserve">[10:52] </w:t>
      </w:r>
      <w:r>
        <w:t>rahe hain, to jahannum mein to kood rahe hain woh.</w:t>
      </w:r>
    </w:p>
    <w:p>
      <w:pPr>
        <w:jc w:val="right"/>
      </w:pPr>
      <w:r>
        <w:t>رہے ہیں، تو جہنم میں تو کود رہے ہیں وہ۔</w:t>
      </w:r>
    </w:p>
    <w:p>
      <w:r>
        <w:rPr>
          <w:b/>
        </w:rPr>
        <w:t xml:space="preserve">[10:58] </w:t>
      </w:r>
      <w:r>
        <w:t>to kitna difference hua hai itne dinon mein? ab dekhiye, pehle agar speaker kehta tha ke "kood jhama</w:t>
      </w:r>
    </w:p>
    <w:p>
      <w:pPr>
        <w:jc w:val="right"/>
      </w:pPr>
      <w:r>
        <w:t>تو کتنا ڈیفرنس ہوا ہے اتنے دنوں میں؟ اب دیکھیے، پہلے اگر اسپیکر کہتا تھا کہ "کود جھما</w:t>
      </w:r>
    </w:p>
    <w:p>
      <w:r>
        <w:rPr>
          <w:b/>
        </w:rPr>
        <w:t xml:space="preserve">[11:05] </w:t>
      </w:r>
      <w:r>
        <w:t>jham jannat mein" to aaj ke log keh rahe hain "kood jhama jham hell fire mein".</w:t>
      </w:r>
    </w:p>
    <w:p>
      <w:pPr>
        <w:jc w:val="right"/>
      </w:pPr>
      <w:r>
        <w:t>جم جنت میں" تو آج کے لوگ کہہ رہے ہیں "کود جھما جم ہیل فائر میں"۔</w:t>
      </w:r>
    </w:p>
    <w:p>
      <w:r>
        <w:rPr>
          <w:b/>
        </w:rPr>
        <w:t xml:space="preserve">[11:11] </w:t>
      </w:r>
      <w:r>
        <w:t>"kood jhama jham hell fire mein" yeh hai deterioration, yeh hai lack of wisdom, yeh hai aql ka khatam hona.</w:t>
      </w:r>
    </w:p>
    <w:p>
      <w:pPr>
        <w:jc w:val="right"/>
      </w:pPr>
      <w:r>
        <w:t>"کود جھما جم ہیل فائر میں" یہ ہے ڈیٹوریشن، یہ ہے لیک آف وزڈم، یہ ہے عقل کا ختم ہونا۔</w:t>
      </w:r>
    </w:p>
    <w:p>
      <w:r>
        <w:rPr>
          <w:b/>
        </w:rPr>
        <w:t xml:space="preserve">[11:18] </w:t>
      </w:r>
      <w:r>
        <w:t>yaani kahan se kahan pohancha hai muamla? "kood jhama jham hell fire mein" ho raha hai.</w:t>
      </w:r>
    </w:p>
    <w:p>
      <w:pPr>
        <w:jc w:val="right"/>
      </w:pPr>
      <w:r>
        <w:t>یعنی کہاں سے کہاں پہنچا ہے معاملہ؟ "کود جھما جم ہیل فائر میں" ہو رہا ہے۔</w:t>
      </w:r>
    </w:p>
    <w:p>
      <w:r>
        <w:rPr>
          <w:b/>
        </w:rPr>
        <w:t xml:space="preserve">[11:25] </w:t>
      </w:r>
      <w:r>
        <w:t>kisi ko dar nahi hai aakhirat ka, kisi ko dar nahi hai allah ta'ala ke samne pooch ka,</w:t>
      </w:r>
    </w:p>
    <w:p>
      <w:pPr>
        <w:jc w:val="right"/>
      </w:pPr>
      <w:r>
        <w:t>کسی کو ڈر نہیں ہے آخرت کا، کسی کو ڈر نہیں ہے اللہ تعالیٰ کے سامنے پوچھ کا،</w:t>
      </w:r>
    </w:p>
    <w:p>
      <w:r>
        <w:rPr>
          <w:b/>
        </w:rPr>
        <w:t xml:space="preserve">[11:31] </w:t>
      </w:r>
      <w:r>
        <w:t>kisi ko dar nahi hai accountability ka, kisi ko dar nahi hai ke woh allah ke samne khada</w:t>
      </w:r>
    </w:p>
    <w:p>
      <w:pPr>
        <w:jc w:val="right"/>
      </w:pPr>
      <w:r>
        <w:t>کسی کو ڈر نہیں ہے اکاؤنٹیبلٹی کا، کسی کو ڈر نہیں ہے کہ وہ اللہ کے سامنے کھڑا</w:t>
      </w:r>
    </w:p>
    <w:p>
      <w:r>
        <w:rPr>
          <w:b/>
        </w:rPr>
        <w:t xml:space="preserve">[11:38] </w:t>
      </w:r>
      <w:r>
        <w:t>hone wala hai maut ke baad.</w:t>
      </w:r>
    </w:p>
    <w:p>
      <w:pPr>
        <w:jc w:val="right"/>
      </w:pPr>
      <w:r>
        <w:t>ہونے والا ہے موت کے بعد۔</w:t>
      </w:r>
    </w:p>
    <w:p>
      <w:r>
        <w:rPr>
          <w:b/>
        </w:rPr>
        <w:t xml:space="preserve">[11:44] </w:t>
      </w:r>
      <w:r>
        <w:t>to main ne socha ke aakhir yeh "kood jhama jham hell fire mein" kyun ho raha hai? yeh</w:t>
      </w:r>
    </w:p>
    <w:p>
      <w:pPr>
        <w:jc w:val="right"/>
      </w:pPr>
      <w:r>
        <w:t>تو میں نے سوچا کہ آخر یہ "کود جھما جم ہیل فائر میں" کیوں ہو رہا ہے؟ یہ</w:t>
      </w:r>
    </w:p>
    <w:p>
      <w:r>
        <w:rPr>
          <w:b/>
        </w:rPr>
        <w:t xml:space="preserve">[11:51] </w:t>
      </w:r>
      <w:r>
        <w:t>Why this madness?</w:t>
      </w:r>
    </w:p>
    <w:p>
      <w:pPr>
        <w:jc w:val="right"/>
      </w:pPr>
      <w:r>
        <w:t>Why this madness?</w:t>
      </w:r>
    </w:p>
    <w:p>
      <w:r>
        <w:rPr>
          <w:b/>
        </w:rPr>
        <w:t xml:space="preserve">[11:58] </w:t>
      </w:r>
      <w:r>
        <w:t>Why this madness?</w:t>
      </w:r>
    </w:p>
    <w:p>
      <w:pPr>
        <w:jc w:val="right"/>
      </w:pPr>
      <w:r>
        <w:t>Why this madness?</w:t>
      </w:r>
    </w:p>
    <w:p>
      <w:r>
        <w:rPr>
          <w:b/>
        </w:rPr>
        <w:t xml:space="preserve">[12:03] </w:t>
      </w:r>
      <w:r>
        <w:t>yeh bohat zyada sochne ki baat hai ke wahan par bombay mein das aadmi ghus gaye hotelon mein.</w:t>
      </w:r>
    </w:p>
    <w:p>
      <w:pPr>
        <w:jc w:val="right"/>
      </w:pPr>
      <w:r>
        <w:t>یہ بہت زیادہ سوچنے کی بات ہے کہ وہاں پر بامبے میں دس آدمی گھس گئے ہوٹلوں میں۔</w:t>
      </w:r>
    </w:p>
    <w:p>
      <w:r>
        <w:rPr>
          <w:b/>
        </w:rPr>
        <w:t xml:space="preserve">[12:09] </w:t>
      </w:r>
      <w:r>
        <w:t>zahir hai ke wahan par unhein marna tha, kyunke police aye gi, fauj aye gi, commandos ayein ge</w:t>
      </w:r>
    </w:p>
    <w:p>
      <w:pPr>
        <w:jc w:val="right"/>
      </w:pPr>
      <w:r>
        <w:t>ظاہر ہے کہ وہاں پر انہیں مرنا تھا، کیونکہ پولیس آئے گی، فوج آئے گی، کمانڈوز آئیں گے</w:t>
      </w:r>
    </w:p>
    <w:p>
      <w:r>
        <w:rPr>
          <w:b/>
        </w:rPr>
        <w:t xml:space="preserve">[12:15] </w:t>
      </w:r>
      <w:r>
        <w:t>to unhein maren ge.</w:t>
      </w:r>
    </w:p>
    <w:p>
      <w:pPr>
        <w:jc w:val="right"/>
      </w:pPr>
      <w:r>
        <w:t>تو انہیں ماریں گے۔</w:t>
      </w:r>
    </w:p>
    <w:p>
      <w:r>
        <w:rPr>
          <w:b/>
        </w:rPr>
        <w:t xml:space="preserve">[12:21] </w:t>
      </w:r>
      <w:r>
        <w:t>bachne wale hain nahi wahan se.</w:t>
      </w:r>
    </w:p>
    <w:p>
      <w:pPr>
        <w:jc w:val="right"/>
      </w:pPr>
      <w:r>
        <w:t>بچنے والے ہیں نہیں وہاں سے۔</w:t>
      </w:r>
    </w:p>
    <w:p>
      <w:r>
        <w:rPr>
          <w:b/>
        </w:rPr>
        <w:t xml:space="preserve">[12:27] </w:t>
      </w:r>
      <w:r>
        <w:t>chunanche no aadmi to maar dale gaye, ek aadmi zinda pakra gaya.</w:t>
      </w:r>
    </w:p>
    <w:p>
      <w:pPr>
        <w:jc w:val="right"/>
      </w:pPr>
      <w:r>
        <w:t>چنانچہ نو آدمی تو مار ڈالے گئے، ایک آدمی زندہ پکڑا گیا۔</w:t>
      </w:r>
    </w:p>
    <w:p>
      <w:r>
        <w:rPr>
          <w:b/>
        </w:rPr>
        <w:t xml:space="preserve">[12:33] </w:t>
      </w:r>
      <w:r>
        <w:t>to yeh "kood jhama jham hell fire mein" jo ho raha hai, kyun ho raha hai? yeh hai</w:t>
      </w:r>
    </w:p>
    <w:p>
      <w:pPr>
        <w:jc w:val="right"/>
      </w:pPr>
      <w:r>
        <w:t>تو یہ "کود جھما جم ہیل فائر میں" جو ہو رہا ہے، کیوں ہو رہا ہے؟ یہ ہے</w:t>
      </w:r>
    </w:p>
    <w:p>
      <w:r>
        <w:rPr>
          <w:b/>
        </w:rPr>
        <w:t xml:space="preserve">[12:39] </w:t>
      </w:r>
      <w:r>
        <w:t>out of hate. hate, nafrat.</w:t>
      </w:r>
    </w:p>
    <w:p>
      <w:pPr>
        <w:jc w:val="right"/>
      </w:pPr>
      <w:r>
        <w:t>آؤٹ آف ہیٹ۔ ہیٹ، نفرت۔</w:t>
      </w:r>
    </w:p>
    <w:p>
      <w:r>
        <w:rPr>
          <w:b/>
        </w:rPr>
        <w:t xml:space="preserve">[12:45] </w:t>
      </w:r>
      <w:r>
        <w:t>nafrat itni buri cheez hai ke aadmi is ke liye sab kuch karta hai.</w:t>
      </w:r>
    </w:p>
    <w:p>
      <w:pPr>
        <w:jc w:val="right"/>
      </w:pPr>
      <w:r>
        <w:t>نفرت اتنی بری چیز ہے کہ آدمی اس کے لیے سب کچھ کرتا ہے۔</w:t>
      </w:r>
    </w:p>
    <w:p>
      <w:r>
        <w:rPr>
          <w:b/>
        </w:rPr>
        <w:t xml:space="preserve">[12:51] </w:t>
      </w:r>
      <w:r>
        <w:t>aap dekhiye, sab se pehle nafrat ka kis ne shuru kiya? nafrat shuru kahan se hui? woh setan</w:t>
      </w:r>
    </w:p>
    <w:p>
      <w:pPr>
        <w:jc w:val="right"/>
      </w:pPr>
      <w:r>
        <w:t>آپ دیکھیے، سب سے پہلے نفرت کا کس نے شروع کیا؟ نفرت شروع کہاں سے ہوئی؟ وہ سیٹن</w:t>
      </w:r>
    </w:p>
    <w:p>
      <w:r>
        <w:rPr>
          <w:b/>
        </w:rPr>
        <w:t xml:space="preserve">[12:57] </w:t>
      </w:r>
      <w:r>
        <w:t>se shuru hui.</w:t>
      </w:r>
    </w:p>
    <w:p>
      <w:pPr>
        <w:jc w:val="right"/>
      </w:pPr>
      <w:r>
        <w:t>سے شروع ہوئی۔</w:t>
      </w:r>
    </w:p>
    <w:p>
      <w:r>
        <w:rPr>
          <w:b/>
        </w:rPr>
        <w:t xml:space="preserve">[13:03] </w:t>
      </w:r>
      <w:r>
        <w:t>setan ka qissa aap ko pata hai, Allah taala ne jab Adam ko paida kiya to us waqt</w:t>
      </w:r>
    </w:p>
    <w:p>
      <w:pPr>
        <w:jc w:val="right"/>
      </w:pPr>
      <w:r>
        <w:t>سیٹن کا قصہ آپ کو پتہ ہے، اللہ تعالیٰ نے جب آدم کو پیدا کیا تو اس وقت</w:t>
      </w:r>
    </w:p>
    <w:p>
      <w:r>
        <w:rPr>
          <w:b/>
        </w:rPr>
        <w:t xml:space="preserve">[13:09] </w:t>
      </w:r>
      <w:r>
        <w:t>farishte the, angels aur jin the.</w:t>
      </w:r>
    </w:p>
    <w:p>
      <w:pPr>
        <w:jc w:val="right"/>
      </w:pPr>
      <w:r>
        <w:t>فرشتے تھے، اینجلز اور جن تھے۔</w:t>
      </w:r>
    </w:p>
    <w:p>
      <w:r>
        <w:rPr>
          <w:b/>
        </w:rPr>
        <w:t xml:space="preserve">[13:14] </w:t>
      </w:r>
      <w:r>
        <w:t>aur shaitan jo hai, jinnu ka sardar.</w:t>
      </w:r>
    </w:p>
    <w:p>
      <w:pPr>
        <w:jc w:val="right"/>
      </w:pPr>
      <w:r>
        <w:t>اور شیطان جو ہے، جنوں کا سردار۔</w:t>
      </w:r>
    </w:p>
    <w:p>
      <w:r>
        <w:rPr>
          <w:b/>
        </w:rPr>
        <w:t xml:space="preserve">[13:20] </w:t>
      </w:r>
      <w:r>
        <w:t>shaitan koi alag cheez nahi hai, woh ek jin hai.</w:t>
      </w:r>
    </w:p>
    <w:p>
      <w:pPr>
        <w:jc w:val="right"/>
      </w:pPr>
      <w:r>
        <w:t>شیطان کوئی الگ چیز نہیں ہے، وہ ایک جن ہے۔</w:t>
      </w:r>
    </w:p>
    <w:p>
      <w:r>
        <w:rPr>
          <w:b/>
        </w:rPr>
        <w:t xml:space="preserve">[13:26] </w:t>
      </w:r>
      <w:r>
        <w:t>wa kaana minal jinni quran majeed mein aaya hai.</w:t>
      </w:r>
    </w:p>
    <w:p>
      <w:pPr>
        <w:jc w:val="right"/>
      </w:pPr>
      <w:r>
        <w:t>وَكَانَ مِنَ الْجِنِّ قرآن مجید میں آیا ہے۔</w:t>
      </w:r>
    </w:p>
    <w:p>
      <w:r>
        <w:rPr>
          <w:b/>
        </w:rPr>
        <w:t xml:space="preserve">[13:32] </w:t>
      </w:r>
      <w:r>
        <w:t>to Khuda ne kaha ke farishton se bhi aur jinnu se bhi ke tum Adam ke aage jhuk jao.</w:t>
      </w:r>
    </w:p>
    <w:p>
      <w:pPr>
        <w:jc w:val="right"/>
      </w:pPr>
      <w:r>
        <w:t>تو خدا نے کہا کہ فرشتوں سے بھی اور جنوں سے بھی کہ تم آدم کے آگے جھک جاؤ۔</w:t>
      </w:r>
    </w:p>
    <w:p>
      <w:r>
        <w:rPr>
          <w:b/>
        </w:rPr>
        <w:t xml:space="preserve">[13:38] </w:t>
      </w:r>
      <w:r>
        <w:t>jhuk jao ka matlab yeh tha ke Adam ko Khuda ne di thi freedom, Adam ki nasal ko,</w:t>
      </w:r>
    </w:p>
    <w:p>
      <w:pPr>
        <w:jc w:val="right"/>
      </w:pPr>
      <w:r>
        <w:t>جھک جاؤ کا معنی یہ تھا کہ آدم کو خدا نے دی تھی فریڈم، آدم کی نسل کو،</w:t>
      </w:r>
    </w:p>
    <w:p>
      <w:r>
        <w:rPr>
          <w:b/>
        </w:rPr>
        <w:t xml:space="preserve">[13:44] </w:t>
      </w:r>
      <w:r>
        <w:t>insaan ko freedom.</w:t>
      </w:r>
    </w:p>
    <w:p>
      <w:pPr>
        <w:jc w:val="right"/>
      </w:pPr>
      <w:r>
        <w:t>انسان کو فریڈم۔</w:t>
      </w:r>
    </w:p>
    <w:p>
      <w:r>
        <w:rPr>
          <w:b/>
        </w:rPr>
        <w:t xml:space="preserve">[13:50] </w:t>
      </w:r>
      <w:r>
        <w:t>to is ki freedom mein koi rukawat na pade, kyunke test ke liye thi yeh freedom.</w:t>
      </w:r>
    </w:p>
    <w:p>
      <w:pPr>
        <w:jc w:val="right"/>
      </w:pPr>
      <w:r>
        <w:t>تو اس کی فریڈم میں کوئی رکاوٹ نہ پڑے، کیونکہ ٹیسٹ کے لیے تھی یہ فریڈم۔</w:t>
      </w:r>
    </w:p>
    <w:p>
      <w:r>
        <w:rPr>
          <w:b/>
        </w:rPr>
        <w:t xml:space="preserve">[13:56] </w:t>
      </w:r>
      <w:r>
        <w:t>to rukawat ho gayi to test kaise hoga? to farishton se kaha gaya ke jhuk jao, jinnu se</w:t>
      </w:r>
    </w:p>
    <w:p>
      <w:pPr>
        <w:jc w:val="right"/>
      </w:pPr>
      <w:r>
        <w:t>تو رکاوٹ ہو گئی تو ٹیسٹ کیسے ہوگا؟ تو فرشتوں سے کہا گیا کہ جھک جاؤ، جن سے</w:t>
      </w:r>
    </w:p>
    <w:p>
      <w:r>
        <w:rPr>
          <w:b/>
        </w:rPr>
        <w:t xml:space="preserve">[14:02] </w:t>
      </w:r>
      <w:r>
        <w:t>kaha gaya ke jhuk jao.</w:t>
      </w:r>
    </w:p>
    <w:p>
      <w:pPr>
        <w:jc w:val="right"/>
      </w:pPr>
      <w:r>
        <w:t>کہا گیا کہ جھک جاؤ۔</w:t>
      </w:r>
    </w:p>
    <w:p>
      <w:r>
        <w:rPr>
          <w:b/>
        </w:rPr>
        <w:t xml:space="preserve">[14:08] </w:t>
      </w:r>
      <w:r>
        <w:t>to shaitan nahi jhuka.</w:t>
      </w:r>
    </w:p>
    <w:p>
      <w:pPr>
        <w:jc w:val="right"/>
      </w:pPr>
      <w:r>
        <w:t>تو شیطان نہیں جھکا۔</w:t>
      </w:r>
    </w:p>
    <w:p>
      <w:r>
        <w:rPr>
          <w:b/>
        </w:rPr>
        <w:t xml:space="preserve">[14:14] </w:t>
      </w:r>
      <w:r>
        <w:t>to Khuda ne kaha ke tum chunchke mere hukum ko nahi maana, to tum ko main jahannum mein dalunga.</w:t>
      </w:r>
    </w:p>
    <w:p>
      <w:pPr>
        <w:jc w:val="right"/>
      </w:pPr>
      <w:r>
        <w:t>تو خدا نے کہا کہ تم چونکہ میرے حکم کو نہیں مانا، تو تم کو میں جہنم میں ڈالوں گا۔</w:t>
      </w:r>
    </w:p>
    <w:p>
      <w:r>
        <w:rPr>
          <w:b/>
        </w:rPr>
        <w:t xml:space="preserve">[14:20] </w:t>
      </w:r>
      <w:r>
        <w:t>laam lahanna minka laam lahanna jahannama minka wa man annasi ajmaeen kya ayat hai? sab woh laam lahanna jahannama</w:t>
      </w:r>
    </w:p>
    <w:p>
      <w:pPr>
        <w:jc w:val="right"/>
      </w:pPr>
      <w:r>
        <w:t>لَامْ لَهَنَّ مِنْكَ لَامْ لَهَنَّ جَهَنَّمَ مِنْكَ وَمَنْ النَّاسِ أَجْمَعِينَ کیا آیت ہے؟ سب وہ لَامْ لَهَنَّ جَهَنَّمَ</w:t>
      </w:r>
    </w:p>
    <w:p>
      <w:r>
        <w:rPr>
          <w:b/>
        </w:rPr>
        <w:t xml:space="preserve">[14:26] </w:t>
      </w:r>
      <w:r>
        <w:t>minka wa man attabaaka is tarah ka hai.</w:t>
      </w:r>
    </w:p>
    <w:p>
      <w:pPr>
        <w:jc w:val="right"/>
      </w:pPr>
      <w:r>
        <w:t>مِنْكَ وَمَنْ اتَّبَعَكَ اس طرح کا ہے۔</w:t>
      </w:r>
    </w:p>
    <w:p>
      <w:r>
        <w:rPr>
          <w:b/>
        </w:rPr>
        <w:t xml:space="preserve">[14:31] </w:t>
      </w:r>
      <w:r>
        <w:t>haan laam lahanna jahannama minka wa man attabaaka wa man attabaaka Allah taala ne kaha ke tum ko aur tumhara</w:t>
      </w:r>
    </w:p>
    <w:p>
      <w:pPr>
        <w:jc w:val="right"/>
      </w:pPr>
      <w:r>
        <w:t>ہاں لَامْ لَهَنَّ جَهَنَّمَ مِنْكَ وَمَنْ اتَّبَعَكَ وَمَنْ اتَّبَعَكَ اللہ تعالیٰ نے کہا کہ تم کو اور تمہارا</w:t>
      </w:r>
    </w:p>
    <w:p>
      <w:r>
        <w:rPr>
          <w:b/>
        </w:rPr>
        <w:t xml:space="preserve">[14:37] </w:t>
      </w:r>
      <w:r>
        <w:t>jo saath chalenge, tumhare jaisa kaam karenge, un sab ko main jahannum mein dal dunga.</w:t>
      </w:r>
    </w:p>
    <w:p>
      <w:pPr>
        <w:jc w:val="right"/>
      </w:pPr>
      <w:r>
        <w:t>جو ساتھ چلیں گے، تمہارے جیسا کام کریں گے، ان سب کو میں جہنم میں ڈال دوں گا۔</w:t>
      </w:r>
    </w:p>
    <w:p>
      <w:r>
        <w:rPr>
          <w:b/>
        </w:rPr>
        <w:t xml:space="preserve">[14:43] </w:t>
      </w:r>
      <w:r>
        <w:t>ab dekhiye ke shaitan ko usi waqt pata hoga ke main jahannum mein jaunga, tab bhi apna</w:t>
      </w:r>
    </w:p>
    <w:p>
      <w:pPr>
        <w:jc w:val="right"/>
      </w:pPr>
      <w:r>
        <w:t>اب دیکھیے کہ شیطان کو اسی وقت پتہ ہوگا کہ میں جہنم میں جاؤں گا، تب بھی اپنا</w:t>
      </w:r>
    </w:p>
    <w:p>
      <w:r>
        <w:rPr>
          <w:b/>
        </w:rPr>
        <w:t xml:space="preserve">[14:49] </w:t>
      </w:r>
      <w:r>
        <w:t>raasta chhodha nahi hoga.</w:t>
      </w:r>
    </w:p>
    <w:p>
      <w:pPr>
        <w:jc w:val="right"/>
      </w:pPr>
      <w:r>
        <w:t>راستہ چھوڑا نہیں ہوگا۔</w:t>
      </w:r>
    </w:p>
    <w:p>
      <w:r>
        <w:rPr>
          <w:b/>
        </w:rPr>
        <w:t xml:space="preserve">[14:55] </w:t>
      </w:r>
      <w:r>
        <w:t>بہت زیادہ سوچنے کی بات ہے کہ hate کتنی بری چیز ہے۔</w:t>
      </w:r>
    </w:p>
    <w:p>
      <w:pPr>
        <w:jc w:val="right"/>
      </w:pPr>
      <w:r>
        <w:t>بہت زیادہ سوچنے کی بات ہے کہ ہیٹ کتنی بری چیز ہے۔</w:t>
      </w:r>
    </w:p>
    <w:p>
      <w:r>
        <w:rPr>
          <w:b/>
        </w:rPr>
        <w:t xml:space="preserve">[15:01] </w:t>
      </w:r>
      <w:r>
        <w:t>hate, us ko hate aa gaya Adam se.</w:t>
      </w:r>
    </w:p>
    <w:p>
      <w:pPr>
        <w:jc w:val="right"/>
      </w:pPr>
      <w:r>
        <w:t>ہیٹ، اس کو ہیٹ آ گیا آدم سے۔</w:t>
      </w:r>
    </w:p>
    <w:p>
      <w:r>
        <w:rPr>
          <w:b/>
        </w:rPr>
        <w:t xml:space="preserve">[15:07] </w:t>
      </w:r>
      <w:r>
        <w:t>mujhe Adam ke aage jhukna nahi hai.</w:t>
      </w:r>
    </w:p>
    <w:p>
      <w:pPr>
        <w:jc w:val="right"/>
      </w:pPr>
      <w:r>
        <w:t>مجھے آدم کے آگے جھکنا نہیں ہے۔</w:t>
      </w:r>
    </w:p>
    <w:p>
      <w:r>
        <w:rPr>
          <w:b/>
        </w:rPr>
        <w:t xml:space="preserve">[15:13] </w:t>
      </w:r>
      <w:r>
        <w:t>hate itni buri cheez hai ke aadmi jahannum mein jaane ke liye tayyar ho jata hai.</w:t>
      </w:r>
    </w:p>
    <w:p>
      <w:pPr>
        <w:jc w:val="right"/>
      </w:pPr>
      <w:r>
        <w:t>ہیٹ اتنی بری چیز ہے کہ آدمی جہنم میں جانے کے لیے تیار ہو جاتا ہے۔</w:t>
      </w:r>
    </w:p>
    <w:p>
      <w:r>
        <w:rPr>
          <w:b/>
        </w:rPr>
        <w:t xml:space="preserve">[15:19] </w:t>
      </w:r>
      <w:r>
        <w:t>quran mein saaf saaf hai, Khuda ne usi waqt bataya shaitan ko ke tum ne jab meri baat</w:t>
      </w:r>
    </w:p>
    <w:p>
      <w:pPr>
        <w:jc w:val="right"/>
      </w:pPr>
      <w:r>
        <w:t>قرآن میں صاف صاف ہے، خدا نے اسی وقت بتایا شیطان کو کہ تم نے جب میری بات</w:t>
      </w:r>
    </w:p>
    <w:p>
      <w:r>
        <w:rPr>
          <w:b/>
        </w:rPr>
        <w:t xml:space="preserve">[15:25] </w:t>
      </w:r>
      <w:r>
        <w:t>nahi mani, adam ke aage tum nahi jhuke, to tum ko main jahannam mein dalunga.</w:t>
      </w:r>
    </w:p>
    <w:p>
      <w:pPr>
        <w:jc w:val="right"/>
      </w:pPr>
      <w:r>
        <w:t>نہیں مانی، آدم کے آگے تم نہیں جھکے، تو تم کو میں جہنم میں ڈالوں گا۔</w:t>
      </w:r>
    </w:p>
    <w:p>
      <w:r>
        <w:rPr>
          <w:b/>
        </w:rPr>
        <w:t xml:space="preserve">[15:31] </w:t>
      </w:r>
      <w:r>
        <w:t>tab bhi woh nahi jhuka.</w:t>
      </w:r>
    </w:p>
    <w:p>
      <w:pPr>
        <w:jc w:val="right"/>
      </w:pPr>
      <w:r>
        <w:t>تب بھی وہ نہیں جھکا۔</w:t>
      </w:r>
    </w:p>
    <w:p>
      <w:r>
        <w:rPr>
          <w:b/>
        </w:rPr>
        <w:t xml:space="preserve">[15:37] </w:t>
      </w:r>
      <w:r>
        <w:t>heat kitni buri cheez hai, kitni buri cheez hai.</w:t>
      </w:r>
    </w:p>
    <w:p>
      <w:pPr>
        <w:jc w:val="right"/>
      </w:pPr>
      <w:r>
        <w:t>ہیٹ کتنی بری چیز ہے، کتنی بری چیز ہے۔</w:t>
      </w:r>
    </w:p>
    <w:p>
      <w:r>
        <w:rPr>
          <w:b/>
        </w:rPr>
        <w:t xml:space="preserve">[15:43] </w:t>
      </w:r>
      <w:r>
        <w:t>to wohi aaj dekhiye, aap musalmanon ka heat sab se duniya se heat karte hain.</w:t>
      </w:r>
    </w:p>
    <w:p>
      <w:pPr>
        <w:jc w:val="right"/>
      </w:pPr>
      <w:r>
        <w:t>تو وہی آج دیکھیے، آپ مسلمانوں کا ہیٹ سب سے دنیا سے ہیٹ کرتے ہیں۔</w:t>
      </w:r>
    </w:p>
    <w:p>
      <w:r>
        <w:rPr>
          <w:b/>
        </w:rPr>
        <w:t xml:space="preserve">[15:48] </w:t>
      </w:r>
      <w:r>
        <w:t>woh hindu se, yahud se, american se, christian se, sab se heat.</w:t>
      </w:r>
    </w:p>
    <w:p>
      <w:pPr>
        <w:jc w:val="right"/>
      </w:pPr>
      <w:r>
        <w:t>وہ ہندو سے، یہود سے، امریکن سے، کرسچن سے، سب سے ہیٹ۔</w:t>
      </w:r>
    </w:p>
    <w:p>
      <w:r>
        <w:rPr>
          <w:b/>
        </w:rPr>
        <w:t xml:space="preserve">[15:54] </w:t>
      </w:r>
      <w:r>
        <w:t>to heat aati hai to aadmi bilkul aapas se bahar ho jata hai.</w:t>
      </w:r>
    </w:p>
    <w:p>
      <w:pPr>
        <w:jc w:val="right"/>
      </w:pPr>
      <w:r>
        <w:t>تو ہیٹ آتی ہے تو آدمی بالکل آپس سے باہر ہو جاتا ہے۔</w:t>
      </w:r>
    </w:p>
    <w:p>
      <w:r>
        <w:rPr>
          <w:b/>
        </w:rPr>
        <w:t xml:space="preserve">[16:00] </w:t>
      </w:r>
      <w:r>
        <w:t>to "kud jhama jam hell fire" mein kar rahe hain, woh jis tarah shaitan "kud jhama jam hell</w:t>
      </w:r>
    </w:p>
    <w:p>
      <w:pPr>
        <w:jc w:val="right"/>
      </w:pPr>
      <w:r>
        <w:t>تو "کود جھما جم ہیل فائر" میں کر رہے ہیں، وہ جس طرح شیطان "کود جھما جم ہیل</w:t>
      </w:r>
    </w:p>
    <w:p>
      <w:r>
        <w:rPr>
          <w:b/>
        </w:rPr>
        <w:t xml:space="preserve">[16:06] </w:t>
      </w:r>
      <w:r>
        <w:t>fire" mein kiya tha.</w:t>
      </w:r>
    </w:p>
    <w:p>
      <w:pPr>
        <w:jc w:val="right"/>
      </w:pPr>
      <w:r>
        <w:t>فائر" میں کیا تھا۔</w:t>
      </w:r>
    </w:p>
    <w:p>
      <w:r>
        <w:rPr>
          <w:b/>
        </w:rPr>
        <w:t xml:space="preserve">[16:12] </w:t>
      </w:r>
      <w:r>
        <w:t>yani pehla, un pehla jis ne ke yeh kiya tha ke "kud jhama jam hell fire" mein, wohi</w:t>
      </w:r>
    </w:p>
    <w:p>
      <w:pPr>
        <w:jc w:val="right"/>
      </w:pPr>
      <w:r>
        <w:t>یعنی پہلا، ان پہلا جس نے کہ یہ کیا تھا کہ "کود جھما جم ہیل فائر" میں، وہی</w:t>
      </w:r>
    </w:p>
    <w:p>
      <w:r>
        <w:rPr>
          <w:b/>
        </w:rPr>
        <w:t xml:space="preserve">[16:18] </w:t>
      </w:r>
      <w:r>
        <w:t>aaj ka musalman kar rahe hain.</w:t>
      </w:r>
    </w:p>
    <w:p>
      <w:pPr>
        <w:jc w:val="right"/>
      </w:pPr>
      <w:r>
        <w:t>آج کا مسلمان کر رہے ہیں۔</w:t>
      </w:r>
    </w:p>
    <w:p>
      <w:r>
        <w:rPr>
          <w:b/>
        </w:rPr>
        <w:t xml:space="preserve">[16:24] </w:t>
      </w:r>
      <w:r>
        <w:t>"kud jhama jam hell fire" mein ke yani kaisa yeh ho raha hai, kya ho raha hai? main</w:t>
      </w:r>
    </w:p>
    <w:p>
      <w:pPr>
        <w:jc w:val="right"/>
      </w:pPr>
      <w:r>
        <w:t>"کود جھما جم ہیل فائر" میں کہ یعنی کیسا یہ ہو رہا ہے، کیا ہو رہا ہے؟ میں</w:t>
      </w:r>
    </w:p>
    <w:p>
      <w:r>
        <w:rPr>
          <w:b/>
        </w:rPr>
        <w:t xml:space="preserve">[16:30] </w:t>
      </w:r>
      <w:r>
        <w:t>to samajh mein aata hai ke bhai kahan se woh alfaaz laaun, kahan se shabd laaun ke in</w:t>
      </w:r>
    </w:p>
    <w:p>
      <w:pPr>
        <w:jc w:val="right"/>
      </w:pPr>
      <w:r>
        <w:t>تو سمجھ میں آتا ہے کہ بھئی کہاں سے وہ الفاظ لاؤں، کہاں سے शब्द لاؤں کہ ان</w:t>
      </w:r>
    </w:p>
    <w:p>
      <w:r>
        <w:rPr>
          <w:b/>
        </w:rPr>
        <w:t xml:space="preserve">[16:36] </w:t>
      </w:r>
      <w:r>
        <w:t>baaton ko main bolun.</w:t>
      </w:r>
    </w:p>
    <w:p>
      <w:pPr>
        <w:jc w:val="right"/>
      </w:pPr>
      <w:r>
        <w:t>باتوں کو میں بولوں۔</w:t>
      </w:r>
    </w:p>
    <w:p>
      <w:r>
        <w:rPr>
          <w:b/>
        </w:rPr>
        <w:t xml:space="preserve">[16:42] </w:t>
      </w:r>
      <w:r>
        <w:t>to is ke peeche bahut hi, yani yani yeh saada baat nahi, simple baat nahi hai.</w:t>
      </w:r>
    </w:p>
    <w:p>
      <w:pPr>
        <w:jc w:val="right"/>
      </w:pPr>
      <w:r>
        <w:t>تو اس کے پیچھے بہت ہی، یعنی یعنی یہ سادہ بات نہیں، سمپل بات نہیں ہے۔</w:t>
      </w:r>
    </w:p>
    <w:p>
      <w:r>
        <w:rPr>
          <w:b/>
        </w:rPr>
        <w:t xml:space="preserve">[16:48] </w:t>
      </w:r>
      <w:r>
        <w:t>yeh dekhiye, maine madarse mein padha, masjidon mein namazen padhin, musalmanon ke jalse mein shareek hua.</w:t>
      </w:r>
    </w:p>
    <w:p>
      <w:pPr>
        <w:jc w:val="right"/>
      </w:pPr>
      <w:r>
        <w:t>یہ دیکھیے، میں نے مدرسے میں پڑھا، مسجدوں میں نمازیں پڑھیں، مسلمانوں کے جلسے میں شریک ہوا۔</w:t>
      </w:r>
    </w:p>
    <w:p>
      <w:r>
        <w:rPr>
          <w:b/>
        </w:rPr>
        <w:t xml:space="preserve">[16:54] </w:t>
      </w:r>
      <w:r>
        <w:t>main keh sakta hoon ke har jagah, har jagah, har jagah kya dikhaya jata hai? fakhr, khalifa hum hain.</w:t>
      </w:r>
    </w:p>
    <w:p>
      <w:pPr>
        <w:jc w:val="right"/>
      </w:pPr>
      <w:r>
        <w:t>میں کہہ سکتا ہوں کہ ہر جگہ، ہر جگہ، ہر جگہ کیا دکھایا جاتا ہے؟ فخر، خلیفہ ہم ہیں۔</w:t>
      </w:r>
    </w:p>
    <w:p>
      <w:r>
        <w:rPr>
          <w:b/>
        </w:rPr>
        <w:t xml:space="preserve">[17:00] </w:t>
      </w:r>
      <w:r>
        <w:t>ek martaba meri mulaqat hui ek ek ek sheikh se, to unhon ne kaha ke sab se pehla</w:t>
      </w:r>
    </w:p>
    <w:p>
      <w:pPr>
        <w:jc w:val="right"/>
      </w:pPr>
      <w:r>
        <w:t>ایک مرتبہ میری ملاقات ہوئی ایک ایک ایک شیخ سے، تو انہوں نے کہا کہ سب سے پہلا</w:t>
      </w:r>
    </w:p>
    <w:p>
      <w:r>
        <w:rPr>
          <w:b/>
        </w:rPr>
        <w:t xml:space="preserve">[17:05] </w:t>
      </w:r>
      <w:r>
        <w:t>sawal yeh hai ke mun nahnu? mun nahnu? hum kaun hain? mun nahnu? hum kaun hain? mujhe apni</w:t>
      </w:r>
    </w:p>
    <w:p>
      <w:pPr>
        <w:jc w:val="right"/>
      </w:pPr>
      <w:r>
        <w:t>سوال یہ ہے کہ من نحن؟ من نحن؟ ہم کون ہیں؟ من نحن؟ ہم کون ہیں؟ مجھے اپنی</w:t>
      </w:r>
    </w:p>
    <w:p>
      <w:r>
        <w:rPr>
          <w:b/>
        </w:rPr>
        <w:t xml:space="preserve">[17:11] </w:t>
      </w:r>
      <w:r>
        <w:t>identity ko establish karna.</w:t>
      </w:r>
    </w:p>
    <w:p>
      <w:pPr>
        <w:jc w:val="right"/>
      </w:pPr>
      <w:r>
        <w:t>آئیڈینٹی کو اسٹیبلش کرنا۔</w:t>
      </w:r>
    </w:p>
    <w:p>
      <w:r>
        <w:rPr>
          <w:b/>
        </w:rPr>
        <w:t xml:space="preserve">[17:17] </w:t>
      </w:r>
      <w:r>
        <w:t>to un ka manna kya tha? "mun nahnu?" ka jawab hai nahnu khulafa Allah fil arz hum zameen</w:t>
      </w:r>
    </w:p>
    <w:p>
      <w:pPr>
        <w:jc w:val="right"/>
      </w:pPr>
      <w:r>
        <w:t>تو ان کا ماننا کیا تھا؟ "من نحن؟" کا جواب ہے نحن خلفاء اللہ فی الارض ہم زمین</w:t>
      </w:r>
    </w:p>
    <w:p>
      <w:r>
        <w:rPr>
          <w:b/>
        </w:rPr>
        <w:t xml:space="preserve">[17:23] </w:t>
      </w:r>
      <w:r>
        <w:t>par Khuda ke khalifa hain, kyunke "ani jal fil arz" khalifa se nikal rakha hai in logon ne.</w:t>
      </w:r>
    </w:p>
    <w:p>
      <w:pPr>
        <w:jc w:val="right"/>
      </w:pPr>
      <w:r>
        <w:t>پر خدا کے خلیفہ ہیں، کیونکہ "انی جال فی الارض" خلیفہ سے نکال رکھا ہے ان لوگوں نے۔</w:t>
      </w:r>
    </w:p>
    <w:p>
      <w:r>
        <w:rPr>
          <w:b/>
        </w:rPr>
        <w:t xml:space="preserve">[17:29] </w:t>
      </w:r>
      <w:r>
        <w:t>yani saare musalman jis soch mein jee rahe hain, woh yeh hai ke hum duniya mein Khuda ke</w:t>
      </w:r>
    </w:p>
    <w:p>
      <w:pPr>
        <w:jc w:val="right"/>
      </w:pPr>
      <w:r>
        <w:t>یعنی سارے مسلمان جس سوچ میں جی رہے ہیں، وہ یہ ہے کہ ہم دنیا میں خدا کے</w:t>
      </w:r>
    </w:p>
    <w:p>
      <w:r>
        <w:rPr>
          <w:b/>
        </w:rPr>
        <w:t xml:space="preserve">[17:35] </w:t>
      </w:r>
      <w:r>
        <w:t>khalifa hain, Khuda ke vicegerent hain.</w:t>
      </w:r>
    </w:p>
    <w:p>
      <w:pPr>
        <w:jc w:val="right"/>
      </w:pPr>
      <w:r>
        <w:t>خلیفہ ہیں، خدا کے وائس جرنٹ ہیں۔</w:t>
      </w:r>
    </w:p>
    <w:p>
      <w:r>
        <w:rPr>
          <w:b/>
        </w:rPr>
        <w:t xml:space="preserve">[17:41] </w:t>
      </w:r>
      <w:r>
        <w:t>hum Khuda ki taraf se hamein ek mila hai yeh kaam ke Khudae qanoon, qanoon ko duniya par naafiz karen.</w:t>
      </w:r>
    </w:p>
    <w:p>
      <w:pPr>
        <w:jc w:val="right"/>
      </w:pPr>
      <w:r>
        <w:t>ہم خدا کی طرف سے ہمیں ایک ملا ہے یہ کام کہ خدائے قانون، قانون کو دنیا پر نافذ کریں۔</w:t>
      </w:r>
    </w:p>
    <w:p>
      <w:r>
        <w:rPr>
          <w:b/>
        </w:rPr>
        <w:t xml:space="preserve">[17:47] </w:t>
      </w:r>
      <w:r>
        <w:t>nahnu khulafa Allah fil arz ab maine kaha ke dekhiye, yeh to kahin likha nahi hai, na</w:t>
      </w:r>
    </w:p>
    <w:p>
      <w:pPr>
        <w:jc w:val="right"/>
      </w:pPr>
      <w:r>
        <w:t>نحن خلفاء اللہ فی الارض اب میں نے کہا کہ دیکھیے، یہ تو کہیں لکھا نہیں ہے، نہ</w:t>
      </w:r>
    </w:p>
    <w:p>
      <w:r>
        <w:rPr>
          <w:b/>
        </w:rPr>
        <w:t xml:space="preserve">[17:53] </w:t>
      </w:r>
      <w:r>
        <w:t>quran mein, na hadith mein.</w:t>
      </w:r>
    </w:p>
    <w:p>
      <w:pPr>
        <w:jc w:val="right"/>
      </w:pPr>
      <w:r>
        <w:t>قرآن میں، نہ حدیث میں۔</w:t>
      </w:r>
    </w:p>
    <w:p>
      <w:r>
        <w:rPr>
          <w:b/>
        </w:rPr>
        <w:t xml:space="preserve">[17:59] </w:t>
      </w:r>
      <w:r>
        <w:t>is ka ulta likha hua hai.</w:t>
      </w:r>
    </w:p>
    <w:p>
      <w:pPr>
        <w:jc w:val="right"/>
      </w:pPr>
      <w:r>
        <w:t>اس کا الٹا لکھا ہوا ہے۔</w:t>
      </w:r>
    </w:p>
    <w:p>
      <w:r>
        <w:rPr>
          <w:b/>
        </w:rPr>
        <w:t xml:space="preserve">[18:05] </w:t>
      </w:r>
      <w:r>
        <w:t>bukhari ki riwayat hai ke antum shuhada Allah fil ardh do alfaaz aaye hain bukhari mein.</w:t>
      </w:r>
    </w:p>
    <w:p>
      <w:pPr>
        <w:jc w:val="right"/>
      </w:pPr>
      <w:r>
        <w:t>بخاری کی روایت ہے کہ انتم شہداء اللہ فی الارض دو الفاظ آئے ہیں بخاری میں۔</w:t>
      </w:r>
    </w:p>
    <w:p>
      <w:r>
        <w:rPr>
          <w:b/>
        </w:rPr>
        <w:t xml:space="preserve">[18:11] </w:t>
      </w:r>
      <w:r>
        <w:t>ek jagah hai ke antum shuhada Allah fil ardh doosri jagah hai ke al musalimoona shuhadao Allah fil ardh</w:t>
      </w:r>
    </w:p>
    <w:p>
      <w:pPr>
        <w:jc w:val="right"/>
      </w:pPr>
      <w:r>
        <w:t>ایک جگہ ہے کہ انتم شہداء اللہ فی الارض دوسری جگہ ہے کہ الْمُسْلِمُونَ شَهْدَاءُ اللَّهِ فِي الْارْضِ</w:t>
      </w:r>
    </w:p>
    <w:p>
      <w:r>
        <w:rPr>
          <w:b/>
        </w:rPr>
        <w:t xml:space="preserve">[18:16] </w:t>
      </w:r>
      <w:r>
        <w:t>yani musalman zameen mein khuda ke gawah hain, witness hain.</w:t>
      </w:r>
    </w:p>
    <w:p>
      <w:pPr>
        <w:jc w:val="right"/>
      </w:pPr>
      <w:r>
        <w:t>یعنی مسلمان زمین میں خدا کے گواہ ہیں، وٹنس ہیں۔</w:t>
      </w:r>
    </w:p>
    <w:p>
      <w:r>
        <w:rPr>
          <w:b/>
        </w:rPr>
        <w:t xml:space="preserve">[18:22] </w:t>
      </w:r>
      <w:r>
        <w:t>yani khuda ke message ko phailana kaisi ajeeb baat hai ke muslim ki identity jo batai gayi hai</w:t>
      </w:r>
    </w:p>
    <w:p>
      <w:pPr>
        <w:jc w:val="right"/>
      </w:pPr>
      <w:r>
        <w:t>یعنی خدا کے میسج کو پھیلانا کیسی عجیب بات ہے کہ مسلم کی آئیڈینٹی جو بتائی گئی ہے</w:t>
      </w:r>
    </w:p>
    <w:p>
      <w:r>
        <w:rPr>
          <w:b/>
        </w:rPr>
        <w:t xml:space="preserve">[18:28] </w:t>
      </w:r>
      <w:r>
        <w:t>quran mein aur hadith mein, quran mein bhi yahi baat hai.</w:t>
      </w:r>
    </w:p>
    <w:p>
      <w:pPr>
        <w:jc w:val="right"/>
      </w:pPr>
      <w:r>
        <w:t>قرآن میں اور حدیث میں، قرآن میں بھی یہی بات ہے۔</w:t>
      </w:r>
    </w:p>
    <w:p>
      <w:r>
        <w:rPr>
          <w:b/>
        </w:rPr>
        <w:t xml:space="preserve">[18:34] </w:t>
      </w:r>
      <w:r>
        <w:t>wa kadhalika jaalnaakum wasata latakoono shuhadaa alal naasi to musalman ki identity kya hai? shahadat dena, dawat dena.</w:t>
      </w:r>
    </w:p>
    <w:p>
      <w:pPr>
        <w:jc w:val="right"/>
      </w:pPr>
      <w:r>
        <w:t>وَكَذَا لَكَ جَعَلْنَاكُمْ وَسَتَ لَتَكُونُوا شُهَدَاءً عَلَى النَّاسِ تو مسلمان کی آئیڈینٹی کیا ہے؟ شہادت دینا، دعوت دینا۔</w:t>
      </w:r>
    </w:p>
    <w:p>
      <w:r>
        <w:rPr>
          <w:b/>
        </w:rPr>
        <w:t xml:space="preserve">[18:40] </w:t>
      </w:r>
      <w:r>
        <w:t>shahadat ke maani dawat.</w:t>
      </w:r>
    </w:p>
    <w:p>
      <w:pPr>
        <w:jc w:val="right"/>
      </w:pPr>
      <w:r>
        <w:t>شہادت کے معنی دعوت۔</w:t>
      </w:r>
    </w:p>
    <w:p>
      <w:r>
        <w:rPr>
          <w:b/>
        </w:rPr>
        <w:t xml:space="preserve">[18:46] </w:t>
      </w:r>
      <w:r>
        <w:t>wo kisi ki nazar nahi aata.</w:t>
      </w:r>
    </w:p>
    <w:p>
      <w:pPr>
        <w:jc w:val="right"/>
      </w:pPr>
      <w:r>
        <w:t>وہ کسی کی نظر نہیں آتا۔</w:t>
      </w:r>
    </w:p>
    <w:p>
      <w:r>
        <w:rPr>
          <w:b/>
        </w:rPr>
        <w:t xml:space="preserve">[18:52] </w:t>
      </w:r>
      <w:r>
        <w:t>apne ko khalifa bana rakha hai, yani self self appointed khalifa hain, self appointed vice gerent hain hum khuda ke.</w:t>
      </w:r>
    </w:p>
    <w:p>
      <w:pPr>
        <w:jc w:val="right"/>
      </w:pPr>
      <w:r>
        <w:t>اپنے کو خلیفہ بنا رکھا ہے، یعنی سیلف سیلف اپوائنٹڈ خلیفہ ہیں، سیلف اپوائنٹڈ وائس جرنٹ ہیں ہم خدا کے۔</w:t>
      </w:r>
    </w:p>
    <w:p>
      <w:r>
        <w:rPr>
          <w:b/>
        </w:rPr>
        <w:t xml:space="preserve">[18:58] </w:t>
      </w:r>
      <w:r>
        <w:t>aur hamein duniya mein khuda ka qanoon nafiz karna hai.</w:t>
      </w:r>
    </w:p>
    <w:p>
      <w:pPr>
        <w:jc w:val="right"/>
      </w:pPr>
      <w:r>
        <w:t>اور ہمیں دنیا میں خدا کا قانون نافذ کرنا ہے۔</w:t>
      </w:r>
    </w:p>
    <w:p>
      <w:r>
        <w:rPr>
          <w:b/>
        </w:rPr>
        <w:t xml:space="preserve">[19:04] </w:t>
      </w:r>
      <w:r>
        <w:t>kahan likha hua hai? lekin beshumar kitabein hain isi par, isi par jamaatein badi badi banai gayi.</w:t>
      </w:r>
    </w:p>
    <w:p>
      <w:pPr>
        <w:jc w:val="right"/>
      </w:pPr>
      <w:r>
        <w:t>کہاں لکھا ہوا ہے؟ لیکن بے شمار کتابیں ہیں اسی پر، اسی پر جماعتیں بڑی بڑی بنائی گئیں۔</w:t>
      </w:r>
    </w:p>
    <w:p>
      <w:r>
        <w:rPr>
          <w:b/>
        </w:rPr>
        <w:t xml:space="preserve">[19:10] </w:t>
      </w:r>
      <w:r>
        <w:t>al al al world mein al ikhwan al musalmoon indian subcontinent mein jamaat islami isi isi fikr par</w:t>
      </w:r>
    </w:p>
    <w:p>
      <w:pPr>
        <w:jc w:val="right"/>
      </w:pPr>
      <w:r>
        <w:t>ال ال ال ورلڈ میں ال اخوان المسلمون انڈین سب کانٹیننٹ میں جماعت اسلامی اسی اسی فکر پر</w:t>
      </w:r>
    </w:p>
    <w:p>
      <w:r>
        <w:rPr>
          <w:b/>
        </w:rPr>
        <w:t xml:space="preserve">[19:16] </w:t>
      </w:r>
      <w:r>
        <w:t>khadi hui hai aur sari duniya mein literature phaila rahi hai.</w:t>
      </w:r>
    </w:p>
    <w:p>
      <w:pPr>
        <w:jc w:val="right"/>
      </w:pPr>
      <w:r>
        <w:t>کھڑی ہوئی ہے اور ساری دنیا میں لٹریچر پھیلا رہی ہے۔</w:t>
      </w:r>
    </w:p>
    <w:p>
      <w:r>
        <w:rPr>
          <w:b/>
        </w:rPr>
        <w:t xml:space="preserve">[19:22] </w:t>
      </w:r>
      <w:r>
        <w:t>to yeh hai woh zehan jo diya gaya hai logon ko ke hum afzal al umam hain, hamara nabi</w:t>
      </w:r>
    </w:p>
    <w:p>
      <w:pPr>
        <w:jc w:val="right"/>
      </w:pPr>
      <w:r>
        <w:t>تو یہ ہے وہ ذہن جو دیا گیا ہے لوگوں کو کہ ہم افضل العمم ہیں، ہمارا نبی</w:t>
      </w:r>
    </w:p>
    <w:p>
      <w:r>
        <w:rPr>
          <w:b/>
        </w:rPr>
        <w:t xml:space="preserve">[19:28] </w:t>
      </w:r>
      <w:r>
        <w:t>sab se afzal hai, hum zameen mein khuda ke khalifa hain aur hamara kaam kya hai? ke political</w:t>
      </w:r>
    </w:p>
    <w:p>
      <w:pPr>
        <w:jc w:val="right"/>
      </w:pPr>
      <w:r>
        <w:t>سب سے افضل ہے، ہم زمین میں خدا کے خلیفہ ہیں اور ہمارا کام کیا ہے؟ کہ پولیٹیکل</w:t>
      </w:r>
    </w:p>
    <w:p>
      <w:r>
        <w:rPr>
          <w:b/>
        </w:rPr>
        <w:t xml:space="preserve">[19:33] </w:t>
      </w:r>
      <w:r>
        <w:t>qabza kar ke zameen par khuda ke qanoon ko nafiz karna.</w:t>
      </w:r>
    </w:p>
    <w:p>
      <w:pPr>
        <w:jc w:val="right"/>
      </w:pPr>
      <w:r>
        <w:t>قبضہ کر کے زمین پر خدا کے قانون کو نافذ کرنا۔</w:t>
      </w:r>
    </w:p>
    <w:p>
      <w:r>
        <w:rPr>
          <w:b/>
        </w:rPr>
        <w:t xml:space="preserve">[19:39] </w:t>
      </w:r>
      <w:r>
        <w:t>isi mein musalman conditioned ho gaye hain.</w:t>
      </w:r>
    </w:p>
    <w:p>
      <w:pPr>
        <w:jc w:val="right"/>
      </w:pPr>
      <w:r>
        <w:t>اسی میں مسلمان کنڈیشنڈ ہو گئے ہیں۔</w:t>
      </w:r>
    </w:p>
    <w:p>
      <w:r>
        <w:rPr>
          <w:b/>
        </w:rPr>
        <w:t xml:space="preserve">[19:45] </w:t>
      </w:r>
      <w:r>
        <w:t>yahi baat har jagah boli ja rahi hai.</w:t>
      </w:r>
    </w:p>
    <w:p>
      <w:pPr>
        <w:jc w:val="right"/>
      </w:pPr>
      <w:r>
        <w:t>یہی بات ہر جگہ بولی جا رہی ہے۔</w:t>
      </w:r>
    </w:p>
    <w:p>
      <w:r>
        <w:rPr>
          <w:b/>
        </w:rPr>
        <w:t xml:space="preserve">[19:51] </w:t>
      </w:r>
      <w:r>
        <w:t>sab ke zehan mein chhaya hua hai ke nahnu khulafaa Allah fil ardh ab jab is zamane mein</w:t>
      </w:r>
    </w:p>
    <w:p>
      <w:pPr>
        <w:jc w:val="right"/>
      </w:pPr>
      <w:r>
        <w:t>سب کے ذہن میں چھایا ہوا ہے کہ نحن خلفاء اللہ فی الارض اب جب اس زمانے میں</w:t>
      </w:r>
    </w:p>
    <w:p>
      <w:r>
        <w:rPr>
          <w:b/>
        </w:rPr>
        <w:t xml:space="preserve">[19:57] </w:t>
      </w:r>
      <w:r>
        <w:t>aisa hua ke musalmanon ki hukumat chhin gayi, uthman empire khatam hui, mughal empire khatam hui, fatimi empire</w:t>
      </w:r>
    </w:p>
    <w:p>
      <w:pPr>
        <w:jc w:val="right"/>
      </w:pPr>
      <w:r>
        <w:t>ایسا ہوا کہ مسلمانوں کی حکومت چھن گئی، اٹھمان ایمپائر ختم ہوئی، مغل ایمپائر ختم ہوئی، فاطمی ایمپائر</w:t>
      </w:r>
    </w:p>
    <w:p>
      <w:r>
        <w:rPr>
          <w:b/>
        </w:rPr>
        <w:t xml:space="preserve">[20:03] </w:t>
      </w:r>
      <w:r>
        <w:t>khatam hui aur usmani empire khatam hui, to bas is ko musalmanon ne liya kis sense mein? ke</w:t>
      </w:r>
    </w:p>
    <w:p>
      <w:pPr>
        <w:jc w:val="right"/>
      </w:pPr>
      <w:r>
        <w:t>ختم ہوئی اور عثمانی ایمپائر ختم ہوئی، تو بس اس کو مسلمانوں نے لیا کس سینس میں؟ کہ</w:t>
      </w:r>
    </w:p>
    <w:p>
      <w:r>
        <w:rPr>
          <w:b/>
        </w:rPr>
        <w:t xml:space="preserve">[20:09] </w:t>
      </w:r>
      <w:r>
        <w:t>sab yeh sab jo hain zalim hain, usurper hain, hamare haq chheen rahe hain.</w:t>
      </w:r>
    </w:p>
    <w:p>
      <w:pPr>
        <w:jc w:val="right"/>
      </w:pPr>
      <w:r>
        <w:t>سب یہ سب جو ہیں ظالم ہیں، یوزر پر ہیں، ہمارے حق چھین رہے ہیں۔</w:t>
      </w:r>
    </w:p>
    <w:p>
      <w:r>
        <w:rPr>
          <w:b/>
        </w:rPr>
        <w:t xml:space="preserve">[20:15] </w:t>
      </w:r>
      <w:r>
        <w:t>is printing press ka jo zamana hai, is mein jo kitabein chhapi gayi hain, sari kitabein isi par</w:t>
      </w:r>
    </w:p>
    <w:p>
      <w:pPr>
        <w:jc w:val="right"/>
      </w:pPr>
      <w:r>
        <w:t>اس پرنٹنگ پریس کا جو زمانہ ہے، اس میں جو کتابیں چھاپی گئی ہیں، ساری کتابیں اسی پر</w:t>
      </w:r>
    </w:p>
    <w:p>
      <w:r>
        <w:rPr>
          <w:b/>
        </w:rPr>
        <w:t xml:space="preserve">[20:21] </w:t>
      </w:r>
      <w:r>
        <w:t>hain, isi soch par hain.</w:t>
      </w:r>
    </w:p>
    <w:p>
      <w:pPr>
        <w:jc w:val="right"/>
      </w:pPr>
      <w:r>
        <w:t>ہیں، اسی سوچ پر ہیں۔</w:t>
      </w:r>
    </w:p>
    <w:p>
      <w:r>
        <w:rPr>
          <w:b/>
        </w:rPr>
        <w:t xml:space="preserve">[20:27] </w:t>
      </w:r>
      <w:r>
        <w:t>koi ek kitab aap nahi bata sakte mujhe jis mein yeh kaha gaya ho ke bhai yeh jo</w:t>
      </w:r>
    </w:p>
    <w:p>
      <w:pPr>
        <w:jc w:val="right"/>
      </w:pPr>
      <w:r>
        <w:t>کوئی ایک کتاب آپ نہیں بتا سکتے مجھے جس میں یہ کہا گیا ہو کہ بھئی یہ جو</w:t>
      </w:r>
    </w:p>
    <w:p>
      <w:r>
        <w:rPr>
          <w:b/>
        </w:rPr>
        <w:t xml:space="preserve">[20:33] </w:t>
      </w:r>
      <w:r>
        <w:t>hua, yeh to is ke tehat hua jo quran ka qanoon hai.</w:t>
      </w:r>
    </w:p>
    <w:p>
      <w:pPr>
        <w:jc w:val="right"/>
      </w:pPr>
      <w:r>
        <w:t>ہوا، یہ تو اس کے تحت ہوا جو قرآن کا قانون ہے۔</w:t>
      </w:r>
    </w:p>
    <w:p>
      <w:r>
        <w:rPr>
          <w:b/>
        </w:rPr>
        <w:t xml:space="preserve">[20:39] </w:t>
      </w:r>
      <w:r>
        <w:t>quran mein bataya gaya hai ke tilkal ayyamu nudawiluha baynan nas yani quran mein yeh bataya gaya hai</w:t>
      </w:r>
    </w:p>
    <w:p>
      <w:pPr>
        <w:jc w:val="right"/>
      </w:pPr>
      <w:r>
        <w:t>قرآن میں بتایا گیا ہے کہ تِلْكَ الْاَيَّامُ نُدَاوْلُهَا بَيْنَ النَّاسِ یعنی قرآن میں یہ بتایا گیا ہے</w:t>
      </w:r>
    </w:p>
    <w:p>
      <w:r>
        <w:rPr>
          <w:b/>
        </w:rPr>
        <w:t xml:space="preserve">[20:45] </w:t>
      </w:r>
      <w:r>
        <w:t>ke political power jo hai, woh test paper hai.</w:t>
      </w:r>
    </w:p>
    <w:p>
      <w:pPr>
        <w:jc w:val="right"/>
      </w:pPr>
      <w:r>
        <w:t>کہ پولیٹیکل پاور جو ہے، وہ ٹیسٹ پیپر ہے۔</w:t>
      </w:r>
    </w:p>
    <w:p>
      <w:r>
        <w:rPr>
          <w:b/>
        </w:rPr>
        <w:t xml:space="preserve">[20:50] </w:t>
      </w:r>
      <w:r>
        <w:t>jis tarah se maal test paper hai, aulad test paper hai, jaidad test paper hai, har cheez test paper hai.</w:t>
      </w:r>
    </w:p>
    <w:p>
      <w:pPr>
        <w:jc w:val="right"/>
      </w:pPr>
      <w:r>
        <w:t>جس طرح سے مال ٹیسٹ پیپر ہے، اولاد ٹیسٹ پیپر ہے، جائیداد ٹیسٹ پیپر ہے، ہر چیز ٹیسٹ پیپر ہے۔</w:t>
      </w:r>
    </w:p>
    <w:p>
      <w:r>
        <w:rPr>
          <w:b/>
        </w:rPr>
        <w:t xml:space="preserve">[20:56] </w:t>
      </w:r>
      <w:r>
        <w:t>yahan tak ke aap ko agar khuda ne intelligent banaya to woh bhi test paper hai.</w:t>
      </w:r>
    </w:p>
    <w:p>
      <w:pPr>
        <w:jc w:val="right"/>
      </w:pPr>
      <w:r>
        <w:t>یہاں تک کہ آپ کو اگر خدا نے انٹیلیجنٹ بنایا تو وہ بھی ٹیسٹ پیپر ہے۔</w:t>
      </w:r>
    </w:p>
    <w:p>
      <w:r>
        <w:rPr>
          <w:b/>
        </w:rPr>
        <w:t xml:space="preserve">[21:02] </w:t>
      </w:r>
      <w:r>
        <w:t>isi tarah se political power bhi test paper hai.</w:t>
      </w:r>
    </w:p>
    <w:p>
      <w:pPr>
        <w:jc w:val="right"/>
      </w:pPr>
      <w:r>
        <w:t>اسی طرح سے پولیٹیکل پاور بھی ٹیسٹ پیپر ہے۔</w:t>
      </w:r>
    </w:p>
    <w:p>
      <w:r>
        <w:rPr>
          <w:b/>
        </w:rPr>
        <w:t xml:space="preserve">[21:08] </w:t>
      </w:r>
      <w:r>
        <w:t>to test paper jo hai, kisi ek ki monopoly nahi hai.</w:t>
      </w:r>
    </w:p>
    <w:p>
      <w:pPr>
        <w:jc w:val="right"/>
      </w:pPr>
      <w:r>
        <w:t>تو ٹیسٹ پیپر جو ہے، کسی ایک کی موناپولی نہیں ہے۔</w:t>
      </w:r>
    </w:p>
    <w:p>
      <w:r>
        <w:rPr>
          <w:b/>
        </w:rPr>
        <w:t xml:space="preserve">[21:14] </w:t>
      </w:r>
      <w:r>
        <w:t>monopoly nahi ho sakti hai.</w:t>
      </w:r>
    </w:p>
    <w:p>
      <w:pPr>
        <w:jc w:val="right"/>
      </w:pPr>
      <w:r>
        <w:t>موناپولی نہیں ہو سکتی ہے۔</w:t>
      </w:r>
    </w:p>
    <w:p>
      <w:r>
        <w:rPr>
          <w:b/>
        </w:rPr>
        <w:t xml:space="preserve">[21:20] </w:t>
      </w:r>
      <w:r>
        <w:t>woh khuda ko har ek ka test lena hai.</w:t>
      </w:r>
    </w:p>
    <w:p>
      <w:pPr>
        <w:jc w:val="right"/>
      </w:pPr>
      <w:r>
        <w:t>وہ خدا کو ہر ایک کا ٹیسٹ لینا ہے۔</w:t>
      </w:r>
    </w:p>
    <w:p>
      <w:r>
        <w:rPr>
          <w:b/>
        </w:rPr>
        <w:t xml:space="preserve">[21:26] </w:t>
      </w:r>
      <w:r>
        <w:t>to kabhi in ko test par layega, kabhi in ko test par layega.</w:t>
      </w:r>
    </w:p>
    <w:p>
      <w:pPr>
        <w:jc w:val="right"/>
      </w:pPr>
      <w:r>
        <w:t>تو کبھی ان کو ٹیسٹ پر لائے گا، کبھی ان کو ٹیسٹ پر لائے گا۔</w:t>
      </w:r>
    </w:p>
    <w:p>
      <w:r>
        <w:rPr>
          <w:b/>
        </w:rPr>
        <w:t xml:space="preserve">[21:32] </w:t>
      </w:r>
      <w:r>
        <w:t>jaise india mein aap dekhiye, pehle raja log the, un ke paas political power tha, woh test par the.</w:t>
      </w:r>
    </w:p>
    <w:p>
      <w:pPr>
        <w:jc w:val="right"/>
      </w:pPr>
      <w:r>
        <w:t>جیسے انڈیا میں آپ دیکھیے، پہلے راجہ لوگ تھے، ان کے پاس پولیٹیکل پاور تھا، وہ ٹیسٹ پر تھے۔</w:t>
      </w:r>
    </w:p>
    <w:p>
      <w:r>
        <w:rPr>
          <w:b/>
        </w:rPr>
        <w:t xml:space="preserve">[21:38] </w:t>
      </w:r>
      <w:r>
        <w:t>phir mughal aaye, woh test par aa gaye.</w:t>
      </w:r>
    </w:p>
    <w:p>
      <w:pPr>
        <w:jc w:val="right"/>
      </w:pPr>
      <w:r>
        <w:t>پھر مغل آئے، وہ ٹیسٹ پر آ گئے۔</w:t>
      </w:r>
    </w:p>
    <w:p>
      <w:r>
        <w:rPr>
          <w:b/>
        </w:rPr>
        <w:t xml:space="preserve">[21:44] </w:t>
      </w:r>
      <w:r>
        <w:t>mughalon ke baad britishs aaye, woh test par aa gaye.</w:t>
      </w:r>
    </w:p>
    <w:p>
      <w:pPr>
        <w:jc w:val="right"/>
      </w:pPr>
      <w:r>
        <w:t>مغلوں کے بعد برٹشز آئے، وہ ٹیسٹ پر آ گئے۔</w:t>
      </w:r>
    </w:p>
    <w:p>
      <w:r>
        <w:rPr>
          <w:b/>
        </w:rPr>
        <w:t xml:space="preserve">[21:50] </w:t>
      </w:r>
      <w:r>
        <w:t>phir indian parties aayin, woh test par aa gayin.</w:t>
      </w:r>
    </w:p>
    <w:p>
      <w:pPr>
        <w:jc w:val="right"/>
      </w:pPr>
      <w:r>
        <w:t>پھر انڈین پارٹیز آئیں، وہ ٹیسٹ پر آ گئیں۔</w:t>
      </w:r>
    </w:p>
    <w:p>
      <w:r>
        <w:rPr>
          <w:b/>
        </w:rPr>
        <w:t xml:space="preserve">[21:56] </w:t>
      </w:r>
      <w:r>
        <w:t>yeh sab jo hai, ek test paper jo hai, sab ke darmiyan jayega.</w:t>
      </w:r>
    </w:p>
    <w:p>
      <w:pPr>
        <w:jc w:val="right"/>
      </w:pPr>
      <w:r>
        <w:t>یہ سب جو ہے، ایک ٹیسٹ پیپر جو ہے، سب کے درمیان جائے گا۔</w:t>
      </w:r>
    </w:p>
    <w:p>
      <w:r>
        <w:rPr>
          <w:b/>
        </w:rPr>
        <w:t xml:space="preserve">[22:02] </w:t>
      </w:r>
      <w:r>
        <w:t>kisi ek ki monopoly nahi ho sakti hai.</w:t>
      </w:r>
    </w:p>
    <w:p>
      <w:pPr>
        <w:jc w:val="right"/>
      </w:pPr>
      <w:r>
        <w:t>کسی ایک کی موناپولی نہیں ہو سکتی ہے۔</w:t>
      </w:r>
    </w:p>
    <w:p>
      <w:r>
        <w:rPr>
          <w:b/>
        </w:rPr>
        <w:t xml:space="preserve">[22:07] </w:t>
      </w:r>
      <w:r>
        <w:t>is ki watilkayyamu nudawiluha baynan nas is wajah se jo kuch hua, is ko sabar karo.</w:t>
      </w:r>
    </w:p>
    <w:p>
      <w:pPr>
        <w:jc w:val="right"/>
      </w:pPr>
      <w:r>
        <w:t>اس کی وَتِلْكَ الْاَيَّامُ نُدَاوْلُهَا بَيْنَ النَّاسِ اس وجہ سے جو کچھ ہوا، اس کو صبر کرو۔</w:t>
      </w:r>
    </w:p>
    <w:p>
      <w:r>
        <w:rPr>
          <w:b/>
        </w:rPr>
        <w:t xml:space="preserve">[22:13] </w:t>
      </w:r>
      <w:r>
        <w:t>jab tak khuda tumhara test le raha tha, tab tak political power tumhare paas tha.</w:t>
      </w:r>
    </w:p>
    <w:p>
      <w:pPr>
        <w:jc w:val="right"/>
      </w:pPr>
      <w:r>
        <w:t>جب تک خدا تمہارا ٹیسٹ لے رہا تھا، تب تک پولیٹیکل پاور تمہارے پاس تھا۔</w:t>
      </w:r>
    </w:p>
    <w:p>
      <w:r>
        <w:rPr>
          <w:b/>
        </w:rPr>
        <w:t xml:space="preserve">[22:19] </w:t>
      </w:r>
      <w:r>
        <w:t>ab khuda ko doosron ka test lena hai, in ko de diya.</w:t>
      </w:r>
    </w:p>
    <w:p>
      <w:pPr>
        <w:jc w:val="right"/>
      </w:pPr>
      <w:r>
        <w:t>اب خدا کو دوسروں کا ٹیسٹ لینا ہے، ان کو دے دیا۔</w:t>
      </w:r>
    </w:p>
    <w:p>
      <w:r>
        <w:rPr>
          <w:b/>
        </w:rPr>
        <w:t xml:space="preserve">[22:25] </w:t>
      </w:r>
      <w:r>
        <w:t>bible mein bohat acha ek reference hai ke jab yahood ki hukumat khatam hui to us zamane ke</w:t>
      </w:r>
    </w:p>
    <w:p>
      <w:pPr>
        <w:jc w:val="right"/>
      </w:pPr>
      <w:r>
        <w:t>بائبل میں بہت اچھا ایک ریفرنس ہے کہ جب یہود کی حکومت ختم ہوئی تو اس زمانے کے</w:t>
      </w:r>
    </w:p>
    <w:p>
      <w:r>
        <w:rPr>
          <w:b/>
        </w:rPr>
        <w:t xml:space="preserve">[22:31] </w:t>
      </w:r>
      <w:r>
        <w:t>jo nabi the, unhon ne kaha ke tumhare sar se political taj utha, tumhare sar se political taj</w:t>
      </w:r>
    </w:p>
    <w:p>
      <w:pPr>
        <w:jc w:val="right"/>
      </w:pPr>
      <w:r>
        <w:t>جو نبی تھے، انہوں نے کہا کہ تمہارے سر سے پولیٹیکل تاج اٹھا، تمہارے سر سے پولیٹیکل تاج</w:t>
      </w:r>
    </w:p>
    <w:p>
      <w:r>
        <w:rPr>
          <w:b/>
        </w:rPr>
        <w:t xml:space="preserve">[22:37] </w:t>
      </w:r>
      <w:r>
        <w:t>le liya gaya hai.</w:t>
      </w:r>
    </w:p>
    <w:p>
      <w:pPr>
        <w:jc w:val="right"/>
      </w:pPr>
      <w:r>
        <w:t>لے لیا گیا ہے۔</w:t>
      </w:r>
    </w:p>
    <w:p>
      <w:r>
        <w:rPr>
          <w:b/>
        </w:rPr>
        <w:t xml:space="preserve">[22:43] </w:t>
      </w:r>
      <w:r>
        <w:t>ab khamosh ho kar baitho.</w:t>
      </w:r>
    </w:p>
    <w:p>
      <w:pPr>
        <w:jc w:val="right"/>
      </w:pPr>
      <w:r>
        <w:t>اب خاموش ہو کر بیٹھو۔</w:t>
      </w:r>
    </w:p>
    <w:p>
      <w:r>
        <w:rPr>
          <w:b/>
        </w:rPr>
        <w:t xml:space="preserve">[22:49] </w:t>
      </w:r>
      <w:r>
        <w:t>exact wording mujhe yaad nahin rahi, matlab is ka yahi hai ke tumhare sir se political taaj le</w:t>
      </w:r>
    </w:p>
    <w:p>
      <w:pPr>
        <w:jc w:val="right"/>
      </w:pPr>
      <w:r>
        <w:t>ایگزیکٹ ورڈنگ مجھے یاد نہیں رہی، مطلب اس کا یہی ہے کہ تمہارے سر سے پولیٹیکل تاج لے</w:t>
      </w:r>
    </w:p>
    <w:p>
      <w:r>
        <w:rPr>
          <w:b/>
        </w:rPr>
        <w:t xml:space="preserve">[22:55] </w:t>
      </w:r>
      <w:r>
        <w:t>liya gaya hai.</w:t>
      </w:r>
    </w:p>
    <w:p>
      <w:pPr>
        <w:jc w:val="right"/>
      </w:pPr>
      <w:r>
        <w:t>لیا گیا ہے۔</w:t>
      </w:r>
    </w:p>
    <w:p>
      <w:r>
        <w:rPr>
          <w:b/>
        </w:rPr>
        <w:t xml:space="preserve">[23:01] </w:t>
      </w:r>
      <w:r>
        <w:t>ab khamoshi ke saath baitho.</w:t>
      </w:r>
    </w:p>
    <w:p>
      <w:pPr>
        <w:jc w:val="right"/>
      </w:pPr>
      <w:r>
        <w:t>اب خاموشی کے ساتھ بیٹھو۔</w:t>
      </w:r>
    </w:p>
    <w:p>
      <w:r>
        <w:rPr>
          <w:b/>
        </w:rPr>
        <w:t xml:space="preserve">[23:07] </w:t>
      </w:r>
      <w:r>
        <w:t>yani test paper badal gaya hai.</w:t>
      </w:r>
    </w:p>
    <w:p>
      <w:pPr>
        <w:jc w:val="right"/>
      </w:pPr>
      <w:r>
        <w:t>یعنی ٹیسٹ پیپر بدل گیا ہے۔</w:t>
      </w:r>
    </w:p>
    <w:p>
      <w:r>
        <w:rPr>
          <w:b/>
        </w:rPr>
        <w:t xml:space="preserve">[23:13] </w:t>
      </w:r>
      <w:r>
        <w:t>to kuch arse tak musalmanon ko yeh political test paper jo diya gaya tha, phir Khuda ne faisla</w:t>
      </w:r>
    </w:p>
    <w:p>
      <w:pPr>
        <w:jc w:val="right"/>
      </w:pPr>
      <w:r>
        <w:t>تو کچھ عرصے تک مسلمانوں کو یہ پولیٹیکل ٹیسٹ پیپر جو دیا گیا تھا، پھر خدا نے فیصلہ</w:t>
      </w:r>
    </w:p>
    <w:p>
      <w:r>
        <w:rPr>
          <w:b/>
        </w:rPr>
        <w:t xml:space="preserve">[23:18] </w:t>
      </w:r>
      <w:r>
        <w:t>kiya ke kisi aur ko test paper diya jaye.</w:t>
      </w:r>
    </w:p>
    <w:p>
      <w:pPr>
        <w:jc w:val="right"/>
      </w:pPr>
      <w:r>
        <w:t>کیا کہ کسی اور کو ٹیسٹ پیپر دیا جائے۔</w:t>
      </w:r>
    </w:p>
    <w:p>
      <w:r>
        <w:rPr>
          <w:b/>
        </w:rPr>
        <w:t xml:space="preserve">[23:24] </w:t>
      </w:r>
      <w:r>
        <w:t>yeh koi ek bhi Muslim writer, Muslim thinker, Muslim jo bataya nahin gaya, paida nahin hua is pure</w:t>
      </w:r>
    </w:p>
    <w:p>
      <w:pPr>
        <w:jc w:val="right"/>
      </w:pPr>
      <w:r>
        <w:t>یہ کوئی ایک بھی مسلم رائٹر، مسلم تھنکر، مسلم جو بتایا نہیں گیا، پیدا نہیں ہوا اس پورے</w:t>
      </w:r>
    </w:p>
    <w:p>
      <w:r>
        <w:rPr>
          <w:b/>
        </w:rPr>
        <w:t xml:space="preserve">[23:30] </w:t>
      </w:r>
      <w:r>
        <w:t>do sau saal mein.</w:t>
      </w:r>
    </w:p>
    <w:p>
      <w:pPr>
        <w:jc w:val="right"/>
      </w:pPr>
      <w:r>
        <w:t>دو سو سال میں۔</w:t>
      </w:r>
    </w:p>
    <w:p>
      <w:r>
        <w:rPr>
          <w:b/>
        </w:rPr>
        <w:t xml:space="preserve">[23:36] </w:t>
      </w:r>
      <w:r>
        <w:t>agar aap kisi ko ho to mujhe bataiye is ka naam jo musalmanon ke yeh bataye aur phir</w:t>
      </w:r>
    </w:p>
    <w:p>
      <w:pPr>
        <w:jc w:val="right"/>
      </w:pPr>
      <w:r>
        <w:t>اگر آپ کسی کو ہو تو مجھے بتائیے اس کا نام جو مسلمانوں کے یہ بتائے اور پھر</w:t>
      </w:r>
    </w:p>
    <w:p>
      <w:r>
        <w:rPr>
          <w:b/>
        </w:rPr>
        <w:t xml:space="preserve">[23:42] </w:t>
      </w:r>
      <w:r>
        <w:t>un ko pacify kare.</w:t>
      </w:r>
    </w:p>
    <w:p>
      <w:pPr>
        <w:jc w:val="right"/>
      </w:pPr>
      <w:r>
        <w:t>ان کو پیسیفائی کرے۔</w:t>
      </w:r>
    </w:p>
    <w:p>
      <w:r>
        <w:rPr>
          <w:b/>
        </w:rPr>
        <w:t xml:space="preserve">[23:48] </w:t>
      </w:r>
      <w:r>
        <w:t>jo shock laga tha musalmanon ko, political shock, is ko pacify kar raha tha yeh keh kar ke</w:t>
      </w:r>
    </w:p>
    <w:p>
      <w:pPr>
        <w:jc w:val="right"/>
      </w:pPr>
      <w:r>
        <w:t>جو شاک لگا تھا مسلمانوں کو، پولیٹیکل شاک، اس کو پیسیفائی کر رہا تھا یہ کہہ کر کہ</w:t>
      </w:r>
    </w:p>
    <w:p>
      <w:r>
        <w:rPr>
          <w:b/>
        </w:rPr>
        <w:t xml:space="preserve">[23:54] </w:t>
      </w:r>
      <w:r>
        <w:t>tum test par thay pehle, ab doosre test par aa gaye hain to doosre kaam karo.</w:t>
      </w:r>
    </w:p>
    <w:p>
      <w:pPr>
        <w:jc w:val="right"/>
      </w:pPr>
      <w:r>
        <w:t>تم ٹیسٹ پر تھے پہلے، اب دوسرے ٹیسٹ پر آ گئے ہیں تو دوسرے کام کرو۔</w:t>
      </w:r>
    </w:p>
    <w:p>
      <w:r>
        <w:rPr>
          <w:b/>
        </w:rPr>
        <w:t xml:space="preserve">[24:00] </w:t>
      </w:r>
      <w:r>
        <w:t>yani political field ke ilawa bohat sare kaam hain: education hai, daawa work hai, industry hai, agriculture hai,</w:t>
      </w:r>
    </w:p>
    <w:p>
      <w:pPr>
        <w:jc w:val="right"/>
      </w:pPr>
      <w:r>
        <w:t>یعنی پولیٹیکل فیلڈ کے علاوہ بہت سارے کام ہیں: ایجوکیشن ہے، دعویٰ ورک ہے، انڈسٹری ہے، ایگریکلچر ہے،</w:t>
      </w:r>
    </w:p>
    <w:p>
      <w:r>
        <w:rPr>
          <w:b/>
        </w:rPr>
        <w:t xml:space="preserve">[24:06] </w:t>
      </w:r>
      <w:r>
        <w:t>horticulture hai, social reform hai, sankaron kaam hain.</w:t>
      </w:r>
    </w:p>
    <w:p>
      <w:pPr>
        <w:jc w:val="right"/>
      </w:pPr>
      <w:r>
        <w:t>ہارٹیکلچر ہے، سوشل ریفارم ہے، سینکڑوں کام ہیں۔</w:t>
      </w:r>
    </w:p>
    <w:p>
      <w:r>
        <w:rPr>
          <w:b/>
        </w:rPr>
        <w:t xml:space="preserve">[24:12] </w:t>
      </w:r>
      <w:r>
        <w:t>is pe kaam karo, yeh to tum ko tum se chhin gaya hai.</w:t>
      </w:r>
    </w:p>
    <w:p>
      <w:pPr>
        <w:jc w:val="right"/>
      </w:pPr>
      <w:r>
        <w:t>اس پہ کام کرو، یہ تو تم کو تم سے چھن گیا ہے۔</w:t>
      </w:r>
    </w:p>
    <w:p>
      <w:r>
        <w:rPr>
          <w:b/>
        </w:rPr>
        <w:t xml:space="preserve">[24:18] </w:t>
      </w:r>
      <w:r>
        <w:t>ab tum ko milega nahin jab tak ke Khuda ka faisla na ho.</w:t>
      </w:r>
    </w:p>
    <w:p>
      <w:pPr>
        <w:jc w:val="right"/>
      </w:pPr>
      <w:r>
        <w:t>اب تم کو ملے گا نہیں جب تک کہ خدا کا فیصلہ نہ ہو۔</w:t>
      </w:r>
    </w:p>
    <w:p>
      <w:r>
        <w:rPr>
          <w:b/>
        </w:rPr>
        <w:t xml:space="preserve">[24:24] </w:t>
      </w:r>
      <w:r>
        <w:t>ab dekhen, falasteen mein 60 baras se log lad rahe hain is political taaj ko chhinne ke liye.</w:t>
      </w:r>
    </w:p>
    <w:p>
      <w:pPr>
        <w:jc w:val="right"/>
      </w:pPr>
      <w:r>
        <w:t>اب دیکھیں، فلسطین میں 60 برس سے لوگ لڑ رہے ہیں اس پولیٹیکل تاج کو چھیننے کے لیے۔</w:t>
      </w:r>
    </w:p>
    <w:p>
      <w:r>
        <w:rPr>
          <w:b/>
        </w:rPr>
        <w:t xml:space="preserve">[24:30] </w:t>
      </w:r>
      <w:r>
        <w:t>mila kuch bhi nahin, jo kuch tha woh bhi chala gaya kyunke Khuda ke faisle ko aap badal nahin sakte.</w:t>
      </w:r>
    </w:p>
    <w:p>
      <w:pPr>
        <w:jc w:val="right"/>
      </w:pPr>
      <w:r>
        <w:t>ملا کچھ بھی نہیں، جو کچھ تھا وہ بھی چلا گیا کیونکہ خدا کے فیصلے کو آپ بدل نہیں سکتے۔</w:t>
      </w:r>
    </w:p>
    <w:p>
      <w:r>
        <w:rPr>
          <w:b/>
        </w:rPr>
        <w:t xml:space="preserve">[24:35] </w:t>
      </w:r>
      <w:r>
        <w:t>Khuda ka jo faisla hai, is ko kaun badalne ki taaqat rakhta hai? bataiye.</w:t>
      </w:r>
    </w:p>
    <w:p>
      <w:pPr>
        <w:jc w:val="right"/>
      </w:pPr>
      <w:r>
        <w:t>خدا کا جو فیصلہ ہے، اس کو کون بدلنے کی طاقت رکھتا ہے؟ بتائیے۔</w:t>
      </w:r>
    </w:p>
    <w:p>
      <w:r>
        <w:rPr>
          <w:b/>
        </w:rPr>
        <w:t xml:space="preserve">[24:41] </w:t>
      </w:r>
      <w:r>
        <w:t>to falasteen mein agar Khuda ne yeh faisla kiya tha ke political taaj doosre ke sar par rakh</w:t>
      </w:r>
    </w:p>
    <w:p>
      <w:pPr>
        <w:jc w:val="right"/>
      </w:pPr>
      <w:r>
        <w:t>تو فلسطین میں اگر خدا نے یہ فیصلہ کیا تھا کہ پولیٹیکل تاج دوسرے کے سر پر رکھ</w:t>
      </w:r>
    </w:p>
    <w:p>
      <w:r>
        <w:rPr>
          <w:b/>
        </w:rPr>
        <w:t xml:space="preserve">[24:47] </w:t>
      </w:r>
      <w:r>
        <w:t>diya jaye aur is ka test liya jaye ke woh kaisa hai, to woh hua.</w:t>
      </w:r>
    </w:p>
    <w:p>
      <w:pPr>
        <w:jc w:val="right"/>
      </w:pPr>
      <w:r>
        <w:t>دیا جائے اور اس کا ٹیسٹ لیا جائے کہ وہ کیسا ہے، تو وہ ہوا۔</w:t>
      </w:r>
    </w:p>
    <w:p>
      <w:r>
        <w:rPr>
          <w:b/>
        </w:rPr>
        <w:t xml:space="preserve">[24:53] </w:t>
      </w:r>
      <w:r>
        <w:t>aap lad kar ke Khuda ke faisle ko badal nahin sakte.</w:t>
      </w:r>
    </w:p>
    <w:p>
      <w:pPr>
        <w:jc w:val="right"/>
      </w:pPr>
      <w:r>
        <w:t>آپ لڑ کر کے خدا کے فیصلے کو بدل نہیں سکتے۔</w:t>
      </w:r>
    </w:p>
    <w:p>
      <w:r>
        <w:rPr>
          <w:b/>
        </w:rPr>
        <w:t xml:space="preserve">[24:59] </w:t>
      </w:r>
      <w:r>
        <w:t>تو اگر کسی نے یہ بات بتائی ہوتی مسلمانوں کو تو مسلمان pacify ہو گئے ہوتے۔</w:t>
      </w:r>
    </w:p>
    <w:p>
      <w:pPr>
        <w:jc w:val="right"/>
      </w:pPr>
      <w:r>
        <w:t>تو اگر کسی نے یہ بات بتائی ہوتی مسلمانوں کو تو مسلمان پیسیفائی ہو گئے ہوتے۔</w:t>
      </w:r>
    </w:p>
    <w:p>
      <w:r>
        <w:rPr>
          <w:b/>
        </w:rPr>
        <w:t xml:space="preserve">[25:05] </w:t>
      </w:r>
      <w:r>
        <w:t>lekin ulta bataya, yeh conspiracy hai, yeh zulm hai, yeh yeh sab, yeh sare ke sare log user par hain.</w:t>
      </w:r>
    </w:p>
    <w:p>
      <w:pPr>
        <w:jc w:val="right"/>
      </w:pPr>
      <w:r>
        <w:t>لیکن الٹا بتایا، یہ کانسپریسی ہے، یہ ظلم ہے، یہ یہ سب، یہ سارے کے سارے لوگ یوزر پر ہیں۔</w:t>
      </w:r>
    </w:p>
    <w:p>
      <w:r>
        <w:rPr>
          <w:b/>
        </w:rPr>
        <w:t xml:space="preserve">[25:11] </w:t>
      </w:r>
      <w:r>
        <w:t>yeh sab to sare musalman khoon mein, nafrat ke khoon mein khol pare.</w:t>
      </w:r>
    </w:p>
    <w:p>
      <w:pPr>
        <w:jc w:val="right"/>
      </w:pPr>
      <w:r>
        <w:t>یہ سب تو سارے مسلمان خون میں، نفرت کے خون میں کھول پڑے۔</w:t>
      </w:r>
    </w:p>
    <w:p>
      <w:r>
        <w:rPr>
          <w:b/>
        </w:rPr>
        <w:t xml:space="preserve">[25:17] </w:t>
      </w:r>
      <w:r>
        <w:t>mujhe duniya mein is mission mein jo log jure hue hain, un ke siwa koi ek insaan nahin</w:t>
      </w:r>
    </w:p>
    <w:p>
      <w:pPr>
        <w:jc w:val="right"/>
      </w:pPr>
      <w:r>
        <w:t>مجھے دنیا میں اس مشن میں جو لوگ جڑے ہوئے ہیں، ان کے سوا کوئی ایک انسان نہیں</w:t>
      </w:r>
    </w:p>
    <w:p>
      <w:r>
        <w:rPr>
          <w:b/>
        </w:rPr>
        <w:t xml:space="preserve">[25:23] </w:t>
      </w:r>
      <w:r>
        <w:t>maloom hai jo nafrat mein na jeeta ho.</w:t>
      </w:r>
    </w:p>
    <w:p>
      <w:pPr>
        <w:jc w:val="right"/>
      </w:pPr>
      <w:r>
        <w:t>معلوم ہے جو نفرت میں نہ جیتا ہو۔</w:t>
      </w:r>
    </w:p>
    <w:p>
      <w:r>
        <w:rPr>
          <w:b/>
        </w:rPr>
        <w:t xml:space="preserve">[25:29] </w:t>
      </w:r>
      <w:r>
        <w:t>agar koi insaan ho to us ko mujhe pata bataiye, mein us se contact karunga.</w:t>
      </w:r>
    </w:p>
    <w:p>
      <w:pPr>
        <w:jc w:val="right"/>
      </w:pPr>
      <w:r>
        <w:t>اگر کوئی انسان ہو تو اس کو مجھے پتہ بتائیے، میں اس سے کانٹیکٹ کروں گا۔</w:t>
      </w:r>
    </w:p>
    <w:p>
      <w:r>
        <w:rPr>
          <w:b/>
        </w:rPr>
        <w:t xml:space="preserve">[25:35] </w:t>
      </w:r>
      <w:r>
        <w:t>mein sab se baar baar kehta raha hoon ke kisi ke nazdeek agar koi ek insaan aisa hai</w:t>
      </w:r>
    </w:p>
    <w:p>
      <w:pPr>
        <w:jc w:val="right"/>
      </w:pPr>
      <w:r>
        <w:t>میں سب سے بار بار کہتا رہا ہوں کہ کسی کے نزدیک اگر کوئی ایک انسان ایسا ہے</w:t>
      </w:r>
    </w:p>
    <w:p>
      <w:r>
        <w:rPr>
          <w:b/>
        </w:rPr>
        <w:t xml:space="preserve">[25:41] </w:t>
      </w:r>
      <w:r>
        <w:t>jo nafrat mein nahi jee raha hai doosron ke khilaaf, to mujhe us ka pata batao.</w:t>
      </w:r>
    </w:p>
    <w:p>
      <w:pPr>
        <w:jc w:val="right"/>
      </w:pPr>
      <w:r>
        <w:t>جو نفرت میں نہیں جی رہا ہے دوسروں کے خلاف، تو مجھے اس کا پتہ بتاؤ۔</w:t>
      </w:r>
    </w:p>
    <w:p>
      <w:r>
        <w:rPr>
          <w:b/>
        </w:rPr>
        <w:t xml:space="preserve">[25:47] </w:t>
      </w:r>
      <w:r>
        <w:t>mein samajhta hoon ke Allah taala ne is is yeh jo team hai hamari, isi ko bachaya hai</w:t>
      </w:r>
    </w:p>
    <w:p>
      <w:pPr>
        <w:jc w:val="right"/>
      </w:pPr>
      <w:r>
        <w:t>میں سمجھتا ہوں کہ اللہ تعالی نے اس اس یہ جو ٹیم ہے ہماری، اسی کو بچایا ہے</w:t>
      </w:r>
    </w:p>
    <w:p>
      <w:r>
        <w:rPr>
          <w:b/>
        </w:rPr>
        <w:t xml:space="preserve">[25:52] </w:t>
      </w:r>
      <w:r>
        <w:t>is is mizaj se.</w:t>
      </w:r>
    </w:p>
    <w:p>
      <w:pPr>
        <w:jc w:val="right"/>
      </w:pPr>
      <w:r>
        <w:t>اس اس مزاج سے۔</w:t>
      </w:r>
    </w:p>
    <w:p>
      <w:r>
        <w:rPr>
          <w:b/>
        </w:rPr>
        <w:t xml:space="preserve">[25:58] </w:t>
      </w:r>
      <w:r>
        <w:t>magar sab nafraton mein jee rahe hain kyun? woh samajhte hain ke sab log jo thay, hamara right</w:t>
      </w:r>
    </w:p>
    <w:p>
      <w:pPr>
        <w:jc w:val="right"/>
      </w:pPr>
      <w:r>
        <w:t>مگر سب نفرتوں میں جی رہے ہیں کیوں؟ وہ سمجھتے ہیں کہ سب لوگ جو تھے، ہمارا رائٹ</w:t>
      </w:r>
    </w:p>
    <w:p>
      <w:r>
        <w:rPr>
          <w:b/>
        </w:rPr>
        <w:t xml:space="preserve">[26:04] </w:t>
      </w:r>
      <w:r>
        <w:t>cheen liya, yeh sab user par hain, hamare saath zulm kiya gaya hai aur hum wapas lenge</w:t>
      </w:r>
    </w:p>
    <w:p>
      <w:pPr>
        <w:jc w:val="right"/>
      </w:pPr>
      <w:r>
        <w:t>چھین لیا، یہ سب یوزر پر ہیں، ہمارے ساتھ ظلم کیا گیا ہے اور ہم واپس لیں گے</w:t>
      </w:r>
    </w:p>
    <w:p>
      <w:r>
        <w:rPr>
          <w:b/>
        </w:rPr>
        <w:t xml:space="preserve">[26:10] </w:t>
      </w:r>
      <w:r>
        <w:t>apni apni apni hukoomat ko, apni political power ko, apne apne land ko.</w:t>
      </w:r>
    </w:p>
    <w:p>
      <w:pPr>
        <w:jc w:val="right"/>
      </w:pPr>
      <w:r>
        <w:t>اپنی اپنی اپنی حکومت کو، اپنی پولیٹیکل پاور کو، اپنے اپنے لینڈ کو۔</w:t>
      </w:r>
    </w:p>
    <w:p>
      <w:r>
        <w:rPr>
          <w:b/>
        </w:rPr>
        <w:t xml:space="preserve">[26:16] </w:t>
      </w:r>
      <w:r>
        <w:t>lad rahe hain, lad rahe hain, lad rahe hain, milta kuch bhi nahi.</w:t>
      </w:r>
    </w:p>
    <w:p>
      <w:pPr>
        <w:jc w:val="right"/>
      </w:pPr>
      <w:r>
        <w:t>لڑ رہے ہیں، لڑ رہے ہیں، لڑ رہے ہیں، ملتا کچھ بھی نہیں۔</w:t>
      </w:r>
    </w:p>
    <w:p>
      <w:r>
        <w:rPr>
          <w:b/>
        </w:rPr>
        <w:t xml:space="preserve">[26:22] </w:t>
      </w:r>
      <w:r>
        <w:t>to yeh madarson mein, masjidon mein, jalson mein aur musalmanon ke parchon mein, musalmanon ke magazine mein, yeh</w:t>
      </w:r>
    </w:p>
    <w:p>
      <w:pPr>
        <w:jc w:val="right"/>
      </w:pPr>
      <w:r>
        <w:t>تو یہ مدرسوں میں، مسجدوں میں، جلسوں میں اور مسلمانوں کے پرچوں میں، مسلمانوں کے میگزین میں، یہ</w:t>
      </w:r>
    </w:p>
    <w:p>
      <w:r>
        <w:rPr>
          <w:b/>
        </w:rPr>
        <w:t xml:space="preserve">[26:28] </w:t>
      </w:r>
      <w:r>
        <w:t>yeh baatein itni zyada kahi gayi, itni zyada kahi gayi hain ke sab log isi pe conditioned ho gaye hain.</w:t>
      </w:r>
    </w:p>
    <w:p>
      <w:pPr>
        <w:jc w:val="right"/>
      </w:pPr>
      <w:r>
        <w:t>یہ باتیں اتنی زیادہ کہی گئی، اتنی زیادہ کہی گئی ہیں کہ سب لوگ اسی پہ کنڈیشنڈ ہو گئے ہیں۔</w:t>
      </w:r>
    </w:p>
    <w:p>
      <w:r>
        <w:rPr>
          <w:b/>
        </w:rPr>
        <w:t xml:space="preserve">[26:34] </w:t>
      </w:r>
      <w:r>
        <w:t>one to all, yani India mein jo speeches hoti hain, woh bhi yahi hoti hain.</w:t>
      </w:r>
    </w:p>
    <w:p>
      <w:pPr>
        <w:jc w:val="right"/>
      </w:pPr>
      <w:r>
        <w:t>ون ٹو ال، یعنی انڈیا میں جو اسپیچز ہوتی ہیں، وہ بھی یہی ہوتی ہیں۔</w:t>
      </w:r>
    </w:p>
    <w:p>
      <w:r>
        <w:rPr>
          <w:b/>
        </w:rPr>
        <w:t xml:space="preserve">[26:40] </w:t>
      </w:r>
      <w:r>
        <w:t>America mein bhi jo is pe, woh bhi yahi hoti hain.</w:t>
      </w:r>
    </w:p>
    <w:p>
      <w:pPr>
        <w:jc w:val="right"/>
      </w:pPr>
      <w:r>
        <w:t>امریکہ میں بھی جو اس پہ، وہ بھی یہی ہوتی ہے۔</w:t>
      </w:r>
    </w:p>
    <w:p>
      <w:r>
        <w:rPr>
          <w:b/>
        </w:rPr>
        <w:t xml:space="preserve">[26:46] </w:t>
      </w:r>
      <w:r>
        <w:t>sab nafrat, nafrat ki boli, nafrat ki boli.</w:t>
      </w:r>
    </w:p>
    <w:p>
      <w:pPr>
        <w:jc w:val="right"/>
      </w:pPr>
      <w:r>
        <w:t>سب نفرت، نفرت کی بولی، نفرت کی بولی۔</w:t>
      </w:r>
    </w:p>
    <w:p>
      <w:r>
        <w:rPr>
          <w:b/>
        </w:rPr>
        <w:t xml:space="preserve">[26:52] </w:t>
      </w:r>
      <w:r>
        <w:t>to nafrat aadmi ko bilkul andha kar deti hai.</w:t>
      </w:r>
    </w:p>
    <w:p>
      <w:pPr>
        <w:jc w:val="right"/>
      </w:pPr>
      <w:r>
        <w:t>تو نفرت آدمی کو بالکل اندھا کر دیتی ہے۔</w:t>
      </w:r>
    </w:p>
    <w:p>
      <w:r>
        <w:rPr>
          <w:b/>
        </w:rPr>
        <w:t xml:space="preserve">[26:58] </w:t>
      </w:r>
      <w:r>
        <w:t>andha, is andhe pan mein log yeh kar rahe hain ke koi jamaajm hell fire mein.</w:t>
      </w:r>
    </w:p>
    <w:p>
      <w:pPr>
        <w:jc w:val="right"/>
      </w:pPr>
      <w:r>
        <w:t>اندھا، اس اندھے پن میں لوگ یہ کر رہے ہیں کہ کوئی جماجم ہیل فائر میں۔</w:t>
      </w:r>
    </w:p>
    <w:p>
      <w:r>
        <w:rPr>
          <w:b/>
        </w:rPr>
        <w:t xml:space="preserve">[27:04] </w:t>
      </w:r>
      <w:r>
        <w:t>is masle par sochte hue meri samajh mein ek baat aayi, woh yeh hai ke sikhad wawar se</w:t>
      </w:r>
    </w:p>
    <w:p>
      <w:pPr>
        <w:jc w:val="right"/>
      </w:pPr>
      <w:r>
        <w:t>اس مسئلے پر سوچتے ہوئے میری سمجھ میں ایک بات آئی، وہ یہ ہے کہ سکھڑ ولوار سے</w:t>
      </w:r>
    </w:p>
    <w:p>
      <w:r>
        <w:rPr>
          <w:b/>
        </w:rPr>
        <w:t xml:space="preserve">[27:09] </w:t>
      </w:r>
      <w:r>
        <w:t>pehlay isi tarah ka soch thi Japanese mein.</w:t>
      </w:r>
    </w:p>
    <w:p>
      <w:pPr>
        <w:jc w:val="right"/>
      </w:pPr>
      <w:r>
        <w:t>پہلے اسی طرح کا سوچ تھی جاپانیز میں۔</w:t>
      </w:r>
    </w:p>
    <w:p>
      <w:r>
        <w:rPr>
          <w:b/>
        </w:rPr>
        <w:t xml:space="preserve">[27:15] </w:t>
      </w:r>
      <w:r>
        <w:t>aap yeh jante honge ke Japan ki jo royal family thi, jis ka aakhri king tha Hirohito,</w:t>
      </w:r>
    </w:p>
    <w:p>
      <w:pPr>
        <w:jc w:val="right"/>
      </w:pPr>
      <w:r>
        <w:t>آپ یہ جانتے ہوں گے کہ جاپان کی جو رائل فیملی تھی، جس کا آخری کنگ تھا ہیروہیٹو،</w:t>
      </w:r>
    </w:p>
    <w:p>
      <w:r>
        <w:rPr>
          <w:b/>
        </w:rPr>
        <w:t xml:space="preserve">[27:21] </w:t>
      </w:r>
      <w:r>
        <w:t>to wahan imperial divinity ka concept tha.</w:t>
      </w:r>
    </w:p>
    <w:p>
      <w:pPr>
        <w:jc w:val="right"/>
      </w:pPr>
      <w:r>
        <w:t>تو وہاں ایمپیریل ڈیوینیٹی کا کانسیپٹ تھا۔</w:t>
      </w:r>
    </w:p>
    <w:p>
      <w:r>
        <w:rPr>
          <w:b/>
        </w:rPr>
        <w:t xml:space="preserve">[27:27] </w:t>
      </w:r>
      <w:r>
        <w:t>imperial divinity apne apne king ko god king samajhte thay, woh yeh Khuda hai.</w:t>
      </w:r>
    </w:p>
    <w:p>
      <w:pPr>
        <w:jc w:val="right"/>
      </w:pPr>
      <w:r>
        <w:t>ایمپیریل ڈیوینیٹی اپنے اپنے کنگ کو گاڈ کنگ سمجھتے تھے، وہ یہ خدا ہے۔</w:t>
      </w:r>
    </w:p>
    <w:p>
      <w:r>
        <w:rPr>
          <w:b/>
        </w:rPr>
        <w:t xml:space="preserve">[27:33] </w:t>
      </w:r>
      <w:r>
        <w:t>yeh aur un ke haan yeh soch thi ke humein haq hai ke hum duniya mein rule karein,</w:t>
      </w:r>
    </w:p>
    <w:p>
      <w:pPr>
        <w:jc w:val="right"/>
      </w:pPr>
      <w:r>
        <w:t>یہ اور ان کے ہاں یہ سوچ تھی کہ ہمیں حق ہے کہ ہم دنیا میں رول کریں،</w:t>
      </w:r>
    </w:p>
    <w:p>
      <w:r>
        <w:rPr>
          <w:b/>
        </w:rPr>
        <w:t xml:space="preserve">[27:39] </w:t>
      </w:r>
      <w:r>
        <w:t>hamare Khuda ko haq hai ke woh duniya mein rule kare.</w:t>
      </w:r>
    </w:p>
    <w:p>
      <w:pPr>
        <w:jc w:val="right"/>
      </w:pPr>
      <w:r>
        <w:t>ہمارے خدا کو حق ہے کہ وہ دنیا میں رول کرے۔</w:t>
      </w:r>
    </w:p>
    <w:p>
      <w:r>
        <w:rPr>
          <w:b/>
        </w:rPr>
        <w:t xml:space="preserve">[27:45] </w:t>
      </w:r>
      <w:r>
        <w:t>woh chunache Japanese, aap jante hain ke China se laday, Italy se laday, Germany se laday, ladte rahe.</w:t>
      </w:r>
    </w:p>
    <w:p>
      <w:pPr>
        <w:jc w:val="right"/>
      </w:pPr>
      <w:r>
        <w:t>وہ چنانچہ جاپانیز، آپ جانتے ہیں کہ چائنہ سے لڑے، اٹلی سے لڑے، جرمنی سے لڑے، لڑتے رہے۔</w:t>
      </w:r>
    </w:p>
    <w:p>
      <w:r>
        <w:rPr>
          <w:b/>
        </w:rPr>
        <w:t xml:space="preserve">[27:51] </w:t>
      </w:r>
      <w:r>
        <w:t>woh aur sab se pehle suicide bombing shuru kiye japanese mein, jis ko harakiri kehte thay.</w:t>
      </w:r>
    </w:p>
    <w:p>
      <w:pPr>
        <w:jc w:val="right"/>
      </w:pPr>
      <w:r>
        <w:t>وہ اور سب سے پہلے سوسائیڈ بمنگ شروع کیے جاپانیز میں، جس کو ہیراکری کہتے تھے۔</w:t>
      </w:r>
    </w:p>
    <w:p>
      <w:r>
        <w:rPr>
          <w:b/>
        </w:rPr>
        <w:t xml:space="preserve">[27:57] </w:t>
      </w:r>
      <w:r>
        <w:t>ایچ آئی آر اے کے آر ای، ہراکی جاپانی زبان میں بم باندھ کر کے وہ کود جاتے</w:t>
      </w:r>
    </w:p>
    <w:p>
      <w:pPr>
        <w:jc w:val="right"/>
      </w:pPr>
      <w:r>
        <w:t>ایچ آئی آر اے کے آر ای، ہیراکری جاپانی زبان میں بم باندھ کر کے وہ کود جاتے</w:t>
      </w:r>
    </w:p>
    <w:p>
      <w:r>
        <w:rPr>
          <w:b/>
        </w:rPr>
        <w:t xml:space="preserve">[28:03] </w:t>
      </w:r>
      <w:r>
        <w:t>thay is mein, yaani woh fauji jahazon mein aur pearl harbor ko tabah kar diya tha.</w:t>
      </w:r>
    </w:p>
    <w:p>
      <w:pPr>
        <w:jc w:val="right"/>
      </w:pPr>
      <w:r>
        <w:t>تھے اس میں، یعنی وہ فوجی جہازوں میں اور پرل ہاربر کو تباہ کر دیا تھا۔</w:t>
      </w:r>
    </w:p>
    <w:p>
      <w:r>
        <w:rPr>
          <w:b/>
        </w:rPr>
        <w:t xml:space="preserve">[28:09] </w:t>
      </w:r>
      <w:r>
        <w:t>isi tarah unhon ne khud mare aur pearl harbor ko tabah kar diya.</w:t>
      </w:r>
    </w:p>
    <w:p>
      <w:pPr>
        <w:jc w:val="right"/>
      </w:pPr>
      <w:r>
        <w:t>اسی طرح انہوں نے خود مرے اور پرل ہاربر کو تباہ کر دیا۔</w:t>
      </w:r>
    </w:p>
    <w:p>
      <w:r>
        <w:rPr>
          <w:b/>
        </w:rPr>
        <w:t xml:space="preserve">[28:15] </w:t>
      </w:r>
      <w:r>
        <w:t>to suicide bombing jo hai, sab se pehle shuru kiya tha japanese ne kyun? nafrat, nafrat, nafrat!</w:t>
      </w:r>
    </w:p>
    <w:p>
      <w:pPr>
        <w:jc w:val="right"/>
      </w:pPr>
      <w:r>
        <w:t>تو سوسائیڈ بمنگ جو ہے، سب سے پہلے شروع کیا تھا جاپانیز نے کیوں؟ نفرت، نفرت، نفرت!</w:t>
      </w:r>
    </w:p>
    <w:p>
      <w:r>
        <w:rPr>
          <w:b/>
        </w:rPr>
        <w:t xml:space="preserve">[28:21] </w:t>
      </w:r>
      <w:r>
        <w:t>yeh sab user par hain.</w:t>
      </w:r>
    </w:p>
    <w:p>
      <w:pPr>
        <w:jc w:val="right"/>
      </w:pPr>
      <w:r>
        <w:t>یہ سب یوزر پر ہیں۔</w:t>
      </w:r>
    </w:p>
    <w:p>
      <w:r>
        <w:rPr>
          <w:b/>
        </w:rPr>
        <w:t xml:space="preserve">[28:27] </w:t>
      </w:r>
      <w:r>
        <w:t>rule ka right jo hai, woh hamare badshah ko hai, jo god king hai.</w:t>
      </w:r>
    </w:p>
    <w:p>
      <w:pPr>
        <w:jc w:val="right"/>
      </w:pPr>
      <w:r>
        <w:t>رول کا رائٹ جو ہے، وہ ہمارے بادشاہ کو ہے، جو گاڈ کنگ ہے۔</w:t>
      </w:r>
    </w:p>
    <w:p>
      <w:r>
        <w:rPr>
          <w:b/>
        </w:rPr>
        <w:t xml:space="preserve">[28:33] </w:t>
      </w:r>
      <w:r>
        <w:t>phir kya hua? 1945 mein america ne atom bomb giraye, do atom bomb, aur japan ko bilkul destroy</w:t>
      </w:r>
    </w:p>
    <w:p>
      <w:pPr>
        <w:jc w:val="right"/>
      </w:pPr>
      <w:r>
        <w:t>پھر کیا ہوا؟ 1945 میں امریکہ نے ایٹم بم گرائے، دو ایٹم بم، اور جاپان کو بالکل ڈسٹروئے</w:t>
      </w:r>
    </w:p>
    <w:p>
      <w:r>
        <w:rPr>
          <w:b/>
        </w:rPr>
        <w:t xml:space="preserve">[28:39] </w:t>
      </w:r>
      <w:r>
        <w:t>kar diya, is ki fauji taqat ko.</w:t>
      </w:r>
    </w:p>
    <w:p>
      <w:pPr>
        <w:jc w:val="right"/>
      </w:pPr>
      <w:r>
        <w:t>کر دیا، اس کی فوجی طاقت کو۔</w:t>
      </w:r>
    </w:p>
    <w:p>
      <w:r>
        <w:rPr>
          <w:b/>
        </w:rPr>
        <w:t xml:space="preserve">[28:45] </w:t>
      </w:r>
      <w:r>
        <w:t>to japan ko bohat humiliating defeat hui.</w:t>
      </w:r>
    </w:p>
    <w:p>
      <w:pPr>
        <w:jc w:val="right"/>
      </w:pPr>
      <w:r>
        <w:t>تو جاپان کو بہت ہیمیٹنگ ڈیفیٹ ہوئی۔</w:t>
      </w:r>
    </w:p>
    <w:p>
      <w:r>
        <w:rPr>
          <w:b/>
        </w:rPr>
        <w:t xml:space="preserve">[28:51] </w:t>
      </w:r>
      <w:r>
        <w:t>is ke baad wahan second thought paida hua.</w:t>
      </w:r>
    </w:p>
    <w:p>
      <w:pPr>
        <w:jc w:val="right"/>
      </w:pPr>
      <w:r>
        <w:t>اس کے بعد وہاں سیکنڈ تھاٹ پیدا ہوا۔</w:t>
      </w:r>
    </w:p>
    <w:p>
      <w:r>
        <w:rPr>
          <w:b/>
        </w:rPr>
        <w:t xml:space="preserve">[28:57] </w:t>
      </w:r>
      <w:r>
        <w:t>japanese ne samjha ke hamara badshah agar khuda hota to in ko bachata.</w:t>
      </w:r>
    </w:p>
    <w:p>
      <w:pPr>
        <w:jc w:val="right"/>
      </w:pPr>
      <w:r>
        <w:t>جاپانیز نے سمجھا کہ ہمارا بادشاہ اگر خدا ہوتا تو ان کو بچاتا۔</w:t>
      </w:r>
    </w:p>
    <w:p>
      <w:r>
        <w:rPr>
          <w:b/>
        </w:rPr>
        <w:t xml:space="preserve">[29:03] </w:t>
      </w:r>
      <w:r>
        <w:t>hamara badshah agar khuda hota to in ko bachata.</w:t>
      </w:r>
    </w:p>
    <w:p>
      <w:pPr>
        <w:jc w:val="right"/>
      </w:pPr>
      <w:r>
        <w:t>ہمارا بادشاہ اگر خدا ہوتا تو ان کو بچاتا۔</w:t>
      </w:r>
    </w:p>
    <w:p>
      <w:r>
        <w:rPr>
          <w:b/>
        </w:rPr>
        <w:t xml:space="preserve">[29:09] </w:t>
      </w:r>
      <w:r>
        <w:t>to unhon ne is se in ke andar yeh yeh soch bani ke hamara badshah khuda nahi hai.</w:t>
      </w:r>
    </w:p>
    <w:p>
      <w:pPr>
        <w:jc w:val="right"/>
      </w:pPr>
      <w:r>
        <w:t>تو انہوں نے اس سے ان کے اندر یہ یہ سوچ بنی کہ ہمارا بادشاہ خدا نہیں ہے۔</w:t>
      </w:r>
    </w:p>
    <w:p>
      <w:r>
        <w:rPr>
          <w:b/>
        </w:rPr>
        <w:t xml:space="preserve">[29:15] </w:t>
      </w:r>
      <w:r>
        <w:t>to 1946 mein, 1946 mein hirohito ne, jo un ka aakhri badshah tha, us ne baqayda renounce kiya,</w:t>
      </w:r>
    </w:p>
    <w:p>
      <w:pPr>
        <w:jc w:val="right"/>
      </w:pPr>
      <w:r>
        <w:t>تو 1946 میں، 1946 میں ہیروہیٹو نے، جو ان کا آخری بادشاہ تھا، اس نے باقاعدہ ریناؤنس کیا،</w:t>
      </w:r>
    </w:p>
    <w:p>
      <w:r>
        <w:rPr>
          <w:b/>
        </w:rPr>
        <w:t xml:space="preserve">[29:21] </w:t>
      </w:r>
      <w:r>
        <w:t>yeh elaan kiya ke main khuda nahi hoon.</w:t>
      </w:r>
    </w:p>
    <w:p>
      <w:pPr>
        <w:jc w:val="right"/>
      </w:pPr>
      <w:r>
        <w:t>یہ اعلان کیا کہ میں خدا نہیں ہوں۔</w:t>
      </w:r>
    </w:p>
    <w:p>
      <w:r>
        <w:rPr>
          <w:b/>
        </w:rPr>
        <w:t xml:space="preserve">[29:27] </w:t>
      </w:r>
      <w:r>
        <w:t>tab se imperial divinity ka concept khatam hua japan mein.</w:t>
      </w:r>
    </w:p>
    <w:p>
      <w:pPr>
        <w:jc w:val="right"/>
      </w:pPr>
      <w:r>
        <w:t>تب سے ایمپیریل ڈیوینیٹی کا کانسیپٹ ختم ہوا جاپان میں۔</w:t>
      </w:r>
    </w:p>
    <w:p>
      <w:r>
        <w:rPr>
          <w:b/>
        </w:rPr>
        <w:t xml:space="preserve">[29:34] </w:t>
      </w:r>
      <w:r>
        <w:t>to ab main soch raha tha ke musalmanon mein kyun nahi khatam hota? yeh yeh suicide bombing ki</w:t>
      </w:r>
    </w:p>
    <w:p>
      <w:pPr>
        <w:jc w:val="right"/>
      </w:pPr>
      <w:r>
        <w:t>تو اب میں سوچ رہا تھا کہ مسلمانوں میں کیوں نہیں ختم ہوتا؟ یہ یہ سوسائیڈ بمنگ کی</w:t>
      </w:r>
    </w:p>
    <w:p>
      <w:r>
        <w:rPr>
          <w:b/>
        </w:rPr>
        <w:t xml:space="preserve">[29:40] </w:t>
      </w:r>
      <w:r>
        <w:t>hadd tak puhanch gaye hain.</w:t>
      </w:r>
    </w:p>
    <w:p>
      <w:pPr>
        <w:jc w:val="right"/>
      </w:pPr>
      <w:r>
        <w:t>حد تک پہنچ گئے ہیں۔</w:t>
      </w:r>
    </w:p>
    <w:p>
      <w:r>
        <w:rPr>
          <w:b/>
        </w:rPr>
        <w:t xml:space="preserve">[29:46] </w:t>
      </w:r>
      <w:r>
        <w:t>woh to meri samajh mein yeh baat aayi ke wahan ek living god tha, woh yaani woh hirohito</w:t>
      </w:r>
    </w:p>
    <w:p>
      <w:pPr>
        <w:jc w:val="right"/>
      </w:pPr>
      <w:r>
        <w:t>وہ تو میری سمجھ میں یہ بات آئی کہ وہاں ایک لیونگ گاڈ تھا، وہ یعنی وہ ہیروہیٹو</w:t>
      </w:r>
    </w:p>
    <w:p>
      <w:r>
        <w:rPr>
          <w:b/>
        </w:rPr>
        <w:t xml:space="preserve">[29:52] </w:t>
      </w:r>
      <w:r>
        <w:t>jo tha, un ke apne soch ke mutabiq living god tha, ek zinda insan baitha hua hai takht par.</w:t>
      </w:r>
    </w:p>
    <w:p>
      <w:pPr>
        <w:jc w:val="right"/>
      </w:pPr>
      <w:r>
        <w:t>جو تھا، ان کے اپنے سوچ کے مطابق لیونگ گاڈ تھا، ایک زندہ انسان بیٹھا ہوا ہے تخت پر۔</w:t>
      </w:r>
    </w:p>
    <w:p>
      <w:r>
        <w:rPr>
          <w:b/>
        </w:rPr>
        <w:t xml:space="preserve">[29:58] </w:t>
      </w:r>
      <w:r>
        <w:t>ab musalmanon ka mamla hai ke ek ek ideology ki base pe khadi hui hain.</w:t>
      </w:r>
    </w:p>
    <w:p>
      <w:pPr>
        <w:jc w:val="right"/>
      </w:pPr>
      <w:r>
        <w:t>اب مسلمانوں کا معاملہ ہے کہ ایک ایک آئیڈیالوجی کی بیس پہ کھڑی ہوئی ہیں۔</w:t>
      </w:r>
    </w:p>
    <w:p>
      <w:r>
        <w:rPr>
          <w:b/>
        </w:rPr>
        <w:t xml:space="preserve">[30:04] </w:t>
      </w:r>
      <w:r>
        <w:t>woh musalmanon ko jo cheez feed kar rahi hai, jo un ko inspire kar rahi hai, woh ek</w:t>
      </w:r>
    </w:p>
    <w:p>
      <w:pPr>
        <w:jc w:val="right"/>
      </w:pPr>
      <w:r>
        <w:t>وہ مسلمانوں کو جو چیز فیڈ کر رہی ہے، جو ان کو انسپائر کر رہی ہے، وہ ایک</w:t>
      </w:r>
    </w:p>
    <w:p>
      <w:r>
        <w:rPr>
          <w:b/>
        </w:rPr>
        <w:t xml:space="preserve">[30:10] </w:t>
      </w:r>
      <w:r>
        <w:t>living insan nahi hai, ek ideology hai.</w:t>
      </w:r>
    </w:p>
    <w:p>
      <w:pPr>
        <w:jc w:val="right"/>
      </w:pPr>
      <w:r>
        <w:t>لیونگ انسان نہیں ہے، ایک آئیڈیالوجی ہے۔</w:t>
      </w:r>
    </w:p>
    <w:p>
      <w:r>
        <w:rPr>
          <w:b/>
        </w:rPr>
        <w:t xml:space="preserve">[30:16] </w:t>
      </w:r>
      <w:r>
        <w:t>to living insan ko aap maar sakte hain, living insan khatam ho sakta hai.</w:t>
      </w:r>
    </w:p>
    <w:p>
      <w:pPr>
        <w:jc w:val="right"/>
      </w:pPr>
      <w:r>
        <w:t>تو لیونگ انسان کو آپ مار سکتے ہیں، لیونگ انسان ختم ہو سکتا ہے۔</w:t>
      </w:r>
    </w:p>
    <w:p>
      <w:r>
        <w:rPr>
          <w:b/>
        </w:rPr>
        <w:t xml:space="preserve">[30:22] </w:t>
      </w:r>
      <w:r>
        <w:t>woh khatam hogaya to baat khatam hogayi.</w:t>
      </w:r>
    </w:p>
    <w:p>
      <w:pPr>
        <w:jc w:val="right"/>
      </w:pPr>
      <w:r>
        <w:t>وہ ختم ہوگیا تو بات ختم ہوگئی۔</w:t>
      </w:r>
    </w:p>
    <w:p>
      <w:r>
        <w:rPr>
          <w:b/>
        </w:rPr>
        <w:t xml:space="preserve">[30:28] </w:t>
      </w:r>
      <w:r>
        <w:t>hamare haan muamla hai ke aik ideology develop ki gayi hai ke hum zameen mein khuda ke khaleefa</w:t>
      </w:r>
    </w:p>
    <w:p>
      <w:pPr>
        <w:jc w:val="right"/>
      </w:pPr>
      <w:r>
        <w:t>ہمارے ہاں معاملہ ہے کہ ایک آئیڈیالوجی ڈیولپ کی گئی ہے کہ ہم زمین میں خدا کے خلیفہ</w:t>
      </w:r>
    </w:p>
    <w:p>
      <w:r>
        <w:rPr>
          <w:b/>
        </w:rPr>
        <w:t xml:space="preserve">[30:34] </w:t>
      </w:r>
      <w:r>
        <w:t>hain, hum abdul anbiya ki ummat hain, hum khair ul umam hain, hamara haq hai ke hum dunya mein khuda</w:t>
      </w:r>
    </w:p>
    <w:p>
      <w:pPr>
        <w:jc w:val="right"/>
      </w:pPr>
      <w:r>
        <w:t>ہیں، ہم عبدالانبیاء کی امت ہیں، ہم خیر العمم ہیں، ہمارا حق ہے کہ ہم دنیا میں خدا</w:t>
      </w:r>
    </w:p>
    <w:p>
      <w:r>
        <w:rPr>
          <w:b/>
        </w:rPr>
        <w:t xml:space="preserve">[30:40] </w:t>
      </w:r>
      <w:r>
        <w:t>ki taraf se dunya par roll karein, hum vagrant of god hain.</w:t>
      </w:r>
    </w:p>
    <w:p>
      <w:pPr>
        <w:jc w:val="right"/>
      </w:pPr>
      <w:r>
        <w:t>کی طرف سے دنیا پر رول کریں، ہم وائجرنٹ آف گاڈ ہیں۔</w:t>
      </w:r>
    </w:p>
    <w:p>
      <w:r>
        <w:rPr>
          <w:b/>
        </w:rPr>
        <w:t xml:space="preserve">[30:47] </w:t>
      </w:r>
      <w:r>
        <w:t>yeh aik ideology hai, koi aik insaan nahi hai ke is ko aap maar dain, baat khatam ho jaye.</w:t>
      </w:r>
    </w:p>
    <w:p>
      <w:pPr>
        <w:jc w:val="right"/>
      </w:pPr>
      <w:r>
        <w:t>یہ ایک آئیڈیالوجی ہے، کوئی ایک انسان نہیں ہے کہ اس کو آپ مار ڈالیں، بات ختم ہو جائے۔</w:t>
      </w:r>
    </w:p>
    <w:p>
      <w:r>
        <w:rPr>
          <w:b/>
        </w:rPr>
        <w:t xml:space="preserve">[30:53] </w:t>
      </w:r>
      <w:r>
        <w:t>to Japan ki khush qismati thi ke un ka tha aik insaan par base karta tha, woh insaan</w:t>
      </w:r>
    </w:p>
    <w:p>
      <w:pPr>
        <w:jc w:val="right"/>
      </w:pPr>
      <w:r>
        <w:t>تو جاپان کی خوش قسمتی تھی کہ ان کا تھا ایک انسان پر بیس کرتا تھا، وہ انسان</w:t>
      </w:r>
    </w:p>
    <w:p>
      <w:r>
        <w:rPr>
          <w:b/>
        </w:rPr>
        <w:t xml:space="preserve">[30:59] </w:t>
      </w:r>
      <w:r>
        <w:t>Japan ko bacha nahi saka.</w:t>
      </w:r>
    </w:p>
    <w:p>
      <w:pPr>
        <w:jc w:val="right"/>
      </w:pPr>
      <w:r>
        <w:t>جاپان کو بچا نہیں سکا۔</w:t>
      </w:r>
    </w:p>
    <w:p>
      <w:r>
        <w:rPr>
          <w:b/>
        </w:rPr>
        <w:t xml:space="preserve">[31:05] </w:t>
      </w:r>
      <w:r>
        <w:t>to woh ailaan kar diya us ne, ab kaun ailaan karega? yani Hirohito ne apne munh se bol</w:t>
      </w:r>
    </w:p>
    <w:p>
      <w:pPr>
        <w:jc w:val="right"/>
      </w:pPr>
      <w:r>
        <w:t>تو وہ اعلان کر دیا اس نے، اب کون اعلان کرے؟ یعنی ہیروہیٹو نے اپنے منہ سے بول</w:t>
      </w:r>
    </w:p>
    <w:p>
      <w:r>
        <w:rPr>
          <w:b/>
        </w:rPr>
        <w:t xml:space="preserve">[31:11] </w:t>
      </w:r>
      <w:r>
        <w:t>diya ke mein khuda nahi hoon.</w:t>
      </w:r>
    </w:p>
    <w:p>
      <w:pPr>
        <w:jc w:val="right"/>
      </w:pPr>
      <w:r>
        <w:t>دیا کہ میں خدا نہیں ہوں۔</w:t>
      </w:r>
    </w:p>
    <w:p>
      <w:r>
        <w:rPr>
          <w:b/>
        </w:rPr>
        <w:t xml:space="preserve">[31:17] </w:t>
      </w:r>
      <w:r>
        <w:t>to aik insaan zinda maujood tha jo bol sake, apne munh se keh sake ke mein khuda nahi hoon.</w:t>
      </w:r>
    </w:p>
    <w:p>
      <w:pPr>
        <w:jc w:val="right"/>
      </w:pPr>
      <w:r>
        <w:t>تو ایک انسان زندہ موجود تھا جو بول سکے، اپنے منہ سے کہہ سکے کہ میں خدا نہیں ہوں۔</w:t>
      </w:r>
    </w:p>
    <w:p>
      <w:r>
        <w:rPr>
          <w:b/>
        </w:rPr>
        <w:t xml:space="preserve">[31:23] </w:t>
      </w:r>
      <w:r>
        <w:t>yahan kaun bolega? ideology to bolegi nahi, yahan koi is tarah ka aik insaan nahi hai jo</w:t>
      </w:r>
    </w:p>
    <w:p>
      <w:pPr>
        <w:jc w:val="right"/>
      </w:pPr>
      <w:r>
        <w:t>یہاں کون بولے؟ آئیڈیالوجی تو بولے گی نہیں، یہاں کوئی اس طرح کا ایک انسان نہیں ہے جو</w:t>
      </w:r>
    </w:p>
    <w:p>
      <w:r>
        <w:rPr>
          <w:b/>
        </w:rPr>
        <w:t xml:space="preserve">[31:29] </w:t>
      </w:r>
      <w:r>
        <w:t>bole ke mein khaleefa nahi hoon khuda ka.</w:t>
      </w:r>
    </w:p>
    <w:p>
      <w:pPr>
        <w:jc w:val="right"/>
      </w:pPr>
      <w:r>
        <w:t>بولے کہ میں خلیفہ نہیں ہوں خدا کا۔</w:t>
      </w:r>
    </w:p>
    <w:p>
      <w:r>
        <w:rPr>
          <w:b/>
        </w:rPr>
        <w:t xml:space="preserve">[31:35] </w:t>
      </w:r>
      <w:r>
        <w:t>ab ab masla yeh hai, dekhiye, yahan par aap ko ideology ko kill karna parega.</w:t>
      </w:r>
    </w:p>
    <w:p>
      <w:pPr>
        <w:jc w:val="right"/>
      </w:pPr>
      <w:r>
        <w:t>اب اب مسئلہ یہ ہے، دیکھیے، یہاں پر آپ کو آئیڈیالوجی کو کل کرنا پڑے گا۔</w:t>
      </w:r>
    </w:p>
    <w:p>
      <w:r>
        <w:rPr>
          <w:b/>
        </w:rPr>
        <w:t xml:space="preserve">[31:41] </w:t>
      </w:r>
      <w:r>
        <w:t>kisi zinda insaan ko kill kar ke, kill kar ke aap musalmanon ki soch ko badal nahi sakte.</w:t>
      </w:r>
    </w:p>
    <w:p>
      <w:pPr>
        <w:jc w:val="right"/>
      </w:pPr>
      <w:r>
        <w:t>کسی زندہ انسان کو کل کر کے، کل کر کے آپ مسلمانوں کی سوچ کو بدل نہیں سکتے۔</w:t>
      </w:r>
    </w:p>
    <w:p>
      <w:r>
        <w:rPr>
          <w:b/>
        </w:rPr>
        <w:t xml:space="preserve">[31:47] </w:t>
      </w:r>
      <w:r>
        <w:t>yeh jo soch hai musalmanon mein, jis soch ne unhein nafrat ke yani andhere mein daal diya hai,</w:t>
      </w:r>
    </w:p>
    <w:p>
      <w:pPr>
        <w:jc w:val="right"/>
      </w:pPr>
      <w:r>
        <w:t>یہ جو سوچ ہے مسلمانوں میں، جس سوچ نے انہیں نفرت کے یعنی اندھیرے میں ڈال دیا ہے،</w:t>
      </w:r>
    </w:p>
    <w:p>
      <w:r>
        <w:rPr>
          <w:b/>
        </w:rPr>
        <w:t xml:space="preserve">[31:53] </w:t>
      </w:r>
      <w:r>
        <w:t>heat heat heat heat heat!</w:t>
      </w:r>
    </w:p>
    <w:p>
      <w:pPr>
        <w:jc w:val="right"/>
      </w:pPr>
      <w:r>
        <w:t>ہیٹ ہیٹ ہیٹ ہیٹ ہیٹ!</w:t>
      </w:r>
    </w:p>
    <w:p>
      <w:r>
        <w:rPr>
          <w:b/>
        </w:rPr>
        <w:t xml:space="preserve">[32:00] </w:t>
      </w:r>
      <w:r>
        <w:t>main ne bar bar Dilli mein, nahi, duniya bhar mein, main ne ye baat kahi hai ke mujhe</w:t>
      </w:r>
    </w:p>
    <w:p>
      <w:pPr>
        <w:jc w:val="right"/>
      </w:pPr>
      <w:r>
        <w:t>میں نے بار بار دلی میں، نہیں، دنیا بھر میں، میں نے یہ بات کہی ہے کہ مجھے</w:t>
      </w:r>
    </w:p>
    <w:p>
      <w:r>
        <w:rPr>
          <w:b/>
        </w:rPr>
        <w:t xml:space="preserve">[32:07] </w:t>
      </w:r>
      <w:r>
        <w:t>batao wo musalman jo hate se khali ho, to kisi ki himmat nahi kisi ko naam le, kyun ke</w:t>
      </w:r>
    </w:p>
    <w:p>
      <w:pPr>
        <w:jc w:val="right"/>
      </w:pPr>
      <w:r>
        <w:t>بتاؤ وہ مسلمان جو ہیٹ سے خالی ہو، تو کسی کی ہمت نہیں کسی کو نام لے، کیونکہ</w:t>
      </w:r>
    </w:p>
    <w:p>
      <w:r>
        <w:rPr>
          <w:b/>
        </w:rPr>
        <w:t xml:space="preserve">[32:15] </w:t>
      </w:r>
      <w:r>
        <w:t>wo log bhi hate hi mein hain jo jis se main poochta hoon.</w:t>
      </w:r>
    </w:p>
    <w:p>
      <w:pPr>
        <w:jc w:val="right"/>
      </w:pPr>
      <w:r>
        <w:t>وہ لوگ بھی ہیٹ ہی میں ہیں جو جس سے میں پوچھتا ہوں۔</w:t>
      </w:r>
    </w:p>
    <w:p>
      <w:r>
        <w:rPr>
          <w:b/>
        </w:rPr>
        <w:t xml:space="preserve">[32:21] </w:t>
      </w:r>
      <w:r>
        <w:t>to ek lambi deconditioning ke baad hamari team jo hai, wo hate se bahar aayi hai.</w:t>
      </w:r>
    </w:p>
    <w:p>
      <w:pPr>
        <w:jc w:val="right"/>
      </w:pPr>
      <w:r>
        <w:t>تو ایک لمبی ڈی کنڈیشننگ کے بعد ہماری ٹیم جو ہے، وہ ہیٹ سے باہر آئی ہے۔</w:t>
      </w:r>
    </w:p>
    <w:p>
      <w:r>
        <w:rPr>
          <w:b/>
        </w:rPr>
        <w:t xml:space="preserve">[32:28] </w:t>
      </w:r>
      <w:r>
        <w:t>ya ye accidently nahi, aisa ho gaya hai.</w:t>
      </w:r>
    </w:p>
    <w:p>
      <w:pPr>
        <w:jc w:val="right"/>
      </w:pPr>
      <w:r>
        <w:t>یا یہ ایکسیڈنٹلی نہیں، ایسا ہو گیا ہے۔</w:t>
      </w:r>
    </w:p>
    <w:p>
      <w:r>
        <w:rPr>
          <w:b/>
        </w:rPr>
        <w:t xml:space="preserve">[32:31] </w:t>
      </w:r>
      <w:r>
        <w:t>ek lambi de conditioning, lambi de conditioning, ye lambi re engineering ke baad aap log aise bane hain.</w:t>
      </w:r>
    </w:p>
    <w:p>
      <w:pPr>
        <w:jc w:val="right"/>
      </w:pPr>
      <w:r>
        <w:t>ایک لمبی ڈی کنڈیشننگ، لمبی ڈی کنڈیشننگ، یہ لمبی ری انجینئرنگ کے بعد آپ لوگ ایسے بنے ہیں۔</w:t>
      </w:r>
    </w:p>
    <w:p>
      <w:r>
        <w:rPr>
          <w:b/>
        </w:rPr>
        <w:t xml:space="preserve">[32:39] </w:t>
      </w:r>
      <w:r>
        <w:t>matlab ek ek ek aur ideology aap ke mind mein daali gayi.</w:t>
      </w:r>
    </w:p>
    <w:p>
      <w:pPr>
        <w:jc w:val="right"/>
      </w:pPr>
      <w:r>
        <w:t>مطلب ایک ایک ایک اور آئیڈیالوجی آپ کے مائنڈ میں ڈالی گئی۔</w:t>
      </w:r>
    </w:p>
    <w:p>
      <w:r>
        <w:rPr>
          <w:b/>
        </w:rPr>
        <w:t xml:space="preserve">[32:44] </w:t>
      </w:r>
      <w:r>
        <w:t>dekhiye, mera ek kal parso mein soch raha tha ke ek hai de conditioning, woh jo peghamabar ne</w:t>
      </w:r>
    </w:p>
    <w:p>
      <w:pPr>
        <w:jc w:val="right"/>
      </w:pPr>
      <w:r>
        <w:t>دیکھیے، میرا ایک کل پرسوں میں سوچ رہا تھا کہ ایک ہے ڈی کنڈیشننگ، وہ جو پیغمبر نے</w:t>
      </w:r>
    </w:p>
    <w:p>
      <w:r>
        <w:rPr>
          <w:b/>
        </w:rPr>
        <w:t xml:space="preserve">[32:52] </w:t>
      </w:r>
      <w:r>
        <w:t>kiya, to peghamabar ne sahaba ki de conditioning ki, aur sahaba ke baad tabeen ki partial sense mein</w:t>
      </w:r>
    </w:p>
    <w:p>
      <w:pPr>
        <w:jc w:val="right"/>
      </w:pPr>
      <w:r>
        <w:t>کیا، تو پیغمبر نے صحابہ کی ڈی کنڈیشننگ کی، اور صحابہ کے بعد تابعین کی پارشل سینس میں</w:t>
      </w:r>
    </w:p>
    <w:p>
      <w:r>
        <w:rPr>
          <w:b/>
        </w:rPr>
        <w:t xml:space="preserve">[33:00] </w:t>
      </w:r>
      <w:r>
        <w:t>de conditioning hui.</w:t>
      </w:r>
    </w:p>
    <w:p>
      <w:pPr>
        <w:jc w:val="right"/>
      </w:pPr>
      <w:r>
        <w:t>ڈی کنڈیشننگ ہوئی۔</w:t>
      </w:r>
    </w:p>
    <w:p>
      <w:r>
        <w:rPr>
          <w:b/>
        </w:rPr>
        <w:t xml:space="preserve">[33:01] </w:t>
      </w:r>
      <w:r>
        <w:t>yani kuch tabai aise the jo pure maano mein un ki de conditioning hui, sab nahi.</w:t>
      </w:r>
    </w:p>
    <w:p>
      <w:pPr>
        <w:jc w:val="right"/>
      </w:pPr>
      <w:r>
        <w:t>یعنی کچھ تابعی ایسے تھے جو پورے معنوں میں ان کی ڈی کنڈیشننگ ہوئی، سب نہیں۔</w:t>
      </w:r>
    </w:p>
    <w:p>
      <w:r>
        <w:rPr>
          <w:b/>
        </w:rPr>
        <w:t xml:space="preserve">[33:08] </w:t>
      </w:r>
      <w:r>
        <w:t>sahaba mein to tha ke sab ko khuda rasool Allah ne un ki de conditioning ki.</w:t>
      </w:r>
    </w:p>
    <w:p>
      <w:pPr>
        <w:jc w:val="right"/>
      </w:pPr>
      <w:r>
        <w:t>صحابہ میں تو تھا کہ سب کو خدا رسول اللہ نے ان کی ڈی کنڈیشننگ کی۔</w:t>
      </w:r>
    </w:p>
    <w:p>
      <w:r>
        <w:rPr>
          <w:b/>
        </w:rPr>
        <w:t xml:space="preserve">[33:15] </w:t>
      </w:r>
      <w:r>
        <w:t>ab sahaba rasool Allah ke baad ab koi peghamabar nahi hai.</w:t>
      </w:r>
    </w:p>
    <w:p>
      <w:pPr>
        <w:jc w:val="right"/>
      </w:pPr>
      <w:r>
        <w:t>اب صحابہ رسول اللہ کے بعد اب کوئی پیغمبر نہیں ہے۔</w:t>
      </w:r>
    </w:p>
    <w:p>
      <w:r>
        <w:rPr>
          <w:b/>
        </w:rPr>
        <w:t xml:space="preserve">[33:19] </w:t>
      </w:r>
      <w:r>
        <w:t>ab mamla hai self de conditioning ka.</w:t>
      </w:r>
    </w:p>
    <w:p>
      <w:pPr>
        <w:jc w:val="right"/>
      </w:pPr>
      <w:r>
        <w:t>اب معاملہ ہے سیلف ڈی کنڈیشننگ کا۔</w:t>
      </w:r>
    </w:p>
    <w:p>
      <w:r>
        <w:rPr>
          <w:b/>
        </w:rPr>
        <w:t xml:space="preserve">[33:22] </w:t>
      </w:r>
      <w:r>
        <w:t>is waqt prophetic de conditioning thi, rasool Allah ke zamane mein prophetic de conditioning thi.</w:t>
      </w:r>
    </w:p>
    <w:p>
      <w:pPr>
        <w:jc w:val="right"/>
      </w:pPr>
      <w:r>
        <w:t>اس وقت پرافیٹک ڈی کنڈیشننگ تھی، رسول اللہ کے زمانے میں پرافیٹک ڈی کنڈیشننگ تھی۔</w:t>
      </w:r>
    </w:p>
    <w:p>
      <w:r>
        <w:rPr>
          <w:b/>
        </w:rPr>
        <w:t xml:space="preserve">[33:29] </w:t>
      </w:r>
      <w:r>
        <w:t>ab hai self de conditioning.</w:t>
      </w:r>
    </w:p>
    <w:p>
      <w:pPr>
        <w:jc w:val="right"/>
      </w:pPr>
      <w:r>
        <w:t>اب ہے سیلف ڈی کنڈیشننگ۔</w:t>
      </w:r>
    </w:p>
    <w:p>
      <w:r>
        <w:rPr>
          <w:b/>
        </w:rPr>
        <w:t xml:space="preserve">[33:31] </w:t>
      </w:r>
      <w:r>
        <w:t>to self de conditioning itni mushkil hai, itni mushkil hai, itni mushkil hai ke mein sochne laga, koi</w:t>
      </w:r>
    </w:p>
    <w:p>
      <w:pPr>
        <w:jc w:val="right"/>
      </w:pPr>
      <w:r>
        <w:t>تو سیلف ڈی کنڈیشننگ اتنی مشکل ہے، اتنی مشکل ہے، اتنی مشکل ہے کہ میں سوچنے لگا، کوئی</w:t>
      </w:r>
    </w:p>
    <w:p>
      <w:r>
        <w:rPr>
          <w:b/>
        </w:rPr>
        <w:t xml:space="preserve">[33:39] </w:t>
      </w:r>
      <w:r>
        <w:t>history mein koi naam hi nahi aaya mere nazdeek.</w:t>
      </w:r>
    </w:p>
    <w:p>
      <w:pPr>
        <w:jc w:val="right"/>
      </w:pPr>
      <w:r>
        <w:t>ہسٹری میں کوئی نام ہی نہیں آیا میرے نزدیک۔</w:t>
      </w:r>
    </w:p>
    <w:p>
      <w:r>
        <w:rPr>
          <w:b/>
        </w:rPr>
        <w:t xml:space="preserve">[33:43] </w:t>
      </w:r>
      <w:r>
        <w:t>kal aur parso do din mein sirf sochta raha ke kya history mein koi insan hai jis ne</w:t>
      </w:r>
    </w:p>
    <w:p>
      <w:pPr>
        <w:jc w:val="right"/>
      </w:pPr>
      <w:r>
        <w:t>کل اور پرسوں دو دن میں صرف سوچتا رہا کہ کیا ہسٹری میں کوئی انسان ہے جس نے</w:t>
      </w:r>
    </w:p>
    <w:p>
      <w:r>
        <w:rPr>
          <w:b/>
        </w:rPr>
        <w:t xml:space="preserve">[33:50] </w:t>
      </w:r>
      <w:r>
        <w:t>self de conditioning ki ho apni? to kam az kam mujhe to koi ek aadmi nahi mila, koi</w:t>
      </w:r>
    </w:p>
    <w:p>
      <w:pPr>
        <w:jc w:val="right"/>
      </w:pPr>
      <w:r>
        <w:t>سیلف ڈی کنڈیشننگ کی ہو اپنی؟ تو کم از کم مجھے تو کوئی ایک آدمی نہیں ملا، کوئی</w:t>
      </w:r>
    </w:p>
    <w:p>
      <w:r>
        <w:rPr>
          <w:b/>
        </w:rPr>
        <w:t xml:space="preserve">[33:58] </w:t>
      </w:r>
      <w:r>
        <w:t>nahi mila.</w:t>
      </w:r>
    </w:p>
    <w:p>
      <w:pPr>
        <w:jc w:val="right"/>
      </w:pPr>
      <w:r>
        <w:t>نہیں ملا۔</w:t>
      </w:r>
    </w:p>
    <w:p>
      <w:r>
        <w:rPr>
          <w:b/>
        </w:rPr>
        <w:t xml:space="preserve">[34:00] </w:t>
      </w:r>
      <w:r>
        <w:t>to sab se difficult task hai self de conditioning.</w:t>
      </w:r>
    </w:p>
    <w:p>
      <w:pPr>
        <w:jc w:val="right"/>
      </w:pPr>
      <w:r>
        <w:t>تو سب سے ڈیفیکلٹ ٹاسک ہے سیلف ڈی کنڈیشننگ۔</w:t>
      </w:r>
    </w:p>
    <w:p>
      <w:r>
        <w:rPr>
          <w:b/>
        </w:rPr>
        <w:t xml:space="preserve">[34:03] </w:t>
      </w:r>
      <w:r>
        <w:t>bahut hi mushkil kaam hai ke peghamabar ke baad koi aadmi khud se self de conditioning kar ke</w:t>
      </w:r>
    </w:p>
    <w:p>
      <w:pPr>
        <w:jc w:val="right"/>
      </w:pPr>
      <w:r>
        <w:t>بہت ہی مشکل کام ہے کہ پیغمبر کے بعد کوئی آدمی خود سے سیلف ڈی کنڈیشننگ کر کے</w:t>
      </w:r>
    </w:p>
    <w:p>
      <w:r>
        <w:rPr>
          <w:b/>
        </w:rPr>
        <w:t xml:space="preserve">[34:11] </w:t>
      </w:r>
      <w:r>
        <w:t>apne aap ko conditioning se bahar nikale.</w:t>
      </w:r>
    </w:p>
    <w:p>
      <w:pPr>
        <w:jc w:val="right"/>
      </w:pPr>
      <w:r>
        <w:t>اپنے آپ کو کنڈیشننگ سے باہر نکالے۔</w:t>
      </w:r>
    </w:p>
    <w:p>
      <w:r>
        <w:rPr>
          <w:b/>
        </w:rPr>
        <w:t xml:space="preserve">[34:14] </w:t>
      </w:r>
      <w:r>
        <w:t>ye bilashuba hamare pahaad ko apni jagah par khiskana aasan hai, ye is se zyada mushkil kaam hai</w:t>
      </w:r>
    </w:p>
    <w:p>
      <w:pPr>
        <w:jc w:val="right"/>
      </w:pPr>
      <w:r>
        <w:t>یہ بلاشبہ ہمارے پہاڑ کو اپنی جگہ پر کھسکانا آسان ہے، یہ اس سے زیادہ مشکل کام ہے</w:t>
      </w:r>
    </w:p>
    <w:p>
      <w:r>
        <w:rPr>
          <w:b/>
        </w:rPr>
        <w:t xml:space="preserve">[34:22] </w:t>
      </w:r>
      <w:r>
        <w:t>self de conditioning.</w:t>
      </w:r>
    </w:p>
    <w:p>
      <w:pPr>
        <w:jc w:val="right"/>
      </w:pPr>
      <w:r>
        <w:t>سیلف ڈی کنڈیشننگ۔</w:t>
      </w:r>
    </w:p>
    <w:p>
      <w:r>
        <w:rPr>
          <w:b/>
        </w:rPr>
        <w:t xml:space="preserve">[34:23] </w:t>
      </w:r>
      <w:r>
        <w:t>to ab musalmanon ko jab tak aap ideological de conditioning na karein, tab tak kuch hone wala nahi</w:t>
      </w:r>
    </w:p>
    <w:p>
      <w:pPr>
        <w:jc w:val="right"/>
      </w:pPr>
      <w:r>
        <w:t>تو اب مسلمانوں کو جب تک آپ آئیڈیالوجیکل ڈی کنڈیشننگ نہ کریں، تب تک کچھ ہونے والا نہیں</w:t>
      </w:r>
    </w:p>
    <w:p>
      <w:r>
        <w:rPr>
          <w:b/>
        </w:rPr>
        <w:t xml:space="preserve">[34:31]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[34:33] </w:t>
      </w:r>
      <w:r>
        <w:t>isi tarah se log suicide bombing karte rahenge, marte rahenge, kuch hone wala nahi hai.</w:t>
      </w:r>
    </w:p>
    <w:p>
      <w:pPr>
        <w:jc w:val="right"/>
      </w:pPr>
      <w:r>
        <w:t>اسی طرح سے لوگ سوسائیڈ بمنگ کرتے رہیں گے، مرتے رہیں گے، کچھ ہونے والا نہیں ہے۔</w:t>
      </w:r>
    </w:p>
    <w:p>
      <w:r>
        <w:rPr>
          <w:b/>
        </w:rPr>
        <w:t xml:space="preserve">[34:40] </w:t>
      </w:r>
      <w:r>
        <w:t>to hamari zimmedari hai ke hum ko phailayen, phailayen, phailayen.</w:t>
      </w:r>
    </w:p>
    <w:p>
      <w:pPr>
        <w:jc w:val="right"/>
      </w:pPr>
      <w:r>
        <w:t>تو ہماری ذمہ داری ہے کہ ہم کو پھیلائیں، پھیلائیں، پھیلائیں۔</w:t>
      </w:r>
    </w:p>
    <w:p>
      <w:r>
        <w:rPr>
          <w:b/>
        </w:rPr>
        <w:t xml:space="preserve">[34:45] </w:t>
      </w:r>
      <w:r>
        <w:t>aaj ke paper mein ek bara hi ek lesson tha, bara hi is mein tarpane wala.</w:t>
      </w:r>
    </w:p>
    <w:p>
      <w:pPr>
        <w:jc w:val="right"/>
      </w:pPr>
      <w:r>
        <w:t>آج کے پیپر میں ایک بڑا ہی ایک لیسن تھا، بڑا ہی اس میں تڑپانے والا۔</w:t>
      </w:r>
    </w:p>
    <w:p>
      <w:r>
        <w:rPr>
          <w:b/>
        </w:rPr>
        <w:t xml:space="preserve">[34:51] </w:t>
      </w:r>
      <w:r>
        <w:t>aap jante hain ke bombay mein jo hua to wahan ka sab se zyada jo ek bohat hi</w:t>
      </w:r>
    </w:p>
    <w:p>
      <w:pPr>
        <w:jc w:val="right"/>
      </w:pPr>
      <w:r>
        <w:t>آپ جانتے ہیں کہ بمبے میں جو ہوا تو وہاں کا سب سے زیادہ جو ایک بہت ہی</w:t>
      </w:r>
    </w:p>
    <w:p>
      <w:r>
        <w:rPr>
          <w:b/>
        </w:rPr>
        <w:t xml:space="preserve">[34:59] </w:t>
      </w:r>
      <w:r>
        <w:t>historic building thi, taj mahal hotel, yeh angrezon ne banaya tha 1903 mein.</w:t>
      </w:r>
    </w:p>
    <w:p>
      <w:pPr>
        <w:jc w:val="right"/>
      </w:pPr>
      <w:r>
        <w:t>ہسٹورک بلڈنگ تھی، تاج محل ہوٹل، یہ انگریزوں نے بنایا تھا 1903 میں۔</w:t>
      </w:r>
    </w:p>
    <w:p>
      <w:r>
        <w:rPr>
          <w:b/>
        </w:rPr>
        <w:t xml:space="preserve">[35:05] </w:t>
      </w:r>
      <w:r>
        <w:t>1903, 1903 mein yani first world war se bhi pehle.</w:t>
      </w:r>
    </w:p>
    <w:p>
      <w:pPr>
        <w:jc w:val="right"/>
      </w:pPr>
      <w:r>
        <w:t>1903، 1903 میں یعنی فرسٹ ورلڈ وار سے بھی پہلے۔</w:t>
      </w:r>
    </w:p>
    <w:p>
      <w:r>
        <w:rPr>
          <w:b/>
        </w:rPr>
        <w:t xml:space="preserve">[35:09] </w:t>
      </w:r>
      <w:r>
        <w:t>aur bohat zyada woh yani is mein luxury ke saman the aur bilkul marble se banaya gaya tha.</w:t>
      </w:r>
    </w:p>
    <w:p>
      <w:pPr>
        <w:jc w:val="right"/>
      </w:pPr>
      <w:r>
        <w:t>اور بہت زیادہ وہ یعنی اس میں لگژری کے سامان تھے اور بالکل ماربل سے بنایا گیا تھا۔</w:t>
      </w:r>
    </w:p>
    <w:p>
      <w:r>
        <w:rPr>
          <w:b/>
        </w:rPr>
        <w:t xml:space="preserve">[35:17] </w:t>
      </w:r>
      <w:r>
        <w:t>aur germany se, france se aur britain se kahan kahan se saman laye gaye the.</w:t>
      </w:r>
    </w:p>
    <w:p>
      <w:pPr>
        <w:jc w:val="right"/>
      </w:pPr>
      <w:r>
        <w:t>اور جرمنی سے، فرانس سے اور بیٹن سے کہاں کہاں سے سامان لائے گئے تھے۔</w:t>
      </w:r>
    </w:p>
    <w:p>
      <w:r>
        <w:rPr>
          <w:b/>
        </w:rPr>
        <w:t xml:space="preserve">[35:23] </w:t>
      </w:r>
      <w:r>
        <w:t>is ke bohat hi khas tarah ka hotel tha woh aur top ke log wahan aate the, raja,</w:t>
      </w:r>
    </w:p>
    <w:p>
      <w:pPr>
        <w:jc w:val="right"/>
      </w:pPr>
      <w:r>
        <w:t>اس کے بہت ہی خاص طرح کا ہوٹل تھا وہ اور ٹاپ کے لوگ وہاں آتے تھے، راجہ،</w:t>
      </w:r>
    </w:p>
    <w:p>
      <w:r>
        <w:rPr>
          <w:b/>
        </w:rPr>
        <w:t xml:space="preserve">[35:31] </w:t>
      </w:r>
      <w:r>
        <w:t>maharaja, nawab, millionaire, billionaire aur bohat bare wazir aur yeh sab ke log aate the wahan par.</w:t>
      </w:r>
    </w:p>
    <w:p>
      <w:pPr>
        <w:jc w:val="right"/>
      </w:pPr>
      <w:r>
        <w:t>مہاراجہ، نواب، ملینر، بلینیئر اور بہت بڑے وزیر اور یہ سب کے لوگ آتے تھے وہاں پر۔</w:t>
      </w:r>
    </w:p>
    <w:p>
      <w:r>
        <w:rPr>
          <w:b/>
        </w:rPr>
        <w:t xml:space="preserve">[35:38] </w:t>
      </w:r>
      <w:r>
        <w:t>bohat zyada bill is ka hota tha.</w:t>
      </w:r>
    </w:p>
    <w:p>
      <w:pPr>
        <w:jc w:val="right"/>
      </w:pPr>
      <w:r>
        <w:t>بہت زیادہ بل اس کا ہوتا تھا۔</w:t>
      </w:r>
    </w:p>
    <w:p>
      <w:r>
        <w:rPr>
          <w:b/>
        </w:rPr>
        <w:t xml:space="preserve">[35:41] </w:t>
      </w:r>
      <w:r>
        <w:t>to is ke jo contractor the, is mein se ek the jamshid ji tata.</w:t>
      </w:r>
    </w:p>
    <w:p>
      <w:pPr>
        <w:jc w:val="right"/>
      </w:pPr>
      <w:r>
        <w:t>تو اس کے جو کنٹریکٹر تھے، اس میں سے ایک تھے جمشید جی ٹاٹا۔</w:t>
      </w:r>
    </w:p>
    <w:p>
      <w:r>
        <w:rPr>
          <w:b/>
        </w:rPr>
        <w:t xml:space="preserve">[35:47] </w:t>
      </w:r>
      <w:r>
        <w:t>jamshid ji tata.</w:t>
      </w:r>
    </w:p>
    <w:p>
      <w:pPr>
        <w:jc w:val="right"/>
      </w:pPr>
      <w:r>
        <w:t>جمشید جی ٹاٹا۔</w:t>
      </w:r>
    </w:p>
    <w:p>
      <w:r>
        <w:rPr>
          <w:b/>
        </w:rPr>
        <w:t xml:space="preserve">[35:49] </w:t>
      </w:r>
      <w:r>
        <w:t>to aap ghor kijiye ke is aadmi ne is ko banwaya aur khud bhi woh ek paise wala</w:t>
      </w:r>
    </w:p>
    <w:p>
      <w:pPr>
        <w:jc w:val="right"/>
      </w:pPr>
      <w:r>
        <w:t>تو آپ غور کیجئے کہ اس آدمی نے اس کو بنوایا اور خود بھی وہ ایک پیسے والا</w:t>
      </w:r>
    </w:p>
    <w:p>
      <w:r>
        <w:rPr>
          <w:b/>
        </w:rPr>
        <w:t xml:space="preserve">[35:56] </w:t>
      </w:r>
      <w:r>
        <w:t>aadmi tha aur khud bhi is ka ek darja mil chuka tha 1903 mein.</w:t>
      </w:r>
    </w:p>
    <w:p>
      <w:pPr>
        <w:jc w:val="right"/>
      </w:pPr>
      <w:r>
        <w:t>آدمی تھا اور خود بھی اس کا ایک درجہ مل چکا تھا 1903 میں۔</w:t>
      </w:r>
    </w:p>
    <w:p>
      <w:r>
        <w:rPr>
          <w:b/>
        </w:rPr>
        <w:t xml:space="preserve">[36:02] </w:t>
      </w:r>
      <w:r>
        <w:t>to ek bar wahan gaya woh to us ko entry nahi mili kyunke receptionist jo tha, us ko</w:t>
      </w:r>
    </w:p>
    <w:p>
      <w:pPr>
        <w:jc w:val="right"/>
      </w:pPr>
      <w:r>
        <w:t>تو ایک بار وہاں گیا وہ تو اس کو انٹری نہیں ملی کیونکہ ریسیپشنسٹ جو تھا، اس کو</w:t>
      </w:r>
    </w:p>
    <w:p>
      <w:r>
        <w:rPr>
          <w:b/>
        </w:rPr>
        <w:t xml:space="preserve">[36:10] </w:t>
      </w:r>
      <w:r>
        <w:t>jo directions theen, woh yeh theen ke sirf white ko yahan entry dena hai, black ko nahi dena</w:t>
      </w:r>
    </w:p>
    <w:p>
      <w:pPr>
        <w:jc w:val="right"/>
      </w:pPr>
      <w:r>
        <w:t>جو ڈائریکشنز تھیں، وہ یہ تھیں کہ صرف وائٹ کو یہاں انٹری دینا ہے، بلیک کو نہیں دینا</w:t>
      </w:r>
    </w:p>
    <w:p>
      <w:r>
        <w:rPr>
          <w:b/>
        </w:rPr>
        <w:t xml:space="preserve">[36:18]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[36:19] </w:t>
      </w:r>
      <w:r>
        <w:t>to us ne jamshid ji tata ko entry nahi di.</w:t>
      </w:r>
    </w:p>
    <w:p>
      <w:pPr>
        <w:jc w:val="right"/>
      </w:pPr>
      <w:r>
        <w:t>تو اس نے جمشید جی ٹاٹا کو انٹری نہیں دی۔</w:t>
      </w:r>
    </w:p>
    <w:p>
      <w:r>
        <w:rPr>
          <w:b/>
        </w:rPr>
        <w:t xml:space="preserve">[36:24] </w:t>
      </w:r>
      <w:r>
        <w:t>woh insan jo khud apne ko haq samajhta tha is baat ka ke mujhe entry milni chahiye, mein</w:t>
      </w:r>
    </w:p>
    <w:p>
      <w:pPr>
        <w:jc w:val="right"/>
      </w:pPr>
      <w:r>
        <w:t>وہ انسان جو خود اپنے کو حق سمجھتا تھا اس بات کا کہ مجھے انٹری ملنی چاہیے، میں</w:t>
      </w:r>
    </w:p>
    <w:p>
      <w:r>
        <w:rPr>
          <w:b/>
        </w:rPr>
        <w:t xml:space="preserve">[36:31] </w:t>
      </w:r>
      <w:r>
        <w:t>to us ko banane wala hoon, mein is ke construction mein involve raha hoon, to mujhe to entry</w:t>
      </w:r>
    </w:p>
    <w:p>
      <w:pPr>
        <w:jc w:val="right"/>
      </w:pPr>
      <w:r>
        <w:t>تو اس کو بنانے والا ہوں، میں اس کے کانسٹریشن میں انوالو رہا ہوں، تو مجھے تو انٹری</w:t>
      </w:r>
    </w:p>
    <w:p>
      <w:r>
        <w:rPr>
          <w:b/>
        </w:rPr>
        <w:t xml:space="preserve">[36:39] </w:t>
      </w:r>
      <w:r>
        <w:t>milni chahiye.</w:t>
      </w:r>
    </w:p>
    <w:p>
      <w:pPr>
        <w:jc w:val="right"/>
      </w:pPr>
      <w:r>
        <w:t>ملنی چاہیے۔</w:t>
      </w:r>
    </w:p>
    <w:p>
      <w:r>
        <w:rPr>
          <w:b/>
        </w:rPr>
        <w:t xml:space="preserve">[36:40] </w:t>
      </w:r>
      <w:r>
        <w:t>lekin us ko entry nahi mili.</w:t>
      </w:r>
    </w:p>
    <w:p>
      <w:pPr>
        <w:jc w:val="right"/>
      </w:pPr>
      <w:r>
        <w:t>لیکن اس کو انٹری نہیں ملی۔</w:t>
      </w:r>
    </w:p>
    <w:p>
      <w:r>
        <w:rPr>
          <w:b/>
        </w:rPr>
        <w:t xml:space="preserve">[36:43] </w:t>
      </w:r>
      <w:r>
        <w:t>us ko jab parha mein ne to socha ke aaj ke musalman jo amali mein jee rahe hain,</w:t>
      </w:r>
    </w:p>
    <w:p>
      <w:pPr>
        <w:jc w:val="right"/>
      </w:pPr>
      <w:r>
        <w:t>اس کو جب پڑھا میں نے تو سوچا کہ آج کے مسلمان جو اعمالی میں جی رہے ہیں،</w:t>
      </w:r>
    </w:p>
    <w:p>
      <w:r>
        <w:rPr>
          <w:b/>
        </w:rPr>
        <w:t xml:space="preserve">[36:51] </w:t>
      </w:r>
      <w:r>
        <w:t>wishful thinking mein jee rahe hain, woh samajhte hain ke jannat to hamari hai, rasool Allah to</w:t>
      </w:r>
    </w:p>
    <w:p>
      <w:pPr>
        <w:jc w:val="right"/>
      </w:pPr>
      <w:r>
        <w:t>وش فل تھنکنگ میں جی رہے ہیں، وہ سمجھتے ہیں کہ جنت تو ہماری ہے، رسول اللہ تو</w:t>
      </w:r>
    </w:p>
    <w:p>
      <w:r>
        <w:rPr>
          <w:b/>
        </w:rPr>
        <w:t xml:space="preserve">[36:58] </w:t>
      </w:r>
      <w:r>
        <w:t>hamare hain.</w:t>
      </w:r>
    </w:p>
    <w:p>
      <w:pPr>
        <w:jc w:val="right"/>
      </w:pPr>
      <w:r>
        <w:t>ہمارے ہیں۔</w:t>
      </w:r>
    </w:p>
    <w:p>
      <w:r>
        <w:rPr>
          <w:b/>
        </w:rPr>
        <w:t xml:space="preserve">[37:00] </w:t>
      </w:r>
      <w:r>
        <w:t>agar wahan pohnchen, wahan entry na milay to kya hoga? Jamshid ji Tata ko entry nahi mili.</w:t>
      </w:r>
    </w:p>
    <w:p>
      <w:pPr>
        <w:jc w:val="right"/>
      </w:pPr>
      <w:r>
        <w:t>اگر وہاں پہنچیں، وہاں انٹری نہ ملے تو کیا ہوگا؟ جمشید جی ٹاٹا کو انٹری نہیں ملی۔</w:t>
      </w:r>
    </w:p>
    <w:p>
      <w:r>
        <w:rPr>
          <w:b/>
        </w:rPr>
        <w:t xml:space="preserve">[37:07] </w:t>
      </w:r>
      <w:r>
        <w:t>is se le kar ke maine socha ke agar ye sare jo musalman hain, un ko wahan</w:t>
      </w:r>
    </w:p>
    <w:p>
      <w:pPr>
        <w:jc w:val="right"/>
      </w:pPr>
      <w:r>
        <w:t>اس سے لے کر کے میں نے سوچا کہ اگر یہ سارے جو مسلمان ہیں، ان کو وہاں</w:t>
      </w:r>
    </w:p>
    <w:p>
      <w:r>
        <w:rPr>
          <w:b/>
        </w:rPr>
        <w:t xml:space="preserve">[37:15] </w:t>
      </w:r>
      <w:r>
        <w:t>entry na milay to kya anjam hoga? phir loot kar aa nahi sakte yahan par.</w:t>
      </w:r>
    </w:p>
    <w:p>
      <w:pPr>
        <w:jc w:val="right"/>
      </w:pPr>
      <w:r>
        <w:t>انٹری نہ ملے تو کیا انجام ہوگا؟ پھر لوٹ کر آ نہیں سکتے یہاں پر۔</w:t>
      </w:r>
    </w:p>
    <w:p>
      <w:r>
        <w:rPr>
          <w:b/>
        </w:rPr>
        <w:t xml:space="preserve">[37:21] </w:t>
      </w:r>
      <w:r>
        <w:t>bohat ziyada sochne ki baat hai ye.</w:t>
      </w:r>
    </w:p>
    <w:p>
      <w:pPr>
        <w:jc w:val="right"/>
      </w:pPr>
      <w:r>
        <w:t>بہت زیادہ سوچنے کی بات ہے یہ۔</w:t>
      </w:r>
    </w:p>
    <w:p>
      <w:r>
        <w:rPr>
          <w:b/>
        </w:rPr>
        <w:t xml:space="preserve">[37:24] </w:t>
      </w:r>
      <w:r>
        <w:t>is waqt sab musalman jo hain, one to all, bharam mein jee rahe hain.</w:t>
      </w:r>
    </w:p>
    <w:p>
      <w:pPr>
        <w:jc w:val="right"/>
      </w:pPr>
      <w:r>
        <w:t>اس وقت سب مسلمان جو ہیں، ون ٹو ال، بھرم میں جی رہے ہیں۔</w:t>
      </w:r>
    </w:p>
    <w:p>
      <w:r>
        <w:rPr>
          <w:b/>
        </w:rPr>
        <w:t xml:space="preserve">[37:30] </w:t>
      </w:r>
      <w:r>
        <w:t>pride hai un ko apni barhai ka ehsas.</w:t>
      </w:r>
    </w:p>
    <w:p>
      <w:pPr>
        <w:jc w:val="right"/>
      </w:pPr>
      <w:r>
        <w:t>پرائیڈ ہے ان کو اپنی بڑائی کا احساس۔</w:t>
      </w:r>
    </w:p>
    <w:p>
      <w:r>
        <w:rPr>
          <w:b/>
        </w:rPr>
        <w:t xml:space="preserve">[37:34] </w:t>
      </w:r>
      <w:r>
        <w:t>hum superior race hain, hum khair-ul-umam hain, hum Abdul Anbiya ke se talluq rakhte hain.</w:t>
      </w:r>
    </w:p>
    <w:p>
      <w:pPr>
        <w:jc w:val="right"/>
      </w:pPr>
      <w:r>
        <w:t>ہم سپیئر ریس ہیں، ہم خیر امت ہیں، ہم عبدالانبیاء کے سے تعلق رکھتے ہیں۔</w:t>
      </w:r>
    </w:p>
    <w:p>
      <w:r>
        <w:rPr>
          <w:b/>
        </w:rPr>
        <w:t xml:space="preserve">[37:40] </w:t>
      </w:r>
      <w:r>
        <w:t>Khuda bhi hamara, Rasool bhi hamara, Quran bhi hamara, ye sab aamali hain in ki.</w:t>
      </w:r>
    </w:p>
    <w:p>
      <w:pPr>
        <w:jc w:val="right"/>
      </w:pPr>
      <w:r>
        <w:t>خدا بھی ہمارا، رسول بھی ہمارا، قرآن بھی ہمارا، یہ سب اعمالی ہیں ان کی۔</w:t>
      </w:r>
    </w:p>
    <w:p>
      <w:r>
        <w:rPr>
          <w:b/>
        </w:rPr>
        <w:t xml:space="preserve">[37:47] </w:t>
      </w:r>
      <w:r>
        <w:t>is mein jee rahe hain wo ke jannat to hamari hai hi hai.</w:t>
      </w:r>
    </w:p>
    <w:p>
      <w:pPr>
        <w:jc w:val="right"/>
      </w:pPr>
      <w:r>
        <w:t>اس میں جی رہے ہیں وہ کہ جنت تو ہماری ہے ہی ہے۔</w:t>
      </w:r>
    </w:p>
    <w:p>
      <w:r>
        <w:rPr>
          <w:b/>
        </w:rPr>
        <w:t xml:space="preserve">[37:52] </w:t>
      </w:r>
      <w:r>
        <w:t>hamare siwa kon jaye ga jannat mein? lekin aap ghor kijiye ke jannat wahan pohnche hain marne ke</w:t>
      </w:r>
    </w:p>
    <w:p>
      <w:pPr>
        <w:jc w:val="right"/>
      </w:pPr>
      <w:r>
        <w:t>ہمارے سوا کون جائے گا جنت میں؟ لیکن آپ غور کیجئے کہ جنت وہاں پہنچے ہیں مرنے کے</w:t>
      </w:r>
    </w:p>
    <w:p>
      <w:r>
        <w:rPr>
          <w:b/>
        </w:rPr>
        <w:t xml:space="preserve">[38:00] </w:t>
      </w:r>
      <w:r>
        <w:t>baad aur darwaze par rok diya jaye.</w:t>
      </w:r>
    </w:p>
    <w:p>
      <w:pPr>
        <w:jc w:val="right"/>
      </w:pPr>
      <w:r>
        <w:t>بعد اور دروازے پر روک دیا جائے۔</w:t>
      </w:r>
    </w:p>
    <w:p>
      <w:r>
        <w:rPr>
          <w:b/>
        </w:rPr>
        <w:t xml:space="preserve">[38:03] </w:t>
      </w:r>
      <w:r>
        <w:t>mere pas ek sahib ko telephone aya jo rehte hain Singapore mein, unhon ne dream aya.</w:t>
      </w:r>
    </w:p>
    <w:p>
      <w:pPr>
        <w:jc w:val="right"/>
      </w:pPr>
      <w:r>
        <w:t>میرے پاس ایک صاحب کو ٹیلی فون آیا جو رہتے ہیں سنگاپور میں، انہوں نے ڈریم آیا۔</w:t>
      </w:r>
    </w:p>
    <w:p>
      <w:r>
        <w:rPr>
          <w:b/>
        </w:rPr>
        <w:t xml:space="preserve">[38:10] </w:t>
      </w:r>
      <w:r>
        <w:t>un ko exactly yahi dream aya ke dunya khatam ho gayi hai, agla daur aa gaya hai, log ja rahe</w:t>
      </w:r>
    </w:p>
    <w:p>
      <w:pPr>
        <w:jc w:val="right"/>
      </w:pPr>
      <w:r>
        <w:t>ان کو ایگزیکٹلی یہی ڈریم آیا کہ دنیا ختم ہوگئی ہے، اگلا دور آگیا ہے، لوگ جا رہے</w:t>
      </w:r>
    </w:p>
    <w:p>
      <w:r>
        <w:rPr>
          <w:b/>
        </w:rPr>
        <w:t xml:space="preserve">[38:18] </w:t>
      </w:r>
      <w:r>
        <w:t>hain, phir koi jahannum ki taraf, koi jannat ki taraf chali ja rahi hai.</w:t>
      </w:r>
    </w:p>
    <w:p>
      <w:pPr>
        <w:jc w:val="right"/>
      </w:pPr>
      <w:r>
        <w:t>ہیں، پھر کوئی جہنم کی طرف، کوئی جنت کی طرف چلی جا رہی ہے۔</w:t>
      </w:r>
    </w:p>
    <w:p>
      <w:r>
        <w:rPr>
          <w:b/>
        </w:rPr>
        <w:t xml:space="preserve">[38:24] </w:t>
      </w:r>
      <w:r>
        <w:t>to jab wahan pohnche ye to dekha unhon ne ke jab wo gate par pohnche jannat ke to</w:t>
      </w:r>
    </w:p>
    <w:p>
      <w:pPr>
        <w:jc w:val="right"/>
      </w:pPr>
      <w:r>
        <w:t>تو جب وہاں پہنچے یہ تو دیکھا انہوں نے کہ جب وہ گیٹ پر پہنچے جنت کے تو</w:t>
      </w:r>
    </w:p>
    <w:p>
      <w:r>
        <w:rPr>
          <w:b/>
        </w:rPr>
        <w:t xml:space="preserve">[38:32] </w:t>
      </w:r>
      <w:r>
        <w:t>wahan jo angel khare hue the, unhon ne un ko lota diya ke chup jao, tum ko entry</w:t>
      </w:r>
    </w:p>
    <w:p>
      <w:pPr>
        <w:jc w:val="right"/>
      </w:pPr>
      <w:r>
        <w:t>وہاں جو اینجل کھڑے ہوئے تھے، انہوں نے ان کو لوٹا دیا کہ چپ جاؤ، تم کو انٹری</w:t>
      </w:r>
    </w:p>
    <w:p>
      <w:r>
        <w:rPr>
          <w:b/>
        </w:rPr>
        <w:t xml:space="preserve">[38:39] </w:t>
      </w:r>
      <w:r>
        <w:t>nahi mile gi.</w:t>
      </w:r>
    </w:p>
    <w:p>
      <w:pPr>
        <w:jc w:val="right"/>
      </w:pPr>
      <w:r>
        <w:t>نہیں ملے گی۔</w:t>
      </w:r>
    </w:p>
    <w:p>
      <w:r>
        <w:rPr>
          <w:b/>
        </w:rPr>
        <w:t xml:space="preserve">[38:41] </w:t>
      </w:r>
      <w:r>
        <w:t>to tarp uthe wo ke unhon ne mujhe telephone kiya ke mujhe kya karna chahiye? to ye</w:t>
      </w:r>
    </w:p>
    <w:p>
      <w:pPr>
        <w:jc w:val="right"/>
      </w:pPr>
      <w:r>
        <w:t>تو تڑپ اٹھے وہ کہ انہوں نے مجھے ٹیلی فون کیا کہ مجھے کیا کرنا چاہیے؟ تو یہ</w:t>
      </w:r>
    </w:p>
    <w:p>
      <w:r>
        <w:rPr>
          <w:b/>
        </w:rPr>
        <w:t xml:space="preserve">[38:49] </w:t>
      </w:r>
      <w:r>
        <w:t>sare log jo bharam mein jee rahe hain, unhein sochna chahiye ke agar wahan entry na milay to</w:t>
      </w:r>
    </w:p>
    <w:p>
      <w:pPr>
        <w:jc w:val="right"/>
      </w:pPr>
      <w:r>
        <w:t>سارے لوگ جو بھرم میں جی رہے ہیں، انہیں سوچنا چاہیے کہ اگر وہاں انٹری نہ ملے تو</w:t>
      </w:r>
    </w:p>
    <w:p>
      <w:r>
        <w:rPr>
          <w:b/>
        </w:rPr>
        <w:t xml:space="preserve">[38:56] </w:t>
      </w:r>
      <w:r>
        <w:t>kya hoga? is ke baad kahan jayen ge? to dekhiye, ek baat mein arz karunga aap ko,</w:t>
      </w:r>
    </w:p>
    <w:p>
      <w:pPr>
        <w:jc w:val="right"/>
      </w:pPr>
      <w:r>
        <w:t>کیا ہوگا؟ اس کے بعد کہاں جائیں گے؟ تو دیکھیے، ایک بات میں عرض کروں گا آپ کو،</w:t>
      </w:r>
    </w:p>
    <w:p>
      <w:r>
        <w:rPr>
          <w:b/>
        </w:rPr>
        <w:t xml:space="preserve">[39:04] </w:t>
      </w:r>
      <w:r>
        <w:t>اس کو سوچیے آپ کہ ایک ہے یعنی ایک ہے negative engineering of mind، negative engineering of mind،</w:t>
      </w:r>
    </w:p>
    <w:p>
      <w:pPr>
        <w:jc w:val="right"/>
      </w:pPr>
      <w:r>
        <w:t>اس کو سوچیے آپ کہ ایک ہے یعنی ایک ہے نیگیٹیو انجینئرنگ آف مائنڈ، نیگیٹیو انجینئرنگ آف مائنڈ،</w:t>
      </w:r>
    </w:p>
    <w:p>
      <w:r>
        <w:rPr>
          <w:b/>
        </w:rPr>
        <w:t xml:space="preserve">[39:12] </w:t>
      </w:r>
      <w:r>
        <w:t>ایک ہے negative engineering of mind، negative engineering of mind، اور دوسری ہے positive engineering of mind۔</w:t>
      </w:r>
    </w:p>
    <w:p>
      <w:pPr>
        <w:jc w:val="right"/>
      </w:pPr>
      <w:r>
        <w:t>ایک ہے پازیٹیو انجینئرنگ آف مائنڈ، نیگیٹیو انجینئرنگ آف مائنڈ، اور دوسری ہے پازیٹیو انجینئرنگ آف مائنڈ۔</w:t>
      </w:r>
    </w:p>
    <w:p>
      <w:r>
        <w:rPr>
          <w:b/>
        </w:rPr>
        <w:t xml:space="preserve">[39:19] </w:t>
      </w:r>
      <w:r>
        <w:t>آج کل جو معاشرہ ہے، وہ سب کی negative engineering کر رہا ہے، سب کے mind کی negative</w:t>
      </w:r>
    </w:p>
    <w:p>
      <w:pPr>
        <w:jc w:val="right"/>
      </w:pPr>
      <w:r>
        <w:t>آج کل جو معاشرہ ہے، وہ سب کی نیگیٹیو انجینئرنگ کر رہا ہے، سب کے مائنڈ کی نیگیٹیو</w:t>
      </w:r>
    </w:p>
    <w:p>
      <w:r>
        <w:rPr>
          <w:b/>
        </w:rPr>
        <w:t xml:space="preserve">[39:27] </w:t>
      </w:r>
      <w:r>
        <w:t>engineering kar raha hai.</w:t>
      </w:r>
    </w:p>
    <w:p>
      <w:pPr>
        <w:jc w:val="right"/>
      </w:pPr>
      <w:r>
        <w:t>انجینئرنگ کر رہا ہے۔</w:t>
      </w:r>
    </w:p>
    <w:p>
      <w:r>
        <w:rPr>
          <w:b/>
        </w:rPr>
        <w:t xml:space="preserve">[39:28] </w:t>
      </w:r>
      <w:r>
        <w:t>matlab nafraten bhar raha hai, pride bhar raha hai.</w:t>
      </w:r>
    </w:p>
    <w:p>
      <w:pPr>
        <w:jc w:val="right"/>
      </w:pPr>
      <w:r>
        <w:t>مطلب نفرتیں بھر رہا ہے، پرائیڈ بھر رہا ہے۔</w:t>
      </w:r>
    </w:p>
    <w:p>
      <w:r>
        <w:rPr>
          <w:b/>
        </w:rPr>
        <w:t xml:space="preserve">[39:32] </w:t>
      </w:r>
      <w:r>
        <w:t>abhi kal maine parha ek bohat barhe leader ka ke death ho gayi aur un ka India</w:t>
      </w:r>
    </w:p>
    <w:p>
      <w:pPr>
        <w:jc w:val="right"/>
      </w:pPr>
      <w:r>
        <w:t>ابھی کل میں نے پڑھا ایک بہت بڑے لیڈر کا کہ ڈیتھ ہو گئی اور ان کا انڈیا</w:t>
      </w:r>
    </w:p>
    <w:p>
      <w:r>
        <w:rPr>
          <w:b/>
        </w:rPr>
        <w:t xml:space="preserve">[39:40] </w:t>
      </w:r>
      <w:r>
        <w:t>ke ek mashhoor shehar mein un ka ghar tha.</w:t>
      </w:r>
    </w:p>
    <w:p>
      <w:pPr>
        <w:jc w:val="right"/>
      </w:pPr>
      <w:r>
        <w:t>کے ایک مشہور شہر میں ان کا گھر تھا۔</w:t>
      </w:r>
    </w:p>
    <w:p>
      <w:r>
        <w:rPr>
          <w:b/>
        </w:rPr>
        <w:t xml:space="preserve">[39:44] </w:t>
      </w:r>
      <w:r>
        <w:t>to is mein maine parha ke un ke ghar ka naam tha Ayesha Mahal.</w:t>
      </w:r>
    </w:p>
    <w:p>
      <w:pPr>
        <w:jc w:val="right"/>
      </w:pPr>
      <w:r>
        <w:t>تو اس میں میں نے پڑھا کہ ان کے گھر کا نام تھا عائش محل۔</w:t>
      </w:r>
    </w:p>
    <w:p>
      <w:r>
        <w:rPr>
          <w:b/>
        </w:rPr>
        <w:t xml:space="preserve">[39:50] </w:t>
      </w:r>
      <w:r>
        <w:t>77 years mein in ko maut ho gayi, in ko cancer ho gaya tha, abhi kal ki baat</w:t>
      </w:r>
    </w:p>
    <w:p>
      <w:pPr>
        <w:jc w:val="right"/>
      </w:pPr>
      <w:r>
        <w:t>77 ایئرز میں ان کو موت ہو گئی، ان کو کینسر ہو گیا تھا، ابھی کل کی بات</w:t>
      </w:r>
    </w:p>
    <w:p>
      <w:r>
        <w:rPr>
          <w:b/>
        </w:rPr>
        <w:t xml:space="preserve">[39:58]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[40:00] </w:t>
      </w:r>
      <w:r>
        <w:t>to main ne akhbar mein parha ke woh jo ghar tha un ka wahan par, is ka naam</w:t>
      </w:r>
    </w:p>
    <w:p>
      <w:pPr>
        <w:jc w:val="right"/>
      </w:pPr>
      <w:r>
        <w:t>تو میں نے اخبار میں پڑھا کہ وہ جو گھر تھا ان کا وہاں پر، اس کا نام</w:t>
      </w:r>
    </w:p>
    <w:p>
      <w:r>
        <w:rPr>
          <w:b/>
        </w:rPr>
        <w:t xml:space="preserve">[40:07] </w:t>
      </w:r>
      <w:r>
        <w:t>tha aisha mehal, lekin mar gaye aur khatam ho gaye.</w:t>
      </w:r>
    </w:p>
    <w:p>
      <w:pPr>
        <w:jc w:val="right"/>
      </w:pPr>
      <w:r>
        <w:t>تھا عائش محل، لیکن مر گئے اور ختم ہو گئے۔</w:t>
      </w:r>
    </w:p>
    <w:p>
      <w:r>
        <w:rPr>
          <w:b/>
        </w:rPr>
        <w:t xml:space="preserve">[40:12] </w:t>
      </w:r>
      <w:r>
        <w:t>ab to koi aisha mehal nahi hai.</w:t>
      </w:r>
    </w:p>
    <w:p>
      <w:pPr>
        <w:jc w:val="right"/>
      </w:pPr>
      <w:r>
        <w:t>اب تو کوئی عائش محل نہیں ہے۔</w:t>
      </w:r>
    </w:p>
    <w:p>
      <w:r>
        <w:rPr>
          <w:b/>
        </w:rPr>
        <w:t xml:space="preserve">[40:15] </w:t>
      </w:r>
      <w:r>
        <w:t>تو یہ ہے، یہ ہے negative engineering کہ اپنے کو سمجھتے ہیں کہ ہم تو ہم تو special</w:t>
      </w:r>
    </w:p>
    <w:p>
      <w:pPr>
        <w:jc w:val="right"/>
      </w:pPr>
      <w:r>
        <w:t>تو یہ ہے، یہ ہے نیگیٹیو انجینئرنگ کہ اپنے کو سمجھتے ہیں کہ ہم تو ہم تو اسپیشل</w:t>
      </w:r>
    </w:p>
    <w:p>
      <w:r>
        <w:rPr>
          <w:b/>
        </w:rPr>
        <w:t xml:space="preserve">[40:22] </w:t>
      </w:r>
      <w:r>
        <w:t>race hain, hamara to muamla special muamla hai.</w:t>
      </w:r>
    </w:p>
    <w:p>
      <w:pPr>
        <w:jc w:val="right"/>
      </w:pPr>
      <w:r>
        <w:t>ریس ہیں، ہمارا تو معاملہ اسپیشل معاملہ ہے۔</w:t>
      </w:r>
    </w:p>
    <w:p>
      <w:r>
        <w:rPr>
          <w:b/>
        </w:rPr>
        <w:t xml:space="preserve">[40:26] </w:t>
      </w:r>
      <w:r>
        <w:t>اور جب وہ specialty نہیں ملتی ان کو دنیا میں تو پھر negative بن جاتے ہیں۔</w:t>
      </w:r>
    </w:p>
    <w:p>
      <w:pPr>
        <w:jc w:val="right"/>
      </w:pPr>
      <w:r>
        <w:t>اور جب وہ اسپیشلٹی نہیں ملتی ان کو دنیا میں تو پھر نیگیٹیو بن جاتے ہیں۔</w:t>
      </w:r>
    </w:p>
    <w:p>
      <w:r>
        <w:rPr>
          <w:b/>
        </w:rPr>
        <w:t xml:space="preserve">[40:33] </w:t>
      </w:r>
      <w:r>
        <w:t>کیونکہ دیکھیے، میرا تجربہ یہ ہے کہ ہر آدمی over-expectation میں جیتا ہے۔</w:t>
      </w:r>
    </w:p>
    <w:p>
      <w:pPr>
        <w:jc w:val="right"/>
      </w:pPr>
      <w:r>
        <w:t>کیونکہ دیکھیے، میرا تجربہ یہ ہے کہ ہر آدمی اوور ایکسپیکٹیشن میں جیتا ہے۔</w:t>
      </w:r>
    </w:p>
    <w:p>
      <w:r>
        <w:rPr>
          <w:b/>
        </w:rPr>
        <w:t xml:space="preserve">[40:39] </w:t>
      </w:r>
      <w:r>
        <w:t>ہر آدمی، ہر آدمی، ہر آدمی over expectations میں جیتا ہے۔</w:t>
      </w:r>
    </w:p>
    <w:p>
      <w:pPr>
        <w:jc w:val="right"/>
      </w:pPr>
      <w:r>
        <w:t>ہر آدمی، ہر آدمی، ہر آدمی اوور ایکسپیکٹیشنز میں جیتا ہے۔</w:t>
      </w:r>
    </w:p>
    <w:p>
      <w:r>
        <w:rPr>
          <w:b/>
        </w:rPr>
        <w:t xml:space="preserve">[40:43] </w:t>
      </w:r>
      <w:r>
        <w:t>to woh poore nahi hoti to kisi ko is ka responsible banata hai.</w:t>
      </w:r>
    </w:p>
    <w:p>
      <w:pPr>
        <w:jc w:val="right"/>
      </w:pPr>
      <w:r>
        <w:t>تو وہ پورے نہیں ہوتی تو کسی کو اس کا رسپانسبل بناتا ہے۔</w:t>
      </w:r>
    </w:p>
    <w:p>
      <w:r>
        <w:rPr>
          <w:b/>
        </w:rPr>
        <w:t xml:space="preserve">[40:49] </w:t>
      </w:r>
      <w:r>
        <w:t>phir hukumat se nafrat, society se nafrat, khandanon mein nafratein ke jo mujhe chahiye woh nahi mil raha</w:t>
      </w:r>
    </w:p>
    <w:p>
      <w:pPr>
        <w:jc w:val="right"/>
      </w:pPr>
      <w:r>
        <w:t>پھر حکومت سے نفرت، سوسائٹی سے نفرت، خاندانوں میں نفرتیں کہ جو مجھے چاہیے وہ نہیں مل رہا</w:t>
      </w:r>
    </w:p>
    <w:p>
      <w:r>
        <w:rPr>
          <w:b/>
        </w:rPr>
        <w:t xml:space="preserve">[40:57] </w:t>
      </w:r>
      <w:r>
        <w:t>hai aur yeh shakhs nahi de raha hai hum is ko.</w:t>
      </w:r>
    </w:p>
    <w:p>
      <w:pPr>
        <w:jc w:val="right"/>
      </w:pPr>
      <w:r>
        <w:t>ہے اور یہ شخص نہیں دے رہا ہے ہم اس کو۔</w:t>
      </w:r>
    </w:p>
    <w:p>
      <w:r>
        <w:rPr>
          <w:b/>
        </w:rPr>
        <w:t xml:space="preserve">[41:01] </w:t>
      </w:r>
      <w:r>
        <w:t>isi se election mein aap jante hain ke anti incumbency factor wajood mein aata hai ke jo hum</w:t>
      </w:r>
    </w:p>
    <w:p>
      <w:pPr>
        <w:jc w:val="right"/>
      </w:pPr>
      <w:r>
        <w:t>اسی سے الیکشن میں آپ جانتے ہیں کہ اینٹی انکمپنسی فیکٹر وجود میں آتا ہے کہ جو ہم</w:t>
      </w:r>
    </w:p>
    <w:p>
      <w:r>
        <w:rPr>
          <w:b/>
        </w:rPr>
        <w:t xml:space="preserve">[41:09] </w:t>
      </w:r>
      <w:r>
        <w:t>chahte thay woh nahi diya, tab to un ko harainge tum ko.</w:t>
      </w:r>
    </w:p>
    <w:p>
      <w:pPr>
        <w:jc w:val="right"/>
      </w:pPr>
      <w:r>
        <w:t>چاہتے تھے وہ نہیں دیا، تب تو ان کو ہرائیں گے تم کو۔</w:t>
      </w:r>
    </w:p>
    <w:p>
      <w:r>
        <w:rPr>
          <w:b/>
        </w:rPr>
        <w:t xml:space="preserve">[41:15] </w:t>
      </w:r>
      <w:r>
        <w:t>تو دیکھیے، اس وقت ساری دنیا میں یہی صورتحال ہے کہ لوگ negative engineering of mind ہو رہی</w:t>
      </w:r>
    </w:p>
    <w:p>
      <w:pPr>
        <w:jc w:val="right"/>
      </w:pPr>
      <w:r>
        <w:t>تو دیکھیے، اس وقت ساری دنیا میں یہی صورتحال ہے کہ لوگ نیگیٹیو انجینئرنگ آف مائنڈ ہو رہی</w:t>
      </w:r>
    </w:p>
    <w:p>
      <w:r>
        <w:rPr>
          <w:b/>
        </w:rPr>
        <w:t xml:space="preserve">[41:22]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[41:24] </w:t>
      </w:r>
      <w:r>
        <w:t>in ki hamara mission kya hai? hamara mission hai positive engineering of mind.</w:t>
      </w:r>
    </w:p>
    <w:p>
      <w:pPr>
        <w:jc w:val="right"/>
      </w:pPr>
      <w:r>
        <w:t>ان کی ہمارا مشن کیا ہے؟ ہمارا مشن ہے پازیٹیو انجینئرنگ آف مائنڈ۔</w:t>
      </w:r>
    </w:p>
    <w:p>
      <w:r>
        <w:rPr>
          <w:b/>
        </w:rPr>
        <w:t xml:space="preserve">[41:29] </w:t>
      </w:r>
      <w:r>
        <w:t>logon ke andar positive soch lana, lekin yeh bohat hi mushkil kaam hai kyun ke is ki deconditioning</w:t>
      </w:r>
    </w:p>
    <w:p>
      <w:pPr>
        <w:jc w:val="right"/>
      </w:pPr>
      <w:r>
        <w:t>لوگوں کے اندر پازیٹیو سوچ لانا، لیکن یہ بہت ہی مشکل کام ہے کیونکہ اس کی ڈی کنڈیشننگ</w:t>
      </w:r>
    </w:p>
    <w:p>
      <w:r>
        <w:rPr>
          <w:b/>
        </w:rPr>
        <w:t xml:space="preserve">[41:37] </w:t>
      </w:r>
      <w:r>
        <w:t>karni parti hai.</w:t>
      </w:r>
    </w:p>
    <w:p>
      <w:pPr>
        <w:jc w:val="right"/>
      </w:pPr>
      <w:r>
        <w:t>کرنی پڑتی ہے۔</w:t>
      </w:r>
    </w:p>
    <w:p>
      <w:r>
        <w:rPr>
          <w:b/>
        </w:rPr>
        <w:t xml:space="preserve">[41:39] </w:t>
      </w:r>
      <w:r>
        <w:t>پیاز کے لیئرز کی طریقے سے اپنے مائنڈ کو کرنا پڑتا ہے، اپنے آپ کو ruthless merciless introspection</w:t>
      </w:r>
    </w:p>
    <w:p>
      <w:pPr>
        <w:jc w:val="right"/>
      </w:pPr>
      <w:r>
        <w:t>پیاز کے لیئرز کی طریقے سے اپنے مائنڈ کو کرنا پڑتا ہے، اپنے آپ کو برتھ مرسیلس انٹراسپیکشن</w:t>
      </w:r>
    </w:p>
    <w:p>
      <w:r>
        <w:rPr>
          <w:b/>
        </w:rPr>
        <w:t xml:space="preserve">[41:46] </w:t>
      </w:r>
      <w:r>
        <w:t>karna parta hai.</w:t>
      </w:r>
    </w:p>
    <w:p>
      <w:pPr>
        <w:jc w:val="right"/>
      </w:pPr>
      <w:r>
        <w:t>کرنا پڑتا ہے۔</w:t>
      </w:r>
    </w:p>
    <w:p>
      <w:r>
        <w:rPr>
          <w:b/>
        </w:rPr>
        <w:t xml:space="preserve">[41:48] </w:t>
      </w:r>
      <w:r>
        <w:t>merciless introspection. So, this, our mission, if I were to say it in one word, is this: that one</w:t>
      </w:r>
    </w:p>
    <w:p>
      <w:pPr>
        <w:jc w:val="right"/>
      </w:pPr>
      <w:r>
        <w:t>مرسیلس انٹراسپیکشن تو یہ ہمارا مشن جو ایک لفظ میں اگر میں کہوں تو یہی ہے کہ ایک</w:t>
      </w:r>
    </w:p>
    <w:p>
      <w:r>
        <w:rPr>
          <w:b/>
        </w:rPr>
        <w:t xml:space="preserve">[41:55] </w:t>
      </w:r>
      <w:r>
        <w:t>aisi dunya jahan sab ki negative engineering ho rahi hai mind ki, wahan hamein logon ki mind ki</w:t>
      </w:r>
    </w:p>
    <w:p>
      <w:pPr>
        <w:jc w:val="right"/>
      </w:pPr>
      <w:r>
        <w:t>ایسی دنیا جہاں سب کی نیگیٹیو انجینئرنگ ہو رہی ہے مائنڈ کی، وہاں ہمیں لوگوں کی مائنڈ کی</w:t>
      </w:r>
    </w:p>
    <w:p>
      <w:r>
        <w:rPr>
          <w:b/>
        </w:rPr>
        <w:t xml:space="preserve">[42:03] </w:t>
      </w:r>
      <w:r>
        <w:t>positive engineering karni hai.</w:t>
      </w:r>
    </w:p>
    <w:p>
      <w:pPr>
        <w:jc w:val="right"/>
      </w:pPr>
      <w:r>
        <w:t>پازیٹیو انجینئرنگ کرنی ہے۔</w:t>
      </w:r>
    </w:p>
    <w:p>
      <w:r>
        <w:rPr>
          <w:b/>
        </w:rPr>
        <w:t xml:space="preserve">[42:05] </w:t>
      </w:r>
      <w:r>
        <w:t>bilashuba yeh bohat hi mushkil kaam hai, lekin jannat koi susti cheez hai? aap kya samajhte hain? jannat</w:t>
      </w:r>
    </w:p>
    <w:p>
      <w:pPr>
        <w:jc w:val="right"/>
      </w:pPr>
      <w:r>
        <w:t>بلاشبہ یہ بہت ہی مشکل کام ہے، لیکن جنت کوئی سستی چیز ہے؟ آپ کیا سمجھتے ہیں؟ جنت</w:t>
      </w:r>
    </w:p>
    <w:p>
      <w:r>
        <w:rPr>
          <w:b/>
        </w:rPr>
        <w:t xml:space="preserve">[42:13] </w:t>
      </w:r>
      <w:r>
        <w:t>ka ticket koi susta ticket hai? isi mushkil kaam ke karne se aap ko jannat milne wali hai,</w:t>
      </w:r>
    </w:p>
    <w:p>
      <w:pPr>
        <w:jc w:val="right"/>
      </w:pPr>
      <w:r>
        <w:t>کا ٹکٹ کوئی سستا ٹکٹ ہے؟ اسی مشکل کام کے کرنے سے آپ کو جنت ملنے والی ہے،</w:t>
      </w:r>
    </w:p>
    <w:p>
      <w:r>
        <w:rPr>
          <w:b/>
        </w:rPr>
        <w:t xml:space="preserve">[42:20] </w:t>
      </w:r>
      <w:r>
        <w:t>isi mushkil kaam karne se.</w:t>
      </w:r>
    </w:p>
    <w:p>
      <w:pPr>
        <w:jc w:val="right"/>
      </w:pPr>
      <w:r>
        <w:t>اسی مشکل کام کرنے سے۔</w:t>
      </w:r>
    </w:p>
    <w:p>
      <w:r>
        <w:rPr>
          <w:b/>
        </w:rPr>
        <w:t xml:space="preserve">[42:22] </w:t>
      </w:r>
      <w:r>
        <w:t>ab dekhiye ke jo bombay ke jo detail aayi hain media mein, aap sab jante hain is ko.</w:t>
      </w:r>
    </w:p>
    <w:p>
      <w:pPr>
        <w:jc w:val="right"/>
      </w:pPr>
      <w:r>
        <w:t>اب دیکھیے کہ جو بمبے کے جو ڈیٹیل آئی ہیں میڈیا میں، آپ سب جانتے ہیں اس کو۔</w:t>
      </w:r>
    </w:p>
    <w:p>
      <w:r>
        <w:rPr>
          <w:b/>
        </w:rPr>
        <w:t xml:space="preserve">[42:30] </w:t>
      </w:r>
      <w:r>
        <w:t>aaj kal to wohi sab log TV par dekhte hain aur paper mein parhte hain ke jo</w:t>
      </w:r>
    </w:p>
    <w:p>
      <w:pPr>
        <w:jc w:val="right"/>
      </w:pPr>
      <w:r>
        <w:t>آج کل تو وہی سب لوگ ٹی وی پر دیکھتے ہیں اور پیپر میں پڑھتے ہیں کہ جو</w:t>
      </w:r>
    </w:p>
    <w:p>
      <w:r>
        <w:rPr>
          <w:b/>
        </w:rPr>
        <w:t xml:space="preserve">[42:38] </w:t>
      </w:r>
      <w:r>
        <w:t>das aadmi aaye thay, bohat hi zabardast unhon ne planning ki thi.</w:t>
      </w:r>
    </w:p>
    <w:p>
      <w:pPr>
        <w:jc w:val="right"/>
      </w:pPr>
      <w:r>
        <w:t>دس آدمی آئے تھے، بہت ہی زبردست انہوں نے پلاننگ کی تھی۔</w:t>
      </w:r>
    </w:p>
    <w:p>
      <w:r>
        <w:rPr>
          <w:b/>
        </w:rPr>
        <w:t xml:space="preserve">[42:43] </w:t>
      </w:r>
      <w:r>
        <w:t>itni zabardast planning ki thi ke is se zyada planning ho nahi sakti.</w:t>
      </w:r>
    </w:p>
    <w:p>
      <w:pPr>
        <w:jc w:val="right"/>
      </w:pPr>
      <w:r>
        <w:t>اتنی زبردست پلاننگ کی تھی کہ اس سے زیادہ پلاننگ ہو نہیں سکتی۔</w:t>
      </w:r>
    </w:p>
    <w:p>
      <w:r>
        <w:rPr>
          <w:b/>
        </w:rPr>
        <w:t xml:space="preserve">[42:49] </w:t>
      </w:r>
      <w:r>
        <w:t>koi misaal ke taur par unhon ne samandar se aane ka tareeqa nikala, land se nahi, yaani sea</w:t>
      </w:r>
    </w:p>
    <w:p>
      <w:pPr>
        <w:jc w:val="right"/>
      </w:pPr>
      <w:r>
        <w:t>کوئی مثال کے طور پر انہوں نے سمندر سے آنے کا طریقہ نکالا، لینڈ سے نہیں، یعنی سی</w:t>
      </w:r>
    </w:p>
    <w:p>
      <w:r>
        <w:rPr>
          <w:b/>
        </w:rPr>
        <w:t xml:space="preserve">[42:56] </w:t>
      </w:r>
      <w:r>
        <w:t>route se aaye.</w:t>
      </w:r>
    </w:p>
    <w:p>
      <w:pPr>
        <w:jc w:val="right"/>
      </w:pPr>
      <w:r>
        <w:t>روٹ سے آئے۔</w:t>
      </w:r>
    </w:p>
    <w:p>
      <w:r>
        <w:rPr>
          <w:b/>
        </w:rPr>
        <w:t xml:space="preserve">[42:58] </w:t>
      </w:r>
      <w:r>
        <w:t>to aaye hain sea route se, kaise aaye hain? un ko boat chahiye.</w:t>
      </w:r>
    </w:p>
    <w:p>
      <w:pPr>
        <w:jc w:val="right"/>
      </w:pPr>
      <w:r>
        <w:t>تو آئے ہیں سی روٹ سے، کیسے آئے ہیں؟ ان کو بوٹ چاہیے۔</w:t>
      </w:r>
    </w:p>
    <w:p>
      <w:r>
        <w:rPr>
          <w:b/>
        </w:rPr>
        <w:t xml:space="preserve">[43:03] </w:t>
      </w:r>
      <w:r>
        <w:t>to jante thay ke boat pakri jaye gi, boat wala bata de ga.</w:t>
      </w:r>
    </w:p>
    <w:p>
      <w:pPr>
        <w:jc w:val="right"/>
      </w:pPr>
      <w:r>
        <w:t>تو جانتے تھے کہ بوٹ پکڑی جائے گی، بوٹ والا بتا دے گا۔</w:t>
      </w:r>
    </w:p>
    <w:p>
      <w:r>
        <w:rPr>
          <w:b/>
        </w:rPr>
        <w:t xml:space="preserve">[43:09] </w:t>
      </w:r>
      <w:r>
        <w:t>to unhon ne aik Indian, aik Indian mallah ka boat pakra aur us ko maar ke phenk diya.</w:t>
      </w:r>
    </w:p>
    <w:p>
      <w:pPr>
        <w:jc w:val="right"/>
      </w:pPr>
      <w:r>
        <w:t>تو انہوں نے ایک انڈین، ایک انڈین ملاح کا بوٹ پکڑا اور اس کو مار کے پھینک دیا۔</w:t>
      </w:r>
    </w:p>
    <w:p>
      <w:r>
        <w:rPr>
          <w:b/>
        </w:rPr>
        <w:t xml:space="preserve">[43:17] </w:t>
      </w:r>
      <w:r>
        <w:t>aur apne ek aadmi ko train kar rakha tha unhone, kyunke woh step-boat thi, woh us</w:t>
      </w:r>
    </w:p>
    <w:p>
      <w:pPr>
        <w:jc w:val="right"/>
      </w:pPr>
      <w:r>
        <w:t>اور اپنے ایک آدمی کو ٹرین کر رکھا تھا انہوں نے، کیونکہ وہ اسٹیپ بوٹ تھی، وہ اس</w:t>
      </w:r>
    </w:p>
    <w:p>
      <w:r>
        <w:rPr>
          <w:b/>
        </w:rPr>
        <w:t xml:space="preserve">[43:24] </w:t>
      </w:r>
      <w:r>
        <w:t>ko chalane ke liye.</w:t>
      </w:r>
    </w:p>
    <w:p>
      <w:pPr>
        <w:jc w:val="right"/>
      </w:pPr>
      <w:r>
        <w:t>کو چلانے کے لیے۔</w:t>
      </w:r>
    </w:p>
    <w:p>
      <w:r>
        <w:rPr>
          <w:b/>
        </w:rPr>
        <w:t xml:space="preserve">[43:26] </w:t>
      </w:r>
      <w:r>
        <w:t>یعنی پہلے سے ایک آدمی کو تیار کیا کہ step boat کیسے چلائی جائے گی۔</w:t>
      </w:r>
    </w:p>
    <w:p>
      <w:pPr>
        <w:jc w:val="right"/>
      </w:pPr>
      <w:r>
        <w:t>یعنی پہلے سے ایک آدمی کو تیار کیا کہ اسٹیپ بوٹ کیسے چلائی جائے گی۔</w:t>
      </w:r>
    </w:p>
    <w:p>
      <w:r>
        <w:rPr>
          <w:b/>
        </w:rPr>
        <w:t xml:space="preserve">[43:33] </w:t>
      </w:r>
      <w:r>
        <w:t>is ki geography bataya ke kahan hamein jana hai, kahan hamein utarna hai, hamein kis course course par.</w:t>
      </w:r>
    </w:p>
    <w:p>
      <w:pPr>
        <w:jc w:val="right"/>
      </w:pPr>
      <w:r>
        <w:t>اس کی جغرافیہ بتایا کہ کہاں ہمیں جانا ہے، کہاں ہمیں اترنا ہے، ہمیں کس کورس کورس پر۔</w:t>
      </w:r>
    </w:p>
    <w:p>
      <w:r>
        <w:rPr>
          <w:b/>
        </w:rPr>
        <w:t xml:space="preserve">[43:40] </w:t>
      </w:r>
      <w:r>
        <w:t>is mallah ko wajood hi mita diya ke wo kuch bata na sake.</w:t>
      </w:r>
    </w:p>
    <w:p>
      <w:pPr>
        <w:jc w:val="right"/>
      </w:pPr>
      <w:r>
        <w:t>اس ملاح کو وجود ہی مٹا دیا کہ وہ کچھ بتا نہ سکے۔</w:t>
      </w:r>
    </w:p>
    <w:p>
      <w:r>
        <w:rPr>
          <w:b/>
        </w:rPr>
        <w:t xml:space="preserve">[43:46] </w:t>
      </w:r>
      <w:r>
        <w:t>aur is boat se chal kar ke wo aaye.</w:t>
      </w:r>
    </w:p>
    <w:p>
      <w:pPr>
        <w:jc w:val="right"/>
      </w:pPr>
      <w:r>
        <w:t>اور اس بوٹ سے چل کر کے وہ آئے۔</w:t>
      </w:r>
    </w:p>
    <w:p>
      <w:r>
        <w:rPr>
          <w:b/>
        </w:rPr>
        <w:t xml:space="preserve">[43:50] </w:t>
      </w:r>
      <w:r>
        <w:t>aisi sankron cheezein aap ne sab parha hoga aur suna hoga TV mein.</w:t>
      </w:r>
    </w:p>
    <w:p>
      <w:pPr>
        <w:jc w:val="right"/>
      </w:pPr>
      <w:r>
        <w:t>ایسی سینکڑوں چیزیں آپ نے سب پڑھا ہوگا اور سنا ہوگا ٹی وی میں۔</w:t>
      </w:r>
    </w:p>
    <w:p>
      <w:r>
        <w:rPr>
          <w:b/>
        </w:rPr>
        <w:t xml:space="preserve">[43:56] </w:t>
      </w:r>
      <w:r>
        <w:t>to aap maine yeh socha ke kya wajah hai ke Musalman negative planning ke badshah hain aur</w:t>
      </w:r>
    </w:p>
    <w:p>
      <w:pPr>
        <w:jc w:val="right"/>
      </w:pPr>
      <w:r>
        <w:t>تو آپ میں نے یہ سوچا کہ کیا وجہ ہے کہ مسلمان نیگیٹیو پلاننگ کے بادشاہ ہیں اور</w:t>
      </w:r>
    </w:p>
    <w:p>
      <w:r>
        <w:rPr>
          <w:b/>
        </w:rPr>
        <w:t xml:space="preserve">[44:03] </w:t>
      </w:r>
      <w:r>
        <w:t>positive planning ke badshah nahi? destructive planning ke badshah hain ke dawah work ke liye koi planning nahi</w:t>
      </w:r>
    </w:p>
    <w:p>
      <w:pPr>
        <w:jc w:val="right"/>
      </w:pPr>
      <w:r>
        <w:t>پازیٹیو پلاننگ کے بادشاہ نہیں؟ ڈسٹریکٹو پلاننگ کے بادشاہ ہیں کہ دعویٰ ورک کے لیے کوئی پلاننگ نہیں</w:t>
      </w:r>
    </w:p>
    <w:p>
      <w:r>
        <w:rPr>
          <w:b/>
        </w:rPr>
        <w:t xml:space="preserve">[44:11] </w:t>
      </w:r>
      <w:r>
        <w:t>karte.</w:t>
      </w:r>
    </w:p>
    <w:p>
      <w:pPr>
        <w:jc w:val="right"/>
      </w:pPr>
      <w:r>
        <w:t>کرتے۔</w:t>
      </w:r>
    </w:p>
    <w:p>
      <w:r>
        <w:rPr>
          <w:b/>
        </w:rPr>
        <w:t xml:space="preserve">[44:13] </w:t>
      </w:r>
      <w:r>
        <w:t>kahin bhi aap nahi dekhen ge ke dawah work ke liye koi planning kar raha ho.</w:t>
      </w:r>
    </w:p>
    <w:p>
      <w:pPr>
        <w:jc w:val="right"/>
      </w:pPr>
      <w:r>
        <w:t>کہیں بھی آپ نہیں دیکھیں کہ دعویٰ ورک کے لیے کوئی پلاننگ کر رہا ہو۔</w:t>
      </w:r>
    </w:p>
    <w:p>
      <w:r>
        <w:rPr>
          <w:b/>
        </w:rPr>
        <w:t xml:space="preserve">[44:19] </w:t>
      </w:r>
      <w:r>
        <w:t>is ke peeche aik bohat bara sahu hai, yaani baad ke zamanay mein dawah ka concept hi gum</w:t>
      </w:r>
    </w:p>
    <w:p>
      <w:pPr>
        <w:jc w:val="right"/>
      </w:pPr>
      <w:r>
        <w:t>اس کے پیچھے ایک بہت بڑا سہو ہے، یعنی بعد کے زمانے میں دعوت کا کانسیپٹ ہی گم</w:t>
      </w:r>
    </w:p>
    <w:p>
      <w:r>
        <w:rPr>
          <w:b/>
        </w:rPr>
        <w:t xml:space="preserve">[44:27] </w:t>
      </w:r>
      <w:r>
        <w:t>ho gaya Musalmanon mein.</w:t>
      </w:r>
    </w:p>
    <w:p>
      <w:pPr>
        <w:jc w:val="right"/>
      </w:pPr>
      <w:r>
        <w:t>ہو گیا مسلمانوں میں۔</w:t>
      </w:r>
    </w:p>
    <w:p>
      <w:r>
        <w:rPr>
          <w:b/>
        </w:rPr>
        <w:t xml:space="preserve">[44:28] </w:t>
      </w:r>
      <w:r>
        <w:t>aap dekhiye jo literature hai hamara, koi aik bhi Quran ki tafseer dawah ko le kar nahi likhi</w:t>
      </w:r>
    </w:p>
    <w:p>
      <w:pPr>
        <w:jc w:val="right"/>
      </w:pPr>
      <w:r>
        <w:t>آپ دیکھیے جو لٹریچر ہے ہمارا، کوئی ایک بھی قرآن کی تفسیر دعوت کو لے کر نہیں لکھی</w:t>
      </w:r>
    </w:p>
    <w:p>
      <w:r>
        <w:rPr>
          <w:b/>
        </w:rPr>
        <w:t xml:space="preserve">[44:36] </w:t>
      </w:r>
      <w:r>
        <w:t>gayi.</w:t>
      </w:r>
    </w:p>
    <w:p>
      <w:pPr>
        <w:jc w:val="right"/>
      </w:pPr>
      <w:r>
        <w:t>گئی۔</w:t>
      </w:r>
    </w:p>
    <w:p>
      <w:r>
        <w:rPr>
          <w:b/>
        </w:rPr>
        <w:t xml:space="preserve">[44:38] </w:t>
      </w:r>
      <w:r>
        <w:t>dawati tafseer koi bhi Quran ki maujood nahi hai.</w:t>
      </w:r>
    </w:p>
    <w:p>
      <w:pPr>
        <w:jc w:val="right"/>
      </w:pPr>
      <w:r>
        <w:t>دعوتی تفسیر کوئی بھی قرآن کی موجود نہیں ہے۔</w:t>
      </w:r>
    </w:p>
    <w:p>
      <w:r>
        <w:rPr>
          <w:b/>
        </w:rPr>
        <w:t xml:space="preserve">[44:42] </w:t>
      </w:r>
      <w:r>
        <w:t>Hadees ki kitabon mein koi bhi kitab nahi, is mein aik bab dawah tabligh ho, yaani dawah ka</w:t>
      </w:r>
    </w:p>
    <w:p>
      <w:pPr>
        <w:jc w:val="right"/>
      </w:pPr>
      <w:r>
        <w:t>حدیث کی کتابوں میں کوئی بھی کتاب نہیں، اس میں ایک باب دعوت تبلیغ ہو، یعنی دعوت کا</w:t>
      </w:r>
    </w:p>
    <w:p>
      <w:r>
        <w:rPr>
          <w:b/>
        </w:rPr>
        <w:t xml:space="preserve">[44:49] </w:t>
      </w:r>
      <w:r>
        <w:t>koi chapter hi nahi Hadees ki kitabon mein.</w:t>
      </w:r>
    </w:p>
    <w:p>
      <w:pPr>
        <w:jc w:val="right"/>
      </w:pPr>
      <w:r>
        <w:t>کوئی چیپٹر ہی نہیں حدیث کی کتابوں میں۔</w:t>
      </w:r>
    </w:p>
    <w:p>
      <w:r>
        <w:rPr>
          <w:b/>
        </w:rPr>
        <w:t xml:space="preserve">[44:53] </w:t>
      </w:r>
      <w:r>
        <w:t>Fiqh ki jo kitabein likhi gayi hain, kisi bhi Fiqh kitab mein dawah ka koi chapter nahi hai</w:t>
      </w:r>
    </w:p>
    <w:p>
      <w:pPr>
        <w:jc w:val="right"/>
      </w:pPr>
      <w:r>
        <w:t>فقہ کی جو کتابیں لکھی گئی ہیں، کسی بھی فقہ کتاب میں دعوت کا کوئی چیپٹر نہیں ہے</w:t>
      </w:r>
    </w:p>
    <w:p>
      <w:r>
        <w:rPr>
          <w:b/>
        </w:rPr>
        <w:t xml:space="preserve">[45:00] </w:t>
      </w:r>
      <w:r>
        <w:t>ke dawah kya cheez hai, dawah kaise di jaye.</w:t>
      </w:r>
    </w:p>
    <w:p>
      <w:pPr>
        <w:jc w:val="right"/>
      </w:pPr>
      <w:r>
        <w:t>کہ دعوت کیا چیز ہے، دعوت کیسے دی جائے۔</w:t>
      </w:r>
    </w:p>
    <w:p>
      <w:r>
        <w:rPr>
          <w:b/>
        </w:rPr>
        <w:t xml:space="preserve">[45:04] </w:t>
      </w:r>
      <w:r>
        <w:t>jo kitabein likhi gayi hain, hazaron hazar kitabein, koi aik bhi kitab aisi nahi hai jise bataya gaya</w:t>
      </w:r>
    </w:p>
    <w:p>
      <w:pPr>
        <w:jc w:val="right"/>
      </w:pPr>
      <w:r>
        <w:t>جو کتابیں لکھی گئی ہیں، ہزاروں ہزار کتابیں، کوئی ایک بھی کتاب ایسی نہیں ہے جسے بتایا گیا</w:t>
      </w:r>
    </w:p>
    <w:p>
      <w:r>
        <w:rPr>
          <w:b/>
        </w:rPr>
        <w:t xml:space="preserve">[45:12] </w:t>
      </w:r>
      <w:r>
        <w:t>ho ke dawah kitni aham cheez hai Musalman ke liye.</w:t>
      </w:r>
    </w:p>
    <w:p>
      <w:pPr>
        <w:jc w:val="right"/>
      </w:pPr>
      <w:r>
        <w:t>ہو کہ دعوت کتنی اہم چیز ہے مسلمان کے لیے۔</w:t>
      </w:r>
    </w:p>
    <w:p>
      <w:r>
        <w:rPr>
          <w:b/>
        </w:rPr>
        <w:t xml:space="preserve">[45:16] </w:t>
      </w:r>
      <w:r>
        <w:t>lafz dawat istemal karte hain log, lekin doosre doosre mani mein.</w:t>
      </w:r>
    </w:p>
    <w:p>
      <w:pPr>
        <w:jc w:val="right"/>
      </w:pPr>
      <w:r>
        <w:t>لفظ دعوت استعمال کرتے ہیں لوگ، لیکن دوسرے دوسرے معنی میں۔</w:t>
      </w:r>
    </w:p>
    <w:p>
      <w:r>
        <w:rPr>
          <w:b/>
        </w:rPr>
        <w:t xml:space="preserve">[45:21] </w:t>
      </w:r>
      <w:r>
        <w:t>waise mili kaam karenge, is ko keh denge dawat hum kar rahe hain.</w:t>
      </w:r>
    </w:p>
    <w:p>
      <w:pPr>
        <w:jc w:val="right"/>
      </w:pPr>
      <w:r>
        <w:t>ویسے ملی کام کریں گے، اس کو کہہ دیں گے دعوت ہم کر رہے ہیں۔</w:t>
      </w:r>
    </w:p>
    <w:p>
      <w:r>
        <w:rPr>
          <w:b/>
        </w:rPr>
        <w:t xml:space="preserve">[45:27] </w:t>
      </w:r>
      <w:r>
        <w:t>musalmanon ki islaah karenge, kahenge hum dawat kar rahe hain.</w:t>
      </w:r>
    </w:p>
    <w:p>
      <w:pPr>
        <w:jc w:val="right"/>
      </w:pPr>
      <w:r>
        <w:t>مسلمانوں کی اصلاح کریں گے، کہیں گے ہم دعوت کر رہے ہیں۔</w:t>
      </w:r>
    </w:p>
    <w:p>
      <w:r>
        <w:rPr>
          <w:b/>
        </w:rPr>
        <w:t xml:space="preserve">[45:33] </w:t>
      </w:r>
      <w:r>
        <w:t>dawat ka matlab saare insanon ko pahunchana Khuda ka paigham.</w:t>
      </w:r>
    </w:p>
    <w:p>
      <w:pPr>
        <w:jc w:val="right"/>
      </w:pPr>
      <w:r>
        <w:t>دعوت کا مطلب سارے انسانوں کو پہنچانا خدا کا پیغام۔</w:t>
      </w:r>
    </w:p>
    <w:p>
      <w:r>
        <w:rPr>
          <w:b/>
        </w:rPr>
        <w:t xml:space="preserve">[45:37] </w:t>
      </w:r>
      <w:r>
        <w:t>to wajah kya hai? jo hamara literature hai, jo madarason mein padhai hoti hai, jo masjidon mein jo</w:t>
      </w:r>
    </w:p>
    <w:p>
      <w:pPr>
        <w:jc w:val="right"/>
      </w:pPr>
      <w:r>
        <w:t>تو وجہ کیا ہے؟ جو ہمارا لٹریچر ہے، جو مدرسوں میں پڑھائی ہوتی ہے، جو مسجدوں میں جو</w:t>
      </w:r>
    </w:p>
    <w:p>
      <w:r>
        <w:rPr>
          <w:b/>
        </w:rPr>
        <w:t xml:space="preserve">[45:45] </w:t>
      </w:r>
      <w:r>
        <w:t>seekhaya jata hai, hamare hamare jo jo akhbaron mein aur magazine mein jo likha jata hai, kitabon mein</w:t>
      </w:r>
    </w:p>
    <w:p>
      <w:pPr>
        <w:jc w:val="right"/>
      </w:pPr>
      <w:r>
        <w:t>سکھایا جاتا ہے، ہمارے ہمارے جو جو اخباروں میں اور میگزین میں جو لکھا جاتا ہے، کتابوں میں</w:t>
      </w:r>
    </w:p>
    <w:p>
      <w:r>
        <w:rPr>
          <w:b/>
        </w:rPr>
        <w:t xml:space="preserve">[45:52] </w:t>
      </w:r>
      <w:r>
        <w:t>jo likha hua hai, is se logon ki taraf nafrat bhari hui hai.</w:t>
      </w:r>
    </w:p>
    <w:p>
      <w:pPr>
        <w:jc w:val="right"/>
      </w:pPr>
      <w:r>
        <w:t>جو لکھا ہوا ہے، اس سے لوگوں کی طرف نفرت بھری ہوئی ہے۔</w:t>
      </w:r>
    </w:p>
    <w:p>
      <w:r>
        <w:rPr>
          <w:b/>
        </w:rPr>
        <w:t xml:space="preserve">[45:58] </w:t>
      </w:r>
      <w:r>
        <w:t>nafrat doosron ke bare mein, yaani madu ke bare mein.</w:t>
      </w:r>
    </w:p>
    <w:p>
      <w:pPr>
        <w:jc w:val="right"/>
      </w:pPr>
      <w:r>
        <w:t>نفرت دوسروں کے بارے میں، یعنی مدعو کے بارے میں۔</w:t>
      </w:r>
    </w:p>
    <w:p>
      <w:r>
        <w:rPr>
          <w:b/>
        </w:rPr>
        <w:t xml:space="preserve">[46:02] </w:t>
      </w:r>
      <w:r>
        <w:t>aam insan hamara madu hai, madu ke bare mein nafraten bhar rakhi hain.</w:t>
      </w:r>
    </w:p>
    <w:p>
      <w:pPr>
        <w:jc w:val="right"/>
      </w:pPr>
      <w:r>
        <w:t>عام انسان ہمارا مدعو ہے، مدعو کے بارے میں نفرتیں بھر رکھی ہیں۔</w:t>
      </w:r>
    </w:p>
    <w:p>
      <w:r>
        <w:rPr>
          <w:b/>
        </w:rPr>
        <w:t xml:space="preserve">[46:08] </w:t>
      </w:r>
      <w:r>
        <w:t>to nafrat ki base par khud planning kar rahe hain woh, kyunke already un ke andar maujood hai</w:t>
      </w:r>
    </w:p>
    <w:p>
      <w:pPr>
        <w:jc w:val="right"/>
      </w:pPr>
      <w:r>
        <w:t>تو نفرت کی بیس پر خود پلاننگ کر رہے ہیں وہ، کیونکہ الریڈی ان کے اندر موجود ہے</w:t>
      </w:r>
    </w:p>
    <w:p>
      <w:r>
        <w:rPr>
          <w:b/>
        </w:rPr>
        <w:t xml:space="preserve">[46:15] </w:t>
      </w:r>
      <w:r>
        <w:t>motivation.</w:t>
      </w:r>
    </w:p>
    <w:p>
      <w:pPr>
        <w:jc w:val="right"/>
      </w:pPr>
      <w:r>
        <w:t>موٹیویشن۔</w:t>
      </w:r>
    </w:p>
    <w:p>
      <w:r>
        <w:rPr>
          <w:b/>
        </w:rPr>
        <w:t xml:space="preserve">[46:17] </w:t>
      </w:r>
      <w:r>
        <w:t>it requires a strong motivation.</w:t>
      </w:r>
    </w:p>
    <w:p>
      <w:pPr>
        <w:jc w:val="right"/>
      </w:pPr>
      <w:r>
        <w:t>اٹ ریکوائرڈز ا سٹرونگ موٹیویشن۔</w:t>
      </w:r>
    </w:p>
    <w:p>
      <w:r>
        <w:rPr>
          <w:b/>
        </w:rPr>
        <w:t xml:space="preserve">[46:19] </w:t>
      </w:r>
      <w:r>
        <w:t>to jo planning ki unhone, is planning ke liye bahut hi strong motivation, bahut hi zabardast qism</w:t>
      </w:r>
    </w:p>
    <w:p>
      <w:pPr>
        <w:jc w:val="right"/>
      </w:pPr>
      <w:r>
        <w:t>تو جو پلاننگ کی انہوں نے، اس پلاننگ کے لیے بہت ہی سٹرونگ موٹیویشن، بہت ہی زبردست قسم</w:t>
      </w:r>
    </w:p>
    <w:p>
      <w:r>
        <w:rPr>
          <w:b/>
        </w:rPr>
        <w:t xml:space="preserve">[46:27] </w:t>
      </w:r>
      <w:r>
        <w:t>ka incentive maujood tha un ke seene mein.</w:t>
      </w:r>
    </w:p>
    <w:p>
      <w:pPr>
        <w:jc w:val="right"/>
      </w:pPr>
      <w:r>
        <w:t>کا انسنٹیو موجود تھا ان کے سینے میں۔</w:t>
      </w:r>
    </w:p>
    <w:p>
      <w:r>
        <w:rPr>
          <w:b/>
        </w:rPr>
        <w:t xml:space="preserve">[46:30] </w:t>
      </w:r>
      <w:r>
        <w:t>woh thi nafrat, to woh kar dali unhone.</w:t>
      </w:r>
    </w:p>
    <w:p>
      <w:pPr>
        <w:jc w:val="right"/>
      </w:pPr>
      <w:r>
        <w:t>وہ تھی نفرت، تو وہ کر ڈالی انہوں نے۔</w:t>
      </w:r>
    </w:p>
    <w:p>
      <w:r>
        <w:rPr>
          <w:b/>
        </w:rPr>
        <w:t xml:space="preserve">[46:34] </w:t>
      </w:r>
      <w:r>
        <w:t>lekin dawat ki planning ke liye to mohabbat chahiye.</w:t>
      </w:r>
    </w:p>
    <w:p>
      <w:pPr>
        <w:jc w:val="right"/>
      </w:pPr>
      <w:r>
        <w:t>لیکن دعوت کی پلاننگ کے لیے تو محبت چاہیے۔</w:t>
      </w:r>
    </w:p>
    <w:p>
      <w:r>
        <w:rPr>
          <w:b/>
        </w:rPr>
        <w:t xml:space="preserve">[46:38] </w:t>
      </w:r>
      <w:r>
        <w:t>insan se mohabbat, insan se khair khwahi, woh thi hi nahin, maujood nahin thi.</w:t>
      </w:r>
    </w:p>
    <w:p>
      <w:pPr>
        <w:jc w:val="right"/>
      </w:pPr>
      <w:r>
        <w:t>انسان سے محبت، انسان سے خیر خواہی، وہ تھی ہی نہیں، موجود نہیں تھی۔</w:t>
      </w:r>
    </w:p>
    <w:p>
      <w:r>
        <w:rPr>
          <w:b/>
        </w:rPr>
        <w:t xml:space="preserve">[46:44] </w:t>
      </w:r>
      <w:r>
        <w:t>ek kitna bada nuqsan hai, aap ghaur kijiye.</w:t>
      </w:r>
    </w:p>
    <w:p>
      <w:pPr>
        <w:jc w:val="right"/>
      </w:pPr>
      <w:r>
        <w:t>ایک کتنا بڑا نقصان ہے، آپ غور کیجئے۔</w:t>
      </w:r>
    </w:p>
    <w:p>
      <w:r>
        <w:rPr>
          <w:b/>
        </w:rPr>
        <w:t xml:space="preserve">[46:47] </w:t>
      </w:r>
      <w:r>
        <w:t>hamara jo poori duniya mein ek ek jamaat kaam kar rahi hai, jis ko kehte hain ke yeh</w:t>
      </w:r>
    </w:p>
    <w:p>
      <w:pPr>
        <w:jc w:val="right"/>
      </w:pPr>
      <w:r>
        <w:t>ہمارا جو پوری دنیا میں ایک ایک جماعت کام کر رہی ہے، جس کو کہتے ہیں کہ یہ</w:t>
      </w:r>
    </w:p>
    <w:p>
      <w:r>
        <w:rPr>
          <w:b/>
        </w:rPr>
        <w:t xml:space="preserve">[46:55] </w:t>
      </w:r>
      <w:r>
        <w:t>samajhte hain ke sab se badi jamaat hai poori Muslim duniya mein, to us ke usoolon mein ikraam</w:t>
      </w:r>
    </w:p>
    <w:p>
      <w:pPr>
        <w:jc w:val="right"/>
      </w:pPr>
      <w:r>
        <w:t>سمجھتے ہیں کہ سب سے بڑی جماعت ہے پوری مسلم دنیا میں، تو اس کے اصولوں میں اکرام</w:t>
      </w:r>
    </w:p>
    <w:p>
      <w:r>
        <w:rPr>
          <w:b/>
        </w:rPr>
        <w:t xml:space="preserve">[47:03] </w:t>
      </w:r>
      <w:r>
        <w:t>muslim likha hua hai, ikraam insan nahin likha hua hai.</w:t>
      </w:r>
    </w:p>
    <w:p>
      <w:pPr>
        <w:jc w:val="right"/>
      </w:pPr>
      <w:r>
        <w:t>مسلم لکھا ہوا ہے، اکرام انسان نہیں لکھا ہوا ہے۔</w:t>
      </w:r>
    </w:p>
    <w:p>
      <w:r>
        <w:rPr>
          <w:b/>
        </w:rPr>
        <w:t xml:space="preserve">[47:07] </w:t>
      </w:r>
      <w:r>
        <w:t>yaani ikraam insan hadaf hai, unhein ikraam muslim ka pata hai sirf.</w:t>
      </w:r>
    </w:p>
    <w:p>
      <w:pPr>
        <w:jc w:val="right"/>
      </w:pPr>
      <w:r>
        <w:t>یعنی اکرام انسان ہدف ہے، انہیں اکرام مسلم کا پتہ ہے صرف۔</w:t>
      </w:r>
    </w:p>
    <w:p>
      <w:r>
        <w:rPr>
          <w:b/>
        </w:rPr>
        <w:t xml:space="preserve">[47:12] </w:t>
      </w:r>
      <w:r>
        <w:t>aur yeh sab se badi jamaat ka haal hai.</w:t>
      </w:r>
    </w:p>
    <w:p>
      <w:pPr>
        <w:jc w:val="right"/>
      </w:pPr>
      <w:r>
        <w:t>اور یہ سب سے بڑی جماعت کا حال ہے۔</w:t>
      </w:r>
    </w:p>
    <w:p>
      <w:r>
        <w:rPr>
          <w:b/>
        </w:rPr>
        <w:t xml:space="preserve">[47:16] </w:t>
      </w:r>
      <w:r>
        <w:t>yeh to yeh dil mein nafrat thi, to unhone nafrat ke tehat unhone planning kar dali.</w:t>
      </w:r>
    </w:p>
    <w:p>
      <w:pPr>
        <w:jc w:val="right"/>
      </w:pPr>
      <w:r>
        <w:t>یہ تو یہ دل میں نفرت تھی، تو انہوں نے نفرت کے تحت انہوں نے پلاننگ کر ڈالی۔</w:t>
      </w:r>
    </w:p>
    <w:p>
      <w:r>
        <w:rPr>
          <w:b/>
        </w:rPr>
        <w:t xml:space="preserve">[47:24] </w:t>
      </w:r>
      <w:r>
        <w:t>aur daawa work ke planning ke liye to mohabbat chahiye.</w:t>
      </w:r>
    </w:p>
    <w:p>
      <w:pPr>
        <w:jc w:val="right"/>
      </w:pPr>
      <w:r>
        <w:t>اور دعویٰ ورک کے پلاننگ کے لیے تو محبت چاہیے۔</w:t>
      </w:r>
    </w:p>
    <w:p>
      <w:r>
        <w:rPr>
          <w:b/>
        </w:rPr>
        <w:t xml:space="preserve">[47:28] </w:t>
      </w:r>
      <w:r>
        <w:t>mohabbat sare insanon se, mohabbat sare insanon se, pyar sare insanon se, khair khwahi, woh thi hi nahin.</w:t>
      </w:r>
    </w:p>
    <w:p>
      <w:pPr>
        <w:jc w:val="right"/>
      </w:pPr>
      <w:r>
        <w:t>محبت سارے انسانوں سے، محبت سارے انسانوں سے، پیار سارے انسانوں سے، خیر خواہی، وہ تھی ہی نہیں۔</w:t>
      </w:r>
    </w:p>
    <w:p>
      <w:r>
        <w:rPr>
          <w:b/>
        </w:rPr>
        <w:t xml:space="preserve">[47:36] </w:t>
      </w:r>
      <w:r>
        <w:t>jab thi nahin to planning kaise karenge? woh main abhi gaya tha saiprus, to mere do saathi</w:t>
      </w:r>
    </w:p>
    <w:p>
      <w:pPr>
        <w:jc w:val="right"/>
      </w:pPr>
      <w:r>
        <w:t>جب تھی نہیں تو پلاننگ کیسے کریں گے؟ وہ میں ابھی گیا تھا سائپرس، تو میرے دو ساتھی</w:t>
      </w:r>
    </w:p>
    <w:p>
      <w:r>
        <w:rPr>
          <w:b/>
        </w:rPr>
        <w:t xml:space="preserve">[47:43] </w:t>
      </w:r>
      <w:r>
        <w:t>bhi wahan gaye thay.</w:t>
      </w:r>
    </w:p>
    <w:p>
      <w:pPr>
        <w:jc w:val="right"/>
      </w:pPr>
      <w:r>
        <w:t>بھی وہاں گئے تھے۔</w:t>
      </w:r>
    </w:p>
    <w:p>
      <w:r>
        <w:rPr>
          <w:b/>
        </w:rPr>
        <w:t xml:space="preserve">[47:45] </w:t>
      </w:r>
      <w:r>
        <w:t>to yeh log uth bundalon mein kitaben bhar kar le gaye thay wahan par, un ko distribute karne</w:t>
      </w:r>
    </w:p>
    <w:p>
      <w:pPr>
        <w:jc w:val="right"/>
      </w:pPr>
      <w:r>
        <w:t>تو یہ لوگ اٹھ بنڈلوں میں کتابیں بھر کر لے گئے تھے وہاں پر، ان کو ڈسٹریبیوٹ کرنے</w:t>
      </w:r>
    </w:p>
    <w:p>
      <w:r>
        <w:rPr>
          <w:b/>
        </w:rPr>
        <w:t xml:space="preserve">[47:53] </w:t>
      </w:r>
      <w:r>
        <w:t>ke liye.</w:t>
      </w:r>
    </w:p>
    <w:p>
      <w:pPr>
        <w:jc w:val="right"/>
      </w:pPr>
      <w:r>
        <w:t>کے لیے۔</w:t>
      </w:r>
    </w:p>
    <w:p>
      <w:r>
        <w:rPr>
          <w:b/>
        </w:rPr>
        <w:t xml:space="preserve">[47:54] </w:t>
      </w:r>
      <w:r>
        <w:t>wahan par to main ne dekha ke deewana war woh kitaben logon ko de rahe thay.</w:t>
      </w:r>
    </w:p>
    <w:p>
      <w:pPr>
        <w:jc w:val="right"/>
      </w:pPr>
      <w:r>
        <w:t>وہاں پر تو میں نے دیکھا کہ دیوانہ وار وہ کتابیں لوگوں کو دے رہے تھے۔</w:t>
      </w:r>
    </w:p>
    <w:p>
      <w:r>
        <w:rPr>
          <w:b/>
        </w:rPr>
        <w:t xml:space="preserve">[48:01] </w:t>
      </w:r>
      <w:r>
        <w:t>teen din tak woh deewane bane rahe isi ke liye, raat din isi ki planning karna, isi ke</w:t>
      </w:r>
    </w:p>
    <w:p>
      <w:pPr>
        <w:jc w:val="right"/>
      </w:pPr>
      <w:r>
        <w:t>تین دن تک وہ دیوانے بنے رہے اسی کے لیے، رات دن اسی کی پلاننگ کرنا، اسی کے</w:t>
      </w:r>
    </w:p>
    <w:p>
      <w:r>
        <w:rPr>
          <w:b/>
        </w:rPr>
        <w:t xml:space="preserve">[48:09] </w:t>
      </w:r>
      <w:r>
        <w:t>liye sochna.</w:t>
      </w:r>
    </w:p>
    <w:p>
      <w:pPr>
        <w:jc w:val="right"/>
      </w:pPr>
      <w:r>
        <w:t>لیے سوچنا۔</w:t>
      </w:r>
    </w:p>
    <w:p>
      <w:r>
        <w:rPr>
          <w:b/>
        </w:rPr>
        <w:t xml:space="preserve">[48:10] </w:t>
      </w:r>
      <w:r>
        <w:t>to kyun un ke dil mein aik aik bhara hua tha ke yeh yeh insaan jo yahan ikhatta</w:t>
      </w:r>
    </w:p>
    <w:p>
      <w:pPr>
        <w:jc w:val="right"/>
      </w:pPr>
      <w:r>
        <w:t>تو کیوں ان کے دل میں ایک ایک بھرا ہوا تھا کہ یہ یہ انسان جو یہاں اکٹھا</w:t>
      </w:r>
    </w:p>
    <w:p>
      <w:r>
        <w:rPr>
          <w:b/>
        </w:rPr>
        <w:t xml:space="preserve">[48:18] </w:t>
      </w:r>
      <w:r>
        <w:t>hue hain, woh kisi tareeqe se jahannum se bach jayen aur jannat mein unhein dakhla mile? yeh tha</w:t>
      </w:r>
    </w:p>
    <w:p>
      <w:pPr>
        <w:jc w:val="right"/>
      </w:pPr>
      <w:r>
        <w:t>ہوئے ہیں، وہ کسی طریقے سے جہنم سے بچ جائیں اور جنت میں انہیں داخلہ ملے؟ یہ تھا</w:t>
      </w:r>
    </w:p>
    <w:p>
      <w:r>
        <w:rPr>
          <w:b/>
        </w:rPr>
        <w:t xml:space="preserve">[48:26] </w:t>
      </w:r>
      <w:r>
        <w:t>un ka motivation, yeh tha un ka incentive.</w:t>
      </w:r>
    </w:p>
    <w:p>
      <w:pPr>
        <w:jc w:val="right"/>
      </w:pPr>
      <w:r>
        <w:t>ان کا موٹیویشن، یہ تھا ان کا انسنٹیو۔</w:t>
      </w:r>
    </w:p>
    <w:p>
      <w:r>
        <w:rPr>
          <w:b/>
        </w:rPr>
        <w:t xml:space="preserve">[48:29] </w:t>
      </w:r>
      <w:r>
        <w:t>lekin yeh jo phaili hui hai musalmanon ki dunya, aik billion se ziyada, un mein yeh motivation hi</w:t>
      </w:r>
    </w:p>
    <w:p>
      <w:pPr>
        <w:jc w:val="right"/>
      </w:pPr>
      <w:r>
        <w:t>لیکن یہ جو پھیلی ہوئی ہے مسلمانوں کی دنیا، ایک بلین سے زیادہ، ان میں یہ موٹیویشن ہی</w:t>
      </w:r>
    </w:p>
    <w:p>
      <w:r>
        <w:rPr>
          <w:b/>
        </w:rPr>
        <w:t xml:space="preserve">[48:37] </w:t>
      </w:r>
      <w:r>
        <w:t>nahin hai, yeh incentive hi nahin hai.</w:t>
      </w:r>
    </w:p>
    <w:p>
      <w:pPr>
        <w:jc w:val="right"/>
      </w:pPr>
      <w:r>
        <w:t>نہیں ہے، یہ انسنٹیو ہی نہیں ہے۔</w:t>
      </w:r>
    </w:p>
    <w:p>
      <w:r>
        <w:rPr>
          <w:b/>
        </w:rPr>
        <w:t xml:space="preserve">[48:40] </w:t>
      </w:r>
      <w:r>
        <w:t>kyun ke insaan se mohabbat karna woh jante hi nahin.</w:t>
      </w:r>
    </w:p>
    <w:p>
      <w:pPr>
        <w:jc w:val="right"/>
      </w:pPr>
      <w:r>
        <w:t>کیونکہ انسان سے محبت کرنا وہ جانتے ہی نہیں۔</w:t>
      </w:r>
    </w:p>
    <w:p>
      <w:r>
        <w:rPr>
          <w:b/>
        </w:rPr>
        <w:t xml:space="preserve">[48:44] </w:t>
      </w:r>
      <w:r>
        <w:t>unhein sirf aik hi baat hai maloom ke insaan qabil e nafrat hai, kyun ke woh user par hai, woh</w:t>
      </w:r>
    </w:p>
    <w:p>
      <w:pPr>
        <w:jc w:val="right"/>
      </w:pPr>
      <w:r>
        <w:t>انہیں صرف ایک ہی بات ہے معلوم کہ انسان قابل نفرت ہے، کیونکہ وہ یوزر پر ہے، وہ</w:t>
      </w:r>
    </w:p>
    <w:p>
      <w:r>
        <w:rPr>
          <w:b/>
        </w:rPr>
        <w:t xml:space="preserve">[48:52] </w:t>
      </w:r>
      <w:r>
        <w:t>sazishi hai, woh conspiracy karta hai, woh hamare khilaf zulm kar rakha hai, is ne hamare land par</w:t>
      </w:r>
    </w:p>
    <w:p>
      <w:pPr>
        <w:jc w:val="right"/>
      </w:pPr>
      <w:r>
        <w:t>سازشی ہے، وہ کانسپریسی کرتا ہے، وہ ہمارے خلاف ظلم کر رکھا ہے، اس نے ہمارے لینڈ پر</w:t>
      </w:r>
    </w:p>
    <w:p>
      <w:r>
        <w:rPr>
          <w:b/>
        </w:rPr>
        <w:t xml:space="preserve">[48:59] </w:t>
      </w:r>
      <w:r>
        <w:t>qabza kar liya hai, hamare empire ko khatam kar diya hai.</w:t>
      </w:r>
    </w:p>
    <w:p>
      <w:pPr>
        <w:jc w:val="right"/>
      </w:pPr>
      <w:r>
        <w:t>قبضہ کر لیا ہے، ہمارے ایمپائر کو ختم کر دیا ہے۔</w:t>
      </w:r>
    </w:p>
    <w:p>
      <w:r>
        <w:rPr>
          <w:b/>
        </w:rPr>
        <w:t xml:space="preserve">[49:04] </w:t>
      </w:r>
      <w:r>
        <w:t>to chunke andar nafrat bhari hui hai, to negative planning unhon ne khoob khoob kar dali.</w:t>
      </w:r>
    </w:p>
    <w:p>
      <w:pPr>
        <w:jc w:val="right"/>
      </w:pPr>
      <w:r>
        <w:t>تو چونکہ اندر نفرت بھری ہوئی ہے، تو نیگیٹیو پلاننگ انہوں نے خوب خوب کر ڈالی۔</w:t>
      </w:r>
    </w:p>
    <w:p>
      <w:r>
        <w:rPr>
          <w:b/>
        </w:rPr>
        <w:t xml:space="preserve">[49:11] </w:t>
      </w:r>
      <w:r>
        <w:t>aur mohabbat nahin hai, to is ke liye planning nahin kar sake, woh fail ho gaye wahan par.</w:t>
      </w:r>
    </w:p>
    <w:p>
      <w:pPr>
        <w:jc w:val="right"/>
      </w:pPr>
      <w:r>
        <w:t>اور محبت نہیں ہے، تو اس کے لیے پلاننگ نہیں کر سکے، وہ فیل ہو گئے وہاں پر۔</w:t>
      </w:r>
    </w:p>
    <w:p>
      <w:r>
        <w:rPr>
          <w:b/>
        </w:rPr>
        <w:t xml:space="preserve">[49:19] </w:t>
      </w:r>
      <w:r>
        <w:t>yeh hai masla, yani here is the starting point.</w:t>
      </w:r>
    </w:p>
    <w:p>
      <w:pPr>
        <w:jc w:val="right"/>
      </w:pPr>
      <w:r>
        <w:t>یہ ہے مسئلہ، یعنی ہیر از دا سٹارٹنگ پوائنٹ۔</w:t>
      </w:r>
    </w:p>
    <w:p>
      <w:r>
        <w:rPr>
          <w:b/>
        </w:rPr>
        <w:t xml:space="preserve">[49:22] </w:t>
      </w:r>
      <w:r>
        <w:t>jo log bari bari taqreeren kar ke samajhte hain ke koi kaam ho kar rahe hain, woh kuch</w:t>
      </w:r>
    </w:p>
    <w:p>
      <w:pPr>
        <w:jc w:val="right"/>
      </w:pPr>
      <w:r>
        <w:t>جو لوگ بڑی بڑی تقریریں کر کے سمجھتے ہیں کہ کوئی کام ہو کر رہے ہیں، وہ کچھ</w:t>
      </w:r>
    </w:p>
    <w:p>
      <w:r>
        <w:rPr>
          <w:b/>
        </w:rPr>
        <w:t xml:space="preserve">[49:30] </w:t>
      </w:r>
      <w:r>
        <w:t>bhi nahin kaam hai.</w:t>
      </w:r>
    </w:p>
    <w:p>
      <w:pPr>
        <w:jc w:val="right"/>
      </w:pPr>
      <w:r>
        <w:t>بھی نہیں کام ہے۔</w:t>
      </w:r>
    </w:p>
    <w:p>
      <w:r>
        <w:rPr>
          <w:b/>
        </w:rPr>
        <w:t xml:space="preserve">[49:32] </w:t>
      </w:r>
      <w:r>
        <w:t>وہ کام یہ ہے، کام شروع ہوتا ہے، یعنی mind کو پھر سے mind کی re-mind کی</w:t>
      </w:r>
    </w:p>
    <w:p>
      <w:pPr>
        <w:jc w:val="right"/>
      </w:pPr>
      <w:r>
        <w:t>وہ کام یہ ہے، کام شروع ہوتا ہے، یعنی مائنڈ کو پھر سے مائنڈ کی ری مائنڈ کی</w:t>
      </w:r>
    </w:p>
    <w:p>
      <w:r>
        <w:rPr>
          <w:b/>
        </w:rPr>
        <w:t xml:space="preserve">[49:40] </w:t>
      </w:r>
      <w:r>
        <w:t>re engineering se kaam shuru hota hai.</w:t>
      </w:r>
    </w:p>
    <w:p>
      <w:pPr>
        <w:jc w:val="right"/>
      </w:pPr>
      <w:r>
        <w:t>ری انجینئرنگ سے کام شروع ہوتا ہے۔</w:t>
      </w:r>
    </w:p>
    <w:p>
      <w:r>
        <w:rPr>
          <w:b/>
        </w:rPr>
        <w:t xml:space="preserve">[49:43] </w:t>
      </w:r>
      <w:r>
        <w:t>ke jahan jahan nafrat hai, wahan mohabbat dalna, jahan negative thinking hai, wahan positive thinking dalna.</w:t>
      </w:r>
    </w:p>
    <w:p>
      <w:pPr>
        <w:jc w:val="right"/>
      </w:pPr>
      <w:r>
        <w:t>کہ جہاں جہاں نفرت ہے، وہاں محبت ڈالنا، جہاں نیگیٹیو تھنکنگ ہے، وہاں پازیٹیو تھنکنگ ڈالنا۔</w:t>
      </w:r>
    </w:p>
    <w:p>
      <w:r>
        <w:rPr>
          <w:b/>
        </w:rPr>
        <w:t xml:space="preserve">[49:49] </w:t>
      </w:r>
      <w:r>
        <w:t>jo log manfi soch mein jo rahe hain, jo log manfi soch mein jee rahe hain, un ko</w:t>
      </w:r>
    </w:p>
    <w:p>
      <w:pPr>
        <w:jc w:val="right"/>
      </w:pPr>
      <w:r>
        <w:t>جو لوگ منفی سوچ میں جو رہے ہیں، جو لوگ منفی سوچ میں جی رہے ہیں، ان کو</w:t>
      </w:r>
    </w:p>
    <w:p>
      <w:r>
        <w:rPr>
          <w:b/>
        </w:rPr>
        <w:t xml:space="preserve">[49:57] </w:t>
      </w:r>
      <w:r>
        <w:t>musbat soch par le aana.</w:t>
      </w:r>
    </w:p>
    <w:p>
      <w:pPr>
        <w:jc w:val="right"/>
      </w:pPr>
      <w:r>
        <w:t>مثبت سوچ پر لے آنا۔</w:t>
      </w:r>
    </w:p>
    <w:p>
      <w:r>
        <w:rPr>
          <w:b/>
        </w:rPr>
        <w:t xml:space="preserve">[49:59] </w:t>
      </w:r>
      <w:r>
        <w:t>jab tak yeh nahi hoga, kuch hone wala nahi hai.</w:t>
      </w:r>
    </w:p>
    <w:p>
      <w:pPr>
        <w:jc w:val="right"/>
      </w:pPr>
      <w:r>
        <w:t>جب تک یہ نہیں ہوگا، کچھ ہونے والا نہیں ہے۔</w:t>
      </w:r>
    </w:p>
    <w:p>
      <w:r>
        <w:rPr>
          <w:b/>
        </w:rPr>
        <w:t xml:space="preserve">[50:04] </w:t>
      </w:r>
      <w:r>
        <w:t>log suicide bombing karte rahenge, doosron ko maar kar ke khud marte rahenge.</w:t>
      </w:r>
    </w:p>
    <w:p>
      <w:pPr>
        <w:jc w:val="right"/>
      </w:pPr>
      <w:r>
        <w:t>لوگ سوسائیڈ بمبنگ کرتے رہیں گے، دوسروں کو مار کر کے خود مرتے رہیں گے۔</w:t>
      </w:r>
    </w:p>
    <w:p>
      <w:r>
        <w:rPr>
          <w:b/>
        </w:rPr>
        <w:t xml:space="preserve">[50:10] </w:t>
      </w:r>
      <w:r>
        <w:t>abhi dekhen, kal parson ek student ne bataya ke woh Jamia Millia mein Islamic Islamic department mein parhte</w:t>
      </w:r>
    </w:p>
    <w:p>
      <w:pPr>
        <w:jc w:val="right"/>
      </w:pPr>
      <w:r>
        <w:t>ابھی دیکھیں، کل پرسوں ایک اسٹوڈنٹ نے بتایا کہ وہ جامعہ ملیہ میں اسلامک اسلامک ڈیپارٹمنٹ میں پڑھتے</w:t>
      </w:r>
    </w:p>
    <w:p>
      <w:r>
        <w:rPr>
          <w:b/>
        </w:rPr>
        <w:t xml:space="preserve">[50:18] </w:t>
      </w:r>
      <w:r>
        <w:t>hain, woh Islami department ke student hain.</w:t>
      </w:r>
    </w:p>
    <w:p>
      <w:pPr>
        <w:jc w:val="right"/>
      </w:pPr>
      <w:r>
        <w:t>ہیں، وہ اسلامی ڈیپارٹمنٹ کے اسٹوڈنٹ ہیں۔</w:t>
      </w:r>
    </w:p>
    <w:p>
      <w:r>
        <w:rPr>
          <w:b/>
        </w:rPr>
        <w:t xml:space="preserve">[50:21] </w:t>
      </w:r>
      <w:r>
        <w:t>woh abhi ki baat hai, yeh to woh ek doctor ke haan gaye, kuch unko consult karna</w:t>
      </w:r>
    </w:p>
    <w:p>
      <w:pPr>
        <w:jc w:val="right"/>
      </w:pPr>
      <w:r>
        <w:t>وہ ابھی کی بات ہے، یہ تو وہ ایک ڈاکٹر کے ہاں گئے، کچھ ان کو کنسلٹ کرنا</w:t>
      </w:r>
    </w:p>
    <w:p>
      <w:r>
        <w:rPr>
          <w:b/>
        </w:rPr>
        <w:t xml:space="preserve">[50:28]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[50:30] </w:t>
      </w:r>
      <w:r>
        <w:t>to woh doctor jo tha, woh non muslim doctor tha.</w:t>
      </w:r>
    </w:p>
    <w:p>
      <w:pPr>
        <w:jc w:val="right"/>
      </w:pPr>
      <w:r>
        <w:t>تو وہ ڈاکٹر جو تھا، وہ نان مسلم ڈاکٹر تھا۔</w:t>
      </w:r>
    </w:p>
    <w:p>
      <w:r>
        <w:rPr>
          <w:b/>
        </w:rPr>
        <w:t xml:space="preserve">[50:34] </w:t>
      </w:r>
      <w:r>
        <w:t>to us ne poocha ke tum kya parh rahe ho? naujawan ko dekh kar unhon ne kaha ke</w:t>
      </w:r>
    </w:p>
    <w:p>
      <w:pPr>
        <w:jc w:val="right"/>
      </w:pPr>
      <w:r>
        <w:t>تو اس نے پوچھا کہ تم کیا پڑھ رہے ہو؟ نوجوان کو دیکھ کر انہوں نے کہا کہ</w:t>
      </w:r>
    </w:p>
    <w:p>
      <w:r>
        <w:rPr>
          <w:b/>
        </w:rPr>
        <w:t xml:space="preserve">[50:42] </w:t>
      </w:r>
      <w:r>
        <w:t>mein Jamia Millia mein Islamic studies mein parh raha hoon.</w:t>
      </w:r>
    </w:p>
    <w:p>
      <w:pPr>
        <w:jc w:val="right"/>
      </w:pPr>
      <w:r>
        <w:t>میں جامعہ ملیہ میں اسلامک اسٹڈیز میں پڑھ رہا ہوں۔</w:t>
      </w:r>
    </w:p>
    <w:p>
      <w:r>
        <w:rPr>
          <w:b/>
        </w:rPr>
        <w:t xml:space="preserve">[50:46] </w:t>
      </w:r>
      <w:r>
        <w:t>to phone kiya kehta hai? woh batao, Islam parh ke kya karoge? yahi to banoge jo</w:t>
      </w:r>
    </w:p>
    <w:p>
      <w:pPr>
        <w:jc w:val="right"/>
      </w:pPr>
      <w:r>
        <w:t>تو فون کیا کہتا ہے؟ وہ بتاؤ، اسلام پڑھ کے کیا کرو گے؟ یہی تو بنو گے جو</w:t>
      </w:r>
    </w:p>
    <w:p>
      <w:r>
        <w:rPr>
          <w:b/>
        </w:rPr>
        <w:t xml:space="preserve">[50:54] </w:t>
      </w:r>
      <w:r>
        <w:t>Bombay mein ho raha hai, bomb maroge idhar udhar.</w:t>
      </w:r>
    </w:p>
    <w:p>
      <w:pPr>
        <w:jc w:val="right"/>
      </w:pPr>
      <w:r>
        <w:t>بمبے میں ہو رہا ہے، بم مارو گے ادھر ادھر۔</w:t>
      </w:r>
    </w:p>
    <w:p>
      <w:r>
        <w:rPr>
          <w:b/>
        </w:rPr>
        <w:t xml:space="preserve">[50:58] </w:t>
      </w:r>
      <w:r>
        <w:t>yani woh doctor keh raha hai ke Islam parh kar kya karoge? wohi to karoge jo</w:t>
      </w:r>
    </w:p>
    <w:p>
      <w:pPr>
        <w:jc w:val="right"/>
      </w:pPr>
      <w:r>
        <w:t>یعنی وہ ڈاکٹر کہہ رہا ہے کہ اسلام پڑھ کر کیا کرو گے؟ وہی تو کرو گے جو</w:t>
      </w:r>
    </w:p>
    <w:p>
      <w:r>
        <w:rPr>
          <w:b/>
        </w:rPr>
        <w:t xml:space="preserve">[51:06] </w:t>
      </w:r>
      <w:r>
        <w:t>parh parh ke kar rahe hain log Bombay mein, khud mar rahe hain, doosron ko maar rahe hain.</w:t>
      </w:r>
    </w:p>
    <w:p>
      <w:pPr>
        <w:jc w:val="right"/>
      </w:pPr>
      <w:r>
        <w:t>پڑھ پڑھ کے کر رہے ہیں لوگ بمبے میں، خود مر رہے ہیں، دوسروں کو مار رہے ہیں۔</w:t>
      </w:r>
    </w:p>
    <w:p>
      <w:r>
        <w:rPr>
          <w:b/>
        </w:rPr>
        <w:t xml:space="preserve">[51:14] </w:t>
      </w:r>
      <w:r>
        <w:t>to condition hi itni barhi hui hai, itni barhi hui hai ke log jante hi nahi ke Islam</w:t>
      </w:r>
    </w:p>
    <w:p>
      <w:pPr>
        <w:jc w:val="right"/>
      </w:pPr>
      <w:r>
        <w:t>تو کنڈیشن ہی اتنی بڑی ہوئی ہے، اتنی بڑی ہوئی ہے کہ لوگ جانتے ہی نہیں کہ اسلام</w:t>
      </w:r>
    </w:p>
    <w:p>
      <w:r>
        <w:rPr>
          <w:b/>
        </w:rPr>
        <w:t xml:space="preserve">[51:21] </w:t>
      </w:r>
      <w:r>
        <w:t>jo hai, woh aman ka mazhab hai.</w:t>
      </w:r>
    </w:p>
    <w:p>
      <w:pPr>
        <w:jc w:val="right"/>
      </w:pPr>
      <w:r>
        <w:t>جو ہے، وہ امن کا مذہب ہے۔</w:t>
      </w:r>
    </w:p>
    <w:p>
      <w:r>
        <w:rPr>
          <w:b/>
        </w:rPr>
        <w:t xml:space="preserve">[51:24] </w:t>
      </w:r>
      <w:r>
        <w:t>woh samajhte hain ke Islam to hate sikhata hai, intolerance sikhata hai, violence sikhata hai, insanon se nafrat</w:t>
      </w:r>
    </w:p>
    <w:p>
      <w:pPr>
        <w:jc w:val="right"/>
      </w:pPr>
      <w:r>
        <w:t>وہ سمجھتے ہیں کہ اسلام تو ہیٹ سکھاتا ہے، انٹولرنس سکھاتا ہے، وائیلنس سکھاتا ہے، انسانوں سے نفرت</w:t>
      </w:r>
    </w:p>
    <w:p>
      <w:r>
        <w:rPr>
          <w:b/>
        </w:rPr>
        <w:t xml:space="preserve">[51:32] </w:t>
      </w:r>
      <w:r>
        <w:t>karna sikhata hai.</w:t>
      </w:r>
    </w:p>
    <w:p>
      <w:pPr>
        <w:jc w:val="right"/>
      </w:pPr>
      <w:r>
        <w:t>کرنا سکھاتا ہے۔</w:t>
      </w:r>
    </w:p>
    <w:p>
      <w:r>
        <w:rPr>
          <w:b/>
        </w:rPr>
        <w:t xml:space="preserve">[51:34] </w:t>
      </w:r>
      <w:r>
        <w:t>is ki zimmedari kis par hai? log zimmedari dalte hain media par.</w:t>
      </w:r>
    </w:p>
    <w:p>
      <w:pPr>
        <w:jc w:val="right"/>
      </w:pPr>
      <w:r>
        <w:t>اس کی ذمہ داری کس پر ہے؟ لوگ ذمہ داری ڈالتے ہیں میڈیا پر۔</w:t>
      </w:r>
    </w:p>
    <w:p>
      <w:r>
        <w:rPr>
          <w:b/>
        </w:rPr>
        <w:t xml:space="preserve">[51:40] </w:t>
      </w:r>
      <w:r>
        <w:t>nahi, is ki zimmedari musalmanon par hai.</w:t>
      </w:r>
    </w:p>
    <w:p>
      <w:pPr>
        <w:jc w:val="right"/>
      </w:pPr>
      <w:r>
        <w:t>نہیں، اس کی ذمہ داری مسلمانوں پر ہے۔</w:t>
      </w:r>
    </w:p>
    <w:p>
      <w:r>
        <w:rPr>
          <w:b/>
        </w:rPr>
        <w:t xml:space="preserve">[51:43] </w:t>
      </w:r>
      <w:r>
        <w:t>musalman woh news kyun create karte hain jo media mein aaye, phir logon ko bataye ke musalman jo</w:t>
      </w:r>
    </w:p>
    <w:p>
      <w:pPr>
        <w:jc w:val="right"/>
      </w:pPr>
      <w:r>
        <w:t>مسلمان وہ نیوز کیوں کریٹ کرتے ہیں جو میڈیا میں آئے، پھر لوگوں کو بتائے کہ مسلمان جو</w:t>
      </w:r>
    </w:p>
    <w:p>
      <w:r>
        <w:rPr>
          <w:b/>
        </w:rPr>
        <w:t xml:space="preserve">[51:51] </w:t>
      </w:r>
      <w:r>
        <w:t>hai, Islam jo hai, nafrat ka mazhab hai? direct taur par musalman is ke responsible hain ke is</w:t>
      </w:r>
    </w:p>
    <w:p>
      <w:pPr>
        <w:jc w:val="right"/>
      </w:pPr>
      <w:r>
        <w:t>ہے، اسلام جو ہے، نفرت کا مذہب ہے؟ ڈائریکٹ طور پر مسلمان اس کے ریسپانسبل ہیں کہ اس</w:t>
      </w:r>
    </w:p>
    <w:p>
      <w:r>
        <w:rPr>
          <w:b/>
        </w:rPr>
        <w:t xml:space="preserve">[51:58] </w:t>
      </w:r>
      <w:r>
        <w:t>tarah ki image Islam ki ban rahi hai is zamane mein.</w:t>
      </w:r>
    </w:p>
    <w:p>
      <w:pPr>
        <w:jc w:val="right"/>
      </w:pPr>
      <w:r>
        <w:t>طرح کی امیج اسلام کی بن رہی ہے اس زمانے میں۔</w:t>
      </w:r>
    </w:p>
    <w:p>
      <w:r>
        <w:rPr>
          <w:b/>
        </w:rPr>
        <w:t xml:space="preserve">[52:03] </w:t>
      </w:r>
      <w:r>
        <w:t>yeh sab baatein mein is liye keh raha hoon ke aap samjhen ke aap ka kitna zyada bari</w:t>
      </w:r>
    </w:p>
    <w:p>
      <w:pPr>
        <w:jc w:val="right"/>
      </w:pPr>
      <w:r>
        <w:t>یہ سب باتیں میں اس لیے کہہ رہا ہوں کہ آپ سمجھیں کہ آپ کا کتنا زیادہ بڑی</w:t>
      </w:r>
    </w:p>
    <w:p>
      <w:r>
        <w:rPr>
          <w:b/>
        </w:rPr>
        <w:t xml:space="preserve">[52:11] </w:t>
      </w:r>
      <w:r>
        <w:t>responsibility aap ki hai.</w:t>
      </w:r>
    </w:p>
    <w:p>
      <w:pPr>
        <w:jc w:val="right"/>
      </w:pPr>
      <w:r>
        <w:t>ریسپانسبیلٹی آپ کی ہے۔</w:t>
      </w:r>
    </w:p>
    <w:p>
      <w:r>
        <w:rPr>
          <w:b/>
        </w:rPr>
        <w:t xml:space="preserve">[52:13] </w:t>
      </w:r>
      <w:r>
        <w:t>aap ko is ka moqa nahi hai ke aap kisi aur kaam mein apna time lagaein.</w:t>
      </w:r>
    </w:p>
    <w:p>
      <w:pPr>
        <w:jc w:val="right"/>
      </w:pPr>
      <w:r>
        <w:t>آپ کو اس کا موقع نہیں ہے کہ آپ کسی اور کام میں اپنا ٹائم لگائیں۔</w:t>
      </w:r>
    </w:p>
    <w:p>
      <w:r>
        <w:rPr>
          <w:b/>
        </w:rPr>
        <w:t xml:space="preserve">[52:19] </w:t>
      </w:r>
      <w:r>
        <w:t>kisi kisi aur kaam mein time lagane ke liye hamare paas waqt nahi hai, hamare paas waqt nahi</w:t>
      </w:r>
    </w:p>
    <w:p>
      <w:pPr>
        <w:jc w:val="right"/>
      </w:pPr>
      <w:r>
        <w:t>کسی کسی اور کام میں ٹائم لگانے کے لیے ہمارے پاس وقت نہیں ہے، ہمارے پاس وقت نہیں</w:t>
      </w:r>
    </w:p>
    <w:p>
      <w:r>
        <w:rPr>
          <w:b/>
        </w:rPr>
        <w:t xml:space="preserve">[52:27]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[52:29] </w:t>
      </w:r>
      <w:r>
        <w:t>aaj kal dekhein, ek hadith mein ek hadith mein aaya hai ke ke aakhri zamane mein, yaani qayamat</w:t>
      </w:r>
    </w:p>
    <w:p>
      <w:pPr>
        <w:jc w:val="right"/>
      </w:pPr>
      <w:r>
        <w:t>آج کل دیکھیں، ایک حدیث میں ایک حدیث میں آیا ہے کہ کہ آخری زمانے میں، یعنی قیامت</w:t>
      </w:r>
    </w:p>
    <w:p>
      <w:r>
        <w:rPr>
          <w:b/>
        </w:rPr>
        <w:t xml:space="preserve">[52:36] </w:t>
      </w:r>
      <w:r>
        <w:t>se pehle, duniya mein qatl bohat barh jae ga, qatl murder bohat barh jae ga.</w:t>
      </w:r>
    </w:p>
    <w:p>
      <w:pPr>
        <w:jc w:val="right"/>
      </w:pPr>
      <w:r>
        <w:t>سے پہلے، دنیا میں قتل بہت بڑھ جائے گا، قتل مرڈر بہت بڑھ جائے گا۔</w:t>
      </w:r>
    </w:p>
    <w:p>
      <w:r>
        <w:rPr>
          <w:b/>
        </w:rPr>
        <w:t xml:space="preserve">[52:43] </w:t>
      </w:r>
      <w:r>
        <w:t>to abhi jo waqiyat aa rahe hain, to mein samjha ke wahi to hai hi hai.</w:t>
      </w:r>
    </w:p>
    <w:p>
      <w:pPr>
        <w:jc w:val="right"/>
      </w:pPr>
      <w:r>
        <w:t>تو ابھی جو واقعات آ رہے ہیں، تو میں سمجھا کہ وہی تو ہے ہی ہے۔</w:t>
      </w:r>
    </w:p>
    <w:p>
      <w:r>
        <w:rPr>
          <w:b/>
        </w:rPr>
        <w:t xml:space="preserve">[52:50] </w:t>
      </w:r>
      <w:r>
        <w:t>dekhein, chote log marte hain to khabar nahi banti, bare log marte hain to khabar banti hai.</w:t>
      </w:r>
    </w:p>
    <w:p>
      <w:pPr>
        <w:jc w:val="right"/>
      </w:pPr>
      <w:r>
        <w:t>دیکھیں، چھوٹے لوگ مرتے ہیں تو خبر نہیں بنتی، بڑے لوگ مرتے ہیں تو خبر بنتی ہے۔</w:t>
      </w:r>
    </w:p>
    <w:p>
      <w:r>
        <w:rPr>
          <w:b/>
        </w:rPr>
        <w:t xml:space="preserve">[52:57] </w:t>
      </w:r>
      <w:r>
        <w:t>to abhi jo bombay mein jo hua hai, bohat hi top ke log mare hain wahan par.</w:t>
      </w:r>
    </w:p>
    <w:p>
      <w:pPr>
        <w:jc w:val="right"/>
      </w:pPr>
      <w:r>
        <w:t>تو ابھی جو بمبے میں جو ہوا ہے، بہت ہی ٹاپ کے لوگ مرے ہیں وہاں پر۔</w:t>
      </w:r>
    </w:p>
    <w:p>
      <w:r>
        <w:rPr>
          <w:b/>
        </w:rPr>
        <w:t xml:space="preserve">[53:04] </w:t>
      </w:r>
      <w:r>
        <w:t>yeh hotel jo the, is mein aam aadmi guzar nahi tha wahan par.</w:t>
      </w:r>
    </w:p>
    <w:p>
      <w:pPr>
        <w:jc w:val="right"/>
      </w:pPr>
      <w:r>
        <w:t>یہ ہوٹل جو تھے، اس میں عام آدمی گزر نہیں تھا وہاں پر۔</w:t>
      </w:r>
    </w:p>
    <w:p>
      <w:r>
        <w:rPr>
          <w:b/>
        </w:rPr>
        <w:t xml:space="preserve">[53:10] </w:t>
      </w:r>
      <w:r>
        <w:t>in hotelon mein aam aadmi guzar nahi, wahan to top ke log, to top ke log chounke mare</w:t>
      </w:r>
    </w:p>
    <w:p>
      <w:pPr>
        <w:jc w:val="right"/>
      </w:pPr>
      <w:r>
        <w:t>ان ہوٹلوں میں عام آدمی گزر نہیں، وہاں تو ٹاپ کے لوگ، تو ٹاپ کے لوگ چونکہ مرے</w:t>
      </w:r>
    </w:p>
    <w:p>
      <w:r>
        <w:rPr>
          <w:b/>
        </w:rPr>
        <w:t xml:space="preserve">[53:18] </w:t>
      </w:r>
      <w:r>
        <w:t>is mein, to ek al, ek ek inner international news ban gai.</w:t>
      </w:r>
    </w:p>
    <w:p>
      <w:pPr>
        <w:jc w:val="right"/>
      </w:pPr>
      <w:r>
        <w:t>اس میں، تو ایک ال، ایک ایک انر انٹرنیشنل نیوز بن گئی۔</w:t>
      </w:r>
    </w:p>
    <w:p>
      <w:r>
        <w:rPr>
          <w:b/>
        </w:rPr>
        <w:t xml:space="preserve">[53:23] </w:t>
      </w:r>
      <w:r>
        <w:t>har taraf isi ka charcha hai, jaise ke mein ne kaha ke pehle hota tha talk of the</w:t>
      </w:r>
    </w:p>
    <w:p>
      <w:pPr>
        <w:jc w:val="right"/>
      </w:pPr>
      <w:r>
        <w:t>ہر طرف اسی کا چرچہ ہے، جیسے کہ میں نے کہا کہ پہلے ہوتا تھا ٹاک آف دا</w:t>
      </w:r>
    </w:p>
    <w:p>
      <w:r>
        <w:rPr>
          <w:b/>
        </w:rPr>
        <w:t xml:space="preserve">[53:30] </w:t>
      </w:r>
      <w:r>
        <w:t>town, ab to talk of the world hai.</w:t>
      </w:r>
    </w:p>
    <w:p>
      <w:pPr>
        <w:jc w:val="right"/>
      </w:pPr>
      <w:r>
        <w:t>ٹاؤن، اب تو ٹاک آف دا ورلڈ ہے۔</w:t>
      </w:r>
    </w:p>
    <w:p>
      <w:r>
        <w:rPr>
          <w:b/>
        </w:rPr>
        <w:t xml:space="preserve">[53:34] </w:t>
      </w:r>
      <w:r>
        <w:t>kyun? bare bare logon ka is mein zidd mein aa gaye.</w:t>
      </w:r>
    </w:p>
    <w:p>
      <w:pPr>
        <w:jc w:val="right"/>
      </w:pPr>
      <w:r>
        <w:t>کیوں؟ بڑے بڑے لوگوں کا اس میں زد میں آ گئے۔</w:t>
      </w:r>
    </w:p>
    <w:p>
      <w:r>
        <w:rPr>
          <w:b/>
        </w:rPr>
        <w:t xml:space="preserve">[53:39] </w:t>
      </w:r>
      <w:r>
        <w:t>to yeh sab jo ho raha hai, mein yeh samajhta hoon ke ab yeh sab warning hai ke</w:t>
      </w:r>
    </w:p>
    <w:p>
      <w:pPr>
        <w:jc w:val="right"/>
      </w:pPr>
      <w:r>
        <w:t>تو یہ سب جو ہو رہا ہے، میں یہ سمجھتا ہوں کہ اب یہ سب وارننگ ہے کہ</w:t>
      </w:r>
    </w:p>
    <w:p>
      <w:r>
        <w:rPr>
          <w:b/>
        </w:rPr>
        <w:t xml:space="preserve">[53:46] </w:t>
      </w:r>
      <w:r>
        <w:t>qayamat qareeb aa gai, qayamat ab bohat door nahi hai, qayamat ab door nahi hai.</w:t>
      </w:r>
    </w:p>
    <w:p>
      <w:pPr>
        <w:jc w:val="right"/>
      </w:pPr>
      <w:r>
        <w:t>قیامت قریب آ گئی، قیامت اب بہت دور نہیں ہے، قیامت اب دور نہیں ہے۔</w:t>
      </w:r>
    </w:p>
    <w:p>
      <w:r>
        <w:rPr>
          <w:b/>
        </w:rPr>
        <w:t xml:space="preserve">[53:53] </w:t>
      </w:r>
      <w:r>
        <w:t>aur ek bohat hi sangin baat jo hai, mein kahun ga aap ko ke agar hum ne dawat</w:t>
      </w:r>
    </w:p>
    <w:p>
      <w:pPr>
        <w:jc w:val="right"/>
      </w:pPr>
      <w:r>
        <w:t>اور ایک بہت ہی سنگین بات جو ہے، میں کہوں گا آپ کو کہ اگر ہم نے دعوت</w:t>
      </w:r>
    </w:p>
    <w:p>
      <w:r>
        <w:rPr>
          <w:b/>
        </w:rPr>
        <w:t xml:space="preserve">[54:00] </w:t>
      </w:r>
      <w:r>
        <w:t>mein apne aap ko bharpoor tor par nahi lagaya, to hamari bhi khair nahi.</w:t>
      </w:r>
    </w:p>
    <w:p>
      <w:pPr>
        <w:jc w:val="right"/>
      </w:pPr>
      <w:r>
        <w:t>میں اپنے آپ کو بھرپور طور پر نہیں لگایا، تو ہماری بھی خیر نہیں۔</w:t>
      </w:r>
    </w:p>
    <w:p>
      <w:r>
        <w:rPr>
          <w:b/>
        </w:rPr>
        <w:t xml:space="preserve">[54:06] </w:t>
      </w:r>
      <w:r>
        <w:t>is duniya mein humein Allah taala isi waqt tak hifazat rakhe ga jab tak ke hum dawat ka</w:t>
      </w:r>
    </w:p>
    <w:p>
      <w:pPr>
        <w:jc w:val="right"/>
      </w:pPr>
      <w:r>
        <w:t>اس دنیا میں ہمیں اللہ تعالیٰ اسی وقت تک حفاظت رکھے گا جب تک کہ ہم دعوت کا</w:t>
      </w:r>
    </w:p>
    <w:p>
      <w:r>
        <w:rPr>
          <w:b/>
        </w:rPr>
        <w:t xml:space="preserve">[54:14] </w:t>
      </w:r>
      <w:r>
        <w:t>kaam kar rahe hon.</w:t>
      </w:r>
    </w:p>
    <w:p>
      <w:pPr>
        <w:jc w:val="right"/>
      </w:pPr>
      <w:r>
        <w:t>کام کر رہے ہوں۔</w:t>
      </w:r>
    </w:p>
    <w:p>
      <w:r>
        <w:rPr>
          <w:b/>
        </w:rPr>
        <w:t xml:space="preserve">[54:16] </w:t>
      </w:r>
      <w:r>
        <w:t>yaad rakhiye, ek baar to hyderabad mein ek jalsa tha, sare ulma ekatha the wahan.</w:t>
      </w:r>
    </w:p>
    <w:p>
      <w:pPr>
        <w:jc w:val="right"/>
      </w:pPr>
      <w:r>
        <w:t>یاد رکھیے، ایک بار تو حیدرآباد میں ایک جلسہ تھا، سارے علماء اکٹھا تھے وہاں۔</w:t>
      </w:r>
    </w:p>
    <w:p>
      <w:r>
        <w:rPr>
          <w:b/>
        </w:rPr>
        <w:t xml:space="preserve">[54:22] </w:t>
      </w:r>
      <w:r>
        <w:t>ulma to wahan par yeh tha masla ke musalmanon ke, yaani yeh logon ne farz kar rakha hai</w:t>
      </w:r>
    </w:p>
    <w:p>
      <w:pPr>
        <w:jc w:val="right"/>
      </w:pPr>
      <w:r>
        <w:t>علماء تو وہاں پر یہ تھا مسئلہ کہ مسلمانوں کے، یعنی یہ لوگوں نے فرض کر رکھا ہے</w:t>
      </w:r>
    </w:p>
    <w:p>
      <w:r>
        <w:rPr>
          <w:b/>
        </w:rPr>
        <w:t xml:space="preserve">[54:30] </w:t>
      </w:r>
      <w:r>
        <w:t>ke in India mein musalmanon ki jaan o maal mehfooz nahi hai.</w:t>
      </w:r>
    </w:p>
    <w:p>
      <w:pPr>
        <w:jc w:val="right"/>
      </w:pPr>
      <w:r>
        <w:t>کہ ان انڈیا میں مسلمانوں کی جان و مال محفوظ نہیں ہے۔</w:t>
      </w:r>
    </w:p>
    <w:p>
      <w:r>
        <w:rPr>
          <w:b/>
        </w:rPr>
        <w:t xml:space="preserve">[54:35] </w:t>
      </w:r>
      <w:r>
        <w:t>yeh samajhte hain aisa, mein to nahi samajhta aisa, lekin logon ka yeh aam tor par yeh tasawwur</w:t>
      </w:r>
    </w:p>
    <w:p>
      <w:pPr>
        <w:jc w:val="right"/>
      </w:pPr>
      <w:r>
        <w:t>یہ سمجھتے ہیں ایسا، میں تو نہیں سمجھتا ایسا، لیکن لوگوں کا یہ عام طور پر یہ تصور</w:t>
      </w:r>
    </w:p>
    <w:p>
      <w:r>
        <w:rPr>
          <w:b/>
        </w:rPr>
        <w:t xml:space="preserve">[54:43] </w:t>
      </w:r>
      <w:r>
        <w:t>hai ke India mein musalmanon ka jaan o maal mehfooz nahi hai.</w:t>
      </w:r>
    </w:p>
    <w:p>
      <w:pPr>
        <w:jc w:val="right"/>
      </w:pPr>
      <w:r>
        <w:t>ہے کہ انڈیا میں مسلمانوں کا جان و مال محفوظ نہیں ہے۔</w:t>
      </w:r>
    </w:p>
    <w:p>
      <w:r>
        <w:rPr>
          <w:b/>
        </w:rPr>
        <w:t xml:space="preserve">[54:48] </w:t>
      </w:r>
      <w:r>
        <w:t>to log apne apne hisab se bol rahe the, koi police ko bura bhala keh raha hai, koi</w:t>
      </w:r>
    </w:p>
    <w:p>
      <w:pPr>
        <w:jc w:val="right"/>
      </w:pPr>
      <w:r>
        <w:t>تو لوگ اپنے اپنے حساب سے بول رہے تھے، کوئی پولیس کو برا بھلا کہہ رہا ہے، کوئی</w:t>
      </w:r>
    </w:p>
    <w:p>
      <w:r>
        <w:rPr>
          <w:b/>
        </w:rPr>
        <w:t xml:space="preserve">[54:56] </w:t>
      </w:r>
      <w:r>
        <w:t>administration ko bura bhala keh raha hai, koi kuch keh raha hai, koi kuch kar raha hai.</w:t>
      </w:r>
    </w:p>
    <w:p>
      <w:pPr>
        <w:jc w:val="right"/>
      </w:pPr>
      <w:r>
        <w:t>ایڈمنسٹریشن کو برا بھلا کہہ رہا ہے، کوئی کچھ کہہ رہا ہے، کوئی کچھ کر رہا ہے۔</w:t>
      </w:r>
    </w:p>
    <w:p>
      <w:r>
        <w:rPr>
          <w:b/>
        </w:rPr>
        <w:t xml:space="preserve">[55:03] </w:t>
      </w:r>
      <w:r>
        <w:t>to aakhir mein khada hua, maine kaha ke dekhen, Quran ki ek aayat hai: ya ayyuha al-rasool</w:t>
      </w:r>
    </w:p>
    <w:p>
      <w:pPr>
        <w:jc w:val="right"/>
      </w:pPr>
      <w:r>
        <w:t>تو آخر میں کھڑا ہوا، میں نے کہا کہ دیکھیں، قرآن کی ایک آیت ہے: یا ایہا الرسول</w:t>
      </w:r>
    </w:p>
    <w:p>
      <w:r>
        <w:rPr>
          <w:b/>
        </w:rPr>
        <w:t xml:space="preserve">[55:11] </w:t>
      </w:r>
      <w:r>
        <w:t>balagh ma unzila ilayka birabbika lafataf'al fa ma balaghta risalata wallahu yasmuka min al-nas to maine kaha ke</w:t>
      </w:r>
    </w:p>
    <w:p>
      <w:pPr>
        <w:jc w:val="right"/>
      </w:pPr>
      <w:r>
        <w:t>بلغ ما انزل الیک بربک لفتفعل فما بلغت رسالت واللہ یاسمک من الناس تو میں نے کہا کہ</w:t>
      </w:r>
    </w:p>
    <w:p>
      <w:r>
        <w:rPr>
          <w:b/>
        </w:rPr>
        <w:t xml:space="preserve">[55:18] </w:t>
      </w:r>
      <w:r>
        <w:t>dekhen, wahan sare ulama the maujood.</w:t>
      </w:r>
    </w:p>
    <w:p>
      <w:pPr>
        <w:jc w:val="right"/>
      </w:pPr>
      <w:r>
        <w:t>دیکھیں، وہاں سارے علماء تھے موجود۔</w:t>
      </w:r>
    </w:p>
    <w:p>
      <w:r>
        <w:rPr>
          <w:b/>
        </w:rPr>
        <w:t xml:space="preserve">[55:21] </w:t>
      </w:r>
      <w:r>
        <w:t>is aayat se maloom hota hai ke ismat min al-nas ka raaz dawat ilallah mein chupa hua</w:t>
      </w:r>
    </w:p>
    <w:p>
      <w:pPr>
        <w:jc w:val="right"/>
      </w:pPr>
      <w:r>
        <w:t>اس آیت سے معلوم ہوتا ہے کہ عصمت من الناس کا راز دعوت الی اللہ میں چھپا ہوا</w:t>
      </w:r>
    </w:p>
    <w:p>
      <w:r>
        <w:rPr>
          <w:b/>
        </w:rPr>
        <w:t xml:space="preserve">[55:29]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[55:30] </w:t>
      </w:r>
      <w:r>
        <w:t>ismat mani hifazat, yani hifazat chahte ho to dawat ka kaam karo.</w:t>
      </w:r>
    </w:p>
    <w:p>
      <w:pPr>
        <w:jc w:val="right"/>
      </w:pPr>
      <w:r>
        <w:t>عصمت معنی حفاظت، یعنی حفاظت چاہتے ہو تو دعوت کا کام کرو۔</w:t>
      </w:r>
    </w:p>
    <w:p>
      <w:r>
        <w:rPr>
          <w:b/>
        </w:rPr>
        <w:t xml:space="preserve">[55:35] </w:t>
      </w:r>
      <w:r>
        <w:t>agar hifazat chahte ho to dawat ka kaam karo.</w:t>
      </w:r>
    </w:p>
    <w:p>
      <w:pPr>
        <w:jc w:val="right"/>
      </w:pPr>
      <w:r>
        <w:t>اگر حفاظت چاہتے ہو تو دعوت کا کام کرو۔</w:t>
      </w:r>
    </w:p>
    <w:p>
      <w:r>
        <w:rPr>
          <w:b/>
        </w:rPr>
        <w:t xml:space="preserve">[55:39] </w:t>
      </w:r>
      <w:r>
        <w:t>ismat min al-nas ka raaz bataya dawat ilallah mein.</w:t>
      </w:r>
    </w:p>
    <w:p>
      <w:pPr>
        <w:jc w:val="right"/>
      </w:pPr>
      <w:r>
        <w:t>عصمت من الناس کا راز بتایا دعوت الی اللہ میں۔</w:t>
      </w:r>
    </w:p>
    <w:p>
      <w:r>
        <w:rPr>
          <w:b/>
        </w:rPr>
        <w:t xml:space="preserve">[55:43] </w:t>
      </w:r>
      <w:r>
        <w:t>to yaad rakhen, is waqt jo duniya mein haal hai, har taraf kahin aag lag rahi hai, kahin</w:t>
      </w:r>
    </w:p>
    <w:p>
      <w:pPr>
        <w:jc w:val="right"/>
      </w:pPr>
      <w:r>
        <w:t>تو یاد رکھیں، اس وقت جو دنیا میں حال ہے، ہر طرف کہیں آگ لگ رہی ہے، کہیں</w:t>
      </w:r>
    </w:p>
    <w:p>
      <w:r>
        <w:rPr>
          <w:b/>
        </w:rPr>
        <w:t xml:space="preserve">[55:51] </w:t>
      </w:r>
      <w:r>
        <w:t>qatl ho raha hai, aur global warming ka masla hai.</w:t>
      </w:r>
    </w:p>
    <w:p>
      <w:pPr>
        <w:jc w:val="right"/>
      </w:pPr>
      <w:r>
        <w:t>قتل ہو رہا ہے، اور گلوبل وارمنگ کا مسئلہ ہے۔</w:t>
      </w:r>
    </w:p>
    <w:p>
      <w:r>
        <w:rPr>
          <w:b/>
        </w:rPr>
        <w:t xml:space="preserve">[55:55] </w:t>
      </w:r>
      <w:r>
        <w:t>to main ek baat aap se kehna chahta hoon, jo mera ehsas hai ke hum aap agar chahte</w:t>
      </w:r>
    </w:p>
    <w:p>
      <w:pPr>
        <w:jc w:val="right"/>
      </w:pPr>
      <w:r>
        <w:t>تو میں ایک بات آپ سے کہنا چاہتا ہوں، جو میرا احساس ہے کہ ہم آپ اگر چاہتے</w:t>
      </w:r>
    </w:p>
    <w:p>
      <w:r>
        <w:rPr>
          <w:b/>
        </w:rPr>
        <w:t xml:space="preserve">[56:03] </w:t>
      </w:r>
      <w:r>
        <w:t>hain ke is is museebat aam jo hai, har taraf is se bach saken, to hamein dawat work</w:t>
      </w:r>
    </w:p>
    <w:p>
      <w:pPr>
        <w:jc w:val="right"/>
      </w:pPr>
      <w:r>
        <w:t>ہیں کہ اس اس مصیبت عام جو ہے، ہر طرف اس سے بچ سکیں، تو ہمیں دعوت ورک</w:t>
      </w:r>
    </w:p>
    <w:p>
      <w:r>
        <w:rPr>
          <w:b/>
        </w:rPr>
        <w:t xml:space="preserve">[56:11] </w:t>
      </w:r>
      <w:r>
        <w:t>mein lagna parega.</w:t>
      </w:r>
    </w:p>
    <w:p>
      <w:pPr>
        <w:jc w:val="right"/>
      </w:pPr>
      <w:r>
        <w:t>میں لگنا پڑے گا۔</w:t>
      </w:r>
    </w:p>
    <w:p>
      <w:r>
        <w:rPr>
          <w:b/>
        </w:rPr>
        <w:t xml:space="preserve">[56:13] </w:t>
      </w:r>
      <w:r>
        <w:t>yani wahi shakal hai is waqt jo Hazrat Nuh ke zamane mein thi.</w:t>
      </w:r>
    </w:p>
    <w:p>
      <w:pPr>
        <w:jc w:val="right"/>
      </w:pPr>
      <w:r>
        <w:t>یعنی وہی شکل ہے اس وقت جو حضرت نوح کے زمانے میں تھی۔</w:t>
      </w:r>
    </w:p>
    <w:p>
      <w:r>
        <w:rPr>
          <w:b/>
        </w:rPr>
        <w:t xml:space="preserve">[56:18] </w:t>
      </w:r>
      <w:r>
        <w:t>Hazrat Nuh ke zamane mein sailab aa gaya, flood, har taraf pani hi pani.</w:t>
      </w:r>
    </w:p>
    <w:p>
      <w:pPr>
        <w:jc w:val="right"/>
      </w:pPr>
      <w:r>
        <w:t>حضرت نوح کے زمانے میں سیلاب آ گیا، فلڈ، ہر طرف پانی ہی پانی۔</w:t>
      </w:r>
    </w:p>
    <w:p>
      <w:r>
        <w:rPr>
          <w:b/>
        </w:rPr>
        <w:t xml:space="preserve">[56:24] </w:t>
      </w:r>
      <w:r>
        <w:t>to unka jo beta tha, Hazrat Nuh ka, wo beta jo hai, usne unka saath</w:t>
      </w:r>
    </w:p>
    <w:p>
      <w:pPr>
        <w:jc w:val="right"/>
      </w:pPr>
      <w:r>
        <w:t>تو ان کا جو بیٹا تھا، حضرت نوح کا، وہ بیٹا جو ہے، اس نے ان کا ساتھ</w:t>
      </w:r>
    </w:p>
    <w:p>
      <w:r>
        <w:rPr>
          <w:b/>
        </w:rPr>
        <w:t xml:space="preserve">[56:32] </w:t>
      </w:r>
      <w:r>
        <w:t>nahi diya.</w:t>
      </w:r>
    </w:p>
    <w:p>
      <w:pPr>
        <w:jc w:val="right"/>
      </w:pPr>
      <w:r>
        <w:t>نہیں دیا۔</w:t>
      </w:r>
    </w:p>
    <w:p>
      <w:r>
        <w:rPr>
          <w:b/>
        </w:rPr>
        <w:t xml:space="preserve">[56:33] </w:t>
      </w:r>
      <w:r>
        <w:t>to Hazrat Nuh ne kaha ke mere kashti par aa jao.</w:t>
      </w:r>
    </w:p>
    <w:p>
      <w:pPr>
        <w:jc w:val="right"/>
      </w:pPr>
      <w:r>
        <w:t>تو حضرت نوح نے کہا کہ میرے کشتی پر آ جاؤ۔</w:t>
      </w:r>
    </w:p>
    <w:p>
      <w:r>
        <w:rPr>
          <w:b/>
        </w:rPr>
        <w:t xml:space="preserve">[56:38] </w:t>
      </w:r>
      <w:r>
        <w:t>unhone kaha ke nahi, main pahad par chadh jaunga.</w:t>
      </w:r>
    </w:p>
    <w:p>
      <w:pPr>
        <w:jc w:val="right"/>
      </w:pPr>
      <w:r>
        <w:t>انہوں نے کہا کہ نہیں، میں پہاڑ پر چڑھ جاؤں گا۔</w:t>
      </w:r>
    </w:p>
    <w:p>
      <w:r>
        <w:rPr>
          <w:b/>
        </w:rPr>
        <w:t xml:space="preserve">[56:43] </w:t>
      </w:r>
      <w:r>
        <w:t>to wo pahad par chadh gaya ke pani itna badha, itna badha ke pahad ke upar tak pahanch</w:t>
      </w:r>
    </w:p>
    <w:p>
      <w:pPr>
        <w:jc w:val="right"/>
      </w:pPr>
      <w:r>
        <w:t>تو وہ پہاڑ پر چڑھ گیا کہ پانی اتنا بڑھا، اتنا بڑھا کہ پہاڑ کے اوپر تک پہنچ</w:t>
      </w:r>
    </w:p>
    <w:p>
      <w:r>
        <w:rPr>
          <w:b/>
        </w:rPr>
        <w:t xml:space="preserve">[56:51] </w:t>
      </w:r>
      <w:r>
        <w:t>gaya wo, aur is mein doob gaya wo.</w:t>
      </w:r>
    </w:p>
    <w:p>
      <w:pPr>
        <w:jc w:val="right"/>
      </w:pPr>
      <w:r>
        <w:t>گیا وہ، اور اس میں ڈوب گیا وہ۔</w:t>
      </w:r>
    </w:p>
    <w:p>
      <w:r>
        <w:rPr>
          <w:b/>
        </w:rPr>
        <w:t xml:space="preserve">[56:54] </w:t>
      </w:r>
      <w:r>
        <w:t>to us waqt Hazrat Nuh ne kaha tha ke is kashti ke saath kahin aur bachao ki soorat</w:t>
      </w:r>
    </w:p>
    <w:p>
      <w:pPr>
        <w:jc w:val="right"/>
      </w:pPr>
      <w:r>
        <w:t>تو اس وقت حضرت نوح نے کہا تھا کہ اس کشتی کے ساتھ کہیں اور بچاؤ کی صورت</w:t>
      </w:r>
    </w:p>
    <w:p>
      <w:r>
        <w:rPr>
          <w:b/>
        </w:rPr>
        <w:t xml:space="preserve">[57:02] </w:t>
      </w:r>
      <w:r>
        <w:t>hai hi nahi.</w:t>
      </w:r>
    </w:p>
    <w:p>
      <w:pPr>
        <w:jc w:val="right"/>
      </w:pPr>
      <w:r>
        <w:t>ہے ہی نہیں۔</w:t>
      </w:r>
    </w:p>
    <w:p>
      <w:r>
        <w:rPr>
          <w:b/>
        </w:rPr>
        <w:t xml:space="preserve">[57:03] </w:t>
      </w:r>
      <w:r>
        <w:t>to hamare paas koi kashti nahi hai, lekin yeh kaam jo hai, dawat work, yaad rakhiye, dawat work</w:t>
      </w:r>
    </w:p>
    <w:p>
      <w:pPr>
        <w:jc w:val="right"/>
      </w:pPr>
      <w:r>
        <w:t>تو ہمارے پاس کوئی کشتی نہیں ہے، لیکن یہ کام جو ہے، دعوت ورک، یاد رکھیے، دعوت ورک</w:t>
      </w:r>
    </w:p>
    <w:p>
      <w:r>
        <w:rPr>
          <w:b/>
        </w:rPr>
        <w:t xml:space="preserve">[57:11] </w:t>
      </w:r>
      <w:r>
        <w:t>hi aap ko bachaye ga, warna bachne ki koi surat nahi hai.</w:t>
      </w:r>
    </w:p>
    <w:p>
      <w:pPr>
        <w:jc w:val="right"/>
      </w:pPr>
      <w:r>
        <w:t>ہی آپ کو بچائے گا، ورنہ بچنے کی کوئی صورت نہیں ہے۔</w:t>
      </w:r>
    </w:p>
    <w:p>
      <w:r>
        <w:rPr>
          <w:b/>
        </w:rPr>
        <w:t xml:space="preserve">[57:16] </w:t>
      </w:r>
      <w:r>
        <w:t>dekhen, zale zalay aa rahe hain, aag lag rahi hai, abhi flood aaya chennai mein, sab tabah ho raha</w:t>
      </w:r>
    </w:p>
    <w:p>
      <w:pPr>
        <w:jc w:val="right"/>
      </w:pPr>
      <w:r>
        <w:t>دیکھیں، زلزلے آ رہے ہیں، آگ لگ رہی ہے، ابھی فلڈ آیا چنئی میں، سب تباہ ہو رہا</w:t>
      </w:r>
    </w:p>
    <w:p>
      <w:r>
        <w:rPr>
          <w:b/>
        </w:rPr>
        <w:t xml:space="preserve">[57:24] </w:t>
      </w:r>
      <w:r>
        <w:t>hai wahan par, qatal ho rahe hain, har taraf jo hai, ab badamni, violence, calamities, har taraf yeh</w:t>
      </w:r>
    </w:p>
    <w:p>
      <w:pPr>
        <w:jc w:val="right"/>
      </w:pPr>
      <w:r>
        <w:t>ہے وہاں پر، قتل ہو رہے ہیں، ہر طرف جو ہے، اب بدامنی، وائیلنس، کلیرٹیز، ہر طرف یہ</w:t>
      </w:r>
    </w:p>
    <w:p>
      <w:r>
        <w:rPr>
          <w:b/>
        </w:rPr>
        <w:t xml:space="preserve">[57:31] </w:t>
      </w:r>
      <w:r>
        <w:t>masail paida ho rahe hain.</w:t>
      </w:r>
    </w:p>
    <w:p>
      <w:pPr>
        <w:jc w:val="right"/>
      </w:pPr>
      <w:r>
        <w:t>مسائل پیدا ہو رہے ہیں۔</w:t>
      </w:r>
    </w:p>
    <w:p>
      <w:r>
        <w:rPr>
          <w:b/>
        </w:rPr>
        <w:t xml:space="preserve">[57:34] </w:t>
      </w:r>
      <w:r>
        <w:t>america ke bare mein aaya hai ke america bohat bara zala aane wala hai, bohat bara earthquake.</w:t>
      </w:r>
    </w:p>
    <w:p>
      <w:pPr>
        <w:jc w:val="right"/>
      </w:pPr>
      <w:r>
        <w:t>امریکہ کے بارے میں آیا ہے کہ امریکہ بہت بڑا زلزلہ آنے والا ہے، بہت بڑا ارتھ کویک۔</w:t>
      </w:r>
    </w:p>
    <w:p>
      <w:r>
        <w:rPr>
          <w:b/>
        </w:rPr>
        <w:t xml:space="preserve">[57:41] </w:t>
      </w:r>
      <w:r>
        <w:t>to qayamat se pehle yeh sab hone wala tha, is ki paishangoi thi hadith mein, woh sab ho</w:t>
      </w:r>
    </w:p>
    <w:p>
      <w:pPr>
        <w:jc w:val="right"/>
      </w:pPr>
      <w:r>
        <w:t>تو قیامت سے پہلے یہ سب ہونے والا تھا، اس کی پیشنگوئی تھی حدیث میں، وہ سب ہو</w:t>
      </w:r>
    </w:p>
    <w:p>
      <w:r>
        <w:rPr>
          <w:b/>
        </w:rPr>
        <w:t xml:space="preserve">[57:49]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[57:51] </w:t>
      </w:r>
      <w:r>
        <w:t>to mein kahoon ga aap ko ke agar aap chahte hain ke in yeh jo museebaten aa rahi</w:t>
      </w:r>
    </w:p>
    <w:p>
      <w:pPr>
        <w:jc w:val="right"/>
      </w:pPr>
      <w:r>
        <w:t>تو میں کہوں گا آپ کو کہ اگر آپ چاہتے ہیں کہ ان یہ جو مصیبتیں آ رہی</w:t>
      </w:r>
    </w:p>
    <w:p>
      <w:r>
        <w:rPr>
          <w:b/>
        </w:rPr>
        <w:t xml:space="preserve">[57:58] </w:t>
      </w:r>
      <w:r>
        <w:t>hain, tarah tarah ki, is se aap bachna chahte hain apne aap ko, to dawat work kijiye.</w:t>
      </w:r>
    </w:p>
    <w:p>
      <w:pPr>
        <w:jc w:val="right"/>
      </w:pPr>
      <w:r>
        <w:t>ہیں، طرح طرح کی، اس سے آپ بچنا چاہتے ہیں اپنے آپ کو، تو دعوت ورک کیجئے۔</w:t>
      </w:r>
    </w:p>
    <w:p>
      <w:r>
        <w:rPr>
          <w:b/>
        </w:rPr>
        <w:t xml:space="preserve">[58:06] </w:t>
      </w:r>
      <w:r>
        <w:t>dawat work is zamane mein ark of nooh hai, kashti nooh hai.</w:t>
      </w:r>
    </w:p>
    <w:p>
      <w:pPr>
        <w:jc w:val="right"/>
      </w:pPr>
      <w:r>
        <w:t>دعوت ورک اس زمانے میں آرک آف نوح ہے، کشتی نوح ہے۔</w:t>
      </w:r>
    </w:p>
    <w:p>
      <w:r>
        <w:rPr>
          <w:b/>
        </w:rPr>
        <w:t xml:space="preserve">[58:11] </w:t>
      </w:r>
      <w:r>
        <w:t>is zamane mein dawat work jo hai, wohi nooh ki kashti hai.</w:t>
      </w:r>
    </w:p>
    <w:p>
      <w:pPr>
        <w:jc w:val="right"/>
      </w:pPr>
      <w:r>
        <w:t>اس زمانے میں دعوت ورک جو ہے، وہی نوح کی کشتی ہے۔</w:t>
      </w:r>
    </w:p>
    <w:p>
      <w:r>
        <w:rPr>
          <w:b/>
        </w:rPr>
        <w:t xml:space="preserve">[58:16] </w:t>
      </w:r>
      <w:r>
        <w:t>jo dawat work kare ga, woh nooh ki kashti mein aa gaya, woh inshallah bacha.</w:t>
      </w:r>
    </w:p>
    <w:p>
      <w:pPr>
        <w:jc w:val="right"/>
      </w:pPr>
      <w:r>
        <w:t>جو دعوت ورک کرے گا، وہ نوح کی کشتی میں آ گیا، وہ انشاءاللہ بچا۔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