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Journey to Aqsa Mosque 10 11 08</w:t>
      </w:r>
    </w:p>
    <w:p>
      <w:r>
        <w:t>https://www.youtube.com/watch?v=b5FiRSAZfr8</w:t>
      </w:r>
    </w:p>
    <w:p>
      <w:r>
        <w:rPr>
          <w:b/>
        </w:rPr>
        <w:t xml:space="preserve">[00:21] </w:t>
      </w:r>
      <w:r>
        <w:t>bismillah al-rahman al-rahim, wa salla Allahu ala al-nabi al-kareem.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[00:24] </w:t>
      </w:r>
      <w:r>
        <w:t>rab ishrah li sadri, wa yassir li amri, wahlu al-uqdatan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[00:30] </w:t>
      </w:r>
      <w:r>
        <w:t>jaisa ke pichle itwar ko maine bataya tha, aaj ka topic hai "Journey to Aqsa Mosque", yaani</w:t>
      </w:r>
    </w:p>
    <w:p>
      <w:pPr>
        <w:jc w:val="right"/>
      </w:pPr>
      <w:r>
        <w:t>جیسا کہ پچھلے اتوار کو میں نے بتایا تھا، آج کا ٹاپک ہے "Journey to Aqsa Mosque"، یعنی</w:t>
      </w:r>
    </w:p>
    <w:p>
      <w:r>
        <w:rPr>
          <w:b/>
        </w:rPr>
        <w:t xml:space="preserve">[00:38] </w:t>
      </w:r>
      <w:r>
        <w:t>Aqsa Mosque ka safar.</w:t>
      </w:r>
    </w:p>
    <w:p>
      <w:pPr>
        <w:jc w:val="right"/>
      </w:pPr>
      <w:r>
        <w:t>Aqsa Mosque کا سفر۔</w:t>
      </w:r>
    </w:p>
    <w:p>
      <w:r>
        <w:rPr>
          <w:b/>
        </w:rPr>
        <w:t xml:space="preserve">[00:39] </w:t>
      </w:r>
      <w:r>
        <w:t>to aaj isi ke bare mein main kuch baatein arz karunga, kyunke abhi haal mein main wahan</w:t>
      </w:r>
    </w:p>
    <w:p>
      <w:pPr>
        <w:jc w:val="right"/>
      </w:pPr>
      <w:r>
        <w:t>تو آج اسی کے بارے میں میں کچھ باتیں عرض کروں گا، کیونکہ ابھی حال میں میں وہاں</w:t>
      </w:r>
    </w:p>
    <w:p>
      <w:r>
        <w:rPr>
          <w:b/>
        </w:rPr>
        <w:t xml:space="preserve">[00:47] </w:t>
      </w:r>
      <w:r>
        <w:t>par gaya tha aur wahan par jo tajrubaat ya ta'assuraat hue, iska khulasa main bayan karne ki</w:t>
      </w:r>
    </w:p>
    <w:p>
      <w:pPr>
        <w:jc w:val="right"/>
      </w:pPr>
      <w:r>
        <w:t>پر گیا تھا اور وہاں پر جو تجربات یا تاثرات ہوئے، اس کا خلاصہ میں بیان کرنے کی</w:t>
      </w:r>
    </w:p>
    <w:p>
      <w:r>
        <w:rPr>
          <w:b/>
        </w:rPr>
        <w:t xml:space="preserve">[00:55] </w:t>
      </w:r>
      <w:r>
        <w:t>koshish karunga.</w:t>
      </w:r>
    </w:p>
    <w:p>
      <w:pPr>
        <w:jc w:val="right"/>
      </w:pPr>
      <w:r>
        <w:t>کوشش کروں گا۔</w:t>
      </w:r>
    </w:p>
    <w:p>
      <w:r>
        <w:rPr>
          <w:b/>
        </w:rPr>
        <w:t xml:space="preserve">[00:56] </w:t>
      </w:r>
      <w:r>
        <w:t>dekhiye, 1948 mein Israel ka masla paida hua, yaani Falasteen mein Yahudi state bani, 1948 mein.</w:t>
      </w:r>
    </w:p>
    <w:p>
      <w:pPr>
        <w:jc w:val="right"/>
      </w:pPr>
      <w:r>
        <w:t>دیکھیے، 1948 میں اسرائیل کا مسئلہ پیدا ہوا، یعنی فلسطین میں یہودی اسٹیٹ بنی، 1948 میں۔</w:t>
      </w:r>
    </w:p>
    <w:p>
      <w:r>
        <w:rPr>
          <w:b/>
        </w:rPr>
        <w:t xml:space="preserve">[01:03] </w:t>
      </w:r>
      <w:r>
        <w:t>to us waqt main Adam Garh mein hota tha aur sari Muslim dunya mein is par bohat zabardast</w:t>
      </w:r>
    </w:p>
    <w:p>
      <w:pPr>
        <w:jc w:val="right"/>
      </w:pPr>
      <w:r>
        <w:t>تو اس وقت میں آدم گڑھ میں ہوتا تھا اور ساری مسلم دنیا میں اس پر بہت زبردست</w:t>
      </w:r>
    </w:p>
    <w:p>
      <w:r>
        <w:rPr>
          <w:b/>
        </w:rPr>
        <w:t xml:space="preserve">[01:11] </w:t>
      </w:r>
      <w:r>
        <w:t>halkhal machi.</w:t>
      </w:r>
    </w:p>
    <w:p>
      <w:pPr>
        <w:jc w:val="right"/>
      </w:pPr>
      <w:r>
        <w:t>ہلچل مچی۔</w:t>
      </w:r>
    </w:p>
    <w:p>
      <w:r>
        <w:rPr>
          <w:b/>
        </w:rPr>
        <w:t xml:space="preserve">[01:12] </w:t>
      </w:r>
      <w:r>
        <w:t>mujhe yaad hai ke is zamane mein ek Muslim magazine mein ek tasweer chhapi thi, ek building ki,</w:t>
      </w:r>
    </w:p>
    <w:p>
      <w:pPr>
        <w:jc w:val="right"/>
      </w:pPr>
      <w:r>
        <w:t>مجھے یاد ہے کہ اس زمانے میں ایک مسلم میگزین میں ایک تصویر چھپی تھی، ایک بلڈنگ کی،</w:t>
      </w:r>
    </w:p>
    <w:p>
      <w:r>
        <w:rPr>
          <w:b/>
        </w:rPr>
        <w:t xml:space="preserve">[01:20] </w:t>
      </w:r>
      <w:r>
        <w:t>uske neeche likha tha: "Masjid-e-Aqsa, jis ke liye sari dunya ke musalmanon ki jaanen qurban hain."</w:t>
      </w:r>
    </w:p>
    <w:p>
      <w:pPr>
        <w:jc w:val="right"/>
      </w:pPr>
      <w:r>
        <w:t>اس کے نیچے لکھا تھا: "مسجدِ اقصیٰ، جس کے لیے ساری دنیا کے مسلمانوں کی جانیں قربان ہیں۔"</w:t>
      </w:r>
    </w:p>
    <w:p>
      <w:r>
        <w:rPr>
          <w:b/>
        </w:rPr>
        <w:t xml:space="preserve">[01:28] </w:t>
      </w:r>
      <w:r>
        <w:t>ab is waqe ko saath saal beet chuke hain aur waqeatan beshumar qurbaniyan bhi di gayi hain,</w:t>
      </w:r>
    </w:p>
    <w:p>
      <w:pPr>
        <w:jc w:val="right"/>
      </w:pPr>
      <w:r>
        <w:t>اب اس واقعے کو ساٹھ سال بیت چکے ہیں اور واقعتاً بے شمار قربانیاں بھی دی گئی ہیں،</w:t>
      </w:r>
    </w:p>
    <w:p>
      <w:r>
        <w:rPr>
          <w:b/>
        </w:rPr>
        <w:t xml:space="preserve">[01:35] </w:t>
      </w:r>
      <w:r>
        <w:t>lekin jo asal masla hai woh badha nahi balkeh woh hal nahi hua balkeh aur badh gaya hai.</w:t>
      </w:r>
    </w:p>
    <w:p>
      <w:pPr>
        <w:jc w:val="right"/>
      </w:pPr>
      <w:r>
        <w:t>لیکن جو اصل مسئلہ ہے وہ بڑھا نہیں بلکہ وہ حل نہیں ہوا بلکہ اور بڑھ گیا ہے۔</w:t>
      </w:r>
    </w:p>
    <w:p>
      <w:r>
        <w:rPr>
          <w:b/>
        </w:rPr>
        <w:t xml:space="preserve">[01:43] </w:t>
      </w:r>
      <w:r>
        <w:t>beh-haal to shuru se mujhe yeh shauq tha ke main wahan jaon, to pehli baar jo mera safar</w:t>
      </w:r>
    </w:p>
    <w:p>
      <w:pPr>
        <w:jc w:val="right"/>
      </w:pPr>
      <w:r>
        <w:t>بہرحال تو شروع سے مجھے یہ شوق تھا کہ میں وہاں جاؤں، تو پہلی بار جو میرا سفر</w:t>
      </w:r>
    </w:p>
    <w:p>
      <w:r>
        <w:rPr>
          <w:b/>
        </w:rPr>
        <w:t xml:space="preserve">[01:51] </w:t>
      </w:r>
      <w:r>
        <w:t>hua woh 1995 mein.</w:t>
      </w:r>
    </w:p>
    <w:p>
      <w:pPr>
        <w:jc w:val="right"/>
      </w:pPr>
      <w:r>
        <w:t>ہوا وہ 1995 میں۔</w:t>
      </w:r>
    </w:p>
    <w:p>
      <w:r>
        <w:rPr>
          <w:b/>
        </w:rPr>
        <w:t xml:space="preserve">[01:53] </w:t>
      </w:r>
      <w:r>
        <w:t>Italy mein ek Masihai tanzeem hai, uska naam hai "Community of Saint Egidio".</w:t>
      </w:r>
    </w:p>
    <w:p>
      <w:pPr>
        <w:jc w:val="right"/>
      </w:pPr>
      <w:r>
        <w:t>اٹلی میں ایک مسیحی تنظیم ہے، اس کا نام ہے "Community of Saint Egidio"۔</w:t>
      </w:r>
    </w:p>
    <w:p>
      <w:r>
        <w:rPr>
          <w:b/>
        </w:rPr>
        <w:t xml:space="preserve">[01:59] </w:t>
      </w:r>
      <w:r>
        <w:t>usne Jerusalem mein ek peace conference ki thi, to us conference ne mujhe bulaya, uske tehat</w:t>
      </w:r>
    </w:p>
    <w:p>
      <w:pPr>
        <w:jc w:val="right"/>
      </w:pPr>
      <w:r>
        <w:t>اس نے یروشلم میں ایک پیس کانفرنس کی تھی، تو اس کانفرنس نے مجھے بلایا، اس کے تحت</w:t>
      </w:r>
    </w:p>
    <w:p>
      <w:r>
        <w:rPr>
          <w:b/>
        </w:rPr>
        <w:t xml:space="preserve">[02:06] </w:t>
      </w:r>
      <w:r>
        <w:t>main wahan gaya, pehli baar.</w:t>
      </w:r>
    </w:p>
    <w:p>
      <w:pPr>
        <w:jc w:val="right"/>
      </w:pPr>
      <w:r>
        <w:t>میں وہاں گیا، پہلی بار۔</w:t>
      </w:r>
    </w:p>
    <w:p>
      <w:r>
        <w:rPr>
          <w:b/>
        </w:rPr>
        <w:t xml:space="preserve">[02:08] </w:t>
      </w:r>
      <w:r>
        <w:t>to jab main wahan pohncha to maine dekha ke koi musalman wahan par nahi tha, sirf Morocco</w:t>
      </w:r>
    </w:p>
    <w:p>
      <w:pPr>
        <w:jc w:val="right"/>
      </w:pPr>
      <w:r>
        <w:t>تو جب میں وہاں پہنچا تو میں نے دیکھا کہ کوئی مسلمان وہاں پر نہیں تھا، صرف موراکو</w:t>
      </w:r>
    </w:p>
    <w:p>
      <w:r>
        <w:rPr>
          <w:b/>
        </w:rPr>
        <w:t xml:space="preserve">[02:16] </w:t>
      </w:r>
      <w:r>
        <w:t>ke ek sahab aaye the jo professor the wahan ki university mein, to woh bohat zyada sharminda aur</w:t>
      </w:r>
    </w:p>
    <w:p>
      <w:pPr>
        <w:jc w:val="right"/>
      </w:pPr>
      <w:r>
        <w:t>کے ایک صاحب آئے تھے جو پروفیسر تھے وہاں کی یونیورسٹی میں، تو وہ بہت زیادہ شرمندہ اور</w:t>
      </w:r>
    </w:p>
    <w:p>
      <w:r>
        <w:rPr>
          <w:b/>
        </w:rPr>
        <w:t xml:space="preserve">[02:24] </w:t>
      </w:r>
      <w:r>
        <w:t>nazar aate the.</w:t>
      </w:r>
    </w:p>
    <w:p>
      <w:pPr>
        <w:jc w:val="right"/>
      </w:pPr>
      <w:r>
        <w:t>نظر آتے تھے۔</w:t>
      </w:r>
    </w:p>
    <w:p>
      <w:r>
        <w:rPr>
          <w:b/>
        </w:rPr>
        <w:t xml:space="preserve">[02:25] </w:t>
      </w:r>
      <w:r>
        <w:t>unhon ne bataya ke ulama ka yeh fatwa hai ke jab tak yahoodi qabza yahan par maujood hai,</w:t>
      </w:r>
    </w:p>
    <w:p>
      <w:pPr>
        <w:jc w:val="right"/>
      </w:pPr>
      <w:r>
        <w:t>انہوں نے بتایا کہ علماء کا یہ فتویٰ ہے کہ جب تک یہودی قبضہ یہاں پر موجود ہے،</w:t>
      </w:r>
    </w:p>
    <w:p>
      <w:r>
        <w:rPr>
          <w:b/>
        </w:rPr>
        <w:t xml:space="preserve">[02:33] </w:t>
      </w:r>
      <w:r>
        <w:t>is waqt tak Aqsa Mosque mein jana jaiz nahi, bahar walon ke liye.</w:t>
      </w:r>
    </w:p>
    <w:p>
      <w:pPr>
        <w:jc w:val="right"/>
      </w:pPr>
      <w:r>
        <w:t>اس وقت تک Aqsa Mosque میں جانا جائز نہیں، باہر والوں کے لیے۔</w:t>
      </w:r>
    </w:p>
    <w:p>
      <w:r>
        <w:rPr>
          <w:b/>
        </w:rPr>
        <w:t xml:space="preserve">[02:39] </w:t>
      </w:r>
      <w:r>
        <w:t>bilkul jo maqami taur par jo qareebi log hain woh to aate jate hain wahan par, lekin bahar</w:t>
      </w:r>
    </w:p>
    <w:p>
      <w:pPr>
        <w:jc w:val="right"/>
      </w:pPr>
      <w:r>
        <w:t>بالکل جو مقامی طور پر جو قریبی لوگ ہیں وہ تو آتے جاتے ہیں وہاں پر، لیکن باہر</w:t>
      </w:r>
    </w:p>
    <w:p>
      <w:r>
        <w:rPr>
          <w:b/>
        </w:rPr>
        <w:t xml:space="preserve">[02:46] </w:t>
      </w:r>
      <w:r>
        <w:t>ke musalman wahan jayen to yeh Islam mein najaaiz hai.</w:t>
      </w:r>
    </w:p>
    <w:p>
      <w:pPr>
        <w:jc w:val="right"/>
      </w:pPr>
      <w:r>
        <w:t>کے مسلمان وہاں جائیں تو یہ اسلام میں ناجائز ہے۔</w:t>
      </w:r>
    </w:p>
    <w:p>
      <w:r>
        <w:rPr>
          <w:b/>
        </w:rPr>
        <w:t xml:space="preserve">[02:51] </w:t>
      </w:r>
      <w:r>
        <w:t>to woh bohat hi sharmindagi ke sath wahan aaye the aur koi bhi nahi aaya tha wahan, halanke</w:t>
      </w:r>
    </w:p>
    <w:p>
      <w:pPr>
        <w:jc w:val="right"/>
      </w:pPr>
      <w:r>
        <w:t>تو وہ بہت ہی شرمندگی کے ساتھ وہاں آئے تھے اور کوئی بھی نہیں آیا تھا وہاں، حالانکہ</w:t>
      </w:r>
    </w:p>
    <w:p>
      <w:r>
        <w:rPr>
          <w:b/>
        </w:rPr>
        <w:t xml:space="preserve">[02:58] </w:t>
      </w:r>
      <w:r>
        <w:t>woh bain ul aqwami conference thi aur bohat se musalmanon ko bulaya gaya tha.</w:t>
      </w:r>
    </w:p>
    <w:p>
      <w:pPr>
        <w:jc w:val="right"/>
      </w:pPr>
      <w:r>
        <w:t>وہ بین الاقوامی کانفرنس تھی اور بہت سے مسلمانوں کو بلایا گیا تھا۔</w:t>
      </w:r>
    </w:p>
    <w:p>
      <w:r>
        <w:rPr>
          <w:b/>
        </w:rPr>
        <w:t xml:space="preserve">[03:04] </w:t>
      </w:r>
      <w:r>
        <w:t>to maine un se kaha ke dekhiye, yeh fatwa hi galat hai, yeh fatwa apne aap mein</w:t>
      </w:r>
    </w:p>
    <w:p>
      <w:pPr>
        <w:jc w:val="right"/>
      </w:pPr>
      <w:r>
        <w:t>تو میں نے ان سے کہا کہ دیکھیے، یہ فتویٰ ہی غلط ہے، یہ فتویٰ اپنے آپ میں</w:t>
      </w:r>
    </w:p>
    <w:p>
      <w:r>
        <w:rPr>
          <w:b/>
        </w:rPr>
        <w:t xml:space="preserve">[03:12] </w:t>
      </w:r>
      <w:r>
        <w:t>be buniyad hai, is liye ke qabza kisi aur ka ho to us se fatwa nahi banega.</w:t>
      </w:r>
    </w:p>
    <w:p>
      <w:pPr>
        <w:jc w:val="right"/>
      </w:pPr>
      <w:r>
        <w:t>بے بنیاد ہے، اس لیے کہ قبضہ کسی اور کا ہو تو اس سے فتویٰ نہیں بنے گا۔</w:t>
      </w:r>
    </w:p>
    <w:p>
      <w:r>
        <w:rPr>
          <w:b/>
        </w:rPr>
        <w:t xml:space="preserve">[03:19] </w:t>
      </w:r>
      <w:r>
        <w:t>hamara aap ka aqeeda hai ke Rasool Allah sal Allah alaih wasallam 621 mein, 621 eesvi mein, Mairaj</w:t>
      </w:r>
    </w:p>
    <w:p>
      <w:pPr>
        <w:jc w:val="right"/>
      </w:pPr>
      <w:r>
        <w:t>ہمارا آپ کا عقیدہ ہے کہ رسول اللہ صلی اللہ علیہ وسلم 621 میں، 621 عیسوی میں، معراج</w:t>
      </w:r>
    </w:p>
    <w:p>
      <w:r>
        <w:rPr>
          <w:b/>
        </w:rPr>
        <w:t xml:space="preserve">[03:27] </w:t>
      </w:r>
      <w:r>
        <w:t>ke tehat Jerusalem aaye the, Aqsa Mosque mein unhon ne namaz padhi thi.</w:t>
      </w:r>
    </w:p>
    <w:p>
      <w:pPr>
        <w:jc w:val="right"/>
      </w:pPr>
      <w:r>
        <w:t>کے تحت یروشلم آئے تھے، Aqsa Mosque میں انہوں نے نماز پڑھی تھی۔</w:t>
      </w:r>
    </w:p>
    <w:p>
      <w:r>
        <w:rPr>
          <w:b/>
        </w:rPr>
        <w:t xml:space="preserve">[03:33] </w:t>
      </w:r>
      <w:r>
        <w:t>yeh sare musalman mante hain is ko.</w:t>
      </w:r>
    </w:p>
    <w:p>
      <w:pPr>
        <w:jc w:val="right"/>
      </w:pPr>
      <w:r>
        <w:t>یہ سارے مسلمان مانتے ہیں اس کو۔</w:t>
      </w:r>
    </w:p>
    <w:p>
      <w:r>
        <w:rPr>
          <w:b/>
        </w:rPr>
        <w:t xml:space="preserve">[03:36] </w:t>
      </w:r>
      <w:r>
        <w:t>to sirf Hazrat Aisha mante hain ke yeh roohani safar tha, baqi sare ulama is ko jismani safar</w:t>
      </w:r>
    </w:p>
    <w:p>
      <w:pPr>
        <w:jc w:val="right"/>
      </w:pPr>
      <w:r>
        <w:t>تو صرف حضرت عائشہ مانتے ہیں کہ یہ روحانی سفر تھا، باقی سارے علماء اس کو جسمانی سفر</w:t>
      </w:r>
    </w:p>
    <w:p>
      <w:r>
        <w:rPr>
          <w:b/>
        </w:rPr>
        <w:t xml:space="preserve">[03:43] </w:t>
      </w:r>
      <w:r>
        <w:t>mante hain, yaani be jasad sharif mante hain.</w:t>
      </w:r>
    </w:p>
    <w:p>
      <w:pPr>
        <w:jc w:val="right"/>
      </w:pPr>
      <w:r>
        <w:t>مانتے ہیں، یعنی بے جسدہ شریف مانتے ہیں۔</w:t>
      </w:r>
    </w:p>
    <w:p>
      <w:r>
        <w:rPr>
          <w:b/>
        </w:rPr>
        <w:t xml:space="preserve">[03:47] </w:t>
      </w:r>
      <w:r>
        <w:t>to maine kaha ke is waqt jab aaye the Rasool Allah yahan par, hamare aqeede ke mutabiq,</w:t>
      </w:r>
    </w:p>
    <w:p>
      <w:pPr>
        <w:jc w:val="right"/>
      </w:pPr>
      <w:r>
        <w:t>تو میں نے کہا کہ اس وقت جب آئے تھے رسول اللہ یہاں پر، ہمارے عقیدے کے مطابق،</w:t>
      </w:r>
    </w:p>
    <w:p>
      <w:r>
        <w:rPr>
          <w:b/>
        </w:rPr>
        <w:t xml:space="preserve">[03:55] </w:t>
      </w:r>
      <w:r>
        <w:t>to is waqt to yahan Roomiyon ki saltanat thi, is waqt Muslim saltanat to thi nahi yahan par.</w:t>
      </w:r>
    </w:p>
    <w:p>
      <w:pPr>
        <w:jc w:val="right"/>
      </w:pPr>
      <w:r>
        <w:t>تو اس وقت تو یہاں رومیوں کی سلطنت تھی، اس وقت مسلم سلطنت تو تھی نہیں یہاں پر۔</w:t>
      </w:r>
    </w:p>
    <w:p>
      <w:r>
        <w:rPr>
          <w:b/>
        </w:rPr>
        <w:t xml:space="preserve">[04:02] </w:t>
      </w:r>
      <w:r>
        <w:t>yeh Makki daur ka aakhri zamana hai yeh, is waqt to Makka o Madina mein bhi musalmanon ki</w:t>
      </w:r>
    </w:p>
    <w:p>
      <w:pPr>
        <w:jc w:val="right"/>
      </w:pPr>
      <w:r>
        <w:t>یہ مکی دور کا آخری زمانہ ہے یہ، اس وقت تو مکہ و مدینہ میں بھی مسلمانوں کی</w:t>
      </w:r>
    </w:p>
    <w:p>
      <w:r>
        <w:rPr>
          <w:b/>
        </w:rPr>
        <w:t xml:space="preserve">[04:10] </w:t>
      </w:r>
      <w:r>
        <w:t>hukumat nahi thi.</w:t>
      </w:r>
    </w:p>
    <w:p>
      <w:pPr>
        <w:jc w:val="right"/>
      </w:pPr>
      <w:r>
        <w:t>حکومت نہیں تھی۔</w:t>
      </w:r>
    </w:p>
    <w:p>
      <w:r>
        <w:rPr>
          <w:b/>
        </w:rPr>
        <w:t xml:space="preserve">[04:12] </w:t>
      </w:r>
      <w:r>
        <w:t>to woh Rasool Allah kaise aaye yahan par? to agar Rasool Allah ka aana is waqt jab ke</w:t>
      </w:r>
    </w:p>
    <w:p>
      <w:pPr>
        <w:jc w:val="right"/>
      </w:pPr>
      <w:r>
        <w:t>تو وہ رسول اللہ کیسے آئے یہاں پر؟ تو اگر رسول اللہ کا آنا اس وقت جب کہ</w:t>
      </w:r>
    </w:p>
    <w:p>
      <w:r>
        <w:rPr>
          <w:b/>
        </w:rPr>
        <w:t xml:space="preserve">[04:19] </w:t>
      </w:r>
      <w:r>
        <w:t>yahan Roomiyon ki saltanat ho, yaani ghair muslimon ki, to woh agar jaiz tha to hamara aap ka</w:t>
      </w:r>
    </w:p>
    <w:p>
      <w:pPr>
        <w:jc w:val="right"/>
      </w:pPr>
      <w:r>
        <w:t>یہاں رومیوں کی سلطنت ہو، یعنی غیر مسلموں کی، تو وہ اگر جائز تھا تو ہمارا آپ کا</w:t>
      </w:r>
    </w:p>
    <w:p>
      <w:r>
        <w:rPr>
          <w:b/>
        </w:rPr>
        <w:t xml:space="preserve">[04:27] </w:t>
      </w:r>
      <w:r>
        <w:t>jana wahan par kyun na jaiz ho jayega? yeh fatwa hi bilkul be buniyad hai.</w:t>
      </w:r>
    </w:p>
    <w:p>
      <w:pPr>
        <w:jc w:val="right"/>
      </w:pPr>
      <w:r>
        <w:t>جانا وہاں پر کیوں نہ جائز ہو جائے گا؟ یہ فتویٰ ہی بالکل بے بنیاد ہے۔</w:t>
      </w:r>
    </w:p>
    <w:p>
      <w:r>
        <w:rPr>
          <w:b/>
        </w:rPr>
        <w:t xml:space="preserve">[04:34] </w:t>
      </w:r>
      <w:r>
        <w:t>to achaanak woh khush ho gaye, kyun ke unhon ne is tarah socha nahi tha.</w:t>
      </w:r>
    </w:p>
    <w:p>
      <w:pPr>
        <w:jc w:val="right"/>
      </w:pPr>
      <w:r>
        <w:t>تو اچانک وہ خوش ہو گئے، کیونکہ انہوں نے اس طرح سوچا نہیں تھا۔</w:t>
      </w:r>
    </w:p>
    <w:p>
      <w:r>
        <w:rPr>
          <w:b/>
        </w:rPr>
        <w:t xml:space="preserve">[04:40] </w:t>
      </w:r>
      <w:r>
        <w:t>phir bohat khushi khushi woh hamare sath wahan par rahe, woh Morocco ke ek sahib the jo wahan</w:t>
      </w:r>
    </w:p>
    <w:p>
      <w:pPr>
        <w:jc w:val="right"/>
      </w:pPr>
      <w:r>
        <w:t>پھر بہت خوشی خوشی وہ ہمارے ساتھ وہاں پر رہے، وہ موراکو کے ایک صاحب تھے جو وہاں</w:t>
      </w:r>
    </w:p>
    <w:p>
      <w:r>
        <w:rPr>
          <w:b/>
        </w:rPr>
        <w:t xml:space="preserve">[04:48] </w:t>
      </w:r>
      <w:r>
        <w:t>ki university mein professor the.</w:t>
      </w:r>
    </w:p>
    <w:p>
      <w:pPr>
        <w:jc w:val="right"/>
      </w:pPr>
      <w:r>
        <w:t>کی یونیورسٹی میں پروفیسر تھے۔</w:t>
      </w:r>
    </w:p>
    <w:p>
      <w:r>
        <w:rPr>
          <w:b/>
        </w:rPr>
        <w:t xml:space="preserve">[04:50] </w:t>
      </w:r>
      <w:r>
        <w:t>beh-haal to 95 mein mein pehli baar wahan par gaya.</w:t>
      </w:r>
    </w:p>
    <w:p>
      <w:pPr>
        <w:jc w:val="right"/>
      </w:pPr>
      <w:r>
        <w:t>بہرحال تو 95 میں میں پہلی بار وہاں پر گیا۔</w:t>
      </w:r>
    </w:p>
    <w:p>
      <w:r>
        <w:rPr>
          <w:b/>
        </w:rPr>
        <w:t xml:space="preserve">[04:54] </w:t>
      </w:r>
      <w:r>
        <w:t>yahan India mein jab tha jab tak mein, to yahan par mein Arabi akhbarat aur magazine parhta tha,</w:t>
      </w:r>
    </w:p>
    <w:p>
      <w:pPr>
        <w:jc w:val="right"/>
      </w:pPr>
      <w:r>
        <w:t>یہاں انڈیا میں جب تھا جب تک میں، تو یہاں پر میں عربی اخبارات اور میگزین پڑھتا تھا،</w:t>
      </w:r>
    </w:p>
    <w:p>
      <w:r>
        <w:rPr>
          <w:b/>
        </w:rPr>
        <w:t xml:space="preserve">[05:02] </w:t>
      </w:r>
      <w:r>
        <w:t>Urdu akhbarat aur magazine parhta tha, Angrezi parhta tha.</w:t>
      </w:r>
    </w:p>
    <w:p>
      <w:pPr>
        <w:jc w:val="right"/>
      </w:pPr>
      <w:r>
        <w:t>اردو اخبارات اور میگزین پڑھتا تھا، انگریزی پڑھتا تھا۔</w:t>
      </w:r>
    </w:p>
    <w:p>
      <w:r>
        <w:rPr>
          <w:b/>
        </w:rPr>
        <w:t xml:space="preserve">[05:06] </w:t>
      </w:r>
      <w:r>
        <w:t>sab mein jo Musalmanon ke likhne wale thay, woh aisi tasweer dete thay jaise ke wahan charon taraf</w:t>
      </w:r>
    </w:p>
    <w:p>
      <w:pPr>
        <w:jc w:val="right"/>
      </w:pPr>
      <w:r>
        <w:t>سب میں جو مسلمانوں کے لکھنے والے تھے، وہ ایسی تصویر دیتے تھے جیسے کہ وہاں چاروں طرف</w:t>
      </w:r>
    </w:p>
    <w:p>
      <w:r>
        <w:rPr>
          <w:b/>
        </w:rPr>
        <w:t xml:space="preserve">[05:13] </w:t>
      </w:r>
      <w:r>
        <w:t>Yahudi fauji khare hue hain, sangin liye hue, aur jaise hi mujhe dekhenge darhi wala Musalman, maar</w:t>
      </w:r>
    </w:p>
    <w:p>
      <w:pPr>
        <w:jc w:val="right"/>
      </w:pPr>
      <w:r>
        <w:t>یہودی فوجی کھڑے ہوئے ہیں، سنگین لیے ہوئے، اور جیسے ہی مجھے دیکھیں گے داڑھی والا مسلمان، مار</w:t>
      </w:r>
    </w:p>
    <w:p>
      <w:r>
        <w:rPr>
          <w:b/>
        </w:rPr>
        <w:t xml:space="preserve">[05:21] </w:t>
      </w:r>
      <w:r>
        <w:t>dalenge hum is ko.</w:t>
      </w:r>
    </w:p>
    <w:p>
      <w:pPr>
        <w:jc w:val="right"/>
      </w:pPr>
      <w:r>
        <w:t>ڈالیں گے ہم اس کو۔</w:t>
      </w:r>
    </w:p>
    <w:p>
      <w:r>
        <w:rPr>
          <w:b/>
        </w:rPr>
        <w:t xml:space="preserve">[05:23] </w:t>
      </w:r>
      <w:r>
        <w:t>to mein gaya to wahan par zaroor, lekin mein ghar walon se keh kar gaya tha ke dekho</w:t>
      </w:r>
    </w:p>
    <w:p>
      <w:pPr>
        <w:jc w:val="right"/>
      </w:pPr>
      <w:r>
        <w:t>تو میں گیا تو وہاں پر ضرور، لیکن میں گھر والوں سے کہہ کر گیا تھا کہ دیکھو</w:t>
      </w:r>
    </w:p>
    <w:p>
      <w:r>
        <w:rPr>
          <w:b/>
        </w:rPr>
        <w:t xml:space="preserve">[05:31] </w:t>
      </w:r>
      <w:r>
        <w:t>agar mein wapas na aaon to samajhna ke mujhe Yahudiyon ne maar dala.</w:t>
      </w:r>
    </w:p>
    <w:p>
      <w:pPr>
        <w:jc w:val="right"/>
      </w:pPr>
      <w:r>
        <w:t>اگر میں واپس نہ آؤں تو سمجھنا کہ مجھے یہودیوں نے مار ڈالا۔</w:t>
      </w:r>
    </w:p>
    <w:p>
      <w:r>
        <w:rPr>
          <w:b/>
        </w:rPr>
        <w:t xml:space="preserve">[05:36] </w:t>
      </w:r>
      <w:r>
        <w:t>yehi tasweer thi media mein, Muslim media mein.</w:t>
      </w:r>
    </w:p>
    <w:p>
      <w:pPr>
        <w:jc w:val="right"/>
      </w:pPr>
      <w:r>
        <w:t>یہی تصویر تھی میڈیا میں، مسلم میڈیا میں۔</w:t>
      </w:r>
    </w:p>
    <w:p>
      <w:r>
        <w:rPr>
          <w:b/>
        </w:rPr>
        <w:t xml:space="preserve">[05:40] </w:t>
      </w:r>
      <w:r>
        <w:t>to wahan pahuncha to wahan kuch bhi nahi tha, koi na fauj na police.</w:t>
      </w:r>
    </w:p>
    <w:p>
      <w:pPr>
        <w:jc w:val="right"/>
      </w:pPr>
      <w:r>
        <w:t>تو وہاں پہنچا تو وہاں کچھ بھی نہیں تھا، کوئی نہ فوج نہ پولیس۔</w:t>
      </w:r>
    </w:p>
    <w:p>
      <w:r>
        <w:rPr>
          <w:b/>
        </w:rPr>
        <w:t xml:space="preserve">[05:46] </w:t>
      </w:r>
      <w:r>
        <w:t>bohat aasani se mein Aqsa Mosque mein gaya, wahan namaz parhi mein ne, koi rok tok nahi.</w:t>
      </w:r>
    </w:p>
    <w:p>
      <w:pPr>
        <w:jc w:val="right"/>
      </w:pPr>
      <w:r>
        <w:t>بہت آسانی سے میں Aqsa Mosque میں گیا، وہاں نماز پڑھی میں نے، کوئی روک ٹوک نہیں۔</w:t>
      </w:r>
    </w:p>
    <w:p>
      <w:r>
        <w:rPr>
          <w:b/>
        </w:rPr>
        <w:t xml:space="preserve">[05:53] </w:t>
      </w:r>
      <w:r>
        <w:t>rok tok sirf hi kis liye thi? Yahudiyon ke liye thi.</w:t>
      </w:r>
    </w:p>
    <w:p>
      <w:pPr>
        <w:jc w:val="right"/>
      </w:pPr>
      <w:r>
        <w:t>روک ٹوک صرف ہی کس لیے تھی؟ یہودیوں کے لیے تھی۔</w:t>
      </w:r>
    </w:p>
    <w:p>
      <w:r>
        <w:rPr>
          <w:b/>
        </w:rPr>
        <w:t xml:space="preserve">[05:58] </w:t>
      </w:r>
      <w:r>
        <w:t>hum jab gate par pahunche to wahan par do Yahudi pehredar hua karte thay, woh musallah hote</w:t>
      </w:r>
    </w:p>
    <w:p>
      <w:pPr>
        <w:jc w:val="right"/>
      </w:pPr>
      <w:r>
        <w:t>ہم جب گیٹ پر پہنچے تو وہاں پر دو یہودی پہرے دار ہوا کرتے تھے، وہ مسلح ہوتے</w:t>
      </w:r>
    </w:p>
    <w:p>
      <w:r>
        <w:rPr>
          <w:b/>
        </w:rPr>
        <w:t xml:space="preserve">[06:06] </w:t>
      </w:r>
      <w:r>
        <w:t>thay woh.</w:t>
      </w:r>
    </w:p>
    <w:p>
      <w:pPr>
        <w:jc w:val="right"/>
      </w:pPr>
      <w:r>
        <w:t>تھے وہ۔</w:t>
      </w:r>
    </w:p>
    <w:p>
      <w:r>
        <w:rPr>
          <w:b/>
        </w:rPr>
        <w:t xml:space="preserve">[06:07] </w:t>
      </w:r>
      <w:r>
        <w:t>to unhon ne kuch bhi nahi poocha, passport bhi nahi manga, bas yeh kaha ke "Anta Muslim? Anta</w:t>
      </w:r>
    </w:p>
    <w:p>
      <w:pPr>
        <w:jc w:val="right"/>
      </w:pPr>
      <w:r>
        <w:t>تو انہوں نے کچھ بھی نہیں پوچھا، پاسپورٹ بھی نہیں مانگا، بس یہ کہا کہ "انت مسلم؟ انت</w:t>
      </w:r>
    </w:p>
    <w:p>
      <w:r>
        <w:rPr>
          <w:b/>
        </w:rPr>
        <w:t xml:space="preserve">[06:15] </w:t>
      </w:r>
      <w:r>
        <w:t>Musalli?" Arabi bolte thay woh log.</w:t>
      </w:r>
    </w:p>
    <w:p>
      <w:pPr>
        <w:jc w:val="right"/>
      </w:pPr>
      <w:r>
        <w:t>مصلی؟" عربی بولتے تھے وہ لوگ۔</w:t>
      </w:r>
    </w:p>
    <w:p>
      <w:r>
        <w:rPr>
          <w:b/>
        </w:rPr>
        <w:t xml:space="preserve">[06:17] </w:t>
      </w:r>
      <w:r>
        <w:t>"Anta Muslim? Anta Musalli? Aap Musalman hain? Aap namaz parhte hain?" bas kaha gaya, "Fazal, fazal." aur phir</w:t>
      </w:r>
    </w:p>
    <w:p>
      <w:pPr>
        <w:jc w:val="right"/>
      </w:pPr>
      <w:r>
        <w:t>"انت مسلم؟ انت مصلی؟ آپ مسلمان ہیں؟ آپ نماز پڑھتے ہیں؟" بس کہا گیا، "فضل، فضل۔" اور پھر</w:t>
      </w:r>
    </w:p>
    <w:p>
      <w:r>
        <w:rPr>
          <w:b/>
        </w:rPr>
        <w:t xml:space="preserve">[06:25] </w:t>
      </w:r>
      <w:r>
        <w:t>kaha ke hamare liye bhi dua kijiye.</w:t>
      </w:r>
    </w:p>
    <w:p>
      <w:pPr>
        <w:jc w:val="right"/>
      </w:pPr>
      <w:r>
        <w:t>کہا کہ ہمارے لیے بھی دعا کیجیے۔</w:t>
      </w:r>
    </w:p>
    <w:p>
      <w:r>
        <w:rPr>
          <w:b/>
        </w:rPr>
        <w:t xml:space="preserve">[06:28] </w:t>
      </w:r>
      <w:r>
        <w:t>hamare sath aik Yahudi guide tha, aik naujawan tha, woh Yahudi tha, woh guide tha hamara, us ko</w:t>
      </w:r>
    </w:p>
    <w:p>
      <w:pPr>
        <w:jc w:val="right"/>
      </w:pPr>
      <w:r>
        <w:t>ہمارے ساتھ ایک یہودی گائیڈ تھا، ایک نوجوان تھا، وہ یہودی تھا، وہ گائیڈ تھا ہمارا، اس کو</w:t>
      </w:r>
    </w:p>
    <w:p>
      <w:r>
        <w:rPr>
          <w:b/>
        </w:rPr>
        <w:t xml:space="preserve">[06:36] </w:t>
      </w:r>
      <w:r>
        <w:t>rok diya unhon ne, kyunke Yahudiyon ko us ke andar jana mana hai.</w:t>
      </w:r>
    </w:p>
    <w:p>
      <w:pPr>
        <w:jc w:val="right"/>
      </w:pPr>
      <w:r>
        <w:t>روک دیا انہوں نے، کیونکہ یہودیوں کو اس کے اندر جانا منع ہے۔</w:t>
      </w:r>
    </w:p>
    <w:p>
      <w:r>
        <w:rPr>
          <w:b/>
        </w:rPr>
        <w:t xml:space="preserve">[06:41] </w:t>
      </w:r>
      <w:r>
        <w:t>to mein ne kaha kitni bari bhool mein hai sari Muslim dunya.</w:t>
      </w:r>
    </w:p>
    <w:p>
      <w:pPr>
        <w:jc w:val="right"/>
      </w:pPr>
      <w:r>
        <w:t>تو میں نے کہا کتنی بڑی بھول میں ہے ساری مسلم دنیا۔</w:t>
      </w:r>
    </w:p>
    <w:p>
      <w:r>
        <w:rPr>
          <w:b/>
        </w:rPr>
        <w:t xml:space="preserve">[06:46] </w:t>
      </w:r>
      <w:r>
        <w:t>yeh alag baat hai ke Yahudiyon ka qabza hai Falasteen ke aik hisse par, lekin us ke sath</w:t>
      </w:r>
    </w:p>
    <w:p>
      <w:pPr>
        <w:jc w:val="right"/>
      </w:pPr>
      <w:r>
        <w:t>یہ الگ بات ہے کہ یہودیوں کا قبضہ ہے فلسطین کے ایک حصے پر، لیکن اس کے ساتھ</w:t>
      </w:r>
    </w:p>
    <w:p>
      <w:r>
        <w:rPr>
          <w:b/>
        </w:rPr>
        <w:t xml:space="preserve">[06:54] </w:t>
      </w:r>
      <w:r>
        <w:t>yeh jodna ke Aqsa Mosque mein har taraf faujen khari hui hain aur wahan jo Musalman jata hai</w:t>
      </w:r>
    </w:p>
    <w:p>
      <w:pPr>
        <w:jc w:val="right"/>
      </w:pPr>
      <w:r>
        <w:t>یہ جوڑنا کہ Aqsa Mosque میں ہر طرف فوجیں کھڑی ہوئی ہیں اور وہاں جو مسلمان جاتا ہے</w:t>
      </w:r>
    </w:p>
    <w:p>
      <w:r>
        <w:rPr>
          <w:b/>
        </w:rPr>
        <w:t xml:space="preserve">[07:02] </w:t>
      </w:r>
      <w:r>
        <w:t>us ko maar dalte hain, jaisa ke mujhe ta'assur bana tha, to bilkul galat tha woh.</w:t>
      </w:r>
    </w:p>
    <w:p>
      <w:pPr>
        <w:jc w:val="right"/>
      </w:pPr>
      <w:r>
        <w:t>اس کو مار ڈالتے ہیں، جیسا کہ مجھے تاثر بنا تھا، تو بالکل غلط تھا وہ۔</w:t>
      </w:r>
    </w:p>
    <w:p>
      <w:r>
        <w:rPr>
          <w:b/>
        </w:rPr>
        <w:t xml:space="preserve">[07:09] </w:t>
      </w:r>
      <w:r>
        <w:t>mein ne bohat aaram se wahan namaz parhi, koi rok tok nahi thi, us waqt mein akela gaya</w:t>
      </w:r>
    </w:p>
    <w:p>
      <w:pPr>
        <w:jc w:val="right"/>
      </w:pPr>
      <w:r>
        <w:t>میں نے بہت آرام سے وہاں نماز پڑھی، کوئی روک ٹوک نہیں تھی، اس وقت میں اکیلا گیا</w:t>
      </w:r>
    </w:p>
    <w:p>
      <w:r>
        <w:rPr>
          <w:b/>
        </w:rPr>
        <w:t xml:space="preserve">[07:16] </w:t>
      </w:r>
      <w:r>
        <w:t>tha.</w:t>
      </w:r>
    </w:p>
    <w:p>
      <w:pPr>
        <w:jc w:val="right"/>
      </w:pPr>
      <w:r>
        <w:t>تھا۔</w:t>
      </w:r>
    </w:p>
    <w:p>
      <w:r>
        <w:rPr>
          <w:b/>
        </w:rPr>
        <w:t xml:space="preserve">[07:18] </w:t>
      </w:r>
      <w:r>
        <w:t>to dosra jo anokhi daryaft mujhe hui wahan par wo yeh hai ke Aqsa Mosque kya hai wahi</w:t>
      </w:r>
    </w:p>
    <w:p>
      <w:pPr>
        <w:jc w:val="right"/>
      </w:pPr>
      <w:r>
        <w:t>تو دوسرا جو انوکھی دریافت مجھے ہوئی وہاں پر وہ یہ ہے کہ Aqsa Mosque کیا ہے وہی</w:t>
      </w:r>
    </w:p>
    <w:p>
      <w:r>
        <w:rPr>
          <w:b/>
        </w:rPr>
        <w:t xml:space="preserve">[07:26] </w:t>
      </w:r>
      <w:r>
        <w:t>musalmanon ko pata nahi.</w:t>
      </w:r>
    </w:p>
    <w:p>
      <w:pPr>
        <w:jc w:val="right"/>
      </w:pPr>
      <w:r>
        <w:t>مسلمانوں کو پتہ نہیں۔</w:t>
      </w:r>
    </w:p>
    <w:p>
      <w:r>
        <w:rPr>
          <w:b/>
        </w:rPr>
        <w:t xml:space="preserve">[07:27] </w:t>
      </w:r>
      <w:r>
        <w:t>ab to maine bar bar likha hai, ab to kuch jaan gaye honge log, us waqt</w:t>
      </w:r>
    </w:p>
    <w:p>
      <w:pPr>
        <w:jc w:val="right"/>
      </w:pPr>
      <w:r>
        <w:t>اب تو میں نے بار بار لکھا ہے، اب تو کچھ جان گئے ہوں گے لوگ، اس وقت</w:t>
      </w:r>
    </w:p>
    <w:p>
      <w:r>
        <w:rPr>
          <w:b/>
        </w:rPr>
        <w:t xml:space="preserve">[07:35] </w:t>
      </w:r>
      <w:r>
        <w:t>tak koi janta nahi tha Aqsa Mosque kya hai.</w:t>
      </w:r>
    </w:p>
    <w:p>
      <w:pPr>
        <w:jc w:val="right"/>
      </w:pPr>
      <w:r>
        <w:t>تک کوئی جانتا نہیں تھا Aqsa Mosque کیا ہے۔</w:t>
      </w:r>
    </w:p>
    <w:p>
      <w:r>
        <w:rPr>
          <w:b/>
        </w:rPr>
        <w:t xml:space="preserve">[07:39] </w:t>
      </w:r>
      <w:r>
        <w:t>bohat anokhi baat hai yeh.</w:t>
      </w:r>
    </w:p>
    <w:p>
      <w:pPr>
        <w:jc w:val="right"/>
      </w:pPr>
      <w:r>
        <w:t>بہت انوکھی بات ہے یہ۔</w:t>
      </w:r>
    </w:p>
    <w:p>
      <w:r>
        <w:rPr>
          <w:b/>
        </w:rPr>
        <w:t xml:space="preserve">[07:41] </w:t>
      </w:r>
      <w:r>
        <w:t>agar aap ko shak ho to aap Aqsa Mosque ki jo tasweeren chapti rahi hain us ko dekhiye,</w:t>
      </w:r>
    </w:p>
    <w:p>
      <w:pPr>
        <w:jc w:val="right"/>
      </w:pPr>
      <w:r>
        <w:t>اگر آپ کو شک ہو تو آپ Aqsa Mosque کی جو تصویریں چھپتی رہی ہیں اس کو دیکھیے،</w:t>
      </w:r>
    </w:p>
    <w:p>
      <w:r>
        <w:rPr>
          <w:b/>
        </w:rPr>
        <w:t xml:space="preserve">[07:49] </w:t>
      </w:r>
      <w:r>
        <w:t>wo ek gumbad hota hai, jaise hamare haan is mein Humayun Tomb mein mislan yahan par gumbad hai,</w:t>
      </w:r>
    </w:p>
    <w:p>
      <w:pPr>
        <w:jc w:val="right"/>
      </w:pPr>
      <w:r>
        <w:t>وہ ایک گنبد ہوتا ہے، جیسے ہمارے ہاں اس میں ہمایوں ٹوم میں مثلاً یہاں پر گنبد ہے،</w:t>
      </w:r>
    </w:p>
    <w:p>
      <w:r>
        <w:rPr>
          <w:b/>
        </w:rPr>
        <w:t xml:space="preserve">[07:57] </w:t>
      </w:r>
      <w:r>
        <w:t>maqbaron mein gumbad hua karte hain.</w:t>
      </w:r>
    </w:p>
    <w:p>
      <w:pPr>
        <w:jc w:val="right"/>
      </w:pPr>
      <w:r>
        <w:t>مقبروں میں گنبد ہوا کرتے ہیں۔</w:t>
      </w:r>
    </w:p>
    <w:p>
      <w:r>
        <w:rPr>
          <w:b/>
        </w:rPr>
        <w:t xml:space="preserve">[07:59] </w:t>
      </w:r>
      <w:r>
        <w:t>gumbad aur sunhari rang ka, us ke neeche likha rehta tha Aqsa Aqsa.</w:t>
      </w:r>
    </w:p>
    <w:p>
      <w:pPr>
        <w:jc w:val="right"/>
      </w:pPr>
      <w:r>
        <w:t>گنبد اور سنہری رنگ کا، اس کے نیچے لکھا رہتا تھا Aqsa اقصیٰ۔</w:t>
      </w:r>
    </w:p>
    <w:p>
      <w:r>
        <w:rPr>
          <w:b/>
        </w:rPr>
        <w:t xml:space="preserve">[08:05] </w:t>
      </w:r>
      <w:r>
        <w:t>sari dunya ke log isi ko Aqsa Mosque samajhte thay.</w:t>
      </w:r>
    </w:p>
    <w:p>
      <w:pPr>
        <w:jc w:val="right"/>
      </w:pPr>
      <w:r>
        <w:t>ساری دنیا کے لوگ اسی کو Aqsa Mosque سمجھتے تھے۔</w:t>
      </w:r>
    </w:p>
    <w:p>
      <w:r>
        <w:rPr>
          <w:b/>
        </w:rPr>
        <w:t xml:space="preserve">[08:09] </w:t>
      </w:r>
      <w:r>
        <w:t>hata ke kitabon mein yeh maujood hai.</w:t>
      </w:r>
    </w:p>
    <w:p>
      <w:pPr>
        <w:jc w:val="right"/>
      </w:pPr>
      <w:r>
        <w:t>حتیٰ کتابوں میں یہ موجود ہے۔</w:t>
      </w:r>
    </w:p>
    <w:p>
      <w:r>
        <w:rPr>
          <w:b/>
        </w:rPr>
        <w:t xml:space="preserve">[08:12] </w:t>
      </w:r>
      <w:r>
        <w:t>maine apni safarnamay mein bohat si misalen di thi ke yeh log kis tarah Aqsa Mosque aur</w:t>
      </w:r>
    </w:p>
    <w:p>
      <w:pPr>
        <w:jc w:val="right"/>
      </w:pPr>
      <w:r>
        <w:t>میں نے اپنی سفرنامے میں بہت سی مثالیں دی تھیں کہ یہ لوگ کس طرح Aqsa Mosque اور</w:t>
      </w:r>
    </w:p>
    <w:p>
      <w:r>
        <w:rPr>
          <w:b/>
        </w:rPr>
        <w:t xml:space="preserve">[08:19] </w:t>
      </w:r>
      <w:r>
        <w:t>is gumbad ko jis ko Qubbat al-Sakhrah kaha jata hai, dono ko ek samajhte thay.</w:t>
      </w:r>
    </w:p>
    <w:p>
      <w:pPr>
        <w:jc w:val="right"/>
      </w:pPr>
      <w:r>
        <w:t>اس گنبد کو جس کو قبة الصخرة کہا جاتا ہے، دونوں کو ایک سمجھتے تھے۔</w:t>
      </w:r>
    </w:p>
    <w:p>
      <w:r>
        <w:rPr>
          <w:b/>
        </w:rPr>
        <w:t xml:space="preserve">[08:26] </w:t>
      </w:r>
      <w:r>
        <w:t>misal par Maulana Abdullah Maududi ne yahi likha hai, "Masjid-e-Aqsa, Qubbat al-Sakhrah yani Aqsa Aqsa." aap ko</w:t>
      </w:r>
    </w:p>
    <w:p>
      <w:pPr>
        <w:jc w:val="right"/>
      </w:pPr>
      <w:r>
        <w:t>مثال پر مولانا عبداللہ مودودی نے یہی لکھا ہے، "مسجدِ اقصیٰ، قبة الصخرة یعنی Aqsa اقصیٰ۔" آپ کو</w:t>
      </w:r>
    </w:p>
    <w:p>
      <w:r>
        <w:rPr>
          <w:b/>
        </w:rPr>
        <w:t xml:space="preserve">[08:33] </w:t>
      </w:r>
      <w:r>
        <w:t>dekhna ho tafseel to mere safarnamay mein dekh sakte hain, maine bohat se hawale diye hain.</w:t>
      </w:r>
    </w:p>
    <w:p>
      <w:pPr>
        <w:jc w:val="right"/>
      </w:pPr>
      <w:r>
        <w:t>دیکھنا ہو تفصیل تو میرے سفرنامے میں دیکھ سکتے ہیں، میں نے بہت سے حوالے دیے ہیں۔</w:t>
      </w:r>
    </w:p>
    <w:p>
      <w:r>
        <w:rPr>
          <w:b/>
        </w:rPr>
        <w:t xml:space="preserve">[08:41] </w:t>
      </w:r>
      <w:r>
        <w:t>wahan ja kar mujhe daryaft hui ke Aqsa Mosque alag cheez hai, Qubbat al-Sakhrah alag cheez hai.</w:t>
      </w:r>
    </w:p>
    <w:p>
      <w:pPr>
        <w:jc w:val="right"/>
      </w:pPr>
      <w:r>
        <w:t>وہاں جا کر مجھے دریافت ہوئی کہ Aqsa Mosque الگ چیز ہے، قبة الصخرة الگ چیز ہے۔</w:t>
      </w:r>
    </w:p>
    <w:p>
      <w:r>
        <w:rPr>
          <w:b/>
        </w:rPr>
        <w:t xml:space="preserve">[08:48] </w:t>
      </w:r>
      <w:r>
        <w:t>dono ek cheez nahi hain, kyunke Qubbat al-Sakhrah jo hai wo chattan par hai, bulandi par hai, aur</w:t>
      </w:r>
    </w:p>
    <w:p>
      <w:pPr>
        <w:jc w:val="right"/>
      </w:pPr>
      <w:r>
        <w:t>دونوں ایک چیز نہیں ہیں، کیونکہ قبة الصخرة جو ہے وہ چٹان پر ہے، بلندی پر ہے، اور</w:t>
      </w:r>
    </w:p>
    <w:p>
      <w:r>
        <w:rPr>
          <w:b/>
        </w:rPr>
        <w:t xml:space="preserve">[08:56] </w:t>
      </w:r>
      <w:r>
        <w:t>Aqsa Mosque neeche hai.</w:t>
      </w:r>
    </w:p>
    <w:p>
      <w:pPr>
        <w:jc w:val="right"/>
      </w:pPr>
      <w:r>
        <w:t>Aqsa Mosque نیچے ہے۔</w:t>
      </w:r>
    </w:p>
    <w:p>
      <w:r>
        <w:rPr>
          <w:b/>
        </w:rPr>
        <w:t xml:space="preserve">[08:57] </w:t>
      </w:r>
      <w:r>
        <w:t>to jab bhi aap camera idhar focus karte hain to sab se numayan tasweer aati hai Qubbat al-Sakhrah</w:t>
      </w:r>
    </w:p>
    <w:p>
      <w:pPr>
        <w:jc w:val="right"/>
      </w:pPr>
      <w:r>
        <w:t>تو جب بھی آپ کیمرہ ادھر فوکس کرتے ہیں تو سب سے نمایاں تصویر آتی ہے قبة الصخرة</w:t>
      </w:r>
    </w:p>
    <w:p>
      <w:r>
        <w:rPr>
          <w:b/>
        </w:rPr>
        <w:t xml:space="preserve">[09:05] </w:t>
      </w:r>
      <w:r>
        <w:t>ki.</w:t>
      </w:r>
    </w:p>
    <w:p>
      <w:pPr>
        <w:jc w:val="right"/>
      </w:pPr>
      <w:r>
        <w:t>کی۔</w:t>
      </w:r>
    </w:p>
    <w:p>
      <w:r>
        <w:rPr>
          <w:b/>
        </w:rPr>
        <w:t xml:space="preserve">[09:07] </w:t>
      </w:r>
      <w:r>
        <w:t>Aqsa Mosque jo hai wo neeche ho jati hai.</w:t>
      </w:r>
    </w:p>
    <w:p>
      <w:pPr>
        <w:jc w:val="right"/>
      </w:pPr>
      <w:r>
        <w:t>Aqsa Mosque جو ہے وہ نیچے ہو جاتی ہے۔</w:t>
      </w:r>
    </w:p>
    <w:p>
      <w:r>
        <w:rPr>
          <w:b/>
        </w:rPr>
        <w:t xml:space="preserve">[09:10] </w:t>
      </w:r>
      <w:r>
        <w:t>ab dekhiye ke Qubbat al-Sakhrah kya cheez hai, Aqsa Mosque kya cheez hai.</w:t>
      </w:r>
    </w:p>
    <w:p>
      <w:pPr>
        <w:jc w:val="right"/>
      </w:pPr>
      <w:r>
        <w:t>اب دیکھیے کہ قبة الصخرة کیا چیز ہے، Aqsa Mosque کیا چیز ہے۔</w:t>
      </w:r>
    </w:p>
    <w:p>
      <w:r>
        <w:rPr>
          <w:b/>
        </w:rPr>
        <w:t xml:space="preserve">[09:16] </w:t>
      </w:r>
      <w:r>
        <w:t>yeh wahan jane ke baad yeh sab mujhe daryaft hui.</w:t>
      </w:r>
    </w:p>
    <w:p>
      <w:pPr>
        <w:jc w:val="right"/>
      </w:pPr>
      <w:r>
        <w:t>یہ وہاں جانے کے بعد یہ سب مجھے دریافت ہوئی۔</w:t>
      </w:r>
    </w:p>
    <w:p>
      <w:r>
        <w:rPr>
          <w:b/>
        </w:rPr>
        <w:t xml:space="preserve">[09:20] </w:t>
      </w:r>
      <w:r>
        <w:t>Qubbat al-Sakhrah kehte hain jis ko kehte hain Dome of Rock.</w:t>
      </w:r>
    </w:p>
    <w:p>
      <w:pPr>
        <w:jc w:val="right"/>
      </w:pPr>
      <w:r>
        <w:t>قبة الصخرة کہتے ہیں جس کو کہتے ہیں ڈوم آف راک۔</w:t>
      </w:r>
    </w:p>
    <w:p>
      <w:r>
        <w:rPr>
          <w:b/>
        </w:rPr>
        <w:t xml:space="preserve">[09:25] </w:t>
      </w:r>
      <w:r>
        <w:t>ek rock hai, pathar ki ek chokor si chattan.</w:t>
      </w:r>
    </w:p>
    <w:p>
      <w:pPr>
        <w:jc w:val="right"/>
      </w:pPr>
      <w:r>
        <w:t>ایک راک ہے، پتھر کی ایک چوکور سی چٹان۔</w:t>
      </w:r>
    </w:p>
    <w:p>
      <w:r>
        <w:rPr>
          <w:b/>
        </w:rPr>
        <w:t xml:space="preserve">[09:29] </w:t>
      </w:r>
      <w:r>
        <w:t>aise hi mamooli pathar jo hota hai, us ko yahoodi log muqaddas mante hain.</w:t>
      </w:r>
    </w:p>
    <w:p>
      <w:pPr>
        <w:jc w:val="right"/>
      </w:pPr>
      <w:r>
        <w:t>ایسے ہی معمولی پتھر جو ہوتا ہے، اس کو یہودی لوگ مقدس مانتے ہیں۔</w:t>
      </w:r>
    </w:p>
    <w:p>
      <w:r>
        <w:rPr>
          <w:b/>
        </w:rPr>
        <w:t xml:space="preserve">[09:35] </w:t>
      </w:r>
      <w:r>
        <w:t>in ka manna yeh hai ke hazrat ibrahim yahan aaye thay aur apne bete ishaq ko yahan par</w:t>
      </w:r>
    </w:p>
    <w:p>
      <w:pPr>
        <w:jc w:val="right"/>
      </w:pPr>
      <w:r>
        <w:t>ان کا ماننا یہ ہے کہ حضرت ابراہیم یہاں آئے تھے اور اپنے بیٹے اسحاق کو یہاں پر</w:t>
      </w:r>
    </w:p>
    <w:p>
      <w:r>
        <w:rPr>
          <w:b/>
        </w:rPr>
        <w:t xml:space="preserve">[09:43] </w:t>
      </w:r>
      <w:r>
        <w:t>qurban kiya tha.</w:t>
      </w:r>
    </w:p>
    <w:p>
      <w:pPr>
        <w:jc w:val="right"/>
      </w:pPr>
      <w:r>
        <w:t>قربان کیا تھا۔</w:t>
      </w:r>
    </w:p>
    <w:p>
      <w:r>
        <w:rPr>
          <w:b/>
        </w:rPr>
        <w:t xml:space="preserve">[09:44] </w:t>
      </w:r>
      <w:r>
        <w:t>hum log to hazrat ismail ko mante hain ke qurban karne ke liye tayyar hue thay hazrat ibrahim,</w:t>
      </w:r>
    </w:p>
    <w:p>
      <w:pPr>
        <w:jc w:val="right"/>
      </w:pPr>
      <w:r>
        <w:t>ہم لوگ تو حضرت اسماعیل کو مانتے ہیں کہ قربان کرنے کے لیے تیار ہوئے تھے حضرت ابراہیم،</w:t>
      </w:r>
    </w:p>
    <w:p>
      <w:r>
        <w:rPr>
          <w:b/>
        </w:rPr>
        <w:t xml:space="preserve">[09:52] </w:t>
      </w:r>
      <w:r>
        <w:t>yani hum log zibahullah mante hain hazrat ismail ko, lekin yahoodi log zibahullah mante hain hazrat</w:t>
      </w:r>
    </w:p>
    <w:p>
      <w:pPr>
        <w:jc w:val="right"/>
      </w:pPr>
      <w:r>
        <w:t>یعنی ہم لوگ ذبیح اللہ مانتے ہیں حضرت اسماعیل کو، لیکن یہودی لوگ ذبیح اللہ مانتے ہیں حضرت</w:t>
      </w:r>
    </w:p>
    <w:p>
      <w:r>
        <w:rPr>
          <w:b/>
        </w:rPr>
        <w:t xml:space="preserve">[10:00] </w:t>
      </w:r>
      <w:r>
        <w:t>ishaq ko, jo un ke doosre bete thay.</w:t>
      </w:r>
    </w:p>
    <w:p>
      <w:pPr>
        <w:jc w:val="right"/>
      </w:pPr>
      <w:r>
        <w:t>اسحاق کو، جو ان کے دوسرے بیٹے تھے۔</w:t>
      </w:r>
    </w:p>
    <w:p>
      <w:r>
        <w:rPr>
          <w:b/>
        </w:rPr>
        <w:t xml:space="preserve">[10:03] </w:t>
      </w:r>
      <w:r>
        <w:t>to in ka manna yeh hai ke yahin par hazrat ibrahim ne qurbani di thi.</w:t>
      </w:r>
    </w:p>
    <w:p>
      <w:pPr>
        <w:jc w:val="right"/>
      </w:pPr>
      <w:r>
        <w:t>تو ان کا ماننا یہ ہے کہ یہیں پر حضرت ابراہیم نے قربانی دی تھی۔</w:t>
      </w:r>
    </w:p>
    <w:p>
      <w:r>
        <w:rPr>
          <w:b/>
        </w:rPr>
        <w:t xml:space="preserve">[10:09] </w:t>
      </w:r>
      <w:r>
        <w:t>to tareekhi tor par is ko hum sahi nahi samajhte, lekin in ka aqeedah yahi hai.</w:t>
      </w:r>
    </w:p>
    <w:p>
      <w:pPr>
        <w:jc w:val="right"/>
      </w:pPr>
      <w:r>
        <w:t>تو تاریخی طور پر اس کو ہم صحیح نہیں سمجھتے، لیکن ان کا عقیدہ یہی ہے۔</w:t>
      </w:r>
    </w:p>
    <w:p>
      <w:r>
        <w:rPr>
          <w:b/>
        </w:rPr>
        <w:t xml:space="preserve">[10:16] </w:t>
      </w:r>
      <w:r>
        <w:t>aur is bana par is sakhra ko, is chattan ko, is rock ko woh muqaddas samajhte hain.</w:t>
      </w:r>
    </w:p>
    <w:p>
      <w:pPr>
        <w:jc w:val="right"/>
      </w:pPr>
      <w:r>
        <w:t>اور اس بنا پر اس صخرہ کو، اس چٹان کو، اس راک کو وہ مقدس سمجھتے ہیں۔</w:t>
      </w:r>
    </w:p>
    <w:p>
      <w:r>
        <w:rPr>
          <w:b/>
        </w:rPr>
        <w:t xml:space="preserve">[10:24] </w:t>
      </w:r>
      <w:r>
        <w:t>is par pehle koi building nahi hua karti thi, woh khula hua tha.</w:t>
      </w:r>
    </w:p>
    <w:p>
      <w:pPr>
        <w:jc w:val="right"/>
      </w:pPr>
      <w:r>
        <w:t>اس پر پہلے کوئی بلڈنگ نہیں ہوا کرتی تھی، وہ کھلا ہوا تھا۔</w:t>
      </w:r>
    </w:p>
    <w:p>
      <w:r>
        <w:rPr>
          <w:b/>
        </w:rPr>
        <w:t xml:space="preserve">[10:29] </w:t>
      </w:r>
      <w:r>
        <w:t>phir bano umaya ke zamanay mein wahan par gumbad banaya gaya.</w:t>
      </w:r>
    </w:p>
    <w:p>
      <w:pPr>
        <w:jc w:val="right"/>
      </w:pPr>
      <w:r>
        <w:t>پھر بنو امیہ کے زمانے میں وہاں پر گنبد بنایا گیا۔</w:t>
      </w:r>
    </w:p>
    <w:p>
      <w:r>
        <w:rPr>
          <w:b/>
        </w:rPr>
        <w:t xml:space="preserve">[10:34] </w:t>
      </w:r>
      <w:r>
        <w:t>to yeh alag cheez hai, qubbat al-sakhra bilkul alag cheez hai, Aqsa Mosque alag cheez hai.</w:t>
      </w:r>
    </w:p>
    <w:p>
      <w:pPr>
        <w:jc w:val="right"/>
      </w:pPr>
      <w:r>
        <w:t>تو یہ الگ چیز ہے، قبة الصخرة بالکل الگ چیز ہے، Aqsa Mosque الگ چیز ہے۔</w:t>
      </w:r>
    </w:p>
    <w:p>
      <w:r>
        <w:rPr>
          <w:b/>
        </w:rPr>
        <w:t xml:space="preserve">[10:41] </w:t>
      </w:r>
      <w:r>
        <w:t>isi tarah se ab mujhe yeh daryaft hui ke musalman yeh samajhte hain ke Aqsa Mosque pehla qibla</w:t>
      </w:r>
    </w:p>
    <w:p>
      <w:pPr>
        <w:jc w:val="right"/>
      </w:pPr>
      <w:r>
        <w:t>اسی طرح سے اب مجھے یہ دریافت ہوئی کہ مسلمان یہ سمجھتے ہیں کہ Aqsa Mosque قبلہ اول</w:t>
      </w:r>
    </w:p>
    <w:p>
      <w:r>
        <w:rPr>
          <w:b/>
        </w:rPr>
        <w:t xml:space="preserve">[10:48] </w:t>
      </w:r>
      <w:r>
        <w:t>hai, halankay bilkul galat hai yeh baat.</w:t>
      </w:r>
    </w:p>
    <w:p>
      <w:pPr>
        <w:jc w:val="right"/>
      </w:pPr>
      <w:r>
        <w:t>ہے، حالانکہ بالکل غلط ہے یہ بات۔</w:t>
      </w:r>
    </w:p>
    <w:p>
      <w:r>
        <w:rPr>
          <w:b/>
        </w:rPr>
        <w:t xml:space="preserve">[10:51] </w:t>
      </w:r>
      <w:r>
        <w:t>saari duniya ke musalman yeh samajhte hain ke Aqsa Mosque woh pehla qibla hai, yani madine mein jab</w:t>
      </w:r>
    </w:p>
    <w:p>
      <w:pPr>
        <w:jc w:val="right"/>
      </w:pPr>
      <w:r>
        <w:t>ساری دنیا کے مسلمان یہ سمجھتے ہیں کہ Aqsa Mosque وہ قبلہ اول ہے، یعنی مدینے میں جب</w:t>
      </w:r>
    </w:p>
    <w:p>
      <w:r>
        <w:rPr>
          <w:b/>
        </w:rPr>
        <w:t xml:space="preserve">[10:59] </w:t>
      </w:r>
      <w:r>
        <w:t>rasool Allah aaye thay to Aqsa Mosque ki taraf rukh kar ke namaz parhte thay.</w:t>
      </w:r>
    </w:p>
    <w:p>
      <w:pPr>
        <w:jc w:val="right"/>
      </w:pPr>
      <w:r>
        <w:t>رسول اللہ آئے تھے تو Aqsa Mosque کی طرف رخ کر کے نماز پڑھتے تھے۔</w:t>
      </w:r>
    </w:p>
    <w:p>
      <w:r>
        <w:rPr>
          <w:b/>
        </w:rPr>
        <w:t xml:space="preserve">[11:06] </w:t>
      </w:r>
      <w:r>
        <w:t>yeh bilkul be buniyad baat hai tareekhi aitbar se.</w:t>
      </w:r>
    </w:p>
    <w:p>
      <w:pPr>
        <w:jc w:val="right"/>
      </w:pPr>
      <w:r>
        <w:t>یہ بالکل بے بنیاد بات ہے تاریخی اعتبار سے۔</w:t>
      </w:r>
    </w:p>
    <w:p>
      <w:r>
        <w:rPr>
          <w:b/>
        </w:rPr>
        <w:t xml:space="preserve">[11:09] </w:t>
      </w:r>
      <w:r>
        <w:t>haqeeqat kya hai? Rasool Allah ne Aqsa Mosque ko naam hi nahi liya tha ke woh hamare pehle qibla</w:t>
      </w:r>
    </w:p>
    <w:p>
      <w:pPr>
        <w:jc w:val="right"/>
      </w:pPr>
      <w:r>
        <w:t>حقیقت کیا ہے؟ رسول اللہ نے Aqsa Mosque کو نام ہی نہیں لیا تھا کہ وہ ہمارے قبلہ</w:t>
      </w:r>
    </w:p>
    <w:p>
      <w:r>
        <w:rPr>
          <w:b/>
        </w:rPr>
        <w:t xml:space="preserve">[11:17] </w:t>
      </w:r>
      <w:r>
        <w:t>hai.</w:t>
      </w:r>
    </w:p>
    <w:p>
      <w:pPr>
        <w:jc w:val="right"/>
      </w:pPr>
      <w:r>
        <w:t>اول ہے۔</w:t>
      </w:r>
    </w:p>
    <w:p>
      <w:r>
        <w:rPr>
          <w:b/>
        </w:rPr>
        <w:t xml:space="preserve">[11:19] </w:t>
      </w:r>
      <w:r>
        <w:t>aap ne qibla yahood ko qibla banaya tha.</w:t>
      </w:r>
    </w:p>
    <w:p>
      <w:pPr>
        <w:jc w:val="right"/>
      </w:pPr>
      <w:r>
        <w:t>آپ نے قبلہ یہود کو قبلہ بنایا تھا۔</w:t>
      </w:r>
    </w:p>
    <w:p>
      <w:r>
        <w:rPr>
          <w:b/>
        </w:rPr>
        <w:t xml:space="preserve">[11:22] </w:t>
      </w:r>
      <w:r>
        <w:t>yani jab tak aap makka mein thay, aap ko maloom hai ke rasool Allah salallahu alayhi wasallam</w:t>
      </w:r>
    </w:p>
    <w:p>
      <w:pPr>
        <w:jc w:val="right"/>
      </w:pPr>
      <w:r>
        <w:t>یعنی جب تک آپ مکہ میں تھے، آپ کو معلوم ہے کہ رسول اللہ صلی اللہ علیہ وسلم</w:t>
      </w:r>
    </w:p>
    <w:p>
      <w:r>
        <w:rPr>
          <w:b/>
        </w:rPr>
        <w:t xml:space="preserve">[11:30] </w:t>
      </w:r>
      <w:r>
        <w:t>ki ba'sat shuru hui hai 610 isvi se, aur 622 isvi mein aap ne makka se hijrat kar</w:t>
      </w:r>
    </w:p>
    <w:p>
      <w:pPr>
        <w:jc w:val="right"/>
      </w:pPr>
      <w:r>
        <w:t>کی بعثت شروع ہوئی ہے 610 عیسوی سے، اور 622 عیسوی میں آپ نے مکہ سے ہجرت کر</w:t>
      </w:r>
    </w:p>
    <w:p>
      <w:r>
        <w:rPr>
          <w:b/>
        </w:rPr>
        <w:t xml:space="preserve">[11:37] </w:t>
      </w:r>
      <w:r>
        <w:t>ke madina pohanchay hain aap.</w:t>
      </w:r>
    </w:p>
    <w:p>
      <w:pPr>
        <w:jc w:val="right"/>
      </w:pPr>
      <w:r>
        <w:t>کے مدینہ پہنچے ہیں آپ۔</w:t>
      </w:r>
    </w:p>
    <w:p>
      <w:r>
        <w:rPr>
          <w:b/>
        </w:rPr>
        <w:t xml:space="preserve">[11:40] </w:t>
      </w:r>
      <w:r>
        <w:t>to jab tak aap makka mein thay, aap kaba ki taraf rukh kar ke namaz parhte hain.</w:t>
      </w:r>
    </w:p>
    <w:p>
      <w:pPr>
        <w:jc w:val="right"/>
      </w:pPr>
      <w:r>
        <w:t>تو جب تک آپ مکہ میں تھے، آپ کعبہ کی طرف رخ کر کے نماز پڑھتے ہیں۔</w:t>
      </w:r>
    </w:p>
    <w:p>
      <w:r>
        <w:rPr>
          <w:b/>
        </w:rPr>
        <w:t xml:space="preserve">[11:47] </w:t>
      </w:r>
      <w:r>
        <w:t>aap jante hain kaba mein namaz charon taraf se parhi jati hai.</w:t>
      </w:r>
    </w:p>
    <w:p>
      <w:pPr>
        <w:jc w:val="right"/>
      </w:pPr>
      <w:r>
        <w:t>آپ جانتے ہیں کعبہ میں نماز چاروں طرف سے پڑھی جاتی ہے۔</w:t>
      </w:r>
    </w:p>
    <w:p>
      <w:r>
        <w:rPr>
          <w:b/>
        </w:rPr>
        <w:t xml:space="preserve">[11:52] </w:t>
      </w:r>
      <w:r>
        <w:t>hum apni masjidon mein aik taraf parhte hain na, ya aap haram mein jayenge umrah ya haj</w:t>
      </w:r>
    </w:p>
    <w:p>
      <w:pPr>
        <w:jc w:val="right"/>
      </w:pPr>
      <w:r>
        <w:t>ہم اپنی مسجدوں میں ایک طرف پڑھتے ہیں نا، یا آپ حرم میں جائیں گے عمرہ یا حج</w:t>
      </w:r>
    </w:p>
    <w:p>
      <w:r>
        <w:rPr>
          <w:b/>
        </w:rPr>
        <w:t xml:space="preserve">[12:00] </w:t>
      </w:r>
      <w:r>
        <w:t>ke liye to aap payenge kaaba beech mein hai aur charon taraf se namazen parhi ja rahi</w:t>
      </w:r>
    </w:p>
    <w:p>
      <w:pPr>
        <w:jc w:val="right"/>
      </w:pPr>
      <w:r>
        <w:t>کے لیے تو آپ پائیں گے کعبہ بیچ میں ہے اور چاروں طرف سے نمازیں پڑھی جا رہی</w:t>
      </w:r>
    </w:p>
    <w:p>
      <w:r>
        <w:rPr>
          <w:b/>
        </w:rPr>
        <w:t xml:space="preserve">[12:07]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[12:09] </w:t>
      </w:r>
      <w:r>
        <w:t>to rasool Allah jidhar bhi hote the, idhar se kaaba ko qibla bana kar ke namaz parhte the.</w:t>
      </w:r>
    </w:p>
    <w:p>
      <w:pPr>
        <w:jc w:val="right"/>
      </w:pPr>
      <w:r>
        <w:t>تو رسول اللہ جدھر بھی ہوتے تھے، ادھر سے کعبہ کو قبلہ بنا کر کے نماز پڑھتے تھے۔</w:t>
      </w:r>
    </w:p>
    <w:p>
      <w:r>
        <w:rPr>
          <w:b/>
        </w:rPr>
        <w:t xml:space="preserve">[12:17] </w:t>
      </w:r>
      <w:r>
        <w:t>jab aap madina pahunche to madine ke jo yahoodi the, wahan par aap jante hain ke teen qabail</w:t>
      </w:r>
    </w:p>
    <w:p>
      <w:pPr>
        <w:jc w:val="right"/>
      </w:pPr>
      <w:r>
        <w:t>جب آپ مدینہ پہنچے تو مدینے کے جو یہودی تھے، وہاں پر آپ جانتے ہیں کہ تین قبیلے</w:t>
      </w:r>
    </w:p>
    <w:p>
      <w:r>
        <w:rPr>
          <w:b/>
        </w:rPr>
        <w:t xml:space="preserve">[12:24] </w:t>
      </w:r>
      <w:r>
        <w:t>yahudiyon ke abad the madina mein.</w:t>
      </w:r>
    </w:p>
    <w:p>
      <w:pPr>
        <w:jc w:val="right"/>
      </w:pPr>
      <w:r>
        <w:t>یہودیوں کے آباد تھے مدینہ میں۔</w:t>
      </w:r>
    </w:p>
    <w:p>
      <w:r>
        <w:rPr>
          <w:b/>
        </w:rPr>
        <w:t xml:space="preserve">[12:27] </w:t>
      </w:r>
      <w:r>
        <w:t>un ka qibla jo tha wo qubbat al-sakhrah tha, yani yerushalaym ki wo wo chattan jis ko wo</w:t>
      </w:r>
    </w:p>
    <w:p>
      <w:pPr>
        <w:jc w:val="right"/>
      </w:pPr>
      <w:r>
        <w:t>ان کا قبلہ جو تھا وہ قبة الصخرة تھا، یعنی یروشلم کی وہ وہ چٹان جس کو وہ</w:t>
      </w:r>
    </w:p>
    <w:p>
      <w:r>
        <w:rPr>
          <w:b/>
        </w:rPr>
        <w:t xml:space="preserve">[12:35] </w:t>
      </w:r>
      <w:r>
        <w:t>muqaddas samajhte hain.</w:t>
      </w:r>
    </w:p>
    <w:p>
      <w:pPr>
        <w:jc w:val="right"/>
      </w:pPr>
      <w:r>
        <w:t>مقدس سمجھتے ہیں۔</w:t>
      </w:r>
    </w:p>
    <w:p>
      <w:r>
        <w:rPr>
          <w:b/>
        </w:rPr>
        <w:t xml:space="preserve">[12:36] </w:t>
      </w:r>
      <w:r>
        <w:t>hum log jaise kaaba ko muqaddas samajhte hain, isi tarah wo sakhrah ko muqaddas samajhte hain.</w:t>
      </w:r>
    </w:p>
    <w:p>
      <w:pPr>
        <w:jc w:val="right"/>
      </w:pPr>
      <w:r>
        <w:t>ہم لوگ جیسے کعبہ کو مقدس سمجھتے ہیں، اسی طرح وہ صخرہ کو مقدس سمجھتے ہیں۔</w:t>
      </w:r>
    </w:p>
    <w:p>
      <w:r>
        <w:rPr>
          <w:b/>
        </w:rPr>
        <w:t xml:space="preserve">[12:43] </w:t>
      </w:r>
      <w:r>
        <w:t>to wo sakhrah ko rukh kar ke namaz parha karte the yahoodi log, jis par chunchke qubbah ban</w:t>
      </w:r>
    </w:p>
    <w:p>
      <w:pPr>
        <w:jc w:val="right"/>
      </w:pPr>
      <w:r>
        <w:t>تو وہ صخرہ کو رخ کر کے نماز پڑھا کرتے تھے یہودی لوگ، جس پر چونکہ قبہ بن</w:t>
      </w:r>
    </w:p>
    <w:p>
      <w:r>
        <w:rPr>
          <w:b/>
        </w:rPr>
        <w:t xml:space="preserve">[12:51] </w:t>
      </w:r>
      <w:r>
        <w:t>gaya hai, qubbat al-sakhrah use kaha jata hai, dome of rock.</w:t>
      </w:r>
    </w:p>
    <w:p>
      <w:pPr>
        <w:jc w:val="right"/>
      </w:pPr>
      <w:r>
        <w:t>گیا ہے، قبة الصخرة اسے کہا جاتا ہے، ڈوم آف راک۔</w:t>
      </w:r>
    </w:p>
    <w:p>
      <w:r>
        <w:rPr>
          <w:b/>
        </w:rPr>
        <w:t xml:space="preserve">[12:55] </w:t>
      </w:r>
      <w:r>
        <w:t>to rasool Allah sal-lal-lahu alaihi wa-sallam ne yahudiyon ki, yani qurtubi mein likha hai, tafsir qurtubi mein</w:t>
      </w:r>
    </w:p>
    <w:p>
      <w:pPr>
        <w:jc w:val="right"/>
      </w:pPr>
      <w:r>
        <w:t>تو رسول اللہ صلی اللہ علیہ وسلم نے یہودیوں کی، یعنی قرطبے میں لکھا ہے، تفسیر قرطبے میں</w:t>
      </w:r>
    </w:p>
    <w:p>
      <w:r>
        <w:rPr>
          <w:b/>
        </w:rPr>
        <w:t xml:space="preserve">[13:03] </w:t>
      </w:r>
      <w:r>
        <w:t>ke talifan lil-yahood, yani yahud ki talif qalb ke liye aap ne yahud ke qibla ko apna qibla</w:t>
      </w:r>
    </w:p>
    <w:p>
      <w:pPr>
        <w:jc w:val="right"/>
      </w:pPr>
      <w:r>
        <w:t>کہ تالیفاً للیہود، یعنی یہود کی تالیف قلب کے لیے آپ نے یہود کے قبلہ کو اپنا قبلہ</w:t>
      </w:r>
    </w:p>
    <w:p>
      <w:r>
        <w:rPr>
          <w:b/>
        </w:rPr>
        <w:t xml:space="preserve">[13:11] </w:t>
      </w:r>
      <w:r>
        <w:t>bana liya, taake un se koi unnecessary controversy na paida ho, musalman wahan normal tareeqe se reh</w:t>
      </w:r>
    </w:p>
    <w:p>
      <w:pPr>
        <w:jc w:val="right"/>
      </w:pPr>
      <w:r>
        <w:t>بنا لیا، تاکہ ان سے کوئی ان نیسیسری کنٹروورسی نہ پیدا ہو، مسلمان وہاں نارمل طریقے سے رہ</w:t>
      </w:r>
    </w:p>
    <w:p>
      <w:r>
        <w:rPr>
          <w:b/>
        </w:rPr>
        <w:t xml:space="preserve">[13:19] </w:t>
      </w:r>
      <w:r>
        <w:t>sakein, kyunke un ka domination tha us zamane mein.</w:t>
      </w:r>
    </w:p>
    <w:p>
      <w:pPr>
        <w:jc w:val="right"/>
      </w:pPr>
      <w:r>
        <w:t>سکیں، کیونکہ ان کا ڈومینیشن تھا اس زمانے میں۔</w:t>
      </w:r>
    </w:p>
    <w:p>
      <w:r>
        <w:rPr>
          <w:b/>
        </w:rPr>
        <w:t xml:space="preserve">[13:22] </w:t>
      </w:r>
      <w:r>
        <w:t>to talifan lil-yahood likha hai tafsir qurtubi mein ke aap ne qibla yahud ko apna qibla banaya, yani</w:t>
      </w:r>
    </w:p>
    <w:p>
      <w:pPr>
        <w:jc w:val="right"/>
      </w:pPr>
      <w:r>
        <w:t>تو تالیفاً للیہود لکھا ہے تفسیر قرطبی میں کہ آپ نے قبلہ یہود کو اپنا قبلہ بنایا، یعنی</w:t>
      </w:r>
    </w:p>
    <w:p>
      <w:r>
        <w:rPr>
          <w:b/>
        </w:rPr>
        <w:t xml:space="preserve">[13:30] </w:t>
      </w:r>
      <w:r>
        <w:t>qubbat al-sakhrah qibla banaya.</w:t>
      </w:r>
    </w:p>
    <w:p>
      <w:pPr>
        <w:jc w:val="right"/>
      </w:pPr>
      <w:r>
        <w:t>قبة الصخرة قبلہ بنایا۔</w:t>
      </w:r>
    </w:p>
    <w:p>
      <w:r>
        <w:rPr>
          <w:b/>
        </w:rPr>
        <w:t xml:space="preserve">[13:32] </w:t>
      </w:r>
      <w:r>
        <w:t>to rasool Allah ka jo qibla tha, daur madina ke ibtidai zamane mein taqreeban 16 mahine tak, wo</w:t>
      </w:r>
    </w:p>
    <w:p>
      <w:pPr>
        <w:jc w:val="right"/>
      </w:pPr>
      <w:r>
        <w:t>تو رسول اللہ کا جو قبلہ تھا، دور مدینہ کے ابتدائی زمانے میں تقریباً 16 مہینے تک، وہ</w:t>
      </w:r>
    </w:p>
    <w:p>
      <w:r>
        <w:rPr>
          <w:b/>
        </w:rPr>
        <w:t xml:space="preserve">[13:40] </w:t>
      </w:r>
      <w:r>
        <w:t>qubbat al-sakhrah tha, aqsa mosque nahi thi.</w:t>
      </w:r>
    </w:p>
    <w:p>
      <w:pPr>
        <w:jc w:val="right"/>
      </w:pPr>
      <w:r>
        <w:t>قبة الصخرة تھا، Aqsa Mosque نہیں تھی۔</w:t>
      </w:r>
    </w:p>
    <w:p>
      <w:r>
        <w:rPr>
          <w:b/>
        </w:rPr>
        <w:t xml:space="preserve">[13:43] </w:t>
      </w:r>
      <w:r>
        <w:t>lekin sari dunya ke musalman aik be buniyad aqeeday ko apne dimagh mein liye hue hain.</w:t>
      </w:r>
    </w:p>
    <w:p>
      <w:pPr>
        <w:jc w:val="right"/>
      </w:pPr>
      <w:r>
        <w:t>لیکن ساری دنیا کے مسلمان ایک بے بنیاد عقیدے کو اپنے دماغ میں لیے ہوئے ہیں۔</w:t>
      </w:r>
    </w:p>
    <w:p>
      <w:r>
        <w:rPr>
          <w:b/>
        </w:rPr>
        <w:t xml:space="preserve">[13:49] </w:t>
      </w:r>
      <w:r>
        <w:t>sari dunya ke musalman one to all, mister aur molvi sab, bilkul tareekhi aitbar se be buniyad baat</w:t>
      </w:r>
    </w:p>
    <w:p>
      <w:pPr>
        <w:jc w:val="right"/>
      </w:pPr>
      <w:r>
        <w:t>ساری دنیا کے مسلمان ون ٹو آل، مسٹر اور مولوی سب، بالکل تاریخی اعتبار سے بے بنیاد بات</w:t>
      </w:r>
    </w:p>
    <w:p>
      <w:r>
        <w:rPr>
          <w:b/>
        </w:rPr>
        <w:t xml:space="preserve">[13:57] </w:t>
      </w:r>
      <w:r>
        <w:t>hai ye.</w:t>
      </w:r>
    </w:p>
    <w:p>
      <w:pPr>
        <w:jc w:val="right"/>
      </w:pPr>
      <w:r>
        <w:t>ہے یہ۔</w:t>
      </w:r>
    </w:p>
    <w:p>
      <w:r>
        <w:rPr>
          <w:b/>
        </w:rPr>
        <w:t xml:space="preserve">[13:59] </w:t>
      </w:r>
      <w:r>
        <w:t>ab lijiye aap aqsa mosque ko.</w:t>
      </w:r>
    </w:p>
    <w:p>
      <w:pPr>
        <w:jc w:val="right"/>
      </w:pPr>
      <w:r>
        <w:t>اب لیجیے آپ Aqsa Mosque کو۔</w:t>
      </w:r>
    </w:p>
    <w:p>
      <w:r>
        <w:rPr>
          <w:b/>
        </w:rPr>
        <w:t xml:space="preserve">[14:01] </w:t>
      </w:r>
      <w:r>
        <w:t>aqsa mosque kya cheez hai? wo in maani mein aqsa nahi hai jis maani mein hum kehte hain</w:t>
      </w:r>
    </w:p>
    <w:p>
      <w:pPr>
        <w:jc w:val="right"/>
      </w:pPr>
      <w:r>
        <w:t>Aqsa Mosque کیا چیز ہے؟ وہ ان معنی میں Aqsa نہیں ہے جس معنی میں ہم کہتے ہیں</w:t>
      </w:r>
    </w:p>
    <w:p>
      <w:r>
        <w:rPr>
          <w:b/>
        </w:rPr>
        <w:t xml:space="preserve">[14:09] </w:t>
      </w:r>
      <w:r>
        <w:t>ke jahangiri aqsa aur shahjahani aqsa aur kali masjid.</w:t>
      </w:r>
    </w:p>
    <w:p>
      <w:pPr>
        <w:jc w:val="right"/>
      </w:pPr>
      <w:r>
        <w:t>کہ جہانگیری Aqsa اور شاہجہانی Aqsa اور کالی مسجد۔</w:t>
      </w:r>
    </w:p>
    <w:p>
      <w:r>
        <w:rPr>
          <w:b/>
        </w:rPr>
        <w:t xml:space="preserve">[14:13] </w:t>
      </w:r>
      <w:r>
        <w:t>dekhiye, English mein ek hota hai proper noun, ek aata hai common noun.</w:t>
      </w:r>
    </w:p>
    <w:p>
      <w:pPr>
        <w:jc w:val="right"/>
      </w:pPr>
      <w:r>
        <w:t>دیکھیے، انگلش میں ایک ہوتا ہے پراپر ناؤن، ایک آتا ہے کامن ناؤن۔</w:t>
      </w:r>
    </w:p>
    <w:p>
      <w:r>
        <w:rPr>
          <w:b/>
        </w:rPr>
        <w:t xml:space="preserve">[14:18] </w:t>
      </w:r>
      <w:r>
        <w:t>to Aqsa Haram jab bolte hain hum to woh proper noun hota hai.</w:t>
      </w:r>
    </w:p>
    <w:p>
      <w:pPr>
        <w:jc w:val="right"/>
      </w:pPr>
      <w:r>
        <w:t>تو Aqsa حرام جب بولتے ہیں ہم تو وہ پراپر ناؤن ہوتا ہے۔</w:t>
      </w:r>
    </w:p>
    <w:p>
      <w:r>
        <w:rPr>
          <w:b/>
        </w:rPr>
        <w:t xml:space="preserve">[14:24] </w:t>
      </w:r>
      <w:r>
        <w:t>Aqsa Mosque jab bolte hain to proper noun nahi hota hai, woh woh common noun hota hai, yani</w:t>
      </w:r>
    </w:p>
    <w:p>
      <w:pPr>
        <w:jc w:val="right"/>
      </w:pPr>
      <w:r>
        <w:t>Aqsa Mosque جب بولتے ہیں تو پراپر ناؤن نہیں ہوتا ہے، وہ وہ کامن ناؤن ہوتا ہے، یعنی</w:t>
      </w:r>
    </w:p>
    <w:p>
      <w:r>
        <w:rPr>
          <w:b/>
        </w:rPr>
        <w:t xml:space="preserve">[14:32] </w:t>
      </w:r>
      <w:r>
        <w:t>ibadat gaah ke mani mein.</w:t>
      </w:r>
    </w:p>
    <w:p>
      <w:pPr>
        <w:jc w:val="right"/>
      </w:pPr>
      <w:r>
        <w:t>عبادت گاہ کے معنی میں۔</w:t>
      </w:r>
    </w:p>
    <w:p>
      <w:r>
        <w:rPr>
          <w:b/>
        </w:rPr>
        <w:t xml:space="preserve">[14:34] </w:t>
      </w:r>
      <w:r>
        <w:t>jab hum kehte hain ke Aqsa Haram, Aqsa Nabvi ya Shahjahani Aqsa to woh proper noun hota hai.</w:t>
      </w:r>
    </w:p>
    <w:p>
      <w:pPr>
        <w:jc w:val="right"/>
      </w:pPr>
      <w:r>
        <w:t>جب ہم کہتے ہیں کہ Aqsa حرام، Aqsa نبوی یا شاہجہانی Aqsa تو وہ پراپر ناؤن ہوتا ہے۔</w:t>
      </w:r>
    </w:p>
    <w:p>
      <w:r>
        <w:rPr>
          <w:b/>
        </w:rPr>
        <w:t xml:space="preserve">[14:41] </w:t>
      </w:r>
      <w:r>
        <w:t>kisi ek Aqsa ko aap is tarah se bolte hain, lekin Aqsa Mosque mein aisa nahi hai ke</w:t>
      </w:r>
    </w:p>
    <w:p>
      <w:pPr>
        <w:jc w:val="right"/>
      </w:pPr>
      <w:r>
        <w:t>کسی ایک Aqsa کو آپ اس طریقے سے بولتے ہیں، لیکن Aqsa Mosque میں ایسا نہیں ہے کہ</w:t>
      </w:r>
    </w:p>
    <w:p>
      <w:r>
        <w:rPr>
          <w:b/>
        </w:rPr>
        <w:t xml:space="preserve">[14:49] </w:t>
      </w:r>
      <w:r>
        <w:t>proper noun hai, woh woh common noun hai.</w:t>
      </w:r>
    </w:p>
    <w:p>
      <w:pPr>
        <w:jc w:val="right"/>
      </w:pPr>
      <w:r>
        <w:t>پراپر ناؤن ہے، وہ وہ کامن ناؤن ہے۔</w:t>
      </w:r>
    </w:p>
    <w:p>
      <w:r>
        <w:rPr>
          <w:b/>
        </w:rPr>
        <w:t xml:space="preserve">[14:53] </w:t>
      </w:r>
      <w:r>
        <w:t>Quran Majeed mein hai: "Subhan alladhi asra biabdihi layalmin Aqsa al-Haram ila Aqsa al-Aqsa".</w:t>
      </w:r>
    </w:p>
    <w:p>
      <w:pPr>
        <w:jc w:val="right"/>
      </w:pPr>
      <w:r>
        <w:t>قرآن مجید میں ہے: "سبحان الذی اسراء بعبدہ لیلب من Aqsa الحرام الی Aqsa الاقصیٰ"۔</w:t>
      </w:r>
    </w:p>
    <w:p>
      <w:r>
        <w:rPr>
          <w:b/>
        </w:rPr>
        <w:t xml:space="preserve">[14:59] </w:t>
      </w:r>
      <w:r>
        <w:t>Rasool Allah ko Allah Ta'ala le gaye Makka ki Aqsa Haram se Yerushalayim ki Aqsa Mosque tak.</w:t>
      </w:r>
    </w:p>
    <w:p>
      <w:pPr>
        <w:jc w:val="right"/>
      </w:pPr>
      <w:r>
        <w:t>رسول اللہ کو اللہ تعالیٰ لے گئے مکہ کی Aqsa حرام سے یروشلم کی Aqsa Mosque تک۔</w:t>
      </w:r>
    </w:p>
    <w:p>
      <w:r>
        <w:rPr>
          <w:b/>
        </w:rPr>
        <w:t xml:space="preserve">[15:06] </w:t>
      </w:r>
      <w:r>
        <w:t>yahan par dekhiye, pehli ayat mein Aqsa Haram ka lafz proper noun hai, lekin doosra jo hai hissa</w:t>
      </w:r>
    </w:p>
    <w:p>
      <w:pPr>
        <w:jc w:val="right"/>
      </w:pPr>
      <w:r>
        <w:t>یہاں پر دیکھیے، پہلی آیت میں Aqsa حرام کا لفظ پراپر ناؤن ہے، لیکن دوسرا جو ہے حصہ</w:t>
      </w:r>
    </w:p>
    <w:p>
      <w:r>
        <w:rPr>
          <w:b/>
        </w:rPr>
        <w:t xml:space="preserve">[15:14] </w:t>
      </w:r>
      <w:r>
        <w:t>ayat ka, Aqsa Mosque woh common noun hai wahan par, yani door ki ibadat gaah.</w:t>
      </w:r>
    </w:p>
    <w:p>
      <w:pPr>
        <w:jc w:val="right"/>
      </w:pPr>
      <w:r>
        <w:t>آیت کا، Aqsa Mosque وہ کامن ناؤن ہے وہاں پر، یعنی دور کی عبادت گاہ۔</w:t>
      </w:r>
    </w:p>
    <w:p>
      <w:r>
        <w:rPr>
          <w:b/>
        </w:rPr>
        <w:t xml:space="preserve">[15:20] </w:t>
      </w:r>
      <w:r>
        <w:t>Mosque mani door, Mosque ka mani door hote hain.</w:t>
      </w:r>
    </w:p>
    <w:p>
      <w:pPr>
        <w:jc w:val="right"/>
      </w:pPr>
      <w:r>
        <w:t>Mosque معنی دور، Mosque کا معنی دور ہوتے ہیں۔</w:t>
      </w:r>
    </w:p>
    <w:p>
      <w:r>
        <w:rPr>
          <w:b/>
        </w:rPr>
        <w:t xml:space="preserve">[15:24] </w:t>
      </w:r>
      <w:r>
        <w:t>to Aqsa Haram se door ki ibadat gaah par le gaye.</w:t>
      </w:r>
    </w:p>
    <w:p>
      <w:pPr>
        <w:jc w:val="right"/>
      </w:pPr>
      <w:r>
        <w:t>تو Aqsa حرام سے دور کی عبادت گاہ پر لے گئے۔</w:t>
      </w:r>
    </w:p>
    <w:p>
      <w:r>
        <w:rPr>
          <w:b/>
        </w:rPr>
        <w:t xml:space="preserve">[15:29] </w:t>
      </w:r>
      <w:r>
        <w:t>yeh achhi tarah samajh lijiye ke yeh bilkul ek fallacy hai ke Aqsa Mosque Qibla Awwal hai, yani</w:t>
      </w:r>
    </w:p>
    <w:p>
      <w:pPr>
        <w:jc w:val="right"/>
      </w:pPr>
      <w:r>
        <w:t>یہ اچھی طرح سمجھ لیجیے کہ یہ بالکل ایک فیلسی ہے کہ Aqsa Mosque قبلہ اول ہے، یعنی</w:t>
      </w:r>
    </w:p>
    <w:p>
      <w:r>
        <w:rPr>
          <w:b/>
        </w:rPr>
        <w:t xml:space="preserve">[15:37] </w:t>
      </w:r>
      <w:r>
        <w:t>historically.</w:t>
      </w:r>
    </w:p>
    <w:p>
      <w:pPr>
        <w:jc w:val="right"/>
      </w:pPr>
      <w:r>
        <w:t>ہسٹوریکلی۔</w:t>
      </w:r>
    </w:p>
    <w:p>
      <w:r>
        <w:rPr>
          <w:b/>
        </w:rPr>
        <w:t xml:space="preserve">[15:38] </w:t>
      </w:r>
      <w:r>
        <w:t>to is ayat ka sahi mafhoom yeh hai ke Allah Ta'ala apne Paighambar ko Aqsa Haram se, Makka</w:t>
      </w:r>
    </w:p>
    <w:p>
      <w:pPr>
        <w:jc w:val="right"/>
      </w:pPr>
      <w:r>
        <w:t>تو اس آیت کا صحیح مفہوم یہ ہے کہ اللہ تعالیٰ اپنے پیغمبر کو Aqsa حرام سے، مکہ</w:t>
      </w:r>
    </w:p>
    <w:p>
      <w:r>
        <w:rPr>
          <w:b/>
        </w:rPr>
        <w:t xml:space="preserve">[15:46] </w:t>
      </w:r>
      <w:r>
        <w:t>ke Aqsa Haram se le gaye Yerushalayim ki door ki ibadat gaah tak.</w:t>
      </w:r>
    </w:p>
    <w:p>
      <w:pPr>
        <w:jc w:val="right"/>
      </w:pPr>
      <w:r>
        <w:t>کے Aqsa حرام سے لے گئے یروشلم کی دور کی عبادت گاہ تک۔</w:t>
      </w:r>
    </w:p>
    <w:p>
      <w:r>
        <w:rPr>
          <w:b/>
        </w:rPr>
        <w:t xml:space="preserve">[15:52] </w:t>
      </w:r>
      <w:r>
        <w:t>ab door ki ibadat gaah ka matlab kya hai? Sahi baat yeh hai ke jahan Aqsa Mosque aaj</w:t>
      </w:r>
    </w:p>
    <w:p>
      <w:pPr>
        <w:jc w:val="right"/>
      </w:pPr>
      <w:r>
        <w:t>اب دور کی عبادت گاہ کا مطلب کیا ہے؟ صحیح بات یہ ہے کہ جہاں Aqsa Mosque آج</w:t>
      </w:r>
    </w:p>
    <w:p>
      <w:r>
        <w:rPr>
          <w:b/>
        </w:rPr>
        <w:t xml:space="preserve">[15:59] </w:t>
      </w:r>
      <w:r>
        <w:t>hai, wahan par ab se pehle jo woh the, Hazrat Sulaiman jo the, jo Yahudi king the, woh</w:t>
      </w:r>
    </w:p>
    <w:p>
      <w:pPr>
        <w:jc w:val="right"/>
      </w:pPr>
      <w:r>
        <w:t>ہے، وہاں پر اب سے پہلے جو وہ تھے، حضرت سلیمان جو تھے، جو یہودی کنگ تھے، وہ</w:t>
      </w:r>
    </w:p>
    <w:p>
      <w:r>
        <w:rPr>
          <w:b/>
        </w:rPr>
        <w:t xml:space="preserve">[16:07] </w:t>
      </w:r>
      <w:r>
        <w:t>Yahudiyon mein aaye, Yahudiyon ke Paighambar the, woh hum hum bhi unko Paighambar mante hain.</w:t>
      </w:r>
    </w:p>
    <w:p>
      <w:pPr>
        <w:jc w:val="right"/>
      </w:pPr>
      <w:r>
        <w:t>یہودیوں میں آئے، یہودیوں کے پیغمبر تھے، وہ ہم ہم بھی ان کو پیغمبر مانتے ہیں۔</w:t>
      </w:r>
    </w:p>
    <w:p>
      <w:r>
        <w:rPr>
          <w:b/>
        </w:rPr>
        <w:t xml:space="preserve">[16:14] </w:t>
      </w:r>
      <w:r>
        <w:t>to unhone, unki saltanat thi bohat badi, unhone wahan par banaya tha ibadat gaah jis</w:t>
      </w:r>
    </w:p>
    <w:p>
      <w:pPr>
        <w:jc w:val="right"/>
      </w:pPr>
      <w:r>
        <w:t>تو انہوں نے، ان کی سلطنت تھی بہت بڑی، انہوں نے وہاں پر بنایا تھا عبادت گاہ جس</w:t>
      </w:r>
    </w:p>
    <w:p>
      <w:r>
        <w:rPr>
          <w:b/>
        </w:rPr>
        <w:t xml:space="preserve">[16:22] </w:t>
      </w:r>
      <w:r>
        <w:t>ko Heikal kaha jata hai, jis ko kehte hain English mein Solomon Temple.</w:t>
      </w:r>
    </w:p>
    <w:p>
      <w:pPr>
        <w:jc w:val="right"/>
      </w:pPr>
      <w:r>
        <w:t>کو ہیکل کہا جاتا ہے، جس کو کہتے ہیں انگریزی میں سولومن ٹیمپل۔</w:t>
      </w:r>
    </w:p>
    <w:p>
      <w:r>
        <w:rPr>
          <w:b/>
        </w:rPr>
        <w:t xml:space="preserve">[16:27] </w:t>
      </w:r>
      <w:r>
        <w:t>to woh jo jahan Aqsa Mosque hai, wahan Heikal-e-Sulaimani tha, koi Aqsa nahi thi wahan us zamane</w:t>
      </w:r>
    </w:p>
    <w:p>
      <w:pPr>
        <w:jc w:val="right"/>
      </w:pPr>
      <w:r>
        <w:t>تو وہ جو جہاں Aqsa Mosque ہے، وہاں ہیکلِ سلیمانی تھا، کوئی Aqsa نہیں تھی وہاں اس زمانے</w:t>
      </w:r>
    </w:p>
    <w:p>
      <w:r>
        <w:rPr>
          <w:b/>
        </w:rPr>
        <w:t xml:space="preserve">[16:35] </w:t>
      </w:r>
      <w:r>
        <w:t>mein.</w:t>
      </w:r>
    </w:p>
    <w:p>
      <w:pPr>
        <w:jc w:val="right"/>
      </w:pPr>
      <w:r>
        <w:t>میں۔</w:t>
      </w:r>
    </w:p>
    <w:p>
      <w:r>
        <w:rPr>
          <w:b/>
        </w:rPr>
        <w:t xml:space="preserve">[16:36] </w:t>
      </w:r>
      <w:r>
        <w:t>Heikal-e-Sulaimani jo tha, woh wahan par kya hua ke Roomiyon ne ek baar hamla kiya, ek baar</w:t>
      </w:r>
    </w:p>
    <w:p>
      <w:pPr>
        <w:jc w:val="right"/>
      </w:pPr>
      <w:r>
        <w:t>ہیکلِ سلیمانی جو تھا، وہ وہاں پر کیا ہوا کہ رومیوں نے ایک بار حملہ کیا، ایک بار</w:t>
      </w:r>
    </w:p>
    <w:p>
      <w:r>
        <w:rPr>
          <w:b/>
        </w:rPr>
        <w:t xml:space="preserve">[16:44] </w:t>
      </w:r>
      <w:r>
        <w:t>to ab babliyon ne hamla kiya, is ko khadr kar diya.</w:t>
      </w:r>
    </w:p>
    <w:p>
      <w:pPr>
        <w:jc w:val="right"/>
      </w:pPr>
      <w:r>
        <w:t>تو اب بابلیوں نے حملہ کیا، اس کو کھڈر کر دیا۔</w:t>
      </w:r>
    </w:p>
    <w:p>
      <w:r>
        <w:rPr>
          <w:b/>
        </w:rPr>
        <w:t xml:space="preserve">[16:49] </w:t>
      </w:r>
      <w:r>
        <w:t>to is waqt jab ke rasool Allah ki miraj hui aur is ke baad khilafat rashida ke zamane</w:t>
      </w:r>
    </w:p>
    <w:p>
      <w:pPr>
        <w:jc w:val="right"/>
      </w:pPr>
      <w:r>
        <w:t>تو اس وقت جب کہ رسول اللہ کی معراج ہوئی اور اس کے بعد خلافت راشدہ کے زمانے</w:t>
      </w:r>
    </w:p>
    <w:p>
      <w:r>
        <w:rPr>
          <w:b/>
        </w:rPr>
        <w:t xml:space="preserve">[16:56] </w:t>
      </w:r>
      <w:r>
        <w:t>mein, woh sirf site tha, site yani khadr, koi Aqsa wahan nahi thi wahan par.</w:t>
      </w:r>
    </w:p>
    <w:p>
      <w:pPr>
        <w:jc w:val="right"/>
      </w:pPr>
      <w:r>
        <w:t>میں، وہ صرف سائٹ تھا، سائٹ یعنی کھڈر، کوئی Aqsa وہاں نہیں تھی وہاں پر۔</w:t>
      </w:r>
    </w:p>
    <w:p>
      <w:r>
        <w:rPr>
          <w:b/>
        </w:rPr>
        <w:t xml:space="preserve">[17:03] </w:t>
      </w:r>
      <w:r>
        <w:t>ab jo jis ko hum kehte hain Aqsa al-aqsa, woh bani hai bano ummiya ke zamane mein, abdul malik</w:t>
      </w:r>
    </w:p>
    <w:p>
      <w:pPr>
        <w:jc w:val="right"/>
      </w:pPr>
      <w:r>
        <w:t>اب جو جس کو ہم کہتے ہیں Aqsa اقصیٰ، وہ بنی ہے بنو امیہ کے زمانے میں، عبدالملک</w:t>
      </w:r>
    </w:p>
    <w:p>
      <w:r>
        <w:rPr>
          <w:b/>
        </w:rPr>
        <w:t xml:space="preserve">[17:11] </w:t>
      </w:r>
      <w:r>
        <w:t>bin marwan ke zamane mein, rasool Allah ke zamane mein nahi thi masjid, khulafa-e-rashideen ke zamane mein</w:t>
      </w:r>
    </w:p>
    <w:p>
      <w:pPr>
        <w:jc w:val="right"/>
      </w:pPr>
      <w:r>
        <w:t>ابن مروان کے زمانے میں، رسول اللہ کے زمانے میں نہیں تھی مسجد، خلفائے راشدین کے زمانے میں</w:t>
      </w:r>
    </w:p>
    <w:p>
      <w:r>
        <w:rPr>
          <w:b/>
        </w:rPr>
        <w:t xml:space="preserve">[17:18] </w:t>
      </w:r>
      <w:r>
        <w:t>Aqsa nahi thi wahan par.</w:t>
      </w:r>
    </w:p>
    <w:p>
      <w:pPr>
        <w:jc w:val="right"/>
      </w:pPr>
      <w:r>
        <w:t>Aqsa نہیں تھی وہاں پر۔</w:t>
      </w:r>
    </w:p>
    <w:p>
      <w:r>
        <w:rPr>
          <w:b/>
        </w:rPr>
        <w:t xml:space="preserve">[17:20] </w:t>
      </w:r>
      <w:r>
        <w:t>bano ummiya ke zamane mein unhon ne wahan par taameer karwai.</w:t>
      </w:r>
    </w:p>
    <w:p>
      <w:pPr>
        <w:jc w:val="right"/>
      </w:pPr>
      <w:r>
        <w:t>بنو ابیہ کے زمانے میں انہوں نے وہاں پر تعمیر کروائی۔</w:t>
      </w:r>
    </w:p>
    <w:p>
      <w:r>
        <w:rPr>
          <w:b/>
        </w:rPr>
        <w:t xml:space="preserve">[17:25] </w:t>
      </w:r>
      <w:r>
        <w:t>to dono taameeraat jo hain, qubbat al-sakhrra bhi aur Aqsa Mosque bhi, dono taameeraat bano ummiya ke zamane</w:t>
      </w:r>
    </w:p>
    <w:p>
      <w:pPr>
        <w:jc w:val="right"/>
      </w:pPr>
      <w:r>
        <w:t>تو دونوں تعمیرات جو ہیں، قبة الصخرة بھی اور Aqsa Mosque بھی، دونوں تعمیرات بنو ابیہ کے زمانے</w:t>
      </w:r>
    </w:p>
    <w:p>
      <w:r>
        <w:rPr>
          <w:b/>
        </w:rPr>
        <w:t xml:space="preserve">[17:33] </w:t>
      </w:r>
      <w:r>
        <w:t>mein banai gayi theen wahan par jo ab khadi hui hain.</w:t>
      </w:r>
    </w:p>
    <w:p>
      <w:pPr>
        <w:jc w:val="right"/>
      </w:pPr>
      <w:r>
        <w:t>میں بنائی گئی تھیں وہاں پر جو اب کھڑی ہوئی ہیں۔</w:t>
      </w:r>
    </w:p>
    <w:p>
      <w:r>
        <w:rPr>
          <w:b/>
        </w:rPr>
        <w:t xml:space="preserve">[17:38] </w:t>
      </w:r>
      <w:r>
        <w:t>is ko bohat zyada zaroori hai ke is ko aap samjhein.</w:t>
      </w:r>
    </w:p>
    <w:p>
      <w:pPr>
        <w:jc w:val="right"/>
      </w:pPr>
      <w:r>
        <w:t>اس کو بہت زیادہ ضروری ہے کہ اس کو آپ سمجھیں۔</w:t>
      </w:r>
    </w:p>
    <w:p>
      <w:r>
        <w:rPr>
          <w:b/>
        </w:rPr>
        <w:t xml:space="preserve">[17:42] </w:t>
      </w:r>
      <w:r>
        <w:t>aap ab dekhiye, ek aur baat mein arz karna chahunga ke musalmanon ki jo kitabein hain, jo</w:t>
      </w:r>
    </w:p>
    <w:p>
      <w:pPr>
        <w:jc w:val="right"/>
      </w:pPr>
      <w:r>
        <w:t>آپ اب دیکھیے، ایک اور بات میں عرض کرنا چاہوں گا کہ مسلمانوں کی جو کتابیں ہیں، جو</w:t>
      </w:r>
    </w:p>
    <w:p>
      <w:r>
        <w:rPr>
          <w:b/>
        </w:rPr>
        <w:t xml:space="preserve">[17:50] </w:t>
      </w:r>
      <w:r>
        <w:t>mazameen hain ya akhbarat hain, is mein aap sab ne parha hoga ke yahoodi log Aqsa Mosque ko</w:t>
      </w:r>
    </w:p>
    <w:p>
      <w:pPr>
        <w:jc w:val="right"/>
      </w:pPr>
      <w:r>
        <w:t>مضامین ہیں یا اخبارات ہیں، اس میں آپ سب نے پڑھا ہوگا کہ یہودی لوگ Aqsa Mosque کو</w:t>
      </w:r>
    </w:p>
    <w:p>
      <w:r>
        <w:rPr>
          <w:b/>
        </w:rPr>
        <w:t xml:space="preserve">[17:58] </w:t>
      </w:r>
      <w:r>
        <w:t>dhakar wahan dobara haikal-e-sulaimani banana chahte hain.</w:t>
      </w:r>
    </w:p>
    <w:p>
      <w:pPr>
        <w:jc w:val="right"/>
      </w:pPr>
      <w:r>
        <w:t>ڈھا کر وہاں دوبارہ ہیکلِ سلیمانی بنانا چاہتے ہیں۔</w:t>
      </w:r>
    </w:p>
    <w:p>
      <w:r>
        <w:rPr>
          <w:b/>
        </w:rPr>
        <w:t xml:space="preserve">[18:02] </w:t>
      </w:r>
      <w:r>
        <w:t>sab ke dimagh mein yeh hoga jo padhte hain, aur is ka naqsha bhi chhapa hua hai ke</w:t>
      </w:r>
    </w:p>
    <w:p>
      <w:pPr>
        <w:jc w:val="right"/>
      </w:pPr>
      <w:r>
        <w:t>سب کے دماغ میں یہ ہوگا جو پڑھتے ہیں، اور اس کا نقشہ بھی چھاپا ہوا ہے کہ</w:t>
      </w:r>
    </w:p>
    <w:p>
      <w:r>
        <w:rPr>
          <w:b/>
        </w:rPr>
        <w:t xml:space="preserve">[18:09] </w:t>
      </w:r>
      <w:r>
        <w:t>unhon ne ek naqsha banaya hai kitabon ko le kar.</w:t>
      </w:r>
    </w:p>
    <w:p>
      <w:pPr>
        <w:jc w:val="right"/>
      </w:pPr>
      <w:r>
        <w:t>انہوں نے ایک نقشہ بنایا ہے کتابوں کو لے کر۔</w:t>
      </w:r>
    </w:p>
    <w:p>
      <w:r>
        <w:rPr>
          <w:b/>
        </w:rPr>
        <w:t xml:space="preserve">[18:14] </w:t>
      </w:r>
      <w:r>
        <w:t>aisa tha haikal-e-sulaimani yani Solomon Temple, is ko dhakar ke woh banana chahte hain.</w:t>
      </w:r>
    </w:p>
    <w:p>
      <w:pPr>
        <w:jc w:val="right"/>
      </w:pPr>
      <w:r>
        <w:t>ایسا تھا ہیکلِ سلیمانی یعنی سولومن ٹیمپل، اس کو ڈھا کر کے وہ بنانا چاہتے ہیں۔</w:t>
      </w:r>
    </w:p>
    <w:p>
      <w:r>
        <w:rPr>
          <w:b/>
        </w:rPr>
        <w:t xml:space="preserve">[18:20] </w:t>
      </w:r>
      <w:r>
        <w:t>woh yeh yeh sab bhi bilkul be buniyad baatein hain.</w:t>
      </w:r>
    </w:p>
    <w:p>
      <w:pPr>
        <w:jc w:val="right"/>
      </w:pPr>
      <w:r>
        <w:t>وہ یہ یہ سب بھی بالکل بے بنیاد باتیں ہیں۔</w:t>
      </w:r>
    </w:p>
    <w:p>
      <w:r>
        <w:rPr>
          <w:b/>
        </w:rPr>
        <w:t xml:space="preserve">[18:25] </w:t>
      </w:r>
      <w:r>
        <w:t>is ki haqeeqat mein arz karta hoon.</w:t>
      </w:r>
    </w:p>
    <w:p>
      <w:pPr>
        <w:jc w:val="right"/>
      </w:pPr>
      <w:r>
        <w:t>اس کی حقیقت میں عرض کرتا ہوں۔</w:t>
      </w:r>
    </w:p>
    <w:p>
      <w:r>
        <w:rPr>
          <w:b/>
        </w:rPr>
        <w:t xml:space="preserve">[18:28] </w:t>
      </w:r>
      <w:r>
        <w:t>dekhiye, har jagah extremist log hote hain jin ko ghulat kaha jata hai, yani ghali log.</w:t>
      </w:r>
    </w:p>
    <w:p>
      <w:pPr>
        <w:jc w:val="right"/>
      </w:pPr>
      <w:r>
        <w:t>دیکھیے، ہر جگہ ایکسٹریمسٹ لوگ ہوتے ہیں جن کو غلات کہا جاتا ہے، یعنی غالی لوگ۔</w:t>
      </w:r>
    </w:p>
    <w:p>
      <w:r>
        <w:rPr>
          <w:b/>
        </w:rPr>
        <w:t xml:space="preserve">[18:35] </w:t>
      </w:r>
      <w:r>
        <w:t>har jagah, har har tablegh mein ghali log hain, jamaat-e-islami mein ghali log hain, shion mein ghali</w:t>
      </w:r>
    </w:p>
    <w:p>
      <w:pPr>
        <w:jc w:val="right"/>
      </w:pPr>
      <w:r>
        <w:t>ہر جگہ، ہر ہر تبلیغ میں غالی لوگ ہیں، جماعت اسلامی میں غالی لوگ ہیں، شیعوں میں غالی</w:t>
      </w:r>
    </w:p>
    <w:p>
      <w:r>
        <w:rPr>
          <w:b/>
        </w:rPr>
        <w:t xml:space="preserve">[18:42] </w:t>
      </w:r>
      <w:r>
        <w:t>log hain, in ko ghulat ghulat shia kaha jata hai.</w:t>
      </w:r>
    </w:p>
    <w:p>
      <w:pPr>
        <w:jc w:val="right"/>
      </w:pPr>
      <w:r>
        <w:t>لوگ ہیں، ان کو غلات غلات شیعہ کہا جاتا ہے۔</w:t>
      </w:r>
    </w:p>
    <w:p>
      <w:r>
        <w:rPr>
          <w:b/>
        </w:rPr>
        <w:t xml:space="preserve">[18:47] </w:t>
      </w:r>
      <w:r>
        <w:t>musalmanon mein ghali log hain, yani extremist.</w:t>
      </w:r>
    </w:p>
    <w:p>
      <w:pPr>
        <w:jc w:val="right"/>
      </w:pPr>
      <w:r>
        <w:t>مسلمانوں میں غالی لوگ ہیں، یعنی ایکسٹریمسٹ۔</w:t>
      </w:r>
    </w:p>
    <w:p>
      <w:r>
        <w:rPr>
          <w:b/>
        </w:rPr>
        <w:t xml:space="preserve">[18:50] </w:t>
      </w:r>
      <w:r>
        <w:t>to isi tarah se yahudiyon mein bhi ghali log hain, extremist.</w:t>
      </w:r>
    </w:p>
    <w:p>
      <w:pPr>
        <w:jc w:val="right"/>
      </w:pPr>
      <w:r>
        <w:t>تو اسی طرح سے یہودیوں میں بھی غالی لوگ ہیں، ایکسٹریمسٹ۔</w:t>
      </w:r>
    </w:p>
    <w:p>
      <w:r>
        <w:rPr>
          <w:b/>
        </w:rPr>
        <w:t xml:space="preserve">[18:54] </w:t>
      </w:r>
      <w:r>
        <w:t>jaise mein America mein gaya to wahan kuch musalman hain jo kehte hain ke California jo hai, woh</w:t>
      </w:r>
    </w:p>
    <w:p>
      <w:pPr>
        <w:jc w:val="right"/>
      </w:pPr>
      <w:r>
        <w:t>جیسے میں امریکہ میں گیا تو وہاں کچھ مسلمان ہیں جو کہتے ہیں کہ کیلیفورنیا جو ہے، وہ</w:t>
      </w:r>
    </w:p>
    <w:p>
      <w:r>
        <w:rPr>
          <w:b/>
        </w:rPr>
        <w:t xml:space="preserve">[19:02] </w:t>
      </w:r>
      <w:r>
        <w:t>Khalifurnia tha, yani khalifa yahan raha karta tha musalmanon ka.</w:t>
      </w:r>
    </w:p>
    <w:p>
      <w:pPr>
        <w:jc w:val="right"/>
      </w:pPr>
      <w:r>
        <w:t>خلیفورنیا تھا، یعنی خلیفہ یہاں رہا کرتا تھا مسلمانوں کا۔</w:t>
      </w:r>
    </w:p>
    <w:p>
      <w:r>
        <w:rPr>
          <w:b/>
        </w:rPr>
        <w:t xml:space="preserve">[19:06] </w:t>
      </w:r>
      <w:r>
        <w:t>yeh khilafat thi yahan par qaim, to hum is ko dobara khilafat banayenge.</w:t>
      </w:r>
    </w:p>
    <w:p>
      <w:pPr>
        <w:jc w:val="right"/>
      </w:pPr>
      <w:r>
        <w:t>یہ خلافت تھی یہاں پر قائم، تو ہم اس کو دوبارہ خلافت بنائیں گے۔</w:t>
      </w:r>
    </w:p>
    <w:p>
      <w:r>
        <w:rPr>
          <w:b/>
        </w:rPr>
        <w:t xml:space="preserve">[19:12] </w:t>
      </w:r>
      <w:r>
        <w:t>to America ke seven million musalman thori aisa kehte hain, kuch musalman aise hain, yani ghalat muslimeen, extremist</w:t>
      </w:r>
    </w:p>
    <w:p>
      <w:pPr>
        <w:jc w:val="right"/>
      </w:pPr>
      <w:r>
        <w:t>تو امریکہ کے سیون ملین مسلمان تھوڑی ایسا کہتے ہیں، کچھ مسلمان ایسے ہیں، یعنی غلات مسلمین، ایکسٹریمسٹ</w:t>
      </w:r>
    </w:p>
    <w:p>
      <w:r>
        <w:rPr>
          <w:b/>
        </w:rPr>
        <w:t xml:space="preserve">[19:20] </w:t>
      </w:r>
      <w:r>
        <w:t>muslims.</w:t>
      </w:r>
    </w:p>
    <w:p>
      <w:pPr>
        <w:jc w:val="right"/>
      </w:pPr>
      <w:r>
        <w:t>مسلمز۔</w:t>
      </w:r>
    </w:p>
    <w:p>
      <w:r>
        <w:rPr>
          <w:b/>
        </w:rPr>
        <w:t xml:space="preserve">[19:22] </w:t>
      </w:r>
      <w:r>
        <w:t>to aap agar is ko kahein ke sahib yehi saare America ke saare musalmanon ki manna hai, to</w:t>
      </w:r>
    </w:p>
    <w:p>
      <w:pPr>
        <w:jc w:val="right"/>
      </w:pPr>
      <w:r>
        <w:t>تو آپ اگر اس کو کہیں کہ صاحب یہی سارے امریکہ کے سارے مسلمانوں کی ماننا ہے، تو</w:t>
      </w:r>
    </w:p>
    <w:p>
      <w:r>
        <w:rPr>
          <w:b/>
        </w:rPr>
        <w:t xml:space="preserve">[19:29] </w:t>
      </w:r>
      <w:r>
        <w:t>yeh galat hoga.</w:t>
      </w:r>
    </w:p>
    <w:p>
      <w:pPr>
        <w:jc w:val="right"/>
      </w:pPr>
      <w:r>
        <w:t>یہ غلط ہوگا۔</w:t>
      </w:r>
    </w:p>
    <w:p>
      <w:r>
        <w:rPr>
          <w:b/>
        </w:rPr>
        <w:t xml:space="preserve">[19:31] </w:t>
      </w:r>
      <w:r>
        <w:t>is ko mein kehta hoon exception ko generalize karna.</w:t>
      </w:r>
    </w:p>
    <w:p>
      <w:pPr>
        <w:jc w:val="right"/>
      </w:pPr>
      <w:r>
        <w:t>اس کو میں کہتا ہوں ایکسیپشن کو جنرلائز کرنا۔</w:t>
      </w:r>
    </w:p>
    <w:p>
      <w:r>
        <w:rPr>
          <w:b/>
        </w:rPr>
        <w:t xml:space="preserve">[19:35] </w:t>
      </w:r>
      <w:r>
        <w:t>exception ko generalize karna, yani istithna ko umoom banana, istithna ki ta'meem, ek ko kul banana, ek ko</w:t>
      </w:r>
    </w:p>
    <w:p>
      <w:pPr>
        <w:jc w:val="right"/>
      </w:pPr>
      <w:r>
        <w:t>ایکسیپشن کو جنرلائز کرنا، یعنی استثنیٰ کو عموم بنانا، استثنیٰ کی تعمیم، ایک کو کل بنانا، ایک کو</w:t>
      </w:r>
    </w:p>
    <w:p>
      <w:r>
        <w:rPr>
          <w:b/>
        </w:rPr>
        <w:t xml:space="preserve">[19:42] </w:t>
      </w:r>
      <w:r>
        <w:t>kul banana, ya istithna ko umoom banana, ya exception ko generalize karna.</w:t>
      </w:r>
    </w:p>
    <w:p>
      <w:pPr>
        <w:jc w:val="right"/>
      </w:pPr>
      <w:r>
        <w:t>کل بنانا، یا استثنیٰ کو عموم بنانا، یا ایکسیپشن کو جنرلائز کرنا۔</w:t>
      </w:r>
    </w:p>
    <w:p>
      <w:r>
        <w:rPr>
          <w:b/>
        </w:rPr>
        <w:t xml:space="preserve">[19:47] </w:t>
      </w:r>
      <w:r>
        <w:t>to agar aap yeh kahein ke sahib saare America ke musalman aise hain, yeh galat hoga.</w:t>
      </w:r>
    </w:p>
    <w:p>
      <w:pPr>
        <w:jc w:val="right"/>
      </w:pPr>
      <w:r>
        <w:t>تو اگر آپ یہ کہیں کہ صاحب سارے امریکہ کے مسلمان ایسے ہیں، یہ غلط ہوگا۔</w:t>
      </w:r>
    </w:p>
    <w:p>
      <w:r>
        <w:rPr>
          <w:b/>
        </w:rPr>
        <w:t xml:space="preserve">[19:54] </w:t>
      </w:r>
      <w:r>
        <w:t>jamat-e-islami mein dekhiye, isaiyat jo hai, woh ghalat jamat-e-islami hain, woh woh kehte hain ke hum</w:t>
      </w:r>
    </w:p>
    <w:p>
      <w:pPr>
        <w:jc w:val="right"/>
      </w:pPr>
      <w:r>
        <w:t>جماعت اسلامی میں دیکھیے، عیسائیت جو ہے، وہ غلات جماعت اسلامی ہیں، وہ وہ کہتے ہیں کہ ہم</w:t>
      </w:r>
    </w:p>
    <w:p>
      <w:r>
        <w:rPr>
          <w:b/>
        </w:rPr>
        <w:t xml:space="preserve">[20:02] </w:t>
      </w:r>
      <w:r>
        <w:t>Maulana Mehdi Qaisar manne wale hain.</w:t>
      </w:r>
    </w:p>
    <w:p>
      <w:pPr>
        <w:jc w:val="right"/>
      </w:pPr>
      <w:r>
        <w:t>مولانا مہدی قیصر ماننے والے ہیں۔</w:t>
      </w:r>
    </w:p>
    <w:p>
      <w:r>
        <w:rPr>
          <w:b/>
        </w:rPr>
        <w:t xml:space="preserve">[20:05] </w:t>
      </w:r>
      <w:r>
        <w:t>jamat-e-islami wale to hat gaye hain.</w:t>
      </w:r>
    </w:p>
    <w:p>
      <w:pPr>
        <w:jc w:val="right"/>
      </w:pPr>
      <w:r>
        <w:t>جماعت اسلامی والے تو ہٹ گئے ہیں۔</w:t>
      </w:r>
    </w:p>
    <w:p>
      <w:r>
        <w:rPr>
          <w:b/>
        </w:rPr>
        <w:t xml:space="preserve">[20:08] </w:t>
      </w:r>
      <w:r>
        <w:t>har jamat mein, har giroh mein, har qom mein, aise hinduo mein bhi hain, har jagah ghalat hindu</w:t>
      </w:r>
    </w:p>
    <w:p>
      <w:pPr>
        <w:jc w:val="right"/>
      </w:pPr>
      <w:r>
        <w:t>ہر جماعت میں، ہر گروہ میں، ہر قوم میں، ایسے ہندوؤں میں بھی ہیں، ہر جگہ غلات ہندو</w:t>
      </w:r>
    </w:p>
    <w:p>
      <w:r>
        <w:rPr>
          <w:b/>
        </w:rPr>
        <w:t xml:space="preserve">[20:15] </w:t>
      </w:r>
      <w:r>
        <w:t>bhi hain, ghalat hanood, kuch log bohat extremist qism ke.</w:t>
      </w:r>
    </w:p>
    <w:p>
      <w:pPr>
        <w:jc w:val="right"/>
      </w:pPr>
      <w:r>
        <w:t>بھی ہیں، غلات ہنود، کچھ لوگ بہت ایکسٹریمسٹ قسم کے۔</w:t>
      </w:r>
    </w:p>
    <w:p>
      <w:r>
        <w:rPr>
          <w:b/>
        </w:rPr>
        <w:t xml:space="preserve">[20:20] </w:t>
      </w:r>
      <w:r>
        <w:t>to yeh tareeqa bilkul ghair-elmi hai, unscientific hai ke aap kisi giroh ke jo extremist hote</w:t>
      </w:r>
    </w:p>
    <w:p>
      <w:pPr>
        <w:jc w:val="right"/>
      </w:pPr>
      <w:r>
        <w:t>تو یہ طریقہ بالکل غیر علمی ہے، ان سائنٹیفک ہے کہ آپ کسی گروہ کے جو ایکسٹریمسٹ ہوتے</w:t>
      </w:r>
    </w:p>
    <w:p>
      <w:r>
        <w:rPr>
          <w:b/>
        </w:rPr>
        <w:t xml:space="preserve">[20:27] </w:t>
      </w:r>
      <w:r>
        <w:t>hain, jo hamesha bohat hi minority hote hain, un ko generalize karein aur kahein ke yehi yehi woh</w:t>
      </w:r>
    </w:p>
    <w:p>
      <w:pPr>
        <w:jc w:val="right"/>
      </w:pPr>
      <w:r>
        <w:t>ہیں، جو ہمیشہ بہت ہی مائنورٹی ہوتے ہیں، ان کو جنرلائز کریں اور کہیں کہ یہی یہی وہ</w:t>
      </w:r>
    </w:p>
    <w:p>
      <w:r>
        <w:rPr>
          <w:b/>
        </w:rPr>
        <w:t xml:space="preserve">[20:35] </w:t>
      </w:r>
      <w:r>
        <w:t>woh us qom ki soch hai.</w:t>
      </w:r>
    </w:p>
    <w:p>
      <w:pPr>
        <w:jc w:val="right"/>
      </w:pPr>
      <w:r>
        <w:t>وہ اس قوم کی سوچ ہے۔</w:t>
      </w:r>
    </w:p>
    <w:p>
      <w:r>
        <w:rPr>
          <w:b/>
        </w:rPr>
        <w:t xml:space="preserve">[20:38] </w:t>
      </w:r>
      <w:r>
        <w:t>to agar musalmano mein jo ghalat muslimeen hain, jo extremist log hain, un ko le kar ke aap</w:t>
      </w:r>
    </w:p>
    <w:p>
      <w:pPr>
        <w:jc w:val="right"/>
      </w:pPr>
      <w:r>
        <w:t>تو اگر مسلمانوں میں جو غلات مسلمین ہیں، جو ایکسٹریمسٹ لوگ ہیں، ان کو لے کر کے آپ</w:t>
      </w:r>
    </w:p>
    <w:p>
      <w:r>
        <w:rPr>
          <w:b/>
        </w:rPr>
        <w:t xml:space="preserve">[20:45] </w:t>
      </w:r>
      <w:r>
        <w:t>musalmano ko biradari qaim karte.</w:t>
      </w:r>
    </w:p>
    <w:p>
      <w:pPr>
        <w:jc w:val="right"/>
      </w:pPr>
      <w:r>
        <w:t>مسلمانوں کو برادری قائم کرتے۔</w:t>
      </w:r>
    </w:p>
    <w:p>
      <w:r>
        <w:rPr>
          <w:b/>
        </w:rPr>
        <w:t xml:space="preserve">[20:47] </w:t>
      </w:r>
      <w:r>
        <w:t>jaise mein Pakistan gaya 71 mein, jab wapas aa raha tha to ek leader sahib jo wahan Pakistan</w:t>
      </w:r>
    </w:p>
    <w:p>
      <w:pPr>
        <w:jc w:val="right"/>
      </w:pPr>
      <w:r>
        <w:t>جیسے میں پاکستان گیا 71 میں، جب واپس آ رہا تھا تو ایک لیڈر صاحب جو وہاں پاکستان</w:t>
      </w:r>
    </w:p>
    <w:p>
      <w:r>
        <w:rPr>
          <w:b/>
        </w:rPr>
        <w:t xml:space="preserve">[20:55] </w:t>
      </w:r>
      <w:r>
        <w:t>mein leader ki hesiyat thi, un ki ab un ka inteqal ho chuka hai, to unhone jab</w:t>
      </w:r>
    </w:p>
    <w:p>
      <w:pPr>
        <w:jc w:val="right"/>
      </w:pPr>
      <w:r>
        <w:t>میں لیڈر کی حیثیت تھی، ان کی اب ان کا انتقال ہو چکا ہے، تو انہوں نے جب</w:t>
      </w:r>
    </w:p>
    <w:p>
      <w:r>
        <w:rPr>
          <w:b/>
        </w:rPr>
        <w:t xml:space="preserve">[21:03] </w:t>
      </w:r>
      <w:r>
        <w:t>mujhe rokhsat kiya Lahore mein to hanste hue kaha: "71 mein agli mulaqat aap se Delhi mein hogi,</w:t>
      </w:r>
    </w:p>
    <w:p>
      <w:pPr>
        <w:jc w:val="right"/>
      </w:pPr>
      <w:r>
        <w:t>مجھے رخصت کیا لاہور میں تو ہنستے ہوئے کہا: "71 میں اگلی ملاقات آپ سے دلی میں ہوگی،</w:t>
      </w:r>
    </w:p>
    <w:p>
      <w:r>
        <w:rPr>
          <w:b/>
        </w:rPr>
        <w:t xml:space="preserve">[21:11] </w:t>
      </w:r>
      <w:r>
        <w:t>yani hum Delhi ko fateh kar lenge aur wahan par hum pahunchenge aur wahin par aap</w:t>
      </w:r>
    </w:p>
    <w:p>
      <w:pPr>
        <w:jc w:val="right"/>
      </w:pPr>
      <w:r>
        <w:t>یعنی ہم دلی کو فتح کر لیں گے اور وہاں پر ہم پہنچیں گے اور وہیں پر آپ</w:t>
      </w:r>
    </w:p>
    <w:p>
      <w:r>
        <w:rPr>
          <w:b/>
        </w:rPr>
        <w:t xml:space="preserve">[21:18] </w:t>
      </w:r>
      <w:r>
        <w:t>se milenge." to kya yeh saare Pakistani soch thori hai? yeh ghalat Pakistani hain, yeh jo samajhte</w:t>
      </w:r>
    </w:p>
    <w:p>
      <w:pPr>
        <w:jc w:val="right"/>
      </w:pPr>
      <w:r>
        <w:t>سے ملیں گے۔" تو کیا یہ سارے پاکستانی سوچ تھوڑی ہے؟ یہ غلات پاکستانی ہیں، یہ جو سمجھتے</w:t>
      </w:r>
    </w:p>
    <w:p>
      <w:r>
        <w:rPr>
          <w:b/>
        </w:rPr>
        <w:t xml:space="preserve">[21:26] </w:t>
      </w:r>
      <w:r>
        <w:t>hain ke saari duniya ko hum fateh kar lenge ya India ko fateh kar lenge aur</w:t>
      </w:r>
    </w:p>
    <w:p>
      <w:pPr>
        <w:jc w:val="right"/>
      </w:pPr>
      <w:r>
        <w:t>ہیں کہ ساری دنیا کو ہم فتح کر لیں گے یا انڈیا کو فتح کر لیں گے اور</w:t>
      </w:r>
    </w:p>
    <w:p>
      <w:r>
        <w:rPr>
          <w:b/>
        </w:rPr>
        <w:t xml:space="preserve">[21:34] </w:t>
      </w:r>
      <w:r>
        <w:t>phir wahan par lal qile mein chaye peeyen ge.</w:t>
      </w:r>
    </w:p>
    <w:p>
      <w:pPr>
        <w:jc w:val="right"/>
      </w:pPr>
      <w:r>
        <w:t>پھر وہاں پر لال قلعے میں چائے پیئیں گے۔</w:t>
      </w:r>
    </w:p>
    <w:p>
      <w:r>
        <w:rPr>
          <w:b/>
        </w:rPr>
        <w:t xml:space="preserve">[21:38] </w:t>
      </w:r>
      <w:r>
        <w:t>to ghulat hunood, ghulat muslimeen jis tarah se hain, usi tarah ghulat hunood, usi tarah ghulat yahood bhi</w:t>
      </w:r>
    </w:p>
    <w:p>
      <w:pPr>
        <w:jc w:val="right"/>
      </w:pPr>
      <w:r>
        <w:t>تو غلات ہنود، غلات مسلمین جس طرح سے ہیں، اسی طرح غلات ہنود، اسی طرح غلات یہود بھی</w:t>
      </w:r>
    </w:p>
    <w:p>
      <w:r>
        <w:rPr>
          <w:b/>
        </w:rPr>
        <w:t xml:space="preserve">[21:45]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[21:47] </w:t>
      </w:r>
      <w:r>
        <w:t>yeh yahudiyon ke thora sa tabqa hai jo is tarah sochta hai.</w:t>
      </w:r>
    </w:p>
    <w:p>
      <w:pPr>
        <w:jc w:val="right"/>
      </w:pPr>
      <w:r>
        <w:t>یہ یہودیوں کے تھوڑا سا طبقہ ہے جو اس طرح سوچتا ہے۔</w:t>
      </w:r>
    </w:p>
    <w:p>
      <w:r>
        <w:rPr>
          <w:b/>
        </w:rPr>
        <w:t xml:space="preserve">[21:52] </w:t>
      </w:r>
      <w:r>
        <w:t>maine wahan tehqeeq ki, is se pehle jab 95 mein gaya tha, tab mein maloom hua ke</w:t>
      </w:r>
    </w:p>
    <w:p>
      <w:pPr>
        <w:jc w:val="right"/>
      </w:pPr>
      <w:r>
        <w:t>میں نے وہاں تحقیق کی، اس سے پہلے جب 95 میں گیا تھا، تب میں معلوم ہوا کہ</w:t>
      </w:r>
    </w:p>
    <w:p>
      <w:r>
        <w:rPr>
          <w:b/>
        </w:rPr>
        <w:t xml:space="preserve">[22:00] </w:t>
      </w:r>
      <w:r>
        <w:t>ab bohat tany minority hain woh log jo aisi baatein karte hain.</w:t>
      </w:r>
    </w:p>
    <w:p>
      <w:pPr>
        <w:jc w:val="right"/>
      </w:pPr>
      <w:r>
        <w:t>اب بہت تانی مائنورٹی ہیں وہ لوگ جو ایسی باتیں کرتے ہیں۔</w:t>
      </w:r>
    </w:p>
    <w:p>
      <w:r>
        <w:rPr>
          <w:b/>
        </w:rPr>
        <w:t xml:space="preserve">[22:05] </w:t>
      </w:r>
      <w:r>
        <w:t>warna aam yahudiyon ka is se koi matlab nahin.</w:t>
      </w:r>
    </w:p>
    <w:p>
      <w:pPr>
        <w:jc w:val="right"/>
      </w:pPr>
      <w:r>
        <w:t>ورنہ عام یہودیوں کا اس سے کوئی مطلب نہیں۔</w:t>
      </w:r>
    </w:p>
    <w:p>
      <w:r>
        <w:rPr>
          <w:b/>
        </w:rPr>
        <w:t xml:space="preserve">[22:09] </w:t>
      </w:r>
      <w:r>
        <w:t>aam yahudi secular hai, liberal hai, woh kahe: "jaise chahe waise ibadat karo, hamein is se koi matlab</w:t>
      </w:r>
    </w:p>
    <w:p>
      <w:pPr>
        <w:jc w:val="right"/>
      </w:pPr>
      <w:r>
        <w:t>عام یہودی سیکولر ہے، لبرل ہے، وہ کہے: "جیسے چاہے ویسے عبادت کرو، ہمیں اس سے کوئی مطلب</w:t>
      </w:r>
    </w:p>
    <w:p>
      <w:r>
        <w:rPr>
          <w:b/>
        </w:rPr>
        <w:t xml:space="preserve">[22:16] </w:t>
      </w:r>
      <w:r>
        <w:t>nahin, hamein to business chalana hai." to wahan par logon ne yeh kiya hai ke ghulat yahood ko</w:t>
      </w:r>
    </w:p>
    <w:p>
      <w:pPr>
        <w:jc w:val="right"/>
      </w:pPr>
      <w:r>
        <w:t>نہیں، ہمیں تو بزنس چلانا ہے۔" تو وہاں پر لوگوں نے یہ کیا ہے کہ غلات یہود کو</w:t>
      </w:r>
    </w:p>
    <w:p>
      <w:r>
        <w:rPr>
          <w:b/>
        </w:rPr>
        <w:t xml:space="preserve">[22:24] </w:t>
      </w:r>
      <w:r>
        <w:t>generalize kar ke usi ko kehte hain: "yahood yahudiyon ka khayal hai." yani exception ko generalize karna.</w:t>
      </w:r>
    </w:p>
    <w:p>
      <w:pPr>
        <w:jc w:val="right"/>
      </w:pPr>
      <w:r>
        <w:t>جنرلائز کر کے اسی کو کہتے ہیں: "یہود یہودیوں کا خیال ہے۔" یعنی ایکسیپشن کو جنرلائز کرنا۔</w:t>
      </w:r>
    </w:p>
    <w:p>
      <w:r>
        <w:rPr>
          <w:b/>
        </w:rPr>
        <w:t xml:space="preserve">[22:31] </w:t>
      </w:r>
      <w:r>
        <w:t>yaad rakhiye, bohat bari gumrahi hai jise sari dunya mubtala hai.</w:t>
      </w:r>
    </w:p>
    <w:p>
      <w:pPr>
        <w:jc w:val="right"/>
      </w:pPr>
      <w:r>
        <w:t>یاد رکھیے، بہت بڑی گمراہی ہے جسے ساری دنیا مبتلا ہے۔</w:t>
      </w:r>
    </w:p>
    <w:p>
      <w:r>
        <w:rPr>
          <w:b/>
        </w:rPr>
        <w:t xml:space="preserve">[22:36] </w:t>
      </w:r>
      <w:r>
        <w:t>family mein, society mein, har jagah log jo exceptional waqeat hote hain, kuch log ki jo soch hoti</w:t>
      </w:r>
    </w:p>
    <w:p>
      <w:pPr>
        <w:jc w:val="right"/>
      </w:pPr>
      <w:r>
        <w:t>فیملی میں، سوسائٹی میں، ہر جگہ لوگ جو ایکسیپشنل واقعات ہوتے ہیں، کچھ لوگ کی جو سوچ ہوتی</w:t>
      </w:r>
    </w:p>
    <w:p>
      <w:r>
        <w:rPr>
          <w:b/>
        </w:rPr>
        <w:t xml:space="preserve">[22:44] </w:t>
      </w:r>
      <w:r>
        <w:t>hai, usi ko le kar ke kehte hain ke sab ki soch yahi hai.</w:t>
      </w:r>
    </w:p>
    <w:p>
      <w:pPr>
        <w:jc w:val="right"/>
      </w:pPr>
      <w:r>
        <w:t>ہے، اسی کو لے کر کے کہتے ہیں کہ سب کی سوچ یہی ہے۔</w:t>
      </w:r>
    </w:p>
    <w:p>
      <w:r>
        <w:rPr>
          <w:b/>
        </w:rPr>
        <w:t xml:space="preserve">[22:50] </w:t>
      </w:r>
      <w:r>
        <w:t>yeh aam ghalati hai, aam ghalati hai.</w:t>
      </w:r>
    </w:p>
    <w:p>
      <w:pPr>
        <w:jc w:val="right"/>
      </w:pPr>
      <w:r>
        <w:t>یہ عام غلطی ہے، عام غلطی ہے۔</w:t>
      </w:r>
    </w:p>
    <w:p>
      <w:r>
        <w:rPr>
          <w:b/>
        </w:rPr>
        <w:t xml:space="preserve">[22:53] </w:t>
      </w:r>
      <w:r>
        <w:t>hata ke jo shadi ke baad separation hota hai, talak, woh bhi isi liye hota hai ke ke</w:t>
      </w:r>
    </w:p>
    <w:p>
      <w:pPr>
        <w:jc w:val="right"/>
      </w:pPr>
      <w:r>
        <w:t>حتیٰ کہ جو شادی کے بعد سیپریشن ہوتا ہے، طلاق، وہ بھی اسی لیے ہوتا ہے کہ کہ</w:t>
      </w:r>
    </w:p>
    <w:p>
      <w:r>
        <w:rPr>
          <w:b/>
        </w:rPr>
        <w:t xml:space="preserve">[23:01] </w:t>
      </w:r>
      <w:r>
        <w:t>biwi shohar ki kisi ek baat ko le kar ke us ko kehti hai: "aisa kharab hai mera</w:t>
      </w:r>
    </w:p>
    <w:p>
      <w:pPr>
        <w:jc w:val="right"/>
      </w:pPr>
      <w:r>
        <w:t>بیوی شوہر کی کسی ایک بات کو لے کر کے اس کو کہتی ہے: "ایسا خراب ہے میرا</w:t>
      </w:r>
    </w:p>
    <w:p>
      <w:r>
        <w:rPr>
          <w:b/>
        </w:rPr>
        <w:t xml:space="preserve">[23:08] </w:t>
      </w:r>
      <w:r>
        <w:t>shohar." shohar biwi ki kisi ek baat ko le kar kehta hai: "aisi kharab hai meri biwi." halankeh</w:t>
      </w:r>
    </w:p>
    <w:p>
      <w:pPr>
        <w:jc w:val="right"/>
      </w:pPr>
      <w:r>
        <w:t>شوہر۔" شوہر بیوی کی کسی ایک بات کو لے کر کہتا ہے: "ایسی خراب ہے میری بیوی۔" حالانکہ</w:t>
      </w:r>
    </w:p>
    <w:p>
      <w:r>
        <w:rPr>
          <w:b/>
        </w:rPr>
        <w:t xml:space="preserve">[23:16] </w:t>
      </w:r>
      <w:r>
        <w:t>99 baatein achhi hoti hain, ek baat gadbad hoti hai, usi ko le kar kehte hain: "itna barhate</w:t>
      </w:r>
    </w:p>
    <w:p>
      <w:pPr>
        <w:jc w:val="right"/>
      </w:pPr>
      <w:r>
        <w:t>99 باتیں اچھی ہوتی ہیں، ایک بات گڑبڑ ہوتی ہے، اسی کو لے کر کہتے ہیں: "اتنا بڑھاتے</w:t>
      </w:r>
    </w:p>
    <w:p>
      <w:r>
        <w:rPr>
          <w:b/>
        </w:rPr>
        <w:t xml:space="preserve">[23:24] </w:t>
      </w:r>
      <w:r>
        <w:t>hain, itna barhate hain ke phir talak ho jata hai." woh bhi exception ko generalize karna, exception ko</w:t>
      </w:r>
    </w:p>
    <w:p>
      <w:pPr>
        <w:jc w:val="right"/>
      </w:pPr>
      <w:r>
        <w:t>ہیں، اتنا بڑھاتے ہیں کہ پھر طلاق ہو جاتا ہے۔" وہ بھی ایکسیپشن کو جنرلائز کرنا، ایکسیپشن کو</w:t>
      </w:r>
    </w:p>
    <w:p>
      <w:r>
        <w:rPr>
          <w:b/>
        </w:rPr>
        <w:t xml:space="preserve">[23:31] </w:t>
      </w:r>
      <w:r>
        <w:t>generalize karna.</w:t>
      </w:r>
    </w:p>
    <w:p>
      <w:pPr>
        <w:jc w:val="right"/>
      </w:pPr>
      <w:r>
        <w:t>جنرلائز کرنا۔</w:t>
      </w:r>
    </w:p>
    <w:p>
      <w:r>
        <w:rPr>
          <w:b/>
        </w:rPr>
        <w:t xml:space="preserve">[23:33] </w:t>
      </w:r>
      <w:r>
        <w:t>to wahan par Aqsa Mosque ka jo mamla hai, woh hargiz aisa nahin hai ke sare yahoodi yeh</w:t>
      </w:r>
    </w:p>
    <w:p>
      <w:pPr>
        <w:jc w:val="right"/>
      </w:pPr>
      <w:r>
        <w:t>تو وہاں پر Aqsa Mosque کا جو معاملہ ہے، وہ ہرگز ایسا نہیں ہے کہ سارے یہودی یہ</w:t>
      </w:r>
    </w:p>
    <w:p>
      <w:r>
        <w:rPr>
          <w:b/>
        </w:rPr>
        <w:t xml:space="preserve">[23:41] </w:t>
      </w:r>
      <w:r>
        <w:t>chahte hain ke is ko todo aur tod kar ke is ko hekal-e-sulaimani banao.</w:t>
      </w:r>
    </w:p>
    <w:p>
      <w:pPr>
        <w:jc w:val="right"/>
      </w:pPr>
      <w:r>
        <w:t>چاہتے ہیں کہ اس کو توڑو اور توڑ کر کے اس کو ہیکلِ سلیمانی بناؤ۔</w:t>
      </w:r>
    </w:p>
    <w:p>
      <w:r>
        <w:rPr>
          <w:b/>
        </w:rPr>
        <w:t xml:space="preserve">[23:47] </w:t>
      </w:r>
      <w:r>
        <w:t>kuch yahoodi aise hain jo ghaleban kali kali hat pehente hain, ek tiny minority hain un ki.</w:t>
      </w:r>
    </w:p>
    <w:p>
      <w:pPr>
        <w:jc w:val="right"/>
      </w:pPr>
      <w:r>
        <w:t>کچھ یہودی ایسے ہیں جو غالباً کالی کالی ہیٹ پہنتے ہیں، ایک ٹائنی مائنورٹی ہیں ان کی۔</w:t>
      </w:r>
    </w:p>
    <w:p>
      <w:r>
        <w:rPr>
          <w:b/>
        </w:rPr>
        <w:t xml:space="preserve">[23:54] </w:t>
      </w:r>
      <w:r>
        <w:t>baqi yahudiyon ko, sare yahudiyon ke bene, kuch religious yahoodi jo hain, un ka civil concern kya hai?</w:t>
      </w:r>
    </w:p>
    <w:p>
      <w:pPr>
        <w:jc w:val="right"/>
      </w:pPr>
      <w:r>
        <w:t>باقی یہودیوں کو، سارے یہودیوں کے بینی، کچھ ریلیجیس یہودی جو ہیں، ان کا سول کنسرن کیا ہے؟</w:t>
      </w:r>
    </w:p>
    <w:p>
      <w:r>
        <w:rPr>
          <w:b/>
        </w:rPr>
        <w:t xml:space="preserve">[24:02] </w:t>
      </w:r>
      <w:r>
        <w:t>deewar-e-giriya jis ko kaha jata hai, wailing wall, us tak un ki reach baqi rahe.</w:t>
      </w:r>
    </w:p>
    <w:p>
      <w:pPr>
        <w:jc w:val="right"/>
      </w:pPr>
      <w:r>
        <w:t>دیوار گریا جس کو کہا جاتا ہے، ویلنگ وال، اس تک ان کی ریچ باقی رہے۔</w:t>
      </w:r>
    </w:p>
    <w:p>
      <w:r>
        <w:rPr>
          <w:b/>
        </w:rPr>
        <w:t xml:space="preserve">[24:09] </w:t>
      </w:r>
      <w:r>
        <w:t>wohan ja kar ke woh is se chipak kar ke, aisi deewar hai, aise chipak kar ke is</w:t>
      </w:r>
    </w:p>
    <w:p>
      <w:pPr>
        <w:jc w:val="right"/>
      </w:pPr>
      <w:r>
        <w:t>وہاں جا کر کے وہ اس سے چپک کر کے، ایسی دیوار ہے، ایسے چپک کر کے اس</w:t>
      </w:r>
    </w:p>
    <w:p>
      <w:r>
        <w:rPr>
          <w:b/>
        </w:rPr>
        <w:t xml:space="preserve">[24:17] </w:t>
      </w:r>
      <w:r>
        <w:t>se rote hain aur dua karte hain.</w:t>
      </w:r>
    </w:p>
    <w:p>
      <w:pPr>
        <w:jc w:val="right"/>
      </w:pPr>
      <w:r>
        <w:t>سے روتے ہیں اور دعا کرتے ہیں۔</w:t>
      </w:r>
    </w:p>
    <w:p>
      <w:r>
        <w:rPr>
          <w:b/>
        </w:rPr>
        <w:t xml:space="preserve">[24:20] </w:t>
      </w:r>
      <w:r>
        <w:t>kyun? woh Hazrat Suleman ka jo haikal tha, us ki ek bachi hui woh deewar hai.</w:t>
      </w:r>
    </w:p>
    <w:p>
      <w:pPr>
        <w:jc w:val="right"/>
      </w:pPr>
      <w:r>
        <w:t>کیوں؟ وہ حضرت سلیمان کا جو ہیکل تھا، اس کی ایک بچی ہوئی وہ دیوار ہے۔</w:t>
      </w:r>
    </w:p>
    <w:p>
      <w:r>
        <w:rPr>
          <w:b/>
        </w:rPr>
        <w:t xml:space="preserve">[24:27] </w:t>
      </w:r>
      <w:r>
        <w:t>woh baqi koi cheez maujood nahi hai is zamane ki, sab gir chuka hai.</w:t>
      </w:r>
    </w:p>
    <w:p>
      <w:pPr>
        <w:jc w:val="right"/>
      </w:pPr>
      <w:r>
        <w:t>وہ باقی کوئی چیز موجود نہیں ہے اس زمانے کی، سب گر چکا ہے۔</w:t>
      </w:r>
    </w:p>
    <w:p>
      <w:r>
        <w:rPr>
          <w:b/>
        </w:rPr>
        <w:t xml:space="preserve">[24:33] </w:t>
      </w:r>
      <w:r>
        <w:t>ab jo structure hai, is structure ki ek deewar hai, woh jo abhi Mosque ka jo structure hai,</w:t>
      </w:r>
    </w:p>
    <w:p>
      <w:pPr>
        <w:jc w:val="right"/>
      </w:pPr>
      <w:r>
        <w:t>اب جو اسٹرکچر ہے، اس اسٹرکچر کی ایک دیوار ہے، وہ جو ابھی Mosque کا جو اسٹرکچر ہے،</w:t>
      </w:r>
    </w:p>
    <w:p>
      <w:r>
        <w:rPr>
          <w:b/>
        </w:rPr>
        <w:t xml:space="preserve">[24:40] </w:t>
      </w:r>
      <w:r>
        <w:t>woh poora ka poora to hai jo baad ko banaya gaya, banaya gaya hai.</w:t>
      </w:r>
    </w:p>
    <w:p>
      <w:pPr>
        <w:jc w:val="right"/>
      </w:pPr>
      <w:r>
        <w:t>وہ پورا کا پورا تو ہے جو بعد کو بنایا گیا، بنایا گیا ہے۔</w:t>
      </w:r>
    </w:p>
    <w:p>
      <w:r>
        <w:rPr>
          <w:b/>
        </w:rPr>
        <w:t xml:space="preserve">[24:46] </w:t>
      </w:r>
      <w:r>
        <w:t>lekin ek taraf ki jo deewar hai, woh wahi hai jo Hazrat Suleman ka haikal tha, woh pathar</w:t>
      </w:r>
    </w:p>
    <w:p>
      <w:pPr>
        <w:jc w:val="right"/>
      </w:pPr>
      <w:r>
        <w:t>لیکن ایک طرف کی جو دیوار ہے، وہ وہی ہے جو حضرت سلیمان کا ہیکل تھا، وہ پتھر</w:t>
      </w:r>
    </w:p>
    <w:p>
      <w:r>
        <w:rPr>
          <w:b/>
        </w:rPr>
        <w:t xml:space="preserve">[24:54] </w:t>
      </w:r>
      <w:r>
        <w:t>ki hai.</w:t>
      </w:r>
    </w:p>
    <w:p>
      <w:pPr>
        <w:jc w:val="right"/>
      </w:pPr>
      <w:r>
        <w:t>کی ہے۔</w:t>
      </w:r>
    </w:p>
    <w:p>
      <w:r>
        <w:rPr>
          <w:b/>
        </w:rPr>
        <w:t xml:space="preserve">[24:55] </w:t>
      </w:r>
      <w:r>
        <w:t>woh wahan par Yahoodi jaate hain, is is deewar ke samne bohat bara maidan hai, open.</w:t>
      </w:r>
    </w:p>
    <w:p>
      <w:pPr>
        <w:jc w:val="right"/>
      </w:pPr>
      <w:r>
        <w:t>وہ وہاں پر یہودی جاتے ہیں، اس اس دیوار کے سامنے بہت بڑا میدان ہے، اوپن۔</w:t>
      </w:r>
    </w:p>
    <w:p>
      <w:r>
        <w:rPr>
          <w:b/>
        </w:rPr>
        <w:t xml:space="preserve">[25:02] </w:t>
      </w:r>
      <w:r>
        <w:t>wohan aate hain woh, aur ziyada tar aate hain woh kali topi wale, yani matlab jo jo fundamentalist</w:t>
      </w:r>
    </w:p>
    <w:p>
      <w:pPr>
        <w:jc w:val="right"/>
      </w:pPr>
      <w:r>
        <w:t>وہاں آتے ہیں وہ، اور زیادہ تر آتے ہیں وہ کالی ٹوپی والے، یعنی مطلب جو جو فنڈامینٹلسٹ</w:t>
      </w:r>
    </w:p>
    <w:p>
      <w:r>
        <w:rPr>
          <w:b/>
        </w:rPr>
        <w:t xml:space="preserve">[25:10] </w:t>
      </w:r>
      <w:r>
        <w:t>Yahoodi hain.</w:t>
      </w:r>
    </w:p>
    <w:p>
      <w:pPr>
        <w:jc w:val="right"/>
      </w:pPr>
      <w:r>
        <w:t>یہودی ہیں۔</w:t>
      </w:r>
    </w:p>
    <w:p>
      <w:r>
        <w:rPr>
          <w:b/>
        </w:rPr>
        <w:t xml:space="preserve">[25:12] </w:t>
      </w:r>
      <w:r>
        <w:t>baqi Yahoodi ko koi matlab nahi in cheezon se, woh liberal hain aur bilkul mazhab se unhein koi</w:t>
      </w:r>
    </w:p>
    <w:p>
      <w:pPr>
        <w:jc w:val="right"/>
      </w:pPr>
      <w:r>
        <w:t>باقی یہودیوں کو کوئی مطلب نہیں ان چیزوں سے، وہ لبرل ہیں اور بالکل مذہب سے انہیں کوئی</w:t>
      </w:r>
    </w:p>
    <w:p>
      <w:r>
        <w:rPr>
          <w:b/>
        </w:rPr>
        <w:t xml:space="preserve">[25:19] </w:t>
      </w:r>
      <w:r>
        <w:t>dilchaspi nahi hai.</w:t>
      </w:r>
    </w:p>
    <w:p>
      <w:pPr>
        <w:jc w:val="right"/>
      </w:pPr>
      <w:r>
        <w:t>دلچسپی نہیں ہے۔</w:t>
      </w:r>
    </w:p>
    <w:p>
      <w:r>
        <w:rPr>
          <w:b/>
        </w:rPr>
        <w:t xml:space="preserve">[25:21] </w:t>
      </w:r>
      <w:r>
        <w:t>to jo mazhabi Yahoodi hain, wahan ja kar ke deewar girya ya weeping wall se lipatte hain, rote</w:t>
      </w:r>
    </w:p>
    <w:p>
      <w:pPr>
        <w:jc w:val="right"/>
      </w:pPr>
      <w:r>
        <w:t>تو جو مذہبی یہودی ہیں، وہاں جا کر کے دیوار گریا یا ویلنگ وال سے لپٹتے ہیں، روتے</w:t>
      </w:r>
    </w:p>
    <w:p>
      <w:r>
        <w:rPr>
          <w:b/>
        </w:rPr>
        <w:t xml:space="preserve">[25:28]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[25:30] </w:t>
      </w:r>
      <w:r>
        <w:t>yeh hai wahan par.</w:t>
      </w:r>
    </w:p>
    <w:p>
      <w:pPr>
        <w:jc w:val="right"/>
      </w:pPr>
      <w:r>
        <w:t>یہ ہے وہاں پر۔</w:t>
      </w:r>
    </w:p>
    <w:p>
      <w:r>
        <w:rPr>
          <w:b/>
        </w:rPr>
        <w:t xml:space="preserve">[25:32] </w:t>
      </w:r>
      <w:r>
        <w:t>ab dekhiye ke yeh jo hum hamari jo manfi soch ho gayi hai, kitne bare faide se hum</w:t>
      </w:r>
    </w:p>
    <w:p>
      <w:pPr>
        <w:jc w:val="right"/>
      </w:pPr>
      <w:r>
        <w:t>اب دیکھیے کہ یہ جو ہم ہماری جو منفی سوچ ہو گئی ہے، کتنے بڑے فائدے سے ہم</w:t>
      </w:r>
    </w:p>
    <w:p>
      <w:r>
        <w:rPr>
          <w:b/>
        </w:rPr>
        <w:t xml:space="preserve">[25:39] </w:t>
      </w:r>
      <w:r>
        <w:t>mehroom hain manfi soch ki wajah se ke wahan ja pehli dua hai, wahan jaate hi nahi, aur</w:t>
      </w:r>
    </w:p>
    <w:p>
      <w:pPr>
        <w:jc w:val="right"/>
      </w:pPr>
      <w:r>
        <w:t>محروم ہیں منفی سوچ کی وجہ سے کہ وہاں جا پہلی دعا ہے، وہاں جاتے ہی نہیں، اور</w:t>
      </w:r>
    </w:p>
    <w:p>
      <w:r>
        <w:rPr>
          <w:b/>
        </w:rPr>
        <w:t xml:space="preserve">[25:47] </w:t>
      </w:r>
      <w:r>
        <w:t>jaate hain to nafrat le kar jaate hain.</w:t>
      </w:r>
    </w:p>
    <w:p>
      <w:pPr>
        <w:jc w:val="right"/>
      </w:pPr>
      <w:r>
        <w:t>جاتے ہیں تو نفرت لے کر جاتے ہیں۔</w:t>
      </w:r>
    </w:p>
    <w:p>
      <w:r>
        <w:rPr>
          <w:b/>
        </w:rPr>
        <w:t xml:space="preserve">[25:51] </w:t>
      </w:r>
      <w:r>
        <w:t>ab mein jab gaya 1995 mein to jab mein ne do rakat namaz parhi wahan par, Taibat Aqsa</w:t>
      </w:r>
    </w:p>
    <w:p>
      <w:pPr>
        <w:jc w:val="right"/>
      </w:pPr>
      <w:r>
        <w:t>اب میں جب گیا 1995 میں تو جب میں نے دو رکعت نماز پڑھی وہاں پر، طیحت Aqsa</w:t>
      </w:r>
    </w:p>
    <w:p>
      <w:r>
        <w:rPr>
          <w:b/>
        </w:rPr>
        <w:t xml:space="preserve">[25:58] </w:t>
      </w:r>
      <w:r>
        <w:t>pehli bar, to jab mein ne sajda kiya, achaanak hi mujhe ek inspiration hua.</w:t>
      </w:r>
    </w:p>
    <w:p>
      <w:pPr>
        <w:jc w:val="right"/>
      </w:pPr>
      <w:r>
        <w:t>پہلی بار، تو جب میں نے سجدہ کیا، اچانک ہی مجھے ایک انسپیریشن ہوا۔</w:t>
      </w:r>
    </w:p>
    <w:p>
      <w:r>
        <w:rPr>
          <w:b/>
        </w:rPr>
        <w:t xml:space="preserve">[26:04] </w:t>
      </w:r>
      <w:r>
        <w:t>chunki woh manfi khayalat mere nahi the, mein 100 percent positive rehta hoon hamesha.</w:t>
      </w:r>
    </w:p>
    <w:p>
      <w:pPr>
        <w:jc w:val="right"/>
      </w:pPr>
      <w:r>
        <w:t>چونکہ وہ منفی خیالات میرے نہیں تھے، میں 100 فیصد پازیٹیو رہتا ہوں ہمیشہ۔</w:t>
      </w:r>
    </w:p>
    <w:p>
      <w:r>
        <w:rPr>
          <w:b/>
        </w:rPr>
        <w:t xml:space="preserve">[26:10] </w:t>
      </w:r>
      <w:r>
        <w:t>dekhiye, jo positive rahega, us ko Khuda ka inspiration milega, Khuda ka ilham milega.</w:t>
      </w:r>
    </w:p>
    <w:p>
      <w:pPr>
        <w:jc w:val="right"/>
      </w:pPr>
      <w:r>
        <w:t>دیکھیں، جو پازیٹیو رہے گا، اس کو خدا کا انسپیریشن ملے گا، خدا کا الہام ملے گا۔</w:t>
      </w:r>
    </w:p>
    <w:p>
      <w:r>
        <w:rPr>
          <w:b/>
        </w:rPr>
        <w:t xml:space="preserve">[26:18] </w:t>
      </w:r>
      <w:r>
        <w:t>dekhiye, wahi to band ho chuki hai, ilham band nahi hua hai.</w:t>
      </w:r>
    </w:p>
    <w:p>
      <w:pPr>
        <w:jc w:val="right"/>
      </w:pPr>
      <w:r>
        <w:t>دیکھیں، وحی تو بند ہو چکی ہے، الہام بند نہیں ہوا ہے۔</w:t>
      </w:r>
    </w:p>
    <w:p>
      <w:r>
        <w:rPr>
          <w:b/>
        </w:rPr>
        <w:t xml:space="preserve">[26:23] </w:t>
      </w:r>
      <w:r>
        <w:t>yaad rakhiye, wahi ko kehte hain angrezi mein revelation, ilham ko kehte hain inspiration.</w:t>
      </w:r>
    </w:p>
    <w:p>
      <w:pPr>
        <w:jc w:val="right"/>
      </w:pPr>
      <w:r>
        <w:t>یاد رکھیے، وحی کو کہتے ہیں انگریزی میں ریولیشن، الہام کو کہتے ہیں انسپیریشن۔</w:t>
      </w:r>
    </w:p>
    <w:p>
      <w:r>
        <w:rPr>
          <w:b/>
        </w:rPr>
        <w:t xml:space="preserve">[26:29] </w:t>
      </w:r>
      <w:r>
        <w:t>to revelation band ho gaya hai kyunke peghambar par aata hai, inspiration baqi hai, woh bhi khuda ki</w:t>
      </w:r>
    </w:p>
    <w:p>
      <w:pPr>
        <w:jc w:val="right"/>
      </w:pPr>
      <w:r>
        <w:t>تو ریولیشن بند ہو گیا ہے کیونکہ پیغمبر پر آتا ہے، انسپیریشن باقی ہے، وہ بھی خدا کی</w:t>
      </w:r>
    </w:p>
    <w:p>
      <w:r>
        <w:rPr>
          <w:b/>
        </w:rPr>
        <w:t xml:space="preserve">[26:36] </w:t>
      </w:r>
      <w:r>
        <w:t>taraf se hota hai.</w:t>
      </w:r>
    </w:p>
    <w:p>
      <w:pPr>
        <w:jc w:val="right"/>
      </w:pPr>
      <w:r>
        <w:t>طرف سے ہوتا ہے۔</w:t>
      </w:r>
    </w:p>
    <w:p>
      <w:r>
        <w:rPr>
          <w:b/>
        </w:rPr>
        <w:t xml:space="preserve">[26:38] </w:t>
      </w:r>
      <w:r>
        <w:t>to jab mein sajde mein gaya to achaanak mein tip tip aansu nikalne lage, achaanak bilkul, kyunke ek</w:t>
      </w:r>
    </w:p>
    <w:p>
      <w:pPr>
        <w:jc w:val="right"/>
      </w:pPr>
      <w:r>
        <w:t>تو جب میں سجدے میں گیا تو اچانک میں ٹپ ٹپ آنسو نکلنے لگے، اچانک بالکل، کیونکہ ایک</w:t>
      </w:r>
    </w:p>
    <w:p>
      <w:r>
        <w:rPr>
          <w:b/>
        </w:rPr>
        <w:t xml:space="preserve">[26:46] </w:t>
      </w:r>
      <w:r>
        <w:t>inspiration aaya.</w:t>
      </w:r>
    </w:p>
    <w:p>
      <w:pPr>
        <w:jc w:val="right"/>
      </w:pPr>
      <w:r>
        <w:t>انسپیریشن آیا۔</w:t>
      </w:r>
    </w:p>
    <w:p>
      <w:r>
        <w:rPr>
          <w:b/>
        </w:rPr>
        <w:t xml:space="preserve">[26:47] </w:t>
      </w:r>
      <w:r>
        <w:t>mein ne kaha ke khudaaya, yeh woh jagah hai jahan saare peghambar ikattha hue, peghambar Islam ne un</w:t>
      </w:r>
    </w:p>
    <w:p>
      <w:pPr>
        <w:jc w:val="right"/>
      </w:pPr>
      <w:r>
        <w:t>میں نے کہا کہ خدایا، یہ وہ جگہ ہے جہاں سارے پیغمبر اکٹھا ہوئے، پیغمبر اسلام نے ان</w:t>
      </w:r>
    </w:p>
    <w:p>
      <w:r>
        <w:rPr>
          <w:b/>
        </w:rPr>
        <w:t xml:space="preserve">[26:55] </w:t>
      </w:r>
      <w:r>
        <w:t>ki imamat farmaai, saare logon ne yahan jamaat mein khade hue, qataar bana kar ke.</w:t>
      </w:r>
    </w:p>
    <w:p>
      <w:pPr>
        <w:jc w:val="right"/>
      </w:pPr>
      <w:r>
        <w:t>کی امامت فرمائی، سارے لوگوں نے یہاں جماعت میں کھڑے ہوئے، قطار بنا کر کے۔</w:t>
      </w:r>
    </w:p>
    <w:p>
      <w:r>
        <w:rPr>
          <w:b/>
        </w:rPr>
        <w:t xml:space="preserve">[27:01] </w:t>
      </w:r>
      <w:r>
        <w:t>to mujhe bhi is jamaat mein shaamil kar de, distance tere liye koi cheez nahi, space and time</w:t>
      </w:r>
    </w:p>
    <w:p>
      <w:pPr>
        <w:jc w:val="right"/>
      </w:pPr>
      <w:r>
        <w:t>تو مجھے بھی اس جماعت میں شامل کر دے، ڈسٹنس تیرے لیے کوئی چیز نہیں، اسپیس اینڈ ٹائم</w:t>
      </w:r>
    </w:p>
    <w:p>
      <w:r>
        <w:rPr>
          <w:b/>
        </w:rPr>
        <w:t xml:space="preserve">[27:09] </w:t>
      </w:r>
      <w:r>
        <w:t>tere liye koi cheez nahi.</w:t>
      </w:r>
    </w:p>
    <w:p>
      <w:pPr>
        <w:jc w:val="right"/>
      </w:pPr>
      <w:r>
        <w:t>تیرے لیے کوئی چیز نہیں۔</w:t>
      </w:r>
    </w:p>
    <w:p>
      <w:r>
        <w:rPr>
          <w:b/>
        </w:rPr>
        <w:t xml:space="preserve">[27:11] </w:t>
      </w:r>
      <w:r>
        <w:t>to zaman o makan ki qaid ko khatam kar sakta hai, to mujhe is jamaat mein shaamil kar</w:t>
      </w:r>
    </w:p>
    <w:p>
      <w:pPr>
        <w:jc w:val="right"/>
      </w:pPr>
      <w:r>
        <w:t>تو زمان و مکان کی قید کو ختم کر سکتا ہے، تو مجھے اس جماعت میں شامل کر</w:t>
      </w:r>
    </w:p>
    <w:p>
      <w:r>
        <w:rPr>
          <w:b/>
        </w:rPr>
        <w:t xml:space="preserve">[27:19] </w:t>
      </w:r>
      <w:r>
        <w:t>de jab ke yahan peghambar namaz padh rahe the aur rasool Allah imamat farma rahe the.</w:t>
      </w:r>
    </w:p>
    <w:p>
      <w:pPr>
        <w:jc w:val="right"/>
      </w:pPr>
      <w:r>
        <w:t>دے جب کہ یہاں پیغمبر نماز پڑھ رہے تھے اور رسول اللہ امامت فرما رہے تھے۔</w:t>
      </w:r>
    </w:p>
    <w:p>
      <w:r>
        <w:rPr>
          <w:b/>
        </w:rPr>
        <w:t xml:space="preserve">[27:26] </w:t>
      </w:r>
      <w:r>
        <w:t>mujhe bhi is mein shareek farma de, time ki doori khatam kar de.</w:t>
      </w:r>
    </w:p>
    <w:p>
      <w:pPr>
        <w:jc w:val="right"/>
      </w:pPr>
      <w:r>
        <w:t>مجھے بھی اس میں شریک فرما دے، ٹائم کی دوری ختم کر دے۔</w:t>
      </w:r>
    </w:p>
    <w:p>
      <w:r>
        <w:rPr>
          <w:b/>
        </w:rPr>
        <w:t xml:space="preserve">[27:31] </w:t>
      </w:r>
      <w:r>
        <w:t>yeh yeh itna ooncha inspiration tha, aaj tak mujhe iski lazzat mehsoos ho rahi hai.</w:t>
      </w:r>
    </w:p>
    <w:p>
      <w:pPr>
        <w:jc w:val="right"/>
      </w:pPr>
      <w:r>
        <w:t>یہ یہ اتنا اونچا انسپیریشن تھا، آج تک مجھے اس کی لذت محسوس ہو رہی ہے۔</w:t>
      </w:r>
    </w:p>
    <w:p>
      <w:r>
        <w:rPr>
          <w:b/>
        </w:rPr>
        <w:t xml:space="preserve">[27:38] </w:t>
      </w:r>
      <w:r>
        <w:t>is se log mehroom hain kyunke kyunke woh negativity mein jeete hain, shikayaton mein jeete hain, complaint mein</w:t>
      </w:r>
    </w:p>
    <w:p>
      <w:pPr>
        <w:jc w:val="right"/>
      </w:pPr>
      <w:r>
        <w:t>اس سے لوگ محروم ہیں کیونکہ کیونکہ وہ نیگیٹیوٹی میں جیتے ہیں، شکایتوں میں جیتے ہیں، کمپلینٹ میں</w:t>
      </w:r>
    </w:p>
    <w:p>
      <w:r>
        <w:rPr>
          <w:b/>
        </w:rPr>
        <w:t xml:space="preserve">[27:46] </w:t>
      </w:r>
      <w:r>
        <w:t>jeete hain, yahoodi nafrat mein jeete hain, banawati kahaniyon mein jeete hain.</w:t>
      </w:r>
    </w:p>
    <w:p>
      <w:pPr>
        <w:jc w:val="right"/>
      </w:pPr>
      <w:r>
        <w:t>جیتے ہیں، یہودی نفرت میں جیتے ہیں، بناوٹی کہانیوں میں جیتے ہیں۔</w:t>
      </w:r>
    </w:p>
    <w:p>
      <w:r>
        <w:rPr>
          <w:b/>
        </w:rPr>
        <w:t xml:space="preserve">[27:51] </w:t>
      </w:r>
      <w:r>
        <w:t>kehti hai, ajeeb baat hai ke itni badi wahan par sa'adat rakhi hui hai ke wahan ja kar</w:t>
      </w:r>
    </w:p>
    <w:p>
      <w:pPr>
        <w:jc w:val="right"/>
      </w:pPr>
      <w:r>
        <w:t>کہتی ہے، عجیب بات ہے کہ اتنی بڑی وہاں پر سعادت رکھی ہوئی ہے کہ وہاں جا کر</w:t>
      </w:r>
    </w:p>
    <w:p>
      <w:r>
        <w:rPr>
          <w:b/>
        </w:rPr>
        <w:t xml:space="preserve">[27:59] </w:t>
      </w:r>
      <w:r>
        <w:t>ke woh woh ek woh ek shiaar hai, woh ek yaadgaar hai, woh ek reminder hai, ek historical</w:t>
      </w:r>
    </w:p>
    <w:p>
      <w:pPr>
        <w:jc w:val="right"/>
      </w:pPr>
      <w:r>
        <w:t>کے وہ وہ ایک وہ ایک شعار ہے، وہ ایک یادگار ہے، وہ ایک ریمائنڈر ہے، ایک ہسٹوریکل</w:t>
      </w:r>
    </w:p>
    <w:p>
      <w:r>
        <w:rPr>
          <w:b/>
        </w:rPr>
        <w:t xml:space="preserve">[28:07] </w:t>
      </w:r>
      <w:r>
        <w:t>reference wahan par hai, ek point of reference hai wahan par historical sense mein jis se wahan ja</w:t>
      </w:r>
    </w:p>
    <w:p>
      <w:pPr>
        <w:jc w:val="right"/>
      </w:pPr>
      <w:r>
        <w:t>ریفرنس وہاں پر ہے، ایک پوائنٹ آف ریفرنس ہے وہاں پر ہسٹوریکل سینس میں جس سے وہاں جا</w:t>
      </w:r>
    </w:p>
    <w:p>
      <w:r>
        <w:rPr>
          <w:b/>
        </w:rPr>
        <w:t xml:space="preserve">[28:14] </w:t>
      </w:r>
      <w:r>
        <w:t>kar ke aap us waqt ko yaad karein jab ke peghambar yahan aaye the.</w:t>
      </w:r>
    </w:p>
    <w:p>
      <w:pPr>
        <w:jc w:val="right"/>
      </w:pPr>
      <w:r>
        <w:t>کر کے آپ اس وقت کو یاد کریں جب کہ پیغمبر یہاں آئے تھے۔</w:t>
      </w:r>
    </w:p>
    <w:p>
      <w:r>
        <w:rPr>
          <w:b/>
        </w:rPr>
        <w:t xml:space="preserve">[28:20] </w:t>
      </w:r>
      <w:r>
        <w:t>kaisa ajeeb lamha tha woh ke saare peghambar ikattha hue aur rasool Allah ne imamat farmaai.</w:t>
      </w:r>
    </w:p>
    <w:p>
      <w:pPr>
        <w:jc w:val="right"/>
      </w:pPr>
      <w:r>
        <w:t>کیسا عجیب لمحہ تھا وہ کہ سارے پیغمبر اکٹھا ہوئے اور رسول اللہ نے امامت فرمائی۔</w:t>
      </w:r>
    </w:p>
    <w:p>
      <w:r>
        <w:rPr>
          <w:b/>
        </w:rPr>
        <w:t xml:space="preserve">[28:27] </w:t>
      </w:r>
      <w:r>
        <w:t>to aap yahan to nahi soch sakte is baat ko, is ka is ka jo point of reference</w:t>
      </w:r>
    </w:p>
    <w:p>
      <w:pPr>
        <w:jc w:val="right"/>
      </w:pPr>
      <w:r>
        <w:t>تو آپ یہاں تو نہیں سوچ سکتے اس بات کو، اس کا اس کا جو پوائنٹ آف ریفرنس</w:t>
      </w:r>
    </w:p>
    <w:p>
      <w:r>
        <w:rPr>
          <w:b/>
        </w:rPr>
        <w:t xml:space="preserve">[28:35] </w:t>
      </w:r>
      <w:r>
        <w:t>hai woh to wohin par hai, wahan par aap aap mehroom kiye hue hain, haraam bataaye hue hain</w:t>
      </w:r>
    </w:p>
    <w:p>
      <w:pPr>
        <w:jc w:val="right"/>
      </w:pPr>
      <w:r>
        <w:t>ہے وہ تو وہیں پر ہے، وہاں پر آپ آپ محروم کیے ہوئے ہیں، حرام بتائے ہوئے ہیں</w:t>
      </w:r>
    </w:p>
    <w:p>
      <w:r>
        <w:rPr>
          <w:b/>
        </w:rPr>
        <w:t xml:space="preserve">[28:43] </w:t>
      </w:r>
      <w:r>
        <w:t>ke wahan jaana hi haraam hai.</w:t>
      </w:r>
    </w:p>
    <w:p>
      <w:pPr>
        <w:jc w:val="right"/>
      </w:pPr>
      <w:r>
        <w:t>کہ وہاں جانا ہی حرام ہے۔</w:t>
      </w:r>
    </w:p>
    <w:p>
      <w:r>
        <w:rPr>
          <w:b/>
        </w:rPr>
        <w:t xml:space="preserve">[28:45] </w:t>
      </w:r>
      <w:r>
        <w:t>rasool Allah gaye, non mansab ka occupation wahan par tha, to rasool Allah ke liye jaiz kaise ho</w:t>
      </w:r>
    </w:p>
    <w:p>
      <w:pPr>
        <w:jc w:val="right"/>
      </w:pPr>
      <w:r>
        <w:t>رسول اللہ گئے، نان منصب کا اکوپیشن وہاں پر تھا، تو رسول اللہ کے لیے جائز کیسے ہو</w:t>
      </w:r>
    </w:p>
    <w:p>
      <w:r>
        <w:rPr>
          <w:b/>
        </w:rPr>
        <w:t xml:space="preserve">[28:53] </w:t>
      </w:r>
      <w:r>
        <w:t>gaya ke tumhare liye haraam ho gaya hai? to yeh is ko is waqt ehsaas mujhe bohat zabardast</w:t>
      </w:r>
    </w:p>
    <w:p>
      <w:pPr>
        <w:jc w:val="right"/>
      </w:pPr>
      <w:r>
        <w:t>گیا کہ تمہارے لیے حرام ہو گیا ہے؟ تو یہ اس کو اس وقت احساس مجھے بہت زبردست</w:t>
      </w:r>
    </w:p>
    <w:p>
      <w:r>
        <w:rPr>
          <w:b/>
        </w:rPr>
        <w:t xml:space="preserve">[29:01] </w:t>
      </w:r>
      <w:r>
        <w:t>hua ke abhi bhi mein iski lazzat mehsoos karta hoon.</w:t>
      </w:r>
    </w:p>
    <w:p>
      <w:pPr>
        <w:jc w:val="right"/>
      </w:pPr>
      <w:r>
        <w:t>ہوا کہ ابھی بھی میں اس کی لذت محسوس کرتا ہوں۔</w:t>
      </w:r>
    </w:p>
    <w:p>
      <w:r>
        <w:rPr>
          <w:b/>
        </w:rPr>
        <w:t xml:space="preserve">[29:05] </w:t>
      </w:r>
      <w:r>
        <w:t>mein kehta hoon ke mujhe yaqeen hai ke Allah taala ne mujhe usay shamil farmaaya.</w:t>
      </w:r>
    </w:p>
    <w:p>
      <w:pPr>
        <w:jc w:val="right"/>
      </w:pPr>
      <w:r>
        <w:t>میں کہتا ہوں کہ مجھے یقین ہے کہ اللہ تعالی نے مجھے اسے شامل فرمایا۔</w:t>
      </w:r>
    </w:p>
    <w:p>
      <w:r>
        <w:rPr>
          <w:b/>
        </w:rPr>
        <w:t xml:space="preserve">[29:12] </w:t>
      </w:r>
      <w:r>
        <w:t>kyun? dekhiye, hadees mein aata hai: "ana inda zann abdi bi falyazunn annabi ma shaa".</w:t>
      </w:r>
    </w:p>
    <w:p>
      <w:pPr>
        <w:jc w:val="right"/>
      </w:pPr>
      <w:r>
        <w:t>کیوں؟ دیکھیے، حدیث میں آتا ہے: "انا عند الذن عبدی بھی فلیذ النبی ماشاء"۔</w:t>
      </w:r>
    </w:p>
    <w:p>
      <w:r>
        <w:rPr>
          <w:b/>
        </w:rPr>
        <w:t xml:space="preserve">[29:18] </w:t>
      </w:r>
      <w:r>
        <w:t>kaisi ajeeb hadees hai: "ana inda zann abdi bi falyazunn annabi ma shaa".</w:t>
      </w:r>
    </w:p>
    <w:p>
      <w:pPr>
        <w:jc w:val="right"/>
      </w:pPr>
      <w:r>
        <w:t>کیسی عجیب حدیث ہے: "انا عند الذن عبدی بھی فلیذ النبی ماشاء"۔</w:t>
      </w:r>
    </w:p>
    <w:p>
      <w:r>
        <w:rPr>
          <w:b/>
        </w:rPr>
        <w:t xml:space="preserve">[29:23] </w:t>
      </w:r>
      <w:r>
        <w:t>mein bande ke gumaan ke saath hoon, to jo gumaan chahe woh kar le mere baare mein.</w:t>
      </w:r>
    </w:p>
    <w:p>
      <w:pPr>
        <w:jc w:val="right"/>
      </w:pPr>
      <w:r>
        <w:t>میں بندے کے گمان کے ساتھ ہوں، تو جو گمان چاہے وہ کر لے میرے بارے میں۔</w:t>
      </w:r>
    </w:p>
    <w:p>
      <w:r>
        <w:rPr>
          <w:b/>
        </w:rPr>
        <w:t xml:space="preserve">[29:30] </w:t>
      </w:r>
      <w:r>
        <w:t>kaisi ajeeb hadees hai, yeh hadees qudsi hai: "ana inda zann abdi bi falyazunn annabi ma shaa".</w:t>
      </w:r>
    </w:p>
    <w:p>
      <w:pPr>
        <w:jc w:val="right"/>
      </w:pPr>
      <w:r>
        <w:t>کیسی عجیب حدیث ہے، یہ حدیث قدسی ہے: "انا عند الذن عبدی بھی فلیذ النبی ماشاء"۔</w:t>
      </w:r>
    </w:p>
    <w:p>
      <w:r>
        <w:rPr>
          <w:b/>
        </w:rPr>
        <w:t xml:space="preserve">[29:37] </w:t>
      </w:r>
      <w:r>
        <w:t>mein bande ke gumaan ke saath hoon, to jitna chahe woh mere jo chahe mere baare mein gumaan</w:t>
      </w:r>
    </w:p>
    <w:p>
      <w:pPr>
        <w:jc w:val="right"/>
      </w:pPr>
      <w:r>
        <w:t>میں بندے کے گمان کے ساتھ ہوں، تو جتنا چاہے وہ میرے جو چاہے میرے بارے میں گمان</w:t>
      </w:r>
    </w:p>
    <w:p>
      <w:r>
        <w:rPr>
          <w:b/>
        </w:rPr>
        <w:t xml:space="preserve">[29:45] </w:t>
      </w:r>
      <w:r>
        <w:t>kar le.</w:t>
      </w:r>
    </w:p>
    <w:p>
      <w:pPr>
        <w:jc w:val="right"/>
      </w:pPr>
      <w:r>
        <w:t>کر لے۔</w:t>
      </w:r>
    </w:p>
    <w:p>
      <w:r>
        <w:rPr>
          <w:b/>
        </w:rPr>
        <w:t xml:space="preserve">[29:46] </w:t>
      </w:r>
      <w:r>
        <w:t>ab mein Khuda ka aik banda hoon, mein ne yeh gumaan kiya ke Khudaaya, distance tere liye koi</w:t>
      </w:r>
    </w:p>
    <w:p>
      <w:pPr>
        <w:jc w:val="right"/>
      </w:pPr>
      <w:r>
        <w:t>اب میں خدا کا ایک بندہ ہوں، میں نے یہ گمان کیا کہ خدایا، ڈسٹنس تیرے لیے کوئی</w:t>
      </w:r>
    </w:p>
    <w:p>
      <w:r>
        <w:rPr>
          <w:b/>
        </w:rPr>
        <w:t xml:space="preserve">[29:54] </w:t>
      </w:r>
      <w:r>
        <w:t>cheez nahin, time and space ka farq tere liye koi cheez nahin.</w:t>
      </w:r>
    </w:p>
    <w:p>
      <w:pPr>
        <w:jc w:val="right"/>
      </w:pPr>
      <w:r>
        <w:t>چیز نہیں، ٹائم اینڈ اسپیس کا فرق تیرے لیے کوئی چیز نہیں۔</w:t>
      </w:r>
    </w:p>
    <w:p>
      <w:r>
        <w:rPr>
          <w:b/>
        </w:rPr>
        <w:t xml:space="preserve">[29:59] </w:t>
      </w:r>
      <w:r>
        <w:t>to chahe to time ko khatm kar ke mujhe us jamaat mein shamil kar de ke paighambar yahan</w:t>
      </w:r>
    </w:p>
    <w:p>
      <w:pPr>
        <w:jc w:val="right"/>
      </w:pPr>
      <w:r>
        <w:t>تو چاہے تو ٹائم کو ختم کر کے مجھے اس جماعت میں شامل کر دے کہ پیغمبر یہاں</w:t>
      </w:r>
    </w:p>
    <w:p>
      <w:r>
        <w:rPr>
          <w:b/>
        </w:rPr>
        <w:t xml:space="preserve">[30:07] </w:t>
      </w:r>
      <w:r>
        <w:t>parh rahe hain namaz, mein bhi shamil hoon usi jamaat mein.</w:t>
      </w:r>
    </w:p>
    <w:p>
      <w:pPr>
        <w:jc w:val="right"/>
      </w:pPr>
      <w:r>
        <w:t>پڑھ رہے ہیں نماز، میں بھی شامل ہوں اسی جماعت میں۔</w:t>
      </w:r>
    </w:p>
    <w:p>
      <w:r>
        <w:rPr>
          <w:b/>
        </w:rPr>
        <w:t xml:space="preserve">[30:12] </w:t>
      </w:r>
      <w:r>
        <w:t>yeh mein ne zann qaaim kiya Khuda se, to Allah taala poora kar de ga is ko.</w:t>
      </w:r>
    </w:p>
    <w:p>
      <w:pPr>
        <w:jc w:val="right"/>
      </w:pPr>
      <w:r>
        <w:t>یہ میں نے زن قائم کیا خدا سے، تو اللہ تعالی پورا کر دے گا اس کو۔</w:t>
      </w:r>
    </w:p>
    <w:p>
      <w:r>
        <w:rPr>
          <w:b/>
        </w:rPr>
        <w:t xml:space="preserve">[30:19] </w:t>
      </w:r>
      <w:r>
        <w:t>kyun? "ana inda zann abdi bi falyazunn annabi ma shaa".</w:t>
      </w:r>
    </w:p>
    <w:p>
      <w:pPr>
        <w:jc w:val="right"/>
      </w:pPr>
      <w:r>
        <w:t>کیوں؟ "انا عند الذن عبدی بی فلیذ النبی ماشاء"۔</w:t>
      </w:r>
    </w:p>
    <w:p>
      <w:r>
        <w:rPr>
          <w:b/>
        </w:rPr>
        <w:t xml:space="preserve">[30:23] </w:t>
      </w:r>
      <w:r>
        <w:t>mein bande ke gumaan ke saath hoon, to jo gumaan chahe mere baare mein kar le, mein poora</w:t>
      </w:r>
    </w:p>
    <w:p>
      <w:pPr>
        <w:jc w:val="right"/>
      </w:pPr>
      <w:r>
        <w:t>میں بندے کے گمان کے ساتھ ہوں، تو جو گمان چاہے میرے بارے میں کر لے، میں پورا</w:t>
      </w:r>
    </w:p>
    <w:p>
      <w:r>
        <w:rPr>
          <w:b/>
        </w:rPr>
        <w:t xml:space="preserve">[30:30] </w:t>
      </w:r>
      <w:r>
        <w:t>karoon ga is ko, bashart ke woh gumaan sahi gumaan ho.</w:t>
      </w:r>
    </w:p>
    <w:p>
      <w:pPr>
        <w:jc w:val="right"/>
      </w:pPr>
      <w:r>
        <w:t>کروں گا اس کو، بشرط کہ وہ گمان صحیح گمان ہو۔</w:t>
      </w:r>
    </w:p>
    <w:p>
      <w:r>
        <w:rPr>
          <w:b/>
        </w:rPr>
        <w:t xml:space="preserve">[30:35] </w:t>
      </w:r>
      <w:r>
        <w:t>to mujhe yaqeen hai ke is hadees ke mutabiq ke mein ne jo gumaan kiya tha Allah taala</w:t>
      </w:r>
    </w:p>
    <w:p>
      <w:pPr>
        <w:jc w:val="right"/>
      </w:pPr>
      <w:r>
        <w:t>تو مجھے یقین ہے کہ اس حدیث کے مطابق کہ میں نے جو گمان کیا تھا اللہ تعالی</w:t>
      </w:r>
    </w:p>
    <w:p>
      <w:r>
        <w:rPr>
          <w:b/>
        </w:rPr>
        <w:t xml:space="preserve">[30:43] </w:t>
      </w:r>
      <w:r>
        <w:t>se ke Khudaaya, to doori ko khatm kar de, zamanay ki doori ko khatm kar de, tere ikhtiyar</w:t>
      </w:r>
    </w:p>
    <w:p>
      <w:pPr>
        <w:jc w:val="right"/>
      </w:pPr>
      <w:r>
        <w:t>سے کہ خدایا، تو دوری کو ختم کر دے، زمانے کی دوری کو ختم کر دے، تیرے اختیار</w:t>
      </w:r>
    </w:p>
    <w:p>
      <w:r>
        <w:rPr>
          <w:b/>
        </w:rPr>
        <w:t xml:space="preserve">[30:51] </w:t>
      </w:r>
      <w:r>
        <w:t>mein yeh bhi hai ke to zamanay ki doori ko khatm kar sakta hai.</w:t>
      </w:r>
    </w:p>
    <w:p>
      <w:pPr>
        <w:jc w:val="right"/>
      </w:pPr>
      <w:r>
        <w:t>میں یہ بھی ہے کہ تو زمانے کی دوری کو ختم کر سکتا ہے۔</w:t>
      </w:r>
    </w:p>
    <w:p>
      <w:r>
        <w:rPr>
          <w:b/>
        </w:rPr>
        <w:t xml:space="preserve">[30:57] </w:t>
      </w:r>
      <w:r>
        <w:t>to space and time hai, aur mujhe is lamhay mein shamil kar de jab ke yahan paighambar</w:t>
      </w:r>
    </w:p>
    <w:p>
      <w:pPr>
        <w:jc w:val="right"/>
      </w:pPr>
      <w:r>
        <w:t>تو بیان اسپیس اینڈ ٹائم ہے، اور مجھے اس لمحے میں شامل کر دے جب کہ یہاں پیغمبر</w:t>
      </w:r>
    </w:p>
    <w:p>
      <w:r>
        <w:rPr>
          <w:b/>
        </w:rPr>
        <w:t xml:space="preserve">[31:04] </w:t>
      </w:r>
      <w:r>
        <w:t>saare ikattha ho kar namaz parh rahe thay.</w:t>
      </w:r>
    </w:p>
    <w:p>
      <w:pPr>
        <w:jc w:val="right"/>
      </w:pPr>
      <w:r>
        <w:t>سارے اکٹھا ہو کر نماز پڑھ رہے تھے۔</w:t>
      </w:r>
    </w:p>
    <w:p>
      <w:r>
        <w:rPr>
          <w:b/>
        </w:rPr>
        <w:t xml:space="preserve">[31:08] </w:t>
      </w:r>
      <w:r>
        <w:t>to mujhe yaqeen hai ke Allah taala ne mujhe yeh sa'adat bakhshi, is hadees ke mutabiq.</w:t>
      </w:r>
    </w:p>
    <w:p>
      <w:pPr>
        <w:jc w:val="right"/>
      </w:pPr>
      <w:r>
        <w:t>تو مجھے یقین ہے کہ اللہ تعالی نے مجھے یہ سعادت بخشی، اس حدیث کے مطابق۔</w:t>
      </w:r>
    </w:p>
    <w:p>
      <w:r>
        <w:rPr>
          <w:b/>
        </w:rPr>
        <w:t xml:space="preserve">[31:15] </w:t>
      </w:r>
      <w:r>
        <w:t>kaisi mehroomi hai jise saare musalman apne aap ko apne daalay hue hain is mein.</w:t>
      </w:r>
    </w:p>
    <w:p>
      <w:pPr>
        <w:jc w:val="right"/>
      </w:pPr>
      <w:r>
        <w:t>کیسی محرومی ہے جسے سارے مسلمان اپنے آپ کو اپنے ڈالے ہوئے ہیں اس میں۔</w:t>
      </w:r>
    </w:p>
    <w:p>
      <w:r>
        <w:rPr>
          <w:b/>
        </w:rPr>
        <w:t xml:space="preserve">[31:21] </w:t>
      </w:r>
      <w:r>
        <w:t>kyun? negative thinking ki wajah se, yahoodi nafrat ki wajah se, jhootay afwaahon ki wajah se.</w:t>
      </w:r>
    </w:p>
    <w:p>
      <w:pPr>
        <w:jc w:val="right"/>
      </w:pPr>
      <w:r>
        <w:t>کیوں؟ نیگیٹیو تھنکنگ کی وجہ سے، یہودی نفرت کی وجہ سے، جھوٹے افواہوں کی وجہ سے۔</w:t>
      </w:r>
    </w:p>
    <w:p>
      <w:r>
        <w:rPr>
          <w:b/>
        </w:rPr>
        <w:t xml:space="preserve">[31:28] </w:t>
      </w:r>
      <w:r>
        <w:t>phir dekhiye, abhi jab hum mere paas dawat naama aaya hai, wahan se Tel Aviv mein conference thi,</w:t>
      </w:r>
    </w:p>
    <w:p>
      <w:pPr>
        <w:jc w:val="right"/>
      </w:pPr>
      <w:r>
        <w:t>پھر دیکھیے، ابھی جب ہم میرے پاس دعوت نامہ آیا ہے، وہاں سے تل ابیب میں کانفرنس تھی،</w:t>
      </w:r>
    </w:p>
    <w:p>
      <w:r>
        <w:rPr>
          <w:b/>
        </w:rPr>
        <w:t xml:space="preserve">[31:36] </w:t>
      </w:r>
      <w:r>
        <w:t>yeh mera teesra safar tha wahan ka.</w:t>
      </w:r>
    </w:p>
    <w:p>
      <w:pPr>
        <w:jc w:val="right"/>
      </w:pPr>
      <w:r>
        <w:t>یہ میرا تیسرا سفر تھا وہاں کا۔</w:t>
      </w:r>
    </w:p>
    <w:p>
      <w:r>
        <w:rPr>
          <w:b/>
        </w:rPr>
        <w:t xml:space="preserve">[31:39] </w:t>
      </w:r>
      <w:r>
        <w:t>to Mosque ki kashish ki wajah se bohat se log tayyar ho gaye, to hum saat aadmi ho</w:t>
      </w:r>
    </w:p>
    <w:p>
      <w:pPr>
        <w:jc w:val="right"/>
      </w:pPr>
      <w:r>
        <w:t>تو Mosque کی کشش کی وجہ سے بہت سے لوگ تیار ہو گئے، تو ہم سات آدمی ہو</w:t>
      </w:r>
    </w:p>
    <w:p>
      <w:r>
        <w:rPr>
          <w:b/>
        </w:rPr>
        <w:t xml:space="preserve">[31:46] </w:t>
      </w:r>
      <w:r>
        <w:t>gaye.</w:t>
      </w:r>
    </w:p>
    <w:p>
      <w:pPr>
        <w:jc w:val="right"/>
      </w:pPr>
      <w:r>
        <w:t>گئے۔</w:t>
      </w:r>
    </w:p>
    <w:p>
      <w:r>
        <w:rPr>
          <w:b/>
        </w:rPr>
        <w:t xml:space="preserve">[31:48] </w:t>
      </w:r>
      <w:r>
        <w:t>is baar jab mein gaya, abhi pichhle mahine, to hamari party mein saat aadmi thay ke woh Mosque</w:t>
      </w:r>
    </w:p>
    <w:p>
      <w:pPr>
        <w:jc w:val="right"/>
      </w:pPr>
      <w:r>
        <w:t>اس بار جب میں گیا، ابھی پچھلے مہینے، تو ہماری پارٹی میں سات آدمی تھے کہ وہ Mosque</w:t>
      </w:r>
    </w:p>
    <w:p>
      <w:r>
        <w:rPr>
          <w:b/>
        </w:rPr>
        <w:t xml:space="preserve">[31:55] </w:t>
      </w:r>
      <w:r>
        <w:t>mein namaz parhein ge.</w:t>
      </w:r>
    </w:p>
    <w:p>
      <w:pPr>
        <w:jc w:val="right"/>
      </w:pPr>
      <w:r>
        <w:t>میں نماز پڑھیں گے۔</w:t>
      </w:r>
    </w:p>
    <w:p>
      <w:r>
        <w:rPr>
          <w:b/>
        </w:rPr>
        <w:t xml:space="preserve">[31:57] </w:t>
      </w:r>
      <w:r>
        <w:t>sab ka sab se bara shauq yeh tha ke Mosque ko dekhein ge, Aqsa Mosque mein namaz parhein</w:t>
      </w:r>
    </w:p>
    <w:p>
      <w:pPr>
        <w:jc w:val="right"/>
      </w:pPr>
      <w:r>
        <w:t>سب کا سب سے بڑا شوق یہ تھا کہ Mosque کو دیکھیں گے، Aqsa Mosque میں نماز پڑھیں</w:t>
      </w:r>
    </w:p>
    <w:p>
      <w:r>
        <w:rPr>
          <w:b/>
        </w:rPr>
        <w:t xml:space="preserve">[32:05] </w:t>
      </w:r>
      <w:r>
        <w:t>ge.</w:t>
      </w:r>
    </w:p>
    <w:p>
      <w:pPr>
        <w:jc w:val="right"/>
      </w:pPr>
      <w:r>
        <w:t>گے۔</w:t>
      </w:r>
    </w:p>
    <w:p>
      <w:r>
        <w:rPr>
          <w:b/>
        </w:rPr>
        <w:t xml:space="preserve">[32:06] </w:t>
      </w:r>
      <w:r>
        <w:t>to sab hum log wahan pohnche.</w:t>
      </w:r>
    </w:p>
    <w:p>
      <w:pPr>
        <w:jc w:val="right"/>
      </w:pPr>
      <w:r>
        <w:t>تو سب ہم لوگ وہاں پہنچے۔</w:t>
      </w:r>
    </w:p>
    <w:p>
      <w:r>
        <w:rPr>
          <w:b/>
        </w:rPr>
        <w:t xml:space="preserve">[32:09] </w:t>
      </w:r>
      <w:r>
        <w:t>wahan jab hum pohnche to hum sab ne wahan par namaz parhi.</w:t>
      </w:r>
    </w:p>
    <w:p>
      <w:pPr>
        <w:jc w:val="right"/>
      </w:pPr>
      <w:r>
        <w:t>وہاں جب ہم پہنچے تو ہم سب نے وہاں پر نماز پڑھی۔</w:t>
      </w:r>
    </w:p>
    <w:p>
      <w:r>
        <w:rPr>
          <w:b/>
        </w:rPr>
        <w:t xml:space="preserve">[32:14] </w:t>
      </w:r>
      <w:r>
        <w:t>to ek aur mujhe experience hua, ek aur inspiration mujhe hua.</w:t>
      </w:r>
    </w:p>
    <w:p>
      <w:pPr>
        <w:jc w:val="right"/>
      </w:pPr>
      <w:r>
        <w:t>تو ایک اور مجھے ایکسپیرینس ہوا، ایک اور انسپیریشن مجھے ہوا۔</w:t>
      </w:r>
    </w:p>
    <w:p>
      <w:r>
        <w:rPr>
          <w:b/>
        </w:rPr>
        <w:t xml:space="preserve">[32:19] </w:t>
      </w:r>
      <w:r>
        <w:t>jab hum sab log wahan thay to mein ne wahan par ek class kiya, mein ne wahan bhi</w:t>
      </w:r>
    </w:p>
    <w:p>
      <w:pPr>
        <w:jc w:val="right"/>
      </w:pPr>
      <w:r>
        <w:t>جب ہم سب لوگ وہاں تھے تو میں نے وہاں پر ایک کلاس کیا، میں نے وہاں بھی</w:t>
      </w:r>
    </w:p>
    <w:p>
      <w:r>
        <w:rPr>
          <w:b/>
        </w:rPr>
        <w:t xml:space="preserve">[32:27] </w:t>
      </w:r>
      <w:r>
        <w:t>hamari ek class hui.</w:t>
      </w:r>
    </w:p>
    <w:p>
      <w:pPr>
        <w:jc w:val="right"/>
      </w:pPr>
      <w:r>
        <w:t>ہماری ایک کلاس ہوئی۔</w:t>
      </w:r>
    </w:p>
    <w:p>
      <w:r>
        <w:rPr>
          <w:b/>
        </w:rPr>
        <w:t xml:space="preserve">[32:28] </w:t>
      </w:r>
      <w:r>
        <w:t>to mein ne kaha ke dekhiye, jab yahan peghambar itne saare aaye hon ge, kyunke hadees ke mutabiq</w:t>
      </w:r>
    </w:p>
    <w:p>
      <w:pPr>
        <w:jc w:val="right"/>
      </w:pPr>
      <w:r>
        <w:t>تو میں نے کہا کہ دیکھیے، جب یہاں پیغمبر اتنے سارے آئے ہوں گے، کیونکہ حدیث کے مطابق</w:t>
      </w:r>
    </w:p>
    <w:p>
      <w:r>
        <w:rPr>
          <w:b/>
        </w:rPr>
        <w:t xml:space="preserve">[32:36] </w:t>
      </w:r>
      <w:r>
        <w:t>ek lakh 24 hazar peghambar aaye dunya mein, jab aaye hon ge to khali namaz to nahi parhi</w:t>
      </w:r>
    </w:p>
    <w:p>
      <w:pPr>
        <w:jc w:val="right"/>
      </w:pPr>
      <w:r>
        <w:t>ایک لاکھ 24 ہزار پیغمبر آئے دنیا میں، جب آئے ہوں گے تو خالی نماز تو نہیں پڑھی</w:t>
      </w:r>
    </w:p>
    <w:p>
      <w:r>
        <w:rPr>
          <w:b/>
        </w:rPr>
        <w:t xml:space="preserve">[32:44] </w:t>
      </w:r>
      <w:r>
        <w:t>hogi, aaye namaz parhi chale gaye, baithe bhi hon ge, un ka ijtima bhi hoga, un ki meeting</w:t>
      </w:r>
    </w:p>
    <w:p>
      <w:pPr>
        <w:jc w:val="right"/>
      </w:pPr>
      <w:r>
        <w:t>ہوگی، آئے نماز پڑھی چلے گئے، بیٹھے بھی ہوں گے، ان کا اجتماع بھی ہوگا، ان کی میٹنگ</w:t>
      </w:r>
    </w:p>
    <w:p>
      <w:r>
        <w:rPr>
          <w:b/>
        </w:rPr>
        <w:t xml:space="preserve">[32:51] </w:t>
      </w:r>
      <w:r>
        <w:t>bhi hui hogi, baatein bhi hui hongi.</w:t>
      </w:r>
    </w:p>
    <w:p>
      <w:pPr>
        <w:jc w:val="right"/>
      </w:pPr>
      <w:r>
        <w:t>بھی ہوئی ہوگی، باتیں بھی ہوئی ہوں گی۔</w:t>
      </w:r>
    </w:p>
    <w:p>
      <w:r>
        <w:rPr>
          <w:b/>
        </w:rPr>
        <w:t xml:space="preserve">[32:55] </w:t>
      </w:r>
      <w:r>
        <w:t>to mein phir mujhe ek aur inspiration aaya is baar ke khudaaya, ek waqt yahan hoga 621 eesvi</w:t>
      </w:r>
    </w:p>
    <w:p>
      <w:pPr>
        <w:jc w:val="right"/>
      </w:pPr>
      <w:r>
        <w:t>تو میں پھر مجھے ایک اور انسپیریشن آیا اس بار کہ خدایا، ایک وقت یہاں ہوگا 621 عیسوی</w:t>
      </w:r>
    </w:p>
    <w:p>
      <w:r>
        <w:rPr>
          <w:b/>
        </w:rPr>
        <w:t xml:space="preserve">[33:03] </w:t>
      </w:r>
      <w:r>
        <w:t>mein, jab ke peghambar yahan ikhatta hain, un ki meeting ho rahi hai, un ki baatein ho rahi</w:t>
      </w:r>
    </w:p>
    <w:p>
      <w:pPr>
        <w:jc w:val="right"/>
      </w:pPr>
      <w:r>
        <w:t>میں، جب کہ پیغمبر یہاں اکٹھا ہیں، ان کی میٹنگ ہو رہی ہے، ان کی باتیں ہو رہی</w:t>
      </w:r>
    </w:p>
    <w:p>
      <w:r>
        <w:rPr>
          <w:b/>
        </w:rPr>
        <w:t xml:space="preserve">[33:10] </w:t>
      </w:r>
      <w:r>
        <w:t>hain, un ka ijtima ho raha hai.</w:t>
      </w:r>
    </w:p>
    <w:p>
      <w:pPr>
        <w:jc w:val="right"/>
      </w:pPr>
      <w:r>
        <w:t>ہیں، ان کا اجتماع ہو رہا ہے۔</w:t>
      </w:r>
    </w:p>
    <w:p>
      <w:r>
        <w:rPr>
          <w:b/>
        </w:rPr>
        <w:t xml:space="preserve">[33:13] </w:t>
      </w:r>
      <w:r>
        <w:t>to hum saat aadmi thay, mein ne kaha ke khudaaya, hamare is ijtima ko is mein shamil kar</w:t>
      </w:r>
    </w:p>
    <w:p>
      <w:pPr>
        <w:jc w:val="right"/>
      </w:pPr>
      <w:r>
        <w:t>تو ہم سات آدمی تھے، میں نے کہا کہ خدایا، ہمارے اس اجتماع کو اس میں شامل کر</w:t>
      </w:r>
    </w:p>
    <w:p>
      <w:r>
        <w:rPr>
          <w:b/>
        </w:rPr>
        <w:t xml:space="preserve">[33:21] </w:t>
      </w:r>
      <w:r>
        <w:t>de.</w:t>
      </w:r>
    </w:p>
    <w:p>
      <w:pPr>
        <w:jc w:val="right"/>
      </w:pPr>
      <w:r>
        <w:t>دے۔</w:t>
      </w:r>
    </w:p>
    <w:p>
      <w:r>
        <w:rPr>
          <w:b/>
        </w:rPr>
        <w:t xml:space="preserve">[33:22] </w:t>
      </w:r>
      <w:r>
        <w:t>kaisa ajeeb yeh ehsaas hai, ghor karo ke jab yahan par peghambaron ka ijtima ho raha hai, isi</w:t>
      </w:r>
    </w:p>
    <w:p>
      <w:pPr>
        <w:jc w:val="right"/>
      </w:pPr>
      <w:r>
        <w:t>کیسا عجیب یہ احساس ہے، غور کرو کہ جب یہاں پر پیغمبروں کا اجتماع ہو رہا ہے، اسی</w:t>
      </w:r>
    </w:p>
    <w:p>
      <w:r>
        <w:rPr>
          <w:b/>
        </w:rPr>
        <w:t xml:space="preserve">[33:30] </w:t>
      </w:r>
      <w:r>
        <w:t>hum ko bhi shamil kar de.</w:t>
      </w:r>
    </w:p>
    <w:p>
      <w:pPr>
        <w:jc w:val="right"/>
      </w:pPr>
      <w:r>
        <w:t>ہم کو بھی شامل کر دے۔</w:t>
      </w:r>
    </w:p>
    <w:p>
      <w:r>
        <w:rPr>
          <w:b/>
        </w:rPr>
        <w:t xml:space="preserve">[33:33] </w:t>
      </w:r>
      <w:r>
        <w:t>tere ikhtiyar mein time aur space sab kuch tere ikhtiyar mein hai, to doori ko khatam kar sakta</w:t>
      </w:r>
    </w:p>
    <w:p>
      <w:pPr>
        <w:jc w:val="right"/>
      </w:pPr>
      <w:r>
        <w:t>تیرے اختیار میں ٹائم اور اسپیس سب کچھ تیرے اختیار میں ہے، تو دوری کو ختم کر سکتا</w:t>
      </w:r>
    </w:p>
    <w:p>
      <w:r>
        <w:rPr>
          <w:b/>
        </w:rPr>
        <w:t xml:space="preserve">[33:40]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[33:42] </w:t>
      </w:r>
      <w:r>
        <w:t>hum sab logon ko ek ajeeb thrilling ehsaas hua is baray mein, us waqt jab mein wahan, jab</w:t>
      </w:r>
    </w:p>
    <w:p>
      <w:pPr>
        <w:jc w:val="right"/>
      </w:pPr>
      <w:r>
        <w:t>ہم سب لوگوں کو ایک عجیب تھرلنگ احساس ہوا اس بارے میں، اس وقت جب میں وہاں، جب</w:t>
      </w:r>
    </w:p>
    <w:p>
      <w:r>
        <w:rPr>
          <w:b/>
        </w:rPr>
        <w:t xml:space="preserve">[33:50] </w:t>
      </w:r>
      <w:r>
        <w:t>mein ne yeh baat kahi, hum saat log thay wahan par.</w:t>
      </w:r>
    </w:p>
    <w:p>
      <w:pPr>
        <w:jc w:val="right"/>
      </w:pPr>
      <w:r>
        <w:t>میں نے یہ بات کہی، ہم سات لوگ تھے وہاں پر۔</w:t>
      </w:r>
    </w:p>
    <w:p>
      <w:r>
        <w:rPr>
          <w:b/>
        </w:rPr>
        <w:t xml:space="preserve">[33:54] </w:t>
      </w:r>
      <w:r>
        <w:t>kitni bari saadat hai yeh bataiye, aur sari dunya ke musalman apni is saadat se apne ko mehroom</w:t>
      </w:r>
    </w:p>
    <w:p>
      <w:pPr>
        <w:jc w:val="right"/>
      </w:pPr>
      <w:r>
        <w:t>کتنی بڑی سعادت ہے یہ بتائیے، اور ساری دنیا کے مسلمان اپنی اس سعادت سے اپنے کو محروم</w:t>
      </w:r>
    </w:p>
    <w:p>
      <w:r>
        <w:rPr>
          <w:b/>
        </w:rPr>
        <w:t xml:space="preserve">[34:02] </w:t>
      </w:r>
      <w:r>
        <w:t>kiye hue hain.</w:t>
      </w:r>
    </w:p>
    <w:p>
      <w:pPr>
        <w:jc w:val="right"/>
      </w:pPr>
      <w:r>
        <w:t>کیے ہوئے ہیں۔</w:t>
      </w:r>
    </w:p>
    <w:p>
      <w:r>
        <w:rPr>
          <w:b/>
        </w:rPr>
        <w:t xml:space="preserve">[34:04] </w:t>
      </w:r>
      <w:r>
        <w:t>kyun? yahudi nafrat mein, negative thinking mein, balke mein kahunga ke ke baseless afwahon ki buniyad par.</w:t>
      </w:r>
    </w:p>
    <w:p>
      <w:pPr>
        <w:jc w:val="right"/>
      </w:pPr>
      <w:r>
        <w:t>کیوں؟ یہودی نفرت میں، نیگیٹیو تھنکنگ میں، بلکہ میں کہوں گا کہ کہ بیسلیس افواہوں کی بنیاد پر۔</w:t>
      </w:r>
    </w:p>
    <w:p>
      <w:r>
        <w:rPr>
          <w:b/>
        </w:rPr>
        <w:t xml:space="preserve">[34:11] </w:t>
      </w:r>
      <w:r>
        <w:t>to yeh ek baat thi.</w:t>
      </w:r>
    </w:p>
    <w:p>
      <w:pPr>
        <w:jc w:val="right"/>
      </w:pPr>
      <w:r>
        <w:t>تو یہ ایک بات تھی۔</w:t>
      </w:r>
    </w:p>
    <w:p>
      <w:r>
        <w:rPr>
          <w:b/>
        </w:rPr>
        <w:t xml:space="preserve">[34:13] </w:t>
      </w:r>
      <w:r>
        <w:t>dusri baat yeh hai ke hamein bohat si baat maamle mein hamein apne ko revise karna parega.</w:t>
      </w:r>
    </w:p>
    <w:p>
      <w:pPr>
        <w:jc w:val="right"/>
      </w:pPr>
      <w:r>
        <w:t>دوسری بات یہ ہے کہ ہمیں بہت سی بات معاملے میں ہمیں اپنے کو ریوائز کرنا پڑے گا۔</w:t>
      </w:r>
    </w:p>
    <w:p>
      <w:r>
        <w:rPr>
          <w:b/>
        </w:rPr>
        <w:t xml:space="preserve">[34:21] </w:t>
      </w:r>
      <w:r>
        <w:t>yeh yahudi ke maamle mein, israel ke maamle mein jo hamare khayalat hain, is mein bohat si aisi</w:t>
      </w:r>
    </w:p>
    <w:p>
      <w:pPr>
        <w:jc w:val="right"/>
      </w:pPr>
      <w:r>
        <w:t>یہ یہودی کے معاملے میں، اسرائیل کے معاملے میں جو ہمارے خیالات ہیں، اس میں بہت سی ایسی</w:t>
      </w:r>
    </w:p>
    <w:p>
      <w:r>
        <w:rPr>
          <w:b/>
        </w:rPr>
        <w:t xml:space="preserve">[34:29] </w:t>
      </w:r>
      <w:r>
        <w:t>baatein hain jo bilkul baseless hain, baseless hain, baseless hain.</w:t>
      </w:r>
    </w:p>
    <w:p>
      <w:pPr>
        <w:jc w:val="right"/>
      </w:pPr>
      <w:r>
        <w:t>باتیں ہیں جو بالکل بیسلیس ہیں، بیسلیس ہیں، بیسلیس ہیں۔</w:t>
      </w:r>
    </w:p>
    <w:p>
      <w:r>
        <w:rPr>
          <w:b/>
        </w:rPr>
        <w:t xml:space="preserve">[34:33] </w:t>
      </w:r>
      <w:r>
        <w:t>mera kisi ko yeh lena dena nahi hai, hindu se na, yahudi se na, christian se na, kisi</w:t>
      </w:r>
    </w:p>
    <w:p>
      <w:pPr>
        <w:jc w:val="right"/>
      </w:pPr>
      <w:r>
        <w:t>میرا کسی کو یہ لینا دینا نہیں ہے، ہندو سے نہ، یہودی سے نہ، کرسچن سے نہ، کسی</w:t>
      </w:r>
    </w:p>
    <w:p>
      <w:r>
        <w:rPr>
          <w:b/>
        </w:rPr>
        <w:t xml:space="preserve">[34:41] </w:t>
      </w:r>
      <w:r>
        <w:t>aur se.</w:t>
      </w:r>
    </w:p>
    <w:p>
      <w:pPr>
        <w:jc w:val="right"/>
      </w:pPr>
      <w:r>
        <w:t>اور سے۔</w:t>
      </w:r>
    </w:p>
    <w:p>
      <w:r>
        <w:rPr>
          <w:b/>
        </w:rPr>
        <w:t xml:space="preserve">[34:42] </w:t>
      </w:r>
      <w:r>
        <w:t>mein to sirf Khuda ki kitab ko jaanta hoon, Khuda ke rasool ki baaton ko jaanta hoon, aur</w:t>
      </w:r>
    </w:p>
    <w:p>
      <w:pPr>
        <w:jc w:val="right"/>
      </w:pPr>
      <w:r>
        <w:t>میں تو صرف خدا کی کتاب کو جانتا ہوں، خدا کے رسول کی باتوں کو جانتا ہوں، اور</w:t>
      </w:r>
    </w:p>
    <w:p>
      <w:r>
        <w:rPr>
          <w:b/>
        </w:rPr>
        <w:t xml:space="preserve">[34:50] </w:t>
      </w:r>
      <w:r>
        <w:t>kisi ki baat ko mein nahi jaanta.</w:t>
      </w:r>
    </w:p>
    <w:p>
      <w:pPr>
        <w:jc w:val="right"/>
      </w:pPr>
      <w:r>
        <w:t>کسی کی بات کو میں نہیں جانتا۔</w:t>
      </w:r>
    </w:p>
    <w:p>
      <w:r>
        <w:rPr>
          <w:b/>
        </w:rPr>
        <w:t xml:space="preserve">[34:53] </w:t>
      </w:r>
      <w:r>
        <w:t>to hamein bohat sare obsession se bahar aana parega.</w:t>
      </w:r>
    </w:p>
    <w:p>
      <w:pPr>
        <w:jc w:val="right"/>
      </w:pPr>
      <w:r>
        <w:t>تو ہمیں بہت سارے ابسیشن سے باہر آنا پڑے گا۔</w:t>
      </w:r>
    </w:p>
    <w:p>
      <w:r>
        <w:rPr>
          <w:b/>
        </w:rPr>
        <w:t xml:space="preserve">[34:57] </w:t>
      </w:r>
      <w:r>
        <w:t>jaisa ke mein ne arz kiya ke Aqsa Mosque ke maani jo musalmanon ke zehan mein hain, woh</w:t>
      </w:r>
    </w:p>
    <w:p>
      <w:pPr>
        <w:jc w:val="right"/>
      </w:pPr>
      <w:r>
        <w:t>جیسا کہ میں نے عرض کیا کہ Aqsa Mosque کے معنی جو مسلمانوں کے ذہن میں ہیں، وہ</w:t>
      </w:r>
    </w:p>
    <w:p>
      <w:r>
        <w:rPr>
          <w:b/>
        </w:rPr>
        <w:t xml:space="preserve">[35:05] </w:t>
      </w:r>
      <w:r>
        <w:t>hai hi nahi.</w:t>
      </w:r>
    </w:p>
    <w:p>
      <w:pPr>
        <w:jc w:val="right"/>
      </w:pPr>
      <w:r>
        <w:t>ہے ہی نہیں۔</w:t>
      </w:r>
    </w:p>
    <w:p>
      <w:r>
        <w:rPr>
          <w:b/>
        </w:rPr>
        <w:t xml:space="preserve">[35:07] </w:t>
      </w:r>
      <w:r>
        <w:t>musalman samajhte hain ke yeh qibla awwal, qibla awwal agar hai koi cheez to woh Qubbat al-Sakhrah hai.</w:t>
      </w:r>
    </w:p>
    <w:p>
      <w:pPr>
        <w:jc w:val="right"/>
      </w:pPr>
      <w:r>
        <w:t>مسلمان سمجھتے ہیں کہ یہ قبلہ اول، قبلہ اول اگر ہے کوئی چیز تو وہ قبت الصخرہ ہے۔</w:t>
      </w:r>
    </w:p>
    <w:p>
      <w:r>
        <w:rPr>
          <w:b/>
        </w:rPr>
        <w:t xml:space="preserve">[35:14] </w:t>
      </w:r>
      <w:r>
        <w:t>halanke mein kahunga ke qibla awwal koi bhi cheez nahi hai.</w:t>
      </w:r>
    </w:p>
    <w:p>
      <w:pPr>
        <w:jc w:val="right"/>
      </w:pPr>
      <w:r>
        <w:t>حالانکہ میں کہوں گا کہ قبلہ اول کوئی بھی چیز نہیں ہے۔</w:t>
      </w:r>
    </w:p>
    <w:p>
      <w:r>
        <w:rPr>
          <w:b/>
        </w:rPr>
        <w:t xml:space="preserve">[35:19] </w:t>
      </w:r>
      <w:r>
        <w:t>Aqsa Aqsa Sakhrah bhi hai, woh qibla darmiyani hai, woh qibla awwal nahi hai.</w:t>
      </w:r>
    </w:p>
    <w:p>
      <w:pPr>
        <w:jc w:val="right"/>
      </w:pPr>
      <w:r>
        <w:t>Aqsa Aqsa صخرہ بھی ہے، وہ قبلہ درمیانی ہے، وہ قبلہ اول نہیں ہے۔</w:t>
      </w:r>
    </w:p>
    <w:p>
      <w:r>
        <w:rPr>
          <w:b/>
        </w:rPr>
        <w:t xml:space="preserve">[35:25] </w:t>
      </w:r>
      <w:r>
        <w:t>qibla awwal to Kaba tha Mecca mein 13 saal tak.</w:t>
      </w:r>
    </w:p>
    <w:p>
      <w:pPr>
        <w:jc w:val="right"/>
      </w:pPr>
      <w:r>
        <w:t>قبلہ اول تو کعبہ تھا مکہ میں 13 سال تک۔</w:t>
      </w:r>
    </w:p>
    <w:p>
      <w:r>
        <w:rPr>
          <w:b/>
        </w:rPr>
        <w:t xml:space="preserve">[35:30] </w:t>
      </w:r>
      <w:r>
        <w:t>hum sab jaante hain ke Rasool Allah namaz parhte thay Mecca mein.</w:t>
      </w:r>
    </w:p>
    <w:p>
      <w:pPr>
        <w:jc w:val="right"/>
      </w:pPr>
      <w:r>
        <w:t>ہم سب جانتے ہیں کہ رسول اللہ نماز پڑھتے تھے مکہ میں۔</w:t>
      </w:r>
    </w:p>
    <w:p>
      <w:r>
        <w:rPr>
          <w:b/>
        </w:rPr>
        <w:t xml:space="preserve">[35:35] </w:t>
      </w:r>
      <w:r>
        <w:t>Mecca mein namaz parhte parhte jati thi, waqeatan jamaat ke sath nahi.</w:t>
      </w:r>
    </w:p>
    <w:p>
      <w:pPr>
        <w:jc w:val="right"/>
      </w:pPr>
      <w:r>
        <w:t>مکہ میں نماز پڑھی پڑھی جاتی تھی، واقعتاً جماعت کے ساتھ نہیں۔</w:t>
      </w:r>
    </w:p>
    <w:p>
      <w:r>
        <w:rPr>
          <w:b/>
        </w:rPr>
        <w:t xml:space="preserve">[35:40] </w:t>
      </w:r>
      <w:r>
        <w:t>to qibla awwal Kaba tha, Madine mein hijrat ke baad 16 mahine tak taqreeban doosra qibla bana Qubbat</w:t>
      </w:r>
    </w:p>
    <w:p>
      <w:pPr>
        <w:jc w:val="right"/>
      </w:pPr>
      <w:r>
        <w:t>تو قبلہ اول کعبہ تھا، مدینے میں ہجرت کے بعد 16 مہینے تک تقریباً دوسرا قبلہ بنا قبت</w:t>
      </w:r>
    </w:p>
    <w:p>
      <w:r>
        <w:rPr>
          <w:b/>
        </w:rPr>
        <w:t xml:space="preserve">[35:48] </w:t>
      </w:r>
      <w:r>
        <w:t>al-Sakhrah.</w:t>
      </w:r>
    </w:p>
    <w:p>
      <w:pPr>
        <w:jc w:val="right"/>
      </w:pPr>
      <w:r>
        <w:t>الصخرہ۔</w:t>
      </w:r>
    </w:p>
    <w:p>
      <w:r>
        <w:rPr>
          <w:b/>
        </w:rPr>
        <w:t xml:space="preserve">[35:49] </w:t>
      </w:r>
      <w:r>
        <w:t>phir jab tahweel e qibla hui hai to teesri bar phir qibla bana Kaba.</w:t>
      </w:r>
    </w:p>
    <w:p>
      <w:pPr>
        <w:jc w:val="right"/>
      </w:pPr>
      <w:r>
        <w:t>پھر جب تحویلی قبلہ ہوئی ہے تو تیسری بار پھر قبلہ بنا کعبہ۔</w:t>
      </w:r>
    </w:p>
    <w:p>
      <w:r>
        <w:rPr>
          <w:b/>
        </w:rPr>
        <w:t xml:space="preserve">[35:55] </w:t>
      </w:r>
      <w:r>
        <w:t>to qibla awwal ka tasawwur hi galat hai.</w:t>
      </w:r>
    </w:p>
    <w:p>
      <w:pPr>
        <w:jc w:val="right"/>
      </w:pPr>
      <w:r>
        <w:t>تو قبلہ اول کا تصور ہی غلط ہے۔</w:t>
      </w:r>
    </w:p>
    <w:p>
      <w:r>
        <w:rPr>
          <w:b/>
        </w:rPr>
        <w:t xml:space="preserve">[35:58] </w:t>
      </w:r>
      <w:r>
        <w:t>yeh agar koi cheez hai to woh qibla darmayani hai, kyunke namaz yahan to shuru shuru hui hai,</w:t>
      </w:r>
    </w:p>
    <w:p>
      <w:pPr>
        <w:jc w:val="right"/>
      </w:pPr>
      <w:r>
        <w:t>یہ اگر کوئی چیز ہے تو وہ قبلہ درمیانی ہے، کیونکہ نماز یہاں تو شروع شروع ہوئی ہے،</w:t>
      </w:r>
    </w:p>
    <w:p>
      <w:r>
        <w:rPr>
          <w:b/>
        </w:rPr>
        <w:t xml:space="preserve">[36:06] </w:t>
      </w:r>
      <w:r>
        <w:t>yani madine se namaz shuru ho chuki thi 610 isvi mein, jab ke rasool Allah ne koi peghambari</w:t>
      </w:r>
    </w:p>
    <w:p>
      <w:pPr>
        <w:jc w:val="right"/>
      </w:pPr>
      <w:r>
        <w:t>یعنی مدینے سے نماز شروع ہو چکی تھی 610 عیسوی میں، جب کہ رسول اللہ نے کوئی پیغمبری</w:t>
      </w:r>
    </w:p>
    <w:p>
      <w:r>
        <w:rPr>
          <w:b/>
        </w:rPr>
        <w:t xml:space="preserve">[36:14] </w:t>
      </w:r>
      <w:r>
        <w:t>mili.</w:t>
      </w:r>
    </w:p>
    <w:p>
      <w:pPr>
        <w:jc w:val="right"/>
      </w:pPr>
      <w:r>
        <w:t>ملی۔</w:t>
      </w:r>
    </w:p>
    <w:p>
      <w:r>
        <w:rPr>
          <w:b/>
        </w:rPr>
        <w:t xml:space="preserve">[36:15] </w:t>
      </w:r>
      <w:r>
        <w:t>to 13 saal tak namaz parhte rahe aap makka mein, to parhte the kidhar? kaba ki taraf.</w:t>
      </w:r>
    </w:p>
    <w:p>
      <w:pPr>
        <w:jc w:val="right"/>
      </w:pPr>
      <w:r>
        <w:t>تو 13 سال تک نماز پڑھتے رہے آپ مکہ میں، تو پڑھتے تھے کدھر؟ کعبہ کی طرف۔</w:t>
      </w:r>
    </w:p>
    <w:p>
      <w:r>
        <w:rPr>
          <w:b/>
        </w:rPr>
        <w:t xml:space="preserve">[36:22] </w:t>
      </w:r>
      <w:r>
        <w:t>to qibla awwal to kaba hua.</w:t>
      </w:r>
    </w:p>
    <w:p>
      <w:pPr>
        <w:jc w:val="right"/>
      </w:pPr>
      <w:r>
        <w:t>تو قبلہ اول تو کعبہ ہوا۔</w:t>
      </w:r>
    </w:p>
    <w:p>
      <w:r>
        <w:rPr>
          <w:b/>
        </w:rPr>
        <w:t xml:space="preserve">[36:25] </w:t>
      </w:r>
      <w:r>
        <w:t>jab aap ne hijrat farmayi to talifan lil yahood, yani yahood ki talif ke qalb ke liye, yahudiyon se</w:t>
      </w:r>
    </w:p>
    <w:p>
      <w:pPr>
        <w:jc w:val="right"/>
      </w:pPr>
      <w:r>
        <w:t>جب آپ نے ہجرت فرمائی تو تالیفاً للیہود، یعنی یہود کی تالیف کے قلب کے لیے، یہودیوں سے</w:t>
      </w:r>
    </w:p>
    <w:p>
      <w:r>
        <w:rPr>
          <w:b/>
        </w:rPr>
        <w:t xml:space="preserve">[36:33] </w:t>
      </w:r>
      <w:r>
        <w:t>koi naza makhwa makhwa na uth khadi ho, jo wahan yani dominating position mein the, wahan par woh.</w:t>
      </w:r>
    </w:p>
    <w:p>
      <w:pPr>
        <w:jc w:val="right"/>
      </w:pPr>
      <w:r>
        <w:t>کوئی نزا خواہ مخواہ نہ اٹھ کھڑی ہو، جو وہاں یعنی ڈومینیٹنگ پوزیشن میں تھے، وہاں پر وہ۔</w:t>
      </w:r>
    </w:p>
    <w:p>
      <w:r>
        <w:rPr>
          <w:b/>
        </w:rPr>
        <w:t xml:space="preserve">[36:40] </w:t>
      </w:r>
      <w:r>
        <w:t>to aap ne talif qalb ke taur par taqreeban 16 mahine tak, kyunke hadithon mein, riwayatton mein kai</w:t>
      </w:r>
    </w:p>
    <w:p>
      <w:pPr>
        <w:jc w:val="right"/>
      </w:pPr>
      <w:r>
        <w:t>تو آپ نے تالیف قلب کے طور پر تقریباً 16 مہینے تک، کیونکہ حدیثوں میں، روایتوں میں کئی</w:t>
      </w:r>
    </w:p>
    <w:p>
      <w:r>
        <w:rPr>
          <w:b/>
        </w:rPr>
        <w:t xml:space="preserve">[36:48] </w:t>
      </w:r>
      <w:r>
        <w:t>16 aata hai, un ko 17 aata hai, tadad jo hai is mein woh nahi hai, consensus nahi</w:t>
      </w:r>
    </w:p>
    <w:p>
      <w:pPr>
        <w:jc w:val="right"/>
      </w:pPr>
      <w:r>
        <w:t>16 آتا ہے، ان کو 17 آتا ہے، تعداد جو ہے اس میں وہ نہیں ہے، کنسنسس نہیں</w:t>
      </w:r>
    </w:p>
    <w:p>
      <w:r>
        <w:rPr>
          <w:b/>
        </w:rPr>
        <w:t xml:space="preserve">[36:56]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[36:57] </w:t>
      </w:r>
      <w:r>
        <w:t>koi 16 batata hai, koi 17 batata hai.</w:t>
      </w:r>
    </w:p>
    <w:p>
      <w:pPr>
        <w:jc w:val="right"/>
      </w:pPr>
      <w:r>
        <w:t>کوئی 16 بتاتا ہے، کوئی 17 بتاتا ہے۔</w:t>
      </w:r>
    </w:p>
    <w:p>
      <w:r>
        <w:rPr>
          <w:b/>
        </w:rPr>
        <w:t xml:space="preserve">[37:01] </w:t>
      </w:r>
      <w:r>
        <w:t>to beharhal, koi taqreeban 16 mahine tak aap ne namaz parhi qibla yahood ki taraf.</w:t>
      </w:r>
    </w:p>
    <w:p>
      <w:pPr>
        <w:jc w:val="right"/>
      </w:pPr>
      <w:r>
        <w:t>تو بہرحال، کوئی تقریباً 16 مہینے تک آپ نے نماز پڑھی قبلہ یہود کی طرف۔</w:t>
      </w:r>
    </w:p>
    <w:p>
      <w:r>
        <w:rPr>
          <w:b/>
        </w:rPr>
        <w:t xml:space="preserve">[37:07] </w:t>
      </w:r>
      <w:r>
        <w:t>yeh darmayani qibla tha.</w:t>
      </w:r>
    </w:p>
    <w:p>
      <w:pPr>
        <w:jc w:val="right"/>
      </w:pPr>
      <w:r>
        <w:t>یہ درمیانی قبلہ تھا۔</w:t>
      </w:r>
    </w:p>
    <w:p>
      <w:r>
        <w:rPr>
          <w:b/>
        </w:rPr>
        <w:t xml:space="preserve">[37:09] </w:t>
      </w:r>
      <w:r>
        <w:t>woh phir madine hi ke jo siq al safa mein naas jo jo jo parhein ge, aap is mein</w:t>
      </w:r>
    </w:p>
    <w:p>
      <w:pPr>
        <w:jc w:val="right"/>
      </w:pPr>
      <w:r>
        <w:t>وہ پھر مدینے ہی کے جو سیق الصفاء میں ناس جو جو جو پڑھیں گے، آپ اس میں</w:t>
      </w:r>
    </w:p>
    <w:p>
      <w:r>
        <w:rPr>
          <w:b/>
        </w:rPr>
        <w:t xml:space="preserve">[37:17] </w:t>
      </w:r>
      <w:r>
        <w:t>jo ke ke tahweeli qibla hua, un namaz ki halat mein hukum aaya ke ab namaz parho tum</w:t>
      </w:r>
    </w:p>
    <w:p>
      <w:pPr>
        <w:jc w:val="right"/>
      </w:pPr>
      <w:r>
        <w:t>جو کہ کہ تحویلی قبلہ ہوا، ان نماز کی حالت میں حکم آیا کہ اب نماز پڑھو تم</w:t>
      </w:r>
    </w:p>
    <w:p>
      <w:r>
        <w:rPr>
          <w:b/>
        </w:rPr>
        <w:t xml:space="preserve">[37:24] </w:t>
      </w:r>
      <w:r>
        <w:t>kaba ki taraf.</w:t>
      </w:r>
    </w:p>
    <w:p>
      <w:pPr>
        <w:jc w:val="right"/>
      </w:pPr>
      <w:r>
        <w:t>کعبہ کی طرف۔</w:t>
      </w:r>
    </w:p>
    <w:p>
      <w:r>
        <w:rPr>
          <w:b/>
        </w:rPr>
        <w:t xml:space="preserve">[37:26] </w:t>
      </w:r>
      <w:r>
        <w:t>halat namaz mein 16 mahine ke baad to halat namazi mein rukh kar liya aap ne kaba ki</w:t>
      </w:r>
    </w:p>
    <w:p>
      <w:pPr>
        <w:jc w:val="right"/>
      </w:pPr>
      <w:r>
        <w:t>حالت نماز میں 16 مہینے کے بعد تو حالت نمازی میں رخ کر لیا آپ نے کعبہ کی</w:t>
      </w:r>
    </w:p>
    <w:p>
      <w:r>
        <w:rPr>
          <w:b/>
        </w:rPr>
        <w:t xml:space="preserve">[37:34] </w:t>
      </w:r>
      <w:r>
        <w:t>taraf.</w:t>
      </w:r>
    </w:p>
    <w:p>
      <w:pPr>
        <w:jc w:val="right"/>
      </w:pPr>
      <w:r>
        <w:t>طرف۔</w:t>
      </w:r>
    </w:p>
    <w:p>
      <w:r>
        <w:rPr>
          <w:b/>
        </w:rPr>
        <w:t xml:space="preserve">[37:35] </w:t>
      </w:r>
      <w:r>
        <w:t>to qibla awwal kaba tha aur qibla yani aakhir bhi kaba tha, darmayani qibla tha, woh qubat al-sakhrah.</w:t>
      </w:r>
    </w:p>
    <w:p>
      <w:pPr>
        <w:jc w:val="right"/>
      </w:pPr>
      <w:r>
        <w:t>تو قبلہ اول کعبہ تھا اور قبلہ یعنی آخر بھی کعبہ تھا، درمیانی قبلہ تھا، وہ قبت الصخرہ۔</w:t>
      </w:r>
    </w:p>
    <w:p>
      <w:r>
        <w:rPr>
          <w:b/>
        </w:rPr>
        <w:t xml:space="preserve">[37:43] </w:t>
      </w:r>
      <w:r>
        <w:t>Aqsa Mosque to picture mein nahi aati hai.</w:t>
      </w:r>
    </w:p>
    <w:p>
      <w:pPr>
        <w:jc w:val="right"/>
      </w:pPr>
      <w:r>
        <w:t>Aqsa Mosque تو پکچر میں نہیں آتی ہے۔</w:t>
      </w:r>
    </w:p>
    <w:p>
      <w:r>
        <w:rPr>
          <w:b/>
        </w:rPr>
        <w:t xml:space="preserve">[37:46] </w:t>
      </w:r>
      <w:r>
        <w:t>in sab baton ko agar hum, yani is se pehle ke qayamat aaye, haqaiq phat kar samne aa</w:t>
      </w:r>
    </w:p>
    <w:p>
      <w:pPr>
        <w:jc w:val="right"/>
      </w:pPr>
      <w:r>
        <w:t>ان سب باتوں کو اگر ہم، یعنی اس سے پہلے کہ قیامت آئے، حقائق پھٹ کر سامنے آ</w:t>
      </w:r>
    </w:p>
    <w:p>
      <w:r>
        <w:rPr>
          <w:b/>
        </w:rPr>
        <w:t xml:space="preserve">[37:54] </w:t>
      </w:r>
      <w:r>
        <w:t>jayein, hamein maan lena chahiye.</w:t>
      </w:r>
    </w:p>
    <w:p>
      <w:pPr>
        <w:jc w:val="right"/>
      </w:pPr>
      <w:r>
        <w:t>جائیں، ہمیں مان لینا چاہیے۔</w:t>
      </w:r>
    </w:p>
    <w:p>
      <w:r>
        <w:rPr>
          <w:b/>
        </w:rPr>
        <w:t xml:space="preserve">[37:56] </w:t>
      </w:r>
      <w:r>
        <w:t>warna Khuda ke samne hum kya munh dikhayein ge ke hum jhoot mein jeete rahe, hum baseless baton</w:t>
      </w:r>
    </w:p>
    <w:p>
      <w:pPr>
        <w:jc w:val="right"/>
      </w:pPr>
      <w:r>
        <w:t>ورنہ خدا کے سامنے ہم کیا منہ دکھائیں گے کہ ہم جھوٹ میں جیتے رہے، ہم بیسلیس باتوں</w:t>
      </w:r>
    </w:p>
    <w:p>
      <w:r>
        <w:rPr>
          <w:b/>
        </w:rPr>
        <w:t xml:space="preserve">[38:04] </w:t>
      </w:r>
      <w:r>
        <w:t>mein jeete rahe, hum afwahon mein jeete rahe? kaisi anokhi baat hai yeh.</w:t>
      </w:r>
    </w:p>
    <w:p>
      <w:pPr>
        <w:jc w:val="right"/>
      </w:pPr>
      <w:r>
        <w:t>میں جیتے رہے، ہم افواہوں میں جیتے رہے؟ کیسی انوکھی بات ہے یہ۔</w:t>
      </w:r>
    </w:p>
    <w:p>
      <w:r>
        <w:rPr>
          <w:b/>
        </w:rPr>
        <w:t xml:space="preserve">[38:09] </w:t>
      </w:r>
      <w:r>
        <w:t>wahan par hum ne dekha ke arbon ko poori azadi hai, koi rukawat nahi.</w:t>
      </w:r>
    </w:p>
    <w:p>
      <w:pPr>
        <w:jc w:val="right"/>
      </w:pPr>
      <w:r>
        <w:t>وہاں پر ہم نے دیکھا کہ عربوں کو پوری آزادی ہے، کوئی رکاوٹ نہیں۔</w:t>
      </w:r>
    </w:p>
    <w:p>
      <w:r>
        <w:rPr>
          <w:b/>
        </w:rPr>
        <w:t xml:space="preserve">[38:15] </w:t>
      </w:r>
      <w:r>
        <w:t>misal ke taur par hamein bataya gaya tha hum tel abib mein, unhon ne arrange kiya tha hamara</w:t>
      </w:r>
    </w:p>
    <w:p>
      <w:pPr>
        <w:jc w:val="right"/>
      </w:pPr>
      <w:r>
        <w:t>مثال کے طور پر ہمیں بتایا گیا تھا ہم تل ابیب میں، انہوں نے ارینج کیا تھا ہمارا</w:t>
      </w:r>
    </w:p>
    <w:p>
      <w:r>
        <w:rPr>
          <w:b/>
        </w:rPr>
        <w:t xml:space="preserve">[38:23] </w:t>
      </w:r>
      <w:r>
        <w:t>safar, unhon ne gaadi di thi, un ka guide hamare saath tha ke aap ko shaam ka dinner</w:t>
      </w:r>
    </w:p>
    <w:p>
      <w:pPr>
        <w:jc w:val="right"/>
      </w:pPr>
      <w:r>
        <w:t>سفر، انہوں نے گاڑی دی تھی، ان کا گائیڈ ہمارے ساتھ تھا کہ آپ کو شام کا ڈنر</w:t>
      </w:r>
    </w:p>
    <w:p>
      <w:r>
        <w:rPr>
          <w:b/>
        </w:rPr>
        <w:t xml:space="preserve">[38:31] </w:t>
      </w:r>
      <w:r>
        <w:t>jo hai, ek bahut hi beautiful, un ke alfaaz mein ke beautiful dinner, aap ko beauty</w:t>
      </w:r>
    </w:p>
    <w:p>
      <w:pPr>
        <w:jc w:val="right"/>
      </w:pPr>
      <w:r>
        <w:t>جو ہے، ایک بہت ہی بیوٹی فل، ان کے الفاظ میں کہ بیوٹی فل ڈنر، آپ کو بیوٹی</w:t>
      </w:r>
    </w:p>
    <w:p>
      <w:r>
        <w:rPr>
          <w:b/>
        </w:rPr>
        <w:t xml:space="preserve">[38:39] </w:t>
      </w:r>
      <w:r>
        <w:t>ful vegetarian dinner mile ga.</w:t>
      </w:r>
    </w:p>
    <w:p>
      <w:pPr>
        <w:jc w:val="right"/>
      </w:pPr>
      <w:r>
        <w:t>فل ویجیٹیرین ڈنر ملے گا۔</w:t>
      </w:r>
    </w:p>
    <w:p>
      <w:r>
        <w:rPr>
          <w:b/>
        </w:rPr>
        <w:t xml:space="preserve">[38:41] </w:t>
      </w:r>
      <w:r>
        <w:t>wahan aap ko beautiful vegetarian dinner.</w:t>
      </w:r>
    </w:p>
    <w:p>
      <w:pPr>
        <w:jc w:val="right"/>
      </w:pPr>
      <w:r>
        <w:t>وہاں آپ کو بیوٹی فل ویجیٹیرین ڈنر۔</w:t>
      </w:r>
    </w:p>
    <w:p>
      <w:r>
        <w:rPr>
          <w:b/>
        </w:rPr>
        <w:t xml:space="preserve">[38:44] </w:t>
      </w:r>
      <w:r>
        <w:t>to hum jante nahi the ke bhai kya cheez hai beautiful vegetarian dinner.</w:t>
      </w:r>
    </w:p>
    <w:p>
      <w:pPr>
        <w:jc w:val="right"/>
      </w:pPr>
      <w:r>
        <w:t>تو ہم جانتے نہیں تھے کہ بھئی کیا چیز ہے بیوٹی فل ویجیٹیرین ڈنر۔</w:t>
      </w:r>
    </w:p>
    <w:p>
      <w:r>
        <w:rPr>
          <w:b/>
        </w:rPr>
        <w:t xml:space="preserve">[38:50] </w:t>
      </w:r>
      <w:r>
        <w:t>to wahan jab pahunche to maloom yeh hua ke shaam ke waqt maghrib ki namaz padhi hai, hum</w:t>
      </w:r>
    </w:p>
    <w:p>
      <w:pPr>
        <w:jc w:val="right"/>
      </w:pPr>
      <w:r>
        <w:t>تو وہاں جب پہنچے تو معلوم یہ ہوا کہ شام کے وقت مغرب کی نماز پڑھی ہے، ہم</w:t>
      </w:r>
    </w:p>
    <w:p>
      <w:r>
        <w:rPr>
          <w:b/>
        </w:rPr>
        <w:t xml:space="preserve">[38:57] </w:t>
      </w:r>
      <w:r>
        <w:t>ne is mein maghrib ki namaz padhi thi, hum ne jamaat ke saath Aqsa Mosque mein bahar nikle</w:t>
      </w:r>
    </w:p>
    <w:p>
      <w:pPr>
        <w:jc w:val="right"/>
      </w:pPr>
      <w:r>
        <w:t>نے اس میں مغرب کی نماز پڑھی تھی، ہم نے جماعت کے ساتھ Aqsa Mosque میں باہر نکلے</w:t>
      </w:r>
    </w:p>
    <w:p>
      <w:r>
        <w:rPr>
          <w:b/>
        </w:rPr>
        <w:t xml:space="preserve">[39:05] </w:t>
      </w:r>
      <w:r>
        <w:t>to Mosque ki deewarein bahut chaudi chaudi hain, yaani bahut unusual taur par chaudi chaudi hain.</w:t>
      </w:r>
    </w:p>
    <w:p>
      <w:pPr>
        <w:jc w:val="right"/>
      </w:pPr>
      <w:r>
        <w:t>تو Mosque کی دیواریں بہت چوڑی چوڑی ہیں، یعنی بہت ان یوزول طور پر چوڑی چوڑی ہیں۔</w:t>
      </w:r>
    </w:p>
    <w:p>
      <w:r>
        <w:rPr>
          <w:b/>
        </w:rPr>
        <w:t xml:space="preserve">[39:12] </w:t>
      </w:r>
      <w:r>
        <w:t>is deewar mein kis tarike se banaya gaya hai ek ek restaurant, woh deewar mein tod kar bana</w:t>
      </w:r>
    </w:p>
    <w:p>
      <w:pPr>
        <w:jc w:val="right"/>
      </w:pPr>
      <w:r>
        <w:t>اس دیوار میں کس طریقے سے بنایا گیا ہے ایک ایک ریسٹورنٹ، وہ دیوار میں توڑ کر بنا</w:t>
      </w:r>
    </w:p>
    <w:p>
      <w:r>
        <w:rPr>
          <w:b/>
        </w:rPr>
        <w:t xml:space="preserve">[39:20] </w:t>
      </w:r>
      <w:r>
        <w:t>hai, kya kar ke bana hai, aur bahut hi beautiful restaurant, aur bahut hi saaf suthra restaurant.</w:t>
      </w:r>
    </w:p>
    <w:p>
      <w:pPr>
        <w:jc w:val="right"/>
      </w:pPr>
      <w:r>
        <w:t>ہے، کیا کر کے بنا ہے، اور بہت ہی بیوٹی فل ریسٹورنٹ، اور بہت ہی صاف ستھرا ریسٹورنٹ۔</w:t>
      </w:r>
    </w:p>
    <w:p>
      <w:r>
        <w:rPr>
          <w:b/>
        </w:rPr>
        <w:t xml:space="preserve">[39:28] </w:t>
      </w:r>
      <w:r>
        <w:t>aur malik kaun hai is ka? ek arab hai, ek palestinian.</w:t>
      </w:r>
    </w:p>
    <w:p>
      <w:pPr>
        <w:jc w:val="right"/>
      </w:pPr>
      <w:r>
        <w:t>اور مالک کون ہے اس کا؟ ایک عرب ہے، ایک فلسطینی۔</w:t>
      </w:r>
    </w:p>
    <w:p>
      <w:r>
        <w:rPr>
          <w:b/>
        </w:rPr>
        <w:t xml:space="preserve">[39:33] </w:t>
      </w:r>
      <w:r>
        <w:t>ab is din jo, yaani jo hamein khana dinner jo diya gaya, yaani vegetarian, woh ek ek naya</w:t>
      </w:r>
    </w:p>
    <w:p>
      <w:pPr>
        <w:jc w:val="right"/>
      </w:pPr>
      <w:r>
        <w:t>اب اس دن جو، یعنی جو ہمیں کھانا ڈنر جو دیا گیا، یعنی ویجیٹیرین، وہ ایک ایک نیا</w:t>
      </w:r>
    </w:p>
    <w:p>
      <w:r>
        <w:rPr>
          <w:b/>
        </w:rPr>
        <w:t xml:space="preserve">[39:40] </w:t>
      </w:r>
      <w:r>
        <w:t>experience tha.</w:t>
      </w:r>
    </w:p>
    <w:p>
      <w:pPr>
        <w:jc w:val="right"/>
      </w:pPr>
      <w:r>
        <w:t>ایکسپیرینس تھا۔</w:t>
      </w:r>
    </w:p>
    <w:p>
      <w:r>
        <w:rPr>
          <w:b/>
        </w:rPr>
        <w:t xml:space="preserve">[39:42] </w:t>
      </w:r>
      <w:r>
        <w:t>woh bahut saaf suthra aisa vegetarian khana hum ne kabhi khaya nahi tha, shayad hamare saathiyon ne bhi</w:t>
      </w:r>
    </w:p>
    <w:p>
      <w:pPr>
        <w:jc w:val="right"/>
      </w:pPr>
      <w:r>
        <w:t>وہ بہت صاف ستھرا ایسا ویجیٹیرین کھانا ہم نے کبھی کھایا نہیں تھا، شاید ہمارے ساتھیوں نے بھی</w:t>
      </w:r>
    </w:p>
    <w:p>
      <w:r>
        <w:rPr>
          <w:b/>
        </w:rPr>
        <w:t xml:space="preserve">[39:49] </w:t>
      </w:r>
      <w:r>
        <w:t>kabhi nahi khaya tha.</w:t>
      </w:r>
    </w:p>
    <w:p>
      <w:pPr>
        <w:jc w:val="right"/>
      </w:pPr>
      <w:r>
        <w:t>کبھی نہیں کھایا تھا۔</w:t>
      </w:r>
    </w:p>
    <w:p>
      <w:r>
        <w:rPr>
          <w:b/>
        </w:rPr>
        <w:t xml:space="preserve">[39:51] </w:t>
      </w:r>
      <w:r>
        <w:t>aisa bahut hi umda qism ki roti aur bahut achhe qism ka salan aur tarah tarah ke woh</w:t>
      </w:r>
    </w:p>
    <w:p>
      <w:pPr>
        <w:jc w:val="right"/>
      </w:pPr>
      <w:r>
        <w:t>ایسا بہت ہی عمدہ قسم کی روٹی اور بہت اچھے قسم کا سالن اور طرح طرح کے وہ</w:t>
      </w:r>
    </w:p>
    <w:p>
      <w:r>
        <w:rPr>
          <w:b/>
        </w:rPr>
        <w:t xml:space="preserve">[39:59] </w:t>
      </w:r>
      <w:r>
        <w:t>salad aur sabzi, yaani waqai woh ek beautiful dinner tha.</w:t>
      </w:r>
    </w:p>
    <w:p>
      <w:pPr>
        <w:jc w:val="right"/>
      </w:pPr>
      <w:r>
        <w:t>سلاد اور سبزی، یعنی واقعی وہ ایک بیوٹی فل ڈنر تھا۔</w:t>
      </w:r>
    </w:p>
    <w:p>
      <w:r>
        <w:rPr>
          <w:b/>
        </w:rPr>
        <w:t xml:space="preserve">[40:04] </w:t>
      </w:r>
      <w:r>
        <w:t>woh aur kis ne kahan kar raha tha? woh Aqsa Mosque mein ki deewar mein restaurant bana kar</w:t>
      </w:r>
    </w:p>
    <w:p>
      <w:pPr>
        <w:jc w:val="right"/>
      </w:pPr>
      <w:r>
        <w:t>وہ اور کس نے کہاں کر رہا تھا؟ وہ Aqsa Mosque میں کی دیوار میں ریسٹورنٹ بنا کر</w:t>
      </w:r>
    </w:p>
    <w:p>
      <w:r>
        <w:rPr>
          <w:b/>
        </w:rPr>
        <w:t xml:space="preserve">[40:11] </w:t>
      </w:r>
      <w:r>
        <w:t>ke kaun kar raha tha? ek arab palestinian kar raha tha, is ko arrange kiya tha in logon</w:t>
      </w:r>
    </w:p>
    <w:p>
      <w:pPr>
        <w:jc w:val="right"/>
      </w:pPr>
      <w:r>
        <w:t>کے کون کر رہا تھا؟ ایک عرب فلسطینی کر رہا تھا، اس کو ارینج کیا تھا ان لوگوں</w:t>
      </w:r>
    </w:p>
    <w:p>
      <w:r>
        <w:rPr>
          <w:b/>
        </w:rPr>
        <w:t xml:space="preserve">[40:19] </w:t>
      </w:r>
      <w:r>
        <w:t>ne jo unhon ne hamein bulaya tha.</w:t>
      </w:r>
    </w:p>
    <w:p>
      <w:pPr>
        <w:jc w:val="right"/>
      </w:pPr>
      <w:r>
        <w:t>نے جو انہوں نے ہمیں بلایا تھا۔</w:t>
      </w:r>
    </w:p>
    <w:p>
      <w:r>
        <w:rPr>
          <w:b/>
        </w:rPr>
        <w:t xml:space="preserve">[40:22] </w:t>
      </w:r>
      <w:r>
        <w:t>yahan se jab hum jaana tha, hamein jab invitation aaya hamare paas to hum ne un ko e-</w:t>
      </w:r>
    </w:p>
    <w:p>
      <w:pPr>
        <w:jc w:val="right"/>
      </w:pPr>
      <w:r>
        <w:t>یہاں سے جب ہم جانا تھا، ہمیں جب انویٹیشن آیا ہمارے پاس تو ہم نے ان کو ای</w:t>
      </w:r>
    </w:p>
    <w:p>
      <w:r>
        <w:rPr>
          <w:b/>
        </w:rPr>
        <w:t xml:space="preserve">[40:30] </w:t>
      </w:r>
      <w:r>
        <w:t>mail se message bheja ke hum wahan aayenge to hum conference ke liye sirf nahi aayenge,</w:t>
      </w:r>
    </w:p>
    <w:p>
      <w:pPr>
        <w:jc w:val="right"/>
      </w:pPr>
      <w:r>
        <w:t>میل سے میسج بھیجا کہ ہم وہاں آئیں گے تو ہم کانفرنس کے لیے صرف نہیں آئیں گے،</w:t>
      </w:r>
    </w:p>
    <w:p>
      <w:r>
        <w:rPr>
          <w:b/>
        </w:rPr>
        <w:t xml:space="preserve">[40:37] </w:t>
      </w:r>
      <w:r>
        <w:t>hamein to Aqsa Mosque jaana hai.</w:t>
      </w:r>
    </w:p>
    <w:p>
      <w:pPr>
        <w:jc w:val="right"/>
      </w:pPr>
      <w:r>
        <w:t>ہمیں تو Aqsa Mosque جانا ہے۔</w:t>
      </w:r>
    </w:p>
    <w:p>
      <w:r>
        <w:rPr>
          <w:b/>
        </w:rPr>
        <w:t xml:space="preserve">[40:40] </w:t>
      </w:r>
      <w:r>
        <w:t>to koi unhon ne koi is mein koi aur question nahi kiya hum se, kuch bhi nahi.</w:t>
      </w:r>
    </w:p>
    <w:p>
      <w:pPr>
        <w:jc w:val="right"/>
      </w:pPr>
      <w:r>
        <w:t>تو کوئی انہوں نے کوئی اس میں کوئی اور کوئسچن نہیں کیا ہم سے، کچھ بھی نہیں۔</w:t>
      </w:r>
    </w:p>
    <w:p>
      <w:r>
        <w:rPr>
          <w:b/>
        </w:rPr>
        <w:t xml:space="preserve">[40:47] </w:t>
      </w:r>
      <w:r>
        <w:t>faur unhon ne kaha ke aap ka sara arrangement hum karenge, aur ek bari gaari unhon</w:t>
      </w:r>
    </w:p>
    <w:p>
      <w:pPr>
        <w:jc w:val="right"/>
      </w:pPr>
      <w:r>
        <w:t>فی الفور انہوں نے کہا کہ آپ کا سارا ارینجمنٹ ہم کریں گے، اور ایک بڑی گاڑی انہوں</w:t>
      </w:r>
    </w:p>
    <w:p>
      <w:r>
        <w:rPr>
          <w:b/>
        </w:rPr>
        <w:t xml:space="preserve">[40:55] </w:t>
      </w:r>
      <w:r>
        <w:t>ne di, is mein hum baith kar gaye.</w:t>
      </w:r>
    </w:p>
    <w:p>
      <w:pPr>
        <w:jc w:val="right"/>
      </w:pPr>
      <w:r>
        <w:t>نے دی، اس میں ہم بیٹھ کر گئے۔</w:t>
      </w:r>
    </w:p>
    <w:p>
      <w:r>
        <w:rPr>
          <w:b/>
        </w:rPr>
        <w:t xml:space="preserve">[40:58] </w:t>
      </w:r>
      <w:r>
        <w:t>wahan par un ka, unhi ka, unhi ka guide tha, unhi ka aadmi tha, unhi ne sab kuch</w:t>
      </w:r>
    </w:p>
    <w:p>
      <w:pPr>
        <w:jc w:val="right"/>
      </w:pPr>
      <w:r>
        <w:t>وہاں پر ان کا، انہی کا، انہی کا گائیڈ تھا، انہی کا آدمی تھا، انہی نے سب کچھ</w:t>
      </w:r>
    </w:p>
    <w:p>
      <w:r>
        <w:rPr>
          <w:b/>
        </w:rPr>
        <w:t xml:space="preserve">[41:06] </w:t>
      </w:r>
      <w:r>
        <w:t>kiya.</w:t>
      </w:r>
    </w:p>
    <w:p>
      <w:pPr>
        <w:jc w:val="right"/>
      </w:pPr>
      <w:r>
        <w:t>کیا۔</w:t>
      </w:r>
    </w:p>
    <w:p>
      <w:r>
        <w:rPr>
          <w:b/>
        </w:rPr>
        <w:t xml:space="preserve">[41:08] </w:t>
      </w:r>
      <w:r>
        <w:t>hum, yaani koi humein ehsas yeh nahi hua ke yahan par koi hamare paas zulm ho raha hai.</w:t>
      </w:r>
    </w:p>
    <w:p>
      <w:pPr>
        <w:jc w:val="right"/>
      </w:pPr>
      <w:r>
        <w:t>ہم، یعنی کوئی ہمیں احساس یہ نہیں ہوا کہ یہاں پر کوئی ہمارے پاس ظلم ہو رہا ہے۔</w:t>
      </w:r>
    </w:p>
    <w:p>
      <w:r>
        <w:rPr>
          <w:b/>
        </w:rPr>
        <w:t xml:space="preserve">[41:15] </w:t>
      </w:r>
      <w:r>
        <w:t>dekhiye, Israel ka muamla ek political masla hai, yaad rakhiye, religious masla nahi hai.</w:t>
      </w:r>
    </w:p>
    <w:p>
      <w:pPr>
        <w:jc w:val="right"/>
      </w:pPr>
      <w:r>
        <w:t>دیکھیے، اسرائیل کا معاملہ ایک پولیٹیکل مسئلہ ہے، یاد رکھیے، ریلیجیس مسئلہ نہیں ہے۔</w:t>
      </w:r>
    </w:p>
    <w:p>
      <w:r>
        <w:rPr>
          <w:b/>
        </w:rPr>
        <w:t xml:space="preserve">[41:21] </w:t>
      </w:r>
      <w:r>
        <w:t>musalmanon ki ghalti kya hai ke political problem ko ful faur religious problem bana dete hain, aur phir</w:t>
      </w:r>
    </w:p>
    <w:p>
      <w:pPr>
        <w:jc w:val="right"/>
      </w:pPr>
      <w:r>
        <w:t>مسلمانوں کی غلطی کیا ہے کہ پولیٹیکل پرابلم کو فل فور ریلیجیس پرابلم بنا دیتے ہیں، اور پھر</w:t>
      </w:r>
    </w:p>
    <w:p>
      <w:r>
        <w:rPr>
          <w:b/>
        </w:rPr>
        <w:t xml:space="preserve">[41:29] </w:t>
      </w:r>
      <w:r>
        <w:t>jo political shikayatein hoti hain, us ko yahan la kar chaspana kar dete hain.</w:t>
      </w:r>
    </w:p>
    <w:p>
      <w:pPr>
        <w:jc w:val="right"/>
      </w:pPr>
      <w:r>
        <w:t>جو پولیٹیکل شکایتیں ہوتی ہیں، اس کو یہاں لا کر چسپاں کر دیتے ہیں۔</w:t>
      </w:r>
    </w:p>
    <w:p>
      <w:r>
        <w:rPr>
          <w:b/>
        </w:rPr>
        <w:t xml:space="preserve">[41:35] </w:t>
      </w:r>
      <w:r>
        <w:t>woh khaas tarah ek political masla hai, us ki bana par itni nafratein hain, itni shikayatein hain ke</w:t>
      </w:r>
    </w:p>
    <w:p>
      <w:pPr>
        <w:jc w:val="right"/>
      </w:pPr>
      <w:r>
        <w:t>وہ خاص طرح ایک پولیٹیکل مسئلہ ہے، اس کی بنا پر اتنی نفرتیں ہیں، اتنی شکایتیں ہیں کہ</w:t>
      </w:r>
    </w:p>
    <w:p>
      <w:r>
        <w:rPr>
          <w:b/>
        </w:rPr>
        <w:t xml:space="preserve">[41:43] </w:t>
      </w:r>
      <w:r>
        <w:t>wahan jo hamari sa'adatein rakhi hui hain, un sa'adaton se hum faida nahi utha paate.</w:t>
      </w:r>
    </w:p>
    <w:p>
      <w:pPr>
        <w:jc w:val="right"/>
      </w:pPr>
      <w:r>
        <w:t>وہاں جو ہماری سعادتیں رکھی ہوئی ہیں، ان سعادتوں سے ہم فائدہ نہیں اٹھا پاتے۔</w:t>
      </w:r>
    </w:p>
    <w:p>
      <w:r>
        <w:rPr>
          <w:b/>
        </w:rPr>
        <w:t xml:space="preserve">[41:49] </w:t>
      </w:r>
      <w:r>
        <w:t>phir hamare sathiyon ne wahan par kiya kiya? Aqsa Mosque bohat bari Aqsa hai, kafi bari, jagah jagah</w:t>
      </w:r>
    </w:p>
    <w:p>
      <w:pPr>
        <w:jc w:val="right"/>
      </w:pPr>
      <w:r>
        <w:t>پھر ہمارے ساتھیوں نے وہاں پر کیا کیا؟ Aqsa Mosque بہت بڑی Aqsa ہے، کافی بڑی، جگہ جگہ</w:t>
      </w:r>
    </w:p>
    <w:p>
      <w:r>
        <w:rPr>
          <w:b/>
        </w:rPr>
        <w:t xml:space="preserve">[41:57] </w:t>
      </w:r>
      <w:r>
        <w:t>is mein stand bane hue hain.</w:t>
      </w:r>
    </w:p>
    <w:p>
      <w:pPr>
        <w:jc w:val="right"/>
      </w:pPr>
      <w:r>
        <w:t>اس میں اسٹینڈ بنے ہوئے ہیں۔</w:t>
      </w:r>
    </w:p>
    <w:p>
      <w:r>
        <w:rPr>
          <w:b/>
        </w:rPr>
        <w:t xml:space="preserve">[42:00] </w:t>
      </w:r>
      <w:r>
        <w:t>hamare sathiyon ne Quran ka English translation, jo hamara chapa hai, mashallah, abhi jo chhap kar ke hum</w:t>
      </w:r>
    </w:p>
    <w:p>
      <w:pPr>
        <w:jc w:val="right"/>
      </w:pPr>
      <w:r>
        <w:t>ہمارے ساتھیوں نے قرآن کا انگلش ٹرانسلیشن، جو ہمارا چھپا ہے، ماشاءاللہ، ابھی جو چھاپ کر کے ہم</w:t>
      </w:r>
    </w:p>
    <w:p>
      <w:r>
        <w:rPr>
          <w:b/>
        </w:rPr>
        <w:t xml:space="preserve">[42:07] </w:t>
      </w:r>
      <w:r>
        <w:t>saath le gaye the, apne bilkul yeh mein, mein ek, mein keh sakta hoon ke Quran ka pehli</w:t>
      </w:r>
    </w:p>
    <w:p>
      <w:pPr>
        <w:jc w:val="right"/>
      </w:pPr>
      <w:r>
        <w:t>ساتھ لے گئے تھے، اپنے بالکل یہ میں، میں ایک، میں کہہ سکتا ہوں کہ قرآن کا پہلی</w:t>
      </w:r>
    </w:p>
    <w:p>
      <w:r>
        <w:rPr>
          <w:b/>
        </w:rPr>
        <w:t xml:space="preserve">[42:15] </w:t>
      </w:r>
      <w:r>
        <w:t>baar English mein ek aisa tarjuma chhapaya jis mein clarity hai.</w:t>
      </w:r>
    </w:p>
    <w:p>
      <w:pPr>
        <w:jc w:val="right"/>
      </w:pPr>
      <w:r>
        <w:t>بار انگلش میں ایک ایسا ترجمہ چھپایا جس میں کلیرٹی ہے۔</w:t>
      </w:r>
    </w:p>
    <w:p>
      <w:r>
        <w:rPr>
          <w:b/>
        </w:rPr>
        <w:t xml:space="preserve">[42:20] </w:t>
      </w:r>
      <w:r>
        <w:t>hum barson suntay thay ke jitnay tarjume hain Quran majeed ke, sab mein confusion hai, clarity nahi hai.</w:t>
      </w:r>
    </w:p>
    <w:p>
      <w:pPr>
        <w:jc w:val="right"/>
      </w:pPr>
      <w:r>
        <w:t>ہم برسوں سنتے تھے کہ جتنے ترجمے ہیں قرآن مجید کے، سب میں کنفیوژن ہے، کلیرٹی نہیں ہے۔</w:t>
      </w:r>
    </w:p>
    <w:p>
      <w:r>
        <w:rPr>
          <w:b/>
        </w:rPr>
        <w:t xml:space="preserve">[42:27] </w:t>
      </w:r>
      <w:r>
        <w:t>jo parhte thay English daan log, sab shikayatein karte thay.</w:t>
      </w:r>
    </w:p>
    <w:p>
      <w:pPr>
        <w:jc w:val="right"/>
      </w:pPr>
      <w:r>
        <w:t>جو پڑھتے تھے انگریزی دان لوگ، سب شکایتیں کرتے تھے۔</w:t>
      </w:r>
    </w:p>
    <w:p>
      <w:r>
        <w:rPr>
          <w:b/>
        </w:rPr>
        <w:t xml:space="preserve">[42:32] </w:t>
      </w:r>
      <w:r>
        <w:t>abhi Delhi mein ek sahib hain jo unhon ne research kiya hai English tarjumo par, jitnay bhi English</w:t>
      </w:r>
    </w:p>
    <w:p>
      <w:pPr>
        <w:jc w:val="right"/>
      </w:pPr>
      <w:r>
        <w:t>ابھی دلی میں ایک صاحب ہیں جو انہوں نے ریسرچ کیا ہے انگلش ترجموں پر، جتنے بھی انگلش</w:t>
      </w:r>
    </w:p>
    <w:p>
      <w:r>
        <w:rPr>
          <w:b/>
        </w:rPr>
        <w:t xml:space="preserve">[42:39] </w:t>
      </w:r>
      <w:r>
        <w:t>translations hain, us par research kiya unhon ne.</w:t>
      </w:r>
    </w:p>
    <w:p>
      <w:pPr>
        <w:jc w:val="right"/>
      </w:pPr>
      <w:r>
        <w:t>ٹرانسلیشن ہیں، اس پر ریسرچ کیا انہوں نے۔</w:t>
      </w:r>
    </w:p>
    <w:p>
      <w:r>
        <w:rPr>
          <w:b/>
        </w:rPr>
        <w:t xml:space="preserve">[42:43] </w:t>
      </w:r>
      <w:r>
        <w:t>un ka kehna yeh hai ke sab mein clarity nahi hai, yaani Quran ek aisi book hai jis</w:t>
      </w:r>
    </w:p>
    <w:p>
      <w:pPr>
        <w:jc w:val="right"/>
      </w:pPr>
      <w:r>
        <w:t>ان کا کہنا یہ ہے کہ سب میں کلیرٹی نہیں ہے، یعنی قرآن ایک ایسی بک ہے جس</w:t>
      </w:r>
    </w:p>
    <w:p>
      <w:r>
        <w:rPr>
          <w:b/>
        </w:rPr>
        <w:t xml:space="preserve">[42:51] </w:t>
      </w:r>
      <w:r>
        <w:t>mein clarity par excelsa hai, yaani Quran ek aisi book hai, yaani Arabic text jo is ka hai,</w:t>
      </w:r>
    </w:p>
    <w:p>
      <w:pPr>
        <w:jc w:val="right"/>
      </w:pPr>
      <w:r>
        <w:t>میں کلیرٹی پار ایکسلا ہے، یعنی قرآن ایک ایسی بک ہے، یعنی عربک ٹیکسٹ جو اس کا ہے،</w:t>
      </w:r>
    </w:p>
    <w:p>
      <w:r>
        <w:rPr>
          <w:b/>
        </w:rPr>
        <w:t xml:space="preserve">[42:58] </w:t>
      </w:r>
      <w:r>
        <w:t>us mein clarity par excelsa hai.</w:t>
      </w:r>
    </w:p>
    <w:p>
      <w:pPr>
        <w:jc w:val="right"/>
      </w:pPr>
      <w:r>
        <w:t>اس میں کلیرٹی پار ایکسلا ہے۔</w:t>
      </w:r>
    </w:p>
    <w:p>
      <w:r>
        <w:rPr>
          <w:b/>
        </w:rPr>
        <w:t xml:space="preserve">[43:01] </w:t>
      </w:r>
      <w:r>
        <w:t>lekin jab aap is ka English translation parhte hain to us mein clarity nahi rehti hai.</w:t>
      </w:r>
    </w:p>
    <w:p>
      <w:pPr>
        <w:jc w:val="right"/>
      </w:pPr>
      <w:r>
        <w:t>لیکن جب آپ اس کا انگلش ٹرانسلیشن پڑھتے ہیں تو اس میں کلیرٹی نہیں رہتی ہے۔</w:t>
      </w:r>
    </w:p>
    <w:p>
      <w:r>
        <w:rPr>
          <w:b/>
        </w:rPr>
        <w:t xml:space="preserve">[43:08] </w:t>
      </w:r>
      <w:r>
        <w:t>hamare idare ne Khuda ke fazal se ek poori team ki koshish se, ek poori team is mein</w:t>
      </w:r>
    </w:p>
    <w:p>
      <w:pPr>
        <w:jc w:val="right"/>
      </w:pPr>
      <w:r>
        <w:t>ہمارے ادارے نے خدا کے فضل سے ایک پوری ٹیم کی کوشش سے، ایک پوری ٹیم اس میں</w:t>
      </w:r>
    </w:p>
    <w:p>
      <w:r>
        <w:rPr>
          <w:b/>
        </w:rPr>
        <w:t xml:space="preserve">[43:15] </w:t>
      </w:r>
      <w:r>
        <w:t>lagi hui hai, thi, kisi akele kaam nahi hai.</w:t>
      </w:r>
    </w:p>
    <w:p>
      <w:pPr>
        <w:jc w:val="right"/>
      </w:pPr>
      <w:r>
        <w:t>لگی ہوئی ہے، تھی، کسی اکیلے کام نہیں ہے۔</w:t>
      </w:r>
    </w:p>
    <w:p>
      <w:r>
        <w:rPr>
          <w:b/>
        </w:rPr>
        <w:t xml:space="preserve">[43:19] </w:t>
      </w:r>
      <w:r>
        <w:t>woh ek poori team ki koshish se ek translation english mein chha hai, pehli baar, pehli baar, pehli</w:t>
      </w:r>
    </w:p>
    <w:p>
      <w:pPr>
        <w:jc w:val="right"/>
      </w:pPr>
      <w:r>
        <w:t>وہ ایک پوری ٹیم کی کوشش سے ایک ٹرانسلیشن انگلش میں چھپا ہے، پہلی بار، پہلی بار، پہلی</w:t>
      </w:r>
    </w:p>
    <w:p>
      <w:r>
        <w:rPr>
          <w:b/>
        </w:rPr>
        <w:t xml:space="preserve">[43:27] </w:t>
      </w:r>
      <w:r>
        <w:t>baar printing press ke zamanay mein, jis ke andar clarity hai ke parhte jaiye, samajhte jaiye, parhte jaiye,</w:t>
      </w:r>
    </w:p>
    <w:p>
      <w:pPr>
        <w:jc w:val="right"/>
      </w:pPr>
      <w:r>
        <w:t>بار پرنٹنگ پریس کے زمانے میں، جس کے اندر کلیرٹی ہے کہ پڑھتے جائیے، سمجھتے جائیے، پڑھتے جائیے،</w:t>
      </w:r>
    </w:p>
    <w:p>
      <w:r>
        <w:rPr>
          <w:b/>
        </w:rPr>
        <w:t xml:space="preserve">[43:35] </w:t>
      </w:r>
      <w:r>
        <w:t>samajhte jaiye.</w:t>
      </w:r>
    </w:p>
    <w:p>
      <w:pPr>
        <w:jc w:val="right"/>
      </w:pPr>
      <w:r>
        <w:t>سمجھتے جائیے۔</w:t>
      </w:r>
    </w:p>
    <w:p>
      <w:r>
        <w:rPr>
          <w:b/>
        </w:rPr>
        <w:t xml:space="preserve">[43:36] </w:t>
      </w:r>
      <w:r>
        <w:t>woh wahan par Aqsa Mosque ke andar rakha gaya, kai nuskhay is ke, kitnay nuskhay rakhe gaye thay?</w:t>
      </w:r>
    </w:p>
    <w:p>
      <w:pPr>
        <w:jc w:val="right"/>
      </w:pPr>
      <w:r>
        <w:t>وہ وہاں پر Aqsa Mosque کے اندر رکھا گیا، کئی نسخے اس کے، کتنے نسخے رکھے گئے تھے؟</w:t>
      </w:r>
    </w:p>
    <w:p>
      <w:r>
        <w:rPr>
          <w:b/>
        </w:rPr>
        <w:t xml:space="preserve">[43:44] </w:t>
      </w:r>
      <w:r>
        <w:t>four copies, chaar, four, five copies, paanch copy wahan rakhi gayi.</w:t>
      </w:r>
    </w:p>
    <w:p>
      <w:pPr>
        <w:jc w:val="right"/>
      </w:pPr>
      <w:r>
        <w:t>فور کاپیز، چار، فور، فائو کاپیز، پانچ کاپی وہاں رکھی گئی۔</w:t>
      </w:r>
    </w:p>
    <w:p>
      <w:r>
        <w:rPr>
          <w:b/>
        </w:rPr>
        <w:t xml:space="preserve">[43:49] </w:t>
      </w:r>
      <w:r>
        <w:t>itna bara sa Mosque hai, is mein jagah jagah jagah, is mein tourist bhi aate hain, yaani pehli</w:t>
      </w:r>
    </w:p>
    <w:p>
      <w:pPr>
        <w:jc w:val="right"/>
      </w:pPr>
      <w:r>
        <w:t>اتنا بڑا سا Mosque ہے، اس میں جگہ جگہ جگہ، اس میں ٹورسٹ بھی آتے ہیں، یعنی پہلی</w:t>
      </w:r>
    </w:p>
    <w:p>
      <w:r>
        <w:rPr>
          <w:b/>
        </w:rPr>
        <w:t xml:space="preserve">[43:56] </w:t>
      </w:r>
      <w:r>
        <w:t>baar history mein aisa hua ke is ke andar Quran ka english tarjuma rakha gaya taake jo log</w:t>
      </w:r>
    </w:p>
    <w:p>
      <w:pPr>
        <w:jc w:val="right"/>
      </w:pPr>
      <w:r>
        <w:t>بار ہسٹری میں ایسا ہوا کہ اس کے اندر قرآن کا انگلش ترجمہ رکھا گیا تاکہ جو لوگ</w:t>
      </w:r>
    </w:p>
    <w:p>
      <w:r>
        <w:rPr>
          <w:b/>
        </w:rPr>
        <w:t xml:space="preserve">[44:04] </w:t>
      </w:r>
      <w:r>
        <w:t>aayein, is ko parh sakein.</w:t>
      </w:r>
    </w:p>
    <w:p>
      <w:pPr>
        <w:jc w:val="right"/>
      </w:pPr>
      <w:r>
        <w:t>آئیں، اس کو پڑھ سکیں۔</w:t>
      </w:r>
    </w:p>
    <w:p>
      <w:r>
        <w:rPr>
          <w:b/>
        </w:rPr>
        <w:t xml:space="preserve">[44:06] </w:t>
      </w:r>
      <w:r>
        <w:t>aur hamare saath jo log gaye thay, woh kaafi le gaye thay Islamic literature aur Quran ka translation</w:t>
      </w:r>
    </w:p>
    <w:p>
      <w:pPr>
        <w:jc w:val="right"/>
      </w:pPr>
      <w:r>
        <w:t>اور ہمارے ساتھ جو لوگ گئے تھے، وہ کافی لے گئے تھے اسلامک لٹریچر اور قرآن کا ٹرانسلیشن</w:t>
      </w:r>
    </w:p>
    <w:p>
      <w:r>
        <w:rPr>
          <w:b/>
        </w:rPr>
        <w:t xml:space="preserve">[44:14] </w:t>
      </w:r>
      <w:r>
        <w:t>wahan logon ko diya.</w:t>
      </w:r>
    </w:p>
    <w:p>
      <w:pPr>
        <w:jc w:val="right"/>
      </w:pPr>
      <w:r>
        <w:t>وہاں لوگوں کو دیا۔</w:t>
      </w:r>
    </w:p>
    <w:p>
      <w:r>
        <w:rPr>
          <w:b/>
        </w:rPr>
        <w:t xml:space="preserve">[44:16] </w:t>
      </w:r>
      <w:r>
        <w:t>jo president hai, Israel ka president, us ko diya, us ne khare ho kar khul liya, us ko</w:t>
      </w:r>
    </w:p>
    <w:p>
      <w:pPr>
        <w:jc w:val="right"/>
      </w:pPr>
      <w:r>
        <w:t>جو پریزیڈنٹ ہے، اسرائیل کا پریزیڈنٹ، اس کو دیا، اس نے کھڑے ہو کر کھل لیا، اس کو</w:t>
      </w:r>
    </w:p>
    <w:p>
      <w:r>
        <w:rPr>
          <w:b/>
        </w:rPr>
        <w:t xml:space="preserve">[44:23] </w:t>
      </w:r>
      <w:r>
        <w:t>yeh Quran ka tarjuma hai, bohat adab ke saath.</w:t>
      </w:r>
    </w:p>
    <w:p>
      <w:pPr>
        <w:jc w:val="right"/>
      </w:pPr>
      <w:r>
        <w:t>یہ قرآن کا ترجمہ ہے، بہت ادب کے ساتھ۔</w:t>
      </w:r>
    </w:p>
    <w:p>
      <w:r>
        <w:rPr>
          <w:b/>
        </w:rPr>
        <w:t xml:space="preserve">[44:27] </w:t>
      </w:r>
      <w:r>
        <w:t>woh poora jo hai, samajh lijiye ke hum hi log master of situation ban gaye.</w:t>
      </w:r>
    </w:p>
    <w:p>
      <w:pPr>
        <w:jc w:val="right"/>
      </w:pPr>
      <w:r>
        <w:t>وہ پورا جو ہے، سمجھ لیجئے کہ ہم ہی لوگ ماسٹر آف سچوئیشن بن گئے۔</w:t>
      </w:r>
    </w:p>
    <w:p>
      <w:r>
        <w:rPr>
          <w:b/>
        </w:rPr>
        <w:t xml:space="preserve">[44:34] </w:t>
      </w:r>
      <w:r>
        <w:t>wahan par bohat bara woh tha, yaani conference, shayad kitnay countries ke log aaye thay? Abu, Abu, Abu,</w:t>
      </w:r>
    </w:p>
    <w:p>
      <w:pPr>
        <w:jc w:val="right"/>
      </w:pPr>
      <w:r>
        <w:t>وہاں پر بہت بڑا وہ تھا، یعنی کانفرنس، شاید کتنے کنٹریز کے لوگ آئے تھے؟ ابو، ابو، ابو،</w:t>
      </w:r>
    </w:p>
    <w:p>
      <w:r>
        <w:rPr>
          <w:b/>
        </w:rPr>
        <w:t xml:space="preserve">[44:41] </w:t>
      </w:r>
      <w:r>
        <w:t>Abu, Abu, Abu, Abu, Abu, 40, 50 countries, 40 countries ke log aaye thay wahan par.</w:t>
      </w:r>
    </w:p>
    <w:p>
      <w:pPr>
        <w:jc w:val="right"/>
      </w:pPr>
      <w:r>
        <w:t>ابو، ابو، ابو، ابو، ابو، 40، 50 کنٹریز، 40 کنٹریز کے لوگ آئے تھے وہاں پر۔</w:t>
      </w:r>
    </w:p>
    <w:p>
      <w:r>
        <w:rPr>
          <w:b/>
        </w:rPr>
        <w:t xml:space="preserve">[44:48] </w:t>
      </w:r>
      <w:r>
        <w:t>international conference thi, woh kaafi log thay.</w:t>
      </w:r>
    </w:p>
    <w:p>
      <w:pPr>
        <w:jc w:val="right"/>
      </w:pPr>
      <w:r>
        <w:t>انٹرنیشنل کانفرنس تھی، وہ کافی لوگ تھے۔</w:t>
      </w:r>
    </w:p>
    <w:p>
      <w:r>
        <w:rPr>
          <w:b/>
        </w:rPr>
        <w:t xml:space="preserve">[44:51] </w:t>
      </w:r>
      <w:r>
        <w:t>hum log master of situation jis ko kehte hain, woh banay hue thay.</w:t>
      </w:r>
    </w:p>
    <w:p>
      <w:pPr>
        <w:jc w:val="right"/>
      </w:pPr>
      <w:r>
        <w:t>ہم لوگ ماسٹر آف سچوئیشن جس کو کہتے ہیں، وہ بنے ہوئے تھے۔</w:t>
      </w:r>
    </w:p>
    <w:p>
      <w:r>
        <w:rPr>
          <w:b/>
        </w:rPr>
        <w:t xml:space="preserve">[44:57] </w:t>
      </w:r>
      <w:r>
        <w:t>saare logon mein hamari literature phail raha tha.</w:t>
      </w:r>
    </w:p>
    <w:p>
      <w:pPr>
        <w:jc w:val="right"/>
      </w:pPr>
      <w:r>
        <w:t>سارے لوگوں میں ہماری لٹریچر پھیل رہا تھا۔</w:t>
      </w:r>
    </w:p>
    <w:p>
      <w:r>
        <w:rPr>
          <w:b/>
        </w:rPr>
        <w:t xml:space="preserve">[45:00] </w:t>
      </w:r>
      <w:r>
        <w:t>hamare saat aadmi jo thay, isi mein mashghool thay, literature de rahe hain, Quran ka tarjuma de rahe</w:t>
      </w:r>
    </w:p>
    <w:p>
      <w:pPr>
        <w:jc w:val="right"/>
      </w:pPr>
      <w:r>
        <w:t>ہمارے سات آدمی جو تھے، اسی میں مشغول تھے، لٹریچر دے رہے ہیں، قرآن کا ترجمہ دے رہے</w:t>
      </w:r>
    </w:p>
    <w:p>
      <w:r>
        <w:rPr>
          <w:b/>
        </w:rPr>
        <w:t xml:space="preserve">[45:08] </w:t>
      </w:r>
      <w:r>
        <w:t>hain, logon se interaction kar rahe hain, logon se discuss kar rahe hain, baatein kar rahe hain.</w:t>
      </w:r>
    </w:p>
    <w:p>
      <w:pPr>
        <w:jc w:val="right"/>
      </w:pPr>
      <w:r>
        <w:t>ہیں، لوگوں سے انٹریکشن کر رہے ہیں، لوگوں سے ڈسکس کر رہے ہیں، باتیں کر رہے ہیں۔</w:t>
      </w:r>
    </w:p>
    <w:p>
      <w:r>
        <w:rPr>
          <w:b/>
        </w:rPr>
        <w:t xml:space="preserve">[45:15] </w:t>
      </w:r>
      <w:r>
        <w:t>yaani woh manzar jo hai, jo aap agar aap tasawwur kijiye ke Rasool Allah Sal Allahu Alaihi Wasallam</w:t>
      </w:r>
    </w:p>
    <w:p>
      <w:pPr>
        <w:jc w:val="right"/>
      </w:pPr>
      <w:r>
        <w:t>یعنی وہ منظر جو ہے، جو آپ اگر آپ تصور کیجئے کہ رسول اللہ صلی اللہ علیہ وسلم</w:t>
      </w:r>
    </w:p>
    <w:p>
      <w:r>
        <w:rPr>
          <w:b/>
        </w:rPr>
        <w:t xml:space="preserve">[45:23] </w:t>
      </w:r>
      <w:r>
        <w:t>jab thay wahan par Makah mein, to wahan par Makah mein ijtimaat hua karte thay, kuch aswaaq ke</w:t>
      </w:r>
    </w:p>
    <w:p>
      <w:pPr>
        <w:jc w:val="right"/>
      </w:pPr>
      <w:r>
        <w:t>جب تھے وہاں پر مکہ میں، تو وہاں پر مکہ میں اجتماعت ہوا کرتے تھے، کچھ اسواق کے</w:t>
      </w:r>
    </w:p>
    <w:p>
      <w:r>
        <w:rPr>
          <w:b/>
        </w:rPr>
        <w:t xml:space="preserve">[45:31] </w:t>
      </w:r>
      <w:r>
        <w:t>naam par hotay thay, kuch Kaaba mein aate thay log ziyarat, ziyarat e Kaaba ke liye.</w:t>
      </w:r>
    </w:p>
    <w:p>
      <w:pPr>
        <w:jc w:val="right"/>
      </w:pPr>
      <w:r>
        <w:t>نام پر ہوتے تھے، کچھ کعبہ میں آتے تھے لوگ زیارت، زیارت کعبہ کے لیے۔</w:t>
      </w:r>
    </w:p>
    <w:p>
      <w:r>
        <w:rPr>
          <w:b/>
        </w:rPr>
        <w:t xml:space="preserve">[45:37] </w:t>
      </w:r>
      <w:r>
        <w:t>halankay woh but rakhe hue thay wahan par 360, to kaafi bari wahan par gathering hua karti thi.</w:t>
      </w:r>
    </w:p>
    <w:p>
      <w:pPr>
        <w:jc w:val="right"/>
      </w:pPr>
      <w:r>
        <w:t>حالانکہ وہ بت رکھے ہوئے تھے وہاں پر 360، تو کافی بڑی وہاں پر گیدرنگ ہوا کرتی تھی۔</w:t>
      </w:r>
    </w:p>
    <w:p>
      <w:r>
        <w:rPr>
          <w:b/>
        </w:rPr>
        <w:t xml:space="preserve">[45:45] </w:t>
      </w:r>
      <w:r>
        <w:t>is gathering ko Rasool Allah Sal Allahu Alaihi Wasallam ne istemal kiya apne audience ke liye, yaani Quran</w:t>
      </w:r>
    </w:p>
    <w:p>
      <w:pPr>
        <w:jc w:val="right"/>
      </w:pPr>
      <w:r>
        <w:t>اس گیدرنگ کو رسول اللہ صلی اللہ علیہ وسلم نے استعمال کیا اپنے آڈینس کے لیے، یعنی قرآن</w:t>
      </w:r>
    </w:p>
    <w:p>
      <w:r>
        <w:rPr>
          <w:b/>
        </w:rPr>
        <w:t xml:space="preserve">[45:52] </w:t>
      </w:r>
      <w:r>
        <w:t>ja kar sunaya karte the.</w:t>
      </w:r>
    </w:p>
    <w:p>
      <w:pPr>
        <w:jc w:val="right"/>
      </w:pPr>
      <w:r>
        <w:t>جا کر سنایا کرتے تھے۔</w:t>
      </w:r>
    </w:p>
    <w:p>
      <w:r>
        <w:rPr>
          <w:b/>
        </w:rPr>
        <w:t xml:space="preserve">[45:55] </w:t>
      </w:r>
      <w:r>
        <w:t>wo is waqt chuke printing press nahi tha, sirf memory mein quran hua karta tha, aap print printd</w:t>
      </w:r>
    </w:p>
    <w:p>
      <w:pPr>
        <w:jc w:val="right"/>
      </w:pPr>
      <w:r>
        <w:t>وہ اس وقت چونکہ پرنٹنگ پریس نہیں تھا، صرف میموری میں قرآن ہوا کرتا تھا، آپ پرنٹ پرنٹڈ</w:t>
      </w:r>
    </w:p>
    <w:p>
      <w:r>
        <w:rPr>
          <w:b/>
        </w:rPr>
        <w:t xml:space="preserve">[46:02] </w:t>
      </w:r>
      <w:r>
        <w:t>form mein aap nahi de sakte the quran ko, to aap jate the, sunate the, jate the, sunate</w:t>
      </w:r>
    </w:p>
    <w:p>
      <w:pPr>
        <w:jc w:val="right"/>
      </w:pPr>
      <w:r>
        <w:t>فارم میں آپ نہیں دے سکتے تھے قرآن کو، تو آپ جاتے تھے، سناتے تھے، جاتے تھے، سناتے</w:t>
      </w:r>
    </w:p>
    <w:p>
      <w:r>
        <w:rPr>
          <w:b/>
        </w:rPr>
        <w:t xml:space="preserve">[46:10] </w:t>
      </w:r>
      <w:r>
        <w:t>the wahan par.</w:t>
      </w:r>
    </w:p>
    <w:p>
      <w:pPr>
        <w:jc w:val="right"/>
      </w:pPr>
      <w:r>
        <w:t>تھے وہاں پر۔</w:t>
      </w:r>
    </w:p>
    <w:p>
      <w:r>
        <w:rPr>
          <w:b/>
        </w:rPr>
        <w:t xml:space="preserve">[46:12] </w:t>
      </w:r>
      <w:r>
        <w:t>is gathering ko istemal kiya rasool Allah salallaho alaihe wasallam ne quran ko phailane ke liye, yani</w:t>
      </w:r>
    </w:p>
    <w:p>
      <w:pPr>
        <w:jc w:val="right"/>
      </w:pPr>
      <w:r>
        <w:t>اس گیدرنگ کو استعمال کیا رسول اللہ صلی اللہ علیہ وسلم نے قرآن کو پھیلانے کے لیے، یعنی</w:t>
      </w:r>
    </w:p>
    <w:p>
      <w:r>
        <w:rPr>
          <w:b/>
        </w:rPr>
        <w:t xml:space="preserve">[46:19] </w:t>
      </w:r>
      <w:r>
        <w:t>gathering hui thi buton ke naam par ya aswaq ke naam par, lekin aap master station, aap rasool</w:t>
      </w:r>
    </w:p>
    <w:p>
      <w:pPr>
        <w:jc w:val="right"/>
      </w:pPr>
      <w:r>
        <w:t>گیدرنگ ہوئی تھی بتوں کے نام پر یا اسواق کے نام پر، لیکن آپ ماسٹر سٹیشن، آپ رسول</w:t>
      </w:r>
    </w:p>
    <w:p>
      <w:r>
        <w:rPr>
          <w:b/>
        </w:rPr>
        <w:t xml:space="preserve">[46:27] </w:t>
      </w:r>
      <w:r>
        <w:t>Allah salallaho alaihe wasallam ban gae.</w:t>
      </w:r>
    </w:p>
    <w:p>
      <w:pPr>
        <w:jc w:val="right"/>
      </w:pPr>
      <w:r>
        <w:t>اللہ صلی اللہ علیہ وسلم بن گئے۔</w:t>
      </w:r>
    </w:p>
    <w:p>
      <w:r>
        <w:rPr>
          <w:b/>
        </w:rPr>
        <w:t xml:space="preserve">[46:30] </w:t>
      </w:r>
      <w:r>
        <w:t>wahan par sab se zyada is ko avail kiya, is mauqe ko aap ne, is opportunity ko sab</w:t>
      </w:r>
    </w:p>
    <w:p>
      <w:pPr>
        <w:jc w:val="right"/>
      </w:pPr>
      <w:r>
        <w:t>وہاں پر سب سے زیادہ اس کو اویل کیا، اس موقع کو آپ نے، اس اپرچونیٹی کو سب</w:t>
      </w:r>
    </w:p>
    <w:p>
      <w:r>
        <w:rPr>
          <w:b/>
        </w:rPr>
        <w:t xml:space="preserve">[46:38] </w:t>
      </w:r>
      <w:r>
        <w:t>se avail kiya rasool Allah salallaho alaihe wasallam ne.</w:t>
      </w:r>
    </w:p>
    <w:p>
      <w:pPr>
        <w:jc w:val="right"/>
      </w:pPr>
      <w:r>
        <w:t>سے اویل کیا رسول اللہ صلی اللہ علیہ وسلم نے۔</w:t>
      </w:r>
    </w:p>
    <w:p>
      <w:r>
        <w:rPr>
          <w:b/>
        </w:rPr>
        <w:t xml:space="preserve">[46:42] </w:t>
      </w:r>
      <w:r>
        <w:t>Khuda ke fazl se hamari team ne yahi kiya tel aviv mein ke 40 mulkon ke log ekatha</w:t>
      </w:r>
    </w:p>
    <w:p>
      <w:pPr>
        <w:jc w:val="right"/>
      </w:pPr>
      <w:r>
        <w:t>خدا کے فضل سے ہماری ٹیم نے یہی کیا تل ابیب میں کہ 40 ملکوں کے لوگ اکٹھا</w:t>
      </w:r>
    </w:p>
    <w:p>
      <w:r>
        <w:rPr>
          <w:b/>
        </w:rPr>
        <w:t xml:space="preserve">[46:50] </w:t>
      </w:r>
      <w:r>
        <w:t>hue, is mein kafi falastini bhi the, kafi badi tadad mein, aur mukhtalif countries ke log the.</w:t>
      </w:r>
    </w:p>
    <w:p>
      <w:pPr>
        <w:jc w:val="right"/>
      </w:pPr>
      <w:r>
        <w:t>ہوئے، اس میں کافی فلسطینی بھی تھے، کافی بڑی تعداد میں، اور مختلف کنٹریز کے لوگ تھے۔</w:t>
      </w:r>
    </w:p>
    <w:p>
      <w:r>
        <w:rPr>
          <w:b/>
        </w:rPr>
        <w:t xml:space="preserve">[46:57] </w:t>
      </w:r>
      <w:r>
        <w:t>to aaye the doosre maqsad ke liye, zahir hai, is opportunity ko avail kiya hamari team ne, khoob</w:t>
      </w:r>
    </w:p>
    <w:p>
      <w:pPr>
        <w:jc w:val="right"/>
      </w:pPr>
      <w:r>
        <w:t>تو آئے تھے دوسرے مقصد کے لیے، ظاہر ہے، اس اپرچونیٹی کو اویل کیا ہماری ٹیم نے، خوب</w:t>
      </w:r>
    </w:p>
    <w:p>
      <w:r>
        <w:rPr>
          <w:b/>
        </w:rPr>
        <w:t xml:space="preserve">[47:05] </w:t>
      </w:r>
      <w:r>
        <w:t>khoob literature phailaya aur quran majeed ka tarjuma phailaya, logon ko discussion kiya, interaction kiya, logon se baatein</w:t>
      </w:r>
    </w:p>
    <w:p>
      <w:pPr>
        <w:jc w:val="right"/>
      </w:pPr>
      <w:r>
        <w:t>خوب لٹریچر پھیلایا اور قرآن مجید کا ترجمہ پھیلایا، لوگوں کو ڈسکشن کیا، انٹریکشن کیا، لوگوں سے باتیں</w:t>
      </w:r>
    </w:p>
    <w:p>
      <w:r>
        <w:rPr>
          <w:b/>
        </w:rPr>
        <w:t xml:space="preserve">[47:12] </w:t>
      </w:r>
      <w:r>
        <w:t>keen.</w:t>
      </w:r>
    </w:p>
    <w:p>
      <w:pPr>
        <w:jc w:val="right"/>
      </w:pPr>
      <w:r>
        <w:t>کیں۔</w:t>
      </w:r>
    </w:p>
    <w:p>
      <w:r>
        <w:rPr>
          <w:b/>
        </w:rPr>
        <w:t xml:space="preserve">[47:14] </w:t>
      </w:r>
      <w:r>
        <w:t>to ek itne bade bade mauqe ko hum, yani avail nahi kar paate, kyun? Nafratein hain, nafratein hain,</w:t>
      </w:r>
    </w:p>
    <w:p>
      <w:pPr>
        <w:jc w:val="right"/>
      </w:pPr>
      <w:r>
        <w:t>تو ایک اتنے بڑے بڑے مواقع کو ہم، یعنی اویل نہیں کر پاتے، کیوں؟ نفرتیں ہیں، نفرتیں ہیں،</w:t>
      </w:r>
    </w:p>
    <w:p>
      <w:r>
        <w:rPr>
          <w:b/>
        </w:rPr>
        <w:t xml:space="preserve">[47:22] </w:t>
      </w:r>
      <w:r>
        <w:t>nafratein hain.</w:t>
      </w:r>
    </w:p>
    <w:p>
      <w:pPr>
        <w:jc w:val="right"/>
      </w:pPr>
      <w:r>
        <w:t>نفرتیں ہیں۔</w:t>
      </w:r>
    </w:p>
    <w:p>
      <w:r>
        <w:rPr>
          <w:b/>
        </w:rPr>
        <w:t xml:space="preserve">[47:23] </w:t>
      </w:r>
      <w:r>
        <w:t>rasool Allah salallaho alaihe wasallam agar nafrat karte, wahan jo kaba ko butkhana bana diya tha</w:t>
      </w:r>
    </w:p>
    <w:p>
      <w:pPr>
        <w:jc w:val="right"/>
      </w:pPr>
      <w:r>
        <w:t>رسول اللہ صلی اللہ علیہ وسلم اگر نفرت کرتے، وہاں جو کعبہ کو بت خانہ بنا دیا تھا</w:t>
      </w:r>
    </w:p>
    <w:p>
      <w:r>
        <w:rPr>
          <w:b/>
        </w:rPr>
        <w:t xml:space="preserve">[47:31] </w:t>
      </w:r>
      <w:r>
        <w:t>un logon ne, use nafrat karte, to is opportunity kaise avail karte? Wo mujhe bataiye.</w:t>
      </w:r>
    </w:p>
    <w:p>
      <w:pPr>
        <w:jc w:val="right"/>
      </w:pPr>
      <w:r>
        <w:t>ان لوگوں نے، اسے نفرت کرتے، تو اس اپرچونیٹی کیسے اویل کرتے؟ وہ مجھے بتائیے۔</w:t>
      </w:r>
    </w:p>
    <w:p>
      <w:r>
        <w:rPr>
          <w:b/>
        </w:rPr>
        <w:t xml:space="preserve">[47:37] </w:t>
      </w:r>
      <w:r>
        <w:t>rasool Allah agar nafrat karte ke haan, to 360 but hain, kitna bura kaam kar rahe hain, ye</w:t>
      </w:r>
    </w:p>
    <w:p>
      <w:pPr>
        <w:jc w:val="right"/>
      </w:pPr>
      <w:r>
        <w:t>رسول اللہ اگر نفرت کرتے کہ ہاں، تو 360 بت ہیں، کتنا برا کام کر رہے ہیں، یہ</w:t>
      </w:r>
    </w:p>
    <w:p>
      <w:r>
        <w:rPr>
          <w:b/>
        </w:rPr>
        <w:t xml:space="preserve">[47:45] </w:t>
      </w:r>
      <w:r>
        <w:t>log qabil nafrat hain, ye log in ke laanat, in ki duaen karte hain, in ko jaise aaj</w:t>
      </w:r>
    </w:p>
    <w:p>
      <w:pPr>
        <w:jc w:val="right"/>
      </w:pPr>
      <w:r>
        <w:t>لوگ قابل نفرت ہیں، یہ لوگ ان کے لعنت، ان کی دعائیں کرتے ہیں، ان کو جیسے آج</w:t>
      </w:r>
    </w:p>
    <w:p>
      <w:r>
        <w:rPr>
          <w:b/>
        </w:rPr>
        <w:t xml:space="preserve">[47:53] </w:t>
      </w:r>
      <w:r>
        <w:t>kal hota hai hamare haan masjidon mein, hum laanti laanat ki duaen karte hain masjidon mein.</w:t>
      </w:r>
    </w:p>
    <w:p>
      <w:pPr>
        <w:jc w:val="right"/>
      </w:pPr>
      <w:r>
        <w:t>کل ہوتا ہے ہمارے ہاں مسجدوں میں، ہم لعنتی لعنت کی دعائیں کرتے ہیں مسجدوں میں۔</w:t>
      </w:r>
    </w:p>
    <w:p>
      <w:r>
        <w:rPr>
          <w:b/>
        </w:rPr>
        <w:t xml:space="preserve">[48:00] </w:t>
      </w:r>
      <w:r>
        <w:t>to rasool Allah kahin baith kar duaen karte hain laanat, laanat ki.</w:t>
      </w:r>
    </w:p>
    <w:p>
      <w:pPr>
        <w:jc w:val="right"/>
      </w:pPr>
      <w:r>
        <w:t>تو رسول اللہ کہیں بیٹھ کر دعائیں کرتے ہیں لعنت، لعنت کی۔</w:t>
      </w:r>
    </w:p>
    <w:p>
      <w:r>
        <w:rPr>
          <w:b/>
        </w:rPr>
        <w:t xml:space="preserve">[48:05] </w:t>
      </w:r>
      <w:r>
        <w:t>rasool Allah khud wahan jate the, khud wahan, khud wahan jate the.</w:t>
      </w:r>
    </w:p>
    <w:p>
      <w:pPr>
        <w:jc w:val="right"/>
      </w:pPr>
      <w:r>
        <w:t>رسول اللہ خود وہاں جاتے تھے، خود وہاں، خود وہاں جاتے تھے۔</w:t>
      </w:r>
    </w:p>
    <w:p>
      <w:r>
        <w:rPr>
          <w:b/>
        </w:rPr>
        <w:t xml:space="preserve">[48:10] </w:t>
      </w:r>
      <w:r>
        <w:t>wo, wo, wo is ko alag kar diya aap ne jo buton ka masla hai.</w:t>
      </w:r>
    </w:p>
    <w:p>
      <w:pPr>
        <w:jc w:val="right"/>
      </w:pPr>
      <w:r>
        <w:t>وہ، وہ، وہ اس کو الگ کر دیا آپ نے جو بتوں کا مسئلہ ہے۔</w:t>
      </w:r>
    </w:p>
    <w:p>
      <w:r>
        <w:rPr>
          <w:b/>
        </w:rPr>
        <w:t xml:space="preserve">[48:16] </w:t>
      </w:r>
      <w:r>
        <w:t>is ko kehte hain delinking policy.</w:t>
      </w:r>
    </w:p>
    <w:p>
      <w:pPr>
        <w:jc w:val="right"/>
      </w:pPr>
      <w:r>
        <w:t>اس کو کہتے ہیں ڈی لنکنگ پالیسی۔</w:t>
      </w:r>
    </w:p>
    <w:p>
      <w:r>
        <w:rPr>
          <w:b/>
        </w:rPr>
        <w:t xml:space="preserve">[48:19] </w:t>
      </w:r>
      <w:r>
        <w:t>is ko main kahoon ga yeh d-linking policy aik hai, woh problem yahan par 360 bat hain.</w:t>
      </w:r>
    </w:p>
    <w:p>
      <w:pPr>
        <w:jc w:val="right"/>
      </w:pPr>
      <w:r>
        <w:t>اس کو میں کہوں گا یہ ڈی لنکنگ پالیسی ایک ہے، وہ پرابلم یہاں پر 360 بت ہیں۔</w:t>
      </w:r>
    </w:p>
    <w:p>
      <w:r>
        <w:rPr>
          <w:b/>
        </w:rPr>
        <w:t xml:space="preserve">[48:27] </w:t>
      </w:r>
      <w:r>
        <w:t>dosra yeh hai ke opportunity hai, insan ikatthe hain yahan par ho gaye hain, to aap ne dono</w:t>
      </w:r>
    </w:p>
    <w:p>
      <w:pPr>
        <w:jc w:val="right"/>
      </w:pPr>
      <w:r>
        <w:t>دوسرا یہ ہے کہ اپرچونیٹی ہے، انسان اکٹھے ہیں یہاں پر ہو گئے ہیں، تو آپ نے دونوں</w:t>
      </w:r>
    </w:p>
    <w:p>
      <w:r>
        <w:rPr>
          <w:b/>
        </w:rPr>
        <w:t xml:space="preserve">[48:35] </w:t>
      </w:r>
      <w:r>
        <w:t>ko d-link kiya.</w:t>
      </w:r>
    </w:p>
    <w:p>
      <w:pPr>
        <w:jc w:val="right"/>
      </w:pPr>
      <w:r>
        <w:t>کو ڈی لنک کیا۔</w:t>
      </w:r>
    </w:p>
    <w:p>
      <w:r>
        <w:rPr>
          <w:b/>
        </w:rPr>
        <w:t xml:space="preserve">[48:36] </w:t>
      </w:r>
      <w:r>
        <w:t>it was a d-linking policy aur 13 saal tak aap is is d-linking policy ko chalate</w:t>
      </w:r>
    </w:p>
    <w:p>
      <w:pPr>
        <w:jc w:val="right"/>
      </w:pPr>
      <w:r>
        <w:t>اٹ واز ا ڈی لنکنگ پالیسی اور 13 سال تک آپ اس اس ڈی لنکنگ پالیسی کو چلاتے</w:t>
      </w:r>
    </w:p>
    <w:p>
      <w:r>
        <w:rPr>
          <w:b/>
        </w:rPr>
        <w:t xml:space="preserve">[48:44] </w:t>
      </w:r>
      <w:r>
        <w:t>rahe.</w:t>
      </w:r>
    </w:p>
    <w:p>
      <w:pPr>
        <w:jc w:val="right"/>
      </w:pPr>
      <w:r>
        <w:t>رہے۔</w:t>
      </w:r>
    </w:p>
    <w:p>
      <w:r>
        <w:rPr>
          <w:b/>
        </w:rPr>
        <w:t xml:space="preserve">[48:46] </w:t>
      </w:r>
      <w:r>
        <w:t>wahan par log jama hotay thay beton ke naam par, rasool Allah sal Allah alayh wasallam istemal karte</w:t>
      </w:r>
    </w:p>
    <w:p>
      <w:pPr>
        <w:jc w:val="right"/>
      </w:pPr>
      <w:r>
        <w:t>وہاں پر لوگ جمع ہوتے تھے بتوں کے نام پر، رسول اللہ صلی اللہ علیہ وسلم استعمال کرتے</w:t>
      </w:r>
    </w:p>
    <w:p>
      <w:r>
        <w:rPr>
          <w:b/>
        </w:rPr>
        <w:t xml:space="preserve">[48:53] </w:t>
      </w:r>
      <w:r>
        <w:t>the is ko daawa opportunity ke tor par.</w:t>
      </w:r>
    </w:p>
    <w:p>
      <w:pPr>
        <w:jc w:val="right"/>
      </w:pPr>
      <w:r>
        <w:t>تھے اس کو دعویٰ اپرچونیٹی کے طور پر۔</w:t>
      </w:r>
    </w:p>
    <w:p>
      <w:r>
        <w:rPr>
          <w:b/>
        </w:rPr>
        <w:t xml:space="preserve">[48:57] </w:t>
      </w:r>
      <w:r>
        <w:t>aise hi hamare sathiyon ne wahan kiya.</w:t>
      </w:r>
    </w:p>
    <w:p>
      <w:pPr>
        <w:jc w:val="right"/>
      </w:pPr>
      <w:r>
        <w:t>ایسے ہی ہمارے ساتھیوں نے وہاں کیا۔</w:t>
      </w:r>
    </w:p>
    <w:p>
      <w:r>
        <w:rPr>
          <w:b/>
        </w:rPr>
        <w:t xml:space="preserve">[49:00] </w:t>
      </w:r>
      <w:r>
        <w:t>khuda ke fazal se yahin se jaise hum log airport, dilli airport pohanchay, tabhi se yeh daawa work</w:t>
      </w:r>
    </w:p>
    <w:p>
      <w:pPr>
        <w:jc w:val="right"/>
      </w:pPr>
      <w:r>
        <w:t>خدا کے فضل سے یہیں سے جیسے ہم لوگ ایئرپورٹ، دلی ایئرپورٹ پہنچے، تبھی سے یہ دعویٰ ورک</w:t>
      </w:r>
    </w:p>
    <w:p>
      <w:r>
        <w:rPr>
          <w:b/>
        </w:rPr>
        <w:t xml:space="preserve">[49:07] </w:t>
      </w:r>
      <w:r>
        <w:t>shuru ho gaya.</w:t>
      </w:r>
    </w:p>
    <w:p>
      <w:pPr>
        <w:jc w:val="right"/>
      </w:pPr>
      <w:r>
        <w:t>شروع ہو گیا۔</w:t>
      </w:r>
    </w:p>
    <w:p>
      <w:r>
        <w:rPr>
          <w:b/>
        </w:rPr>
        <w:t xml:space="preserve">[49:09] </w:t>
      </w:r>
      <w:r>
        <w:t>yeh airport pe jo log thay, un ko kitabein dete thay, brochure dete thay.</w:t>
      </w:r>
    </w:p>
    <w:p>
      <w:pPr>
        <w:jc w:val="right"/>
      </w:pPr>
      <w:r>
        <w:t>یہ ایئرپورٹ پہ جو لوگ تھے، ان کو کتابیں دیتے تھے، بروشر دیتے تھے۔</w:t>
      </w:r>
    </w:p>
    <w:p>
      <w:r>
        <w:rPr>
          <w:b/>
        </w:rPr>
        <w:t xml:space="preserve">[49:15] </w:t>
      </w:r>
      <w:r>
        <w:t>phir jahaz ke andar kya, Zurich mein jab log utre, wahan par kya, Jerusalem mein aur Tel Aviv</w:t>
      </w:r>
    </w:p>
    <w:p>
      <w:pPr>
        <w:jc w:val="right"/>
      </w:pPr>
      <w:r>
        <w:t>پھر جہاز کے اندر کیا، زیورک میں جب لوگ اترے، وہاں پر کیا، یروشلم میں اور تل ابیب</w:t>
      </w:r>
    </w:p>
    <w:p>
      <w:r>
        <w:rPr>
          <w:b/>
        </w:rPr>
        <w:t xml:space="preserve">[49:23] </w:t>
      </w:r>
      <w:r>
        <w:t>mein, har jagah daawa work, daawa work, daawa work.</w:t>
      </w:r>
    </w:p>
    <w:p>
      <w:pPr>
        <w:jc w:val="right"/>
      </w:pPr>
      <w:r>
        <w:t>میں، ہر جگہ دعویٰ ورک، دعویٰ ورک، دعویٰ ورک۔</w:t>
      </w:r>
    </w:p>
    <w:p>
      <w:r>
        <w:rPr>
          <w:b/>
        </w:rPr>
        <w:t xml:space="preserve">[49:27] </w:t>
      </w:r>
      <w:r>
        <w:t>so it was a universal daawa opportunity, aik universal daawa opportunity thi.</w:t>
      </w:r>
    </w:p>
    <w:p>
      <w:pPr>
        <w:jc w:val="right"/>
      </w:pPr>
      <w:r>
        <w:t>سو اٹ واز ا یونیورسل دعویٰ اپرچونیٹی، ایک یونیورسل دعویٰ اپرچونیٹی تھی۔</w:t>
      </w:r>
    </w:p>
    <w:p>
      <w:r>
        <w:rPr>
          <w:b/>
        </w:rPr>
        <w:t xml:space="preserve">[49:32] </w:t>
      </w:r>
      <w:r>
        <w:t>is ko hum log taqreeban aik haftay tak istemal karte rahe.</w:t>
      </w:r>
    </w:p>
    <w:p>
      <w:pPr>
        <w:jc w:val="right"/>
      </w:pPr>
      <w:r>
        <w:t>اس کو ہم لوگ تقریباً ایک ہفتے تک استعمال کرتے رہے۔</w:t>
      </w:r>
    </w:p>
    <w:p>
      <w:r>
        <w:rPr>
          <w:b/>
        </w:rPr>
        <w:t xml:space="preserve">[49:36] </w:t>
      </w:r>
      <w:r>
        <w:t>yeh hai positive thinking ka miracle, positive thinking ka miracle.</w:t>
      </w:r>
    </w:p>
    <w:p>
      <w:pPr>
        <w:jc w:val="right"/>
      </w:pPr>
      <w:r>
        <w:t>یہ ہے پازیٹیو تھنکنگ کا میریکل، پازیٹیو تھنکنگ کا میریکل۔</w:t>
      </w:r>
    </w:p>
    <w:p>
      <w:r>
        <w:rPr>
          <w:b/>
        </w:rPr>
        <w:t xml:space="preserve">[49:41] </w:t>
      </w:r>
      <w:r>
        <w:t>jo log negative thinking mein jeete hon, un ko aap woh opportunity blind ban jatay hain.</w:t>
      </w:r>
    </w:p>
    <w:p>
      <w:pPr>
        <w:jc w:val="right"/>
      </w:pPr>
      <w:r>
        <w:t>جو لوگ نیگیٹیو تھنکنگ میں جیتے ہوں، ان کو آپ وہ اپرچونیٹی بلائنڈ بن جاتے ہیں۔</w:t>
      </w:r>
    </w:p>
    <w:p>
      <w:r>
        <w:rPr>
          <w:b/>
        </w:rPr>
        <w:t xml:space="preserve">[49:48] </w:t>
      </w:r>
      <w:r>
        <w:t>yaad rakhiye, negative thinking ka sab se bara nuqsan kya hai? positive woh opportunity blind ban jana.</w:t>
      </w:r>
    </w:p>
    <w:p>
      <w:pPr>
        <w:jc w:val="right"/>
      </w:pPr>
      <w:r>
        <w:t>یاد رکھیے، نیگیٹیو تھنکنگ کا سب سے بڑا نقصان کیا ہے؟ پازیٹیو وہ اپرچونیٹی بلائنڈ بن جانا۔</w:t>
      </w:r>
    </w:p>
    <w:p>
      <w:r>
        <w:rPr>
          <w:b/>
        </w:rPr>
        <w:t xml:space="preserve">[49:55] </w:t>
      </w:r>
      <w:r>
        <w:t>sab se bara loss, sab se bara nuqsan negative thinking ka yeh hai ke aap ban jatay hain</w:t>
      </w:r>
    </w:p>
    <w:p>
      <w:pPr>
        <w:jc w:val="right"/>
      </w:pPr>
      <w:r>
        <w:t>سب سے بڑا لاس، سب سے بڑا نقصان نیگیٹیو تھنکنگ کا یہ ہے کہ آپ بن جاتے ہیں</w:t>
      </w:r>
    </w:p>
    <w:p>
      <w:r>
        <w:rPr>
          <w:b/>
        </w:rPr>
        <w:t xml:space="preserve">[50:03] </w:t>
      </w:r>
      <w:r>
        <w:t>daawa blind, opportunity blind.</w:t>
      </w:r>
    </w:p>
    <w:p>
      <w:pPr>
        <w:jc w:val="right"/>
      </w:pPr>
      <w:r>
        <w:t>دعویٰ بلائنڈ، اپرچونیٹی بلائنڈ۔</w:t>
      </w:r>
    </w:p>
    <w:p>
      <w:r>
        <w:rPr>
          <w:b/>
        </w:rPr>
        <w:t xml:space="preserve">[50:04] </w:t>
      </w:r>
      <w:r>
        <w:t>mawaqe hotay hain, lekin aap is ko avail nahi kar paate.</w:t>
      </w:r>
    </w:p>
    <w:p>
      <w:pPr>
        <w:jc w:val="right"/>
      </w:pPr>
      <w:r>
        <w:t>مواقع ہوتے ہیں، لیکن آپ اس کو اویل نہیں کر پاتے۔</w:t>
      </w:r>
    </w:p>
    <w:p>
      <w:r>
        <w:rPr>
          <w:b/>
        </w:rPr>
        <w:t xml:space="preserve">[50:09] </w:t>
      </w:r>
      <w:r>
        <w:t>aap mawaqe hotay hain, aap is ko avail nahi kar paate.</w:t>
      </w:r>
    </w:p>
    <w:p>
      <w:pPr>
        <w:jc w:val="right"/>
      </w:pPr>
      <w:r>
        <w:t>آپ مواقع ہوتے ہیں، آپ اس کو اویل نہیں کر پاتے۔</w:t>
      </w:r>
    </w:p>
    <w:p>
      <w:r>
        <w:rPr>
          <w:b/>
        </w:rPr>
        <w:t xml:space="preserve">[50:14] </w:t>
      </w:r>
      <w:r>
        <w:t>pata hai, is se bara koi loss ho sakta hai? is se bara koi nuqsan ho sakta hai?</w:t>
      </w:r>
    </w:p>
    <w:p>
      <w:pPr>
        <w:jc w:val="right"/>
      </w:pPr>
      <w:r>
        <w:t>پتہ ہے، اس سے بڑا کوئی لاس ہو سکتا ہے؟ اس سے بڑا کوئی نقصان ہو سکتا ہے؟</w:t>
      </w:r>
    </w:p>
    <w:p>
      <w:r>
        <w:rPr>
          <w:b/>
        </w:rPr>
        <w:t xml:space="preserve">[50:21] </w:t>
      </w:r>
      <w:r>
        <w:t>ab main aik aur baat arz karna chahta hoon ke jis ke baray mein aam log bohat hi</w:t>
      </w:r>
    </w:p>
    <w:p>
      <w:pPr>
        <w:jc w:val="right"/>
      </w:pPr>
      <w:r>
        <w:t>اب میں ایک اور بات عرض کرنا چاہتا ہوں کہ جس کے بارے میں عام لوگ بہت ہی</w:t>
      </w:r>
    </w:p>
    <w:p>
      <w:r>
        <w:rPr>
          <w:b/>
        </w:rPr>
        <w:t xml:space="preserve">[50:29] </w:t>
      </w:r>
      <w:r>
        <w:t>confusion mein hain.</w:t>
      </w:r>
    </w:p>
    <w:p>
      <w:pPr>
        <w:jc w:val="right"/>
      </w:pPr>
      <w:r>
        <w:t>کنفیوژن میں ہیں۔</w:t>
      </w:r>
    </w:p>
    <w:p>
      <w:r>
        <w:rPr>
          <w:b/>
        </w:rPr>
        <w:t xml:space="preserve">[50:31] </w:t>
      </w:r>
      <w:r>
        <w:t>quran majeed mein hai ke subhan allazi, subhan allazi, israa biabdi, ya'lam Aqsa alharam, Aqsa alaqsa, allazi barakna</w:t>
      </w:r>
    </w:p>
    <w:p>
      <w:pPr>
        <w:jc w:val="right"/>
      </w:pPr>
      <w:r>
        <w:t>قرآن مجید میں ہے کہ سبحان الذی، سبحان الذی، اسراء بعبدی، یعلم Aqsa الحرام، Aqsa الاقصیٰ، الذی بارکنا</w:t>
      </w:r>
    </w:p>
    <w:p>
      <w:r>
        <w:rPr>
          <w:b/>
        </w:rPr>
        <w:t xml:space="preserve">[50:38] </w:t>
      </w:r>
      <w:r>
        <w:t>hawalah.</w:t>
      </w:r>
    </w:p>
    <w:p>
      <w:pPr>
        <w:jc w:val="right"/>
      </w:pPr>
      <w:r>
        <w:t>حولہ۔</w:t>
      </w:r>
    </w:p>
    <w:p>
      <w:r>
        <w:rPr>
          <w:b/>
        </w:rPr>
        <w:t xml:space="preserve">[50:40] </w:t>
      </w:r>
      <w:r>
        <w:t>Aqsa Mosque ke mahol ko Allah taala ne babarkat bana diya hai.</w:t>
      </w:r>
    </w:p>
    <w:p>
      <w:pPr>
        <w:jc w:val="right"/>
      </w:pPr>
      <w:r>
        <w:t>Aqsa Mosque کے ماحول کو اللہ تعالیٰ نے بابرکت بنا دیا ہے۔</w:t>
      </w:r>
    </w:p>
    <w:p>
      <w:r>
        <w:rPr>
          <w:b/>
        </w:rPr>
        <w:t xml:space="preserve">[50:45] </w:t>
      </w:r>
      <w:r>
        <w:t>yeh is aayat mein bataya gaya hai, yaani soorah israa mein ke Allah le gaya apne bande ko</w:t>
      </w:r>
    </w:p>
    <w:p>
      <w:pPr>
        <w:jc w:val="right"/>
      </w:pPr>
      <w:r>
        <w:t>یہ اس آیت میں بتایا گیا ہے، یعنی سورہ اسراء میں کہ اللہ لے گیا اپنے بندے کو</w:t>
      </w:r>
    </w:p>
    <w:p>
      <w:r>
        <w:rPr>
          <w:b/>
        </w:rPr>
        <w:t xml:space="preserve">[50:53] </w:t>
      </w:r>
      <w:r>
        <w:t>Aqsa haram se Aqsa Mosque tak, jis ke mahol ko hum ne barkat di hai, babarkat banaya hai.</w:t>
      </w:r>
    </w:p>
    <w:p>
      <w:pPr>
        <w:jc w:val="right"/>
      </w:pPr>
      <w:r>
        <w:t>Aqsa حرام سے Aqsa Mosque تک، جس کے ماحول کو ہم نے برکت دی ہے، بابرکت بنایا ہے۔</w:t>
      </w:r>
    </w:p>
    <w:p>
      <w:r>
        <w:rPr>
          <w:b/>
        </w:rPr>
        <w:t xml:space="preserve">[51:00] </w:t>
      </w:r>
      <w:r>
        <w:t>is ka matlab kya hai? yaani babarkat hone ka matlab kya hai? koi log samajhte hain ke wahan</w:t>
      </w:r>
    </w:p>
    <w:p>
      <w:pPr>
        <w:jc w:val="right"/>
      </w:pPr>
      <w:r>
        <w:t>اس کا مطلب کیا ہے؟ یعنی بابرکت ہونے کا مطلب کیا ہے؟ کوئی لوگ سمجھتے ہیں کہ وہاں</w:t>
      </w:r>
    </w:p>
    <w:p>
      <w:r>
        <w:rPr>
          <w:b/>
        </w:rPr>
        <w:t xml:space="preserve">[51:08] </w:t>
      </w:r>
      <w:r>
        <w:t>zaitoon hai aur anjeer hain aur phal hain.</w:t>
      </w:r>
    </w:p>
    <w:p>
      <w:pPr>
        <w:jc w:val="right"/>
      </w:pPr>
      <w:r>
        <w:t>زیتون ہے اور انجیر ہے اور پھل ہیں۔</w:t>
      </w:r>
    </w:p>
    <w:p>
      <w:r>
        <w:rPr>
          <w:b/>
        </w:rPr>
        <w:t xml:space="preserve">[51:12] </w:t>
      </w:r>
      <w:r>
        <w:t>yeh toh Khuda ki tasgheer hai, yeh toh Khuda ki tasgheer hai.</w:t>
      </w:r>
    </w:p>
    <w:p>
      <w:pPr>
        <w:jc w:val="right"/>
      </w:pPr>
      <w:r>
        <w:t>یہ تو خدا کی تصغیر ہے، یہ تو خدا کی تصغیر ہے۔</w:t>
      </w:r>
    </w:p>
    <w:p>
      <w:r>
        <w:rPr>
          <w:b/>
        </w:rPr>
        <w:t xml:space="preserve">[51:17] </w:t>
      </w:r>
      <w:r>
        <w:t>yeh matlab nahi hai is ka.</w:t>
      </w:r>
    </w:p>
    <w:p>
      <w:pPr>
        <w:jc w:val="right"/>
      </w:pPr>
      <w:r>
        <w:t>یہ مطلب نہیں ہے اس کا۔</w:t>
      </w:r>
    </w:p>
    <w:p>
      <w:r>
        <w:rPr>
          <w:b/>
        </w:rPr>
        <w:t xml:space="preserve">[51:19] </w:t>
      </w:r>
      <w:r>
        <w:t>dekhiye, is ka matlab yeh hai ke is mahol ko, is ilaqe ko, is area ko, is maqam</w:t>
      </w:r>
    </w:p>
    <w:p>
      <w:pPr>
        <w:jc w:val="right"/>
      </w:pPr>
      <w:r>
        <w:t>دیکھیے، اس کا مطلب یہ ہے کہ اس ماحول کو، اس علاقے کو، اس ایریا کو، اس مقام</w:t>
      </w:r>
    </w:p>
    <w:p>
      <w:r>
        <w:rPr>
          <w:b/>
        </w:rPr>
        <w:t xml:space="preserve">[51:27] </w:t>
      </w:r>
      <w:r>
        <w:t>ko Khuda ne bohat se historical waqeaat ke liye point of reference bana diya hai.</w:t>
      </w:r>
    </w:p>
    <w:p>
      <w:pPr>
        <w:jc w:val="right"/>
      </w:pPr>
      <w:r>
        <w:t>کو خدا نے بہت سے ہسٹوریکل واقعات کے لیے پوائنٹ آف ریفرنس بنا دیا ہے۔</w:t>
      </w:r>
    </w:p>
    <w:p>
      <w:r>
        <w:rPr>
          <w:b/>
        </w:rPr>
        <w:t xml:space="preserve">[51:33] </w:t>
      </w:r>
      <w:r>
        <w:t>is ka matlab yeh hai kyunke paighambar bohat se aaye wahan par.</w:t>
      </w:r>
    </w:p>
    <w:p>
      <w:pPr>
        <w:jc w:val="right"/>
      </w:pPr>
      <w:r>
        <w:t>اس کا مطلب یہ ہے کیونکہ پیغمبر بہت سے آئے وہاں پر۔</w:t>
      </w:r>
    </w:p>
    <w:p>
      <w:r>
        <w:rPr>
          <w:b/>
        </w:rPr>
        <w:t xml:space="preserve">[51:39] </w:t>
      </w:r>
      <w:r>
        <w:t>aap jante hain ke Rasool Allah aaye Bani Ismail mein, lekin aur saare nabi toh Bani Israel hi</w:t>
      </w:r>
    </w:p>
    <w:p>
      <w:pPr>
        <w:jc w:val="right"/>
      </w:pPr>
      <w:r>
        <w:t>آپ جانتے ہیں کہ رسول اللہ آئے بنو اسماعیل میں، لیکن اور سارے نبی تو بنی اسرائیل ہی</w:t>
      </w:r>
    </w:p>
    <w:p>
      <w:r>
        <w:rPr>
          <w:b/>
        </w:rPr>
        <w:t xml:space="preserve">[51:46] </w:t>
      </w:r>
      <w:r>
        <w:t>mein aaye, isi ke ird gird, falasteen mein, shaam mein, urdun mein, isi ilaqe mein.</w:t>
      </w:r>
    </w:p>
    <w:p>
      <w:pPr>
        <w:jc w:val="right"/>
      </w:pPr>
      <w:r>
        <w:t>میں آئے، اسی کے ارد گرد، فلسطین میں، شام میں، اردن میں، اسی علاقے میں۔</w:t>
      </w:r>
    </w:p>
    <w:p>
      <w:r>
        <w:rPr>
          <w:b/>
        </w:rPr>
        <w:t xml:space="preserve">[51:53] </w:t>
      </w:r>
      <w:r>
        <w:t>toh is ilaqe ko Allah taala ne historical sense mein point of reference bana diya hai.</w:t>
      </w:r>
    </w:p>
    <w:p>
      <w:pPr>
        <w:jc w:val="right"/>
      </w:pPr>
      <w:r>
        <w:t>تو اس علاقے کو اللہ تعالیٰ نے ہسٹوریکل سینس میں پوائنٹ آف ریفرنس بنا دیا ہے۔</w:t>
      </w:r>
    </w:p>
    <w:p>
      <w:r>
        <w:rPr>
          <w:b/>
        </w:rPr>
        <w:t xml:space="preserve">[52:00] </w:t>
      </w:r>
      <w:r>
        <w:t>woh kaise? jab wahan, jab wahan wahan jaate hain, aap toh wahan par paighambar qabrein bhi hain.</w:t>
      </w:r>
    </w:p>
    <w:p>
      <w:pPr>
        <w:jc w:val="right"/>
      </w:pPr>
      <w:r>
        <w:t>وہ کیسے؟ جب وہاں، جب وہاں وہاں جاتے ہیں، آپ تو وہاں پر پیغمبر قبریں بھی ہیں۔</w:t>
      </w:r>
    </w:p>
    <w:p>
      <w:r>
        <w:rPr>
          <w:b/>
        </w:rPr>
        <w:t xml:space="preserve">[52:07] </w:t>
      </w:r>
      <w:r>
        <w:t>aap yaad karte hain ke yahan woh paighambar aaye the, yahan woh paighambar aaye the, wahan yeh paighambar</w:t>
      </w:r>
    </w:p>
    <w:p>
      <w:pPr>
        <w:jc w:val="right"/>
      </w:pPr>
      <w:r>
        <w:t>آپ یاد کرتے ہیں کہ یہاں وہ پیغمبر آئے تھے، یہاں وہ پیغمبر آئے تھے، وہاں یہ پیغمبر</w:t>
      </w:r>
    </w:p>
    <w:p>
      <w:r>
        <w:rPr>
          <w:b/>
        </w:rPr>
        <w:t xml:space="preserve">[52:15] </w:t>
      </w:r>
      <w:r>
        <w:t>aaye the.</w:t>
      </w:r>
    </w:p>
    <w:p>
      <w:pPr>
        <w:jc w:val="right"/>
      </w:pPr>
      <w:r>
        <w:t>آئے تھے۔</w:t>
      </w:r>
    </w:p>
    <w:p>
      <w:r>
        <w:rPr>
          <w:b/>
        </w:rPr>
        <w:t xml:space="preserve">[52:16] </w:t>
      </w:r>
      <w:r>
        <w:t>har paighambar ke saath bohat si cheezein juri hui hain, un ko aap yaad karte hain, is se</w:t>
      </w:r>
    </w:p>
    <w:p>
      <w:pPr>
        <w:jc w:val="right"/>
      </w:pPr>
      <w:r>
        <w:t>ہر پیغمبر کے ساتھ بہت سی چیزیں جڑی ہوئی ہیں، ان کو آپ یاد کرتے ہیں، اس سے</w:t>
      </w:r>
    </w:p>
    <w:p>
      <w:r>
        <w:rPr>
          <w:b/>
        </w:rPr>
        <w:t xml:space="preserve">[52:24] </w:t>
      </w:r>
      <w:r>
        <w:t>lesson lete hain, is se sabaq lete hain, is se guidance lete hain.</w:t>
      </w:r>
    </w:p>
    <w:p>
      <w:pPr>
        <w:jc w:val="right"/>
      </w:pPr>
      <w:r>
        <w:t>لیسن لیتے ہیں، اس سے سبق لیتے ہیں، اس سے گائیڈنس لیتے ہیں۔</w:t>
      </w:r>
    </w:p>
    <w:p>
      <w:r>
        <w:rPr>
          <w:b/>
        </w:rPr>
        <w:t xml:space="preserve">[52:29] </w:t>
      </w:r>
      <w:r>
        <w:t>guidance mein chand misalein doonga aap ko.</w:t>
      </w:r>
    </w:p>
    <w:p>
      <w:pPr>
        <w:jc w:val="right"/>
      </w:pPr>
      <w:r>
        <w:t>گائیڈنس میں چند مثالیں دوں گا آپ کو۔</w:t>
      </w:r>
    </w:p>
    <w:p>
      <w:r>
        <w:rPr>
          <w:b/>
        </w:rPr>
        <w:t xml:space="preserve">[52:33] </w:t>
      </w:r>
      <w:r>
        <w:t>maslan Hazrat Yusuf aleh salam jo the, woh paida hue Kana mein, Kana falasteen mein hai, phir baad</w:t>
      </w:r>
    </w:p>
    <w:p>
      <w:pPr>
        <w:jc w:val="right"/>
      </w:pPr>
      <w:r>
        <w:t>مثلاً حضرت یوسف علیہ السلام جو تھے، وہ پیدا ہوئے کانا میں، کانا فلسطین میں ہے، پھر بعد</w:t>
      </w:r>
    </w:p>
    <w:p>
      <w:r>
        <w:rPr>
          <w:b/>
        </w:rPr>
        <w:t xml:space="preserve">[52:40] </w:t>
      </w:r>
      <w:r>
        <w:t>ko Misr gaye.</w:t>
      </w:r>
    </w:p>
    <w:p>
      <w:pPr>
        <w:jc w:val="right"/>
      </w:pPr>
      <w:r>
        <w:t>کو مصر گئے۔</w:t>
      </w:r>
    </w:p>
    <w:p>
      <w:r>
        <w:rPr>
          <w:b/>
        </w:rPr>
        <w:t xml:space="preserve">[52:42] </w:t>
      </w:r>
      <w:r>
        <w:t>woh yaani isi area mein paida hue Hazrat Yusuf aleh salam, jo Misr mein gaye.</w:t>
      </w:r>
    </w:p>
    <w:p>
      <w:pPr>
        <w:jc w:val="right"/>
      </w:pPr>
      <w:r>
        <w:t>وہ یعنی اسی ایریا میں پیدا ہوئے حضرت یوسف علیہ السلام، جو مصر میں گئے۔</w:t>
      </w:r>
    </w:p>
    <w:p>
      <w:r>
        <w:rPr>
          <w:b/>
        </w:rPr>
        <w:t xml:space="preserve">[52:48] </w:t>
      </w:r>
      <w:r>
        <w:t>Misr mein kya hua? us waqt jo badshah tha wahan par, us badshah un se mutasir hua aur</w:t>
      </w:r>
    </w:p>
    <w:p>
      <w:pPr>
        <w:jc w:val="right"/>
      </w:pPr>
      <w:r>
        <w:t>مصر میں کیا ہوا؟ اس وقت جو بادشاہ تھا وہاں پر، اس بادشاہ ان سے متاثر ہوا اور</w:t>
      </w:r>
    </w:p>
    <w:p>
      <w:r>
        <w:rPr>
          <w:b/>
        </w:rPr>
        <w:t xml:space="preserve">[52:56] </w:t>
      </w:r>
      <w:r>
        <w:t>apni hukumat mein in ko aik darja de diya, jis ko hum keh sakte hain aaj kal ki</w:t>
      </w:r>
    </w:p>
    <w:p>
      <w:pPr>
        <w:jc w:val="right"/>
      </w:pPr>
      <w:r>
        <w:t>اپنی حکومت میں ان کو ایک درجہ دے دیا، جس کو ہم کہہ سکتے ہیں آج کل کی</w:t>
      </w:r>
    </w:p>
    <w:p>
      <w:r>
        <w:rPr>
          <w:b/>
        </w:rPr>
        <w:t xml:space="preserve">[53:04] </w:t>
      </w:r>
      <w:r>
        <w:t>zaban mein, yaani food ministry, food minister bana diya in ko.</w:t>
      </w:r>
    </w:p>
    <w:p>
      <w:pPr>
        <w:jc w:val="right"/>
      </w:pPr>
      <w:r>
        <w:t>زبان میں، یعنی فوڈ منسٹری، فوڈ منسٹر بنا دیا ان کو۔</w:t>
      </w:r>
    </w:p>
    <w:p>
      <w:r>
        <w:rPr>
          <w:b/>
        </w:rPr>
        <w:t xml:space="preserve">[53:09] </w:t>
      </w:r>
      <w:r>
        <w:t>yaani badshah tab bhi wahi tha, badshah tab bhi wahi tha, lekin food ministry in ke paas thi,</w:t>
      </w:r>
    </w:p>
    <w:p>
      <w:pPr>
        <w:jc w:val="right"/>
      </w:pPr>
      <w:r>
        <w:t>یعنی بادشاہ تب بھی وہی تھا، بادشاہ تب بھی وہی تھا، لیکن فوڈ منسٹری ان کے پاس تھی،</w:t>
      </w:r>
    </w:p>
    <w:p>
      <w:r>
        <w:rPr>
          <w:b/>
        </w:rPr>
        <w:t xml:space="preserve">[53:16] </w:t>
      </w:r>
      <w:r>
        <w:t>jis ko quran majeed ne kaha hai: "al arz".</w:t>
      </w:r>
    </w:p>
    <w:p>
      <w:pPr>
        <w:jc w:val="right"/>
      </w:pPr>
      <w:r>
        <w:t>جس کو قرآن مجید نے کہا ہے: "الارض"۔</w:t>
      </w:r>
    </w:p>
    <w:p>
      <w:r>
        <w:rPr>
          <w:b/>
        </w:rPr>
        <w:t xml:space="preserve">[53:20] </w:t>
      </w:r>
      <w:r>
        <w:t>to aik bohat bara example set hua tha hazrat yusuf ke zamane mein.</w:t>
      </w:r>
    </w:p>
    <w:p>
      <w:pPr>
        <w:jc w:val="right"/>
      </w:pPr>
      <w:r>
        <w:t>تو ایک بہت بڑا ایگزیمپل سیٹ ہوا تھا حضرت یوسف کے زمانے میں۔</w:t>
      </w:r>
    </w:p>
    <w:p>
      <w:r>
        <w:rPr>
          <w:b/>
        </w:rPr>
        <w:t xml:space="preserve">[53:25] </w:t>
      </w:r>
      <w:r>
        <w:t>woh kya? jis ko aaj kal ki zaban mein keh sakte hain hum power sharing ka concept.</w:t>
      </w:r>
    </w:p>
    <w:p>
      <w:pPr>
        <w:jc w:val="right"/>
      </w:pPr>
      <w:r>
        <w:t>وہ کیا؟ جس کو آج کل کی زبان میں کہہ سکتے ہیں ہم پاور شیئرنگ کا کانسیپٹ۔</w:t>
      </w:r>
    </w:p>
    <w:p>
      <w:r>
        <w:rPr>
          <w:b/>
        </w:rPr>
        <w:t xml:space="preserve">[53:33] </w:t>
      </w:r>
      <w:r>
        <w:t>power sharing, yaani badshah aur yusuf ke darmiyan power sharing.</w:t>
      </w:r>
    </w:p>
    <w:p>
      <w:pPr>
        <w:jc w:val="right"/>
      </w:pPr>
      <w:r>
        <w:t>پاور شیئرنگ، یعنی بادشاہ اور یوسف کے درمیان پاور شیئرنگ۔</w:t>
      </w:r>
    </w:p>
    <w:p>
      <w:r>
        <w:rPr>
          <w:b/>
        </w:rPr>
        <w:t xml:space="preserve">[53:37] </w:t>
      </w:r>
      <w:r>
        <w:t>sovereignty jo thi, badshah ke paas thi, lekin administration jo tha, in ke paas ho gaya tha.</w:t>
      </w:r>
    </w:p>
    <w:p>
      <w:pPr>
        <w:jc w:val="right"/>
      </w:pPr>
      <w:r>
        <w:t>سورنٹی جو تھی، بادشاہ کے پاس تھی، لیکن ایڈمنسٹریشن جو تھا، ان کے پاس ہو گیا تھا۔</w:t>
      </w:r>
    </w:p>
    <w:p>
      <w:r>
        <w:rPr>
          <w:b/>
        </w:rPr>
        <w:t xml:space="preserve">[53:44] </w:t>
      </w:r>
      <w:r>
        <w:t>"al arz", yaani yaani misr ka jo administration hai, woh mujhe mere hath mein de do.</w:t>
      </w:r>
    </w:p>
    <w:p>
      <w:pPr>
        <w:jc w:val="right"/>
      </w:pPr>
      <w:r>
        <w:t>"الارض"، یعنی یعنی مصر کا جو ایڈمنسٹریشن ہے، وہ مجھے میرے ہاتھ میں دے دو۔</w:t>
      </w:r>
    </w:p>
    <w:p>
      <w:r>
        <w:rPr>
          <w:b/>
        </w:rPr>
        <w:t xml:space="preserve">[53:51] </w:t>
      </w:r>
      <w:r>
        <w:t>to sovereignty is ke paas thi legal sense mein, constitutional head ke tor par.</w:t>
      </w:r>
    </w:p>
    <w:p>
      <w:pPr>
        <w:jc w:val="right"/>
      </w:pPr>
      <w:r>
        <w:t>تو سورنٹی اس کے پاس تھی لیگل سینس میں، کانسٹیٹیوشنل ہیڈ کے طور پر۔</w:t>
      </w:r>
    </w:p>
    <w:p>
      <w:r>
        <w:rPr>
          <w:b/>
        </w:rPr>
        <w:t xml:space="preserve">[53:57] </w:t>
      </w:r>
      <w:r>
        <w:t>constitutional head jo tha, woh badshah tha, administration ke hath mein aa gaya tha.</w:t>
      </w:r>
    </w:p>
    <w:p>
      <w:pPr>
        <w:jc w:val="right"/>
      </w:pPr>
      <w:r>
        <w:t>کانسٹیٹیوشنل ہیڈ جو تھا، وہ بادشاہ تھا، ایڈمنسٹریشن کے ہاتھ میں آ گیا تھا۔</w:t>
      </w:r>
    </w:p>
    <w:p>
      <w:r>
        <w:rPr>
          <w:b/>
        </w:rPr>
        <w:t xml:space="preserve">[54:03] </w:t>
      </w:r>
      <w:r>
        <w:t>kyun ke is zamane mein dekhiye, agricultural period tha, to sari economy agriculture par base karti thi.</w:t>
      </w:r>
    </w:p>
    <w:p>
      <w:pPr>
        <w:jc w:val="right"/>
      </w:pPr>
      <w:r>
        <w:t>کیونکہ اس زمانے میں دیکھیے، ایگریکلچرل پیریڈ تھا، تو ساری اکانومی ایگریکلچر پر بیس کرتی تھی۔</w:t>
      </w:r>
    </w:p>
    <w:p>
      <w:r>
        <w:rPr>
          <w:b/>
        </w:rPr>
        <w:t xml:space="preserve">[54:09] </w:t>
      </w:r>
      <w:r>
        <w:t>تو یہ تھا: "That was a kind of power sharing"۔</w:t>
      </w:r>
    </w:p>
    <w:p>
      <w:pPr>
        <w:jc w:val="right"/>
      </w:pPr>
      <w:r>
        <w:t>تو یہ تھا: "دیٹ واز ا کائنڈ آف پاور شیئرنگ"۔</w:t>
      </w:r>
    </w:p>
    <w:p>
      <w:r>
        <w:rPr>
          <w:b/>
        </w:rPr>
        <w:t xml:space="preserve">[54:14] </w:t>
      </w:r>
      <w:r>
        <w:t>musalman wahan jate hain, balkay jatay hi nahi hain, is cheez ko nahi daryaft kar sake.</w:t>
      </w:r>
    </w:p>
    <w:p>
      <w:pPr>
        <w:jc w:val="right"/>
      </w:pPr>
      <w:r>
        <w:t>مسلمان وہاں جاتے ہیں، بلکہ جاتے ہی نہیں ہیں، اس چیز کو نہیں دریافت کر سکے۔</w:t>
      </w:r>
    </w:p>
    <w:p>
      <w:r>
        <w:rPr>
          <w:b/>
        </w:rPr>
        <w:t xml:space="preserve">[54:21] </w:t>
      </w:r>
      <w:r>
        <w:t>woh kyun? jab democracy dunya mein aai, democracy to sare hamare jo muslim, so called muslim thinkers hain,</w:t>
      </w:r>
    </w:p>
    <w:p>
      <w:pPr>
        <w:jc w:val="right"/>
      </w:pPr>
      <w:r>
        <w:t>وہ کیوں؟ جب ڈیموکریسی دنیا میں آئی، ڈیموکریسی تو سارے ہمارے جو مسلم، سو کالڈ مسلم تھنکرز ہیں،</w:t>
      </w:r>
    </w:p>
    <w:p>
      <w:r>
        <w:rPr>
          <w:b/>
        </w:rPr>
        <w:t xml:space="preserve">[54:28] </w:t>
      </w:r>
      <w:r>
        <w:t>unhon ne keh diya ke democracy to haram hai islam mein.</w:t>
      </w:r>
    </w:p>
    <w:p>
      <w:pPr>
        <w:jc w:val="right"/>
      </w:pPr>
      <w:r>
        <w:t>انہوں نے کہہ دیا کہ ڈیموکریسی تو حرام ہے اسلام میں۔</w:t>
      </w:r>
    </w:p>
    <w:p>
      <w:r>
        <w:rPr>
          <w:b/>
        </w:rPr>
        <w:t xml:space="preserve">[54:33] </w:t>
      </w:r>
      <w:r>
        <w:t>majboran ab mulkon mulkon mein, chunke democracy aa gayi hai, to adjust kar liya hai, yaani hypocritically.</w:t>
      </w:r>
    </w:p>
    <w:p>
      <w:pPr>
        <w:jc w:val="right"/>
      </w:pPr>
      <w:r>
        <w:t>مجبورا اب ملکوں ملکوں میں، چونکہ ڈیموکریسی آ گئی ہے، تو ایڈجسٹ کر لیا ہے، یعنی ہپوکریٹیکلی۔</w:t>
      </w:r>
    </w:p>
    <w:p>
      <w:r>
        <w:rPr>
          <w:b/>
        </w:rPr>
        <w:t xml:space="preserve">[54:40] </w:t>
      </w:r>
      <w:r>
        <w:t>warna woh is ka kitabon mein abhi bhi likha hua hai ke democracy in islamic nazriya hai, ghair</w:t>
      </w:r>
    </w:p>
    <w:p>
      <w:pPr>
        <w:jc w:val="right"/>
      </w:pPr>
      <w:r>
        <w:t>ورنہ وہ اس کا کتابوں میں ابھی بھی لکھا ہوا ہے کہ ڈیموکریسی ان اسلامک نظریہ ہے، غیر</w:t>
      </w:r>
    </w:p>
    <w:p>
      <w:r>
        <w:rPr>
          <w:b/>
        </w:rPr>
        <w:t xml:space="preserve">[54:48] </w:t>
      </w:r>
      <w:r>
        <w:t>islami nazriya hai.</w:t>
      </w:r>
    </w:p>
    <w:p>
      <w:pPr>
        <w:jc w:val="right"/>
      </w:pPr>
      <w:r>
        <w:t>اسلامی نظریہ ہے۔</w:t>
      </w:r>
    </w:p>
    <w:p>
      <w:r>
        <w:rPr>
          <w:b/>
        </w:rPr>
        <w:t xml:space="preserve">[54:49] </w:t>
      </w:r>
      <w:r>
        <w:t>halankay democracy kya hai? democracy means power sharing, system of power sharing.</w:t>
      </w:r>
    </w:p>
    <w:p>
      <w:pPr>
        <w:jc w:val="right"/>
      </w:pPr>
      <w:r>
        <w:t>حالانکہ ڈیموکریسی کیا ہے؟ ڈیموکریسی مینز پاور شیئرنگ، سسٹم آف پاور شیئرنگ۔</w:t>
      </w:r>
    </w:p>
    <w:p>
      <w:r>
        <w:rPr>
          <w:b/>
        </w:rPr>
        <w:t xml:space="preserve">[54:55] </w:t>
      </w:r>
      <w:r>
        <w:t>ڈیموکریسی میں government of the people, by the people, for the people ہوتا ہے۔</w:t>
      </w:r>
    </w:p>
    <w:p>
      <w:pPr>
        <w:jc w:val="right"/>
      </w:pPr>
      <w:r>
        <w:t>ڈیموکریسی میں گورنمنٹ آف دا پیپل، بائی دا پیپل، فار دا پیپل ہوتا ہے۔</w:t>
      </w:r>
    </w:p>
    <w:p>
      <w:r>
        <w:rPr>
          <w:b/>
        </w:rPr>
        <w:t xml:space="preserve">[55:01] </w:t>
      </w:r>
      <w:r>
        <w:t>yaani koi aik king nahi hota, koi aik sovereign nahi hota, koi emperor nahi hota, sab log share</w:t>
      </w:r>
    </w:p>
    <w:p>
      <w:pPr>
        <w:jc w:val="right"/>
      </w:pPr>
      <w:r>
        <w:t>یعنی کوئی ایک کنگ نہیں ہوتا، کوئی ایک سورن نہیں ہوتا، کوئی ایمپرر نہیں ہوتا، سب لوگ شیئر</w:t>
      </w:r>
    </w:p>
    <w:p>
      <w:r>
        <w:rPr>
          <w:b/>
        </w:rPr>
        <w:t xml:space="preserve">[55:08] </w:t>
      </w:r>
      <w:r>
        <w:t>karte hain.</w:t>
      </w:r>
    </w:p>
    <w:p>
      <w:pPr>
        <w:jc w:val="right"/>
      </w:pPr>
      <w:r>
        <w:t>کرتے ہیں۔</w:t>
      </w:r>
    </w:p>
    <w:p>
      <w:r>
        <w:rPr>
          <w:b/>
        </w:rPr>
        <w:t xml:space="preserve">[55:10] </w:t>
      </w:r>
      <w:r>
        <w:t>to democracy jo hai, power sharing ka system hai.</w:t>
      </w:r>
    </w:p>
    <w:p>
      <w:pPr>
        <w:jc w:val="right"/>
      </w:pPr>
      <w:r>
        <w:t>تو ڈیموکریسی جو ہے، پاور شیئرنگ کا سسٹم ہے۔</w:t>
      </w:r>
    </w:p>
    <w:p>
      <w:r>
        <w:rPr>
          <w:b/>
        </w:rPr>
        <w:t xml:space="preserve">[55:14] </w:t>
      </w:r>
      <w:r>
        <w:t>agar wahan par log daryaft karte hain hazrat yusuf alaihissalam ke misal se, to kehte hain ke</w:t>
      </w:r>
    </w:p>
    <w:p>
      <w:pPr>
        <w:jc w:val="right"/>
      </w:pPr>
      <w:r>
        <w:t>اگر وہاں پر لوگ دریافت کرتے ہیں حضرت یوسف علیہ السلام کے مثال سے، تو کہتے ہیں کہ</w:t>
      </w:r>
    </w:p>
    <w:p>
      <w:r>
        <w:rPr>
          <w:b/>
        </w:rPr>
        <w:t xml:space="preserve">[55:21] </w:t>
      </w:r>
      <w:r>
        <w:t>yeh to bohat zabardast cheez hai, jis cheez ko hazrat yusuf ne shuru kiya tha ke power sharing</w:t>
      </w:r>
    </w:p>
    <w:p>
      <w:pPr>
        <w:jc w:val="right"/>
      </w:pPr>
      <w:r>
        <w:t>یہ تو بہت زبردست چیز ہے، جس چیز کو حضرت یوسف نے شروع کیا تھا کہ پاور شیئرنگ</w:t>
      </w:r>
    </w:p>
    <w:p>
      <w:r>
        <w:rPr>
          <w:b/>
        </w:rPr>
        <w:t xml:space="preserve">[55:29] </w:t>
      </w:r>
      <w:r>
        <w:t>ka concept, woh aaj aaj itna zyada aam ho gaya hai ke ab woh ab wahi universal system</w:t>
      </w:r>
    </w:p>
    <w:p>
      <w:pPr>
        <w:jc w:val="right"/>
      </w:pPr>
      <w:r>
        <w:t>کا کانسیپٹ، وہ آج آج اتنا زیادہ عام ہو گیا ہے کہ اب وہ اب وہی یونیورسل سسٹم</w:t>
      </w:r>
    </w:p>
    <w:p>
      <w:r>
        <w:rPr>
          <w:b/>
        </w:rPr>
        <w:t xml:space="preserve">[55:37] </w:t>
      </w:r>
      <w:r>
        <w:t>ban gaya hai.</w:t>
      </w:r>
    </w:p>
    <w:p>
      <w:pPr>
        <w:jc w:val="right"/>
      </w:pPr>
      <w:r>
        <w:t>بن گیا ہے۔</w:t>
      </w:r>
    </w:p>
    <w:p>
      <w:r>
        <w:rPr>
          <w:b/>
        </w:rPr>
        <w:t xml:space="preserve">[55:38] </w:t>
      </w:r>
      <w:r>
        <w:t>hazrat yusuf alaihi assalam ko jo cheez mili thi individual level par, ab woh universal level par aa</w:t>
      </w:r>
    </w:p>
    <w:p>
      <w:pPr>
        <w:jc w:val="right"/>
      </w:pPr>
      <w:r>
        <w:t>حضرت یوسف علیہ السلام کو جو چیز ملی تھی انڈیویجول لیول پر، اب وہ یونیورسل لیول پر آ</w:t>
      </w:r>
    </w:p>
    <w:p>
      <w:r>
        <w:rPr>
          <w:b/>
        </w:rPr>
        <w:t xml:space="preserve">[55:46] </w:t>
      </w:r>
      <w:r>
        <w:t>gayi hai.</w:t>
      </w:r>
    </w:p>
    <w:p>
      <w:pPr>
        <w:jc w:val="right"/>
      </w:pPr>
      <w:r>
        <w:t>گئی ہے۔</w:t>
      </w:r>
    </w:p>
    <w:p>
      <w:r>
        <w:rPr>
          <w:b/>
        </w:rPr>
        <w:t xml:space="preserve">[55:48] </w:t>
      </w:r>
      <w:r>
        <w:t>power sharing to us ko istemal karo, us ko aur us ko haram bata kar ke us se</w:t>
      </w:r>
    </w:p>
    <w:p>
      <w:pPr>
        <w:jc w:val="right"/>
      </w:pPr>
      <w:r>
        <w:t>پاور شیئرنگ تو اس کو استعمال کرو، اس کو اور اس کو حرام بتا کر کے اس سے</w:t>
      </w:r>
    </w:p>
    <w:p>
      <w:r>
        <w:rPr>
          <w:b/>
        </w:rPr>
        <w:t xml:space="preserve">[55:55] </w:t>
      </w:r>
      <w:r>
        <w:t>door rahe, ladte jhagadte rahe.</w:t>
      </w:r>
    </w:p>
    <w:p>
      <w:pPr>
        <w:jc w:val="right"/>
      </w:pPr>
      <w:r>
        <w:t>دور رہے، لڑتے جھگڑتے رہے۔</w:t>
      </w:r>
    </w:p>
    <w:p>
      <w:r>
        <w:rPr>
          <w:b/>
        </w:rPr>
        <w:t xml:space="preserve">[55:57] </w:t>
      </w:r>
      <w:r>
        <w:t>kyun ke yeh jo wahan par hai, us area mein yeh babarkat namuna power sharing ka, us ko daryaft</w:t>
      </w:r>
    </w:p>
    <w:p>
      <w:pPr>
        <w:jc w:val="right"/>
      </w:pPr>
      <w:r>
        <w:t>کیونکہ یہ جو وہاں پر ہے، اس ایریا میں یہ بابرکت نمونہ پاور شیئرنگ کا، اس کو دریافت</w:t>
      </w:r>
    </w:p>
    <w:p>
      <w:r>
        <w:rPr>
          <w:b/>
        </w:rPr>
        <w:t xml:space="preserve">[56:05] </w:t>
      </w:r>
      <w:r>
        <w:t>nahi kar saka.</w:t>
      </w:r>
    </w:p>
    <w:p>
      <w:pPr>
        <w:jc w:val="right"/>
      </w:pPr>
      <w:r>
        <w:t>نہیں کر سکے۔</w:t>
      </w:r>
    </w:p>
    <w:p>
      <w:r>
        <w:rPr>
          <w:b/>
        </w:rPr>
        <w:t xml:space="preserve">[56:07] </w:t>
      </w:r>
      <w:r>
        <w:t>aise hi dekhiye, isi ilaqe mein aur bohat se peghambar aaye, bohat se peghambar aaye, rasool Allah sall</w:t>
      </w:r>
    </w:p>
    <w:p>
      <w:pPr>
        <w:jc w:val="right"/>
      </w:pPr>
      <w:r>
        <w:t>ایسے ہی دیکھیے، اسی علاقے میں اور بہت سے پیغمبر آئے، بہت سے پیغمبر آئے، رسول اللہ صلی</w:t>
      </w:r>
    </w:p>
    <w:p>
      <w:r>
        <w:rPr>
          <w:b/>
        </w:rPr>
        <w:t xml:space="preserve">[56:14] </w:t>
      </w:r>
      <w:r>
        <w:t>Allah alaihi assalam ke siwa aur peghambar isi ilaqe mein aaye.</w:t>
      </w:r>
    </w:p>
    <w:p>
      <w:pPr>
        <w:jc w:val="right"/>
      </w:pPr>
      <w:r>
        <w:t>اللہ علیہ وسلم کے سوا اور پیغمبر اسی علاقے میں آئے۔</w:t>
      </w:r>
    </w:p>
    <w:p>
      <w:r>
        <w:rPr>
          <w:b/>
        </w:rPr>
        <w:t xml:space="preserve">[56:19] </w:t>
      </w:r>
      <w:r>
        <w:t>hazrat isa alaihi assalam ki wahin paidaish hui aur aur kai peghambar, har peghambar mein koi na koi</w:t>
      </w:r>
    </w:p>
    <w:p>
      <w:pPr>
        <w:jc w:val="right"/>
      </w:pPr>
      <w:r>
        <w:t>حضرت عیسیٰ علیہ السلام کی وہیں پیدائش ہوئی اور اور کئی پیغمبر، ہر پیغمبر میں کوئی نہ کوئی</w:t>
      </w:r>
    </w:p>
    <w:p>
      <w:r>
        <w:rPr>
          <w:b/>
        </w:rPr>
        <w:t xml:space="preserve">[56:27] </w:t>
      </w:r>
      <w:r>
        <w:t>namuna hai, bohat zabardast qism ka namuna, bohat zabardast qism ka namuna, jaise ke maine hazrat yusuf</w:t>
      </w:r>
    </w:p>
    <w:p>
      <w:pPr>
        <w:jc w:val="right"/>
      </w:pPr>
      <w:r>
        <w:t>نمونہ ہے، بہت زبردست قسم کا نمونہ، بہت زبردست قسم کا نمونہ، جیسے کہ میں نے حضرت یوسف</w:t>
      </w:r>
    </w:p>
    <w:p>
      <w:r>
        <w:rPr>
          <w:b/>
        </w:rPr>
        <w:t xml:space="preserve">[56:34] </w:t>
      </w:r>
      <w:r>
        <w:t>alaihi assalam ke bare mein bataya.</w:t>
      </w:r>
    </w:p>
    <w:p>
      <w:pPr>
        <w:jc w:val="right"/>
      </w:pPr>
      <w:r>
        <w:t>علیہ السلام کے بارے میں بتایا۔</w:t>
      </w:r>
    </w:p>
    <w:p>
      <w:r>
        <w:rPr>
          <w:b/>
        </w:rPr>
        <w:t xml:space="preserve">[56:37] </w:t>
      </w:r>
      <w:r>
        <w:t>phir main wahan par ek bohat bara namuna hai, jo jo chunke jo log jate nahi aur dekha</w:t>
      </w:r>
    </w:p>
    <w:p>
      <w:pPr>
        <w:jc w:val="right"/>
      </w:pPr>
      <w:r>
        <w:t>پھر میں وہاں پر ایک بہت بڑا نمونہ ہے، جو جو چونکہ جو لوگ جاتے نہیں اور دیکھا</w:t>
      </w:r>
    </w:p>
    <w:p>
      <w:r>
        <w:rPr>
          <w:b/>
        </w:rPr>
        <w:t xml:space="preserve">[56:45] </w:t>
      </w:r>
      <w:r>
        <w:t>nahi us ko, woh main batana chahta hoon aap ko ke Aqsa Mosque ke thori dori par wahan</w:t>
      </w:r>
    </w:p>
    <w:p>
      <w:pPr>
        <w:jc w:val="right"/>
      </w:pPr>
      <w:r>
        <w:t>نہیں اس کو، وہ میں بتانا چاہتا ہوں آپ کو کہ Aqsa Mosque کے تھوڑی دوری پر وہاں</w:t>
      </w:r>
    </w:p>
    <w:p>
      <w:r>
        <w:rPr>
          <w:b/>
        </w:rPr>
        <w:t xml:space="preserve">[56:52] </w:t>
      </w:r>
      <w:r>
        <w:t>par ek choti si Aqsa hai, us ka naam hai Aqsa Umar.</w:t>
      </w:r>
    </w:p>
    <w:p>
      <w:pPr>
        <w:jc w:val="right"/>
      </w:pPr>
      <w:r>
        <w:t>پر ایک چھوٹی سی Aqsa ہے، اس کا نام ہے Aqsa عمر۔</w:t>
      </w:r>
    </w:p>
    <w:p>
      <w:r>
        <w:rPr>
          <w:b/>
        </w:rPr>
        <w:t xml:space="preserve">[56:58] </w:t>
      </w:r>
      <w:r>
        <w:t>Aqsa Umar, hazrat Umar jab khalifa the to woh gaye the Jerusalem.</w:t>
      </w:r>
    </w:p>
    <w:p>
      <w:pPr>
        <w:jc w:val="right"/>
      </w:pPr>
      <w:r>
        <w:t>Aqsa عمر، حضرت عمر جب خلیفہ تھے تو وہ گئے تھے یروشلم۔</w:t>
      </w:r>
    </w:p>
    <w:p>
      <w:r>
        <w:rPr>
          <w:b/>
        </w:rPr>
        <w:t xml:space="preserve">[57:03] </w:t>
      </w:r>
      <w:r>
        <w:t>unhi ke zamane mein Falasteen jo hai, woh fateh hua tha.</w:t>
      </w:r>
    </w:p>
    <w:p>
      <w:pPr>
        <w:jc w:val="right"/>
      </w:pPr>
      <w:r>
        <w:t>انہی کے زمانے میں فلسطین جو ہے، وہ فتح ہوا تھا۔</w:t>
      </w:r>
    </w:p>
    <w:p>
      <w:r>
        <w:rPr>
          <w:b/>
        </w:rPr>
        <w:t xml:space="preserve">[57:07] </w:t>
      </w:r>
      <w:r>
        <w:t>to hazrat Umar jab gaye wahan par, yani as a khalifa, to woh wahan par ek church hai,</w:t>
      </w:r>
    </w:p>
    <w:p>
      <w:pPr>
        <w:jc w:val="right"/>
      </w:pPr>
      <w:r>
        <w:t>تو حضرت عمر جب گئے وہاں پر، یعنی ایز اے خلیفہ، تو وہ وہاں پر ایک چرچ ہے،</w:t>
      </w:r>
    </w:p>
    <w:p>
      <w:r>
        <w:rPr>
          <w:b/>
        </w:rPr>
        <w:t xml:space="preserve">[57:15] </w:t>
      </w:r>
      <w:r>
        <w:t>us ka naam hai Church of Resurrection.</w:t>
      </w:r>
    </w:p>
    <w:p>
      <w:pPr>
        <w:jc w:val="right"/>
      </w:pPr>
      <w:r>
        <w:t>اس کا نام ہے چرچ آف ریزرکشن۔</w:t>
      </w:r>
    </w:p>
    <w:p>
      <w:r>
        <w:rPr>
          <w:b/>
        </w:rPr>
        <w:t xml:space="preserve">[57:18] </w:t>
      </w:r>
      <w:r>
        <w:t>us ka urdu mein kehte hain Kinisat al Qiyamah, Kinisat al Qiyamah urdu kitabon mein parhenge aap, aur waise</w:t>
      </w:r>
    </w:p>
    <w:p>
      <w:pPr>
        <w:jc w:val="right"/>
      </w:pPr>
      <w:r>
        <w:t>اس کا عربی میں کہتے ہیں کنیست القیامہ، کنیست القیامہ عربی کتابوں میں پڑھیں گے آپ، اور ویسے</w:t>
      </w:r>
    </w:p>
    <w:p>
      <w:r>
        <w:rPr>
          <w:b/>
        </w:rPr>
        <w:t xml:space="preserve">[57:26] </w:t>
      </w:r>
      <w:r>
        <w:t>kehte hain us ko Church of Resurrection.</w:t>
      </w:r>
    </w:p>
    <w:p>
      <w:pPr>
        <w:jc w:val="right"/>
      </w:pPr>
      <w:r>
        <w:t>کہتے ہیں اس کو چرچ آف ریزرکشن۔</w:t>
      </w:r>
    </w:p>
    <w:p>
      <w:r>
        <w:rPr>
          <w:b/>
        </w:rPr>
        <w:t xml:space="preserve">[57:29] </w:t>
      </w:r>
      <w:r>
        <w:t>to wahan par the, woh wohin par agreement hua, wahan ka jo bara padre tha us se.</w:t>
      </w:r>
    </w:p>
    <w:p>
      <w:pPr>
        <w:jc w:val="right"/>
      </w:pPr>
      <w:r>
        <w:t>تو وہاں پر تھے، وہ وہیں پر ایگریمنٹ ہوا، وہاں کا جو بڑا پادری تھا اس سے۔</w:t>
      </w:r>
    </w:p>
    <w:p>
      <w:r>
        <w:rPr>
          <w:b/>
        </w:rPr>
        <w:t xml:space="preserve">[57:36] </w:t>
      </w:r>
      <w:r>
        <w:t>to asr ki namaz ka waqt ho gaya, to unhon ne kaha ke mujhe asr ki namaz padhna</w:t>
      </w:r>
    </w:p>
    <w:p>
      <w:pPr>
        <w:jc w:val="right"/>
      </w:pPr>
      <w:r>
        <w:t>تو عصر کی نماز کا وقت ہو گیا، تو انہوں نے کہا کہ مجھے عصر کی نماز پڑھنا</w:t>
      </w:r>
    </w:p>
    <w:p>
      <w:r>
        <w:rPr>
          <w:b/>
        </w:rPr>
        <w:t xml:space="preserve">[57:44]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[57:45] </w:t>
      </w:r>
      <w:r>
        <w:t>to padre ne kaha ke aap yahin padh lijiye hamare church ke andar.</w:t>
      </w:r>
    </w:p>
    <w:p>
      <w:pPr>
        <w:jc w:val="right"/>
      </w:pPr>
      <w:r>
        <w:t>تو پادری نے کہا کہ آپ یہیں پڑھ لیجئے ہمارے چرچ کے اندر۔</w:t>
      </w:r>
    </w:p>
    <w:p>
      <w:r>
        <w:rPr>
          <w:b/>
        </w:rPr>
        <w:t xml:space="preserve">[57:51] </w:t>
      </w:r>
      <w:r>
        <w:t>to hazrat umar ne kaha ke nahi, main yahan nahi parhu ga.</w:t>
      </w:r>
    </w:p>
    <w:p>
      <w:pPr>
        <w:jc w:val="right"/>
      </w:pPr>
      <w:r>
        <w:t>تو حضرت عمر نے کہا کہ نہیں، میں یہاں نہیں پڑھوں گا۔</w:t>
      </w:r>
    </w:p>
    <w:p>
      <w:r>
        <w:rPr>
          <w:b/>
        </w:rPr>
        <w:t xml:space="preserve">[57:56] </w:t>
      </w:r>
      <w:r>
        <w:t>jis ko angrez mein kehte hain stone throw, yani pathar phenka jaye, yeh door ja ke gire ga,</w:t>
      </w:r>
    </w:p>
    <w:p>
      <w:pPr>
        <w:jc w:val="right"/>
      </w:pPr>
      <w:r>
        <w:t>جس کو انگریز میں کہتے ہیں اسٹون تھرو، یعنی پتھر پھینکا جائے، یہ دور جا کے گرے گا،</w:t>
      </w:r>
    </w:p>
    <w:p>
      <w:r>
        <w:rPr>
          <w:b/>
        </w:rPr>
        <w:t xml:space="preserve">[58:04] </w:t>
      </w:r>
      <w:r>
        <w:t>wahan ja ke namaz parhu ga main.</w:t>
      </w:r>
    </w:p>
    <w:p>
      <w:pPr>
        <w:jc w:val="right"/>
      </w:pPr>
      <w:r>
        <w:t>وہاں جا کے نماز پڑھوں گا میں۔</w:t>
      </w:r>
    </w:p>
    <w:p>
      <w:r>
        <w:rPr>
          <w:b/>
        </w:rPr>
        <w:t xml:space="preserve">[58:07] </w:t>
      </w:r>
      <w:r>
        <w:t>stone stone throw ki doori par namaz parhu ga ja kar ke.</w:t>
      </w:r>
    </w:p>
    <w:p>
      <w:pPr>
        <w:jc w:val="right"/>
      </w:pPr>
      <w:r>
        <w:t>اسٹون اسٹون تھرو کی دوری پر نماز پڑھوں گا جا کر کے۔</w:t>
      </w:r>
    </w:p>
    <w:p>
      <w:r>
        <w:rPr>
          <w:b/>
        </w:rPr>
        <w:t xml:space="preserve">[58:12] </w:t>
      </w:r>
      <w:r>
        <w:t>aur unhon ne aise hi kiya, church of resurrection se door ja kar ke namaz parhi unhon ne</w:t>
      </w:r>
    </w:p>
    <w:p>
      <w:pPr>
        <w:jc w:val="right"/>
      </w:pPr>
      <w:r>
        <w:t>اور انہوں نے ایسے ہی کیا، چرچ آف ریزرکشن سے دور جا کر کے نماز پڑھی انہوں نے</w:t>
      </w:r>
    </w:p>
    <w:p>
      <w:r>
        <w:rPr>
          <w:b/>
        </w:rPr>
        <w:t xml:space="preserve">[58:20] </w:t>
      </w:r>
      <w:r>
        <w:t>bahir.</w:t>
      </w:r>
    </w:p>
    <w:p>
      <w:pPr>
        <w:jc w:val="right"/>
      </w:pPr>
      <w:r>
        <w:t>باہر۔</w:t>
      </w:r>
    </w:p>
    <w:p>
      <w:r>
        <w:rPr>
          <w:b/>
        </w:rPr>
        <w:t xml:space="preserve">[58:21] </w:t>
      </w:r>
      <w:r>
        <w:t>to unhon ne hikmat kiya batai thi ke mere baad jo musalman yahan ayen ge, woh kahen ge</w:t>
      </w:r>
    </w:p>
    <w:p>
      <w:pPr>
        <w:jc w:val="right"/>
      </w:pPr>
      <w:r>
        <w:t>تو انہوں نے حکمت کیا بتائی تھی کہ میرے بعد جو مسلمان یہاں آئیں گے، وہ کہیں گے</w:t>
      </w:r>
    </w:p>
    <w:p>
      <w:r>
        <w:rPr>
          <w:b/>
        </w:rPr>
        <w:t xml:space="preserve">[58:29] </w:t>
      </w:r>
      <w:r>
        <w:t>ke haan hona salla Allah alaih umar, yahan hamare khalifa ne namaz parhi hai, hum yahan Aqsa banayen</w:t>
      </w:r>
    </w:p>
    <w:p>
      <w:pPr>
        <w:jc w:val="right"/>
      </w:pPr>
      <w:r>
        <w:t>کہ ہاں ہونا صلی اللہ علیہ عمر، یہاں ہمارے خلیفہ نے نماز پڑھی ہے، ہم یہاں Aqsa بنائیں</w:t>
      </w:r>
    </w:p>
    <w:p>
      <w:r>
        <w:rPr>
          <w:b/>
        </w:rPr>
        <w:t xml:space="preserve">[58:37] </w:t>
      </w:r>
      <w:r>
        <w:t>ge.</w:t>
      </w:r>
    </w:p>
    <w:p>
      <w:pPr>
        <w:jc w:val="right"/>
      </w:pPr>
      <w:r>
        <w:t>گے۔</w:t>
      </w:r>
    </w:p>
    <w:p>
      <w:r>
        <w:rPr>
          <w:b/>
        </w:rPr>
        <w:t xml:space="preserve">[58:38] </w:t>
      </w:r>
      <w:r>
        <w:t>haan hona salla Allah alaih umar, yani hazrat umar ki policy yeh thi ke doosre ki ibadat gah</w:t>
      </w:r>
    </w:p>
    <w:p>
      <w:pPr>
        <w:jc w:val="right"/>
      </w:pPr>
      <w:r>
        <w:t>ہاں ہونا صلی اللہ علیہ عمر، یعنی حضرت عمر کی پالیسی یہ تھی کہ دوسرے کی عبادت گاہ</w:t>
      </w:r>
    </w:p>
    <w:p>
      <w:r>
        <w:rPr>
          <w:b/>
        </w:rPr>
        <w:t xml:space="preserve">[58:46] </w:t>
      </w:r>
      <w:r>
        <w:t>se mila kar Aqsa na banai jaye, door banai jaye, door taake jhagda na khara ho.</w:t>
      </w:r>
    </w:p>
    <w:p>
      <w:pPr>
        <w:jc w:val="right"/>
      </w:pPr>
      <w:r>
        <w:t>سے ملا کر Aqsa نہ بنائی جائے، دور بنائی جائے، دور تاکہ جھگڑا نہ کھڑا ہو۔</w:t>
      </w:r>
    </w:p>
    <w:p>
      <w:r>
        <w:rPr>
          <w:b/>
        </w:rPr>
        <w:t xml:space="preserve">[58:53] </w:t>
      </w:r>
      <w:r>
        <w:t>unhon ne kaha ke mere baad jo musalman ayen ge, woh kahen ge haan hona salla Allah alaih</w:t>
      </w:r>
    </w:p>
    <w:p>
      <w:pPr>
        <w:jc w:val="right"/>
      </w:pPr>
      <w:r>
        <w:t>انہوں نے کہا کہ میرے بعد جو مسلمان آئیں گے، وہ کہیں گے ہاں ہونا صلی اللہ علیہ</w:t>
      </w:r>
    </w:p>
    <w:p>
      <w:r>
        <w:rPr>
          <w:b/>
        </w:rPr>
        <w:t xml:space="preserve">[59:00] </w:t>
      </w:r>
      <w:r>
        <w:t>umar, khalifa ne namaz parhi hai, hum namaz hum yahan Aqsa banayen ge.</w:t>
      </w:r>
    </w:p>
    <w:p>
      <w:pPr>
        <w:jc w:val="right"/>
      </w:pPr>
      <w:r>
        <w:t>عمر، خلیفہ نے نماز پڑھی ہے، ہم نماز ہم یہاں Aqsa بنائیں گے۔</w:t>
      </w:r>
    </w:p>
    <w:p>
      <w:r>
        <w:rPr>
          <w:b/>
        </w:rPr>
        <w:t xml:space="preserve">[59:06] </w:t>
      </w:r>
      <w:r>
        <w:t>to chunache yahi hua, jahan hazrat umar ne namaz parhi thi, wahan aaj baad ko Aqsa banai gayi</w:t>
      </w:r>
    </w:p>
    <w:p>
      <w:pPr>
        <w:jc w:val="right"/>
      </w:pPr>
      <w:r>
        <w:t>تو چنانچہ یہی ہوا، جہاں حضرت عمر نے نماز پڑھی تھی، وہاں آج بعد کو Aqsa بنائی گئی</w:t>
      </w:r>
    </w:p>
    <w:p>
      <w:r>
        <w:rPr>
          <w:b/>
        </w:rPr>
        <w:t xml:space="preserve">[59:14]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[59:15] </w:t>
      </w:r>
      <w:r>
        <w:t>abhi ja ke koi dekh sakta hai is ko, woh choti si Aqsa hai, lekin behal woh Aqsa</w:t>
      </w:r>
    </w:p>
    <w:p>
      <w:pPr>
        <w:jc w:val="right"/>
      </w:pPr>
      <w:r>
        <w:t>ابھی جا کے کوئی دیکھ سکتا ہے اس کو، وہ چھوٹی سی Aqsa ہے، لیکن بہرحال وہ Aqsa</w:t>
      </w:r>
    </w:p>
    <w:p>
      <w:r>
        <w:rPr>
          <w:b/>
        </w:rPr>
        <w:t xml:space="preserve">[59:23] </w:t>
      </w:r>
      <w:r>
        <w:t>hai, is ka naam hai Aqsa umar.</w:t>
      </w:r>
    </w:p>
    <w:p>
      <w:pPr>
        <w:jc w:val="right"/>
      </w:pPr>
      <w:r>
        <w:t>ہے، اس کا نام ہے Aqsa عمر۔</w:t>
      </w:r>
    </w:p>
    <w:p>
      <w:r>
        <w:rPr>
          <w:b/>
        </w:rPr>
        <w:t xml:space="preserve">[59:26] </w:t>
      </w:r>
      <w:r>
        <w:t>ab agar log yani ba khabar hote hain in misalon se, to babri Aqsa ka qissa kya hai? Yahi</w:t>
      </w:r>
    </w:p>
    <w:p>
      <w:pPr>
        <w:jc w:val="right"/>
      </w:pPr>
      <w:r>
        <w:t>اب اگر لوگ یعنی باخبر ہوتے ہیں ان مثالوں سے، تو بابری Aqsa کا قصہ کیا ہے؟ یہی</w:t>
      </w:r>
    </w:p>
    <w:p>
      <w:r>
        <w:rPr>
          <w:b/>
        </w:rPr>
        <w:t xml:space="preserve">[59:34] </w:t>
      </w:r>
      <w:r>
        <w:t>qissa hai, aap parh lijiye kitabon mein.</w:t>
      </w:r>
    </w:p>
    <w:p>
      <w:pPr>
        <w:jc w:val="right"/>
      </w:pPr>
      <w:r>
        <w:t>قصہ ہے، آپ پڑھ لیجئے کتابوں میں۔</w:t>
      </w:r>
    </w:p>
    <w:p>
      <w:r>
        <w:rPr>
          <w:b/>
        </w:rPr>
        <w:t xml:space="preserve">[59:37] </w:t>
      </w:r>
      <w:r>
        <w:t>wahan par ek jagah thi, hinduo ki muqaddas jagah, jis ko woh kehte the sita ka mandir.</w:t>
      </w:r>
    </w:p>
    <w:p>
      <w:pPr>
        <w:jc w:val="right"/>
      </w:pPr>
      <w:r>
        <w:t>وہاں پر ایک جگہ تھی، ہندوؤں کی مقدس جگہ، جس کو وہ کہتے تھے سیتا کا مندر۔</w:t>
      </w:r>
    </w:p>
    <w:p>
      <w:r>
        <w:rPr>
          <w:b/>
        </w:rPr>
        <w:t xml:space="preserve">[59:44] </w:t>
      </w:r>
      <w:r>
        <w:t>isi se mila kar Aqsa bana di gayi.</w:t>
      </w:r>
    </w:p>
    <w:p>
      <w:pPr>
        <w:jc w:val="right"/>
      </w:pPr>
      <w:r>
        <w:t>اسی سے ملا کر Aqsa بنا دی گئی۔</w:t>
      </w:r>
    </w:p>
    <w:p>
      <w:r>
        <w:rPr>
          <w:b/>
        </w:rPr>
        <w:t xml:space="preserve">[59:47] </w:t>
      </w:r>
      <w:r>
        <w:t>agar door Aqsa banate hain, babri kabhi bhi babri tooti na, is se mila kar yani sita ka</w:t>
      </w:r>
    </w:p>
    <w:p>
      <w:pPr>
        <w:jc w:val="right"/>
      </w:pPr>
      <w:r>
        <w:t>اگر دور Aqsa بناتے ہیں، بابری کبھی بھی بابری ٹوٹتی نہ، اس سے ملا کر یعنی سیتا کا</w:t>
      </w:r>
    </w:p>
    <w:p>
      <w:r>
        <w:rPr>
          <w:b/>
        </w:rPr>
        <w:t xml:space="preserve">[59:55] </w:t>
      </w:r>
      <w:r>
        <w:t>jo mandir tha, us se mila kar ke deewar se deewar Aqsa bana di gayi, bajaye door bananay</w:t>
      </w:r>
    </w:p>
    <w:p>
      <w:pPr>
        <w:jc w:val="right"/>
      </w:pPr>
      <w:r>
        <w:t>جو مندر تھا، اس سے ملا کر کے دیوار سے دیوار Aqsa بنا دی گئی، بجائے دور بنانے</w:t>
      </w:r>
    </w:p>
    <w:p>
      <w:r>
        <w:rPr>
          <w:b/>
        </w:rPr>
        <w:t xml:space="preserve">[1:00:03] </w:t>
      </w:r>
      <w:r>
        <w:t>ke.</w:t>
      </w:r>
    </w:p>
    <w:p>
      <w:pPr>
        <w:jc w:val="right"/>
      </w:pPr>
      <w:r>
        <w:t>کے۔</w:t>
      </w:r>
    </w:p>
    <w:p>
      <w:r>
        <w:rPr>
          <w:b/>
        </w:rPr>
        <w:t xml:space="preserve">[1:00:04] </w:t>
      </w:r>
      <w:r>
        <w:t>to agar log ja ke dekhte hain wahan par ke hazrat umar ki policy kya thi, isi ko</w:t>
      </w:r>
    </w:p>
    <w:p>
      <w:pPr>
        <w:jc w:val="right"/>
      </w:pPr>
      <w:r>
        <w:t>تو اگر لوگ جا کے دیکھتے ہیں وہاں پر کہ حضرت عمر کی پالیسی کیا تھی، اسی کو</w:t>
      </w:r>
    </w:p>
    <w:p>
      <w:r>
        <w:rPr>
          <w:b/>
        </w:rPr>
        <w:t xml:space="preserve">[1:00:12] </w:t>
      </w:r>
      <w:r>
        <w:t>yahan par dohrate to kabhi bhi babri Aqsa ka qissa pesh na aata.</w:t>
      </w:r>
    </w:p>
    <w:p>
      <w:pPr>
        <w:jc w:val="right"/>
      </w:pPr>
      <w:r>
        <w:t>یہاں پر دہراتے تو کبھی بھی بابری Aqsa کا قصہ پیش نہ آتا۔</w:t>
      </w:r>
    </w:p>
    <w:p>
      <w:r>
        <w:rPr>
          <w:b/>
        </w:rPr>
        <w:t xml:space="preserve">[1:00:18] </w:t>
      </w:r>
      <w:r>
        <w:t>mandir ke sath masjid, yahi gyan bavi mein hai, yahi baat jhagda khara hua hai, yahi mathra mein</w:t>
      </w:r>
    </w:p>
    <w:p>
      <w:pPr>
        <w:jc w:val="right"/>
      </w:pPr>
      <w:r>
        <w:t>مندر کے ساتھ مسجد، یہی گیان باوی میں ہے، یہی بات جھگڑا کھڑا ہوا ہے، یہی متھرا میں</w:t>
      </w:r>
    </w:p>
    <w:p>
      <w:r>
        <w:rPr>
          <w:b/>
        </w:rPr>
        <w:t xml:space="preserve">[1:00:25] </w:t>
      </w:r>
      <w:r>
        <w:t>bhi yahi hai.</w:t>
      </w:r>
    </w:p>
    <w:p>
      <w:pPr>
        <w:jc w:val="right"/>
      </w:pPr>
      <w:r>
        <w:t>بھی یہی ہے۔</w:t>
      </w:r>
    </w:p>
    <w:p>
      <w:r>
        <w:rPr>
          <w:b/>
        </w:rPr>
        <w:t xml:space="preserve">[1:00:27] </w:t>
      </w:r>
      <w:r>
        <w:t>yani mandir Aqsa ke sath mandir bana dala hai logon ne, aur jhagde khare hue hain jagah jagah.</w:t>
      </w:r>
    </w:p>
    <w:p>
      <w:pPr>
        <w:jc w:val="right"/>
      </w:pPr>
      <w:r>
        <w:t>یعنی مندر Aqsa کے ساتھ مندر بنا ڈالا ہے لوگوں نے، اور جھگڑے کھڑے ہوئے ہیں جگہ جگہ۔</w:t>
      </w:r>
    </w:p>
    <w:p>
      <w:r>
        <w:rPr>
          <w:b/>
        </w:rPr>
        <w:t xml:space="preserve">[1:00:34] </w:t>
      </w:r>
      <w:r>
        <w:t>to Aqsa ko banana chahiye door ke maqam par.</w:t>
      </w:r>
    </w:p>
    <w:p>
      <w:pPr>
        <w:jc w:val="right"/>
      </w:pPr>
      <w:r>
        <w:t>تو Aqsa کو بنانا چاہیے دور کے مقام پر۔</w:t>
      </w:r>
    </w:p>
    <w:p>
      <w:r>
        <w:rPr>
          <w:b/>
        </w:rPr>
        <w:t xml:space="preserve">[1:00:38] </w:t>
      </w:r>
      <w:r>
        <w:t>itni sari misalein wahan par hain, lekin sab misalon se musalman be khabar hain kyunke wo jeete hain.</w:t>
      </w:r>
    </w:p>
    <w:p>
      <w:pPr>
        <w:jc w:val="right"/>
      </w:pPr>
      <w:r>
        <w:t>اتنی ساری مثالیں وہاں پر ہیں، لیکن سب مثالوں سے مسلمان بے خبر ہیں کیونکہ وہ جیتے ہیں۔</w:t>
      </w:r>
    </w:p>
    <w:p>
      <w:r>
        <w:rPr>
          <w:b/>
        </w:rPr>
        <w:t xml:space="preserve">[1:00:46] </w:t>
      </w:r>
      <w:r>
        <w:t>یعنی وہ opportunity blind ہو گئے ہیں، اور objective طور پر باتوں کو سمجھتے نہیں، کتابوں کو پڑھتے</w:t>
      </w:r>
    </w:p>
    <w:p>
      <w:pPr>
        <w:jc w:val="right"/>
      </w:pPr>
      <w:r>
        <w:t>یعنی وہ اپرچونیٹی بلائنڈ ہو گئے ہیں، اور ابجیکٹو طور پر باتوں کو سمجھتے نہیں، کتابوں کو پڑھتے</w:t>
      </w:r>
    </w:p>
    <w:p>
      <w:r>
        <w:rPr>
          <w:b/>
        </w:rPr>
        <w:t xml:space="preserve">[1:00:54] </w:t>
      </w:r>
      <w:r>
        <w:t>nahi, afwahon par jeete hain, kuch bhi sun liya usi ko maan lete hain.</w:t>
      </w:r>
    </w:p>
    <w:p>
      <w:pPr>
        <w:jc w:val="right"/>
      </w:pPr>
      <w:r>
        <w:t>نہیں، افواہوں پر جیتے ہیں، کچھ بھی سن لیا اسی کو مان لیتے ہیں۔</w:t>
      </w:r>
    </w:p>
    <w:p>
      <w:r>
        <w:rPr>
          <w:b/>
        </w:rPr>
        <w:t xml:space="preserve">[1:01:00] </w:t>
      </w:r>
      <w:r>
        <w:t>to is tarah is tarah ki aur bahut sari cheezein hain Aqsa Mosque ke bare mein jo main</w:t>
      </w:r>
    </w:p>
    <w:p>
      <w:pPr>
        <w:jc w:val="right"/>
      </w:pPr>
      <w:r>
        <w:t>تو اس طرح اس طرح کی اور بہت ساری چیزیں ہیں Aqsa Mosque کے بارے میں جو میں</w:t>
      </w:r>
    </w:p>
    <w:p>
      <w:r>
        <w:rPr>
          <w:b/>
        </w:rPr>
        <w:t xml:space="preserve">[1:01:07] </w:t>
      </w:r>
      <w:r>
        <w:t>ne wahan ja ke dekha.</w:t>
      </w:r>
    </w:p>
    <w:p>
      <w:pPr>
        <w:jc w:val="right"/>
      </w:pPr>
      <w:r>
        <w:t>نے وہاں جا کے دیکھا۔</w:t>
      </w:r>
    </w:p>
    <w:p>
      <w:r>
        <w:rPr>
          <w:b/>
        </w:rPr>
        <w:t xml:space="preserve">[1:01:10] </w:t>
      </w:r>
      <w:r>
        <w:t>inshallah aindah mein aur kuch bayan karunga.</w:t>
      </w:r>
    </w:p>
    <w:p>
      <w:pPr>
        <w:jc w:val="right"/>
      </w:pPr>
      <w:r>
        <w:t>انشاءاللہ آئندہ میں اور کچھ بیان کروں گا۔</w:t>
      </w:r>
    </w:p>
    <w:p>
      <w:r>
        <w:rPr>
          <w:b/>
        </w:rPr>
        <w:t xml:space="preserve">[1:01:13] </w:t>
      </w:r>
      <w:r>
        <w:t>aaj mein yahi kehta hoon aap logon se ke kabhi bhi kisi cheez ko tehqeeq kiye baghair na</w:t>
      </w:r>
    </w:p>
    <w:p>
      <w:pPr>
        <w:jc w:val="right"/>
      </w:pPr>
      <w:r>
        <w:t>آج میں یہی کہتا ہوں آپ لوگوں سے کہ کبھی بھی کسی چیز کو تحقیق کیے بغیر نہ</w:t>
      </w:r>
    </w:p>
    <w:p>
      <w:r>
        <w:rPr>
          <w:b/>
        </w:rPr>
        <w:t xml:space="preserve">[1:01:21] </w:t>
      </w:r>
      <w:r>
        <w:t>maniye.</w:t>
      </w:r>
    </w:p>
    <w:p>
      <w:pPr>
        <w:jc w:val="right"/>
      </w:pPr>
      <w:r>
        <w:t>مانیے۔</w:t>
      </w:r>
    </w:p>
    <w:p>
      <w:r>
        <w:rPr>
          <w:b/>
        </w:rPr>
        <w:t xml:space="preserve">[1:01:22] </w:t>
      </w:r>
      <w:r>
        <w:t>pehle koi bhi suna hai to us ki tehqeeq kijiye, pata kijiye kya hai.</w:t>
      </w:r>
    </w:p>
    <w:p>
      <w:pPr>
        <w:jc w:val="right"/>
      </w:pPr>
      <w:r>
        <w:t>پہلے کوئی بھی سنا ہے تو اس کی تحقیق کیجئے، پتہ کیجئے کیا ہے۔</w:t>
      </w:r>
    </w:p>
    <w:p>
      <w:r>
        <w:rPr>
          <w:b/>
        </w:rPr>
        <w:t xml:space="preserve">[1:01:28] </w:t>
      </w:r>
      <w:r>
        <w:t>nafrat se koi rah na banaiye, kisi ko dushman na samjhiye.</w:t>
      </w:r>
    </w:p>
    <w:p>
      <w:pPr>
        <w:jc w:val="right"/>
      </w:pPr>
      <w:r>
        <w:t>نفرت سے کوئی راہ نہ بنائیے، کسی کو دشمن نہ سمجھیے۔</w:t>
      </w:r>
    </w:p>
    <w:p>
      <w:r>
        <w:rPr>
          <w:b/>
        </w:rPr>
        <w:t xml:space="preserve">[1:01:33] </w:t>
      </w:r>
      <w:r>
        <w:t>hamara dushman na hindu hai, na yahudi hai, na isai hai, na america hai, na europe hai.</w:t>
      </w:r>
    </w:p>
    <w:p>
      <w:pPr>
        <w:jc w:val="right"/>
      </w:pPr>
      <w:r>
        <w:t>ہمارا دشمن نہ ہندو ہے، نہ یہودی ہے، نہ عیسائی ہے، نہ امریکہ ہے، نہ یورپ ہے۔</w:t>
      </w:r>
    </w:p>
    <w:p>
      <w:r>
        <w:rPr>
          <w:b/>
        </w:rPr>
        <w:t xml:space="preserve">[1:01:40] </w:t>
      </w:r>
      <w:r>
        <w:t>koi hamara dushman nahi hai.</w:t>
      </w:r>
    </w:p>
    <w:p>
      <w:pPr>
        <w:jc w:val="right"/>
      </w:pPr>
      <w:r>
        <w:t>کوئی ہمارا دشمن نہیں ہے۔</w:t>
      </w:r>
    </w:p>
    <w:p>
      <w:r>
        <w:rPr>
          <w:b/>
        </w:rPr>
        <w:t xml:space="preserve">[1:01:42] </w:t>
      </w:r>
      <w:r>
        <w:t>قرآن کے مطابق "Your enemy is your potential friend"۔</w:t>
      </w:r>
    </w:p>
    <w:p>
      <w:pPr>
        <w:jc w:val="right"/>
      </w:pPr>
      <w:r>
        <w:t>قرآن کے مطابق "یور اینمی از یور یور پوٹینشل فرینڈ"۔</w:t>
      </w:r>
    </w:p>
    <w:p>
      <w:r>
        <w:rPr>
          <w:b/>
        </w:rPr>
        <w:t xml:space="preserve">[1:01:47] </w:t>
      </w:r>
      <w:r>
        <w:t>تو positive thinking اپنے اندر پیدا کیجئے، negativity سے اپنے آپ کو بچائیے، اور پھر انشاءاللہ آپ دنیا</w:t>
      </w:r>
    </w:p>
    <w:p>
      <w:pPr>
        <w:jc w:val="right"/>
      </w:pPr>
      <w:r>
        <w:t>تو پازیٹیو تھنکنگ اپنے اندر پیدا کیجئے، نیگیٹیوٹی سے اپنے آپ کو بچائیے، اور پھر انشاءاللہ آپ دنیا</w:t>
      </w:r>
    </w:p>
    <w:p>
      <w:r>
        <w:rPr>
          <w:b/>
        </w:rPr>
        <w:t xml:space="preserve">[1:01:54] </w:t>
      </w:r>
      <w:r>
        <w:t>mein bhi kamyab rahenge, aur akhirat mein bhi kamyab rahenge.</w:t>
      </w:r>
    </w:p>
    <w:p>
      <w:pPr>
        <w:jc w:val="right"/>
      </w:pPr>
      <w:r>
        <w:t>میں بھی کامیاب رہیں گے، اور آخرت میں بھی کامیاب رہیں گے۔</w:t>
      </w:r>
    </w:p>
    <w:p>
      <w:r>
        <w:rPr>
          <w:b/>
        </w:rPr>
        <w:t xml:space="preserve">[1:02:00] </w:t>
      </w:r>
      <w:r>
        <w:t>aqool qooli haza, wastaghfirullah li walakum ajmaeen.</w:t>
      </w:r>
    </w:p>
    <w:p>
      <w:pPr>
        <w:jc w:val="right"/>
      </w:pPr>
      <w:r>
        <w:t>اقول قولی ھذا، واستغفراللہ لی ولکم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