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Imaan and Marfet 28 07 08</w:t>
      </w:r>
    </w:p>
    <w:p>
      <w:r>
        <w:t>https://www.youtube.com/watch?v=eTXDqbfrgBo</w:t>
      </w:r>
    </w:p>
    <w:p>
      <w:r>
        <w:rPr>
          <w:b/>
        </w:rPr>
        <w:t xml:space="preserve">[00:21] </w:t>
      </w:r>
      <w:r>
        <w:t>bismillah-ir-rehman-ir-rahim, wa salla Allahu ala nabiyyi al-kareem.</w:t>
      </w:r>
    </w:p>
    <w:p>
      <w:pPr>
        <w:jc w:val="right"/>
      </w:pPr>
      <w:r>
        <w:t>بسم اللہ الرحمن الرحیم، وصلی اللہ علی النبی الکریم۔</w:t>
      </w:r>
    </w:p>
    <w:p>
      <w:r>
        <w:rPr>
          <w:b/>
        </w:rPr>
        <w:t xml:space="preserve">[00:29] </w:t>
      </w:r>
      <w:r>
        <w:t>Rabbi-shrah li sadri, wa yassir li amri, wah-lul uqdatan min lisani, yafqahu qawli.</w:t>
      </w:r>
    </w:p>
    <w:p>
      <w:pPr>
        <w:jc w:val="right"/>
      </w:pPr>
      <w:r>
        <w:t>رب اشرح لی صدری، ویسر لی امری، واحل العقدۃ من لسانی، یفقہ قولی۔</w:t>
      </w:r>
    </w:p>
    <w:p>
      <w:r>
        <w:rPr>
          <w:b/>
        </w:rPr>
        <w:t xml:space="preserve">[00:38] </w:t>
      </w:r>
      <w:r>
        <w:t>آج کا ٹاپک ہے: ایمان اینڈ ریلائزیشن آف گاڈ، یعنی ایمان اور معرفت۔</w:t>
      </w:r>
    </w:p>
    <w:p>
      <w:pPr>
        <w:jc w:val="right"/>
      </w:pPr>
      <w:r>
        <w:t>آج کا ٹاپک ہے: ایمان اینڈ ریلائزیشن آف کاٹ، یعنی ایمان اور معرفت۔</w:t>
      </w:r>
    </w:p>
    <w:p>
      <w:r>
        <w:rPr>
          <w:b/>
        </w:rPr>
        <w:t xml:space="preserve">[00:47] </w:t>
      </w:r>
      <w:r>
        <w:t>yeh bohat hi important hai, is ko bohat gehrai ke sath samajhna chahiye ke iman kya hai, marifat</w:t>
      </w:r>
    </w:p>
    <w:p>
      <w:pPr>
        <w:jc w:val="right"/>
      </w:pPr>
      <w:r>
        <w:t>یہ بہت ہی امپورٹنٹ ہے، اس کو بہت گہرائی کے ساتھ سمجھنا چاہیے کہ ایمان کیا ہے، معرفت</w:t>
      </w:r>
    </w:p>
    <w:p>
      <w:r>
        <w:rPr>
          <w:b/>
        </w:rPr>
        <w:t xml:space="preserve">[00:56] </w:t>
      </w:r>
      <w:r>
        <w:t>kya hai, khuda ka realization kya hai, kyunke isi par poora Islam base karta hai.</w:t>
      </w:r>
    </w:p>
    <w:p>
      <w:pPr>
        <w:jc w:val="right"/>
      </w:pPr>
      <w:r>
        <w:t>کیا ہے، خدا کا ریلائزیشن کیا ہے، کیونکہ اسی پر پورا اسلام بیس کرتا ہے۔</w:t>
      </w:r>
    </w:p>
    <w:p>
      <w:r>
        <w:rPr>
          <w:b/>
        </w:rPr>
        <w:t xml:space="preserve">[01:05] </w:t>
      </w:r>
      <w:r>
        <w:t>jaisa iman, waisa Islam.</w:t>
      </w:r>
    </w:p>
    <w:p>
      <w:pPr>
        <w:jc w:val="right"/>
      </w:pPr>
      <w:r>
        <w:t>جیسا ایمان، ویسا اسلام۔</w:t>
      </w:r>
    </w:p>
    <w:p>
      <w:r>
        <w:rPr>
          <w:b/>
        </w:rPr>
        <w:t xml:space="preserve">[01:13] </w:t>
      </w:r>
      <w:r>
        <w:t>to is wajah se is ko samajhna chahiye, bohat gehrai ke sath.</w:t>
      </w:r>
    </w:p>
    <w:p>
      <w:pPr>
        <w:jc w:val="right"/>
      </w:pPr>
      <w:r>
        <w:t>تو اس وجہ سے اس کو سمجھنا چاہیے، بہت گہرائی کے ساتھ۔</w:t>
      </w:r>
    </w:p>
    <w:p>
      <w:r>
        <w:rPr>
          <w:b/>
        </w:rPr>
        <w:t xml:space="preserve">[01:22] </w:t>
      </w:r>
      <w:r>
        <w:t>yahan mein aik principle arz karunga ke kis tarah se Quran ko samjha jaye.</w:t>
      </w:r>
    </w:p>
    <w:p>
      <w:pPr>
        <w:jc w:val="right"/>
      </w:pPr>
      <w:r>
        <w:t>یہاں میں ایک پرنسپل عرض کروں گا کہ کس طرح سے قرآن کو سمجھا جائے۔</w:t>
      </w:r>
    </w:p>
    <w:p>
      <w:r>
        <w:rPr>
          <w:b/>
        </w:rPr>
        <w:t xml:space="preserve">[01:31] </w:t>
      </w:r>
      <w:r>
        <w:t>kuch principle bataye gaye hain Quran ko samajhne ke liye, ulama ne bataye hain.</w:t>
      </w:r>
    </w:p>
    <w:p>
      <w:pPr>
        <w:jc w:val="right"/>
      </w:pPr>
      <w:r>
        <w:t>کچھ پرنسپل بتائے گئے ہیں قرآن کو سمجھنے کے لیے، علماء نے بتائے ہیں۔</w:t>
      </w:r>
    </w:p>
    <w:p>
      <w:r>
        <w:rPr>
          <w:b/>
        </w:rPr>
        <w:t xml:space="preserve">[01:40] </w:t>
      </w:r>
      <w:r>
        <w:t>in mein se aik principle yeh hai: "Al Quran yufassiru ba'duhu ba'dan".</w:t>
      </w:r>
    </w:p>
    <w:p>
      <w:pPr>
        <w:jc w:val="right"/>
      </w:pPr>
      <w:r>
        <w:t>ان میں سے ایک پرنسپل یہ ہے: "القرآن یفسر بعضہ بعضا"۔</w:t>
      </w:r>
    </w:p>
    <w:p>
      <w:r>
        <w:rPr>
          <w:b/>
        </w:rPr>
        <w:t xml:space="preserve">[01:49] </w:t>
      </w:r>
      <w:r>
        <w:t>yani Quran ka aik hissa is ke doosre hisse ki commentary hai, is ke doosre hisse ko explain karta hai.</w:t>
      </w:r>
    </w:p>
    <w:p>
      <w:pPr>
        <w:jc w:val="right"/>
      </w:pPr>
      <w:r>
        <w:t>یعنی قرآن کا ایک حصہ اس کے دوسرے حصے کی کمنٹری ہے، اس کے دوسرے حصے کو ایکسپلین کرتا ہے۔</w:t>
      </w:r>
    </w:p>
    <w:p>
      <w:r>
        <w:rPr>
          <w:b/>
        </w:rPr>
        <w:t xml:space="preserve">[01:57] </w:t>
      </w:r>
      <w:r>
        <w:t>to kaha quran ki jo ayaten hain, quran mein aap jante hain ke koi lagbhag saade chhe hazar ayaten hain.</w:t>
      </w:r>
    </w:p>
    <w:p>
      <w:pPr>
        <w:jc w:val="right"/>
      </w:pPr>
      <w:r>
        <w:t>تو کہا قرآن کی جو آیتیں ہیں، قرآن میں آپ جانتے ہیں کہ کوئی تقریباً ساڑھے چھ ہزار آیتیں ہیں۔</w:t>
      </w:r>
    </w:p>
    <w:p>
      <w:r>
        <w:rPr>
          <w:b/>
        </w:rPr>
        <w:t xml:space="preserve">[02:06] </w:t>
      </w:r>
      <w:r>
        <w:t>to in ayaton ko samajhne ke liye hamein poori ayaton ko samne rakhna padta hai.</w:t>
      </w:r>
    </w:p>
    <w:p>
      <w:pPr>
        <w:jc w:val="right"/>
      </w:pPr>
      <w:r>
        <w:t>تو ان آیتوں کو سمجھنے کے لیے ہمیں پوری آیتوں کو سامنے رکھنا پڑتا ہے۔</w:t>
      </w:r>
    </w:p>
    <w:p>
      <w:r>
        <w:rPr>
          <w:b/>
        </w:rPr>
        <w:t xml:space="preserve">[02:15] </w:t>
      </w:r>
      <w:r>
        <w:t>ek ayat doosri ayat se judi hui hoti hai, ek ayat ka talluq doosri ayaton se hota hai.</w:t>
      </w:r>
    </w:p>
    <w:p>
      <w:pPr>
        <w:jc w:val="right"/>
      </w:pPr>
      <w:r>
        <w:t>ایک آیت دوسری آیت سے جڑی ہوئی ہوتی ہے، ایک آیت کا تعلق دوسری آیتوں سے ہوتا ہے۔</w:t>
      </w:r>
    </w:p>
    <w:p>
      <w:r>
        <w:rPr>
          <w:b/>
        </w:rPr>
        <w:t xml:space="preserve">[02:24] </w:t>
      </w:r>
      <w:r>
        <w:t>is liye kisi ek ayat ko ya verse ko samajhne ke liye zaroori hai ke doosre verses bhi</w:t>
      </w:r>
    </w:p>
    <w:p>
      <w:pPr>
        <w:jc w:val="right"/>
      </w:pPr>
      <w:r>
        <w:t>اس لیے کسی ایک آیت کو یا ورس کو سمجھنے کے لیے ضروری ہے کہ دوسرے ورسز بھی</w:t>
      </w:r>
    </w:p>
    <w:p>
      <w:r>
        <w:rPr>
          <w:b/>
        </w:rPr>
        <w:t xml:space="preserve">[02:33] </w:t>
      </w:r>
      <w:r>
        <w:t>hamare dhyan mein hon, tab hum usko gehrai ke sath samajh payenge.</w:t>
      </w:r>
    </w:p>
    <w:p>
      <w:pPr>
        <w:jc w:val="right"/>
      </w:pPr>
      <w:r>
        <w:t>ہمارے دھیان میں ہوں، تب ہم اس کو گہرائی کے ساتھ سمجھ پائیں گے۔</w:t>
      </w:r>
    </w:p>
    <w:p>
      <w:r>
        <w:rPr>
          <w:b/>
        </w:rPr>
        <w:t xml:space="preserve">[02:41] </w:t>
      </w:r>
      <w:r>
        <w:t>ab mein aap ko ek example deta hoon ek, ke yeh jo principle hai: "al quran yufassir ba'zahu ba'zan",</w:t>
      </w:r>
    </w:p>
    <w:p>
      <w:pPr>
        <w:jc w:val="right"/>
      </w:pPr>
      <w:r>
        <w:t>اب میں آپ کو ایک ایگزامپل دیتا ہوں ایک، کہ یہ جو پرنسپل ہے: "القرآن یفسر بعضہ بعضا"،</w:t>
      </w:r>
    </w:p>
    <w:p>
      <w:r>
        <w:rPr>
          <w:b/>
        </w:rPr>
        <w:t xml:space="preserve">[02:50] </w:t>
      </w:r>
      <w:r>
        <w:t>kis tarah hamein quran ko samajhne mein madad deta hai.</w:t>
      </w:r>
    </w:p>
    <w:p>
      <w:pPr>
        <w:jc w:val="right"/>
      </w:pPr>
      <w:r>
        <w:t>کس طرح ہمیں قرآن کو سمجھنے میں مدد دیتا ہے۔</w:t>
      </w:r>
    </w:p>
    <w:p>
      <w:r>
        <w:rPr>
          <w:b/>
        </w:rPr>
        <w:t xml:space="preserve">[02:59] </w:t>
      </w:r>
      <w:r>
        <w:t>to quran ki surah hai nisa.</w:t>
      </w:r>
    </w:p>
    <w:p>
      <w:pPr>
        <w:jc w:val="right"/>
      </w:pPr>
      <w:r>
        <w:t>تو قرآن کی سورہ ہے النساء۔</w:t>
      </w:r>
    </w:p>
    <w:p>
      <w:r>
        <w:rPr>
          <w:b/>
        </w:rPr>
        <w:t xml:space="preserve">[03:08] </w:t>
      </w:r>
      <w:r>
        <w:t>al nisa mein ek ayat hai: "ya ayyuhal ladheena amanu amanu".</w:t>
      </w:r>
    </w:p>
    <w:p>
      <w:pPr>
        <w:jc w:val="right"/>
      </w:pPr>
      <w:r>
        <w:t>النساء میں ایک آیت ہے: "یا ایہا الذین آمنوا آمنوا"۔</w:t>
      </w:r>
    </w:p>
    <w:p>
      <w:r>
        <w:rPr>
          <w:b/>
        </w:rPr>
        <w:t xml:space="preserve">[03:17] </w:t>
      </w:r>
      <w:r>
        <w:t>ae iman lane walo!</w:t>
      </w:r>
    </w:p>
    <w:p>
      <w:pPr>
        <w:jc w:val="right"/>
      </w:pPr>
      <w:r>
        <w:t>اے ایمان لانے والو!</w:t>
      </w:r>
    </w:p>
    <w:p>
      <w:r>
        <w:rPr>
          <w:b/>
        </w:rPr>
        <w:t xml:space="preserve">[03:26] </w:t>
      </w:r>
      <w:r>
        <w:t>iman lao.</w:t>
      </w:r>
    </w:p>
    <w:p>
      <w:pPr>
        <w:jc w:val="right"/>
      </w:pPr>
      <w:r>
        <w:t>ایمان لاؤ۔</w:t>
      </w:r>
    </w:p>
    <w:p>
      <w:r>
        <w:rPr>
          <w:b/>
        </w:rPr>
        <w:t xml:space="preserve">[03:33] </w:t>
      </w:r>
      <w:r>
        <w:t>ab yahan par dekhiye, bahut anokha andaaz hai yeh, ke jo log iman chuke hain, jo log</w:t>
      </w:r>
    </w:p>
    <w:p>
      <w:pPr>
        <w:jc w:val="right"/>
      </w:pPr>
      <w:r>
        <w:t>اب یہاں پر دیکھیے، بہت انوکھا انداز ہے یہ، کہ جو لوگ ایمان لا چکے ہیں، جو لوگ</w:t>
      </w:r>
    </w:p>
    <w:p>
      <w:r>
        <w:rPr>
          <w:b/>
        </w:rPr>
        <w:t xml:space="preserve">[03:41] </w:t>
      </w:r>
      <w:r>
        <w:t>already momin hain, un se kaha gaya ke tum log iman lao.</w:t>
      </w:r>
    </w:p>
    <w:p>
      <w:pPr>
        <w:jc w:val="right"/>
      </w:pPr>
      <w:r>
        <w:t>الریڈی مومن ہیں، ان سے کہا گیا کہ تم لوگ ایمان لاؤ۔</w:t>
      </w:r>
    </w:p>
    <w:p>
      <w:r>
        <w:rPr>
          <w:b/>
        </w:rPr>
        <w:t xml:space="preserve">[03:48] </w:t>
      </w:r>
      <w:r>
        <w:t>is ka kya matlab hai? iman ke baad ek aur iman, is ka kya matlab hai? to woh</w:t>
      </w:r>
    </w:p>
    <w:p>
      <w:pPr>
        <w:jc w:val="right"/>
      </w:pPr>
      <w:r>
        <w:t>اس کا کیا مطلب ہے؟ ایمان کے بعد ایک اور ایمان، اس کا کیا مطلب ہے؟ تو وہ</w:t>
      </w:r>
    </w:p>
    <w:p>
      <w:r>
        <w:rPr>
          <w:b/>
        </w:rPr>
        <w:t xml:space="preserve">[03:56] </w:t>
      </w:r>
      <w:r>
        <w:t>bahut din se is par soch raha tha, to quran ki ek ayat ne is ko khol diya.</w:t>
      </w:r>
    </w:p>
    <w:p>
      <w:pPr>
        <w:jc w:val="right"/>
      </w:pPr>
      <w:r>
        <w:t>بہت دن سے اس پر سوچ رہا تھا، تو قرآن کی ایک آیت نے اس کو کھولا۔</w:t>
      </w:r>
    </w:p>
    <w:p>
      <w:r>
        <w:rPr>
          <w:b/>
        </w:rPr>
        <w:t xml:space="preserve">[04:03] </w:t>
      </w:r>
      <w:r>
        <w:t>woh ayat hai surah al maida mein, aur yani para saat ke shuru mein: "wa idha sami'u ma unzila ila</w:t>
      </w:r>
    </w:p>
    <w:p>
      <w:pPr>
        <w:jc w:val="right"/>
      </w:pPr>
      <w:r>
        <w:t>وہ آیت ہے سورہ المائدہ میں، اور یعنی پارہ سات کے شروع میں: "وَإِذَا سَمَعُوا مَا أُنْزِلَ إِلَى</w:t>
      </w:r>
    </w:p>
    <w:p>
      <w:r>
        <w:rPr>
          <w:b/>
        </w:rPr>
        <w:t xml:space="preserve">[04:11] </w:t>
      </w:r>
      <w:r>
        <w:t>al rasooli tara a'yunahum tufeedu bibin dami mimma 'arafu bilhaqq".</w:t>
      </w:r>
    </w:p>
    <w:p>
      <w:pPr>
        <w:jc w:val="right"/>
      </w:pPr>
      <w:r>
        <w:t>الرَّسُولِ تَرَى عَيَنَهُمْ تَفِيدًا بِنَ الْدَّمِ مِمَّا عَرَفُوا بِنَ الْحَقِّ"۔</w:t>
      </w:r>
    </w:p>
    <w:p>
      <w:r>
        <w:rPr>
          <w:b/>
        </w:rPr>
        <w:t xml:space="preserve">[04:19] </w:t>
      </w:r>
      <w:r>
        <w:t>is ka translation yeh hai: "aur jab unhon ne suna", dekhiye yeh jo hai ayat utri thi is</w:t>
      </w:r>
    </w:p>
    <w:p>
      <w:pPr>
        <w:jc w:val="right"/>
      </w:pPr>
      <w:r>
        <w:t>اس کا ٹرانزیشن یہ ہے: "اور جب انہوں نے سنا"، دیکھیے یہ جو ہے آیت اتری تھی اس</w:t>
      </w:r>
    </w:p>
    <w:p>
      <w:r>
        <w:rPr>
          <w:b/>
        </w:rPr>
        <w:t xml:space="preserve">[04:26] </w:t>
      </w:r>
      <w:r>
        <w:t>waqt, jab ke kuch christians aaye the yaman se, to rasool Allah ke paas aaye madina mein, unhon</w:t>
      </w:r>
    </w:p>
    <w:p>
      <w:pPr>
        <w:jc w:val="right"/>
      </w:pPr>
      <w:r>
        <w:t>وقت، جب کہ کچھ کرسچنز آئے تھے یمن سے، تو رسول اللہ کے پاس آئے مدینہ میں، انہوں</w:t>
      </w:r>
    </w:p>
    <w:p>
      <w:r>
        <w:rPr>
          <w:b/>
        </w:rPr>
        <w:t xml:space="preserve">[04:34] </w:t>
      </w:r>
      <w:r>
        <w:t>ne aap se baat ki, quran ko suna.</w:t>
      </w:r>
    </w:p>
    <w:p>
      <w:pPr>
        <w:jc w:val="right"/>
      </w:pPr>
      <w:r>
        <w:t>نے آپ سے بات کی، قرآن کو سنا۔</w:t>
      </w:r>
    </w:p>
    <w:p>
      <w:r>
        <w:rPr>
          <w:b/>
        </w:rPr>
        <w:t xml:space="preserve">[04:41] </w:t>
      </w:r>
      <w:r>
        <w:t>to unhein quran ka, un ke dil mein quran utar gaya, aur unhon ne aelan kar diya ke</w:t>
      </w:r>
    </w:p>
    <w:p>
      <w:pPr>
        <w:jc w:val="right"/>
      </w:pPr>
      <w:r>
        <w:t>تو انہیں قرآن کا، ان کے دل میں قرآن اتر گیا، اور انہوں نے اعلان کر دیا کہ</w:t>
      </w:r>
    </w:p>
    <w:p>
      <w:r>
        <w:rPr>
          <w:b/>
        </w:rPr>
        <w:t xml:space="preserve">[04:49] </w:t>
      </w:r>
      <w:r>
        <w:t>hum is par iman late hain.</w:t>
      </w:r>
    </w:p>
    <w:p>
      <w:pPr>
        <w:jc w:val="right"/>
      </w:pPr>
      <w:r>
        <w:t>ہم اس پر ایمان لاتے ہیں۔</w:t>
      </w:r>
    </w:p>
    <w:p>
      <w:r>
        <w:rPr>
          <w:b/>
        </w:rPr>
        <w:t xml:space="preserve">[04:57] </w:t>
      </w:r>
      <w:r>
        <w:t>to isi qisse ka zikr hai yahan par.</w:t>
      </w:r>
    </w:p>
    <w:p>
      <w:pPr>
        <w:jc w:val="right"/>
      </w:pPr>
      <w:r>
        <w:t>تو اسی قصے کا ذکر ہے یہاں پر۔</w:t>
      </w:r>
    </w:p>
    <w:p>
      <w:r>
        <w:rPr>
          <w:b/>
        </w:rPr>
        <w:t xml:space="preserve">[05:04] </w:t>
      </w:r>
      <w:r>
        <w:t>to is ka translation yeh hai ke jab unhon ne suna is kalam ko jo utra hai paighambar</w:t>
      </w:r>
    </w:p>
    <w:p>
      <w:pPr>
        <w:jc w:val="right"/>
      </w:pPr>
      <w:r>
        <w:t>تو اس کا ٹرانزیشن یہ ہے کہ جب انہوں نے سنا اس کلام کو جو اترا ہے پیغمبر</w:t>
      </w:r>
    </w:p>
    <w:p>
      <w:r>
        <w:rPr>
          <w:b/>
        </w:rPr>
        <w:t xml:space="preserve">[05:12] </w:t>
      </w:r>
      <w:r>
        <w:t>par, to tum dekhoge ke un ki aankhon, un ki aankhen aansuon se bhar gayeen, un ki</w:t>
      </w:r>
    </w:p>
    <w:p>
      <w:pPr>
        <w:jc w:val="right"/>
      </w:pPr>
      <w:r>
        <w:t>پر، تو تم دیکھو گے کہ ان کی آنکھوں، ان کی آنکھیں آنسوؤں سے بھر گئیں، ان کی</w:t>
      </w:r>
    </w:p>
    <w:p>
      <w:r>
        <w:rPr>
          <w:b/>
        </w:rPr>
        <w:t xml:space="preserve">[05:19] </w:t>
      </w:r>
      <w:r>
        <w:t>aankhon se aansu jaari ho gaye.</w:t>
      </w:r>
    </w:p>
    <w:p>
      <w:pPr>
        <w:jc w:val="right"/>
      </w:pPr>
      <w:r>
        <w:t>آنکھوں سے آنسو جاری ہو گئے۔</w:t>
      </w:r>
    </w:p>
    <w:p>
      <w:r>
        <w:rPr>
          <w:b/>
        </w:rPr>
        <w:t xml:space="preserve">[05:27] </w:t>
      </w:r>
      <w:r>
        <w:t>kyon? "mimmā ʿarafu binnilḥaqqi"، marifat ke sabab se، sachai ki marifat ke sabab se۔</w:t>
      </w:r>
    </w:p>
    <w:p>
      <w:pPr>
        <w:jc w:val="right"/>
      </w:pPr>
      <w:r>
        <w:t>کیوں؟ "مِمَّا عَرَفُوا بِنَ الْحَقِّ"، معرفت کے سبب سے، سچائی کی معرفت کے سبب سے۔</w:t>
      </w:r>
    </w:p>
    <w:p>
      <w:r>
        <w:rPr>
          <w:b/>
        </w:rPr>
        <w:t xml:space="preserve">[05:34] </w:t>
      </w:r>
      <w:r>
        <w:t>marifat ka matlab hota hai pehchan، realization۔</w:t>
      </w:r>
    </w:p>
    <w:p>
      <w:pPr>
        <w:jc w:val="right"/>
      </w:pPr>
      <w:r>
        <w:t>معرفت کا مطلب ہوتا ہے پہچان، ریلائزیشن۔</w:t>
      </w:r>
    </w:p>
    <w:p>
      <w:r>
        <w:rPr>
          <w:b/>
        </w:rPr>
        <w:t xml:space="preserve">[05:42] </w:t>
      </w:r>
      <w:r>
        <w:t>yani realization of truth ke sabab se۔</w:t>
      </w:r>
    </w:p>
    <w:p>
      <w:pPr>
        <w:jc w:val="right"/>
      </w:pPr>
      <w:r>
        <w:t>یعنی ریلائزیشن آف ٹروتھ کے سبب سے۔</w:t>
      </w:r>
    </w:p>
    <w:p>
      <w:r>
        <w:rPr>
          <w:b/>
        </w:rPr>
        <w:t xml:space="preserve">[05:50] </w:t>
      </w:r>
      <w:r>
        <w:t>yani quran ki un aayaton mein un ko sachai ka pehchan ho gayi، unhon ne sachai ko realize</w:t>
      </w:r>
    </w:p>
    <w:p>
      <w:pPr>
        <w:jc w:val="right"/>
      </w:pPr>
      <w:r>
        <w:t>یعنی قرآن کی ان آیتوں میں ان کو سچائی کا پہچان ہو گئی، انہوں نے سچائی کو ریلائز</w:t>
      </w:r>
    </w:p>
    <w:p>
      <w:r>
        <w:rPr>
          <w:b/>
        </w:rPr>
        <w:t xml:space="preserve">[05:57] </w:t>
      </w:r>
      <w:r>
        <w:t>kar liya، is liye unhon ne imaan qubool kiya۔</w:t>
      </w:r>
    </w:p>
    <w:p>
      <w:pPr>
        <w:jc w:val="right"/>
      </w:pPr>
      <w:r>
        <w:t>کر لیا، اس لیے انہوں نے ایمان قبول کیا۔</w:t>
      </w:r>
    </w:p>
    <w:p>
      <w:r>
        <w:rPr>
          <w:b/>
        </w:rPr>
        <w:t xml:space="preserve">[06:05] </w:t>
      </w:r>
      <w:r>
        <w:t>to aage jo hai yeh hai is mein ke unhon ne kaha: "rabbanā āmannā fāktubnā maʿashshāhidīn"۔</w:t>
      </w:r>
    </w:p>
    <w:p>
      <w:pPr>
        <w:jc w:val="right"/>
      </w:pPr>
      <w:r>
        <w:t>تو آگے جو ہے یہ ہے اس میں کہ انہوں نے کہا: "ربنا آمنا فاکتبنا مع الشاہدین"۔</w:t>
      </w:r>
    </w:p>
    <w:p>
      <w:r>
        <w:rPr>
          <w:b/>
        </w:rPr>
        <w:t xml:space="preserve">[06:12] </w:t>
      </w:r>
      <w:r>
        <w:t>"yaqūlūna rabbanā āmannā fāktubnā maʿashshāhidīn"۔</w:t>
      </w:r>
    </w:p>
    <w:p>
      <w:pPr>
        <w:jc w:val="right"/>
      </w:pPr>
      <w:r>
        <w:t>"یقولون ربنا آمنا فاکتبنا مع الشاہدین"۔</w:t>
      </w:r>
    </w:p>
    <w:p>
      <w:r>
        <w:rPr>
          <w:b/>
        </w:rPr>
        <w:t xml:space="preserve">[06:20] </w:t>
      </w:r>
      <w:r>
        <w:t>woh kehte hain ke aye hamare rab!</w:t>
      </w:r>
    </w:p>
    <w:p>
      <w:pPr>
        <w:jc w:val="right"/>
      </w:pPr>
      <w:r>
        <w:t>وہ کہتے ہیں کہ اے ہمارے رب!</w:t>
      </w:r>
    </w:p>
    <w:p>
      <w:r>
        <w:rPr>
          <w:b/>
        </w:rPr>
        <w:t xml:space="preserve">[06:28] </w:t>
      </w:r>
      <w:r>
        <w:t>hum imaan laye، to hum ko gawahi dene walon mein likh le، yani witness ke taur par likh</w:t>
      </w:r>
    </w:p>
    <w:p>
      <w:pPr>
        <w:jc w:val="right"/>
      </w:pPr>
      <w:r>
        <w:t>ہم ایمان لائے، تو ہم کو گواہی دینے والوں میں لکھ لے، یعنی وٹنس کے طور پر لکھ</w:t>
      </w:r>
    </w:p>
    <w:p>
      <w:r>
        <w:rPr>
          <w:b/>
        </w:rPr>
        <w:t xml:space="preserve">[06:35] </w:t>
      </w:r>
      <w:r>
        <w:t>le hum ko۔</w:t>
      </w:r>
    </w:p>
    <w:p>
      <w:pPr>
        <w:jc w:val="right"/>
      </w:pPr>
      <w:r>
        <w:t>لے ہم کو۔</w:t>
      </w:r>
    </w:p>
    <w:p>
      <w:r>
        <w:rPr>
          <w:b/>
        </w:rPr>
        <w:t xml:space="preserve">[06:42] </w:t>
      </w:r>
      <w:r>
        <w:t>ab yahan par aap dekhiye ke dono word use hue hain: imaan aur marifat۔</w:t>
      </w:r>
    </w:p>
    <w:p>
      <w:pPr>
        <w:jc w:val="right"/>
      </w:pPr>
      <w:r>
        <w:t>اب یہاں پر آپ دیکھیے کہ دونوں ورڈ یوز ہوئے ہیں: ایمان اور معرفت۔</w:t>
      </w:r>
    </w:p>
    <w:p>
      <w:r>
        <w:rPr>
          <w:b/>
        </w:rPr>
        <w:t xml:space="preserve">[06:49] </w:t>
      </w:r>
      <w:r>
        <w:t>imaan mani faith، marifat mani realization۔</w:t>
      </w:r>
    </w:p>
    <w:p>
      <w:pPr>
        <w:jc w:val="right"/>
      </w:pPr>
      <w:r>
        <w:t>ایمان معنی فیتھ، معرفت معنی ریلائزیشن۔</w:t>
      </w:r>
    </w:p>
    <w:p>
      <w:r>
        <w:rPr>
          <w:b/>
        </w:rPr>
        <w:t xml:space="preserve">[06:56] </w:t>
      </w:r>
      <w:r>
        <w:t>is se maloom hua ke imaan aur marifat dono ek doosre se jure hue hain، jure hue hain۔</w:t>
      </w:r>
    </w:p>
    <w:p>
      <w:pPr>
        <w:jc w:val="right"/>
      </w:pPr>
      <w:r>
        <w:t>اس سے معلوم ہوا کہ ایمان اور معرفت دونوں ایک دوسرے سے جڑے ہوئے ہیں، جڑے ہوئے ہیں۔</w:t>
      </w:r>
    </w:p>
    <w:p>
      <w:r>
        <w:rPr>
          <w:b/>
        </w:rPr>
        <w:t xml:space="preserve">[07:03] </w:t>
      </w:r>
      <w:r>
        <w:t>jab aadmi ko khuda ka realization hota hai، us ko pehchan ho jati hai، marifat ho jati hai،</w:t>
      </w:r>
    </w:p>
    <w:p>
      <w:pPr>
        <w:jc w:val="right"/>
      </w:pPr>
      <w:r>
        <w:t>جب آدمی کو خدا کا ریلائزیشن ہوتا ہے، اس کو پہچان ہو جاتی ہے، معرفت ہو جاتی ہے،</w:t>
      </w:r>
    </w:p>
    <w:p>
      <w:r>
        <w:rPr>
          <w:b/>
        </w:rPr>
        <w:t xml:space="preserve">[07:10] </w:t>
      </w:r>
      <w:r>
        <w:t>tab woh keh uthta hai ke: "ashhadu an lā ilāha illallāhu wa ashhadu anna muḥammadan ʿabdahu wa rasūluhu"۔</w:t>
      </w:r>
    </w:p>
    <w:p>
      <w:pPr>
        <w:jc w:val="right"/>
      </w:pPr>
      <w:r>
        <w:t>تب وہ کہہ اٹھتا ہے کہ: "اشھد ان لا الہ الا اللہ واشہد ان محمد عبدہ ورسولہ"۔</w:t>
      </w:r>
    </w:p>
    <w:p>
      <w:r>
        <w:rPr>
          <w:b/>
        </w:rPr>
        <w:t xml:space="preserve">[07:17] </w:t>
      </w:r>
      <w:r>
        <w:t>is se aap samajh sakte hain ke imaan aur marifat dono alag alag nahi hain۔</w:t>
      </w:r>
    </w:p>
    <w:p>
      <w:pPr>
        <w:jc w:val="right"/>
      </w:pPr>
      <w:r>
        <w:t>اس سے آپ سمجھ سکتے ہیں کہ ایمان اور معرفت دونوں الگ الگ نہیں ہیں۔</w:t>
      </w:r>
    </w:p>
    <w:p>
      <w:r>
        <w:rPr>
          <w:b/>
        </w:rPr>
        <w:t xml:space="preserve">[07:24] </w:t>
      </w:r>
      <w:r>
        <w:t>marifat hai to imaan hai، imaan hai to marifat hai۔</w:t>
      </w:r>
    </w:p>
    <w:p>
      <w:pPr>
        <w:jc w:val="right"/>
      </w:pPr>
      <w:r>
        <w:t>معرفت ہے تو ایمان ہے، ایمان ہے تو معرفت ہے۔</w:t>
      </w:r>
    </w:p>
    <w:p>
      <w:r>
        <w:rPr>
          <w:b/>
        </w:rPr>
        <w:t xml:space="preserve">[07:31] </w:t>
      </w:r>
      <w:r>
        <w:t>isi liye kaha gaya ke: "yā ayyuhalladhīna āmanū āminū"۔</w:t>
      </w:r>
    </w:p>
    <w:p>
      <w:pPr>
        <w:jc w:val="right"/>
      </w:pPr>
      <w:r>
        <w:t>اسی لیے کہا گیا کہ: "یا ایہا الذین آمنوا آمنوا"۔</w:t>
      </w:r>
    </w:p>
    <w:p>
      <w:r>
        <w:rPr>
          <w:b/>
        </w:rPr>
        <w:t xml:space="preserve">[07:38] </w:t>
      </w:r>
      <w:r>
        <w:t>yani jin logon ne lip service ke taur par keh diya tha kalma، bol diya tha kalma، lekin</w:t>
      </w:r>
    </w:p>
    <w:p>
      <w:pPr>
        <w:jc w:val="right"/>
      </w:pPr>
      <w:r>
        <w:t>یعنی جن لوگوں نے لپ سروس کے طور پر کہہ دیا تھا کلمہ، بول دیا تھا کلمہ، لیکن</w:t>
      </w:r>
    </w:p>
    <w:p>
      <w:r>
        <w:rPr>
          <w:b/>
        </w:rPr>
        <w:t xml:space="preserve">[07:45] </w:t>
      </w:r>
      <w:r>
        <w:t>abhi un ko marifat nahi hui thi، abhi un ko gehri pehchan nahi hui thi، abhi us ko،</w:t>
      </w:r>
    </w:p>
    <w:p>
      <w:pPr>
        <w:jc w:val="right"/>
      </w:pPr>
      <w:r>
        <w:t>ابھی ان کو معرفت نہیں ہوئی تھی، ابھی ان کو گہری پہچان نہیں ہوئی تھی، ابھی اس کو،</w:t>
      </w:r>
    </w:p>
    <w:p>
      <w:r>
        <w:rPr>
          <w:b/>
        </w:rPr>
        <w:t xml:space="preserve">[07:52] </w:t>
      </w:r>
      <w:r>
        <w:t>abhi un ko discovery ke taur par nahi mila tha، abhi un ko discovery ke taur par yeh</w:t>
      </w:r>
    </w:p>
    <w:p>
      <w:pPr>
        <w:jc w:val="right"/>
      </w:pPr>
      <w:r>
        <w:t>ابھی ان کو ڈسکوری کے طور پر نہیں ملا تھا، ابھی ان کو ڈسکوری کے طور پر یہ</w:t>
      </w:r>
    </w:p>
    <w:p>
      <w:r>
        <w:rPr>
          <w:b/>
        </w:rPr>
        <w:t xml:space="preserve">[07:59] </w:t>
      </w:r>
      <w:r>
        <w:t>sachai nahi mili thi، to use kaha gaya ke abhi tumhara imaan jo hai woh lip service hai،</w:t>
      </w:r>
    </w:p>
    <w:p>
      <w:pPr>
        <w:jc w:val="right"/>
      </w:pPr>
      <w:r>
        <w:t>سچائی نہیں ملی تھی، تو اسے کہا گیا کہ ابھی تمہارا ایمان جو ہے وہ لپ سروس ہے،</w:t>
      </w:r>
    </w:p>
    <w:p>
      <w:r>
        <w:rPr>
          <w:b/>
        </w:rPr>
        <w:t xml:space="preserve">[08:06] </w:t>
      </w:r>
      <w:r>
        <w:t>tum us ko discovery ke darje tak pahunchao۔</w:t>
      </w:r>
    </w:p>
    <w:p>
      <w:pPr>
        <w:jc w:val="right"/>
      </w:pPr>
      <w:r>
        <w:t>تم اس کو ڈسکوری کے درجے تک پہنچاؤ۔</w:t>
      </w:r>
    </w:p>
    <w:p>
      <w:r>
        <w:rPr>
          <w:b/>
        </w:rPr>
        <w:t xml:space="preserve">[08:13] </w:t>
      </w:r>
      <w:r>
        <w:t>yeh matlab hai yeh۔</w:t>
      </w:r>
    </w:p>
    <w:p>
      <w:pPr>
        <w:jc w:val="right"/>
      </w:pPr>
      <w:r>
        <w:t>یہ مطلب ہے یہ۔</w:t>
      </w:r>
    </w:p>
    <w:p>
      <w:r>
        <w:rPr>
          <w:b/>
        </w:rPr>
        <w:t xml:space="preserve">[08:20] </w:t>
      </w:r>
      <w:r>
        <w:t>to aap dekhiye ke surah nisa ki ayat hai, ek ek surah maida ki ayat hai.</w:t>
      </w:r>
    </w:p>
    <w:p>
      <w:pPr>
        <w:jc w:val="right"/>
      </w:pPr>
      <w:r>
        <w:t>تو آپ دیکھیے کہ سورہ نساء کی آیت ہے، ایک ایک سورہ مائدہ کی آیت ہے۔</w:t>
      </w:r>
    </w:p>
    <w:p>
      <w:r>
        <w:rPr>
          <w:b/>
        </w:rPr>
        <w:t xml:space="preserve">[08:27] </w:t>
      </w:r>
      <w:r>
        <w:t>ek se doosre ko mila ke jab hum dekhte hain, tab baat samajh mein aati hai.</w:t>
      </w:r>
    </w:p>
    <w:p>
      <w:pPr>
        <w:jc w:val="right"/>
      </w:pPr>
      <w:r>
        <w:t>ایک سے دوسرے کو ملا کے جب ہم دیکھتے ہیں، تب بات سمجھ میں آتی ہے۔</w:t>
      </w:r>
    </w:p>
    <w:p>
      <w:r>
        <w:rPr>
          <w:b/>
        </w:rPr>
        <w:t xml:space="preserve">[08:34] </w:t>
      </w:r>
      <w:r>
        <w:t>ab dekhiye ke kya hai iman aur kya hai marifat? yani kya hai faith aur kya hai realization?</w:t>
      </w:r>
    </w:p>
    <w:p>
      <w:pPr>
        <w:jc w:val="right"/>
      </w:pPr>
      <w:r>
        <w:t>اب دیکھیے کہ کیا ہے ایمان اور کیا ہے معرفت؟ یعنی کیا ہے فیتھ اور کیا ہے ریلائزیشن؟</w:t>
      </w:r>
    </w:p>
    <w:p>
      <w:r>
        <w:rPr>
          <w:b/>
        </w:rPr>
        <w:t xml:space="preserve">[08:41] </w:t>
      </w:r>
      <w:r>
        <w:t>faith to, ya iman jo hai, sadah tor par ek kalma ko bolne ka naam hai.</w:t>
      </w:r>
    </w:p>
    <w:p>
      <w:pPr>
        <w:jc w:val="right"/>
      </w:pPr>
      <w:r>
        <w:t>فیتھ تو، یا ایمان جو ہے، سادہ طور پر ایک کلمہ کو بولنے کا نام ہے۔</w:t>
      </w:r>
    </w:p>
    <w:p>
      <w:r>
        <w:rPr>
          <w:b/>
        </w:rPr>
        <w:t xml:space="preserve">[08:48] </w:t>
      </w:r>
      <w:r>
        <w:t>jab aap munh se bolte hain yeh kalma ke: "ashhadu an la ilaha illallah wa ashhadu an Muhammad abduhu wa rasuluh".</w:t>
      </w:r>
    </w:p>
    <w:p>
      <w:pPr>
        <w:jc w:val="right"/>
      </w:pPr>
      <w:r>
        <w:t>جب آپ منہ سے بولتے ہیں یہ کلمہ کہ: "اشھد ان لا الہ الا اللہ واشہد ان محمد عبدہ ورسولہ"۔</w:t>
      </w:r>
    </w:p>
    <w:p>
      <w:r>
        <w:rPr>
          <w:b/>
        </w:rPr>
        <w:t xml:space="preserve">[08:55] </w:t>
      </w:r>
      <w:r>
        <w:t>jab aap yeh kalma bolte hain to aap iman late hain, aap momin ban jate hain.</w:t>
      </w:r>
    </w:p>
    <w:p>
      <w:pPr>
        <w:jc w:val="right"/>
      </w:pPr>
      <w:r>
        <w:t>جب آپ یہ کلمہ بولتے ہیں تو آپ ایمان لاتے ہیں، آپ مومن بن جاتے ہیں۔</w:t>
      </w:r>
    </w:p>
    <w:p>
      <w:r>
        <w:rPr>
          <w:b/>
        </w:rPr>
        <w:t xml:space="preserve">[09:02] </w:t>
      </w:r>
      <w:r>
        <w:t>yani muslim society ka aap hissa ban jate hain.</w:t>
      </w:r>
    </w:p>
    <w:p>
      <w:pPr>
        <w:jc w:val="right"/>
      </w:pPr>
      <w:r>
        <w:t>یعنی مسلم سوسائٹی کا آپ حصہ بن جاتے ہیں۔</w:t>
      </w:r>
    </w:p>
    <w:p>
      <w:r>
        <w:rPr>
          <w:b/>
        </w:rPr>
        <w:t xml:space="preserve">[09:09] </w:t>
      </w:r>
      <w:r>
        <w:t>ek muslim jamaat hai, ek muslim society hai, ek muslim groh hai, is ka member kaise bane? aadmi</w:t>
      </w:r>
    </w:p>
    <w:p>
      <w:pPr>
        <w:jc w:val="right"/>
      </w:pPr>
      <w:r>
        <w:t>ایک مسلم جماعت ہے، ایک مسلم سوسائٹی ہے، ایک مسلم گروہ ہے، اس کا ممبر کیسے بنے؟ آدمی</w:t>
      </w:r>
    </w:p>
    <w:p>
      <w:r>
        <w:rPr>
          <w:b/>
        </w:rPr>
        <w:t xml:space="preserve">[09:16] </w:t>
      </w:r>
      <w:r>
        <w:t>is ka member banta hai kalma ka iqrar kar ke, yani yeh keh kar ke: "ashhadu an la</w:t>
      </w:r>
    </w:p>
    <w:p>
      <w:pPr>
        <w:jc w:val="right"/>
      </w:pPr>
      <w:r>
        <w:t>اس کا ممبر بنتا ہے کلمہ کا اقرار کر کے، یعنی یہ کہہ کر کہ: "اشھد ان لا</w:t>
      </w:r>
    </w:p>
    <w:p>
      <w:r>
        <w:rPr>
          <w:b/>
        </w:rPr>
        <w:t xml:space="preserve">[09:23] </w:t>
      </w:r>
      <w:r>
        <w:t>ilaha illallah wa ashhadu an Muhammad abduhu wa rasuluh".</w:t>
      </w:r>
    </w:p>
    <w:p>
      <w:pPr>
        <w:jc w:val="right"/>
      </w:pPr>
      <w:r>
        <w:t>الہ الا اللہ واشہد ان محمد عبدہ ورسولہ"۔</w:t>
      </w:r>
    </w:p>
    <w:p>
      <w:r>
        <w:rPr>
          <w:b/>
        </w:rPr>
        <w:t xml:space="preserve">[09:30] </w:t>
      </w:r>
      <w:r>
        <w:t>to ek hua, us ko hum keh sakte hain ke fiqhi iman.</w:t>
      </w:r>
    </w:p>
    <w:p>
      <w:pPr>
        <w:jc w:val="right"/>
      </w:pPr>
      <w:r>
        <w:t>تو ایک ہوا، اس کو ہم کہہ سکتے ہیں کہ فقہی ایمان۔</w:t>
      </w:r>
    </w:p>
    <w:p>
      <w:r>
        <w:rPr>
          <w:b/>
        </w:rPr>
        <w:t xml:space="preserve">[09:37] </w:t>
      </w:r>
      <w:r>
        <w:t>to ek hai fiqhi iman, ek hai marifat wala iman.</w:t>
      </w:r>
    </w:p>
    <w:p>
      <w:pPr>
        <w:jc w:val="right"/>
      </w:pPr>
      <w:r>
        <w:t>تو ایک ہے فقہی ایمان، ایک ہے معرفت والا ایمان۔</w:t>
      </w:r>
    </w:p>
    <w:p>
      <w:r>
        <w:rPr>
          <w:b/>
        </w:rPr>
        <w:t xml:space="preserve">[09:44] </w:t>
      </w:r>
      <w:r>
        <w:t>samajhne ke liye main yeh kahunga ke ek hai fiqhi iman, ek hai marifat wala iman.</w:t>
      </w:r>
    </w:p>
    <w:p>
      <w:pPr>
        <w:jc w:val="right"/>
      </w:pPr>
      <w:r>
        <w:t>سمجھنے کے لیے میں یہ کہوں گا کہ ایک ہے فقہی ایمان، ایک ہے معرفت والا ایمان۔</w:t>
      </w:r>
    </w:p>
    <w:p>
      <w:r>
        <w:rPr>
          <w:b/>
        </w:rPr>
        <w:t xml:space="preserve">[09:51] </w:t>
      </w:r>
      <w:r>
        <w:t>to fiqhi iman to yahi hai ke muslim groh ka hissa aap ban gaye, muslim society ka ek</w:t>
      </w:r>
    </w:p>
    <w:p>
      <w:pPr>
        <w:jc w:val="right"/>
      </w:pPr>
      <w:r>
        <w:t>تو فقہی ایمان تو یہی ہے کہ مسلم گروہ کا حصہ آپ بن گئے، مسلم سوسائٹی کا ایک</w:t>
      </w:r>
    </w:p>
    <w:p>
      <w:r>
        <w:rPr>
          <w:b/>
        </w:rPr>
        <w:t xml:space="preserve">[09:58] </w:t>
      </w:r>
      <w:r>
        <w:t>member ban gaye aap, yeh keh kar ke: "la ilaha illallah Muhammad Rasulullah".</w:t>
      </w:r>
    </w:p>
    <w:p>
      <w:pPr>
        <w:jc w:val="right"/>
      </w:pPr>
      <w:r>
        <w:t>ممبر بن گئے آپ، یہ کہہ کر کہ: "لا الہ الا اللہ محمد رسول اللہ"۔</w:t>
      </w:r>
    </w:p>
    <w:p>
      <w:r>
        <w:rPr>
          <w:b/>
        </w:rPr>
        <w:t xml:space="preserve">[10:05] </w:t>
      </w:r>
      <w:r>
        <w:t>lekin yeh fiqhi, fiqh ke darje ka iman hai, fiqh ke darje ka iman hai.</w:t>
      </w:r>
    </w:p>
    <w:p>
      <w:pPr>
        <w:jc w:val="right"/>
      </w:pPr>
      <w:r>
        <w:t>لیکن یہ فقہی، فقہ کے درجے کا ایمان ہے، فقہ کے درجے کا ایمان ہے۔</w:t>
      </w:r>
    </w:p>
    <w:p>
      <w:r>
        <w:rPr>
          <w:b/>
        </w:rPr>
        <w:t xml:space="preserve">[10:12] </w:t>
      </w:r>
      <w:r>
        <w:t>zyada deeper sense mein iman jo hai woh marifat se aata hai, yani realization of God se aata hai.</w:t>
      </w:r>
    </w:p>
    <w:p>
      <w:pPr>
        <w:jc w:val="right"/>
      </w:pPr>
      <w:r>
        <w:t>زیادہ ڈیپر سینس میں ایمان جو ہے وہ معرفت سے آتا ہے، یعنی ریلائزیشن آف گاڈ سے آتا ہے۔</w:t>
      </w:r>
    </w:p>
    <w:p>
      <w:r>
        <w:rPr>
          <w:b/>
        </w:rPr>
        <w:t xml:space="preserve">[10:19] </w:t>
      </w:r>
      <w:r>
        <w:t>realization kya hai? marifat kya hai? ke woh baat jo aap suni hai, jo mani hai, jo padha</w:t>
      </w:r>
    </w:p>
    <w:p>
      <w:pPr>
        <w:jc w:val="right"/>
      </w:pPr>
      <w:r>
        <w:t>ریلائزیشن کیا ہے؟ معرفت کیا ہے؟ کہ وہ بات جو آپ سنی ہے، جو مانی ہے، جو پڑھا</w:t>
      </w:r>
    </w:p>
    <w:p>
      <w:r>
        <w:rPr>
          <w:b/>
        </w:rPr>
        <w:t xml:space="preserve">[10:26] </w:t>
      </w:r>
      <w:r>
        <w:t>hai, yani Khuda ki marifat, woh aap ke dil mein utar jaye, woh aap ke dimagh mein baith</w:t>
      </w:r>
    </w:p>
    <w:p>
      <w:pPr>
        <w:jc w:val="right"/>
      </w:pPr>
      <w:r>
        <w:t>ہے، یعنی خدا کی معرفت، وہ آپ کے دل میں اتر جائے، وہ آپ کے دماغ میں بیٹھ</w:t>
      </w:r>
    </w:p>
    <w:p>
      <w:r>
        <w:rPr>
          <w:b/>
        </w:rPr>
        <w:t xml:space="preserve">[10:33] </w:t>
      </w:r>
      <w:r>
        <w:t>jaye, woh aap ki rooh mein sama jaye, woh aap ke sine mein samandar ban kar, darya ban</w:t>
      </w:r>
    </w:p>
    <w:p>
      <w:pPr>
        <w:jc w:val="right"/>
      </w:pPr>
      <w:r>
        <w:t>جائے، وہ آپ کی روح میں سما جائے، وہ آپ کے سینے میں سمندر بن کر، دریا بن</w:t>
      </w:r>
    </w:p>
    <w:p>
      <w:r>
        <w:rPr>
          <w:b/>
        </w:rPr>
        <w:t xml:space="preserve">[10:40] </w:t>
      </w:r>
      <w:r>
        <w:t>kar ke rawan ho jaye.</w:t>
      </w:r>
    </w:p>
    <w:p>
      <w:pPr>
        <w:jc w:val="right"/>
      </w:pPr>
      <w:r>
        <w:t>کر کے رواں ہو جائے۔</w:t>
      </w:r>
    </w:p>
    <w:p>
      <w:r>
        <w:rPr>
          <w:b/>
        </w:rPr>
        <w:t xml:space="preserve">[10:47] </w:t>
      </w:r>
      <w:r>
        <w:t>to goya ke poora aap ka jo wajood hai, jo aap ki personality hai, us mein dhal jaye.</w:t>
      </w:r>
    </w:p>
    <w:p>
      <w:pPr>
        <w:jc w:val="right"/>
      </w:pPr>
      <w:r>
        <w:t>تو گویا کہ پورا آپ کا جو وجود ہے، جو آپ کی پرسنیلٹی ہے، اس میں ڈھل جائے۔</w:t>
      </w:r>
    </w:p>
    <w:p>
      <w:r>
        <w:rPr>
          <w:b/>
        </w:rPr>
        <w:t xml:space="preserve">[10:54] </w:t>
      </w:r>
      <w:r>
        <w:t>woh Quran mein ek jagah hai ke: "sabghatallahi wa man ahsanullahi sabghata".</w:t>
      </w:r>
    </w:p>
    <w:p>
      <w:pPr>
        <w:jc w:val="right"/>
      </w:pPr>
      <w:r>
        <w:t>وہ قرآن میں ایک جگہ ہے کہ: "سبغت اللہ ومن احسن اللہ سبغہ"۔</w:t>
      </w:r>
    </w:p>
    <w:p>
      <w:r>
        <w:rPr>
          <w:b/>
        </w:rPr>
        <w:t xml:space="preserve">[11:01] </w:t>
      </w:r>
      <w:r>
        <w:t>Allah ka color, yani apne aap ko Allah ke color mein rango, woh kitna acha hai Allah ka color.</w:t>
      </w:r>
    </w:p>
    <w:p>
      <w:pPr>
        <w:jc w:val="right"/>
      </w:pPr>
      <w:r>
        <w:t>اللہ کا کلر، یعنی اپنے آپ کو اللہ کے کلر میں رنگو، وہ کتنا اچھا ہے اللہ کا کلر۔</w:t>
      </w:r>
    </w:p>
    <w:p>
      <w:r>
        <w:rPr>
          <w:b/>
        </w:rPr>
        <w:t xml:space="preserve">[11:08] </w:t>
      </w:r>
      <w:r>
        <w:t>is ka matlab kya hai? dekhiye, yeh glass hai.</w:t>
      </w:r>
    </w:p>
    <w:p>
      <w:pPr>
        <w:jc w:val="right"/>
      </w:pPr>
      <w:r>
        <w:t>اس کا مطلب کیا ہے؟ دیکھیے، یہ گلاس ہے۔</w:t>
      </w:r>
    </w:p>
    <w:p>
      <w:r>
        <w:rPr>
          <w:b/>
        </w:rPr>
        <w:t xml:space="preserve">[11:15] </w:t>
      </w:r>
      <w:r>
        <w:t>agar is glass mein pani hai, is pani mein aap pathar ka tukra daal dein to pani alag</w:t>
      </w:r>
    </w:p>
    <w:p>
      <w:pPr>
        <w:jc w:val="right"/>
      </w:pPr>
      <w:r>
        <w:t>اگر اس گلاس میں پانی ہے، اس پانی میں آپ پتھر کا ٹکڑا ڈال دیں تو پانی الگ</w:t>
      </w:r>
    </w:p>
    <w:p>
      <w:r>
        <w:rPr>
          <w:b/>
        </w:rPr>
        <w:t xml:space="preserve">[11:22] </w:t>
      </w:r>
      <w:r>
        <w:t>rahega aur pukhta ka tukra alag rahega, dono milenge nahin, dono.</w:t>
      </w:r>
    </w:p>
    <w:p>
      <w:pPr>
        <w:jc w:val="right"/>
      </w:pPr>
      <w:r>
        <w:t>رہے گا اور پختہ کا ٹکڑا الگ رہے گا، دونوں ملیں گے نہیں، دونوں۔</w:t>
      </w:r>
    </w:p>
    <w:p>
      <w:r>
        <w:rPr>
          <w:b/>
        </w:rPr>
        <w:t xml:space="preserve">[11:29] </w:t>
      </w:r>
      <w:r>
        <w:t>isi pani mein aap daal dein thoda sa color to color jo hai poora pani mein ghul jaye</w:t>
      </w:r>
    </w:p>
    <w:p>
      <w:pPr>
        <w:jc w:val="right"/>
      </w:pPr>
      <w:r>
        <w:t>اسی پانی میں آپ ڈال دیں تھوڑا سا کلر تو کلر جو ہے پورا پانی میں گھل جائے</w:t>
      </w:r>
    </w:p>
    <w:p>
      <w:r>
        <w:rPr>
          <w:b/>
        </w:rPr>
        <w:t xml:space="preserve">[11:36] </w:t>
      </w:r>
      <w:r>
        <w:t>ga, sara pani isi rang mein rang jayega.</w:t>
      </w:r>
    </w:p>
    <w:p>
      <w:pPr>
        <w:jc w:val="right"/>
      </w:pPr>
      <w:r>
        <w:t>گا، سارا پانی اسی رنگ میں رنگ جائے گا۔</w:t>
      </w:r>
    </w:p>
    <w:p>
      <w:r>
        <w:rPr>
          <w:b/>
        </w:rPr>
        <w:t xml:space="preserve">[11:43] </w:t>
      </w:r>
      <w:r>
        <w:t>is se aap samajh sakte hain ke is ka matlab kya hai? "sabghat Allah wa man ahsan Allah sabghah"</w:t>
      </w:r>
    </w:p>
    <w:p>
      <w:pPr>
        <w:jc w:val="right"/>
      </w:pPr>
      <w:r>
        <w:t>اس سے آپ سمجھ سکتے ہیں کہ اس کا مطلب کیا ہے؟ "سبغت اللہ ومن احسن اللہ سبغہ"</w:t>
      </w:r>
    </w:p>
    <w:p>
      <w:r>
        <w:rPr>
          <w:b/>
        </w:rPr>
        <w:t xml:space="preserve">[11:50] </w:t>
      </w:r>
      <w:r>
        <w:t>ke tum is tarah se iman ko ikhtiyar karo, is tarah se tumhare andar marifat aaye ke Khuda</w:t>
      </w:r>
    </w:p>
    <w:p>
      <w:pPr>
        <w:jc w:val="right"/>
      </w:pPr>
      <w:r>
        <w:t>کہ تم اس طرح سے ایمان کو اختیار کرو، اس طرح سے تمہارے اندر معرفت آئے کہ خدا</w:t>
      </w:r>
    </w:p>
    <w:p>
      <w:r>
        <w:rPr>
          <w:b/>
        </w:rPr>
        <w:t xml:space="preserve">[11:57] </w:t>
      </w:r>
      <w:r>
        <w:t>ki marifat tumhari shakhsiyat mein bilkul sama jaye, tumhara orientation wahi ban jaye, tumhara concern wahi ban jaye,</w:t>
      </w:r>
    </w:p>
    <w:p>
      <w:pPr>
        <w:jc w:val="right"/>
      </w:pPr>
      <w:r>
        <w:t>کی معرفت تمہاری شخصیت میں بالکل سما جائے، تمہارا اورینٹیشن وہی بن جائے، تمہارا کنسرن وہی بن جائے،</w:t>
      </w:r>
    </w:p>
    <w:p>
      <w:r>
        <w:rPr>
          <w:b/>
        </w:rPr>
        <w:t xml:space="preserve">[12:04] </w:t>
      </w:r>
      <w:r>
        <w:t>tumhara sochna, tumhara dekhna, tumhara sunna, tumhara chahna, sab kuch isi mein dhal jaye.</w:t>
      </w:r>
    </w:p>
    <w:p>
      <w:pPr>
        <w:jc w:val="right"/>
      </w:pPr>
      <w:r>
        <w:t>تمہارا سوچنا، تمہارا دیکھنا، تمہارا سننا، تمہارا چاہنا، سب کچھ اسی میں ڈھل جائے۔</w:t>
      </w:r>
    </w:p>
    <w:p>
      <w:r>
        <w:rPr>
          <w:b/>
        </w:rPr>
        <w:t xml:space="preserve">[12:11] </w:t>
      </w:r>
      <w:r>
        <w:t>tab hoga woh marifat.</w:t>
      </w:r>
    </w:p>
    <w:p>
      <w:pPr>
        <w:jc w:val="right"/>
      </w:pPr>
      <w:r>
        <w:t>تب ہوگا وہ معرفت۔</w:t>
      </w:r>
    </w:p>
    <w:p>
      <w:r>
        <w:rPr>
          <w:b/>
        </w:rPr>
        <w:t xml:space="preserve">[12:18] </w:t>
      </w:r>
      <w:r>
        <w:t>to ek hai fiqhi iman ke darje mein Muslim banna aur doosra hai marifat ke darje mein Muslim banna.</w:t>
      </w:r>
    </w:p>
    <w:p>
      <w:pPr>
        <w:jc w:val="right"/>
      </w:pPr>
      <w:r>
        <w:t>تو ایک ہے فقہی ایمان کے درجے میں مسلم بننا اور دوسرا ہے معرفت کے درجے میں مسلم بننا۔</w:t>
      </w:r>
    </w:p>
    <w:p>
      <w:r>
        <w:rPr>
          <w:b/>
        </w:rPr>
        <w:t xml:space="preserve">[12:25] </w:t>
      </w:r>
      <w:r>
        <w:t>to fiqhi iman ke darje mein Muslim banna yeh hai ke aadmi munh se bol de to us</w:t>
      </w:r>
    </w:p>
    <w:p>
      <w:pPr>
        <w:jc w:val="right"/>
      </w:pPr>
      <w:r>
        <w:t>تو فقہی ایمان کے درجے میں مسلم بننا یہ ہے کہ آدمی منہ سے بول دے تو اس</w:t>
      </w:r>
    </w:p>
    <w:p>
      <w:r>
        <w:rPr>
          <w:b/>
        </w:rPr>
        <w:t xml:space="preserve">[12:32] </w:t>
      </w:r>
      <w:r>
        <w:t>ko Muslim kaha jayega.</w:t>
      </w:r>
    </w:p>
    <w:p>
      <w:pPr>
        <w:jc w:val="right"/>
      </w:pPr>
      <w:r>
        <w:t>کو مسلم کہا جائے گا۔</w:t>
      </w:r>
    </w:p>
    <w:p>
      <w:r>
        <w:rPr>
          <w:b/>
        </w:rPr>
        <w:t xml:space="preserve">[12:39] </w:t>
      </w:r>
      <w:r>
        <w:t>lekin marifat ke darje mein Muslim banna yeh hai ke jise pani mein rang ghul jata hai, aise</w:t>
      </w:r>
    </w:p>
    <w:p>
      <w:pPr>
        <w:jc w:val="right"/>
      </w:pPr>
      <w:r>
        <w:t>لیکن معرفت کے درجے میں مسلم بننا یہ ہے کہ جسے پانی میں رنگ گھل جاتا ہے، ایسے</w:t>
      </w:r>
    </w:p>
    <w:p>
      <w:r>
        <w:rPr>
          <w:b/>
        </w:rPr>
        <w:t xml:space="preserve">[12:46] </w:t>
      </w:r>
      <w:r>
        <w:t>hi iman aap ki shakhsiyat mein, aap ki personality mein ghul jaye, aap ke dil mein, aap ke</w:t>
      </w:r>
    </w:p>
    <w:p>
      <w:pPr>
        <w:jc w:val="right"/>
      </w:pPr>
      <w:r>
        <w:t>ہی ایمان آپ کی شخصیت میں، آپ کی پرسنیلٹی میں گھل جائے، آپ کے دل میں، آپ کے</w:t>
      </w:r>
    </w:p>
    <w:p>
      <w:r>
        <w:rPr>
          <w:b/>
        </w:rPr>
        <w:t xml:space="preserve">[12:53] </w:t>
      </w:r>
      <w:r>
        <w:t>dimagh mein, aap ki rooh mein woh ghul jaye.</w:t>
      </w:r>
    </w:p>
    <w:p>
      <w:pPr>
        <w:jc w:val="right"/>
      </w:pPr>
      <w:r>
        <w:t>دماغ میں، آپ کی روح میں وہ گھل جائے۔</w:t>
      </w:r>
    </w:p>
    <w:p>
      <w:r>
        <w:rPr>
          <w:b/>
        </w:rPr>
        <w:t xml:space="preserve">[13:00] </w:t>
      </w:r>
      <w:r>
        <w:t>yeh hai marifat wala iman.</w:t>
      </w:r>
    </w:p>
    <w:p>
      <w:pPr>
        <w:jc w:val="right"/>
      </w:pPr>
      <w:r>
        <w:t>یہ ہے معرفت والا ایمان۔</w:t>
      </w:r>
    </w:p>
    <w:p>
      <w:r>
        <w:rPr>
          <w:b/>
        </w:rPr>
        <w:t xml:space="preserve">[13:07] </w:t>
      </w:r>
      <w:r>
        <w:t>ab mein ek waqia arz karoon aap ko samajhne ke liye: "to restore this point".</w:t>
      </w:r>
    </w:p>
    <w:p>
      <w:pPr>
        <w:jc w:val="right"/>
      </w:pPr>
      <w:r>
        <w:t>اب میں ایک واقعہ عرض کروں آپ کو سمجھنے کے لیے: "ٹو ریسٹور دس پوائنٹ"۔</w:t>
      </w:r>
    </w:p>
    <w:p>
      <w:r>
        <w:rPr>
          <w:b/>
        </w:rPr>
        <w:t xml:space="preserve">[13:14] </w:t>
      </w:r>
      <w:r>
        <w:t>Prophet of Islam jo the, Muhammad Sallallahu Alaihi Wasallam, un ke jo ashaab the, un ke jo</w:t>
      </w:r>
    </w:p>
    <w:p>
      <w:pPr>
        <w:jc w:val="right"/>
      </w:pPr>
      <w:r>
        <w:t>پرافٹ آف اسلام جو تھے، محمد صلی اللہ علیہ وسلم، ان کے جو اصحاب تھے، ان کے جو</w:t>
      </w:r>
    </w:p>
    <w:p>
      <w:r>
        <w:rPr>
          <w:b/>
        </w:rPr>
        <w:t xml:space="preserve">[13:21] </w:t>
      </w:r>
      <w:r>
        <w:t>saathi the, un ke companion the, un mein ek saahab the, un ka naam tha Abu Rawaha.</w:t>
      </w:r>
    </w:p>
    <w:p>
      <w:pPr>
        <w:jc w:val="right"/>
      </w:pPr>
      <w:r>
        <w:t>ساتھی تھے، ان کے کمپینین تھے، ان میں ایک صاحب تھے، ان کا نام تھا ابو رواحہ۔</w:t>
      </w:r>
    </w:p>
    <w:p>
      <w:r>
        <w:rPr>
          <w:b/>
        </w:rPr>
        <w:t xml:space="preserve">[13:28] </w:t>
      </w:r>
      <w:r>
        <w:t>ابو رواحہ تو ابو رواحہ نے ایک دن ایک مسلم سے کہا، ایک صحابی سے کہا کہ: "Tell no one, Saat."</w:t>
      </w:r>
    </w:p>
    <w:p>
      <w:pPr>
        <w:jc w:val="right"/>
      </w:pPr>
      <w:r>
        <w:t>ابو رواحہ تو ابو رواحہ نے ایک دن ایک مسلم سے کہا، ایک صحابی سے کہا کہ: "تال نومن ساعت"۔</w:t>
      </w:r>
    </w:p>
    <w:p>
      <w:r>
        <w:rPr>
          <w:b/>
        </w:rPr>
        <w:t xml:space="preserve">[13:35] </w:t>
      </w:r>
      <w:r>
        <w:t>aao hum thodi der ke liye iman layein, aao hum thodi der ke liye iman layein.</w:t>
      </w:r>
    </w:p>
    <w:p>
      <w:pPr>
        <w:jc w:val="right"/>
      </w:pPr>
      <w:r>
        <w:t>اؤ ہم تھوڑی دیر کے لیے ایمان لائیں، اؤ ہم تھوڑی دیر کے لیے ایمان لائیں۔</w:t>
      </w:r>
    </w:p>
    <w:p>
      <w:r>
        <w:rPr>
          <w:b/>
        </w:rPr>
        <w:t xml:space="preserve">[13:42] </w:t>
      </w:r>
      <w:r>
        <w:t>to un ko bohat yeh baat anokhi lagi ke iman to humein mil gaya, jab hum ne kalma</w:t>
      </w:r>
    </w:p>
    <w:p>
      <w:pPr>
        <w:jc w:val="right"/>
      </w:pPr>
      <w:r>
        <w:t>تو ان کو بہت یہ بات انوکھی لگی کہ ایمان تو ہمیں مل گیا، جب ہم نے کلمہ</w:t>
      </w:r>
    </w:p>
    <w:p>
      <w:r>
        <w:rPr>
          <w:b/>
        </w:rPr>
        <w:t xml:space="preserve">[13:49] </w:t>
      </w:r>
      <w:r>
        <w:t>padh liya to iman mil gaya.</w:t>
      </w:r>
    </w:p>
    <w:p>
      <w:pPr>
        <w:jc w:val="right"/>
      </w:pPr>
      <w:r>
        <w:t>پڑھ لیا تو ایمان مل گیا۔</w:t>
      </w:r>
    </w:p>
    <w:p>
      <w:r>
        <w:rPr>
          <w:b/>
        </w:rPr>
        <w:t xml:space="preserve">[13:56] </w:t>
      </w:r>
      <w:r>
        <w:t>ab thodi der ka iman kya hota hai? iman to humein permanently mil gaya, jab hum ne kalma</w:t>
      </w:r>
    </w:p>
    <w:p>
      <w:pPr>
        <w:jc w:val="right"/>
      </w:pPr>
      <w:r>
        <w:t>اب تھوڑی دیر کا ایمان کیا ہوتا ہے؟ ایمان تو ہمیں پرماننٹلی مل گیا، جب ہم نے کلمہ</w:t>
      </w:r>
    </w:p>
    <w:p>
      <w:r>
        <w:rPr>
          <w:b/>
        </w:rPr>
        <w:t xml:space="preserve">[14:03] </w:t>
      </w:r>
      <w:r>
        <w:t>padha to humein iman permanently mil gaya.</w:t>
      </w:r>
    </w:p>
    <w:p>
      <w:pPr>
        <w:jc w:val="right"/>
      </w:pPr>
      <w:r>
        <w:t>پڑھا تو ہمیں ایمان پرماننٹلی مل گیا۔</w:t>
      </w:r>
    </w:p>
    <w:p>
      <w:r>
        <w:rPr>
          <w:b/>
        </w:rPr>
        <w:t xml:space="preserve">[14:11] </w:t>
      </w:r>
      <w:r>
        <w:t>ab thodi der ka iman kaisa hota hai? to unhone Rasool Allah se ja kar kaha, yani</w:t>
      </w:r>
    </w:p>
    <w:p>
      <w:pPr>
        <w:jc w:val="right"/>
      </w:pPr>
      <w:r>
        <w:t>اب تھوڑی دیر کا ایمان کیسا ہوتا ہے؟ تو انہوں نے رسول اللہ سے جا کر کہا، یعنی</w:t>
      </w:r>
    </w:p>
    <w:p>
      <w:r>
        <w:rPr>
          <w:b/>
        </w:rPr>
        <w:t xml:space="preserve">[14:18] </w:t>
      </w:r>
      <w:r>
        <w:t>goya ke shikayat ki.</w:t>
      </w:r>
    </w:p>
    <w:p>
      <w:pPr>
        <w:jc w:val="right"/>
      </w:pPr>
      <w:r>
        <w:t>گویا کہ شکایت کی۔</w:t>
      </w:r>
    </w:p>
    <w:p>
      <w:r>
        <w:rPr>
          <w:b/>
        </w:rPr>
        <w:t xml:space="preserve">[14:25] </w:t>
      </w:r>
      <w:r>
        <w:t>to rasool Allah ne kaha ke: "Allah Abu Rawaha par reham kare".</w:t>
      </w:r>
    </w:p>
    <w:p>
      <w:pPr>
        <w:jc w:val="right"/>
      </w:pPr>
      <w:r>
        <w:t>تو رسول اللہ نے کہا کہ: "اللہ ابو رواحہ پر رحم کرے"۔</w:t>
      </w:r>
    </w:p>
    <w:p>
      <w:r>
        <w:rPr>
          <w:b/>
        </w:rPr>
        <w:t xml:space="preserve">[14:32] </w:t>
      </w:r>
      <w:r>
        <w:t>yani Abu Rawaha par Allah ki blessing ho.</w:t>
      </w:r>
    </w:p>
    <w:p>
      <w:pPr>
        <w:jc w:val="right"/>
      </w:pPr>
      <w:r>
        <w:t>یعنی ابو رواحہ پر اللہ کی بلیسنگ ہو۔</w:t>
      </w:r>
    </w:p>
    <w:p>
      <w:r>
        <w:rPr>
          <w:b/>
        </w:rPr>
        <w:t xml:space="preserve">[14:39] </w:t>
      </w:r>
      <w:r>
        <w:t>وہ ایسے ایمان کو پسند کرتے ہیں جس پر فرشتے، angels بھی رش کریں، envy کریں، فرشتے بھی</w:t>
      </w:r>
    </w:p>
    <w:p>
      <w:pPr>
        <w:jc w:val="right"/>
      </w:pPr>
      <w:r>
        <w:t>وہ ایسے ایمان کو پسند کرتے ہیں جس پر فرشتے، اینجل بھی رش کریں، اینوی کریں، فرشتے بھی</w:t>
      </w:r>
    </w:p>
    <w:p>
      <w:r>
        <w:rPr>
          <w:b/>
        </w:rPr>
        <w:t xml:space="preserve">[14:46] </w:t>
      </w:r>
      <w:r>
        <w:t>is par rash karen.</w:t>
      </w:r>
    </w:p>
    <w:p>
      <w:pPr>
        <w:jc w:val="right"/>
      </w:pPr>
      <w:r>
        <w:t>اس پر رش کریں۔</w:t>
      </w:r>
    </w:p>
    <w:p>
      <w:r>
        <w:rPr>
          <w:b/>
        </w:rPr>
        <w:t xml:space="preserve">[14:53] </w:t>
      </w:r>
      <w:r>
        <w:t>ab is mein sochiye aap ke farishtey, angel kyun rash karte hain? Farishtey jo hain woh Khuda ki</w:t>
      </w:r>
    </w:p>
    <w:p>
      <w:pPr>
        <w:jc w:val="right"/>
      </w:pPr>
      <w:r>
        <w:t>اب اس میں سوچیے آپ کہ فرشتے، اینجل کیوں رش کرتے ہیں؟ فرشتے جو ہیں وہ خدا کی</w:t>
      </w:r>
    </w:p>
    <w:p>
      <w:r>
        <w:rPr>
          <w:b/>
        </w:rPr>
        <w:t xml:space="preserve">[15:00] </w:t>
      </w:r>
      <w:r>
        <w:t>presence mein jeete hain, woh khuda, khuda unke liye ek observable fact hai, ek seen cheez hai.</w:t>
      </w:r>
    </w:p>
    <w:p>
      <w:pPr>
        <w:jc w:val="right"/>
      </w:pPr>
      <w:r>
        <w:t>پریزنس میں جیتے ہیں، وہ خدا، خدا ان کے لیے ایک ابزرویبل فیکٹ ہے، ایک سین چیز ہے۔</w:t>
      </w:r>
    </w:p>
    <w:p>
      <w:r>
        <w:rPr>
          <w:b/>
        </w:rPr>
        <w:t xml:space="preserve">[15:07] </w:t>
      </w:r>
      <w:r>
        <w:t>woh sab kuch direct, har cheez ka ilm rakhte hain.</w:t>
      </w:r>
    </w:p>
    <w:p>
      <w:pPr>
        <w:jc w:val="right"/>
      </w:pPr>
      <w:r>
        <w:t>وہ سب کچھ ڈائریکٹ، ہر چیز کا علم رکھتے ہیں۔</w:t>
      </w:r>
    </w:p>
    <w:p>
      <w:r>
        <w:rPr>
          <w:b/>
        </w:rPr>
        <w:t xml:space="preserve">[15:14] </w:t>
      </w:r>
      <w:r>
        <w:t>woh hum, hum to Khuda, hamare liye Khuda unseen hai aur farishton ke liye Khuda seen hai.</w:t>
      </w:r>
    </w:p>
    <w:p>
      <w:pPr>
        <w:jc w:val="right"/>
      </w:pPr>
      <w:r>
        <w:t>وہ ہم، ہم تو خدا، ہمارے لیے خدا ان سین ہے اور فرشتوں کے لیے خدا سین ہے۔</w:t>
      </w:r>
    </w:p>
    <w:p>
      <w:r>
        <w:rPr>
          <w:b/>
        </w:rPr>
        <w:t xml:space="preserve">[15:21] </w:t>
      </w:r>
      <w:r>
        <w:t>to farishtey aap jante hain ke poore maanon mein Khuda ko surrender kiye hue hain, poori tarah se.</w:t>
      </w:r>
    </w:p>
    <w:p>
      <w:pPr>
        <w:jc w:val="right"/>
      </w:pPr>
      <w:r>
        <w:t>تو فرشتے آپ جانتے ہیں کہ پورے معنوں میں خدا کو سرینڈر کیے ہوئے ہیں، پوری طریقے سے۔</w:t>
      </w:r>
    </w:p>
    <w:p>
      <w:r>
        <w:rPr>
          <w:b/>
        </w:rPr>
        <w:t xml:space="preserve">[15:28] </w:t>
      </w:r>
      <w:r>
        <w:t>lekin yeh jo insaan they, Abu Rawaha jaise log, jo Khuda ko na dekhte hue bhi wahi darja</w:t>
      </w:r>
    </w:p>
    <w:p>
      <w:pPr>
        <w:jc w:val="right"/>
      </w:pPr>
      <w:r>
        <w:t>لیکن یہ جو انسان تھے، ابو رواحہ جیسے لوگ، جو خدا کو نہ دیکھتے ہوئے بھی وہی درجہ</w:t>
      </w:r>
    </w:p>
    <w:p>
      <w:r>
        <w:rPr>
          <w:b/>
        </w:rPr>
        <w:t xml:space="preserve">[15:35] </w:t>
      </w:r>
      <w:r>
        <w:t>maarfat ka pa rahe they jo farishton ko dekh kar mil raha tha, is par un ko rash</w:t>
      </w:r>
    </w:p>
    <w:p>
      <w:pPr>
        <w:jc w:val="right"/>
      </w:pPr>
      <w:r>
        <w:t>معرفت کا پا رہے تھے جو فرشتوں کو دیکھ کر مل رہا تھا، اس پر ان کو رش</w:t>
      </w:r>
    </w:p>
    <w:p>
      <w:r>
        <w:rPr>
          <w:b/>
        </w:rPr>
        <w:t xml:space="preserve">[15:42] </w:t>
      </w:r>
      <w:r>
        <w:t>hua ke: "dekho, hum ko to maarfat hai is liye ke hum Khuda ko dekh kar hum ne</w:t>
      </w:r>
    </w:p>
    <w:p>
      <w:pPr>
        <w:jc w:val="right"/>
      </w:pPr>
      <w:r>
        <w:t>ہوا کہ: "دیکھو، ہم کو تو معرفت ہے اس لیے کہ ہم خدا کو دیکھ کر ہم نے</w:t>
      </w:r>
    </w:p>
    <w:p>
      <w:r>
        <w:rPr>
          <w:b/>
        </w:rPr>
        <w:t xml:space="preserve">[15:49] </w:t>
      </w:r>
      <w:r>
        <w:t>jana hai, dekh kar hum ko yaqeen hua hai.</w:t>
      </w:r>
    </w:p>
    <w:p>
      <w:pPr>
        <w:jc w:val="right"/>
      </w:pPr>
      <w:r>
        <w:t>جانا ہے، دیکھ کر ہم کو یقین ہوا ہے۔</w:t>
      </w:r>
    </w:p>
    <w:p>
      <w:r>
        <w:rPr>
          <w:b/>
        </w:rPr>
        <w:t xml:space="preserve">[15:56] </w:t>
      </w:r>
      <w:r>
        <w:t>ہمارے لیے خدا ایک ایک سین چیز ہے، ایک observable fact ہے۔</w:t>
      </w:r>
    </w:p>
    <w:p>
      <w:pPr>
        <w:jc w:val="right"/>
      </w:pPr>
      <w:r>
        <w:t>ہمارے لیے خدا ایک ایک سین چیز ہے، ایک ابزرویبل فیکٹ ہے۔</w:t>
      </w:r>
    </w:p>
    <w:p>
      <w:r>
        <w:rPr>
          <w:b/>
        </w:rPr>
        <w:t xml:space="preserve">[16:03] </w:t>
      </w:r>
      <w:r>
        <w:t>lekin is insaan ko dekho ke woh to ghaib mein hai, Khuda is ke liye observable nahi hai,</w:t>
      </w:r>
    </w:p>
    <w:p>
      <w:pPr>
        <w:jc w:val="right"/>
      </w:pPr>
      <w:r>
        <w:t>لیکن اس انسان کو دیکھو کہ وہ تو غیب میں ہے، خدا اس کے لیے ابزرویبل نہیں ہے،</w:t>
      </w:r>
    </w:p>
    <w:p>
      <w:r>
        <w:rPr>
          <w:b/>
        </w:rPr>
        <w:t xml:space="preserve">[16:10] </w:t>
      </w:r>
      <w:r>
        <w:t>Khuda is ke liye unseen hai.</w:t>
      </w:r>
    </w:p>
    <w:p>
      <w:pPr>
        <w:jc w:val="right"/>
      </w:pPr>
      <w:r>
        <w:t>خدا اس کے لیے ان سین ہے۔</w:t>
      </w:r>
    </w:p>
    <w:p>
      <w:r>
        <w:rPr>
          <w:b/>
        </w:rPr>
        <w:t xml:space="preserve">[16:17] </w:t>
      </w:r>
      <w:r>
        <w:t>phir bhi aati hai maarfat, phir bhi aata hai realization ke is ko soch kar un ka imaan</w:t>
      </w:r>
    </w:p>
    <w:p>
      <w:pPr>
        <w:jc w:val="right"/>
      </w:pPr>
      <w:r>
        <w:t>پھر بھی آتی ہے معرفت، پھر بھی آتا ہے ریلائزیشن کہ اس کو سوچ کر ان کا ایمان</w:t>
      </w:r>
    </w:p>
    <w:p>
      <w:r>
        <w:rPr>
          <w:b/>
        </w:rPr>
        <w:t xml:space="preserve">[16:24] </w:t>
      </w:r>
      <w:r>
        <w:t>badhta hai, imaan badhta hai.</w:t>
      </w:r>
    </w:p>
    <w:p>
      <w:pPr>
        <w:jc w:val="right"/>
      </w:pPr>
      <w:r>
        <w:t>بڑھتا ہے، ایمان بڑھتا ہے۔</w:t>
      </w:r>
    </w:p>
    <w:p>
      <w:r>
        <w:rPr>
          <w:b/>
        </w:rPr>
        <w:t xml:space="preserve">[16:31] </w:t>
      </w:r>
      <w:r>
        <w:t>to imaan badhna Quran majeed mein hai, yeh baat ke imaan ek aisi cheez hai jo badhta rahe,</w:t>
      </w:r>
    </w:p>
    <w:p>
      <w:pPr>
        <w:jc w:val="right"/>
      </w:pPr>
      <w:r>
        <w:t>تو ایمان بڑھنا قرآن مجید میں ہے، یہ بات کہ ایمان ایک ایسی چیز ہے جو بڑھتا رہے،</w:t>
      </w:r>
    </w:p>
    <w:p>
      <w:r>
        <w:rPr>
          <w:b/>
        </w:rPr>
        <w:t xml:space="preserve">[16:38] </w:t>
      </w:r>
      <w:r>
        <w:t>badhta rahe, badhta rahe.</w:t>
      </w:r>
    </w:p>
    <w:p>
      <w:pPr>
        <w:jc w:val="right"/>
      </w:pPr>
      <w:r>
        <w:t>بڑھتا رہے، بڑھتا رہے۔</w:t>
      </w:r>
    </w:p>
    <w:p>
      <w:r>
        <w:rPr>
          <w:b/>
        </w:rPr>
        <w:t xml:space="preserve">[16:45] </w:t>
      </w:r>
      <w:r>
        <w:t>jaise aap dekhen, duniya mein ek bari anokhi cheez hai, woh hai drakht ya tree.</w:t>
      </w:r>
    </w:p>
    <w:p>
      <w:pPr>
        <w:jc w:val="right"/>
      </w:pPr>
      <w:r>
        <w:t>جیسے آپ دیکھیں، دنیا میں ایک بڑی انوکھی چیز ہے، وہ ہے درخت یا ٹری۔</w:t>
      </w:r>
    </w:p>
    <w:p>
      <w:r>
        <w:rPr>
          <w:b/>
        </w:rPr>
        <w:t xml:space="preserve">[16:52] </w:t>
      </w:r>
      <w:r>
        <w:t>aap dekhiye, pani duniya mein itna hai, itni pani hoti hoti rehti hai.</w:t>
      </w:r>
    </w:p>
    <w:p>
      <w:pPr>
        <w:jc w:val="right"/>
      </w:pPr>
      <w:r>
        <w:t>آپ دیکھیے، پانی دنیا میں اتنا ہے، اتنی پانی ہوتی ہوتی رہتا ہے۔</w:t>
      </w:r>
    </w:p>
    <w:p>
      <w:r>
        <w:rPr>
          <w:b/>
        </w:rPr>
        <w:t xml:space="preserve">[16:59] </w:t>
      </w:r>
      <w:r>
        <w:t>jo pathar hai, woh pathar waise ka waise hi rehta hai.</w:t>
      </w:r>
    </w:p>
    <w:p>
      <w:pPr>
        <w:jc w:val="right"/>
      </w:pPr>
      <w:r>
        <w:t>جو پتھر ہے، وہ پتھر ویسے کا ویسے ہی رہتا ہے۔</w:t>
      </w:r>
    </w:p>
    <w:p>
      <w:r>
        <w:rPr>
          <w:b/>
        </w:rPr>
        <w:t xml:space="preserve">[17:06] </w:t>
      </w:r>
      <w:r>
        <w:t>jo cheez duniya mein hai, woh waise ki waise hi rehti hai.</w:t>
      </w:r>
    </w:p>
    <w:p>
      <w:pPr>
        <w:jc w:val="right"/>
      </w:pPr>
      <w:r>
        <w:t>جو چیز دنیا میں ہے، وہ ویسے کی ویسے ہی رہتی ہے۔</w:t>
      </w:r>
    </w:p>
    <w:p>
      <w:r>
        <w:rPr>
          <w:b/>
        </w:rPr>
        <w:t xml:space="preserve">[17:13] </w:t>
      </w:r>
      <w:r>
        <w:t>lekin peR aisi cheez hai ke woh badhta hai, badhta hai, grow karta hai, grow karta hai.</w:t>
      </w:r>
    </w:p>
    <w:p>
      <w:pPr>
        <w:jc w:val="right"/>
      </w:pPr>
      <w:r>
        <w:t>لیکن پیڑ ایسی چیز ہے کہ وہ بڑھتا ہے، بڑھتا ہے، گرو کرتا ہے، گرو کرتا ہے۔</w:t>
      </w:r>
    </w:p>
    <w:p>
      <w:r>
        <w:rPr>
          <w:b/>
        </w:rPr>
        <w:t xml:space="preserve">[17:20] </w:t>
      </w:r>
      <w:r>
        <w:t>aap jante hain ke ek seed hai, pehle seed ko aap dalte hain soil mein, seed se chota</w:t>
      </w:r>
    </w:p>
    <w:p>
      <w:pPr>
        <w:jc w:val="right"/>
      </w:pPr>
      <w:r>
        <w:t>آپ جانتے ہیں کہ ایک سیڈ ہے، پہلے سیڈ کو آپ ڈالتے ہیں سائل میں، سیڈ سے چھوٹا</w:t>
      </w:r>
    </w:p>
    <w:p>
      <w:r>
        <w:rPr>
          <w:b/>
        </w:rPr>
        <w:t xml:space="preserve">[17:27] </w:t>
      </w:r>
      <w:r>
        <w:t>sa nikla plant, phir badhta raha, badhta raha tak poora drakht ban gaya.</w:t>
      </w:r>
    </w:p>
    <w:p>
      <w:pPr>
        <w:jc w:val="right"/>
      </w:pPr>
      <w:r>
        <w:t>سا نکلا پلانٹ، پھر بڑھتا رہا، بڑھتا رہا تک پورا درخت بن گیا۔</w:t>
      </w:r>
    </w:p>
    <w:p>
      <w:r>
        <w:rPr>
          <w:b/>
        </w:rPr>
        <w:t xml:space="preserve">[17:34] </w:t>
      </w:r>
      <w:r>
        <w:t>phir is mein branchiz aaein, patiyan niklein aur aur phool nikle, phal nikle.</w:t>
      </w:r>
    </w:p>
    <w:p>
      <w:pPr>
        <w:jc w:val="right"/>
      </w:pPr>
      <w:r>
        <w:t>پھر اس میں برانچز آئیں، پتیاں نکلیں اور اور پھول نکلے، پھل نکلے۔</w:t>
      </w:r>
    </w:p>
    <w:p>
      <w:r>
        <w:rPr>
          <w:b/>
        </w:rPr>
        <w:t xml:space="preserve">[17:41] </w:t>
      </w:r>
      <w:r>
        <w:t>to ever growing phenomena hai darakht.</w:t>
      </w:r>
    </w:p>
    <w:p>
      <w:pPr>
        <w:jc w:val="right"/>
      </w:pPr>
      <w:r>
        <w:t>تو ایور گروئنگ فیناومینا ہے درخت۔</w:t>
      </w:r>
    </w:p>
    <w:p>
      <w:r>
        <w:rPr>
          <w:b/>
        </w:rPr>
        <w:t xml:space="preserve">[17:48] </w:t>
      </w:r>
      <w:r>
        <w:t>isi liye quran mein iman ko darakht se tashbeeh di gayi hai.</w:t>
      </w:r>
    </w:p>
    <w:p>
      <w:pPr>
        <w:jc w:val="right"/>
      </w:pPr>
      <w:r>
        <w:t>اسی لیے قرآن میں ایمان کو درخت سے تشبیہ دی گئی ہے۔</w:t>
      </w:r>
    </w:p>
    <w:p>
      <w:r>
        <w:rPr>
          <w:b/>
        </w:rPr>
        <w:t xml:space="preserve">[17:55] </w:t>
      </w:r>
      <w:r>
        <w:t>wa kalima quran mein hai ke kalima tayyaba jo hai, kalima tayyaba jo hai, shajara tayyaba ki manind hai.</w:t>
      </w:r>
    </w:p>
    <w:p>
      <w:pPr>
        <w:jc w:val="right"/>
      </w:pPr>
      <w:r>
        <w:t>و کلمۃ قرآن میں ہے کہ کلمہ طیبہ جو ہے، کلمہ طیبہ جو ہے، شجرہ طیبہ کی مانند ہے۔</w:t>
      </w:r>
    </w:p>
    <w:p>
      <w:r>
        <w:rPr>
          <w:b/>
        </w:rPr>
        <w:t xml:space="preserve">[18:02] </w:t>
      </w:r>
      <w:r>
        <w:t>kalima tayyaba jo hai, woh shajara tayyaba ki manind hai.</w:t>
      </w:r>
    </w:p>
    <w:p>
      <w:pPr>
        <w:jc w:val="right"/>
      </w:pPr>
      <w:r>
        <w:t>کلمہ طیبہ جو ہے، وہ شجرہ طیبہ کی مانند ہے۔</w:t>
      </w:r>
    </w:p>
    <w:p>
      <w:r>
        <w:rPr>
          <w:b/>
        </w:rPr>
        <w:t xml:space="preserve">[18:09] </w:t>
      </w:r>
      <w:r>
        <w:t>aslah sabit wa far'uhu fis samaa' ke zameen mein is ko dala gaya, zameen mein is ki jae nikli,</w:t>
      </w:r>
    </w:p>
    <w:p>
      <w:pPr>
        <w:jc w:val="right"/>
      </w:pPr>
      <w:r>
        <w:t>اصلہ ثابت وفرہ فی السماء کہ زمین میں اس کو ڈالا گیا، زمین میں اس کی جائے نکلی،</w:t>
      </w:r>
    </w:p>
    <w:p>
      <w:r>
        <w:rPr>
          <w:b/>
        </w:rPr>
        <w:t xml:space="preserve">[18:16] </w:t>
      </w:r>
      <w:r>
        <w:t>phir barhne laga, barhne laga, barhne laga, yahan tak ke poora chha gaya.</w:t>
      </w:r>
    </w:p>
    <w:p>
      <w:pPr>
        <w:jc w:val="right"/>
      </w:pPr>
      <w:r>
        <w:t>پھر بڑھنے لگا، بڑھنے لگا، بڑھنے لگا، یہاں تک کہ پورا چھا گیا۔</w:t>
      </w:r>
    </w:p>
    <w:p>
      <w:r>
        <w:rPr>
          <w:b/>
        </w:rPr>
        <w:t xml:space="preserve">[18:23] </w:t>
      </w:r>
      <w:r>
        <w:t>to iman isi qism ka ek beej hai.</w:t>
      </w:r>
    </w:p>
    <w:p>
      <w:pPr>
        <w:jc w:val="right"/>
      </w:pPr>
      <w:r>
        <w:t>تو ایمان اسی قسم کا ایک بیج ہے۔</w:t>
      </w:r>
    </w:p>
    <w:p>
      <w:r>
        <w:rPr>
          <w:b/>
        </w:rPr>
        <w:t xml:space="preserve">[18:30] </w:t>
      </w:r>
      <w:r>
        <w:t>iman jo hai, ek beej hai.</w:t>
      </w:r>
    </w:p>
    <w:p>
      <w:pPr>
        <w:jc w:val="right"/>
      </w:pPr>
      <w:r>
        <w:t>ایمان جو ہے، ایک بیج ہے۔</w:t>
      </w:r>
    </w:p>
    <w:p>
      <w:r>
        <w:rPr>
          <w:b/>
        </w:rPr>
        <w:t xml:space="preserve">[18:37] </w:t>
      </w:r>
      <w:r>
        <w:t>insan ke rooh mein woh beej dala jata hai, insan ke mind mein woh beej dala jata hai.</w:t>
      </w:r>
    </w:p>
    <w:p>
      <w:pPr>
        <w:jc w:val="right"/>
      </w:pPr>
      <w:r>
        <w:t>انسان کے روح میں وہ بیج ڈالا جاتا ہے، انسان کے مائنڈ میں وہ بیج ڈالا جاتا ہے۔</w:t>
      </w:r>
    </w:p>
    <w:p>
      <w:r>
        <w:rPr>
          <w:b/>
        </w:rPr>
        <w:t xml:space="preserve">[18:44] </w:t>
      </w:r>
      <w:r>
        <w:t>matlab woh ideology, islam ki jo ideology hai, ideology of tauheed, is ko aap seed samjhiye, seed ya beej.</w:t>
      </w:r>
    </w:p>
    <w:p>
      <w:pPr>
        <w:jc w:val="right"/>
      </w:pPr>
      <w:r>
        <w:t>مطلب وہ آئیڈیالوجی، اسلام کی جو آئیڈیالوجی ہے، آئیڈیالوجی آف توحید، اس کو آپ سیڈ سمجھیے، سیڈ یا بیج۔</w:t>
      </w:r>
    </w:p>
    <w:p>
      <w:r>
        <w:rPr>
          <w:b/>
        </w:rPr>
        <w:t xml:space="preserve">[18:51] </w:t>
      </w:r>
      <w:r>
        <w:t>to islam ki ideology jo hai, just like seed hai, woh mind mein dali gayi.</w:t>
      </w:r>
    </w:p>
    <w:p>
      <w:pPr>
        <w:jc w:val="right"/>
      </w:pPr>
      <w:r>
        <w:t>تو اسلام کی آئیڈیالوجی جو ہے، جسٹ لائک سیڈ ہے، وہ مائنڈ میں ڈالی گئی۔</w:t>
      </w:r>
    </w:p>
    <w:p>
      <w:r>
        <w:rPr>
          <w:b/>
        </w:rPr>
        <w:t xml:space="preserve">[18:58] </w:t>
      </w:r>
      <w:r>
        <w:t>to kya woh barhne lage, barhne lage, barhne lage, yahan tak ke ek poora darakht ban gayi.</w:t>
      </w:r>
    </w:p>
    <w:p>
      <w:pPr>
        <w:jc w:val="right"/>
      </w:pPr>
      <w:r>
        <w:t>تو کیا وہ بڑھنے لگے، بڑھنے لگے، بڑھنے لگے، یہاں تک کہ ایک پورا درخت بن گئی۔</w:t>
      </w:r>
    </w:p>
    <w:p>
      <w:r>
        <w:rPr>
          <w:b/>
        </w:rPr>
        <w:t xml:space="preserve">[19:05] </w:t>
      </w:r>
      <w:r>
        <w:t>yahi hai marifat.</w:t>
      </w:r>
    </w:p>
    <w:p>
      <w:pPr>
        <w:jc w:val="right"/>
      </w:pPr>
      <w:r>
        <w:t>یہی ہے معرفت۔</w:t>
      </w:r>
    </w:p>
    <w:p>
      <w:r>
        <w:rPr>
          <w:b/>
        </w:rPr>
        <w:t xml:space="preserve">[19:12] </w:t>
      </w:r>
      <w:r>
        <w:t>yaani fiqhi iman mein koi barhna nahi hota.</w:t>
      </w:r>
    </w:p>
    <w:p>
      <w:pPr>
        <w:jc w:val="right"/>
      </w:pPr>
      <w:r>
        <w:t>یعنی فقہی ایمان میں کوئی بڑھنا نہیں ہوتا۔</w:t>
      </w:r>
    </w:p>
    <w:p>
      <w:r>
        <w:rPr>
          <w:b/>
        </w:rPr>
        <w:t xml:space="preserve">[19:19] </w:t>
      </w:r>
      <w:r>
        <w:t>fiqhi iman to hai ke aap ne kuch sub the, un ko dohra diya to bas ho gaya.</w:t>
      </w:r>
    </w:p>
    <w:p>
      <w:pPr>
        <w:jc w:val="right"/>
      </w:pPr>
      <w:r>
        <w:t>فقہی ایمان تو ہے کہ آپ نے کچھ سب تھے، ان کو دہرا دیا تو بس ہو گیا۔</w:t>
      </w:r>
    </w:p>
    <w:p>
      <w:r>
        <w:rPr>
          <w:b/>
        </w:rPr>
        <w:t xml:space="preserve">[19:26] </w:t>
      </w:r>
      <w:r>
        <w:t>lekin jo marifat wala iman hai, is mein barhta rehta hai, barhta rehta hai, barhta rehta hai.</w:t>
      </w:r>
    </w:p>
    <w:p>
      <w:pPr>
        <w:jc w:val="right"/>
      </w:pPr>
      <w:r>
        <w:t>لیکن جو معرفت والا ایمان ہے، اس میں بڑھتا رہتا ہے، بڑھتا رہتا ہے، بڑھتا رہتا ہے۔</w:t>
      </w:r>
    </w:p>
    <w:p>
      <w:r>
        <w:rPr>
          <w:b/>
        </w:rPr>
        <w:t xml:space="preserve">[19:33] </w:t>
      </w:r>
      <w:r>
        <w:t>to mein yeh kahunga ke marifat jo hai, kya hai? marifat science of god ka naam hai.</w:t>
      </w:r>
    </w:p>
    <w:p>
      <w:pPr>
        <w:jc w:val="right"/>
      </w:pPr>
      <w:r>
        <w:t>تو میں یہ کہوں گا کہ معرفت جو ہے، کیا ہے؟ معرفت سائنس آف گاڈ کا نام ہے۔</w:t>
      </w:r>
    </w:p>
    <w:p>
      <w:r>
        <w:rPr>
          <w:b/>
        </w:rPr>
        <w:t xml:space="preserve">[19:40] </w:t>
      </w:r>
      <w:r>
        <w:t>marifat koi mysterious cheez nahi hai.</w:t>
      </w:r>
    </w:p>
    <w:p>
      <w:pPr>
        <w:jc w:val="right"/>
      </w:pPr>
      <w:r>
        <w:t>معرفت کوئی مسٹیریس چیز نہیں ہے۔</w:t>
      </w:r>
    </w:p>
    <w:p>
      <w:r>
        <w:rPr>
          <w:b/>
        </w:rPr>
        <w:t xml:space="preserve">[19:47] </w:t>
      </w:r>
      <w:r>
        <w:t>science of god ya ilm rabbani.</w:t>
      </w:r>
    </w:p>
    <w:p>
      <w:pPr>
        <w:jc w:val="right"/>
      </w:pPr>
      <w:r>
        <w:t>سائنس آف گاڈ یا علم ربانی۔</w:t>
      </w:r>
    </w:p>
    <w:p>
      <w:r>
        <w:rPr>
          <w:b/>
        </w:rPr>
        <w:t xml:space="preserve">[19:54] </w:t>
      </w:r>
      <w:r>
        <w:t>to yeh science of god jo hai, yeh kaise barhti hai? ya yeh marifat kaise aati hai insan</w:t>
      </w:r>
    </w:p>
    <w:p>
      <w:pPr>
        <w:jc w:val="right"/>
      </w:pPr>
      <w:r>
        <w:t>تو یہ سائنس آف گاڈ جو ہے، یہ کیسے بڑھتی ہے؟ یا یہ معرفت کیسے آتی ہے انسان</w:t>
      </w:r>
    </w:p>
    <w:p>
      <w:r>
        <w:rPr>
          <w:b/>
        </w:rPr>
        <w:t xml:space="preserve">[20:01] </w:t>
      </w:r>
      <w:r>
        <w:t>ke andar? is ko ghor kijiye.</w:t>
      </w:r>
    </w:p>
    <w:p>
      <w:pPr>
        <w:jc w:val="right"/>
      </w:pPr>
      <w:r>
        <w:t>کے اندر؟ اس کو غور کیجئے۔</w:t>
      </w:r>
    </w:p>
    <w:p>
      <w:r>
        <w:rPr>
          <w:b/>
        </w:rPr>
        <w:t xml:space="preserve">[20:08] </w:t>
      </w:r>
      <w:r>
        <w:t>hum dekhte hain kai log history mein jinhone kuch tareeqe bataye, maslan sufiya ka tareeqa.</w:t>
      </w:r>
    </w:p>
    <w:p>
      <w:pPr>
        <w:jc w:val="right"/>
      </w:pPr>
      <w:r>
        <w:t>ہم دیکھتے ہیں کئی لوگ ہسٹری میں جنہوں نے کچھ طریقے بتائے، مثلاً صوفیاء کا طریقہ۔</w:t>
      </w:r>
    </w:p>
    <w:p>
      <w:r>
        <w:rPr>
          <w:b/>
        </w:rPr>
        <w:t xml:space="preserve">[20:15] </w:t>
      </w:r>
      <w:r>
        <w:t>sufiyon ne kuch tareeqe nikale, muraqba ka tareeqa aur zikr ka tareeqa, zikr base aur zikr bil jahar ka</w:t>
      </w:r>
    </w:p>
    <w:p>
      <w:pPr>
        <w:jc w:val="right"/>
      </w:pPr>
      <w:r>
        <w:t>صوفیوں نے کچھ طریقے نکالے، مراقبہ کا طریقہ اور ذکر کا طریقہ، ذکر بسے اور ذکر بالجہر کا</w:t>
      </w:r>
    </w:p>
    <w:p>
      <w:r>
        <w:rPr>
          <w:b/>
        </w:rPr>
        <w:t xml:space="preserve">[20:22] </w:t>
      </w:r>
      <w:r>
        <w:t>tareeqa aur saans aise liya, saans waise liya jaye waghera waghera.</w:t>
      </w:r>
    </w:p>
    <w:p>
      <w:pPr>
        <w:jc w:val="right"/>
      </w:pPr>
      <w:r>
        <w:t>طریقہ اور سانس ایسے لیا، سانس ویسے لیا جائے وغیرہ وغیرہ۔</w:t>
      </w:r>
    </w:p>
    <w:p>
      <w:r>
        <w:rPr>
          <w:b/>
        </w:rPr>
        <w:t xml:space="preserve">[20:29] </w:t>
      </w:r>
      <w:r>
        <w:t>mein samajhta hoon ke yeh asal baat nahi hai.</w:t>
      </w:r>
    </w:p>
    <w:p>
      <w:pPr>
        <w:jc w:val="right"/>
      </w:pPr>
      <w:r>
        <w:t>میں سمجھتا ہوں کہ یہ اصل بات نہیں ہے۔</w:t>
      </w:r>
    </w:p>
    <w:p>
      <w:r>
        <w:rPr>
          <w:b/>
        </w:rPr>
        <w:t xml:space="preserve">[20:36] </w:t>
      </w:r>
      <w:r>
        <w:t>jitne sufia wale tareeqe hain, woh sab, woh sab physical level par amal karne ke liye hain.</w:t>
      </w:r>
    </w:p>
    <w:p>
      <w:pPr>
        <w:jc w:val="right"/>
      </w:pPr>
      <w:r>
        <w:t>جتنے صوفیاء والے طریقے ہیں، وہ سب، وہ سب فزیکل لیول پر عمل کرنے کے لیے ہیں۔</w:t>
      </w:r>
    </w:p>
    <w:p>
      <w:r>
        <w:rPr>
          <w:b/>
        </w:rPr>
        <w:t xml:space="preserve">[20:43] </w:t>
      </w:r>
      <w:r>
        <w:t>physical level par.</w:t>
      </w:r>
    </w:p>
    <w:p>
      <w:pPr>
        <w:jc w:val="right"/>
      </w:pPr>
      <w:r>
        <w:t>فزیکل لیول پر۔</w:t>
      </w:r>
    </w:p>
    <w:p>
      <w:r>
        <w:rPr>
          <w:b/>
        </w:rPr>
        <w:t xml:space="preserve">[20:50] </w:t>
      </w:r>
      <w:r>
        <w:t>to marifat to physical cheez hai nahi.</w:t>
      </w:r>
    </w:p>
    <w:p>
      <w:pPr>
        <w:jc w:val="right"/>
      </w:pPr>
      <w:r>
        <w:t>تو معرفت تو فزیکل چیز ہے نہیں۔</w:t>
      </w:r>
    </w:p>
    <w:p>
      <w:r>
        <w:rPr>
          <w:b/>
        </w:rPr>
        <w:t xml:space="preserve">[20:57] </w:t>
      </w:r>
      <w:r>
        <w:t>to aaj kal to bohat hi oonche darje ki intellectual cheez hai.</w:t>
      </w:r>
    </w:p>
    <w:p>
      <w:pPr>
        <w:jc w:val="right"/>
      </w:pPr>
      <w:r>
        <w:t>تو آج کل تو بہت ہی اونچے درجے کی انٹلیکچول چیز ہے۔</w:t>
      </w:r>
    </w:p>
    <w:p>
      <w:r>
        <w:rPr>
          <w:b/>
        </w:rPr>
        <w:t xml:space="preserve">[21:04] </w:t>
      </w:r>
      <w:r>
        <w:t>to kisi bhi qism ki physical practice se marifat nahi aati.</w:t>
      </w:r>
    </w:p>
    <w:p>
      <w:pPr>
        <w:jc w:val="right"/>
      </w:pPr>
      <w:r>
        <w:t>تو کسی بھی قسم کی فزیکل پریکٹس سے معرفت نہیں آتی۔</w:t>
      </w:r>
    </w:p>
    <w:p>
      <w:r>
        <w:rPr>
          <w:b/>
        </w:rPr>
        <w:t xml:space="preserve">[21:11] </w:t>
      </w:r>
      <w:r>
        <w:t>aap raat din muraqba karein, raat din zabaan se quran padhte rahein, is se nahi hota.</w:t>
      </w:r>
    </w:p>
    <w:p>
      <w:pPr>
        <w:jc w:val="right"/>
      </w:pPr>
      <w:r>
        <w:t>آپ رات دن مراقبہ کریں، رات دن زبان سے قرآن پڑھتے رہیں، اس سے نہیں ہوتا۔</w:t>
      </w:r>
    </w:p>
    <w:p>
      <w:r>
        <w:rPr>
          <w:b/>
        </w:rPr>
        <w:t xml:space="preserve">[21:18] </w:t>
      </w:r>
      <w:r>
        <w:t>hazrat aisha se kaha gaya ke falan aadmi jo hai, falan log jo hain, kuch log the, woh</w:t>
      </w:r>
    </w:p>
    <w:p>
      <w:pPr>
        <w:jc w:val="right"/>
      </w:pPr>
      <w:r>
        <w:t>حضرت عائشہ سے کہا گیا کہ فلاں آدمی جو ہے، فلاں لوگ جو ہیں، کچھ لوگ تھے، وہ</w:t>
      </w:r>
    </w:p>
    <w:p>
      <w:r>
        <w:rPr>
          <w:b/>
        </w:rPr>
        <w:t xml:space="preserve">[21:25] </w:t>
      </w:r>
      <w:r>
        <w:t>log quran padhna shuru karte hain subah shaam se aur subah tak do baar padh daalte hain.</w:t>
      </w:r>
    </w:p>
    <w:p>
      <w:pPr>
        <w:jc w:val="right"/>
      </w:pPr>
      <w:r>
        <w:t>لوگ قرآن پڑھنا شروع کرتے ہیں صبح شام سے اور صبح تک دو بار پڑھ ڈالتے ہیں۔</w:t>
      </w:r>
    </w:p>
    <w:p>
      <w:r>
        <w:rPr>
          <w:b/>
        </w:rPr>
        <w:t xml:space="preserve">[21:32] </w:t>
      </w:r>
      <w:r>
        <w:t>yani ek raat mein do baar padh daalte hain.</w:t>
      </w:r>
    </w:p>
    <w:p>
      <w:pPr>
        <w:jc w:val="right"/>
      </w:pPr>
      <w:r>
        <w:t>یعنی ایک رات میں دو بار پڑھ ڈالتے ہیں۔</w:t>
      </w:r>
    </w:p>
    <w:p>
      <w:r>
        <w:rPr>
          <w:b/>
        </w:rPr>
        <w:t xml:space="preserve">[21:39] </w:t>
      </w:r>
      <w:r>
        <w:t>to unhone kaha ke "awlaika qaru wa lam yaqru".</w:t>
      </w:r>
    </w:p>
    <w:p>
      <w:pPr>
        <w:jc w:val="right"/>
      </w:pPr>
      <w:r>
        <w:t>تو انہوں نے کہا کہ "اولئک قرو ولم یقرو"۔</w:t>
      </w:r>
    </w:p>
    <w:p>
      <w:r>
        <w:rPr>
          <w:b/>
        </w:rPr>
        <w:t xml:space="preserve">[21:47] </w:t>
      </w:r>
      <w:r>
        <w:t>unhone padha magar unhone nahi padha.</w:t>
      </w:r>
    </w:p>
    <w:p>
      <w:pPr>
        <w:jc w:val="right"/>
      </w:pPr>
      <w:r>
        <w:t>انہوں نے پڑھا مگر انہوں نے نہیں پڑھا۔</w:t>
      </w:r>
    </w:p>
    <w:p>
      <w:r>
        <w:rPr>
          <w:b/>
        </w:rPr>
        <w:t xml:space="preserve">[21:54] </w:t>
      </w:r>
      <w:r>
        <w:t>yeh marifat wali tilawat to ki nahi, unhone yeh to sirf recitation wali tilawat ki.</w:t>
      </w:r>
    </w:p>
    <w:p>
      <w:pPr>
        <w:jc w:val="right"/>
      </w:pPr>
      <w:r>
        <w:t>یہ معرفت والی تلاوت تو کی نہیں، انہوں نے یہ تو صرف ریسٹیشن والی تلاوت کی۔</w:t>
      </w:r>
    </w:p>
    <w:p>
      <w:r>
        <w:rPr>
          <w:b/>
        </w:rPr>
        <w:t xml:space="preserve">[22:01] </w:t>
      </w:r>
      <w:r>
        <w:t>yani quran ke jo sab the, jo word the, us ko woh dohrate rahe.</w:t>
      </w:r>
    </w:p>
    <w:p>
      <w:pPr>
        <w:jc w:val="right"/>
      </w:pPr>
      <w:r>
        <w:t>یعنی قرآن کے جو سب تھے، جو ورڈ تھے، اس کو وہ دہراتے رہے۔</w:t>
      </w:r>
    </w:p>
    <w:p>
      <w:r>
        <w:rPr>
          <w:b/>
        </w:rPr>
        <w:t xml:space="preserve">[22:08] </w:t>
      </w:r>
      <w:r>
        <w:t>to is se imaan nahi badhega.</w:t>
      </w:r>
    </w:p>
    <w:p>
      <w:pPr>
        <w:jc w:val="right"/>
      </w:pPr>
      <w:r>
        <w:t>تو اس سے ایمان نہیں بڑھے گا۔</w:t>
      </w:r>
    </w:p>
    <w:p>
      <w:r>
        <w:rPr>
          <w:b/>
        </w:rPr>
        <w:t xml:space="preserve">[22:15] </w:t>
      </w:r>
      <w:r>
        <w:t>imaan badhega jab is mein aap sochein, is mein aap tafakkur karein, is mein aap ghaur karein</w:t>
      </w:r>
    </w:p>
    <w:p>
      <w:pPr>
        <w:jc w:val="right"/>
      </w:pPr>
      <w:r>
        <w:t>ایمان بڑھے گا جب اس میں آپ سوچیں، اس میں آپ تفکر کریں، اس میں آپ غور کریں</w:t>
      </w:r>
    </w:p>
    <w:p>
      <w:r>
        <w:rPr>
          <w:b/>
        </w:rPr>
        <w:t xml:space="preserve">[22:22] </w:t>
      </w:r>
      <w:r>
        <w:t>gehrai ke saath, tab badhega imaan.</w:t>
      </w:r>
    </w:p>
    <w:p>
      <w:pPr>
        <w:jc w:val="right"/>
      </w:pPr>
      <w:r>
        <w:t>گہرائی کے ساتھ، تب بڑھے گا ایمان۔</w:t>
      </w:r>
    </w:p>
    <w:p>
      <w:r>
        <w:rPr>
          <w:b/>
        </w:rPr>
        <w:t xml:space="preserve">[22:29] </w:t>
      </w:r>
      <w:r>
        <w:t>to unhone kaha ke "awlaika qaru wa lam yaqru".</w:t>
      </w:r>
    </w:p>
    <w:p>
      <w:pPr>
        <w:jc w:val="right"/>
      </w:pPr>
      <w:r>
        <w:t>تو انہوں نے کہا کہ "اولئک قرو ولم یقرو"۔</w:t>
      </w:r>
    </w:p>
    <w:p>
      <w:r>
        <w:rPr>
          <w:b/>
        </w:rPr>
        <w:t xml:space="preserve">[22:36] </w:t>
      </w:r>
      <w:r>
        <w:t>unhone padha magar marifat to mili nahi unko.</w:t>
      </w:r>
    </w:p>
    <w:p>
      <w:pPr>
        <w:jc w:val="right"/>
      </w:pPr>
      <w:r>
        <w:t>انہوں نے پڑھا مگر معرفت تو ملی نہیں ان کو۔</w:t>
      </w:r>
    </w:p>
    <w:p>
      <w:r>
        <w:rPr>
          <w:b/>
        </w:rPr>
        <w:t xml:space="preserve">[22:43] </w:t>
      </w:r>
      <w:r>
        <w:t>yeh marifat nahi mili, padhna na padhna barabar ho gaya.</w:t>
      </w:r>
    </w:p>
    <w:p>
      <w:pPr>
        <w:jc w:val="right"/>
      </w:pPr>
      <w:r>
        <w:t>یہ معرفت نہیں ملی، پڑھنا نہ پڑھنا برابر ہو گیا۔</w:t>
      </w:r>
    </w:p>
    <w:p>
      <w:r>
        <w:rPr>
          <w:b/>
        </w:rPr>
        <w:t xml:space="preserve">[22:50] </w:t>
      </w:r>
      <w:r>
        <w:t>to dekhiye, yeh tareeqa hai ke raat din tilawatein karo, raat din roze rakho aur muraqba karo.</w:t>
      </w:r>
    </w:p>
    <w:p>
      <w:pPr>
        <w:jc w:val="right"/>
      </w:pPr>
      <w:r>
        <w:t>تو دیکھیے، یہ طریقہ ہے کہ رات دن تلاوتیں کرو، رات دن روزے رکھو اور مراقبہ کرو۔</w:t>
      </w:r>
    </w:p>
    <w:p>
      <w:r>
        <w:rPr>
          <w:b/>
        </w:rPr>
        <w:t xml:space="preserve">[22:57] </w:t>
      </w:r>
      <w:r>
        <w:t>yeh sab kya hai? physical exercise hai.</w:t>
      </w:r>
    </w:p>
    <w:p>
      <w:pPr>
        <w:jc w:val="right"/>
      </w:pPr>
      <w:r>
        <w:t>یہ سب کیا ہے؟ فزیکل ایکسرسائز ہے۔</w:t>
      </w:r>
    </w:p>
    <w:p>
      <w:r>
        <w:rPr>
          <w:b/>
        </w:rPr>
        <w:t xml:space="preserve">[23:04] </w:t>
      </w:r>
      <w:r>
        <w:t>physical exercise se aap spiritual development nahi ho sakta.</w:t>
      </w:r>
    </w:p>
    <w:p>
      <w:pPr>
        <w:jc w:val="right"/>
      </w:pPr>
      <w:r>
        <w:t>فزیکل ایکسرسائز سے آپ اسپریچول ڈیویلپمنٹ نہیں ہو سکتا۔</w:t>
      </w:r>
    </w:p>
    <w:p>
      <w:r>
        <w:rPr>
          <w:b/>
        </w:rPr>
        <w:t xml:space="preserve">[23:11] </w:t>
      </w:r>
      <w:r>
        <w:t>physical exercise se intellectual development nahi ho sakta.</w:t>
      </w:r>
    </w:p>
    <w:p>
      <w:pPr>
        <w:jc w:val="right"/>
      </w:pPr>
      <w:r>
        <w:t>فزیکل ایکسرسائز سے انٹلیکچول ڈیویلپمنٹ نہیں ہو سکتا۔</w:t>
      </w:r>
    </w:p>
    <w:p>
      <w:r>
        <w:rPr>
          <w:b/>
        </w:rPr>
        <w:t xml:space="preserve">[23:18] </w:t>
      </w:r>
      <w:r>
        <w:t>intellectual development hoga, woh spiritual development hoga, intellectual exercise se, physical nahi.</w:t>
      </w:r>
    </w:p>
    <w:p>
      <w:pPr>
        <w:jc w:val="right"/>
      </w:pPr>
      <w:r>
        <w:t>انٹلیکچول ڈیویلپمنٹ ہوگا، وہ اسپریچول ڈیویلپمنٹ ہوگا، انٹلیکچول ایکسرسائز سے، فزیکل نہیں۔</w:t>
      </w:r>
    </w:p>
    <w:p>
      <w:r>
        <w:rPr>
          <w:b/>
        </w:rPr>
        <w:t xml:space="preserve">[23:25] </w:t>
      </w:r>
      <w:r>
        <w:t>aise hi dekhiye, koi log fiqah ke andaaz mein sochte hain to woh pattern par zor dete hain.</w:t>
      </w:r>
    </w:p>
    <w:p>
      <w:pPr>
        <w:jc w:val="right"/>
      </w:pPr>
      <w:r>
        <w:t>ایسے ہی دیکھیے، کوئی لوگ فقہ کے انداز میں سوچتے ہیں تو وہ پیٹرن پر زور دیتے ہیں۔</w:t>
      </w:r>
    </w:p>
    <w:p>
      <w:r>
        <w:rPr>
          <w:b/>
        </w:rPr>
        <w:t xml:space="preserve">[23:32] </w:t>
      </w:r>
      <w:r>
        <w:t>pattern aise namaz padho, aise ibadat karo, yaani pattern based ibadat.</w:t>
      </w:r>
    </w:p>
    <w:p>
      <w:pPr>
        <w:jc w:val="right"/>
      </w:pPr>
      <w:r>
        <w:t>پیٹرن ایسے نماز پڑھو، ایسے عبادت کرو، یعنی پیٹرن بیسڈ عبادت۔</w:t>
      </w:r>
    </w:p>
    <w:p>
      <w:r>
        <w:rPr>
          <w:b/>
        </w:rPr>
        <w:t xml:space="preserve">[23:39] </w:t>
      </w:r>
      <w:r>
        <w:t>to inka yeh kehna hai ke ek dam theek theek is pattern ko dohrao, theek theek is</w:t>
      </w:r>
    </w:p>
    <w:p>
      <w:pPr>
        <w:jc w:val="right"/>
      </w:pPr>
      <w:r>
        <w:t>تو ان کا یہ کہنا ہے کہ ایک دم ٹھیک ٹھیک اس پیٹرن کو دہراؤ، ٹھیک ٹھیک اس</w:t>
      </w:r>
    </w:p>
    <w:p>
      <w:r>
        <w:rPr>
          <w:b/>
        </w:rPr>
        <w:t xml:space="preserve">[23:46] </w:t>
      </w:r>
      <w:r>
        <w:t>form ko dohrao.</w:t>
      </w:r>
    </w:p>
    <w:p>
      <w:pPr>
        <w:jc w:val="right"/>
      </w:pPr>
      <w:r>
        <w:t>فارم کو دہراؤ۔</w:t>
      </w:r>
    </w:p>
    <w:p>
      <w:r>
        <w:rPr>
          <w:b/>
        </w:rPr>
        <w:t xml:space="preserve">[23:53] </w:t>
      </w:r>
      <w:r>
        <w:t>to yeh yeh bhi marifat se koi talluq iska nahin.</w:t>
      </w:r>
    </w:p>
    <w:p>
      <w:pPr>
        <w:jc w:val="right"/>
      </w:pPr>
      <w:r>
        <w:t>تو یہ یہ بھی معرفت سے کوئی تعلق اس کا نہیں۔</w:t>
      </w:r>
    </w:p>
    <w:p>
      <w:r>
        <w:rPr>
          <w:b/>
        </w:rPr>
        <w:t xml:space="preserve">[24:00] </w:t>
      </w:r>
      <w:r>
        <w:t>jitne hi zyada aap form ko dohrao, is pattern ko dohrao, to woh hai poly physical cheez hai,</w:t>
      </w:r>
    </w:p>
    <w:p>
      <w:pPr>
        <w:jc w:val="right"/>
      </w:pPr>
      <w:r>
        <w:t>جتنے ہی زیادہ آپ فارم کو دہرائیں، اس پیٹرن کو دہرائیں، تو وہ ہے پولی فزیکل چیز ہے،</w:t>
      </w:r>
    </w:p>
    <w:p>
      <w:r>
        <w:rPr>
          <w:b/>
        </w:rPr>
        <w:t xml:space="preserve">[24:07] </w:t>
      </w:r>
      <w:r>
        <w:t>woh zahiri cheez hai.</w:t>
      </w:r>
    </w:p>
    <w:p>
      <w:pPr>
        <w:jc w:val="right"/>
      </w:pPr>
      <w:r>
        <w:t>وہ ظاہری چیز ہے۔</w:t>
      </w:r>
    </w:p>
    <w:p>
      <w:r>
        <w:rPr>
          <w:b/>
        </w:rPr>
        <w:t xml:space="preserve">[24:14] </w:t>
      </w:r>
      <w:r>
        <w:t>تو physical repetition سے ایسا نہیں ہو سکتا ہے کہ آپ کے اندر spiritual development ہو، intellectual awakening</w:t>
      </w:r>
    </w:p>
    <w:p>
      <w:pPr>
        <w:jc w:val="right"/>
      </w:pPr>
      <w:r>
        <w:t>تو فزیکل ریپیٹیشن سے ایسا نہیں ہو سکتا ہے کہ آپ کے اندر اسپریچول ڈیویلپمنٹ ہو، انٹلیکچول اویکننگ</w:t>
      </w:r>
    </w:p>
    <w:p>
      <w:r>
        <w:rPr>
          <w:b/>
        </w:rPr>
        <w:t xml:space="preserve">[24:21] </w:t>
      </w:r>
      <w:r>
        <w:t>ho, intellectual enlighten, enlighten, enlightenment ho.</w:t>
      </w:r>
    </w:p>
    <w:p>
      <w:pPr>
        <w:jc w:val="right"/>
      </w:pPr>
      <w:r>
        <w:t>ہو، انٹلیکچول انلائٹن، انلائٹن، انلائٹنمنٹ ہو۔</w:t>
      </w:r>
    </w:p>
    <w:p>
      <w:r>
        <w:rPr>
          <w:b/>
        </w:rPr>
        <w:t xml:space="preserve">[24:28] </w:t>
      </w:r>
      <w:r>
        <w:t>is wajah se main samajhta hoon ke yeh tareeqa nahin.</w:t>
      </w:r>
    </w:p>
    <w:p>
      <w:pPr>
        <w:jc w:val="right"/>
      </w:pPr>
      <w:r>
        <w:t>اس وجہ سے میں سمجھتا ہوں کہ یہ طریقہ نہیں۔</w:t>
      </w:r>
    </w:p>
    <w:p>
      <w:r>
        <w:rPr>
          <w:b/>
        </w:rPr>
        <w:t xml:space="preserve">[24:35] </w:t>
      </w:r>
      <w:r>
        <w:t>sufiyon ka tareeqa, is se bhi main nahin samajhta ke marifat aati hai.</w:t>
      </w:r>
    </w:p>
    <w:p>
      <w:pPr>
        <w:jc w:val="right"/>
      </w:pPr>
      <w:r>
        <w:t>صوفیوں کا طریقہ، اس سے بھی میں نہیں سمجھتا کہ معرفت آتی ہے۔</w:t>
      </w:r>
    </w:p>
    <w:p>
      <w:r>
        <w:rPr>
          <w:b/>
        </w:rPr>
        <w:t xml:space="preserve">[24:42] </w:t>
      </w:r>
      <w:r>
        <w:t>fiqhi tareeqa jo hai, is se bhi main nahin samajhta ke marifat aati hai.</w:t>
      </w:r>
    </w:p>
    <w:p>
      <w:pPr>
        <w:jc w:val="right"/>
      </w:pPr>
      <w:r>
        <w:t>فقہی طریقہ جو ہے، اس سے بھی میں نہیں سمجھتا کہ معرفت آتی ہے۔</w:t>
      </w:r>
    </w:p>
    <w:p>
      <w:r>
        <w:rPr>
          <w:b/>
        </w:rPr>
        <w:t xml:space="preserve">[24:49] </w:t>
      </w:r>
      <w:r>
        <w:t>saheeh tareeqa jo hai, woh Quran mein bataya gaya hai: tafakkur, tadabbur, tazakkur ya tasawwum.</w:t>
      </w:r>
    </w:p>
    <w:p>
      <w:pPr>
        <w:jc w:val="right"/>
      </w:pPr>
      <w:r>
        <w:t>صحیح طریقہ جو ہے، وہ قرآن میں بتایا گیا ہے: تفکر، تدبر، تذکر یا توسم۔</w:t>
      </w:r>
    </w:p>
    <w:p>
      <w:r>
        <w:rPr>
          <w:b/>
        </w:rPr>
        <w:t xml:space="preserve">[24:56] </w:t>
      </w:r>
      <w:r>
        <w:t>yaani aap Quran ko padho, is par socho, is nature ko dekho, is ko socho, zameen o aasman</w:t>
      </w:r>
    </w:p>
    <w:p>
      <w:pPr>
        <w:jc w:val="right"/>
      </w:pPr>
      <w:r>
        <w:t>یعنی آپ قرآن کو پڑھیں، اس پر سوچیں، اس نیچر کو دیکھیں، اس کو سوچیں، زمین و آسمان</w:t>
      </w:r>
    </w:p>
    <w:p>
      <w:r>
        <w:rPr>
          <w:b/>
        </w:rPr>
        <w:t xml:space="preserve">[25:03] </w:t>
      </w:r>
      <w:r>
        <w:t>ko dekho, is par socho.</w:t>
      </w:r>
    </w:p>
    <w:p>
      <w:pPr>
        <w:jc w:val="right"/>
      </w:pPr>
      <w:r>
        <w:t>کو دیکھیں، اس پر سوچیں۔</w:t>
      </w:r>
    </w:p>
    <w:p>
      <w:r>
        <w:rPr>
          <w:b/>
        </w:rPr>
        <w:t xml:space="preserve">[25:10] </w:t>
      </w:r>
      <w:r>
        <w:t>is se aap ko special milta hai.</w:t>
      </w:r>
    </w:p>
    <w:p>
      <w:pPr>
        <w:jc w:val="right"/>
      </w:pPr>
      <w:r>
        <w:t>اس سے آپ کو اسپیشل ملتا ہے۔</w:t>
      </w:r>
    </w:p>
    <w:p>
      <w:r>
        <w:rPr>
          <w:b/>
        </w:rPr>
        <w:t xml:space="preserve">[25:17] </w:t>
      </w:r>
      <w:r>
        <w:t>jaise suppose solar system ko lijiye.</w:t>
      </w:r>
    </w:p>
    <w:p>
      <w:pPr>
        <w:jc w:val="right"/>
      </w:pPr>
      <w:r>
        <w:t>جیسے سپوز سولر سسٹم کو لیجئے۔</w:t>
      </w:r>
    </w:p>
    <w:p>
      <w:r>
        <w:rPr>
          <w:b/>
        </w:rPr>
        <w:t xml:space="preserve">[25:24] </w:t>
      </w:r>
      <w:r>
        <w:t>solar system ko hum tasweeron mein dekhte hain, kitabon mein dekhte hain.</w:t>
      </w:r>
    </w:p>
    <w:p>
      <w:pPr>
        <w:jc w:val="right"/>
      </w:pPr>
      <w:r>
        <w:t>سولر سسٹم کو ہم تصویروں میں دیکھتے ہیں، کتابوں میں دیکھتے ہیں۔</w:t>
      </w:r>
    </w:p>
    <w:p>
      <w:r>
        <w:rPr>
          <w:b/>
        </w:rPr>
        <w:t xml:space="preserve">[25:31] </w:t>
      </w:r>
      <w:r>
        <w:t>ab ab is ko aap sochiye ke kis tarah itna bada suraj hai, is ke charon taraf bohat</w:t>
      </w:r>
    </w:p>
    <w:p>
      <w:pPr>
        <w:jc w:val="right"/>
      </w:pPr>
      <w:r>
        <w:t>اب اب اس کو آپ سوچیے کہ کس طرح اتنا بڑا سورج ہے، اس کے چاروں طرف بہت</w:t>
      </w:r>
    </w:p>
    <w:p>
      <w:r>
        <w:rPr>
          <w:b/>
        </w:rPr>
        <w:t xml:space="preserve">[25:38] </w:t>
      </w:r>
      <w:r>
        <w:t>saare planets ghoom rahe hain.</w:t>
      </w:r>
    </w:p>
    <w:p>
      <w:pPr>
        <w:jc w:val="right"/>
      </w:pPr>
      <w:r>
        <w:t>سارے پلینٹس گھوم رہے ہیں۔</w:t>
      </w:r>
    </w:p>
    <w:p>
      <w:r>
        <w:rPr>
          <w:b/>
        </w:rPr>
        <w:t xml:space="preserve">[25:45] </w:t>
      </w:r>
      <w:r>
        <w:t>inhi mein se ek planet zameen hai hamari.</w:t>
      </w:r>
    </w:p>
    <w:p>
      <w:pPr>
        <w:jc w:val="right"/>
      </w:pPr>
      <w:r>
        <w:t>انہی میں سے ایک پلینٹ زمین ہے ہماری۔</w:t>
      </w:r>
    </w:p>
    <w:p>
      <w:r>
        <w:rPr>
          <w:b/>
        </w:rPr>
        <w:t xml:space="preserve">[25:52] </w:t>
      </w:r>
      <w:r>
        <w:t>to bohat door khala mein, space mein, woh barabar move kar rahe hain, barabar move kar rahe hain.</w:t>
      </w:r>
    </w:p>
    <w:p>
      <w:pPr>
        <w:jc w:val="right"/>
      </w:pPr>
      <w:r>
        <w:t>تو بہت دور خلا میں، اسپیس میں، وہ برابر موو کر رہے ہیں، برابر موو کر رہے ہیں۔</w:t>
      </w:r>
    </w:p>
    <w:p>
      <w:r>
        <w:rPr>
          <w:b/>
        </w:rPr>
        <w:t xml:space="preserve">[25:59] </w:t>
      </w:r>
      <w:r>
        <w:t>تو ایک عجیب، ایک ایک ایک terrible experience ہوتا ہے کہ اتنا بڑا سولر سسٹم کیسے کوئی کنٹرول</w:t>
      </w:r>
    </w:p>
    <w:p>
      <w:pPr>
        <w:jc w:val="right"/>
      </w:pPr>
      <w:r>
        <w:t>تو ایک عجیب، ایک ایک ایک ٹریبل ایکسپیرینس ہوتا ہے کہ اتنا بڑا سولر سسٹم کیسے کوئی کنٹرول</w:t>
      </w:r>
    </w:p>
    <w:p>
      <w:r>
        <w:rPr>
          <w:b/>
        </w:rPr>
        <w:t xml:space="preserve">[26:06] </w:t>
      </w:r>
      <w:r>
        <w:t>kar raha hai, is ko itna bada solar system jo hai, kaise Khuda use control kar raha hai.</w:t>
      </w:r>
    </w:p>
    <w:p>
      <w:pPr>
        <w:jc w:val="right"/>
      </w:pPr>
      <w:r>
        <w:t>کر رہا ہے، اس کو اتنا بڑا سولر سسٹم جو ہے، کیسے خدا اسے کنٹرول کر رہا ہے۔</w:t>
      </w:r>
    </w:p>
    <w:p>
      <w:r>
        <w:rPr>
          <w:b/>
        </w:rPr>
        <w:t xml:space="preserve">[26:13] </w:t>
      </w:r>
      <w:r>
        <w:t>aur phir poori universe ko dekhiye, jo bohat hi badi hai, bohat hi badi hai, bohat hi badi hai.</w:t>
      </w:r>
    </w:p>
    <w:p>
      <w:pPr>
        <w:jc w:val="right"/>
      </w:pPr>
      <w:r>
        <w:t>اور پھر پوری یونیورس کو دیکھیے، جو بہت ہی بڑی ہے، بہت ہی بڑی ہے، بہت ہی بڑی ہے۔</w:t>
      </w:r>
    </w:p>
    <w:p>
      <w:r>
        <w:rPr>
          <w:b/>
        </w:rPr>
        <w:t xml:space="preserve">[26:20] </w:t>
      </w:r>
      <w:r>
        <w:t>تو جب آپ دیکھتے ہیں astronomical bodies کو، solar system کو، galaxy کو، تو آپ خدا greatness کا،</w:t>
      </w:r>
    </w:p>
    <w:p>
      <w:pPr>
        <w:jc w:val="right"/>
      </w:pPr>
      <w:r>
        <w:t>تو جب آپ دیکھتے ہیں اسٹرونومیکل باڈیز کو، سولر سسٹم کو، گلیکسی کو، تو آپ خدا گریٹنس کا،</w:t>
      </w:r>
    </w:p>
    <w:p>
      <w:r>
        <w:rPr>
          <w:b/>
        </w:rPr>
        <w:t xml:space="preserve">[26:27] </w:t>
      </w:r>
      <w:r>
        <w:t>خدا کے greatness کو دیکھنے لگتے ہیں، خدا کے greatness کو دیکھنے لگتے ہیں۔</w:t>
      </w:r>
    </w:p>
    <w:p>
      <w:pPr>
        <w:jc w:val="right"/>
      </w:pPr>
      <w:r>
        <w:t>خدا کے گریٹنس کو دیکھنے لگتے ہیں، خدا کے گریٹنس کو دیکھنے لگتے ہیں۔</w:t>
      </w:r>
    </w:p>
    <w:p>
      <w:r>
        <w:rPr>
          <w:b/>
        </w:rPr>
        <w:t xml:space="preserve">[26:34] </w:t>
      </w:r>
      <w:r>
        <w:t>jaise kisi shayar ne kaha hai ke tareef us Khuda ki jis ne jahan banaya, yaani itni badi</w:t>
      </w:r>
    </w:p>
    <w:p>
      <w:pPr>
        <w:jc w:val="right"/>
      </w:pPr>
      <w:r>
        <w:t>جیسے کسی شاعر نے کہا ہے کہ تعریف اس خدا کی جس نے جہاں بنایا، یعنی اتنی بڑی</w:t>
      </w:r>
    </w:p>
    <w:p>
      <w:r>
        <w:rPr>
          <w:b/>
        </w:rPr>
        <w:t xml:space="preserve">[26:41] </w:t>
      </w:r>
      <w:r>
        <w:t>duniya bana dali.</w:t>
      </w:r>
    </w:p>
    <w:p>
      <w:pPr>
        <w:jc w:val="right"/>
      </w:pPr>
      <w:r>
        <w:t>دنیا بنا ڈالی۔</w:t>
      </w:r>
    </w:p>
    <w:p>
      <w:r>
        <w:rPr>
          <w:b/>
        </w:rPr>
        <w:t xml:space="preserve">[26:48] </w:t>
      </w:r>
      <w:r>
        <w:t>tareef us Khuda ki jis ne jahan banaya, kahin zameen banai ke aasman banaya.</w:t>
      </w:r>
    </w:p>
    <w:p>
      <w:pPr>
        <w:jc w:val="right"/>
      </w:pPr>
      <w:r>
        <w:t>تعریف اس خدا کی جس نے جہاں بنایا، کہیں زمین بنائی کہ آسمان بنایا۔</w:t>
      </w:r>
    </w:p>
    <w:p>
      <w:r>
        <w:rPr>
          <w:b/>
        </w:rPr>
        <w:t xml:space="preserve">[26:55] </w:t>
      </w:r>
      <w:r>
        <w:t>to aap jab sochte hain zameen ke bare mein, aasman ke bare mein, solar system ke bare mein,</w:t>
      </w:r>
    </w:p>
    <w:p>
      <w:pPr>
        <w:jc w:val="right"/>
      </w:pPr>
      <w:r>
        <w:t>تو آپ جب سوچتے ہیں زمین کے بارے میں، آسمان کے بارے میں، سولر سسٹم کے بارے میں،</w:t>
      </w:r>
    </w:p>
    <w:p>
      <w:r>
        <w:rPr>
          <w:b/>
        </w:rPr>
        <w:t xml:space="preserve">[27:02] </w:t>
      </w:r>
      <w:r>
        <w:t>hawa ke bare mein, pani ke bare mein, aap ko jo life support system mila hua hai is</w:t>
      </w:r>
    </w:p>
    <w:p>
      <w:pPr>
        <w:jc w:val="right"/>
      </w:pPr>
      <w:r>
        <w:t>ہوا کے بارے میں، پانی کے بارے میں، آپ کو جو لائف سپورٹ سسٹم ملا ہوا ہے اس</w:t>
      </w:r>
    </w:p>
    <w:p>
      <w:r>
        <w:rPr>
          <w:b/>
        </w:rPr>
        <w:t xml:space="preserve">[27:09] </w:t>
      </w:r>
      <w:r>
        <w:t>duniya mein, is ke bare mein to ek ek ek treble experience hota hai, ek thrilling experience hota hai.</w:t>
      </w:r>
    </w:p>
    <w:p>
      <w:pPr>
        <w:jc w:val="right"/>
      </w:pPr>
      <w:r>
        <w:t>دنیا میں، اس کے بارے میں تو ایک ایک ایک ٹریبل ایکسپیرینس ہوتا ہے، ایک تھرلنگ ایکسپیرینس ہوتا ہے۔</w:t>
      </w:r>
    </w:p>
    <w:p>
      <w:r>
        <w:rPr>
          <w:b/>
        </w:rPr>
        <w:t xml:space="preserve">[27:16] </w:t>
      </w:r>
      <w:r>
        <w:t>yeh hai marifat.</w:t>
      </w:r>
    </w:p>
    <w:p>
      <w:pPr>
        <w:jc w:val="right"/>
      </w:pPr>
      <w:r>
        <w:t>یہ ہے معرفت۔</w:t>
      </w:r>
    </w:p>
    <w:p>
      <w:r>
        <w:rPr>
          <w:b/>
        </w:rPr>
        <w:t xml:space="preserve">[27:23] </w:t>
      </w:r>
      <w:r>
        <w:t>to marifat ka zariya jo hai, kya hai? Quran khudaai kitab hai, is mein aap padhein, is ko sochein.</w:t>
      </w:r>
    </w:p>
    <w:p>
      <w:pPr>
        <w:jc w:val="right"/>
      </w:pPr>
      <w:r>
        <w:t>تو معرفت کا ذریعہ جو ہے، کیا ہے؟ قرآن خدائی کتاب ہے، اس میں آپ پڑھیں، اس کو سوچیں۔</w:t>
      </w:r>
    </w:p>
    <w:p>
      <w:r>
        <w:rPr>
          <w:b/>
        </w:rPr>
        <w:t xml:space="preserve">[27:30] </w:t>
      </w:r>
      <w:r>
        <w:t>yeh nature jo hai, woh khuda creation hai, is mein aap sochein.</w:t>
      </w:r>
    </w:p>
    <w:p>
      <w:pPr>
        <w:jc w:val="right"/>
      </w:pPr>
      <w:r>
        <w:t>یہ نیچر جو ہے، وہ خدا کریشن ہے، اس میں آپ سوچیں۔</w:t>
      </w:r>
    </w:p>
    <w:p>
      <w:r>
        <w:rPr>
          <w:b/>
        </w:rPr>
        <w:t xml:space="preserve">[27:37] </w:t>
      </w:r>
      <w:r>
        <w:t>to creation mein aap ko khuda ki jhalakiyan dikhai dengi.</w:t>
      </w:r>
    </w:p>
    <w:p>
      <w:pPr>
        <w:jc w:val="right"/>
      </w:pPr>
      <w:r>
        <w:t>تو کریشن میں آپ کو خدا کی جھلکیاں دکھائی دیں گی۔</w:t>
      </w:r>
    </w:p>
    <w:p>
      <w:r>
        <w:rPr>
          <w:b/>
        </w:rPr>
        <w:t xml:space="preserve">[27:44] </w:t>
      </w:r>
      <w:r>
        <w:t>jaise aap dekhein ek bahut achhi machine ko, bahut achhi machine ko.</w:t>
      </w:r>
    </w:p>
    <w:p>
      <w:pPr>
        <w:jc w:val="right"/>
      </w:pPr>
      <w:r>
        <w:t>جیسے آپ دیکھیں ایک بہت اچھی مشین کو، بہت اچھی مشین کو۔</w:t>
      </w:r>
    </w:p>
    <w:p>
      <w:r>
        <w:rPr>
          <w:b/>
        </w:rPr>
        <w:t xml:space="preserve">[27:51] </w:t>
      </w:r>
      <w:r>
        <w:t>to jab aap is dekhte hain to aap hairaan reh jaate hain ke kis tarah design kiya kisi</w:t>
      </w:r>
    </w:p>
    <w:p>
      <w:pPr>
        <w:jc w:val="right"/>
      </w:pPr>
      <w:r>
        <w:t>تو جب آپ اس دیکھتے ہیں تو آپ حیران رہ جاتے ہیں کہ کس طرح ڈیزائن کیا کسی</w:t>
      </w:r>
    </w:p>
    <w:p>
      <w:r>
        <w:rPr>
          <w:b/>
        </w:rPr>
        <w:t xml:space="preserve">[27:58] </w:t>
      </w:r>
      <w:r>
        <w:t>engineer ne is ko.</w:t>
      </w:r>
    </w:p>
    <w:p>
      <w:pPr>
        <w:jc w:val="right"/>
      </w:pPr>
      <w:r>
        <w:t>انجینئر نے اس کو۔</w:t>
      </w:r>
    </w:p>
    <w:p>
      <w:r>
        <w:rPr>
          <w:b/>
        </w:rPr>
        <w:t xml:space="preserve">[28:05] </w:t>
      </w:r>
      <w:r>
        <w:t>main ek martaba ek karkhane mein gaya to wahan par ek nayi machine lagai gayi thi, nayi machine.</w:t>
      </w:r>
    </w:p>
    <w:p>
      <w:pPr>
        <w:jc w:val="right"/>
      </w:pPr>
      <w:r>
        <w:t>میں ایک مرتبہ ایک کارخانے میں گیا تو وہاں پر ایک نئی مشین لگائی گئی تھی، نئی مشین۔</w:t>
      </w:r>
    </w:p>
    <w:p>
      <w:r>
        <w:rPr>
          <w:b/>
        </w:rPr>
        <w:t xml:space="preserve">[28:12] </w:t>
      </w:r>
      <w:r>
        <w:t>to is mein jo flying wheel hota hai, to is ka jo malik tha, us ne kaha ke</w:t>
      </w:r>
    </w:p>
    <w:p>
      <w:pPr>
        <w:jc w:val="right"/>
      </w:pPr>
      <w:r>
        <w:t>تو اس میں جو فلائنگ ویل ہوتا ہے، تو اس کا جو مالک تھا، اس نے کہا کہ</w:t>
      </w:r>
    </w:p>
    <w:p>
      <w:r>
        <w:rPr>
          <w:b/>
        </w:rPr>
        <w:t xml:space="preserve">[28:19] </w:t>
      </w:r>
      <w:r>
        <w:t>dekhein, main aap ko ek cheez dikhata hoon.</w:t>
      </w:r>
    </w:p>
    <w:p>
      <w:pPr>
        <w:jc w:val="right"/>
      </w:pPr>
      <w:r>
        <w:t>دیکھیں، میں آپ کو ایک چیز دکھاتا ہوں۔</w:t>
      </w:r>
    </w:p>
    <w:p>
      <w:r>
        <w:rPr>
          <w:b/>
        </w:rPr>
        <w:t xml:space="preserve">[28:26] </w:t>
      </w:r>
      <w:r>
        <w:t>to ek switch is ne dabaya to flying wheel jo tha, woh within second poori is mein</w:t>
      </w:r>
    </w:p>
    <w:p>
      <w:pPr>
        <w:jc w:val="right"/>
      </w:pPr>
      <w:r>
        <w:t>تو ایک سوئچ اس نے دبایا تو فلائنگ ویل جو تھا، وہ ود ان سیکنڈ پوری اس میں</w:t>
      </w:r>
    </w:p>
    <w:p>
      <w:r>
        <w:rPr>
          <w:b/>
        </w:rPr>
        <w:t xml:space="preserve">[28:33] </w:t>
      </w:r>
      <w:r>
        <w:t>ghoomne laga, poori speed mein ghoomne laga hua, within second poori speed mein ghoomne laga hua.</w:t>
      </w:r>
    </w:p>
    <w:p>
      <w:pPr>
        <w:jc w:val="right"/>
      </w:pPr>
      <w:r>
        <w:t>گھومنے لگا، پوری سپیڈ میں گھومنے لگا ہوا، ود ان سیکنڈ پوری سپیڈ میں گھومنے لگا ہوا۔</w:t>
      </w:r>
    </w:p>
    <w:p>
      <w:r>
        <w:rPr>
          <w:b/>
        </w:rPr>
        <w:t xml:space="preserve">[28:40] </w:t>
      </w:r>
      <w:r>
        <w:t>phir is ko aap dekhiye, ek aur button dabaya is ne to within second is ne direction</w:t>
      </w:r>
    </w:p>
    <w:p>
      <w:pPr>
        <w:jc w:val="right"/>
      </w:pPr>
      <w:r>
        <w:t>پھر اس کو آپ دیکھیے، ایک اور بٹن دبایا اس نے تو ود ان سیکنڈ اس نے ڈائریکشن</w:t>
      </w:r>
    </w:p>
    <w:p>
      <w:r>
        <w:rPr>
          <w:b/>
        </w:rPr>
        <w:t xml:space="preserve">[28:47] </w:t>
      </w:r>
      <w:r>
        <w:t>badal liya, usi speed se idhar ghoomne laga.</w:t>
      </w:r>
    </w:p>
    <w:p>
      <w:pPr>
        <w:jc w:val="right"/>
      </w:pPr>
      <w:r>
        <w:t>بدل لیا، اسی سپیڈ سے ادھر گھومنے لگا۔</w:t>
      </w:r>
    </w:p>
    <w:p>
      <w:r>
        <w:rPr>
          <w:b/>
        </w:rPr>
        <w:t xml:space="preserve">[28:54] </w:t>
      </w:r>
      <w:r>
        <w:t>pehle aise nahi ghoom raha tha, ab idhar ghoomne laga.</w:t>
      </w:r>
    </w:p>
    <w:p>
      <w:pPr>
        <w:jc w:val="right"/>
      </w:pPr>
      <w:r>
        <w:t>پہلے ایسے نہیں گھوم رہا تھا، اب ادھر گھومنے لگا۔</w:t>
      </w:r>
    </w:p>
    <w:p>
      <w:r>
        <w:rPr>
          <w:b/>
        </w:rPr>
        <w:t xml:space="preserve">[29:01] </w:t>
      </w:r>
      <w:r>
        <w:t>to main samajhne laga ke kaisa ajeeb hoga woh mind, woh engineer jis ne is ko design kiya.</w:t>
      </w:r>
    </w:p>
    <w:p>
      <w:pPr>
        <w:jc w:val="right"/>
      </w:pPr>
      <w:r>
        <w:t>تو میں سمجھنے لگا کہ کیسا عجیب ہوگا وہ مائنڈ، وہ انجینئر جس نے اس کو ڈیزائن کیا۔</w:t>
      </w:r>
    </w:p>
    <w:p>
      <w:r>
        <w:rPr>
          <w:b/>
        </w:rPr>
        <w:t xml:space="preserve">[29:08] </w:t>
      </w:r>
      <w:r>
        <w:t>ek chhoti si misaal hai, bahut chhoti si.</w:t>
      </w:r>
    </w:p>
    <w:p>
      <w:pPr>
        <w:jc w:val="right"/>
      </w:pPr>
      <w:r>
        <w:t>ایک چھوٹی سی مثال ہے، بہت چھوٹی سی۔</w:t>
      </w:r>
    </w:p>
    <w:p>
      <w:r>
        <w:rPr>
          <w:b/>
        </w:rPr>
        <w:t xml:space="preserve">[29:15] </w:t>
      </w:r>
      <w:r>
        <w:t>to jab aap dekhte hain Quran, Quran ko, tab bhi aap sochte hain ke Quran mein jo usloob</w:t>
      </w:r>
    </w:p>
    <w:p>
      <w:pPr>
        <w:jc w:val="right"/>
      </w:pPr>
      <w:r>
        <w:t>تو جب آپ دیکھتے ہیں قرآن، قرآن کو، تب بھی آپ سوچتے ہیں کہ قرآن میں جو اسلوب</w:t>
      </w:r>
    </w:p>
    <w:p>
      <w:r>
        <w:rPr>
          <w:b/>
        </w:rPr>
        <w:t xml:space="preserve">[29:23] </w:t>
      </w:r>
      <w:r>
        <w:t>hai, jo andaaz hai, jo jo is ka, is ka jo mayar hai, is ka adabi mayar itna</w:t>
      </w:r>
    </w:p>
    <w:p>
      <w:pPr>
        <w:jc w:val="right"/>
      </w:pPr>
      <w:r>
        <w:t>ہے، جو انداز ہے، جو جو اس کا، اس کا جو معیار ہے، اس کا ادبی معیار اتنا</w:t>
      </w:r>
    </w:p>
    <w:p>
      <w:r>
        <w:rPr>
          <w:b/>
        </w:rPr>
        <w:t xml:space="preserve">[29:30] </w:t>
      </w:r>
      <w:r>
        <w:t>ooncha hai ke is mein aap ko dekhte hain ke kitni ek bahut bada experience milta hai is</w:t>
      </w:r>
    </w:p>
    <w:p>
      <w:pPr>
        <w:jc w:val="right"/>
      </w:pPr>
      <w:r>
        <w:t>اونچا ہے کہ اس میں آپ کو دیکھتے ہیں کہ کتنی ایک بہت بڑا ایکسپیرینس ملتا ہے اس</w:t>
      </w:r>
    </w:p>
    <w:p>
      <w:r>
        <w:rPr>
          <w:b/>
        </w:rPr>
        <w:t xml:space="preserve">[29:37] </w:t>
      </w:r>
      <w:r>
        <w:t>mein aap ko.</w:t>
      </w:r>
    </w:p>
    <w:p>
      <w:pPr>
        <w:jc w:val="right"/>
      </w:pPr>
      <w:r>
        <w:t>میں آپ کو۔</w:t>
      </w:r>
    </w:p>
    <w:p>
      <w:r>
        <w:rPr>
          <w:b/>
        </w:rPr>
        <w:t xml:space="preserve">[29:44] </w:t>
      </w:r>
      <w:r>
        <w:t>phir aap jab sochte hain nature ke bare mein, khuda ke creation ke bare mein to bahut bada</w:t>
      </w:r>
    </w:p>
    <w:p>
      <w:pPr>
        <w:jc w:val="right"/>
      </w:pPr>
      <w:r>
        <w:t>پھر آپ جب سوچتے ہیں نیچر کے بارے میں، خدا کے کریشن کے بارے میں تو بہت بڑا</w:t>
      </w:r>
    </w:p>
    <w:p>
      <w:r>
        <w:rPr>
          <w:b/>
        </w:rPr>
        <w:t xml:space="preserve">[29:51] </w:t>
      </w:r>
      <w:r>
        <w:t>aap ko ehsas hota hai ke kitna bara khuda jis ne is ko banaya.</w:t>
      </w:r>
    </w:p>
    <w:p>
      <w:pPr>
        <w:jc w:val="right"/>
      </w:pPr>
      <w:r>
        <w:t>آپ کو احساس ہوتا ہے کہ کتنا بڑا خدا جس نے اس کو بنایا۔</w:t>
      </w:r>
    </w:p>
    <w:p>
      <w:r>
        <w:rPr>
          <w:b/>
        </w:rPr>
        <w:t xml:space="preserve">[29:58] </w:t>
      </w:r>
      <w:r>
        <w:t>to yeh hai marifat.</w:t>
      </w:r>
    </w:p>
    <w:p>
      <w:pPr>
        <w:jc w:val="right"/>
      </w:pPr>
      <w:r>
        <w:t>تو یہ ہے معرفت۔</w:t>
      </w:r>
    </w:p>
    <w:p>
      <w:r>
        <w:rPr>
          <w:b/>
        </w:rPr>
        <w:t xml:space="preserve">[30:05] </w:t>
      </w:r>
      <w:r>
        <w:t>to mein kahoon ke marifat aik science of god hai.</w:t>
      </w:r>
    </w:p>
    <w:p>
      <w:pPr>
        <w:jc w:val="right"/>
      </w:pPr>
      <w:r>
        <w:t>تو میں کہوں کہ معرفت ایک سائنس آف گاڈ ہے۔</w:t>
      </w:r>
    </w:p>
    <w:p>
      <w:r>
        <w:rPr>
          <w:b/>
        </w:rPr>
        <w:t xml:space="preserve">[30:12] </w:t>
      </w:r>
      <w:r>
        <w:t>marifat koi mysterious cheez nahi hai, koi mysterious cheez nahi hai.</w:t>
      </w:r>
    </w:p>
    <w:p>
      <w:pPr>
        <w:jc w:val="right"/>
      </w:pPr>
      <w:r>
        <w:t>معرفت کوئی مسٹیریس چیز نہیں ہے، کوئی مسٹیریس چیز نہیں ہے۔</w:t>
      </w:r>
    </w:p>
    <w:p>
      <w:r>
        <w:rPr>
          <w:b/>
        </w:rPr>
        <w:t xml:space="preserve">[30:19] </w:t>
      </w:r>
      <w:r>
        <w:t>marifat woh science of god hai.</w:t>
      </w:r>
    </w:p>
    <w:p>
      <w:pPr>
        <w:jc w:val="right"/>
      </w:pPr>
      <w:r>
        <w:t>معرفت وہ سائنس آف گاڈ ہے۔</w:t>
      </w:r>
    </w:p>
    <w:p>
      <w:r>
        <w:rPr>
          <w:b/>
        </w:rPr>
        <w:t xml:space="preserve">[30:26] </w:t>
      </w:r>
      <w:r>
        <w:t>to aap god par sochte hain, khuda ki kitab par sochte hain, nature par sochte hain, is universe</w:t>
      </w:r>
    </w:p>
    <w:p>
      <w:pPr>
        <w:jc w:val="right"/>
      </w:pPr>
      <w:r>
        <w:t>تو آپ گاڈ پر سوچتے ہیں، خدا کی کتاب پر سوچتے ہیں، نیچر پر سوچتے ہیں، اس یونیورس</w:t>
      </w:r>
    </w:p>
    <w:p>
      <w:r>
        <w:rPr>
          <w:b/>
        </w:rPr>
        <w:t xml:space="preserve">[30:33] </w:t>
      </w:r>
      <w:r>
        <w:t>ke baray mein sochte hain.</w:t>
      </w:r>
    </w:p>
    <w:p>
      <w:pPr>
        <w:jc w:val="right"/>
      </w:pPr>
      <w:r>
        <w:t>کے بارے میں سوچتے ہیں۔</w:t>
      </w:r>
    </w:p>
    <w:p>
      <w:r>
        <w:rPr>
          <w:b/>
        </w:rPr>
        <w:t xml:space="preserve">[30:40] </w:t>
      </w:r>
      <w:r>
        <w:t>to yahi source hai marifat ka, yahi soch hai marifat ka, yeh source hai marifat ka.</w:t>
      </w:r>
    </w:p>
    <w:p>
      <w:pPr>
        <w:jc w:val="right"/>
      </w:pPr>
      <w:r>
        <w:t>تو یہی سورس ہے معرفت کا، یہی سوچ ہے معرفت کا، یہ سورس ہے معرفت کا۔</w:t>
      </w:r>
    </w:p>
    <w:p>
      <w:r>
        <w:rPr>
          <w:b/>
        </w:rPr>
        <w:t xml:space="preserve">[30:47] </w:t>
      </w:r>
      <w:r>
        <w:t>mein to jab cheezon ko dekhta hoon, jaisay ghaas ko dekhta hoon, darakht ko dekhta hoon, river ko</w:t>
      </w:r>
    </w:p>
    <w:p>
      <w:pPr>
        <w:jc w:val="right"/>
      </w:pPr>
      <w:r>
        <w:t>میں تو جب چیزوں کو دیکھتا ہوں، جیسے گھاس کو دیکھتا ہوں، درخت کو دیکھتا ہوں، ریور کو</w:t>
      </w:r>
    </w:p>
    <w:p>
      <w:r>
        <w:rPr>
          <w:b/>
        </w:rPr>
        <w:t xml:space="preserve">[30:54] </w:t>
      </w:r>
      <w:r>
        <w:t>dekhta hoon, pahar ko dekhta hoon, sitaron ko dekhta hoon to ajeeb ehsas hota hai ke har cheez</w:t>
      </w:r>
    </w:p>
    <w:p>
      <w:pPr>
        <w:jc w:val="right"/>
      </w:pPr>
      <w:r>
        <w:t>دیکھتا ہوں، پہاڑ کو دیکھتا ہوں، ستاروں کو دیکھتا ہوں تو عجیب احساس ہوتا ہے کہ ہر چیز</w:t>
      </w:r>
    </w:p>
    <w:p>
      <w:r>
        <w:rPr>
          <w:b/>
        </w:rPr>
        <w:t xml:space="preserve">[31:01] </w:t>
      </w:r>
      <w:r>
        <w:t>apne final model par hai.</w:t>
      </w:r>
    </w:p>
    <w:p>
      <w:pPr>
        <w:jc w:val="right"/>
      </w:pPr>
      <w:r>
        <w:t>اپنے فائنل ماڈل پر ہے۔</w:t>
      </w:r>
    </w:p>
    <w:p>
      <w:r>
        <w:rPr>
          <w:b/>
        </w:rPr>
        <w:t xml:space="preserve">[31:08] </w:t>
      </w:r>
      <w:r>
        <w:t>final model kisi cheez ka bhi koi doosra model aap soch nahi sakte.</w:t>
      </w:r>
    </w:p>
    <w:p>
      <w:pPr>
        <w:jc w:val="right"/>
      </w:pPr>
      <w:r>
        <w:t>فائنل ماڈل کسی چیز کا بھی کوئی دوسرا ماڈل آپ سوچ نہیں سکتے۔</w:t>
      </w:r>
    </w:p>
    <w:p>
      <w:r>
        <w:rPr>
          <w:b/>
        </w:rPr>
        <w:t xml:space="preserve">[31:15] </w:t>
      </w:r>
      <w:r>
        <w:t>har cheez ka, har cheez apne apne final model par hai, chahe aik machhli ho, chahe aik chirya</w:t>
      </w:r>
    </w:p>
    <w:p>
      <w:pPr>
        <w:jc w:val="right"/>
      </w:pPr>
      <w:r>
        <w:t>ہر چیز کا، ہر چیز اپنے اپنے فائنل ماڈل پر ہے، چاہے ایک مچھلی ہو، چاہے ایک چڑیا</w:t>
      </w:r>
    </w:p>
    <w:p>
      <w:r>
        <w:rPr>
          <w:b/>
        </w:rPr>
        <w:t xml:space="preserve">[31:22] </w:t>
      </w:r>
      <w:r>
        <w:t>ho, chahe aik tiger ho.</w:t>
      </w:r>
    </w:p>
    <w:p>
      <w:pPr>
        <w:jc w:val="right"/>
      </w:pPr>
      <w:r>
        <w:t>ہو، چاہے ایک ٹائیگر ہو۔</w:t>
      </w:r>
    </w:p>
    <w:p>
      <w:r>
        <w:rPr>
          <w:b/>
        </w:rPr>
        <w:t xml:space="preserve">[31:29] </w:t>
      </w:r>
      <w:r>
        <w:t>itni variety, itni variety, itni variety hai ke aap gin nahi sakte is ko.</w:t>
      </w:r>
    </w:p>
    <w:p>
      <w:pPr>
        <w:jc w:val="right"/>
      </w:pPr>
      <w:r>
        <w:t>اتنی ورائٹی، اتنی ورائٹی، اتنی ورائٹی ہے کہ آپ گن نہیں سکتے اس کو۔</w:t>
      </w:r>
    </w:p>
    <w:p>
      <w:r>
        <w:rPr>
          <w:b/>
        </w:rPr>
        <w:t xml:space="preserve">[31:36] </w:t>
      </w:r>
      <w:r>
        <w:t>to ab is mein kitna aik ehsas hota hai ke khuda ki kitna zyada taqat hai, us ki</w:t>
      </w:r>
    </w:p>
    <w:p>
      <w:pPr>
        <w:jc w:val="right"/>
      </w:pPr>
      <w:r>
        <w:t>تو اب اس میں کتنا ایک احساس ہوتا ہے کہ خدا کی کتنا زیادہ طاقت ہے، اس کی</w:t>
      </w:r>
    </w:p>
    <w:p>
      <w:r>
        <w:rPr>
          <w:b/>
        </w:rPr>
        <w:t xml:space="preserve">[31:43] </w:t>
      </w:r>
      <w:r>
        <w:t>khuda ki qudrat, khuda ki taqat kitni zyada hai.</w:t>
      </w:r>
    </w:p>
    <w:p>
      <w:pPr>
        <w:jc w:val="right"/>
      </w:pPr>
      <w:r>
        <w:t>خدا کی قدرت، خدا کی طاقت کتنی زیادہ ہے۔</w:t>
      </w:r>
    </w:p>
    <w:p>
      <w:r>
        <w:rPr>
          <w:b/>
        </w:rPr>
        <w:t xml:space="preserve">[31:50] </w:t>
      </w:r>
      <w:r>
        <w:t>itni anginat variety khuda ne bana dali, har variety jo hai apne final model par hai.</w:t>
      </w:r>
    </w:p>
    <w:p>
      <w:pPr>
        <w:jc w:val="right"/>
      </w:pPr>
      <w:r>
        <w:t>اتنی انگنت ورائٹی خدا نے بنا ڈالی، ہر ورائٹی جو ہے اپنے فائنل ماڈل پر ہے۔</w:t>
      </w:r>
    </w:p>
    <w:p>
      <w:r>
        <w:rPr>
          <w:b/>
        </w:rPr>
        <w:t xml:space="preserve">[31:57] </w:t>
      </w:r>
      <w:r>
        <w:t>to is is tarah se marifat soch kar aati hai, physical exercise se marifat nahi aati hai.</w:t>
      </w:r>
    </w:p>
    <w:p>
      <w:pPr>
        <w:jc w:val="right"/>
      </w:pPr>
      <w:r>
        <w:t>تو اس اس طرح سے معرفت سوچ کر آتی ہے، فزیکل ایکسرسائز سے معرفت نہیں آتی ہے۔</w:t>
      </w:r>
    </w:p>
    <w:p>
      <w:r>
        <w:rPr>
          <w:b/>
        </w:rPr>
        <w:t xml:space="preserve">[32:04] </w:t>
      </w:r>
      <w:r>
        <w:t>phir aik baat dekhiye, yeh hai ke Allah taala ne jab insan ko banaya to us ke andar</w:t>
      </w:r>
    </w:p>
    <w:p>
      <w:pPr>
        <w:jc w:val="right"/>
      </w:pPr>
      <w:r>
        <w:t>پھر ایک بات دیکھیے، یہ ہے کہ اللہ تعالی نے جب انسان کو بنایا تو اس کے اندر</w:t>
      </w:r>
    </w:p>
    <w:p>
      <w:r>
        <w:rPr>
          <w:b/>
        </w:rPr>
        <w:t xml:space="preserve">[32:11] </w:t>
      </w:r>
      <w:r>
        <w:t>woh aik cheez rakh di, yani khuda insan ke nature mein, insan ke nature mein khuda ka shaoor</w:t>
      </w:r>
    </w:p>
    <w:p>
      <w:pPr>
        <w:jc w:val="right"/>
      </w:pPr>
      <w:r>
        <w:t>وہ ایک چیز رکھ دی، یعنی خدا انسان کے نیچر میں، انسان کے نیچر میں خدا کا شعور</w:t>
      </w:r>
    </w:p>
    <w:p>
      <w:r>
        <w:rPr>
          <w:b/>
        </w:rPr>
        <w:t xml:space="preserve">[32:18] </w:t>
      </w:r>
      <w:r>
        <w:t>رکھ دیا، consciousness، یعنی God consciousness جو ہے، وہ انسان کے nature میں interwoven ہے۔</w:t>
      </w:r>
    </w:p>
    <w:p>
      <w:pPr>
        <w:jc w:val="right"/>
      </w:pPr>
      <w:r>
        <w:t>رکھ دیا، کانشیسنس، یعنی گاڈ کانشیسنس جو ہے، وہ انسان کے نیچر میں انٹر وون ہے۔</w:t>
      </w:r>
    </w:p>
    <w:p>
      <w:r>
        <w:rPr>
          <w:b/>
        </w:rPr>
        <w:t xml:space="preserve">[32:25] </w:t>
      </w:r>
      <w:r>
        <w:t>to yoon keh lijiye ke is is lehaz se agar dekha jaye, yani nature ke lehaz se dekha</w:t>
      </w:r>
    </w:p>
    <w:p>
      <w:pPr>
        <w:jc w:val="right"/>
      </w:pPr>
      <w:r>
        <w:t>تو یوں کہہ لیجئے کہ اس اس لحاظ سے اگر دیکھا جائے، یعنی نیچر کے لحاظ سے دیکھا</w:t>
      </w:r>
    </w:p>
    <w:p>
      <w:r>
        <w:rPr>
          <w:b/>
        </w:rPr>
        <w:t xml:space="preserve">[32:32] </w:t>
      </w:r>
      <w:r>
        <w:t>jaye to aik lehaz se hoga ke marifat das apni unfolding ka naam hai.</w:t>
      </w:r>
    </w:p>
    <w:p>
      <w:pPr>
        <w:jc w:val="right"/>
      </w:pPr>
      <w:r>
        <w:t>جائے تو ایک لحاظ سے ہوگا کہ معرفت دس اپنی ان فولڈنگ کا نام ہے۔</w:t>
      </w:r>
    </w:p>
    <w:p>
      <w:r>
        <w:rPr>
          <w:b/>
        </w:rPr>
        <w:t xml:space="preserve">[32:39] </w:t>
      </w:r>
      <w:r>
        <w:t>marifat jo hai, woh khud apni unfolding ka naam hai.</w:t>
      </w:r>
    </w:p>
    <w:p>
      <w:pPr>
        <w:jc w:val="right"/>
      </w:pPr>
      <w:r>
        <w:t>معرفت جو ہے، وہ خود اپنی ان فولڈنگ کا نام ہے۔</w:t>
      </w:r>
    </w:p>
    <w:p>
      <w:r>
        <w:rPr>
          <w:b/>
        </w:rPr>
        <w:t xml:space="preserve">[32:46] </w:t>
      </w:r>
      <w:r>
        <w:t>یعنی نیچر میں جو ہمارے چیزیں چھپی ہوئی تھیں، خدا نے جو inculcate کر دیا تھا ہمارے نیچر</w:t>
      </w:r>
    </w:p>
    <w:p>
      <w:pPr>
        <w:jc w:val="right"/>
      </w:pPr>
      <w:r>
        <w:t>یعنی نیچر میں جو ہمارے چیزیں چھپی ہوئی تھیں، خدا نے جو انکلکیٹ کر دیا تھا ہمارے نیچر</w:t>
      </w:r>
    </w:p>
    <w:p>
      <w:r>
        <w:rPr>
          <w:b/>
        </w:rPr>
        <w:t xml:space="preserve">[32:53] </w:t>
      </w:r>
      <w:r>
        <w:t>mein, khuda ka shaoor, jannat ka shaoor, sari haqiqaten jo realities hain, un ka shaoor, yani aik lafz</w:t>
      </w:r>
    </w:p>
    <w:p>
      <w:pPr>
        <w:jc w:val="right"/>
      </w:pPr>
      <w:r>
        <w:t>میں، خدا کا شعور، جنت کا شعور، ساری حقیقتیں جو ریلیٹیز ہیں، ان کا شعور، یعنی ایک لفظ</w:t>
      </w:r>
    </w:p>
    <w:p>
      <w:r>
        <w:rPr>
          <w:b/>
        </w:rPr>
        <w:t xml:space="preserve">[33:00] </w:t>
      </w:r>
      <w:r>
        <w:t>mein god consciousness, woh aadmi ke andar daal diya Khuda ne.</w:t>
      </w:r>
    </w:p>
    <w:p>
      <w:pPr>
        <w:jc w:val="right"/>
      </w:pPr>
      <w:r>
        <w:t>میں گاڈ کانشیسنس، وہ آدمی کے اندر ڈال دیا خدا نے۔</w:t>
      </w:r>
    </w:p>
    <w:p>
      <w:r>
        <w:rPr>
          <w:b/>
        </w:rPr>
        <w:t xml:space="preserve">[33:07] </w:t>
      </w:r>
      <w:r>
        <w:t>to already hai, har aadmi is ko le kar paida hota hai.</w:t>
      </w:r>
    </w:p>
    <w:p>
      <w:pPr>
        <w:jc w:val="right"/>
      </w:pPr>
      <w:r>
        <w:t>تو الریڈی ہے، ہر آدمی اس کو لے کر پیدا ہوتا ہے۔</w:t>
      </w:r>
    </w:p>
    <w:p>
      <w:r>
        <w:rPr>
          <w:b/>
        </w:rPr>
        <w:t xml:space="preserve">[33:14] </w:t>
      </w:r>
      <w:r>
        <w:t>to goya ke hum jab marifat haazir karte hain to hum apne hi nature ko unfold kar</w:t>
      </w:r>
    </w:p>
    <w:p>
      <w:pPr>
        <w:jc w:val="right"/>
      </w:pPr>
      <w:r>
        <w:t>تو گویا کہ ہم جب معرفت حاضر کرتے ہیں تو ہم اپنے ہی نیچر کو ان فولڈ کر</w:t>
      </w:r>
    </w:p>
    <w:p>
      <w:r>
        <w:rPr>
          <w:b/>
        </w:rPr>
        <w:t xml:space="preserve">[33:21] </w:t>
      </w:r>
      <w:r>
        <w:t>rahe hote hain.</w:t>
      </w:r>
    </w:p>
    <w:p>
      <w:pPr>
        <w:jc w:val="right"/>
      </w:pPr>
      <w:r>
        <w:t>رہے ہوتے ہیں۔</w:t>
      </w:r>
    </w:p>
    <w:p>
      <w:r>
        <w:rPr>
          <w:b/>
        </w:rPr>
        <w:t xml:space="preserve">[33:28] </w:t>
      </w:r>
      <w:r>
        <w:t>it is unfold ing aur own nature.</w:t>
      </w:r>
    </w:p>
    <w:p>
      <w:pPr>
        <w:jc w:val="right"/>
      </w:pPr>
      <w:r>
        <w:t>اٹ از ان فولڈنگ اور اون نیچر۔</w:t>
      </w:r>
    </w:p>
    <w:p>
      <w:r>
        <w:rPr>
          <w:b/>
        </w:rPr>
        <w:t xml:space="preserve">[33:35] </w:t>
      </w:r>
      <w:r>
        <w:t>yaani is aitbaar se dekha jaaye to yeh kahan se yeh hoga ke sachai ya marifat jo hai,</w:t>
      </w:r>
    </w:p>
    <w:p>
      <w:pPr>
        <w:jc w:val="right"/>
      </w:pPr>
      <w:r>
        <w:t>یعنی اس اعتبار سے دیکھا جائے تو یہ کہاں سے یہ ہوگا کہ سچائی یا معرفت جو ہے،</w:t>
      </w:r>
    </w:p>
    <w:p>
      <w:r>
        <w:rPr>
          <w:b/>
        </w:rPr>
        <w:t xml:space="preserve">[33:42] </w:t>
      </w:r>
      <w:r>
        <w:t>apne hi nature ko unfold karne ka naam hai.</w:t>
      </w:r>
    </w:p>
    <w:p>
      <w:pPr>
        <w:jc w:val="right"/>
      </w:pPr>
      <w:r>
        <w:t>اپنے ہی نیچر کو ان فولڈ کرنے کا نام ہے۔</w:t>
      </w:r>
    </w:p>
    <w:p>
      <w:r>
        <w:rPr>
          <w:b/>
        </w:rPr>
        <w:t xml:space="preserve">[33:49] </w:t>
      </w:r>
      <w:r>
        <w:t>to yeh sab kuch aata hai kaise? tafakkur se, tadabbur se, sochne se.</w:t>
      </w:r>
    </w:p>
    <w:p>
      <w:pPr>
        <w:jc w:val="right"/>
      </w:pPr>
      <w:r>
        <w:t>تو یہ سب کچھ آتا ہے کیسے؟ تفکر سے، تدبر سے، سوچنے سے۔</w:t>
      </w:r>
    </w:p>
    <w:p>
      <w:r>
        <w:rPr>
          <w:b/>
        </w:rPr>
        <w:t xml:space="preserve">[33:56] </w:t>
      </w:r>
      <w:r>
        <w:t>yaani thinking jo hai, woh sab se bada zariya hai, sab se bada source hai.</w:t>
      </w:r>
    </w:p>
    <w:p>
      <w:pPr>
        <w:jc w:val="right"/>
      </w:pPr>
      <w:r>
        <w:t>یعنی تھنکنگ جو ہے، وہ سب سے بڑا ذریعہ ہے، سب سے بڑا سورس ہے۔</w:t>
      </w:r>
    </w:p>
    <w:p>
      <w:r>
        <w:rPr>
          <w:b/>
        </w:rPr>
        <w:t xml:space="preserve">[34:03] </w:t>
      </w:r>
      <w:r>
        <w:t>thinking, apne upar sochna, nature ko le kar sochna, aur saara is paas jo kuch hai, is ko</w:t>
      </w:r>
    </w:p>
    <w:p>
      <w:pPr>
        <w:jc w:val="right"/>
      </w:pPr>
      <w:r>
        <w:t>تھنکنگ، اپنے اوپر سوچنا، نیچر کو لے کر سوچنا، اور سارا اس پاس جو کچھ ہے، اس کو</w:t>
      </w:r>
    </w:p>
    <w:p>
      <w:r>
        <w:rPr>
          <w:b/>
        </w:rPr>
        <w:t xml:space="preserve">[34:10] </w:t>
      </w:r>
      <w:r>
        <w:t>le kar sochna, jis ko kehte hain Quran Majeed ke is mein tadabbur aur tafakkur.</w:t>
      </w:r>
    </w:p>
    <w:p>
      <w:pPr>
        <w:jc w:val="right"/>
      </w:pPr>
      <w:r>
        <w:t>لے کر سوچنا، جس کو کہتے ہیں قرآن مجید کے اس میں تدبر اور تفکر۔</w:t>
      </w:r>
    </w:p>
    <w:p>
      <w:r>
        <w:rPr>
          <w:b/>
        </w:rPr>
        <w:t xml:space="preserve">[34:17] </w:t>
      </w:r>
      <w:r>
        <w:t>to yeh marifat ka yahi zariya hai.</w:t>
      </w:r>
    </w:p>
    <w:p>
      <w:pPr>
        <w:jc w:val="right"/>
      </w:pPr>
      <w:r>
        <w:t>تو یہ معرفت کا یہی ذریعہ ہے۔</w:t>
      </w:r>
    </w:p>
    <w:p>
      <w:r>
        <w:rPr>
          <w:b/>
        </w:rPr>
        <w:t xml:space="preserve">[34:24] </w:t>
      </w:r>
      <w:r>
        <w:t>marifat ka zariya koi mysterious nahi hai.</w:t>
      </w:r>
    </w:p>
    <w:p>
      <w:pPr>
        <w:jc w:val="right"/>
      </w:pPr>
      <w:r>
        <w:t>معرفت کا ذریعہ کوئی مسٹیریس نہیں ہے۔</w:t>
      </w:r>
    </w:p>
    <w:p>
      <w:r>
        <w:rPr>
          <w:b/>
        </w:rPr>
        <w:t xml:space="preserve">[34:31] </w:t>
      </w:r>
      <w:r>
        <w:t>marifat jo hai, woh science of God hai, science of truth hai.</w:t>
      </w:r>
    </w:p>
    <w:p>
      <w:pPr>
        <w:jc w:val="right"/>
      </w:pPr>
      <w:r>
        <w:t>معرفت جو ہے، وہ سائنس آف گاڈ ہے، سائنس آف ٹروتھ ہے۔</w:t>
      </w:r>
    </w:p>
    <w:p>
      <w:r>
        <w:rPr>
          <w:b/>
        </w:rPr>
        <w:t xml:space="preserve">[34:38] </w:t>
      </w:r>
      <w:r>
        <w:t>جس طرح سے دوسری سائنسز کو آپ پڑھتے ہیں، دوسری سائنسز میں آپ اپنے mind کو use کرتے</w:t>
      </w:r>
    </w:p>
    <w:p>
      <w:pPr>
        <w:jc w:val="right"/>
      </w:pPr>
      <w:r>
        <w:t>جس طرح سے دوسری سائنسز کو آپ پڑھتے ہیں، دوسری سائنسز میں آپ اپنے مائنڈ کو یوز کرتے</w:t>
      </w:r>
    </w:p>
    <w:p>
      <w:r>
        <w:rPr>
          <w:b/>
        </w:rPr>
        <w:t xml:space="preserve">[34:45] </w:t>
      </w:r>
      <w:r>
        <w:t>hain, apne mind ko istemaal karte hain, isi tarah science of God mein bhi aap apne mind ko</w:t>
      </w:r>
    </w:p>
    <w:p>
      <w:pPr>
        <w:jc w:val="right"/>
      </w:pPr>
      <w:r>
        <w:t>ہیں، اپنے مائنڈ کو استعمال کرتے ہیں، اسی طرح سائنس آف گاڈ میں بھی آپ اپنے مائنڈ کو</w:t>
      </w:r>
    </w:p>
    <w:p>
      <w:r>
        <w:rPr>
          <w:b/>
        </w:rPr>
        <w:t xml:space="preserve">[34:52] </w:t>
      </w:r>
      <w:r>
        <w:t>istemaal karna hai.</w:t>
      </w:r>
    </w:p>
    <w:p>
      <w:pPr>
        <w:jc w:val="right"/>
      </w:pPr>
      <w:r>
        <w:t>استعمال کرنا ہے۔</w:t>
      </w:r>
    </w:p>
    <w:p>
      <w:r>
        <w:rPr>
          <w:b/>
        </w:rPr>
        <w:t xml:space="preserve">[34:59] </w:t>
      </w:r>
      <w:r>
        <w:t>آپ کو science of God میں بھی آپ کو اپنے mind کو استعمال کرنا ہے۔</w:t>
      </w:r>
    </w:p>
    <w:p>
      <w:pPr>
        <w:jc w:val="right"/>
      </w:pPr>
      <w:r>
        <w:t>آپ کو سائنس آف گاڈ میں بھی آپ کو اپنے مائنڈ کو استعمال کرنا ہے۔</w:t>
      </w:r>
    </w:p>
    <w:p>
      <w:r>
        <w:rPr>
          <w:b/>
        </w:rPr>
        <w:t xml:space="preserve">[35:06] </w:t>
      </w:r>
      <w:r>
        <w:t>اور دیکھیے، mind اتنا capacity mind کی ہے، unlimited capacity mind کی ہے۔</w:t>
      </w:r>
    </w:p>
    <w:p>
      <w:pPr>
        <w:jc w:val="right"/>
      </w:pPr>
      <w:r>
        <w:t>اور دیکھیے، مائنڈ اتنا کیپیسٹی مائنڈ کی ہے، ان لمیٹڈ کیپیسٹی مائنڈ کی ہے۔</w:t>
      </w:r>
    </w:p>
    <w:p>
      <w:r>
        <w:rPr>
          <w:b/>
        </w:rPr>
        <w:t xml:space="preserve">[35:13] </w:t>
      </w:r>
      <w:r>
        <w:t>مائنڈ کی جو کیپیسٹی ہے، وہ unlimited ہے، unlimited، unlimited۔</w:t>
      </w:r>
    </w:p>
    <w:p>
      <w:pPr>
        <w:jc w:val="right"/>
      </w:pPr>
      <w:r>
        <w:t>مائنڈ کی جو کیپیسٹی ہے، وہ ان لمیٹڈ ہے، ان لمیٹڈ، ان لمیٹڈ۔</w:t>
      </w:r>
    </w:p>
    <w:p>
      <w:r>
        <w:rPr>
          <w:b/>
        </w:rPr>
        <w:t xml:space="preserve">[35:20] </w:t>
      </w:r>
      <w:r>
        <w:t>تو خدا کا، خدا ko conceive کرنا صرف human mind ke bas mein hai.</w:t>
      </w:r>
    </w:p>
    <w:p>
      <w:pPr>
        <w:jc w:val="right"/>
      </w:pPr>
      <w:r>
        <w:t>تو خدا کا، خدا کو کنسیو کرنا صرف ہیومن مائنڈ کے بس میں ہے۔</w:t>
      </w:r>
    </w:p>
    <w:p>
      <w:r>
        <w:rPr>
          <w:b/>
        </w:rPr>
        <w:t xml:space="preserve">[35:27] </w:t>
      </w:r>
      <w:r>
        <w:t>kisi shayar ne kaha hai ke arz o sama kahan teri wusat ko paa sake? arz o sama</w:t>
      </w:r>
    </w:p>
    <w:p>
      <w:pPr>
        <w:jc w:val="right"/>
      </w:pPr>
      <w:r>
        <w:t>کسی شاعر نے کہا ہے کہ ارض و سماں کہاں تیری وسعت کو پا سکے؟ ارض و سماں</w:t>
      </w:r>
    </w:p>
    <w:p>
      <w:r>
        <w:rPr>
          <w:b/>
        </w:rPr>
        <w:t xml:space="preserve">[35:34] </w:t>
      </w:r>
      <w:r>
        <w:t>kahan teri wusat ko paa sake? mera hi, mera hi dil hai jahan tu sama sake.</w:t>
      </w:r>
    </w:p>
    <w:p>
      <w:pPr>
        <w:jc w:val="right"/>
      </w:pPr>
      <w:r>
        <w:t>کہاں تیری وسعت کو پا سکے؟ میرا ہی، میرا ہی دل ہے جہاں تو سما سکے۔</w:t>
      </w:r>
    </w:p>
    <w:p>
      <w:r>
        <w:rPr>
          <w:b/>
        </w:rPr>
        <w:t xml:space="preserve">[35:41] </w:t>
      </w:r>
      <w:r>
        <w:t>mera hi dil hai ke jahan tu sama sake.</w:t>
      </w:r>
    </w:p>
    <w:p>
      <w:pPr>
        <w:jc w:val="right"/>
      </w:pPr>
      <w:r>
        <w:t>میرا ہی دل ہے کہ جہاں تو سما سکے۔</w:t>
      </w:r>
    </w:p>
    <w:p>
      <w:r>
        <w:rPr>
          <w:b/>
        </w:rPr>
        <w:t xml:space="preserve">[35:48] </w:t>
      </w:r>
      <w:r>
        <w:t>تو انسان کا جو مائنڈ ہے، اس میں خدا نے unlimited capacity دی ہے، اتھا کیپیسٹی۔</w:t>
      </w:r>
    </w:p>
    <w:p>
      <w:pPr>
        <w:jc w:val="right"/>
      </w:pPr>
      <w:r>
        <w:t>تو انسان کا جو مائنڈ ہے، اس میں خدا نے ان لمیٹڈ کیپیسٹی دی ہے، اتھا کیپیسٹی۔</w:t>
      </w:r>
    </w:p>
    <w:p>
      <w:r>
        <w:rPr>
          <w:b/>
        </w:rPr>
        <w:t xml:space="preserve">[35:55] </w:t>
      </w:r>
      <w:r>
        <w:t>تو یہی جو اتھا مائنڈ ہے، یہی خدا کو conceive کر سکتا ہے، یہی خدا کو visualize کر</w:t>
      </w:r>
    </w:p>
    <w:p>
      <w:pPr>
        <w:jc w:val="right"/>
      </w:pPr>
      <w:r>
        <w:t>تو یہی جو اتھا مائنڈ ہے، یہی خدا کو کنسیو کر سکتا ہے، یہی خدا کو ویژولائز کر</w:t>
      </w:r>
    </w:p>
    <w:p>
      <w:r>
        <w:rPr>
          <w:b/>
        </w:rPr>
        <w:t xml:space="preserve">[36:02] </w:t>
      </w:r>
      <w:r>
        <w:t>سکتا ہے، یہی خدا کو realize کر سکتا ہے، یہی خدا کو discover کر سکتا ہے۔</w:t>
      </w:r>
    </w:p>
    <w:p>
      <w:pPr>
        <w:jc w:val="right"/>
      </w:pPr>
      <w:r>
        <w:t>سکتا ہے، یہی خدا کو ریلائز کر سکتا ہے، یہی خدا کو ڈسکور کر سکتا ہے۔</w:t>
      </w:r>
    </w:p>
    <w:p>
      <w:r>
        <w:rPr>
          <w:b/>
        </w:rPr>
        <w:t xml:space="preserve">[36:09] </w:t>
      </w:r>
      <w:r>
        <w:t>isi ko Khuda ki marifat mil sakti hai aur kisi ko nahi mil sakti.</w:t>
      </w:r>
    </w:p>
    <w:p>
      <w:pPr>
        <w:jc w:val="right"/>
      </w:pPr>
      <w:r>
        <w:t>اسی کو خدا کی معرفت مل سکتی ہے اور کسی کو نہیں مل سکتی۔</w:t>
      </w:r>
    </w:p>
    <w:p>
      <w:r>
        <w:rPr>
          <w:b/>
        </w:rPr>
        <w:t xml:space="preserve">[36:16] </w:t>
      </w:r>
      <w:r>
        <w:t>koi darakht, koi darya, koi pahad, koi tiger, koi elephant, koi Khuda ko discover nahi kar sakta, Khuda</w:t>
      </w:r>
    </w:p>
    <w:p>
      <w:pPr>
        <w:jc w:val="right"/>
      </w:pPr>
      <w:r>
        <w:t>کوئی درخت، کوئی دریا، کوئی پہاڑ، کوئی ٹائیگر، کوئی ایلیفنٹ، کوئی خدا کو ڈسکور نہیں کر سکتا، خدا</w:t>
      </w:r>
    </w:p>
    <w:p>
      <w:r>
        <w:rPr>
          <w:b/>
        </w:rPr>
        <w:t xml:space="preserve">[36:23] </w:t>
      </w:r>
      <w:r>
        <w:t>ko realize nahi kar sakta.</w:t>
      </w:r>
    </w:p>
    <w:p>
      <w:pPr>
        <w:jc w:val="right"/>
      </w:pPr>
      <w:r>
        <w:t>کو ریلائز نہیں کر سکتا۔</w:t>
      </w:r>
    </w:p>
    <w:p>
      <w:r>
        <w:rPr>
          <w:b/>
        </w:rPr>
        <w:t xml:space="preserve">[36:30] </w:t>
      </w:r>
      <w:r>
        <w:t>kyun? is ke paas yeh mind nahi hai, yeh mind sirf insaan ke paas hai.</w:t>
      </w:r>
    </w:p>
    <w:p>
      <w:pPr>
        <w:jc w:val="right"/>
      </w:pPr>
      <w:r>
        <w:t>کیوں؟ اس کے پاس یہ مائنڈ نہیں ہے، یہ مائنڈ صرف انسان کے پاس ہے۔</w:t>
      </w:r>
    </w:p>
    <w:p>
      <w:r>
        <w:rPr>
          <w:b/>
        </w:rPr>
        <w:t xml:space="preserve">[36:37] </w:t>
      </w:r>
      <w:r>
        <w:t>تو یہ دیکھیے، کتنی بڑی خدا کی blessing ہے کہ انسان کو خدا نے اس قابل بنایا کہ</w:t>
      </w:r>
    </w:p>
    <w:p>
      <w:pPr>
        <w:jc w:val="right"/>
      </w:pPr>
      <w:r>
        <w:t>تو یہ دیکھیے، کتنی بڑی خدا کی بلیسنگ ہے کہ انسان کو خدا نے اس قابل بنایا کہ</w:t>
      </w:r>
    </w:p>
    <w:p>
      <w:r>
        <w:rPr>
          <w:b/>
        </w:rPr>
        <w:t xml:space="preserve">[36:44] </w:t>
      </w:r>
      <w:r>
        <w:t>وہ اپنے خالق کو realize کر سکے بغیر دیکھے ہوئے۔</w:t>
      </w:r>
    </w:p>
    <w:p>
      <w:pPr>
        <w:jc w:val="right"/>
      </w:pPr>
      <w:r>
        <w:t>وہ اپنے خالق کو ریلائز کر سکے بغیر دیکھے ہوئے۔</w:t>
      </w:r>
    </w:p>
    <w:p>
      <w:r>
        <w:rPr>
          <w:b/>
        </w:rPr>
        <w:t xml:space="preserve">[36:51] </w:t>
      </w:r>
      <w:r>
        <w:t>kaisi anokhi baat hai yeh!</w:t>
      </w:r>
    </w:p>
    <w:p>
      <w:pPr>
        <w:jc w:val="right"/>
      </w:pPr>
      <w:r>
        <w:t>کیسی انوکھی بات ہے یہ!</w:t>
      </w:r>
    </w:p>
    <w:p>
      <w:r>
        <w:rPr>
          <w:b/>
        </w:rPr>
        <w:t xml:space="preserve">[36:59] </w:t>
      </w:r>
      <w:r>
        <w:t>yani Khuda ko dekhe baghair hum apne mind se Khuda ko discover karte hain, is ko realize karte hain. Yeh mind ki anokhi capacity hai jo sirf insan ko di gayi hai. To yeh kitni bari baat hai, kitni bari baat hai!</w:t>
      </w:r>
    </w:p>
    <w:p>
      <w:pPr>
        <w:jc w:val="right"/>
      </w:pPr>
      <w:r>
        <w:t>یعنی خدا کو دیکھے بغیر ہم اپنے مائنڈ سے خدا کو ڈسکور کرتے ہیں، اس کو ریلائز کرتے ہیں۔ یہ مائنڈ کی انوکھی کیپیسٹی ہے جو صرف انسان کو دی گئی ہے۔ تو یہ کتنی بڑی بات ہے، کتنی بڑی بات ہے!</w:t>
      </w:r>
    </w:p>
    <w:p>
      <w:r>
        <w:rPr>
          <w:b/>
        </w:rPr>
        <w:t xml:space="preserve">[37:24] </w:t>
      </w:r>
      <w:r>
        <w:t>میں سمجھتا ہوں کہ جو لوگ اپنے mind کو ادھر ادھر busy رکھیں، انہوں نے اپنے mind کو</w:t>
      </w:r>
    </w:p>
    <w:p>
      <w:pPr>
        <w:jc w:val="right"/>
      </w:pPr>
      <w:r>
        <w:t>میں سمجھتا ہوں کہ جو لوگ اپنے مائنڈ کو ادھر ادھر بزی رکھیں، انہوں نے اپنے مائنڈ کو</w:t>
      </w:r>
    </w:p>
    <w:p>
      <w:r>
        <w:rPr>
          <w:b/>
        </w:rPr>
        <w:t xml:space="preserve">[37:31] </w:t>
      </w:r>
      <w:r>
        <w:t>انہوں نے انڈر یوز کیا، اپنے مائنڈ کو انہوں نے انڈر یوز کیا۔</w:t>
      </w:r>
    </w:p>
    <w:p>
      <w:pPr>
        <w:jc w:val="right"/>
      </w:pPr>
      <w:r>
        <w:t>انڈر یوز کیا، اپنے مائنڈ کو انہوں نے انڈر یوز کیا۔</w:t>
      </w:r>
    </w:p>
    <w:p>
      <w:r>
        <w:rPr>
          <w:b/>
        </w:rPr>
        <w:t xml:space="preserve">[37:36] </w:t>
      </w:r>
      <w:r>
        <w:t>aaj kal yeh baat itni zyada common hai ke kisi bhi ek shakhs ko aap lein, use keh</w:t>
      </w:r>
    </w:p>
    <w:p>
      <w:pPr>
        <w:jc w:val="right"/>
      </w:pPr>
      <w:r>
        <w:t>آج کل یہ بات اتنی زیادہ کامن ہے کہ کسی بھی ایک شخص کو آپ لیں، اسے کہہ</w:t>
      </w:r>
    </w:p>
    <w:p>
      <w:r>
        <w:rPr>
          <w:b/>
        </w:rPr>
        <w:t xml:space="preserve">[37:44] </w:t>
      </w:r>
      <w:r>
        <w:t>دیں کہ "you are underusing your capacity"، "you are underutilizing your capacity"۔</w:t>
      </w:r>
    </w:p>
    <w:p>
      <w:pPr>
        <w:jc w:val="right"/>
      </w:pPr>
      <w:r>
        <w:t>دیں کہ "یو آر انڈر یوزنگ یور کیپیسٹی"، "یو آر انڈر یوٹیلائزنگ یور کیپیسٹی"۔</w:t>
      </w:r>
    </w:p>
    <w:p>
      <w:r>
        <w:rPr>
          <w:b/>
        </w:rPr>
        <w:t xml:space="preserve">[37:50] </w:t>
      </w:r>
      <w:r>
        <w:t>کسی بھی ایک شخص کو "you are underutilizing your capacity" تو وہ صحیح ہوگا آپ کا کہنا۔</w:t>
      </w:r>
    </w:p>
    <w:p>
      <w:pPr>
        <w:jc w:val="right"/>
      </w:pPr>
      <w:r>
        <w:t>کسی بھی ایک شخص کو "یو آر انڈر یوٹیلائزنگ یور کیپیسٹی" تو وہ صحیح ہوگا آپ کا کہنا۔</w:t>
      </w:r>
    </w:p>
    <w:p>
      <w:r>
        <w:rPr>
          <w:b/>
        </w:rPr>
        <w:t xml:space="preserve">[37:57] </w:t>
      </w:r>
      <w:r>
        <w:t>وہ مانے گا کہ ہاں، کہ جہاں وہ utilize کر رہا ہے اپنے mind کو، وہ بہت ہی</w:t>
      </w:r>
    </w:p>
    <w:p>
      <w:pPr>
        <w:jc w:val="right"/>
      </w:pPr>
      <w:r>
        <w:t>وہ مانے گا کہ ہاں، کہ جہاں وہ یوٹیلائز کر رہا ہے اپنے مائنڈ کو، وہ بہت ہی</w:t>
      </w:r>
    </w:p>
    <w:p>
      <w:r>
        <w:rPr>
          <w:b/>
        </w:rPr>
        <w:t xml:space="preserve">[38:05] </w:t>
      </w:r>
      <w:r>
        <w:t>koi chota sa area hai.</w:t>
      </w:r>
    </w:p>
    <w:p>
      <w:pPr>
        <w:jc w:val="right"/>
      </w:pPr>
      <w:r>
        <w:t>کوئی چھوٹا سا ایریا ہے۔</w:t>
      </w:r>
    </w:p>
    <w:p>
      <w:r>
        <w:rPr>
          <w:b/>
        </w:rPr>
        <w:t xml:space="preserve">[38:07] </w:t>
      </w:r>
      <w:r>
        <w:t>aur jo bara area hai, truth ka area, god ka area, sachai ka area, wo to us ko</w:t>
      </w:r>
    </w:p>
    <w:p>
      <w:pPr>
        <w:jc w:val="right"/>
      </w:pPr>
      <w:r>
        <w:t>اور جو بڑا ایریا ہے، ٹروتھ کا ایریا، گاڈ کا ایریا، سچائی کا ایریا، وہ تو اس کو</w:t>
      </w:r>
    </w:p>
    <w:p>
      <w:r>
        <w:rPr>
          <w:b/>
        </w:rPr>
        <w:t xml:space="preserve">[38:15] </w:t>
      </w:r>
      <w:r>
        <w:t>apply nahi kar raha hai.</w:t>
      </w:r>
    </w:p>
    <w:p>
      <w:pPr>
        <w:jc w:val="right"/>
      </w:pPr>
      <w:r>
        <w:t>اپلائی نہیں کر رہا ہے۔</w:t>
      </w:r>
    </w:p>
    <w:p>
      <w:r>
        <w:rPr>
          <w:b/>
        </w:rPr>
        <w:t xml:space="preserve">[38:17] </w:t>
      </w:r>
      <w:r>
        <w:t>wo to kisi bhi shakhs ko baghair soche hi agar aap keh dein ke "tum apne aap ko</w:t>
      </w:r>
    </w:p>
    <w:p>
      <w:pPr>
        <w:jc w:val="right"/>
      </w:pPr>
      <w:r>
        <w:t>وہ تو کسی بھی شخص کو بغیر سوچے ہی اگر آپ کہہ دیں کہ "تم اپنے آپ کو</w:t>
      </w:r>
    </w:p>
    <w:p>
      <w:r>
        <w:rPr>
          <w:b/>
        </w:rPr>
        <w:t xml:space="preserve">[38:25] </w:t>
      </w:r>
      <w:r>
        <w:t>under utilize kar rahe ho", tumhare andar jo khuda ne jo di hai salahiyat, capacity, us ko tum</w:t>
      </w:r>
    </w:p>
    <w:p>
      <w:pPr>
        <w:jc w:val="right"/>
      </w:pPr>
      <w:r>
        <w:t>انڈر یوٹیلائز کر رہے ہو"، تمہارے اندر جو خدا نے جو دی ہے صلاحیت، کیپیسٹی، اس کو تم</w:t>
      </w:r>
    </w:p>
    <w:p>
      <w:r>
        <w:rPr>
          <w:b/>
        </w:rPr>
        <w:t xml:space="preserve">[38:33] </w:t>
      </w:r>
      <w:r>
        <w:t>under utilize kar rahe ho, to bilkul sahi hoga wo.</w:t>
      </w:r>
    </w:p>
    <w:p>
      <w:pPr>
        <w:jc w:val="right"/>
      </w:pPr>
      <w:r>
        <w:t>انڈر یوٹیلائز کر رہے ہو، تو بالکل صحیح ہوگا وہ۔</w:t>
      </w:r>
    </w:p>
    <w:p>
      <w:r>
        <w:rPr>
          <w:b/>
        </w:rPr>
        <w:t xml:space="preserve">[38:37] </w:t>
      </w:r>
      <w:r>
        <w:t>kyunke sab log isi, sab log kais yahi hai.</w:t>
      </w:r>
    </w:p>
    <w:p>
      <w:pPr>
        <w:jc w:val="right"/>
      </w:pPr>
      <w:r>
        <w:t>کیونکہ سب لوگ اسی، سب لوگ کیس یہی ہے۔</w:t>
      </w:r>
    </w:p>
    <w:p>
      <w:r>
        <w:rPr>
          <w:b/>
        </w:rPr>
        <w:t xml:space="preserve">[38:41] </w:t>
      </w:r>
      <w:r>
        <w:t>aaj kal sab ka case yahi hai ke woh apne aap ko under utilize karte hain.</w:t>
      </w:r>
    </w:p>
    <w:p>
      <w:pPr>
        <w:jc w:val="right"/>
      </w:pPr>
      <w:r>
        <w:t>آج کل سب کا کیس یہی ہے کہ وہ اپنے آپ کو انڈر یوٹیلائز کرتے ہیں۔</w:t>
      </w:r>
    </w:p>
    <w:p>
      <w:r>
        <w:rPr>
          <w:b/>
        </w:rPr>
        <w:t xml:space="preserve">[38:48] </w:t>
      </w:r>
      <w:r>
        <w:t>isi liye bohat hi rare hai yeh baat, is zamane mein bohat hi rare hai ke log khuda</w:t>
      </w:r>
    </w:p>
    <w:p>
      <w:pPr>
        <w:jc w:val="right"/>
      </w:pPr>
      <w:r>
        <w:t>اسی لیے بہت ہی ریئر ہے یہ بات، اس زمانے میں بہت ہی ریئر ہے کہ لوگ خدا</w:t>
      </w:r>
    </w:p>
    <w:p>
      <w:r>
        <w:rPr>
          <w:b/>
        </w:rPr>
        <w:t xml:space="preserve">[38:55] </w:t>
      </w:r>
      <w:r>
        <w:t>ko jaan nahin paate, khuda ki marifat unhein nahin mil paati.</w:t>
      </w:r>
    </w:p>
    <w:p>
      <w:pPr>
        <w:jc w:val="right"/>
      </w:pPr>
      <w:r>
        <w:t>کو جان نہیں پاتے، خدا کی معرفت انہیں نہیں مل پاتی۔</w:t>
      </w:r>
    </w:p>
    <w:p>
      <w:r>
        <w:rPr>
          <w:b/>
        </w:rPr>
        <w:t xml:space="preserve">[39:00] </w:t>
      </w:r>
      <w:r>
        <w:t>woh doosri doosri cheezon ko jaan paate hain aur doosri cheezon ki barhai ka unhein pata hota hai.</w:t>
      </w:r>
    </w:p>
    <w:p>
      <w:pPr>
        <w:jc w:val="right"/>
      </w:pPr>
      <w:r>
        <w:t>وہ دوسری دوسری چیزوں کو جان پاتے ہیں اور دوسری چیزوں کی بڑائی کا انہیں پتہ ہوتا ہے۔</w:t>
      </w:r>
    </w:p>
    <w:p>
      <w:r>
        <w:rPr>
          <w:b/>
        </w:rPr>
        <w:t xml:space="preserve">[39:08] </w:t>
      </w:r>
      <w:r>
        <w:t>khuda ki barhai ka unhein pata nahin hota.</w:t>
      </w:r>
    </w:p>
    <w:p>
      <w:pPr>
        <w:jc w:val="right"/>
      </w:pPr>
      <w:r>
        <w:t>خدا کی بڑائی کا انہیں پتہ نہیں ہوتا۔</w:t>
      </w:r>
    </w:p>
    <w:p>
      <w:r>
        <w:rPr>
          <w:b/>
        </w:rPr>
        <w:t xml:space="preserve">[39:11] </w:t>
      </w:r>
      <w:r>
        <w:t>isi liye dekhiye, khuda ki barhai par koi kitaab bhi nahin likhi gayi.</w:t>
      </w:r>
    </w:p>
    <w:p>
      <w:pPr>
        <w:jc w:val="right"/>
      </w:pPr>
      <w:r>
        <w:t>اسی لیے دیکھیے، خدا کی بڑائی پر کوئی کتاب بھی نہیں لکھی گئی۔</w:t>
      </w:r>
    </w:p>
    <w:p>
      <w:r>
        <w:rPr>
          <w:b/>
        </w:rPr>
        <w:t xml:space="preserve">[39:17] </w:t>
      </w:r>
      <w:r>
        <w:t>kyunke barhai, khuda ki barhai ko discover nahin kiya to kitaab bhi nahin likhi.</w:t>
      </w:r>
    </w:p>
    <w:p>
      <w:pPr>
        <w:jc w:val="right"/>
      </w:pPr>
      <w:r>
        <w:t>کیونکہ بڑائی، خدا کی بڑائی کو ڈسکور نہیں کیا تو کتاب بھی نہیں لکھی۔</w:t>
      </w:r>
    </w:p>
    <w:p>
      <w:r>
        <w:rPr>
          <w:b/>
        </w:rPr>
        <w:t xml:space="preserve">[39:23] </w:t>
      </w:r>
      <w:r>
        <w:t>to yeh main kahunga ke jis cheez ko hum marifat kehte hain, woh wahi cheez hai jis</w:t>
      </w:r>
    </w:p>
    <w:p>
      <w:pPr>
        <w:jc w:val="right"/>
      </w:pPr>
      <w:r>
        <w:t>تو یہ میں کہوں گا کہ جس چیز کو ہم معرفت کہتے ہیں، وہ وہی چیز ہے جس</w:t>
      </w:r>
    </w:p>
    <w:p>
      <w:r>
        <w:rPr>
          <w:b/>
        </w:rPr>
        <w:t xml:space="preserve">[39:30] </w:t>
      </w:r>
      <w:r>
        <w:t>ko hum jisko jiske liye discovery ya realize ka word bola jaata hai.</w:t>
      </w:r>
    </w:p>
    <w:p>
      <w:pPr>
        <w:jc w:val="right"/>
      </w:pPr>
      <w:r>
        <w:t>کو ہم جس کو جس کے لیے ڈسکوری یا ریلائز کا ورڈ بولا جاتا ہے۔</w:t>
      </w:r>
    </w:p>
    <w:p>
      <w:r>
        <w:rPr>
          <w:b/>
        </w:rPr>
        <w:t xml:space="preserve">[39:37] </w:t>
      </w:r>
      <w:r>
        <w:t>marifat koi mysterious cheez nahin hai.</w:t>
      </w:r>
    </w:p>
    <w:p>
      <w:pPr>
        <w:jc w:val="right"/>
      </w:pPr>
      <w:r>
        <w:t>معرفت کوئی مسٹیریس چیز نہیں ہے۔</w:t>
      </w:r>
    </w:p>
    <w:p>
      <w:r>
        <w:rPr>
          <w:b/>
        </w:rPr>
        <w:t xml:space="preserve">[39:39] </w:t>
      </w:r>
      <w:r>
        <w:t>marifat science of god ka naam hai.</w:t>
      </w:r>
    </w:p>
    <w:p>
      <w:pPr>
        <w:jc w:val="right"/>
      </w:pPr>
      <w:r>
        <w:t>معرفت سائنس آف گاڈ کا نام ہے۔</w:t>
      </w:r>
    </w:p>
    <w:p>
      <w:r>
        <w:rPr>
          <w:b/>
        </w:rPr>
        <w:t xml:space="preserve">[39:42] </w:t>
      </w:r>
      <w:r>
        <w:t>aur jab aaj discovery hoti hai aap ko sachai ki to isi ka naam marifat hota hai.</w:t>
      </w:r>
    </w:p>
    <w:p>
      <w:pPr>
        <w:jc w:val="right"/>
      </w:pPr>
      <w:r>
        <w:t>اور جب آج ڈسکوری ہوتی ہے آپ کو سچائی کی تو اسی کا نام معرفت ہوتا ہے۔</w:t>
      </w:r>
    </w:p>
    <w:p>
      <w:r>
        <w:rPr>
          <w:b/>
        </w:rPr>
        <w:t xml:space="preserve">[39:50] </w:t>
      </w:r>
      <w:r>
        <w:t>to quran ki jo ayatein main ne naqal keen aap ke samne, us se yeh baat nikalti hai</w:t>
      </w:r>
    </w:p>
    <w:p>
      <w:pPr>
        <w:jc w:val="right"/>
      </w:pPr>
      <w:r>
        <w:t>تو قرآن کی جو آیتیں میں نے نقل کیں آپ کے سامنے، اس سے یہ بات نکلتی ہے</w:t>
      </w:r>
    </w:p>
    <w:p>
      <w:r>
        <w:rPr>
          <w:b/>
        </w:rPr>
        <w:t xml:space="preserve">[39:57] </w:t>
      </w:r>
      <w:r>
        <w:t>ke insaan se Allah taala ko jo iman matloob hai, iman woh fiqhi darje ka iman nahin hai,</w:t>
      </w:r>
    </w:p>
    <w:p>
      <w:pPr>
        <w:jc w:val="right"/>
      </w:pPr>
      <w:r>
        <w:t>کہ انسان سے اللہ تعالیٰ کو جو ایمان مطلوب ہے، ایمان وہ فقہی درجے کا ایمان نہیں ہے،</w:t>
      </w:r>
    </w:p>
    <w:p>
      <w:r>
        <w:rPr>
          <w:b/>
        </w:rPr>
        <w:t xml:space="preserve">[40:05] </w:t>
      </w:r>
      <w:r>
        <w:t>woh marifat ke darje ka iman hai.</w:t>
      </w:r>
    </w:p>
    <w:p>
      <w:pPr>
        <w:jc w:val="right"/>
      </w:pPr>
      <w:r>
        <w:t>وہ معرفت کے درجے کا ایمان ہے۔</w:t>
      </w:r>
    </w:p>
    <w:p>
      <w:r>
        <w:rPr>
          <w:b/>
        </w:rPr>
        <w:t xml:space="preserve">[40:08] </w:t>
      </w:r>
      <w:r>
        <w:t>jaise main is waqt kahun ke sher ka word bolun, tiger ka word bolun, yahan baith kar jab</w:t>
      </w:r>
    </w:p>
    <w:p>
      <w:pPr>
        <w:jc w:val="right"/>
      </w:pPr>
      <w:r>
        <w:t>جیسے میں اس وقت کہوں کہ شیر کا ورڈ بولوں، ٹائیگر کا ورڈ بولوں، یہاں بیٹھ کر جب</w:t>
      </w:r>
    </w:p>
    <w:p>
      <w:r>
        <w:rPr>
          <w:b/>
        </w:rPr>
        <w:t xml:space="preserve">[40:16] </w:t>
      </w:r>
      <w:r>
        <w:t>main tiger keh raha hoon ya sher keh raha hoon to woh aise hi gaddarwar tareeqe se main</w:t>
      </w:r>
    </w:p>
    <w:p>
      <w:pPr>
        <w:jc w:val="right"/>
      </w:pPr>
      <w:r>
        <w:t>میں ٹائیگر کہہ رہا ہوں یا شیر کہہ رہا ہوں تو وہ ایسے ہی گڈارور طریقے سے میں</w:t>
      </w:r>
    </w:p>
    <w:p>
      <w:r>
        <w:rPr>
          <w:b/>
        </w:rPr>
        <w:t xml:space="preserve">[40:24] </w:t>
      </w:r>
      <w:r>
        <w:t>keh raha hoon.</w:t>
      </w:r>
    </w:p>
    <w:p>
      <w:pPr>
        <w:jc w:val="right"/>
      </w:pPr>
      <w:r>
        <w:t>کہہ رہا ہوں۔</w:t>
      </w:r>
    </w:p>
    <w:p>
      <w:r>
        <w:rPr>
          <w:b/>
        </w:rPr>
        <w:t xml:space="preserve">[40:25] </w:t>
      </w:r>
      <w:r>
        <w:t>mere andar koi is ki wajah se koi halchal nahin paida ho rahi.</w:t>
      </w:r>
    </w:p>
    <w:p>
      <w:pPr>
        <w:jc w:val="right"/>
      </w:pPr>
      <w:r>
        <w:t>میرے اندر کوئی اس کی وجہ سے کوئی ہلچل نہیں پیدا ہو رہی۔</w:t>
      </w:r>
    </w:p>
    <w:p>
      <w:r>
        <w:rPr>
          <w:b/>
        </w:rPr>
        <w:t xml:space="preserve">[40:31] </w:t>
      </w:r>
      <w:r>
        <w:t>yahan main baitha hua hoon aur main kahun ke tiger, sher to mere andar koi halchal nahin aayi.</w:t>
      </w:r>
    </w:p>
    <w:p>
      <w:pPr>
        <w:jc w:val="right"/>
      </w:pPr>
      <w:r>
        <w:t>یہاں میں بیٹھا ہوا ہوں اور میں کہوں کہ ٹائیگر، شیر تو میرے اندر کوئی ہلچل نہیں آئی۔</w:t>
      </w:r>
    </w:p>
    <w:p>
      <w:r>
        <w:rPr>
          <w:b/>
        </w:rPr>
        <w:t xml:space="preserve">[40:38] </w:t>
      </w:r>
      <w:r>
        <w:t>lekin ek hunter ne likha hai, ek mashhoor hunter ne jo jangalon mein jaata tha, jahan ke sher</w:t>
      </w:r>
    </w:p>
    <w:p>
      <w:pPr>
        <w:jc w:val="right"/>
      </w:pPr>
      <w:r>
        <w:t>لیکن ایک ہنٹر نے لکھا ہے، ایک مشہور ہنٹر نے جو جنگلوں میں جاتا تھا، جہاں کے شیر</w:t>
      </w:r>
    </w:p>
    <w:p>
      <w:r>
        <w:rPr>
          <w:b/>
        </w:rPr>
        <w:t xml:space="preserve">[40:46] </w:t>
      </w:r>
      <w:r>
        <w:t>hote the, to us ne likha hai ke agar aap kisi jungle mein rasta chal rahe hain, aap</w:t>
      </w:r>
    </w:p>
    <w:p>
      <w:pPr>
        <w:jc w:val="right"/>
      </w:pPr>
      <w:r>
        <w:t>ہوتے تھے، تو اس نے لکھا ہے کہ اگر آپ کسی جنگل میں راستہ چل رہے ہیں، آپ</w:t>
      </w:r>
    </w:p>
    <w:p>
      <w:r>
        <w:rPr>
          <w:b/>
        </w:rPr>
        <w:t xml:space="preserve">[40:54] </w:t>
      </w:r>
      <w:r>
        <w:t>jaante hain ke sher jo hai khule maidan mein nahin hota, woh jhaariyon mein hota hai, bush bushiz</w:t>
      </w:r>
    </w:p>
    <w:p>
      <w:pPr>
        <w:jc w:val="right"/>
      </w:pPr>
      <w:r>
        <w:t>جانتے ہیں کہ شیر جو ہے کھلے میدان میں نہیں ہوتا، وہ جھاڑیوں میں ہوتا ہے، بش بشز</w:t>
      </w:r>
    </w:p>
    <w:p>
      <w:r>
        <w:rPr>
          <w:b/>
        </w:rPr>
        <w:t xml:space="preserve">[41:01] </w:t>
      </w:r>
      <w:r>
        <w:t>mein hota hai.</w:t>
      </w:r>
    </w:p>
    <w:p>
      <w:pPr>
        <w:jc w:val="right"/>
      </w:pPr>
      <w:r>
        <w:t>میں ہوتا ہے۔</w:t>
      </w:r>
    </w:p>
    <w:p>
      <w:r>
        <w:rPr>
          <w:b/>
        </w:rPr>
        <w:t xml:space="preserve">[41:03] </w:t>
      </w:r>
      <w:r>
        <w:t>woh aam taur par khuli jagah jaise hiran waghera baithte hain, waisa tiger nahi baithta.</w:t>
      </w:r>
    </w:p>
    <w:p>
      <w:pPr>
        <w:jc w:val="right"/>
      </w:pPr>
      <w:r>
        <w:t>وہ عام طور پر کھلی جگہ جیسے ہرن وغیرہ بیٹھتے ہیں، ویسا ٹائیگر نہیں بیٹھتا۔</w:t>
      </w:r>
    </w:p>
    <w:p>
      <w:r>
        <w:rPr>
          <w:b/>
        </w:rPr>
        <w:t xml:space="preserve">[41:09] </w:t>
      </w:r>
      <w:r>
        <w:t>toh is ne likha hai ke agar aap rasta chal rahe hain, achaanak aap notice karte hain ke</w:t>
      </w:r>
    </w:p>
    <w:p>
      <w:pPr>
        <w:jc w:val="right"/>
      </w:pPr>
      <w:r>
        <w:t>تو اس نے لکھا ہے کہ اگر آپ راستہ چل رہے ہیں، اچانک آپ نوٹس کرتے ہیں کہ</w:t>
      </w:r>
    </w:p>
    <w:p>
      <w:r>
        <w:rPr>
          <w:b/>
        </w:rPr>
        <w:t xml:space="preserve">[41:17] </w:t>
      </w:r>
      <w:r>
        <w:t>chand meter ke faasle par wahan ek tiger khada hua hai, aap ki taraf dekh raha hai, toh</w:t>
      </w:r>
    </w:p>
    <w:p>
      <w:pPr>
        <w:jc w:val="right"/>
      </w:pPr>
      <w:r>
        <w:t>چند میٹر کے فاصلے پر وہاں ایک ٹائیگر کھڑا ہوا ہے، آپ کی طرف دیکھ رہا ہے، تو</w:t>
      </w:r>
    </w:p>
    <w:p>
      <w:r>
        <w:rPr>
          <w:b/>
        </w:rPr>
        <w:t xml:space="preserve">[41:25] </w:t>
      </w:r>
      <w:r>
        <w:t>us waqt kya hota hai? us waqt aap ka jo blood circulation hai, woh blood storm ban jata</w:t>
      </w:r>
    </w:p>
    <w:p>
      <w:pPr>
        <w:jc w:val="right"/>
      </w:pPr>
      <w:r>
        <w:t>اس وقت کیا ہوتا ہے؟ اس وقت آپ کا جو بلڈ سرکولیشن ہے، وہ بلڈ اسٹارم بن جاتا</w:t>
      </w:r>
    </w:p>
    <w:p>
      <w:r>
        <w:rPr>
          <w:b/>
        </w:rPr>
        <w:t xml:space="preserve">[41:33] </w:t>
      </w:r>
      <w:r>
        <w:t>hai.</w:t>
      </w:r>
    </w:p>
    <w:p>
      <w:pPr>
        <w:jc w:val="right"/>
      </w:pPr>
      <w:r>
        <w:t>ہے۔</w:t>
      </w:r>
    </w:p>
    <w:p>
      <w:r>
        <w:rPr>
          <w:b/>
        </w:rPr>
        <w:t xml:space="preserve">[41:34] </w:t>
      </w:r>
      <w:r>
        <w:t>blood circulation jo hai, blood circulation jo hai, blood storm ban jata hai.</w:t>
      </w:r>
    </w:p>
    <w:p>
      <w:pPr>
        <w:jc w:val="right"/>
      </w:pPr>
      <w:r>
        <w:t>بلڈ سرکولیشن جو ہے، بلڈ سرکولیشن جو ہے، بلڈ اسٹارم بن جاتا ہے۔</w:t>
      </w:r>
    </w:p>
    <w:p>
      <w:r>
        <w:rPr>
          <w:b/>
        </w:rPr>
        <w:t xml:space="preserve">[41:40] </w:t>
      </w:r>
      <w:r>
        <w:t>yeh hai realization.</w:t>
      </w:r>
    </w:p>
    <w:p>
      <w:pPr>
        <w:jc w:val="right"/>
      </w:pPr>
      <w:r>
        <w:t>یہ ہے ریلائزیشن۔</w:t>
      </w:r>
    </w:p>
    <w:p>
      <w:r>
        <w:rPr>
          <w:b/>
        </w:rPr>
        <w:t xml:space="preserve">[41:41] </w:t>
      </w:r>
      <w:r>
        <w:t>yahan baith kar kahin ke tiger aur sher aur asad, arabi mein us ko asad kehte hain.</w:t>
      </w:r>
    </w:p>
    <w:p>
      <w:pPr>
        <w:jc w:val="right"/>
      </w:pPr>
      <w:r>
        <w:t>یہاں بیٹھ کر کہیں کہ ٹائیگر اور شیر اور اسد، عربی میں اس کو اسد کہتے ہیں۔</w:t>
      </w:r>
    </w:p>
    <w:p>
      <w:r>
        <w:rPr>
          <w:b/>
        </w:rPr>
        <w:t xml:space="preserve">[41:48] </w:t>
      </w:r>
      <w:r>
        <w:t>toh asad kahin, tiger kahin, sher kahin, yahan baithe hue toh hamari shakhsiyat mein, hamare hamare andar jo</w:t>
      </w:r>
    </w:p>
    <w:p>
      <w:pPr>
        <w:jc w:val="right"/>
      </w:pPr>
      <w:r>
        <w:t>تو اسد کہیں، ٹائیگر کہیں، شیر کہیں، یہاں بیٹھے ہوئے تو ہماری شخصیت میں، ہمارے ہمارے اندر جو</w:t>
      </w:r>
    </w:p>
    <w:p>
      <w:r>
        <w:rPr>
          <w:b/>
        </w:rPr>
        <w:t xml:space="preserve">[41:56] </w:t>
      </w:r>
      <w:r>
        <w:t>hai, koi koi koi halchal nahi paida hui.</w:t>
      </w:r>
    </w:p>
    <w:p>
      <w:pPr>
        <w:jc w:val="right"/>
      </w:pPr>
      <w:r>
        <w:t>ہے، کوئی کوئی کوئی ہلچل نہیں پیدا ہوئی۔</w:t>
      </w:r>
    </w:p>
    <w:p>
      <w:r>
        <w:rPr>
          <w:b/>
        </w:rPr>
        <w:t xml:space="preserve">[42:00] </w:t>
      </w:r>
      <w:r>
        <w:t>kyun ke likh rahi hai ke ek word hai, us ko hum ne dohra diya bas.</w:t>
      </w:r>
    </w:p>
    <w:p>
      <w:pPr>
        <w:jc w:val="right"/>
      </w:pPr>
      <w:r>
        <w:t>کیونکہ لکھ رہی ہے کہ ایک ورڈ ہے، اس کو ہم نے دہرا دیا بس۔</w:t>
      </w:r>
    </w:p>
    <w:p>
      <w:r>
        <w:rPr>
          <w:b/>
        </w:rPr>
        <w:t xml:space="preserve">[42:06] </w:t>
      </w:r>
      <w:r>
        <w:t>lekin jab jangl mein hum hote hain, wahan hum dekhte hain ke ek tiger khada hua hai, hamari</w:t>
      </w:r>
    </w:p>
    <w:p>
      <w:pPr>
        <w:jc w:val="right"/>
      </w:pPr>
      <w:r>
        <w:t>لیکن جب جنگل میں ہم ہوتے ہیں، وہاں ہم دیکھتے ہیں کہ ایک ٹائیگر کھڑا ہوا ہے، ہماری</w:t>
      </w:r>
    </w:p>
    <w:p>
      <w:r>
        <w:rPr>
          <w:b/>
        </w:rPr>
        <w:t xml:space="preserve">[42:14] </w:t>
      </w:r>
      <w:r>
        <w:t>taraf dekh raha hai, toh wahan ek hamare andar ek halchal paida ho jati hai.</w:t>
      </w:r>
    </w:p>
    <w:p>
      <w:pPr>
        <w:jc w:val="right"/>
      </w:pPr>
      <w:r>
        <w:t>طرف دیکھ رہا ہے، تو وہاں ایک ہمارے اندر ایک ہلچل پیدا ہو جاتی ہے۔</w:t>
      </w:r>
    </w:p>
    <w:p>
      <w:r>
        <w:rPr>
          <w:b/>
        </w:rPr>
        <w:t xml:space="preserve">[42:20] </w:t>
      </w:r>
      <w:r>
        <w:t>is ka naam hai marifat.</w:t>
      </w:r>
    </w:p>
    <w:p>
      <w:pPr>
        <w:jc w:val="right"/>
      </w:pPr>
      <w:r>
        <w:t>اس کا نام ہے معرفت۔</w:t>
      </w:r>
    </w:p>
    <w:p>
      <w:r>
        <w:rPr>
          <w:b/>
        </w:rPr>
        <w:t xml:space="preserve">[42:22] </w:t>
      </w:r>
      <w:r>
        <w:t>is ka naam hai marifat.</w:t>
      </w:r>
    </w:p>
    <w:p>
      <w:pPr>
        <w:jc w:val="right"/>
      </w:pPr>
      <w:r>
        <w:t>اس کا نام ہے معرفت۔</w:t>
      </w:r>
    </w:p>
    <w:p>
      <w:r>
        <w:rPr>
          <w:b/>
        </w:rPr>
        <w:t xml:space="preserve">[42:24] </w:t>
      </w:r>
      <w:r>
        <w:t>is is misaal se aap samjhiye ke imaan kya hai aur marifat kya hai.</w:t>
      </w:r>
    </w:p>
    <w:p>
      <w:pPr>
        <w:jc w:val="right"/>
      </w:pPr>
      <w:r>
        <w:t>اس اس مثال سے آپ سمجھیے کہ ایمان کیا ہے اور معرفت کیا ہے۔</w:t>
      </w:r>
    </w:p>
    <w:p>
      <w:r>
        <w:rPr>
          <w:b/>
        </w:rPr>
        <w:t xml:space="preserve">[42:30] </w:t>
      </w:r>
      <w:r>
        <w:t>imaan toh yeh hai ke aap ne ek information ke taur par ya knowledge ke taur par Khuda</w:t>
      </w:r>
    </w:p>
    <w:p>
      <w:pPr>
        <w:jc w:val="right"/>
      </w:pPr>
      <w:r>
        <w:t>ایمان تو یہ ہے کہ آپ نے ایک انفارمیشن کے طور پر یا نالج کے طور پر خدا</w:t>
      </w:r>
    </w:p>
    <w:p>
      <w:r>
        <w:rPr>
          <w:b/>
        </w:rPr>
        <w:t xml:space="preserve">[42:38] </w:t>
      </w:r>
      <w:r>
        <w:t>ko jaan liya aur zabaan se us ko iqrar bhi kar liya.</w:t>
      </w:r>
    </w:p>
    <w:p>
      <w:pPr>
        <w:jc w:val="right"/>
      </w:pPr>
      <w:r>
        <w:t>کو جان لیا اور زبان سے اس کو اقرار بھی کر لیا۔</w:t>
      </w:r>
    </w:p>
    <w:p>
      <w:r>
        <w:rPr>
          <w:b/>
        </w:rPr>
        <w:t xml:space="preserve">[42:43] </w:t>
      </w:r>
      <w:r>
        <w:t>aap ko kisi tareeqe se yeh jaankari ho gayi ke Khuda hai, toh us ko aap ne dohra</w:t>
      </w:r>
    </w:p>
    <w:p>
      <w:pPr>
        <w:jc w:val="right"/>
      </w:pPr>
      <w:r>
        <w:t>آپ کو کسی طریقے سے یہ جانکاری ہو گئی کہ خدا ہے، تو اس کو آپ نے دہرا</w:t>
      </w:r>
    </w:p>
    <w:p>
      <w:r>
        <w:rPr>
          <w:b/>
        </w:rPr>
        <w:t xml:space="preserve">[42:51] </w:t>
      </w:r>
      <w:r>
        <w:t>diya zabaan se ke la ilaha illallah Muhammad ur Rasool Allah.</w:t>
      </w:r>
    </w:p>
    <w:p>
      <w:pPr>
        <w:jc w:val="right"/>
      </w:pPr>
      <w:r>
        <w:t>دیا زبان سے کہ لا الہ الا اللہ محمد رسول اللہ۔</w:t>
      </w:r>
    </w:p>
    <w:p>
      <w:r>
        <w:rPr>
          <w:b/>
        </w:rPr>
        <w:t xml:space="preserve">[42:56] </w:t>
      </w:r>
      <w:r>
        <w:t>lekin marifat ke darje ka jo imaan paida hota hai aadmi ke andar, toh woh halchal le kar</w:t>
      </w:r>
    </w:p>
    <w:p>
      <w:pPr>
        <w:jc w:val="right"/>
      </w:pPr>
      <w:r>
        <w:t>لیکن معرفت کے درجے کا جو ایمان پیدا ہوتا ہے آدمی کے اندر، تو وہ ہلچل لے کر</w:t>
      </w:r>
    </w:p>
    <w:p>
      <w:r>
        <w:rPr>
          <w:b/>
        </w:rPr>
        <w:t xml:space="preserve">[43:03] </w:t>
      </w:r>
      <w:r>
        <w:t>aata hai.</w:t>
      </w:r>
    </w:p>
    <w:p>
      <w:pPr>
        <w:jc w:val="right"/>
      </w:pPr>
      <w:r>
        <w:t>آتا ہے۔</w:t>
      </w:r>
    </w:p>
    <w:p>
      <w:r>
        <w:rPr>
          <w:b/>
        </w:rPr>
        <w:t xml:space="preserve">[43:05] </w:t>
      </w:r>
      <w:r>
        <w:t>halchal isi liye woh jo main ne ayat padhi aap ke samne ke tafreeh o banda dum, un</w:t>
      </w:r>
    </w:p>
    <w:p>
      <w:pPr>
        <w:jc w:val="right"/>
      </w:pPr>
      <w:r>
        <w:t>ہلچل اسی لیے وہ جو میں نے آیت پڑھی آپ کے سامنے کہ تفریض و بندہ دم، ان</w:t>
      </w:r>
    </w:p>
    <w:p>
      <w:r>
        <w:rPr>
          <w:b/>
        </w:rPr>
        <w:t xml:space="preserve">[43:13] </w:t>
      </w:r>
      <w:r>
        <w:t>ko jab marifat Khuda ki hui toh un ki aankhon se aansu padne lagay.</w:t>
      </w:r>
    </w:p>
    <w:p>
      <w:pPr>
        <w:jc w:val="right"/>
      </w:pPr>
      <w:r>
        <w:t>کو جب معرفت خدا کی ہوئی تو ان کی آنکھوں سے آنسو پڑنے لگے۔</w:t>
      </w:r>
    </w:p>
    <w:p>
      <w:r>
        <w:rPr>
          <w:b/>
        </w:rPr>
        <w:t xml:space="preserve">[43:19] </w:t>
      </w:r>
      <w:r>
        <w:t>kyun ke seenay mein jo halchal paida hui, toh halchal jo hai, woh aansu ki shakal mein zahir hoti</w:t>
      </w:r>
    </w:p>
    <w:p>
      <w:pPr>
        <w:jc w:val="right"/>
      </w:pPr>
      <w:r>
        <w:t>کیونکہ سینے میں جو ہلچل پیدا ہوئی، تو ہلچل جو ہے، وہ آنسو کی شکل میں ظاہر ہوتی</w:t>
      </w:r>
    </w:p>
    <w:p>
      <w:r>
        <w:rPr>
          <w:b/>
        </w:rPr>
        <w:t xml:space="preserve">[43:26] </w:t>
      </w:r>
      <w:r>
        <w:t>hai.</w:t>
      </w:r>
    </w:p>
    <w:p>
      <w:pPr>
        <w:jc w:val="right"/>
      </w:pPr>
      <w:r>
        <w:t>ہے۔</w:t>
      </w:r>
    </w:p>
    <w:p>
      <w:r>
        <w:rPr>
          <w:b/>
        </w:rPr>
        <w:t xml:space="preserve">[43:28] </w:t>
      </w:r>
      <w:r>
        <w:t>to imaan jo hai, us waqt tak Allah taala ke haan mu'tabar nahi hai jab tak woh ma'rifat</w:t>
      </w:r>
    </w:p>
    <w:p>
      <w:pPr>
        <w:jc w:val="right"/>
      </w:pPr>
      <w:r>
        <w:t>تو ایمان جو ہے، اس وقت تک اللہ تعالیٰ کے ہاں معتبر نہیں ہے جب تک وہ معرفت</w:t>
      </w:r>
    </w:p>
    <w:p>
      <w:r>
        <w:rPr>
          <w:b/>
        </w:rPr>
        <w:t xml:space="preserve">[43:36] </w:t>
      </w:r>
      <w:r>
        <w:t>na ban jaye.</w:t>
      </w:r>
    </w:p>
    <w:p>
      <w:pPr>
        <w:jc w:val="right"/>
      </w:pPr>
      <w:r>
        <w:t>نہ بن جائے۔</w:t>
      </w:r>
    </w:p>
    <w:p>
      <w:r>
        <w:rPr>
          <w:b/>
        </w:rPr>
        <w:t xml:space="preserve">[43:37] </w:t>
      </w:r>
      <w:r>
        <w:t>ma'rifat na ban jaye, ya'ni gehri discovery ho, gehri gehra realization ho, tab woh Khuda ke haan qabil</w:t>
      </w:r>
    </w:p>
    <w:p>
      <w:pPr>
        <w:jc w:val="right"/>
      </w:pPr>
      <w:r>
        <w:t>معرفت نہ بن جائے، یعنی گہری ڈسکوری ہو، گہری گہرا ریلائزیشن ہو، تب وہ خدا کے ہاں قابل</w:t>
      </w:r>
    </w:p>
    <w:p>
      <w:r>
        <w:rPr>
          <w:b/>
        </w:rPr>
        <w:t xml:space="preserve">[43:45] </w:t>
      </w:r>
      <w:r>
        <w:t>qubool banta hai.</w:t>
      </w:r>
    </w:p>
    <w:p>
      <w:pPr>
        <w:jc w:val="right"/>
      </w:pPr>
      <w:r>
        <w:t>قبول بنتا ہے۔</w:t>
      </w:r>
    </w:p>
    <w:p>
      <w:r>
        <w:rPr>
          <w:b/>
        </w:rPr>
        <w:t xml:space="preserve">[43:46] </w:t>
      </w:r>
      <w:r>
        <w:t>to Quran mein aap parhein to bohat jagah aisi aayatein milti hain jo iski isko kholti</w:t>
      </w:r>
    </w:p>
    <w:p>
      <w:pPr>
        <w:jc w:val="right"/>
      </w:pPr>
      <w:r>
        <w:t>تو قرآن میں آپ پڑھیں تو بہت جگہ ایسی آیتیں ملتی ہیں جو اس کی اس کو کھولتی</w:t>
      </w:r>
    </w:p>
    <w:p>
      <w:r>
        <w:rPr>
          <w:b/>
        </w:rPr>
        <w:t xml:space="preserve">[43:54] </w:t>
      </w:r>
      <w:r>
        <w:t>hain.</w:t>
      </w:r>
    </w:p>
    <w:p>
      <w:pPr>
        <w:jc w:val="right"/>
      </w:pPr>
      <w:r>
        <w:t>ہیں۔</w:t>
      </w:r>
    </w:p>
    <w:p>
      <w:r>
        <w:rPr>
          <w:b/>
        </w:rPr>
        <w:t xml:space="preserve">[43:55] </w:t>
      </w:r>
      <w:r>
        <w:t>jaise Quran mein ek aayat hai ke "Innal mu'minoona allazeena itha dhukirAllahu wajilat quloobuhum" ke momin to</w:t>
      </w:r>
    </w:p>
    <w:p>
      <w:pPr>
        <w:jc w:val="right"/>
      </w:pPr>
      <w:r>
        <w:t>جیسے قرآن میں ایک آیت ہے کہ "إن المؤمنون الذين إذا ذكر الله وجلت قلوبهم" کہ مومن تو</w:t>
      </w:r>
    </w:p>
    <w:p>
      <w:r>
        <w:rPr>
          <w:b/>
        </w:rPr>
        <w:t xml:space="preserve">[44:03] </w:t>
      </w:r>
      <w:r>
        <w:t>woh hain ke jab unke saamne Khuda ka zikr kiya jaye to unke dil dahal uthein.</w:t>
      </w:r>
    </w:p>
    <w:p>
      <w:pPr>
        <w:jc w:val="right"/>
      </w:pPr>
      <w:r>
        <w:t>وہ ہیں کہ جب ان کے سامنے خدا کا ذکر کیا جائے تو ان کے دل دہل اٹھیں۔</w:t>
      </w:r>
    </w:p>
    <w:p>
      <w:r>
        <w:rPr>
          <w:b/>
        </w:rPr>
        <w:t xml:space="preserve">[44:11] </w:t>
      </w:r>
      <w:r>
        <w:t>"Wajilat quloobuhum wajilat rahmatuh to imaan" to momin to woh hain ke jab unke saamne Khuda ka</w:t>
      </w:r>
    </w:p>
    <w:p>
      <w:pPr>
        <w:jc w:val="right"/>
      </w:pPr>
      <w:r>
        <w:t>"وجلت قلوبہم وجلت رحمہ تو ایمان" تو مومن تو وہ ہیں کہ جب ان کے سامنے خدا کا</w:t>
      </w:r>
    </w:p>
    <w:p>
      <w:r>
        <w:rPr>
          <w:b/>
        </w:rPr>
        <w:t xml:space="preserve">[44:19] </w:t>
      </w:r>
      <w:r>
        <w:t>zikr kiya jaye, Khuda ki baat ki jaye to unke dil dahal uthte hain, unke dil</w:t>
      </w:r>
    </w:p>
    <w:p>
      <w:pPr>
        <w:jc w:val="right"/>
      </w:pPr>
      <w:r>
        <w:t>ذکر کیا جائے، خدا کی بات کی جائے تو ان کے دل دہل اٹھتے ہیں، ان کے دل</w:t>
      </w:r>
    </w:p>
    <w:p>
      <w:r>
        <w:rPr>
          <w:b/>
        </w:rPr>
        <w:t xml:space="preserve">[44:26] </w:t>
      </w:r>
      <w:r>
        <w:t>kaanp uthte hain, unke andar storm aa jata hai.</w:t>
      </w:r>
    </w:p>
    <w:p>
      <w:pPr>
        <w:jc w:val="right"/>
      </w:pPr>
      <w:r>
        <w:t>کانپ اٹھتے ہیں، ان کے اندر اسٹارم آ جاتا ہے۔</w:t>
      </w:r>
    </w:p>
    <w:p>
      <w:r>
        <w:rPr>
          <w:b/>
        </w:rPr>
        <w:t xml:space="preserve">[44:31] </w:t>
      </w:r>
      <w:r>
        <w:t>aur phir kya hota hai? Unka imaan badhta hai, ya'ni imaan jo hai, badhkar ma'rifat ban</w:t>
      </w:r>
    </w:p>
    <w:p>
      <w:pPr>
        <w:jc w:val="right"/>
      </w:pPr>
      <w:r>
        <w:t>اور پھر کیا ہوتا ہے؟ ان کا ایمان بڑھتا ہے، یعنی ایمان جو ہے، بڑھ کر معرفت بن</w:t>
      </w:r>
    </w:p>
    <w:p>
      <w:r>
        <w:rPr>
          <w:b/>
        </w:rPr>
        <w:t xml:space="preserve">[44:38] </w:t>
      </w:r>
      <w:r>
        <w:t>jata hai.</w:t>
      </w:r>
    </w:p>
    <w:p>
      <w:pPr>
        <w:jc w:val="right"/>
      </w:pPr>
      <w:r>
        <w:t>جاتا ہے۔</w:t>
      </w:r>
    </w:p>
    <w:p>
      <w:r>
        <w:rPr>
          <w:b/>
        </w:rPr>
        <w:t xml:space="preserve">[44:40] </w:t>
      </w:r>
      <w:r>
        <w:t>to yeh hai woh cheez jo Allah taala ko matloob hai.</w:t>
      </w:r>
    </w:p>
    <w:p>
      <w:pPr>
        <w:jc w:val="right"/>
      </w:pPr>
      <w:r>
        <w:t>تو یہ ہے وہ چیز جو اللہ تعالیٰ کو مطلوب ہے۔</w:t>
      </w:r>
    </w:p>
    <w:p>
      <w:r>
        <w:rPr>
          <w:b/>
        </w:rPr>
        <w:t xml:space="preserve">[44:45] </w:t>
      </w:r>
      <w:r>
        <w:t>is se kamtar darje ka imaan matloob nahi hai.</w:t>
      </w:r>
    </w:p>
    <w:p>
      <w:pPr>
        <w:jc w:val="right"/>
      </w:pPr>
      <w:r>
        <w:t>اس سے کمتر درجے کا ایمان مطلوب نہیں ہے۔</w:t>
      </w:r>
    </w:p>
    <w:p>
      <w:r>
        <w:rPr>
          <w:b/>
        </w:rPr>
        <w:t xml:space="preserve">[44:48] </w:t>
      </w:r>
      <w:r>
        <w:t>isi liye farmaya ke "Ya allazeena amanoo amanoo ya ayyuhallazeena amanoo amanoo" aye imaan laane walon, imaan</w:t>
      </w:r>
    </w:p>
    <w:p>
      <w:pPr>
        <w:jc w:val="right"/>
      </w:pPr>
      <w:r>
        <w:t>اسی لیے فرمایا کہ "یا الذین آمنوا آمنوا یا ایہا الذین آمنوا آمنوا" اے ایمان لانے والوں، ایمان</w:t>
      </w:r>
    </w:p>
    <w:p>
      <w:r>
        <w:rPr>
          <w:b/>
        </w:rPr>
        <w:t xml:space="preserve">[44:56] </w:t>
      </w:r>
      <w:r>
        <w:t>lao, ya'ni apne imaan ko ma'rifat banao.</w:t>
      </w:r>
    </w:p>
    <w:p>
      <w:pPr>
        <w:jc w:val="right"/>
      </w:pPr>
      <w:r>
        <w:t>لاؤ، یعنی اپنے ایمان کو معرفت بناؤ۔</w:t>
      </w:r>
    </w:p>
    <w:p>
      <w:r>
        <w:rPr>
          <w:b/>
        </w:rPr>
        <w:t xml:space="preserve">[44:59] </w:t>
      </w:r>
      <w:r>
        <w:t>to yeh bohat zyada sochne ki baat hai.</w:t>
      </w:r>
    </w:p>
    <w:p>
      <w:pPr>
        <w:jc w:val="right"/>
      </w:pPr>
      <w:r>
        <w:t>تو یہ بہت زیادہ سوچنے کی بات ہے۔</w:t>
      </w:r>
    </w:p>
    <w:p>
      <w:r>
        <w:rPr>
          <w:b/>
        </w:rPr>
        <w:t xml:space="preserve">[45:03] </w:t>
      </w:r>
      <w:r>
        <w:t>ek martaba maine ek buzurg ki speech suni jab mein Azerbaijan mein tha to unhone kaha,</w:t>
      </w:r>
    </w:p>
    <w:p>
      <w:pPr>
        <w:jc w:val="right"/>
      </w:pPr>
      <w:r>
        <w:t>ایک مرتبہ میں نے ایک بزرگ کی اسپیچ سنی جب میں آذربائیجان میں تھا تو انہوں نے کہا،</w:t>
      </w:r>
    </w:p>
    <w:p>
      <w:r>
        <w:rPr>
          <w:b/>
        </w:rPr>
        <w:t xml:space="preserve">[45:10] </w:t>
      </w:r>
      <w:r>
        <w:t>isi imaan par bol rahe the, woh imaan ke log kehte hain ke humare paas imaan hai, imaan</w:t>
      </w:r>
    </w:p>
    <w:p>
      <w:pPr>
        <w:jc w:val="right"/>
      </w:pPr>
      <w:r>
        <w:t>اسی ایمان پر بول رہے تھے، وہ ایمان کہ لوگ کہتے ہیں کہ ہمارے پاس ایمان ہے، ایمان</w:t>
      </w:r>
    </w:p>
    <w:p>
      <w:r>
        <w:rPr>
          <w:b/>
        </w:rPr>
        <w:t xml:space="preserve">[45:18] </w:t>
      </w:r>
      <w:r>
        <w:t>se nijat milti hai, humare paas imaan hai, imaan jannat milti hai.</w:t>
      </w:r>
    </w:p>
    <w:p>
      <w:pPr>
        <w:jc w:val="right"/>
      </w:pPr>
      <w:r>
        <w:t>سے نجات ملتی ہے، ہمارے پاس ایمان ہے، ایمان جنت ملتی ہے۔</w:t>
      </w:r>
    </w:p>
    <w:p>
      <w:r>
        <w:rPr>
          <w:b/>
        </w:rPr>
        <w:t xml:space="preserve">[45:23] </w:t>
      </w:r>
      <w:r>
        <w:t>kyunke Bukhari mein hai riwayat ke "Man qala la ilaha illAllahu dakhala al-jannah" ya'ni jis ka jis</w:t>
      </w:r>
    </w:p>
    <w:p>
      <w:pPr>
        <w:jc w:val="right"/>
      </w:pPr>
      <w:r>
        <w:t>کیونکہ بخاری میں ہے روایت کہ "من قال لا الہ الا اللہ دخل الجنہ" یعنی جس کا جس</w:t>
      </w:r>
    </w:p>
    <w:p>
      <w:r>
        <w:rPr>
          <w:b/>
        </w:rPr>
        <w:t xml:space="preserve">[45:31] </w:t>
      </w:r>
      <w:r>
        <w:t>ke andar imaan hoga, woh jannat mein jayega.</w:t>
      </w:r>
    </w:p>
    <w:p>
      <w:pPr>
        <w:jc w:val="right"/>
      </w:pPr>
      <w:r>
        <w:t>کے اندر ایمان ہوگا، وہ جنت میں جائے گا۔</w:t>
      </w:r>
    </w:p>
    <w:p>
      <w:r>
        <w:rPr>
          <w:b/>
        </w:rPr>
        <w:t xml:space="preserve">[45:35] </w:t>
      </w:r>
      <w:r>
        <w:t>to unhone kaha ke dekhiye, bohat pehle ki baat hai jab sau rupay ka note bhi ek</w:t>
      </w:r>
    </w:p>
    <w:p>
      <w:pPr>
        <w:jc w:val="right"/>
      </w:pPr>
      <w:r>
        <w:t>تو انہوں نے کہا کہ دیکھیے، بہت پہلے کی بات ہے جب سو روپے کا نوٹ بھی ایک</w:t>
      </w:r>
    </w:p>
    <w:p>
      <w:r>
        <w:rPr>
          <w:b/>
        </w:rPr>
        <w:t xml:space="preserve">[45:42] </w:t>
      </w:r>
      <w:r>
        <w:t>bari cheez hoti thi, ab to so rupay ka note koi cheez nahi rahi.</w:t>
      </w:r>
    </w:p>
    <w:p>
      <w:pPr>
        <w:jc w:val="right"/>
      </w:pPr>
      <w:r>
        <w:t>بڑی چیز ہوتی تھی، اب تو سو روپے کا نوٹ کوئی چیز نہیں رہی۔</w:t>
      </w:r>
    </w:p>
    <w:p>
      <w:r>
        <w:rPr>
          <w:b/>
        </w:rPr>
        <w:t xml:space="preserve">[45:48] </w:t>
      </w:r>
      <w:r>
        <w:t>to unhon ne kaha ke aap so rupay ka note ghar se nikaltay hain le kar, jis se</w:t>
      </w:r>
    </w:p>
    <w:p>
      <w:pPr>
        <w:jc w:val="right"/>
      </w:pPr>
      <w:r>
        <w:t>تو انہوں نے کہا کہ آپ سو روپے کا نوٹ گھر سے نکلتے ہیں لے کر، جس سے</w:t>
      </w:r>
    </w:p>
    <w:p>
      <w:r>
        <w:rPr>
          <w:b/>
        </w:rPr>
        <w:t xml:space="preserve">[45:56] </w:t>
      </w:r>
      <w:r>
        <w:t>aap bohat se saman khareed sakte hain.</w:t>
      </w:r>
    </w:p>
    <w:p>
      <w:pPr>
        <w:jc w:val="right"/>
      </w:pPr>
      <w:r>
        <w:t>آپ بہت سے سامان خرید سکتے ہیں۔</w:t>
      </w:r>
    </w:p>
    <w:p>
      <w:r>
        <w:rPr>
          <w:b/>
        </w:rPr>
        <w:t xml:space="preserve">[45:59] </w:t>
      </w:r>
      <w:r>
        <w:t>is zamanay ki baat kar raha hoon main jabke so rupay ka note bhi se aap le kar</w:t>
      </w:r>
    </w:p>
    <w:p>
      <w:pPr>
        <w:jc w:val="right"/>
      </w:pPr>
      <w:r>
        <w:t>اس زمانے کی بات کر رہا ہوں میں جبکہ سو روپے کا نوٹ بھی سے آپ لے کر</w:t>
      </w:r>
    </w:p>
    <w:p>
      <w:r>
        <w:rPr>
          <w:b/>
        </w:rPr>
        <w:t xml:space="preserve">[46:07] </w:t>
      </w:r>
      <w:r>
        <w:t>bohat se shopping kar sakte thay.</w:t>
      </w:r>
    </w:p>
    <w:p>
      <w:pPr>
        <w:jc w:val="right"/>
      </w:pPr>
      <w:r>
        <w:t>بہت سے شاپنگ کر سکتے تھے۔</w:t>
      </w:r>
    </w:p>
    <w:p>
      <w:r>
        <w:rPr>
          <w:b/>
        </w:rPr>
        <w:t xml:space="preserve">[46:09] </w:t>
      </w:r>
      <w:r>
        <w:t>to unhon ne kaha ke aap so rupay ka ek note le kar nikaltay hain to aap khush</w:t>
      </w:r>
    </w:p>
    <w:p>
      <w:pPr>
        <w:jc w:val="right"/>
      </w:pPr>
      <w:r>
        <w:t>تو انہوں نے کہا کہ آپ سو روپے کا ایک نوٹ لے کر نکلتے ہیں تو آپ خوش</w:t>
      </w:r>
    </w:p>
    <w:p>
      <w:r>
        <w:rPr>
          <w:b/>
        </w:rPr>
        <w:t xml:space="preserve">[46:17] </w:t>
      </w:r>
      <w:r>
        <w:t>hain ke mere paas so rupiya hai, main bohat cheez khareed sakta hoon.</w:t>
      </w:r>
    </w:p>
    <w:p>
      <w:pPr>
        <w:jc w:val="right"/>
      </w:pPr>
      <w:r>
        <w:t>ہیں کہ میرے پاس سو روپیہ ہے، میں بہت چیز خرید سکتا ہوں۔</w:t>
      </w:r>
    </w:p>
    <w:p>
      <w:r>
        <w:rPr>
          <w:b/>
        </w:rPr>
        <w:t xml:space="preserve">[46:23] </w:t>
      </w:r>
      <w:r>
        <w:t>lekan aap gaye market mein, aap ne diya shop keeper ko, us ne dekha, agar us ne keh</w:t>
      </w:r>
    </w:p>
    <w:p>
      <w:pPr>
        <w:jc w:val="right"/>
      </w:pPr>
      <w:r>
        <w:t>لیکن آپ گئے مارکیٹ میں، آپ نے دیا شاپ کیپر کو، اس نے دیکھا، اگر اس نے کہہ</w:t>
      </w:r>
    </w:p>
    <w:p>
      <w:r>
        <w:rPr>
          <w:b/>
        </w:rPr>
        <w:t xml:space="preserve">[46:30] </w:t>
      </w:r>
      <w:r>
        <w:t>diya ke yeh to false hai, yeh to jaali note hai to value khatam is ki.</w:t>
      </w:r>
    </w:p>
    <w:p>
      <w:pPr>
        <w:jc w:val="right"/>
      </w:pPr>
      <w:r>
        <w:t>دیا کہ یہ تو فالس ہے، یہ تو جعلی نوٹ ہے تو ویلیو ختم اس کی۔</w:t>
      </w:r>
    </w:p>
    <w:p>
      <w:r>
        <w:rPr>
          <w:b/>
        </w:rPr>
        <w:t xml:space="preserve">[46:37] </w:t>
      </w:r>
      <w:r>
        <w:t>agar woh jo baitha hua hai, jo note ko pehchanta hai, jo note ko janta hai, us ko</w:t>
      </w:r>
    </w:p>
    <w:p>
      <w:pPr>
        <w:jc w:val="right"/>
      </w:pPr>
      <w:r>
        <w:t>اگر وہ جو بیٹھا ہوا ہے، جو نوٹ کو پہچانتا ہے، جو نوٹ کو جانتا ہے، اس کو</w:t>
      </w:r>
    </w:p>
    <w:p>
      <w:r>
        <w:rPr>
          <w:b/>
        </w:rPr>
        <w:t xml:space="preserve">[46:45] </w:t>
      </w:r>
      <w:r>
        <w:t>check karta hai, us ne keh diya ke bhai tumhara note to jaali note hai, asli note nahi</w:t>
      </w:r>
    </w:p>
    <w:p>
      <w:pPr>
        <w:jc w:val="right"/>
      </w:pPr>
      <w:r>
        <w:t>چیک کرتا ہے، اس نے کہہ دیا کہ بھئی تمہارا نوٹ تو جعلی نوٹ ہے، اصلی نوٹ نہیں</w:t>
      </w:r>
    </w:p>
    <w:p>
      <w:r>
        <w:rPr>
          <w:b/>
        </w:rPr>
        <w:t xml:space="preserve">[46:53] </w:t>
      </w:r>
      <w:r>
        <w:t>hai to achaanak aap penniless ho jayen ge, aap ka so rupay ka note ek paisay ke</w:t>
      </w:r>
    </w:p>
    <w:p>
      <w:pPr>
        <w:jc w:val="right"/>
      </w:pPr>
      <w:r>
        <w:t>ہے تو اچانک آپ پینی لیس ہو جائیں گے، آپ کا سو روپے کا نوٹ ایک پیسے کے</w:t>
      </w:r>
    </w:p>
    <w:p>
      <w:r>
        <w:rPr>
          <w:b/>
        </w:rPr>
        <w:t xml:space="preserve">[47:00] </w:t>
      </w:r>
      <w:r>
        <w:t>barabar bhi nahi rahe ga.</w:t>
      </w:r>
    </w:p>
    <w:p>
      <w:pPr>
        <w:jc w:val="right"/>
      </w:pPr>
      <w:r>
        <w:t>برابر بھی نہیں رہے گا۔</w:t>
      </w:r>
    </w:p>
    <w:p>
      <w:r>
        <w:rPr>
          <w:b/>
        </w:rPr>
        <w:t xml:space="preserve">[47:03] </w:t>
      </w:r>
      <w:r>
        <w:t>to unhon ne kaha ke isi tarah se akhirat ko sochiye.</w:t>
      </w:r>
    </w:p>
    <w:p>
      <w:pPr>
        <w:jc w:val="right"/>
      </w:pPr>
      <w:r>
        <w:t>تو انہوں نے کہا کہ اسی طرح سے آخرت کو سوچیے۔</w:t>
      </w:r>
    </w:p>
    <w:p>
      <w:r>
        <w:rPr>
          <w:b/>
        </w:rPr>
        <w:t xml:space="preserve">[47:07] </w:t>
      </w:r>
      <w:r>
        <w:t>aap kehte hain ke main iman le kar Khuda ke paas ja raha hoon, ab sochiye ke yeh</w:t>
      </w:r>
    </w:p>
    <w:p>
      <w:pPr>
        <w:jc w:val="right"/>
      </w:pPr>
      <w:r>
        <w:t>آپ کہتے ہیں کہ میں ایمان لے کر خدا کے پاس جا رہا ہوں، اب سوچیے کہ یہ</w:t>
      </w:r>
    </w:p>
    <w:p>
      <w:r>
        <w:rPr>
          <w:b/>
        </w:rPr>
        <w:t xml:space="preserve">[47:15] </w:t>
      </w:r>
      <w:r>
        <w:t>iman le kar ja rahe hain, aap Khuda ke samnay pohanchte hain, aap to Khuda keh de ke</w:t>
      </w:r>
    </w:p>
    <w:p>
      <w:pPr>
        <w:jc w:val="right"/>
      </w:pPr>
      <w:r>
        <w:t>ایمان لے کر جا رہے ہیں، آپ خدا کے سامنے پہنچتے ہیں، آپ تو خدا کہہ دے کہ</w:t>
      </w:r>
    </w:p>
    <w:p>
      <w:r>
        <w:rPr>
          <w:b/>
        </w:rPr>
        <w:t xml:space="preserve">[47:23] </w:t>
      </w:r>
      <w:r>
        <w:t>tumhara iman to iman nahi, to kya hoga? Dunya mein ek bank agar keh de ke aap ka</w:t>
      </w:r>
    </w:p>
    <w:p>
      <w:pPr>
        <w:jc w:val="right"/>
      </w:pPr>
      <w:r>
        <w:t>تمہارا ایمان تو ایمان نہیں، تو کیا ہوگا؟ دنیا میں ایک بینک اگر کہہ دے کہ آپ کا</w:t>
      </w:r>
    </w:p>
    <w:p>
      <w:r>
        <w:rPr>
          <w:b/>
        </w:rPr>
        <w:t xml:space="preserve">[47:30] </w:t>
      </w:r>
      <w:r>
        <w:t>yeh note jo hai, yeh to jaali hai, to aap ka woh note bekar rehta hai.</w:t>
      </w:r>
    </w:p>
    <w:p>
      <w:pPr>
        <w:jc w:val="right"/>
      </w:pPr>
      <w:r>
        <w:t>یہ نوٹ جو ہے، یہ تو جعلی ہے، تو آپ کا وہ نوٹ بیکار رہتا ہے۔</w:t>
      </w:r>
    </w:p>
    <w:p>
      <w:r>
        <w:rPr>
          <w:b/>
        </w:rPr>
        <w:t xml:space="preserve">[47:37] </w:t>
      </w:r>
      <w:r>
        <w:t>aise akhirat mein agar Khuda keh de ke tumhara iman to yeh to woh iman nahi jo jo</w:t>
      </w:r>
    </w:p>
    <w:p>
      <w:pPr>
        <w:jc w:val="right"/>
      </w:pPr>
      <w:r>
        <w:t>ایسے آخرت میں اگر خدا کہہ دے کہ تمہارا ایمان تو یہ تو وہ ایمان نہیں جو جو</w:t>
      </w:r>
    </w:p>
    <w:p>
      <w:r>
        <w:rPr>
          <w:b/>
        </w:rPr>
        <w:t xml:space="preserve">[47:45] </w:t>
      </w:r>
      <w:r>
        <w:t>hum jo yahan hamare haan matloob tha, hamare haan jis ki qeemat thi, jis iman ki hamare haan</w:t>
      </w:r>
    </w:p>
    <w:p>
      <w:pPr>
        <w:jc w:val="right"/>
      </w:pPr>
      <w:r>
        <w:t>ہم جو یہاں ہمارے ہاں مطلوب تھا، ہمارے ہاں جس کی قیمت تھی، جس ایمان کی ہمارے ہاں</w:t>
      </w:r>
    </w:p>
    <w:p>
      <w:r>
        <w:rPr>
          <w:b/>
        </w:rPr>
        <w:t xml:space="preserve">[47:53] </w:t>
      </w:r>
      <w:r>
        <w:t>qeemat hai, woh to yeh iman hai hi nahi.</w:t>
      </w:r>
    </w:p>
    <w:p>
      <w:pPr>
        <w:jc w:val="right"/>
      </w:pPr>
      <w:r>
        <w:t>قیمت ہے، وہ تو یہ ایمان ہے ہی نہیں۔</w:t>
      </w:r>
    </w:p>
    <w:p>
      <w:r>
        <w:rPr>
          <w:b/>
        </w:rPr>
        <w:t xml:space="preserve">[47:57] </w:t>
      </w:r>
      <w:r>
        <w:t>masla yeh hai ke iman ke maani yeh hone chahiye thay ke Khuda aadmi ka soul concern ban</w:t>
      </w:r>
    </w:p>
    <w:p>
      <w:pPr>
        <w:jc w:val="right"/>
      </w:pPr>
      <w:r>
        <w:t>مسئلہ یہ ہے کہ ایمان کے معنی یہ ہونے چاہیے تھے کہ خدا آدمی کا سول کنسرن بن</w:t>
      </w:r>
    </w:p>
    <w:p>
      <w:r>
        <w:rPr>
          <w:b/>
        </w:rPr>
        <w:t xml:space="preserve">[48:04] </w:t>
      </w:r>
      <w:r>
        <w:t>jaye.</w:t>
      </w:r>
    </w:p>
    <w:p>
      <w:pPr>
        <w:jc w:val="right"/>
      </w:pPr>
      <w:r>
        <w:t>جائے۔</w:t>
      </w:r>
    </w:p>
    <w:p>
      <w:r>
        <w:rPr>
          <w:b/>
        </w:rPr>
        <w:t xml:space="preserve">[48:06] </w:t>
      </w:r>
      <w:r>
        <w:t>soul concern jaise aap jo mein ne misaal di ke aap jungle mein hain, achaanak aap ne notice</w:t>
      </w:r>
    </w:p>
    <w:p>
      <w:pPr>
        <w:jc w:val="right"/>
      </w:pPr>
      <w:r>
        <w:t>سول کنسرن جیسے آپ جو میں نے مثال دی کہ آپ جنگل میں ہیں، اچانک آپ نے نوٹس</w:t>
      </w:r>
    </w:p>
    <w:p>
      <w:r>
        <w:rPr>
          <w:b/>
        </w:rPr>
        <w:t xml:space="preserve">[48:13] </w:t>
      </w:r>
      <w:r>
        <w:t>karte hain ke wahan par ek tiger khara hua hai, to us waqt tiger aap ka soul concern</w:t>
      </w:r>
    </w:p>
    <w:p>
      <w:pPr>
        <w:jc w:val="right"/>
      </w:pPr>
      <w:r>
        <w:t>کرتے ہیں کہ وہاں پر ایک ٹائیگر کھڑا ہوا ہے، تو اس وقت ٹائیگر آپ کا سول کنسرن</w:t>
      </w:r>
    </w:p>
    <w:p>
      <w:r>
        <w:rPr>
          <w:b/>
        </w:rPr>
        <w:t xml:space="preserve">[48:21] </w:t>
      </w:r>
      <w:r>
        <w:t>ban jata hai.</w:t>
      </w:r>
    </w:p>
    <w:p>
      <w:pPr>
        <w:jc w:val="right"/>
      </w:pPr>
      <w:r>
        <w:t>بن جاتا ہے۔</w:t>
      </w:r>
    </w:p>
    <w:p>
      <w:r>
        <w:rPr>
          <w:b/>
        </w:rPr>
        <w:t xml:space="preserve">[48:23] </w:t>
      </w:r>
      <w:r>
        <w:t>soul concern kuch aur nahi aa jata aap ko.</w:t>
      </w:r>
    </w:p>
    <w:p>
      <w:pPr>
        <w:jc w:val="right"/>
      </w:pPr>
      <w:r>
        <w:t>سول کنسرن کچھ اور نہیں آ جاتا آپ کو۔</w:t>
      </w:r>
    </w:p>
    <w:p>
      <w:r>
        <w:rPr>
          <w:b/>
        </w:rPr>
        <w:t xml:space="preserve">[48:27] </w:t>
      </w:r>
      <w:r>
        <w:t>agar aap ko piyas lagi ho to piyas bhool jayenge, aap bhook lagi ho to khana bhool</w:t>
      </w:r>
    </w:p>
    <w:p>
      <w:pPr>
        <w:jc w:val="right"/>
      </w:pPr>
      <w:r>
        <w:t>اگر آپ کو پیاس لگی ہو تو پیاس بھول جائیں گے، آپ بھوک لگی ہو تو کھانا بھول</w:t>
      </w:r>
    </w:p>
    <w:p>
      <w:r>
        <w:rPr>
          <w:b/>
        </w:rPr>
        <w:t xml:space="preserve">[48:34] </w:t>
      </w:r>
      <w:r>
        <w:t>jayenge, aap paon mein joota nahi hai to wahi bhool jayenge, aap yani har doosri cheez</w:t>
      </w:r>
    </w:p>
    <w:p>
      <w:pPr>
        <w:jc w:val="right"/>
      </w:pPr>
      <w:r>
        <w:t>جائیں گے، آپ پاؤں میں جوتا نہیں ہے تو وہی بھول جائیں گے، آپ یعنی ہر دوسری چیز</w:t>
      </w:r>
    </w:p>
    <w:p>
      <w:r>
        <w:rPr>
          <w:b/>
        </w:rPr>
        <w:t xml:space="preserve">[48:42] </w:t>
      </w:r>
      <w:r>
        <w:t>bhool jayenge aur sirf bas aap mind mein sirf tiger, tiger, tiger hoga.</w:t>
      </w:r>
    </w:p>
    <w:p>
      <w:pPr>
        <w:jc w:val="right"/>
      </w:pPr>
      <w:r>
        <w:t>بھول جائیں گے اور صرف بس آپ مائنڈ میں صرف ٹائیگر، ٹائیگر، ٹائیگر ہوگا۔</w:t>
      </w:r>
    </w:p>
    <w:p>
      <w:r>
        <w:rPr>
          <w:b/>
        </w:rPr>
        <w:t xml:space="preserve">[48:48] </w:t>
      </w:r>
      <w:r>
        <w:t>bas yeh hai soul concern.</w:t>
      </w:r>
    </w:p>
    <w:p>
      <w:pPr>
        <w:jc w:val="right"/>
      </w:pPr>
      <w:r>
        <w:t>بس یہ ہے سول کنسرن۔</w:t>
      </w:r>
    </w:p>
    <w:p>
      <w:r>
        <w:rPr>
          <w:b/>
        </w:rPr>
        <w:t xml:space="preserve">[48:50] </w:t>
      </w:r>
      <w:r>
        <w:t>to eman agar sacha eman ho to kya hoga? Khuda aap ka soul concern ban jayega.</w:t>
      </w:r>
    </w:p>
    <w:p>
      <w:pPr>
        <w:jc w:val="right"/>
      </w:pPr>
      <w:r>
        <w:t>تو ایمان اگر سچا ایمان ہو تو کیا ہوگا؟ خدا آپ کا سول کنسرن بن جائے گا۔</w:t>
      </w:r>
    </w:p>
    <w:p>
      <w:r>
        <w:rPr>
          <w:b/>
        </w:rPr>
        <w:t xml:space="preserve">[48:57] </w:t>
      </w:r>
      <w:r>
        <w:t>is ko quran mein do lafzon mein bata diya gaya hai, do lafzon mein.</w:t>
      </w:r>
    </w:p>
    <w:p>
      <w:pPr>
        <w:jc w:val="right"/>
      </w:pPr>
      <w:r>
        <w:t>اس کو قرآن میں دو لفظوں میں بتا دیا گیا ہے، دو शब्दوں میں۔</w:t>
      </w:r>
    </w:p>
    <w:p>
      <w:r>
        <w:rPr>
          <w:b/>
        </w:rPr>
        <w:t xml:space="preserve">[49:03] </w:t>
      </w:r>
      <w:r>
        <w:t>ek hai "waru wal lazina aman u ashadd hubba lil laah" wal lazina aman u ashadd hubba lil laah.</w:t>
      </w:r>
    </w:p>
    <w:p>
      <w:pPr>
        <w:jc w:val="right"/>
      </w:pPr>
      <w:r>
        <w:t>ایک ہے "ورس والذین آمنوا اشد حبا للہ" والذین آمنوا اشد حبا للہ۔</w:t>
      </w:r>
    </w:p>
    <w:p>
      <w:r>
        <w:rPr>
          <w:b/>
        </w:rPr>
        <w:t xml:space="preserve">[49:09] </w:t>
      </w:r>
      <w:r>
        <w:t>aur jo log Khuda par eman late hain, woh sab se zyada mohabbat Khuda se karte hain.</w:t>
      </w:r>
    </w:p>
    <w:p>
      <w:pPr>
        <w:jc w:val="right"/>
      </w:pPr>
      <w:r>
        <w:t>اور جو لوگ خدا پر ایمان لاتے ہیں، وہ سب سے زیادہ محبت خدا سے کرتے ہیں۔</w:t>
      </w:r>
    </w:p>
    <w:p>
      <w:r>
        <w:rPr>
          <w:b/>
        </w:rPr>
        <w:t xml:space="preserve">[49:16] </w:t>
      </w:r>
      <w:r>
        <w:t>ashadd hubba lil laah sab se zyada mohabbat un ko Khuda se ho jati hai.</w:t>
      </w:r>
    </w:p>
    <w:p>
      <w:pPr>
        <w:jc w:val="right"/>
      </w:pPr>
      <w:r>
        <w:t>اشد حبا للہ سب سے زیادہ محبت ان کو خدا سے ہو جاتی ہے۔</w:t>
      </w:r>
    </w:p>
    <w:p>
      <w:r>
        <w:rPr>
          <w:b/>
        </w:rPr>
        <w:t xml:space="preserve">[49:22] </w:t>
      </w:r>
      <w:r>
        <w:t>aisi ek aur ayat hai "wa lam yakhsha illa laah" ke jab eman aa jata hai to Khuda ke</w:t>
      </w:r>
    </w:p>
    <w:p>
      <w:pPr>
        <w:jc w:val="right"/>
      </w:pPr>
      <w:r>
        <w:t>ایسی ایک اور آیت ہے "ولم یخش الا اللہ" کہ جب ایمان آ جاتا ہے تو خدا کے</w:t>
      </w:r>
    </w:p>
    <w:p>
      <w:r>
        <w:rPr>
          <w:b/>
        </w:rPr>
        <w:t xml:space="preserve">[49:30] </w:t>
      </w:r>
      <w:r>
        <w:t>siwa kisi ka darr nahi un ke dil mein reh jata.</w:t>
      </w:r>
    </w:p>
    <w:p>
      <w:pPr>
        <w:jc w:val="right"/>
      </w:pPr>
      <w:r>
        <w:t>سوا کسی کا ڈر نہیں ان کے دل میں رہ جاتا۔</w:t>
      </w:r>
    </w:p>
    <w:p>
      <w:r>
        <w:rPr>
          <w:b/>
        </w:rPr>
        <w:t xml:space="preserve">[49:35] </w:t>
      </w:r>
      <w:r>
        <w:t>un ke darr sirf Khuda ke liye ho jati hai.</w:t>
      </w:r>
    </w:p>
    <w:p>
      <w:pPr>
        <w:jc w:val="right"/>
      </w:pPr>
      <w:r>
        <w:t>ان کے ڈر صرف خدا کے لیے ہو جاتی ہے۔</w:t>
      </w:r>
    </w:p>
    <w:p>
      <w:r>
        <w:rPr>
          <w:b/>
        </w:rPr>
        <w:t xml:space="preserve">[49:39] </w:t>
      </w:r>
      <w:r>
        <w:t>to gaya ke pehchan kya hui eman ki? Dil mein sirf ek Khuda ki mohabbat aa jana aur</w:t>
      </w:r>
    </w:p>
    <w:p>
      <w:pPr>
        <w:jc w:val="right"/>
      </w:pPr>
      <w:r>
        <w:t>تو گیا کہ پہچان کیا ہوئی ایمان کی؟ دل میں صرف ایک خدا کی محبت آ جانا اور</w:t>
      </w:r>
    </w:p>
    <w:p>
      <w:r>
        <w:rPr>
          <w:b/>
        </w:rPr>
        <w:t xml:space="preserve">[49:47] </w:t>
      </w:r>
      <w:r>
        <w:t>dil mein sirf ek Khuda ka darr aa jana.</w:t>
      </w:r>
    </w:p>
    <w:p>
      <w:pPr>
        <w:jc w:val="right"/>
      </w:pPr>
      <w:r>
        <w:t>دل میں صرف ایک خدا کا ڈر آ جانا۔</w:t>
      </w:r>
    </w:p>
    <w:p>
      <w:r>
        <w:rPr>
          <w:b/>
        </w:rPr>
        <w:t xml:space="preserve">[49:51] </w:t>
      </w:r>
      <w:r>
        <w:t>yeh hai marifat wala eman.</w:t>
      </w:r>
    </w:p>
    <w:p>
      <w:pPr>
        <w:jc w:val="right"/>
      </w:pPr>
      <w:r>
        <w:t>یہ ہے معرفت والا ایمان۔</w:t>
      </w:r>
    </w:p>
    <w:p>
      <w:r>
        <w:rPr>
          <w:b/>
        </w:rPr>
        <w:t xml:space="preserve">[49:53] </w:t>
      </w:r>
      <w:r>
        <w:t>yeh hai marifat wala eman.</w:t>
      </w:r>
    </w:p>
    <w:p>
      <w:pPr>
        <w:jc w:val="right"/>
      </w:pPr>
      <w:r>
        <w:t>یہ ہے معرفت والا ایمان۔</w:t>
      </w:r>
    </w:p>
    <w:p>
      <w:r>
        <w:rPr>
          <w:b/>
        </w:rPr>
        <w:t xml:space="preserve">[49:55] </w:t>
      </w:r>
      <w:r>
        <w:t>to isi ko unhon ne bayan kiya ke agar aap ja rahe hain note le kar khushi khushi</w:t>
      </w:r>
    </w:p>
    <w:p>
      <w:pPr>
        <w:jc w:val="right"/>
      </w:pPr>
      <w:r>
        <w:t>تو اسی کو انہوں نے بیان کیا کہ اگر آپ جا رہے ہیں نوٹ لے کر خوشی خوشی</w:t>
      </w:r>
    </w:p>
    <w:p>
      <w:r>
        <w:rPr>
          <w:b/>
        </w:rPr>
        <w:t xml:space="preserve">[50:03] </w:t>
      </w:r>
      <w:r>
        <w:t>to bank ke kehne ke baad note be qeemat ho jata hai, sirf ek paper ban jata hai.</w:t>
      </w:r>
    </w:p>
    <w:p>
      <w:pPr>
        <w:jc w:val="right"/>
      </w:pPr>
      <w:r>
        <w:t>تو بینک کے کہنے کے بعد نوٹ بے قیمت ہو جاتا ہے، صرف ایک پیپر بن جاتا ہے۔</w:t>
      </w:r>
    </w:p>
    <w:p>
      <w:r>
        <w:rPr>
          <w:b/>
        </w:rPr>
        <w:t xml:space="preserve">[50:10] </w:t>
      </w:r>
      <w:r>
        <w:t>woh to Khuda ke haan jo eman le kar ja rahe hain, aap to Khuda agar keh de</w:t>
      </w:r>
    </w:p>
    <w:p>
      <w:pPr>
        <w:jc w:val="right"/>
      </w:pPr>
      <w:r>
        <w:t>وہ تو خدا کے ہاں جو ایمان لے کر جا رہے ہیں، آپ تو خدا اگر کہہ دے</w:t>
      </w:r>
    </w:p>
    <w:p>
      <w:r>
        <w:rPr>
          <w:b/>
        </w:rPr>
        <w:t xml:space="preserve">[50:18] </w:t>
      </w:r>
      <w:r>
        <w:t>ke tumhara eman to woh nahi hai jis ki yahan value ho to aap ka eman kya rahe</w:t>
      </w:r>
    </w:p>
    <w:p>
      <w:pPr>
        <w:jc w:val="right"/>
      </w:pPr>
      <w:r>
        <w:t>کہ تمہارا ایمان تو وہ نہیں ہے جس کی یہاں ویلیو ہو تو آپ کا ایمان کیا رہے</w:t>
      </w:r>
    </w:p>
    <w:p>
      <w:r>
        <w:rPr>
          <w:b/>
        </w:rPr>
        <w:t xml:space="preserve">[50:26] </w:t>
      </w:r>
      <w:r>
        <w:t>ga? Kuch bhi nahi rahe ga, kuch bhi nahi rahe ga.</w:t>
      </w:r>
    </w:p>
    <w:p>
      <w:pPr>
        <w:jc w:val="right"/>
      </w:pPr>
      <w:r>
        <w:t>گا؟ کچھ بھی نہیں رہے گا، کچھ بھی نہیں رہے گا۔</w:t>
      </w:r>
    </w:p>
    <w:p>
      <w:r>
        <w:rPr>
          <w:b/>
        </w:rPr>
        <w:t xml:space="preserve">[50:30] </w:t>
      </w:r>
      <w:r>
        <w:t>to yeh aaj yeh sari jo baatein hain, yeh bohat zyada sochne ki baatein hain, bohat zyada sochne</w:t>
      </w:r>
    </w:p>
    <w:p>
      <w:pPr>
        <w:jc w:val="right"/>
      </w:pPr>
      <w:r>
        <w:t>تو یہ آج یہ ساری جو باتیں ہیں، یہ بہت زیادہ سوچنے کی باتیں ہیں، بہت زیادہ سوچنے</w:t>
      </w:r>
    </w:p>
    <w:p>
      <w:r>
        <w:rPr>
          <w:b/>
        </w:rPr>
        <w:t xml:space="preserve">[50:38] </w:t>
      </w:r>
      <w:r>
        <w:t>ki baatein hain.</w:t>
      </w:r>
    </w:p>
    <w:p>
      <w:pPr>
        <w:jc w:val="right"/>
      </w:pPr>
      <w:r>
        <w:t>کی باتیں ہیں۔</w:t>
      </w:r>
    </w:p>
    <w:p>
      <w:r>
        <w:rPr>
          <w:b/>
        </w:rPr>
        <w:t xml:space="preserve">[50:40] </w:t>
      </w:r>
      <w:r>
        <w:t>humein sochna chahiye ke kya hamara imaan woh imaan bana hai jis ko marifat wala imaan kaha gaya</w:t>
      </w:r>
    </w:p>
    <w:p>
      <w:pPr>
        <w:jc w:val="right"/>
      </w:pPr>
      <w:r>
        <w:t>ہمیں سوچنا چاہیے کہ کیا ہمارا ایمان وہ ایمان بنا ہے جس کو معرفت والا ایمان کہا گیا</w:t>
      </w:r>
    </w:p>
    <w:p>
      <w:r>
        <w:rPr>
          <w:b/>
        </w:rPr>
        <w:t xml:space="preserve">[50:47] </w:t>
      </w:r>
      <w:r>
        <w:t>hai? kya hamara imaan woh imaan bana bana hai jo Khuda ke haan accept kiya jaye? kya hamara</w:t>
      </w:r>
    </w:p>
    <w:p>
      <w:pPr>
        <w:jc w:val="right"/>
      </w:pPr>
      <w:r>
        <w:t>ہے؟ کیا ہمارا ایمان وہ ایمان بنا بنا ہے جو خدا کے ہاں ایکسیپٹ کیا جائے؟ کیا ہمارا</w:t>
      </w:r>
    </w:p>
    <w:p>
      <w:r>
        <w:rPr>
          <w:b/>
        </w:rPr>
        <w:t xml:space="preserve">[50:55] </w:t>
      </w:r>
      <w:r>
        <w:t>imaan woh imaan bana? kya hamara imaan woh imaan bana hai jo jannat ka certificate ban jaye aakhirat</w:t>
      </w:r>
    </w:p>
    <w:p>
      <w:pPr>
        <w:jc w:val="right"/>
      </w:pPr>
      <w:r>
        <w:t>ایمان وہ ایمان بنا؟ کیا ہمارا ایمان وہ ایمان بنا ہے جو جنت کا سرٹیفیکیٹ بن جائے آخرت</w:t>
      </w:r>
    </w:p>
    <w:p>
      <w:r>
        <w:rPr>
          <w:b/>
        </w:rPr>
        <w:t xml:space="preserve">[51:03] </w:t>
      </w:r>
      <w:r>
        <w:t>mein? bohat ziyada sochne ki baat hai.</w:t>
      </w:r>
    </w:p>
    <w:p>
      <w:pPr>
        <w:jc w:val="right"/>
      </w:pPr>
      <w:r>
        <w:t>میں؟ بہت زیادہ سوچنے کی بات ہے۔</w:t>
      </w:r>
    </w:p>
    <w:p>
      <w:r>
        <w:rPr>
          <w:b/>
        </w:rPr>
        <w:t xml:space="preserve">[51:06] </w:t>
      </w:r>
      <w:r>
        <w:t>aadmi khud hi apne baray mein soch kar jaan sakta hai, koi doosra aap ko bata nahi sakta.</w:t>
      </w:r>
    </w:p>
    <w:p>
      <w:pPr>
        <w:jc w:val="right"/>
      </w:pPr>
      <w:r>
        <w:t>آدمی خود ہی اپنے بارے میں سوچ کر جان سکتا ہے، کوئی دوسرا آپ کو بتا نہیں سکتا۔</w:t>
      </w:r>
    </w:p>
    <w:p>
      <w:r>
        <w:rPr>
          <w:b/>
        </w:rPr>
        <w:t xml:space="preserve">[51:13] </w:t>
      </w:r>
      <w:r>
        <w:t>yeh baatein jo hain, aadmi khud soche to jaan lega, introspection kare to jaan lega.</w:t>
      </w:r>
    </w:p>
    <w:p>
      <w:pPr>
        <w:jc w:val="right"/>
      </w:pPr>
      <w:r>
        <w:t>یہ باتیں جو ہیں، آدمی خود سوچے تو جان لے گا، انٹراسپیکشن کرے تو جان لے گا۔</w:t>
      </w:r>
    </w:p>
    <w:p>
      <w:r>
        <w:rPr>
          <w:b/>
        </w:rPr>
        <w:t xml:space="preserve">[51:21] </w:t>
      </w:r>
      <w:r>
        <w:t>woh koi doosra aadmi kya bataye ga aap ko? woh to kuch nahi bata sakta.</w:t>
      </w:r>
    </w:p>
    <w:p>
      <w:pPr>
        <w:jc w:val="right"/>
      </w:pPr>
      <w:r>
        <w:t>وہ کوئی دوسرا آدمی کیا بتائے گا آپ کو؟ وہ تو کچھ نہیں بتا سکتا۔</w:t>
      </w:r>
    </w:p>
    <w:p>
      <w:r>
        <w:rPr>
          <w:b/>
        </w:rPr>
        <w:t xml:space="preserve">[51:27] </w:t>
      </w:r>
      <w:r>
        <w:t>to yaad rakhiye, insaan ko yeh duniya mein jo mauqa diya gaya hai, woh sirf ek baar ka</w:t>
      </w:r>
    </w:p>
    <w:p>
      <w:pPr>
        <w:jc w:val="right"/>
      </w:pPr>
      <w:r>
        <w:t>تو یاد رکھیے، انسان کو یہ دنیا میں جو موقع دیا گیا ہے، وہ صرف ایک بار کا</w:t>
      </w:r>
    </w:p>
    <w:p>
      <w:r>
        <w:rPr>
          <w:b/>
        </w:rPr>
        <w:t xml:space="preserve">[51:35] </w:t>
      </w:r>
      <w:r>
        <w:t>mauqa hai.</w:t>
      </w:r>
    </w:p>
    <w:p>
      <w:pPr>
        <w:jc w:val="right"/>
      </w:pPr>
      <w:r>
        <w:t>موقع ہے۔</w:t>
      </w:r>
    </w:p>
    <w:p>
      <w:r>
        <w:rPr>
          <w:b/>
        </w:rPr>
        <w:t xml:space="preserve">[51:36] </w:t>
      </w:r>
      <w:r>
        <w:t>yeh paida hue, kuch din duniya mein rahe aur phir chale gaye is duniya se.</w:t>
      </w:r>
    </w:p>
    <w:p>
      <w:pPr>
        <w:jc w:val="right"/>
      </w:pPr>
      <w:r>
        <w:t>یہ پیدا ہوئے، کچھ دن دنیا میں رہے اور پھر چلے گئے اس دنیا سے۔</w:t>
      </w:r>
    </w:p>
    <w:p>
      <w:r>
        <w:rPr>
          <w:b/>
        </w:rPr>
        <w:t xml:space="preserve">[51:43] </w:t>
      </w:r>
      <w:r>
        <w:t>ab phir woh lotna nahi hota, phir wahan se lot kar yahan aana nahi hai.</w:t>
      </w:r>
    </w:p>
    <w:p>
      <w:pPr>
        <w:jc w:val="right"/>
      </w:pPr>
      <w:r>
        <w:t>اب پھر وہ لوٹنا نہیں ہوتا، پھر وہاں سے لوٹ کر یہاں آنا نہیں ہے۔</w:t>
      </w:r>
    </w:p>
    <w:p>
      <w:r>
        <w:rPr>
          <w:b/>
        </w:rPr>
        <w:t xml:space="preserve">[51:49] </w:t>
      </w:r>
      <w:r>
        <w:t>to kitna ziyada yeh rizqi mamla hai.</w:t>
      </w:r>
    </w:p>
    <w:p>
      <w:pPr>
        <w:jc w:val="right"/>
      </w:pPr>
      <w:r>
        <w:t>تو کتنا زیادہ یہ رزقی معاملہ ہے۔</w:t>
      </w:r>
    </w:p>
    <w:p>
      <w:r>
        <w:rPr>
          <w:b/>
        </w:rPr>
        <w:t xml:space="preserve">[51:52] </w:t>
      </w:r>
      <w:r>
        <w:t>aaj mein subah soch raha tha apne kai sathiyon ko jo mujh se kuch baray bhi thay, to</w:t>
      </w:r>
    </w:p>
    <w:p>
      <w:pPr>
        <w:jc w:val="right"/>
      </w:pPr>
      <w:r>
        <w:t>آج میں صبح سوچ رہا تھا اپنے کئی ساتھیوں کو جو مجھ سے کچھ بڑے بھی تھے، تو</w:t>
      </w:r>
    </w:p>
    <w:p>
      <w:r>
        <w:rPr>
          <w:b/>
        </w:rPr>
        <w:t xml:space="preserve">[52:00] </w:t>
      </w:r>
      <w:r>
        <w:t>un ko naam le le kar mein ne socha ke dekho, falan aadmi is ki death ho gayi,</w:t>
      </w:r>
    </w:p>
    <w:p>
      <w:pPr>
        <w:jc w:val="right"/>
      </w:pPr>
      <w:r>
        <w:t>ان کو نام لے لے کر میں نے سوچا کہ دیکھو، فلاں آدمی اس کی ڈیتھ ہو گئی،</w:t>
      </w:r>
    </w:p>
    <w:p>
      <w:r>
        <w:rPr>
          <w:b/>
        </w:rPr>
        <w:t xml:space="preserve">[52:08] </w:t>
      </w:r>
      <w:r>
        <w:t>falan aadmi is ki death ho gayi, falan aadmi is ki death ho gayi.</w:t>
      </w:r>
    </w:p>
    <w:p>
      <w:pPr>
        <w:jc w:val="right"/>
      </w:pPr>
      <w:r>
        <w:t>فلاں آدمی اس کی ڈیتھ ہو گئی، فلاں آدمی اس کی ڈیتھ ہو گئی۔</w:t>
      </w:r>
    </w:p>
    <w:p>
      <w:r>
        <w:rPr>
          <w:b/>
        </w:rPr>
        <w:t xml:space="preserve">[52:14] </w:t>
      </w:r>
      <w:r>
        <w:t>to kai naam aisay mere zehn mein aaye jo aaj duniya mein maujood nahi hain.</w:t>
      </w:r>
    </w:p>
    <w:p>
      <w:pPr>
        <w:jc w:val="right"/>
      </w:pPr>
      <w:r>
        <w:t>تو کئی نام ایسے میرے ذہن میں آئے جو آج دنیا میں موجود نہیں ہیں۔</w:t>
      </w:r>
    </w:p>
    <w:p>
      <w:r>
        <w:rPr>
          <w:b/>
        </w:rPr>
        <w:t xml:space="preserve">[52:20] </w:t>
      </w:r>
      <w:r>
        <w:t>ab mein ne socha ke dekhiye, yeh log eternity mein dakhil ho gaye.</w:t>
      </w:r>
    </w:p>
    <w:p>
      <w:pPr>
        <w:jc w:val="right"/>
      </w:pPr>
      <w:r>
        <w:t>اب میں نے سوچا کہ دیکھیے، یہ لوگ ایٹرنیٹی میں داخل ہو گئے۔</w:t>
      </w:r>
    </w:p>
    <w:p>
      <w:r>
        <w:rPr>
          <w:b/>
        </w:rPr>
        <w:t xml:space="preserve">[52:26] </w:t>
      </w:r>
      <w:r>
        <w:t>yeh duniya jo thi, yeh to ek temporary duniya thi, temporary.</w:t>
      </w:r>
    </w:p>
    <w:p>
      <w:pPr>
        <w:jc w:val="right"/>
      </w:pPr>
      <w:r>
        <w:t>یہ دنیا جو تھی، یہ تو ایک ٹیمپرری دنیا تھی، ٹیمپرری۔</w:t>
      </w:r>
    </w:p>
    <w:p>
      <w:r>
        <w:rPr>
          <w:b/>
        </w:rPr>
        <w:t xml:space="preserve">[52:30] </w:t>
      </w:r>
      <w:r>
        <w:t>is ke baad jo hai, woh to eternity hai.</w:t>
      </w:r>
    </w:p>
    <w:p>
      <w:pPr>
        <w:jc w:val="right"/>
      </w:pPr>
      <w:r>
        <w:t>اس کے بعد جو ہے، وہ تو ایٹرنیٹی ہے۔</w:t>
      </w:r>
    </w:p>
    <w:p>
      <w:r>
        <w:rPr>
          <w:b/>
        </w:rPr>
        <w:t xml:space="preserve">[52:34] </w:t>
      </w:r>
      <w:r>
        <w:t>is duniya se aadmi kuch bhi le kar nahi jata, sab kuch chor kar jata hai.</w:t>
      </w:r>
    </w:p>
    <w:p>
      <w:pPr>
        <w:jc w:val="right"/>
      </w:pPr>
      <w:r>
        <w:t>اس دنیا سے آدمی کچھ بھی لے کر نہیں جاتا، سب کچھ چھوڑ کے جاتا ہے۔</w:t>
      </w:r>
    </w:p>
    <w:p>
      <w:r>
        <w:rPr>
          <w:b/>
        </w:rPr>
        <w:t xml:space="preserve">[52:41] </w:t>
      </w:r>
      <w:r>
        <w:t>to wahan par jab jaye ga aadmi, kitna anokha maloom hoga ke sab kuch jo tha mere paas,</w:t>
      </w:r>
    </w:p>
    <w:p>
      <w:pPr>
        <w:jc w:val="right"/>
      </w:pPr>
      <w:r>
        <w:t>تو وہاں پر جب جائے گا آدمی، کتنا انوکھا معلوم ہوگا کہ سب کچھ جو تھا میرے پاس،</w:t>
      </w:r>
    </w:p>
    <w:p>
      <w:r>
        <w:rPr>
          <w:b/>
        </w:rPr>
        <w:t xml:space="preserve">[52:49] </w:t>
      </w:r>
      <w:r>
        <w:t>sab chhoot gaya.</w:t>
      </w:r>
    </w:p>
    <w:p>
      <w:pPr>
        <w:jc w:val="right"/>
      </w:pPr>
      <w:r>
        <w:t>سب چھوٹ گیا۔</w:t>
      </w:r>
    </w:p>
    <w:p>
      <w:r>
        <w:rPr>
          <w:b/>
        </w:rPr>
        <w:t xml:space="preserve">[52:50] </w:t>
      </w:r>
      <w:r>
        <w:t>car bhi chhoot gayi, building bhi chhoot gayi, bank balance bhi chhoot gaya, friends bhi chhoot gaye, aulad</w:t>
      </w:r>
    </w:p>
    <w:p>
      <w:pPr>
        <w:jc w:val="right"/>
      </w:pPr>
      <w:r>
        <w:t>کار بھی چھوٹ گئی، بلڈنگ بھی چھوٹ گئی، بینک بیلنس بھی چھوٹ گیا، فرینڈز بھی چھوٹ گئے، اولاد</w:t>
      </w:r>
    </w:p>
    <w:p>
      <w:r>
        <w:rPr>
          <w:b/>
        </w:rPr>
        <w:t xml:space="preserve">[52:58] </w:t>
      </w:r>
      <w:r>
        <w:t>aur family bhi chhoot gayi.</w:t>
      </w:r>
    </w:p>
    <w:p>
      <w:pPr>
        <w:jc w:val="right"/>
      </w:pPr>
      <w:r>
        <w:t>اور فیملی بھی چھوٹ گئی۔</w:t>
      </w:r>
    </w:p>
    <w:p>
      <w:r>
        <w:rPr>
          <w:b/>
        </w:rPr>
        <w:t xml:space="preserve">[53:00] </w:t>
      </w:r>
      <w:r>
        <w:t>ek dam akela to kaisa anokha experience hoga.</w:t>
      </w:r>
    </w:p>
    <w:p>
      <w:pPr>
        <w:jc w:val="right"/>
      </w:pPr>
      <w:r>
        <w:t>ایک دم اکیلا تو کیسا انوکھا ایکسپیرینس ہوگا۔</w:t>
      </w:r>
    </w:p>
    <w:p>
      <w:r>
        <w:rPr>
          <w:b/>
        </w:rPr>
        <w:t xml:space="preserve">[53:04] </w:t>
      </w:r>
      <w:r>
        <w:t>to bible mein hai ke abad tak rona aur dant peesna hoga.</w:t>
      </w:r>
    </w:p>
    <w:p>
      <w:pPr>
        <w:jc w:val="right"/>
      </w:pPr>
      <w:r>
        <w:t>تو بائبل میں ہے کہ ابد تک رونا اور دانت پیسنا ہوگا۔</w:t>
      </w:r>
    </w:p>
    <w:p>
      <w:r>
        <w:rPr>
          <w:b/>
        </w:rPr>
        <w:t xml:space="preserve">[53:09] </w:t>
      </w:r>
      <w:r>
        <w:t>yani jo log wahan par is tarah pohanche ke unke paas sacha iman na ho, yani woh</w:t>
      </w:r>
    </w:p>
    <w:p>
      <w:pPr>
        <w:jc w:val="right"/>
      </w:pPr>
      <w:r>
        <w:t>یعنی جو لوگ وہاں پر اس طرح پہنچے کہ ان کے پاس سچا ایمان نہ ہو، یعنی وہ</w:t>
      </w:r>
    </w:p>
    <w:p>
      <w:r>
        <w:rPr>
          <w:b/>
        </w:rPr>
        <w:t xml:space="preserve">[53:16] </w:t>
      </w:r>
      <w:r>
        <w:t>iman jo wahan jis ki price thehre, Khuda ki adalat mein jis ki price thehre, woh iman to</w:t>
      </w:r>
    </w:p>
    <w:p>
      <w:pPr>
        <w:jc w:val="right"/>
      </w:pPr>
      <w:r>
        <w:t>ایمان جو وہاں جس کی پرائس ٹھہرے، خدا کی عدالت میں جس کی پرائس ٹھہرے، وہ ایمان تو</w:t>
      </w:r>
    </w:p>
    <w:p>
      <w:r>
        <w:rPr>
          <w:b/>
        </w:rPr>
        <w:t xml:space="preserve">[53:24] </w:t>
      </w:r>
      <w:r>
        <w:t>pata nahin ke is ka kya haal hoga.</w:t>
      </w:r>
    </w:p>
    <w:p>
      <w:pPr>
        <w:jc w:val="right"/>
      </w:pPr>
      <w:r>
        <w:t>پتہ نہیں کہ اس کا کیا حال ہوگا۔</w:t>
      </w:r>
    </w:p>
    <w:p>
      <w:r>
        <w:rPr>
          <w:b/>
        </w:rPr>
        <w:t xml:space="preserve">[53:28] </w:t>
      </w:r>
      <w:r>
        <w:t>یہ دنیا میں دیکھیں، جب لوگوں کو ملتا ہے سامان تو unconsciously وہ سمجھنے لگتے ہیں کہ یہ</w:t>
      </w:r>
    </w:p>
    <w:p>
      <w:pPr>
        <w:jc w:val="right"/>
      </w:pPr>
      <w:r>
        <w:t>یہ دنیا میں دیکھیں، جب لوگوں کو ملتا ہے سامان تو انکانسشیسلی وہ سمجھنے لگتے ہیں کہ یہ</w:t>
      </w:r>
    </w:p>
    <w:p>
      <w:r>
        <w:rPr>
          <w:b/>
        </w:rPr>
        <w:t xml:space="preserve">[53:35] </w:t>
      </w:r>
      <w:r>
        <w:t>sab kuch hum hamein hasil hai, hasil rahega.</w:t>
      </w:r>
    </w:p>
    <w:p>
      <w:pPr>
        <w:jc w:val="right"/>
      </w:pPr>
      <w:r>
        <w:t>سب کچھ ہم ہمیں حاصل ہے، حاصل رہے گا۔</w:t>
      </w:r>
    </w:p>
    <w:p>
      <w:r>
        <w:rPr>
          <w:b/>
        </w:rPr>
        <w:t xml:space="preserve">[53:39] </w:t>
      </w:r>
      <w:r>
        <w:t>اس کو پرماننٹ سمجھ لیتے ہیں، وہ unconsciously۔</w:t>
      </w:r>
    </w:p>
    <w:p>
      <w:pPr>
        <w:jc w:val="right"/>
      </w:pPr>
      <w:r>
        <w:t>اس کو پرماننٹ سمجھ لیتے ہیں، وہ انکانسشیسلی۔</w:t>
      </w:r>
    </w:p>
    <w:p>
      <w:r>
        <w:rPr>
          <w:b/>
        </w:rPr>
        <w:t xml:space="preserve">[53:43] </w:t>
      </w:r>
      <w:r>
        <w:t>yani aap ko sab cheez mil gayi, aap ko health mili, aap ko family mili, aap ko building</w:t>
      </w:r>
    </w:p>
    <w:p>
      <w:pPr>
        <w:jc w:val="right"/>
      </w:pPr>
      <w:r>
        <w:t>یعنی آپ کو سب چیز مل گئی، آپ کو ہیلتھ ملی، آپ کو فیملی ملی، آپ کو بلڈنگ</w:t>
      </w:r>
    </w:p>
    <w:p>
      <w:r>
        <w:rPr>
          <w:b/>
        </w:rPr>
        <w:t xml:space="preserve">[53:50] </w:t>
      </w:r>
      <w:r>
        <w:t>mili, aap ko car mili, sab cheez, sab cheez, sab cheez.</w:t>
      </w:r>
    </w:p>
    <w:p>
      <w:pPr>
        <w:jc w:val="right"/>
      </w:pPr>
      <w:r>
        <w:t>ملی، آپ کو کار ملی، سب چیز، سب چیز، سب چیز۔</w:t>
      </w:r>
    </w:p>
    <w:p>
      <w:r>
        <w:rPr>
          <w:b/>
        </w:rPr>
        <w:t xml:space="preserve">[53:55] </w:t>
      </w:r>
      <w:r>
        <w:t>تو اس میں جب آپ رہنے لگتے ہیں تو unconsciously یہ مائنڈ بن جاتا ہے کہ یہ سب</w:t>
      </w:r>
    </w:p>
    <w:p>
      <w:pPr>
        <w:jc w:val="right"/>
      </w:pPr>
      <w:r>
        <w:t>تو اس میں جب آپ رہنے لگتے ہیں تو انکانسشیسلی یہ مائنڈ بن جاتا ہے کہ یہ سب</w:t>
      </w:r>
    </w:p>
    <w:p>
      <w:r>
        <w:rPr>
          <w:b/>
        </w:rPr>
        <w:t xml:space="preserve">[54:03] </w:t>
      </w:r>
      <w:r>
        <w:t>hamara hai, hamara rahega, yeh cheezein hamari, hamare sath rahengi.</w:t>
      </w:r>
    </w:p>
    <w:p>
      <w:pPr>
        <w:jc w:val="right"/>
      </w:pPr>
      <w:r>
        <w:t>ہمارا ہے، ہمارا رہے گا، یہ چیزیں ہماری، ہمارے ساتھ رہیں گی۔</w:t>
      </w:r>
    </w:p>
    <w:p>
      <w:r>
        <w:rPr>
          <w:b/>
        </w:rPr>
        <w:t xml:space="preserve">[54:08] </w:t>
      </w:r>
      <w:r>
        <w:t>to jab death hoti hai, death to achanak pata chalta hai ke af, woh mein kehti hoon, bari</w:t>
      </w:r>
    </w:p>
    <w:p>
      <w:pPr>
        <w:jc w:val="right"/>
      </w:pPr>
      <w:r>
        <w:t>تو جب ڈیتھ ہوتی ہے، ڈیتھ تو اچانک پتہ چلتا ہے کہ اف، وہ میں کہتی ہوں، بڑی</w:t>
      </w:r>
    </w:p>
    <w:p>
      <w:r>
        <w:rPr>
          <w:b/>
        </w:rPr>
        <w:t xml:space="preserve">[54:16] </w:t>
      </w:r>
      <w:r>
        <w:t>bhool mein tha, kehti hoon, bari bhool mein tha, yeh to sab kuch chhoot gaya, sab kuch chhoot</w:t>
      </w:r>
    </w:p>
    <w:p>
      <w:pPr>
        <w:jc w:val="right"/>
      </w:pPr>
      <w:r>
        <w:t>بھول میں تھا، کہتی ہوں، بڑی بھول میں تھا، یہ تو سب کچھ چھوٹ گیا، سب کچھ چھوٹ</w:t>
      </w:r>
    </w:p>
    <w:p>
      <w:r>
        <w:rPr>
          <w:b/>
        </w:rPr>
        <w:t xml:space="preserve">[54:23] </w:t>
      </w:r>
      <w:r>
        <w:t>gaya, koi cheez mere sath nahin aayi, kis cheez ne mera sath nahin diya.</w:t>
      </w:r>
    </w:p>
    <w:p>
      <w:pPr>
        <w:jc w:val="right"/>
      </w:pPr>
      <w:r>
        <w:t>گیا، کوئی چیز میرے ساتھ نہیں آئی، کس چیز نے میرا ساتھ نہیں دیا۔</w:t>
      </w:r>
    </w:p>
    <w:p>
      <w:r>
        <w:rPr>
          <w:b/>
        </w:rPr>
        <w:t xml:space="preserve">[54:29] </w:t>
      </w:r>
      <w:r>
        <w:t>to yeh bohat ziyada sochne ki baat hai.</w:t>
      </w:r>
    </w:p>
    <w:p>
      <w:pPr>
        <w:jc w:val="right"/>
      </w:pPr>
      <w:r>
        <w:t>تو یہ بہت زیادہ سوچنے کی بات ہے۔</w:t>
      </w:r>
    </w:p>
    <w:p>
      <w:r>
        <w:rPr>
          <w:b/>
        </w:rPr>
        <w:t xml:space="preserve">[54:33] </w:t>
      </w:r>
      <w:r>
        <w:t>mere paas aik sahib aaye mere office mein, bohat hi itminan se unhone kaha ke shukar hai</w:t>
      </w:r>
    </w:p>
    <w:p>
      <w:pPr>
        <w:jc w:val="right"/>
      </w:pPr>
      <w:r>
        <w:t>میرے پاس ایک صاحب آئے میرے آفس میں، بہت ہی اطمینان سے انہوں نے کہا کہ شکر ہے</w:t>
      </w:r>
    </w:p>
    <w:p>
      <w:r>
        <w:rPr>
          <w:b/>
        </w:rPr>
        <w:t xml:space="preserve">[54:40] </w:t>
      </w:r>
      <w:r>
        <w:t>ke Allah ne hamein iman diya hai.</w:t>
      </w:r>
    </w:p>
    <w:p>
      <w:pPr>
        <w:jc w:val="right"/>
      </w:pPr>
      <w:r>
        <w:t>کہ اللہ نے ہمیں ایمان دیا ہے۔</w:t>
      </w:r>
    </w:p>
    <w:p>
      <w:r>
        <w:rPr>
          <w:b/>
        </w:rPr>
        <w:t xml:space="preserve">[54:43] </w:t>
      </w:r>
      <w:r>
        <w:t>iman jo hai, hamare jannat ki guarantee hai.</w:t>
      </w:r>
    </w:p>
    <w:p>
      <w:pPr>
        <w:jc w:val="right"/>
      </w:pPr>
      <w:r>
        <w:t>ایمان جو ہے، ہمارے جنت کی گارنٹی ہے۔</w:t>
      </w:r>
    </w:p>
    <w:p>
      <w:r>
        <w:rPr>
          <w:b/>
        </w:rPr>
        <w:t xml:space="preserve">[54:47] </w:t>
      </w:r>
      <w:r>
        <w:t>iman diya hai aur iman jannat ki guarantee hai.</w:t>
      </w:r>
    </w:p>
    <w:p>
      <w:pPr>
        <w:jc w:val="right"/>
      </w:pPr>
      <w:r>
        <w:t>ایمان دیا ہے اور ایمان جنت کی گارنٹی ہے۔</w:t>
      </w:r>
    </w:p>
    <w:p>
      <w:r>
        <w:rPr>
          <w:b/>
        </w:rPr>
        <w:t xml:space="preserve">[54:51] </w:t>
      </w:r>
      <w:r>
        <w:t>to mein sochne laga ke dekhiye, kitne bare bhram mein insan pada hua hai.</w:t>
      </w:r>
    </w:p>
    <w:p>
      <w:pPr>
        <w:jc w:val="right"/>
      </w:pPr>
      <w:r>
        <w:t>تو میں سوچنے لگا کہ دیکھیے، کتنے بڑے بھرم میں انسان پڑا ہوا ہے۔</w:t>
      </w:r>
    </w:p>
    <w:p>
      <w:r>
        <w:rPr>
          <w:b/>
        </w:rPr>
        <w:t xml:space="preserve">[54:57] </w:t>
      </w:r>
      <w:r>
        <w:t>iman is waqt iman hai jabke Khuda keh de ke haan, iman hai.</w:t>
      </w:r>
    </w:p>
    <w:p>
      <w:pPr>
        <w:jc w:val="right"/>
      </w:pPr>
      <w:r>
        <w:t>ایمان اس وقت ایمان ہے جبکہ خدا کہہ دے کہ ہاں، ایمان ہے۔</w:t>
      </w:r>
    </w:p>
    <w:p>
      <w:r>
        <w:rPr>
          <w:b/>
        </w:rPr>
        <w:t xml:space="preserve">[55:02] </w:t>
      </w:r>
      <w:r>
        <w:t>yeh jaise mein ne arz kiya ke note is waqt note hai jabke bank keh de ke haan,</w:t>
      </w:r>
    </w:p>
    <w:p>
      <w:pPr>
        <w:jc w:val="right"/>
      </w:pPr>
      <w:r>
        <w:t>یہ جیسے میں نے عرض کیا کہ نوٹ اس وقت نوٹ ہے جبکہ بینک کہہ دے کہ ہاں،</w:t>
      </w:r>
    </w:p>
    <w:p>
      <w:r>
        <w:rPr>
          <w:b/>
        </w:rPr>
        <w:t xml:space="preserve">[55:10] </w:t>
      </w:r>
      <w:r>
        <w:t>yeh note hai.</w:t>
      </w:r>
    </w:p>
    <w:p>
      <w:pPr>
        <w:jc w:val="right"/>
      </w:pPr>
      <w:r>
        <w:t>یہ نوٹ ہے۔</w:t>
      </w:r>
    </w:p>
    <w:p>
      <w:r>
        <w:rPr>
          <w:b/>
        </w:rPr>
        <w:t xml:space="preserve">[55:12] </w:t>
      </w:r>
      <w:r>
        <w:t>sahi bole, woh kaghaz ka purza hai.</w:t>
      </w:r>
    </w:p>
    <w:p>
      <w:pPr>
        <w:jc w:val="right"/>
      </w:pPr>
      <w:r>
        <w:t>صحیح بولے، وہ کاغذ کا پرزہ ہے۔</w:t>
      </w:r>
    </w:p>
    <w:p>
      <w:r>
        <w:rPr>
          <w:b/>
        </w:rPr>
        <w:t xml:space="preserve">[55:15] </w:t>
      </w:r>
      <w:r>
        <w:t>to yaad rakhiye, hamare apne manne se koi iman sacha iman nahin ban jata hai.</w:t>
      </w:r>
    </w:p>
    <w:p>
      <w:pPr>
        <w:jc w:val="right"/>
      </w:pPr>
      <w:r>
        <w:t>تو یاد رکھیے، ہمارے اپنے ماننے سے کوئی ایمان سچا ایمان نہیں بن جاتا ہے۔</w:t>
      </w:r>
    </w:p>
    <w:p>
      <w:r>
        <w:rPr>
          <w:b/>
        </w:rPr>
        <w:t xml:space="preserve">[55:21] </w:t>
      </w:r>
      <w:r>
        <w:t>Khuda jab certify karega us ko, tab woh iman iman banega.</w:t>
      </w:r>
    </w:p>
    <w:p>
      <w:pPr>
        <w:jc w:val="right"/>
      </w:pPr>
      <w:r>
        <w:t>خدا جب سرٹیفائی کرے گا اس کو، تب وہ ایمان ایمان بنے گا۔</w:t>
      </w:r>
    </w:p>
    <w:p>
      <w:r>
        <w:rPr>
          <w:b/>
        </w:rPr>
        <w:t xml:space="preserve">[55:27] </w:t>
      </w:r>
      <w:r>
        <w:t>اور یہ ہونے والا ہے post-death period میں، ڈیتھ کے بعد۔</w:t>
      </w:r>
    </w:p>
    <w:p>
      <w:pPr>
        <w:jc w:val="right"/>
      </w:pPr>
      <w:r>
        <w:t>اور یہ ہونے والا ہے پوسٹ ڈیتھ پیریڈ میں، ڈیتھ کے بعد۔</w:t>
      </w:r>
    </w:p>
    <w:p>
      <w:r>
        <w:rPr>
          <w:b/>
        </w:rPr>
        <w:t xml:space="preserve">[55:32] </w:t>
      </w:r>
      <w:r>
        <w:t>isi liye hadith mein aata hai ke "al-iman bayn al-rajā' wa al-khawf".</w:t>
      </w:r>
    </w:p>
    <w:p>
      <w:pPr>
        <w:jc w:val="right"/>
      </w:pPr>
      <w:r>
        <w:t>اسی لیے حدیث میں آتا ہے کہ "الایمان بین الرجاء والخوف"۔</w:t>
      </w:r>
    </w:p>
    <w:p>
      <w:r>
        <w:rPr>
          <w:b/>
        </w:rPr>
        <w:t xml:space="preserve">[55:36] </w:t>
      </w:r>
      <w:r>
        <w:t>"al-iman bayn al-rajā' wa al-khawf" yani iman jo hai, woh hope of fear ke beech mein hota hai.</w:t>
      </w:r>
    </w:p>
    <w:p>
      <w:pPr>
        <w:jc w:val="right"/>
      </w:pPr>
      <w:r>
        <w:t>"الایمان بین الرجاء والخوف" یعنی ایمان جو ہے، وہ ہوپ اف فیئر کے بیچ میں ہوتا ہے۔</w:t>
      </w:r>
    </w:p>
    <w:p>
      <w:r>
        <w:rPr>
          <w:b/>
        </w:rPr>
        <w:t xml:space="preserve">[55:44] </w:t>
      </w:r>
      <w:r>
        <w:t>hope of fear yani aik taraf to aap sochte hain ke bhai, main main ne iman qabool kiya</w:t>
      </w:r>
    </w:p>
    <w:p>
      <w:pPr>
        <w:jc w:val="right"/>
      </w:pPr>
      <w:r>
        <w:t>ہوپ اف فیئر یعنی ایک طرف تو آپ سوچتے ہیں کہ بھئی، میں میں نے ایمان قبول کیا</w:t>
      </w:r>
    </w:p>
    <w:p>
      <w:r>
        <w:rPr>
          <w:b/>
        </w:rPr>
        <w:t xml:space="preserve">[55:51] </w:t>
      </w:r>
      <w:r>
        <w:t>hai, main ne kalma parha hai.</w:t>
      </w:r>
    </w:p>
    <w:p>
      <w:pPr>
        <w:jc w:val="right"/>
      </w:pPr>
      <w:r>
        <w:t>ہے، میں نے کلمہ پڑھا ہے۔</w:t>
      </w:r>
    </w:p>
    <w:p>
      <w:r>
        <w:rPr>
          <w:b/>
        </w:rPr>
        <w:t xml:space="preserve">[55:54] </w:t>
      </w:r>
      <w:r>
        <w:t>doosri taraf yeh sochte hain ke khuda na manay to kya hoga? ke main to keh raha hoon</w:t>
      </w:r>
    </w:p>
    <w:p>
      <w:pPr>
        <w:jc w:val="right"/>
      </w:pPr>
      <w:r>
        <w:t>دوسری طرف یہ سوچتے ہیں کہ خدا نہ مانے تو کیا ہوگا؟ کہ میں تو کہہ رہا ہوں</w:t>
      </w:r>
    </w:p>
    <w:p>
      <w:r>
        <w:rPr>
          <w:b/>
        </w:rPr>
        <w:t xml:space="preserve">[56:02] </w:t>
      </w:r>
      <w:r>
        <w:t>ke main ne kalma parha hai, mere paas kalma hai.</w:t>
      </w:r>
    </w:p>
    <w:p>
      <w:pPr>
        <w:jc w:val="right"/>
      </w:pPr>
      <w:r>
        <w:t>کہ میں نے کلمہ پڑھا ہے، میرے پاس کلمہ ہے۔</w:t>
      </w:r>
    </w:p>
    <w:p>
      <w:r>
        <w:rPr>
          <w:b/>
        </w:rPr>
        <w:t xml:space="preserve">[56:06] </w:t>
      </w:r>
      <w:r>
        <w:t>lekin jab khuda us ko manay, tab to woh kalma hai, warna kuch nahin.</w:t>
      </w:r>
    </w:p>
    <w:p>
      <w:pPr>
        <w:jc w:val="right"/>
      </w:pPr>
      <w:r>
        <w:t>لیکن جب خدا اس کو مانے، تب تو وہ کلمہ ہے، ورنہ کچھ نہیں۔</w:t>
      </w:r>
    </w:p>
    <w:p>
      <w:r>
        <w:rPr>
          <w:b/>
        </w:rPr>
        <w:t xml:space="preserve">[56:12] </w:t>
      </w:r>
      <w:r>
        <w:t>to yeh woh cheez hai jis par hum ko bohat ziyada sochna chahiye.</w:t>
      </w:r>
    </w:p>
    <w:p>
      <w:pPr>
        <w:jc w:val="right"/>
      </w:pPr>
      <w:r>
        <w:t>تو یہ وہ چیز ہے جس پر ہم کو بہت زیادہ سوچنا چاہیے۔</w:t>
      </w:r>
    </w:p>
    <w:p>
      <w:r>
        <w:rPr>
          <w:b/>
        </w:rPr>
        <w:t xml:space="preserve">[56:18] </w:t>
      </w:r>
      <w:r>
        <w:t>aqool qooli haza wastaghfir ullaha li walakum ajmaeen.</w:t>
      </w:r>
    </w:p>
    <w:p>
      <w:pPr>
        <w:jc w:val="right"/>
      </w:pPr>
      <w:r>
        <w:t>اقول قولی ھذا واستغفراللہ لی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