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Nature as a Role Mode May 21, 2006</w:t>
      </w:r>
    </w:p>
    <w:p>
      <w:r>
        <w:t>https://youtu.be/ppaB1Z2zXL8</w:t>
      </w:r>
    </w:p>
    <w:p>
      <w:r>
        <w:rPr>
          <w:b/>
        </w:rPr>
        <w:t xml:space="preserve">[00:30] </w:t>
      </w:r>
      <w:r>
        <w:t>wa ahlul uqdatu min lisani, yafqahu qawli.</w:t>
      </w:r>
    </w:p>
    <w:p>
      <w:pPr>
        <w:jc w:val="right"/>
      </w:pPr>
      <w:r>
        <w:t>واحل العقدۃ من لسانی، یفقہ قولی۔</w:t>
      </w:r>
    </w:p>
    <w:p>
      <w:r>
        <w:rPr>
          <w:b/>
        </w:rPr>
        <w:t xml:space="preserve">[00:40] </w:t>
      </w:r>
      <w:r>
        <w:t>aaj ka jo topic hai woh hai</w:t>
      </w:r>
    </w:p>
    <w:p>
      <w:pPr>
        <w:jc w:val="right"/>
      </w:pPr>
      <w:r>
        <w:t>آج کا جو ٹاپک ہے وہ ہے</w:t>
      </w:r>
    </w:p>
    <w:p>
      <w:r>
        <w:rPr>
          <w:b/>
        </w:rPr>
        <w:t xml:space="preserve">[00:47] </w:t>
      </w:r>
      <w:r>
        <w:t>nature as a role model.</w:t>
      </w:r>
    </w:p>
    <w:p>
      <w:pPr>
        <w:jc w:val="right"/>
      </w:pPr>
      <w:r>
        <w:t>نیچر ایز اے رول ماڈل۔</w:t>
      </w:r>
    </w:p>
    <w:p>
      <w:r>
        <w:rPr>
          <w:b/>
        </w:rPr>
        <w:t xml:space="preserve">[00:53] </w:t>
      </w:r>
      <w:r>
        <w:t>nature as a role model.</w:t>
      </w:r>
    </w:p>
    <w:p>
      <w:pPr>
        <w:jc w:val="right"/>
      </w:pPr>
      <w:r>
        <w:t>نیچر ایز اے رول ماڈل۔</w:t>
      </w:r>
    </w:p>
    <w:p>
      <w:r>
        <w:rPr>
          <w:b/>
        </w:rPr>
        <w:t xml:space="preserve">[01:00] </w:t>
      </w:r>
      <w:r>
        <w:t>jahan tak mein ne parha hai, mein samajhta hoon ke Khuda ne insaan ke liye, Khuda ko jo kuch dena tha insaan ke liye, woh sab nature mein rakh diya hai.</w:t>
      </w:r>
    </w:p>
    <w:p>
      <w:pPr>
        <w:jc w:val="right"/>
      </w:pPr>
      <w:r>
        <w:t>جہاں تک میں نے پڑھا ہے، میں سمجھتا ہوں کہ خدا نے انسان کے لیے، خدا کو جو کچھ دینا تھا انسان کے لیے، وہ سب نیچر میں رکھ دیا ہے۔</w:t>
      </w:r>
    </w:p>
    <w:p>
      <w:r>
        <w:rPr>
          <w:b/>
        </w:rPr>
        <w:t xml:space="preserve">[01:17] </w:t>
      </w:r>
      <w:r>
        <w:t>Quran mein hai ke</w:t>
      </w:r>
    </w:p>
    <w:p>
      <w:pPr>
        <w:jc w:val="right"/>
      </w:pPr>
      <w:r>
        <w:t>قرآن میں ہے کہ</w:t>
      </w:r>
    </w:p>
    <w:p>
      <w:r>
        <w:rPr>
          <w:b/>
        </w:rPr>
        <w:t xml:space="preserve">[01:23] </w:t>
      </w:r>
      <w:r>
        <w:t>insaan ne jo kuch chaha, Khuda ne us ko de diya.</w:t>
      </w:r>
    </w:p>
    <w:p>
      <w:pPr>
        <w:jc w:val="right"/>
      </w:pPr>
      <w:r>
        <w:t>انسان نے جو کچھ چاہا، خدا نے اس کو دے دیا۔</w:t>
      </w:r>
    </w:p>
    <w:p>
      <w:r>
        <w:rPr>
          <w:b/>
        </w:rPr>
        <w:t xml:space="preserve">[01:31] </w:t>
      </w:r>
      <w:r>
        <w:t>yeh kahan diya hai? Isi nature mein.</w:t>
      </w:r>
    </w:p>
    <w:p>
      <w:pPr>
        <w:jc w:val="right"/>
      </w:pPr>
      <w:r>
        <w:t>یہ کہاں دیا ہے؟ اسی نیچر میں۔</w:t>
      </w:r>
    </w:p>
    <w:p>
      <w:r>
        <w:rPr>
          <w:b/>
        </w:rPr>
        <w:t xml:space="preserve">[01:39] </w:t>
      </w:r>
      <w:r>
        <w:t>nature hamare liye poore maanon mein support system faraham karta hai.</w:t>
      </w:r>
    </w:p>
    <w:p>
      <w:pPr>
        <w:jc w:val="right"/>
      </w:pPr>
      <w:r>
        <w:t>نیچر ہمارے لیے پورے معنوں میں سپورٹ سسٹم فراہم کرتا ہے۔</w:t>
      </w:r>
    </w:p>
    <w:p>
      <w:r>
        <w:rPr>
          <w:b/>
        </w:rPr>
        <w:t xml:space="preserve">[01:48] </w:t>
      </w:r>
      <w:r>
        <w:t>to woh sab kuch jo hum chahte hain insaan hone ki hesiyat se, woh sab kuch Khuda ne nature mein rakh diya hai.</w:t>
      </w:r>
    </w:p>
    <w:p>
      <w:pPr>
        <w:jc w:val="right"/>
      </w:pPr>
      <w:r>
        <w:t>تو وہ سب کچھ جو ہم چاہتے ہیں انسان ہونے کی حیثیت سے، وہ سب کچھ خدا نے نیچر میں رکھ دیا ہے۔</w:t>
      </w:r>
    </w:p>
    <w:p>
      <w:r>
        <w:rPr>
          <w:b/>
        </w:rPr>
        <w:t xml:space="preserve">[01:59] </w:t>
      </w:r>
      <w:r>
        <w:t>isi ko quran mein kaha gaya ke wa atakum min kulli ma salatum.</w:t>
      </w:r>
    </w:p>
    <w:p>
      <w:pPr>
        <w:jc w:val="right"/>
      </w:pPr>
      <w:r>
        <w:t>اسی کو قرآن میں کہا گیا کہ وَأَعْطَاكُمْ مِنْ كُلِّ مَا سَالْتُمُونَ ۔</w:t>
      </w:r>
    </w:p>
    <w:p>
      <w:r>
        <w:rPr>
          <w:b/>
        </w:rPr>
        <w:t xml:space="preserve">[02:10] </w:t>
      </w:r>
      <w:r>
        <w:t>jab se insaan is duniya mein rehne laga, tabhi se is ne nature ko apne liye istemaal karna shuru kiya.</w:t>
      </w:r>
    </w:p>
    <w:p>
      <w:pPr>
        <w:jc w:val="right"/>
      </w:pPr>
      <w:r>
        <w:t>جب سے انسان اس دنیا میں رہنے لگا، تبھی سے اس نے نیچر کو اپنے لیے استعمال کرنا شروع کیا۔</w:t>
      </w:r>
    </w:p>
    <w:p>
      <w:r>
        <w:rPr>
          <w:b/>
        </w:rPr>
        <w:t xml:space="preserve">[02:23] </w:t>
      </w:r>
      <w:r>
        <w:t>jis ko hum kehte hain exploitation. exploitation ek misbat lafz hai.</w:t>
      </w:r>
    </w:p>
    <w:p>
      <w:pPr>
        <w:jc w:val="right"/>
      </w:pPr>
      <w:r>
        <w:t>جس کو ہم کہتے ہیں ایکسپلائٹیشن۔ ایکسپلائٹیشن ایک مثبت لفظ ہے۔</w:t>
      </w:r>
    </w:p>
    <w:p>
      <w:r>
        <w:rPr>
          <w:b/>
        </w:rPr>
        <w:t xml:space="preserve">[02:30] </w:t>
      </w:r>
      <w:r>
        <w:t>yeh communist log jis zamane mein bohat zyada chhaaye hue thay, to unhon ne exploitation ko manfi maani mein istemaal kiya.</w:t>
      </w:r>
    </w:p>
    <w:p>
      <w:pPr>
        <w:jc w:val="right"/>
      </w:pPr>
      <w:r>
        <w:t>یہ کمیونسٹ لوگ جس زمانے میں بہت زیادہ چھائے ہوئے تھے، تو انہوں نے ایکسپلائٹیشن کو منفی معنی میں استعمال کیا۔</w:t>
      </w:r>
    </w:p>
    <w:p>
      <w:r>
        <w:rPr>
          <w:b/>
        </w:rPr>
        <w:t xml:space="preserve">[02:40] </w:t>
      </w:r>
      <w:r>
        <w:t>main samajhta hoon ke yeh galat hai. exploitation bohat acha lafz hai aur woh misbat maani rakhta hai. to main yahan par jo istemaal karunga exploitation, woh misbat maani mein hoga.</w:t>
      </w:r>
    </w:p>
    <w:p>
      <w:pPr>
        <w:jc w:val="right"/>
      </w:pPr>
      <w:r>
        <w:t>میں سمجھتا ہوں کہ یہ غلط ہے۔ ایکسپلائٹیشن بہت اچھا لفظ ہے اور وہ مثبت معنی رکھتا ہے۔ تو میں یہاں پر جو استعمال کروں گا ایکسپلائٹیشن، وہ مثبت معنی میں ہوگا۔</w:t>
      </w:r>
    </w:p>
    <w:p>
      <w:r>
        <w:rPr>
          <w:b/>
        </w:rPr>
        <w:t xml:space="preserve">[02:55] </w:t>
      </w:r>
      <w:r>
        <w:t>to pehla istemaal jo insaan ne nikala,</w:t>
      </w:r>
    </w:p>
    <w:p>
      <w:pPr>
        <w:jc w:val="right"/>
      </w:pPr>
      <w:r>
        <w:t>تو پہلا استعمال جو انسان نے نکالا،</w:t>
      </w:r>
    </w:p>
    <w:p>
      <w:r>
        <w:rPr>
          <w:b/>
        </w:rPr>
        <w:t xml:space="preserve">[03:00] </w:t>
      </w:r>
      <w:r>
        <w:t>jis ko main kahunga ke secular exploitation. secular exploitation. yaani apni dunyavi zarooraton ke liye nature ko istemaal karna.</w:t>
      </w:r>
    </w:p>
    <w:p>
      <w:pPr>
        <w:jc w:val="right"/>
      </w:pPr>
      <w:r>
        <w:t>جس کو میں کہوں گا کہ سیکولر ایکسپلائٹیشن۔ سیکولر ایکسپلائٹیشن۔ یعنی اپنی دنیاوی ضرورتوں کے لیے نیچر کو استعمال کرنا۔</w:t>
      </w:r>
    </w:p>
    <w:p>
      <w:r>
        <w:rPr>
          <w:b/>
        </w:rPr>
        <w:t xml:space="preserve">[03:14] </w:t>
      </w:r>
      <w:r>
        <w:t>is ke do phase hain. secular exploitation ke do phase hain.</w:t>
      </w:r>
    </w:p>
    <w:p>
      <w:pPr>
        <w:jc w:val="right"/>
      </w:pPr>
      <w:r>
        <w:t>اس کے دو فیز ہیں۔ سیکولر ایکسپلائٹیشن کے دو فیز ہیں۔</w:t>
      </w:r>
    </w:p>
    <w:p>
      <w:r>
        <w:rPr>
          <w:b/>
        </w:rPr>
        <w:t xml:space="preserve">[03:22] </w:t>
      </w:r>
      <w:r>
        <w:t>pehlay phase mein insaan ne yeh kiya ke jo kuch nature mein pehle se maujood tha, usi ko is ke raw form mein istemaal kiya is ne.</w:t>
      </w:r>
    </w:p>
    <w:p>
      <w:pPr>
        <w:jc w:val="right"/>
      </w:pPr>
      <w:r>
        <w:t>پہلے فیز میں انسان نے یہ کیا کہ جو کچھ نیچر میں پہلے سے موجود تھا، اسی کو اس کے کروٹ فارم میں استعمال کیا اس نے۔</w:t>
      </w:r>
    </w:p>
    <w:p>
      <w:r>
        <w:rPr>
          <w:b/>
        </w:rPr>
        <w:t xml:space="preserve">[03:37] </w:t>
      </w:r>
      <w:r>
        <w:t>is ka ek misaal ghoda hai. insaan ko sawari chahiye to insaan ne dekha ke jangalon mein ghore hain.</w:t>
      </w:r>
    </w:p>
    <w:p>
      <w:pPr>
        <w:jc w:val="right"/>
      </w:pPr>
      <w:r>
        <w:t>اس کا ایک مثال گھوڑا ہے۔ انسان کو سواری چاہیے تو انسان نے دیکھا کہ جنگلوں میں گھوڑے ہیں۔</w:t>
      </w:r>
    </w:p>
    <w:p>
      <w:r>
        <w:rPr>
          <w:b/>
        </w:rPr>
        <w:t xml:space="preserve">[03:50] </w:t>
      </w:r>
      <w:r>
        <w:t>is ne samjha ke ghore is ke liye behtareen sawari hain. to hazaron saal tak insaan ghore ko sawari ke liye istemaal karte raha.</w:t>
      </w:r>
    </w:p>
    <w:p>
      <w:pPr>
        <w:jc w:val="right"/>
      </w:pPr>
      <w:r>
        <w:t>اس نے سمجھا کہ گھوڑے اس کے لیے بہترین سواری ہیں۔ تو ہزاروں سال تک انسان گھوڑے کو سواری کے لیے استعمال کرتے رہا۔</w:t>
      </w:r>
    </w:p>
    <w:p>
      <w:r>
        <w:rPr>
          <w:b/>
        </w:rPr>
        <w:t xml:space="preserve">[04:06] </w:t>
      </w:r>
      <w:r>
        <w:t>is ko main kahunga conventional exploitation of nature. conventional exploitation of nature. ghoda is ki ek goya alamat thi.</w:t>
      </w:r>
    </w:p>
    <w:p>
      <w:pPr>
        <w:jc w:val="right"/>
      </w:pPr>
      <w:r>
        <w:t>اس کو میں کہوں گا کنونشنل ایکسپلائٹیشن آف نیچر۔ کنونشنل ایکسپلائٹیشن آف نیچر۔ گھوڑا اس کی ایک گویا علامت تھا۔</w:t>
      </w:r>
    </w:p>
    <w:p>
      <w:r>
        <w:rPr>
          <w:b/>
        </w:rPr>
        <w:t xml:space="preserve">[04:19] </w:t>
      </w:r>
      <w:r>
        <w:t>isi tarah se bohat sari cheezein. ghore ko main yahan alamat ke taur par zikr kar raha hoon ke woh cheez jis ko main keh raha hoon conventional exploitation of nature.</w:t>
      </w:r>
    </w:p>
    <w:p>
      <w:pPr>
        <w:jc w:val="right"/>
      </w:pPr>
      <w:r>
        <w:t>اسی طرح سے بہت ساری چیزیں۔ گھوڑے کو میں یہاں علامت کے طور پر ذکر کر رہا ہوں کہ وہ چیز جس کو میں کہہ رہا ہوں کنونشنل ایکسپلائٹیشن آف نیچر۔</w:t>
      </w:r>
    </w:p>
    <w:p>
      <w:r>
        <w:rPr>
          <w:b/>
        </w:rPr>
        <w:t xml:space="preserve">[04:29] </w:t>
      </w:r>
      <w:r>
        <w:t>to ghoda is ki alamat tha. phir zamana aage barha. insaan ne tehqeeq ki. insaan ne bohat si nayi nayi baatein daryaft keen.</w:t>
      </w:r>
    </w:p>
    <w:p>
      <w:pPr>
        <w:jc w:val="right"/>
      </w:pPr>
      <w:r>
        <w:t>تو گھوڑا اس کی علامت تھا۔ پھر زمانہ آگے بڑھا۔ انسان نے تحقیق کی۔ انسان نے بہت سی نئی نئی باتیں دریافت کیں۔</w:t>
      </w:r>
    </w:p>
    <w:p>
      <w:r>
        <w:rPr>
          <w:b/>
        </w:rPr>
        <w:t xml:space="preserve">[04:43] </w:t>
      </w:r>
      <w:r>
        <w:t>to science ka zamana aaya.</w:t>
      </w:r>
    </w:p>
    <w:p>
      <w:pPr>
        <w:jc w:val="right"/>
      </w:pPr>
      <w:r>
        <w:t>تو سائنس کا زمانہ آیا۔</w:t>
      </w:r>
    </w:p>
    <w:p>
      <w:r>
        <w:rPr>
          <w:b/>
        </w:rPr>
        <w:t xml:space="preserve">[04:46] </w:t>
      </w:r>
      <w:r>
        <w:t>ab insaan ne scientific exploitation daryaft kiya. scientific exploitation of nature jis ko main keh raha hoon, is ki ek alamat motor car hai.</w:t>
      </w:r>
    </w:p>
    <w:p>
      <w:pPr>
        <w:jc w:val="right"/>
      </w:pPr>
      <w:r>
        <w:t>اب انسان نے سائنٹیفک ایکسپلائٹیشن دریافت کیا۔ سائنٹیفک ایکسپلائٹیشن آف نیچر جس کو میں کہہ رہا ہوں، اس کی ایک علامت موٹر کار ہے۔</w:t>
      </w:r>
    </w:p>
    <w:p>
      <w:r>
        <w:rPr>
          <w:b/>
        </w:rPr>
        <w:t xml:space="preserve">[05:02] </w:t>
      </w:r>
      <w:r>
        <w:t>pehlay insaan ghore par sawari karta tha, ab insaan car par sawari karta hai.</w:t>
      </w:r>
    </w:p>
    <w:p>
      <w:pPr>
        <w:jc w:val="right"/>
      </w:pPr>
      <w:r>
        <w:t>پہلے انسان گھوڑے پر سواری کرتا تھا، اب انسان کار پر سواری کرتا ہے۔</w:t>
      </w:r>
    </w:p>
    <w:p>
      <w:r>
        <w:rPr>
          <w:b/>
        </w:rPr>
        <w:t xml:space="preserve">[05:08] </w:t>
      </w:r>
      <w:r>
        <w:t>to goya ke ghoda jo hai, woh conventional exploitation of nature ki alamat tha aur car scientific exploitation of nature ki alamat hai.</w:t>
      </w:r>
    </w:p>
    <w:p>
      <w:pPr>
        <w:jc w:val="right"/>
      </w:pPr>
      <w:r>
        <w:t>تو گویا کہ گھوڑا جو ہے، وہ کنونشنل ایکسپلائٹیشن آف نیچر کی علامت تھا اور کار سائنٹیفک ایکسپلائٹیشن آف نیچر کی علامت ہے۔</w:t>
      </w:r>
    </w:p>
    <w:p>
      <w:r>
        <w:rPr>
          <w:b/>
        </w:rPr>
        <w:t xml:space="preserve">[05:19] </w:t>
      </w:r>
      <w:r>
        <w:t>yeh tha nature ka secular istemaal. lekin main yeh kahunga ke nature mein Khuda ne rohaniyat ka khazana bhi rakh diya tha.</w:t>
      </w:r>
    </w:p>
    <w:p>
      <w:pPr>
        <w:jc w:val="right"/>
      </w:pPr>
      <w:r>
        <w:t>یہ تھا نیچر کا سیکولر استعمال۔ لیکن میں یہ کہوں گا کہ نیچر میں خدا نے روحانیت کا خزانہ بھی رکھ دیا تھا۔</w:t>
      </w:r>
    </w:p>
    <w:p>
      <w:r>
        <w:rPr>
          <w:b/>
        </w:rPr>
        <w:t xml:space="preserve">[05:32] </w:t>
      </w:r>
      <w:r>
        <w:t>is ko main kahunga rohani exploitation of nature. lekin bad qismati se yeh bohat kam istemaal ho saka.</w:t>
      </w:r>
    </w:p>
    <w:p>
      <w:pPr>
        <w:jc w:val="right"/>
      </w:pPr>
      <w:r>
        <w:t>اس کو میں کہوں گا روحانی ایکسپلائٹیشن آف نیچر۔ لیکن بدقسمتی سے یہ بہت کم استعمال ہو سکا۔</w:t>
      </w:r>
    </w:p>
    <w:p>
      <w:r>
        <w:rPr>
          <w:b/>
        </w:rPr>
        <w:t xml:space="preserve">[05:43] </w:t>
      </w:r>
      <w:r>
        <w:t>yaani pehla dono jo istemaal hai ke conventional exploitation aur scientific exploitation, woh to insaan ne khoob khoob kiya.</w:t>
      </w:r>
    </w:p>
    <w:p>
      <w:pPr>
        <w:jc w:val="right"/>
      </w:pPr>
      <w:r>
        <w:t>یعنی پہلا دونوں جو استعمال ہے کہ کنونشنل ایکسپلائٹیشن اور سائنٹیفک ایکسپلائٹیشن، وہ تو انسان نے خوب خوب کیا۔</w:t>
      </w:r>
    </w:p>
    <w:p>
      <w:r>
        <w:rPr>
          <w:b/>
        </w:rPr>
        <w:t xml:space="preserve">[05:52] </w:t>
      </w:r>
      <w:r>
        <w:t>lekin rohani exploitation of nature jo hai, main samajhta hoon ke poori tareekh mein bohat kam ho saka.</w:t>
      </w:r>
    </w:p>
    <w:p>
      <w:pPr>
        <w:jc w:val="right"/>
      </w:pPr>
      <w:r>
        <w:t>لیکن روحانی ایکسپلائٹیشن آف نیچر جو ہے، میں سمجھتا ہوں کہ پوری تاریخ میں بہت کم ہو سکا۔</w:t>
      </w:r>
    </w:p>
    <w:p>
      <w:r>
        <w:rPr>
          <w:b/>
        </w:rPr>
        <w:t xml:space="preserve">[06:04] </w:t>
      </w:r>
      <w:r>
        <w:t>main apne baray mein keh sakta hoon ke mere andar hi yeh baatein chhipi hui theen ke main nature ko zariya tehreek banaoon.</w:t>
      </w:r>
    </w:p>
    <w:p>
      <w:pPr>
        <w:jc w:val="right"/>
      </w:pPr>
      <w:r>
        <w:t>میں اپنے بارے میں کہہ سکتا ہوں کہ میرے اندر ہی یہ باتیں چھپی ہوئی تھیں کہ میں نیچر کو ذریعہ تحریک بناؤں۔</w:t>
      </w:r>
    </w:p>
    <w:p>
      <w:r>
        <w:rPr>
          <w:b/>
        </w:rPr>
        <w:t xml:space="preserve">[06:17] </w:t>
      </w:r>
      <w:r>
        <w:t>to bachpan se mera haal yeh raha ke nature ko dekh kar mujhe is mein rohaniyat ka talluq milta raha.</w:t>
      </w:r>
    </w:p>
    <w:p>
      <w:pPr>
        <w:jc w:val="right"/>
      </w:pPr>
      <w:r>
        <w:t>تو بچپن سے میرا حال یہ رہا کہ نیچر کو دیکھ کر مجھے اس میں روحانیت کا تعلق ملتا رہا۔</w:t>
      </w:r>
    </w:p>
    <w:p>
      <w:r>
        <w:rPr>
          <w:b/>
        </w:rPr>
        <w:t xml:space="preserve">[06:27] </w:t>
      </w:r>
      <w:r>
        <w:t>jis se mein apni shakhsiyat ki tarraqi mein kaam leta raha.</w:t>
      </w:r>
    </w:p>
    <w:p>
      <w:pPr>
        <w:jc w:val="right"/>
      </w:pPr>
      <w:r>
        <w:t>جس سے میں اپنی شخصیت کی ترقی میں کام لیتا رہا۔</w:t>
      </w:r>
    </w:p>
    <w:p>
      <w:r>
        <w:rPr>
          <w:b/>
        </w:rPr>
        <w:t xml:space="preserve">[06:32] </w:t>
      </w:r>
      <w:r>
        <w:t>jaise misaal ke taur par ek baar mein safar kar raha tha janoobi taraf</w:t>
      </w:r>
    </w:p>
    <w:p>
      <w:pPr>
        <w:jc w:val="right"/>
      </w:pPr>
      <w:r>
        <w:t>جیسے مثال کے طور پر ایک بار میں سفر کر رہا تھا جنوبی کی طرف</w:t>
      </w:r>
    </w:p>
    <w:p>
      <w:r>
        <w:rPr>
          <w:b/>
        </w:rPr>
        <w:t xml:space="preserve">[06:43] </w:t>
      </w:r>
      <w:r>
        <w:t>train ke zariye. bohat pehle ki baat hai, hamari train ek janglat se guzri. is janglat mein maine dekha ke dono taraf dhak ke darakht thay.</w:t>
      </w:r>
    </w:p>
    <w:p>
      <w:pPr>
        <w:jc w:val="right"/>
      </w:pPr>
      <w:r>
        <w:t>ٹرین کے ذریعے۔ بہت پہلے کی بات ہے، ہماری ٹرین ایک جنگل سے گزری۔ اس جنگل میں میں نے دیکھا کہ دونوں طرف ڈھاک کے درخت تھے۔</w:t>
      </w:r>
    </w:p>
    <w:p>
      <w:r>
        <w:rPr>
          <w:b/>
        </w:rPr>
        <w:t xml:space="preserve">[06:59] </w:t>
      </w:r>
      <w:r>
        <w:t>aap mein se kai logon ne shayad dhak na dekha ho. dhak ek ajeeb o ghareeb darakht hota hai.</w:t>
      </w:r>
    </w:p>
    <w:p>
      <w:pPr>
        <w:jc w:val="right"/>
      </w:pPr>
      <w:r>
        <w:t>آپ میں سے کئی لوگوں نے شاید ڈھاک نہ دیکھا ہو۔ ڈھاک ایک عجیب و غریب درخت ہوتا ہے۔</w:t>
      </w:r>
    </w:p>
    <w:p>
      <w:r>
        <w:rPr>
          <w:b/>
        </w:rPr>
        <w:t xml:space="preserve">[07:08] </w:t>
      </w:r>
      <w:r>
        <w:t>yani is ki ek lakri ki tarah se zameen par khara hota hai woh, jaise ek lakri. aur is lakri mein patiyan nikalti hain.</w:t>
      </w:r>
    </w:p>
    <w:p>
      <w:pPr>
        <w:jc w:val="right"/>
      </w:pPr>
      <w:r>
        <w:t>یعنی اس کی ایک لکڑی کی طرح سے زمین پر کھڑا ہوتا ہے وہ، جیسے ایک لکڑی۔ اور اس لکڑی میں پتیاں نکلتی ہیں۔</w:t>
      </w:r>
    </w:p>
    <w:p>
      <w:r>
        <w:rPr>
          <w:b/>
        </w:rPr>
        <w:t xml:space="preserve">[07:19] </w:t>
      </w:r>
      <w:r>
        <w:t>yeh jo peir aap jante hain ke jaise aam ka peir hai, aisa nahi hota woh.</w:t>
      </w:r>
    </w:p>
    <w:p>
      <w:pPr>
        <w:jc w:val="right"/>
      </w:pPr>
      <w:r>
        <w:t>یہ جو پیڑ آپ جانتے ہیں کہ جیسے آم کا پیڑ ہے، ایسا نہیں ہوتا وہ۔</w:t>
      </w:r>
    </w:p>
    <w:p>
      <w:r>
        <w:rPr>
          <w:b/>
        </w:rPr>
        <w:t xml:space="preserve">[07:25] </w:t>
      </w:r>
      <w:r>
        <w:t>to woh lakri ki manind hota hai woh, jis ko urdu mein kehte hain thand. to is mein patiyan nikalti hain. to pehle hari patiyan nikalti hain.</w:t>
      </w:r>
    </w:p>
    <w:p>
      <w:pPr>
        <w:jc w:val="right"/>
      </w:pPr>
      <w:r>
        <w:t>تو وہ لکڑی کی مانند ہوتا ہے وہ، جس کو اردو میں کہتے ہیں ٹھنڈ۔ تو اس میں پتیاں نکلتی ہیں۔ تو پہلے ہری پتیاں نکلتی ہیں۔</w:t>
      </w:r>
    </w:p>
    <w:p>
      <w:r>
        <w:rPr>
          <w:b/>
        </w:rPr>
        <w:t xml:space="preserve">[07:37] </w:t>
      </w:r>
      <w:r>
        <w:t>phir hari patiyan jhad jati hain. phir is thand mein bohat hi khoobsurat phool nikalte hain.</w:t>
      </w:r>
    </w:p>
    <w:p>
      <w:pPr>
        <w:jc w:val="right"/>
      </w:pPr>
      <w:r>
        <w:t>پھر ہری پتیاں جھڑ جاتی ہیں۔ پھر اس ٹھنڈ میں بہت ہی خوبصورت پھول نکلتے ہیں۔</w:t>
      </w:r>
    </w:p>
    <w:p>
      <w:r>
        <w:rPr>
          <w:b/>
        </w:rPr>
        <w:t xml:space="preserve">[07:45] </w:t>
      </w:r>
      <w:r>
        <w:t>bohat hi baray baray lal rang ke phool.</w:t>
      </w:r>
    </w:p>
    <w:p>
      <w:pPr>
        <w:jc w:val="right"/>
      </w:pPr>
      <w:r>
        <w:t>بہت ہی بڑے بڑے لال رنگ کے پھول۔</w:t>
      </w:r>
    </w:p>
    <w:p>
      <w:r>
        <w:rPr>
          <w:b/>
        </w:rPr>
        <w:t xml:space="preserve">[07:49] </w:t>
      </w:r>
      <w:r>
        <w:t>to woh zamana wohi tha jab hamari train guzri wahan se. to sarak ke bahir dono taraf yani thand ki manind dhak ke darakht kharay hue thay.</w:t>
      </w:r>
    </w:p>
    <w:p>
      <w:pPr>
        <w:jc w:val="right"/>
      </w:pPr>
      <w:r>
        <w:t>تو وہ زمانہ وہی تھا جب ہماری ٹرین گزری وہاں سے۔ تو سڑک کے باہر دونوں طرف یعنی ٹھنڈ کی مانند ڈھاک کے درخت کھڑے ہوئے تھے۔</w:t>
      </w:r>
    </w:p>
    <w:p>
      <w:r>
        <w:rPr>
          <w:b/>
        </w:rPr>
        <w:t xml:space="preserve">[08:03] </w:t>
      </w:r>
      <w:r>
        <w:t>aur is mein nihayat hi khoobsurat lal rang ke phool lage hue thay. is ko maine dekha to mujhe be ikhtiyar mein rone laga.</w:t>
      </w:r>
    </w:p>
    <w:p>
      <w:pPr>
        <w:jc w:val="right"/>
      </w:pPr>
      <w:r>
        <w:t>اور اس میں نہایت ہی خوبصورت لال رنگ کے پھول لگے ہوئے تھے۔ اس کو میں نے دیکھا تو مجھے بے اختیار میں رونے لگا۔</w:t>
      </w:r>
    </w:p>
    <w:p>
      <w:r>
        <w:rPr>
          <w:b/>
        </w:rPr>
        <w:t xml:space="preserve">[08:15] </w:t>
      </w:r>
      <w:r>
        <w:t>maine kaha ke khuda ya!</w:t>
      </w:r>
    </w:p>
    <w:p>
      <w:pPr>
        <w:jc w:val="right"/>
      </w:pPr>
      <w:r>
        <w:t>میں نے کہا کہ خدایا!</w:t>
      </w:r>
    </w:p>
    <w:p>
      <w:r>
        <w:rPr>
          <w:b/>
        </w:rPr>
        <w:t xml:space="preserve">[08:18] </w:t>
      </w:r>
      <w:r>
        <w:t>to ne is thand mein itnay khoobsurat phool ugaye hain. mein bhi ek thand hoon. mein bhi ek thand hoon.</w:t>
      </w:r>
    </w:p>
    <w:p>
      <w:pPr>
        <w:jc w:val="right"/>
      </w:pPr>
      <w:r>
        <w:t>تو نے اس ٹھنڈ میں اتنے خوبصورت پھول اگائے ہیں۔ میں بھی ایک ٹھنڈ ہوں۔ میں بھی ایک ٹھنڈ ہوں۔</w:t>
      </w:r>
    </w:p>
    <w:p>
      <w:r>
        <w:rPr>
          <w:b/>
        </w:rPr>
        <w:t xml:space="preserve">[08:30] </w:t>
      </w:r>
      <w:r>
        <w:t>to meri zindagi mein bhi isi tarah phool uga de. der tak train dhak ke darmiyan chalti rahi aur mein barabar yeh dua karta raha.</w:t>
      </w:r>
    </w:p>
    <w:p>
      <w:pPr>
        <w:jc w:val="right"/>
      </w:pPr>
      <w:r>
        <w:t>تو میری زندگی میں بھی اسی طرح پھول اگا دے۔ دیر تک ٹرین ڈھاک کے درمیان چلتی رہی اور میں برابر یہ دعا کرتا رہا۔</w:t>
      </w:r>
    </w:p>
    <w:p>
      <w:r>
        <w:rPr>
          <w:b/>
        </w:rPr>
        <w:t xml:space="preserve">[08:42] </w:t>
      </w:r>
      <w:r>
        <w:t>yeh hai rohani exploitation of nature ki ek misaal. ke nature mein ek mazhar maine dekha ke thand lakri mein khoobsurat phool.</w:t>
      </w:r>
    </w:p>
    <w:p>
      <w:pPr>
        <w:jc w:val="right"/>
      </w:pPr>
      <w:r>
        <w:t>یہ ہے روحانی ایکسپلائٹیشن آف نیچر کی ایک مثال۔ کہ نیچر میں ایک مظہر میں نے دیکھا کہ ٹھنڈ لکڑی میں خوبصورت پھول۔</w:t>
      </w:r>
    </w:p>
    <w:p>
      <w:r>
        <w:rPr>
          <w:b/>
        </w:rPr>
        <w:t xml:space="preserve">[08:54] </w:t>
      </w:r>
      <w:r>
        <w:t>is se maine ek tehreek liya. aur yeh dua meri zuban se nikalne lagi. bohat hi dard ke sath aur karb ke sath.</w:t>
      </w:r>
    </w:p>
    <w:p>
      <w:pPr>
        <w:jc w:val="right"/>
      </w:pPr>
      <w:r>
        <w:t>اس سے میں نے ایک تحریک لیا۔ اور یہ دعا میری زبان سے نکلنے لگی۔ بہت ہی درد کے ساتھ اور کرب کے ساتھ۔</w:t>
      </w:r>
    </w:p>
    <w:p>
      <w:r>
        <w:rPr>
          <w:b/>
        </w:rPr>
        <w:t xml:space="preserve">[09:05] </w:t>
      </w:r>
      <w:r>
        <w:t>ke khuda ya! teri qudrat itni zyada hai ke tu thand mein khoobsurat phool uga sakta hai.</w:t>
      </w:r>
    </w:p>
    <w:p>
      <w:pPr>
        <w:jc w:val="right"/>
      </w:pPr>
      <w:r>
        <w:t>کہ خدایا! تیری قدرت اتنی زیادہ ہے کہ تو ٹھنڈ میں خوبصورت پھول اگا سکتا ہے۔</w:t>
      </w:r>
    </w:p>
    <w:p>
      <w:r>
        <w:rPr>
          <w:b/>
        </w:rPr>
        <w:t xml:space="preserve">[09:17] </w:t>
      </w:r>
      <w:r>
        <w:t>teri is qudrat ka karishma mein apni zindagi mein dekhna chahta hoon.</w:t>
      </w:r>
    </w:p>
    <w:p>
      <w:pPr>
        <w:jc w:val="right"/>
      </w:pPr>
      <w:r>
        <w:t>تیری اس قدرت کا کرشمہ میں اپنی زندگی میں دیکھنا چاہتا ہوں۔</w:t>
      </w:r>
    </w:p>
    <w:p>
      <w:r>
        <w:rPr>
          <w:b/>
        </w:rPr>
        <w:t xml:space="preserve">[09:23] </w:t>
      </w:r>
      <w:r>
        <w:t>to mere thand wajood mein bhi aisay hi phool uga de.</w:t>
      </w:r>
    </w:p>
    <w:p>
      <w:pPr>
        <w:jc w:val="right"/>
      </w:pPr>
      <w:r>
        <w:t>تو میرے ٹھنڈ وجود میں بھی ایسے ہی پھول اگا دے۔</w:t>
      </w:r>
    </w:p>
    <w:p>
      <w:r>
        <w:rPr>
          <w:b/>
        </w:rPr>
        <w:t xml:space="preserve">[09:30] </w:t>
      </w:r>
      <w:r>
        <w:t>yeh hai ek misaal is cheez ki jis ko mein kehta hoon rohani exploitation of nature.</w:t>
      </w:r>
    </w:p>
    <w:p>
      <w:pPr>
        <w:jc w:val="right"/>
      </w:pPr>
      <w:r>
        <w:t>یہ ہے ایک مثال اس چیز کی جس کو میں کہتا ہوں روحانی ایکسپلائٹیشن آف نیچر۔</w:t>
      </w:r>
    </w:p>
    <w:p>
      <w:r>
        <w:rPr>
          <w:b/>
        </w:rPr>
        <w:t xml:space="preserve">[09:44] </w:t>
      </w:r>
      <w:r>
        <w:t>mere mizaj mein yani la-shaoori taur par bachpan se ek cheez thi aur aaj bhi subah wohi thi.</w:t>
      </w:r>
    </w:p>
    <w:p>
      <w:pPr>
        <w:jc w:val="right"/>
      </w:pPr>
      <w:r>
        <w:t>میرے مزاج میں یعنی لاشعوری طور پر بچپن سے ایک چیز تھی اور آج بھی صبح وہی تھی۔</w:t>
      </w:r>
    </w:p>
    <w:p>
      <w:r>
        <w:rPr>
          <w:b/>
        </w:rPr>
        <w:t xml:space="preserve">[09:54] </w:t>
      </w:r>
      <w:r>
        <w:t>peir ke saaye mein baithna. jahan bhi kahin peir hota hai, mein us ke saaye mein baithta hoon. likhta parhta hoon.</w:t>
      </w:r>
    </w:p>
    <w:p>
      <w:pPr>
        <w:jc w:val="right"/>
      </w:pPr>
      <w:r>
        <w:t>پیڑ کے سائے میں بیٹھنا۔ جہاں بھی کہیں پیڑ ہوتا ہے، میں اس کے سائے میں بیٹھتا ہوں۔ لکھتا پڑھتا ہوں۔</w:t>
      </w:r>
    </w:p>
    <w:p>
      <w:r>
        <w:rPr>
          <w:b/>
        </w:rPr>
        <w:t xml:space="preserve">[10:04] </w:t>
      </w:r>
      <w:r>
        <w:t>yahan bhi aaj bhi subah mein peir ke saaye mein baitha tha. mein sochne laga aaj ke mein peir ke saaye mein kyun baithta hoon.</w:t>
      </w:r>
    </w:p>
    <w:p>
      <w:pPr>
        <w:jc w:val="right"/>
      </w:pPr>
      <w:r>
        <w:t>یہاں بھی آج بھی صبح میں پیڑ کے سائے میں بیٹھا تھا۔ میں سوچنے لگا آج کہ میں پیڑ کے سائے میں کیوں بیٹھتا ہوں۔</w:t>
      </w:r>
    </w:p>
    <w:p>
      <w:r>
        <w:rPr>
          <w:b/>
        </w:rPr>
        <w:t xml:space="preserve">[10:15] </w:t>
      </w:r>
      <w:r>
        <w:t>to</w:t>
      </w:r>
    </w:p>
    <w:p>
      <w:pPr>
        <w:jc w:val="right"/>
      </w:pPr>
      <w:r>
        <w:t>تو</w:t>
      </w:r>
    </w:p>
    <w:p>
      <w:r>
        <w:rPr>
          <w:b/>
        </w:rPr>
        <w:t xml:space="preserve">[10:16] </w:t>
      </w:r>
      <w:r>
        <w:t>yeh cheez daryaft hui ke pēṛ ka saya goya ke</w:t>
      </w:r>
    </w:p>
    <w:p>
      <w:pPr>
        <w:jc w:val="right"/>
      </w:pPr>
      <w:r>
        <w:t>یہ چیز دریافت ہوئی کہ پیڑ کا سایہ گویا کہ</w:t>
      </w:r>
    </w:p>
    <w:p>
      <w:r>
        <w:rPr>
          <w:b/>
        </w:rPr>
        <w:t xml:space="preserve">[10:24] </w:t>
      </w:r>
      <w:r>
        <w:t>khuda ki taraf se hari chhatri hai. Ek ajeeb ehsas hua. Yani green umbrella.</w:t>
      </w:r>
    </w:p>
    <w:p>
      <w:pPr>
        <w:jc w:val="right"/>
      </w:pPr>
      <w:r>
        <w:t>خدا کی طرف سے ہری چھتری ہے۔ ایک عجیب احساس ہوا۔ یعنی گرین امبریلا۔</w:t>
      </w:r>
    </w:p>
    <w:p>
      <w:r>
        <w:rPr>
          <w:b/>
        </w:rPr>
        <w:t xml:space="preserve">[10:37] </w:t>
      </w:r>
      <w:r>
        <w:t>khuda ne zameen mein har taraf green umbrella bicha diya hai. Taa ke insaan is ke saye mein baithe.</w:t>
      </w:r>
    </w:p>
    <w:p>
      <w:pPr>
        <w:jc w:val="right"/>
      </w:pPr>
      <w:r>
        <w:t>خدا نے زمین میں ہر طرف گرین امبریلا بچھا دیا ہے۔ تاکہ انسان اس کے سائے میں بیٹھے۔</w:t>
      </w:r>
    </w:p>
    <w:p>
      <w:r>
        <w:rPr>
          <w:b/>
        </w:rPr>
        <w:t xml:space="preserve">[10:48] </w:t>
      </w:r>
      <w:r>
        <w:t>yeh green umbrella kya hai? Yeh sirf saya nahi hai balkeh saya plus hai woh. Woh shadow plus hai.</w:t>
      </w:r>
    </w:p>
    <w:p>
      <w:pPr>
        <w:jc w:val="right"/>
      </w:pPr>
      <w:r>
        <w:t>یہ گرین امبریلا کیا ہے؟ یہ صرف سایہ نہیں ہے بلکہ سایہ پلس ہے وہ۔ وہ شیڈو پلس ہے۔</w:t>
      </w:r>
    </w:p>
    <w:p>
      <w:r>
        <w:rPr>
          <w:b/>
        </w:rPr>
        <w:t xml:space="preserve">[10:58] </w:t>
      </w:r>
      <w:r>
        <w:t>Yani saye ke sath sath is mein aur bohat sari cheezen hain.</w:t>
      </w:r>
    </w:p>
    <w:p>
      <w:pPr>
        <w:jc w:val="right"/>
      </w:pPr>
      <w:r>
        <w:t>یعنی سائے کے ساتھ ساتھ اس میں اور بہت ساری چیزیں ہیں۔</w:t>
      </w:r>
    </w:p>
    <w:p>
      <w:r>
        <w:rPr>
          <w:b/>
        </w:rPr>
        <w:t xml:space="preserve">[11:05] </w:t>
      </w:r>
      <w:r>
        <w:t>Jab hum is ke neeche baithte hain to woh hum ko saya deta hai. Woh hum ko haryali ka manzar deta hai.</w:t>
      </w:r>
    </w:p>
    <w:p>
      <w:pPr>
        <w:jc w:val="right"/>
      </w:pPr>
      <w:r>
        <w:t>جب ہم اس کے نیچے بیٹھتے ہیں تو وہ ہم کو سایہ دیتا ہے۔ وہ ہم کو ہریالی کا منظر دیتا ہے۔</w:t>
      </w:r>
    </w:p>
    <w:p>
      <w:r>
        <w:rPr>
          <w:b/>
        </w:rPr>
        <w:t xml:space="preserve">[11:14] </w:t>
      </w:r>
      <w:r>
        <w:t>Hara bhara manzar. Woh hum ko oxygen supply karta hai.</w:t>
      </w:r>
    </w:p>
    <w:p>
      <w:pPr>
        <w:jc w:val="right"/>
      </w:pPr>
      <w:r>
        <w:t>ہرا بھرا منظر۔ وہ ہم کو آکسیجن سپلائی کرتا ہے۔</w:t>
      </w:r>
    </w:p>
    <w:p>
      <w:r>
        <w:rPr>
          <w:b/>
        </w:rPr>
        <w:t xml:space="preserve">[11:22] </w:t>
      </w:r>
      <w:r>
        <w:t>Woh hum ko khalique ki yaad dilata hai.</w:t>
      </w:r>
    </w:p>
    <w:p>
      <w:pPr>
        <w:jc w:val="right"/>
      </w:pPr>
      <w:r>
        <w:t>وہ ہم کو خالق کی یاد دلاتا ہے۔</w:t>
      </w:r>
    </w:p>
    <w:p>
      <w:r>
        <w:rPr>
          <w:b/>
        </w:rPr>
        <w:t xml:space="preserve">[11:31] </w:t>
      </w:r>
      <w:r>
        <w:t>Woh khuda ki jo buniyadi cheez hai is dunya mein, is buniyadi cheez ki goya ek alamat hai hara bhara drakht.</w:t>
      </w:r>
    </w:p>
    <w:p>
      <w:pPr>
        <w:jc w:val="right"/>
      </w:pPr>
      <w:r>
        <w:t>وہ خدا کی جو بنیادی چیز ہے اس دنیا میں، اس بنیادی چیز کی گویا ایک علامت ہے ہرا بھرا درخت۔</w:t>
      </w:r>
    </w:p>
    <w:p>
      <w:r>
        <w:rPr>
          <w:b/>
        </w:rPr>
        <w:t xml:space="preserve">[11:42] </w:t>
      </w:r>
      <w:r>
        <w:t>Khuda ko itna zyada yani is dunya mein khuda ne jo hamare liye support system rakha hai, is support system ki goya alamat hai drakht.</w:t>
      </w:r>
    </w:p>
    <w:p>
      <w:pPr>
        <w:jc w:val="right"/>
      </w:pPr>
      <w:r>
        <w:t>خدا کو اتنا زیادہ یعنی اس دنیا میں خدا نے جو ہمارے لیے سپورٹ سسٹم رکھا ہے، اس سپورٹ سسٹم کی گویا علامت ہے درخت۔</w:t>
      </w:r>
    </w:p>
    <w:p>
      <w:r>
        <w:rPr>
          <w:b/>
        </w:rPr>
        <w:t xml:space="preserve">[11:55] </w:t>
      </w:r>
      <w:r>
        <w:t>To isi liye jab mein pēṛ ke neeche baithta hoon to mujhe rooh ko ajeeb sukoon milta hai. Mein bachpan se yeh karta raha hoon ke pēṛ ke neeche baithna.</w:t>
      </w:r>
    </w:p>
    <w:p>
      <w:pPr>
        <w:jc w:val="right"/>
      </w:pPr>
      <w:r>
        <w:t>تو اسی لیے جب میں پیڑ کے نیچے بیٹھتا ہوں تو مجھے روح کو عجیب سکون ملتا ہے۔ میں بچپن سے یہ کرتا رہا ہوں کہ پیڑ کے نیچے بیٹھنا۔</w:t>
      </w:r>
    </w:p>
    <w:p>
      <w:r>
        <w:rPr>
          <w:b/>
        </w:rPr>
        <w:t xml:space="preserve">[12:07] </w:t>
      </w:r>
      <w:r>
        <w:t>Aur aaj subah mein sochne laga ke kyun mujhe pēṛ ke neeche acha lagta hai. To mujhe yeh laga ke pēṛ mere liye khuda ki barkat ki numaindagi kar raha hota hai.</w:t>
      </w:r>
    </w:p>
    <w:p>
      <w:pPr>
        <w:jc w:val="right"/>
      </w:pPr>
      <w:r>
        <w:t>اور آج صبح میں سوچنے لگا کہ کیوں مجھے پیڑ کے نیچے اچھا لگتا ہے۔ تو مجھے یہ لگا کہ پیڑ میرے لیے خدا کی برکت کی نمائندگی کر رہا ہوتا ہے۔</w:t>
      </w:r>
    </w:p>
    <w:p>
      <w:r>
        <w:rPr>
          <w:b/>
        </w:rPr>
        <w:t xml:space="preserve">[12:21] </w:t>
      </w:r>
      <w:r>
        <w:t>Khuda ki barkat ki alamat hota hai.</w:t>
      </w:r>
    </w:p>
    <w:p>
      <w:pPr>
        <w:jc w:val="right"/>
      </w:pPr>
      <w:r>
        <w:t>خدا کی برکت کی علامت ہوتا ہے۔</w:t>
      </w:r>
    </w:p>
    <w:p>
      <w:r>
        <w:rPr>
          <w:b/>
        </w:rPr>
        <w:t xml:space="preserve">[12:25] </w:t>
      </w:r>
      <w:r>
        <w:t>Yeh cheez hai jis ki wajah se mujhe pēṛ ke neeche baithna acha lagta hai. To is ko bhi mein zariya rohani tahreek aap keh sakte hain is ko.</w:t>
      </w:r>
    </w:p>
    <w:p>
      <w:pPr>
        <w:jc w:val="right"/>
      </w:pPr>
      <w:r>
        <w:t>یہ چیز ہے جس کی وجہ سے مجھے پیڑ کے نیچے بیٹھنا اچھا لگتا ہے۔ تو اس کو بھی میں ذریعہ روحانی تحریک آپ کہہ سکتے ہیں اس کو۔</w:t>
      </w:r>
    </w:p>
    <w:p>
      <w:r>
        <w:rPr>
          <w:b/>
        </w:rPr>
        <w:t xml:space="preserve">[12:40] </w:t>
      </w:r>
      <w:r>
        <w:t>Dekhein! Drakht Allah taala ko itna zyada pasand hai. Jannat ka naam bhi jannat rakh diya. Jannat ke ma'ne hain bagh.</w:t>
      </w:r>
    </w:p>
    <w:p>
      <w:pPr>
        <w:jc w:val="right"/>
      </w:pPr>
      <w:r>
        <w:t>دیکھیں! درخت اللہ تعالیٰ کو اتنا زیادہ پسند ہے۔ جنت کا نام بھی جنت رکھ دیا۔ جنت کے معنی ہیں باغ۔</w:t>
      </w:r>
    </w:p>
    <w:p>
      <w:r>
        <w:rPr>
          <w:b/>
        </w:rPr>
        <w:t xml:space="preserve">[12:48] </w:t>
      </w:r>
      <w:r>
        <w:t>Khuda ne jo khoobsurat dunya banai jis ko hum jannat kehte hain, is ka naam khuda ne jannat rakh diya. Chunaanche Quran mein jahan jahan jannat ka hawala diya gaya hai,</w:t>
      </w:r>
    </w:p>
    <w:p>
      <w:pPr>
        <w:jc w:val="right"/>
      </w:pPr>
      <w:r>
        <w:t>خدا نے جو خوبصورت دنیا بنائی جس کو ہم جنت کہتے ہیں، اس کا نام خدا نے جنت رکھ دیا۔ چنانچہ قرآن میں جہاں جہاں جنت کا حوالہ دیا گیا ہے،</w:t>
      </w:r>
    </w:p>
    <w:p>
      <w:r>
        <w:rPr>
          <w:b/>
        </w:rPr>
        <w:t xml:space="preserve">[13:04] </w:t>
      </w:r>
      <w:r>
        <w:t>wahan jannat ka lafz aaya hai.</w:t>
      </w:r>
    </w:p>
    <w:p>
      <w:pPr>
        <w:jc w:val="right"/>
      </w:pPr>
      <w:r>
        <w:t>وہاں جنت کا لفظ آیا ہے۔</w:t>
      </w:r>
    </w:p>
    <w:p>
      <w:r>
        <w:rPr>
          <w:b/>
        </w:rPr>
        <w:t xml:space="preserve">[13:12] </w:t>
      </w:r>
      <w:r>
        <w:t>Yeh kaisi ajeeb baat hai.</w:t>
      </w:r>
    </w:p>
    <w:p>
      <w:pPr>
        <w:jc w:val="right"/>
      </w:pPr>
      <w:r>
        <w:t>یہ کیسی عجیب بات ہے۔</w:t>
      </w:r>
    </w:p>
    <w:p>
      <w:r>
        <w:rPr>
          <w:b/>
        </w:rPr>
        <w:t xml:space="preserve">[13:15] </w:t>
      </w:r>
      <w:r>
        <w:t>Hum khuda ke fazl se India mein hain jahan har taraf drakht hi drakht hain. Har taraf haryali haryali hai. Is dunya mein aise mulk bhi hain jo sehra hain.</w:t>
      </w:r>
    </w:p>
    <w:p>
      <w:pPr>
        <w:jc w:val="right"/>
      </w:pPr>
      <w:r>
        <w:t>ہم خدا کے فضل سے انڈیا میں ہیں جہاں ہر طرف درخت ہی درخت ہیں۔ ہر طرف ہریالی ہریالی ہے۔ اس دنیا میں ایسے ملک بھی ہیں جو صحرا ہیں۔</w:t>
      </w:r>
    </w:p>
    <w:p>
      <w:r>
        <w:rPr>
          <w:b/>
        </w:rPr>
        <w:t xml:space="preserve">[13:24] </w:t>
      </w:r>
      <w:r>
        <w:t>Jahan haryali dikhai nahi deti. To goya ke hum khuda ke fazl se yahan is position mein hain ke khuda ki jo barkat hai haray drakhton ki soorat mein,</w:t>
      </w:r>
    </w:p>
    <w:p>
      <w:pPr>
        <w:jc w:val="right"/>
      </w:pPr>
      <w:r>
        <w:t>جہاں ہریالی دکھائی نہیں دیتی۔ تو گویا کہ ہم خدا کے فضل سے یہاں اس پوزیشن میں ہیں کہ خدا کی جو برکت ہے ہرے درختوں کی صورت میں،</w:t>
      </w:r>
    </w:p>
    <w:p>
      <w:r>
        <w:rPr>
          <w:b/>
        </w:rPr>
        <w:t xml:space="preserve">[13:40] </w:t>
      </w:r>
      <w:r>
        <w:t>is se rohani tahreek le saken.</w:t>
      </w:r>
    </w:p>
    <w:p>
      <w:pPr>
        <w:jc w:val="right"/>
      </w:pPr>
      <w:r>
        <w:t>اس سے روحانی تحریک لے سکیں۔</w:t>
      </w:r>
    </w:p>
    <w:p>
      <w:r>
        <w:rPr>
          <w:b/>
        </w:rPr>
        <w:t xml:space="preserve">[13:47] </w:t>
      </w:r>
      <w:r>
        <w:t>Dekhein! Is dunya mein khuda ne jo jis ko mein kehta hoon rohani exploitation, to is ka jo saman khuda ne rakha hai dunya mein, is ke do pehlu hain.</w:t>
      </w:r>
    </w:p>
    <w:p>
      <w:pPr>
        <w:jc w:val="right"/>
      </w:pPr>
      <w:r>
        <w:t>دیکھیں! اس دنیا میں خدا نے جو جس کو میں کہتا ہوں روحانی ایکسپلائٹیشن، تو اس کا جو سامان خدا نے رکھا ہے دنیا میں، اس کے دو پہلو ہیں۔</w:t>
      </w:r>
    </w:p>
    <w:p>
      <w:r>
        <w:rPr>
          <w:b/>
        </w:rPr>
        <w:t xml:space="preserve">[14:04] </w:t>
      </w:r>
      <w:r>
        <w:t>Aap jante hain ke insaan ko jismani ghiza chahiye. Isi ke sath insaan ko rohani ghiza chahiye.</w:t>
      </w:r>
    </w:p>
    <w:p>
      <w:pPr>
        <w:jc w:val="right"/>
      </w:pPr>
      <w:r>
        <w:t>آپ جانتے ہیں کہ انسان کو جسمانی غذا چاہیے۔ اسی کے ساتھ انسان کو روحانی غذا چاہیے۔</w:t>
      </w:r>
    </w:p>
    <w:p>
      <w:r>
        <w:rPr>
          <w:b/>
        </w:rPr>
        <w:t xml:space="preserve">[14:15] </w:t>
      </w:r>
      <w:r>
        <w:t>Jismani ghiza aur rohani ghiza, yeh dono hi khuda ne isi fitrat mein rakh diye hain. Dono.</w:t>
      </w:r>
    </w:p>
    <w:p>
      <w:pPr>
        <w:jc w:val="right"/>
      </w:pPr>
      <w:r>
        <w:t>جسمانی غذا اور روحانی غذا، یہ دونوں ہی خدا نے اسی فطرت میں رکھ دیے ہیں۔ دونوں۔</w:t>
      </w:r>
    </w:p>
    <w:p>
      <w:r>
        <w:rPr>
          <w:b/>
        </w:rPr>
        <w:t xml:space="preserve">[14:29] </w:t>
      </w:r>
      <w:r>
        <w:t>Alag alag nahi hain. Yaad rakhiye! Aisa nahi hai ke hum jismani ghiza to dunya se len aur rohani ghiza ke liye hamein kahin jana pare janglon mein aur paharon mein.</w:t>
      </w:r>
    </w:p>
    <w:p>
      <w:pPr>
        <w:jc w:val="right"/>
      </w:pPr>
      <w:r>
        <w:t>الگ الگ نہیں ہیں۔ یاد رکھیے! ایسا نہیں ہے کہ ہم جسمانی غذا تو دنیا سے لیں اور روحانی غذا کے لیے ہمیں کہیں جانا پڑے جنگلوں میں اور پہاڑوں میں۔</w:t>
      </w:r>
    </w:p>
    <w:p>
      <w:r>
        <w:rPr>
          <w:b/>
        </w:rPr>
        <w:t xml:space="preserve">[14:43] </w:t>
      </w:r>
      <w:r>
        <w:t>aisa nahi hai. isi dunya mein jis mein hum reh rahe hain, isi mein Khuda ne dono qism ki ghizayen rakh di hain.</w:t>
      </w:r>
    </w:p>
    <w:p>
      <w:pPr>
        <w:jc w:val="right"/>
      </w:pPr>
      <w:r>
        <w:t>ایسا نہیں ہے۔ اسی دنیا میں جس میں ہم رہ رہے ہیں، اسی میں خدا نے دونوں قسم کے غذائیں رکھ دی ہیں۔</w:t>
      </w:r>
    </w:p>
    <w:p>
      <w:r>
        <w:rPr>
          <w:b/>
        </w:rPr>
        <w:t xml:space="preserve">[14:54] </w:t>
      </w:r>
      <w:r>
        <w:t>is ki mein aik misaal deta hoon aap ko. aap doodh peete hain. doodh kya hai?</w:t>
      </w:r>
    </w:p>
    <w:p>
      <w:pPr>
        <w:jc w:val="right"/>
      </w:pPr>
      <w:r>
        <w:t>اس کی میں ایک مثال دیتا ہوں آپ کو۔ آپ دودھ پیتے ہیں۔ دودھ کیا ہے؟</w:t>
      </w:r>
    </w:p>
    <w:p>
      <w:r>
        <w:rPr>
          <w:b/>
        </w:rPr>
        <w:t xml:space="preserve">[15:05] </w:t>
      </w:r>
      <w:r>
        <w:t>doodh aap ko jismani ghiza deta hai. doodh se aap ka gosht aur khoon banta hai.</w:t>
      </w:r>
    </w:p>
    <w:p>
      <w:pPr>
        <w:jc w:val="right"/>
      </w:pPr>
      <w:r>
        <w:t>دودھ آپ کو جسمانی غذا دیتا ہے۔ دودھ سے آپ کا گوشت اور خون بنتا ہے۔</w:t>
      </w:r>
    </w:p>
    <w:p>
      <w:r>
        <w:rPr>
          <w:b/>
        </w:rPr>
        <w:t xml:space="preserve">[15:12] </w:t>
      </w:r>
      <w:r>
        <w:t>aap ko jismani taqat milti hai. to doodh aap ke liye jismani ghiza faraham karta hai.</w:t>
      </w:r>
    </w:p>
    <w:p>
      <w:pPr>
        <w:jc w:val="right"/>
      </w:pPr>
      <w:r>
        <w:t>آپ کو جسمانی طاقت ملتی ہے۔ تو دودھ آپ کے لیے جسمانی غذا فراہم کرتا ہے۔</w:t>
      </w:r>
    </w:p>
    <w:p>
      <w:r>
        <w:rPr>
          <w:b/>
        </w:rPr>
        <w:t xml:space="preserve">[15:25] </w:t>
      </w:r>
      <w:r>
        <w:t>doodh aap ke liye jismani khana hai. lekin isi mein rohani ghiza bhi hai. rohani ghiza kaise hai?</w:t>
      </w:r>
    </w:p>
    <w:p>
      <w:pPr>
        <w:jc w:val="right"/>
      </w:pPr>
      <w:r>
        <w:t>دودھ آپ کے لیے جسمانی کھانا ہے۔ لیکن اسی میں روحانی غذا بھی ہے۔ روحانی غذا کیسے ہے؟</w:t>
      </w:r>
    </w:p>
    <w:p>
      <w:r>
        <w:rPr>
          <w:b/>
        </w:rPr>
        <w:t xml:space="preserve">[15:36] </w:t>
      </w:r>
      <w:r>
        <w:t>woh woh doosra jo rohani ghiza hai, us ko aap jab haasil kar paate hain jab aap kuch sochein. yeh sochna jo hai, zehan ko فعال karna,</w:t>
      </w:r>
    </w:p>
    <w:p>
      <w:pPr>
        <w:jc w:val="right"/>
      </w:pPr>
      <w:r>
        <w:t>وہ وہ دوسرا جو روحانی غذا ہے، اس کو آپ جب حاصل کر پاتے ہیں جب آپ کچھ سوچیں۔ یہ سوچنا جو ہے، ذہن کو فعال کرنا،</w:t>
      </w:r>
    </w:p>
    <w:p>
      <w:r>
        <w:rPr>
          <w:b/>
        </w:rPr>
        <w:t xml:space="preserve">[15:51] </w:t>
      </w:r>
      <w:r>
        <w:t>isi se aap ko rohani ghiza milta hai. mein akhbaron mein aise mazameen parhta hoon, aise article jis mein rehta hai ke rok dein sochne ko</w:t>
      </w:r>
    </w:p>
    <w:p>
      <w:pPr>
        <w:jc w:val="right"/>
      </w:pPr>
      <w:r>
        <w:t>اسی سے آپ کو روحانی غذا ملتا ہے۔ میں اخباروں میں ایسے مضامین پڑھتا ہوں، ایسے آرٹیکل جس میں رہتا ہے کہ روک دیں سوچنے کو</w:t>
      </w:r>
    </w:p>
    <w:p>
      <w:r>
        <w:rPr>
          <w:b/>
        </w:rPr>
        <w:t xml:space="preserve">[16:03] </w:t>
      </w:r>
      <w:r>
        <w:t>. aik ajeeb o ghareeb aik theory chali hai ke agar aap sukoon chahte hain, tension free zindagi chahte hain to sochna band kar dijiye.</w:t>
      </w:r>
    </w:p>
    <w:p>
      <w:pPr>
        <w:jc w:val="right"/>
      </w:pPr>
      <w:r>
        <w:t>۔ ایک عجیب و غریب ایک تھیوری چلی ہے کہ اگر آپ سکون چاہتے ہیں، ٹینشن فری زندگی چاہتے ہیں تو سوچنا بند کر دیجیے۔</w:t>
      </w:r>
    </w:p>
    <w:p>
      <w:r>
        <w:rPr>
          <w:b/>
        </w:rPr>
        <w:t xml:space="preserve">[16:13] </w:t>
      </w:r>
      <w:r>
        <w:t>mein samajhta hoon ke yeh fitrat ke khilaaf hai. qanoon fitrat ke khilaaf yeh nazariya jaata hai. aur jo cheez qanoon fitrat ke khilaaf ho, bilashuba woh be bunyad hai.</w:t>
      </w:r>
    </w:p>
    <w:p>
      <w:pPr>
        <w:jc w:val="right"/>
      </w:pPr>
      <w:r>
        <w:t>میں سمجھتا ہوں کہ یہ فطرت کے خلاف ہے۔ قانون فطرت کے خلاف یہ نظریہ جاتا ہے۔ اور جو چیز قانون فطرت کے خلاف ہو، بلاشبہ وہ بے بنیاد ہے۔</w:t>
      </w:r>
    </w:p>
    <w:p>
      <w:r>
        <w:rPr>
          <w:b/>
        </w:rPr>
        <w:t xml:space="preserve">[16:29] </w:t>
      </w:r>
      <w:r>
        <w:t>mein samajhta hoon ke sochne se</w:t>
      </w:r>
    </w:p>
    <w:p>
      <w:pPr>
        <w:jc w:val="right"/>
      </w:pPr>
      <w:r>
        <w:t>میں سمجھتا ہوں کہ سوچنے سے</w:t>
      </w:r>
    </w:p>
    <w:p>
      <w:r>
        <w:rPr>
          <w:b/>
        </w:rPr>
        <w:t xml:space="preserve">[16:33] </w:t>
      </w:r>
      <w:r>
        <w:t>woh cheez milti hai jis ko hum kehte hain rohani ghiza. yaani doodh ko aap ne khaya ya piya to aap ko jismani ghiza mili.</w:t>
      </w:r>
    </w:p>
    <w:p>
      <w:pPr>
        <w:jc w:val="right"/>
      </w:pPr>
      <w:r>
        <w:t>وہ چیز ملتی ہے جس کو ہم کہتے ہیں روحانی غذا۔ یعنی دودھ کو آپ نے کھایا یا پیا تو آپ کو جسمانی غذا ملی۔</w:t>
      </w:r>
    </w:p>
    <w:p>
      <w:r>
        <w:rPr>
          <w:b/>
        </w:rPr>
        <w:t xml:space="preserve">[16:43] </w:t>
      </w:r>
      <w:r>
        <w:t>aur jab aap sochen ge, sochen ge, sochen ge is par to aap ko rohani ghiza milne lage ga. woh kaise?</w:t>
      </w:r>
    </w:p>
    <w:p>
      <w:pPr>
        <w:jc w:val="right"/>
      </w:pPr>
      <w:r>
        <w:t>اور جب آپ سوچیں گے، سوچیں گے، سوچیں گے اس پر تو آپ کو روحانی غذا ملنے لگے گا۔ وہ کیسے؟</w:t>
      </w:r>
    </w:p>
    <w:p>
      <w:r>
        <w:rPr>
          <w:b/>
        </w:rPr>
        <w:t xml:space="preserve">[16:55] </w:t>
      </w:r>
      <w:r>
        <w:t>aap sochen ge ke yeh doodh kya hai?</w:t>
      </w:r>
    </w:p>
    <w:p>
      <w:pPr>
        <w:jc w:val="right"/>
      </w:pPr>
      <w:r>
        <w:t>آپ سوچیں گے کہ یہ دودھ کیا ہے؟</w:t>
      </w:r>
    </w:p>
    <w:p>
      <w:r>
        <w:rPr>
          <w:b/>
        </w:rPr>
        <w:t xml:space="preserve">[16:59] </w:t>
      </w:r>
      <w:r>
        <w:t>doodh kaise bana? to aap sochen ge ke aap ki soch yahan pahunche gi ke doodh is tarah bana ke gaaye ne ghaas khai aur ghaas ko tabdeel kiya doodh mein.</w:t>
      </w:r>
    </w:p>
    <w:p>
      <w:pPr>
        <w:jc w:val="right"/>
      </w:pPr>
      <w:r>
        <w:t>دودھ کیسے بنا؟ تو آپ سوچیں گے کہ آپ کی سوچ یہاں پہنچے گی کہ دودھ اس طرح بنا کہ گائے نے گھاس کھائی اور گھاس کو تبدیل کیا دودھ میں۔</w:t>
      </w:r>
    </w:p>
    <w:p>
      <w:r>
        <w:rPr>
          <w:b/>
        </w:rPr>
        <w:t xml:space="preserve">[17:15] </w:t>
      </w:r>
      <w:r>
        <w:t>yaani doodh jo hai woh non milk ka tabdeel hai doodh ki soorat mein. yeh baat aap soch kar janen ge.</w:t>
      </w:r>
    </w:p>
    <w:p>
      <w:pPr>
        <w:jc w:val="right"/>
      </w:pPr>
      <w:r>
        <w:t>یعنی دودھ جو ہے وہ نان ملک کا تبدیل ہے دودھ کی صورت میں۔ یہ بات آپ سوچ کر جانیں گے۔</w:t>
      </w:r>
    </w:p>
    <w:p>
      <w:r>
        <w:rPr>
          <w:b/>
        </w:rPr>
        <w:t xml:space="preserve">[17:24] </w:t>
      </w:r>
      <w:r>
        <w:t>yaani jismani ghiza to jab ban gaya, doodh jab aap ne munh mein daal liya, pait mein daal liya, seedha munh ke rastay se pait mein daal lena, yahi kaafi hai ke doodh aap ke liye jismani ghiza ban jaye.</w:t>
      </w:r>
    </w:p>
    <w:p>
      <w:pPr>
        <w:jc w:val="right"/>
      </w:pPr>
      <w:r>
        <w:t>یعنی جسمانی غذا تو جب بن گیا، دودھ جب آپ نے منہ میں ڈال لیا، پیٹ میں ڈال لیا، سیدھا منہ کے راستے سے پیٹ میں ڈال لینا، یہی کافی ہے کہ دودھ آپ کے لیے جسمانی غذا بن جائے۔</w:t>
      </w:r>
    </w:p>
    <w:p>
      <w:r>
        <w:rPr>
          <w:b/>
        </w:rPr>
        <w:t xml:space="preserve">[17:39] </w:t>
      </w:r>
      <w:r>
        <w:t>lekin woh rohani ghiza jab banega jab aap soch ko فعال karein, jab zehan ko فعال karein. yaani aap sochen ke doodh kya hai?</w:t>
      </w:r>
    </w:p>
    <w:p>
      <w:pPr>
        <w:jc w:val="right"/>
      </w:pPr>
      <w:r>
        <w:t>لیکن وہ روحانی غذا جب بنے گا جب آپ سوچ کو فعال کریں، جب ذہن کو فعال کریں۔ یعنی آپ سوچیں کہ دودھ کیا ہے؟</w:t>
      </w:r>
    </w:p>
    <w:p>
      <w:r>
        <w:rPr>
          <w:b/>
        </w:rPr>
        <w:t xml:space="preserve">[17:49] </w:t>
      </w:r>
      <w:r>
        <w:t>kaise banta hai?</w:t>
      </w:r>
    </w:p>
    <w:p>
      <w:pPr>
        <w:jc w:val="right"/>
      </w:pPr>
      <w:r>
        <w:t>کیسے بنتا ہے؟</w:t>
      </w:r>
    </w:p>
    <w:p>
      <w:r>
        <w:rPr>
          <w:b/>
        </w:rPr>
        <w:t xml:space="preserve">[17:53] </w:t>
      </w:r>
      <w:r>
        <w:t>to mein ne is se pehle aap ko aik sunaya tha ke bachpan mein mein ne aik Ismail Meerathi ki aik nazm parhi thi. bohat pehli ki baat hai.</w:t>
      </w:r>
    </w:p>
    <w:p>
      <w:pPr>
        <w:jc w:val="right"/>
      </w:pPr>
      <w:r>
        <w:t>تو میں نے اس سے پہلے آپ کو ایک سنایا تھا کہ بچپن میں میں نے ایک اسماعیل مریٹھی کی ایک نظم پڑھی تھی۔ بہت پہلی کی بات ہے۔</w:t>
      </w:r>
    </w:p>
    <w:p>
      <w:r>
        <w:rPr>
          <w:b/>
        </w:rPr>
        <w:t xml:space="preserve">[18:03] </w:t>
      </w:r>
      <w:r>
        <w:t>gaaye par Rab ki hamd o sana kar bhai jis ne aisi gaaye banai waghera. is mein aik line yeh thi: kal jo ghaas cheri thi ban mein,</w:t>
      </w:r>
    </w:p>
    <w:p>
      <w:pPr>
        <w:jc w:val="right"/>
      </w:pPr>
      <w:r>
        <w:t>گائے پر رب کی حمد و ثناء کر بھائی جس نے ایسی گائے بنائی وغیرہ۔ اس میں ایک لائن یہ تھی: کل جو گھاس چری تھی بن میں،</w:t>
      </w:r>
    </w:p>
    <w:p>
      <w:r>
        <w:rPr>
          <w:b/>
        </w:rPr>
        <w:t xml:space="preserve">[18:18] </w:t>
      </w:r>
      <w:r>
        <w:t>doodh bani woh gaaye ke than mein.</w:t>
      </w:r>
    </w:p>
    <w:p>
      <w:pPr>
        <w:jc w:val="right"/>
      </w:pPr>
      <w:r>
        <w:t>دودھ بنی وہ گائے کے تھن میں۔</w:t>
      </w:r>
    </w:p>
    <w:p>
      <w:r>
        <w:rPr>
          <w:b/>
        </w:rPr>
        <w:t xml:space="preserve">[18:22] </w:t>
      </w:r>
      <w:r>
        <w:t>to goya ke doodh Khuda ka aik paigham hai aap ke liye.</w:t>
      </w:r>
    </w:p>
    <w:p>
      <w:pPr>
        <w:jc w:val="right"/>
      </w:pPr>
      <w:r>
        <w:t>تو گویا کہ دودھ خدا کا ایک پیغام ہے آپ کے لیے۔</w:t>
      </w:r>
    </w:p>
    <w:p>
      <w:r>
        <w:rPr>
          <w:b/>
        </w:rPr>
        <w:t xml:space="preserve">[18:33] </w:t>
      </w:r>
      <w:r>
        <w:t>is paigham ko soch kar jante hain aap</w:t>
      </w:r>
    </w:p>
    <w:p>
      <w:pPr>
        <w:jc w:val="right"/>
      </w:pPr>
      <w:r>
        <w:t>اس پیغام کو سوچ کر جانتے ہیں آپ</w:t>
      </w:r>
    </w:p>
    <w:p>
      <w:r>
        <w:rPr>
          <w:b/>
        </w:rPr>
        <w:t xml:space="preserve">[18:38] </w:t>
      </w:r>
      <w:r>
        <w:t>ke non milk ko doodh mein tabdeel karne ka fun seekho. yaani manfi khayal ko musbat khayal mein tabdeel karo.</w:t>
      </w:r>
    </w:p>
    <w:p>
      <w:pPr>
        <w:jc w:val="right"/>
      </w:pPr>
      <w:r>
        <w:t>کہ نان ملک کو دودھ میں تبدیل کرنے کا فن سیکھو۔ یعنی منفی خیال کو مثبت خیال میں تبدیل کرو۔</w:t>
      </w:r>
    </w:p>
    <w:p>
      <w:r>
        <w:rPr>
          <w:b/>
        </w:rPr>
        <w:t xml:space="preserve">[18:48] </w:t>
      </w:r>
      <w:r>
        <w:t>yeh hai rohaniyat ka raaz.</w:t>
      </w:r>
    </w:p>
    <w:p>
      <w:pPr>
        <w:jc w:val="right"/>
      </w:pPr>
      <w:r>
        <w:t>یہ ہے روحانیت کا راز۔</w:t>
      </w:r>
    </w:p>
    <w:p>
      <w:r>
        <w:rPr>
          <w:b/>
        </w:rPr>
        <w:t xml:space="preserve">[18:53] </w:t>
      </w:r>
      <w:r>
        <w:t>to doodh ka ek pehlu yeh hai, ek pehlu yeh hai doodh ka ke munh mein dala, pait mein pohancha aur aap ke liye jismani ghiza ban gaya.</w:t>
      </w:r>
    </w:p>
    <w:p>
      <w:pPr>
        <w:jc w:val="right"/>
      </w:pPr>
      <w:r>
        <w:t>تو دودھ کا ایک پہلو یہ ہے، ایک پہلو یہ ہے دودھ کا کہ منہ میں ڈالا، پیٹ میں پہنچا اور آپ کے لیے جسمانی غذا بن گیا۔</w:t>
      </w:r>
    </w:p>
    <w:p>
      <w:r>
        <w:rPr>
          <w:b/>
        </w:rPr>
        <w:t xml:space="preserve">[19:06] </w:t>
      </w:r>
      <w:r>
        <w:t>is ka doosra pehlu yeh hai ke aap ne socha, soch kar is ki gehrai mein gaye. aap ne paya ke doodh to ek ajeeb o ghareeb cheez hai.</w:t>
      </w:r>
    </w:p>
    <w:p>
      <w:pPr>
        <w:jc w:val="right"/>
      </w:pPr>
      <w:r>
        <w:t>اس کا دوسرا پہلو یہ ہے کہ آپ نے سوچا، سوچ کر اس کی گہرائی میں گئے۔ آپ نے پایا کہ دودھ تو ایک عجیب و غریب چیز ہے۔</w:t>
      </w:r>
    </w:p>
    <w:p>
      <w:r>
        <w:rPr>
          <w:b/>
        </w:rPr>
        <w:t xml:space="preserve">[19:18] </w:t>
      </w:r>
      <w:r>
        <w:t>yani gaaye ne naan milk ko tabdeel kar ke doodh banaya to mujhe doodh mila. yeh khuda ka ek paigham hai aap ke liye, ek paigham hai aap ke liye ke aye insaan!</w:t>
      </w:r>
    </w:p>
    <w:p>
      <w:pPr>
        <w:jc w:val="right"/>
      </w:pPr>
      <w:r>
        <w:t>یعنی گائے نے نان ملک کو تبدیل کر کے دودھ بنایا تو مجھے دودھ ملا۔ یہ خدا کا ایک پیغام ہے آپ کے لیے، ایک پیغام ہے آپ کے لیے کہ اے انسان!</w:t>
      </w:r>
    </w:p>
    <w:p>
      <w:r>
        <w:rPr>
          <w:b/>
        </w:rPr>
        <w:t xml:space="preserve">[19:33] </w:t>
      </w:r>
      <w:r>
        <w:t>to bhi wahi kar jo gaaye kar rahi hai.</w:t>
      </w:r>
    </w:p>
    <w:p>
      <w:pPr>
        <w:jc w:val="right"/>
      </w:pPr>
      <w:r>
        <w:t>تو بھی وہی کر جو گائے کر رہی ہے۔</w:t>
      </w:r>
    </w:p>
    <w:p>
      <w:r>
        <w:rPr>
          <w:b/>
        </w:rPr>
        <w:t xml:space="preserve">[19:37] </w:t>
      </w:r>
      <w:r>
        <w:t>yani fun tabdeeli seekh.</w:t>
      </w:r>
    </w:p>
    <w:p>
      <w:pPr>
        <w:jc w:val="right"/>
      </w:pPr>
      <w:r>
        <w:t>یعنی فن تبدیلی سیکھ۔</w:t>
      </w:r>
    </w:p>
    <w:p>
      <w:r>
        <w:rPr>
          <w:b/>
        </w:rPr>
        <w:t xml:space="preserve">[19:43] </w:t>
      </w:r>
      <w:r>
        <w:t>aye insaan! to bhi gaaye ki tarah fun tabdeeli seekh. yani manfi khayal ko musbat khayal mein badalna seekh.</w:t>
      </w:r>
    </w:p>
    <w:p>
      <w:pPr>
        <w:jc w:val="right"/>
      </w:pPr>
      <w:r>
        <w:t>اے انسان! تو بھی گائے کی طرح فن تبدیلی سیکھ۔ یعنی منفی خیال کو مثبت خیال میں بدلنا سیکھ۔</w:t>
      </w:r>
    </w:p>
    <w:p>
      <w:r>
        <w:rPr>
          <w:b/>
        </w:rPr>
        <w:t xml:space="preserve">[20:01] </w:t>
      </w:r>
      <w:r>
        <w:t>kaisi ajeeb baat hai yeh.</w:t>
      </w:r>
    </w:p>
    <w:p>
      <w:pPr>
        <w:jc w:val="right"/>
      </w:pPr>
      <w:r>
        <w:t>کیسی عجیب بات ہے یہ۔</w:t>
      </w:r>
    </w:p>
    <w:p>
      <w:r>
        <w:rPr>
          <w:b/>
        </w:rPr>
        <w:t xml:space="preserve">[20:03] </w:t>
      </w:r>
      <w:r>
        <w:t>yani jin cheezon ko hum bahana banate hain, ghussa ko hum bahana banate hain ke unhon ne aisa keh diya to ghussa to aye ga. unhon ne aisa kar diya to hum badla to len ge.</w:t>
      </w:r>
    </w:p>
    <w:p>
      <w:pPr>
        <w:jc w:val="right"/>
      </w:pPr>
      <w:r>
        <w:t>یعنی جن چیزوں کو ہم بہانہ بناتے ہیں، غصہ کو ہم بہانہ بناتے ہیں کہ انہوں نے ایسا کہہ دیا تو غصہ تو آئے گا۔ انہوں نے ایسا کر دیا تو ہم بدلہ تو لیں گے۔</w:t>
      </w:r>
    </w:p>
    <w:p>
      <w:r>
        <w:rPr>
          <w:b/>
        </w:rPr>
        <w:t xml:space="preserve">[20:15] </w:t>
      </w:r>
      <w:r>
        <w:t>unhon ne aisa kar diya to hum to ihtijaj karen ge. unhon ne aisa kar diya to hum to laren ge. yeh khuda ke qanoon ke khilaf hai yeh soch.</w:t>
      </w:r>
    </w:p>
    <w:p>
      <w:pPr>
        <w:jc w:val="right"/>
      </w:pPr>
      <w:r>
        <w:t>انہوں نے ایسا کر دیا تو ہم تو احتجاج کریں گے۔ انہوں نے ایسا کر دیا تو ہم تو لڑیں گے۔ یہ خدا کے قانون کے خلاف ہے یہ سوچ۔</w:t>
      </w:r>
    </w:p>
    <w:p>
      <w:r>
        <w:rPr>
          <w:b/>
        </w:rPr>
        <w:t xml:space="preserve">[20:29] </w:t>
      </w:r>
      <w:r>
        <w:t>khuda jo paigham de raha hai aap ko doodh ke roop mein woh yeh hai ke tashaddud ko aman banao.</w:t>
      </w:r>
    </w:p>
    <w:p>
      <w:pPr>
        <w:jc w:val="right"/>
      </w:pPr>
      <w:r>
        <w:t>خدا جو پیغام دے رہا ہے آپ کو دودھ کے روپ میں وہ یہ ہے کہ تشدد کو امن بناؤ۔</w:t>
      </w:r>
    </w:p>
    <w:p>
      <w:r>
        <w:rPr>
          <w:b/>
        </w:rPr>
        <w:t xml:space="preserve">[20:43] </w:t>
      </w:r>
      <w:r>
        <w:t>badle ko maafi mein tabdeel karo.</w:t>
      </w:r>
    </w:p>
    <w:p>
      <w:pPr>
        <w:jc w:val="right"/>
      </w:pPr>
      <w:r>
        <w:t>بدلے کو معافی میں تبدیل کرو۔</w:t>
      </w:r>
    </w:p>
    <w:p>
      <w:r>
        <w:rPr>
          <w:b/>
        </w:rPr>
        <w:t xml:space="preserve">[20:50] </w:t>
      </w:r>
      <w:r>
        <w:t>manfi jazbat ko musbat jazbat mein badlo. ghussa ko pi jao andar hi andar.</w:t>
      </w:r>
    </w:p>
    <w:p>
      <w:pPr>
        <w:jc w:val="right"/>
      </w:pPr>
      <w:r>
        <w:t>منفی جذبات کو مثبت جذبات میں بدلو۔ غصہ کو پی جاؤ اندر ہی اندر۔</w:t>
      </w:r>
    </w:p>
    <w:p>
      <w:r>
        <w:rPr>
          <w:b/>
        </w:rPr>
        <w:t xml:space="preserve">[21:00] </w:t>
      </w:r>
      <w:r>
        <w:t>yeh hai khuda ka paigham. yeh hai rohaniyat.</w:t>
      </w:r>
    </w:p>
    <w:p>
      <w:pPr>
        <w:jc w:val="right"/>
      </w:pPr>
      <w:r>
        <w:t>یہ ہے خدا کا پیغام۔ یہ ہے روحانیت۔</w:t>
      </w:r>
    </w:p>
    <w:p>
      <w:r>
        <w:rPr>
          <w:b/>
        </w:rPr>
        <w:t xml:space="preserve">[21:07] </w:t>
      </w:r>
      <w:r>
        <w:t>sachi rohaniyat rok dene par mabni nahi karti. sachi rohaniyat sochne ko fa'aal karne par mabni karti hai.</w:t>
      </w:r>
    </w:p>
    <w:p>
      <w:pPr>
        <w:jc w:val="right"/>
      </w:pPr>
      <w:r>
        <w:t>سچی روحانیت روک دینے پر مبنی نہیں کرتی۔ سچی روحانیت سوچنے کو فعال کرنے پر مبنی کرتی ہے۔</w:t>
      </w:r>
    </w:p>
    <w:p>
      <w:r>
        <w:rPr>
          <w:b/>
        </w:rPr>
        <w:t xml:space="preserve">[21:23] </w:t>
      </w:r>
      <w:r>
        <w:t>is dunya mein khuda ne jo ek misaal mein ne di aap ko doodh ki, aisi billion billion misaalain khuda ne rakh di hain zameen mein. to aap apni soch ko fa'aal kijiye.</w:t>
      </w:r>
    </w:p>
    <w:p>
      <w:pPr>
        <w:jc w:val="right"/>
      </w:pPr>
      <w:r>
        <w:t>اس دنیا میں خدا نے جو ایک مثال میں نے دی آپ کو دودھ کی، ایسی بلین بلین مثالیں خدا نے رکھ دی ہیں زمین میں۔ تو آپ اپنی سوچ کو فعال کیجیے۔</w:t>
      </w:r>
    </w:p>
    <w:p>
      <w:r>
        <w:rPr>
          <w:b/>
        </w:rPr>
        <w:t xml:space="preserve">[21:34] </w:t>
      </w:r>
      <w:r>
        <w:t>har ek mein se nikal lijiye sabak ko. rohani tehreek ko. yahi hai rohani istihsal fitrat ka.</w:t>
      </w:r>
    </w:p>
    <w:p>
      <w:pPr>
        <w:jc w:val="right"/>
      </w:pPr>
      <w:r>
        <w:t>ہر ایک میں سے نکال لیجیے سبق کو۔ روحانی تحریک کو۔ یہی ہے روحانی استحصال فطرت کا۔</w:t>
      </w:r>
    </w:p>
    <w:p>
      <w:r>
        <w:rPr>
          <w:b/>
        </w:rPr>
        <w:t xml:space="preserve">[21:53] </w:t>
      </w:r>
      <w:r>
        <w:t>aaj subah mein soch raha tha ke kya ke ek aap jante hain ke</w:t>
      </w:r>
    </w:p>
    <w:p>
      <w:pPr>
        <w:jc w:val="right"/>
      </w:pPr>
      <w:r>
        <w:t>آج صبح میں سوچ رہا تھا کہ کیا کہ ایک آپ جانتے ہیں کہ</w:t>
      </w:r>
    </w:p>
    <w:p>
      <w:r>
        <w:rPr>
          <w:b/>
        </w:rPr>
        <w:t xml:space="preserve">[22:01] </w:t>
      </w:r>
      <w:r>
        <w:t>ek waqea guzra mere upar. to is waqey par sochne laga. mein peir ke neeche baitha hua tha, aaj subah ki baat hai.</w:t>
      </w:r>
    </w:p>
    <w:p>
      <w:pPr>
        <w:jc w:val="right"/>
      </w:pPr>
      <w:r>
        <w:t>ایک واقعہ گزرا میرے اوپر۔ تو اس واقعے پر سوچنے لگا۔ میں پیڑ کے نیچے بیٹھا ہوا تھا، آج صبح کی بات ہے۔</w:t>
      </w:r>
    </w:p>
    <w:p>
      <w:r>
        <w:rPr>
          <w:b/>
        </w:rPr>
        <w:t xml:space="preserve">[22:13] </w:t>
      </w:r>
      <w:r>
        <w:t>to mein ne socha ke kya yeh peir jhoot bol sakta hai jabke insaan jhoot bolta hai?</w:t>
      </w:r>
    </w:p>
    <w:p>
      <w:pPr>
        <w:jc w:val="right"/>
      </w:pPr>
      <w:r>
        <w:t>تو میں نے سوچا کہ کیا یہ پیڑ جھوٹ بول سکتا ہے جبکہ انسان جھوٹ بولتا ہے؟</w:t>
      </w:r>
    </w:p>
    <w:p>
      <w:r>
        <w:rPr>
          <w:b/>
        </w:rPr>
        <w:t xml:space="preserve">[22:21] </w:t>
      </w:r>
      <w:r>
        <w:t>mein ne kaha ke nahi. peir kabhi jhoot nahi bolta. kabhi peir jhoot nahi boley ga.</w:t>
      </w:r>
    </w:p>
    <w:p>
      <w:pPr>
        <w:jc w:val="right"/>
      </w:pPr>
      <w:r>
        <w:t>میں نے کہا کہ نہیں۔ پیڑ کبھی جھوٹ نہیں بولتا۔ کبھی پیڑ جھوٹ نہیں بولے گا۔</w:t>
      </w:r>
    </w:p>
    <w:p>
      <w:r>
        <w:rPr>
          <w:b/>
        </w:rPr>
        <w:t xml:space="preserve">[22:31] </w:t>
      </w:r>
      <w:r>
        <w:t>matlab yeh hai ke agar is par patiyan nahi hain, sirf thand hai to kabhi nahi kahe ga ke mere paas patiyan hain. agar peir ke upar phool nahi hain, sirf patiyan hain to woh yeh nahi kahe ga ke phool bhi hain yahan par.</w:t>
      </w:r>
    </w:p>
    <w:p>
      <w:pPr>
        <w:jc w:val="right"/>
      </w:pPr>
      <w:r>
        <w:t>مطلب یہ ہے کہ اگر اس پر پتیاں نہیں ہیں، صرف ٹھنڈ ہے تو کبھی نہیں کہے گا کہ میرے پاس پتیاں ہیں۔ اگر پیڑ کے اوپر پھول نہیں ہیں، صرف پتیاں ہیں تو وہ یہ نہیں کہے گا کہ پھول بھی ہیں یہاں پر۔</w:t>
      </w:r>
    </w:p>
    <w:p>
      <w:r>
        <w:rPr>
          <w:b/>
        </w:rPr>
        <w:t xml:space="preserve">[22:45] </w:t>
      </w:r>
      <w:r>
        <w:t>agar peir ke upar sirf shakhain hain, is par phal nahi hain to kabhi yeh nahi kahe ga ke mein phaldar hoon. peir kabhi jhoot nahi bolta.</w:t>
      </w:r>
    </w:p>
    <w:p>
      <w:pPr>
        <w:jc w:val="right"/>
      </w:pPr>
      <w:r>
        <w:t>اگر پیڑ کے اوپر صرف شاخیں ہیں، اس پر پھل نہیں ہیں تو کبھی یہ نہیں کہے گا کہ میں پھل دار ہوں۔ پیڑ کبھی جھوٹ نہیں بولتا۔</w:t>
      </w:r>
    </w:p>
    <w:p>
      <w:r>
        <w:rPr>
          <w:b/>
        </w:rPr>
        <w:t xml:space="preserve">[22:57] </w:t>
      </w:r>
      <w:r>
        <w:t>peir ki zaban ahista ahista zaban hoti hai.</w:t>
      </w:r>
    </w:p>
    <w:p>
      <w:pPr>
        <w:jc w:val="right"/>
      </w:pPr>
      <w:r>
        <w:t>پیڑ کی زبان آہستہ آہستہ زبان ہوتی ہے۔</w:t>
      </w:r>
    </w:p>
    <w:p>
      <w:r>
        <w:rPr>
          <w:b/>
        </w:rPr>
        <w:t xml:space="preserve">[23:03] </w:t>
      </w:r>
      <w:r>
        <w:t>yeh sabak khuda ki taraf se hai. yeh rohani sabak ke aye insaan! to bhi jhoot bolna chhod. jaisa hai waisa bolna seekh.</w:t>
      </w:r>
    </w:p>
    <w:p>
      <w:pPr>
        <w:jc w:val="right"/>
      </w:pPr>
      <w:r>
        <w:t>یہ سبق خدا کی طرف سے ہے۔ یہ روحانی سبق کہ اے انسان! تو بھی جھوٹ بولنا چھوڑ۔ جیسا ہے ویسا بولنا سیکھ۔</w:t>
      </w:r>
    </w:p>
    <w:p>
      <w:r>
        <w:rPr>
          <w:b/>
        </w:rPr>
        <w:t xml:space="preserve">[23:18] </w:t>
      </w:r>
      <w:r>
        <w:t>yani insaan ko chahiye ke woh jo us ke dil mein hai wahi apni zaban se bole. aur apni zaban se jo bole usi par amal kare woh.</w:t>
      </w:r>
    </w:p>
    <w:p>
      <w:pPr>
        <w:jc w:val="right"/>
      </w:pPr>
      <w:r>
        <w:t>یعنی انسان کو چاہیے کہ وہ جو اس کے دل میں ہے وہی اپنی زبان سے بولے۔ اور اپنی زبان سے جو بولے اسی پر عمل کرے وہ۔</w:t>
      </w:r>
    </w:p>
    <w:p>
      <w:r>
        <w:rPr>
          <w:b/>
        </w:rPr>
        <w:t xml:space="preserve">[23:30] </w:t>
      </w:r>
      <w:r>
        <w:t>jaisa ke pēṛ karta hai. jaisa ke poori fitrat karti hai.</w:t>
      </w:r>
    </w:p>
    <w:p>
      <w:pPr>
        <w:jc w:val="right"/>
      </w:pPr>
      <w:r>
        <w:t>جیسا کہ پیڑ کرتا ہے۔ جیسا کہ پوری فطرت کرتی ہے۔</w:t>
      </w:r>
    </w:p>
    <w:p>
      <w:r>
        <w:rPr>
          <w:b/>
        </w:rPr>
        <w:t xml:space="preserve">[23:38] </w:t>
      </w:r>
      <w:r>
        <w:t>dekhiye! fitrat mein aap baithiye, kabhi jangl mein parhiye, darya kinare baithiye.</w:t>
      </w:r>
    </w:p>
    <w:p>
      <w:pPr>
        <w:jc w:val="right"/>
      </w:pPr>
      <w:r>
        <w:t>دیکھیں! فطرت میں آپ بیٹھیے، کبھی جنگل میں پڑھیے، دریا کنارے بیٹھیے۔</w:t>
      </w:r>
    </w:p>
    <w:p>
      <w:r>
        <w:rPr>
          <w:b/>
        </w:rPr>
        <w:t xml:space="preserve">[23:46] </w:t>
      </w:r>
      <w:r>
        <w:t>aap ko shor sunai nahi dega. aap ko dhuan nahi kahin milega. yaani poori kainat jo hai aaloodgi se pak kainat hai.</w:t>
      </w:r>
    </w:p>
    <w:p>
      <w:pPr>
        <w:jc w:val="right"/>
      </w:pPr>
      <w:r>
        <w:t>آپ کو شور سنائی نہیں دے گا۔ آپ کو دھواں نہیں کہیں ملے گا۔ یعنی پوری کائنات جو ہے آلودگی سے پاک کائنات ہے۔</w:t>
      </w:r>
    </w:p>
    <w:p>
      <w:r>
        <w:rPr>
          <w:b/>
        </w:rPr>
        <w:t xml:space="preserve">[23:55] </w:t>
      </w:r>
      <w:r>
        <w:t>yahan koi shor aaloodgi nahi hai. aur insani basti mein aap aa jaiye to wahan shor aaloodgi hai.</w:t>
      </w:r>
    </w:p>
    <w:p>
      <w:pPr>
        <w:jc w:val="right"/>
      </w:pPr>
      <w:r>
        <w:t>یہاں کوئی شور آلودگی نہیں ہے۔ اور انسانی بستی میں آپ آ جائیے تو وہاں شور آلودگی ہے۔</w:t>
      </w:r>
    </w:p>
    <w:p>
      <w:r>
        <w:rPr>
          <w:b/>
        </w:rPr>
        <w:t xml:space="preserve">[24:06] </w:t>
      </w:r>
      <w:r>
        <w:t>wahan hawa aaloodgi hai.</w:t>
      </w:r>
    </w:p>
    <w:p>
      <w:pPr>
        <w:jc w:val="right"/>
      </w:pPr>
      <w:r>
        <w:t>وہاں ہوا آلودگی ہے۔</w:t>
      </w:r>
    </w:p>
    <w:p>
      <w:r>
        <w:rPr>
          <w:b/>
        </w:rPr>
        <w:t xml:space="preserve">[24:09] </w:t>
      </w:r>
      <w:r>
        <w:t>fitrat yahan bhi sabak de rahi hai. ke jis tarah se kainat jee rahi hai,</w:t>
      </w:r>
    </w:p>
    <w:p>
      <w:pPr>
        <w:jc w:val="right"/>
      </w:pPr>
      <w:r>
        <w:t>فطرت یہاں بھی سبق دے رہی ہے۔ کہ جس طرح سے کائنات جی رہی ہے،</w:t>
      </w:r>
    </w:p>
    <w:p>
      <w:r>
        <w:rPr>
          <w:b/>
        </w:rPr>
        <w:t xml:space="preserve">[24:19] </w:t>
      </w:r>
      <w:r>
        <w:t>ek aisi zindagi jee rahi hai jahan dhuan nahi, jahan aaloodgi nahi, jahan shor nahi. tum bhi isi tarah jeena seekho. tum bhi isi qism ka tamaddun banao.</w:t>
      </w:r>
    </w:p>
    <w:p>
      <w:pPr>
        <w:jc w:val="right"/>
      </w:pPr>
      <w:r>
        <w:t>ایک ایسی زندگی جی رہی ہے جہاں دھواں نہیں، جہاں آلودگی نہیں، جہاں شور نہیں۔ تم بھی اسی طرح جینا سیکھو۔ تم بھی اسی قسم کا تمدن بناؤ۔</w:t>
      </w:r>
    </w:p>
    <w:p>
      <w:r>
        <w:rPr>
          <w:b/>
        </w:rPr>
        <w:t xml:space="preserve">[24:28] </w:t>
      </w:r>
      <w:r>
        <w:t>tum bhi isi qism ka saqafat banao.</w:t>
      </w:r>
    </w:p>
    <w:p>
      <w:pPr>
        <w:jc w:val="right"/>
      </w:pPr>
      <w:r>
        <w:t>تم بھی اسی قسم کا ثقافت بناؤ۔</w:t>
      </w:r>
    </w:p>
    <w:p>
      <w:r>
        <w:rPr>
          <w:b/>
        </w:rPr>
        <w:t xml:space="preserve">[24:34] </w:t>
      </w:r>
      <w:r>
        <w:t>yaani fitrat jo hai hamare liye role model hai. role model hai. aap dekhiye ke kainat mein beshumar jism hain.</w:t>
      </w:r>
    </w:p>
    <w:p>
      <w:pPr>
        <w:jc w:val="right"/>
      </w:pPr>
      <w:r>
        <w:t>یعنی فطرت جو ہے ہمارے لیے رول ماڈل ہے۔ رول ماڈل ہے۔ آپ دیکھیے کہ کائنات میں بے شمار جسم ہیں۔</w:t>
      </w:r>
    </w:p>
    <w:p>
      <w:r>
        <w:rPr>
          <w:b/>
        </w:rPr>
        <w:t xml:space="preserve">[24:50] </w:t>
      </w:r>
      <w:r>
        <w:t>beshumar.</w:t>
      </w:r>
    </w:p>
    <w:p>
      <w:pPr>
        <w:jc w:val="right"/>
      </w:pPr>
      <w:r>
        <w:t>بے شمار۔</w:t>
      </w:r>
    </w:p>
    <w:p>
      <w:r>
        <w:rPr>
          <w:b/>
        </w:rPr>
        <w:t xml:space="preserve">[24:54] </w:t>
      </w:r>
      <w:r>
        <w:t>ek scientist ne kaha ke sare sahra mein aur sare samundaron ke kinare jitne zarre hain, utne hi jism hain kainat mein.</w:t>
      </w:r>
    </w:p>
    <w:p>
      <w:pPr>
        <w:jc w:val="right"/>
      </w:pPr>
      <w:r>
        <w:t>ایک سائنسدان نے کہا کہ سارے صحرا میں اور سارے سمندروں کے کنارے جتنے ذرے ہیں، اتنے ہی جسم ہیں کائنات میں۔</w:t>
      </w:r>
    </w:p>
    <w:p>
      <w:r>
        <w:rPr>
          <w:b/>
        </w:rPr>
        <w:t xml:space="preserve">[25:05] </w:t>
      </w:r>
      <w:r>
        <w:t>khala, space mein.</w:t>
      </w:r>
    </w:p>
    <w:p>
      <w:pPr>
        <w:jc w:val="right"/>
      </w:pPr>
      <w:r>
        <w:t>خلا، اسپیس میں۔</w:t>
      </w:r>
    </w:p>
    <w:p>
      <w:r>
        <w:rPr>
          <w:b/>
        </w:rPr>
        <w:t xml:space="preserve">[25:08] </w:t>
      </w:r>
      <w:r>
        <w:t>suraj, chand, sayare, sitare beshumar tadad mein phailay hue hain is space ke andar. aur is mein se koi thehra hua nahi hai.</w:t>
      </w:r>
    </w:p>
    <w:p>
      <w:pPr>
        <w:jc w:val="right"/>
      </w:pPr>
      <w:r>
        <w:t>سورج، چاند، سیارے، ستارے بے شمار تعداد میں پھیلے ہوئے ہیں اس اسپیس کے اندر۔ اور اس میں سے کوئی ٹھہرا ہوا نہیں ہے۔</w:t>
      </w:r>
    </w:p>
    <w:p>
      <w:r>
        <w:rPr>
          <w:b/>
        </w:rPr>
        <w:t xml:space="preserve">[25:19] </w:t>
      </w:r>
      <w:r>
        <w:t>har ek daur laga raha hai. hamari zameen bhi thehri hui nahi hai.</w:t>
      </w:r>
    </w:p>
    <w:p>
      <w:pPr>
        <w:jc w:val="right"/>
      </w:pPr>
      <w:r>
        <w:t>ہر ایک دوڑ لگا رہا ہے۔ ہماری زمین بھی ٹھہری ہوئی نہیں ہے۔</w:t>
      </w:r>
    </w:p>
    <w:p>
      <w:r>
        <w:rPr>
          <w:b/>
        </w:rPr>
        <w:t xml:space="preserve">[25:25] </w:t>
      </w:r>
      <w:r>
        <w:t>aam taur par jo raftaar hoti hai hawai jahaz ki, us se zyada tez raftaar hai zameen ki. yaani ek hazar mile fi ghanta. ek ghante mein ek hazar mile ki raftaar se zameen daud rahi hai.</w:t>
      </w:r>
    </w:p>
    <w:p>
      <w:pPr>
        <w:jc w:val="right"/>
      </w:pPr>
      <w:r>
        <w:t>عام طور پر جو رفتار ہوتی ہے ہوائی جہاز کی، اس سے زیادہ تیز رفتار ہے زمین کی۔ یعنی ایک ہزار میل فی گھنٹہ۔ ایک گھنٹے میں ایک ہزار میل کی رفتار سے زمین دوڑ رہی ہے۔</w:t>
      </w:r>
    </w:p>
    <w:p>
      <w:r>
        <w:rPr>
          <w:b/>
        </w:rPr>
        <w:t xml:space="preserve">[25:37] </w:t>
      </w:r>
      <w:r>
        <w:t>lekin koi shor nahi. aap dekhiye. koi shor nahi. hum shehron mein rehte hain. har waqt carain daudti hain shor karti hui.</w:t>
      </w:r>
    </w:p>
    <w:p>
      <w:pPr>
        <w:jc w:val="right"/>
      </w:pPr>
      <w:r>
        <w:t>لیکن کوئی شور نہیں۔ آپ دیکھیے۔ کوئی شور نہیں۔ ہم شہروں میں رہتے ہیں۔ ہر وقت کاریں دوڑتی ہیں شور کرتی ہوئی۔</w:t>
      </w:r>
    </w:p>
    <w:p>
      <w:r>
        <w:rPr>
          <w:b/>
        </w:rPr>
        <w:t xml:space="preserve">[25:49] </w:t>
      </w:r>
      <w:r>
        <w:t>chalne ka shor aur is mein music laga rakhi hai, is ka shor. horn ka shor. is kainat mein itne sare jism jo daud rahe hain, daud rahe hain, daud rahe hain.</w:t>
      </w:r>
    </w:p>
    <w:p>
      <w:pPr>
        <w:jc w:val="right"/>
      </w:pPr>
      <w:r>
        <w:t>چلنے کا شور اور اس میں موسیقی لگا رکھی ہے، اس کا شور۔ ہارن کا شور۔ اس کائنات میں اتنے سارے جسم جو دوڑ رہے ہیں، دوڑ رہے ہیں، دوڑ رہے ہیں۔</w:t>
      </w:r>
    </w:p>
    <w:p>
      <w:r>
        <w:rPr>
          <w:b/>
        </w:rPr>
        <w:t xml:space="preserve">[26:04] </w:t>
      </w:r>
      <w:r>
        <w:t>agar wo shor ke sath daudein to hamare kaan phat jayen. hum dunya mein rehne ke qabil na reh jayen. aap jante hain ke shor qatil hai.</w:t>
      </w:r>
    </w:p>
    <w:p>
      <w:pPr>
        <w:jc w:val="right"/>
      </w:pPr>
      <w:r>
        <w:t>اگر وہ شور کے ساتھ دوڑیں تو ہمارے کان پھٹ جائیں۔ ہم دنیا میں رہنے کے قابل نہ رہیں۔ آپ جانتے ہیں کہ شور قاتل ہے۔</w:t>
      </w:r>
    </w:p>
    <w:p>
      <w:r>
        <w:rPr>
          <w:b/>
        </w:rPr>
        <w:t xml:space="preserve">[26:14] </w:t>
      </w:r>
      <w:r>
        <w:t>agar shor bohat barh jaye, bohat barh jaye to aap aap zinda nahi reh sakte.</w:t>
      </w:r>
    </w:p>
    <w:p>
      <w:pPr>
        <w:jc w:val="right"/>
      </w:pPr>
      <w:r>
        <w:t>اگر شور بہت بڑھ جائے، بہت بڑھ جائے تو آپ آپ زندہ نہیں رہ سکتے۔</w:t>
      </w:r>
    </w:p>
    <w:p>
      <w:r>
        <w:rPr>
          <w:b/>
        </w:rPr>
        <w:t xml:space="preserve">[26:20] </w:t>
      </w:r>
      <w:r>
        <w:t>aap khatm ho jayenge. to jis tarah se hamari carain awaz nikalti hain, hamare hawai jahaz awaz nikalte hain.</w:t>
      </w:r>
    </w:p>
    <w:p>
      <w:pPr>
        <w:jc w:val="right"/>
      </w:pPr>
      <w:r>
        <w:t>آپ ختم ہو جائیں گے۔ تو جس طرح سے ہماری کاریں آواز نکالتی ہیں، ہمارے ہوائی جہاز آواز نکالتے ہیں۔</w:t>
      </w:r>
    </w:p>
    <w:p>
      <w:r>
        <w:rPr>
          <w:b/>
        </w:rPr>
        <w:t xml:space="preserve">[26:32] </w:t>
      </w:r>
      <w:r>
        <w:t>agar isi tarah se kainat ke jo itni sari jism hain jo chal rahi hain, wo bhi awazen nikalein to hum zinda nahi reh sakte dunya mein.</w:t>
      </w:r>
    </w:p>
    <w:p>
      <w:pPr>
        <w:jc w:val="right"/>
      </w:pPr>
      <w:r>
        <w:t>اگر اسی طرح سے کائنات کے جو اتنی ساری جسم ہیں جو چل رہی ہیں، وہ بھی آوازیں نکالیں تو ہم زندہ نہیں رہ سکتے دنیا میں۔</w:t>
      </w:r>
    </w:p>
    <w:p>
      <w:r>
        <w:rPr>
          <w:b/>
        </w:rPr>
        <w:t xml:space="preserve">[26:41] </w:t>
      </w:r>
      <w:r>
        <w:t>itna shor hoga, itna shor aaloodgi hogi ke hum khatm ho jayenge.</w:t>
      </w:r>
    </w:p>
    <w:p>
      <w:pPr>
        <w:jc w:val="right"/>
      </w:pPr>
      <w:r>
        <w:t>اتنا شور ہوگا، اتنا شور آلودگی ہوگی کہ ہم ختم ہو جائیں گے۔</w:t>
      </w:r>
    </w:p>
    <w:p>
      <w:r>
        <w:rPr>
          <w:b/>
        </w:rPr>
        <w:t xml:space="preserve">[26:50] </w:t>
      </w:r>
      <w:r>
        <w:t>to Allah taala, yaani jo khaliq hai, us ne fitrat ko ek fitrat ko ek model ke taur par rakh diya hamare samne.</w:t>
      </w:r>
    </w:p>
    <w:p>
      <w:pPr>
        <w:jc w:val="right"/>
      </w:pPr>
      <w:r>
        <w:t>تو اللہ تعالیٰ، یعنی جو خالق ہے، اس نے فطرت کو ایک فطرت کو ایک ماڈل کے طور پر رکھ دیا ہمارے سامنے۔</w:t>
      </w:r>
    </w:p>
    <w:p>
      <w:r>
        <w:rPr>
          <w:b/>
        </w:rPr>
        <w:t xml:space="preserve">[27:00] </w:t>
      </w:r>
      <w:r>
        <w:t>model. ke tum bhi aisi tehzeeb banao, aisa saqafat banao jahan shor na ho, jahan dhuan na ho, jahan aaloodgi na ho, jahan gandagi na ho.</w:t>
      </w:r>
    </w:p>
    <w:p>
      <w:pPr>
        <w:jc w:val="right"/>
      </w:pPr>
      <w:r>
        <w:t>ماڈل۔ کہ تم بھی ایسی تہذیب بناؤ، ایسا ثقافت بناؤ جہاں شور نہ ہو، جہاں دھواں نہ ہو، جہاں آلودگی نہ ہو، جہاں گندگی نہ ہو۔</w:t>
      </w:r>
    </w:p>
    <w:p>
      <w:r>
        <w:rPr>
          <w:b/>
        </w:rPr>
        <w:t xml:space="preserve">[27:15] </w:t>
      </w:r>
      <w:r>
        <w:t>aap dekhiye ke kainat mein itni zyada sargarmian hain lekin koi koda karkat nahi. kahin koda karkat nahi.</w:t>
      </w:r>
    </w:p>
    <w:p>
      <w:pPr>
        <w:jc w:val="right"/>
      </w:pPr>
      <w:r>
        <w:t>آپ دیکھیے کہ کائنات میں اتنی زیادہ سرگرمیاں ہیں لیکن کوئی کوڑا کرکٹ نہیں۔ کہیں کوڑا کرکٹ نہیں۔</w:t>
      </w:r>
    </w:p>
    <w:p>
      <w:r>
        <w:rPr>
          <w:b/>
        </w:rPr>
        <w:t xml:space="preserve">[27:25] </w:t>
      </w:r>
      <w:r>
        <w:t>hamare haan to koda itna zyada bhar jata hai ke do din agar safai na ho to shehron mein badbu phail jaye, bimari phail jaye.</w:t>
      </w:r>
    </w:p>
    <w:p>
      <w:pPr>
        <w:jc w:val="right"/>
      </w:pPr>
      <w:r>
        <w:t>ہمارے ہاں تو کوڑا اتنا زیادہ بھر جاتا ہے کہ دو دن اگر صفائی نہ ہو تو شہروں میں بدبو پھیل جائے، بیماری پھیل جائے۔</w:t>
      </w:r>
    </w:p>
    <w:p>
      <w:r>
        <w:rPr>
          <w:b/>
        </w:rPr>
        <w:t xml:space="preserve">[27:34] </w:t>
      </w:r>
      <w:r>
        <w:t>to main samajhta hoon ke fitrat jo hai hamare liye role model hai.</w:t>
      </w:r>
    </w:p>
    <w:p>
      <w:pPr>
        <w:jc w:val="right"/>
      </w:pPr>
      <w:r>
        <w:t>تو میں سمجھتا ہوں کہ فطرت جو ہے ہمارے لیے رول ماڈل ہے۔</w:t>
      </w:r>
    </w:p>
    <w:p>
      <w:r>
        <w:rPr>
          <w:b/>
        </w:rPr>
        <w:t xml:space="preserve">[27:39] </w:t>
      </w:r>
      <w:r>
        <w:t>isi tarah aap dekhiye. fitrat kabhi aap ke liye masla paida nahi karti.</w:t>
      </w:r>
    </w:p>
    <w:p>
      <w:pPr>
        <w:jc w:val="right"/>
      </w:pPr>
      <w:r>
        <w:t>اسی طرح آپ دیکھیے۔ فطرت کبھی آپ کے لیے مسئلہ پیدا نہیں کرتی۔</w:t>
      </w:r>
    </w:p>
    <w:p>
      <w:r>
        <w:rPr>
          <w:b/>
        </w:rPr>
        <w:t xml:space="preserve">[27:48] </w:t>
      </w:r>
      <w:r>
        <w:t>aap kahin khare hon, wahan par ek pathar hai, wahan par pahad hai, wahan par chattan hai. to iska pathar nikal nikal kar aap ko nahi marega.</w:t>
      </w:r>
    </w:p>
    <w:p>
      <w:pPr>
        <w:jc w:val="right"/>
      </w:pPr>
      <w:r>
        <w:t>آپ کہیں کھڑے ہوں، وہاں پر ایک پتھر ہے، وہاں پر پہاڑ ہے، وہاں پر چٹان ہے۔ تو اس کا پتھر نکل نکل کر آپ کو نہیں مارے گا۔</w:t>
      </w:r>
    </w:p>
    <w:p>
      <w:r>
        <w:rPr>
          <w:b/>
        </w:rPr>
        <w:t xml:space="preserve">[27:59] </w:t>
      </w:r>
      <w:r>
        <w:t>kabhi aisa nahi hoga ke iske pathar nikal nikal kar aap ke sar par aa kar lagne lagen.</w:t>
      </w:r>
    </w:p>
    <w:p>
      <w:pPr>
        <w:jc w:val="right"/>
      </w:pPr>
      <w:r>
        <w:t>کبھی ایسا نہیں ہوگا کہ اس کے پتھر نکل نکل کر آپ کے سر پر آ کر لگنے لگیں۔</w:t>
      </w:r>
    </w:p>
    <w:p>
      <w:r>
        <w:rPr>
          <w:b/>
        </w:rPr>
        <w:t xml:space="preserve">[28:04] </w:t>
      </w:r>
      <w:r>
        <w:t>lekin insan aisa karta hai. insan bomb marta hai, is tarah gun chalata hai.</w:t>
      </w:r>
    </w:p>
    <w:p>
      <w:pPr>
        <w:jc w:val="right"/>
      </w:pPr>
      <w:r>
        <w:t>لیکن انسان ایسا کرتا ہے۔ انسان بم مارتا ہے، اس طرح گن چلاتا ہے۔</w:t>
      </w:r>
    </w:p>
    <w:p>
      <w:r>
        <w:rPr>
          <w:b/>
        </w:rPr>
        <w:t xml:space="preserve">[28:12] </w:t>
      </w:r>
      <w:r>
        <w:t>is role model ke khilaf chalta hai. yaad rakhiye Khuda ne yeh jo role model banaya hai, is tarah Khuda bata raha hai ke agar tum jannat chahte ho, is ko follow karo.</w:t>
      </w:r>
    </w:p>
    <w:p>
      <w:pPr>
        <w:jc w:val="right"/>
      </w:pPr>
      <w:r>
        <w:t>اس رول ماڈل کے خلاف چلتا ہے۔ یاد رکھیے خدا نے یہ جو رول ماڈل بنایا ہے، اس طرح خدا بتا رہا ہے کہ اگر تم جنت چاہتے ہو، اس کو فالو کرو۔</w:t>
      </w:r>
    </w:p>
    <w:p>
      <w:r>
        <w:rPr>
          <w:b/>
        </w:rPr>
        <w:t xml:space="preserve">[28:27] </w:t>
      </w:r>
      <w:r>
        <w:t>is role model ko follow karo.</w:t>
      </w:r>
    </w:p>
    <w:p>
      <w:pPr>
        <w:jc w:val="right"/>
      </w:pPr>
      <w:r>
        <w:t>اس رول ماڈل کو فالو کرو۔</w:t>
      </w:r>
    </w:p>
    <w:p>
      <w:r>
        <w:rPr>
          <w:b/>
        </w:rPr>
        <w:t xml:space="preserve">[28:30] </w:t>
      </w:r>
      <w:r>
        <w:t>quran mein hai ke "yudabbirul amra yufassirul ayath". "yudabbirul amra yufassirul ayath".</w:t>
      </w:r>
    </w:p>
    <w:p>
      <w:pPr>
        <w:jc w:val="right"/>
      </w:pPr>
      <w:r>
        <w:t>قرآن میں ہے کہ "یدبروا الامر یفسرالآیات"۔ "یدبروا الامر یفسرالآیات"۔</w:t>
      </w:r>
    </w:p>
    <w:p>
      <w:r>
        <w:rPr>
          <w:b/>
        </w:rPr>
        <w:t xml:space="preserve">[28:38] </w:t>
      </w:r>
      <w:r>
        <w:t>iska matlab yeh hai ke ek quran woh hai jo Khuda ne likh kar ke bheja hai hamare paas. aur yeh kainat bhi ek quran hai. yani quran mein kainat mein jo kuch amli taur par ho raha hai, quran isi ka lafzi bayan hai.</w:t>
      </w:r>
    </w:p>
    <w:p>
      <w:pPr>
        <w:jc w:val="right"/>
      </w:pPr>
      <w:r>
        <w:t>اس کا مطلب یہ ہے کہ ایک قرآن وہ ہے جو خدا نے لکھ کر کے بھیجا ہے ہمارے پاس۔ اور یہ کائنات بھی ایک قرآن ہے۔ یعنی قرآن میں کائنات میں جو کچھ عملی طور پر ہو رہا ہے، قرآن اسی کا لفظی بیان ہے۔</w:t>
      </w:r>
    </w:p>
    <w:p>
      <w:r>
        <w:rPr>
          <w:b/>
        </w:rPr>
        <w:t xml:space="preserve">[28:58] </w:t>
      </w:r>
      <w:r>
        <w:t>jo kuch kainat mein ho raha hai, amli taur par quran isi ka lafzi bayan hai. dono mein koi farq nahi.</w:t>
      </w:r>
    </w:p>
    <w:p>
      <w:pPr>
        <w:jc w:val="right"/>
      </w:pPr>
      <w:r>
        <w:t>جو کچھ کائنات میں ہو رہا ہے، عملی طور پر قرآن اسی کا لفظی بیان ہے۔ دونوں میں کوئی فرق نہیں۔</w:t>
      </w:r>
    </w:p>
    <w:p>
      <w:r>
        <w:rPr>
          <w:b/>
        </w:rPr>
        <w:t xml:space="preserve">[29:08] </w:t>
      </w:r>
      <w:r>
        <w:t>"yudabbirul amra yufassirul ayath". iska matlab kya hua?</w:t>
      </w:r>
    </w:p>
    <w:p>
      <w:pPr>
        <w:jc w:val="right"/>
      </w:pPr>
      <w:r>
        <w:t>"یدبروا الامر یفسرالآیات"۔ اس کا مطلب کیا ہوا؟</w:t>
      </w:r>
    </w:p>
    <w:p>
      <w:r>
        <w:rPr>
          <w:b/>
        </w:rPr>
        <w:t xml:space="preserve">[29:16] </w:t>
      </w:r>
      <w:r>
        <w:t>iska matlab yeh hua ke ek taraf aap quran ko padh kar paigham lein Khuda ka. doosre iska amli shakal mein jo iska muzahira diya ja raha hai, us ko dekhein aur us ko follow karein.</w:t>
      </w:r>
    </w:p>
    <w:p>
      <w:pPr>
        <w:jc w:val="right"/>
      </w:pPr>
      <w:r>
        <w:t>اس کا مطلب یہ ہوا کہ ایک طرف آپ قرآن کو پڑھ کر پیغام لیں خدا کا۔ دوسرے اس کا عملی شکل میں جو اس کا مظاہرہ دیا جا رہا ہے، اس کو دیکھیں اور اس کو فالو کریں۔</w:t>
      </w:r>
    </w:p>
    <w:p>
      <w:r>
        <w:rPr>
          <w:b/>
        </w:rPr>
        <w:t xml:space="preserve">[29:35] </w:t>
      </w:r>
      <w:r>
        <w:t>jo log aisa karein, unhi ke liye jannat hai.</w:t>
      </w:r>
    </w:p>
    <w:p>
      <w:pPr>
        <w:jc w:val="right"/>
      </w:pPr>
      <w:r>
        <w:t>جو لوگ ایسا کریں، انہی کے لیے جنت ہے۔</w:t>
      </w:r>
    </w:p>
    <w:p>
      <w:r>
        <w:rPr>
          <w:b/>
        </w:rPr>
        <w:t xml:space="preserve">[29:40] </w:t>
      </w:r>
      <w:r>
        <w:t>aap fitrat mein dekhiye, koi cheez masla nahi paida karti.</w:t>
      </w:r>
    </w:p>
    <w:p>
      <w:pPr>
        <w:jc w:val="right"/>
      </w:pPr>
      <w:r>
        <w:t>آپ فطرت میں دیکھیے، کوئی چیز مسئلہ نہیں پیدا کرتی۔</w:t>
      </w:r>
    </w:p>
    <w:p>
      <w:r>
        <w:rPr>
          <w:b/>
        </w:rPr>
        <w:t xml:space="preserve">[29:45] </w:t>
      </w:r>
      <w:r>
        <w:t>yahan tak ke agar aap geography ke jo manazir aate hain, mujhe nahi maloom unka durust alfaz iske hain. itna khoobsurat hota hai woh.</w:t>
      </w:r>
    </w:p>
    <w:p>
      <w:pPr>
        <w:jc w:val="right"/>
      </w:pPr>
      <w:r>
        <w:t>یہاں تک کہ اگر آپ جغرافیہ کے جو مناظر آتے ہیں، مجھے نہیں معلوم ان کا درست الفاظ اس کے ہیں۔ اتنا خوبصورت ہوتا ہے وہ۔</w:t>
      </w:r>
    </w:p>
    <w:p>
      <w:r>
        <w:rPr>
          <w:b/>
        </w:rPr>
        <w:t xml:space="preserve">[29:55] </w:t>
      </w:r>
      <w:r>
        <w:t>is mein saanp bhi reng raha hai to ek dam pur-aman tareeqe se reng raha hai. bhediya aur sher chal rahe hain to woh bhi pur-aman tareeqe se chal rahe hain.</w:t>
      </w:r>
    </w:p>
    <w:p>
      <w:pPr>
        <w:jc w:val="right"/>
      </w:pPr>
      <w:r>
        <w:t>اس میں سانپ بھی رینگ رہا ہے تو ایک دم پُرامن طریقے سے رینگ رہا ہے۔ بھیڑیا اور شیر چل رہے ہیں تو وہ بھی پُرامن طریقے سے چل رہے ہیں۔</w:t>
      </w:r>
    </w:p>
    <w:p>
      <w:r>
        <w:rPr>
          <w:b/>
        </w:rPr>
        <w:t xml:space="preserve">[30:06] </w:t>
      </w:r>
      <w:r>
        <w:t>yani janwaron ki sar-garmiyan itni pur-aman tareeqe se hoti hain ke lagta hai ke shayad yahi jannat hai.</w:t>
      </w:r>
    </w:p>
    <w:p>
      <w:pPr>
        <w:jc w:val="right"/>
      </w:pPr>
      <w:r>
        <w:t>یعنی جانوروں کی سرگرمیاں اتنی پُرامن طریقے سے ہوتی ہیں کہ لگتا ہے کہ شاید یہی جنت ہے۔</w:t>
      </w:r>
    </w:p>
    <w:p>
      <w:r>
        <w:rPr>
          <w:b/>
        </w:rPr>
        <w:t xml:space="preserve">[30:19] </w:t>
      </w:r>
      <w:r>
        <w:t>to koi darakht, koi janwar, koi pahad masla paida nahi karta. yeh duniya ek be-masla duniya hai.</w:t>
      </w:r>
    </w:p>
    <w:p>
      <w:pPr>
        <w:jc w:val="right"/>
      </w:pPr>
      <w:r>
        <w:t>تو کوئی درخت، کوئی جانور، کوئی پہاڑ مسئلہ پیدا نہیں کرتا۔ یہ دنیا ایک بے مسئلہ دنیا ہے۔</w:t>
      </w:r>
    </w:p>
    <w:p>
      <w:r>
        <w:rPr>
          <w:b/>
        </w:rPr>
        <w:t xml:space="preserve">[30:31] </w:t>
      </w:r>
      <w:r>
        <w:t>is tarah se aap ko bataya ja raha hai ke be-masla insan bano.</w:t>
      </w:r>
    </w:p>
    <w:p>
      <w:pPr>
        <w:jc w:val="right"/>
      </w:pPr>
      <w:r>
        <w:t>اس طرح سے آپ کو بتایا جا رہا ہے کہ بے مسئلہ انسان بنو۔</w:t>
      </w:r>
    </w:p>
    <w:p>
      <w:r>
        <w:rPr>
          <w:b/>
        </w:rPr>
        <w:t xml:space="preserve">[30:36] </w:t>
      </w:r>
      <w:r>
        <w:t>isi liye hadith mein aata hai ke "wallahi la yumin wallahi la yumin wallahi la yumin". "alladhi la yaman jaroho wa'iqahu".</w:t>
      </w:r>
    </w:p>
    <w:p>
      <w:pPr>
        <w:jc w:val="right"/>
      </w:pPr>
      <w:r>
        <w:t>اسی لیے حدیث میں آتا ہے کہ "واللہ لا یومن واللہ لا یومن واللہ لا یومن"۔ "الذی لا یامن جارہو اوائقہ"۔</w:t>
      </w:r>
    </w:p>
    <w:p>
      <w:r>
        <w:rPr>
          <w:b/>
        </w:rPr>
        <w:t xml:space="preserve">[30:48] </w:t>
      </w:r>
      <w:r>
        <w:t>Khuda ki qasam! woh momin nahi hai. Khuda ki qasam! woh momin nahi hai. Khuda ki qasam! woh momin nahi hai.</w:t>
      </w:r>
    </w:p>
    <w:p>
      <w:pPr>
        <w:jc w:val="right"/>
      </w:pPr>
      <w:r>
        <w:t>خدا کی قسم! وہ مومن نہیں ہے۔ خدا کی قسم! وہ مومن نہیں ہے۔ خدا کی قسم! وہ مومن نہیں ہے۔</w:t>
      </w:r>
    </w:p>
    <w:p>
      <w:r>
        <w:rPr>
          <w:b/>
        </w:rPr>
        <w:t xml:space="preserve">[31:01] </w:t>
      </w:r>
      <w:r>
        <w:t>jis ke jo apne padosi ke liye masla paida kare. aap ghaur kijiye.</w:t>
      </w:r>
    </w:p>
    <w:p>
      <w:pPr>
        <w:jc w:val="right"/>
      </w:pPr>
      <w:r>
        <w:t>جس کے جو اپنے پڑوسی کے لیے مسئلہ پیدا کرے۔ آپ غور کیجیے۔</w:t>
      </w:r>
    </w:p>
    <w:p>
      <w:r>
        <w:rPr>
          <w:b/>
        </w:rPr>
        <w:t xml:space="preserve">[31:12] </w:t>
      </w:r>
      <w:r>
        <w:t>kaisi ajeeb baat hai. padosi ke liye masla paida karna ka matlab yeh hai ke aap Khuda ke haan momin ke hasiyat se aap record hi nahi hue.</w:t>
      </w:r>
    </w:p>
    <w:p>
      <w:pPr>
        <w:jc w:val="right"/>
      </w:pPr>
      <w:r>
        <w:t>کیسی عجیب بات ہے۔ پڑوسی کے لیے مسئلہ پیدا کرنا کا مطلب یہ ہے کہ آپ خدا کے ہاں مومن کے حیثیت سے آپ ریکارڈ ہی نہیں ہوئے۔</w:t>
      </w:r>
    </w:p>
    <w:p>
      <w:r>
        <w:rPr>
          <w:b/>
        </w:rPr>
        <w:t xml:space="preserve">[31:24] </w:t>
      </w:r>
      <w:r>
        <w:t>aap ko wahan ke rishte mein aap ko naami darja nahi hua.</w:t>
      </w:r>
    </w:p>
    <w:p>
      <w:pPr>
        <w:jc w:val="right"/>
      </w:pPr>
      <w:r>
        <w:t>آپ کو وہاں کے رشتے میں آپ کو نامی درجہ نہیں ہوا۔</w:t>
      </w:r>
    </w:p>
    <w:p>
      <w:r>
        <w:rPr>
          <w:b/>
        </w:rPr>
        <w:t xml:space="preserve">[31:30] </w:t>
      </w:r>
      <w:r>
        <w:t>to jis tarah se kainat ek bemasla kainat hai, isi tarah aap ko ek bemasla shakhs banna hai.</w:t>
      </w:r>
    </w:p>
    <w:p>
      <w:pPr>
        <w:jc w:val="right"/>
      </w:pPr>
      <w:r>
        <w:t>تو جس طرح سے کائنات ایک بے مسئلہ کائنات ہے، اسی طرح آپ کو ایک بے مسئلہ شخص بننا ہے۔</w:t>
      </w:r>
    </w:p>
    <w:p>
      <w:r>
        <w:rPr>
          <w:b/>
        </w:rPr>
        <w:t xml:space="preserve">[31:43] </w:t>
      </w:r>
      <w:r>
        <w:t>ab kalma yahan par apne jo jo mere ghar ka jo barja wahan baitha hua tha, do chaar aadmi ke sath kuch rohaniyat ki baatein ho rahi theen.</w:t>
      </w:r>
    </w:p>
    <w:p>
      <w:pPr>
        <w:jc w:val="right"/>
      </w:pPr>
      <w:r>
        <w:t>اب کلمہ یہاں پر اپنے جو جو میرے گھر کا جو بارجا وہاں بیٹھا ہوا تھا، دو چار آدمی کے ساتھ کچھ روحانیت کی باتیں ہو رہی تھیں۔</w:t>
      </w:r>
    </w:p>
    <w:p>
      <w:r>
        <w:rPr>
          <w:b/>
        </w:rPr>
        <w:t xml:space="preserve">[31:53] </w:t>
      </w:r>
      <w:r>
        <w:t>itne mein do teen carain aaein. itne shor se horn bajati hui hain. aur is mein moseeqi baj raha hai door door se.</w:t>
      </w:r>
    </w:p>
    <w:p>
      <w:pPr>
        <w:jc w:val="right"/>
      </w:pPr>
      <w:r>
        <w:t>اتنے میں دو تین کاریں آئیں۔ اتنے شور سے ہارن بجاتی ہوئی ہیں۔ اور اس میں موسیقی بج رہا ہے دور دور سے۔</w:t>
      </w:r>
    </w:p>
    <w:p>
      <w:r>
        <w:rPr>
          <w:b/>
        </w:rPr>
        <w:t xml:space="preserve">[32:00] </w:t>
      </w:r>
      <w:r>
        <w:t>yeh sab khalal daal diya unhon ne. to maine socha ke dekhiye. hum drakht ke saaye mein, khuda ke aasman ke neeche, ek puramn mahol mein rohaniyat ki baatein kar rahe the.</w:t>
      </w:r>
    </w:p>
    <w:p>
      <w:pPr>
        <w:jc w:val="right"/>
      </w:pPr>
      <w:r>
        <w:t>یہ سب خلل ڈال دیا انہوں نے۔ تو میں نے سوچا کہ دیکھیے۔ ہم درخت کے سائے میں، خدا کے آسمان کے نیچے، ایک پُرامن ماحول میں روحانیت کی باتیں کر رہے تھے۔</w:t>
      </w:r>
    </w:p>
    <w:p>
      <w:r>
        <w:rPr>
          <w:b/>
        </w:rPr>
        <w:t xml:space="preserve">[32:15] </w:t>
      </w:r>
      <w:r>
        <w:t>aur insaan aaya, sab is ne gadbad macha diya. sab zehan ko muntashir kar diya. sab khalal daal diya.</w:t>
      </w:r>
    </w:p>
    <w:p>
      <w:pPr>
        <w:jc w:val="right"/>
      </w:pPr>
      <w:r>
        <w:t>اور انسان آیا، سب اس نے گڑبڑ مچا دیا۔ سب ذہن کو منتشر کر دیا۔ سب خلل ڈال دیا۔</w:t>
      </w:r>
    </w:p>
    <w:p>
      <w:r>
        <w:rPr>
          <w:b/>
        </w:rPr>
        <w:t xml:space="preserve">[32:24] </w:t>
      </w:r>
      <w:r>
        <w:t>yeh hai masla paida karna.</w:t>
      </w:r>
    </w:p>
    <w:p>
      <w:pPr>
        <w:jc w:val="right"/>
      </w:pPr>
      <w:r>
        <w:t>یہ ہے مسئلہ پیدا کرنا۔</w:t>
      </w:r>
    </w:p>
    <w:p>
      <w:r>
        <w:rPr>
          <w:b/>
        </w:rPr>
        <w:t xml:space="preserve">[32:29] </w:t>
      </w:r>
      <w:r>
        <w:t>aap ko bhi rozana yeh tajurba hota hoga. to</w:t>
      </w:r>
    </w:p>
    <w:p>
      <w:pPr>
        <w:jc w:val="right"/>
      </w:pPr>
      <w:r>
        <w:t>آپ کو بھی روزانہ یہ تجربہ ہوتا ہوگا۔ تو</w:t>
      </w:r>
    </w:p>
    <w:p>
      <w:r>
        <w:rPr>
          <w:b/>
        </w:rPr>
        <w:t xml:space="preserve">[32:36] </w:t>
      </w:r>
      <w:r>
        <w:t>yaad rakhiye yeh bhi jannat ka ek shart hai. ke aap bemasla insaan ban kar rahen.</w:t>
      </w:r>
    </w:p>
    <w:p>
      <w:pPr>
        <w:jc w:val="right"/>
      </w:pPr>
      <w:r>
        <w:t>یاد رکھیے یہ بھی جنت کا ایک شرط ہے۔ کہ آپ بے مسئلہ انسان بن کر رہیں۔</w:t>
      </w:r>
    </w:p>
    <w:p>
      <w:r>
        <w:rPr>
          <w:b/>
        </w:rPr>
        <w:t xml:space="preserve">[32:50] </w:t>
      </w:r>
      <w:r>
        <w:t>bemaisla insaan ban kar rahen.</w:t>
      </w:r>
    </w:p>
    <w:p>
      <w:pPr>
        <w:jc w:val="right"/>
      </w:pPr>
      <w:r>
        <w:t>بے مسئلہ انسان بن کر رہیں۔</w:t>
      </w:r>
    </w:p>
    <w:p>
      <w:r>
        <w:rPr>
          <w:b/>
        </w:rPr>
        <w:t xml:space="preserve">[32:55] </w:t>
      </w:r>
      <w:r>
        <w:t>yeh bhi ek shamil hai.</w:t>
      </w:r>
    </w:p>
    <w:p>
      <w:pPr>
        <w:jc w:val="right"/>
      </w:pPr>
      <w:r>
        <w:t>یہ بھی ایک شامل ہے۔</w:t>
      </w:r>
    </w:p>
    <w:p>
      <w:r>
        <w:rPr>
          <w:b/>
        </w:rPr>
        <w:t xml:space="preserve">[32:57] </w:t>
      </w:r>
      <w:r>
        <w:t>yeh matlab yeh nahin samajhna chahiye kisi ko ke kalma padh liya to bas jannat mehfooz ho gayi. namaz padh liya, jannat pakki ho gayi. sath sath kuch aur bhi shartein hain.</w:t>
      </w:r>
    </w:p>
    <w:p>
      <w:pPr>
        <w:jc w:val="right"/>
      </w:pPr>
      <w:r>
        <w:t>یہ مطلب یہ نہیں سمجھنا چاہیے کسی کو کہ کلمہ پڑھ لیا تو بس جنت محفوظ ہو گئی۔ نماز پڑھ لیا، جنت پکی ہو گئی۔ ساتھ ساتھ کچھ اور بھی شرطیں ہیں۔</w:t>
      </w:r>
    </w:p>
    <w:p>
      <w:r>
        <w:rPr>
          <w:b/>
        </w:rPr>
        <w:t xml:space="preserve">[33:10] </w:t>
      </w:r>
      <w:r>
        <w:t>isi mein se ek yeh bhi hai ke aap apni society mein insaanon ke darmiyan bemasla ban kar rahen.</w:t>
      </w:r>
    </w:p>
    <w:p>
      <w:pPr>
        <w:jc w:val="right"/>
      </w:pPr>
      <w:r>
        <w:t>اسی میں سے ایک یہ بھی ہے کہ آپ اپنی سوسائٹی میں انسانوں کے درمیان بے مسئلہ بن کر رہیں۔</w:t>
      </w:r>
    </w:p>
    <w:p>
      <w:r>
        <w:rPr>
          <w:b/>
        </w:rPr>
        <w:t xml:space="preserve">[33:20] </w:t>
      </w:r>
      <w:r>
        <w:t>yeh bhi ek shart hai.</w:t>
      </w:r>
    </w:p>
    <w:p>
      <w:pPr>
        <w:jc w:val="right"/>
      </w:pPr>
      <w:r>
        <w:t>یہ بھی ایک شرط ہے۔</w:t>
      </w:r>
    </w:p>
    <w:p>
      <w:r>
        <w:rPr>
          <w:b/>
        </w:rPr>
        <w:t xml:space="preserve">[33:24] </w:t>
      </w:r>
      <w:r>
        <w:t>jaisa ke maine hadith sunai ke aap ne farmaya ke woh insaan momin hi nahin hai jo logon ke liye masla paida kare.</w:t>
      </w:r>
    </w:p>
    <w:p>
      <w:pPr>
        <w:jc w:val="right"/>
      </w:pPr>
      <w:r>
        <w:t>جیسا کہ میں نے حدیث سنائی کہ آپ نے فرمایا کہ وہ انسان مومن ہی نہیں ہے جو لوگوں کے لیے مسئلہ پیدا کرے۔</w:t>
      </w:r>
    </w:p>
    <w:p>
      <w:r>
        <w:rPr>
          <w:b/>
        </w:rPr>
        <w:t xml:space="preserve">[33:36] </w:t>
      </w:r>
      <w:r>
        <w:t>to yeh baatein bohat zyada sochne ki hain. ek ek philosopher ne kaha</w:t>
      </w:r>
    </w:p>
    <w:p>
      <w:pPr>
        <w:jc w:val="right"/>
      </w:pPr>
      <w:r>
        <w:t>تو یہ باتیں بہت زیادہ سوچنے کی ہیں۔ ایک ایک فلاسفر نے کہا</w:t>
      </w:r>
    </w:p>
    <w:p>
      <w:r>
        <w:rPr>
          <w:b/>
        </w:rPr>
        <w:t xml:space="preserve">[33:45] </w:t>
      </w:r>
      <w:r>
        <w:t>ke "har cheez is dunya mein kh</w:t>
      </w:r>
    </w:p>
    <w:p>
      <w:pPr>
        <w:jc w:val="right"/>
      </w:pPr>
      <w:r>
        <w:t>کہ "ہر چیز اس دنیا میں خ</w:t>
      </w:r>
    </w:p>
    <w:p>
      <w:r>
        <w:rPr>
          <w:b/>
        </w:rPr>
        <w:t xml:space="preserve">[33:54] </w:t>
      </w:r>
      <w:r>
        <w:t>ubsoorat hai, sirf insaan hai jo khoobsurat nahin hai." yeh qaul mein bohat dinon se janta tha lekin is ka matlab abhi kal mujhe samajh mein aaya.</w:t>
      </w:r>
    </w:p>
    <w:p>
      <w:pPr>
        <w:jc w:val="right"/>
      </w:pPr>
      <w:r>
        <w:t>وبصورت ہے، صرف انسان ہے جو خوبصورت نہیں۔" یہ قول میں بہت دنوں سے جانتا تھا لیکن اس کا مطلب ابھی کل مجھے سمجھ میں آیا۔</w:t>
      </w:r>
    </w:p>
    <w:p>
      <w:r>
        <w:rPr>
          <w:b/>
        </w:rPr>
        <w:t xml:space="preserve">[34:06] </w:t>
      </w:r>
      <w:r>
        <w:t>ke kyun is ne aisa kaha. ke sari cheezein khoobsurat hain aur insaan khoobsurat nahin hai. kyun aisa kaha is ne.</w:t>
      </w:r>
    </w:p>
    <w:p>
      <w:pPr>
        <w:jc w:val="right"/>
      </w:pPr>
      <w:r>
        <w:t>کہ کیوں اس نے ایسا کہا۔ کہ ساری چیزیں خوبصورت ہیں اور انسان خوبصورت نہیں ہے۔ کیوں ایسا کہا اس نے۔</w:t>
      </w:r>
    </w:p>
    <w:p>
      <w:r>
        <w:rPr>
          <w:b/>
        </w:rPr>
        <w:t xml:space="preserve">[34:18] </w:t>
      </w:r>
      <w:r>
        <w:t>maine is se samjha yeh, is par ghhor karte hue.</w:t>
      </w:r>
    </w:p>
    <w:p>
      <w:pPr>
        <w:jc w:val="right"/>
      </w:pPr>
      <w:r>
        <w:t>میں نے اس سے سمجھا یہ، اس پر غور کرتے ہوئے۔</w:t>
      </w:r>
    </w:p>
    <w:p>
      <w:r>
        <w:rPr>
          <w:b/>
        </w:rPr>
        <w:t xml:space="preserve">[34:23] </w:t>
      </w:r>
      <w:r>
        <w:t>ke poori yeh fitrat jo hai poora ka poora yeh hai peshgoi karne wala kirdaar rakhta hai. peshgoi karne wala kirdaar.</w:t>
      </w:r>
    </w:p>
    <w:p>
      <w:pPr>
        <w:jc w:val="right"/>
      </w:pPr>
      <w:r>
        <w:t>کہ پوری یہ فطرت جو ہے پورا کا پورا یہ ہے پیش گوئی کرنے والا کردار رکھتا ہے۔ پیش گوئی کرنے والا کردار۔</w:t>
      </w:r>
    </w:p>
    <w:p>
      <w:r>
        <w:rPr>
          <w:b/>
        </w:rPr>
        <w:t xml:space="preserve">[34:33] </w:t>
      </w:r>
      <w:r>
        <w:t>sirf insaan hai jis ke andar peshgoi karne wala kirdaar nahin.</w:t>
      </w:r>
    </w:p>
    <w:p>
      <w:pPr>
        <w:jc w:val="right"/>
      </w:pPr>
      <w:r>
        <w:t>صرف انسان ہے جس کے اندر پیش گوئی کرنے والا کردار نہیں۔</w:t>
      </w:r>
    </w:p>
    <w:p>
      <w:r>
        <w:rPr>
          <w:b/>
        </w:rPr>
        <w:t xml:space="preserve">[34:39] </w:t>
      </w:r>
      <w:r>
        <w:t>jaise maine misaal di ke main kal baat kar raha tha kuch logon se rohaniyat par. to drakht ya hawa ya zameen ya aasman wahi kar rahe the jo hum un se umeed rakhte the.</w:t>
      </w:r>
    </w:p>
    <w:p>
      <w:pPr>
        <w:jc w:val="right"/>
      </w:pPr>
      <w:r>
        <w:t>جیسے میں نے مثال دی کہ میں کل بات کر رہا تھا کچھ لوگوں سے روحانیت پر۔ تو درخت یا ہوا یا زمین یا آسمان وہی کر رہے تھے جو ہم ان سے امید رکھتے تھے۔</w:t>
      </w:r>
    </w:p>
    <w:p>
      <w:r>
        <w:rPr>
          <w:b/>
        </w:rPr>
        <w:t xml:space="preserve">[34:55] </w:t>
      </w:r>
      <w:r>
        <w:t>ke woh khalal nahin karenge hamari baat ko. lekin is ke baad jo carain aaein jo insaan daura raha tha, jin ko insaan daura raha tha. to kya hua?</w:t>
      </w:r>
    </w:p>
    <w:p>
      <w:pPr>
        <w:jc w:val="right"/>
      </w:pPr>
      <w:r>
        <w:t>کہ وہ خلل نہیں کریں گے ہماری بات کو۔ لیکن اس کے بعد جو کاریں آئیں جو انسان دوڑا رہا تھا۔ جن کو انسان دوڑا رہا تھا۔ تو کیا ہوا؟</w:t>
      </w:r>
    </w:p>
    <w:p>
      <w:r>
        <w:rPr>
          <w:b/>
        </w:rPr>
        <w:t xml:space="preserve">[35:05] </w:t>
      </w:r>
      <w:r>
        <w:t>saara khalal</w:t>
      </w:r>
    </w:p>
    <w:p>
      <w:pPr>
        <w:jc w:val="right"/>
      </w:pPr>
      <w:r>
        <w:t>سارا خلل</w:t>
      </w:r>
    </w:p>
    <w:p>
      <w:r>
        <w:rPr>
          <w:b/>
        </w:rPr>
        <w:t xml:space="preserve">[35:06] </w:t>
      </w:r>
      <w:r>
        <w:t>daal diya is ne. to kaha ke fitrat to peshgoi karne wali thi. insaan peshgoi karne wala nahin tha. ke woh naazi car na dauraye, woh tez tez horn na bajaye, moseeqi na bajaye.</w:t>
      </w:r>
    </w:p>
    <w:p>
      <w:pPr>
        <w:jc w:val="right"/>
      </w:pPr>
      <w:r>
        <w:t>ڈال دیا اس نے۔ تو کہا کہ فطرت تو پیش گوئی کرنے والی تھی۔ انسان پیش گوئی کرنے والا نہیں تھا۔ کہ وہ نازی کار نہ دوڑائے، وہ تیز تیز ہارن نہ بجائے، موسیقی نہ بجائے۔</w:t>
      </w:r>
    </w:p>
    <w:p>
      <w:r>
        <w:rPr>
          <w:b/>
        </w:rPr>
        <w:t xml:space="preserve">[35:18] </w:t>
      </w:r>
      <w:r>
        <w:t>yeh hum is se umeed rakh rahe thay. lekin is umeed par insan poora nahi utra. aap ko rozana subah shaam yeh tajurba hota hoga.</w:t>
      </w:r>
    </w:p>
    <w:p>
      <w:pPr>
        <w:jc w:val="right"/>
      </w:pPr>
      <w:r>
        <w:t>یہ ہم اس سے امید رکھ رہے تھے۔ لیکن اس امید پر انسان پورا نہیں اترا۔ آپ کو روزانہ صبح شام یہ تجربہ ہوتا ہوگا۔</w:t>
      </w:r>
    </w:p>
    <w:p>
      <w:r>
        <w:rPr>
          <w:b/>
        </w:rPr>
        <w:t xml:space="preserve">[35:27] </w:t>
      </w:r>
      <w:r>
        <w:t>koi nai baat nahi hai.</w:t>
      </w:r>
    </w:p>
    <w:p>
      <w:pPr>
        <w:jc w:val="right"/>
      </w:pPr>
      <w:r>
        <w:t>کوئی نئی بات نہیں ہے۔</w:t>
      </w:r>
    </w:p>
    <w:p>
      <w:r>
        <w:rPr>
          <w:b/>
        </w:rPr>
        <w:t xml:space="preserve">[35:29] </w:t>
      </w:r>
      <w:r>
        <w:t>to beharhaal is ne yeh jo kaha ke is dunya mein har cheez khoobsurat hai, sirf insan hai jo khoobsurat nahi. to is ka matlab mein yeh samajh paya hoon.</w:t>
      </w:r>
    </w:p>
    <w:p>
      <w:pPr>
        <w:jc w:val="right"/>
      </w:pPr>
      <w:r>
        <w:t>تو بہرحال اس نے یہ جو کہا کہ اس دنیا میں ہر چیز خوبصورت ہے، صرف انسان ہے جو خوبصورت نہیں۔ تو اس کا مطلب میں یہ سمجھ پایا ہوں۔</w:t>
      </w:r>
    </w:p>
    <w:p>
      <w:r>
        <w:rPr>
          <w:b/>
        </w:rPr>
        <w:t xml:space="preserve">[35:41] </w:t>
      </w:r>
      <w:r>
        <w:t>ke sari fitrat, sari kainat peshgoi karne wali hai. insan peshgoi karne wala nahi. dekhiye saada baat nahi hai.</w:t>
      </w:r>
    </w:p>
    <w:p>
      <w:pPr>
        <w:jc w:val="right"/>
      </w:pPr>
      <w:r>
        <w:t>کہ ساری فطرت، ساری کائنات پیش گوئی کرنے والی ہے۔ انسان پیش گوئی کرنے والا نہیں۔ دیکھیے سادہ بات نہیں ہے۔</w:t>
      </w:r>
    </w:p>
    <w:p>
      <w:r>
        <w:rPr>
          <w:b/>
        </w:rPr>
        <w:t xml:space="preserve">[35:52] </w:t>
      </w:r>
      <w:r>
        <w:t>mera tajurba yeh hai. ke kyun fitrat itni khoobsurat lagti hai.</w:t>
      </w:r>
    </w:p>
    <w:p>
      <w:pPr>
        <w:jc w:val="right"/>
      </w:pPr>
      <w:r>
        <w:t>میرا تجربہ یہ ہے۔ کہ کیوں فطرت اتنی خوبصورت لگتی ہے۔</w:t>
      </w:r>
    </w:p>
    <w:p>
      <w:r>
        <w:rPr>
          <w:b/>
        </w:rPr>
        <w:t xml:space="preserve">[35:59] </w:t>
      </w:r>
      <w:r>
        <w:t>is ki aik peshgoi karne wala kirdaar aap ko khoobsurat karta hai.</w:t>
      </w:r>
    </w:p>
    <w:p>
      <w:pPr>
        <w:jc w:val="right"/>
      </w:pPr>
      <w:r>
        <w:t>اس کی ایک پیش گوئی کرنے والا کردار آپ کو خوبصورت کرتا ہے۔</w:t>
      </w:r>
    </w:p>
    <w:p>
      <w:r>
        <w:rPr>
          <w:b/>
        </w:rPr>
        <w:t xml:space="preserve">[36:06] </w:t>
      </w:r>
      <w:r>
        <w:t>peshgoi karne wala kirdaar insan ke andar husn paida kar de ga. jis tarah se fitrat ke andar husn paida ki hui hai.</w:t>
      </w:r>
    </w:p>
    <w:p>
      <w:pPr>
        <w:jc w:val="right"/>
      </w:pPr>
      <w:r>
        <w:t>پیش گوئی کرنے والا کردار انسان کے اندر حسن پیدا کر دے گا۔ جس طرح سے فطرت کے اندر حسن پیدا کی ہوئی ہے۔</w:t>
      </w:r>
    </w:p>
    <w:p>
      <w:r>
        <w:rPr>
          <w:b/>
        </w:rPr>
        <w:t xml:space="preserve">[36:17] </w:t>
      </w:r>
      <w:r>
        <w:t>fitrat ka peshgoi karne wala kirdaar ka haamil hona yahi is ki khoobsurti ka raaz hai.</w:t>
      </w:r>
    </w:p>
    <w:p>
      <w:pPr>
        <w:jc w:val="right"/>
      </w:pPr>
      <w:r>
        <w:t>فطرت کا پیش گوئی کرنے والا کردار کا حامل ہونا یہی اس کی خوبصورتی کا راز ہے۔</w:t>
      </w:r>
    </w:p>
    <w:p>
      <w:r>
        <w:rPr>
          <w:b/>
        </w:rPr>
        <w:t xml:space="preserve">[36:26] </w:t>
      </w:r>
      <w:r>
        <w:t>to Khuda chahta hai ke insan bhi apne aap ko peshgoi karne wale kirdaar ka haamil banaye. taake woh bhi Khuda ki dunya mein aik khoobsurat makhlooq ki soorat se reh sake.</w:t>
      </w:r>
    </w:p>
    <w:p>
      <w:pPr>
        <w:jc w:val="right"/>
      </w:pPr>
      <w:r>
        <w:t>تو خدا چاہتا ہے کہ انسان بھی اپنے آپ کو پیش گوئی کرنے والے کردار کا حامل بنائے۔ تاکہ وہ بھی خدا کی دنیا میں ایک خوبصورت مخلوق کی صورت سے رہ سکے۔</w:t>
      </w:r>
    </w:p>
    <w:p>
      <w:r>
        <w:rPr>
          <w:b/>
        </w:rPr>
        <w:t xml:space="preserve">[36:42] </w:t>
      </w:r>
      <w:r>
        <w:t>peshgoi karne wale ko urdu mein kehte hain qabil peshangoyi. aur arabi mein is ko kehte hain qabil-e-tanabbou.</w:t>
      </w:r>
    </w:p>
    <w:p>
      <w:pPr>
        <w:jc w:val="right"/>
      </w:pPr>
      <w:r>
        <w:t>پیش گوئی کرنے والے کو اردو میں کہتے ہیں قابل پیشنگوئی۔ اور عربی میں اس کو کہتے ہیں قابل التنبؤ۔</w:t>
      </w:r>
    </w:p>
    <w:p>
      <w:r>
        <w:rPr>
          <w:b/>
        </w:rPr>
        <w:t xml:space="preserve">[36:53] </w:t>
      </w:r>
      <w:r>
        <w:t>qabil-e-tanabbou aur peshangoyi ya peshgoi. yeh kirdaar insan ke andar ho to woh bhi isi tarah se khoobsurat ho jayega.</w:t>
      </w:r>
    </w:p>
    <w:p>
      <w:pPr>
        <w:jc w:val="right"/>
      </w:pPr>
      <w:r>
        <w:t>قابل التنبؤ اور پیشنگوئی یا پیش گوئی۔ یہ کردار انسان کے اندر ہو تو وہ بھی اسی طرح سے خوبصورت ہو جائے گا۔</w:t>
      </w:r>
    </w:p>
    <w:p>
      <w:r>
        <w:rPr>
          <w:b/>
        </w:rPr>
        <w:t xml:space="preserve">[37:03] </w:t>
      </w:r>
      <w:r>
        <w:t>jis tarah se yeh Khuda ki kainat khoobsurat hai. aur yaad rakhiye. jannat inhi logon ke liye hai. jannat sirf khoobsurat logon ke liye hai.</w:t>
      </w:r>
    </w:p>
    <w:p>
      <w:pPr>
        <w:jc w:val="right"/>
      </w:pPr>
      <w:r>
        <w:t>جس طرح سے یہ خدا کی کائنات خوبصورت ہے۔ اور یاد رکھیے۔ جنت انہی لوگوں کے لیے ہے۔ جنت صرف خوبصورت لوگوں کے لیے ہے۔</w:t>
      </w:r>
    </w:p>
    <w:p>
      <w:r>
        <w:rPr>
          <w:b/>
        </w:rPr>
        <w:t xml:space="preserve">[37:13] </w:t>
      </w:r>
      <w:r>
        <w:t>badsoorat logon ke liye jannat nahi hai.</w:t>
      </w:r>
    </w:p>
    <w:p>
      <w:pPr>
        <w:jc w:val="right"/>
      </w:pPr>
      <w:r>
        <w:t>بدصورت لوگوں کے لیے جنت نہیں ہے۔</w:t>
      </w:r>
    </w:p>
    <w:p>
      <w:r>
        <w:rPr>
          <w:b/>
        </w:rPr>
        <w:t xml:space="preserve">[37:18] </w:t>
      </w:r>
      <w:r>
        <w:t>mein yeh lafz beauty parlour ki zabaan mein nahi bol raha hoon. beauty parlour ki zabaan to jhooti zabaan hai.</w:t>
      </w:r>
    </w:p>
    <w:p>
      <w:pPr>
        <w:jc w:val="right"/>
      </w:pPr>
      <w:r>
        <w:t>میں یہ لفظ بیوٹی پارلے کی زبان میں نہیں بول رہا ہوں۔ بیوٹی پارلے کی زبان تو جھوٹی زبان ہے۔</w:t>
      </w:r>
    </w:p>
    <w:p>
      <w:r>
        <w:rPr>
          <w:b/>
        </w:rPr>
        <w:t xml:space="preserve">[37:27] </w:t>
      </w:r>
      <w:r>
        <w:t>mein ne dekhiye log agali fication ke center hain na ke beautification ke center. mein fitrat ke lehaz se bol raha hoon. ke Khuda ne aik bohat hi khoobsurat dunya banai.</w:t>
      </w:r>
    </w:p>
    <w:p>
      <w:pPr>
        <w:jc w:val="right"/>
      </w:pPr>
      <w:r>
        <w:t>میں نے دیکھیے لوگ اگلی فیکیشن کے سینٹر ہیں نہ کہ بیوٹی فیکیشن کے سینٹر۔ میں فطرت کے لحاظ سے بول رہا ہوں۔ کہ خدا نے ایک بہت ہی خوبصورت دنیا بنائی۔</w:t>
      </w:r>
    </w:p>
    <w:p>
      <w:r>
        <w:rPr>
          <w:b/>
        </w:rPr>
        <w:t xml:space="preserve">[37:42] </w:t>
      </w:r>
      <w:r>
        <w:t>bohat hi khoobsurat dunya.</w:t>
      </w:r>
    </w:p>
    <w:p>
      <w:pPr>
        <w:jc w:val="right"/>
      </w:pPr>
      <w:r>
        <w:t>بہت ہی خوبصورت دنیا۔</w:t>
      </w:r>
    </w:p>
    <w:p>
      <w:r>
        <w:rPr>
          <w:b/>
        </w:rPr>
        <w:t xml:space="preserve">[37:44] </w:t>
      </w:r>
      <w:r>
        <w:t>aik aisi dunya jahan awaaz mein bhi khoobsurti hogi. jahan ghaas mein bhi khoobsurti hogi. jahan pani ki rawani mein bhi khoobsurti hogi.</w:t>
      </w:r>
    </w:p>
    <w:p>
      <w:pPr>
        <w:jc w:val="right"/>
      </w:pPr>
      <w:r>
        <w:t>ایک ایسی دنیا جہاں آواز میں بھی خوبصورتی ہوگی۔ جہاں گھاس میں بھی خوبصورتی ہوگی۔ جہاں پانی کی روانی میں بھی خوبصورتی ہوگی۔</w:t>
      </w:r>
    </w:p>
    <w:p>
      <w:r>
        <w:rPr>
          <w:b/>
        </w:rPr>
        <w:t xml:space="preserve">[37:56] </w:t>
      </w:r>
      <w:r>
        <w:t>jahan suraj ki roshni mein bhi khoobsurti hogi. aisi khoobsurat dunya mein sirf khoobsurat insan hi jagah payenge.</w:t>
      </w:r>
    </w:p>
    <w:p>
      <w:pPr>
        <w:jc w:val="right"/>
      </w:pPr>
      <w:r>
        <w:t>جہاں سورج کی روشنی میں بھی خوبصورتی ہوگی۔ ایسی خوبصورت دنیا میں صرف خوبصورت انسان ہی جگہ پائیں گے۔</w:t>
      </w:r>
    </w:p>
    <w:p>
      <w:r>
        <w:rPr>
          <w:b/>
        </w:rPr>
        <w:t xml:space="preserve">[38:07] </w:t>
      </w:r>
      <w:r>
        <w:t>yani jo log Khuda ke nazdeek apne aap ko khoobsurat banane mein nakaam ho jayein, woh kabhi bhi Khuda ki dunya mein jagah nahi pa sakte.</w:t>
      </w:r>
    </w:p>
    <w:p>
      <w:pPr>
        <w:jc w:val="right"/>
      </w:pPr>
      <w:r>
        <w:t>یعنی جو لوگ خدا کے نزدیک اپنے آپ کو خوبصورت بنانے میں ناکام ہو جائیں، وہ کبھی بھی خدا کی دنیا میں جگہ نہیں پا سکتے۔</w:t>
      </w:r>
    </w:p>
    <w:p>
      <w:r>
        <w:rPr>
          <w:b/>
        </w:rPr>
        <w:t xml:space="preserve">[38:19] </w:t>
      </w:r>
      <w:r>
        <w:t>jannat mein jagah nahi pa sakte. khoobsurat ka kya mayar hai? woh Khuda ne muqarrar kar rakha hai kainat, fitrat ke andar.</w:t>
      </w:r>
    </w:p>
    <w:p>
      <w:pPr>
        <w:jc w:val="right"/>
      </w:pPr>
      <w:r>
        <w:t>جنت میں جگہ نہیں پا سکتے۔ خوبصورت کا کیا معیار ہے؟ وہ خدا نے مقرر کر رکھا ہے کائنات، فطرت کے اندر۔</w:t>
      </w:r>
    </w:p>
    <w:p>
      <w:r>
        <w:rPr>
          <w:b/>
        </w:rPr>
        <w:t xml:space="preserve">[38:29] </w:t>
      </w:r>
      <w:r>
        <w:t>aap fitrat ko dekhiye. aik aik pata khoobsurat hai. aik aik phool khoobsurat hai.</w:t>
      </w:r>
    </w:p>
    <w:p>
      <w:pPr>
        <w:jc w:val="right"/>
      </w:pPr>
      <w:r>
        <w:t>آپ فطرت کو دیکھیے۔ ایک ایک پتہ خوبصورت ہے۔ ایک ایک پھول خوبصورت ہے۔</w:t>
      </w:r>
    </w:p>
    <w:p>
      <w:r>
        <w:rPr>
          <w:b/>
        </w:rPr>
        <w:t xml:space="preserve">[38:35] </w:t>
      </w:r>
      <w:r>
        <w:t>yahan tak ke is fitrat ka kaanta bhi khoobsurat hai. aap kaante ko dekhiye. aik ajeeb husn hota hai kaante ke andar.</w:t>
      </w:r>
    </w:p>
    <w:p>
      <w:pPr>
        <w:jc w:val="right"/>
      </w:pPr>
      <w:r>
        <w:t>یہاں تک کہ اس فطرت کا کانٹا بھی خوبصورت ہے۔ آپ کانٹے کو دیکھیے۔ ایک عجیب حسن ہوتا ہے کانٹے کے اندر۔</w:t>
      </w:r>
    </w:p>
    <w:p>
      <w:r>
        <w:rPr>
          <w:b/>
        </w:rPr>
        <w:t xml:space="preserve">[38:46] </w:t>
      </w:r>
      <w:r>
        <w:t>mein dekh raha tha aik aik aik aik park mein gaya wahan par jis ko hum kehte hain naag phani. aik cheez hoti hai, mujhe nahi maloom aap jante hain ya nahi jante is ko.</w:t>
      </w:r>
    </w:p>
    <w:p>
      <w:pPr>
        <w:jc w:val="right"/>
      </w:pPr>
      <w:r>
        <w:t>میں دیکھ رہا تھا ایک ایک ایک ایک پارک میں گیا وہاں پر جس کو ہم کہتے ہیں ناگ پھنی۔ ایک چیز ہوتی ہے، مجھے نہیں معلوم آپ جانتے ہیں یا نہیں جانتے اس کو۔</w:t>
      </w:r>
    </w:p>
    <w:p>
      <w:r>
        <w:rPr>
          <w:b/>
        </w:rPr>
        <w:t xml:space="preserve">[38:55] </w:t>
      </w:r>
      <w:r>
        <w:t>kehte hain naag phani. is ke kaante hi kaante hotey hain. is ke to wahan tha woh naag phani ka phool.</w:t>
      </w:r>
    </w:p>
    <w:p>
      <w:pPr>
        <w:jc w:val="right"/>
      </w:pPr>
      <w:r>
        <w:t>کہتے ہیں ناگ پھنی۔ اس کے کانٹے ہی کانٹے ہوتے ہیں۔ اس کے تو وہاں تھا وہ ناگ پھنی کا پھل۔</w:t>
      </w:r>
    </w:p>
    <w:p>
      <w:r>
        <w:rPr>
          <w:b/>
        </w:rPr>
        <w:t xml:space="preserve">[39:03] </w:t>
      </w:r>
      <w:r>
        <w:t>mein dekhne laga. aur mein is ko dekh kar rone laga.</w:t>
      </w:r>
    </w:p>
    <w:p>
      <w:pPr>
        <w:jc w:val="right"/>
      </w:pPr>
      <w:r>
        <w:t>میں دیکھنے لگا۔ اور میں اس کو دیکھ کر رونے لگا۔</w:t>
      </w:r>
    </w:p>
    <w:p>
      <w:r>
        <w:rPr>
          <w:b/>
        </w:rPr>
        <w:t xml:space="preserve">[39:10] </w:t>
      </w:r>
      <w:r>
        <w:t>woh bohat hi khoobsurat lagti thi dekhne mein mujhe۔</w:t>
      </w:r>
    </w:p>
    <w:p>
      <w:pPr>
        <w:jc w:val="right"/>
      </w:pPr>
      <w:r>
        <w:t>وہ بہت ہی خوبصورت لگتی تھی دیکھنے میں مجھے۔</w:t>
      </w:r>
    </w:p>
    <w:p>
      <w:r>
        <w:rPr>
          <w:b/>
        </w:rPr>
        <w:t xml:space="preserve">[39:16] </w:t>
      </w:r>
      <w:r>
        <w:t>main ne socha۔ ke naag phani aakhir khoobsurat kyun dikhai deti hai۔</w:t>
      </w:r>
    </w:p>
    <w:p>
      <w:pPr>
        <w:jc w:val="right"/>
      </w:pPr>
      <w:r>
        <w:t>میں نے سوچا۔ کہ ناگ پھنی آخر خوبصورت کیوں دکھائی دیتی ہے۔</w:t>
      </w:r>
    </w:p>
    <w:p>
      <w:r>
        <w:rPr>
          <w:b/>
        </w:rPr>
        <w:t xml:space="preserve">[39:23] </w:t>
      </w:r>
      <w:r>
        <w:t>yani "why is this naag phani as so khoobsurat"۔ sochte sochte mere zehen mein aaya ke woh jhoot nahi bolti۔</w:t>
      </w:r>
    </w:p>
    <w:p>
      <w:pPr>
        <w:jc w:val="right"/>
      </w:pPr>
      <w:r>
        <w:t>یعنی "وائی از دس ناگ پھنی از سو خوبصورت"۔ سوچتے سوچتے میرے ذہن میں آیا کہ وہ جھوٹ نہیں بولتی۔</w:t>
      </w:r>
    </w:p>
    <w:p>
      <w:r>
        <w:rPr>
          <w:b/>
        </w:rPr>
        <w:t xml:space="preserve">[39:33] </w:t>
      </w:r>
      <w:r>
        <w:t>woh sach bolti hai۔ yani is ke is ke oopar kaante hi kaante hain to kaante hi dikhai de rahi hai۔ woh lord steve ki tarah agar yeh cheekh nahi rahi hai ke dekho mere paas phool hi phool hain۔</w:t>
      </w:r>
    </w:p>
    <w:p>
      <w:pPr>
        <w:jc w:val="right"/>
      </w:pPr>
      <w:r>
        <w:t>وہ سچ بولتی ہے۔ یعنی اس کے اس کے اوپر کانٹے ہی کانٹے ہیں تو کانٹے ہی دکھائی دے رہی ہے۔ وہ لارڈ سٹیو کی طرح اگر یہ چیخ نہیں رہی ہے کہ دیکھو میرے پاس پھول ہی پھول ہیں۔</w:t>
      </w:r>
    </w:p>
    <w:p>
      <w:r>
        <w:rPr>
          <w:b/>
        </w:rPr>
        <w:t xml:space="preserve">[39:48] </w:t>
      </w:r>
      <w:r>
        <w:t>woh apne aap ko phoolon ki guldasta bana kar nahi pesh kar rahi۔ woh dikha rahi hai ke main kaanta hoon۔</w:t>
      </w:r>
    </w:p>
    <w:p>
      <w:pPr>
        <w:jc w:val="right"/>
      </w:pPr>
      <w:r>
        <w:t>وہ اپنے آپ کو پھولوں کی گلدستہ بنا کر نہیں پیش کر رہی۔ وہ دکھا رہی ہے کہ میں کانٹا ہوں۔</w:t>
      </w:r>
    </w:p>
    <w:p>
      <w:r>
        <w:rPr>
          <w:b/>
        </w:rPr>
        <w:t xml:space="preserve">[39:56] </w:t>
      </w:r>
      <w:r>
        <w:t>us ke sach bolne ne us ko khoobsurat bana diya hai۔ aur jo log jhoot bolte hain aap un ke chehre ko dekhiye۔ un ke chehre par koi booti nahi dikhai degi aap ko۔</w:t>
      </w:r>
    </w:p>
    <w:p>
      <w:pPr>
        <w:jc w:val="right"/>
      </w:pPr>
      <w:r>
        <w:t>اس کے سچ بولنے نے اس کو خوبصورت بنا دیا ہے۔ اور جو لوگ جھوٹ بولتے ہیں آپ ان کے چہرے کو دیکھیے۔ ان کے چہرے پر کوئی بوٹی نہیں دکھائی دے گی آپ کو۔</w:t>
      </w:r>
    </w:p>
    <w:p>
      <w:r>
        <w:rPr>
          <w:b/>
        </w:rPr>
        <w:t xml:space="preserve">[40:07] </w:t>
      </w:r>
      <w:r>
        <w:t>to khuda ki khoobsurti ka mayar kya hai؟ sacha insaan khuda ke nazdeek khoobsurat hai۔ aur jhoota insaan khuda ke nazdeek badsoorat hai۔</w:t>
      </w:r>
    </w:p>
    <w:p>
      <w:pPr>
        <w:jc w:val="right"/>
      </w:pPr>
      <w:r>
        <w:t>تو خدا کی خوبصورتی کا معیار کیا ہے؟ سچا انسان خدا کے نزدیک خوبصورت ہے۔ اور جھوٹا انسان خدا کے نزدیک بدصورت ہے۔</w:t>
      </w:r>
    </w:p>
    <w:p>
      <w:r>
        <w:rPr>
          <w:b/>
        </w:rPr>
        <w:t xml:space="preserve">[40:19] </w:t>
      </w:r>
      <w:r>
        <w:t>pesh goi karne wala kirdaar rakhne wala insaan khuda ke nazdeek khoobsurat hai۔</w:t>
      </w:r>
    </w:p>
    <w:p>
      <w:pPr>
        <w:jc w:val="right"/>
      </w:pPr>
      <w:r>
        <w:t>پیش گوئی کرنے والا کردار رکھنے والا انسان خدا کے نزدیک خوبصورت ہے۔</w:t>
      </w:r>
    </w:p>
    <w:p>
      <w:r>
        <w:rPr>
          <w:b/>
        </w:rPr>
        <w:t xml:space="preserve">[40:23] </w:t>
      </w:r>
      <w:r>
        <w:t>to jis insaan ke andar pesh goi karne wala kirdaar na ho badsoorat hai۔ imandar insaan ke andar ko insaan khuda ke nazdeek khoobsurat hai۔</w:t>
      </w:r>
    </w:p>
    <w:p>
      <w:pPr>
        <w:jc w:val="right"/>
      </w:pPr>
      <w:r>
        <w:t>تو جس انسان کے اندر پیش گوئی کرنے والا کردار نہ ہو بدصورت ہے۔ ایماندار انسان کے اندر کو انسان خدا کے نزدیک خوبصورت ہے۔</w:t>
      </w:r>
    </w:p>
    <w:p>
      <w:r>
        <w:rPr>
          <w:b/>
        </w:rPr>
        <w:t xml:space="preserve">[40:34] </w:t>
      </w:r>
      <w:r>
        <w:t>be imaan insaan khuda ke nazdeek badsoorat hai۔ tashaddud pasand insaan khuda ke nazdeek badsoorat hai۔</w:t>
      </w:r>
    </w:p>
    <w:p>
      <w:pPr>
        <w:jc w:val="right"/>
      </w:pPr>
      <w:r>
        <w:t>بے ایمان انسان خدا کے نزدیک بدصورت ہے۔ تشدد پسند انسان خدا کے نزدیک بدصورت ہے۔</w:t>
      </w:r>
    </w:p>
    <w:p>
      <w:r>
        <w:rPr>
          <w:b/>
        </w:rPr>
        <w:t xml:space="preserve">[40:43] </w:t>
      </w:r>
      <w:r>
        <w:t>aur jo jo aman se mohabbat karta ho woh khoobsurat hai۔ yeh khuda ka mayar hai۔</w:t>
      </w:r>
    </w:p>
    <w:p>
      <w:pPr>
        <w:jc w:val="right"/>
      </w:pPr>
      <w:r>
        <w:t>اور جو جو امن سے محبت کرتا ہو وہ خوبصورت ہے۔ یہ خدا کا معیار ہے۔</w:t>
      </w:r>
    </w:p>
    <w:p>
      <w:r>
        <w:rPr>
          <w:b/>
        </w:rPr>
        <w:t xml:space="preserve">[40:53] </w:t>
      </w:r>
      <w:r>
        <w:t>isi lehaz se main keh raha hoon ke jannat mein khoobsurat log jayenge۔ badsoorat logon ke liye jannat mein koi jagah nahi hai۔</w:t>
      </w:r>
    </w:p>
    <w:p>
      <w:pPr>
        <w:jc w:val="right"/>
      </w:pPr>
      <w:r>
        <w:t>اسی لحاظ سے میں کہہ رہا ہوں کہ جنت میں خوبصورت لوگ جائیں گے۔ بدصورت لوگوں کے لیے جنت میں کوئی جگہ نہیں ہے۔</w:t>
      </w:r>
    </w:p>
    <w:p>
      <w:r>
        <w:rPr>
          <w:b/>
        </w:rPr>
        <w:t xml:space="preserve">[41:06] </w:t>
      </w:r>
      <w:r>
        <w:t>aap dekhiye kainat mein kitna aman hai, har taraf aman hi aman hai.</w:t>
      </w:r>
    </w:p>
    <w:p>
      <w:pPr>
        <w:jc w:val="right"/>
      </w:pPr>
      <w:r>
        <w:t>آپ دیکھیے کائنات میں کتنا امن ہے، ہر طرف امن ہی امن ہے۔</w:t>
      </w:r>
    </w:p>
    <w:p>
      <w:r>
        <w:rPr>
          <w:b/>
        </w:rPr>
        <w:t xml:space="preserve">[41:12] </w:t>
      </w:r>
      <w:r>
        <w:t>hamare jo khala baaz oopar gaye hain، main woh batate hain ke wahan mukammal aman hai۔</w:t>
      </w:r>
    </w:p>
    <w:p>
      <w:pPr>
        <w:jc w:val="right"/>
      </w:pPr>
      <w:r>
        <w:t>ہمارے جو خلا باز اوپر گئے ہیں، میں وہ بتاتے ہیں کہ وہاں مکمل امن ہے۔</w:t>
      </w:r>
    </w:p>
    <w:p>
      <w:r>
        <w:rPr>
          <w:b/>
        </w:rPr>
        <w:t xml:space="preserve">[41:24] </w:t>
      </w:r>
      <w:r>
        <w:t>kuch bhi awaaz nahi۔ mukammal khamoshi۔ agarche wahan sargarmian hain۔ khala baazon ki sargarmian۔</w:t>
      </w:r>
    </w:p>
    <w:p>
      <w:pPr>
        <w:jc w:val="right"/>
      </w:pPr>
      <w:r>
        <w:t>کچھ بھی آواز نہیں۔ مکمل خاموشی۔ اگرچہ وہاں سرگرمیاں ہیں۔ خلا بازوں کی سرگرمیاں۔</w:t>
      </w:r>
    </w:p>
    <w:p>
      <w:r>
        <w:rPr>
          <w:b/>
        </w:rPr>
        <w:t xml:space="preserve">[41:36] </w:t>
      </w:r>
      <w:r>
        <w:t>sitaron ki sargarmian۔ kahkashaaon ki sargarmian۔</w:t>
      </w:r>
    </w:p>
    <w:p>
      <w:pPr>
        <w:jc w:val="right"/>
      </w:pPr>
      <w:r>
        <w:t>ستاروں کی سرگرمیاں۔ کہکشاؤں کی سرگرمیاں</w:t>
      </w:r>
    </w:p>
    <w:p>
      <w:r>
        <w:rPr>
          <w:b/>
        </w:rPr>
        <w:t xml:space="preserve">[41:40] </w:t>
      </w:r>
      <w:r>
        <w:t>۔ aap jante hain ke yeh tehqeeq hui hai ke kahkashaaon mein billion sitare hote hain۔ aik kahkashan jis ke andar billion billion sitare hain۔</w:t>
      </w:r>
    </w:p>
    <w:p>
      <w:pPr>
        <w:jc w:val="right"/>
      </w:pPr>
      <w:r>
        <w:t>۔ آپ جانتے ہیں کہ یہ تحقیق ہوئی ہے کہ کہکشاؤں میں بلین ستارے ہوتے ہیں۔ ایک کہکشاں جس کے اندر بلین بلین ستارے ہیں۔</w:t>
      </w:r>
    </w:p>
    <w:p>
      <w:r>
        <w:rPr>
          <w:b/>
        </w:rPr>
        <w:t xml:space="preserve">[41:50] </w:t>
      </w:r>
      <w:r>
        <w:t>doosri kahkashan jis mein billion billion sitare hain۔ dono ghoom rahe hain۔ ghoomte ghoomte yeh is mein pohnchti hai۔ is mein se hoti hui guzar jati hai doosri taraf۔</w:t>
      </w:r>
    </w:p>
    <w:p>
      <w:pPr>
        <w:jc w:val="right"/>
      </w:pPr>
      <w:r>
        <w:t>دوسری کہکشاں جس میں بلین بلین ستارے ہیں۔ دونوں گھوم رہے ہیں۔ گھومتے گھومتے یہ اس میں پہنچتی ہے۔ اس میں سے ہوتی ہوئی گزر جاتی ہے دوسری طرف۔</w:t>
      </w:r>
    </w:p>
    <w:p>
      <w:r>
        <w:rPr>
          <w:b/>
        </w:rPr>
        <w:t xml:space="preserve">[42:01] </w:t>
      </w:r>
      <w:r>
        <w:t>yani aik kahkashani majmooa ghoomte hue doosre kahkashani majmooe mein dakhil hota hai۔ aur bana takraye nikal jata hai bahar۔</w:t>
      </w:r>
    </w:p>
    <w:p>
      <w:pPr>
        <w:jc w:val="right"/>
      </w:pPr>
      <w:r>
        <w:t>یعنی ایک کہکشانی مجموعہ گھومتے ہوئے دوسرے کہکشانی مجموعے میں داخل ہوتا ہے۔ اور بنا ٹکرائے نکل جاتا ہے باہر۔</w:t>
      </w:r>
    </w:p>
    <w:p>
      <w:r>
        <w:rPr>
          <w:b/>
        </w:rPr>
        <w:t xml:space="preserve">[42:12] </w:t>
      </w:r>
      <w:r>
        <w:t>kaisi ajeeb baat hai۔ yani billion billion sitare۔ yani har aik harkat kar raha hai۔</w:t>
      </w:r>
    </w:p>
    <w:p>
      <w:pPr>
        <w:jc w:val="right"/>
      </w:pPr>
      <w:r>
        <w:t>کیسی عجیب بات ہے۔ یعنی بلین بلین ستارے۔ یعنی ہر ایک حرکت کر رہا ہے۔</w:t>
      </w:r>
    </w:p>
    <w:p>
      <w:r>
        <w:rPr>
          <w:b/>
        </w:rPr>
        <w:t xml:space="preserve">[42:22] </w:t>
      </w:r>
      <w:r>
        <w:t>doosre majmooe mein dakhil hota hai۔ aur takraye baghair bahar nikal jata hai۔ yeh hai woh aman jo hamari kainat mein hai۔</w:t>
      </w:r>
    </w:p>
    <w:p>
      <w:pPr>
        <w:jc w:val="right"/>
      </w:pPr>
      <w:r>
        <w:t>دوسرے مجموعے میں داخل ہوتا ہے۔ اور ٹکرائے بغیر باہر نکل جاتا ہے۔ یہ ہے وہ امن جو ہماری کائنات میں ہے۔</w:t>
      </w:r>
    </w:p>
    <w:p>
      <w:r>
        <w:rPr>
          <w:b/>
        </w:rPr>
        <w:t xml:space="preserve">[42:30] </w:t>
      </w:r>
      <w:r>
        <w:t>yahan takraao nahi۔ yahan ladai nahi۔ yahan tashaddud nahi۔ yahan koi maar kaat nahi۔ yahan koi khudkushi nahi۔ aik aisi duniya mein aap ko bhi waise hi rehna hai۔</w:t>
      </w:r>
    </w:p>
    <w:p>
      <w:pPr>
        <w:jc w:val="right"/>
      </w:pPr>
      <w:r>
        <w:t>یہاں ٹکراؤ نہیں۔ یہاں لڑائی نہیں۔ یہاں تشدد نہیں۔ یہاں کوئی مار کاٹ نہیں۔ یہاں کوئی خودکشی نہیں۔ ایک ایسی دنیا میں آپ کو بھی ویسے ہی رہنا ہے۔</w:t>
      </w:r>
    </w:p>
    <w:p>
      <w:r>
        <w:rPr>
          <w:b/>
        </w:rPr>
        <w:t xml:space="preserve">[42:44] </w:t>
      </w:r>
      <w:r>
        <w:t>agar aap is ke khilaf koi andaaz banayein apni zindagi ka to khuda use radd kar dega۔ us ko khuda radd kar dega۔</w:t>
      </w:r>
    </w:p>
    <w:p>
      <w:pPr>
        <w:jc w:val="right"/>
      </w:pPr>
      <w:r>
        <w:t>اگر آپ اس کے خلاف کوئی انداز بنائیں اپنی زندگی کا تو خدا اسے رد کر دے گا۔ اس کو خدا رد کر دے گا۔</w:t>
      </w:r>
    </w:p>
    <w:p>
      <w:r>
        <w:rPr>
          <w:b/>
        </w:rPr>
        <w:t xml:space="preserve">[42:55] </w:t>
      </w:r>
      <w:r>
        <w:t>us ko</w:t>
      </w:r>
    </w:p>
    <w:p>
      <w:pPr>
        <w:jc w:val="right"/>
      </w:pPr>
      <w:r>
        <w:t>اس کو</w:t>
      </w:r>
    </w:p>
    <w:p>
      <w:r>
        <w:rPr>
          <w:b/>
        </w:rPr>
        <w:t xml:space="preserve">[42:57] </w:t>
      </w:r>
      <w:r>
        <w:t>bible mein aata hai ke jo log bible mein aata hai ke jo log daawa karein ke woh khuda ko mante hain lekin</w:t>
      </w:r>
    </w:p>
    <w:p>
      <w:pPr>
        <w:jc w:val="right"/>
      </w:pPr>
      <w:r>
        <w:t>بائبل میں آتا ہے کہ جو لوگ بائبل میں آتا ہے کہ جو لوگ دعویٰ کریں کہ وہ خدا کو مانتے ہیں لیکن</w:t>
      </w:r>
    </w:p>
    <w:p>
      <w:r>
        <w:rPr>
          <w:b/>
        </w:rPr>
        <w:t xml:space="preserve">[43:09] </w:t>
      </w:r>
      <w:r>
        <w:t>un ka kirdaar، un ki zindagi is ke mutabiq na ho to khuda ke nazdeek woh radd shuda chandi hain۔</w:t>
      </w:r>
    </w:p>
    <w:p>
      <w:pPr>
        <w:jc w:val="right"/>
      </w:pPr>
      <w:r>
        <w:t>ان کا کردار، ان کی زندگی اس کے مطابق نہ ہو تو خدا کے نزدیک وہ رد شدہ چاندی ہیں۔</w:t>
      </w:r>
    </w:p>
    <w:p>
      <w:r>
        <w:rPr>
          <w:b/>
        </w:rPr>
        <w:t xml:space="preserve">[43:18] </w:t>
      </w:r>
      <w:r>
        <w:t>yani alfizah al-mafruzah, yani yani radd ki hui chandi.</w:t>
      </w:r>
    </w:p>
    <w:p>
      <w:pPr>
        <w:jc w:val="right"/>
      </w:pPr>
      <w:r>
        <w:t>یعنی الفضۃ المفروضہ، یعنی یعنی رد کی ہوئی چاندی۔</w:t>
      </w:r>
    </w:p>
    <w:p>
      <w:r>
        <w:rPr>
          <w:b/>
        </w:rPr>
        <w:t xml:space="preserve">[43:27] </w:t>
      </w:r>
      <w:r>
        <w:t>jis iman ke sath sachcha amal na ho, jis dawe ke sath is ke mutabiq amal na ho, khuda ke nazdeek woh radd shudah chandi hai.</w:t>
      </w:r>
    </w:p>
    <w:p>
      <w:pPr>
        <w:jc w:val="right"/>
      </w:pPr>
      <w:r>
        <w:t>جس ایمان کے ساتھ سچا عمل نہ ہو، جس دعوے کے ساتھ اس کے مطابق عمل نہ ہو، خدا کے نزدیک وہ رد شدہ چاندی ہے۔</w:t>
      </w:r>
    </w:p>
    <w:p>
      <w:r>
        <w:rPr>
          <w:b/>
        </w:rPr>
        <w:t xml:space="preserve">[43:37] </w:t>
      </w:r>
      <w:r>
        <w:t>aap soch lijie ke radd shudah chandi ke liye jagah milegi jannat mein? khuda ne jis chandi ko radd kar diya ho dunya mein, woh wahan bhi radd shudah hi rahega.</w:t>
      </w:r>
    </w:p>
    <w:p>
      <w:pPr>
        <w:jc w:val="right"/>
      </w:pPr>
      <w:r>
        <w:t>آپ سوچ لیجیے کہ رد شدہ چاندی کے لیے جگہ ملے گی جنت میں؟ خدا نے جس چاندی کو رد کر دیا ہو دنیا میں، وہ وہاں بھی رد شدہ ہی رہے گا۔</w:t>
      </w:r>
    </w:p>
    <w:p>
      <w:r>
        <w:rPr>
          <w:b/>
        </w:rPr>
        <w:t xml:space="preserve">[43:50] </w:t>
      </w:r>
      <w:r>
        <w:t>wahan qubool nahi banega woh.</w:t>
      </w:r>
    </w:p>
    <w:p>
      <w:pPr>
        <w:jc w:val="right"/>
      </w:pPr>
      <w:r>
        <w:t>وہاں قبول نہیں بنے گا وہ۔</w:t>
      </w:r>
    </w:p>
    <w:p>
      <w:r>
        <w:rPr>
          <w:b/>
        </w:rPr>
        <w:t xml:space="preserve">[43:55] </w:t>
      </w:r>
      <w:r>
        <w:t>to jaisa ke maine arz kiya, ek taraf khuda ne apni kitab mein sachchai ka ailan kiya hai. lafzi taur par.</w:t>
      </w:r>
    </w:p>
    <w:p>
      <w:pPr>
        <w:jc w:val="right"/>
      </w:pPr>
      <w:r>
        <w:t>تو جیسا کہ میں نے عرض کیا، ایک طرف خدا نے اپنی کتاب میں سچائی کا اعلان کیا ہے۔ لفظی طور پر۔</w:t>
      </w:r>
    </w:p>
    <w:p>
      <w:r>
        <w:rPr>
          <w:b/>
        </w:rPr>
        <w:t xml:space="preserve">[44:05] </w:t>
      </w:r>
      <w:r>
        <w:t>alfaaz ki zaban mein. doosri taraf khuda is is ailan ka, is bayan ka muzahira de raha hai.</w:t>
      </w:r>
    </w:p>
    <w:p>
      <w:pPr>
        <w:jc w:val="right"/>
      </w:pPr>
      <w:r>
        <w:t>الفاظ کی زبان میں۔ دوسری طرف خدا اس اس اعلان کا، اس بیان کا مظاہرہ دے رہا ہے۔</w:t>
      </w:r>
    </w:p>
    <w:p>
      <w:r>
        <w:rPr>
          <w:b/>
        </w:rPr>
        <w:t xml:space="preserve">[44:15] </w:t>
      </w:r>
      <w:r>
        <w:t>is ka muzahira kar raha hai kainat mein.</w:t>
      </w:r>
    </w:p>
    <w:p>
      <w:pPr>
        <w:jc w:val="right"/>
      </w:pPr>
      <w:r>
        <w:t>اس کا مظاہرہ کر رہا ہے کائنات میں۔</w:t>
      </w:r>
    </w:p>
    <w:p>
      <w:r>
        <w:rPr>
          <w:b/>
        </w:rPr>
        <w:t xml:space="preserve">[44:20] </w:t>
      </w:r>
      <w:r>
        <w:t>humein agar agar khuda ki jannat lena hai to humein kya karna hai?</w:t>
      </w:r>
    </w:p>
    <w:p>
      <w:pPr>
        <w:jc w:val="right"/>
      </w:pPr>
      <w:r>
        <w:t>ہمیں اگر اگر خدا کی جنت لینا ہے تو ہمیں کیا کرنا ہے؟</w:t>
      </w:r>
    </w:p>
    <w:p>
      <w:r>
        <w:rPr>
          <w:b/>
        </w:rPr>
        <w:t xml:space="preserve">[44:31] </w:t>
      </w:r>
      <w:r>
        <w:t>soch kar is haqiqat ko janna hai.</w:t>
      </w:r>
    </w:p>
    <w:p>
      <w:pPr>
        <w:jc w:val="right"/>
      </w:pPr>
      <w:r>
        <w:t>سوچ کر اس حقیقت کو جاننا ہے۔</w:t>
      </w:r>
    </w:p>
    <w:p>
      <w:r>
        <w:rPr>
          <w:b/>
        </w:rPr>
        <w:t xml:space="preserve">[44:37] </w:t>
      </w:r>
      <w:r>
        <w:t>khuda ne is kainat ko, is fitrat ko, main samajhta hoon ke jannat ka taaruf bana diya hai.</w:t>
      </w:r>
    </w:p>
    <w:p>
      <w:pPr>
        <w:jc w:val="right"/>
      </w:pPr>
      <w:r>
        <w:t>خدا نے اس کائنات کو، اس فطرت کو، میں سمجھتا ہوں کہ جنت کا تعارف بنا دیا ہے۔</w:t>
      </w:r>
    </w:p>
    <w:p>
      <w:r>
        <w:rPr>
          <w:b/>
        </w:rPr>
        <w:t xml:space="preserve">[44:45] </w:t>
      </w:r>
      <w:r>
        <w:t>quran mein hai ke "wa yudkhiluhum fil jannati 'arrafaha lahum". khuda un ko un jannaton mein dakhil karega jis ki pehchan kara di hai is ne.</w:t>
      </w:r>
    </w:p>
    <w:p>
      <w:pPr>
        <w:jc w:val="right"/>
      </w:pPr>
      <w:r>
        <w:t>قرآن میں ہے کہ "وَيُدْخِلُهُمْ فِي الجَنَّةِ عَرَّفْهَا لَهُمْ"۔ خدا ان کو ان جنتوں میں داخل کرے گا جس کی پہچان کرا دی ہے اس نے۔</w:t>
      </w:r>
    </w:p>
    <w:p>
      <w:r>
        <w:rPr>
          <w:b/>
        </w:rPr>
        <w:t xml:space="preserve">[45:04] </w:t>
      </w:r>
      <w:r>
        <w:t>"yudkhiluhum fil jannati 'arrafaha lahum" yeh surah muhammad mein ayat hai aakhir mein</w:t>
      </w:r>
    </w:p>
    <w:p>
      <w:pPr>
        <w:jc w:val="right"/>
      </w:pPr>
      <w:r>
        <w:t>"يَدْخِلُهُمْ فِي الجَنَّةِ عَرَّفْهَا لَهُمْ" یہ سورہ محمد میں آیت ہے آخر میں</w:t>
      </w:r>
    </w:p>
    <w:p>
      <w:r>
        <w:rPr>
          <w:b/>
        </w:rPr>
        <w:t xml:space="preserve">[45:10] </w:t>
      </w:r>
      <w:r>
        <w:t>ke khuda un ko us jannat mein dakhil karega jis ki unhein pehchan kara di hai. is par maine bahut gaur kiya ke is ka matlab kya hai.</w:t>
      </w:r>
    </w:p>
    <w:p>
      <w:pPr>
        <w:jc w:val="right"/>
      </w:pPr>
      <w:r>
        <w:t>۔ کہ خدا ان کو اس جنت میں داخل کرے گا جس کی انہیں پہچان کرا دی ہے۔ اس پر میں نے بہت غور کیا کہ اس کا مطلب کیا ہے۔</w:t>
      </w:r>
    </w:p>
    <w:p>
      <w:r>
        <w:rPr>
          <w:b/>
        </w:rPr>
        <w:t xml:space="preserve">[45:22] </w:t>
      </w:r>
      <w:r>
        <w:t>main samajhta hoon ke yeh fitrat is ki pehchan hai. jahan tak main samajh paya hoon. khuda ke jannat ki pehchan yeh fitrat hai.</w:t>
      </w:r>
    </w:p>
    <w:p>
      <w:pPr>
        <w:jc w:val="right"/>
      </w:pPr>
      <w:r>
        <w:t>میں سمجھتا ہوں کہ یہ فطرت اس کی پہچان ہے۔ جہاں تک میں سمجھ پایا ہوں۔ خدا کے جنت کی پہچان یہ فطرت ہے۔</w:t>
      </w:r>
    </w:p>
    <w:p>
      <w:r>
        <w:rPr>
          <w:b/>
        </w:rPr>
        <w:t xml:space="preserve">[45:31] </w:t>
      </w:r>
      <w:r>
        <w:t>yeh khoobsurat fitrat.</w:t>
      </w:r>
    </w:p>
    <w:p>
      <w:pPr>
        <w:jc w:val="right"/>
      </w:pPr>
      <w:r>
        <w:t>یہ خوبصورت فطرت۔</w:t>
      </w:r>
    </w:p>
    <w:p>
      <w:r>
        <w:rPr>
          <w:b/>
        </w:rPr>
        <w:t xml:space="preserve">[45:33] </w:t>
      </w:r>
      <w:r>
        <w:t>ek fitrat jis mein har taraf poori poori fitrat jo hai aap dekhiye sachchai pe khadi hui hai. imandari pe khadi hui hai. aman pe khadi hui hai. to yeh jo fitrat hai, yeh khuda ne is ko apni jannat ki pehchan ke taur par rakh diya hai is dunya mein.</w:t>
      </w:r>
    </w:p>
    <w:p>
      <w:pPr>
        <w:jc w:val="right"/>
      </w:pPr>
      <w:r>
        <w:t>ایک فطرت جس میں ہر طرف پوری پوری فطرت جو ہے آپ دیکھیے سچائی پہ کھڑی ہوئی ہے۔ ایمانداری پہ کھڑی ہوئی ہے۔ امن پہ کھڑی ہوئی ہے۔ تو یہ جو فطرت ہے، یہ خدا نے اس کو اپنی جنت کی پہچان کے طور پر رکھ دیا ہے اس دنیا میں۔</w:t>
      </w:r>
    </w:p>
    <w:p>
      <w:r>
        <w:rPr>
          <w:b/>
        </w:rPr>
        <w:t xml:space="preserve">[45:51] </w:t>
      </w:r>
      <w:r>
        <w:t>aisi bano. agar jannat mein dakhil hona chahte ho to aisi bano jaisa ke fitrat tum ko bata raha hai.</w:t>
      </w:r>
    </w:p>
    <w:p>
      <w:pPr>
        <w:jc w:val="right"/>
      </w:pPr>
      <w:r>
        <w:t>ایسی بنو۔ اگر جنت میں داخل ہونا چاہتے ہو تو ایسی بنو جیسا کہ فطرت تم کو بتا رہا ہے۔</w:t>
      </w:r>
    </w:p>
    <w:p>
      <w:r>
        <w:rPr>
          <w:b/>
        </w:rPr>
        <w:t xml:space="preserve">[46:11] </w:t>
      </w:r>
      <w:r>
        <w:t>main ek ek kitab</w:t>
      </w:r>
    </w:p>
    <w:p>
      <w:pPr>
        <w:jc w:val="right"/>
      </w:pPr>
      <w:r>
        <w:t>میں ایک ایک کتاب</w:t>
      </w:r>
    </w:p>
    <w:p>
      <w:r>
        <w:rPr>
          <w:b/>
        </w:rPr>
        <w:t xml:space="preserve">[46:18] </w:t>
      </w:r>
      <w:r>
        <w:t>mujhe yaad aati hai, is ka unwan mujhe yahan hawala karna hai, kitab se matlab nahi hai mujhe. 1962 mein main ek jang hui thi cheen aur india ke beech mein.</w:t>
      </w:r>
    </w:p>
    <w:p>
      <w:pPr>
        <w:jc w:val="right"/>
      </w:pPr>
      <w:r>
        <w:t>مجھے یاد آتی ہے، اس کا عنوان مجھے یہاں حوالہ کرنا ہے، کتاب سے مطلب نہیں ہے مجھے۔ 1962 میں میں ایک جنگ ہوئی تھی چین اور انڈیا کے بیچ میں۔</w:t>
      </w:r>
    </w:p>
    <w:p>
      <w:r>
        <w:rPr>
          <w:b/>
        </w:rPr>
        <w:t xml:space="preserve">[46:30] </w:t>
      </w:r>
      <w:r>
        <w:t>us waqt krishna menon jo the woh wazir kharija the. to is jang mein india ko peeche hatna pada tha.</w:t>
      </w:r>
    </w:p>
    <w:p>
      <w:pPr>
        <w:jc w:val="right"/>
      </w:pPr>
      <w:r>
        <w:t>اس وقت کرشنا مینن جو تھے وہ وزیر خارجہ تھے۔ تو اس جنگ میں انڈیا کو پیچھے ہٹنا پڑا تھا۔</w:t>
      </w:r>
    </w:p>
    <w:p>
      <w:r>
        <w:rPr>
          <w:b/>
        </w:rPr>
        <w:t xml:space="preserve">[46:40] </w:t>
      </w:r>
      <w:r>
        <w:t>is par bahut si kitabein likhi gayi thi ke kyun india ko shikast hui. to major cole ek the jo is mein shamil the, unhone ek kitab likhi thi, is ka naam tha "untold story".</w:t>
      </w:r>
    </w:p>
    <w:p>
      <w:pPr>
        <w:jc w:val="right"/>
      </w:pPr>
      <w:r>
        <w:t>اس پر بہت سی کتابیں لکھی گئی تھیں کہ کیوں انڈیا کو شکست ہوئی۔ تو میجر کول ایک تھے جو اس میں شامل تھے، انہوں نے ایک کتاب لکھی تھی، اس کا نام تھا "ان ٹولڈ اسٹوری"۔</w:t>
      </w:r>
    </w:p>
    <w:p>
      <w:r>
        <w:rPr>
          <w:b/>
        </w:rPr>
        <w:t xml:space="preserve">[46:54] </w:t>
      </w:r>
      <w:r>
        <w:t>"ankahi kahani". "untold story". main chahta hoon ke aap log bhi major cole bano.</w:t>
      </w:r>
    </w:p>
    <w:p>
      <w:pPr>
        <w:jc w:val="right"/>
      </w:pPr>
      <w:r>
        <w:t>"ان کہی کہانی"۔ "ان ٹولڈ اسٹوری"۔ میں چاہتا ہوں کہ آپ لوگ بھی میجر کول بنیں۔</w:t>
      </w:r>
    </w:p>
    <w:p>
      <w:r>
        <w:rPr>
          <w:b/>
        </w:rPr>
        <w:t xml:space="preserve">[47:03] </w:t>
      </w:r>
      <w:r>
        <w:t>fitrat ki "untold story" ko dunya ko batao.</w:t>
      </w:r>
    </w:p>
    <w:p>
      <w:pPr>
        <w:jc w:val="right"/>
      </w:pPr>
      <w:r>
        <w:t>فطرت کی "ان ٹولڈ اسٹوری" کو دنیا کو بتائیں۔</w:t>
      </w:r>
    </w:p>
    <w:p>
      <w:r>
        <w:rPr>
          <w:b/>
        </w:rPr>
        <w:t xml:space="preserve">[47:07] </w:t>
      </w:r>
      <w:r>
        <w:t>main samajhta hoon ke fitrat ki kahani abhi tak batai nahi gayi dunya ko. jaisa ke maine arz kiya is se pehle ke rawayati istihsal to hua fitrat ka.</w:t>
      </w:r>
    </w:p>
    <w:p>
      <w:pPr>
        <w:jc w:val="right"/>
      </w:pPr>
      <w:r>
        <w:t>میں سمجھتا ہوں کہ فطرت کی کہانی ابھی تک بتائی نہیں گئی دنیا کو۔ جیسا کہ میں نے عرض کیا اس سے پہلے کہ روایتی استحصال تو ہوا فطرت کا۔</w:t>
      </w:r>
    </w:p>
    <w:p>
      <w:r>
        <w:rPr>
          <w:b/>
        </w:rPr>
        <w:t xml:space="preserve">[47:19] </w:t>
      </w:r>
      <w:r>
        <w:t>scientific istihsal to hua fitrat ka. lekin roohani istihsal fitrat ka abhi tak nahi hua. to yeh "untold story" hai abhi tak.</w:t>
      </w:r>
    </w:p>
    <w:p>
      <w:pPr>
        <w:jc w:val="right"/>
      </w:pPr>
      <w:r>
        <w:t>سائنسی استحصال تو ہوا فطرت کا۔ لیکن روحانی استحصال فطرت کا ابھی تک نہیں ہوا۔ تو یہ "ان ٹولڈ اسٹوری" ہے ابھی تک۔</w:t>
      </w:r>
    </w:p>
    <w:p>
      <w:r>
        <w:rPr>
          <w:b/>
        </w:rPr>
        <w:t xml:space="preserve">[47:32] </w:t>
      </w:r>
      <w:r>
        <w:t>to aap ko yeh kaam karna hai.</w:t>
      </w:r>
    </w:p>
    <w:p>
      <w:pPr>
        <w:jc w:val="right"/>
      </w:pPr>
      <w:r>
        <w:t>تو آپ کو یہ کام کرنا ہے۔</w:t>
      </w:r>
    </w:p>
    <w:p>
      <w:r>
        <w:rPr>
          <w:b/>
        </w:rPr>
        <w:t xml:space="preserve">[47:36] </w:t>
      </w:r>
      <w:r>
        <w:t>khuda fitrat ki zaban mein bolta hai. khuda fitrat ke zariye apna taaruf deta hai. khuda fitrat ke zariye batata hai ke aye insaan agar tu chahta hai ke tujh ko jannat mile to tu bhi waisa hi ban jaisa ke fitrat hai.</w:t>
      </w:r>
    </w:p>
    <w:p>
      <w:pPr>
        <w:jc w:val="right"/>
      </w:pPr>
      <w:r>
        <w:t>خدا فطرت کی زبان میں بولتا ہے۔ خدا فطرت کے ذریعے اپنا تعارف دیتا ہے۔ خدا فطرت کے ذریعے بتاتا ہے کہ اے انسان اگر تو چاہتا ہے کہ تجھ کو جنت ملے تو تو بھی ویسا ہی بن جیسا کہ فطرت ہے۔</w:t>
      </w:r>
    </w:p>
    <w:p>
      <w:r>
        <w:rPr>
          <w:b/>
        </w:rPr>
        <w:t xml:space="preserve">[48:01] </w:t>
      </w:r>
      <w:r>
        <w:t>yeh aap ko batana hai dunya ko.</w:t>
      </w:r>
    </w:p>
    <w:p>
      <w:pPr>
        <w:jc w:val="right"/>
      </w:pPr>
      <w:r>
        <w:t>یہ آپ کو بتانا ہے دنیا کو۔</w:t>
      </w:r>
    </w:p>
    <w:p>
      <w:r>
        <w:rPr>
          <w:b/>
        </w:rPr>
        <w:t xml:space="preserve">[48:04] </w:t>
      </w:r>
      <w:r>
        <w:t>yeh ek "untold story" hai jis ko batana hai aap ko. yahi aap ka mission hai.</w:t>
      </w:r>
    </w:p>
    <w:p>
      <w:pPr>
        <w:jc w:val="right"/>
      </w:pPr>
      <w:r>
        <w:t>یہ ایک "ان ٹولڈ اسٹوری" ہے جس کو بتانا ہے آپ کو۔ یہی آپ کا مشن ہے۔</w:t>
      </w:r>
    </w:p>
    <w:p>
      <w:r>
        <w:rPr>
          <w:b/>
        </w:rPr>
        <w:t xml:space="preserve">[48:13] </w:t>
      </w:r>
      <w:r>
        <w:t>mujhe kuch Allah taala ne pedaishi taur par fitrat pasand banaya tha. bachpan se, bilkul bachpan se mein fitrat mein raha hoon.</w:t>
      </w:r>
    </w:p>
    <w:p>
      <w:pPr>
        <w:jc w:val="right"/>
      </w:pPr>
      <w:r>
        <w:t>مجھے کچھ اللہ تعالیٰ نے پیدائشی طور پر فطرت پسند بنایا تھا۔ بچپن سے، بالکل بچپن سے میں فطرت میں رہا ہوں۔</w:t>
      </w:r>
    </w:p>
    <w:p>
      <w:r>
        <w:rPr>
          <w:b/>
        </w:rPr>
        <w:t xml:space="preserve">[48:23] </w:t>
      </w:r>
      <w:r>
        <w:t>aur aaj bhi fitrat hi mein rehta hoon mein.</w:t>
      </w:r>
    </w:p>
    <w:p>
      <w:pPr>
        <w:jc w:val="right"/>
      </w:pPr>
      <w:r>
        <w:t>اور آج بھی فطرت ہی میں رہتا ہوں میں۔</w:t>
      </w:r>
    </w:p>
    <w:p>
      <w:r>
        <w:rPr>
          <w:b/>
        </w:rPr>
        <w:t xml:space="preserve">[48:30] </w:t>
      </w:r>
      <w:r>
        <w:t>to</w:t>
      </w:r>
    </w:p>
    <w:p>
      <w:pPr>
        <w:jc w:val="right"/>
      </w:pPr>
      <w:r>
        <w:t>تو</w:t>
      </w:r>
    </w:p>
    <w:p>
      <w:r>
        <w:rPr>
          <w:b/>
        </w:rPr>
        <w:t xml:space="preserve">[48:34] </w:t>
      </w:r>
      <w:r>
        <w:t>mahatma gandhi ki ek poti thi.</w:t>
      </w:r>
    </w:p>
    <w:p>
      <w:pPr>
        <w:jc w:val="right"/>
      </w:pPr>
      <w:r>
        <w:t>مہاتما گاندھی کی ایک پوتی تھی۔</w:t>
      </w:r>
    </w:p>
    <w:p>
      <w:r>
        <w:rPr>
          <w:b/>
        </w:rPr>
        <w:t xml:space="preserve">[48:39] </w:t>
      </w:r>
      <w:r>
        <w:t>to is ki maan mar gayi thi. to zyada tar woh gandhi ke paas rehti thi woh poti.</w:t>
      </w:r>
    </w:p>
    <w:p>
      <w:pPr>
        <w:jc w:val="right"/>
      </w:pPr>
      <w:r>
        <w:t>تو اس کی ماں مر گئی تھی۔ تو زیادہ تر وہ گاندھی کے پاس رہتی تھی وہ پوتی۔</w:t>
      </w:r>
    </w:p>
    <w:p>
      <w:r>
        <w:rPr>
          <w:b/>
        </w:rPr>
        <w:t xml:space="preserve">[48:47] </w:t>
      </w:r>
      <w:r>
        <w:t>to baad ko, yani gandhi ke marne ke baad, is ne ek kitaab likhi thi. is ka unwaan tha "gandhi meri maan".</w:t>
      </w:r>
    </w:p>
    <w:p>
      <w:pPr>
        <w:jc w:val="right"/>
      </w:pPr>
      <w:r>
        <w:t>تو بعد کو، یعنی گاندھی کے مرنے کے بعد، اس نے ایک کتاب لکھی تھی۔ اس کا عنوان تھا "گاندھی میری ماں"۔</w:t>
      </w:r>
    </w:p>
    <w:p>
      <w:r>
        <w:rPr>
          <w:b/>
        </w:rPr>
        <w:t xml:space="preserve">[48:58] </w:t>
      </w:r>
      <w:r>
        <w:t>yani woh un ki poti jo thi, is ka sarparasti aur sab kuch jo kiya gandhi ne, to is ki kahani batai hai is ne is mein.</w:t>
      </w:r>
    </w:p>
    <w:p>
      <w:pPr>
        <w:jc w:val="right"/>
      </w:pPr>
      <w:r>
        <w:t>یعنی وہ ان کی پوتی جو تھی، اس کا سرپرستی اور سب کچھ جو کیا گاندھی نے، تو اس کی کہانی بتائی ہے اس نے اس میں۔</w:t>
      </w:r>
    </w:p>
    <w:p>
      <w:r>
        <w:rPr>
          <w:b/>
        </w:rPr>
        <w:t xml:space="preserve">[49:07] </w:t>
      </w:r>
      <w:r>
        <w:t>to is ka naam rakha hai is ne "gandhi meri maan".</w:t>
      </w:r>
    </w:p>
    <w:p>
      <w:pPr>
        <w:jc w:val="right"/>
      </w:pPr>
      <w:r>
        <w:t>تو اس کا نام رکھا ہے اس نے "گاندھی میری ماں"۔</w:t>
      </w:r>
    </w:p>
    <w:p>
      <w:r>
        <w:rPr>
          <w:b/>
        </w:rPr>
        <w:t xml:space="preserve">[49:12] </w:t>
      </w:r>
      <w:r>
        <w:t>is tarah sochte hue mujhe samajh mein aya ke agar mein kahoon ke fitrat meri maan to shayad yeh sahi hoga. kyunke mein fitrat hi mein pala barha.</w:t>
      </w:r>
    </w:p>
    <w:p>
      <w:pPr>
        <w:jc w:val="right"/>
      </w:pPr>
      <w:r>
        <w:t>اس طرح سوچتے ہوئے مجھے سمجھ میں آیا کہ اگر میں کہوں کہ فطرت میری ماں تو شاید یہ صحیح ہوگا۔ کیونکہ میں فطرت ہی میں پلا بڑھا۔</w:t>
      </w:r>
    </w:p>
    <w:p>
      <w:r>
        <w:rPr>
          <w:b/>
        </w:rPr>
        <w:t xml:space="preserve">[49:23] </w:t>
      </w:r>
      <w:r>
        <w:t>aaj bhi mein apni soch ke aitbar se fitrat hi mein jeeta hoon. to yeh kehna sahi hoga ke fitrat jo hai aaj bhi meri maan hai.</w:t>
      </w:r>
    </w:p>
    <w:p>
      <w:pPr>
        <w:jc w:val="right"/>
      </w:pPr>
      <w:r>
        <w:t>آج بھی میں اپنی سوچ کے اعتبار سے فطرت ہی میں جیتا ہوں۔ تو یہ کہنا صحیح ہوگا کہ فطرت جو ہے آج بھی میری ماں ہے۔</w:t>
      </w:r>
    </w:p>
    <w:p>
      <w:r>
        <w:rPr>
          <w:b/>
        </w:rPr>
        <w:t xml:space="preserve">[49:37] </w:t>
      </w:r>
      <w:r>
        <w:t>dekhiye jab mein paida hua adil garh ke ek gaon mein to meri maan ne bataya tha ke jis raat ki subah ko mein paida hone wala tha, subah ko, us raat ko unhon ne khwab dekha.</w:t>
      </w:r>
    </w:p>
    <w:p>
      <w:pPr>
        <w:jc w:val="right"/>
      </w:pPr>
      <w:r>
        <w:t>دیکھیے جب میں پیدا ہوا آدم گڑھ کے ایک گاؤں میں تو میری ماں نے بتایا تھا کہ جس رات کی صبح کو میں پیدا ہونے والا تھا، صبح کو، اس رات کو انہوں نے خواب دیکھا۔</w:t>
      </w:r>
    </w:p>
    <w:p>
      <w:r>
        <w:rPr>
          <w:b/>
        </w:rPr>
        <w:t xml:space="preserve">[49:53] </w:t>
      </w:r>
      <w:r>
        <w:t>ek bara sa hathi aya hai.</w:t>
      </w:r>
    </w:p>
    <w:p>
      <w:pPr>
        <w:jc w:val="right"/>
      </w:pPr>
      <w:r>
        <w:t>ایک بڑا سا ہاتھی آیا ہے۔</w:t>
      </w:r>
    </w:p>
    <w:p>
      <w:r>
        <w:rPr>
          <w:b/>
        </w:rPr>
        <w:t xml:space="preserve">[49:56] </w:t>
      </w:r>
      <w:r>
        <w:t>hathi, yani mein mein paida hua hoon. aur mujh ko hathi apni soort se utha kar ke peeth pe rakhta hai.</w:t>
      </w:r>
    </w:p>
    <w:p>
      <w:pPr>
        <w:jc w:val="right"/>
      </w:pPr>
      <w:r>
        <w:t>ہاتھی، یعنی میں میں پیدا ہوا ہوں۔ اور مجھ کو ہاتھی اپنی سورٹ سے اٹھا کر کے پیٹھ پہ رکھتا ہے۔</w:t>
      </w:r>
    </w:p>
    <w:p>
      <w:r>
        <w:rPr>
          <w:b/>
        </w:rPr>
        <w:t xml:space="preserve">[50:06] </w:t>
      </w:r>
      <w:r>
        <w:t>peeth pe rakh kar ke chala jata hai. to meri maan kehti hain ke dekho itna acha bacha tha, hathi le ke chala gaya. to mujh ko le ke chala jata hai.</w:t>
      </w:r>
    </w:p>
    <w:p>
      <w:pPr>
        <w:jc w:val="right"/>
      </w:pPr>
      <w:r>
        <w:t>پیٹھ پہ رکھ کر کے چلا جاتا ہے۔ تو میری ماں کہتی ہیں کہ دیکھو اتنا اچھا بچہ تھا، ہاتھی لے کے چلا گیا۔ تو مجھ کو لے کے چلا جاتا ہے۔</w:t>
      </w:r>
    </w:p>
    <w:p>
      <w:r>
        <w:rPr>
          <w:b/>
        </w:rPr>
        <w:t xml:space="preserve">[50:19] </w:t>
      </w:r>
      <w:r>
        <w:t>ab dekhiye hathi kahan rehta hai?</w:t>
      </w:r>
    </w:p>
    <w:p>
      <w:pPr>
        <w:jc w:val="right"/>
      </w:pPr>
      <w:r>
        <w:t>اب دیکھیے ہاتھی کہاں رہتا ہے؟</w:t>
      </w:r>
    </w:p>
    <w:p>
      <w:r>
        <w:rPr>
          <w:b/>
        </w:rPr>
        <w:t xml:space="preserve">[50:22] </w:t>
      </w:r>
      <w:r>
        <w:t>koi mahal mein rehta hai, mahal mein rehta hai. kisi qale mein rehta hai. kisi qila bandar mein rehta hai woh. hathi rehta hai jangla mein.</w:t>
      </w:r>
    </w:p>
    <w:p>
      <w:pPr>
        <w:jc w:val="right"/>
      </w:pPr>
      <w:r>
        <w:t>کوئی محل میں رہتا ہے، محل میں رہتا ہے۔ کسی قلعے میں رہتا ہے۔ کسی قلعہ بندر میں رہتا ہے وہ۔ ہاتھی رہتا ہے جنگل میں۔</w:t>
      </w:r>
    </w:p>
    <w:p>
      <w:r>
        <w:rPr>
          <w:b/>
        </w:rPr>
        <w:t xml:space="preserve">[50:31] </w:t>
      </w:r>
      <w:r>
        <w:t>yani doosre alfaaz mein fitrat mein. jis ko kehte hain fitri maskan. to is ka jo fitri maskan hai woh jangal hai.</w:t>
      </w:r>
    </w:p>
    <w:p>
      <w:pPr>
        <w:jc w:val="right"/>
      </w:pPr>
      <w:r>
        <w:t>یعنی دوسرے الفاظ میں فطرت میں۔ جس کو کہتے ہیں فطری مسکن۔ تو اس کا جو فطری مسکن ہے وہ جنگل ہے۔</w:t>
      </w:r>
    </w:p>
    <w:p>
      <w:r>
        <w:rPr>
          <w:b/>
        </w:rPr>
        <w:t xml:space="preserve">[50:42] </w:t>
      </w:r>
      <w:r>
        <w:t>yani fitrat. to mein samajhta hoon ke is khwab ka matlab yeh tha ke mein paida hote hi mujhe fitrat mein bhej diya gaya.</w:t>
      </w:r>
    </w:p>
    <w:p>
      <w:pPr>
        <w:jc w:val="right"/>
      </w:pPr>
      <w:r>
        <w:t>یعنی فطرت۔ تو میں سمجھتا ہوں کہ اس خواب کا مطلب یہ تھا کہ میں پیدا ہوتے ہی مجھے فطرت میں بھیج دیا گیا۔</w:t>
      </w:r>
    </w:p>
    <w:p>
      <w:r>
        <w:rPr>
          <w:b/>
        </w:rPr>
        <w:t xml:space="preserve">[50:52] </w:t>
      </w:r>
      <w:r>
        <w:t>chunanche bachpan se mein is gaon mein rehta tha. woh gaon jo tha ek ek ek door daraz gaon samjhein. ek door daraz gaon tha woh.</w:t>
      </w:r>
    </w:p>
    <w:p>
      <w:pPr>
        <w:jc w:val="right"/>
      </w:pPr>
      <w:r>
        <w:t>چنانچہ بچپن سے میں اس گاؤں میں رہتا تھا۔ وہ گاؤں جو تھا ایک ایک ایک دور دراز گاؤں سمجھیں۔ ایک دور دراز گاؤں تھا وہ۔</w:t>
      </w:r>
    </w:p>
    <w:p>
      <w:r>
        <w:rPr>
          <w:b/>
        </w:rPr>
        <w:t xml:space="preserve">[51:01] </w:t>
      </w:r>
      <w:r>
        <w:t>door. wahan par sadgi thi. ek darya tha, gaon ke kinare behta tha. har taraf peir the.</w:t>
      </w:r>
    </w:p>
    <w:p>
      <w:pPr>
        <w:jc w:val="right"/>
      </w:pPr>
      <w:r>
        <w:t>دور۔ وہاں پر سادگی تھی۔ ایک دریا تھا، گاؤں کے کنارے بہتا تھا۔ ہر طرف پیڑ تھے۔</w:t>
      </w:r>
    </w:p>
    <w:p>
      <w:r>
        <w:rPr>
          <w:b/>
        </w:rPr>
        <w:t xml:space="preserve">[51:10] </w:t>
      </w:r>
      <w:r>
        <w:t>kheton ki haryali thi. saada qism ke log the. isi mahol mein pala barha mein.</w:t>
      </w:r>
    </w:p>
    <w:p>
      <w:pPr>
        <w:jc w:val="right"/>
      </w:pPr>
      <w:r>
        <w:t>کھیتوں کی ہریالی تھی۔ سادہ قسم کے لوگ تھے۔ اسی ماحول میں پلا بڑھا میں۔</w:t>
      </w:r>
    </w:p>
    <w:p>
      <w:r>
        <w:rPr>
          <w:b/>
        </w:rPr>
        <w:t xml:space="preserve">[51:19] </w:t>
      </w:r>
      <w:r>
        <w:t>aur meri aadat thi ke main rozana subah shaam jaya karta tha nadee ke kinare. wahan par baith kar ke main suraj ke doobne ka manzar dekhta tha.</w:t>
      </w:r>
    </w:p>
    <w:p>
      <w:pPr>
        <w:jc w:val="right"/>
      </w:pPr>
      <w:r>
        <w:t>اور میری عادت تھی کہ میں روزانہ صبح شام جایا کرتا تھا ندی کے کنارے۔ وہاں پر بیٹھ کر کے میں سورج کے ڈوبنے کا منظر دیکھتا تھا۔</w:t>
      </w:r>
    </w:p>
    <w:p>
      <w:r>
        <w:rPr>
          <w:b/>
        </w:rPr>
        <w:t xml:space="preserve">[51:30] </w:t>
      </w:r>
      <w:r>
        <w:t>suraj ke nikalne ka manzar dekhta tha. akela. bas dekh raha hoon ke suraj nikal raha hai. suraj doob raha hai. chidiyan bol rahi hain.</w:t>
      </w:r>
    </w:p>
    <w:p>
      <w:pPr>
        <w:jc w:val="right"/>
      </w:pPr>
      <w:r>
        <w:t>سورج کے نکلنے کا منظر دیکھتا تھا۔ اکیلا۔ بس دیکھ رہا ہوں کہ سورج نکل رہا ہے۔ سورج ڈوب رہا ہے۔ چڑیاں بول رہی ہیں۔</w:t>
      </w:r>
    </w:p>
    <w:p>
      <w:r>
        <w:rPr>
          <w:b/>
        </w:rPr>
        <w:t xml:space="preserve">[51:39] </w:t>
      </w:r>
      <w:r>
        <w:t>darya ka pani beh raha hai. isi yani yeh sab manazir jo the, yeh sab jo the isi mein khoya rehta tha, khoya rehta tha, khoya rehta tha.</w:t>
      </w:r>
    </w:p>
    <w:p>
      <w:pPr>
        <w:jc w:val="right"/>
      </w:pPr>
      <w:r>
        <w:t>دریا کا پانی بہہ رہا ہے۔ اسی یعنی یہ سب مناظر جو تھے، یہ سب جو تھے اسی میں کھویا رہتا تھا، کھویا رہتا تھا، کھویا رہتا تھا۔</w:t>
      </w:r>
    </w:p>
    <w:p>
      <w:r>
        <w:rPr>
          <w:b/>
        </w:rPr>
        <w:t xml:space="preserve">[51:48] </w:t>
      </w:r>
      <w:r>
        <w:t>bas. to kya ke fitrat hi mein meri meri zindagi shuru hui aur aaj bhi main fitrat hi mein jeeta hoon.</w:t>
      </w:r>
    </w:p>
    <w:p>
      <w:pPr>
        <w:jc w:val="right"/>
      </w:pPr>
      <w:r>
        <w:t>بس۔ تو کیا کہ فطرت ہی میں میری میری زندگی شروع ہوئی اور آج بھی میں فطرت ہی میں جیتا ہوں۔</w:t>
      </w:r>
    </w:p>
    <w:p>
      <w:r>
        <w:rPr>
          <w:b/>
        </w:rPr>
        <w:t xml:space="preserve">[51:59] </w:t>
      </w:r>
      <w:r>
        <w:t>to apne is tajrube se maine paya ke fitrat jo hai search of inspiration hai. roohaniyat ka.</w:t>
      </w:r>
    </w:p>
    <w:p>
      <w:pPr>
        <w:jc w:val="right"/>
      </w:pPr>
      <w:r>
        <w:t>تو اپنے اس تجربے سے میں نے پایا کہ فطرت جو ہے سرچ آف انسپیریشن ہے۔ روحانیت کا۔</w:t>
      </w:r>
    </w:p>
    <w:p>
      <w:r>
        <w:rPr>
          <w:b/>
        </w:rPr>
        <w:t xml:space="preserve">[52:08] </w:t>
      </w:r>
      <w:r>
        <w:t>main phir wahi kahunga ke jo log roohaniyat ko band kamre mein dhoondhte hain ya sochne ke amal ko rok kar ke chahte hain ke woh unhein roohaniyat mil jaye, woh bohat bhool mein hain woh.</w:t>
      </w:r>
    </w:p>
    <w:p>
      <w:pPr>
        <w:jc w:val="right"/>
      </w:pPr>
      <w:r>
        <w:t>میں پھر وہی کہوں گا کہ جو لوگ روحانیت کو بند کمرے میں ڈھونڈتے ہیں یا سوچنے کے عمل کو روک کر کے چاہتے ہیں کہ وہ انہیں روحانیت مل جائے، وہ بہت بھول میں ہیں وہ۔</w:t>
      </w:r>
    </w:p>
    <w:p>
      <w:r>
        <w:rPr>
          <w:b/>
        </w:rPr>
        <w:t xml:space="preserve">[52:21] </w:t>
      </w:r>
      <w:r>
        <w:t>is roohaniyat ka woh rasta nahi hai.</w:t>
      </w:r>
    </w:p>
    <w:p>
      <w:pPr>
        <w:jc w:val="right"/>
      </w:pPr>
      <w:r>
        <w:t>اس روحانیت کا وہ راستہ نہیں ہے۔</w:t>
      </w:r>
    </w:p>
    <w:p>
      <w:r>
        <w:rPr>
          <w:b/>
        </w:rPr>
        <w:t xml:space="preserve">[52:29] </w:t>
      </w:r>
      <w:r>
        <w:t>hamare haan ek bohat bare maane jate hain soofi Shah Waliullah sahib, bohat bare soofi the woh.</w:t>
      </w:r>
    </w:p>
    <w:p>
      <w:pPr>
        <w:jc w:val="right"/>
      </w:pPr>
      <w:r>
        <w:t>ہمارے ہاں ایک بہت بڑے مانے جاتے ہیں صوفی شاہ ولی اللہ صاحب، بہت بڑے صوفی تھے وہ۔</w:t>
      </w:r>
    </w:p>
    <w:p>
      <w:r>
        <w:rPr>
          <w:b/>
        </w:rPr>
        <w:t xml:space="preserve">[52:35] </w:t>
      </w:r>
      <w:r>
        <w:t>to woh teen sau saal pehle paida hue woh. to jab woh unke walid bhi soofi the to jab woh naujawan the to ek din woh apne unke doston ke sath woh ghar se chale gaye.</w:t>
      </w:r>
    </w:p>
    <w:p>
      <w:pPr>
        <w:jc w:val="right"/>
      </w:pPr>
      <w:r>
        <w:t>تو وہ تین سو سال پہلے پیدا ہوئے وہ۔ تو جب وہ ان کے والد بھی صوفی تھے تو جب وہ نوجوان تھے تو ایک دن وہ اپنے ان کے دوستوں کے ساتھ وہ گھر سے چلے گئے۔</w:t>
      </w:r>
    </w:p>
    <w:p>
      <w:r>
        <w:rPr>
          <w:b/>
        </w:rPr>
        <w:t xml:space="preserve">[52:51] </w:t>
      </w:r>
      <w:r>
        <w:t>to wapas jab aaye to unke baap ne poocha jo soofi the ke kahan gaye the woh? to unhon ne kaha ke main bagh mein chala gaya tha. to unhon ne kaha aap bagh mein chale gaye the?</w:t>
      </w:r>
    </w:p>
    <w:p>
      <w:pPr>
        <w:jc w:val="right"/>
      </w:pPr>
      <w:r>
        <w:t>تو واپس جب آئے تو ان کے باپ نے پوچھا جو صوفی تھے کہ کہاں گئے تھے وہ؟ تو انہوں نے کہا کہ میں باغ میں چلا گیا تھا۔ تو انہوں نے کہا آپ باغ میں چلے گئے تھے؟</w:t>
      </w:r>
    </w:p>
    <w:p>
      <w:r>
        <w:rPr>
          <w:b/>
        </w:rPr>
        <w:t xml:space="preserve">[53:01] </w:t>
      </w:r>
      <w:r>
        <w:t>abhi yahan par kuch der tasbeeh parhte, zikr karte. ab zara ghor kijiye ke inke nazdeek zikr jo tha woh band kamre mein hota tha.</w:t>
      </w:r>
    </w:p>
    <w:p>
      <w:pPr>
        <w:jc w:val="right"/>
      </w:pPr>
      <w:r>
        <w:t>ابھی یہاں پر کچھ دیر تسبیح پڑھتے، ذکر کرتے۔ اب ذرا غور کیجیے کہ ان کے نزدیک ذکر جو تھا وہ بند کمرے میں ہوتا تھا۔</w:t>
      </w:r>
    </w:p>
    <w:p>
      <w:r>
        <w:rPr>
          <w:b/>
        </w:rPr>
        <w:t xml:space="preserve">[53:12] </w:t>
      </w:r>
      <w:r>
        <w:t>bagh mein nahi hota tha. halanke sab se acha zikr woh hai jo bagh mein ho, yani fitrat mein ho. fitrat woh jagah hai jahan aap Khuda ka zikr karen.</w:t>
      </w:r>
    </w:p>
    <w:p>
      <w:pPr>
        <w:jc w:val="right"/>
      </w:pPr>
      <w:r>
        <w:t>باغ میں نہیں ہوتا تھا۔ حالانکہ سب سے اچھا ذکر وہ ہے جو باغ میں ہو، یعنی فطرت میں ہو۔ فطرت وہ جگہ ہے جہاں آپ خدا کا ذکر کریں۔</w:t>
      </w:r>
    </w:p>
    <w:p>
      <w:r>
        <w:rPr>
          <w:b/>
        </w:rPr>
        <w:t xml:space="preserve">[53:24] </w:t>
      </w:r>
      <w:r>
        <w:t>jahan aap Khuda ki tasbeeh parhen. jahan aap Khuda ko yaad karen.</w:t>
      </w:r>
    </w:p>
    <w:p>
      <w:pPr>
        <w:jc w:val="right"/>
      </w:pPr>
      <w:r>
        <w:t>جہاں آپ خدا کی تسبیح پڑھیں۔ جہاں آپ خدا کو یاد کریں۔</w:t>
      </w:r>
    </w:p>
    <w:p>
      <w:r>
        <w:rPr>
          <w:b/>
        </w:rPr>
        <w:t xml:space="preserve">[53:28] </w:t>
      </w:r>
      <w:r>
        <w:t>to main beharhal, yani main apne ko soofi samajhta hoon. agarchay peshawarana lehaaz se main soofi nahi hoon main.</w:t>
      </w:r>
    </w:p>
    <w:p>
      <w:pPr>
        <w:jc w:val="right"/>
      </w:pPr>
      <w:r>
        <w:t>تو میں بہرحال، یعنی میں اپنے کو صوفی سمجھتا ہوں۔ اگرچہ پیشہ ورانہ لحاظ سے میں صوفی نہیں ہوں میں۔</w:t>
      </w:r>
    </w:p>
    <w:p>
      <w:r>
        <w:rPr>
          <w:b/>
        </w:rPr>
        <w:t xml:space="preserve">[53:38] </w:t>
      </w:r>
      <w:r>
        <w:t>Adam Garh mein ek bar aisa hua ke main wahan jo jamea masjid hai wahan ki, akela main wahan par baitha hua tha. koi namaz waghera parh raha tha, akela.</w:t>
      </w:r>
    </w:p>
    <w:p>
      <w:pPr>
        <w:jc w:val="right"/>
      </w:pPr>
      <w:r>
        <w:t>آدم گڑھ میں ایک بار ایسا ہوا کہ میں وہاں جو جامع مسجد ہے وہاں کی، اکیلا میں وہاں پر بیٹھا ہوا تھا۔ کوئی نماز وغیرہ پڑھ رہا تھا، اکیلا۔</w:t>
      </w:r>
    </w:p>
    <w:p>
      <w:r>
        <w:rPr>
          <w:b/>
        </w:rPr>
        <w:t xml:space="preserve">[53:48] </w:t>
      </w:r>
      <w:r>
        <w:t>to ek sahib, Maulana Abdul Wahab sahib, bechare mar gaye woh. ittefaq se wahan aa gaye woh. woh woh the soofi peshawarana lehaaz mein.</w:t>
      </w:r>
    </w:p>
    <w:p>
      <w:pPr>
        <w:jc w:val="right"/>
      </w:pPr>
      <w:r>
        <w:t>تو ایک صاحب، مولانا عبدالوہاب صاحب، بیچارے مر گئے وہ۔ اتفاق سے وہاں آ گئے وہ۔ وہ وہ تھے صوفی پیشہ ورانہ لحاظ میں۔</w:t>
      </w:r>
    </w:p>
    <w:p>
      <w:r>
        <w:rPr>
          <w:b/>
        </w:rPr>
        <w:t xml:space="preserve">[53:58] </w:t>
      </w:r>
      <w:r>
        <w:t>to</w:t>
      </w:r>
    </w:p>
    <w:p>
      <w:pPr>
        <w:jc w:val="right"/>
      </w:pPr>
      <w:r>
        <w:t>تو</w:t>
      </w:r>
    </w:p>
    <w:p>
      <w:r>
        <w:rPr>
          <w:b/>
        </w:rPr>
        <w:t xml:space="preserve">[53:59] </w:t>
      </w:r>
      <w:r>
        <w:t>mujhe jab dekha unhon ne to unhon ne yeh sher parha ke "munker-e-ma'budan o hamrang-e-basat-e-aziz-e-tan". kyunke main peshawarana sufism par thoda tanqeed karta tha.</w:t>
      </w:r>
    </w:p>
    <w:p>
      <w:pPr>
        <w:jc w:val="right"/>
      </w:pPr>
      <w:r>
        <w:t>مجھے جب دیکھا انہوں نے تو انہوں نے یہ شعر پڑھا کہ "منکرِ معبودن و ہمرنگِ بسط عزیز تن"۔ کیونکہ میں پیشہ ورانہ صوفی ازم پر تھوڑا تنقید کرتا تھا۔</w:t>
      </w:r>
    </w:p>
    <w:p>
      <w:r>
        <w:rPr>
          <w:b/>
        </w:rPr>
        <w:t xml:space="preserve">[54:13] </w:t>
      </w:r>
      <w:r>
        <w:t>is ko le kar unhon ne kaha ke "munker-e-ma'budan o hamrang-e-must-e-aziz-e-tan". yani hain to aap soofi aur is par tanqeed karte hain.</w:t>
      </w:r>
    </w:p>
    <w:p>
      <w:pPr>
        <w:jc w:val="right"/>
      </w:pPr>
      <w:r>
        <w:t>اس کو لے کر انہوں نے کہا کہ "منکرِ معبودن و ہمرنگِ مست عزیز تن"۔ یعنی ہیں تو آپ صوفی اور اس پر تنقید کرتے ہیں۔</w:t>
      </w:r>
    </w:p>
    <w:p>
      <w:r>
        <w:rPr>
          <w:b/>
        </w:rPr>
        <w:t xml:space="preserve">[54:23] </w:t>
      </w:r>
      <w:r>
        <w:t>to beharhal mera sufism jo hai woh fitrat par mabni hai.</w:t>
      </w:r>
    </w:p>
    <w:p>
      <w:pPr>
        <w:jc w:val="right"/>
      </w:pPr>
      <w:r>
        <w:t>تو بہرحال میرا صوفی ازم جو ہے وہ فطرت پر مبنی ہے۔</w:t>
      </w:r>
    </w:p>
    <w:p>
      <w:r>
        <w:rPr>
          <w:b/>
        </w:rPr>
        <w:t xml:space="preserve">[54:28] </w:t>
      </w:r>
      <w:r>
        <w:t>is ki buniyad fitrat mein hai. is ki buniyad yeh nahi hai ke hum apni soch ko band kar len aur kisi kamre mein ja kar baith jayen aur kisi band kamre mein ja kar ke hum tasbeeh parhen.</w:t>
      </w:r>
    </w:p>
    <w:p>
      <w:pPr>
        <w:jc w:val="right"/>
      </w:pPr>
      <w:r>
        <w:t>اس کی بنیاد فطرت میں ہے۔ اس کی بنیاد یہ نہیں ہے کہ ہم اپنی سوچ کو بند کر لیں اور کسی کمرے میں جا کر بیٹھ جائیں اور کسی بند کمرے میں جا کر کے ہم تسبیح پڑھیں۔</w:t>
      </w:r>
    </w:p>
    <w:p>
      <w:r>
        <w:rPr>
          <w:b/>
        </w:rPr>
        <w:t xml:space="preserve">[54:41] </w:t>
      </w:r>
      <w:r>
        <w:t>mera sufism is par buniyad nahi rakhta. mera sufism Khuda ki fitrat par buniyad rakhta hai. to jis zamane mein main gaon mein tha, misaal ke taur par ek misaal deta hoon aap ko ke mera sufism kya hai.</w:t>
      </w:r>
    </w:p>
    <w:p>
      <w:pPr>
        <w:jc w:val="right"/>
      </w:pPr>
      <w:r>
        <w:t>میرا صوفی ازم اس پر بنیاد نہیں رکھتا۔ میرا صوفی ازم خدا کی فطرت پر بنیاد رکھتا ہے۔ تو جس زمانے میں میں گاؤں میں تھا، مثال کے طور پر ایک مثال دیتا ہوں آپ کو کہ میرا صوفی ازم کیا ہے۔</w:t>
      </w:r>
    </w:p>
    <w:p>
      <w:r>
        <w:rPr>
          <w:b/>
        </w:rPr>
        <w:t xml:space="preserve">[54:53] </w:t>
      </w:r>
      <w:r>
        <w:t>to wahan us zamane mein zara bhi aaloodgi nahi thi.</w:t>
      </w:r>
    </w:p>
    <w:p>
      <w:pPr>
        <w:jc w:val="right"/>
      </w:pPr>
      <w:r>
        <w:t>تو وہاں اس زمانے میں ذرا بھی آلودگی نہیں تھی۔</w:t>
      </w:r>
    </w:p>
    <w:p>
      <w:r>
        <w:rPr>
          <w:b/>
        </w:rPr>
        <w:t xml:space="preserve">[54:58] </w:t>
      </w:r>
      <w:r>
        <w:t>ab kya haal hai mujhe nahi maloom. yeh main azadi se pehle ki baat kar raha hoon. kyunke ab wahan pe gariyan aa gayi hain, busen aur caren chalne lagi hain.</w:t>
      </w:r>
    </w:p>
    <w:p>
      <w:pPr>
        <w:jc w:val="right"/>
      </w:pPr>
      <w:r>
        <w:t>اب کیا حال ہے مجھے نہیں معلوم۔ یہ میں آزادی سے پہلے کی بات کر رہا ہوں۔ کیونکہ اب وہاں پہ گاڑیاں آ گئی ہیں، بسیں اور کاریں چلنے لگی ہیں۔</w:t>
      </w:r>
    </w:p>
    <w:p>
      <w:r>
        <w:rPr>
          <w:b/>
        </w:rPr>
        <w:t xml:space="preserve">[55:09] </w:t>
      </w:r>
      <w:r>
        <w:t>us waqt to car aur bus ka koi wajood shorom bhi nahi tha.</w:t>
      </w:r>
    </w:p>
    <w:p>
      <w:pPr>
        <w:jc w:val="right"/>
      </w:pPr>
      <w:r>
        <w:t>اس وقت تو کار اور بس کا کوئی وجود شورم بھی نہیں تھا۔</w:t>
      </w:r>
    </w:p>
    <w:p>
      <w:r>
        <w:rPr>
          <w:b/>
        </w:rPr>
        <w:t xml:space="preserve">[55:14] </w:t>
      </w:r>
      <w:r>
        <w:t>to mujhe yaad hai ke raat ke waqt, raat ka main intezar karta tha. aur raat ke waqt jab khule jagah sota tha main.</w:t>
      </w:r>
    </w:p>
    <w:p>
      <w:pPr>
        <w:jc w:val="right"/>
      </w:pPr>
      <w:r>
        <w:t>تو مجھے یاد ہے کہ رات کے وقت، رات کا میں انتظار کرتا تھا۔ اور رات کے وقت جب کھلے جگہ سوتا تھا میں۔</w:t>
      </w:r>
    </w:p>
    <w:p>
      <w:r>
        <w:rPr>
          <w:b/>
        </w:rPr>
        <w:t xml:space="preserve">[55:25] </w:t>
      </w:r>
      <w:r>
        <w:t>band jagah nahin. aur der tak main aasman ko dekhte dekhte so jata tha. aasman mein sitare jo the itne jagmag jagmag, jagmag jagmag karte the.</w:t>
      </w:r>
    </w:p>
    <w:p>
      <w:pPr>
        <w:jc w:val="right"/>
      </w:pPr>
      <w:r>
        <w:t>بند جگہ نہیں۔ اور دیر تک میں آسمان کو دیکھتے دیکھتے سو جاتا تھا۔ آسمان میں ستارے جو تھے اتنے جگمگ جگمگ، جگمگ جگمگ کرتے تھے۔</w:t>
      </w:r>
    </w:p>
    <w:p>
      <w:r>
        <w:rPr>
          <w:b/>
        </w:rPr>
        <w:t xml:space="preserve">[55:35] </w:t>
      </w:r>
      <w:r>
        <w:t>itna khoobsurat manzar hota tha ke main dekhte hi rehta tha is ko.</w:t>
      </w:r>
    </w:p>
    <w:p>
      <w:pPr>
        <w:jc w:val="right"/>
      </w:pPr>
      <w:r>
        <w:t>اتنا خوبصورت منظر ہوتا تھا کہ میں دیکھتے ہی رہتا تھا اس کو۔</w:t>
      </w:r>
    </w:p>
    <w:p>
      <w:r>
        <w:rPr>
          <w:b/>
        </w:rPr>
        <w:t xml:space="preserve">[55:40] </w:t>
      </w:r>
      <w:r>
        <w:t>wo jo Twinkle Twinkle Little Stars,</w:t>
      </w:r>
    </w:p>
    <w:p>
      <w:pPr>
        <w:jc w:val="right"/>
      </w:pPr>
      <w:r>
        <w:t>وہ جو ٹونکل ٹونکل لٹل اسٹارز، "ہاؤ یو ونڈر واٹ یو آر" جو ہے، تو اس کا منظر میں دیکھتا تھا۔ اتنا خوبصورت منظر ہوتا تھا وہ کہ موسم میں کھو جاتا تھا۔</w:t>
      </w:r>
    </w:p>
    <w:p>
      <w:r>
        <w:rPr>
          <w:b/>
        </w:rPr>
        <w:t xml:space="preserve">[55:52] </w:t>
      </w:r>
      <w:r>
        <w:t>sitare ka manzar. to meri raat guzarti thi sitaron mein, mera din guzarta tha darakhton mein aur daryaaon mein.</w:t>
      </w:r>
    </w:p>
    <w:p>
      <w:pPr>
        <w:jc w:val="right"/>
      </w:pPr>
      <w:r>
        <w:t>ستاروں کا منظر۔ تو میری رات گزرتی تھی ستاروں میں، میرا دن گزرتا تھا درختوں میں اور دریاؤں میں۔</w:t>
      </w:r>
    </w:p>
    <w:p>
      <w:r>
        <w:rPr>
          <w:b/>
        </w:rPr>
        <w:t xml:space="preserve">[56:00] </w:t>
      </w:r>
      <w:r>
        <w:t>yeh tha mera sufism.</w:t>
      </w:r>
    </w:p>
    <w:p>
      <w:pPr>
        <w:jc w:val="right"/>
      </w:pPr>
      <w:r>
        <w:t>یہ تھا میرا صوفی ازم۔</w:t>
      </w:r>
    </w:p>
    <w:p>
      <w:r>
        <w:rPr>
          <w:b/>
        </w:rPr>
        <w:t xml:space="preserve">[56:03] </w:t>
      </w:r>
      <w:r>
        <w:t>to behal maine is haqeeqat ko parh kar abhi aur tajruba kar ke bhi jaana ke fitrat jo hai wo hai search of roohaniyat.</w:t>
      </w:r>
    </w:p>
    <w:p>
      <w:pPr>
        <w:jc w:val="right"/>
      </w:pPr>
      <w:r>
        <w:t>تو بہرحال میں نے اس حقیقت کو پڑھ کر ابھی اور تجربہ کر کے بھی جانا کہ فطرت جو ہے وہ ہے سرچ آف روحانیت۔</w:t>
      </w:r>
    </w:p>
    <w:p>
      <w:r>
        <w:rPr>
          <w:b/>
        </w:rPr>
        <w:t xml:space="preserve">[56:15] </w:t>
      </w:r>
      <w:r>
        <w:t>fitrat. ab main chand ek waqea aap ko arz karoon. mere ghar ke samne neem ka ek pead tha.</w:t>
      </w:r>
    </w:p>
    <w:p>
      <w:pPr>
        <w:jc w:val="right"/>
      </w:pPr>
      <w:r>
        <w:t>فطرت۔ اب میں چند ایک واقعہ آپ کو عرض کروں۔ میرے گھر کے سامنے نیم کا ایک پیڑ تھا۔</w:t>
      </w:r>
    </w:p>
    <w:p>
      <w:r>
        <w:rPr>
          <w:b/>
        </w:rPr>
        <w:t xml:space="preserve">[56:28] </w:t>
      </w:r>
      <w:r>
        <w:t>neem ka ek pead, purana. to kya hua,</w:t>
      </w:r>
    </w:p>
    <w:p>
      <w:pPr>
        <w:jc w:val="right"/>
      </w:pPr>
      <w:r>
        <w:t>نیم کا ایک پیڑ، پرانا۔ تو کیا ہوا،</w:t>
      </w:r>
    </w:p>
    <w:p>
      <w:r>
        <w:rPr>
          <w:b/>
        </w:rPr>
        <w:t xml:space="preserve">[56:33] </w:t>
      </w:r>
      <w:r>
        <w:t>ek baar aandhi chali. aandhi mein neem ka pead gir gaya. poora jar se ukhar kar gir gaya.</w:t>
      </w:r>
    </w:p>
    <w:p>
      <w:pPr>
        <w:jc w:val="right"/>
      </w:pPr>
      <w:r>
        <w:t>ایک بار آندھی چلی۔ آندھی میں نیم کا پیڑ گر گیا۔ پورا جڑ سے اکھڑ کر گر گیا۔</w:t>
      </w:r>
    </w:p>
    <w:p>
      <w:r>
        <w:rPr>
          <w:b/>
        </w:rPr>
        <w:t xml:space="preserve">[56:45] </w:t>
      </w:r>
      <w:r>
        <w:t>main is ke paas gaya to main is wahan ghaas thi. ghaas waisi ki waisi thi. ghaas. aisa nahin hua ke ghaas jar se ukhar jaye.</w:t>
      </w:r>
    </w:p>
    <w:p>
      <w:pPr>
        <w:jc w:val="right"/>
      </w:pPr>
      <w:r>
        <w:t>میں اس کے پاس گیا تو میں اس وہاں گھاس تھی۔ گھاس ویسی کی ویسی تھی۔ گھاس۔ ایسا نہیں ہوا کہ گھاس جڑ سے اکھڑ جائے۔</w:t>
      </w:r>
    </w:p>
    <w:p>
      <w:r>
        <w:rPr>
          <w:b/>
        </w:rPr>
        <w:t xml:space="preserve">[56:54] </w:t>
      </w:r>
      <w:r>
        <w:t>aisa nahin hua. ab main sochne laga ke neem ka pead to ukhar gaya aur aur ghaas to waisi ki waisi khadi hui hai.</w:t>
      </w:r>
    </w:p>
    <w:p>
      <w:pPr>
        <w:jc w:val="right"/>
      </w:pPr>
      <w:r>
        <w:t>ایسا نہیں ہوا۔ اب میں سوچنے لگا کہ نیم کا پیڑ تو اکھڑ گیا اور اور گھاس تو ویسی کی ویسی کھڑی ہوئی ہے۔</w:t>
      </w:r>
    </w:p>
    <w:p>
      <w:r>
        <w:rPr>
          <w:b/>
        </w:rPr>
        <w:t xml:space="preserve">[57:04] </w:t>
      </w:r>
      <w:r>
        <w:t>yahan mujhe ek ek sabak mila fitrat ka. ke agar tum akkar kar raho ge to Khuda tum ko neecha kar de ga.</w:t>
      </w:r>
    </w:p>
    <w:p>
      <w:pPr>
        <w:jc w:val="right"/>
      </w:pPr>
      <w:r>
        <w:t>یہاں مجھے ایک ایک سبق ملا فطرت کا۔ کہ اگر تم اکڑ کر رہو گے تو خدا تم کو نیچا کر دے گا۔</w:t>
      </w:r>
    </w:p>
    <w:p>
      <w:r>
        <w:rPr>
          <w:b/>
        </w:rPr>
        <w:t xml:space="preserve">[57:14] </w:t>
      </w:r>
      <w:r>
        <w:t>agar tum narmi ke sath raho ge, jaisa ke ghaas rehti hai, to Khuda tum ko ooncha kare ga. phir maine hadith parhi. hadith mein hai ke "misal al momin kal misal al khama".</w:t>
      </w:r>
    </w:p>
    <w:p>
      <w:pPr>
        <w:jc w:val="right"/>
      </w:pPr>
      <w:r>
        <w:t>اگر تم نرمی کے ساتھ رہو گے، جیسا کہ گھاس رہتی ہے، تو خدا تم کو اونچا کرے گا۔ پھر میں نے حدیث پڑھی۔ حدیث میں ہے کہ "مثل المومن ک مثل الخامہ"۔</w:t>
      </w:r>
    </w:p>
    <w:p>
      <w:r>
        <w:rPr>
          <w:b/>
        </w:rPr>
        <w:t xml:space="preserve">[57:28] </w:t>
      </w:r>
      <w:r>
        <w:t>momin ki misal aisi hai jaise naram podah. naram podah.</w:t>
      </w:r>
    </w:p>
    <w:p>
      <w:pPr>
        <w:jc w:val="right"/>
      </w:pPr>
      <w:r>
        <w:t>مومن کی مثال ایسی ہے جیسے نرم پودا۔ نرم پودا۔</w:t>
      </w:r>
    </w:p>
    <w:p>
      <w:r>
        <w:rPr>
          <w:b/>
        </w:rPr>
        <w:t xml:space="preserve">[57:34] </w:t>
      </w:r>
      <w:r>
        <w:t>to hadith mein aata hai ke naram podah aise khada hua hai maidan mein. ab hawa aati hai to hawa aayi to idhar jhuk gaya wo.</w:t>
      </w:r>
    </w:p>
    <w:p>
      <w:pPr>
        <w:jc w:val="right"/>
      </w:pPr>
      <w:r>
        <w:t>تو حدیث میں آتا ہے کہ نرم پودا ایسے کھڑا ہوا ہے میدان میں۔ اب ہوا آتی ہے تو ہوا آئی تو ادھر جھک گیا وہ۔</w:t>
      </w:r>
    </w:p>
    <w:p>
      <w:r>
        <w:rPr>
          <w:b/>
        </w:rPr>
        <w:t xml:space="preserve">[57:46] </w:t>
      </w:r>
      <w:r>
        <w:t>ya hawa chali gayi to phir khada ho gaya. idhar se agar aayi hawa to idhar jhuk gaya. phir jab hawa chali gayi to phir is tarah khada ho gaya.</w:t>
      </w:r>
    </w:p>
    <w:p>
      <w:pPr>
        <w:jc w:val="right"/>
      </w:pPr>
      <w:r>
        <w:t>یا ہوا چلی گئی تو پھر کھڑا ہو گیا۔ ادھر سے اگر آئی ہوا تو ادھر جھک گیا۔ پھر جب ہوا چلی گئی تو پھر اس طرح کھڑا ہو گیا۔</w:t>
      </w:r>
    </w:p>
    <w:p>
      <w:r>
        <w:rPr>
          <w:b/>
        </w:rPr>
        <w:t xml:space="preserve">[57:55] </w:t>
      </w:r>
      <w:r>
        <w:t>yeh hai momin ki misal. to ab momin akarne wala insan nahin hai. jhukne wala insan hai.</w:t>
      </w:r>
    </w:p>
    <w:p>
      <w:pPr>
        <w:jc w:val="right"/>
      </w:pPr>
      <w:r>
        <w:t>یہ ہے مومن کی مثال۔ تو اب مومن اکڑنے والا انسان نہیں ہے۔ جھکنے والا انسان ہے۔</w:t>
      </w:r>
    </w:p>
    <w:p>
      <w:r>
        <w:rPr>
          <w:b/>
        </w:rPr>
        <w:t xml:space="preserve">[58:06] </w:t>
      </w:r>
      <w:r>
        <w:t>yeh sabak maine jo bachpan mein dekha tha ke neem ka pead to gir gaya aur ghaas apni jagah khadi hui hai. wahi phir maine hadith mein parha. yeh fitrat hum ko bata rahi hai ke dunya mein zindagi ka raaz kya hai.</w:t>
      </w:r>
    </w:p>
    <w:p>
      <w:pPr>
        <w:jc w:val="right"/>
      </w:pPr>
      <w:r>
        <w:t>یہ سبق میں نے جو بچپن میں دیکھا تھا کہ نیم کا پیڑ تو گر گیا اور گھاس اپنی جگہ کھڑی ہوئی ہے۔ وہی پھر میں نے حدیث میں پڑھا۔ یہ فطرت ہم کو بتا رہی ہے کہ دنیا میں زندگی کا راز کیا ہے۔</w:t>
      </w:r>
    </w:p>
    <w:p>
      <w:r>
        <w:rPr>
          <w:b/>
        </w:rPr>
        <w:t xml:space="preserve">[58:24] </w:t>
      </w:r>
      <w:r>
        <w:t>dunya mein zindagi ka raaz kya hai.</w:t>
      </w:r>
    </w:p>
    <w:p>
      <w:pPr>
        <w:jc w:val="right"/>
      </w:pPr>
      <w:r>
        <w:t>دنیا میں زندگی کا راز کیا ہے۔</w:t>
      </w:r>
    </w:p>
    <w:p>
      <w:r>
        <w:rPr>
          <w:b/>
        </w:rPr>
        <w:t xml:space="preserve">[58:29] </w:t>
      </w:r>
      <w:r>
        <w:t>dunya mein aajzi mein kamyabi hai aur gharoor mein nakami hai.</w:t>
      </w:r>
    </w:p>
    <w:p>
      <w:pPr>
        <w:jc w:val="right"/>
      </w:pPr>
      <w:r>
        <w:t>دنیا میں عاجزی میں کامیابی ہے اور غرور میں ناکامی ہے۔</w:t>
      </w:r>
    </w:p>
    <w:p>
      <w:r>
        <w:rPr>
          <w:b/>
        </w:rPr>
        <w:t xml:space="preserve">[58:38] </w:t>
      </w:r>
      <w:r>
        <w:t>akkar mein, akkar wala insan is dunya mein kabhi bhi kamyab nahin ho sakta hai. lekin jis insan ke andar narmi ho wo kamyab ho kar rahe ga.</w:t>
      </w:r>
    </w:p>
    <w:p>
      <w:pPr>
        <w:jc w:val="right"/>
      </w:pPr>
      <w:r>
        <w:t>اکڑ میں، اکڑ والا انسان اس دنیا میں کبھی بھی کامیاب نہیں ہو سکتا ہے۔ لیکن جس انسان کے اندر نرمی ہو وہ کامیاب ہو کر رہے گا۔</w:t>
      </w:r>
    </w:p>
    <w:p>
      <w:r>
        <w:rPr>
          <w:b/>
        </w:rPr>
        <w:t xml:space="preserve">[58:53] </w:t>
      </w:r>
      <w:r>
        <w:t>to yeh fitrat ka sabak tha jo mujhe mila.</w:t>
      </w:r>
    </w:p>
    <w:p>
      <w:pPr>
        <w:jc w:val="right"/>
      </w:pPr>
      <w:r>
        <w:t>تو یہ فطرت کا سبق تھا جو مجھے ملا۔</w:t>
      </w:r>
    </w:p>
    <w:p>
      <w:r>
        <w:rPr>
          <w:b/>
        </w:rPr>
        <w:t xml:space="preserve">[58:58] </w:t>
      </w:r>
      <w:r>
        <w:t>isi tarah se ek sabak jo gaon mein mujh par guzra wo batata hoon aap ko. ke mujhe shauq hua ek baar, hamara bagh tha wahan, ghar ke bahar.</w:t>
      </w:r>
    </w:p>
    <w:p>
      <w:pPr>
        <w:jc w:val="right"/>
      </w:pPr>
      <w:r>
        <w:t>اسی طرح سے ایک سبق جو گاؤں میں مجھ پر گزرا وہ بتاتا ہوں آپ کو۔ کہ مجھے شوق ہوا ایک بار، ہمارا باغ تھا وہاں، گھر کے باہر۔</w:t>
      </w:r>
    </w:p>
    <w:p>
      <w:r>
        <w:rPr>
          <w:b/>
        </w:rPr>
        <w:t xml:space="preserve">[59:10] </w:t>
      </w:r>
      <w:r>
        <w:t>to mujhe shauq hua ke main apne ghar mein ek pead lagaoon aam ka. yaani bahar to bagh tha hamara aam ka. to ghar ke andar ek aam mein dekhna chahta tha.</w:t>
      </w:r>
    </w:p>
    <w:p>
      <w:pPr>
        <w:jc w:val="right"/>
      </w:pPr>
      <w:r>
        <w:t>تو مجھے شوق ہوا کہ میں اپنے گھر میں ایک پیڑ لگاؤں آم کا۔ یعنی باہر تو باغ تھا ہمارا آم کا۔ تو گھر کے اندر ایک آم میں دیکھنا چاہتا تھا۔</w:t>
      </w:r>
    </w:p>
    <w:p>
      <w:r>
        <w:rPr>
          <w:b/>
        </w:rPr>
        <w:t xml:space="preserve">[59:24] </w:t>
      </w:r>
      <w:r>
        <w:t>to ab woh is zamane ki baat hai, nojovani ke zamane ki baat hai.</w:t>
      </w:r>
    </w:p>
    <w:p>
      <w:pPr>
        <w:jc w:val="right"/>
      </w:pPr>
      <w:r>
        <w:t>تو اب وہ اس زمانے کی بات ہے، نوجوانی کے زمانے کی بات ہے۔</w:t>
      </w:r>
    </w:p>
    <w:p>
      <w:r>
        <w:rPr>
          <w:b/>
        </w:rPr>
        <w:t xml:space="preserve">[59:27] </w:t>
      </w:r>
      <w:r>
        <w:t>to mein samjha ke agar mein koi bara sa peir le aaon to pehle din mere ghar mein bara sa peir ho jayega. Agar chhota drakht lagaon ga to mujhe das saal intezar karna parega.</w:t>
      </w:r>
    </w:p>
    <w:p>
      <w:pPr>
        <w:jc w:val="right"/>
      </w:pPr>
      <w:r>
        <w:t>تو میں سمجھا کہ اگر میں کوئی بڑا سا پیڑ لے آؤں تو پہلے دن میرے گھر میں بڑا سا پیڑ ہو جائے گا۔ اگر چھوٹا درخت لگاؤں گا تو مجھے دس سال انتظار کرنا پڑے گا۔</w:t>
      </w:r>
    </w:p>
    <w:p>
      <w:r>
        <w:rPr>
          <w:b/>
        </w:rPr>
        <w:t xml:space="preserve">[59:39] </w:t>
      </w:r>
      <w:r>
        <w:t>to ek peir jo paanch saal ka tha hamare bagh mein.</w:t>
      </w:r>
    </w:p>
    <w:p>
      <w:pPr>
        <w:jc w:val="right"/>
      </w:pPr>
      <w:r>
        <w:t>تو ایک پیڑ جو پانچ سال کا تھا ہمارے باغ میں۔</w:t>
      </w:r>
    </w:p>
    <w:p>
      <w:r>
        <w:rPr>
          <w:b/>
        </w:rPr>
        <w:t xml:space="preserve">[59:46] </w:t>
      </w:r>
      <w:r>
        <w:t>paanch saal ka.</w:t>
      </w:r>
    </w:p>
    <w:p>
      <w:pPr>
        <w:jc w:val="right"/>
      </w:pPr>
      <w:r>
        <w:t>پانچ سال کا۔</w:t>
      </w:r>
    </w:p>
    <w:p>
      <w:r>
        <w:rPr>
          <w:b/>
        </w:rPr>
        <w:t xml:space="preserve">[59:48] </w:t>
      </w:r>
      <w:r>
        <w:t>to yeh us waqt ki baat hai jab ke azadi se pehle ki baat hai, jab wahan zamindari ka daur tha. To hum ne kai mazdoor lagaye. Aur ghar wale jo hai, chunke mujh se kuch kehte nahi thay,</w:t>
      </w:r>
    </w:p>
    <w:p>
      <w:pPr>
        <w:jc w:val="right"/>
      </w:pPr>
      <w:r>
        <w:t>تو یہ اس وقت کی بات ہے جب کہ آزادی سے پہلے کی بات ہے، جب وہاں زمینداری کا دور تھا۔ تو ہم نے کئی مزدور لگائے۔ اور گھر والے جو ہے، یعنی چونکہ مجھ سے کچھ کہتے نہیں تھے،</w:t>
      </w:r>
    </w:p>
    <w:p>
      <w:r>
        <w:rPr>
          <w:b/>
        </w:rPr>
        <w:t xml:space="preserve">[1:00:02] </w:t>
      </w:r>
      <w:r>
        <w:t>to unhone mujhe azadi de di ke jo chahe karo. To kai mazdoor laga kar maine ek peir khodwaya jo taqreeban paanch saal ka tha.</w:t>
      </w:r>
    </w:p>
    <w:p>
      <w:pPr>
        <w:jc w:val="right"/>
      </w:pPr>
      <w:r>
        <w:t>تو انہوں نے مجھے آزادی دے دی کہ جو چاہے کرو۔ تو کئی مزدور لگا کر میں نے ایک پیڑ کھدوایا جو تقریباً پانچ سال کا تھا۔</w:t>
      </w:r>
    </w:p>
    <w:p>
      <w:r>
        <w:rPr>
          <w:b/>
        </w:rPr>
        <w:t xml:space="preserve">[1:00:12] </w:t>
      </w:r>
      <w:r>
        <w:t>bara sa.</w:t>
      </w:r>
    </w:p>
    <w:p>
      <w:pPr>
        <w:jc w:val="right"/>
      </w:pPr>
      <w:r>
        <w:t>بڑا سا۔</w:t>
      </w:r>
    </w:p>
    <w:p>
      <w:r>
        <w:rPr>
          <w:b/>
        </w:rPr>
        <w:t xml:space="preserve">[1:00:13] </w:t>
      </w:r>
      <w:r>
        <w:t>ab din bhar khoda gaya. Khod kar ke us ko bandha gaya, us ki jo hoti hai neeche, jo pindi kehte hain. Phir ek ek charpai par rakha gaya us ko.</w:t>
      </w:r>
    </w:p>
    <w:p>
      <w:pPr>
        <w:jc w:val="right"/>
      </w:pPr>
      <w:r>
        <w:t>اب دن بھر کھودا گیا۔ کھود کر کے اس کو باندھا گیا، اس کی جو ہوتی ہے نیچے، جو پنڈی کہتے ہیں۔ پھر ایک ایک چڑپائی پر رکھا گیا اس کو۔</w:t>
      </w:r>
    </w:p>
    <w:p>
      <w:r>
        <w:rPr>
          <w:b/>
        </w:rPr>
        <w:t xml:space="preserve">[1:00:24] </w:t>
      </w:r>
      <w:r>
        <w:t>aur rakh kar ke laya gaya woh ghar ke andar. Aur us ko hamare aangan mein bo diya gaya. Yani subah se sham tak yeh kaam hua.</w:t>
      </w:r>
    </w:p>
    <w:p>
      <w:pPr>
        <w:jc w:val="right"/>
      </w:pPr>
      <w:r>
        <w:t>اور رکھ کر کے لایا گیا وہ گھر کے اندر۔ اور اس کو ہمارے آنگن میں بو دیا گیا۔ یعنی صبح سے شام تک یہ کام ہوا۔</w:t>
      </w:r>
    </w:p>
    <w:p>
      <w:r>
        <w:rPr>
          <w:b/>
        </w:rPr>
        <w:t xml:space="preserve">[1:00:34] </w:t>
      </w:r>
      <w:r>
        <w:t>ab mein bohat khush tha ke maine paanch saal ka safar ek din mein tay kar liya hai. Aur mein khushi khushi so gaya.</w:t>
      </w:r>
    </w:p>
    <w:p>
      <w:pPr>
        <w:jc w:val="right"/>
      </w:pPr>
      <w:r>
        <w:t>اب میں بہت خوش تھا کہ میں نے پانچ سال کا سفر ایک دن میں طے کر لیا ہے۔ اور میں خوشی خوشی سو گیا۔</w:t>
      </w:r>
    </w:p>
    <w:p>
      <w:r>
        <w:rPr>
          <w:b/>
        </w:rPr>
        <w:t xml:space="preserve">[1:00:43] </w:t>
      </w:r>
      <w:r>
        <w:t>jab subah utha to us ke patte kuch murjhay hue se thay. To maine socha ke aaj murjhay hue hain, kal phir theek ho jayenge.</w:t>
      </w:r>
    </w:p>
    <w:p>
      <w:pPr>
        <w:jc w:val="right"/>
      </w:pPr>
      <w:r>
        <w:t>جب صبح اٹھا تو اس کے پتے کچھ مرجھائے ہوئے سے تھے۔ تو میں نے سوچا کہ آج مرجھائے ہوئے ہیں، کل پھر ٹھیک ہو جائیں گے۔</w:t>
      </w:r>
    </w:p>
    <w:p>
      <w:r>
        <w:rPr>
          <w:b/>
        </w:rPr>
        <w:t xml:space="preserve">[1:00:53] </w:t>
      </w:r>
      <w:r>
        <w:t>khoob pani waani diya maine is mein. Kal aur murjha gaye, parson aur murjha gaye. Yahan tak ke saare patte sookh gaye. Is waqeye se pehle hi din mujhe, yani bohat pehle, nojawani ki umar mein mujhe ek sabak mila ke paanch saal ka safar ek din mein tay nahi ho sakta hai.</w:t>
      </w:r>
    </w:p>
    <w:p>
      <w:pPr>
        <w:jc w:val="right"/>
      </w:pPr>
      <w:r>
        <w:t>خوب پانی وانی دیا میں نے اس میں۔ کل اور مرجھا گئے، پرسوں اور مرجھا گئے۔ یہاں تک کہ سارے پتے سوکھ گئے۔ اس واقعے سے پہلے ہی دن مجھے، یعنی بہت پہلے، نوجوانی کی عمر میں مجھے ایک سبق ملا کہ پانچ سال کا سفر ایک دن میں طے نہیں ہو سکتا ہے۔</w:t>
      </w:r>
    </w:p>
    <w:p>
      <w:r>
        <w:rPr>
          <w:b/>
        </w:rPr>
        <w:t xml:space="preserve">[1:01:11] </w:t>
      </w:r>
      <w:r>
        <w:t>fitrat ne jo course rakha hai zindagi ka, us course ko humein follow karna parega. Is course ke siwa doosra koi tareeqa nahi hai. Baad ko maine aise hi qissa parha ek padri ka,</w:t>
      </w:r>
    </w:p>
    <w:p>
      <w:pPr>
        <w:jc w:val="right"/>
      </w:pPr>
      <w:r>
        <w:t>فطرت نے جو کورس رکھا ہے زندگی کا، اس کورس کو ہمیں فالو کرنا پڑے گا۔ اس کورس کے سوا دوسرا کوئی طریقہ نہیں ہے۔ بعد کو میں نے ایسے ہی قصہ پڑھا ایک پادری کا،</w:t>
      </w:r>
    </w:p>
    <w:p>
      <w:r>
        <w:rPr>
          <w:b/>
        </w:rPr>
        <w:t xml:space="preserve">[1:01:25] </w:t>
      </w:r>
      <w:r>
        <w:t>leaders georges mein. Us ne bhi aise hi kiya ke ek bara sa peir khod kar ke laya apne ghar mein aur laga diya. Lekin woh bhi zahir hai sookh gaya.</w:t>
      </w:r>
    </w:p>
    <w:p>
      <w:pPr>
        <w:jc w:val="right"/>
      </w:pPr>
      <w:r>
        <w:t>لیڈرز جارجز میں۔ اس نے بھی ایسے ہی کیا کہ ایک بڑا سا پیڑ کھود کر کے لایا اپنے گھر میں اور لگا دیا۔ لیکن وہ بھی ظاہر ہے سوکھ گیا۔</w:t>
      </w:r>
    </w:p>
    <w:p>
      <w:r>
        <w:rPr>
          <w:b/>
        </w:rPr>
        <w:t xml:space="preserve">[1:01:36] </w:t>
      </w:r>
      <w:r>
        <w:t>to</w:t>
      </w:r>
    </w:p>
    <w:p>
      <w:pPr>
        <w:jc w:val="right"/>
      </w:pPr>
      <w:r>
        <w:t>تو</w:t>
      </w:r>
    </w:p>
    <w:p>
      <w:r>
        <w:rPr>
          <w:b/>
        </w:rPr>
        <w:t xml:space="preserve">[1:01:37] </w:t>
      </w:r>
      <w:r>
        <w:t>do teen din ke baad us ka ek dost baali ke liye aaya us ko. To bohat pareshan tha, bohat pareshan dikhai parta tha. To us dost ne poocha bhai kya baat hai, bohat pareshan nazar aate ho?</w:t>
      </w:r>
    </w:p>
    <w:p>
      <w:pPr>
        <w:jc w:val="right"/>
      </w:pPr>
      <w:r>
        <w:t>دو تین دن کے بعد اس کا ایک دوست بلی کے لیے آیا اس کو۔ تو بہت پریشان تھا، بہت پریشان دکھائی پڑتا تھا۔ تو اس دوست نے پوچھا بھئی کیا بات ہے، بہت پریشان نظر آتے ہو؟</w:t>
      </w:r>
    </w:p>
    <w:p>
      <w:r>
        <w:rPr>
          <w:b/>
        </w:rPr>
        <w:t xml:space="preserve">[1:01:49] </w:t>
      </w:r>
      <w:r>
        <w:t>to us ne kaha ke "I am in a hurry but God isn't". "I am in a hurry but God isn't".</w:t>
      </w:r>
    </w:p>
    <w:p>
      <w:pPr>
        <w:jc w:val="right"/>
      </w:pPr>
      <w:r>
        <w:t>تو اس نے کہا کہ "I am in hurry but God isn't"۔ "I am in hurry but God isn't"۔</w:t>
      </w:r>
    </w:p>
    <w:p>
      <w:r>
        <w:rPr>
          <w:b/>
        </w:rPr>
        <w:t xml:space="preserve">[1:01:58] </w:t>
      </w:r>
      <w:r>
        <w:t>mein jaldi mein hoon magar Khuda jaldi nahi chahta. To us ne ek qissa bataya.</w:t>
      </w:r>
    </w:p>
    <w:p>
      <w:pPr>
        <w:jc w:val="right"/>
      </w:pPr>
      <w:r>
        <w:t>میں جلدی میں ہوں مگر خدا جلدی نہیں چاہتا۔ تو اس نے ایک قصہ بتایا۔</w:t>
      </w:r>
    </w:p>
    <w:p>
      <w:r>
        <w:rPr>
          <w:b/>
        </w:rPr>
        <w:t xml:space="preserve">[1:02:04] </w:t>
      </w:r>
      <w:r>
        <w:t>to behal is se maine yeh nateeja nikla, poori zindagi par yeh chha gaya yeh sabak mera. Ke aap ko koi bhi taraqqi lena hai to jo fitrat ka course hai us ko follow karna parega.</w:t>
      </w:r>
    </w:p>
    <w:p>
      <w:pPr>
        <w:jc w:val="right"/>
      </w:pPr>
      <w:r>
        <w:t>تو بہرحال اس سے میں نے یہ نتیجہ نکلا، پوری زندگی پر یہ چھا گیا یہ سبق میرا۔ کہ آپ کو کوئی بھی ترقی لینا ہے تو جو فطرت کا کورس ہے اس کو فالو کرنا پڑے گا۔</w:t>
      </w:r>
    </w:p>
    <w:p>
      <w:r>
        <w:rPr>
          <w:b/>
        </w:rPr>
        <w:t xml:space="preserve">[1:02:21] </w:t>
      </w:r>
      <w:r>
        <w:t>namumkin hai ke aap khud se koi course banayein, khud se koi rasta banayein, us par dorna shuru kar dein aur aap manzil tak pahunch jayein.</w:t>
      </w:r>
    </w:p>
    <w:p>
      <w:pPr>
        <w:jc w:val="right"/>
      </w:pPr>
      <w:r>
        <w:t>ناممکن ہے کہ آپ خود سے کوئی کورس بنائیں، خود سے کوئی راستہ بنائیں، اس پر دوڑنا شروع کر دیں اور آپ منزل تک پہنچ جائیں۔</w:t>
      </w:r>
    </w:p>
    <w:p>
      <w:r>
        <w:rPr>
          <w:b/>
        </w:rPr>
        <w:t xml:space="preserve">[1:02:31] </w:t>
      </w:r>
      <w:r>
        <w:t>yeh namumkin hai.</w:t>
      </w:r>
    </w:p>
    <w:p>
      <w:pPr>
        <w:jc w:val="right"/>
      </w:pPr>
      <w:r>
        <w:t>یہ ناممکن ہے۔</w:t>
      </w:r>
    </w:p>
    <w:p>
      <w:r>
        <w:rPr>
          <w:b/>
        </w:rPr>
        <w:t xml:space="preserve">[1:02:33] </w:t>
      </w:r>
      <w:r>
        <w:t>jo drakht banne wala hai paanch saal mein ya das saal mein, to itni hi muddat le ga us ko. Aap us ki muddat ghata nahi sakte.</w:t>
      </w:r>
    </w:p>
    <w:p>
      <w:pPr>
        <w:jc w:val="right"/>
      </w:pPr>
      <w:r>
        <w:t>جو درخت بننے والا ہے پانچ سال میں یا دس سال میں، تو اتنی ہی مدت لے گا اس کو۔ آپ اس کی مدت گھٹا نہیں سکتے۔</w:t>
      </w:r>
    </w:p>
    <w:p>
      <w:r>
        <w:rPr>
          <w:b/>
        </w:rPr>
        <w:t xml:space="preserve">[1:02:45] </w:t>
      </w:r>
      <w:r>
        <w:t>aise maine ek qissa parha ke</w:t>
      </w:r>
    </w:p>
    <w:p>
      <w:pPr>
        <w:jc w:val="right"/>
      </w:pPr>
      <w:r>
        <w:t>ایسے میں نے ایک قصہ پڑھا کہ</w:t>
      </w:r>
    </w:p>
    <w:p>
      <w:r>
        <w:rPr>
          <w:b/>
        </w:rPr>
        <w:t xml:space="preserve">[1:02:51] </w:t>
      </w:r>
      <w:r>
        <w:t>ek ek sahib gaye, ek ek sahib ka beta parhta tha ek kisi college mein, kisi school mein.</w:t>
      </w:r>
    </w:p>
    <w:p>
      <w:pPr>
        <w:jc w:val="right"/>
      </w:pPr>
      <w:r>
        <w:t>ایک ایک صاحب گئے، ایک ایک صاحب کا بیٹا پڑھتا تھا ایک کسی کالج میں، کسی اسکول میں۔</w:t>
      </w:r>
    </w:p>
    <w:p>
      <w:r>
        <w:rPr>
          <w:b/>
        </w:rPr>
        <w:t xml:space="preserve">[1:03:01] </w:t>
      </w:r>
      <w:r>
        <w:t>to woh gaye principal se mile. Principal se unhone kaha ke bhai aap ka yeh jo course hai, bohat time lagta hai is mein.</w:t>
      </w:r>
    </w:p>
    <w:p>
      <w:pPr>
        <w:jc w:val="right"/>
      </w:pPr>
      <w:r>
        <w:t>تو وہ گئے پرنسپل سے ملے۔ پرنسپل سے انہوں نے کہا کہ بھئی آپ کا یہ جو کورس ہے، بہت ٹائم لگتا ہے اس میں۔</w:t>
      </w:r>
    </w:p>
    <w:p>
      <w:r>
        <w:rPr>
          <w:b/>
        </w:rPr>
        <w:t xml:space="preserve">[1:03:12] </w:t>
      </w:r>
      <w:r>
        <w:t>yani school mein itna time, phir college mein itna time, phir university mein itna time. koi shortcut banaiye ke kam muddat mein, ab mera beta padhta hai aap ke haan, aadhi zindagi to parhne mein beet jayegi, to kaam kya karega woh?</w:t>
      </w:r>
    </w:p>
    <w:p>
      <w:pPr>
        <w:jc w:val="right"/>
      </w:pPr>
      <w:r>
        <w:t>یعنی اسکول میں اتنا ٹائم، پھر کالج میں اتنا ٹائم، پھر یونیورسٹی میں اتنا ٹائم۔ کوئی شارٹ کٹ بنائیے کہ کم مدت میں، اب میرا بیٹا پڑھتا ہے آپ کے ہاں، آدھی زندگی تو پڑھنے میں بیت جائے گی، تو کام کیا کرے گا وہ؟</w:t>
      </w:r>
    </w:p>
    <w:p>
      <w:r>
        <w:rPr>
          <w:b/>
        </w:rPr>
        <w:t xml:space="preserve">[1:03:27] </w:t>
      </w:r>
      <w:r>
        <w:t>to principal ne kaha ke dekhiye, fitrat do qism ke pearh ugati hai. kakkri aur oak.</w:t>
      </w:r>
    </w:p>
    <w:p>
      <w:pPr>
        <w:jc w:val="right"/>
      </w:pPr>
      <w:r>
        <w:t>تو پرنسپل نے کہا کہ دیکھیے، فطرت دو قسم کے پیڑ اگاتی ہے۔ ککڑی اور اوک۔</w:t>
      </w:r>
    </w:p>
    <w:p>
      <w:r>
        <w:rPr>
          <w:b/>
        </w:rPr>
        <w:t xml:space="preserve">[1:03:37] </w:t>
      </w:r>
      <w:r>
        <w:t>oak aik ke, jis ko urdu mein kehte hain shah baloot, english mein kehte hain oak. to unhon ne kaha ke do qism ke pearh hote hain, aik kakkri aur oak.</w:t>
      </w:r>
    </w:p>
    <w:p>
      <w:pPr>
        <w:jc w:val="right"/>
      </w:pPr>
      <w:r>
        <w:t>اوک ایک کے، جس کو اردو میں کہتے ہیں شاہ بلوت، انگلش میں کہتے ہیں اوک۔ تو انہوں نے کہا کہ دو قسم کے پیڑ ہوتے ہیں، ایک ککڑی اور اوک۔</w:t>
      </w:r>
    </w:p>
    <w:p>
      <w:r>
        <w:rPr>
          <w:b/>
        </w:rPr>
        <w:t xml:space="preserve">[1:03:49] </w:t>
      </w:r>
      <w:r>
        <w:t>kakkri chhe mahine ke liye hoti hai. aur oak ka darakht paanch sau saal tak khara rehta hai.</w:t>
      </w:r>
    </w:p>
    <w:p>
      <w:pPr>
        <w:jc w:val="right"/>
      </w:pPr>
      <w:r>
        <w:t>ککڑی چھ مہینے کے لیے ہوتی ہے۔ اور اوک کا درخت پانچ سو سال تک کھڑا رہتا ہے۔</w:t>
      </w:r>
    </w:p>
    <w:p>
      <w:r>
        <w:rPr>
          <w:b/>
        </w:rPr>
        <w:t xml:space="preserve">[1:03:56] </w:t>
      </w:r>
      <w:r>
        <w:t>to agar aap ko kakkri ka bail chahiye to theek hai, uga lijiye aur paanch aur chhe mahine ke baad woh sookh jayegi woh.</w:t>
      </w:r>
    </w:p>
    <w:p>
      <w:pPr>
        <w:jc w:val="right"/>
      </w:pPr>
      <w:r>
        <w:t>تو اگر آپ کو ککڑی کا بیل چاہیے تو ٹھیک ہے، اگا لیجیے اور پانچ اور چھ مہینے کے بعد وہ سوکھ جائے گی وہ۔</w:t>
      </w:r>
    </w:p>
    <w:p>
      <w:r>
        <w:rPr>
          <w:b/>
        </w:rPr>
        <w:t xml:space="preserve">[1:04:06] </w:t>
      </w:r>
      <w:r>
        <w:t>lekin agar aap ko oak chahiye jo sankaron saal tak khara rahe, to phir to aap ko intezar karna parega.</w:t>
      </w:r>
    </w:p>
    <w:p>
      <w:pPr>
        <w:jc w:val="right"/>
      </w:pPr>
      <w:r>
        <w:t>لیکن اگر آپ کو اوک چاہیے جو سینکڑوں سال تک کھڑا رہے، تو پھر تو آپ کو انتظار کرنا پڑے گا۔</w:t>
      </w:r>
    </w:p>
    <w:p>
      <w:r>
        <w:rPr>
          <w:b/>
        </w:rPr>
        <w:t xml:space="preserve">[1:04:15] </w:t>
      </w:r>
      <w:r>
        <w:t>kakkri ka bail do chaar mahine mein ban sakta hai, lekin oak ka pearh do chaar mahine mein nahi ban sakta hai. yeh hai fitrat ka qanoon.</w:t>
      </w:r>
    </w:p>
    <w:p>
      <w:pPr>
        <w:jc w:val="right"/>
      </w:pPr>
      <w:r>
        <w:t>ککڑی کا بیل دو چار مہینے میں بن سکتا ہے، لیکن اوک کا پیڑ دو چار مہینے میں نہیں بن سکتا ہے۔ یہ ہے فطرت کا قانون۔</w:t>
      </w:r>
    </w:p>
    <w:p>
      <w:r>
        <w:rPr>
          <w:b/>
        </w:rPr>
        <w:t xml:space="preserve">[1:04:25] </w:t>
      </w:r>
      <w:r>
        <w:t>aise hi maine aik dilchasp qissa parha oxford ke bare mein. aap jante hain ke britain mein jo university hai, oxford university, kaha jata hai ke is ke lawn bohat achhe hain.</w:t>
      </w:r>
    </w:p>
    <w:p>
      <w:pPr>
        <w:jc w:val="right"/>
      </w:pPr>
      <w:r>
        <w:t>ایسے ہی میں نے ایک دلچسپ قصہ پڑھا آکسفورڈ کے بارے میں۔ آپ جانتے ہیں کہ برٹن میں جو یونیورسٹی ہے، آکسفورڈ یونیورسٹی، کہا جاتا ہے کہ اس کے لان بہت اچھے ہیں۔</w:t>
      </w:r>
    </w:p>
    <w:p>
      <w:r>
        <w:rPr>
          <w:b/>
        </w:rPr>
        <w:t xml:space="preserve">[1:04:39] </w:t>
      </w:r>
      <w:r>
        <w:t>is ke lawn bohat achhe hain. to hamare haan india se aik aik aik aik nawab sahab gaye wahan.</w:t>
      </w:r>
    </w:p>
    <w:p>
      <w:pPr>
        <w:jc w:val="right"/>
      </w:pPr>
      <w:r>
        <w:t>اس کے لان بہت اچھے ہیں۔ تو ہمارے ہاں انڈیا سے ایک ایک ایک ایک نواب صاحب گئے وہاں۔</w:t>
      </w:r>
    </w:p>
    <w:p>
      <w:r>
        <w:rPr>
          <w:b/>
        </w:rPr>
        <w:t xml:space="preserve">[1:04:48] </w:t>
      </w:r>
      <w:r>
        <w:t>to oxford ke lawn ko dekha unhon ne.</w:t>
      </w:r>
    </w:p>
    <w:p>
      <w:pPr>
        <w:jc w:val="right"/>
      </w:pPr>
      <w:r>
        <w:t>تو آکسفورڈ کے لان کو دیکھا انہوں نے۔</w:t>
      </w:r>
    </w:p>
    <w:p>
      <w:r>
        <w:rPr>
          <w:b/>
        </w:rPr>
        <w:t xml:space="preserve">[1:04:53] </w:t>
      </w:r>
      <w:r>
        <w:t>to is ka jo head mali tha, us ko bulaya. unhon ne kaha ke hum apni kothi mein aisi lawn chahte hain. aisi khoobsurat lawn.</w:t>
      </w:r>
    </w:p>
    <w:p>
      <w:pPr>
        <w:jc w:val="right"/>
      </w:pPr>
      <w:r>
        <w:t>تو اس کا جو ہیڈ مالی تھا، اس کو بلایا۔ انہوں نے کہا کہ ہم اپنی کوٹھی میں ایسی لان چاہتے ہیں۔ ایسی خوبصورت لان۔</w:t>
      </w:r>
    </w:p>
    <w:p>
      <w:r>
        <w:rPr>
          <w:b/>
        </w:rPr>
        <w:t xml:space="preserve">[1:05:03] </w:t>
      </w:r>
      <w:r>
        <w:t>to mali ne kaha ke sarkaar bohat aasan hai. bohat aasan hai. woh kaise</w:t>
      </w:r>
    </w:p>
    <w:p>
      <w:pPr>
        <w:jc w:val="right"/>
      </w:pPr>
      <w:r>
        <w:t>تو مالی نے کہا کہ سرکار بہت آسان ہے۔ بہت آسان ہے۔ وہ کیسے</w:t>
      </w:r>
    </w:p>
    <w:p>
      <w:r>
        <w:rPr>
          <w:b/>
        </w:rPr>
        <w:t xml:space="preserve">[1:05:11] </w:t>
      </w:r>
      <w:r>
        <w:t>? unhon ne kaha aap ki kothi mein zameen to ho gayi, aap zameen ko level karaiye. aur us ke baad us par ghaas laga dijiye. aur phir baar baar use pani dijiye.</w:t>
      </w:r>
    </w:p>
    <w:p>
      <w:pPr>
        <w:jc w:val="right"/>
      </w:pPr>
      <w:r>
        <w:t>؟ انہوں نے کہا آپ کی کوٹھی میں زمین تو ہو گئی۔ آپ زمین کو لیول کرائیے۔ اور اس کے بعد اس پر گھاس لگا دیجیے۔ اور پھر بار بار اسے پانی دیجیے۔</w:t>
      </w:r>
    </w:p>
    <w:p>
      <w:r>
        <w:rPr>
          <w:b/>
        </w:rPr>
        <w:t xml:space="preserve">[1:05:23] </w:t>
      </w:r>
      <w:r>
        <w:t>us ko us par woh chalaiye. machine chalaiye. aur paanch sau saal tak yeh kaam karte rahiye. phir aise hi lawn aap ki kothi mein ho jayega.</w:t>
      </w:r>
    </w:p>
    <w:p>
      <w:pPr>
        <w:jc w:val="right"/>
      </w:pPr>
      <w:r>
        <w:t>اس کو اس پر وہ چلائیے۔ مشین چلائیے۔ اور پانچ سو سال تک یہ کام کرتے رہیے۔ پھر ایسے ہی لان آپ کی کوٹھی میں ہو جائے گا۔</w:t>
      </w:r>
    </w:p>
    <w:p>
      <w:r>
        <w:rPr>
          <w:b/>
        </w:rPr>
        <w:t xml:space="preserve">[1:05:36] </w:t>
      </w:r>
      <w:r>
        <w:t>matlab aik yeh lawn jo aap dekh rahe hain yahan par, is ke peeche paanch sau saal ki tareekh hai. aap chahte hain ke aap ki kothi mein chand din ke andar yeh lawn ho jaye to woh mumkin nahi hai.</w:t>
      </w:r>
    </w:p>
    <w:p>
      <w:pPr>
        <w:jc w:val="right"/>
      </w:pPr>
      <w:r>
        <w:t>مطلب ایک یہ لان جو آپ دیکھ رہے ہیں یہاں پر، اس کے پیچھے پانچ سو سال کی تاریخ ہے۔ آپ چاہتے ہیں کہ آپ کی کوٹھی میں چند دن کے اندر یہ لان ہو جائے تو وہ ممکن نہیں ہے۔</w:t>
      </w:r>
    </w:p>
    <w:p>
      <w:r>
        <w:rPr>
          <w:b/>
        </w:rPr>
        <w:t xml:space="preserve">[1:05:51] </w:t>
      </w:r>
      <w:r>
        <w:t>yeh waqiat jo hain fitrat mein hamein batate hain ke taraqqi ka raaz kya hai.</w:t>
      </w:r>
    </w:p>
    <w:p>
      <w:pPr>
        <w:jc w:val="right"/>
      </w:pPr>
      <w:r>
        <w:t>یہ واقعات جو ہیں فطرت میں ہمیں بتاتے ہیں کہ ترقی کا راز کیا ہے۔</w:t>
      </w:r>
    </w:p>
    <w:p>
      <w:r>
        <w:rPr>
          <w:b/>
        </w:rPr>
        <w:t xml:space="preserve">[1:06:00] </w:t>
      </w:r>
      <w:r>
        <w:t>jald bazi mein nahi hai, be sabri mein nahi hai, tashaddud mein nahi hai, jhoote khwab dekhne mein nahi hai, hawai shayeri karne mein nahi hai, hawai adab mein nahi hai.</w:t>
      </w:r>
    </w:p>
    <w:p>
      <w:pPr>
        <w:jc w:val="right"/>
      </w:pPr>
      <w:r>
        <w:t>جلد بازی میں نہیں ہے، بے صبری میں نہیں ہے، تشدد میں نہیں ہے، جھوٹے خواب دیکھنے میں نہیں ہے، ہوائی شاعری کرنے میں نہیں ہے، ہوائی ادب میں نہیں ہے۔</w:t>
      </w:r>
    </w:p>
    <w:p>
      <w:r>
        <w:rPr>
          <w:b/>
        </w:rPr>
        <w:t xml:space="preserve">[1:06:15] </w:t>
      </w:r>
      <w:r>
        <w:t>aap ko jo fitrat ke qanoon hain us ko follow karna parega.</w:t>
      </w:r>
    </w:p>
    <w:p>
      <w:pPr>
        <w:jc w:val="right"/>
      </w:pPr>
      <w:r>
        <w:t>آپ کو جو فطرت کے قوانین ہیں اس کو فالو کرنا پڑے گا۔</w:t>
      </w:r>
    </w:p>
    <w:p>
      <w:r>
        <w:rPr>
          <w:b/>
        </w:rPr>
        <w:t xml:space="preserve">[1:06:22] </w:t>
      </w:r>
      <w:r>
        <w:t>woh agar paanch sau saal mangte hain to aap ko paanch sau saal dena parega.</w:t>
      </w:r>
    </w:p>
    <w:p>
      <w:pPr>
        <w:jc w:val="right"/>
      </w:pPr>
      <w:r>
        <w:t>وہ اگر پانچ سو سال مانگتے ہیں تو آپ کو پانچ سو سال دینا پڑے گا۔</w:t>
      </w:r>
    </w:p>
    <w:p>
      <w:r>
        <w:rPr>
          <w:b/>
        </w:rPr>
        <w:t xml:space="preserve">[1:06:27] </w:t>
      </w:r>
      <w:r>
        <w:t>aap koi doosra, agar aap chahte hain ke koi, yani apne ambitions ke mutabiq aap aik agar chahte hain karna, to aap ko aik nai kainat takhleeq karni paregi.</w:t>
      </w:r>
    </w:p>
    <w:p>
      <w:pPr>
        <w:jc w:val="right"/>
      </w:pPr>
      <w:r>
        <w:t>آپ کوئی دوسرا، اگر آپ چاہتے ہیں کہ کوئی، یعنی اپنے امبیشنز کے مطابق آپ ایک اگر چاہتے ہیں کرنا، تو آپ کو ایک نئی کائنات تخلیق کرنی پڑے گی۔</w:t>
      </w:r>
    </w:p>
    <w:p>
      <w:r>
        <w:rPr>
          <w:b/>
        </w:rPr>
        <w:t xml:space="preserve">[1:06:43] </w:t>
      </w:r>
      <w:r>
        <w:t>You have to create a new world, new universe.</w:t>
      </w:r>
    </w:p>
    <w:p>
      <w:pPr>
        <w:jc w:val="right"/>
      </w:pPr>
      <w:r>
        <w:t>You have to create a new world، new universe۔</w:t>
      </w:r>
    </w:p>
    <w:p>
      <w:r>
        <w:rPr>
          <w:b/>
        </w:rPr>
        <w:t xml:space="preserve">[1:06:50] </w:t>
      </w:r>
      <w:r>
        <w:t>agar aap chahte hain ke jo kaam khuda ne aman mein rakha hai, us ko aap tashaddud ke zariye hasil kar saken.</w:t>
      </w:r>
    </w:p>
    <w:p>
      <w:pPr>
        <w:jc w:val="right"/>
      </w:pPr>
      <w:r>
        <w:t>اگر آپ چاہتے ہیں کہ جو کام خدا نے امن میں رکھا ہے، اس کو آپ تشدد کے ذریعے حاصل کر سکیں۔</w:t>
      </w:r>
    </w:p>
    <w:p>
      <w:r>
        <w:rPr>
          <w:b/>
        </w:rPr>
        <w:t xml:space="preserve">[1:06:57] </w:t>
      </w:r>
      <w:r>
        <w:t>agar aap chahte hain ke jo kaam khuda ne maafii mein rakha hai, us ko aap badle mein hasil karen. agar aap chahte hain ke khuda ne jo kaam tolerance mein rakha hai, tolerance mein rakha hai, us ko aap adam bardasht ke zariye hasil kar saken.</w:t>
      </w:r>
    </w:p>
    <w:p>
      <w:pPr>
        <w:jc w:val="right"/>
      </w:pPr>
      <w:r>
        <w:t>اگر آپ چاہتے ہیں کہ جو کام خدا نے معافی میں رکھا ہے، اس کو آپ بدلے میں حاصل کریں۔ اگر آپ چاہتے ہیں کہ خدا نے جو کام ٹالرنس میں رکھا ہے، ٹالرنس میں رکھا ہے، اس کو آپ عدم برداشت کے ذریعے حاصل کر سکیں۔</w:t>
      </w:r>
    </w:p>
    <w:p>
      <w:r>
        <w:rPr>
          <w:b/>
        </w:rPr>
        <w:t xml:space="preserve">[1:07:13] </w:t>
      </w:r>
      <w:r>
        <w:t>agar aap chahte hain ke jo kaam khuda ne rakha hai, yani haqeeqat pasandana approach ikhtiyar karni hai, us ko aap jazbati approach ke zariye hasil kar saken.</w:t>
      </w:r>
    </w:p>
    <w:p>
      <w:pPr>
        <w:jc w:val="right"/>
      </w:pPr>
      <w:r>
        <w:t>اگر آپ چاہتے ہیں کہ جو کام خدا نے رکھا ہے، یعنی حقیقت پسندانہ اپروچ اختیار کرنی ہے، اس کو آپ جذباتی اپروچ کے ذریعے حاصل کر سکیں۔</w:t>
      </w:r>
    </w:p>
    <w:p>
      <w:r>
        <w:rPr>
          <w:b/>
        </w:rPr>
        <w:t xml:space="preserve">[1:07:22] </w:t>
      </w:r>
      <w:r>
        <w:t>to aap ko aik nai kainat takhleeq karni paregi.</w:t>
      </w:r>
    </w:p>
    <w:p>
      <w:pPr>
        <w:jc w:val="right"/>
      </w:pPr>
      <w:r>
        <w:t>تو آپ کو ایک نئی کائنات تخلیق کرنی پڑے گی۔</w:t>
      </w:r>
    </w:p>
    <w:p>
      <w:r>
        <w:rPr>
          <w:b/>
        </w:rPr>
        <w:t xml:space="preserve">[1:07:26] </w:t>
      </w:r>
      <w:r>
        <w:t>yeh fitrat bata rahi hai. fitrat yeh sabaq de rahi hai aap ko. is dunya mein to aap ka aisa koi plan kamyab nahi ho sakta hai.</w:t>
      </w:r>
    </w:p>
    <w:p>
      <w:pPr>
        <w:jc w:val="right"/>
      </w:pPr>
      <w:r>
        <w:t>یہ فطرت بتا رہی ہے۔ فطرت یہ سبق دے رہی ہے آپ کو۔ اس دنیا میں تو آپ کا ایسا کوئی پلان کامیاب نہیں ہو سکتا ہے۔</w:t>
      </w:r>
    </w:p>
    <w:p>
      <w:r>
        <w:rPr>
          <w:b/>
        </w:rPr>
        <w:t xml:space="preserve">[1:07:37] </w:t>
      </w:r>
      <w:r>
        <w:t>yeh dunya namumkin hai.</w:t>
      </w:r>
    </w:p>
    <w:p>
      <w:pPr>
        <w:jc w:val="right"/>
      </w:pPr>
      <w:r>
        <w:t>یہ دنیا ناممکن ہے۔</w:t>
      </w:r>
    </w:p>
    <w:p>
      <w:r>
        <w:rPr>
          <w:b/>
        </w:rPr>
        <w:t xml:space="preserve">[1:07:44] </w:t>
      </w:r>
      <w:r>
        <w:t>dunya mein, dunya ke mutabiq fitrat mein khuda ne bohat anokhe qism ke namune rakh diye hain.</w:t>
      </w:r>
    </w:p>
    <w:p>
      <w:pPr>
        <w:jc w:val="right"/>
      </w:pPr>
      <w:r>
        <w:t>دنیا میں، دنیا کے مطابق فطرت میں خدا نے بہت انوکھے قسم کے نمونے رکھ دیے ہیں۔</w:t>
      </w:r>
    </w:p>
    <w:p>
      <w:r>
        <w:rPr>
          <w:b/>
        </w:rPr>
        <w:t xml:space="preserve">[1:07:54] </w:t>
      </w:r>
      <w:r>
        <w:t>namune,</w:t>
      </w:r>
    </w:p>
    <w:p>
      <w:pPr>
        <w:jc w:val="right"/>
      </w:pPr>
      <w:r>
        <w:t>نمونے،</w:t>
      </w:r>
    </w:p>
    <w:p>
      <w:r>
        <w:rPr>
          <w:b/>
        </w:rPr>
        <w:t xml:space="preserve">[1:07:55] </w:t>
      </w:r>
      <w:r>
        <w:t>jaise aap jante hain ke amiba ek cheez hoti hai. amiba, amiba ka ek hi cell hota hai. ek ek cell ka woh janwar hota hai, single cell ka.</w:t>
      </w:r>
    </w:p>
    <w:p>
      <w:pPr>
        <w:jc w:val="right"/>
      </w:pPr>
      <w:r>
        <w:t>جیسے آپ جانتے ہیں کہ امیبا ایک چیز ہوتی ہے۔ امیبا، امیبا کا ایک ہی سیل ہوتا ہے۔ ایک ایک سیل کا وہ جانور ہوتا ہے، سنگل سیل کا۔</w:t>
      </w:r>
    </w:p>
    <w:p>
      <w:r>
        <w:rPr>
          <w:b/>
        </w:rPr>
        <w:t xml:space="preserve">[1:08:06] </w:t>
      </w:r>
      <w:r>
        <w:t>jab woh is mein reproduction is tarah nahi hota jis tarah se bhed bakri mein hota hai. balkay woh single cell jo hai, thora sa lamba ho jayega.</w:t>
      </w:r>
    </w:p>
    <w:p>
      <w:pPr>
        <w:jc w:val="right"/>
      </w:pPr>
      <w:r>
        <w:t>جب وہ اس میں ری پروڈکشن اس طرح نہیں ہوتا جس طرح سے بھیڑ بکری میں ہوتا ہے۔ بلکہ وہ سنگل سیل جو ہے، تھوڑا سا لمبا ہو جائے گا۔</w:t>
      </w:r>
    </w:p>
    <w:p>
      <w:r>
        <w:rPr>
          <w:b/>
        </w:rPr>
        <w:t xml:space="preserve">[1:08:15] </w:t>
      </w:r>
      <w:r>
        <w:t>lamba ho kar ke beech se toot jayega. phir do ban jayega woh. yani koi is ke pait se bachcha nahi niklega.</w:t>
      </w:r>
    </w:p>
    <w:p>
      <w:pPr>
        <w:jc w:val="right"/>
      </w:pPr>
      <w:r>
        <w:t>لمبا ہو کر کے بیچ سے ٹوٹ جائے گا۔ پھر دو بن جائے گا وہ۔ یعنی کوئی اس کے پیٹ سے بچہ نہیں نکلے گا۔</w:t>
      </w:r>
    </w:p>
    <w:p>
      <w:r>
        <w:rPr>
          <w:b/>
        </w:rPr>
        <w:t xml:space="preserve">[1:08:25] </w:t>
      </w:r>
      <w:r>
        <w:t>ek hi amiba toot kar do ban jayega. ek se do. yeh khuda ek ek manzar dikha raha hai aap ko.</w:t>
      </w:r>
    </w:p>
    <w:p>
      <w:pPr>
        <w:jc w:val="right"/>
      </w:pPr>
      <w:r>
        <w:t>ایک ہی امیبا ٹوٹ کر دو بن جائے گا۔ ایک سے دو۔ یہ خدا ایک ایک منظر دکھا رہا ہے آپ کو۔</w:t>
      </w:r>
    </w:p>
    <w:p>
      <w:r>
        <w:rPr>
          <w:b/>
        </w:rPr>
        <w:t xml:space="preserve">[1:08:35] </w:t>
      </w:r>
      <w:r>
        <w:t>ke is dunya mein tootna ya shikast aakhri cheez nahi hai. toot kar bhi aap jut sakte hain.</w:t>
      </w:r>
    </w:p>
    <w:p>
      <w:pPr>
        <w:jc w:val="right"/>
      </w:pPr>
      <w:r>
        <w:t>کہ اس دنیا میں ٹوٹنا یا شکست آخری چیز نہیں ہے۔ ٹوٹ کر بھی آپ جڑ سکتے ہیں۔</w:t>
      </w:r>
    </w:p>
    <w:p>
      <w:r>
        <w:rPr>
          <w:b/>
        </w:rPr>
        <w:t xml:space="preserve">[1:08:45] </w:t>
      </w:r>
      <w:r>
        <w:t>shikast kha kar bhi aap fateh hasil kar sakte hain. gir kar bhi uth sakte hain aap. kaisa ajeeb namuna hai yeh.</w:t>
      </w:r>
    </w:p>
    <w:p>
      <w:pPr>
        <w:jc w:val="right"/>
      </w:pPr>
      <w:r>
        <w:t>شکست کھا کر بھی آپ فتح حاصل کر سکتے ہیں۔ گر کر بھی اٹھ سکتے ہیں آپ۔ کیسا عجیب نمونہ ہے یہ۔</w:t>
      </w:r>
    </w:p>
    <w:p>
      <w:r>
        <w:rPr>
          <w:b/>
        </w:rPr>
        <w:t xml:space="preserve">[1:08:55] </w:t>
      </w:r>
      <w:r>
        <w:t>ke amiba jab tootta hai to ek amiba do amiba ban jata hai. kaisi ajeeb namuna hai yeh. yani amiba jab tootta hai to ek amiba do amiba ban jata hai.</w:t>
      </w:r>
    </w:p>
    <w:p>
      <w:pPr>
        <w:jc w:val="right"/>
      </w:pPr>
      <w:r>
        <w:t>کہ امیبا جب ٹوٹتا ہے تو ایک امیبا دو امیبا بن جاتا ہے۔ کیسی عجیب نمونہ ہے یہ۔ یعنی امیبا جب ٹوٹتا ہے تو ایک امیبا دو امیبا بن جاتا ہے۔</w:t>
      </w:r>
    </w:p>
    <w:p>
      <w:r>
        <w:rPr>
          <w:b/>
        </w:rPr>
        <w:t xml:space="preserve">[1:09:11] </w:t>
      </w:r>
      <w:r>
        <w:t>aap ise samajh lijiye ke dunya ek kitna scope hai, kitna zyada imkanat hain. ek aisi dunya mein agar aap shikayat karein, aap احتجاج karein, to mein kahunga ke khuda ke ghazab ko dawat de rahe hain aap.</w:t>
      </w:r>
    </w:p>
    <w:p>
      <w:pPr>
        <w:jc w:val="right"/>
      </w:pPr>
      <w:r>
        <w:t>آپ اسے سمجھ لیجیے کہ دنیا ایک کتنا سکوپ ہے، کتنا زیادہ امکانات ہیں۔ ایک ایسی دنیا میں اگر آپ شکایت کریں، آپ احتجاج کریں، تو میں کہوں گا کہ خدا کے غضب کو دعوت دے رہے ہیں آپ۔</w:t>
      </w:r>
    </w:p>
    <w:p>
      <w:r>
        <w:rPr>
          <w:b/>
        </w:rPr>
        <w:t xml:space="preserve">[1:09:26] </w:t>
      </w:r>
      <w:r>
        <w:t>khuda to keh raha hai ke dekho meri dunya mein. ek amiba jab tootta hai to mein is ko do amiba bana deta hoon. aur tum cheekh rahe ho.</w:t>
      </w:r>
    </w:p>
    <w:p>
      <w:pPr>
        <w:jc w:val="right"/>
      </w:pPr>
      <w:r>
        <w:t>خدا تو کہہ رہا ہے کہ دیکھو میری دنیا میں۔ ایک امیبا جب ٹوٹتا ہے تو میں اس کو دو امیبا بنا دیتا ہوں۔ اور تم چیخ رہے ہو۔</w:t>
      </w:r>
    </w:p>
    <w:p>
      <w:r>
        <w:rPr>
          <w:b/>
        </w:rPr>
        <w:t xml:space="preserve">[1:09:37] </w:t>
      </w:r>
      <w:r>
        <w:t>is baat par ke kisi ne tum ko tod diya, kisi ne tum ko shikast de di.</w:t>
      </w:r>
    </w:p>
    <w:p>
      <w:pPr>
        <w:jc w:val="right"/>
      </w:pPr>
      <w:r>
        <w:t>اس بات پر کہ کسی نے تم کو توڑ دیا، کسی نے تم کو شکست دے دی۔</w:t>
      </w:r>
    </w:p>
    <w:p>
      <w:r>
        <w:rPr>
          <w:b/>
        </w:rPr>
        <w:t xml:space="preserve">[1:09:48] </w:t>
      </w:r>
      <w:r>
        <w:t>is qism ka احتجاج, is qism ki shikayat, khuda ke ghazab ko dawat dena hai.</w:t>
      </w:r>
    </w:p>
    <w:p>
      <w:pPr>
        <w:jc w:val="right"/>
      </w:pPr>
      <w:r>
        <w:t>اس قسم کا احتجاج، اس قسم کی شکایت، خدا کے غضب کو دعوت دینا ہے۔</w:t>
      </w:r>
    </w:p>
    <w:p>
      <w:r>
        <w:rPr>
          <w:b/>
        </w:rPr>
        <w:t xml:space="preserve">[1:09:56] </w:t>
      </w:r>
      <w:r>
        <w:t>itne zyada imkanat hain is dunya mein. itne zyada imkanat hain ke aap manfi ko musbat bana sakein.</w:t>
      </w:r>
    </w:p>
    <w:p>
      <w:pPr>
        <w:jc w:val="right"/>
      </w:pPr>
      <w:r>
        <w:t>اتنے زیادہ امکانات ہیں اس دنیا میں۔ اتنے زیادہ امکانات ہیں کہ آپ منفی کو مثبت بنا سکیں۔</w:t>
      </w:r>
    </w:p>
    <w:p>
      <w:r>
        <w:rPr>
          <w:b/>
        </w:rPr>
        <w:t xml:space="preserve">[1:10:07] </w:t>
      </w:r>
      <w:r>
        <w:t>apne apne manfi nuqtay ko musbat nuqta bana sakein. apne nuqsan ko faiday mein tabdeel kar sakein. jaisa quran mein aya hai ke "إن مال أثري أثري".</w:t>
      </w:r>
    </w:p>
    <w:p>
      <w:pPr>
        <w:jc w:val="right"/>
      </w:pPr>
      <w:r>
        <w:t>اپنے اپنے منفی نقطے کو مثبت نقطہ بنا سکیں۔ اپنے نقصان کو فائدے میں تبدیل کر سکیں۔ جیسا قرآن میں آیا ہے کہ "إن مال أثري أثري"۔</w:t>
      </w:r>
    </w:p>
    <w:p>
      <w:r>
        <w:rPr>
          <w:b/>
        </w:rPr>
        <w:t xml:space="preserve">[1:10:21] </w:t>
      </w:r>
      <w:r>
        <w:t>is ka matlab yeh hai ke is dunya mein har maslay ke sath moqa juri hui hai. har nahi ke sath aik hai laga hua hai.</w:t>
      </w:r>
    </w:p>
    <w:p>
      <w:pPr>
        <w:jc w:val="right"/>
      </w:pPr>
      <w:r>
        <w:t>اس کا مطلب یہ ہے کہ اس دنیا میں ہر مسئلے کے ساتھ موقع جڑی ہوئی ہے۔ ہر نہیں کے ساتھ ایک ہے لگا ہوا ہے۔</w:t>
      </w:r>
    </w:p>
    <w:p>
      <w:r>
        <w:rPr>
          <w:b/>
        </w:rPr>
        <w:t xml:space="preserve">[1:10:32] </w:t>
      </w:r>
      <w:r>
        <w:t>jahan nahi hai wohin hai.</w:t>
      </w:r>
    </w:p>
    <w:p>
      <w:pPr>
        <w:jc w:val="right"/>
      </w:pPr>
      <w:r>
        <w:t>جہاں نہیں ہے وہیں ہے ہے۔</w:t>
      </w:r>
    </w:p>
    <w:p>
      <w:r>
        <w:rPr>
          <w:b/>
        </w:rPr>
        <w:t xml:space="preserve">[1:10:37] </w:t>
      </w:r>
      <w:r>
        <w:t>kitna ajeeb hai yeh khuda ki yeh takhleeq.</w:t>
      </w:r>
    </w:p>
    <w:p>
      <w:pPr>
        <w:jc w:val="right"/>
      </w:pPr>
      <w:r>
        <w:t>کتنا عجیب ہے یہ خدا کی یہ تخلیق۔</w:t>
      </w:r>
    </w:p>
    <w:p>
      <w:r>
        <w:rPr>
          <w:b/>
        </w:rPr>
        <w:t xml:space="preserve">[1:10:42] </w:t>
      </w:r>
      <w:r>
        <w:t>ke moqay kahin khatam nahi hotay.</w:t>
      </w:r>
    </w:p>
    <w:p>
      <w:pPr>
        <w:jc w:val="right"/>
      </w:pPr>
      <w:r>
        <w:t>کہ مواقع کہیں ختم نہیں ہوتے۔</w:t>
      </w:r>
    </w:p>
    <w:p>
      <w:r>
        <w:rPr>
          <w:b/>
        </w:rPr>
        <w:t xml:space="preserve">[1:10:46] </w:t>
      </w:r>
      <w:r>
        <w:t>jo log yeh kehte hain. america se ek sahab aaye, ek muslim nojawan india mein mujh se mile.</w:t>
      </w:r>
    </w:p>
    <w:p>
      <w:pPr>
        <w:jc w:val="right"/>
      </w:pPr>
      <w:r>
        <w:t>جو لوگ یہ کہتے ہیں۔ امریکہ سے ایک صاحب آئے، ایک مسلم نوجوان انڈیا میں مجھ سے ملے۔</w:t>
      </w:r>
    </w:p>
    <w:p>
      <w:r>
        <w:rPr>
          <w:b/>
        </w:rPr>
        <w:t xml:space="preserve">[1:10:56] </w:t>
      </w:r>
      <w:r>
        <w:t>to unhon ne kaha ke yeh log kehte hain ke tum america se yahan chale aaye, yahan to koi scope nahi. to mein ne kaha ke scope nahi hai to isi liye to sab se bara scope yahan par hai.</w:t>
      </w:r>
    </w:p>
    <w:p>
      <w:pPr>
        <w:jc w:val="right"/>
      </w:pPr>
      <w:r>
        <w:t>تو انہوں نے کہا کہ یہ لوگ کہتے ہیں کہ تم امریکہ سے یہاں چلے آئے، یہاں تو کوئی سکوپ نہیں۔ تو میں نے کہا کہ سکوپ نہیں ہے تو اسی لیے تو سب سے بڑا سکوپ یہاں پر ہے۔</w:t>
      </w:r>
    </w:p>
    <w:p>
      <w:r>
        <w:rPr>
          <w:b/>
        </w:rPr>
        <w:t xml:space="preserve">[1:11:07] </w:t>
      </w:r>
      <w:r>
        <w:t>scope nahi to hamare liye challenge hai yahan par.</w:t>
      </w:r>
    </w:p>
    <w:p>
      <w:pPr>
        <w:jc w:val="right"/>
      </w:pPr>
      <w:r>
        <w:t>سکوپ نہیں تو ہمارے لیے چیلنج ہے یہاں پر۔</w:t>
      </w:r>
    </w:p>
    <w:p>
      <w:r>
        <w:rPr>
          <w:b/>
        </w:rPr>
        <w:t xml:space="preserve">[1:11:12] </w:t>
      </w:r>
      <w:r>
        <w:t>challenge hai, challenge sab se bara, sab se bari moqa hai.</w:t>
      </w:r>
    </w:p>
    <w:p>
      <w:pPr>
        <w:jc w:val="right"/>
      </w:pPr>
      <w:r>
        <w:t>چیلنج ہے، چیلنج سب سے بڑا، سب سے بڑی موقع ہے۔</w:t>
      </w:r>
    </w:p>
    <w:p>
      <w:r>
        <w:rPr>
          <w:b/>
        </w:rPr>
        <w:t xml:space="preserve">[1:11:18] </w:t>
      </w:r>
      <w:r>
        <w:t>wohi aaj dilli mein rehte hain, woh sahib, ab mashaa'llah bohat kaamyaab hain woh. is waqt toh bilkul mayoosi mein thay woh. jahan jaate, jis se milte, arey bhai kahan chalay aaye tum?</w:t>
      </w:r>
    </w:p>
    <w:p>
      <w:pPr>
        <w:jc w:val="right"/>
      </w:pPr>
      <w:r>
        <w:t>وہی آج دلی میں رہتے ہیں، وہ صاحب، اب ماشاءاللہ بہت کامیاب ہیں وہ۔ اس وقت تو بالکل مایوسی میں تھے وہ۔ جہاں جاتے، جس سے ملتے، ارے بھائی کہاں چلے آئے تم؟</w:t>
      </w:r>
    </w:p>
    <w:p>
      <w:r>
        <w:rPr>
          <w:b/>
        </w:rPr>
        <w:t xml:space="preserve">[1:11:28] </w:t>
      </w:r>
      <w:r>
        <w:t>indiyā mein kahan scope hai? aap logon ko jante honge, main in ka naam nahin loonga. isi dilli mein woh aaj kaamyaab hain.</w:t>
      </w:r>
    </w:p>
    <w:p>
      <w:pPr>
        <w:jc w:val="right"/>
      </w:pPr>
      <w:r>
        <w:t>انڈیا میں کہاں سکوپ ہے؟ آپ لوگوں کو جانتے ہوں گے، میں ان کا نام نہیں لوں گا۔ اسی دلی میں وہ آج کامیاب ہیں۔</w:t>
      </w:r>
    </w:p>
    <w:p>
      <w:r>
        <w:rPr>
          <w:b/>
        </w:rPr>
        <w:t xml:space="preserve">[1:11:38] </w:t>
      </w:r>
      <w:r>
        <w:t>jin ko ke log kehte thay yahan koi scope nahin hai. toh maine kaha scope na hona khud ek scope hai. kyun ke is ka matlab hai ke challenge hai.</w:t>
      </w:r>
    </w:p>
    <w:p>
      <w:pPr>
        <w:jc w:val="right"/>
      </w:pPr>
      <w:r>
        <w:t>جن کو کہ لوگ کہتے تھے یہاں کوئی سکوپ نہیں ہے۔ تو میں نے کہا سکوپ نہ ہونا خود ایک سکوپ ہے۔ کیوں کہ اس کا مطلب ہے کہ چیلنج ہے۔</w:t>
      </w:r>
    </w:p>
    <w:p>
      <w:r>
        <w:rPr>
          <w:b/>
        </w:rPr>
        <w:t xml:space="preserve">[1:11:47] </w:t>
      </w:r>
      <w:r>
        <w:t>challenge aap ki shakhsiyat ko badhata hai. aap ke potential ko bahar lata hai. challenge mamooli cheez nahin hai. challenge aap ko man se superman banata hai.</w:t>
      </w:r>
    </w:p>
    <w:p>
      <w:pPr>
        <w:jc w:val="right"/>
      </w:pPr>
      <w:r>
        <w:t>چیلنج آپ کی شخصیت کو بڑھاتا ہے۔ آپ کے پوٹینشل کو باہر لاتا ہے۔ چیلنج معمولی چیز نہیں ہے۔ چیلنج آپ کو مین سے سپر مین بناتا ہے۔</w:t>
      </w:r>
    </w:p>
    <w:p>
      <w:r>
        <w:rPr>
          <w:b/>
        </w:rPr>
        <w:t xml:space="preserve">[1:12:00] </w:t>
      </w:r>
      <w:r>
        <w:t>challenge aap ko hero bana deta hai.</w:t>
      </w:r>
    </w:p>
    <w:p>
      <w:pPr>
        <w:jc w:val="right"/>
      </w:pPr>
      <w:r>
        <w:t>چیلنج آپ کو ہیرو بنا دیتا ہے۔</w:t>
      </w:r>
    </w:p>
    <w:p>
      <w:r>
        <w:rPr>
          <w:b/>
        </w:rPr>
        <w:t xml:space="preserve">[1:12:05] </w:t>
      </w:r>
      <w:r>
        <w:t>jahan challenge hai wahan ziyada bari kaamyaabi ka scope hai. jahan scope bazahir dikhai na deta ho, wahan sab se bara, sab se bara scope maujood rehta hai.</w:t>
      </w:r>
    </w:p>
    <w:p>
      <w:pPr>
        <w:jc w:val="right"/>
      </w:pPr>
      <w:r>
        <w:t>جہاں چیلنج ہے وہاں زیادہ بڑی کامیابی کا سکوپ ہے۔ جہاں سکوپ بظاہر دکھائی نہ دیتا ہو، وہاں سب سے بڑا، سب سے بڑا سکوپ موجود رہتا ہے۔</w:t>
      </w:r>
    </w:p>
    <w:p>
      <w:r>
        <w:rPr>
          <w:b/>
        </w:rPr>
        <w:t xml:space="preserve">[1:12:17] </w:t>
      </w:r>
      <w:r>
        <w:t>toh baharhaal yeh hai fitrat ka sabaq. hum ko chahiye ke hum ek taraf Khuda ki kitaab ko parhein aur doosri taraf fitrat mein jo Khuda ne is ka, is ka jo numaaish de rakha hai,</w:t>
      </w:r>
    </w:p>
    <w:p>
      <w:pPr>
        <w:jc w:val="right"/>
      </w:pPr>
      <w:r>
        <w:t>تو بہرحال یہ ہے فطرت کا سبق۔ ہم کو چاہیے کہ ہم ایک طرف خدا کی کتاب کو پڑھیں اور دوسری طرف فطرت میں جو خدا نے اس کا، اس کا جو نمائش دے رکھا ہے،</w:t>
      </w:r>
    </w:p>
    <w:p>
      <w:r>
        <w:rPr>
          <w:b/>
        </w:rPr>
        <w:t xml:space="preserve">[1:12:32] </w:t>
      </w:r>
      <w:r>
        <w:t>fitrat is ka numaaish hai, Khuda ki taleemat ka. dono se sabaq lein aur sabaq le kar apni zindagi ki mansooba bandi karein.</w:t>
      </w:r>
    </w:p>
    <w:p>
      <w:pPr>
        <w:jc w:val="right"/>
      </w:pPr>
      <w:r>
        <w:t>فطرت اس کا نمائش ہے، خدا کی تعلیمات کا۔ دونوں سے سبق لیں اور سبق لے کر اپنی زندگی کی منصوبہ بندی کریں۔</w:t>
      </w:r>
    </w:p>
    <w:p>
      <w:r>
        <w:rPr>
          <w:b/>
        </w:rPr>
        <w:t xml:space="preserve">[1:12:44] </w:t>
      </w:r>
      <w:r>
        <w:t>Allah taala mujh ko aur aap ko tofeeq de aur har tarah hamari madad farmaye.</w:t>
      </w:r>
    </w:p>
    <w:p>
      <w:pPr>
        <w:jc w:val="right"/>
      </w:pPr>
      <w:r>
        <w:t>اللہ تعالیٰ مجھ کو اور آپ کو توفیق دے اور ہر طرح ہماری مدد فرمائے۔</w:t>
      </w:r>
    </w:p>
    <w:p>
      <w:r>
        <w:rPr>
          <w:b/>
        </w:rPr>
        <w:t xml:space="preserve">[1:12:55] </w:t>
      </w:r>
      <w:r>
        <w:t>aqool qawli hadha wa astaghfirullah li wa lakum ajmaeen.</w:t>
      </w:r>
    </w:p>
    <w:p>
      <w:pPr>
        <w:jc w:val="right"/>
      </w:pPr>
      <w:r>
        <w:t>أقول قولي هذا واستغفراللہ لي ولكم أجمعين.</w:t>
      </w:r>
    </w:p>
    <w:p>
      <w:r>
        <w:rPr>
          <w:b/>
        </w:rPr>
        <w:t xml:space="preserve">[1:13:13] </w:t>
      </w:r>
      <w:r>
        <w:t>this is a common question asked by navdeep, viney and myself. if nature does not provide any problem, then what should be called natural disasters like volcanic eruptions, earthquakes and tsunamis?</w:t>
      </w:r>
    </w:p>
    <w:p>
      <w:pPr>
        <w:jc w:val="right"/>
      </w:pPr>
      <w:r>
        <w:t>دس از ا کامن کوئسچن اسکڈ بائے نودیپ، ونی اینڈ مائی سیلف۔ اف نیچر ڈز ناٹ پرووائیڈ اینی پرابلم، دین واٹ شوڈ بی کالڈ نیچرل ڈیزاسٹرز لائک والکینک ایرپشنز، ارتھ کویکس اینڈ سونامیز؟</w:t>
      </w:r>
    </w:p>
    <w:p>
      <w:r>
        <w:rPr>
          <w:b/>
        </w:rPr>
        <w:t xml:space="preserve">[1:13:36] </w:t>
      </w:r>
      <w:r>
        <w:t>yeh bohat acha question hai aur yeh philosophers is ko problem of evil kehte hain.</w:t>
      </w:r>
    </w:p>
    <w:p>
      <w:pPr>
        <w:jc w:val="right"/>
      </w:pPr>
      <w:r>
        <w:t>یہ بہت اچھا کوئسچن ہے اور یہ فلاسفرز اس کو پرابلم آف ایول کہتے ہیں۔</w:t>
      </w:r>
    </w:p>
    <w:p>
      <w:r>
        <w:rPr>
          <w:b/>
        </w:rPr>
        <w:t xml:space="preserve">[1:13:46] </w:t>
      </w:r>
      <w:r>
        <w:t>dekhein, kisi bhi cheez ki jab study karein aap toh is ke saare aspect ko samne rakhna parta hai aur is usool ko bhi rakhna parta hai ke every rule has some exceptions.</w:t>
      </w:r>
    </w:p>
    <w:p>
      <w:pPr>
        <w:jc w:val="right"/>
      </w:pPr>
      <w:r>
        <w:t>دیکھیں، کسی بھی چیز کی جب اسٹڈی کریں آپ تو اس کے سارے ایسپیکٹ کو سامنے رکھنا پڑتا ہے اور اس اصول کو بھی رکھنا پڑتا ہے کہ ایوری رول ہیز سم ایکسیپشنز۔</w:t>
      </w:r>
    </w:p>
    <w:p>
      <w:r>
        <w:rPr>
          <w:b/>
        </w:rPr>
        <w:t xml:space="preserve">[1:14:04] </w:t>
      </w:r>
      <w:r>
        <w:t>main ne jo baat batai hai woh rule ki baat hai aur is mein exceptions bhi rehte hain. exception kyun hote hain? Khuda ne yeh duniya banai test ke liye</w:t>
      </w:r>
    </w:p>
    <w:p>
      <w:pPr>
        <w:jc w:val="right"/>
      </w:pPr>
      <w:r>
        <w:t>میں نے جو بات بتائی ہے وہ رول کی بات ہے اور اس میں ایکسیپشنز بھی رہتے ہیں۔ ایکسیپشن کیوں ہوتے ہیں؟ خدا نے یہ دنیا بنائی ٹیسٹ کے لیے</w:t>
      </w:r>
    </w:p>
    <w:p>
      <w:r>
        <w:rPr>
          <w:b/>
        </w:rPr>
        <w:t xml:space="preserve">[1:14:19] </w:t>
      </w:r>
      <w:r>
        <w:t>toh jo central theme hai woh base karti hai test par.</w:t>
      </w:r>
    </w:p>
    <w:p>
      <w:pPr>
        <w:jc w:val="right"/>
      </w:pPr>
      <w:r>
        <w:t>تو جو سینٹرل تھیم ہے وہ بیس کرتی ہے ٹیسٹ پر۔</w:t>
      </w:r>
    </w:p>
    <w:p>
      <w:r>
        <w:rPr>
          <w:b/>
        </w:rPr>
        <w:t xml:space="preserve">[1:14:26] </w:t>
      </w:r>
      <w:r>
        <w:t>toh ek aspect is ka woh hai jo main ne arz kiya aap ki khidmat mein lekin test hi ka doosra aspect yeh hai ke Khuda bar bar warning deta hai.</w:t>
      </w:r>
    </w:p>
    <w:p>
      <w:pPr>
        <w:jc w:val="right"/>
      </w:pPr>
      <w:r>
        <w:t>تو ایک ایسپیکٹ اس کا وہ ہے جو میں نے عرض کیا آپ کی خدمت میں لیکن ٹیسٹ ہی کا دوسرا ایسپیکٹ یہ ہے کہ خدا بار بار وارننگ دیتا ہے۔</w:t>
      </w:r>
    </w:p>
    <w:p>
      <w:r>
        <w:rPr>
          <w:b/>
        </w:rPr>
        <w:t xml:space="preserve">[1:14:36] </w:t>
      </w:r>
      <w:r>
        <w:t>warning yaad dilata hai ke duniya tumhare liye test ke liye hai. yeh nahin hai ke tum yahan par khoob aaram karo aur aaram karo, aaram karo aur chale jao.</w:t>
      </w:r>
    </w:p>
    <w:p>
      <w:pPr>
        <w:jc w:val="right"/>
      </w:pPr>
      <w:r>
        <w:t>وارننگ یاد دلاتا ہے کہ دنیا تمہارے لیے ٹیسٹ کے لیے ہے۔ یہ نہیں ہے کہ تم یہاں پر خوب آرام کرو اور آرام کرو، آرام کرو اور چلے جاؤ۔</w:t>
      </w:r>
    </w:p>
    <w:p>
      <w:r>
        <w:rPr>
          <w:b/>
        </w:rPr>
        <w:t xml:space="preserve">[1:14:49] </w:t>
      </w:r>
      <w:r>
        <w:t>tum accountable ho Khuda ke aage. day of judgement aanay wala hai.</w:t>
      </w:r>
    </w:p>
    <w:p>
      <w:pPr>
        <w:jc w:val="right"/>
      </w:pPr>
      <w:r>
        <w:t>تم اکاؤنٹیبل ہو خدا کے آگے۔ ڈے آف ججمنٹ آنے والا ہے۔</w:t>
      </w:r>
    </w:p>
    <w:p>
      <w:r>
        <w:rPr>
          <w:b/>
        </w:rPr>
        <w:t xml:space="preserve">[1:14:54] </w:t>
      </w:r>
      <w:r>
        <w:t>day of judgement ka yeh reminder hota hai. quran mein bataya gaya hai ke chote chote waqeaat bare hone wale day of judgement ko yaad dilate hain.</w:t>
      </w:r>
    </w:p>
    <w:p>
      <w:pPr>
        <w:jc w:val="right"/>
      </w:pPr>
      <w:r>
        <w:t>ڈے آف ججمنٹ کا یہ ریمائنڈر ہوتا ہے۔ قرآن میں بتایا گیا ہے کہ چھوٹے چھوٹے واقعات بڑے ہونے والے ڈے آف ججمنٹ کو یاد دلاتے ہیں۔</w:t>
      </w:r>
    </w:p>
    <w:p>
      <w:r>
        <w:rPr>
          <w:b/>
        </w:rPr>
        <w:t xml:space="preserve">[1:15:08] </w:t>
      </w:r>
      <w:r>
        <w:t>is ko quran mein kaha gaya an-naba al-'azim, bari khabar. yeh choti news bari news ko batane ke liye aati hai. toh Khuda jhanjhodne ke liye aisa karta hai.</w:t>
      </w:r>
    </w:p>
    <w:p>
      <w:pPr>
        <w:jc w:val="right"/>
      </w:pPr>
      <w:r>
        <w:t>اس کو قرآن میں کہا گیا النبو العظیم، بڑی خبر۔ یہ چھوٹی نیوز بڑی نیوز کو بتانے کے لیے آتی ہے۔ تو خدا جھجوڑنے کے لیے ایسا کرتا ہے۔</w:t>
      </w:r>
    </w:p>
    <w:p>
      <w:r>
        <w:rPr>
          <w:b/>
        </w:rPr>
        <w:t xml:space="preserve">[1:15:20] </w:t>
      </w:r>
      <w:r>
        <w:t>yeh hota hai shock treatment.</w:t>
      </w:r>
    </w:p>
    <w:p>
      <w:pPr>
        <w:jc w:val="right"/>
      </w:pPr>
      <w:r>
        <w:t>یہ ہوتا ہے شاک ٹریٹمنٹ۔</w:t>
      </w:r>
    </w:p>
    <w:p>
      <w:r>
        <w:rPr>
          <w:b/>
        </w:rPr>
        <w:t xml:space="preserve">[1:15:24] </w:t>
      </w:r>
      <w:r>
        <w:t>toh is ko samajhne ke liye jis ko philosophers kehte hain problem of evil toh woh God ko alag kar ke sochte hain. ke use plan ko alag kar ke sochte hain.</w:t>
      </w:r>
    </w:p>
    <w:p>
      <w:pPr>
        <w:jc w:val="right"/>
      </w:pPr>
      <w:r>
        <w:t>تو اس کو سمجھنے کے لیے جس کو فلاسفرز کہتے ہیں پرابلم آف ایول تو وہ گاڈ کو الگ کر کے سوچتے ہیں۔ کہ اسے پلان کو الگ کر کے سوچتے ہیں۔</w:t>
      </w:r>
    </w:p>
    <w:p>
      <w:r>
        <w:rPr>
          <w:b/>
        </w:rPr>
        <w:t xml:space="preserve">[1:15:36] </w:t>
      </w:r>
      <w:r>
        <w:t>toh un ke samne yeh sawal aata hai. yeh duniya Khuda ne is liye nahin banai hai ke yahin par aap apne paradise bana lein. yeh testing ground hai.</w:t>
      </w:r>
    </w:p>
    <w:p>
      <w:pPr>
        <w:jc w:val="right"/>
      </w:pPr>
      <w:r>
        <w:t>تو ان کے سامنے یہ سوال آتا ہے۔ یہ دنیا خدا نے اس لیے نہیں بنائی ہے کہ یہیں پر آپ اپنے پیراڈائز بنا لیں۔ یہ ٹیسٹنگ گراؤنڈ ہے۔</w:t>
      </w:r>
    </w:p>
    <w:p>
      <w:r>
        <w:rPr>
          <w:b/>
        </w:rPr>
        <w:t xml:space="preserve">[1:15:45] </w:t>
      </w:r>
      <w:r>
        <w:t>toh Khuda ne ek taraf bataya ke is is test mein qualify karne ke liye kya condition hai.</w:t>
      </w:r>
    </w:p>
    <w:p>
      <w:pPr>
        <w:jc w:val="right"/>
      </w:pPr>
      <w:r>
        <w:t>تو خدا نے ایک طرف بتایا کہ اس اس ٹیسٹ میں کوالیفائی کرنے کے لیے کیا کنڈیشن ہے۔</w:t>
      </w:r>
    </w:p>
    <w:p>
      <w:r>
        <w:rPr>
          <w:b/>
        </w:rPr>
        <w:t xml:space="preserve">[1:15:53] </w:t>
      </w:r>
      <w:r>
        <w:t>saath sath Khuda ne yeh bhi karta rehta hai Khuda ke aap ko warning deta hai, aap ko remind karta hai. toh all these things are just reminder jis ko aap disaster kehte hain,</w:t>
      </w:r>
    </w:p>
    <w:p>
      <w:pPr>
        <w:jc w:val="right"/>
      </w:pPr>
      <w:r>
        <w:t>ساتھ ساتھ خدا نے یہ بھی کرتا رہتا ہے خدا کہ آپ کو وارننگ دیتا ہے، آپ کو ریمائنڈ کرتا ہے۔ تو ال دیز تھنگز آر جسٹ ریمائنڈر جس کو آپ ڈیزاسٹر کہتے ہیں،</w:t>
      </w:r>
    </w:p>
    <w:p>
      <w:r>
        <w:rPr>
          <w:b/>
        </w:rPr>
        <w:t xml:space="preserve">[1:16:06] </w:t>
      </w:r>
      <w:r>
        <w:t>nechral disaster, woh woh disaster nahi hai, woh reminder hai Khuda ki taraf se.</w:t>
      </w:r>
    </w:p>
    <w:p>
      <w:pPr>
        <w:jc w:val="right"/>
      </w:pPr>
      <w:r>
        <w:t>نیچرل ڈیزاسٹر، وہ وہ ڈیزاسٹر نہیں ہے، وہ ریمائنڈر ہے خدا کی طرف سے۔</w:t>
      </w:r>
    </w:p>
    <w:p>
      <w:r>
        <w:rPr>
          <w:b/>
        </w:rPr>
        <w:t xml:space="preserve">[1:16:15] </w:t>
      </w:r>
      <w:r>
        <w:t>das question is from Naghma</w:t>
      </w:r>
    </w:p>
    <w:p>
      <w:pPr>
        <w:jc w:val="right"/>
      </w:pPr>
      <w:r>
        <w:t>دس کوئسچن از فرام نغمہ</w:t>
      </w:r>
    </w:p>
    <w:p>
      <w:r>
        <w:rPr>
          <w:b/>
        </w:rPr>
        <w:t xml:space="preserve">[1:16:18] </w:t>
      </w:r>
      <w:r>
        <w:t>haoo can we plan our life based on Quranic teachings and nature's model? please elaborate.</w:t>
      </w:r>
    </w:p>
    <w:p>
      <w:pPr>
        <w:jc w:val="right"/>
      </w:pPr>
      <w:r>
        <w:t>۔ ہاؤ کین وی پلان اور لائف بیسڈ ان قرآنک ٹیچنگز اینڈ نیچرز ماڈل؟ پلیز الیبوریٹ۔</w:t>
      </w:r>
    </w:p>
    <w:p>
      <w:r>
        <w:rPr>
          <w:b/>
        </w:rPr>
        <w:t xml:space="preserve">[1:16:32] </w:t>
      </w:r>
      <w:r>
        <w:t>main ne arz kiya tha ke</w:t>
      </w:r>
    </w:p>
    <w:p>
      <w:pPr>
        <w:jc w:val="right"/>
      </w:pPr>
      <w:r>
        <w:t>میں نے عرض کیا تھا کہ</w:t>
      </w:r>
    </w:p>
    <w:p>
      <w:r>
        <w:rPr>
          <w:b/>
        </w:rPr>
        <w:t xml:space="preserve">[1:16:36] </w:t>
      </w:r>
      <w:r>
        <w:t>aik nazariya woh hai ke thinking ko stop kar do. main is ko sahi nahi samajhta.</w:t>
      </w:r>
    </w:p>
    <w:p>
      <w:pPr>
        <w:jc w:val="right"/>
      </w:pPr>
      <w:r>
        <w:t>ایک نظریہ وہ ہے کہ تھنکنگ کو سٹاپ کر دو۔ میں اس کو صحیح نہیں سمجھتا۔</w:t>
      </w:r>
    </w:p>
    <w:p>
      <w:r>
        <w:rPr>
          <w:b/>
        </w:rPr>
        <w:t xml:space="preserve">[1:16:42] </w:t>
      </w:r>
      <w:r>
        <w:t>aap apni thinking ko active kijiye, matlab study kijiye, observe kijiye, baton ko samajhne ki koshish kijiye.</w:t>
      </w:r>
    </w:p>
    <w:p>
      <w:pPr>
        <w:jc w:val="right"/>
      </w:pPr>
      <w:r>
        <w:t>آپ اپنی تھنکنگ کو ایکٹیو کیجئے، مطلب اسٹڈی کیجئے، ابزرو کیجئے، باتوں کو سمجھنے کی کوشش کیجئے۔</w:t>
      </w:r>
    </w:p>
    <w:p>
      <w:r>
        <w:rPr>
          <w:b/>
        </w:rPr>
        <w:t xml:space="preserve">[1:16:51] </w:t>
      </w:r>
      <w:r>
        <w:t>yahi aik hi rasta hai ke aap sachai ko payein aur sachai wale raste par chalein. koi doosra rasta nahi, koi mysterious tareeqa nahi hai.</w:t>
      </w:r>
    </w:p>
    <w:p>
      <w:pPr>
        <w:jc w:val="right"/>
      </w:pPr>
      <w:r>
        <w:t>یہی ایک ہی راستہ ہے کہ آپ سچائی کو پائیں اور سچائی والے راستے پر چلیں۔ کوئی دوسرا راستہ نہیں، کوئی مسٹیریس طریقہ نہیں ہے۔</w:t>
      </w:r>
    </w:p>
    <w:p>
      <w:r>
        <w:rPr>
          <w:b/>
        </w:rPr>
        <w:t xml:space="preserve">[1:17:02] </w:t>
      </w:r>
      <w:r>
        <w:t>mysterious tareeqa koi bhi nahi hai. agar</w:t>
      </w:r>
    </w:p>
    <w:p>
      <w:pPr>
        <w:jc w:val="right"/>
      </w:pPr>
      <w:r>
        <w:t>مسٹیریس طریقہ کوئی بھی نہیں ہے۔ اگر</w:t>
      </w:r>
    </w:p>
    <w:p>
      <w:r>
        <w:rPr>
          <w:b/>
        </w:rPr>
        <w:t xml:space="preserve">[1:17:05] </w:t>
      </w:r>
      <w:r>
        <w:t>aap hain, aap ko sach much Khuda ke raste par chalna hai, aap ko Khuda ke paradise mein eternal jo jagah hai us pe apne liye lena hai jagah to aap ko yahi karna parega ke aik taraf Quran ko padhein, Khuda ki kitab ko padhein, nature ki study karein aur bohat hi seriously aik aik cheez ko dekhein.</w:t>
      </w:r>
    </w:p>
    <w:p>
      <w:pPr>
        <w:jc w:val="right"/>
      </w:pPr>
      <w:r>
        <w:t>آپ کین ہیں، آپ کو سچ مچ خدا کے راستے پر چلنا ہے، آپ کو خدا کے پیراڈائز میں ایٹرنل جو جگہ ہے اس پہ اپنے لیے لینا ہے جگہ تو آپ کو یہی کرنا پڑے گا کہ ایک طرف قرآن کو پڑھیں، خدا کی کتاب کو پڑھیں، نیچر کی اسٹڈی کریں اور بہت ہی سیریسلی ایک ایک چیز کو دیکھیں۔</w:t>
      </w:r>
    </w:p>
    <w:p>
      <w:r>
        <w:rPr>
          <w:b/>
        </w:rPr>
        <w:t xml:space="preserve">[1:17:30] </w:t>
      </w:r>
      <w:r>
        <w:t>bas yahi rasta hai kyunke yeh test diya ja raha hai. to test mein apne mind ko activate karna parega. jo aadmi apne mind ko activate na kare woh kabhi bhi sachai ko nahi payega.</w:t>
      </w:r>
    </w:p>
    <w:p>
      <w:pPr>
        <w:jc w:val="right"/>
      </w:pPr>
      <w:r>
        <w:t>بس یہی راستہ ہے کیونکہ یہ ٹیسٹ دیا جا رہا ہے۔ تو ٹیسٹ میں اپنے مائنڈ کو ایکٹیویٹ کرنا پڑے گا۔ جو آدمی اپنے مائنڈ کو ایکٹیویٹ نہ کرے وہ کبھی بھی سچائی کو نہیں پائے گا۔</w:t>
      </w:r>
    </w:p>
    <w:p>
      <w:r>
        <w:rPr>
          <w:b/>
        </w:rPr>
        <w:t xml:space="preserve">[1:17:45] </w:t>
      </w:r>
      <w:r>
        <w:t>again this is a common question asked by saints and sufis. why is man unpredictable and how to develop predictable character in a man?</w:t>
      </w:r>
    </w:p>
    <w:p>
      <w:pPr>
        <w:jc w:val="right"/>
      </w:pPr>
      <w:r>
        <w:t>اگین دس از ا کامن کوئسچن اسکڈ بائے ستی اینڈ صوفیا۔ وائی از مین ان پریڈکٹیبل اینڈ ہاؤ ٹو ڈیولپ پریڈکٹیبل کریکٹرز ان ا مین؟</w:t>
      </w:r>
    </w:p>
    <w:p>
      <w:r>
        <w:rPr>
          <w:b/>
        </w:rPr>
        <w:t xml:space="preserve">[1:18:01] </w:t>
      </w:r>
      <w:r>
        <w:t>yeh bara acha question hai. yeh us waqt aap samajh sakte hain jab aap dekhein ke Khuda ne nature ko</w:t>
      </w:r>
    </w:p>
    <w:p>
      <w:pPr>
        <w:jc w:val="right"/>
      </w:pPr>
      <w:r>
        <w:t>یہ بڑا اچھا کوئسچن ہے۔ یہ اس وقت آپ سمجھ سکتے ہیں جب آپ دیکھیں کہ خدا نے نیچر کو</w:t>
      </w:r>
    </w:p>
    <w:p>
      <w:r>
        <w:rPr>
          <w:b/>
        </w:rPr>
        <w:t xml:space="preserve">[1:18:15] </w:t>
      </w:r>
      <w:r>
        <w:t>nature ke sath compulsion rakha hai. insaan ke liye azadi di hai. aap nature mein dekhte hain ke compulsorily woh nature follow karti hai aik hi path ko.</w:t>
      </w:r>
    </w:p>
    <w:p>
      <w:pPr>
        <w:jc w:val="right"/>
      </w:pPr>
      <w:r>
        <w:t>نیچر کے ساتھ کمپلسن رکھا ہے۔ انسان کے لیے آزادی دی ہے۔ آپ نیچر میں دیکھتے ہیں کہ کمپلسولی وہ نیچر فالو کرتی ہے ایک ہی پاتھ کو۔</w:t>
      </w:r>
    </w:p>
    <w:p>
      <w:r>
        <w:rPr>
          <w:b/>
        </w:rPr>
        <w:t xml:space="preserve">[1:18:29] </w:t>
      </w:r>
      <w:r>
        <w:t>in law of nature se poori poori woh govern, yani Khuda ke jo laws hain us se govern ho rahi hai poori nature. insaan ko Khuda ne azadi di hai isi liye woh predictable nahi banta.</w:t>
      </w:r>
    </w:p>
    <w:p>
      <w:pPr>
        <w:jc w:val="right"/>
      </w:pPr>
      <w:r>
        <w:t>ان لاء آف نیچر سے پوری پوری وہ گورن، یعنی خدا کے جو لاز ہیں اس سے گورن ہو رہی ہے پوری نیچر۔ انسان کو خدا نے آزادی دی ہے اسی لیے وہ پریڈیٹیبل نہیں بنتا۔</w:t>
      </w:r>
    </w:p>
    <w:p>
      <w:r>
        <w:rPr>
          <w:b/>
        </w:rPr>
        <w:t xml:space="preserve">[1:18:40] </w:t>
      </w:r>
      <w:r>
        <w:t>predictable na banne ka matlab yeh hai apni freedom ko misuse karna. kyunke nature ko yeh nature ko yeh mauqa Khuda ne nahi diya hai ke woh apni freedom ko misuse kare.</w:t>
      </w:r>
    </w:p>
    <w:p>
      <w:pPr>
        <w:jc w:val="right"/>
      </w:pPr>
      <w:r>
        <w:t>پریڈیٹیبل نہ بننے کا مطلب یہ ہے اپنی فریڈم کو مس یوز کرنا۔ کیونکہ نیچر کو یہ نیچر کو یہ موقع خدا نے نہیں دیا ہے کہ وہ اپنی فریڈم کو مس یوز کرے۔</w:t>
      </w:r>
    </w:p>
    <w:p>
      <w:r>
        <w:rPr>
          <w:b/>
        </w:rPr>
        <w:t xml:space="preserve">[1:18:56] </w:t>
      </w:r>
      <w:r>
        <w:t>isi liye woh compulsorily predictable ban gayi hai. compulsorily insaan ko apne ikhtiyar se isi raste ko follow karna hai.</w:t>
      </w:r>
    </w:p>
    <w:p>
      <w:pPr>
        <w:jc w:val="right"/>
      </w:pPr>
      <w:r>
        <w:t>اس لیے وہ کمپلسولی پریڈکٹیبل بن گئی ہے۔ کمپلسولی انسان کو اپنے اختیار سے اسی راستے کو فالو کرنا ہے۔</w:t>
      </w:r>
    </w:p>
    <w:p>
      <w:r>
        <w:rPr>
          <w:b/>
        </w:rPr>
        <w:t xml:space="preserve">[1:19:06] </w:t>
      </w:r>
      <w:r>
        <w:t>aur yahi to jannat ka certificate hai.</w:t>
      </w:r>
    </w:p>
    <w:p>
      <w:pPr>
        <w:jc w:val="right"/>
      </w:pPr>
      <w:r>
        <w:t>اور یہی تو جنت کا سرٹیفیکیٹ ہے۔</w:t>
      </w:r>
    </w:p>
    <w:p>
      <w:r>
        <w:rPr>
          <w:b/>
        </w:rPr>
        <w:t xml:space="preserve">[1:19:10] </w:t>
      </w:r>
      <w:r>
        <w:t>yani jo kaam baqi nature compulsorily kar rahi hai isi kaam ko insaan apni azadi ke se kare.</w:t>
      </w:r>
    </w:p>
    <w:p>
      <w:pPr>
        <w:jc w:val="right"/>
      </w:pPr>
      <w:r>
        <w:t>یعنی جو کام بقیہ نیچر کمپلسولی کر رہی ہے اسی کام کو انسان اپنی آزادی کے سے کرے۔</w:t>
      </w:r>
    </w:p>
    <w:p>
      <w:r>
        <w:rPr>
          <w:b/>
        </w:rPr>
        <w:t xml:space="preserve">[1:19:22] </w:t>
      </w:r>
      <w:r>
        <w:t>isi isi se yani isi se woh is qabil banta hai ke jannat mein jagah pa</w:t>
      </w:r>
    </w:p>
    <w:p>
      <w:pPr>
        <w:jc w:val="right"/>
      </w:pPr>
      <w:r>
        <w:t>اسی اسی سے یعنی اسی سے وہ اس قابل بنتا ہے کہ جنت میں جگہ پائ</w:t>
      </w:r>
    </w:p>
    <w:p>
      <w:r>
        <w:rPr>
          <w:b/>
        </w:rPr>
        <w:t xml:space="preserve">[1:19:30] </w:t>
      </w:r>
      <w:r>
        <w:t>e. main aik misaal arz karunga ke second caliph jo the Hazrat Umar, Umar Farooq to aisa hua ke jab prophet ki death hui to unhone elaan kar diya ke death nahi hui hai.</w:t>
      </w:r>
    </w:p>
    <w:p>
      <w:pPr>
        <w:jc w:val="right"/>
      </w:pPr>
      <w:r>
        <w:t>ے۔ میں ایک مثال عرض کروں گا کہ سیکنڈ کالیف جو تھے حضرت عمر، عمر فاروق تو ایسا ہوا کہ جب پرافٹ کی ڈیتھ ہوئی تو انہوں نے اعلان کر دیا کہ ڈیتھ نہیں ہوئی ہے۔</w:t>
      </w:r>
    </w:p>
    <w:p>
      <w:r>
        <w:rPr>
          <w:b/>
        </w:rPr>
        <w:t xml:space="preserve">[1:19:45] </w:t>
      </w:r>
      <w:r>
        <w:t>aur jo kahega ke prophet ki death ho gayi to main us ko talwar liye hue tha ke main talwar se un ko maar dalunga. woh bohat hi strong aadmi the, bohat hi pehalwan aadmi the.</w:t>
      </w:r>
    </w:p>
    <w:p>
      <w:pPr>
        <w:jc w:val="right"/>
      </w:pPr>
      <w:r>
        <w:t>اور جو کہے گا کہ پرافٹ کی ڈیتھ ہو گئی تو میں اس کو تلوار لیے ہوئے تھے کہ میں تلوار سے ان کو مار ڈالوں گا۔ وہ بہت ہی سٹرانگ آدمی تھے، بہت ہی پہلوان آدمی تھے۔</w:t>
      </w:r>
    </w:p>
    <w:p>
      <w:r>
        <w:rPr>
          <w:b/>
        </w:rPr>
        <w:t xml:space="preserve">[1:19:56] </w:t>
      </w:r>
      <w:r>
        <w:t>to wahan khare ho gaye. woh aik tha jagah Saqifa Bani Sa'ada Madina mein. wahan saare log jama jama the. to woh kehte the koi yeh na bole ke prophet ki death ho gayi hai, warna main us ko maar dalunga.</w:t>
      </w:r>
    </w:p>
    <w:p>
      <w:pPr>
        <w:jc w:val="right"/>
      </w:pPr>
      <w:r>
        <w:t>تو وہاں کھڑے ہوگئے۔ وہ ایک تھا جگہ سقیفہ بنی سعادہ مدینہ میں۔ وہاں سارے لوگ اکٹھا اکٹھا تھے۔ تو وہ کہتے تھے کوئی یہ نہ بولے کہ پرافٹ کی ڈیتھ ہو گئی ہے، ورنہ میں اس کو مار ڈالوں گا۔</w:t>
      </w:r>
    </w:p>
    <w:p>
      <w:r>
        <w:rPr>
          <w:b/>
        </w:rPr>
        <w:t xml:space="preserve">[1:20:11] </w:t>
      </w:r>
      <w:r>
        <w:t>ab wahan par aik ajeeb halat paida ho gayi. log un ko kehte the, samjhate the, sunte nahi the. woh yahan tak ke jo senior sab se senior the, Abu Bakr Siddiq, woh aaye.</w:t>
      </w:r>
    </w:p>
    <w:p>
      <w:pPr>
        <w:jc w:val="right"/>
      </w:pPr>
      <w:r>
        <w:t>اب وہاں پر ایک عجیب حالت پیدا ہوگئی۔ لوگ ان کو کہتے تھے، سمجھاتے تھے، سنتے نہیں تھے۔ وہ یہاں تک کہ جو سینئر سب سے سینئر تھے، ابوبکر صدیق، وہ آئے۔</w:t>
      </w:r>
    </w:p>
    <w:p>
      <w:r>
        <w:rPr>
          <w:b/>
        </w:rPr>
        <w:t xml:space="preserve">[1:20:24] </w:t>
      </w:r>
      <w:r>
        <w:t>unhone kaha ke Abu Bakr chup. unhone kaha ke Umar chup raho. lekin unhone senior jo the un ki bhi baat nahi maani.</w:t>
      </w:r>
    </w:p>
    <w:p>
      <w:pPr>
        <w:jc w:val="right"/>
      </w:pPr>
      <w:r>
        <w:t>انہوں نے کہا کہ ابوبکر چپ۔ انہوں نے کہا کہ عمر چپ رہو۔ لیکن انہوں نے سینئر جو تھے ان کی بھی بات نہیں مانی۔</w:t>
      </w:r>
    </w:p>
    <w:p>
      <w:r>
        <w:rPr>
          <w:b/>
        </w:rPr>
        <w:t xml:space="preserve">[1:20:35] </w:t>
      </w:r>
      <w:r>
        <w:t>to kya hua ke Abu Bakr Siddiq jo the alag khare ho kar woh speech dene lage. jab unhone dekha ke Umar samjhayein, yahan se maan nahi rahe hain to unhone khare ho kar ke address karna shuru kiya un logon ko jo wahan jama the.</w:t>
      </w:r>
    </w:p>
    <w:p>
      <w:pPr>
        <w:jc w:val="right"/>
      </w:pPr>
      <w:r>
        <w:t>تو کیا ہوا کہ ابوبکر صدیق جو تھے الگ کھڑے ہو کر وہ اسپیچ دینے لگے۔ جب انہوں نے دیکھا کہ عمر سمجھائیں، یہاں سے مان نہیں رہے ہیں تو انہوں نے کھڑے ہو کر کے ایڈریس کرنا شروع کیا ان لوگوں کو جو وہاں اکٹھا تھے۔</w:t>
      </w:r>
    </w:p>
    <w:p>
      <w:r>
        <w:rPr>
          <w:b/>
        </w:rPr>
        <w:t xml:space="preserve">[1:20:52] </w:t>
      </w:r>
      <w:r>
        <w:t>is mein unhon ne quran ki aik ayat parhi thi.</w:t>
      </w:r>
    </w:p>
    <w:p>
      <w:pPr>
        <w:jc w:val="right"/>
      </w:pPr>
      <w:r>
        <w:t>اس میں انہوں نے قرآن کی ایک آیت پڑھ دی۔</w:t>
      </w:r>
    </w:p>
    <w:p>
      <w:r>
        <w:rPr>
          <w:b/>
        </w:rPr>
        <w:t xml:space="preserve">[1:20:57] </w:t>
      </w:r>
      <w:r>
        <w:t>woh ayat yeh thi ke wa ma muhammadun illa basharun qad khalath min qablihi alrusulu afa-in mata quliba alaa iqabikum wa mai yanqalib alaa iqabihi falan yadurra allaha shai-an wa sayajzi allahu alshakirina</w:t>
      </w:r>
    </w:p>
    <w:p>
      <w:pPr>
        <w:jc w:val="right"/>
      </w:pPr>
      <w:r>
        <w:t>وہ آیت یہ تھی کہ وما محمد الا رسول قد خلق من قبل الرسل افی مات قلبتم علی عقابکم وینقلب علی عقبہ فلی اللہ شیعہ وسید اللہ الشاکرین</w:t>
      </w:r>
    </w:p>
    <w:p>
      <w:r>
        <w:rPr>
          <w:b/>
        </w:rPr>
        <w:t xml:space="preserve">[1:21:14] </w:t>
      </w:r>
      <w:r>
        <w:t>is ka matlab yeh hai ke muhammad to sirf aik insan thay aur agar woh qatl kar diye jayen aur agar woh mar jayen to kya tum ulte ulte paon phir jaoge?</w:t>
      </w:r>
    </w:p>
    <w:p>
      <w:pPr>
        <w:jc w:val="right"/>
      </w:pPr>
      <w:r>
        <w:t>اس کا مطلب یہ ہے کہ محمد تو صرف ایک انسان تھے اور اگر وہ قتل کر دیے جائیں اور اگر وہ مر جائیں تو کیا تم الٹے الٹے پاؤں پھر جاؤ گے؟</w:t>
      </w:r>
    </w:p>
    <w:p>
      <w:r>
        <w:rPr>
          <w:b/>
        </w:rPr>
        <w:t xml:space="preserve">[1:21:30] </w:t>
      </w:r>
      <w:r>
        <w:t>aur jo ulte paon phire to woh khuda kuch bigarega nahin.</w:t>
      </w:r>
    </w:p>
    <w:p>
      <w:pPr>
        <w:jc w:val="right"/>
      </w:pPr>
      <w:r>
        <w:t>اور جو الٹے پاؤں پھرے تو وہ خدا کچھ بگاڑے گا نہیں۔</w:t>
      </w:r>
    </w:p>
    <w:p>
      <w:r>
        <w:rPr>
          <w:b/>
        </w:rPr>
        <w:t xml:space="preserve">[1:21:34] </w:t>
      </w:r>
      <w:r>
        <w:t>yeh ayat jab parhi unhon ne to umar farooq kehte hain ke yeh ayat sunte hi mera haal yeh hua ke mere mera paon mere bojh ko saharne ke qabil nahin raha.</w:t>
      </w:r>
    </w:p>
    <w:p>
      <w:pPr>
        <w:jc w:val="right"/>
      </w:pPr>
      <w:r>
        <w:t>یہ آیت جب پڑھی انہوں نے تو عمر فاروق کہتے ہیں کہ یہ آیت سنتے ہی میرا حال یہ ہوا کہ میرے میرا پاؤں میرے بوجھ کو سہارنے کے قابل نہیں رہا۔</w:t>
      </w:r>
    </w:p>
    <w:p>
      <w:r>
        <w:rPr>
          <w:b/>
        </w:rPr>
        <w:t xml:space="preserve">[1:21:50] </w:t>
      </w:r>
      <w:r>
        <w:t>literally woh zameen pe gir padey. woh ab dekhen ke yeh jo yeh jo quran ki ayat thi kuch shabdh thay bas aur kya thay is mein</w:t>
      </w:r>
    </w:p>
    <w:p>
      <w:pPr>
        <w:jc w:val="right"/>
      </w:pPr>
      <w:r>
        <w:t>لٹرلی وہ زمین پہ گر پڑے۔ وہ اب دیکھیں کہ یہ جو یہ جو قرآن کی آیت تھی کچھ शब्द تھے بس اور کیا تھے اس میں</w:t>
      </w:r>
    </w:p>
    <w:p>
      <w:r>
        <w:rPr>
          <w:b/>
        </w:rPr>
        <w:t xml:space="preserve">[1:22:01] </w:t>
      </w:r>
      <w:r>
        <w:t>? sabzi to thay woh lekin unhon ne mehsoos kiya yeh sab khuda ki taraf se hain. to is ko unhon ne itna seriously liya ke woh gir padey zameen par.</w:t>
      </w:r>
    </w:p>
    <w:p>
      <w:pPr>
        <w:jc w:val="right"/>
      </w:pPr>
      <w:r>
        <w:t>؟ سبزی تو تھے وہ لیکن انہوں نے محسوس کیا یہ سب خدا کی طرف سے ہیں۔ تو اس کو انہوں نے اتنا سیریسلی لیا کہ وہ گر پڑے زمین پر۔</w:t>
      </w:r>
    </w:p>
    <w:p>
      <w:r>
        <w:rPr>
          <w:b/>
        </w:rPr>
        <w:t xml:space="preserve">[1:22:15] </w:t>
      </w:r>
      <w:r>
        <w:t>to kaha ke unhon ne is se pehle apni freedom ko misuse kar rahe thay. woh ab unhon ne apni freedom ko misuse karna chhod diya aur khuda ke aage surrender kar diya.</w:t>
      </w:r>
    </w:p>
    <w:p>
      <w:pPr>
        <w:jc w:val="right"/>
      </w:pPr>
      <w:r>
        <w:t>تو کہا کہ انہوں نے اس سے پہلے اپنی فریڈم کو مس یوز کر رہے تھے۔ وہ اب انہوں نے اپنی فریڈم کو مس یوز کرنا چھوڑ دیا اور خدا کے آگے سرینڈر کر دیا۔</w:t>
      </w:r>
    </w:p>
    <w:p>
      <w:r>
        <w:rPr>
          <w:b/>
        </w:rPr>
        <w:t xml:space="preserve">[1:22:25] </w:t>
      </w:r>
      <w:r>
        <w:t>yeh hai insan ko karna ke rest of the universe jo hai compulsorily khuda ke qanoon ko follow kar rahi hai.</w:t>
      </w:r>
    </w:p>
    <w:p>
      <w:pPr>
        <w:jc w:val="right"/>
      </w:pPr>
      <w:r>
        <w:t>یہ ہے انسان کو کرنا کہ ریسٹ آف دا یونیورس جو ہے کمپلسولی خدا کے قانون کو فالو کر رہی ہے۔</w:t>
      </w:r>
    </w:p>
    <w:p>
      <w:r>
        <w:rPr>
          <w:b/>
        </w:rPr>
        <w:t xml:space="preserve">[1:22:35] </w:t>
      </w:r>
      <w:r>
        <w:t>insan ko apne ikhtiyar se is ko follow karna hai aur yeh kaam hoga soch ke zariye se, thinking ke zariye se. apni thinking ko aap jagayen, aap study karen, aap observe karen,</w:t>
      </w:r>
    </w:p>
    <w:p>
      <w:pPr>
        <w:jc w:val="right"/>
      </w:pPr>
      <w:r>
        <w:t>انسان کو اپنے اختیار سے اس کو فالو کرنا ہے اور یہ کام ہوگا سوچ کے ذریعے سے، تھنکنگ کے ذریعے سے۔ اپنی تھنکنگ کو آپ جگائیں، آپ اسٹڈی کریں، آپ ابزرو کریں،</w:t>
      </w:r>
    </w:p>
    <w:p>
      <w:r>
        <w:rPr>
          <w:b/>
        </w:rPr>
        <w:t xml:space="preserve">[1:22:49] </w:t>
      </w:r>
      <w:r>
        <w:t>analysis karen cheezon ka. koi bhi doosra process is ke liye possible nahin hai.</w:t>
      </w:r>
    </w:p>
    <w:p>
      <w:pPr>
        <w:jc w:val="right"/>
      </w:pPr>
      <w:r>
        <w:t>انالیسز کریں چیزوں کا۔ کوئی بھی دوسرا پراسیس اس کے لیے پاسیبل نہیں ہے۔</w:t>
      </w:r>
    </w:p>
    <w:p>
      <w:r>
        <w:rPr>
          <w:b/>
        </w:rPr>
        <w:t xml:space="preserve">[1:22:57] </w:t>
      </w:r>
      <w:r>
        <w:t>this question is from sadia. i don't practice a lot of things that a momin does. well i have to correct myself completely before i do dawa work?</w:t>
      </w:r>
    </w:p>
    <w:p>
      <w:pPr>
        <w:jc w:val="right"/>
      </w:pPr>
      <w:r>
        <w:t>دس کوئسچن از فرام سعدیہ۔ ائی ڈونٹ پریکٹس ا لاٹ آف تھنگز دیٹ ا مومن ڈز۔ ویل ائی ہیو ٹو کریکٹ مائی سیلف کمپلیٹلی بیفور ائی ڈو داوا ورک؟</w:t>
      </w:r>
    </w:p>
    <w:p>
      <w:r>
        <w:rPr>
          <w:b/>
        </w:rPr>
        <w:t xml:space="preserve">[1:23:13] </w:t>
      </w:r>
      <w:r>
        <w:t>nahin, aisi koi condition nahin hai. dawa work ke liye yeh kitabon mein likha hua hai ke amal ki shart nahin hai.</w:t>
      </w:r>
    </w:p>
    <w:p>
      <w:pPr>
        <w:jc w:val="right"/>
      </w:pPr>
      <w:r>
        <w:t>نہیں، ایسی کوئی کنڈیشن نہیں ہے۔ داوا ورک کے لیے یہ کتابوں میں لکھا ہوا ہے کہ عمل کی شرط نہیں ہے۔</w:t>
      </w:r>
    </w:p>
    <w:p>
      <w:r>
        <w:rPr>
          <w:b/>
        </w:rPr>
        <w:t xml:space="preserve">[1:23:25] </w:t>
      </w:r>
      <w:r>
        <w:t>aaj kal aik fallacy phaili hui hai ke pehle apne aap ko theek karo, phir dawa work karo. yeh bilashubah galat hai. quran mein hai na hadith mein hai.</w:t>
      </w:r>
    </w:p>
    <w:p>
      <w:pPr>
        <w:jc w:val="right"/>
      </w:pPr>
      <w:r>
        <w:t>آج کل ایک فلیسی پھیلی ہوئی ہے کہ پہلے اپنے آپ کو ٹھیک کرو، پھر دعویٰ ورک کرو۔ یہ بلاشبہ غلط ہے۔ قرآن میں ہے نہ حدیث میں ہے۔</w:t>
      </w:r>
    </w:p>
    <w:p>
      <w:r>
        <w:rPr>
          <w:b/>
        </w:rPr>
        <w:t xml:space="preserve">[1:23:36] </w:t>
      </w:r>
      <w:r>
        <w:t>jaise hi aadmi par sachai khule, us par farz hota hai ho jata hai ke woh doosron ko bataye. to do yeh alag alag cheezen hain.</w:t>
      </w:r>
    </w:p>
    <w:p>
      <w:pPr>
        <w:jc w:val="right"/>
      </w:pPr>
      <w:r>
        <w:t>جیسے ہی آدمی پر سچائی کھلے، اس پر فرض ہوتا ہے ہو جاتا ہے کہ وہ دوسروں کو بتائے۔ تو دو یہ الگ الگ چیزیں ہیں۔</w:t>
      </w:r>
    </w:p>
    <w:p>
      <w:r>
        <w:rPr>
          <w:b/>
        </w:rPr>
        <w:t xml:space="preserve">[1:23:46] </w:t>
      </w:r>
      <w:r>
        <w:t>aik hai jis sachai ko aap ne jana hai, us ko aap logon ko batayen. aur jahan tak apni apne aap ka taalluq hai aur jo kaam apni zaat ke liye karna hai, woh karte rahen.</w:t>
      </w:r>
    </w:p>
    <w:p>
      <w:pPr>
        <w:jc w:val="right"/>
      </w:pPr>
      <w:r>
        <w:t>ایک ہے جس سچائی کو آپ نے جانا ہے، اس کو آپ لوگوں کو بتائیں۔ اور جہاں تک اپنی اپنے آپ کا تعلق ہے اور جو کام اپنی ذات کے لیے کرنا ہے، وہ کرتے رہیں۔</w:t>
      </w:r>
    </w:p>
    <w:p>
      <w:r>
        <w:rPr>
          <w:b/>
        </w:rPr>
        <w:t xml:space="preserve">[1:24:00] </w:t>
      </w:r>
      <w:r>
        <w:t>aur jo nahin ho raha, us ke liye dua karte rahen. jo kami hai amal ke aitbar se, us ke liye dua karte rehna aur jani hui baat logon ko batate rehna, yahi hai sachha tareeqa.</w:t>
      </w:r>
    </w:p>
    <w:p>
      <w:pPr>
        <w:jc w:val="right"/>
      </w:pPr>
      <w:r>
        <w:t>اور جو نہیں ہو رہا، اس کے لیے دعا کرتے رہیں۔ جو کمی ہے عمل کے اعتبار سے، اس کے لیے دعا کرتے رہنا اور جانی ہوئی بات لوگوں کو بتاتے رہنا، یہی ہے سچا طریقہ۔</w:t>
      </w:r>
    </w:p>
    <w:p>
      <w:r>
        <w:rPr>
          <w:b/>
        </w:rPr>
        <w:t xml:space="preserve">[1:24:15] </w:t>
      </w:r>
      <w:r>
        <w:t>this question is from faraz. as human, we all have anguishes in us and we all want a medium to release them.</w:t>
      </w:r>
    </w:p>
    <w:p>
      <w:pPr>
        <w:jc w:val="right"/>
      </w:pPr>
      <w:r>
        <w:t>دس کوئسچن از فرام فراز۔ ایز ہیومن، وی آل ہیو اینگوشز ان اس اینڈ وی آل وانٹ ا میڈیم ٹو ریلیز دیم۔</w:t>
      </w:r>
    </w:p>
    <w:p>
      <w:r>
        <w:rPr>
          <w:b/>
        </w:rPr>
        <w:t xml:space="preserve">[1:24:26] </w:t>
      </w:r>
      <w:r>
        <w:t>please suggest right medium for the purpose.</w:t>
      </w:r>
    </w:p>
    <w:p>
      <w:pPr>
        <w:jc w:val="right"/>
      </w:pPr>
      <w:r>
        <w:t>پلیز سجیسٹ رائٹ میڈیم فار دی پرپس۔</w:t>
      </w:r>
    </w:p>
    <w:p>
      <w:r>
        <w:rPr>
          <w:b/>
        </w:rPr>
        <w:t xml:space="preserve">[1:24:36] </w:t>
      </w:r>
      <w:r>
        <w:t>koi example dijiye, aap kis qism ka? aage ah d</w:t>
      </w:r>
    </w:p>
    <w:p>
      <w:pPr>
        <w:jc w:val="right"/>
      </w:pPr>
      <w:r>
        <w:t>کوئی ایگزامپل دیجئے، آپ کس قسم کا؟ اگے اہ ڈ</w:t>
      </w:r>
    </w:p>
    <w:p>
      <w:r>
        <w:rPr>
          <w:b/>
        </w:rPr>
        <w:t xml:space="preserve">[1:24:43] </w:t>
      </w:r>
      <w:r>
        <w:t>front anguishes, some desires, some unfulfilled desires.</w:t>
      </w:r>
    </w:p>
    <w:p>
      <w:pPr>
        <w:jc w:val="right"/>
      </w:pPr>
      <w:r>
        <w:t>فرنٹ اینگوشز، سم ڈیزائر، سم ان فلفل ڈیزائرز۔</w:t>
      </w:r>
    </w:p>
    <w:p>
      <w:r>
        <w:rPr>
          <w:b/>
        </w:rPr>
        <w:t xml:space="preserve">[1:24:50] </w:t>
      </w:r>
      <w:r>
        <w:t>dekhen, hamare liye aik hi rasta hai, woh hai sabr. desires jo hamare sine mein jaagti hain, woh kabhi bhi poori nahin hongi,</w:t>
      </w:r>
    </w:p>
    <w:p>
      <w:pPr>
        <w:jc w:val="right"/>
      </w:pPr>
      <w:r>
        <w:t>دیکھیں، ہمارے لیے ایک ہی راستہ ہے، وہ ہے صبر۔ ڈیزائر جو ہمارے سینے میں جاگتی ہیں، وہ کبھی بھی پوری نہیں ہوں گی،</w:t>
      </w:r>
    </w:p>
    <w:p>
      <w:r>
        <w:rPr>
          <w:b/>
        </w:rPr>
        <w:t xml:space="preserve">[1:25:04] </w:t>
      </w:r>
      <w:r>
        <w:t>kabhi bhi nahin poori hongi.</w:t>
      </w:r>
    </w:p>
    <w:p>
      <w:pPr>
        <w:jc w:val="right"/>
      </w:pPr>
      <w:r>
        <w:t>کبھی بھی نہیں پوری ہوں گی۔</w:t>
      </w:r>
    </w:p>
    <w:p>
      <w:r>
        <w:rPr>
          <w:b/>
        </w:rPr>
        <w:t xml:space="preserve">[1:25:07] </w:t>
      </w:r>
      <w:r>
        <w:t>to is mein is ke siwa koi doosra option hamare liye nahin hai ke unfulfilled desires par sabr karen. jo kuch mil raha hai, us par contentment ka tareeqa ikhtiyar karen aur jo zimmedari hai dawa work ki, woh karte rahen.</w:t>
      </w:r>
    </w:p>
    <w:p>
      <w:pPr>
        <w:jc w:val="right"/>
      </w:pPr>
      <w:r>
        <w:t>تو اس میں اس کے سوا کوئی دوسرا آپشن ہمارے لیے نہیں ہے کہ ان فلفل ڈیزائر پر صبر کریں۔ جو کچھ مل رہا ہے، اس پر کنٹینٹمنٹ کا طریقہ اختیار کریں اور جو ذمہ داری ہے دعویٰ ورک کی، وہ کرتے رہیں۔</w:t>
      </w:r>
    </w:p>
    <w:p>
      <w:r>
        <w:rPr>
          <w:b/>
        </w:rPr>
        <w:t xml:space="preserve">[1:25:26] </w:t>
      </w:r>
      <w:r>
        <w:t>agar hum is par lage ke desires hamari sari poori hon aur logon se hamein shikayaten na hon, sara jo mahaul hai, woh hamare liye smooth ho jaye to aisa kabhi bhi nahin hoga.</w:t>
      </w:r>
    </w:p>
    <w:p>
      <w:pPr>
        <w:jc w:val="right"/>
      </w:pPr>
      <w:r>
        <w:t>اگر ہم اس پر لگے کہ ڈیزائر ہماری ساری پوری ہوں اور لوگوں سے ہمیں شکایتیں نہ ہوں، سارا جو ماحول ہے، وہ ہمارے لیے سموتھ ہو جائے تو ایسا کبھی بھی نہیں ہوگا۔</w:t>
      </w:r>
    </w:p>
    <w:p>
      <w:r>
        <w:rPr>
          <w:b/>
        </w:rPr>
        <w:t xml:space="preserve">[1:25:40] </w:t>
      </w:r>
      <w:r>
        <w:t>yeh duniya mein aise log rahenge jo aap ko bura bhala kahen, jo aap ko satayen, jo aap ko nuqsan pohanchayen. yeh bhi hamesha rahega ke aap ki desire kabhi poori na ho.</w:t>
      </w:r>
    </w:p>
    <w:p>
      <w:pPr>
        <w:jc w:val="right"/>
      </w:pPr>
      <w:r>
        <w:t>یہ دنیا میں ایسے لوگ رہیں گے جو آپ کو برا بھلا کہیں، جو آپ کو ستائیں، جو آپ کو نقصان پہنچائیں۔ یہ بھی ہمیشہ رہے گا کہ آپ کی ڈیزائر کبھی پوری نہ ہوں۔</w:t>
      </w:r>
    </w:p>
    <w:p>
      <w:r>
        <w:rPr>
          <w:b/>
        </w:rPr>
        <w:t xml:space="preserve">[1:25:50] </w:t>
      </w:r>
      <w:r>
        <w:t>yeh sab kuch hota rahega.</w:t>
      </w:r>
    </w:p>
    <w:p>
      <w:pPr>
        <w:jc w:val="right"/>
      </w:pPr>
      <w:r>
        <w:t>یہ سب کچھ ہوتا رہے گا۔</w:t>
      </w:r>
    </w:p>
    <w:p>
      <w:r>
        <w:rPr>
          <w:b/>
        </w:rPr>
        <w:t xml:space="preserve">[1:25:52] </w:t>
      </w:r>
      <w:r>
        <w:t>hadees mein aata hai, woh ek bohat achha formula ke jis aadmi ke paas ek servant ho, subah shaam khane ke liye ho aur peene ke liye pani ho,</w:t>
      </w:r>
    </w:p>
    <w:p>
      <w:pPr>
        <w:jc w:val="right"/>
      </w:pPr>
      <w:r>
        <w:t>حدیث میں آتا ہے، وہ ایک بہت اچھا فارمولا کہ جس آدمی کے پاس ایک سرونٹ ہو، صبح شام کھانے کے لیے ہو اور پینے کے لیے پانی ہو،</w:t>
      </w:r>
    </w:p>
    <w:p>
      <w:r>
        <w:rPr>
          <w:b/>
        </w:rPr>
        <w:t xml:space="preserve">[1:26:11] </w:t>
      </w:r>
      <w:r>
        <w:t>aur ek chhota sa ghar ho jis mein woh reh sake, toh fakannama hui hui duniya bihadha fi raha toh goya ke us ko sari duniya mil gayi.</w:t>
      </w:r>
    </w:p>
    <w:p>
      <w:pPr>
        <w:jc w:val="right"/>
      </w:pPr>
      <w:r>
        <w:t>اور ایک چھوٹا سا گھر ہو جس میں وہ رہ سکے، تو فكانما ہوئی ہوئی دنیا بہذا فی رہا تو گویا کہ اس کو ساری دنیا مل گئی۔</w:t>
      </w:r>
    </w:p>
    <w:p>
      <w:r>
        <w:rPr>
          <w:b/>
        </w:rPr>
        <w:t xml:space="preserve">[1:26:22] </w:t>
      </w:r>
      <w:r>
        <w:t>toh goya ke us ko sari hi duniya mil gayi. is mein dekhen kya bataya gaya hai: aap ki jo need hai, bas us par aap ko qanaat karna chahiye.</w:t>
      </w:r>
    </w:p>
    <w:p>
      <w:pPr>
        <w:jc w:val="right"/>
      </w:pPr>
      <w:r>
        <w:t>تو گویا کہ اس کو ساری ہی دنیا مل گئی۔ اس میں دیکھیں کیا بتایا گیا ہے: آپ کی جو نیڈ ہے، بس اس پر آپ کو قناعت کرنا چاہیے۔</w:t>
      </w:r>
    </w:p>
    <w:p>
      <w:r>
        <w:rPr>
          <w:b/>
        </w:rPr>
        <w:t xml:space="preserve">[1:26:33] </w:t>
      </w:r>
      <w:r>
        <w:t>need kya hai?</w:t>
      </w:r>
    </w:p>
    <w:p>
      <w:pPr>
        <w:jc w:val="right"/>
      </w:pPr>
      <w:r>
        <w:t>نیڈ کیا ہے؟</w:t>
      </w:r>
    </w:p>
    <w:p>
      <w:r>
        <w:rPr>
          <w:b/>
        </w:rPr>
        <w:t xml:space="preserve">[1:26:34] </w:t>
      </w:r>
      <w:r>
        <w:t>ek chhota sa ghar ho, ek servant ho, subah shaam khane aur peene ka saman ho, bas us par contentment agar aa jaye aadmi ko toh sare jo negative thought hain, woh apne aap khatam ho jayenge.</w:t>
      </w:r>
    </w:p>
    <w:p>
      <w:pPr>
        <w:jc w:val="right"/>
      </w:pPr>
      <w:r>
        <w:t>ایک چھوٹا سا گھر ہو، ایک سرونٹ ہو، صبح شام کھانے اور پینے کا سامان ہو، بس اس پر کنٹینٹمنٹ اگر آ جائے آدمی کو تو سارے جو نیگیٹیو تھاٹ ہیں، وہ اپنے آپ ختم ہو جائیں گے۔</w:t>
      </w:r>
    </w:p>
    <w:p>
      <w:r>
        <w:rPr>
          <w:b/>
        </w:rPr>
        <w:t xml:space="preserve">[1:26:56] </w:t>
      </w:r>
      <w:r>
        <w:t>das question is from aisha. what is the best time to be in communion with god?</w:t>
      </w:r>
    </w:p>
    <w:p>
      <w:pPr>
        <w:jc w:val="right"/>
      </w:pPr>
      <w:r>
        <w:t>دس کوئسچن از فرام عائشہ۔ واٹ از دی بیسٹ ٹائم ٹو بی ان کمیونین ود گاڈ؟</w:t>
      </w:r>
    </w:p>
    <w:p>
      <w:r>
        <w:rPr>
          <w:b/>
        </w:rPr>
        <w:t xml:space="preserve">[1:27:07] </w:t>
      </w:r>
      <w:r>
        <w:t>dekhen, is ka taluq time se nahi hai. yeh ek bohat badi fallacy hai ke log time se jodte hain.</w:t>
      </w:r>
    </w:p>
    <w:p>
      <w:pPr>
        <w:jc w:val="right"/>
      </w:pPr>
      <w:r>
        <w:t>دیکھیں، اس کا تعلق ٹائم سے نہیں ہے۔ یہ ایک بہت بڑی فلیسی ہے کہ لوگ ٹائم سے جوڑتے ہیں۔</w:t>
      </w:r>
    </w:p>
    <w:p>
      <w:r>
        <w:rPr>
          <w:b/>
        </w:rPr>
        <w:t xml:space="preserve">[1:27:16] </w:t>
      </w:r>
      <w:r>
        <w:t>falan time mein ibadat zyada afzal hai, falan time mein dua zyada qabool hoti hai. yeh sab mere nazdeek baseless baaten hain.</w:t>
      </w:r>
    </w:p>
    <w:p>
      <w:pPr>
        <w:jc w:val="right"/>
      </w:pPr>
      <w:r>
        <w:t>فلاں ٹائم میں عبادت زیادہ افضل ہے، فلاں ٹائم میں دعا زیادہ قبول ہوتی ہے۔ یہ سب میرے نزدیک بیسلیس باتیں ہیں۔</w:t>
      </w:r>
    </w:p>
    <w:p>
      <w:r>
        <w:rPr>
          <w:b/>
        </w:rPr>
        <w:t xml:space="preserve">[1:27:27] </w:t>
      </w:r>
      <w:r>
        <w:t>jis waqt aap ke dil mein khuda ki yaad ka toofan jaage, wohi time hai khuda se contact karne ka. woh kab jaagega, is ka koi pata nahi,</w:t>
      </w:r>
    </w:p>
    <w:p>
      <w:pPr>
        <w:jc w:val="right"/>
      </w:pPr>
      <w:r>
        <w:t>جس وقت آپ کے دل میں خدا کی یاد کا طوفان جاگے، وہی ٹائم ہے خدا سے کنٹیکٹ کرنے کا۔ وہ کب جاگے گا، اس کا کوئی پتہ نہیں،</w:t>
      </w:r>
    </w:p>
    <w:p>
      <w:r>
        <w:rPr>
          <w:b/>
        </w:rPr>
        <w:t xml:space="preserve">[1:27:37] </w:t>
      </w:r>
      <w:r>
        <w:t>koi is ka pata nahi. khuda se taluq kisi time se nahi jodta, kisi jagah se nahi jodta, kyunke muqaddas jagah hai.</w:t>
      </w:r>
    </w:p>
    <w:p>
      <w:pPr>
        <w:jc w:val="right"/>
      </w:pPr>
      <w:r>
        <w:t>کوئی اس کا پتہ نہیں۔ خدا سے تعلق کسی ٹائم سے نہیں جوڑتا، کسی جگہ سے نہیں جوڑتا، کیونکہ مقدس جگہ ہے۔</w:t>
      </w:r>
    </w:p>
    <w:p>
      <w:r>
        <w:rPr>
          <w:b/>
        </w:rPr>
        <w:t xml:space="preserve">[1:27:46] </w:t>
      </w:r>
      <w:r>
        <w:t>wahan chale jayen toh wahan dua qabool ho jayegi, ya koi khaas time hai, us waqt kahin toh dua qabool ho jayegi. yeh sab baseless khayalat hain.</w:t>
      </w:r>
    </w:p>
    <w:p>
      <w:pPr>
        <w:jc w:val="right"/>
      </w:pPr>
      <w:r>
        <w:t>وہاں چلے جائیں تو وہاں دعا قبول ہو جائے گی، یا کوئی خاص ٹائم ہے، اس وقت کہیں تو دعا قبول ہو جائے گی۔ یہ سب بیسلیس خیالات ہیں۔</w:t>
      </w:r>
    </w:p>
    <w:p>
      <w:r>
        <w:rPr>
          <w:b/>
        </w:rPr>
        <w:t xml:space="preserve">[1:27:57] </w:t>
      </w:r>
      <w:r>
        <w:t>khuda ko khuda se contact ka lamha woh hota hai jab ke aap ke dil mein khuda ki yaad, jab ke aap dil khuda ki yaad se tadap uthe.</w:t>
      </w:r>
    </w:p>
    <w:p>
      <w:pPr>
        <w:jc w:val="right"/>
      </w:pPr>
      <w:r>
        <w:t>خدا کو خدا سے کنٹیکٹ کا لمحہ وہ ہوتا ہے جب کہ آپ کے دل میں خدا کی یاد، جب کہ آپ دل خدا کی یاد سے تڑپ اٹھے۔</w:t>
      </w:r>
    </w:p>
    <w:p>
      <w:r>
        <w:rPr>
          <w:b/>
        </w:rPr>
        <w:t xml:space="preserve">[1:28:08] </w:t>
      </w:r>
      <w:r>
        <w:t>bas jis waqt aap ke dil mein khuda ki yaad tadpe, toh wohi waqt hota hai khuda se jodne ka. hadees mein aata hai ke zikrullah khaliyan tafadhtana best time jo bataya gaya, best time woh kya hai?</w:t>
      </w:r>
    </w:p>
    <w:p>
      <w:pPr>
        <w:jc w:val="right"/>
      </w:pPr>
      <w:r>
        <w:t>بس جس وقت آپ کے دل میں خدا کی یاد تڑپے، تو وہی وقت ہوتا ہے خدا سے جوڑنے کا۔ حدیث میں آتا ہے کہ ذکر اللہ خالیا ففاضتنا بیسٹ ٹائم جو بتایا گیا، بیسٹ ٹائم وہ کیا ہے؟</w:t>
      </w:r>
    </w:p>
    <w:p>
      <w:r>
        <w:rPr>
          <w:b/>
        </w:rPr>
        <w:t xml:space="preserve">[1:28:25] </w:t>
      </w:r>
      <w:r>
        <w:t>zikrullah khaliyan tafadhtana yani khuda ko yaad kiya tanhai mein, aur us ki aankhen beh padin. yeh hai time, yeh time hai ke us ne yaad kiya khuda ko tanhai mein,</w:t>
      </w:r>
    </w:p>
    <w:p>
      <w:pPr>
        <w:jc w:val="right"/>
      </w:pPr>
      <w:r>
        <w:t>ذکر اللہ خالیا ففاضتنا یعنی خدا کو یاد کیا تنہائی میں، اور اس کی آنکھیں بہہ پڑیں۔ یہ ہے ٹائم، یہ ٹائم ہے کہ اس نے یاد کیا خدا کو تنہائی میں،</w:t>
      </w:r>
    </w:p>
    <w:p>
      <w:r>
        <w:rPr>
          <w:b/>
        </w:rPr>
        <w:t xml:space="preserve">[1:28:42] </w:t>
      </w:r>
      <w:r>
        <w:t>aur us ki aankhen beh padin. is mein dekhen, yeh baat nikal rahi hai ke jalson mein loud speaker pe jo taqreeren, woh duaen hoti hain, woh woh kuch bhi nahi hain, woh nothing hain.</w:t>
      </w:r>
    </w:p>
    <w:p>
      <w:pPr>
        <w:jc w:val="right"/>
      </w:pPr>
      <w:r>
        <w:t>اور اس کی آنکھیں بہہ پڑیں۔ اس میں دیکھیں، یہ بات نکل رہی ہے کہ جلسوں میں لاؤڈ سپیکر پہ جو تقریریں، وہ دعائیں ہوتی ہیں، وہ وہ کچھ بھی نہیں ہیں، وہ نتھنگ ہیں۔</w:t>
      </w:r>
    </w:p>
    <w:p>
      <w:r>
        <w:rPr>
          <w:b/>
        </w:rPr>
        <w:t xml:space="preserve">[1:28:52] </w:t>
      </w:r>
      <w:r>
        <w:t>woh</w:t>
      </w:r>
    </w:p>
    <w:p>
      <w:pPr>
        <w:jc w:val="right"/>
      </w:pPr>
      <w:r>
        <w:t>وہ</w:t>
      </w:r>
    </w:p>
    <w:p>
      <w:r>
        <w:rPr>
          <w:b/>
        </w:rPr>
        <w:t xml:space="preserve">[1:28:55] </w:t>
      </w:r>
      <w:r>
        <w:t>yani loud speaker, loud speaker par taqreer ke andaaz mein duaen karna, yeh kuch bhi nahi hai. aur log ameen, ameen keh rahe hain, woh Islam mein kuch bhi nahi, is ki koi haqeeqat nahi hai.</w:t>
      </w:r>
    </w:p>
    <w:p>
      <w:pPr>
        <w:jc w:val="right"/>
      </w:pPr>
      <w:r>
        <w:t>یعنی لاؤڈ سپیکر، لاؤڈ سپیکر پر تقریر کے انداز میں دعائیں کرنا، یہ کچھ بھی نہیں ہے۔ اور لوگ آمین، آمین کہہ رہے ہیں، وہ اسلام میں کچھ بھی نہیں، اس کی کوئی حقیقت نہیں ہے۔</w:t>
      </w:r>
    </w:p>
    <w:p>
      <w:r>
        <w:rPr>
          <w:b/>
        </w:rPr>
        <w:t xml:space="preserve">[1:29:05] </w:t>
      </w:r>
      <w:r>
        <w:t>woh kyunke yeh hadees saaf hai ke zikrullah khaliyan tafadhtana tanhai mein yaad kiya us ne khuda ko, aur itni shiddat se yaad kiya ke aankhen beh padin, yani aankhon se aansuon ka sailab nikal pada.</w:t>
      </w:r>
    </w:p>
    <w:p>
      <w:pPr>
        <w:jc w:val="right"/>
      </w:pPr>
      <w:r>
        <w:t>وہ کیونکہ یہ حدیث صاف ہے کہ ذکر اللہ خالیا ففاضتنا تنہائی میں یاد کیا اس نے خدا کو، اور اتنی شدت سے یاد کیا کہ آنکھیں بہہ پڑیں، یعنی آنکھوں سے آنسوؤں کا سیلاب نکل پڑا۔</w:t>
      </w:r>
    </w:p>
    <w:p>
      <w:r>
        <w:rPr>
          <w:b/>
        </w:rPr>
        <w:t xml:space="preserve">[1:29:22] </w:t>
      </w:r>
      <w:r>
        <w:t>toh asal time jab ke aap ka khuda se contact banta hai, woh yeh hai.</w:t>
      </w:r>
    </w:p>
    <w:p>
      <w:pPr>
        <w:jc w:val="right"/>
      </w:pPr>
      <w:r>
        <w:t>تو اصل ٹائم جب کہ آپ کا خدا سے کنٹیکٹ بنتا ہے، وہ یہ ہے۔</w:t>
      </w:r>
    </w:p>
    <w:p>
      <w:r>
        <w:rPr>
          <w:b/>
        </w:rPr>
        <w:t xml:space="preserve">[1:29:31] </w:t>
      </w:r>
      <w:r>
        <w:t>das question is from sofia. who is an unconditional guru?</w:t>
      </w:r>
    </w:p>
    <w:p>
      <w:pPr>
        <w:jc w:val="right"/>
      </w:pPr>
      <w:r>
        <w:t>دس کوئسچن از فرام صوفیا۔ ہو از این ان کنڈیشنل گرو؟</w:t>
      </w:r>
    </w:p>
    <w:p>
      <w:r>
        <w:rPr>
          <w:b/>
        </w:rPr>
        <w:t xml:space="preserve">[1:29:41] </w:t>
      </w:r>
      <w:r>
        <w:t>yeh bohat difficult question hai,</w:t>
      </w:r>
    </w:p>
    <w:p>
      <w:pPr>
        <w:jc w:val="right"/>
      </w:pPr>
      <w:r>
        <w:t>یہ بہت ڈیفیکلٹ کوئسچن ہے،</w:t>
      </w:r>
    </w:p>
    <w:p>
      <w:r>
        <w:rPr>
          <w:b/>
        </w:rPr>
        <w:t xml:space="preserve">[1:29:44] </w:t>
      </w:r>
      <w:r>
        <w:t>mujhe bhi nahi maloom is ka jawab, kyunke dekhen, yeh subjective cheez hai, objective cheez nahi hai. koi objective criteria nahi bana sakte aap unconditional guru ka.</w:t>
      </w:r>
    </w:p>
    <w:p>
      <w:pPr>
        <w:jc w:val="right"/>
      </w:pPr>
      <w:r>
        <w:t>مجھے بھی نہیں معلوم اس کا جواب، کیونکہ دیکھیں، یہ سبجیکٹو چیز ہے، ابجیکٹو چیز نہیں ہے۔ کوئی ابجیکٹو کرائٹیریا نہیں بنا سکتے آپ ان کنڈیشنل گرو کا۔</w:t>
      </w:r>
    </w:p>
    <w:p>
      <w:r>
        <w:rPr>
          <w:b/>
        </w:rPr>
        <w:t xml:space="preserve">[1:30:01] </w:t>
      </w:r>
      <w:r>
        <w:t>yeh completely ek subjective cheez hai, yani is ka taluq faith se hai.</w:t>
      </w:r>
    </w:p>
    <w:p>
      <w:pPr>
        <w:jc w:val="right"/>
      </w:pPr>
      <w:r>
        <w:t>یہ کمپلیٹلی ایک سبجیکٹو چیز ہے، یعنی اس کا تعلق فیتھ سے ہے۔</w:t>
      </w:r>
    </w:p>
    <w:p>
      <w:r>
        <w:rPr>
          <w:b/>
        </w:rPr>
        <w:t xml:space="preserve">[1:30:09] </w:t>
      </w:r>
      <w:r>
        <w:t>mein samajhta hoon ke yeh to bohat zaroori hai ke aap ka guru koi ho, koi murshid ho, kyun ke har aadmi ke paas is ka time nahi hota ke sachai ko, yaani bohat ziyada detail ke sath, woh jaane.</w:t>
      </w:r>
    </w:p>
    <w:p>
      <w:pPr>
        <w:jc w:val="right"/>
      </w:pPr>
      <w:r>
        <w:t>میں سمجھتا ہوں کہ یہ تو بہت ضروری ہے کہ آپ کا گرو کوئی ہو، کوئی مرشد ہو، کیوں کہ ہر آدمی کے پاس اس کا ٹائم نہیں ہوتا کہ سچائی کو، یعنی بہت زیادہ ڈیٹیل کے ساتھ، وہ جانے۔</w:t>
      </w:r>
    </w:p>
    <w:p>
      <w:r>
        <w:rPr>
          <w:b/>
        </w:rPr>
        <w:t xml:space="preserve">[1:30:24] </w:t>
      </w:r>
      <w:r>
        <w:t>time logon ke paas nahi hota hai. to jab har aadmi ke paas time nahi hai, to practical solution kya hai?</w:t>
      </w:r>
    </w:p>
    <w:p>
      <w:pPr>
        <w:jc w:val="right"/>
      </w:pPr>
      <w:r>
        <w:t>ٹائم لوگوں کے پاس نہیں ہوتا ہے۔ تو جب ہر آدمی کے پاس ٹائم نہیں ہے، تو پریکٹیکل سلویوشن کیا ہے؟</w:t>
      </w:r>
    </w:p>
    <w:p>
      <w:r>
        <w:rPr>
          <w:b/>
        </w:rPr>
        <w:t xml:space="preserve">[1:30:31] </w:t>
      </w:r>
      <w:r>
        <w:t>jis par aap ko faith ho, jis par aap trust kar sakein, jis ke mutaliq aap jaanein ke yeh mujh se ziyada is ko pata hai, aur woh honest hai, to is ko aap guru bana lijeye.</w:t>
      </w:r>
    </w:p>
    <w:p>
      <w:pPr>
        <w:jc w:val="right"/>
      </w:pPr>
      <w:r>
        <w:t>جس پر آپ کو فیتھ ہو، جس پر آپ ٹرسٹ کر سکیں، جس کے متعلق آپ جانیں کہ یہ مجھ سے زیادہ اس کو پتہ ہے، اور وہ اونسٹ ہے، تو اس کو آپ گرو بنا لیجئے۔</w:t>
      </w:r>
    </w:p>
    <w:p>
      <w:r>
        <w:rPr>
          <w:b/>
        </w:rPr>
        <w:t xml:space="preserve">[1:30:46] </w:t>
      </w:r>
      <w:r>
        <w:t>mein samajhta hoon ke guru ka jo concept hai India ke tradition mein, woh bohat sahi hai, lekin guru ko Khuda samajhna yeh galat hai.</w:t>
      </w:r>
    </w:p>
    <w:p>
      <w:pPr>
        <w:jc w:val="right"/>
      </w:pPr>
      <w:r>
        <w:t>میں سمجھتا ہوں کہ گرو کا جو کانسیپٹ ہے انڈیا کے ٹریڈیشن میں، وہ بہت صحیح ہے، لیکن گرو کو خدا سمجھنا یہ غلط ہے۔</w:t>
      </w:r>
    </w:p>
    <w:p>
      <w:r>
        <w:rPr>
          <w:b/>
        </w:rPr>
        <w:t xml:space="preserve">[1:30:59] </w:t>
      </w:r>
      <w:r>
        <w:t>agar aap samjhein guru jo hai wahi Khuda hai, to yeh to galat hai, lekin aik guide ke taur par, aik murshid ke taur par, aik rehnuma ke taur par, bohat zaroori hai ke aap ka aik guru ho.</w:t>
      </w:r>
    </w:p>
    <w:p>
      <w:pPr>
        <w:jc w:val="right"/>
      </w:pPr>
      <w:r>
        <w:t>اگر آپ سمجھیں گرو جو ہے وہی خدا ہے، تو یہ تو غلط ہے، لیکن ایک گائیڈ کے طور پر، ایک مرشد کے طور پر، ایک رہنما کے طور پر، بہت ضروری ہے کہ آپ کا ایک گرو ہو۔</w:t>
      </w:r>
    </w:p>
    <w:p>
      <w:r>
        <w:rPr>
          <w:b/>
        </w:rPr>
        <w:t xml:space="preserve">[1:31:11] </w:t>
      </w:r>
      <w:r>
        <w:t>mein samajhta hoon ke har aadmi ka aik guru hona chahiye, aur is ke baghair zindagi aap sahi tareeqe par guzaar nahi sakte. aur kuch log aise hote hain ke guru ko na pehchanne ki wajah se har din naya guru banate hain.</w:t>
      </w:r>
    </w:p>
    <w:p>
      <w:pPr>
        <w:jc w:val="right"/>
      </w:pPr>
      <w:r>
        <w:t>میں سمجھتا ہوں کہ ہر آدمی کا ایک گرو ہونا چاہیے، اور اس کے بغیر زندگی آپ صحیح طریقے پر گزار نہیں سکتے۔ اور کچھ لوگ ایسے ہوتے ہیں کہ گرو کو نہ پہچاننے کی وجہ سے ہر دن نیا گرو بناتے ہیں۔</w:t>
      </w:r>
    </w:p>
    <w:p>
      <w:r>
        <w:rPr>
          <w:b/>
        </w:rPr>
        <w:t xml:space="preserve">[1:31:26] </w:t>
      </w:r>
      <w:r>
        <w:t>jaisa ke aik shair hai kisi ka ke chalta hoon thori door har ik raah ro ke sath pehchanta nahi hoon abhi rahbar ko mein.</w:t>
      </w:r>
    </w:p>
    <w:p>
      <w:pPr>
        <w:jc w:val="right"/>
      </w:pPr>
      <w:r>
        <w:t>جیسا کہ ایک شعر ہے کسی کا کہ چلتا ہوں تھوڑی دور ہر اک راہ رو کے ساتھ پہچانتا نہیں ہوں ابھی راہبر کو میں۔</w:t>
      </w:r>
    </w:p>
    <w:p>
      <w:r>
        <w:rPr>
          <w:b/>
        </w:rPr>
        <w:t xml:space="preserve">[1:31:38] </w:t>
      </w:r>
      <w:r>
        <w:t>to aadmi ko aisi pehchan honi chahiye ke jis ko pakar liya ho to pakar liya. rozana naya guru banana jo hai, is mein apni zindagi ko aap yaani kamyab nahi kar sakeinge.</w:t>
      </w:r>
    </w:p>
    <w:p>
      <w:pPr>
        <w:jc w:val="right"/>
      </w:pPr>
      <w:r>
        <w:t>تو آدمی کو ایسی پہچان ہونی چاہیے کہ جس کو پکڑ لیا ہو تو پکڑ لیا۔ روزانہ نیا گرو بنانا جو ہے، اس میں اپنی زندگی کو آپ یعنی کامیاب نہیں کر سکیں گے۔</w:t>
      </w:r>
    </w:p>
    <w:p>
      <w:r>
        <w:rPr>
          <w:b/>
        </w:rPr>
        <w:t xml:space="preserve">[1:31:53] </w:t>
      </w:r>
      <w:r>
        <w:t>mein samajhta hoon ke sirf aik hi surat hai jab ke aap guru ko chhoden, woh hai dishonesty establish ho jaye.</w:t>
      </w:r>
    </w:p>
    <w:p>
      <w:pPr>
        <w:jc w:val="right"/>
      </w:pPr>
      <w:r>
        <w:t>میں سمجھتا ہوں کہ صرف ایک ہی صورت ہے جب کہ آپ گرو کو چھوڑیں، وہ ہے ڈس اونیسٹی اسٹیبلش ہو جائے۔</w:t>
      </w:r>
    </w:p>
    <w:p>
      <w:r>
        <w:rPr>
          <w:b/>
        </w:rPr>
        <w:t xml:space="preserve">[1:32:02] </w:t>
      </w:r>
      <w:r>
        <w:t>yaani mein kisi guru banaoon to is ko mujhe pakde rehna chahiye us waqt tak jab tak ke woh dis honest sabit na ho jaye.</w:t>
      </w:r>
    </w:p>
    <w:p>
      <w:pPr>
        <w:jc w:val="right"/>
      </w:pPr>
      <w:r>
        <w:t>یعنی میں کسی گرو بناؤں تو اس کو مجھے پکڑے رہنا چاہیے اس وقت تک جب تک کہ وہ ڈس اونسٹ ثابت نہ ہو جائے۔</w:t>
      </w:r>
    </w:p>
    <w:p>
      <w:r>
        <w:rPr>
          <w:b/>
        </w:rPr>
        <w:t xml:space="preserve">[1:32:13] </w:t>
      </w:r>
      <w:r>
        <w:t>sab se yaani honesty aur dishonesty yahi woh cheez hai, yaani yahi wohi crucial test hai jis se is ka faisla hota hai.</w:t>
      </w:r>
    </w:p>
    <w:p>
      <w:pPr>
        <w:jc w:val="right"/>
      </w:pPr>
      <w:r>
        <w:t>سب سے یعنی اونیسٹی اور ڈس اونیسٹی یہی وہ چیز ہے، یعنی یہی وہی کروشل ٹیسٹ ہے جس سے اس کا فیصلہ ہوتا ہے۔</w:t>
      </w:r>
    </w:p>
    <w:p>
      <w:r>
        <w:rPr>
          <w:b/>
        </w:rPr>
        <w:t xml:space="preserve">[1:32:25] </w:t>
      </w:r>
      <w:r>
        <w:t>das question is from doctor Fareeda Khanum. what are the conditions to draw spiritual lessons from nature?</w:t>
      </w:r>
    </w:p>
    <w:p>
      <w:pPr>
        <w:jc w:val="right"/>
      </w:pPr>
      <w:r>
        <w:t>دس کوئسچن از فرام ڈاکٹر فریدہ خانم۔ واٹ ار دی کنڈیشنز ٹو ڈرا سپریچول لیسنز فرام نیچر؟</w:t>
      </w:r>
    </w:p>
    <w:p>
      <w:r>
        <w:rPr>
          <w:b/>
        </w:rPr>
        <w:t xml:space="preserve">[1:32:38] </w:t>
      </w:r>
      <w:r>
        <w:t>dekhein, yeh bhi aik subjective baat hai,</w:t>
      </w:r>
    </w:p>
    <w:p>
      <w:pPr>
        <w:jc w:val="right"/>
      </w:pPr>
      <w:r>
        <w:t>دیکھیں، یہ بھی ایک سبجیکٹو بات ہے،</w:t>
      </w:r>
    </w:p>
    <w:p>
      <w:r>
        <w:rPr>
          <w:b/>
        </w:rPr>
        <w:t xml:space="preserve">[1:32:42] </w:t>
      </w:r>
      <w:r>
        <w:t>kyun ke jitna ziyada aap apne andar develop kareinge is cheez ko jis ko Quran mein kaha gaya hai taddabur, utne ziyada aap lesson draw kar sakeinge.</w:t>
      </w:r>
    </w:p>
    <w:p>
      <w:pPr>
        <w:jc w:val="right"/>
      </w:pPr>
      <w:r>
        <w:t>کیونکہ جتنا زیادہ آپ اپنے اندر ڈیولپ کریں گے اس چیز کو جس کو قرآن میں کہا گیا ہے توسم، اتنے زیادہ آپ لیسن ڈرا کر سکیں گے۔</w:t>
      </w:r>
    </w:p>
    <w:p>
      <w:r>
        <w:rPr>
          <w:b/>
        </w:rPr>
        <w:t xml:space="preserve">[1:32:56] </w:t>
      </w:r>
      <w:r>
        <w:t>is ko liye Quran mein log aam taur par is ko jaante nahi hain ke momin ki sifaton mein se aik sifat yeh bhi hai taddabur. aam taur par logon ko is ki khabar nahi hai.</w:t>
      </w:r>
    </w:p>
    <w:p>
      <w:pPr>
        <w:jc w:val="right"/>
      </w:pPr>
      <w:r>
        <w:t>اس کو لیے قرآن میں لوگ عام طور پر اس کو جانتے نہیں ہیں کہ مومن کی صفات میں سے ایک صفت یہ بھی ہے توسم۔ عام طور پر لوگوں کو اس کی خبر نہیں ہے۔</w:t>
      </w:r>
    </w:p>
    <w:p>
      <w:r>
        <w:rPr>
          <w:b/>
        </w:rPr>
        <w:t xml:space="preserve">[1:33:08] </w:t>
      </w:r>
      <w:r>
        <w:t>taddabur ka matlab kya</w:t>
      </w:r>
    </w:p>
    <w:p>
      <w:pPr>
        <w:jc w:val="right"/>
      </w:pPr>
      <w:r>
        <w:t>توسم کا مطلب کیا</w:t>
      </w:r>
    </w:p>
    <w:p>
      <w:r>
        <w:rPr>
          <w:b/>
        </w:rPr>
        <w:t xml:space="preserve">[1:33:09] </w:t>
      </w:r>
      <w:r>
        <w:t>hai? yahi hai ke cheezon se naseehat lena, yaani material cheezon se spiritual lesson lena.</w:t>
      </w:r>
    </w:p>
    <w:p>
      <w:pPr>
        <w:jc w:val="right"/>
      </w:pPr>
      <w:r>
        <w:t>ہے؟ یہی ہے کہ چیزوں سے نصیحت لینا، یعنی مٹیریل چیزوں سے سپریچول لیسن لینا۔</w:t>
      </w:r>
    </w:p>
    <w:p>
      <w:r>
        <w:rPr>
          <w:b/>
        </w:rPr>
        <w:t xml:space="preserve">[1:33:18] </w:t>
      </w:r>
      <w:r>
        <w:t>hum jis duniya mein rehte hain, wahan har taraf material cheezein hain. material cheezon ko dhalna spiritual lesson mein yahi hai taddabur.</w:t>
      </w:r>
    </w:p>
    <w:p>
      <w:pPr>
        <w:jc w:val="right"/>
      </w:pPr>
      <w:r>
        <w:t>ہم جس دنیا میں رہتے ہیں، وہاں ہر طرف مٹیریل چیزیں ہیں۔ مٹیریل چیزوں کو ڈھالنا سپریچول لیسن میں یہی ہے توسم۔</w:t>
      </w:r>
    </w:p>
    <w:p>
      <w:r>
        <w:rPr>
          <w:b/>
        </w:rPr>
        <w:t xml:space="preserve">[1:33:30] </w:t>
      </w:r>
      <w:r>
        <w:t>jaise mein aik misaal arz karoon ke aik sahabi they, un ka naam tha Abu Dardah. to</w:t>
      </w:r>
    </w:p>
    <w:p>
      <w:pPr>
        <w:jc w:val="right"/>
      </w:pPr>
      <w:r>
        <w:t>جیسے میں ایک مثال عرض کروں کہ ایک صحابی تھے، ان کا نام تھا ابو دردہ۔ تو</w:t>
      </w:r>
    </w:p>
    <w:p>
      <w:r>
        <w:rPr>
          <w:b/>
        </w:rPr>
        <w:t xml:space="preserve">[1:33:42] </w:t>
      </w:r>
      <w:r>
        <w:t>aik aadmi ne un ki biwi se poocha ke Abu Dardah, yeh ibadat? to unhone kaha ke un ki ibadat yeh thi ke bas sochte rehte they, al-tafakkur wal-i'tibar,</w:t>
      </w:r>
    </w:p>
    <w:p>
      <w:pPr>
        <w:jc w:val="right"/>
      </w:pPr>
      <w:r>
        <w:t>ایک آدمی نے ان کی بیوی سے پوچھا کہ ابو دردہ، یہ عبادت؟ تو انہوں نے کہا کہ ان کی عبادت یہ تھی کہ بس سوچتے رہتے تھے، التفکر والاعتبار،</w:t>
      </w:r>
    </w:p>
    <w:p>
      <w:r>
        <w:rPr>
          <w:b/>
        </w:rPr>
        <w:t xml:space="preserve">[1:33:56] </w:t>
      </w:r>
      <w:r>
        <w:t>sochna aur naseehat lena, yeh un ki sab se bari ibadat thi.</w:t>
      </w:r>
    </w:p>
    <w:p>
      <w:pPr>
        <w:jc w:val="right"/>
      </w:pPr>
      <w:r>
        <w:t>سوچنا اور نصیحت لینا، یہ ان کی سب سے بڑی عبادت تھی۔</w:t>
      </w:r>
    </w:p>
    <w:p>
      <w:r>
        <w:rPr>
          <w:b/>
        </w:rPr>
        <w:t xml:space="preserve">[1:34:03] </w:t>
      </w:r>
      <w:r>
        <w:t>is ka matlab nahi hai ke namaz chhod kar aisa karte they. woh matlab paanch waqt ki namaz to aadmi parhta hi parhta hai, lekin is se aage jo doosri ibadat thi, woh un ki woh thi tafakkur aur i'tibar, sochna aur naseehat lena.</w:t>
      </w:r>
    </w:p>
    <w:p>
      <w:pPr>
        <w:jc w:val="right"/>
      </w:pPr>
      <w:r>
        <w:t>اس کا مطلب نہیں ہے کہ نماز چھوڑ کر ایسا کرتے تھے۔ وہ مطلب پانچ وقت کی نماز تو آدمی پڑھتا ہی پڑھتا ہے، لیکن اس سے آگے جو دوسری عبادت تھی، وہ ان کی وہ تھی تفکر اور اعتبار، سوچنا اور نصیحت لینا۔</w:t>
      </w:r>
    </w:p>
    <w:p>
      <w:r>
        <w:rPr>
          <w:b/>
        </w:rPr>
        <w:t xml:space="preserve">[1:34:17] </w:t>
      </w:r>
      <w:r>
        <w:t>to is ki aik aik is ka aik waqia bataya unhone ke aik din woh apne ghar ke samne baithe hue they to aik bail gaari guzri wahan se jis mein do bail joote hue they.</w:t>
      </w:r>
    </w:p>
    <w:p>
      <w:pPr>
        <w:jc w:val="right"/>
      </w:pPr>
      <w:r>
        <w:t>تو اس کی ایک ایک اس کا ایک واقعہ بتایا انہوں نے کہ ایک دن وہ اپنے گھر کے سامنے بیٹھے ہوئے تھے تو ایک بیل گاڑی گزری وہاں سے جس میں دو بیل جوتے ہوئے تھے۔</w:t>
      </w:r>
    </w:p>
    <w:p>
      <w:r>
        <w:rPr>
          <w:b/>
        </w:rPr>
        <w:t xml:space="preserve">[1:34:32] </w:t>
      </w:r>
      <w:r>
        <w:t>yeh jo kehte hain yoke, y o k e, joa. to aik yoke mein do bail they. to chalte hue aik bail jo tha, woh baith gaya aur aik khara raha.</w:t>
      </w:r>
    </w:p>
    <w:p>
      <w:pPr>
        <w:jc w:val="right"/>
      </w:pPr>
      <w:r>
        <w:t>یہ جو کہتے ہیں یوک، وائی او کے ای، جوا۔ تو ایک یوک میں دو بیل تھے۔ تو چلتے ہوئے ایک بیل جو تھا، وہ بیٹھ گیا اور ایک کھڑا رہا۔</w:t>
      </w:r>
    </w:p>
    <w:p>
      <w:r>
        <w:rPr>
          <w:b/>
        </w:rPr>
        <w:t xml:space="preserve">[1:34:46] </w:t>
      </w:r>
      <w:r>
        <w:t>to to jo gaari ko jo chala raha tha aadmi, us ne baithe hue bail ko mara, phir uth gaya woh aur chalne laga.</w:t>
      </w:r>
    </w:p>
    <w:p>
      <w:pPr>
        <w:jc w:val="right"/>
      </w:pPr>
      <w:r>
        <w:t>تو تو جو گاڑی کو جو چلا رہا تھا آدمی، اس نے بیٹھے ہوئے بیل کو مارا، پھر اٹھ گیا وہ اور چلنے لگا۔</w:t>
      </w:r>
    </w:p>
    <w:p>
      <w:r>
        <w:rPr>
          <w:b/>
        </w:rPr>
        <w:t xml:space="preserve">[1:34:56] </w:t>
      </w:r>
      <w:r>
        <w:t>to unhon ne kaha ke dekho in feeha lama tabar is mein bhi aik naseehat hai, yaani jo bail abay duty par khara raha, woh bach gaya aur jis bail ne duty mein kami ki, us ko maar maar, us ko maar pari.</w:t>
      </w:r>
    </w:p>
    <w:p>
      <w:pPr>
        <w:jc w:val="right"/>
      </w:pPr>
      <w:r>
        <w:t>تو انہوں نے کہا کہ دیکھو ان فیھذا لمعتبر اس میں بھی ایک نصیحت ہے، یعنی جو بیل ابے ڈیوٹی پر کھڑا رہا، وہ بچ گیا اور جس بیل نے ڈیوٹی میں کمی کی، اس کو مار مار، اس کو مار پڑی۔</w:t>
      </w:r>
    </w:p>
    <w:p>
      <w:r>
        <w:rPr>
          <w:b/>
        </w:rPr>
        <w:t xml:space="preserve">[1:35:19] </w:t>
      </w:r>
      <w:r>
        <w:t>us ko</w:t>
      </w:r>
    </w:p>
    <w:p>
      <w:pPr>
        <w:jc w:val="right"/>
      </w:pPr>
      <w:r>
        <w:t>اس کو</w:t>
      </w:r>
    </w:p>
    <w:p>
      <w:r>
        <w:rPr>
          <w:b/>
        </w:rPr>
        <w:t xml:space="preserve">[1:35:20] </w:t>
      </w:r>
      <w:r>
        <w:t>yeh maamla hai akhirat mein ke dunya ki zindagi mein jo aadmi apni duty ko poora karta hua wahan pohnche ga, to us ko reward mile ga aur jo aadmi is tarah pohnche ga ke us ne apni duty poori nahi ki thi, to us ko punishment diya jaye ga.</w:t>
      </w:r>
    </w:p>
    <w:p>
      <w:pPr>
        <w:jc w:val="right"/>
      </w:pPr>
      <w:r>
        <w:t>یہ معاملہ ہے آخرت میں کہ دنیا کی زندگی میں جو آدمی اپنی ڈیوٹی کو پورا کرتا ہوا وہاں پہنچے گا، تو اس کو ریوارڈ ملے گا اور جو آدمی اس طرح پہنچے گا کہ اس نے اپنی ڈیوٹی پوری نہیں کی تھی، تو اس کو پنشمنٹ دیا جائے گا۔</w:t>
      </w:r>
    </w:p>
    <w:p>
      <w:r>
        <w:rPr>
          <w:b/>
        </w:rPr>
        <w:t xml:space="preserve">[1:35:39] </w:t>
      </w:r>
      <w:r>
        <w:t>das question is from shakeel. please tell something about namaz in brief</w:t>
      </w:r>
    </w:p>
    <w:p>
      <w:pPr>
        <w:jc w:val="right"/>
      </w:pPr>
      <w:r>
        <w:t>دس کوئسچن از فرام شکیل۔ پلیز ٹیل سمتھنگ اباؤٹ نماز ان بریف</w:t>
      </w:r>
    </w:p>
    <w:p>
      <w:r>
        <w:rPr>
          <w:b/>
        </w:rPr>
        <w:t xml:space="preserve">[1:35:47] </w:t>
      </w:r>
      <w:r>
        <w:t>what is the importance of namaz in islam? quran mein dekho, bohat wazeh tor par bataya gaya hai ke qad aflaha almuminoon allazeena fi salatihim khashoon kamyab hain woh log jo apni namaz mein khashoo karte hain.</w:t>
      </w:r>
    </w:p>
    <w:p>
      <w:pPr>
        <w:jc w:val="right"/>
      </w:pPr>
      <w:r>
        <w:t>۔ واٹ از دی امپورٹنس اف نماز ان اسلام؟ قرآن میں دیکھیں، بہت واضح طور پر بتایا گیا ہے کہ قد افلح المومنون الذین فی صلاتہم خاشعون کامیاب ہیں وہ لوگ جو اپنی نماز میں خشوع کرتے ہیں۔</w:t>
      </w:r>
    </w:p>
    <w:p>
      <w:r>
        <w:rPr>
          <w:b/>
        </w:rPr>
        <w:t xml:space="preserve">[1:36:11] </w:t>
      </w:r>
      <w:r>
        <w:t>to khashoo jo hai, woh namaz ki spirit hai.</w:t>
      </w:r>
    </w:p>
    <w:p>
      <w:pPr>
        <w:jc w:val="right"/>
      </w:pPr>
      <w:r>
        <w:t>تو خشوع جو ہے، وہ نماز کی سپرٹ ہے۔</w:t>
      </w:r>
    </w:p>
    <w:p>
      <w:r>
        <w:rPr>
          <w:b/>
        </w:rPr>
        <w:t xml:space="preserve">[1:36:15] </w:t>
      </w:r>
      <w:r>
        <w:t>khashoo ka matlab hota hai Allah ke agay surrender karna, Allah ke agay apne aap ko daal dena, Allah ka hukumon ko follow karna.</w:t>
      </w:r>
    </w:p>
    <w:p>
      <w:pPr>
        <w:jc w:val="right"/>
      </w:pPr>
      <w:r>
        <w:t>خشوع کا مطلب ہوتا ہے اللہ کے آگے سرینڈر کرنا، اللہ کے آگے اپنے آپ کو ڈال دینا، اللہ کا حکموں کو فالو کرنا۔</w:t>
      </w:r>
    </w:p>
    <w:p>
      <w:r>
        <w:rPr>
          <w:b/>
        </w:rPr>
        <w:t xml:space="preserve">[1:36:27] </w:t>
      </w:r>
      <w:r>
        <w:t>to namaz ki dekhiye, aik hai is ka form, aik hai is ki spirit. kal mein radio sun raha tha, radio par aik lecture aa raha tha islam ke baray mein, islam par.</w:t>
      </w:r>
    </w:p>
    <w:p>
      <w:pPr>
        <w:jc w:val="right"/>
      </w:pPr>
      <w:r>
        <w:t>تو نماز کی دیکھیے، ایک ہے اس کا فارم، ایک ہے اس کی سپرٹ۔ کل میں ریڈیو سن رہا تھا، ریڈیو پر ایک لیکچر آ رہا تھا اسلام کے بارے میں، اسلام پر۔</w:t>
      </w:r>
    </w:p>
    <w:p>
      <w:r>
        <w:rPr>
          <w:b/>
        </w:rPr>
        <w:t xml:space="preserve">[1:36:40] </w:t>
      </w:r>
      <w:r>
        <w:t>to us ne bolte hue kaha, unhon ne namaz ke baray mein ke namaz jo hai, woh hai</w:t>
      </w:r>
    </w:p>
    <w:p>
      <w:pPr>
        <w:jc w:val="right"/>
      </w:pPr>
      <w:r>
        <w:t>تو اس نے بولتے ہوئے کہا، انہوں نے نماز کے بارے میں کہ نماز جو ہے، وہ ہے</w:t>
      </w:r>
    </w:p>
    <w:p>
      <w:r>
        <w:rPr>
          <w:b/>
        </w:rPr>
        <w:t xml:space="preserve">[1:36:48] </w:t>
      </w:r>
      <w:r>
        <w:t>ritualistic form hai ibadat ka. yaani namaz ko unhon ne samjha ke aik aik aik ritual hai, aik ritual type ki aik cheez hai.</w:t>
      </w:r>
    </w:p>
    <w:p>
      <w:pPr>
        <w:jc w:val="right"/>
      </w:pPr>
      <w:r>
        <w:t>ریچولسٹک فارم ہے عبادت کا۔ یعنی نماز کو انہوں نے سمجھا کہ ایک ایک ایک ریچول ہے، ایک ریچول ٹائپ کی ایک چیز ہے۔</w:t>
      </w:r>
    </w:p>
    <w:p>
      <w:r>
        <w:rPr>
          <w:b/>
        </w:rPr>
        <w:t xml:space="preserve">[1:37:00] </w:t>
      </w:r>
      <w:r>
        <w:t>yeh bataya unhon ne, yeh galat hai bilkul. dekho, namaz ka aik form hai aur aik is ki spirit hai.</w:t>
      </w:r>
    </w:p>
    <w:p>
      <w:pPr>
        <w:jc w:val="right"/>
      </w:pPr>
      <w:r>
        <w:t>یہ بتایا انہوں نے، یہ غلط ہے بالکل۔ دیکھیں، نماز کا ایک فارم ہے اور ایک اس کی سپرٹ ہے۔</w:t>
      </w:r>
    </w:p>
    <w:p>
      <w:r>
        <w:rPr>
          <w:b/>
        </w:rPr>
        <w:t xml:space="preserve">[1:37:08] </w:t>
      </w:r>
      <w:r>
        <w:t>yaani form bilashuba rehta hai aur rahe ga namaz mein, lekin jo namaz Khuda ke haan jo judge ki jaye gi, woh judge ki jaye gi spirit se.</w:t>
      </w:r>
    </w:p>
    <w:p>
      <w:pPr>
        <w:jc w:val="right"/>
      </w:pPr>
      <w:r>
        <w:t>یعنی فارم بلاشبہ رہتا ہے اور رہے گا نماز میں، لیکن جو نماز خدا کے ہاں جو جج کی جائے گی، وہ جج کی جائے گی سپرٹ سے۔</w:t>
      </w:r>
    </w:p>
    <w:p>
      <w:r>
        <w:rPr>
          <w:b/>
        </w:rPr>
        <w:t xml:space="preserve">[1:37:20] </w:t>
      </w:r>
      <w:r>
        <w:t>jaise rasool Allah wahan madine ki jo masjid nabwi hai, to kaha jata hai ke is mein namaz parhne ka pachas hazar guna ziyada sawab hai.</w:t>
      </w:r>
    </w:p>
    <w:p>
      <w:pPr>
        <w:jc w:val="right"/>
      </w:pPr>
      <w:r>
        <w:t>جیسے رسول اللہ وہاں مدینے کی جو مسجد نبوی ہے، تو کہا جاتا ہے کہ اس میں نماز پڑھنے کا پچاس ہزار گنا زیادہ ثواب ہے۔</w:t>
      </w:r>
    </w:p>
    <w:p>
      <w:r>
        <w:rPr>
          <w:b/>
        </w:rPr>
        <w:t xml:space="preserve">[1:37:31] </w:t>
      </w:r>
      <w:r>
        <w:t>aik aadmi aya, us ne namaz parhi aur namaz parh ke aap ke paas aa kar baitha.</w:t>
      </w:r>
    </w:p>
    <w:p>
      <w:pPr>
        <w:jc w:val="right"/>
      </w:pPr>
      <w:r>
        <w:t>ایک آدمی آیا، اس نے نماز پڑھی اور نماز پڑھ کے آپ کے پاس آ کر بیٹھا۔</w:t>
      </w:r>
    </w:p>
    <w:p>
      <w:r>
        <w:rPr>
          <w:b/>
        </w:rPr>
        <w:t xml:space="preserve">[1:37:38] </w:t>
      </w:r>
      <w:r>
        <w:t>aap ne kaha ke irji fasal fa'innaka lam tusalli jao phir se namaz parho kyunke tum ne namaz parhi nahi.</w:t>
      </w:r>
    </w:p>
    <w:p>
      <w:pPr>
        <w:jc w:val="right"/>
      </w:pPr>
      <w:r>
        <w:t>آپ نے کہا کہ ارج فصل فانک لم تصل جاؤ پھر سے نماز پڑھو کیونکہ تم نے نماز پڑھی نہیں۔</w:t>
      </w:r>
    </w:p>
    <w:p>
      <w:r>
        <w:rPr>
          <w:b/>
        </w:rPr>
        <w:t xml:space="preserve">[1:37:47] </w:t>
      </w:r>
      <w:r>
        <w:t>yaani tum ne form wali namaz ya rituals wali namaz to parhi, spirit wali namaz nahi parhi tum ne. to namaz ka aik form zaroor hai, lekin jis namaz mein spirit na ho,</w:t>
      </w:r>
    </w:p>
    <w:p>
      <w:pPr>
        <w:jc w:val="right"/>
      </w:pPr>
      <w:r>
        <w:t>یعنی تم نے فارم والی نماز یا ریچولز والی نماز تو پڑھی، اسپرٹ والی نماز نہیں پڑھی تم نے۔ تو نماز کا ایک فارم ضرور ہے، لیکن جس نماز میں اسپرٹ نہ ہو،</w:t>
      </w:r>
    </w:p>
    <w:p>
      <w:r>
        <w:rPr>
          <w:b/>
        </w:rPr>
        <w:t xml:space="preserve">[1:38:02] </w:t>
      </w:r>
      <w:r>
        <w:t>yaani woh Khuda ki yahan namaz nahi shumar ki jaye gi.</w:t>
      </w:r>
    </w:p>
    <w:p>
      <w:pPr>
        <w:jc w:val="right"/>
      </w:pPr>
      <w:r>
        <w:t>یعنی وہ خدا کی یہاں نماز نہیں شمار کی جائے گ</w:t>
      </w:r>
    </w:p>
    <w:p>
      <w:r>
        <w:rPr>
          <w:b/>
        </w:rPr>
        <w:t xml:space="preserve">[1:38:07] </w:t>
      </w:r>
      <w:r>
        <w:t>chunancha hadith mein aya hai ke la salata liman lam yatasahashaa us ki namaz namaz nahi jis ki namaz mein khashoo na ho.</w:t>
      </w:r>
    </w:p>
    <w:p>
      <w:pPr>
        <w:jc w:val="right"/>
      </w:pPr>
      <w:r>
        <w:t>ی۔ چنانچہ حدیث میں آیا ہے کہ لا صلاۃ لبلم يتخشى اس کی نماز نماز نہیں جس کی نماز میں خشوع نہ ہو۔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