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Eid-al-Azha I October 13, 2013</w:t>
      </w:r>
    </w:p>
    <w:p>
      <w:r>
        <w:t>https://www.youtube.com/watch?v=oy7zn-uODcU</w:t>
      </w:r>
    </w:p>
    <w:p>
      <w:r>
        <w:rPr>
          <w:b/>
        </w:rPr>
        <w:t xml:space="preserve">[00:21]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[00:27] </w:t>
      </w:r>
      <w:r>
        <w:t>wasallallahu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[00:34] </w:t>
      </w:r>
      <w:r>
        <w:t>rab ishrah li sadri, wa yassir li amri, wahluqdatan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[00:41] </w:t>
      </w:r>
      <w:r>
        <w:t>aaj october 2013 ki 13 tareekh hai.</w:t>
      </w:r>
    </w:p>
    <w:p>
      <w:pPr>
        <w:jc w:val="right"/>
      </w:pPr>
      <w:r>
        <w:t>آج اکتوبر 2013 کی 13 تاریخ ہے۔</w:t>
      </w:r>
    </w:p>
    <w:p>
      <w:r>
        <w:rPr>
          <w:b/>
        </w:rPr>
        <w:t xml:space="preserve">[00:47] </w:t>
      </w:r>
      <w:r>
        <w:t>aap jante hain ke do din baad, yani 16 october ko eid al-adha hai.</w:t>
      </w:r>
    </w:p>
    <w:p>
      <w:pPr>
        <w:jc w:val="right"/>
      </w:pPr>
      <w:r>
        <w:t>آپ جانتے ہیں کہ دو دن بعد، یعنی 16 اکتوبر کو عید الاضحی ہے۔</w:t>
      </w:r>
    </w:p>
    <w:p>
      <w:r>
        <w:rPr>
          <w:b/>
        </w:rPr>
        <w:t xml:space="preserve">[00:54] </w:t>
      </w:r>
      <w:r>
        <w:t>is nisbat se main aaj eid al-adha ya eid al-qurban ke bare mein kuch kehna chahta hoon.</w:t>
      </w:r>
    </w:p>
    <w:p>
      <w:pPr>
        <w:jc w:val="right"/>
      </w:pPr>
      <w:r>
        <w:t>اس نسبت سے میں آج عید الاضحی یا عید القرباں کے بارے میں کچھ کہنا چاہتا ہوں۔</w:t>
      </w:r>
    </w:p>
    <w:p>
      <w:r>
        <w:rPr>
          <w:b/>
        </w:rPr>
        <w:t xml:space="preserve">[01:01] </w:t>
      </w:r>
      <w:r>
        <w:t>eid al-adha ke mani hote hain eid al-qurban, yani sacrifice ki eid.</w:t>
      </w:r>
    </w:p>
    <w:p>
      <w:pPr>
        <w:jc w:val="right"/>
      </w:pPr>
      <w:r>
        <w:t>عید الاضحی کے معنی ہوتے ہیں عید القرباں، یعنی سیکریفائس کی عید۔</w:t>
      </w:r>
    </w:p>
    <w:p>
      <w:r>
        <w:rPr>
          <w:b/>
        </w:rPr>
        <w:t xml:space="preserve">[01:08] </w:t>
      </w:r>
      <w:r>
        <w:t>اس کا مطلب یہ نہیں ہے کہ اس دن چونکہ animal کو sacrifice کیا جاتا ہے، اس لیے</w:t>
      </w:r>
    </w:p>
    <w:p>
      <w:pPr>
        <w:jc w:val="right"/>
      </w:pPr>
      <w:r>
        <w:t>اس کا مطلب یہ نہیں ہے کہ اس دن چونکہ اینیمل کو سیکریفائس کیا جاتا ہے، اس لیے</w:t>
      </w:r>
    </w:p>
    <w:p>
      <w:r>
        <w:rPr>
          <w:b/>
        </w:rPr>
        <w:t xml:space="preserve">[01:14] </w:t>
      </w:r>
      <w:r>
        <w:t>iska yeh naam hai.</w:t>
      </w:r>
    </w:p>
    <w:p>
      <w:pPr>
        <w:jc w:val="right"/>
      </w:pPr>
      <w:r>
        <w:t>اس کا یہ نام ہے۔</w:t>
      </w:r>
    </w:p>
    <w:p>
      <w:r>
        <w:rPr>
          <w:b/>
        </w:rPr>
        <w:t xml:space="preserve">[01:21] </w:t>
      </w:r>
      <w:r>
        <w:t>dekhiye, animal ko sacrifice karna woh symbolic sacrifice hai.</w:t>
      </w:r>
    </w:p>
    <w:p>
      <w:pPr>
        <w:jc w:val="right"/>
      </w:pPr>
      <w:r>
        <w:t>دیکھیے، اینیمل کو سیکریفائس کرنا وہ سمبالک سیکریفائس ہے۔</w:t>
      </w:r>
    </w:p>
    <w:p>
      <w:r>
        <w:rPr>
          <w:b/>
        </w:rPr>
        <w:t xml:space="preserve">[01:28] </w:t>
      </w:r>
      <w:r>
        <w:t>wohi asal sacrifice nahi hai.</w:t>
      </w:r>
    </w:p>
    <w:p>
      <w:pPr>
        <w:jc w:val="right"/>
      </w:pPr>
      <w:r>
        <w:t>وہی اصل سیکریفائس نہیں ہے۔</w:t>
      </w:r>
    </w:p>
    <w:p>
      <w:r>
        <w:rPr>
          <w:b/>
        </w:rPr>
        <w:t xml:space="preserve">[01:34] </w:t>
      </w:r>
      <w:r>
        <w:t>asal sacrifice to woh hai jo aap apni zindagi se denge.</w:t>
      </w:r>
    </w:p>
    <w:p>
      <w:pPr>
        <w:jc w:val="right"/>
      </w:pPr>
      <w:r>
        <w:t>اصل سیکریفائس تو وہ ہے جو آپ اپنی زندگی سے دیں گے۔</w:t>
      </w:r>
    </w:p>
    <w:p>
      <w:r>
        <w:rPr>
          <w:b/>
        </w:rPr>
        <w:t xml:space="preserve">[01:41] </w:t>
      </w:r>
      <w:r>
        <w:t>yani self sacrifice asal hai, na ke animal sacrifice.</w:t>
      </w:r>
    </w:p>
    <w:p>
      <w:pPr>
        <w:jc w:val="right"/>
      </w:pPr>
      <w:r>
        <w:t>یعنی سیلف سیکریفائس اصل ہے، نہ کہ اینیمل سیکریفائس۔</w:t>
      </w:r>
    </w:p>
    <w:p>
      <w:r>
        <w:rPr>
          <w:b/>
        </w:rPr>
        <w:t xml:space="preserve">[01:48] </w:t>
      </w:r>
      <w:r>
        <w:t>jo aadmi animal ko sacrifice, jis waqt woh slaughter karta hai, us waqt ek dua padhi jati hai.</w:t>
      </w:r>
    </w:p>
    <w:p>
      <w:pPr>
        <w:jc w:val="right"/>
      </w:pPr>
      <w:r>
        <w:t>جو آدمی اینیمل کو سیکریفائس، جس وقت وہ سلاٹر کرتا ہے، اس وقت ایک دعا پڑھی جاتی ہے۔</w:t>
      </w:r>
    </w:p>
    <w:p>
      <w:r>
        <w:rPr>
          <w:b/>
        </w:rPr>
        <w:t xml:space="preserve">[01:55] </w:t>
      </w:r>
      <w:r>
        <w:t>us dua ke alfaaz yeh hote hain ke: in salati wa nusuki wa mahya wa mamati lillahi rabbil alamin.</w:t>
      </w:r>
    </w:p>
    <w:p>
      <w:pPr>
        <w:jc w:val="right"/>
      </w:pPr>
      <w:r>
        <w:t>اس دعا کے الفاظ یہ ہوتے ہیں کہ: إن صلاتي ونصکی وما حي وما ماتی لله رب العالمین۔</w:t>
      </w:r>
    </w:p>
    <w:p>
      <w:r>
        <w:rPr>
          <w:b/>
        </w:rPr>
        <w:t xml:space="preserve">[02:01] </w:t>
      </w:r>
      <w:r>
        <w:t>to jo dua padhi jati hai, uske is mein yeh alfaaz bhi hote hain ke: meri namaz</w:t>
      </w:r>
    </w:p>
    <w:p>
      <w:pPr>
        <w:jc w:val="right"/>
      </w:pPr>
      <w:r>
        <w:t>تو جو دعا پڑھی جاتی ہے، اس کے اس میں یہ الفاظ بھی ہوتے ہیں کہ: میری نماز</w:t>
      </w:r>
    </w:p>
    <w:p>
      <w:r>
        <w:rPr>
          <w:b/>
        </w:rPr>
        <w:t xml:space="preserve">[02:08] </w:t>
      </w:r>
      <w:r>
        <w:t>aur mera munasik aur meri zindagi aur meri maut sirf Allah rabbil alamin ke liye hai.</w:t>
      </w:r>
    </w:p>
    <w:p>
      <w:pPr>
        <w:jc w:val="right"/>
      </w:pPr>
      <w:r>
        <w:t>اور میرا مناسک اور میری زندگی اور میری موت صرف اللہ رب العالمین کے لیے ہے۔</w:t>
      </w:r>
    </w:p>
    <w:p>
      <w:r>
        <w:rPr>
          <w:b/>
        </w:rPr>
        <w:t xml:space="preserve">[02:15] </w:t>
      </w:r>
      <w:r>
        <w:t>dekhiye, is mein jo lafz hai ke: mahya wa mamati yani mera jeena aur mera marna.</w:t>
      </w:r>
    </w:p>
    <w:p>
      <w:pPr>
        <w:jc w:val="right"/>
      </w:pPr>
      <w:r>
        <w:t>دیکھیے، اس میں جو لفظ ہے کہ: ما حي وما ماتی یعنی میرا جینا اور میرا مرنا۔</w:t>
      </w:r>
    </w:p>
    <w:p>
      <w:r>
        <w:rPr>
          <w:b/>
        </w:rPr>
        <w:t xml:space="preserve">[02:21] </w:t>
      </w:r>
      <w:r>
        <w:t>iska matlab kya hai? iska matlab life time, poori zindagi, marte dam tak.</w:t>
      </w:r>
    </w:p>
    <w:p>
      <w:pPr>
        <w:jc w:val="right"/>
      </w:pPr>
      <w:r>
        <w:t>اس کا مطلب کیا ہے؟ اس کا مطلب لائف ٹائم، پوری زندگی، مرتے دم تک۔</w:t>
      </w:r>
    </w:p>
    <w:p>
      <w:r>
        <w:rPr>
          <w:b/>
        </w:rPr>
        <w:t xml:space="preserve">[02:28] </w:t>
      </w:r>
      <w:r>
        <w:t>mujhe Allah rabbil alamin ke liye jeena hai.</w:t>
      </w:r>
    </w:p>
    <w:p>
      <w:pPr>
        <w:jc w:val="right"/>
      </w:pPr>
      <w:r>
        <w:t>مجھے اللہ رب العالمین کے لیے جینا ہے۔</w:t>
      </w:r>
    </w:p>
    <w:p>
      <w:r>
        <w:rPr>
          <w:b/>
        </w:rPr>
        <w:t xml:space="preserve">[02:35] </w:t>
      </w:r>
      <w:r>
        <w:t>to eid al-adha janwar ki qurbani ki eid nahi hai, khud apni qurbani ki eid hai.</w:t>
      </w:r>
    </w:p>
    <w:p>
      <w:pPr>
        <w:jc w:val="right"/>
      </w:pPr>
      <w:r>
        <w:t>تو عید الاضحی جانور کی قربانی کی عید نہیں ہے، خود اپنی قربانی کی عید ہے۔</w:t>
      </w:r>
    </w:p>
    <w:p>
      <w:r>
        <w:rPr>
          <w:b/>
        </w:rPr>
        <w:t xml:space="preserve">[02:42] </w:t>
      </w:r>
      <w:r>
        <w:t>apne ek promise ka din hai.</w:t>
      </w:r>
    </w:p>
    <w:p>
      <w:pPr>
        <w:jc w:val="right"/>
      </w:pPr>
      <w:r>
        <w:t>اپنے ایک پرومس کا دن ہے۔</w:t>
      </w:r>
    </w:p>
    <w:p>
      <w:r>
        <w:rPr>
          <w:b/>
        </w:rPr>
        <w:t xml:space="preserve">[02:48] </w:t>
      </w:r>
      <w:r>
        <w:t>ab symbolic way mein animal ko sacrifice karke Allah se yeh wada karte hain ke: main apni</w:t>
      </w:r>
    </w:p>
    <w:p>
      <w:pPr>
        <w:jc w:val="right"/>
      </w:pPr>
      <w:r>
        <w:t>اب سمبالک وے میں اینیمل کو سیکریفائس کر کے اللہ سے یہ وعدہ کرتے ہیں کہ: میں اپنی</w:t>
      </w:r>
    </w:p>
    <w:p>
      <w:r>
        <w:rPr>
          <w:b/>
        </w:rPr>
        <w:t xml:space="preserve">[02:55] </w:t>
      </w:r>
      <w:r>
        <w:t>poori zindagi ko tere liye waqf kar dunga, dedicate kar dunga.</w:t>
      </w:r>
    </w:p>
    <w:p>
      <w:pPr>
        <w:jc w:val="right"/>
      </w:pPr>
      <w:r>
        <w:t>پوری زندگی کو تیرے لیے وقف کر دوں گا، ڈیڈیکیٹ کر دوں گا۔</w:t>
      </w:r>
    </w:p>
    <w:p>
      <w:r>
        <w:rPr>
          <w:b/>
        </w:rPr>
        <w:t xml:space="preserve">[03:02] </w:t>
      </w:r>
      <w:r>
        <w:t>marna bhi nahi hai, dedicate karna hai.</w:t>
      </w:r>
    </w:p>
    <w:p>
      <w:pPr>
        <w:jc w:val="right"/>
      </w:pPr>
      <w:r>
        <w:t>مرنا بھی نہیں ہے، ڈیڈیکیٹ کرنا ہے۔</w:t>
      </w:r>
    </w:p>
    <w:p>
      <w:r>
        <w:rPr>
          <w:b/>
        </w:rPr>
        <w:t xml:space="preserve">[03:08] </w:t>
      </w:r>
      <w:r>
        <w:t>yeh hai is spirit eid al-adha ki.</w:t>
      </w:r>
    </w:p>
    <w:p>
      <w:pPr>
        <w:jc w:val="right"/>
      </w:pPr>
      <w:r>
        <w:t>یہ ہے اسپرٹ عید الاضحی کی۔</w:t>
      </w:r>
    </w:p>
    <w:p>
      <w:r>
        <w:rPr>
          <w:b/>
        </w:rPr>
        <w:t xml:space="preserve">[03:15] </w:t>
      </w:r>
      <w:r>
        <w:t>dekhiye, al-bayhaqi ne yeh riwayat ki hai ke sahaba ne poocha ke: ma zahdha al-adha ya rasul Allah</w:t>
      </w:r>
    </w:p>
    <w:p>
      <w:pPr>
        <w:jc w:val="right"/>
      </w:pPr>
      <w:r>
        <w:t>دیکھیے، البیقی نے یہ روایت کی ہے کہ صحابہ نے پوچھا کہ: ما ذہذه الاضحی یا رسول اللہ</w:t>
      </w:r>
    </w:p>
    <w:p>
      <w:r>
        <w:rPr>
          <w:b/>
        </w:rPr>
        <w:t xml:space="preserve">[03:22] </w:t>
      </w:r>
      <w:r>
        <w:t>ae allah ke rasool, ye qurbani kya hai? aap ne farmaya ke: sunnat ab yakum ibrahim ye tumhare nabi,</w:t>
      </w:r>
    </w:p>
    <w:p>
      <w:pPr>
        <w:jc w:val="right"/>
      </w:pPr>
      <w:r>
        <w:t>اے اللہ کے رسول، یہ قربانی کیا ہے؟ آپ نے فرمایا کہ: سنت ابیکم ابراہیم یہ تمہارے نبی،</w:t>
      </w:r>
    </w:p>
    <w:p>
      <w:r>
        <w:rPr>
          <w:b/>
        </w:rPr>
        <w:t xml:space="preserve">[03:29] </w:t>
      </w:r>
      <w:r>
        <w:t>tumhare baap ibrahim ki sunnat hai.</w:t>
      </w:r>
    </w:p>
    <w:p>
      <w:pPr>
        <w:jc w:val="right"/>
      </w:pPr>
      <w:r>
        <w:t>تمہارے باپ ابراہیم کی سنت ہے۔</w:t>
      </w:r>
    </w:p>
    <w:p>
      <w:r>
        <w:rPr>
          <w:b/>
        </w:rPr>
        <w:t xml:space="preserve">[03:35] </w:t>
      </w:r>
      <w:r>
        <w:t>ab ghor kijiye ke hazrat ibrahim ne kya kiya tha? poori zindagi mein jahan tak maloomat hain hamare</w:t>
      </w:r>
    </w:p>
    <w:p>
      <w:pPr>
        <w:jc w:val="right"/>
      </w:pPr>
      <w:r>
        <w:t>اب غور کیجیے کہ حضرت ابراہیم نے کیا کیا تھا؟ پوری زندگی میں جہاں تک معلومات ہیں ہمارے</w:t>
      </w:r>
    </w:p>
    <w:p>
      <w:r>
        <w:rPr>
          <w:b/>
        </w:rPr>
        <w:t xml:space="preserve">[03:42] </w:t>
      </w:r>
      <w:r>
        <w:t>paas hadith quran ke zariye se, sirf ek baar ek janwar aap ne zibah kiya tha.</w:t>
      </w:r>
    </w:p>
    <w:p>
      <w:pPr>
        <w:jc w:val="right"/>
      </w:pPr>
      <w:r>
        <w:t>پاس حدیث قرآن کے ذریعے سے، صرف ایک بار ایک جانور آپ نے ذبح کیا تھا۔</w:t>
      </w:r>
    </w:p>
    <w:p>
      <w:r>
        <w:rPr>
          <w:b/>
        </w:rPr>
        <w:t xml:space="preserve">[03:49] </w:t>
      </w:r>
      <w:r>
        <w:t>آپ کی زندگی جو اندازہ لگایا گیا ہے، وہ تھی 191 years۔</w:t>
      </w:r>
    </w:p>
    <w:p>
      <w:pPr>
        <w:jc w:val="right"/>
      </w:pPr>
      <w:r>
        <w:t>آپ کی زندگی جو اندازہ لگایا گیا ہے، وہ تھی 191 ایئرز۔</w:t>
      </w:r>
    </w:p>
    <w:p>
      <w:r>
        <w:rPr>
          <w:b/>
        </w:rPr>
        <w:t xml:space="preserve">[03:55] </w:t>
      </w:r>
      <w:r>
        <w:t>bahut lambi umar hui thi aap ki.</w:t>
      </w:r>
    </w:p>
    <w:p>
      <w:pPr>
        <w:jc w:val="right"/>
      </w:pPr>
      <w:r>
        <w:t>بہت لمبی عمر ہوئی تھی آپ کی۔</w:t>
      </w:r>
    </w:p>
    <w:p>
      <w:r>
        <w:rPr>
          <w:b/>
        </w:rPr>
        <w:t xml:space="preserve">[04:02] </w:t>
      </w:r>
      <w:r>
        <w:t>191 years aap ki zindagi thi.</w:t>
      </w:r>
    </w:p>
    <w:p>
      <w:pPr>
        <w:jc w:val="right"/>
      </w:pPr>
      <w:r>
        <w:t>191 ایئرز آپ کی زندگی تھی۔</w:t>
      </w:r>
    </w:p>
    <w:p>
      <w:r>
        <w:rPr>
          <w:b/>
        </w:rPr>
        <w:t xml:space="preserve">[04:09] </w:t>
      </w:r>
      <w:r>
        <w:t>is poori zindagi mein sirf yahi ek baar sabit hua ke aap ne qurbani ki.</w:t>
      </w:r>
    </w:p>
    <w:p>
      <w:pPr>
        <w:jc w:val="right"/>
      </w:pPr>
      <w:r>
        <w:t>اس پوری زندگی میں صرف یہی ایک بار ثابت ہوا کہ آپ نے قربانی کی۔</w:t>
      </w:r>
    </w:p>
    <w:p>
      <w:r>
        <w:rPr>
          <w:b/>
        </w:rPr>
        <w:t xml:space="preserve">[04:16] </w:t>
      </w:r>
      <w:r>
        <w:t>to sawal ye hai ke poori zindagi kya karte rahe aap? poori zindagi aap apne aap ko dedicate</w:t>
      </w:r>
    </w:p>
    <w:p>
      <w:pPr>
        <w:jc w:val="right"/>
      </w:pPr>
      <w:r>
        <w:t>تو سوال یہ ہے کہ پوری زندگی کیا کرتے رہے آپ؟ پوری زندگی آپ اپنے آپ کو ڈیڈیکیٹ</w:t>
      </w:r>
    </w:p>
    <w:p>
      <w:r>
        <w:rPr>
          <w:b/>
        </w:rPr>
        <w:t xml:space="preserve">[04:22] </w:t>
      </w:r>
      <w:r>
        <w:t>kiye hue the allah ke liye.</w:t>
      </w:r>
    </w:p>
    <w:p>
      <w:pPr>
        <w:jc w:val="right"/>
      </w:pPr>
      <w:r>
        <w:t>کیے ہوئے تھے اللہ کے لیے۔</w:t>
      </w:r>
    </w:p>
    <w:p>
      <w:r>
        <w:rPr>
          <w:b/>
        </w:rPr>
        <w:t xml:space="preserve">[04:29] </w:t>
      </w:r>
      <w:r>
        <w:t>allah ke liye maani? allah ke mission ke liye.</w:t>
      </w:r>
    </w:p>
    <w:p>
      <w:pPr>
        <w:jc w:val="right"/>
      </w:pPr>
      <w:r>
        <w:t>اللہ کے لیے معنی؟ اللہ کے مشن کے لیے۔</w:t>
      </w:r>
    </w:p>
    <w:p>
      <w:r>
        <w:rPr>
          <w:b/>
        </w:rPr>
        <w:t xml:space="preserve">[04:36] </w:t>
      </w:r>
      <w:r>
        <w:t>allah ki dawat ko phailane ke liye.</w:t>
      </w:r>
    </w:p>
    <w:p>
      <w:pPr>
        <w:jc w:val="right"/>
      </w:pPr>
      <w:r>
        <w:t>اللہ کی دعوت کو پھیلانے کے لیے۔</w:t>
      </w:r>
    </w:p>
    <w:p>
      <w:r>
        <w:rPr>
          <w:b/>
        </w:rPr>
        <w:t xml:space="preserve">[04:42] </w:t>
      </w:r>
      <w:r>
        <w:t>to ye bahut zyada sochne ki baat hai ke rasool allah ne farmaya ke: ye tumhare ibrahim ki sunnat hai.</w:t>
      </w:r>
    </w:p>
    <w:p>
      <w:pPr>
        <w:jc w:val="right"/>
      </w:pPr>
      <w:r>
        <w:t>تو یہ بہت زیادہ سوچنے کی بات ہے کہ رسول اللہ نے فرمایا کہ: یہ تمہارے ابراہیم کی سنت ہے۔</w:t>
      </w:r>
    </w:p>
    <w:p>
      <w:r>
        <w:rPr>
          <w:b/>
        </w:rPr>
        <w:t xml:space="preserve">[04:49] </w:t>
      </w:r>
      <w:r>
        <w:t>to ibrahim ne kya kiya? aap sochiye, ibrahim ne kya kiya? quran o hadith se iska koi</w:t>
      </w:r>
    </w:p>
    <w:p>
      <w:pPr>
        <w:jc w:val="right"/>
      </w:pPr>
      <w:r>
        <w:t>تو ابراہیم نے کیا کیا؟ آپ سوچیے، ابراہیم نے کیا کیا؟ قرآن و حدیث سے اس کا کوئی</w:t>
      </w:r>
    </w:p>
    <w:p>
      <w:r>
        <w:rPr>
          <w:b/>
        </w:rPr>
        <w:t xml:space="preserve">[04:56] </w:t>
      </w:r>
      <w:r>
        <w:t>saboot nahi hai ke har saal aap qurbani karte the.</w:t>
      </w:r>
    </w:p>
    <w:p>
      <w:pPr>
        <w:jc w:val="right"/>
      </w:pPr>
      <w:r>
        <w:t>ثبوت نہیں ہے کہ ہر سال آپ قربانی کرتے تھے۔</w:t>
      </w:r>
    </w:p>
    <w:p>
      <w:r>
        <w:rPr>
          <w:b/>
        </w:rPr>
        <w:t xml:space="preserve">[05:03] </w:t>
      </w:r>
      <w:r>
        <w:t>sirf ek baar jo aap ko khwab hua tha, aap ke khwab mein aaya tha ke aap apne</w:t>
      </w:r>
    </w:p>
    <w:p>
      <w:pPr>
        <w:jc w:val="right"/>
      </w:pPr>
      <w:r>
        <w:t>صرف ایک بار جو آپ کو خواب ہوا تھا، آپ کے خواب میں آیا تھا کہ آپ اپنے</w:t>
      </w:r>
    </w:p>
    <w:p>
      <w:r>
        <w:rPr>
          <w:b/>
        </w:rPr>
        <w:t xml:space="preserve">[05:09] </w:t>
      </w:r>
      <w:r>
        <w:t>bete ko qurban kar rahe hain, us waqt aap ne bator fidiya ek janwar ko zibah kiya tha.</w:t>
      </w:r>
    </w:p>
    <w:p>
      <w:pPr>
        <w:jc w:val="right"/>
      </w:pPr>
      <w:r>
        <w:t>بیٹے کو قربان کر رہے ہیں، اس وقت آپ نے بطور فدیہ ایک جانور کو ذبح کیا تھا۔</w:t>
      </w:r>
    </w:p>
    <w:p>
      <w:r>
        <w:rPr>
          <w:b/>
        </w:rPr>
        <w:t xml:space="preserve">[05:16] </w:t>
      </w:r>
      <w:r>
        <w:t>اس سے کیا معلوم ہوا؟ کہ more than 99 percent آپ کو اپنے آپ کو قربان کرنا ہے۔</w:t>
      </w:r>
    </w:p>
    <w:p>
      <w:pPr>
        <w:jc w:val="right"/>
      </w:pPr>
      <w:r>
        <w:t>اس سے کیا معلوم ہوا؟ کہ مور دین 99 پرسنٹ آپ کو اپنے آپ کو قربان کرنا ہے۔</w:t>
      </w:r>
    </w:p>
    <w:p>
      <w:r>
        <w:rPr>
          <w:b/>
        </w:rPr>
        <w:t xml:space="preserve">[05:23] </w:t>
      </w:r>
      <w:r>
        <w:t>less than 1% جانور کی قربانی ہے۔</w:t>
      </w:r>
    </w:p>
    <w:p>
      <w:pPr>
        <w:jc w:val="right"/>
      </w:pPr>
      <w:r>
        <w:t>لیس دین 1 پرسنٹ جانور کی قربانی ہے۔</w:t>
      </w:r>
    </w:p>
    <w:p>
      <w:r>
        <w:rPr>
          <w:b/>
        </w:rPr>
        <w:t xml:space="preserve">[05:29] </w:t>
      </w:r>
      <w:r>
        <w:t>ye hai spirit eid al-adha ki.</w:t>
      </w:r>
    </w:p>
    <w:p>
      <w:pPr>
        <w:jc w:val="right"/>
      </w:pPr>
      <w:r>
        <w:t>یہ ہے اسپرٹ عید الاضحی کی۔</w:t>
      </w:r>
    </w:p>
    <w:p>
      <w:r>
        <w:rPr>
          <w:b/>
        </w:rPr>
        <w:t xml:space="preserve">[05:36] </w:t>
      </w:r>
      <w:r>
        <w:t>ab dekhiye, quran mein hazrat ibrahim ke bare mein bahut ajeeb ek ayat aayi hai.</w:t>
      </w:r>
    </w:p>
    <w:p>
      <w:pPr>
        <w:jc w:val="right"/>
      </w:pPr>
      <w:r>
        <w:t>اب دیکھیے، قرآن میں حضرت ابراہیم کے بارے میں بہت عجیب ایک آیت آئی ہے۔</w:t>
      </w:r>
    </w:p>
    <w:p>
      <w:r>
        <w:rPr>
          <w:b/>
        </w:rPr>
        <w:t xml:space="preserve">[05:43] </w:t>
      </w:r>
      <w:r>
        <w:t>surah al-baqarah mein ayat number 124.</w:t>
      </w:r>
    </w:p>
    <w:p>
      <w:pPr>
        <w:jc w:val="right"/>
      </w:pPr>
      <w:r>
        <w:t>سورہ البقرہ میں آیت نمبر 124۔</w:t>
      </w:r>
    </w:p>
    <w:p>
      <w:r>
        <w:rPr>
          <w:b/>
        </w:rPr>
        <w:t xml:space="preserve">[05:50] </w:t>
      </w:r>
      <w:r>
        <w:t>al-baqarah yaani chapter 2, verse 124.</w:t>
      </w:r>
    </w:p>
    <w:p>
      <w:pPr>
        <w:jc w:val="right"/>
      </w:pPr>
      <w:r>
        <w:t>البقرہ یعنی چیپٹر 2، ورس 124۔</w:t>
      </w:r>
    </w:p>
    <w:p>
      <w:r>
        <w:rPr>
          <w:b/>
        </w:rPr>
        <w:t xml:space="preserve">[05:56] </w:t>
      </w:r>
      <w:r>
        <w:t>is mein ye alfaaz hain ke: waizabtalay ibraheema rabbuhu bikalimatin fatammahunna qala inni jaaluka lilnnasi himaman qala</w:t>
      </w:r>
    </w:p>
    <w:p>
      <w:pPr>
        <w:jc w:val="right"/>
      </w:pPr>
      <w:r>
        <w:t>اس میں یہ الفاظ ہیں کہ: وَاِذِ ابْتَلَىٰ اِبْرَاهِيمَ رَبُّهُ بِكَلِمَاتٍ فَاطَمَّهُنَّ قَالَ إِنِّي جَعَلُكَ لِلنَّاسِ هِمَامًا قَالَ</w:t>
      </w:r>
    </w:p>
    <w:p>
      <w:r>
        <w:rPr>
          <w:b/>
        </w:rPr>
        <w:t xml:space="preserve">[06:03] </w:t>
      </w:r>
      <w:r>
        <w:t>wamin dhurriyyati qala la yanaloohadhu zzhalimeena yani allah ne azmaya ibrahim ko kai baaton mein.</w:t>
      </w:r>
    </w:p>
    <w:p>
      <w:pPr>
        <w:jc w:val="right"/>
      </w:pPr>
      <w:r>
        <w:t>وَمِنْ ذُرِّيَّتِي قَالَ لَا يَنَالُوا عَهْدِ الظَّالِمِينَ یعنی اللہ نے آزمایا ابراہیم کو کئی باتوں میں۔</w:t>
      </w:r>
    </w:p>
    <w:p>
      <w:r>
        <w:rPr>
          <w:b/>
        </w:rPr>
        <w:t xml:space="preserve">[06:10] </w:t>
      </w:r>
      <w:r>
        <w:t>to ibrahim ne is ko poora kar dikhaya.</w:t>
      </w:r>
    </w:p>
    <w:p>
      <w:pPr>
        <w:jc w:val="right"/>
      </w:pPr>
      <w:r>
        <w:t>تو ابراہیم نے اس کو پورا کر دکھایا۔</w:t>
      </w:r>
    </w:p>
    <w:p>
      <w:r>
        <w:rPr>
          <w:b/>
        </w:rPr>
        <w:t xml:space="preserve">[06:16] </w:t>
      </w:r>
      <w:r>
        <w:t>to allah ne kaha ke: main tum ko logon ka imam banata hoon.</w:t>
      </w:r>
    </w:p>
    <w:p>
      <w:pPr>
        <w:jc w:val="right"/>
      </w:pPr>
      <w:r>
        <w:t>تو اللہ نے کہا کہ: میں تم کو لوگوں کا امام بناتا ہوں۔</w:t>
      </w:r>
    </w:p>
    <w:p>
      <w:r>
        <w:rPr>
          <w:b/>
        </w:rPr>
        <w:t xml:space="preserve">[06:23] </w:t>
      </w:r>
      <w:r>
        <w:t>yaani leader of mankind.</w:t>
      </w:r>
    </w:p>
    <w:p>
      <w:pPr>
        <w:jc w:val="right"/>
      </w:pPr>
      <w:r>
        <w:t>یعنی لیڈر آف مین کائنڈ۔</w:t>
      </w:r>
    </w:p>
    <w:p>
      <w:r>
        <w:rPr>
          <w:b/>
        </w:rPr>
        <w:t xml:space="preserve">[06:30] </w:t>
      </w:r>
      <w:r>
        <w:t>hazrat ibrahim ne kaha: kya meri zurriat ke liye bhi? allah ne farmaya ke: teri zurriat mein jo</w:t>
      </w:r>
    </w:p>
    <w:p>
      <w:pPr>
        <w:jc w:val="right"/>
      </w:pPr>
      <w:r>
        <w:t>حضرت ابراہیم نے کہا: کیا میری ذریت کے لیے بھی؟ اللہ نے فرمایا کہ: تیری ذریت میں جو</w:t>
      </w:r>
    </w:p>
    <w:p>
      <w:r>
        <w:rPr>
          <w:b/>
        </w:rPr>
        <w:t xml:space="preserve">[06:37] </w:t>
      </w:r>
      <w:r>
        <w:t>log tere rastay par chalain ge, un ke liye hai.</w:t>
      </w:r>
    </w:p>
    <w:p>
      <w:pPr>
        <w:jc w:val="right"/>
      </w:pPr>
      <w:r>
        <w:t>لوگ تیرے راستے پر چلیں گے، ان کے لیے ہے۔</w:t>
      </w:r>
    </w:p>
    <w:p>
      <w:r>
        <w:rPr>
          <w:b/>
        </w:rPr>
        <w:t xml:space="preserve">[06:43] </w:t>
      </w:r>
      <w:r>
        <w:t>jo tere rastay ko chhod dain ge, un ke liye nahi hai.</w:t>
      </w:r>
    </w:p>
    <w:p>
      <w:pPr>
        <w:jc w:val="right"/>
      </w:pPr>
      <w:r>
        <w:t>جو تیرے راستے کو چھوڑ دیں گے، ان کے لیے نہیں ہے۔</w:t>
      </w:r>
    </w:p>
    <w:p>
      <w:r>
        <w:rPr>
          <w:b/>
        </w:rPr>
        <w:t xml:space="preserve">[06:50] </w:t>
      </w:r>
      <w:r>
        <w:t>dekhiye, yeh waqia jo hai, jis tarah quran mein aaya hai, jis tarah bible mein bhi aaya hai.</w:t>
      </w:r>
    </w:p>
    <w:p>
      <w:pPr>
        <w:jc w:val="right"/>
      </w:pPr>
      <w:r>
        <w:t>دیکھیے، یہ واقعہ جو ہے، جس طرح قرآن میں آیا ہے، جس طرح بائبل میں بھی آیا ہے۔</w:t>
      </w:r>
    </w:p>
    <w:p>
      <w:r>
        <w:rPr>
          <w:b/>
        </w:rPr>
        <w:t xml:space="preserve">[06:57] </w:t>
      </w:r>
      <w:r>
        <w:t>bible mein hazrat ibrahim ki baatein bohat tafseel se aai hain.</w:t>
      </w:r>
    </w:p>
    <w:p>
      <w:pPr>
        <w:jc w:val="right"/>
      </w:pPr>
      <w:r>
        <w:t>بائبل میں حضرت ابراہیم کی باتیں بہت تفصیل سے آئی ہیں۔</w:t>
      </w:r>
    </w:p>
    <w:p>
      <w:r>
        <w:rPr>
          <w:b/>
        </w:rPr>
        <w:t xml:space="preserve">[07:03] </w:t>
      </w:r>
      <w:r>
        <w:t>aur yeh waqia bhi hai.</w:t>
      </w:r>
    </w:p>
    <w:p>
      <w:pPr>
        <w:jc w:val="right"/>
      </w:pPr>
      <w:r>
        <w:t>اور یہ واقعہ بھی ہے۔</w:t>
      </w:r>
    </w:p>
    <w:p>
      <w:r>
        <w:rPr>
          <w:b/>
        </w:rPr>
        <w:t xml:space="preserve">[07:10] </w:t>
      </w:r>
      <w:r>
        <w:t>wahan jo alfaaz hain, yaani book of genesis mein, book of genesis mein yeh alfaaz hain ke: allah</w:t>
      </w:r>
    </w:p>
    <w:p>
      <w:pPr>
        <w:jc w:val="right"/>
      </w:pPr>
      <w:r>
        <w:t>وہاں جو الفاظ ہیں، یعنی بک آف جنیسس میں، بک آف جنیسس میں یہ الفاظ ہیں کہ: اللہ</w:t>
      </w:r>
    </w:p>
    <w:p>
      <w:r>
        <w:rPr>
          <w:b/>
        </w:rPr>
        <w:t xml:space="preserve">[07:17] </w:t>
      </w:r>
      <w:r>
        <w:t>ne farmaya: and through your descendants and yaani allah ne ibrahim se farmaya.</w:t>
      </w:r>
    </w:p>
    <w:p>
      <w:pPr>
        <w:jc w:val="right"/>
      </w:pPr>
      <w:r>
        <w:t>نے فرمایا: and through your descendants and یعنی اللہ نے ابراہیم سے فرمایا۔</w:t>
      </w:r>
    </w:p>
    <w:p>
      <w:r>
        <w:rPr>
          <w:b/>
        </w:rPr>
        <w:t xml:space="preserve">[07:24] </w:t>
      </w:r>
      <w:r>
        <w:t>yeh bible ke alfaaz hain.</w:t>
      </w:r>
    </w:p>
    <w:p>
      <w:pPr>
        <w:jc w:val="right"/>
      </w:pPr>
      <w:r>
        <w:t>یہ بائبل کے الفاظ ہیں۔</w:t>
      </w:r>
    </w:p>
    <w:p>
      <w:r>
        <w:rPr>
          <w:b/>
        </w:rPr>
        <w:t xml:space="preserve">[07:30] </w:t>
      </w:r>
      <w:r>
        <w:t>and through your descendants all the nations of the earth will be blessed.</w:t>
      </w:r>
    </w:p>
    <w:p>
      <w:pPr>
        <w:jc w:val="right"/>
      </w:pPr>
      <w:r>
        <w:t>and through your descendants all the nations of the earth will be blessed.</w:t>
      </w:r>
    </w:p>
    <w:p>
      <w:r>
        <w:rPr>
          <w:b/>
        </w:rPr>
        <w:t xml:space="preserve">[07:37] </w:t>
      </w:r>
      <w:r>
        <w:t>yeh bohat hi ajeeb baat hai ke itna bara waqia hua ke allah ne hazrat ibrahim ko leader</w:t>
      </w:r>
    </w:p>
    <w:p>
      <w:pPr>
        <w:jc w:val="right"/>
      </w:pPr>
      <w:r>
        <w:t>یہ بہت ہی عجیب بات ہے کہ اتنا بڑا واقعہ ہوا کہ اللہ نے حضرت ابراہیم کو لیڈر</w:t>
      </w:r>
    </w:p>
    <w:p>
      <w:r>
        <w:rPr>
          <w:b/>
        </w:rPr>
        <w:t xml:space="preserve">[07:44] </w:t>
      </w:r>
      <w:r>
        <w:t>of the world banaya.</w:t>
      </w:r>
    </w:p>
    <w:p>
      <w:pPr>
        <w:jc w:val="right"/>
      </w:pPr>
      <w:r>
        <w:t>آف دا ورلڈ بنایا۔</w:t>
      </w:r>
    </w:p>
    <w:p>
      <w:r>
        <w:rPr>
          <w:b/>
        </w:rPr>
        <w:t xml:space="preserve">[07:50] </w:t>
      </w:r>
      <w:r>
        <w:t>leader of mankind banaya.</w:t>
      </w:r>
    </w:p>
    <w:p>
      <w:pPr>
        <w:jc w:val="right"/>
      </w:pPr>
      <w:r>
        <w:t>لیڈر آف مین کائنڈ بنایا۔</w:t>
      </w:r>
    </w:p>
    <w:p>
      <w:r>
        <w:rPr>
          <w:b/>
        </w:rPr>
        <w:t xml:space="preserve">[07:57] </w:t>
      </w:r>
      <w:r>
        <w:t>lekin is ka matlab kya hai? aap bible ke commentator ko parhiye, koi aap ko jawab nahi mile ga.</w:t>
      </w:r>
    </w:p>
    <w:p>
      <w:pPr>
        <w:jc w:val="right"/>
      </w:pPr>
      <w:r>
        <w:t>لیکن اس کا مطلب کیا ہے؟ آپ بائبل کے کمنٹیٹر کو پڑھیے، کوئی آپ کو جواب نہیں ملے گا۔</w:t>
      </w:r>
    </w:p>
    <w:p>
      <w:r>
        <w:rPr>
          <w:b/>
        </w:rPr>
        <w:t xml:space="preserve">[08:04] </w:t>
      </w:r>
      <w:r>
        <w:t>quran ke mufassireen ko parhiye, koi jawab nahi mile ga.</w:t>
      </w:r>
    </w:p>
    <w:p>
      <w:pPr>
        <w:jc w:val="right"/>
      </w:pPr>
      <w:r>
        <w:t>قرآن کے مفسرین کو پڑھیے، کوئی جواب نہیں ملے گا۔</w:t>
      </w:r>
    </w:p>
    <w:p>
      <w:r>
        <w:rPr>
          <w:b/>
        </w:rPr>
        <w:t xml:space="preserve">[08:11] </w:t>
      </w:r>
      <w:r>
        <w:t>اتنی عجیب بڑی بات ابھی تک unexplain پڑی ہوئی ہے۔</w:t>
      </w:r>
    </w:p>
    <w:p>
      <w:pPr>
        <w:jc w:val="right"/>
      </w:pPr>
      <w:r>
        <w:t>اتنی عجیب بڑی بات ابھی تک ان ایکسپلین پڑی ہوئی ہے۔</w:t>
      </w:r>
    </w:p>
    <w:p>
      <w:r>
        <w:rPr>
          <w:b/>
        </w:rPr>
        <w:t xml:space="preserve">[08:17] </w:t>
      </w:r>
      <w:r>
        <w:t>unexplain ke hazrat ibrahim ko leader of mankind bananay ka matlab kya tha? na bible ke</w:t>
      </w:r>
    </w:p>
    <w:p>
      <w:pPr>
        <w:jc w:val="right"/>
      </w:pPr>
      <w:r>
        <w:t>ان ایکسپلین کہ حضرت ابراہیم کو لیڈر آف مین کائنڈ بنانے کا مطلب کیا تھا؟ نہ بائبل کے</w:t>
      </w:r>
    </w:p>
    <w:p>
      <w:r>
        <w:rPr>
          <w:b/>
        </w:rPr>
        <w:t xml:space="preserve">[08:24] </w:t>
      </w:r>
      <w:r>
        <w:t>commentator ko is ka pata hai, na quran ke mufassireen ko is ka pata hai.</w:t>
      </w:r>
    </w:p>
    <w:p>
      <w:pPr>
        <w:jc w:val="right"/>
      </w:pPr>
      <w:r>
        <w:t>کمنٹیٹر کو اس کا پتہ ہے، نہ قرآن کے مفسرین کو اس کا پتہ ہے۔</w:t>
      </w:r>
    </w:p>
    <w:p>
      <w:r>
        <w:rPr>
          <w:b/>
        </w:rPr>
        <w:t xml:space="preserve">[08:31] </w:t>
      </w:r>
      <w:r>
        <w:t>ab aap tareekhi aitbaar se dekhiye, kya yeh waqia hua ke hazrat ibrahim jo hai, sari dunya ke</w:t>
      </w:r>
    </w:p>
    <w:p>
      <w:pPr>
        <w:jc w:val="right"/>
      </w:pPr>
      <w:r>
        <w:t>اب آپ تاریخی اعتبار سے دیکھیے، کیا یہ واقعہ ہوا کہ حضرت ابراہیم جو ہے، ساری دنیا کے</w:t>
      </w:r>
    </w:p>
    <w:p>
      <w:r>
        <w:rPr>
          <w:b/>
        </w:rPr>
        <w:t xml:space="preserve">[08:37] </w:t>
      </w:r>
      <w:r>
        <w:t>leader ban gaye? to tareekh to nahi batati aisa.</w:t>
      </w:r>
    </w:p>
    <w:p>
      <w:pPr>
        <w:jc w:val="right"/>
      </w:pPr>
      <w:r>
        <w:t>لیڈر بن گئے؟ تو تاریخ تو نہیں بتاتی ایسا۔</w:t>
      </w:r>
    </w:p>
    <w:p>
      <w:r>
        <w:rPr>
          <w:b/>
        </w:rPr>
        <w:t xml:space="preserve">[08:44] </w:t>
      </w:r>
      <w:r>
        <w:t>یہاں تک کہ حضرت ابراہیم جو ہے، جو جن کا زمانہ 20th Century BC کا زمانہ ہے۔</w:t>
      </w:r>
    </w:p>
    <w:p>
      <w:pPr>
        <w:jc w:val="right"/>
      </w:pPr>
      <w:r>
        <w:t>یہاں تک کہ حضرت ابراہیم جو ہے، جو جن کا زمانہ ٹوئنٹی ایتھ سنچری بی سی کا زمانہ ہے۔</w:t>
      </w:r>
    </w:p>
    <w:p>
      <w:r>
        <w:rPr>
          <w:b/>
        </w:rPr>
        <w:t xml:space="preserve">[08:51] </w:t>
      </w:r>
      <w:r>
        <w:t>yaani beesveen sadi qabl maseeh ka zamana hai.</w:t>
      </w:r>
    </w:p>
    <w:p>
      <w:pPr>
        <w:jc w:val="right"/>
      </w:pPr>
      <w:r>
        <w:t>یعنی بیسویں صدی قبل مسیح کا زمانہ ہے۔</w:t>
      </w:r>
    </w:p>
    <w:p>
      <w:r>
        <w:rPr>
          <w:b/>
        </w:rPr>
        <w:t xml:space="preserve">[08:58] </w:t>
      </w:r>
      <w:r>
        <w:t>is ke baad tareekh mein woh gum ho gaye.</w:t>
      </w:r>
    </w:p>
    <w:p>
      <w:pPr>
        <w:jc w:val="right"/>
      </w:pPr>
      <w:r>
        <w:t>اس کے بعد تاریخ میں وہ گم ہو گئے۔</w:t>
      </w:r>
    </w:p>
    <w:p>
      <w:r>
        <w:rPr>
          <w:b/>
        </w:rPr>
        <w:t xml:space="preserve">[09:04] </w:t>
      </w:r>
      <w:r>
        <w:t>jo recorded history hai, us mein koi zikr nahi hai aap ka.</w:t>
      </w:r>
    </w:p>
    <w:p>
      <w:pPr>
        <w:jc w:val="right"/>
      </w:pPr>
      <w:r>
        <w:t>جو ریکارڈڈ ہسٹری ہے، اس میں کوئی ذکر نہیں ہے آپ کا۔</w:t>
      </w:r>
    </w:p>
    <w:p>
      <w:r>
        <w:rPr>
          <w:b/>
        </w:rPr>
        <w:t xml:space="preserve">[09:11] </w:t>
      </w:r>
      <w:r>
        <w:t>recorded history mein hazrat ibrahim ka koi zikr nahi hai.</w:t>
      </w:r>
    </w:p>
    <w:p>
      <w:pPr>
        <w:jc w:val="right"/>
      </w:pPr>
      <w:r>
        <w:t>ریکارڈڈ ہسٹری میں حضرت ابراہیم کا کوئی ذکر نہیں ہے۔</w:t>
      </w:r>
    </w:p>
    <w:p>
      <w:r>
        <w:rPr>
          <w:b/>
        </w:rPr>
        <w:t xml:space="preserve">[09:18] </w:t>
      </w:r>
      <w:r>
        <w:t>ab yaani beesveen sadi ke second half mein aik purana shehar discover hua hai baghdad ke paas iraq</w:t>
      </w:r>
    </w:p>
    <w:p>
      <w:pPr>
        <w:jc w:val="right"/>
      </w:pPr>
      <w:r>
        <w:t>اب یعنی بیسویں صدی کے سیکنڈ ہاف میں ایک پرانا شہر ڈسکور ہوا ہے بغداد کے پاس عراق</w:t>
      </w:r>
    </w:p>
    <w:p>
      <w:r>
        <w:rPr>
          <w:b/>
        </w:rPr>
        <w:t xml:space="preserve">[09:24] </w:t>
      </w:r>
      <w:r>
        <w:t>mein, jis ko kehte hain ur. ur.</w:t>
      </w:r>
    </w:p>
    <w:p>
      <w:pPr>
        <w:jc w:val="right"/>
      </w:pPr>
      <w:r>
        <w:t>میں، جس کو کہتے ہیں اُر۔ یو آر۔</w:t>
      </w:r>
    </w:p>
    <w:p>
      <w:r>
        <w:rPr>
          <w:b/>
        </w:rPr>
        <w:t xml:space="preserve">[09:31] </w:t>
      </w:r>
      <w:r>
        <w:t>is mein kuch archaeological evidence mile hain.</w:t>
      </w:r>
    </w:p>
    <w:p>
      <w:pPr>
        <w:jc w:val="right"/>
      </w:pPr>
      <w:r>
        <w:t>اس میں کچھ آرکیالوجیکل ایویڈنس ملے ہیں۔</w:t>
      </w:r>
    </w:p>
    <w:p>
      <w:r>
        <w:rPr>
          <w:b/>
        </w:rPr>
        <w:t xml:space="preserve">[09:38] </w:t>
      </w:r>
      <w:r>
        <w:t>tab bhi woh inferential evidence hai, indirect evidence hai.</w:t>
      </w:r>
    </w:p>
    <w:p>
      <w:pPr>
        <w:jc w:val="right"/>
      </w:pPr>
      <w:r>
        <w:t>تب بھی وہ انفرینشل ایویڈنس ہے، ان ڈائریکٹ ایویڈنس ہے۔</w:t>
      </w:r>
    </w:p>
    <w:p>
      <w:r>
        <w:rPr>
          <w:b/>
        </w:rPr>
        <w:t xml:space="preserve">[09:45] </w:t>
      </w:r>
      <w:r>
        <w:t>hazrat ibrahim ki kahani nahi likhi hui hai wahan par.</w:t>
      </w:r>
    </w:p>
    <w:p>
      <w:pPr>
        <w:jc w:val="right"/>
      </w:pPr>
      <w:r>
        <w:t>حضرت ابراہیم کی کہانی نہیں لکھی ہوئی ہے وہاں پر۔</w:t>
      </w:r>
    </w:p>
    <w:p>
      <w:r>
        <w:rPr>
          <w:b/>
        </w:rPr>
        <w:t xml:space="preserve">[09:51] </w:t>
      </w:r>
      <w:r>
        <w:t>is se samjha gaya ke wahan woh rehte the, wahan paida hue the ur mein.</w:t>
      </w:r>
    </w:p>
    <w:p>
      <w:pPr>
        <w:jc w:val="right"/>
      </w:pPr>
      <w:r>
        <w:t>اس سے سمجھا گیا کہ وہاں وہ رہتے تھے، وہاں پیدا ہوئے تھے اُر میں۔</w:t>
      </w:r>
    </w:p>
    <w:p>
      <w:r>
        <w:rPr>
          <w:b/>
        </w:rPr>
        <w:t xml:space="preserve">[09:58] </w:t>
      </w:r>
      <w:r>
        <w:t>lekin direct tor par ab bhi tareekh mein un ka koi trace maujood nahi hai.</w:t>
      </w:r>
    </w:p>
    <w:p>
      <w:pPr>
        <w:jc w:val="right"/>
      </w:pPr>
      <w:r>
        <w:t>لیکن ڈائریکٹ طور پر اب بھی تاریخ میں ان کا کوئی ٹریس موجود نہیں ہے۔</w:t>
      </w:r>
    </w:p>
    <w:p>
      <w:r>
        <w:rPr>
          <w:b/>
        </w:rPr>
        <w:t xml:space="preserve">[10:05] </w:t>
      </w:r>
      <w:r>
        <w:t>تو where is that leadership of mankind؟ کہاں ہے وہ؟ اتنی بڑی بات جو ہے، وہ ابھی</w:t>
      </w:r>
    </w:p>
    <w:p>
      <w:pPr>
        <w:jc w:val="right"/>
      </w:pPr>
      <w:r>
        <w:t>تو ویر از دیٹ لیڈرشپ آف مین کائنڈ؟ کہاں ہے وہ؟ اتنی بڑی بات جو ہے، وہ ابھی</w:t>
      </w:r>
    </w:p>
    <w:p>
      <w:r>
        <w:rPr>
          <w:b/>
        </w:rPr>
        <w:t xml:space="preserve">[10:11] </w:t>
      </w:r>
      <w:r>
        <w:t>tak logon ko maloom nahi hai.</w:t>
      </w:r>
    </w:p>
    <w:p>
      <w:pPr>
        <w:jc w:val="right"/>
      </w:pPr>
      <w:r>
        <w:t>تک لوگوں کو معلوم نہیں ہے۔</w:t>
      </w:r>
    </w:p>
    <w:p>
      <w:r>
        <w:rPr>
          <w:b/>
        </w:rPr>
        <w:t xml:space="preserve">[10:18] </w:t>
      </w:r>
      <w:r>
        <w:t>to eid al-adha darasal isi liye hai ke aap is din aap sochen is baat ko ke kya</w:t>
      </w:r>
    </w:p>
    <w:p>
      <w:pPr>
        <w:jc w:val="right"/>
      </w:pPr>
      <w:r>
        <w:t>تو عید الاضحی دراصل اسی لیے ہے کہ آپ اس دن آپ سوچیں اس بات کو کہ کیا</w:t>
      </w:r>
    </w:p>
    <w:p>
      <w:r>
        <w:rPr>
          <w:b/>
        </w:rPr>
        <w:t xml:space="preserve">[10:25] </w:t>
      </w:r>
      <w:r>
        <w:t>hai yeh mamla? eid al-adha gosht khane ke liye nahi hai.</w:t>
      </w:r>
    </w:p>
    <w:p>
      <w:pPr>
        <w:jc w:val="right"/>
      </w:pPr>
      <w:r>
        <w:t>ہے یہ معاملہ؟ عید الاضحی گوشت کھانے کے لیے نہیں ہے۔</w:t>
      </w:r>
    </w:p>
    <w:p>
      <w:r>
        <w:rPr>
          <w:b/>
        </w:rPr>
        <w:t xml:space="preserve">[10:32] </w:t>
      </w:r>
      <w:r>
        <w:t>eid al-adha ko hum is baat banate hain gosht khane ke liye.</w:t>
      </w:r>
    </w:p>
    <w:p>
      <w:pPr>
        <w:jc w:val="right"/>
      </w:pPr>
      <w:r>
        <w:t>عید الاضحی کو ہم اس بات بناتے ہیں گوشت کھانے کے لیے۔</w:t>
      </w:r>
    </w:p>
    <w:p>
      <w:r>
        <w:rPr>
          <w:b/>
        </w:rPr>
        <w:t xml:space="preserve">[10:38] </w:t>
      </w:r>
      <w:r>
        <w:t>nahi, woh aik hidden item of history ko discover karne ka din hai woh.</w:t>
      </w:r>
    </w:p>
    <w:p>
      <w:pPr>
        <w:jc w:val="right"/>
      </w:pPr>
      <w:r>
        <w:t>نہیں، وہ ایک ہڈن آئٹم آف ہسٹری کو ڈسکور کرنے کا دن ہے وہ۔</w:t>
      </w:r>
    </w:p>
    <w:p>
      <w:r>
        <w:rPr>
          <w:b/>
        </w:rPr>
        <w:t xml:space="preserve">[10:45] </w:t>
      </w:r>
      <w:r>
        <w:t>ke kya hai woh world leadership Hazrat Ibrahim ki? is ko discover kijiye.</w:t>
      </w:r>
    </w:p>
    <w:p>
      <w:pPr>
        <w:jc w:val="right"/>
      </w:pPr>
      <w:r>
        <w:t>کہ کیا ہے وہ ورلڈ لیڈرشپ حضرت ابراہیم کی؟ اس کو ڈسکور کیجیے۔</w:t>
      </w:r>
    </w:p>
    <w:p>
      <w:r>
        <w:rPr>
          <w:b/>
        </w:rPr>
        <w:t xml:space="preserve">[10:52] </w:t>
      </w:r>
      <w:r>
        <w:t>to dekhiye, baat yeh hai ke Allah taala ne insan ko paida karne ke baad paighambar bhejane shuru kiye.</w:t>
      </w:r>
    </w:p>
    <w:p>
      <w:pPr>
        <w:jc w:val="right"/>
      </w:pPr>
      <w:r>
        <w:t>تو دیکھیے، بات یہ ہے کہ اللہ تعالیٰ نے انسان کو پیدا کرنے کے بعد پیغمبر بھیجنے شروع کیے۔</w:t>
      </w:r>
    </w:p>
    <w:p>
      <w:r>
        <w:rPr>
          <w:b/>
        </w:rPr>
        <w:t xml:space="preserve">[10:58] </w:t>
      </w:r>
      <w:r>
        <w:t>har nasal mein, har qaum mein.</w:t>
      </w:r>
    </w:p>
    <w:p>
      <w:pPr>
        <w:jc w:val="right"/>
      </w:pPr>
      <w:r>
        <w:t>ہر نسل میں، ہر قوم میں۔</w:t>
      </w:r>
    </w:p>
    <w:p>
      <w:r>
        <w:rPr>
          <w:b/>
        </w:rPr>
        <w:t xml:space="preserve">[11:05] </w:t>
      </w:r>
      <w:r>
        <w:t>quran mein hai ke thumma arsalna ruslana tatra hum ne bheje paighambar lagataar.</w:t>
      </w:r>
    </w:p>
    <w:p>
      <w:pPr>
        <w:jc w:val="right"/>
      </w:pPr>
      <w:r>
        <w:t>قرآن میں ہے کہ ثُمَّ أَرْسَلْنَا رُسَلْنَا تَطْرَا ہم نے بھیجے پیغمبر لگاتار۔</w:t>
      </w:r>
    </w:p>
    <w:p>
      <w:r>
        <w:rPr>
          <w:b/>
        </w:rPr>
        <w:t xml:space="preserve">[11:12] </w:t>
      </w:r>
      <w:r>
        <w:t>likulli qaumin had har qaum mein.</w:t>
      </w:r>
    </w:p>
    <w:p>
      <w:pPr>
        <w:jc w:val="right"/>
      </w:pPr>
      <w:r>
        <w:t>لِكُلِّ قَوْمٍ حَادٌ ہر قوم میں۔</w:t>
      </w:r>
    </w:p>
    <w:p>
      <w:r>
        <w:rPr>
          <w:b/>
        </w:rPr>
        <w:t xml:space="preserve">[11:19] </w:t>
      </w:r>
      <w:r>
        <w:t>lekin kya hua? log, log obsession itna barha hua tha shirk mein is zamane mein.</w:t>
      </w:r>
    </w:p>
    <w:p>
      <w:pPr>
        <w:jc w:val="right"/>
      </w:pPr>
      <w:r>
        <w:t>لیکن کیا ہوا؟ لوگ، لوگ آبسیشن اتنا بڑھا ہوا تھا شرک میں اس زمانے میں۔</w:t>
      </w:r>
    </w:p>
    <w:p>
      <w:r>
        <w:rPr>
          <w:b/>
        </w:rPr>
        <w:t xml:space="preserve">[11:25] </w:t>
      </w:r>
      <w:r>
        <w:t>shirk kya hai? nature worship.</w:t>
      </w:r>
    </w:p>
    <w:p>
      <w:pPr>
        <w:jc w:val="right"/>
      </w:pPr>
      <w:r>
        <w:t>شرک کیا ہے؟ نیچر ورشپ۔</w:t>
      </w:r>
    </w:p>
    <w:p>
      <w:r>
        <w:rPr>
          <w:b/>
        </w:rPr>
        <w:t xml:space="preserve">[11:32] </w:t>
      </w:r>
      <w:r>
        <w:t>is zamane mein nature worship ka phenomena itna barha hua tha, itna barha hua tha ke kisi ko</w:t>
      </w:r>
    </w:p>
    <w:p>
      <w:pPr>
        <w:jc w:val="right"/>
      </w:pPr>
      <w:r>
        <w:t>اس زمانے میں نیچر ورشپ کا فینامینا اتنا بڑھا ہوا تھا، اتنا بڑھا ہوا تھا کہ کسی کو</w:t>
      </w:r>
    </w:p>
    <w:p>
      <w:r>
        <w:rPr>
          <w:b/>
        </w:rPr>
        <w:t xml:space="preserve">[11:39] </w:t>
      </w:r>
      <w:r>
        <w:t>tauheed ki baat samajh mein nahi aayi.</w:t>
      </w:r>
    </w:p>
    <w:p>
      <w:pPr>
        <w:jc w:val="right"/>
      </w:pPr>
      <w:r>
        <w:t>توحید کی بات سمجھ میں نہیں آئی۔</w:t>
      </w:r>
    </w:p>
    <w:p>
      <w:r>
        <w:rPr>
          <w:b/>
        </w:rPr>
        <w:t xml:space="preserve">[11:45] </w:t>
      </w:r>
      <w:r>
        <w:t>aur saare paighambaron ka inkar hota raha.</w:t>
      </w:r>
    </w:p>
    <w:p>
      <w:pPr>
        <w:jc w:val="right"/>
      </w:pPr>
      <w:r>
        <w:t>اور سارے پیغمبروں کا انکار ہوتا رہا۔</w:t>
      </w:r>
    </w:p>
    <w:p>
      <w:r>
        <w:rPr>
          <w:b/>
        </w:rPr>
        <w:t xml:space="preserve">[11:52] </w:t>
      </w:r>
      <w:r>
        <w:t>is ke baad Allah taala ne chaha ke aik nai planning karna.</w:t>
      </w:r>
    </w:p>
    <w:p>
      <w:pPr>
        <w:jc w:val="right"/>
      </w:pPr>
      <w:r>
        <w:t>اس کے بعد اللہ تعالیٰ نے چاہا کہ ایک نئی پلاننگ کرنا۔</w:t>
      </w:r>
    </w:p>
    <w:p>
      <w:r>
        <w:rPr>
          <w:b/>
        </w:rPr>
        <w:t xml:space="preserve">[11:59] </w:t>
      </w:r>
      <w:r>
        <w:t>dawat ki nai planning.</w:t>
      </w:r>
    </w:p>
    <w:p>
      <w:pPr>
        <w:jc w:val="right"/>
      </w:pPr>
      <w:r>
        <w:t>دعوت کی نئی پلاننگ۔</w:t>
      </w:r>
    </w:p>
    <w:p>
      <w:r>
        <w:rPr>
          <w:b/>
        </w:rPr>
        <w:t xml:space="preserve">[12:06] </w:t>
      </w:r>
      <w:r>
        <w:t>aik aisi planning jo hazaron saal tak phalne wali thi.</w:t>
      </w:r>
    </w:p>
    <w:p>
      <w:pPr>
        <w:jc w:val="right"/>
      </w:pPr>
      <w:r>
        <w:t>ایک ایسی پلاننگ جو ہزاروں سال تک پھلنے والی تھی۔</w:t>
      </w:r>
    </w:p>
    <w:p>
      <w:r>
        <w:rPr>
          <w:b/>
        </w:rPr>
        <w:t xml:space="preserve">[12:12] </w:t>
      </w:r>
      <w:r>
        <w:t>jis ka result hazaron saal mein nikalne wala tha.</w:t>
      </w:r>
    </w:p>
    <w:p>
      <w:pPr>
        <w:jc w:val="right"/>
      </w:pPr>
      <w:r>
        <w:t>جس کا رزلٹ ہزاروں سال میں نکلنے والا تھا۔</w:t>
      </w:r>
    </w:p>
    <w:p>
      <w:r>
        <w:rPr>
          <w:b/>
        </w:rPr>
        <w:t xml:space="preserve">[12:19] </w:t>
      </w:r>
      <w:r>
        <w:t>aisi aik planning Hazrat Ibrahim ke zariye se.</w:t>
      </w:r>
    </w:p>
    <w:p>
      <w:pPr>
        <w:jc w:val="right"/>
      </w:pPr>
      <w:r>
        <w:t>ایسی ایک پلاننگ حضرت ابراہیم کے ذریعے سے۔</w:t>
      </w:r>
    </w:p>
    <w:p>
      <w:r>
        <w:rPr>
          <w:b/>
        </w:rPr>
        <w:t xml:space="preserve">[12:26] </w:t>
      </w:r>
      <w:r>
        <w:t>aaj kal ki zabaan mein kahoon ga ke dawat ki long term planning.</w:t>
      </w:r>
    </w:p>
    <w:p>
      <w:pPr>
        <w:jc w:val="right"/>
      </w:pPr>
      <w:r>
        <w:t>آج کل کی زبان میں کہوں گا کہ دعوت کی لانگ ٹرم پلاننگ۔</w:t>
      </w:r>
    </w:p>
    <w:p>
      <w:r>
        <w:rPr>
          <w:b/>
        </w:rPr>
        <w:t xml:space="preserve">[12:32] </w:t>
      </w:r>
      <w:r>
        <w:t>dawat ki long term planning.</w:t>
      </w:r>
    </w:p>
    <w:p>
      <w:pPr>
        <w:jc w:val="right"/>
      </w:pPr>
      <w:r>
        <w:t>دعوت کی لانگ ٹرم پلاننگ۔</w:t>
      </w:r>
    </w:p>
    <w:p>
      <w:r>
        <w:rPr>
          <w:b/>
        </w:rPr>
        <w:t xml:space="preserve">[12:39] </w:t>
      </w:r>
      <w:r>
        <w:t>kyun ke yeh planning hui Hazrat Ibrahim ke zamanay mein.</w:t>
      </w:r>
    </w:p>
    <w:p>
      <w:pPr>
        <w:jc w:val="right"/>
      </w:pPr>
      <w:r>
        <w:t>کیونکہ یہ پلاننگ ہوئی حضرت ابراہیم کے زمانے میں۔</w:t>
      </w:r>
    </w:p>
    <w:p>
      <w:r>
        <w:rPr>
          <w:b/>
        </w:rPr>
        <w:t xml:space="preserve">[12:46] </w:t>
      </w:r>
      <w:r>
        <w:t>yaani qabl-e-Maseeh mein.</w:t>
      </w:r>
    </w:p>
    <w:p>
      <w:pPr>
        <w:jc w:val="right"/>
      </w:pPr>
      <w:r>
        <w:t>یعنی قبل مسیح میں۔</w:t>
      </w:r>
    </w:p>
    <w:p>
      <w:r>
        <w:rPr>
          <w:b/>
        </w:rPr>
        <w:t xml:space="preserve">[12:53] </w:t>
      </w:r>
      <w:r>
        <w:t>twenty eighth BC mein hui.</w:t>
      </w:r>
    </w:p>
    <w:p>
      <w:pPr>
        <w:jc w:val="right"/>
      </w:pPr>
      <w:r>
        <w:t>ٹوئنٹی ایتھ بی سی میں ہوئی۔</w:t>
      </w:r>
    </w:p>
    <w:p>
      <w:r>
        <w:rPr>
          <w:b/>
        </w:rPr>
        <w:t xml:space="preserve">[12:59] </w:t>
      </w:r>
      <w:r>
        <w:t>اس کا آخری رزلٹ نکلنے والا تھا 20th century میں۔</w:t>
      </w:r>
    </w:p>
    <w:p>
      <w:pPr>
        <w:jc w:val="right"/>
      </w:pPr>
      <w:r>
        <w:t>اس کا آخری رزلٹ نکلنے والا تھا ٹوئنٹی ایتھ سنچری میں۔</w:t>
      </w:r>
    </w:p>
    <w:p>
      <w:r>
        <w:rPr>
          <w:b/>
        </w:rPr>
        <w:t xml:space="preserve">[13:06] </w:t>
      </w:r>
      <w:r>
        <w:t>beesveen sadi mein.</w:t>
      </w:r>
    </w:p>
    <w:p>
      <w:pPr>
        <w:jc w:val="right"/>
      </w:pPr>
      <w:r>
        <w:t>بیسویں صدی میں۔</w:t>
      </w:r>
    </w:p>
    <w:p>
      <w:r>
        <w:rPr>
          <w:b/>
        </w:rPr>
        <w:t xml:space="preserve">[13:13] </w:t>
      </w:r>
      <w:r>
        <w:t>aik process ke roop mein nikalta raha, nikalta raha, nikalta raha.</w:t>
      </w:r>
    </w:p>
    <w:p>
      <w:pPr>
        <w:jc w:val="right"/>
      </w:pPr>
      <w:r>
        <w:t>ایک پروسیس کے روپ میں نکلتا رہا، نکلتا رہا، نکلتا رہا۔</w:t>
      </w:r>
    </w:p>
    <w:p>
      <w:r>
        <w:rPr>
          <w:b/>
        </w:rPr>
        <w:t xml:space="preserve">[13:19] </w:t>
      </w:r>
      <w:r>
        <w:t>to yeh is dunya ka sab se bara long term plan tha.</w:t>
      </w:r>
    </w:p>
    <w:p>
      <w:pPr>
        <w:jc w:val="right"/>
      </w:pPr>
      <w:r>
        <w:t>تو یہ اس دنیا کا سب سے بڑا لانگ ٹرم پلان تھا۔</w:t>
      </w:r>
    </w:p>
    <w:p>
      <w:r>
        <w:rPr>
          <w:b/>
        </w:rPr>
        <w:t xml:space="preserve">[13:26] </w:t>
      </w:r>
      <w:r>
        <w:t>long term plan ke liye Allah taala ne in ko azmaya, in ko.</w:t>
      </w:r>
    </w:p>
    <w:p>
      <w:pPr>
        <w:jc w:val="right"/>
      </w:pPr>
      <w:r>
        <w:t>لانگ ٹرم پلان کے لیے اللہ تعالیٰ نے ان کو آزمایا، ان کو۔</w:t>
      </w:r>
    </w:p>
    <w:p>
      <w:r>
        <w:rPr>
          <w:b/>
        </w:rPr>
        <w:t xml:space="preserve">[13:33] </w:t>
      </w:r>
      <w:r>
        <w:t>kya yeh is qabil hain ke in ke zariye se yeh long term plan jo hai, Allah taala</w:t>
      </w:r>
    </w:p>
    <w:p>
      <w:pPr>
        <w:jc w:val="right"/>
      </w:pPr>
      <w:r>
        <w:t>کیا یہ اس قابل ہیں کہ ان کے ذریعے سے یہ لانگ ٹرم پلان جو ہے، اللہ تعالیٰ</w:t>
      </w:r>
    </w:p>
    <w:p>
      <w:r>
        <w:rPr>
          <w:b/>
        </w:rPr>
        <w:t xml:space="preserve">[13:40] </w:t>
      </w:r>
      <w:r>
        <w:t>کی نظر میں، اس کو شروع کیا جا سکے؟ یعنی ان کو صرف begin کرنا تھا، start کرنا تھا۔</w:t>
      </w:r>
    </w:p>
    <w:p>
      <w:pPr>
        <w:jc w:val="right"/>
      </w:pPr>
      <w:r>
        <w:t>کی نظر میں، اس کو شروع کیا جا سکے؟ یعنی ان کو صرف بیگن کرنا تھا، سٹارٹ کرنا تھا۔</w:t>
      </w:r>
    </w:p>
    <w:p>
      <w:r>
        <w:rPr>
          <w:b/>
        </w:rPr>
        <w:t xml:space="preserve">[13:46] </w:t>
      </w:r>
      <w:r>
        <w:t>is ke liye jo salahiyaten darkar theen, us ko dekha Allah taala ne.</w:t>
      </w:r>
    </w:p>
    <w:p>
      <w:pPr>
        <w:jc w:val="right"/>
      </w:pPr>
      <w:r>
        <w:t>اس کے لیے جو صلاحیتیں درکار تھیں، اس کو دیکھا اللہ تعالیٰ نے۔</w:t>
      </w:r>
    </w:p>
    <w:p>
      <w:r>
        <w:rPr>
          <w:b/>
        </w:rPr>
        <w:t xml:space="preserve">[13:53] </w:t>
      </w:r>
      <w:r>
        <w:t>to Allah taala ne Hazrat Ibrahim ko paya ke yeh hain.</w:t>
      </w:r>
    </w:p>
    <w:p>
      <w:pPr>
        <w:jc w:val="right"/>
      </w:pPr>
      <w:r>
        <w:t>تو اللہ تعالیٰ نے حضرت ابراہیم کو پایا کہ یہ ہیں۔</w:t>
      </w:r>
    </w:p>
    <w:p>
      <w:r>
        <w:rPr>
          <w:b/>
        </w:rPr>
        <w:t xml:space="preserve">[14:00] </w:t>
      </w:r>
      <w:r>
        <w:t>اس کو begin کرنے کے لیے جو صلاحیتیں چاہیے، وہ ہیں ان کے اندر۔</w:t>
      </w:r>
    </w:p>
    <w:p>
      <w:pPr>
        <w:jc w:val="right"/>
      </w:pPr>
      <w:r>
        <w:t>اس کو بیگن کرنے کے لیے جو صلاحیتیں چاہیے، وہ ہیں ان کے اندر۔</w:t>
      </w:r>
    </w:p>
    <w:p>
      <w:r>
        <w:rPr>
          <w:b/>
        </w:rPr>
        <w:t xml:space="preserve">[14:06] </w:t>
      </w:r>
      <w:r>
        <w:t>to Allah taala ne in ko hukum diya ke tum jao Makkah mein ja kar ke apne bachon</w:t>
      </w:r>
    </w:p>
    <w:p>
      <w:pPr>
        <w:jc w:val="right"/>
      </w:pPr>
      <w:r>
        <w:t>تو اللہ تعالیٰ نے ان کو حکم دیا کہ تم جاؤ مکہ میں جا کر کے اپنے بچوں</w:t>
      </w:r>
    </w:p>
    <w:p>
      <w:r>
        <w:rPr>
          <w:b/>
        </w:rPr>
        <w:t xml:space="preserve">[14:13] </w:t>
      </w:r>
      <w:r>
        <w:t>ko abad kar do. Desert mein.</w:t>
      </w:r>
    </w:p>
    <w:p>
      <w:pPr>
        <w:jc w:val="right"/>
      </w:pPr>
      <w:r>
        <w:t>کو آباد کر دو۔ ڈیزرٹ میں۔</w:t>
      </w:r>
    </w:p>
    <w:p>
      <w:r>
        <w:rPr>
          <w:b/>
        </w:rPr>
        <w:t xml:space="preserve">[14:20] </w:t>
      </w:r>
      <w:r>
        <w:t>That was the beginning of this process.</w:t>
      </w:r>
    </w:p>
    <w:p>
      <w:pPr>
        <w:jc w:val="right"/>
      </w:pPr>
      <w:r>
        <w:t>That was the beginning of this process.</w:t>
      </w:r>
    </w:p>
    <w:p>
      <w:r>
        <w:rPr>
          <w:b/>
        </w:rPr>
        <w:t xml:space="preserve">[14:27] </w:t>
      </w:r>
      <w:r>
        <w:t>ab dekhiye, Baghdad ke qareeb tha un ka Ur shehar jahan yeh paida hue the, woh Baghdad ke</w:t>
      </w:r>
    </w:p>
    <w:p>
      <w:pPr>
        <w:jc w:val="right"/>
      </w:pPr>
      <w:r>
        <w:t>اب دیکھیے، بغداد کے قریب تھا ان کا اُر شہر جہاں یہ پیدا ہوئے تھے، وہ بغداد کے</w:t>
      </w:r>
    </w:p>
    <w:p>
      <w:r>
        <w:rPr>
          <w:b/>
        </w:rPr>
        <w:t xml:space="preserve">[14:31] </w:t>
      </w:r>
      <w:r>
        <w:t>paas hota tha.</w:t>
      </w:r>
    </w:p>
    <w:p>
      <w:pPr>
        <w:jc w:val="right"/>
      </w:pPr>
      <w:r>
        <w:t>پاس ہوتا تھا۔</w:t>
      </w:r>
    </w:p>
    <w:p>
      <w:r>
        <w:rPr>
          <w:b/>
        </w:rPr>
        <w:t xml:space="preserve">[14:36] </w:t>
      </w:r>
      <w:r>
        <w:t>wohan se ab Makkah ke darmian dehd hazar kilometer ka distance hai.</w:t>
      </w:r>
    </w:p>
    <w:p>
      <w:pPr>
        <w:jc w:val="right"/>
      </w:pPr>
      <w:r>
        <w:t>وہاں سے اب مکہ کے درمیان ڈیڑھ ہزار کلومیٹر کا ڈسٹنس ہے۔</w:t>
      </w:r>
    </w:p>
    <w:p>
      <w:r>
        <w:rPr>
          <w:b/>
        </w:rPr>
        <w:t xml:space="preserve">[14:41] </w:t>
      </w:r>
      <w:r>
        <w:t>dehd, taqreeban dehd hazar kilometer.</w:t>
      </w:r>
    </w:p>
    <w:p>
      <w:pPr>
        <w:jc w:val="right"/>
      </w:pPr>
      <w:r>
        <w:t>ڈیڑھ، تقریباً ڈیڑھ ہزار کلومیٹر۔</w:t>
      </w:r>
    </w:p>
    <w:p>
      <w:r>
        <w:rPr>
          <w:b/>
        </w:rPr>
        <w:t xml:space="preserve">[14:46] </w:t>
      </w:r>
      <w:r>
        <w:t>lekin wahan par koi road nahi hai.</w:t>
      </w:r>
    </w:p>
    <w:p>
      <w:pPr>
        <w:jc w:val="right"/>
      </w:pPr>
      <w:r>
        <w:t>لیکن وہاں پر کوئی روڈ نہیں ہے۔</w:t>
      </w:r>
    </w:p>
    <w:p>
      <w:r>
        <w:rPr>
          <w:b/>
        </w:rPr>
        <w:t xml:space="preserve">[14:51] </w:t>
      </w:r>
      <w:r>
        <w:t>wahan koi airport nahi hai.</w:t>
      </w:r>
    </w:p>
    <w:p>
      <w:pPr>
        <w:jc w:val="right"/>
      </w:pPr>
      <w:r>
        <w:t>وہاں کوئی ایئرپورٹ نہیں ہے۔</w:t>
      </w:r>
    </w:p>
    <w:p>
      <w:r>
        <w:rPr>
          <w:b/>
        </w:rPr>
        <w:t xml:space="preserve">[14:55] </w:t>
      </w:r>
      <w:r>
        <w:t>darmian mein janglat hain, pahar hain, darya hain, janwar hain.</w:t>
      </w:r>
    </w:p>
    <w:p>
      <w:pPr>
        <w:jc w:val="right"/>
      </w:pPr>
      <w:r>
        <w:t>درمیان میں جنگل ہیں، پہاڑ ہیں، دریا ہیں، جانور ہیں۔</w:t>
      </w:r>
    </w:p>
    <w:p>
      <w:r>
        <w:rPr>
          <w:b/>
        </w:rPr>
        <w:t xml:space="preserve">[15:00] </w:t>
      </w:r>
      <w:r>
        <w:t>na koi hotel thehrne ke liye, na koi basti jahan aap khayein piyein.</w:t>
      </w:r>
    </w:p>
    <w:p>
      <w:pPr>
        <w:jc w:val="right"/>
      </w:pPr>
      <w:r>
        <w:t>نہ کوئی ہوٹل ٹھہرنے کے لیے، نہ کوئی بستی جہاں آپ کھائیں پیئیں۔</w:t>
      </w:r>
    </w:p>
    <w:p>
      <w:r>
        <w:rPr>
          <w:b/>
        </w:rPr>
        <w:t xml:space="preserve">[15:05] </w:t>
      </w:r>
      <w:r>
        <w:t>yaani aik ajeeb ghareeb safar tha yeh.</w:t>
      </w:r>
    </w:p>
    <w:p>
      <w:pPr>
        <w:jc w:val="right"/>
      </w:pPr>
      <w:r>
        <w:t>یعنی ایک عجیب غریب سفر تھا یہ۔</w:t>
      </w:r>
    </w:p>
    <w:p>
      <w:r>
        <w:rPr>
          <w:b/>
        </w:rPr>
        <w:t xml:space="preserve">[15:10] </w:t>
      </w:r>
      <w:r>
        <w:t>aur kaise unhon ne kiya hoga, main sochta hoon to main, mera roong to kaanp uthta hai.</w:t>
      </w:r>
    </w:p>
    <w:p>
      <w:pPr>
        <w:jc w:val="right"/>
      </w:pPr>
      <w:r>
        <w:t>اور کیسے انہوں نے کیا ہوگا، میں سوچتا ہوں تو میں، میرا روگ تو کانپ اٹھتا ہے۔</w:t>
      </w:r>
    </w:p>
    <w:p>
      <w:r>
        <w:rPr>
          <w:b/>
        </w:rPr>
        <w:t xml:space="preserve">[15:15] </w:t>
      </w:r>
      <w:r>
        <w:t>kese kiya hoga unhon ne? yani raat, kitni raaten guzri hongi andhere mein.</w:t>
      </w:r>
    </w:p>
    <w:p>
      <w:pPr>
        <w:jc w:val="right"/>
      </w:pPr>
      <w:r>
        <w:t>کیسے کیا ہوگا انہوں نے؟ یعنی رات، کتنی راتیں گزری ہوں گی اندھیرے میں۔</w:t>
      </w:r>
    </w:p>
    <w:p>
      <w:r>
        <w:rPr>
          <w:b/>
        </w:rPr>
        <w:t xml:space="preserve">[15:19] </w:t>
      </w:r>
      <w:r>
        <w:t>na koi torch, na koi lalten.</w:t>
      </w:r>
    </w:p>
    <w:p>
      <w:pPr>
        <w:jc w:val="right"/>
      </w:pPr>
      <w:r>
        <w:t>نہ کوئی ٹارچ، نہ کوئی لالٹین۔</w:t>
      </w:r>
    </w:p>
    <w:p>
      <w:r>
        <w:rPr>
          <w:b/>
        </w:rPr>
        <w:t xml:space="preserve">[15:24] </w:t>
      </w:r>
      <w:r>
        <w:t>kitni raaten guzri hongi? is waqt kis ne rasool ko bataya hoga ke idhar jao, idhar jao?</w:t>
      </w:r>
    </w:p>
    <w:p>
      <w:pPr>
        <w:jc w:val="right"/>
      </w:pPr>
      <w:r>
        <w:t>کتنی راتیں گزری ہوں گی؟ اس وقت کس نے رسول کو بتایا ہوگا کہ ادھر جاؤ، ادھر جاؤ؟</w:t>
      </w:r>
    </w:p>
    <w:p>
      <w:r>
        <w:rPr>
          <w:b/>
        </w:rPr>
        <w:t xml:space="preserve">[15:29] </w:t>
      </w:r>
      <w:r>
        <w:t>bhatakte hue janglon mein, paharon mein phir makka pahunche honge.</w:t>
      </w:r>
    </w:p>
    <w:p>
      <w:pPr>
        <w:jc w:val="right"/>
      </w:pPr>
      <w:r>
        <w:t>بھٹکتے ہوئے جنگلوں میں، پہاڑوں میں پھر مکہ پہنچے ہوں گے۔</w:t>
      </w:r>
    </w:p>
    <w:p>
      <w:r>
        <w:rPr>
          <w:b/>
        </w:rPr>
        <w:t xml:space="preserve">[15:34] </w:t>
      </w:r>
      <w:r>
        <w:t>un ke sath kon tha? sirf biwi aur bachcha ismail.</w:t>
      </w:r>
    </w:p>
    <w:p>
      <w:pPr>
        <w:jc w:val="right"/>
      </w:pPr>
      <w:r>
        <w:t>ان کے ساتھ کون تھا؟ صرف بیوی اور بچہ اسماعیل۔</w:t>
      </w:r>
    </w:p>
    <w:p>
      <w:r>
        <w:rPr>
          <w:b/>
        </w:rPr>
        <w:t xml:space="preserve">[15:39] </w:t>
      </w:r>
      <w:r>
        <w:t>kya khate honge? kya peete honge? kya kapra un ke badap hoga? kya joota un ke</w:t>
      </w:r>
    </w:p>
    <w:p>
      <w:pPr>
        <w:jc w:val="right"/>
      </w:pPr>
      <w:r>
        <w:t>کیا کھاتے ہوں گے؟ کیا پیتے ہوں گے؟ کیا کپڑا ان کے بادپ ہوگا؟ کیا جوتا ان کے</w:t>
      </w:r>
    </w:p>
    <w:p>
      <w:r>
        <w:rPr>
          <w:b/>
        </w:rPr>
        <w:t xml:space="preserve">[15:43] </w:t>
      </w:r>
      <w:r>
        <w:t>پاؤں میں ہوگا؟ تو پہلی جو شرط تھی long term process کا، اس کو champion بنانے کے لیے،</w:t>
      </w:r>
    </w:p>
    <w:p>
      <w:pPr>
        <w:jc w:val="right"/>
      </w:pPr>
      <w:r>
        <w:t>پاؤں میں ہوگا؟ تو پہلی جو شرط تھی لانگ ٹرم پروسیس کا، اس کو چیمپیئن بنانے کے لیے،</w:t>
      </w:r>
    </w:p>
    <w:p>
      <w:r>
        <w:rPr>
          <w:b/>
        </w:rPr>
        <w:t xml:space="preserve">[15:48] </w:t>
      </w:r>
      <w:r>
        <w:t>woh yeh thi ke no complaint nature.</w:t>
      </w:r>
    </w:p>
    <w:p>
      <w:pPr>
        <w:jc w:val="right"/>
      </w:pPr>
      <w:r>
        <w:t>وہ یہ تھی کہ نو کمپلینٹ نیچر۔</w:t>
      </w:r>
    </w:p>
    <w:p>
      <w:r>
        <w:rPr>
          <w:b/>
        </w:rPr>
        <w:t xml:space="preserve">[15:53] </w:t>
      </w:r>
      <w:r>
        <w:t>koi shikayat nahin.</w:t>
      </w:r>
    </w:p>
    <w:p>
      <w:pPr>
        <w:jc w:val="right"/>
      </w:pPr>
      <w:r>
        <w:t>کوئی شکایت نہیں۔</w:t>
      </w:r>
    </w:p>
    <w:p>
      <w:r>
        <w:rPr>
          <w:b/>
        </w:rPr>
        <w:t xml:space="preserve">[15:58] </w:t>
      </w:r>
      <w:r>
        <w:t>koi shikayat nahin.</w:t>
      </w:r>
    </w:p>
    <w:p>
      <w:pPr>
        <w:jc w:val="right"/>
      </w:pPr>
      <w:r>
        <w:t>کوئی شکایت نہیں۔</w:t>
      </w:r>
    </w:p>
    <w:p>
      <w:r>
        <w:rPr>
          <w:b/>
        </w:rPr>
        <w:t xml:space="preserve">[16:03] </w:t>
      </w:r>
      <w:r>
        <w:t>musibaten padin, bhooka rehna pade, pani na ho, janglon mein bhatakna pade, paharon se guzarna pade, lekin koi complaint nahin.</w:t>
      </w:r>
    </w:p>
    <w:p>
      <w:pPr>
        <w:jc w:val="right"/>
      </w:pPr>
      <w:r>
        <w:t>مصیبتیں پڑیں، بھوکا رہنا پڑے، پانی نہ ہو، جنگلوں میں بھٹکنا پڑے، پہاڑوں سے گزرنا پڑے، لیکن کوئی کمپلینٹ نہیں۔</w:t>
      </w:r>
    </w:p>
    <w:p>
      <w:r>
        <w:rPr>
          <w:b/>
        </w:rPr>
        <w:t xml:space="preserve">[16:07] </w:t>
      </w:r>
      <w:r>
        <w:t>aakhri had tak positive mind.</w:t>
      </w:r>
    </w:p>
    <w:p>
      <w:pPr>
        <w:jc w:val="right"/>
      </w:pPr>
      <w:r>
        <w:t>آخری حد تک پازیٹیو مائنڈ۔</w:t>
      </w:r>
    </w:p>
    <w:p>
      <w:r>
        <w:rPr>
          <w:b/>
        </w:rPr>
        <w:t xml:space="preserve">[16:12] </w:t>
      </w:r>
      <w:r>
        <w:t>yeh pehli shart thi.</w:t>
      </w:r>
    </w:p>
    <w:p>
      <w:pPr>
        <w:jc w:val="right"/>
      </w:pPr>
      <w:r>
        <w:t>یہ پہلی شرط تھی۔</w:t>
      </w:r>
    </w:p>
    <w:p>
      <w:r>
        <w:rPr>
          <w:b/>
        </w:rPr>
        <w:t xml:space="preserve">[16:17] </w:t>
      </w:r>
      <w:r>
        <w:t>yani aap kitna bara waqea hua Hazrat Ibrahim ke sath ke ur mein jahan the woh, jab unhon</w:t>
      </w:r>
    </w:p>
    <w:p>
      <w:pPr>
        <w:jc w:val="right"/>
      </w:pPr>
      <w:r>
        <w:t>یعنی آپ کتنا بڑا واقعہ ہوا حضرت ابراہیم کے ساتھ کہ اُر میں جہاں تھے وہ، جب انہوں</w:t>
      </w:r>
    </w:p>
    <w:p>
      <w:r>
        <w:rPr>
          <w:b/>
        </w:rPr>
        <w:t xml:space="preserve">[16:22] </w:t>
      </w:r>
      <w:r>
        <w:t>ne dawat di to ek dawat dete dete woh point drawe ke woh log bohat ghussa ho gaye</w:t>
      </w:r>
    </w:p>
    <w:p>
      <w:pPr>
        <w:jc w:val="right"/>
      </w:pPr>
      <w:r>
        <w:t>نے دعوت دی تو ایک دعوت دیتے دیتے وہ پوائنٹ ڈرائے کہ وہ لوگ بہت غصہ ہو گئے</w:t>
      </w:r>
    </w:p>
    <w:p>
      <w:r>
        <w:rPr>
          <w:b/>
        </w:rPr>
        <w:t xml:space="preserve">[16:27] </w:t>
      </w:r>
      <w:r>
        <w:t>aap ke upar.</w:t>
      </w:r>
    </w:p>
    <w:p>
      <w:pPr>
        <w:jc w:val="right"/>
      </w:pPr>
      <w:r>
        <w:t>آپ کے اوپر۔</w:t>
      </w:r>
    </w:p>
    <w:p>
      <w:r>
        <w:rPr>
          <w:b/>
        </w:rPr>
        <w:t xml:space="preserve">[16:31] </w:t>
      </w:r>
      <w:r>
        <w:t>dawat ka matlab kya tha? woh log but poojte the, shirk mein mubtala the.</w:t>
      </w:r>
    </w:p>
    <w:p>
      <w:pPr>
        <w:jc w:val="right"/>
      </w:pPr>
      <w:r>
        <w:t>دعوت کا مطلب کیا تھا؟ وہ لوگ بت پوجتے تھے، شرک میں مبتلا تھے۔</w:t>
      </w:r>
    </w:p>
    <w:p>
      <w:r>
        <w:rPr>
          <w:b/>
        </w:rPr>
        <w:t xml:space="preserve">[16:36] </w:t>
      </w:r>
      <w:r>
        <w:t>aap kehte the ke ek hi Khuda ki parastish karo.</w:t>
      </w:r>
    </w:p>
    <w:p>
      <w:pPr>
        <w:jc w:val="right"/>
      </w:pPr>
      <w:r>
        <w:t>آپ کہتے تھے کہ ایک ہی خدا کی پرستش کرو۔</w:t>
      </w:r>
    </w:p>
    <w:p>
      <w:r>
        <w:rPr>
          <w:b/>
        </w:rPr>
        <w:t xml:space="preserve">[16:41] </w:t>
      </w:r>
      <w:r>
        <w:t>itna ghussa hue ke unhon ne chaha ke in ko aag mein daal kar khatam kar dein.</w:t>
      </w:r>
    </w:p>
    <w:p>
      <w:pPr>
        <w:jc w:val="right"/>
      </w:pPr>
      <w:r>
        <w:t>اتنا غصہ ہوئے کہ انہوں نے چاہا کہ ان کو آگ میں ڈال کر ختم کر دیں۔</w:t>
      </w:r>
    </w:p>
    <w:p>
      <w:r>
        <w:rPr>
          <w:b/>
        </w:rPr>
        <w:t xml:space="preserve">[16:46] </w:t>
      </w:r>
      <w:r>
        <w:t>aag mein ja kar dala dein.</w:t>
      </w:r>
    </w:p>
    <w:p>
      <w:pPr>
        <w:jc w:val="right"/>
      </w:pPr>
      <w:r>
        <w:t>آگ میں جا کر ڈلا دیں۔</w:t>
      </w:r>
    </w:p>
    <w:p>
      <w:r>
        <w:rPr>
          <w:b/>
        </w:rPr>
        <w:t xml:space="preserve">[16:51] </w:t>
      </w:r>
      <w:r>
        <w:t>un ko pakad kar baandh kar ke aag mein phenka.</w:t>
      </w:r>
    </w:p>
    <w:p>
      <w:pPr>
        <w:jc w:val="right"/>
      </w:pPr>
      <w:r>
        <w:t>ان کو پکڑ کر باندھ کر کے آگ میں پھینکا۔</w:t>
      </w:r>
    </w:p>
    <w:p>
      <w:r>
        <w:rPr>
          <w:b/>
        </w:rPr>
        <w:t xml:space="preserve">[16:55] </w:t>
      </w:r>
      <w:r>
        <w:t>lekin Allah ki madad hui ke aap bach gaye.</w:t>
      </w:r>
    </w:p>
    <w:p>
      <w:pPr>
        <w:jc w:val="right"/>
      </w:pPr>
      <w:r>
        <w:t>لیکن اللہ کی مدد ہوئی کہ آپ بچ گئے۔</w:t>
      </w:r>
    </w:p>
    <w:p>
      <w:r>
        <w:rPr>
          <w:b/>
        </w:rPr>
        <w:t xml:space="preserve">[17:00] </w:t>
      </w:r>
      <w:r>
        <w:t>lekin Hazrat Ibrahim ki lambi kahani Bible mein aap parh lijie aap.</w:t>
      </w:r>
    </w:p>
    <w:p>
      <w:pPr>
        <w:jc w:val="right"/>
      </w:pPr>
      <w:r>
        <w:t>لیکن حضرت ابراہیم کی لمبی کہانی بائبل میں آپ پڑھ لیجیے آپ۔</w:t>
      </w:r>
    </w:p>
    <w:p>
      <w:r>
        <w:rPr>
          <w:b/>
        </w:rPr>
        <w:t xml:space="preserve">[17:05] </w:t>
      </w:r>
      <w:r>
        <w:t>Quran mein bhi hai.</w:t>
      </w:r>
    </w:p>
    <w:p>
      <w:pPr>
        <w:jc w:val="right"/>
      </w:pPr>
      <w:r>
        <w:t>قرآن میں بھی ہے۔</w:t>
      </w:r>
    </w:p>
    <w:p>
      <w:r>
        <w:rPr>
          <w:b/>
        </w:rPr>
        <w:t xml:space="preserve">[17:10] </w:t>
      </w:r>
      <w:r>
        <w:t>koi ek shikayat kiya Hazrat Ibrahim ne ke itne kharab yeh log hain ke bane to kuch in</w:t>
      </w:r>
    </w:p>
    <w:p>
      <w:pPr>
        <w:jc w:val="right"/>
      </w:pPr>
      <w:r>
        <w:t>کوئی ایک شکایت کیا حضرت ابراہیم نے کہ اتنے خراب یہ لوگ ہیں کہ بنے تو کچھ ان</w:t>
      </w:r>
    </w:p>
    <w:p>
      <w:r>
        <w:rPr>
          <w:b/>
        </w:rPr>
        <w:t xml:space="preserve">[17:15] </w:t>
      </w:r>
      <w:r>
        <w:t>ka bigar nahin tha.</w:t>
      </w:r>
    </w:p>
    <w:p>
      <w:pPr>
        <w:jc w:val="right"/>
      </w:pPr>
      <w:r>
        <w:t>کا بگاڑ نہیں تھا۔</w:t>
      </w:r>
    </w:p>
    <w:p>
      <w:r>
        <w:rPr>
          <w:b/>
        </w:rPr>
        <w:t xml:space="preserve">[17:19] </w:t>
      </w:r>
      <w:r>
        <w:t>sirf munh se bolta tha ke bhai ek Allah, ek Allah ek hai.</w:t>
      </w:r>
    </w:p>
    <w:p>
      <w:pPr>
        <w:jc w:val="right"/>
      </w:pPr>
      <w:r>
        <w:t>صرف منہ سے بولتا تھا کہ بھئی ایک اللہ، ایک اللہ ایک ہے۔</w:t>
      </w:r>
    </w:p>
    <w:p>
      <w:r>
        <w:rPr>
          <w:b/>
        </w:rPr>
        <w:t xml:space="preserve">[17:24] </w:t>
      </w:r>
      <w:r>
        <w:t>lekin unhon ne mujhe chaha ke aag mein daal ke bhon daalen mujhe.</w:t>
      </w:r>
    </w:p>
    <w:p>
      <w:pPr>
        <w:jc w:val="right"/>
      </w:pPr>
      <w:r>
        <w:t>لیکن انہوں نے مجھے چاہا کہ آگ میں ڈال کے بھون ڈالیں مجھے۔</w:t>
      </w:r>
    </w:p>
    <w:p>
      <w:r>
        <w:rPr>
          <w:b/>
        </w:rPr>
        <w:t xml:space="preserve">[17:29] </w:t>
      </w:r>
      <w:r>
        <w:t>koi shikayat nahin.</w:t>
      </w:r>
    </w:p>
    <w:p>
      <w:pPr>
        <w:jc w:val="right"/>
      </w:pPr>
      <w:r>
        <w:t>کوئی شکایت نہیں۔</w:t>
      </w:r>
    </w:p>
    <w:p>
      <w:r>
        <w:rPr>
          <w:b/>
        </w:rPr>
        <w:t xml:space="preserve">[17:34] </w:t>
      </w:r>
      <w:r>
        <w:t>is par bhi koi shikayat nahin ke Khuda ne aisa plan mujhe diya ke main woh Iraq se</w:t>
      </w:r>
    </w:p>
    <w:p>
      <w:pPr>
        <w:jc w:val="right"/>
      </w:pPr>
      <w:r>
        <w:t>اس پر بھی کوئی شکایت نہیں کہ خدا نے ایسا پلان مجھے دیا کہ میں وہ عراق سے</w:t>
      </w:r>
    </w:p>
    <w:p>
      <w:r>
        <w:rPr>
          <w:b/>
        </w:rPr>
        <w:t xml:space="preserve">[17:39] </w:t>
      </w:r>
      <w:r>
        <w:t>chal kar Makkah aaon.</w:t>
      </w:r>
    </w:p>
    <w:p>
      <w:pPr>
        <w:jc w:val="right"/>
      </w:pPr>
      <w:r>
        <w:t>چل کر مکہ آؤں۔</w:t>
      </w:r>
    </w:p>
    <w:p>
      <w:r>
        <w:rPr>
          <w:b/>
        </w:rPr>
        <w:t xml:space="preserve">[17:43] </w:t>
      </w:r>
      <w:r>
        <w:t>jangalon, pahadon ko tay karte hue aur phir wahan par desert mein basa doon apne bachchon ko.</w:t>
      </w:r>
    </w:p>
    <w:p>
      <w:pPr>
        <w:jc w:val="right"/>
      </w:pPr>
      <w:r>
        <w:t>جنگلوں، پہاڑوں کو طے کرتے ہوئے اور پھر وہاں پر ڈیزرٹ میں بسا دوں اپنے بچوں کو۔</w:t>
      </w:r>
    </w:p>
    <w:p>
      <w:r>
        <w:rPr>
          <w:b/>
        </w:rPr>
        <w:t xml:space="preserve">[17:48] </w:t>
      </w:r>
      <w:r>
        <w:t>yeh kya, kaisa aaj ajeeb o ghareeb muamla hai Allah taala ka.</w:t>
      </w:r>
    </w:p>
    <w:p>
      <w:pPr>
        <w:jc w:val="right"/>
      </w:pPr>
      <w:r>
        <w:t>یہ کیا، کیسا آج عجیب و غریب معاملہ ہے اللہ تعالیٰ کا۔</w:t>
      </w:r>
    </w:p>
    <w:p>
      <w:r>
        <w:rPr>
          <w:b/>
        </w:rPr>
        <w:t xml:space="preserve">[17:53] </w:t>
      </w:r>
      <w:r>
        <w:t>koi shikayat nahin.</w:t>
      </w:r>
    </w:p>
    <w:p>
      <w:pPr>
        <w:jc w:val="right"/>
      </w:pPr>
      <w:r>
        <w:t>کوئی شکایت نہیں۔</w:t>
      </w:r>
    </w:p>
    <w:p>
      <w:r>
        <w:rPr>
          <w:b/>
        </w:rPr>
        <w:t xml:space="preserve">[17:58] </w:t>
      </w:r>
      <w:r>
        <w:t>to sabr aur be shikayat zehan aur istiqamat.</w:t>
      </w:r>
    </w:p>
    <w:p>
      <w:pPr>
        <w:jc w:val="right"/>
      </w:pPr>
      <w:r>
        <w:t>تو صبر اور بے شکایت ذہن اور استقامت۔</w:t>
      </w:r>
    </w:p>
    <w:p>
      <w:r>
        <w:rPr>
          <w:b/>
        </w:rPr>
        <w:t xml:space="preserve">[18:03] </w:t>
      </w:r>
      <w:r>
        <w:t>har haal mein Allah par bharosa karte rehna.</w:t>
      </w:r>
    </w:p>
    <w:p>
      <w:pPr>
        <w:jc w:val="right"/>
      </w:pPr>
      <w:r>
        <w:t>ہر حال میں اللہ پر بھروسہ کرتے رہنا۔</w:t>
      </w:r>
    </w:p>
    <w:p>
      <w:r>
        <w:rPr>
          <w:b/>
        </w:rPr>
        <w:t xml:space="preserve">[18:07] </w:t>
      </w:r>
      <w:r>
        <w:t>har haal mein Allah se dawat, dua karte rehna.</w:t>
      </w:r>
    </w:p>
    <w:p>
      <w:pPr>
        <w:jc w:val="right"/>
      </w:pPr>
      <w:r>
        <w:t>ہر حال میں اللہ سے دعوت، دعا کرتے رہنا۔</w:t>
      </w:r>
    </w:p>
    <w:p>
      <w:r>
        <w:rPr>
          <w:b/>
        </w:rPr>
        <w:t xml:space="preserve">[18:12] </w:t>
      </w:r>
      <w:r>
        <w:t>Allah, har haal mein Allah par yaqeen kiye rehna.</w:t>
      </w:r>
    </w:p>
    <w:p>
      <w:pPr>
        <w:jc w:val="right"/>
      </w:pPr>
      <w:r>
        <w:t>اللہ، ہر حال میں اللہ پر یقین کیے رہنا۔</w:t>
      </w:r>
    </w:p>
    <w:p>
      <w:r>
        <w:rPr>
          <w:b/>
        </w:rPr>
        <w:t xml:space="preserve">[18:17] </w:t>
      </w:r>
      <w:r>
        <w:t>aur ek aise, ek aise, ek aise plan mein apne ko shamil karna jis ka nateeja nikalne wala</w:t>
      </w:r>
    </w:p>
    <w:p>
      <w:pPr>
        <w:jc w:val="right"/>
      </w:pPr>
      <w:r>
        <w:t>اور ایک ایسے، ایک ایسے، ایک ایسے پلان میں اپنے کو شامل کرنا جس کا نتیجہ نکلنے والا</w:t>
      </w:r>
    </w:p>
    <w:p>
      <w:r>
        <w:rPr>
          <w:b/>
        </w:rPr>
        <w:t xml:space="preserve">[18:22] </w:t>
      </w:r>
      <w:r>
        <w:t>tha bahut der ke baad.</w:t>
      </w:r>
    </w:p>
    <w:p>
      <w:pPr>
        <w:jc w:val="right"/>
      </w:pPr>
      <w:r>
        <w:t>تھا بہت دیر کے بعد۔</w:t>
      </w:r>
    </w:p>
    <w:p>
      <w:r>
        <w:rPr>
          <w:b/>
        </w:rPr>
        <w:t xml:space="preserve">[18:27] </w:t>
      </w:r>
      <w:r>
        <w:t>unki, unki ibtidaai naslen mar jayengi, sab khatm ho jayengi.</w:t>
      </w:r>
    </w:p>
    <w:p>
      <w:pPr>
        <w:jc w:val="right"/>
      </w:pPr>
      <w:r>
        <w:t>ان کی، ان کی ابتدائی نسلیں مر جائیں گی، سب ختم ہو جائیں گے۔</w:t>
      </w:r>
    </w:p>
    <w:p>
      <w:r>
        <w:rPr>
          <w:b/>
        </w:rPr>
        <w:t xml:space="preserve">[18:31] </w:t>
      </w:r>
      <w:r>
        <w:t>ek process chalega dheere dheere, bahut dinon ke baad is ka nateeja niklega.</w:t>
      </w:r>
    </w:p>
    <w:p>
      <w:pPr>
        <w:jc w:val="right"/>
      </w:pPr>
      <w:r>
        <w:t>ایک پروسیس چلے گا دھیرے دھیرے، بہت دنوں کے بعد اس کا نتیجہ نکلے گا۔</w:t>
      </w:r>
    </w:p>
    <w:p>
      <w:r>
        <w:rPr>
          <w:b/>
        </w:rPr>
        <w:t xml:space="preserve">[18:36] </w:t>
      </w:r>
      <w:r>
        <w:t>nateja kya tha? dekhiye, pehla nateeja tha ke ek team bane.</w:t>
      </w:r>
    </w:p>
    <w:p>
      <w:pPr>
        <w:jc w:val="right"/>
      </w:pPr>
      <w:r>
        <w:t>نتیجہ کیا تھا؟ دیکھیے، پہلا نتیجہ تھا کہ ایک ٹیم بنے۔</w:t>
      </w:r>
    </w:p>
    <w:p>
      <w:r>
        <w:rPr>
          <w:b/>
        </w:rPr>
        <w:t xml:space="preserve">[18:41] </w:t>
      </w:r>
      <w:r>
        <w:t>kyun ke pichhle paighambaron ko koi saathi nahin milte the, koi team nahin banti thi.</w:t>
      </w:r>
    </w:p>
    <w:p>
      <w:pPr>
        <w:jc w:val="right"/>
      </w:pPr>
      <w:r>
        <w:t>کیونکہ پچھلے پیغمبروں کو کوئی ساتھی نہیں ملتے تھے، کوئی ٹیم نہیں بنتی تھی۔</w:t>
      </w:r>
    </w:p>
    <w:p>
      <w:r>
        <w:rPr>
          <w:b/>
        </w:rPr>
        <w:t xml:space="preserve">[18:46] </w:t>
      </w:r>
      <w:r>
        <w:t>aur koi bada kaam team ke baghair nahin ho sakta tha.</w:t>
      </w:r>
    </w:p>
    <w:p>
      <w:pPr>
        <w:jc w:val="right"/>
      </w:pPr>
      <w:r>
        <w:t>اور کوئی بڑا کام ٹیم کے بغیر نہیں ہو سکتا تھا۔</w:t>
      </w:r>
    </w:p>
    <w:p>
      <w:r>
        <w:rPr>
          <w:b/>
        </w:rPr>
        <w:t xml:space="preserve">[18:51] </w:t>
      </w:r>
      <w:r>
        <w:t>ek, ek aadmi koi Revolution nahin la sakta.</w:t>
      </w:r>
    </w:p>
    <w:p>
      <w:pPr>
        <w:jc w:val="right"/>
      </w:pPr>
      <w:r>
        <w:t>ایک، ایک آدمی کوئی Revolution نہیں لا سکتا۔</w:t>
      </w:r>
    </w:p>
    <w:p>
      <w:r>
        <w:rPr>
          <w:b/>
        </w:rPr>
        <w:t xml:space="preserve">[18:55] </w:t>
      </w:r>
      <w:r>
        <w:t>Revolution lane ke liye ek team chahiye, ek jamaat chahiye, ek group chahiye.</w:t>
      </w:r>
    </w:p>
    <w:p>
      <w:pPr>
        <w:jc w:val="right"/>
      </w:pPr>
      <w:r>
        <w:t>Revolution لانے کے لیے ایک ٹیم چاہیے، ایک جماعت چاہیے، ایک گروپ چاہیے۔</w:t>
      </w:r>
    </w:p>
    <w:p>
      <w:r>
        <w:rPr>
          <w:b/>
        </w:rPr>
        <w:t xml:space="preserve">[19:00] </w:t>
      </w:r>
      <w:r>
        <w:t>to to akele paighambar aaye, akele woh chale gaye.</w:t>
      </w:r>
    </w:p>
    <w:p>
      <w:pPr>
        <w:jc w:val="right"/>
      </w:pPr>
      <w:r>
        <w:t>تو تو اکیلے پیغمبر آئے، اکیلے وہ چلے گئے۔</w:t>
      </w:r>
    </w:p>
    <w:p>
      <w:r>
        <w:rPr>
          <w:b/>
        </w:rPr>
        <w:t xml:space="preserve">[19:05] </w:t>
      </w:r>
      <w:r>
        <w:t>to wahan par jo basaya gaya desert mein, is liye basaya gaya ke wahan par nature tha.</w:t>
      </w:r>
    </w:p>
    <w:p>
      <w:pPr>
        <w:jc w:val="right"/>
      </w:pPr>
      <w:r>
        <w:t>تو وہاں پر جو بسایا گیا ڈیزرٹ میں، اس لیے بسایا گیا کہ وہاں پر نیچر تھا۔</w:t>
      </w:r>
    </w:p>
    <w:p>
      <w:r>
        <w:rPr>
          <w:b/>
        </w:rPr>
        <w:t xml:space="preserve">[19:10] </w:t>
      </w:r>
      <w:r>
        <w:t>wahan par koi tabdeel nahin tha.</w:t>
      </w:r>
    </w:p>
    <w:p>
      <w:pPr>
        <w:jc w:val="right"/>
      </w:pPr>
      <w:r>
        <w:t>وہاں پر کوئی تبدل نہیں تھا۔</w:t>
      </w:r>
    </w:p>
    <w:p>
      <w:r>
        <w:rPr>
          <w:b/>
        </w:rPr>
        <w:t xml:space="preserve">[19:15] </w:t>
      </w:r>
      <w:r>
        <w:t>wahan par sari buraiyan nahin thi.</w:t>
      </w:r>
    </w:p>
    <w:p>
      <w:pPr>
        <w:jc w:val="right"/>
      </w:pPr>
      <w:r>
        <w:t>وہاں پر ساری برائیاں نہیں تھیں۔</w:t>
      </w:r>
    </w:p>
    <w:p>
      <w:r>
        <w:rPr>
          <w:b/>
        </w:rPr>
        <w:t xml:space="preserve">[19:19] </w:t>
      </w:r>
      <w:r>
        <w:t>wahan par koi insan nahi tha behkanay wala.</w:t>
      </w:r>
    </w:p>
    <w:p>
      <w:pPr>
        <w:jc w:val="right"/>
      </w:pPr>
      <w:r>
        <w:t>وہاں پر کوئی انسان نہیں تھا بہکانے والا۔</w:t>
      </w:r>
    </w:p>
    <w:p>
      <w:r>
        <w:rPr>
          <w:b/>
        </w:rPr>
        <w:t xml:space="preserve">[19:24] </w:t>
      </w:r>
      <w:r>
        <w:t>wahan par koi mandir nahi tha.</w:t>
      </w:r>
    </w:p>
    <w:p>
      <w:pPr>
        <w:jc w:val="right"/>
      </w:pPr>
      <w:r>
        <w:t>وہاں پر کوئی مندر نہیں تھا۔</w:t>
      </w:r>
    </w:p>
    <w:p>
      <w:r>
        <w:rPr>
          <w:b/>
        </w:rPr>
        <w:t xml:space="preserve">[19:29] </w:t>
      </w:r>
      <w:r>
        <w:t>wahan par koi place of worship nahi tha.</w:t>
      </w:r>
    </w:p>
    <w:p>
      <w:pPr>
        <w:jc w:val="right"/>
      </w:pPr>
      <w:r>
        <w:t>وہاں پر کوئی پلیس آف ورشپ نہیں تھا۔</w:t>
      </w:r>
    </w:p>
    <w:p>
      <w:r>
        <w:rPr>
          <w:b/>
        </w:rPr>
        <w:t xml:space="preserve">[19:34] </w:t>
      </w:r>
      <w:r>
        <w:t>wahan par koi but nahi tha.</w:t>
      </w:r>
    </w:p>
    <w:p>
      <w:pPr>
        <w:jc w:val="right"/>
      </w:pPr>
      <w:r>
        <w:t>وہاں پر کوئی بت نہیں تھا۔</w:t>
      </w:r>
    </w:p>
    <w:p>
      <w:r>
        <w:rPr>
          <w:b/>
        </w:rPr>
        <w:t xml:space="preserve">[19:39] </w:t>
      </w:r>
      <w:r>
        <w:t>yani wo sari cheezen jo aadmi ko behkati hain, jo condition kar deti hain.</w:t>
      </w:r>
    </w:p>
    <w:p>
      <w:pPr>
        <w:jc w:val="right"/>
      </w:pPr>
      <w:r>
        <w:t>یعنی وہ ساری چیزیں جو آدمی کو بہکاتی ہیں، جو کنڈیشن کر دیتی ہیں۔</w:t>
      </w:r>
    </w:p>
    <w:p>
      <w:r>
        <w:rPr>
          <w:b/>
        </w:rPr>
        <w:t xml:space="preserve">[19:43] </w:t>
      </w:r>
      <w:r>
        <w:t>to koi saman nahi.</w:t>
      </w:r>
    </w:p>
    <w:p>
      <w:pPr>
        <w:jc w:val="right"/>
      </w:pPr>
      <w:r>
        <w:t>تو کوئی سامان نہیں۔</w:t>
      </w:r>
    </w:p>
    <w:p>
      <w:r>
        <w:rPr>
          <w:b/>
        </w:rPr>
        <w:t xml:space="preserve">[19:48] </w:t>
      </w:r>
      <w:r>
        <w:t>neeche khula maidan hai, ooper aasman hai.</w:t>
      </w:r>
    </w:p>
    <w:p>
      <w:pPr>
        <w:jc w:val="right"/>
      </w:pPr>
      <w:r>
        <w:t>نیچے کھلا میدان ہے، اوپر آسمان ہے۔</w:t>
      </w:r>
    </w:p>
    <w:p>
      <w:r>
        <w:rPr>
          <w:b/>
        </w:rPr>
        <w:t xml:space="preserve">[19:53] </w:t>
      </w:r>
      <w:r>
        <w:t>raat ko suraj aur chand ki roshni hai.</w:t>
      </w:r>
    </w:p>
    <w:p>
      <w:pPr>
        <w:jc w:val="right"/>
      </w:pPr>
      <w:r>
        <w:t>رات کو سورج اور چاند کی روشنی ہے۔</w:t>
      </w:r>
    </w:p>
    <w:p>
      <w:r>
        <w:rPr>
          <w:b/>
        </w:rPr>
        <w:t xml:space="preserve">[19:58] </w:t>
      </w:r>
      <w:r>
        <w:t>raat ko chand aur sitare ki roshni hai.</w:t>
      </w:r>
    </w:p>
    <w:p>
      <w:pPr>
        <w:jc w:val="right"/>
      </w:pPr>
      <w:r>
        <w:t>رات کو چاند اور ستارے کی روشنی ہے۔</w:t>
      </w:r>
    </w:p>
    <w:p>
      <w:r>
        <w:rPr>
          <w:b/>
        </w:rPr>
        <w:t xml:space="preserve">[20:03] </w:t>
      </w:r>
      <w:r>
        <w:t>din ko, din ko suraj ki roshni hai, raat ko chand aur sitare ki roshni hai.</w:t>
      </w:r>
    </w:p>
    <w:p>
      <w:pPr>
        <w:jc w:val="right"/>
      </w:pPr>
      <w:r>
        <w:t>دن کو، دن کو سورج کی روشنی ہے، رات کو چاند اور ستارے کی روشنی ہے۔</w:t>
      </w:r>
    </w:p>
    <w:p>
      <w:r>
        <w:rPr>
          <w:b/>
        </w:rPr>
        <w:t xml:space="preserve">[20:07] </w:t>
      </w:r>
      <w:r>
        <w:t>na khane ka koi thikana hai, na kisi cheez ka thikana nahi.</w:t>
      </w:r>
    </w:p>
    <w:p>
      <w:pPr>
        <w:jc w:val="right"/>
      </w:pPr>
      <w:r>
        <w:t>نہ کھانے کا کوئی ٹھکانہ ہے، نہ کسی چیز کا ٹھکانہ نہیں۔</w:t>
      </w:r>
    </w:p>
    <w:p>
      <w:r>
        <w:rPr>
          <w:b/>
        </w:rPr>
        <w:t xml:space="preserve">[20:12] </w:t>
      </w:r>
      <w:r>
        <w:t>to is tarah ke mahol mein, mashaqqat ke mahol mein, sadgi ke mahol mein ek nai nasal banna shuru hui.</w:t>
      </w:r>
    </w:p>
    <w:p>
      <w:pPr>
        <w:jc w:val="right"/>
      </w:pPr>
      <w:r>
        <w:t>تو اس طرح کے ماحول میں، مشقت کے ماحول میں، سادگی کے ماحول میں ایک نئی نسل بننا شروع ہوئی۔</w:t>
      </w:r>
    </w:p>
    <w:p>
      <w:r>
        <w:rPr>
          <w:b/>
        </w:rPr>
        <w:t xml:space="preserve">[20:17] </w:t>
      </w:r>
      <w:r>
        <w:t>banna shuru hui.</w:t>
      </w:r>
    </w:p>
    <w:p>
      <w:pPr>
        <w:jc w:val="right"/>
      </w:pPr>
      <w:r>
        <w:t>بننا شروع ہوئی۔</w:t>
      </w:r>
    </w:p>
    <w:p>
      <w:r>
        <w:rPr>
          <w:b/>
        </w:rPr>
        <w:t xml:space="preserve">[20:22] </w:t>
      </w:r>
      <w:r>
        <w:t>is nasal ke banne mein do hazar saal se zyada muddat lag gayi.</w:t>
      </w:r>
    </w:p>
    <w:p>
      <w:pPr>
        <w:jc w:val="right"/>
      </w:pPr>
      <w:r>
        <w:t>اس نسل کے بننے میں دو ہزار سال سے زیادہ مدت لگ گئی۔</w:t>
      </w:r>
    </w:p>
    <w:p>
      <w:r>
        <w:rPr>
          <w:b/>
        </w:rPr>
        <w:t xml:space="preserve">[20:27] </w:t>
      </w:r>
      <w:r>
        <w:t>ek saada mahol, ek bohat hi mashaqqat ka mahol, ek sacrifice ka mahol.</w:t>
      </w:r>
    </w:p>
    <w:p>
      <w:pPr>
        <w:jc w:val="right"/>
      </w:pPr>
      <w:r>
        <w:t>ایک سادہ ماحول، ایک بہت ہی مشقت کا ماحول، ایک سیکریفائس کا ماحول۔</w:t>
      </w:r>
    </w:p>
    <w:p>
      <w:r>
        <w:rPr>
          <w:b/>
        </w:rPr>
        <w:t xml:space="preserve">[20:31] </w:t>
      </w:r>
      <w:r>
        <w:t>ek aisa mahol jahan na shirk hai, na but hai, na koi tamaddun hai, na koi bigaad hai, kuch nahi.</w:t>
      </w:r>
    </w:p>
    <w:p>
      <w:pPr>
        <w:jc w:val="right"/>
      </w:pPr>
      <w:r>
        <w:t>ایک ایسا ماحول جہاں نہ شرک ہے، نہ بت ہے، نہ کوئی تمدن ہے، نہ کوئی بگاڑ ہے، کچھ نہیں۔</w:t>
      </w:r>
    </w:p>
    <w:p>
      <w:r>
        <w:rPr>
          <w:b/>
        </w:rPr>
        <w:t xml:space="preserve">[20:36] </w:t>
      </w:r>
      <w:r>
        <w:t>to is tarah se do hazar se zyada muddat bhi lag gayi.</w:t>
      </w:r>
    </w:p>
    <w:p>
      <w:pPr>
        <w:jc w:val="right"/>
      </w:pPr>
      <w:r>
        <w:t>تو اس طرح سے دو ہزار سے زیادہ مدت بھی لگ گئی۔</w:t>
      </w:r>
    </w:p>
    <w:p>
      <w:r>
        <w:rPr>
          <w:b/>
        </w:rPr>
        <w:t xml:space="preserve">[20:41] </w:t>
      </w:r>
      <w:r>
        <w:t>phir wo log barhe, un ko kehte hain bani Israel, bani Ismail. bani Ismail.</w:t>
      </w:r>
    </w:p>
    <w:p>
      <w:pPr>
        <w:jc w:val="right"/>
      </w:pPr>
      <w:r>
        <w:t>پھر وہ لوگ بڑے، ان کو کہتے ہیں بنو اسرائیل، بنو اسماعیل۔ بنو اسماعیل۔</w:t>
      </w:r>
    </w:p>
    <w:p>
      <w:r>
        <w:rPr>
          <w:b/>
        </w:rPr>
        <w:t xml:space="preserve">[20:46] </w:t>
      </w:r>
      <w:r>
        <w:t>un mein Rasool Allah paida hue panch sau satar Isvi mein.</w:t>
      </w:r>
    </w:p>
    <w:p>
      <w:pPr>
        <w:jc w:val="right"/>
      </w:pPr>
      <w:r>
        <w:t>ان میں رسول اللہ پیدا ہوئے پانچ سو ستر عیسوی میں۔</w:t>
      </w:r>
    </w:p>
    <w:p>
      <w:r>
        <w:rPr>
          <w:b/>
        </w:rPr>
        <w:t xml:space="preserve">[20:51] </w:t>
      </w:r>
      <w:r>
        <w:t>Rasool Allah is mein paida hue, is nasal mein panch sau satar Isvi mein.</w:t>
      </w:r>
    </w:p>
    <w:p>
      <w:pPr>
        <w:jc w:val="right"/>
      </w:pPr>
      <w:r>
        <w:t>رسول اللہ اس میں پیدا ہوئے، اس نسل میں پانچ سو ستر عیسوی میں۔</w:t>
      </w:r>
    </w:p>
    <w:p>
      <w:r>
        <w:rPr>
          <w:b/>
        </w:rPr>
        <w:t xml:space="preserve">[20:55] </w:t>
      </w:r>
      <w:r>
        <w:t>aap ko nabuwat mili chhe sau das Isvi mein.</w:t>
      </w:r>
    </w:p>
    <w:p>
      <w:pPr>
        <w:jc w:val="right"/>
      </w:pPr>
      <w:r>
        <w:t>آپ کو نبوت ملی چھ سو دس عیسوی میں۔</w:t>
      </w:r>
    </w:p>
    <w:p>
      <w:r>
        <w:rPr>
          <w:b/>
        </w:rPr>
        <w:t xml:space="preserve">[21:00] </w:t>
      </w:r>
      <w:r>
        <w:t>yahan aap ne kaam shuru kiya.</w:t>
      </w:r>
    </w:p>
    <w:p>
      <w:pPr>
        <w:jc w:val="right"/>
      </w:pPr>
      <w:r>
        <w:t>یہاں آپ نے کام شروع کیا۔</w:t>
      </w:r>
    </w:p>
    <w:p>
      <w:r>
        <w:rPr>
          <w:b/>
        </w:rPr>
        <w:t xml:space="preserve">[21:05] </w:t>
      </w:r>
      <w:r>
        <w:t>is waqt Makka abad ho chuka tha.</w:t>
      </w:r>
    </w:p>
    <w:p>
      <w:pPr>
        <w:jc w:val="right"/>
      </w:pPr>
      <w:r>
        <w:t>اس وقت مکہ آباد ہو چکا تھا۔</w:t>
      </w:r>
    </w:p>
    <w:p>
      <w:r>
        <w:rPr>
          <w:b/>
        </w:rPr>
        <w:t xml:space="preserve">[21:10] </w:t>
      </w:r>
      <w:r>
        <w:t>jab Hazrat Ibrahim ne wahan basaya tha Hajra ko, Ismail ko.</w:t>
      </w:r>
    </w:p>
    <w:p>
      <w:pPr>
        <w:jc w:val="right"/>
      </w:pPr>
      <w:r>
        <w:t>جب حضرت ابراہیم نے وہاں بسایا تھا ہاجرہ کو، اسماعیل کو۔</w:t>
      </w:r>
    </w:p>
    <w:p>
      <w:r>
        <w:rPr>
          <w:b/>
        </w:rPr>
        <w:t xml:space="preserve">[21:15] </w:t>
      </w:r>
      <w:r>
        <w:t>us waqt to wo sirf desert tha, desert.</w:t>
      </w:r>
    </w:p>
    <w:p>
      <w:pPr>
        <w:jc w:val="right"/>
      </w:pPr>
      <w:r>
        <w:t>اس وقت تو وہ صرف ڈیزرٹ تھا، ڈیزرٹ۔</w:t>
      </w:r>
    </w:p>
    <w:p>
      <w:r>
        <w:rPr>
          <w:b/>
        </w:rPr>
        <w:t xml:space="preserve">[21:19] </w:t>
      </w:r>
      <w:r>
        <w:t>rasool Allah ke zamane mein woh ek shehar ban chuka tha.</w:t>
      </w:r>
    </w:p>
    <w:p>
      <w:pPr>
        <w:jc w:val="right"/>
      </w:pPr>
      <w:r>
        <w:t>رسول اللہ کے زمانے میں وہ ایک شہر بن چکا تھا۔</w:t>
      </w:r>
    </w:p>
    <w:p>
      <w:r>
        <w:rPr>
          <w:b/>
        </w:rPr>
        <w:t xml:space="preserve">[21:24] </w:t>
      </w:r>
      <w:r>
        <w:t>wahan kaba tha jo banaya gaya tha pehle.</w:t>
      </w:r>
    </w:p>
    <w:p>
      <w:pPr>
        <w:jc w:val="right"/>
      </w:pPr>
      <w:r>
        <w:t>وہاں کعبہ تھا جو بنایا گیا تھا پہلے۔</w:t>
      </w:r>
    </w:p>
    <w:p>
      <w:r>
        <w:rPr>
          <w:b/>
        </w:rPr>
        <w:t xml:space="preserve">[21:29] </w:t>
      </w:r>
      <w:r>
        <w:t>to rasool Allah ne wahan dawat di, dawat di.</w:t>
      </w:r>
    </w:p>
    <w:p>
      <w:pPr>
        <w:jc w:val="right"/>
      </w:pPr>
      <w:r>
        <w:t>تو رسول اللہ نے وہاں دعوت دی، دعوت دی۔</w:t>
      </w:r>
    </w:p>
    <w:p>
      <w:r>
        <w:rPr>
          <w:b/>
        </w:rPr>
        <w:t xml:space="preserve">[21:34] </w:t>
      </w:r>
      <w:r>
        <w:t>bohat hi zyada un ko sataya gaya, rasool Allah ko.</w:t>
      </w:r>
    </w:p>
    <w:p>
      <w:pPr>
        <w:jc w:val="right"/>
      </w:pPr>
      <w:r>
        <w:t>بہت ہی زیادہ ان کو ستایا گیا، رسول اللہ کو۔</w:t>
      </w:r>
    </w:p>
    <w:p>
      <w:r>
        <w:rPr>
          <w:b/>
        </w:rPr>
        <w:t xml:space="preserve">[21:39] </w:t>
      </w:r>
      <w:r>
        <w:t>Again there was no complaint.</w:t>
      </w:r>
    </w:p>
    <w:p>
      <w:pPr>
        <w:jc w:val="right"/>
      </w:pPr>
      <w:r>
        <w:t>Again there was no complaint.</w:t>
      </w:r>
    </w:p>
    <w:p>
      <w:r>
        <w:rPr>
          <w:b/>
        </w:rPr>
        <w:t xml:space="preserve">[21:44] </w:t>
      </w:r>
      <w:r>
        <w:t>jo jitna sataya gaya rasool Allah ko makka mein, is ka yani is ke aik zarray ke barabar</w:t>
      </w:r>
    </w:p>
    <w:p>
      <w:pPr>
        <w:jc w:val="right"/>
      </w:pPr>
      <w:r>
        <w:t>جو جتنا ستایا گیا رسول اللہ کو مکہ میں، اس کا یعنی اس کے ایک ذرے کے برابر</w:t>
      </w:r>
    </w:p>
    <w:p>
      <w:r>
        <w:rPr>
          <w:b/>
        </w:rPr>
        <w:t xml:space="preserve">[21:51] </w:t>
      </w:r>
      <w:r>
        <w:t>bhi musalmanon ko dunya mein sataya nahin ja raha hai.</w:t>
      </w:r>
    </w:p>
    <w:p>
      <w:pPr>
        <w:jc w:val="right"/>
      </w:pPr>
      <w:r>
        <w:t>بھی مسلمانوں کو دنیا میں ستایا نہیں جا رہا ہے۔</w:t>
      </w:r>
    </w:p>
    <w:p>
      <w:r>
        <w:rPr>
          <w:b/>
        </w:rPr>
        <w:t xml:space="preserve">[21:56] </w:t>
      </w:r>
      <w:r>
        <w:t>musalmanon ko jo kuch ho raha hai, woh to aap bari bari ki politics ki wajah se hai.</w:t>
      </w:r>
    </w:p>
    <w:p>
      <w:pPr>
        <w:jc w:val="right"/>
      </w:pPr>
      <w:r>
        <w:t>مسلمانوں کو جو کچھ ہو رہا ہے، وہ تو آپ باری باری کی Politics کی وجہ سے ہے۔</w:t>
      </w:r>
    </w:p>
    <w:p>
      <w:r>
        <w:rPr>
          <w:b/>
        </w:rPr>
        <w:t xml:space="preserve">[22:03] </w:t>
      </w:r>
      <w:r>
        <w:t>yani aik hai ke doosra aap ko sataye.</w:t>
      </w:r>
    </w:p>
    <w:p>
      <w:pPr>
        <w:jc w:val="right"/>
      </w:pPr>
      <w:r>
        <w:t>یعنی ایک ہے کہ دوسرا آپ کو ستائے۔</w:t>
      </w:r>
    </w:p>
    <w:p>
      <w:r>
        <w:rPr>
          <w:b/>
        </w:rPr>
        <w:t xml:space="preserve">[22:07] </w:t>
      </w:r>
      <w:r>
        <w:t>aik hai aap doosron ko bomb marain, gun marain.</w:t>
      </w:r>
    </w:p>
    <w:p>
      <w:pPr>
        <w:jc w:val="right"/>
      </w:pPr>
      <w:r>
        <w:t>ایک ہے آپ دوسروں کو بم ماریں، گن ماریں۔</w:t>
      </w:r>
    </w:p>
    <w:p>
      <w:r>
        <w:rPr>
          <w:b/>
        </w:rPr>
        <w:t xml:space="preserve">[22:11] </w:t>
      </w:r>
      <w:r>
        <w:t>aap bari bari maar ke politics chalaain.</w:t>
      </w:r>
    </w:p>
    <w:p>
      <w:pPr>
        <w:jc w:val="right"/>
      </w:pPr>
      <w:r>
        <w:t>آپ باری باری مار کے Politics چلائیں۔</w:t>
      </w:r>
    </w:p>
    <w:p>
      <w:r>
        <w:rPr>
          <w:b/>
        </w:rPr>
        <w:t xml:space="preserve">[22:14] </w:t>
      </w:r>
      <w:r>
        <w:t>aur phir woh aap ko retaliate karain.</w:t>
      </w:r>
    </w:p>
    <w:p>
      <w:pPr>
        <w:jc w:val="right"/>
      </w:pPr>
      <w:r>
        <w:t>اور پھر وہ آپ کو Retaliate کریں۔</w:t>
      </w:r>
    </w:p>
    <w:p>
      <w:r>
        <w:rPr>
          <w:b/>
        </w:rPr>
        <w:t xml:space="preserve">[22:17] </w:t>
      </w:r>
      <w:r>
        <w:t>to musalmanon ke sath to retaliation ho raha hai.</w:t>
      </w:r>
    </w:p>
    <w:p>
      <w:pPr>
        <w:jc w:val="right"/>
      </w:pPr>
      <w:r>
        <w:t>تو مسلمانوں کے ساتھ تو Retaliation ہو رہا ہے۔</w:t>
      </w:r>
    </w:p>
    <w:p>
      <w:r>
        <w:rPr>
          <w:b/>
        </w:rPr>
        <w:t xml:space="preserve">[22:20] </w:t>
      </w:r>
      <w:r>
        <w:t>aur shikayatein kartay hain.</w:t>
      </w:r>
    </w:p>
    <w:p>
      <w:pPr>
        <w:jc w:val="right"/>
      </w:pPr>
      <w:r>
        <w:t>اور شکایتیں کرتے ہیں۔</w:t>
      </w:r>
    </w:p>
    <w:p>
      <w:r>
        <w:rPr>
          <w:b/>
        </w:rPr>
        <w:t xml:space="preserve">[22:22] </w:t>
      </w:r>
      <w:r>
        <w:t>rasool Allah ne aik baar bhi kabhi shikayat nahin ki.</w:t>
      </w:r>
    </w:p>
    <w:p>
      <w:pPr>
        <w:jc w:val="right"/>
      </w:pPr>
      <w:r>
        <w:t>رسول اللہ نے ایک بار بھی کبھی شکایت نہیں کی۔</w:t>
      </w:r>
    </w:p>
    <w:p>
      <w:r>
        <w:rPr>
          <w:b/>
        </w:rPr>
        <w:t xml:space="preserve">[22:26] </w:t>
      </w:r>
      <w:r>
        <w:t>kaisi ajeeb baat hai ke tairah saal tak aap ne dawat di makka mein.</w:t>
      </w:r>
    </w:p>
    <w:p>
      <w:pPr>
        <w:jc w:val="right"/>
      </w:pPr>
      <w:r>
        <w:t>کیسی عجیب بات ہے کہ تیرہ سال تک آپ نے دعوت دی مکہ میں۔</w:t>
      </w:r>
    </w:p>
    <w:p>
      <w:r>
        <w:rPr>
          <w:b/>
        </w:rPr>
        <w:t xml:space="preserve">[22:32] </w:t>
      </w:r>
      <w:r>
        <w:t>har qism zulm sehtay hue.</w:t>
      </w:r>
    </w:p>
    <w:p>
      <w:pPr>
        <w:jc w:val="right"/>
      </w:pPr>
      <w:r>
        <w:t>ہر قسم ظلم سہاتے ہوئے۔</w:t>
      </w:r>
    </w:p>
    <w:p>
      <w:r>
        <w:rPr>
          <w:b/>
        </w:rPr>
        <w:t xml:space="preserve">[22:35] </w:t>
      </w:r>
      <w:r>
        <w:t>aakhir kar unhon ne aap ko kaha ke hum kya qatal kar dain ge aap ko.</w:t>
      </w:r>
    </w:p>
    <w:p>
      <w:pPr>
        <w:jc w:val="right"/>
      </w:pPr>
      <w:r>
        <w:t>آخر کار انہوں نے آپ کو کہا کہ ہم کیا قتل کر دیں گے آپ کو۔</w:t>
      </w:r>
    </w:p>
    <w:p>
      <w:r>
        <w:rPr>
          <w:b/>
        </w:rPr>
        <w:t xml:space="preserve">[22:41] </w:t>
      </w:r>
      <w:r>
        <w:t>ya to makka chhor dijiye.</w:t>
      </w:r>
    </w:p>
    <w:p>
      <w:pPr>
        <w:jc w:val="right"/>
      </w:pPr>
      <w:r>
        <w:t>یا تو مکہ چھوڑ دیجیے۔</w:t>
      </w:r>
    </w:p>
    <w:p>
      <w:r>
        <w:rPr>
          <w:b/>
        </w:rPr>
        <w:t xml:space="preserve">[22:44] </w:t>
      </w:r>
      <w:r>
        <w:t>ya to makka chhor ke yahan chalay jaiye kahin se.</w:t>
      </w:r>
    </w:p>
    <w:p>
      <w:pPr>
        <w:jc w:val="right"/>
      </w:pPr>
      <w:r>
        <w:t>یا تو مکہ چھوڑ کے یہاں چلے جائیے کہیں سے۔</w:t>
      </w:r>
    </w:p>
    <w:p>
      <w:r>
        <w:rPr>
          <w:b/>
        </w:rPr>
        <w:t xml:space="preserve">[22:48] </w:t>
      </w:r>
      <w:r>
        <w:t>nahin to aap ko maar dalain ge.</w:t>
      </w:r>
    </w:p>
    <w:p>
      <w:pPr>
        <w:jc w:val="right"/>
      </w:pPr>
      <w:r>
        <w:t>نہیں تو آپ کو مار ڈالیں گے۔</w:t>
      </w:r>
    </w:p>
    <w:p>
      <w:r>
        <w:rPr>
          <w:b/>
        </w:rPr>
        <w:t xml:space="preserve">[22:51] </w:t>
      </w:r>
      <w:r>
        <w:t>to aap khamoshi se makka chhor kar madina chalay gaye.</w:t>
      </w:r>
    </w:p>
    <w:p>
      <w:pPr>
        <w:jc w:val="right"/>
      </w:pPr>
      <w:r>
        <w:t>تو آپ خاموشی سے مکہ چھوڑ کر مدینہ چلے گئے۔</w:t>
      </w:r>
    </w:p>
    <w:p>
      <w:r>
        <w:rPr>
          <w:b/>
        </w:rPr>
        <w:t xml:space="preserve">[22:55] </w:t>
      </w:r>
      <w:r>
        <w:t>madina pohanch kar jo aap ne pehli taqreer ki hai, pehli taqreer.</w:t>
      </w:r>
    </w:p>
    <w:p>
      <w:pPr>
        <w:jc w:val="right"/>
      </w:pPr>
      <w:r>
        <w:t>مدینہ پہنچ کر جو آپ نے پہلی تقریر کی ہے، پہلی تقریر۔</w:t>
      </w:r>
    </w:p>
    <w:p>
      <w:r>
        <w:rPr>
          <w:b/>
        </w:rPr>
        <w:t xml:space="preserve">[23:00] </w:t>
      </w:r>
      <w:r>
        <w:t>woh maujood hai lafz bilafz seerat ibn e hisham mein.</w:t>
      </w:r>
    </w:p>
    <w:p>
      <w:pPr>
        <w:jc w:val="right"/>
      </w:pPr>
      <w:r>
        <w:t>وہ موجود ہے لفظ بلفظ سیرت ابن ہشام میں۔</w:t>
      </w:r>
    </w:p>
    <w:p>
      <w:r>
        <w:rPr>
          <w:b/>
        </w:rPr>
        <w:t xml:space="preserve">[23:04] </w:t>
      </w:r>
      <w:r>
        <w:t>aap parhiye is ko.</w:t>
      </w:r>
    </w:p>
    <w:p>
      <w:pPr>
        <w:jc w:val="right"/>
      </w:pPr>
      <w:r>
        <w:t>آپ پڑھیے اس کو۔</w:t>
      </w:r>
    </w:p>
    <w:p>
      <w:r>
        <w:rPr>
          <w:b/>
        </w:rPr>
        <w:t xml:space="preserve">[23:06] </w:t>
      </w:r>
      <w:r>
        <w:t>is mein aik lafz bhi shikayat ka nahin.</w:t>
      </w:r>
    </w:p>
    <w:p>
      <w:pPr>
        <w:jc w:val="right"/>
      </w:pPr>
      <w:r>
        <w:t>اس میں ایک لفظ بھی شکایت کا نہیں۔</w:t>
      </w:r>
    </w:p>
    <w:p>
      <w:r>
        <w:rPr>
          <w:b/>
        </w:rPr>
        <w:t xml:space="preserve">[23:09] </w:t>
      </w:r>
      <w:r>
        <w:t>kuch bhi shikayat nahin.</w:t>
      </w:r>
    </w:p>
    <w:p>
      <w:pPr>
        <w:jc w:val="right"/>
      </w:pPr>
      <w:r>
        <w:t>کچھ بھی شکایت نہیں۔</w:t>
      </w:r>
    </w:p>
    <w:p>
      <w:r>
        <w:rPr>
          <w:b/>
        </w:rPr>
        <w:t xml:space="preserve">[23:11] </w:t>
      </w:r>
      <w:r>
        <w:t>aisi aik nasal banana tha jis ke liye Hazrat Ibrahim ko kaha gaya ke tum apni nasal ko</w:t>
      </w:r>
    </w:p>
    <w:p>
      <w:pPr>
        <w:jc w:val="right"/>
      </w:pPr>
      <w:r>
        <w:t>ایسی ایک نسل بنانا تھا جس کے لیے حضرت ابراہیم کو کہا گیا کہ تم اپنی نسل کو</w:t>
      </w:r>
    </w:p>
    <w:p>
      <w:r>
        <w:rPr>
          <w:b/>
        </w:rPr>
        <w:t xml:space="preserve">[23:19] </w:t>
      </w:r>
      <w:r>
        <w:t>wohan par basa do Makkah mein.</w:t>
      </w:r>
    </w:p>
    <w:p>
      <w:pPr>
        <w:jc w:val="right"/>
      </w:pPr>
      <w:r>
        <w:t>وہاں پر بسا دو مکہ میں۔</w:t>
      </w:r>
    </w:p>
    <w:p>
      <w:r>
        <w:rPr>
          <w:b/>
        </w:rPr>
        <w:t xml:space="preserve">[23:21] </w:t>
      </w:r>
      <w:r>
        <w:t>toh yeh nasal bani.</w:t>
      </w:r>
    </w:p>
    <w:p>
      <w:pPr>
        <w:jc w:val="right"/>
      </w:pPr>
      <w:r>
        <w:t>تو یہ نسل بنی۔</w:t>
      </w:r>
    </w:p>
    <w:p>
      <w:r>
        <w:rPr>
          <w:b/>
        </w:rPr>
        <w:t xml:space="preserve">[23:23] </w:t>
      </w:r>
      <w:r>
        <w:t>phir is nasal ko le kar Rasool Allah Sal Allahu Alaihi Wasallam ne wahan par kaam kiya.</w:t>
      </w:r>
    </w:p>
    <w:p>
      <w:pPr>
        <w:jc w:val="right"/>
      </w:pPr>
      <w:r>
        <w:t>پھر اس نسل کو لے کر رسول اللہ صلی اللہ علیہ وسلم نے وہاں پر کام کیا۔</w:t>
      </w:r>
    </w:p>
    <w:p>
      <w:r>
        <w:rPr>
          <w:b/>
        </w:rPr>
        <w:t xml:space="preserve">[23:30] </w:t>
      </w:r>
      <w:r>
        <w:t>aur phir wahan par aik, aik, aik Struggle hui, Struggle.</w:t>
      </w:r>
    </w:p>
    <w:p>
      <w:pPr>
        <w:jc w:val="right"/>
      </w:pPr>
      <w:r>
        <w:t>اور پھر وہاں پر ایک، ایک، ایک Struggle ہوئی، Struggle۔</w:t>
      </w:r>
    </w:p>
    <w:p>
      <w:r>
        <w:rPr>
          <w:b/>
        </w:rPr>
        <w:t xml:space="preserve">[23:35] </w:t>
      </w:r>
      <w:r>
        <w:t>jis ke nateejay mein aik, aik naya daur shuru aana shuru hua.</w:t>
      </w:r>
    </w:p>
    <w:p>
      <w:pPr>
        <w:jc w:val="right"/>
      </w:pPr>
      <w:r>
        <w:t>جس کے نتیجے میں ایک، ایک نیا دور شروع آنا شروع ہوا۔</w:t>
      </w:r>
    </w:p>
    <w:p>
      <w:r>
        <w:rPr>
          <w:b/>
        </w:rPr>
        <w:t xml:space="preserve">[23:40] </w:t>
      </w:r>
      <w:r>
        <w:t>yani tareekh mein aik naya daur shuru hua.</w:t>
      </w:r>
    </w:p>
    <w:p>
      <w:pPr>
        <w:jc w:val="right"/>
      </w:pPr>
      <w:r>
        <w:t>یعنی تاریخ میں ایک نیا دور شروع ہوا۔</w:t>
      </w:r>
    </w:p>
    <w:p>
      <w:r>
        <w:rPr>
          <w:b/>
        </w:rPr>
        <w:t xml:space="preserve">[23:43] </w:t>
      </w:r>
      <w:r>
        <w:t>jis ko maine tafseel se likha hai apni kitabon mein, aap parh lijiye.</w:t>
      </w:r>
    </w:p>
    <w:p>
      <w:pPr>
        <w:jc w:val="right"/>
      </w:pPr>
      <w:r>
        <w:t>جس کو میں نے تفصیل سے لکھا ہے اپنی کتابوں میں، آپ پڑھ لیجیے۔</w:t>
      </w:r>
    </w:p>
    <w:p>
      <w:r>
        <w:rPr>
          <w:b/>
        </w:rPr>
        <w:t xml:space="preserve">[23:49] </w:t>
      </w:r>
      <w:r>
        <w:t>ke saada baat nahin thi.</w:t>
      </w:r>
    </w:p>
    <w:p>
      <w:pPr>
        <w:jc w:val="right"/>
      </w:pPr>
      <w:r>
        <w:t>کہ سادہ بات نہیں تھی۔</w:t>
      </w:r>
    </w:p>
    <w:p>
      <w:r>
        <w:rPr>
          <w:b/>
        </w:rPr>
        <w:t xml:space="preserve">[23:51] </w:t>
      </w:r>
      <w:r>
        <w:t>jo inqilab aaya Makkah mein aur Madinah mein.</w:t>
      </w:r>
    </w:p>
    <w:p>
      <w:pPr>
        <w:jc w:val="right"/>
      </w:pPr>
      <w:r>
        <w:t>جو انقلاب آیا مکہ میں اور مدینے میں۔</w:t>
      </w:r>
    </w:p>
    <w:p>
      <w:r>
        <w:rPr>
          <w:b/>
        </w:rPr>
        <w:t xml:space="preserve">[23:55] </w:t>
      </w:r>
      <w:r>
        <w:t>aur Damascus mein aur Baghdad mein.</w:t>
      </w:r>
    </w:p>
    <w:p>
      <w:pPr>
        <w:jc w:val="right"/>
      </w:pPr>
      <w:r>
        <w:t>اور دمشق میں اور بغداد میں۔</w:t>
      </w:r>
    </w:p>
    <w:p>
      <w:r>
        <w:rPr>
          <w:b/>
        </w:rPr>
        <w:t xml:space="preserve">[23:57] </w:t>
      </w:r>
      <w:r>
        <w:t>is ne tareekh mein aik naya daur shuru kiya.</w:t>
      </w:r>
    </w:p>
    <w:p>
      <w:pPr>
        <w:jc w:val="right"/>
      </w:pPr>
      <w:r>
        <w:t>اس نے تاریخ میں ایک نیا دور شروع کیا۔</w:t>
      </w:r>
    </w:p>
    <w:p>
      <w:r>
        <w:rPr>
          <w:b/>
        </w:rPr>
        <w:t xml:space="preserve">[24:01] </w:t>
      </w:r>
      <w:r>
        <w:t>yani Nature Worship ko khatam kar ke Allah ki aik Allah wahid ki ibadat ka daur.</w:t>
      </w:r>
    </w:p>
    <w:p>
      <w:pPr>
        <w:jc w:val="right"/>
      </w:pPr>
      <w:r>
        <w:t>یعنی Nature Worship کو ختم کر کے اللہ کی ایک اللہ واحد کی عبادت کا دور۔</w:t>
      </w:r>
    </w:p>
    <w:p>
      <w:r>
        <w:rPr>
          <w:b/>
        </w:rPr>
        <w:t xml:space="preserve">[24:08] </w:t>
      </w:r>
      <w:r>
        <w:t>phir is se cheezein Unfold hoti rahin.</w:t>
      </w:r>
    </w:p>
    <w:p>
      <w:pPr>
        <w:jc w:val="right"/>
      </w:pPr>
      <w:r>
        <w:t>پھر اس سے چیزیں Unfold ہوتی رہیں۔</w:t>
      </w:r>
    </w:p>
    <w:p>
      <w:r>
        <w:rPr>
          <w:b/>
        </w:rPr>
        <w:t xml:space="preserve">[24:11] </w:t>
      </w:r>
      <w:r>
        <w:t>yahan tak ke jo maujooda maghribi tehzeeb hai, yani Industrial tehzeeb.</w:t>
      </w:r>
    </w:p>
    <w:p>
      <w:pPr>
        <w:jc w:val="right"/>
      </w:pPr>
      <w:r>
        <w:t>یہاں تک کہ جو موجودہ مغربی تہذیب ہے، یعنی Industrial تہذیب۔</w:t>
      </w:r>
    </w:p>
    <w:p>
      <w:r>
        <w:rPr>
          <w:b/>
        </w:rPr>
        <w:t xml:space="preserve">[24:16] </w:t>
      </w:r>
      <w:r>
        <w:t>maujooda zamanay mein jo jis ko hum science kehte hain, jis ko Industrial Revolution kehte hain, woh sab</w:t>
      </w:r>
    </w:p>
    <w:p>
      <w:pPr>
        <w:jc w:val="right"/>
      </w:pPr>
      <w:r>
        <w:t>موجودہ زمانے میں جو جس کو ہم سائنس کہتے ہیں، جس کو Industrial Revolution کہتے ہیں، وہ سب</w:t>
      </w:r>
    </w:p>
    <w:p>
      <w:r>
        <w:rPr>
          <w:b/>
        </w:rPr>
        <w:t xml:space="preserve">[24:23] </w:t>
      </w:r>
      <w:r>
        <w:t>isi ka Byproduct hai.</w:t>
      </w:r>
    </w:p>
    <w:p>
      <w:pPr>
        <w:jc w:val="right"/>
      </w:pPr>
      <w:r>
        <w:t>اسی کا Byproduct ہے۔</w:t>
      </w:r>
    </w:p>
    <w:p>
      <w:r>
        <w:rPr>
          <w:b/>
        </w:rPr>
        <w:t xml:space="preserve">[24:25] </w:t>
      </w:r>
      <w:r>
        <w:t>toh jo aaghaz hua tha Hazrat Ibrahim ke zamanay mein, isi ka Culmination hai maujooda zamanay mein maghribi</w:t>
      </w:r>
    </w:p>
    <w:p>
      <w:pPr>
        <w:jc w:val="right"/>
      </w:pPr>
      <w:r>
        <w:t>تو جو آغاز ہوا تھا حضرت ابراہیم کے زمانے میں، اسی کا Culmination ہے موجودہ زمانے میں مغربی</w:t>
      </w:r>
    </w:p>
    <w:p>
      <w:r>
        <w:rPr>
          <w:b/>
        </w:rPr>
        <w:t xml:space="preserve">[24:33] </w:t>
      </w:r>
      <w:r>
        <w:t>tehzeeb.</w:t>
      </w:r>
    </w:p>
    <w:p>
      <w:pPr>
        <w:jc w:val="right"/>
      </w:pPr>
      <w:r>
        <w:t>تہذیب۔</w:t>
      </w:r>
    </w:p>
    <w:p>
      <w:r>
        <w:rPr>
          <w:b/>
        </w:rPr>
        <w:t xml:space="preserve">[24:34] </w:t>
      </w:r>
      <w:r>
        <w:t>itna lamba Process tha.</w:t>
      </w:r>
    </w:p>
    <w:p>
      <w:pPr>
        <w:jc w:val="right"/>
      </w:pPr>
      <w:r>
        <w:t>اتنا لمبا Process تھا۔</w:t>
      </w:r>
    </w:p>
    <w:p>
      <w:r>
        <w:rPr>
          <w:b/>
        </w:rPr>
        <w:t xml:space="preserve">[24:36] </w:t>
      </w:r>
      <w:r>
        <w:t>aik Long Term Plan tha yeh.</w:t>
      </w:r>
    </w:p>
    <w:p>
      <w:pPr>
        <w:jc w:val="right"/>
      </w:pPr>
      <w:r>
        <w:t>ایک Long Term Plan تھا یہ۔</w:t>
      </w:r>
    </w:p>
    <w:p>
      <w:r>
        <w:rPr>
          <w:b/>
        </w:rPr>
        <w:t xml:space="preserve">[24:39] </w:t>
      </w:r>
      <w:r>
        <w:t>is ke aaghaz mein hazrat ibrahim alaihiالسلام۔</w:t>
      </w:r>
    </w:p>
    <w:p>
      <w:pPr>
        <w:jc w:val="right"/>
      </w:pPr>
      <w:r>
        <w:t>اس کے آغاز میں حضرت ابراہیم علیہ السلام۔</w:t>
      </w:r>
    </w:p>
    <w:p>
      <w:r>
        <w:rPr>
          <w:b/>
        </w:rPr>
        <w:t xml:space="preserve">[24:42] </w:t>
      </w:r>
      <w:r>
        <w:t>is ke aaghaz mein hazrat ibrahim alaihiالسلام ہیں۔</w:t>
      </w:r>
    </w:p>
    <w:p>
      <w:pPr>
        <w:jc w:val="right"/>
      </w:pPr>
      <w:r>
        <w:t>اس کے آغاز میں حضرت ابراہیم علیہ السلام ہیں۔</w:t>
      </w:r>
    </w:p>
    <w:p>
      <w:r>
        <w:rPr>
          <w:b/>
        </w:rPr>
        <w:t xml:space="preserve">[24:46] </w:t>
      </w:r>
      <w:r>
        <w:t>to yaani Allah ka jo deen hai, Allah ki jo rehmat hai, woh logon tak pohnch nahi paati</w:t>
      </w:r>
    </w:p>
    <w:p>
      <w:pPr>
        <w:jc w:val="right"/>
      </w:pPr>
      <w:r>
        <w:t>تو یعنی اللہ کا جو دین ہے، اللہ کی جو رحمت ہے، وہ لوگوں تک پہنچ نہیں پاتی</w:t>
      </w:r>
    </w:p>
    <w:p>
      <w:r>
        <w:rPr>
          <w:b/>
        </w:rPr>
        <w:t xml:space="preserve">[24:54] </w:t>
      </w:r>
      <w:r>
        <w:t>thi۔</w:t>
      </w:r>
    </w:p>
    <w:p>
      <w:pPr>
        <w:jc w:val="right"/>
      </w:pPr>
      <w:r>
        <w:t>تھی۔</w:t>
      </w:r>
    </w:p>
    <w:p>
      <w:r>
        <w:rPr>
          <w:b/>
        </w:rPr>
        <w:t xml:space="preserve">[24:55] </w:t>
      </w:r>
      <w:r>
        <w:t>pichhle zamane mein nabi akele rehte the, koi team nahi banti thi۔</w:t>
      </w:r>
    </w:p>
    <w:p>
      <w:pPr>
        <w:jc w:val="right"/>
      </w:pPr>
      <w:r>
        <w:t>پچھلے زمانے میں نبی اکیلے رہتے تھے، کوئی ٹیم نہیں بنتی تھی۔</w:t>
      </w:r>
    </w:p>
    <w:p>
      <w:r>
        <w:rPr>
          <w:b/>
        </w:rPr>
        <w:t xml:space="preserve">[25:00] </w:t>
      </w:r>
      <w:r>
        <w:t>koi inqilab nahi hota tha۔</w:t>
      </w:r>
    </w:p>
    <w:p>
      <w:pPr>
        <w:jc w:val="right"/>
      </w:pPr>
      <w:r>
        <w:t>کوئی انقلاب نہیں ہوتا تھا۔</w:t>
      </w:r>
    </w:p>
    <w:p>
      <w:r>
        <w:rPr>
          <w:b/>
        </w:rPr>
        <w:t xml:space="preserve">[25:02] </w:t>
      </w:r>
      <w:r>
        <w:t>koi kitaab mehfooz nahi hoti thi۔</w:t>
      </w:r>
    </w:p>
    <w:p>
      <w:pPr>
        <w:jc w:val="right"/>
      </w:pPr>
      <w:r>
        <w:t>کوئی کتاب محفوظ نہیں ہوتی تھی۔</w:t>
      </w:r>
    </w:p>
    <w:p>
      <w:r>
        <w:rPr>
          <w:b/>
        </w:rPr>
        <w:t xml:space="preserve">[25:05] </w:t>
      </w:r>
      <w:r>
        <w:t>to log is se mehroom rehte the۔</w:t>
      </w:r>
    </w:p>
    <w:p>
      <w:pPr>
        <w:jc w:val="right"/>
      </w:pPr>
      <w:r>
        <w:t>تو لوگ اس سے محروم رہتے تھے۔</w:t>
      </w:r>
    </w:p>
    <w:p>
      <w:r>
        <w:rPr>
          <w:b/>
        </w:rPr>
        <w:t xml:space="preserve">[25:08] </w:t>
      </w:r>
      <w:r>
        <w:t>to hazrat ibrahim ne ek aisi planning ki jis ki planning ke nateeje mein team bane, rasool Allah</w:t>
      </w:r>
    </w:p>
    <w:p>
      <w:pPr>
        <w:jc w:val="right"/>
      </w:pPr>
      <w:r>
        <w:t>تو حضرت ابراہیم نے ایک ایسی Planning کی جس کی Planning کے نتیجے میں ٹیم بنے، رسول اللہ</w:t>
      </w:r>
    </w:p>
    <w:p>
      <w:r>
        <w:rPr>
          <w:b/>
        </w:rPr>
        <w:t xml:space="preserve">[25:16] </w:t>
      </w:r>
      <w:r>
        <w:t>paida hon, sahaba banein, revolution aaye, duniya mein ek naya process chalaye, hote hote naya daur aaye۔</w:t>
      </w:r>
    </w:p>
    <w:p>
      <w:pPr>
        <w:jc w:val="right"/>
      </w:pPr>
      <w:r>
        <w:t>پیدا ہوں، صحابہ بنیں، Revolution آئے، دنیا میں ایک نیا Process چلائے، ہوتے ہوتے نیا دور آئے۔</w:t>
      </w:r>
    </w:p>
    <w:p>
      <w:r>
        <w:rPr>
          <w:b/>
        </w:rPr>
        <w:t xml:space="preserve">[25:23] </w:t>
      </w:r>
      <w:r>
        <w:t>yeh hai woh cheez jo bible ke in alfaaz mein batai gayi hai۔</w:t>
      </w:r>
    </w:p>
    <w:p>
      <w:pPr>
        <w:jc w:val="right"/>
      </w:pPr>
      <w:r>
        <w:t>یہ ہے وہ چیز جو بائبل کے ان الفاظ میں بتائی گئی ہے۔</w:t>
      </w:r>
    </w:p>
    <w:p>
      <w:r>
        <w:rPr>
          <w:b/>
        </w:rPr>
        <w:t xml:space="preserve">[25:29] </w:t>
      </w:r>
      <w:r>
        <w:t>And your descendants and through your descendants and through your descendants all the nations of the earth will</w:t>
      </w:r>
    </w:p>
    <w:p>
      <w:pPr>
        <w:jc w:val="right"/>
      </w:pPr>
      <w:r>
        <w:t>And your descendants and through your descendants and through your descendants all the nations of the earth will</w:t>
      </w:r>
    </w:p>
    <w:p>
      <w:r>
        <w:rPr>
          <w:b/>
        </w:rPr>
        <w:t xml:space="preserve">[25:36] </w:t>
      </w:r>
      <w:r>
        <w:t>be blessed.</w:t>
      </w:r>
    </w:p>
    <w:p>
      <w:pPr>
        <w:jc w:val="right"/>
      </w:pPr>
      <w:r>
        <w:t>be blessed.</w:t>
      </w:r>
    </w:p>
    <w:p>
      <w:r>
        <w:rPr>
          <w:b/>
        </w:rPr>
        <w:t xml:space="preserve">[25:38] </w:t>
      </w:r>
      <w:r>
        <w:t>yahi cheez quran majeed mein hai ke إِنِّي جَعَلَكُمْ لِلنَّاسِ هِمَامًا yaani Leader of mankind۔</w:t>
      </w:r>
    </w:p>
    <w:p>
      <w:pPr>
        <w:jc w:val="right"/>
      </w:pPr>
      <w:r>
        <w:t>یہی چیز قرآن مجید میں ہے کہ إِنِّي جَعَلَكُمْ لِلنَّاسِ هِمَامًا یعنی Leader of mankind۔</w:t>
      </w:r>
    </w:p>
    <w:p>
      <w:r>
        <w:rPr>
          <w:b/>
        </w:rPr>
        <w:t xml:space="preserve">[25:44] </w:t>
      </w:r>
      <w:r>
        <w:t>Leader of mankind hamare liye, yaani koi political maani mein nahi hai yeh۔</w:t>
      </w:r>
    </w:p>
    <w:p>
      <w:pPr>
        <w:jc w:val="right"/>
      </w:pPr>
      <w:r>
        <w:t>Leader of mankind ہمارے لیے، یعنی کوئی Political معنی میں نہیں ہے یہ۔</w:t>
      </w:r>
    </w:p>
    <w:p>
      <w:r>
        <w:rPr>
          <w:b/>
        </w:rPr>
        <w:t xml:space="preserve">[25:50] </w:t>
      </w:r>
      <w:r>
        <w:t>Leader of mankind hazrat ibrahim political maani mein nahi the۔</w:t>
      </w:r>
    </w:p>
    <w:p>
      <w:pPr>
        <w:jc w:val="right"/>
      </w:pPr>
      <w:r>
        <w:t>Leader of mankind حضرت ابراہیم Political معنی میں نہیں تھے۔</w:t>
      </w:r>
    </w:p>
    <w:p>
      <w:r>
        <w:rPr>
          <w:b/>
        </w:rPr>
        <w:t xml:space="preserve">[25:54] </w:t>
      </w:r>
      <w:r>
        <w:t>saare alam ke liye rehmat-e-khudawandi ka darwaza kholne wale۔</w:t>
      </w:r>
    </w:p>
    <w:p>
      <w:pPr>
        <w:jc w:val="right"/>
      </w:pPr>
      <w:r>
        <w:t>سارے عالم کے لیے رحمت خداوندی کا دروازہ کھولنے والے۔</w:t>
      </w:r>
    </w:p>
    <w:p>
      <w:r>
        <w:rPr>
          <w:b/>
        </w:rPr>
        <w:t xml:space="preserve">[25:58] </w:t>
      </w:r>
      <w:r>
        <w:t>yaani jo Allah taala ka jo deen ek paighambar ki had tak khatm ho jata tha, us ko,</w:t>
      </w:r>
    </w:p>
    <w:p>
      <w:pPr>
        <w:jc w:val="right"/>
      </w:pPr>
      <w:r>
        <w:t>یعنی جو اللہ تعالیٰ کا جو دین ایک پیغمبر کی حد تک ختم ہو جاتا تھا، اس کو،</w:t>
      </w:r>
    </w:p>
    <w:p>
      <w:r>
        <w:rPr>
          <w:b/>
        </w:rPr>
        <w:t xml:space="preserve">[26:06] </w:t>
      </w:r>
      <w:r>
        <w:t>us ko ek, ek inqilab banana, revolution tak pohnchana۔</w:t>
      </w:r>
    </w:p>
    <w:p>
      <w:pPr>
        <w:jc w:val="right"/>
      </w:pPr>
      <w:r>
        <w:t>اس کو ایک، ایک انقلاب بنانا، Revolution تک پہنچانا۔</w:t>
      </w:r>
    </w:p>
    <w:p>
      <w:r>
        <w:rPr>
          <w:b/>
        </w:rPr>
        <w:t xml:space="preserve">[26:10] </w:t>
      </w:r>
      <w:r>
        <w:t>aur phir is se ek nai tehzeeb barpa hona۔</w:t>
      </w:r>
    </w:p>
    <w:p>
      <w:pPr>
        <w:jc w:val="right"/>
      </w:pPr>
      <w:r>
        <w:t>اور پھر اس سے ایک نئی تہذیب برپا ہونا۔</w:t>
      </w:r>
    </w:p>
    <w:p>
      <w:r>
        <w:rPr>
          <w:b/>
        </w:rPr>
        <w:t xml:space="preserve">[26:14] </w:t>
      </w:r>
      <w:r>
        <w:t>phir nature mein jo cheezein chupi hui thi, jo aalaat Allah, jo kalmaat Allah, woh unfold nahi ho</w:t>
      </w:r>
    </w:p>
    <w:p>
      <w:pPr>
        <w:jc w:val="right"/>
      </w:pPr>
      <w:r>
        <w:t>پھر Nature میں جو چیزیں چھپی ہوئی تھیں، جو آلات اللہ، جو کلمات اللہ، وہ Unfold نہیں ہو</w:t>
      </w:r>
    </w:p>
    <w:p>
      <w:r>
        <w:rPr>
          <w:b/>
        </w:rPr>
        <w:t xml:space="preserve">[26:21] </w:t>
      </w:r>
      <w:r>
        <w:t>rahi thiin۔</w:t>
      </w:r>
    </w:p>
    <w:p>
      <w:pPr>
        <w:jc w:val="right"/>
      </w:pPr>
      <w:r>
        <w:t>رہی تھیں۔</w:t>
      </w:r>
    </w:p>
    <w:p>
      <w:r>
        <w:rPr>
          <w:b/>
        </w:rPr>
        <w:t xml:space="preserve">[26:23] </w:t>
      </w:r>
      <w:r>
        <w:t>us ko unfold karna۔</w:t>
      </w:r>
    </w:p>
    <w:p>
      <w:pPr>
        <w:jc w:val="right"/>
      </w:pPr>
      <w:r>
        <w:t>اس کو Unfold کرنا۔</w:t>
      </w:r>
    </w:p>
    <w:p>
      <w:r>
        <w:rPr>
          <w:b/>
        </w:rPr>
        <w:t xml:space="preserve">[26:25] </w:t>
      </w:r>
      <w:r>
        <w:t>Allah ke liye naye signs, Allah ke liye naye dalail, woh sab phir modern communication۔</w:t>
      </w:r>
    </w:p>
    <w:p>
      <w:pPr>
        <w:jc w:val="right"/>
      </w:pPr>
      <w:r>
        <w:t>اللہ کے لیے نئے Signs، اللہ کے لیے نئے دلائل، وہ سب پھر Modern Communication۔</w:t>
      </w:r>
    </w:p>
    <w:p>
      <w:r>
        <w:rPr>
          <w:b/>
        </w:rPr>
        <w:t xml:space="preserve">[26:31] </w:t>
      </w:r>
      <w:r>
        <w:t>us waqt jo mein bol raha hoon aur duniya mein bohat si jagahon par log sun rahe hain,</w:t>
      </w:r>
    </w:p>
    <w:p>
      <w:pPr>
        <w:jc w:val="right"/>
      </w:pPr>
      <w:r>
        <w:t>اس وقت جو میں بول رہا ہوں اور دنیا میں بہت سی جگہوں پر لوگ سن رہے ہیں،</w:t>
      </w:r>
    </w:p>
    <w:p>
      <w:r>
        <w:rPr>
          <w:b/>
        </w:rPr>
        <w:t xml:space="preserve">[26:39] </w:t>
      </w:r>
      <w:r>
        <w:t>isi, is ki wajah se Possible hua.</w:t>
      </w:r>
    </w:p>
    <w:p>
      <w:pPr>
        <w:jc w:val="right"/>
      </w:pPr>
      <w:r>
        <w:t>اسی، اس کی وجہ سے Possible ہوا۔</w:t>
      </w:r>
    </w:p>
    <w:p>
      <w:r>
        <w:rPr>
          <w:b/>
        </w:rPr>
        <w:t xml:space="preserve">[26:42] </w:t>
      </w:r>
      <w:r>
        <w:t>pehlay aisa kahan tha? pehlay aik aadmi cheikhta tha, das bees aadmi sun letay thay.</w:t>
      </w:r>
    </w:p>
    <w:p>
      <w:pPr>
        <w:jc w:val="right"/>
      </w:pPr>
      <w:r>
        <w:t>پہلے ایسا کہاں تھا؟ پہلے ایک آدمی چیختا تھا، دس بیس آدمی سن لیتے تھے۔</w:t>
      </w:r>
    </w:p>
    <w:p>
      <w:r>
        <w:rPr>
          <w:b/>
        </w:rPr>
        <w:t xml:space="preserve">[26:48] </w:t>
      </w:r>
      <w:r>
        <w:t>آج آپ ایک جگہ بول رہے ہیں تو modern technology کی وجہ سے ساری دنیا آپ کو سن</w:t>
      </w:r>
    </w:p>
    <w:p>
      <w:pPr>
        <w:jc w:val="right"/>
      </w:pPr>
      <w:r>
        <w:t>آج آپ ایک جگہ بول رہے ہیں تو Modern Technology کی وجہ سے ساری دنیا آپ کو سن</w:t>
      </w:r>
    </w:p>
    <w:p>
      <w:r>
        <w:rPr>
          <w:b/>
        </w:rPr>
        <w:t xml:space="preserve">[26:56] </w:t>
      </w:r>
      <w:r>
        <w:t>sakti hai.</w:t>
      </w:r>
    </w:p>
    <w:p>
      <w:pPr>
        <w:jc w:val="right"/>
      </w:pPr>
      <w:r>
        <w:t>سکتی ہے۔</w:t>
      </w:r>
    </w:p>
    <w:p>
      <w:r>
        <w:rPr>
          <w:b/>
        </w:rPr>
        <w:t xml:space="preserve">[26:57] </w:t>
      </w:r>
      <w:r>
        <w:t>yeh sab isi ke nateejay mein paida hua.</w:t>
      </w:r>
    </w:p>
    <w:p>
      <w:pPr>
        <w:jc w:val="right"/>
      </w:pPr>
      <w:r>
        <w:t>یہ سب اسی کے نتیجے میں پیدا ہوا۔</w:t>
      </w:r>
    </w:p>
    <w:p>
      <w:r>
        <w:rPr>
          <w:b/>
        </w:rPr>
        <w:t xml:space="preserve">[27:01] </w:t>
      </w:r>
      <w:r>
        <w:t>hazrat ibrahim ki Planning hi ka yeh Culmination hai yeh.</w:t>
      </w:r>
    </w:p>
    <w:p>
      <w:pPr>
        <w:jc w:val="right"/>
      </w:pPr>
      <w:r>
        <w:t>حضرت ابراہیم کی Planning ہی کا یہ Culmination ہے یہ۔</w:t>
      </w:r>
    </w:p>
    <w:p>
      <w:r>
        <w:rPr>
          <w:b/>
        </w:rPr>
        <w:t xml:space="preserve">[27:05] </w:t>
      </w:r>
      <w:r>
        <w:t>حضرت ابراہیم کے ذریعے جو planning کی گئی، اسی culmination یہ سب ہے۔</w:t>
      </w:r>
    </w:p>
    <w:p>
      <w:pPr>
        <w:jc w:val="right"/>
      </w:pPr>
      <w:r>
        <w:t>حضرت ابراہیم کے ذریعے جو Planning کی گئی، اسی Culmination یہ سب ہے۔</w:t>
      </w:r>
    </w:p>
    <w:p>
      <w:r>
        <w:rPr>
          <w:b/>
        </w:rPr>
        <w:t xml:space="preserve">[27:11] </w:t>
      </w:r>
      <w:r>
        <w:t>isi ko bible mein in alfaaz mein kaha gaya.</w:t>
      </w:r>
    </w:p>
    <w:p>
      <w:pPr>
        <w:jc w:val="right"/>
      </w:pPr>
      <w:r>
        <w:t>اسی کو بائبل میں ان الفاظ میں کہا گیا۔</w:t>
      </w:r>
    </w:p>
    <w:p>
      <w:r>
        <w:rPr>
          <w:b/>
        </w:rPr>
        <w:t xml:space="preserve">[27:15] </w:t>
      </w:r>
      <w:r>
        <w:t>And through your descendants all the nations of the earth will be blessed.</w:t>
      </w:r>
    </w:p>
    <w:p>
      <w:pPr>
        <w:jc w:val="right"/>
      </w:pPr>
      <w:r>
        <w:t>And through your descendants all the nations of the earth will be blessed.</w:t>
      </w:r>
    </w:p>
    <w:p>
      <w:r>
        <w:rPr>
          <w:b/>
        </w:rPr>
        <w:t xml:space="preserve">[27:20] </w:t>
      </w:r>
      <w:r>
        <w:t>aur quran mein hai ke إِنِّي جَعَلَكُمْ لِلنَّاسِ هِمَامًا yani saaray Mankind ka tum ko Leader, Leader, Leader</w:t>
      </w:r>
    </w:p>
    <w:p>
      <w:pPr>
        <w:jc w:val="right"/>
      </w:pPr>
      <w:r>
        <w:t>اور قرآن میں ہے کہ إِنِّي جَعَلَكُمْ لِلنَّاسِ هِمَامًا یعنی سارے Mankind کا تم کو Leader، Leader، Leader</w:t>
      </w:r>
    </w:p>
    <w:p>
      <w:r>
        <w:rPr>
          <w:b/>
        </w:rPr>
        <w:t xml:space="preserve">[27:28] </w:t>
      </w:r>
      <w:r>
        <w:t>bana rahay hain.</w:t>
      </w:r>
    </w:p>
    <w:p>
      <w:pPr>
        <w:jc w:val="right"/>
      </w:pPr>
      <w:r>
        <w:t>بنا رہے ہیں۔</w:t>
      </w:r>
    </w:p>
    <w:p>
      <w:r>
        <w:rPr>
          <w:b/>
        </w:rPr>
        <w:t xml:space="preserve">[27:29] </w:t>
      </w:r>
      <w:r>
        <w:t>to yeh tareekh bashri ki sab se bari Planning thi jo Allah taala ne ki Hazrat Ibrahim ke</w:t>
      </w:r>
    </w:p>
    <w:p>
      <w:pPr>
        <w:jc w:val="right"/>
      </w:pPr>
      <w:r>
        <w:t>تو یہ تاریخ بشری کی سب سے بڑی Planning تھی جو اللہ تعالیٰ نے کی حضرت ابراہیم کے</w:t>
      </w:r>
    </w:p>
    <w:p>
      <w:r>
        <w:rPr>
          <w:b/>
        </w:rPr>
        <w:t xml:space="preserve">[27:37] </w:t>
      </w:r>
      <w:r>
        <w:t>zariye se.</w:t>
      </w:r>
    </w:p>
    <w:p>
      <w:pPr>
        <w:jc w:val="right"/>
      </w:pPr>
      <w:r>
        <w:t>ذریعے سے۔</w:t>
      </w:r>
    </w:p>
    <w:p>
      <w:r>
        <w:rPr>
          <w:b/>
        </w:rPr>
        <w:t xml:space="preserve">[27:39] </w:t>
      </w:r>
      <w:r>
        <w:t>isi ki yaad mein yeh Eid al-Adha manai jati hai.</w:t>
      </w:r>
    </w:p>
    <w:p>
      <w:pPr>
        <w:jc w:val="right"/>
      </w:pPr>
      <w:r>
        <w:t>اسی کی یاد میں یہ عید الاضحی منائی جاتی ہے۔</w:t>
      </w:r>
    </w:p>
    <w:p>
      <w:r>
        <w:rPr>
          <w:b/>
        </w:rPr>
        <w:t xml:space="preserve">[27:43] </w:t>
      </w:r>
      <w:r>
        <w:t>yeh koi janwar ki qurbani ka nahi hai ke jo janwar qurbani karein aur gosht khayein.</w:t>
      </w:r>
    </w:p>
    <w:p>
      <w:pPr>
        <w:jc w:val="right"/>
      </w:pPr>
      <w:r>
        <w:t>یہ کوئی جانور کی قربانی کا نہیں ہے کہ جو جانور قربانی کریں اور گوشت کھائیں۔</w:t>
      </w:r>
    </w:p>
    <w:p>
      <w:r>
        <w:rPr>
          <w:b/>
        </w:rPr>
        <w:t xml:space="preserve">[27:50] </w:t>
      </w:r>
      <w:r>
        <w:t>یہ اس کو underestimate کرنا ہے۔</w:t>
      </w:r>
    </w:p>
    <w:p>
      <w:pPr>
        <w:jc w:val="right"/>
      </w:pPr>
      <w:r>
        <w:t>یہ اس کو Underestimate کرنا ہے۔</w:t>
      </w:r>
    </w:p>
    <w:p>
      <w:r>
        <w:rPr>
          <w:b/>
        </w:rPr>
        <w:t xml:space="preserve">[27:52] </w:t>
      </w:r>
      <w:r>
        <w:t>عید الاضحی کی اہمیت کو underestimate کرنا ہے کہ جانور ذبح کرو اور گوشت کھاؤ۔</w:t>
      </w:r>
    </w:p>
    <w:p>
      <w:pPr>
        <w:jc w:val="right"/>
      </w:pPr>
      <w:r>
        <w:t>عید الاضحی کی اہمیت کو Underestimate کرنا ہے کہ جانور ذبح کرو اور گوشت کھاؤ۔</w:t>
      </w:r>
    </w:p>
    <w:p>
      <w:r>
        <w:rPr>
          <w:b/>
        </w:rPr>
        <w:t xml:space="preserve">[27:59] </w:t>
      </w:r>
      <w:r>
        <w:t>ab agar aap is tareeqay se sochen Eid al-Adha ke maamlay ko, Hazrat Ibrahim ke maamlay ko to</w:t>
      </w:r>
    </w:p>
    <w:p>
      <w:pPr>
        <w:jc w:val="right"/>
      </w:pPr>
      <w:r>
        <w:t>اب اگر آپ اس طریقے سے سوچیں عید الاضحی کے معاملے کو، حضرت ابراہیم کے معاملے کو تو</w:t>
      </w:r>
    </w:p>
    <w:p>
      <w:r>
        <w:rPr>
          <w:b/>
        </w:rPr>
        <w:t xml:space="preserve">[28:06] </w:t>
      </w:r>
      <w:r>
        <w:t>کیا ہوگا؟ آپ کو ایک عجیب غریب، ایک thrilling discovery ہوگی۔</w:t>
      </w:r>
    </w:p>
    <w:p>
      <w:pPr>
        <w:jc w:val="right"/>
      </w:pPr>
      <w:r>
        <w:t>کیا ہوگا؟ آپ کو ایک عجیب غریب، ایک Thrilling Discovery ہوگی۔</w:t>
      </w:r>
    </w:p>
    <w:p>
      <w:r>
        <w:rPr>
          <w:b/>
        </w:rPr>
        <w:t xml:space="preserve">[28:11] </w:t>
      </w:r>
      <w:r>
        <w:t>Allah ke ke aik Allah hai jo Exist karta hai.</w:t>
      </w:r>
    </w:p>
    <w:p>
      <w:pPr>
        <w:jc w:val="right"/>
      </w:pPr>
      <w:r>
        <w:t>اللہ کے کہ ایک اللہ ہے جو Exist کرتا ہے۔</w:t>
      </w:r>
    </w:p>
    <w:p>
      <w:r>
        <w:rPr>
          <w:b/>
        </w:rPr>
        <w:t xml:space="preserve">[28:15] </w:t>
      </w:r>
      <w:r>
        <w:t>Allah ki Existence ki Discovery, Allah ki rehmat ki Discovery, Allah ki Planning ki Discovery, insaan ke liye</w:t>
      </w:r>
    </w:p>
    <w:p>
      <w:pPr>
        <w:jc w:val="right"/>
      </w:pPr>
      <w:r>
        <w:t>اللہ کی Existence کی Discovery، اللہ کی رحمت کی Discovery، اللہ کی Planning کی Discovery، انسان کے لیے</w:t>
      </w:r>
    </w:p>
    <w:p>
      <w:r>
        <w:rPr>
          <w:b/>
        </w:rPr>
        <w:t xml:space="preserve">[28:23] </w:t>
      </w:r>
      <w:r>
        <w:t>Allah ki shafqaton ki Discovery.</w:t>
      </w:r>
    </w:p>
    <w:p>
      <w:pPr>
        <w:jc w:val="right"/>
      </w:pPr>
      <w:r>
        <w:t>اللہ کی شفقتوں کی Discovery۔</w:t>
      </w:r>
    </w:p>
    <w:p>
      <w:r>
        <w:rPr>
          <w:b/>
        </w:rPr>
        <w:t xml:space="preserve">[28:25] </w:t>
      </w:r>
      <w:r>
        <w:t>phir yeh Discovery ke aap is ka aakhri hissa hain.</w:t>
      </w:r>
    </w:p>
    <w:p>
      <w:pPr>
        <w:jc w:val="right"/>
      </w:pPr>
      <w:r>
        <w:t>پھر یہ Discovery کہ آپ اس کا آخری حصہ ہیں۔</w:t>
      </w:r>
    </w:p>
    <w:p>
      <w:r>
        <w:rPr>
          <w:b/>
        </w:rPr>
        <w:t xml:space="preserve">[28:30] </w:t>
      </w:r>
      <w:r>
        <w:t>yeh jo inqilab shuru hua Hazrat Ibrahim se, jo chalta raha, chalta raha, chalta raha, aur woh Twenty</w:t>
      </w:r>
    </w:p>
    <w:p>
      <w:pPr>
        <w:jc w:val="right"/>
      </w:pPr>
      <w:r>
        <w:t>یہ جو انقلاب شروع ہوا حضرت ابراہیم سے، جو چلتا رہا، چلتا رہا، چلتا رہا، اور وہ Twenty</w:t>
      </w:r>
    </w:p>
    <w:p>
      <w:r>
        <w:rPr>
          <w:b/>
        </w:rPr>
        <w:t xml:space="preserve">[28:37] </w:t>
      </w:r>
      <w:r>
        <w:t>First Century mein pohancha, aap, aap tak pohancha.</w:t>
      </w:r>
    </w:p>
    <w:p>
      <w:pPr>
        <w:jc w:val="right"/>
      </w:pPr>
      <w:r>
        <w:t>First Century میں پہنچا، آپ، آپ تک پہنچا۔</w:t>
      </w:r>
    </w:p>
    <w:p>
      <w:r>
        <w:rPr>
          <w:b/>
        </w:rPr>
        <w:t xml:space="preserve">[28:41] </w:t>
      </w:r>
      <w:r>
        <w:t>to aik ajeeb ghareeb aap ke andar aik, aik, aik yaqeen aa jaye ga.</w:t>
      </w:r>
    </w:p>
    <w:p>
      <w:pPr>
        <w:jc w:val="right"/>
      </w:pPr>
      <w:r>
        <w:t>تو ایک عجیب غریب آپ کے اندر ایک، ایک، ایک یقین آ جائے گا۔</w:t>
      </w:r>
    </w:p>
    <w:p>
      <w:r>
        <w:rPr>
          <w:b/>
        </w:rPr>
        <w:t xml:space="preserve">[28:47] </w:t>
      </w:r>
      <w:r>
        <w:t>aik Mission, aik Mission ka jazba paida hoga.</w:t>
      </w:r>
    </w:p>
    <w:p>
      <w:pPr>
        <w:jc w:val="right"/>
      </w:pPr>
      <w:r>
        <w:t>ایک Mission، ایک Mission کا جذبہ پیدا ہوگا۔</w:t>
      </w:r>
    </w:p>
    <w:p>
      <w:r>
        <w:rPr>
          <w:b/>
        </w:rPr>
        <w:t xml:space="preserve">[28:50] </w:t>
      </w:r>
      <w:r>
        <w:t>humain is Mission ko poora karna hai.</w:t>
      </w:r>
    </w:p>
    <w:p>
      <w:pPr>
        <w:jc w:val="right"/>
      </w:pPr>
      <w:r>
        <w:t>ہمیں اس Mission کو پورا کرنا ہے۔</w:t>
      </w:r>
    </w:p>
    <w:p>
      <w:r>
        <w:rPr>
          <w:b/>
        </w:rPr>
        <w:t xml:space="preserve">[28:53] </w:t>
      </w:r>
      <w:r>
        <w:t>yani is Mission ki takmeel ka hissa apnay aap ko mehsoos karein ge aap.</w:t>
      </w:r>
    </w:p>
    <w:p>
      <w:pPr>
        <w:jc w:val="right"/>
      </w:pPr>
      <w:r>
        <w:t>یعنی اس Mission کی تکمیل کا حصہ اپنے آپ کو محسوس کریں گے آپ۔</w:t>
      </w:r>
    </w:p>
    <w:p>
      <w:r>
        <w:rPr>
          <w:b/>
        </w:rPr>
        <w:t xml:space="preserve">[28:59] </w:t>
      </w:r>
      <w:r>
        <w:t>kaisi ajeeb baat hai.</w:t>
      </w:r>
    </w:p>
    <w:p>
      <w:pPr>
        <w:jc w:val="right"/>
      </w:pPr>
      <w:r>
        <w:t>کیسی عجیب بات ہے۔</w:t>
      </w:r>
    </w:p>
    <w:p>
      <w:r>
        <w:rPr>
          <w:b/>
        </w:rPr>
        <w:t xml:space="preserve">[29:01] </w:t>
      </w:r>
      <w:r>
        <w:t>kesi ajeeb baat hai.</w:t>
      </w:r>
    </w:p>
    <w:p>
      <w:pPr>
        <w:jc w:val="right"/>
      </w:pPr>
      <w:r>
        <w:t>کیسی عجیب بات ہے۔</w:t>
      </w:r>
    </w:p>
    <w:p>
      <w:r>
        <w:rPr>
          <w:b/>
        </w:rPr>
        <w:t xml:space="preserve">[29:03] </w:t>
      </w:r>
      <w:r>
        <w:t>aik martaba mein ne dekha aik, aik manzar ke aik khandan ke jo dada tha, us ne aik</w:t>
      </w:r>
    </w:p>
    <w:p>
      <w:pPr>
        <w:jc w:val="right"/>
      </w:pPr>
      <w:r>
        <w:t>ایک مرتبہ میں نے دیکھا ایک، ایک منظر کہ ایک خاندان کے جو دادا تھا، اس نے ایک</w:t>
      </w:r>
    </w:p>
    <w:p>
      <w:r>
        <w:rPr>
          <w:b/>
        </w:rPr>
        <w:t xml:space="preserve">[29:10] </w:t>
      </w:r>
      <w:r>
        <w:t>pair lagaya tha.</w:t>
      </w:r>
    </w:p>
    <w:p>
      <w:pPr>
        <w:jc w:val="right"/>
      </w:pPr>
      <w:r>
        <w:t>پیڑ لگایا تھا۔</w:t>
      </w:r>
    </w:p>
    <w:p>
      <w:r>
        <w:rPr>
          <w:b/>
        </w:rPr>
        <w:t xml:space="preserve">[29:12] </w:t>
      </w:r>
      <w:r>
        <w:t>dada.</w:t>
      </w:r>
    </w:p>
    <w:p>
      <w:pPr>
        <w:jc w:val="right"/>
      </w:pPr>
      <w:r>
        <w:t>دادا۔</w:t>
      </w:r>
    </w:p>
    <w:p>
      <w:r>
        <w:rPr>
          <w:b/>
        </w:rPr>
        <w:t xml:space="preserve">[29:13] </w:t>
      </w:r>
      <w:r>
        <w:t>dada is pair ka phal nahi kha saka.</w:t>
      </w:r>
    </w:p>
    <w:p>
      <w:pPr>
        <w:jc w:val="right"/>
      </w:pPr>
      <w:r>
        <w:t>دادا اس پیڑ کا پھل نہیں کھا سکا۔</w:t>
      </w:r>
    </w:p>
    <w:p>
      <w:r>
        <w:rPr>
          <w:b/>
        </w:rPr>
        <w:t xml:space="preserve">[29:17] </w:t>
      </w:r>
      <w:r>
        <w:t>baap jo tha, baap bhi is ka phal nahi kha saka.</w:t>
      </w:r>
    </w:p>
    <w:p>
      <w:pPr>
        <w:jc w:val="right"/>
      </w:pPr>
      <w:r>
        <w:t>باپ جو تھا، باپ بھی اس کا پھل نہیں کھا سکا۔</w:t>
      </w:r>
    </w:p>
    <w:p>
      <w:r>
        <w:rPr>
          <w:b/>
        </w:rPr>
        <w:t xml:space="preserve">[29:21] </w:t>
      </w:r>
      <w:r>
        <w:t>donon mar gaye.</w:t>
      </w:r>
    </w:p>
    <w:p>
      <w:pPr>
        <w:jc w:val="right"/>
      </w:pPr>
      <w:r>
        <w:t>دونوں مر گئے۔</w:t>
      </w:r>
    </w:p>
    <w:p>
      <w:r>
        <w:rPr>
          <w:b/>
        </w:rPr>
        <w:t xml:space="preserve">[29:23] </w:t>
      </w:r>
      <w:r>
        <w:t>phir jo pota tha, pote ke zamanay mein woh drakht mein phal aaya.</w:t>
      </w:r>
    </w:p>
    <w:p>
      <w:pPr>
        <w:jc w:val="right"/>
      </w:pPr>
      <w:r>
        <w:t>پھر جو پوتا تھا، پوتے کے زمانے میں وہ درخت میں پھل آیا۔</w:t>
      </w:r>
    </w:p>
    <w:p>
      <w:r>
        <w:rPr>
          <w:b/>
        </w:rPr>
        <w:t xml:space="preserve">[29:29] </w:t>
      </w:r>
      <w:r>
        <w:t>to pota jab drakht par charh raha tha phal torney ke liye, to us ne kaha ke mein</w:t>
      </w:r>
    </w:p>
    <w:p>
      <w:pPr>
        <w:jc w:val="right"/>
      </w:pPr>
      <w:r>
        <w:t>تو پوتا جب درخت پر چڑھ رہا تھا پھل توڑنے کے لیے، تو اس نے کہا کہ میں</w:t>
      </w:r>
    </w:p>
    <w:p>
      <w:r>
        <w:rPr>
          <w:b/>
        </w:rPr>
        <w:t xml:space="preserve">[29:36] </w:t>
      </w:r>
      <w:r>
        <w:t>aaj apne dada ke lagaye hue drakht ka phal kha raha hoon.</w:t>
      </w:r>
    </w:p>
    <w:p>
      <w:pPr>
        <w:jc w:val="right"/>
      </w:pPr>
      <w:r>
        <w:t>آج اپنے دادا کے لگائے ہوئے درخت کا پھل کھا رہا ہوں۔</w:t>
      </w:r>
    </w:p>
    <w:p>
      <w:r>
        <w:rPr>
          <w:b/>
        </w:rPr>
        <w:t xml:space="preserve">[29:41] </w:t>
      </w:r>
      <w:r>
        <w:t>yani jo, jo drakht, jo phal lagaya tha mere dada ne, jis ka phal mere na dada kha</w:t>
      </w:r>
    </w:p>
    <w:p>
      <w:pPr>
        <w:jc w:val="right"/>
      </w:pPr>
      <w:r>
        <w:t>یعنی جو، جو درخت، جو پھل لگایا تھا میرے دادا نے، جس کا پھل میرے نہ دادا کھا</w:t>
      </w:r>
    </w:p>
    <w:p>
      <w:r>
        <w:rPr>
          <w:b/>
        </w:rPr>
        <w:t xml:space="preserve">[29:49] </w:t>
      </w:r>
      <w:r>
        <w:t>sake na baap kha sake.</w:t>
      </w:r>
    </w:p>
    <w:p>
      <w:pPr>
        <w:jc w:val="right"/>
      </w:pPr>
      <w:r>
        <w:t>سکے نہ باپ کھا سکے۔</w:t>
      </w:r>
    </w:p>
    <w:p>
      <w:r>
        <w:rPr>
          <w:b/>
        </w:rPr>
        <w:t xml:space="preserve">[29:51] </w:t>
      </w:r>
      <w:r>
        <w:t>aaj mujhe yeh moqa mil raha hai ke mein is ka phal kha sakoon.</w:t>
      </w:r>
    </w:p>
    <w:p>
      <w:pPr>
        <w:jc w:val="right"/>
      </w:pPr>
      <w:r>
        <w:t>آج مجھے یہ موقع مل رہا ہے کہ میں اس کا پھل کھا سکوں۔</w:t>
      </w:r>
    </w:p>
    <w:p>
      <w:r>
        <w:rPr>
          <w:b/>
        </w:rPr>
        <w:t xml:space="preserve">[29:57] </w:t>
      </w:r>
      <w:r>
        <w:t>to us ke chehray par ajeeb chamak thi.</w:t>
      </w:r>
    </w:p>
    <w:p>
      <w:pPr>
        <w:jc w:val="right"/>
      </w:pPr>
      <w:r>
        <w:t>تو اس کے چہرے پر عجیب چمک تھی۔</w:t>
      </w:r>
    </w:p>
    <w:p>
      <w:r>
        <w:rPr>
          <w:b/>
        </w:rPr>
        <w:t xml:space="preserve">[30:01] </w:t>
      </w:r>
      <w:r>
        <w:t>اس سے billion times زیادہ بڑی چمک آپ کے اندر آ جائے گی۔</w:t>
      </w:r>
    </w:p>
    <w:p>
      <w:pPr>
        <w:jc w:val="right"/>
      </w:pPr>
      <w:r>
        <w:t>اس سے Billion Times زیادہ بڑی چمک آپ کے اندر آ جائے گی۔</w:t>
      </w:r>
    </w:p>
    <w:p>
      <w:r>
        <w:rPr>
          <w:b/>
        </w:rPr>
        <w:t xml:space="preserve">[30:06] </w:t>
      </w:r>
      <w:r>
        <w:t>ke mein is drakht ka phal kha raha hoon jis ko ibrahim ne lagaya.</w:t>
      </w:r>
    </w:p>
    <w:p>
      <w:pPr>
        <w:jc w:val="right"/>
      </w:pPr>
      <w:r>
        <w:t>کہ میں اس درخت کا پھل کھا رہا ہوں جس کو ابراہیم نے لگایا۔</w:t>
      </w:r>
    </w:p>
    <w:p>
      <w:r>
        <w:rPr>
          <w:b/>
        </w:rPr>
        <w:t xml:space="preserve">[30:12] </w:t>
      </w:r>
      <w:r>
        <w:t>jis ko muhammad ne, bagh ke, bagh ki soorat mein, bagh.</w:t>
      </w:r>
    </w:p>
    <w:p>
      <w:pPr>
        <w:jc w:val="right"/>
      </w:pPr>
      <w:r>
        <w:t>جس کو محمد نے، باغ کے، باغ کی صورت میں، باغ۔</w:t>
      </w:r>
    </w:p>
    <w:p>
      <w:r>
        <w:rPr>
          <w:b/>
        </w:rPr>
        <w:t xml:space="preserve">[30:17] </w:t>
      </w:r>
      <w:r>
        <w:t>ashab-e-rasool ne jis ko aik, aik revolution tak pohanchaya, revolution, inqilab.</w:t>
      </w:r>
    </w:p>
    <w:p>
      <w:pPr>
        <w:jc w:val="right"/>
      </w:pPr>
      <w:r>
        <w:t>اصحاب رسول نے جس کو ایک، ایک Revolution تک پہنچایا، Revolution، انقلاب۔</w:t>
      </w:r>
    </w:p>
    <w:p>
      <w:r>
        <w:rPr>
          <w:b/>
        </w:rPr>
        <w:t xml:space="preserve">[30:22] </w:t>
      </w:r>
      <w:r>
        <w:t>phir tareekh mein process jari hua.</w:t>
      </w:r>
    </w:p>
    <w:p>
      <w:pPr>
        <w:jc w:val="right"/>
      </w:pPr>
      <w:r>
        <w:t>پھر تاریخ میں Process جاری ہوا۔</w:t>
      </w:r>
    </w:p>
    <w:p>
      <w:r>
        <w:rPr>
          <w:b/>
        </w:rPr>
        <w:t xml:space="preserve">[30:25] </w:t>
      </w:r>
      <w:r>
        <w:t>aur phir sari yeh science ki ijadat huien.</w:t>
      </w:r>
    </w:p>
    <w:p>
      <w:pPr>
        <w:jc w:val="right"/>
      </w:pPr>
      <w:r>
        <w:t>اور پھر ساری یہ سائنس کی ایجادات ہوئیں۔</w:t>
      </w:r>
    </w:p>
    <w:p>
      <w:r>
        <w:rPr>
          <w:b/>
        </w:rPr>
        <w:t xml:space="preserve">[30:28] </w:t>
      </w:r>
      <w:r>
        <w:t>jis se Allah ke dalail khulay, Allah ki nishaniyan insan ke samnay aaein.</w:t>
      </w:r>
    </w:p>
    <w:p>
      <w:pPr>
        <w:jc w:val="right"/>
      </w:pPr>
      <w:r>
        <w:t>جس سے اللہ کے دلائل کھلے، اللہ کی نشانیاں انسان کے سامنے آئیں۔</w:t>
      </w:r>
    </w:p>
    <w:p>
      <w:r>
        <w:rPr>
          <w:b/>
        </w:rPr>
        <w:t xml:space="preserve">[30:34] </w:t>
      </w:r>
      <w:r>
        <w:t>dunya mein azadi aai, press aaya, communication aaya.</w:t>
      </w:r>
    </w:p>
    <w:p>
      <w:pPr>
        <w:jc w:val="right"/>
      </w:pPr>
      <w:r>
        <w:t>دنیا میں آزادی آئی، Press آیا، Communication آیا۔</w:t>
      </w:r>
    </w:p>
    <w:p>
      <w:r>
        <w:rPr>
          <w:b/>
        </w:rPr>
        <w:t xml:space="preserve">[30:37] </w:t>
      </w:r>
      <w:r>
        <w:t>yeh sari cheezein aaein.</w:t>
      </w:r>
    </w:p>
    <w:p>
      <w:pPr>
        <w:jc w:val="right"/>
      </w:pPr>
      <w:r>
        <w:t>یہ ساری چیزیں آئیں۔</w:t>
      </w:r>
    </w:p>
    <w:p>
      <w:r>
        <w:rPr>
          <w:b/>
        </w:rPr>
        <w:t xml:space="preserve">[30:39] </w:t>
      </w:r>
      <w:r>
        <w:t>ab mujhe moqa hai ke mein jis عالمی dawat ka khwab dekha tha Hazrat Ibrahim ne, us ko</w:t>
      </w:r>
    </w:p>
    <w:p>
      <w:pPr>
        <w:jc w:val="right"/>
      </w:pPr>
      <w:r>
        <w:t>اب مجھے موقع ہے کہ میں جس عالمی دعوت کا خواب دیکھا تھا حضرت ابراہیم نے، اس کو</w:t>
      </w:r>
    </w:p>
    <w:p>
      <w:r>
        <w:rPr>
          <w:b/>
        </w:rPr>
        <w:t xml:space="preserve">[30:47] </w:t>
      </w:r>
      <w:r>
        <w:t>takmeel tak pohanchaoon.</w:t>
      </w:r>
    </w:p>
    <w:p>
      <w:pPr>
        <w:jc w:val="right"/>
      </w:pPr>
      <w:r>
        <w:t>تکمیل تک پہنچاؤں۔</w:t>
      </w:r>
    </w:p>
    <w:p>
      <w:r>
        <w:rPr>
          <w:b/>
        </w:rPr>
        <w:t xml:space="preserve">[30:48] </w:t>
      </w:r>
      <w:r>
        <w:t>Hazrat Ibrahim ke zamanay mein عالمی dawat ka aik khwab tha.</w:t>
      </w:r>
    </w:p>
    <w:p>
      <w:pPr>
        <w:jc w:val="right"/>
      </w:pPr>
      <w:r>
        <w:t>حضرت ابراہیم کے زمانے میں عالمی دعوت کا ایک خواب تھا۔</w:t>
      </w:r>
    </w:p>
    <w:p>
      <w:r>
        <w:rPr>
          <w:b/>
        </w:rPr>
        <w:t xml:space="preserve">[30:53] </w:t>
      </w:r>
      <w:r>
        <w:t>aaj yeh mumkin ho gaya hai ke aap is ko waqea bana dain.</w:t>
      </w:r>
    </w:p>
    <w:p>
      <w:pPr>
        <w:jc w:val="right"/>
      </w:pPr>
      <w:r>
        <w:t>آج یہ ممکن ہو گیا ہے کہ آپ اس کو واقعہ بنائیں۔</w:t>
      </w:r>
    </w:p>
    <w:p>
      <w:r>
        <w:rPr>
          <w:b/>
        </w:rPr>
        <w:t xml:space="preserve">[30:58] </w:t>
      </w:r>
      <w:r>
        <w:t>تو آپ جب اس کو discover کریں گے، آپ کا ایک عجیب thrill آپ کے اندر آئے گا۔</w:t>
      </w:r>
    </w:p>
    <w:p>
      <w:pPr>
        <w:jc w:val="right"/>
      </w:pPr>
      <w:r>
        <w:t>تو آپ جب اس کو Discover کریں گے، آپ کا ایک عجیب Thrill آپ کے اندر آئے گا۔</w:t>
      </w:r>
    </w:p>
    <w:p>
      <w:r>
        <w:rPr>
          <w:b/>
        </w:rPr>
        <w:t xml:space="preserve">[31:06] </w:t>
      </w:r>
      <w:r>
        <w:t>aap daur padain gay.</w:t>
      </w:r>
    </w:p>
    <w:p>
      <w:pPr>
        <w:jc w:val="right"/>
      </w:pPr>
      <w:r>
        <w:t>آپ دوڑ پڑیں گے۔</w:t>
      </w:r>
    </w:p>
    <w:p>
      <w:r>
        <w:rPr>
          <w:b/>
        </w:rPr>
        <w:t xml:space="preserve">[31:07] </w:t>
      </w:r>
      <w:r>
        <w:t>apne aap ko jhonk dain gay.</w:t>
      </w:r>
    </w:p>
    <w:p>
      <w:pPr>
        <w:jc w:val="right"/>
      </w:pPr>
      <w:r>
        <w:t>اپنے آپ کو جھونک دیں گے۔</w:t>
      </w:r>
    </w:p>
    <w:p>
      <w:r>
        <w:rPr>
          <w:b/>
        </w:rPr>
        <w:t xml:space="preserve">[31:10] </w:t>
      </w:r>
      <w:r>
        <w:t>ke mein is, mein is, is, is plan ka aakhri hissa hoon.</w:t>
      </w:r>
    </w:p>
    <w:p>
      <w:pPr>
        <w:jc w:val="right"/>
      </w:pPr>
      <w:r>
        <w:t>کہ میں اس، میں اس، اس، اس Plan کا آخری حصہ ہوں۔</w:t>
      </w:r>
    </w:p>
    <w:p>
      <w:r>
        <w:rPr>
          <w:b/>
        </w:rPr>
        <w:t xml:space="preserve">[31:15] </w:t>
      </w:r>
      <w:r>
        <w:t>paighambaron ke is planning ka aakhri hissa hoon.</w:t>
      </w:r>
    </w:p>
    <w:p>
      <w:pPr>
        <w:jc w:val="right"/>
      </w:pPr>
      <w:r>
        <w:t>پیغمبروں کے اس Planning کا آخری حصہ ہوں۔</w:t>
      </w:r>
    </w:p>
    <w:p>
      <w:r>
        <w:rPr>
          <w:b/>
        </w:rPr>
        <w:t xml:space="preserve">[31:18] </w:t>
      </w:r>
      <w:r>
        <w:t>to kaisa ajeeb aap ke andar yaqeen aaye ga.</w:t>
      </w:r>
    </w:p>
    <w:p>
      <w:pPr>
        <w:jc w:val="right"/>
      </w:pPr>
      <w:r>
        <w:t>تو کیسا عجیب آپ کے اندر یقین آئے گا۔</w:t>
      </w:r>
    </w:p>
    <w:p>
      <w:r>
        <w:rPr>
          <w:b/>
        </w:rPr>
        <w:t xml:space="preserve">[31:22] </w:t>
      </w:r>
      <w:r>
        <w:t>yani jis plan mein ibrahim ne apne aap ko waqf kiya, haajra aur ismail ne apne aap ko</w:t>
      </w:r>
    </w:p>
    <w:p>
      <w:pPr>
        <w:jc w:val="right"/>
      </w:pPr>
      <w:r>
        <w:t>یعنی جس Plan میں ابراہیم نے اپنے آپ کو وقف کیا، ہاجرہ اور اسماعیل نے اپنے آپ کو</w:t>
      </w:r>
    </w:p>
    <w:p>
      <w:r>
        <w:rPr>
          <w:b/>
        </w:rPr>
        <w:t xml:space="preserve">[31:30] </w:t>
      </w:r>
      <w:r>
        <w:t>waqf kiya, rasool Allah ne waqf kiya, ashaab, ashaab, sahaba aur tabeen ne waqf kiya.</w:t>
      </w:r>
    </w:p>
    <w:p>
      <w:pPr>
        <w:jc w:val="right"/>
      </w:pPr>
      <w:r>
        <w:t>وقف کیا، رسول اللہ نے وقف کیا، اصحاب، اصحاب، صحابہ اور تابعین نے وقف کیا۔</w:t>
      </w:r>
    </w:p>
    <w:p>
      <w:r>
        <w:rPr>
          <w:b/>
        </w:rPr>
        <w:t xml:space="preserve">[31:36] </w:t>
      </w:r>
      <w:r>
        <w:t>aur phir poori tareekh chalti rahi isi rukh par.</w:t>
      </w:r>
    </w:p>
    <w:p>
      <w:pPr>
        <w:jc w:val="right"/>
      </w:pPr>
      <w:r>
        <w:t>اور پھر پوری تاریخ چلتی رہی اسی رخ پر۔</w:t>
      </w:r>
    </w:p>
    <w:p>
      <w:r>
        <w:rPr>
          <w:b/>
        </w:rPr>
        <w:t xml:space="preserve">[31:40] </w:t>
      </w:r>
      <w:r>
        <w:t>yahan tak ke aaj ka daur aaya.</w:t>
      </w:r>
    </w:p>
    <w:p>
      <w:pPr>
        <w:jc w:val="right"/>
      </w:pPr>
      <w:r>
        <w:t>یہاں تک کہ آج کا دور آیا۔</w:t>
      </w:r>
    </w:p>
    <w:p>
      <w:r>
        <w:rPr>
          <w:b/>
        </w:rPr>
        <w:t xml:space="preserve">[31:43] </w:t>
      </w:r>
      <w:r>
        <w:t>aaj ka daur aik ajeeb ghareeb blessing ka daur hai.</w:t>
      </w:r>
    </w:p>
    <w:p>
      <w:pPr>
        <w:jc w:val="right"/>
      </w:pPr>
      <w:r>
        <w:t>آج کا دور ایک عجیب غریب Blessing کا دور ہے۔</w:t>
      </w:r>
    </w:p>
    <w:p>
      <w:r>
        <w:rPr>
          <w:b/>
        </w:rPr>
        <w:t xml:space="preserve">[31:48] </w:t>
      </w:r>
      <w:r>
        <w:t>jo musalman shikayatein karte hain, woh yani haraam se ziyada bura kaam karte hain.</w:t>
      </w:r>
    </w:p>
    <w:p>
      <w:pPr>
        <w:jc w:val="right"/>
      </w:pPr>
      <w:r>
        <w:t>جو مسلمان شکایتیں کرتے ہیں، وہ یعنی حرام سے زیادہ برا کام کرتے ہیں۔</w:t>
      </w:r>
    </w:p>
    <w:p>
      <w:r>
        <w:rPr>
          <w:b/>
        </w:rPr>
        <w:t xml:space="preserve">[31:54] </w:t>
      </w:r>
      <w:r>
        <w:t>shikayat aur protest aur ladaai, yeh haraam se ziyada buri cheez hai yeh.</w:t>
      </w:r>
    </w:p>
    <w:p>
      <w:pPr>
        <w:jc w:val="right"/>
      </w:pPr>
      <w:r>
        <w:t>شکایت اور Protest اور لڑائی، یہ حرام سے زیادہ بری چیز ہے یہ۔</w:t>
      </w:r>
    </w:p>
    <w:p>
      <w:r>
        <w:rPr>
          <w:b/>
        </w:rPr>
        <w:t xml:space="preserve">[31:59] </w:t>
      </w:r>
      <w:r>
        <w:t>jab yeh hua, jab yeh ho gaya ke Allah ke dalail sainsi satah par saamne aa gaye.</w:t>
      </w:r>
    </w:p>
    <w:p>
      <w:pPr>
        <w:jc w:val="right"/>
      </w:pPr>
      <w:r>
        <w:t>جب یہ ہوا، جب یہ ہو گیا کہ اللہ کے دلائل سائنسی سطح پر سامنے آ گئے۔</w:t>
      </w:r>
    </w:p>
    <w:p>
      <w:r>
        <w:rPr>
          <w:b/>
        </w:rPr>
        <w:t xml:space="preserve">[32:06] </w:t>
      </w:r>
      <w:r>
        <w:t>pehlay zamanay mein aap Allah ki baaton ko riwayati dalail se bayan kar sakte thay.</w:t>
      </w:r>
    </w:p>
    <w:p>
      <w:pPr>
        <w:jc w:val="right"/>
      </w:pPr>
      <w:r>
        <w:t>پہلے زمانے میں آپ اللہ کی باتوں کو روایتی دلائل سے بیان کر سکتے تھے۔</w:t>
      </w:r>
    </w:p>
    <w:p>
      <w:r>
        <w:rPr>
          <w:b/>
        </w:rPr>
        <w:t xml:space="preserve">[32:13] </w:t>
      </w:r>
      <w:r>
        <w:t>aaj, aaj aap sainsi dalail se bayan kar sakte hain in ko.</w:t>
      </w:r>
    </w:p>
    <w:p>
      <w:pPr>
        <w:jc w:val="right"/>
      </w:pPr>
      <w:r>
        <w:t>آج، آج آپ سائنسی دلائل سے بیان کر سکتے ہیں ان کو۔</w:t>
      </w:r>
    </w:p>
    <w:p>
      <w:r>
        <w:rPr>
          <w:b/>
        </w:rPr>
        <w:t xml:space="preserve">[32:18] </w:t>
      </w:r>
      <w:r>
        <w:t>pehlay aap bolte thay to aas paas ke log suntay thay.</w:t>
      </w:r>
    </w:p>
    <w:p>
      <w:pPr>
        <w:jc w:val="right"/>
      </w:pPr>
      <w:r>
        <w:t>پہلے آپ بولتے تھے تو آس پاس کے لوگ سنتے تھے۔</w:t>
      </w:r>
    </w:p>
    <w:p>
      <w:r>
        <w:rPr>
          <w:b/>
        </w:rPr>
        <w:t xml:space="preserve">[32:23] </w:t>
      </w:r>
      <w:r>
        <w:t>aaj aap bolte hain to saari duniya sun sakti hai is ko.</w:t>
      </w:r>
    </w:p>
    <w:p>
      <w:pPr>
        <w:jc w:val="right"/>
      </w:pPr>
      <w:r>
        <w:t>آج آپ بولتے ہیں تو ساری دنیا سن سکتی ہے اس کو۔</w:t>
      </w:r>
    </w:p>
    <w:p>
      <w:r>
        <w:rPr>
          <w:b/>
        </w:rPr>
        <w:t xml:space="preserve">[32:28] </w:t>
      </w:r>
      <w:r>
        <w:t>pehlay aap haath se likhtay thay kitaab.</w:t>
      </w:r>
    </w:p>
    <w:p>
      <w:pPr>
        <w:jc w:val="right"/>
      </w:pPr>
      <w:r>
        <w:t>پہلے آپ ہاتھ سے لکھتے تھے کتاب۔</w:t>
      </w:r>
    </w:p>
    <w:p>
      <w:r>
        <w:rPr>
          <w:b/>
        </w:rPr>
        <w:t xml:space="preserve">[32:31] </w:t>
      </w:r>
      <w:r>
        <w:t>aaj chhaap kar ke aaj saari duniya mein aap ki kitabein pohnch rahi hain.</w:t>
      </w:r>
    </w:p>
    <w:p>
      <w:pPr>
        <w:jc w:val="right"/>
      </w:pPr>
      <w:r>
        <w:t>آج چھاپ کر کے آج ساری دنیا میں آپ کی کتابیں پہنچ رہی ہیں۔</w:t>
      </w:r>
    </w:p>
    <w:p>
      <w:r>
        <w:rPr>
          <w:b/>
        </w:rPr>
        <w:t xml:space="preserve">[32:37] </w:t>
      </w:r>
      <w:r>
        <w:t>pehlay Allah ki kitaab aati thi to mehfooz nahi hoti thi.</w:t>
      </w:r>
    </w:p>
    <w:p>
      <w:pPr>
        <w:jc w:val="right"/>
      </w:pPr>
      <w:r>
        <w:t>پہلے اللہ کی کتاب آتی تھی تو محفوظ نہیں ہوتی تھی۔</w:t>
      </w:r>
    </w:p>
    <w:p>
      <w:r>
        <w:rPr>
          <w:b/>
        </w:rPr>
        <w:t xml:space="preserve">[32:42] </w:t>
      </w:r>
      <w:r>
        <w:t>aaj quran aik mehfooz kitaab hai.</w:t>
      </w:r>
    </w:p>
    <w:p>
      <w:pPr>
        <w:jc w:val="right"/>
      </w:pPr>
      <w:r>
        <w:t>آج قرآن ایک محفوظ کتاب ہے۔</w:t>
      </w:r>
    </w:p>
    <w:p>
      <w:r>
        <w:rPr>
          <w:b/>
        </w:rPr>
        <w:t xml:space="preserve">[32:44] </w:t>
      </w:r>
      <w:r>
        <w:t>rasool Allah ki zindagi mehfooz zindagi hai.</w:t>
      </w:r>
    </w:p>
    <w:p>
      <w:pPr>
        <w:jc w:val="right"/>
      </w:pPr>
      <w:r>
        <w:t>رسول اللہ کی زندگی محفوظ زندگی ہے۔</w:t>
      </w:r>
    </w:p>
    <w:p>
      <w:r>
        <w:rPr>
          <w:b/>
        </w:rPr>
        <w:t xml:space="preserve">[32:47] </w:t>
      </w:r>
      <w:r>
        <w:t>hadeesein mehfooz hadeesein hain.</w:t>
      </w:r>
    </w:p>
    <w:p>
      <w:pPr>
        <w:jc w:val="right"/>
      </w:pPr>
      <w:r>
        <w:t>حدیثیں محفوظ حدیثیں ہیں۔</w:t>
      </w:r>
    </w:p>
    <w:p>
      <w:r>
        <w:rPr>
          <w:b/>
        </w:rPr>
        <w:t xml:space="preserve">[32:49] </w:t>
      </w:r>
      <w:r>
        <w:t>yani kaisi ajeeb ajeeb nematein ho, ho chuki hain.</w:t>
      </w:r>
    </w:p>
    <w:p>
      <w:pPr>
        <w:jc w:val="right"/>
      </w:pPr>
      <w:r>
        <w:t>یعنی کیسی عجیب عجیب نعمتیں ہو، ہو چکی ہیں۔</w:t>
      </w:r>
    </w:p>
    <w:p>
      <w:r>
        <w:rPr>
          <w:b/>
        </w:rPr>
        <w:t xml:space="preserve">[32:53] </w:t>
      </w:r>
      <w:r>
        <w:t>aur kaise ajeeb mawaqe hain.</w:t>
      </w:r>
    </w:p>
    <w:p>
      <w:pPr>
        <w:jc w:val="right"/>
      </w:pPr>
      <w:r>
        <w:t>اور کیسے عجیب مواقع ہیں۔</w:t>
      </w:r>
    </w:p>
    <w:p>
      <w:r>
        <w:rPr>
          <w:b/>
        </w:rPr>
        <w:t xml:space="preserve">[32:55] </w:t>
      </w:r>
      <w:r>
        <w:t>dunya mein azadi hai, bilkul azadi hai.</w:t>
      </w:r>
    </w:p>
    <w:p>
      <w:pPr>
        <w:jc w:val="right"/>
      </w:pPr>
      <w:r>
        <w:t>دنیا میں آزادی ہے، بالکل آزادی ہے۔</w:t>
      </w:r>
    </w:p>
    <w:p>
      <w:r>
        <w:rPr>
          <w:b/>
        </w:rPr>
        <w:t xml:space="preserve">[32:58] </w:t>
      </w:r>
      <w:r>
        <w:t>jahan chahe Allah ke deen ko phailaiye.</w:t>
      </w:r>
    </w:p>
    <w:p>
      <w:pPr>
        <w:jc w:val="right"/>
      </w:pPr>
      <w:r>
        <w:t>جہاں چاہے اللہ کے دین کو پھیلائیے۔</w:t>
      </w:r>
    </w:p>
    <w:p>
      <w:r>
        <w:rPr>
          <w:b/>
        </w:rPr>
        <w:t xml:space="preserve">[33:01] </w:t>
      </w:r>
      <w:r>
        <w:t>koi rukawat nahi hai.</w:t>
      </w:r>
    </w:p>
    <w:p>
      <w:pPr>
        <w:jc w:val="right"/>
      </w:pPr>
      <w:r>
        <w:t>کوئی رکاوٹ نہیں ہے۔</w:t>
      </w:r>
    </w:p>
    <w:p>
      <w:r>
        <w:rPr>
          <w:b/>
        </w:rPr>
        <w:t xml:space="preserve">[33:03] </w:t>
      </w:r>
      <w:r>
        <w:t>to jab aap sochen ge ke ek inqilab jis ka aaghaz hua tha Hazrat Ibrahim se, chalte chalte</w:t>
      </w:r>
    </w:p>
    <w:p>
      <w:pPr>
        <w:jc w:val="right"/>
      </w:pPr>
      <w:r>
        <w:t>تو جب آپ سوچیں گے کہ ایک انقلاب جس کا آغاز ہوا تھا حضرت ابراہیم سے، چلتے چلتے</w:t>
      </w:r>
    </w:p>
    <w:p>
      <w:r>
        <w:rPr>
          <w:b/>
        </w:rPr>
        <w:t xml:space="preserve">[33:10] </w:t>
      </w:r>
      <w:r>
        <w:t>Twenty First Century mein pahuncha, ab mein is ke aakhri siray par hoon.</w:t>
      </w:r>
    </w:p>
    <w:p>
      <w:pPr>
        <w:jc w:val="right"/>
      </w:pPr>
      <w:r>
        <w:t>Twenty First Century میں پہنچا، اب میں اس کے آخری سرے پر ہوں۔</w:t>
      </w:r>
    </w:p>
    <w:p>
      <w:r>
        <w:rPr>
          <w:b/>
        </w:rPr>
        <w:t xml:space="preserve">[33:16] </w:t>
      </w:r>
      <w:r>
        <w:t>is ka phal khane ke liye mujhe moqa mila hai mujhe.</w:t>
      </w:r>
    </w:p>
    <w:p>
      <w:pPr>
        <w:jc w:val="right"/>
      </w:pPr>
      <w:r>
        <w:t>اس کا پھل کھانے کے لیے مجھے موقع ملا ہے مجھے۔</w:t>
      </w:r>
    </w:p>
    <w:p>
      <w:r>
        <w:rPr>
          <w:b/>
        </w:rPr>
        <w:t xml:space="preserve">[33:21] </w:t>
      </w:r>
      <w:r>
        <w:t>to aap shukr ke jazbe mein ghark ho jayen ge.</w:t>
      </w:r>
    </w:p>
    <w:p>
      <w:pPr>
        <w:jc w:val="right"/>
      </w:pPr>
      <w:r>
        <w:t>تو آپ شکر کے جذبے میں غرق ہو جائیں گے۔</w:t>
      </w:r>
    </w:p>
    <w:p>
      <w:r>
        <w:rPr>
          <w:b/>
        </w:rPr>
        <w:t xml:space="preserve">[33:25] </w:t>
      </w:r>
      <w:r>
        <w:t>shirk, shukr, shukr, shukr.</w:t>
      </w:r>
    </w:p>
    <w:p>
      <w:pPr>
        <w:jc w:val="right"/>
      </w:pPr>
      <w:r>
        <w:t>شرک، شکر، شکر، شکر۔</w:t>
      </w:r>
    </w:p>
    <w:p>
      <w:r>
        <w:rPr>
          <w:b/>
        </w:rPr>
        <w:t xml:space="preserve">[33:27] </w:t>
      </w:r>
      <w:r>
        <w:t>koi shikayat nahi, koi Protest nahi, koi nafrat nahi, koi Hate nahi.</w:t>
      </w:r>
    </w:p>
    <w:p>
      <w:pPr>
        <w:jc w:val="right"/>
      </w:pPr>
      <w:r>
        <w:t>کوئی شکایت نہیں، کوئی Protest نہیں، کوئی نفرت نہیں، کوئی Hate نہیں۔</w:t>
      </w:r>
    </w:p>
    <w:p>
      <w:r>
        <w:rPr>
          <w:b/>
        </w:rPr>
        <w:t xml:space="preserve">[33:32] </w:t>
      </w:r>
      <w:r>
        <w:t>aur phir aap ke andar dawat ka ek, ek sailab umand pare ga dawat ka.</w:t>
      </w:r>
    </w:p>
    <w:p>
      <w:pPr>
        <w:jc w:val="right"/>
      </w:pPr>
      <w:r>
        <w:t>اور پھر آپ کے اندر دعوت کا ایک، ایک سیلاب اُمڈ پڑے گا دعوت کا۔</w:t>
      </w:r>
    </w:p>
    <w:p>
      <w:r>
        <w:rPr>
          <w:b/>
        </w:rPr>
        <w:t xml:space="preserve">[33:38] </w:t>
      </w:r>
      <w:r>
        <w:t>yeh hai Eid al-Adha ka din.</w:t>
      </w:r>
    </w:p>
    <w:p>
      <w:pPr>
        <w:jc w:val="right"/>
      </w:pPr>
      <w:r>
        <w:t>یہ ہے عید الاضحی کا دن۔</w:t>
      </w:r>
    </w:p>
    <w:p>
      <w:r>
        <w:rPr>
          <w:b/>
        </w:rPr>
        <w:t xml:space="preserve">[33:41] </w:t>
      </w:r>
      <w:r>
        <w:t>Eid al-Adha ke din is liye nahi ke aap janwar zabah karen aur khoob gosht pakwao, pakoar khayen.</w:t>
      </w:r>
    </w:p>
    <w:p>
      <w:pPr>
        <w:jc w:val="right"/>
      </w:pPr>
      <w:r>
        <w:t>عید الاضحی کے دن اس لیے نہیں کہ آپ جانور ذبح کریں اور خوب گوشت پکواؤ، پکور کھائیں۔</w:t>
      </w:r>
    </w:p>
    <w:p>
      <w:r>
        <w:rPr>
          <w:b/>
        </w:rPr>
        <w:t xml:space="preserve">[33:48] </w:t>
      </w:r>
      <w:r>
        <w:t>qurban aur biryani.</w:t>
      </w:r>
    </w:p>
    <w:p>
      <w:pPr>
        <w:jc w:val="right"/>
      </w:pPr>
      <w:r>
        <w:t>قرباں اور بریانی۔</w:t>
      </w:r>
    </w:p>
    <w:p>
      <w:r>
        <w:rPr>
          <w:b/>
        </w:rPr>
        <w:t xml:space="preserve">[33:50] </w:t>
      </w:r>
      <w:r>
        <w:t>Eid al-Adha ka din ek, ek, ek bohat bade khudai mansoobe ko yaad karne ka din hai.</w:t>
      </w:r>
    </w:p>
    <w:p>
      <w:pPr>
        <w:jc w:val="right"/>
      </w:pPr>
      <w:r>
        <w:t>عید الاضحی کا دن ایک، ایک، ایک بہت بڑے خدائی منصوبے کو یاد کرنے کا دن ہے۔</w:t>
      </w:r>
    </w:p>
    <w:p>
      <w:r>
        <w:rPr>
          <w:b/>
        </w:rPr>
        <w:t xml:space="preserve">[33:57] </w:t>
      </w:r>
      <w:r>
        <w:t>ek bohat bada Pledge lene ka din hai.</w:t>
      </w:r>
    </w:p>
    <w:p>
      <w:pPr>
        <w:jc w:val="right"/>
      </w:pPr>
      <w:r>
        <w:t>ایک بہت بڑا Pledge لینے کا دن ہے۔</w:t>
      </w:r>
    </w:p>
    <w:p>
      <w:r>
        <w:rPr>
          <w:b/>
        </w:rPr>
        <w:t xml:space="preserve">[34:01] </w:t>
      </w:r>
      <w:r>
        <w:t>bohat bada ahad Allah se karne ka din hai.</w:t>
      </w:r>
    </w:p>
    <w:p>
      <w:pPr>
        <w:jc w:val="right"/>
      </w:pPr>
      <w:r>
        <w:t>بہت بڑا عہد اللہ سے کرنے کا دن ہے۔</w:t>
      </w:r>
    </w:p>
    <w:p>
      <w:r>
        <w:rPr>
          <w:b/>
        </w:rPr>
        <w:t xml:space="preserve">[34:05] </w:t>
      </w:r>
      <w:r>
        <w:t>ek bohat bade Mission ko shuru karne ka din hai.</w:t>
      </w:r>
    </w:p>
    <w:p>
      <w:pPr>
        <w:jc w:val="right"/>
      </w:pPr>
      <w:r>
        <w:t>ایک بہت بڑے Mission کو شروع کرنے کا دن ہے۔</w:t>
      </w:r>
    </w:p>
    <w:p>
      <w:r>
        <w:rPr>
          <w:b/>
        </w:rPr>
        <w:t xml:space="preserve">[34:09] </w:t>
      </w:r>
      <w:r>
        <w:t>to Eid al-Adha mein jo janwar zabah kiya jata hai, woh ek Symbolic zabiha hota hai.</w:t>
      </w:r>
    </w:p>
    <w:p>
      <w:pPr>
        <w:jc w:val="right"/>
      </w:pPr>
      <w:r>
        <w:t>تو عید الاضحی میں جو جانور ذبح کیا جاتا ہے، وہ ایک Symbolic ذبیحہ ہوتا ہے۔</w:t>
      </w:r>
    </w:p>
    <w:p>
      <w:r>
        <w:rPr>
          <w:b/>
        </w:rPr>
        <w:t xml:space="preserve">[34:16] </w:t>
      </w:r>
      <w:r>
        <w:t>ek poori tareekh ko yaad dilata hai woh.</w:t>
      </w:r>
    </w:p>
    <w:p>
      <w:pPr>
        <w:jc w:val="right"/>
      </w:pPr>
      <w:r>
        <w:t>ایک پوری تاریخ کو یاد دلاتا ہے وہ۔</w:t>
      </w:r>
    </w:p>
    <w:p>
      <w:r>
        <w:rPr>
          <w:b/>
        </w:rPr>
        <w:t xml:space="preserve">[34:19] </w:t>
      </w:r>
      <w:r>
        <w:t>aur zabihe se murad janwar ko zabah karna nahi hai.</w:t>
      </w:r>
    </w:p>
    <w:p>
      <w:pPr>
        <w:jc w:val="right"/>
      </w:pPr>
      <w:r>
        <w:t>اور ذبیحے سے مراد جانور کو ذبح کرنا نہیں ہے۔</w:t>
      </w:r>
    </w:p>
    <w:p>
      <w:r>
        <w:rPr>
          <w:b/>
        </w:rPr>
        <w:t xml:space="preserve">[34:23] </w:t>
      </w:r>
      <w:r>
        <w:t>aap dekhen Hazrat Ibrahim ne apne aap ko to yani qatl nahi karwaya ja kar kahan jaye, aaj</w:t>
      </w:r>
    </w:p>
    <w:p>
      <w:pPr>
        <w:jc w:val="right"/>
      </w:pPr>
      <w:r>
        <w:t>آپ دیکھیں حضرت ابراہیم نے اپنے آپ کو تو یعنی قتل نہیں کروایا جا کر کہاں جائے، آج</w:t>
      </w:r>
    </w:p>
    <w:p>
      <w:r>
        <w:rPr>
          <w:b/>
        </w:rPr>
        <w:t xml:space="preserve">[34:31] </w:t>
      </w:r>
      <w:r>
        <w:t>kal Musalman shaheed hote hain.</w:t>
      </w:r>
    </w:p>
    <w:p>
      <w:pPr>
        <w:jc w:val="right"/>
      </w:pPr>
      <w:r>
        <w:t>کل مسلمان شہید ہوتے ہیں۔</w:t>
      </w:r>
    </w:p>
    <w:p>
      <w:r>
        <w:rPr>
          <w:b/>
        </w:rPr>
        <w:t xml:space="preserve">[34:33] </w:t>
      </w:r>
      <w:r>
        <w:t>Hazrat Ibrahim shaheed nahi hue the.</w:t>
      </w:r>
    </w:p>
    <w:p>
      <w:pPr>
        <w:jc w:val="right"/>
      </w:pPr>
      <w:r>
        <w:t>حضرت ابراہیم شہید نہیں ہوئے تھے۔</w:t>
      </w:r>
    </w:p>
    <w:p>
      <w:r>
        <w:rPr>
          <w:b/>
        </w:rPr>
        <w:t xml:space="preserve">[34:36] </w:t>
      </w:r>
      <w:r>
        <w:t>tab hi Death hui thi un ki.</w:t>
      </w:r>
    </w:p>
    <w:p>
      <w:pPr>
        <w:jc w:val="right"/>
      </w:pPr>
      <w:r>
        <w:t>تب ہی Death ہوئی تھی ان کی۔</w:t>
      </w:r>
    </w:p>
    <w:p>
      <w:r>
        <w:rPr>
          <w:b/>
        </w:rPr>
        <w:t xml:space="preserve">[34:39] </w:t>
      </w:r>
      <w:r>
        <w:t>Natural Death۔</w:t>
      </w:r>
    </w:p>
    <w:p>
      <w:pPr>
        <w:jc w:val="right"/>
      </w:pPr>
      <w:r>
        <w:t>Natural Death۔</w:t>
      </w:r>
    </w:p>
    <w:p>
      <w:r>
        <w:rPr>
          <w:b/>
        </w:rPr>
        <w:t xml:space="preserve">[34:40] </w:t>
      </w:r>
      <w:r>
        <w:t>Hazrat Ibrahim, Hazrat Ismail ka bhi aise hi hua۔</w:t>
      </w:r>
    </w:p>
    <w:p>
      <w:pPr>
        <w:jc w:val="right"/>
      </w:pPr>
      <w:r>
        <w:t>حضرت ابراہیم، حضرت اسماعیل کا بھی ایسے ہی ہوا۔</w:t>
      </w:r>
    </w:p>
    <w:p>
      <w:r>
        <w:rPr>
          <w:b/>
        </w:rPr>
        <w:t xml:space="preserve">[34:44] </w:t>
      </w:r>
      <w:r>
        <w:t>Rasool Allah ka bhi aise hi hua۔</w:t>
      </w:r>
    </w:p>
    <w:p>
      <w:pPr>
        <w:jc w:val="right"/>
      </w:pPr>
      <w:r>
        <w:t>رسول اللہ کا بھی ایسے ہی ہوا۔</w:t>
      </w:r>
    </w:p>
    <w:p>
      <w:r>
        <w:rPr>
          <w:b/>
        </w:rPr>
        <w:t xml:space="preserve">[34:47] </w:t>
      </w:r>
      <w:r>
        <w:t>Yeh jo aap lar lar lar ke marna aur shaheed ka title dena, yeh, yeh koi Islam mein</w:t>
      </w:r>
    </w:p>
    <w:p>
      <w:pPr>
        <w:jc w:val="right"/>
      </w:pPr>
      <w:r>
        <w:t>یہ جو آپ لڑ لڑ لڑ کے مرنا اور شہید کا ٹائٹل دینا، یہ، یہ کوئی اسلام میں</w:t>
      </w:r>
    </w:p>
    <w:p>
      <w:r>
        <w:rPr>
          <w:b/>
        </w:rPr>
        <w:t xml:space="preserve">[34:55] </w:t>
      </w:r>
      <w:r>
        <w:t>nahin hai۔</w:t>
      </w:r>
    </w:p>
    <w:p>
      <w:pPr>
        <w:jc w:val="right"/>
      </w:pPr>
      <w:r>
        <w:t>نہیں ہے۔</w:t>
      </w:r>
    </w:p>
    <w:p>
      <w:r>
        <w:rPr>
          <w:b/>
        </w:rPr>
        <w:t xml:space="preserve">[34:56] </w:t>
      </w:r>
      <w:r>
        <w:t>To yeh Eid al-Adha aap ko yaad dilati hai yeh sab cheezein۔</w:t>
      </w:r>
    </w:p>
    <w:p>
      <w:pPr>
        <w:jc w:val="right"/>
      </w:pPr>
      <w:r>
        <w:t>تو یہ عید الاضحی آپ کو یاد دلاتی ہے یہ سب چیزیں۔</w:t>
      </w:r>
    </w:p>
    <w:p>
      <w:r>
        <w:rPr>
          <w:b/>
        </w:rPr>
        <w:t xml:space="preserve">[35:02] </w:t>
      </w:r>
      <w:r>
        <w:t>Ke janwar ka zibah qurbani nahin hai, apne aap ko Dedicate karna Mission, yeh qurbani hai۔</w:t>
      </w:r>
    </w:p>
    <w:p>
      <w:pPr>
        <w:jc w:val="right"/>
      </w:pPr>
      <w:r>
        <w:t>کہ جانور کا ذبیحہ قربانی نہیں ہے، اپنے آپ کو Dedicate کرنا Mission، یہ قربانی ہے۔</w:t>
      </w:r>
    </w:p>
    <w:p>
      <w:r>
        <w:rPr>
          <w:b/>
        </w:rPr>
        <w:t xml:space="preserve">[35:08] </w:t>
      </w:r>
      <w:r>
        <w:t>Jaan jaan lar kar ke yeh qurbani nahin hai, balke Mission mein apne aap ko laga dena, yeh</w:t>
      </w:r>
    </w:p>
    <w:p>
      <w:pPr>
        <w:jc w:val="right"/>
      </w:pPr>
      <w:r>
        <w:t>جان جان لڑ کر کے یہ قربانی نہیں ہے، بلکہ Mission میں اپنے آپ کو لگا دینا، یہ</w:t>
      </w:r>
    </w:p>
    <w:p>
      <w:r>
        <w:rPr>
          <w:b/>
        </w:rPr>
        <w:t xml:space="preserve">[35:16] </w:t>
      </w:r>
      <w:r>
        <w:t>qurbani hai۔</w:t>
      </w:r>
    </w:p>
    <w:p>
      <w:pPr>
        <w:jc w:val="right"/>
      </w:pPr>
      <w:r>
        <w:t>قربانی ہے۔</w:t>
      </w:r>
    </w:p>
    <w:p>
      <w:r>
        <w:rPr>
          <w:b/>
        </w:rPr>
        <w:t xml:space="preserve">[35:18] </w:t>
      </w:r>
      <w:r>
        <w:t>Yeh sab yaad dilata hai aap ko Eid al-Adha ka din۔</w:t>
      </w:r>
    </w:p>
    <w:p>
      <w:pPr>
        <w:jc w:val="right"/>
      </w:pPr>
      <w:r>
        <w:t>یہ سب یاد دلاتا ہے آپ کو عید الاضحی کا دن۔</w:t>
      </w:r>
    </w:p>
    <w:p>
      <w:r>
        <w:rPr>
          <w:b/>
        </w:rPr>
        <w:t xml:space="preserve">[35:22] </w:t>
      </w:r>
      <w:r>
        <w:t>To Eid al-Adha jo hai, ek poori tareekh ko Symbolic Way mein Remind karta hai aap ko۔</w:t>
      </w:r>
    </w:p>
    <w:p>
      <w:pPr>
        <w:jc w:val="right"/>
      </w:pPr>
      <w:r>
        <w:t>تو عید الاضحی جو ہے، ایک پوری تاریخ کو Symbolic Way میں Remind کرتا ہے آپ کو۔</w:t>
      </w:r>
    </w:p>
    <w:p>
      <w:r>
        <w:rPr>
          <w:b/>
        </w:rPr>
        <w:t xml:space="preserve">[35:30] </w:t>
      </w:r>
      <w:r>
        <w:t>Ek poori History ko۔</w:t>
      </w:r>
    </w:p>
    <w:p>
      <w:pPr>
        <w:jc w:val="right"/>
      </w:pPr>
      <w:r>
        <w:t>ایک پوری History کو۔</w:t>
      </w:r>
    </w:p>
    <w:p>
      <w:r>
        <w:rPr>
          <w:b/>
        </w:rPr>
        <w:t xml:space="preserve">[35:31] </w:t>
      </w:r>
      <w:r>
        <w:t>Eid al-Adha ke din aap ko ek Symbolic Way mein ek poori poori History ko yaad dilata hai۔</w:t>
      </w:r>
    </w:p>
    <w:p>
      <w:pPr>
        <w:jc w:val="right"/>
      </w:pPr>
      <w:r>
        <w:t>عید الاضحی کے دن آپ کو ایک Symbolic Way میں ایک پوری پوری History کو یاد دلاتا ہے۔</w:t>
      </w:r>
    </w:p>
    <w:p>
      <w:r>
        <w:rPr>
          <w:b/>
        </w:rPr>
        <w:t xml:space="preserve">[35:39] </w:t>
      </w:r>
      <w:r>
        <w:t>Aur phir aap is mein aap ka maqam wahan kya hai, woh batata hai aap ko۔</w:t>
      </w:r>
    </w:p>
    <w:p>
      <w:pPr>
        <w:jc w:val="right"/>
      </w:pPr>
      <w:r>
        <w:t>اور پھر آپ اس میں آپ کا مقام وہاں کیا ہے، وہ بتاتا ہے آپ کو۔</w:t>
      </w:r>
    </w:p>
    <w:p>
      <w:r>
        <w:rPr>
          <w:b/>
        </w:rPr>
        <w:t xml:space="preserve">[35:46] </w:t>
      </w:r>
      <w:r>
        <w:t>Ke aap is ke Culmination par hain۔</w:t>
      </w:r>
    </w:p>
    <w:p>
      <w:pPr>
        <w:jc w:val="right"/>
      </w:pPr>
      <w:r>
        <w:t>کہ آپ اس کے Culmination پر ہیں۔</w:t>
      </w:r>
    </w:p>
    <w:p>
      <w:r>
        <w:rPr>
          <w:b/>
        </w:rPr>
        <w:t xml:space="preserve">[35:49] </w:t>
      </w:r>
      <w:r>
        <w:t>Aap is ke aakhri Point par hain۔</w:t>
      </w:r>
    </w:p>
    <w:p>
      <w:pPr>
        <w:jc w:val="right"/>
      </w:pPr>
      <w:r>
        <w:t>آپ اس کے آخری Point پر ہیں۔</w:t>
      </w:r>
    </w:p>
    <w:p>
      <w:r>
        <w:rPr>
          <w:b/>
        </w:rPr>
        <w:t xml:space="preserve">[35:52] </w:t>
      </w:r>
      <w:r>
        <w:t>Aur phir dawat ka jazba paida karta hai۔</w:t>
      </w:r>
    </w:p>
    <w:p>
      <w:pPr>
        <w:jc w:val="right"/>
      </w:pPr>
      <w:r>
        <w:t>اور پھر دعوت کا جذبہ پیدا کرتا ہے۔</w:t>
      </w:r>
    </w:p>
    <w:p>
      <w:r>
        <w:rPr>
          <w:b/>
        </w:rPr>
        <w:t xml:space="preserve">[35:55] </w:t>
      </w:r>
      <w:r>
        <w:t>Ke Allah taala ne itni sari Planning ki, itni sari tabdiliyan ki, itne sare inqilabat aaye, itni sari</w:t>
      </w:r>
    </w:p>
    <w:p>
      <w:pPr>
        <w:jc w:val="right"/>
      </w:pPr>
      <w:r>
        <w:t>کہ اللہ تعالیٰ نے اتنی ساری Planning کی، اتنی ساری تبدیلیاں کیں، اتنے سارے انقلابات آئے، اتنی ساری</w:t>
      </w:r>
    </w:p>
    <w:p>
      <w:r>
        <w:rPr>
          <w:b/>
        </w:rPr>
        <w:t xml:space="preserve">[36:03] </w:t>
      </w:r>
      <w:r>
        <w:t>ijadatein huin۔</w:t>
      </w:r>
    </w:p>
    <w:p>
      <w:pPr>
        <w:jc w:val="right"/>
      </w:pPr>
      <w:r>
        <w:t>ایجادات ہوئیں۔</w:t>
      </w:r>
    </w:p>
    <w:p>
      <w:r>
        <w:rPr>
          <w:b/>
        </w:rPr>
        <w:t xml:space="preserve">[36:05] </w:t>
      </w:r>
      <w:r>
        <w:t>Nayi cheezein, nayi nayi cheezein Allah taala ne faraham kar dein۔</w:t>
      </w:r>
    </w:p>
    <w:p>
      <w:pPr>
        <w:jc w:val="right"/>
      </w:pPr>
      <w:r>
        <w:t>نئی چیزیں، نئی نئی چیزیں اللہ تعالیٰ نے فراہم کر دیں۔</w:t>
      </w:r>
    </w:p>
    <w:p>
      <w:r>
        <w:rPr>
          <w:b/>
        </w:rPr>
        <w:t xml:space="preserve">[36:09] </w:t>
      </w:r>
      <w:r>
        <w:t>Ab kya hai? Ab to aalami dawat karna hai۔</w:t>
      </w:r>
    </w:p>
    <w:p>
      <w:pPr>
        <w:jc w:val="right"/>
      </w:pPr>
      <w:r>
        <w:t>اب کیا ہے؟ اب تو عالمی دعوت کرنا ہے۔</w:t>
      </w:r>
    </w:p>
    <w:p>
      <w:r>
        <w:rPr>
          <w:b/>
        </w:rPr>
        <w:t xml:space="preserve">[36:13] </w:t>
      </w:r>
      <w:r>
        <w:t>Global dawat۔</w:t>
      </w:r>
    </w:p>
    <w:p>
      <w:pPr>
        <w:jc w:val="right"/>
      </w:pPr>
      <w:r>
        <w:t>Global دعوت۔</w:t>
      </w:r>
    </w:p>
    <w:p>
      <w:r>
        <w:rPr>
          <w:b/>
        </w:rPr>
        <w:t xml:space="preserve">[36:15] </w:t>
      </w:r>
      <w:r>
        <w:t>Bas is mein apne aap ko jhonk dena hai۔</w:t>
      </w:r>
    </w:p>
    <w:p>
      <w:pPr>
        <w:jc w:val="right"/>
      </w:pPr>
      <w:r>
        <w:t>بس اس میں اپنے آپ کو جھونک دینا ہے۔</w:t>
      </w:r>
    </w:p>
    <w:p>
      <w:r>
        <w:rPr>
          <w:b/>
        </w:rPr>
        <w:t xml:space="preserve">[36:18] </w:t>
      </w:r>
      <w:r>
        <w:t>Kaisa ajeeb hai Eid al-Adha ka din aur kitna Musalmanon ne kiya kar rakha hai is ka haal۔</w:t>
      </w:r>
    </w:p>
    <w:p>
      <w:pPr>
        <w:jc w:val="right"/>
      </w:pPr>
      <w:r>
        <w:t>کیسا عجیب ہے عید الاضحی کا دن اور کتنا مسلمانوں نے کیا کر رکھا ہے اس کا حال۔</w:t>
      </w:r>
    </w:p>
    <w:p>
      <w:r>
        <w:rPr>
          <w:b/>
        </w:rPr>
        <w:t xml:space="preserve">[36:26] </w:t>
      </w:r>
      <w:r>
        <w:t>Khane peene ka din bana liya hai۔</w:t>
      </w:r>
    </w:p>
    <w:p>
      <w:pPr>
        <w:jc w:val="right"/>
      </w:pPr>
      <w:r>
        <w:t>کھانے پینے کا دن بنا لیا ہے۔</w:t>
      </w:r>
    </w:p>
    <w:p>
      <w:r>
        <w:rPr>
          <w:b/>
        </w:rPr>
        <w:t xml:space="preserve">[36:29] </w:t>
      </w:r>
      <w:r>
        <w:t>aur kehte hain ajeeb baat hai ke yeh cheez Quran mein maujood hai, Bible mein maujood hai, Bible</w:t>
      </w:r>
    </w:p>
    <w:p>
      <w:pPr>
        <w:jc w:val="right"/>
      </w:pPr>
      <w:r>
        <w:t>اور کہتے ہیں عجیب بات ہے کہ یہ چیز قرآن میں موجود ہے، بائبل میں موجود ہے، بائبل</w:t>
      </w:r>
    </w:p>
    <w:p>
      <w:r>
        <w:rPr>
          <w:b/>
        </w:rPr>
        <w:t xml:space="preserve">[36:37] </w:t>
      </w:r>
      <w:r>
        <w:t>mein bhi maujood hai jaisa ke maine arz kiya.</w:t>
      </w:r>
    </w:p>
    <w:p>
      <w:pPr>
        <w:jc w:val="right"/>
      </w:pPr>
      <w:r>
        <w:t>میں بھی موجود ہے جیسا کہ میں نے عرض کیا۔</w:t>
      </w:r>
    </w:p>
    <w:p>
      <w:r>
        <w:rPr>
          <w:b/>
        </w:rPr>
        <w:t xml:space="preserve">[36:41] </w:t>
      </w:r>
      <w:r>
        <w:t>lekin Bible ke jo Commentator hain, woh bhi ab waqif nahi hain is, is, is baat se.</w:t>
      </w:r>
    </w:p>
    <w:p>
      <w:pPr>
        <w:jc w:val="right"/>
      </w:pPr>
      <w:r>
        <w:t>لیکن بائبل کے جو Commentator ہیں، وہ بھی اب واقف نہیں ہیں اس، اس، اس بات سے۔</w:t>
      </w:r>
    </w:p>
    <w:p>
      <w:r>
        <w:rPr>
          <w:b/>
        </w:rPr>
        <w:t xml:space="preserve">[36:48] </w:t>
      </w:r>
      <w:r>
        <w:t>aur Quran ke jo mufassireen hain, woh bhi waqif nahi hain is baat se.</w:t>
      </w:r>
    </w:p>
    <w:p>
      <w:pPr>
        <w:jc w:val="right"/>
      </w:pPr>
      <w:r>
        <w:t>اور قرآن کے جو مفسرین ہیں، وہ بھی واقف نہیں ہیں اس بات سے۔</w:t>
      </w:r>
    </w:p>
    <w:p>
      <w:r>
        <w:rPr>
          <w:b/>
        </w:rPr>
        <w:t xml:space="preserve">[36:54] </w:t>
      </w:r>
      <w:r>
        <w:t>to aap ko ab uthna hai, batana hai duniya ko.</w:t>
      </w:r>
    </w:p>
    <w:p>
      <w:pPr>
        <w:jc w:val="right"/>
      </w:pPr>
      <w:r>
        <w:t>تو آپ کو اب اٹھنا ہے، بتانا ہے دنیا کو۔</w:t>
      </w:r>
    </w:p>
    <w:p>
      <w:r>
        <w:rPr>
          <w:b/>
        </w:rPr>
        <w:t xml:space="preserve">[36:59] </w:t>
      </w:r>
      <w:r>
        <w:t>khud jaanna hai, duniya ko batana hai.</w:t>
      </w:r>
    </w:p>
    <w:p>
      <w:pPr>
        <w:jc w:val="right"/>
      </w:pPr>
      <w:r>
        <w:t>خود جاننا ہے، دنیا کو بتانا ہے۔</w:t>
      </w:r>
    </w:p>
    <w:p>
      <w:r>
        <w:rPr>
          <w:b/>
        </w:rPr>
        <w:t xml:space="preserve">[37:02] </w:t>
      </w:r>
      <w:r>
        <w:t>اس untold story کو سے لوگوں کو باخبر کرنا ہے۔</w:t>
      </w:r>
    </w:p>
    <w:p>
      <w:pPr>
        <w:jc w:val="right"/>
      </w:pPr>
      <w:r>
        <w:t>اس Untold Story کو سے لوگوں کو باخبر کرنا ہے۔</w:t>
      </w:r>
    </w:p>
    <w:p>
      <w:r>
        <w:rPr>
          <w:b/>
        </w:rPr>
        <w:t xml:space="preserve">[37:06] </w:t>
      </w:r>
      <w:r>
        <w:t>یہ ایک untold story بنی ہوئی ہے۔</w:t>
      </w:r>
    </w:p>
    <w:p>
      <w:pPr>
        <w:jc w:val="right"/>
      </w:pPr>
      <w:r>
        <w:t>یہ ایک Untold Story بنی ہوئی ہے۔</w:t>
      </w:r>
    </w:p>
    <w:p>
      <w:r>
        <w:rPr>
          <w:b/>
        </w:rPr>
        <w:t xml:space="preserve">[37:09] </w:t>
      </w:r>
      <w:r>
        <w:t>یہ جو معاملہ ہے، وہ untold story بنا ہوا ہے۔</w:t>
      </w:r>
    </w:p>
    <w:p>
      <w:pPr>
        <w:jc w:val="right"/>
      </w:pPr>
      <w:r>
        <w:t>یہ جو معاملہ ہے، وہ Untold Story بنا ہوا ہے۔</w:t>
      </w:r>
    </w:p>
    <w:p>
      <w:r>
        <w:rPr>
          <w:b/>
        </w:rPr>
        <w:t xml:space="preserve">[37:13] </w:t>
      </w:r>
      <w:r>
        <w:t>ab is ko aap ko, aap par farz hai ke aap logon ko batayein.</w:t>
      </w:r>
    </w:p>
    <w:p>
      <w:pPr>
        <w:jc w:val="right"/>
      </w:pPr>
      <w:r>
        <w:t>اب اس کو آپ کو، آپ پر فرض ہے کہ آپ لوگوں کو بتائیں۔</w:t>
      </w:r>
    </w:p>
    <w:p>
      <w:r>
        <w:rPr>
          <w:b/>
        </w:rPr>
        <w:t xml:space="preserve">[37:19] </w:t>
      </w:r>
      <w:r>
        <w:t>aur saare yani, yani saare jo mushkilein theen, jo saari rukawatein theen, is sab Allah taala ne door</w:t>
      </w:r>
    </w:p>
    <w:p>
      <w:pPr>
        <w:jc w:val="right"/>
      </w:pPr>
      <w:r>
        <w:t>اور سارے یعنی، یعنی سارے جو مشکلیں تھیں، جو ساری رکاوٹیں تھیں، اس سب اللہ تعالیٰ نے دور</w:t>
      </w:r>
    </w:p>
    <w:p>
      <w:r>
        <w:rPr>
          <w:b/>
        </w:rPr>
        <w:t xml:space="preserve">[37:27] </w:t>
      </w:r>
      <w:r>
        <w:t>kar dein.</w:t>
      </w:r>
    </w:p>
    <w:p>
      <w:pPr>
        <w:jc w:val="right"/>
      </w:pPr>
      <w:r>
        <w:t>کر دیں۔</w:t>
      </w:r>
    </w:p>
    <w:p>
      <w:r>
        <w:rPr>
          <w:b/>
        </w:rPr>
        <w:t xml:space="preserve">[37:29] </w:t>
      </w:r>
      <w:r>
        <w:t>pichhle log jo thay, hamare pichhle log, unhon ne to bohat museebatein uthayin.</w:t>
      </w:r>
    </w:p>
    <w:p>
      <w:pPr>
        <w:jc w:val="right"/>
      </w:pPr>
      <w:r>
        <w:t>پچھلے لوگ جو تھے، ہمارے پچھلے لوگ، انہوں نے تو بہت مصیبتیں اٹھائیں۔</w:t>
      </w:r>
    </w:p>
    <w:p>
      <w:r>
        <w:rPr>
          <w:b/>
        </w:rPr>
        <w:t xml:space="preserve">[37:34] </w:t>
      </w:r>
      <w:r>
        <w:t>bohat museebatein utha kar ke tareekh ko yahan tak pahunchaya.</w:t>
      </w:r>
    </w:p>
    <w:p>
      <w:pPr>
        <w:jc w:val="right"/>
      </w:pPr>
      <w:r>
        <w:t>بہت مصیبتیں اٹھا کر کے تاریخ کو یہاں تک پہنچایا۔</w:t>
      </w:r>
    </w:p>
    <w:p>
      <w:r>
        <w:rPr>
          <w:b/>
        </w:rPr>
        <w:t xml:space="preserve">[37:38] </w:t>
      </w:r>
      <w:r>
        <w:t>ab aap ko to koi mushkil nahi.</w:t>
      </w:r>
    </w:p>
    <w:p>
      <w:pPr>
        <w:jc w:val="right"/>
      </w:pPr>
      <w:r>
        <w:t>اب آپ کو تو کوئی مشکل نہیں۔</w:t>
      </w:r>
    </w:p>
    <w:p>
      <w:r>
        <w:rPr>
          <w:b/>
        </w:rPr>
        <w:t xml:space="preserve">[37:41] </w:t>
      </w:r>
      <w:r>
        <w:t>aap ko to sirf drakht ka phal khana hai.</w:t>
      </w:r>
    </w:p>
    <w:p>
      <w:pPr>
        <w:jc w:val="right"/>
      </w:pPr>
      <w:r>
        <w:t>آپ کو تو صرف درخت کا پھل کھانا ہے۔</w:t>
      </w:r>
    </w:p>
    <w:p>
      <w:r>
        <w:rPr>
          <w:b/>
        </w:rPr>
        <w:t xml:space="preserve">[37:45] </w:t>
      </w:r>
      <w:r>
        <w:t>to is ke liye zaroori hai ke hum is ko farz samjhein, farz ke shikayaton ko khatam karna</w:t>
      </w:r>
    </w:p>
    <w:p>
      <w:pPr>
        <w:jc w:val="right"/>
      </w:pPr>
      <w:r>
        <w:t>تو اس کے لیے ضروری ہے کہ ہم اس کو فرض سمجھیں، فرض کہ شکایتوں کو ختم کرنا</w:t>
      </w:r>
    </w:p>
    <w:p>
      <w:r>
        <w:rPr>
          <w:b/>
        </w:rPr>
        <w:t xml:space="preserve">[37:53] </w:t>
      </w:r>
      <w:r>
        <w:t>hai, nafraton ko door karna hai.</w:t>
      </w:r>
    </w:p>
    <w:p>
      <w:pPr>
        <w:jc w:val="right"/>
      </w:pPr>
      <w:r>
        <w:t>ہے، نفرتوں کو دور کرنا ہے۔</w:t>
      </w:r>
    </w:p>
    <w:p>
      <w:r>
        <w:rPr>
          <w:b/>
        </w:rPr>
        <w:t xml:space="preserve">[37:56] </w:t>
      </w:r>
      <w:r>
        <w:t>Problem ko bhula dena hai.</w:t>
      </w:r>
    </w:p>
    <w:p>
      <w:pPr>
        <w:jc w:val="right"/>
      </w:pPr>
      <w:r>
        <w:t>Problem کو بھلا دینا ہے۔</w:t>
      </w:r>
    </w:p>
    <w:p>
      <w:r>
        <w:rPr>
          <w:b/>
        </w:rPr>
        <w:t xml:space="preserve">[37:58] </w:t>
      </w:r>
      <w:r>
        <w:t>aur sirf ek Positive nishan aap ke samne rakhna hai, ek, ek Positive Goal.</w:t>
      </w:r>
    </w:p>
    <w:p>
      <w:pPr>
        <w:jc w:val="right"/>
      </w:pPr>
      <w:r>
        <w:t>اور صرف ایک Positive نشان آپ کے سامنے رکھنا ہے، ایک، ایک Positive Goal۔</w:t>
      </w:r>
    </w:p>
    <w:p>
      <w:r>
        <w:rPr>
          <w:b/>
        </w:rPr>
        <w:t xml:space="preserve">[38:04] </w:t>
      </w:r>
      <w:r>
        <w:t>aur woh hai dawat ka kaam, dawat ka Goal.</w:t>
      </w:r>
    </w:p>
    <w:p>
      <w:pPr>
        <w:jc w:val="right"/>
      </w:pPr>
      <w:r>
        <w:t>اور وہ ہے دعوت کا کام، دعوت کا Goal۔</w:t>
      </w:r>
    </w:p>
    <w:p>
      <w:r>
        <w:rPr>
          <w:b/>
        </w:rPr>
        <w:t xml:space="preserve">[38:08] </w:t>
      </w:r>
      <w:r>
        <w:t>main aksar kaha karta hoon ke ek kaam karne ke liye doosre kaamon ko chhodna padta hai.</w:t>
      </w:r>
    </w:p>
    <w:p>
      <w:pPr>
        <w:jc w:val="right"/>
      </w:pPr>
      <w:r>
        <w:t>میں اکثر کہا کرتا ہوں کہ ایک کام کرنے کے لیے دوسرے کاموں کو چھوڑنا پڑتا ہے۔</w:t>
      </w:r>
    </w:p>
    <w:p>
      <w:r>
        <w:rPr>
          <w:b/>
        </w:rPr>
        <w:t xml:space="preserve">[38:15] </w:t>
      </w:r>
      <w:r>
        <w:t>to agar aap jaanein ke aaj Allah taala ne kya mawaqe aap ke liye diye hain.</w:t>
      </w:r>
    </w:p>
    <w:p>
      <w:pPr>
        <w:jc w:val="right"/>
      </w:pPr>
      <w:r>
        <w:t>تو اگر آپ جانیں کہ آج اللہ تعالیٰ نے کیا مواقع آپ کے لیے دیے ہیں۔</w:t>
      </w:r>
    </w:p>
    <w:p>
      <w:r>
        <w:rPr>
          <w:b/>
        </w:rPr>
        <w:t xml:space="preserve">[38:22] </w:t>
      </w:r>
      <w:r>
        <w:t>tareekh ne aap ko kahan pahunchaya hai.</w:t>
      </w:r>
    </w:p>
    <w:p>
      <w:pPr>
        <w:jc w:val="right"/>
      </w:pPr>
      <w:r>
        <w:t>تاریخ نے آپ کو کہاں پہنچایا ہے۔</w:t>
      </w:r>
    </w:p>
    <w:p>
      <w:r>
        <w:rPr>
          <w:b/>
        </w:rPr>
        <w:t xml:space="preserve">[38:25] </w:t>
      </w:r>
      <w:r>
        <w:t>Twenty First Century mein aap ko kya karna hai.</w:t>
      </w:r>
    </w:p>
    <w:p>
      <w:pPr>
        <w:jc w:val="right"/>
      </w:pPr>
      <w:r>
        <w:t>Twenty First Century میں آپ کو کیا کرنا ہے۔</w:t>
      </w:r>
    </w:p>
    <w:p>
      <w:r>
        <w:rPr>
          <w:b/>
        </w:rPr>
        <w:t xml:space="preserve">[38:29] </w:t>
      </w:r>
      <w:r>
        <w:t>to aap ko yeh lazman yeh karna padega ke saari shikayaton ko khatam karna hai.</w:t>
      </w:r>
    </w:p>
    <w:p>
      <w:pPr>
        <w:jc w:val="right"/>
      </w:pPr>
      <w:r>
        <w:t>تو آپ کو یہ لازماً یہ کرنا پڑے گا کہ ساری شکایتوں کو ختم کرنا ہے۔</w:t>
      </w:r>
    </w:p>
    <w:p>
      <w:r>
        <w:rPr>
          <w:b/>
        </w:rPr>
        <w:t xml:space="preserve">[38:35] </w:t>
      </w:r>
      <w:r>
        <w:t>jo aap ne bashar-e-khud aap ne farz kar rakha hai ke yeh Problem, woh Discrimination aur woh</w:t>
      </w:r>
    </w:p>
    <w:p>
      <w:pPr>
        <w:jc w:val="right"/>
      </w:pPr>
      <w:r>
        <w:t>جو آپ نے بطور خود آپ نے فرض کر رکھا ہے کہ یہ Problem، وہ Discrimination اور وہ</w:t>
      </w:r>
    </w:p>
    <w:p>
      <w:r>
        <w:rPr>
          <w:b/>
        </w:rPr>
        <w:t xml:space="preserve">[38:43] </w:t>
      </w:r>
      <w:r>
        <w:t>zulm, yeh sab, sab is ko jhoot jaise, jaise jhoot samajh kar ke phenk diya hai kisi ko</w:t>
      </w:r>
    </w:p>
    <w:p>
      <w:pPr>
        <w:jc w:val="right"/>
      </w:pPr>
      <w:r>
        <w:t>ظلم، یہ سب، سب اس کو جھوٹ جیسے، جیسے جھوٹ سمجھ کر کے پھینک دیا ہے کسی کو</w:t>
      </w:r>
    </w:p>
    <w:p>
      <w:r>
        <w:rPr>
          <w:b/>
        </w:rPr>
        <w:t xml:space="preserve">[38:51] </w:t>
      </w:r>
      <w:r>
        <w:t>liter bin mein.</w:t>
      </w:r>
    </w:p>
    <w:p>
      <w:pPr>
        <w:jc w:val="right"/>
      </w:pPr>
      <w:r>
        <w:t>لٹر بن میں۔</w:t>
      </w:r>
    </w:p>
    <w:p>
      <w:r>
        <w:rPr>
          <w:b/>
        </w:rPr>
        <w:t xml:space="preserve">[38:52] </w:t>
      </w:r>
      <w:r>
        <w:t>aisi cheezon ko liter bin mein phenk dijiye.</w:t>
      </w:r>
    </w:p>
    <w:p>
      <w:pPr>
        <w:jc w:val="right"/>
      </w:pPr>
      <w:r>
        <w:t>ایسی چیزوں کو لٹر بن میں پھینک دیجیے۔</w:t>
      </w:r>
    </w:p>
    <w:p>
      <w:r>
        <w:rPr>
          <w:b/>
        </w:rPr>
        <w:t xml:space="preserve">[38:56] </w:t>
      </w:r>
      <w:r>
        <w:t>jhoot samajh ke jhoot.</w:t>
      </w:r>
    </w:p>
    <w:p>
      <w:pPr>
        <w:jc w:val="right"/>
      </w:pPr>
      <w:r>
        <w:t>جھوٹ سمجھ کے جھوٹ۔</w:t>
      </w:r>
    </w:p>
    <w:p>
      <w:r>
        <w:rPr>
          <w:b/>
        </w:rPr>
        <w:t xml:space="preserve">[38:57] </w:t>
      </w:r>
      <w:r>
        <w:t>sirf ek hi aap ka nishana hona chahiye ke Allah ne jo Planning ki thi Hazrat Ibrahim ke</w:t>
      </w:r>
    </w:p>
    <w:p>
      <w:pPr>
        <w:jc w:val="right"/>
      </w:pPr>
      <w:r>
        <w:t>صرف ایک ہی آپ کا نشانہ ہونا چاہیے کہ اللہ نے جو Planning کی تھی حضرت ابراہیم کے</w:t>
      </w:r>
    </w:p>
    <w:p>
      <w:r>
        <w:rPr>
          <w:b/>
        </w:rPr>
        <w:t xml:space="preserve">[39:05] </w:t>
      </w:r>
      <w:r>
        <w:t>zariye se, aaj woh apni Culmination pahunch chuki hai.</w:t>
      </w:r>
    </w:p>
    <w:p>
      <w:pPr>
        <w:jc w:val="right"/>
      </w:pPr>
      <w:r>
        <w:t>ذریعے سے، آج وہ اپنی Culmination پہنچ چکی ہے۔</w:t>
      </w:r>
    </w:p>
    <w:p>
      <w:r>
        <w:rPr>
          <w:b/>
        </w:rPr>
        <w:t xml:space="preserve">[39:09] </w:t>
      </w:r>
      <w:r>
        <w:t>saare mawaqe khul chuke hain.</w:t>
      </w:r>
    </w:p>
    <w:p>
      <w:pPr>
        <w:jc w:val="right"/>
      </w:pPr>
      <w:r>
        <w:t>سارے مواقع کھل چکے ہیں۔</w:t>
      </w:r>
    </w:p>
    <w:p>
      <w:r>
        <w:rPr>
          <w:b/>
        </w:rPr>
        <w:t xml:space="preserve">[39:11] </w:t>
      </w:r>
      <w:r>
        <w:t>yeh Planning thi dawat ke liye.</w:t>
      </w:r>
    </w:p>
    <w:p>
      <w:pPr>
        <w:jc w:val="right"/>
      </w:pPr>
      <w:r>
        <w:t>یہ Planning تھی دعوت کے لیے۔</w:t>
      </w:r>
    </w:p>
    <w:p>
      <w:r>
        <w:rPr>
          <w:b/>
        </w:rPr>
        <w:t xml:space="preserve">[39:14] </w:t>
      </w:r>
      <w:r>
        <w:t>yeh Planning kisi aur maqsad ke liye nahi thi, hukumat ke liye nahi, koi Political End nahi, kuch</w:t>
      </w:r>
    </w:p>
    <w:p>
      <w:pPr>
        <w:jc w:val="right"/>
      </w:pPr>
      <w:r>
        <w:t>یہ Planning کسی اور مقصد کے لیے نہیں تھی، حکومت کے لیے نہیں، کوئی Political End نہیں، کچھ</w:t>
      </w:r>
    </w:p>
    <w:p>
      <w:r>
        <w:rPr>
          <w:b/>
        </w:rPr>
        <w:t xml:space="preserve">[39:21] </w:t>
      </w:r>
      <w:r>
        <w:t>bhi nahi.</w:t>
      </w:r>
    </w:p>
    <w:p>
      <w:pPr>
        <w:jc w:val="right"/>
      </w:pPr>
      <w:r>
        <w:t>بھی نہیں۔</w:t>
      </w:r>
    </w:p>
    <w:p>
      <w:r>
        <w:rPr>
          <w:b/>
        </w:rPr>
        <w:t xml:space="preserve">[39:23] </w:t>
      </w:r>
      <w:r>
        <w:t>sirf dawat, dawat, dawat.</w:t>
      </w:r>
    </w:p>
    <w:p>
      <w:pPr>
        <w:jc w:val="right"/>
      </w:pPr>
      <w:r>
        <w:t>صرف دعوت، دعوت، دعوت۔</w:t>
      </w:r>
    </w:p>
    <w:p>
      <w:r>
        <w:rPr>
          <w:b/>
        </w:rPr>
        <w:t xml:space="preserve">[39:25] </w:t>
      </w:r>
      <w:r>
        <w:t>is mein apne aap ko jhonk dena hai, apne aap ko laga dena hai.</w:t>
      </w:r>
    </w:p>
    <w:p>
      <w:pPr>
        <w:jc w:val="right"/>
      </w:pPr>
      <w:r>
        <w:t>اس میں اپنے آپ کو جھونک دینا ہے، اپنے آپ کو لگا دینا ہے۔</w:t>
      </w:r>
    </w:p>
    <w:p>
      <w:r>
        <w:rPr>
          <w:b/>
        </w:rPr>
        <w:t xml:space="preserve">[39:31] </w:t>
      </w:r>
      <w:r>
        <w:t>jab mein in baaton ko sochta hoon, mujhe aisa lagta hai ke Paradise Gate par bohat se farishte</w:t>
      </w:r>
    </w:p>
    <w:p>
      <w:pPr>
        <w:jc w:val="right"/>
      </w:pPr>
      <w:r>
        <w:t>جب میں ان باتوں کو سوچتا ہوں، مجھے ایسا لگتا ہے کہ Paradise Gate پر بہت سے فرشتے</w:t>
      </w:r>
    </w:p>
    <w:p>
      <w:r>
        <w:rPr>
          <w:b/>
        </w:rPr>
        <w:t xml:space="preserve">[39:38] </w:t>
      </w:r>
      <w:r>
        <w:t>khade hue hain is intezar mein ke woh log aayen, woh bande Allah ke jin ko woh ex</w:t>
      </w:r>
    </w:p>
    <w:p>
      <w:pPr>
        <w:jc w:val="right"/>
      </w:pPr>
      <w:r>
        <w:t>کھڑے ہوئے ہیں اس انتظار میں کہ وہ لوگ آئیں، وہ بندے اللہ کے جن کو وہ ایکس</w:t>
      </w:r>
    </w:p>
    <w:p>
      <w:r>
        <w:rPr>
          <w:b/>
        </w:rPr>
        <w:t xml:space="preserve">[39:46] </w:t>
      </w:r>
      <w:r>
        <w:t>gaye hain.</w:t>
      </w:r>
    </w:p>
    <w:p>
      <w:pPr>
        <w:jc w:val="right"/>
      </w:pPr>
      <w:r>
        <w:t>گئے ہیں۔</w:t>
      </w:r>
    </w:p>
    <w:p>
      <w:r>
        <w:rPr>
          <w:b/>
        </w:rPr>
        <w:t xml:space="preserve">[39:48] </w:t>
      </w:r>
      <w:r>
        <w:t>ae bando, aao tum woh log ho jinho ne samjha tareekh ko, jinho ne samjha Hazrat Ibrahim ko</w:t>
      </w:r>
    </w:p>
    <w:p>
      <w:pPr>
        <w:jc w:val="right"/>
      </w:pPr>
      <w:r>
        <w:t>اے بندوں، آؤ تم وہ لوگ ہو جنہوں نے سمجھا تاریخ کو، جنہوں نے سمجھا حضرت ابراہیم کو</w:t>
      </w:r>
    </w:p>
    <w:p>
      <w:r>
        <w:rPr>
          <w:b/>
        </w:rPr>
        <w:t xml:space="preserve">[39:55] </w:t>
      </w:r>
      <w:r>
        <w:t>ke khwab ko, Rasool Allah ke Mission ko aur Allah ki Planning ko, aao tumhari jannat ke darwaze</w:t>
      </w:r>
    </w:p>
    <w:p>
      <w:pPr>
        <w:jc w:val="right"/>
      </w:pPr>
      <w:r>
        <w:t>کہ خواب کو، رسول اللہ کے Mission کو اور اللہ کی Planning کو، آؤ تمہاری جنت کے دروازے</w:t>
      </w:r>
    </w:p>
    <w:p>
      <w:r>
        <w:rPr>
          <w:b/>
        </w:rPr>
        <w:t xml:space="preserve">[40:03] </w:t>
      </w:r>
      <w:r>
        <w:t>khule hue hain.</w:t>
      </w:r>
    </w:p>
    <w:p>
      <w:pPr>
        <w:jc w:val="right"/>
      </w:pPr>
      <w:r>
        <w:t>کھلے ہوئے ہیں۔</w:t>
      </w:r>
    </w:p>
    <w:p>
      <w:r>
        <w:rPr>
          <w:b/>
        </w:rPr>
        <w:t xml:space="preserve">[40:05] </w:t>
      </w:r>
      <w:r>
        <w:t>ek ajib mujhe Thrilling ehsas hota hai.</w:t>
      </w:r>
    </w:p>
    <w:p>
      <w:pPr>
        <w:jc w:val="right"/>
      </w:pPr>
      <w:r>
        <w:t>ایک عجیب مجھے Thrilling احساس ہوتا ہے۔</w:t>
      </w:r>
    </w:p>
    <w:p>
      <w:r>
        <w:rPr>
          <w:b/>
        </w:rPr>
        <w:t xml:space="preserve">[40:08] </w:t>
      </w:r>
      <w:r>
        <w:t>ke shayad jannat ke Gate par, Paradise Gate par bohat se farishte in logon ka intezar kar rahe</w:t>
      </w:r>
    </w:p>
    <w:p>
      <w:pPr>
        <w:jc w:val="right"/>
      </w:pPr>
      <w:r>
        <w:t>کہ شاید جنت کے Gate پر، Paradise Gate پر بہت سے فرشتے ان لوگوں کا انتظار کر رہے</w:t>
      </w:r>
    </w:p>
    <w:p>
      <w:r>
        <w:rPr>
          <w:b/>
        </w:rPr>
        <w:t xml:space="preserve">[40:15] </w:t>
      </w:r>
      <w:r>
        <w:t>honge.</w:t>
      </w:r>
    </w:p>
    <w:p>
      <w:pPr>
        <w:jc w:val="right"/>
      </w:pPr>
      <w:r>
        <w:t>ہوں گے۔</w:t>
      </w:r>
    </w:p>
    <w:p>
      <w:r>
        <w:rPr>
          <w:b/>
        </w:rPr>
        <w:t xml:space="preserve">[40:17] </w:t>
      </w:r>
      <w:r>
        <w:t>jaise aaj kal yeh hota hai, aap jante hain ke VIPs jo aane wale hote hain,</w:t>
      </w:r>
    </w:p>
    <w:p>
      <w:pPr>
        <w:jc w:val="right"/>
      </w:pPr>
      <w:r>
        <w:t>جیسے آج کل یہ ہوتا ہے، آپ جانتے ہیں کہ وی آئی پیز جو آنے والے ہوتے ہیں،</w:t>
      </w:r>
    </w:p>
    <w:p>
      <w:r>
        <w:rPr>
          <w:b/>
        </w:rPr>
        <w:t xml:space="preserve">[40:24] </w:t>
      </w:r>
      <w:r>
        <w:t>koi bari shakhsiyat.</w:t>
      </w:r>
    </w:p>
    <w:p>
      <w:pPr>
        <w:jc w:val="right"/>
      </w:pPr>
      <w:r>
        <w:t>کوئی بڑی شخصیت۔</w:t>
      </w:r>
    </w:p>
    <w:p>
      <w:r>
        <w:rPr>
          <w:b/>
        </w:rPr>
        <w:t xml:space="preserve">[40:26] </w:t>
      </w:r>
      <w:r>
        <w:t>toh Conference ke Gate par log khade rehte hain, bohat se.</w:t>
      </w:r>
    </w:p>
    <w:p>
      <w:pPr>
        <w:jc w:val="right"/>
      </w:pPr>
      <w:r>
        <w:t>تو Conference کے Gate پر لوگ کھڑے رہتے ہیں، بہت سے۔</w:t>
      </w:r>
    </w:p>
    <w:p>
      <w:r>
        <w:rPr>
          <w:b/>
        </w:rPr>
        <w:t xml:space="preserve">[40:31] </w:t>
      </w:r>
      <w:r>
        <w:t>in ke istiqbal ke liye, peshgi tor par.</w:t>
      </w:r>
    </w:p>
    <w:p>
      <w:pPr>
        <w:jc w:val="right"/>
      </w:pPr>
      <w:r>
        <w:t>ان کے استقبال کے لیے، پیشگی طور پر۔</w:t>
      </w:r>
    </w:p>
    <w:p>
      <w:r>
        <w:rPr>
          <w:b/>
        </w:rPr>
        <w:t xml:space="preserve">[40:34] </w:t>
      </w:r>
      <w:r>
        <w:t>toh jaise is ka helicopter utarta hai, ghar ghar karte hue, saare log mutharrik ho jate hain.</w:t>
      </w:r>
    </w:p>
    <w:p>
      <w:pPr>
        <w:jc w:val="right"/>
      </w:pPr>
      <w:r>
        <w:t>تو جیسے اس کا ہیلی کاپٹر اترتا ہے، غر غر کرتے ہوئے، سارے لوگ متحرک ہو جاتے ہیں۔</w:t>
      </w:r>
    </w:p>
    <w:p>
      <w:r>
        <w:rPr>
          <w:b/>
        </w:rPr>
        <w:t xml:space="preserve">[40:42] </w:t>
      </w:r>
      <w:r>
        <w:t>is ko receive karne ke liye.</w:t>
      </w:r>
    </w:p>
    <w:p>
      <w:pPr>
        <w:jc w:val="right"/>
      </w:pPr>
      <w:r>
        <w:t>اس کو Receive کرنے کے لیے۔</w:t>
      </w:r>
    </w:p>
    <w:p>
      <w:r>
        <w:rPr>
          <w:b/>
        </w:rPr>
        <w:t xml:space="preserve">[40:44] </w:t>
      </w:r>
      <w:r>
        <w:t>mein aik martaba aik, aik jalsay mein tha to wahan taqreer ho rahi thi.</w:t>
      </w:r>
    </w:p>
    <w:p>
      <w:pPr>
        <w:jc w:val="right"/>
      </w:pPr>
      <w:r>
        <w:t>میں ایک مرتبہ ایک، ایک جلسے میں تھا تو وہاں تقریر ہو رہی تھی۔</w:t>
      </w:r>
    </w:p>
    <w:p>
      <w:r>
        <w:rPr>
          <w:b/>
        </w:rPr>
        <w:t xml:space="preserve">[40:50] </w:t>
      </w:r>
      <w:r>
        <w:t>itnay helicopter ki awaz aai.</w:t>
      </w:r>
    </w:p>
    <w:p>
      <w:pPr>
        <w:jc w:val="right"/>
      </w:pPr>
      <w:r>
        <w:t>اتنے ہیلی کاپٹر کی آواز آئی۔</w:t>
      </w:r>
    </w:p>
    <w:p>
      <w:r>
        <w:rPr>
          <w:b/>
        </w:rPr>
        <w:t xml:space="preserve">[40:53] </w:t>
      </w:r>
      <w:r>
        <w:t>aik minister sahib helicopter se wahan pohanchay thay.</w:t>
      </w:r>
    </w:p>
    <w:p>
      <w:pPr>
        <w:jc w:val="right"/>
      </w:pPr>
      <w:r>
        <w:t>ایک Minister صاحب ہیلی کاپٹر سے وہاں پہنچے تھے۔</w:t>
      </w:r>
    </w:p>
    <w:p>
      <w:r>
        <w:rPr>
          <w:b/>
        </w:rPr>
        <w:t xml:space="preserve">[40:57] </w:t>
      </w:r>
      <w:r>
        <w:t>yeh sara pandal daur para unhi ko receive karne ke liye.</w:t>
      </w:r>
    </w:p>
    <w:p>
      <w:pPr>
        <w:jc w:val="right"/>
      </w:pPr>
      <w:r>
        <w:t>یہ سارا پنڈال دوڑ پڑا انہی کو Receive کرنے کے لیے۔</w:t>
      </w:r>
    </w:p>
    <w:p>
      <w:r>
        <w:rPr>
          <w:b/>
        </w:rPr>
        <w:t xml:space="preserve">[41:02] </w:t>
      </w:r>
      <w:r>
        <w:t>to mein sochta hoon ke shayad jannat mein bhi aisa hi hoga.</w:t>
      </w:r>
    </w:p>
    <w:p>
      <w:pPr>
        <w:jc w:val="right"/>
      </w:pPr>
      <w:r>
        <w:t>تو میں سوچتا ہوں کہ شاید جنت میں بھی ایسا ہی ہوگا۔</w:t>
      </w:r>
    </w:p>
    <w:p>
      <w:r>
        <w:rPr>
          <w:b/>
        </w:rPr>
        <w:t xml:space="preserve">[41:07] </w:t>
      </w:r>
      <w:r>
        <w:t>bohat se farishtay wahan muntazir honge.</w:t>
      </w:r>
    </w:p>
    <w:p>
      <w:pPr>
        <w:jc w:val="right"/>
      </w:pPr>
      <w:r>
        <w:t>بہت سے فرشتے وہاں منتظر ہوں گے۔</w:t>
      </w:r>
    </w:p>
    <w:p>
      <w:r>
        <w:rPr>
          <w:b/>
        </w:rPr>
        <w:t xml:space="preserve">[41:10] </w:t>
      </w:r>
      <w:r>
        <w:t>un logon ke.</w:t>
      </w:r>
    </w:p>
    <w:p>
      <w:pPr>
        <w:jc w:val="right"/>
      </w:pPr>
      <w:r>
        <w:t>ان لوگوں کے۔</w:t>
      </w:r>
    </w:p>
    <w:p>
      <w:r>
        <w:rPr>
          <w:b/>
        </w:rPr>
        <w:t xml:space="preserve">[41:11] </w:t>
      </w:r>
      <w:r>
        <w:t>jo Allah ke mission ko mein apni apni zindagiyaan laga dein.</w:t>
      </w:r>
    </w:p>
    <w:p>
      <w:pPr>
        <w:jc w:val="right"/>
      </w:pPr>
      <w:r>
        <w:t>جو اللہ کے Mission کو میں اپنے اپنی زندگیاں لگا دیں۔</w:t>
      </w:r>
    </w:p>
    <w:p>
      <w:r>
        <w:rPr>
          <w:b/>
        </w:rPr>
        <w:t xml:space="preserve">[41:16] </w:t>
      </w:r>
      <w:r>
        <w:t>aur phir un par maut aaye aur phir wahan pohanchaye jayein woh.</w:t>
      </w:r>
    </w:p>
    <w:p>
      <w:pPr>
        <w:jc w:val="right"/>
      </w:pPr>
      <w:r>
        <w:t>اور پھر ان پر موت آئے اور پھر وہاں پہنچائے جائیں وہ۔</w:t>
      </w:r>
    </w:p>
    <w:p>
      <w:r>
        <w:rPr>
          <w:b/>
        </w:rPr>
        <w:t xml:space="preserve">[41:21] </w:t>
      </w:r>
      <w:r>
        <w:t>aur wahan par un ko farishtay basharatain dein ke aao tumhari, tumharay intezar mein hum kharay hue thay.</w:t>
      </w:r>
    </w:p>
    <w:p>
      <w:pPr>
        <w:jc w:val="right"/>
      </w:pPr>
      <w:r>
        <w:t>اور وہاں پر ان کو فرشتے بشارتیں دیں کہ آؤ تمہاری، تمہارے انتظار میں ہم کھڑے ہوئے تھے۔</w:t>
      </w:r>
    </w:p>
    <w:p>
      <w:r>
        <w:rPr>
          <w:b/>
        </w:rPr>
        <w:t xml:space="preserve">[41:29] </w:t>
      </w:r>
      <w:r>
        <w:t>jannat ka darwaza tumharay liye khula hua hai.</w:t>
      </w:r>
    </w:p>
    <w:p>
      <w:pPr>
        <w:jc w:val="right"/>
      </w:pPr>
      <w:r>
        <w:t>جنت کا دروازہ تمہارے لیے کھلا ہوا ہے۔</w:t>
      </w:r>
    </w:p>
    <w:p>
      <w:r>
        <w:rPr>
          <w:b/>
        </w:rPr>
        <w:t xml:space="preserve">[41:32] </w:t>
      </w:r>
      <w:r>
        <w:t>to mere nazdeek yeh hai Eid al-Adha ka din.</w:t>
      </w:r>
    </w:p>
    <w:p>
      <w:pPr>
        <w:jc w:val="right"/>
      </w:pPr>
      <w:r>
        <w:t>تو میرے نزدیک یہ ہے عید الاضحی کا دن۔</w:t>
      </w:r>
    </w:p>
    <w:p>
      <w:r>
        <w:rPr>
          <w:b/>
        </w:rPr>
        <w:t xml:space="preserve">[41:36] </w:t>
      </w:r>
      <w:r>
        <w:t>in sari baton ko yaad karne ka din hai Eid al-Adha.</w:t>
      </w:r>
    </w:p>
    <w:p>
      <w:pPr>
        <w:jc w:val="right"/>
      </w:pPr>
      <w:r>
        <w:t>ان ساری باتوں کو یاد کرنے کا دن ہے عید الاضحی۔</w:t>
      </w:r>
    </w:p>
    <w:p>
      <w:r>
        <w:rPr>
          <w:b/>
        </w:rPr>
        <w:t xml:space="preserve">[41:41] </w:t>
      </w:r>
      <w:r>
        <w:t>Eid al-Adha hargiz is liye nahi ke aap wahan biryani pakwayein aur qurban pakwayein aur kha kar khush</w:t>
      </w:r>
    </w:p>
    <w:p>
      <w:pPr>
        <w:jc w:val="right"/>
      </w:pPr>
      <w:r>
        <w:t>عید الاضحی ہرگز اس لیے نہیں کہ آپ وہاں بریانی پکوائیں اور قرباں پکوائیں اور کھا کر خوش</w:t>
      </w:r>
    </w:p>
    <w:p>
      <w:r>
        <w:rPr>
          <w:b/>
        </w:rPr>
        <w:t xml:space="preserve">[41:48] </w:t>
      </w:r>
      <w:r>
        <w:t>hon.</w:t>
      </w:r>
    </w:p>
    <w:p>
      <w:pPr>
        <w:jc w:val="right"/>
      </w:pPr>
      <w:r>
        <w:t>ہوں۔</w:t>
      </w:r>
    </w:p>
    <w:p>
      <w:r>
        <w:rPr>
          <w:b/>
        </w:rPr>
        <w:t xml:space="preserve">[41:50] </w:t>
      </w:r>
      <w:r>
        <w:t>yeh to is ko yani bohat hi haqeer maani dena hai is ko.</w:t>
      </w:r>
    </w:p>
    <w:p>
      <w:pPr>
        <w:jc w:val="right"/>
      </w:pPr>
      <w:r>
        <w:t>یہ تو اس کو یعنی بہت ہی حقیر معنی دینا ہے اس کو۔</w:t>
      </w:r>
    </w:p>
    <w:p>
      <w:r>
        <w:rPr>
          <w:b/>
        </w:rPr>
        <w:t xml:space="preserve">[41:56] </w:t>
      </w:r>
      <w:r>
        <w:t>woh aik khudai din hai, aik mission ka din hai, woh inqilab ko yaad karne ka din hai.</w:t>
      </w:r>
    </w:p>
    <w:p>
      <w:pPr>
        <w:jc w:val="right"/>
      </w:pPr>
      <w:r>
        <w:t>وہ ایک خدائی دن ہے، ایک Mission کا دن ہے، وہ انقلاب کو یاد کرنے کا دن ہے۔</w:t>
      </w:r>
    </w:p>
    <w:p>
      <w:r>
        <w:rPr>
          <w:b/>
        </w:rPr>
        <w:t xml:space="preserve">[42:03] </w:t>
      </w:r>
      <w:r>
        <w:t>paighambaron ko yaad karne ka din hai.</w:t>
      </w:r>
    </w:p>
    <w:p>
      <w:pPr>
        <w:jc w:val="right"/>
      </w:pPr>
      <w:r>
        <w:t>پیغمبروں کو یاد کرنے کا دن ہے۔</w:t>
      </w:r>
    </w:p>
    <w:p>
      <w:r>
        <w:rPr>
          <w:b/>
        </w:rPr>
        <w:t xml:space="preserve">[42:06] </w:t>
      </w:r>
      <w:r>
        <w:t>apni zimmedariyon ko daryaft karne ka din hai.</w:t>
      </w:r>
    </w:p>
    <w:p>
      <w:pPr>
        <w:jc w:val="right"/>
      </w:pPr>
      <w:r>
        <w:t>اپنی ذمہ داریوں کو دریافت کرنے کا دن ہے۔</w:t>
      </w:r>
    </w:p>
    <w:p>
      <w:r>
        <w:rPr>
          <w:b/>
        </w:rPr>
        <w:t xml:space="preserve">[42:10] </w:t>
      </w:r>
      <w:r>
        <w:t>bohat hi ajeeb ghareeb hai yeh din jis ko hum kehte hain Eid al-Adha.</w:t>
      </w:r>
    </w:p>
    <w:p>
      <w:pPr>
        <w:jc w:val="right"/>
      </w:pPr>
      <w:r>
        <w:t>بہت ہی عجیب غریب ہے یہ دن جس کو ہم کہتے ہیں عید الاضحی۔</w:t>
      </w:r>
    </w:p>
    <w:p>
      <w:r>
        <w:rPr>
          <w:b/>
        </w:rPr>
        <w:t xml:space="preserve">[42:16] </w:t>
      </w:r>
      <w:r>
        <w:t>aik poori tareekh juri hui hai Eid al-Adha se.</w:t>
      </w:r>
    </w:p>
    <w:p>
      <w:pPr>
        <w:jc w:val="right"/>
      </w:pPr>
      <w:r>
        <w:t>ایک پوری تاریخ جڑی ہوئی ہے عید الاضحی سے۔</w:t>
      </w:r>
    </w:p>
    <w:p>
      <w:r>
        <w:rPr>
          <w:b/>
        </w:rPr>
        <w:t xml:space="preserve">[42:20] </w:t>
      </w:r>
      <w:r>
        <w:t>aik lambi tareekh.</w:t>
      </w:r>
    </w:p>
    <w:p>
      <w:pPr>
        <w:jc w:val="right"/>
      </w:pPr>
      <w:r>
        <w:t>ایک لمبی تاریخ۔</w:t>
      </w:r>
    </w:p>
    <w:p>
      <w:r>
        <w:rPr>
          <w:b/>
        </w:rPr>
        <w:t xml:space="preserve">[42:21] </w:t>
      </w:r>
      <w:r>
        <w:t>jab aap is tareekh ko le kar sochein to aap ko lagega Eid ke Eid al-Adha kitna</w:t>
      </w:r>
    </w:p>
    <w:p>
      <w:pPr>
        <w:jc w:val="right"/>
      </w:pPr>
      <w:r>
        <w:t>جب آپ اس تاریخ کو لے کر سوچیں تو آپ کو لگے گا عید کہ عید الاضحی کتنا</w:t>
      </w:r>
    </w:p>
    <w:p>
      <w:r>
        <w:rPr>
          <w:b/>
        </w:rPr>
        <w:t xml:space="preserve">[42:29] </w:t>
      </w:r>
      <w:r>
        <w:t>azeem din hai, kitna ajeeb ghareeb din hai.</w:t>
      </w:r>
    </w:p>
    <w:p>
      <w:pPr>
        <w:jc w:val="right"/>
      </w:pPr>
      <w:r>
        <w:t>عظیم دن ہے، کتنا عجیب غریب دن ہے۔</w:t>
      </w:r>
    </w:p>
    <w:p>
      <w:r>
        <w:rPr>
          <w:b/>
        </w:rPr>
        <w:t xml:space="preserve">[42:33] </w:t>
      </w:r>
      <w:r>
        <w:t>tu meri dua hai ke Allah taala mujh ko aur aap ko tofeeq de ke hum Allah taala</w:t>
      </w:r>
    </w:p>
    <w:p>
      <w:pPr>
        <w:jc w:val="right"/>
      </w:pPr>
      <w:r>
        <w:t>تو میری دعا ہے کہ اللہ تعالیٰ مجھ کو اور آپ کو توفیق دے کہ ہم اللہ تعالیٰ</w:t>
      </w:r>
    </w:p>
    <w:p>
      <w:r>
        <w:rPr>
          <w:b/>
        </w:rPr>
        <w:t xml:space="preserve">[42:40] </w:t>
      </w:r>
      <w:r>
        <w:t>ke mansoobe ko samjhein aur apne aap ko Allah ke mansoobe mein, Allah ke Mission mein laga dein.</w:t>
      </w:r>
    </w:p>
    <w:p>
      <w:pPr>
        <w:jc w:val="right"/>
      </w:pPr>
      <w:r>
        <w:t>کے منصوبے کو سمجھیں اور اپنے آپ کو اللہ کے منصوبے میں، اللہ کے Mission میں لگا دیں۔</w:t>
      </w:r>
    </w:p>
    <w:p>
      <w:r>
        <w:rPr>
          <w:b/>
        </w:rPr>
        <w:t xml:space="preserve">[42:48] </w:t>
      </w:r>
      <w:r>
        <w:t>taake Allah humein akhirat mein jannat mein dakhil farmaye.</w:t>
      </w:r>
    </w:p>
    <w:p>
      <w:pPr>
        <w:jc w:val="right"/>
      </w:pPr>
      <w:r>
        <w:t>تاکہ اللہ ہمیں آخرت میں جنت میں داخل فرمائے۔</w:t>
      </w:r>
    </w:p>
    <w:p>
      <w:r>
        <w:rPr>
          <w:b/>
        </w:rPr>
        <w:t xml:space="preserve">[42:52] </w:t>
      </w:r>
      <w:r>
        <w:t>Rabbana atina fid dunya hasanah wa fil akhirati hasanah wa qina azabannar Rabbana taqabbal minna innaka antas sami'ul alim</w:t>
      </w:r>
    </w:p>
    <w:p>
      <w:pPr>
        <w:jc w:val="right"/>
      </w:pPr>
      <w:r>
        <w:t>ربنا آتنا فی الدنیا حسنہ وفی الآخرة حسنہ وقنا عذاب النار ربنا تقبل منا إنك أنت السميع العليم</w:t>
      </w:r>
    </w:p>
    <w:p>
      <w:r>
        <w:rPr>
          <w:b/>
        </w:rPr>
        <w:t xml:space="preserve">[43:00] </w:t>
      </w:r>
      <w:r>
        <w:t>wa tub 'alayna innaka antat tawwabur rahim wa sallallahu taala 'ala khairi khalqihi Muhammadin wa aalihi wa ash'abihi ajma'een birahmatika ya</w:t>
      </w:r>
    </w:p>
    <w:p>
      <w:pPr>
        <w:jc w:val="right"/>
      </w:pPr>
      <w:r>
        <w:t>وتب علینا إنك أنت التواب الرحیم وصلی اللہ تعالیٰ علی خیر خلقہ محمد والہ واصحابہ اجمعین برحمتک یا</w:t>
      </w:r>
    </w:p>
    <w:p>
      <w:r>
        <w:rPr>
          <w:b/>
        </w:rPr>
        <w:t xml:space="preserve">[43:07] </w:t>
      </w:r>
      <w:r>
        <w:t>علیہم الراحمین السلام علیکم ورحمۃ اللہ Okay, before we start the question-answer session, we would like to</w:t>
      </w:r>
    </w:p>
    <w:p>
      <w:pPr>
        <w:jc w:val="right"/>
      </w:pPr>
      <w:r>
        <w:t>علیہم الراحمین السلام علیکم ورحمۃ اللہ اوکے بیفور وی سٹارٹ دی کوئسچن انسر سیشن وی وڈ لائک ٹو</w:t>
      </w:r>
    </w:p>
    <w:p>
      <w:r>
        <w:rPr>
          <w:b/>
        </w:rPr>
        <w:t xml:space="preserve">[43:15] </w:t>
      </w:r>
      <w:r>
        <w:t>Tell everyone that Maulana has written an article on Eid al-Adha which has been carried today in</w:t>
      </w:r>
    </w:p>
    <w:p>
      <w:pPr>
        <w:jc w:val="right"/>
      </w:pPr>
      <w:r>
        <w:t>ٹیل ایوری ون دیٹ مولانا ہیز رٹن این آرٹیکل ان عید الاضحی وچ ہیز بین کیریڈ ٹوڈے ان</w:t>
      </w:r>
    </w:p>
    <w:p>
      <w:r>
        <w:rPr>
          <w:b/>
        </w:rPr>
        <w:t xml:space="preserve">[43:23] </w:t>
      </w:r>
      <w:r>
        <w:t>de Speaking Tree Supplement of the Times of India the title of the article is Eid for Peace</w:t>
      </w:r>
    </w:p>
    <w:p>
      <w:pPr>
        <w:jc w:val="right"/>
      </w:pPr>
      <w:r>
        <w:t>دی سپیکنگ ٹری سپلیمنٹ اف دا ٹائمز اف انڈیا دی ٹائٹل اف دی آرٹیکل از عید فار پیس</w:t>
      </w:r>
    </w:p>
    <w:p>
      <w:r>
        <w:rPr>
          <w:b/>
        </w:rPr>
        <w:t xml:space="preserve">[43:30] </w:t>
      </w:r>
      <w:r>
        <w:t>if any of you is not able to get the print edition they can read it online</w:t>
      </w:r>
    </w:p>
    <w:p>
      <w:pPr>
        <w:jc w:val="right"/>
      </w:pPr>
      <w:r>
        <w:t>اف اینی اف یو از ناٹ ایبل ٹو گیٹ دی پرنٹ ایڈیشن دے کین ریڈ اٹ ان لائن</w:t>
      </w:r>
    </w:p>
    <w:p>
      <w:r>
        <w:rPr>
          <w:b/>
        </w:rPr>
        <w:t xml:space="preserve">[43:38] </w:t>
      </w:r>
      <w:r>
        <w:t>from Speaking Tree website so we begin with the question answer session now Maulana yeh sawal aaya</w:t>
      </w:r>
    </w:p>
    <w:p>
      <w:pPr>
        <w:jc w:val="right"/>
      </w:pPr>
      <w:r>
        <w:t>فرام سپیکنگ ٹری ویب سائٹ سو وی بیگن ود دی کوئسچن انسر سیشن ناو مولانا یہ سوال آیا</w:t>
      </w:r>
    </w:p>
    <w:p>
      <w:r>
        <w:rPr>
          <w:b/>
        </w:rPr>
        <w:t xml:space="preserve">[43:46] </w:t>
      </w:r>
      <w:r>
        <w:t>hai Dilli se Shahnawaz Zafar Sahab ka unhon ne likha hai jab Islam aman ka mazhab hai jab</w:t>
      </w:r>
    </w:p>
    <w:p>
      <w:pPr>
        <w:jc w:val="right"/>
      </w:pPr>
      <w:r>
        <w:t>ہے دلی سے شاہنواز ظفر صاحب کا انہوں نے لکھا ہے جب اسلام امن کا مذہب ہے جب</w:t>
      </w:r>
    </w:p>
    <w:p>
      <w:r>
        <w:rPr>
          <w:b/>
        </w:rPr>
        <w:t xml:space="preserve">[43:54] </w:t>
      </w:r>
      <w:r>
        <w:t>Quran mein kahin bhi tashaddud ki baat nahin hai aur Quran apne asal surat mein mehfooz bhi hai</w:t>
      </w:r>
    </w:p>
    <w:p>
      <w:pPr>
        <w:jc w:val="right"/>
      </w:pPr>
      <w:r>
        <w:t>قرآن میں کہیں بھی تشدد کی بات نہیں ہے اور قرآن اپنے اصل صورت میں محفوظ بھی ہے</w:t>
      </w:r>
    </w:p>
    <w:p>
      <w:r>
        <w:rPr>
          <w:b/>
        </w:rPr>
        <w:t xml:space="preserve">[44:01] </w:t>
      </w:r>
      <w:r>
        <w:t>to aisa kaise ho gaya ke aaj Islam tashaddud bhara mazhab dikhne laga hai jahan jahan Musalman hain</w:t>
      </w:r>
    </w:p>
    <w:p>
      <w:pPr>
        <w:jc w:val="right"/>
      </w:pPr>
      <w:r>
        <w:t>تو ایسا کیسے ہو گیا کہ آج اسلام تشدد بھرا مذہب دکھنے لگا ہے جہاں جہاں مسلمان ہیں</w:t>
      </w:r>
    </w:p>
    <w:p>
      <w:r>
        <w:rPr>
          <w:b/>
        </w:rPr>
        <w:t xml:space="preserve">[44:09] </w:t>
      </w:r>
      <w:r>
        <w:t>log un se pareshan hain Islam ki galat ta'beer poori qaum par kaise chha gayi har qaum mein</w:t>
      </w:r>
    </w:p>
    <w:p>
      <w:pPr>
        <w:jc w:val="right"/>
      </w:pPr>
      <w:r>
        <w:t>لوگ ان سے پریشان ہیں اسلام کی غلط تعبیر پوری قوم پر کیسے چھا گئی ہر قوم میں</w:t>
      </w:r>
    </w:p>
    <w:p>
      <w:r>
        <w:rPr>
          <w:b/>
        </w:rPr>
        <w:t xml:space="preserve">[44:17] </w:t>
      </w:r>
      <w:r>
        <w:t>kuch galat afraad hote hain lekin aise kaise ho gaya ke poori qaum hi galat direction mein chali</w:t>
      </w:r>
    </w:p>
    <w:p>
      <w:pPr>
        <w:jc w:val="right"/>
      </w:pPr>
      <w:r>
        <w:t>کچھ غلط افراد ہوتے ہیں لیکن ایسے کیسے ہو گیا کہ پوری قوم ہی غلط ڈائریکشن میں چلی</w:t>
      </w:r>
    </w:p>
    <w:p>
      <w:r>
        <w:rPr>
          <w:b/>
        </w:rPr>
        <w:t xml:space="preserve">[44:24] </w:t>
      </w:r>
      <w:r>
        <w:t>gayi meharbani kar ke sahi rehnumai farmayein dekhiye yeh mamla hadithon mein wazeh taur par bata diya gaya</w:t>
      </w:r>
    </w:p>
    <w:p>
      <w:pPr>
        <w:jc w:val="right"/>
      </w:pPr>
      <w:r>
        <w:t>گئی مہربانی کر کے صحیح رہنمائی فرمائیں دیکھیں یہ معاملہ حدیثوں میں واضح طور پر بتا دیا گیا</w:t>
      </w:r>
    </w:p>
    <w:p>
      <w:r>
        <w:rPr>
          <w:b/>
        </w:rPr>
        <w:t xml:space="preserve">[44:32] </w:t>
      </w:r>
      <w:r>
        <w:t>hai bahut si hadithain hain jismein bataya gaya hai ke ke Musalmanon par isi tarah zawal aayega</w:t>
      </w:r>
    </w:p>
    <w:p>
      <w:pPr>
        <w:jc w:val="right"/>
      </w:pPr>
      <w:r>
        <w:t>ہے بہت سی حدیثیں ہیں جس میں بتایا گیا ہے کہ کہ مسلمانوں پر اسی طرح زوال آئے</w:t>
      </w:r>
    </w:p>
    <w:p>
      <w:r>
        <w:rPr>
          <w:b/>
        </w:rPr>
        <w:t xml:space="preserve">[44:40] </w:t>
      </w:r>
      <w:r>
        <w:t>jis tarah doosri qaumon par zawal aaya hai bahut si hadithain hain yaani pichhli ummaton par zawal</w:t>
      </w:r>
    </w:p>
    <w:p>
      <w:pPr>
        <w:jc w:val="right"/>
      </w:pPr>
      <w:r>
        <w:t>گا جس طرح دوسری قوموں پر زوال آیا ہے بہت سی حدیثیں ہیں یعنی پچھلی امتوں پر زوال</w:t>
      </w:r>
    </w:p>
    <w:p>
      <w:r>
        <w:rPr>
          <w:b/>
        </w:rPr>
        <w:t xml:space="preserve">[44:48] </w:t>
      </w:r>
      <w:r>
        <w:t>aaya aur woh raaste se bhatak gayeen aise hi Musalmanon par zawal aayega aur woh sirat-e-mustaqeem</w:t>
      </w:r>
    </w:p>
    <w:p>
      <w:pPr>
        <w:jc w:val="right"/>
      </w:pPr>
      <w:r>
        <w:t>آیا اور وہ راستے سے بھٹک گئیں ایسے ہی مسلمانوں پر زوال آئے گا اور وہ صراط مستقیم</w:t>
      </w:r>
    </w:p>
    <w:p>
      <w:r>
        <w:rPr>
          <w:b/>
        </w:rPr>
        <w:t xml:space="preserve">[44:55] </w:t>
      </w:r>
      <w:r>
        <w:t>par qaim nahin rahenge woh log misaal ke taur par ek hadith mein yeh alfaaz hain ke</w:t>
      </w:r>
    </w:p>
    <w:p>
      <w:pPr>
        <w:jc w:val="right"/>
      </w:pPr>
      <w:r>
        <w:t>پر قائم نہیں رہیں گے وہ لوگ مثال کے طور پر ایک حدیث میں یہ الفاظ ہیں کہ</w:t>
      </w:r>
    </w:p>
    <w:p>
      <w:r>
        <w:rPr>
          <w:b/>
        </w:rPr>
        <w:t xml:space="preserve">[45:03] </w:t>
      </w:r>
      <w:r>
        <w:t>lam yabqa min al-Islami illa ismuhu wa lam yabqa min al-Qurani illa rasmuhu yaani zawal is had tak pahunche</w:t>
      </w:r>
    </w:p>
    <w:p>
      <w:pPr>
        <w:jc w:val="right"/>
      </w:pPr>
      <w:r>
        <w:t>لم یبق من الاسلام الا اسمہ ولم یبق من القرآن الا رسمہ یعنی زوال اس حد تک پہنچے</w:t>
      </w:r>
    </w:p>
    <w:p>
      <w:r>
        <w:rPr>
          <w:b/>
        </w:rPr>
        <w:t xml:space="preserve">[45:11] </w:t>
      </w:r>
      <w:r>
        <w:t>ga ke Islam ka sirf naam reh jayega aur Quran ka sirf uska script reh jayega</w:t>
      </w:r>
    </w:p>
    <w:p>
      <w:pPr>
        <w:jc w:val="right"/>
      </w:pPr>
      <w:r>
        <w:t>گا کہ اسلام کا صرف نام رہ جائے گا اور قرآن کا صرف اس کا اسکرپٹ رہ جائے</w:t>
      </w:r>
    </w:p>
    <w:p>
      <w:r>
        <w:rPr>
          <w:b/>
        </w:rPr>
        <w:t xml:space="preserve">[45:18] </w:t>
      </w:r>
      <w:r>
        <w:t>ga to yeh ta'ajjub ki baat is mein nahin hai yeh to hota hi hota hai aap Ibn</w:t>
      </w:r>
    </w:p>
    <w:p>
      <w:pPr>
        <w:jc w:val="right"/>
      </w:pPr>
      <w:r>
        <w:t>گا تو یہ تعجب کی بات اس میں نہیں ہے یہ تو ہوتا ہی ہوتا ہے آپ ابن</w:t>
      </w:r>
    </w:p>
    <w:p>
      <w:r>
        <w:rPr>
          <w:b/>
        </w:rPr>
        <w:t xml:space="preserve">[45:26] </w:t>
      </w:r>
      <w:r>
        <w:t>Khaldun ka muqaddama padhiye Ibn Khaldun ne apne muqaddame mein yeh baat likhi thi ke li-l-aqwami a'maarun kama</w:t>
      </w:r>
    </w:p>
    <w:p>
      <w:pPr>
        <w:jc w:val="right"/>
      </w:pPr>
      <w:r>
        <w:t>خلدون کا مقدمہ پڑھیے ابن خلدون نے اپنے مقدمے میں یہ بات لکھی تھی کہ للاقوام اعمار کما</w:t>
      </w:r>
    </w:p>
    <w:p>
      <w:r>
        <w:rPr>
          <w:b/>
        </w:rPr>
        <w:t xml:space="preserve">[45:34] </w:t>
      </w:r>
      <w:r>
        <w:t>lil-afraadi a'maarun jis tarah ek fard par budhapa aata hai aise hi qaumon par bhi budhapa aata hai</w:t>
      </w:r>
    </w:p>
    <w:p>
      <w:pPr>
        <w:jc w:val="right"/>
      </w:pPr>
      <w:r>
        <w:t>للافراد اعمار جس طرح ایک فرد پر بڑھاپا آتا ہے ایسے ہی قوموں پر بھی بڑھاپا آتا ہے</w:t>
      </w:r>
    </w:p>
    <w:p>
      <w:r>
        <w:rPr>
          <w:b/>
        </w:rPr>
        <w:t xml:space="preserve">[45:42] </w:t>
      </w:r>
      <w:r>
        <w:t>zawal aata hai to jo cheez hamare liye itminan ki hai woh yeh hai yeh mat sochiye ke</w:t>
      </w:r>
    </w:p>
    <w:p>
      <w:pPr>
        <w:jc w:val="right"/>
      </w:pPr>
      <w:r>
        <w:t>زوال آتا ہے تو جو چیز ہمارے لیے اطمینان کی ہے وہ یہ ہے یہ مت سوچیے کہ</w:t>
      </w:r>
    </w:p>
    <w:p>
      <w:r>
        <w:rPr>
          <w:b/>
        </w:rPr>
        <w:t xml:space="preserve">[45:49] </w:t>
      </w:r>
      <w:r>
        <w:t>zawal aaya to zawal to aane hi aana tha zawal to aayega degeneration ka zamana to</w:t>
      </w:r>
    </w:p>
    <w:p>
      <w:pPr>
        <w:jc w:val="right"/>
      </w:pPr>
      <w:r>
        <w:t>زوال آیا تو زوال تو آنے ہی آنا تھا زوال تو آئے گا ڈی جنریشن کا زمانہ تو</w:t>
      </w:r>
    </w:p>
    <w:p>
      <w:r>
        <w:rPr>
          <w:b/>
        </w:rPr>
        <w:t xml:space="preserve">[45:57] </w:t>
      </w:r>
      <w:r>
        <w:t>aaye ga lekin hamein jo cheez itminan dilane wali hai woh yeh hai ke quran mehfooz hai sunnat</w:t>
      </w:r>
    </w:p>
    <w:p>
      <w:pPr>
        <w:jc w:val="right"/>
      </w:pPr>
      <w:r>
        <w:t>آئے گا لیکن ہمیں جو چیز اطمینان دلانے والی ہے وہ یہ ہے کہ قرآن محفوظ ہے سنت</w:t>
      </w:r>
    </w:p>
    <w:p>
      <w:r>
        <w:rPr>
          <w:b/>
        </w:rPr>
        <w:t xml:space="preserve">[46:05] </w:t>
      </w:r>
      <w:r>
        <w:t>mehfooz hai hadith mehfooz hai sahaba ke halaat mehfooz hain is tarah hum rediscover kar sakte hain</w:t>
      </w:r>
    </w:p>
    <w:p>
      <w:pPr>
        <w:jc w:val="right"/>
      </w:pPr>
      <w:r>
        <w:t>محفوظ ہے حدیث محفوظ ہے صحابہ کے حالات محفوظ ہیں اس طرح ہم ری ڈسکور کر سکتے ہیں</w:t>
      </w:r>
    </w:p>
    <w:p>
      <w:r>
        <w:rPr>
          <w:b/>
        </w:rPr>
        <w:t xml:space="preserve">[46:12] </w:t>
      </w:r>
      <w:r>
        <w:t>islam ko rediscover kar ke us ko dunya mein le kar ek badar bishan ke aage barh</w:t>
      </w:r>
    </w:p>
    <w:p>
      <w:pPr>
        <w:jc w:val="right"/>
      </w:pPr>
      <w:r>
        <w:t>اسلام کو ری ڈسکور کر کے اس کو دنیا میں لے کر ایک بدر بشن کے آگے بڑھ</w:t>
      </w:r>
    </w:p>
    <w:p>
      <w:r>
        <w:rPr>
          <w:b/>
        </w:rPr>
        <w:t xml:space="preserve">[46:20] </w:t>
      </w:r>
      <w:r>
        <w:t>sakte hain to aap ne apni zimmedari ko yaad kijiye na ke ummat ko le kar ke</w:t>
      </w:r>
    </w:p>
    <w:p>
      <w:pPr>
        <w:jc w:val="right"/>
      </w:pPr>
      <w:r>
        <w:t>سکتے ہیں تو آپ نے اپنی ذمہ داری کو یاد کیجیے نہ کہ امت کو لے کر کے</w:t>
      </w:r>
    </w:p>
    <w:p>
      <w:r>
        <w:rPr>
          <w:b/>
        </w:rPr>
        <w:t xml:space="preserve">[46:28] </w:t>
      </w:r>
      <w:r>
        <w:t>aap shikwa kijiye ke woh to hona hi hona tha zawal to aane hi aana tha baad ki</w:t>
      </w:r>
    </w:p>
    <w:p>
      <w:pPr>
        <w:jc w:val="right"/>
      </w:pPr>
      <w:r>
        <w:t>آپ شکوہ کیجیے کہ وہ تو ہونا ہی ہونا تھا زوال تو آنے ہی آنا تھا بعد کی</w:t>
      </w:r>
    </w:p>
    <w:p>
      <w:r>
        <w:rPr>
          <w:b/>
        </w:rPr>
        <w:t xml:space="preserve">[46:36] </w:t>
      </w:r>
      <w:r>
        <w:t>جنریشن میں لازماً زوال آتا ہے یہ آپ کو بدل نہیں سکتے اس کو you cannot change</w:t>
      </w:r>
    </w:p>
    <w:p>
      <w:pPr>
        <w:jc w:val="right"/>
      </w:pPr>
      <w:r>
        <w:t>جنریشن میں لازماً زوال آتا ہے یہ آپ کو بدل نہیں سکتے اس کو یو کین ناٹ چینج</w:t>
      </w:r>
    </w:p>
    <w:p>
      <w:r>
        <w:rPr>
          <w:b/>
        </w:rPr>
        <w:t xml:space="preserve">[46:43] </w:t>
      </w:r>
      <w:r>
        <w:t>dalal of nature to jo hua woh ain law of nature ke mutabiq hua aap ki zimme</w:t>
      </w:r>
    </w:p>
    <w:p>
      <w:pPr>
        <w:jc w:val="right"/>
      </w:pPr>
      <w:r>
        <w:t>دا لاء آف نیچر تو جو ہوا وہ عین لاء آف نیچر کے مطابق ہوا آپ کی ذمہ</w:t>
      </w:r>
    </w:p>
    <w:p>
      <w:r>
        <w:rPr>
          <w:b/>
        </w:rPr>
        <w:t xml:space="preserve">[46:51] </w:t>
      </w:r>
      <w:r>
        <w:t>dari yeh hai ke aap quran aur sunnat ke zariye islam ko rediscover karen aur bator mission</w:t>
      </w:r>
    </w:p>
    <w:p>
      <w:pPr>
        <w:jc w:val="right"/>
      </w:pPr>
      <w:r>
        <w:t>داری یہ ہے کہ آپ قرآن اور سنت کے ذریعے اسلام کو ری ڈسکور کریں اور بطور مشن</w:t>
      </w:r>
    </w:p>
    <w:p>
      <w:r>
        <w:rPr>
          <w:b/>
        </w:rPr>
        <w:t xml:space="preserve">[46:59] </w:t>
      </w:r>
      <w:r>
        <w:t>us ko le ke khare hon aur dunya ke samne batayen ke islam haqeeqat islam kya hai haqeeqi</w:t>
      </w:r>
    </w:p>
    <w:p>
      <w:pPr>
        <w:jc w:val="right"/>
      </w:pPr>
      <w:r>
        <w:t>اس کو لے کے کھڑے ہوں اور دنیا کے سامنے بتائیں کہ اسلام حقیقت اسلام کیا ہے حقیقی</w:t>
      </w:r>
    </w:p>
    <w:p>
      <w:r>
        <w:rPr>
          <w:b/>
        </w:rPr>
        <w:t xml:space="preserve">[47:06] </w:t>
      </w:r>
      <w:r>
        <w:t>islam kya hai dunya ko batayen ke you have to differentiate between islam and muslims dunya ko batayen</w:t>
      </w:r>
    </w:p>
    <w:p>
      <w:pPr>
        <w:jc w:val="right"/>
      </w:pPr>
      <w:r>
        <w:t>اسلام کیا ہے دنیا کو بتائیں کہ یو ہیو ٹو ڈیفرنشیٹ بٹوین اسلام اینڈ مسلمز دنیا کو بتائیں</w:t>
      </w:r>
    </w:p>
    <w:p>
      <w:r>
        <w:rPr>
          <w:b/>
        </w:rPr>
        <w:t xml:space="preserve">[47:14] </w:t>
      </w:r>
      <w:r>
        <w:t>ke tum islam ko us ke text text ke zariye samjho text yani zawal yafta qom ke zariye</w:t>
      </w:r>
    </w:p>
    <w:p>
      <w:pPr>
        <w:jc w:val="right"/>
      </w:pPr>
      <w:r>
        <w:t>کہ تم اسلام کو اس کے ٹیکسٹ ٹیکسٹ کے ذریعے سمجھو ٹیکسٹ یعنی زوال یافتہ قوم کے ذریعے</w:t>
      </w:r>
    </w:p>
    <w:p>
      <w:r>
        <w:rPr>
          <w:b/>
        </w:rPr>
        <w:t xml:space="preserve">[47:22] </w:t>
      </w:r>
      <w:r>
        <w:t>islam ko mat samajhne ki koshish karo yeh batayen aap asal mein zimmedari aap ki yeh hai</w:t>
      </w:r>
    </w:p>
    <w:p>
      <w:pPr>
        <w:jc w:val="right"/>
      </w:pPr>
      <w:r>
        <w:t>اسلام کو مت سمجھنے کی کوشش کرو یہ بتائیں آپ اصل میں ذمہ داری آپ کی یہ ہے</w:t>
      </w:r>
    </w:p>
    <w:p>
      <w:r>
        <w:rPr>
          <w:b/>
        </w:rPr>
        <w:t xml:space="preserve">[47:30] </w:t>
      </w:r>
      <w:r>
        <w:t>maulana agla sawal ajmer se aaya hai doctor safeena tabassum ka unhon ne likha hai maulana sahib in</w:t>
      </w:r>
    </w:p>
    <w:p>
      <w:pPr>
        <w:jc w:val="right"/>
      </w:pPr>
      <w:r>
        <w:t>مولانا اگلا سوال اجمیر سے آیا ہے ڈاکٹر سفینہ تبسم کا انہوں نے لکھا ہے مولانا صاحب ان</w:t>
      </w:r>
    </w:p>
    <w:p>
      <w:r>
        <w:rPr>
          <w:b/>
        </w:rPr>
        <w:t xml:space="preserve">[47:37] </w:t>
      </w:r>
      <w:r>
        <w:t>one of your daily lectures this week you mentioned how we should not adopt a wrong criteria to</w:t>
      </w:r>
    </w:p>
    <w:p>
      <w:pPr>
        <w:jc w:val="right"/>
      </w:pPr>
      <w:r>
        <w:t>ون آف یور ڈیلی لیکچرز دس ویک یو مینشنڈ ہاؤ وی شوڈ ناٹ اڈاپٹ ا رونگ کرائٹیریا ٹو</w:t>
      </w:r>
    </w:p>
    <w:p>
      <w:r>
        <w:rPr>
          <w:b/>
        </w:rPr>
        <w:t xml:space="preserve">[47:45] </w:t>
      </w:r>
      <w:r>
        <w:t>Just something my question is what are the parameters of right criteria please guide us. Dekhiye Quran ko</w:t>
      </w:r>
    </w:p>
    <w:p>
      <w:pPr>
        <w:jc w:val="right"/>
      </w:pPr>
      <w:r>
        <w:t>جج سمتھنگ مائی کوئسچن از واٹ آر دا پیرامیٹرز آف رائٹ کرائٹیریا پلیز گائیڈ اس دیکھیں قرآن کو</w:t>
      </w:r>
    </w:p>
    <w:p>
      <w:r>
        <w:rPr>
          <w:b/>
        </w:rPr>
        <w:t xml:space="preserve">[47:53] </w:t>
      </w:r>
      <w:r>
        <w:t>furqan kaha gaya hai yahi to hai right criteria aap quran ko gehrai ke sath padhiye to aap</w:t>
      </w:r>
    </w:p>
    <w:p>
      <w:pPr>
        <w:jc w:val="right"/>
      </w:pPr>
      <w:r>
        <w:t>فرقان کہا گیا ہے یہی تو ہے رائٹ کرائٹیریا آپ قرآن کو گہرائی کے ساتھ پڑھیے تو آپ</w:t>
      </w:r>
    </w:p>
    <w:p>
      <w:r>
        <w:rPr>
          <w:b/>
        </w:rPr>
        <w:t xml:space="preserve">[48:00] </w:t>
      </w:r>
      <w:r>
        <w:t>ko sahih meyar maloom ho jayega to bohat asan hai yani quran ko kaha gaya hai ke</w:t>
      </w:r>
    </w:p>
    <w:p>
      <w:pPr>
        <w:jc w:val="right"/>
      </w:pPr>
      <w:r>
        <w:t>کو صحیح معیار معلوم ہو جائے گا تو بہت آسان ہے یعنی قرآن کو کہا گیا ہے کہ</w:t>
      </w:r>
    </w:p>
    <w:p>
      <w:r>
        <w:rPr>
          <w:b/>
        </w:rPr>
        <w:t xml:space="preserve">[48:08] </w:t>
      </w:r>
      <w:r>
        <w:t>woh right criteria deta hai kyunke hamare pas maujood hai right criteria hamare pas maujood hai ab mein</w:t>
      </w:r>
    </w:p>
    <w:p>
      <w:pPr>
        <w:jc w:val="right"/>
      </w:pPr>
      <w:r>
        <w:t>وہ رائٹ کرائٹیرین دیتا ہے کیونکہ ہمارے پاس موجود ہے رائٹ کرائٹیرین ہمارے پاس موجود ہے اب میں</w:t>
      </w:r>
    </w:p>
    <w:p>
      <w:r>
        <w:rPr>
          <w:b/>
        </w:rPr>
        <w:t xml:space="preserve">[48:16] </w:t>
      </w:r>
      <w:r>
        <w:t>ne meri sari kitaben sach puchhen to quran ki tafsir hain aap hamari kitabon ko padhiye to aap</w:t>
      </w:r>
    </w:p>
    <w:p>
      <w:pPr>
        <w:jc w:val="right"/>
      </w:pPr>
      <w:r>
        <w:t>نے میری ساری کتابیں سچ پوچھیں تو قرآن کی تفسیر ہیں آپ ہماری کتابوں کو پڑھیے تو آپ</w:t>
      </w:r>
    </w:p>
    <w:p>
      <w:r>
        <w:rPr>
          <w:b/>
        </w:rPr>
        <w:t xml:space="preserve">[48:24] </w:t>
      </w:r>
      <w:r>
        <w:t>dekhenge ke har masle mein har masle mein har masle mein aap ko sahih meyar milta hai</w:t>
      </w:r>
    </w:p>
    <w:p>
      <w:pPr>
        <w:jc w:val="right"/>
      </w:pPr>
      <w:r>
        <w:t>دیکھیں گے کہ ہر مسئلے میں ہر مسئلے میں ہر مسئلے میں آپ کو صحیح معیار ملتا ہے</w:t>
      </w:r>
    </w:p>
    <w:p>
      <w:r>
        <w:rPr>
          <w:b/>
        </w:rPr>
        <w:t xml:space="preserve">[48:31] </w:t>
      </w:r>
      <w:r>
        <w:t>kaise aap judge karen cheezon ko cheezon ko kaise judge karen woh milta hai aap ko misal ke</w:t>
      </w:r>
    </w:p>
    <w:p>
      <w:pPr>
        <w:jc w:val="right"/>
      </w:pPr>
      <w:r>
        <w:t>کیسے آپ جج کریں چیزوں کو چیزوں کو کیسے جج کریں وہ ملتا ہے آپ کو مثال کے</w:t>
      </w:r>
    </w:p>
    <w:p>
      <w:r>
        <w:rPr>
          <w:b/>
        </w:rPr>
        <w:t xml:space="preserve">[48:39] </w:t>
      </w:r>
      <w:r>
        <w:t>tor par aaj kal jo hai log samjhe hain sab yeh samajh rahe hain ke gun culture aur</w:t>
      </w:r>
    </w:p>
    <w:p>
      <w:pPr>
        <w:jc w:val="right"/>
      </w:pPr>
      <w:r>
        <w:t>طور پر آج کل جو ہے لوگ سمجھے ہیں سب یہ سمجھ رہے ہیں کہ گن کلچر اور</w:t>
      </w:r>
    </w:p>
    <w:p>
      <w:r>
        <w:rPr>
          <w:b/>
        </w:rPr>
        <w:t xml:space="preserve">[48:47] </w:t>
      </w:r>
      <w:r>
        <w:t>bomb culture se woh islam ko ghalib karenge aur us quran mein likha hua hai ke asal</w:t>
      </w:r>
    </w:p>
    <w:p>
      <w:pPr>
        <w:jc w:val="right"/>
      </w:pPr>
      <w:r>
        <w:t>بم کلچر سے وہ اسلام کو غالب کریں گے اور اس قرآن میں لکھا ہوا ہے کہ اصل</w:t>
      </w:r>
    </w:p>
    <w:p>
      <w:r>
        <w:rPr>
          <w:b/>
        </w:rPr>
        <w:t xml:space="preserve">[48:54] </w:t>
      </w:r>
      <w:r>
        <w:t>woh khair yani peace ke zariye kamyabi hasil hoti hai ab dekhen ulta logon ne samajh rakha hai</w:t>
      </w:r>
    </w:p>
    <w:p>
      <w:pPr>
        <w:jc w:val="right"/>
      </w:pPr>
      <w:r>
        <w:t>و خیر یعنی پیس کے ذریعے کامیابی حاصل ہوتی ہے اب دیکھیں الٹا لوگوں نے سمجھ رکھا ہے</w:t>
      </w:r>
    </w:p>
    <w:p>
      <w:r>
        <w:rPr>
          <w:b/>
        </w:rPr>
        <w:t xml:space="preserve">[49:02] </w:t>
      </w:r>
      <w:r>
        <w:t>log samajhte hain ke violence kar ke aur jang kar ke aur society bombing kar ke woh jeet</w:t>
      </w:r>
    </w:p>
    <w:p>
      <w:pPr>
        <w:jc w:val="right"/>
      </w:pPr>
      <w:r>
        <w:t>لوگ سمجھتے ہیں کہ وائیلنس کر کے اور جنگ کر کے اور سوسائٹی بمبنگ کر کے وہ جیت</w:t>
      </w:r>
    </w:p>
    <w:p>
      <w:r>
        <w:rPr>
          <w:b/>
        </w:rPr>
        <w:t xml:space="preserve">[49:10] </w:t>
      </w:r>
      <w:r>
        <w:t>sakte hain aur quran batata hai ke nahin peace peaceful bathr se jeet hasil hogi to har</w:t>
      </w:r>
    </w:p>
    <w:p>
      <w:pPr>
        <w:jc w:val="right"/>
      </w:pPr>
      <w:r>
        <w:t>سکتے ہیں اور قرآن بتاتا ہے کہ نہیں پیس پیس فل بثر سے جیت حاصل ہوگی تو ہر</w:t>
      </w:r>
    </w:p>
    <w:p>
      <w:r>
        <w:rPr>
          <w:b/>
        </w:rPr>
        <w:t xml:space="preserve">[49:18] </w:t>
      </w:r>
      <w:r>
        <w:t>معاملے میں آپ کو قرآن جواب دے دے گا تو Quran is the only criterion to judge things.</w:t>
      </w:r>
    </w:p>
    <w:p>
      <w:pPr>
        <w:jc w:val="right"/>
      </w:pPr>
      <w:r>
        <w:t>معاملے میں آپ کو قرآن جواب دے دے گا تو قرآن از دا اونلی کرائٹیرین ٹو جج تھنگز</w:t>
      </w:r>
    </w:p>
    <w:p>
      <w:r>
        <w:rPr>
          <w:b/>
        </w:rPr>
        <w:t xml:space="preserve">[49:25] </w:t>
      </w:r>
      <w:r>
        <w:t>bas aap quran ko padhiye tadabbur ke sath aap ko sab bat maloom ho jayegi maulana agla</w:t>
      </w:r>
    </w:p>
    <w:p>
      <w:pPr>
        <w:jc w:val="right"/>
      </w:pPr>
      <w:r>
        <w:t>بس آپ قرآن کو پڑھیے تدبر کے ساتھ آپ کو سب بات معلوم ہو جائے گی مولانا اگلا</w:t>
      </w:r>
    </w:p>
    <w:p>
      <w:r>
        <w:rPr>
          <w:b/>
        </w:rPr>
        <w:t xml:space="preserve">[49:33] </w:t>
      </w:r>
      <w:r>
        <w:t>sawal idrees sahib ne kiya hai raipur se unhon ne aap se pucha hai ke in eid</w:t>
      </w:r>
    </w:p>
    <w:p>
      <w:pPr>
        <w:jc w:val="right"/>
      </w:pPr>
      <w:r>
        <w:t>سوال ادریس صاحب نے کیا ہے رائے پور سے انہوں نے آپ سے پوچھا ہے کہ ان عید</w:t>
      </w:r>
    </w:p>
    <w:p>
      <w:r>
        <w:rPr>
          <w:b/>
        </w:rPr>
        <w:t xml:space="preserve">[49:41] </w:t>
      </w:r>
      <w:r>
        <w:t>Eid al-Adha is it mandatory for financially capable adults to sacrifice animals? Kya matlab ke Eid al-Adha mein</w:t>
      </w:r>
    </w:p>
    <w:p>
      <w:pPr>
        <w:jc w:val="right"/>
      </w:pPr>
      <w:r>
        <w:t>الاضحی از اٹ مینڈیٹری فار فائنینشل فائنینشلی کیپیبل ایڈلٹس ٹو سیکریفائز اینیملز کیا مطلب کہ عید الاضحی میں</w:t>
      </w:r>
    </w:p>
    <w:p>
      <w:r>
        <w:rPr>
          <w:b/>
        </w:rPr>
        <w:t xml:space="preserve">[49:48] </w:t>
      </w:r>
      <w:r>
        <w:t>kya yeh mandatory hai ke agar jo afford bhi kar sakta hai to us ko animal sacrifice karna</w:t>
      </w:r>
    </w:p>
    <w:p>
      <w:pPr>
        <w:jc w:val="right"/>
      </w:pPr>
      <w:r>
        <w:t>کیا یہ مینڈیٹری ہے کہ اگر جو افورڈ بھی کر سکتا ہے تو اس کو اینیمل سیکریفائز کرنا</w:t>
      </w:r>
    </w:p>
    <w:p>
      <w:r>
        <w:rPr>
          <w:b/>
        </w:rPr>
        <w:t xml:space="preserve">[49:56] </w:t>
      </w:r>
      <w:r>
        <w:t>hai hai kya yeh mandatory hai nahi dekhen is ko aap is pe aap yeh yahan discuss discuss</w:t>
      </w:r>
    </w:p>
    <w:p>
      <w:pPr>
        <w:jc w:val="right"/>
      </w:pPr>
      <w:r>
        <w:t>ہی ہے کیا یہ مینڈیٹری ہے نہیں دیکھیں اس کو آپ اس پہ آپ یہ یہاں ڈسکس ڈسکس</w:t>
      </w:r>
    </w:p>
    <w:p>
      <w:r>
        <w:rPr>
          <w:b/>
        </w:rPr>
        <w:t xml:space="preserve">[50:04] </w:t>
      </w:r>
      <w:r>
        <w:t>karne ki baat nahi hai is pe kitabein maujood hain aap padh lijiye is mein mil jayega</w:t>
      </w:r>
    </w:p>
    <w:p>
      <w:pPr>
        <w:jc w:val="right"/>
      </w:pPr>
      <w:r>
        <w:t>کرنے کی بات نہیں ہے اس پہ کتابیں موجود ہیں آپ پڑھ لیجئے اس میں مل جائے گا</w:t>
      </w:r>
    </w:p>
    <w:p>
      <w:r>
        <w:rPr>
          <w:b/>
        </w:rPr>
        <w:t xml:space="preserve">[50:12] </w:t>
      </w:r>
      <w:r>
        <w:t>aap ko quran mein mil jayega aur mufti mufti kifaayatullah sahib ki kitaab hai woh kya</w:t>
      </w:r>
    </w:p>
    <w:p>
      <w:pPr>
        <w:jc w:val="right"/>
      </w:pPr>
      <w:r>
        <w:t>آپ کو قرآن میں مل جائے گا اور مفتی مفتی کفایت اللہ صاحب کی کتاب ہے وہ کیا</w:t>
      </w:r>
    </w:p>
    <w:p>
      <w:r>
        <w:rPr>
          <w:b/>
        </w:rPr>
        <w:t xml:space="preserve">[50:19] </w:t>
      </w:r>
      <w:r>
        <w:t>naam hai is mufti ka taleem ul islam taleem ul islam woh bohat tafseel se mil jayega aap ko</w:t>
      </w:r>
    </w:p>
    <w:p>
      <w:pPr>
        <w:jc w:val="right"/>
      </w:pPr>
      <w:r>
        <w:t>نام ہے اس مفتی کا تعلیم الاسلام تعلیم الاسلام وہ بہت تفصیل سے مل جائے گا آپ کو</w:t>
      </w:r>
    </w:p>
    <w:p>
      <w:r>
        <w:rPr>
          <w:b/>
        </w:rPr>
        <w:t xml:space="preserve">[50:27] </w:t>
      </w:r>
      <w:r>
        <w:t>bushra zevar mein aap ko tafseel se mil jayega hamare paas sawalaat aane chahiye dawat-e-fiqhi nahi</w:t>
      </w:r>
    </w:p>
    <w:p>
      <w:pPr>
        <w:jc w:val="right"/>
      </w:pPr>
      <w:r>
        <w:t>بشری زیور میں آپ کو تفصیل سے مل جائے گا ہمارے پاس سوالات آنے چاہیے دعوتی فقہی نہیں</w:t>
      </w:r>
    </w:p>
    <w:p>
      <w:r>
        <w:rPr>
          <w:b/>
        </w:rPr>
        <w:t xml:space="preserve">[50:35] </w:t>
      </w:r>
      <w:r>
        <w:t>fiqhi sawalaat ke liye be-shumaar kitabein hain un ko dekh lijiye aap hum se aap ko dawat-e</w:t>
      </w:r>
    </w:p>
    <w:p>
      <w:pPr>
        <w:jc w:val="right"/>
      </w:pPr>
      <w:r>
        <w:t>فقہی سوالات کے لیے بے شمار کتابیں ہیں ان کو دیکھ لیجئے آپ ہم سے آپ کو دعوتی</w:t>
      </w:r>
    </w:p>
    <w:p>
      <w:r>
        <w:rPr>
          <w:b/>
        </w:rPr>
        <w:t xml:space="preserve">[50:42] </w:t>
      </w:r>
      <w:r>
        <w:t>sawal karna chahiye mission se related sawal maulana agla sawal dilli se hai doctor farida khanoom ka unhon</w:t>
      </w:r>
    </w:p>
    <w:p>
      <w:pPr>
        <w:jc w:val="right"/>
      </w:pPr>
      <w:r>
        <w:t>سوال کرنا چاہیے مشن سے ریلیٹڈ سوال مولانا اگلا سوال دلی سے ہے ڈاکٹر فریدہ خانم کا انہوں</w:t>
      </w:r>
    </w:p>
    <w:p>
      <w:r>
        <w:rPr>
          <w:b/>
        </w:rPr>
        <w:t xml:space="preserve">[50:50] </w:t>
      </w:r>
      <w:r>
        <w:t>نے لکھا ہے, "Why is it that only Christians were able to organize missionary activities on a large</w:t>
      </w:r>
    </w:p>
    <w:p>
      <w:pPr>
        <w:jc w:val="right"/>
      </w:pPr>
      <w:r>
        <w:t>نے لکھا ہے وائی از اٹ دیٹ اونلی کرسچنز وار ایبل ٹو ارگنائز مشنری ایکٹیویٹیز ان ا لارج</w:t>
      </w:r>
    </w:p>
    <w:p>
      <w:r>
        <w:rPr>
          <w:b/>
        </w:rPr>
        <w:t xml:space="preserve">[50:58] </w:t>
      </w:r>
      <w:r>
        <w:t>scale muslims have failed to engage in da'wah work in an organized manner in the past as well</w:t>
      </w:r>
    </w:p>
    <w:p>
      <w:pPr>
        <w:jc w:val="right"/>
      </w:pPr>
      <w:r>
        <w:t>سکیل مسلمز ہیو فیل ٹو انگیج ان دعوی ورک ان این ارگنائز مینر ان دا پاسٹ ایز ویل</w:t>
      </w:r>
    </w:p>
    <w:p>
      <w:r>
        <w:rPr>
          <w:b/>
        </w:rPr>
        <w:t xml:space="preserve">[51:06] </w:t>
      </w:r>
      <w:r>
        <w:t>as in the present what is your comment on this mein ne is pe bohat socha hai mujhe</w:t>
      </w:r>
    </w:p>
    <w:p>
      <w:pPr>
        <w:jc w:val="right"/>
      </w:pPr>
      <w:r>
        <w:t>ایز ان دی پریزنٹ واٹ از یور کمنٹ ان دس میں نے اس پہ بہت سوچا ہے مجھے</w:t>
      </w:r>
    </w:p>
    <w:p>
      <w:r>
        <w:rPr>
          <w:b/>
        </w:rPr>
        <w:t xml:space="preserve">[51:13] </w:t>
      </w:r>
      <w:r>
        <w:t>samajh mein aata hai ke ke musalmanon ke jo paighambar the woh jab dunya se gaye to woh</w:t>
      </w:r>
    </w:p>
    <w:p>
      <w:pPr>
        <w:jc w:val="right"/>
      </w:pPr>
      <w:r>
        <w:t>سمجھ میں آتا ہے کہ کہ مسلمانوں کے جو پیغمبر تھے وہ جب دنیا سے گئے تو وہ</w:t>
      </w:r>
    </w:p>
    <w:p>
      <w:r>
        <w:rPr>
          <w:b/>
        </w:rPr>
        <w:t xml:space="preserve">[51:21] </w:t>
      </w:r>
      <w:r>
        <w:t>ek hukoomat qaim ho chuki thi phir woh hukoomat empire ban gayi yani jis ko musalmanon ne phir</w:t>
      </w:r>
    </w:p>
    <w:p>
      <w:pPr>
        <w:jc w:val="right"/>
      </w:pPr>
      <w:r>
        <w:t>ایک حکومت قائم ہو چکی تھی پھر وہ حکومت ایمپائر بن گئی یعنی جس کو مسلمانوں نے پھر</w:t>
      </w:r>
    </w:p>
    <w:p>
      <w:r>
        <w:rPr>
          <w:b/>
        </w:rPr>
        <w:t xml:space="preserve">[51:29] </w:t>
      </w:r>
      <w:r>
        <w:t>islami hukoomat ka naam diya islami hukoomat ka lafz rasoolullah ne nahi diya tha sahaba ne nahi</w:t>
      </w:r>
    </w:p>
    <w:p>
      <w:pPr>
        <w:jc w:val="right"/>
      </w:pPr>
      <w:r>
        <w:t>اسلامی حکومت کا نام دیا اسلامی حکومت کا لفظ رسول اللہ نے نہیں دیا تھا صحابہ نے نہیں</w:t>
      </w:r>
    </w:p>
    <w:p>
      <w:r>
        <w:rPr>
          <w:b/>
        </w:rPr>
        <w:t xml:space="preserve">[51:36] </w:t>
      </w:r>
      <w:r>
        <w:t>diya tha islami hukoomat lekin haqeeqatan woh muslim hukoomat thi lekin is ko islami hukoomat ka naam diya</w:t>
      </w:r>
    </w:p>
    <w:p>
      <w:pPr>
        <w:jc w:val="right"/>
      </w:pPr>
      <w:r>
        <w:t>دیا تھا اسلامی حکومت لیکن حقیقتاً وہ مسلم حکومت تھی لیکن اس کو اسلامی حکومت کا نام دیا</w:t>
      </w:r>
    </w:p>
    <w:p>
      <w:r>
        <w:rPr>
          <w:b/>
        </w:rPr>
        <w:t xml:space="preserve">[51:44] </w:t>
      </w:r>
      <w:r>
        <w:t>unhon ne to ek lambi muddat tak muslim nuqta nazar se islam ka empire qaim raha acha christianity</w:t>
      </w:r>
    </w:p>
    <w:p>
      <w:pPr>
        <w:jc w:val="right"/>
      </w:pPr>
      <w:r>
        <w:t>انہوں نے تو ایک لمبی مدت تک مسلم نقطہ نظر سے اسلام کا ایمپائر قائم رہا اچھا کرسچینٹی</w:t>
      </w:r>
    </w:p>
    <w:p>
      <w:r>
        <w:rPr>
          <w:b/>
        </w:rPr>
        <w:t xml:space="preserve">[51:52] </w:t>
      </w:r>
      <w:r>
        <w:t>mein aisa nahi hua hazrat masih chale gaye dunya se to chand aadmiyon ke saathi chhod kar gaye</w:t>
      </w:r>
    </w:p>
    <w:p>
      <w:pPr>
        <w:jc w:val="right"/>
      </w:pPr>
      <w:r>
        <w:t>میں ایسا نہیں ہوا حضرت مسیح چلے گئے دنیا سے تو چند ادمیوں کے ساتھی چھوڑ کر گئے</w:t>
      </w:r>
    </w:p>
    <w:p>
      <w:r>
        <w:rPr>
          <w:b/>
        </w:rPr>
        <w:t xml:space="preserve">[52:00] </w:t>
      </w:r>
      <w:r>
        <w:t>koi hukoomat nahi thi baad ko abhi koi hukoomat nahi bani to christian ko yeh mauqa nahi mila</w:t>
      </w:r>
    </w:p>
    <w:p>
      <w:pPr>
        <w:jc w:val="right"/>
      </w:pPr>
      <w:r>
        <w:t>کوئی حکومت نہیں تھی بعد کو ابھی کوئی حکومت نہیں بنی تو کرسچن کو یہ موقع نہیں ملا</w:t>
      </w:r>
    </w:p>
    <w:p>
      <w:r>
        <w:rPr>
          <w:b/>
        </w:rPr>
        <w:t xml:space="preserve">[52:07] </w:t>
      </w:r>
      <w:r>
        <w:t>ke woh kisi empire ko christian empire kahein musalmanon ko mauqa mila ke woh kisi hukoomat ko islami</w:t>
      </w:r>
    </w:p>
    <w:p>
      <w:pPr>
        <w:jc w:val="right"/>
      </w:pPr>
      <w:r>
        <w:t>کہ وہ کسی ایمپائر کو کرسچن ایمپائر کہیں مسلمانوں کو موقع ملا کہ وہ کسی حکومت کو اسلامی</w:t>
      </w:r>
    </w:p>
    <w:p>
      <w:r>
        <w:rPr>
          <w:b/>
        </w:rPr>
        <w:t xml:space="preserve">[52:15] </w:t>
      </w:r>
      <w:r>
        <w:t>empire kahein agarche islami empire ka lafz rasoolullah ne nahi diya tha lekin musalmanon ne de diya</w:t>
      </w:r>
    </w:p>
    <w:p>
      <w:pPr>
        <w:jc w:val="right"/>
      </w:pPr>
      <w:r>
        <w:t>ایمپائر کہیں اگرچہ اسلامی ایمپائر کا لفظ رسول اللہ نے نہیں دیا تھا لیکن مسلمانوں نے دے دیا</w:t>
      </w:r>
    </w:p>
    <w:p>
      <w:r>
        <w:rPr>
          <w:b/>
        </w:rPr>
        <w:t xml:space="preserve">[52:23] </w:t>
      </w:r>
      <w:r>
        <w:t>aur yeh hazaar saal tak yeh chalta raha aur aaj bhi hamari literature mein bhara hua hai yeh</w:t>
      </w:r>
    </w:p>
    <w:p>
      <w:pPr>
        <w:jc w:val="right"/>
      </w:pPr>
      <w:r>
        <w:t>اور یہ ہزار سال تک یہ چلتا رہا اور آج بھی ہماری لٹریچر میں بھرا ہوا ہے یہ</w:t>
      </w:r>
    </w:p>
    <w:p>
      <w:r>
        <w:rPr>
          <w:b/>
        </w:rPr>
        <w:t xml:space="preserve">[52:30] </w:t>
      </w:r>
      <w:r>
        <w:t>to christians ki tareekh mein yeh lafz hadaf hai christian empire christian empire aur musalmanon ki tareekh mein</w:t>
      </w:r>
    </w:p>
    <w:p>
      <w:pPr>
        <w:jc w:val="right"/>
      </w:pPr>
      <w:r>
        <w:t>تو کرسچنز کی تاریخ میں یہ لفظ حذف ہے کرسچن ایمپائر کرسچن ایمپائر اور مسلمانوں کی تاریخ میں</w:t>
      </w:r>
    </w:p>
    <w:p>
      <w:r>
        <w:rPr>
          <w:b/>
        </w:rPr>
        <w:t xml:space="preserve">[52:38] </w:t>
      </w:r>
      <w:r>
        <w:t>to yahi lafz sab se bada lafz hai islami empire islami empire is se dono ka alag alag</w:t>
      </w:r>
    </w:p>
    <w:p>
      <w:pPr>
        <w:jc w:val="right"/>
      </w:pPr>
      <w:r>
        <w:t>تو یہی لفظ سب سے بڑا لفظ ہے اسلامی ایمپائر اسلامی ایمپائر اس سے دونوں کا الگ الگ</w:t>
      </w:r>
    </w:p>
    <w:p>
      <w:r>
        <w:rPr>
          <w:b/>
        </w:rPr>
        <w:t xml:space="preserve">[52:46] </w:t>
      </w:r>
      <w:r>
        <w:t>mind mind set bana hai christian ka mind set jo bana hai woh peace par base karta hai</w:t>
      </w:r>
    </w:p>
    <w:p>
      <w:pPr>
        <w:jc w:val="right"/>
      </w:pPr>
      <w:r>
        <w:t>مائنڈ مائنڈ سیٹ بنا ہے کرسچن کا مائنڈ سیٹ جو بنا ہے وہ پیس پر بیس کرتا ہے</w:t>
      </w:r>
    </w:p>
    <w:p>
      <w:r>
        <w:rPr>
          <w:b/>
        </w:rPr>
        <w:t xml:space="preserve">[52:54] </w:t>
      </w:r>
      <w:r>
        <w:t>aur musalmanon ka jo mind set bana hai woh politics par base karta hai aur saari ghalati hai</w:t>
      </w:r>
    </w:p>
    <w:p>
      <w:pPr>
        <w:jc w:val="right"/>
      </w:pPr>
      <w:r>
        <w:t>اور مسلمانوں کا جو مائنڈ سیٹ بنا ہے وہ پولیٹکس پر بیس کرتا ہے اور ساری غلطی ہے</w:t>
      </w:r>
    </w:p>
    <w:p>
      <w:r>
        <w:rPr>
          <w:b/>
        </w:rPr>
        <w:t xml:space="preserve">[53:01] </w:t>
      </w:r>
      <w:r>
        <w:t>literature ki yeh saari ghalati literature ki hai mein mere nazdeek ki jitni hukoomatein thi musalmanon ki woh</w:t>
      </w:r>
    </w:p>
    <w:p>
      <w:pPr>
        <w:jc w:val="right"/>
      </w:pPr>
      <w:r>
        <w:t>لٹریچر کی یہ ساری غلطی لٹریچر کی ہے میں میرے نزدیک کی جتنی حکومتیں تھیں مسلمانوں کی وہ</w:t>
      </w:r>
    </w:p>
    <w:p>
      <w:r>
        <w:rPr>
          <w:b/>
        </w:rPr>
        <w:t xml:space="preserve">[53:09] </w:t>
      </w:r>
      <w:r>
        <w:t>to dynasty thi dynasty lekin aap tareekh parhiye musalmanon ki kisi bhi is mein yeh parhenge ke</w:t>
      </w:r>
    </w:p>
    <w:p>
      <w:pPr>
        <w:jc w:val="right"/>
      </w:pPr>
      <w:r>
        <w:t>تو ڈائنسٹی تھی ڈائنسٹی لیکن آپ تاریخیں پڑھیے مسلمانوں کی کسی بھی اس میں یہ پڑھیں گے کہ</w:t>
      </w:r>
    </w:p>
    <w:p>
      <w:r>
        <w:rPr>
          <w:b/>
        </w:rPr>
        <w:t xml:space="preserve">[53:17] </w:t>
      </w:r>
      <w:r>
        <w:t>yeh dynasty thi is ko islami hukoomat kahenge to haqeeqatan woh yani banu ummayah ke zamanay se</w:t>
      </w:r>
    </w:p>
    <w:p>
      <w:pPr>
        <w:jc w:val="right"/>
      </w:pPr>
      <w:r>
        <w:t>یہ ڈائنسٹی تھی اس کو اسلامی حکومت کہیں گے تو حقیقتاً وہ یعنی بنو امیہ کے زمانے سے</w:t>
      </w:r>
    </w:p>
    <w:p>
      <w:r>
        <w:rPr>
          <w:b/>
        </w:rPr>
        <w:t xml:space="preserve">[53:24] </w:t>
      </w:r>
      <w:r>
        <w:t>mughal hukoomat tak aur turkish yani khilafat tak sab dynasty thi khandani hukoomat lekin is ko naam dete</w:t>
      </w:r>
    </w:p>
    <w:p>
      <w:pPr>
        <w:jc w:val="right"/>
      </w:pPr>
      <w:r>
        <w:t>مغل حکومت تک اور ٹرکش یعنی خلافت تک سب ڈائنسٹی تھی خاندانی حکومت لیکن اس کو نام دیتے</w:t>
      </w:r>
    </w:p>
    <w:p>
      <w:r>
        <w:rPr>
          <w:b/>
        </w:rPr>
        <w:t xml:space="preserve">[53:32] </w:t>
      </w:r>
      <w:r>
        <w:t>rahe kya islami hukoomat to christian christians ki history mein christian empire ka word hi maujood nahi hai</w:t>
      </w:r>
    </w:p>
    <w:p>
      <w:pPr>
        <w:jc w:val="right"/>
      </w:pPr>
      <w:r>
        <w:t>رہے کیا اسلامی حکومت تو کرسچن کرسچنز کی ہسٹری میں کرسچن ایمپائر کا ورڈ ہی موجود نہیں ہے</w:t>
      </w:r>
    </w:p>
    <w:p>
      <w:r>
        <w:rPr>
          <w:b/>
        </w:rPr>
        <w:t xml:space="preserve">[53:40] </w:t>
      </w:r>
      <w:r>
        <w:t>unki dictionary mein maujood nahi hai christian empire ka lafz jabke musalmanon ki dictionary mein bhara hua</w:t>
      </w:r>
    </w:p>
    <w:p>
      <w:pPr>
        <w:jc w:val="right"/>
      </w:pPr>
      <w:r>
        <w:t>ان کی ڈکشنری میں موجود نہیں ہے کرسچن ایمپائر کا لفظ جبکہ مسلمانوں کی ڈکشنری میں بھرا ہوا</w:t>
      </w:r>
    </w:p>
    <w:p>
      <w:r>
        <w:rPr>
          <w:b/>
        </w:rPr>
        <w:t xml:space="preserve">[53:48] </w:t>
      </w:r>
      <w:r>
        <w:t>hai islami empire is se mindset alag alag bana ab is ko hum correction karna chahte hain</w:t>
      </w:r>
    </w:p>
    <w:p>
      <w:pPr>
        <w:jc w:val="right"/>
      </w:pPr>
      <w:r>
        <w:t>ہے اسلامی ایمپائر اس سے مائنڈ سیٹ الگ الگ بنا اب اس کو ہم کریکشن کرنا چاہتے ہیں</w:t>
      </w:r>
    </w:p>
    <w:p>
      <w:r>
        <w:rPr>
          <w:b/>
        </w:rPr>
        <w:t xml:space="preserve">[53:55] </w:t>
      </w:r>
      <w:r>
        <w:t>lekin zahir hai ke waqt lagega is ke correction mein maulana agla sawal dilli se hai doctor</w:t>
      </w:r>
    </w:p>
    <w:p>
      <w:pPr>
        <w:jc w:val="right"/>
      </w:pPr>
      <w:r>
        <w:t>لیکن ظاہر ہے کہ وقت لگے گا اس کے کریکشن میں مولانا اگلا سوال دلی سے ہے ڈاکٹر</w:t>
      </w:r>
    </w:p>
    <w:p>
      <w:r>
        <w:rPr>
          <w:b/>
        </w:rPr>
        <w:t xml:space="preserve">[54:03] </w:t>
      </w:r>
      <w:r>
        <w:t>مسلمہ صدیقی کا انہوں نے لکھا ہے why is it that in ancient times in spite of the</w:t>
      </w:r>
    </w:p>
    <w:p>
      <w:pPr>
        <w:jc w:val="right"/>
      </w:pPr>
      <w:r>
        <w:t>مسلمہ صدیقی کا انہوں نے لکھا ہے وائی از اٹ دیٹ ان اینشینٹ ٹائمز ان سپائٹ اف دا</w:t>
      </w:r>
    </w:p>
    <w:p>
      <w:r>
        <w:rPr>
          <w:b/>
        </w:rPr>
        <w:t xml:space="preserve">[54:11] </w:t>
      </w:r>
      <w:r>
        <w:t>coming of a great number of prophets men continued to practice shirk why he did not find any</w:t>
      </w:r>
    </w:p>
    <w:p>
      <w:pPr>
        <w:jc w:val="right"/>
      </w:pPr>
      <w:r>
        <w:t>کمنگ اف ا گریٹ نمبر اف پرافٹس مین کنٹینیو ٹو پریکٹس شرک وائی ہی ڈیڈ ناٹ فائنڈ اینی</w:t>
      </w:r>
    </w:p>
    <w:p>
      <w:r>
        <w:rPr>
          <w:b/>
        </w:rPr>
        <w:t xml:space="preserve">[54:18] </w:t>
      </w:r>
      <w:r>
        <w:t>appeal in the concept of one god dekhen insaan ko Allah taala ne di hai azadi total freedom</w:t>
      </w:r>
    </w:p>
    <w:p>
      <w:pPr>
        <w:jc w:val="right"/>
      </w:pPr>
      <w:r>
        <w:t>اپیل ان دی کانسیپٹ اف ون گاڈ دیکھیں انسان کو اللہ تعالی نے دی ہے ازادی ٹوٹل فریڈم</w:t>
      </w:r>
    </w:p>
    <w:p>
      <w:r>
        <w:rPr>
          <w:b/>
        </w:rPr>
        <w:t xml:space="preserve">[54:26] </w:t>
      </w:r>
      <w:r>
        <w:t>to insaan ko haq tha ke woh apni azadi ko jis tarah chahe istemal kare to mein dekhen</w:t>
      </w:r>
    </w:p>
    <w:p>
      <w:pPr>
        <w:jc w:val="right"/>
      </w:pPr>
      <w:r>
        <w:t>تو انسان کو حق تھا کہ وہ اپنی ازادی کو جس طرح چاہے استعمال کرے تو میں دیکھیں</w:t>
      </w:r>
    </w:p>
    <w:p>
      <w:r>
        <w:rPr>
          <w:b/>
        </w:rPr>
        <w:t xml:space="preserve">[54:34] </w:t>
      </w:r>
      <w:r>
        <w:t>جو شرک کا رواج تھا بہت زیادہ that was due to misuse of freedom misuse of</w:t>
      </w:r>
    </w:p>
    <w:p>
      <w:pPr>
        <w:jc w:val="right"/>
      </w:pPr>
      <w:r>
        <w:t>جو شرک کا رواج تھا بہت زیادہ دیٹ واز ڈیو ٹو مس یوز اف فریڈم مس یوز اف</w:t>
      </w:r>
    </w:p>
    <w:p>
      <w:r>
        <w:rPr>
          <w:b/>
        </w:rPr>
        <w:t xml:space="preserve">[54:42] </w:t>
      </w:r>
      <w:r>
        <w:t>freedom aaj bhi yahi hai jo bhi evil duniya mein hai chahe woh shirk ho ya doosri kharabiyan</w:t>
      </w:r>
    </w:p>
    <w:p>
      <w:pPr>
        <w:jc w:val="right"/>
      </w:pPr>
      <w:r>
        <w:t>فریڈم اج بھی یہی ہے جو بھی ایول دنیا میں ہے چاہے وہ شرک ہو یا دوسری خرابیاں</w:t>
      </w:r>
    </w:p>
    <w:p>
      <w:r>
        <w:rPr>
          <w:b/>
        </w:rPr>
        <w:t xml:space="preserve">[54:49] </w:t>
      </w:r>
      <w:r>
        <w:t>ہوں تمام evil جو ہیں وہ phenomena ہیں misuse of freedom کا تو اسی لیے تو رسول</w:t>
      </w:r>
    </w:p>
    <w:p>
      <w:pPr>
        <w:jc w:val="right"/>
      </w:pPr>
      <w:r>
        <w:t>ہوں تمام ایول جو ہیں وہ فیناومینا ہیں مس یوز اف فریڈم کا تو اسی لیے تو رسول</w:t>
      </w:r>
    </w:p>
    <w:p>
      <w:r>
        <w:rPr>
          <w:b/>
        </w:rPr>
        <w:t xml:space="preserve">[54:57] </w:t>
      </w:r>
      <w:r>
        <w:t>Allah taala ne Hazrat Ibrahim ke zariye se ek ek bahut unusual qism ki planning ki ke</w:t>
      </w:r>
    </w:p>
    <w:p>
      <w:pPr>
        <w:jc w:val="right"/>
      </w:pPr>
      <w:r>
        <w:t>اللہ تعالی نے حضرت ابراہیم کے ذریعے سے ایک ایک بہت ان یوزل قسم کی پلاننگ کی کہ</w:t>
      </w:r>
    </w:p>
    <w:p>
      <w:r>
        <w:rPr>
          <w:b/>
        </w:rPr>
        <w:t xml:space="preserve">[55:05] </w:t>
      </w:r>
      <w:r>
        <w:t>desert میں بسا دیا اسی لیے تو یہ پوری تاریخ کا یہ phenomena ہے کہ انسان ہمیشہ یعنی</w:t>
      </w:r>
    </w:p>
    <w:p>
      <w:pPr>
        <w:jc w:val="right"/>
      </w:pPr>
      <w:r>
        <w:t>ڈیزرٹ میں بسا دیا اسی لیے تو یہ پوری تاریخ کا یہ فیناومینا ہے کہ انسان ہمیشہ یعنی</w:t>
      </w:r>
    </w:p>
    <w:p>
      <w:r>
        <w:rPr>
          <w:b/>
        </w:rPr>
        <w:t xml:space="preserve">[55:12] </w:t>
      </w:r>
      <w:r>
        <w:t>اپنی ازادی کو پراپر یوز نہیں کرتا وہ مس یوز کرتا ہے اور shirk was also a phenomena</w:t>
      </w:r>
    </w:p>
    <w:p>
      <w:pPr>
        <w:jc w:val="right"/>
      </w:pPr>
      <w:r>
        <w:t>اپنی ازادی کو پراپر یوز نہیں کرتا وہ مس یوز کرتا ہے اور شرک واز السو ا فیناومینا</w:t>
      </w:r>
    </w:p>
    <w:p>
      <w:r>
        <w:rPr>
          <w:b/>
        </w:rPr>
        <w:t xml:space="preserve">[55:20] </w:t>
      </w:r>
      <w:r>
        <w:t>of this human nature maulana agla sawal bangalore se hai miss arbeen bano ka unhon ne likha hai</w:t>
      </w:r>
    </w:p>
    <w:p>
      <w:pPr>
        <w:jc w:val="right"/>
      </w:pPr>
      <w:r>
        <w:t>اف دس ہیومن نیچر مولانا اگلا سوال بینگلور سے ہے مس اربین بانو کا انہوں نے لکھا ہے</w:t>
      </w:r>
    </w:p>
    <w:p>
      <w:r>
        <w:rPr>
          <w:b/>
        </w:rPr>
        <w:t xml:space="preserve">[55:28] </w:t>
      </w:r>
      <w:r>
        <w:t>maulana kya islam mein rajam jaisi saza hai agar hai to is ka reference kya hai is ke</w:t>
      </w:r>
    </w:p>
    <w:p>
      <w:pPr>
        <w:jc w:val="right"/>
      </w:pPr>
      <w:r>
        <w:t>مولانا کیا اسلام میں رجم جیسی سزا ہے اگر ہے تو اس کا ریفرنس کیا ہے اس کے</w:t>
      </w:r>
    </w:p>
    <w:p>
      <w:r>
        <w:rPr>
          <w:b/>
        </w:rPr>
        <w:t xml:space="preserve">[55:36] </w:t>
      </w:r>
      <w:r>
        <w:t>bare mein batayen dekhen hum yahan pe discuss nahi karenge agar aap chahte hain detail mein parhna</w:t>
      </w:r>
    </w:p>
    <w:p>
      <w:pPr>
        <w:jc w:val="right"/>
      </w:pPr>
      <w:r>
        <w:t>بارے میں بتائیں دیکھیں ہم یہاں پہ ڈسکس نہیں کریں گے اگر آپ چاہتے ہیں ڈیٹیل میں پڑھنا</w:t>
      </w:r>
    </w:p>
    <w:p>
      <w:r>
        <w:rPr>
          <w:b/>
        </w:rPr>
        <w:t xml:space="preserve">[55:43] </w:t>
      </w:r>
      <w:r>
        <w:t>to ek kitab hai woh hai maulana inayatullah subhani ki bahut bahut hi tehqeeqi kitab hai is</w:t>
      </w:r>
    </w:p>
    <w:p>
      <w:pPr>
        <w:jc w:val="right"/>
      </w:pPr>
      <w:r>
        <w:t>تو ایک کتاب ہے وہ ہے مولانا عنایت اللہ سبحانی کی بہت بہت ہی تحقیقی کتاب ہے اس</w:t>
      </w:r>
    </w:p>
    <w:p>
      <w:r>
        <w:rPr>
          <w:b/>
        </w:rPr>
        <w:t xml:space="preserve">[55:51] </w:t>
      </w:r>
      <w:r>
        <w:t>kitab ka naam hai kya naam hai is kitab ka haqeeqat rajam hain haqeeqat rajam haqeeqat rajam woh</w:t>
      </w:r>
    </w:p>
    <w:p>
      <w:pPr>
        <w:jc w:val="right"/>
      </w:pPr>
      <w:r>
        <w:t>کتاب کا نام ہے کیا نام ہے اس کتاب کا حقیقت رجم ہیں حقیقت رجم حقیقت رجم وہ</w:t>
      </w:r>
    </w:p>
    <w:p>
      <w:r>
        <w:rPr>
          <w:b/>
        </w:rPr>
        <w:t xml:space="preserve">[55:59] </w:t>
      </w:r>
      <w:r>
        <w:t>moti si kitab hai is is nail ki sari maloomat is ke andar hain to is ko aap</w:t>
      </w:r>
    </w:p>
    <w:p>
      <w:pPr>
        <w:jc w:val="right"/>
      </w:pPr>
      <w:r>
        <w:t>موٹی سی کتاب ہے اس اس نائل کی ساری معلومات اس کے اندر ہیں تو اس کو آپ</w:t>
      </w:r>
    </w:p>
    <w:p>
      <w:r>
        <w:rPr>
          <w:b/>
        </w:rPr>
        <w:t xml:space="preserve">[56:06] </w:t>
      </w:r>
      <w:r>
        <w:t>parh lijiyye maulana inayatullah subhani kitab ka naam hai haqeeqat rajam mein ne arz kar diya ke</w:t>
      </w:r>
    </w:p>
    <w:p>
      <w:pPr>
        <w:jc w:val="right"/>
      </w:pPr>
      <w:r>
        <w:t>پڑھ لیجئے مولانا عنایت اللہ سبحانی کتاب کا نام ہے حقیقت رجم میں نے عرض کر دیا کہ</w:t>
      </w:r>
    </w:p>
    <w:p>
      <w:r>
        <w:rPr>
          <w:b/>
        </w:rPr>
        <w:t xml:space="preserve">[56:14] </w:t>
      </w:r>
      <w:r>
        <w:t>yahan hum fiqhi sawalat par guftagu nahi karte hamara hamara jo yeh class hota hai woh fiqhi sawalat</w:t>
      </w:r>
    </w:p>
    <w:p>
      <w:pPr>
        <w:jc w:val="right"/>
      </w:pPr>
      <w:r>
        <w:t>یہاں ہم فقہی سوالات پر گفتگو نہیں کرتے ہمارا ہمارا جو یہ کلاس ہوتا ہے وہ فقہی سوالات</w:t>
      </w:r>
    </w:p>
    <w:p>
      <w:r>
        <w:rPr>
          <w:b/>
        </w:rPr>
        <w:t xml:space="preserve">[56:22] </w:t>
      </w:r>
      <w:r>
        <w:t>ke liye nahi hota hai fiqhi sawalat qaumi sawalat saahi sawalat is ke liye nahi hota yani fiqhi</w:t>
      </w:r>
    </w:p>
    <w:p>
      <w:pPr>
        <w:jc w:val="right"/>
      </w:pPr>
      <w:r>
        <w:t>کے لیے نہیں ہوتا ہے فقہی سوالات قومی سوالات ساحی سوالات اس کے لیے نہیں ہوتا یعنی فقہی</w:t>
      </w:r>
    </w:p>
    <w:p>
      <w:r>
        <w:rPr>
          <w:b/>
        </w:rPr>
        <w:t xml:space="preserve">[56:30] </w:t>
      </w:r>
      <w:r>
        <w:t>siyasi aur duniyawi sawalat aur mili sawalat is ke liye nahi hota yeh yeh hota hai sirf dawat</w:t>
      </w:r>
    </w:p>
    <w:p>
      <w:pPr>
        <w:jc w:val="right"/>
      </w:pPr>
      <w:r>
        <w:t>سیاسی اور دنیاوی سوالات اور ملی سوالات اس کے لیے نہیں ہوتا یہ یہ ہوتا ہے صرف دعوت</w:t>
      </w:r>
    </w:p>
    <w:p>
      <w:r>
        <w:rPr>
          <w:b/>
        </w:rPr>
        <w:t xml:space="preserve">[56:37] </w:t>
      </w:r>
      <w:r>
        <w:t>ke liye baqi aap ko agar dilchaspi hai to is kitab ko parh lijiyye is mein sari detail</w:t>
      </w:r>
    </w:p>
    <w:p>
      <w:pPr>
        <w:jc w:val="right"/>
      </w:pPr>
      <w:r>
        <w:t>کے لیے باقی آپ کو اگر دلچسپی ہے تو اس کتاب کو پڑھ لیجئے اس میں ساری ڈیٹیل</w:t>
      </w:r>
    </w:p>
    <w:p>
      <w:r>
        <w:rPr>
          <w:b/>
        </w:rPr>
        <w:t xml:space="preserve">[56:45] </w:t>
      </w:r>
      <w:r>
        <w:t>aap ko mil jayegi maulana agla sawal dilli se kya hai doctor gajdhar sahab ne unhon ne</w:t>
      </w:r>
    </w:p>
    <w:p>
      <w:pPr>
        <w:jc w:val="right"/>
      </w:pPr>
      <w:r>
        <w:t>آپ کو مل جائے گی مولانا اگلا سوال دلی سے کیا ہے ڈاکٹر گجدھر صاحب نے انہوں نے</w:t>
      </w:r>
    </w:p>
    <w:p>
      <w:r>
        <w:rPr>
          <w:b/>
        </w:rPr>
        <w:t xml:space="preserve">[56:53] </w:t>
      </w:r>
      <w:r>
        <w:t>لکھا ہے آپ کی کتاب محمد Prophet of Revolution میں آپ نے بتایا کہ Prophet پوری زندگی جنگ</w:t>
      </w:r>
    </w:p>
    <w:p>
      <w:pPr>
        <w:jc w:val="right"/>
      </w:pPr>
      <w:r>
        <w:t>لکھا ہے آپ کی کتاب محمد پرافٹ اف ریولیوشن میں آپ نے بتایا کہ پرافٹ پوری زندگی جنگ</w:t>
      </w:r>
    </w:p>
    <w:p>
      <w:r>
        <w:rPr>
          <w:b/>
        </w:rPr>
        <w:t xml:space="preserve">[57:00] </w:t>
      </w:r>
      <w:r>
        <w:t>کے میدان میں کچھ دو سے ڈھائی دن رہے بہت سے Muslim ulama is se ittefaq nahin rakhte</w:t>
      </w:r>
    </w:p>
    <w:p>
      <w:pPr>
        <w:jc w:val="right"/>
      </w:pPr>
      <w:r>
        <w:t>کے میدان میں کچھ دو سے ڈھائی دن رہے بہت سے مسلم علماء اس سے اتفاق نہیں رکھتے</w:t>
      </w:r>
    </w:p>
    <w:p>
      <w:r>
        <w:rPr>
          <w:b/>
        </w:rPr>
        <w:t xml:space="preserve">[57:08] </w:t>
      </w:r>
      <w:r>
        <w:t>hain aisa kyun hai ittifaq nahi karte to woh kitab ka hawala den woh un ke apne dimagh</w:t>
      </w:r>
    </w:p>
    <w:p>
      <w:pPr>
        <w:jc w:val="right"/>
      </w:pPr>
      <w:r>
        <w:t>ہیں ایسا کیوں ہے اتفاق نہیں کرتے تو وہ کتاب کا حوالہ دیں وہ ان کے اپنے دماغ</w:t>
      </w:r>
    </w:p>
    <w:p>
      <w:r>
        <w:rPr>
          <w:b/>
        </w:rPr>
        <w:t xml:space="preserve">[57:16] </w:t>
      </w:r>
      <w:r>
        <w:t>mein hai kitabon mein to hai nahi un ke apne dimagh mein hai aap dekhen uhud ki ladai</w:t>
      </w:r>
    </w:p>
    <w:p>
      <w:pPr>
        <w:jc w:val="right"/>
      </w:pPr>
      <w:r>
        <w:t>میں ہے کتابوں میں تو ہے نہیں ان کے اپنے دماغ میں ہے آپ دیکھیں احد کی لڑائی</w:t>
      </w:r>
    </w:p>
    <w:p>
      <w:r>
        <w:rPr>
          <w:b/>
        </w:rPr>
        <w:t xml:space="preserve">[57:24] </w:t>
      </w:r>
      <w:r>
        <w:t>hui ek hi din mein khatm ho gayi badr ki hui ek hi din mein khatm ho gayi hunain ki</w:t>
      </w:r>
    </w:p>
    <w:p>
      <w:pPr>
        <w:jc w:val="right"/>
      </w:pPr>
      <w:r>
        <w:t>ہوئی ایک ہی دن میں ختم ہوگئی بدر کی ہوئی ایک ہی دن میں ختم ہوگئی حنین کی</w:t>
      </w:r>
    </w:p>
    <w:p>
      <w:r>
        <w:rPr>
          <w:b/>
        </w:rPr>
        <w:t xml:space="preserve">[57:31] </w:t>
      </w:r>
      <w:r>
        <w:t>hui ek hi din mein khatm ho gayi khaibar ka jo tha woh muhasra tha woh ladai nahi thi</w:t>
      </w:r>
    </w:p>
    <w:p>
      <w:pPr>
        <w:jc w:val="right"/>
      </w:pPr>
      <w:r>
        <w:t>ہوئی ایک ہی دن میں ختم ہوگئی خیبر کا جو تھا وہ محاصرہ تھا وہ لڑائی نہیں تھی</w:t>
      </w:r>
    </w:p>
    <w:p>
      <w:r>
        <w:rPr>
          <w:b/>
        </w:rPr>
        <w:t xml:space="preserve">[57:39] </w:t>
      </w:r>
      <w:r>
        <w:t>yani siege tha woh siege toh woh thoda lamba hua tha baqi ladai toh woh bhi nahi thi</w:t>
      </w:r>
    </w:p>
    <w:p>
      <w:pPr>
        <w:jc w:val="right"/>
      </w:pPr>
      <w:r>
        <w:t>یعنی سیج تھا وہ سیج تو وہ تھوڑا لمبا ہوا تھا باقی لڑائی تو وہ بھی نہیں تھی</w:t>
      </w:r>
    </w:p>
    <w:p>
      <w:r>
        <w:rPr>
          <w:b/>
        </w:rPr>
        <w:t xml:space="preserve">[57:47] </w:t>
      </w:r>
      <w:r>
        <w:t>mamooli kuch skirmishes hui theen toh sach poochhein toh is par jo kitaab hai aap padhiye is ko</w:t>
      </w:r>
    </w:p>
    <w:p>
      <w:pPr>
        <w:jc w:val="right"/>
      </w:pPr>
      <w:r>
        <w:t>معمولی کچھ اسکرمیشز ہوئی تھیں تو سچ پوچھیں تو اس پر جو کتاب ہے آپ پڑھیے اس کو</w:t>
      </w:r>
    </w:p>
    <w:p>
      <w:r>
        <w:rPr>
          <w:b/>
        </w:rPr>
        <w:t xml:space="preserve">[57:54] </w:t>
      </w:r>
      <w:r>
        <w:t>yani profit of peace profit of peace mein maine dikhaya ke rasool Allah salallaho alaihe wasallam</w:t>
      </w:r>
    </w:p>
    <w:p>
      <w:pPr>
        <w:jc w:val="right"/>
      </w:pPr>
      <w:r>
        <w:t>یعنی پرافٹ اف پیس پرافٹ اف پیس میں میں نے دکھایا کہ رسول اللہ صلی اللہ علیہ وسلم</w:t>
      </w:r>
    </w:p>
    <w:p>
      <w:r>
        <w:rPr>
          <w:b/>
        </w:rPr>
        <w:t xml:space="preserve">[58:02] </w:t>
      </w:r>
      <w:r>
        <w:t>ke haan koi baqayeda war toh hui hi nahi sab skirmishes theen yani full flash war ek bhi</w:t>
      </w:r>
    </w:p>
    <w:p>
      <w:pPr>
        <w:jc w:val="right"/>
      </w:pPr>
      <w:r>
        <w:t>کے ہاں کوئی باقاعدہ وار تو ہوئی ہی نہیں سب اسکرمیشز تھیں یعنی فل فلیش ڈوار ایک بھی</w:t>
      </w:r>
    </w:p>
    <w:p>
      <w:r>
        <w:rPr>
          <w:b/>
        </w:rPr>
        <w:t xml:space="preserve">[58:10] </w:t>
      </w:r>
      <w:r>
        <w:t>rasool Allah nahi lade full flash war ka jo koi rasool Allah ke haan koi misaal nahi hai</w:t>
      </w:r>
    </w:p>
    <w:p>
      <w:pPr>
        <w:jc w:val="right"/>
      </w:pPr>
      <w:r>
        <w:t>رسول اللہ نہیں لڑے فل فلیش ڈوار کا جو کوئی رسول اللہ کے ہاں کوئی مثال نہیں ہے</w:t>
      </w:r>
    </w:p>
    <w:p>
      <w:r>
        <w:rPr>
          <w:b/>
        </w:rPr>
        <w:t xml:space="preserve">[58:18] </w:t>
      </w:r>
      <w:r>
        <w:t>chand huin woh sab skirmishes theen yani jharpein bas maulana agla sawal dilli se hai miss sethi malhotra</w:t>
      </w:r>
    </w:p>
    <w:p>
      <w:pPr>
        <w:jc w:val="right"/>
      </w:pPr>
      <w:r>
        <w:t>چند ہوئیں وہ سب اسکرمیشز تھیں یعنی جھڑپیں بس مولانا اگلا سوال دلی سے ہے مس ستی ملحوترا</w:t>
      </w:r>
    </w:p>
    <w:p>
      <w:r>
        <w:rPr>
          <w:b/>
        </w:rPr>
        <w:t xml:space="preserve">[58:25] </w:t>
      </w:r>
      <w:r>
        <w:t>ka unhone likha hai why is it that muslims remember glory of their political history but have</w:t>
      </w:r>
    </w:p>
    <w:p>
      <w:pPr>
        <w:jc w:val="right"/>
      </w:pPr>
      <w:r>
        <w:t>کا انہوں نے لکھا ہے وائی از اٹ دیٹ مسلمز ریممبر گلوری اف دیر پولیٹیکل ہسٹری بٹ ہیو</w:t>
      </w:r>
    </w:p>
    <w:p>
      <w:r>
        <w:rPr>
          <w:b/>
        </w:rPr>
        <w:t xml:space="preserve">[58:33] </w:t>
      </w:r>
      <w:r>
        <w:t>forgotten the message of prophet and his sacrifices please comment bhai main toh yahi kahoon ke shaitan ne</w:t>
      </w:r>
    </w:p>
    <w:p>
      <w:pPr>
        <w:jc w:val="right"/>
      </w:pPr>
      <w:r>
        <w:t>فورگاٹن دا میسج اف پرافٹ اینڈ ہز سیکریفائسز پلیز کمنٹ بھائی میں تو یہی کہوں کہ شیطان نے</w:t>
      </w:r>
    </w:p>
    <w:p>
      <w:r>
        <w:rPr>
          <w:b/>
        </w:rPr>
        <w:t xml:space="preserve">[58:41] </w:t>
      </w:r>
      <w:r>
        <w:t>baqa rakha hai shaitan sab se zyada active hai yani shaitan se zyada koi active nahi toh shaitan</w:t>
      </w:r>
    </w:p>
    <w:p>
      <w:pPr>
        <w:jc w:val="right"/>
      </w:pPr>
      <w:r>
        <w:t>باقا رکھا ہے شیطان سب سے زیادہ ایکٹیو ہے یعنی شیطان سے زیادہ کوئی ایکٹیو نہیں تو شیطان</w:t>
      </w:r>
    </w:p>
    <w:p>
      <w:r>
        <w:rPr>
          <w:b/>
        </w:rPr>
        <w:t xml:space="preserve">[58:48] </w:t>
      </w:r>
      <w:r>
        <w:t>ne logon ko baqa rakha hai aur toh mere paas is ka koi jawab bhi samajh mein nahi</w:t>
      </w:r>
    </w:p>
    <w:p>
      <w:pPr>
        <w:jc w:val="right"/>
      </w:pPr>
      <w:r>
        <w:t>نے لوگوں کو باقا رکھا ہے اور تو میرے پاس اس کا کوئی جواب بھی سمجھ میں نہیں</w:t>
      </w:r>
    </w:p>
    <w:p>
      <w:r>
        <w:rPr>
          <w:b/>
        </w:rPr>
        <w:t xml:space="preserve">[58:56] </w:t>
      </w:r>
      <w:r>
        <w:t>aata hai maulana agla sawal aaya hai jammu kashmir se muhammad yunus sahib ka unhone aap se</w:t>
      </w:r>
    </w:p>
    <w:p>
      <w:pPr>
        <w:jc w:val="right"/>
      </w:pPr>
      <w:r>
        <w:t>اتا ہے مولانا اگلا سوال ایا ہے جموں کشمیر سے محمد یونس صاحب کا انہوں نے اپ سے</w:t>
      </w:r>
    </w:p>
    <w:p>
      <w:r>
        <w:rPr>
          <w:b/>
        </w:rPr>
        <w:t xml:space="preserve">[59:04] </w:t>
      </w:r>
      <w:r>
        <w:t>poochha hai is the quran law or is it different from law what is your opinion main aap</w:t>
      </w:r>
    </w:p>
    <w:p>
      <w:pPr>
        <w:jc w:val="right"/>
      </w:pPr>
      <w:r>
        <w:t>پوچھا ہے از دی قران لاء اور از اٹ ڈفرنٹ فرام لاء واٹ از یور اوپینین میں اپ</w:t>
      </w:r>
    </w:p>
    <w:p>
      <w:r>
        <w:rPr>
          <w:b/>
        </w:rPr>
        <w:t xml:space="preserve">[59:12] </w:t>
      </w:r>
      <w:r>
        <w:t>kisi bhi dictionary mein kisi kitaab mein law ki definition padhiye aur phir dekhiye toh aap ko definition</w:t>
      </w:r>
    </w:p>
    <w:p>
      <w:pPr>
        <w:jc w:val="right"/>
      </w:pPr>
      <w:r>
        <w:t>کسی بھی ڈکشنری میں کسی کتاب میں لا کے ڈیفینیشن پڑھیے اور پھر دیکھیے تو اپ کو ڈیفینیشن</w:t>
      </w:r>
    </w:p>
    <w:p>
      <w:r>
        <w:rPr>
          <w:b/>
        </w:rPr>
        <w:t xml:space="preserve">[59:19] </w:t>
      </w:r>
      <w:r>
        <w:t>law ki milegi woh is par quran poora nahi utar raha hai toh quran book of law</w:t>
      </w:r>
    </w:p>
    <w:p>
      <w:pPr>
        <w:jc w:val="right"/>
      </w:pPr>
      <w:r>
        <w:t>لا کے ملے گی وہ اس پر قران پورا نہیں اتر رہا ہے تو قران بک اف لاء</w:t>
      </w:r>
    </w:p>
    <w:p>
      <w:r>
        <w:rPr>
          <w:b/>
        </w:rPr>
        <w:t xml:space="preserve">[59:27] </w:t>
      </w:r>
      <w:r>
        <w:t>hai hi nahi dekhein quran ke bare mein main yeh kahoon ga ke ek lafz mein agar main</w:t>
      </w:r>
    </w:p>
    <w:p>
      <w:pPr>
        <w:jc w:val="right"/>
      </w:pPr>
      <w:r>
        <w:t>ہے ہی نہیں دیکھیں قران کے بارے میں میں یہ کہوں گا کہ ایک لفظ میں اگر میں</w:t>
      </w:r>
    </w:p>
    <w:p>
      <w:r>
        <w:rPr>
          <w:b/>
        </w:rPr>
        <w:t xml:space="preserve">[59:35] </w:t>
      </w:r>
      <w:r>
        <w:t>kahoon toh kahoon ga ke woh creation plan of god ko batane ke liye hai what is the</w:t>
      </w:r>
    </w:p>
    <w:p>
      <w:pPr>
        <w:jc w:val="right"/>
      </w:pPr>
      <w:r>
        <w:t>کہوں تو کہوں گا کہ وہ کریشن پلان اف گاڈ کو بتانے کے لیے ہے واٹ از دا</w:t>
      </w:r>
    </w:p>
    <w:p>
      <w:r>
        <w:rPr>
          <w:b/>
        </w:rPr>
        <w:t xml:space="preserve">[59:42] </w:t>
      </w:r>
      <w:r>
        <w:t>creation plan of god yeh batane ke liye hai woh law ki kitaab hai hi nahi woh yeh</w:t>
      </w:r>
    </w:p>
    <w:p>
      <w:pPr>
        <w:jc w:val="right"/>
      </w:pPr>
      <w:r>
        <w:t>کریشن پلان اف گاڈ یہ بتانے کے لیے ہے وہ لاء کی کتاب ہے ہی نہیں وہ یہ</w:t>
      </w:r>
    </w:p>
    <w:p>
      <w:r>
        <w:rPr>
          <w:b/>
        </w:rPr>
        <w:t xml:space="preserve">[59:50] </w:t>
      </w:r>
      <w:r>
        <w:t>toh aap bahut aasani se aap soch sakte hain kisi bhi dictionary mein padhiye ek law ki definition</w:t>
      </w:r>
    </w:p>
    <w:p>
      <w:pPr>
        <w:jc w:val="right"/>
      </w:pPr>
      <w:r>
        <w:t>تو اپ بہت اسانی سے اپ سوچ سکتے ہیں کسی بھی ڈکشنری میں پڑھیے ایک لاء کی ڈیفینیشن</w:t>
      </w:r>
    </w:p>
    <w:p>
      <w:r>
        <w:rPr>
          <w:b/>
        </w:rPr>
        <w:t xml:space="preserve">[59:58] </w:t>
      </w:r>
      <w:r>
        <w:t>is ko le kar ke apply kijiye quran par toh lagega ke is is is maene mein</w:t>
      </w:r>
    </w:p>
    <w:p>
      <w:pPr>
        <w:jc w:val="right"/>
      </w:pPr>
      <w:r>
        <w:t>اس کو لے کر کے اپلائی کیجئے قران پر تو لگے گا کہ اس اس اس معنی میں</w:t>
      </w:r>
    </w:p>
    <w:p>
      <w:r>
        <w:rPr>
          <w:b/>
        </w:rPr>
        <w:t xml:space="preserve">[1:00:06] </w:t>
      </w:r>
      <w:r>
        <w:t>toh quran book of law hai hi nahi quran mein toh marifat ki baatein hain aur jannat dozakh</w:t>
      </w:r>
    </w:p>
    <w:p>
      <w:pPr>
        <w:jc w:val="right"/>
      </w:pPr>
      <w:r>
        <w:t>تو قران بک اف لاء ہے ہی نہیں قران میں تو معرفت کی باتیں ہیں اور جنت دوزخ</w:t>
      </w:r>
    </w:p>
    <w:p>
      <w:r>
        <w:rPr>
          <w:b/>
        </w:rPr>
        <w:t xml:space="preserve">[1:00:13] </w:t>
      </w:r>
      <w:r>
        <w:t>ki baatein hain Allah ki baatein hain aur Allah ka jo takhleeqi plan hai us ki baatein hain</w:t>
      </w:r>
    </w:p>
    <w:p>
      <w:pPr>
        <w:jc w:val="right"/>
      </w:pPr>
      <w:r>
        <w:t>کی باتیں ہیں اللہ کی باتیں ہیں اور اللہ کا جو تخلیقی پلان ہے اس کی باتیں ہیں</w:t>
      </w:r>
    </w:p>
    <w:p>
      <w:r>
        <w:rPr>
          <w:b/>
        </w:rPr>
        <w:t xml:space="preserve">[1:00:21] </w:t>
      </w:r>
      <w:r>
        <w:t>yahi sab baatein hain is pe ek ek lafz mein kahoon ke quran kitaab marifat hai kitaab qanoon</w:t>
      </w:r>
    </w:p>
    <w:p>
      <w:pPr>
        <w:jc w:val="right"/>
      </w:pPr>
      <w:r>
        <w:t>یہی سب باتیں ہیں اس پہ ایک ایک لفظ میں کہوں کہ قران کتاب معرفت ہے کتاب قانون</w:t>
      </w:r>
    </w:p>
    <w:p>
      <w:r>
        <w:rPr>
          <w:b/>
        </w:rPr>
        <w:t xml:space="preserve">[1:00:29] </w:t>
      </w:r>
      <w:r>
        <w:t>nahi hai aur bahut aasani se koi bhi shakhs samajh sakta hai is ko yani yeh koi koi</w:t>
      </w:r>
    </w:p>
    <w:p>
      <w:pPr>
        <w:jc w:val="right"/>
      </w:pPr>
      <w:r>
        <w:t>نہیں ہے اور بہت اسانی سے کوئی بھی شخص سمجھ سکتا ہے اس کو یعنی یہ کوئی کوئی</w:t>
      </w:r>
    </w:p>
    <w:p>
      <w:r>
        <w:rPr>
          <w:b/>
        </w:rPr>
        <w:t xml:space="preserve">[1:00:36] </w:t>
      </w:r>
      <w:r>
        <w:t>filsfe ki baat nahi hai translation ka jo muqadma hai maulana ka us mein tafseel se likha hai</w:t>
      </w:r>
    </w:p>
    <w:p>
      <w:pPr>
        <w:jc w:val="right"/>
      </w:pPr>
      <w:r>
        <w:t>فلسفے کی بات نہیں ہے ٹرانسلیشن کا جو مقدمہ ہے مولانا کا اس میں تفصیل سے لکھا ہے</w:t>
      </w:r>
    </w:p>
    <w:p>
      <w:r>
        <w:rPr>
          <w:b/>
        </w:rPr>
        <w:t xml:space="preserve">[1:00:44] </w:t>
      </w:r>
      <w:r>
        <w:t>is mein translation quran ka jo translation hai na uska jo preface hai us mein tafseel se</w:t>
      </w:r>
    </w:p>
    <w:p>
      <w:pPr>
        <w:jc w:val="right"/>
      </w:pPr>
      <w:r>
        <w:t>اس میں ٹرانسلیشن قران کا جو ٹرانسلیشن ہے نا اس کا جو پریفیس ہے اس میں تفصیل سے</w:t>
      </w:r>
    </w:p>
    <w:p>
      <w:r>
        <w:rPr>
          <w:b/>
        </w:rPr>
        <w:t xml:space="preserve">[1:00:52] </w:t>
      </w:r>
      <w:r>
        <w:t>likha hai maulana ne if you want to know the details you can read the preface of the</w:t>
      </w:r>
    </w:p>
    <w:p>
      <w:pPr>
        <w:jc w:val="right"/>
      </w:pPr>
      <w:r>
        <w:t>لکھا ہے مولانا نے اف یو وانٹ ٹو نو دا ڈیٹیلز یو کین ریڈ دا پریفیس اف دی</w:t>
      </w:r>
    </w:p>
    <w:p>
      <w:r>
        <w:rPr>
          <w:b/>
        </w:rPr>
        <w:t xml:space="preserve">[1:01:00] </w:t>
      </w:r>
      <w:r>
        <w:t>quran translation by maulana sahib maulana agla sawal delhi se hai jameel akhtar sahib ka jameel akhtar sahib</w:t>
      </w:r>
    </w:p>
    <w:p>
      <w:pPr>
        <w:jc w:val="right"/>
      </w:pPr>
      <w:r>
        <w:t>قران ٹرانسلیشن بائے مولانا صاحب مولانا اگلا سوال دلی سے ہے جامع اختر صاحب کا جمیل اختر صاحب</w:t>
      </w:r>
    </w:p>
    <w:p>
      <w:r>
        <w:rPr>
          <w:b/>
        </w:rPr>
        <w:t xml:space="preserve">[1:01:07] </w:t>
      </w:r>
      <w:r>
        <w:t>ka unhon ne likha hai aap kehte hain ke dawat ke rastay mein koi rukawat nahi hai magar</w:t>
      </w:r>
    </w:p>
    <w:p>
      <w:pPr>
        <w:jc w:val="right"/>
      </w:pPr>
      <w:r>
        <w:t>کا انہوں نے لکھا ہے اپ کہتے ہیں کہ دعوت کے راستے میں کوئی رکاوٹ نہیں ہے مگر</w:t>
      </w:r>
    </w:p>
    <w:p>
      <w:r>
        <w:rPr>
          <w:b/>
        </w:rPr>
        <w:t xml:space="preserve">[1:01:15] </w:t>
      </w:r>
      <w:r>
        <w:t>islami mulk se le kar ghair islami mulk tak dawat kaam karne mein jagah jagah rukawatein hain aur</w:t>
      </w:r>
    </w:p>
    <w:p>
      <w:pPr>
        <w:jc w:val="right"/>
      </w:pPr>
      <w:r>
        <w:t>اسلامی ملک سے لے کر غیر اسلامک ملک تک دعوت کام کرنے میں جگہ جگہ رکاوٹیں ہیں اور</w:t>
      </w:r>
    </w:p>
    <w:p>
      <w:r>
        <w:rPr>
          <w:b/>
        </w:rPr>
        <w:t xml:space="preserve">[1:01:23] </w:t>
      </w:r>
      <w:r>
        <w:t>iski khabrein roz sunai deti hain is ke baray mein aap kya kahenge yeh bilkul galat</w:t>
      </w:r>
    </w:p>
    <w:p>
      <w:pPr>
        <w:jc w:val="right"/>
      </w:pPr>
      <w:r>
        <w:t>اس کی خبریں روز سنائی دیتی ہیں اس کے بارے میں اپ کیا کہیں گے یہ بالکل غلط</w:t>
      </w:r>
    </w:p>
    <w:p>
      <w:r>
        <w:rPr>
          <w:b/>
        </w:rPr>
        <w:t xml:space="preserve">[1:01:30] </w:t>
      </w:r>
      <w:r>
        <w:t>baat hai dawat ke rastay mein kahin rukawat nahi hai log chala rahe hain politics opposition is ke</w:t>
      </w:r>
    </w:p>
    <w:p>
      <w:pPr>
        <w:jc w:val="right"/>
      </w:pPr>
      <w:r>
        <w:t>بات ہے دعوت کے راستے میں کہیں رکاوٹ نہیں ہے لوگ چلا رہے ہیں پولیٹکس اپوزیشن اس کے</w:t>
      </w:r>
    </w:p>
    <w:p>
      <w:r>
        <w:rPr>
          <w:b/>
        </w:rPr>
        <w:t xml:space="preserve">[1:01:38] </w:t>
      </w:r>
      <w:r>
        <w:t>khilaf hukumatain yani iqdam karti hain dawat ke liye kahan rukawat hai dawat nama hai peaceful peace</w:t>
      </w:r>
    </w:p>
    <w:p>
      <w:pPr>
        <w:jc w:val="right"/>
      </w:pPr>
      <w:r>
        <w:t>خلاف حکومتیں یعنی اقدام کرتی ہیں دعوت کے لیے کہاں رکاوٹ ہے دعوت نامہ ہے پیس فل پیس</w:t>
      </w:r>
    </w:p>
    <w:p>
      <w:r>
        <w:rPr>
          <w:b/>
        </w:rPr>
        <w:t xml:space="preserve">[1:01:46] </w:t>
      </w:r>
      <w:r>
        <w:t>full da'wah work ka wahan kahin rukawat nahi hai lekin log kya kar rahe hain ke hukumaton ko</w:t>
      </w:r>
    </w:p>
    <w:p>
      <w:pPr>
        <w:jc w:val="right"/>
      </w:pPr>
      <w:r>
        <w:t>فل داؤ ورک کا وہاں کہیں رکاوٹ نہیں ہے لیکن لوگ کیا کر رہے ہیں کہ حکومتوں کو</w:t>
      </w:r>
    </w:p>
    <w:p>
      <w:r>
        <w:rPr>
          <w:b/>
        </w:rPr>
        <w:t xml:space="preserve">[1:01:54] </w:t>
      </w:r>
      <w:r>
        <w:t>incite karna hukumaton ko mitana hukumaton ko dethrone karna yeh tareeqay chalate hain to is ke khilaf</w:t>
      </w:r>
    </w:p>
    <w:p>
      <w:pPr>
        <w:jc w:val="right"/>
      </w:pPr>
      <w:r>
        <w:t>انسیٹ کرنا حکومتوں کو مٹانا حکومتوں کو ڈی تھرون کرنا یہ طریقے چلاتے ہیں تو اس کے خلاف</w:t>
      </w:r>
    </w:p>
    <w:p>
      <w:r>
        <w:rPr>
          <w:b/>
        </w:rPr>
        <w:t xml:space="preserve">[1:02:01] </w:t>
      </w:r>
      <w:r>
        <w:t>hukumatain zahir hai retaliate karengi dunya ka koi mulk nahi hai including russia including china jahan peace</w:t>
      </w:r>
    </w:p>
    <w:p>
      <w:pPr>
        <w:jc w:val="right"/>
      </w:pPr>
      <w:r>
        <w:t>حکومتیں ظاہر ہے ریٹیلیٹ کریں گی دنیا کا کوئی ملک نہیں ہے انکلوڈنگ رشیا انکلوڈنگ چائنہ جہاں پیس</w:t>
      </w:r>
    </w:p>
    <w:p>
      <w:r>
        <w:rPr>
          <w:b/>
        </w:rPr>
        <w:t xml:space="preserve">[1:02:09] </w:t>
      </w:r>
      <w:r>
        <w:t>full da'wah work par koi rukawat ho lekin log kya karte hain ke har jagah jhanda utha lete</w:t>
      </w:r>
    </w:p>
    <w:p>
      <w:pPr>
        <w:jc w:val="right"/>
      </w:pPr>
      <w:r>
        <w:t>فل داؤ ورک پر کوئی رکاوٹ ہو لیکن لوگ کیا کرتے ہیں کہ ہر جگہ جھنڈا اٹھا لیتے</w:t>
      </w:r>
    </w:p>
    <w:p>
      <w:r>
        <w:rPr>
          <w:b/>
        </w:rPr>
        <w:t xml:space="preserve">[1:02:17] </w:t>
      </w:r>
      <w:r>
        <w:t>hain siyasat ka hundred sathi jhanda utha lete hain mislan china jo hai ek communist mulk hai wahan</w:t>
      </w:r>
    </w:p>
    <w:p>
      <w:pPr>
        <w:jc w:val="right"/>
      </w:pPr>
      <w:r>
        <w:t>ہیں سیاست کا ہنڈرڈ ساتھی جھنڈا اٹھا لیتے ہیں مثلا چائنہ جو ہے ایک کمیونسٹ ملک ہے وہاں</w:t>
      </w:r>
    </w:p>
    <w:p>
      <w:r>
        <w:rPr>
          <w:b/>
        </w:rPr>
        <w:t xml:space="preserve">[1:02:24] </w:t>
      </w:r>
      <w:r>
        <w:t>koi rukawat nahi thi lekin shingkian gehra ek area jahan musalmanon ki majority hai to wahan jhanda utha</w:t>
      </w:r>
    </w:p>
    <w:p>
      <w:pPr>
        <w:jc w:val="right"/>
      </w:pPr>
      <w:r>
        <w:t>کوئی رکاوٹ نہیں تھی لیکن شنگکان گہرا ایک ایریا جہاں مسلمانوں کی میجورٹی ہے تو وہاں جھنڈا اٹھا</w:t>
      </w:r>
    </w:p>
    <w:p>
      <w:r>
        <w:rPr>
          <w:b/>
        </w:rPr>
        <w:t xml:space="preserve">[1:02:32] </w:t>
      </w:r>
      <w:r>
        <w:t>liya politics ka separate land to hukumat ne unki mukhalifatein ki to kehte hain ke dekho rukawat</w:t>
      </w:r>
    </w:p>
    <w:p>
      <w:pPr>
        <w:jc w:val="right"/>
      </w:pPr>
      <w:r>
        <w:t>لیا پولیٹکس کا سیپریٹ لینڈ تو حکومت نے ان کی مخالفتیں کیں تو کہتے ہیں کہ دیکھو رکاوٹ</w:t>
      </w:r>
    </w:p>
    <w:p>
      <w:r>
        <w:rPr>
          <w:b/>
        </w:rPr>
        <w:t xml:space="preserve">[1:02:40] </w:t>
      </w:r>
      <w:r>
        <w:t>dal rahe hain rukawat dawat ke liye nahi hai woh tumhari jhooti politics ke liye yani har jagah</w:t>
      </w:r>
    </w:p>
    <w:p>
      <w:pPr>
        <w:jc w:val="right"/>
      </w:pPr>
      <w:r>
        <w:t>ڈال رہے ہیں رکاوٹ دعوت کے لیے نہیں ہے وہ تمہاری جھوٹی پولیٹکس کے لیے یعنی ہر جگہ</w:t>
      </w:r>
    </w:p>
    <w:p>
      <w:r>
        <w:rPr>
          <w:b/>
        </w:rPr>
        <w:t xml:space="preserve">[1:02:48] </w:t>
      </w:r>
      <w:r>
        <w:t>yani be-maani qism ki politics chalai hui hain politics ke khilaf hoti hai na ke dawat ke</w:t>
      </w:r>
    </w:p>
    <w:p>
      <w:pPr>
        <w:jc w:val="right"/>
      </w:pPr>
      <w:r>
        <w:t>یعنی بے معنی قسم کی پولیٹکس چلائی ہوئی ہیں پولیٹکس کے خلاف ہوتی ہے نہ کہ دعوت کے</w:t>
      </w:r>
    </w:p>
    <w:p>
      <w:r>
        <w:rPr>
          <w:b/>
        </w:rPr>
        <w:t xml:space="preserve">[1:02:55] </w:t>
      </w:r>
      <w:r>
        <w:t>khilaf yeh bohat bari fallacy hai jis se musalman mubtala hain sari dunya mein har jagah yahi samajhte</w:t>
      </w:r>
    </w:p>
    <w:p>
      <w:pPr>
        <w:jc w:val="right"/>
      </w:pPr>
      <w:r>
        <w:t>خلاف یہ بہت بڑی فلیسی ہے جس سے مسلمان مبتلا ہیں ساری دنیا میں ہر جگہ یہی سمجھتے</w:t>
      </w:r>
    </w:p>
    <w:p>
      <w:r>
        <w:rPr>
          <w:b/>
        </w:rPr>
        <w:t xml:space="preserve">[1:03:03] </w:t>
      </w:r>
      <w:r>
        <w:t>hain log ke dekho bhai rukawat koi rukawat nahi hai bilkul bilashubah yeh jhooti baat hai ke rukawat</w:t>
      </w:r>
    </w:p>
    <w:p>
      <w:pPr>
        <w:jc w:val="right"/>
      </w:pPr>
      <w:r>
        <w:t>ہیں لوگ کہ دیکھو بھئی رکاوٹ کوئی رکاوٹ نہیں ہے بالکل بلاشبہ یہ جھوٹی بات ہے کہ رکاوٹ</w:t>
      </w:r>
    </w:p>
    <w:p>
      <w:r>
        <w:rPr>
          <w:b/>
        </w:rPr>
        <w:t xml:space="preserve">[1:03:11] </w:t>
      </w:r>
      <w:r>
        <w:t>hai na america mein na china mein na russia mein na india mein lekin aap politics aap yani</w:t>
      </w:r>
    </w:p>
    <w:p>
      <w:pPr>
        <w:jc w:val="right"/>
      </w:pPr>
      <w:r>
        <w:t>ہے نہ امریکہ میں نہ چائنہ میں نہ رشیا میں نہ انڈیا میں لیکن اپ پولیٹکس اپ یعنی</w:t>
      </w:r>
    </w:p>
    <w:p>
      <w:r>
        <w:rPr>
          <w:b/>
        </w:rPr>
        <w:t xml:space="preserve">[1:03:18] </w:t>
      </w:r>
      <w:r>
        <w:t>jisko kehte hain politics of opposition chalayenge to hukumatain zahir hai ke aap ko khatra samjhe</w:t>
      </w:r>
    </w:p>
    <w:p>
      <w:pPr>
        <w:jc w:val="right"/>
      </w:pPr>
      <w:r>
        <w:t>جس کو کہتے ہیں پولیٹکس اف اپوزیشن چلائیں گے تو حکومتیں ظاہر ہے کہ اپ کو خطرہ سمجھیں</w:t>
      </w:r>
    </w:p>
    <w:p>
      <w:r>
        <w:rPr>
          <w:b/>
        </w:rPr>
        <w:t xml:space="preserve">[1:03:26] </w:t>
      </w:r>
      <w:r>
        <w:t>ge apne liye isi liye maine kaha tha abhi ke yeh abal bajay maal ki politics hai</w:t>
      </w:r>
    </w:p>
    <w:p>
      <w:pPr>
        <w:jc w:val="right"/>
      </w:pPr>
      <w:r>
        <w:t>گے اپنے لیے اسی لیے میں نے کہا تھا ابھی کہ یہ ابال بجے مال کی پولیٹکس ہے</w:t>
      </w:r>
    </w:p>
    <w:p>
      <w:r>
        <w:rPr>
          <w:b/>
        </w:rPr>
        <w:t xml:space="preserve">[1:03:34] </w:t>
      </w:r>
      <w:r>
        <w:t>abal bajay maal ka jo yeh abal bajay maal ki politics ka result hai yeh dawat ka result</w:t>
      </w:r>
    </w:p>
    <w:p>
      <w:pPr>
        <w:jc w:val="right"/>
      </w:pPr>
      <w:r>
        <w:t>ابال بجے مال کا جو یہ ابال بجے مال کی پولیٹکس کا رزلٹ ہے یہ دعوت کا رزلٹ</w:t>
      </w:r>
    </w:p>
    <w:p>
      <w:r>
        <w:rPr>
          <w:b/>
        </w:rPr>
        <w:t xml:space="preserve">[1:03:42] </w:t>
      </w:r>
      <w:r>
        <w:t>nahi hai hum is mulk mein da'wati kaam kar rahe hain aur sari dunya mein kar rahe hain</w:t>
      </w:r>
    </w:p>
    <w:p>
      <w:pPr>
        <w:jc w:val="right"/>
      </w:pPr>
      <w:r>
        <w:t>نہیں ہے ہم اس ملک میں دعوتی کام کر رہے ہیں اور ساری دنیا میں کر رہے ہیں</w:t>
      </w:r>
    </w:p>
    <w:p>
      <w:r>
        <w:rPr>
          <w:b/>
        </w:rPr>
        <w:t xml:space="preserve">[1:03:49] </w:t>
      </w:r>
      <w:r>
        <w:t>hamare sathi kuch in ko record nahi hai kuch bhi record nahi hai aj tak kahin record nahi</w:t>
      </w:r>
    </w:p>
    <w:p>
      <w:pPr>
        <w:jc w:val="right"/>
      </w:pPr>
      <w:r>
        <w:t>ہمارے ساتھی کچھ ان کو ریکارڈ نہیں ہے کچھ بھی ریکارڈ نہیں ہے اج تک کہیں ریکارڈ نہیں</w:t>
      </w:r>
    </w:p>
    <w:p>
      <w:r>
        <w:rPr>
          <w:b/>
        </w:rPr>
        <w:t xml:space="preserve">[1:03:57] </w:t>
      </w:r>
      <w:r>
        <w:t>samne aai molana agla sawal chennai se aya hai molana iqbal umri ka unho ne likha hai chapter</w:t>
      </w:r>
    </w:p>
    <w:p>
      <w:pPr>
        <w:jc w:val="right"/>
      </w:pPr>
      <w:r>
        <w:t>سامنے ائی مولانا اگلا سوال چنئی سے ایا ہے مولانا اقبال عمری کا انہوں نے لکھا ہے چیپٹر</w:t>
      </w:r>
    </w:p>
    <w:p>
      <w:r>
        <w:rPr>
          <w:b/>
        </w:rPr>
        <w:t xml:space="preserve">[1:04:05] </w:t>
      </w:r>
      <w:r>
        <w:t>21 verse number 37 of quran it is mentioned learn yina la yilah lahum wa la damwoha walakin</w:t>
      </w:r>
    </w:p>
    <w:p>
      <w:pPr>
        <w:jc w:val="right"/>
      </w:pPr>
      <w:r>
        <w:t>21 ورس نمبر 37 اف قران اٹ از مینشنڈ لرن ینا لا یلہ لہم و لا دموہا ولکن</w:t>
      </w:r>
    </w:p>
    <w:p>
      <w:r>
        <w:rPr>
          <w:b/>
        </w:rPr>
        <w:t xml:space="preserve">[1:04:12] </w:t>
      </w:r>
      <w:r>
        <w:t>yina al-taqwa minkum molana is ayat mein matloob taqwa kya hai hadith ke woh ayat ke alfaaz yeh</w:t>
      </w:r>
    </w:p>
    <w:p>
      <w:pPr>
        <w:jc w:val="right"/>
      </w:pPr>
      <w:r>
        <w:t>ینا التقوی منکم مولانا اس ایت میں مطلوب تقوی کیا ہے حدیث کے وہ ایت کے الفاظ یہ</w:t>
      </w:r>
    </w:p>
    <w:p>
      <w:r>
        <w:rPr>
          <w:b/>
        </w:rPr>
        <w:t xml:space="preserve">[1:04:20] </w:t>
      </w:r>
      <w:r>
        <w:t>hain ke allah minkum yeh is ke zehn mein hai yani qurbani ke zehn mein ke is ka</w:t>
      </w:r>
    </w:p>
    <w:p>
      <w:pPr>
        <w:jc w:val="right"/>
      </w:pPr>
      <w:r>
        <w:t>ہیں کہ اللہ منکم یہ اس کے ذہن میں ہے یعنی قربانی کے ذہن میں کہ اس کا</w:t>
      </w:r>
    </w:p>
    <w:p>
      <w:r>
        <w:rPr>
          <w:b/>
        </w:rPr>
        <w:t xml:space="preserve">[1:04:28] </w:t>
      </w:r>
      <w:r>
        <w:t>jo khoon aur gosht hai woh allah ko nahi pahunchta balke balke tumhara tumhare dil ka taqwa wahan</w:t>
      </w:r>
    </w:p>
    <w:p>
      <w:pPr>
        <w:jc w:val="right"/>
      </w:pPr>
      <w:r>
        <w:t>جو خون اور گوشت ہے وہ اللہ کو نہیں پہنچتا بلکہ بلکہ تمہارا تمہارے دل کا تقوی وہاں</w:t>
      </w:r>
    </w:p>
    <w:p>
      <w:r>
        <w:rPr>
          <w:b/>
        </w:rPr>
        <w:t xml:space="preserve">[1:04:36] </w:t>
      </w:r>
      <w:r>
        <w:t>tak pahunchta hai taqwa ke mani hain yani jis ko kehte hain niyat intention aap ki spirit kis</w:t>
      </w:r>
    </w:p>
    <w:p>
      <w:pPr>
        <w:jc w:val="right"/>
      </w:pPr>
      <w:r>
        <w:t>تک پہنچتا ہے تقوی کے معنی ہیں یعنی جس کو کہتے ہیں نیت انٹینشن اپ کی اسپرٹ کس</w:t>
      </w:r>
    </w:p>
    <w:p>
      <w:r>
        <w:rPr>
          <w:b/>
        </w:rPr>
        <w:t xml:space="preserve">[1:04:43] </w:t>
      </w:r>
      <w:r>
        <w:t>spirit se kaam kiya hai aap ne aap ka lafz badal dijiye aap to baat wazeh ho jaye</w:t>
      </w:r>
    </w:p>
    <w:p>
      <w:pPr>
        <w:jc w:val="right"/>
      </w:pPr>
      <w:r>
        <w:t>اسپرٹ سے کام کیا ہے اپ نے اپ کا لفظ بدل دیجئے اپ تو بات واضح ہو جائے</w:t>
      </w:r>
    </w:p>
    <w:p>
      <w:r>
        <w:rPr>
          <w:b/>
        </w:rPr>
        <w:t xml:space="preserve">[1:04:51] </w:t>
      </w:r>
      <w:r>
        <w:t>gi ke aap ne kis spirit se woh kaam kiya hai woh allah dekhta hai yeh nahi ke</w:t>
      </w:r>
    </w:p>
    <w:p>
      <w:pPr>
        <w:jc w:val="right"/>
      </w:pPr>
      <w:r>
        <w:t>گی کہ اپ نے کس اسپرٹ سے وہ کام کیا ہے وہ اللہ دیکھتا ہے یہ نہیں کہ</w:t>
      </w:r>
    </w:p>
    <w:p>
      <w:r>
        <w:rPr>
          <w:b/>
        </w:rPr>
        <w:t xml:space="preserve">[1:04:59] </w:t>
      </w:r>
      <w:r>
        <w:t>kitna bara janwar kiya hai kitna chota janwar kiya hai kitna farbe tha kitna kala tha ke safed</w:t>
      </w:r>
    </w:p>
    <w:p>
      <w:pPr>
        <w:jc w:val="right"/>
      </w:pPr>
      <w:r>
        <w:t>کتنا بڑا جانور کیا ہے کتنا چھوٹا جانور کیا ہے کتنا فربے تھا کتنا کالا تھا کہ سفید</w:t>
      </w:r>
    </w:p>
    <w:p>
      <w:r>
        <w:rPr>
          <w:b/>
        </w:rPr>
        <w:t xml:space="preserve">[1:05:06] </w:t>
      </w:r>
      <w:r>
        <w:t>tha yeh nahi dekhta aap kis spirit se koi kaam kar rahe hain woh dekhta hai allah taala</w:t>
      </w:r>
    </w:p>
    <w:p>
      <w:pPr>
        <w:jc w:val="right"/>
      </w:pPr>
      <w:r>
        <w:t>تھا یہ نہیں دیکھتا اپ کس اسپرٹ سے کوئی کام کر رہے ہیں وہ دیکھتا ہے اللہ تعالی</w:t>
      </w:r>
    </w:p>
    <w:p>
      <w:r>
        <w:rPr>
          <w:b/>
        </w:rPr>
        <w:t xml:space="preserve">[1:05:14] </w:t>
      </w:r>
      <w:r>
        <w:t>to agar taqwa ki bajaye aap lafz spirit wahan kar dein to baat bilkul wazeh ho jati hai</w:t>
      </w:r>
    </w:p>
    <w:p>
      <w:pPr>
        <w:jc w:val="right"/>
      </w:pPr>
      <w:r>
        <w:t>تو اگر تقوی کی بجائے اپ لفظ اسپرٹ وہاں کر دیں تو بات بالکل واضح ہو جاتی ہے</w:t>
      </w:r>
    </w:p>
    <w:p>
      <w:r>
        <w:rPr>
          <w:b/>
        </w:rPr>
        <w:t xml:space="preserve">[1:05:22] </w:t>
      </w:r>
      <w:r>
        <w:t>ke zahiri taur par aap ne kiya kiya woh nahi allah ko ahmiyat deta hai allah is ko</w:t>
      </w:r>
    </w:p>
    <w:p>
      <w:pPr>
        <w:jc w:val="right"/>
      </w:pPr>
      <w:r>
        <w:t>کہ ظاہری طور پر اپ نے کیا کیا وہ نہیں اللہ کو اہمیت دیتا ہے اللہ اس کو</w:t>
      </w:r>
    </w:p>
    <w:p>
      <w:r>
        <w:rPr>
          <w:b/>
        </w:rPr>
        <w:t xml:space="preserve">[1:05:30] </w:t>
      </w:r>
      <w:r>
        <w:t>kis spirit se aap ne kaam kiya hai is ki ahmiyat hai allah taala ko maslan spirit ka</w:t>
      </w:r>
    </w:p>
    <w:p>
      <w:pPr>
        <w:jc w:val="right"/>
      </w:pPr>
      <w:r>
        <w:t>کس اسپرٹ سے اپ نے کام کیا ہے اس کی اہمیت ہے اللہ تعالی کو مثلا اسپرٹ کا</w:t>
      </w:r>
    </w:p>
    <w:p>
      <w:r>
        <w:rPr>
          <w:b/>
        </w:rPr>
        <w:t xml:space="preserve">[1:05:37] </w:t>
      </w:r>
      <w:r>
        <w:t>matlab yeh hai ke woh aap symbolic tor par aap ne yani janwar ka zibha jo tha woh</w:t>
      </w:r>
    </w:p>
    <w:p>
      <w:pPr>
        <w:jc w:val="right"/>
      </w:pPr>
      <w:r>
        <w:t>مطلب یہ ہے کہ وہ اپ سمبولک طور پر اپ نے یعنی جانور کا ذبیحہ جو تھا وہ</w:t>
      </w:r>
    </w:p>
    <w:p>
      <w:r>
        <w:rPr>
          <w:b/>
        </w:rPr>
        <w:t xml:space="preserve">[1:05:45] </w:t>
      </w:r>
      <w:r>
        <w:t>aap ke liye ek ek symbolic kaam tha symbolic alamaat asal cheez to wohi thi ke maya o</w:t>
      </w:r>
    </w:p>
    <w:p>
      <w:pPr>
        <w:jc w:val="right"/>
      </w:pPr>
      <w:r>
        <w:t>اپ کے لیے ایک ایک سمبولک کام تھا سمبولک علامتی اصل چیز تو وہی تھی کہ مایا و</w:t>
      </w:r>
    </w:p>
    <w:p>
      <w:r>
        <w:rPr>
          <w:b/>
        </w:rPr>
        <w:t xml:space="preserve">[1:05:53] </w:t>
      </w:r>
      <w:r>
        <w:t>mowati allah rabb al-alameen mein mein apni life time ke sath mein aap ko allah ke mission ke</w:t>
      </w:r>
    </w:p>
    <w:p>
      <w:pPr>
        <w:jc w:val="right"/>
      </w:pPr>
      <w:r>
        <w:t>مواتی اللہ رب العالمین میں میں اپنی لائف ٹائم کے ساتھ میں اپ کو اللہ کے مشن کے</w:t>
      </w:r>
    </w:p>
    <w:p>
      <w:r>
        <w:rPr>
          <w:b/>
        </w:rPr>
        <w:t xml:space="preserve">[1:06:00] </w:t>
      </w:r>
      <w:r>
        <w:t>liye dedicate karta hoon yeh hai spirit yani poori life poori zindagi sab kuch mein allah ke liye</w:t>
      </w:r>
    </w:p>
    <w:p>
      <w:pPr>
        <w:jc w:val="right"/>
      </w:pPr>
      <w:r>
        <w:t>لیے ڈیڈیکیٹ کرتا ہوں یہ ہے اسپرٹ یعنی پوری لائف پوری زندگی سب کچھ میں اللہ کے لیے</w:t>
      </w:r>
    </w:p>
    <w:p>
      <w:r>
        <w:rPr>
          <w:b/>
        </w:rPr>
        <w:t xml:space="preserve">[1:06:08] </w:t>
      </w:r>
      <w:r>
        <w:t>lagata hoon mera jaan mera maal jaan ke mani nahi ke ja ke ladna khwamkhwah is ke mani</w:t>
      </w:r>
    </w:p>
    <w:p>
      <w:pPr>
        <w:jc w:val="right"/>
      </w:pPr>
      <w:r>
        <w:t>لگاتا ہوں میرا جان میرا مال جان کے معنی نہیں کہ جا کے لڑنا خوامخواہ اس کے معنی</w:t>
      </w:r>
    </w:p>
    <w:p>
      <w:r>
        <w:rPr>
          <w:b/>
        </w:rPr>
        <w:t xml:space="preserve">[1:06:16] </w:t>
      </w:r>
      <w:r>
        <w:t>hain ke zindagi hai apni apna apni energy apni taqat yeh matlab hai is ka isi ko mein</w:t>
      </w:r>
    </w:p>
    <w:p>
      <w:pPr>
        <w:jc w:val="right"/>
      </w:pPr>
      <w:r>
        <w:t>ہیں کہ زندگی ہے اپنی اپنا اپنی انرجی اپنی طاقت یہ مطلب ہے اس کا اسی کو میں</w:t>
      </w:r>
    </w:p>
    <w:p>
      <w:r>
        <w:rPr>
          <w:b/>
        </w:rPr>
        <w:t xml:space="preserve">[1:06:24] </w:t>
      </w:r>
      <w:r>
        <w:t>spirit keh raha hoon to aap ka aap ke dil mein kon se jazba hai kon si spirit</w:t>
      </w:r>
    </w:p>
    <w:p>
      <w:pPr>
        <w:jc w:val="right"/>
      </w:pPr>
      <w:r>
        <w:t>اسپرٹ کہہ رہا ہوں تو اپ کا اپ کے دل میں کون سے جذبہ ہے کون سی اسپرٹ</w:t>
      </w:r>
    </w:p>
    <w:p>
      <w:r>
        <w:rPr>
          <w:b/>
        </w:rPr>
        <w:t xml:space="preserve">[1:06:31] </w:t>
      </w:r>
      <w:r>
        <w:t>hai aur kya apna kis cheez ko aap ne apna goal bana rakha hai kis cheez ko aap</w:t>
      </w:r>
    </w:p>
    <w:p>
      <w:pPr>
        <w:jc w:val="right"/>
      </w:pPr>
      <w:r>
        <w:t>ہے اور کیا اپنا کس چیز کو اپ نے اپنا گول بنا رکھا ہے کس چیز کو اپ</w:t>
      </w:r>
    </w:p>
    <w:p>
      <w:r>
        <w:rPr>
          <w:b/>
        </w:rPr>
        <w:t xml:space="preserve">[1:06:39] </w:t>
      </w:r>
      <w:r>
        <w:t>apna mission banaye hue hain yeh is ko dekhta hai allah taala molana agla sawal delhi se hai</w:t>
      </w:r>
    </w:p>
    <w:p>
      <w:pPr>
        <w:jc w:val="right"/>
      </w:pPr>
      <w:r>
        <w:t>اپنا مشن بنائے ہوئے ہیں یہ اس کو دیکھتا ہے اللہ تعالی مولانا اگلا سوال دلی سے ہے</w:t>
      </w:r>
    </w:p>
    <w:p>
      <w:r>
        <w:rPr>
          <w:b/>
        </w:rPr>
        <w:t xml:space="preserve">[1:06:47] </w:t>
      </w:r>
      <w:r>
        <w:t>Ramesh Siddiqui Sahab ka unhone likha hai, "Why is it that man has always opted for 'miss'"</w:t>
      </w:r>
    </w:p>
    <w:p>
      <w:pPr>
        <w:jc w:val="right"/>
      </w:pPr>
      <w:r>
        <w:t>رامش صدیقی صاحب کا انہوں نے لکھا ہے وائی از اٹ دیٹ مین ہیز الویز اپٹڈ فار مس</w:t>
      </w:r>
    </w:p>
    <w:p>
      <w:r>
        <w:rPr>
          <w:b/>
        </w:rPr>
        <w:t xml:space="preserve">[1:06:54] </w:t>
      </w:r>
      <w:r>
        <w:t>use of freedom instead of making proper use of freedom what is your comment on this bhai meri</w:t>
      </w:r>
    </w:p>
    <w:p>
      <w:pPr>
        <w:jc w:val="right"/>
      </w:pPr>
      <w:r>
        <w:t>یوز اف فریڈم انسٹیڈ اف میکنگ پراپر یوز اف فریڈم واٹ از یور کمنٹ ان دس بھائی میری</w:t>
      </w:r>
    </w:p>
    <w:p>
      <w:r>
        <w:rPr>
          <w:b/>
        </w:rPr>
        <w:t xml:space="preserve">[1:07:02] </w:t>
      </w:r>
      <w:r>
        <w:t>samajh to yahi hai ke is mein responsibility hoti hai aadmi ko censor banna padta hai aur mus</w:t>
      </w:r>
    </w:p>
    <w:p>
      <w:pPr>
        <w:jc w:val="right"/>
      </w:pPr>
      <w:r>
        <w:t>سمجھ تو یہی ہے کہ اس میں رسپانسبیلٹی ہوتی ہے ادمی کو سنسر بننا پڑتا ہے اور مس</w:t>
      </w:r>
    </w:p>
    <w:p>
      <w:r>
        <w:rPr>
          <w:b/>
        </w:rPr>
        <w:t xml:space="preserve">[1:07:10] </w:t>
      </w:r>
      <w:r>
        <w:t>yuz of freedom mein to khoob ha ha ha kijiye woh bhi apna apni khwahishein poori kijiye koi</w:t>
      </w:r>
    </w:p>
    <w:p>
      <w:pPr>
        <w:jc w:val="right"/>
      </w:pPr>
      <w:r>
        <w:t>یوز اف فریڈم میں تو خوب ہا ہا ہا کیجئے وہ بھی اپنا اپنی خواہشیں پوری کیجئے کوئی</w:t>
      </w:r>
    </w:p>
    <w:p>
      <w:r>
        <w:rPr>
          <w:b/>
        </w:rPr>
        <w:t xml:space="preserve">[1:07:18] </w:t>
      </w:r>
      <w:r>
        <w:t>rkawat nahin koi do and dont nahin to bara acha lagta hai woh yani proper yuz mein ap</w:t>
      </w:r>
    </w:p>
    <w:p>
      <w:pPr>
        <w:jc w:val="right"/>
      </w:pPr>
      <w:r>
        <w:t>رکاوٹ نہیں کوئی ڈو اینڈ ڈونٹ نہیں تو بڑا اچھا لگتا ہے وہ یعنی پراپر یوز میں اپ</w:t>
      </w:r>
    </w:p>
    <w:p>
      <w:r>
        <w:rPr>
          <w:b/>
        </w:rPr>
        <w:t xml:space="preserve">[1:07:25] </w:t>
      </w:r>
      <w:r>
        <w:t>ko discipline rakhna parta hai discipline mein apne ko control mein rakhna parta hai apne ko bandh kar</w:t>
      </w:r>
    </w:p>
    <w:p>
      <w:pPr>
        <w:jc w:val="right"/>
      </w:pPr>
      <w:r>
        <w:t>کو ڈسپلن رکھنا پڑتا ہے ڈسپلن میں اپنے کو کنٹرول میں رکھنا پڑتا ہے اپنے کو باندھ کر</w:t>
      </w:r>
    </w:p>
    <w:p>
      <w:r>
        <w:rPr>
          <w:b/>
        </w:rPr>
        <w:t xml:space="preserve">[1:07:33] </w:t>
      </w:r>
      <w:r>
        <w:t>rakhna parta hai yani bolne pe ap ko sochna parta hai baghair soche bolna ap ko galat maloom</w:t>
      </w:r>
    </w:p>
    <w:p>
      <w:pPr>
        <w:jc w:val="right"/>
      </w:pPr>
      <w:r>
        <w:t>رکھنا پڑتا ہے یعنی بولنے پہ اپ کو سوچنا پڑتا ہے بغیر سوچے بولنا اپ کو غلط معلوم</w:t>
      </w:r>
    </w:p>
    <w:p>
      <w:r>
        <w:rPr>
          <w:b/>
        </w:rPr>
        <w:t xml:space="preserve">[1:07:41] </w:t>
      </w:r>
      <w:r>
        <w:t>hota hai to har cheez mein ap ko apne ap ko discipline bandhna parta hai woh aadmi ko</w:t>
      </w:r>
    </w:p>
    <w:p>
      <w:pPr>
        <w:jc w:val="right"/>
      </w:pPr>
      <w:r>
        <w:t>ہوتا ہے تو ہر چیز میں اپ کو اپنے اپ کو ڈسپلن باندھنا پڑتا ہے وہ ادمی کو</w:t>
      </w:r>
    </w:p>
    <w:p>
      <w:r>
        <w:rPr>
          <w:b/>
        </w:rPr>
        <w:t xml:space="preserve">[1:07:48] </w:t>
      </w:r>
      <w:r>
        <w:t>mushkil maloom hota hai aur misuse of freedom mein kya hai yani animal kehta hai jo chahe</w:t>
      </w:r>
    </w:p>
    <w:p>
      <w:pPr>
        <w:jc w:val="right"/>
      </w:pPr>
      <w:r>
        <w:t>مشکل معلوم ہوتا ہے اور مس یوز اف فریڈم میں کیا ہے یعنی انیمل کہتا ہے جو چاہے</w:t>
      </w:r>
    </w:p>
    <w:p>
      <w:r>
        <w:rPr>
          <w:b/>
        </w:rPr>
        <w:t xml:space="preserve">[1:07:56] </w:t>
      </w:r>
      <w:r>
        <w:t>kijiye is ke liye kotiye shor ki shor ki jiye hangamon ke nuisance break kijiye sahi galat kijiye kuch</w:t>
      </w:r>
    </w:p>
    <w:p>
      <w:pPr>
        <w:jc w:val="right"/>
      </w:pPr>
      <w:r>
        <w:t>کیجئے اس کے لیے کوتیے شور کی شور کیجئے ہنگاموں کے نیوسنس بریک کیجئے صحیح غلط کیجئے کچھ</w:t>
      </w:r>
    </w:p>
    <w:p>
      <w:r>
        <w:rPr>
          <w:b/>
        </w:rPr>
        <w:t xml:space="preserve">[1:08:04] </w:t>
      </w:r>
      <w:r>
        <w:t>bhi kijiye is liye aadmi misuse of freedom ka option leta hai Maulana agla sawal dilli se</w:t>
      </w:r>
    </w:p>
    <w:p>
      <w:pPr>
        <w:jc w:val="right"/>
      </w:pPr>
      <w:r>
        <w:t>بھی کیجئے اس لیے ادمی مس یوز اف فریڈم کا اپشن لیتا ہے مولانا اگلا سوال دلی سے</w:t>
      </w:r>
    </w:p>
    <w:p>
      <w:r>
        <w:rPr>
          <w:b/>
        </w:rPr>
        <w:t xml:space="preserve">[1:08:12] </w:t>
      </w:r>
      <w:r>
        <w:t>hai miss naghma siddiqui ka unhon ne likha hai we realize ar responsibility of spreading gods message but</w:t>
      </w:r>
    </w:p>
    <w:p>
      <w:pPr>
        <w:jc w:val="right"/>
      </w:pPr>
      <w:r>
        <w:t>ہے مس نغمہ صدیقی کا انہوں نے لکھا ہے وی ریلائز ار رسپانسبیلٹی اف سپریڈنگ گاڈز میسج بٹ</w:t>
      </w:r>
    </w:p>
    <w:p>
      <w:r>
        <w:rPr>
          <w:b/>
        </w:rPr>
        <w:t xml:space="preserve">[1:08:19] </w:t>
      </w:r>
      <w:r>
        <w:t>find our self incapable most of the times what is your advice in this regard bhai dekhiye</w:t>
      </w:r>
    </w:p>
    <w:p>
      <w:pPr>
        <w:jc w:val="right"/>
      </w:pPr>
      <w:r>
        <w:t>فائنڈ اور سیلف ان کیپیبل موسٹ اف دا ٹائمز واٹ از یور ایڈوائس ان دس ریگارڈ بھائی دیکھیے</w:t>
      </w:r>
    </w:p>
    <w:p>
      <w:r>
        <w:rPr>
          <w:b/>
        </w:rPr>
        <w:t xml:space="preserve">[1:08:27] </w:t>
      </w:r>
      <w:r>
        <w:t>mera to yahi kehna hai ke aadmi apni taqat ke hisab se kare aur baqiyon ke liye dua</w:t>
      </w:r>
    </w:p>
    <w:p>
      <w:pPr>
        <w:jc w:val="right"/>
      </w:pPr>
      <w:r>
        <w:t>میرا تو یہی کہنا ہے کہ ادمی اپنی طاقت کے حساب سے کرے اور باقیوں کے لیے دعا</w:t>
      </w:r>
    </w:p>
    <w:p>
      <w:r>
        <w:rPr>
          <w:b/>
        </w:rPr>
        <w:t xml:space="preserve">[1:08:35] </w:t>
      </w:r>
      <w:r>
        <w:t>kare jo bhi meri taqat hai jo mera jisko quran is se kaha gaya is wow seen</w:t>
      </w:r>
    </w:p>
    <w:p>
      <w:pPr>
        <w:jc w:val="right"/>
      </w:pPr>
      <w:r>
        <w:t>کرے جو بھی میری طاقت ہے جو میرا جس کو قران اس سے کہا گیا اس واؤ سین</w:t>
      </w:r>
    </w:p>
    <w:p>
      <w:r>
        <w:rPr>
          <w:b/>
        </w:rPr>
        <w:t xml:space="preserve">[1:08:42] </w:t>
      </w:r>
      <w:r>
        <w:t>ghain is mani capacity is ke lehaz se karna aur jo jahan mujhe lage ke meri yahan limit</w:t>
      </w:r>
    </w:p>
    <w:p>
      <w:pPr>
        <w:jc w:val="right"/>
      </w:pPr>
      <w:r>
        <w:t>غین اس معنی کیپیسٹی اس کے لحاظ سے کرنا اور جو جہاں مجھے لگے کہ میری یہاں لمٹ</w:t>
      </w:r>
    </w:p>
    <w:p>
      <w:r>
        <w:rPr>
          <w:b/>
        </w:rPr>
        <w:t xml:space="preserve">[1:08:50] </w:t>
      </w:r>
      <w:r>
        <w:t>aa gayi yahan meri had aa gayi to wahan par dua kar doon dua se sab raste khulte</w:t>
      </w:r>
    </w:p>
    <w:p>
      <w:pPr>
        <w:jc w:val="right"/>
      </w:pPr>
      <w:r>
        <w:t>ا گئی یہاں میری حد ا گئی تو وہاں پر دعا کر دوں دعا سے سب راستے کھلتے</w:t>
      </w:r>
    </w:p>
    <w:p>
      <w:r>
        <w:rPr>
          <w:b/>
        </w:rPr>
        <w:t xml:space="preserve">[1:08:58] </w:t>
      </w:r>
      <w:r>
        <w:t>hain to apni taqat ke mutabiq dua aur baqiya ke liye Allah se darkhwast mein yahi saada hal</w:t>
      </w:r>
    </w:p>
    <w:p>
      <w:pPr>
        <w:jc w:val="right"/>
      </w:pPr>
      <w:r>
        <w:t>ہیں تو اپنی طاقت کے مطابق دعا اور بقیہ کے لیے اللہ سے درخواست میں یہی سادہ حل</w:t>
      </w:r>
    </w:p>
    <w:p>
      <w:r>
        <w:rPr>
          <w:b/>
        </w:rPr>
        <w:t xml:space="preserve">[1:09:06] </w:t>
      </w:r>
      <w:r>
        <w:t>hai Maulana agla sawal tamil nadu se aya hai Maulana iliyas wanim badi ka unhon ne likha hai</w:t>
      </w:r>
    </w:p>
    <w:p>
      <w:pPr>
        <w:jc w:val="right"/>
      </w:pPr>
      <w:r>
        <w:t>ہے مولانا اگلا سوال تمل ناڈو سے ایا ہے مولانا الیاس وانیم بڑی کا انہوں نے لکھا ہے</w:t>
      </w:r>
    </w:p>
    <w:p>
      <w:r>
        <w:rPr>
          <w:b/>
        </w:rPr>
        <w:t xml:space="preserve">[1:09:13] </w:t>
      </w:r>
      <w:r>
        <w:t>ek aalim ne kaha ke quran mein jo ayat ta'zirat hai jaise zor ka hath ka zor zor</w:t>
      </w:r>
    </w:p>
    <w:p>
      <w:pPr>
        <w:jc w:val="right"/>
      </w:pPr>
      <w:r>
        <w:t>ایک عالم نے کہا کہ قران میں جو ایت تعزیرت ہے جیسے زور کا ہاتھ کا زور زور</w:t>
      </w:r>
    </w:p>
    <w:p>
      <w:r>
        <w:rPr>
          <w:b/>
        </w:rPr>
        <w:t xml:space="preserve">[1:09:21] </w:t>
      </w:r>
      <w:r>
        <w:t>se hath katna wagera is par amal ta'zir ta'zirat phir se padhiye ek ek aalim ne</w:t>
      </w:r>
    </w:p>
    <w:p>
      <w:pPr>
        <w:jc w:val="right"/>
      </w:pPr>
      <w:r>
        <w:t>سے ہاتھ کاٹنا وغیرہ اس پر عمل تعزیر تعزیرات ہوگا تعزیرات پھر سے پڑھیے ایک ایک عالم نے</w:t>
      </w:r>
    </w:p>
    <w:p>
      <w:r>
        <w:rPr>
          <w:b/>
        </w:rPr>
        <w:t xml:space="preserve">[1:09:29] </w:t>
      </w:r>
      <w:r>
        <w:t>kaha ke quran mein jo ayat ta'zirat hai jaise zor ka hath katna chor chor chor chor chor</w:t>
      </w:r>
    </w:p>
    <w:p>
      <w:pPr>
        <w:jc w:val="right"/>
      </w:pPr>
      <w:r>
        <w:t>کہا کہ قران میں جو ایت تعزیرات ہے جیسے زور کا ہاتھ کاٹنا چور چور چور چور چور</w:t>
      </w:r>
    </w:p>
    <w:p>
      <w:r>
        <w:rPr>
          <w:b/>
        </w:rPr>
        <w:t xml:space="preserve">[1:09:36] </w:t>
      </w:r>
      <w:r>
        <w:t>hai chor chor ka hath katna wagera hmm is par amal kab karenge yeh bilkul hi yani</w:t>
      </w:r>
    </w:p>
    <w:p>
      <w:pPr>
        <w:jc w:val="right"/>
      </w:pPr>
      <w:r>
        <w:t>ہے چور چور کا ہاتھ کاٹنا وغیرہ ہمم اس پر عمل کب کریں گے یہ بالکل ہی یعنی</w:t>
      </w:r>
    </w:p>
    <w:p>
      <w:r>
        <w:rPr>
          <w:b/>
        </w:rPr>
        <w:t xml:space="preserve">[1:09:44] </w:t>
      </w:r>
      <w:r>
        <w:t>espite question hai dekhiye hamare madarse mein jo log padhte hain sab bukhari padhte hain lekin bukhari padhte</w:t>
      </w:r>
    </w:p>
    <w:p>
      <w:pPr>
        <w:jc w:val="right"/>
      </w:pPr>
      <w:r>
        <w:t>اسپیٹ کوسچن ہے دیکھیے ہمارے مدرسے میں جو لوگ پڑھتے ہیں سب بخاری پڑھتے ہیں لیکن بخاری پڑھتے</w:t>
      </w:r>
    </w:p>
    <w:p>
      <w:r>
        <w:rPr>
          <w:b/>
        </w:rPr>
        <w:t xml:space="preserve">[1:09:52] </w:t>
      </w:r>
      <w:r>
        <w:t>hain woh sirf apne maslak ko janne ke liye bas bukhari mein ek bab hai bab talib al quran</w:t>
      </w:r>
    </w:p>
    <w:p>
      <w:pPr>
        <w:jc w:val="right"/>
      </w:pPr>
      <w:r>
        <w:t>ہیں وہ صرف اپنے مسلک کو جاننے کے لیے بس بخاری میں ایک باب ہے باب طالب القران</w:t>
      </w:r>
    </w:p>
    <w:p>
      <w:r>
        <w:rPr>
          <w:b/>
        </w:rPr>
        <w:t xml:space="preserve">[1:10:00] </w:t>
      </w:r>
      <w:r>
        <w:t>is mein hazrat aisha kehti hain ke quran mein pehle ayatein itni jannat aur jahannam ki dilon ko</w:t>
      </w:r>
    </w:p>
    <w:p>
      <w:pPr>
        <w:jc w:val="right"/>
      </w:pPr>
      <w:r>
        <w:t>اس میں حضرت عائشہ کہتی ہیں کہ قران میں پہلے ایتیں اتنی جنت اور جہنم کی دلوں کو</w:t>
      </w:r>
    </w:p>
    <w:p>
      <w:r>
        <w:rPr>
          <w:b/>
        </w:rPr>
        <w:t xml:space="preserve">[1:10:07] </w:t>
      </w:r>
      <w:r>
        <w:t>naram karne wali aur marifat wali baatein phir jab log prepared ho gaye jab tayyar ho gaye acceptability</w:t>
      </w:r>
    </w:p>
    <w:p>
      <w:pPr>
        <w:jc w:val="right"/>
      </w:pPr>
      <w:r>
        <w:t>نرم کرنے والی اور معرفت والی باتیں پھر جب لوگ پریپیئر ہو گئے جب تیار ہو گئے ایکسیپٹیبلٹی</w:t>
      </w:r>
    </w:p>
    <w:p>
      <w:r>
        <w:rPr>
          <w:b/>
        </w:rPr>
        <w:t xml:space="preserve">[1:10:15] </w:t>
      </w:r>
      <w:r>
        <w:t>aa gayi unke andar tab utra ke sharab na piyo aur zina mat karo to woh kehti hain</w:t>
      </w:r>
    </w:p>
    <w:p>
      <w:pPr>
        <w:jc w:val="right"/>
      </w:pPr>
      <w:r>
        <w:t>اگئی ان کے اندر تب اترا کہ شراب نہ پیو اور زنا مت کرو تو وہ کہتی ہیں</w:t>
      </w:r>
    </w:p>
    <w:p>
      <w:r>
        <w:rPr>
          <w:b/>
        </w:rPr>
        <w:t xml:space="preserve">[1:10:23] </w:t>
      </w:r>
      <w:r>
        <w:t>keh agar pehle hi utar jata pehle hi to log kehte hain keh la naado zina abda aur</w:t>
      </w:r>
    </w:p>
    <w:p>
      <w:pPr>
        <w:jc w:val="right"/>
      </w:pPr>
      <w:r>
        <w:t>کہ اگر پہلے ہی اتر جاتا پہلے ہی تو لوگ کہتے ہیں کہ لا نادو زنا ابدا ولا</w:t>
      </w:r>
    </w:p>
    <w:p>
      <w:r>
        <w:rPr>
          <w:b/>
        </w:rPr>
        <w:t xml:space="preserve">[1:10:30] </w:t>
      </w:r>
      <w:r>
        <w:t>naado al-khumar abda hum to hargiz nahi chhodenge zina hum hargiz nahi chhodenge sharab is se</w:t>
      </w:r>
    </w:p>
    <w:p>
      <w:pPr>
        <w:jc w:val="right"/>
      </w:pPr>
      <w:r>
        <w:t>نادو الخمر ابدا ہم تو ہرگز نہیں چھوڑیں گے زنا ہم ہرگز نہیں چھوڑیں گے شراب اس سے</w:t>
      </w:r>
    </w:p>
    <w:p>
      <w:r>
        <w:rPr>
          <w:b/>
        </w:rPr>
        <w:t xml:space="preserve">[1:10:38] </w:t>
      </w:r>
      <w:r>
        <w:t>kya nikla ye bukhari ko jo shurookh padhate hain wo bhi nahi jaante is ka matlab kya hai</w:t>
      </w:r>
    </w:p>
    <w:p>
      <w:pPr>
        <w:jc w:val="right"/>
      </w:pPr>
      <w:r>
        <w:t>کیا نکلا یہ بخاری کو جو شروخ پڑھاتے ہیں وہ بھی نہیں جانتے اس کا مطلب کیا ہے</w:t>
      </w:r>
    </w:p>
    <w:p>
      <w:r>
        <w:rPr>
          <w:b/>
        </w:rPr>
        <w:t xml:space="preserve">[1:10:46] </w:t>
      </w:r>
      <w:r>
        <w:t>اس کا یہ مطلب لکھا کہ first of all you have to prepare the society ہاتھ کاٹنے سے</w:t>
      </w:r>
    </w:p>
    <w:p>
      <w:pPr>
        <w:jc w:val="right"/>
      </w:pPr>
      <w:r>
        <w:t>اس کا یہ مطلب لکھا کہ فرسٹ اف ال یو ہیو ٹو پریپیر دا سوسائٹی ہاتھ کاٹنے سے</w:t>
      </w:r>
    </w:p>
    <w:p>
      <w:r>
        <w:rPr>
          <w:b/>
        </w:rPr>
        <w:t xml:space="preserve">[1:10:54] </w:t>
      </w:r>
      <w:r>
        <w:t>beginning beginning nahi kar sakte aaj kal jo musalmanon ka mulk mulkon mein chala hua hai keh hukoomat</w:t>
      </w:r>
    </w:p>
    <w:p>
      <w:pPr>
        <w:jc w:val="right"/>
      </w:pPr>
      <w:r>
        <w:t>بگننگ بگننگ نہیں کر سکتے اج کل جو مسلمانوں کا ملک ملکوں میں چلا ہوا ہے کہ حکومت</w:t>
      </w:r>
    </w:p>
    <w:p>
      <w:r>
        <w:rPr>
          <w:b/>
        </w:rPr>
        <w:t xml:space="preserve">[1:11:01] </w:t>
      </w:r>
      <w:r>
        <w:t>kabza karo haath kaato ye islam nahi hai ye ye hukoomat kabza karo flagging karo logon kode maro</w:t>
      </w:r>
    </w:p>
    <w:p>
      <w:pPr>
        <w:jc w:val="right"/>
      </w:pPr>
      <w:r>
        <w:t>قبضہ کرو ہاتھ کاٹو یہ اسلام نہیں ہے یہ یہ حکومت قبضہ کرو فلاگنگ کرو لوگوں کوڑے مارو</w:t>
      </w:r>
    </w:p>
    <w:p>
      <w:r>
        <w:rPr>
          <w:b/>
        </w:rPr>
        <w:t xml:space="preserve">[1:11:09] </w:t>
      </w:r>
      <w:r>
        <w:t>logon ko ye islam nahi hai ye to ek ek khuda mein kya cheez hai islam ke siwa</w:t>
      </w:r>
    </w:p>
    <w:p>
      <w:pPr>
        <w:jc w:val="right"/>
      </w:pPr>
      <w:r>
        <w:t>لوگوں کو یہ اسلام نہیں ہے یہ تو ایک ایک خدا میں کیا چیز ہے اسلام کے سوا</w:t>
      </w:r>
    </w:p>
    <w:p>
      <w:r>
        <w:rPr>
          <w:b/>
        </w:rPr>
        <w:t xml:space="preserve">[1:11:17] </w:t>
      </w:r>
      <w:r>
        <w:t>koi aur cheez hai ye islam ka ki talib ye hai keh first of all you have to</w:t>
      </w:r>
    </w:p>
    <w:p>
      <w:pPr>
        <w:jc w:val="right"/>
      </w:pPr>
      <w:r>
        <w:t>کوئی اور چیز ہے یہ اسلام کا کی طالب یہ ہے کہ فرسٹ اف ال یو ہیو ٹو</w:t>
      </w:r>
    </w:p>
    <w:p>
      <w:r>
        <w:rPr>
          <w:b/>
        </w:rPr>
        <w:t xml:space="preserve">[1:11:24] </w:t>
      </w:r>
      <w:r>
        <w:t>prepare the society afraad ke andar yani Allah ka dar paida karo aur afraad ke andar sincerity lao</w:t>
      </w:r>
    </w:p>
    <w:p>
      <w:pPr>
        <w:jc w:val="right"/>
      </w:pPr>
      <w:r>
        <w:t>پریپیر دا سوسائٹی افراد کے اندر یعنی اللہ کا ڈر پیدا کرو اور افراد کے اندر سنسیرٹی لاؤ</w:t>
      </w:r>
    </w:p>
    <w:p>
      <w:r>
        <w:rPr>
          <w:b/>
        </w:rPr>
        <w:t xml:space="preserve">[1:11:32] </w:t>
      </w:r>
      <w:r>
        <w:t>afraad jab ke andar acceptability lao jab ek society jab tayyar ho jaye to us waqt ye kaam</w:t>
      </w:r>
    </w:p>
    <w:p>
      <w:pPr>
        <w:jc w:val="right"/>
      </w:pPr>
      <w:r>
        <w:t>افراد جب کے اندر ایکسیپٹیبلٹی لاؤ جب ایک سوسائٹی جب تیار ہو جائے تو اس وقت یہ کام</w:t>
      </w:r>
    </w:p>
    <w:p>
      <w:r>
        <w:rPr>
          <w:b/>
        </w:rPr>
        <w:t xml:space="preserve">[1:11:40] </w:t>
      </w:r>
      <w:r>
        <w:t>us waqt exceptionally koi aisa karta hai exceptionally jab aap society tayyar kar chuke honge to kahin</w:t>
      </w:r>
    </w:p>
    <w:p>
      <w:pPr>
        <w:jc w:val="right"/>
      </w:pPr>
      <w:r>
        <w:t>اس وقت ایکسیپشنلی کوئی ایسا کرتا ہے ایکسیپشنلی جب اپ سوسائٹی تیار کر چکے ہوں گے تو کہیں</w:t>
      </w:r>
    </w:p>
    <w:p>
      <w:r>
        <w:rPr>
          <w:b/>
        </w:rPr>
        <w:t xml:space="preserve">[1:11:48] </w:t>
      </w:r>
      <w:r>
        <w:t>ek adh aadmi aisa case karega is ki saza deni padegi to aap bataiye keh ye</w:t>
      </w:r>
    </w:p>
    <w:p>
      <w:pPr>
        <w:jc w:val="right"/>
      </w:pPr>
      <w:r>
        <w:t>ایک ادھ ادمی ایسا کیس کرے گا اس کی سزا دینی پڑے گی تو اپ بتائیے کہ یہ</w:t>
      </w:r>
    </w:p>
    <w:p>
      <w:r>
        <w:rPr>
          <w:b/>
        </w:rPr>
        <w:t xml:space="preserve">[1:11:55] </w:t>
      </w:r>
      <w:r>
        <w:t>apni zimmedari to ada nahi karte aur chahte hain keh bas kode maare logon ko doosron ko</w:t>
      </w:r>
    </w:p>
    <w:p>
      <w:pPr>
        <w:jc w:val="right"/>
      </w:pPr>
      <w:r>
        <w:t>اپنی ذمہ داری تو ادا نہیں کرتے اور چاہتے ہیں کہ بس کوڑے ماریں لوگوں کو دوسروں کو</w:t>
      </w:r>
    </w:p>
    <w:p>
      <w:r>
        <w:rPr>
          <w:b/>
        </w:rPr>
        <w:t xml:space="preserve">[1:12:03] </w:t>
      </w:r>
      <w:r>
        <w:t>koda maarne se pehle apne koda maro apne ko yani matlab apni zimmedari poora karo society banao</w:t>
      </w:r>
    </w:p>
    <w:p>
      <w:pPr>
        <w:jc w:val="right"/>
      </w:pPr>
      <w:r>
        <w:t>کوڑا مارنے سے پہلے اپنے کوڑا مارو اپنے کو یعنی مطلب اپنی ذمہ داری پورا کرو سوسائٹی بناؤ</w:t>
      </w:r>
    </w:p>
    <w:p>
      <w:r>
        <w:rPr>
          <w:b/>
        </w:rPr>
        <w:t xml:space="preserve">[1:12:11] </w:t>
      </w:r>
      <w:r>
        <w:t>society banane mein hazar saal lagne do tum ko haq nahi koda maarne ka society banane se pehle</w:t>
      </w:r>
    </w:p>
    <w:p>
      <w:pPr>
        <w:jc w:val="right"/>
      </w:pPr>
      <w:r>
        <w:t>سوسائٹی بنانے میں ہزار سال لگنے دو تم کو حق نہیں کوڑا مارنے کا سوسائٹی بنانے سے پہلے</w:t>
      </w:r>
    </w:p>
    <w:p>
      <w:r>
        <w:rPr>
          <w:b/>
        </w:rPr>
        <w:t xml:space="preserve">[1:12:18] </w:t>
      </w:r>
      <w:r>
        <w:t>mujhe bataiye kaun hai jo society bana raha hai sab taqreerein karein chal sirf taqreerein karte hain khali</w:t>
      </w:r>
    </w:p>
    <w:p>
      <w:pPr>
        <w:jc w:val="right"/>
      </w:pPr>
      <w:r>
        <w:t>مجھے بتائیے کون ہے جو سوسائٹی بنا رہا ہے سب تقریریں کریں چل صرف تقریریں کرتے ہیں خالی</w:t>
      </w:r>
    </w:p>
    <w:p>
      <w:r>
        <w:rPr>
          <w:b/>
        </w:rPr>
        <w:t xml:space="preserve">[1:12:26] </w:t>
      </w:r>
      <w:r>
        <w:t>badi badi josheeli taqreerein aur taqreerein kise hoti hain zalimon ke khilaf kuch kuch logon ko kuch logon</w:t>
      </w:r>
    </w:p>
    <w:p>
      <w:pPr>
        <w:jc w:val="right"/>
      </w:pPr>
      <w:r>
        <w:t>بڑی بڑی جوشیلی تقریریں اور تقریریں کسے ہوتی ہیں ظالموں کے خلاف کچھ کچھ لوگوں کو کچھ لوگوں</w:t>
      </w:r>
    </w:p>
    <w:p>
      <w:r>
        <w:rPr>
          <w:b/>
        </w:rPr>
        <w:t xml:space="preserve">[1:12:34] </w:t>
      </w:r>
      <w:r>
        <w:t>ko yani kuch kuch farz farz kar liya ek falan zalim hai in mafrooha zalimon ke khilaf taqreerein</w:t>
      </w:r>
    </w:p>
    <w:p>
      <w:pPr>
        <w:jc w:val="right"/>
      </w:pPr>
      <w:r>
        <w:t>کو یعنی کچھ کچھ فرض فرض کر لیا ایک فلاں ظالم ہے ان مفروضہ ظالموں کے خلاف تقریریں</w:t>
      </w:r>
    </w:p>
    <w:p>
      <w:r>
        <w:rPr>
          <w:b/>
        </w:rPr>
        <w:t xml:space="preserve">[1:12:42] </w:t>
      </w:r>
      <w:r>
        <w:t>hoti hain is tarah thodi maashra banta hai koi ek bhi tehreek musalmanon mein saare muslim world mein</w:t>
      </w:r>
    </w:p>
    <w:p>
      <w:pPr>
        <w:jc w:val="right"/>
      </w:pPr>
      <w:r>
        <w:t>ہوتی ہیں اس طرح تھوڑی معاشرہ بنتا ہے کوئی ایک بھی تحریک مسلمانوں میں سارے مسلم ورلڈ میں</w:t>
      </w:r>
    </w:p>
    <w:p>
      <w:r>
        <w:rPr>
          <w:b/>
        </w:rPr>
        <w:t xml:space="preserve">[1:12:49] </w:t>
      </w:r>
      <w:r>
        <w:t>nahi hai jo waqeatan sahi maano mein afraad saazi kar rahi ho society ki taameer kar rahi ho</w:t>
      </w:r>
    </w:p>
    <w:p>
      <w:pPr>
        <w:jc w:val="right"/>
      </w:pPr>
      <w:r>
        <w:t>نہیں ہے جو واقعتا صحیح معنوں میں افراد سازی کر رہی ہو سوسائٹی کی تعمیر کر رہی ہو</w:t>
      </w:r>
    </w:p>
    <w:p>
      <w:r>
        <w:rPr>
          <w:b/>
        </w:rPr>
        <w:t xml:space="preserve">[1:12:57] </w:t>
      </w:r>
      <w:r>
        <w:t>ek bhi nahi hai agar hai to is ka naam lijiye khali ladna bheedna aur jalsay mein taqreerein</w:t>
      </w:r>
    </w:p>
    <w:p>
      <w:pPr>
        <w:jc w:val="right"/>
      </w:pPr>
      <w:r>
        <w:t>ایک بھی نہیں ہے اگر ہے تو اس کا نام لیجئے خالی لڑنا بھیڑنا اور جلسے میں تقریریں</w:t>
      </w:r>
    </w:p>
    <w:p>
      <w:r>
        <w:rPr>
          <w:b/>
        </w:rPr>
        <w:t xml:space="preserve">[1:13:05] </w:t>
      </w:r>
      <w:r>
        <w:t>karna aur zalimon ke khilaf daire lagana is se aur is ke baad kehte hain keh hum chor</w:t>
      </w:r>
    </w:p>
    <w:p>
      <w:pPr>
        <w:jc w:val="right"/>
      </w:pPr>
      <w:r>
        <w:t>کرنا اور ظالموں کے خلاف ڈائرے لگانا اس سے اور اس کے بعد کہتے ہیں کہ ہم چور</w:t>
      </w:r>
    </w:p>
    <w:p>
      <w:r>
        <w:rPr>
          <w:b/>
        </w:rPr>
        <w:t xml:space="preserve">[1:13:12] </w:t>
      </w:r>
      <w:r>
        <w:t>ka haath kaatenge aise logon ko khud Allah taala ka chor in ka haath kaata jayega</w:t>
      </w:r>
    </w:p>
    <w:p>
      <w:pPr>
        <w:jc w:val="right"/>
      </w:pPr>
      <w:r>
        <w:t>کا ہاتھ کاٹیں گے ایسے لوگوں کو خود اللہ تعالی کا چور ان کا ہاتھ کاٹا جائے گا</w:t>
      </w:r>
    </w:p>
    <w:p>
      <w:r>
        <w:rPr>
          <w:b/>
        </w:rPr>
        <w:t xml:space="preserve">[1:13:20] </w:t>
      </w:r>
      <w:r>
        <w:t>qayamat ke din is tarah se jo chor ka haath kaatenge to in ka aakhirat mein sar</w:t>
      </w:r>
    </w:p>
    <w:p>
      <w:pPr>
        <w:jc w:val="right"/>
      </w:pPr>
      <w:r>
        <w:t>قیامت کے دن اس طرح سے جو چور کا ہاتھ کاٹیں گے تو ان کا اخرت میں سر</w:t>
      </w:r>
    </w:p>
    <w:p>
      <w:r>
        <w:rPr>
          <w:b/>
        </w:rPr>
        <w:t xml:space="preserve">[1:13:28] </w:t>
      </w:r>
      <w:r>
        <w:t>kaata jayega in ka tum ko kya haq tha kisi ko chor kaatne ka sab se pehle</w:t>
      </w:r>
    </w:p>
    <w:p>
      <w:pPr>
        <w:jc w:val="right"/>
      </w:pPr>
      <w:r>
        <w:t>کاٹا جائے گا ان کا تم کو کیا حق تھا کسی کو چور کاٹنے کا سب سے پہلے</w:t>
      </w:r>
    </w:p>
    <w:p>
      <w:r>
        <w:rPr>
          <w:b/>
        </w:rPr>
        <w:t xml:space="preserve">[1:13:36] </w:t>
      </w:r>
      <w:r>
        <w:t>tum ko chahiye tha keh afraad ke andar iman lao society banao maashra tayyar karo wahi jo bukhari</w:t>
      </w:r>
    </w:p>
    <w:p>
      <w:pPr>
        <w:jc w:val="right"/>
      </w:pPr>
      <w:r>
        <w:t>تم کو چاہیے تھا کہ افراد کے اندر ایمان لاؤ سوسائٹی بناؤ معاشرہ تیار کرو وہی جو بخاری</w:t>
      </w:r>
    </w:p>
    <w:p>
      <w:r>
        <w:rPr>
          <w:b/>
        </w:rPr>
        <w:t xml:space="preserve">[1:13:43] </w:t>
      </w:r>
      <w:r>
        <w:t>mein hai is se pehle kaha tha tum ko had jaari karne ka tum taaziraat ke naam mein</w:t>
      </w:r>
    </w:p>
    <w:p>
      <w:pPr>
        <w:jc w:val="right"/>
      </w:pPr>
      <w:r>
        <w:t>میں ہے اس سے پہلے کہا تھا تم کو حد جاری کرنے کا تم تعزیرات کے نام میں</w:t>
      </w:r>
    </w:p>
    <w:p>
      <w:r>
        <w:rPr>
          <w:b/>
        </w:rPr>
        <w:t xml:space="preserve">[1:13:51] </w:t>
      </w:r>
      <w:r>
        <w:t>nahi le sakte yaani bohat khula khula jawab maujood hai bukhari mein lekin mujhe hairaan hai ke jo</w:t>
      </w:r>
    </w:p>
    <w:p>
      <w:pPr>
        <w:jc w:val="right"/>
      </w:pPr>
      <w:r>
        <w:t>نہیں لے سکتے یعنی بہت کھلا کھلا جواب موجود ہے بخاری میں لیکن مجھے حیران ہے کہ جو</w:t>
      </w:r>
    </w:p>
    <w:p>
      <w:r>
        <w:rPr>
          <w:b/>
        </w:rPr>
        <w:t xml:space="preserve">[1:13:59] </w:t>
      </w:r>
      <w:r>
        <w:t>log bukhari bukhari karte hain woh bukhari mein likhi hui baaton ko bhi nahi samajhte kyunke bukhari woh</w:t>
      </w:r>
    </w:p>
    <w:p>
      <w:pPr>
        <w:jc w:val="right"/>
      </w:pPr>
      <w:r>
        <w:t>لوگ بخاری بخاری کرتے ہیں وہ بخاری میں لکھی ہوئی باتوں کو بھی نہیں سمجھتے کیونکہ بخاری وہ</w:t>
      </w:r>
    </w:p>
    <w:p>
      <w:r>
        <w:rPr>
          <w:b/>
        </w:rPr>
        <w:t xml:space="preserve">[1:14:06] </w:t>
      </w:r>
      <w:r>
        <w:t>hadeesein nahi padhte woh aap jaaiye kisi madarse mein apne maslak ki taayidi hadeesein jo hoti hain usi</w:t>
      </w:r>
    </w:p>
    <w:p>
      <w:pPr>
        <w:jc w:val="right"/>
      </w:pPr>
      <w:r>
        <w:t>حدیثیں نہیں پڑھتے وہ اپ جائیے کسی مدرسے میں اپنے مسلک کی تائیدی حدیثیں جو ہوتی ہیں اسی</w:t>
      </w:r>
    </w:p>
    <w:p>
      <w:r>
        <w:rPr>
          <w:b/>
        </w:rPr>
        <w:t xml:space="preserve">[1:14:14] </w:t>
      </w:r>
      <w:r>
        <w:t>baat se karte hain apne maslak yaani apne maslak ko saabit karne ke liye bukhari padhte hain woh</w:t>
      </w:r>
    </w:p>
    <w:p>
      <w:pPr>
        <w:jc w:val="right"/>
      </w:pPr>
      <w:r>
        <w:t>بات سے کرتے ہیں اپنے مسلک یعنی اپنے مسلک کو ثابت کرنے کے لیے بخاری پڑھتے ہیں وہ</w:t>
      </w:r>
    </w:p>
    <w:p>
      <w:r>
        <w:rPr>
          <w:b/>
        </w:rPr>
        <w:t xml:space="preserve">[1:14:22] </w:t>
      </w:r>
      <w:r>
        <w:t>bas yahi yahi hai aaj kal madarson mein bukhari ka ka dars jo hota hai yaani islam ko</w:t>
      </w:r>
    </w:p>
    <w:p>
      <w:pPr>
        <w:jc w:val="right"/>
      </w:pPr>
      <w:r>
        <w:t>بس یہی یہی ہے اج کل مدرسوں میں بخاری کا کا درس جو ہوتا ہے یعنی اسلام کو</w:t>
      </w:r>
    </w:p>
    <w:p>
      <w:r>
        <w:rPr>
          <w:b/>
        </w:rPr>
        <w:t xml:space="preserve">[1:14:30] </w:t>
      </w:r>
      <w:r>
        <w:t>daryaft karne ke liye nahi bukhari padhi jaati yeh bohat hi nazuk baat yaad rakhiye islam kya hai</w:t>
      </w:r>
    </w:p>
    <w:p>
      <w:pPr>
        <w:jc w:val="right"/>
      </w:pPr>
      <w:r>
        <w:t>دریافت کرنے کے لیے نہیں بخاری پڑھی جاتی یہ بہت ہی نازک بات یاد رکھیے اسلام کیا ہے</w:t>
      </w:r>
    </w:p>
    <w:p>
      <w:r>
        <w:rPr>
          <w:b/>
        </w:rPr>
        <w:t xml:space="preserve">[1:14:37] </w:t>
      </w:r>
      <w:r>
        <w:t>is ko jaanne ke liye bukhari nahi padhi jaati bukhari padhi jaati hai apne maslak ki taayid dhoondne</w:t>
      </w:r>
    </w:p>
    <w:p>
      <w:pPr>
        <w:jc w:val="right"/>
      </w:pPr>
      <w:r>
        <w:t>اس کو جاننے کے لیے بخاری نہیں پڑھی جاتی بخاری پڑھی جاتی ہے اپنے مسلک کی تائید ڈھونڈنے</w:t>
      </w:r>
    </w:p>
    <w:p>
      <w:r>
        <w:rPr>
          <w:b/>
        </w:rPr>
        <w:t xml:space="preserve">[1:14:45] </w:t>
      </w:r>
      <w:r>
        <w:t>ke liye aur phir log kehte hain ke hum yaani hum yeh karenge woh karenge bohat</w:t>
      </w:r>
    </w:p>
    <w:p>
      <w:pPr>
        <w:jc w:val="right"/>
      </w:pPr>
      <w:r>
        <w:t>کے لیے اور پھر لوگ کہتے ہیں کہ ہم یعنی ہم یہ کریں گے وہ کریں گے بہت</w:t>
      </w:r>
    </w:p>
    <w:p>
      <w:r>
        <w:rPr>
          <w:b/>
        </w:rPr>
        <w:t xml:space="preserve">[1:14:53] </w:t>
      </w:r>
      <w:r>
        <w:t>hi zyada ghair sanjeeda baat hai bohat zyada yaani ghair zimmedarana baat yeh hai allah taala ke</w:t>
      </w:r>
    </w:p>
    <w:p>
      <w:pPr>
        <w:jc w:val="right"/>
      </w:pPr>
      <w:r>
        <w:t>ہی زیادہ غیر سنجیدہ بات ہے بہت زیادہ یعنی غیر ذمہ دارانہ بات یہ ہے اللہ تعالی کے</w:t>
      </w:r>
    </w:p>
    <w:p>
      <w:r>
        <w:rPr>
          <w:b/>
        </w:rPr>
        <w:t xml:space="preserve">[1:15:00] </w:t>
      </w:r>
      <w:r>
        <w:t>haan kabhi qabool hone nahi molana agla sawal lene se pehle ek comment padhna chahenge jo abhi</w:t>
      </w:r>
    </w:p>
    <w:p>
      <w:pPr>
        <w:jc w:val="right"/>
      </w:pPr>
      <w:r>
        <w:t>ہاں کبھی قبول ہونے نہیں مولانا اگلا سوال لینے سے پہلے ایک کمنٹ پڑھنا چاہیں گے جو ابھی</w:t>
      </w:r>
    </w:p>
    <w:p>
      <w:r>
        <w:rPr>
          <w:b/>
        </w:rPr>
        <w:t xml:space="preserve">[1:15:08] </w:t>
      </w:r>
      <w:r>
        <w:t>abhi molana abdul basit umri ne bheja hai doha qatar se unhone likha hai molana aaj aap ki</w:t>
      </w:r>
    </w:p>
    <w:p>
      <w:pPr>
        <w:jc w:val="right"/>
      </w:pPr>
      <w:r>
        <w:t>ابھی مولانا عبدالباسط عمری نے بھیجا ہے دوحہ قطر سے انہوں نے لکھا ہے مولانا اج اپ کی</w:t>
      </w:r>
    </w:p>
    <w:p>
      <w:r>
        <w:rPr>
          <w:b/>
        </w:rPr>
        <w:t xml:space="preserve">[1:15:16] </w:t>
      </w:r>
      <w:r>
        <w:t>taqreer sun kar bohat zyada hausla mila eid al adha ke unwaan par maine aaj abhi ek khutba</w:t>
      </w:r>
    </w:p>
    <w:p>
      <w:pPr>
        <w:jc w:val="right"/>
      </w:pPr>
      <w:r>
        <w:t>تقریر سن کر بہت زیادہ حوصلہ ملا عید الاضحی کے عنوان پر میں نے اج ابھی ایک خطبہ</w:t>
      </w:r>
    </w:p>
    <w:p>
      <w:r>
        <w:rPr>
          <w:b/>
        </w:rPr>
        <w:t xml:space="preserve">[1:15:24] </w:t>
      </w:r>
      <w:r>
        <w:t>suna tha is mein sirf fazail fazail ki baatein thi mujhe koi badi baat nahi mili magar aap</w:t>
      </w:r>
    </w:p>
    <w:p>
      <w:pPr>
        <w:jc w:val="right"/>
      </w:pPr>
      <w:r>
        <w:t>سنا تھا اس میں صرف فضائل فضائل کی باتیں تھیں مجھے کوئی بڑی بات نہیں ملی مگر اپ</w:t>
      </w:r>
    </w:p>
    <w:p>
      <w:r>
        <w:rPr>
          <w:b/>
        </w:rPr>
        <w:t xml:space="preserve">[1:15:31] </w:t>
      </w:r>
      <w:r>
        <w:t>ki taqreer sun kar mere andar ek hausla paida hua mujhe yeh samajh mein aaya ke mission ke</w:t>
      </w:r>
    </w:p>
    <w:p>
      <w:pPr>
        <w:jc w:val="right"/>
      </w:pPr>
      <w:r>
        <w:t>کی تقریر سن کر میرے اندر ایک حوصلہ پیدا ہوا مجھے یہ سمجھ میں ایا کہ مشن کے</w:t>
      </w:r>
    </w:p>
    <w:p>
      <w:r>
        <w:rPr>
          <w:b/>
        </w:rPr>
        <w:t xml:space="preserve">[1:15:39] </w:t>
      </w:r>
      <w:r>
        <w:t>liye apne aap ko dedicate karna hi qurbani ka sabak hai allah aap ko lambi umar aur sehat</w:t>
      </w:r>
    </w:p>
    <w:p>
      <w:pPr>
        <w:jc w:val="right"/>
      </w:pPr>
      <w:r>
        <w:t>لیے اپنے اپ کو ڈیڈیکیٹ کرنا ہی قربانی کا سبق ہے اللہ اپ کو لمبی عمر اور صحت</w:t>
      </w:r>
    </w:p>
    <w:p>
      <w:r>
        <w:rPr>
          <w:b/>
        </w:rPr>
        <w:t xml:space="preserve">[1:15:47] </w:t>
      </w:r>
      <w:r>
        <w:t>de molana agla sawal dhahra dhoun se aaya hai syed tabish sahab ka unhone likha hai what</w:t>
      </w:r>
    </w:p>
    <w:p>
      <w:pPr>
        <w:jc w:val="right"/>
      </w:pPr>
      <w:r>
        <w:t>دے مولانا اگلا سوال دہرا دھون سے ایا ہے سید تابش صاحب کا انہوں نے لکھا ہے واٹ</w:t>
      </w:r>
    </w:p>
    <w:p>
      <w:r>
        <w:rPr>
          <w:b/>
        </w:rPr>
        <w:t xml:space="preserve">[1:15:54] </w:t>
      </w:r>
      <w:r>
        <w:t>was the reason behind the arrival of Muhammad bin Qasim to India? Was it for political reason or</w:t>
      </w:r>
    </w:p>
    <w:p>
      <w:pPr>
        <w:jc w:val="right"/>
      </w:pPr>
      <w:r>
        <w:t>واز دا ریزن بیہائنڈ دا ارائیول اف محمد بن قاسم ٹو انڈیا واز اٹ فار پولیٹیکل ریزن اور</w:t>
      </w:r>
    </w:p>
    <w:p>
      <w:r>
        <w:rPr>
          <w:b/>
        </w:rPr>
        <w:t xml:space="preserve">[1:16:02] </w:t>
      </w:r>
      <w:r>
        <w:t>daawa reason please explain is ke bare mein maine likha hai aap ke paas kahan likha hai</w:t>
      </w:r>
    </w:p>
    <w:p>
      <w:pPr>
        <w:jc w:val="right"/>
      </w:pPr>
      <w:r>
        <w:t>دعوی ریزن پلیز ایکسپلین اس کے بارے میں میں نے لکھا ہے اپ کے پاس کہاں لکھا ہے</w:t>
      </w:r>
    </w:p>
    <w:p>
      <w:r>
        <w:rPr>
          <w:b/>
        </w:rPr>
        <w:t xml:space="preserve">[1:16:10] </w:t>
      </w:r>
      <w:r>
        <w:t>mein islam mein hai haan islam mein aap meri kitaab padh lijiye is kitaab ka naam hai islam</w:t>
      </w:r>
    </w:p>
    <w:p>
      <w:pPr>
        <w:jc w:val="right"/>
      </w:pPr>
      <w:r>
        <w:t>میں الاسلام میں ہے ہاں الاسلام میں اپ میری کتاب پڑھ لیجئے اس کتاب کا نام ہے الاسلام</w:t>
      </w:r>
    </w:p>
    <w:p>
      <w:r>
        <w:rPr>
          <w:b/>
        </w:rPr>
        <w:t xml:space="preserve">[1:16:18] </w:t>
      </w:r>
      <w:r>
        <w:t>al islam yeh kitaab aap ko mil jayegi kahin bhi is mein is ka jawab aap ko mil</w:t>
      </w:r>
    </w:p>
    <w:p>
      <w:pPr>
        <w:jc w:val="right"/>
      </w:pPr>
      <w:r>
        <w:t>الاسلام یہ کتاب اپ کو مل جائے گی کہیں بھی اس میں اس کا جواب اپ کو مل</w:t>
      </w:r>
    </w:p>
    <w:p>
      <w:r>
        <w:rPr>
          <w:b/>
        </w:rPr>
        <w:t xml:space="preserve">[1:16:25] </w:t>
      </w:r>
      <w:r>
        <w:t>jayega inshallah molana agla sawal raichur se hai zaheeruddin sahab ka unhone likha hai ke</w:t>
      </w:r>
    </w:p>
    <w:p>
      <w:pPr>
        <w:jc w:val="right"/>
      </w:pPr>
      <w:r>
        <w:t>جائے گا انشاءاللہ مولانا اگلا سوال رائچور سے ہے ظہیر الدین صاحب کا انہوں نے لکھا ہے کہ</w:t>
      </w:r>
    </w:p>
    <w:p>
      <w:r>
        <w:rPr>
          <w:b/>
        </w:rPr>
        <w:t xml:space="preserve">[1:16:33] </w:t>
      </w:r>
      <w:r>
        <w:t>molana agar aap adab e dawat par koi kitaab likhein to hamein bohat faida hoga kaun kar raha hai</w:t>
      </w:r>
    </w:p>
    <w:p>
      <w:pPr>
        <w:jc w:val="right"/>
      </w:pPr>
      <w:r>
        <w:t>مولانا اگر اپ اداب دعوت پر کوئی کتاب لکھیں تو ہمیں بہت فائدہ ہوگا کون کر رہا ہے</w:t>
      </w:r>
    </w:p>
    <w:p>
      <w:r>
        <w:rPr>
          <w:b/>
        </w:rPr>
        <w:t xml:space="preserve">[1:16:41] </w:t>
      </w:r>
      <w:r>
        <w:t>zaheeruddin sahab raichur se are bhai sari kitabein adab e dawat par hain yeh kaun si baat hai</w:t>
      </w:r>
    </w:p>
    <w:p>
      <w:pPr>
        <w:jc w:val="right"/>
      </w:pPr>
      <w:r>
        <w:t>ظہیر الدین صاحب رائچور سے ارے بھئی ساری کتابیں اداب دعوت پر ہیں یہ کون سی بات ہے</w:t>
      </w:r>
    </w:p>
    <w:p>
      <w:r>
        <w:rPr>
          <w:b/>
        </w:rPr>
        <w:t xml:space="preserve">[1:16:48] </w:t>
      </w:r>
      <w:r>
        <w:t>yaani aap aap ka jo suggested title hai wahi likha hota hai aap samajhte hain hamari sari kitabein</w:t>
      </w:r>
    </w:p>
    <w:p>
      <w:pPr>
        <w:jc w:val="right"/>
      </w:pPr>
      <w:r>
        <w:t>یعنی اپ اپ کا جو سجیسٹڈ ٹائٹل ہے وہی لکھا ہوتا ہے اپ سمجھتے ہیں ہماری ساری کتابیں</w:t>
      </w:r>
    </w:p>
    <w:p>
      <w:r>
        <w:rPr>
          <w:b/>
        </w:rPr>
        <w:t xml:space="preserve">[1:16:56] </w:t>
      </w:r>
      <w:r>
        <w:t>dawat hi par hain main bolta hoon yeh bhi dawat hota hai meri har taqreer dawat hai mera</w:t>
      </w:r>
    </w:p>
    <w:p>
      <w:pPr>
        <w:jc w:val="right"/>
      </w:pPr>
      <w:r>
        <w:t>دعوت ہی پر ہیں میں بولتا ہوں یہ بھی دعوت ہوتا ہے میری ہر تقریر دعوت ہے میرا</w:t>
      </w:r>
    </w:p>
    <w:p>
      <w:r>
        <w:rPr>
          <w:b/>
        </w:rPr>
        <w:t xml:space="preserve">[1:17:04] </w:t>
      </w:r>
      <w:r>
        <w:t>har lecture dawat hai meri har kitab dawat hai meri jo tafsir hai woh bhi dawat hai ap</w:t>
      </w:r>
    </w:p>
    <w:p>
      <w:pPr>
        <w:jc w:val="right"/>
      </w:pPr>
      <w:r>
        <w:t>ہر لیکچر دعوت ہے میری ہر کتاب دعوت ہے میری جو تفسیر ہے وہ بھی دعوت ہے اپ</w:t>
      </w:r>
    </w:p>
    <w:p>
      <w:r>
        <w:rPr>
          <w:b/>
        </w:rPr>
        <w:t xml:space="preserve">[1:17:12] </w:t>
      </w:r>
      <w:r>
        <w:t>samajhte hain ke jo ap ne title tajweez kiya hai wahi title mein rakh doon to ap samjhein</w:t>
      </w:r>
    </w:p>
    <w:p>
      <w:pPr>
        <w:jc w:val="right"/>
      </w:pPr>
      <w:r>
        <w:t>سمجھتے ہیں کہ جو اپ نے ٹائٹل تجویز کیا ہے وہی ٹائٹل میں رکھ دوں تو اپ سمجھیں</w:t>
      </w:r>
    </w:p>
    <w:p>
      <w:r>
        <w:rPr>
          <w:b/>
        </w:rPr>
        <w:t xml:space="preserve">[1:17:19] </w:t>
      </w:r>
      <w:r>
        <w:t>ke woh dawat pe kitab hai woh ap ne mera khayal se meri kitabon ko shayad parha nahi</w:t>
      </w:r>
    </w:p>
    <w:p>
      <w:pPr>
        <w:jc w:val="right"/>
      </w:pPr>
      <w:r>
        <w:t>کہ وہ دعوت پہ کتاب ہے وہ اپ نے میرا خیال سے میری کتابوں کو شاید پڑھا نہیں</w:t>
      </w:r>
    </w:p>
    <w:p>
      <w:r>
        <w:rPr>
          <w:b/>
        </w:rPr>
        <w:t xml:space="preserve">[1:17:27] </w:t>
      </w:r>
      <w:r>
        <w:t>hai meri tafsir ko parhiye meri kitabon ko parhiye mere lecture suniye har jagah dawat hi mera asal</w:t>
      </w:r>
    </w:p>
    <w:p>
      <w:pPr>
        <w:jc w:val="right"/>
      </w:pPr>
      <w:r>
        <w:t>ہے میری تفسیر کو پڑھیے میری کتابوں کو پڑھیے میرے لیکچر سنیے ہر جگہ دعوت ہی میرا اصل</w:t>
      </w:r>
    </w:p>
    <w:p>
      <w:r>
        <w:rPr>
          <w:b/>
        </w:rPr>
        <w:t xml:space="preserve">[1:17:35] </w:t>
      </w:r>
      <w:r>
        <w:t>mozu hota hai bohat ajeeb hai ap ka yeh farmana Maulana Tamil Nadu se Maulana Iqbal Umri ka</w:t>
      </w:r>
    </w:p>
    <w:p>
      <w:pPr>
        <w:jc w:val="right"/>
      </w:pPr>
      <w:r>
        <w:t>موضوع ہوتا ہے بہت عجیب ہے اپ کا یہ فرمانا مولانا تمل ناڈو سے مولانا اقبال عمری کا</w:t>
      </w:r>
    </w:p>
    <w:p>
      <w:r>
        <w:rPr>
          <w:b/>
        </w:rPr>
        <w:t xml:space="preserve">[1:17:42] </w:t>
      </w:r>
      <w:r>
        <w:t>sawal hai unhon ne likha hai jo log hadith ko nahi mante woh Quran se daleel dete hain</w:t>
      </w:r>
    </w:p>
    <w:p>
      <w:pPr>
        <w:jc w:val="right"/>
      </w:pPr>
      <w:r>
        <w:t>سوال ہے انہوں نے لکھا ہے جو لوگ حدیث کو نہیں مانتے وہ قران سے دلیل دیتے ہیں</w:t>
      </w:r>
    </w:p>
    <w:p>
      <w:r>
        <w:rPr>
          <w:b/>
        </w:rPr>
        <w:t xml:space="preserve">[1:17:50] </w:t>
      </w:r>
      <w:r>
        <w:t>jaise chapter number six verse number 38 mein kaha gaya hai ke hum ne is kitab mein koi</w:t>
      </w:r>
    </w:p>
    <w:p>
      <w:pPr>
        <w:jc w:val="right"/>
      </w:pPr>
      <w:r>
        <w:t>جیسے چیپٹر نمبر سکس ورس نمبر 38 میں کہا گیا ہے کہ ہم نے اس کتاب میں کوئی</w:t>
      </w:r>
    </w:p>
    <w:p>
      <w:r>
        <w:rPr>
          <w:b/>
        </w:rPr>
        <w:t xml:space="preserve">[1:17:58] </w:t>
      </w:r>
      <w:r>
        <w:t>baat aisi nahi chhori hai jo bayan kar di ho is ke bare mein ap kuch kahein kiya</w:t>
      </w:r>
    </w:p>
    <w:p>
      <w:pPr>
        <w:jc w:val="right"/>
      </w:pPr>
      <w:r>
        <w:t>بات ایسی نہیں چھوڑی ہے جو بیان کر دی ہو اس کے بارے میں اپ کچھ کہیں کیا</w:t>
      </w:r>
    </w:p>
    <w:p>
      <w:r>
        <w:rPr>
          <w:b/>
        </w:rPr>
        <w:t xml:space="preserve">[1:18:06] </w:t>
      </w:r>
      <w:r>
        <w:t>alfaaz hain sir ma faratna fil kitab min shai hain ma faratna fil kitab min shai dekhiye is</w:t>
      </w:r>
    </w:p>
    <w:p>
      <w:pPr>
        <w:jc w:val="right"/>
      </w:pPr>
      <w:r>
        <w:t>الفاظ ہیں سر ما فرتنا فی الکتاب من شی ہیں ما فرتنا فی الکتاب من شی دیکھیے اس</w:t>
      </w:r>
    </w:p>
    <w:p>
      <w:r>
        <w:rPr>
          <w:b/>
        </w:rPr>
        <w:t xml:space="preserve">[1:18:13] </w:t>
      </w:r>
      <w:r>
        <w:t>is hadith is ayat ka woh matlab nahi hai jo hazrat lete hain is ka matlab hai sirf</w:t>
      </w:r>
    </w:p>
    <w:p>
      <w:pPr>
        <w:jc w:val="right"/>
      </w:pPr>
      <w:r>
        <w:t>اس حدیث اس ایت کا وہ مطلب نہیں ہے جو حضرات لیتے ہیں اس کا مطلب ہے صرف</w:t>
      </w:r>
    </w:p>
    <w:p>
      <w:r>
        <w:rPr>
          <w:b/>
        </w:rPr>
        <w:t xml:space="preserve">[1:18:21] </w:t>
      </w:r>
      <w:r>
        <w:t>basics jo basics hain jo buniyadi cheezein hain woh hain warna ap mujhe bataiye yeh to Islam ka</w:t>
      </w:r>
    </w:p>
    <w:p>
      <w:pPr>
        <w:jc w:val="right"/>
      </w:pPr>
      <w:r>
        <w:t>بیسکس جو بیسکس ہیں جو بنیادی چیزیں ہیں وہ ہیں ورنہ اپ مجھے بتائیے یہ تو اسلام کا</w:t>
      </w:r>
    </w:p>
    <w:p>
      <w:r>
        <w:rPr>
          <w:b/>
        </w:rPr>
        <w:t xml:space="preserve">[1:18:29] </w:t>
      </w:r>
      <w:r>
        <w:t>yani Quran ka manna hai ke dawat do dawat do acha Quran mein kahan par bataya gaya hai</w:t>
      </w:r>
    </w:p>
    <w:p>
      <w:pPr>
        <w:jc w:val="right"/>
      </w:pPr>
      <w:r>
        <w:t>یعنی قران کا ماننا ہے کہ دعوت دو دعوت دو اچھا قران میں کہاں پر بتایا گیا ہے</w:t>
      </w:r>
    </w:p>
    <w:p>
      <w:r>
        <w:rPr>
          <w:b/>
        </w:rPr>
        <w:t xml:space="preserve">[1:18:36] </w:t>
      </w:r>
      <w:r>
        <w:t>ke jab koi dawat ke baad Islam qabool karna chahe to kiya tareeqa hai is ka kiya tareeqa</w:t>
      </w:r>
    </w:p>
    <w:p>
      <w:pPr>
        <w:jc w:val="right"/>
      </w:pPr>
      <w:r>
        <w:t>کہ جب کوئی دعوت کے بعد اسلام قبول کرنا چاہے تو کیا طریقہ ہے اس کا کیا طریقہ</w:t>
      </w:r>
    </w:p>
    <w:p>
      <w:r>
        <w:rPr>
          <w:b/>
        </w:rPr>
        <w:t xml:space="preserve">[1:18:44] </w:t>
      </w:r>
      <w:r>
        <w:t>hai kaise ap is ko Islam mein dakhil karein kahin likha hua hai kahin hajj karo likha hua</w:t>
      </w:r>
    </w:p>
    <w:p>
      <w:pPr>
        <w:jc w:val="right"/>
      </w:pPr>
      <w:r>
        <w:t>ہے کیسے اپ اس کو اسلام میں داخل کریں کہیں لکھا ہوا ہے کہیں حج کرو لکھا ہوا</w:t>
      </w:r>
    </w:p>
    <w:p>
      <w:r>
        <w:rPr>
          <w:b/>
        </w:rPr>
        <w:t xml:space="preserve">[1:18:52] </w:t>
      </w:r>
      <w:r>
        <w:t>hai kiya tareeqa bataya kaise hajj karein hum yani Quran mein hajj ka hukm hai magar hajj ka</w:t>
      </w:r>
    </w:p>
    <w:p>
      <w:pPr>
        <w:jc w:val="right"/>
      </w:pPr>
      <w:r>
        <w:t>ہے کیا طریقہ بتایا کیسے حج کریں ہم یعنی قران میں حج کا حکم ہے مگر حج کا</w:t>
      </w:r>
    </w:p>
    <w:p>
      <w:r>
        <w:rPr>
          <w:b/>
        </w:rPr>
        <w:t xml:space="preserve">[1:19:00] </w:t>
      </w:r>
      <w:r>
        <w:t>tareeqa nahi Quran mein roze ka hukm hai roze ka tareeqa nahi Quran mein dawat ka hukm hai</w:t>
      </w:r>
    </w:p>
    <w:p>
      <w:pPr>
        <w:jc w:val="right"/>
      </w:pPr>
      <w:r>
        <w:t>طریقہ نہیں قران میں روزہ کا حکم ہے روزے کا طریقہ نہیں قران میں دعوت کا حکم ہے</w:t>
      </w:r>
    </w:p>
    <w:p>
      <w:r>
        <w:rPr>
          <w:b/>
        </w:rPr>
        <w:t xml:space="preserve">[1:19:07] </w:t>
      </w:r>
      <w:r>
        <w:t>lekin aadmi jab Islam qabool karna chahe to is ka kaise kiya jaye is ka tareeqa nahi to</w:t>
      </w:r>
    </w:p>
    <w:p>
      <w:pPr>
        <w:jc w:val="right"/>
      </w:pPr>
      <w:r>
        <w:t>لیکن ادمی جب اسلام قبول کرنا چاہے تو اس کا کیسے کیا جائے اس کا طریقہ نہیں تو</w:t>
      </w:r>
    </w:p>
    <w:p>
      <w:r>
        <w:rPr>
          <w:b/>
        </w:rPr>
        <w:t xml:space="preserve">[1:19:15] </w:t>
      </w:r>
      <w:r>
        <w:t>Quran buniyadi cheezon asasiyat ki kitab hai basics ki kitab hai tafseelat nahi hain Quran majeed mein woh</w:t>
      </w:r>
    </w:p>
    <w:p>
      <w:pPr>
        <w:jc w:val="right"/>
      </w:pPr>
      <w:r>
        <w:t>قران بنیادی چیزوں اساسیات کی کتاب ہے بیسکس کی کتاب ہے تفصیلات نہیں ہیں قران مجید میں وہ</w:t>
      </w:r>
    </w:p>
    <w:p>
      <w:r>
        <w:rPr>
          <w:b/>
        </w:rPr>
        <w:t xml:space="preserve">[1:19:23] </w:t>
      </w:r>
      <w:r>
        <w:t>hum ko hadith mein milti hain yeh to ab ghair sanjeeda zehan yeh sab baatein bolte hain dekhiye</w:t>
      </w:r>
    </w:p>
    <w:p>
      <w:pPr>
        <w:jc w:val="right"/>
      </w:pPr>
      <w:r>
        <w:t>ہم کو حدیث میں ملتی ہیں یہ تو اب غیر سنجیدہ ذہن یہ سب باتیں بولتے ہیں دیکھیے</w:t>
      </w:r>
    </w:p>
    <w:p>
      <w:r>
        <w:rPr>
          <w:b/>
        </w:rPr>
        <w:t xml:space="preserve">[1:19:30] </w:t>
      </w:r>
      <w:r>
        <w:t>bohat se sawalat jo hain woh sawalat nahi hote woh ghair sanjeeda zehan ka phenomena hote hain farq</w:t>
      </w:r>
    </w:p>
    <w:p>
      <w:pPr>
        <w:jc w:val="right"/>
      </w:pPr>
      <w:r>
        <w:t>بہت سے سوالات جو ہیں وہ سوالات نہیں ہوتے وہ غیر سنجیدہ ذہن کا فیناومینا ہوتے ہیں فرق</w:t>
      </w:r>
    </w:p>
    <w:p>
      <w:r>
        <w:rPr>
          <w:b/>
        </w:rPr>
        <w:t xml:space="preserve">[1:19:38] </w:t>
      </w:r>
      <w:r>
        <w:t>samjhiye ek hota hai sawal ek hota hai ghair sanjeeda zehan ki yani khayal arai to is ko</w:t>
      </w:r>
    </w:p>
    <w:p>
      <w:pPr>
        <w:jc w:val="right"/>
      </w:pPr>
      <w:r>
        <w:t>سمجھیے ایک ہوتا ہے سوال ایک ہوتا ہے غیر سنجیدہ ذہن کی یعنی خیال ارائی تو اس کو</w:t>
      </w:r>
    </w:p>
    <w:p>
      <w:r>
        <w:rPr>
          <w:b/>
        </w:rPr>
        <w:t xml:space="preserve">[1:19:46] </w:t>
      </w:r>
      <w:r>
        <w:t>ap sawal na samjhiye is ko ghair sanjedgi ka zahira samjhiye aur jab tak is ko woh sanjeeda</w:t>
      </w:r>
    </w:p>
    <w:p>
      <w:pPr>
        <w:jc w:val="right"/>
      </w:pPr>
      <w:r>
        <w:t>اپ سوال نہ سمجھیے اس کو غیر سنجیدگی کا ظاہرہ سمجھیے اور جب تک اس کو وہ سنجیدہ</w:t>
      </w:r>
    </w:p>
    <w:p>
      <w:r>
        <w:rPr>
          <w:b/>
        </w:rPr>
        <w:t xml:space="preserve">[1:19:54] </w:t>
      </w:r>
      <w:r>
        <w:t>na ho is ko koi ap mutmaeen nahi kar sakte aur is ko aise aise logon ke bare</w:t>
      </w:r>
    </w:p>
    <w:p>
      <w:pPr>
        <w:jc w:val="right"/>
      </w:pPr>
      <w:r>
        <w:t>نہ ہو اس کو کوئی اپ مطمئن نہیں کر سکتے اور اس کو ایسے ایسے لوگوں کے بارے</w:t>
      </w:r>
    </w:p>
    <w:p>
      <w:r>
        <w:rPr>
          <w:b/>
        </w:rPr>
        <w:t xml:space="preserve">[1:20:01] </w:t>
      </w:r>
      <w:r>
        <w:t>میں صرف دعا کرنا چاہیے بس اور کچھ نہیں Okay, we would like to tell our viewers that</w:t>
      </w:r>
    </w:p>
    <w:p>
      <w:pPr>
        <w:jc w:val="right"/>
      </w:pPr>
      <w:r>
        <w:t>میں صرف دعا کرنا چاہیے بس اور کچھ نہیں اوکے وی وڈ لائک ٹو ٹیل اور ویوورز دیٹ</w:t>
      </w:r>
    </w:p>
    <w:p>
      <w:r>
        <w:rPr>
          <w:b/>
        </w:rPr>
        <w:t xml:space="preserve">[1:20:09] </w:t>
      </w:r>
      <w:r>
        <w:t>If they want to join the CPS mission, then they can write to us with their</w:t>
      </w:r>
    </w:p>
    <w:p>
      <w:pPr>
        <w:jc w:val="right"/>
      </w:pPr>
      <w:r>
        <w:t>اف دے وانٹ ٹو جوائن دا سی پی ایس مشن دین دے کین رائٹ ٹو اس ود دیر</w:t>
      </w:r>
    </w:p>
    <w:p>
      <w:r>
        <w:rPr>
          <w:b/>
        </w:rPr>
        <w:t xml:space="preserve">[1:20:17] </w:t>
      </w:r>
      <w:r>
        <w:t>complete details and info at CPS global dot org we end the session now</w:t>
      </w:r>
    </w:p>
    <w:p>
      <w:pPr>
        <w:jc w:val="right"/>
      </w:pPr>
      <w:r>
        <w:t>کمپلیٹ ڈیٹیلز ان انفو ایٹ سی پی ایس گلوبل ڈاٹ او ار جی وی اینڈ دی سیشن ناؤ</w:t>
      </w:r>
    </w:p>
    <w:p>
      <w:r>
        <w:rPr>
          <w:b/>
        </w:rPr>
        <w:t xml:space="preserve">[1:20:24] </w:t>
      </w:r>
      <w:r>
        <w:t>thank you.</w:t>
      </w:r>
    </w:p>
    <w:p>
      <w:pPr>
        <w:jc w:val="right"/>
      </w:pPr>
      <w:r>
        <w:t>تھینک یو.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