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Manoj Tibrewal Aakash interviewed Maulana Wahiduddin Khan, Spiritual Leader for DD News's Ek Mulaqat</w:t>
      </w:r>
    </w:p>
    <w:p>
      <w:r>
        <w:t>https://www.youtube.com/watch?v=uCSW2YZmlS0</w:t>
      </w:r>
    </w:p>
    <w:p>
      <w:r>
        <w:rPr>
          <w:b/>
        </w:rPr>
        <w:t xml:space="preserve">[00:58] </w:t>
      </w:r>
      <w:r>
        <w:t>Namaskar, main hoon Manoj Tibrewal Akash.</w:t>
      </w:r>
    </w:p>
    <w:p>
      <w:pPr>
        <w:jc w:val="right"/>
      </w:pPr>
      <w:r>
        <w:t>नमस्कार, मैं हूँ मनोज टिबड़ेवाल आकाश।</w:t>
      </w:r>
    </w:p>
    <w:p>
      <w:r>
        <w:rPr>
          <w:b/>
        </w:rPr>
        <w:t xml:space="preserve">[01:03] </w:t>
      </w:r>
      <w:r>
        <w:t>Ek mulakat ke is ank mein aaj hamare saath hain behad khaas mehman, jaane-maane Islami vidwan Maulana Wahiduddin Khan ji.</w:t>
      </w:r>
    </w:p>
    <w:p>
      <w:pPr>
        <w:jc w:val="right"/>
      </w:pPr>
      <w:r>
        <w:t>एक मुलाकात के इस अंक में आज हमारे साथ हैं बेहद खास मेहमान, जाने-माने इस्लामी विद्वान मौलाना वहीदुद्दीन खान जी।</w:t>
      </w:r>
    </w:p>
    <w:p>
      <w:r>
        <w:rPr>
          <w:b/>
        </w:rPr>
        <w:t xml:space="preserve">[01:08] </w:t>
      </w:r>
      <w:r>
        <w:t>Azamgarh mein 1 January 1925 ko paida hue Maulana Wahiduddin Khan ji desh ke jaane-maane samajik karyakarta hain.</w:t>
      </w:r>
    </w:p>
    <w:p>
      <w:pPr>
        <w:jc w:val="right"/>
      </w:pPr>
      <w:r>
        <w:t>आजमगढ़ में 1 जनवरी 1925 को पैदा हुए मौलाना वहीदुद्दीन खान जी देश के जाने-माने सामाजिक कार्यकर्ता हैं।</w:t>
      </w:r>
    </w:p>
    <w:p>
      <w:r>
        <w:rPr>
          <w:b/>
        </w:rPr>
        <w:t xml:space="preserve">[01:14] </w:t>
      </w:r>
      <w:r>
        <w:t>Inhone apne jeevan ko samajik ekta aur shanti ke liye samarpit kiya hai.</w:t>
      </w:r>
    </w:p>
    <w:p>
      <w:pPr>
        <w:jc w:val="right"/>
      </w:pPr>
      <w:r>
        <w:t>इन्होंने अपने जीवन को सामाजिक एकता और शांति के लिए समर्पित किया है।</w:t>
      </w:r>
    </w:p>
    <w:p>
      <w:r>
        <w:rPr>
          <w:b/>
        </w:rPr>
        <w:t xml:space="preserve">[01:19] </w:t>
      </w:r>
      <w:r>
        <w:t>Padma Bhushan aur Rajiv Gandhi Rashtriya Sadbhavna Puraskar se sammanit Maulana Wahiduddin Khan ji ne Quran ka Angrezi aur</w:t>
      </w:r>
    </w:p>
    <w:p>
      <w:pPr>
        <w:jc w:val="right"/>
      </w:pPr>
      <w:r>
        <w:t>पद्मभूषण और राजीव गांधी राष्ट्रीय सद्भावना पुरस्कार से सम्मानित मौलाना वहीदुद्दीन खान जी ने कुरान का अंग्रेजी और</w:t>
      </w:r>
    </w:p>
    <w:p>
      <w:r>
        <w:rPr>
          <w:b/>
        </w:rPr>
        <w:t xml:space="preserve">[01:24] </w:t>
      </w:r>
      <w:r>
        <w:t>Hindi mein anuvaad bhi kiya hai.</w:t>
      </w:r>
    </w:p>
    <w:p>
      <w:pPr>
        <w:jc w:val="right"/>
      </w:pPr>
      <w:r>
        <w:t>हिंदी में अनुवाद भी किया है।</w:t>
      </w:r>
    </w:p>
    <w:p>
      <w:r>
        <w:rPr>
          <w:b/>
        </w:rPr>
        <w:t xml:space="preserve">[01:30] </w:t>
      </w:r>
      <w:r>
        <w:t>Aaj hum Maulana Sahab se tamam sawalon par batchit karenge.</w:t>
      </w:r>
    </w:p>
    <w:p>
      <w:pPr>
        <w:jc w:val="right"/>
      </w:pPr>
      <w:r>
        <w:t>आज हम मौलाना साहब से तमाम सवालों पर बातचीत करेंगे।</w:t>
      </w:r>
    </w:p>
    <w:p>
      <w:r>
        <w:rPr>
          <w:b/>
        </w:rPr>
        <w:t xml:space="preserve">[01:35] </w:t>
      </w:r>
      <w:r>
        <w:t>Maulana Sahab, aapka swagat hai Doordarshan ki is khaas padtal-ek mulakat mein.</w:t>
      </w:r>
    </w:p>
    <w:p>
      <w:pPr>
        <w:jc w:val="right"/>
      </w:pPr>
      <w:r>
        <w:t>मौलाना साहब, आपका स्वागत है दूरदर्शन की इस खास पड़ताल-एक मुलाकात में।</w:t>
      </w:r>
    </w:p>
    <w:p>
      <w:r>
        <w:rPr>
          <w:b/>
        </w:rPr>
        <w:t xml:space="preserve">[01:40] </w:t>
      </w:r>
      <w:r>
        <w:t>Mahatma Gandhi ki tarah aap bhi mante hain ki ahinsa hi wahi ek rasta hai jisse har prakar</w:t>
      </w:r>
    </w:p>
    <w:p>
      <w:pPr>
        <w:jc w:val="right"/>
      </w:pPr>
      <w:r>
        <w:t>महात्मा गांधी की तरह आप भी मानते हैं कि अहिंसा ही वही एक रास्ता है जिससे हर प्रकार</w:t>
      </w:r>
    </w:p>
    <w:p>
      <w:r>
        <w:rPr>
          <w:b/>
        </w:rPr>
        <w:t xml:space="preserve">[01:46] </w:t>
      </w:r>
      <w:r>
        <w:t>ki safalta ko paya ja sakta hai.</w:t>
      </w:r>
    </w:p>
    <w:p>
      <w:pPr>
        <w:jc w:val="right"/>
      </w:pPr>
      <w:r>
        <w:t>की सफलता को पाया जा सकता है।</w:t>
      </w:r>
    </w:p>
    <w:p>
      <w:r>
        <w:rPr>
          <w:b/>
        </w:rPr>
        <w:t xml:space="preserve">[01:51] </w:t>
      </w:r>
      <w:r>
        <w:t>Kaise aap ise mante hain?</w:t>
      </w:r>
    </w:p>
    <w:p>
      <w:pPr>
        <w:jc w:val="right"/>
      </w:pPr>
      <w:r>
        <w:t>कैसे आप इसे मानते हैं?</w:t>
      </w:r>
    </w:p>
    <w:p>
      <w:r>
        <w:rPr>
          <w:b/>
        </w:rPr>
        <w:t xml:space="preserve">[01:57] </w:t>
      </w:r>
      <w:r>
        <w:t>Dekhiye, aisa hai ki main ek aise parivar mein paida hua jahan pehle se Gandhi ka charcha tha.</w:t>
      </w:r>
    </w:p>
    <w:p>
      <w:pPr>
        <w:jc w:val="right"/>
      </w:pPr>
      <w:r>
        <w:t>देखिए, ऐसा है कि मैं एक ऐसे परिवार में पैदा हुआ जहाँ पहले से गांधी का चर्चा था।</w:t>
      </w:r>
    </w:p>
    <w:p>
      <w:r>
        <w:rPr>
          <w:b/>
        </w:rPr>
        <w:t xml:space="preserve">[02:02] </w:t>
      </w:r>
      <w:r>
        <w:t>Mere bade bhai, unka naam tha Maulana Iqbal Ahmed Suhail.</w:t>
      </w:r>
    </w:p>
    <w:p>
      <w:pPr>
        <w:jc w:val="right"/>
      </w:pPr>
      <w:r>
        <w:t>मेरे बड़े भाई, उनका नाम था मौलाना इक़बाल अहमद सुहेल।</w:t>
      </w:r>
    </w:p>
    <w:p>
      <w:r>
        <w:rPr>
          <w:b/>
        </w:rPr>
        <w:t xml:space="preserve">[02:08] </w:t>
      </w:r>
      <w:r>
        <w:t>Wo Gandhi ji ke bahut fan the.</w:t>
      </w:r>
    </w:p>
    <w:p>
      <w:pPr>
        <w:jc w:val="right"/>
      </w:pPr>
      <w:r>
        <w:t>वो गांधी जी के बहुत फैन थे।</w:t>
      </w:r>
    </w:p>
    <w:p>
      <w:r>
        <w:rPr>
          <w:b/>
        </w:rPr>
        <w:t xml:space="preserve">[02:14] </w:t>
      </w:r>
      <w:r>
        <w:t>Yahan tak ki zindagi bhar unhone khadi pehni.</w:t>
      </w:r>
    </w:p>
    <w:p>
      <w:pPr>
        <w:jc w:val="right"/>
      </w:pPr>
      <w:r>
        <w:t>यहाँ तक कि जिंदगी भर उन्होंने खादी पहनी।</w:t>
      </w:r>
    </w:p>
    <w:p>
      <w:r>
        <w:rPr>
          <w:b/>
        </w:rPr>
        <w:t xml:space="preserve">[02:20] </w:t>
      </w:r>
      <w:r>
        <w:t>Sar se paanv tak unka khadi ka hota tha.</w:t>
      </w:r>
    </w:p>
    <w:p>
      <w:pPr>
        <w:jc w:val="right"/>
      </w:pPr>
      <w:r>
        <w:t>सर से पांव तक उनका खादी का होता था।</w:t>
      </w:r>
    </w:p>
    <w:p>
      <w:r>
        <w:rPr>
          <w:b/>
        </w:rPr>
        <w:t xml:space="preserve">[02:26] </w:t>
      </w:r>
      <w:r>
        <w:t>Mujhe bhi unhone, meri shadi hui toh khadi ka kapda pehnaya.</w:t>
      </w:r>
    </w:p>
    <w:p>
      <w:pPr>
        <w:jc w:val="right"/>
      </w:pPr>
      <w:r>
        <w:t>मुझे भी उन्होंने, मेरी शादी हुई तो खादी का कपड़ा पहनाया।</w:t>
      </w:r>
    </w:p>
    <w:p>
      <w:r>
        <w:rPr>
          <w:b/>
        </w:rPr>
        <w:t xml:space="preserve">[02:32] </w:t>
      </w:r>
      <w:r>
        <w:t>Toh unka ek sher tha ki galat hai ye ki faqat Hinduo ka leader tha, ki tha tamam</w:t>
      </w:r>
    </w:p>
    <w:p>
      <w:pPr>
        <w:jc w:val="right"/>
      </w:pPr>
      <w:r>
        <w:t>तो उनका एक शेर था कि गलत है ये कि फक़त हिंदुओं का लीडर था, कि था तमाम</w:t>
      </w:r>
    </w:p>
    <w:p>
      <w:r>
        <w:rPr>
          <w:b/>
        </w:rPr>
        <w:t xml:space="preserve">[02:37] </w:t>
      </w:r>
      <w:r>
        <w:t>jahan bhar ka rehnuma Gandhi.</w:t>
      </w:r>
    </w:p>
    <w:p>
      <w:pPr>
        <w:jc w:val="right"/>
      </w:pPr>
      <w:r>
        <w:t>जहाँ भर का रहनुमा गांधी।</w:t>
      </w:r>
    </w:p>
    <w:p>
      <w:r>
        <w:rPr>
          <w:b/>
        </w:rPr>
        <w:t xml:space="preserve">[02:43] </w:t>
      </w:r>
      <w:r>
        <w:t>to is tarah ke parivar mein mera janm hua, is tarah ki baatein main sunta raha.</w:t>
      </w:r>
    </w:p>
    <w:p>
      <w:pPr>
        <w:jc w:val="right"/>
      </w:pPr>
      <w:r>
        <w:t>तो इस तरह के परिवार में मेरा जन्म हुआ, इस तरह की बातें मैं सुनता रहा।</w:t>
      </w:r>
    </w:p>
    <w:p>
      <w:r>
        <w:rPr>
          <w:b/>
        </w:rPr>
        <w:t xml:space="preserve">[02:49] </w:t>
      </w:r>
      <w:r>
        <w:t>तो इक़बाल साहब ये भी करते थे कि महात्मा गांधी की जो teachings हैं, उसको कुरान से लेकर</w:t>
      </w:r>
    </w:p>
    <w:p>
      <w:pPr>
        <w:jc w:val="right"/>
      </w:pPr>
      <w:r>
        <w:t>तो इक़बाल साहब ये भी करते थे कि महात्मा गांधी की जो टीचिंग्स हैं, उसको कुरान से लेकर</w:t>
      </w:r>
    </w:p>
    <w:p>
      <w:r>
        <w:rPr>
          <w:b/>
        </w:rPr>
        <w:t xml:space="preserve">[02:55] </w:t>
      </w:r>
      <w:r>
        <w:t>humein samjhate the.</w:t>
      </w:r>
    </w:p>
    <w:p>
      <w:pPr>
        <w:jc w:val="right"/>
      </w:pPr>
      <w:r>
        <w:t>हमें समझाते थे।</w:t>
      </w:r>
    </w:p>
    <w:p>
      <w:r>
        <w:rPr>
          <w:b/>
        </w:rPr>
        <w:t xml:space="preserve">[03:01] </w:t>
      </w:r>
      <w:r>
        <w:t>to shuru se mere dil mein aaya.</w:t>
      </w:r>
    </w:p>
    <w:p>
      <w:pPr>
        <w:jc w:val="right"/>
      </w:pPr>
      <w:r>
        <w:t>तो शुरू से मेरे दिल में आया।</w:t>
      </w:r>
    </w:p>
    <w:p>
      <w:r>
        <w:rPr>
          <w:b/>
        </w:rPr>
        <w:t xml:space="preserve">[03:07] </w:t>
      </w:r>
      <w:r>
        <w:t>phir jab mulk ka bantwara hua aur mulk mein, aap jante hain ki hinsa aa gayi, to mera</w:t>
      </w:r>
    </w:p>
    <w:p>
      <w:pPr>
        <w:jc w:val="right"/>
      </w:pPr>
      <w:r>
        <w:t>फिर जब मुल्क का बंटवारा हुआ और मुल्क में, आप जानते हैं कि हिंसा आ गई, तो मेरा</w:t>
      </w:r>
    </w:p>
    <w:p>
      <w:r>
        <w:rPr>
          <w:b/>
        </w:rPr>
        <w:t xml:space="preserve">[03:12] </w:t>
      </w:r>
      <w:r>
        <w:t>ek bahut bada concern ban gaya ki desh mein peace aaye.</w:t>
      </w:r>
    </w:p>
    <w:p>
      <w:pPr>
        <w:jc w:val="right"/>
      </w:pPr>
      <w:r>
        <w:t>एक बहुत बड़ा concern बन गया कि देश में peace आए।</w:t>
      </w:r>
    </w:p>
    <w:p>
      <w:r>
        <w:rPr>
          <w:b/>
        </w:rPr>
        <w:t xml:space="preserve">[03:18] </w:t>
      </w:r>
      <w:r>
        <w:t>to wahi jo mahatma gandhi ka khwab tha, peace, peace, shanti, shanti, to maine isi ke liye apne</w:t>
      </w:r>
    </w:p>
    <w:p>
      <w:pPr>
        <w:jc w:val="right"/>
      </w:pPr>
      <w:r>
        <w:t>तो वही जो महात्मा गांधी का ख्वाब था, peace, peace, शांति, शांति, तो मैंने इसी के लिए अपने</w:t>
      </w:r>
    </w:p>
    <w:p>
      <w:r>
        <w:rPr>
          <w:b/>
        </w:rPr>
        <w:t xml:space="preserve">[03:24] </w:t>
      </w:r>
      <w:r>
        <w:t>aapko dedicate kar diya.</w:t>
      </w:r>
    </w:p>
    <w:p>
      <w:pPr>
        <w:jc w:val="right"/>
      </w:pPr>
      <w:r>
        <w:t>आपको dedicate कर दिया।</w:t>
      </w:r>
    </w:p>
    <w:p>
      <w:r>
        <w:rPr>
          <w:b/>
        </w:rPr>
        <w:t xml:space="preserve">[03:30] </w:t>
      </w:r>
      <w:r>
        <w:t>mera jo mission hai, uska naam hi hai Center for Peace and Spirituality.</w:t>
      </w:r>
    </w:p>
    <w:p>
      <w:pPr>
        <w:jc w:val="right"/>
      </w:pPr>
      <w:r>
        <w:t>मेरा जो mission है, उसका नाम ही है Center for Peace and Spirituality।</w:t>
      </w:r>
    </w:p>
    <w:p>
      <w:r>
        <w:rPr>
          <w:b/>
        </w:rPr>
        <w:t xml:space="preserve">[03:36] </w:t>
      </w:r>
      <w:r>
        <w:t>yahi dono mera khas wo hai, target ki logon mein spiritual thinking aaye aur samaj mein peace aaye. kyon?</w:t>
      </w:r>
    </w:p>
    <w:p>
      <w:pPr>
        <w:jc w:val="right"/>
      </w:pPr>
      <w:r>
        <w:t>यही दोनों मेरा खास वो है, target कि लोगों में spiritual thinking आए और समाज में peace आए। क्यों?</w:t>
      </w:r>
    </w:p>
    <w:p>
      <w:r>
        <w:rPr>
          <w:b/>
        </w:rPr>
        <w:t xml:space="preserve">[03:42] </w:t>
      </w:r>
      <w:r>
        <w:t>Ye dekhiye, jab tak peace hi peace nahi hoga, koi kaam nahi ho sakta. Mahatma Gandhi ke jo khwab the, wo tabhi pure honge jabki desh mein peace ho. Rashtra prem, matlab deshbhakti ke liye jo hai, Islam mein kya manyataayein hain? Islam kya kehta hai deshbhakti ke bare mein?</w:t>
      </w:r>
    </w:p>
    <w:p>
      <w:pPr>
        <w:jc w:val="right"/>
      </w:pPr>
      <w:r>
        <w:t>ये देखिए, जब तक peace ही peace नहीं होगा, कोई काम नहीं हो सकता। महात्मा गांधी के जो ख्वाब थे, वो तभी पूरे होंगे जबकि देश में peace हो। राष्ट्र प्रेम, मतलब देशभक्ति के लिए जो है, इस्लाम में क्या मान्यताएं हैं? इस्लाम क्या कहता है देशभक्ति के बारे में?</w:t>
      </w:r>
    </w:p>
    <w:p>
      <w:r>
        <w:rPr>
          <w:b/>
        </w:rPr>
        <w:t xml:space="preserve">[03:59] </w:t>
      </w:r>
      <w:r>
        <w:t>dekhiye, islam ki jo taalim hai, wo ye hai ki jis mulk mein aadmi hai, us mulk se</w:t>
      </w:r>
    </w:p>
    <w:p>
      <w:pPr>
        <w:jc w:val="right"/>
      </w:pPr>
      <w:r>
        <w:t>देखिए, इस्लाम की जो तालीम है, वो ये है कि जिस मुल्क में आदमी है, उस मुल्क से</w:t>
      </w:r>
    </w:p>
    <w:p>
      <w:r>
        <w:rPr>
          <w:b/>
        </w:rPr>
        <w:t xml:space="preserve">[04:04] </w:t>
      </w:r>
      <w:r>
        <w:t>usko poori faujdari ho, usko pyar-pyar ho.</w:t>
      </w:r>
    </w:p>
    <w:p>
      <w:pPr>
        <w:jc w:val="right"/>
      </w:pPr>
      <w:r>
        <w:t>उसको पूरी फौजदारी हो, उसको प्यार-प्यार हो।</w:t>
      </w:r>
    </w:p>
    <w:p>
      <w:r>
        <w:rPr>
          <w:b/>
        </w:rPr>
        <w:t xml:space="preserve">[04:09] </w:t>
      </w:r>
      <w:r>
        <w:t>ek hadis hai ki hubb ul watan min al iman.</w:t>
      </w:r>
    </w:p>
    <w:p>
      <w:pPr>
        <w:jc w:val="right"/>
      </w:pPr>
      <w:r>
        <w:t>एक हदीस है कि حُبُّ الْوَتَنِ مِنَ الْإِيمَانِ ।</w:t>
      </w:r>
    </w:p>
    <w:p>
      <w:r>
        <w:rPr>
          <w:b/>
        </w:rPr>
        <w:t xml:space="preserve">[04:14] </w:t>
      </w:r>
      <w:r>
        <w:t>vatan se mohabbat iman ka ek hissa hai.</w:t>
      </w:r>
    </w:p>
    <w:p>
      <w:pPr>
        <w:jc w:val="right"/>
      </w:pPr>
      <w:r>
        <w:t>वतन से मोहब्बत ईमान का एक हिस्सा है।</w:t>
      </w:r>
    </w:p>
    <w:p>
      <w:r>
        <w:rPr>
          <w:b/>
        </w:rPr>
        <w:t xml:space="preserve">[04:20] </w:t>
      </w:r>
      <w:r>
        <w:t>to main ye keh sakta hoon ki ye iman ka ya aqide ka taqaza hai ki hum jis</w:t>
      </w:r>
    </w:p>
    <w:p>
      <w:pPr>
        <w:jc w:val="right"/>
      </w:pPr>
      <w:r>
        <w:t>तो मैं ये कह सकता हूँ कि ये ईमान का या अकीदे का تقاضा है कि हम जिस</w:t>
      </w:r>
    </w:p>
    <w:p>
      <w:r>
        <w:rPr>
          <w:b/>
        </w:rPr>
        <w:t xml:space="preserve">[04:25] </w:t>
      </w:r>
      <w:r>
        <w:t>mulk mein rah rahe hain, usse humein pyar ho aur apne aap ko usse hum is had tak jode</w:t>
      </w:r>
    </w:p>
    <w:p>
      <w:pPr>
        <w:jc w:val="right"/>
      </w:pPr>
      <w:r>
        <w:t>मुल्क में रह रहे हैं, उससे हमें प्यार हो और अपने आपको उससे हम इस हद तक जोड़ें</w:t>
      </w:r>
    </w:p>
    <w:p>
      <w:r>
        <w:rPr>
          <w:b/>
        </w:rPr>
        <w:t xml:space="preserve">[04:30] </w:t>
      </w:r>
      <w:r>
        <w:t>ki har etbaar se hum usi ka hissa ban jaen.</w:t>
      </w:r>
    </w:p>
    <w:p>
      <w:pPr>
        <w:jc w:val="right"/>
      </w:pPr>
      <w:r>
        <w:t>कि हर एतबार से हम उसी का हिस्सा बन जाएँ।</w:t>
      </w:r>
    </w:p>
    <w:p>
      <w:r>
        <w:rPr>
          <w:b/>
        </w:rPr>
        <w:t xml:space="preserve">[04:36] </w:t>
      </w:r>
      <w:r>
        <w:t>ishwar ya allah ke baare mein hindu dharm aur islam mein kis tarah ki samanataein dekhte hain aap?</w:t>
      </w:r>
    </w:p>
    <w:p>
      <w:pPr>
        <w:jc w:val="right"/>
      </w:pPr>
      <w:r>
        <w:t>ईश्वर या अल्लाह के बारे में हिंदू धर्म और इस्लाम में किस तरह की समानताएं देखते हैं आप?</w:t>
      </w:r>
    </w:p>
    <w:p>
      <w:r>
        <w:rPr>
          <w:b/>
        </w:rPr>
        <w:t xml:space="preserve">[04:42] </w:t>
      </w:r>
      <w:r>
        <w:t>samanata ka mamla ye hai, dekhiye, ki main sochta hoon ki oneness of God dono jagah paya jata hai.</w:t>
      </w:r>
    </w:p>
    <w:p>
      <w:pPr>
        <w:jc w:val="right"/>
      </w:pPr>
      <w:r>
        <w:t>समानताएं का मामला ये है, देखिए, कि मैं सोचता हूँ कि oneness of God दोनों जगह पाया जाता है।</w:t>
      </w:r>
    </w:p>
    <w:p>
      <w:r>
        <w:rPr>
          <w:b/>
        </w:rPr>
        <w:t xml:space="preserve">[04:47] </w:t>
      </w:r>
      <w:r>
        <w:t>hindu dharm bhi oneness of God ka concept hai aur islam bhi oneness of God ka concept hai.</w:t>
      </w:r>
    </w:p>
    <w:p>
      <w:pPr>
        <w:jc w:val="right"/>
      </w:pPr>
      <w:r>
        <w:t>हिंदू धर्म भी oneness of God का concept है और इस्लाम भी oneness of God का concept है।</w:t>
      </w:r>
    </w:p>
    <w:p>
      <w:r>
        <w:rPr>
          <w:b/>
        </w:rPr>
        <w:t xml:space="preserve">[04:52] </w:t>
      </w:r>
      <w:r>
        <w:t>aap jante hain ki interpretation to hamesha kai hote hain.</w:t>
      </w:r>
    </w:p>
    <w:p>
      <w:pPr>
        <w:jc w:val="right"/>
      </w:pPr>
      <w:r>
        <w:t>आप जानते हैं कि interpretation तो हमेशा कई होते हैं।</w:t>
      </w:r>
    </w:p>
    <w:p>
      <w:r>
        <w:rPr>
          <w:b/>
        </w:rPr>
        <w:t xml:space="preserve">[04:57] </w:t>
      </w:r>
      <w:r>
        <w:t>to interpretation mein kai aisi baatein ho sakti hain jo alag-alag hain, lekin jo basic thought hai, wo</w:t>
      </w:r>
    </w:p>
    <w:p>
      <w:pPr>
        <w:jc w:val="right"/>
      </w:pPr>
      <w:r>
        <w:t>तो interpretation में कई ऐसी बातें हो सकती हैं जो अलग-अलग हैं, लेकिन जो basic thought है, वो</w:t>
      </w:r>
    </w:p>
    <w:p>
      <w:r>
        <w:rPr>
          <w:b/>
        </w:rPr>
        <w:t xml:space="preserve">[05:02] </w:t>
      </w:r>
      <w:r>
        <w:t>to yahi hai ki khuda ek hai, oneness of God.</w:t>
      </w:r>
    </w:p>
    <w:p>
      <w:pPr>
        <w:jc w:val="right"/>
      </w:pPr>
      <w:r>
        <w:t>तो यही है कि खुदा एक है, oneness of God।</w:t>
      </w:r>
    </w:p>
    <w:p>
      <w:r>
        <w:rPr>
          <w:b/>
        </w:rPr>
        <w:t xml:space="preserve">[05:07] </w:t>
      </w:r>
      <w:r>
        <w:t>do-do jagah ye tasveer paya jata hai.</w:t>
      </w:r>
    </w:p>
    <w:p>
      <w:pPr>
        <w:jc w:val="right"/>
      </w:pPr>
      <w:r>
        <w:t>दो-दो जगह ये तस्वीर पाया जाता है।</w:t>
      </w:r>
    </w:p>
    <w:p>
      <w:r>
        <w:rPr>
          <w:b/>
        </w:rPr>
        <w:t xml:space="preserve">[05:12] </w:t>
      </w:r>
      <w:r>
        <w:t>interpretation mein kuch differences ho sakte hain, lekin concept same hai.</w:t>
      </w:r>
    </w:p>
    <w:p>
      <w:pPr>
        <w:jc w:val="right"/>
      </w:pPr>
      <w:r>
        <w:t>Interpretation में कुछ differences हो सकते हैं, लेकिन concept same है।</w:t>
      </w:r>
    </w:p>
    <w:p>
      <w:r>
        <w:rPr>
          <w:b/>
        </w:rPr>
        <w:t xml:space="preserve">[05:17] </w:t>
      </w:r>
      <w:r>
        <w:t>maulana sahib, desh mein aapko apni vivak rai rakhne ke liye jaana jaata hai. hum aksar dekhte hain ki shariya kanoon aur desh ke kanoon ko lekar kai baar takraav ki sthiti utpann hoti hai. aur isi ko lekar bhram bhi paida ho jaata hai ki aakhir kaun sa kanoon manna chahiye.</w:t>
      </w:r>
    </w:p>
    <w:p>
      <w:pPr>
        <w:jc w:val="right"/>
      </w:pPr>
      <w:r>
        <w:t>मौलाना साहब, देश में आपको अपनी विवाक राय रखने के लिए जाना जाता है। हम अक्सर देखते हैं कि शरिया कानून और देश के कानून को लेकर कई बार टकराव की स्थिति उत्पन्न होती है। और इसी को लेकर भ्रम भी पैदा हो जाता है कि आखिर कौन सा कानून मानना चाहिए।</w:t>
      </w:r>
    </w:p>
    <w:p>
      <w:r>
        <w:rPr>
          <w:b/>
        </w:rPr>
        <w:t xml:space="preserve">[05:38] </w:t>
      </w:r>
      <w:r>
        <w:t>dekhiye, bahut is mamle mein islam ki teaching bahut saaf hai.</w:t>
      </w:r>
    </w:p>
    <w:p>
      <w:pPr>
        <w:jc w:val="right"/>
      </w:pPr>
      <w:r>
        <w:t>देखिए, बहुत इस मामले में इस्लाम की teaching बहुत साफ है।</w:t>
      </w:r>
    </w:p>
    <w:p>
      <w:r>
        <w:rPr>
          <w:b/>
        </w:rPr>
        <w:t xml:space="preserve">[05:43] </w:t>
      </w:r>
      <w:r>
        <w:t>shariya yahan, shariya ka koi yahan par baat khadi kar raha hai, wo bilkul irrelevant hai.</w:t>
      </w:r>
    </w:p>
    <w:p>
      <w:pPr>
        <w:jc w:val="right"/>
      </w:pPr>
      <w:r>
        <w:t>शरिया यहाँ, शरिया का कोई यहाँ पर बात खड़ी कर रहा है, वो बिल्कुल irrelevant है।</w:t>
      </w:r>
    </w:p>
    <w:p>
      <w:r>
        <w:rPr>
          <w:b/>
        </w:rPr>
        <w:t xml:space="preserve">[05:48] </w:t>
      </w:r>
      <w:r>
        <w:t>uska koi relevance nahi hai india mein, kyunke india ek secular country hai.</w:t>
      </w:r>
    </w:p>
    <w:p>
      <w:pPr>
        <w:jc w:val="right"/>
      </w:pPr>
      <w:r>
        <w:t>उसका कोई relevance नहीं है इंडिया में, क्योंकि इंडिया एक secular country है।</w:t>
      </w:r>
    </w:p>
    <w:p>
      <w:r>
        <w:rPr>
          <w:b/>
        </w:rPr>
        <w:t xml:space="preserve">[05:53] </w:t>
      </w:r>
      <w:r>
        <w:t>india mein islam jo kehta hai, wo ye hai ke aap apna, apne faith ko, apne ibadat ke</w:t>
      </w:r>
    </w:p>
    <w:p>
      <w:pPr>
        <w:jc w:val="right"/>
      </w:pPr>
      <w:r>
        <w:t>इंडिया में इस्लाम जो कहता है, वो ये है कि आप अपना, अपने faith को, अपने इबादत के</w:t>
      </w:r>
    </w:p>
    <w:p>
      <w:r>
        <w:rPr>
          <w:b/>
        </w:rPr>
        <w:t xml:space="preserve">[05:58] </w:t>
      </w:r>
      <w:r>
        <w:t>tareeqe ko aur apna jo character ka islam ki hai ke brutality aur in sab cheezon mein islam</w:t>
      </w:r>
    </w:p>
    <w:p>
      <w:pPr>
        <w:jc w:val="right"/>
      </w:pPr>
      <w:r>
        <w:t>तरीके को और अपना जो character का इस्लाम की है कि brutality और इन सब चीजों में इस्लाम</w:t>
      </w:r>
    </w:p>
    <w:p>
      <w:r>
        <w:rPr>
          <w:b/>
        </w:rPr>
        <w:t xml:space="preserve">[06:03] </w:t>
      </w:r>
      <w:r>
        <w:t>ko adhere kijiye.</w:t>
      </w:r>
    </w:p>
    <w:p>
      <w:pPr>
        <w:jc w:val="right"/>
      </w:pPr>
      <w:r>
        <w:t>को adhere कीजिए।</w:t>
      </w:r>
    </w:p>
    <w:p>
      <w:r>
        <w:rPr>
          <w:b/>
        </w:rPr>
        <w:t xml:space="preserve">[06:09] </w:t>
      </w:r>
      <w:r>
        <w:t>lekin jahan tak law of land hai, wo to wahi rahega jo democratic tareeqe se, jahan ka constitution hai.</w:t>
      </w:r>
    </w:p>
    <w:p>
      <w:pPr>
        <w:jc w:val="right"/>
      </w:pPr>
      <w:r>
        <w:t>लेकिन जहाँ तक law of land है, वो तो वही रहेगा जो democratic तरीके से, जहाँ का constitution है।</w:t>
      </w:r>
    </w:p>
    <w:p>
      <w:r>
        <w:rPr>
          <w:b/>
        </w:rPr>
        <w:t xml:space="preserve">[06:14] </w:t>
      </w:r>
      <w:r>
        <w:t>yaani yahan ke constitution hi ko humein manna hai.</w:t>
      </w:r>
    </w:p>
    <w:p>
      <w:pPr>
        <w:jc w:val="right"/>
      </w:pPr>
      <w:r>
        <w:t>यानी यहाँ के constitution ही को हमें मानना है।</w:t>
      </w:r>
    </w:p>
    <w:p>
      <w:r>
        <w:rPr>
          <w:b/>
        </w:rPr>
        <w:t xml:space="preserve">[06:19] </w:t>
      </w:r>
      <w:r>
        <w:t>humein ye nahi sawal uthana hai ke haan, shariya law chalaya jaye.</w:t>
      </w:r>
    </w:p>
    <w:p>
      <w:pPr>
        <w:jc w:val="right"/>
      </w:pPr>
      <w:r>
        <w:t>हमें ये नहीं सवाल उठाना है कि हाँ, शरिया law चलाया जाए।</w:t>
      </w:r>
    </w:p>
    <w:p>
      <w:r>
        <w:rPr>
          <w:b/>
        </w:rPr>
        <w:t xml:space="preserve">[06:24] </w:t>
      </w:r>
      <w:r>
        <w:t>shariya law ki koi relevance yahan par nahi hai.</w:t>
      </w:r>
    </w:p>
    <w:p>
      <w:pPr>
        <w:jc w:val="right"/>
      </w:pPr>
      <w:r>
        <w:t>शरिया law की कोई relevance यहाँ पर नहीं है।</w:t>
      </w:r>
    </w:p>
    <w:p>
      <w:r>
        <w:rPr>
          <w:b/>
        </w:rPr>
        <w:t xml:space="preserve">[06:29] </w:t>
      </w:r>
      <w:r>
        <w:t>islam ka wo hai ke jahan majority us musalmani ki ho, wahan par shariya law apply hoga.</w:t>
      </w:r>
    </w:p>
    <w:p>
      <w:pPr>
        <w:jc w:val="right"/>
      </w:pPr>
      <w:r>
        <w:t>इस्लाम का वो है कि जहाँ majority उस मुसलमानी की हो, वहाँ पर शरिया law apply होगा।</w:t>
      </w:r>
    </w:p>
    <w:p>
      <w:r>
        <w:rPr>
          <w:b/>
        </w:rPr>
        <w:t xml:space="preserve">[06:34] </w:t>
      </w:r>
      <w:r>
        <w:t>yahan apply nahi hoga shariya.</w:t>
      </w:r>
    </w:p>
    <w:p>
      <w:pPr>
        <w:jc w:val="right"/>
      </w:pPr>
      <w:r>
        <w:t>यहाँ apply नहीं होगा शरिया।</w:t>
      </w:r>
    </w:p>
    <w:p>
      <w:r>
        <w:rPr>
          <w:b/>
        </w:rPr>
        <w:t xml:space="preserve">[06:40] </w:t>
      </w:r>
      <w:r>
        <w:t>musalmano ko kendrit karke muslim-based kai baar partiyan bani, lekin wo safal nahi ho paati hain. uska reason kya hai?</w:t>
      </w:r>
    </w:p>
    <w:p>
      <w:pPr>
        <w:jc w:val="right"/>
      </w:pPr>
      <w:r>
        <w:t>मुस्लिमों को केंद्रित करके मुस्लिम-based कई बार पार्टियाँ बनीं, लेकिन वो सफल नहीं हो पाती हैं। उसका reason क्या है?</w:t>
      </w:r>
    </w:p>
    <w:p>
      <w:r>
        <w:rPr>
          <w:b/>
        </w:rPr>
        <w:t xml:space="preserve">[06:48] </w:t>
      </w:r>
      <w:r>
        <w:t>dekhiye, mera manna ye hai ke musalmanon ki alag politics india mein honi nahi chahiye.</w:t>
      </w:r>
    </w:p>
    <w:p>
      <w:pPr>
        <w:jc w:val="right"/>
      </w:pPr>
      <w:r>
        <w:t>देखिए, मेरा मानना ये है कि मुसलमानों की अलग politics इंडिया में होनी नहीं चाहिए।</w:t>
      </w:r>
    </w:p>
    <w:p>
      <w:r>
        <w:rPr>
          <w:b/>
        </w:rPr>
        <w:t xml:space="preserve">[06:52] </w:t>
      </w:r>
      <w:r>
        <w:t>main iske bahut dinon se iske khilaf hoon.</w:t>
      </w:r>
    </w:p>
    <w:p>
      <w:pPr>
        <w:jc w:val="right"/>
      </w:pPr>
      <w:r>
        <w:t>मैं इसके बहुत दिनों से इसके खिलाफ हूँ।</w:t>
      </w:r>
    </w:p>
    <w:p>
      <w:r>
        <w:rPr>
          <w:b/>
        </w:rPr>
        <w:t xml:space="preserve">[06:56] </w:t>
      </w:r>
      <w:r>
        <w:t>musalmanon ki kai partiyan bani hain, main janta hoon.</w:t>
      </w:r>
    </w:p>
    <w:p>
      <w:pPr>
        <w:jc w:val="right"/>
      </w:pPr>
      <w:r>
        <w:t>मुसलमानों की कई पार्टियाँ बनी हैं, मैं जानता हूँ।</w:t>
      </w:r>
    </w:p>
    <w:p>
      <w:r>
        <w:rPr>
          <w:b/>
        </w:rPr>
        <w:t xml:space="preserve">[07:00] </w:t>
      </w:r>
      <w:r>
        <w:t>kuch political target ko lekar ke, aur main bar bar is par bolta raha hoon, likhta raha hoon ke</w:t>
      </w:r>
    </w:p>
    <w:p>
      <w:pPr>
        <w:jc w:val="right"/>
      </w:pPr>
      <w:r>
        <w:t>कुछ political target को लेकर के, और मैं बार-बार इस पर बोलता रहा हूँ, लिखता रहा हूँ कि</w:t>
      </w:r>
    </w:p>
    <w:p>
      <w:r>
        <w:rPr>
          <w:b/>
        </w:rPr>
        <w:t xml:space="preserve">[07:05] </w:t>
      </w:r>
      <w:r>
        <w:t>india mein alag musalmanon ki separate politics hargiz nahi honi chahiye.</w:t>
      </w:r>
    </w:p>
    <w:p>
      <w:pPr>
        <w:jc w:val="right"/>
      </w:pPr>
      <w:r>
        <w:t>इंडिया में अलग मुसलमानों की separate politics हरगिज़ नहीं होनी चाहिए।</w:t>
      </w:r>
    </w:p>
    <w:p>
      <w:r>
        <w:rPr>
          <w:b/>
        </w:rPr>
        <w:t xml:space="preserve">[07:09] </w:t>
      </w:r>
      <w:r>
        <w:t>kyunke yahan jo, yahan ki jo national politics hai, usi ka hissa hai.</w:t>
      </w:r>
    </w:p>
    <w:p>
      <w:pPr>
        <w:jc w:val="right"/>
      </w:pPr>
      <w:r>
        <w:t>क्योंकि यहाँ जो, यहाँ की जो national politics है, उसी का हिस्सा है।</w:t>
      </w:r>
    </w:p>
    <w:p>
      <w:r>
        <w:rPr>
          <w:b/>
        </w:rPr>
        <w:t xml:space="preserve">[07:13] </w:t>
      </w:r>
      <w:r>
        <w:t>yaani masjid mein hum namaz alag padhenge, namaz ke etbar se hamara tareeqa alag rahega.</w:t>
      </w:r>
    </w:p>
    <w:p>
      <w:pPr>
        <w:jc w:val="right"/>
      </w:pPr>
      <w:r>
        <w:t>यानी मस्जिद में हम नमाज अलग पढ़ेंगे, नमाज के एतबार से हमारा तरीका अलग रहेगा।</w:t>
      </w:r>
    </w:p>
    <w:p>
      <w:r>
        <w:rPr>
          <w:b/>
        </w:rPr>
        <w:t xml:space="preserve">[07:18] </w:t>
      </w:r>
      <w:r>
        <w:t>lekin jahan tak politics ka baat hai, to hum, hum wahi politics ko manenge jo national politics hai.</w:t>
      </w:r>
    </w:p>
    <w:p>
      <w:pPr>
        <w:jc w:val="right"/>
      </w:pPr>
      <w:r>
        <w:t>लेकिन जहाँ तक politics का बात है, तो हम, हम वही politics को मानेंगे जो national politics है।</w:t>
      </w:r>
    </w:p>
    <w:p>
      <w:r>
        <w:rPr>
          <w:b/>
        </w:rPr>
        <w:t xml:space="preserve">[07:22] </w:t>
      </w:r>
      <w:r>
        <w:t>us se alag nahi.</w:t>
      </w:r>
    </w:p>
    <w:p>
      <w:pPr>
        <w:jc w:val="right"/>
      </w:pPr>
      <w:r>
        <w:t>उससे अलग नहीं।</w:t>
      </w:r>
    </w:p>
    <w:p>
      <w:r>
        <w:rPr>
          <w:b/>
        </w:rPr>
        <w:t xml:space="preserve">[07:26] </w:t>
      </w:r>
      <w:r>
        <w:t>ye isi ko main islam samajhta hoon.</w:t>
      </w:r>
    </w:p>
    <w:p>
      <w:pPr>
        <w:jc w:val="right"/>
      </w:pPr>
      <w:r>
        <w:t>ये इसी को मैं इस्लाम समझता हूँ।</w:t>
      </w:r>
    </w:p>
    <w:p>
      <w:r>
        <w:rPr>
          <w:b/>
        </w:rPr>
        <w:t xml:space="preserve">[07:31] </w:t>
      </w:r>
      <w:r>
        <w:t>lekin musalmano ke ek bade tabke ko lagta hai ki desh ki rajnitik dal unko vote bank samajhkar istemaal karte hain. kya ye sahi hai?</w:t>
      </w:r>
    </w:p>
    <w:p>
      <w:pPr>
        <w:jc w:val="right"/>
      </w:pPr>
      <w:r>
        <w:t>लेकिन मुसलमानों के एक बड़े तबके को लगता है कि देश की राजनीतिक दल उनको वोट बैंक समझकर इस्तेमाल करते हैं। क्या ये सही है?</w:t>
      </w:r>
    </w:p>
    <w:p>
      <w:r>
        <w:rPr>
          <w:b/>
        </w:rPr>
        <w:t xml:space="preserve">[07:41] </w:t>
      </w:r>
      <w:r>
        <w:t>ab main to is tarah ki soch mein to hai nahi, lekin partiyan baharhaal koshish karengi induce karna har ek ko. koi dalit ko induce karega, koi musalmano ko, kisi aur, koi kisi aur ko. to jahan bhi aap dekhen ki main inko apna voter bana sakta hoon, to aap koshish karenge. lekin ye vote bank kehkar ke usko bharat bana diya jaata hai. ye, ye concept maine, main nahi samajhta ki koi saccha concept hai.</w:t>
      </w:r>
    </w:p>
    <w:p>
      <w:pPr>
        <w:jc w:val="right"/>
      </w:pPr>
      <w:r>
        <w:t>अब मैं तो इस तरह की सोच में तो है नहीं, लेकिन पार्टियाँ बहरहाल कोशिश करेंगी induce करना हर एक को। कोई दलित को induce करेगा, कोई मुसलमानों को, किसी और, कोई किसी और को। तो जहाँ भी आप देखें कि मैं इनको अपना वोटर बना सकता हूँ, तो आप कोशिश करेंगे। लेकिन ये वोट बैंक कहकर के उसको भारत बना दिया जाता है। ये, ये concept मैंने, मैं नहीं समझता कि कोई सच्चा concept है।</w:t>
      </w:r>
    </w:p>
    <w:p>
      <w:r>
        <w:rPr>
          <w:b/>
        </w:rPr>
        <w:t xml:space="preserve">[08:06] </w:t>
      </w:r>
      <w:r>
        <w:t>jab bhi chunav aate hain, to hum dekhte hain ki maulana aur imam rajnitik dalon ke paksh mein fatwe jaari karte hain. kya aapko lagta hai ki in maulanaon aur imamon ko fatwe jaari karna chahiye?</w:t>
      </w:r>
    </w:p>
    <w:p>
      <w:pPr>
        <w:jc w:val="right"/>
      </w:pPr>
      <w:r>
        <w:t>जब भी चुनाव आते हैं, तो हम देखते हैं कि मौलाना और इमाम राजनीतिक दलों के पक्ष में फतवे जारी करते हैं। क्या आपको लगता है कि इन मौलानाओं और इमामों को फतवे जारी करना चाहिए?</w:t>
      </w:r>
    </w:p>
    <w:p>
      <w:r>
        <w:rPr>
          <w:b/>
        </w:rPr>
        <w:t xml:space="preserve">[08:18] </w:t>
      </w:r>
      <w:r>
        <w:t>nahi, kabhi bhi nahi. main hamesha iske khilaaf raha hoon. dekhiye, fatwe ka koi bhi taalluq politics se nahi hai. wo alag cheez hai. wo mulk ka jo interest hai, mulk ka jo social interest hai, economic interest hai, us par politics chalai jaati hai. uska fatwe se koi taalluq nahi hai. ek aur bada sawal, kya aapko lagta hai ki in fatwon ka asar musalmano par hota hai?</w:t>
      </w:r>
    </w:p>
    <w:p>
      <w:pPr>
        <w:jc w:val="right"/>
      </w:pPr>
      <w:r>
        <w:t>नहीं, कभी भी नहीं। मैं हमेशा इसके खिलाफ रहा हूँ। देखिए, फतवे का कोई भी ताल्लुक politics से नहीं है। वो अलग चीज है। वो मुल्क का जो interest है, मुल्क का जो social interest है, economic interest है, उस पर politics चलाई जाती है। उसका फतवे से कोई ताल्लुक नहीं है। एक और बड़ा सवाल, क्या आपको लगता है कि इन फतवों का असर मुसलमानों पर होता है?</w:t>
      </w:r>
    </w:p>
    <w:p>
      <w:r>
        <w:rPr>
          <w:b/>
        </w:rPr>
        <w:t xml:space="preserve">[08:41] </w:t>
      </w:r>
      <w:r>
        <w:t>main to khali kuch bhi nahi hota. musalman fatwon pe nahi chalte. na to fatwe ka koi relevance hai is maamle mein, na musalman fatwon pe chalte hain. dekhiye, politics ek alag cheez hai. uski apni alag ethics hoti hai. uske apne alag, yaani taqade hote hain. to jis mauqe pe jis cheez ki lehar hoti hai, jo wave hoti hai, us par log vote dene dete hain. fatwe se koi apni rai nahi badalta.</w:t>
      </w:r>
    </w:p>
    <w:p>
      <w:pPr>
        <w:jc w:val="right"/>
      </w:pPr>
      <w:r>
        <w:t>मैं तो खाली कुछ भी नहीं होता। मुसलमान फतवों पे नहीं चलते। ना तो फतवे का कोई relevance है इस मामले में, ना मुसलमान फतवों पे चलते हैं। देखिए, politics एक अलग चीज है। उसकी अपनी अलग ethics होती है। उसके अपने अलग, यानी तक़ादे होते हैं। तो जिस मौक़े पे जिस चीज की लहर होती है, जो wave होती है, उस पर लोग वोट देने देते हैं। फतवे से कोई अपनी राय नहीं बदलता।</w:t>
      </w:r>
    </w:p>
    <w:p>
      <w:r>
        <w:rPr>
          <w:b/>
        </w:rPr>
        <w:t xml:space="preserve">[09:08] </w:t>
      </w:r>
      <w:r>
        <w:t>musalman aur kattarta, muslim aur kattarpanth ko aksar hum dekhte hain ki aapas mein jodkar log dekhte hain. kya waakai mein yeh uchit hai?</w:t>
      </w:r>
    </w:p>
    <w:p>
      <w:pPr>
        <w:jc w:val="right"/>
      </w:pPr>
      <w:r>
        <w:t>मुसलमान और कट्टरता, मुस्लिम और कट्टरपंथ को अक्सर हम देखते हैं कि आपस में जोड़कर लोग देखते हैं। क्या वाकई में यह उचित है?</w:t>
      </w:r>
    </w:p>
    <w:p>
      <w:r>
        <w:rPr>
          <w:b/>
        </w:rPr>
        <w:t xml:space="preserve">[09:22] </w:t>
      </w:r>
      <w:r>
        <w:t>kabhi bhi nahi. dekhiye, ye kattarpanth jisko kehte hain na, usko arabi mein bhi kehte hain golu. golu. to islam mein ye hai ki golu to islam mein haraam hai. la ghulu fi al islam la ghulu fi al din. to ye kattarpanth jo hai, ye islam se hatna hai, islam se deviation hai. islam ki taalim ke khilaaf hai kattarpanth. golu, kattarpanth, extremism ye islam mein nahi hai.</w:t>
      </w:r>
    </w:p>
    <w:p>
      <w:pPr>
        <w:jc w:val="right"/>
      </w:pPr>
      <w:r>
        <w:t>कभी भी नहीं। देखिए, ये कट्टरपंथ जिसको कहते हैं ना, उसको अरबी में भी कहते हैं गोलू। गोलू। तो इस्लाम में ये है कि गोलू तो इस्लाम में हराम है। لا غلو في الإسلام لا غلو في الدين । तो ये कट्टरपंथ जो है, ये इस्लाम से हटना है, इस्लाम से deviation है। इस्लाम की तालीम के खिलाफ है कट्टरपंथ। गोलू, कट्टरपंथ, extremism ये इस्लाम में नहीं है।</w:t>
      </w:r>
    </w:p>
    <w:p>
      <w:r>
        <w:rPr>
          <w:b/>
        </w:rPr>
        <w:t xml:space="preserve">[09:49] </w:t>
      </w:r>
      <w:r>
        <w:t>aaj na sirf bharat balki hum keh sakte hain ki poori duniya aatankwad ki chapet mein hai. abhi hum dekhiye, america ke boston mein bhi hamle hue hain. aakhirkar aatankwad ka samadhan hai kya?</w:t>
      </w:r>
    </w:p>
    <w:p>
      <w:pPr>
        <w:jc w:val="right"/>
      </w:pPr>
      <w:r>
        <w:t>आज ना सिर्फ भारत बल्कि हम कह सकते हैं कि पूरी दुनिया आतंकवाद की चपेट में है। अभी हम देखिए, अमेरिका के बोस्टन में भी हमले हुए हैं। आखिरकार आतंकवाद का समाधान है क्या?</w:t>
      </w:r>
    </w:p>
    <w:p>
      <w:r>
        <w:rPr>
          <w:b/>
        </w:rPr>
        <w:t xml:space="preserve">[10:04] </w:t>
      </w:r>
      <w:r>
        <w:t>dekhiye, main to atankwad ke bilkul hi khilaf hoon.</w:t>
      </w:r>
    </w:p>
    <w:p>
      <w:pPr>
        <w:jc w:val="right"/>
      </w:pPr>
      <w:r>
        <w:t>देखिए, मैं तो आतंकवाद के बिल्कुल ही खिलाफ हूँ।</w:t>
      </w:r>
    </w:p>
    <w:p>
      <w:r>
        <w:rPr>
          <w:b/>
        </w:rPr>
        <w:t xml:space="preserve">[10:07] </w:t>
      </w:r>
      <w:r>
        <w:t>mera, mere pe bahut kuch likha hai maine.</w:t>
      </w:r>
    </w:p>
    <w:p>
      <w:pPr>
        <w:jc w:val="right"/>
      </w:pPr>
      <w:r>
        <w:t>मेरा, मेरे पे बहुत कुछ लिखा है मैंने।</w:t>
      </w:r>
    </w:p>
    <w:p>
      <w:r>
        <w:rPr>
          <w:b/>
        </w:rPr>
        <w:t xml:space="preserve">[10:11] </w:t>
      </w:r>
      <w:r>
        <w:t>maine ye likha hai ke hathiyar jo hai, hathiyar, hathiyar ka istemal karna sirf state ke liye jaiz hai.</w:t>
      </w:r>
    </w:p>
    <w:p>
      <w:pPr>
        <w:jc w:val="right"/>
      </w:pPr>
      <w:r>
        <w:t>मैंने ये लिखा है कि हथियार जो है, हथियार, हथियार का इस्तेमाल करना सिर्फ state के लिए जायज है।</w:t>
      </w:r>
    </w:p>
    <w:p>
      <w:r>
        <w:rPr>
          <w:b/>
        </w:rPr>
        <w:t xml:space="preserve">[10:15] </w:t>
      </w:r>
      <w:r>
        <w:t>state ke siwa koi NGO banaye, koi organization banaye, aur wo hathiyar istemal kare, to usi ko main</w:t>
      </w:r>
    </w:p>
    <w:p>
      <w:pPr>
        <w:jc w:val="right"/>
      </w:pPr>
      <w:r>
        <w:t>state के सिवा कोई NGO बनाए, कोई organization बनाए, और वो हथियार इस्तेमाल करे, तो उसी को मैं</w:t>
      </w:r>
    </w:p>
    <w:p>
      <w:r>
        <w:rPr>
          <w:b/>
        </w:rPr>
        <w:t xml:space="preserve">[10:19] </w:t>
      </w:r>
      <w:r>
        <w:t>atankwad samajhta hoon.</w:t>
      </w:r>
    </w:p>
    <w:p>
      <w:pPr>
        <w:jc w:val="right"/>
      </w:pPr>
      <w:r>
        <w:t>आतंकवाद समझता हूँ।</w:t>
      </w:r>
    </w:p>
    <w:p>
      <w:r>
        <w:rPr>
          <w:b/>
        </w:rPr>
        <w:t xml:space="preserve">[10:23] </w:t>
      </w:r>
      <w:r>
        <w:t>usi ko main military samajhta hoon.</w:t>
      </w:r>
    </w:p>
    <w:p>
      <w:pPr>
        <w:jc w:val="right"/>
      </w:pPr>
      <w:r>
        <w:t>उसी को मैं military समझता हूँ।</w:t>
      </w:r>
    </w:p>
    <w:p>
      <w:r>
        <w:rPr>
          <w:b/>
        </w:rPr>
        <w:t xml:space="preserve">[10:26] </w:t>
      </w:r>
      <w:r>
        <w:t>to main is pe likh chuka hoon bohat zyada ke mere zyadatar hathiyar ka istemal sirf state ke</w:t>
      </w:r>
    </w:p>
    <w:p>
      <w:pPr>
        <w:jc w:val="right"/>
      </w:pPr>
      <w:r>
        <w:t>तो मैं इस पे लिख चुका हूँ बहुत ज्यादा कि मेरे अधिक हथियार का इस्तेमाल सिर्फ state के</w:t>
      </w:r>
    </w:p>
    <w:p>
      <w:r>
        <w:rPr>
          <w:b/>
        </w:rPr>
        <w:t xml:space="preserve">[10:30] </w:t>
      </w:r>
      <w:r>
        <w:t>liye jaiz hai.</w:t>
      </w:r>
    </w:p>
    <w:p>
      <w:pPr>
        <w:jc w:val="right"/>
      </w:pPr>
      <w:r>
        <w:t>लिए जायज है।</w:t>
      </w:r>
    </w:p>
    <w:p>
      <w:r>
        <w:rPr>
          <w:b/>
        </w:rPr>
        <w:t xml:space="preserve">[10:34] </w:t>
      </w:r>
      <w:r>
        <w:t>ek established state.</w:t>
      </w:r>
    </w:p>
    <w:p>
      <w:pPr>
        <w:jc w:val="right"/>
      </w:pPr>
      <w:r>
        <w:t>एक established state।</w:t>
      </w:r>
    </w:p>
    <w:p>
      <w:r>
        <w:rPr>
          <w:b/>
        </w:rPr>
        <w:t xml:space="preserve">[10:38] </w:t>
      </w:r>
      <w:r>
        <w:t>baqi ye jo organization banate hain, NGO banate hain, wo agar istemal karein, to usi ka naam atankwad hai.</w:t>
      </w:r>
    </w:p>
    <w:p>
      <w:pPr>
        <w:jc w:val="right"/>
      </w:pPr>
      <w:r>
        <w:t>बाकी ये जो organization बनाते हैं, NGO बनाते हैं, वो अगर इस्तेमाल करें, तो उसी का नाम आतंकवाद है।</w:t>
      </w:r>
    </w:p>
    <w:p>
      <w:r>
        <w:rPr>
          <w:b/>
        </w:rPr>
        <w:t xml:space="preserve">[10:42] </w:t>
      </w:r>
      <w:r>
        <w:t>main usko bilkul Islam ke khilaf samajhta hoon.</w:t>
      </w:r>
    </w:p>
    <w:p>
      <w:pPr>
        <w:jc w:val="right"/>
      </w:pPr>
      <w:r>
        <w:t>मैं उसको बिल्कुल इस्लाम के खिलाफ समझता हूँ।</w:t>
      </w:r>
    </w:p>
    <w:p>
      <w:r>
        <w:rPr>
          <w:b/>
        </w:rPr>
        <w:t xml:space="preserve">[10:46] </w:t>
      </w:r>
      <w:r>
        <w:t>lekin ek aur bada sawal hai ki islam ke naam par naujawanon ko barglaya jaata hai, badla lene ke liye uksaya jaata hai. aise mein naujawanon ko kaise in sab cheezon se bachaya jaana chahiye?</w:t>
      </w:r>
    </w:p>
    <w:p>
      <w:pPr>
        <w:jc w:val="right"/>
      </w:pPr>
      <w:r>
        <w:t>लेकिन एक और बड़ा सवाल है कि इस्लाम के नाम पर नौजवानों को बरगलाया जाता है, बदला लेने के लिए उकसाया जाता है। ऐसे में नौजवानों को कैसे इन सब चीजों से बचाया जाना चाहिए?</w:t>
      </w:r>
    </w:p>
    <w:p>
      <w:r>
        <w:rPr>
          <w:b/>
        </w:rPr>
        <w:t xml:space="preserve">[10:57] </w:t>
      </w:r>
      <w:r>
        <w:t>dekhiye, exploitation to hamesha raha hai.</w:t>
      </w:r>
    </w:p>
    <w:p>
      <w:pPr>
        <w:jc w:val="right"/>
      </w:pPr>
      <w:r>
        <w:t>देखिए, exploitation तो हमेशा रहा है।</w:t>
      </w:r>
    </w:p>
    <w:p>
      <w:r>
        <w:rPr>
          <w:b/>
        </w:rPr>
        <w:t xml:space="preserve">[11:00] </w:t>
      </w:r>
      <w:r>
        <w:t>aap exploitation ko khatam nahi kar sakte.</w:t>
      </w:r>
    </w:p>
    <w:p>
      <w:pPr>
        <w:jc w:val="right"/>
      </w:pPr>
      <w:r>
        <w:t>आप exploitation को खत्म नहीं कर सकते।</w:t>
      </w:r>
    </w:p>
    <w:p>
      <w:r>
        <w:rPr>
          <w:b/>
        </w:rPr>
        <w:t xml:space="preserve">[11:03] </w:t>
      </w:r>
      <w:r>
        <w:t>sirf ye hai ke aap exploit karne wala exploit karne ki koshish kare.</w:t>
      </w:r>
    </w:p>
    <w:p>
      <w:pPr>
        <w:jc w:val="right"/>
      </w:pPr>
      <w:r>
        <w:t>सिर्फ ये है कि आप exploit करने वाला exploit करने की कोशिश करे।</w:t>
      </w:r>
    </w:p>
    <w:p>
      <w:r>
        <w:rPr>
          <w:b/>
        </w:rPr>
        <w:t xml:space="preserve">[11:06] </w:t>
      </w:r>
      <w:r>
        <w:t>aap exploit na ho.</w:t>
      </w:r>
    </w:p>
    <w:p>
      <w:pPr>
        <w:jc w:val="right"/>
      </w:pPr>
      <w:r>
        <w:t>आप exploit ना हो।</w:t>
      </w:r>
    </w:p>
    <w:p>
      <w:r>
        <w:rPr>
          <w:b/>
        </w:rPr>
        <w:t xml:space="preserve">[11:10] </w:t>
      </w:r>
      <w:r>
        <w:t>yahi main kehta hoon logon se.</w:t>
      </w:r>
    </w:p>
    <w:p>
      <w:pPr>
        <w:jc w:val="right"/>
      </w:pPr>
      <w:r>
        <w:t>यही मैं कहता हूँ लोगों से।</w:t>
      </w:r>
    </w:p>
    <w:p>
      <w:r>
        <w:rPr>
          <w:b/>
        </w:rPr>
        <w:t xml:space="preserve">[11:13] </w:t>
      </w:r>
      <w:r>
        <w:t>ke exploiters to hamesha rahenge.</w:t>
      </w:r>
    </w:p>
    <w:p>
      <w:pPr>
        <w:jc w:val="right"/>
      </w:pPr>
      <w:r>
        <w:t>कि exploiters तो हमेशा रहेंगे।</w:t>
      </w:r>
    </w:p>
    <w:p>
      <w:r>
        <w:rPr>
          <w:b/>
        </w:rPr>
        <w:t xml:space="preserve">[11:16] </w:t>
      </w:r>
      <w:r>
        <w:t>duniya kabhi exploiters se khali nahi rahi hai.</w:t>
      </w:r>
    </w:p>
    <w:p>
      <w:pPr>
        <w:jc w:val="right"/>
      </w:pPr>
      <w:r>
        <w:t>दुनिया कभी exploiters से खाली नहीं रही है।</w:t>
      </w:r>
    </w:p>
    <w:p>
      <w:r>
        <w:rPr>
          <w:b/>
        </w:rPr>
        <w:t xml:space="preserve">[11:20] </w:t>
      </w:r>
      <w:r>
        <w:t>sirf ye ho sakta hai ke hum unse asar na lein.</w:t>
      </w:r>
    </w:p>
    <w:p>
      <w:pPr>
        <w:jc w:val="right"/>
      </w:pPr>
      <w:r>
        <w:t>सिर्फ ये हो सकता है कि हम उनसे असर ना लें।</w:t>
      </w:r>
    </w:p>
    <w:p>
      <w:r>
        <w:rPr>
          <w:b/>
        </w:rPr>
        <w:t xml:space="preserve">[11:23] </w:t>
      </w:r>
      <w:r>
        <w:t>wo exploit karna chahein, hum exploit na ho.</w:t>
      </w:r>
    </w:p>
    <w:p>
      <w:pPr>
        <w:jc w:val="right"/>
      </w:pPr>
      <w:r>
        <w:t>वो exploit करना चाहें, हम exploit ना हो।</w:t>
      </w:r>
    </w:p>
    <w:p>
      <w:r>
        <w:rPr>
          <w:b/>
        </w:rPr>
        <w:t xml:space="preserve">[11:26] </w:t>
      </w:r>
      <w:r>
        <w:t>ye main bar bar kehta hoon apne, apne kitabon mein aur apni speeches mein.</w:t>
      </w:r>
    </w:p>
    <w:p>
      <w:pPr>
        <w:jc w:val="right"/>
      </w:pPr>
      <w:r>
        <w:t>ये मैं बार-बार कहता हूँ अपने, अपने किताबों में और अपनी speeches में।</w:t>
      </w:r>
    </w:p>
    <w:p>
      <w:r>
        <w:rPr>
          <w:b/>
        </w:rPr>
        <w:t xml:space="preserve">[11:30] </w:t>
      </w:r>
      <w:r>
        <w:t>maulana sahib, ek aur bada sawal mera jo hai, wo ye hai ki aatankwad samapt kaise hoga? iska samadhan aap kya mante hain?</w:t>
      </w:r>
    </w:p>
    <w:p>
      <w:pPr>
        <w:jc w:val="right"/>
      </w:pPr>
      <w:r>
        <w:t>मौलाना साहब, एक और बड़ा सवाल मेरा जो है, वो ये है कि आतंकवाद समाप्त कैसे होगा? इसका समाधान आप क्या मानते हैं?</w:t>
      </w:r>
    </w:p>
    <w:p>
      <w:r>
        <w:rPr>
          <w:b/>
        </w:rPr>
        <w:t xml:space="preserve">[11:37] </w:t>
      </w:r>
      <w:r>
        <w:t>dekhiye, ye aisi cheez nahi hai ke ek-do din mein khatam ho jaye.</w:t>
      </w:r>
    </w:p>
    <w:p>
      <w:pPr>
        <w:jc w:val="right"/>
      </w:pPr>
      <w:r>
        <w:t>देखिए, ये ऐसी चीज नहीं है कि एक-दो दिन में खत्म हो जाए।</w:t>
      </w:r>
    </w:p>
    <w:p>
      <w:r>
        <w:rPr>
          <w:b/>
        </w:rPr>
        <w:t xml:space="preserve">[11:41] </w:t>
      </w:r>
      <w:r>
        <w:t>kyunki logon ne apne-apne interest ke liye phaila rakha hai isko.</w:t>
      </w:r>
    </w:p>
    <w:p>
      <w:pPr>
        <w:jc w:val="right"/>
      </w:pPr>
      <w:r>
        <w:t>क्योंकि लोगों ने अपने-अपने interest के लिए फैला रखा है इसको।</w:t>
      </w:r>
    </w:p>
    <w:p>
      <w:r>
        <w:rPr>
          <w:b/>
        </w:rPr>
        <w:t xml:space="preserve">[11:46] </w:t>
      </w:r>
      <w:r>
        <w:t>uske jar jab kategi, jab hum kahein ke ye, yani hathiyar logon ke paas hone hi nahi chahiye,</w:t>
      </w:r>
    </w:p>
    <w:p>
      <w:pPr>
        <w:jc w:val="right"/>
      </w:pPr>
      <w:r>
        <w:t>उसके जड़ जब कटेगी, जब हम कहें कि ये, यानी हथियार लोगों के पास होने ही नहीं चाहिए,</w:t>
      </w:r>
    </w:p>
    <w:p>
      <w:r>
        <w:rPr>
          <w:b/>
        </w:rPr>
        <w:t xml:space="preserve">[11:50] </w:t>
      </w:r>
      <w:r>
        <w:t>siwaye state ke.</w:t>
      </w:r>
    </w:p>
    <w:p>
      <w:pPr>
        <w:jc w:val="right"/>
      </w:pPr>
      <w:r>
        <w:t>सिवाय state के।</w:t>
      </w:r>
    </w:p>
    <w:p>
      <w:r>
        <w:rPr>
          <w:b/>
        </w:rPr>
        <w:t xml:space="preserve">[11:55] </w:t>
      </w:r>
      <w:r>
        <w:t>hathiyar jab logon ke paas aata hai, to usi se atankwad phailta hai.</w:t>
      </w:r>
    </w:p>
    <w:p>
      <w:pPr>
        <w:jc w:val="right"/>
      </w:pPr>
      <w:r>
        <w:t>हथियार जब लोगों के पास आता है, तो उसी से आतंकवाद फैलता है।</w:t>
      </w:r>
    </w:p>
    <w:p>
      <w:r>
        <w:rPr>
          <w:b/>
        </w:rPr>
        <w:t xml:space="preserve">[11:59] </w:t>
      </w:r>
      <w:r>
        <w:t>abhi kya hai, hathiyar logon ke paas aa gaye hain.</w:t>
      </w:r>
    </w:p>
    <w:p>
      <w:pPr>
        <w:jc w:val="right"/>
      </w:pPr>
      <w:r>
        <w:t>अभी क्या है, हथियार लोगों के पास आ गए हैं।</w:t>
      </w:r>
    </w:p>
    <w:p>
      <w:r>
        <w:rPr>
          <w:b/>
        </w:rPr>
        <w:t xml:space="preserve">[12:04] </w:t>
      </w:r>
      <w:r>
        <w:t>usi se ye phail raha hai ye.</w:t>
      </w:r>
    </w:p>
    <w:p>
      <w:pPr>
        <w:jc w:val="right"/>
      </w:pPr>
      <w:r>
        <w:t>उसी से ये फैल रहा है ये।</w:t>
      </w:r>
    </w:p>
    <w:p>
      <w:r>
        <w:rPr>
          <w:b/>
        </w:rPr>
        <w:t xml:space="preserve">[12:08] </w:t>
      </w:r>
      <w:r>
        <w:t>to hathiyar kisi bhi NGO ke paas, kisi bhi organization ke paas, kisi bhi individual ke paas nahi hona chahiye.</w:t>
      </w:r>
    </w:p>
    <w:p>
      <w:pPr>
        <w:jc w:val="right"/>
      </w:pPr>
      <w:r>
        <w:t>तो हथियार किसी भी NGO के पास, किसी भी organization के पास, किसी भी individual के पास नहीं होना चाहिए।</w:t>
      </w:r>
    </w:p>
    <w:p>
      <w:r>
        <w:rPr>
          <w:b/>
        </w:rPr>
        <w:t xml:space="preserve">[12:13] </w:t>
      </w:r>
      <w:r>
        <w:t>sirf state ko haq hai ke wo hathiyar rakhe.</w:t>
      </w:r>
    </w:p>
    <w:p>
      <w:pPr>
        <w:jc w:val="right"/>
      </w:pPr>
      <w:r>
        <w:t>सिर्फ state को हक़ है कि वो हथियार रखे।</w:t>
      </w:r>
    </w:p>
    <w:p>
      <w:r>
        <w:rPr>
          <w:b/>
        </w:rPr>
        <w:t xml:space="preserve">[12:17] </w:t>
      </w:r>
      <w:r>
        <w:t>ye jad ki baat hai mere nazdeek.</w:t>
      </w:r>
    </w:p>
    <w:p>
      <w:pPr>
        <w:jc w:val="right"/>
      </w:pPr>
      <w:r>
        <w:t>ये जड़ की बात है मेरे नज़दीक।</w:t>
      </w:r>
    </w:p>
    <w:p>
      <w:r>
        <w:rPr>
          <w:b/>
        </w:rPr>
        <w:t xml:space="preserve">[12:22] </w:t>
      </w:r>
      <w:r>
        <w:t>isko log dhong se kahein aur isko United Nations mein kahi jaye, ye baat har jagah kahi jaye,</w:t>
      </w:r>
    </w:p>
    <w:p>
      <w:pPr>
        <w:jc w:val="right"/>
      </w:pPr>
      <w:r>
        <w:t>इसको लोग ढोंग से कहें और इसको United Nations में कही जाए, ये बात हर जगह कही जाए,</w:t>
      </w:r>
    </w:p>
    <w:p>
      <w:r>
        <w:rPr>
          <w:b/>
        </w:rPr>
        <w:t xml:space="preserve">[12:26] </w:t>
      </w:r>
      <w:r>
        <w:t>aur isko as a principle maan liya jaye, tab uska khatma hoga.</w:t>
      </w:r>
    </w:p>
    <w:p>
      <w:pPr>
        <w:jc w:val="right"/>
      </w:pPr>
      <w:r>
        <w:t>और इसको as a principle मान लिया जाए, तब उसका खात्मा होगा।</w:t>
      </w:r>
    </w:p>
    <w:p>
      <w:r>
        <w:rPr>
          <w:b/>
        </w:rPr>
        <w:t xml:space="preserve">[12:31] </w:t>
      </w:r>
      <w:r>
        <w:t>jab tak hathiyar aap, hathiyar rahega logon ke paas, other than state ke paas, to aatankwad bhi rahega.</w:t>
      </w:r>
    </w:p>
    <w:p>
      <w:pPr>
        <w:jc w:val="right"/>
      </w:pPr>
      <w:r>
        <w:t>जब तक हथियार आप, हथियार रहेगा लोगों के पास, other than state के पास, तो आतंकवाद भी रहेगा।</w:t>
      </w:r>
    </w:p>
    <w:p>
      <w:r>
        <w:rPr>
          <w:b/>
        </w:rPr>
        <w:t xml:space="preserve">[12:36] </w:t>
      </w:r>
      <w:r>
        <w:t>jammu-kashmir mein humne dekha ki reh-reh kar wahan ke naujawanon ko bhadkaya jaata hai, jisse shanti bhang hoti hai. kya samadhan hai iska?</w:t>
      </w:r>
    </w:p>
    <w:p>
      <w:pPr>
        <w:jc w:val="right"/>
      </w:pPr>
      <w:r>
        <w:t>जम्मू-कश्मीर में हमने देखा कि रह-रह कर वहाँ के नौजवानों को भड़काया जाता है, जिससे शांति भंग होती है। क्या समाधान है इसका?</w:t>
      </w:r>
    </w:p>
    <w:p>
      <w:r>
        <w:rPr>
          <w:b/>
        </w:rPr>
        <w:t xml:space="preserve">[12:48] </w:t>
      </w:r>
      <w:r>
        <w:t>main jahan tak mera talluq hai, to main nineteen sixty-eight se kashmir ke bare mein likhta-bolta raha hoon.</w:t>
      </w:r>
    </w:p>
    <w:p>
      <w:pPr>
        <w:jc w:val="right"/>
      </w:pPr>
      <w:r>
        <w:t>मैं जहाँ तक मेरा ताल्लुक है, तो मैं nineteen sixty-eight से कश्मीर के बारे में लिखता-बोलता रहा हूँ।</w:t>
      </w:r>
    </w:p>
    <w:p>
      <w:r>
        <w:rPr>
          <w:b/>
        </w:rPr>
        <w:t xml:space="preserve">[12:52] </w:t>
      </w:r>
      <w:r>
        <w:t>wahan gaya bhi hoon bar-bar.</w:t>
      </w:r>
    </w:p>
    <w:p>
      <w:pPr>
        <w:jc w:val="right"/>
      </w:pPr>
      <w:r>
        <w:t>वहाँ गया भी हूँ बार-बार।</w:t>
      </w:r>
    </w:p>
    <w:p>
      <w:r>
        <w:rPr>
          <w:b/>
        </w:rPr>
        <w:t xml:space="preserve">[12:56] </w:t>
      </w:r>
      <w:r>
        <w:t>mera kehna ye hai kashmiriyon se ki dekho, nineteen forty-seven mein jab India ka bantwara hua, usi waqt</w:t>
      </w:r>
    </w:p>
    <w:p>
      <w:pPr>
        <w:jc w:val="right"/>
      </w:pPr>
      <w:r>
        <w:t>मेरा कहना ये है कश्मीरियों से कि देखो, nineteen forty-seven में जब इंडिया का बंटवारा हुआ, उसी वक्त</w:t>
      </w:r>
    </w:p>
    <w:p>
      <w:r>
        <w:rPr>
          <w:b/>
        </w:rPr>
        <w:t xml:space="preserve">[13:00] </w:t>
      </w:r>
      <w:r>
        <w:t>kashmir ki bhi faisla ho gaya.</w:t>
      </w:r>
    </w:p>
    <w:p>
      <w:pPr>
        <w:jc w:val="right"/>
      </w:pPr>
      <w:r>
        <w:t>कश्मीर की भी फैसला हो गया।</w:t>
      </w:r>
    </w:p>
    <w:p>
      <w:r>
        <w:rPr>
          <w:b/>
        </w:rPr>
        <w:t xml:space="preserve">[13:05] </w:t>
      </w:r>
      <w:r>
        <w:t>aap chahte hain kholna us chapter ko, to khol nahi sakta.</w:t>
      </w:r>
    </w:p>
    <w:p>
      <w:pPr>
        <w:jc w:val="right"/>
      </w:pPr>
      <w:r>
        <w:t>आप चाहते हैं खोलना उस chapter को, तो खोल नहीं सकता।</w:t>
      </w:r>
    </w:p>
    <w:p>
      <w:r>
        <w:rPr>
          <w:b/>
        </w:rPr>
        <w:t xml:space="preserve">[13:09] </w:t>
      </w:r>
      <w:r>
        <w:t>jab bantwara hua, to poora mulk ka jo faisla hua, wo wahi faisla baki rahega.</w:t>
      </w:r>
    </w:p>
    <w:p>
      <w:pPr>
        <w:jc w:val="right"/>
      </w:pPr>
      <w:r>
        <w:t>जब बंटवारा हुआ, तो पूरा मुल्क का जो फैसला हुआ, वो वही फैसला बाकी रहेगा।</w:t>
      </w:r>
    </w:p>
    <w:p>
      <w:r>
        <w:rPr>
          <w:b/>
        </w:rPr>
        <w:t xml:space="preserve">[13:13] </w:t>
      </w:r>
      <w:r>
        <w:t>aap chahte hain ki kashmir ke bare mein uska chapter phir se khola jaye, ye mumkin nahi hai.</w:t>
      </w:r>
    </w:p>
    <w:p>
      <w:pPr>
        <w:jc w:val="right"/>
      </w:pPr>
      <w:r>
        <w:t>आप चाहते हैं कि कश्मीर के बारे में उसका chapter फिर से खोला जाए, ये मुमकिन नहीं है।</w:t>
      </w:r>
    </w:p>
    <w:p>
      <w:r>
        <w:rPr>
          <w:b/>
        </w:rPr>
        <w:t xml:space="preserve">[13:17] </w:t>
      </w:r>
      <w:r>
        <w:t>to aap usko accept kariye, apne ko India ka hissa bana samjhiye.</w:t>
      </w:r>
    </w:p>
    <w:p>
      <w:pPr>
        <w:jc w:val="right"/>
      </w:pPr>
      <w:r>
        <w:t>तो आप उसको accept करिए, अपने को इंडिया का हिस्सा बना समझिए।</w:t>
      </w:r>
    </w:p>
    <w:p>
      <w:r>
        <w:rPr>
          <w:b/>
        </w:rPr>
        <w:t xml:space="preserve">[13:22] </w:t>
      </w:r>
      <w:r>
        <w:t>aur India jo constitution hai, uske mutabik aap har qism ka faida India mein mil sakta hai aapko.</w:t>
      </w:r>
    </w:p>
    <w:p>
      <w:pPr>
        <w:jc w:val="right"/>
      </w:pPr>
      <w:r>
        <w:t>और इंडिया जो constitution है, उसके मुताबिक आप हर किस्म का फायदा इंडिया में मिल सकता है आपको।</w:t>
      </w:r>
    </w:p>
    <w:p>
      <w:r>
        <w:rPr>
          <w:b/>
        </w:rPr>
        <w:t xml:space="preserve">[13:26] </w:t>
      </w:r>
      <w:r>
        <w:t>aur bahut se log meri baat maan chuke hain.</w:t>
      </w:r>
    </w:p>
    <w:p>
      <w:pPr>
        <w:jc w:val="right"/>
      </w:pPr>
      <w:r>
        <w:t>और बहुत से लोग मेरी बात मान चुके हैं।</w:t>
      </w:r>
    </w:p>
    <w:p>
      <w:r>
        <w:rPr>
          <w:b/>
        </w:rPr>
        <w:t xml:space="preserve">[13:30] </w:t>
      </w:r>
      <w:r>
        <w:t>abhi jo kashmir mein dekhiye, jo military bahut kam ho gayi hai, wo sirf hamare mission ki wajah se hai.</w:t>
      </w:r>
    </w:p>
    <w:p>
      <w:pPr>
        <w:jc w:val="right"/>
      </w:pPr>
      <w:r>
        <w:t>अभी जो कश्मीर में देखिए, जो military बहुत कम हो गई है, वो सिर्फ हमारे mission की वजह से है।</w:t>
      </w:r>
    </w:p>
    <w:p>
      <w:r>
        <w:rPr>
          <w:b/>
        </w:rPr>
        <w:t xml:space="preserve">[13:34] </w:t>
      </w:r>
      <w:r>
        <w:t>hum bahut khamoshi se logon ke mind ko badal rahe hain.</w:t>
      </w:r>
    </w:p>
    <w:p>
      <w:pPr>
        <w:jc w:val="right"/>
      </w:pPr>
      <w:r>
        <w:t>हम बहुत खामोशी से लोगों के mind को बदल रहे हैं।</w:t>
      </w:r>
    </w:p>
    <w:p>
      <w:r>
        <w:rPr>
          <w:b/>
        </w:rPr>
        <w:t xml:space="preserve">[13:39] </w:t>
      </w:r>
      <w:r>
        <w:t>hamari kitabein ghar-ghar mein hain wahan par.</w:t>
      </w:r>
    </w:p>
    <w:p>
      <w:pPr>
        <w:jc w:val="right"/>
      </w:pPr>
      <w:r>
        <w:t>हमारी किताबें घर-घर में हैं वहाँ पर।</w:t>
      </w:r>
    </w:p>
    <w:p>
      <w:r>
        <w:rPr>
          <w:b/>
        </w:rPr>
        <w:t xml:space="preserve">[13:43] </w:t>
      </w:r>
      <w:r>
        <w:t>aap kashmir agar aap jayein, to har ghar mein hamari kitabein maujood hain.</w:t>
      </w:r>
    </w:p>
    <w:p>
      <w:pPr>
        <w:jc w:val="right"/>
      </w:pPr>
      <w:r>
        <w:t>आप कश्मीर अगर आप जाएं, तो हर घर में हमारी किताबें मौजूद हैं।</w:t>
      </w:r>
    </w:p>
    <w:p>
      <w:r>
        <w:rPr>
          <w:b/>
        </w:rPr>
        <w:t xml:space="preserve">[13:47] </w:t>
      </w:r>
      <w:r>
        <w:t>us se logon ka zehan badla hai.</w:t>
      </w:r>
    </w:p>
    <w:p>
      <w:pPr>
        <w:jc w:val="right"/>
      </w:pPr>
      <w:r>
        <w:t>उससे लोगों का ज़हन बदला है।</w:t>
      </w:r>
    </w:p>
    <w:p>
      <w:r>
        <w:rPr>
          <w:b/>
        </w:rPr>
        <w:t xml:space="preserve">[13:51] </w:t>
      </w:r>
      <w:r>
        <w:t>aur main ye khaas baat yahi kehta hoon ki aap ye history ke, ye history ka faisla tha.</w:t>
      </w:r>
    </w:p>
    <w:p>
      <w:pPr>
        <w:jc w:val="right"/>
      </w:pPr>
      <w:r>
        <w:t>और मैं ये खास बात यही कहता हूँ कि आप ये history के, ये history का फैसला था।</w:t>
      </w:r>
    </w:p>
    <w:p>
      <w:r>
        <w:rPr>
          <w:b/>
        </w:rPr>
        <w:t xml:space="preserve">[13:56] </w:t>
      </w:r>
      <w:r>
        <w:t>forty-seven mein jo hua, wo history ne ek judgment diya.</w:t>
      </w:r>
    </w:p>
    <w:p>
      <w:pPr>
        <w:jc w:val="right"/>
      </w:pPr>
      <w:r>
        <w:t>forty-seven में जो हुआ, वो history ने एक judgment दिया।</w:t>
      </w:r>
    </w:p>
    <w:p>
      <w:r>
        <w:rPr>
          <w:b/>
        </w:rPr>
        <w:t xml:space="preserve">[14:00] </w:t>
      </w:r>
      <w:r>
        <w:t>uska aap badal nahi sakte aap. usko maaniye.</w:t>
      </w:r>
    </w:p>
    <w:p>
      <w:pPr>
        <w:jc w:val="right"/>
      </w:pPr>
      <w:r>
        <w:t>उसका आप बदल नहीं सकते आप। उसको मानिए।</w:t>
      </w:r>
    </w:p>
    <w:p>
      <w:r>
        <w:rPr>
          <w:b/>
        </w:rPr>
        <w:t xml:space="preserve">[14:04] </w:t>
      </w:r>
      <w:r>
        <w:t>maan kar ke India mein apni qismat banaiye.</w:t>
      </w:r>
    </w:p>
    <w:p>
      <w:pPr>
        <w:jc w:val="right"/>
      </w:pPr>
      <w:r>
        <w:t>मान करके इंडिया में अपनी किस्मत बनाइए।</w:t>
      </w:r>
    </w:p>
    <w:p>
      <w:r>
        <w:rPr>
          <w:b/>
        </w:rPr>
        <w:t xml:space="preserve">[14:09] </w:t>
      </w:r>
      <w:r>
        <w:t>bharat mein rehne wale musalmano ke ek bade tabke ko aaj bhi yeh lagta hai ki log unhe pakistan se humdardi rakhne wala musalman samajhte hain. kya yeh sach hai? dekhiye, isko to main nahi maanta. mera jo experience hai, main aisa nahi maanta. aur iska dekhiye, ek proof ye hai ki forty-seven ke baad india ke musalman bahut kaafi gaye pakistan. ab kaun jaata?</w:t>
      </w:r>
    </w:p>
    <w:p>
      <w:pPr>
        <w:jc w:val="right"/>
      </w:pPr>
      <w:r>
        <w:t>भारत में रहने वाले मुसलमानों के एक बड़े तबके को आज भी यह लगता है कि लोग उन्हें पाकिस्तान से हमदर्दी रखने वाला मुसलमान समझते हैं। क्या यह सच है? देखिए, इसको तो मैं नहीं मानता। मेरा जो experience है, मैं ऐसा नहीं मानता। और इसका देखिए, एक proof ये है कि forty-seven के बाद इंडिया के मुसलमान बहुत काफी गए पाकिस्तान। अब कौन जाता?</w:t>
      </w:r>
    </w:p>
    <w:p>
      <w:r>
        <w:rPr>
          <w:b/>
        </w:rPr>
        <w:t xml:space="preserve">[14:35] </w:t>
      </w:r>
      <w:r>
        <w:t>ab to koi bhi nahi jaata. to india ke musalman pakistan ko bhula chuke hain. yaani ab to ab india hi se apne aap apni kismat jod chuke hain. chand ek aadmi agar kuch ho, jaise match fixing karne wale kuch nikal aaye, to usse aap india ke musalmano ke baare mein rai nahi qaayam kar sakte. wo to apne personal interest ke liye kisi ne match fixing kar liya. to wo alag cheez hai.</w:t>
      </w:r>
    </w:p>
    <w:p>
      <w:pPr>
        <w:jc w:val="right"/>
      </w:pPr>
      <w:r>
        <w:t>अब तो कोई भी नहीं जाता। तो इंडिया के मुसलमान पाकिस्तान को भुला चुके हैं। यानी अब तो अब इंडिया ही से अपने आप अपनी किस्मत जोड़ चुके हैं। चंद एक आदमी अगर कुछ हो, जैसे मैक्स फिक्सिंग करने वाले कुछ निकल आए, तो उससे आप इंडिया के मुसलमानों के बारे में राय नहीं कायम कर सकते। वो तो अपने personal interest के लिए किसी ने मैक्स फिक्सिंग कर लिया। तो वो अलग चीज है।</w:t>
      </w:r>
    </w:p>
    <w:p>
      <w:r>
        <w:rPr>
          <w:b/>
        </w:rPr>
        <w:t xml:space="preserve">[15:02] </w:t>
      </w:r>
      <w:r>
        <w:t>apni sanstha Center for Peace and Spirituality International ke baare mein kuch bataiye. kahan-kahan aur kya karya kar rahi hai ye sanstha aapki? haan, dekhiye, hamara tareeka doosron se alag hai. doosre log kya hain?</w:t>
      </w:r>
    </w:p>
    <w:p>
      <w:pPr>
        <w:jc w:val="right"/>
      </w:pPr>
      <w:r>
        <w:t>अपनी संस्था Center for Peace and Spirituality International के बारे में कुछ बताइए। कहाँ-कहाँ और क्या कार्य कर रही है ये संस्था आपकी? हाँ, देखिए, हमारा तरीका दूसरों से अलग है। दूसरे लोग क्या हैं?</w:t>
      </w:r>
    </w:p>
    <w:p>
      <w:r>
        <w:rPr>
          <w:b/>
        </w:rPr>
        <w:t xml:space="preserve">[15:16] </w:t>
      </w:r>
      <w:r>
        <w:t>ki bade-bade jalse karte hain.</w:t>
      </w:r>
    </w:p>
    <w:p>
      <w:pPr>
        <w:jc w:val="right"/>
      </w:pPr>
      <w:r>
        <w:t>कि बड़े-बड़े जलसे करते हैं।</w:t>
      </w:r>
    </w:p>
    <w:p>
      <w:r>
        <w:rPr>
          <w:b/>
        </w:rPr>
        <w:t xml:space="preserve">[15:19] </w:t>
      </w:r>
      <w:r>
        <w:t>bade-bade jalse mein speeches dete hain.</w:t>
      </w:r>
    </w:p>
    <w:p>
      <w:pPr>
        <w:jc w:val="right"/>
      </w:pPr>
      <w:r>
        <w:t>बड़े-बड़े जलसे में speeches देते हैं।</w:t>
      </w:r>
    </w:p>
    <w:p>
      <w:r>
        <w:rPr>
          <w:b/>
        </w:rPr>
        <w:t xml:space="preserve">[15:22] </w:t>
      </w:r>
      <w:r>
        <w:t>hamara wo tareeqa nahi hai.</w:t>
      </w:r>
    </w:p>
    <w:p>
      <w:pPr>
        <w:jc w:val="right"/>
      </w:pPr>
      <w:r>
        <w:t>हमारा वो तरीका नहीं है।</w:t>
      </w:r>
    </w:p>
    <w:p>
      <w:r>
        <w:rPr>
          <w:b/>
        </w:rPr>
        <w:t xml:space="preserve">[15:25] </w:t>
      </w:r>
      <w:r>
        <w:t>hamara tareeqa wo hai jaise Fabian Society thi England mein, us tareeqe pe hum kaam karte hain.</w:t>
      </w:r>
    </w:p>
    <w:p>
      <w:pPr>
        <w:jc w:val="right"/>
      </w:pPr>
      <w:r>
        <w:t>हमारा तरीका वो है जैसे Fabian Society थी इंग्लैंड में, उस तरीके पे हम काम करते हैं।</w:t>
      </w:r>
    </w:p>
    <w:p>
      <w:r>
        <w:rPr>
          <w:b/>
        </w:rPr>
        <w:t xml:space="preserve">[15:28] </w:t>
      </w:r>
      <w:r>
        <w:t>yaani magazine nikalte hain, kitabein chhapte hain.</w:t>
      </w:r>
    </w:p>
    <w:p>
      <w:pPr>
        <w:jc w:val="right"/>
      </w:pPr>
      <w:r>
        <w:t>यानी magazine निकालते हैं, किताबें छापते हैं।</w:t>
      </w:r>
    </w:p>
    <w:p>
      <w:r>
        <w:rPr>
          <w:b/>
        </w:rPr>
        <w:t xml:space="preserve">[15:31] </w:t>
      </w:r>
      <w:r>
        <w:t>aur jagah-jagah chote-chote istemaal karte hain.</w:t>
      </w:r>
    </w:p>
    <w:p>
      <w:pPr>
        <w:jc w:val="right"/>
      </w:pPr>
      <w:r>
        <w:t>और जगह-जगह छोटे-छोटे इस्तेमाल करते हैं।</w:t>
      </w:r>
    </w:p>
    <w:p>
      <w:r>
        <w:rPr>
          <w:b/>
        </w:rPr>
        <w:t xml:space="preserve">[15:34] </w:t>
      </w:r>
      <w:r>
        <w:t>hamare jo jalse hote hain, wo chote-chote jalse hote hain.</w:t>
      </w:r>
    </w:p>
    <w:p>
      <w:pPr>
        <w:jc w:val="right"/>
      </w:pPr>
      <w:r>
        <w:t>हमारे जो जलसे होते हैं, वो छोटे-छोटे जलसे होते हैं।</w:t>
      </w:r>
    </w:p>
    <w:p>
      <w:r>
        <w:rPr>
          <w:b/>
        </w:rPr>
        <w:t xml:space="preserve">[15:37] </w:t>
      </w:r>
      <w:r>
        <w:t>kyunki individual ko badalna, hum kehte hain ki hamara mission jo hai, engineering of mind hai.</w:t>
      </w:r>
    </w:p>
    <w:p>
      <w:pPr>
        <w:jc w:val="right"/>
      </w:pPr>
      <w:r>
        <w:t>क्योंकि individual को बदलना, हम कहते हैं कि हमारा mission जो है, engineering of mind है।</w:t>
      </w:r>
    </w:p>
    <w:p>
      <w:r>
        <w:rPr>
          <w:b/>
        </w:rPr>
        <w:t xml:space="preserve">[15:41] </w:t>
      </w:r>
      <w:r>
        <w:t>Mind ko badalna.</w:t>
      </w:r>
    </w:p>
    <w:p>
      <w:pPr>
        <w:jc w:val="right"/>
      </w:pPr>
      <w:r>
        <w:t>Mind को बदलना।</w:t>
      </w:r>
    </w:p>
    <w:p>
      <w:r>
        <w:rPr>
          <w:b/>
        </w:rPr>
        <w:t xml:space="preserve">[15:44] </w:t>
      </w:r>
      <w:r>
        <w:t>to har jagah hum ye kar rahe hain.</w:t>
      </w:r>
    </w:p>
    <w:p>
      <w:pPr>
        <w:jc w:val="right"/>
      </w:pPr>
      <w:r>
        <w:t>तो हर जगह हम ये कर रहे हैं।</w:t>
      </w:r>
    </w:p>
    <w:p>
      <w:r>
        <w:rPr>
          <w:b/>
        </w:rPr>
        <w:t xml:space="preserve">[15:47] </w:t>
      </w:r>
      <w:r>
        <w:t>India mein nahi balki sari duniya hi mein hum ye kaam kar rahe hain.</w:t>
      </w:r>
    </w:p>
    <w:p>
      <w:pPr>
        <w:jc w:val="right"/>
      </w:pPr>
      <w:r>
        <w:t>इंडिया में नहीं बल्कि सारी दुनिया ही में हम ये काम कर रहे हैं।</w:t>
      </w:r>
    </w:p>
    <w:p>
      <w:r>
        <w:rPr>
          <w:b/>
        </w:rPr>
        <w:t xml:space="preserve">[15:50] </w:t>
      </w:r>
      <w:r>
        <w:t>khud Pakistan mein hamara ye kaam ho raha hai.</w:t>
      </w:r>
    </w:p>
    <w:p>
      <w:pPr>
        <w:jc w:val="right"/>
      </w:pPr>
      <w:r>
        <w:t>खुद पाकिस्तान में हमारा ये काम हो रहा है।</w:t>
      </w:r>
    </w:p>
    <w:p>
      <w:r>
        <w:rPr>
          <w:b/>
        </w:rPr>
        <w:t xml:space="preserve">[15:53] </w:t>
      </w:r>
      <w:r>
        <w:t>America mein ho raha hai, Europe mein ho raha hai.</w:t>
      </w:r>
    </w:p>
    <w:p>
      <w:pPr>
        <w:jc w:val="right"/>
      </w:pPr>
      <w:r>
        <w:t>अमेरिका में हो रहा है, यूरोप में हो रहा है।</w:t>
      </w:r>
    </w:p>
    <w:p>
      <w:r>
        <w:rPr>
          <w:b/>
        </w:rPr>
        <w:t xml:space="preserve">[15:56] </w:t>
      </w:r>
      <w:r>
        <w:t>abhi hamare ek saathi gaye hue hain London.</w:t>
      </w:r>
    </w:p>
    <w:p>
      <w:pPr>
        <w:jc w:val="right"/>
      </w:pPr>
      <w:r>
        <w:t>अभी हमारे एक साथी गए हुए हैं लंदन।</w:t>
      </w:r>
    </w:p>
    <w:p>
      <w:r>
        <w:rPr>
          <w:b/>
        </w:rPr>
        <w:t xml:space="preserve">[15:59] </w:t>
      </w:r>
      <w:r>
        <w:t>wahan par ek wo tha, yaani book fair thi, usmein gaye hue hain wo.</w:t>
      </w:r>
    </w:p>
    <w:p>
      <w:pPr>
        <w:jc w:val="right"/>
      </w:pPr>
      <w:r>
        <w:t>वहाँ पर एक वो था, यानी book fair थी, उसमें गए हुए हैं वो।</w:t>
      </w:r>
    </w:p>
    <w:p>
      <w:r>
        <w:rPr>
          <w:b/>
        </w:rPr>
        <w:t xml:space="preserve">[16:03] </w:t>
      </w:r>
      <w:r>
        <w:t>wahan par display kiya unhone hamari kitabon ko.</w:t>
      </w:r>
    </w:p>
    <w:p>
      <w:pPr>
        <w:jc w:val="right"/>
      </w:pPr>
      <w:r>
        <w:t>वहाँ पर display किया उन्होंने हमारी किताबों को।</w:t>
      </w:r>
    </w:p>
    <w:p>
      <w:r>
        <w:rPr>
          <w:b/>
        </w:rPr>
        <w:t xml:space="preserve">[16:06] </w:t>
      </w:r>
      <w:r>
        <w:t>to hamara kaam jo hai, wo stage activism ka nahi hai.</w:t>
      </w:r>
    </w:p>
    <w:p>
      <w:pPr>
        <w:jc w:val="right"/>
      </w:pPr>
      <w:r>
        <w:t>तो हमारा काम जो है, वो stage activism का नहीं है।</w:t>
      </w:r>
    </w:p>
    <w:p>
      <w:r>
        <w:rPr>
          <w:b/>
        </w:rPr>
        <w:t xml:space="preserve">[16:09] </w:t>
      </w:r>
      <w:r>
        <w:t>balki mind ko badalne ka kaam hai.</w:t>
      </w:r>
    </w:p>
    <w:p>
      <w:pPr>
        <w:jc w:val="right"/>
      </w:pPr>
      <w:r>
        <w:t>बल्कि mind को बदलने का काम है।</w:t>
      </w:r>
    </w:p>
    <w:p>
      <w:r>
        <w:rPr>
          <w:b/>
        </w:rPr>
        <w:t xml:space="preserve">[16:12] </w:t>
      </w:r>
      <w:r>
        <w:t>aur hum keh sakte hain ki hazaron logon ka mind badla hai.</w:t>
      </w:r>
    </w:p>
    <w:p>
      <w:pPr>
        <w:jc w:val="right"/>
      </w:pPr>
      <w:r>
        <w:t>और हम कह सकते हैं कि हजारों लोगों का mind बदला है।</w:t>
      </w:r>
    </w:p>
    <w:p>
      <w:r>
        <w:rPr>
          <w:b/>
        </w:rPr>
        <w:t xml:space="preserve">[16:15] </w:t>
      </w:r>
      <w:r>
        <w:t>hataanki Pakistan mein logon ka mind badla hai.</w:t>
      </w:r>
    </w:p>
    <w:p>
      <w:pPr>
        <w:jc w:val="right"/>
      </w:pPr>
      <w:r>
        <w:t>हताँकि पाकिस्तान में लोगों का mind बदला है।</w:t>
      </w:r>
    </w:p>
    <w:p>
      <w:r>
        <w:rPr>
          <w:b/>
        </w:rPr>
        <w:t xml:space="preserve">[16:18] </w:t>
      </w:r>
      <w:r>
        <w:t>Kashmir badla hai.</w:t>
      </w:r>
    </w:p>
    <w:p>
      <w:pPr>
        <w:jc w:val="right"/>
      </w:pPr>
      <w:r>
        <w:t>कश्मीर बदला है।</w:t>
      </w:r>
    </w:p>
    <w:p>
      <w:r>
        <w:rPr>
          <w:b/>
        </w:rPr>
        <w:t xml:space="preserve">[16:21] </w:t>
      </w:r>
      <w:r>
        <w:t>har jagah aisa ho raha hai.</w:t>
      </w:r>
    </w:p>
    <w:p>
      <w:pPr>
        <w:jc w:val="right"/>
      </w:pPr>
      <w:r>
        <w:t>हर जगह ऐसा हो रहा है।</w:t>
      </w:r>
    </w:p>
    <w:p>
      <w:r>
        <w:rPr>
          <w:b/>
        </w:rPr>
        <w:t xml:space="preserve">[16:24] </w:t>
      </w:r>
      <w:r>
        <w:t>to ye ek khamosh kaam hum kar rahe hain.</w:t>
      </w:r>
    </w:p>
    <w:p>
      <w:pPr>
        <w:jc w:val="right"/>
      </w:pPr>
      <w:r>
        <w:t>तो ये एक खामोश काम हम कर रहे हैं।</w:t>
      </w:r>
    </w:p>
    <w:p>
      <w:r>
        <w:rPr>
          <w:b/>
        </w:rPr>
        <w:t xml:space="preserve">[16:28] </w:t>
      </w:r>
      <w:r>
        <w:t>aur ab computer ko bhi istemaal kar rahe hain, internet ko istemaal kar rahe hain.</w:t>
      </w:r>
    </w:p>
    <w:p>
      <w:pPr>
        <w:jc w:val="right"/>
      </w:pPr>
      <w:r>
        <w:t>और अब कंप्यूटर को भी इस्तेमाल कर रहे हैं, इंटरनेट को इस्तेमाल कर रहे हैं।</w:t>
      </w:r>
    </w:p>
    <w:p>
      <w:r>
        <w:rPr>
          <w:b/>
        </w:rPr>
        <w:t xml:space="preserve">[16:31] </w:t>
      </w:r>
      <w:r>
        <w:t>hamara lecture hota hai yahan par.</w:t>
      </w:r>
    </w:p>
    <w:p>
      <w:pPr>
        <w:jc w:val="right"/>
      </w:pPr>
      <w:r>
        <w:t>हमारा लेक्चर होता है यहाँ पर।</w:t>
      </w:r>
    </w:p>
    <w:p>
      <w:r>
        <w:rPr>
          <w:b/>
        </w:rPr>
        <w:t xml:space="preserve">[16:34] </w:t>
      </w:r>
      <w:r>
        <w:t>wo lecture live telecast hota hai.</w:t>
      </w:r>
    </w:p>
    <w:p>
      <w:pPr>
        <w:jc w:val="right"/>
      </w:pPr>
      <w:r>
        <w:t>वो लेक्चर लाइव टेलीकास्ट होता है।</w:t>
      </w:r>
    </w:p>
    <w:p>
      <w:r>
        <w:rPr>
          <w:b/>
        </w:rPr>
        <w:t xml:space="preserve">[16:37] </w:t>
      </w:r>
      <w:r>
        <w:t>wo sari duniya mein log usko dekhte hain.</w:t>
      </w:r>
    </w:p>
    <w:p>
      <w:pPr>
        <w:jc w:val="right"/>
      </w:pPr>
      <w:r>
        <w:t>वो सारी दुनिया में लोग उसको देखते हैं।</w:t>
      </w:r>
    </w:p>
    <w:p>
      <w:r>
        <w:rPr>
          <w:b/>
        </w:rPr>
        <w:t xml:space="preserve">[16:40] </w:t>
      </w:r>
      <w:r>
        <w:t>har jagah pe.</w:t>
      </w:r>
    </w:p>
    <w:p>
      <w:pPr>
        <w:jc w:val="right"/>
      </w:pPr>
      <w:r>
        <w:t>हर जगह पे।</w:t>
      </w:r>
    </w:p>
    <w:p>
      <w:r>
        <w:rPr>
          <w:b/>
        </w:rPr>
        <w:t xml:space="preserve">[16:43] </w:t>
      </w:r>
      <w:r>
        <w:t>yahan bhi, britain bhi, america mein bhi, arab countries mein bhi dekhte hain.</w:t>
      </w:r>
    </w:p>
    <w:p>
      <w:pPr>
        <w:jc w:val="right"/>
      </w:pPr>
      <w:r>
        <w:t>यहाँ भी, ब्रिटेन भी, अमेरिका में भी, अरब countries में भी देखते हैं।</w:t>
      </w:r>
    </w:p>
    <w:p>
      <w:r>
        <w:rPr>
          <w:b/>
        </w:rPr>
        <w:t xml:space="preserve">[16:46] </w:t>
      </w:r>
      <w:r>
        <w:t>is tarah se hum kaam kar rahe hain.</w:t>
      </w:r>
    </w:p>
    <w:p>
      <w:pPr>
        <w:jc w:val="right"/>
      </w:pPr>
      <w:r>
        <w:t>इस तरह से हम काम कर रहे हैं।</w:t>
      </w:r>
    </w:p>
    <w:p>
      <w:r>
        <w:rPr>
          <w:b/>
        </w:rPr>
        <w:t xml:space="preserve">[16:50] </w:t>
      </w:r>
      <w:r>
        <w:t>ek aur badi samasya hum aksar dekhte hain ki Islam ke naam par kai baar log bhrantiyan failate hain. jaise nasbandi nahi karayenge, polio ki khurak nahi lenge. aise logon ko aapki salah kya hai?</w:t>
      </w:r>
    </w:p>
    <w:p>
      <w:pPr>
        <w:jc w:val="right"/>
      </w:pPr>
      <w:r>
        <w:t>एक और बड़ी समस्या हम अक्सर देखते हैं कि इस्लाम के नाम पर कई बार लोग भ्रांतियाँ फैलाते हैं। जैसे नसबंदी नहीं कराएँगे, पोलियो की खुराक नहीं लेंगे। ऐसे लोगों को आपकी सलाह क्या है?</w:t>
      </w:r>
    </w:p>
    <w:p>
      <w:r>
        <w:rPr>
          <w:b/>
        </w:rPr>
        <w:t xml:space="preserve">[17:03] </w:t>
      </w:r>
      <w:r>
        <w:t>kyunki education kam hai musalmanon mein. is wajah se baatein paida hoti hain. yeh sab scientific cheezein hain. ismein nahi ka koi sawal hi nahi paida hoga. jo cheez scientific research se taluq rakhti hai aur science se isse prove ho gayi ki yeh faida hai jaankar, usko karni chahiye. isko, yaani mazhab ka masala bana hi nahi chahiye. toh main samajhta hoon ki sab cheezein mazhab ka masala nahi hai. yeh toh medical science ka masala hai. medical science jab kehti hai yeh faida hai, toh bas hum usko karna chahiye.</w:t>
      </w:r>
    </w:p>
    <w:p>
      <w:pPr>
        <w:jc w:val="right"/>
      </w:pPr>
      <w:r>
        <w:t>क्योंकि education कम है मुसलमानों में। इस वजह से बातें पैदा होती हैं। ये सब scientific चीजें हैं। इसमें नहीं का कोई सवाल ही नहीं पैदा होगा। जो चीज scientific research से ताल्लुक रखती है और science से इससे prove हो गई कि ये फायदा है जानकार, उसको करनी चाहिए। इसको, यानी मजहब का मसला बना ही नहीं चाहिए। तो मैं समझता हूँ कि सब चीजें मजहब का मसला नहीं है। ये तो medical science का मसला है। Medical science जब कहती है ये फायदा है, तो बस हम उसको करना चाहिए।</w:t>
      </w:r>
    </w:p>
    <w:p>
      <w:r>
        <w:rPr>
          <w:b/>
        </w:rPr>
        <w:t xml:space="preserve">[17:32] </w:t>
      </w:r>
      <w:r>
        <w:t>lekin kuch log nihit swarth ki wajah se in sab baaton ko hawaein dete hain. toh kuch behkaane wale behkaate rahenge. yeh toh hamesha hi raha hai. lekin main samajhta hoon ki jo majority hai, woh in sab baaton ko nahi maanti. ek aur bada sawal hai, jis par main aapki rai jaanna chahta hoon ki kya aapko lagta hai ki desh mein dharm ke aadhar par aarakshan diya jana chahiye?</w:t>
      </w:r>
    </w:p>
    <w:p>
      <w:pPr>
        <w:jc w:val="right"/>
      </w:pPr>
      <w:r>
        <w:t>लेकिन कुछ लोग निहित स्वार्थ की वजह से इन सब बातों को हवाएं देते हैं। तो कुछ बहकाने वाले बहकाते रहेंगे। ये तो हमेशा ही रहा है। लेकिन मैं समझता हूँ कि जो majority है, वो इन सब बातों को नहीं मानती। एक और बड़ा सवाल है, जिस पर मैं आपकी राय जानना चाहता हूँ कि क्या आपको लगता है कि देश में धर्म के आधार पर आरक्षण दिया जाना चाहिए?</w:t>
      </w:r>
    </w:p>
    <w:p>
      <w:r>
        <w:rPr>
          <w:b/>
        </w:rPr>
        <w:t xml:space="preserve">[17:55] </w:t>
      </w:r>
      <w:r>
        <w:t>nahin, nahin, bilkul nahin.</w:t>
      </w:r>
    </w:p>
    <w:p>
      <w:pPr>
        <w:jc w:val="right"/>
      </w:pPr>
      <w:r>
        <w:t>नहीं, नहीं, बिल्कुल नहीं।</w:t>
      </w:r>
    </w:p>
    <w:p>
      <w:r>
        <w:rPr>
          <w:b/>
        </w:rPr>
        <w:t xml:space="preserve">[17:58] </w:t>
      </w:r>
      <w:r>
        <w:t>main iske khilaf hoon.</w:t>
      </w:r>
    </w:p>
    <w:p>
      <w:pPr>
        <w:jc w:val="right"/>
      </w:pPr>
      <w:r>
        <w:t>मैं इसके खिलाफ हूँ।</w:t>
      </w:r>
    </w:p>
    <w:p>
      <w:r>
        <w:rPr>
          <w:b/>
        </w:rPr>
        <w:t xml:space="preserve">[18:01] </w:t>
      </w:r>
      <w:r>
        <w:t>dekhiye, aarakshan se ya reservation se kisi ko koi tarakki nahin hoti.</w:t>
      </w:r>
    </w:p>
    <w:p>
      <w:pPr>
        <w:jc w:val="right"/>
      </w:pPr>
      <w:r>
        <w:t>देखिए, आरक्षण से या reservation से किसी को कोई तरक्की नहीं होती।</w:t>
      </w:r>
    </w:p>
    <w:p>
      <w:r>
        <w:rPr>
          <w:b/>
        </w:rPr>
        <w:t xml:space="preserve">[18:05] </w:t>
      </w:r>
      <w:r>
        <w:t>apni mehnat se tarakki hoti hai.</w:t>
      </w:r>
    </w:p>
    <w:p>
      <w:pPr>
        <w:jc w:val="right"/>
      </w:pPr>
      <w:r>
        <w:t>अपनी मेहनत से तरक्की होती है।</w:t>
      </w:r>
    </w:p>
    <w:p>
      <w:r>
        <w:rPr>
          <w:b/>
        </w:rPr>
        <w:t xml:space="preserve">[18:08] </w:t>
      </w:r>
      <w:r>
        <w:t>main musalmanon se yahi kehta hoon ki tum reservation ki baat hi mat karo.</w:t>
      </w:r>
    </w:p>
    <w:p>
      <w:pPr>
        <w:jc w:val="right"/>
      </w:pPr>
      <w:r>
        <w:t>मैं मुसलमानों से यही कहता हूँ कि तुम reservation की बात ही मत करो।</w:t>
      </w:r>
    </w:p>
    <w:p>
      <w:r>
        <w:rPr>
          <w:b/>
        </w:rPr>
        <w:t xml:space="preserve">[18:12] </w:t>
      </w:r>
      <w:r>
        <w:t>balki yahan saare, saare maidan khule hue hain.</w:t>
      </w:r>
    </w:p>
    <w:p>
      <w:pPr>
        <w:jc w:val="right"/>
      </w:pPr>
      <w:r>
        <w:t>बल्कि यहाँ सारे, सारे मैदान खुले हुए हैं।</w:t>
      </w:r>
    </w:p>
    <w:p>
      <w:r>
        <w:rPr>
          <w:b/>
        </w:rPr>
        <w:t xml:space="preserve">[18:15] </w:t>
      </w:r>
      <w:r>
        <w:t>business karo, industry lagao.</w:t>
      </w:r>
    </w:p>
    <w:p>
      <w:pPr>
        <w:jc w:val="right"/>
      </w:pPr>
      <w:r>
        <w:t>बिजनेस करो, इंडस्ट्री लगाओ।</w:t>
      </w:r>
    </w:p>
    <w:p>
      <w:r>
        <w:rPr>
          <w:b/>
        </w:rPr>
        <w:t xml:space="preserve">[18:18] </w:t>
      </w:r>
      <w:r>
        <w:t>job mein aage badho, education mein aage badho. mehnat karke.</w:t>
      </w:r>
    </w:p>
    <w:p>
      <w:pPr>
        <w:jc w:val="right"/>
      </w:pPr>
      <w:r>
        <w:t>जॉब में आगे बढ़ो, एजुकेशन में आगे बढ़ो। मेहनत करके।</w:t>
      </w:r>
    </w:p>
    <w:p>
      <w:r>
        <w:rPr>
          <w:b/>
        </w:rPr>
        <w:t xml:space="preserve">[18:22] </w:t>
      </w:r>
      <w:r>
        <w:t>to main to sakht khilaf hoon reservation ka.</w:t>
      </w:r>
    </w:p>
    <w:p>
      <w:pPr>
        <w:jc w:val="right"/>
      </w:pPr>
      <w:r>
        <w:t>तो मैं तो सख्त खिलाफ हूँ reservation का।</w:t>
      </w:r>
    </w:p>
    <w:p>
      <w:r>
        <w:rPr>
          <w:b/>
        </w:rPr>
        <w:t xml:space="preserve">[18:25] </w:t>
      </w:r>
      <w:r>
        <w:t>bilkul dil se khilaf hoon reservation ke.</w:t>
      </w:r>
    </w:p>
    <w:p>
      <w:pPr>
        <w:jc w:val="right"/>
      </w:pPr>
      <w:r>
        <w:t>बिल्कुल दिल से खिलाफ हूँ reservation के।</w:t>
      </w:r>
    </w:p>
    <w:p>
      <w:r>
        <w:rPr>
          <w:b/>
        </w:rPr>
        <w:t xml:space="preserve">[18:29] </w:t>
      </w:r>
      <w:r>
        <w:t>ek bada sawal yeh hai, jo aaj tak mujhe lagta hai azadi ke paisath saal baad tak yaksh prashn bana hua hai aur aam logon ke zehan mein kaunata rehta hai? jiska samadhan aaj tak log nahi jaan pa rahe hain ki darasal waqai mein musalmanon ki samasya hai kya?</w:t>
      </w:r>
    </w:p>
    <w:p>
      <w:pPr>
        <w:jc w:val="right"/>
      </w:pPr>
      <w:r>
        <w:t>एक बड़ा सवाल यह है, जो आज तक मुझे लगता है आजादी के पैंसठ साल बाद तक यक्ष प्रश्न बना हुआ है और आम लोगों के जेहन में कौनता रहता है? जिसका समाधान आज तक लोग नहीं जान पा रहे हैं कि दरअसल वाकई में मुसलमानों की समस्या है क्या?</w:t>
      </w:r>
    </w:p>
    <w:p>
      <w:r>
        <w:rPr>
          <w:b/>
        </w:rPr>
        <w:t xml:space="preserve">[18:46] </w:t>
      </w:r>
      <w:r>
        <w:t>musalmanon ki samasya yahan tak main samajhta hoon, ye hai ki musalmanon ka mazhabi education to hui bahut</w:t>
      </w:r>
    </w:p>
    <w:p>
      <w:pPr>
        <w:jc w:val="right"/>
      </w:pPr>
      <w:r>
        <w:t>मुसलमानों की समस्या यहाँ तक मैं समझता हूँ, ये है कि मुसलमानों का मजहबी education तो हुई बहुत</w:t>
      </w:r>
    </w:p>
    <w:p>
      <w:r>
        <w:rPr>
          <w:b/>
        </w:rPr>
        <w:t xml:space="preserve">[18:50] </w:t>
      </w:r>
      <w:r>
        <w:t>zyada, lekin secular education nahin hui.</w:t>
      </w:r>
    </w:p>
    <w:p>
      <w:pPr>
        <w:jc w:val="right"/>
      </w:pPr>
      <w:r>
        <w:t>ज्यादा, लेकिन secular education नहीं हुई।</w:t>
      </w:r>
    </w:p>
    <w:p>
      <w:r>
        <w:rPr>
          <w:b/>
        </w:rPr>
        <w:t xml:space="preserve">[18:55] </w:t>
      </w:r>
      <w:r>
        <w:t>secular education ka matlab ye hai ki aaj, aaj ki jo duniya hai, usko samajhna.</w:t>
      </w:r>
    </w:p>
    <w:p>
      <w:pPr>
        <w:jc w:val="right"/>
      </w:pPr>
      <w:r>
        <w:t>Secular education का मतलब ये है कि आज, आज की जो दुनिया है, उसको समझना।</w:t>
      </w:r>
    </w:p>
    <w:p>
      <w:r>
        <w:rPr>
          <w:b/>
        </w:rPr>
        <w:t xml:space="preserve">[18:59] </w:t>
      </w:r>
      <w:r>
        <w:t>ye duniya hum rah rahe hain, jo zamana hai, aaj ka jo zamana, usko samajhne ke liye zaroori</w:t>
      </w:r>
    </w:p>
    <w:p>
      <w:pPr>
        <w:jc w:val="right"/>
      </w:pPr>
      <w:r>
        <w:t>ये दुनिया हम रह रहे हैं, जो ज़माना है, आज का जो ज़माना, उसको समझने के लिए ज़रूरी</w:t>
      </w:r>
    </w:p>
    <w:p>
      <w:r>
        <w:rPr>
          <w:b/>
        </w:rPr>
        <w:t xml:space="preserve">[19:04] </w:t>
      </w:r>
      <w:r>
        <w:t>hai secular education.</w:t>
      </w:r>
    </w:p>
    <w:p>
      <w:pPr>
        <w:jc w:val="right"/>
      </w:pPr>
      <w:r>
        <w:t>है secular education।</w:t>
      </w:r>
    </w:p>
    <w:p>
      <w:r>
        <w:rPr>
          <w:b/>
        </w:rPr>
        <w:t xml:space="preserve">[19:08] </w:t>
      </w:r>
      <w:r>
        <w:t>to musalman, angrezi ke, angrezon ke daur mein jab secular education duniya mein aai, to hamare ulma ne</w:t>
      </w:r>
    </w:p>
    <w:p>
      <w:pPr>
        <w:jc w:val="right"/>
      </w:pPr>
      <w:r>
        <w:t>तो मुसलमान, अंग्रेजी के, अंग्रेजों के दौर में जब secular education दुनिया में आई, तो हमारे उलमा ने</w:t>
      </w:r>
    </w:p>
    <w:p>
      <w:r>
        <w:rPr>
          <w:b/>
        </w:rPr>
        <w:t xml:space="preserve">[19:13] </w:t>
      </w:r>
      <w:r>
        <w:t>iske khilaf rai di.</w:t>
      </w:r>
    </w:p>
    <w:p>
      <w:pPr>
        <w:jc w:val="right"/>
      </w:pPr>
      <w:r>
        <w:t>इसके खिलाफ राय दी।</w:t>
      </w:r>
    </w:p>
    <w:p>
      <w:r>
        <w:rPr>
          <w:b/>
        </w:rPr>
        <w:t xml:space="preserve">[19:17] </w:t>
      </w:r>
      <w:r>
        <w:t>us, usko samjha ki ismein hamara mazhab kharab ho jayega.</w:t>
      </w:r>
    </w:p>
    <w:p>
      <w:pPr>
        <w:jc w:val="right"/>
      </w:pPr>
      <w:r>
        <w:t>उस, उसको समझा कि इसमें हमारा मजहब खराब हो जाएगा।</w:t>
      </w:r>
    </w:p>
    <w:p>
      <w:r>
        <w:rPr>
          <w:b/>
        </w:rPr>
        <w:t xml:space="preserve">[19:22] </w:t>
      </w:r>
      <w:r>
        <w:t>to main sochta hoon ki musalman taqriban ek sau saal peeche ho gaye.</w:t>
      </w:r>
    </w:p>
    <w:p>
      <w:pPr>
        <w:jc w:val="right"/>
      </w:pPr>
      <w:r>
        <w:t>तो मैं सोचता हूँ कि मुसलमान तकरीबन एक सौ साल पीछे हो गए।</w:t>
      </w:r>
    </w:p>
    <w:p>
      <w:r>
        <w:rPr>
          <w:b/>
        </w:rPr>
        <w:t xml:space="preserve">[19:27] </w:t>
      </w:r>
      <w:r>
        <w:t>yani hinduo mein aap dekhiye, raja ram mohan rai ke zamane se angrezi aai hai.</w:t>
      </w:r>
    </w:p>
    <w:p>
      <w:pPr>
        <w:jc w:val="right"/>
      </w:pPr>
      <w:r>
        <w:t>यानी हिंदुओं में आप देखिए, राजा राम मोहन राय के ज़माने से अंग्रेजी आई है।</w:t>
      </w:r>
    </w:p>
    <w:p>
      <w:r>
        <w:rPr>
          <w:b/>
        </w:rPr>
        <w:t xml:space="preserve">[19:31] </w:t>
      </w:r>
      <w:r>
        <w:t>aur hamare yahan ye tahsiliyat ke zamane se aai hai.</w:t>
      </w:r>
    </w:p>
    <w:p>
      <w:pPr>
        <w:jc w:val="right"/>
      </w:pPr>
      <w:r>
        <w:t>और हमारे यहाँ ये तहसीलियत के ज़माने से आई है।</w:t>
      </w:r>
    </w:p>
    <w:p>
      <w:r>
        <w:rPr>
          <w:b/>
        </w:rPr>
        <w:t xml:space="preserve">[19:36] </w:t>
      </w:r>
      <w:r>
        <w:t>to basic wajah yahi hai aur isiliye main, maine khud school khole hain.</w:t>
      </w:r>
    </w:p>
    <w:p>
      <w:pPr>
        <w:jc w:val="right"/>
      </w:pPr>
      <w:r>
        <w:t>तो basic वजह यही है और इसीलिए मैं, मैंने खुद स्कूल खोले हैं।</w:t>
      </w:r>
    </w:p>
    <w:p>
      <w:r>
        <w:rPr>
          <w:b/>
        </w:rPr>
        <w:t xml:space="preserve">[19:40] </w:t>
      </w:r>
      <w:r>
        <w:t>aur logon ko kehta hoon ke school kholo, college kholo.</w:t>
      </w:r>
    </w:p>
    <w:p>
      <w:pPr>
        <w:jc w:val="right"/>
      </w:pPr>
      <w:r>
        <w:t>और लोगों को कहता हूँ कि स्कूल खोलो, कॉलेज खोलो।</w:t>
      </w:r>
    </w:p>
    <w:p>
      <w:r>
        <w:rPr>
          <w:b/>
        </w:rPr>
        <w:t xml:space="preserve">[19:45] </w:t>
      </w:r>
      <w:r>
        <w:t>hamare jo sathi hain, wo jagah-jagah aisa kar rahe hain.</w:t>
      </w:r>
    </w:p>
    <w:p>
      <w:pPr>
        <w:jc w:val="right"/>
      </w:pPr>
      <w:r>
        <w:t>हमारे जो साथी हैं, वो जगह-जगह ऐसा कर रहे हैं।</w:t>
      </w:r>
    </w:p>
    <w:p>
      <w:r>
        <w:rPr>
          <w:b/>
        </w:rPr>
        <w:t xml:space="preserve">[19:49] </w:t>
      </w:r>
      <w:r>
        <w:t>to education jo hai, jisko hum secular education, jab tak kafi musalmanon mein nahi aayegi, ye poori tarike</w:t>
      </w:r>
    </w:p>
    <w:p>
      <w:pPr>
        <w:jc w:val="right"/>
      </w:pPr>
      <w:r>
        <w:t>तो education जो है, जिसको हम secular education, जब तक काफी मुसलमानों में नहीं आएगी, ये पूरी तरीके</w:t>
      </w:r>
    </w:p>
    <w:p>
      <w:r>
        <w:rPr>
          <w:b/>
        </w:rPr>
        <w:t xml:space="preserve">[19:54] </w:t>
      </w:r>
      <w:r>
        <w:t>se badlav hi nahi aayega.</w:t>
      </w:r>
    </w:p>
    <w:p>
      <w:pPr>
        <w:jc w:val="right"/>
      </w:pPr>
      <w:r>
        <w:t>से बदलाव ही नहीं आएगा।</w:t>
      </w:r>
    </w:p>
    <w:p>
      <w:r>
        <w:rPr>
          <w:b/>
        </w:rPr>
        <w:t xml:space="preserve">[19:59] </w:t>
      </w:r>
      <w:r>
        <w:t>pavitra Quran ka duniya bhar mein kai baar angrezi mein anuvaad hua hai. lekin humne dekha ki aapke haathon angrezi ke alawa Hindi mein bhi anuvaad hua hai. yeh pavitra Quran ki pustak hai. iski wajah kya hai ki aapko Hindi mein anuvaad karna pada aur pehle bhi anuvaad hue hain? toh kis tarah yeh pustak kuch alag hai?</w:t>
      </w:r>
    </w:p>
    <w:p>
      <w:pPr>
        <w:jc w:val="right"/>
      </w:pPr>
      <w:r>
        <w:t>पवित्र कुरान का दुनिया भर में कई बार अंग्रेजी में अनुवाद हुआ है। लेकिन हमने देखा कि आपके हाथों अंग्रेजी के अलावा हिंदी में भी अनुवाद हुआ है। यह पवित्र कुरान की पुस्तक है। इसकी वजह क्या है कि आपको हिंदी में अनुवाद करना पड़ा और पहले भी अनुवाद हुए हैं? तो किस तरह यह पुस्तक कुछ अलग है?</w:t>
      </w:r>
    </w:p>
    <w:p>
      <w:r>
        <w:rPr>
          <w:b/>
        </w:rPr>
        <w:t xml:space="preserve">[20:19] </w:t>
      </w:r>
      <w:r>
        <w:t>dekhiye, chahe angrezi ho, chahe hindi ho, har tarjume mein, har translation mein ek kami hai.</w:t>
      </w:r>
    </w:p>
    <w:p>
      <w:pPr>
        <w:jc w:val="right"/>
      </w:pPr>
      <w:r>
        <w:t>देखिए, चाहे अंग्रेजी हो, चाहे हिंदी हो, हर तर्जुमे में, हर translation में एक कमी है।</w:t>
      </w:r>
    </w:p>
    <w:p>
      <w:r>
        <w:rPr>
          <w:b/>
        </w:rPr>
        <w:t xml:space="preserve">[20:23] </w:t>
      </w:r>
      <w:r>
        <w:t>wo hai clarity nahi hai. Clarity.</w:t>
      </w:r>
    </w:p>
    <w:p>
      <w:pPr>
        <w:jc w:val="right"/>
      </w:pPr>
      <w:r>
        <w:t>वो है clarity नहीं है। Clarity।</w:t>
      </w:r>
    </w:p>
    <w:p>
      <w:r>
        <w:rPr>
          <w:b/>
        </w:rPr>
        <w:t xml:space="preserve">[20:27] </w:t>
      </w:r>
      <w:r>
        <w:t>kisi mein clarity nahi hai.</w:t>
      </w:r>
    </w:p>
    <w:p>
      <w:pPr>
        <w:jc w:val="right"/>
      </w:pPr>
      <w:r>
        <w:t>किसी में clarity नहीं है।</w:t>
      </w:r>
    </w:p>
    <w:p>
      <w:r>
        <w:rPr>
          <w:b/>
        </w:rPr>
        <w:t xml:space="preserve">[20:31] </w:t>
      </w:r>
      <w:r>
        <w:t>to clarity na hone ki wajah se log usko padh nahi paate.</w:t>
      </w:r>
    </w:p>
    <w:p>
      <w:pPr>
        <w:jc w:val="right"/>
      </w:pPr>
      <w:r>
        <w:t>तो clarity ना होने की वजह से लोग उसको पढ़ नहीं पाते।</w:t>
      </w:r>
    </w:p>
    <w:p>
      <w:r>
        <w:rPr>
          <w:b/>
        </w:rPr>
        <w:t xml:space="preserve">[20:35] </w:t>
      </w:r>
      <w:r>
        <w:t>humne bahut isko dekha ke logon ke paas translation hota hai, chahe hindi ka ho, english ka, padh</w:t>
      </w:r>
    </w:p>
    <w:p>
      <w:pPr>
        <w:jc w:val="right"/>
      </w:pPr>
      <w:r>
        <w:t>हमने बहुत इसको देखा कि लोगों के पास translation होता है, चाहे हिंदी का हो, इंग्लिश का, पढ़</w:t>
      </w:r>
    </w:p>
    <w:p>
      <w:r>
        <w:rPr>
          <w:b/>
        </w:rPr>
        <w:t xml:space="preserve">[20:39] </w:t>
      </w:r>
      <w:r>
        <w:t>nahi paate wo.</w:t>
      </w:r>
    </w:p>
    <w:p>
      <w:pPr>
        <w:jc w:val="right"/>
      </w:pPr>
      <w:r>
        <w:t>नहीं पाते वो।</w:t>
      </w:r>
    </w:p>
    <w:p>
      <w:r>
        <w:rPr>
          <w:b/>
        </w:rPr>
        <w:t xml:space="preserve">[20:43] </w:t>
      </w:r>
      <w:r>
        <w:t>kyunki unhone ek-do safah, ek-do page padha, to unko clarity mili nahi.</w:t>
      </w:r>
    </w:p>
    <w:p>
      <w:pPr>
        <w:jc w:val="right"/>
      </w:pPr>
      <w:r>
        <w:t>क्योंकि उन्होंने एक-दो सफह, एक-दो पेज पढ़ा, तो उनको clarity मिली नहीं।</w:t>
      </w:r>
    </w:p>
    <w:p>
      <w:r>
        <w:rPr>
          <w:b/>
        </w:rPr>
        <w:t xml:space="preserve">[20:47] </w:t>
      </w:r>
      <w:r>
        <w:t>kuch samajh nahi ke kya quran mein likha hua hai.</w:t>
      </w:r>
    </w:p>
    <w:p>
      <w:pPr>
        <w:jc w:val="right"/>
      </w:pPr>
      <w:r>
        <w:t>कुछ समझ नहीं कि क्या कुरान में लिखा हुआ है।</w:t>
      </w:r>
    </w:p>
    <w:p>
      <w:r>
        <w:rPr>
          <w:b/>
        </w:rPr>
        <w:t xml:space="preserve">[20:51] </w:t>
      </w:r>
      <w:r>
        <w:t>to humne ismein ek din ki baat nahi hai, pachas saal lagaye hain quran ko padhne mein humne.</w:t>
      </w:r>
    </w:p>
    <w:p>
      <w:pPr>
        <w:jc w:val="right"/>
      </w:pPr>
      <w:r>
        <w:t>तो हमने इसमें एक दिन की बात नहीं है, पचास साल लगाए हैं कुरान को पढ़ने में हमने।</w:t>
      </w:r>
    </w:p>
    <w:p>
      <w:r>
        <w:rPr>
          <w:b/>
        </w:rPr>
        <w:t xml:space="preserve">[20:55] </w:t>
      </w:r>
      <w:r>
        <w:t>uski teh mein utre hain.</w:t>
      </w:r>
    </w:p>
    <w:p>
      <w:pPr>
        <w:jc w:val="right"/>
      </w:pPr>
      <w:r>
        <w:t>उसकी तह में उतरे हैं।</w:t>
      </w:r>
    </w:p>
    <w:p>
      <w:r>
        <w:rPr>
          <w:b/>
        </w:rPr>
        <w:t xml:space="preserve">[20:59] </w:t>
      </w:r>
      <w:r>
        <w:t>uski gehrai mein utre hain quran ko.</w:t>
      </w:r>
    </w:p>
    <w:p>
      <w:pPr>
        <w:jc w:val="right"/>
      </w:pPr>
      <w:r>
        <w:t>उसकी गहराई में उतरे हैं कुरान को।</w:t>
      </w:r>
    </w:p>
    <w:p>
      <w:r>
        <w:rPr>
          <w:b/>
        </w:rPr>
        <w:t xml:space="preserve">[21:03] </w:t>
      </w:r>
      <w:r>
        <w:t>jab achhi tarike se quran ki gehrai ko humne pa liya, tab ye tarjuma kiya hai humne.</w:t>
      </w:r>
    </w:p>
    <w:p>
      <w:pPr>
        <w:jc w:val="right"/>
      </w:pPr>
      <w:r>
        <w:t>जब अच्छी तरीके से कुरान की गहराई को हमने पा लिया, तब ये तर्जुमा किया है हमने।</w:t>
      </w:r>
    </w:p>
    <w:p>
      <w:r>
        <w:rPr>
          <w:b/>
        </w:rPr>
        <w:t xml:space="preserve">[21:07] </w:t>
      </w:r>
      <w:r>
        <w:t>to hamare tarjume mein jo bhi padhta hai, wo sab kehta hai ke ismein to waqai clarity hai.</w:t>
      </w:r>
    </w:p>
    <w:p>
      <w:pPr>
        <w:jc w:val="right"/>
      </w:pPr>
      <w:r>
        <w:t>तो हमारे तर्जुमे में जो भी पढ़ता है, वो सब कहता है कि इसमें तो वाकई clarity है।</w:t>
      </w:r>
    </w:p>
    <w:p>
      <w:r>
        <w:rPr>
          <w:b/>
        </w:rPr>
        <w:t xml:space="preserve">[21:11] </w:t>
      </w:r>
      <w:r>
        <w:t>ek sahab ko diya gaya, to unhone jab padha, kahe ye to quran to samajh mein aata hai.</w:t>
      </w:r>
    </w:p>
    <w:p>
      <w:pPr>
        <w:jc w:val="right"/>
      </w:pPr>
      <w:r>
        <w:t>एक साहब को दिया गया, तो उन्होंने जब पढ़ा, कहे ये तो कुरान तो समझ में आता है।</w:t>
      </w:r>
    </w:p>
    <w:p>
      <w:r>
        <w:rPr>
          <w:b/>
        </w:rPr>
        <w:t xml:space="preserve">[21:15] </w:t>
      </w:r>
      <w:r>
        <w:t>ab tak to hum usmein padhte the, quran ko samajhne wali kitab hi nahi hai.</w:t>
      </w:r>
    </w:p>
    <w:p>
      <w:pPr>
        <w:jc w:val="right"/>
      </w:pPr>
      <w:r>
        <w:t>अब तक तो हम उसमें पढ़ते थे, कुरान को समझने वाली किताब ही नहीं है।</w:t>
      </w:r>
    </w:p>
    <w:p>
      <w:r>
        <w:rPr>
          <w:b/>
        </w:rPr>
        <w:t xml:space="preserve">[21:19] </w:t>
      </w:r>
      <w:r>
        <w:t>to kisi ne itna zyada gehrai mein deep study karke quran ka tarjuma nahi kiya tha.</w:t>
      </w:r>
    </w:p>
    <w:p>
      <w:pPr>
        <w:jc w:val="right"/>
      </w:pPr>
      <w:r>
        <w:t>तो किसी ने इतना ज्यादा गहराई में deep study करके कुरान का तर्जुमा नहीं किया था।</w:t>
      </w:r>
    </w:p>
    <w:p>
      <w:r>
        <w:rPr>
          <w:b/>
        </w:rPr>
        <w:t xml:space="preserve">[21:23] </w:t>
      </w:r>
      <w:r>
        <w:t>to maine apne, apna ek dedicate ismein dedicate kiya.</w:t>
      </w:r>
    </w:p>
    <w:p>
      <w:pPr>
        <w:jc w:val="right"/>
      </w:pPr>
      <w:r>
        <w:t>तो मैंने अपने, अपना एक dedicate इसमें dedicate किया।</w:t>
      </w:r>
    </w:p>
    <w:p>
      <w:r>
        <w:rPr>
          <w:b/>
        </w:rPr>
        <w:t xml:space="preserve">[21:27] </w:t>
      </w:r>
      <w:r>
        <w:t>unhone, unhone ise pachas se main ismein laga hua hoon.</w:t>
      </w:r>
    </w:p>
    <w:p>
      <w:pPr>
        <w:jc w:val="right"/>
      </w:pPr>
      <w:r>
        <w:t>उन्होंने, उन्होंने इसे पचास से मैं इसमें लगा हुआ हूँ।</w:t>
      </w:r>
    </w:p>
    <w:p>
      <w:r>
        <w:rPr>
          <w:b/>
        </w:rPr>
        <w:t xml:space="preserve">[21:31] </w:t>
      </w:r>
      <w:r>
        <w:t>to jab uski gehrai mein uski matlab ko humne pa liya, tab humne tarjuma kiya hai.</w:t>
      </w:r>
    </w:p>
    <w:p>
      <w:pPr>
        <w:jc w:val="right"/>
      </w:pPr>
      <w:r>
        <w:t>तो जब उसकी गहराई में उसकी मतलब को हमने पा लिया, तब हमने तर्जुमा किया है।</w:t>
      </w:r>
    </w:p>
    <w:p>
      <w:r>
        <w:rPr>
          <w:b/>
        </w:rPr>
        <w:t xml:space="preserve">[21:35] </w:t>
      </w:r>
      <w:r>
        <w:t>to aap jo bhi padhta hai, kisi bhi ko bhi aap compare karke dekhiye ke ismein clarity milegi,</w:t>
      </w:r>
    </w:p>
    <w:p>
      <w:pPr>
        <w:jc w:val="right"/>
      </w:pPr>
      <w:r>
        <w:t>तो आप जो भी पढ़ता है, किसी भी को भी आप compare करके देखिए कि इसमें clarity मिलेगी,</w:t>
      </w:r>
    </w:p>
    <w:p>
      <w:r>
        <w:rPr>
          <w:b/>
        </w:rPr>
        <w:t xml:space="preserve">[21:39] </w:t>
      </w:r>
      <w:r>
        <w:t>usmein clarity nahi milegi.</w:t>
      </w:r>
    </w:p>
    <w:p>
      <w:pPr>
        <w:jc w:val="right"/>
      </w:pPr>
      <w:r>
        <w:t>उसमें clarity नहीं मिलेगी।</w:t>
      </w:r>
    </w:p>
    <w:p>
      <w:r>
        <w:rPr>
          <w:b/>
        </w:rPr>
        <w:t xml:space="preserve">[21:44] </w:t>
      </w:r>
      <w:r>
        <w:t>bilkul, do sau se zyada pustakein aapne likhi hain. apni kuch aur pramukh pustakon ke bare mein humein batayein.</w:t>
      </w:r>
    </w:p>
    <w:p>
      <w:pPr>
        <w:jc w:val="right"/>
      </w:pPr>
      <w:r>
        <w:t>बिल्कुल, दो सौ से ज्यादा पुस्तकें आपने लिखी हैं। अपनी कुछ और प्रमुख पुस्तकों के बारे में हमें बताएं।</w:t>
      </w:r>
    </w:p>
    <w:p>
      <w:r>
        <w:rPr>
          <w:b/>
        </w:rPr>
        <w:t xml:space="preserve">[21:49] </w:t>
      </w:r>
      <w:r>
        <w:t>abhi meri bahut si kitaben underprint hain.</w:t>
      </w:r>
    </w:p>
    <w:p>
      <w:pPr>
        <w:jc w:val="right"/>
      </w:pPr>
      <w:r>
        <w:t>अभी मेरी बहुत सी किताबें underprint हैं।</w:t>
      </w:r>
    </w:p>
    <w:p>
      <w:r>
        <w:rPr>
          <w:b/>
        </w:rPr>
        <w:t xml:space="preserve">[21:52] </w:t>
      </w:r>
      <w:r>
        <w:t>uska yahan par naam to batane se koi faida nahi hoga, lekin main keh sakta hoon ki kam</w:t>
      </w:r>
    </w:p>
    <w:p>
      <w:pPr>
        <w:jc w:val="right"/>
      </w:pPr>
      <w:r>
        <w:t>उसका यहाँ पर नाम तो बताने से कोई फायदा नहीं होगा, लेकिन मैं कह सकता हूँ कि कम</w:t>
      </w:r>
    </w:p>
    <w:p>
      <w:r>
        <w:rPr>
          <w:b/>
        </w:rPr>
        <w:t xml:space="preserve">[21:55] </w:t>
      </w:r>
      <w:r>
        <w:t>se kam das kitaben abhi underprint hain meri.</w:t>
      </w:r>
    </w:p>
    <w:p>
      <w:pPr>
        <w:jc w:val="right"/>
      </w:pPr>
      <w:r>
        <w:t>से कम दस किताबें अभी underprint हैं मेरी।</w:t>
      </w:r>
    </w:p>
    <w:p>
      <w:r>
        <w:rPr>
          <w:b/>
        </w:rPr>
        <w:t xml:space="preserve">[21:58] </w:t>
      </w:r>
      <w:r>
        <w:t>aur yahi mera kaam hi hai.</w:t>
      </w:r>
    </w:p>
    <w:p>
      <w:pPr>
        <w:jc w:val="right"/>
      </w:pPr>
      <w:r>
        <w:t>और यही मेरा काम ही है।</w:t>
      </w:r>
    </w:p>
    <w:p>
      <w:r>
        <w:rPr>
          <w:b/>
        </w:rPr>
        <w:t xml:space="preserve">[22:01] </w:t>
      </w:r>
      <w:r>
        <w:t>yani maine apne kaam ko bilkul non-political andaaz mein chalaya hai.</w:t>
      </w:r>
    </w:p>
    <w:p>
      <w:pPr>
        <w:jc w:val="right"/>
      </w:pPr>
      <w:r>
        <w:t>यानी मैंने अपने काम को बिल्कुल non-political अंदाज में चलाया है।</w:t>
      </w:r>
    </w:p>
    <w:p>
      <w:r>
        <w:rPr>
          <w:b/>
        </w:rPr>
        <w:t xml:space="preserve">[22:04] </w:t>
      </w:r>
      <w:r>
        <w:t>aur likhna aur bolna aur logon ko samjhana, yahi mera tareeqa hai.</w:t>
      </w:r>
    </w:p>
    <w:p>
      <w:pPr>
        <w:jc w:val="right"/>
      </w:pPr>
      <w:r>
        <w:t>और लिखना और बोलना और लोगों को समझाना, यही मेरा तरीका है।</w:t>
      </w:r>
    </w:p>
    <w:p>
      <w:r>
        <w:rPr>
          <w:b/>
        </w:rPr>
        <w:t xml:space="preserve">[22:07] </w:t>
      </w:r>
      <w:r>
        <w:t>hamari kitaben bahut padhi jati hain.</w:t>
      </w:r>
    </w:p>
    <w:p>
      <w:pPr>
        <w:jc w:val="right"/>
      </w:pPr>
      <w:r>
        <w:t>हमारी किताबें बहुत पढ़ी जाती हैं।</w:t>
      </w:r>
    </w:p>
    <w:p>
      <w:r>
        <w:rPr>
          <w:b/>
        </w:rPr>
        <w:t xml:space="preserve">[22:11] </w:t>
      </w:r>
      <w:r>
        <w:t>har jagah padhi jati hain.</w:t>
      </w:r>
    </w:p>
    <w:p>
      <w:pPr>
        <w:jc w:val="right"/>
      </w:pPr>
      <w:r>
        <w:t>हर जगह पढ़ी जाती हैं।</w:t>
      </w:r>
    </w:p>
    <w:p>
      <w:r>
        <w:rPr>
          <w:b/>
        </w:rPr>
        <w:t xml:space="preserve">[22:14] </w:t>
      </w:r>
      <w:r>
        <w:t>kyunki hamari kitabon mein bhi wahi baat hai.</w:t>
      </w:r>
    </w:p>
    <w:p>
      <w:pPr>
        <w:jc w:val="right"/>
      </w:pPr>
      <w:r>
        <w:t>क्योंकि हमारी किताबों में भी वही बात है।</w:t>
      </w:r>
    </w:p>
    <w:p>
      <w:r>
        <w:rPr>
          <w:b/>
        </w:rPr>
        <w:t xml:space="preserve">[22:17] </w:t>
      </w:r>
      <w:r>
        <w:t>usmein clarity hoti hai.</w:t>
      </w:r>
    </w:p>
    <w:p>
      <w:pPr>
        <w:jc w:val="right"/>
      </w:pPr>
      <w:r>
        <w:t>उसमें clarity होती है।</w:t>
      </w:r>
    </w:p>
    <w:p>
      <w:r>
        <w:rPr>
          <w:b/>
        </w:rPr>
        <w:t xml:space="preserve">[22:20] </w:t>
      </w:r>
      <w:r>
        <w:t>aur bahut hi simple language hoti hai.</w:t>
      </w:r>
    </w:p>
    <w:p>
      <w:pPr>
        <w:jc w:val="right"/>
      </w:pPr>
      <w:r>
        <w:t>और बहुत ही simple language होती है।</w:t>
      </w:r>
    </w:p>
    <w:p>
      <w:r>
        <w:rPr>
          <w:b/>
        </w:rPr>
        <w:t xml:space="preserve">[22:23] </w:t>
      </w:r>
      <w:r>
        <w:t>aur modern idiom hota hai.</w:t>
      </w:r>
    </w:p>
    <w:p>
      <w:pPr>
        <w:jc w:val="right"/>
      </w:pPr>
      <w:r>
        <w:t>और modern idiom होता है।</w:t>
      </w:r>
    </w:p>
    <w:p>
      <w:r>
        <w:rPr>
          <w:b/>
        </w:rPr>
        <w:t xml:space="preserve">[22:26] </w:t>
      </w:r>
      <w:r>
        <w:t>scientific zubaan mein hoti hain wo.</w:t>
      </w:r>
    </w:p>
    <w:p>
      <w:pPr>
        <w:jc w:val="right"/>
      </w:pPr>
      <w:r>
        <w:t>Scientific जबान में होती है वो।</w:t>
      </w:r>
    </w:p>
    <w:p>
      <w:r>
        <w:rPr>
          <w:b/>
        </w:rPr>
        <w:t xml:space="preserve">[22:29] </w:t>
      </w:r>
      <w:r>
        <w:t>to bahut padhi jati hain.</w:t>
      </w:r>
    </w:p>
    <w:p>
      <w:pPr>
        <w:jc w:val="right"/>
      </w:pPr>
      <w:r>
        <w:t>तो बहुत पढ़ी जाती हैं।</w:t>
      </w:r>
    </w:p>
    <w:p>
      <w:r>
        <w:rPr>
          <w:b/>
        </w:rPr>
        <w:t xml:space="preserve">[22:33] </w:t>
      </w:r>
      <w:r>
        <w:t>maulana sahab, aapke jeevan ka lakshya kya hai?</w:t>
      </w:r>
    </w:p>
    <w:p>
      <w:pPr>
        <w:jc w:val="right"/>
      </w:pPr>
      <w:r>
        <w:t>मौलाना साहब, आपके जीवन का लक्ष्य क्या है?</w:t>
      </w:r>
    </w:p>
    <w:p>
      <w:r>
        <w:rPr>
          <w:b/>
        </w:rPr>
        <w:t xml:space="preserve">[22:37] </w:t>
      </w:r>
      <w:r>
        <w:t>mera jeevan ka lakshya hai ki duniya mein peace aaye.</w:t>
      </w:r>
    </w:p>
    <w:p>
      <w:pPr>
        <w:jc w:val="right"/>
      </w:pPr>
      <w:r>
        <w:t>मेरा जीवन का लक्ष्य है कि दुनिया में peace आए।</w:t>
      </w:r>
    </w:p>
    <w:p>
      <w:r>
        <w:rPr>
          <w:b/>
        </w:rPr>
        <w:t xml:space="preserve">[22:41] </w:t>
      </w:r>
      <w:r>
        <w:t>aur spirituality aaye.</w:t>
      </w:r>
    </w:p>
    <w:p>
      <w:pPr>
        <w:jc w:val="right"/>
      </w:pPr>
      <w:r>
        <w:t>और spirituality आए।</w:t>
      </w:r>
    </w:p>
    <w:p>
      <w:r>
        <w:rPr>
          <w:b/>
        </w:rPr>
        <w:t xml:space="preserve">[22:45] </w:t>
      </w:r>
      <w:r>
        <w:t>kyun main is par zor deta hoon ki jo sachchai hai, sabse badi sachchai to Khuda hai.</w:t>
      </w:r>
    </w:p>
    <w:p>
      <w:pPr>
        <w:jc w:val="right"/>
      </w:pPr>
      <w:r>
        <w:t>क्यों मैं इस पर जोर देता हूँ कि जो सच्चाई है, सबसे बड़ी सच्चाई तो खुदा है।</w:t>
      </w:r>
    </w:p>
    <w:p>
      <w:r>
        <w:rPr>
          <w:b/>
        </w:rPr>
        <w:t xml:space="preserve">[22:49] </w:t>
      </w:r>
      <w:r>
        <w:t>hamein Khuda ko paana hai.</w:t>
      </w:r>
    </w:p>
    <w:p>
      <w:pPr>
        <w:jc w:val="right"/>
      </w:pPr>
      <w:r>
        <w:t>हमें खुदा को पाना है।</w:t>
      </w:r>
    </w:p>
    <w:p>
      <w:r>
        <w:rPr>
          <w:b/>
        </w:rPr>
        <w:t xml:space="preserve">[22:53] </w:t>
      </w:r>
      <w:r>
        <w:t>is se badi to koi sachchai nahi hai.</w:t>
      </w:r>
    </w:p>
    <w:p>
      <w:pPr>
        <w:jc w:val="right"/>
      </w:pPr>
      <w:r>
        <w:t>इससे बड़ी तो कोई सच्चाई नहीं है।</w:t>
      </w:r>
    </w:p>
    <w:p>
      <w:r>
        <w:rPr>
          <w:b/>
        </w:rPr>
        <w:t xml:space="preserve">[22:57] </w:t>
      </w:r>
      <w:r>
        <w:t>lekin Khuda ko paane ke liye zaroori hai ki hamara environment jo hai, usmein peace ho.</w:t>
      </w:r>
    </w:p>
    <w:p>
      <w:pPr>
        <w:jc w:val="right"/>
      </w:pPr>
      <w:r>
        <w:t>लेकिन खुदा को पाने के लिए ज़रूरी है कि हमारा environment जो है, उसमें peace हो।</w:t>
      </w:r>
    </w:p>
    <w:p>
      <w:r>
        <w:rPr>
          <w:b/>
        </w:rPr>
        <w:t xml:space="preserve">[23:01] </w:t>
      </w:r>
      <w:r>
        <w:t>hamari soch mein spiritual tareeqa ho.</w:t>
      </w:r>
    </w:p>
    <w:p>
      <w:pPr>
        <w:jc w:val="right"/>
      </w:pPr>
      <w:r>
        <w:t>हमारी सोच में spiritual तरीका हो।</w:t>
      </w:r>
    </w:p>
    <w:p>
      <w:r>
        <w:rPr>
          <w:b/>
        </w:rPr>
        <w:t xml:space="preserve">[23:06] </w:t>
      </w:r>
      <w:r>
        <w:t>jab tak hamare andar spirituality nahi aayegi aur mahaul mein peace nahi hoga, hum Khuda ko pa nahi sakte.</w:t>
      </w:r>
    </w:p>
    <w:p>
      <w:pPr>
        <w:jc w:val="right"/>
      </w:pPr>
      <w:r>
        <w:t>जब तक हमारे अंदर spirituality नहीं आएगी और माहौल में peace नहीं होगा, हम खुदा को पा नहीं सकते।</w:t>
      </w:r>
    </w:p>
    <w:p>
      <w:r>
        <w:rPr>
          <w:b/>
        </w:rPr>
        <w:t xml:space="preserve">[23:10] </w:t>
      </w:r>
      <w:r>
        <w:t>sabse badi sachchai bilashuba Khuda hai, lekin Khuda ko paane ke liye zaroori hai ki hamare andar positive thinking ho.</w:t>
      </w:r>
    </w:p>
    <w:p>
      <w:pPr>
        <w:jc w:val="right"/>
      </w:pPr>
      <w:r>
        <w:t>सबसे बड़ी सच्चाई बिलाशुबा खुदा है, लेकिन खुदा को पाने के लिए ज़रूरी है कि हमारे अंदर positive thinking हो।</w:t>
      </w:r>
    </w:p>
    <w:p>
      <w:r>
        <w:rPr>
          <w:b/>
        </w:rPr>
        <w:t xml:space="preserve">[23:14] </w:t>
      </w:r>
      <w:r>
        <w:t>aur hamare, yani jo jis mahaul mein hum reh rahe hain, usmein peace ho.</w:t>
      </w:r>
    </w:p>
    <w:p>
      <w:pPr>
        <w:jc w:val="right"/>
      </w:pPr>
      <w:r>
        <w:t>और हमारे, यानी जो जिस माहौल में हम रह रहे हैं, उसमें peace हो।</w:t>
      </w:r>
    </w:p>
    <w:p>
      <w:r>
        <w:rPr>
          <w:b/>
        </w:rPr>
        <w:t xml:space="preserve">[23:18] </w:t>
      </w:r>
      <w:r>
        <w:t>ye hai mera lakshya.</w:t>
      </w:r>
    </w:p>
    <w:p>
      <w:pPr>
        <w:jc w:val="right"/>
      </w:pPr>
      <w:r>
        <w:t>ये है मेरा लक्ष्य।</w:t>
      </w:r>
    </w:p>
    <w:p>
      <w:r>
        <w:rPr>
          <w:b/>
        </w:rPr>
        <w:t xml:space="preserve">[23:22] </w:t>
      </w:r>
      <w:r>
        <w:t>insaan ko main khuda tak hi pahunchana chahta hoon.</w:t>
      </w:r>
    </w:p>
    <w:p>
      <w:pPr>
        <w:jc w:val="right"/>
      </w:pPr>
      <w:r>
        <w:t>इंसान को मैं खुदा तक ही पहुँचाना चाहता हूँ।</w:t>
      </w:r>
    </w:p>
    <w:p>
      <w:r>
        <w:rPr>
          <w:b/>
        </w:rPr>
        <w:t xml:space="preserve">[23:26] </w:t>
      </w:r>
      <w:r>
        <w:t>lekin khuda tak pahunchane ke liye zaroori hai ki uske andar positive thinking ho.</w:t>
      </w:r>
    </w:p>
    <w:p>
      <w:pPr>
        <w:jc w:val="right"/>
      </w:pPr>
      <w:r>
        <w:t>लेकिन खुदा तक पहुँचाने के लिए ज़रूरी है कि उसके अंदर positive thinking हो।</w:t>
      </w:r>
    </w:p>
    <w:p>
      <w:r>
        <w:rPr>
          <w:b/>
        </w:rPr>
        <w:t xml:space="preserve">[23:30] </w:t>
      </w:r>
      <w:r>
        <w:t>aur wo peaceful mahol usko hasil ho.</w:t>
      </w:r>
    </w:p>
    <w:p>
      <w:pPr>
        <w:jc w:val="right"/>
      </w:pPr>
      <w:r>
        <w:t>और वो peaceful माहौल उसको हासिल हो।</w:t>
      </w:r>
    </w:p>
    <w:p>
      <w:r>
        <w:rPr>
          <w:b/>
        </w:rPr>
        <w:t xml:space="preserve">[23:35] </w:t>
      </w:r>
      <w:r>
        <w:t>aapka janm Azamgarh mein hua. aur Azamgarh se nikal kar aap na sirf Delhi balki duniya bhar mein jo hai, shanti ka sandesh pahunchane ka kaam kar rahe hain. kaise aapka rujhan hua ki aapko samajik kshetra mein apna jeevan bitana hai?</w:t>
      </w:r>
    </w:p>
    <w:p>
      <w:pPr>
        <w:jc w:val="right"/>
      </w:pPr>
      <w:r>
        <w:t>आपका जन्म आजमगढ़ में हुआ। और आजमगढ़ से निकलकर आप ना सिर्फ दिल्ली बल्कि दुनिया भर में जो है, शांति का संदेश पहुँचाने का काम कर रहे हैं। कैसे आपका रुझान हुआ कि आपको सामाजिक क्षेत्र में अपना जीवन बिताना है?</w:t>
      </w:r>
    </w:p>
    <w:p>
      <w:r>
        <w:rPr>
          <w:b/>
        </w:rPr>
        <w:t xml:space="preserve">[23:48] </w:t>
      </w:r>
      <w:r>
        <w:t>ye to dekhiye, unnees saintaalis ke baad hua tha.</w:t>
      </w:r>
    </w:p>
    <w:p>
      <w:pPr>
        <w:jc w:val="right"/>
      </w:pPr>
      <w:r>
        <w:t>ये तो देखिए, उन्नीस सैंतालीस के बाद हुआ था।</w:t>
      </w:r>
    </w:p>
    <w:p>
      <w:r>
        <w:rPr>
          <w:b/>
        </w:rPr>
        <w:t xml:space="preserve">[23:52] </w:t>
      </w:r>
      <w:r>
        <w:t>aap jante hain ki unnees saintaalis ke baad india mein communal right shuru ho gaye.</w:t>
      </w:r>
    </w:p>
    <w:p>
      <w:pPr>
        <w:jc w:val="right"/>
      </w:pPr>
      <w:r>
        <w:t>आप जानते हैं कि उन्नीस सैंतालीस के बाद इंडिया में कम्युनल राइट शुरू हो गए।</w:t>
      </w:r>
    </w:p>
    <w:p>
      <w:r>
        <w:rPr>
          <w:b/>
        </w:rPr>
        <w:t xml:space="preserve">[23:56] </w:t>
      </w:r>
      <w:r>
        <w:t>aur nafrat badh gayi.</w:t>
      </w:r>
    </w:p>
    <w:p>
      <w:pPr>
        <w:jc w:val="right"/>
      </w:pPr>
      <w:r>
        <w:t>और नफरत बढ़ गई।</w:t>
      </w:r>
    </w:p>
    <w:p>
      <w:r>
        <w:rPr>
          <w:b/>
        </w:rPr>
        <w:t xml:space="preserve">[24:00] </w:t>
      </w:r>
      <w:r>
        <w:t>tashaddud badh gaya.</w:t>
      </w:r>
    </w:p>
    <w:p>
      <w:pPr>
        <w:jc w:val="right"/>
      </w:pPr>
      <w:r>
        <w:t>तशदूद बढ़ गया।</w:t>
      </w:r>
    </w:p>
    <w:p>
      <w:r>
        <w:rPr>
          <w:b/>
        </w:rPr>
        <w:t xml:space="preserve">[24:04] </w:t>
      </w:r>
      <w:r>
        <w:t>aur mahatma gandhi ne apne aap ko isi mein dedicate kar diya tha.</w:t>
      </w:r>
    </w:p>
    <w:p>
      <w:pPr>
        <w:jc w:val="right"/>
      </w:pPr>
      <w:r>
        <w:t>और महात्मा गाँधी ने अपने आप को इसी में dedicate कर दिया था।</w:t>
      </w:r>
    </w:p>
    <w:p>
      <w:r>
        <w:rPr>
          <w:b/>
        </w:rPr>
        <w:t xml:space="preserve">[24:08] </w:t>
      </w:r>
      <w:r>
        <w:t>mahatma gandhi ye chahte the ki unnees saintaalis ke baad ki apne aap ko poori tarah laga dein</w:t>
      </w:r>
    </w:p>
    <w:p>
      <w:pPr>
        <w:jc w:val="right"/>
      </w:pPr>
      <w:r>
        <w:t>महात्मा गाँधी ये चाहते थे कि उन्नीस सैंतालीस के बाद कि अपने आप को पूरी तरह लगा दें</w:t>
      </w:r>
    </w:p>
    <w:p>
      <w:r>
        <w:rPr>
          <w:b/>
        </w:rPr>
        <w:t xml:space="preserve">[24:12] </w:t>
      </w:r>
      <w:r>
        <w:t>desh mein shanti lane ke liye.</w:t>
      </w:r>
    </w:p>
    <w:p>
      <w:pPr>
        <w:jc w:val="right"/>
      </w:pPr>
      <w:r>
        <w:t>देश में शांति लाने के लिए।</w:t>
      </w:r>
    </w:p>
    <w:p>
      <w:r>
        <w:rPr>
          <w:b/>
        </w:rPr>
        <w:t xml:space="preserve">[24:16] </w:t>
      </w:r>
      <w:r>
        <w:t>اگر گولی، گولی نا ماری گئی ہو تو ان کو، تو ان کا مشن وہی ہوتا ہے جو میرا مشن ہے۔</w:t>
      </w:r>
    </w:p>
    <w:p>
      <w:pPr>
        <w:jc w:val="right"/>
      </w:pPr>
      <w:r>
        <w:t>अगर गोली, गोली ना मारी गई हो तो उनको, तो उनका मिशन वही होता है जो मेरा मिशन है।</w:t>
      </w:r>
    </w:p>
    <w:p>
      <w:r>
        <w:rPr>
          <w:b/>
        </w:rPr>
        <w:t xml:space="preserve">[24:20] </w:t>
      </w:r>
      <w:r>
        <w:t>maine abhi ek article likha hai.</w:t>
      </w:r>
    </w:p>
    <w:p>
      <w:pPr>
        <w:jc w:val="right"/>
      </w:pPr>
      <w:r>
        <w:t>मैंने अभी एक आर्टिकल लिखा है।</w:t>
      </w:r>
    </w:p>
    <w:p>
      <w:r>
        <w:rPr>
          <w:b/>
        </w:rPr>
        <w:t xml:space="preserve">[24:24] </w:t>
      </w:r>
      <w:r>
        <w:t>uska yahi maine usmein dikhaya ki main gandhi ke mission ko revive kar raha hoon.</w:t>
      </w:r>
    </w:p>
    <w:p>
      <w:pPr>
        <w:jc w:val="right"/>
      </w:pPr>
      <w:r>
        <w:t>उसका यही मैंने उसमें दिखाया कि मैं गाँधी के मिशन को revive कर रहा हूँ।</w:t>
      </w:r>
    </w:p>
    <w:p>
      <w:r>
        <w:rPr>
          <w:b/>
        </w:rPr>
        <w:t xml:space="preserve">[24:28] </w:t>
      </w:r>
      <w:r>
        <w:t>kyunki gandhi bhi dekhiye, ye mante the sab badi sachchai khuda hai.</w:t>
      </w:r>
    </w:p>
    <w:p>
      <w:pPr>
        <w:jc w:val="right"/>
      </w:pPr>
      <w:r>
        <w:t>क्योंकि गाँधी भी देखिए, ये मानते थे सब बड़ी सच्चाई खुदा है।</w:t>
      </w:r>
    </w:p>
    <w:p>
      <w:r>
        <w:rPr>
          <w:b/>
        </w:rPr>
        <w:t xml:space="preserve">[24:32] </w:t>
      </w:r>
      <w:r>
        <w:t>lekin sachchai, khuda ki sachchai tak pahunchne ke liye rasta kya hai?</w:t>
      </w:r>
    </w:p>
    <w:p>
      <w:pPr>
        <w:jc w:val="right"/>
      </w:pPr>
      <w:r>
        <w:t>लेकिन सच्चाई, खुदा की सच्चाई तक पहुँचने के लिए रास्ता क्या है?</w:t>
      </w:r>
    </w:p>
    <w:p>
      <w:r>
        <w:rPr>
          <w:b/>
        </w:rPr>
        <w:t xml:space="preserve">[24:36] </w:t>
      </w:r>
      <w:r>
        <w:t>positive thinking hai aur peace hai. jab tak yeh sab nahi hoga, toh hum ek jungle mein phanse rahenge aur Khuda tak nahi pahunchenge. aakhri sawal, desh ke naujawanon ko aapka sandesh kya hai?</w:t>
      </w:r>
    </w:p>
    <w:p>
      <w:pPr>
        <w:jc w:val="right"/>
      </w:pPr>
      <w:r>
        <w:t>Positive thinking है और peace है। जब तक ये सब नहीं होगा, तो हम एक जंगल में फंसे रहेंगे और खुदा तक नहीं पहुँचेंगे। आखिरी सवाल, देश के नौजवानों को आपका संदेश क्या है?</w:t>
      </w:r>
    </w:p>
    <w:p>
      <w:r>
        <w:rPr>
          <w:b/>
        </w:rPr>
        <w:t xml:space="preserve">[24:47] </w:t>
      </w:r>
      <w:r>
        <w:t>desh ke naujawanon ko mera sandesh ye hai ki sab kuch chhodkar sirf padho.</w:t>
      </w:r>
    </w:p>
    <w:p>
      <w:pPr>
        <w:jc w:val="right"/>
      </w:pPr>
      <w:r>
        <w:t>देश के नौजवानों को मेरा संदेश ये है कि सब कुछ छोड़कर सिर्फ पढ़ो।</w:t>
      </w:r>
    </w:p>
    <w:p>
      <w:r>
        <w:rPr>
          <w:b/>
        </w:rPr>
        <w:t xml:space="preserve">[24:51] </w:t>
      </w:r>
      <w:r>
        <w:t>padho, padho, padho.</w:t>
      </w:r>
    </w:p>
    <w:p>
      <w:pPr>
        <w:jc w:val="right"/>
      </w:pPr>
      <w:r>
        <w:t>पढ़ो, पढ़ो, पढ़ो।</w:t>
      </w:r>
    </w:p>
    <w:p>
      <w:r>
        <w:rPr>
          <w:b/>
        </w:rPr>
        <w:t xml:space="preserve">[24:55] </w:t>
      </w:r>
      <w:r>
        <w:t>strike aur bharat band aur yaani road activism aur jitna bhi ye sab ho raha hai desh mein</w:t>
      </w:r>
    </w:p>
    <w:p>
      <w:pPr>
        <w:jc w:val="right"/>
      </w:pPr>
      <w:r>
        <w:t>स्ट्राइक और भारत बंद और यानी रोड एक्टिविज्म और जितना भी ये सब हो रहा है देश में</w:t>
      </w:r>
    </w:p>
    <w:p>
      <w:r>
        <w:rPr>
          <w:b/>
        </w:rPr>
        <w:t xml:space="preserve">[24:59] </w:t>
      </w:r>
      <w:r>
        <w:t>aaye din, jisko aap dekhte hain, wo sab kuch chodo.</w:t>
      </w:r>
    </w:p>
    <w:p>
      <w:pPr>
        <w:jc w:val="right"/>
      </w:pPr>
      <w:r>
        <w:t>आए दिन, जिसको आप देखते हैं, वो सब कुछ छोड़ो।</w:t>
      </w:r>
    </w:p>
    <w:p>
      <w:r>
        <w:rPr>
          <w:b/>
        </w:rPr>
        <w:t xml:space="preserve">[25:03] </w:t>
      </w:r>
      <w:r>
        <w:t>sab kuch chhod do.</w:t>
      </w:r>
    </w:p>
    <w:p>
      <w:pPr>
        <w:jc w:val="right"/>
      </w:pPr>
      <w:r>
        <w:t>सब कुछ छोड़ दो।</w:t>
      </w:r>
    </w:p>
    <w:p>
      <w:r>
        <w:rPr>
          <w:b/>
        </w:rPr>
        <w:t xml:space="preserve">[25:08] </w:t>
      </w:r>
      <w:r>
        <w:t>mahatma gandhi ne us zamane mein jabki yahan british the, to unhone ye tareeka ikhtiyar kiya tha hadtal wagairah ka.</w:t>
      </w:r>
    </w:p>
    <w:p>
      <w:pPr>
        <w:jc w:val="right"/>
      </w:pPr>
      <w:r>
        <w:t>महात्मा गाँधी ने उस जमाने में जबकि यहाँ ब्रिटिश थे, तो उन्होंने ये तरीका اختیار किया था हड़ताल वगैरह का।</w:t>
      </w:r>
    </w:p>
    <w:p>
      <w:r>
        <w:rPr>
          <w:b/>
        </w:rPr>
        <w:t xml:space="preserve">[25:12] </w:t>
      </w:r>
      <w:r>
        <w:t>abhi bhi usi par log kayam hain.</w:t>
      </w:r>
    </w:p>
    <w:p>
      <w:pPr>
        <w:jc w:val="right"/>
      </w:pPr>
      <w:r>
        <w:t>अभी भी उसी पर लोग कायम हैं।</w:t>
      </w:r>
    </w:p>
    <w:p>
      <w:r>
        <w:rPr>
          <w:b/>
        </w:rPr>
        <w:t xml:space="preserve">[25:16] </w:t>
      </w:r>
      <w:r>
        <w:t>wo zamana khatm ho gaya.</w:t>
      </w:r>
    </w:p>
    <w:p>
      <w:pPr>
        <w:jc w:val="right"/>
      </w:pPr>
      <w:r>
        <w:t>वो जमाना खत्म हो गया।</w:t>
      </w:r>
    </w:p>
    <w:p>
      <w:r>
        <w:rPr>
          <w:b/>
        </w:rPr>
        <w:t xml:space="preserve">[25:20] </w:t>
      </w:r>
      <w:r>
        <w:t>ab sab kuch chhod do.</w:t>
      </w:r>
    </w:p>
    <w:p>
      <w:pPr>
        <w:jc w:val="right"/>
      </w:pPr>
      <w:r>
        <w:t>अब सब कुछ छोड़ दो।</w:t>
      </w:r>
    </w:p>
    <w:p>
      <w:r>
        <w:rPr>
          <w:b/>
        </w:rPr>
        <w:t xml:space="preserve">[25:24] </w:t>
      </w:r>
      <w:r>
        <w:t>no hadtal, no strike, no road activism. bas padhai.</w:t>
      </w:r>
    </w:p>
    <w:p>
      <w:pPr>
        <w:jc w:val="right"/>
      </w:pPr>
      <w:r>
        <w:t>नो हड़ताल, नो स्ट्राइक, नो रोड एक्टिविज्म। बस पढ़ाई।</w:t>
      </w:r>
    </w:p>
    <w:p>
      <w:r>
        <w:rPr>
          <w:b/>
        </w:rPr>
        <w:t xml:space="preserve">[25:29] </w:t>
      </w:r>
      <w:r>
        <w:t>abhi dekhiye, abhi ek akhbar mein chhaapa hai ke duniya ki ek sau top ki universityon ka, us mein</w:t>
      </w:r>
    </w:p>
    <w:p>
      <w:pPr>
        <w:jc w:val="right"/>
      </w:pPr>
      <w:r>
        <w:t>अभी देखिए, अभी एक अखबार में छपा है कि दुनिया की एक सौ टॉप की यूनिवर्सिटियों का, उसमें</w:t>
      </w:r>
    </w:p>
    <w:p>
      <w:r>
        <w:rPr>
          <w:b/>
        </w:rPr>
        <w:t xml:space="preserve">[25:33] </w:t>
      </w:r>
      <w:r>
        <w:t>ek bhi india ki university nahi hai.</w:t>
      </w:r>
    </w:p>
    <w:p>
      <w:pPr>
        <w:jc w:val="right"/>
      </w:pPr>
      <w:r>
        <w:t>एक भी इंडिया की यूनिवर्सिटी नहीं है।</w:t>
      </w:r>
    </w:p>
    <w:p>
      <w:r>
        <w:rPr>
          <w:b/>
        </w:rPr>
        <w:t xml:space="preserve">[25:37] </w:t>
      </w:r>
      <w:r>
        <w:t>ek bhi india ki university nahi hai top hundred mein.</w:t>
      </w:r>
    </w:p>
    <w:p>
      <w:pPr>
        <w:jc w:val="right"/>
      </w:pPr>
      <w:r>
        <w:t>एक भी इंडिया की यूनिवर्सिटी नहीं है टॉप हंड्रेड में।</w:t>
      </w:r>
    </w:p>
    <w:p>
      <w:r>
        <w:rPr>
          <w:b/>
        </w:rPr>
        <w:t xml:space="preserve">[25:41] </w:t>
      </w:r>
      <w:r>
        <w:t>to kyu padhne ke log padhne par dhyan kam dete hain aur ye sab baatein kar rahe hain?</w:t>
      </w:r>
    </w:p>
    <w:p>
      <w:pPr>
        <w:jc w:val="right"/>
      </w:pPr>
      <w:r>
        <w:t>तो क्यों पढ़ने के लोग पढ़ने पर ध्यान कम देते हैं और ये सब बातें कर रहे हैं?</w:t>
      </w:r>
    </w:p>
    <w:p>
      <w:r>
        <w:rPr>
          <w:b/>
        </w:rPr>
        <w:t xml:space="preserve">[25:46] </w:t>
      </w:r>
      <w:r>
        <w:t>toh main naujawanon ko kahunga sab kuch chhod do, sab kuch chhod do, padho, padho, padho, padho. India ka har aadmi jo hai rubber bane. har aadmi jo hai nobel prize le. har aadmi ek zamana tha ki India mein ilm bahut zyada tha. India ne duniya ko aap jaante hain ki zero diya. India ne duniya ko science di. ab kya hai?</w:t>
      </w:r>
    </w:p>
    <w:p>
      <w:pPr>
        <w:jc w:val="right"/>
      </w:pPr>
      <w:r>
        <w:t>तो मैं नौजवानों को कहूँगा सब कुछ छोड़ो, सब कुछ छोड़ो, पढ़ो, पढ़ो, पढ़ो, पढ़ो। इंडिया का हर आदमी जो है रबड़ बने। हर आदमी जो है नोबेल प्राइज ले। हर आदमी एक जमाना था कि इंडिया में इल्म बहुत ज्यादा था। इंडिया ने दुनिया को आप जानते हैं कि जीरो दिया। इंडिया ने दुनिया को साइंस दी। अब क्या है?</w:t>
      </w:r>
    </w:p>
    <w:p>
      <w:r>
        <w:rPr>
          <w:b/>
        </w:rPr>
        <w:t xml:space="preserve">[26:11] </w:t>
      </w:r>
      <w:r>
        <w:t>ab, ab jhagda fasa zyada hai. toh main yahi kahunga aur aajkal naujawanon se kahunga ki har cheez chhod do aur sirf padhai mein saara dhyan apna laga do.</w:t>
      </w:r>
    </w:p>
    <w:p>
      <w:pPr>
        <w:jc w:val="right"/>
      </w:pPr>
      <w:r>
        <w:t>अब, अब झगड़ा फसा ज्यादा है। तो मैं यही कहूँगा और आजकल नौजवानों से कहूँगा कि हर चीज छोड़ो और सिर्फ पढ़ाई में सारा ध्यान अपना लगा दो।</w:t>
      </w:r>
    </w:p>
    <w:p>
      <w:r>
        <w:rPr>
          <w:b/>
        </w:rPr>
        <w:t xml:space="preserve">[26:21] </w:t>
      </w:r>
      <w:r>
        <w:t>ji, bahut-bahut dhanyawad Doordarshan se is khoobsurat baatcheet ke liye Maulana saahab. toh yeh the desh ke jaane-maane Islami vidwan Maulana Wahiduddin Khan ji, jinhone hamare tamam sawalon ka bebaki ke saath jawab diya. agle hafte aapse phir mulaqat hogi theek isi samay aapke apne lokpriya karyakram ek mulaqat mein desh ki ek aur badi hasti ke saath. tab tak namaskar.</w:t>
      </w:r>
    </w:p>
    <w:p>
      <w:pPr>
        <w:jc w:val="right"/>
      </w:pPr>
      <w:r>
        <w:t>जी, बहुत-बहुत धन्यवाद दूरदर्शन से इस खूबसूरत बातचीत के लिए मौलाना साहब। तो ये थे देश के जानेमाने इस्लामी विद्वान मौलाना वहीदुद्दीन खान जी, जिन्होंने हमारे तमाम सवालों का बेबाकी के साथ जवाब दिया। अगले सप्ताह आपसे फिर मुलाकात होगी ठीक इसी समय आपके अपने लोकप्रिय कार्यक्रम एक मुलाकात में देश की एक और बड़ी हस्ती के साथ। तब तक नमस्कार।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