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Contribution of Sufism In India I May 29, 2011</w:t>
      </w:r>
    </w:p>
    <w:p>
      <w:r>
        <w:t>https://www.youtube.com/watch?v=OLLDeRyx-qU</w:t>
      </w:r>
    </w:p>
    <w:p>
      <w:r>
        <w:rPr>
          <w:b/>
        </w:rPr>
        <w:t xml:space="preserve">[00:05] </w:t>
      </w:r>
      <w:r>
        <w:t>bismillah hir rahman nir rahim, wasallallahu ala nabi 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[00:08] </w:t>
      </w:r>
      <w:r>
        <w:t>rab ishrah li sadri, wa yassir li amri, wahlu al-uqdatan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[00:14] </w:t>
      </w:r>
      <w:r>
        <w:t>aaj ka topic hai contribution of sufism, yani hindustan mein sufism ka contribution.</w:t>
      </w:r>
    </w:p>
    <w:p>
      <w:pPr>
        <w:jc w:val="right"/>
      </w:pPr>
      <w:r>
        <w:t>آج کا ٹاپک ہے کنٹریبیوشن آف صوفی ازم، یعنی ہندوستان میں صوفی ازم کا کنٹریبیوشن۔</w:t>
      </w:r>
    </w:p>
    <w:p>
      <w:r>
        <w:rPr>
          <w:b/>
        </w:rPr>
        <w:t xml:space="preserve">[00:20] </w:t>
      </w:r>
      <w:r>
        <w:t>main samajhta hoon ke india ki tareekh jo hai, musalmanon ki, iska ek bahut hi aham chapter</w:t>
      </w:r>
    </w:p>
    <w:p>
      <w:pPr>
        <w:jc w:val="right"/>
      </w:pPr>
      <w:r>
        <w:t>میں سمجھتا ہوں کہ انڈیا کی تاریخ جو ہے، مسلمانوں کی، اس کا ایک بہت ہی اہم چیپٹر</w:t>
      </w:r>
    </w:p>
    <w:p>
      <w:r>
        <w:rPr>
          <w:b/>
        </w:rPr>
        <w:t xml:space="preserve">[00:28] </w:t>
      </w:r>
      <w:r>
        <w:t>hai woh jo sufiyon ke zareeye tehreer hua.</w:t>
      </w:r>
    </w:p>
    <w:p>
      <w:pPr>
        <w:jc w:val="right"/>
      </w:pPr>
      <w:r>
        <w:t>ہے وہ جو صوفیوں کے ذریعے تحریر ہوا۔</w:t>
      </w:r>
    </w:p>
    <w:p>
      <w:r>
        <w:rPr>
          <w:b/>
        </w:rPr>
        <w:t xml:space="preserve">[00:31] </w:t>
      </w:r>
      <w:r>
        <w:t>sufiyon ki tareekh ke baghair india ki muslim tareekh adhuri hai.</w:t>
      </w:r>
    </w:p>
    <w:p>
      <w:pPr>
        <w:jc w:val="right"/>
      </w:pPr>
      <w:r>
        <w:t>صوفیوں کی تاریخ کے بغیر انڈیا کی مسلم تاریخ ادھوری ہے۔</w:t>
      </w:r>
    </w:p>
    <w:p>
      <w:r>
        <w:rPr>
          <w:b/>
        </w:rPr>
        <w:t xml:space="preserve">[00:36] </w:t>
      </w:r>
      <w:r>
        <w:t>misalan dekhiye, khwaja moinuddin chishti bahut hi mashhoor sufi hain.</w:t>
      </w:r>
    </w:p>
    <w:p>
      <w:pPr>
        <w:jc w:val="right"/>
      </w:pPr>
      <w:r>
        <w:t>مثلاً دیکھیے، خواجہ معین الدین چشتی بہت ہی مشہور صوفی ہیں۔</w:t>
      </w:r>
    </w:p>
    <w:p>
      <w:r>
        <w:rPr>
          <w:b/>
        </w:rPr>
        <w:t xml:space="preserve">[00:41] </w:t>
      </w:r>
      <w:r>
        <w:t>chisht india se bahar, central asia ka ek maqam hai, wahan par chishti silsila sufi ka paida hua.</w:t>
      </w:r>
    </w:p>
    <w:p>
      <w:pPr>
        <w:jc w:val="right"/>
      </w:pPr>
      <w:r>
        <w:t>چشت انڈیا سے باہر، سینٹرل ایشیا کا ایک مقام ہے، وہاں پر چشتی سلسلہ صوفی کا پیدا ہوا۔</w:t>
      </w:r>
    </w:p>
    <w:p>
      <w:r>
        <w:rPr>
          <w:b/>
        </w:rPr>
        <w:t xml:space="preserve">[00:49] </w:t>
      </w:r>
      <w:r>
        <w:t>isko bila karte thay khwaja moinuddin chishti.</w:t>
      </w:r>
    </w:p>
    <w:p>
      <w:pPr>
        <w:jc w:val="right"/>
      </w:pPr>
      <w:r>
        <w:t>اس کو بلا کرتے تھے خواجہ معین الدین چشتی۔</w:t>
      </w:r>
    </w:p>
    <w:p>
      <w:r>
        <w:rPr>
          <w:b/>
        </w:rPr>
        <w:t xml:space="preserve">[00:52] </w:t>
      </w:r>
      <w:r>
        <w:t>woh barahwin sadi mein india mein aaye, barahwin sadi mein, aur india mein bahut bada unhon ne karmana</w:t>
      </w:r>
    </w:p>
    <w:p>
      <w:pPr>
        <w:jc w:val="right"/>
      </w:pPr>
      <w:r>
        <w:t>وہ بارہویں صدی میں انڈیا میں آئے، بارہویں صدی میں، اور انڈیا میں بہت بڑا انہوں نے کارنامہ</w:t>
      </w:r>
    </w:p>
    <w:p>
      <w:r>
        <w:rPr>
          <w:b/>
        </w:rPr>
        <w:t xml:space="preserve">[01:00] </w:t>
      </w:r>
      <w:r>
        <w:t>anjaam diya.</w:t>
      </w:r>
    </w:p>
    <w:p>
      <w:pPr>
        <w:jc w:val="right"/>
      </w:pPr>
      <w:r>
        <w:t>انجام دیا۔</w:t>
      </w:r>
    </w:p>
    <w:p>
      <w:r>
        <w:rPr>
          <w:b/>
        </w:rPr>
        <w:t xml:space="preserve">[01:02] </w:t>
      </w:r>
      <w:r>
        <w:t>unka maslak kya tha, isko chishti order ke ek sufi ne in lafzon mein bayan kiya</w:t>
      </w:r>
    </w:p>
    <w:p>
      <w:pPr>
        <w:jc w:val="right"/>
      </w:pPr>
      <w:r>
        <w:t>ان کا مسلک کیا تھا، اس کو چشتی آرڈر کے ایک صوفی نے ان لفظوں میں بیان کیا</w:t>
      </w:r>
    </w:p>
    <w:p>
      <w:r>
        <w:rPr>
          <w:b/>
        </w:rPr>
        <w:t xml:space="preserve">[01:09] </w:t>
      </w:r>
      <w:r>
        <w:t>ke "dar tareeq mahast" ke hindu o musalman ke darmiyan hindu o musalman sulah bayad.</w:t>
      </w:r>
    </w:p>
    <w:p>
      <w:pPr>
        <w:jc w:val="right"/>
      </w:pPr>
      <w:r>
        <w:t>کہ "در طریق ماہست" کہ ہندو و مسلمان کے درمیان ہندو و مسلمان صلح بائید۔</w:t>
      </w:r>
    </w:p>
    <w:p>
      <w:r>
        <w:rPr>
          <w:b/>
        </w:rPr>
        <w:t xml:space="preserve">[01:16] </w:t>
      </w:r>
      <w:r>
        <w:t>dar tareeq mahast ke darmiyan hindu o musalman sulah bayad.</w:t>
      </w:r>
    </w:p>
    <w:p>
      <w:pPr>
        <w:jc w:val="right"/>
      </w:pPr>
      <w:r>
        <w:t>در طریق ماہست کے درمیان ہندو و مسلمان صلح بائید۔</w:t>
      </w:r>
    </w:p>
    <w:p>
      <w:r>
        <w:rPr>
          <w:b/>
        </w:rPr>
        <w:t xml:space="preserve">[01:20] </w:t>
      </w:r>
      <w:r>
        <w:t>yani hamara tareeqa yeh hai ke hindu o musalmanon ke darmiyan sulah ka talluq hona chahiye.</w:t>
      </w:r>
    </w:p>
    <w:p>
      <w:pPr>
        <w:jc w:val="right"/>
      </w:pPr>
      <w:r>
        <w:t>یعنی ہمارا طریقہ یہ ہے کہ ہندو و مسلمانوں کے درمیان صلح کا تعلق ہونا چاہیے۔</w:t>
      </w:r>
    </w:p>
    <w:p>
      <w:r>
        <w:rPr>
          <w:b/>
        </w:rPr>
        <w:t xml:space="preserve">[01:27] </w:t>
      </w:r>
      <w:r>
        <w:t>yeh dekhiye saada baat nahi hai, yeh bahut hi zyada aham baat hai.</w:t>
      </w:r>
    </w:p>
    <w:p>
      <w:pPr>
        <w:jc w:val="right"/>
      </w:pPr>
      <w:r>
        <w:t>یہ دیکھیے سادہ بات نہیں ہے، یہ بہت ہی زیادہ اہم بات ہے۔</w:t>
      </w:r>
    </w:p>
    <w:p>
      <w:r>
        <w:rPr>
          <w:b/>
        </w:rPr>
        <w:t xml:space="preserve">[01:33] </w:t>
      </w:r>
      <w:r>
        <w:t>india mein dekhiye pehle aaye general qism ke log, fateh qism ke log, unhon ne yahan hukoomat ki</w:t>
      </w:r>
    </w:p>
    <w:p>
      <w:pPr>
        <w:jc w:val="right"/>
      </w:pPr>
      <w:r>
        <w:t>انڈیا میں دیکھیے پہلے آئے جنرل قسم کے لوگ، فاتح قسم کے لوگ، انہوں نے یہاں حکومت کی</w:t>
      </w:r>
    </w:p>
    <w:p>
      <w:r>
        <w:rPr>
          <w:b/>
        </w:rPr>
        <w:t xml:space="preserve">[01:40] </w:t>
      </w:r>
      <w:r>
        <w:t>aur siyasat ki tareekh banayi.</w:t>
      </w:r>
    </w:p>
    <w:p>
      <w:pPr>
        <w:jc w:val="right"/>
      </w:pPr>
      <w:r>
        <w:t>اور سیاست کی تاریخ بنائی۔</w:t>
      </w:r>
    </w:p>
    <w:p>
      <w:r>
        <w:rPr>
          <w:b/>
        </w:rPr>
        <w:t xml:space="preserve">[01:42] </w:t>
      </w:r>
      <w:r>
        <w:t>is se islam ki image yeh ban gayi ke islam talwar ka mazhab hai, islam is a religion</w:t>
      </w:r>
    </w:p>
    <w:p>
      <w:pPr>
        <w:jc w:val="right"/>
      </w:pPr>
      <w:r>
        <w:t>اس سے اسلام کی امیج یہ بن گئی کہ اسلام تلوار کا مذہب ہے، اسلام از اے لیجن</w:t>
      </w:r>
    </w:p>
    <w:p>
      <w:r>
        <w:rPr>
          <w:b/>
        </w:rPr>
        <w:t xml:space="preserve">[01:50] </w:t>
      </w:r>
      <w:r>
        <w:t>of sword.</w:t>
      </w:r>
    </w:p>
    <w:p>
      <w:pPr>
        <w:jc w:val="right"/>
      </w:pPr>
      <w:r>
        <w:t>آف سوڈ۔</w:t>
      </w:r>
    </w:p>
    <w:p>
      <w:r>
        <w:rPr>
          <w:b/>
        </w:rPr>
        <w:t xml:space="preserve">[01:52] </w:t>
      </w:r>
      <w:r>
        <w:t>yeh image ban gayi.</w:t>
      </w:r>
    </w:p>
    <w:p>
      <w:pPr>
        <w:jc w:val="right"/>
      </w:pPr>
      <w:r>
        <w:t>یہ امیج بن گئی۔</w:t>
      </w:r>
    </w:p>
    <w:p>
      <w:r>
        <w:rPr>
          <w:b/>
        </w:rPr>
        <w:t xml:space="preserve">[01:53] </w:t>
      </w:r>
      <w:r>
        <w:t>toh main samajhta hoon ke sufiyon ka jo silsila india mein shuru hua, woh ek aitbar se image</w:t>
      </w:r>
    </w:p>
    <w:p>
      <w:pPr>
        <w:jc w:val="right"/>
      </w:pPr>
      <w:r>
        <w:t>تو میں سمجھتا ہوں کہ صوفیوں کا جو سلسلہ انڈیا میں شروع ہوا، وہ ایک اعتبار سے امیج</w:t>
      </w:r>
    </w:p>
    <w:p>
      <w:r>
        <w:rPr>
          <w:b/>
        </w:rPr>
        <w:t xml:space="preserve">[02:01] </w:t>
      </w:r>
      <w:r>
        <w:t>building process tha.</w:t>
      </w:r>
    </w:p>
    <w:p>
      <w:pPr>
        <w:jc w:val="right"/>
      </w:pPr>
      <w:r>
        <w:t>بلڈنگ پراسیس تھا۔</w:t>
      </w:r>
    </w:p>
    <w:p>
      <w:r>
        <w:rPr>
          <w:b/>
        </w:rPr>
        <w:t xml:space="preserve">[02:03] </w:t>
      </w:r>
      <w:r>
        <w:t>yani islam ki tareekh ko sahi rokh par lana.</w:t>
      </w:r>
    </w:p>
    <w:p>
      <w:pPr>
        <w:jc w:val="right"/>
      </w:pPr>
      <w:r>
        <w:t>یعنی اسلام کی تاریخ کو صحیح رخ پر لانا۔</w:t>
      </w:r>
    </w:p>
    <w:p>
      <w:r>
        <w:rPr>
          <w:b/>
        </w:rPr>
        <w:t xml:space="preserve">[02:06] </w:t>
      </w:r>
      <w:r>
        <w:t>yeh bahut hi bada karmana hai sufi logon ka.</w:t>
      </w:r>
    </w:p>
    <w:p>
      <w:pPr>
        <w:jc w:val="right"/>
      </w:pPr>
      <w:r>
        <w:t>یہ بہت ہی بڑا کارنامہ ہے صوفی لوگوں کا۔</w:t>
      </w:r>
    </w:p>
    <w:p>
      <w:r>
        <w:rPr>
          <w:b/>
        </w:rPr>
        <w:t xml:space="preserve">[02:10] </w:t>
      </w:r>
      <w:r>
        <w:t>unhon ne islam ki tareekh ko jang se sulah ki taraf, tashaddud se milap ki taraf laye.</w:t>
      </w:r>
    </w:p>
    <w:p>
      <w:pPr>
        <w:jc w:val="right"/>
      </w:pPr>
      <w:r>
        <w:t>انہوں نے اسلام کی تاریخ کو جنگ سے صلح کی طرف، تشدد سے میل ملاپ کی طرف لائے۔</w:t>
      </w:r>
    </w:p>
    <w:p>
      <w:r>
        <w:rPr>
          <w:b/>
        </w:rPr>
        <w:t xml:space="preserve">[02:18] </w:t>
      </w:r>
      <w:r>
        <w:t>yeh bohat hi bara karnamey hai.</w:t>
      </w:r>
    </w:p>
    <w:p>
      <w:pPr>
        <w:jc w:val="right"/>
      </w:pPr>
      <w:r>
        <w:t>یہ بہت ہی بڑا کارنامہ ہے۔</w:t>
      </w:r>
    </w:p>
    <w:p>
      <w:r>
        <w:rPr>
          <w:b/>
        </w:rPr>
        <w:t xml:space="preserve">[02:21] </w:t>
      </w:r>
      <w:r>
        <w:t>yani soofiyon ki tareekh se pehley yeh kaha jata tha ke Islam jang aur talwar ka mazhab hai.</w:t>
      </w:r>
    </w:p>
    <w:p>
      <w:pPr>
        <w:jc w:val="right"/>
      </w:pPr>
      <w:r>
        <w:t>یعنی صوفیوں کی تاریخ سے پہلے یہ کہا جاتا تھا کہ اسلام جنگ اور تلوار کا مذہب ہے۔</w:t>
      </w:r>
    </w:p>
    <w:p>
      <w:r>
        <w:rPr>
          <w:b/>
        </w:rPr>
        <w:t xml:space="preserve">[02:28] </w:t>
      </w:r>
      <w:r>
        <w:t>aap jantey hain ke Khwaja Moinuddin Chishti ke zariye India mein lakhon lakh log Islam mein dakhil</w:t>
      </w:r>
    </w:p>
    <w:p>
      <w:pPr>
        <w:jc w:val="right"/>
      </w:pPr>
      <w:r>
        <w:t>آپ جانتے ہیں کہ خواجہ معین الدین چشتی کے ذریعے انڈیا میں لاکھوں لاکھ لوگ اسلام میں داخل</w:t>
      </w:r>
    </w:p>
    <w:p>
      <w:r>
        <w:rPr>
          <w:b/>
        </w:rPr>
        <w:t xml:space="preserve">[02:36] </w:t>
      </w:r>
      <w:r>
        <w:t>huye, lekin kabhi unhon ne talwar nahi chalai.</w:t>
      </w:r>
    </w:p>
    <w:p>
      <w:pPr>
        <w:jc w:val="right"/>
      </w:pPr>
      <w:r>
        <w:t>ہوئے، لیکن کبھی انہوں نے تلوار نہیں چلائی۔</w:t>
      </w:r>
    </w:p>
    <w:p>
      <w:r>
        <w:rPr>
          <w:b/>
        </w:rPr>
        <w:t xml:space="preserve">[02:39] </w:t>
      </w:r>
      <w:r>
        <w:t>aur khud Hindu scholar ne yeh mana ke yeh jo Islam ki ishaat ki in logon ne, woh</w:t>
      </w:r>
    </w:p>
    <w:p>
      <w:pPr>
        <w:jc w:val="right"/>
      </w:pPr>
      <w:r>
        <w:t>اور خود ہندو اسکالر نے یہ مانا کہ یہ جو اسلام کی اشاعت کی ان لوگوں نے، وہ</w:t>
      </w:r>
    </w:p>
    <w:p>
      <w:r>
        <w:rPr>
          <w:b/>
        </w:rPr>
        <w:t xml:space="preserve">[02:47] </w:t>
      </w:r>
      <w:r>
        <w:t>pyar o mohabbat se thi.</w:t>
      </w:r>
    </w:p>
    <w:p>
      <w:pPr>
        <w:jc w:val="right"/>
      </w:pPr>
      <w:r>
        <w:t>پیار و محبت سے تھی۔</w:t>
      </w:r>
    </w:p>
    <w:p>
      <w:r>
        <w:rPr>
          <w:b/>
        </w:rPr>
        <w:t xml:space="preserve">[02:49] </w:t>
      </w:r>
      <w:r>
        <w:t>Swami Vivekananda ne likha hai ke "It is nonsense to say that Hindus were converted to Islam by</w:t>
      </w:r>
    </w:p>
    <w:p>
      <w:pPr>
        <w:jc w:val="right"/>
      </w:pPr>
      <w:r>
        <w:t>سوامی ویکانند نے لکھا ہے کہ "It is nonsense to say that Hindus were converted to Islam by</w:t>
      </w:r>
    </w:p>
    <w:p>
      <w:r>
        <w:rPr>
          <w:b/>
        </w:rPr>
        <w:t xml:space="preserve">[02:57] </w:t>
      </w:r>
      <w:r>
        <w:t>force." to yeh jo kaha unhon ne, yeh kehney ka mauqa kaisey mila? Soofiyon ke zariye se.</w:t>
      </w:r>
    </w:p>
    <w:p>
      <w:pPr>
        <w:jc w:val="right"/>
      </w:pPr>
      <w:r>
        <w:t>force." تو یہ جو کہا انہوں نے، یہ کہنے کا موقع کیسے ملا؟ صوفیوں کے ذریعے سے۔</w:t>
      </w:r>
    </w:p>
    <w:p>
      <w:r>
        <w:rPr>
          <w:b/>
        </w:rPr>
        <w:t xml:space="preserve">[03:04] </w:t>
      </w:r>
      <w:r>
        <w:t>Soofiyon ne jo image banai Islam ki, us ki wajah se un ko yeh kehney ka mauqa mila.</w:t>
      </w:r>
    </w:p>
    <w:p>
      <w:pPr>
        <w:jc w:val="right"/>
      </w:pPr>
      <w:r>
        <w:t>صوفیوں نے جو امیج بنائی اسلام کی، اس کی وجہ سے ان کو یہ کہنے کا موقع ملا۔</w:t>
      </w:r>
    </w:p>
    <w:p>
      <w:r>
        <w:rPr>
          <w:b/>
        </w:rPr>
        <w:t xml:space="preserve">[03:12] </w:t>
      </w:r>
      <w:r>
        <w:t>Unhon ne jo image banai thi badshahon ne, woh to us ke baraks thi.</w:t>
      </w:r>
    </w:p>
    <w:p>
      <w:pPr>
        <w:jc w:val="right"/>
      </w:pPr>
      <w:r>
        <w:t>انہوں نے جو امیج بنائی تھی بادشاہوں نے، وہ تو اس کے برعکس تھی۔</w:t>
      </w:r>
    </w:p>
    <w:p>
      <w:r>
        <w:rPr>
          <w:b/>
        </w:rPr>
        <w:t xml:space="preserve">[03:18] </w:t>
      </w:r>
      <w:r>
        <w:t>to soofiyon ka bohat hi bara karnamey hai.</w:t>
      </w:r>
    </w:p>
    <w:p>
      <w:pPr>
        <w:jc w:val="right"/>
      </w:pPr>
      <w:r>
        <w:t>تو صوفیوں کا بہت ہی بڑا کارنامہ ہے۔</w:t>
      </w:r>
    </w:p>
    <w:p>
      <w:r>
        <w:rPr>
          <w:b/>
        </w:rPr>
        <w:t xml:space="preserve">[03:21] </w:t>
      </w:r>
      <w:r>
        <w:t>aap jantey hain ke tasawwuf jo hai, Baghdad mein shuru hua, Abbasi daur ke zamaney mein.</w:t>
      </w:r>
    </w:p>
    <w:p>
      <w:pPr>
        <w:jc w:val="right"/>
      </w:pPr>
      <w:r>
        <w:t>آپ جانتے ہیں کہ تصوف جو ہے، بغداد میں شروع ہوا، عباسی دور کے زمانے میں۔</w:t>
      </w:r>
    </w:p>
    <w:p>
      <w:r>
        <w:rPr>
          <w:b/>
        </w:rPr>
        <w:t xml:space="preserve">[03:28] </w:t>
      </w:r>
      <w:r>
        <w:t>Abbasi daur mein siyasat ki dhoom ho gayi thi, jang aur fateh ke chirchey hotey they.</w:t>
      </w:r>
    </w:p>
    <w:p>
      <w:pPr>
        <w:jc w:val="right"/>
      </w:pPr>
      <w:r>
        <w:t>عباسی دور میں سیاست کی دھوم ہو گئی تھی، جنگ اور فتح کے چرچے ہوتے تھے۔</w:t>
      </w:r>
    </w:p>
    <w:p>
      <w:r>
        <w:rPr>
          <w:b/>
        </w:rPr>
        <w:t xml:space="preserve">[03:35] </w:t>
      </w:r>
      <w:r>
        <w:t>lagta tha ke Islam jo hai, kishwar kushai ka mazhab hai.</w:t>
      </w:r>
    </w:p>
    <w:p>
      <w:pPr>
        <w:jc w:val="right"/>
      </w:pPr>
      <w:r>
        <w:t>لگتا تھا کہ اسلام جو ہے، کشور کشائی کا مذہب ہے۔</w:t>
      </w:r>
    </w:p>
    <w:p>
      <w:r>
        <w:rPr>
          <w:b/>
        </w:rPr>
        <w:t xml:space="preserve">[03:40] </w:t>
      </w:r>
      <w:r>
        <w:t>to Baghdad mein kuch log uthey jinhon ne Islam ki tasweer, wohi mein jis ko mein ne kaha</w:t>
      </w:r>
    </w:p>
    <w:p>
      <w:pPr>
        <w:jc w:val="right"/>
      </w:pPr>
      <w:r>
        <w:t>تو بغداد میں کچھ لوگ اٹھے جنہوں نے اسلام کی تصویر، وہی میں جس کو میں نے کہا</w:t>
      </w:r>
    </w:p>
    <w:p>
      <w:r>
        <w:rPr>
          <w:b/>
        </w:rPr>
        <w:t xml:space="preserve">[03:48] </w:t>
      </w:r>
      <w:r>
        <w:t>image building process, image building shuru ki.</w:t>
      </w:r>
    </w:p>
    <w:p>
      <w:pPr>
        <w:jc w:val="right"/>
      </w:pPr>
      <w:r>
        <w:t>امیج بلڈنگ پراسیس، امیج بلڈنگ شروع کی۔</w:t>
      </w:r>
    </w:p>
    <w:p>
      <w:r>
        <w:rPr>
          <w:b/>
        </w:rPr>
        <w:t xml:space="preserve">[03:51] </w:t>
      </w:r>
      <w:r>
        <w:t>aur yeh barhtey barhtey barhtey India tak pohancha, Africa tak pohancha.</w:t>
      </w:r>
    </w:p>
    <w:p>
      <w:pPr>
        <w:jc w:val="right"/>
      </w:pPr>
      <w:r>
        <w:t>اور یہ بڑھتے بڑھتے بڑھتے انڈیا تک پہنچا، افریقہ تک پہنچا۔</w:t>
      </w:r>
    </w:p>
    <w:p>
      <w:r>
        <w:rPr>
          <w:b/>
        </w:rPr>
        <w:t xml:space="preserve">[03:55] </w:t>
      </w:r>
      <w:r>
        <w:t>Soofiyon ki koshishon ki wajah se hi yeh mumkin hua ke Professor Arnald ne jo kitab likhi hai,</w:t>
      </w:r>
    </w:p>
    <w:p>
      <w:pPr>
        <w:jc w:val="right"/>
      </w:pPr>
      <w:r>
        <w:t>صوفیوں کی کوششوں کی وجہ سے ہی یہ ممکن ہوا کہ پروفیسر آرنڈل نے جو کتاب لکھی ہے،</w:t>
      </w:r>
    </w:p>
    <w:p>
      <w:r>
        <w:rPr>
          <w:b/>
        </w:rPr>
        <w:t xml:space="preserve">[04:03] </w:t>
      </w:r>
      <w:r>
        <w:t>"Preaching of Islam" yani aman ke zariye Islam ka phailao, us ka khulasa hai is kitab ka.</w:t>
      </w:r>
    </w:p>
    <w:p>
      <w:pPr>
        <w:jc w:val="right"/>
      </w:pPr>
      <w:r>
        <w:t>"Preaching of Islam" یعنی امن کے ذریعے اسلام کا پھیلاؤ، اس کا خلاصہ ہے اس کتاب کا۔</w:t>
      </w:r>
    </w:p>
    <w:p>
      <w:r>
        <w:rPr>
          <w:b/>
        </w:rPr>
        <w:t xml:space="preserve">[04:10] </w:t>
      </w:r>
      <w:r>
        <w:t>aman ke zariye phailao ka yeh jo kitab unhon ne likhi, to yeh us ki base un ko</w:t>
      </w:r>
    </w:p>
    <w:p>
      <w:pPr>
        <w:jc w:val="right"/>
      </w:pPr>
      <w:r>
        <w:t>امن کے ذریعے پھیلاؤ کا یہ جو کتاب انہوں نے لکھی، تو یہ اس کی بیس ان کو</w:t>
      </w:r>
    </w:p>
    <w:p>
      <w:r>
        <w:rPr>
          <w:b/>
        </w:rPr>
        <w:t xml:space="preserve">[04:18] </w:t>
      </w:r>
      <w:r>
        <w:t>mili soofi tehreek se.</w:t>
      </w:r>
    </w:p>
    <w:p>
      <w:pPr>
        <w:jc w:val="right"/>
      </w:pPr>
      <w:r>
        <w:t>ملی صوفی تحریک سے۔</w:t>
      </w:r>
    </w:p>
    <w:p>
      <w:r>
        <w:rPr>
          <w:b/>
        </w:rPr>
        <w:t xml:space="preserve">[04:20] </w:t>
      </w:r>
      <w:r>
        <w:t>soofi tehreek se us ki base mili.</w:t>
      </w:r>
    </w:p>
    <w:p>
      <w:pPr>
        <w:jc w:val="right"/>
      </w:pPr>
      <w:r>
        <w:t>صوفی تحریک سے اس کی بیس ملی۔</w:t>
      </w:r>
    </w:p>
    <w:p>
      <w:r>
        <w:rPr>
          <w:b/>
        </w:rPr>
        <w:t xml:space="preserve">[04:23] </w:t>
      </w:r>
      <w:r>
        <w:t>to yeh bohat hi bara karnamey hai soofi logon ka jo unhon ne anjam diya, na sirf India</w:t>
      </w:r>
    </w:p>
    <w:p>
      <w:pPr>
        <w:jc w:val="right"/>
      </w:pPr>
      <w:r>
        <w:t>تو یہ بہت ہی بڑا کارنامہ ہے صوفی لوگوں کا جو انہوں نے انجام دیا، نہ صرف انڈیا</w:t>
      </w:r>
    </w:p>
    <w:p>
      <w:r>
        <w:rPr>
          <w:b/>
        </w:rPr>
        <w:t xml:space="preserve">[04:30] </w:t>
      </w:r>
      <w:r>
        <w:t>mein balkeh Africa mein, Asia mein, har jagah.</w:t>
      </w:r>
    </w:p>
    <w:p>
      <w:pPr>
        <w:jc w:val="right"/>
      </w:pPr>
      <w:r>
        <w:t>میں بلکہ افریقہ میں، ایشیا میں، ہر جگہ۔</w:t>
      </w:r>
    </w:p>
    <w:p>
      <w:r>
        <w:rPr>
          <w:b/>
        </w:rPr>
        <w:t xml:space="preserve">[04:34] </w:t>
      </w:r>
      <w:r>
        <w:t>yani agar mein aik naya lafz istemal karoon to mein yeh kahoon ga ke soofiyon se pehley jo</w:t>
      </w:r>
    </w:p>
    <w:p>
      <w:pPr>
        <w:jc w:val="right"/>
      </w:pPr>
      <w:r>
        <w:t>یعنی اگر میں ایک نیا لفظ استعمال کروں تو میں یہ کہوں گا کہ صوفیوں سے پہلے جو</w:t>
      </w:r>
    </w:p>
    <w:p>
      <w:r>
        <w:rPr>
          <w:b/>
        </w:rPr>
        <w:t xml:space="preserve">[04:42] </w:t>
      </w:r>
      <w:r>
        <w:t>islam ka dabdaba tha, woh ek qism ka siyasi dabdaba tha.</w:t>
      </w:r>
    </w:p>
    <w:p>
      <w:pPr>
        <w:jc w:val="right"/>
      </w:pPr>
      <w:r>
        <w:t>اسلام کا دبدبہ تھا، وہ ایک قسم کا سیاسی دبدبہ تھا۔</w:t>
      </w:r>
    </w:p>
    <w:p>
      <w:r>
        <w:rPr>
          <w:b/>
        </w:rPr>
        <w:t xml:space="preserve">[04:46] </w:t>
      </w:r>
      <w:r>
        <w:t>siyasi dabdaba.</w:t>
      </w:r>
    </w:p>
    <w:p>
      <w:pPr>
        <w:jc w:val="right"/>
      </w:pPr>
      <w:r>
        <w:t>سیاسی دبدبہ۔</w:t>
      </w:r>
    </w:p>
    <w:p>
      <w:r>
        <w:rPr>
          <w:b/>
        </w:rPr>
        <w:t xml:space="preserve">[04:48] </w:t>
      </w:r>
      <w:r>
        <w:t>siyasi dabdaba ek negative sense mein le aata tha.</w:t>
      </w:r>
    </w:p>
    <w:p>
      <w:pPr>
        <w:jc w:val="right"/>
      </w:pPr>
      <w:r>
        <w:t>سیاسی دبدبہ ایک نیگیٹیو سینس میں لے آتا تھا۔</w:t>
      </w:r>
    </w:p>
    <w:p>
      <w:r>
        <w:rPr>
          <w:b/>
        </w:rPr>
        <w:t xml:space="preserve">[04:52] </w:t>
      </w:r>
      <w:r>
        <w:t>sufiyon ne tareekh mein yeh kiya ke rohani dabdaba qaim kiya islam ka, jo poori tarah positive sense</w:t>
      </w:r>
    </w:p>
    <w:p>
      <w:pPr>
        <w:jc w:val="right"/>
      </w:pPr>
      <w:r>
        <w:t>صوفیوں نے تاریخ میں یہ کیا کہ روحانی دبدبہ قائم کیا اسلام کا، جو پوری طرح پازیٹیو سینس</w:t>
      </w:r>
    </w:p>
    <w:p>
      <w:r>
        <w:rPr>
          <w:b/>
        </w:rPr>
        <w:t xml:space="preserve">[04:59] </w:t>
      </w:r>
      <w:r>
        <w:t>mein mana jata hai.</w:t>
      </w:r>
    </w:p>
    <w:p>
      <w:pPr>
        <w:jc w:val="right"/>
      </w:pPr>
      <w:r>
        <w:t>میں مانا جاتا ہے۔</w:t>
      </w:r>
    </w:p>
    <w:p>
      <w:r>
        <w:rPr>
          <w:b/>
        </w:rPr>
        <w:t xml:space="preserve">[05:01] </w:t>
      </w:r>
      <w:r>
        <w:t>yani sufiyon ke zariye islam ka rohani dabdaba qaim hua.</w:t>
      </w:r>
    </w:p>
    <w:p>
      <w:pPr>
        <w:jc w:val="right"/>
      </w:pPr>
      <w:r>
        <w:t>یعنی صوفیوں کے ذریعے اسلام کا روحانی دبدبہ قائم ہوا۔</w:t>
      </w:r>
    </w:p>
    <w:p>
      <w:r>
        <w:rPr>
          <w:b/>
        </w:rPr>
        <w:t xml:space="preserve">[05:05] </w:t>
      </w:r>
      <w:r>
        <w:t>ke islam jo hai, aman ka mazhab hai, pyar ka mazhab hai, tolerance ka mazhab hai, ehtiram ka</w:t>
      </w:r>
    </w:p>
    <w:p>
      <w:pPr>
        <w:jc w:val="right"/>
      </w:pPr>
      <w:r>
        <w:t>کہ اسلام جو ہے، امن کا مذہب ہے، پیار کا مذہب ہے، ٹولرنس کا مذہب ہے، احترام کا</w:t>
      </w:r>
    </w:p>
    <w:p>
      <w:r>
        <w:rPr>
          <w:b/>
        </w:rPr>
        <w:t xml:space="preserve">[05:13] </w:t>
      </w:r>
      <w:r>
        <w:t>mazhab hai, insaniyat ka mazhab hai.</w:t>
      </w:r>
    </w:p>
    <w:p>
      <w:pPr>
        <w:jc w:val="right"/>
      </w:pPr>
      <w:r>
        <w:t>مذہب ہے، انسانیت کا مذہب ہے۔</w:t>
      </w:r>
    </w:p>
    <w:p>
      <w:r>
        <w:rPr>
          <w:b/>
        </w:rPr>
        <w:t xml:space="preserve">[05:16] </w:t>
      </w:r>
      <w:r>
        <w:t>isi ko mein keh raha hoon ke rohani dabdaba.</w:t>
      </w:r>
    </w:p>
    <w:p>
      <w:pPr>
        <w:jc w:val="right"/>
      </w:pPr>
      <w:r>
        <w:t>اسی کو میں کہہ رہا ہوں کہ روحانی دبدبہ۔</w:t>
      </w:r>
    </w:p>
    <w:p>
      <w:r>
        <w:rPr>
          <w:b/>
        </w:rPr>
        <w:t xml:space="preserve">[05:20] </w:t>
      </w:r>
      <w:r>
        <w:t>yeh kis ke zariye qaim hua? sufiyon ke zariye se.</w:t>
      </w:r>
    </w:p>
    <w:p>
      <w:pPr>
        <w:jc w:val="right"/>
      </w:pPr>
      <w:r>
        <w:t>یہ کس کے ذریعے قائم ہوا؟ صوفیوں کے ذریعے سے۔</w:t>
      </w:r>
    </w:p>
    <w:p>
      <w:r>
        <w:rPr>
          <w:b/>
        </w:rPr>
        <w:t xml:space="preserve">[05:24] </w:t>
      </w:r>
      <w:r>
        <w:t>to is mein khwaja moinuddin chishti ka bohat bara hissa hai.</w:t>
      </w:r>
    </w:p>
    <w:p>
      <w:pPr>
        <w:jc w:val="right"/>
      </w:pPr>
      <w:r>
        <w:t>تو اس میں خواجہ معین الدین چشتی کا بہت بڑا حصہ ہے۔</w:t>
      </w:r>
    </w:p>
    <w:p>
      <w:r>
        <w:rPr>
          <w:b/>
        </w:rPr>
        <w:t xml:space="preserve">[05:29] </w:t>
      </w:r>
      <w:r>
        <w:t>woh barahwin sadi isvi mein india aaye.</w:t>
      </w:r>
    </w:p>
    <w:p>
      <w:pPr>
        <w:jc w:val="right"/>
      </w:pPr>
      <w:r>
        <w:t>وہ بارہویں صدی عیسوی میں انڈیا آئے۔</w:t>
      </w:r>
    </w:p>
    <w:p>
      <w:r>
        <w:rPr>
          <w:b/>
        </w:rPr>
        <w:t xml:space="preserve">[05:32] </w:t>
      </w:r>
      <w:r>
        <w:t>woh ek tajir family ke aadmi the, un ke baap baray tajir thay.</w:t>
      </w:r>
    </w:p>
    <w:p>
      <w:pPr>
        <w:jc w:val="right"/>
      </w:pPr>
      <w:r>
        <w:t>وہ ایک تاجر فیملی کے آدمی تھے، ان کے باپ بڑے تاجر تھے۔</w:t>
      </w:r>
    </w:p>
    <w:p>
      <w:r>
        <w:rPr>
          <w:b/>
        </w:rPr>
        <w:t xml:space="preserve">[05:38] </w:t>
      </w:r>
      <w:r>
        <w:t>phir kam umri mein un ka intiqal ho gaya.</w:t>
      </w:r>
    </w:p>
    <w:p>
      <w:pPr>
        <w:jc w:val="right"/>
      </w:pPr>
      <w:r>
        <w:t>پھر کم عمری میں ان کا انتقال ہو گیا۔</w:t>
      </w:r>
    </w:p>
    <w:p>
      <w:r>
        <w:rPr>
          <w:b/>
        </w:rPr>
        <w:t xml:space="preserve">[05:41] </w:t>
      </w:r>
      <w:r>
        <w:t>yani khwaja sahab ki umar abhi kami thi ke un ka intiqal ho gaya.</w:t>
      </w:r>
    </w:p>
    <w:p>
      <w:pPr>
        <w:jc w:val="right"/>
      </w:pPr>
      <w:r>
        <w:t>یعنی خواجہ صاحب کی عمر ابھی کمی تھی کہ ان کا انتقال ہو گیا۔</w:t>
      </w:r>
    </w:p>
    <w:p>
      <w:r>
        <w:rPr>
          <w:b/>
        </w:rPr>
        <w:t xml:space="preserve">[05:47] </w:t>
      </w:r>
      <w:r>
        <w:t>phir kai aise waqiat pesh aaye ke khwaja sahab ka rukh badla, yani tijarat ki bajaye rohaniyat ki</w:t>
      </w:r>
    </w:p>
    <w:p>
      <w:pPr>
        <w:jc w:val="right"/>
      </w:pPr>
      <w:r>
        <w:t>پھر کئی ایسے واقعات پیش آئے کہ خواجہ صاحب کا رخ بدلا، یعنی تجارت کی بجائے روحانیت کی</w:t>
      </w:r>
    </w:p>
    <w:p>
      <w:r>
        <w:rPr>
          <w:b/>
        </w:rPr>
        <w:t xml:space="preserve">[05:55] </w:t>
      </w:r>
      <w:r>
        <w:t>taraf.</w:t>
      </w:r>
    </w:p>
    <w:p>
      <w:pPr>
        <w:jc w:val="right"/>
      </w:pPr>
      <w:r>
        <w:t>طرف۔</w:t>
      </w:r>
    </w:p>
    <w:p>
      <w:r>
        <w:rPr>
          <w:b/>
        </w:rPr>
        <w:t xml:space="preserve">[05:57] </w:t>
      </w:r>
      <w:r>
        <w:t>tijarat ki bajaye tasawwuf ki taraf.</w:t>
      </w:r>
    </w:p>
    <w:p>
      <w:pPr>
        <w:jc w:val="right"/>
      </w:pPr>
      <w:r>
        <w:t>تجارت کی بجائے تصوف کی طرف۔</w:t>
      </w:r>
    </w:p>
    <w:p>
      <w:r>
        <w:rPr>
          <w:b/>
        </w:rPr>
        <w:t xml:space="preserve">[05:59] </w:t>
      </w:r>
      <w:r>
        <w:t>yeh tabdeeli un ke andar aa chuki thi apne watni mein.</w:t>
      </w:r>
    </w:p>
    <w:p>
      <w:pPr>
        <w:jc w:val="right"/>
      </w:pPr>
      <w:r>
        <w:t>یہ تبدیلی ان کے اندر آ چکی تھی اپنے وطنی میں۔</w:t>
      </w:r>
    </w:p>
    <w:p>
      <w:r>
        <w:rPr>
          <w:b/>
        </w:rPr>
        <w:t xml:space="preserve">[06:04] </w:t>
      </w:r>
      <w:r>
        <w:t>phir woh india aaye.</w:t>
      </w:r>
    </w:p>
    <w:p>
      <w:pPr>
        <w:jc w:val="right"/>
      </w:pPr>
      <w:r>
        <w:t>پھر وہ انڈیا آئے۔</w:t>
      </w:r>
    </w:p>
    <w:p>
      <w:r>
        <w:rPr>
          <w:b/>
        </w:rPr>
        <w:t xml:space="preserve">[06:06] </w:t>
      </w:r>
      <w:r>
        <w:t>aur india mein un ke zariye se bohat ziyada islam phaila.</w:t>
      </w:r>
    </w:p>
    <w:p>
      <w:pPr>
        <w:jc w:val="right"/>
      </w:pPr>
      <w:r>
        <w:t>اور انڈیا میں ان کے ذریعے سے بہت زیادہ اسلام پھیلا۔</w:t>
      </w:r>
    </w:p>
    <w:p>
      <w:r>
        <w:rPr>
          <w:b/>
        </w:rPr>
        <w:t xml:space="preserve">[06:10] </w:t>
      </w:r>
      <w:r>
        <w:t>dekhiye islam phailne ka matlab yeh nahi ke conversion ke sense se mat lijiye is ko.</w:t>
      </w:r>
    </w:p>
    <w:p>
      <w:pPr>
        <w:jc w:val="right"/>
      </w:pPr>
      <w:r>
        <w:t>دیکھیے اسلام پھیلنے کا معنی یہ نہیں کہ کنورژن کے سینس سے مت لیجیے اس کو۔</w:t>
      </w:r>
    </w:p>
    <w:p>
      <w:r>
        <w:rPr>
          <w:b/>
        </w:rPr>
        <w:t xml:space="preserve">[06:17]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[06:19] </w:t>
      </w:r>
      <w:r>
        <w:t>islam ke phailne ke matlab hain ke pyar o mohabbat ka mazhab phaila, rawadari ka mazhab phaila, aman</w:t>
      </w:r>
    </w:p>
    <w:p>
      <w:pPr>
        <w:jc w:val="right"/>
      </w:pPr>
      <w:r>
        <w:t>اسلام کے پھیلنے کے معنی ہیں کہ پیار و محبت کا مذہب پھیلا، رواداری کا مذہب پھیلا، امن</w:t>
      </w:r>
    </w:p>
    <w:p>
      <w:r>
        <w:rPr>
          <w:b/>
        </w:rPr>
        <w:t xml:space="preserve">[06:26] </w:t>
      </w:r>
      <w:r>
        <w:t>ka mazhab phaila.</w:t>
      </w:r>
    </w:p>
    <w:p>
      <w:pPr>
        <w:jc w:val="right"/>
      </w:pPr>
      <w:r>
        <w:t>کا مذہب پھیلا۔</w:t>
      </w:r>
    </w:p>
    <w:p>
      <w:r>
        <w:rPr>
          <w:b/>
        </w:rPr>
        <w:t xml:space="preserve">[06:28] </w:t>
      </w:r>
      <w:r>
        <w:t>in mazhab ki ek nai tareekh likhi gai.</w:t>
      </w:r>
    </w:p>
    <w:p>
      <w:pPr>
        <w:jc w:val="right"/>
      </w:pPr>
      <w:r>
        <w:t>ان مذہب کی ایک نئی تاریخ لکھی گئی۔</w:t>
      </w:r>
    </w:p>
    <w:p>
      <w:r>
        <w:rPr>
          <w:b/>
        </w:rPr>
        <w:t xml:space="preserve">[06:31] </w:t>
      </w:r>
      <w:r>
        <w:t>mazhab ki tareekh jo larai bhadai bani hui thi, mislan bahar se jo musalman aaye to yahan rajaon</w:t>
      </w:r>
    </w:p>
    <w:p>
      <w:pPr>
        <w:jc w:val="right"/>
      </w:pPr>
      <w:r>
        <w:t>مذہب کی تاریخ جو لڑائی بھڑائی بنی ہوئی تھی، مثلاً باہر سے جو مسلمان آئے تو یہاں راجاؤں</w:t>
      </w:r>
    </w:p>
    <w:p>
      <w:r>
        <w:rPr>
          <w:b/>
        </w:rPr>
        <w:t xml:space="preserve">[06:39] </w:t>
      </w:r>
      <w:r>
        <w:t>se larai un ki hui, to is se tareekh ban rahi thi.</w:t>
      </w:r>
    </w:p>
    <w:p>
      <w:pPr>
        <w:jc w:val="right"/>
      </w:pPr>
      <w:r>
        <w:t>سے لڑائی ان کی ہوئی، تو اس سے تاریخ بن رہی تھی۔</w:t>
      </w:r>
    </w:p>
    <w:p>
      <w:r>
        <w:rPr>
          <w:b/>
        </w:rPr>
        <w:t xml:space="preserve">[06:44] </w:t>
      </w:r>
      <w:r>
        <w:t>in logon ne tareekh ko badla.</w:t>
      </w:r>
    </w:p>
    <w:p>
      <w:pPr>
        <w:jc w:val="right"/>
      </w:pPr>
      <w:r>
        <w:t>ان لوگوں نے تاریخ کو بدلا۔</w:t>
      </w:r>
    </w:p>
    <w:p>
      <w:r>
        <w:rPr>
          <w:b/>
        </w:rPr>
        <w:t xml:space="preserve">[06:47] </w:t>
      </w:r>
      <w:r>
        <w:t>aur yeh main samajhta hoon ke yeh khulasa hai chishti halqe ka jo maine abhi naqal kiya</w:t>
      </w:r>
    </w:p>
    <w:p>
      <w:pPr>
        <w:jc w:val="right"/>
      </w:pPr>
      <w:r>
        <w:t>اور یہ میں سمجھتا ہوں کہ یہ خلاصہ ہے چشتی حلقے کا جو میں نے ابھی نقل کیا</w:t>
      </w:r>
    </w:p>
    <w:p>
      <w:r>
        <w:rPr>
          <w:b/>
        </w:rPr>
        <w:t xml:space="preserve">[06:54] </w:t>
      </w:r>
      <w:r>
        <w:t>ke "dar tareeq mahast ke ba musalma o hindu sulah baayed." hamare tareeqe mein yeh hai ke musalman</w:t>
      </w:r>
    </w:p>
    <w:p>
      <w:pPr>
        <w:jc w:val="right"/>
      </w:pPr>
      <w:r>
        <w:t>کہ "در طریق ماہست کے با مسلمہ و ہندو صلح بائید۔" ہمارے طریقے میں یہ ہے کہ مسلمان</w:t>
      </w:r>
    </w:p>
    <w:p>
      <w:r>
        <w:rPr>
          <w:b/>
        </w:rPr>
        <w:t xml:space="preserve">[07:02] </w:t>
      </w:r>
      <w:r>
        <w:t>aur hindu ke darmiyan sulah hona chahiye.</w:t>
      </w:r>
    </w:p>
    <w:p>
      <w:pPr>
        <w:jc w:val="right"/>
      </w:pPr>
      <w:r>
        <w:t>اور ہندو کے درمیان صلح ہونا چاہیے۔</w:t>
      </w:r>
    </w:p>
    <w:p>
      <w:r>
        <w:rPr>
          <w:b/>
        </w:rPr>
        <w:t xml:space="preserve">[07:05] </w:t>
      </w:r>
      <w:r>
        <w:t>dekhiye yeh khud quran se makhuz hai yeh baat.</w:t>
      </w:r>
    </w:p>
    <w:p>
      <w:pPr>
        <w:jc w:val="right"/>
      </w:pPr>
      <w:r>
        <w:t>دیکھیے یہ خود قرآن سے ماخوذ ہے یہ بات۔</w:t>
      </w:r>
    </w:p>
    <w:p>
      <w:r>
        <w:rPr>
          <w:b/>
        </w:rPr>
        <w:t xml:space="preserve">[07:09] </w:t>
      </w:r>
      <w:r>
        <w:t>quran mein ek ayat hai: "alsulhu khair." sulah behtar hai.</w:t>
      </w:r>
    </w:p>
    <w:p>
      <w:pPr>
        <w:jc w:val="right"/>
      </w:pPr>
      <w:r>
        <w:t>قرآن میں ایک آیت ہے: "الصلح خیر۔" صلح بہتر ہے۔</w:t>
      </w:r>
    </w:p>
    <w:p>
      <w:r>
        <w:rPr>
          <w:b/>
        </w:rPr>
        <w:t xml:space="preserve">[07:13] </w:t>
      </w:r>
      <w:r>
        <w:t>sulah behtar hai.</w:t>
      </w:r>
    </w:p>
    <w:p>
      <w:pPr>
        <w:jc w:val="right"/>
      </w:pPr>
      <w:r>
        <w:t>صلح بہتر ہے۔</w:t>
      </w:r>
    </w:p>
    <w:p>
      <w:r>
        <w:rPr>
          <w:b/>
        </w:rPr>
        <w:t xml:space="preserve">[07:15] </w:t>
      </w:r>
      <w:r>
        <w:t>"Reconciliation is the best." isi se sufia ka tareeq nikla, ise kehte hain sulah kul.</w:t>
      </w:r>
    </w:p>
    <w:p>
      <w:pPr>
        <w:jc w:val="right"/>
      </w:pPr>
      <w:r>
        <w:t>"Reconciliation is the best۔" اسی سے صوفیاء کا طریقہ نکلا، اسے کہتے ہیں صلح کل۔</w:t>
      </w:r>
    </w:p>
    <w:p>
      <w:r>
        <w:rPr>
          <w:b/>
        </w:rPr>
        <w:t xml:space="preserve">[07:21] </w:t>
      </w:r>
      <w:r>
        <w:t>sulah kul.</w:t>
      </w:r>
    </w:p>
    <w:p>
      <w:pPr>
        <w:jc w:val="right"/>
      </w:pPr>
      <w:r>
        <w:t>صلح کل۔</w:t>
      </w:r>
    </w:p>
    <w:p>
      <w:r>
        <w:rPr>
          <w:b/>
        </w:rPr>
        <w:t xml:space="preserve">[07:23] </w:t>
      </w:r>
      <w:r>
        <w:t>"Peace is the best." to sufi tareeq jo hai sara ka sara sulah par, aman par, pyar o</w:t>
      </w:r>
    </w:p>
    <w:p>
      <w:pPr>
        <w:jc w:val="right"/>
      </w:pPr>
      <w:r>
        <w:t>"Peace is the best۔" تو صوفی طریقہ جو ہے سارا کا سارا صلح پر، امن پر، پیار و</w:t>
      </w:r>
    </w:p>
    <w:p>
      <w:r>
        <w:rPr>
          <w:b/>
        </w:rPr>
        <w:t xml:space="preserve">[07:30] </w:t>
      </w:r>
      <w:r>
        <w:t>mohabbat par qaim hua.</w:t>
      </w:r>
    </w:p>
    <w:p>
      <w:pPr>
        <w:jc w:val="right"/>
      </w:pPr>
      <w:r>
        <w:t>محبت پر قائم ہوا۔</w:t>
      </w:r>
    </w:p>
    <w:p>
      <w:r>
        <w:rPr>
          <w:b/>
        </w:rPr>
        <w:t xml:space="preserve">[07:32] </w:t>
      </w:r>
      <w:r>
        <w:t>pura un ka jo tareeq tha in logon ka, us mein yeh cheez shamil thi.</w:t>
      </w:r>
    </w:p>
    <w:p>
      <w:pPr>
        <w:jc w:val="right"/>
      </w:pPr>
      <w:r>
        <w:t>پورا ان کا جو طریقہ تھا ان لوگوں کا، اس میں یہ چیز شامل تھی۔</w:t>
      </w:r>
    </w:p>
    <w:p>
      <w:r>
        <w:rPr>
          <w:b/>
        </w:rPr>
        <w:t xml:space="preserve">[07:39] </w:t>
      </w:r>
      <w:r>
        <w:t>mislan dekhiye agar aap jayen dargahon mein, ajmer ki dargahon mein jayen ya aur kahin dargahon mein jayen</w:t>
      </w:r>
    </w:p>
    <w:p>
      <w:pPr>
        <w:jc w:val="right"/>
      </w:pPr>
      <w:r>
        <w:t>مثلاً دیکھیے اگر آپ جائیں درگاہوں میں، اجمیر کی درگاہوں میں جائیں یا اور کہیں درگاہوں میں جائیں</w:t>
      </w:r>
    </w:p>
    <w:p>
      <w:r>
        <w:rPr>
          <w:b/>
        </w:rPr>
        <w:t xml:space="preserve">[07:46] </w:t>
      </w:r>
      <w:r>
        <w:t>to wahan langar hota hai.</w:t>
      </w:r>
    </w:p>
    <w:p>
      <w:pPr>
        <w:jc w:val="right"/>
      </w:pPr>
      <w:r>
        <w:t>تو وہاں لنگر ہوتا ہے۔</w:t>
      </w:r>
    </w:p>
    <w:p>
      <w:r>
        <w:rPr>
          <w:b/>
        </w:rPr>
        <w:t xml:space="preserve">[07:48] </w:t>
      </w:r>
      <w:r>
        <w:t>langar kya hai? yani free khana hota hai, jo chahe aaye, jo chahe khaye.</w:t>
      </w:r>
    </w:p>
    <w:p>
      <w:pPr>
        <w:jc w:val="right"/>
      </w:pPr>
      <w:r>
        <w:t>لنگر کیا ہے؟ یعنی فری کھانا ہوتا ہے، جو چاہے آئے، جو چاہے کھائے۔</w:t>
      </w:r>
    </w:p>
    <w:p>
      <w:r>
        <w:rPr>
          <w:b/>
        </w:rPr>
        <w:t xml:space="preserve">[07:54] </w:t>
      </w:r>
      <w:r>
        <w:t>iska koi paisa nahi hota.</w:t>
      </w:r>
    </w:p>
    <w:p>
      <w:pPr>
        <w:jc w:val="right"/>
      </w:pPr>
      <w:r>
        <w:t>اس کا کوئی پیسہ نہیں ہوتا۔</w:t>
      </w:r>
    </w:p>
    <w:p>
      <w:r>
        <w:rPr>
          <w:b/>
        </w:rPr>
        <w:t xml:space="preserve">[07:57] </w:t>
      </w:r>
      <w:r>
        <w:t>lekin har dargah mein yeh langar jo hota hai woh vegetarian hota hai.</w:t>
      </w:r>
    </w:p>
    <w:p>
      <w:pPr>
        <w:jc w:val="right"/>
      </w:pPr>
      <w:r>
        <w:t>لیکن ہر درگاہ میں یہ لنگر جو ہوتا ہے وہ ویجیٹیرین ہوتا ہے۔</w:t>
      </w:r>
    </w:p>
    <w:p>
      <w:r>
        <w:rPr>
          <w:b/>
        </w:rPr>
        <w:t xml:space="preserve">[08:03] </w:t>
      </w:r>
      <w:r>
        <w:t>vegetarian.</w:t>
      </w:r>
    </w:p>
    <w:p>
      <w:pPr>
        <w:jc w:val="right"/>
      </w:pPr>
      <w:r>
        <w:t>ویجیٹیرین۔</w:t>
      </w:r>
    </w:p>
    <w:p>
      <w:r>
        <w:rPr>
          <w:b/>
        </w:rPr>
        <w:t xml:space="preserve">[08:04] </w:t>
      </w:r>
      <w:r>
        <w:t>kyun? taake hindu aur musalman dono aa kar shareek hon, dono mil kar khayen, dono mein pyar o</w:t>
      </w:r>
    </w:p>
    <w:p>
      <w:pPr>
        <w:jc w:val="right"/>
      </w:pPr>
      <w:r>
        <w:t>کیوں؟ تاکہ ہندو اور مسلمان دونوں آ کر شریک ہوں، دونوں مل کر کھائیں، دونوں میں پیار و</w:t>
      </w:r>
    </w:p>
    <w:p>
      <w:r>
        <w:rPr>
          <w:b/>
        </w:rPr>
        <w:t xml:space="preserve">[08:12] </w:t>
      </w:r>
      <w:r>
        <w:t>mohabbat barhe.</w:t>
      </w:r>
    </w:p>
    <w:p>
      <w:pPr>
        <w:jc w:val="right"/>
      </w:pPr>
      <w:r>
        <w:t>محبت بڑھے۔</w:t>
      </w:r>
    </w:p>
    <w:p>
      <w:r>
        <w:rPr>
          <w:b/>
        </w:rPr>
        <w:t xml:space="preserve">[08:13] </w:t>
      </w:r>
      <w:r>
        <w:t>to sufia ne yani bil qasd aisa kiya ke langar jo qaim kiya woh vegetarian langar tha woh.</w:t>
      </w:r>
    </w:p>
    <w:p>
      <w:pPr>
        <w:jc w:val="right"/>
      </w:pPr>
      <w:r>
        <w:t>تو صوفیاء نے یعنی بالقصد ایسا کیا کہ لنگر جو قائم کیا وہ ویجیٹیرین لنگر تھا وہ۔</w:t>
      </w:r>
    </w:p>
    <w:p>
      <w:r>
        <w:rPr>
          <w:b/>
        </w:rPr>
        <w:t xml:space="preserve">[08:21] </w:t>
      </w:r>
      <w:r>
        <w:t>bohat bare peymane par khane pakte hain.</w:t>
      </w:r>
    </w:p>
    <w:p>
      <w:pPr>
        <w:jc w:val="right"/>
      </w:pPr>
      <w:r>
        <w:t>بہت بڑے پیمانے پر کھانے پکتے ہیں۔</w:t>
      </w:r>
    </w:p>
    <w:p>
      <w:r>
        <w:rPr>
          <w:b/>
        </w:rPr>
        <w:t xml:space="preserve">[08:24] </w:t>
      </w:r>
      <w:r>
        <w:t>yani ajmer mein bhi aur doosri dargahon mein bhi, lekin sab vegetarian hota hai.</w:t>
      </w:r>
    </w:p>
    <w:p>
      <w:pPr>
        <w:jc w:val="right"/>
      </w:pPr>
      <w:r>
        <w:t>یعنی اجمیر میں بھی اور دوسری درگاہوں میں بھی، لیکن سب ویجیٹیرین ہوتا ہے۔</w:t>
      </w:r>
    </w:p>
    <w:p>
      <w:r>
        <w:rPr>
          <w:b/>
        </w:rPr>
        <w:t xml:space="preserve">[08:30] </w:t>
      </w:r>
      <w:r>
        <w:t>to vegetarian aik symbol hai, ga symbol, is ko khane ke mani mat lijiye aap.</w:t>
      </w:r>
    </w:p>
    <w:p>
      <w:pPr>
        <w:jc w:val="right"/>
      </w:pPr>
      <w:r>
        <w:t>تو ویجیٹیرین ایک سمبل ہے، گا سمبل، اس کو کھانے کے معنی مت لیجیے آپ۔</w:t>
      </w:r>
    </w:p>
    <w:p>
      <w:r>
        <w:rPr>
          <w:b/>
        </w:rPr>
        <w:t xml:space="preserve">[08:36] </w:t>
      </w:r>
      <w:r>
        <w:t>yeh symbol of peace.</w:t>
      </w:r>
    </w:p>
    <w:p>
      <w:pPr>
        <w:jc w:val="right"/>
      </w:pPr>
      <w:r>
        <w:t>یہ سمبل آف پیس۔</w:t>
      </w:r>
    </w:p>
    <w:p>
      <w:r>
        <w:rPr>
          <w:b/>
        </w:rPr>
        <w:t xml:space="preserve">[08:38] </w:t>
      </w:r>
      <w:r>
        <w:t>woh symbol of peace hai.</w:t>
      </w:r>
    </w:p>
    <w:p>
      <w:pPr>
        <w:jc w:val="right"/>
      </w:pPr>
      <w:r>
        <w:t>وہ سمبل آف پیس ہے۔</w:t>
      </w:r>
    </w:p>
    <w:p>
      <w:r>
        <w:rPr>
          <w:b/>
        </w:rPr>
        <w:t xml:space="preserve">[08:40] </w:t>
      </w:r>
      <w:r>
        <w:t>aur is ki wajah se kitna mel milap barha.</w:t>
      </w:r>
    </w:p>
    <w:p>
      <w:pPr>
        <w:jc w:val="right"/>
      </w:pPr>
      <w:r>
        <w:t>اور اس کی وجہ سے کتنا میل ملاپ بڑھا۔</w:t>
      </w:r>
    </w:p>
    <w:p>
      <w:r>
        <w:rPr>
          <w:b/>
        </w:rPr>
        <w:t xml:space="preserve">[08:44] </w:t>
      </w:r>
      <w:r>
        <w:t>yani musalmanon aur hinduo ke beech mein doori ho gayi thi, doori.</w:t>
      </w:r>
    </w:p>
    <w:p>
      <w:pPr>
        <w:jc w:val="right"/>
      </w:pPr>
      <w:r>
        <w:t>یعنی مسلمانوں اور ہندوؤں کے بیچ میں دوری ہو گئی تھی، دوری۔</w:t>
      </w:r>
    </w:p>
    <w:p>
      <w:r>
        <w:rPr>
          <w:b/>
        </w:rPr>
        <w:t xml:space="preserve">[08:49] </w:t>
      </w:r>
      <w:r>
        <w:t>jang o jadal ke nateejay mein doori ho gayi thi.</w:t>
      </w:r>
    </w:p>
    <w:p>
      <w:pPr>
        <w:jc w:val="right"/>
      </w:pPr>
      <w:r>
        <w:t>جنگ و جدل کے نتیجے میں دوری ہو گئی تھی۔</w:t>
      </w:r>
    </w:p>
    <w:p>
      <w:r>
        <w:rPr>
          <w:b/>
        </w:rPr>
        <w:t xml:space="preserve">[08:53] </w:t>
      </w:r>
      <w:r>
        <w:t>lekin vegetarian langar ne qareeb kar diya dono ko.</w:t>
      </w:r>
    </w:p>
    <w:p>
      <w:pPr>
        <w:jc w:val="right"/>
      </w:pPr>
      <w:r>
        <w:t>لیکن ویجیٹیرین لنگر نے قریب کر دیا دونوں کو۔</w:t>
      </w:r>
    </w:p>
    <w:p>
      <w:r>
        <w:rPr>
          <w:b/>
        </w:rPr>
        <w:t xml:space="preserve">[08:57] </w:t>
      </w:r>
      <w:r>
        <w:t>saath mil kar khane lagay.</w:t>
      </w:r>
    </w:p>
    <w:p>
      <w:pPr>
        <w:jc w:val="right"/>
      </w:pPr>
      <w:r>
        <w:t>ساتھ مل کر کھانے لگے۔</w:t>
      </w:r>
    </w:p>
    <w:p>
      <w:r>
        <w:rPr>
          <w:b/>
        </w:rPr>
        <w:t xml:space="preserve">[08:59] </w:t>
      </w:r>
      <w:r>
        <w:t>aap jante hain khana aisi cheez hai, is se bohat ta'alluq barhta hai.</w:t>
      </w:r>
    </w:p>
    <w:p>
      <w:pPr>
        <w:jc w:val="right"/>
      </w:pPr>
      <w:r>
        <w:t>آپ جانتے ہیں کھانا ایسی چیز ہے، اس سے بہت تعلق بڑھتا ہے۔</w:t>
      </w:r>
    </w:p>
    <w:p>
      <w:r>
        <w:rPr>
          <w:b/>
        </w:rPr>
        <w:t xml:space="preserve">[09:05] </w:t>
      </w:r>
      <w:r>
        <w:t>to sufia ka yeh bohat bara karname hai ke islam ki image ko unhon ne theek kiya.</w:t>
      </w:r>
    </w:p>
    <w:p>
      <w:pPr>
        <w:jc w:val="right"/>
      </w:pPr>
      <w:r>
        <w:t>تو صوفیاء کا یہ بہت بڑا کارنامہ ہے کہ اسلام کی امیج کو انہوں نے ٹھیک کیا۔</w:t>
      </w:r>
    </w:p>
    <w:p>
      <w:r>
        <w:rPr>
          <w:b/>
        </w:rPr>
        <w:t xml:space="preserve">[09:12] </w:t>
      </w:r>
      <w:r>
        <w:t>yani islam ki image jo bani hui thi, yani talwar ki image, larai ki image, is ko peace</w:t>
      </w:r>
    </w:p>
    <w:p>
      <w:pPr>
        <w:jc w:val="right"/>
      </w:pPr>
      <w:r>
        <w:t>یعنی اسلام کی امیج جو بنی ہوئی تھی، یعنی تلوار کی امیج، لڑائی کی امیج، اس کو پیس</w:t>
      </w:r>
    </w:p>
    <w:p>
      <w:r>
        <w:rPr>
          <w:b/>
        </w:rPr>
        <w:t xml:space="preserve">[09:20] </w:t>
      </w:r>
      <w:r>
        <w:t>ki image banaya, sulah ki image banaya.</w:t>
      </w:r>
    </w:p>
    <w:p>
      <w:pPr>
        <w:jc w:val="right"/>
      </w:pPr>
      <w:r>
        <w:t>کی امیج بنایا، صلح کی امیج بنایا۔</w:t>
      </w:r>
    </w:p>
    <w:p>
      <w:r>
        <w:rPr>
          <w:b/>
        </w:rPr>
        <w:t xml:space="preserve">[09:23] </w:t>
      </w:r>
      <w:r>
        <w:t>bohat bara karname hai.</w:t>
      </w:r>
    </w:p>
    <w:p>
      <w:pPr>
        <w:jc w:val="right"/>
      </w:pPr>
      <w:r>
        <w:t>بہت بڑا کارنامہ ہے۔</w:t>
      </w:r>
    </w:p>
    <w:p>
      <w:r>
        <w:rPr>
          <w:b/>
        </w:rPr>
        <w:t xml:space="preserve">[09:24] </w:t>
      </w:r>
      <w:r>
        <w:t>aur badshah tak jhuk gaye in ke aagay.</w:t>
      </w:r>
    </w:p>
    <w:p>
      <w:pPr>
        <w:jc w:val="right"/>
      </w:pPr>
      <w:r>
        <w:t>اور بادشاہ تک جھک گئے ان کے آگے۔</w:t>
      </w:r>
    </w:p>
    <w:p>
      <w:r>
        <w:rPr>
          <w:b/>
        </w:rPr>
        <w:t xml:space="preserve">[09:28] </w:t>
      </w:r>
      <w:r>
        <w:t>yani agar aap jayen ajmer, wahan ki dargah ko dekhen to wahan barhay barhay log, dunya bhar ke</w:t>
      </w:r>
    </w:p>
    <w:p>
      <w:pPr>
        <w:jc w:val="right"/>
      </w:pPr>
      <w:r>
        <w:t>یعنی اگر آپ جائیں اجمیر، وہاں کی درگاہ کو دیکھیں تو وہاں بڑے بڑے لوگ، دنیا بھر کے</w:t>
      </w:r>
    </w:p>
    <w:p>
      <w:r>
        <w:rPr>
          <w:b/>
        </w:rPr>
        <w:t xml:space="preserve">[09:36] </w:t>
      </w:r>
      <w:r>
        <w:t>log atay hain, wahan par jhukte hain aa kar ke.</w:t>
      </w:r>
    </w:p>
    <w:p>
      <w:pPr>
        <w:jc w:val="right"/>
      </w:pPr>
      <w:r>
        <w:t>لوگ آتے ہیں، وہاں پر جھکتے ہیں آ کر کے۔</w:t>
      </w:r>
    </w:p>
    <w:p>
      <w:r>
        <w:rPr>
          <w:b/>
        </w:rPr>
        <w:t xml:space="preserve">[09:40] </w:t>
      </w:r>
      <w:r>
        <w:t>sirf urs ke mauqay par nahi, saal bhar silsila jari rehta hai.</w:t>
      </w:r>
    </w:p>
    <w:p>
      <w:pPr>
        <w:jc w:val="right"/>
      </w:pPr>
      <w:r>
        <w:t>صرف عرس کے موقع پر نہیں، سال بھر سلسلہ جاری رہتا ہے۔</w:t>
      </w:r>
    </w:p>
    <w:p>
      <w:r>
        <w:rPr>
          <w:b/>
        </w:rPr>
        <w:t xml:space="preserve">[09:45] </w:t>
      </w:r>
      <w:r>
        <w:t>barhay barhay log, top ke log.</w:t>
      </w:r>
    </w:p>
    <w:p>
      <w:pPr>
        <w:jc w:val="right"/>
      </w:pPr>
      <w:r>
        <w:t>بڑے بڑے لوگ، ٹاپ کے لوگ۔</w:t>
      </w:r>
    </w:p>
    <w:p>
      <w:r>
        <w:rPr>
          <w:b/>
        </w:rPr>
        <w:t xml:space="preserve">[09:48] </w:t>
      </w:r>
      <w:r>
        <w:t>aik martaba mein aa raha tha kahin se train mein, shatabdi express thi ghaliban, us ke executive class</w:t>
      </w:r>
    </w:p>
    <w:p>
      <w:pPr>
        <w:jc w:val="right"/>
      </w:pPr>
      <w:r>
        <w:t>ایک مرتبہ میں آ رہا تھا کہیں سے ٹرین میں، شتابدی ایکسپریس تھی غالباً، اس کے ایگزیکیوٹیو کلاس</w:t>
      </w:r>
    </w:p>
    <w:p>
      <w:r>
        <w:rPr>
          <w:b/>
        </w:rPr>
        <w:t xml:space="preserve">[09:55] </w:t>
      </w:r>
      <w:r>
        <w:t>mein to us mein kuch foreigner dakhil hue.</w:t>
      </w:r>
    </w:p>
    <w:p>
      <w:pPr>
        <w:jc w:val="right"/>
      </w:pPr>
      <w:r>
        <w:t>میں تو اس میں کچھ فارنر داخل ہوئے۔</w:t>
      </w:r>
    </w:p>
    <w:p>
      <w:r>
        <w:rPr>
          <w:b/>
        </w:rPr>
        <w:t xml:space="preserve">[09:59] </w:t>
      </w:r>
      <w:r>
        <w:t>un se baat cheet hone lagi to maloom hua ke yeh log ajmer ja rahe hain.</w:t>
      </w:r>
    </w:p>
    <w:p>
      <w:pPr>
        <w:jc w:val="right"/>
      </w:pPr>
      <w:r>
        <w:t>ان سے بات چیت ہونے لگی تو معلوم ہوا کہ یہ لوگ اجمیر جا رہے ہیں۔</w:t>
      </w:r>
    </w:p>
    <w:p>
      <w:r>
        <w:rPr>
          <w:b/>
        </w:rPr>
        <w:t xml:space="preserve">[10:06] </w:t>
      </w:r>
      <w:r>
        <w:t>to ajmer ka itna shohrat hai ke door door se log atay hain wahan.</w:t>
      </w:r>
    </w:p>
    <w:p>
      <w:pPr>
        <w:jc w:val="right"/>
      </w:pPr>
      <w:r>
        <w:t>تو اجمیر کا اتنا شہرت ہے کہ دور دور سے لوگ آتے ہیں وہاں۔</w:t>
      </w:r>
    </w:p>
    <w:p>
      <w:r>
        <w:rPr>
          <w:b/>
        </w:rPr>
        <w:t xml:space="preserve">[10:12] </w:t>
      </w:r>
      <w:r>
        <w:t>koi badshahon ke maqbaray mein koi nahi jata.</w:t>
      </w:r>
    </w:p>
    <w:p>
      <w:pPr>
        <w:jc w:val="right"/>
      </w:pPr>
      <w:r>
        <w:t>کوئی بادشاہوں کے مقبرے میں کوئی نہیں جاتا۔</w:t>
      </w:r>
    </w:p>
    <w:p>
      <w:r>
        <w:rPr>
          <w:b/>
        </w:rPr>
        <w:t xml:space="preserve">[10:15] </w:t>
      </w:r>
      <w:r>
        <w:t>india mein aap jante hain ke badshahon ke bohat maqbaray hain, wahan se koi nahi jata.</w:t>
      </w:r>
    </w:p>
    <w:p>
      <w:pPr>
        <w:jc w:val="right"/>
      </w:pPr>
      <w:r>
        <w:t>انڈیا میں آپ جانتے ہیں کہ بادشاہوں کے بہت مقبرے ہیں، وہاں سے کوئی نہیں جاتا۔</w:t>
      </w:r>
    </w:p>
    <w:p>
      <w:r>
        <w:rPr>
          <w:b/>
        </w:rPr>
        <w:t xml:space="preserve">[10:22] </w:t>
      </w:r>
      <w:r>
        <w:t>lekin soofiyon ke maqbare mein dunya bhar se log aate rehte hain.</w:t>
      </w:r>
    </w:p>
    <w:p>
      <w:pPr>
        <w:jc w:val="right"/>
      </w:pPr>
      <w:r>
        <w:t>لیکن صوفیوں کے مقبرے میں دنیا بھر سے لوگ آتے رہتے ہیں۔</w:t>
      </w:r>
    </w:p>
    <w:p>
      <w:r>
        <w:rPr>
          <w:b/>
        </w:rPr>
        <w:t xml:space="preserve">[10:27] </w:t>
      </w:r>
      <w:r>
        <w:t>yeh ek bohat bara un ka contribution hai is mulk ke liye.</w:t>
      </w:r>
    </w:p>
    <w:p>
      <w:pPr>
        <w:jc w:val="right"/>
      </w:pPr>
      <w:r>
        <w:t>یہ ایک بہت بڑا ان کا کنٹریبیوشن ہے اس ملک کے لیے۔</w:t>
      </w:r>
    </w:p>
    <w:p>
      <w:r>
        <w:rPr>
          <w:b/>
        </w:rPr>
        <w:t xml:space="preserve">[10:32] </w:t>
      </w:r>
      <w:r>
        <w:t>main chand ek hawale aap ko arz karunga.</w:t>
      </w:r>
    </w:p>
    <w:p>
      <w:pPr>
        <w:jc w:val="right"/>
      </w:pPr>
      <w:r>
        <w:t>میں چند ایک حوالے آپ کو عرض کروں گا۔</w:t>
      </w:r>
    </w:p>
    <w:p>
      <w:r>
        <w:rPr>
          <w:b/>
        </w:rPr>
        <w:t xml:space="preserve">[10:36] </w:t>
      </w:r>
      <w:r>
        <w:t>dekhiye yeh bohat mashhoor hai qissa ke shehanshah akbar jo tha, mughal badshah, solahwin sadi ka.</w:t>
      </w:r>
    </w:p>
    <w:p>
      <w:pPr>
        <w:jc w:val="right"/>
      </w:pPr>
      <w:r>
        <w:t>دیکھیے یہ بہت مشہور ہے قصہ کہ شہنشاہ اکبر جو تھا، مغل بادشاہ، سولہویں صدی کا۔</w:t>
      </w:r>
    </w:p>
    <w:p>
      <w:r>
        <w:rPr>
          <w:b/>
        </w:rPr>
        <w:t xml:space="preserve">[10:43] </w:t>
      </w:r>
      <w:r>
        <w:t>solahwin sadi ka.</w:t>
      </w:r>
    </w:p>
    <w:p>
      <w:pPr>
        <w:jc w:val="right"/>
      </w:pPr>
      <w:r>
        <w:t>سولہویں صدی کا۔</w:t>
      </w:r>
    </w:p>
    <w:p>
      <w:r>
        <w:rPr>
          <w:b/>
        </w:rPr>
        <w:t xml:space="preserve">[10:44] </w:t>
      </w:r>
      <w:r>
        <w:t>isi ke zamane mein khwaja saleem chishti the, chishti silsile ke.</w:t>
      </w:r>
    </w:p>
    <w:p>
      <w:pPr>
        <w:jc w:val="right"/>
      </w:pPr>
      <w:r>
        <w:t>اسی کے زمانے میں خواجہ سلیم چشتی تھے، چشتی سلسلے کے۔</w:t>
      </w:r>
    </w:p>
    <w:p>
      <w:r>
        <w:rPr>
          <w:b/>
        </w:rPr>
        <w:t xml:space="preserve">[10:49] </w:t>
      </w:r>
      <w:r>
        <w:t>to akbar ke haan aulad nahi hoti thi.</w:t>
      </w:r>
    </w:p>
    <w:p>
      <w:pPr>
        <w:jc w:val="right"/>
      </w:pPr>
      <w:r>
        <w:t>تو اکبر کے ہاں اولاد نہیں ہوتی تھی۔</w:t>
      </w:r>
    </w:p>
    <w:p>
      <w:r>
        <w:rPr>
          <w:b/>
        </w:rPr>
        <w:t xml:space="preserve">[10:52] </w:t>
      </w:r>
      <w:r>
        <w:t>aulad.</w:t>
      </w:r>
    </w:p>
    <w:p>
      <w:pPr>
        <w:jc w:val="right"/>
      </w:pPr>
      <w:r>
        <w:t>اولاد۔</w:t>
      </w:r>
    </w:p>
    <w:p>
      <w:r>
        <w:rPr>
          <w:b/>
        </w:rPr>
        <w:t xml:space="preserve">[10:54] </w:t>
      </w:r>
      <w:r>
        <w:t>to woh gaya saleem chishti ke sikri mein, un ke dargah par, un se kaha ke aap dua</w:t>
      </w:r>
    </w:p>
    <w:p>
      <w:pPr>
        <w:jc w:val="right"/>
      </w:pPr>
      <w:r>
        <w:t>تو وہ گیا سلیم چشتی کے سیکری میں، ان کے درگاہ پر، ان سے کہا کہ آپ دعا</w:t>
      </w:r>
    </w:p>
    <w:p>
      <w:r>
        <w:rPr>
          <w:b/>
        </w:rPr>
        <w:t xml:space="preserve">[11:02] </w:t>
      </w:r>
      <w:r>
        <w:t>kijiye.</w:t>
      </w:r>
    </w:p>
    <w:p>
      <w:pPr>
        <w:jc w:val="right"/>
      </w:pPr>
      <w:r>
        <w:t>کیجیے۔</w:t>
      </w:r>
    </w:p>
    <w:p>
      <w:r>
        <w:rPr>
          <w:b/>
        </w:rPr>
        <w:t xml:space="preserve">[11:03] </w:t>
      </w:r>
      <w:r>
        <w:t>to unhon ne dua ki.</w:t>
      </w:r>
    </w:p>
    <w:p>
      <w:pPr>
        <w:jc w:val="right"/>
      </w:pPr>
      <w:r>
        <w:t>تو انہوں نے دعا کی۔</w:t>
      </w:r>
    </w:p>
    <w:p>
      <w:r>
        <w:rPr>
          <w:b/>
        </w:rPr>
        <w:t xml:space="preserve">[11:05] </w:t>
      </w:r>
      <w:r>
        <w:t>is ke baad is ke haan bachcha paida hua, shehzada paida hua.</w:t>
      </w:r>
    </w:p>
    <w:p>
      <w:pPr>
        <w:jc w:val="right"/>
      </w:pPr>
      <w:r>
        <w:t>اس کے بعد اس کے ہاں بچہ پیدا ہوا، شہزادہ پیدا ہوا۔</w:t>
      </w:r>
    </w:p>
    <w:p>
      <w:r>
        <w:rPr>
          <w:b/>
        </w:rPr>
        <w:t xml:space="preserve">[11:10] </w:t>
      </w:r>
      <w:r>
        <w:t>is shehzade ke naam ko saleem rakh diya, buzurg ke naam par.</w:t>
      </w:r>
    </w:p>
    <w:p>
      <w:pPr>
        <w:jc w:val="right"/>
      </w:pPr>
      <w:r>
        <w:t>اس شہزادے کے نام کو سلیم رکھ دیا، بزرگ کے نام پر۔</w:t>
      </w:r>
    </w:p>
    <w:p>
      <w:r>
        <w:rPr>
          <w:b/>
        </w:rPr>
        <w:t xml:space="preserve">[11:16] </w:t>
      </w:r>
      <w:r>
        <w:t>khwaja saleem chishti ke naam par.</w:t>
      </w:r>
    </w:p>
    <w:p>
      <w:pPr>
        <w:jc w:val="right"/>
      </w:pPr>
      <w:r>
        <w:t>خواجہ سلیم چشتی کے نام پر۔</w:t>
      </w:r>
    </w:p>
    <w:p>
      <w:r>
        <w:rPr>
          <w:b/>
        </w:rPr>
        <w:t xml:space="preserve">[11:18] </w:t>
      </w:r>
      <w:r>
        <w:t>to phir woh paidal chal kar ke wahan gaya, dargah mein.</w:t>
      </w:r>
    </w:p>
    <w:p>
      <w:pPr>
        <w:jc w:val="right"/>
      </w:pPr>
      <w:r>
        <w:t>تو پھر وہ پیدل چل کر کے وہاں گیا، درگاہ میں۔</w:t>
      </w:r>
    </w:p>
    <w:p>
      <w:r>
        <w:rPr>
          <w:b/>
        </w:rPr>
        <w:t xml:space="preserve">[11:23] </w:t>
      </w:r>
      <w:r>
        <w:t>yani soofi logon ka itna bara dabdaba qaim hua, rohani dabdaba, ke badshah tak jhuk gaye un ke</w:t>
      </w:r>
    </w:p>
    <w:p>
      <w:pPr>
        <w:jc w:val="right"/>
      </w:pPr>
      <w:r>
        <w:t>یعنی صوفی لوگوں کا اتنا بڑا دبدبہ قائم ہوا، روحانی دبدبہ، کہ بادشاہ تک جھک گئے ان کے</w:t>
      </w:r>
    </w:p>
    <w:p>
      <w:r>
        <w:rPr>
          <w:b/>
        </w:rPr>
        <w:t xml:space="preserve">[11:31] </w:t>
      </w:r>
      <w:r>
        <w:t>aage.</w:t>
      </w:r>
    </w:p>
    <w:p>
      <w:pPr>
        <w:jc w:val="right"/>
      </w:pPr>
      <w:r>
        <w:t>آگے۔</w:t>
      </w:r>
    </w:p>
    <w:p>
      <w:r>
        <w:rPr>
          <w:b/>
        </w:rPr>
        <w:t xml:space="preserve">[11:32] </w:t>
      </w:r>
      <w:r>
        <w:t>is se ek naya mahaul bana india mein.</w:t>
      </w:r>
    </w:p>
    <w:p>
      <w:pPr>
        <w:jc w:val="right"/>
      </w:pPr>
      <w:r>
        <w:t>اس سے ایک نیا ماحول بنا انڈیا میں۔</w:t>
      </w:r>
    </w:p>
    <w:p>
      <w:r>
        <w:rPr>
          <w:b/>
        </w:rPr>
        <w:t xml:space="preserve">[11:36] </w:t>
      </w:r>
      <w:r>
        <w:t>bohat bara farq hai yeh.</w:t>
      </w:r>
    </w:p>
    <w:p>
      <w:pPr>
        <w:jc w:val="right"/>
      </w:pPr>
      <w:r>
        <w:t>بہت بڑا فرق ہے یہ۔</w:t>
      </w:r>
    </w:p>
    <w:p>
      <w:r>
        <w:rPr>
          <w:b/>
        </w:rPr>
        <w:t xml:space="preserve">[11:38] </w:t>
      </w:r>
      <w:r>
        <w:t>to aaj abhi aap ne haal mein khabar parha hoga, ek khabar aayi thi ke france ka jo</w:t>
      </w:r>
    </w:p>
    <w:p>
      <w:pPr>
        <w:jc w:val="right"/>
      </w:pPr>
      <w:r>
        <w:t>تو آج ابھی آپ نے حال میں خبر پڑھا ہوگا، ایک خبر آئی تھی کہ فرانس کا جو</w:t>
      </w:r>
    </w:p>
    <w:p>
      <w:r>
        <w:rPr>
          <w:b/>
        </w:rPr>
        <w:t xml:space="preserve">[11:45] </w:t>
      </w:r>
      <w:r>
        <w:t>president hai, us ki alia, apni alia ke sath yahan india mein aaya tha, yeh pichhle mahine ki</w:t>
      </w:r>
    </w:p>
    <w:p>
      <w:pPr>
        <w:jc w:val="right"/>
      </w:pPr>
      <w:r>
        <w:t>پریزیڈنٹ ہے، اس کی عالیہ، اپنی عالیہ کے ساتھ یہاں انڈیا میں آیا تھا، یہ پچھلے مہینے کی</w:t>
      </w:r>
    </w:p>
    <w:p>
      <w:r>
        <w:rPr>
          <w:b/>
        </w:rPr>
        <w:t xml:space="preserve">[11:53] </w:t>
      </w:r>
      <w:r>
        <w:t>baat hai.</w:t>
      </w:r>
    </w:p>
    <w:p>
      <w:pPr>
        <w:jc w:val="right"/>
      </w:pPr>
      <w:r>
        <w:t>بات ہے۔</w:t>
      </w:r>
    </w:p>
    <w:p>
      <w:r>
        <w:rPr>
          <w:b/>
        </w:rPr>
        <w:t xml:space="preserve">[11:55] </w:t>
      </w:r>
      <w:r>
        <w:t>yani france ki first lady.</w:t>
      </w:r>
    </w:p>
    <w:p>
      <w:pPr>
        <w:jc w:val="right"/>
      </w:pPr>
      <w:r>
        <w:t>یعنی فرانس کی فرسٹ لیڈی۔</w:t>
      </w:r>
    </w:p>
    <w:p>
      <w:r>
        <w:rPr>
          <w:b/>
        </w:rPr>
        <w:t xml:space="preserve">[11:57] </w:t>
      </w:r>
      <w:r>
        <w:t>to woh sikri gayi, jis tarah se akbar badshah gaya tha sikri, to yeh first lady sikri gayi.</w:t>
      </w:r>
    </w:p>
    <w:p>
      <w:pPr>
        <w:jc w:val="right"/>
      </w:pPr>
      <w:r>
        <w:t>تو وہ سیکری گئی، جس طرح سے اکبر بادشاہ گیا تھا سیکری، تو یہ فرسٹ لیڈی سیکری گئی۔</w:t>
      </w:r>
    </w:p>
    <w:p>
      <w:r>
        <w:rPr>
          <w:b/>
        </w:rPr>
        <w:t xml:space="preserve">[12:04] </w:t>
      </w:r>
      <w:r>
        <w:t>aap dekhiye ke badshahon ke maqbaron par to koi jata nahi, lekin un logon ke maqbaron par log,</w:t>
      </w:r>
    </w:p>
    <w:p>
      <w:pPr>
        <w:jc w:val="right"/>
      </w:pPr>
      <w:r>
        <w:t>آپ دیکھیے کہ بادشاہوں کے مقبروں پر تو کوئی جاتا نہیں، لیکن ان لوگوں کے مقبروں پر لوگ،</w:t>
      </w:r>
    </w:p>
    <w:p>
      <w:r>
        <w:rPr>
          <w:b/>
        </w:rPr>
        <w:t xml:space="preserve">[12:12] </w:t>
      </w:r>
      <w:r>
        <w:t>baray baray top ke log jatay hain.</w:t>
      </w:r>
    </w:p>
    <w:p>
      <w:pPr>
        <w:jc w:val="right"/>
      </w:pPr>
      <w:r>
        <w:t>بڑے بڑے ٹاپ کے لوگ جاتے ہیں۔</w:t>
      </w:r>
    </w:p>
    <w:p>
      <w:r>
        <w:rPr>
          <w:b/>
        </w:rPr>
        <w:t xml:space="preserve">[12:15] </w:t>
      </w:r>
      <w:r>
        <w:t>isi ko main keh raha hoon rohani dabdaba.</w:t>
      </w:r>
    </w:p>
    <w:p>
      <w:pPr>
        <w:jc w:val="right"/>
      </w:pPr>
      <w:r>
        <w:t>اسی کو میں کہہ رہا ہوں روحانی دبدبہ۔</w:t>
      </w:r>
    </w:p>
    <w:p>
      <w:r>
        <w:rPr>
          <w:b/>
        </w:rPr>
        <w:t xml:space="preserve">[12:19] </w:t>
      </w:r>
      <w:r>
        <w:t>aur aik bohat bari cheez jo aaj subah mujhe samajh mein aai, aik thay soofi sheikh ali hamdani.</w:t>
      </w:r>
    </w:p>
    <w:p>
      <w:pPr>
        <w:jc w:val="right"/>
      </w:pPr>
      <w:r>
        <w:t>اور ایک بہت بڑی چیز جو آج صبح مجھے سمجھ میں آئی، ایک تھے صوفی شیخ علی حمدانی۔</w:t>
      </w:r>
    </w:p>
    <w:p>
      <w:r>
        <w:rPr>
          <w:b/>
        </w:rPr>
        <w:t xml:space="preserve">[12:26] </w:t>
      </w:r>
      <w:r>
        <w:t>sheikh ali hamdani.</w:t>
      </w:r>
    </w:p>
    <w:p>
      <w:pPr>
        <w:jc w:val="right"/>
      </w:pPr>
      <w:r>
        <w:t>شیخ علی حمدانی۔</w:t>
      </w:r>
    </w:p>
    <w:p>
      <w:r>
        <w:rPr>
          <w:b/>
        </w:rPr>
        <w:t xml:space="preserve">[12:28] </w:t>
      </w:r>
      <w:r>
        <w:t>woh india aaye, kis sadi mein aaye thay woh? chaudahveen sadi mein.</w:t>
      </w:r>
    </w:p>
    <w:p>
      <w:pPr>
        <w:jc w:val="right"/>
      </w:pPr>
      <w:r>
        <w:t>وہ انڈیا آئے، کس صدی میں آئے تھے وہ؟ چودھویں صدی میں۔</w:t>
      </w:r>
    </w:p>
    <w:p>
      <w:r>
        <w:rPr>
          <w:b/>
        </w:rPr>
        <w:t xml:space="preserve">[12:33] </w:t>
      </w:r>
      <w:r>
        <w:t>chaudahveen sadi mein.</w:t>
      </w:r>
    </w:p>
    <w:p>
      <w:pPr>
        <w:jc w:val="right"/>
      </w:pPr>
      <w:r>
        <w:t>چودھویں صدی میں۔</w:t>
      </w:r>
    </w:p>
    <w:p>
      <w:r>
        <w:rPr>
          <w:b/>
        </w:rPr>
        <w:t xml:space="preserve">[12:34] </w:t>
      </w:r>
      <w:r>
        <w:t>woh bhi central asia ke thay woh.</w:t>
      </w:r>
    </w:p>
    <w:p>
      <w:pPr>
        <w:jc w:val="right"/>
      </w:pPr>
      <w:r>
        <w:t>وہ بھی سینٹرل ایشیا کے تھے وہ۔</w:t>
      </w:r>
    </w:p>
    <w:p>
      <w:r>
        <w:rPr>
          <w:b/>
        </w:rPr>
        <w:t xml:space="preserve">[12:37] </w:t>
      </w:r>
      <w:r>
        <w:t>chaudahveen sadi mein india aaye woh, aur kashmir mein unhon ne apna markaz banaya.</w:t>
      </w:r>
    </w:p>
    <w:p>
      <w:pPr>
        <w:jc w:val="right"/>
      </w:pPr>
      <w:r>
        <w:t>چودھویں صدی میں انڈیا آئے وہ، اور کشمیر میں انہوں نے اپنا مرکز بنایا۔</w:t>
      </w:r>
    </w:p>
    <w:p>
      <w:r>
        <w:rPr>
          <w:b/>
        </w:rPr>
        <w:t xml:space="preserve">[12:43] </w:t>
      </w:r>
      <w:r>
        <w:t>aik ajeeb baat aaj meri samajh mein aai.</w:t>
      </w:r>
    </w:p>
    <w:p>
      <w:pPr>
        <w:jc w:val="right"/>
      </w:pPr>
      <w:r>
        <w:t>ایک عجیب بات آج میری سمجھ میں آئی۔</w:t>
      </w:r>
    </w:p>
    <w:p>
      <w:r>
        <w:rPr>
          <w:b/>
        </w:rPr>
        <w:t xml:space="preserve">[12:47] </w:t>
      </w:r>
      <w:r>
        <w:t>to unhon ne wahan islam phailaya, kashmir mein.</w:t>
      </w:r>
    </w:p>
    <w:p>
      <w:pPr>
        <w:jc w:val="right"/>
      </w:pPr>
      <w:r>
        <w:t>تو انہوں نے وہاں اسلام پھیلایا، کشمیر میں۔</w:t>
      </w:r>
    </w:p>
    <w:p>
      <w:r>
        <w:rPr>
          <w:b/>
        </w:rPr>
        <w:t xml:space="preserve">[12:50] </w:t>
      </w:r>
      <w:r>
        <w:t>aur intehai had tak non political thay woh.</w:t>
      </w:r>
    </w:p>
    <w:p>
      <w:pPr>
        <w:jc w:val="right"/>
      </w:pPr>
      <w:r>
        <w:t>اور انتہائی حد تک نان پولیٹیکل تھے وہ۔</w:t>
      </w:r>
    </w:p>
    <w:p>
      <w:r>
        <w:rPr>
          <w:b/>
        </w:rPr>
        <w:t xml:space="preserve">[12:54] </w:t>
      </w:r>
      <w:r>
        <w:t>koi larai jhagda nahin.</w:t>
      </w:r>
    </w:p>
    <w:p>
      <w:pPr>
        <w:jc w:val="right"/>
      </w:pPr>
      <w:r>
        <w:t>کوئی لڑائی جھگڑا نہیں۔</w:t>
      </w:r>
    </w:p>
    <w:p>
      <w:r>
        <w:rPr>
          <w:b/>
        </w:rPr>
        <w:t xml:space="preserve">[12:55] </w:t>
      </w:r>
      <w:r>
        <w:t>non political, non controversial.</w:t>
      </w:r>
    </w:p>
    <w:p>
      <w:pPr>
        <w:jc w:val="right"/>
      </w:pPr>
      <w:r>
        <w:t>نان پولیٹیکل، نان کنٹروورشل۔</w:t>
      </w:r>
    </w:p>
    <w:p>
      <w:r>
        <w:rPr>
          <w:b/>
        </w:rPr>
        <w:t xml:space="preserve">[12:57] </w:t>
      </w:r>
      <w:r>
        <w:t>un ka tareeqa jo tha kaam ka, bilkul hi yani bana takrao wala tareeqa tha.</w:t>
      </w:r>
    </w:p>
    <w:p>
      <w:pPr>
        <w:jc w:val="right"/>
      </w:pPr>
      <w:r>
        <w:t>ان کا طریقہ جو تھا کام کا، بالکل ہی یعنی بنا ٹکراؤ والا طریقہ تھا۔</w:t>
      </w:r>
    </w:p>
    <w:p>
      <w:r>
        <w:rPr>
          <w:b/>
        </w:rPr>
        <w:t xml:space="preserve">[13:04] </w:t>
      </w:r>
      <w:r>
        <w:t>aur un ko itni bari kamyabi hasil hui kashmir mein, ke un ko wahan par ameer kabir kaha</w:t>
      </w:r>
    </w:p>
    <w:p>
      <w:pPr>
        <w:jc w:val="right"/>
      </w:pPr>
      <w:r>
        <w:t>اور ان کو اتنی بڑی کامیابی حاصل ہوئی کشمیر میں، کہ ان کو وہاں پر امیر کبیر کہا</w:t>
      </w:r>
    </w:p>
    <w:p>
      <w:r>
        <w:rPr>
          <w:b/>
        </w:rPr>
        <w:t xml:space="preserve">[13:11] </w:t>
      </w:r>
      <w:r>
        <w:t>jata hai.</w:t>
      </w:r>
    </w:p>
    <w:p>
      <w:pPr>
        <w:jc w:val="right"/>
      </w:pPr>
      <w:r>
        <w:t>جاتا ہے۔</w:t>
      </w:r>
    </w:p>
    <w:p>
      <w:r>
        <w:rPr>
          <w:b/>
        </w:rPr>
        <w:t xml:space="preserve">[13:13] </w:t>
      </w:r>
      <w:r>
        <w:t>aap jantay hain ke kashmir mein unnees sau sentalis ke baad hi se wahan ki jo tareekh thi,</w:t>
      </w:r>
    </w:p>
    <w:p>
      <w:pPr>
        <w:jc w:val="right"/>
      </w:pPr>
      <w:r>
        <w:t>آپ جانتے ہیں کہ کشمیر میں انیس سو سینتالیس کے بعد ہی سے وہاں کی جو تاریخ تھی،</w:t>
      </w:r>
    </w:p>
    <w:p>
      <w:r>
        <w:rPr>
          <w:b/>
        </w:rPr>
        <w:t xml:space="preserve">[13:21] </w:t>
      </w:r>
      <w:r>
        <w:t>woh aap ke ilm mein hai.</w:t>
      </w:r>
    </w:p>
    <w:p>
      <w:pPr>
        <w:jc w:val="right"/>
      </w:pPr>
      <w:r>
        <w:t>وہ آپ کے علم میں ہے۔</w:t>
      </w:r>
    </w:p>
    <w:p>
      <w:r>
        <w:rPr>
          <w:b/>
        </w:rPr>
        <w:t xml:space="preserve">[13:23] </w:t>
      </w:r>
      <w:r>
        <w:t>abhi kashmiri kuch naujawanon ko yeh khayal hua ke wahan par nai tareekh banayen kashmir ki, yani aman</w:t>
      </w:r>
    </w:p>
    <w:p>
      <w:pPr>
        <w:jc w:val="right"/>
      </w:pPr>
      <w:r>
        <w:t>ابھی کشمیری کچھ نوجوانوں کو یہ خیال ہوا کہ وہاں پر نئی تاریخ بنائیں کشمیر کی، یعنی امن</w:t>
      </w:r>
    </w:p>
    <w:p>
      <w:r>
        <w:rPr>
          <w:b/>
        </w:rPr>
        <w:t xml:space="preserve">[13:31] </w:t>
      </w:r>
      <w:r>
        <w:t>ki tareekh.</w:t>
      </w:r>
    </w:p>
    <w:p>
      <w:pPr>
        <w:jc w:val="right"/>
      </w:pPr>
      <w:r>
        <w:t>کی تاریخ۔</w:t>
      </w:r>
    </w:p>
    <w:p>
      <w:r>
        <w:rPr>
          <w:b/>
        </w:rPr>
        <w:t xml:space="preserve">[13:32] </w:t>
      </w:r>
      <w:r>
        <w:t>takrao nahin, jang nahin, nafrat nahin.</w:t>
      </w:r>
    </w:p>
    <w:p>
      <w:pPr>
        <w:jc w:val="right"/>
      </w:pPr>
      <w:r>
        <w:t>ٹکراؤ نہیں، جنگ نہیں، نفرت نہیں۔</w:t>
      </w:r>
    </w:p>
    <w:p>
      <w:r>
        <w:rPr>
          <w:b/>
        </w:rPr>
        <w:t xml:space="preserve">[13:35] </w:t>
      </w:r>
      <w:r>
        <w:t>to un ko naam kis ka mila? aray ameer kabir hamdani ka.</w:t>
      </w:r>
    </w:p>
    <w:p>
      <w:pPr>
        <w:jc w:val="right"/>
      </w:pPr>
      <w:r>
        <w:t>تو ان کو نام کس کا ملا؟ ارے امیر کبیر حمدانی کا۔</w:t>
      </w:r>
    </w:p>
    <w:p>
      <w:r>
        <w:rPr>
          <w:b/>
        </w:rPr>
        <w:t xml:space="preserve">[13:40] </w:t>
      </w:r>
      <w:r>
        <w:t>to unhon ne chunancha wahan par aik mission chalana hai, woh is ka naam hi yeh rakha hai</w:t>
      </w:r>
    </w:p>
    <w:p>
      <w:pPr>
        <w:jc w:val="right"/>
      </w:pPr>
      <w:r>
        <w:t>تو انہوں نے چنانچہ وہاں پر ایک مشن چلانا ہے، وہ اس کا نام ہی یہ رکھا ہے</w:t>
      </w:r>
    </w:p>
    <w:p>
      <w:r>
        <w:rPr>
          <w:b/>
        </w:rPr>
        <w:t xml:space="preserve">[13:48] </w:t>
      </w:r>
      <w:r>
        <w:t>کہ "Revival of Hamdani Mission"۔</w:t>
      </w:r>
    </w:p>
    <w:p>
      <w:pPr>
        <w:jc w:val="right"/>
      </w:pPr>
      <w:r>
        <w:t>کہ "Revival of حمدانی Mission"۔</w:t>
      </w:r>
    </w:p>
    <w:p>
      <w:r>
        <w:rPr>
          <w:b/>
        </w:rPr>
        <w:t xml:space="preserve">[13:50] </w:t>
      </w:r>
      <w:r>
        <w:t>کس کا یہ نام ہے؟ "Revival of Shah Hamdani Mission"۔</w:t>
      </w:r>
    </w:p>
    <w:p>
      <w:pPr>
        <w:jc w:val="right"/>
      </w:pPr>
      <w:r>
        <w:t>کس کا یہ نام ہے؟ "Revival of شاہ حمدانی Mission"۔</w:t>
      </w:r>
    </w:p>
    <w:p>
      <w:r>
        <w:rPr>
          <w:b/>
        </w:rPr>
        <w:t xml:space="preserve">[13:54] </w:t>
      </w:r>
      <w:r>
        <w:t>"Revival of Shah Hamdan Mission".</w:t>
      </w:r>
    </w:p>
    <w:p>
      <w:pPr>
        <w:jc w:val="right"/>
      </w:pPr>
      <w:r>
        <w:t>"Revival of شاہ حمدان Mission"۔</w:t>
      </w:r>
    </w:p>
    <w:p>
      <w:r>
        <w:rPr>
          <w:b/>
        </w:rPr>
        <w:t xml:space="preserve">[13:56] </w:t>
      </w:r>
      <w:r>
        <w:t>yeh is ka naam hai.</w:t>
      </w:r>
    </w:p>
    <w:p>
      <w:pPr>
        <w:jc w:val="right"/>
      </w:pPr>
      <w:r>
        <w:t>یہ اس کا نام ہے۔</w:t>
      </w:r>
    </w:p>
    <w:p>
      <w:r>
        <w:rPr>
          <w:b/>
        </w:rPr>
        <w:t xml:space="preserve">[13:58] </w:t>
      </w:r>
      <w:r>
        <w:t>to main ne socha ke dekhiye, door jadeed mein relevance khatam ho chuka hai in logon ka jo</w:t>
      </w:r>
    </w:p>
    <w:p>
      <w:pPr>
        <w:jc w:val="right"/>
      </w:pPr>
      <w:r>
        <w:t>تو میں نے سوچا کہ دیکھیے، دور جدید میں ریلیونس ختم ہو چکا ہے ان لوگوں کا جو</w:t>
      </w:r>
    </w:p>
    <w:p>
      <w:r>
        <w:rPr>
          <w:b/>
        </w:rPr>
        <w:t xml:space="preserve">[14:06] </w:t>
      </w:r>
      <w:r>
        <w:t>talwar ke zariye india mein dakhil hue.</w:t>
      </w:r>
    </w:p>
    <w:p>
      <w:pPr>
        <w:jc w:val="right"/>
      </w:pPr>
      <w:r>
        <w:t>تلوار کے ذریعے انڈیا میں داخل ہوئے۔</w:t>
      </w:r>
    </w:p>
    <w:p>
      <w:r>
        <w:rPr>
          <w:b/>
        </w:rPr>
        <w:t xml:space="preserve">[14:09] </w:t>
      </w:r>
      <w:r>
        <w:t>agar aap ko revive karna hai to kya aap woh is tareekh ko revive karenge jo babar</w:t>
      </w:r>
    </w:p>
    <w:p>
      <w:pPr>
        <w:jc w:val="right"/>
      </w:pPr>
      <w:r>
        <w:t>اگر آپ کو ریوائیو کرنا ہے تو کیا آپ وہ اس تاریخ کو ریوائیو کریں گے جو بابر</w:t>
      </w:r>
    </w:p>
    <w:p>
      <w:r>
        <w:rPr>
          <w:b/>
        </w:rPr>
        <w:t xml:space="preserve">[14:17] </w:t>
      </w:r>
      <w:r>
        <w:t>نے اور شہاب الدین غوری نے بنائی؟ "Revival of Ghauri Mission" اور "Revival of Babri Mission" کر سکتے</w:t>
      </w:r>
    </w:p>
    <w:p>
      <w:pPr>
        <w:jc w:val="right"/>
      </w:pPr>
      <w:r>
        <w:t>نے اور شہاب الدین غوری نے بنائی؟ "Revival of غوری Mission" اور "Revival of Babri Mission" کر سکتے</w:t>
      </w:r>
    </w:p>
    <w:p>
      <w:r>
        <w:rPr>
          <w:b/>
        </w:rPr>
        <w:t xml:space="preserve">[14:25] </w:t>
      </w:r>
      <w:r>
        <w:t>hain aap? koi relevance nahi reh gaya in ka.</w:t>
      </w:r>
    </w:p>
    <w:p>
      <w:pPr>
        <w:jc w:val="right"/>
      </w:pPr>
      <w:r>
        <w:t>ہیں آپ؟ کوئی ریلیونس نہیں رہ گیا ان کا۔</w:t>
      </w:r>
    </w:p>
    <w:p>
      <w:r>
        <w:rPr>
          <w:b/>
        </w:rPr>
        <w:t xml:space="preserve">[14:28] </w:t>
      </w:r>
      <w:r>
        <w:t>ek mazak hoga agar aisa koi kare to.</w:t>
      </w:r>
    </w:p>
    <w:p>
      <w:pPr>
        <w:jc w:val="right"/>
      </w:pPr>
      <w:r>
        <w:t>ایک مذاق ہوگا اگر ایسا کوئی کرے تو۔</w:t>
      </w:r>
    </w:p>
    <w:p>
      <w:r>
        <w:rPr>
          <w:b/>
        </w:rPr>
        <w:t xml:space="preserve">[14:32] </w:t>
      </w:r>
      <w:r>
        <w:t>to soofiyon ki tareekh ne yeh kitna bara ek mauqa diya hai ke aaj ke halaat mein is</w:t>
      </w:r>
    </w:p>
    <w:p>
      <w:pPr>
        <w:jc w:val="right"/>
      </w:pPr>
      <w:r>
        <w:t>تو صوفیوں کی تاریخ نے یہ کتنا بڑا ایک موقع دیا ہے کہ آج کے حالات میں اس</w:t>
      </w:r>
    </w:p>
    <w:p>
      <w:r>
        <w:rPr>
          <w:b/>
        </w:rPr>
        <w:t xml:space="preserve">[14:40] </w:t>
      </w:r>
      <w:r>
        <w:t>ka revive kar saken.</w:t>
      </w:r>
    </w:p>
    <w:p>
      <w:pPr>
        <w:jc w:val="right"/>
      </w:pPr>
      <w:r>
        <w:t>کا ریوائیو کر سکیں۔</w:t>
      </w:r>
    </w:p>
    <w:p>
      <w:r>
        <w:rPr>
          <w:b/>
        </w:rPr>
        <w:t xml:space="preserve">[14:41] </w:t>
      </w:r>
      <w:r>
        <w:t>aaj jante hain ke aaj duniya mein aman pasand kiya jata hai, mil milap pasand kiya jata hai,</w:t>
      </w:r>
    </w:p>
    <w:p>
      <w:pPr>
        <w:jc w:val="right"/>
      </w:pPr>
      <w:r>
        <w:t>آج جانتے ہیں کہ آج دنیا میں امن پسند کیا جاتا ہے، میل ملاپ پسند کیا جاتا ہے،</w:t>
      </w:r>
    </w:p>
    <w:p>
      <w:r>
        <w:rPr>
          <w:b/>
        </w:rPr>
        <w:t xml:space="preserve">[14:49] </w:t>
      </w:r>
      <w:r>
        <w:t>tarders pasand kiya jata hai.</w:t>
      </w:r>
    </w:p>
    <w:p>
      <w:pPr>
        <w:jc w:val="right"/>
      </w:pPr>
      <w:r>
        <w:t>ٹارڈرز پسند کیا جاتا ہے۔</w:t>
      </w:r>
    </w:p>
    <w:p>
      <w:r>
        <w:rPr>
          <w:b/>
        </w:rPr>
        <w:t xml:space="preserve">[14:51] </w:t>
      </w:r>
      <w:r>
        <w:t>ab ladai bhadai ek purani cheez ban chuki hai.</w:t>
      </w:r>
    </w:p>
    <w:p>
      <w:pPr>
        <w:jc w:val="right"/>
      </w:pPr>
      <w:r>
        <w:t>اب لڑائی بھڑائی ایک پرانی چیز بن چکی ہے۔</w:t>
      </w:r>
    </w:p>
    <w:p>
      <w:r>
        <w:rPr>
          <w:b/>
        </w:rPr>
        <w:t xml:space="preserve">[14:55] </w:t>
      </w:r>
      <w:r>
        <w:t>har aadmi ladai bhadai se nafrat karta hai.</w:t>
      </w:r>
    </w:p>
    <w:p>
      <w:pPr>
        <w:jc w:val="right"/>
      </w:pPr>
      <w:r>
        <w:t>ہر آدمی لڑائی بھڑائی سے نفرت کرتا ہے۔</w:t>
      </w:r>
    </w:p>
    <w:p>
      <w:r>
        <w:rPr>
          <w:b/>
        </w:rPr>
        <w:t xml:space="preserve">[14:58] </w:t>
      </w:r>
      <w:r>
        <w:t>to agar aap revive karen in logon ki jinho ne talwar ki tareekh banai, ladai ki tareekh banai,</w:t>
      </w:r>
    </w:p>
    <w:p>
      <w:pPr>
        <w:jc w:val="right"/>
      </w:pPr>
      <w:r>
        <w:t>تو اگر آپ ریوائیو کریں ان لوگوں کی جنہوں نے تلوار کی تاریخ بنائی، لڑائی کی تاریخ بنائی،</w:t>
      </w:r>
    </w:p>
    <w:p>
      <w:r>
        <w:rPr>
          <w:b/>
        </w:rPr>
        <w:t xml:space="preserve">[15:06] </w:t>
      </w:r>
      <w:r>
        <w:t>to aaj woh irrelevant hoga woh.</w:t>
      </w:r>
    </w:p>
    <w:p>
      <w:pPr>
        <w:jc w:val="right"/>
      </w:pPr>
      <w:r>
        <w:t>تو آج وہ اریلیونٹ ہوگا وہ۔</w:t>
      </w:r>
    </w:p>
    <w:p>
      <w:r>
        <w:rPr>
          <w:b/>
        </w:rPr>
        <w:t xml:space="preserve">[15:09] </w:t>
      </w:r>
      <w:r>
        <w:t>in ko revive karen to is ka koi relevance nahi hoga.</w:t>
      </w:r>
    </w:p>
    <w:p>
      <w:pPr>
        <w:jc w:val="right"/>
      </w:pPr>
      <w:r>
        <w:t>ان کو ریوائیو کریں تو اس کا کوئی ریلیونس نہیں ہوگا۔</w:t>
      </w:r>
    </w:p>
    <w:p>
      <w:r>
        <w:rPr>
          <w:b/>
        </w:rPr>
        <w:t xml:space="preserve">[15:13] </w:t>
      </w:r>
      <w:r>
        <w:t>arab mein ek shayar the, unho ne kaha tha ke "haat salahuddin sahib, haat salahuddin sahib</w:t>
      </w:r>
    </w:p>
    <w:p>
      <w:pPr>
        <w:jc w:val="right"/>
      </w:pPr>
      <w:r>
        <w:t>عرب میں ایک شاعر تھے، انہوں نے کہا تھا کہ "ہات صلاح الدین صاحب، ہات صلاح الدین صاحب</w:t>
      </w:r>
    </w:p>
    <w:p>
      <w:r>
        <w:rPr>
          <w:b/>
        </w:rPr>
        <w:t xml:space="preserve">[15:21] </w:t>
      </w:r>
      <w:r>
        <w:t>tanfina, jadadi hatina aur sabhi hatina".</w:t>
      </w:r>
    </w:p>
    <w:p>
      <w:pPr>
        <w:jc w:val="right"/>
      </w:pPr>
      <w:r>
        <w:t>تنفینا، جددی ہتینا اور سبھی ہتینا"۔</w:t>
      </w:r>
    </w:p>
    <w:p>
      <w:r>
        <w:rPr>
          <w:b/>
        </w:rPr>
        <w:t xml:space="preserve">[15:24] </w:t>
      </w:r>
      <w:r>
        <w:t>yani salahuddin ki talwar ko dobara wapas lao.</w:t>
      </w:r>
    </w:p>
    <w:p>
      <w:pPr>
        <w:jc w:val="right"/>
      </w:pPr>
      <w:r>
        <w:t>یعنی صلاح الدین کی تلوار کو دوبارہ واپس لاؤ۔</w:t>
      </w:r>
    </w:p>
    <w:p>
      <w:r>
        <w:rPr>
          <w:b/>
        </w:rPr>
        <w:t xml:space="preserve">[15:28] </w:t>
      </w:r>
      <w:r>
        <w:t>lekin yeh shayari ban kar reh gaya.</w:t>
      </w:r>
    </w:p>
    <w:p>
      <w:pPr>
        <w:jc w:val="right"/>
      </w:pPr>
      <w:r>
        <w:t>لیکن یہ شاعری بن کر رہ گیا۔</w:t>
      </w:r>
    </w:p>
    <w:p>
      <w:r>
        <w:rPr>
          <w:b/>
        </w:rPr>
        <w:t xml:space="preserve">[15:31] </w:t>
      </w:r>
      <w:r>
        <w:t>koi is ko revive nahi kar saka.</w:t>
      </w:r>
    </w:p>
    <w:p>
      <w:pPr>
        <w:jc w:val="right"/>
      </w:pPr>
      <w:r>
        <w:t>کوئی اس کو ریوائیو نہیں کر سکا۔</w:t>
      </w:r>
    </w:p>
    <w:p>
      <w:r>
        <w:rPr>
          <w:b/>
        </w:rPr>
        <w:t xml:space="preserve">[15:34] </w:t>
      </w:r>
      <w:r>
        <w:t>kyun ke ab salahuddin ki talwar ka koi relevance nahi hai.</w:t>
      </w:r>
    </w:p>
    <w:p>
      <w:pPr>
        <w:jc w:val="right"/>
      </w:pPr>
      <w:r>
        <w:t>کیونکہ اب صلاح الدین کی تلوار کا کوئی ریلیونس نہیں ہے۔</w:t>
      </w:r>
    </w:p>
    <w:p>
      <w:r>
        <w:rPr>
          <w:b/>
        </w:rPr>
        <w:t xml:space="preserve">[15:38] </w:t>
      </w:r>
      <w:r>
        <w:t>to woh shayari ban kar reh gaya woh.</w:t>
      </w:r>
    </w:p>
    <w:p>
      <w:pPr>
        <w:jc w:val="right"/>
      </w:pPr>
      <w:r>
        <w:t>تو وہ شاعری بن کر رہ گیا وہ۔</w:t>
      </w:r>
    </w:p>
    <w:p>
      <w:r>
        <w:rPr>
          <w:b/>
        </w:rPr>
        <w:t xml:space="preserve">[15:42] </w:t>
      </w:r>
      <w:r>
        <w:t>lekin ab jo kashmir mein jo naujawan kaam kar rahe hain, shah hamdan mission ko jo revive kar</w:t>
      </w:r>
    </w:p>
    <w:p>
      <w:pPr>
        <w:jc w:val="right"/>
      </w:pPr>
      <w:r>
        <w:t>لیکن اب جو کشمیر میں جو نوجوان کام کر رہے ہیں، شاہ حمدان Mission کو جو ریوائیو کر</w:t>
      </w:r>
    </w:p>
    <w:p>
      <w:r>
        <w:rPr>
          <w:b/>
        </w:rPr>
        <w:t xml:space="preserve">[15:49] </w:t>
      </w:r>
      <w:r>
        <w:t>rahe hain, kuch zabardast un ko wahan par istiqbal mil raha hai.</w:t>
      </w:r>
    </w:p>
    <w:p>
      <w:pPr>
        <w:jc w:val="right"/>
      </w:pPr>
      <w:r>
        <w:t>رہے ہیں، کچھ زبردست ان کو وہاں پر استقبال مل رہا ہے۔</w:t>
      </w:r>
    </w:p>
    <w:p>
      <w:r>
        <w:rPr>
          <w:b/>
        </w:rPr>
        <w:t xml:space="preserve">[15:55] </w:t>
      </w:r>
      <w:r>
        <w:t>aarmion bhi ate hain, aarmion wale bohat pasand karte hain.</w:t>
      </w:r>
    </w:p>
    <w:p>
      <w:pPr>
        <w:jc w:val="right"/>
      </w:pPr>
      <w:r>
        <w:t>عارمیوں بھی آتے ہیں، عارمی والے بہت پسند کرتے ہیں۔</w:t>
      </w:r>
    </w:p>
    <w:p>
      <w:r>
        <w:rPr>
          <w:b/>
        </w:rPr>
        <w:t xml:space="preserve">[15:59] </w:t>
      </w:r>
      <w:r>
        <w:t>un ko ja kar woh quran dete hain, un ko aman ka paigham dete hain.</w:t>
      </w:r>
    </w:p>
    <w:p>
      <w:pPr>
        <w:jc w:val="right"/>
      </w:pPr>
      <w:r>
        <w:t>ان کو جا کر وہ قرآن دیتے ہیں، ان کو امن کا پیغام دیتے ہیں۔</w:t>
      </w:r>
    </w:p>
    <w:p>
      <w:r>
        <w:rPr>
          <w:b/>
        </w:rPr>
        <w:t xml:space="preserve">[16:05] </w:t>
      </w:r>
      <w:r>
        <w:t>to gaya ke soofiyon ki jo tareekh hai, us ko aap revive kar sakte hain.</w:t>
      </w:r>
    </w:p>
    <w:p>
      <w:pPr>
        <w:jc w:val="right"/>
      </w:pPr>
      <w:r>
        <w:t>تو گیا کہ صوفیوں کی جو تاریخ ہے، اس کو آپ ریوائیو کر سکتے ہیں۔</w:t>
      </w:r>
    </w:p>
    <w:p>
      <w:r>
        <w:rPr>
          <w:b/>
        </w:rPr>
        <w:t xml:space="preserve">[16:12] </w:t>
      </w:r>
      <w:r>
        <w:t>badshahon ki tareekh ko aap revive nahi kar sakte.</w:t>
      </w:r>
    </w:p>
    <w:p>
      <w:pPr>
        <w:jc w:val="right"/>
      </w:pPr>
      <w:r>
        <w:t>بادشاہوں کی تاریخ کو آپ ریوائیو نہیں کر سکتے۔</w:t>
      </w:r>
    </w:p>
    <w:p>
      <w:r>
        <w:rPr>
          <w:b/>
        </w:rPr>
        <w:t xml:space="preserve">[16:16] </w:t>
      </w:r>
      <w:r>
        <w:t>revive karenge to siwaye is ke ke yani nakami ke siwa aur kuch aur nahi milne wala</w:t>
      </w:r>
    </w:p>
    <w:p>
      <w:pPr>
        <w:jc w:val="right"/>
      </w:pPr>
      <w:r>
        <w:t>ریوائیو کریں گے تو سوائے اس کے کہ یعنی ناکامی کے سوا اور کچھ اور نہیں ملنے والا</w:t>
      </w:r>
    </w:p>
    <w:p>
      <w:r>
        <w:rPr>
          <w:b/>
        </w:rPr>
        <w:t xml:space="preserve">[16:23] </w:t>
      </w:r>
      <w:r>
        <w:t>he.</w:t>
      </w:r>
    </w:p>
    <w:p>
      <w:pPr>
        <w:jc w:val="right"/>
      </w:pPr>
      <w:r>
        <w:t>ہے۔</w:t>
      </w:r>
    </w:p>
    <w:p>
      <w:r>
        <w:rPr>
          <w:b/>
        </w:rPr>
        <w:t xml:space="preserve">[16:25] </w:t>
      </w:r>
      <w:r>
        <w:t>to shubah meri samajh mein aayi ke badshahon ne ya rulers ne jo tareekh banai, us ko aap</w:t>
      </w:r>
    </w:p>
    <w:p>
      <w:pPr>
        <w:jc w:val="right"/>
      </w:pPr>
      <w:r>
        <w:t>تو شبہ میری سمجھ میں آئی کہ بادشاہوں نے یا رولرز نے جو تاریخ بنائی، اس کو آپ</w:t>
      </w:r>
    </w:p>
    <w:p>
      <w:r>
        <w:rPr>
          <w:b/>
        </w:rPr>
        <w:t xml:space="preserve">[16:33] </w:t>
      </w:r>
      <w:r>
        <w:t>revive nahi kar sakte.</w:t>
      </w:r>
    </w:p>
    <w:p>
      <w:pPr>
        <w:jc w:val="right"/>
      </w:pPr>
      <w:r>
        <w:t>ریوائیو نہیں کر سکتے۔</w:t>
      </w:r>
    </w:p>
    <w:p>
      <w:r>
        <w:rPr>
          <w:b/>
        </w:rPr>
        <w:t xml:space="preserve">[16:34] </w:t>
      </w:r>
      <w:r>
        <w:t>jis shayar ne kaha tha ke "haat salahuddin sahib tanfina, jadadi hatina aur sabhi hatina", woh hawa</w:t>
      </w:r>
    </w:p>
    <w:p>
      <w:pPr>
        <w:jc w:val="right"/>
      </w:pPr>
      <w:r>
        <w:t>جس شاعر نے کہا تھا کہ "ہات صلاح الدین صاحب تنفینا، جددی ہتینا اور سبھی ہتینا"، وہ ہوا</w:t>
      </w:r>
    </w:p>
    <w:p>
      <w:r>
        <w:rPr>
          <w:b/>
        </w:rPr>
        <w:t xml:space="preserve">[16:42] </w:t>
      </w:r>
      <w:r>
        <w:t>mein urh kar reh gaya.</w:t>
      </w:r>
    </w:p>
    <w:p>
      <w:pPr>
        <w:jc w:val="right"/>
      </w:pPr>
      <w:r>
        <w:t>میں اڑ کر رہ گیا۔</w:t>
      </w:r>
    </w:p>
    <w:p>
      <w:r>
        <w:rPr>
          <w:b/>
        </w:rPr>
        <w:t xml:space="preserve">[16:44] </w:t>
      </w:r>
      <w:r>
        <w:t>ridiculous ban kar reh gaya woh.</w:t>
      </w:r>
    </w:p>
    <w:p>
      <w:pPr>
        <w:jc w:val="right"/>
      </w:pPr>
      <w:r>
        <w:t>ریڈیکولنس بن کر رہ گیا وہ۔</w:t>
      </w:r>
    </w:p>
    <w:p>
      <w:r>
        <w:rPr>
          <w:b/>
        </w:rPr>
        <w:t xml:space="preserve">[16:47] </w:t>
      </w:r>
      <w:r>
        <w:t>woh revive na ho saka.</w:t>
      </w:r>
    </w:p>
    <w:p>
      <w:pPr>
        <w:jc w:val="right"/>
      </w:pPr>
      <w:r>
        <w:t>وہ ریوائیو نہ ہو سکا۔</w:t>
      </w:r>
    </w:p>
    <w:p>
      <w:r>
        <w:rPr>
          <w:b/>
        </w:rPr>
        <w:t xml:space="preserve">[16:49] </w:t>
      </w:r>
      <w:r>
        <w:t>lekin jo log soofi ke hawale se un ke mission ko revive karna chahte hain, un ko istiqbal</w:t>
      </w:r>
    </w:p>
    <w:p>
      <w:pPr>
        <w:jc w:val="right"/>
      </w:pPr>
      <w:r>
        <w:t>لیکن جو لوگ صوفی کے حوالے سے ان کے مشن کو ریوائیو کرنا چاہتے ہیں، ان کو استقبال</w:t>
      </w:r>
    </w:p>
    <w:p>
      <w:r>
        <w:rPr>
          <w:b/>
        </w:rPr>
        <w:t xml:space="preserve">[16:57] </w:t>
      </w:r>
      <w:r>
        <w:t>mil raha hai.</w:t>
      </w:r>
    </w:p>
    <w:p>
      <w:pPr>
        <w:jc w:val="right"/>
      </w:pPr>
      <w:r>
        <w:t>مل رہا ہے۔</w:t>
      </w:r>
    </w:p>
    <w:p>
      <w:r>
        <w:rPr>
          <w:b/>
        </w:rPr>
        <w:t xml:space="preserve">[16:58] </w:t>
      </w:r>
      <w:r>
        <w:t>tarqub ul qubool mil raha hai un ko.</w:t>
      </w:r>
    </w:p>
    <w:p>
      <w:pPr>
        <w:jc w:val="right"/>
      </w:pPr>
      <w:r>
        <w:t>ترقب القبول مل رہا ہے ان کو۔</w:t>
      </w:r>
    </w:p>
    <w:p>
      <w:r>
        <w:rPr>
          <w:b/>
        </w:rPr>
        <w:t xml:space="preserve">[17:01] </w:t>
      </w:r>
      <w:r>
        <w:t>un ko khush aamdeed kaha ja raha hai.</w:t>
      </w:r>
    </w:p>
    <w:p>
      <w:pPr>
        <w:jc w:val="right"/>
      </w:pPr>
      <w:r>
        <w:t>ان کو خوش آمدید کہا جا رہا ہے۔</w:t>
      </w:r>
    </w:p>
    <w:p>
      <w:r>
        <w:rPr>
          <w:b/>
        </w:rPr>
        <w:t xml:space="preserve">[17:04] </w:t>
      </w:r>
      <w:r>
        <w:t>kyun? soofiyon ka jo mission tha woh aman par mabni tha, insaniyat par mabni tha, pyar o mohabbat</w:t>
      </w:r>
    </w:p>
    <w:p>
      <w:pPr>
        <w:jc w:val="right"/>
      </w:pPr>
      <w:r>
        <w:t>کیوں؟ صوفیوں کا جو مشن تھا وہ امن پر مبنی تھا، انسانیت پر مبنی تھا، پیار و محبت</w:t>
      </w:r>
    </w:p>
    <w:p>
      <w:r>
        <w:rPr>
          <w:b/>
        </w:rPr>
        <w:t xml:space="preserve">[17:12] </w:t>
      </w:r>
      <w:r>
        <w:t>par mabni tha.</w:t>
      </w:r>
    </w:p>
    <w:p>
      <w:pPr>
        <w:jc w:val="right"/>
      </w:pPr>
      <w:r>
        <w:t>پر مبنی تھا۔</w:t>
      </w:r>
    </w:p>
    <w:p>
      <w:r>
        <w:rPr>
          <w:b/>
        </w:rPr>
        <w:t xml:space="preserve">[17:14] </w:t>
      </w:r>
      <w:r>
        <w:t>is liye jo ke aaj ka yani aaj ki aaj ki cheez hai.</w:t>
      </w:r>
    </w:p>
    <w:p>
      <w:pPr>
        <w:jc w:val="right"/>
      </w:pPr>
      <w:r>
        <w:t>اس لیے جو کہ آج کا یعنی آج کی آج کی چیز ہے۔</w:t>
      </w:r>
    </w:p>
    <w:p>
      <w:r>
        <w:rPr>
          <w:b/>
        </w:rPr>
        <w:t xml:space="preserve">[17:19] </w:t>
      </w:r>
      <w:r>
        <w:t>aaj sari dunya mein jo log chahte hain peace, sari dunya mein.</w:t>
      </w:r>
    </w:p>
    <w:p>
      <w:pPr>
        <w:jc w:val="right"/>
      </w:pPr>
      <w:r>
        <w:t>آج ساری دنیا میں جو لوگ چاہتے ہیں پیس، ساری دنیا میں۔</w:t>
      </w:r>
    </w:p>
    <w:p>
      <w:r>
        <w:rPr>
          <w:b/>
        </w:rPr>
        <w:t xml:space="preserve">[17:24] </w:t>
      </w:r>
      <w:r>
        <w:t>koi jang nahi chahta.</w:t>
      </w:r>
    </w:p>
    <w:p>
      <w:pPr>
        <w:jc w:val="right"/>
      </w:pPr>
      <w:r>
        <w:t>کوئی جنگ نہیں چاہتا۔</w:t>
      </w:r>
    </w:p>
    <w:p>
      <w:r>
        <w:rPr>
          <w:b/>
        </w:rPr>
        <w:t xml:space="preserve">[17:26] </w:t>
      </w:r>
      <w:r>
        <w:t>to yeh kitni bari virasat hai jo soofiyon ke zariye se mili hai.</w:t>
      </w:r>
    </w:p>
    <w:p>
      <w:pPr>
        <w:jc w:val="right"/>
      </w:pPr>
      <w:r>
        <w:t>تو یہ کتنی بڑی وراثت ہے جو صوفیوں کے ذریعے سے ملی ہے۔</w:t>
      </w:r>
    </w:p>
    <w:p>
      <w:r>
        <w:rPr>
          <w:b/>
        </w:rPr>
        <w:t xml:space="preserve">[17:32] </w:t>
      </w:r>
      <w:r>
        <w:t>kitni bari virasat hai.</w:t>
      </w:r>
    </w:p>
    <w:p>
      <w:pPr>
        <w:jc w:val="right"/>
      </w:pPr>
      <w:r>
        <w:t>کتنی بڑی وراثت ہے۔</w:t>
      </w:r>
    </w:p>
    <w:p>
      <w:r>
        <w:rPr>
          <w:b/>
        </w:rPr>
        <w:t xml:space="preserve">[17:33] </w:t>
      </w:r>
      <w:r>
        <w:t>yani woh virasat jo hamein nahi mili badshahon se, woh virasat mili hum ko soofiyon ke zariye se.</w:t>
      </w:r>
    </w:p>
    <w:p>
      <w:pPr>
        <w:jc w:val="right"/>
      </w:pPr>
      <w:r>
        <w:t>یعنی وہ وراثت جو ہمیں نہیں ملی بادشاہوں سے، وہ وراثت ملی ہم کو صوفیوں کے ذریعے سے۔</w:t>
      </w:r>
    </w:p>
    <w:p>
      <w:r>
        <w:rPr>
          <w:b/>
        </w:rPr>
        <w:t xml:space="preserve">[17:41] </w:t>
      </w:r>
      <w:r>
        <w:t>to woh aik bohat hi mashhoor soofi hain, Khwaja Fareed.</w:t>
      </w:r>
    </w:p>
    <w:p>
      <w:pPr>
        <w:jc w:val="right"/>
      </w:pPr>
      <w:r>
        <w:t>تو وہ ایک بہت ہی مشہور صوفی ہیں، خواجہ فرید۔</w:t>
      </w:r>
    </w:p>
    <w:p>
      <w:r>
        <w:rPr>
          <w:b/>
        </w:rPr>
        <w:t xml:space="preserve">[17:45] </w:t>
      </w:r>
      <w:r>
        <w:t>bohat mashhoor hain aap jante hain.</w:t>
      </w:r>
    </w:p>
    <w:p>
      <w:pPr>
        <w:jc w:val="right"/>
      </w:pPr>
      <w:r>
        <w:t>بہت مشہور ہیں آپ جانتے ہیں۔</w:t>
      </w:r>
    </w:p>
    <w:p>
      <w:r>
        <w:rPr>
          <w:b/>
        </w:rPr>
        <w:t xml:space="preserve">[17:48] </w:t>
      </w:r>
      <w:r>
        <w:t>to sufism ka kya khulasa hai, un ke aik waqeye mein bohat achhi tarah se milta hai.</w:t>
      </w:r>
    </w:p>
    <w:p>
      <w:pPr>
        <w:jc w:val="right"/>
      </w:pPr>
      <w:r>
        <w:t>تو صوفی ازم کا کیا خلاصہ ہے، ان کے ایک واقعے میں بہت اچھی طرح سے ملتا ہے۔</w:t>
      </w:r>
    </w:p>
    <w:p>
      <w:r>
        <w:rPr>
          <w:b/>
        </w:rPr>
        <w:t xml:space="preserve">[17:56] </w:t>
      </w:r>
      <w:r>
        <w:t>Khwaja Fareed ke haan aik un ka aik mureed aaya, to us ne tohfa pesh kiya.</w:t>
      </w:r>
    </w:p>
    <w:p>
      <w:pPr>
        <w:jc w:val="right"/>
      </w:pPr>
      <w:r>
        <w:t>خواجہ فرید کے ہاں ایک ان کا ایک مرید آیا، تو اس نے تحفہ پیش کیا۔</w:t>
      </w:r>
    </w:p>
    <w:p>
      <w:r>
        <w:rPr>
          <w:b/>
        </w:rPr>
        <w:t xml:space="preserve">[18:03] </w:t>
      </w:r>
      <w:r>
        <w:t>woh tohfa kya tha? kainchi.</w:t>
      </w:r>
    </w:p>
    <w:p>
      <w:pPr>
        <w:jc w:val="right"/>
      </w:pPr>
      <w:r>
        <w:t>وہ تحفہ کیا تھا؟ کینچی۔</w:t>
      </w:r>
    </w:p>
    <w:p>
      <w:r>
        <w:rPr>
          <w:b/>
        </w:rPr>
        <w:t xml:space="preserve">[18:05] </w:t>
      </w:r>
      <w:r>
        <w:t>is ne kaha ke hamare haan kainchi banti hai, jahan mein rehta hoon, to mein aap kikhidmat</w:t>
      </w:r>
    </w:p>
    <w:p>
      <w:pPr>
        <w:jc w:val="right"/>
      </w:pPr>
      <w:r>
        <w:t>اس نے کہا کہ ہمارے ہاں کینچی بنتی ہے، جہاں میں رہتا ہوں، تو میں آپ کی خدمت</w:t>
      </w:r>
    </w:p>
    <w:p>
      <w:r>
        <w:rPr>
          <w:b/>
        </w:rPr>
        <w:t xml:space="preserve">[18:12] </w:t>
      </w:r>
      <w:r>
        <w:t>mein kainchi ka tohfa le kar aaya hoon.</w:t>
      </w:r>
    </w:p>
    <w:p>
      <w:pPr>
        <w:jc w:val="right"/>
      </w:pPr>
      <w:r>
        <w:t>میں کینچی کا تحفہ لے کر آیا ہوں۔</w:t>
      </w:r>
    </w:p>
    <w:p>
      <w:r>
        <w:rPr>
          <w:b/>
        </w:rPr>
        <w:t xml:space="preserve">[18:16] </w:t>
      </w:r>
      <w:r>
        <w:t>to khwaja fareed ne is ko haath mein liya aur kaha ke tum hamare liye kainchi ka tohfa</w:t>
      </w:r>
    </w:p>
    <w:p>
      <w:pPr>
        <w:jc w:val="right"/>
      </w:pPr>
      <w:r>
        <w:t>تو خواجہ فرید نے اس کو ہاتھ میں لیا اور کہا کہ تم ہمارے لیے کینچی کا تحفہ</w:t>
      </w:r>
    </w:p>
    <w:p>
      <w:r>
        <w:rPr>
          <w:b/>
        </w:rPr>
        <w:t xml:space="preserve">[18:24] </w:t>
      </w:r>
      <w:r>
        <w:t>laye ho.</w:t>
      </w:r>
    </w:p>
    <w:p>
      <w:pPr>
        <w:jc w:val="right"/>
      </w:pPr>
      <w:r>
        <w:t>لائے ہو۔</w:t>
      </w:r>
    </w:p>
    <w:p>
      <w:r>
        <w:rPr>
          <w:b/>
        </w:rPr>
        <w:t xml:space="preserve">[18:25] </w:t>
      </w:r>
      <w:r>
        <w:t>kainchi to kaat ti hai.</w:t>
      </w:r>
    </w:p>
    <w:p>
      <w:pPr>
        <w:jc w:val="right"/>
      </w:pPr>
      <w:r>
        <w:t>کینچی تو کاٹتی ہے۔</w:t>
      </w:r>
    </w:p>
    <w:p>
      <w:r>
        <w:rPr>
          <w:b/>
        </w:rPr>
        <w:t xml:space="preserve">[18:27] </w:t>
      </w:r>
      <w:r>
        <w:t>hamare kaam to jodna hai.</w:t>
      </w:r>
    </w:p>
    <w:p>
      <w:pPr>
        <w:jc w:val="right"/>
      </w:pPr>
      <w:r>
        <w:t>ہمارے کام تو جوڑنا ہے۔</w:t>
      </w:r>
    </w:p>
    <w:p>
      <w:r>
        <w:rPr>
          <w:b/>
        </w:rPr>
        <w:t xml:space="preserve">[18:29] </w:t>
      </w:r>
      <w:r>
        <w:t>agar tum ko tohfa lana tha to sui tanga laatay.</w:t>
      </w:r>
    </w:p>
    <w:p>
      <w:pPr>
        <w:jc w:val="right"/>
      </w:pPr>
      <w:r>
        <w:t>اگر تم کو تحفہ لانا تھا تو سوئی تانگا لاتے۔</w:t>
      </w:r>
    </w:p>
    <w:p>
      <w:r>
        <w:rPr>
          <w:b/>
        </w:rPr>
        <w:t xml:space="preserve">[18:33] </w:t>
      </w:r>
      <w:r>
        <w:t>sui tanga jo hai jorny ka kaam hai, sui tangay ka.</w:t>
      </w:r>
    </w:p>
    <w:p>
      <w:pPr>
        <w:jc w:val="right"/>
      </w:pPr>
      <w:r>
        <w:t>سوئی تانگا جو ہے جوڑنے کا کام ہے، سوئی تانگے کا۔</w:t>
      </w:r>
    </w:p>
    <w:p>
      <w:r>
        <w:rPr>
          <w:b/>
        </w:rPr>
        <w:t xml:space="preserve">[18:38] </w:t>
      </w:r>
      <w:r>
        <w:t>aur kainchi ka kaam to kaatna hai.</w:t>
      </w:r>
    </w:p>
    <w:p>
      <w:pPr>
        <w:jc w:val="right"/>
      </w:pPr>
      <w:r>
        <w:t>اور کینچی کا کام تو کاٹنا ہے۔</w:t>
      </w:r>
    </w:p>
    <w:p>
      <w:r>
        <w:rPr>
          <w:b/>
        </w:rPr>
        <w:t xml:space="preserve">[18:41] </w:t>
      </w:r>
      <w:r>
        <w:t>is se aap samajh sakte hain ke soofi mizaj kya hai, soofi tehreek kya hai, soofi soofi izm</w:t>
      </w:r>
    </w:p>
    <w:p>
      <w:pPr>
        <w:jc w:val="right"/>
      </w:pPr>
      <w:r>
        <w:t>اس سے آپ سمجھ سکتے ہیں کہ صوفی مزاج کیا ہے، صوفی تحریک کیا ہے، صوفی صوفی ازم</w:t>
      </w:r>
    </w:p>
    <w:p>
      <w:r>
        <w:rPr>
          <w:b/>
        </w:rPr>
        <w:t xml:space="preserve">[18:49] </w:t>
      </w:r>
      <w:r>
        <w:t>ka jism kya hai.</w:t>
      </w:r>
    </w:p>
    <w:p>
      <w:pPr>
        <w:jc w:val="right"/>
      </w:pPr>
      <w:r>
        <w:t>کا جسم کیا ہے۔</w:t>
      </w:r>
    </w:p>
    <w:p>
      <w:r>
        <w:rPr>
          <w:b/>
        </w:rPr>
        <w:t xml:space="preserve">[18:50] </w:t>
      </w:r>
      <w:r>
        <w:t>yani insanon ko milana, peaceful tareeqay se aapas mein ta'alluq qaim karna.</w:t>
      </w:r>
    </w:p>
    <w:p>
      <w:pPr>
        <w:jc w:val="right"/>
      </w:pPr>
      <w:r>
        <w:t>یعنی انسانوں کو ملانا، پیس فل طریقے سے آپس میں تعلق قائم کرنا۔</w:t>
      </w:r>
    </w:p>
    <w:p>
      <w:r>
        <w:rPr>
          <w:b/>
        </w:rPr>
        <w:t xml:space="preserve">[18:56] </w:t>
      </w:r>
      <w:r>
        <w:t>to aman jo hai, aman aur pyar aur mohabbat, yeh har insaan ki awaaz hai.</w:t>
      </w:r>
    </w:p>
    <w:p>
      <w:pPr>
        <w:jc w:val="right"/>
      </w:pPr>
      <w:r>
        <w:t>تو امن جو ہے، امن اور پیار اور محبت، یہ ہر انسان کی آواز ہے۔</w:t>
      </w:r>
    </w:p>
    <w:p>
      <w:r>
        <w:rPr>
          <w:b/>
        </w:rPr>
        <w:t xml:space="preserve">[19:02] </w:t>
      </w:r>
      <w:r>
        <w:t>aur aaj to is ke siwa kisi aur awaaz ko koi duniya mein jagah hi nahi milne wali</w:t>
      </w:r>
    </w:p>
    <w:p>
      <w:pPr>
        <w:jc w:val="right"/>
      </w:pPr>
      <w:r>
        <w:t>اور آج تو اس کے سوا کسی اور آواز کو کوئی دنیا میں جگہ ہی نہیں ملنے والی</w:t>
      </w:r>
    </w:p>
    <w:p>
      <w:r>
        <w:rPr>
          <w:b/>
        </w:rPr>
        <w:t xml:space="preserve">[19:10]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[19:12] </w:t>
      </w:r>
      <w:r>
        <w:t>har aadmi nafrat karta hai jang se, tashaddud se.</w:t>
      </w:r>
    </w:p>
    <w:p>
      <w:pPr>
        <w:jc w:val="right"/>
      </w:pPr>
      <w:r>
        <w:t>ہر آدمی نفرت کرتا ہے جنگ سے، تشدد سے۔</w:t>
      </w:r>
    </w:p>
    <w:p>
      <w:r>
        <w:rPr>
          <w:b/>
        </w:rPr>
        <w:t xml:space="preserve">[19:15] </w:t>
      </w:r>
      <w:r>
        <w:t>اب تو ہر آدمی چاہتا ہے کہ peace ہمیں چاہیے۔</w:t>
      </w:r>
    </w:p>
    <w:p>
      <w:pPr>
        <w:jc w:val="right"/>
      </w:pPr>
      <w:r>
        <w:t>اب تو ہر آدمی چاہتا ہے کہ پیس ہمیں چاہیے۔</w:t>
      </w:r>
    </w:p>
    <w:p>
      <w:r>
        <w:rPr>
          <w:b/>
        </w:rPr>
        <w:t xml:space="preserve">[19:20] </w:t>
      </w:r>
      <w:r>
        <w:t>har aadmi peace talab kar raha hai.</w:t>
      </w:r>
    </w:p>
    <w:p>
      <w:pPr>
        <w:jc w:val="right"/>
      </w:pPr>
      <w:r>
        <w:t>ہر آدمی پیس طلب کر رہا ہے۔</w:t>
      </w:r>
    </w:p>
    <w:p>
      <w:r>
        <w:rPr>
          <w:b/>
        </w:rPr>
        <w:t xml:space="preserve">[19:23] </w:t>
      </w:r>
      <w:r>
        <w:t>to kya soofi izm ka relevance aaj aur barh gaya hai? jab se yeh weapons jo kaha jata</w:t>
      </w:r>
    </w:p>
    <w:p>
      <w:pPr>
        <w:jc w:val="right"/>
      </w:pPr>
      <w:r>
        <w:t>تو کیا صوفی ازم کا ریلیونس آج اور بڑھ گیا ہے؟ جب سے یہ ویپنز جو کہا جاتا</w:t>
      </w:r>
    </w:p>
    <w:p>
      <w:r>
        <w:rPr>
          <w:b/>
        </w:rPr>
        <w:t xml:space="preserve">[19:30] </w:t>
      </w:r>
      <w:r>
        <w:t>hai, weapons of mass destruction, yani aisay hathiyar jo aap maarein to bohat se log is mein janen</w:t>
      </w:r>
    </w:p>
    <w:p>
      <w:pPr>
        <w:jc w:val="right"/>
      </w:pPr>
      <w:r>
        <w:t>ہے، ویپنز آف ماس ڈسٹرکشن، یعنی ایسے ہتھیار جو آپ ماریں تو بہت سے لوگ اس میں جانیں</w:t>
      </w:r>
    </w:p>
    <w:p>
      <w:r>
        <w:rPr>
          <w:b/>
        </w:rPr>
        <w:t xml:space="preserve">[19:38] </w:t>
      </w:r>
      <w:r>
        <w:t>jati hain logon ki.</w:t>
      </w:r>
    </w:p>
    <w:p>
      <w:pPr>
        <w:jc w:val="right"/>
      </w:pPr>
      <w:r>
        <w:t>جاتی ہیں لوگوں کی۔</w:t>
      </w:r>
    </w:p>
    <w:p>
      <w:r>
        <w:rPr>
          <w:b/>
        </w:rPr>
        <w:t xml:space="preserve">[19:40] </w:t>
      </w:r>
      <w:r>
        <w:t>to weapons of mass destruction pehle nahi thay.</w:t>
      </w:r>
    </w:p>
    <w:p>
      <w:pPr>
        <w:jc w:val="right"/>
      </w:pPr>
      <w:r>
        <w:t>تو ویپنز آف ماس ڈسٹرکشن پہلے نہیں تھے۔</w:t>
      </w:r>
    </w:p>
    <w:p>
      <w:r>
        <w:rPr>
          <w:b/>
        </w:rPr>
        <w:t xml:space="preserve">[19:43] </w:t>
      </w:r>
      <w:r>
        <w:t>ab jab se yeh hua hai, tab se insaan jang se nafrat karne laga hai.</w:t>
      </w:r>
    </w:p>
    <w:p>
      <w:pPr>
        <w:jc w:val="right"/>
      </w:pPr>
      <w:r>
        <w:t>اب جب سے یہ ہوا ہے، تب سے انسان جنگ سے نفرت کرنے لگا ہے۔</w:t>
      </w:r>
    </w:p>
    <w:p>
      <w:r>
        <w:rPr>
          <w:b/>
        </w:rPr>
        <w:t xml:space="preserve">[19:50] </w:t>
      </w:r>
      <w:r>
        <w:t>to soofi izm ka aik naya relevance paida ho gaya hai.</w:t>
      </w:r>
    </w:p>
    <w:p>
      <w:pPr>
        <w:jc w:val="right"/>
      </w:pPr>
      <w:r>
        <w:t>تو صوفی ازم کا ایک نیا ریلیونس پیدا ہو گیا ہے۔</w:t>
      </w:r>
    </w:p>
    <w:p>
      <w:r>
        <w:rPr>
          <w:b/>
        </w:rPr>
        <w:t xml:space="preserve">[19:54] </w:t>
      </w:r>
      <w:r>
        <w:t>pehle bhi is ka relevance tha, ab jo naya daur aaya hai, ab to siwa soofi izm ke,</w:t>
      </w:r>
    </w:p>
    <w:p>
      <w:pPr>
        <w:jc w:val="right"/>
      </w:pPr>
      <w:r>
        <w:t>پہلے بھی اس کا ریلیونس تھا، اب جو نیا دور آیا ہے، اب تو سوا صوفی ازم کے،</w:t>
      </w:r>
    </w:p>
    <w:p>
      <w:r>
        <w:rPr>
          <w:b/>
        </w:rPr>
        <w:t xml:space="preserve">[20:02] </w:t>
      </w:r>
      <w:r>
        <w:t>yani yani mabni par mohabbat jo tareeqa ho, usi ka usi usi ka relevance hai.</w:t>
      </w:r>
    </w:p>
    <w:p>
      <w:pPr>
        <w:jc w:val="right"/>
      </w:pPr>
      <w:r>
        <w:t>یعنی یعنی مبنی پر محبت جو طریقہ ہو، اسی کا اسی اسی کا ریلیونس ہے۔</w:t>
      </w:r>
    </w:p>
    <w:p>
      <w:r>
        <w:rPr>
          <w:b/>
        </w:rPr>
        <w:t xml:space="preserve">[20:09] </w:t>
      </w:r>
      <w:r>
        <w:t>aur kisi ka to relevance hi nahi hai.</w:t>
      </w:r>
    </w:p>
    <w:p>
      <w:pPr>
        <w:jc w:val="right"/>
      </w:pPr>
      <w:r>
        <w:t>اور کسی کا تو ریلیونس ہی نہیں ہے۔</w:t>
      </w:r>
    </w:p>
    <w:p>
      <w:r>
        <w:rPr>
          <w:b/>
        </w:rPr>
        <w:t xml:space="preserve">[20:12] </w:t>
      </w:r>
      <w:r>
        <w:t>koi relevance nahi hai kisi ka.</w:t>
      </w:r>
    </w:p>
    <w:p>
      <w:pPr>
        <w:jc w:val="right"/>
      </w:pPr>
      <w:r>
        <w:t>کوئی ریلیونس نہیں ہے کسی کا۔</w:t>
      </w:r>
    </w:p>
    <w:p>
      <w:r>
        <w:rPr>
          <w:b/>
        </w:rPr>
        <w:t xml:space="preserve">[20:15] </w:t>
      </w:r>
      <w:r>
        <w:t>to main samajhta hoon ke main khud agarche koi professional soofi to nahi hoon, kyunke mizajan main soofi</w:t>
      </w:r>
    </w:p>
    <w:p>
      <w:pPr>
        <w:jc w:val="right"/>
      </w:pPr>
      <w:r>
        <w:t>تو میں سمجھتا ہوں کہ میں خود اگرچہ کوئی پروفیشنل صوفی تو نہیں ہوں، کیونکہ مزاجاً میں صوفی</w:t>
      </w:r>
    </w:p>
    <w:p>
      <w:r>
        <w:rPr>
          <w:b/>
        </w:rPr>
        <w:t xml:space="preserve">[20:22] </w:t>
      </w:r>
      <w:r>
        <w:t>hi hoon.</w:t>
      </w:r>
    </w:p>
    <w:p>
      <w:pPr>
        <w:jc w:val="right"/>
      </w:pPr>
      <w:r>
        <w:t>ہی ہوں۔</w:t>
      </w:r>
    </w:p>
    <w:p>
      <w:r>
        <w:rPr>
          <w:b/>
        </w:rPr>
        <w:t xml:space="preserve">[20:24] </w:t>
      </w:r>
      <w:r>
        <w:t>mizajan main soofi hoon.</w:t>
      </w:r>
    </w:p>
    <w:p>
      <w:pPr>
        <w:jc w:val="right"/>
      </w:pPr>
      <w:r>
        <w:t>مزاجاً میں صوفی ہوں۔</w:t>
      </w:r>
    </w:p>
    <w:p>
      <w:r>
        <w:rPr>
          <w:b/>
        </w:rPr>
        <w:t xml:space="preserve">[20:25] </w:t>
      </w:r>
      <w:r>
        <w:t>aur bohat hi ajeeb baat hai ke mera apna jo family ka jo background hai, is mein</w:t>
      </w:r>
    </w:p>
    <w:p>
      <w:pPr>
        <w:jc w:val="right"/>
      </w:pPr>
      <w:r>
        <w:t>اور بہت ہی عجیب بات ہے کہ میرا اپنا جو فیملی کا جو بیک گراؤنڈ ہے، اس میں</w:t>
      </w:r>
    </w:p>
    <w:p>
      <w:r>
        <w:rPr>
          <w:b/>
        </w:rPr>
        <w:t xml:space="preserve">[20:33] </w:t>
      </w:r>
      <w:r>
        <w:t>aik bohat hi sabak آموز waqiat shamil hain.</w:t>
      </w:r>
    </w:p>
    <w:p>
      <w:pPr>
        <w:jc w:val="right"/>
      </w:pPr>
      <w:r>
        <w:t>ایک بہت ہی سبق آموز واقعات شامل ہیں۔</w:t>
      </w:r>
    </w:p>
    <w:p>
      <w:r>
        <w:rPr>
          <w:b/>
        </w:rPr>
        <w:t xml:space="preserve">[20:37] </w:t>
      </w:r>
      <w:r>
        <w:t>bohat sabak آموز.</w:t>
      </w:r>
    </w:p>
    <w:p>
      <w:pPr>
        <w:jc w:val="right"/>
      </w:pPr>
      <w:r>
        <w:t>بہت سبق آموز۔</w:t>
      </w:r>
    </w:p>
    <w:p>
      <w:r>
        <w:rPr>
          <w:b/>
        </w:rPr>
        <w:t xml:space="preserve">[20:38] </w:t>
      </w:r>
      <w:r>
        <w:t>misal ke tor par dekhiye, meri family mein angrezi parhai hua karti thi, log angrezi ki taraf daurte</w:t>
      </w:r>
    </w:p>
    <w:p>
      <w:pPr>
        <w:jc w:val="right"/>
      </w:pPr>
      <w:r>
        <w:t>مثال کے طور پر دیکھیے، میری فیملی میں انگریزی پڑھائی ہوا کرتی تھی، لوگ انگریزی کی طرف دوڑتے</w:t>
      </w:r>
    </w:p>
    <w:p>
      <w:r>
        <w:rPr>
          <w:b/>
        </w:rPr>
        <w:t xml:space="preserve">[20:46]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[20:47] </w:t>
      </w:r>
      <w:r>
        <w:t>meri family ke log jo the, bas angrezi, angrezi, angrezi.</w:t>
      </w:r>
    </w:p>
    <w:p>
      <w:pPr>
        <w:jc w:val="right"/>
      </w:pPr>
      <w:r>
        <w:t>میری فیملی کے لوگ جو تھے، بس انگریزی، انگریزی، انگریزی۔</w:t>
      </w:r>
    </w:p>
    <w:p>
      <w:r>
        <w:rPr>
          <w:b/>
        </w:rPr>
        <w:t xml:space="preserve">[20:52] </w:t>
      </w:r>
      <w:r>
        <w:t>to main bhi angrezi parta, aur phir main is qabil na hota ke main yeh mission jo aaj</w:t>
      </w:r>
    </w:p>
    <w:p>
      <w:pPr>
        <w:jc w:val="right"/>
      </w:pPr>
      <w:r>
        <w:t>تو میں بھی انگریزی پڑھتا، اور پھر میں اس قابل نہ ہوتا کہ میں یہ مشن جو آج</w:t>
      </w:r>
    </w:p>
    <w:p>
      <w:r>
        <w:rPr>
          <w:b/>
        </w:rPr>
        <w:t xml:space="preserve">[20:59] </w:t>
      </w:r>
      <w:r>
        <w:t>main chala raha hoon, woh main nahi chala sakta tha.</w:t>
      </w:r>
    </w:p>
    <w:p>
      <w:pPr>
        <w:jc w:val="right"/>
      </w:pPr>
      <w:r>
        <w:t>میں چلا رہا ہوں، وہ میں نہیں چلا سکتا تھا۔</w:t>
      </w:r>
    </w:p>
    <w:p>
      <w:r>
        <w:rPr>
          <w:b/>
        </w:rPr>
        <w:t xml:space="preserve">[21:04] </w:t>
      </w:r>
      <w:r>
        <w:t>tumhare khandan mein aik buzurg the, un ko soofi abdul majeed, mere chacha bhi the woh.</w:t>
      </w:r>
    </w:p>
    <w:p>
      <w:pPr>
        <w:jc w:val="right"/>
      </w:pPr>
      <w:r>
        <w:t>تمہارے خاندان میں ایک بزرگ تھے، ان کو صوفی عبدالمجید، میرے چچا بھی تھے وہ۔</w:t>
      </w:r>
    </w:p>
    <w:p>
      <w:r>
        <w:rPr>
          <w:b/>
        </w:rPr>
        <w:t xml:space="preserve">[21:10] </w:t>
      </w:r>
      <w:r>
        <w:t>wohi aik hi shakhs tha poore poore khandan mein jo soofi tha, soofi abdul majeed.</w:t>
      </w:r>
    </w:p>
    <w:p>
      <w:pPr>
        <w:jc w:val="right"/>
      </w:pPr>
      <w:r>
        <w:t>وہی ایک ہی شخص تھا پورے پورے خاندان میں جو صوفی تھا، صوفی عبدالمجید۔</w:t>
      </w:r>
    </w:p>
    <w:p>
      <w:r>
        <w:rPr>
          <w:b/>
        </w:rPr>
        <w:t xml:space="preserve">[21:16] </w:t>
      </w:r>
      <w:r>
        <w:t>to unhon ne zaati tor par mujhe madrase mein dakhil karwaya, zaati tor par.</w:t>
      </w:r>
    </w:p>
    <w:p>
      <w:pPr>
        <w:jc w:val="right"/>
      </w:pPr>
      <w:r>
        <w:t>تو انہوں نے ذاتی طور پر مجھے مدرسے میں داخل کروایا، ذاتی طور پر۔</w:t>
      </w:r>
    </w:p>
    <w:p>
      <w:r>
        <w:rPr>
          <w:b/>
        </w:rPr>
        <w:t xml:space="preserve">[21:22] </w:t>
      </w:r>
      <w:r>
        <w:t>aur khud sara kharcha apne zimme liya.</w:t>
      </w:r>
    </w:p>
    <w:p>
      <w:pPr>
        <w:jc w:val="right"/>
      </w:pPr>
      <w:r>
        <w:t>اور خود سارا خرچہ اپنے ذمے لیا۔</w:t>
      </w:r>
    </w:p>
    <w:p>
      <w:r>
        <w:rPr>
          <w:b/>
        </w:rPr>
        <w:t xml:space="preserve">[21:25] </w:t>
      </w:r>
      <w:r>
        <w:t>to soofi abdul majeed ki wajah se meri deeni taleem hui, arabi taleem hui.</w:t>
      </w:r>
    </w:p>
    <w:p>
      <w:pPr>
        <w:jc w:val="right"/>
      </w:pPr>
      <w:r>
        <w:t>تو صوفی عبدالمجید کی وجہ سے میری دینی تعلیم ہوئی، عربی تعلیم ہوئی۔</w:t>
      </w:r>
    </w:p>
    <w:p>
      <w:r>
        <w:rPr>
          <w:b/>
        </w:rPr>
        <w:t xml:space="preserve">[21:31] </w:t>
      </w:r>
      <w:r>
        <w:t>islam ko barah e raast is ke jo sources hain, usay janne ka mujhe moqa mila.</w:t>
      </w:r>
    </w:p>
    <w:p>
      <w:pPr>
        <w:jc w:val="right"/>
      </w:pPr>
      <w:r>
        <w:t>اسلام کو براہ راست اس کے جو سورسز ہیں، اسے جاننے کا مجھے موقع ملا۔</w:t>
      </w:r>
    </w:p>
    <w:p>
      <w:r>
        <w:rPr>
          <w:b/>
        </w:rPr>
        <w:t xml:space="preserve">[21:37] </w:t>
      </w:r>
      <w:r>
        <w:t>yeh aik soofi ke shakhs ke zariye aisa hua.</w:t>
      </w:r>
    </w:p>
    <w:p>
      <w:pPr>
        <w:jc w:val="right"/>
      </w:pPr>
      <w:r>
        <w:t>یہ ایک صوفی کے شخص کے ذریعے ایسا ہوا۔</w:t>
      </w:r>
    </w:p>
    <w:p>
      <w:r>
        <w:rPr>
          <w:b/>
        </w:rPr>
        <w:t xml:space="preserve">[21:41] </w:t>
      </w:r>
      <w:r>
        <w:t>to khud meri zaati tor par, meri zindagi mein is tarah se aik soofi ka contribution hai.</w:t>
      </w:r>
    </w:p>
    <w:p>
      <w:pPr>
        <w:jc w:val="right"/>
      </w:pPr>
      <w:r>
        <w:t>تو خود میری ذاتی طور پر، میری زندگی میں اس طرح سے ایک صوفی کا کنٹریبیوشن ہے۔</w:t>
      </w:r>
    </w:p>
    <w:p>
      <w:r>
        <w:rPr>
          <w:b/>
        </w:rPr>
        <w:t xml:space="preserve">[21:48] </w:t>
      </w:r>
      <w:r>
        <w:t>aur main bohat zyada shukr ada karta hoon ke Allah taala ne mujhe aisa moqa diya.</w:t>
      </w:r>
    </w:p>
    <w:p>
      <w:pPr>
        <w:jc w:val="right"/>
      </w:pPr>
      <w:r>
        <w:t>اور میں بہت زیادہ شکر ادا کرتا ہوں کہ اللہ تعالیٰ نے مجھے ایسا موقع دیا۔</w:t>
      </w:r>
    </w:p>
    <w:p>
      <w:r>
        <w:rPr>
          <w:b/>
        </w:rPr>
        <w:t xml:space="preserve">[21:55] </w:t>
      </w:r>
      <w:r>
        <w:t>is waqt nojwanai ki umar mein mujhe, main khud to koi choice le nahi sakta tha.</w:t>
      </w:r>
    </w:p>
    <w:p>
      <w:pPr>
        <w:jc w:val="right"/>
      </w:pPr>
      <w:r>
        <w:t>اس وقت نوجوانی کی عمر میں مجھے، میں خود تو کوئی چوائس لے نہیں سکتا تھا۔</w:t>
      </w:r>
    </w:p>
    <w:p>
      <w:r>
        <w:rPr>
          <w:b/>
        </w:rPr>
        <w:t xml:space="preserve">[22:02] </w:t>
      </w:r>
      <w:r>
        <w:t>jo khandan wale kar rahe the, wohi main bhi karta.</w:t>
      </w:r>
    </w:p>
    <w:p>
      <w:pPr>
        <w:jc w:val="right"/>
      </w:pPr>
      <w:r>
        <w:t>جو خاندان والے کر رہے تھے، وہی میں بھی کرتا۔</w:t>
      </w:r>
    </w:p>
    <w:p>
      <w:r>
        <w:rPr>
          <w:b/>
        </w:rPr>
        <w:t xml:space="preserve">[22:06] </w:t>
      </w:r>
      <w:r>
        <w:t>mein bhi angrezi line chalaya tha.</w:t>
      </w:r>
    </w:p>
    <w:p>
      <w:pPr>
        <w:jc w:val="right"/>
      </w:pPr>
      <w:r>
        <w:t>میں بھی انگریزی لائن چلایا تھا۔</w:t>
      </w:r>
    </w:p>
    <w:p>
      <w:r>
        <w:rPr>
          <w:b/>
        </w:rPr>
        <w:t xml:space="preserve">[22:09] </w:t>
      </w:r>
      <w:r>
        <w:t>lekin sufi abdulmajeed sahib ne mujhe daal diya is raaste par.</w:t>
      </w:r>
    </w:p>
    <w:p>
      <w:pPr>
        <w:jc w:val="right"/>
      </w:pPr>
      <w:r>
        <w:t>لیکن صوفی عبدالمجید صاحب نے مجھے ڈال دیا اس راستے پر۔</w:t>
      </w:r>
    </w:p>
    <w:p>
      <w:r>
        <w:rPr>
          <w:b/>
        </w:rPr>
        <w:t xml:space="preserve">[22:13] </w:t>
      </w:r>
      <w:r>
        <w:t>yani arabi taleem, deeni taleem, islami taleem ki taraf.</w:t>
      </w:r>
    </w:p>
    <w:p>
      <w:pPr>
        <w:jc w:val="right"/>
      </w:pPr>
      <w:r>
        <w:t>یعنی عربی تعلیم، دینی تعلیم، اسلامی تعلیم کی طرف۔</w:t>
      </w:r>
    </w:p>
    <w:p>
      <w:r>
        <w:rPr>
          <w:b/>
        </w:rPr>
        <w:t xml:space="preserve">[22:17] </w:t>
      </w:r>
      <w:r>
        <w:t>jis ki wajah se mein is qabil ban saka ke Allah ki tofeeq se ek daawti mission shuru</w:t>
      </w:r>
    </w:p>
    <w:p>
      <w:pPr>
        <w:jc w:val="right"/>
      </w:pPr>
      <w:r>
        <w:t>جس کی وجہ سے میں اس قابل بن سکا کہ اللہ کی توفیق سے ایک دعوتی مشن شروع</w:t>
      </w:r>
    </w:p>
    <w:p>
      <w:r>
        <w:rPr>
          <w:b/>
        </w:rPr>
        <w:t xml:space="preserve">[22:25] </w:t>
      </w:r>
      <w:r>
        <w:t>karoon.</w:t>
      </w:r>
    </w:p>
    <w:p>
      <w:pPr>
        <w:jc w:val="right"/>
      </w:pPr>
      <w:r>
        <w:t>کروں۔</w:t>
      </w:r>
    </w:p>
    <w:p>
      <w:r>
        <w:rPr>
          <w:b/>
        </w:rPr>
        <w:t xml:space="preserve">[22:27] </w:t>
      </w:r>
      <w:r>
        <w:t>phir doosra jo reference hai meri family mein, wo yeh hai ke meri jo shadi hui thi, wo</w:t>
      </w:r>
    </w:p>
    <w:p>
      <w:pPr>
        <w:jc w:val="right"/>
      </w:pPr>
      <w:r>
        <w:t>پھر دوسرا جو ریفرنس ہے میری فیملی میں، وہ یہ ہے کہ میری جو شادی ہوئی تھی، وہ</w:t>
      </w:r>
    </w:p>
    <w:p>
      <w:r>
        <w:rPr>
          <w:b/>
        </w:rPr>
        <w:t xml:space="preserve">[22:34] </w:t>
      </w:r>
      <w:r>
        <w:t>ek sufi ke, ek sufi, ek bade sufi the, wo sheikh sahib majjadiya ke the, wo un ki</w:t>
      </w:r>
    </w:p>
    <w:p>
      <w:pPr>
        <w:jc w:val="right"/>
      </w:pPr>
      <w:r>
        <w:t>ایک صوفی کے، ایک صوفی، ایک بڑے صوفی تھے، وہ شیخ صاحب مجددیہ کے تھے، وہ ان کی</w:t>
      </w:r>
    </w:p>
    <w:p>
      <w:r>
        <w:rPr>
          <w:b/>
        </w:rPr>
        <w:t xml:space="preserve">[22:42] </w:t>
      </w:r>
      <w:r>
        <w:t>beti se hui.</w:t>
      </w:r>
    </w:p>
    <w:p>
      <w:pPr>
        <w:jc w:val="right"/>
      </w:pPr>
      <w:r>
        <w:t>بیٹی سے ہوئی۔</w:t>
      </w:r>
    </w:p>
    <w:p>
      <w:r>
        <w:rPr>
          <w:b/>
        </w:rPr>
        <w:t xml:space="preserve">[22:43] </w:t>
      </w:r>
      <w:r>
        <w:t>sufi hamd hasan alvi, un ka naam tha.</w:t>
      </w:r>
    </w:p>
    <w:p>
      <w:pPr>
        <w:jc w:val="right"/>
      </w:pPr>
      <w:r>
        <w:t>صوفی حمد حسن علوی، ان کا نام تھا۔</w:t>
      </w:r>
    </w:p>
    <w:p>
      <w:r>
        <w:rPr>
          <w:b/>
        </w:rPr>
        <w:t xml:space="preserve">[22:47] </w:t>
      </w:r>
      <w:r>
        <w:t>to un ki beti jo thi, wo bhi un se mureed thi.</w:t>
      </w:r>
    </w:p>
    <w:p>
      <w:pPr>
        <w:jc w:val="right"/>
      </w:pPr>
      <w:r>
        <w:t>تو ان کی بیٹی جو تھی، وہ بھی ان سے مرید تھی۔</w:t>
      </w:r>
    </w:p>
    <w:p>
      <w:r>
        <w:rPr>
          <w:b/>
        </w:rPr>
        <w:t xml:space="preserve">[22:52] </w:t>
      </w:r>
      <w:r>
        <w:t>aur wo bhi meri biwi jo thi, wo samajhye ke wo bhi sufi samajhye un ko.</w:t>
      </w:r>
    </w:p>
    <w:p>
      <w:pPr>
        <w:jc w:val="right"/>
      </w:pPr>
      <w:r>
        <w:t>اور وہ بھی میری بیوی جو تھی، وہ سمجھئے کہ وہ بھی صوفی سمجھئے ان کو۔</w:t>
      </w:r>
    </w:p>
    <w:p>
      <w:r>
        <w:rPr>
          <w:b/>
        </w:rPr>
        <w:t xml:space="preserve">[22:59] </w:t>
      </w:r>
      <w:r>
        <w:t>wohi apne baap se asar, baap ke asar se wo bhi sufi mizaj ki theen.</w:t>
      </w:r>
    </w:p>
    <w:p>
      <w:pPr>
        <w:jc w:val="right"/>
      </w:pPr>
      <w:r>
        <w:t>وہی اپنے باپ سے اثر، باپ کے اثر سے وہ بھی صوفی مزاج کی تھیں۔</w:t>
      </w:r>
    </w:p>
    <w:p>
      <w:r>
        <w:rPr>
          <w:b/>
        </w:rPr>
        <w:t xml:space="preserve">[23:05] </w:t>
      </w:r>
      <w:r>
        <w:t>to mere bachche jo hain, yani except, istisnai taur par, exceptional taur par sab ke sab deen mein</w:t>
      </w:r>
    </w:p>
    <w:p>
      <w:pPr>
        <w:jc w:val="right"/>
      </w:pPr>
      <w:r>
        <w:t>تو میرے بچے جو ہیں، یعنی ایکسپٹ، استثنائی طور پر، ایکسیپشنل طور پر سب کے سب دین میں</w:t>
      </w:r>
    </w:p>
    <w:p>
      <w:r>
        <w:rPr>
          <w:b/>
        </w:rPr>
        <w:t xml:space="preserve">[23:13] </w:t>
      </w:r>
      <w:r>
        <w:t>lage hue hain.</w:t>
      </w:r>
    </w:p>
    <w:p>
      <w:pPr>
        <w:jc w:val="right"/>
      </w:pPr>
      <w:r>
        <w:t>لگے ہوئے ہیں۔</w:t>
      </w:r>
    </w:p>
    <w:p>
      <w:r>
        <w:rPr>
          <w:b/>
        </w:rPr>
        <w:t xml:space="preserve">[23:15] </w:t>
      </w:r>
      <w:r>
        <w:t>koi baqaida nahin.</w:t>
      </w:r>
    </w:p>
    <w:p>
      <w:pPr>
        <w:jc w:val="right"/>
      </w:pPr>
      <w:r>
        <w:t>کوئی باقاع نہیں۔</w:t>
      </w:r>
    </w:p>
    <w:p>
      <w:r>
        <w:rPr>
          <w:b/>
        </w:rPr>
        <w:t xml:space="preserve">[23:16] </w:t>
      </w:r>
      <w:r>
        <w:t>meri jo aulad hai, log yeh poochte hain ke sahib, aap ki aulad jo hai, baqi nahin hai</w:t>
      </w:r>
    </w:p>
    <w:p>
      <w:pPr>
        <w:jc w:val="right"/>
      </w:pPr>
      <w:r>
        <w:t>میری جو اولاد ہے، لوگ یہ پوچھتے ہیں کہ صاحب، آپ کی اولاد جو ہے، باقی نہیں ہے</w:t>
      </w:r>
    </w:p>
    <w:p>
      <w:r>
        <w:rPr>
          <w:b/>
        </w:rPr>
        <w:t xml:space="preserve">[23:24] </w:t>
      </w:r>
      <w:r>
        <w:t>duaen? to sab log bhaag jaate hain idhar udhar.</w:t>
      </w:r>
    </w:p>
    <w:p>
      <w:pPr>
        <w:jc w:val="right"/>
      </w:pPr>
      <w:r>
        <w:t>دعائیں؟ تو سب لوگ بھاگ جاتے ہیں ادھر ادھر۔</w:t>
      </w:r>
    </w:p>
    <w:p>
      <w:r>
        <w:rPr>
          <w:b/>
        </w:rPr>
        <w:t xml:space="preserve">[23:28] </w:t>
      </w:r>
      <w:r>
        <w:t>sab deen mein lagi hui hain.</w:t>
      </w:r>
    </w:p>
    <w:p>
      <w:pPr>
        <w:jc w:val="right"/>
      </w:pPr>
      <w:r>
        <w:t>سب دین میں لگی ہوئی ہیں۔</w:t>
      </w:r>
    </w:p>
    <w:p>
      <w:r>
        <w:rPr>
          <w:b/>
        </w:rPr>
        <w:t xml:space="preserve">[23:30] </w:t>
      </w:r>
      <w:r>
        <w:t>iska grade jaata hai kis ko? meri biwi ko.</w:t>
      </w:r>
    </w:p>
    <w:p>
      <w:pPr>
        <w:jc w:val="right"/>
      </w:pPr>
      <w:r>
        <w:t>اس کا گریڈ جاتا ہے کس کو؟ میری بیوی کو۔</w:t>
      </w:r>
    </w:p>
    <w:p>
      <w:r>
        <w:rPr>
          <w:b/>
        </w:rPr>
        <w:t xml:space="preserve">[23:34] </w:t>
      </w:r>
      <w:r>
        <w:t>aur biwi ke baap ko.</w:t>
      </w:r>
    </w:p>
    <w:p>
      <w:pPr>
        <w:jc w:val="right"/>
      </w:pPr>
      <w:r>
        <w:t>اور بیوی کے باپ کو۔</w:t>
      </w:r>
    </w:p>
    <w:p>
      <w:r>
        <w:rPr>
          <w:b/>
        </w:rPr>
        <w:t xml:space="preserve">[23:37] </w:t>
      </w:r>
      <w:r>
        <w:t>yani ek hamari biwi ke baap jo sufi the, sufi hamd hasan alvi, unhon ne apni beti ko</w:t>
      </w:r>
    </w:p>
    <w:p>
      <w:pPr>
        <w:jc w:val="right"/>
      </w:pPr>
      <w:r>
        <w:t>یعنی ایک ہماری بیوی کے باپ جو صوفی تھے، صوفی حمد حسن علوی، انہوں نے اپنی بیٹی کو</w:t>
      </w:r>
    </w:p>
    <w:p>
      <w:r>
        <w:rPr>
          <w:b/>
        </w:rPr>
        <w:t xml:space="preserve">[23:44] </w:t>
      </w:r>
      <w:r>
        <w:t>taiyar kiya.</w:t>
      </w:r>
    </w:p>
    <w:p>
      <w:pPr>
        <w:jc w:val="right"/>
      </w:pPr>
      <w:r>
        <w:t>تیار کیا۔</w:t>
      </w:r>
    </w:p>
    <w:p>
      <w:r>
        <w:rPr>
          <w:b/>
        </w:rPr>
        <w:t xml:space="preserve">[23:46] </w:t>
      </w:r>
      <w:r>
        <w:t>aur meri beti ne, wo, wo, wo un ki beti se meri shadi hui.</w:t>
      </w:r>
    </w:p>
    <w:p>
      <w:pPr>
        <w:jc w:val="right"/>
      </w:pPr>
      <w:r>
        <w:t>اور میری بیٹی نے، وہ، وہ، وہ ان کی بیٹی سے میری شادی ہوئی۔</w:t>
      </w:r>
    </w:p>
    <w:p>
      <w:r>
        <w:rPr>
          <w:b/>
        </w:rPr>
        <w:t xml:space="preserve">[23:52] </w:t>
      </w:r>
      <w:r>
        <w:t>aur wohi mere bachchon ko unhon ne tarbiyat di.</w:t>
      </w:r>
    </w:p>
    <w:p>
      <w:pPr>
        <w:jc w:val="right"/>
      </w:pPr>
      <w:r>
        <w:t>اور وہی میرے بچوں کو انہوں نے تربیت دی۔</w:t>
      </w:r>
    </w:p>
    <w:p>
      <w:r>
        <w:rPr>
          <w:b/>
        </w:rPr>
        <w:t xml:space="preserve">[23:56] </w:t>
      </w:r>
      <w:r>
        <w:t>to sufism ka barah e raast, yani asar hai meri family par.</w:t>
      </w:r>
    </w:p>
    <w:p>
      <w:pPr>
        <w:jc w:val="right"/>
      </w:pPr>
      <w:r>
        <w:t>تو صوفی ازم کا براہ راست، یعنی اثر ہے میری فیملی پر۔</w:t>
      </w:r>
    </w:p>
    <w:p>
      <w:r>
        <w:rPr>
          <w:b/>
        </w:rPr>
        <w:t xml:space="preserve">[24:01] </w:t>
      </w:r>
      <w:r>
        <w:t>mein khud aik ilm ke rastay mein aaya, yaani mein aik islami scholar hoon.</w:t>
      </w:r>
    </w:p>
    <w:p>
      <w:pPr>
        <w:jc w:val="right"/>
      </w:pPr>
      <w:r>
        <w:t>میں خود ایک علم کے راستے میں آیا، یعنی میں ایک اسلامی سکالر ہوں۔</w:t>
      </w:r>
    </w:p>
    <w:p>
      <w:r>
        <w:rPr>
          <w:b/>
        </w:rPr>
        <w:t xml:space="preserve">[24:07] </w:t>
      </w:r>
      <w:r>
        <w:t>is sense mein professional sense mein soofi nahi hoon.</w:t>
      </w:r>
    </w:p>
    <w:p>
      <w:pPr>
        <w:jc w:val="right"/>
      </w:pPr>
      <w:r>
        <w:t>اس سینس میں پروفیشنل سینس میں صوفی نہیں ہوں۔</w:t>
      </w:r>
    </w:p>
    <w:p>
      <w:r>
        <w:rPr>
          <w:b/>
        </w:rPr>
        <w:t xml:space="preserve">[24:11] </w:t>
      </w:r>
      <w:r>
        <w:t>lekin mizaj mein bhi soofi hoon.</w:t>
      </w:r>
    </w:p>
    <w:p>
      <w:pPr>
        <w:jc w:val="right"/>
      </w:pPr>
      <w:r>
        <w:t>لیکن مزاج میں بھی صوفی ہوں۔</w:t>
      </w:r>
    </w:p>
    <w:p>
      <w:r>
        <w:rPr>
          <w:b/>
        </w:rPr>
        <w:t xml:space="preserve">[24:13] </w:t>
      </w:r>
      <w:r>
        <w:t>matlab roohaniyat aur spirituality ke sense mein mein bhi soofi hoon.</w:t>
      </w:r>
    </w:p>
    <w:p>
      <w:pPr>
        <w:jc w:val="right"/>
      </w:pPr>
      <w:r>
        <w:t>مطلب روحانیت اور اسپریچولیٹی کے سینس میں میں بھی صوفی ہوں۔</w:t>
      </w:r>
    </w:p>
    <w:p>
      <w:r>
        <w:rPr>
          <w:b/>
        </w:rPr>
        <w:t xml:space="preserve">[24:18] </w:t>
      </w:r>
      <w:r>
        <w:t>to India mein dekhiye, bohat bara contribution hai soofi logon ka.</w:t>
      </w:r>
    </w:p>
    <w:p>
      <w:pPr>
        <w:jc w:val="right"/>
      </w:pPr>
      <w:r>
        <w:t>تو انڈیا میں دیکھیے، بہت بڑا کنٹریبیوشن ہے صوفی لوگوں کا۔</w:t>
      </w:r>
    </w:p>
    <w:p>
      <w:r>
        <w:rPr>
          <w:b/>
        </w:rPr>
        <w:t xml:space="preserve">[24:23] </w:t>
      </w:r>
      <w:r>
        <w:t>bohat bara contribution.</w:t>
      </w:r>
    </w:p>
    <w:p>
      <w:pPr>
        <w:jc w:val="right"/>
      </w:pPr>
      <w:r>
        <w:t>بہت بڑا کنٹریبیوشن۔</w:t>
      </w:r>
    </w:p>
    <w:p>
      <w:r>
        <w:rPr>
          <w:b/>
        </w:rPr>
        <w:t xml:space="preserve">[24:24] </w:t>
      </w:r>
      <w:r>
        <w:t>hum jahan rehte hain, yeh Nizamuddin Awliya ka jo ilaaqa hai, yahan bhi itna zyada 1947 ke</w:t>
      </w:r>
    </w:p>
    <w:p>
      <w:pPr>
        <w:jc w:val="right"/>
      </w:pPr>
      <w:r>
        <w:t>ہم جہاں رہتے ہیں، یہ ناب الدین اولیاء کا جو علاقہ ہے، یہاں بھی اتنا زیادہ 1947 کے</w:t>
      </w:r>
    </w:p>
    <w:p>
      <w:r>
        <w:rPr>
          <w:b/>
        </w:rPr>
        <w:t xml:space="preserve">[24:32] </w:t>
      </w:r>
      <w:r>
        <w:t>baad in Delhi mein bohat fasaadaat hue idhar udhar.</w:t>
      </w:r>
    </w:p>
    <w:p>
      <w:pPr>
        <w:jc w:val="right"/>
      </w:pPr>
      <w:r>
        <w:t>بعد ان دلی میں بہت فسادات ہوئے ادھر ادھر۔</w:t>
      </w:r>
    </w:p>
    <w:p>
      <w:r>
        <w:rPr>
          <w:b/>
        </w:rPr>
        <w:t xml:space="preserve">[24:36] </w:t>
      </w:r>
      <w:r>
        <w:t>is area mein kuch bhi nahi hua.</w:t>
      </w:r>
    </w:p>
    <w:p>
      <w:pPr>
        <w:jc w:val="right"/>
      </w:pPr>
      <w:r>
        <w:t>اس ایریا میں کچھ بھی نہیں ہوا۔</w:t>
      </w:r>
    </w:p>
    <w:p>
      <w:r>
        <w:rPr>
          <w:b/>
        </w:rPr>
        <w:t xml:space="preserve">[24:39] </w:t>
      </w:r>
      <w:r>
        <w:t>jo log jante hain ke 1947 jab mulk mein partition hua, to Delhi mein bohat maar kaat hui</w:t>
      </w:r>
    </w:p>
    <w:p>
      <w:pPr>
        <w:jc w:val="right"/>
      </w:pPr>
      <w:r>
        <w:t>جو لوگ جانتے ہیں کہ 1947 جب ملک میں پارٹیشن ہوا، تو دلی میں بہت مار کاٹ ہوئی</w:t>
      </w:r>
    </w:p>
    <w:p>
      <w:r>
        <w:rPr>
          <w:b/>
        </w:rPr>
        <w:t xml:space="preserve">[24:46] </w:t>
      </w:r>
      <w:r>
        <w:t>is dauraniye mein.</w:t>
      </w:r>
    </w:p>
    <w:p>
      <w:pPr>
        <w:jc w:val="right"/>
      </w:pPr>
      <w:r>
        <w:t>اس دورانیے میں۔</w:t>
      </w:r>
    </w:p>
    <w:p>
      <w:r>
        <w:rPr>
          <w:b/>
        </w:rPr>
        <w:t xml:space="preserve">[24:48] </w:t>
      </w:r>
      <w:r>
        <w:t>ke Nizamuddin ka area bilkul bacha raha.</w:t>
      </w:r>
    </w:p>
    <w:p>
      <w:pPr>
        <w:jc w:val="right"/>
      </w:pPr>
      <w:r>
        <w:t>کہ نظام الدین کا ایریا بالکل بچا رہا۔</w:t>
      </w:r>
    </w:p>
    <w:p>
      <w:r>
        <w:rPr>
          <w:b/>
        </w:rPr>
        <w:t xml:space="preserve">[24:51] </w:t>
      </w:r>
      <w:r>
        <w:t>kyun? is ki wajah yahi hai ke yahan par aik baray soofi ki ki dargah hai, Nizamuddin</w:t>
      </w:r>
    </w:p>
    <w:p>
      <w:pPr>
        <w:jc w:val="right"/>
      </w:pPr>
      <w:r>
        <w:t>کیوں؟ اس کی وجہ یہی ہے کہ یہاں پر ایک بڑے صوفی کی کی درگاہ ہے، نظام الدین</w:t>
      </w:r>
    </w:p>
    <w:p>
      <w:r>
        <w:rPr>
          <w:b/>
        </w:rPr>
        <w:t xml:space="preserve">[24:59] </w:t>
      </w:r>
      <w:r>
        <w:t>Awliya ki.</w:t>
      </w:r>
    </w:p>
    <w:p>
      <w:pPr>
        <w:jc w:val="right"/>
      </w:pPr>
      <w:r>
        <w:t>اولیاء کی۔</w:t>
      </w:r>
    </w:p>
    <w:p>
      <w:r>
        <w:rPr>
          <w:b/>
        </w:rPr>
        <w:t xml:space="preserve">[25:01] </w:t>
      </w:r>
      <w:r>
        <w:t>unhi ke naam par aap jante hain ke railway station hai, yahan par hai.</w:t>
      </w:r>
    </w:p>
    <w:p>
      <w:pPr>
        <w:jc w:val="right"/>
      </w:pPr>
      <w:r>
        <w:t>انہی کے نام پر آپ جانتے ہیں کہ ریلوے اسٹیشن ہے، یہاں پر ہے۔</w:t>
      </w:r>
    </w:p>
    <w:p>
      <w:r>
        <w:rPr>
          <w:b/>
        </w:rPr>
        <w:t xml:space="preserve">[25:07] </w:t>
      </w:r>
      <w:r>
        <w:t>woh bhi chishti silsilay ke aadmi hain.</w:t>
      </w:r>
    </w:p>
    <w:p>
      <w:pPr>
        <w:jc w:val="right"/>
      </w:pPr>
      <w:r>
        <w:t>وہ بھی چشتی سلسلے کے آدمی ہیں۔</w:t>
      </w:r>
    </w:p>
    <w:p>
      <w:r>
        <w:rPr>
          <w:b/>
        </w:rPr>
        <w:t xml:space="preserve">[25:10] </w:t>
      </w:r>
      <w:r>
        <w:t>to is ki wajah se yahan par aik aik roohani mahol, aman ka mahol, bhai charay ka mahol,</w:t>
      </w:r>
    </w:p>
    <w:p>
      <w:pPr>
        <w:jc w:val="right"/>
      </w:pPr>
      <w:r>
        <w:t>تو اس کی وجہ سے یہاں پر ایک ایک روحانی ماحول، امن کا ماحول، بھائی چارے کا ماحول،</w:t>
      </w:r>
    </w:p>
    <w:p>
      <w:r>
        <w:rPr>
          <w:b/>
        </w:rPr>
        <w:t xml:space="preserve">[25:17] </w:t>
      </w:r>
      <w:r>
        <w:t>yeh chala aa raha hai.</w:t>
      </w:r>
    </w:p>
    <w:p>
      <w:pPr>
        <w:jc w:val="right"/>
      </w:pPr>
      <w:r>
        <w:t>یہ چلا آ رہا ہے۔</w:t>
      </w:r>
    </w:p>
    <w:p>
      <w:r>
        <w:rPr>
          <w:b/>
        </w:rPr>
        <w:t xml:space="preserve">[25:19] </w:t>
      </w:r>
      <w:r>
        <w:t>yeh bhi teri sadi ke aadmi hain.</w:t>
      </w:r>
    </w:p>
    <w:p>
      <w:pPr>
        <w:jc w:val="right"/>
      </w:pPr>
      <w:r>
        <w:t>یہ بھی تیری صدی کے آدمی ہیں۔</w:t>
      </w:r>
    </w:p>
    <w:p>
      <w:r>
        <w:rPr>
          <w:b/>
        </w:rPr>
        <w:t xml:space="preserve">[25:22] </w:t>
      </w:r>
      <w:r>
        <w:t>Nizamuddin Awliya jo hain, woh teri sadi ke aadmi hain.</w:t>
      </w:r>
    </w:p>
    <w:p>
      <w:pPr>
        <w:jc w:val="right"/>
      </w:pPr>
      <w:r>
        <w:t>نظام الدین اولیاء جو ہیں، وہ تیری صدی کے آدمی ہیں۔</w:t>
      </w:r>
    </w:p>
    <w:p>
      <w:r>
        <w:rPr>
          <w:b/>
        </w:rPr>
        <w:t xml:space="preserve">[25:27] </w:t>
      </w:r>
      <w:r>
        <w:t>mujhe aik qissa yaad aaya, Nizamuddin Awliya ka, yaani in buzurgon ka, in buzurgon ka dabdaba tha,</w:t>
      </w:r>
    </w:p>
    <w:p>
      <w:pPr>
        <w:jc w:val="right"/>
      </w:pPr>
      <w:r>
        <w:t>مجھے ایک قصہ یاد آیا، نظام الدین اولیاء کا، یعنی ان بزرگوں کا، ان بزرگوں کا دبدبہ تھا،</w:t>
      </w:r>
    </w:p>
    <w:p>
      <w:r>
        <w:rPr>
          <w:b/>
        </w:rPr>
        <w:t xml:space="preserve">[25:35] </w:t>
      </w:r>
      <w:r>
        <w:t>iska qissa.</w:t>
      </w:r>
    </w:p>
    <w:p>
      <w:pPr>
        <w:jc w:val="right"/>
      </w:pPr>
      <w:r>
        <w:t>اس کا قصہ۔</w:t>
      </w:r>
    </w:p>
    <w:p>
      <w:r>
        <w:rPr>
          <w:b/>
        </w:rPr>
        <w:t xml:space="preserve">[25:36] </w:t>
      </w:r>
      <w:r>
        <w:t>yeh jo thay, Khwaja Moinuddin Chishti, Nizamuddin Awliya, aur Khwaja Salim Chishti, Khwaja Baqi Billah, Khwaja</w:t>
      </w:r>
    </w:p>
    <w:p>
      <w:pPr>
        <w:jc w:val="right"/>
      </w:pPr>
      <w:r>
        <w:t>یہ جو تھے، خواجہ معید الدین چشتی، نظام الدین اولیاء، اور خواجہ سلیم چشتی، خواجہ باقی باللہ، خواجہ</w:t>
      </w:r>
    </w:p>
    <w:p>
      <w:r>
        <w:rPr>
          <w:b/>
        </w:rPr>
        <w:t xml:space="preserve">[25:44] </w:t>
      </w:r>
      <w:r>
        <w:t>Fareed waghera, in ka dabdaba tha, is ka aik qissa mein aap ko sunata hoon.</w:t>
      </w:r>
    </w:p>
    <w:p>
      <w:pPr>
        <w:jc w:val="right"/>
      </w:pPr>
      <w:r>
        <w:t>فرید وغیرہ، ان کا دبدبہ تھا، اس کا ایک قصہ میں آپ کو سناتا ہوں۔</w:t>
      </w:r>
    </w:p>
    <w:p>
      <w:r>
        <w:rPr>
          <w:b/>
        </w:rPr>
        <w:t xml:space="preserve">[25:51] </w:t>
      </w:r>
      <w:r>
        <w:t>Angrezi daur mein jab India mein British rule kar rahe thay, to Hyderabad ke Nawab jo hain, woh</w:t>
      </w:r>
    </w:p>
    <w:p>
      <w:pPr>
        <w:jc w:val="right"/>
      </w:pPr>
      <w:r>
        <w:t>انگریزی دور میں جب انڈیا میں برٹش رول کر رہے تھے، تو حیدرآباد کے نواب جو ہیں، وہ</w:t>
      </w:r>
    </w:p>
    <w:p>
      <w:r>
        <w:rPr>
          <w:b/>
        </w:rPr>
        <w:t xml:space="preserve">[25:58] </w:t>
      </w:r>
      <w:r>
        <w:t>dilli aae.</w:t>
      </w:r>
    </w:p>
    <w:p>
      <w:pPr>
        <w:jc w:val="right"/>
      </w:pPr>
      <w:r>
        <w:t>دلی آئے۔</w:t>
      </w:r>
    </w:p>
    <w:p>
      <w:r>
        <w:rPr>
          <w:b/>
        </w:rPr>
        <w:t xml:space="preserve">[26:00] </w:t>
      </w:r>
      <w:r>
        <w:t>is dauraaniye mein railway line bich chuki thi.</w:t>
      </w:r>
    </w:p>
    <w:p>
      <w:pPr>
        <w:jc w:val="right"/>
      </w:pPr>
      <w:r>
        <w:t>اس دورانیے میں ریلوے لائن بچ چکی تھی۔</w:t>
      </w:r>
    </w:p>
    <w:p>
      <w:r>
        <w:rPr>
          <w:b/>
        </w:rPr>
        <w:t xml:space="preserve">[26:03] </w:t>
      </w:r>
      <w:r>
        <w:t>aur un ka special salon hua karta tha, is par gaadi hua karti thi.</w:t>
      </w:r>
    </w:p>
    <w:p>
      <w:pPr>
        <w:jc w:val="right"/>
      </w:pPr>
      <w:r>
        <w:t>اور ان کا اسپیشل سیلون ہوا کرتا تھا، اس پر گاڑی ہوا کرتی تھی۔</w:t>
      </w:r>
    </w:p>
    <w:p>
      <w:r>
        <w:rPr>
          <w:b/>
        </w:rPr>
        <w:t xml:space="preserve">[26:09] </w:t>
      </w:r>
      <w:r>
        <w:t>to un ki special train thi.</w:t>
      </w:r>
    </w:p>
    <w:p>
      <w:pPr>
        <w:jc w:val="right"/>
      </w:pPr>
      <w:r>
        <w:t>تو ان کی اسپیشل ٹرین تھی۔</w:t>
      </w:r>
    </w:p>
    <w:p>
      <w:r>
        <w:rPr>
          <w:b/>
        </w:rPr>
        <w:t xml:space="preserve">[26:12] </w:t>
      </w:r>
      <w:r>
        <w:t>special train se sirf salon nahin tha, balkeh special train thi.</w:t>
      </w:r>
    </w:p>
    <w:p>
      <w:pPr>
        <w:jc w:val="right"/>
      </w:pPr>
      <w:r>
        <w:t>اسپیشل ٹرین سے صرف سیلون نہیں تھا، بلکہ اسپیشل ٹرین تھی۔</w:t>
      </w:r>
    </w:p>
    <w:p>
      <w:r>
        <w:rPr>
          <w:b/>
        </w:rPr>
        <w:t xml:space="preserve">[26:17] </w:t>
      </w:r>
      <w:r>
        <w:t>to is se woh haiderabad se aaye, aur yahan nai dilli ke railway station par un ki gaadi</w:t>
      </w:r>
    </w:p>
    <w:p>
      <w:pPr>
        <w:jc w:val="right"/>
      </w:pPr>
      <w:r>
        <w:t>تو اس سے وہ حیدرآباد سے آئے، اور یہاں نئی دہلی کے ریلوے اسٹیشن پر ان کی گاڑی</w:t>
      </w:r>
    </w:p>
    <w:p>
      <w:r>
        <w:rPr>
          <w:b/>
        </w:rPr>
        <w:t xml:space="preserve">[26:24] </w:t>
      </w:r>
      <w:r>
        <w:t>ruki.</w:t>
      </w:r>
    </w:p>
    <w:p>
      <w:pPr>
        <w:jc w:val="right"/>
      </w:pPr>
      <w:r>
        <w:t>رکی۔</w:t>
      </w:r>
    </w:p>
    <w:p>
      <w:r>
        <w:rPr>
          <w:b/>
        </w:rPr>
        <w:t xml:space="preserve">[26:26] </w:t>
      </w:r>
      <w:r>
        <w:t>to un ko receive karne ke liye wahan lambi line thi.</w:t>
      </w:r>
    </w:p>
    <w:p>
      <w:pPr>
        <w:jc w:val="right"/>
      </w:pPr>
      <w:r>
        <w:t>تو ان کو ریسیو کرنے کے لیے وہاں لمبی لائن تھی۔</w:t>
      </w:r>
    </w:p>
    <w:p>
      <w:r>
        <w:rPr>
          <w:b/>
        </w:rPr>
        <w:t xml:space="preserve">[26:30] </w:t>
      </w:r>
      <w:r>
        <w:t>lambi line thi.</w:t>
      </w:r>
    </w:p>
    <w:p>
      <w:pPr>
        <w:jc w:val="right"/>
      </w:pPr>
      <w:r>
        <w:t>لمبی لائن تھی۔</w:t>
      </w:r>
    </w:p>
    <w:p>
      <w:r>
        <w:rPr>
          <w:b/>
        </w:rPr>
        <w:t xml:space="preserve">[26:32] </w:t>
      </w:r>
      <w:r>
        <w:t>to jo nawab haiderabad jo thay, kaha jata hai ke un ki nazar bohat tez thi, bohat zabardast</w:t>
      </w:r>
    </w:p>
    <w:p>
      <w:pPr>
        <w:jc w:val="right"/>
      </w:pPr>
      <w:r>
        <w:t>تو جو نواب حیدرآباد جو تھے، کہا جاتا ہے کہ ان کی نظر بہت تیز تھی، بہت زبردست</w:t>
      </w:r>
    </w:p>
    <w:p>
      <w:r>
        <w:rPr>
          <w:b/>
        </w:rPr>
        <w:t xml:space="preserve">[26:40] </w:t>
      </w:r>
      <w:r>
        <w:t>nigaah thi un ki.</w:t>
      </w:r>
    </w:p>
    <w:p>
      <w:pPr>
        <w:jc w:val="right"/>
      </w:pPr>
      <w:r>
        <w:t>نگاہ تھی ان کی۔</w:t>
      </w:r>
    </w:p>
    <w:p>
      <w:r>
        <w:rPr>
          <w:b/>
        </w:rPr>
        <w:t xml:space="preserve">[26:41] </w:t>
      </w:r>
      <w:r>
        <w:t>to jab woh apne salon se bahar aaye, aur dekha unhon ne ke line lagi hui hai jo,</w:t>
      </w:r>
    </w:p>
    <w:p>
      <w:pPr>
        <w:jc w:val="right"/>
      </w:pPr>
      <w:r>
        <w:t>تو جب وہ اپنے سیلون سے باہر آئے، اور دیکھا انہوں نے کہ لائن لگی ہوئی ہے جو،</w:t>
      </w:r>
    </w:p>
    <w:p>
      <w:r>
        <w:rPr>
          <w:b/>
        </w:rPr>
        <w:t xml:space="preserve">[26:49] </w:t>
      </w:r>
      <w:r>
        <w:t>to un ko nazar aaya ke aakhir aik shakhs tha jo aakhir mein khara hua hai, bilkul.</w:t>
      </w:r>
    </w:p>
    <w:p>
      <w:pPr>
        <w:jc w:val="right"/>
      </w:pPr>
      <w:r>
        <w:t>تو ان کو نظر آیا کہ آخر ایک شخص تھا جو آخر میں کھڑا ہوا ہے، بالکل۔</w:t>
      </w:r>
    </w:p>
    <w:p>
      <w:r>
        <w:rPr>
          <w:b/>
        </w:rPr>
        <w:t xml:space="preserve">[26:56] </w:t>
      </w:r>
      <w:r>
        <w:t>aakhir mein khara hua hai, lambi line ke aakhir mein.</w:t>
      </w:r>
    </w:p>
    <w:p>
      <w:pPr>
        <w:jc w:val="right"/>
      </w:pPr>
      <w:r>
        <w:t>آخر میں کھڑا ہوا ہے، لمبی لائن کے آخر میں۔</w:t>
      </w:r>
    </w:p>
    <w:p>
      <w:r>
        <w:rPr>
          <w:b/>
        </w:rPr>
        <w:t xml:space="preserve">[27:01] </w:t>
      </w:r>
      <w:r>
        <w:t>yeh thay khwaja hassan nizami, yaani unhi ke khanwade ke.</w:t>
      </w:r>
    </w:p>
    <w:p>
      <w:pPr>
        <w:jc w:val="right"/>
      </w:pPr>
      <w:r>
        <w:t>یہ تھے خواجہ حسن نظامی، یعنی انہی کے خانوادے کے۔</w:t>
      </w:r>
    </w:p>
    <w:p>
      <w:r>
        <w:rPr>
          <w:b/>
        </w:rPr>
        <w:t xml:space="preserve">[27:05] </w:t>
      </w:r>
      <w:r>
        <w:t>yaani nizamuddin auliya hi ke silsile ke thay woh.</w:t>
      </w:r>
    </w:p>
    <w:p>
      <w:pPr>
        <w:jc w:val="right"/>
      </w:pPr>
      <w:r>
        <w:t>یعنی نظام الدین اولیاء ہی کے سلسلے کے تھے وہ۔</w:t>
      </w:r>
    </w:p>
    <w:p>
      <w:r>
        <w:rPr>
          <w:b/>
        </w:rPr>
        <w:t xml:space="preserve">[27:09] </w:t>
      </w:r>
      <w:r>
        <w:t>khwaja hassan nizami.</w:t>
      </w:r>
    </w:p>
    <w:p>
      <w:pPr>
        <w:jc w:val="right"/>
      </w:pPr>
      <w:r>
        <w:t>خواجہ حسن نظامی۔</w:t>
      </w:r>
    </w:p>
    <w:p>
      <w:r>
        <w:rPr>
          <w:b/>
        </w:rPr>
        <w:t xml:space="preserve">[27:11] </w:t>
      </w:r>
      <w:r>
        <w:t>to bohat, yaani nizamuddin auliya ka bohat muataqid thay nawab haiderabad.</w:t>
      </w:r>
    </w:p>
    <w:p>
      <w:pPr>
        <w:jc w:val="right"/>
      </w:pPr>
      <w:r>
        <w:t>تو بہت، یعنی نظام الدین اولیاء کا بہت معتقد تھے نواب حیدرآباد۔</w:t>
      </w:r>
    </w:p>
    <w:p>
      <w:r>
        <w:rPr>
          <w:b/>
        </w:rPr>
        <w:t xml:space="preserve">[27:16] </w:t>
      </w:r>
      <w:r>
        <w:t>to jab unhon ne dekha ke ke itne peechay khara kar diya, woh police ne wahan khara kar</w:t>
      </w:r>
    </w:p>
    <w:p>
      <w:pPr>
        <w:jc w:val="right"/>
      </w:pPr>
      <w:r>
        <w:t>تو جب انہوں نے دیکھا کہ کہ اتنے پیچھے کھڑا کر دیا، وہ پولیس نے وہاں کھڑا کر</w:t>
      </w:r>
    </w:p>
    <w:p>
      <w:r>
        <w:rPr>
          <w:b/>
        </w:rPr>
        <w:t xml:space="preserve">[27:24] </w:t>
      </w:r>
      <w:r>
        <w:t>diya tha.</w:t>
      </w:r>
    </w:p>
    <w:p>
      <w:pPr>
        <w:jc w:val="right"/>
      </w:pPr>
      <w:r>
        <w:t>دیا تھا۔</w:t>
      </w:r>
    </w:p>
    <w:p>
      <w:r>
        <w:rPr>
          <w:b/>
        </w:rPr>
        <w:t xml:space="preserve">[27:25] </w:t>
      </w:r>
      <w:r>
        <w:t>wahan jab aaye, wahan par platform par, to baray baray jo log thay, woh to aagay kharay</w:t>
      </w:r>
    </w:p>
    <w:p>
      <w:pPr>
        <w:jc w:val="right"/>
      </w:pPr>
      <w:r>
        <w:t>وہاں جب آئے، وہاں پر پلیٹ فارم پر، تو بڑے بڑے جو لوگ تھے، وہ تو آگے کھڑے</w:t>
      </w:r>
    </w:p>
    <w:p>
      <w:r>
        <w:rPr>
          <w:b/>
        </w:rPr>
        <w:t xml:space="preserve">[27:33] </w:t>
      </w:r>
      <w:r>
        <w:t>kiye gaye, un ko peechay kar diya ke peechay jao.</w:t>
      </w:r>
    </w:p>
    <w:p>
      <w:pPr>
        <w:jc w:val="right"/>
      </w:pPr>
      <w:r>
        <w:t>کیے گئے، ان کو پیچھے کر دیا کہ پیچھے جاؤ۔</w:t>
      </w:r>
    </w:p>
    <w:p>
      <w:r>
        <w:rPr>
          <w:b/>
        </w:rPr>
        <w:t xml:space="preserve">[27:37] </w:t>
      </w:r>
      <w:r>
        <w:t>police walay pehchanne, pehchante nahin thay un ko.</w:t>
      </w:r>
    </w:p>
    <w:p>
      <w:pPr>
        <w:jc w:val="right"/>
      </w:pPr>
      <w:r>
        <w:t>پولیس والے پہچاننے، پہچانتے نہیں تھے ان کو۔</w:t>
      </w:r>
    </w:p>
    <w:p>
      <w:r>
        <w:rPr>
          <w:b/>
        </w:rPr>
        <w:t xml:space="preserve">[27:41] </w:t>
      </w:r>
      <w:r>
        <w:t>to nawab haiderabad ne un ko pehchana.</w:t>
      </w:r>
    </w:p>
    <w:p>
      <w:pPr>
        <w:jc w:val="right"/>
      </w:pPr>
      <w:r>
        <w:t>تو نواب حیدرآباد نے ان کو پہچانا۔</w:t>
      </w:r>
    </w:p>
    <w:p>
      <w:r>
        <w:rPr>
          <w:b/>
        </w:rPr>
        <w:t xml:space="preserve">[27:44] </w:t>
      </w:r>
      <w:r>
        <w:t>to saff tod kar khud nawab haiderabad gaye un ke paas.</w:t>
      </w:r>
    </w:p>
    <w:p>
      <w:pPr>
        <w:jc w:val="right"/>
      </w:pPr>
      <w:r>
        <w:t>تو صف توڑ کر خود نواب حیدرآباد گئے ان کے پاس۔</w:t>
      </w:r>
    </w:p>
    <w:p>
      <w:r>
        <w:rPr>
          <w:b/>
        </w:rPr>
        <w:t xml:space="preserve">[27:48] </w:t>
      </w:r>
      <w:r>
        <w:t>khawaja hasan nizami ke paas.</w:t>
      </w:r>
    </w:p>
    <w:p>
      <w:pPr>
        <w:jc w:val="right"/>
      </w:pPr>
      <w:r>
        <w:t>خواجہ حسن نظامی کے پاس۔</w:t>
      </w:r>
    </w:p>
    <w:p>
      <w:r>
        <w:rPr>
          <w:b/>
        </w:rPr>
        <w:t xml:space="preserve">[27:50] </w:t>
      </w:r>
      <w:r>
        <w:t>aur un ko apne sath le kar agay aye.</w:t>
      </w:r>
    </w:p>
    <w:p>
      <w:pPr>
        <w:jc w:val="right"/>
      </w:pPr>
      <w:r>
        <w:t>اور ان کو اپنے ساتھ لے کر آگے آئے۔</w:t>
      </w:r>
    </w:p>
    <w:p>
      <w:r>
        <w:rPr>
          <w:b/>
        </w:rPr>
        <w:t xml:space="preserve">[27:54] </w:t>
      </w:r>
      <w:r>
        <w:t>yeh hai rohani dabdaba.</w:t>
      </w:r>
    </w:p>
    <w:p>
      <w:pPr>
        <w:jc w:val="right"/>
      </w:pPr>
      <w:r>
        <w:t>یہ ہے روحانی دبدبہ۔</w:t>
      </w:r>
    </w:p>
    <w:p>
      <w:r>
        <w:rPr>
          <w:b/>
        </w:rPr>
        <w:t xml:space="preserve">[27:56] </w:t>
      </w:r>
      <w:r>
        <w:t>isi ko main kehta hoon rohani dabdaba.</w:t>
      </w:r>
    </w:p>
    <w:p>
      <w:pPr>
        <w:jc w:val="right"/>
      </w:pPr>
      <w:r>
        <w:t>اسی کو میں کہتا ہوں روحانی دبدبہ۔</w:t>
      </w:r>
    </w:p>
    <w:p>
      <w:r>
        <w:rPr>
          <w:b/>
        </w:rPr>
        <w:t xml:space="preserve">[27:59] </w:t>
      </w:r>
      <w:r>
        <w:t>to siyasi dabdaba koi bari cheez nahi hai.</w:t>
      </w:r>
    </w:p>
    <w:p>
      <w:pPr>
        <w:jc w:val="right"/>
      </w:pPr>
      <w:r>
        <w:t>تو سیاسی دبدبہ کوئی بڑی چیز نہیں ہے۔</w:t>
      </w:r>
    </w:p>
    <w:p>
      <w:r>
        <w:rPr>
          <w:b/>
        </w:rPr>
        <w:t xml:space="preserve">[28:02] </w:t>
      </w:r>
      <w:r>
        <w:t>paise ka dabdaba, dolat ka dabdaba, iqtadar ka dabdaba koi bari cheez nahi hai.</w:t>
      </w:r>
    </w:p>
    <w:p>
      <w:pPr>
        <w:jc w:val="right"/>
      </w:pPr>
      <w:r>
        <w:t>پیسے کا دبدبہ، دولت کا دبدبہ، اقتدار کا دبدبہ کوئی بڑی چیز نہیں ہے۔</w:t>
      </w:r>
    </w:p>
    <w:p>
      <w:r>
        <w:rPr>
          <w:b/>
        </w:rPr>
        <w:t xml:space="preserve">[28:08] </w:t>
      </w:r>
      <w:r>
        <w:t>sab se bari cheez hai rohani dabdaba.</w:t>
      </w:r>
    </w:p>
    <w:p>
      <w:pPr>
        <w:jc w:val="right"/>
      </w:pPr>
      <w:r>
        <w:t>سب سے بڑی چیز ہے روحانی دبدبہ۔</w:t>
      </w:r>
    </w:p>
    <w:p>
      <w:r>
        <w:rPr>
          <w:b/>
        </w:rPr>
        <w:t xml:space="preserve">[28:11] </w:t>
      </w:r>
      <w:r>
        <w:t>sab se bari cheez hai rohani dabdaba.</w:t>
      </w:r>
    </w:p>
    <w:p>
      <w:pPr>
        <w:jc w:val="right"/>
      </w:pPr>
      <w:r>
        <w:t>سب سے بڑی چیز ہے روحانی دبدبہ۔</w:t>
      </w:r>
    </w:p>
    <w:p>
      <w:r>
        <w:rPr>
          <w:b/>
        </w:rPr>
        <w:t xml:space="preserve">[28:14] </w:t>
      </w:r>
      <w:r>
        <w:t>aur woh sufiyon ke zariye qaim hua.</w:t>
      </w:r>
    </w:p>
    <w:p>
      <w:pPr>
        <w:jc w:val="right"/>
      </w:pPr>
      <w:r>
        <w:t>اور وہ صوفیوں کے ذریعے قائم ہوا۔</w:t>
      </w:r>
    </w:p>
    <w:p>
      <w:r>
        <w:rPr>
          <w:b/>
        </w:rPr>
        <w:t xml:space="preserve">[28:17] </w:t>
      </w:r>
      <w:r>
        <w:t>ke france ki first lady ati hai dilli, aur jati hai fateh pur sikri mein, khawaja salim chishti</w:t>
      </w:r>
    </w:p>
    <w:p>
      <w:pPr>
        <w:jc w:val="right"/>
      </w:pPr>
      <w:r>
        <w:t>کہ فرانس کی فرسٹ لیڈی آتی ہے دلی، اور جاتی ہے فتح پور سیکری میں، خواجہ سلیم چشتی</w:t>
      </w:r>
    </w:p>
    <w:p>
      <w:r>
        <w:rPr>
          <w:b/>
        </w:rPr>
        <w:t xml:space="preserve">[28:25] </w:t>
      </w:r>
      <w:r>
        <w:t>ki dargah par.</w:t>
      </w:r>
    </w:p>
    <w:p>
      <w:pPr>
        <w:jc w:val="right"/>
      </w:pPr>
      <w:r>
        <w:t>کی درگاہ پر۔</w:t>
      </w:r>
    </w:p>
    <w:p>
      <w:r>
        <w:rPr>
          <w:b/>
        </w:rPr>
        <w:t xml:space="preserve">[28:27] </w:t>
      </w:r>
      <w:r>
        <w:t>yeh hai rohani dabdaba.</w:t>
      </w:r>
    </w:p>
    <w:p>
      <w:pPr>
        <w:jc w:val="right"/>
      </w:pPr>
      <w:r>
        <w:t>یہ ہے روحانی دبدبہ۔</w:t>
      </w:r>
    </w:p>
    <w:p>
      <w:r>
        <w:rPr>
          <w:b/>
        </w:rPr>
        <w:t xml:space="preserve">[28:28] </w:t>
      </w:r>
      <w:r>
        <w:t>to main samajhta hoon ke india mein jo hamare paas jo asase hain, ek sahib ne taqreer ki,</w:t>
      </w:r>
    </w:p>
    <w:p>
      <w:pPr>
        <w:jc w:val="right"/>
      </w:pPr>
      <w:r>
        <w:t>تو میں سمجھتا ہوں کہ انڈیا میں جو ہمارے پاس جو اثاثے ہیں، ایک صاحب نے تقریر کی،</w:t>
      </w:r>
    </w:p>
    <w:p>
      <w:r>
        <w:rPr>
          <w:b/>
        </w:rPr>
        <w:t xml:space="preserve">[28:36] </w:t>
      </w:r>
      <w:r>
        <w:t>to unhon ne taqreer mein kaha ke, yani unhon ne fakhr ke sath bataya ke india mein musalman</w:t>
      </w:r>
    </w:p>
    <w:p>
      <w:pPr>
        <w:jc w:val="right"/>
      </w:pPr>
      <w:r>
        <w:t>تو انہوں نے تقریر میں کہا کہ، یعنی انہوں نے فخر کے ساتھ بتایا کہ انڈیا میں مسلمانوں</w:t>
      </w:r>
    </w:p>
    <w:p>
      <w:r>
        <w:rPr>
          <w:b/>
        </w:rPr>
        <w:t xml:space="preserve">[28:44] </w:t>
      </w:r>
      <w:r>
        <w:t>ne kiya diya.</w:t>
      </w:r>
    </w:p>
    <w:p>
      <w:pPr>
        <w:jc w:val="right"/>
      </w:pPr>
      <w:r>
        <w:t>نے کیا دیا۔</w:t>
      </w:r>
    </w:p>
    <w:p>
      <w:r>
        <w:rPr>
          <w:b/>
        </w:rPr>
        <w:t xml:space="preserve">[28:45] </w:t>
      </w:r>
      <w:r>
        <w:t>ke musalmanon ne india mein taj mahal ki beauty di.</w:t>
      </w:r>
    </w:p>
    <w:p>
      <w:pPr>
        <w:jc w:val="right"/>
      </w:pPr>
      <w:r>
        <w:t>کہ مسلمانوں نے انڈیا میں تاج محل کی بیوٹی دی۔</w:t>
      </w:r>
    </w:p>
    <w:p>
      <w:r>
        <w:rPr>
          <w:b/>
        </w:rPr>
        <w:t xml:space="preserve">[28:50] </w:t>
      </w:r>
      <w:r>
        <w:t>india mein musalmanon ne lal qila ki bulandiyan din.</w:t>
      </w:r>
    </w:p>
    <w:p>
      <w:pPr>
        <w:jc w:val="right"/>
      </w:pPr>
      <w:r>
        <w:t>انڈیا میں مسلمانوں نے لال قلعہ کی بلندیاں دیں۔</w:t>
      </w:r>
    </w:p>
    <w:p>
      <w:r>
        <w:rPr>
          <w:b/>
        </w:rPr>
        <w:t xml:space="preserve">[28:53] </w:t>
      </w:r>
      <w:r>
        <w:t>india mein musalmanon ne qutub minar ki azmat di.</w:t>
      </w:r>
    </w:p>
    <w:p>
      <w:pPr>
        <w:jc w:val="right"/>
      </w:pPr>
      <w:r>
        <w:t>انڈیا میں مسلمانوں نے قطب مینار کی عظمت دی۔</w:t>
      </w:r>
    </w:p>
    <w:p>
      <w:r>
        <w:rPr>
          <w:b/>
        </w:rPr>
        <w:t xml:space="preserve">[28:57] </w:t>
      </w:r>
      <w:r>
        <w:t>yeh bari cheez nahi hai.</w:t>
      </w:r>
    </w:p>
    <w:p>
      <w:pPr>
        <w:jc w:val="right"/>
      </w:pPr>
      <w:r>
        <w:t>یہ بڑی چیز نہیں ہے۔</w:t>
      </w:r>
    </w:p>
    <w:p>
      <w:r>
        <w:rPr>
          <w:b/>
        </w:rPr>
        <w:t xml:space="preserve">[28:59] </w:t>
      </w:r>
      <w:r>
        <w:t>taj mahal aur lal qila aur qutub minar ziyada bari cheez nahi hain.</w:t>
      </w:r>
    </w:p>
    <w:p>
      <w:pPr>
        <w:jc w:val="right"/>
      </w:pPr>
      <w:r>
        <w:t>تاج محل اور لال قلعہ اور قطب مینار زیادہ بڑی چیز نہیں ہیں۔</w:t>
      </w:r>
    </w:p>
    <w:p>
      <w:r>
        <w:rPr>
          <w:b/>
        </w:rPr>
        <w:t xml:space="preserve">[29:05] </w:t>
      </w:r>
      <w:r>
        <w:t>bari cheezain yeh rohani dabdaba jo hai.</w:t>
      </w:r>
    </w:p>
    <w:p>
      <w:pPr>
        <w:jc w:val="right"/>
      </w:pPr>
      <w:r>
        <w:t>بڑی چیزیں یہ روحانی دبدبہ جو ہے۔</w:t>
      </w:r>
    </w:p>
    <w:p>
      <w:r>
        <w:rPr>
          <w:b/>
        </w:rPr>
        <w:t xml:space="preserve">[29:08] </w:t>
      </w:r>
      <w:r>
        <w:t>rohani azmat, rohani silsila.</w:t>
      </w:r>
    </w:p>
    <w:p>
      <w:pPr>
        <w:jc w:val="right"/>
      </w:pPr>
      <w:r>
        <w:t>روحانی عظمت، روحانی سلسلہ۔</w:t>
      </w:r>
    </w:p>
    <w:p>
      <w:r>
        <w:rPr>
          <w:b/>
        </w:rPr>
        <w:t xml:space="preserve">[29:10] </w:t>
      </w:r>
      <w:r>
        <w:t>woh to tareekhi cheezain hain, tareekh ke bana par log ate hain, siyah log dekhne ke liye is</w:t>
      </w:r>
    </w:p>
    <w:p>
      <w:pPr>
        <w:jc w:val="right"/>
      </w:pPr>
      <w:r>
        <w:t>وہ تو تاریخی چیزیں ہیں، تاریخ کے بنا پر لوگ آتے ہیں، سیاح لوگ دیکھنے کے لیے اس</w:t>
      </w:r>
    </w:p>
    <w:p>
      <w:r>
        <w:rPr>
          <w:b/>
        </w:rPr>
        <w:t xml:space="preserve">[29:17]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[29:19] </w:t>
      </w:r>
      <w:r>
        <w:t>yani taj mahal aur lal qila aur qutub minar ki hesiyat tareekhi hai.</w:t>
      </w:r>
    </w:p>
    <w:p>
      <w:pPr>
        <w:jc w:val="right"/>
      </w:pPr>
      <w:r>
        <w:t>یعنی تاج محل اور لال قلعہ اور قطب مینار کی حیثیت تاریخی ہے۔</w:t>
      </w:r>
    </w:p>
    <w:p>
      <w:r>
        <w:rPr>
          <w:b/>
        </w:rPr>
        <w:t xml:space="preserve">[29:24] </w:t>
      </w:r>
      <w:r>
        <w:t>tareekhi yaadgar ki hesiyat hai.</w:t>
      </w:r>
    </w:p>
    <w:p>
      <w:pPr>
        <w:jc w:val="right"/>
      </w:pPr>
      <w:r>
        <w:t>تاریخی یادگار کی حیثیت ہے۔</w:t>
      </w:r>
    </w:p>
    <w:p>
      <w:r>
        <w:rPr>
          <w:b/>
        </w:rPr>
        <w:t xml:space="preserve">[29:27] </w:t>
      </w:r>
      <w:r>
        <w:t>woh koi living cheez nahi hai.</w:t>
      </w:r>
    </w:p>
    <w:p>
      <w:pPr>
        <w:jc w:val="right"/>
      </w:pPr>
      <w:r>
        <w:t>وہ کوئی لیونگ چیز نہیں ہے۔</w:t>
      </w:r>
    </w:p>
    <w:p>
      <w:r>
        <w:rPr>
          <w:b/>
        </w:rPr>
        <w:t xml:space="preserve">[29:29] </w:t>
      </w:r>
      <w:r>
        <w:t>un ki hesiyat koi zinda cheez ki nahi hai.</w:t>
      </w:r>
    </w:p>
    <w:p>
      <w:pPr>
        <w:jc w:val="right"/>
      </w:pPr>
      <w:r>
        <w:t>ان کی حیثیت کوئی زندہ چیز کی نہیں ہے۔</w:t>
      </w:r>
    </w:p>
    <w:p>
      <w:r>
        <w:rPr>
          <w:b/>
        </w:rPr>
        <w:t xml:space="preserve">[29:33] </w:t>
      </w:r>
      <w:r>
        <w:t>ke rohani dabdaba toh ek zinda cheez hota hai, zinda.</w:t>
      </w:r>
    </w:p>
    <w:p>
      <w:pPr>
        <w:jc w:val="right"/>
      </w:pPr>
      <w:r>
        <w:t>کہ روحانی دبدبہ تو ایک زندہ چیز ہوتا ہے، زندہ۔</w:t>
      </w:r>
    </w:p>
    <w:p>
      <w:r>
        <w:rPr>
          <w:b/>
        </w:rPr>
        <w:t xml:space="preserve">[29:37] </w:t>
      </w:r>
      <w:r>
        <w:t>aaj bhi zinda hai.</w:t>
      </w:r>
    </w:p>
    <w:p>
      <w:pPr>
        <w:jc w:val="right"/>
      </w:pPr>
      <w:r>
        <w:t>آج بھی زندہ ہے۔</w:t>
      </w:r>
    </w:p>
    <w:p>
      <w:r>
        <w:rPr>
          <w:b/>
        </w:rPr>
        <w:t xml:space="preserve">[29:39] </w:t>
      </w:r>
      <w:r>
        <w:t>isi liye aap dekhiye ke bheed lagi rehti hai.</w:t>
      </w:r>
    </w:p>
    <w:p>
      <w:pPr>
        <w:jc w:val="right"/>
      </w:pPr>
      <w:r>
        <w:t>اسی لیے آپ دیکھیے کہ بھیڑ لگی رہتی ہے۔</w:t>
      </w:r>
    </w:p>
    <w:p>
      <w:r>
        <w:rPr>
          <w:b/>
        </w:rPr>
        <w:t xml:space="preserve">[29:43] </w:t>
      </w:r>
      <w:r>
        <w:t>aap jayein agar ajmer, toh wahan sirf musalman nahi honge.</w:t>
      </w:r>
    </w:p>
    <w:p>
      <w:pPr>
        <w:jc w:val="right"/>
      </w:pPr>
      <w:r>
        <w:t>آپ جائیں اگر اجمیر، تو وہاں صرف مسلمان نہیں ہوں گے۔</w:t>
      </w:r>
    </w:p>
    <w:p>
      <w:r>
        <w:rPr>
          <w:b/>
        </w:rPr>
        <w:t xml:space="preserve">[29:48] </w:t>
      </w:r>
      <w:r>
        <w:t>musalman zyada hindu honge wahan par.</w:t>
      </w:r>
    </w:p>
    <w:p>
      <w:pPr>
        <w:jc w:val="right"/>
      </w:pPr>
      <w:r>
        <w:t>مسلمان زیادہ ہندو ہوں گے وہاں پر۔</w:t>
      </w:r>
    </w:p>
    <w:p>
      <w:r>
        <w:rPr>
          <w:b/>
        </w:rPr>
        <w:t xml:space="preserve">[29:51] </w:t>
      </w:r>
      <w:r>
        <w:t>musalman zyada hindu wahan par honge.</w:t>
      </w:r>
    </w:p>
    <w:p>
      <w:pPr>
        <w:jc w:val="right"/>
      </w:pPr>
      <w:r>
        <w:t>مسلمان زیادہ ہندو وہاں پر ہوں گے۔</w:t>
      </w:r>
    </w:p>
    <w:p>
      <w:r>
        <w:rPr>
          <w:b/>
        </w:rPr>
        <w:t xml:space="preserve">[29:54] </w:t>
      </w:r>
      <w:r>
        <w:t>ek sahib ne mujhe bataya ke ek martaba woh dargah par gaye toh wahan dekhe, dekha ke jo</w:t>
      </w:r>
    </w:p>
    <w:p>
      <w:pPr>
        <w:jc w:val="right"/>
      </w:pPr>
      <w:r>
        <w:t>ایک صاحب نے مجھے بتایا کہ ایک مرتبہ وہ درگاہ پر گئے تو وہاں دیکھے، دیکھا کہ جو</w:t>
      </w:r>
    </w:p>
    <w:p>
      <w:r>
        <w:rPr>
          <w:b/>
        </w:rPr>
        <w:t xml:space="preserve">[30:01] </w:t>
      </w:r>
      <w:r>
        <w:t>wahan bheed hai, us mein ek bohat hi, ek ek hindu jo mashhoor thay ke bohat hi anti</w:t>
      </w:r>
    </w:p>
    <w:p>
      <w:pPr>
        <w:jc w:val="right"/>
      </w:pPr>
      <w:r>
        <w:t>وہاں بھیڑ ہے، اس میں ایک بہت ہی، ایک ایک ہندو جو مشہور تھے کہ بہت ہی اینٹی</w:t>
      </w:r>
    </w:p>
    <w:p>
      <w:r>
        <w:rPr>
          <w:b/>
        </w:rPr>
        <w:t xml:space="preserve">[30:09] </w:t>
      </w:r>
      <w:r>
        <w:t>muslim hain, woh kattar hindu hain, anti muslim hain, woh bhi wahan maujood thay wahan par.</w:t>
      </w:r>
    </w:p>
    <w:p>
      <w:pPr>
        <w:jc w:val="right"/>
      </w:pPr>
      <w:r>
        <w:t>مسلم ہیں، وہ کٹر ہندو ہیں، اینٹی مسلم ہیں، وہ بھی وہاں موجود تھے وہاں پر۔</w:t>
      </w:r>
    </w:p>
    <w:p>
      <w:r>
        <w:rPr>
          <w:b/>
        </w:rPr>
        <w:t xml:space="preserve">[30:16] </w:t>
      </w:r>
      <w:r>
        <w:t>woh bhi haath jod kar jhuke hue thay wahan par.</w:t>
      </w:r>
    </w:p>
    <w:p>
      <w:pPr>
        <w:jc w:val="right"/>
      </w:pPr>
      <w:r>
        <w:t>وہ بھی ہاتھ جوڑ کر جھکے ہوئے تھے وہاں پر۔</w:t>
      </w:r>
    </w:p>
    <w:p>
      <w:r>
        <w:rPr>
          <w:b/>
        </w:rPr>
        <w:t xml:space="preserve">[30:20] </w:t>
      </w:r>
      <w:r>
        <w:t>toh ek musalman ne un se poocha baat ko ke aap ke liye toh mashhoor hai ke aap</w:t>
      </w:r>
    </w:p>
    <w:p>
      <w:pPr>
        <w:jc w:val="right"/>
      </w:pPr>
      <w:r>
        <w:t>تو ایک مسلمان نے ان سے پوچھا بات کو کہ آپ کے لیے تو مشہور ہے کہ آپ</w:t>
      </w:r>
    </w:p>
    <w:p>
      <w:r>
        <w:rPr>
          <w:b/>
        </w:rPr>
        <w:t xml:space="preserve">[30:28] </w:t>
      </w:r>
      <w:r>
        <w:t>anti muslim hain, aur yahan aa kar ke aap ek muslim soofi ke dargah par jhuke hue hain.</w:t>
      </w:r>
    </w:p>
    <w:p>
      <w:pPr>
        <w:jc w:val="right"/>
      </w:pPr>
      <w:r>
        <w:t>اینٹی مسلم ہیں، اور یہاں آ کر کے آپ ایک مسلم صوفی کے درگاہ پر جھکے ہوئے ہیں۔</w:t>
      </w:r>
    </w:p>
    <w:p>
      <w:r>
        <w:rPr>
          <w:b/>
        </w:rPr>
        <w:t xml:space="preserve">[30:36] </w:t>
      </w:r>
      <w:r>
        <w:t>toh us ne jawab kiya diya? us ne jawab diya ke tum bhi agar waise hi ban jao,</w:t>
      </w:r>
    </w:p>
    <w:p>
      <w:pPr>
        <w:jc w:val="right"/>
      </w:pPr>
      <w:r>
        <w:t>تو اس نے جواب کیا دیا؟ اس نے جواب دیا کہ تم بھی اگر ویسے ہی بن جاؤ،</w:t>
      </w:r>
    </w:p>
    <w:p>
      <w:r>
        <w:rPr>
          <w:b/>
        </w:rPr>
        <w:t xml:space="preserve">[30:43] </w:t>
      </w:r>
      <w:r>
        <w:t>toh hum tumhare aage bhi jhukein ge.</w:t>
      </w:r>
    </w:p>
    <w:p>
      <w:pPr>
        <w:jc w:val="right"/>
      </w:pPr>
      <w:r>
        <w:t>تو ہم تمہارے آگے بھی جھکیں گے۔</w:t>
      </w:r>
    </w:p>
    <w:p>
      <w:r>
        <w:rPr>
          <w:b/>
        </w:rPr>
        <w:t xml:space="preserve">[30:46] </w:t>
      </w:r>
      <w:r>
        <w:t>jaise yeh muslim soofi thay, waise tum bhi ban jao, toh hum tumhare aage bhi jhukein ge.</w:t>
      </w:r>
    </w:p>
    <w:p>
      <w:pPr>
        <w:jc w:val="right"/>
      </w:pPr>
      <w:r>
        <w:t>جیسے یہ مسلم صوفی تھے، ویسے تم بھی بن جاؤ، تو ہم تمہارے آگے بھی جھکیں گے۔</w:t>
      </w:r>
    </w:p>
    <w:p>
      <w:r>
        <w:rPr>
          <w:b/>
        </w:rPr>
        <w:t xml:space="preserve">[30:54] </w:t>
      </w:r>
      <w:r>
        <w:t>is par maine socha ke is ke zehan mein kya hai farq? ke farq kya hai is</w:t>
      </w:r>
    </w:p>
    <w:p>
      <w:pPr>
        <w:jc w:val="right"/>
      </w:pPr>
      <w:r>
        <w:t>اس پر میں نے سوچا کہ اس کے ذہن میں کیا ہے فرق؟ کہ فرق کیا ہے اس</w:t>
      </w:r>
    </w:p>
    <w:p>
      <w:r>
        <w:rPr>
          <w:b/>
        </w:rPr>
        <w:t xml:space="preserve">[31:01] </w:t>
      </w:r>
      <w:r>
        <w:t>ke zehan mein? kyun aisa kaha us ne? toh main sochte sochte main yahan tak pohancha ke dekhiye</w:t>
      </w:r>
    </w:p>
    <w:p>
      <w:pPr>
        <w:jc w:val="right"/>
      </w:pPr>
      <w:r>
        <w:t>کے ذہن میں؟ کیوں ایسا کہا اس نے؟ تو میں سوچتے سوچتے میں یہاں تک پہنچا کہ دیکھیے</w:t>
      </w:r>
    </w:p>
    <w:p>
      <w:r>
        <w:rPr>
          <w:b/>
        </w:rPr>
        <w:t xml:space="preserve">[31:09] </w:t>
      </w:r>
      <w:r>
        <w:t>soofi log aaye ek giver person ke roop mein, dene wale ban kar aaye.</w:t>
      </w:r>
    </w:p>
    <w:p>
      <w:pPr>
        <w:jc w:val="right"/>
      </w:pPr>
      <w:r>
        <w:t>صوفی لوگ آئے ایک گیور پرسن کے روپ میں، دینے والے بن کر آئے۔</w:t>
      </w:r>
    </w:p>
    <w:p>
      <w:r>
        <w:rPr>
          <w:b/>
        </w:rPr>
        <w:t xml:space="preserve">[31:15] </w:t>
      </w:r>
      <w:r>
        <w:t>aur yeh jo musalman hain, jo aaj lal qila aur qutub minar ke hawale dete hain, woh lene</w:t>
      </w:r>
    </w:p>
    <w:p>
      <w:pPr>
        <w:jc w:val="right"/>
      </w:pPr>
      <w:r>
        <w:t>اور یہ جو مسلمان ہیں، جو آج لال قلعہ اور قطب مینار کے حوالے دیتے ہیں، وہ لینے</w:t>
      </w:r>
    </w:p>
    <w:p>
      <w:r>
        <w:rPr>
          <w:b/>
        </w:rPr>
        <w:t xml:space="preserve">[31:23] </w:t>
      </w:r>
      <w:r>
        <w:t>wale ban kar aaye.</w:t>
      </w:r>
    </w:p>
    <w:p>
      <w:pPr>
        <w:jc w:val="right"/>
      </w:pPr>
      <w:r>
        <w:t>والے بن کر آئے۔</w:t>
      </w:r>
    </w:p>
    <w:p>
      <w:r>
        <w:rPr>
          <w:b/>
        </w:rPr>
        <w:t xml:space="preserve">[31:24] </w:t>
      </w:r>
      <w:r>
        <w:t>yahan se unhone paisa liya, yahan se par iqtadar qaim kiya, yahan pe hukoomat qaim ki apni.</w:t>
      </w:r>
    </w:p>
    <w:p>
      <w:pPr>
        <w:jc w:val="right"/>
      </w:pPr>
      <w:r>
        <w:t>یہاں سے انہوں نے پیسہ لیا، یہاں سے پر اقتدار قائم کیا، یہاں پہ حکومت قائم کی اپنی۔</w:t>
      </w:r>
    </w:p>
    <w:p>
      <w:r>
        <w:rPr>
          <w:b/>
        </w:rPr>
        <w:t xml:space="preserve">[31:32] </w:t>
      </w:r>
      <w:r>
        <w:t>un ki hesiyat yani woh nafe bakhshida ka saboot diya unhone.</w:t>
      </w:r>
    </w:p>
    <w:p>
      <w:pPr>
        <w:jc w:val="right"/>
      </w:pPr>
      <w:r>
        <w:t>ان کی حیثیت یعنی وہ نفع بخشید کا ثبوت دیا انہوں نے۔</w:t>
      </w:r>
    </w:p>
    <w:p>
      <w:r>
        <w:rPr>
          <w:b/>
        </w:rPr>
        <w:t xml:space="preserve">[31:37] </w:t>
      </w:r>
      <w:r>
        <w:t>to un ko maqsad mila, un ko thehrav mila, un ko jamao mila.</w:t>
      </w:r>
    </w:p>
    <w:p>
      <w:pPr>
        <w:jc w:val="right"/>
      </w:pPr>
      <w:r>
        <w:t>تو ان کو مقصد ملا، ان کو ٹھہراؤ ملا، ان کو جماؤ ملا۔</w:t>
      </w:r>
    </w:p>
    <w:p>
      <w:r>
        <w:rPr>
          <w:b/>
        </w:rPr>
        <w:t xml:space="preserve">[31:43] </w:t>
      </w:r>
      <w:r>
        <w:t>woh kya nafa bakhshi? rohaniyat, aman, piyar o mohabbat, mil jul kar rehna, larai se nafrat, yeh sab</w:t>
      </w:r>
    </w:p>
    <w:p>
      <w:pPr>
        <w:jc w:val="right"/>
      </w:pPr>
      <w:r>
        <w:t>وہ کیا نفع بخشی؟ روحانیت، امن، پیار و محبت، مل جل کر رہنا، لڑائی سے نفرت، یہ سب</w:t>
      </w:r>
    </w:p>
    <w:p>
      <w:r>
        <w:rPr>
          <w:b/>
        </w:rPr>
        <w:t xml:space="preserve">[31:51] </w:t>
      </w:r>
      <w:r>
        <w:t>cheezein diya unhon ne.</w:t>
      </w:r>
    </w:p>
    <w:p>
      <w:pPr>
        <w:jc w:val="right"/>
      </w:pPr>
      <w:r>
        <w:t>چیزیں دیا انہوں نے۔</w:t>
      </w:r>
    </w:p>
    <w:p>
      <w:r>
        <w:rPr>
          <w:b/>
        </w:rPr>
        <w:t xml:space="preserve">[31:52] </w:t>
      </w:r>
      <w:r>
        <w:t>rawadari, tolerance.</w:t>
      </w:r>
    </w:p>
    <w:p>
      <w:pPr>
        <w:jc w:val="right"/>
      </w:pPr>
      <w:r>
        <w:t>رواداری، ٹالرنس۔</w:t>
      </w:r>
    </w:p>
    <w:p>
      <w:r>
        <w:rPr>
          <w:b/>
        </w:rPr>
        <w:t xml:space="preserve">[31:54] </w:t>
      </w:r>
      <w:r>
        <w:t>jewel lal naru ne likha hai ke musalman jo india mein aaye, woh brillian culture le kar aaye.</w:t>
      </w:r>
    </w:p>
    <w:p>
      <w:pPr>
        <w:jc w:val="right"/>
      </w:pPr>
      <w:r>
        <w:t>جوائل لال نارو نے لکھا ہے کہ مسلمان جو انڈیا میں آئے، وہ بریلین کلچر لے کر آئے۔</w:t>
      </w:r>
    </w:p>
    <w:p>
      <w:r>
        <w:rPr>
          <w:b/>
        </w:rPr>
        <w:t xml:space="preserve">[32:02] </w:t>
      </w:r>
      <w:r>
        <w:t>brillian culture.</w:t>
      </w:r>
    </w:p>
    <w:p>
      <w:pPr>
        <w:jc w:val="right"/>
      </w:pPr>
      <w:r>
        <w:t>بریلین کلچر۔</w:t>
      </w:r>
    </w:p>
    <w:p>
      <w:r>
        <w:rPr>
          <w:b/>
        </w:rPr>
        <w:t xml:space="preserve">[32:03] </w:t>
      </w:r>
      <w:r>
        <w:t>yeh cheez hai.</w:t>
      </w:r>
    </w:p>
    <w:p>
      <w:pPr>
        <w:jc w:val="right"/>
      </w:pPr>
      <w:r>
        <w:t>یہ چیز ہے۔</w:t>
      </w:r>
    </w:p>
    <w:p>
      <w:r>
        <w:rPr>
          <w:b/>
        </w:rPr>
        <w:t xml:space="preserve">[32:05] </w:t>
      </w:r>
      <w:r>
        <w:t>master tara singh ki kitab hai "influence of islam on indian culture".</w:t>
      </w:r>
    </w:p>
    <w:p>
      <w:pPr>
        <w:jc w:val="right"/>
      </w:pPr>
      <w:r>
        <w:t>ماسٹر تارا سنگھ کی کتاب ہے "انفلوئنس آف اسلام آن انڈین کلچر"۔</w:t>
      </w:r>
    </w:p>
    <w:p>
      <w:r>
        <w:rPr>
          <w:b/>
        </w:rPr>
        <w:t xml:space="preserve">[32:10] </w:t>
      </w:r>
      <w:r>
        <w:t>aisi bohat sari kitabein likhi gayi hain.</w:t>
      </w:r>
    </w:p>
    <w:p>
      <w:pPr>
        <w:jc w:val="right"/>
      </w:pPr>
      <w:r>
        <w:t>ایسی بہت ساری کتابیں لکھی گئی ہیں۔</w:t>
      </w:r>
    </w:p>
    <w:p>
      <w:r>
        <w:rPr>
          <w:b/>
        </w:rPr>
        <w:t xml:space="preserve">[32:13] </w:t>
      </w:r>
      <w:r>
        <w:t>to in logon ne diya, dene wale ban kar aaye.</w:t>
      </w:r>
    </w:p>
    <w:p>
      <w:pPr>
        <w:jc w:val="right"/>
      </w:pPr>
      <w:r>
        <w:t>تو ان لوگوں نے دیا، دینے والے بن کر آئے۔</w:t>
      </w:r>
    </w:p>
    <w:p>
      <w:r>
        <w:rPr>
          <w:b/>
        </w:rPr>
        <w:t xml:space="preserve">[32:17] </w:t>
      </w:r>
      <w:r>
        <w:t>to dene wale ka hamesha ehtram hota hai.</w:t>
      </w:r>
    </w:p>
    <w:p>
      <w:pPr>
        <w:jc w:val="right"/>
      </w:pPr>
      <w:r>
        <w:t>تو دینے والے کا ہمیشہ احترام ہوتا ہے۔</w:t>
      </w:r>
    </w:p>
    <w:p>
      <w:r>
        <w:rPr>
          <w:b/>
        </w:rPr>
        <w:t xml:space="preserve">[32:20] </w:t>
      </w:r>
      <w:r>
        <w:t>lene wale ka ehtram nahi hota.</w:t>
      </w:r>
    </w:p>
    <w:p>
      <w:pPr>
        <w:jc w:val="right"/>
      </w:pPr>
      <w:r>
        <w:t>لینے والے کا احترام نہیں ہوتا۔</w:t>
      </w:r>
    </w:p>
    <w:p>
      <w:r>
        <w:rPr>
          <w:b/>
        </w:rPr>
        <w:t xml:space="preserve">[32:23] </w:t>
      </w:r>
      <w:r>
        <w:t>yani aik hota hai giver, aik hota hai taker.</w:t>
      </w:r>
    </w:p>
    <w:p>
      <w:pPr>
        <w:jc w:val="right"/>
      </w:pPr>
      <w:r>
        <w:t>یعنی ایک ہوتا ہے گیور، ایک ہوتا ہے ٹیکر۔</w:t>
      </w:r>
    </w:p>
    <w:p>
      <w:r>
        <w:rPr>
          <w:b/>
        </w:rPr>
        <w:t xml:space="preserve">[32:27] </w:t>
      </w:r>
      <w:r>
        <w:t>to taker ka ehtram nahi hota hai, giver ka ehtram hota hai.</w:t>
      </w:r>
    </w:p>
    <w:p>
      <w:pPr>
        <w:jc w:val="right"/>
      </w:pPr>
      <w:r>
        <w:t>تو ٹیکر کا احترام نہیں ہوتا ہے، گیور کا احترام ہوتا ہے۔</w:t>
      </w:r>
    </w:p>
    <w:p>
      <w:r>
        <w:rPr>
          <w:b/>
        </w:rPr>
        <w:t xml:space="preserve">[32:32] </w:t>
      </w:r>
      <w:r>
        <w:t>sofi logon ko kuch lena dena nahi tha.</w:t>
      </w:r>
    </w:p>
    <w:p>
      <w:pPr>
        <w:jc w:val="right"/>
      </w:pPr>
      <w:r>
        <w:t>صوفی لوگوں کو کچھ لینا دینا نہیں تھا۔</w:t>
      </w:r>
    </w:p>
    <w:p>
      <w:r>
        <w:rPr>
          <w:b/>
        </w:rPr>
        <w:t xml:space="preserve">[32:35] </w:t>
      </w:r>
      <w:r>
        <w:t>un ko hukoomat nahi chahiye, un ko zameen nahi chahiye.</w:t>
      </w:r>
    </w:p>
    <w:p>
      <w:pPr>
        <w:jc w:val="right"/>
      </w:pPr>
      <w:r>
        <w:t>ان کو حکومت نہیں چاہیے، ان کو زمین نہیں چاہیے۔</w:t>
      </w:r>
    </w:p>
    <w:p>
      <w:r>
        <w:rPr>
          <w:b/>
        </w:rPr>
        <w:t xml:space="preserve">[32:40] </w:t>
      </w:r>
      <w:r>
        <w:t>kuch bhi nahi chahiye.</w:t>
      </w:r>
    </w:p>
    <w:p>
      <w:pPr>
        <w:jc w:val="right"/>
      </w:pPr>
      <w:r>
        <w:t>کچھ بھی نہیں چاہیے۔</w:t>
      </w:r>
    </w:p>
    <w:p>
      <w:r>
        <w:rPr>
          <w:b/>
        </w:rPr>
        <w:t xml:space="preserve">[32:41] </w:t>
      </w:r>
      <w:r>
        <w:t>aik sofi ka shair hai ke "maa kis se sikandar o dara nakhod aaein, az maa bujhat hikayat</w:t>
      </w:r>
    </w:p>
    <w:p>
      <w:pPr>
        <w:jc w:val="right"/>
      </w:pPr>
      <w:r>
        <w:t>ایک صوفی کا شعر ہے کہ "ماں کس سے سکندر و دارا نخاد آئیں، از ماں بجھت حکایت</w:t>
      </w:r>
    </w:p>
    <w:p>
      <w:r>
        <w:rPr>
          <w:b/>
        </w:rPr>
        <w:t xml:space="preserve">[32:49] </w:t>
      </w:r>
      <w:r>
        <w:t>mehr o wafa woh purs".</w:t>
      </w:r>
    </w:p>
    <w:p>
      <w:pPr>
        <w:jc w:val="right"/>
      </w:pPr>
      <w:r>
        <w:t>مہر و وفا وہ پرس"۔</w:t>
      </w:r>
    </w:p>
    <w:p>
      <w:r>
        <w:rPr>
          <w:b/>
        </w:rPr>
        <w:t xml:space="preserve">[32:51] </w:t>
      </w:r>
      <w:r>
        <w:t>"maa kis se sikandar o dara nakhod aaein, az maa bujhat hikayat mehr o wafa woh purs".</w:t>
      </w:r>
    </w:p>
    <w:p>
      <w:pPr>
        <w:jc w:val="right"/>
      </w:pPr>
      <w:r>
        <w:t>"ماں کس سے سکندر و دارا نخاد آئیں، از ماں بجھت حکایت مہر و وفا وہ پرس"۔</w:t>
      </w:r>
    </w:p>
    <w:p>
      <w:r>
        <w:rPr>
          <w:b/>
        </w:rPr>
        <w:t xml:space="preserve">[32:59] </w:t>
      </w:r>
      <w:r>
        <w:t>yani hum ne sikandar badshah aur dara badshah kise nahi sune hain, un se hamein dilchaspi nahi hai.</w:t>
      </w:r>
    </w:p>
    <w:p>
      <w:pPr>
        <w:jc w:val="right"/>
      </w:pPr>
      <w:r>
        <w:t>یعنی ہم نے سکندر بادشاہ اور دارا بادشاہ کسے نہیں سنے ہیں، ان سے ہمیں دلچسپی نہیں ہے۔</w:t>
      </w:r>
    </w:p>
    <w:p>
      <w:r>
        <w:rPr>
          <w:b/>
        </w:rPr>
        <w:t xml:space="preserve">[33:06] </w:t>
      </w:r>
      <w:r>
        <w:t>hum to mohabbat aur piyar ki kahani jante hain.</w:t>
      </w:r>
    </w:p>
    <w:p>
      <w:pPr>
        <w:jc w:val="right"/>
      </w:pPr>
      <w:r>
        <w:t>ہم تو محبت اور پیار کی کہانی جانتے ہیں۔</w:t>
      </w:r>
    </w:p>
    <w:p>
      <w:r>
        <w:rPr>
          <w:b/>
        </w:rPr>
        <w:t xml:space="preserve">[33:10] </w:t>
      </w:r>
      <w:r>
        <w:t>matlab hamein koi lena nahi hai.</w:t>
      </w:r>
    </w:p>
    <w:p>
      <w:pPr>
        <w:jc w:val="right"/>
      </w:pPr>
      <w:r>
        <w:t>مطلب ہمیں کوئی لینا نہیں ہے۔</w:t>
      </w:r>
    </w:p>
    <w:p>
      <w:r>
        <w:rPr>
          <w:b/>
        </w:rPr>
        <w:t xml:space="preserve">[33:13] </w:t>
      </w:r>
      <w:r>
        <w:t>hamein koi power nahi chahiye, hamein koi zameen nahi chahiye, hamein koi paisa nahi chahiye, hamein kuch nahi</w:t>
      </w:r>
    </w:p>
    <w:p>
      <w:pPr>
        <w:jc w:val="right"/>
      </w:pPr>
      <w:r>
        <w:t>ہمیں کوئی پاور نہیں چاہیے، ہمیں کوئی زمین نہیں چاہیے، ہمیں کوئی پیسہ نہیں چاہیے، ہمیں کچھ نہیں</w:t>
      </w:r>
    </w:p>
    <w:p>
      <w:r>
        <w:rPr>
          <w:b/>
        </w:rPr>
        <w:t xml:space="preserve">[33:20]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[33:22] </w:t>
      </w:r>
      <w:r>
        <w:t>sona chandi nahi chahiye.</w:t>
      </w:r>
    </w:p>
    <w:p>
      <w:pPr>
        <w:jc w:val="right"/>
      </w:pPr>
      <w:r>
        <w:t>سونا چاندی نہیں چاہیے۔</w:t>
      </w:r>
    </w:p>
    <w:p>
      <w:r>
        <w:rPr>
          <w:b/>
        </w:rPr>
        <w:t xml:space="preserve">[33:24] </w:t>
      </w:r>
      <w:r>
        <w:t>hum to muhabbat bantna hamara kaam hai.</w:t>
      </w:r>
    </w:p>
    <w:p>
      <w:pPr>
        <w:jc w:val="right"/>
      </w:pPr>
      <w:r>
        <w:t>ہم تو محبت بانٹنا ہمارا کام ہے۔</w:t>
      </w:r>
    </w:p>
    <w:p>
      <w:r>
        <w:rPr>
          <w:b/>
        </w:rPr>
        <w:t xml:space="preserve">[33:27] </w:t>
      </w:r>
      <w:r>
        <w:t>yeh tha sofi culture.</w:t>
      </w:r>
    </w:p>
    <w:p>
      <w:pPr>
        <w:jc w:val="right"/>
      </w:pPr>
      <w:r>
        <w:t>یہ تھا صوفی کلچر۔</w:t>
      </w:r>
    </w:p>
    <w:p>
      <w:r>
        <w:rPr>
          <w:b/>
        </w:rPr>
        <w:t xml:space="preserve">[33:28] </w:t>
      </w:r>
      <w:r>
        <w:t>to yaad rakhiye dene walay ka hamesha ehtram hota hai, lene walay ka ehtram nahi hota hai.</w:t>
      </w:r>
    </w:p>
    <w:p>
      <w:pPr>
        <w:jc w:val="right"/>
      </w:pPr>
      <w:r>
        <w:t>تو یاد رکھیے دینے والے کا ہمیشہ احترام ہوتا ہے، لینے والے کا احترام نہیں ہوتا ہے۔</w:t>
      </w:r>
    </w:p>
    <w:p>
      <w:r>
        <w:rPr>
          <w:b/>
        </w:rPr>
        <w:t xml:space="preserve">[33:36] </w:t>
      </w:r>
      <w:r>
        <w:t>to yeh aik bohat bari, jaisa ke maine arz kiya ke aap badshahon ke culture ko revive</w:t>
      </w:r>
    </w:p>
    <w:p>
      <w:pPr>
        <w:jc w:val="right"/>
      </w:pPr>
      <w:r>
        <w:t>تو یہ ایک بہت بڑی، جیسا کہ میں نے عرض کیا کہ آپ بادشاہوں کے کلچر کو ریوائیو</w:t>
      </w:r>
    </w:p>
    <w:p>
      <w:r>
        <w:rPr>
          <w:b/>
        </w:rPr>
        <w:t xml:space="preserve">[33:43] </w:t>
      </w:r>
      <w:r>
        <w:t>nahi kar sakte.</w:t>
      </w:r>
    </w:p>
    <w:p>
      <w:pPr>
        <w:jc w:val="right"/>
      </w:pPr>
      <w:r>
        <w:t>نہیں کر سکتے۔</w:t>
      </w:r>
    </w:p>
    <w:p>
      <w:r>
        <w:rPr>
          <w:b/>
        </w:rPr>
        <w:t xml:space="preserve">[33:45] </w:t>
      </w:r>
      <w:r>
        <w:t>lekin sofi ke tradition ko revive kar rahe hain log, aur jook dar jook in ko har jagah</w:t>
      </w:r>
    </w:p>
    <w:p>
      <w:pPr>
        <w:jc w:val="right"/>
      </w:pPr>
      <w:r>
        <w:t>لیکن صوفی کے ٹریڈیشن کو ریوائیو کر رہے ہیں لوگ، اور جوک در جوک ان کو ہر جگہ</w:t>
      </w:r>
    </w:p>
    <w:p>
      <w:r>
        <w:rPr>
          <w:b/>
        </w:rPr>
        <w:t xml:space="preserve">[33:53] </w:t>
      </w:r>
      <w:r>
        <w:t>khush aamdeed kaha ja raha hai.</w:t>
      </w:r>
    </w:p>
    <w:p>
      <w:pPr>
        <w:jc w:val="right"/>
      </w:pPr>
      <w:r>
        <w:t>خوش آمدید کہا جا رہا ہے۔</w:t>
      </w:r>
    </w:p>
    <w:p>
      <w:r>
        <w:rPr>
          <w:b/>
        </w:rPr>
        <w:t xml:space="preserve">[33:55] </w:t>
      </w:r>
      <w:r>
        <w:t>yeh kitni bari baat hai.</w:t>
      </w:r>
    </w:p>
    <w:p>
      <w:pPr>
        <w:jc w:val="right"/>
      </w:pPr>
      <w:r>
        <w:t>یہ کتنی بڑی بات ہے۔</w:t>
      </w:r>
    </w:p>
    <w:p>
      <w:r>
        <w:rPr>
          <w:b/>
        </w:rPr>
        <w:t xml:space="preserve">[33:57] </w:t>
      </w:r>
      <w:r>
        <w:t>hamare kuch saathi aik martaba mujhe maloom hua ke hamari kitabein de rahe thay, jo kitabein hamari chhapi</w:t>
      </w:r>
    </w:p>
    <w:p>
      <w:pPr>
        <w:jc w:val="right"/>
      </w:pPr>
      <w:r>
        <w:t>ہمارے کچھ ساتھی ایک مرتبہ مجھے معلوم ہوا کہ ہماری کتابیں دے رہے تھے، جو کتابیں ہماری چھپی</w:t>
      </w:r>
    </w:p>
    <w:p>
      <w:r>
        <w:rPr>
          <w:b/>
        </w:rPr>
        <w:t xml:space="preserve">[34:05] </w:t>
      </w:r>
      <w:r>
        <w:t>hain, chhoti chhoti kitabein, woh kahin bant rahe thay woh.</w:t>
      </w:r>
    </w:p>
    <w:p>
      <w:pPr>
        <w:jc w:val="right"/>
      </w:pPr>
      <w:r>
        <w:t>ہیں، چھوٹی چھوٹی کتابیں، وہ کہیں بانٹ رہے تھے وہ۔</w:t>
      </w:r>
    </w:p>
    <w:p>
      <w:r>
        <w:rPr>
          <w:b/>
        </w:rPr>
        <w:t xml:space="preserve">[34:09] </w:t>
      </w:r>
      <w:r>
        <w:t>to wahan par aik aik katar hindu tanzeem hai, us ke logon ko maloom hua ke yahan par</w:t>
      </w:r>
    </w:p>
    <w:p>
      <w:pPr>
        <w:jc w:val="right"/>
      </w:pPr>
      <w:r>
        <w:t>تو وہاں پر ایک ایک کٹر ہندو تنظیم ہے، اس کے لوگوں کو معلوم ہوا کہ یہاں پر</w:t>
      </w:r>
    </w:p>
    <w:p>
      <w:r>
        <w:rPr>
          <w:b/>
        </w:rPr>
        <w:t xml:space="preserve">[34:17] </w:t>
      </w:r>
      <w:r>
        <w:t>hamari kitabein baanti ja rahi hain.</w:t>
      </w:r>
    </w:p>
    <w:p>
      <w:pPr>
        <w:jc w:val="right"/>
      </w:pPr>
      <w:r>
        <w:t>ہماری کتابیں بانٹی جا رہی ہیں۔</w:t>
      </w:r>
    </w:p>
    <w:p>
      <w:r>
        <w:rPr>
          <w:b/>
        </w:rPr>
        <w:t xml:space="preserve">[34:20] </w:t>
      </w:r>
      <w:r>
        <w:t>to woh aaya, us ne poocha ke yeh kya kar rahe hain aap? yeh Islam phaila rahe hain</w:t>
      </w:r>
    </w:p>
    <w:p>
      <w:pPr>
        <w:jc w:val="right"/>
      </w:pPr>
      <w:r>
        <w:t>تو وہ آیا، اس نے پوچھا کہ یہ کیا کر رہے ہیں آپ؟ یہ اسلام پھیلا رہے ہیں</w:t>
      </w:r>
    </w:p>
    <w:p>
      <w:r>
        <w:rPr>
          <w:b/>
        </w:rPr>
        <w:t xml:space="preserve">[34:27] </w:t>
      </w:r>
      <w:r>
        <w:t>aap? Islam ka kaam kar rahe hain? yeh kya kar rahe hain aap? to unhon ne dikhaya kitabein,</w:t>
      </w:r>
    </w:p>
    <w:p>
      <w:pPr>
        <w:jc w:val="right"/>
      </w:pPr>
      <w:r>
        <w:t>آپ؟ اسلام کا کام کر رہے ہیں؟ یہ کیا کر رہے ہیں آپ؟ تو انہوں نے دکھایا کتابیں،</w:t>
      </w:r>
    </w:p>
    <w:p>
      <w:r>
        <w:rPr>
          <w:b/>
        </w:rPr>
        <w:t xml:space="preserve">[34:35] </w:t>
      </w:r>
      <w:r>
        <w:t>to mera naam dikhao.</w:t>
      </w:r>
    </w:p>
    <w:p>
      <w:pPr>
        <w:jc w:val="right"/>
      </w:pPr>
      <w:r>
        <w:t>تو میرا نام دکھاؤ۔</w:t>
      </w:r>
    </w:p>
    <w:p>
      <w:r>
        <w:rPr>
          <w:b/>
        </w:rPr>
        <w:t xml:space="preserve">[34:37] </w:t>
      </w:r>
      <w:r>
        <w:t>acha woh to sofi hain, theek hai theek chalo.</w:t>
      </w:r>
    </w:p>
    <w:p>
      <w:pPr>
        <w:jc w:val="right"/>
      </w:pPr>
      <w:r>
        <w:t>اچھا وہ تو صوفی ہیں، ٹھیک ہے ٹھیک چلو۔</w:t>
      </w:r>
    </w:p>
    <w:p>
      <w:r>
        <w:rPr>
          <w:b/>
        </w:rPr>
        <w:t xml:space="preserve">[34:41] </w:t>
      </w:r>
      <w:r>
        <w:t>meri image jo hai un ke, woh sofi ki image hai.</w:t>
      </w:r>
    </w:p>
    <w:p>
      <w:pPr>
        <w:jc w:val="right"/>
      </w:pPr>
      <w:r>
        <w:t>میری امیج جو ہے ان کے، وہ صوفی کی امیج ہے۔</w:t>
      </w:r>
    </w:p>
    <w:p>
      <w:r>
        <w:rPr>
          <w:b/>
        </w:rPr>
        <w:t xml:space="preserve">[34:45] </w:t>
      </w:r>
      <w:r>
        <w:t>to unhon ne bataya ke jab aap kitab mein dikhai, aap ka naam parha unhon ne, acha yeh</w:t>
      </w:r>
    </w:p>
    <w:p>
      <w:pPr>
        <w:jc w:val="right"/>
      </w:pPr>
      <w:r>
        <w:t>تو انہوں نے بتایا کہ جب آپ کتاب میں دکھائی، آپ کا نام پڑھا انہوں نے، اچھا یہ</w:t>
      </w:r>
    </w:p>
    <w:p>
      <w:r>
        <w:rPr>
          <w:b/>
        </w:rPr>
        <w:t xml:space="preserve">[34:53] </w:t>
      </w:r>
      <w:r>
        <w:t>to sofi hain.</w:t>
      </w:r>
    </w:p>
    <w:p>
      <w:pPr>
        <w:jc w:val="right"/>
      </w:pPr>
      <w:r>
        <w:t>تو صوفی ہیں۔</w:t>
      </w:r>
    </w:p>
    <w:p>
      <w:r>
        <w:rPr>
          <w:b/>
        </w:rPr>
        <w:t xml:space="preserve">[34:54] </w:t>
      </w:r>
      <w:r>
        <w:t>yeh to muslim sofi hain, theek hai theek hai theek hai theek hai.</w:t>
      </w:r>
    </w:p>
    <w:p>
      <w:pPr>
        <w:jc w:val="right"/>
      </w:pPr>
      <w:r>
        <w:t>یہ تو مسلم صوفی ہیں، ٹھیک ہے ٹھیک ہے ٹھیک ہے ٹھیک ہے۔</w:t>
      </w:r>
    </w:p>
    <w:p>
      <w:r>
        <w:rPr>
          <w:b/>
        </w:rPr>
        <w:t xml:space="preserve">[35:00] </w:t>
      </w:r>
      <w:r>
        <w:t>ab kitna bara aik aik sofiyon ke zariye se hamein aik aik tradition mili hai.</w:t>
      </w:r>
    </w:p>
    <w:p>
      <w:pPr>
        <w:jc w:val="right"/>
      </w:pPr>
      <w:r>
        <w:t>اب کتنا بڑا ایک ایک صوفیوں کے ذریعے سے ہمیں ایک ایک ٹریڈیشن ملی ہے۔</w:t>
      </w:r>
    </w:p>
    <w:p>
      <w:r>
        <w:rPr>
          <w:b/>
        </w:rPr>
        <w:t xml:space="preserve">[35:06] </w:t>
      </w:r>
      <w:r>
        <w:t>sofi image jo hai kitni bari hamari blessing hai.</w:t>
      </w:r>
    </w:p>
    <w:p>
      <w:pPr>
        <w:jc w:val="right"/>
      </w:pPr>
      <w:r>
        <w:t>صوفی امیج جو ہے کتنی بڑی ہماری بلیسنگ ہے۔</w:t>
      </w:r>
    </w:p>
    <w:p>
      <w:r>
        <w:rPr>
          <w:b/>
        </w:rPr>
        <w:t xml:space="preserve">[35:10] </w:t>
      </w:r>
      <w:r>
        <w:t>ke woh mera naam, yani mere naam ki wajah se nahi, mere naam ke sath jo sofi ka</w:t>
      </w:r>
    </w:p>
    <w:p>
      <w:pPr>
        <w:jc w:val="right"/>
      </w:pPr>
      <w:r>
        <w:t>کہ وہ میرا نام، یعنی میرے نام کی وجہ سے نہیں، میرے نام کے ساتھ جو صوفی کا</w:t>
      </w:r>
    </w:p>
    <w:p>
      <w:r>
        <w:rPr>
          <w:b/>
        </w:rPr>
        <w:t xml:space="preserve">[35:18] </w:t>
      </w:r>
      <w:r>
        <w:t>tasawwur laga hua hai, yeh to muslim sofi hain.</w:t>
      </w:r>
    </w:p>
    <w:p>
      <w:pPr>
        <w:jc w:val="right"/>
      </w:pPr>
      <w:r>
        <w:t>تصور لگا ہوا ہے، یہ تو مسلم صوفی ہیں۔</w:t>
      </w:r>
    </w:p>
    <w:p>
      <w:r>
        <w:rPr>
          <w:b/>
        </w:rPr>
        <w:t xml:space="preserve">[35:22] </w:t>
      </w:r>
      <w:r>
        <w:t>is liye unhon ne kaha ke theek hai in kitabon ko chalao, hamein is par koi aapti nahi</w:t>
      </w:r>
    </w:p>
    <w:p>
      <w:pPr>
        <w:jc w:val="right"/>
      </w:pPr>
      <w:r>
        <w:t>اس لیے انہوں نے کہا کہ ٹھیک ہے ان کتابوں کو چلاؤ، ہمیں اس پر کوئی آپتی نہیں</w:t>
      </w:r>
    </w:p>
    <w:p>
      <w:r>
        <w:rPr>
          <w:b/>
        </w:rPr>
        <w:t xml:space="preserve">[35:30]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[35:31] </w:t>
      </w:r>
      <w:r>
        <w:t>to yeh kitni bari baat hai.</w:t>
      </w:r>
    </w:p>
    <w:p>
      <w:pPr>
        <w:jc w:val="right"/>
      </w:pPr>
      <w:r>
        <w:t>تو یہ کتنی بڑی بات ہے۔</w:t>
      </w:r>
    </w:p>
    <w:p>
      <w:r>
        <w:rPr>
          <w:b/>
        </w:rPr>
        <w:t xml:space="preserve">[35:34] </w:t>
      </w:r>
      <w:r>
        <w:t>yeh kitni bari baat hai.</w:t>
      </w:r>
    </w:p>
    <w:p>
      <w:pPr>
        <w:jc w:val="right"/>
      </w:pPr>
      <w:r>
        <w:t>یہ کتنی بڑی بات ہے۔</w:t>
      </w:r>
    </w:p>
    <w:p>
      <w:r>
        <w:rPr>
          <w:b/>
        </w:rPr>
        <w:t xml:space="preserve">[35:36] </w:t>
      </w:r>
      <w:r>
        <w:t>to beharhal main samajhta hoon ke India mein jo hamare paas jo bari bari yadgarain hain, woh woh</w:t>
      </w:r>
    </w:p>
    <w:p>
      <w:pPr>
        <w:jc w:val="right"/>
      </w:pPr>
      <w:r>
        <w:t>تو بہرحال میں سمجھتا ہوں کہ انڈیا میں جو ہمارے پاس جو بڑی بڑی یادگاریں ہیں، وہ وہ</w:t>
      </w:r>
    </w:p>
    <w:p>
      <w:r>
        <w:rPr>
          <w:b/>
        </w:rPr>
        <w:t xml:space="preserve">[35:44] </w:t>
      </w:r>
      <w:r>
        <w:t>zyada ahmiyat nahi hai in ki.</w:t>
      </w:r>
    </w:p>
    <w:p>
      <w:pPr>
        <w:jc w:val="right"/>
      </w:pPr>
      <w:r>
        <w:t>زیادہ اہمیت نہیں ہے ان کی۔</w:t>
      </w:r>
    </w:p>
    <w:p>
      <w:r>
        <w:rPr>
          <w:b/>
        </w:rPr>
        <w:t xml:space="preserve">[35:46] </w:t>
      </w:r>
      <w:r>
        <w:t>jo tareekh sufia ne banai hai, us ki zyada ahmiyat hai.</w:t>
      </w:r>
    </w:p>
    <w:p>
      <w:pPr>
        <w:jc w:val="right"/>
      </w:pPr>
      <w:r>
        <w:t>جو تاریخ صوفیاء نے بنائی ہے، اس کی زیادہ اہمیت ہے۔</w:t>
      </w:r>
    </w:p>
    <w:p>
      <w:r>
        <w:rPr>
          <w:b/>
        </w:rPr>
        <w:t xml:space="preserve">[35:51] </w:t>
      </w:r>
      <w:r>
        <w:t>kyunke woh daur ab khatam ho gaya, jab koi fauj le kar ke aur talwar le ke ghusta</w:t>
      </w:r>
    </w:p>
    <w:p>
      <w:pPr>
        <w:jc w:val="right"/>
      </w:pPr>
      <w:r>
        <w:t>کیونکہ وہ دور اب ختم ہو گیا، جب کوئی فوج لے کر کے اور تلوار لے کے گھستا</w:t>
      </w:r>
    </w:p>
    <w:p>
      <w:r>
        <w:rPr>
          <w:b/>
        </w:rPr>
        <w:t xml:space="preserve">[35:59] </w:t>
      </w:r>
      <w:r>
        <w:t>tha aur qabza kar leta tha.</w:t>
      </w:r>
    </w:p>
    <w:p>
      <w:pPr>
        <w:jc w:val="right"/>
      </w:pPr>
      <w:r>
        <w:t>تھا اور قبضہ کر لیتا تھا۔</w:t>
      </w:r>
    </w:p>
    <w:p>
      <w:r>
        <w:rPr>
          <w:b/>
        </w:rPr>
        <w:t xml:space="preserve">[36:01] </w:t>
      </w:r>
      <w:r>
        <w:t>ek daur tha.</w:t>
      </w:r>
    </w:p>
    <w:p>
      <w:pPr>
        <w:jc w:val="right"/>
      </w:pPr>
      <w:r>
        <w:t>ایک دور تھا۔</w:t>
      </w:r>
    </w:p>
    <w:p>
      <w:r>
        <w:rPr>
          <w:b/>
        </w:rPr>
        <w:t xml:space="preserve">[36:03] </w:t>
      </w:r>
      <w:r>
        <w:t>ek daur tha ke ek ek fauj liya aur us ko talwar thamaai aur ghus gaye aur qabza</w:t>
      </w:r>
    </w:p>
    <w:p>
      <w:pPr>
        <w:jc w:val="right"/>
      </w:pPr>
      <w:r>
        <w:t>ایک دور تھا کہ ایک ایک فوج لیا اور اس کو تلوار تھمائی اور گھس گئے اور قبضہ</w:t>
      </w:r>
    </w:p>
    <w:p>
      <w:r>
        <w:rPr>
          <w:b/>
        </w:rPr>
        <w:t xml:space="preserve">[36:10] </w:t>
      </w:r>
      <w:r>
        <w:t>kar liya, hukoomat qaim kar li.</w:t>
      </w:r>
    </w:p>
    <w:p>
      <w:pPr>
        <w:jc w:val="right"/>
      </w:pPr>
      <w:r>
        <w:t>کر لیا، حکومت قائم کر لی۔</w:t>
      </w:r>
    </w:p>
    <w:p>
      <w:r>
        <w:rPr>
          <w:b/>
        </w:rPr>
        <w:t xml:space="preserve">[36:13] </w:t>
      </w:r>
      <w:r>
        <w:t>woh daur hi khatam ho gaya.</w:t>
      </w:r>
    </w:p>
    <w:p>
      <w:pPr>
        <w:jc w:val="right"/>
      </w:pPr>
      <w:r>
        <w:t>وہ دور ہی ختم ہو گیا۔</w:t>
      </w:r>
    </w:p>
    <w:p>
      <w:r>
        <w:rPr>
          <w:b/>
        </w:rPr>
        <w:t xml:space="preserve">[36:15] </w:t>
      </w:r>
      <w:r>
        <w:t>ab to daur doosra hai.</w:t>
      </w:r>
    </w:p>
    <w:p>
      <w:pPr>
        <w:jc w:val="right"/>
      </w:pPr>
      <w:r>
        <w:t>اب تو دور دوسرا ہے۔</w:t>
      </w:r>
    </w:p>
    <w:p>
      <w:r>
        <w:rPr>
          <w:b/>
        </w:rPr>
        <w:t xml:space="preserve">[36:18] </w:t>
      </w:r>
      <w:r>
        <w:t>ab azadi hai, ab aman hai, ab democracy hai.</w:t>
      </w:r>
    </w:p>
    <w:p>
      <w:pPr>
        <w:jc w:val="right"/>
      </w:pPr>
      <w:r>
        <w:t>اب آزادی ہے، اب امن ہے، اب ڈیموکریسی ہے۔</w:t>
      </w:r>
    </w:p>
    <w:p>
      <w:r>
        <w:rPr>
          <w:b/>
        </w:rPr>
        <w:t xml:space="preserve">[36:21] </w:t>
      </w:r>
      <w:r>
        <w:t>is daur mein in ka relevance khatam ho gaya.</w:t>
      </w:r>
    </w:p>
    <w:p>
      <w:pPr>
        <w:jc w:val="right"/>
      </w:pPr>
      <w:r>
        <w:t>اس دور میں ان کا ریلیونس ختم ہو گیا۔</w:t>
      </w:r>
    </w:p>
    <w:p>
      <w:r>
        <w:rPr>
          <w:b/>
        </w:rPr>
        <w:t xml:space="preserve">[36:25] </w:t>
      </w:r>
      <w:r>
        <w:t>is daur mein Babar aur Shahabuddin Ghori jaisay logon ka relevance khatam ho chuka hai.</w:t>
      </w:r>
    </w:p>
    <w:p>
      <w:pPr>
        <w:jc w:val="right"/>
      </w:pPr>
      <w:r>
        <w:t>اس دور میں بابر اور شہاب الدین غوری جیسے لوگوں کا ریلیونس ختم ہو چکا ہے۔</w:t>
      </w:r>
    </w:p>
    <w:p>
      <w:r>
        <w:rPr>
          <w:b/>
        </w:rPr>
        <w:t xml:space="preserve">[36:32] </w:t>
      </w:r>
      <w:r>
        <w:t>Shahabuddin Ayyubi ka relevance khatam ho chuka hai.</w:t>
      </w:r>
    </w:p>
    <w:p>
      <w:pPr>
        <w:jc w:val="right"/>
      </w:pPr>
      <w:r>
        <w:t>شہاب الدین ایوبی کا ریلیونس ختم ہو چکا ہے۔</w:t>
      </w:r>
    </w:p>
    <w:p>
      <w:r>
        <w:rPr>
          <w:b/>
        </w:rPr>
        <w:t xml:space="preserve">[36:36] </w:t>
      </w:r>
      <w:r>
        <w:t>jinhon ne yeh sher likha "haath sarahatan sanha fi na jadadi hatayn aur sirf hatayn" yeh zamanay se be</w:t>
      </w:r>
    </w:p>
    <w:p>
      <w:pPr>
        <w:jc w:val="right"/>
      </w:pPr>
      <w:r>
        <w:t>جنہوں نے یہ شعر لکھا "ہاتھ صراحتاً سانحۃ فینا جددی ہتین اور صرف ہتین" یہ زمانے سے بے</w:t>
      </w:r>
    </w:p>
    <w:p>
      <w:r>
        <w:rPr>
          <w:b/>
        </w:rPr>
        <w:t xml:space="preserve">[36:44] </w:t>
      </w:r>
      <w:r>
        <w:t>khabri ki baat hai yeh.</w:t>
      </w:r>
    </w:p>
    <w:p>
      <w:pPr>
        <w:jc w:val="right"/>
      </w:pPr>
      <w:r>
        <w:t>خبری کی بات ہے یہ۔</w:t>
      </w:r>
    </w:p>
    <w:p>
      <w:r>
        <w:rPr>
          <w:b/>
        </w:rPr>
        <w:t xml:space="preserve">[36:46] </w:t>
      </w:r>
      <w:r>
        <w:t>ab Shahabuddin Allah Ayyubi karein ge kya? ab ab talwar ka koi kaam nahi hai aaj ke</w:t>
      </w:r>
    </w:p>
    <w:p>
      <w:pPr>
        <w:jc w:val="right"/>
      </w:pPr>
      <w:r>
        <w:t>اب شہاب الدین اللہ ایوبی کریں گے کیا؟ اب اب تلوار کا کوئی کام نہیں ہے آج کے</w:t>
      </w:r>
    </w:p>
    <w:p>
      <w:r>
        <w:rPr>
          <w:b/>
        </w:rPr>
        <w:t xml:space="preserve">[36:54] </w:t>
      </w:r>
      <w:r>
        <w:t>zamane mein.</w:t>
      </w:r>
    </w:p>
    <w:p>
      <w:pPr>
        <w:jc w:val="right"/>
      </w:pPr>
      <w:r>
        <w:t>زمانے میں۔</w:t>
      </w:r>
    </w:p>
    <w:p>
      <w:r>
        <w:rPr>
          <w:b/>
        </w:rPr>
        <w:t xml:space="preserve">[36:55] </w:t>
      </w:r>
      <w:r>
        <w:t>aur talwar to chala chala rahe hain Falasteen mein, kuch bhi nahi mila un ko.</w:t>
      </w:r>
    </w:p>
    <w:p>
      <w:pPr>
        <w:jc w:val="right"/>
      </w:pPr>
      <w:r>
        <w:t>اور تلوار تو چلا چلا رہے ہیں فلسطین میں، کچھ بھی نہیں ملا ان کو۔</w:t>
      </w:r>
    </w:p>
    <w:p>
      <w:r>
        <w:rPr>
          <w:b/>
        </w:rPr>
        <w:t xml:space="preserve">[37:02] </w:t>
      </w:r>
      <w:r>
        <w:t>sab khote chale gaye, kho rahe hain.</w:t>
      </w:r>
    </w:p>
    <w:p>
      <w:pPr>
        <w:jc w:val="right"/>
      </w:pPr>
      <w:r>
        <w:t>سب کھوتے چلے گئے، کھو رہے ہیں۔</w:t>
      </w:r>
    </w:p>
    <w:p>
      <w:r>
        <w:rPr>
          <w:b/>
        </w:rPr>
        <w:t xml:space="preserve">[37:05] </w:t>
      </w:r>
      <w:r>
        <w:t>to is ka relevance khatam ho chuka hai.</w:t>
      </w:r>
    </w:p>
    <w:p>
      <w:pPr>
        <w:jc w:val="right"/>
      </w:pPr>
      <w:r>
        <w:t>تو اس کا ریلیونس ختم ہو چکا ہے۔</w:t>
      </w:r>
    </w:p>
    <w:p>
      <w:r>
        <w:rPr>
          <w:b/>
        </w:rPr>
        <w:t xml:space="preserve">[37:08] </w:t>
      </w:r>
      <w:r>
        <w:t>ab jo relevance hai wahi hai.</w:t>
      </w:r>
    </w:p>
    <w:p>
      <w:pPr>
        <w:jc w:val="right"/>
      </w:pPr>
      <w:r>
        <w:t>اب جو ریلیونس ہے وہی ہے۔</w:t>
      </w:r>
    </w:p>
    <w:p>
      <w:r>
        <w:rPr>
          <w:b/>
        </w:rPr>
        <w:t xml:space="preserve">[37:11] </w:t>
      </w:r>
      <w:r>
        <w:t>pyar ka, mohabbat ka, aman ka, rawadari ka, insaniyat ka.</w:t>
      </w:r>
    </w:p>
    <w:p>
      <w:pPr>
        <w:jc w:val="right"/>
      </w:pPr>
      <w:r>
        <w:t>پیار کا، محبت کا، امن کا، رواداری کا، انسانیت کا۔</w:t>
      </w:r>
    </w:p>
    <w:p>
      <w:r>
        <w:rPr>
          <w:b/>
        </w:rPr>
        <w:t xml:space="preserve">[37:15] </w:t>
      </w:r>
      <w:r>
        <w:t>aur isi ke numainda thay sofi log.</w:t>
      </w:r>
    </w:p>
    <w:p>
      <w:pPr>
        <w:jc w:val="right"/>
      </w:pPr>
      <w:r>
        <w:t>اور اسی کے نمائندہ تھے صوفی لوگ۔</w:t>
      </w:r>
    </w:p>
    <w:p>
      <w:r>
        <w:rPr>
          <w:b/>
        </w:rPr>
        <w:t xml:space="preserve">[37:18] </w:t>
      </w:r>
      <w:r>
        <w:t>sofi log isi ke numainda thay.</w:t>
      </w:r>
    </w:p>
    <w:p>
      <w:pPr>
        <w:jc w:val="right"/>
      </w:pPr>
      <w:r>
        <w:t>صوفی لوگ اسی کے نمائندہ تھے۔</w:t>
      </w:r>
    </w:p>
    <w:p>
      <w:r>
        <w:rPr>
          <w:b/>
        </w:rPr>
        <w:t xml:space="preserve">[37:20] </w:t>
      </w:r>
      <w:r>
        <w:t>aur aaj bhi inhi ka relevance hai.</w:t>
      </w:r>
    </w:p>
    <w:p>
      <w:pPr>
        <w:jc w:val="right"/>
      </w:pPr>
      <w:r>
        <w:t>اور آج بھی انہی کا ریلیونس ہے۔</w:t>
      </w:r>
    </w:p>
    <w:p>
      <w:r>
        <w:rPr>
          <w:b/>
        </w:rPr>
        <w:t xml:space="preserve">[37:23] </w:t>
      </w:r>
      <w:r>
        <w:t>to yeh sofi jo tehreek hai, woh is ka kaha jata hai ke yeh sulah kul ki tehreek</w:t>
      </w:r>
    </w:p>
    <w:p>
      <w:pPr>
        <w:jc w:val="right"/>
      </w:pPr>
      <w:r>
        <w:t>تو یہ صوفی جو تحریک ہے، وہ اس کا کہا جاتا ہے کہ یہ صلح کل کی تحریک</w:t>
      </w:r>
    </w:p>
    <w:p>
      <w:r>
        <w:rPr>
          <w:b/>
        </w:rPr>
        <w:t xml:space="preserve">[37:31]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[37:33] </w:t>
      </w:r>
      <w:r>
        <w:t>sulah kul ki tehreek.</w:t>
      </w:r>
    </w:p>
    <w:p>
      <w:pPr>
        <w:jc w:val="right"/>
      </w:pPr>
      <w:r>
        <w:t>صلح کل کی تحریک۔</w:t>
      </w:r>
    </w:p>
    <w:p>
      <w:r>
        <w:rPr>
          <w:b/>
        </w:rPr>
        <w:t xml:space="preserve">[37:34] </w:t>
      </w:r>
      <w:r>
        <w:t>to sulah kul ki tehreek jo hai woh isi se makhuz hai, yani quran ki is ayat se</w:t>
      </w:r>
    </w:p>
    <w:p>
      <w:pPr>
        <w:jc w:val="right"/>
      </w:pPr>
      <w:r>
        <w:t>تو صلح کل کی تحریک جو ہے وہ اسی سے ماخوذ ہے، یعنی قرآن کی اس آیت سے</w:t>
      </w:r>
    </w:p>
    <w:p>
      <w:r>
        <w:rPr>
          <w:b/>
        </w:rPr>
        <w:t xml:space="preserve">[37:42] </w:t>
      </w:r>
      <w:r>
        <w:t>"alsulhu khair" sulah behtar hai.</w:t>
      </w:r>
    </w:p>
    <w:p>
      <w:pPr>
        <w:jc w:val="right"/>
      </w:pPr>
      <w:r>
        <w:t>"الصلح خیر" صلح بہتر ہے۔</w:t>
      </w:r>
    </w:p>
    <w:p>
      <w:r>
        <w:rPr>
          <w:b/>
        </w:rPr>
        <w:t xml:space="preserve">[37:44] </w:t>
      </w:r>
      <w:r>
        <w:t>to sulah ki sulah kul ka jo tareeqa hai sufia ka, us ko passive se mat lijie.</w:t>
      </w:r>
    </w:p>
    <w:p>
      <w:pPr>
        <w:jc w:val="right"/>
      </w:pPr>
      <w:r>
        <w:t>تو صلح کی صلح کل کا جو طریقہ ہے صوفیاء کا، اس کو پیسو سے مت لیجیے۔</w:t>
      </w:r>
    </w:p>
    <w:p>
      <w:r>
        <w:rPr>
          <w:b/>
        </w:rPr>
        <w:t xml:space="preserve">[37:51] </w:t>
      </w:r>
      <w:r>
        <w:t>passive se mat lijie.</w:t>
      </w:r>
    </w:p>
    <w:p>
      <w:pPr>
        <w:jc w:val="right"/>
      </w:pPr>
      <w:r>
        <w:t>پیسو سے مت لیجیے۔</w:t>
      </w:r>
    </w:p>
    <w:p>
      <w:r>
        <w:rPr>
          <w:b/>
        </w:rPr>
        <w:t xml:space="preserve">[37:53] </w:t>
      </w:r>
      <w:r>
        <w:t>woh bohat ziyada is ke andar positive value hai.</w:t>
      </w:r>
    </w:p>
    <w:p>
      <w:pPr>
        <w:jc w:val="right"/>
      </w:pPr>
      <w:r>
        <w:t>وہ بہت زیادہ اس کے اندر پازیٹیو ویلیو ہے۔</w:t>
      </w:r>
    </w:p>
    <w:p>
      <w:r>
        <w:rPr>
          <w:b/>
        </w:rPr>
        <w:t xml:space="preserve">[37:57] </w:t>
      </w:r>
      <w:r>
        <w:t>positive value yeh hai ke is mein koi takrao nahi hota, koi rukawat karne wala nahi.</w:t>
      </w:r>
    </w:p>
    <w:p>
      <w:pPr>
        <w:jc w:val="right"/>
      </w:pPr>
      <w:r>
        <w:t>پازیٹیو ویلیو یہ ہے کہ اس میں کوئی ٹکراؤ نہیں ہوتا، کوئی رکاوٹ کرنے والا نہیں۔</w:t>
      </w:r>
    </w:p>
    <w:p>
      <w:r>
        <w:rPr>
          <w:b/>
        </w:rPr>
        <w:t xml:space="preserve">[38:04] </w:t>
      </w:r>
      <w:r>
        <w:t>jo sufia ko koi marne nahi aya, sufia ke khilaf kisi ne fauj nahi charhai ki, jabke rajaon</w:t>
      </w:r>
    </w:p>
    <w:p>
      <w:pPr>
        <w:jc w:val="right"/>
      </w:pPr>
      <w:r>
        <w:t>جو صوفیاء کو کوئی مارنے نہیں آیا، صوفیاء کے خلاف کسی نے فوج نہیں چڑھائی کی، جبکہ راجاؤں</w:t>
      </w:r>
    </w:p>
    <w:p>
      <w:r>
        <w:rPr>
          <w:b/>
        </w:rPr>
        <w:t xml:space="preserve">[38:12] </w:t>
      </w:r>
      <w:r>
        <w:t>mein aur badshahon mein baqayda larai hoti rahi, larai hoti rahi, larai hoti rahi.</w:t>
      </w:r>
    </w:p>
    <w:p>
      <w:pPr>
        <w:jc w:val="right"/>
      </w:pPr>
      <w:r>
        <w:t>میں اور بادشاہوں میں باقاعدہ لڑائی ہوتی رہی، لڑائی ہوتی رہی، لڑائی ہوتی رہی۔</w:t>
      </w:r>
    </w:p>
    <w:p>
      <w:r>
        <w:rPr>
          <w:b/>
        </w:rPr>
        <w:t xml:space="preserve">[38:18] </w:t>
      </w:r>
      <w:r>
        <w:t>sufion ke khilaf kisi ne fauj kashi nahi ki.</w:t>
      </w:r>
    </w:p>
    <w:p>
      <w:pPr>
        <w:jc w:val="right"/>
      </w:pPr>
      <w:r>
        <w:t>صوفیوں کے خلاف کسی نے فوج کشی نہیں کی۔</w:t>
      </w:r>
    </w:p>
    <w:p>
      <w:r>
        <w:rPr>
          <w:b/>
        </w:rPr>
        <w:t xml:space="preserve">[38:21] </w:t>
      </w:r>
      <w:r>
        <w:t>to sulah ka jo tareeqa ikhtiyar karne ka matlab yeh hai ke aap doosron ki taraf se mamun</w:t>
      </w:r>
    </w:p>
    <w:p>
      <w:pPr>
        <w:jc w:val="right"/>
      </w:pPr>
      <w:r>
        <w:t>تو صلح کا جو طریقہ اختیار کرنے کا معنی یہ ہے کہ آپ دوسروں کی طرف سے مامون</w:t>
      </w:r>
    </w:p>
    <w:p>
      <w:r>
        <w:rPr>
          <w:b/>
        </w:rPr>
        <w:t xml:space="preserve">[38:29] </w:t>
      </w:r>
      <w:r>
        <w:t>ho jatay hain.</w:t>
      </w:r>
    </w:p>
    <w:p>
      <w:pPr>
        <w:jc w:val="right"/>
      </w:pPr>
      <w:r>
        <w:t>ہو جاتے ہیں۔</w:t>
      </w:r>
    </w:p>
    <w:p>
      <w:r>
        <w:rPr>
          <w:b/>
        </w:rPr>
        <w:t xml:space="preserve">[38:31] </w:t>
      </w:r>
      <w:r>
        <w:t>sulah, alsulhu khair ka matlab yahi hai.</w:t>
      </w:r>
    </w:p>
    <w:p>
      <w:pPr>
        <w:jc w:val="right"/>
      </w:pPr>
      <w:r>
        <w:t>صلح، الصلح خیر کا مطلب یہی ہے۔</w:t>
      </w:r>
    </w:p>
    <w:p>
      <w:r>
        <w:rPr>
          <w:b/>
        </w:rPr>
        <w:t xml:space="preserve">[38:34] </w:t>
      </w:r>
      <w:r>
        <w:t>sulah behtar hai ke matlab kiya hain? ke sulah ka tareeqa aap ikhtiyar karein ge to aap ke</w:t>
      </w:r>
    </w:p>
    <w:p>
      <w:pPr>
        <w:jc w:val="right"/>
      </w:pPr>
      <w:r>
        <w:t>صلح بہتر ہے کے معنی کیا ہیں؟ کہ صلح کا طریقہ آپ اختیار کریں گے تو آپ کے</w:t>
      </w:r>
    </w:p>
    <w:p>
      <w:r>
        <w:rPr>
          <w:b/>
        </w:rPr>
        <w:t xml:space="preserve">[38:41] </w:t>
      </w:r>
      <w:r>
        <w:t>khilaf koi fauj kashi nahi kare ga.</w:t>
      </w:r>
    </w:p>
    <w:p>
      <w:pPr>
        <w:jc w:val="right"/>
      </w:pPr>
      <w:r>
        <w:t>خلاف کوئی فوج کشی نہیں کرے گا۔</w:t>
      </w:r>
    </w:p>
    <w:p>
      <w:r>
        <w:rPr>
          <w:b/>
        </w:rPr>
        <w:t xml:space="preserve">[38:44] </w:t>
      </w:r>
      <w:r>
        <w:t>aap ke khilaf koi hangama nahi kare ga.</w:t>
      </w:r>
    </w:p>
    <w:p>
      <w:pPr>
        <w:jc w:val="right"/>
      </w:pPr>
      <w:r>
        <w:t>آپ کے خلاف کوئی ہنگامہ نہیں کرے گا۔</w:t>
      </w:r>
    </w:p>
    <w:p>
      <w:r>
        <w:rPr>
          <w:b/>
        </w:rPr>
        <w:t xml:space="preserve">[38:48] </w:t>
      </w:r>
      <w:r>
        <w:t>aap ke khilaf koi negative tehreek nahi chalaye ga.</w:t>
      </w:r>
    </w:p>
    <w:p>
      <w:pPr>
        <w:jc w:val="right"/>
      </w:pPr>
      <w:r>
        <w:t>آپ کے خلاف کوئی نیگیٹیو تحریک نہیں چلائے گا۔</w:t>
      </w:r>
    </w:p>
    <w:p>
      <w:r>
        <w:rPr>
          <w:b/>
        </w:rPr>
        <w:t xml:space="preserve">[38:52] </w:t>
      </w:r>
      <w:r>
        <w:t>kyunke sulah ka tareeqa goya ke killer hai har qism ki mukhalifaton ka.</w:t>
      </w:r>
    </w:p>
    <w:p>
      <w:pPr>
        <w:jc w:val="right"/>
      </w:pPr>
      <w:r>
        <w:t>کیونکہ صلح کا طریقہ گویا کہ کلر ہے ہر قسم کی مخالفتوں کا۔</w:t>
      </w:r>
    </w:p>
    <w:p>
      <w:r>
        <w:rPr>
          <w:b/>
        </w:rPr>
        <w:t xml:space="preserve">[38:57] </w:t>
      </w:r>
      <w:r>
        <w:t>log chahte hain ke mukhalifaton ko khatm karen is ke zariye se, taqat ke zariye se.</w:t>
      </w:r>
    </w:p>
    <w:p>
      <w:pPr>
        <w:jc w:val="right"/>
      </w:pPr>
      <w:r>
        <w:t>لوگ چاہتے ہیں کہ مخالفتوں کو کل کریں اس کے ذریعے سے، طاقت کے ذریعے سے۔</w:t>
      </w:r>
    </w:p>
    <w:p>
      <w:r>
        <w:rPr>
          <w:b/>
        </w:rPr>
        <w:t xml:space="preserve">[39:04] </w:t>
      </w:r>
      <w:r>
        <w:t>to taqat ke zariye se kabhi khatm nahin kar paate mukhalifat ko.</w:t>
      </w:r>
    </w:p>
    <w:p>
      <w:pPr>
        <w:jc w:val="right"/>
      </w:pPr>
      <w:r>
        <w:t>تو طاقت کے ذریعے سے کبھی ختم نہیں کر پاتے مخالفت کو۔</w:t>
      </w:r>
    </w:p>
    <w:p>
      <w:r>
        <w:rPr>
          <w:b/>
        </w:rPr>
        <w:t xml:space="preserve">[39:09] </w:t>
      </w:r>
      <w:r>
        <w:t>aap sulah ke zariye se sulah ka, sulah ka tareeqa ikhtiyar kijiye, apne aap khatm ho jayega.</w:t>
      </w:r>
    </w:p>
    <w:p>
      <w:pPr>
        <w:jc w:val="right"/>
      </w:pPr>
      <w:r>
        <w:t>آپ صلح کے ذریعے سے صلح کا، صلح کا طریقہ اختیار کیجیے، اپنے آپ ختم ہو جائے گا۔</w:t>
      </w:r>
    </w:p>
    <w:p>
      <w:r>
        <w:rPr>
          <w:b/>
        </w:rPr>
        <w:t xml:space="preserve">[39:17] </w:t>
      </w:r>
      <w:r>
        <w:t>sulah ka tareeqa ikhtiyar kijiye to apne aap hi mukhalifat khatm, dushmani khatm, sazish khatm, sab kuch khatm.</w:t>
      </w:r>
    </w:p>
    <w:p>
      <w:pPr>
        <w:jc w:val="right"/>
      </w:pPr>
      <w:r>
        <w:t>صلح کا طریقہ اختیار کیجیے تو اپنے آپ ہی مخالفت ختم، دشمنی ختم، سازش ختم، سب کچھ ختم۔</w:t>
      </w:r>
    </w:p>
    <w:p>
      <w:r>
        <w:rPr>
          <w:b/>
        </w:rPr>
        <w:t xml:space="preserve">[39:25] </w:t>
      </w:r>
      <w:r>
        <w:t>al sulah khair ka matlab yahi hai ke sulah behtar hai.</w:t>
      </w:r>
    </w:p>
    <w:p>
      <w:pPr>
        <w:jc w:val="right"/>
      </w:pPr>
      <w:r>
        <w:t>الصلح خیر کا مطلب یہی ہے کہ صلح بہتر ہے۔</w:t>
      </w:r>
    </w:p>
    <w:p>
      <w:r>
        <w:rPr>
          <w:b/>
        </w:rPr>
        <w:t xml:space="preserve">[39:29] </w:t>
      </w:r>
      <w:r>
        <w:t>behtar ke mani ke sulah jo hai har haal mein effective hoti hai.</w:t>
      </w:r>
    </w:p>
    <w:p>
      <w:pPr>
        <w:jc w:val="right"/>
      </w:pPr>
      <w:r>
        <w:t>بہتر کے معنی کہ صلح جو ہے ہر حال میں ایفیکٹیو ہوتی ہے۔</w:t>
      </w:r>
    </w:p>
    <w:p>
      <w:r>
        <w:rPr>
          <w:b/>
        </w:rPr>
        <w:t xml:space="preserve">[39:35] </w:t>
      </w:r>
      <w:r>
        <w:t>sulah ke liye koi rukawat nahin hai.</w:t>
      </w:r>
    </w:p>
    <w:p>
      <w:pPr>
        <w:jc w:val="right"/>
      </w:pPr>
      <w:r>
        <w:t>صلح کے لیے کوئی رکاوٹ نہیں ہے۔</w:t>
      </w:r>
    </w:p>
    <w:p>
      <w:r>
        <w:rPr>
          <w:b/>
        </w:rPr>
        <w:t xml:space="preserve">[39:38] </w:t>
      </w:r>
      <w:r>
        <w:t>sulah ka koi dushman nahin.</w:t>
      </w:r>
    </w:p>
    <w:p>
      <w:pPr>
        <w:jc w:val="right"/>
      </w:pPr>
      <w:r>
        <w:t>صلح کا کوئی دشمن نہیں۔</w:t>
      </w:r>
    </w:p>
    <w:p>
      <w:r>
        <w:rPr>
          <w:b/>
        </w:rPr>
        <w:t xml:space="preserve">[39:40] </w:t>
      </w:r>
      <w:r>
        <w:t>sulah ke khilaf koi sazish karne wala nahin.</w:t>
      </w:r>
    </w:p>
    <w:p>
      <w:pPr>
        <w:jc w:val="right"/>
      </w:pPr>
      <w:r>
        <w:t>صلح کے خلاف کوئی سازش کرنے والا نہیں۔</w:t>
      </w:r>
    </w:p>
    <w:p>
      <w:r>
        <w:rPr>
          <w:b/>
        </w:rPr>
        <w:t xml:space="preserve">[39:43] </w:t>
      </w:r>
      <w:r>
        <w:t>to aap ko moqa hi moqa hai.</w:t>
      </w:r>
    </w:p>
    <w:p>
      <w:pPr>
        <w:jc w:val="right"/>
      </w:pPr>
      <w:r>
        <w:t>تو آپ کو موقع ہی موقع ہے۔</w:t>
      </w:r>
    </w:p>
    <w:p>
      <w:r>
        <w:rPr>
          <w:b/>
        </w:rPr>
        <w:t xml:space="preserve">[39:46] </w:t>
      </w:r>
      <w:r>
        <w:t>ساری opportunities کو اویل کرتے رہیے اور کوئی آپ کو روکنے والا نہیں آئے گا۔</w:t>
      </w:r>
    </w:p>
    <w:p>
      <w:pPr>
        <w:jc w:val="right"/>
      </w:pPr>
      <w:r>
        <w:t>ساری اپرچونیٹیز کو اویل کرتے رہیے اور کوئی آپ کو روکنے والا نہیں آئے گا۔</w:t>
      </w:r>
    </w:p>
    <w:p>
      <w:r>
        <w:rPr>
          <w:b/>
        </w:rPr>
        <w:t xml:space="preserve">[39:53] </w:t>
      </w:r>
      <w:r>
        <w:t>to sulah ki taqat sab se bari taqat hai.</w:t>
      </w:r>
    </w:p>
    <w:p>
      <w:pPr>
        <w:jc w:val="right"/>
      </w:pPr>
      <w:r>
        <w:t>تو صلح کی طاقت سب سے بڑی طاقت ہے۔</w:t>
      </w:r>
    </w:p>
    <w:p>
      <w:r>
        <w:rPr>
          <w:b/>
        </w:rPr>
        <w:t xml:space="preserve">[39:56] </w:t>
      </w:r>
      <w:r>
        <w:t>pehle zamaney mein kaha jata tha ke "har ke shamsheer zant sika bana mash khanan".</w:t>
      </w:r>
    </w:p>
    <w:p>
      <w:pPr>
        <w:jc w:val="right"/>
      </w:pPr>
      <w:r>
        <w:t>پہلے زمانے میں کہا جاتا تھا کہ "ہر کے شمشیر زنت سکہ بنا مش خانن"۔</w:t>
      </w:r>
    </w:p>
    <w:p>
      <w:r>
        <w:rPr>
          <w:b/>
        </w:rPr>
        <w:t xml:space="preserve">[40:03] </w:t>
      </w:r>
      <w:r>
        <w:t>yani talwar mein taqat hai.</w:t>
      </w:r>
    </w:p>
    <w:p>
      <w:pPr>
        <w:jc w:val="right"/>
      </w:pPr>
      <w:r>
        <w:t>یعنی تلوار میں طاقت ہے۔</w:t>
      </w:r>
    </w:p>
    <w:p>
      <w:r>
        <w:rPr>
          <w:b/>
        </w:rPr>
        <w:t xml:space="preserve">[40:05] </w:t>
      </w:r>
      <w:r>
        <w:t>yeh pehla, pehle zamaney ka formula tha.</w:t>
      </w:r>
    </w:p>
    <w:p>
      <w:pPr>
        <w:jc w:val="right"/>
      </w:pPr>
      <w:r>
        <w:t>یہ پہلا، پہلے زمانے کا فارمولا تھا۔</w:t>
      </w:r>
    </w:p>
    <w:p>
      <w:r>
        <w:rPr>
          <w:b/>
        </w:rPr>
        <w:t xml:space="preserve">[40:08] </w:t>
      </w:r>
      <w:r>
        <w:t>"har ke shamsheer zant sika bana mash khanan".</w:t>
      </w:r>
    </w:p>
    <w:p>
      <w:pPr>
        <w:jc w:val="right"/>
      </w:pPr>
      <w:r>
        <w:t>"ہر کے شمشیر زنت سکہ بنا مش خانن"۔</w:t>
      </w:r>
    </w:p>
    <w:p>
      <w:r>
        <w:rPr>
          <w:b/>
        </w:rPr>
        <w:t xml:space="preserve">[40:11] </w:t>
      </w:r>
      <w:r>
        <w:t>taqat talwar mein hai.</w:t>
      </w:r>
    </w:p>
    <w:p>
      <w:pPr>
        <w:jc w:val="right"/>
      </w:pPr>
      <w:r>
        <w:t>طاقت تلوار میں ہے۔</w:t>
      </w:r>
    </w:p>
    <w:p>
      <w:r>
        <w:rPr>
          <w:b/>
        </w:rPr>
        <w:t xml:space="preserve">[40:13] </w:t>
      </w:r>
      <w:r>
        <w:t>ab yeh formula khatm ho gaya.</w:t>
      </w:r>
    </w:p>
    <w:p>
      <w:pPr>
        <w:jc w:val="right"/>
      </w:pPr>
      <w:r>
        <w:t>اب یہ فارمولا ختم ہو گیا۔</w:t>
      </w:r>
    </w:p>
    <w:p>
      <w:r>
        <w:rPr>
          <w:b/>
        </w:rPr>
        <w:t xml:space="preserve">[40:16] </w:t>
      </w:r>
      <w:r>
        <w:t>jaise dunya mein democracy aayi hai, azadi aayi hai, communication aaya hai, moqay bare hain, aur jo hai</w:t>
      </w:r>
    </w:p>
    <w:p>
      <w:pPr>
        <w:jc w:val="right"/>
      </w:pPr>
      <w:r>
        <w:t>جیسے دنیا میں ڈیموکریسی آئی ہے، آزادی آئی ہے، کمیونیکیشن آیا ہے، مواقع بڑے ہیں، اور جو ہے</w:t>
      </w:r>
    </w:p>
    <w:p>
      <w:r>
        <w:rPr>
          <w:b/>
        </w:rPr>
        <w:t xml:space="preserve">[40:23] </w:t>
      </w:r>
      <w:r>
        <w:t>dashes qaim hui hain.</w:t>
      </w:r>
    </w:p>
    <w:p>
      <w:pPr>
        <w:jc w:val="right"/>
      </w:pPr>
      <w:r>
        <w:t>ڈیشز قائم ہوئی ہیں۔</w:t>
      </w:r>
    </w:p>
    <w:p>
      <w:r>
        <w:rPr>
          <w:b/>
        </w:rPr>
        <w:t xml:space="preserve">[40:25] </w:t>
      </w:r>
      <w:r>
        <w:t>in sari cheezon ne ab is daur ko khatm kar diya.</w:t>
      </w:r>
    </w:p>
    <w:p>
      <w:pPr>
        <w:jc w:val="right"/>
      </w:pPr>
      <w:r>
        <w:t>ان ساری چیزوں نے اب اس دور کو ختم کر دیا۔</w:t>
      </w:r>
    </w:p>
    <w:p>
      <w:r>
        <w:rPr>
          <w:b/>
        </w:rPr>
        <w:t xml:space="preserve">[40:30] </w:t>
      </w:r>
      <w:r>
        <w:t>ab to sirf peaceful tareeqe se kaam kijiye aur koi aap ko rukawat, aap ke rastay mein</w:t>
      </w:r>
    </w:p>
    <w:p>
      <w:pPr>
        <w:jc w:val="right"/>
      </w:pPr>
      <w:r>
        <w:t>اب تو صرف پیس فل طریقے سے کام کیجیے اور کوئی آپ کو رکاوٹ، آپ کے راستے میں</w:t>
      </w:r>
    </w:p>
    <w:p>
      <w:r>
        <w:rPr>
          <w:b/>
        </w:rPr>
        <w:t xml:space="preserve">[40:38] </w:t>
      </w:r>
      <w:r>
        <w:t>koi rukawat dalne wala nahin hai.</w:t>
      </w:r>
    </w:p>
    <w:p>
      <w:pPr>
        <w:jc w:val="right"/>
      </w:pPr>
      <w:r>
        <w:t>کوئی رکاوٹ ڈالنے والا نہیں ہے۔</w:t>
      </w:r>
    </w:p>
    <w:p>
      <w:r>
        <w:rPr>
          <w:b/>
        </w:rPr>
        <w:t xml:space="preserve">[40:40] </w:t>
      </w:r>
      <w:r>
        <w:t>jitna chahe kaam karte rahiye, jitna kaam karte rahiye, koi rukawat nahin.</w:t>
      </w:r>
    </w:p>
    <w:p>
      <w:pPr>
        <w:jc w:val="right"/>
      </w:pPr>
      <w:r>
        <w:t>جتنا چاہے کام کرتے رہیے، جتنا کام کرتے رہیے، کوئی رکاوٹ نہیں۔</w:t>
      </w:r>
    </w:p>
    <w:p>
      <w:r>
        <w:rPr>
          <w:b/>
        </w:rPr>
        <w:t xml:space="preserve">[40:45] </w:t>
      </w:r>
      <w:r>
        <w:t>to sufi ka tareeqa aaj bhi relevant hai, ab badshahon ka tareeqa aaj relevant nahin.</w:t>
      </w:r>
    </w:p>
    <w:p>
      <w:pPr>
        <w:jc w:val="right"/>
      </w:pPr>
      <w:r>
        <w:t>تو صوفی کا طریقہ آج بھی ریلیونٹ ہے، اب بادشاہوں کا طریقہ آج ریلیونٹ نہیں۔</w:t>
      </w:r>
    </w:p>
    <w:p>
      <w:r>
        <w:rPr>
          <w:b/>
        </w:rPr>
        <w:t xml:space="preserve">[40:52] </w:t>
      </w:r>
      <w:r>
        <w:t>jo log khwab, jo log khwab dekhte hain ke aaj salahuddin ko zinda karen, to woh bilkul</w:t>
      </w:r>
    </w:p>
    <w:p>
      <w:pPr>
        <w:jc w:val="right"/>
      </w:pPr>
      <w:r>
        <w:t>جو لوگ خواب، جو لوگ خواب دیکھتے ہیں کہ آج صلاح الدین کو زندہ کریں، تو وہ بالکل</w:t>
      </w:r>
    </w:p>
    <w:p>
      <w:r>
        <w:rPr>
          <w:b/>
        </w:rPr>
        <w:t xml:space="preserve">[40:59] </w:t>
      </w:r>
      <w:r>
        <w:t>he be khabar hain zamane se.</w:t>
      </w:r>
    </w:p>
    <w:p>
      <w:pPr>
        <w:jc w:val="right"/>
      </w:pPr>
      <w:r>
        <w:t>ہی بے خبر ہیں زمانے سے۔</w:t>
      </w:r>
    </w:p>
    <w:p>
      <w:r>
        <w:rPr>
          <w:b/>
        </w:rPr>
        <w:t xml:space="preserve">[41:02] </w:t>
      </w:r>
      <w:r>
        <w:t>yani salahuddin ka tareeqa aaj relevant nahi raha hai.</w:t>
      </w:r>
    </w:p>
    <w:p>
      <w:pPr>
        <w:jc w:val="right"/>
      </w:pPr>
      <w:r>
        <w:t>یعنی صلاح الدین کا طریقہ آج ریلیونٹ نہیں رہا ہے۔</w:t>
      </w:r>
    </w:p>
    <w:p>
      <w:r>
        <w:rPr>
          <w:b/>
        </w:rPr>
        <w:t xml:space="preserve">[41:06] </w:t>
      </w:r>
      <w:r>
        <w:t>iska relevance khatm ho chuka hai.</w:t>
      </w:r>
    </w:p>
    <w:p>
      <w:pPr>
        <w:jc w:val="right"/>
      </w:pPr>
      <w:r>
        <w:t>اس کا ریلیونس ختم ہو چکا ہے۔</w:t>
      </w:r>
    </w:p>
    <w:p>
      <w:r>
        <w:rPr>
          <w:b/>
        </w:rPr>
        <w:t xml:space="preserve">[41:09] </w:t>
      </w:r>
      <w:r>
        <w:t>ek pehle is zamane mein badshah british period mein ek sahab ne shair kaha tha ke "abhi bhule</w:t>
      </w:r>
    </w:p>
    <w:p>
      <w:pPr>
        <w:jc w:val="right"/>
      </w:pPr>
      <w:r>
        <w:t>ایک پہلے اس زمانے میں بادشاہ برٹش پیریڈ میں ایک صاحب نے شعر کہا تھا کہ "ابھی بھولے</w:t>
      </w:r>
    </w:p>
    <w:p>
      <w:r>
        <w:rPr>
          <w:b/>
        </w:rPr>
        <w:t xml:space="preserve">[41:17] </w:t>
      </w:r>
      <w:r>
        <w:t>nahi hum khalid o tareq ke afsane".</w:t>
      </w:r>
    </w:p>
    <w:p>
      <w:pPr>
        <w:jc w:val="right"/>
      </w:pPr>
      <w:r>
        <w:t>نہیں ہم خالد و طارق کے افسانے"۔</w:t>
      </w:r>
    </w:p>
    <w:p>
      <w:r>
        <w:rPr>
          <w:b/>
        </w:rPr>
        <w:t xml:space="preserve">[41:20] </w:t>
      </w:r>
      <w:r>
        <w:t>british period mein ek sahab ne yeh shair kaha tha: "abhi bhule nahi hum khalid o tareq ke</w:t>
      </w:r>
    </w:p>
    <w:p>
      <w:pPr>
        <w:jc w:val="right"/>
      </w:pPr>
      <w:r>
        <w:t>برٹش پیریڈ میں ایک صاحب نے یہ شعر کہا تھا: "ابھی بھولے نہیں ہم خالد و طارق کے</w:t>
      </w:r>
    </w:p>
    <w:p>
      <w:r>
        <w:rPr>
          <w:b/>
        </w:rPr>
        <w:t xml:space="preserve">[41:28] </w:t>
      </w:r>
      <w:r>
        <w:t>afsane, fatahat salahuddin abhi, abhi, abhi bhule nahi hum khalid o tareq ke afsane, fatahat salahuddin</w:t>
      </w:r>
    </w:p>
    <w:p>
      <w:pPr>
        <w:jc w:val="right"/>
      </w:pPr>
      <w:r>
        <w:t>افسانے، فتوحات صلاح الدین ابھی، ابھی، ابھی بھولے نہیں ہم خالد و طارق کے افسانے، فتوحات صلاح الدین</w:t>
      </w:r>
    </w:p>
    <w:p>
      <w:r>
        <w:rPr>
          <w:b/>
        </w:rPr>
        <w:t xml:space="preserve">[41:35] </w:t>
      </w:r>
      <w:r>
        <w:t>abhi roshan hain dunya mein".</w:t>
      </w:r>
    </w:p>
    <w:p>
      <w:pPr>
        <w:jc w:val="right"/>
      </w:pPr>
      <w:r>
        <w:t>ابھی روشن ہیں دنیا میں"۔</w:t>
      </w:r>
    </w:p>
    <w:p>
      <w:r>
        <w:rPr>
          <w:b/>
        </w:rPr>
        <w:t xml:space="preserve">[41:38] </w:t>
      </w:r>
      <w:r>
        <w:t>yeh sab be khabri ki baatein hain.</w:t>
      </w:r>
    </w:p>
    <w:p>
      <w:pPr>
        <w:jc w:val="right"/>
      </w:pPr>
      <w:r>
        <w:t>یہ سب بے خبری کی باتیں ہیں۔</w:t>
      </w:r>
    </w:p>
    <w:p>
      <w:r>
        <w:rPr>
          <w:b/>
        </w:rPr>
        <w:t xml:space="preserve">[41:41] </w:t>
      </w:r>
      <w:r>
        <w:t>wo sab irrelevant ho chuke hain.</w:t>
      </w:r>
    </w:p>
    <w:p>
      <w:pPr>
        <w:jc w:val="right"/>
      </w:pPr>
      <w:r>
        <w:t>وہ سب اریلیونٹ ہو چکے ہیں۔</w:t>
      </w:r>
    </w:p>
    <w:p>
      <w:r>
        <w:rPr>
          <w:b/>
        </w:rPr>
        <w:t xml:space="preserve">[41:43] </w:t>
      </w:r>
      <w:r>
        <w:t>jinka tareeqa tha talwar ke zariye kaam karna, wo tareeqa ab irrelevant ho chuka hai.</w:t>
      </w:r>
    </w:p>
    <w:p>
      <w:pPr>
        <w:jc w:val="right"/>
      </w:pPr>
      <w:r>
        <w:t>جن کا طریقہ تھا تلوار کے ذریعے کام کرنا، وہ طریقہ اب اریلیونٹ ہو چکا ہے۔</w:t>
      </w:r>
    </w:p>
    <w:p>
      <w:r>
        <w:rPr>
          <w:b/>
        </w:rPr>
        <w:t xml:space="preserve">[41:50] </w:t>
      </w:r>
      <w:r>
        <w:t>iska koi relevance nahi raha yaar.</w:t>
      </w:r>
    </w:p>
    <w:p>
      <w:pPr>
        <w:jc w:val="right"/>
      </w:pPr>
      <w:r>
        <w:t>اس کا کوئی ریلیونس نہیں رہا یار۔</w:t>
      </w:r>
    </w:p>
    <w:p>
      <w:r>
        <w:rPr>
          <w:b/>
        </w:rPr>
        <w:t xml:space="preserve">[41:53] </w:t>
      </w:r>
      <w:r>
        <w:t>ab jo relevance hai wahi hai jo jo soofi ka tareeqa hai, jo sulah ka tareeqa hai, jo</w:t>
      </w:r>
    </w:p>
    <w:p>
      <w:pPr>
        <w:jc w:val="right"/>
      </w:pPr>
      <w:r>
        <w:t>اب جو ریلیونس ہے وہی ہے جو جو صوفی کا طریقہ ہے، جو صلح کا طریقہ ہے، جو</w:t>
      </w:r>
    </w:p>
    <w:p>
      <w:r>
        <w:rPr>
          <w:b/>
        </w:rPr>
        <w:t xml:space="preserve">[42:01] </w:t>
      </w:r>
      <w:r>
        <w:t>pyar mohabbat ka tareeqa hai.</w:t>
      </w:r>
    </w:p>
    <w:p>
      <w:pPr>
        <w:jc w:val="right"/>
      </w:pPr>
      <w:r>
        <w:t>پیار محبت کا طریقہ ہے۔</w:t>
      </w:r>
    </w:p>
    <w:p>
      <w:r>
        <w:rPr>
          <w:b/>
        </w:rPr>
        <w:t xml:space="preserve">[42:03] </w:t>
      </w:r>
      <w:r>
        <w:t>hum khud jo mission chala rahe hain, hamein kahin rukawat nahi hoti.</w:t>
      </w:r>
    </w:p>
    <w:p>
      <w:pPr>
        <w:jc w:val="right"/>
      </w:pPr>
      <w:r>
        <w:t>ہم خود جو مشن چلا رہے ہیں، ہمیں کہیں رکاوٹ نہیں ہوتی۔</w:t>
      </w:r>
    </w:p>
    <w:p>
      <w:r>
        <w:rPr>
          <w:b/>
        </w:rPr>
        <w:t xml:space="preserve">[42:08] </w:t>
      </w:r>
      <w:r>
        <w:t>ya aise ek qisse mein ne bataya, aise bohat se qisse hain.</w:t>
      </w:r>
    </w:p>
    <w:p>
      <w:pPr>
        <w:jc w:val="right"/>
      </w:pPr>
      <w:r>
        <w:t>یا ایسے ایک قصہ میں نے بتایا، ایسے بہت سے قصے ہیں۔</w:t>
      </w:r>
    </w:p>
    <w:p>
      <w:r>
        <w:rPr>
          <w:b/>
        </w:rPr>
        <w:t xml:space="preserve">[42:13] </w:t>
      </w:r>
      <w:r>
        <w:t>arey bhai, wo to soofi aadmi hai, chalo unka unka mission theek hai.</w:t>
      </w:r>
    </w:p>
    <w:p>
      <w:pPr>
        <w:jc w:val="right"/>
      </w:pPr>
      <w:r>
        <w:t>ارے بھائی، وہ تو صوفی آدمی ہے، چلو ان کا ان کا مشن ٹھیک ہے۔</w:t>
      </w:r>
    </w:p>
    <w:p>
      <w:r>
        <w:rPr>
          <w:b/>
        </w:rPr>
        <w:t xml:space="preserve">[42:20] </w:t>
      </w:r>
      <w:r>
        <w:t>kai jagah aise qisse pesh aaye.</w:t>
      </w:r>
    </w:p>
    <w:p>
      <w:pPr>
        <w:jc w:val="right"/>
      </w:pPr>
      <w:r>
        <w:t>کئی جگہ ایسے قصے پیش آئے۔</w:t>
      </w:r>
    </w:p>
    <w:p>
      <w:r>
        <w:rPr>
          <w:b/>
        </w:rPr>
        <w:t xml:space="preserve">[42:22] </w:t>
      </w:r>
      <w:r>
        <w:t>kuch logon ne kaha ke yeh kya kar rahe hain aap? yeh kaise kitabein phaila rahe hain? yeh</w:t>
      </w:r>
    </w:p>
    <w:p>
      <w:pPr>
        <w:jc w:val="right"/>
      </w:pPr>
      <w:r>
        <w:t>کچھ لوگوں نے کہا کہ یہ کیا کر رہے ہیں آپ؟ یہ کیسے کتابیں پھیلا رہے ہیں؟ یہ</w:t>
      </w:r>
    </w:p>
    <w:p>
      <w:r>
        <w:rPr>
          <w:b/>
        </w:rPr>
        <w:t xml:space="preserve">[42:30] </w:t>
      </w:r>
      <w:r>
        <w:t>kya mission hai aap ka? to jaise hi unhone mera naam liya, acha hai, wo to soofi</w:t>
      </w:r>
    </w:p>
    <w:p>
      <w:pPr>
        <w:jc w:val="right"/>
      </w:pPr>
      <w:r>
        <w:t>کیا مشن ہے آپ کا؟ تو جیسے ہی انہوں نے میرا نام لیا، اچھا ہے، وہ تو صوفی</w:t>
      </w:r>
    </w:p>
    <w:p>
      <w:r>
        <w:rPr>
          <w:b/>
        </w:rPr>
        <w:t xml:space="preserve">[42:38] </w:t>
      </w:r>
      <w:r>
        <w:t>hain, wo theek hai, unka mission theek hai, is se hamein koi aapatti nahi hai.</w:t>
      </w:r>
    </w:p>
    <w:p>
      <w:pPr>
        <w:jc w:val="right"/>
      </w:pPr>
      <w:r>
        <w:t>ہیں، وہ ٹھیک ہے، ان کا مشن ٹھیک ہے، اس سے ہمیں کوئی آپتی نہیں ہے۔</w:t>
      </w:r>
    </w:p>
    <w:p>
      <w:r>
        <w:rPr>
          <w:b/>
        </w:rPr>
        <w:t xml:space="preserve">[42:44] </w:t>
      </w:r>
      <w:r>
        <w:t>to soofi ka tareeqa aaj bhi relevant hai, aur wo jo tareeqe the, wo ab unka relevance</w:t>
      </w:r>
    </w:p>
    <w:p>
      <w:pPr>
        <w:jc w:val="right"/>
      </w:pPr>
      <w:r>
        <w:t>تو صوفی کا طریقہ آج بھی ریلیونٹ ہے، اور وہ جو طریقے تھے، وہ اب ان کا ریلیونس</w:t>
      </w:r>
    </w:p>
    <w:p>
      <w:r>
        <w:rPr>
          <w:b/>
        </w:rPr>
        <w:t xml:space="preserve">[42:52] </w:t>
      </w:r>
      <w:r>
        <w:t>khatm ho chuka hai.</w:t>
      </w:r>
    </w:p>
    <w:p>
      <w:pPr>
        <w:jc w:val="right"/>
      </w:pPr>
      <w:r>
        <w:t>ختم ہو چکا ہے۔</w:t>
      </w:r>
    </w:p>
    <w:p>
      <w:r>
        <w:rPr>
          <w:b/>
        </w:rPr>
        <w:t xml:space="preserve">[42:54] </w:t>
      </w:r>
      <w:r>
        <w:t>ab shairon ke haan unka relevance hai, shairon ki dunya mein shair is tarah ki shayari karte</w:t>
      </w:r>
    </w:p>
    <w:p>
      <w:pPr>
        <w:jc w:val="right"/>
      </w:pPr>
      <w:r>
        <w:t>اب شاعروں کے ہاں ان کا ریلیونس ہے، شاعروں کی دنیا میں شاعر اس طرح کی شاعری کرتے</w:t>
      </w:r>
    </w:p>
    <w:p>
      <w:r>
        <w:rPr>
          <w:b/>
        </w:rPr>
        <w:t xml:space="preserve">[43:02]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[43:03] </w:t>
      </w:r>
      <w:r>
        <w:t>to yeh kitna bara deen hai, aap ghore kijiye, soofiyon ki kitni bari deen hai yeh.</w:t>
      </w:r>
    </w:p>
    <w:p>
      <w:pPr>
        <w:jc w:val="right"/>
      </w:pPr>
      <w:r>
        <w:t>تو یہ کتنا بڑا دین ہے، آپ غور کیجیے، صوفیوں کی کتنی بڑی دین ہے یہ۔</w:t>
      </w:r>
    </w:p>
    <w:p>
      <w:r>
        <w:rPr>
          <w:b/>
        </w:rPr>
        <w:t xml:space="preserve">[43:10] </w:t>
      </w:r>
      <w:r>
        <w:t>soofiyon ki kitni bari deen hai yeh ke unhon ne aik aisa tareeqa ka rawaaj diya jis ka</w:t>
      </w:r>
    </w:p>
    <w:p>
      <w:pPr>
        <w:jc w:val="right"/>
      </w:pPr>
      <w:r>
        <w:t>صوفیوں کی کتنی بڑی دین ہے یہ کہ انہوں نے ایک ایسا طریقہ کا رواج دیا جس کا</w:t>
      </w:r>
    </w:p>
    <w:p>
      <w:r>
        <w:rPr>
          <w:b/>
        </w:rPr>
        <w:t xml:space="preserve">[43:18] </w:t>
      </w:r>
      <w:r>
        <w:t>relevance kabhi khatam hi na ho.</w:t>
      </w:r>
    </w:p>
    <w:p>
      <w:pPr>
        <w:jc w:val="right"/>
      </w:pPr>
      <w:r>
        <w:t>ریلیونس کبھی ختم ہی نہ ہو۔</w:t>
      </w:r>
    </w:p>
    <w:p>
      <w:r>
        <w:rPr>
          <w:b/>
        </w:rPr>
        <w:t xml:space="preserve">[43:20] </w:t>
      </w:r>
      <w:r>
        <w:t>jis tareeqa ka rawaaj diya badshahon ne aur generalon ne, woh to waqti tha, woh khatam ho gaya.</w:t>
      </w:r>
    </w:p>
    <w:p>
      <w:pPr>
        <w:jc w:val="right"/>
      </w:pPr>
      <w:r>
        <w:t>جس طریقے کا رواج دیا بادشاہوں نے اور جنرلوں نے، وہ تو وقتی تھا، وہ ختم ہو گیا۔</w:t>
      </w:r>
    </w:p>
    <w:p>
      <w:r>
        <w:rPr>
          <w:b/>
        </w:rPr>
        <w:t xml:space="preserve">[43:28] </w:t>
      </w:r>
      <w:r>
        <w:t>jis tareeqa ka rawaaj diya soofi logon ne, woh abadi nazar aa raha hai, chala ja raha hai,</w:t>
      </w:r>
    </w:p>
    <w:p>
      <w:pPr>
        <w:jc w:val="right"/>
      </w:pPr>
      <w:r>
        <w:t>جس طریقے کا رواج دیا صوفی لوگوں نے، وہ ابدی نظر آ رہا ہے، چلا جا رہا ہے،</w:t>
      </w:r>
    </w:p>
    <w:p>
      <w:r>
        <w:rPr>
          <w:b/>
        </w:rPr>
        <w:t xml:space="preserve">[43:36] </w:t>
      </w:r>
      <w:r>
        <w:t>is mein koi rukawat nahin.</w:t>
      </w:r>
    </w:p>
    <w:p>
      <w:pPr>
        <w:jc w:val="right"/>
      </w:pPr>
      <w:r>
        <w:t>اس میں کوئی رکاوٹ نہیں۔</w:t>
      </w:r>
    </w:p>
    <w:p>
      <w:r>
        <w:rPr>
          <w:b/>
        </w:rPr>
        <w:t xml:space="preserve">[43:38] </w:t>
      </w:r>
      <w:r>
        <w:t>aaj bhi aap roohaniyat ke tareeqa par kaam kijiye, aman ke tareeqa par kaam kijiye, mil melap ke</w:t>
      </w:r>
    </w:p>
    <w:p>
      <w:pPr>
        <w:jc w:val="right"/>
      </w:pPr>
      <w:r>
        <w:t>آج بھی آپ روحانیت کے طریقے پر کام کیجیے، امن کے طریقے پر کام کیجیے، میل ملاپ کے</w:t>
      </w:r>
    </w:p>
    <w:p>
      <w:r>
        <w:rPr>
          <w:b/>
        </w:rPr>
        <w:t xml:space="preserve">[43:45] </w:t>
      </w:r>
      <w:r>
        <w:t>tareeqa par kaam kijiye, koi rukawat nahin aap ko.</w:t>
      </w:r>
    </w:p>
    <w:p>
      <w:pPr>
        <w:jc w:val="right"/>
      </w:pPr>
      <w:r>
        <w:t>طریقے پر کام کیجیے، کوئی رکاوٹ نہیں آپ کو۔</w:t>
      </w:r>
    </w:p>
    <w:p>
      <w:r>
        <w:rPr>
          <w:b/>
        </w:rPr>
        <w:t xml:space="preserve">[43:49] </w:t>
      </w:r>
      <w:r>
        <w:t>to yeh kitni bari deen hai soofi logon ki ke unhon ne aisay tareeqa ko raaij kiya jis</w:t>
      </w:r>
    </w:p>
    <w:p>
      <w:pPr>
        <w:jc w:val="right"/>
      </w:pPr>
      <w:r>
        <w:t>تو یہ کتنی بڑی دین ہے صوفی لوگوں کی کہ انہوں نے ایسے طریقے کو رائج کیا جس</w:t>
      </w:r>
    </w:p>
    <w:p>
      <w:r>
        <w:rPr>
          <w:b/>
        </w:rPr>
        <w:t xml:space="preserve">[43:57] </w:t>
      </w:r>
      <w:r>
        <w:t>ka relevance aaj bhi baqi hai, aaj bhi baqi hai.</w:t>
      </w:r>
    </w:p>
    <w:p>
      <w:pPr>
        <w:jc w:val="right"/>
      </w:pPr>
      <w:r>
        <w:t>کا ریلیونس آج بھی باقی ہے، آج بھی باقی ہے۔</w:t>
      </w:r>
    </w:p>
    <w:p>
      <w:r>
        <w:rPr>
          <w:b/>
        </w:rPr>
        <w:t xml:space="preserve">[44:01] </w:t>
      </w:r>
      <w:r>
        <w:t>mujhe kai baar bahar ke safar mein, India mein bhi is ka tajurba hua ke mein jo mera</w:t>
      </w:r>
    </w:p>
    <w:p>
      <w:pPr>
        <w:jc w:val="right"/>
      </w:pPr>
      <w:r>
        <w:t>مجھے کئی بار باہر کے سفر میں، انڈیا میں بھی اس کا تجربہ ہوا کہ میں جو میرا</w:t>
      </w:r>
    </w:p>
    <w:p>
      <w:r>
        <w:rPr>
          <w:b/>
        </w:rPr>
        <w:t xml:space="preserve">[44:09] </w:t>
      </w:r>
      <w:r>
        <w:t>jo kapra waghera is tarah ka hota hai, yeh log samajhte hain ke yeh soofi hai.</w:t>
      </w:r>
    </w:p>
    <w:p>
      <w:pPr>
        <w:jc w:val="right"/>
      </w:pPr>
      <w:r>
        <w:t>جو کپڑا وغیرہ اس طرح کا ہوتا ہے، یہ لوگ سمجھتے ہیں کہ یہ صوفی ہے۔</w:t>
      </w:r>
    </w:p>
    <w:p>
      <w:r>
        <w:rPr>
          <w:b/>
        </w:rPr>
        <w:t xml:space="preserve">[44:16] </w:t>
      </w:r>
      <w:r>
        <w:t>halankay mein koi professional soofi nahin hoon, mizajan soofi zaroor hoon.</w:t>
      </w:r>
    </w:p>
    <w:p>
      <w:pPr>
        <w:jc w:val="right"/>
      </w:pPr>
      <w:r>
        <w:t>حالانکہ میں کوئی پروفیشنل صوفی نہیں ہوں، مزاجاً صوفی ضرور ہوں۔</w:t>
      </w:r>
    </w:p>
    <w:p>
      <w:r>
        <w:rPr>
          <w:b/>
        </w:rPr>
        <w:t xml:space="preserve">[44:21] </w:t>
      </w:r>
      <w:r>
        <w:t>to bilkul samajhte hain ke yeh to harmless aadmi hai, bhai theek hai, is se humein koi khatra</w:t>
      </w:r>
    </w:p>
    <w:p>
      <w:pPr>
        <w:jc w:val="right"/>
      </w:pPr>
      <w:r>
        <w:t>تو بالکل سمجھتے ہیں کہ یہ تو حاربلس آدمی ہے، بھئی ٹھیک ہے، اس سے ہمیں کوئی خطرہ</w:t>
      </w:r>
    </w:p>
    <w:p>
      <w:r>
        <w:rPr>
          <w:b/>
        </w:rPr>
        <w:t xml:space="preserve">[44:28] </w:t>
      </w:r>
      <w:r>
        <w:t>nahin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[44:30] </w:t>
      </w:r>
      <w:r>
        <w:t>is liye hamari kitabein jo hain, kahin rukawat nahin hai, is ko har jagah kitabein ja rahi hain,</w:t>
      </w:r>
    </w:p>
    <w:p>
      <w:pPr>
        <w:jc w:val="right"/>
      </w:pPr>
      <w:r>
        <w:t>اس لیے ہماری کتابیں جو ہیں، کہیں رکاوٹ نہیں ہے، اس کو ہر جگہ کتابیں جا رہی ہیں،</w:t>
      </w:r>
    </w:p>
    <w:p>
      <w:r>
        <w:rPr>
          <w:b/>
        </w:rPr>
        <w:t xml:space="preserve">[44:38] </w:t>
      </w:r>
      <w:r>
        <w:t>kahin un ko roka nahin jata.</w:t>
      </w:r>
    </w:p>
    <w:p>
      <w:pPr>
        <w:jc w:val="right"/>
      </w:pPr>
      <w:r>
        <w:t>کہیں ان کو روکا نہیں جاتا۔</w:t>
      </w:r>
    </w:p>
    <w:p>
      <w:r>
        <w:rPr>
          <w:b/>
        </w:rPr>
        <w:t xml:space="preserve">[44:40] </w:t>
      </w:r>
      <w:r>
        <w:t>jin mulkon mein bari chhan been hoti hai kitabon ki, jin mulkon mein kitabein jo hain, dakhla hota</w:t>
      </w:r>
    </w:p>
    <w:p>
      <w:pPr>
        <w:jc w:val="right"/>
      </w:pPr>
      <w:r>
        <w:t>جن ملکوں میں بڑی چھان بین ہوتی ہے کتابوں کی، جن ملکوں میں کتابیں جو ہیں، داخلہ ہوتا</w:t>
      </w:r>
    </w:p>
    <w:p>
      <w:r>
        <w:rPr>
          <w:b/>
        </w:rPr>
        <w:t xml:space="preserve">[44:48] </w:t>
      </w:r>
      <w:r>
        <w:t>nahin aasani se, bohat chhan been hoti hai.</w:t>
      </w:r>
    </w:p>
    <w:p>
      <w:pPr>
        <w:jc w:val="right"/>
      </w:pPr>
      <w:r>
        <w:t>نہیں آسانی سے، بہت چھان بین ہوتی ہے۔</w:t>
      </w:r>
    </w:p>
    <w:p>
      <w:r>
        <w:rPr>
          <w:b/>
        </w:rPr>
        <w:t xml:space="preserve">[44:51] </w:t>
      </w:r>
      <w:r>
        <w:t>hamari kitabein wahan aasani se aati hain, koi rok tok nahin, kyunke is ki wajah yahi hai.</w:t>
      </w:r>
    </w:p>
    <w:p>
      <w:pPr>
        <w:jc w:val="right"/>
      </w:pPr>
      <w:r>
        <w:t>ہماری کتابیں وہاں آسانی سے آتی ہیں، کوئی روک ٹوک نہیں، کیونکہ اس کی وجہ یہی ہے۔</w:t>
      </w:r>
    </w:p>
    <w:p>
      <w:r>
        <w:rPr>
          <w:b/>
        </w:rPr>
        <w:t xml:space="preserve">[44:59] </w:t>
      </w:r>
      <w:r>
        <w:t>is ki wajah yahi hai.</w:t>
      </w:r>
    </w:p>
    <w:p>
      <w:pPr>
        <w:jc w:val="right"/>
      </w:pPr>
      <w:r>
        <w:t>اس کی وجہ یہی ہے۔</w:t>
      </w:r>
    </w:p>
    <w:p>
      <w:r>
        <w:rPr>
          <w:b/>
        </w:rPr>
        <w:t xml:space="preserve">[45:01] </w:t>
      </w:r>
      <w:r>
        <w:t>to soofi ka tareeqa jo hai, woh is ka relevance aaj bhi baqi hai.</w:t>
      </w:r>
    </w:p>
    <w:p>
      <w:pPr>
        <w:jc w:val="right"/>
      </w:pPr>
      <w:r>
        <w:t>تو صوفی کا طریقہ جو ہے، وہ اس کا ریلیونس آج بھی باقی ہے۔</w:t>
      </w:r>
    </w:p>
    <w:p>
      <w:r>
        <w:rPr>
          <w:b/>
        </w:rPr>
        <w:t xml:space="preserve">[45:07] </w:t>
      </w:r>
      <w:r>
        <w:t>to yeh jo yani chishti formula hai ke "derik maan, der tareeq maan, hast ke ba musalman o</w:t>
      </w:r>
    </w:p>
    <w:p>
      <w:pPr>
        <w:jc w:val="right"/>
      </w:pPr>
      <w:r>
        <w:t>تو یہ جو یعنی چشتی فارمولا ہے کہ "دریک ماں، در طریق ماں، ہست کے با مسلماں و</w:t>
      </w:r>
    </w:p>
    <w:p>
      <w:r>
        <w:rPr>
          <w:b/>
        </w:rPr>
        <w:t xml:space="preserve">[45:14] </w:t>
      </w:r>
      <w:r>
        <w:t>hind sulah bayad dasht", to woh aik aik aik aik aik aik aisa formula hai jo har jagah</w:t>
      </w:r>
    </w:p>
    <w:p>
      <w:pPr>
        <w:jc w:val="right"/>
      </w:pPr>
      <w:r>
        <w:t>ہند صلح باید داشت"، تو وہ ایک ایک ایک ایک ایک ایک ایسا فارمولا ہے جو ہر جگہ</w:t>
      </w:r>
    </w:p>
    <w:p>
      <w:r>
        <w:rPr>
          <w:b/>
        </w:rPr>
        <w:t xml:space="preserve">[45:22] </w:t>
      </w:r>
      <w:r>
        <w:t>applicable hai.</w:t>
      </w:r>
    </w:p>
    <w:p>
      <w:pPr>
        <w:jc w:val="right"/>
      </w:pPr>
      <w:r>
        <w:t>ایپلیکیبل ہے۔</w:t>
      </w:r>
    </w:p>
    <w:p>
      <w:r>
        <w:rPr>
          <w:b/>
        </w:rPr>
        <w:t xml:space="preserve">[45:24] </w:t>
      </w:r>
      <w:r>
        <w:t>ab hindoo musalmani ke mani mein na lijie, har jagah kisi bhi qaum, kisi mazhab ke logon ke</w:t>
      </w:r>
    </w:p>
    <w:p>
      <w:pPr>
        <w:jc w:val="right"/>
      </w:pPr>
      <w:r>
        <w:t>اب ہندو مسلمانی کے معنی میں نہ لیجیے، ہر جگہ کسی بھی قوم، کسی مذہب کے لوگوں کے</w:t>
      </w:r>
    </w:p>
    <w:p>
      <w:r>
        <w:rPr>
          <w:b/>
        </w:rPr>
        <w:t xml:space="preserve">[45:31] </w:t>
      </w:r>
      <w:r>
        <w:t>saath woh formula qabil-e-amal hai.</w:t>
      </w:r>
    </w:p>
    <w:p>
      <w:pPr>
        <w:jc w:val="right"/>
      </w:pPr>
      <w:r>
        <w:t>ساتھ وہ فارمولا قابل عمل ہے۔</w:t>
      </w:r>
    </w:p>
    <w:p>
      <w:r>
        <w:rPr>
          <w:b/>
        </w:rPr>
        <w:t xml:space="preserve">[45:34] </w:t>
      </w:r>
      <w:r>
        <w:t>یعنی اس کے معنی کیا ہیں؟ اس کو کہتے ہیں انگریزی میں یعنی "sustainable, sustainable method"۔</w:t>
      </w:r>
    </w:p>
    <w:p>
      <w:pPr>
        <w:jc w:val="right"/>
      </w:pPr>
      <w:r>
        <w:t>یعنی اس کے معنی کیا ہیں؟ اس کو کہتے ہیں انگریزی میں یعنی "سسٹینیبل، سسٹینیبل میتھڈ"۔</w:t>
      </w:r>
    </w:p>
    <w:p>
      <w:r>
        <w:rPr>
          <w:b/>
        </w:rPr>
        <w:t xml:space="preserve">[45:41] </w:t>
      </w:r>
      <w:r>
        <w:t>yeh kaisi ajeeb baat hai ke jin logon ne talwar chalai, jin logon ne sehlat chalai, jin logon</w:t>
      </w:r>
    </w:p>
    <w:p>
      <w:pPr>
        <w:jc w:val="right"/>
      </w:pPr>
      <w:r>
        <w:t>یہ کیسی عجیب بات ہے کہ جن لوگوں نے تلوار چلائی، جن لوگوں نے سہلت چلائی، جن لوگوں</w:t>
      </w:r>
    </w:p>
    <w:p>
      <w:r>
        <w:rPr>
          <w:b/>
        </w:rPr>
        <w:t xml:space="preserve">[45:48] </w:t>
      </w:r>
      <w:r>
        <w:t>ne tashaddud ke zareeye kaam kiya, un ka tareeqa sustainable nahi tha, woh sustainable nahi tha.</w:t>
      </w:r>
    </w:p>
    <w:p>
      <w:pPr>
        <w:jc w:val="right"/>
      </w:pPr>
      <w:r>
        <w:t>نے تشدد کے ذریعے کام کیا، ان کا طریقہ سسٹینیبل نہیں تھا، وہ سسٹینیبل نہیں تھا۔</w:t>
      </w:r>
    </w:p>
    <w:p>
      <w:r>
        <w:rPr>
          <w:b/>
        </w:rPr>
        <w:t xml:space="preserve">[45:55] </w:t>
      </w:r>
      <w:r>
        <w:t>soofi ka tareeqa sustainable hai.</w:t>
      </w:r>
    </w:p>
    <w:p>
      <w:pPr>
        <w:jc w:val="right"/>
      </w:pPr>
      <w:r>
        <w:t>صوفی کا طریقہ سسٹینیبل ہے۔</w:t>
      </w:r>
    </w:p>
    <w:p>
      <w:r>
        <w:rPr>
          <w:b/>
        </w:rPr>
        <w:t xml:space="preserve">[45:57] </w:t>
      </w:r>
      <w:r>
        <w:t>kaisi ajeeb baat hai, is mein koi rukawat hi nahi hai.</w:t>
      </w:r>
    </w:p>
    <w:p>
      <w:pPr>
        <w:jc w:val="right"/>
      </w:pPr>
      <w:r>
        <w:t>کیسی عجیب بات ہے، اس میں کوئی رکاوٹ ہی نہیں ہے۔</w:t>
      </w:r>
    </w:p>
    <w:p>
      <w:r>
        <w:rPr>
          <w:b/>
        </w:rPr>
        <w:t xml:space="preserve">[46:02] </w:t>
      </w:r>
      <w:r>
        <w:t>to soofi ka tareeqa wahi hai jis ko hamara jo jo jo hamare jo yeh hai jo hamara</w:t>
      </w:r>
    </w:p>
    <w:p>
      <w:pPr>
        <w:jc w:val="right"/>
      </w:pPr>
      <w:r>
        <w:t>تو صوفی کا طریقہ وہی ہے جس کو ہمارا جو جو جو ہمارے جو یہ ہے جو ہمارا</w:t>
      </w:r>
    </w:p>
    <w:p>
      <w:r>
        <w:rPr>
          <w:b/>
        </w:rPr>
        <w:t xml:space="preserve">[46:10] </w:t>
      </w:r>
      <w:r>
        <w:t>جو org ہے، اس کا نام بھی دیکھیے "Center for Peace and Spirituality"۔</w:t>
      </w:r>
    </w:p>
    <w:p>
      <w:pPr>
        <w:jc w:val="right"/>
      </w:pPr>
      <w:r>
        <w:t>جو org ہے، اس کا نام بھی دیکھیے "سنٹر فار پیس اینڈ سپریچولیٹی"۔</w:t>
      </w:r>
    </w:p>
    <w:p>
      <w:r>
        <w:rPr>
          <w:b/>
        </w:rPr>
        <w:t xml:space="preserve">[46:15] </w:t>
      </w:r>
      <w:r>
        <w:t>spirituality kya hai? wahi to hai sufism ka jo essence hai, woh spirituality hai.</w:t>
      </w:r>
    </w:p>
    <w:p>
      <w:pPr>
        <w:jc w:val="right"/>
      </w:pPr>
      <w:r>
        <w:t>سپریچولیٹی کیا ہے؟ وہی تو ہے صوفی ازم کا جو ایسنس ہے، وہ سپریچولیٹی ہے۔</w:t>
      </w:r>
    </w:p>
    <w:p>
      <w:r>
        <w:rPr>
          <w:b/>
        </w:rPr>
        <w:t xml:space="preserve">[46:22] </w:t>
      </w:r>
      <w:r>
        <w:t>"center for peace and spirituality" yahi to sufism ka essence hai.</w:t>
      </w:r>
    </w:p>
    <w:p>
      <w:pPr>
        <w:jc w:val="right"/>
      </w:pPr>
      <w:r>
        <w:t>"سنٹر فار پیس اینڈ سپریچولیٹی" یہی تو صوفی ازم کا ایسنس ہے۔</w:t>
      </w:r>
    </w:p>
    <w:p>
      <w:r>
        <w:rPr>
          <w:b/>
        </w:rPr>
        <w:t xml:space="preserve">[46:27] </w:t>
      </w:r>
      <w:r>
        <w:t>peace aur spirituality jo hai, wahi sufism ka essence hai.</w:t>
      </w:r>
    </w:p>
    <w:p>
      <w:pPr>
        <w:jc w:val="right"/>
      </w:pPr>
      <w:r>
        <w:t>پیس اور سپریچولیٹی جو ہے، وہی صوفی ازم کا ایسنس ہے۔</w:t>
      </w:r>
    </w:p>
    <w:p>
      <w:r>
        <w:rPr>
          <w:b/>
        </w:rPr>
        <w:t xml:space="preserve">[46:32] </w:t>
      </w:r>
      <w:r>
        <w:t>to professional sense mein agarchay hamara mission soofi mission nahi hai, lekin essence ke aitbar se dekhiye to</w:t>
      </w:r>
    </w:p>
    <w:p>
      <w:pPr>
        <w:jc w:val="right"/>
      </w:pPr>
      <w:r>
        <w:t>تو پروفیشنل سینس میں اگرچہ ہمارا مشن صوفی مشن نہیں ہے، لیکن ایسنس کے اعتبار سے دیکھیے تو</w:t>
      </w:r>
    </w:p>
    <w:p>
      <w:r>
        <w:rPr>
          <w:b/>
        </w:rPr>
        <w:t xml:space="preserve">[46:39] </w:t>
      </w:r>
      <w:r>
        <w:t>isi partner pe chal raha hai hamara kaam.</w:t>
      </w:r>
    </w:p>
    <w:p>
      <w:pPr>
        <w:jc w:val="right"/>
      </w:pPr>
      <w:r>
        <w:t>اسی پارٹنر پہ چل رہا ہے ہمارا کام۔</w:t>
      </w:r>
    </w:p>
    <w:p>
      <w:r>
        <w:rPr>
          <w:b/>
        </w:rPr>
        <w:t xml:space="preserve">[46:43] </w:t>
      </w:r>
      <w:r>
        <w:t>to in baaton ko bohat zyada sochna chahiye, kyunke baatein jo hain, gehri jo baatein hain, woh soch</w:t>
      </w:r>
    </w:p>
    <w:p>
      <w:pPr>
        <w:jc w:val="right"/>
      </w:pPr>
      <w:r>
        <w:t>تو ان باتوں کو بہت زیادہ سوچنا چاہیے، کیونکہ باتیں جو ہیں، گہری جو باتیں ہیں، وہ سوچ</w:t>
      </w:r>
    </w:p>
    <w:p>
      <w:r>
        <w:rPr>
          <w:b/>
        </w:rPr>
        <w:t xml:space="preserve">[46:51] </w:t>
      </w:r>
      <w:r>
        <w:t>kar hi samajh mein aati hain.</w:t>
      </w:r>
    </w:p>
    <w:p>
      <w:pPr>
        <w:jc w:val="right"/>
      </w:pPr>
      <w:r>
        <w:t>کر ہی سمجھ میں آتی ہیں۔</w:t>
      </w:r>
    </w:p>
    <w:p>
      <w:r>
        <w:rPr>
          <w:b/>
        </w:rPr>
        <w:t xml:space="preserve">[46:53] </w:t>
      </w:r>
      <w:r>
        <w:t>agar sochte log to yeh na kehte ke salahuddin ki talwar lao, kyunke woh to sustainable nahi</w:t>
      </w:r>
    </w:p>
    <w:p>
      <w:pPr>
        <w:jc w:val="right"/>
      </w:pPr>
      <w:r>
        <w:t>اگر سوچتے لوگ تو یہ نہ کہتے کہ صلاح الدین کی تلوار لاؤ، کیونکہ وہ تو سسٹینیبل نہیں</w:t>
      </w:r>
    </w:p>
    <w:p>
      <w:r>
        <w:rPr>
          <w:b/>
        </w:rPr>
        <w:t xml:space="preserve">[47:01]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[47:02] </w:t>
      </w:r>
      <w:r>
        <w:t>aaj ke zamanay mein is ka relevance nahi hai.</w:t>
      </w:r>
    </w:p>
    <w:p>
      <w:pPr>
        <w:jc w:val="right"/>
      </w:pPr>
      <w:r>
        <w:t>آج کے زمانے میں اس کا ریلیونس نہیں ہے۔</w:t>
      </w:r>
    </w:p>
    <w:p>
      <w:r>
        <w:rPr>
          <w:b/>
        </w:rPr>
        <w:t xml:space="preserve">[47:06] </w:t>
      </w:r>
      <w:r>
        <w:t>ek zamanay mein jab yeh falasteen ka qissa shuru hua to is shair ki bari dhoom thi arab</w:t>
      </w:r>
    </w:p>
    <w:p>
      <w:pPr>
        <w:jc w:val="right"/>
      </w:pPr>
      <w:r>
        <w:t>ایک زمانے میں جب یہ فلسطین کا قصہ شروع ہوا تو اس شعر کی بڑی دھوم تھی عرب</w:t>
      </w:r>
    </w:p>
    <w:p>
      <w:r>
        <w:rPr>
          <w:b/>
        </w:rPr>
        <w:t xml:space="preserve">[47:14] </w:t>
      </w:r>
      <w:r>
        <w:t>arab dunya mein.</w:t>
      </w:r>
    </w:p>
    <w:p>
      <w:pPr>
        <w:jc w:val="right"/>
      </w:pPr>
      <w:r>
        <w:t>عرب دنیا میں۔</w:t>
      </w:r>
    </w:p>
    <w:p>
      <w:r>
        <w:rPr>
          <w:b/>
        </w:rPr>
        <w:t xml:space="preserve">[47:15] </w:t>
      </w:r>
      <w:r>
        <w:t>jab falasteen ka qissa shuru hua 1948 mein to is ke baad ek zamanay mein bari dhoom thi</w:t>
      </w:r>
    </w:p>
    <w:p>
      <w:pPr>
        <w:jc w:val="right"/>
      </w:pPr>
      <w:r>
        <w:t>جب فلسطین کا قصہ شروع ہوا 1948 میں تو اس کے بعد ایک زمانے میں بڑی دھوم تھی</w:t>
      </w:r>
    </w:p>
    <w:p>
      <w:r>
        <w:rPr>
          <w:b/>
        </w:rPr>
        <w:t xml:space="preserve">[47:23] </w:t>
      </w:r>
      <w:r>
        <w:t>is shair ki "haath salahuddin sani tanfeena jaddei hatein aur shab hateina".</w:t>
      </w:r>
    </w:p>
    <w:p>
      <w:pPr>
        <w:jc w:val="right"/>
      </w:pPr>
      <w:r>
        <w:t>اس شعر کی "ہاتھ صلاح الدین ثانی تنفینا جددی حتین اور شب حتینا"۔</w:t>
      </w:r>
    </w:p>
    <w:p>
      <w:r>
        <w:rPr>
          <w:b/>
        </w:rPr>
        <w:t xml:space="preserve">[47:29] </w:t>
      </w:r>
      <w:r>
        <w:t>to salahuddin naam ka aadmi to nahi paida hua, lekin jo log paida hue, leader, woh sab</w:t>
      </w:r>
    </w:p>
    <w:p>
      <w:pPr>
        <w:jc w:val="right"/>
      </w:pPr>
      <w:r>
        <w:t>تو صلاح الدین نام کا آدمی تو نہیں پیدا ہوا، لیکن جو لوگ پیدا ہوئے، لیڈر، وہ سب</w:t>
      </w:r>
    </w:p>
    <w:p>
      <w:r>
        <w:rPr>
          <w:b/>
        </w:rPr>
        <w:t xml:space="preserve">[47:36] </w:t>
      </w:r>
      <w:r>
        <w:t>salahuddin hi walay thay.</w:t>
      </w:r>
    </w:p>
    <w:p>
      <w:pPr>
        <w:jc w:val="right"/>
      </w:pPr>
      <w:r>
        <w:t>صلاح الدین ہی والے تھے۔</w:t>
      </w:r>
    </w:p>
    <w:p>
      <w:r>
        <w:rPr>
          <w:b/>
        </w:rPr>
        <w:t xml:space="preserve">[47:39] </w:t>
      </w:r>
      <w:r>
        <w:t>aisay arafat wahi quality thi salahuddin mein jo quality thi.</w:t>
      </w:r>
    </w:p>
    <w:p>
      <w:pPr>
        <w:jc w:val="right"/>
      </w:pPr>
      <w:r>
        <w:t>ایسے عرفات وہی کوالٹی تھی صلاح الدین میں جو کوالٹی تھی۔</w:t>
      </w:r>
    </w:p>
    <w:p>
      <w:r>
        <w:rPr>
          <w:b/>
        </w:rPr>
        <w:t xml:space="preserve">[47:43] </w:t>
      </w:r>
      <w:r>
        <w:t>jitnay bhi wahan par larai bhirayi mein gaye, wahi quality thi un ke andar.</w:t>
      </w:r>
    </w:p>
    <w:p>
      <w:pPr>
        <w:jc w:val="right"/>
      </w:pPr>
      <w:r>
        <w:t>جتنے بھی وہاں پر لڑائی بھڑائی میں گئے، وہی کوالٹی تھی ان کے اندر۔</w:t>
      </w:r>
    </w:p>
    <w:p>
      <w:r>
        <w:rPr>
          <w:b/>
        </w:rPr>
        <w:t xml:space="preserve">[47:49] </w:t>
      </w:r>
      <w:r>
        <w:t>to baat yeh nahi ke salahuddin nahi paida hua dobara.</w:t>
      </w:r>
    </w:p>
    <w:p>
      <w:pPr>
        <w:jc w:val="right"/>
      </w:pPr>
      <w:r>
        <w:t>تو بات یہ نہیں کہ صلاح الدین نہیں پیدا ہوا دوبارہ۔</w:t>
      </w:r>
    </w:p>
    <w:p>
      <w:r>
        <w:rPr>
          <w:b/>
        </w:rPr>
        <w:t xml:space="preserve">[47:54] </w:t>
      </w:r>
      <w:r>
        <w:t>baat hai ke salahuddin to paida hua, lekin is ka relevance nahi tha, is liye woh kamyab</w:t>
      </w:r>
    </w:p>
    <w:p>
      <w:pPr>
        <w:jc w:val="right"/>
      </w:pPr>
      <w:r>
        <w:t>بات ہے کہ صلاح الدین تو پیدا ہوا، لیکن اس کا ریلیونس نہیں تھا، اس لیے وہ کامیاب</w:t>
      </w:r>
    </w:p>
    <w:p>
      <w:r>
        <w:rPr>
          <w:b/>
        </w:rPr>
        <w:t xml:space="preserve">[48:02] </w:t>
      </w:r>
      <w:r>
        <w:t>nahi ho gaya.</w:t>
      </w:r>
    </w:p>
    <w:p>
      <w:pPr>
        <w:jc w:val="right"/>
      </w:pPr>
      <w:r>
        <w:t>نہیں ہو گیا۔</w:t>
      </w:r>
    </w:p>
    <w:p>
      <w:r>
        <w:rPr>
          <w:b/>
        </w:rPr>
        <w:t xml:space="preserve">[48:03] </w:t>
      </w:r>
      <w:r>
        <w:t>yeh bhi ek bohat bari philosophy hai.</w:t>
      </w:r>
    </w:p>
    <w:p>
      <w:pPr>
        <w:jc w:val="right"/>
      </w:pPr>
      <w:r>
        <w:t>یہ بھی ایک بہت بڑی فلسفی ہے۔</w:t>
      </w:r>
    </w:p>
    <w:p>
      <w:r>
        <w:rPr>
          <w:b/>
        </w:rPr>
        <w:t xml:space="preserve">[48:06] </w:t>
      </w:r>
      <w:r>
        <w:t>log samajhte hain ke salahuddin nahi paida hua, is liye falasteen ke mahatmein kamyabi nahi hui.</w:t>
      </w:r>
    </w:p>
    <w:p>
      <w:pPr>
        <w:jc w:val="right"/>
      </w:pPr>
      <w:r>
        <w:t>لوگ سمجھتے ہیں کہ صلاح الدین نہیں پیدا ہوا، اس لیے فلسطین کے مہاتم میں کامیابی نہیں ہوئی۔</w:t>
      </w:r>
    </w:p>
    <w:p>
      <w:r>
        <w:rPr>
          <w:b/>
        </w:rPr>
        <w:t xml:space="preserve">[48:14] </w:t>
      </w:r>
      <w:r>
        <w:t>nahi, yeh sab salahuddin hi to hain jo lar rahe hain.</w:t>
      </w:r>
    </w:p>
    <w:p>
      <w:pPr>
        <w:jc w:val="right"/>
      </w:pPr>
      <w:r>
        <w:t>نہیں، یہ سب صلاح الدین ہی تو ہیں جو لڑ رہے ہیں۔</w:t>
      </w:r>
    </w:p>
    <w:p>
      <w:r>
        <w:rPr>
          <w:b/>
        </w:rPr>
        <w:t xml:space="preserve">[48:19] </w:t>
      </w:r>
      <w:r>
        <w:t>yeh bahaduri, wohi bahaduri, wohi hamas, wohi sab hai in logon ke andar.</w:t>
      </w:r>
    </w:p>
    <w:p>
      <w:pPr>
        <w:jc w:val="right"/>
      </w:pPr>
      <w:r>
        <w:t>یہ بہادری، وہی بہادری، وہی حماس، وہی سب ہے ان لوگوں کے اندر۔</w:t>
      </w:r>
    </w:p>
    <w:p>
      <w:r>
        <w:rPr>
          <w:b/>
        </w:rPr>
        <w:t xml:space="preserve">[48:25] </w:t>
      </w:r>
      <w:r>
        <w:t>jo hamas, jo bahaduri thi salahuddin mein, wohi hai in logon mein jo aaj kal lar rahe</w:t>
      </w:r>
    </w:p>
    <w:p>
      <w:pPr>
        <w:jc w:val="right"/>
      </w:pPr>
      <w:r>
        <w:t>جو حماس، جو بہادری تھی صلاح الدین میں، وہی ہے ان لوگوں میں جو آج کل لڑ رہے</w:t>
      </w:r>
    </w:p>
    <w:p>
      <w:r>
        <w:rPr>
          <w:b/>
        </w:rPr>
        <w:t xml:space="preserve">[48:32] </w:t>
      </w:r>
      <w:r>
        <w:t>hain falasteen ke muhaaz par.</w:t>
      </w:r>
    </w:p>
    <w:p>
      <w:pPr>
        <w:jc w:val="right"/>
      </w:pPr>
      <w:r>
        <w:t>ہیں فلسطین کے محاذ پر۔</w:t>
      </w:r>
    </w:p>
    <w:p>
      <w:r>
        <w:rPr>
          <w:b/>
        </w:rPr>
        <w:t xml:space="preserve">[48:35] </w:t>
      </w:r>
      <w:r>
        <w:t>lekin lekin nakaam hain, kyunke masla yeh nahi ke ek salahuddin dobara paida ho jaye.</w:t>
      </w:r>
    </w:p>
    <w:p>
      <w:pPr>
        <w:jc w:val="right"/>
      </w:pPr>
      <w:r>
        <w:t>لیکن لیکن ناکام ہیں، کیونکہ مسئلہ یہ نہیں کہ ایک صلاح الدین دوبارہ پیدا ہو جائے۔</w:t>
      </w:r>
    </w:p>
    <w:p>
      <w:r>
        <w:rPr>
          <w:b/>
        </w:rPr>
        <w:t xml:space="preserve">[48:41] </w:t>
      </w:r>
      <w:r>
        <w:t>nahi, masla yeh hai ke aaj jis tareeqe ka relevance hai, aaj jo tareeqa effective hai, us ke</w:t>
      </w:r>
    </w:p>
    <w:p>
      <w:pPr>
        <w:jc w:val="right"/>
      </w:pPr>
      <w:r>
        <w:t>نہیں، مسئلہ یہ ہے کہ آج جس طریقے کا ریلیونس ہے، آج جو طریقہ ایفیکٹیو ہے، اس کے</w:t>
      </w:r>
    </w:p>
    <w:p>
      <w:r>
        <w:rPr>
          <w:b/>
        </w:rPr>
        <w:t xml:space="preserve">[48:49] </w:t>
      </w:r>
      <w:r>
        <w:t>mutabiq kaam karna.</w:t>
      </w:r>
    </w:p>
    <w:p>
      <w:pPr>
        <w:jc w:val="right"/>
      </w:pPr>
      <w:r>
        <w:t>مطابق کام کرنا۔</w:t>
      </w:r>
    </w:p>
    <w:p>
      <w:r>
        <w:rPr>
          <w:b/>
        </w:rPr>
        <w:t xml:space="preserve">[48:51] </w:t>
      </w:r>
      <w:r>
        <w:t>ek so aur ek hazar bhi salahuddin paida ho jayein to kuch nahi hone wala is se,</w:t>
      </w:r>
    </w:p>
    <w:p>
      <w:pPr>
        <w:jc w:val="right"/>
      </w:pPr>
      <w:r>
        <w:t>ایک سو اور ایک ہزار بھی صلاح الدین پیدا ہو جائیں تو کچھ نہیں ہونے والا اس سے،</w:t>
      </w:r>
    </w:p>
    <w:p>
      <w:r>
        <w:rPr>
          <w:b/>
        </w:rPr>
        <w:t xml:space="preserve">[48:58] </w:t>
      </w:r>
      <w:r>
        <w:t>kyunke is ka relevance khatam ho gaya.</w:t>
      </w:r>
    </w:p>
    <w:p>
      <w:pPr>
        <w:jc w:val="right"/>
      </w:pPr>
      <w:r>
        <w:t>کیونکہ اس کا ریلیونس ختم ہو گیا۔</w:t>
      </w:r>
    </w:p>
    <w:p>
      <w:r>
        <w:rPr>
          <w:b/>
        </w:rPr>
        <w:t xml:space="preserve">[49:01] </w:t>
      </w:r>
      <w:r>
        <w:t>is ka relevance khatam ho gaya, is ka relevance.</w:t>
      </w:r>
    </w:p>
    <w:p>
      <w:pPr>
        <w:jc w:val="right"/>
      </w:pPr>
      <w:r>
        <w:t>اس کا ریلیونس ختم ہو گیا، اس کا ریلیونس۔</w:t>
      </w:r>
    </w:p>
    <w:p>
      <w:r>
        <w:rPr>
          <w:b/>
        </w:rPr>
        <w:t xml:space="preserve">[49:05] </w:t>
      </w:r>
      <w:r>
        <w:t>اب جو چیز effective ہے، وہ peacefully struggle effective ہے۔</w:t>
      </w:r>
    </w:p>
    <w:p>
      <w:pPr>
        <w:jc w:val="right"/>
      </w:pPr>
      <w:r>
        <w:t>اب جو چیز ایفیکٹیو ہے، وہ پیس فلی سٹرگل ایفیکٹیو ہے۔</w:t>
      </w:r>
    </w:p>
    <w:p>
      <w:r>
        <w:rPr>
          <w:b/>
        </w:rPr>
        <w:t xml:space="preserve">[49:10] </w:t>
      </w:r>
      <w:r>
        <w:t>mabni par aman amal jo hai, wohi effective hai.</w:t>
      </w:r>
    </w:p>
    <w:p>
      <w:pPr>
        <w:jc w:val="right"/>
      </w:pPr>
      <w:r>
        <w:t>مبنی پر امن عمل جو ہے، وہی ایفیکٹیو ہے۔</w:t>
      </w:r>
    </w:p>
    <w:p>
      <w:r>
        <w:rPr>
          <w:b/>
        </w:rPr>
        <w:t xml:space="preserve">[49:14] </w:t>
      </w:r>
      <w:r>
        <w:t>aur mujhe khushi hai ke kashmir mein is ko revive kiya hua logon ne.</w:t>
      </w:r>
    </w:p>
    <w:p>
      <w:pPr>
        <w:jc w:val="right"/>
      </w:pPr>
      <w:r>
        <w:t>اور مجھے خوشی ہے کہ کشمیر میں اس کو ریوائیو کیا ہوا لوگوں نے۔</w:t>
      </w:r>
    </w:p>
    <w:p>
      <w:r>
        <w:rPr>
          <w:b/>
        </w:rPr>
        <w:t xml:space="preserve">[49:20] </w:t>
      </w:r>
      <w:r>
        <w:t>shah hamdan, yaani revival of shah hamdan mission, wahan par kuch naujawanon ne ek tanzeem banai hai "revival</w:t>
      </w:r>
    </w:p>
    <w:p>
      <w:pPr>
        <w:jc w:val="right"/>
      </w:pPr>
      <w:r>
        <w:t>شاہ حمدان، یعنی ریوائیول آف شاہ حمدان مشن، وہاں پر کچھ نوجوانوں نے ایک تنظیم بنائی ہے "ریوائیول</w:t>
      </w:r>
    </w:p>
    <w:p>
      <w:r>
        <w:rPr>
          <w:b/>
        </w:rPr>
        <w:t xml:space="preserve">[49:27] </w:t>
      </w:r>
      <w:r>
        <w:t>of shah hamdan mission".</w:t>
      </w:r>
    </w:p>
    <w:p>
      <w:pPr>
        <w:jc w:val="right"/>
      </w:pPr>
      <w:r>
        <w:t>آف شاہ حمدان مشن"۔</w:t>
      </w:r>
    </w:p>
    <w:p>
      <w:r>
        <w:rPr>
          <w:b/>
        </w:rPr>
        <w:t xml:space="preserve">[49:29] </w:t>
      </w:r>
      <w:r>
        <w:t>kya sahib, yahi naam hai? ji, "revival of shah hamdan mission".</w:t>
      </w:r>
    </w:p>
    <w:p>
      <w:pPr>
        <w:jc w:val="right"/>
      </w:pPr>
      <w:r>
        <w:t>کیا صاحب، یہی نام ہے؟ جی، "ریوائیول آف شاہ حمدان مشن"۔</w:t>
      </w:r>
    </w:p>
    <w:p>
      <w:r>
        <w:rPr>
          <w:b/>
        </w:rPr>
        <w:t xml:space="preserve">[49:34] </w:t>
      </w:r>
      <w:r>
        <w:t>aur kaam kar rahe hain aap.</w:t>
      </w:r>
    </w:p>
    <w:p>
      <w:pPr>
        <w:jc w:val="right"/>
      </w:pPr>
      <w:r>
        <w:t>اور کام کر رہے ہیں آپ۔</w:t>
      </w:r>
    </w:p>
    <w:p>
      <w:r>
        <w:rPr>
          <w:b/>
        </w:rPr>
        <w:t xml:space="preserve">[49:36] </w:t>
      </w:r>
      <w:r>
        <w:t>bohat zabardast un ko moqa milta hai wahan, kyunke is ka relevance hai aaj.</w:t>
      </w:r>
    </w:p>
    <w:p>
      <w:pPr>
        <w:jc w:val="right"/>
      </w:pPr>
      <w:r>
        <w:t>بہت زبردست ان کو موقع ملتا ہے وہاں، کیونکہ اس کا ریلیونس ہے آج۔</w:t>
      </w:r>
    </w:p>
    <w:p>
      <w:r>
        <w:rPr>
          <w:b/>
        </w:rPr>
        <w:t xml:space="preserve">[49:42] </w:t>
      </w:r>
      <w:r>
        <w:t>agar woh salahuddin "revival of salahuddin mission" karein wahan to koi nahi poochega, koi saath</w:t>
      </w:r>
    </w:p>
    <w:p>
      <w:pPr>
        <w:jc w:val="right"/>
      </w:pPr>
      <w:r>
        <w:t>اگر وہ صلاح الدین "ریوائیول آف صلاح الدین مشن" کریں وہاں تو کوئی نہیں پوچھے گا، کوئی ساتھ</w:t>
      </w:r>
    </w:p>
    <w:p>
      <w:r>
        <w:rPr>
          <w:b/>
        </w:rPr>
        <w:t xml:space="preserve">[49:50] </w:t>
      </w:r>
      <w:r>
        <w:t>nahi dega un ka.</w:t>
      </w:r>
    </w:p>
    <w:p>
      <w:pPr>
        <w:jc w:val="right"/>
      </w:pPr>
      <w:r>
        <w:t>نہیں دے گا ان کا۔</w:t>
      </w:r>
    </w:p>
    <w:p>
      <w:r>
        <w:rPr>
          <w:b/>
        </w:rPr>
        <w:t xml:space="preserve">[49:52] </w:t>
      </w:r>
      <w:r>
        <w:t>agar woh kashmir mein ek chalayein tehreek "revival of salahuddin ayyubiz mission" to koi saath nahi de</w:t>
      </w:r>
    </w:p>
    <w:p>
      <w:pPr>
        <w:jc w:val="right"/>
      </w:pPr>
      <w:r>
        <w:t>اگر وہ کشمیر میں ایک چلائیں تحریک "ریوائیول آف صلاح الدین ایوبیز مشن" تو کوئی ساتھ نہیں دے</w:t>
      </w:r>
    </w:p>
    <w:p>
      <w:r>
        <w:rPr>
          <w:b/>
        </w:rPr>
        <w:t xml:space="preserve">[50:00] </w:t>
      </w:r>
      <w:r>
        <w:t>ga, kyunke salahuddin ayubi jo thay, un ka relevance khatm ho chuka aaj.</w:t>
      </w:r>
    </w:p>
    <w:p>
      <w:pPr>
        <w:jc w:val="right"/>
      </w:pPr>
      <w:r>
        <w:t>گا، کیونکہ صلاح الدین ایوبی جو تھے، ان کا ریلیونس ختم ہو چکا آج۔</w:t>
      </w:r>
    </w:p>
    <w:p>
      <w:r>
        <w:rPr>
          <w:b/>
        </w:rPr>
        <w:t xml:space="preserve">[50:06] </w:t>
      </w:r>
      <w:r>
        <w:t>aur shah hamdan jo thay, un ka relevance baqi hai.</w:t>
      </w:r>
    </w:p>
    <w:p>
      <w:pPr>
        <w:jc w:val="right"/>
      </w:pPr>
      <w:r>
        <w:t>اور شاہ حمدان جو تھے، ان کا ریلیونس باقی ہے۔</w:t>
      </w:r>
    </w:p>
    <w:p>
      <w:r>
        <w:rPr>
          <w:b/>
        </w:rPr>
        <w:t xml:space="preserve">[50:10] </w:t>
      </w:r>
      <w:r>
        <w:t>to aaj yeh kashmir naujawanon ko bohat zabardast yani kamyabi ho rahi hai is mission mein.</w:t>
      </w:r>
    </w:p>
    <w:p>
      <w:pPr>
        <w:jc w:val="right"/>
      </w:pPr>
      <w:r>
        <w:t>تو آج یہ کشمیر نوجوانوں کو بہت زبردست یعنی کامیابی ہو رہی ہے اس مشن میں۔</w:t>
      </w:r>
    </w:p>
    <w:p>
      <w:r>
        <w:rPr>
          <w:b/>
        </w:rPr>
        <w:t xml:space="preserve">[50:17] </w:t>
      </w:r>
      <w:r>
        <w:t>log bohat zyada pasand kar rahe hain is ko.</w:t>
      </w:r>
    </w:p>
    <w:p>
      <w:pPr>
        <w:jc w:val="right"/>
      </w:pPr>
      <w:r>
        <w:t>لوگ بہت زیادہ پسند کر رہے ہیں اس کو۔</w:t>
      </w:r>
    </w:p>
    <w:p>
      <w:r>
        <w:rPr>
          <w:b/>
        </w:rPr>
        <w:t xml:space="preserve">[50:21] </w:t>
      </w:r>
      <w:r>
        <w:t>khud army jo wahan hai, army indian army, woh bohat hi khush hai is mission se.</w:t>
      </w:r>
    </w:p>
    <w:p>
      <w:pPr>
        <w:jc w:val="right"/>
      </w:pPr>
      <w:r>
        <w:t>خود آرمی جو وہاں ہے، آرمی انڈین آرمی، وہ بہت ہی خوش ہے اس مشن سے۔</w:t>
      </w:r>
    </w:p>
    <w:p>
      <w:r>
        <w:rPr>
          <w:b/>
        </w:rPr>
        <w:t xml:space="preserve">[50:28] </w:t>
      </w:r>
      <w:r>
        <w:t>woh khud apne naujawanon ko jama kar ke un kashmir naujawanon ko bulate hain ke aaiye in ko</w:t>
      </w:r>
    </w:p>
    <w:p>
      <w:pPr>
        <w:jc w:val="right"/>
      </w:pPr>
      <w:r>
        <w:t>وہ خود اپنے نوجوانوں کو جمع کر کے ان کشمیر نوجوانوں کو بلاتے ہیں کہ آئیے ان کو</w:t>
      </w:r>
    </w:p>
    <w:p>
      <w:r>
        <w:rPr>
          <w:b/>
        </w:rPr>
        <w:t xml:space="preserve">[50:36] </w:t>
      </w:r>
      <w:r>
        <w:t>batayen shah hamdan mission ke bare mein.</w:t>
      </w:r>
    </w:p>
    <w:p>
      <w:pPr>
        <w:jc w:val="right"/>
      </w:pPr>
      <w:r>
        <w:t>بتائیے شاہ حمدان مشن کے بارے میں۔</w:t>
      </w:r>
    </w:p>
    <w:p>
      <w:r>
        <w:rPr>
          <w:b/>
        </w:rPr>
        <w:t xml:space="preserve">[50:39] </w:t>
      </w:r>
      <w:r>
        <w:t>to yeh bohat bari dein hai sufi logon ki baad ke zamane ke liye ke unhon ne ek</w:t>
      </w:r>
    </w:p>
    <w:p>
      <w:pPr>
        <w:jc w:val="right"/>
      </w:pPr>
      <w:r>
        <w:t>تو یہ بہت بڑی دین ہے صوفی لوگوں کی بعد کے زمانے کے لیے کہ انہوں نے ایک</w:t>
      </w:r>
    </w:p>
    <w:p>
      <w:r>
        <w:rPr>
          <w:b/>
        </w:rPr>
        <w:t xml:space="preserve">[50:46] </w:t>
      </w:r>
      <w:r>
        <w:t>aisa tareeqa bataya jis ka relevance aaj bhi baqi hai.</w:t>
      </w:r>
    </w:p>
    <w:p>
      <w:pPr>
        <w:jc w:val="right"/>
      </w:pPr>
      <w:r>
        <w:t>ایسا طریقہ بتایا جس کا ریلیونس آج بھی باقی ہے۔</w:t>
      </w:r>
    </w:p>
    <w:p>
      <w:r>
        <w:rPr>
          <w:b/>
        </w:rPr>
        <w:t xml:space="preserve">[50:51] </w:t>
      </w:r>
      <w:r>
        <w:t>yani sulah wale jo pehlu hai quran ka, islam ka, is ko zinda kiya unhon ne.</w:t>
      </w:r>
    </w:p>
    <w:p>
      <w:pPr>
        <w:jc w:val="right"/>
      </w:pPr>
      <w:r>
        <w:t>یعنی صلح والے جو پہلو ہے قرآن کا، اسلام کا، اس کو زندہ کیا انہوں نے۔</w:t>
      </w:r>
    </w:p>
    <w:p>
      <w:r>
        <w:rPr>
          <w:b/>
        </w:rPr>
        <w:t xml:space="preserve">[50:57] </w:t>
      </w:r>
      <w:r>
        <w:t>sulah wala pehlu, aman wala pehlu, insaniyat wala pehlu, tolerance wala pehlu, yeh jo islam ka pehlu hai,</w:t>
      </w:r>
    </w:p>
    <w:p>
      <w:pPr>
        <w:jc w:val="right"/>
      </w:pPr>
      <w:r>
        <w:t>صلح والا پہلو، امن والا پہلو، انسانیت والا پہلو، ٹالرنس والا پہلو، یہ جو اسلام کا پہلو ہے،</w:t>
      </w:r>
    </w:p>
    <w:p>
      <w:r>
        <w:rPr>
          <w:b/>
        </w:rPr>
        <w:t xml:space="preserve">[51:05] </w:t>
      </w:r>
      <w:r>
        <w:t>is ko zinda kiya unhon ne.</w:t>
      </w:r>
    </w:p>
    <w:p>
      <w:pPr>
        <w:jc w:val="right"/>
      </w:pPr>
      <w:r>
        <w:t>اس کو زندہ کیا انہوں نے۔</w:t>
      </w:r>
    </w:p>
    <w:p>
      <w:r>
        <w:rPr>
          <w:b/>
        </w:rPr>
        <w:t xml:space="preserve">[51:08] </w:t>
      </w:r>
      <w:r>
        <w:t>aur isi ka relevance hai is zamane mein.</w:t>
      </w:r>
    </w:p>
    <w:p>
      <w:pPr>
        <w:jc w:val="right"/>
      </w:pPr>
      <w:r>
        <w:t>اور اسی کا ریلیونس ہے اس زمانے میں۔</w:t>
      </w:r>
    </w:p>
    <w:p>
      <w:r>
        <w:rPr>
          <w:b/>
        </w:rPr>
        <w:t xml:space="preserve">[51:11] </w:t>
      </w:r>
      <w:r>
        <w:t>isi ke zariye koi kaam ho sakta hai.</w:t>
      </w:r>
    </w:p>
    <w:p>
      <w:pPr>
        <w:jc w:val="right"/>
      </w:pPr>
      <w:r>
        <w:t>اسی کے ذریعے کوئی کام ہو سکتا ہے۔</w:t>
      </w:r>
    </w:p>
    <w:p>
      <w:r>
        <w:rPr>
          <w:b/>
        </w:rPr>
        <w:t xml:space="preserve">[51:15] </w:t>
      </w:r>
      <w:r>
        <w:t>ab tashaddud ka daur khatm ho chuka, woh woh zamana hi khatm ho chuka, relevance khatm ho chuka.</w:t>
      </w:r>
    </w:p>
    <w:p>
      <w:pPr>
        <w:jc w:val="right"/>
      </w:pPr>
      <w:r>
        <w:t>اب تشدد کا دور ختم ہو چکا، وہ وہ زمانہ ہی ختم ہو چکا، ریلیونس ختم ہو چکا۔</w:t>
      </w:r>
    </w:p>
    <w:p>
      <w:r>
        <w:rPr>
          <w:b/>
        </w:rPr>
        <w:t xml:space="preserve">[51:22] </w:t>
      </w:r>
      <w:r>
        <w:t>in baaton ko samjhiye aur sahi nahj par apne kaam ki planning kijiye.</w:t>
      </w:r>
    </w:p>
    <w:p>
      <w:pPr>
        <w:jc w:val="right"/>
      </w:pPr>
      <w:r>
        <w:t>ان باتوں کو سمجھیے اور صحیح نہج پر اپنے کام کی پلاننگ کیجیے۔</w:t>
      </w:r>
    </w:p>
    <w:p>
      <w:r>
        <w:rPr>
          <w:b/>
        </w:rPr>
        <w:t xml:space="preserve">[51:28] </w:t>
      </w:r>
      <w:r>
        <w:t>mujhe khushi hai ke hamare saathi har jagah khud hi khud kaam kar rahe hain aur yahi matloob</w:t>
      </w:r>
    </w:p>
    <w:p>
      <w:pPr>
        <w:jc w:val="right"/>
      </w:pPr>
      <w:r>
        <w:t>مجھے خوشی ہے کہ ہمارے ساتھی ہر جگہ خود ہی خود کام کر رہے ہیں اور یہی مطلوب</w:t>
      </w:r>
    </w:p>
    <w:p>
      <w:r>
        <w:rPr>
          <w:b/>
        </w:rPr>
        <w:t xml:space="preserve">[51:36] </w:t>
      </w:r>
      <w:r>
        <w:t>hai ke halaat mein khud program saaz ban jaye.</w:t>
      </w:r>
    </w:p>
    <w:p>
      <w:pPr>
        <w:jc w:val="right"/>
      </w:pPr>
      <w:r>
        <w:t>ہے کہ حالات میں خود پروگرام ساز بن جائے۔</w:t>
      </w:r>
    </w:p>
    <w:p>
      <w:r>
        <w:rPr>
          <w:b/>
        </w:rPr>
        <w:t xml:space="preserve">[51:39] </w:t>
      </w:r>
      <w:r>
        <w:t>aqool qouli haza wastaghfirullah li walakum ajmaeen.</w:t>
      </w:r>
    </w:p>
    <w:p>
      <w:pPr>
        <w:jc w:val="right"/>
      </w:pPr>
      <w:r>
        <w:t>اقول قولی ھذا واستغفراللہ لی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