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Momin in the light of Quran I July 16, 2007</w:t>
      </w:r>
    </w:p>
    <w:p>
      <w:r>
        <w:t>https://www.youtube.com/watch?v=LKBar5G_Ry8</w:t>
      </w:r>
    </w:p>
    <w:p>
      <w:r>
        <w:rPr>
          <w:b/>
        </w:rPr>
        <w:t xml:space="preserve">[00:06] </w:t>
      </w:r>
      <w:r>
        <w:t>bismillah rahman rahim, wasalli allah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 ishrah li sadri, wayassir li amri, wahluqdatan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[00:15] </w:t>
      </w:r>
      <w:r>
        <w:t>yeh dars quran hai.</w:t>
      </w:r>
    </w:p>
    <w:p>
      <w:pPr>
        <w:jc w:val="right"/>
      </w:pPr>
      <w:r>
        <w:t>یہ درس قرآن ہے۔</w:t>
      </w:r>
    </w:p>
    <w:p>
      <w:r>
        <w:rPr>
          <w:b/>
        </w:rPr>
        <w:t xml:space="preserve">[00:17] </w:t>
      </w:r>
      <w:r>
        <w:t>aaj ki talk mein main khaas taur par yeh batane ki koshish karunga ke quran mein momin</w:t>
      </w:r>
    </w:p>
    <w:p>
      <w:pPr>
        <w:jc w:val="right"/>
      </w:pPr>
      <w:r>
        <w:t>آج کی ٹاک میں میں خاص طور پر یہ بتانے کی کوشش کروں گا کہ قرآن میں مومن</w:t>
      </w:r>
    </w:p>
    <w:p>
      <w:r>
        <w:rPr>
          <w:b/>
        </w:rPr>
        <w:t xml:space="preserve">[00:24] </w:t>
      </w:r>
      <w:r>
        <w:t>ki tasweer kya hai.</w:t>
      </w:r>
    </w:p>
    <w:p>
      <w:pPr>
        <w:jc w:val="right"/>
      </w:pPr>
      <w:r>
        <w:t>کی تصویر کیا ہے۔</w:t>
      </w:r>
    </w:p>
    <w:p>
      <w:r>
        <w:rPr>
          <w:b/>
        </w:rPr>
        <w:t xml:space="preserve">[00:26] </w:t>
      </w:r>
      <w:r>
        <w:t>quran ke mutabiq momin kaun hai? dekhiye, criterion jo hai woh quran hai.</w:t>
      </w:r>
    </w:p>
    <w:p>
      <w:pPr>
        <w:jc w:val="right"/>
      </w:pPr>
      <w:r>
        <w:t>قرآن کے مطابق مومن کون ہے؟ دیکھیے، کرائیٹیرین جو ہے وہ قرآن ہے۔</w:t>
      </w:r>
    </w:p>
    <w:p>
      <w:r>
        <w:rPr>
          <w:b/>
        </w:rPr>
        <w:t xml:space="preserve">[00:32] </w:t>
      </w:r>
      <w:r>
        <w:t>hum khud se koi meyar bana lein aur is par jaanch kar yeh samjhein ke hum momin ban</w:t>
      </w:r>
    </w:p>
    <w:p>
      <w:pPr>
        <w:jc w:val="right"/>
      </w:pPr>
      <w:r>
        <w:t>ہم خود سے کوئی معیار بنا لیں اور اس پر جانچ کر یہ سمجھیں کہ ہم مومن بن</w:t>
      </w:r>
    </w:p>
    <w:p>
      <w:r>
        <w:rPr>
          <w:b/>
        </w:rPr>
        <w:t xml:space="preserve">[00:39] </w:t>
      </w:r>
      <w:r>
        <w:t>gaye to yeh wishful thinking hogi.</w:t>
      </w:r>
    </w:p>
    <w:p>
      <w:pPr>
        <w:jc w:val="right"/>
      </w:pPr>
      <w:r>
        <w:t>گئے تو یہ wishful thinking ہوگی۔</w:t>
      </w:r>
    </w:p>
    <w:p>
      <w:r>
        <w:rPr>
          <w:b/>
        </w:rPr>
        <w:t xml:space="preserve">[00:42] </w:t>
      </w:r>
      <w:r>
        <w:t>kyunke Khuda ke haan jo meyar hai us par poora utarne wala hi Khuda ke haan momin qarar</w:t>
      </w:r>
    </w:p>
    <w:p>
      <w:pPr>
        <w:jc w:val="right"/>
      </w:pPr>
      <w:r>
        <w:t>کیونکہ خدا کے ہاں جو معیار ہے اس پر پورا اترنے والا ہی خدا کے ہاں مومن قرار</w:t>
      </w:r>
    </w:p>
    <w:p>
      <w:r>
        <w:rPr>
          <w:b/>
        </w:rPr>
        <w:t xml:space="preserve">[00:50] </w:t>
      </w:r>
      <w:r>
        <w:t>payega.</w:t>
      </w:r>
    </w:p>
    <w:p>
      <w:pPr>
        <w:jc w:val="right"/>
      </w:pPr>
      <w:r>
        <w:t>پائے گا۔</w:t>
      </w:r>
    </w:p>
    <w:p>
      <w:r>
        <w:rPr>
          <w:b/>
        </w:rPr>
        <w:t xml:space="preserve">[00:51] </w:t>
      </w:r>
      <w:r>
        <w:t>jaise aap ke paas farz kiijiye ke bohat se note hain, aap khush hain ke mere paas itna</w:t>
      </w:r>
    </w:p>
    <w:p>
      <w:pPr>
        <w:jc w:val="right"/>
      </w:pPr>
      <w:r>
        <w:t>جیسے آپ کے پاس فرض کیجیے کہ بہت سے نوٹ ہیں، آپ خوش ہیں کہ میرے پاس اتنا</w:t>
      </w:r>
    </w:p>
    <w:p>
      <w:r>
        <w:rPr>
          <w:b/>
        </w:rPr>
        <w:t xml:space="preserve">[00:59] </w:t>
      </w:r>
      <w:r>
        <w:t>paisah hai, aur bank mein jaate hain ke wahan jama karunga aur mera aik bank balance baney</w:t>
      </w:r>
    </w:p>
    <w:p>
      <w:pPr>
        <w:jc w:val="right"/>
      </w:pPr>
      <w:r>
        <w:t>پیسہ ہے، اور بینک میں جاتے ہیں کہ وہاں جمع کروں گا اور میرا ایک بینک بیلنس بنے</w:t>
      </w:r>
    </w:p>
    <w:p>
      <w:r>
        <w:rPr>
          <w:b/>
        </w:rPr>
        <w:t xml:space="preserve">[01:07]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[01:08] </w:t>
      </w:r>
      <w:r>
        <w:t>lekin bank mein, bank ki window par jab pesh karte hain aap apne note ko to woh kehta</w:t>
      </w:r>
    </w:p>
    <w:p>
      <w:pPr>
        <w:jc w:val="right"/>
      </w:pPr>
      <w:r>
        <w:t>لیکن بینک میں، بینک کی ونڈو پر جب پیش کرتے ہیں آپ اپنے نوٹ کو تو وہ کہتا</w:t>
      </w:r>
    </w:p>
    <w:p>
      <w:r>
        <w:rPr>
          <w:b/>
        </w:rPr>
        <w:t xml:space="preserve">[01:16] </w:t>
      </w:r>
      <w:r>
        <w:t>hai ke yeh to fake hai, yeh to jaali hai, in ki to koi value nahin.</w:t>
      </w:r>
    </w:p>
    <w:p>
      <w:pPr>
        <w:jc w:val="right"/>
      </w:pPr>
      <w:r>
        <w:t>ہے کہ یہ تو fake ہے، یہ تو جعلی ہے، ان کی تو کوئی value نہیں۔</w:t>
      </w:r>
    </w:p>
    <w:p>
      <w:r>
        <w:rPr>
          <w:b/>
        </w:rPr>
        <w:t xml:space="preserve">[01:23] </w:t>
      </w:r>
      <w:r>
        <w:t>to achaanak aap ka saara bhram khatam ho jayega, aap ki wishful thinking khatam ho jayegi.</w:t>
      </w:r>
    </w:p>
    <w:p>
      <w:pPr>
        <w:jc w:val="right"/>
      </w:pPr>
      <w:r>
        <w:t>تو اچانک آپ کا سارا بھرم ختم ہو جائے گا، آپ کی wishful thinking ختم ہو جائے گی۔</w:t>
      </w:r>
    </w:p>
    <w:p>
      <w:r>
        <w:rPr>
          <w:b/>
        </w:rPr>
        <w:t xml:space="preserve">[01:30] </w:t>
      </w:r>
      <w:r>
        <w:t>to note woh note hai jis ko bank certify kare ke haan yeh sacha note hai.</w:t>
      </w:r>
    </w:p>
    <w:p>
      <w:pPr>
        <w:jc w:val="right"/>
      </w:pPr>
      <w:r>
        <w:t>تو نوٹ وہ نوٹ ہے جس کو بینک certify کرے کہ ہاں یہ سچا نوٹ ہے۔</w:t>
      </w:r>
    </w:p>
    <w:p>
      <w:r>
        <w:rPr>
          <w:b/>
        </w:rPr>
        <w:t xml:space="preserve">[01:37] </w:t>
      </w:r>
      <w:r>
        <w:t>isi tarah iman woh iman hai jis ko Khuda keh de ke yeh iman hai, warna woh fake</w:t>
      </w:r>
    </w:p>
    <w:p>
      <w:pPr>
        <w:jc w:val="right"/>
      </w:pPr>
      <w:r>
        <w:t>اسی طرح ایمان وہ ایمان ہے جس کو خدا کہہ دے کہ یہ ایمان ہے، ورنہ وہ fake</w:t>
      </w:r>
    </w:p>
    <w:p>
      <w:r>
        <w:rPr>
          <w:b/>
        </w:rPr>
        <w:t xml:space="preserve">[01:45] </w:t>
      </w:r>
      <w:r>
        <w:t>iman hoga, is ki koi value nahin thehregi.</w:t>
      </w:r>
    </w:p>
    <w:p>
      <w:pPr>
        <w:jc w:val="right"/>
      </w:pPr>
      <w:r>
        <w:t>ایمان ہوگا، اس کی کوئی value نہیں ٹھہرے گی۔</w:t>
      </w:r>
    </w:p>
    <w:p>
      <w:r>
        <w:rPr>
          <w:b/>
        </w:rPr>
        <w:t xml:space="preserve">[01:49] </w:t>
      </w:r>
      <w:r>
        <w:t>is liye har aadmi ko chahiye, har aadmi jo yeh chahta ho ke Khuda ke haan is ka</w:t>
      </w:r>
    </w:p>
    <w:p>
      <w:pPr>
        <w:jc w:val="right"/>
      </w:pPr>
      <w:r>
        <w:t>اس لیے ہر آدمی کو چاہیے، ہر آدمی جو یہ چاہتا ہو کہ خدا کے ہاں اس کا</w:t>
      </w:r>
    </w:p>
    <w:p>
      <w:r>
        <w:rPr>
          <w:b/>
        </w:rPr>
        <w:t xml:space="preserve">[01:56] </w:t>
      </w:r>
      <w:r>
        <w:t>anjaam momin wala anjaam ho to is ko apne aap ko Quran ke meyar par jaanchana chahiye.</w:t>
      </w:r>
    </w:p>
    <w:p>
      <w:pPr>
        <w:jc w:val="right"/>
      </w:pPr>
      <w:r>
        <w:t>انجام مومن والا انجام ہو تو اس کو اپنے آپ کو قرآن کے معیار پر جانچنا چاہیے۔</w:t>
      </w:r>
    </w:p>
    <w:p>
      <w:r>
        <w:rPr>
          <w:b/>
        </w:rPr>
        <w:t xml:space="preserve">[02:04] </w:t>
      </w:r>
      <w:r>
        <w:t>jaise ke Quran mein hai ke kuntu khair ummatin ukhrijat lil-nas tum khair ummat ho jo logon ke</w:t>
      </w:r>
    </w:p>
    <w:p>
      <w:pPr>
        <w:jc w:val="right"/>
      </w:pPr>
      <w:r>
        <w:t>جیسے کہ قرآن میں ہے کہ كُنْتُمْ خَيْرُ أُمَّةٍ أُخْرِجَتْ لِلنَّاسِ تم خیر امت ہو جو لوگوں کے</w:t>
      </w:r>
    </w:p>
    <w:p>
      <w:r>
        <w:rPr>
          <w:b/>
        </w:rPr>
        <w:t xml:space="preserve">[02:12] </w:t>
      </w:r>
      <w:r>
        <w:t>liye nikali gayi hai.</w:t>
      </w:r>
    </w:p>
    <w:p>
      <w:pPr>
        <w:jc w:val="right"/>
      </w:pPr>
      <w:r>
        <w:t>لیے نکالی گئی ہے۔</w:t>
      </w:r>
    </w:p>
    <w:p>
      <w:r>
        <w:rPr>
          <w:b/>
        </w:rPr>
        <w:t xml:space="preserve">[02:13] </w:t>
      </w:r>
      <w:r>
        <w:t>to Hazrat Umar ne kaha is ke baray mein ke man sarrahu an yakuna min hazihil-ummah falyuwaddid</w:t>
      </w:r>
    </w:p>
    <w:p>
      <w:pPr>
        <w:jc w:val="right"/>
      </w:pPr>
      <w:r>
        <w:t>تو حضرت عمر نے کہا اس کے بارے میں کہ مَنْ سَرَّهُ أَنْ يَكُونَ مِنْ هٰذِهِ الْأُمَّةِ فَلْيُوَدِّ</w:t>
      </w:r>
    </w:p>
    <w:p>
      <w:r>
        <w:rPr>
          <w:b/>
        </w:rPr>
        <w:t xml:space="preserve">[02:21] </w:t>
      </w:r>
      <w:r>
        <w:t>shartallahi fiha yani jo aadmi chahta hai ke Khuda is ko khair ummat mein dakhil kare aur</w:t>
      </w:r>
    </w:p>
    <w:p>
      <w:pPr>
        <w:jc w:val="right"/>
      </w:pPr>
      <w:r>
        <w:t>شَرْطَ اللَّهِ فِيهَا یعنی جو آدمی چاہتا ہے کہ خدا اس کو خیر امت میں داخل کرے اور</w:t>
      </w:r>
    </w:p>
    <w:p>
      <w:r>
        <w:rPr>
          <w:b/>
        </w:rPr>
        <w:t xml:space="preserve">[02:29] </w:t>
      </w:r>
      <w:r>
        <w:t>khair ummat wala anjaam is ke hissay mein aaye to is ko is ki shart poora karna chahiye.</w:t>
      </w:r>
    </w:p>
    <w:p>
      <w:pPr>
        <w:jc w:val="right"/>
      </w:pPr>
      <w:r>
        <w:t>خیر امت والا انجام اس کے حصے میں آئے تو اس کو اس کی شرط پورا کرنا چاہیے۔</w:t>
      </w:r>
    </w:p>
    <w:p>
      <w:r>
        <w:rPr>
          <w:b/>
        </w:rPr>
        <w:t xml:space="preserve">[02:36] </w:t>
      </w:r>
      <w:r>
        <w:t>man sarrahu an yakuna min hazihil-ummah falyuwaddid shartallahi fiha jo aadmi chahta hai ke woh khair</w:t>
      </w:r>
    </w:p>
    <w:p>
      <w:pPr>
        <w:jc w:val="right"/>
      </w:pPr>
      <w:r>
        <w:t>مَنْ سَرَّهُ أَنْ يَكُونَ مِنْ هٰذِهِ الْأُمَّةِ فَلْيُوَدِّ شَرْطَ اللَّهِ فِيهَا جو آدمی چاہتا ہے کہ وہ خیر</w:t>
      </w:r>
    </w:p>
    <w:p>
      <w:r>
        <w:rPr>
          <w:b/>
        </w:rPr>
        <w:t xml:space="preserve">[02:44] </w:t>
      </w:r>
      <w:r>
        <w:t>ummat mein se baney to is ko is ki muqarrar sharton ko poora karna chahiye, warna woh khair</w:t>
      </w:r>
    </w:p>
    <w:p>
      <w:pPr>
        <w:jc w:val="right"/>
      </w:pPr>
      <w:r>
        <w:t>امت میں سے بنے تو اس کو اس کی مقرر شرطوں کو پورا کرنا چاہیے، ورنہ وہ خیر</w:t>
      </w:r>
    </w:p>
    <w:p>
      <w:r>
        <w:rPr>
          <w:b/>
        </w:rPr>
        <w:t xml:space="preserve">[02:52] </w:t>
      </w:r>
      <w:r>
        <w:t>ummat mein shamil nahin hoga.</w:t>
      </w:r>
    </w:p>
    <w:p>
      <w:pPr>
        <w:jc w:val="right"/>
      </w:pPr>
      <w:r>
        <w:t>امت میں شامل نہیں ہوگا۔</w:t>
      </w:r>
    </w:p>
    <w:p>
      <w:r>
        <w:rPr>
          <w:b/>
        </w:rPr>
        <w:t xml:space="preserve">[02:54] </w:t>
      </w:r>
      <w:r>
        <w:t>to har aadmi jo apne ko momin ki haisiyat se chahta hai jeena aur momin ki haisiyat se</w:t>
      </w:r>
    </w:p>
    <w:p>
      <w:pPr>
        <w:jc w:val="right"/>
      </w:pPr>
      <w:r>
        <w:t>تو ہر آدمی جو اپنے کو مومن کی حیثیت سے چاہتا ہے جینا اور مومن کی حیثیت سے</w:t>
      </w:r>
    </w:p>
    <w:p>
      <w:r>
        <w:rPr>
          <w:b/>
        </w:rPr>
        <w:t xml:space="preserve">[03:02] </w:t>
      </w:r>
      <w:r>
        <w:t>marna to is ko chahiye ke woh Quran ko parhey, Quran mein momin ke meyar ko daryaft kare</w:t>
      </w:r>
    </w:p>
    <w:p>
      <w:pPr>
        <w:jc w:val="right"/>
      </w:pPr>
      <w:r>
        <w:t>مرنا تو اس کو چاہیے کہ وہ قرآن کو پڑھے، قرآن میں مومن کے معیار کو دریافت کرے</w:t>
      </w:r>
    </w:p>
    <w:p>
      <w:r>
        <w:rPr>
          <w:b/>
        </w:rPr>
        <w:t xml:space="preserve">[03:09] </w:t>
      </w:r>
      <w:r>
        <w:t>aur phir is ke mutabiq apni zindagi ko dhaley.</w:t>
      </w:r>
    </w:p>
    <w:p>
      <w:pPr>
        <w:jc w:val="right"/>
      </w:pPr>
      <w:r>
        <w:t>اور پھر اس کے مطابق اپنی زندگی کو ڈھالے۔</w:t>
      </w:r>
    </w:p>
    <w:p>
      <w:r>
        <w:rPr>
          <w:b/>
        </w:rPr>
        <w:t xml:space="preserve">[03:13] </w:t>
      </w:r>
      <w:r>
        <w:t>to isi ke bare mein main chand baatein arz karunga.</w:t>
      </w:r>
    </w:p>
    <w:p>
      <w:pPr>
        <w:jc w:val="right"/>
      </w:pPr>
      <w:r>
        <w:t>تو اسی کے بارے میں میں چند باتیں عرض کروں گا۔</w:t>
      </w:r>
    </w:p>
    <w:p>
      <w:r>
        <w:rPr>
          <w:b/>
        </w:rPr>
        <w:t xml:space="preserve">[03:18] </w:t>
      </w:r>
      <w:r>
        <w:t>pehli ayat jo main pesh karna chahta hoon woh yeh hai ke fa-in aamano bi-mithli ma amantum bih</w:t>
      </w:r>
    </w:p>
    <w:p>
      <w:pPr>
        <w:jc w:val="right"/>
      </w:pPr>
      <w:r>
        <w:t>پہلی آیت جو میں پیش کرنا چاہتا ہوں وہ یہ ہے کہ فَإِنْ آَمَنُوا بِمِثْلِ مَا آَمَنْتُمْ بِهِ</w:t>
      </w:r>
    </w:p>
    <w:p>
      <w:r>
        <w:rPr>
          <w:b/>
        </w:rPr>
        <w:t xml:space="preserve">[03:26] </w:t>
      </w:r>
      <w:r>
        <w:t>faqad ihtadaw is ka tarjuma yeh hai ke agar woh iman layein is tarah jis tarah ashab-e-rasool</w:t>
      </w:r>
    </w:p>
    <w:p>
      <w:pPr>
        <w:jc w:val="right"/>
      </w:pPr>
      <w:r>
        <w:t>فَقَدْ اهْتَدَوْا اس کا ترجمہ یہ ہے کہ اگر وہ ایمان لائیں اس طرح جس طرح اصحاب رسول</w:t>
      </w:r>
    </w:p>
    <w:p>
      <w:r>
        <w:rPr>
          <w:b/>
        </w:rPr>
        <w:t xml:space="preserve">[03:33] </w:t>
      </w:r>
      <w:r>
        <w:t>iman laye, tab unhon ne hidayat payi.</w:t>
      </w:r>
    </w:p>
    <w:p>
      <w:pPr>
        <w:jc w:val="right"/>
      </w:pPr>
      <w:r>
        <w:t>ایمان لائے، تب انہوں نے ہدایت پائی۔</w:t>
      </w:r>
    </w:p>
    <w:p>
      <w:r>
        <w:rPr>
          <w:b/>
        </w:rPr>
        <w:t xml:space="preserve">[03:36] </w:t>
      </w:r>
      <w:r>
        <w:t>to rasool Allah ke zamane mein jo log Islam mein dakhil hue, musalsal taur par aap ki tarbiyat</w:t>
      </w:r>
    </w:p>
    <w:p>
      <w:pPr>
        <w:jc w:val="right"/>
      </w:pPr>
      <w:r>
        <w:t>تو رسول اللہ کے زمانے میں جو لوگ اسلام میں داخل ہوئے، مسلسل طور پر آپ کی تربیت</w:t>
      </w:r>
    </w:p>
    <w:p>
      <w:r>
        <w:rPr>
          <w:b/>
        </w:rPr>
        <w:t xml:space="preserve">[03:44] </w:t>
      </w:r>
      <w:r>
        <w:t>li unhon ne, aap se direct taur par unhon ne Islam ko seekha, Quran ko seekha, phir woh</w:t>
      </w:r>
    </w:p>
    <w:p>
      <w:pPr>
        <w:jc w:val="right"/>
      </w:pPr>
      <w:r>
        <w:t>لی انہوں نے، آپ سے direct طور پر انہوں نے اسلام کو سیکھا، قرآن کو سیکھا، پھر وہ</w:t>
      </w:r>
    </w:p>
    <w:p>
      <w:r>
        <w:rPr>
          <w:b/>
        </w:rPr>
        <w:t xml:space="preserve">[03:52] </w:t>
      </w:r>
      <w:r>
        <w:t>tarbiyat yafta log bane, unhi ko hum sahaba kehte hain.</w:t>
      </w:r>
    </w:p>
    <w:p>
      <w:pPr>
        <w:jc w:val="right"/>
      </w:pPr>
      <w:r>
        <w:t>تربیت یافتہ لوگ بنے، انہی کو ہم صحابہ کہتے ہیں۔</w:t>
      </w:r>
    </w:p>
    <w:p>
      <w:r>
        <w:rPr>
          <w:b/>
        </w:rPr>
        <w:t xml:space="preserve">[03:56] </w:t>
      </w:r>
      <w:r>
        <w:t>sahaba ka matlab yeh nahi hai ke jo rasool Allah ke zamane mein the ya yeh ke jinho</w:t>
      </w:r>
    </w:p>
    <w:p>
      <w:pPr>
        <w:jc w:val="right"/>
      </w:pPr>
      <w:r>
        <w:t>صحابہ کا مطلب یہ نہیں ہے کہ جو رسول اللہ کے زمانے میں تھے یا یہ کہ جنہوں</w:t>
      </w:r>
    </w:p>
    <w:p>
      <w:r>
        <w:rPr>
          <w:b/>
        </w:rPr>
        <w:t xml:space="preserve">[04:04] </w:t>
      </w:r>
      <w:r>
        <w:t>ne ek nazar rasool Allah ko dekh liya, yeh matlab nahi hai sahaba ka.</w:t>
      </w:r>
    </w:p>
    <w:p>
      <w:pPr>
        <w:jc w:val="right"/>
      </w:pPr>
      <w:r>
        <w:t>نے ایک نظر رسول اللہ کو دیکھ لیا، یہ مطلب نہیں ہے صحابہ کا۔</w:t>
      </w:r>
    </w:p>
    <w:p>
      <w:r>
        <w:rPr>
          <w:b/>
        </w:rPr>
        <w:t xml:space="preserve">[04:10] </w:t>
      </w:r>
      <w:r>
        <w:t>sahaba ka matlab yeh hai ke rasool ke tarbiyat yafta log, rasool ke zariye jin ki training hui,</w:t>
      </w:r>
    </w:p>
    <w:p>
      <w:pPr>
        <w:jc w:val="right"/>
      </w:pPr>
      <w:r>
        <w:t>صحابہ کا مطلب یہ ہے کہ رسول کے تربیت یافتہ لوگ، رسول کے ذریعے جن کی training ہوئی،</w:t>
      </w:r>
    </w:p>
    <w:p>
      <w:r>
        <w:rPr>
          <w:b/>
        </w:rPr>
        <w:t xml:space="preserve">[04:18] </w:t>
      </w:r>
      <w:r>
        <w:t>rasool Allah ne jin ko tayyar kiya, woh log hain.</w:t>
      </w:r>
    </w:p>
    <w:p>
      <w:pPr>
        <w:jc w:val="right"/>
      </w:pPr>
      <w:r>
        <w:t>رسول اللہ نے جن کو تیار کیا، وہ لوگ ہیں۔</w:t>
      </w:r>
    </w:p>
    <w:p>
      <w:r>
        <w:rPr>
          <w:b/>
        </w:rPr>
        <w:t xml:space="preserve">[04:22] </w:t>
      </w:r>
      <w:r>
        <w:t>yani rasool Allah ki sohbat se, aap ke kalam se, aap ke arshadat se jin logon ko direct</w:t>
      </w:r>
    </w:p>
    <w:p>
      <w:pPr>
        <w:jc w:val="right"/>
      </w:pPr>
      <w:r>
        <w:t>یعنی رسول اللہ کی صحبت سے، آپ کے کلام سے، آپ کے ارشادات سے جن لوگوں کو direct</w:t>
      </w:r>
    </w:p>
    <w:p>
      <w:r>
        <w:rPr>
          <w:b/>
        </w:rPr>
        <w:t xml:space="preserve">[04:30] </w:t>
      </w:r>
      <w:r>
        <w:t>mouqa mila seekhne ka, unhon ne seekha aur apne aap ko tayyar kiya.</w:t>
      </w:r>
    </w:p>
    <w:p>
      <w:pPr>
        <w:jc w:val="right"/>
      </w:pPr>
      <w:r>
        <w:t>موقع ملا سیکھنے کا، انہوں نے سیکھا اور اپنے آپ کو تیار کیا۔</w:t>
      </w:r>
    </w:p>
    <w:p>
      <w:r>
        <w:rPr>
          <w:b/>
        </w:rPr>
        <w:t xml:space="preserve">[04:35] </w:t>
      </w:r>
      <w:r>
        <w:t>tayyar karte karte woh waqt aya ke Khuda ne kaha kuntum khairu ummah tum ho khair ummah, tum</w:t>
      </w:r>
    </w:p>
    <w:p>
      <w:pPr>
        <w:jc w:val="right"/>
      </w:pPr>
      <w:r>
        <w:t>تیار کرتے کرتے وہ وقت آیا کہ خدا نے کہا كُنْتُمْ خَيْرُ أُمَّةٍ تم ہو خیر امت، تم</w:t>
      </w:r>
    </w:p>
    <w:p>
      <w:r>
        <w:rPr>
          <w:b/>
        </w:rPr>
        <w:t xml:space="preserve">[04:43] </w:t>
      </w:r>
      <w:r>
        <w:t>ho behtar ummah.</w:t>
      </w:r>
    </w:p>
    <w:p>
      <w:pPr>
        <w:jc w:val="right"/>
      </w:pPr>
      <w:r>
        <w:t>ہو بہتر امت۔</w:t>
      </w:r>
    </w:p>
    <w:p>
      <w:r>
        <w:rPr>
          <w:b/>
        </w:rPr>
        <w:t xml:space="preserve">[04:44] </w:t>
      </w:r>
      <w:r>
        <w:t>yeh tarbiyat paane ke baad rasool Allah ki sohbat mein, yani ek to woh Quran ko suntay the,</w:t>
      </w:r>
    </w:p>
    <w:p>
      <w:pPr>
        <w:jc w:val="right"/>
      </w:pPr>
      <w:r>
        <w:t>یہ تربیت پانے کے بعد رسول اللہ کی صحبت میں، یعنی ایک تو وہ قرآن کو سنتے تھے،</w:t>
      </w:r>
    </w:p>
    <w:p>
      <w:r>
        <w:rPr>
          <w:b/>
        </w:rPr>
        <w:t xml:space="preserve">[04:52] </w:t>
      </w:r>
      <w:r>
        <w:t>parhtay the, ek to woh silsila tha barabar, aur phir woh sochtay the, namaz o roza karte the,</w:t>
      </w:r>
    </w:p>
    <w:p>
      <w:pPr>
        <w:jc w:val="right"/>
      </w:pPr>
      <w:r>
        <w:t>پڑھتے تھے، ایک تو وہ سلسلہ تھا برابر، اور پھر وہ سوچتے تھے، نماز و روزہ کرتے تھے،</w:t>
      </w:r>
    </w:p>
    <w:p>
      <w:r>
        <w:rPr>
          <w:b/>
        </w:rPr>
        <w:t xml:space="preserve">[05:00] </w:t>
      </w:r>
      <w:r>
        <w:t>saath sath woh rasool Allah ki sohbat mein bethay the, aap ke sath safar karte the, is tarah</w:t>
      </w:r>
    </w:p>
    <w:p>
      <w:pPr>
        <w:jc w:val="right"/>
      </w:pPr>
      <w:r>
        <w:t>ساتھ ساتھ وہ رسول اللہ کی صحبت میں بیٹھتے تھے، آپ کے ساتھ سفر کرتے تھے، اس طرح</w:t>
      </w:r>
    </w:p>
    <w:p>
      <w:r>
        <w:rPr>
          <w:b/>
        </w:rPr>
        <w:t xml:space="preserve">[05:07] </w:t>
      </w:r>
      <w:r>
        <w:t>se aap se tarbiyat lete rehtay thay.</w:t>
      </w:r>
    </w:p>
    <w:p>
      <w:pPr>
        <w:jc w:val="right"/>
      </w:pPr>
      <w:r>
        <w:t>سے آپ سے تربیت لیتے رہتے تھے۔</w:t>
      </w:r>
    </w:p>
    <w:p>
      <w:r>
        <w:rPr>
          <w:b/>
        </w:rPr>
        <w:t xml:space="preserve">[05:10] </w:t>
      </w:r>
      <w:r>
        <w:t>yeh poora ek course tha.</w:t>
      </w:r>
    </w:p>
    <w:p>
      <w:pPr>
        <w:jc w:val="right"/>
      </w:pPr>
      <w:r>
        <w:t>یہ پورا ایک کورس تھا۔</w:t>
      </w:r>
    </w:p>
    <w:p>
      <w:r>
        <w:rPr>
          <w:b/>
        </w:rPr>
        <w:t xml:space="preserve">[05:13] </w:t>
      </w:r>
      <w:r>
        <w:t>is course se guzar kar ke yeh ayat Madine mein utri hai kuntum khairu ummah ukhrijat lin-nas yani</w:t>
      </w:r>
    </w:p>
    <w:p>
      <w:pPr>
        <w:jc w:val="right"/>
      </w:pPr>
      <w:r>
        <w:t>اس کورس سے گزر کر کے یہ آیت مدینے میں اتری ہے كُنْتُمْ خَيْرُ أُمَّةٍ أُخْرِجَتْ لِلنَّاسِ یعنی</w:t>
      </w:r>
    </w:p>
    <w:p>
      <w:r>
        <w:rPr>
          <w:b/>
        </w:rPr>
        <w:t xml:space="preserve">[05:20] </w:t>
      </w:r>
      <w:r>
        <w:t>Makkah mein terah saal guzre, phir Madine mein das saal rahe rasool Allah sal-Allahu alayhi wa-sallam.</w:t>
      </w:r>
    </w:p>
    <w:p>
      <w:pPr>
        <w:jc w:val="right"/>
      </w:pPr>
      <w:r>
        <w:t>مکے میں تیرہ سال گزرے، پھر مدینے میں دس سال رہے رسول اللہ صلی اللہ علیہ وسلم۔</w:t>
      </w:r>
    </w:p>
    <w:p>
      <w:r>
        <w:rPr>
          <w:b/>
        </w:rPr>
        <w:t xml:space="preserve">[05:28] </w:t>
      </w:r>
      <w:r>
        <w:t>to gaya ke pandrah bees saal ki tarbiyat ke baad jo log tayyar hue, un ke bare mein</w:t>
      </w:r>
    </w:p>
    <w:p>
      <w:pPr>
        <w:jc w:val="right"/>
      </w:pPr>
      <w:r>
        <w:t>تو گیا کہ پندرہ بیس سال کی تربیت کے بعد جو لوگ تیار ہوئے، ان کے بارے میں</w:t>
      </w:r>
    </w:p>
    <w:p>
      <w:r>
        <w:rPr>
          <w:b/>
        </w:rPr>
        <w:t xml:space="preserve">[05:35] </w:t>
      </w:r>
      <w:r>
        <w:t>kaha gaya ke yeh hain khair ummah.</w:t>
      </w:r>
    </w:p>
    <w:p>
      <w:pPr>
        <w:jc w:val="right"/>
      </w:pPr>
      <w:r>
        <w:t>کہا گیا کہ یہ ہیں خیر امت۔</w:t>
      </w:r>
    </w:p>
    <w:p>
      <w:r>
        <w:rPr>
          <w:b/>
        </w:rPr>
        <w:t xml:space="preserve">[05:38] </w:t>
      </w:r>
      <w:r>
        <w:t>to isi liye rasool Allah sal Allah aleh wasalam ne farmaya ke ashabi kal nujoom biyayyehim iqtadaytum ihtadaytum mere</w:t>
      </w:r>
    </w:p>
    <w:p>
      <w:pPr>
        <w:jc w:val="right"/>
      </w:pPr>
      <w:r>
        <w:t>تو اسی لیے رسول اللہ صلی اللہ علیہ وسلم نے فرمایا کہ أَصْحَابِي كَالنُّجُومِ بِيَيِّهِمْ اِقْتَدَيْتُمْ اِهْتَدَيْتُمْ میرے</w:t>
      </w:r>
    </w:p>
    <w:p>
      <w:r>
        <w:rPr>
          <w:b/>
        </w:rPr>
        <w:t xml:space="preserve">[05:46] </w:t>
      </w:r>
      <w:r>
        <w:t>jo ashaab hain woh sitaron ki manind hain, un mein se jis se bhi tum roshni hasil karo</w:t>
      </w:r>
    </w:p>
    <w:p>
      <w:pPr>
        <w:jc w:val="right"/>
      </w:pPr>
      <w:r>
        <w:t>جو اصحاب ہیں وہ ستاروں کی مانند ہیں، ان میں سے جس سے بھی تم روشنی حاصل کرو</w:t>
      </w:r>
    </w:p>
    <w:p>
      <w:r>
        <w:rPr>
          <w:b/>
        </w:rPr>
        <w:t xml:space="preserve">[05:54] </w:t>
      </w:r>
      <w:r>
        <w:t>to tum ko hidayat mil jaye gi.</w:t>
      </w:r>
    </w:p>
    <w:p>
      <w:pPr>
        <w:jc w:val="right"/>
      </w:pPr>
      <w:r>
        <w:t>تو تم کو ہدایت مل جائے گی۔</w:t>
      </w:r>
    </w:p>
    <w:p>
      <w:r>
        <w:rPr>
          <w:b/>
        </w:rPr>
        <w:t xml:space="preserve">[05:57] </w:t>
      </w:r>
      <w:r>
        <w:t>to ab quran ki is aayat par ghor kijiye ke fa in aamano bi misli ma aamantum bihi faqad ihtadaw</w:t>
      </w:r>
    </w:p>
    <w:p>
      <w:pPr>
        <w:jc w:val="right"/>
      </w:pPr>
      <w:r>
        <w:t>تو اب قرآن کی اس آیت پر غور کیجیے کہ فَإِنْ آَمَنُوا بِمِثْلِ مَا آَمَنْتُمْ بِهِ فَقَدْ اهْتَدَوْا</w:t>
      </w:r>
    </w:p>
    <w:p>
      <w:r>
        <w:rPr>
          <w:b/>
        </w:rPr>
        <w:t xml:space="preserve">[06:04] </w:t>
      </w:r>
      <w:r>
        <w:t>agar woh iman layein is tarah jis tarah se sahaba iman laye, yaani doosre ashaab, yaani doosre log,</w:t>
      </w:r>
    </w:p>
    <w:p>
      <w:pPr>
        <w:jc w:val="right"/>
      </w:pPr>
      <w:r>
        <w:t>اگر وہ ایمان لائیں اس طرح جس طرح سے صحابہ ایمان لائے، یعنی دوسرے اصحاب، یعنی دوسرے لوگ،</w:t>
      </w:r>
    </w:p>
    <w:p>
      <w:r>
        <w:rPr>
          <w:b/>
        </w:rPr>
        <w:t xml:space="preserve">[06:12] </w:t>
      </w:r>
      <w:r>
        <w:t>doosre log aur ab tak ke sab log is mein shamil hain ke doosre tamam log agar is</w:t>
      </w:r>
    </w:p>
    <w:p>
      <w:pPr>
        <w:jc w:val="right"/>
      </w:pPr>
      <w:r>
        <w:t>دوسرے لوگ اور اب تک کے سب لوگ اس میں شامل ہیں کہ دوسرے تمام لوگ اگر اس</w:t>
      </w:r>
    </w:p>
    <w:p>
      <w:r>
        <w:rPr>
          <w:b/>
        </w:rPr>
        <w:t xml:space="preserve">[06:20] </w:t>
      </w:r>
      <w:r>
        <w:t>tarah se iman layein, is tarah se apne aap ko tayyar karein jis tarah se ashaab rasool ne</w:t>
      </w:r>
    </w:p>
    <w:p>
      <w:pPr>
        <w:jc w:val="right"/>
      </w:pPr>
      <w:r>
        <w:t>طرح سے ایمان لائیں، اس طرح سے اپنے آپ کو تیار کریں جس طرح سے اصحاب رسول نے</w:t>
      </w:r>
    </w:p>
    <w:p>
      <w:r>
        <w:rPr>
          <w:b/>
        </w:rPr>
        <w:t xml:space="preserve">[06:28] </w:t>
      </w:r>
      <w:r>
        <w:t>tayyar kiya, tab woh hidayat yab kahe jayenge.</w:t>
      </w:r>
    </w:p>
    <w:p>
      <w:pPr>
        <w:jc w:val="right"/>
      </w:pPr>
      <w:r>
        <w:t>تیار کیا، تب وہ ہدایت یاب کہے جائیں گے۔</w:t>
      </w:r>
    </w:p>
    <w:p>
      <w:r>
        <w:rPr>
          <w:b/>
        </w:rPr>
        <w:t xml:space="preserve">[06:31] </w:t>
      </w:r>
      <w:r>
        <w:t>yeh ek criterion hua.</w:t>
      </w:r>
    </w:p>
    <w:p>
      <w:pPr>
        <w:jc w:val="right"/>
      </w:pPr>
      <w:r>
        <w:t>یہ ایک کرائیٹیرین ہوا۔</w:t>
      </w:r>
    </w:p>
    <w:p>
      <w:r>
        <w:rPr>
          <w:b/>
        </w:rPr>
        <w:t xml:space="preserve">[06:33] </w:t>
      </w:r>
      <w:r>
        <w:t>ab dekhiye ke sahaba ki tarah iman lane ka matlab kya hai.</w:t>
      </w:r>
    </w:p>
    <w:p>
      <w:pPr>
        <w:jc w:val="right"/>
      </w:pPr>
      <w:r>
        <w:t>اب دیکھیے کہ صحابہ کی طرح ایمان لانے کا مطلب کیا ہے۔</w:t>
      </w:r>
    </w:p>
    <w:p>
      <w:r>
        <w:rPr>
          <w:b/>
        </w:rPr>
        <w:t xml:space="preserve">[06:38] </w:t>
      </w:r>
      <w:r>
        <w:t>yeh nahi ke aap un ke naam ke aage khoob Razi Allah anho likhein aur padhein.</w:t>
      </w:r>
    </w:p>
    <w:p>
      <w:pPr>
        <w:jc w:val="right"/>
      </w:pPr>
      <w:r>
        <w:t>یہ نہیں کہ آپ ان کے نام کے آگے خوب رضی اللہ عنہ لکھیں اور پڑھیں۔</w:t>
      </w:r>
    </w:p>
    <w:p>
      <w:r>
        <w:rPr>
          <w:b/>
        </w:rPr>
        <w:t xml:space="preserve">[06:45] </w:t>
      </w:r>
      <w:r>
        <w:t>jab bhi kisi sahabi ka naam aaye aap kahein Razi Allah anho, Razi Allah anho.</w:t>
      </w:r>
    </w:p>
    <w:p>
      <w:pPr>
        <w:jc w:val="right"/>
      </w:pPr>
      <w:r>
        <w:t>جب بھی کسی صحابی کا نام آئے آپ کہیں رضی اللہ عنہ، رضی اللہ عنہ۔</w:t>
      </w:r>
    </w:p>
    <w:p>
      <w:r>
        <w:rPr>
          <w:b/>
        </w:rPr>
        <w:t xml:space="preserve">[06:52] </w:t>
      </w:r>
      <w:r>
        <w:t>yeh nahi hai matlab.</w:t>
      </w:r>
    </w:p>
    <w:p>
      <w:pPr>
        <w:jc w:val="right"/>
      </w:pPr>
      <w:r>
        <w:t>یہ نہیں ہے مطلب۔</w:t>
      </w:r>
    </w:p>
    <w:p>
      <w:r>
        <w:rPr>
          <w:b/>
        </w:rPr>
        <w:t xml:space="preserve">[06:53] </w:t>
      </w:r>
      <w:r>
        <w:t>aap un ki seerat ko, un ke kirdaar ko samjhein, us ko apnayen.</w:t>
      </w:r>
    </w:p>
    <w:p>
      <w:pPr>
        <w:jc w:val="right"/>
      </w:pPr>
      <w:r>
        <w:t>آپ ان کی سیرت کو، ان کے کردار کو سمجھیں، اس کو اپنائیں۔</w:t>
      </w:r>
    </w:p>
    <w:p>
      <w:r>
        <w:rPr>
          <w:b/>
        </w:rPr>
        <w:t xml:space="preserve">[06:59] </w:t>
      </w:r>
      <w:r>
        <w:t>yeh hai asal baat.</w:t>
      </w:r>
    </w:p>
    <w:p>
      <w:pPr>
        <w:jc w:val="right"/>
      </w:pPr>
      <w:r>
        <w:t>یہ ہے اصل بات۔</w:t>
      </w:r>
    </w:p>
    <w:p>
      <w:r>
        <w:rPr>
          <w:b/>
        </w:rPr>
        <w:t xml:space="preserve">[07:01] </w:t>
      </w:r>
      <w:r>
        <w:t>to sahaba jaisa iman matloob hai, sahaba jaisi hidayat matloob hai, wohi Khuda ke haan tasleem ki jayegi</w:t>
      </w:r>
    </w:p>
    <w:p>
      <w:pPr>
        <w:jc w:val="right"/>
      </w:pPr>
      <w:r>
        <w:t>تو صحابہ جیسا ایمان مطلوب ہے، صحابہ جیسی ہدایت مطلوب ہے، وہی خدا کے ہاں تسلیم کی جائے</w:t>
      </w:r>
    </w:p>
    <w:p>
      <w:r>
        <w:rPr>
          <w:b/>
        </w:rPr>
        <w:t xml:space="preserve">[07:08]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[07:10] </w:t>
      </w:r>
      <w:r>
        <w:t>sahaba ke siwa koi aur meyar tasleem nahi kiya jayega.</w:t>
      </w:r>
    </w:p>
    <w:p>
      <w:pPr>
        <w:jc w:val="right"/>
      </w:pPr>
      <w:r>
        <w:t>صحابہ کے سوا کوئی اور معیار تسلیم نہیں کیا جائے گا۔</w:t>
      </w:r>
    </w:p>
    <w:p>
      <w:r>
        <w:rPr>
          <w:b/>
        </w:rPr>
        <w:t xml:space="preserve">[07:15] </w:t>
      </w:r>
      <w:r>
        <w:t>matlab buzurgon ka meyar, koi log kehte hain buzurgon se aisa suna hai, auliya Allah ka aisa tareeqa</w:t>
      </w:r>
    </w:p>
    <w:p>
      <w:pPr>
        <w:jc w:val="right"/>
      </w:pPr>
      <w:r>
        <w:t>مطلب بزرگوں کا معیار، کوئی لوگ کہتے ہیں بزرگوں سے ایسا سنا ہے، اولیاء اللہ کا ایسا طریقہ</w:t>
      </w:r>
    </w:p>
    <w:p>
      <w:r>
        <w:rPr>
          <w:b/>
        </w:rPr>
        <w:t xml:space="preserve">[07:22] </w:t>
      </w:r>
      <w:r>
        <w:t>hai, yeh sab kuch nahi.</w:t>
      </w:r>
    </w:p>
    <w:p>
      <w:pPr>
        <w:jc w:val="right"/>
      </w:pPr>
      <w:r>
        <w:t>ہے، یہ سب کچھ نہیں۔</w:t>
      </w:r>
    </w:p>
    <w:p>
      <w:r>
        <w:rPr>
          <w:b/>
        </w:rPr>
        <w:t xml:space="preserve">[07:24] </w:t>
      </w:r>
      <w:r>
        <w:t>koi ek buzurg nahi, koi auliya Allah nahi, koi sheikh nahi, koi murshid nahi.</w:t>
      </w:r>
    </w:p>
    <w:p>
      <w:pPr>
        <w:jc w:val="right"/>
      </w:pPr>
      <w:r>
        <w:t>کوئی ایک بزرگ نہیں، کوئی اولیاء اللہ نہیں، کوئی شیخ نہیں، کوئی مرشد نہیں۔</w:t>
      </w:r>
    </w:p>
    <w:p>
      <w:r>
        <w:rPr>
          <w:b/>
        </w:rPr>
        <w:t xml:space="preserve">[07:30] </w:t>
      </w:r>
      <w:r>
        <w:t>sahaba ke siwa koi aur jo hai woh namuna nahi hai.</w:t>
      </w:r>
    </w:p>
    <w:p>
      <w:pPr>
        <w:jc w:val="right"/>
      </w:pPr>
      <w:r>
        <w:t>صحابہ کے سوا کوئی اور جو ہے وہ نمونہ نہیں ہے۔</w:t>
      </w:r>
    </w:p>
    <w:p>
      <w:r>
        <w:rPr>
          <w:b/>
        </w:rPr>
        <w:t xml:space="preserve">[07:35] </w:t>
      </w:r>
      <w:r>
        <w:t>yeh sab apne badhaye hue baatein hain.</w:t>
      </w:r>
    </w:p>
    <w:p>
      <w:pPr>
        <w:jc w:val="right"/>
      </w:pPr>
      <w:r>
        <w:t>یہ سب اپنے بڑھائے ہوئے باتیں ہیں۔</w:t>
      </w:r>
    </w:p>
    <w:p>
      <w:r>
        <w:rPr>
          <w:b/>
        </w:rPr>
        <w:t xml:space="preserve">[07:38] </w:t>
      </w:r>
      <w:r>
        <w:t>quran ke mutabiq namuna sirf ashaab rasool hain.</w:t>
      </w:r>
    </w:p>
    <w:p>
      <w:pPr>
        <w:jc w:val="right"/>
      </w:pPr>
      <w:r>
        <w:t>قرآن کے مطابق نمونہ صرف اصحاب رسول ہیں۔</w:t>
      </w:r>
    </w:p>
    <w:p>
      <w:r>
        <w:rPr>
          <w:b/>
        </w:rPr>
        <w:t xml:space="preserve">[07:42] </w:t>
      </w:r>
      <w:r>
        <w:t>rasool aur ashaab rasool.</w:t>
      </w:r>
    </w:p>
    <w:p>
      <w:pPr>
        <w:jc w:val="right"/>
      </w:pPr>
      <w:r>
        <w:t>رسول اور اصحاب رسول۔</w:t>
      </w:r>
    </w:p>
    <w:p>
      <w:r>
        <w:rPr>
          <w:b/>
        </w:rPr>
        <w:t xml:space="preserve">[07:43] </w:t>
      </w:r>
      <w:r>
        <w:t>yad rakhiye ke quran ke mutabiq namuna sirf rasool aur ashaab-e-rasool hain.</w:t>
      </w:r>
    </w:p>
    <w:p>
      <w:pPr>
        <w:jc w:val="right"/>
      </w:pPr>
      <w:r>
        <w:t>یاد رکھیے کہ قرآن کے مطابق نمونہ صرف رسول اور اصحاب رسول ہیں۔</w:t>
      </w:r>
    </w:p>
    <w:p>
      <w:r>
        <w:rPr>
          <w:b/>
        </w:rPr>
        <w:t xml:space="preserve">[07:49] </w:t>
      </w:r>
      <w:r>
        <w:t>is ke baad koi namuna nahin.</w:t>
      </w:r>
    </w:p>
    <w:p>
      <w:pPr>
        <w:jc w:val="right"/>
      </w:pPr>
      <w:r>
        <w:t>اس کے بعد کوئی نمونہ نہیں۔</w:t>
      </w:r>
    </w:p>
    <w:p>
      <w:r>
        <w:rPr>
          <w:b/>
        </w:rPr>
        <w:t xml:space="preserve">[07:51] </w:t>
      </w:r>
      <w:r>
        <w:t>ek bade aalim ne kaha ke hum rijalun wa nahnu rijalun yaani sahaba ke baad ke bare mein kaha</w:t>
      </w:r>
    </w:p>
    <w:p>
      <w:pPr>
        <w:jc w:val="right"/>
      </w:pPr>
      <w:r>
        <w:t>ایک بڑے عالم نے کہا کہ هُمْ رِجَالٌ وَنَحْنُ رِجَالٌ یعنی صحابہ کے بعد کے بارے میں کہا</w:t>
      </w:r>
    </w:p>
    <w:p>
      <w:r>
        <w:rPr>
          <w:b/>
        </w:rPr>
        <w:t xml:space="preserve">[07:59] </w:t>
      </w:r>
      <w:r>
        <w:t>unhon ne kaha hum rijalun wa nahnu rijalun ke sahaba ke baad woh bhi ek insaan hain, hum bhi</w:t>
      </w:r>
    </w:p>
    <w:p>
      <w:pPr>
        <w:jc w:val="right"/>
      </w:pPr>
      <w:r>
        <w:t>انہوں نے کہ هُمْ رِجَالٌ وَنَحْنُ رِجَالٌ کہ صحابہ کے بعد وہ بھی ایک انسان ہیں، ہم بھی</w:t>
      </w:r>
    </w:p>
    <w:p>
      <w:r>
        <w:rPr>
          <w:b/>
        </w:rPr>
        <w:t xml:space="preserve">[08:07] </w:t>
      </w:r>
      <w:r>
        <w:t>ek insaan.</w:t>
      </w:r>
    </w:p>
    <w:p>
      <w:pPr>
        <w:jc w:val="right"/>
      </w:pPr>
      <w:r>
        <w:t>ایک انسان۔</w:t>
      </w:r>
    </w:p>
    <w:p>
      <w:r>
        <w:rPr>
          <w:b/>
        </w:rPr>
        <w:t xml:space="preserve">[08:08] </w:t>
      </w:r>
      <w:r>
        <w:t>sahaba ke baad jo log hain to woh bhi insaan hain, hum bhi insaan.</w:t>
      </w:r>
    </w:p>
    <w:p>
      <w:pPr>
        <w:jc w:val="right"/>
      </w:pPr>
      <w:r>
        <w:t>صحابہ کے بعد جو لوگ ہیں تو وہ بھی انسان ہیں، ہم بھی انسان۔</w:t>
      </w:r>
    </w:p>
    <w:p>
      <w:r>
        <w:rPr>
          <w:b/>
        </w:rPr>
        <w:t xml:space="preserve">[08:14] </w:t>
      </w:r>
      <w:r>
        <w:t>hum rijalun wa nahnu rijalun to yeh hum ne laqab de rakha hai, yeh hamara naam o nomenclature hai.</w:t>
      </w:r>
    </w:p>
    <w:p>
      <w:pPr>
        <w:jc w:val="right"/>
      </w:pPr>
      <w:r>
        <w:t>هُمْ رِجَالٌ وَنَحْنُ رِجَالٌ تو یہ ہم نے لقب دے رکھا ہے، یہ ہمارا نام و نکلیچر ہے۔</w:t>
      </w:r>
    </w:p>
    <w:p>
      <w:r>
        <w:rPr>
          <w:b/>
        </w:rPr>
        <w:t xml:space="preserve">[08:22] </w:t>
      </w:r>
      <w:r>
        <w:t>hamara apna ke buzurg aur awliya aur murshid, yeh sab hamare apne laqab hain jo hum ne de</w:t>
      </w:r>
    </w:p>
    <w:p>
      <w:pPr>
        <w:jc w:val="right"/>
      </w:pPr>
      <w:r>
        <w:t>ہمارا اپنا کہ بزرگ اور اولیاء اور مرشد، یہ سب ہمارے اپنے لقب ہیں جو ہم نے دے</w:t>
      </w:r>
    </w:p>
    <w:p>
      <w:r>
        <w:rPr>
          <w:b/>
        </w:rPr>
        <w:t xml:space="preserve">[08:30] </w:t>
      </w:r>
      <w:r>
        <w:t>rakhe hain.</w:t>
      </w:r>
    </w:p>
    <w:p>
      <w:pPr>
        <w:jc w:val="right"/>
      </w:pPr>
      <w:r>
        <w:t>رکھے ہیں۔</w:t>
      </w:r>
    </w:p>
    <w:p>
      <w:r>
        <w:rPr>
          <w:b/>
        </w:rPr>
        <w:t xml:space="preserve">[08:31] </w:t>
      </w:r>
      <w:r>
        <w:t>is se kuch khuda ke haan is ka koi darja nahin hai.</w:t>
      </w:r>
    </w:p>
    <w:p>
      <w:pPr>
        <w:jc w:val="right"/>
      </w:pPr>
      <w:r>
        <w:t>اس سے کچھ خدا کے ہاں اس کا کوئی درجہ نہیں ہے۔</w:t>
      </w:r>
    </w:p>
    <w:p>
      <w:r>
        <w:rPr>
          <w:b/>
        </w:rPr>
        <w:t xml:space="preserve">[08:36] </w:t>
      </w:r>
      <w:r>
        <w:t>khuda ke haan koi darja nahin hai.</w:t>
      </w:r>
    </w:p>
    <w:p>
      <w:pPr>
        <w:jc w:val="right"/>
      </w:pPr>
      <w:r>
        <w:t>خدا کے ہاں کوئی درجہ نہیں ہے۔</w:t>
      </w:r>
    </w:p>
    <w:p>
      <w:r>
        <w:rPr>
          <w:b/>
        </w:rPr>
        <w:t xml:space="preserve">[08:39] </w:t>
      </w:r>
      <w:r>
        <w:t>khuda ke haan koi buzurg nahin, khuda ke haan koi awliya Allah nahin.</w:t>
      </w:r>
    </w:p>
    <w:p>
      <w:pPr>
        <w:jc w:val="right"/>
      </w:pPr>
      <w:r>
        <w:t>خدا کے ہاں کوئی بزرگ نہیں، خدا کے ہاں کوئی اولیاء اللہ نہیں۔</w:t>
      </w:r>
    </w:p>
    <w:p>
      <w:r>
        <w:rPr>
          <w:b/>
        </w:rPr>
        <w:t xml:space="preserve">[08:45] </w:t>
      </w:r>
      <w:r>
        <w:t>aap naam mein joor dein ke falan buzurg hain, falan awliya Allah hain, falan kutub hain, falan kutub</w:t>
      </w:r>
    </w:p>
    <w:p>
      <w:pPr>
        <w:jc w:val="right"/>
      </w:pPr>
      <w:r>
        <w:t>آپ نام میں جوڑ دیں کہ فلاں بزرگ ہیں، فلاں اولیاء اللہ ہیں، فلاں کتب ہیں، فلاں کتب</w:t>
      </w:r>
    </w:p>
    <w:p>
      <w:r>
        <w:rPr>
          <w:b/>
        </w:rPr>
        <w:t xml:space="preserve">[08:53] </w:t>
      </w:r>
      <w:r>
        <w:t>al-akhdab hain, falan Hazrat hain, yeh sab aap ke alfaaz hain.</w:t>
      </w:r>
    </w:p>
    <w:p>
      <w:pPr>
        <w:jc w:val="right"/>
      </w:pPr>
      <w:r>
        <w:t>الاخداب ہیں، فلاں حضرت ہیں، یہ سب آپ کے الفاظ ہیں۔</w:t>
      </w:r>
    </w:p>
    <w:p>
      <w:r>
        <w:rPr>
          <w:b/>
        </w:rPr>
        <w:t xml:space="preserve">[08:57] </w:t>
      </w:r>
      <w:r>
        <w:t>hum inhā illā asma'ūna sammaytumūhā yeh quran mein hai ke tum ne naam rakh liye hain.</w:t>
      </w:r>
    </w:p>
    <w:p>
      <w:pPr>
        <w:jc w:val="right"/>
      </w:pPr>
      <w:r>
        <w:t>هُمْ إِنْهَىٰ إِلَّا أَسْمَعُونَ سَمَّيْتُمُوهَا یہ قرآن میں ہے کہ تم نے نام رکھ لیے ہیں۔</w:t>
      </w:r>
    </w:p>
    <w:p>
      <w:r>
        <w:rPr>
          <w:b/>
        </w:rPr>
        <w:t xml:space="preserve">[09:04] </w:t>
      </w:r>
      <w:r>
        <w:t>inhā illā asma'ūna sammaytumūhā ke tum ne khud hi khud naam rakh liya.</w:t>
      </w:r>
    </w:p>
    <w:p>
      <w:pPr>
        <w:jc w:val="right"/>
      </w:pPr>
      <w:r>
        <w:t>إِنْهَىٰ إِلَّا أَسْمَعُونَ سَمَّيْتُمُوهَا کہ تم نے خود ہی خود نام رکھ لیا۔</w:t>
      </w:r>
    </w:p>
    <w:p>
      <w:r>
        <w:rPr>
          <w:b/>
        </w:rPr>
        <w:t xml:space="preserve">[09:10] </w:t>
      </w:r>
      <w:r>
        <w:t>inhā illā asma'ūna sammaytumūhā ke tum ne khud hi khud naam rakh liya.</w:t>
      </w:r>
    </w:p>
    <w:p>
      <w:pPr>
        <w:jc w:val="right"/>
      </w:pPr>
      <w:r>
        <w:t>إِنْهَىٰ إِلَّا أَسْمَعُونَ سَمَّيْتُمُوهَا کہ تم نے خود ہی خود نام رکھ لیا۔</w:t>
      </w:r>
    </w:p>
    <w:p>
      <w:r>
        <w:rPr>
          <w:b/>
        </w:rPr>
        <w:t xml:space="preserve">[09:15] </w:t>
      </w:r>
      <w:r>
        <w:t>ke yeh buzurg hain, yeh awliya hain, yeh murshid hain.</w:t>
      </w:r>
    </w:p>
    <w:p>
      <w:pPr>
        <w:jc w:val="right"/>
      </w:pPr>
      <w:r>
        <w:t>کہ یہ بزرگ ہیں، یہ اولیاء ہیں، یہ مرشد ہیں۔</w:t>
      </w:r>
    </w:p>
    <w:p>
      <w:r>
        <w:rPr>
          <w:b/>
        </w:rPr>
        <w:t xml:space="preserve">[09:20] </w:t>
      </w:r>
      <w:r>
        <w:t>yeh kya aur kya, yeh sab tumhare apne rakhe hue naam hain.</w:t>
      </w:r>
    </w:p>
    <w:p>
      <w:pPr>
        <w:jc w:val="right"/>
      </w:pPr>
      <w:r>
        <w:t>یہ کیا اور کیا، یہ سب تمہارے اپنے رکھے ہوئے نام ہیں۔</w:t>
      </w:r>
    </w:p>
    <w:p>
      <w:r>
        <w:rPr>
          <w:b/>
        </w:rPr>
        <w:t xml:space="preserve">[09:25] </w:t>
      </w:r>
      <w:r>
        <w:t>to quran mein sirf sahaba hi ko namuna bataya gaya hai.</w:t>
      </w:r>
    </w:p>
    <w:p>
      <w:pPr>
        <w:jc w:val="right"/>
      </w:pPr>
      <w:r>
        <w:t>تو قرآن میں صرف صحابہ ہی کو نمونہ بتایا گیا ہے۔</w:t>
      </w:r>
    </w:p>
    <w:p>
      <w:r>
        <w:rPr>
          <w:b/>
        </w:rPr>
        <w:t xml:space="preserve">[09:30] </w:t>
      </w:r>
      <w:r>
        <w:t>kisi aur ko nahin.</w:t>
      </w:r>
    </w:p>
    <w:p>
      <w:pPr>
        <w:jc w:val="right"/>
      </w:pPr>
      <w:r>
        <w:t>کسی اور کو نہیں۔</w:t>
      </w:r>
    </w:p>
    <w:p>
      <w:r>
        <w:rPr>
          <w:b/>
        </w:rPr>
        <w:t xml:space="preserve">[09:31] </w:t>
      </w:r>
      <w:r>
        <w:t>ab dekhiye ke sahaba ka namuna kya hai.</w:t>
      </w:r>
    </w:p>
    <w:p>
      <w:pPr>
        <w:jc w:val="right"/>
      </w:pPr>
      <w:r>
        <w:t>اب دیکھیے کہ صحابہ کا نمونہ کیا ہے۔</w:t>
      </w:r>
    </w:p>
    <w:p>
      <w:r>
        <w:rPr>
          <w:b/>
        </w:rPr>
        <w:t xml:space="preserve">[09:35] </w:t>
      </w:r>
      <w:r>
        <w:t>aap saatwan parah jo hai, saatwan parah jo hai is ke shuru mein parhiye ke wa idha sami'ū ma</w:t>
      </w:r>
    </w:p>
    <w:p>
      <w:pPr>
        <w:jc w:val="right"/>
      </w:pPr>
      <w:r>
        <w:t>آپ ساتواں پارہ جو ہے، ساتواں پارہ جو ہے اس کے شروع میں پڑھیے کہ وَإِذَا سَمَعُوا مَا</w:t>
      </w:r>
    </w:p>
    <w:p>
      <w:r>
        <w:rPr>
          <w:b/>
        </w:rPr>
        <w:t xml:space="preserve">[09:42] </w:t>
      </w:r>
      <w:r>
        <w:t>unzila 'ala ar-rasūli tarā 'aynahum tafriṭun bina ad-dami mimma 'arafü bina al-haqqi ke jab woh yeh ek giroh</w:t>
      </w:r>
    </w:p>
    <w:p>
      <w:pPr>
        <w:jc w:val="right"/>
      </w:pPr>
      <w:r>
        <w:t>أُنْزِلَ عَلَى الرَّسُولِ تَرَىٰ عَيْنَهُمْ تَفْرِيطُ بِنَ الْدَّمِ مِمَّا عَرَفُوا بِنَ الْحَقِّ کہ جب وہ یہ ایک گروہ</w:t>
      </w:r>
    </w:p>
    <w:p>
      <w:r>
        <w:rPr>
          <w:b/>
        </w:rPr>
        <w:t xml:space="preserve">[09:50] </w:t>
      </w:r>
      <w:r>
        <w:t>tha sahaba ka, woh aaye aur imaan laaye aur sahabi bane, woh un ka zikr hai quran mein</w:t>
      </w:r>
    </w:p>
    <w:p>
      <w:pPr>
        <w:jc w:val="right"/>
      </w:pPr>
      <w:r>
        <w:t>تھا صحابہ کا، وہ آئے اور ایمان لائے اور صحابی بنے، وہ ان کا ذکر ہے قرآن میں</w:t>
      </w:r>
    </w:p>
    <w:p>
      <w:r>
        <w:rPr>
          <w:b/>
        </w:rPr>
        <w:t xml:space="preserve">[09:58] </w:t>
      </w:r>
      <w:r>
        <w:t>keh jab unhon ne suna khuda ke kalam ko to tum dekho ge keh un ki aankhen aansuon</w:t>
      </w:r>
    </w:p>
    <w:p>
      <w:pPr>
        <w:jc w:val="right"/>
      </w:pPr>
      <w:r>
        <w:t>کہ جب انہوں نے سنا خدا کے کلام کو تو تم دیکھو گے کہ ان کی آنکھیں آنسوؤں</w:t>
      </w:r>
    </w:p>
    <w:p>
      <w:r>
        <w:rPr>
          <w:b/>
        </w:rPr>
        <w:t xml:space="preserve">[10:05] </w:t>
      </w:r>
      <w:r>
        <w:t>se beh parien.</w:t>
      </w:r>
    </w:p>
    <w:p>
      <w:pPr>
        <w:jc w:val="right"/>
      </w:pPr>
      <w:r>
        <w:t>سے بہہ پڑیں۔</w:t>
      </w:r>
    </w:p>
    <w:p>
      <w:r>
        <w:rPr>
          <w:b/>
        </w:rPr>
        <w:t xml:space="preserve">[10:07] </w:t>
      </w:r>
      <w:r>
        <w:t>yani kalam suna khuda ka aur dil pe itna asar hua keh woh rone lagay.</w:t>
      </w:r>
    </w:p>
    <w:p>
      <w:pPr>
        <w:jc w:val="right"/>
      </w:pPr>
      <w:r>
        <w:t>یعنی کلام سنا خدا کا اور دل پہ اتنا اثر ہوا کہ وہ رونے لگے۔</w:t>
      </w:r>
    </w:p>
    <w:p>
      <w:r>
        <w:rPr>
          <w:b/>
        </w:rPr>
        <w:t xml:space="preserve">[10:13] </w:t>
      </w:r>
      <w:r>
        <w:t>waizaa samau ma unzila alaa alrasool tarai ainahum tafreeto binna aldam mimma arrafto binna alhaqq معرفت حق ہو</w:t>
      </w:r>
    </w:p>
    <w:p>
      <w:pPr>
        <w:jc w:val="right"/>
      </w:pPr>
      <w:r>
        <w:t>وَإِذَا سَمَعُوا مَا أُنْزِلَ عَلَى الرَّسُولِ تَرَىٰ عَيْنَهُمْ تَفْرِيطُ بِنَ الْدَّمِ مِمَّا عَرَفُوا بِنَ الْحَقِّ معرفت حق ہو</w:t>
      </w:r>
    </w:p>
    <w:p>
      <w:r>
        <w:rPr>
          <w:b/>
        </w:rPr>
        <w:t xml:space="preserve">[10:21] </w:t>
      </w:r>
      <w:r>
        <w:t>gayi un ko.</w:t>
      </w:r>
    </w:p>
    <w:p>
      <w:pPr>
        <w:jc w:val="right"/>
      </w:pPr>
      <w:r>
        <w:t>گئی ان کو۔</w:t>
      </w:r>
    </w:p>
    <w:p>
      <w:r>
        <w:rPr>
          <w:b/>
        </w:rPr>
        <w:t xml:space="preserve">[10:23] </w:t>
      </w:r>
      <w:r>
        <w:t>yani khuda ka kalam sun kar un ko haq ki معرفت ho gayi.</w:t>
      </w:r>
    </w:p>
    <w:p>
      <w:pPr>
        <w:jc w:val="right"/>
      </w:pPr>
      <w:r>
        <w:t>یعنی خدا کا کلام سن کر ان کو حق کی معرفت ہو گئی۔</w:t>
      </w:r>
    </w:p>
    <w:p>
      <w:r>
        <w:rPr>
          <w:b/>
        </w:rPr>
        <w:t xml:space="preserve">[10:28] </w:t>
      </w:r>
      <w:r>
        <w:t>sachai ka realization ho gaya.</w:t>
      </w:r>
    </w:p>
    <w:p>
      <w:pPr>
        <w:jc w:val="right"/>
      </w:pPr>
      <w:r>
        <w:t>سچائی کا realization ہو گیا۔</w:t>
      </w:r>
    </w:p>
    <w:p>
      <w:r>
        <w:rPr>
          <w:b/>
        </w:rPr>
        <w:t xml:space="preserve">[10:30] </w:t>
      </w:r>
      <w:r>
        <w:t>sachai ki discovery ho gayi.</w:t>
      </w:r>
    </w:p>
    <w:p>
      <w:pPr>
        <w:jc w:val="right"/>
      </w:pPr>
      <w:r>
        <w:t>سچائی کی discovery ہو گئی۔</w:t>
      </w:r>
    </w:p>
    <w:p>
      <w:r>
        <w:rPr>
          <w:b/>
        </w:rPr>
        <w:t xml:space="preserve">[10:32] </w:t>
      </w:r>
      <w:r>
        <w:t>yeh hai sahaba ki tasweer.</w:t>
      </w:r>
    </w:p>
    <w:p>
      <w:pPr>
        <w:jc w:val="right"/>
      </w:pPr>
      <w:r>
        <w:t>یہ ہے صحابہ کی تصویر۔</w:t>
      </w:r>
    </w:p>
    <w:p>
      <w:r>
        <w:rPr>
          <w:b/>
        </w:rPr>
        <w:t xml:space="preserve">[10:35] </w:t>
      </w:r>
      <w:r>
        <w:t>keh aap khuda ke kalam ko sunen, quran ko parhen, rasool Allah ki baton ko sunen aur parhen</w:t>
      </w:r>
    </w:p>
    <w:p>
      <w:pPr>
        <w:jc w:val="right"/>
      </w:pPr>
      <w:r>
        <w:t>کہ آپ خدا کے کلام کو سنیں، قرآن کو پڑھیں، رسول اللہ کی باتوں کو سنیں اور پڑھیں</w:t>
      </w:r>
    </w:p>
    <w:p>
      <w:r>
        <w:rPr>
          <w:b/>
        </w:rPr>
        <w:t xml:space="preserve">[10:42] </w:t>
      </w:r>
      <w:r>
        <w:t>to is se aap ko discovery ho, is mein aap ko معرفت milay.</w:t>
      </w:r>
    </w:p>
    <w:p>
      <w:pPr>
        <w:jc w:val="right"/>
      </w:pPr>
      <w:r>
        <w:t>تو اس سے آپ کو discovery ہو، اس میں آپ کو معرفت ملے۔</w:t>
      </w:r>
    </w:p>
    <w:p>
      <w:r>
        <w:rPr>
          <w:b/>
        </w:rPr>
        <w:t xml:space="preserve">[10:48] </w:t>
      </w:r>
      <w:r>
        <w:t>aap ka mind enlightened ho, aap ke dil mein hulchul paida ho.</w:t>
      </w:r>
    </w:p>
    <w:p>
      <w:pPr>
        <w:jc w:val="right"/>
      </w:pPr>
      <w:r>
        <w:t>آپ کا mind enlightened ہو، آپ کے دل میں ہلچل پیدا ہو۔</w:t>
      </w:r>
    </w:p>
    <w:p>
      <w:r>
        <w:rPr>
          <w:b/>
        </w:rPr>
        <w:t xml:space="preserve">[10:53] </w:t>
      </w:r>
      <w:r>
        <w:t>aur itni zyada aap ko gehri معرفت ho, itni gehri realization ho keh aankhon se aansu ubal parien.</w:t>
      </w:r>
    </w:p>
    <w:p>
      <w:pPr>
        <w:jc w:val="right"/>
      </w:pPr>
      <w:r>
        <w:t>اور اتنی زیادہ آپ کو گہری معرفت ہو، اتنی گہری realization ہو کہ آنکھوں سے آنسو ابل پڑیں۔</w:t>
      </w:r>
    </w:p>
    <w:p>
      <w:r>
        <w:rPr>
          <w:b/>
        </w:rPr>
        <w:t xml:space="preserve">[11:01] </w:t>
      </w:r>
      <w:r>
        <w:t>yeh ek fitrat ka nizam hai.</w:t>
      </w:r>
    </w:p>
    <w:p>
      <w:pPr>
        <w:jc w:val="right"/>
      </w:pPr>
      <w:r>
        <w:t>یہ ایک فطرت کا نظام ہے۔</w:t>
      </w:r>
    </w:p>
    <w:p>
      <w:r>
        <w:rPr>
          <w:b/>
        </w:rPr>
        <w:t xml:space="preserve">[11:03] </w:t>
      </w:r>
      <w:r>
        <w:t>aap jante hain keh fitrat ka nizam yeh hai keh jab aadmi kisi cheez se bohat zyada mutasir</w:t>
      </w:r>
    </w:p>
    <w:p>
      <w:pPr>
        <w:jc w:val="right"/>
      </w:pPr>
      <w:r>
        <w:t>آپ جانتے ہیں کہ فطرت کا نظام یہ ہے کہ جب آدمی کسی چیز سے بہت زیادہ متاثر</w:t>
      </w:r>
    </w:p>
    <w:p>
      <w:r>
        <w:rPr>
          <w:b/>
        </w:rPr>
        <w:t xml:space="preserve">[11:11] </w:t>
      </w:r>
      <w:r>
        <w:t>ho, bohat zyada mutasir ho to us ki aankhon se aansu nikal parhte hain.</w:t>
      </w:r>
    </w:p>
    <w:p>
      <w:pPr>
        <w:jc w:val="right"/>
      </w:pPr>
      <w:r>
        <w:t>ہو، بہت زیادہ متاثر ہو تو اس کی آنکھوں سے آنسو نکل پڑتے ہیں۔</w:t>
      </w:r>
    </w:p>
    <w:p>
      <w:r>
        <w:rPr>
          <w:b/>
        </w:rPr>
        <w:t xml:space="preserve">[11:17] </w:t>
      </w:r>
      <w:r>
        <w:t>to yeh hai tasweer sahaba ki keh khuda ka kalam unhein itna zyada mutasir karta hai keh us</w:t>
      </w:r>
    </w:p>
    <w:p>
      <w:pPr>
        <w:jc w:val="right"/>
      </w:pPr>
      <w:r>
        <w:t>تو یہ ہے تصویر صحابہ کی کہ خدا کا کلام انہیں اتنا زیادہ متاثر کرتا ہے کہ اس</w:t>
      </w:r>
    </w:p>
    <w:p>
      <w:r>
        <w:rPr>
          <w:b/>
        </w:rPr>
        <w:t xml:space="preserve">[11:25] </w:t>
      </w:r>
      <w:r>
        <w:t>mein un ko sachai mil jati hai.</w:t>
      </w:r>
    </w:p>
    <w:p>
      <w:pPr>
        <w:jc w:val="right"/>
      </w:pPr>
      <w:r>
        <w:t>میں ان کو سچائی مل جاتی ہے۔</w:t>
      </w:r>
    </w:p>
    <w:p>
      <w:r>
        <w:rPr>
          <w:b/>
        </w:rPr>
        <w:t xml:space="preserve">[11:28] </w:t>
      </w:r>
      <w:r>
        <w:t>is mein un ko معرفت ho jati hai haq ki.</w:t>
      </w:r>
    </w:p>
    <w:p>
      <w:pPr>
        <w:jc w:val="right"/>
      </w:pPr>
      <w:r>
        <w:t>اس میں ان کو معرفت ہو جاتی ہے حق کی۔</w:t>
      </w:r>
    </w:p>
    <w:p>
      <w:r>
        <w:rPr>
          <w:b/>
        </w:rPr>
        <w:t xml:space="preserve">[11:32] </w:t>
      </w:r>
      <w:r>
        <w:t>aur itni gehri معرفت hoti hai keh un ki aankhon se aansu ubal parhte hain.</w:t>
      </w:r>
    </w:p>
    <w:p>
      <w:pPr>
        <w:jc w:val="right"/>
      </w:pPr>
      <w:r>
        <w:t>اور اتنی گہری معرفت ہوتی ہے کہ ان کی آنکھوں سے آنسو ابل پڑتے ہیں۔</w:t>
      </w:r>
    </w:p>
    <w:p>
      <w:r>
        <w:rPr>
          <w:b/>
        </w:rPr>
        <w:t xml:space="preserve">[11:38] </w:t>
      </w:r>
      <w:r>
        <w:t>yeh pehchan hai.</w:t>
      </w:r>
    </w:p>
    <w:p>
      <w:pPr>
        <w:jc w:val="right"/>
      </w:pPr>
      <w:r>
        <w:t>یہ پہچان ہے۔</w:t>
      </w:r>
    </w:p>
    <w:p>
      <w:r>
        <w:rPr>
          <w:b/>
        </w:rPr>
        <w:t xml:space="preserve">[11:40] </w:t>
      </w:r>
      <w:r>
        <w:t>to yeh kitni bari baat hai.</w:t>
      </w:r>
    </w:p>
    <w:p>
      <w:pPr>
        <w:jc w:val="right"/>
      </w:pPr>
      <w:r>
        <w:t>تو یہ کتنی بڑی بات ہے۔</w:t>
      </w:r>
    </w:p>
    <w:p>
      <w:r>
        <w:rPr>
          <w:b/>
        </w:rPr>
        <w:t xml:space="preserve">[11:43] </w:t>
      </w:r>
      <w:r>
        <w:t>isi tareeqay se quran mein hai keh innama almu'minuna allazeena izaa zukira allahu wajalat quloobuhum waizaa tuliyat alayhim</w:t>
      </w:r>
    </w:p>
    <w:p>
      <w:pPr>
        <w:jc w:val="right"/>
      </w:pPr>
      <w:r>
        <w:t>اسی طریقے سے قرآن میں ہے کہ إِنَّمَا الْمُؤْمِنُونَ الَّذِينَ إِذَا ذُكْرَى اللَّهُ وَجَلَتْ قُلُوبُهُمْ وَإِذَا طُلِعَتْ عَلَيْهِمْ</w:t>
      </w:r>
    </w:p>
    <w:p>
      <w:r>
        <w:rPr>
          <w:b/>
        </w:rPr>
        <w:t xml:space="preserve">[11:50] </w:t>
      </w:r>
      <w:r>
        <w:t>ma yatoona zyada to iman aaye.</w:t>
      </w:r>
    </w:p>
    <w:p>
      <w:pPr>
        <w:jc w:val="right"/>
      </w:pPr>
      <w:r>
        <w:t>مَا يَأْتُونَ زیادہ تو ایمان آئے۔</w:t>
      </w:r>
    </w:p>
    <w:p>
      <w:r>
        <w:rPr>
          <w:b/>
        </w:rPr>
        <w:t xml:space="preserve">[11:53] </w:t>
      </w:r>
      <w:r>
        <w:t>waala rabbihim yatawakkaloon keh momin to woh hain, yahan bhi unhi sahaba ki tasweer hai yeh.</w:t>
      </w:r>
    </w:p>
    <w:p>
      <w:pPr>
        <w:jc w:val="right"/>
      </w:pPr>
      <w:r>
        <w:t>وَعَلَىٰ رَبِّهِمْ يَتَوَكَّلُونَ کہ مومن تو وہ ہیں، یہاں بھی انہی صحابہ کی تصویر ہے یہ۔</w:t>
      </w:r>
    </w:p>
    <w:p>
      <w:r>
        <w:rPr>
          <w:b/>
        </w:rPr>
        <w:t xml:space="preserve">[12:00] </w:t>
      </w:r>
      <w:r>
        <w:t>keh momin to woh hain keh jab un ke samne Allah ka zikr kiya jaye to un ke</w:t>
      </w:r>
    </w:p>
    <w:p>
      <w:pPr>
        <w:jc w:val="right"/>
      </w:pPr>
      <w:r>
        <w:t>کہ مومن تو وہ ہیں کہ جب ان کے سامنے اللہ کا ذکر کیا جائے تو ان کے</w:t>
      </w:r>
    </w:p>
    <w:p>
      <w:r>
        <w:rPr>
          <w:b/>
        </w:rPr>
        <w:t xml:space="preserve">[12:07] </w:t>
      </w:r>
      <w:r>
        <w:t>dil dahal uthein.</w:t>
      </w:r>
    </w:p>
    <w:p>
      <w:pPr>
        <w:jc w:val="right"/>
      </w:pPr>
      <w:r>
        <w:t>دل دہل اٹھیں۔</w:t>
      </w:r>
    </w:p>
    <w:p>
      <w:r>
        <w:rPr>
          <w:b/>
        </w:rPr>
        <w:t xml:space="preserve">[12:09] </w:t>
      </w:r>
      <w:r>
        <w:t>wajalat qulubuhum momin to woh hain keh jab un ke samne Allah ka zikr kiya jaye to un</w:t>
      </w:r>
    </w:p>
    <w:p>
      <w:pPr>
        <w:jc w:val="right"/>
      </w:pPr>
      <w:r>
        <w:t>وَجَلَتْ قُلُوبُهُمْ مومن تو وہ ہیں کہ جب ان کے سامنے اللہ کا ذکر کیا جائے تو ان</w:t>
      </w:r>
    </w:p>
    <w:p>
      <w:r>
        <w:rPr>
          <w:b/>
        </w:rPr>
        <w:t xml:space="preserve">[12:17] </w:t>
      </w:r>
      <w:r>
        <w:t>ke dil dahal uthein.</w:t>
      </w:r>
    </w:p>
    <w:p>
      <w:pPr>
        <w:jc w:val="right"/>
      </w:pPr>
      <w:r>
        <w:t>کے دل دہل اٹھیں۔</w:t>
      </w:r>
    </w:p>
    <w:p>
      <w:r>
        <w:rPr>
          <w:b/>
        </w:rPr>
        <w:t xml:space="preserve">[12:18] </w:t>
      </w:r>
      <w:r>
        <w:t>innama almu'minuna alladhina idha dhukira allahu wajalat qulubuhum dil Allah ke naam se kab dahal uthega? jab</w:t>
      </w:r>
    </w:p>
    <w:p>
      <w:pPr>
        <w:jc w:val="right"/>
      </w:pPr>
      <w:r>
        <w:t>إِنَّمَا الْمُؤْمِنُونَ الَّذِينَ إِذَا ذُكْرَى اللَّهُ وَجَلَتْ قُلُوبُهُمْ دل اللہ کے نام سے کب دہل اٹھے گا؟ جب</w:t>
      </w:r>
    </w:p>
    <w:p>
      <w:r>
        <w:rPr>
          <w:b/>
        </w:rPr>
        <w:t xml:space="preserve">[12:26] </w:t>
      </w:r>
      <w:r>
        <w:t>Allah ko aap ne ek bohat bari cheez ke taur par discover kiya ho.</w:t>
      </w:r>
    </w:p>
    <w:p>
      <w:pPr>
        <w:jc w:val="right"/>
      </w:pPr>
      <w:r>
        <w:t>اللہ کو آپ نے ایک بہت بڑی چیز کے طور پر discover کیا ہو۔</w:t>
      </w:r>
    </w:p>
    <w:p>
      <w:r>
        <w:rPr>
          <w:b/>
        </w:rPr>
        <w:t xml:space="preserve">[12:32] </w:t>
      </w:r>
      <w:r>
        <w:t>agar Allah ka koi bari discovery na ho to dil kaise dahlen ge? aap sochiye kisi ke samne</w:t>
      </w:r>
    </w:p>
    <w:p>
      <w:pPr>
        <w:jc w:val="right"/>
      </w:pPr>
      <w:r>
        <w:t>اگر اللہ کا کوئی بڑی discovery نہ ہو تو دل کیسے دہلیں گے؟ آپ سوچیے کسی کے سامنے</w:t>
      </w:r>
    </w:p>
    <w:p>
      <w:r>
        <w:rPr>
          <w:b/>
        </w:rPr>
        <w:t xml:space="preserve">[12:40] </w:t>
      </w:r>
      <w:r>
        <w:t>aap das bees admi kahin baithe hue hain, aap kahin keh yahan ek cheunti reng rahi hai to</w:t>
      </w:r>
    </w:p>
    <w:p>
      <w:pPr>
        <w:jc w:val="right"/>
      </w:pPr>
      <w:r>
        <w:t>آپ دس بیس آدمی کہیں بیٹھے ہوئے ہیں، آپ کہیں کہ یہاں ایک چیونٹی رینگ رہی ہے تو</w:t>
      </w:r>
    </w:p>
    <w:p>
      <w:r>
        <w:rPr>
          <w:b/>
        </w:rPr>
        <w:t xml:space="preserve">[12:47] </w:t>
      </w:r>
      <w:r>
        <w:t>kisi ka dil nahi dahlega? das bees admi kahin baithe hue hain aur aap kahin keh yahan</w:t>
      </w:r>
    </w:p>
    <w:p>
      <w:pPr>
        <w:jc w:val="right"/>
      </w:pPr>
      <w:r>
        <w:t>کسی کا دل نہیں دہلے گا؟ دس بیس آدمی کہیں بیٹھے ہوئے ہیں اور آپ کہیں کہ یہاں</w:t>
      </w:r>
    </w:p>
    <w:p>
      <w:r>
        <w:rPr>
          <w:b/>
        </w:rPr>
        <w:t xml:space="preserve">[12:55] </w:t>
      </w:r>
      <w:r>
        <w:t>cheunti reng rahi hai to kisi ka dil nahi dahlega? lekin agar aap kahin keh yeh dekho</w:t>
      </w:r>
    </w:p>
    <w:p>
      <w:pPr>
        <w:jc w:val="right"/>
      </w:pPr>
      <w:r>
        <w:t>چیونٹی رینگ رہی ہے تو کسی کا دل نہیں دہلے گا؟ لیکن اگر آپ کہیں کہ یہ دیکھو</w:t>
      </w:r>
    </w:p>
    <w:p>
      <w:r>
        <w:rPr>
          <w:b/>
        </w:rPr>
        <w:t xml:space="preserve">[13:03] </w:t>
      </w:r>
      <w:r>
        <w:t>yeh to sher aa gaya hai yahan, sher ghus aaya hai yahan per to sare log dahal uthein</w:t>
      </w:r>
    </w:p>
    <w:p>
      <w:pPr>
        <w:jc w:val="right"/>
      </w:pPr>
      <w:r>
        <w:t>یہ تو شیر آ گیا ہے یہاں، شیر گھس آیا ہے یہاں پر تو سارے لوگ دہل اٹھیں</w:t>
      </w:r>
    </w:p>
    <w:p>
      <w:r>
        <w:rPr>
          <w:b/>
        </w:rPr>
        <w:t xml:space="preserve">[13:11]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[13:12] </w:t>
      </w:r>
      <w:r>
        <w:t>to Allah to dahal, un ka dil dahalta hai jinhone Allah ko bari azmat ke sath discover</w:t>
      </w:r>
    </w:p>
    <w:p>
      <w:pPr>
        <w:jc w:val="right"/>
      </w:pPr>
      <w:r>
        <w:t>تو اللہ تو دہل، ان کا دل دہلتا ہے جنہوں نے اللہ کو بڑی عظمت کے ساتھ discover</w:t>
      </w:r>
    </w:p>
    <w:p>
      <w:r>
        <w:rPr>
          <w:b/>
        </w:rPr>
        <w:t xml:space="preserve">[13:20] </w:t>
      </w:r>
      <w:r>
        <w:t>kar rakha ho.</w:t>
      </w:r>
    </w:p>
    <w:p>
      <w:pPr>
        <w:jc w:val="right"/>
      </w:pPr>
      <w:r>
        <w:t>کر رکھا ہو۔</w:t>
      </w:r>
    </w:p>
    <w:p>
      <w:r>
        <w:rPr>
          <w:b/>
        </w:rPr>
        <w:t xml:space="preserve">[13:21] </w:t>
      </w:r>
      <w:r>
        <w:t>yad rakhiye dil ka dahalna sada taur par nahi hota.</w:t>
      </w:r>
    </w:p>
    <w:p>
      <w:pPr>
        <w:jc w:val="right"/>
      </w:pPr>
      <w:r>
        <w:t>یاد رکھیے دل کا دہلنا سادہ طور پر نہیں ہوتا۔</w:t>
      </w:r>
    </w:p>
    <w:p>
      <w:r>
        <w:rPr>
          <w:b/>
        </w:rPr>
        <w:t xml:space="preserve">[13:26] </w:t>
      </w:r>
      <w:r>
        <w:t>jab aap ne cheunti ko cheunti ke taur par jante hain keh choti si cheez hai, kya kare</w:t>
      </w:r>
    </w:p>
    <w:p>
      <w:pPr>
        <w:jc w:val="right"/>
      </w:pPr>
      <w:r>
        <w:t>جب آپ نے چیونٹی کو چیونٹی کے طور پر جانتے ہیں کہ چھوٹی سی چیز ہے، کیا کرے</w:t>
      </w:r>
    </w:p>
    <w:p>
      <w:r>
        <w:rPr>
          <w:b/>
        </w:rPr>
        <w:t xml:space="preserve">[13:33] </w:t>
      </w:r>
      <w:r>
        <w:t>gi woh? aap ke mind mein yeh hai.</w:t>
      </w:r>
    </w:p>
    <w:p>
      <w:pPr>
        <w:jc w:val="right"/>
      </w:pPr>
      <w:r>
        <w:t>گی وہ؟ آپ کے mind میں یہ ہے۔</w:t>
      </w:r>
    </w:p>
    <w:p>
      <w:r>
        <w:rPr>
          <w:b/>
        </w:rPr>
        <w:t xml:space="preserve">[13:37] </w:t>
      </w:r>
      <w:r>
        <w:t>to cheunti ka naam sun kar aap ko dil nahi dahalta.</w:t>
      </w:r>
    </w:p>
    <w:p>
      <w:pPr>
        <w:jc w:val="right"/>
      </w:pPr>
      <w:r>
        <w:t>تو چیونٹی کا نام سن کر آپ کو دل نہیں دہلتا۔</w:t>
      </w:r>
    </w:p>
    <w:p>
      <w:r>
        <w:rPr>
          <w:b/>
        </w:rPr>
        <w:t xml:space="preserve">[13:41] </w:t>
      </w:r>
      <w:r>
        <w:t>sher ke bare mein aap sun rakha hai keh sher bohat taqatwar cheez hai.</w:t>
      </w:r>
    </w:p>
    <w:p>
      <w:pPr>
        <w:jc w:val="right"/>
      </w:pPr>
      <w:r>
        <w:t>شیر کے بارے میں آپ سن رکھا ہے کہ شیر بہت طاقتور چیز ہے۔</w:t>
      </w:r>
    </w:p>
    <w:p>
      <w:r>
        <w:rPr>
          <w:b/>
        </w:rPr>
        <w:t xml:space="preserve">[13:47] </w:t>
      </w:r>
      <w:r>
        <w:t>sab se ziada taqatwar haiwan hai.</w:t>
      </w:r>
    </w:p>
    <w:p>
      <w:pPr>
        <w:jc w:val="right"/>
      </w:pPr>
      <w:r>
        <w:t>سب سے زیادہ طاقتور حیوان ہے۔</w:t>
      </w:r>
    </w:p>
    <w:p>
      <w:r>
        <w:rPr>
          <w:b/>
        </w:rPr>
        <w:t xml:space="preserve">[13:50] </w:t>
      </w:r>
      <w:r>
        <w:t>woh panje wala hai, woh kha jata hai insan ko.</w:t>
      </w:r>
    </w:p>
    <w:p>
      <w:pPr>
        <w:jc w:val="right"/>
      </w:pPr>
      <w:r>
        <w:t>وہ پنجے والا ہے، وہ کھا جاتا ہے انسان کو۔</w:t>
      </w:r>
    </w:p>
    <w:p>
      <w:r>
        <w:rPr>
          <w:b/>
        </w:rPr>
        <w:t xml:space="preserve">[13:54] </w:t>
      </w:r>
      <w:r>
        <w:t>is hesiyat se aap ke dimagh mein, dimagh mein sher ki tasweer hai.</w:t>
      </w:r>
    </w:p>
    <w:p>
      <w:pPr>
        <w:jc w:val="right"/>
      </w:pPr>
      <w:r>
        <w:t>اس حیثیت سے آپ کے دماغ میں، دماغ میں شیر کی تصویر ہے۔</w:t>
      </w:r>
    </w:p>
    <w:p>
      <w:r>
        <w:rPr>
          <w:b/>
        </w:rPr>
        <w:t xml:space="preserve">[14:00] </w:t>
      </w:r>
      <w:r>
        <w:t>tab aisa hota hai keh sher ka naam sun kar aap dahal uthte hain.</w:t>
      </w:r>
    </w:p>
    <w:p>
      <w:pPr>
        <w:jc w:val="right"/>
      </w:pPr>
      <w:r>
        <w:t>تب ایسا ہوتا ہے کہ شیر کا نام سن کر آپ دہل اٹھتے ہیں۔</w:t>
      </w:r>
    </w:p>
    <w:p>
      <w:r>
        <w:rPr>
          <w:b/>
        </w:rPr>
        <w:t xml:space="preserve">[14:06] </w:t>
      </w:r>
      <w:r>
        <w:t>sirf sirf lafz nahi dahalta aap ko, discovery dahlaati hai.</w:t>
      </w:r>
    </w:p>
    <w:p>
      <w:pPr>
        <w:jc w:val="right"/>
      </w:pPr>
      <w:r>
        <w:t>صرف صرف لفظ نہیں دہلاتا آپ کو، discovery دہلاتی ہے۔</w:t>
      </w:r>
    </w:p>
    <w:p>
      <w:r>
        <w:rPr>
          <w:b/>
        </w:rPr>
        <w:t xml:space="preserve">[14:10] </w:t>
      </w:r>
      <w:r>
        <w:t>azmat lafz Allah nahi dahlaye ga aap ko.</w:t>
      </w:r>
    </w:p>
    <w:p>
      <w:pPr>
        <w:jc w:val="right"/>
      </w:pPr>
      <w:r>
        <w:t>عزت لفظ اللہ نہیں دہلائے گا آپ کو۔</w:t>
      </w:r>
    </w:p>
    <w:p>
      <w:r>
        <w:rPr>
          <w:b/>
        </w:rPr>
        <w:t xml:space="preserve">[14:14] </w:t>
      </w:r>
      <w:r>
        <w:t>allah ka, allah ki marifat itne bade darje mein hui ho, itne bade darje mein ho.</w:t>
      </w:r>
    </w:p>
    <w:p>
      <w:pPr>
        <w:jc w:val="right"/>
      </w:pPr>
      <w:r>
        <w:t>اللہ کا، اللہ کی معرفت اتنے بڑے درجے میں ہوئی ہو، اتنے بڑے درجے میں ہو۔</w:t>
      </w:r>
    </w:p>
    <w:p>
      <w:r>
        <w:rPr>
          <w:b/>
        </w:rPr>
        <w:t xml:space="preserve">[14:20] </w:t>
      </w:r>
      <w:r>
        <w:t>ke khuda woh hai jisne itne bade universe ko paida kiya.</w:t>
      </w:r>
    </w:p>
    <w:p>
      <w:pPr>
        <w:jc w:val="right"/>
      </w:pPr>
      <w:r>
        <w:t>کہ خدا وہ ہے جس نے اتنے بڑے universe کو پیدا کیا۔</w:t>
      </w:r>
    </w:p>
    <w:p>
      <w:r>
        <w:rPr>
          <w:b/>
        </w:rPr>
        <w:t xml:space="preserve">[14:26] </w:t>
      </w:r>
      <w:r>
        <w:t>khuda woh hai jisne itne bade universe ko control kiya hua hai.</w:t>
      </w:r>
    </w:p>
    <w:p>
      <w:pPr>
        <w:jc w:val="right"/>
      </w:pPr>
      <w:r>
        <w:t>خدا وہ ہے جس نے اتنے بڑے universe کو کنٹرول کیا ہوا ہے۔</w:t>
      </w:r>
    </w:p>
    <w:p>
      <w:r>
        <w:rPr>
          <w:b/>
        </w:rPr>
        <w:t xml:space="preserve">[14:31] </w:t>
      </w:r>
      <w:r>
        <w:t>khuda woh hai jisne zameen ko paida kiya.</w:t>
      </w:r>
    </w:p>
    <w:p>
      <w:pPr>
        <w:jc w:val="right"/>
      </w:pPr>
      <w:r>
        <w:t>خدا وہ ہے جس نے زمین کو پیدا کیا۔</w:t>
      </w:r>
    </w:p>
    <w:p>
      <w:r>
        <w:rPr>
          <w:b/>
        </w:rPr>
        <w:t xml:space="preserve">[14:35] </w:t>
      </w:r>
      <w:r>
        <w:t>khuda woh hai jisne zameen par life support system banaya.</w:t>
      </w:r>
    </w:p>
    <w:p>
      <w:pPr>
        <w:jc w:val="right"/>
      </w:pPr>
      <w:r>
        <w:t>خدا وہ ہے جس نے زمین پر life support system بنایا۔</w:t>
      </w:r>
    </w:p>
    <w:p>
      <w:r>
        <w:rPr>
          <w:b/>
        </w:rPr>
        <w:t xml:space="preserve">[14:40] </w:t>
      </w:r>
      <w:r>
        <w:t>yeh khuda ko jab aap uski sari azmaton ke sath daryaft kiye hon pehle se, tab aisa</w:t>
      </w:r>
    </w:p>
    <w:p>
      <w:pPr>
        <w:jc w:val="right"/>
      </w:pPr>
      <w:r>
        <w:t>یہ خدا کو جب آپ اس کی ساری عظمتوں کے ساتھ دریافت کیے ہوں پہلے سے، تب ایسا</w:t>
      </w:r>
    </w:p>
    <w:p>
      <w:r>
        <w:rPr>
          <w:b/>
        </w:rPr>
        <w:t xml:space="preserve">[14:47] </w:t>
      </w:r>
      <w:r>
        <w:t>hoga ke aap ke samne khuda ka kalam padha jayega to aap ke andar ek zabardast raashah</w:t>
      </w:r>
    </w:p>
    <w:p>
      <w:pPr>
        <w:jc w:val="right"/>
      </w:pPr>
      <w:r>
        <w:t>ہوگا کہ آپ کے سامنے خدا کا کلام پڑھا جائے گا تو آپ کے اندر ایک زبردست راشہ</w:t>
      </w:r>
    </w:p>
    <w:p>
      <w:r>
        <w:rPr>
          <w:b/>
        </w:rPr>
        <w:t xml:space="preserve">[14:55] </w:t>
      </w:r>
      <w:r>
        <w:t>taari hoga.</w:t>
      </w:r>
    </w:p>
    <w:p>
      <w:pPr>
        <w:jc w:val="right"/>
      </w:pPr>
      <w:r>
        <w:t>طاری ہوگا۔</w:t>
      </w:r>
    </w:p>
    <w:p>
      <w:r>
        <w:rPr>
          <w:b/>
        </w:rPr>
        <w:t xml:space="preserve">[14:57] </w:t>
      </w:r>
      <w:r>
        <w:t>aap ka dil dahal uthega.</w:t>
      </w:r>
    </w:p>
    <w:p>
      <w:pPr>
        <w:jc w:val="right"/>
      </w:pPr>
      <w:r>
        <w:t>آپ کا دل دہل اٹھے گا۔</w:t>
      </w:r>
    </w:p>
    <w:p>
      <w:r>
        <w:rPr>
          <w:b/>
        </w:rPr>
        <w:t xml:space="preserve">[14:59] </w:t>
      </w:r>
      <w:r>
        <w:t>aap ke andar ek toofan barpa ho jayega.</w:t>
      </w:r>
    </w:p>
    <w:p>
      <w:pPr>
        <w:jc w:val="right"/>
      </w:pPr>
      <w:r>
        <w:t>آپ کے اندر ایک طوفان برپا ہو جائے گا۔</w:t>
      </w:r>
    </w:p>
    <w:p>
      <w:r>
        <w:rPr>
          <w:b/>
        </w:rPr>
        <w:t xml:space="preserve">[15:03] </w:t>
      </w:r>
      <w:r>
        <w:t>yeh hai iska raaz.</w:t>
      </w:r>
    </w:p>
    <w:p>
      <w:pPr>
        <w:jc w:val="right"/>
      </w:pPr>
      <w:r>
        <w:t>یہ ہے اس کا راز۔</w:t>
      </w:r>
    </w:p>
    <w:p>
      <w:r>
        <w:rPr>
          <w:b/>
        </w:rPr>
        <w:t xml:space="preserve">[15:05] </w:t>
      </w:r>
      <w:r>
        <w:t>to is se kya maloom hua? is se maloom hua ke ke imaan ek discovery hai.</w:t>
      </w:r>
    </w:p>
    <w:p>
      <w:pPr>
        <w:jc w:val="right"/>
      </w:pPr>
      <w:r>
        <w:t>تو اس سے کیا معلوم ہوا؟ اس سے معلوم ہوا کہ کہ ایمان ایک discovery ہے۔</w:t>
      </w:r>
    </w:p>
    <w:p>
      <w:r>
        <w:rPr>
          <w:b/>
        </w:rPr>
        <w:t xml:space="preserve">[15:12] </w:t>
      </w:r>
      <w:r>
        <w:t>imaan kisi kalme ke talaffuz ka naam nahi hai.</w:t>
      </w:r>
    </w:p>
    <w:p>
      <w:pPr>
        <w:jc w:val="right"/>
      </w:pPr>
      <w:r>
        <w:t>ایمان کسی کلمے کے تلفظ کا نام نہیں ہے۔</w:t>
      </w:r>
    </w:p>
    <w:p>
      <w:r>
        <w:rPr>
          <w:b/>
        </w:rPr>
        <w:t xml:space="preserve">[15:16] </w:t>
      </w:r>
      <w:r>
        <w:t>kalme ka talaffuz aap ko nahi kabhi dahla nahi sakta kabhi aap ko.</w:t>
      </w:r>
    </w:p>
    <w:p>
      <w:pPr>
        <w:jc w:val="right"/>
      </w:pPr>
      <w:r>
        <w:t>کلمے کا تلفظ آپ کو نہیں کبھی دہلا نہیں سکتا کبھی آپ کو۔</w:t>
      </w:r>
    </w:p>
    <w:p>
      <w:r>
        <w:rPr>
          <w:b/>
        </w:rPr>
        <w:t xml:space="preserve">[15:22] </w:t>
      </w:r>
      <w:r>
        <w:t>to kalma ek daryaft hai, kalma ek talaffuz nahi hai.</w:t>
      </w:r>
    </w:p>
    <w:p>
      <w:pPr>
        <w:jc w:val="right"/>
      </w:pPr>
      <w:r>
        <w:t>تو کلمہ ایک دریافت ہے، کلمہ ایک تلفظ نہیں ہے۔</w:t>
      </w:r>
    </w:p>
    <w:p>
      <w:r>
        <w:rPr>
          <w:b/>
        </w:rPr>
        <w:t xml:space="preserve">[15:26] </w:t>
      </w:r>
      <w:r>
        <w:t>yeh is se maloom hua.</w:t>
      </w:r>
    </w:p>
    <w:p>
      <w:pPr>
        <w:jc w:val="right"/>
      </w:pPr>
      <w:r>
        <w:t>یہ اس سے معلوم ہوا۔</w:t>
      </w:r>
    </w:p>
    <w:p>
      <w:r>
        <w:rPr>
          <w:b/>
        </w:rPr>
        <w:t xml:space="preserve">[15:28] </w:t>
      </w:r>
      <w:r>
        <w:t>innalmuminunallazina izazukirallahu wajalat qulubuhum ke momin to woh hain.</w:t>
      </w:r>
    </w:p>
    <w:p>
      <w:pPr>
        <w:jc w:val="right"/>
      </w:pPr>
      <w:r>
        <w:t>إِنَّمَا الْمُؤْمِنُونَ الَّذِينَ إِذَا ذُكْرَى اللَّهُ وَجَلَتْ قُلُوبُهُمْ کہ مومن تو وہ ہیں۔</w:t>
      </w:r>
    </w:p>
    <w:p>
      <w:r>
        <w:rPr>
          <w:b/>
        </w:rPr>
        <w:t xml:space="preserve">[15:34] </w:t>
      </w:r>
      <w:r>
        <w:t>yani kalma padhne wale woh log aap keh sakte hain is ko.</w:t>
      </w:r>
    </w:p>
    <w:p>
      <w:pPr>
        <w:jc w:val="right"/>
      </w:pPr>
      <w:r>
        <w:t>یعنی کلمہ پڑھنے والے وہ لوگ آپ کہہ سکتے ہیں اس کو۔</w:t>
      </w:r>
    </w:p>
    <w:p>
      <w:r>
        <w:rPr>
          <w:b/>
        </w:rPr>
        <w:t xml:space="preserve">[15:39] </w:t>
      </w:r>
      <w:r>
        <w:t>momin to woh hain ke mani kya hain? kalma padhne wale to woh log hain jin ke dil</w:t>
      </w:r>
    </w:p>
    <w:p>
      <w:pPr>
        <w:jc w:val="right"/>
      </w:pPr>
      <w:r>
        <w:t>مومن تو وہ ہیں کے معنی کیا ہیں؟ کلمہ پڑھنے والے تو وہ لوگ ہیں جن کے دل</w:t>
      </w:r>
    </w:p>
    <w:p>
      <w:r>
        <w:rPr>
          <w:b/>
        </w:rPr>
        <w:t xml:space="preserve">[15:46] </w:t>
      </w:r>
      <w:r>
        <w:t>dahal uthte hain is waqt jab ke khuda ka kalam padha jaye un ke samne.</w:t>
      </w:r>
    </w:p>
    <w:p>
      <w:pPr>
        <w:jc w:val="right"/>
      </w:pPr>
      <w:r>
        <w:t>دہل اٹھتے ہیں اس وقت جب کہ خدا کا کلام پڑھا جائے ان کے سامنے۔</w:t>
      </w:r>
    </w:p>
    <w:p>
      <w:r>
        <w:rPr>
          <w:b/>
        </w:rPr>
        <w:t xml:space="preserve">[15:53] </w:t>
      </w:r>
      <w:r>
        <w:t>to main arz kar raha hoon ke is se pehle yani kalma ko sunne se pehle, khuda ke</w:t>
      </w:r>
    </w:p>
    <w:p>
      <w:pPr>
        <w:jc w:val="right"/>
      </w:pPr>
      <w:r>
        <w:t>تو میں عرض کر رہا ہوں کہ اس سے پہلے یعنی کلمہ کو سننے سے پہلے، خدا کے</w:t>
      </w:r>
    </w:p>
    <w:p>
      <w:r>
        <w:rPr>
          <w:b/>
        </w:rPr>
        <w:t xml:space="preserve">[16:01] </w:t>
      </w:r>
      <w:r>
        <w:t>kalam ko sunne se pehle, allah ko aap ne ek badi haqeeqat ke taur par discover kar rakha</w:t>
      </w:r>
    </w:p>
    <w:p>
      <w:pPr>
        <w:jc w:val="right"/>
      </w:pPr>
      <w:r>
        <w:t>کلام کو سننے سے پہلے، اللہ کو آپ نے ایک بڑی حقیقت کے طور پر discover کر رکھا</w:t>
      </w:r>
    </w:p>
    <w:p>
      <w:r>
        <w:rPr>
          <w:b/>
        </w:rPr>
        <w:t xml:space="preserve">[16:08]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[16:10] </w:t>
      </w:r>
      <w:r>
        <w:t>ke khuda khalq hai, khuda malik hai, khuda ke samne hum accountable hain.</w:t>
      </w:r>
    </w:p>
    <w:p>
      <w:pPr>
        <w:jc w:val="right"/>
      </w:pPr>
      <w:r>
        <w:t>کہ خدا خالق ہے، خدا مالک ہے، خدا کے سامنے ہم accountable ہیں۔</w:t>
      </w:r>
    </w:p>
    <w:p>
      <w:r>
        <w:rPr>
          <w:b/>
        </w:rPr>
        <w:t xml:space="preserve">[16:15] </w:t>
      </w:r>
      <w:r>
        <w:t>khuda jahannum mein dalega agar woh chahe to, woh jannat mein dalega agar woh chahe to.</w:t>
      </w:r>
    </w:p>
    <w:p>
      <w:pPr>
        <w:jc w:val="right"/>
      </w:pPr>
      <w:r>
        <w:t>خدا جہنم میں ڈالے گا اگر وہ چاہے تو، وہ جنت میں ڈالے گا اگر وہ چاہے تو۔</w:t>
      </w:r>
    </w:p>
    <w:p>
      <w:r>
        <w:rPr>
          <w:b/>
        </w:rPr>
        <w:t xml:space="preserve">[16:23] </w:t>
      </w:r>
      <w:r>
        <w:t>itni bari hasti khuda ki hai.</w:t>
      </w:r>
    </w:p>
    <w:p>
      <w:pPr>
        <w:jc w:val="right"/>
      </w:pPr>
      <w:r>
        <w:t>اتنی بڑی ہستی خدا کی ہے۔</w:t>
      </w:r>
    </w:p>
    <w:p>
      <w:r>
        <w:rPr>
          <w:b/>
        </w:rPr>
        <w:t xml:space="preserve">[16:26] </w:t>
      </w:r>
      <w:r>
        <w:t>yeh sari baatein apni poori azmat ke saath jab aap ke dimagh mein baithi hui hon, tab aisa</w:t>
      </w:r>
    </w:p>
    <w:p>
      <w:pPr>
        <w:jc w:val="right"/>
      </w:pPr>
      <w:r>
        <w:t>یہ ساری باتیں اپنی پوری عظمت کے ساتھ جب آپ کے دماغ میں بیٹھی ہوئی ہوں، تب ایسا</w:t>
      </w:r>
    </w:p>
    <w:p>
      <w:r>
        <w:rPr>
          <w:b/>
        </w:rPr>
        <w:t xml:space="preserve">[16:33] </w:t>
      </w:r>
      <w:r>
        <w:t>hoga ke khuda ka naam aaye to aap ke dil mein ek toofan barpa ho.</w:t>
      </w:r>
    </w:p>
    <w:p>
      <w:pPr>
        <w:jc w:val="right"/>
      </w:pPr>
      <w:r>
        <w:t>ہوگا کہ خدا کا نام آئے تو آپ کے دل میں ایک طوفان برپا ہو۔</w:t>
      </w:r>
    </w:p>
    <w:p>
      <w:r>
        <w:rPr>
          <w:b/>
        </w:rPr>
        <w:t xml:space="preserve">[16:40] </w:t>
      </w:r>
      <w:r>
        <w:t>aise hi dekhiye, aksar log, main kehta hoon majority logon ki hai aisi, woh samajhte hain ke hum</w:t>
      </w:r>
    </w:p>
    <w:p>
      <w:pPr>
        <w:jc w:val="right"/>
      </w:pPr>
      <w:r>
        <w:t>ایسے ہی دیکھیے، اکثر لوگ، میں کہتا ہوں majority لوگوں کی ہے ایسی، وہ سمجھتے ہیں کہ ہم</w:t>
      </w:r>
    </w:p>
    <w:p>
      <w:r>
        <w:rPr>
          <w:b/>
        </w:rPr>
        <w:t xml:space="preserve">[16:47] </w:t>
      </w:r>
      <w:r>
        <w:t>to khair ummat hain.</w:t>
      </w:r>
    </w:p>
    <w:p>
      <w:pPr>
        <w:jc w:val="right"/>
      </w:pPr>
      <w:r>
        <w:t>تو خیر امت ہیں۔</w:t>
      </w:r>
    </w:p>
    <w:p>
      <w:r>
        <w:rPr>
          <w:b/>
        </w:rPr>
        <w:t xml:space="preserve">[16:49] </w:t>
      </w:r>
      <w:r>
        <w:t>quran mein aaya hai ke kuntu khairu ummatin ukhrijat lilnnas ahl-e-imaan ke bare mein hai yeh aayat.</w:t>
      </w:r>
    </w:p>
    <w:p>
      <w:pPr>
        <w:jc w:val="right"/>
      </w:pPr>
      <w:r>
        <w:t>قرآن میں آیا ہے کہ كُنْتُمْ خَيْرُ أُمَّةٍ أُخْرِجَتْ لِلنَّاسِ اہل ایمان کے بارے میں ہے یہ آیت۔</w:t>
      </w:r>
    </w:p>
    <w:p>
      <w:r>
        <w:rPr>
          <w:b/>
        </w:rPr>
        <w:t xml:space="preserve">[16:57] </w:t>
      </w:r>
      <w:r>
        <w:t>kuntu khairu ummatin ukhrijat lilnnas ke tum khair ummat ho.</w:t>
      </w:r>
    </w:p>
    <w:p>
      <w:pPr>
        <w:jc w:val="right"/>
      </w:pPr>
      <w:r>
        <w:t>كُنْتُمْ خَيْرُ أُمَّةٍ أُخْرِجَتْ لِلنَّاسِ کہ تم خیر امت ہو۔</w:t>
      </w:r>
    </w:p>
    <w:p>
      <w:r>
        <w:rPr>
          <w:b/>
        </w:rPr>
        <w:t xml:space="preserve">[17:01] </w:t>
      </w:r>
      <w:r>
        <w:t>tum behtar groh ho.</w:t>
      </w:r>
    </w:p>
    <w:p>
      <w:pPr>
        <w:jc w:val="right"/>
      </w:pPr>
      <w:r>
        <w:t>تم بہتر گروہ ہو۔</w:t>
      </w:r>
    </w:p>
    <w:p>
      <w:r>
        <w:rPr>
          <w:b/>
        </w:rPr>
        <w:t xml:space="preserve">[17:03] </w:t>
      </w:r>
      <w:r>
        <w:t>jo doosron ke liye nikala gaya hai.</w:t>
      </w:r>
    </w:p>
    <w:p>
      <w:pPr>
        <w:jc w:val="right"/>
      </w:pPr>
      <w:r>
        <w:t>جو دوسروں کے لیے نکالا گیا ہے۔</w:t>
      </w:r>
    </w:p>
    <w:p>
      <w:r>
        <w:rPr>
          <w:b/>
        </w:rPr>
        <w:t xml:space="preserve">[17:06] </w:t>
      </w:r>
      <w:r>
        <w:t>to jis ko bhi dekhiye woh apne ko khair ummat samjhe hue hain.</w:t>
      </w:r>
    </w:p>
    <w:p>
      <w:pPr>
        <w:jc w:val="right"/>
      </w:pPr>
      <w:r>
        <w:t>تو جس کو بھی دیکھیے وہ اپنے کو خیر امت سمجھے ہوئے ہیں۔</w:t>
      </w:r>
    </w:p>
    <w:p>
      <w:r>
        <w:rPr>
          <w:b/>
        </w:rPr>
        <w:t xml:space="preserve">[17:11] </w:t>
      </w:r>
      <w:r>
        <w:t>lekin ghor karne ki baat hai ke is ka matlab kya hai.</w:t>
      </w:r>
    </w:p>
    <w:p>
      <w:pPr>
        <w:jc w:val="right"/>
      </w:pPr>
      <w:r>
        <w:t>لیکن غور کرنے کی بات ہے کہ اس کا مطلب کیا ہے۔</w:t>
      </w:r>
    </w:p>
    <w:p>
      <w:r>
        <w:rPr>
          <w:b/>
        </w:rPr>
        <w:t xml:space="preserve">[17:17] </w:t>
      </w:r>
      <w:r>
        <w:t>jaisa ke maine arz kiya Hazrat Umar ne farmaya tha ke man sarrahu an yakuna min hazihi</w:t>
      </w:r>
    </w:p>
    <w:p>
      <w:pPr>
        <w:jc w:val="right"/>
      </w:pPr>
      <w:r>
        <w:t>جیسا کہ میں نے عرض کیا حضرت عمر نے فرمایا تھا کہ مَنْ سَرَّهُ أَنْ يَكُونَ مِنْ هٰذِهِ</w:t>
      </w:r>
    </w:p>
    <w:p>
      <w:r>
        <w:rPr>
          <w:b/>
        </w:rPr>
        <w:t xml:space="preserve">[17:24] </w:t>
      </w:r>
      <w:r>
        <w:t>al-ummati fal-yu'add shartan la yufiha jo is jo chahta hai ke woh khair ummat mein shamil ho, to</w:t>
      </w:r>
    </w:p>
    <w:p>
      <w:pPr>
        <w:jc w:val="right"/>
      </w:pPr>
      <w:r>
        <w:t>الْأُمَّةِ فَلْيُعَدِّ شَرْطًا لَّا يَفِيهَا جو اس جو چاہتا ہے کہ وہ خیر امت میں شامل ہو، تو</w:t>
      </w:r>
    </w:p>
    <w:p>
      <w:r>
        <w:rPr>
          <w:b/>
        </w:rPr>
        <w:t xml:space="preserve">[17:32] </w:t>
      </w:r>
      <w:r>
        <w:t>is ko shart poora karna hoga.</w:t>
      </w:r>
    </w:p>
    <w:p>
      <w:pPr>
        <w:jc w:val="right"/>
      </w:pPr>
      <w:r>
        <w:t>اس کو شرط پورا کرنا ہوگا۔</w:t>
      </w:r>
    </w:p>
    <w:p>
      <w:r>
        <w:rPr>
          <w:b/>
        </w:rPr>
        <w:t xml:space="preserve">[17:35] </w:t>
      </w:r>
      <w:r>
        <w:t>bila shart ke nahi dakhla mil jayega.</w:t>
      </w:r>
    </w:p>
    <w:p>
      <w:pPr>
        <w:jc w:val="right"/>
      </w:pPr>
      <w:r>
        <w:t>بلا شرط کہ نہیں داخلہ مل جائے گا۔</w:t>
      </w:r>
    </w:p>
    <w:p>
      <w:r>
        <w:rPr>
          <w:b/>
        </w:rPr>
        <w:t xml:space="preserve">[17:38] </w:t>
      </w:r>
      <w:r>
        <w:t>ab main ek baat aur arz karna chahunga is silsile mein.</w:t>
      </w:r>
    </w:p>
    <w:p>
      <w:pPr>
        <w:jc w:val="right"/>
      </w:pPr>
      <w:r>
        <w:t>اب میں ایک بات اور عرض کرنا چاہوں گا اس سلسلے میں۔</w:t>
      </w:r>
    </w:p>
    <w:p>
      <w:r>
        <w:rPr>
          <w:b/>
        </w:rPr>
        <w:t xml:space="preserve">[17:43] </w:t>
      </w:r>
      <w:r>
        <w:t>ke ulama ka yeh qaul hai ke al-quranu yufassiru ba'dahu ba'dan quran ka ek hissa is ke doosre</w:t>
      </w:r>
    </w:p>
    <w:p>
      <w:pPr>
        <w:jc w:val="right"/>
      </w:pPr>
      <w:r>
        <w:t>کہ علماء کا یہ قول ہے کہ الْقُرْآنُ يَفَسِّرُ بَعْضَهُ بَعْضًا قرآن کا ایک حصہ اس کے دوسرے</w:t>
      </w:r>
    </w:p>
    <w:p>
      <w:r>
        <w:rPr>
          <w:b/>
        </w:rPr>
        <w:t xml:space="preserve">[17:51] </w:t>
      </w:r>
      <w:r>
        <w:t>hisse ki sharah karta hai.</w:t>
      </w:r>
    </w:p>
    <w:p>
      <w:pPr>
        <w:jc w:val="right"/>
      </w:pPr>
      <w:r>
        <w:t>حصے کی شرح کرتا ہے۔</w:t>
      </w:r>
    </w:p>
    <w:p>
      <w:r>
        <w:rPr>
          <w:b/>
        </w:rPr>
        <w:t xml:space="preserve">[17:53] </w:t>
      </w:r>
      <w:r>
        <w:t>ke ek is quran ka ek juz koi aayat aap par clear na ho rahi ho to doosri</w:t>
      </w:r>
    </w:p>
    <w:p>
      <w:pPr>
        <w:jc w:val="right"/>
      </w:pPr>
      <w:r>
        <w:t>کہ ایک اس قرآن کا ایک جز کوئی آیت آپ پر clear نہ ہو رہی ہو تو دوسری</w:t>
      </w:r>
    </w:p>
    <w:p>
      <w:r>
        <w:rPr>
          <w:b/>
        </w:rPr>
        <w:t xml:space="preserve">[18:01] </w:t>
      </w:r>
      <w:r>
        <w:t>aayaton mein ghor kijiye wahan aap ko is ka jawab mil jayega.</w:t>
      </w:r>
    </w:p>
    <w:p>
      <w:pPr>
        <w:jc w:val="right"/>
      </w:pPr>
      <w:r>
        <w:t>آیتوں میں غور کیجیے وہاں آپ کو اس کا جواب مل جائے گا۔</w:t>
      </w:r>
    </w:p>
    <w:p>
      <w:r>
        <w:rPr>
          <w:b/>
        </w:rPr>
        <w:t xml:space="preserve">[18:06] </w:t>
      </w:r>
      <w:r>
        <w:t>ab aap is usool ko samne rakhiye.</w:t>
      </w:r>
    </w:p>
    <w:p>
      <w:pPr>
        <w:jc w:val="right"/>
      </w:pPr>
      <w:r>
        <w:t>اب آپ اس اصول کو سامنے رکھیے۔</w:t>
      </w:r>
    </w:p>
    <w:p>
      <w:r>
        <w:rPr>
          <w:b/>
        </w:rPr>
        <w:t xml:space="preserve">[18:09] </w:t>
      </w:r>
      <w:r>
        <w:t>aur quran hi mein janne ki koshish kijiye ke khair ummat ka matlab kya hai.</w:t>
      </w:r>
    </w:p>
    <w:p>
      <w:pPr>
        <w:jc w:val="right"/>
      </w:pPr>
      <w:r>
        <w:t>اور قرآن ہی میں جاننے کی کوشش کیجیے کہ خیر امت کا مطلب کیا ہے۔</w:t>
      </w:r>
    </w:p>
    <w:p>
      <w:r>
        <w:rPr>
          <w:b/>
        </w:rPr>
        <w:t xml:space="preserve">[18:16] </w:t>
      </w:r>
      <w:r>
        <w:t>ab musaddas saleh ka ek shair hai ke wa ummatun laqabun jiska khair al-umam tha.</w:t>
      </w:r>
    </w:p>
    <w:p>
      <w:pPr>
        <w:jc w:val="right"/>
      </w:pPr>
      <w:r>
        <w:t>اب مسدس صالح کا ایک شعر ہے کہ وَأُمَّةٌ لَقَبٌ جس کا خیر الامم تھا۔</w:t>
      </w:r>
    </w:p>
    <w:p>
      <w:r>
        <w:rPr>
          <w:b/>
        </w:rPr>
        <w:t xml:space="preserve">[18:22] </w:t>
      </w:r>
      <w:r>
        <w:t>wa ummatun laqabun jiska khair al-umam tha.</w:t>
      </w:r>
    </w:p>
    <w:p>
      <w:pPr>
        <w:jc w:val="right"/>
      </w:pPr>
      <w:r>
        <w:t>وَأُمَّةٌ لَقَبٌ جس کا خیر الامم تھا۔</w:t>
      </w:r>
    </w:p>
    <w:p>
      <w:r>
        <w:rPr>
          <w:b/>
        </w:rPr>
        <w:t xml:space="preserve">[18:25] </w:t>
      </w:r>
      <w:r>
        <w:t>ke ab musalmanon ka laqab khair al-umam hai.</w:t>
      </w:r>
    </w:p>
    <w:p>
      <w:pPr>
        <w:jc w:val="right"/>
      </w:pPr>
      <w:r>
        <w:t>کہ اب مسلمانوں کا لقب خیر الامم ہے۔</w:t>
      </w:r>
    </w:p>
    <w:p>
      <w:r>
        <w:rPr>
          <w:b/>
        </w:rPr>
        <w:t xml:space="preserve">[18:29] </w:t>
      </w:r>
      <w:r>
        <w:t>sari ummaton se behtar.</w:t>
      </w:r>
    </w:p>
    <w:p>
      <w:pPr>
        <w:jc w:val="right"/>
      </w:pPr>
      <w:r>
        <w:t>ساری امتوں سے بہتر۔</w:t>
      </w:r>
    </w:p>
    <w:p>
      <w:r>
        <w:rPr>
          <w:b/>
        </w:rPr>
        <w:t xml:space="preserve">[18:30] </w:t>
      </w:r>
      <w:r>
        <w:t>sari qaumon se behtar.</w:t>
      </w:r>
    </w:p>
    <w:p>
      <w:pPr>
        <w:jc w:val="right"/>
      </w:pPr>
      <w:r>
        <w:t>ساری قوموں سے بہتر۔</w:t>
      </w:r>
    </w:p>
    <w:p>
      <w:r>
        <w:rPr>
          <w:b/>
        </w:rPr>
        <w:t xml:space="preserve">[18:32] </w:t>
      </w:r>
      <w:r>
        <w:t>kya quran ki doosri aayaten is ki tasdeeq karti hain? ke musalmanon ka laqab hai yeh? hargiz yeh</w:t>
      </w:r>
    </w:p>
    <w:p>
      <w:pPr>
        <w:jc w:val="right"/>
      </w:pPr>
      <w:r>
        <w:t>کیا قرآن کی دوسری آیتیں اس کی تصدیق کرتی ہیں؟ کہ مسلمانوں کا لقب ہے یہ؟ ہرگز یہ</w:t>
      </w:r>
    </w:p>
    <w:p>
      <w:r>
        <w:rPr>
          <w:b/>
        </w:rPr>
        <w:t xml:space="preserve">[18:40] </w:t>
      </w:r>
      <w:r>
        <w:t>laqab nahin hai.</w:t>
      </w:r>
    </w:p>
    <w:p>
      <w:pPr>
        <w:jc w:val="right"/>
      </w:pPr>
      <w:r>
        <w:t>لقب نہیں ہے۔</w:t>
      </w:r>
    </w:p>
    <w:p>
      <w:r>
        <w:rPr>
          <w:b/>
        </w:rPr>
        <w:t xml:space="preserve">[18:41] </w:t>
      </w:r>
      <w:r>
        <w:t>yeh bohat bari fallacy hai ke hum is ko laqab samajhen.</w:t>
      </w:r>
    </w:p>
    <w:p>
      <w:pPr>
        <w:jc w:val="right"/>
      </w:pPr>
      <w:r>
        <w:t>یہ بہت بڑی fallacy ہے کہ ہم اس کو لقب سمجھیں۔</w:t>
      </w:r>
    </w:p>
    <w:p>
      <w:r>
        <w:rPr>
          <w:b/>
        </w:rPr>
        <w:t xml:space="preserve">[18:46] </w:t>
      </w:r>
      <w:r>
        <w:t>laqab to woh hai jis ko kehte hain title.</w:t>
      </w:r>
    </w:p>
    <w:p>
      <w:pPr>
        <w:jc w:val="right"/>
      </w:pPr>
      <w:r>
        <w:t>لقب تو وہ ہے جس کو کہتے ہیں title۔</w:t>
      </w:r>
    </w:p>
    <w:p>
      <w:r>
        <w:rPr>
          <w:b/>
        </w:rPr>
        <w:t xml:space="preserve">[18:50] </w:t>
      </w:r>
      <w:r>
        <w:t>jaise britania mein kisi ko laqab diya diya jata hai sir ka to woh sir ho jata hai.</w:t>
      </w:r>
    </w:p>
    <w:p>
      <w:pPr>
        <w:jc w:val="right"/>
      </w:pPr>
      <w:r>
        <w:t>جیسے برطانیہ میں کسی کو لقب دیا دیا جاتا ہے سر کا تو وہ سر ہو جاتا ہے۔</w:t>
      </w:r>
    </w:p>
    <w:p>
      <w:r>
        <w:rPr>
          <w:b/>
        </w:rPr>
        <w:t xml:space="preserve">[18:58] </w:t>
      </w:r>
      <w:r>
        <w:t>knight hood ka khitab jo kehte hain knight hood ka laqab.</w:t>
      </w:r>
    </w:p>
    <w:p>
      <w:pPr>
        <w:jc w:val="right"/>
      </w:pPr>
      <w:r>
        <w:t>نائٹ ہڈ کا خطاب جو کہتے ہیں نائٹ ہڈ کا لقب۔</w:t>
      </w:r>
    </w:p>
    <w:p>
      <w:r>
        <w:rPr>
          <w:b/>
        </w:rPr>
        <w:t xml:space="preserve">[19:02] </w:t>
      </w:r>
      <w:r>
        <w:t>to sir ka khitab de diya gaya to woh sir ban gaya.</w:t>
      </w:r>
    </w:p>
    <w:p>
      <w:pPr>
        <w:jc w:val="right"/>
      </w:pPr>
      <w:r>
        <w:t>تو سر کا خطاب دے دیا گیا تو وہ سر بن گیا۔</w:t>
      </w:r>
    </w:p>
    <w:p>
      <w:r>
        <w:rPr>
          <w:b/>
        </w:rPr>
        <w:t xml:space="preserve">[19:07] </w:t>
      </w:r>
      <w:r>
        <w:t>to isi tareeqe se musalmanon ko khuda ne goya ke ek khitab de diya hai ke yeh khair</w:t>
      </w:r>
    </w:p>
    <w:p>
      <w:pPr>
        <w:jc w:val="right"/>
      </w:pPr>
      <w:r>
        <w:t>تو اسی طریقے سے مسلمانوں کو خدا نے گویا کہ ایک خطاب دے دیا ہے کہ یہ خیر</w:t>
      </w:r>
    </w:p>
    <w:p>
      <w:r>
        <w:rPr>
          <w:b/>
        </w:rPr>
        <w:t xml:space="preserve">[19:15] </w:t>
      </w:r>
      <w:r>
        <w:t>ul amam hain.</w:t>
      </w:r>
    </w:p>
    <w:p>
      <w:pPr>
        <w:jc w:val="right"/>
      </w:pPr>
      <w:r>
        <w:t>الامم ہیں۔</w:t>
      </w:r>
    </w:p>
    <w:p>
      <w:r>
        <w:rPr>
          <w:b/>
        </w:rPr>
        <w:t xml:space="preserve">[19:17] </w:t>
      </w:r>
      <w:r>
        <w:t>bilkul galat hai is waqt jab ke hum quran ke doosre hisse ko samne rakh kar ke is</w:t>
      </w:r>
    </w:p>
    <w:p>
      <w:pPr>
        <w:jc w:val="right"/>
      </w:pPr>
      <w:r>
        <w:t>بالکل غلط ہے اس وقت جب کہ ہم قرآن کے دوسرے حصے کو سامنے رکھ کر کے اس</w:t>
      </w:r>
    </w:p>
    <w:p>
      <w:r>
        <w:rPr>
          <w:b/>
        </w:rPr>
        <w:t xml:space="preserve">[19:24] </w:t>
      </w:r>
      <w:r>
        <w:t>ka matlab samajhne ki koshish karen.</w:t>
      </w:r>
    </w:p>
    <w:p>
      <w:pPr>
        <w:jc w:val="right"/>
      </w:pPr>
      <w:r>
        <w:t>کا مطلب سمجھنے کی کوشش کریں۔</w:t>
      </w:r>
    </w:p>
    <w:p>
      <w:r>
        <w:rPr>
          <w:b/>
        </w:rPr>
        <w:t xml:space="preserve">[19:27] </w:t>
      </w:r>
      <w:r>
        <w:t>ab dekhiye doosri aayat quran majeed mein yeh hai ke laysa bi amaniykum wa la amaniyi ahlil kitab man ya'mal</w:t>
      </w:r>
    </w:p>
    <w:p>
      <w:pPr>
        <w:jc w:val="right"/>
      </w:pPr>
      <w:r>
        <w:t>اب دیکھیے دوسری آیت قرآن مجید میں یہ ہے کہ لَيْسَ بِأَمَانِيِّكُمْ وَلَا أَمَانِيِّ أَهْلِ الْكِتَابِ مَنْ يَعْمَلْ</w:t>
      </w:r>
    </w:p>
    <w:p>
      <w:r>
        <w:rPr>
          <w:b/>
        </w:rPr>
        <w:t xml:space="preserve">[19:35] </w:t>
      </w:r>
      <w:r>
        <w:t>suyyan yujza bihi is aayat par ghor kijiye to musalmanon ko yahood se bracket kar diya gaya hai.</w:t>
      </w:r>
    </w:p>
    <w:p>
      <w:pPr>
        <w:jc w:val="right"/>
      </w:pPr>
      <w:r>
        <w:t>سُوْئًا يُجْزَى بِهِ اس آیت پر غور کیجیے تو مسلمانوں کو یہود سے بریکٹ کر دیا گیا ہے۔</w:t>
      </w:r>
    </w:p>
    <w:p>
      <w:r>
        <w:rPr>
          <w:b/>
        </w:rPr>
        <w:t xml:space="preserve">[19:42] </w:t>
      </w:r>
      <w:r>
        <w:t>bohat ajeeb baat hai yeh.</w:t>
      </w:r>
    </w:p>
    <w:p>
      <w:pPr>
        <w:jc w:val="right"/>
      </w:pPr>
      <w:r>
        <w:t>بہت عجیب بات ہے یہ۔</w:t>
      </w:r>
    </w:p>
    <w:p>
      <w:r>
        <w:rPr>
          <w:b/>
        </w:rPr>
        <w:t xml:space="preserve">[19:44] </w:t>
      </w:r>
      <w:r>
        <w:t>musalmanon ko yahood se bracket kar diya gaya hai.</w:t>
      </w:r>
    </w:p>
    <w:p>
      <w:pPr>
        <w:jc w:val="right"/>
      </w:pPr>
      <w:r>
        <w:t>مسلمانوں کو یہود سے بریکٹ کر دیا گیا ہے۔</w:t>
      </w:r>
    </w:p>
    <w:p>
      <w:r>
        <w:rPr>
          <w:b/>
        </w:rPr>
        <w:t xml:space="preserve">[19:48] </w:t>
      </w:r>
      <w:r>
        <w:t>laysa bi amaniykum wa la amaniyi ahlil kitab man ya'mal suyyan yujza bihi yeh quran ki aayat hai.</w:t>
      </w:r>
    </w:p>
    <w:p>
      <w:pPr>
        <w:jc w:val="right"/>
      </w:pPr>
      <w:r>
        <w:t>لَيْسَ بِأَمَانِيِّكُمْ وَلَا أَمَانِيِّ أَهْلِ الْكِتَابِ مَنْ يَعْمَلْ سُوْئًا يُجْزَى بِهِ یہ قرآن کی آیت ہے۔</w:t>
      </w:r>
    </w:p>
    <w:p>
      <w:r>
        <w:rPr>
          <w:b/>
        </w:rPr>
        <w:t xml:space="preserve">[19:55] </w:t>
      </w:r>
      <w:r>
        <w:t>is ka tarjuma yeh hai ke na tumhari wishful thinking par faisla hoga.</w:t>
      </w:r>
    </w:p>
    <w:p>
      <w:pPr>
        <w:jc w:val="right"/>
      </w:pPr>
      <w:r>
        <w:t>اس کا ترجمہ یہ ہے کہ نہ تمہاری wishful thinking پر فیصلہ ہوگا۔</w:t>
      </w:r>
    </w:p>
    <w:p>
      <w:r>
        <w:rPr>
          <w:b/>
        </w:rPr>
        <w:t xml:space="preserve">[20:01] </w:t>
      </w:r>
      <w:r>
        <w:t>aur na yahood ki wishful thinking par faisla hoga.</w:t>
      </w:r>
    </w:p>
    <w:p>
      <w:pPr>
        <w:jc w:val="right"/>
      </w:pPr>
      <w:r>
        <w:t>اور نہ یہود کی wishful thinking پر فیصلہ ہوگا۔</w:t>
      </w:r>
    </w:p>
    <w:p>
      <w:r>
        <w:rPr>
          <w:b/>
        </w:rPr>
        <w:t xml:space="preserve">[20:05] </w:t>
      </w:r>
      <w:r>
        <w:t>jo jaisa karega waisa badla payega.</w:t>
      </w:r>
    </w:p>
    <w:p>
      <w:pPr>
        <w:jc w:val="right"/>
      </w:pPr>
      <w:r>
        <w:t>جو جیسا کرے گا ویسا بدلہ پائے گا۔</w:t>
      </w:r>
    </w:p>
    <w:p>
      <w:r>
        <w:rPr>
          <w:b/>
        </w:rPr>
        <w:t xml:space="preserve">[20:08] </w:t>
      </w:r>
      <w:r>
        <w:t>jo bura karega to zaroor us ko burai ka badla milega.</w:t>
      </w:r>
    </w:p>
    <w:p>
      <w:pPr>
        <w:jc w:val="right"/>
      </w:pPr>
      <w:r>
        <w:t>جو برا کرے گا تو ضرور اس کو برائی کا بدلہ ملے گا۔</w:t>
      </w:r>
    </w:p>
    <w:p>
      <w:r>
        <w:rPr>
          <w:b/>
        </w:rPr>
        <w:t xml:space="preserve">[20:14] </w:t>
      </w:r>
      <w:r>
        <w:t>ab dekhiye ke yahood jo the to baad ke zamane mein abhi tak wahi un ka aqeedah hai</w:t>
      </w:r>
    </w:p>
    <w:p>
      <w:pPr>
        <w:jc w:val="right"/>
      </w:pPr>
      <w:r>
        <w:t>اب دیکھیے کہ یہود جو تھے تو بعد کے زمانے میں ابھی تک وہی ان کا عقیدہ ہے</w:t>
      </w:r>
    </w:p>
    <w:p>
      <w:r>
        <w:rPr>
          <w:b/>
        </w:rPr>
        <w:t xml:space="preserve">[20:21] </w:t>
      </w:r>
      <w:r>
        <w:t>ke woh apne ko samajhte hain chosen people.</w:t>
      </w:r>
    </w:p>
    <w:p>
      <w:pPr>
        <w:jc w:val="right"/>
      </w:pPr>
      <w:r>
        <w:t>کہ وہ اپنے کو سمجھتے ہیں chosen people۔</w:t>
      </w:r>
    </w:p>
    <w:p>
      <w:r>
        <w:rPr>
          <w:b/>
        </w:rPr>
        <w:t xml:space="preserve">[20:25] </w:t>
      </w:r>
      <w:r>
        <w:t>apne ko chosen people samajhte hain.</w:t>
      </w:r>
    </w:p>
    <w:p>
      <w:pPr>
        <w:jc w:val="right"/>
      </w:pPr>
      <w:r>
        <w:t>اپنے کو chosen people سمجھتے ہیں۔</w:t>
      </w:r>
    </w:p>
    <w:p>
      <w:r>
        <w:rPr>
          <w:b/>
        </w:rPr>
        <w:t xml:space="preserve">[20:27] </w:t>
      </w:r>
      <w:r>
        <w:t>yani chune hue, chuna hua groh.</w:t>
      </w:r>
    </w:p>
    <w:p>
      <w:pPr>
        <w:jc w:val="right"/>
      </w:pPr>
      <w:r>
        <w:t>یعنی چنے ہوئے، چنا ہوا گروہ۔</w:t>
      </w:r>
    </w:p>
    <w:p>
      <w:r>
        <w:rPr>
          <w:b/>
        </w:rPr>
        <w:t xml:space="preserve">[20:30] </w:t>
      </w:r>
      <w:r>
        <w:t>chuna hua groh.</w:t>
      </w:r>
    </w:p>
    <w:p>
      <w:pPr>
        <w:jc w:val="right"/>
      </w:pPr>
      <w:r>
        <w:t>چنا ہوا گروہ۔</w:t>
      </w:r>
    </w:p>
    <w:p>
      <w:r>
        <w:rPr>
          <w:b/>
        </w:rPr>
        <w:t xml:space="preserve">[20:31] </w:t>
      </w:r>
      <w:r>
        <w:t>dusron ke muqable mein afzal groh.</w:t>
      </w:r>
    </w:p>
    <w:p>
      <w:pPr>
        <w:jc w:val="right"/>
      </w:pPr>
      <w:r>
        <w:t>دوسروں کے مقابلے میں افضل گروہ۔</w:t>
      </w:r>
    </w:p>
    <w:p>
      <w:r>
        <w:rPr>
          <w:b/>
        </w:rPr>
        <w:t xml:space="preserve">[20:34] </w:t>
      </w:r>
      <w:r>
        <w:t>to dekhiye yeh baseless nahi hai.</w:t>
      </w:r>
    </w:p>
    <w:p>
      <w:pPr>
        <w:jc w:val="right"/>
      </w:pPr>
      <w:r>
        <w:t>تو دیکھیے یہ baseless نہیں ہے۔</w:t>
      </w:r>
    </w:p>
    <w:p>
      <w:r>
        <w:rPr>
          <w:b/>
        </w:rPr>
        <w:t xml:space="preserve">[20:37] </w:t>
      </w:r>
      <w:r>
        <w:t>kyunke quran mein khud likha hua hai ke fazzalnakum alal alameen yahood ke bare mein.</w:t>
      </w:r>
    </w:p>
    <w:p>
      <w:pPr>
        <w:jc w:val="right"/>
      </w:pPr>
      <w:r>
        <w:t>کیونکہ قرآن میں خود لکھا ہوا ہے کہ فَزَّلْنَاكُمْ عَلَى الْعَالَمِينَ یہود کے بارے میں۔</w:t>
      </w:r>
    </w:p>
    <w:p>
      <w:r>
        <w:rPr>
          <w:b/>
        </w:rPr>
        <w:t xml:space="preserve">[20:43] </w:t>
      </w:r>
      <w:r>
        <w:t>quran mein khud yeh likha hua hai ke hum ne tum ko afzal banaya hai tamam alam par.</w:t>
      </w:r>
    </w:p>
    <w:p>
      <w:pPr>
        <w:jc w:val="right"/>
      </w:pPr>
      <w:r>
        <w:t>قرآن میں خود یہ لکھا ہوا ہے کہ ہم نے تم کو افضل بنایا ہے تمام عالم پر۔</w:t>
      </w:r>
    </w:p>
    <w:p>
      <w:r>
        <w:rPr>
          <w:b/>
        </w:rPr>
        <w:t xml:space="preserve">[20:51] </w:t>
      </w:r>
      <w:r>
        <w:t>fazzalnakum alal alameen hum ne tum ko afzal banaya hai sare alam par.</w:t>
      </w:r>
    </w:p>
    <w:p>
      <w:pPr>
        <w:jc w:val="right"/>
      </w:pPr>
      <w:r>
        <w:t>فَزَّلْنَاكُمْ عَلَى الْعَالَمِينَ ہم نے تم کو افضل بنایا ہے سارے عالم پر۔</w:t>
      </w:r>
    </w:p>
    <w:p>
      <w:r>
        <w:rPr>
          <w:b/>
        </w:rPr>
        <w:t xml:space="preserve">[20:56] </w:t>
      </w:r>
      <w:r>
        <w:t>khud quran mein yeh likha hua hai.</w:t>
      </w:r>
    </w:p>
    <w:p>
      <w:pPr>
        <w:jc w:val="right"/>
      </w:pPr>
      <w:r>
        <w:t>خود قرآن میں یہ لکھا ہوا ہے۔</w:t>
      </w:r>
    </w:p>
    <w:p>
      <w:r>
        <w:rPr>
          <w:b/>
        </w:rPr>
        <w:t xml:space="preserve">[20:59] </w:t>
      </w:r>
      <w:r>
        <w:t>to is is ko inhone yahi kiya tha ke woh laqab bana liya is ko.</w:t>
      </w:r>
    </w:p>
    <w:p>
      <w:pPr>
        <w:jc w:val="right"/>
      </w:pPr>
      <w:r>
        <w:t>تو اس اس کو انہوں نے یہی کیا تھا کہ وہ لقب بنا لیا اس کو۔</w:t>
      </w:r>
    </w:p>
    <w:p>
      <w:r>
        <w:rPr>
          <w:b/>
        </w:rPr>
        <w:t xml:space="preserve">[21:06] </w:t>
      </w:r>
      <w:r>
        <w:t>abadi laqab.</w:t>
      </w:r>
    </w:p>
    <w:p>
      <w:pPr>
        <w:jc w:val="right"/>
      </w:pPr>
      <w:r>
        <w:t>ابدی لقب۔</w:t>
      </w:r>
    </w:p>
    <w:p>
      <w:r>
        <w:rPr>
          <w:b/>
        </w:rPr>
        <w:t xml:space="preserve">[21:08] </w:t>
      </w:r>
      <w:r>
        <w:t>ya nasli laqab.</w:t>
      </w:r>
    </w:p>
    <w:p>
      <w:pPr>
        <w:jc w:val="right"/>
      </w:pPr>
      <w:r>
        <w:t>یا نسلی لقب۔</w:t>
      </w:r>
    </w:p>
    <w:p>
      <w:r>
        <w:rPr>
          <w:b/>
        </w:rPr>
        <w:t xml:space="preserve">[21:09] </w:t>
      </w:r>
      <w:r>
        <w:t>khuda ne jo kaha hai ke tum yani afzal qarar diya tha un ko to theek waisi hi</w:t>
      </w:r>
    </w:p>
    <w:p>
      <w:pPr>
        <w:jc w:val="right"/>
      </w:pPr>
      <w:r>
        <w:t>خدا نے جو کہا ہے کہ تم یعنی افضل قرار دیا تھا ان کو تو ٹھیک ویسی ہی</w:t>
      </w:r>
    </w:p>
    <w:p>
      <w:r>
        <w:rPr>
          <w:b/>
        </w:rPr>
        <w:t xml:space="preserve">[21:17] </w:t>
      </w:r>
      <w:r>
        <w:t>baat hai jaise ke musalman ahle iman ko khuda ne khair ummat qarar diya.</w:t>
      </w:r>
    </w:p>
    <w:p>
      <w:pPr>
        <w:jc w:val="right"/>
      </w:pPr>
      <w:r>
        <w:t>بات ہے جیسے کہ مسلمان اہل ایمان کو خدا نے خیر امت قرار دیا۔</w:t>
      </w:r>
    </w:p>
    <w:p>
      <w:r>
        <w:rPr>
          <w:b/>
        </w:rPr>
        <w:t xml:space="preserve">[21:23] </w:t>
      </w:r>
      <w:r>
        <w:t>to inhone kiya kiya ke jab khuda ne un ko afzal qarar diya to is ko inhone</w:t>
      </w:r>
    </w:p>
    <w:p>
      <w:pPr>
        <w:jc w:val="right"/>
      </w:pPr>
      <w:r>
        <w:t>تو انہوں نے کیا کیا کہ جب خدا نے ان کو افضل قرار دیا تو اس کو انہوں</w:t>
      </w:r>
    </w:p>
    <w:p>
      <w:r>
        <w:rPr>
          <w:b/>
        </w:rPr>
        <w:t xml:space="preserve">[21:31] </w:t>
      </w:r>
      <w:r>
        <w:t>ne laqab bana liya.</w:t>
      </w:r>
    </w:p>
    <w:p>
      <w:pPr>
        <w:jc w:val="right"/>
      </w:pPr>
      <w:r>
        <w:t>نے لقب بنا لیا۔</w:t>
      </w:r>
    </w:p>
    <w:p>
      <w:r>
        <w:rPr>
          <w:b/>
        </w:rPr>
        <w:t xml:space="preserve">[21:32] </w:t>
      </w:r>
      <w:r>
        <w:t>title bana liya.</w:t>
      </w:r>
    </w:p>
    <w:p>
      <w:pPr>
        <w:jc w:val="right"/>
      </w:pPr>
      <w:r>
        <w:t>ٹائٹل بنا لیا۔</w:t>
      </w:r>
    </w:p>
    <w:p>
      <w:r>
        <w:rPr>
          <w:b/>
        </w:rPr>
        <w:t xml:space="preserve">[21:34] </w:t>
      </w:r>
      <w:r>
        <w:t>nasli title, nasli laqab.</w:t>
      </w:r>
    </w:p>
    <w:p>
      <w:pPr>
        <w:jc w:val="right"/>
      </w:pPr>
      <w:r>
        <w:t>نسلی ٹائٹل، نسلی لقب۔</w:t>
      </w:r>
    </w:p>
    <w:p>
      <w:r>
        <w:rPr>
          <w:b/>
        </w:rPr>
        <w:t xml:space="preserve">[21:36] </w:t>
      </w:r>
      <w:r>
        <w:t>ke sare yahood jo qayamat tak paida honge woh afzal hain dusron se.</w:t>
      </w:r>
    </w:p>
    <w:p>
      <w:pPr>
        <w:jc w:val="right"/>
      </w:pPr>
      <w:r>
        <w:t>کہ سارے یہودی جو قیامت تک پیدا ہوں گے وہ افضل ہیں دوسروں سے۔</w:t>
      </w:r>
    </w:p>
    <w:p>
      <w:r>
        <w:rPr>
          <w:b/>
        </w:rPr>
        <w:t xml:space="preserve">[21:42] </w:t>
      </w:r>
      <w:r>
        <w:t>to khuda ne kaha ke bilkul galat hai.</w:t>
      </w:r>
    </w:p>
    <w:p>
      <w:pPr>
        <w:jc w:val="right"/>
      </w:pPr>
      <w:r>
        <w:t>تو خدا نے کہا کہ بالکل غلط ہے۔</w:t>
      </w:r>
    </w:p>
    <w:p>
      <w:r>
        <w:rPr>
          <w:b/>
        </w:rPr>
        <w:t xml:space="preserve">[21:45] </w:t>
      </w:r>
      <w:r>
        <w:t>yeh nasli laqab nahi hai.</w:t>
      </w:r>
    </w:p>
    <w:p>
      <w:pPr>
        <w:jc w:val="right"/>
      </w:pPr>
      <w:r>
        <w:t>یہ نسلی لقب نہیں ہے۔</w:t>
      </w:r>
    </w:p>
    <w:p>
      <w:r>
        <w:rPr>
          <w:b/>
        </w:rPr>
        <w:t xml:space="preserve">[21:47] </w:t>
      </w:r>
      <w:r>
        <w:t>afzal ka darja us ko milta hai jo is ke mutabiq amal kare.</w:t>
      </w:r>
    </w:p>
    <w:p>
      <w:pPr>
        <w:jc w:val="right"/>
      </w:pPr>
      <w:r>
        <w:t>افضل کا درجہ اس کو ملتا ہے جو اس کے مطابق عمل کرے۔</w:t>
      </w:r>
    </w:p>
    <w:p>
      <w:r>
        <w:rPr>
          <w:b/>
        </w:rPr>
        <w:t xml:space="preserve">[21:53] </w:t>
      </w:r>
      <w:r>
        <w:t>to yahood ko jo afzal kaha tha Allah taala ne woh is sense mein kaha tha ke tum</w:t>
      </w:r>
    </w:p>
    <w:p>
      <w:pPr>
        <w:jc w:val="right"/>
      </w:pPr>
      <w:r>
        <w:t>تو یہود کو جو افضل کہا تھا اللہ تعالیٰ نے وہ اس sense میں کہا تھا کہ تم</w:t>
      </w:r>
    </w:p>
    <w:p>
      <w:r>
        <w:rPr>
          <w:b/>
        </w:rPr>
        <w:t xml:space="preserve">[22:00] </w:t>
      </w:r>
      <w:r>
        <w:t>ko sare alam par khuda ke deen ki dawat pahunchana hai.</w:t>
      </w:r>
    </w:p>
    <w:p>
      <w:pPr>
        <w:jc w:val="right"/>
      </w:pPr>
      <w:r>
        <w:t>کو سارے عالم پر خدا کے دین کی دعوت پہنچانا ہے۔</w:t>
      </w:r>
    </w:p>
    <w:p>
      <w:r>
        <w:rPr>
          <w:b/>
        </w:rPr>
        <w:t xml:space="preserve">[22:05] </w:t>
      </w:r>
      <w:r>
        <w:t>musalmanon se pehle yahood the.</w:t>
      </w:r>
    </w:p>
    <w:p>
      <w:pPr>
        <w:jc w:val="right"/>
      </w:pPr>
      <w:r>
        <w:t>مسلمانوں سے پہلے یہود تھے۔</w:t>
      </w:r>
    </w:p>
    <w:p>
      <w:r>
        <w:rPr>
          <w:b/>
        </w:rPr>
        <w:t xml:space="preserve">[22:07] </w:t>
      </w:r>
      <w:r>
        <w:t>is mansab par.</w:t>
      </w:r>
    </w:p>
    <w:p>
      <w:pPr>
        <w:jc w:val="right"/>
      </w:pPr>
      <w:r>
        <w:t>اس منصب پر۔</w:t>
      </w:r>
    </w:p>
    <w:p>
      <w:r>
        <w:rPr>
          <w:b/>
        </w:rPr>
        <w:t xml:space="preserve">[22:09] </w:t>
      </w:r>
      <w:r>
        <w:t>yani dawat ke mansab par.</w:t>
      </w:r>
    </w:p>
    <w:p>
      <w:pPr>
        <w:jc w:val="right"/>
      </w:pPr>
      <w:r>
        <w:t>یعنی دعوت کے منصب پر۔</w:t>
      </w:r>
    </w:p>
    <w:p>
      <w:r>
        <w:rPr>
          <w:b/>
        </w:rPr>
        <w:t xml:space="preserve">[22:11] </w:t>
      </w:r>
      <w:r>
        <w:t>musalmanon se pehle yahood jo hazrat moosa ki ummat thay un ki yeh zimmedari thi ke logon</w:t>
      </w:r>
    </w:p>
    <w:p>
      <w:pPr>
        <w:jc w:val="right"/>
      </w:pPr>
      <w:r>
        <w:t>مسلمانوں سے پہلے یہود جو حضرت موسیٰ کی امت تھے ان کی یہ ذمہ داری تھی کہ لوگوں</w:t>
      </w:r>
    </w:p>
    <w:p>
      <w:r>
        <w:rPr>
          <w:b/>
        </w:rPr>
        <w:t xml:space="preserve">[22:19] </w:t>
      </w:r>
      <w:r>
        <w:t>tak sachai ka paigham pohnchaein.</w:t>
      </w:r>
    </w:p>
    <w:p>
      <w:pPr>
        <w:jc w:val="right"/>
      </w:pPr>
      <w:r>
        <w:t>تک سچائی کا پیغام پہنچائیں۔</w:t>
      </w:r>
    </w:p>
    <w:p>
      <w:r>
        <w:rPr>
          <w:b/>
        </w:rPr>
        <w:t xml:space="preserve">[22:21] </w:t>
      </w:r>
      <w:r>
        <w:t>sachai ka paigham pohnchaein.</w:t>
      </w:r>
    </w:p>
    <w:p>
      <w:pPr>
        <w:jc w:val="right"/>
      </w:pPr>
      <w:r>
        <w:t>سچائی کا پیغام پہنچائیں۔</w:t>
      </w:r>
    </w:p>
    <w:p>
      <w:r>
        <w:rPr>
          <w:b/>
        </w:rPr>
        <w:t xml:space="preserve">[22:22] </w:t>
      </w:r>
      <w:r>
        <w:t>quran mein saaf saaf yeh likha hua hai.</w:t>
      </w:r>
    </w:p>
    <w:p>
      <w:pPr>
        <w:jc w:val="right"/>
      </w:pPr>
      <w:r>
        <w:t>قرآن میں صاف صاف یہ لکھا ہوا ہے۔</w:t>
      </w:r>
    </w:p>
    <w:p>
      <w:r>
        <w:rPr>
          <w:b/>
        </w:rPr>
        <w:t xml:space="preserve">[22:26] </w:t>
      </w:r>
      <w:r>
        <w:t>quran mein likha hua hai saaf saaf ke tum ko yeh paigham logon tak pohnchana hoga aur tum</w:t>
      </w:r>
    </w:p>
    <w:p>
      <w:pPr>
        <w:jc w:val="right"/>
      </w:pPr>
      <w:r>
        <w:t>قرآن میں لکھا ہوا ہے صاف صاف کہ تم کو یہ پیغام لوگوں تک پہنچانا ہوگا اور تم</w:t>
      </w:r>
    </w:p>
    <w:p>
      <w:r>
        <w:rPr>
          <w:b/>
        </w:rPr>
        <w:t xml:space="preserve">[22:34] </w:t>
      </w:r>
      <w:r>
        <w:t>is ko chupa nahi sakte.</w:t>
      </w:r>
    </w:p>
    <w:p>
      <w:pPr>
        <w:jc w:val="right"/>
      </w:pPr>
      <w:r>
        <w:t>اس کو چھپا نہیں سکتے۔</w:t>
      </w:r>
    </w:p>
    <w:p>
      <w:r>
        <w:rPr>
          <w:b/>
        </w:rPr>
        <w:t xml:space="preserve">[22:36] </w:t>
      </w:r>
      <w:r>
        <w:t>to jab unhon ne chupane ke mani hain ke tum is par indifferent ho jao, yeh kaam apne</w:t>
      </w:r>
    </w:p>
    <w:p>
      <w:pPr>
        <w:jc w:val="right"/>
      </w:pPr>
      <w:r>
        <w:t>تو جب انہوں نے چھپانے کے معنی ہیں کہ تم اس پر indifferent ہو جاؤ، یہ کام اپنے</w:t>
      </w:r>
    </w:p>
    <w:p>
      <w:r>
        <w:rPr>
          <w:b/>
        </w:rPr>
        <w:t xml:space="preserve">[22:43] </w:t>
      </w:r>
      <w:r>
        <w:t>zime se na samjho, khane kamane mein lag jao, paisa kamane mein lag jao aur dawat ki zime</w:t>
      </w:r>
    </w:p>
    <w:p>
      <w:pPr>
        <w:jc w:val="right"/>
      </w:pPr>
      <w:r>
        <w:t>ذمے سے نہ سمجھو، کھانے کمانے میں لگ جاؤ، پیسہ کمانے میں لگ جاؤ اور دعوت کی ذمہ</w:t>
      </w:r>
    </w:p>
    <w:p>
      <w:r>
        <w:rPr>
          <w:b/>
        </w:rPr>
        <w:t xml:space="preserve">[22:51] </w:t>
      </w:r>
      <w:r>
        <w:t>dari chhod do.</w:t>
      </w:r>
    </w:p>
    <w:p>
      <w:pPr>
        <w:jc w:val="right"/>
      </w:pPr>
      <w:r>
        <w:t>داری چھوڑ دو۔</w:t>
      </w:r>
    </w:p>
    <w:p>
      <w:r>
        <w:rPr>
          <w:b/>
        </w:rPr>
        <w:t xml:space="preserve">[22:53] </w:t>
      </w:r>
      <w:r>
        <w:t>to wahi kiya yahood ne? ke un par zimmedari thi ke Allah ke rasool ke zariye un</w:t>
      </w:r>
    </w:p>
    <w:p>
      <w:pPr>
        <w:jc w:val="right"/>
      </w:pPr>
      <w:r>
        <w:t>تو وہی کیا یہود نے؟ کہ ان پر ذمہ داری تھی کہ اللہ کے رسول کے ذریعے ان</w:t>
      </w:r>
    </w:p>
    <w:p>
      <w:r>
        <w:rPr>
          <w:b/>
        </w:rPr>
        <w:t xml:space="preserve">[23:00] </w:t>
      </w:r>
      <w:r>
        <w:t>ko jo message mila hai is message ko sari dunya tak pohnchaein.</w:t>
      </w:r>
    </w:p>
    <w:p>
      <w:pPr>
        <w:jc w:val="right"/>
      </w:pPr>
      <w:r>
        <w:t>کو جو message ملا ہے اس message کو ساری دنیا تک پہنچائیں۔</w:t>
      </w:r>
    </w:p>
    <w:p>
      <w:r>
        <w:rPr>
          <w:b/>
        </w:rPr>
        <w:t xml:space="preserve">[23:06] </w:t>
      </w:r>
      <w:r>
        <w:t>lekin is ko unhon ne pas pusht daal dala.</w:t>
      </w:r>
    </w:p>
    <w:p>
      <w:pPr>
        <w:jc w:val="right"/>
      </w:pPr>
      <w:r>
        <w:t>لیکن اس کو انہوں نے پس پشت ڈال ڈال دیا۔</w:t>
      </w:r>
    </w:p>
    <w:p>
      <w:r>
        <w:rPr>
          <w:b/>
        </w:rPr>
        <w:t xml:space="preserve">[23:10] </w:t>
      </w:r>
      <w:r>
        <w:t>wo kaam chhod diya aur sirf paisa kamane mein lag gaye.</w:t>
      </w:r>
    </w:p>
    <w:p>
      <w:pPr>
        <w:jc w:val="right"/>
      </w:pPr>
      <w:r>
        <w:t>وہ کام چھوڑ دیا اور صرف پیسہ کمانے میں لگ گئے۔</w:t>
      </w:r>
    </w:p>
    <w:p>
      <w:r>
        <w:rPr>
          <w:b/>
        </w:rPr>
        <w:t xml:space="preserve">[23:15] </w:t>
      </w:r>
      <w:r>
        <w:t>dunya banane mein lag gaye.</w:t>
      </w:r>
    </w:p>
    <w:p>
      <w:pPr>
        <w:jc w:val="right"/>
      </w:pPr>
      <w:r>
        <w:t>دنیا بنانے میں لگ گئے۔</w:t>
      </w:r>
    </w:p>
    <w:p>
      <w:r>
        <w:rPr>
          <w:b/>
        </w:rPr>
        <w:t xml:space="preserve">[23:17] </w:t>
      </w:r>
      <w:r>
        <w:t>to afzaliyat bhi khatm ho gayi.</w:t>
      </w:r>
    </w:p>
    <w:p>
      <w:pPr>
        <w:jc w:val="right"/>
      </w:pPr>
      <w:r>
        <w:t>تو افضلیت بھی ختم ہو گئی۔</w:t>
      </w:r>
    </w:p>
    <w:p>
      <w:r>
        <w:rPr>
          <w:b/>
        </w:rPr>
        <w:t xml:space="preserve">[23:19] </w:t>
      </w:r>
      <w:r>
        <w:t>kyun ke wo laqab nahi tha.</w:t>
      </w:r>
    </w:p>
    <w:p>
      <w:pPr>
        <w:jc w:val="right"/>
      </w:pPr>
      <w:r>
        <w:t>کیونکہ وہ لقب نہیں تھا۔</w:t>
      </w:r>
    </w:p>
    <w:p>
      <w:r>
        <w:rPr>
          <w:b/>
        </w:rPr>
        <w:t xml:space="preserve">[23:21] </w:t>
      </w:r>
      <w:r>
        <w:t>wo nasli title nahi tha.</w:t>
      </w:r>
    </w:p>
    <w:p>
      <w:pPr>
        <w:jc w:val="right"/>
      </w:pPr>
      <w:r>
        <w:t>وہ نسلی ٹائٹل نہیں تھا۔</w:t>
      </w:r>
    </w:p>
    <w:p>
      <w:r>
        <w:rPr>
          <w:b/>
        </w:rPr>
        <w:t xml:space="preserve">[23:24] </w:t>
      </w:r>
      <w:r>
        <w:t>ab agar musalman yeh samajh lein ke hum ab khair ummat hain.</w:t>
      </w:r>
    </w:p>
    <w:p>
      <w:pPr>
        <w:jc w:val="right"/>
      </w:pPr>
      <w:r>
        <w:t>اب اگر مسلمان یہ سمجھ لیں کہ ہم اب خیر امت ہیں۔</w:t>
      </w:r>
    </w:p>
    <w:p>
      <w:r>
        <w:rPr>
          <w:b/>
        </w:rPr>
        <w:t xml:space="preserve">[23:29] </w:t>
      </w:r>
      <w:r>
        <w:t>hum doosron se behtar hain.</w:t>
      </w:r>
    </w:p>
    <w:p>
      <w:pPr>
        <w:jc w:val="right"/>
      </w:pPr>
      <w:r>
        <w:t>ہم دوسروں سے بہتر ہیں۔</w:t>
      </w:r>
    </w:p>
    <w:p>
      <w:r>
        <w:rPr>
          <w:b/>
        </w:rPr>
        <w:t xml:space="preserve">[23:31] </w:t>
      </w:r>
      <w:r>
        <w:t>humari jannat to pakki hai.</w:t>
      </w:r>
    </w:p>
    <w:p>
      <w:pPr>
        <w:jc w:val="right"/>
      </w:pPr>
      <w:r>
        <w:t>ہماری جنت تو پکی ہے۔</w:t>
      </w:r>
    </w:p>
    <w:p>
      <w:r>
        <w:rPr>
          <w:b/>
        </w:rPr>
        <w:t xml:space="preserve">[23:33] </w:t>
      </w:r>
      <w:r>
        <w:t>to farmaya ke laysa bi amaniykum wa la amani ahli al kitab man ya'mal su'an yujza bih yahood ki wishful thinking</w:t>
      </w:r>
    </w:p>
    <w:p>
      <w:pPr>
        <w:jc w:val="right"/>
      </w:pPr>
      <w:r>
        <w:t>تو فرمایا کہ لَيْسَ بَأَمَانِيِّكُمْ وَلَا أَمَانِيِّ أَهْلِ الْكِتَابِ مَنْ يَعْمَلْ سُوْئًا يُجْزَى بِهِ یہود کی wishful thinking</w:t>
      </w:r>
    </w:p>
    <w:p>
      <w:r>
        <w:rPr>
          <w:b/>
        </w:rPr>
        <w:t xml:space="preserve">[23:41] </w:t>
      </w:r>
      <w:r>
        <w:t>se bhi kuch hone wala nahi hai.</w:t>
      </w:r>
    </w:p>
    <w:p>
      <w:pPr>
        <w:jc w:val="right"/>
      </w:pPr>
      <w:r>
        <w:t>سے بھی کچھ ہونے والا نہیں ہے۔</w:t>
      </w:r>
    </w:p>
    <w:p>
      <w:r>
        <w:rPr>
          <w:b/>
        </w:rPr>
        <w:t xml:space="preserve">[23:44] </w:t>
      </w:r>
      <w:r>
        <w:t>isi tarah tumhari wishful thinking bhi tumhare kaam nahi aanay wali hai.</w:t>
      </w:r>
    </w:p>
    <w:p>
      <w:pPr>
        <w:jc w:val="right"/>
      </w:pPr>
      <w:r>
        <w:t>اسی طرح تمہاری wishful thinking بھی تمہارے کام نہیں آنے والی ہے۔</w:t>
      </w:r>
    </w:p>
    <w:p>
      <w:r>
        <w:rPr>
          <w:b/>
        </w:rPr>
        <w:t xml:space="preserve">[23:49] </w:t>
      </w:r>
      <w:r>
        <w:t>jo jis jaisa karega waisa badla us ko mil kar rahe ga.</w:t>
      </w:r>
    </w:p>
    <w:p>
      <w:pPr>
        <w:jc w:val="right"/>
      </w:pPr>
      <w:r>
        <w:t>جو جس جیسا کرے گا ویسا بدلہ اس کو مل کر رہے گا۔</w:t>
      </w:r>
    </w:p>
    <w:p>
      <w:r>
        <w:rPr>
          <w:b/>
        </w:rPr>
        <w:t xml:space="preserve">[23:54] </w:t>
      </w:r>
      <w:r>
        <w:t>to yeh kitni bari baat hai jis ka aelan quran mein bhi mojood hai.</w:t>
      </w:r>
    </w:p>
    <w:p>
      <w:pPr>
        <w:jc w:val="right"/>
      </w:pPr>
      <w:r>
        <w:t>تو یہ کتنی بڑی بات ہے جس کا اعلان قرآن میں بھی موجود ہے۔</w:t>
      </w:r>
    </w:p>
    <w:p>
      <w:r>
        <w:rPr>
          <w:b/>
        </w:rPr>
        <w:t xml:space="preserve">[24:00] </w:t>
      </w:r>
      <w:r>
        <w:t>to yeh al quran yufassiru ba'dahu ba'dan laisa bi amaniyyikum wala amaniyyi ahlil kitab to maloom hoga ke khair ummat</w:t>
      </w:r>
    </w:p>
    <w:p>
      <w:pPr>
        <w:jc w:val="right"/>
      </w:pPr>
      <w:r>
        <w:t>تو یہ الْقُرْآنُ يَفَسِّرُ بَعْضَهُ بَعْضًا لَيْسَ بَأَمَانِيِّكُمْ وَلَا أَمَانِيِّ أَهْلِ الْكِتَابِ تو معلوم ہوگا کہ خیر امت</w:t>
      </w:r>
    </w:p>
    <w:p>
      <w:r>
        <w:rPr>
          <w:b/>
        </w:rPr>
        <w:t xml:space="preserve">[24:08] </w:t>
      </w:r>
      <w:r>
        <w:t>ko'i laqab nahi hai.</w:t>
      </w:r>
    </w:p>
    <w:p>
      <w:pPr>
        <w:jc w:val="right"/>
      </w:pPr>
      <w:r>
        <w:t>کوئی لقب نہیں ہے۔</w:t>
      </w:r>
    </w:p>
    <w:p>
      <w:r>
        <w:rPr>
          <w:b/>
        </w:rPr>
        <w:t xml:space="preserve">[24:10] </w:t>
      </w:r>
      <w:r>
        <w:t>yeh ek zimmedari hai.</w:t>
      </w:r>
    </w:p>
    <w:p>
      <w:pPr>
        <w:jc w:val="right"/>
      </w:pPr>
      <w:r>
        <w:t>یہ ایک ذمہ داری ہے۔</w:t>
      </w:r>
    </w:p>
    <w:p>
      <w:r>
        <w:rPr>
          <w:b/>
        </w:rPr>
        <w:t xml:space="preserve">[24:12] </w:t>
      </w:r>
      <w:r>
        <w:t>khair ummat ko'i nasli laqab nahi hai.</w:t>
      </w:r>
    </w:p>
    <w:p>
      <w:pPr>
        <w:jc w:val="right"/>
      </w:pPr>
      <w:r>
        <w:t>خیر امت کوئی نسلی لقب نہیں ہے۔</w:t>
      </w:r>
    </w:p>
    <w:p>
      <w:r>
        <w:rPr>
          <w:b/>
        </w:rPr>
        <w:t xml:space="preserve">[24:15] </w:t>
      </w:r>
      <w:r>
        <w:t>ko'i nasli title nahi hai.</w:t>
      </w:r>
    </w:p>
    <w:p>
      <w:pPr>
        <w:jc w:val="right"/>
      </w:pPr>
      <w:r>
        <w:t>کوئی نسلی ٹائٹل نہیں ہے۔</w:t>
      </w:r>
    </w:p>
    <w:p>
      <w:r>
        <w:rPr>
          <w:b/>
        </w:rPr>
        <w:t xml:space="preserve">[24:17] </w:t>
      </w:r>
      <w:r>
        <w:t>yeh ek bhari zimmedari hai.</w:t>
      </w:r>
    </w:p>
    <w:p>
      <w:pPr>
        <w:jc w:val="right"/>
      </w:pPr>
      <w:r>
        <w:t>یہ ایک بھاری ذمہ داری ہے۔</w:t>
      </w:r>
    </w:p>
    <w:p>
      <w:r>
        <w:rPr>
          <w:b/>
        </w:rPr>
        <w:t xml:space="preserve">[24:20] </w:t>
      </w:r>
      <w:r>
        <w:t>woh hai dawat ki zimmedari.</w:t>
      </w:r>
    </w:p>
    <w:p>
      <w:pPr>
        <w:jc w:val="right"/>
      </w:pPr>
      <w:r>
        <w:t>وہ ہے دعوت کی ذمہ داری۔</w:t>
      </w:r>
    </w:p>
    <w:p>
      <w:r>
        <w:rPr>
          <w:b/>
        </w:rPr>
        <w:t xml:space="preserve">[24:22] </w:t>
      </w:r>
      <w:r>
        <w:t>yahan mein ek baat arz karunga ke peghambaron ka jo quran mein zikr hai to aap payen</w:t>
      </w:r>
    </w:p>
    <w:p>
      <w:pPr>
        <w:jc w:val="right"/>
      </w:pPr>
      <w:r>
        <w:t>یہاں میں ایک بات عرض کروں گا کہ پیغمبروں کا جو قرآن میں ذکر ہے تو آپ پائیں</w:t>
      </w:r>
    </w:p>
    <w:p>
      <w:r>
        <w:rPr>
          <w:b/>
        </w:rPr>
        <w:t xml:space="preserve">[24:30] </w:t>
      </w:r>
      <w:r>
        <w:t>ge ke har peghambar jo hai musibaton mein us ki zindagi thi.</w:t>
      </w:r>
    </w:p>
    <w:p>
      <w:pPr>
        <w:jc w:val="right"/>
      </w:pPr>
      <w:r>
        <w:t>گے کہ ہر پیغمبر جو ہے مصیبتوں میں اس کی زندگی تھی۔</w:t>
      </w:r>
    </w:p>
    <w:p>
      <w:r>
        <w:rPr>
          <w:b/>
        </w:rPr>
        <w:t xml:space="preserve">[24:35] </w:t>
      </w:r>
      <w:r>
        <w:t>log us ko dushman ban gaye.</w:t>
      </w:r>
    </w:p>
    <w:p>
      <w:pPr>
        <w:jc w:val="right"/>
      </w:pPr>
      <w:r>
        <w:t>لوگ اس کو دشمن بن گئے۔</w:t>
      </w:r>
    </w:p>
    <w:p>
      <w:r>
        <w:rPr>
          <w:b/>
        </w:rPr>
        <w:t xml:space="preserve">[24:38] </w:t>
      </w:r>
      <w:r>
        <w:t>patthar mara, bura bhala kaha.</w:t>
      </w:r>
    </w:p>
    <w:p>
      <w:pPr>
        <w:jc w:val="right"/>
      </w:pPr>
      <w:r>
        <w:t>پتھر مارا، برا بھلا کہا۔</w:t>
      </w:r>
    </w:p>
    <w:p>
      <w:r>
        <w:rPr>
          <w:b/>
        </w:rPr>
        <w:t xml:space="preserve">[24:40] </w:t>
      </w:r>
      <w:r>
        <w:t>takleefein pari un ke upar.</w:t>
      </w:r>
    </w:p>
    <w:p>
      <w:pPr>
        <w:jc w:val="right"/>
      </w:pPr>
      <w:r>
        <w:t>تکلیفیں پڑی ان کے اوپر۔</w:t>
      </w:r>
    </w:p>
    <w:p>
      <w:r>
        <w:rPr>
          <w:b/>
        </w:rPr>
        <w:t xml:space="preserve">[24:42] </w:t>
      </w:r>
      <w:r>
        <w:t>to sochiye ke aisa kyun hua? agar saada taur par woh apna namaz roza karte aur kalma padh</w:t>
      </w:r>
    </w:p>
    <w:p>
      <w:pPr>
        <w:jc w:val="right"/>
      </w:pPr>
      <w:r>
        <w:t>تو سوچیے کہ ایسا کیوں ہوا؟ اگر سادہ طور پر وہ اپنا نماز روزہ کرتے اور کلمہ پڑھ</w:t>
      </w:r>
    </w:p>
    <w:p>
      <w:r>
        <w:rPr>
          <w:b/>
        </w:rPr>
        <w:t xml:space="preserve">[24:50] </w:t>
      </w:r>
      <w:r>
        <w:t>lete to musibatein kyun pesh aati? aaj kal aap dekhiye bahut sare log jo namaz roza karte hain</w:t>
      </w:r>
    </w:p>
    <w:p>
      <w:pPr>
        <w:jc w:val="right"/>
      </w:pPr>
      <w:r>
        <w:t>لیتے تو مصیبتیں کیوں پیش آتی؟ آج کل آپ دیکھیے بہت سارے لوگ جو نماز روزہ کرتے ہیں</w:t>
      </w:r>
    </w:p>
    <w:p>
      <w:r>
        <w:rPr>
          <w:b/>
        </w:rPr>
        <w:t xml:space="preserve">[24:57] </w:t>
      </w:r>
      <w:r>
        <w:t>بہت پرآفت زندگی ان کو ملی ہوئی ہے۔</w:t>
      </w:r>
    </w:p>
    <w:p>
      <w:pPr>
        <w:jc w:val="right"/>
      </w:pPr>
      <w:r>
        <w:t>بہت پراعفت زندگی ان کو ملی ہوئی ہے۔</w:t>
      </w:r>
    </w:p>
    <w:p>
      <w:r>
        <w:rPr>
          <w:b/>
        </w:rPr>
        <w:t xml:space="preserve">[25:01] </w:t>
      </w:r>
      <w:r>
        <w:t>ko'i zindagi mein kharkhasha nahi.</w:t>
      </w:r>
    </w:p>
    <w:p>
      <w:pPr>
        <w:jc w:val="right"/>
      </w:pPr>
      <w:r>
        <w:t>کوئی زندگی میں خرخشہ نہیں۔</w:t>
      </w:r>
    </w:p>
    <w:p>
      <w:r>
        <w:rPr>
          <w:b/>
        </w:rPr>
        <w:t xml:space="preserve">[25:03] </w:t>
      </w:r>
      <w:r>
        <w:t>ko'i pareshani nahi.</w:t>
      </w:r>
    </w:p>
    <w:p>
      <w:pPr>
        <w:jc w:val="right"/>
      </w:pPr>
      <w:r>
        <w:t>کوئی پریشانی نہیں۔</w:t>
      </w:r>
    </w:p>
    <w:p>
      <w:r>
        <w:rPr>
          <w:b/>
        </w:rPr>
        <w:t xml:space="preserve">[25:04] </w:t>
      </w:r>
      <w:r>
        <w:t>paanch waqt namaz padh liya, saal mein roza rakh liya aur hajj kar aaye to is ke baad</w:t>
      </w:r>
    </w:p>
    <w:p>
      <w:pPr>
        <w:jc w:val="right"/>
      </w:pPr>
      <w:r>
        <w:t>پانچ وقت نماز پڑھ لیا، سال میں روزہ رکھ لیا اور حج کر آئے تو اس کے بعد</w:t>
      </w:r>
    </w:p>
    <w:p>
      <w:r>
        <w:rPr>
          <w:b/>
        </w:rPr>
        <w:t xml:space="preserve">[25:12] </w:t>
      </w:r>
      <w:r>
        <w:t>afiyat ke sath ghar mein baithe hue hain.</w:t>
      </w:r>
    </w:p>
    <w:p>
      <w:pPr>
        <w:jc w:val="right"/>
      </w:pPr>
      <w:r>
        <w:t>عافیت کے ساتھ گھر میں بیٹھے ہوئے ہیں۔</w:t>
      </w:r>
    </w:p>
    <w:p>
      <w:r>
        <w:rPr>
          <w:b/>
        </w:rPr>
        <w:t xml:space="preserve">[25:16] </w:t>
      </w:r>
      <w:r>
        <w:t>khas taur par kapda pehen liya, khas taur par topi pehen li.</w:t>
      </w:r>
    </w:p>
    <w:p>
      <w:pPr>
        <w:jc w:val="right"/>
      </w:pPr>
      <w:r>
        <w:t>خاص طور پر کپڑا پہن لیا، خاص طور پر ٹوپی پہن لی۔</w:t>
      </w:r>
    </w:p>
    <w:p>
      <w:r>
        <w:rPr>
          <w:b/>
        </w:rPr>
        <w:t xml:space="preserve">[25:21] </w:t>
      </w:r>
      <w:r>
        <w:t>ab bahut sukoon ki zindagi unhein mili hui hai.</w:t>
      </w:r>
    </w:p>
    <w:p>
      <w:pPr>
        <w:jc w:val="right"/>
      </w:pPr>
      <w:r>
        <w:t>اب بہت سکون کی زندگی انہیں ملی ہوئی ہے۔</w:t>
      </w:r>
    </w:p>
    <w:p>
      <w:r>
        <w:rPr>
          <w:b/>
        </w:rPr>
        <w:t xml:space="preserve">[25:25] </w:t>
      </w:r>
      <w:r>
        <w:t>to rasoolon ke sath bhi aise hi hota? rasoolon ko kyun musibatein pesh aayin? is liye pesh aayin</w:t>
      </w:r>
    </w:p>
    <w:p>
      <w:pPr>
        <w:jc w:val="right"/>
      </w:pPr>
      <w:r>
        <w:t>تو رسولوں کے ساتھ بھی ایسے ہی ہوتا؟ رسولوں کو کیوں مصیبتیں پیش آئیں؟ اس لیے پیش آئیں</w:t>
      </w:r>
    </w:p>
    <w:p>
      <w:r>
        <w:rPr>
          <w:b/>
        </w:rPr>
        <w:t xml:space="preserve">[25:32] </w:t>
      </w:r>
      <w:r>
        <w:t>ke rasool jo hai us ke sath ek aur kaam karte thay.</w:t>
      </w:r>
    </w:p>
    <w:p>
      <w:pPr>
        <w:jc w:val="right"/>
      </w:pPr>
      <w:r>
        <w:t>کہ رسول جو ہے اس کے ساتھ ایک اور کام کرتے تھے۔</w:t>
      </w:r>
    </w:p>
    <w:p>
      <w:r>
        <w:rPr>
          <w:b/>
        </w:rPr>
        <w:t xml:space="preserve">[25:37] </w:t>
      </w:r>
      <w:r>
        <w:t>woh hai dawat ka kaam.</w:t>
      </w:r>
    </w:p>
    <w:p>
      <w:pPr>
        <w:jc w:val="right"/>
      </w:pPr>
      <w:r>
        <w:t>وہ ہے دعوت کا کام۔</w:t>
      </w:r>
    </w:p>
    <w:p>
      <w:r>
        <w:rPr>
          <w:b/>
        </w:rPr>
        <w:t xml:space="preserve">[25:40] </w:t>
      </w:r>
      <w:r>
        <w:t>dawat ka kaam.</w:t>
      </w:r>
    </w:p>
    <w:p>
      <w:pPr>
        <w:jc w:val="right"/>
      </w:pPr>
      <w:r>
        <w:t>دعوت کا کام۔</w:t>
      </w:r>
    </w:p>
    <w:p>
      <w:r>
        <w:rPr>
          <w:b/>
        </w:rPr>
        <w:t xml:space="preserve">[25:41] </w:t>
      </w:r>
      <w:r>
        <w:t>aik routine ki dindari agar aap ikhtiyar karen.</w:t>
      </w:r>
    </w:p>
    <w:p>
      <w:pPr>
        <w:jc w:val="right"/>
      </w:pPr>
      <w:r>
        <w:t>ایک روٹین کی دینداری اگر آپ اختیار کریں۔</w:t>
      </w:r>
    </w:p>
    <w:p>
      <w:r>
        <w:rPr>
          <w:b/>
        </w:rPr>
        <w:t xml:space="preserve">[25:45] </w:t>
      </w:r>
      <w:r>
        <w:t>routine ki dindari ka matlab yeh hai ke kalma parh liya, quran ki tilawat subah kar li, panch</w:t>
      </w:r>
    </w:p>
    <w:p>
      <w:pPr>
        <w:jc w:val="right"/>
      </w:pPr>
      <w:r>
        <w:t>روٹین کی دینداری کا مطلب یہ ہے کہ کلمہ پڑھ لیا، قرآن کی تلاوت صبح کر لی، پانچ</w:t>
      </w:r>
    </w:p>
    <w:p>
      <w:r>
        <w:rPr>
          <w:b/>
        </w:rPr>
        <w:t xml:space="preserve">[25:52] </w:t>
      </w:r>
      <w:r>
        <w:t>waqt namaz parh li aur roza rakh liya aur haj karne chale gaye.</w:t>
      </w:r>
    </w:p>
    <w:p>
      <w:pPr>
        <w:jc w:val="right"/>
      </w:pPr>
      <w:r>
        <w:t>وقت نماز پڑھ لی اور روزہ رکھ لیا اور حج کرنے چلے گئے۔</w:t>
      </w:r>
    </w:p>
    <w:p>
      <w:r>
        <w:rPr>
          <w:b/>
        </w:rPr>
        <w:t xml:space="preserve">[25:58] </w:t>
      </w:r>
      <w:r>
        <w:t>yeh hai routine ki dindari.</w:t>
      </w:r>
    </w:p>
    <w:p>
      <w:pPr>
        <w:jc w:val="right"/>
      </w:pPr>
      <w:r>
        <w:t>یہ ہے روٹین کی دینداری۔</w:t>
      </w:r>
    </w:p>
    <w:p>
      <w:r>
        <w:rPr>
          <w:b/>
        </w:rPr>
        <w:t xml:space="preserve">[26:00] </w:t>
      </w:r>
      <w:r>
        <w:t>to is mein aap ko aafat hi aafat, aafiyat hi aafiyat hai.</w:t>
      </w:r>
    </w:p>
    <w:p>
      <w:pPr>
        <w:jc w:val="right"/>
      </w:pPr>
      <w:r>
        <w:t>تو اس میں آپ کو آفت ہی آفت، عافیت ہی عافیت ہے۔</w:t>
      </w:r>
    </w:p>
    <w:p>
      <w:r>
        <w:rPr>
          <w:b/>
        </w:rPr>
        <w:t xml:space="preserve">[26:05] </w:t>
      </w:r>
      <w:r>
        <w:t>sukoon hi sukoon hai.</w:t>
      </w:r>
    </w:p>
    <w:p>
      <w:pPr>
        <w:jc w:val="right"/>
      </w:pPr>
      <w:r>
        <w:t>سکون ہی سکون ہے۔</w:t>
      </w:r>
    </w:p>
    <w:p>
      <w:r>
        <w:rPr>
          <w:b/>
        </w:rPr>
        <w:t xml:space="preserve">[26:07] </w:t>
      </w:r>
      <w:r>
        <w:t>kisi se koi takrao nahi, kuch nahi.</w:t>
      </w:r>
    </w:p>
    <w:p>
      <w:pPr>
        <w:jc w:val="right"/>
      </w:pPr>
      <w:r>
        <w:t>کسی سے کوئی ٹکراؤ نہیں، کچھ نہیں۔</w:t>
      </w:r>
    </w:p>
    <w:p>
      <w:r>
        <w:rPr>
          <w:b/>
        </w:rPr>
        <w:t xml:space="preserve">[26:10] </w:t>
      </w:r>
      <w:r>
        <w:t>to paighambaron ko kyun museebatein pesh aayin? kyun unhein sabr karna para? fasbir kama sabara olo al-uzm min al-</w:t>
      </w:r>
    </w:p>
    <w:p>
      <w:pPr>
        <w:jc w:val="right"/>
      </w:pPr>
      <w:r>
        <w:t>تو پیغمبروں کو کیوں مصیبتیں پیش آئیں؟ کیوں انہیں صبر کرنا پڑا؟ فَاسْبِرْ كَمَا صَبَرَ أُوْلُ الْعُظْمَ مِنَ</w:t>
      </w:r>
    </w:p>
    <w:p>
      <w:r>
        <w:rPr>
          <w:b/>
        </w:rPr>
        <w:t xml:space="preserve">[26:18] </w:t>
      </w:r>
      <w:r>
        <w:t>rusul woh hai dawat.</w:t>
      </w:r>
    </w:p>
    <w:p>
      <w:pPr>
        <w:jc w:val="right"/>
      </w:pPr>
      <w:r>
        <w:t>الرُّسُلِ وہ ہے دعوت۔</w:t>
      </w:r>
    </w:p>
    <w:p>
      <w:r>
        <w:rPr>
          <w:b/>
        </w:rPr>
        <w:t xml:space="preserve">[26:19] </w:t>
      </w:r>
      <w:r>
        <w:t>dawat kis ko? doosron ko.</w:t>
      </w:r>
    </w:p>
    <w:p>
      <w:pPr>
        <w:jc w:val="right"/>
      </w:pPr>
      <w:r>
        <w:t>دعوت کس کو؟ دوسروں کو۔</w:t>
      </w:r>
    </w:p>
    <w:p>
      <w:r>
        <w:rPr>
          <w:b/>
        </w:rPr>
        <w:t xml:space="preserve">[26:21] </w:t>
      </w:r>
      <w:r>
        <w:t>jinhon ne sachai ko nahi mana hai.</w:t>
      </w:r>
    </w:p>
    <w:p>
      <w:pPr>
        <w:jc w:val="right"/>
      </w:pPr>
      <w:r>
        <w:t>جنہوں نے سچائی کو نہیں مانا ہے۔</w:t>
      </w:r>
    </w:p>
    <w:p>
      <w:r>
        <w:rPr>
          <w:b/>
        </w:rPr>
        <w:t xml:space="preserve">[26:24] </w:t>
      </w:r>
      <w:r>
        <w:t>jinhon ne khuda ki hidayat ko nahi mana hai.</w:t>
      </w:r>
    </w:p>
    <w:p>
      <w:pPr>
        <w:jc w:val="right"/>
      </w:pPr>
      <w:r>
        <w:t>جنہوں نے خدا کی ہدایت کو نہیں مانا ہے۔</w:t>
      </w:r>
    </w:p>
    <w:p>
      <w:r>
        <w:rPr>
          <w:b/>
        </w:rPr>
        <w:t xml:space="preserve">[26:28] </w:t>
      </w:r>
      <w:r>
        <w:t>jo khuda ke deen mein dakhil nahi hue hain.</w:t>
      </w:r>
    </w:p>
    <w:p>
      <w:pPr>
        <w:jc w:val="right"/>
      </w:pPr>
      <w:r>
        <w:t>جو خدا کے دین میں داخل نہیں ہوئے ہیں۔</w:t>
      </w:r>
    </w:p>
    <w:p>
      <w:r>
        <w:rPr>
          <w:b/>
        </w:rPr>
        <w:t xml:space="preserve">[26:32] </w:t>
      </w:r>
      <w:r>
        <w:t>un ko dawat.</w:t>
      </w:r>
    </w:p>
    <w:p>
      <w:pPr>
        <w:jc w:val="right"/>
      </w:pPr>
      <w:r>
        <w:t>ان کو دعوت۔</w:t>
      </w:r>
    </w:p>
    <w:p>
      <w:r>
        <w:rPr>
          <w:b/>
        </w:rPr>
        <w:t xml:space="preserve">[26:34] </w:t>
      </w:r>
      <w:r>
        <w:t>jaise hi aap is kaam ko apne zame len hazar masle khare ho jatay hain.</w:t>
      </w:r>
    </w:p>
    <w:p>
      <w:pPr>
        <w:jc w:val="right"/>
      </w:pPr>
      <w:r>
        <w:t>جیسے ہی آپ اس کام کو اپنے ذمے لیں ہزار مسئلے کھڑے ہو جاتے ہیں۔</w:t>
      </w:r>
    </w:p>
    <w:p>
      <w:r>
        <w:rPr>
          <w:b/>
        </w:rPr>
        <w:t xml:space="preserve">[26:40] </w:t>
      </w:r>
      <w:r>
        <w:t>hazar masle.</w:t>
      </w:r>
    </w:p>
    <w:p>
      <w:pPr>
        <w:jc w:val="right"/>
      </w:pPr>
      <w:r>
        <w:t>ہزار مسئلے۔</w:t>
      </w:r>
    </w:p>
    <w:p>
      <w:r>
        <w:rPr>
          <w:b/>
        </w:rPr>
        <w:t xml:space="preserve">[26:42] </w:t>
      </w:r>
      <w:r>
        <w:t>sab se pehla masla yeh hai aap ko yeh janna parta hai ke is aadmi ki soch kya</w:t>
      </w:r>
    </w:p>
    <w:p>
      <w:pPr>
        <w:jc w:val="right"/>
      </w:pPr>
      <w:r>
        <w:t>سب سے پہلا مسئلہ یہ ہے آپ کو یہ جاننا پڑتا ہے کہ اس آدمی کی سوچ کیا</w:t>
      </w:r>
    </w:p>
    <w:p>
      <w:r>
        <w:rPr>
          <w:b/>
        </w:rPr>
        <w:t xml:space="preserve">[26:49] </w:t>
      </w:r>
      <w:r>
        <w:t>hai? kahan woh atka hua hai? kyun woh sachai ka inkar kar raha hai? to aap ko apne</w:t>
      </w:r>
    </w:p>
    <w:p>
      <w:pPr>
        <w:jc w:val="right"/>
      </w:pPr>
      <w:r>
        <w:t>ہے؟ کہاں وہ اٹکا ہوا ہے؟ کیوں وہ سچائی کا انکار کر رہا ہے؟ تو آپ کو اپنے</w:t>
      </w:r>
    </w:p>
    <w:p>
      <w:r>
        <w:rPr>
          <w:b/>
        </w:rPr>
        <w:t xml:space="preserve">[26:57] </w:t>
      </w:r>
      <w:r>
        <w:t>aap ko tayyar karna parta hai.</w:t>
      </w:r>
    </w:p>
    <w:p>
      <w:pPr>
        <w:jc w:val="right"/>
      </w:pPr>
      <w:r>
        <w:t>آپ کو تیار کرنا پڑتا ہے۔</w:t>
      </w:r>
    </w:p>
    <w:p>
      <w:r>
        <w:rPr>
          <w:b/>
        </w:rPr>
        <w:t xml:space="preserve">[27:00] </w:t>
      </w:r>
      <w:r>
        <w:t>taake is tarah se yani taqatwar andaaz mein apni baat pesh kar saken ke woh jo us ko</w:t>
      </w:r>
    </w:p>
    <w:p>
      <w:pPr>
        <w:jc w:val="right"/>
      </w:pPr>
      <w:r>
        <w:t>تاکہ اس طرح سے یعنی طاقتور انداز میں اپنی بات پیش کر سکیں کہ وہ جو اس کو</w:t>
      </w:r>
    </w:p>
    <w:p>
      <w:r>
        <w:rPr>
          <w:b/>
        </w:rPr>
        <w:t xml:space="preserve">[27:07] </w:t>
      </w:r>
      <w:r>
        <w:t>convince karne wali ho.</w:t>
      </w:r>
    </w:p>
    <w:p>
      <w:pPr>
        <w:jc w:val="right"/>
      </w:pPr>
      <w:r>
        <w:t>convince کرنے والی ہو۔</w:t>
      </w:r>
    </w:p>
    <w:p>
      <w:r>
        <w:rPr>
          <w:b/>
        </w:rPr>
        <w:t xml:space="preserve">[27:09] </w:t>
      </w:r>
      <w:r>
        <w:t>jo uska mind address hota ho.</w:t>
      </w:r>
    </w:p>
    <w:p>
      <w:pPr>
        <w:jc w:val="right"/>
      </w:pPr>
      <w:r>
        <w:t>جو اس کا mind address ہوتا ہو۔</w:t>
      </w:r>
    </w:p>
    <w:p>
      <w:r>
        <w:rPr>
          <w:b/>
        </w:rPr>
        <w:t xml:space="preserve">[27:12] </w:t>
      </w:r>
      <w:r>
        <w:t>jise woh sochne par majboor ho sake.</w:t>
      </w:r>
    </w:p>
    <w:p>
      <w:pPr>
        <w:jc w:val="right"/>
      </w:pPr>
      <w:r>
        <w:t>جسے وہ سوچنے پر مجبور ہو سکے۔</w:t>
      </w:r>
    </w:p>
    <w:p>
      <w:r>
        <w:rPr>
          <w:b/>
        </w:rPr>
        <w:t xml:space="preserve">[27:15] </w:t>
      </w:r>
      <w:r>
        <w:t>to aap ko ab poora parhna parta hai, samajhna parta hai, sochna parta hai, planning karni parti hai.</w:t>
      </w:r>
    </w:p>
    <w:p>
      <w:pPr>
        <w:jc w:val="right"/>
      </w:pPr>
      <w:r>
        <w:t>تو آپ کو اب پورا پڑھنا پڑتا ہے، سمجھنا پڑتا ہے، سوچنا پڑتا ہے، planning کرنی پڑتی ہے۔</w:t>
      </w:r>
    </w:p>
    <w:p>
      <w:r>
        <w:rPr>
          <w:b/>
        </w:rPr>
        <w:t xml:space="preserve">[27:23] </w:t>
      </w:r>
      <w:r>
        <w:t>ab is ke baad jab us se milte hain aap, apni baat pesh karte hain.</w:t>
      </w:r>
    </w:p>
    <w:p>
      <w:pPr>
        <w:jc w:val="right"/>
      </w:pPr>
      <w:r>
        <w:t>اب اس کے بعد جب اس سے ملتے ہیں آپ، اپنی بات پیش کرتے ہیں۔</w:t>
      </w:r>
    </w:p>
    <w:p>
      <w:r>
        <w:rPr>
          <w:b/>
        </w:rPr>
        <w:t xml:space="preserve">[27:29] </w:t>
      </w:r>
      <w:r>
        <w:t>zahir hai ke woh react karega.</w:t>
      </w:r>
    </w:p>
    <w:p>
      <w:pPr>
        <w:jc w:val="right"/>
      </w:pPr>
      <w:r>
        <w:t>ظاہر ہے کہ وہ react کرے گا۔</w:t>
      </w:r>
    </w:p>
    <w:p>
      <w:r>
        <w:rPr>
          <w:b/>
        </w:rPr>
        <w:t xml:space="preserve">[27:32] </w:t>
      </w:r>
      <w:r>
        <w:t>woh aap se behas karega.</w:t>
      </w:r>
    </w:p>
    <w:p>
      <w:pPr>
        <w:jc w:val="right"/>
      </w:pPr>
      <w:r>
        <w:t>وہ آپ سے بحث کرے گا۔</w:t>
      </w:r>
    </w:p>
    <w:p>
      <w:r>
        <w:rPr>
          <w:b/>
        </w:rPr>
        <w:t xml:space="preserve">[27:35] </w:t>
      </w:r>
      <w:r>
        <w:t>ab wahan par aap ko sabr karna padta hai.</w:t>
      </w:r>
    </w:p>
    <w:p>
      <w:pPr>
        <w:jc w:val="right"/>
      </w:pPr>
      <w:r>
        <w:t>اب وہاں پر آپ کو صبر کرنا پڑتا ہے۔</w:t>
      </w:r>
    </w:p>
    <w:p>
      <w:r>
        <w:rPr>
          <w:b/>
        </w:rPr>
        <w:t xml:space="preserve">[27:39] </w:t>
      </w:r>
      <w:r>
        <w:t>phir aap jab khol kar batate hain is ko ke yeh jannat ka rasta hai, yeh jahannum ka</w:t>
      </w:r>
    </w:p>
    <w:p>
      <w:pPr>
        <w:jc w:val="right"/>
      </w:pPr>
      <w:r>
        <w:t>پھر آپ جب کھول کر بتاتے ہیں اس کو کہ یہ جنت کا راستہ ہے، یہ جہنم کا</w:t>
      </w:r>
    </w:p>
    <w:p>
      <w:r>
        <w:rPr>
          <w:b/>
        </w:rPr>
        <w:t xml:space="preserve">[27:46] </w:t>
      </w:r>
      <w:r>
        <w:t>rasta hai.</w:t>
      </w:r>
    </w:p>
    <w:p>
      <w:pPr>
        <w:jc w:val="right"/>
      </w:pPr>
      <w:r>
        <w:t>راستہ ہے۔</w:t>
      </w:r>
    </w:p>
    <w:p>
      <w:r>
        <w:rPr>
          <w:b/>
        </w:rPr>
        <w:t xml:space="preserve">[27:48] </w:t>
      </w:r>
      <w:r>
        <w:t>ho sakta hai ke aap ka mukhalif ban jaye, aap ka dushman ban jaye.</w:t>
      </w:r>
    </w:p>
    <w:p>
      <w:pPr>
        <w:jc w:val="right"/>
      </w:pPr>
      <w:r>
        <w:t>ہو سکتا ہے کہ آپ کا مخالف بن جائے، آپ کا دشمن بن جائے۔</w:t>
      </w:r>
    </w:p>
    <w:p>
      <w:r>
        <w:rPr>
          <w:b/>
        </w:rPr>
        <w:t xml:space="preserve">[27:54] </w:t>
      </w:r>
      <w:r>
        <w:t>rukawatein dalein aap ke raste mein.</w:t>
      </w:r>
    </w:p>
    <w:p>
      <w:pPr>
        <w:jc w:val="right"/>
      </w:pPr>
      <w:r>
        <w:t>رکاوٹیں ڈالے آپ کے راستے میں۔</w:t>
      </w:r>
    </w:p>
    <w:p>
      <w:r>
        <w:rPr>
          <w:b/>
        </w:rPr>
        <w:t xml:space="preserve">[27:56] </w:t>
      </w:r>
      <w:r>
        <w:t>to phir wahan aap ko sabr karna padta hai.</w:t>
      </w:r>
    </w:p>
    <w:p>
      <w:pPr>
        <w:jc w:val="right"/>
      </w:pPr>
      <w:r>
        <w:t>تو پھر وہاں آپ کو صبر کرنا پڑتا ہے۔</w:t>
      </w:r>
    </w:p>
    <w:p>
      <w:r>
        <w:rPr>
          <w:b/>
        </w:rPr>
        <w:t xml:space="preserve">[28:00] </w:t>
      </w:r>
      <w:r>
        <w:t>to yaad rakhiye aaj kal jo tareeqa hai ke khaas tarah kapda pehan liya.</w:t>
      </w:r>
    </w:p>
    <w:p>
      <w:pPr>
        <w:jc w:val="right"/>
      </w:pPr>
      <w:r>
        <w:t>تو یاد رکھیے آج کل جو طریقہ ہے کہ خاص طرح کپڑا پہن لیا۔</w:t>
      </w:r>
    </w:p>
    <w:p>
      <w:r>
        <w:rPr>
          <w:b/>
        </w:rPr>
        <w:t xml:space="preserve">[28:06] </w:t>
      </w:r>
      <w:r>
        <w:t>khaas tarah ka pajama, khaas tarah ki topi, khaas tarah ka kurta aur dadi.</w:t>
      </w:r>
    </w:p>
    <w:p>
      <w:pPr>
        <w:jc w:val="right"/>
      </w:pPr>
      <w:r>
        <w:t>خاص طرح کا پجامہ، خاص طرح کی ٹوپی، خاص طرح کا کرتا اور داڑھی۔</w:t>
      </w:r>
    </w:p>
    <w:p>
      <w:r>
        <w:rPr>
          <w:b/>
        </w:rPr>
        <w:t xml:space="preserve">[28:12] </w:t>
      </w:r>
      <w:r>
        <w:t>aur panch waqt ki namaz aur roza, namaz, haj, zakat.</w:t>
      </w:r>
    </w:p>
    <w:p>
      <w:pPr>
        <w:jc w:val="right"/>
      </w:pPr>
      <w:r>
        <w:t>اور پانچ وقت کی نماز اور روزہ، نماز، حج، زکوۃ۔</w:t>
      </w:r>
    </w:p>
    <w:p>
      <w:r>
        <w:rPr>
          <w:b/>
        </w:rPr>
        <w:t xml:space="preserve">[28:16] </w:t>
      </w:r>
      <w:r>
        <w:t>aur is ke baad ek dam maafi ki zindagi yeh logon ko mili hui hai.</w:t>
      </w:r>
    </w:p>
    <w:p>
      <w:pPr>
        <w:jc w:val="right"/>
      </w:pPr>
      <w:r>
        <w:t>اور اس کے بعد ایک دم معافیت کی زندگی یہ لوگوں کو ملی ہوئی ہے۔</w:t>
      </w:r>
    </w:p>
    <w:p>
      <w:r>
        <w:rPr>
          <w:b/>
        </w:rPr>
        <w:t xml:space="preserve">[28:23] </w:t>
      </w:r>
      <w:r>
        <w:t>koi pareshani nahin.</w:t>
      </w:r>
    </w:p>
    <w:p>
      <w:pPr>
        <w:jc w:val="right"/>
      </w:pPr>
      <w:r>
        <w:t>کوئی پریشانی نہیں۔</w:t>
      </w:r>
    </w:p>
    <w:p>
      <w:r>
        <w:rPr>
          <w:b/>
        </w:rPr>
        <w:t xml:space="preserve">[28:24] </w:t>
      </w:r>
      <w:r>
        <w:t>yeh kyun hai? is liye ke unhon ne dawat ko kharij kar rakha hai.</w:t>
      </w:r>
    </w:p>
    <w:p>
      <w:pPr>
        <w:jc w:val="right"/>
      </w:pPr>
      <w:r>
        <w:t>یہ کیوں ہے؟ اس لیے کہ انہوں نے دعوت کو خارج کر رکھا ہے۔</w:t>
      </w:r>
    </w:p>
    <w:p>
      <w:r>
        <w:rPr>
          <w:b/>
        </w:rPr>
        <w:t xml:space="preserve">[28:30] </w:t>
      </w:r>
      <w:r>
        <w:t>is se bhi zara bada jurm yeh hai ke aap koi aur kaam karein, is ko dawat qarar</w:t>
      </w:r>
    </w:p>
    <w:p>
      <w:pPr>
        <w:jc w:val="right"/>
      </w:pPr>
      <w:r>
        <w:t>اس سے بھی ذرا بڑا جرم یہ ہے کہ آپ کوئی اور کام کریں، اس کو دعوت قرار</w:t>
      </w:r>
    </w:p>
    <w:p>
      <w:r>
        <w:rPr>
          <w:b/>
        </w:rPr>
        <w:t xml:space="preserve">[28:38] </w:t>
      </w:r>
      <w:r>
        <w:t>de dein.</w:t>
      </w:r>
    </w:p>
    <w:p>
      <w:pPr>
        <w:jc w:val="right"/>
      </w:pPr>
      <w:r>
        <w:t>دے دیں۔</w:t>
      </w:r>
    </w:p>
    <w:p>
      <w:r>
        <w:rPr>
          <w:b/>
        </w:rPr>
        <w:t xml:space="preserve">[28:40] </w:t>
      </w:r>
      <w:r>
        <w:t>yani matlab hai logon ko namaz roza sikhayein aur kahein ke yeh dawat hai.</w:t>
      </w:r>
    </w:p>
    <w:p>
      <w:pPr>
        <w:jc w:val="right"/>
      </w:pPr>
      <w:r>
        <w:t>یعنی مطلب ہے لوگوں کو نماز روزہ سکھائیں اور کہیں کہ یہ دعوت ہے۔</w:t>
      </w:r>
    </w:p>
    <w:p>
      <w:r>
        <w:rPr>
          <w:b/>
        </w:rPr>
        <w:t xml:space="preserve">[28:46] </w:t>
      </w:r>
      <w:r>
        <w:t>yeh to Khuda ke nazdeek ek jurm ban jayega.</w:t>
      </w:r>
    </w:p>
    <w:p>
      <w:pPr>
        <w:jc w:val="right"/>
      </w:pPr>
      <w:r>
        <w:t>یہ تو خدا کے نزدیک ایک جرم بن جائے گا۔</w:t>
      </w:r>
    </w:p>
    <w:p>
      <w:r>
        <w:rPr>
          <w:b/>
        </w:rPr>
        <w:t xml:space="preserve">[28:50] </w:t>
      </w:r>
      <w:r>
        <w:t>yani logon ko namaz roza sikhayein to is mein bhi koi pareshani nahin hai.</w:t>
      </w:r>
    </w:p>
    <w:p>
      <w:pPr>
        <w:jc w:val="right"/>
      </w:pPr>
      <w:r>
        <w:t>یعنی لوگوں کو نماز روزہ سکھائیں تو اس میں بھی کوئی پریشانی نہیں ہے۔</w:t>
      </w:r>
    </w:p>
    <w:p>
      <w:r>
        <w:rPr>
          <w:b/>
        </w:rPr>
        <w:t xml:space="preserve">[28:56] </w:t>
      </w:r>
      <w:r>
        <w:t>masail masail batayein to koi pareshani nahin hai.</w:t>
      </w:r>
    </w:p>
    <w:p>
      <w:pPr>
        <w:jc w:val="right"/>
      </w:pPr>
      <w:r>
        <w:t>مسئلے مسائل بتائیں تو کوئی پریشانی نہیں ہے۔</w:t>
      </w:r>
    </w:p>
    <w:p>
      <w:r>
        <w:rPr>
          <w:b/>
        </w:rPr>
        <w:t xml:space="preserve">[28:59] </w:t>
      </w:r>
      <w:r>
        <w:t>logon ki ghalt sahi karein to is mein koi pareshani nahin hai.</w:t>
      </w:r>
    </w:p>
    <w:p>
      <w:pPr>
        <w:jc w:val="right"/>
      </w:pPr>
      <w:r>
        <w:t>لوگوں کی غلط صحیح کریں تو اس میں کوئی پریشانی نہیں ہے۔</w:t>
      </w:r>
    </w:p>
    <w:p>
      <w:r>
        <w:rPr>
          <w:b/>
        </w:rPr>
        <w:t xml:space="preserve">[29:04] </w:t>
      </w:r>
      <w:r>
        <w:t>to aap is ko kehte hain hum to dawat kar rahe hain.</w:t>
      </w:r>
    </w:p>
    <w:p>
      <w:pPr>
        <w:jc w:val="right"/>
      </w:pPr>
      <w:r>
        <w:t>تو آپ اس کو کہتے ہیں ہم تو دعوت کر رہے ہیں۔</w:t>
      </w:r>
    </w:p>
    <w:p>
      <w:r>
        <w:rPr>
          <w:b/>
        </w:rPr>
        <w:t xml:space="preserve">[29:10] </w:t>
      </w:r>
      <w:r>
        <w:t>yeh harghiz dawat nahin hai.</w:t>
      </w:r>
    </w:p>
    <w:p>
      <w:pPr>
        <w:jc w:val="right"/>
      </w:pPr>
      <w:r>
        <w:t>یہ ہرگز دعوت نہیں ہے۔</w:t>
      </w:r>
    </w:p>
    <w:p>
      <w:r>
        <w:rPr>
          <w:b/>
        </w:rPr>
        <w:t xml:space="preserve">[29:12] </w:t>
      </w:r>
      <w:r>
        <w:t>yaad rakhiye ek hai islaah, ek hai dawat.</w:t>
      </w:r>
    </w:p>
    <w:p>
      <w:pPr>
        <w:jc w:val="right"/>
      </w:pPr>
      <w:r>
        <w:t>یاد رکھیے ایک ہے اصلاح، ایک ہے دعوت۔</w:t>
      </w:r>
    </w:p>
    <w:p>
      <w:r>
        <w:rPr>
          <w:b/>
        </w:rPr>
        <w:t xml:space="preserve">[29:15] </w:t>
      </w:r>
      <w:r>
        <w:t>ummat ki islaah karna yeh ek kaam hai.</w:t>
      </w:r>
    </w:p>
    <w:p>
      <w:pPr>
        <w:jc w:val="right"/>
      </w:pPr>
      <w:r>
        <w:t>امت کی اصلاح کرنا یہ ایک کام ہے۔</w:t>
      </w:r>
    </w:p>
    <w:p>
      <w:r>
        <w:rPr>
          <w:b/>
        </w:rPr>
        <w:t xml:space="preserve">[29:19] </w:t>
      </w:r>
      <w:r>
        <w:t>aur dawat doosra kaam hai.</w:t>
      </w:r>
    </w:p>
    <w:p>
      <w:pPr>
        <w:jc w:val="right"/>
      </w:pPr>
      <w:r>
        <w:t>اور دعوت دوسرا کام ہے۔</w:t>
      </w:r>
    </w:p>
    <w:p>
      <w:r>
        <w:rPr>
          <w:b/>
        </w:rPr>
        <w:t xml:space="preserve">[29:21] </w:t>
      </w:r>
      <w:r>
        <w:t>to ummat ke andar bigaad hai to aap is ko islaah karen to bhi ek kaam hai.</w:t>
      </w:r>
    </w:p>
    <w:p>
      <w:pPr>
        <w:jc w:val="right"/>
      </w:pPr>
      <w:r>
        <w:t>تو امت کے اندر بگاڑ ہے تو آپ اس کو اصلاح کریں تو بھی ایک کام ہے۔</w:t>
      </w:r>
    </w:p>
    <w:p>
      <w:r>
        <w:rPr>
          <w:b/>
        </w:rPr>
        <w:t xml:space="preserve">[29:28] </w:t>
      </w:r>
      <w:r>
        <w:t>lekin woh islaah ka kaam hai.</w:t>
      </w:r>
    </w:p>
    <w:p>
      <w:pPr>
        <w:jc w:val="right"/>
      </w:pPr>
      <w:r>
        <w:t>لیکن وہ اصلاح کا کام ہے۔</w:t>
      </w:r>
    </w:p>
    <w:p>
      <w:r>
        <w:rPr>
          <w:b/>
        </w:rPr>
        <w:t xml:space="preserve">[29:31] </w:t>
      </w:r>
      <w:r>
        <w:t>agar ummat ke andar logon ko namaz bhool gaye hain, quran sahi nahi padh rahe hain, kalma ka</w:t>
      </w:r>
    </w:p>
    <w:p>
      <w:pPr>
        <w:jc w:val="right"/>
      </w:pPr>
      <w:r>
        <w:t>اگر امت کے اندر لوگوں کو نماز بھول گئے ہیں، قرآن صحیح نہیں پڑھ رہے ہیں، کلمہ کا</w:t>
      </w:r>
    </w:p>
    <w:p>
      <w:r>
        <w:rPr>
          <w:b/>
        </w:rPr>
        <w:t xml:space="preserve">[29:38] </w:t>
      </w:r>
      <w:r>
        <w:t>talaffuz sahi nahi hai.</w:t>
      </w:r>
    </w:p>
    <w:p>
      <w:pPr>
        <w:jc w:val="right"/>
      </w:pPr>
      <w:r>
        <w:t>تلفظ صحیح نہیں ہے۔</w:t>
      </w:r>
    </w:p>
    <w:p>
      <w:r>
        <w:rPr>
          <w:b/>
        </w:rPr>
        <w:t xml:space="preserve">[29:40] </w:t>
      </w:r>
      <w:r>
        <w:t>aap is ko theek karayein to achha kaam hai woh, lekin woh islaah ka kaam hai.</w:t>
      </w:r>
    </w:p>
    <w:p>
      <w:pPr>
        <w:jc w:val="right"/>
      </w:pPr>
      <w:r>
        <w:t>آپ اس کو ٹھیک کرائیں تو اچھا کام ہے وہ، لیکن وہ اصلاح کا کام ہے۔</w:t>
      </w:r>
    </w:p>
    <w:p>
      <w:r>
        <w:rPr>
          <w:b/>
        </w:rPr>
        <w:t xml:space="preserve">[29:47] </w:t>
      </w:r>
      <w:r>
        <w:t>dawat ka kaam nahi hai.</w:t>
      </w:r>
    </w:p>
    <w:p>
      <w:pPr>
        <w:jc w:val="right"/>
      </w:pPr>
      <w:r>
        <w:t>دعوت کا کام نہیں ہے۔</w:t>
      </w:r>
    </w:p>
    <w:p>
      <w:r>
        <w:rPr>
          <w:b/>
        </w:rPr>
        <w:t xml:space="preserve">[29:49] </w:t>
      </w:r>
      <w:r>
        <w:t>dawat ka naam kaam hai ghair muslimon mein deen pahunchana.</w:t>
      </w:r>
    </w:p>
    <w:p>
      <w:pPr>
        <w:jc w:val="right"/>
      </w:pPr>
      <w:r>
        <w:t>دعوت کا نام کام ہے غیر مسلموں میں دین پہنچانا۔</w:t>
      </w:r>
    </w:p>
    <w:p>
      <w:r>
        <w:rPr>
          <w:b/>
        </w:rPr>
        <w:t xml:space="preserve">[29:53] </w:t>
      </w:r>
      <w:r>
        <w:t>aur yeh bahut hi mushkil kaam hai.</w:t>
      </w:r>
    </w:p>
    <w:p>
      <w:pPr>
        <w:jc w:val="right"/>
      </w:pPr>
      <w:r>
        <w:t>اور یہ بہت ہی مشکل کام ہے۔</w:t>
      </w:r>
    </w:p>
    <w:p>
      <w:r>
        <w:rPr>
          <w:b/>
        </w:rPr>
        <w:t xml:space="preserve">[29:56] </w:t>
      </w:r>
      <w:r>
        <w:t>main aap ko ek misaal deta hoon.</w:t>
      </w:r>
    </w:p>
    <w:p>
      <w:pPr>
        <w:jc w:val="right"/>
      </w:pPr>
      <w:r>
        <w:t>میں آپ کو ایک مثال دیتا ہوں۔</w:t>
      </w:r>
    </w:p>
    <w:p>
      <w:r>
        <w:rPr>
          <w:b/>
        </w:rPr>
        <w:t xml:space="preserve">[29:59] </w:t>
      </w:r>
      <w:r>
        <w:t>ek mashhoor aalim ki kitaab hai رِدَّةٌ وَلَا أَبَا بَكْرٍ لَهَا ke irtidad hai lekin koi abubakar nahi.</w:t>
      </w:r>
    </w:p>
    <w:p>
      <w:pPr>
        <w:jc w:val="right"/>
      </w:pPr>
      <w:r>
        <w:t>ایک مشہور عالم کی کتاب ہے رِدَّةٌ وَلَا أَبَا بَكْرٍ لَهَا کہ ارتداد ہے لیکن کوئی ابوبکر نہیں۔</w:t>
      </w:r>
    </w:p>
    <w:p>
      <w:r>
        <w:rPr>
          <w:b/>
        </w:rPr>
        <w:t xml:space="preserve">[30:07] </w:t>
      </w:r>
      <w:r>
        <w:t>arabi mein ek kitaab hai ek mashhoor aalim ki رِدَّةٌ وَلَا أَبَا بَكْرٍ لَهَا yani hamare zamane mein</w:t>
      </w:r>
    </w:p>
    <w:p>
      <w:pPr>
        <w:jc w:val="right"/>
      </w:pPr>
      <w:r>
        <w:t>عربی میں ایک کتاب ہے ایک مشہور عالم کی رِدَّةٌ وَلَا أَبَا بَكْرٍ لَهَا یعنی ہمارے زمانے میں</w:t>
      </w:r>
    </w:p>
    <w:p>
      <w:r>
        <w:rPr>
          <w:b/>
        </w:rPr>
        <w:t xml:space="preserve">[30:15] </w:t>
      </w:r>
      <w:r>
        <w:t>ek naya irtidad paida hua hai.</w:t>
      </w:r>
    </w:p>
    <w:p>
      <w:pPr>
        <w:jc w:val="right"/>
      </w:pPr>
      <w:r>
        <w:t>ایک نیا ارتداد پیدا ہوا ہے۔</w:t>
      </w:r>
    </w:p>
    <w:p>
      <w:r>
        <w:rPr>
          <w:b/>
        </w:rPr>
        <w:t xml:space="preserve">[30:17] </w:t>
      </w:r>
      <w:r>
        <w:t>blasphemy.</w:t>
      </w:r>
    </w:p>
    <w:p>
      <w:pPr>
        <w:jc w:val="right"/>
      </w:pPr>
      <w:r>
        <w:t>بلاسفیمی۔</w:t>
      </w:r>
    </w:p>
    <w:p>
      <w:r>
        <w:rPr>
          <w:b/>
        </w:rPr>
        <w:t xml:space="preserve">[30:19] </w:t>
      </w:r>
      <w:r>
        <w:t>lekin is ko is ko is ka muqabla karne ke liye koi abubakar nahi hamare paas.</w:t>
      </w:r>
    </w:p>
    <w:p>
      <w:pPr>
        <w:jc w:val="right"/>
      </w:pPr>
      <w:r>
        <w:t>لیکن اس کو اس کو اس کا مقابلہ کرنے کے لیے کوئی ابوبکر نہیں ہمارے پاس۔</w:t>
      </w:r>
    </w:p>
    <w:p>
      <w:r>
        <w:rPr>
          <w:b/>
        </w:rPr>
        <w:t xml:space="preserve">[30:26] </w:t>
      </w:r>
      <w:r>
        <w:t>to is mein maine is kitaab ko padha.</w:t>
      </w:r>
    </w:p>
    <w:p>
      <w:pPr>
        <w:jc w:val="right"/>
      </w:pPr>
      <w:r>
        <w:t>تو اس میں میں نے اس کتاب کو پڑھا۔</w:t>
      </w:r>
    </w:p>
    <w:p>
      <w:r>
        <w:rPr>
          <w:b/>
        </w:rPr>
        <w:t xml:space="preserve">[30:30] </w:t>
      </w:r>
      <w:r>
        <w:t>to ek shakal yeh thi ke main bhi samajh leta ke sab murtad ho gaye hain, sab deen</w:t>
      </w:r>
    </w:p>
    <w:p>
      <w:pPr>
        <w:jc w:val="right"/>
      </w:pPr>
      <w:r>
        <w:t>تو ایک شکل یہ تھی کہ میں بھی سمجھ لیتا کہ سب مرتد ہو گئے ہیں، سب دین</w:t>
      </w:r>
    </w:p>
    <w:p>
      <w:r>
        <w:rPr>
          <w:b/>
        </w:rPr>
        <w:t xml:space="preserve">[30:37] </w:t>
      </w:r>
      <w:r>
        <w:t>se phir gaye hain.</w:t>
      </w:r>
    </w:p>
    <w:p>
      <w:pPr>
        <w:jc w:val="right"/>
      </w:pPr>
      <w:r>
        <w:t>سے پھر گئے ہیں۔</w:t>
      </w:r>
    </w:p>
    <w:p>
      <w:r>
        <w:rPr>
          <w:b/>
        </w:rPr>
        <w:t xml:space="preserve">[30:39] </w:t>
      </w:r>
      <w:r>
        <w:t>to baat khatam.</w:t>
      </w:r>
    </w:p>
    <w:p>
      <w:pPr>
        <w:jc w:val="right"/>
      </w:pPr>
      <w:r>
        <w:t>تو بات ختم۔</w:t>
      </w:r>
    </w:p>
    <w:p>
      <w:r>
        <w:rPr>
          <w:b/>
        </w:rPr>
        <w:t xml:space="preserve">[30:40] </w:t>
      </w:r>
      <w:r>
        <w:t>maine is ki tehqeeq ki, is ka survey kiya.</w:t>
      </w:r>
    </w:p>
    <w:p>
      <w:pPr>
        <w:jc w:val="right"/>
      </w:pPr>
      <w:r>
        <w:t>میں نے اس کی تحقیق کی، اس کا سروے کیا۔</w:t>
      </w:r>
    </w:p>
    <w:p>
      <w:r>
        <w:rPr>
          <w:b/>
        </w:rPr>
        <w:t xml:space="preserve">[30:45] </w:t>
      </w:r>
      <w:r>
        <w:t>bahut se logon se mila.</w:t>
      </w:r>
    </w:p>
    <w:p>
      <w:pPr>
        <w:jc w:val="right"/>
      </w:pPr>
      <w:r>
        <w:t>بہت سے لوگوں سے ملا۔</w:t>
      </w:r>
    </w:p>
    <w:p>
      <w:r>
        <w:rPr>
          <w:b/>
        </w:rPr>
        <w:t xml:space="preserve">[30:47] </w:t>
      </w:r>
      <w:r>
        <w:t>yani un logon se jin ko ke is kitaab ke mutabiq murtad ka darja de diya gaya tha.</w:t>
      </w:r>
    </w:p>
    <w:p>
      <w:pPr>
        <w:jc w:val="right"/>
      </w:pPr>
      <w:r>
        <w:t>یعنی ان لوگوں سے جن کو کہ اس کتاب کے مطابق مرتد کا درجہ دے دیا گیا تھا۔</w:t>
      </w:r>
    </w:p>
    <w:p>
      <w:r>
        <w:rPr>
          <w:b/>
        </w:rPr>
        <w:t xml:space="preserve">[30:55] </w:t>
      </w:r>
      <w:r>
        <w:t>ke woh islam se bahar chale gaye.</w:t>
      </w:r>
    </w:p>
    <w:p>
      <w:pPr>
        <w:jc w:val="right"/>
      </w:pPr>
      <w:r>
        <w:t>کہ وہ اسلام سے باہر چلے گئے۔</w:t>
      </w:r>
    </w:p>
    <w:p>
      <w:r>
        <w:rPr>
          <w:b/>
        </w:rPr>
        <w:t xml:space="preserve">[30:58] </w:t>
      </w:r>
      <w:r>
        <w:t>to maloom hua ke yeh yeh kitaab bhi galat hai.</w:t>
      </w:r>
    </w:p>
    <w:p>
      <w:pPr>
        <w:jc w:val="right"/>
      </w:pPr>
      <w:r>
        <w:t>تو معلوم ہوا کہ یہ یہ کتاب بھی غلط ہے۔</w:t>
      </w:r>
    </w:p>
    <w:p>
      <w:r>
        <w:rPr>
          <w:b/>
        </w:rPr>
        <w:t xml:space="preserve">[31:02] </w:t>
      </w:r>
      <w:r>
        <w:t>yani kaafi mutala karne ke baad is ke peeche angrezi bhi padhna pada, angrezi mein bhi padhna pada</w:t>
      </w:r>
    </w:p>
    <w:p>
      <w:pPr>
        <w:jc w:val="right"/>
      </w:pPr>
      <w:r>
        <w:t>یعنی کافی مطالعہ کرنے کے بعد اس کے پیچھے انگریزی بھی پڑھنا پڑا، انگریزی میں بھی پڑھنا پڑا</w:t>
      </w:r>
    </w:p>
    <w:p>
      <w:r>
        <w:rPr>
          <w:b/>
        </w:rPr>
        <w:t xml:space="preserve">[31:10] </w:t>
      </w:r>
      <w:r>
        <w:t>mujhe.</w:t>
      </w:r>
    </w:p>
    <w:p>
      <w:pPr>
        <w:jc w:val="right"/>
      </w:pPr>
      <w:r>
        <w:t>مجھے۔</w:t>
      </w:r>
    </w:p>
    <w:p>
      <w:r>
        <w:rPr>
          <w:b/>
        </w:rPr>
        <w:t xml:space="preserve">[31:11] </w:t>
      </w:r>
      <w:r>
        <w:t>kyunke woh log woh thay jo angrez na thay.</w:t>
      </w:r>
    </w:p>
    <w:p>
      <w:pPr>
        <w:jc w:val="right"/>
      </w:pPr>
      <w:r>
        <w:t>کیونکہ وہ لوگ وہ تھے جو انگریز نہ تھے۔</w:t>
      </w:r>
    </w:p>
    <w:p>
      <w:r>
        <w:rPr>
          <w:b/>
        </w:rPr>
        <w:t xml:space="preserve">[31:15] </w:t>
      </w:r>
      <w:r>
        <w:t>kafi raat din ki mehnat ke baad mutala aur mulakatein, exchange, interaction, discussion, dialogue India mein, India ke</w:t>
      </w:r>
    </w:p>
    <w:p>
      <w:pPr>
        <w:jc w:val="right"/>
      </w:pPr>
      <w:r>
        <w:t>کافی رات دن کی محنت کے بعد مطالعہ اور ملاقاتیں، exchange، interaction، discussion، dialogue انڈیا میں، انڈیا کے</w:t>
      </w:r>
    </w:p>
    <w:p>
      <w:r>
        <w:rPr>
          <w:b/>
        </w:rPr>
        <w:t xml:space="preserve">[31:23] </w:t>
      </w:r>
      <w:r>
        <w:t>bahar bhi.</w:t>
      </w:r>
    </w:p>
    <w:p>
      <w:pPr>
        <w:jc w:val="right"/>
      </w:pPr>
      <w:r>
        <w:t>باہر بھی۔</w:t>
      </w:r>
    </w:p>
    <w:p>
      <w:r>
        <w:rPr>
          <w:b/>
        </w:rPr>
        <w:t xml:space="preserve">[31:24] </w:t>
      </w:r>
      <w:r>
        <w:t>tab mujhe ek cheez ka pata chala ke yeh irtidad ka case nahi hai.</w:t>
      </w:r>
    </w:p>
    <w:p>
      <w:pPr>
        <w:jc w:val="right"/>
      </w:pPr>
      <w:r>
        <w:t>تب مجھے ایک چیز کا پتہ چلا کہ یہ ارتداد کا case نہیں ہے۔</w:t>
      </w:r>
    </w:p>
    <w:p>
      <w:r>
        <w:rPr>
          <w:b/>
        </w:rPr>
        <w:t xml:space="preserve">[31:30] </w:t>
      </w:r>
      <w:r>
        <w:t>yeh hai dissatisfaction ka case.</w:t>
      </w:r>
    </w:p>
    <w:p>
      <w:pPr>
        <w:jc w:val="right"/>
      </w:pPr>
      <w:r>
        <w:t>یہ ہے dissatisfaction کا case۔</w:t>
      </w:r>
    </w:p>
    <w:p>
      <w:r>
        <w:rPr>
          <w:b/>
        </w:rPr>
        <w:t xml:space="preserve">[31:32] </w:t>
      </w:r>
      <w:r>
        <w:t>yaani adam itminan ka case.</w:t>
      </w:r>
    </w:p>
    <w:p>
      <w:pPr>
        <w:jc w:val="right"/>
      </w:pPr>
      <w:r>
        <w:t>یعنی عدم اطمینان کا case۔</w:t>
      </w:r>
    </w:p>
    <w:p>
      <w:r>
        <w:rPr>
          <w:b/>
        </w:rPr>
        <w:t xml:space="preserve">[31:34] </w:t>
      </w:r>
      <w:r>
        <w:t>woh log hamari jo nai naslein hain, jin ki taleem universityon mein hui, jo Europe, America gaye, modern</w:t>
      </w:r>
    </w:p>
    <w:p>
      <w:pPr>
        <w:jc w:val="right"/>
      </w:pPr>
      <w:r>
        <w:t>وہ لوگ ہماری جو نئی نسلیں ہیں، جن کی تعلیم یونیورسٹیوں میں ہوئی، جو یورپ، امریکہ گئے، modern</w:t>
      </w:r>
    </w:p>
    <w:p>
      <w:r>
        <w:rPr>
          <w:b/>
        </w:rPr>
        <w:t xml:space="preserve">[31:42] </w:t>
      </w:r>
      <w:r>
        <w:t>literature ko jinhon ne parha, modern thinkers ko jinhon ne parha.</w:t>
      </w:r>
    </w:p>
    <w:p>
      <w:pPr>
        <w:jc w:val="right"/>
      </w:pPr>
      <w:r>
        <w:t>literature کو جنہوں نے پڑھا، modern thinkers کو جنہوں نے پڑھا۔</w:t>
      </w:r>
    </w:p>
    <w:p>
      <w:r>
        <w:rPr>
          <w:b/>
        </w:rPr>
        <w:t xml:space="preserve">[31:47] </w:t>
      </w:r>
      <w:r>
        <w:t>toh un ke dimagh mein naye shukook aaye, naye ishkalat aaye, naye shubhat aaye Islam ke bare mein.</w:t>
      </w:r>
    </w:p>
    <w:p>
      <w:pPr>
        <w:jc w:val="right"/>
      </w:pPr>
      <w:r>
        <w:t>تو ان کے دماغ میں نئے شکوک آئے، نئے اشکالات آئے، نئے شبہات آئے اسلام کے بارے میں۔</w:t>
      </w:r>
    </w:p>
    <w:p>
      <w:r>
        <w:rPr>
          <w:b/>
        </w:rPr>
        <w:t xml:space="preserve">[31:55] </w:t>
      </w:r>
      <w:r>
        <w:t>toh unhon ne ulama se in sawalat ko poochna chaha.</w:t>
      </w:r>
    </w:p>
    <w:p>
      <w:pPr>
        <w:jc w:val="right"/>
      </w:pPr>
      <w:r>
        <w:t>تو انہوں نے علماء سے ان سوالات کو پوچھنا چاہا۔</w:t>
      </w:r>
    </w:p>
    <w:p>
      <w:r>
        <w:rPr>
          <w:b/>
        </w:rPr>
        <w:t xml:space="preserve">[31:59] </w:t>
      </w:r>
      <w:r>
        <w:t>toh ulama ne un ko mutmain nahi kar sake, ulama.</w:t>
      </w:r>
    </w:p>
    <w:p>
      <w:pPr>
        <w:jc w:val="right"/>
      </w:pPr>
      <w:r>
        <w:t>تو علماء نے ان کو مطمئن نہیں کر سکے، علماء۔</w:t>
      </w:r>
    </w:p>
    <w:p>
      <w:r>
        <w:rPr>
          <w:b/>
        </w:rPr>
        <w:t xml:space="preserve">[32:03] </w:t>
      </w:r>
      <w:r>
        <w:t>toh jab ulama ne dekha ke hamare jawab se woh mutmain nahi ho rahe hain toh unhon ne</w:t>
      </w:r>
    </w:p>
    <w:p>
      <w:pPr>
        <w:jc w:val="right"/>
      </w:pPr>
      <w:r>
        <w:t>تو جب علماء نے دیکھا کہ ہمارے جواب سے وہ مطمئن نہیں ہو رہے ہیں تو انہوں نے</w:t>
      </w:r>
    </w:p>
    <w:p>
      <w:r>
        <w:rPr>
          <w:b/>
        </w:rPr>
        <w:t xml:space="preserve">[32:11] </w:t>
      </w:r>
      <w:r>
        <w:t>samajh liya ke murtad ho gaye hain yeh.</w:t>
      </w:r>
    </w:p>
    <w:p>
      <w:pPr>
        <w:jc w:val="right"/>
      </w:pPr>
      <w:r>
        <w:t>سمجھ لیا کہ مرتد ہو گئے ہیں یہ۔</w:t>
      </w:r>
    </w:p>
    <w:p>
      <w:r>
        <w:rPr>
          <w:b/>
        </w:rPr>
        <w:t xml:space="preserve">[32:14] </w:t>
      </w:r>
      <w:r>
        <w:t>yaani ulama ne jo jawab diya tha us par woh mutmain nahi hue.</w:t>
      </w:r>
    </w:p>
    <w:p>
      <w:pPr>
        <w:jc w:val="right"/>
      </w:pPr>
      <w:r>
        <w:t>یعنی علماء نے جو جواب دیا تھا اس پر وہ مطمئن نہیں ہوئے۔</w:t>
      </w:r>
    </w:p>
    <w:p>
      <w:r>
        <w:rPr>
          <w:b/>
        </w:rPr>
        <w:t xml:space="preserve">[32:20] </w:t>
      </w:r>
      <w:r>
        <w:t>toh samajh liya ke yeh toh murtad ho gaye.</w:t>
      </w:r>
    </w:p>
    <w:p>
      <w:pPr>
        <w:jc w:val="right"/>
      </w:pPr>
      <w:r>
        <w:t>تو سمجھ لیا کہ یہ تو مرتد ہو گئے۔</w:t>
      </w:r>
    </w:p>
    <w:p>
      <w:r>
        <w:rPr>
          <w:b/>
        </w:rPr>
        <w:t xml:space="preserve">[32:24] </w:t>
      </w:r>
      <w:r>
        <w:t>halanke yeh chahiye tha ke ulama Quran ki is ayat par ghor karte.</w:t>
      </w:r>
    </w:p>
    <w:p>
      <w:pPr>
        <w:jc w:val="right"/>
      </w:pPr>
      <w:r>
        <w:t>حالانکہ یہ چاہیے تھا کہ علماء قرآن کی اس آیت پر غور کرتے۔</w:t>
      </w:r>
    </w:p>
    <w:p>
      <w:r>
        <w:rPr>
          <w:b/>
        </w:rPr>
        <w:t xml:space="preserve">[32:29] </w:t>
      </w:r>
      <w:r>
        <w:t>wa ma min rasoolin nahi.</w:t>
      </w:r>
    </w:p>
    <w:p>
      <w:pPr>
        <w:jc w:val="right"/>
      </w:pPr>
      <w:r>
        <w:t>وَمَا مِنْ رَسُولٍ نہیں۔</w:t>
      </w:r>
    </w:p>
    <w:p>
      <w:r>
        <w:rPr>
          <w:b/>
        </w:rPr>
        <w:t xml:space="preserve">[32:31] </w:t>
      </w:r>
      <w:r>
        <w:t>wa ma arsalna min rasoolin illa bi ihsan-e-qaumihi aisi ek ek aur ayat hai ke wa kull lahum fi arfasihim</w:t>
      </w:r>
    </w:p>
    <w:p>
      <w:pPr>
        <w:jc w:val="right"/>
      </w:pPr>
      <w:r>
        <w:t>وَمَا أَرْسَلْنَا مِنْ رَسُولٍ إِلَّا بِإِحْسَانِ قَوْمِهِ ایسی ایک ایک اور آیت ہے کہ وَكُلْ لَهُمْ فِي أَرْفَسِهِمْ</w:t>
      </w:r>
    </w:p>
    <w:p>
      <w:r>
        <w:rPr>
          <w:b/>
        </w:rPr>
        <w:t xml:space="preserve">[32:39] </w:t>
      </w:r>
      <w:r>
        <w:t>qaulan balighan wa kull lahum fi arfasihim qaulan balighan is tarah ki ayatein Quran majeed mein agar ghor kiya</w:t>
      </w:r>
    </w:p>
    <w:p>
      <w:pPr>
        <w:jc w:val="right"/>
      </w:pPr>
      <w:r>
        <w:t>قَوْلًا بَلِيْغًا وَكُلْ لَهُمْ فِي أَرْفَسِهِمْ قَوْلًا بَلِيْغًا اس طرح کی آیتیں قرآن مجید میں اگر غور کیا</w:t>
      </w:r>
    </w:p>
    <w:p>
      <w:r>
        <w:rPr>
          <w:b/>
        </w:rPr>
        <w:t xml:space="preserve">[32:46] </w:t>
      </w:r>
      <w:r>
        <w:t>jaye toh maloom hoga ke baat woh hai, yeh da'wati kalam woh hai jo mad'u ko convince karne</w:t>
      </w:r>
    </w:p>
    <w:p>
      <w:pPr>
        <w:jc w:val="right"/>
      </w:pPr>
      <w:r>
        <w:t>جائے تو معلوم ہوگا کہ بات وہ ہے، یہ دعوتی کلام وہ ہے جو مدعو کو convince کرنے</w:t>
      </w:r>
    </w:p>
    <w:p>
      <w:r>
        <w:rPr>
          <w:b/>
        </w:rPr>
        <w:t xml:space="preserve">[32:54] </w:t>
      </w:r>
      <w:r>
        <w:t>wala ho.</w:t>
      </w:r>
    </w:p>
    <w:p>
      <w:pPr>
        <w:jc w:val="right"/>
      </w:pPr>
      <w:r>
        <w:t>والا ہو۔</w:t>
      </w:r>
    </w:p>
    <w:p>
      <w:r>
        <w:rPr>
          <w:b/>
        </w:rPr>
        <w:t xml:space="preserve">[32:56] </w:t>
      </w:r>
      <w:r>
        <w:t>yaani mad'u ke mind ko address karne wala ho.</w:t>
      </w:r>
    </w:p>
    <w:p>
      <w:pPr>
        <w:jc w:val="right"/>
      </w:pPr>
      <w:r>
        <w:t>یعنی مدعو کے mind کو address کرنے والا ہو۔</w:t>
      </w:r>
    </w:p>
    <w:p>
      <w:r>
        <w:rPr>
          <w:b/>
        </w:rPr>
        <w:t xml:space="preserve">[33:00] </w:t>
      </w:r>
      <w:r>
        <w:t>toh mad'u ki zuban jo hai us zuban mein bolna, mad'u ka jo jo aqli meyar hai us</w:t>
      </w:r>
    </w:p>
    <w:p>
      <w:pPr>
        <w:jc w:val="right"/>
      </w:pPr>
      <w:r>
        <w:t>تو مدعو کی زبان جو ہے اس زبان میں بولنا، مدعو کا جو جو عقلی معیار ہے اس</w:t>
      </w:r>
    </w:p>
    <w:p>
      <w:r>
        <w:rPr>
          <w:b/>
        </w:rPr>
        <w:t xml:space="preserve">[33:07] </w:t>
      </w:r>
      <w:r>
        <w:t>meyar par kalam karna, mad'u ke zehn mein jo logical pehlu hai, jo rational pehlu hai us ko</w:t>
      </w:r>
    </w:p>
    <w:p>
      <w:pPr>
        <w:jc w:val="right"/>
      </w:pPr>
      <w:r>
        <w:t>معیار پر کلام کرنا، مدعو کے ذہن میں جو logical پہلو ہے، جو rational پہلو ہے اس کو</w:t>
      </w:r>
    </w:p>
    <w:p>
      <w:r>
        <w:rPr>
          <w:b/>
        </w:rPr>
        <w:t xml:space="preserve">[33:15] </w:t>
      </w:r>
      <w:r>
        <w:t>samajh kar ke is ko analysis karna yeh tha peghambaron ka kaam.</w:t>
      </w:r>
    </w:p>
    <w:p>
      <w:pPr>
        <w:jc w:val="right"/>
      </w:pPr>
      <w:r>
        <w:t>سمجھ کر کے اس کو analysis کرنا یہ تھا پیغمبروں کا کام۔</w:t>
      </w:r>
    </w:p>
    <w:p>
      <w:r>
        <w:rPr>
          <w:b/>
        </w:rPr>
        <w:t xml:space="preserve">[33:20] </w:t>
      </w:r>
      <w:r>
        <w:t>khud quran ke mutabiq wa kul lahum fi arfasihim qawlan balighan aisi baat kaho jo dil ko utarne wali</w:t>
      </w:r>
    </w:p>
    <w:p>
      <w:pPr>
        <w:jc w:val="right"/>
      </w:pPr>
      <w:r>
        <w:t>خود قرآن کے مطابق وَكُلْ لَهُمْ فِي أَرْفَسِهِمْ قَوْلًا بَلِيْغًا ایسی بات کہو جو دل کو اترنے والی</w:t>
      </w:r>
    </w:p>
    <w:p>
      <w:r>
        <w:rPr>
          <w:b/>
        </w:rPr>
        <w:t xml:space="preserve">[33:28]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[33:29] </w:t>
      </w:r>
      <w:r>
        <w:t>yeh goya mayar bata diya.</w:t>
      </w:r>
    </w:p>
    <w:p>
      <w:pPr>
        <w:jc w:val="right"/>
      </w:pPr>
      <w:r>
        <w:t>یہ گویا معیار بتا دیا۔</w:t>
      </w:r>
    </w:p>
    <w:p>
      <w:r>
        <w:rPr>
          <w:b/>
        </w:rPr>
        <w:t xml:space="preserve">[33:31] </w:t>
      </w:r>
      <w:r>
        <w:t>dawati kalam ka mayar yeh hai ke woh kalam baligh ho.</w:t>
      </w:r>
    </w:p>
    <w:p>
      <w:pPr>
        <w:jc w:val="right"/>
      </w:pPr>
      <w:r>
        <w:t>دعوتی کلام کا معیار یہ ہے کہ وہ کلام بلیغ ہو۔</w:t>
      </w:r>
    </w:p>
    <w:p>
      <w:r>
        <w:rPr>
          <w:b/>
        </w:rPr>
        <w:t xml:space="preserve">[33:36] </w:t>
      </w:r>
      <w:r>
        <w:t>baligh mani dil mein utarta hua.</w:t>
      </w:r>
    </w:p>
    <w:p>
      <w:pPr>
        <w:jc w:val="right"/>
      </w:pPr>
      <w:r>
        <w:t>بلیغ معنی دل میں اترتا ہوا۔</w:t>
      </w:r>
    </w:p>
    <w:p>
      <w:r>
        <w:rPr>
          <w:b/>
        </w:rPr>
        <w:t xml:space="preserve">[33:39] </w:t>
      </w:r>
      <w:r>
        <w:t>aaj kal ki zaban mein mein kahunga ke dawati kalam woh hai jo madu ke mind ko</w:t>
      </w:r>
    </w:p>
    <w:p>
      <w:pPr>
        <w:jc w:val="right"/>
      </w:pPr>
      <w:r>
        <w:t>آج کل کی زبان میں میں کہوں گا کہ دعوتی کلام وہ ہے جو مدعو کے mind کو</w:t>
      </w:r>
    </w:p>
    <w:p>
      <w:r>
        <w:rPr>
          <w:b/>
        </w:rPr>
        <w:t xml:space="preserve">[33:46] </w:t>
      </w:r>
      <w:r>
        <w:t>address kare.</w:t>
      </w:r>
    </w:p>
    <w:p>
      <w:pPr>
        <w:jc w:val="right"/>
      </w:pPr>
      <w:r>
        <w:t>address کرے۔</w:t>
      </w:r>
    </w:p>
    <w:p>
      <w:r>
        <w:rPr>
          <w:b/>
        </w:rPr>
        <w:t xml:space="preserve">[33:48] </w:t>
      </w:r>
      <w:r>
        <w:t>wa kul lahum fi arfasihim qawlan balighan dawati kalam woh hai jo madu ke mind ko address kare.</w:t>
      </w:r>
    </w:p>
    <w:p>
      <w:pPr>
        <w:jc w:val="right"/>
      </w:pPr>
      <w:r>
        <w:t>وَكُلْ لَهُمْ فِي أَرْفَسِهِمْ قَوْلًا بَلِيْغًا دعوتی کلام وہ ہے جو مدعو کے mind کو address کرے۔</w:t>
      </w:r>
    </w:p>
    <w:p>
      <w:r>
        <w:rPr>
          <w:b/>
        </w:rPr>
        <w:t xml:space="preserve">[33:55] </w:t>
      </w:r>
      <w:r>
        <w:t>ab in logon ne yeh socha nahi.</w:t>
      </w:r>
    </w:p>
    <w:p>
      <w:pPr>
        <w:jc w:val="right"/>
      </w:pPr>
      <w:r>
        <w:t>اب ان لوگوں نے یہ سوچا نہیں۔</w:t>
      </w:r>
    </w:p>
    <w:p>
      <w:r>
        <w:rPr>
          <w:b/>
        </w:rPr>
        <w:t xml:space="preserve">[33:58] </w:t>
      </w:r>
      <w:r>
        <w:t>yeh sochna chahiye tha ke hum ne jo jawab diye hain un ko, un ko islam par jo</w:t>
      </w:r>
    </w:p>
    <w:p>
      <w:pPr>
        <w:jc w:val="right"/>
      </w:pPr>
      <w:r>
        <w:t>یہ سوچنا چاہیے تھا کہ ہم نے جو جواب دیے ہیں ان کو، ان کو اسلام پر جو</w:t>
      </w:r>
    </w:p>
    <w:p>
      <w:r>
        <w:rPr>
          <w:b/>
        </w:rPr>
        <w:t xml:space="preserve">[34:06] </w:t>
      </w:r>
      <w:r>
        <w:t>shubhat the, jo doubts the to hum ne jo un ko chaha ke samjhana to woh samajh nahi</w:t>
      </w:r>
    </w:p>
    <w:p>
      <w:pPr>
        <w:jc w:val="right"/>
      </w:pPr>
      <w:r>
        <w:t>شبہات تھے، جو doubts تھے تو ہم نے جو ان کو چاہا کہ سمجھانا تو وہ سمجھ نہیں</w:t>
      </w:r>
    </w:p>
    <w:p>
      <w:r>
        <w:rPr>
          <w:b/>
        </w:rPr>
        <w:t xml:space="preserve">[34:14] </w:t>
      </w:r>
      <w:r>
        <w:t>paye.</w:t>
      </w:r>
    </w:p>
    <w:p>
      <w:pPr>
        <w:jc w:val="right"/>
      </w:pPr>
      <w:r>
        <w:t>پائے۔</w:t>
      </w:r>
    </w:p>
    <w:p>
      <w:r>
        <w:rPr>
          <w:b/>
        </w:rPr>
        <w:t xml:space="preserve">[34:15] </w:t>
      </w:r>
      <w:r>
        <w:t>to hamari apni kami hai ke hum in ko islam ki baat is tarah rational way mein bayan</w:t>
      </w:r>
    </w:p>
    <w:p>
      <w:pPr>
        <w:jc w:val="right"/>
      </w:pPr>
      <w:r>
        <w:t>تو ہماری اپنی کمی ہے کہ ہم ان کو اسلام کی بات اس طرح rational way میں بیان</w:t>
      </w:r>
    </w:p>
    <w:p>
      <w:r>
        <w:rPr>
          <w:b/>
        </w:rPr>
        <w:t xml:space="preserve">[34:23] </w:t>
      </w:r>
      <w:r>
        <w:t>nahi kar pa rahe hain jis se un ka mind address ho.</w:t>
      </w:r>
    </w:p>
    <w:p>
      <w:pPr>
        <w:jc w:val="right"/>
      </w:pPr>
      <w:r>
        <w:t>نہیں کر پا رہے ہیں جس سے ان کا mind address ہو۔</w:t>
      </w:r>
    </w:p>
    <w:p>
      <w:r>
        <w:rPr>
          <w:b/>
        </w:rPr>
        <w:t xml:space="preserve">[34:28] </w:t>
      </w:r>
      <w:r>
        <w:t>un ka mind hai rational, hum baat kar rahe hain traditional.</w:t>
      </w:r>
    </w:p>
    <w:p>
      <w:pPr>
        <w:jc w:val="right"/>
      </w:pPr>
      <w:r>
        <w:t>ان کا mind ہے rational، ہم بات کر رہے ہیں traditional۔</w:t>
      </w:r>
    </w:p>
    <w:p>
      <w:r>
        <w:rPr>
          <w:b/>
        </w:rPr>
        <w:t xml:space="preserve">[34:33] </w:t>
      </w:r>
      <w:r>
        <w:t>yani madu ka jo mind hai woh rational hai, woh logical hai, woh scientific hai.</w:t>
      </w:r>
    </w:p>
    <w:p>
      <w:pPr>
        <w:jc w:val="right"/>
      </w:pPr>
      <w:r>
        <w:t>یعنی مدعو کا جو mind ہے وہ rational ہے، وہ logical ہے، وہ scientific ہے۔</w:t>
      </w:r>
    </w:p>
    <w:p>
      <w:r>
        <w:rPr>
          <w:b/>
        </w:rPr>
        <w:t xml:space="preserve">[34:39] </w:t>
      </w:r>
      <w:r>
        <w:t>hum jo likh rahe hain, bol rahe hain woh hai traditional.</w:t>
      </w:r>
    </w:p>
    <w:p>
      <w:pPr>
        <w:jc w:val="right"/>
      </w:pPr>
      <w:r>
        <w:t>ہم جو لکھ رہے ہیں، بول رہے ہیں وہ ہے traditional۔</w:t>
      </w:r>
    </w:p>
    <w:p>
      <w:r>
        <w:rPr>
          <w:b/>
        </w:rPr>
        <w:t xml:space="preserve">[34:44] </w:t>
      </w:r>
      <w:r>
        <w:t>to ek gap pad gaya hai, ek intellectual gap.</w:t>
      </w:r>
    </w:p>
    <w:p>
      <w:pPr>
        <w:jc w:val="right"/>
      </w:pPr>
      <w:r>
        <w:t>تو ایک gap پڑ گیا ہے، ایک intellectual gap۔</w:t>
      </w:r>
    </w:p>
    <w:p>
      <w:r>
        <w:rPr>
          <w:b/>
        </w:rPr>
        <w:t xml:space="preserve">[34:48] </w:t>
      </w:r>
      <w:r>
        <w:t>is intellectual gap ko humein khatam karna hai.</w:t>
      </w:r>
    </w:p>
    <w:p>
      <w:pPr>
        <w:jc w:val="right"/>
      </w:pPr>
      <w:r>
        <w:t>اس intellectual gap کو ہمیں ختم کرنا ہے۔</w:t>
      </w:r>
    </w:p>
    <w:p>
      <w:r>
        <w:rPr>
          <w:b/>
        </w:rPr>
        <w:t xml:space="preserve">[34:51] </w:t>
      </w:r>
      <w:r>
        <w:t>is ke bajaye fatwa de diya ke yeh to murtad ho gaye.</w:t>
      </w:r>
    </w:p>
    <w:p>
      <w:pPr>
        <w:jc w:val="right"/>
      </w:pPr>
      <w:r>
        <w:t>اس کے بجائے فتویٰ دے دیا کہ یہ تو مرتد ہو گئے۔</w:t>
      </w:r>
    </w:p>
    <w:p>
      <w:r>
        <w:rPr>
          <w:b/>
        </w:rPr>
        <w:t xml:space="preserve">[34:56] </w:t>
      </w:r>
      <w:r>
        <w:t>kyun ke yeh to asan tha, fatwa dena to asan tha.</w:t>
      </w:r>
    </w:p>
    <w:p>
      <w:pPr>
        <w:jc w:val="right"/>
      </w:pPr>
      <w:r>
        <w:t>کیونکہ یہ تو آسان تھا، فتویٰ دینا تو آسان تھا۔</w:t>
      </w:r>
    </w:p>
    <w:p>
      <w:r>
        <w:rPr>
          <w:b/>
        </w:rPr>
        <w:t xml:space="preserve">[35:01] </w:t>
      </w:r>
      <w:r>
        <w:t>agar zimmedari apne upar lein aap to kya karna parta aap ko? sab se pehle aap ko</w:t>
      </w:r>
    </w:p>
    <w:p>
      <w:pPr>
        <w:jc w:val="right"/>
      </w:pPr>
      <w:r>
        <w:t>اگر ذمہ داری اپنے اوپر لیں آپ تو کیا کرنا پڑتا آپ کو؟ سب سے پہلے آپ کو</w:t>
      </w:r>
    </w:p>
    <w:p>
      <w:r>
        <w:rPr>
          <w:b/>
        </w:rPr>
        <w:t xml:space="preserve">[35:08] </w:t>
      </w:r>
      <w:r>
        <w:t>english language parhni parti.</w:t>
      </w:r>
    </w:p>
    <w:p>
      <w:pPr>
        <w:jc w:val="right"/>
      </w:pPr>
      <w:r>
        <w:t>انگلش language پڑھنی پڑتی۔</w:t>
      </w:r>
    </w:p>
    <w:p>
      <w:r>
        <w:rPr>
          <w:b/>
        </w:rPr>
        <w:t xml:space="preserve">[35:10] </w:t>
      </w:r>
      <w:r>
        <w:t>sare ulama yeh kehte ke bhai chalo angrezi zaban parho.</w:t>
      </w:r>
    </w:p>
    <w:p>
      <w:pPr>
        <w:jc w:val="right"/>
      </w:pPr>
      <w:r>
        <w:t>سارے علماء یہ کہتے کہ بھئی چلو انگریزی زبان پڑھو۔</w:t>
      </w:r>
    </w:p>
    <w:p>
      <w:r>
        <w:rPr>
          <w:b/>
        </w:rPr>
        <w:t xml:space="preserve">[35:14] </w:t>
      </w:r>
      <w:r>
        <w:t>angrezi zaban parhe baghair hum in ko address nahi kar sakte.</w:t>
      </w:r>
    </w:p>
    <w:p>
      <w:pPr>
        <w:jc w:val="right"/>
      </w:pPr>
      <w:r>
        <w:t>انگریزی زبان پڑھے بغیر ہم ان کو address نہیں کر سکتے۔</w:t>
      </w:r>
    </w:p>
    <w:p>
      <w:r>
        <w:rPr>
          <w:b/>
        </w:rPr>
        <w:t xml:space="preserve">[35:19] </w:t>
      </w:r>
      <w:r>
        <w:t>to do option tha hamare logon ke pas.</w:t>
      </w:r>
    </w:p>
    <w:p>
      <w:pPr>
        <w:jc w:val="right"/>
      </w:pPr>
      <w:r>
        <w:t>تو دو option تھا ہمارے لوگوں کے پاس۔</w:t>
      </w:r>
    </w:p>
    <w:p>
      <w:r>
        <w:rPr>
          <w:b/>
        </w:rPr>
        <w:t xml:space="preserve">[35:22] </w:t>
      </w:r>
      <w:r>
        <w:t>ya to yeh kahein ke hum is qabil hain nahi, hum competent nahi hain unhein address karne ke</w:t>
      </w:r>
    </w:p>
    <w:p>
      <w:pPr>
        <w:jc w:val="right"/>
      </w:pPr>
      <w:r>
        <w:t>یا تو یہ کہیں کہ ہم اس قابل ہیں نہیں، ہم competent نہیں ہیں انہیں address کرنے کے</w:t>
      </w:r>
    </w:p>
    <w:p>
      <w:r>
        <w:rPr>
          <w:b/>
        </w:rPr>
        <w:t xml:space="preserve">[35:30] </w:t>
      </w:r>
      <w:r>
        <w:t>liye.</w:t>
      </w:r>
    </w:p>
    <w:p>
      <w:pPr>
        <w:jc w:val="right"/>
      </w:pPr>
      <w:r>
        <w:t>لیے۔</w:t>
      </w:r>
    </w:p>
    <w:p>
      <w:r>
        <w:rPr>
          <w:b/>
        </w:rPr>
        <w:t xml:space="preserve">[35:32] </w:t>
      </w:r>
      <w:r>
        <w:t>yani ummat mein aik naya phenomena paida hua hai, nai naslon ka, modern mind ka ke ulama ajiz</w:t>
      </w:r>
    </w:p>
    <w:p>
      <w:pPr>
        <w:jc w:val="right"/>
      </w:pPr>
      <w:r>
        <w:t>یعنی امت میں ایک نیا phenomena پیدا ہوا ہے، نئی نسلوں کا، modern mind کا کہ علماء عاجز</w:t>
      </w:r>
    </w:p>
    <w:p>
      <w:r>
        <w:rPr>
          <w:b/>
        </w:rPr>
        <w:t xml:space="preserve">[35:39] </w:t>
      </w:r>
      <w:r>
        <w:t>ho rahe hain un ke mind ko address karne ke liye.</w:t>
      </w:r>
    </w:p>
    <w:p>
      <w:pPr>
        <w:jc w:val="right"/>
      </w:pPr>
      <w:r>
        <w:t>ہو رہے ہیں ان کے mind کو address کرنے کے لیے۔</w:t>
      </w:r>
    </w:p>
    <w:p>
      <w:r>
        <w:rPr>
          <w:b/>
        </w:rPr>
        <w:t xml:space="preserve">[35:44] </w:t>
      </w:r>
      <w:r>
        <w:t>to apni apni kami ka iqrar karte ke hum incompetent hain un ko address karne ke liye.</w:t>
      </w:r>
    </w:p>
    <w:p>
      <w:pPr>
        <w:jc w:val="right"/>
      </w:pPr>
      <w:r>
        <w:t>تو اپنی اپنی کمی کا اقرار کرتے کہ ہم incompetent ہیں ان کو address کرنے کے لیے۔</w:t>
      </w:r>
    </w:p>
    <w:p>
      <w:r>
        <w:rPr>
          <w:b/>
        </w:rPr>
        <w:t xml:space="preserve">[35:51] </w:t>
      </w:r>
      <w:r>
        <w:t>ya apne ko tayyar karte, mehnat karte.</w:t>
      </w:r>
    </w:p>
    <w:p>
      <w:pPr>
        <w:jc w:val="right"/>
      </w:pPr>
      <w:r>
        <w:t>یا اپنے کو تیار کرتے، محنت کرتے۔</w:t>
      </w:r>
    </w:p>
    <w:p>
      <w:r>
        <w:rPr>
          <w:b/>
        </w:rPr>
        <w:t xml:space="preserve">[35:54] </w:t>
      </w:r>
      <w:r>
        <w:t>aap jante hain ke job lene ke liye isi Dilli mein main janta hoon ke molvi log ate</w:t>
      </w:r>
    </w:p>
    <w:p>
      <w:pPr>
        <w:jc w:val="right"/>
      </w:pPr>
      <w:r>
        <w:t>آپ جانتے ہیں کہ job لینے کے لیے اسی دلی میں میں جانتا ہوں کہ مولوی لوگ آتے</w:t>
      </w:r>
    </w:p>
    <w:p>
      <w:r>
        <w:rPr>
          <w:b/>
        </w:rPr>
        <w:t xml:space="preserve">[36:02] </w:t>
      </w:r>
      <w:r>
        <w:t>hain aur ache job ke liye khoob mehnat se angrezi parhte hain.</w:t>
      </w:r>
    </w:p>
    <w:p>
      <w:pPr>
        <w:jc w:val="right"/>
      </w:pPr>
      <w:r>
        <w:t>ہیں اور اچھے job کے لیے خوب محنت سے انگریزی پڑھتے ہیں۔</w:t>
      </w:r>
    </w:p>
    <w:p>
      <w:r>
        <w:rPr>
          <w:b/>
        </w:rPr>
        <w:t xml:space="preserve">[36:07] </w:t>
      </w:r>
      <w:r>
        <w:t>mere pas kai talaba aye, madarison ke parhe hue, lage foran foran angrezi bolne.</w:t>
      </w:r>
    </w:p>
    <w:p>
      <w:pPr>
        <w:jc w:val="right"/>
      </w:pPr>
      <w:r>
        <w:t>میرے پاس کئی طلباء آئے، مدرسوں کے پڑھے ہوئے، لگے فوراً فوراً انگریزی بولنے۔</w:t>
      </w:r>
    </w:p>
    <w:p>
      <w:r>
        <w:rPr>
          <w:b/>
        </w:rPr>
        <w:t xml:space="preserve">[36:13] </w:t>
      </w:r>
      <w:r>
        <w:t>to main ne kaha bhai angrezi ka, aaj madarse mein angrezi parhai jati hai.</w:t>
      </w:r>
    </w:p>
    <w:p>
      <w:pPr>
        <w:jc w:val="right"/>
      </w:pPr>
      <w:r>
        <w:t>تو میں نے کہا بھئی انگریزی کا، آج مدرسے میں انگریزی پڑھائی جاتی ہے۔</w:t>
      </w:r>
    </w:p>
    <w:p>
      <w:r>
        <w:rPr>
          <w:b/>
        </w:rPr>
        <w:t xml:space="preserve">[36:19] </w:t>
      </w:r>
      <w:r>
        <w:t>to kuch naye naye ne kaha nahi.</w:t>
      </w:r>
    </w:p>
    <w:p>
      <w:pPr>
        <w:jc w:val="right"/>
      </w:pPr>
      <w:r>
        <w:t>تو کچھ نئے نئے نے کہا نہیں۔</w:t>
      </w:r>
    </w:p>
    <w:p>
      <w:r>
        <w:rPr>
          <w:b/>
        </w:rPr>
        <w:t xml:space="preserve">[36:22] </w:t>
      </w:r>
      <w:r>
        <w:t>unhone kaha hum ne dekha ke acha job hum ko baghair angrezi ke nahi mile ga.</w:t>
      </w:r>
    </w:p>
    <w:p>
      <w:pPr>
        <w:jc w:val="right"/>
      </w:pPr>
      <w:r>
        <w:t>انہوں نے کہا ہم نے دیکھا کہ اچھا job ہم کو بغیر انگریزی کے نہیں ملے گا۔</w:t>
      </w:r>
    </w:p>
    <w:p>
      <w:r>
        <w:rPr>
          <w:b/>
        </w:rPr>
        <w:t xml:space="preserve">[36:30] </w:t>
      </w:r>
      <w:r>
        <w:t>to hum ne angrezi mein mehnat kiya.</w:t>
      </w:r>
    </w:p>
    <w:p>
      <w:pPr>
        <w:jc w:val="right"/>
      </w:pPr>
      <w:r>
        <w:t>تو ہم نے انگریزی میں محنت کیا۔</w:t>
      </w:r>
    </w:p>
    <w:p>
      <w:r>
        <w:rPr>
          <w:b/>
        </w:rPr>
        <w:t xml:space="preserve">[36:33] </w:t>
      </w:r>
      <w:r>
        <w:t>to yahi kaam madu ke liye karna chahiye tha, dawat ke liye karna chahiye tha.</w:t>
      </w:r>
    </w:p>
    <w:p>
      <w:pPr>
        <w:jc w:val="right"/>
      </w:pPr>
      <w:r>
        <w:t>تو یہی کام مدعو کے لیے کرنا چاہیے تھا، دعوت کے لیے کرنا چاہیے تھا۔</w:t>
      </w:r>
    </w:p>
    <w:p>
      <w:r>
        <w:rPr>
          <w:b/>
        </w:rPr>
        <w:t xml:space="preserve">[36:39] </w:t>
      </w:r>
      <w:r>
        <w:t>to dawat ke liye kya kehte hain? fatwa de diya ke yeh to murtad ho gaye.</w:t>
      </w:r>
    </w:p>
    <w:p>
      <w:pPr>
        <w:jc w:val="right"/>
      </w:pPr>
      <w:r>
        <w:t>تو دعوت کے لیے کیا کہتے ہیں؟ فتویٰ دے دیا کہ یہ تو مرتد ہو گئے۔</w:t>
      </w:r>
    </w:p>
    <w:p>
      <w:r>
        <w:rPr>
          <w:b/>
        </w:rPr>
        <w:t xml:space="preserve">[36:46] </w:t>
      </w:r>
      <w:r>
        <w:t>aur job ke liye khoob mehnatain kar rahe hain.</w:t>
      </w:r>
    </w:p>
    <w:p>
      <w:pPr>
        <w:jc w:val="right"/>
      </w:pPr>
      <w:r>
        <w:t>اور job کے لیے خوب محنتیں کر رہے ہیں۔</w:t>
      </w:r>
    </w:p>
    <w:p>
      <w:r>
        <w:rPr>
          <w:b/>
        </w:rPr>
        <w:t xml:space="preserve">[36:50] </w:t>
      </w:r>
      <w:r>
        <w:t>to dawat ka kaam jo hai aap ko musibaton mein dalta hai.</w:t>
      </w:r>
    </w:p>
    <w:p>
      <w:pPr>
        <w:jc w:val="right"/>
      </w:pPr>
      <w:r>
        <w:t>تو دعوت کا کام جو ہے آپ کو مصیبتوں میں ڈالتا ہے۔</w:t>
      </w:r>
    </w:p>
    <w:p>
      <w:r>
        <w:rPr>
          <w:b/>
        </w:rPr>
        <w:t xml:space="preserve">[36:55] </w:t>
      </w:r>
      <w:r>
        <w:t>isi liye tamam, aap jante hain Rasool Allah salallahu alaihi wasallam ko jab nabuwat mili, aap wapas</w:t>
      </w:r>
    </w:p>
    <w:p>
      <w:pPr>
        <w:jc w:val="right"/>
      </w:pPr>
      <w:r>
        <w:t>اسی لیے تمام، آپ جانتے ہیں رسول اللہ صلی اللہ علیہ وسلم کو جب نبوت ملی، آپ واپس</w:t>
      </w:r>
    </w:p>
    <w:p>
      <w:r>
        <w:rPr>
          <w:b/>
        </w:rPr>
        <w:t xml:space="preserve">[37:03] </w:t>
      </w:r>
      <w:r>
        <w:t>aye zimmedari ke ehsas ke sath, responsibility ke ehsas ke sath.</w:t>
      </w:r>
    </w:p>
    <w:p>
      <w:pPr>
        <w:jc w:val="right"/>
      </w:pPr>
      <w:r>
        <w:t>آئے ذمہ داری کے احساس کے ساتھ، responsibility کے احساس کے ساتھ۔</w:t>
      </w:r>
    </w:p>
    <w:p>
      <w:r>
        <w:rPr>
          <w:b/>
        </w:rPr>
        <w:t xml:space="preserve">[37:08] </w:t>
      </w:r>
      <w:r>
        <w:t>aap ghar pohnche.</w:t>
      </w:r>
    </w:p>
    <w:p>
      <w:pPr>
        <w:jc w:val="right"/>
      </w:pPr>
      <w:r>
        <w:t>آپ گھر پہنچے۔</w:t>
      </w:r>
    </w:p>
    <w:p>
      <w:r>
        <w:rPr>
          <w:b/>
        </w:rPr>
        <w:t xml:space="preserve">[37:09] </w:t>
      </w:r>
      <w:r>
        <w:t>to is se pehle aap jate the jo is ko kehte hain Ghar e Hira, Hira mountain ka cave.</w:t>
      </w:r>
    </w:p>
    <w:p>
      <w:pPr>
        <w:jc w:val="right"/>
      </w:pPr>
      <w:r>
        <w:t>تو اس سے پہلے آپ جاتے تھے جو اس کو کہتے ہیں غار حرا، حرا mountain کا cave۔</w:t>
      </w:r>
    </w:p>
    <w:p>
      <w:r>
        <w:rPr>
          <w:b/>
        </w:rPr>
        <w:t xml:space="preserve">[37:17] </w:t>
      </w:r>
      <w:r>
        <w:t>is mein jaya karte the aap.</w:t>
      </w:r>
    </w:p>
    <w:p>
      <w:pPr>
        <w:jc w:val="right"/>
      </w:pPr>
      <w:r>
        <w:t>اس میں جایا کرتے تھے آپ۔</w:t>
      </w:r>
    </w:p>
    <w:p>
      <w:r>
        <w:rPr>
          <w:b/>
        </w:rPr>
        <w:t xml:space="preserve">[37:19] </w:t>
      </w:r>
      <w:r>
        <w:t>to jab aap aap ko wahin par Jibrael aye, wahin par aap ko nabuwat mili.</w:t>
      </w:r>
    </w:p>
    <w:p>
      <w:pPr>
        <w:jc w:val="right"/>
      </w:pPr>
      <w:r>
        <w:t>تو جب آپ آپ کو وہیں پر جبرائیل آئے، وہیں پر آپ کو نبوت ملی۔</w:t>
      </w:r>
    </w:p>
    <w:p>
      <w:r>
        <w:rPr>
          <w:b/>
        </w:rPr>
        <w:t xml:space="preserve">[37:26] </w:t>
      </w:r>
      <w:r>
        <w:t>chay so das isvi ka yeh waqia hai.</w:t>
      </w:r>
    </w:p>
    <w:p>
      <w:pPr>
        <w:jc w:val="right"/>
      </w:pPr>
      <w:r>
        <w:t>چھ سو دس عیسوی کا یہ واقعہ ہے۔</w:t>
      </w:r>
    </w:p>
    <w:p>
      <w:r>
        <w:rPr>
          <w:b/>
        </w:rPr>
        <w:t xml:space="preserve">[37:29] </w:t>
      </w:r>
      <w:r>
        <w:t>to jab aap aaye is din to ghar mein to aap ki jo ahliya thi khadija, to hazrat</w:t>
      </w:r>
    </w:p>
    <w:p>
      <w:pPr>
        <w:jc w:val="right"/>
      </w:pPr>
      <w:r>
        <w:t>تو جب آپ آئے اس دن تو گھر میں تو آپ کی جو اہلیہ تھی خدیجہ، تو حضرت</w:t>
      </w:r>
    </w:p>
    <w:p>
      <w:r>
        <w:rPr>
          <w:b/>
        </w:rPr>
        <w:t xml:space="preserve">[37:37] </w:t>
      </w:r>
      <w:r>
        <w:t>muawin unhon ne aap ke liye bistar bicha diya ke aaiye aaram kar lijie.</w:t>
      </w:r>
    </w:p>
    <w:p>
      <w:pPr>
        <w:jc w:val="right"/>
      </w:pPr>
      <w:r>
        <w:t>معاون انہوں نے آپ کے لیے بستر بچھا دیا کہ آئیے آرام کر لیجیے۔</w:t>
      </w:r>
    </w:p>
    <w:p>
      <w:r>
        <w:rPr>
          <w:b/>
        </w:rPr>
        <w:t xml:space="preserve">[37:43] </w:t>
      </w:r>
      <w:r>
        <w:t>aap ne farmaya ke ayana al-raha ya khadija? ayana al-raha ya khadija? aye khadija, ab aaram kahan? aye</w:t>
      </w:r>
    </w:p>
    <w:p>
      <w:pPr>
        <w:jc w:val="right"/>
      </w:pPr>
      <w:r>
        <w:t>آپ نے فرمایا کہ أَينَ الرَّاحَةَ يَا خَدِيجَة؟ أَينَ الرَّاحَةَ يَا خَدِيجَة؟ اے خدیجہ، اب آرام کہاں؟ اے</w:t>
      </w:r>
    </w:p>
    <w:p>
      <w:r>
        <w:rPr>
          <w:b/>
        </w:rPr>
        <w:t xml:space="preserve">[37:51] </w:t>
      </w:r>
      <w:r>
        <w:t>khadija, ab aaram kahan? to dawat aap se aaram chheen leti hai.</w:t>
      </w:r>
    </w:p>
    <w:p>
      <w:pPr>
        <w:jc w:val="right"/>
      </w:pPr>
      <w:r>
        <w:t>خدیجہ، اب آرام کہاں؟ تو دعوت آپ سے آرام چھین لیتی ہے۔</w:t>
      </w:r>
    </w:p>
    <w:p>
      <w:r>
        <w:rPr>
          <w:b/>
        </w:rPr>
        <w:t xml:space="preserve">[37:56] </w:t>
      </w:r>
      <w:r>
        <w:t>yeh jo aaj kal deen chala hua hai, is mein to aaram hi aaram hai.</w:t>
      </w:r>
    </w:p>
    <w:p>
      <w:pPr>
        <w:jc w:val="right"/>
      </w:pPr>
      <w:r>
        <w:t>یہ جو آج کل دین چلا ہوا ہے، اس میں تو آرام ہی آرام ہے۔</w:t>
      </w:r>
    </w:p>
    <w:p>
      <w:r>
        <w:rPr>
          <w:b/>
        </w:rPr>
        <w:t xml:space="preserve">[38:02] </w:t>
      </w:r>
      <w:r>
        <w:t>khoob biryani khao aur alhamdulillah kaho aur phir jannat mil gayi.</w:t>
      </w:r>
    </w:p>
    <w:p>
      <w:pPr>
        <w:jc w:val="right"/>
      </w:pPr>
      <w:r>
        <w:t>خوب بریانی کھاؤ اور الحمدللہ کہو اور پھر جنت مل گئی۔</w:t>
      </w:r>
    </w:p>
    <w:p>
      <w:r>
        <w:rPr>
          <w:b/>
        </w:rPr>
        <w:t xml:space="preserve">[38:07] </w:t>
      </w:r>
      <w:r>
        <w:t>aaj kal yahi hai ke biryani khao aur alhamdulillah kaho aur jannat pakki ho gayi.</w:t>
      </w:r>
    </w:p>
    <w:p>
      <w:pPr>
        <w:jc w:val="right"/>
      </w:pPr>
      <w:r>
        <w:t>آج کل یہی ہے کہ بریانی کھاؤ اور الحمدللہ کہو اور جنت پکی ہو گئی۔</w:t>
      </w:r>
    </w:p>
    <w:p>
      <w:r>
        <w:rPr>
          <w:b/>
        </w:rPr>
        <w:t xml:space="preserve">[38:13] </w:t>
      </w:r>
      <w:r>
        <w:t>to aaj kal jo deen daari hai, so called deen daari, afiyat hi afiyat is mein hai, is</w:t>
      </w:r>
    </w:p>
    <w:p>
      <w:pPr>
        <w:jc w:val="right"/>
      </w:pPr>
      <w:r>
        <w:t>تو آج کل جو دین داری ہے، so called دین داری، عافیت ہی عافیت اس میں ہے، اس</w:t>
      </w:r>
    </w:p>
    <w:p>
      <w:r>
        <w:rPr>
          <w:b/>
        </w:rPr>
        <w:t xml:space="preserve">[38:21] </w:t>
      </w:r>
      <w:r>
        <w:t>mein piece hi piece hai.</w:t>
      </w:r>
    </w:p>
    <w:p>
      <w:pPr>
        <w:jc w:val="right"/>
      </w:pPr>
      <w:r>
        <w:t>میں piece ہی piece ہے۔</w:t>
      </w:r>
    </w:p>
    <w:p>
      <w:r>
        <w:rPr>
          <w:b/>
        </w:rPr>
        <w:t xml:space="preserve">[38:23] </w:t>
      </w:r>
      <w:r>
        <w:t>yeh woh deen nahi hai jo Allah taala ka matloob hai.</w:t>
      </w:r>
    </w:p>
    <w:p>
      <w:pPr>
        <w:jc w:val="right"/>
      </w:pPr>
      <w:r>
        <w:t>یہ وہ دین نہیں ہے جو اللہ تعالیٰ کا مطلوب ہے۔</w:t>
      </w:r>
    </w:p>
    <w:p>
      <w:r>
        <w:rPr>
          <w:b/>
        </w:rPr>
        <w:t xml:space="preserve">[38:28] </w:t>
      </w:r>
      <w:r>
        <w:t>deen nabuwat to wahi hai ke ayana al-raha ya khadija? ab aaram kahan? to maine ek misaal</w:t>
      </w:r>
    </w:p>
    <w:p>
      <w:pPr>
        <w:jc w:val="right"/>
      </w:pPr>
      <w:r>
        <w:t>دین نبوت تو وہی ہے کہ أَينَ الرَّاحَةَ يَا خَدِيجَة؟ اب آرام کہاں؟ تو میں نے ایک مثال</w:t>
      </w:r>
    </w:p>
    <w:p>
      <w:r>
        <w:rPr>
          <w:b/>
        </w:rPr>
        <w:t xml:space="preserve">[38:36] </w:t>
      </w:r>
      <w:r>
        <w:t>aap ko di ke agar aap yeh sochein ke hamari zimmedari hai doosron tak dawat pahunchana, hum</w:t>
      </w:r>
    </w:p>
    <w:p>
      <w:pPr>
        <w:jc w:val="right"/>
      </w:pPr>
      <w:r>
        <w:t>آپ کو دی کہ اگر آپ یہ سوچیں کہ ہماری ذمہ داری ہے دوسروں تک دعوت پہنچانا، ہم</w:t>
      </w:r>
    </w:p>
    <w:p>
      <w:r>
        <w:rPr>
          <w:b/>
        </w:rPr>
        <w:t xml:space="preserve">[38:43] </w:t>
      </w:r>
      <w:r>
        <w:t>shahid hain.</w:t>
      </w:r>
    </w:p>
    <w:p>
      <w:pPr>
        <w:jc w:val="right"/>
      </w:pPr>
      <w:r>
        <w:t>شاہد ہیں۔</w:t>
      </w:r>
    </w:p>
    <w:p>
      <w:r>
        <w:rPr>
          <w:b/>
        </w:rPr>
        <w:t xml:space="preserve">[38:45] </w:t>
      </w:r>
      <w:r>
        <w:t>hum rasool Allah ne farmaya ke antum shuhada Allah ala al-ard tum zameen par Khuda ke gawah ho.</w:t>
      </w:r>
    </w:p>
    <w:p>
      <w:pPr>
        <w:jc w:val="right"/>
      </w:pPr>
      <w:r>
        <w:t>ہم رسول اللہ نے فرمایا کہ أنتم شهداء الله على الأرض تم زمین پر خدا کے گواہ ہو۔</w:t>
      </w:r>
    </w:p>
    <w:p>
      <w:r>
        <w:rPr>
          <w:b/>
        </w:rPr>
        <w:t xml:space="preserve">[38:53] </w:t>
      </w:r>
      <w:r>
        <w:t>yahi baat quran mein kahi gayi hai.</w:t>
      </w:r>
    </w:p>
    <w:p>
      <w:pPr>
        <w:jc w:val="right"/>
      </w:pPr>
      <w:r>
        <w:t>یہی بات قرآن میں کہی گئی ہے۔</w:t>
      </w:r>
    </w:p>
    <w:p>
      <w:r>
        <w:rPr>
          <w:b/>
        </w:rPr>
        <w:t xml:space="preserve">[38:56] </w:t>
      </w:r>
      <w:r>
        <w:t>liyakun al-rasul shahidan alaikum wa takunu shuhada ala al-nas to har muslim, har ek ek musalman, ek ek musalman</w:t>
      </w:r>
    </w:p>
    <w:p>
      <w:pPr>
        <w:jc w:val="right"/>
      </w:pPr>
      <w:r>
        <w:t>ليكون الرسول شهيداً عليكم وتكونوا شهداء على الناس تو ہر مسلم، ہر ایک ایک مسلمان، ایک ایک مسلمان</w:t>
      </w:r>
    </w:p>
    <w:p>
      <w:r>
        <w:rPr>
          <w:b/>
        </w:rPr>
        <w:t xml:space="preserve">[39:03] </w:t>
      </w:r>
      <w:r>
        <w:t>dawi hai, shahid hai.</w:t>
      </w:r>
    </w:p>
    <w:p>
      <w:pPr>
        <w:jc w:val="right"/>
      </w:pPr>
      <w:r>
        <w:t>داعی ہے، شاہد ہے۔</w:t>
      </w:r>
    </w:p>
    <w:p>
      <w:r>
        <w:rPr>
          <w:b/>
        </w:rPr>
        <w:t xml:space="preserve">[39:05] </w:t>
      </w:r>
      <w:r>
        <w:t>yeh zimmedari hai jis tarah se namaz ki zimmedari hai.</w:t>
      </w:r>
    </w:p>
    <w:p>
      <w:pPr>
        <w:jc w:val="right"/>
      </w:pPr>
      <w:r>
        <w:t>یہ ذمہ داری ہے جس طرح سے نماز کی ذمہ داری ہے۔</w:t>
      </w:r>
    </w:p>
    <w:p>
      <w:r>
        <w:rPr>
          <w:b/>
        </w:rPr>
        <w:t xml:space="preserve">[39:10] </w:t>
      </w:r>
      <w:r>
        <w:t>to jab aap samjhein ke mujhe dawat dena hai, mujhe ghair muslimon tak Khuda ka deen pahunchana hai.</w:t>
      </w:r>
    </w:p>
    <w:p>
      <w:pPr>
        <w:jc w:val="right"/>
      </w:pPr>
      <w:r>
        <w:t>تو جب آپ سمجھیں کہ مجھے دعوت دینا ہے، مجھے غیر مسلموں تک خدا کا دین پہنچانا ہے۔</w:t>
      </w:r>
    </w:p>
    <w:p>
      <w:r>
        <w:rPr>
          <w:b/>
        </w:rPr>
        <w:t xml:space="preserve">[39:18] </w:t>
      </w:r>
      <w:r>
        <w:t>to foran hi yeh yeh aa jata hai ke ab rahat kahan hai? ab to mehnatain mehnat karna</w:t>
      </w:r>
    </w:p>
    <w:p>
      <w:pPr>
        <w:jc w:val="right"/>
      </w:pPr>
      <w:r>
        <w:t>تو فوراً ہی یہ یہ آ جاتا ہے کہ اب راحت کہاں ہے؟ اب تو محنتیں محنت کرنا</w:t>
      </w:r>
    </w:p>
    <w:p>
      <w:r>
        <w:rPr>
          <w:b/>
        </w:rPr>
        <w:t xml:space="preserve">[39:26] </w:t>
      </w:r>
      <w:r>
        <w:t>hai, sabr karna hai, mehnat karna hai.</w:t>
      </w:r>
    </w:p>
    <w:p>
      <w:pPr>
        <w:jc w:val="right"/>
      </w:pPr>
      <w:r>
        <w:t>ہے، صبر کرنا ہے، محنت کرنا ہے۔</w:t>
      </w:r>
    </w:p>
    <w:p>
      <w:r>
        <w:rPr>
          <w:b/>
        </w:rPr>
        <w:t xml:space="preserve">[39:29] </w:t>
      </w:r>
      <w:r>
        <w:t>musibatein uthana hai.</w:t>
      </w:r>
    </w:p>
    <w:p>
      <w:pPr>
        <w:jc w:val="right"/>
      </w:pPr>
      <w:r>
        <w:t>مصیبتیں اٹھانا ہے۔</w:t>
      </w:r>
    </w:p>
    <w:p>
      <w:r>
        <w:rPr>
          <w:b/>
        </w:rPr>
        <w:t xml:space="preserve">[39:30] </w:t>
      </w:r>
      <w:r>
        <w:t>log dushmaniayan karein to dushmanioun ko bhi bardasht karna hai.</w:t>
      </w:r>
    </w:p>
    <w:p>
      <w:pPr>
        <w:jc w:val="right"/>
      </w:pPr>
      <w:r>
        <w:t>لوگ دشمنیاں کریں تو دشمنیوں کو بھی برداشت کرنا ہے۔</w:t>
      </w:r>
    </w:p>
    <w:p>
      <w:r>
        <w:rPr>
          <w:b/>
        </w:rPr>
        <w:t xml:space="preserve">[39:34] </w:t>
      </w:r>
      <w:r>
        <w:t>to is ki ek misaal maine di ke jab aap dawat ke maidan mein nikle aur dekha</w:t>
      </w:r>
    </w:p>
    <w:p>
      <w:pPr>
        <w:jc w:val="right"/>
      </w:pPr>
      <w:r>
        <w:t>تو اس کی ایک مثال میں نے دی کہ جب آپ دعوت کے میدان میں نکلے اور دیکھا</w:t>
      </w:r>
    </w:p>
    <w:p>
      <w:r>
        <w:rPr>
          <w:b/>
        </w:rPr>
        <w:t xml:space="preserve">[39:42] </w:t>
      </w:r>
      <w:r>
        <w:t>aap ne keh logon ke sawalat ke jawab mere pas nahi hain.</w:t>
      </w:r>
    </w:p>
    <w:p>
      <w:pPr>
        <w:jc w:val="right"/>
      </w:pPr>
      <w:r>
        <w:t>آپ نے کہ لوگوں کے سوالات کے جواب میرے پاس نہیں ہیں۔</w:t>
      </w:r>
    </w:p>
    <w:p>
      <w:r>
        <w:rPr>
          <w:b/>
        </w:rPr>
        <w:t xml:space="preserve">[39:47] </w:t>
      </w:r>
      <w:r>
        <w:t>to agar yeh keh dein keh yeh to murtad ho gaye aur keh kar keh aap aram se</w:t>
      </w:r>
    </w:p>
    <w:p>
      <w:pPr>
        <w:jc w:val="right"/>
      </w:pPr>
      <w:r>
        <w:t>تو اگر یہ کہہ دیں کہ یہ تو مرتد ہو گئے اور کہہ کر کہ آپ آرام سے</w:t>
      </w:r>
    </w:p>
    <w:p>
      <w:r>
        <w:rPr>
          <w:b/>
        </w:rPr>
        <w:t xml:space="preserve">[39:55] </w:t>
      </w:r>
      <w:r>
        <w:t>so jaiye apne kamre mein, is mein koi pareshani nahi hai.</w:t>
      </w:r>
    </w:p>
    <w:p>
      <w:pPr>
        <w:jc w:val="right"/>
      </w:pPr>
      <w:r>
        <w:t>سو جائیے اپنے کمرے میں، اس میں کوئی پریشانی نہیں ہے۔</w:t>
      </w:r>
    </w:p>
    <w:p>
      <w:r>
        <w:rPr>
          <w:b/>
        </w:rPr>
        <w:t xml:space="preserve">[40:00] </w:t>
      </w:r>
      <w:r>
        <w:t>fatwa dene mein koi pareshani nahi hai.</w:t>
      </w:r>
    </w:p>
    <w:p>
      <w:pPr>
        <w:jc w:val="right"/>
      </w:pPr>
      <w:r>
        <w:t>فتویٰ دینے میں کوئی پریشانی نہیں ہے۔</w:t>
      </w:r>
    </w:p>
    <w:p>
      <w:r>
        <w:rPr>
          <w:b/>
        </w:rPr>
        <w:t xml:space="preserve">[40:03] </w:t>
      </w:r>
      <w:r>
        <w:t>to ek hai fatwa activism, ek hai dawah activism.</w:t>
      </w:r>
    </w:p>
    <w:p>
      <w:pPr>
        <w:jc w:val="right"/>
      </w:pPr>
      <w:r>
        <w:t>تو ایک ہے فتویٰ activism، ایک ہے دعویٰ activism۔</w:t>
      </w:r>
    </w:p>
    <w:p>
      <w:r>
        <w:rPr>
          <w:b/>
        </w:rPr>
        <w:t xml:space="preserve">[40:07] </w:t>
      </w:r>
      <w:r>
        <w:t>yad rakhiye.</w:t>
      </w:r>
    </w:p>
    <w:p>
      <w:pPr>
        <w:jc w:val="right"/>
      </w:pPr>
      <w:r>
        <w:t>یاد رکھیے۔</w:t>
      </w:r>
    </w:p>
    <w:p>
      <w:r>
        <w:rPr>
          <w:b/>
        </w:rPr>
        <w:t xml:space="preserve">[40:08] </w:t>
      </w:r>
      <w:r>
        <w:t>fatwa activism kuch nahi hai.</w:t>
      </w:r>
    </w:p>
    <w:p>
      <w:pPr>
        <w:jc w:val="right"/>
      </w:pPr>
      <w:r>
        <w:t>فتویٰ activism کچھ نہیں ہے۔</w:t>
      </w:r>
    </w:p>
    <w:p>
      <w:r>
        <w:rPr>
          <w:b/>
        </w:rPr>
        <w:t xml:space="preserve">[40:10] </w:t>
      </w:r>
      <w:r>
        <w:t>ek paper lijiye, is par ek fatwa de dijiye keh yeh murtad hain, yeh fasiq hain, yeh munafiq</w:t>
      </w:r>
    </w:p>
    <w:p>
      <w:pPr>
        <w:jc w:val="right"/>
      </w:pPr>
      <w:r>
        <w:t>ایک paper لیجیے، اس پر ایک فتویٰ دے دیجیے کہ یہ مرتد ہیں، یہ فاسق ہیں، یہ منافق</w:t>
      </w:r>
    </w:p>
    <w:p>
      <w:r>
        <w:rPr>
          <w:b/>
        </w:rPr>
        <w:t xml:space="preserve">[40:18] </w:t>
      </w:r>
      <w:r>
        <w:t>hain, yeh falan hain.</w:t>
      </w:r>
    </w:p>
    <w:p>
      <w:pPr>
        <w:jc w:val="right"/>
      </w:pPr>
      <w:r>
        <w:t>ہیں، یہ فلاں ہیں۔</w:t>
      </w:r>
    </w:p>
    <w:p>
      <w:r>
        <w:rPr>
          <w:b/>
        </w:rPr>
        <w:t xml:space="preserve">[40:20] </w:t>
      </w:r>
      <w:r>
        <w:t>kagaz par likh dijiye aur chhap jayega agli din.</w:t>
      </w:r>
    </w:p>
    <w:p>
      <w:pPr>
        <w:jc w:val="right"/>
      </w:pPr>
      <w:r>
        <w:t>کاغذ پر لکھ دیجیے اور چھپ جائے گا اگلے دن۔</w:t>
      </w:r>
    </w:p>
    <w:p>
      <w:r>
        <w:rPr>
          <w:b/>
        </w:rPr>
        <w:t xml:space="preserve">[40:24] </w:t>
      </w:r>
      <w:r>
        <w:t>to fatwa activism mein kuch nahi karna parta.</w:t>
      </w:r>
    </w:p>
    <w:p>
      <w:pPr>
        <w:jc w:val="right"/>
      </w:pPr>
      <w:r>
        <w:t>تو فتویٰ activism میں کچھ نہیں کرنا پڑتا۔</w:t>
      </w:r>
    </w:p>
    <w:p>
      <w:r>
        <w:rPr>
          <w:b/>
        </w:rPr>
        <w:t xml:space="preserve">[40:27] </w:t>
      </w:r>
      <w:r>
        <w:t>lekin dawah activism ek bohat hi mushkil kaam hai.</w:t>
      </w:r>
    </w:p>
    <w:p>
      <w:pPr>
        <w:jc w:val="right"/>
      </w:pPr>
      <w:r>
        <w:t>لیکن دعویٰ activism ایک بہت ہی مشکل کام ہے۔</w:t>
      </w:r>
    </w:p>
    <w:p>
      <w:r>
        <w:rPr>
          <w:b/>
        </w:rPr>
        <w:t xml:space="preserve">[40:31] </w:t>
      </w:r>
      <w:r>
        <w:t>bohat mushkil kaam hai.</w:t>
      </w:r>
    </w:p>
    <w:p>
      <w:pPr>
        <w:jc w:val="right"/>
      </w:pPr>
      <w:r>
        <w:t>بہت مشکل کام ہے۔</w:t>
      </w:r>
    </w:p>
    <w:p>
      <w:r>
        <w:rPr>
          <w:b/>
        </w:rPr>
        <w:t xml:space="preserve">[40:33] </w:t>
      </w:r>
      <w:r>
        <w:t>is mein madu ki language ko seekhna parta hai.</w:t>
      </w:r>
    </w:p>
    <w:p>
      <w:pPr>
        <w:jc w:val="right"/>
      </w:pPr>
      <w:r>
        <w:t>اس میں مدعو کی language کو سیکھنا پڑتا ہے۔</w:t>
      </w:r>
    </w:p>
    <w:p>
      <w:r>
        <w:rPr>
          <w:b/>
        </w:rPr>
        <w:t xml:space="preserve">[40:37] </w:t>
      </w:r>
      <w:r>
        <w:t>madu ki logic ko samajhna parta hai.</w:t>
      </w:r>
    </w:p>
    <w:p>
      <w:pPr>
        <w:jc w:val="right"/>
      </w:pPr>
      <w:r>
        <w:t>مدعو کی logic کو سمجھنا پڑتا ہے۔</w:t>
      </w:r>
    </w:p>
    <w:p>
      <w:r>
        <w:rPr>
          <w:b/>
        </w:rPr>
        <w:t xml:space="preserve">[40:40] </w:t>
      </w:r>
      <w:r>
        <w:t>madu ke dalail ko janna parta hai.</w:t>
      </w:r>
    </w:p>
    <w:p>
      <w:pPr>
        <w:jc w:val="right"/>
      </w:pPr>
      <w:r>
        <w:t>مدعو کے دلائل کو جاننا پڑتا ہے۔</w:t>
      </w:r>
    </w:p>
    <w:p>
      <w:r>
        <w:rPr>
          <w:b/>
        </w:rPr>
        <w:t xml:space="preserve">[40:43] </w:t>
      </w:r>
      <w:r>
        <w:t>aur phir sabr hi sabr.</w:t>
      </w:r>
    </w:p>
    <w:p>
      <w:pPr>
        <w:jc w:val="right"/>
      </w:pPr>
      <w:r>
        <w:t>اور پھر صبر ہی صبر۔</w:t>
      </w:r>
    </w:p>
    <w:p>
      <w:r>
        <w:rPr>
          <w:b/>
        </w:rPr>
        <w:t xml:space="preserve">[40:45] </w:t>
      </w:r>
      <w:r>
        <w:t>sabr hi sabr.</w:t>
      </w:r>
    </w:p>
    <w:p>
      <w:pPr>
        <w:jc w:val="right"/>
      </w:pPr>
      <w:r>
        <w:t>صبر ہی صبر۔</w:t>
      </w:r>
    </w:p>
    <w:p>
      <w:r>
        <w:rPr>
          <w:b/>
        </w:rPr>
        <w:t xml:space="preserve">[40:46] </w:t>
      </w:r>
      <w:r>
        <w:t>quran mein hai keh wa la nasburanna ala ma azaitumuna hum to sabri karenge tumhari azabon par.</w:t>
      </w:r>
    </w:p>
    <w:p>
      <w:pPr>
        <w:jc w:val="right"/>
      </w:pPr>
      <w:r>
        <w:t>قرآن میں ہے کہ وَلَا نَسْبَرَنَّ عَلَى مَا أَذَيْتُمُونَ ہم تو صبری کریں گے تمہاری عذابوں پر۔</w:t>
      </w:r>
    </w:p>
    <w:p>
      <w:r>
        <w:rPr>
          <w:b/>
        </w:rPr>
        <w:t xml:space="preserve">[40:54] </w:t>
      </w:r>
      <w:r>
        <w:t>yeh dawi aur madu ka muamla hai.</w:t>
      </w:r>
    </w:p>
    <w:p>
      <w:pPr>
        <w:jc w:val="right"/>
      </w:pPr>
      <w:r>
        <w:t>یہ داعی اور مدعو کا معاملہ ہے۔</w:t>
      </w:r>
    </w:p>
    <w:p>
      <w:r>
        <w:rPr>
          <w:b/>
        </w:rPr>
        <w:t xml:space="preserve">[40:57] </w:t>
      </w:r>
      <w:r>
        <w:t>keh madu ziyadati karta hai.</w:t>
      </w:r>
    </w:p>
    <w:p>
      <w:pPr>
        <w:jc w:val="right"/>
      </w:pPr>
      <w:r>
        <w:t>کہ مدعو زیادتی کرتا ہے۔</w:t>
      </w:r>
    </w:p>
    <w:p>
      <w:r>
        <w:rPr>
          <w:b/>
        </w:rPr>
        <w:t xml:space="preserve">[40:59] </w:t>
      </w:r>
      <w:r>
        <w:t>to dawi kehta hai keh hum to sabr karna hai.</w:t>
      </w:r>
    </w:p>
    <w:p>
      <w:pPr>
        <w:jc w:val="right"/>
      </w:pPr>
      <w:r>
        <w:t>تو داعی کہتا ہے کہ ہم تو صبر کرنا ہے۔</w:t>
      </w:r>
    </w:p>
    <w:p>
      <w:r>
        <w:rPr>
          <w:b/>
        </w:rPr>
        <w:t xml:space="preserve">[41:03] </w:t>
      </w:r>
      <w:r>
        <w:t>paighambaron ke bare mein ata hai quran majeed mein keh keh unhon ne kaha inni lakum nasun aminun</w:t>
      </w:r>
    </w:p>
    <w:p>
      <w:pPr>
        <w:jc w:val="right"/>
      </w:pPr>
      <w:r>
        <w:t>پیغمبروں کے بارے میں آتا ہے قرآن مجید میں کہ کہ انہوں نے کہا إِنِّي لَكُمْ نَاسٌ آمِينٌ</w:t>
      </w:r>
    </w:p>
    <w:p>
      <w:r>
        <w:rPr>
          <w:b/>
        </w:rPr>
        <w:t xml:space="preserve">[41:11] </w:t>
      </w:r>
      <w:r>
        <w:t>mein tumhara khair khwah hoon.</w:t>
      </w:r>
    </w:p>
    <w:p>
      <w:pPr>
        <w:jc w:val="right"/>
      </w:pPr>
      <w:r>
        <w:t>میں تمہارا خیر خواہ ہوں۔</w:t>
      </w:r>
    </w:p>
    <w:p>
      <w:r>
        <w:rPr>
          <w:b/>
        </w:rPr>
        <w:t xml:space="preserve">[41:13] </w:t>
      </w:r>
      <w:r>
        <w:t>nasir mani khair khwah, well-wisher.</w:t>
      </w:r>
    </w:p>
    <w:p>
      <w:pPr>
        <w:jc w:val="right"/>
      </w:pPr>
      <w:r>
        <w:t>ناصر معنی خیر خواہ، well-wisher۔</w:t>
      </w:r>
    </w:p>
    <w:p>
      <w:r>
        <w:rPr>
          <w:b/>
        </w:rPr>
        <w:t xml:space="preserve">[41:15] </w:t>
      </w:r>
      <w:r>
        <w:t>nasir ke mani khair khwah, well-wisher.</w:t>
      </w:r>
    </w:p>
    <w:p>
      <w:pPr>
        <w:jc w:val="right"/>
      </w:pPr>
      <w:r>
        <w:t>ناصر کے معنی خیر خواہ، well-wisher۔</w:t>
      </w:r>
    </w:p>
    <w:p>
      <w:r>
        <w:rPr>
          <w:b/>
        </w:rPr>
        <w:t xml:space="preserve">[41:18] </w:t>
      </w:r>
      <w:r>
        <w:t>well-wisher kaun? yak tarafah well-wisher.</w:t>
      </w:r>
    </w:p>
    <w:p>
      <w:pPr>
        <w:jc w:val="right"/>
      </w:pPr>
      <w:r>
        <w:t>well-wisher کون؟ یک طرفہ well-wisher۔</w:t>
      </w:r>
    </w:p>
    <w:p>
      <w:r>
        <w:rPr>
          <w:b/>
        </w:rPr>
        <w:t xml:space="preserve">[41:20] </w:t>
      </w:r>
      <w:r>
        <w:t>yani unilateral well-wisher.</w:t>
      </w:r>
    </w:p>
    <w:p>
      <w:pPr>
        <w:jc w:val="right"/>
      </w:pPr>
      <w:r>
        <w:t>یعنی unilateral well-wisher۔</w:t>
      </w:r>
    </w:p>
    <w:p>
      <w:r>
        <w:rPr>
          <w:b/>
        </w:rPr>
        <w:t xml:space="preserve">[41:21] </w:t>
      </w:r>
      <w:r>
        <w:t>ke tum chahe mujhe satao, bura bhala kaho.</w:t>
      </w:r>
    </w:p>
    <w:p>
      <w:pPr>
        <w:jc w:val="right"/>
      </w:pPr>
      <w:r>
        <w:t>کہ تم چاہے مجھے ستاؤ، برا بھلا کہو۔</w:t>
      </w:r>
    </w:p>
    <w:p>
      <w:r>
        <w:rPr>
          <w:b/>
        </w:rPr>
        <w:t xml:space="preserve">[41:25] </w:t>
      </w:r>
      <w:r>
        <w:t>magar mujhe to tumhara well-wisher hi bane rehna hai.</w:t>
      </w:r>
    </w:p>
    <w:p>
      <w:pPr>
        <w:jc w:val="right"/>
      </w:pPr>
      <w:r>
        <w:t>مگر مجھے تو تمہارا well-wisher ہی بنے رہنا ہے۔</w:t>
      </w:r>
    </w:p>
    <w:p>
      <w:r>
        <w:rPr>
          <w:b/>
        </w:rPr>
        <w:t xml:space="preserve">[41:29] </w:t>
      </w:r>
      <w:r>
        <w:t>tumhara khair khwah hi bane rehna hai.</w:t>
      </w:r>
    </w:p>
    <w:p>
      <w:pPr>
        <w:jc w:val="right"/>
      </w:pPr>
      <w:r>
        <w:t>تمہارا خیر خواہ ہی بنے رہنا ہے۔</w:t>
      </w:r>
    </w:p>
    <w:p>
      <w:r>
        <w:rPr>
          <w:b/>
        </w:rPr>
        <w:t xml:space="preserve">[41:32] </w:t>
      </w:r>
      <w:r>
        <w:t>kitna bara kaam hai yeh dawat ka.</w:t>
      </w:r>
    </w:p>
    <w:p>
      <w:pPr>
        <w:jc w:val="right"/>
      </w:pPr>
      <w:r>
        <w:t>کتنا بڑا کام ہے یہ دعوت کا۔</w:t>
      </w:r>
    </w:p>
    <w:p>
      <w:r>
        <w:rPr>
          <w:b/>
        </w:rPr>
        <w:t xml:space="preserve">[41:35] </w:t>
      </w:r>
      <w:r>
        <w:t>is is tarah ke mayar par poora utarna parega tab ja ke hum momin bante hain.</w:t>
      </w:r>
    </w:p>
    <w:p>
      <w:pPr>
        <w:jc w:val="right"/>
      </w:pPr>
      <w:r>
        <w:t>اس اس طرح کے معیار پر پورا اترنا پڑے گا تب جا کے ہم مومن بنتے ہیں۔</w:t>
      </w:r>
    </w:p>
    <w:p>
      <w:r>
        <w:rPr>
          <w:b/>
        </w:rPr>
        <w:t xml:space="preserve">[41:42] </w:t>
      </w:r>
      <w:r>
        <w:t>dekhiye quran mein hai ke afahasib alladhina amanu wahum la yuftaruna falaqad fatann alladhina min qablihim walaya ya'lama</w:t>
      </w:r>
    </w:p>
    <w:p>
      <w:pPr>
        <w:jc w:val="right"/>
      </w:pPr>
      <w:r>
        <w:t>دیکھیے قرآن میں ہے کہ أَفَحَسَبَ الَّذِينَ أَمَنَّ وَهُمْ لَا يُفْتَرُونَ فَلَقَدْ فَتَنَّ الَّذِينَ مِنْ قَبْلِهِمْ وَلَا يَعْلَمَ</w:t>
      </w:r>
    </w:p>
    <w:p>
      <w:r>
        <w:rPr>
          <w:b/>
        </w:rPr>
        <w:t xml:space="preserve">[41:50] </w:t>
      </w:r>
      <w:r>
        <w:t>allahu alladhina sadaqu walaya ya'lamu alkadhibin kya logon ne is wajah rakha hai? yeh rasool Allah ke zamane</w:t>
      </w:r>
    </w:p>
    <w:p>
      <w:pPr>
        <w:jc w:val="right"/>
      </w:pPr>
      <w:r>
        <w:t>اللَّهُ الَّذِينَ صَدَقُوا وَلَا يَعْلَمُ الْكَاذِبِينَ کیا لوگوں نے اس وجہ رکھا ہے؟ یہ رسول اللہ کے زمانے</w:t>
      </w:r>
    </w:p>
    <w:p>
      <w:r>
        <w:rPr>
          <w:b/>
        </w:rPr>
        <w:t xml:space="preserve">[41:57] </w:t>
      </w:r>
      <w:r>
        <w:t>mein jo momin the un ke bare mein kaha gaya hai.</w:t>
      </w:r>
    </w:p>
    <w:p>
      <w:pPr>
        <w:jc w:val="right"/>
      </w:pPr>
      <w:r>
        <w:t>میں جو مومن تھے ان کے بارے میں کہا گیا ہے۔</w:t>
      </w:r>
    </w:p>
    <w:p>
      <w:r>
        <w:rPr>
          <w:b/>
        </w:rPr>
        <w:t xml:space="preserve">[42:02] </w:t>
      </w:r>
      <w:r>
        <w:t>afahasib alladhina amanu wahum la yuftaruna kya unhon ne samajh liya hai ke woh keh dein ke hum</w:t>
      </w:r>
    </w:p>
    <w:p>
      <w:pPr>
        <w:jc w:val="right"/>
      </w:pPr>
      <w:r>
        <w:t>أَفَحَسَبَ الَّذِينَ أَمَنَّ وَهُمْ لَا يُفْتَرُونَ کیا انہوں نے سمجھ لیا ہے کہ وہ کہہ دیں کہ ہم</w:t>
      </w:r>
    </w:p>
    <w:p>
      <w:r>
        <w:rPr>
          <w:b/>
        </w:rPr>
        <w:t xml:space="preserve">[42:10] </w:t>
      </w:r>
      <w:r>
        <w:t>iman laye? yani kalma padh lein.</w:t>
      </w:r>
    </w:p>
    <w:p>
      <w:pPr>
        <w:jc w:val="right"/>
      </w:pPr>
      <w:r>
        <w:t>ایمان لائے؟ یعنی کلمہ پڑھ لیں۔</w:t>
      </w:r>
    </w:p>
    <w:p>
      <w:r>
        <w:rPr>
          <w:b/>
        </w:rPr>
        <w:t xml:space="preserve">[42:12] </w:t>
      </w:r>
      <w:r>
        <w:t>kya matlab hai kalma padh lein? kalma padh lein, panch waqt ki namaz padhne lagen, aur haj kar</w:t>
      </w:r>
    </w:p>
    <w:p>
      <w:pPr>
        <w:jc w:val="right"/>
      </w:pPr>
      <w:r>
        <w:t>کیا مطلب ہے کلمہ پڑھ لیں؟ کلمہ پڑھ لیں، پانچ وقت کی نماز پڑھنے لگیں، اور حج کر</w:t>
      </w:r>
    </w:p>
    <w:p>
      <w:r>
        <w:rPr>
          <w:b/>
        </w:rPr>
        <w:t xml:space="preserve">[42:20] </w:t>
      </w:r>
      <w:r>
        <w:t>lein, kya yeh samajhte hain ke isi par unhein jannat mil jayegi? nahin, fitna mein dala jayega</w:t>
      </w:r>
    </w:p>
    <w:p>
      <w:pPr>
        <w:jc w:val="right"/>
      </w:pPr>
      <w:r>
        <w:t>لیں، کیا یہ سمجھتے ہیں کہ اسی پر انہیں جنت مل جائے گی؟ نہیں، فتنہ میں ڈالا جائے</w:t>
      </w:r>
    </w:p>
    <w:p>
      <w:r>
        <w:rPr>
          <w:b/>
        </w:rPr>
        <w:t xml:space="preserve">[42:28] </w:t>
      </w:r>
      <w:r>
        <w:t>ga un ko, azmaish mein dala jayega un ko.</w:t>
      </w:r>
    </w:p>
    <w:p>
      <w:pPr>
        <w:jc w:val="right"/>
      </w:pPr>
      <w:r>
        <w:t>گا ان کو، آزمائش میں ڈالا جائے گا ان کو۔</w:t>
      </w:r>
    </w:p>
    <w:p>
      <w:r>
        <w:rPr>
          <w:b/>
        </w:rPr>
        <w:t xml:space="preserve">[42:32] </w:t>
      </w:r>
      <w:r>
        <w:t>yahan par ek baat samajh li jiye.</w:t>
      </w:r>
    </w:p>
    <w:p>
      <w:pPr>
        <w:jc w:val="right"/>
      </w:pPr>
      <w:r>
        <w:t>یہاں پر ایک بات سمجھ لیجیے۔</w:t>
      </w:r>
    </w:p>
    <w:p>
      <w:r>
        <w:rPr>
          <w:b/>
        </w:rPr>
        <w:t xml:space="preserve">[42:35] </w:t>
      </w:r>
      <w:r>
        <w:t>ke yeh jo baat hai ke azmaish mein dala jayega to is ka matlab kya hai? kya</w:t>
      </w:r>
    </w:p>
    <w:p>
      <w:pPr>
        <w:jc w:val="right"/>
      </w:pPr>
      <w:r>
        <w:t>کہ یہ جو بات ہے کہ آزمائش میں ڈالا جائے گا تو اس کا مطلب کیا ہے؟ کیا</w:t>
      </w:r>
    </w:p>
    <w:p>
      <w:r>
        <w:rPr>
          <w:b/>
        </w:rPr>
        <w:t xml:space="preserve">[42:42] </w:t>
      </w:r>
      <w:r>
        <w:t>is ka matlab hai ke aasman se farishta ayega aur pakad kar ke hum ko aag mein</w:t>
      </w:r>
    </w:p>
    <w:p>
      <w:pPr>
        <w:jc w:val="right"/>
      </w:pPr>
      <w:r>
        <w:t>اس کا مطلب ہے کہ آسمان سے فرشتہ آئے گا اور پکڑ کر کے ہم کو آگ میں</w:t>
      </w:r>
    </w:p>
    <w:p>
      <w:r>
        <w:rPr>
          <w:b/>
        </w:rPr>
        <w:t xml:space="preserve">[42:50] </w:t>
      </w:r>
      <w:r>
        <w:t>dal dega? ek kante mein dhakail dega? kahin daldal mein phenk dega? aisa nahin hota</w:t>
      </w:r>
    </w:p>
    <w:p>
      <w:pPr>
        <w:jc w:val="right"/>
      </w:pPr>
      <w:r>
        <w:t>ڈال دے گا؟ ایک کانٹے میں دھکیل دے گا؟ کہیں دلدل میں پھینک دے گا؟ ایسا نہیں ہوتا</w:t>
      </w:r>
    </w:p>
    <w:p>
      <w:r>
        <w:rPr>
          <w:b/>
        </w:rPr>
        <w:t xml:space="preserve">[42:58]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[42:59] </w:t>
      </w:r>
      <w:r>
        <w:t>aap ka apna amal jo hai woh azmaish ki suratain paida karta hai.</w:t>
      </w:r>
    </w:p>
    <w:p>
      <w:pPr>
        <w:jc w:val="right"/>
      </w:pPr>
      <w:r>
        <w:t>آپ کا اپنا عمل جو ہے وہ آزمائش کی صورتیں پیدا کرتا ہے۔</w:t>
      </w:r>
    </w:p>
    <w:p>
      <w:r>
        <w:rPr>
          <w:b/>
        </w:rPr>
        <w:t xml:space="preserve">[43:05] </w:t>
      </w:r>
      <w:r>
        <w:t>farishta aa kar nahin aap ko dhakail deta kisi kante dar jhaadi mein.</w:t>
      </w:r>
    </w:p>
    <w:p>
      <w:pPr>
        <w:jc w:val="right"/>
      </w:pPr>
      <w:r>
        <w:t>فرشتہ آ کر کہ نہیں آپ کو دھکیل دیتا کسی کانٹے دار جھاڑی میں۔</w:t>
      </w:r>
    </w:p>
    <w:p>
      <w:r>
        <w:rPr>
          <w:b/>
        </w:rPr>
        <w:t xml:space="preserve">[43:11] </w:t>
      </w:r>
      <w:r>
        <w:t>aap ko khud kante dar jhaadi mein ghusna parta hai.</w:t>
      </w:r>
    </w:p>
    <w:p>
      <w:pPr>
        <w:jc w:val="right"/>
      </w:pPr>
      <w:r>
        <w:t>آپ کو خود کانٹے دار جھاڑی میں گھسنا پڑتا ہے۔</w:t>
      </w:r>
    </w:p>
    <w:p>
      <w:r>
        <w:rPr>
          <w:b/>
        </w:rPr>
        <w:t xml:space="preserve">[43:15] </w:t>
      </w:r>
      <w:r>
        <w:t>wahan azmaishain pesh aati hain.</w:t>
      </w:r>
    </w:p>
    <w:p>
      <w:pPr>
        <w:jc w:val="right"/>
      </w:pPr>
      <w:r>
        <w:t>وہاں آزمائشیں پیش آتی ہیں۔</w:t>
      </w:r>
    </w:p>
    <w:p>
      <w:r>
        <w:rPr>
          <w:b/>
        </w:rPr>
        <w:t xml:space="preserve">[43:17] </w:t>
      </w:r>
      <w:r>
        <w:t>aur woh sab se bara jo hai woh dawat.</w:t>
      </w:r>
    </w:p>
    <w:p>
      <w:pPr>
        <w:jc w:val="right"/>
      </w:pPr>
      <w:r>
        <w:t>اور وہ سب سے بڑا جو ہے وہ دعوت۔</w:t>
      </w:r>
    </w:p>
    <w:p>
      <w:r>
        <w:rPr>
          <w:b/>
        </w:rPr>
        <w:t xml:space="preserve">[43:21] </w:t>
      </w:r>
      <w:r>
        <w:t>islam mein dekhein jitne aamal hain woh sab zaati qism ke hain.</w:t>
      </w:r>
    </w:p>
    <w:p>
      <w:pPr>
        <w:jc w:val="right"/>
      </w:pPr>
      <w:r>
        <w:t>اسلام میں دیکھیں جتنے اعمال ہیں وہ سب ذاتی قسم کے ہیں۔</w:t>
      </w:r>
    </w:p>
    <w:p>
      <w:r>
        <w:rPr>
          <w:b/>
        </w:rPr>
        <w:t xml:space="preserve">[43:26] </w:t>
      </w:r>
      <w:r>
        <w:t>yani kalma khud parhna hai, namaz khud parhna hai, zakat khud dena hai, roza khud rakhna hai, hajj</w:t>
      </w:r>
    </w:p>
    <w:p>
      <w:pPr>
        <w:jc w:val="right"/>
      </w:pPr>
      <w:r>
        <w:t>یعنی کلمہ خود پڑھنا ہے، نماز خود پڑھنا ہے، زکوٰۃ خود دینا ہے، روزہ خود رکھنا ہے، حج</w:t>
      </w:r>
    </w:p>
    <w:p>
      <w:r>
        <w:rPr>
          <w:b/>
        </w:rPr>
        <w:t xml:space="preserve">[43:34] </w:t>
      </w:r>
      <w:r>
        <w:t>khud karna hai.</w:t>
      </w:r>
    </w:p>
    <w:p>
      <w:pPr>
        <w:jc w:val="right"/>
      </w:pPr>
      <w:r>
        <w:t>خود کرنا ہے۔</w:t>
      </w:r>
    </w:p>
    <w:p>
      <w:r>
        <w:rPr>
          <w:b/>
        </w:rPr>
        <w:t xml:space="preserve">[43:36] </w:t>
      </w:r>
      <w:r>
        <w:t>dawti ek aisa kaam hai jis mein doosron se ta'alluq ho jata hai.</w:t>
      </w:r>
    </w:p>
    <w:p>
      <w:pPr>
        <w:jc w:val="right"/>
      </w:pPr>
      <w:r>
        <w:t>دعوتی ایک ایسا کام ہے جس میں دوسروں سے تعلق ہو جاتا ہے۔</w:t>
      </w:r>
    </w:p>
    <w:p>
      <w:r>
        <w:rPr>
          <w:b/>
        </w:rPr>
        <w:t xml:space="preserve">[43:41] </w:t>
      </w:r>
      <w:r>
        <w:t>doosron se.</w:t>
      </w:r>
    </w:p>
    <w:p>
      <w:pPr>
        <w:jc w:val="right"/>
      </w:pPr>
      <w:r>
        <w:t>دوسروں سے۔</w:t>
      </w:r>
    </w:p>
    <w:p>
      <w:r>
        <w:rPr>
          <w:b/>
        </w:rPr>
        <w:t xml:space="preserve">[43:43] </w:t>
      </w:r>
      <w:r>
        <w:t>wohin par aap ki aafiyat toot jati hai.</w:t>
      </w:r>
    </w:p>
    <w:p>
      <w:pPr>
        <w:jc w:val="right"/>
      </w:pPr>
      <w:r>
        <w:t>وہیں پر آپ کی عافیت ٹوٹ جاتی ہے۔</w:t>
      </w:r>
    </w:p>
    <w:p>
      <w:r>
        <w:rPr>
          <w:b/>
        </w:rPr>
        <w:t xml:space="preserve">[43:46] </w:t>
      </w:r>
      <w:r>
        <w:t>wohin par aap ki rahat toot jati hai.</w:t>
      </w:r>
    </w:p>
    <w:p>
      <w:pPr>
        <w:jc w:val="right"/>
      </w:pPr>
      <w:r>
        <w:t>وہیں پر آپ کی راحت ٹوٹ جاتی ہے۔</w:t>
      </w:r>
    </w:p>
    <w:p>
      <w:r>
        <w:rPr>
          <w:b/>
        </w:rPr>
        <w:t xml:space="preserve">[43:49] </w:t>
      </w:r>
      <w:r>
        <w:t>to woh jo maine kaha ke pur aafiyat zindagi woh wahi log hain.</w:t>
      </w:r>
    </w:p>
    <w:p>
      <w:pPr>
        <w:jc w:val="right"/>
      </w:pPr>
      <w:r>
        <w:t>تو وہ جو میں نے کہا کہ پراعفت زندگی وہ وہی لوگ ہیں۔</w:t>
      </w:r>
    </w:p>
    <w:p>
      <w:r>
        <w:rPr>
          <w:b/>
        </w:rPr>
        <w:t xml:space="preserve">[43:55] </w:t>
      </w:r>
      <w:r>
        <w:t>dawat ko chhor rakha hai to aafiyat hi aafiyat hai phir.</w:t>
      </w:r>
    </w:p>
    <w:p>
      <w:pPr>
        <w:jc w:val="right"/>
      </w:pPr>
      <w:r>
        <w:t>دعوت کو چھوڑ رکھا ہے تو عافیت ہی عافیت ہے پھر۔</w:t>
      </w:r>
    </w:p>
    <w:p>
      <w:r>
        <w:rPr>
          <w:b/>
        </w:rPr>
        <w:t xml:space="preserve">[44:00] </w:t>
      </w:r>
      <w:r>
        <w:t>phir problem kya hai? koi problem nahi, aafiyat hi aafiyat hai woh.</w:t>
      </w:r>
    </w:p>
    <w:p>
      <w:pPr>
        <w:jc w:val="right"/>
      </w:pPr>
      <w:r>
        <w:t>پھر problem کیا ہے؟ کوئی problem نہیں، عافیت ہی عافیت ہے وہ۔</w:t>
      </w:r>
    </w:p>
    <w:p>
      <w:r>
        <w:rPr>
          <w:b/>
        </w:rPr>
        <w:t xml:space="preserve">[44:05] </w:t>
      </w:r>
      <w:r>
        <w:t>dawat ko lene ke baad hi saare masle khare hote hain.</w:t>
      </w:r>
    </w:p>
    <w:p>
      <w:pPr>
        <w:jc w:val="right"/>
      </w:pPr>
      <w:r>
        <w:t>دعوت کو لینے کے بعد ہی سارے مسئلے کھڑے ہوتے ہیں۔</w:t>
      </w:r>
    </w:p>
    <w:p>
      <w:r>
        <w:rPr>
          <w:b/>
        </w:rPr>
        <w:t xml:space="preserve">[44:10] </w:t>
      </w:r>
      <w:r>
        <w:t>ab aap agar yeh karein ke jo jo aap ki zindagi hai usi ko dawat kehne lagien.</w:t>
      </w:r>
    </w:p>
    <w:p>
      <w:pPr>
        <w:jc w:val="right"/>
      </w:pPr>
      <w:r>
        <w:t>اب آپ اگر یہ کریں کہ جو جو آپ کی زندگی ہے اسی کو دعوت کہنے لگیں۔</w:t>
      </w:r>
    </w:p>
    <w:p>
      <w:r>
        <w:rPr>
          <w:b/>
        </w:rPr>
        <w:t xml:space="preserve">[44:17] </w:t>
      </w:r>
      <w:r>
        <w:t>yeh to jurm ho gaya jurm.</w:t>
      </w:r>
    </w:p>
    <w:p>
      <w:pPr>
        <w:jc w:val="right"/>
      </w:pPr>
      <w:r>
        <w:t>یہ تو جرم ہو گیا جرم۔</w:t>
      </w:r>
    </w:p>
    <w:p>
      <w:r>
        <w:rPr>
          <w:b/>
        </w:rPr>
        <w:t xml:space="preserve">[44:19] </w:t>
      </w:r>
      <w:r>
        <w:t>ke namaz roze ki ek zindagi guzar rahe hon aap.</w:t>
      </w:r>
    </w:p>
    <w:p>
      <w:pPr>
        <w:jc w:val="right"/>
      </w:pPr>
      <w:r>
        <w:t>کہ نماز روزے کی ایک زندگی گزار رہے ہوں آپ۔</w:t>
      </w:r>
    </w:p>
    <w:p>
      <w:r>
        <w:rPr>
          <w:b/>
        </w:rPr>
        <w:t xml:space="preserve">[44:24] </w:t>
      </w:r>
      <w:r>
        <w:t>doosron ka ja kar koi namaz ke masail sikha rahe hon aap.</w:t>
      </w:r>
    </w:p>
    <w:p>
      <w:pPr>
        <w:jc w:val="right"/>
      </w:pPr>
      <w:r>
        <w:t>دوسروں کا جا کر کوئی نماز کے مسائل سکھا رہے ہوں آپ۔</w:t>
      </w:r>
    </w:p>
    <w:p>
      <w:r>
        <w:rPr>
          <w:b/>
        </w:rPr>
        <w:t xml:space="preserve">[44:29] </w:t>
      </w:r>
      <w:r>
        <w:t>aur kahein ke hum dawat kar rahe hain.</w:t>
      </w:r>
    </w:p>
    <w:p>
      <w:pPr>
        <w:jc w:val="right"/>
      </w:pPr>
      <w:r>
        <w:t>اور کہیں کہ ہم دعوت کر رہے ہیں۔</w:t>
      </w:r>
    </w:p>
    <w:p>
      <w:r>
        <w:rPr>
          <w:b/>
        </w:rPr>
        <w:t xml:space="preserve">[44:32] </w:t>
      </w:r>
      <w:r>
        <w:t>masjido mein ja kar masail batana.</w:t>
      </w:r>
    </w:p>
    <w:p>
      <w:pPr>
        <w:jc w:val="right"/>
      </w:pPr>
      <w:r>
        <w:t>مسجدوں میں جا کر مسائل بتانا۔</w:t>
      </w:r>
    </w:p>
    <w:p>
      <w:r>
        <w:rPr>
          <w:b/>
        </w:rPr>
        <w:t xml:space="preserve">[44:35] </w:t>
      </w:r>
      <w:r>
        <w:t>logon ko ja kar kehna ke bhai namaz parho.</w:t>
      </w:r>
    </w:p>
    <w:p>
      <w:pPr>
        <w:jc w:val="right"/>
      </w:pPr>
      <w:r>
        <w:t>لوگوں کو جا کر کہنا کہ بھئی نماز پڑھو۔</w:t>
      </w:r>
    </w:p>
    <w:p>
      <w:r>
        <w:rPr>
          <w:b/>
        </w:rPr>
        <w:t xml:space="preserve">[44:39] </w:t>
      </w:r>
      <w:r>
        <w:t>yeh dawat nahi hai.</w:t>
      </w:r>
    </w:p>
    <w:p>
      <w:pPr>
        <w:jc w:val="right"/>
      </w:pPr>
      <w:r>
        <w:t>یہ دعوت نہیں ہے۔</w:t>
      </w:r>
    </w:p>
    <w:p>
      <w:r>
        <w:rPr>
          <w:b/>
        </w:rPr>
        <w:t xml:space="preserve">[44:40] </w:t>
      </w:r>
      <w:r>
        <w:t>yeh islaah e ummat hai.</w:t>
      </w:r>
    </w:p>
    <w:p>
      <w:pPr>
        <w:jc w:val="right"/>
      </w:pPr>
      <w:r>
        <w:t>یہ اصلاح امت ہے۔</w:t>
      </w:r>
    </w:p>
    <w:p>
      <w:r>
        <w:rPr>
          <w:b/>
        </w:rPr>
        <w:t xml:space="preserve">[44:42] </w:t>
      </w:r>
      <w:r>
        <w:t>dawat hai ghair muslimon mein khuda ka paigham pohanchana.</w:t>
      </w:r>
    </w:p>
    <w:p>
      <w:pPr>
        <w:jc w:val="right"/>
      </w:pPr>
      <w:r>
        <w:t>دعوت ہے غیر مسلموں میں خدا کا پیغام پہنچانا۔</w:t>
      </w:r>
    </w:p>
    <w:p>
      <w:r>
        <w:rPr>
          <w:b/>
        </w:rPr>
        <w:t xml:space="preserve">[44:46] </w:t>
      </w:r>
      <w:r>
        <w:t>mein ek baar america gaya to wahan ek sahab ne kaha ke hum bhi dawat ka kaam karte</w:t>
      </w:r>
    </w:p>
    <w:p>
      <w:pPr>
        <w:jc w:val="right"/>
      </w:pPr>
      <w:r>
        <w:t>میں ایک بار امریکہ گیا تو وہاں ایک صاحب نے کہا کہ ہم بھی دعوت کا کام کرتے</w:t>
      </w:r>
    </w:p>
    <w:p>
      <w:r>
        <w:rPr>
          <w:b/>
        </w:rPr>
        <w:t xml:space="preserve">[44:54]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[44:55] </w:t>
      </w:r>
      <w:r>
        <w:t>maine un ke samne kuch dawat ki baatein keen.</w:t>
      </w:r>
    </w:p>
    <w:p>
      <w:pPr>
        <w:jc w:val="right"/>
      </w:pPr>
      <w:r>
        <w:t>میں نے ان کے سامنے کچھ دعوت کی باتیں کیں۔</w:t>
      </w:r>
    </w:p>
    <w:p>
      <w:r>
        <w:rPr>
          <w:b/>
        </w:rPr>
        <w:t xml:space="preserve">[45:00] </w:t>
      </w:r>
      <w:r>
        <w:t>to unhon ne kaha hum bhi dawat ka kaam karte hain.</w:t>
      </w:r>
    </w:p>
    <w:p>
      <w:pPr>
        <w:jc w:val="right"/>
      </w:pPr>
      <w:r>
        <w:t>تو انہوں نے کہا ہم بھی دعوت کا کام کرتے ہیں۔</w:t>
      </w:r>
    </w:p>
    <w:p>
      <w:r>
        <w:rPr>
          <w:b/>
        </w:rPr>
        <w:t xml:space="preserve">[45:04] </w:t>
      </w:r>
      <w:r>
        <w:t>to main ne kaha woh kaise? kaha hum dikhayen ge aap ko.</w:t>
      </w:r>
    </w:p>
    <w:p>
      <w:pPr>
        <w:jc w:val="right"/>
      </w:pPr>
      <w:r>
        <w:t>تو میں نے کہا وہ کیسے؟ کہا ہم دکھائیں گے آپ کو۔</w:t>
      </w:r>
    </w:p>
    <w:p>
      <w:r>
        <w:rPr>
          <w:b/>
        </w:rPr>
        <w:t xml:space="preserve">[45:09] </w:t>
      </w:r>
      <w:r>
        <w:t>to unhon ne apni gari par hum ko bheja aik jagah.</w:t>
      </w:r>
    </w:p>
    <w:p>
      <w:pPr>
        <w:jc w:val="right"/>
      </w:pPr>
      <w:r>
        <w:t>تو انہوں نے اپنی گاڑی پر ہم کو بھیجا ایک جگہ۔</w:t>
      </w:r>
    </w:p>
    <w:p>
      <w:r>
        <w:rPr>
          <w:b/>
        </w:rPr>
        <w:t xml:space="preserve">[45:14] </w:t>
      </w:r>
      <w:r>
        <w:t>wahan aik office khula hua tha.</w:t>
      </w:r>
    </w:p>
    <w:p>
      <w:pPr>
        <w:jc w:val="right"/>
      </w:pPr>
      <w:r>
        <w:t>وہاں ایک آفس کھلا ہوا تھا۔</w:t>
      </w:r>
    </w:p>
    <w:p>
      <w:r>
        <w:rPr>
          <w:b/>
        </w:rPr>
        <w:t xml:space="preserve">[45:17] </w:t>
      </w:r>
      <w:r>
        <w:t>wahan aik musalman mard aur aik musalman aurat wahan kaam karte the.</w:t>
      </w:r>
    </w:p>
    <w:p>
      <w:pPr>
        <w:jc w:val="right"/>
      </w:pPr>
      <w:r>
        <w:t>وہاں ایک مسلمان مرد اور ایک مسلمان عورت وہاں کام کرتے تھے۔</w:t>
      </w:r>
    </w:p>
    <w:p>
      <w:r>
        <w:rPr>
          <w:b/>
        </w:rPr>
        <w:t xml:space="preserve">[45:22] </w:t>
      </w:r>
      <w:r>
        <w:t>do aadmi.</w:t>
      </w:r>
    </w:p>
    <w:p>
      <w:pPr>
        <w:jc w:val="right"/>
      </w:pPr>
      <w:r>
        <w:t>دو آدمی۔</w:t>
      </w:r>
    </w:p>
    <w:p>
      <w:r>
        <w:rPr>
          <w:b/>
        </w:rPr>
        <w:t xml:space="preserve">[45:23] </w:t>
      </w:r>
      <w:r>
        <w:t>to hum gaye wahan par.</w:t>
      </w:r>
    </w:p>
    <w:p>
      <w:pPr>
        <w:jc w:val="right"/>
      </w:pPr>
      <w:r>
        <w:t>تو ہم گئے وہاں پر۔</w:t>
      </w:r>
    </w:p>
    <w:p>
      <w:r>
        <w:rPr>
          <w:b/>
        </w:rPr>
        <w:t xml:space="preserve">[45:25] </w:t>
      </w:r>
      <w:r>
        <w:t>to bohat si kitaben wahan thin.</w:t>
      </w:r>
    </w:p>
    <w:p>
      <w:pPr>
        <w:jc w:val="right"/>
      </w:pPr>
      <w:r>
        <w:t>تو بہت سی کتابیں وہاں تھیں۔</w:t>
      </w:r>
    </w:p>
    <w:p>
      <w:r>
        <w:rPr>
          <w:b/>
        </w:rPr>
        <w:t xml:space="preserve">[45:28] </w:t>
      </w:r>
      <w:r>
        <w:t>un kitabon mein woh parh kar ke kuch kar rahe the.</w:t>
      </w:r>
    </w:p>
    <w:p>
      <w:pPr>
        <w:jc w:val="right"/>
      </w:pPr>
      <w:r>
        <w:t>ان کتابوں میں وہ پڑھ کر کے کچھ کر رہے تھے۔</w:t>
      </w:r>
    </w:p>
    <w:p>
      <w:r>
        <w:rPr>
          <w:b/>
        </w:rPr>
        <w:t xml:space="preserve">[45:33] </w:t>
      </w:r>
      <w:r>
        <w:t>to main ne poocha ke bhai yeh kya kaam hai? unhon ne kaha ke America mein jo schoolon,</w:t>
      </w:r>
    </w:p>
    <w:p>
      <w:pPr>
        <w:jc w:val="right"/>
      </w:pPr>
      <w:r>
        <w:t>تو میں نے پوچھا کہ بھئی یہ کیا کام ہے؟ انہوں نے کہا کہ امریکہ میں جو اسکولوں،</w:t>
      </w:r>
    </w:p>
    <w:p>
      <w:r>
        <w:rPr>
          <w:b/>
        </w:rPr>
        <w:t xml:space="preserve">[45:40] </w:t>
      </w:r>
      <w:r>
        <w:t>school hain.</w:t>
      </w:r>
    </w:p>
    <w:p>
      <w:pPr>
        <w:jc w:val="right"/>
      </w:pPr>
      <w:r>
        <w:t>اسکول ہیں۔</w:t>
      </w:r>
    </w:p>
    <w:p>
      <w:r>
        <w:rPr>
          <w:b/>
        </w:rPr>
        <w:t xml:space="preserve">[45:42] </w:t>
      </w:r>
      <w:r>
        <w:t>to schoolon mein jo nisaab ki kitaben hain.</w:t>
      </w:r>
    </w:p>
    <w:p>
      <w:pPr>
        <w:jc w:val="right"/>
      </w:pPr>
      <w:r>
        <w:t>تو اسکولوں میں جو نصاب کی کتابیں ہیں۔</w:t>
      </w:r>
    </w:p>
    <w:p>
      <w:r>
        <w:rPr>
          <w:b/>
        </w:rPr>
        <w:t xml:space="preserve">[45:45] </w:t>
      </w:r>
      <w:r>
        <w:t>un ki hum chhan been kar rahe hain.</w:t>
      </w:r>
    </w:p>
    <w:p>
      <w:pPr>
        <w:jc w:val="right"/>
      </w:pPr>
      <w:r>
        <w:t>ان کی ہم چھان بین کر رہے ہیں۔</w:t>
      </w:r>
    </w:p>
    <w:p>
      <w:r>
        <w:rPr>
          <w:b/>
        </w:rPr>
        <w:t xml:space="preserve">[45:49] </w:t>
      </w:r>
      <w:r>
        <w:t>ke kahan kahan is mein musalmanon ke khilaf kuch baaten hain.</w:t>
      </w:r>
    </w:p>
    <w:p>
      <w:pPr>
        <w:jc w:val="right"/>
      </w:pPr>
      <w:r>
        <w:t>کہ کہاں کہاں اس میں مسلمانوں کے خلاف کچھ باتیں ہیں۔</w:t>
      </w:r>
    </w:p>
    <w:p>
      <w:r>
        <w:rPr>
          <w:b/>
        </w:rPr>
        <w:t xml:space="preserve">[45:54] </w:t>
      </w:r>
      <w:r>
        <w:t>misalan musalmanon ka kaam militant bata diya gaya hai ke musalman militant hote hain farz ki jiye.</w:t>
      </w:r>
    </w:p>
    <w:p>
      <w:pPr>
        <w:jc w:val="right"/>
      </w:pPr>
      <w:r>
        <w:t>مثلاً مسلمانوں کا کام militant بتا دیا گیا ہے کہ مسلمان militant ہوتے ہیں فرض کیجیے۔</w:t>
      </w:r>
    </w:p>
    <w:p>
      <w:r>
        <w:rPr>
          <w:b/>
        </w:rPr>
        <w:t xml:space="preserve">[46:00] </w:t>
      </w:r>
      <w:r>
        <w:t>is ko hum chhaant kar nikalte hain.</w:t>
      </w:r>
    </w:p>
    <w:p>
      <w:pPr>
        <w:jc w:val="right"/>
      </w:pPr>
      <w:r>
        <w:t>اس کو ہم چھانٹ کر نکالتے ہیں۔</w:t>
      </w:r>
    </w:p>
    <w:p>
      <w:r>
        <w:rPr>
          <w:b/>
        </w:rPr>
        <w:t xml:space="preserve">[46:03] </w:t>
      </w:r>
      <w:r>
        <w:t>to yahan ke nisaab ki kitabon mein musalmanon ke bare mein ya Makkah Madinah ke bare mein jahan</w:t>
      </w:r>
    </w:p>
    <w:p>
      <w:pPr>
        <w:jc w:val="right"/>
      </w:pPr>
      <w:r>
        <w:t>تو یہاں کے نصاب کی کتابوں میں مسلمانوں کے بارے میں یا مکہ مدینہ کے بارے میں جہاں</w:t>
      </w:r>
    </w:p>
    <w:p>
      <w:r>
        <w:rPr>
          <w:b/>
        </w:rPr>
        <w:t xml:space="preserve">[46:11] </w:t>
      </w:r>
      <w:r>
        <w:t>jahan koi negative remark hai, negative remark is ko hum dhoond kar nikalte hain.</w:t>
      </w:r>
    </w:p>
    <w:p>
      <w:pPr>
        <w:jc w:val="right"/>
      </w:pPr>
      <w:r>
        <w:t>جہاں کوئی negative remark ہے، negative remark اس کو ہم ڈھونڈ کر نکالتے ہیں۔</w:t>
      </w:r>
    </w:p>
    <w:p>
      <w:r>
        <w:rPr>
          <w:b/>
        </w:rPr>
        <w:t xml:space="preserve">[46:17] </w:t>
      </w:r>
      <w:r>
        <w:t>aur phir hum is ko forward karte hain government ko.</w:t>
      </w:r>
    </w:p>
    <w:p>
      <w:pPr>
        <w:jc w:val="right"/>
      </w:pPr>
      <w:r>
        <w:t>اور پھر ہم اس کو forward کرتے ہیں government کو۔</w:t>
      </w:r>
    </w:p>
    <w:p>
      <w:r>
        <w:rPr>
          <w:b/>
        </w:rPr>
        <w:t xml:space="preserve">[46:21] </w:t>
      </w:r>
      <w:r>
        <w:t>ke dekhen jo kitaben chal rahi hain.</w:t>
      </w:r>
    </w:p>
    <w:p>
      <w:pPr>
        <w:jc w:val="right"/>
      </w:pPr>
      <w:r>
        <w:t>کہ دیکھیں جو کتابیں چل رہی ہیں۔</w:t>
      </w:r>
    </w:p>
    <w:p>
      <w:r>
        <w:rPr>
          <w:b/>
        </w:rPr>
        <w:t xml:space="preserve">[46:24] </w:t>
      </w:r>
      <w:r>
        <w:t>is mein musalmanon ke khilaf aise aise negative remark hain.</w:t>
      </w:r>
    </w:p>
    <w:p>
      <w:pPr>
        <w:jc w:val="right"/>
      </w:pPr>
      <w:r>
        <w:t>اس میں مسلمانوں کے خلاف ایسے ایسے negative remark ہیں۔</w:t>
      </w:r>
    </w:p>
    <w:p>
      <w:r>
        <w:rPr>
          <w:b/>
        </w:rPr>
        <w:t xml:space="preserve">[46:29] </w:t>
      </w:r>
      <w:r>
        <w:t>is ko theek kijiye.</w:t>
      </w:r>
    </w:p>
    <w:p>
      <w:pPr>
        <w:jc w:val="right"/>
      </w:pPr>
      <w:r>
        <w:t>اس کو ٹھیک کیجیے۔</w:t>
      </w:r>
    </w:p>
    <w:p>
      <w:r>
        <w:rPr>
          <w:b/>
        </w:rPr>
        <w:t xml:space="preserve">[46:30] </w:t>
      </w:r>
      <w:r>
        <w:t>yeh kar rahe the woh.</w:t>
      </w:r>
    </w:p>
    <w:p>
      <w:pPr>
        <w:jc w:val="right"/>
      </w:pPr>
      <w:r>
        <w:t>یہ کر رہے تھے وہ۔</w:t>
      </w:r>
    </w:p>
    <w:p>
      <w:r>
        <w:rPr>
          <w:b/>
        </w:rPr>
        <w:t xml:space="preserve">[46:33] </w:t>
      </w:r>
      <w:r>
        <w:t>aur kai unhon ne khatoot waghera dikhaye, letters.</w:t>
      </w:r>
    </w:p>
    <w:p>
      <w:pPr>
        <w:jc w:val="right"/>
      </w:pPr>
      <w:r>
        <w:t>اور کئی انہوں نے خطوط وغیرہ دکھائے، letters۔</w:t>
      </w:r>
    </w:p>
    <w:p>
      <w:r>
        <w:rPr>
          <w:b/>
        </w:rPr>
        <w:t xml:space="preserve">[46:36] </w:t>
      </w:r>
      <w:r>
        <w:t>to main ne kaha yeh yeh dawat se is ka kya talluq? yeh to milli, aik milli khidmat</w:t>
      </w:r>
    </w:p>
    <w:p>
      <w:pPr>
        <w:jc w:val="right"/>
      </w:pPr>
      <w:r>
        <w:t>تو میں نے کہا یہ یہ دعوت سے اس کا کیا تعلق؟ یہ تو ملی، ایک ملی خدمت</w:t>
      </w:r>
    </w:p>
    <w:p>
      <w:r>
        <w:rPr>
          <w:b/>
        </w:rPr>
        <w:t xml:space="preserve">[46:44]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[46:45] </w:t>
      </w:r>
      <w:r>
        <w:t>yeh to mili khidmat hai.</w:t>
      </w:r>
    </w:p>
    <w:p>
      <w:pPr>
        <w:jc w:val="right"/>
      </w:pPr>
      <w:r>
        <w:t>یہ تو ملی خدمت ہے۔</w:t>
      </w:r>
    </w:p>
    <w:p>
      <w:r>
        <w:rPr>
          <w:b/>
        </w:rPr>
        <w:t xml:space="preserve">[46:47] </w:t>
      </w:r>
      <w:r>
        <w:t>is ko mein ne kaha ke yeh wohi hai jo is ko kehte hain America mein community work.</w:t>
      </w:r>
    </w:p>
    <w:p>
      <w:pPr>
        <w:jc w:val="right"/>
      </w:pPr>
      <w:r>
        <w:t>اس کو میں نے کہا کہ یہ وہی ہے جو اس کو کہتے ہیں امریکہ میں community work۔</w:t>
      </w:r>
    </w:p>
    <w:p>
      <w:r>
        <w:rPr>
          <w:b/>
        </w:rPr>
        <w:t xml:space="preserve">[46:55] </w:t>
      </w:r>
      <w:r>
        <w:t>wahan har mazhabi group hai, har mazhabi group ke andar kuch apna, apne logon ke liye woh karte</w:t>
      </w:r>
    </w:p>
    <w:p>
      <w:pPr>
        <w:jc w:val="right"/>
      </w:pPr>
      <w:r>
        <w:t>وہاں ہر مذہبی گروہ ہے، ہر مذہبی گروہ کے اندر کچھ اپنا، اپنے لوگوں کے لیے وہ کرتے</w:t>
      </w:r>
    </w:p>
    <w:p>
      <w:r>
        <w:rPr>
          <w:b/>
        </w:rPr>
        <w:t xml:space="preserve">[47:03] </w:t>
      </w:r>
      <w:r>
        <w:t>hain kuch kaam.</w:t>
      </w:r>
    </w:p>
    <w:p>
      <w:pPr>
        <w:jc w:val="right"/>
      </w:pPr>
      <w:r>
        <w:t>ہیں کچھ کام۔</w:t>
      </w:r>
    </w:p>
    <w:p>
      <w:r>
        <w:rPr>
          <w:b/>
        </w:rPr>
        <w:t xml:space="preserve">[47:04] </w:t>
      </w:r>
      <w:r>
        <w:t>is ko woh kehte hain community work.</w:t>
      </w:r>
    </w:p>
    <w:p>
      <w:pPr>
        <w:jc w:val="right"/>
      </w:pPr>
      <w:r>
        <w:t>اس کو وہ کہتے ہیں community work۔</w:t>
      </w:r>
    </w:p>
    <w:p>
      <w:r>
        <w:rPr>
          <w:b/>
        </w:rPr>
        <w:t xml:space="preserve">[47:07] </w:t>
      </w:r>
      <w:r>
        <w:t>ke yeh Musalmanon ka community work hai.</w:t>
      </w:r>
    </w:p>
    <w:p>
      <w:pPr>
        <w:jc w:val="right"/>
      </w:pPr>
      <w:r>
        <w:t>کہ یہ مسلمانوں کا community work ہے۔</w:t>
      </w:r>
    </w:p>
    <w:p>
      <w:r>
        <w:rPr>
          <w:b/>
        </w:rPr>
        <w:t xml:space="preserve">[47:10] </w:t>
      </w:r>
      <w:r>
        <w:t>to Musalmanon ke community work ko samajh liya unhon ne ke hum daawa work kar rahe hain.</w:t>
      </w:r>
    </w:p>
    <w:p>
      <w:pPr>
        <w:jc w:val="right"/>
      </w:pPr>
      <w:r>
        <w:t>تو مسلمانوں کے community work کو سمجھ لیا انہوں نے کہ ہم دعویٰ work کر رہے ہیں۔</w:t>
      </w:r>
    </w:p>
    <w:p>
      <w:r>
        <w:rPr>
          <w:b/>
        </w:rPr>
        <w:t xml:space="preserve">[47:18] </w:t>
      </w:r>
      <w:r>
        <w:t>aise hi kuch log kuch Musalmanon ko Islam, Musalmanon ko namaz roza sikhate hain.</w:t>
      </w:r>
    </w:p>
    <w:p>
      <w:pPr>
        <w:jc w:val="right"/>
      </w:pPr>
      <w:r>
        <w:t>ایسے ہی کچھ لوگ کچھ مسلمانوں کو اسلام، مسلمانوں کو نماز روزہ سکھاتے ہیں۔</w:t>
      </w:r>
    </w:p>
    <w:p>
      <w:r>
        <w:rPr>
          <w:b/>
        </w:rPr>
        <w:t xml:space="preserve">[47:24] </w:t>
      </w:r>
      <w:r>
        <w:t>ja ja ke idhar udhar to kehte hain hum daawa work kar rahe hain.</w:t>
      </w:r>
    </w:p>
    <w:p>
      <w:pPr>
        <w:jc w:val="right"/>
      </w:pPr>
      <w:r>
        <w:t>جا جا کے ادھر ادھر تو کہتے ہیں ہم دعویٰ work کر رہے ہیں۔</w:t>
      </w:r>
    </w:p>
    <w:p>
      <w:r>
        <w:rPr>
          <w:b/>
        </w:rPr>
        <w:t xml:space="preserve">[47:30] </w:t>
      </w:r>
      <w:r>
        <w:t>yeh bilkul hi galat hai, baseless hai, is ka Islam se koi talluq nahin.</w:t>
      </w:r>
    </w:p>
    <w:p>
      <w:pPr>
        <w:jc w:val="right"/>
      </w:pPr>
      <w:r>
        <w:t>یہ بالکل ہی غلط ہے، baseless ہے، اس کا اسلام سے کوئی تعلق نہیں۔</w:t>
      </w:r>
    </w:p>
    <w:p>
      <w:r>
        <w:rPr>
          <w:b/>
        </w:rPr>
        <w:t xml:space="preserve">[47:36] </w:t>
      </w:r>
      <w:r>
        <w:t>woh kaam jo hai woh community work hai.</w:t>
      </w:r>
    </w:p>
    <w:p>
      <w:pPr>
        <w:jc w:val="right"/>
      </w:pPr>
      <w:r>
        <w:t>وہ کام جو ہے وہ community work ہے۔</w:t>
      </w:r>
    </w:p>
    <w:p>
      <w:r>
        <w:rPr>
          <w:b/>
        </w:rPr>
        <w:t xml:space="preserve">[47:39] </w:t>
      </w:r>
      <w:r>
        <w:t>woh kaam mili work hai.</w:t>
      </w:r>
    </w:p>
    <w:p>
      <w:pPr>
        <w:jc w:val="right"/>
      </w:pPr>
      <w:r>
        <w:t>وہ کام ملی work ہے۔</w:t>
      </w:r>
    </w:p>
    <w:p>
      <w:r>
        <w:rPr>
          <w:b/>
        </w:rPr>
        <w:t xml:space="preserve">[47:41] </w:t>
      </w:r>
      <w:r>
        <w:t>woh kaam islah ummat hai.</w:t>
      </w:r>
    </w:p>
    <w:p>
      <w:pPr>
        <w:jc w:val="right"/>
      </w:pPr>
      <w:r>
        <w:t>وہ کام اصلاح امت ہے۔</w:t>
      </w:r>
    </w:p>
    <w:p>
      <w:r>
        <w:rPr>
          <w:b/>
        </w:rPr>
        <w:t xml:space="preserve">[47:43] </w:t>
      </w:r>
      <w:r>
        <w:t>woh sab kuch theek hai.</w:t>
      </w:r>
    </w:p>
    <w:p>
      <w:pPr>
        <w:jc w:val="right"/>
      </w:pPr>
      <w:r>
        <w:t>وہ سب کچھ ٹھیک ہے۔</w:t>
      </w:r>
    </w:p>
    <w:p>
      <w:r>
        <w:rPr>
          <w:b/>
        </w:rPr>
        <w:t xml:space="preserve">[47:45] </w:t>
      </w:r>
      <w:r>
        <w:t>lekin woh daawa work nahin hai, woh dawat nahin hai woh.</w:t>
      </w:r>
    </w:p>
    <w:p>
      <w:pPr>
        <w:jc w:val="right"/>
      </w:pPr>
      <w:r>
        <w:t>لیکن وہ دعویٰ work نہیں ہے، وہ دعوت نہیں ہے وہ۔</w:t>
      </w:r>
    </w:p>
    <w:p>
      <w:r>
        <w:rPr>
          <w:b/>
        </w:rPr>
        <w:t xml:space="preserve">[47:50] </w:t>
      </w:r>
      <w:r>
        <w:t>dawat naam hai ghair Muslimon mein Islam ka paigham pohnchanay ka.</w:t>
      </w:r>
    </w:p>
    <w:p>
      <w:pPr>
        <w:jc w:val="right"/>
      </w:pPr>
      <w:r>
        <w:t>دعوت نام ہے غیر مسلموں میں اسلام کا پیغام پہنچانے کا۔</w:t>
      </w:r>
    </w:p>
    <w:p>
      <w:r>
        <w:rPr>
          <w:b/>
        </w:rPr>
        <w:t xml:space="preserve">[47:55] </w:t>
      </w:r>
      <w:r>
        <w:t>aur paigham pohnchanay ka matlab hai ke aap loudspeaker se ailaan kar dein.</w:t>
      </w:r>
    </w:p>
    <w:p>
      <w:pPr>
        <w:jc w:val="right"/>
      </w:pPr>
      <w:r>
        <w:t>اور پیغام پہنچانے کا معنی ہے کہ آپ loudspeaker سے اعلان کر دیں۔</w:t>
      </w:r>
    </w:p>
    <w:p>
      <w:r>
        <w:rPr>
          <w:b/>
        </w:rPr>
        <w:t xml:space="preserve">[48:00] </w:t>
      </w:r>
      <w:r>
        <w:t>loudspeaker pe ailaan kar dein to yeh dawat nahin ho gayi.</w:t>
      </w:r>
    </w:p>
    <w:p>
      <w:pPr>
        <w:jc w:val="right"/>
      </w:pPr>
      <w:r>
        <w:t>loudspeaker پہ اعلان کر دیں تو یہ دعوت نہیں ہو گئی۔</w:t>
      </w:r>
    </w:p>
    <w:p>
      <w:r>
        <w:rPr>
          <w:b/>
        </w:rPr>
        <w:t xml:space="preserve">[48:05] </w:t>
      </w:r>
      <w:r>
        <w:t>kyun ke jo miyar hai jo Quran mein diya hua woh qul lahum fi alfasihim qawlan balighan baat kaho</w:t>
      </w:r>
    </w:p>
    <w:p>
      <w:pPr>
        <w:jc w:val="right"/>
      </w:pPr>
      <w:r>
        <w:t>کیونکہ جو معیار ہے جو قرآن میں دیا ہوا وہ قُلْ لَهُمْ فِي أَلْفَسِهِمْ قَوْلًا بَلِيغًا بات کہو</w:t>
      </w:r>
    </w:p>
    <w:p>
      <w:r>
        <w:rPr>
          <w:b/>
        </w:rPr>
        <w:t xml:space="preserve">[48:13] </w:t>
      </w:r>
      <w:r>
        <w:t>un se un ke dil mein utarne wali.</w:t>
      </w:r>
    </w:p>
    <w:p>
      <w:pPr>
        <w:jc w:val="right"/>
      </w:pPr>
      <w:r>
        <w:t>ان سے ان کے دل میں اترنے والی۔</w:t>
      </w:r>
    </w:p>
    <w:p>
      <w:r>
        <w:rPr>
          <w:b/>
        </w:rPr>
        <w:t xml:space="preserve">[48:16] </w:t>
      </w:r>
      <w:r>
        <w:t>yani jo un ke mind ko address kare.</w:t>
      </w:r>
    </w:p>
    <w:p>
      <w:pPr>
        <w:jc w:val="right"/>
      </w:pPr>
      <w:r>
        <w:t>یعنی جو ان کے mind کو address کرے۔</w:t>
      </w:r>
    </w:p>
    <w:p>
      <w:r>
        <w:rPr>
          <w:b/>
        </w:rPr>
        <w:t xml:space="preserve">[48:20] </w:t>
      </w:r>
      <w:r>
        <w:t>to daawati kalam woh hai jis se mad'u ka mind address hota ho.</w:t>
      </w:r>
    </w:p>
    <w:p>
      <w:pPr>
        <w:jc w:val="right"/>
      </w:pPr>
      <w:r>
        <w:t>تو دعوتی کلام وہ ہے جس سے مدعو کا mind address ہوتا ہو۔</w:t>
      </w:r>
    </w:p>
    <w:p>
      <w:r>
        <w:rPr>
          <w:b/>
        </w:rPr>
        <w:t xml:space="preserve">[48:25] </w:t>
      </w:r>
      <w:r>
        <w:t>address kab hoga? jab hum khud pehle mehnat karenge.</w:t>
      </w:r>
    </w:p>
    <w:p>
      <w:pPr>
        <w:jc w:val="right"/>
      </w:pPr>
      <w:r>
        <w:t>address کب ہوگا؟ جب ہم خود پہلے محنت کریں گے۔</w:t>
      </w:r>
    </w:p>
    <w:p>
      <w:r>
        <w:rPr>
          <w:b/>
        </w:rPr>
        <w:t xml:space="preserve">[48:30] </w:t>
      </w:r>
      <w:r>
        <w:t>yani mad'u ke paas kaise, mad'u ko kaise hum bolen, mad'u ko kaise baat pohnchayen, hamari zuban kya</w:t>
      </w:r>
    </w:p>
    <w:p>
      <w:pPr>
        <w:jc w:val="right"/>
      </w:pPr>
      <w:r>
        <w:t>یعنی مدعو کے پاس کیسے، مدعو کو کیسے ہم بولیں، مدعو کو کیسے بات پہنچائیں، ہماری زبان کیا</w:t>
      </w:r>
    </w:p>
    <w:p>
      <w:r>
        <w:rPr>
          <w:b/>
        </w:rPr>
        <w:t xml:space="preserve">[48:37] </w:t>
      </w:r>
      <w:r>
        <w:t>ho, hamara idiom kya ho.</w:t>
      </w:r>
    </w:p>
    <w:p>
      <w:pPr>
        <w:jc w:val="right"/>
      </w:pPr>
      <w:r>
        <w:t>ہو، ہمارا idiom کیا ہو۔</w:t>
      </w:r>
    </w:p>
    <w:p>
      <w:r>
        <w:rPr>
          <w:b/>
        </w:rPr>
        <w:t xml:space="preserve">[48:39] </w:t>
      </w:r>
      <w:r>
        <w:t>to hum khud apnay ko prepare karen.</w:t>
      </w:r>
    </w:p>
    <w:p>
      <w:pPr>
        <w:jc w:val="right"/>
      </w:pPr>
      <w:r>
        <w:t>تو ہم خود اپنے کو prepare کریں۔</w:t>
      </w:r>
    </w:p>
    <w:p>
      <w:r>
        <w:rPr>
          <w:b/>
        </w:rPr>
        <w:t xml:space="preserve">[48:42] </w:t>
      </w:r>
      <w:r>
        <w:t>apnay ko tayyar karen.</w:t>
      </w:r>
    </w:p>
    <w:p>
      <w:pPr>
        <w:jc w:val="right"/>
      </w:pPr>
      <w:r>
        <w:t>اپنے کو تیار کریں۔</w:t>
      </w:r>
    </w:p>
    <w:p>
      <w:r>
        <w:rPr>
          <w:b/>
        </w:rPr>
        <w:t xml:space="preserve">[48:44] </w:t>
      </w:r>
      <w:r>
        <w:t>tab ja kar yeh mumkin hoga ke hum madu ke mind ko address kar saken.</w:t>
      </w:r>
    </w:p>
    <w:p>
      <w:pPr>
        <w:jc w:val="right"/>
      </w:pPr>
      <w:r>
        <w:t>تب جا کر یہ ممکن ہوگا کہ ہم مدعو کے mind کو address کر سکیں۔</w:t>
      </w:r>
    </w:p>
    <w:p>
      <w:r>
        <w:rPr>
          <w:b/>
        </w:rPr>
        <w:t xml:space="preserve">[48:51] </w:t>
      </w:r>
      <w:r>
        <w:t>to ek poora yeh ek poora program hai.</w:t>
      </w:r>
    </w:p>
    <w:p>
      <w:pPr>
        <w:jc w:val="right"/>
      </w:pPr>
      <w:r>
        <w:t>تو ایک پورا یہ ایک پورا program ہے۔</w:t>
      </w:r>
    </w:p>
    <w:p>
      <w:r>
        <w:rPr>
          <w:b/>
        </w:rPr>
        <w:t xml:space="preserve">[48:54] </w:t>
      </w:r>
      <w:r>
        <w:t>ek poori campaign hai.</w:t>
      </w:r>
    </w:p>
    <w:p>
      <w:pPr>
        <w:jc w:val="right"/>
      </w:pPr>
      <w:r>
        <w:t>ایک پوری campaign ہے۔</w:t>
      </w:r>
    </w:p>
    <w:p>
      <w:r>
        <w:rPr>
          <w:b/>
        </w:rPr>
        <w:t xml:space="preserve">[48:56] </w:t>
      </w:r>
      <w:r>
        <w:t>ek poori planning hai yeh.</w:t>
      </w:r>
    </w:p>
    <w:p>
      <w:pPr>
        <w:jc w:val="right"/>
      </w:pPr>
      <w:r>
        <w:t>ایک پوری planning ہے یہ۔</w:t>
      </w:r>
    </w:p>
    <w:p>
      <w:r>
        <w:rPr>
          <w:b/>
        </w:rPr>
        <w:t xml:space="preserve">[48:58] </w:t>
      </w:r>
      <w:r>
        <w:t>daawa work jo hai ek mukammal kaam hai yeh.</w:t>
      </w:r>
    </w:p>
    <w:p>
      <w:pPr>
        <w:jc w:val="right"/>
      </w:pPr>
      <w:r>
        <w:t>دعویٰ work جو ہے ایک مکمل کام ہے یہ۔</w:t>
      </w:r>
    </w:p>
    <w:p>
      <w:r>
        <w:rPr>
          <w:b/>
        </w:rPr>
        <w:t xml:space="preserve">[49:02] </w:t>
      </w:r>
      <w:r>
        <w:t>jis mein aap ko hundred percent aap ko involve kar leta hai.</w:t>
      </w:r>
    </w:p>
    <w:p>
      <w:pPr>
        <w:jc w:val="right"/>
      </w:pPr>
      <w:r>
        <w:t>جس میں آپ کو hundred percent آپ کو involve کر لیتا ہے۔</w:t>
      </w:r>
    </w:p>
    <w:p>
      <w:r>
        <w:rPr>
          <w:b/>
        </w:rPr>
        <w:t xml:space="preserve">[49:07] </w:t>
      </w:r>
      <w:r>
        <w:t>mukammal tor par aap ko is mein shamil ho jana parta hai.</w:t>
      </w:r>
    </w:p>
    <w:p>
      <w:pPr>
        <w:jc w:val="right"/>
      </w:pPr>
      <w:r>
        <w:t>مکمل طور پر آپ کو اس میں شامل ہو جانا پڑتا ہے۔</w:t>
      </w:r>
    </w:p>
    <w:p>
      <w:r>
        <w:rPr>
          <w:b/>
        </w:rPr>
        <w:t xml:space="preserve">[49:12] </w:t>
      </w:r>
      <w:r>
        <w:t>to yeh hai tasweer momin ki jo quran mein milti hai.</w:t>
      </w:r>
    </w:p>
    <w:p>
      <w:pPr>
        <w:jc w:val="right"/>
      </w:pPr>
      <w:r>
        <w:t>تو یہ ہے تصویر مومن کی جو قرآن میں ملتی ہے۔</w:t>
      </w:r>
    </w:p>
    <w:p>
      <w:r>
        <w:rPr>
          <w:b/>
        </w:rPr>
        <w:t xml:space="preserve">[49:17] </w:t>
      </w:r>
      <w:r>
        <w:t>jo quran mein milti hai.</w:t>
      </w:r>
    </w:p>
    <w:p>
      <w:pPr>
        <w:jc w:val="right"/>
      </w:pPr>
      <w:r>
        <w:t>جو قرآن میں ملتی ہے۔</w:t>
      </w:r>
    </w:p>
    <w:p>
      <w:r>
        <w:rPr>
          <w:b/>
        </w:rPr>
        <w:t xml:space="preserve">[49:19] </w:t>
      </w:r>
      <w:r>
        <w:t>to quran ke mutabiq iman naam hai marifat ka.</w:t>
      </w:r>
    </w:p>
    <w:p>
      <w:pPr>
        <w:jc w:val="right"/>
      </w:pPr>
      <w:r>
        <w:t>تو قرآن کے مطابق ایمان نام ہے معرفت کا۔</w:t>
      </w:r>
    </w:p>
    <w:p>
      <w:r>
        <w:rPr>
          <w:b/>
        </w:rPr>
        <w:t xml:space="preserve">[49:23] </w:t>
      </w:r>
      <w:r>
        <w:t>sachai ki daryaft ka.</w:t>
      </w:r>
    </w:p>
    <w:p>
      <w:pPr>
        <w:jc w:val="right"/>
      </w:pPr>
      <w:r>
        <w:t>سچائی کی دریافت کا۔</w:t>
      </w:r>
    </w:p>
    <w:p>
      <w:r>
        <w:rPr>
          <w:b/>
        </w:rPr>
        <w:t xml:space="preserve">[49:24] </w:t>
      </w:r>
      <w:r>
        <w:t>isi tarah se quran mein namaz ke baray mein dekhiye.</w:t>
      </w:r>
    </w:p>
    <w:p>
      <w:pPr>
        <w:jc w:val="right"/>
      </w:pPr>
      <w:r>
        <w:t>اسی طرح سے قرآن میں نماز کے بارے میں دیکھیے۔</w:t>
      </w:r>
    </w:p>
    <w:p>
      <w:r>
        <w:rPr>
          <w:b/>
        </w:rPr>
        <w:t xml:space="preserve">[49:29] </w:t>
      </w:r>
      <w:r>
        <w:t>innas salata tanha anil fashayi wal munkar namaz rokti hai aadmi ko fasha aur munkar se.</w:t>
      </w:r>
    </w:p>
    <w:p>
      <w:pPr>
        <w:jc w:val="right"/>
      </w:pPr>
      <w:r>
        <w:t>إِنَّ الصَّلَاةَ تَنْهَى عَنِ الْفَاشَاۤي وَالْمُنْكَرِ نماز روکتی ہے آدمی کو فاشا اور منکر سے۔</w:t>
      </w:r>
    </w:p>
    <w:p>
      <w:r>
        <w:rPr>
          <w:b/>
        </w:rPr>
        <w:t xml:space="preserve">[49:35] </w:t>
      </w:r>
      <w:r>
        <w:t>yeh hai namaz ki pehchan.</w:t>
      </w:r>
    </w:p>
    <w:p>
      <w:pPr>
        <w:jc w:val="right"/>
      </w:pPr>
      <w:r>
        <w:t>یہ ہے نماز کی پہچان۔</w:t>
      </w:r>
    </w:p>
    <w:p>
      <w:r>
        <w:rPr>
          <w:b/>
        </w:rPr>
        <w:t xml:space="preserve">[49:37] </w:t>
      </w:r>
      <w:r>
        <w:t>ke namaz jo hai aisi spirit paida kare aap ke andar.</w:t>
      </w:r>
    </w:p>
    <w:p>
      <w:pPr>
        <w:jc w:val="right"/>
      </w:pPr>
      <w:r>
        <w:t>کہ نماز جو ہے ایسی spirit پیدا کرے آپ کے اندر۔</w:t>
      </w:r>
    </w:p>
    <w:p>
      <w:r>
        <w:rPr>
          <w:b/>
        </w:rPr>
        <w:t xml:space="preserve">[49:42] </w:t>
      </w:r>
      <w:r>
        <w:t>aisi spirit.</w:t>
      </w:r>
    </w:p>
    <w:p>
      <w:pPr>
        <w:jc w:val="right"/>
      </w:pPr>
      <w:r>
        <w:t>ایسی spirit۔</w:t>
      </w:r>
    </w:p>
    <w:p>
      <w:r>
        <w:rPr>
          <w:b/>
        </w:rPr>
        <w:t xml:space="preserve">[49:43] </w:t>
      </w:r>
      <w:r>
        <w:t>ke aap jo hai fasha aur munkar se ruknay walay ban jayen.</w:t>
      </w:r>
    </w:p>
    <w:p>
      <w:pPr>
        <w:jc w:val="right"/>
      </w:pPr>
      <w:r>
        <w:t>کہ آپ جو ہے فاشا اور منکر سے رکنے والے بن جائیں۔</w:t>
      </w:r>
    </w:p>
    <w:p>
      <w:r>
        <w:rPr>
          <w:b/>
        </w:rPr>
        <w:t xml:space="preserve">[49:49] </w:t>
      </w:r>
      <w:r>
        <w:t>agar aisi spirit nahi paida kar rahi hai to woh namaz jo hai woh uthna baithna hai woh.</w:t>
      </w:r>
    </w:p>
    <w:p>
      <w:pPr>
        <w:jc w:val="right"/>
      </w:pPr>
      <w:r>
        <w:t>اگر ایسی spirit نہیں پیدا کر رہی ہے تو وہ نماز جو ہے وہ اٹھنا بیٹھنا ہے وہ۔</w:t>
      </w:r>
    </w:p>
    <w:p>
      <w:r>
        <w:rPr>
          <w:b/>
        </w:rPr>
        <w:t xml:space="preserve">[49:56] </w:t>
      </w:r>
      <w:r>
        <w:t>woh namaz nahi hai.</w:t>
      </w:r>
    </w:p>
    <w:p>
      <w:pPr>
        <w:jc w:val="right"/>
      </w:pPr>
      <w:r>
        <w:t>وہ نماز نہیں ہے۔</w:t>
      </w:r>
    </w:p>
    <w:p>
      <w:r>
        <w:rPr>
          <w:b/>
        </w:rPr>
        <w:t xml:space="preserve">[49:58] </w:t>
      </w:r>
      <w:r>
        <w:t>jaise hazrat umar ke samnay ek aadmi ne kisi ki tareef ki.</w:t>
      </w:r>
    </w:p>
    <w:p>
      <w:pPr>
        <w:jc w:val="right"/>
      </w:pPr>
      <w:r>
        <w:t>جیسے حضرت عمر کے سامنے ایک آدمی نے کسی کی تعریف کی۔</w:t>
      </w:r>
    </w:p>
    <w:p>
      <w:r>
        <w:rPr>
          <w:b/>
        </w:rPr>
        <w:t xml:space="preserve">[50:03] </w:t>
      </w:r>
      <w:r>
        <w:t>falan aadmi bara acha hai, bara acha hai.</w:t>
      </w:r>
    </w:p>
    <w:p>
      <w:pPr>
        <w:jc w:val="right"/>
      </w:pPr>
      <w:r>
        <w:t>فلاں آدمی بڑا اچھا ہے، بڑا اچھا ہے۔</w:t>
      </w:r>
    </w:p>
    <w:p>
      <w:r>
        <w:rPr>
          <w:b/>
        </w:rPr>
        <w:t xml:space="preserve">[50:07] </w:t>
      </w:r>
      <w:r>
        <w:t>to poocha aap ne ke tumhari is se koi dealing hui? unhon ne kaha ke nahi.</w:t>
      </w:r>
    </w:p>
    <w:p>
      <w:pPr>
        <w:jc w:val="right"/>
      </w:pPr>
      <w:r>
        <w:t>تو پوچھا آپ نے کہ تمہاری اس سے کوئی dealing ہوئی؟ انہوں نے کہا کہ نہیں۔</w:t>
      </w:r>
    </w:p>
    <w:p>
      <w:r>
        <w:rPr>
          <w:b/>
        </w:rPr>
        <w:t xml:space="preserve">[50:13] </w:t>
      </w:r>
      <w:r>
        <w:t>to dealing hui to pata chalta hai ke aadmi kaisa hai.</w:t>
      </w:r>
    </w:p>
    <w:p>
      <w:pPr>
        <w:jc w:val="right"/>
      </w:pPr>
      <w:r>
        <w:t>تو dealing ہوئی تو پتہ چلتا ہے کہ آدمی کیسا ہے۔</w:t>
      </w:r>
    </w:p>
    <w:p>
      <w:r>
        <w:rPr>
          <w:b/>
        </w:rPr>
        <w:t xml:space="preserve">[50:18] </w:t>
      </w:r>
      <w:r>
        <w:t>to unhon ne aap ne hazrat umar ne kaha ke tum ne is ko masjid mein uthte baithte</w:t>
      </w:r>
    </w:p>
    <w:p>
      <w:pPr>
        <w:jc w:val="right"/>
      </w:pPr>
      <w:r>
        <w:t>تو انہوں نے آپ نے حضرت عمر نے کہا کہ تم نے اس کو مسجد میں اٹھتے بیٹھتے</w:t>
      </w:r>
    </w:p>
    <w:p>
      <w:r>
        <w:rPr>
          <w:b/>
        </w:rPr>
        <w:t xml:space="preserve">[50:26] </w:t>
      </w:r>
      <w:r>
        <w:t>dekh liya hoga.</w:t>
      </w:r>
    </w:p>
    <w:p>
      <w:pPr>
        <w:jc w:val="right"/>
      </w:pPr>
      <w:r>
        <w:t>دیکھ لیا ہوگا۔</w:t>
      </w:r>
    </w:p>
    <w:p>
      <w:r>
        <w:rPr>
          <w:b/>
        </w:rPr>
        <w:t xml:space="preserve">[50:27] </w:t>
      </w:r>
      <w:r>
        <w:t>to namaz woh hai jis se aadmi ke andar bohat gehri spirit paida ho jaye.</w:t>
      </w:r>
    </w:p>
    <w:p>
      <w:pPr>
        <w:jc w:val="right"/>
      </w:pPr>
      <w:r>
        <w:t>تو نماز وہ ہے جس سے آدمی کے اندر بہت گہری spirit پیدا ہو جائے۔</w:t>
      </w:r>
    </w:p>
    <w:p>
      <w:r>
        <w:rPr>
          <w:b/>
        </w:rPr>
        <w:t xml:space="preserve">[50:34] </w:t>
      </w:r>
      <w:r>
        <w:t>khuda ka itna zabardast yani God consciousness itna zabardast aa jaye is ke andar.</w:t>
      </w:r>
    </w:p>
    <w:p>
      <w:pPr>
        <w:jc w:val="right"/>
      </w:pPr>
      <w:r>
        <w:t>خدا کا اتنا زبردست یعنی God consciousness اتنا زبردست آ جائے اس کے اندر۔</w:t>
      </w:r>
    </w:p>
    <w:p>
      <w:r>
        <w:rPr>
          <w:b/>
        </w:rPr>
        <w:t xml:space="preserve">[50:40] </w:t>
      </w:r>
      <w:r>
        <w:t>ke woh buri baaton se rukne lage.</w:t>
      </w:r>
    </w:p>
    <w:p>
      <w:pPr>
        <w:jc w:val="right"/>
      </w:pPr>
      <w:r>
        <w:t>کہ وہ بری باتوں سے رکنے لگے۔</w:t>
      </w:r>
    </w:p>
    <w:p>
      <w:r>
        <w:rPr>
          <w:b/>
        </w:rPr>
        <w:t xml:space="preserve">[50:43] </w:t>
      </w:r>
      <w:r>
        <w:t>is ki zuban se gheebat na nikle.</w:t>
      </w:r>
    </w:p>
    <w:p>
      <w:pPr>
        <w:jc w:val="right"/>
      </w:pPr>
      <w:r>
        <w:t>اس کی زبان سے غیبت نہ نکلے۔</w:t>
      </w:r>
    </w:p>
    <w:p>
      <w:r>
        <w:rPr>
          <w:b/>
        </w:rPr>
        <w:t xml:space="preserve">[50:46] </w:t>
      </w:r>
      <w:r>
        <w:t>is ki zuban se negative baatein na niklein.</w:t>
      </w:r>
    </w:p>
    <w:p>
      <w:pPr>
        <w:jc w:val="right"/>
      </w:pPr>
      <w:r>
        <w:t>اس کی زبان سے negative باتیں نہ نکلیں۔</w:t>
      </w:r>
    </w:p>
    <w:p>
      <w:r>
        <w:rPr>
          <w:b/>
        </w:rPr>
        <w:t xml:space="preserve">[50:49] </w:t>
      </w:r>
      <w:r>
        <w:t>woh kisi gaali na na de.</w:t>
      </w:r>
    </w:p>
    <w:p>
      <w:pPr>
        <w:jc w:val="right"/>
      </w:pPr>
      <w:r>
        <w:t>وہ کسی گالی نہ نہ دے۔</w:t>
      </w:r>
    </w:p>
    <w:p>
      <w:r>
        <w:rPr>
          <w:b/>
        </w:rPr>
        <w:t xml:space="preserve">[50:52] </w:t>
      </w:r>
      <w:r>
        <w:t>kisi ko defame na kare.</w:t>
      </w:r>
    </w:p>
    <w:p>
      <w:pPr>
        <w:jc w:val="right"/>
      </w:pPr>
      <w:r>
        <w:t>کسی کو defame نہ کرے۔</w:t>
      </w:r>
    </w:p>
    <w:p>
      <w:r>
        <w:rPr>
          <w:b/>
        </w:rPr>
        <w:t xml:space="preserve">[50:54] </w:t>
      </w:r>
      <w:r>
        <w:t>kisi ko bilawaja ma'tool na kare.</w:t>
      </w:r>
    </w:p>
    <w:p>
      <w:pPr>
        <w:jc w:val="right"/>
      </w:pPr>
      <w:r>
        <w:t>کسی کو بلاوجہ معطول نہ کرے۔</w:t>
      </w:r>
    </w:p>
    <w:p>
      <w:r>
        <w:rPr>
          <w:b/>
        </w:rPr>
        <w:t xml:space="preserve">[50:57] </w:t>
      </w:r>
      <w:r>
        <w:t>waghera waghera.</w:t>
      </w:r>
    </w:p>
    <w:p>
      <w:pPr>
        <w:jc w:val="right"/>
      </w:pPr>
      <w:r>
        <w:t>وغیرہ وغیرہ۔</w:t>
      </w:r>
    </w:p>
    <w:p>
      <w:r>
        <w:rPr>
          <w:b/>
        </w:rPr>
        <w:t xml:space="preserve">[50:58] </w:t>
      </w:r>
      <w:r>
        <w:t>to har cheez ka criterion jo hai woh Quran hai.</w:t>
      </w:r>
    </w:p>
    <w:p>
      <w:pPr>
        <w:jc w:val="right"/>
      </w:pPr>
      <w:r>
        <w:t>تو ہر چیز کا criterion جو ہے وہ قرآن ہے۔</w:t>
      </w:r>
    </w:p>
    <w:p>
      <w:r>
        <w:rPr>
          <w:b/>
        </w:rPr>
        <w:t xml:space="preserve">[51:02] </w:t>
      </w:r>
      <w:r>
        <w:t>imaan ka bhi, namaz ka bhi, zakat ka, haj ka, dawat ka, jannat ka, har cheez ka.</w:t>
      </w:r>
    </w:p>
    <w:p>
      <w:pPr>
        <w:jc w:val="right"/>
      </w:pPr>
      <w:r>
        <w:t>ایمان کا بھی، نماز کا بھی، زکوٰۃ کا، حج کا، دعوت کا، جنت کا، ہر چیز کا۔</w:t>
      </w:r>
    </w:p>
    <w:p>
      <w:r>
        <w:rPr>
          <w:b/>
        </w:rPr>
        <w:t xml:space="preserve">[51:10] </w:t>
      </w:r>
      <w:r>
        <w:t>Quran mein bataya gaya hai ke dhalika jaza'u man tazakka yani jannat un ke liye hai jo tazkiya</w:t>
      </w:r>
    </w:p>
    <w:p>
      <w:pPr>
        <w:jc w:val="right"/>
      </w:pPr>
      <w:r>
        <w:t>قرآن میں بتایا گیا ہے کہ ذٰلِكَ جَزَاءُ مَنْ تَزَكَّى یعنی جنت ان کے لیے ہے جو تزکیہ</w:t>
      </w:r>
    </w:p>
    <w:p>
      <w:r>
        <w:rPr>
          <w:b/>
        </w:rPr>
        <w:t xml:space="preserve">[51:17] </w:t>
      </w:r>
      <w:r>
        <w:t>karein.</w:t>
      </w:r>
    </w:p>
    <w:p>
      <w:pPr>
        <w:jc w:val="right"/>
      </w:pPr>
      <w:r>
        <w:t>کریں۔</w:t>
      </w:r>
    </w:p>
    <w:p>
      <w:r>
        <w:rPr>
          <w:b/>
        </w:rPr>
        <w:t xml:space="preserve">[51:19] </w:t>
      </w:r>
      <w:r>
        <w:t>tazkiya ka matlab hai purification.</w:t>
      </w:r>
    </w:p>
    <w:p>
      <w:pPr>
        <w:jc w:val="right"/>
      </w:pPr>
      <w:r>
        <w:t>تزکیہ کا مطلب ہے purification۔</w:t>
      </w:r>
    </w:p>
    <w:p>
      <w:r>
        <w:rPr>
          <w:b/>
        </w:rPr>
        <w:t xml:space="preserve">[51:21] </w:t>
      </w:r>
      <w:r>
        <w:t>is se kya cheez nikli? Koi routine ka kaam aap ko jannat mein nahi le aayega.</w:t>
      </w:r>
    </w:p>
    <w:p>
      <w:pPr>
        <w:jc w:val="right"/>
      </w:pPr>
      <w:r>
        <w:t>اس سے کیا چیز نکلی؟ کوئی routine کا کام آپ کو جنت میں نہیں لے آئے گا۔</w:t>
      </w:r>
    </w:p>
    <w:p>
      <w:r>
        <w:rPr>
          <w:b/>
        </w:rPr>
        <w:t xml:space="preserve">[51:28] </w:t>
      </w:r>
      <w:r>
        <w:t>Purified soul ہی جنت میں جائے گی۔</w:t>
      </w:r>
    </w:p>
    <w:p>
      <w:pPr>
        <w:jc w:val="right"/>
      </w:pPr>
      <w:r>
        <w:t>purified soul ہی جنت میں جائے گی۔</w:t>
      </w:r>
    </w:p>
    <w:p>
      <w:r>
        <w:rPr>
          <w:b/>
        </w:rPr>
        <w:t xml:space="preserve">[51:31] </w:t>
      </w:r>
      <w:r>
        <w:t>So you have to purify your soul.</w:t>
      </w:r>
    </w:p>
    <w:p>
      <w:pPr>
        <w:jc w:val="right"/>
      </w:pPr>
      <w:r>
        <w:t>So you have to purify your soul.</w:t>
      </w:r>
    </w:p>
    <w:p>
      <w:r>
        <w:rPr>
          <w:b/>
        </w:rPr>
        <w:t xml:space="preserve">[51:34] </w:t>
      </w:r>
      <w:r>
        <w:t>aqool qawli haza wastaghfirullaha li walakum ajmaeen.</w:t>
      </w:r>
    </w:p>
    <w:p>
      <w:pPr>
        <w:jc w:val="right"/>
      </w:pPr>
      <w:r>
        <w:t>أقول قولي هذا واستغفر 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