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Right Thinking I February 10, 2008</w:t>
      </w:r>
    </w:p>
    <w:p>
      <w:r>
        <w:t>https://www.youtube.com/watch?v=5eCpefLa9-E</w:t>
      </w:r>
    </w:p>
    <w:p>
      <w:r>
        <w:rPr>
          <w:b/>
        </w:rPr>
        <w:t xml:space="preserve">[00:06] </w:t>
      </w:r>
      <w:r>
        <w:t>bismillah hir rahman nir rahim, wasallallahu ala nabiyyil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[00:09] </w:t>
      </w:r>
      <w:r>
        <w:t>aaj mein radio sun raha tha, is mein larkiyon aur auraton ka program tha, ek lady counselor bhi</w:t>
      </w:r>
    </w:p>
    <w:p>
      <w:pPr>
        <w:jc w:val="right"/>
      </w:pPr>
      <w:r>
        <w:t>آج میں ریڈیو سن رہا تھا، اس میں لڑکیوں اور عورتوں کا پروگرام تھا، ایک لیڈی کونسلر بھی</w:t>
      </w:r>
    </w:p>
    <w:p>
      <w:r>
        <w:rPr>
          <w:b/>
        </w:rPr>
        <w:t xml:space="preserve">[00:17] </w:t>
      </w:r>
      <w:r>
        <w:t>is mein aayi hui thi.</w:t>
      </w:r>
    </w:p>
    <w:p>
      <w:pPr>
        <w:jc w:val="right"/>
      </w:pPr>
      <w:r>
        <w:t>اس میں آئی ہوئی تھیں۔</w:t>
      </w:r>
    </w:p>
    <w:p>
      <w:r>
        <w:rPr>
          <w:b/>
        </w:rPr>
        <w:t xml:space="preserve">[00:19] </w:t>
      </w:r>
      <w:r>
        <w:t>to bohat der tak mein ne suna, kafi der tak, lekin meri samajh mein kuch bhi nahi aaya.</w:t>
      </w:r>
    </w:p>
    <w:p>
      <w:pPr>
        <w:jc w:val="right"/>
      </w:pPr>
      <w:r>
        <w:t>تو بہت دیر تک میں نے سنا، کافی دیر تک، لیکن میری سمجھ میں کچھ بھی نہیں آیا۔</w:t>
      </w:r>
    </w:p>
    <w:p>
      <w:r>
        <w:rPr>
          <w:b/>
        </w:rPr>
        <w:t xml:space="preserve">[00:27] </w:t>
      </w:r>
      <w:r>
        <w:t>halanke jo zuban woh bol rahi thi woh yahi thi jo hum bolte aur samajhte hain.</w:t>
      </w:r>
    </w:p>
    <w:p>
      <w:pPr>
        <w:jc w:val="right"/>
      </w:pPr>
      <w:r>
        <w:t>حالانکہ جو زبان وہ بول رہی تھیں وہ یہی تھی جو ہم بولتے اور سمجھتے ہیں۔</w:t>
      </w:r>
    </w:p>
    <w:p>
      <w:r>
        <w:rPr>
          <w:b/>
        </w:rPr>
        <w:t xml:space="preserve">[00:34] </w:t>
      </w:r>
      <w:r>
        <w:t>yani un ki zaban poori tarah se mere liye samajh mein aane wali thi, lekin baat kuch bhi</w:t>
      </w:r>
    </w:p>
    <w:p>
      <w:pPr>
        <w:jc w:val="right"/>
      </w:pPr>
      <w:r>
        <w:t>یعنی ان کی زبان پوری طرح سے میرے لیے سمجھ میں آنے والی تھی، لیکن بات کچھ بھی</w:t>
      </w:r>
    </w:p>
    <w:p>
      <w:r>
        <w:rPr>
          <w:b/>
        </w:rPr>
        <w:t xml:space="preserve">[00:41] </w:t>
      </w:r>
      <w:r>
        <w:t>samajh mein nahi aati thi.</w:t>
      </w:r>
    </w:p>
    <w:p>
      <w:pPr>
        <w:jc w:val="right"/>
      </w:pPr>
      <w:r>
        <w:t>سمجھ میں نہیں آتی تھی۔</w:t>
      </w:r>
    </w:p>
    <w:p>
      <w:r>
        <w:rPr>
          <w:b/>
        </w:rPr>
        <w:t xml:space="preserve">[00:44] </w:t>
      </w:r>
      <w:r>
        <w:t>jaise unhon ne shuru kiya is masle se, ke is masle se unhon ne shuru kiya ke anxiety</w:t>
      </w:r>
    </w:p>
    <w:p>
      <w:pPr>
        <w:jc w:val="right"/>
      </w:pPr>
      <w:r>
        <w:t>جیسے انہوں نے شروع کیا اس مسئلے سے، کہ اس مسئلے سے انہوں نے شروع کیا کہ اینگزائٹی</w:t>
      </w:r>
    </w:p>
    <w:p>
      <w:r>
        <w:rPr>
          <w:b/>
        </w:rPr>
        <w:t xml:space="preserve">[00:51] </w:t>
      </w:r>
      <w:r>
        <w:t>related problem.</w:t>
      </w:r>
    </w:p>
    <w:p>
      <w:pPr>
        <w:jc w:val="right"/>
      </w:pPr>
      <w:r>
        <w:t>ریلیٹڈ پرابلم۔</w:t>
      </w:r>
    </w:p>
    <w:p>
      <w:r>
        <w:rPr>
          <w:b/>
        </w:rPr>
        <w:t xml:space="preserve">[00:53] </w:t>
      </w:r>
      <w:r>
        <w:t>anxiety related problem.</w:t>
      </w:r>
    </w:p>
    <w:p>
      <w:pPr>
        <w:jc w:val="right"/>
      </w:pPr>
      <w:r>
        <w:t>اینگزائٹی ریلیٹڈ پرابلم۔</w:t>
      </w:r>
    </w:p>
    <w:p>
      <w:r>
        <w:rPr>
          <w:b/>
        </w:rPr>
        <w:t xml:space="preserve">[00:54] </w:t>
      </w:r>
      <w:r>
        <w:t>to har aadmi bol raha hai, har ladki, har aurat, counselor, bas bole ja rahe hain, bole chale,</w:t>
      </w:r>
    </w:p>
    <w:p>
      <w:pPr>
        <w:jc w:val="right"/>
      </w:pPr>
      <w:r>
        <w:t>تو ہر آدمی بول رہا ہے، ہر لڑکی، ہر عورت، کونسلر، بس بولے جا رہے ہیں، بولے چلے،</w:t>
      </w:r>
    </w:p>
    <w:p>
      <w:r>
        <w:rPr>
          <w:b/>
        </w:rPr>
        <w:t xml:space="preserve">[01:02] </w:t>
      </w:r>
      <w:r>
        <w:t>bole chale ja rahe hain.</w:t>
      </w:r>
    </w:p>
    <w:p>
      <w:pPr>
        <w:jc w:val="right"/>
      </w:pPr>
      <w:r>
        <w:t>بولے چلے جا رہے ہیں۔</w:t>
      </w:r>
    </w:p>
    <w:p>
      <w:r>
        <w:rPr>
          <w:b/>
        </w:rPr>
        <w:t xml:space="preserve">[01:04] </w:t>
      </w:r>
      <w:r>
        <w:t>meri samajh mein kuch bhi nahi aata tha.</w:t>
      </w:r>
    </w:p>
    <w:p>
      <w:pPr>
        <w:jc w:val="right"/>
      </w:pPr>
      <w:r>
        <w:t>میری سمجھ میں کچھ بھی نہیں آتا تھا۔</w:t>
      </w:r>
    </w:p>
    <w:p>
      <w:r>
        <w:rPr>
          <w:b/>
        </w:rPr>
        <w:t xml:space="preserve">[01:08] </w:t>
      </w:r>
      <w:r>
        <w:t>khas baat yeh hai ke har aadmi isi baat ko nahi karta tha, isi baat ko haan karta</w:t>
      </w:r>
    </w:p>
    <w:p>
      <w:pPr>
        <w:jc w:val="right"/>
      </w:pPr>
      <w:r>
        <w:t>خاص بات یہ ہے کہ ہر آدمی اسی بات کو نہیں کرتا تھا، اسی بات کو ہاں کرتا</w:t>
      </w:r>
    </w:p>
    <w:p>
      <w:r>
        <w:rPr>
          <w:b/>
        </w:rPr>
        <w:t xml:space="preserve">[01:15] </w:t>
      </w:r>
      <w:r>
        <w:t>tha.</w:t>
      </w:r>
    </w:p>
    <w:p>
      <w:pPr>
        <w:jc w:val="right"/>
      </w:pPr>
      <w:r>
        <w:t>تھا۔</w:t>
      </w:r>
    </w:p>
    <w:p>
      <w:r>
        <w:rPr>
          <w:b/>
        </w:rPr>
        <w:t xml:space="preserve">[01:17] </w:t>
      </w:r>
      <w:r>
        <w:t>jaise ek aurat ne kaha ke mujhe to koi anxiety nahi, main to bilkul khush rehti hoon.</w:t>
      </w:r>
    </w:p>
    <w:p>
      <w:pPr>
        <w:jc w:val="right"/>
      </w:pPr>
      <w:r>
        <w:t>جیسے ایک عورت نے کہا کہ مجھے تو کوئی اینگزائٹی نہیں، میں تو بالکل خوش رہتی ہوں۔</w:t>
      </w:r>
    </w:p>
    <w:p>
      <w:r>
        <w:rPr>
          <w:b/>
        </w:rPr>
        <w:t xml:space="preserve">[01:24] </w:t>
      </w:r>
      <w:r>
        <w:t>phir khud hi kya kehti hai, lekin jab bahar nikalti hoon main to mujhe har waqt ek soch</w:t>
      </w:r>
    </w:p>
    <w:p>
      <w:pPr>
        <w:jc w:val="right"/>
      </w:pPr>
      <w:r>
        <w:t>پھر خود ہی کیا کہتی ہے، لیکن جب باہر نکلتی ہوں میں تو مجھے ہر وقت ایک سوچ</w:t>
      </w:r>
    </w:p>
    <w:p>
      <w:r>
        <w:rPr>
          <w:b/>
        </w:rPr>
        <w:t xml:space="preserve">[01:32] </w:t>
      </w:r>
      <w:r>
        <w:t>mere dil mein aati rehti hai ke pata nahi log mujhe kaisa dekhte honge, mera makeup</w:t>
      </w:r>
    </w:p>
    <w:p>
      <w:pPr>
        <w:jc w:val="right"/>
      </w:pPr>
      <w:r>
        <w:t>میرے دل میں آتی رہتی ہے کہ پتہ نہیں لوگ مجھے کیسا دیکھتے ہوں گے، میرا میک اپ</w:t>
      </w:r>
    </w:p>
    <w:p>
      <w:r>
        <w:rPr>
          <w:b/>
        </w:rPr>
        <w:t xml:space="preserve">[01:40] </w:t>
      </w:r>
      <w:r>
        <w:t>kaisa lagega logon ko, mere kapron ka rang logon ko kaisa lagega.</w:t>
      </w:r>
    </w:p>
    <w:p>
      <w:pPr>
        <w:jc w:val="right"/>
      </w:pPr>
      <w:r>
        <w:t>کیسا لگے گا لوگوں کو، میرے کپڑوں کا رنگ لوگوں کو کیسا لگے گا۔</w:t>
      </w:r>
    </w:p>
    <w:p>
      <w:r>
        <w:rPr>
          <w:b/>
        </w:rPr>
        <w:t xml:space="preserve">[01:46] </w:t>
      </w:r>
      <w:r>
        <w:t>is wajah se main ghabrai ghabrai rehti hoon.</w:t>
      </w:r>
    </w:p>
    <w:p>
      <w:pPr>
        <w:jc w:val="right"/>
      </w:pPr>
      <w:r>
        <w:t>اس وجہ سے میں گھبرائی گھبرائی رہتی ہوں۔</w:t>
      </w:r>
    </w:p>
    <w:p>
      <w:r>
        <w:rPr>
          <w:b/>
        </w:rPr>
        <w:t xml:space="preserve">[01:49] </w:t>
      </w:r>
      <w:r>
        <w:t>yahi to anxiety hai.</w:t>
      </w:r>
    </w:p>
    <w:p>
      <w:pPr>
        <w:jc w:val="right"/>
      </w:pPr>
      <w:r>
        <w:t>یہی تو اینگزائٹی ہے۔</w:t>
      </w:r>
    </w:p>
    <w:p>
      <w:r>
        <w:rPr>
          <w:b/>
        </w:rPr>
        <w:t xml:space="preserve">[01:51] </w:t>
      </w:r>
      <w:r>
        <w:t>to ek taraf keh rahi hai ke mujhe koi anxiety problem nahi hai, doosri taraf khud hi keh</w:t>
      </w:r>
    </w:p>
    <w:p>
      <w:pPr>
        <w:jc w:val="right"/>
      </w:pPr>
      <w:r>
        <w:t>تو ایک طرف کہہ رہی ہے کہ مجھے کوئی اینگزائٹی پرابلم نہیں ہے، دوسری طرف خود ہی کہہ</w:t>
      </w:r>
    </w:p>
    <w:p>
      <w:r>
        <w:rPr>
          <w:b/>
        </w:rPr>
        <w:t xml:space="preserve">[01:58] </w:t>
      </w:r>
      <w:r>
        <w:t>rahi hai ke main anxiety problem mein rehti hoon.</w:t>
      </w:r>
    </w:p>
    <w:p>
      <w:pPr>
        <w:jc w:val="right"/>
      </w:pPr>
      <w:r>
        <w:t>رہی ہے کہ میں اینگزائٹی پرابلم میں رہتی ہوں۔</w:t>
      </w:r>
    </w:p>
    <w:p>
      <w:r>
        <w:rPr>
          <w:b/>
        </w:rPr>
        <w:t xml:space="preserve">[02:02] </w:t>
      </w:r>
      <w:r>
        <w:t>to bas bol rahe hain, bol rahe hain.</w:t>
      </w:r>
    </w:p>
    <w:p>
      <w:pPr>
        <w:jc w:val="right"/>
      </w:pPr>
      <w:r>
        <w:t>تو بس بول رہے ہیں، بول رہے ہیں۔</w:t>
      </w:r>
    </w:p>
    <w:p>
      <w:r>
        <w:rPr>
          <w:b/>
        </w:rPr>
        <w:t xml:space="preserve">[02:06] </w:t>
      </w:r>
      <w:r>
        <w:t>to main is se main ne yeh nikala ke, aur sab travel baatein hain, bilkul travel baatein.</w:t>
      </w:r>
    </w:p>
    <w:p>
      <w:pPr>
        <w:jc w:val="right"/>
      </w:pPr>
      <w:r>
        <w:t>تو میں اس سے میں نے یہ نکالا کہ، اور سب ٹریول باتیں ہیں، بالکل ٹریول باتیں۔</w:t>
      </w:r>
    </w:p>
    <w:p>
      <w:r>
        <w:rPr>
          <w:b/>
        </w:rPr>
        <w:t xml:space="preserve">[02:13] </w:t>
      </w:r>
      <w:r>
        <w:t>ek aurat bade dhoom se is ne bataya ke meri ek beti hai, mere paros mein teen bachche</w:t>
      </w:r>
    </w:p>
    <w:p>
      <w:pPr>
        <w:jc w:val="right"/>
      </w:pPr>
      <w:r>
        <w:t>ایک عورت بڑے دھوم سے اس نے بتایا کہ میری ایک بیٹی ہے، میرے پڑوس میں تین بچے</w:t>
      </w:r>
    </w:p>
    <w:p>
      <w:r>
        <w:rPr>
          <w:b/>
        </w:rPr>
        <w:t xml:space="preserve">[02:21] </w:t>
      </w:r>
      <w:r>
        <w:t>hain, meri beti kehti hai ek muma, ek beta in se le lo, hum bhi do ho jayen</w:t>
      </w:r>
    </w:p>
    <w:p>
      <w:pPr>
        <w:jc w:val="right"/>
      </w:pPr>
      <w:r>
        <w:t>ہیں، میری بیٹی کہتی ہے ایک مما، ایک بیٹا ان سے لے لو، ہم بھی دو ہو جائیں</w:t>
      </w:r>
    </w:p>
    <w:p>
      <w:r>
        <w:rPr>
          <w:b/>
        </w:rPr>
        <w:t xml:space="preserve">[02:28] </w:t>
      </w:r>
      <w:r>
        <w:t>ge, woh bhi do ho jayen ge, ab haha ha.</w:t>
      </w:r>
    </w:p>
    <w:p>
      <w:pPr>
        <w:jc w:val="right"/>
      </w:pPr>
      <w:r>
        <w:t>گے، وہ بھی دو ہو جائیں گے، اب ہا ہا ہا۔</w:t>
      </w:r>
    </w:p>
    <w:p>
      <w:r>
        <w:rPr>
          <w:b/>
        </w:rPr>
        <w:t xml:space="preserve">[02:33] </w:t>
      </w:r>
      <w:r>
        <w:t>is tarah ki travel baatein kar ke haha haha.</w:t>
      </w:r>
    </w:p>
    <w:p>
      <w:pPr>
        <w:jc w:val="right"/>
      </w:pPr>
      <w:r>
        <w:t>اس طرح کی ٹریول باتیں کر کے ہا ہا ہا ہا۔</w:t>
      </w:r>
    </w:p>
    <w:p>
      <w:r>
        <w:rPr>
          <w:b/>
        </w:rPr>
        <w:t xml:space="preserve">[02:38] </w:t>
      </w:r>
      <w:r>
        <w:t>to main ne socha ke is zamane mein sab se badi jo kami hai woh sochne ki kami</w:t>
      </w:r>
    </w:p>
    <w:p>
      <w:pPr>
        <w:jc w:val="right"/>
      </w:pPr>
      <w:r>
        <w:t>تو میں نے سوچا کہ اس زمانے میں سب سے بڑی جو کمی ہے وہ سوچنے کی کمی</w:t>
      </w:r>
    </w:p>
    <w:p>
      <w:r>
        <w:rPr>
          <w:b/>
        </w:rPr>
        <w:t xml:space="preserve">[02:46]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[02:47] </w:t>
      </w:r>
      <w:r>
        <w:t>sochne ki kami.</w:t>
      </w:r>
    </w:p>
    <w:p>
      <w:pPr>
        <w:jc w:val="right"/>
      </w:pPr>
      <w:r>
        <w:t>سوچنے کی کمی۔</w:t>
      </w:r>
    </w:p>
    <w:p>
      <w:r>
        <w:rPr>
          <w:b/>
        </w:rPr>
        <w:t xml:space="preserve">[02:49] </w:t>
      </w:r>
      <w:r>
        <w:t>soche baghair bolna.</w:t>
      </w:r>
    </w:p>
    <w:p>
      <w:pPr>
        <w:jc w:val="right"/>
      </w:pPr>
      <w:r>
        <w:t>سوچے بغیر بولنا۔</w:t>
      </w:r>
    </w:p>
    <w:p>
      <w:r>
        <w:rPr>
          <w:b/>
        </w:rPr>
        <w:t xml:space="preserve">[02:50] </w:t>
      </w:r>
      <w:r>
        <w:t>bas bolna, bolna, bolna.</w:t>
      </w:r>
    </w:p>
    <w:p>
      <w:pPr>
        <w:jc w:val="right"/>
      </w:pPr>
      <w:r>
        <w:t>بس بولنا، بولنا، بولنا۔</w:t>
      </w:r>
    </w:p>
    <w:p>
      <w:r>
        <w:rPr>
          <w:b/>
        </w:rPr>
        <w:t xml:space="preserve">[02:52] </w:t>
      </w:r>
      <w:r>
        <w:t>isi baat ko nahi karna, isi baat ko haan karna.</w:t>
      </w:r>
    </w:p>
    <w:p>
      <w:pPr>
        <w:jc w:val="right"/>
      </w:pPr>
      <w:r>
        <w:t>اسی بات کو نہیں کرنا، اسی بات کو ہاں کرنا۔</w:t>
      </w:r>
    </w:p>
    <w:p>
      <w:r>
        <w:rPr>
          <w:b/>
        </w:rPr>
        <w:t xml:space="preserve">[02:56] </w:t>
      </w:r>
      <w:r>
        <w:t>aur yeh na janna ke kya aham hai, kya ghair aham.</w:t>
      </w:r>
    </w:p>
    <w:p>
      <w:pPr>
        <w:jc w:val="right"/>
      </w:pPr>
      <w:r>
        <w:t>اور یہ نہ جاننا کہ کیا اہم ہے، کیا غیر اہم۔</w:t>
      </w:r>
    </w:p>
    <w:p>
      <w:r>
        <w:rPr>
          <w:b/>
        </w:rPr>
        <w:t xml:space="preserve">[03:01] </w:t>
      </w:r>
      <w:r>
        <w:t>yeh bhi nahi samajhte log.</w:t>
      </w:r>
    </w:p>
    <w:p>
      <w:pPr>
        <w:jc w:val="right"/>
      </w:pPr>
      <w:r>
        <w:t>یہ بھی نہیں سمجھتے لوگ۔</w:t>
      </w:r>
    </w:p>
    <w:p>
      <w:r>
        <w:rPr>
          <w:b/>
        </w:rPr>
        <w:t xml:space="preserve">[03:03] </w:t>
      </w:r>
      <w:r>
        <w:t>misalan woh larki agar kehti hai bachchi.</w:t>
      </w:r>
    </w:p>
    <w:p>
      <w:pPr>
        <w:jc w:val="right"/>
      </w:pPr>
      <w:r>
        <w:t>مثلاً وہ لڑکی اگر کہتی ہے بچی۔</w:t>
      </w:r>
    </w:p>
    <w:p>
      <w:r>
        <w:rPr>
          <w:b/>
        </w:rPr>
        <w:t xml:space="preserve">[03:06] </w:t>
      </w:r>
      <w:r>
        <w:t>ek aur bachcha le lo, hum bhi do ho jayen, ya woh bhi do ho jayen, yeh to</w:t>
      </w:r>
    </w:p>
    <w:p>
      <w:pPr>
        <w:jc w:val="right"/>
      </w:pPr>
      <w:r>
        <w:t>ایک اور بچہ لے لو، ہم بھی دو ہو جائیں، یا وہ بھی دو ہو جائیں، یہ تو</w:t>
      </w:r>
    </w:p>
    <w:p>
      <w:r>
        <w:rPr>
          <w:b/>
        </w:rPr>
        <w:t xml:space="preserve">[03:14] </w:t>
      </w:r>
      <w:r>
        <w:t>tamashay ki baaten hain, is ko wahan par charchay mein lanay ka kya matlab hai.</w:t>
      </w:r>
    </w:p>
    <w:p>
      <w:pPr>
        <w:jc w:val="right"/>
      </w:pPr>
      <w:r>
        <w:t>تماشے کی باتیں ہیں، اس کو وہاں پر چرچے میں لانے کا کیا مطلب ہے۔</w:t>
      </w:r>
    </w:p>
    <w:p>
      <w:r>
        <w:rPr>
          <w:b/>
        </w:rPr>
        <w:t xml:space="preserve">[03:20] </w:t>
      </w:r>
      <w:r>
        <w:t>to aaj ke zamanay mein bohat bari musibat yeh hai ke aadmi har waqt travel cheezon mein rehta</w:t>
      </w:r>
    </w:p>
    <w:p>
      <w:pPr>
        <w:jc w:val="right"/>
      </w:pPr>
      <w:r>
        <w:t>تو آج کے زمانے میں بہت بڑی مصیبت یہ ہے کہ آدمی ہر وقت ٹریول چیزوں میں رہتا</w:t>
      </w:r>
    </w:p>
    <w:p>
      <w:r>
        <w:rPr>
          <w:b/>
        </w:rPr>
        <w:t xml:space="preserve">[03:28] </w:t>
      </w:r>
      <w:r>
        <w:t>hai, gehri soch hoti nahi kisi ke andar, balkay jantay hi nahi ke kya sochna hai, kya nahi</w:t>
      </w:r>
    </w:p>
    <w:p>
      <w:pPr>
        <w:jc w:val="right"/>
      </w:pPr>
      <w:r>
        <w:t>ہے، گہری سوچ ہوتی نہیں کسی کے اندر، بلکہ جانتے ہی نہیں کہ کیا سوچنا ہے، کیا نہیں</w:t>
      </w:r>
    </w:p>
    <w:p>
      <w:r>
        <w:rPr>
          <w:b/>
        </w:rPr>
        <w:t xml:space="preserve">[03:36] </w:t>
      </w:r>
      <w:r>
        <w:t>sochna hai.</w:t>
      </w:r>
    </w:p>
    <w:p>
      <w:pPr>
        <w:jc w:val="right"/>
      </w:pPr>
      <w:r>
        <w:t>سوچنا ہے۔</w:t>
      </w:r>
    </w:p>
    <w:p>
      <w:r>
        <w:rPr>
          <w:b/>
        </w:rPr>
        <w:t xml:space="preserve">[03:37] </w:t>
      </w:r>
      <w:r>
        <w:t>bas gup shup karna, ho ha karna, aur shopping karna.</w:t>
      </w:r>
    </w:p>
    <w:p>
      <w:pPr>
        <w:jc w:val="right"/>
      </w:pPr>
      <w:r>
        <w:t>بس گپ شپ کرنا، ہو ہا کرنا، اور شاپنگ کرنا۔</w:t>
      </w:r>
    </w:p>
    <w:p>
      <w:r>
        <w:rPr>
          <w:b/>
        </w:rPr>
        <w:t xml:space="preserve">[03:41] </w:t>
      </w:r>
      <w:r>
        <w:t>ab ek aurat kehti hai ke main mahine ke aakhir mein, main ne apne shohar se kaha ke</w:t>
      </w:r>
    </w:p>
    <w:p>
      <w:pPr>
        <w:jc w:val="right"/>
      </w:pPr>
      <w:r>
        <w:t>اب ایک عورت کہتی ہے کہ میں مہینے کے آخر میں، میں نے اپنے شوہر سے کہا کہ</w:t>
      </w:r>
    </w:p>
    <w:p>
      <w:r>
        <w:rPr>
          <w:b/>
        </w:rPr>
        <w:t xml:space="preserve">[03:49] </w:t>
      </w:r>
      <w:r>
        <w:t>chalo shopping ke liye, us ne kaha ab paisa kahan hai, ab to mahine ka aakhir agaya hai,</w:t>
      </w:r>
    </w:p>
    <w:p>
      <w:pPr>
        <w:jc w:val="right"/>
      </w:pPr>
      <w:r>
        <w:t>چلو شاپنگ کے لیے، اس نے کہا اب پیسہ کہاں ہے، اب تو مہینے کا آخر آگیا ہے،</w:t>
      </w:r>
    </w:p>
    <w:p>
      <w:r>
        <w:rPr>
          <w:b/>
        </w:rPr>
        <w:t xml:space="preserve">[03:57] </w:t>
      </w:r>
      <w:r>
        <w:t>to us ne kaha ke nahi chalenge, dekh ke chale aayenge.</w:t>
      </w:r>
    </w:p>
    <w:p>
      <w:pPr>
        <w:jc w:val="right"/>
      </w:pPr>
      <w:r>
        <w:t>تو اس نے کہا کہ نہیں چلیں گے، دیکھ کے چلے آئیں گے۔</w:t>
      </w:r>
    </w:p>
    <w:p>
      <w:r>
        <w:rPr>
          <w:b/>
        </w:rPr>
        <w:t xml:space="preserve">[04:02] </w:t>
      </w:r>
      <w:r>
        <w:t>ab wahan gayi to wahan par koi libas pasand agaya, us ne khareed liya, sara paisa khatam, ab</w:t>
      </w:r>
    </w:p>
    <w:p>
      <w:pPr>
        <w:jc w:val="right"/>
      </w:pPr>
      <w:r>
        <w:t>اب وہاں گئی تو وہاں پر کوئی لباس پسند آگیا، اس نے خرید لیا، سارا پیسہ ختم، اب</w:t>
      </w:r>
    </w:p>
    <w:p>
      <w:r>
        <w:rPr>
          <w:b/>
        </w:rPr>
        <w:t xml:space="preserve">[04:10] </w:t>
      </w:r>
      <w:r>
        <w:t>ha ha is mein bhi ha ha, ke mahine ke aakhir mein hamare paas koi paisa hi nahi</w:t>
      </w:r>
    </w:p>
    <w:p>
      <w:pPr>
        <w:jc w:val="right"/>
      </w:pPr>
      <w:r>
        <w:t>ہا ہا اس میں بھی ہا ہا، کہ مہینے کے آخر میں ہمارے پاس کوئی پیسہ ہی نہیں</w:t>
      </w:r>
    </w:p>
    <w:p>
      <w:r>
        <w:rPr>
          <w:b/>
        </w:rPr>
        <w:t xml:space="preserve">[04:18] </w:t>
      </w:r>
      <w:r>
        <w:t>tha.</w:t>
      </w:r>
    </w:p>
    <w:p>
      <w:pPr>
        <w:jc w:val="right"/>
      </w:pPr>
      <w:r>
        <w:t>تھا۔</w:t>
      </w:r>
    </w:p>
    <w:p>
      <w:r>
        <w:rPr>
          <w:b/>
        </w:rPr>
        <w:t xml:space="preserve">[04:19] </w:t>
      </w:r>
      <w:r>
        <w:t>kya matlab hai is baaton ka? bila soche bolna, khayalat ka intezam koi janta nahi.</w:t>
      </w:r>
    </w:p>
    <w:p>
      <w:pPr>
        <w:jc w:val="right"/>
      </w:pPr>
      <w:r>
        <w:t>کیا مطلب ہے اس باتوں کا؟ بلا سوچے بولنا، خیالات کا انتظام کوئی جانتا نہیں۔</w:t>
      </w:r>
    </w:p>
    <w:p>
      <w:r>
        <w:rPr>
          <w:b/>
        </w:rPr>
        <w:t xml:space="preserve">[04:26] </w:t>
      </w:r>
      <w:r>
        <w:t>khayalat ka intezam koi janta nahi.</w:t>
      </w:r>
    </w:p>
    <w:p>
      <w:pPr>
        <w:jc w:val="right"/>
      </w:pPr>
      <w:r>
        <w:t>خیالات کا انتظام کوئی جانتا نہیں۔</w:t>
      </w:r>
    </w:p>
    <w:p>
      <w:r>
        <w:rPr>
          <w:b/>
        </w:rPr>
        <w:t xml:space="preserve">[04:28] </w:t>
      </w:r>
      <w:r>
        <w:t>sochna kya hai is ko koi janta nahi.</w:t>
      </w:r>
    </w:p>
    <w:p>
      <w:pPr>
        <w:jc w:val="right"/>
      </w:pPr>
      <w:r>
        <w:t>سوچنا کیا ہے اس کو کوئی جانتا نہیں۔</w:t>
      </w:r>
    </w:p>
    <w:p>
      <w:r>
        <w:rPr>
          <w:b/>
        </w:rPr>
        <w:t xml:space="preserve">[04:32] </w:t>
      </w:r>
      <w:r>
        <w:t>to main samajhta hoon ke is zamanay mein to yeh hai ke log chup rahen, bas.</w:t>
      </w:r>
    </w:p>
    <w:p>
      <w:pPr>
        <w:jc w:val="right"/>
      </w:pPr>
      <w:r>
        <w:t>تو میں سمجھتا ہوں کہ اس زمانے میں تو یہ ہے کہ لوگ چپ رہیں، بس۔</w:t>
      </w:r>
    </w:p>
    <w:p>
      <w:r>
        <w:rPr>
          <w:b/>
        </w:rPr>
        <w:t xml:space="preserve">[04:39] </w:t>
      </w:r>
      <w:r>
        <w:t>chup rahen, chup rahen, chup rahen.</w:t>
      </w:r>
    </w:p>
    <w:p>
      <w:pPr>
        <w:jc w:val="right"/>
      </w:pPr>
      <w:r>
        <w:t>چپ رہیں، چپ رہیں، چپ رہیں۔</w:t>
      </w:r>
    </w:p>
    <w:p>
      <w:r>
        <w:rPr>
          <w:b/>
        </w:rPr>
        <w:t xml:space="preserve">[04:41] </w:t>
      </w:r>
      <w:r>
        <w:t>kyun? jab chup rahenge to sochenge.</w:t>
      </w:r>
    </w:p>
    <w:p>
      <w:pPr>
        <w:jc w:val="right"/>
      </w:pPr>
      <w:r>
        <w:t>کیوں؟ جب چپ رہیں گے تو سوچیں گے۔</w:t>
      </w:r>
    </w:p>
    <w:p>
      <w:r>
        <w:rPr>
          <w:b/>
        </w:rPr>
        <w:t xml:space="preserve">[04:45] </w:t>
      </w:r>
      <w:r>
        <w:t>chup rehne ka matlab hai sochna.</w:t>
      </w:r>
    </w:p>
    <w:p>
      <w:pPr>
        <w:jc w:val="right"/>
      </w:pPr>
      <w:r>
        <w:t>چپ رہنے کا مطلب ہے سوچنا۔</w:t>
      </w:r>
    </w:p>
    <w:p>
      <w:r>
        <w:rPr>
          <w:b/>
        </w:rPr>
        <w:t xml:space="preserve">[04:47] </w:t>
      </w:r>
      <w:r>
        <w:t>aadmi dekhiye, pathar nahi hai, ek pathar ki tarah chup nahi reh sakta hai woh.</w:t>
      </w:r>
    </w:p>
    <w:p>
      <w:pPr>
        <w:jc w:val="right"/>
      </w:pPr>
      <w:r>
        <w:t>آدمی دیکھئے، پتھر نہیں ہے، ایک پتھر کی طرح چپ نہیں رہ سکتا ہے وہ۔</w:t>
      </w:r>
    </w:p>
    <w:p>
      <w:r>
        <w:rPr>
          <w:b/>
        </w:rPr>
        <w:t xml:space="preserve">[04:54] </w:t>
      </w:r>
      <w:r>
        <w:t>aadmi mujassama nahi hai.</w:t>
      </w:r>
    </w:p>
    <w:p>
      <w:pPr>
        <w:jc w:val="right"/>
      </w:pPr>
      <w:r>
        <w:t>آدمی مجسمہ نہیں ہے۔</w:t>
      </w:r>
    </w:p>
    <w:p>
      <w:r>
        <w:rPr>
          <w:b/>
        </w:rPr>
        <w:t xml:space="preserve">[04:55] </w:t>
      </w:r>
      <w:r>
        <w:t>aadmi to sochne wala janwar hai.</w:t>
      </w:r>
    </w:p>
    <w:p>
      <w:pPr>
        <w:jc w:val="right"/>
      </w:pPr>
      <w:r>
        <w:t>آدمی تو سوچنے والا جانور ہے۔</w:t>
      </w:r>
    </w:p>
    <w:p>
      <w:r>
        <w:rPr>
          <w:b/>
        </w:rPr>
        <w:t xml:space="preserve">[04:58] </w:t>
      </w:r>
      <w:r>
        <w:t>chup rahega tab bhi sochega.</w:t>
      </w:r>
    </w:p>
    <w:p>
      <w:pPr>
        <w:jc w:val="right"/>
      </w:pPr>
      <w:r>
        <w:t>چپ رہے گا تب بھی سوچے گا۔</w:t>
      </w:r>
    </w:p>
    <w:p>
      <w:r>
        <w:rPr>
          <w:b/>
        </w:rPr>
        <w:t xml:space="preserve">[05:01] </w:t>
      </w:r>
      <w:r>
        <w:t>to kam az kam sochna to aajaye logon ko.</w:t>
      </w:r>
    </w:p>
    <w:p>
      <w:pPr>
        <w:jc w:val="right"/>
      </w:pPr>
      <w:r>
        <w:t>تو کم از کم سوچنا تو آجائے لوگوں کو۔</w:t>
      </w:r>
    </w:p>
    <w:p>
      <w:r>
        <w:rPr>
          <w:b/>
        </w:rPr>
        <w:t xml:space="preserve">[05:05] </w:t>
      </w:r>
      <w:r>
        <w:t>ek sahab ka hamare paas, ek khatoon ka hamare paas telephone aaya.</w:t>
      </w:r>
    </w:p>
    <w:p>
      <w:pPr>
        <w:jc w:val="right"/>
      </w:pPr>
      <w:r>
        <w:t>ایک صاحب کا ہمارے پاس، ایک خاتون کا ہمارے پاس ٹیلی فون آیا۔</w:t>
      </w:r>
    </w:p>
    <w:p>
      <w:r>
        <w:rPr>
          <w:b/>
        </w:rPr>
        <w:t xml:space="preserve">[05:10] </w:t>
      </w:r>
      <w:r>
        <w:t>unhone kaha ke mera shohar jo hai woh is se bohat naraz rehta hai, aur kehti hain</w:t>
      </w:r>
    </w:p>
    <w:p>
      <w:pPr>
        <w:jc w:val="right"/>
      </w:pPr>
      <w:r>
        <w:t>انہوں نے کہا کہ میرا شوہر جو ہے وہ اس سے بہت ناراض رہتا ہے، اور کہتی ہیں</w:t>
      </w:r>
    </w:p>
    <w:p>
      <w:r>
        <w:rPr>
          <w:b/>
        </w:rPr>
        <w:t xml:space="preserve">[05:18] </w:t>
      </w:r>
      <w:r>
        <w:t>main theek rehti hoon, bohat achi tarah rehti hoon, magar woh is ko, woh khush nahi rehta.</w:t>
      </w:r>
    </w:p>
    <w:p>
      <w:pPr>
        <w:jc w:val="right"/>
      </w:pPr>
      <w:r>
        <w:t>میں ٹھیک رہتی ہوں، بہت اچھی طرح رہتی ہوں، مگر وہ اس کو، وہ خوش نہیں رہتا۔</w:t>
      </w:r>
    </w:p>
    <w:p>
      <w:r>
        <w:rPr>
          <w:b/>
        </w:rPr>
        <w:t xml:space="preserve">[05:25] </w:t>
      </w:r>
      <w:r>
        <w:t>ab bohat der tak isi baat ko bolti rahin, kafi der tak.</w:t>
      </w:r>
    </w:p>
    <w:p>
      <w:pPr>
        <w:jc w:val="right"/>
      </w:pPr>
      <w:r>
        <w:t>اب بہت دیر تک اسی بات کو بولتی رہیں، کافی دیر تک۔</w:t>
      </w:r>
    </w:p>
    <w:p>
      <w:r>
        <w:rPr>
          <w:b/>
        </w:rPr>
        <w:t xml:space="preserve">[05:30] </w:t>
      </w:r>
      <w:r>
        <w:t>to main ne un se kaha ke main to aap se hi, unhone kaha ke main das</w:t>
      </w:r>
    </w:p>
    <w:p>
      <w:pPr>
        <w:jc w:val="right"/>
      </w:pPr>
      <w:r>
        <w:t>تو میں نے ان سے کہا کہ میں تو آپ سے ہی، انہوں نے کہا کہ میں دس</w:t>
      </w:r>
    </w:p>
    <w:p>
      <w:r>
        <w:rPr>
          <w:b/>
        </w:rPr>
        <w:t xml:space="preserve">[05:38] </w:t>
      </w:r>
      <w:r>
        <w:t>saal se apne shohar ke sath hoon.</w:t>
      </w:r>
    </w:p>
    <w:p>
      <w:pPr>
        <w:jc w:val="right"/>
      </w:pPr>
      <w:r>
        <w:t>سال سے اپنے شوہر کے ساتھ ہوں۔</w:t>
      </w:r>
    </w:p>
    <w:p>
      <w:r>
        <w:rPr>
          <w:b/>
        </w:rPr>
        <w:t xml:space="preserve">[05:41] </w:t>
      </w:r>
      <w:r>
        <w:t>main ne kaha to main das minute bhi ghabra gaya aap ki baaton se, woh das saal kaise</w:t>
      </w:r>
    </w:p>
    <w:p>
      <w:pPr>
        <w:jc w:val="right"/>
      </w:pPr>
      <w:r>
        <w:t>میں نے کہا تو میں دس منٹ بھی گھبرا گیا آپ کی باتوں سے، وہ دس سال کیسے</w:t>
      </w:r>
    </w:p>
    <w:p>
      <w:r>
        <w:rPr>
          <w:b/>
        </w:rPr>
        <w:t xml:space="preserve">[05:49] </w:t>
      </w:r>
      <w:r>
        <w:t>reh raha hai? yeh itna bolti hain aap, ek jumle ke liye aap ne so jumle bole.</w:t>
      </w:r>
    </w:p>
    <w:p>
      <w:pPr>
        <w:jc w:val="right"/>
      </w:pPr>
      <w:r>
        <w:t>رہ رہا ہے؟ یہ اتنا بولتی ہیں آپ، ایک جملے کے لیے آپ نے سو جملے بولے۔</w:t>
      </w:r>
    </w:p>
    <w:p>
      <w:r>
        <w:rPr>
          <w:b/>
        </w:rPr>
        <w:t xml:space="preserve">[05:56] </w:t>
      </w:r>
      <w:r>
        <w:t>to main ne kaha ke dekhiye aap ka masla kuch bhi nahi hai, siwaye is ke ke aap</w:t>
      </w:r>
    </w:p>
    <w:p>
      <w:pPr>
        <w:jc w:val="right"/>
      </w:pPr>
      <w:r>
        <w:t>تو میں نے کہا کہ دیکھئے آپ کا مسئلہ کچھ بھی نہیں ہے، سوائے اس کے کہ آپ</w:t>
      </w:r>
    </w:p>
    <w:p>
      <w:r>
        <w:rPr>
          <w:b/>
        </w:rPr>
        <w:t xml:space="preserve">[06:04] </w:t>
      </w:r>
      <w:r>
        <w:t>bolna band kardain.</w:t>
      </w:r>
    </w:p>
    <w:p>
      <w:pPr>
        <w:jc w:val="right"/>
      </w:pPr>
      <w:r>
        <w:t>بولنا بند کردیں۔</w:t>
      </w:r>
    </w:p>
    <w:p>
      <w:r>
        <w:rPr>
          <w:b/>
        </w:rPr>
        <w:t xml:space="preserve">[06:05] </w:t>
      </w:r>
      <w:r>
        <w:t>chup rahen.</w:t>
      </w:r>
    </w:p>
    <w:p>
      <w:pPr>
        <w:jc w:val="right"/>
      </w:pPr>
      <w:r>
        <w:t>چپ رہیں۔</w:t>
      </w:r>
    </w:p>
    <w:p>
      <w:r>
        <w:rPr>
          <w:b/>
        </w:rPr>
        <w:t xml:space="preserve">[06:07] </w:t>
      </w:r>
      <w:r>
        <w:t>bas, sab theek ho jayega.</w:t>
      </w:r>
    </w:p>
    <w:p>
      <w:pPr>
        <w:jc w:val="right"/>
      </w:pPr>
      <w:r>
        <w:t>بس، سب ٹھیک ہو جائے گا۔</w:t>
      </w:r>
    </w:p>
    <w:p>
      <w:r>
        <w:rPr>
          <w:b/>
        </w:rPr>
        <w:t xml:space="preserve">[06:09] </w:t>
      </w:r>
      <w:r>
        <w:t>aap ka jo shohar hai us ko aap ke bolne se pareshani hogi.</w:t>
      </w:r>
    </w:p>
    <w:p>
      <w:pPr>
        <w:jc w:val="right"/>
      </w:pPr>
      <w:r>
        <w:t>آپ کا جو شوہر ہے اس کو آپ کے بولنے سے پریشانی ہوگی۔</w:t>
      </w:r>
    </w:p>
    <w:p>
      <w:r>
        <w:rPr>
          <w:b/>
        </w:rPr>
        <w:t xml:space="preserve">[06:15] </w:t>
      </w:r>
      <w:r>
        <w:t>aur koi masla hi nahi hai, aap itna bolti hain, itna bolti hain, koi ghabra jata hoga woh.</w:t>
      </w:r>
    </w:p>
    <w:p>
      <w:pPr>
        <w:jc w:val="right"/>
      </w:pPr>
      <w:r>
        <w:t>اور کوئی مسئلہ ہی نہیں ہے، آپ اتنا بولتی ہیں، اتنا بولتی ہیں، کوئی گھبرا جاتا ہوگا وہ۔</w:t>
      </w:r>
    </w:p>
    <w:p>
      <w:r>
        <w:rPr>
          <w:b/>
        </w:rPr>
        <w:t xml:space="preserve">[06:23] </w:t>
      </w:r>
      <w:r>
        <w:t>bolne ka matlab kya hai? aap tabadla nahi kar pati hongi.</w:t>
      </w:r>
    </w:p>
    <w:p>
      <w:pPr>
        <w:jc w:val="right"/>
      </w:pPr>
      <w:r>
        <w:t>بولنے کا مطلب کیا ہے؟ آپ تبادلہ نہیں کر پاتی ہوں گی۔</w:t>
      </w:r>
    </w:p>
    <w:p>
      <w:r>
        <w:rPr>
          <w:b/>
        </w:rPr>
        <w:t xml:space="preserve">[06:28] </w:t>
      </w:r>
      <w:r>
        <w:t>tabadla hai do tarafah tabadlay ka.</w:t>
      </w:r>
    </w:p>
    <w:p>
      <w:pPr>
        <w:jc w:val="right"/>
      </w:pPr>
      <w:r>
        <w:t>تبادلہ ہے دو طرفہ تبادلے کا۔</w:t>
      </w:r>
    </w:p>
    <w:p>
      <w:r>
        <w:rPr>
          <w:b/>
        </w:rPr>
        <w:t xml:space="preserve">[06:30] </w:t>
      </w:r>
      <w:r>
        <w:t>kuch aap kahein, kuch doosra sune, behas ho.</w:t>
      </w:r>
    </w:p>
    <w:p>
      <w:pPr>
        <w:jc w:val="right"/>
      </w:pPr>
      <w:r>
        <w:t>کچھ آپ کہیں، کچھ دوسرا سنے، بحث ہو۔</w:t>
      </w:r>
    </w:p>
    <w:p>
      <w:r>
        <w:rPr>
          <w:b/>
        </w:rPr>
        <w:t xml:space="preserve">[06:34] </w:t>
      </w:r>
      <w:r>
        <w:t>to aap se, aap ke shohar se koi behas nahi hoti hogi.</w:t>
      </w:r>
    </w:p>
    <w:p>
      <w:pPr>
        <w:jc w:val="right"/>
      </w:pPr>
      <w:r>
        <w:t>تو آپ سے، آپ کے شوہر سے کوئی بحث نہیں ہوتی ہوگی۔</w:t>
      </w:r>
    </w:p>
    <w:p>
      <w:r>
        <w:rPr>
          <w:b/>
        </w:rPr>
        <w:t xml:space="preserve">[06:39] </w:t>
      </w:r>
      <w:r>
        <w:t>to unhon ne maana is baat ko, bas yeh bolti rehti hain, yeh bolti rehti hain, woh chup</w:t>
      </w:r>
    </w:p>
    <w:p>
      <w:pPr>
        <w:jc w:val="right"/>
      </w:pPr>
      <w:r>
        <w:t>تو انہوں نے مانا اس بات کو، بس یہ بولتی رہتی ہیں، یہ بولتی رہتی ہیں، وہ چپ</w:t>
      </w:r>
    </w:p>
    <w:p>
      <w:r>
        <w:rPr>
          <w:b/>
        </w:rPr>
        <w:t xml:space="preserve">[06:47] </w:t>
      </w:r>
      <w:r>
        <w:t>chap sunta rehta hai, aur uth ke chala jata hai woh.</w:t>
      </w:r>
    </w:p>
    <w:p>
      <w:pPr>
        <w:jc w:val="right"/>
      </w:pPr>
      <w:r>
        <w:t>چاپ سنتا رہتا ہے، اور اٹھ کے چلا جاتا ہے وہ۔</w:t>
      </w:r>
    </w:p>
    <w:p>
      <w:r>
        <w:rPr>
          <w:b/>
        </w:rPr>
        <w:t xml:space="preserve">[06:51] </w:t>
      </w:r>
      <w:r>
        <w:t>to yeh bhi aadmi ko jaanna chahiye ke is ka jo saathi hai, is ka jo saathi hai,</w:t>
      </w:r>
    </w:p>
    <w:p>
      <w:pPr>
        <w:jc w:val="right"/>
      </w:pPr>
      <w:r>
        <w:t>تو یہ بھی آدمی کو جاننا چاہیے کہ اس کا جو ساتھی ہے، اس کا جو ساتھی ہے،</w:t>
      </w:r>
    </w:p>
    <w:p>
      <w:r>
        <w:rPr>
          <w:b/>
        </w:rPr>
        <w:t xml:space="preserve">[06:59] </w:t>
      </w:r>
      <w:r>
        <w:t>is ko sirf aap ka bolna nahi darkaar hai, is ko tabadla chahiye, aap kuch kahein, woh kuch</w:t>
      </w:r>
    </w:p>
    <w:p>
      <w:pPr>
        <w:jc w:val="right"/>
      </w:pPr>
      <w:r>
        <w:t>اس کو صرف آپ کا بولنا نہیں درکار ہے، اس کو تبادلہ چاہیے، آپ کچھ کہیں، وہ کچھ</w:t>
      </w:r>
    </w:p>
    <w:p>
      <w:r>
        <w:rPr>
          <w:b/>
        </w:rPr>
        <w:t xml:space="preserve">[07:07] </w:t>
      </w:r>
      <w:r>
        <w:t>kahe.</w:t>
      </w:r>
    </w:p>
    <w:p>
      <w:pPr>
        <w:jc w:val="right"/>
      </w:pPr>
      <w:r>
        <w:t>کہے۔</w:t>
      </w:r>
    </w:p>
    <w:p>
      <w:r>
        <w:rPr>
          <w:b/>
        </w:rPr>
        <w:t xml:space="preserve">[07:08] </w:t>
      </w:r>
      <w:r>
        <w:t>do tarafah tabadla chahiye.</w:t>
      </w:r>
    </w:p>
    <w:p>
      <w:pPr>
        <w:jc w:val="right"/>
      </w:pPr>
      <w:r>
        <w:t>دو طرفہ تبادلہ چاہیے۔</w:t>
      </w:r>
    </w:p>
    <w:p>
      <w:r>
        <w:rPr>
          <w:b/>
        </w:rPr>
        <w:t xml:space="preserve">[07:10] </w:t>
      </w:r>
      <w:r>
        <w:t>tab ek doosre ko faida milega.</w:t>
      </w:r>
    </w:p>
    <w:p>
      <w:pPr>
        <w:jc w:val="right"/>
      </w:pPr>
      <w:r>
        <w:t>تب ایک دوسرے کو فائدہ ملے گا۔</w:t>
      </w:r>
    </w:p>
    <w:p>
      <w:r>
        <w:rPr>
          <w:b/>
        </w:rPr>
        <w:t xml:space="preserve">[07:13] </w:t>
      </w:r>
      <w:r>
        <w:t>mein samajhta hoon ke 99% logon ka masla yeh hai ke woh bohat bolte hain, bohat bolte hain.</w:t>
      </w:r>
    </w:p>
    <w:p>
      <w:pPr>
        <w:jc w:val="right"/>
      </w:pPr>
      <w:r>
        <w:t>میں سمجھتا ہوں کہ 99% لوگوں کا مسئلہ یہ ہے کہ وہ بہت بولتے ہیں، بہت بولتے ہیں۔</w:t>
      </w:r>
    </w:p>
    <w:p>
      <w:r>
        <w:rPr>
          <w:b/>
        </w:rPr>
        <w:t xml:space="preserve">[07:21] </w:t>
      </w:r>
      <w:r>
        <w:t>aur shikayat karte hain doosron ke baray mein.</w:t>
      </w:r>
    </w:p>
    <w:p>
      <w:pPr>
        <w:jc w:val="right"/>
      </w:pPr>
      <w:r>
        <w:t>اور شکایت کرتے ہیں دوسروں کے بارے میں۔</w:t>
      </w:r>
    </w:p>
    <w:p>
      <w:r>
        <w:rPr>
          <w:b/>
        </w:rPr>
        <w:t xml:space="preserve">[07:24] </w:t>
      </w:r>
      <w:r>
        <w:t>aazadi ke baad jo India mein haalat hui to ek patna ke ek shayar thay, kavi thay, kavi.</w:t>
      </w:r>
    </w:p>
    <w:p>
      <w:pPr>
        <w:jc w:val="right"/>
      </w:pPr>
      <w:r>
        <w:t>آزادی کے بعد جو انڈیا میں حالت ہوئی تو ایک پٹنہ کے ایک شاعر تھے، کوی تھے، کوی۔</w:t>
      </w:r>
    </w:p>
    <w:p>
      <w:r>
        <w:rPr>
          <w:b/>
        </w:rPr>
        <w:t xml:space="preserve">[07:32] </w:t>
      </w:r>
      <w:r>
        <w:t>to ek unhon ne ek kavi banai thi ke khane ko bhashad milte hain, peene ko updesh re.</w:t>
      </w:r>
    </w:p>
    <w:p>
      <w:pPr>
        <w:jc w:val="right"/>
      </w:pPr>
      <w:r>
        <w:t>تو ایک انہوں نے ایک کوی بنائی تھی کہ کھانے کو بھاشڑ ملتے ہیں، پینے کو اُپدیش رے۔</w:t>
      </w:r>
    </w:p>
    <w:p>
      <w:r>
        <w:rPr>
          <w:b/>
        </w:rPr>
        <w:t xml:space="preserve">[07:40] </w:t>
      </w:r>
      <w:r>
        <w:t>to har jagah baatein hain.</w:t>
      </w:r>
    </w:p>
    <w:p>
      <w:pPr>
        <w:jc w:val="right"/>
      </w:pPr>
      <w:r>
        <w:t>تو ہر جگہ باتیں ہیں۔</w:t>
      </w:r>
    </w:p>
    <w:p>
      <w:r>
        <w:rPr>
          <w:b/>
        </w:rPr>
        <w:t xml:space="preserve">[07:42] </w:t>
      </w:r>
      <w:r>
        <w:t>chahe aap siyasi maidan mein jaiye, market mein jaiye, ghar mein jaiye, society mein dekhiye, har aadmi bol</w:t>
      </w:r>
    </w:p>
    <w:p>
      <w:pPr>
        <w:jc w:val="right"/>
      </w:pPr>
      <w:r>
        <w:t>چاہے آپ سیاسی میدان میں جائیے، مارکیٹ میں جائیے، گھر میں جائیے، سوسائٹی میں دیکھئے، ہر آدمی بول</w:t>
      </w:r>
    </w:p>
    <w:p>
      <w:r>
        <w:rPr>
          <w:b/>
        </w:rPr>
        <w:t xml:space="preserve">[07:49] </w:t>
      </w:r>
      <w:r>
        <w:t>raha hai, bol raha hai, bol raha hai.</w:t>
      </w:r>
    </w:p>
    <w:p>
      <w:pPr>
        <w:jc w:val="right"/>
      </w:pPr>
      <w:r>
        <w:t>رہا ہے، بول رہا ہے، بول رہا ہے۔</w:t>
      </w:r>
    </w:p>
    <w:p>
      <w:r>
        <w:rPr>
          <w:b/>
        </w:rPr>
        <w:t xml:space="preserve">[07:53] </w:t>
      </w:r>
      <w:r>
        <w:t>to sunte sunte log ghabra gaye.</w:t>
      </w:r>
    </w:p>
    <w:p>
      <w:pPr>
        <w:jc w:val="right"/>
      </w:pPr>
      <w:r>
        <w:t>تو سنتے سنتے لوگ گھبرا گئے۔</w:t>
      </w:r>
    </w:p>
    <w:p>
      <w:r>
        <w:rPr>
          <w:b/>
        </w:rPr>
        <w:t xml:space="preserve">[07:55] </w:t>
      </w:r>
      <w:r>
        <w:t>har aadmi shor aaloodgi ka zariya bana hua hai.</w:t>
      </w:r>
    </w:p>
    <w:p>
      <w:pPr>
        <w:jc w:val="right"/>
      </w:pPr>
      <w:r>
        <w:t>ہر آدمی شور آلودگی کا ذریعہ بنا ہوا ہے۔</w:t>
      </w:r>
    </w:p>
    <w:p>
      <w:r>
        <w:rPr>
          <w:b/>
        </w:rPr>
        <w:t xml:space="preserve">[07:59] </w:t>
      </w:r>
      <w:r>
        <w:t>to mein samajhta hoon ke bohat hi zaroori hai ke hum jaanen ke humein apni soch ko kam</w:t>
      </w:r>
    </w:p>
    <w:p>
      <w:pPr>
        <w:jc w:val="right"/>
      </w:pPr>
      <w:r>
        <w:t>تو میں سمجھتا ہوں کہ بہت ہی ضروری ہے کہ ہم جانیں کہ ہمیں اپنی سوچ کو کم</w:t>
      </w:r>
    </w:p>
    <w:p>
      <w:r>
        <w:rPr>
          <w:b/>
        </w:rPr>
        <w:t xml:space="preserve">[08:07] </w:t>
      </w:r>
      <w:r>
        <w:t>karna hai, apne bolne ko kam karna hai.</w:t>
      </w:r>
    </w:p>
    <w:p>
      <w:pPr>
        <w:jc w:val="right"/>
      </w:pPr>
      <w:r>
        <w:t>کرنا ہے، اپنے بولنے کو کم کرنا ہے۔</w:t>
      </w:r>
    </w:p>
    <w:p>
      <w:r>
        <w:rPr>
          <w:b/>
        </w:rPr>
        <w:t xml:space="preserve">[08:10] </w:t>
      </w:r>
      <w:r>
        <w:t>bolne se zyada sunne ki aadat daalna hai.</w:t>
      </w:r>
    </w:p>
    <w:p>
      <w:pPr>
        <w:jc w:val="right"/>
      </w:pPr>
      <w:r>
        <w:t>بولنے سے زیادہ سننے کی عادت ڈالنا ہے۔</w:t>
      </w:r>
    </w:p>
    <w:p>
      <w:r>
        <w:rPr>
          <w:b/>
        </w:rPr>
        <w:t xml:space="preserve">[08:14] </w:t>
      </w:r>
      <w:r>
        <w:t>bolne se zyada humein doosron ki baat sunna hai.</w:t>
      </w:r>
    </w:p>
    <w:p>
      <w:pPr>
        <w:jc w:val="right"/>
      </w:pPr>
      <w:r>
        <w:t>بولنے سے زیادہ ہمیں دوسروں کی بات سننا ہے۔</w:t>
      </w:r>
    </w:p>
    <w:p>
      <w:r>
        <w:rPr>
          <w:b/>
        </w:rPr>
        <w:t xml:space="preserve">[08:18] </w:t>
      </w:r>
      <w:r>
        <w:t>phir koi masla nahi hoga, phir koi shikayat nahi karega aap se.</w:t>
      </w:r>
    </w:p>
    <w:p>
      <w:pPr>
        <w:jc w:val="right"/>
      </w:pPr>
      <w:r>
        <w:t>پھر کوئی مسئلہ نہیں ہوگا، پھر کوئی شکایت نہیں کرے گا آپ سے۔</w:t>
      </w:r>
    </w:p>
    <w:p>
      <w:r>
        <w:rPr>
          <w:b/>
        </w:rPr>
        <w:t xml:space="preserve">[08:23] </w:t>
      </w:r>
      <w:r>
        <w:t>to mein samajhta hoon ke ek hi formula hai, boliye kam, suniye zyada.</w:t>
      </w:r>
    </w:p>
    <w:p>
      <w:pPr>
        <w:jc w:val="right"/>
      </w:pPr>
      <w:r>
        <w:t>تو میں سمجھتا ہوں کہ ایک ہی فارمولا ہے، بولیے کم، سنیے زیادہ۔</w:t>
      </w:r>
    </w:p>
    <w:p>
      <w:r>
        <w:rPr>
          <w:b/>
        </w:rPr>
        <w:t xml:space="preserve">[08:29] </w:t>
      </w:r>
      <w:r>
        <w:t>bas.</w:t>
      </w:r>
    </w:p>
    <w:p>
      <w:pPr>
        <w:jc w:val="right"/>
      </w:pPr>
      <w:r>
        <w:t>بس۔</w:t>
      </w:r>
    </w:p>
    <w:p>
      <w:r>
        <w:rPr>
          <w:b/>
        </w:rPr>
        <w:t xml:space="preserve">[08:30] </w:t>
      </w:r>
      <w:r>
        <w:t>apni kahani se zyada doosre ki baat ko dhyan diye ke woh kya keh raha hai.</w:t>
      </w:r>
    </w:p>
    <w:p>
      <w:pPr>
        <w:jc w:val="right"/>
      </w:pPr>
      <w:r>
        <w:t>اپنی کہانی سے زیادہ دوسرے کی بات کو دھیان دیئے کہ وہ کیا کہہ رہا ہے۔</w:t>
      </w:r>
    </w:p>
    <w:p>
      <w:r>
        <w:rPr>
          <w:b/>
        </w:rPr>
        <w:t xml:space="preserve">[08:37] </w:t>
      </w:r>
      <w:r>
        <w:t>to behtareen formula mein ne dekha yeh hai ke boliye kam aur suniye zyada.</w:t>
      </w:r>
    </w:p>
    <w:p>
      <w:pPr>
        <w:jc w:val="right"/>
      </w:pPr>
      <w:r>
        <w:t>تو بہترین فارمولا میں نے دیکھا یہ ہے کہ بولیے کم اور سنیے زیادہ۔</w:t>
      </w:r>
    </w:p>
    <w:p>
      <w:r>
        <w:rPr>
          <w:b/>
        </w:rPr>
        <w:t xml:space="preserve">[08:43] </w:t>
      </w:r>
      <w:r>
        <w:t>aur is ke baad aap ka doosron ke sath bohat acha taluq ban jaye ga.</w:t>
      </w:r>
    </w:p>
    <w:p>
      <w:pPr>
        <w:jc w:val="right"/>
      </w:pPr>
      <w:r>
        <w:t>اور اس کے بعد آپ کا دوسروں کے ساتھ بہت اچھا تعلق بن جائے گا۔</w:t>
      </w:r>
    </w:p>
    <w:p>
      <w:r>
        <w:rPr>
          <w:b/>
        </w:rPr>
        <w:t xml:space="preserve">[08:50] </w:t>
      </w:r>
      <w:r>
        <w:t>na aap ko doosron se shikayat ho gi, aur na doosron ko aap se shikayat ho gi.</w:t>
      </w:r>
    </w:p>
    <w:p>
      <w:pPr>
        <w:jc w:val="right"/>
      </w:pPr>
      <w:r>
        <w:t>نہ آپ کو دوسروں سے شکایت ہوگی، اور نہ دوسروں کو آپ سے شکایت ہوگی۔</w:t>
      </w:r>
    </w:p>
    <w:p>
      <w:r>
        <w:rPr>
          <w:b/>
        </w:rPr>
        <w:t xml:space="preserve">[08:56] </w:t>
      </w:r>
      <w:r>
        <w:t>is zamane ka main samajhta hoon ke yeh masla hi hai ke log bohat ziyada bolne lage hain.</w:t>
      </w:r>
    </w:p>
    <w:p>
      <w:pPr>
        <w:jc w:val="right"/>
      </w:pPr>
      <w:r>
        <w:t>اس زمانے کا میں سمجھتا ہوں کہ یہ مسئلہ ہی ہے کہ لوگ بہت زیادہ بولنے لگے ہیں۔</w:t>
      </w:r>
    </w:p>
    <w:p>
      <w:r>
        <w:rPr>
          <w:b/>
        </w:rPr>
        <w:t xml:space="preserve">[09:04] </w:t>
      </w:r>
      <w:r>
        <w:t>is liye sochana jo hai woh kam ho gaya hai.</w:t>
      </w:r>
    </w:p>
    <w:p>
      <w:pPr>
        <w:jc w:val="right"/>
      </w:pPr>
      <w:r>
        <w:t>اس لیے سوچنا جو ہے وہ کم ہوگیا ہے۔</w:t>
      </w:r>
    </w:p>
    <w:p>
      <w:r>
        <w:rPr>
          <w:b/>
        </w:rPr>
        <w:t xml:space="preserve">[09:08] </w:t>
      </w:r>
      <w:r>
        <w:t>jab ziyada bolen ge, to ab sochen kaise aap.</w:t>
      </w:r>
    </w:p>
    <w:p>
      <w:pPr>
        <w:jc w:val="right"/>
      </w:pPr>
      <w:r>
        <w:t>جب زیادہ بولیں گے، تو اب سوچیں کیسے آپ۔</w:t>
      </w:r>
    </w:p>
    <w:p>
      <w:r>
        <w:rPr>
          <w:b/>
        </w:rPr>
        <w:t xml:space="preserve">[09:12] </w:t>
      </w:r>
      <w:r>
        <w:t>kisi ne sahi kaha hai ke "When I am speaking, I am not thinking۔" ek sahib se baat</w:t>
      </w:r>
    </w:p>
    <w:p>
      <w:pPr>
        <w:jc w:val="right"/>
      </w:pPr>
      <w:r>
        <w:t>کسی نے صحیح کہا ہے کہ "When I am speaking, I am not thinking۔" ایک صاحب سے بات</w:t>
      </w:r>
    </w:p>
    <w:p>
      <w:r>
        <w:rPr>
          <w:b/>
        </w:rPr>
        <w:t xml:space="preserve">[09:19] </w:t>
      </w:r>
      <w:r>
        <w:t>hui to unhon ne kaha ke is zamane ke bachche jo hain woh kehte hain, woh baap the,</w:t>
      </w:r>
    </w:p>
    <w:p>
      <w:pPr>
        <w:jc w:val="right"/>
      </w:pPr>
      <w:r>
        <w:t>ہوئی تو انہوں نے کہا کہ اس زمانے کے بچے جو ہیں وہ کہتے ہیں، وہ باپ تھے،</w:t>
      </w:r>
    </w:p>
    <w:p>
      <w:r>
        <w:rPr>
          <w:b/>
        </w:rPr>
        <w:t xml:space="preserve">[09:27] </w:t>
      </w:r>
      <w:r>
        <w:t>un ke kuch bachche the, woh kehte hain ke sahib aap ziyada nahi jante baton ko, hum jante</w:t>
      </w:r>
    </w:p>
    <w:p>
      <w:pPr>
        <w:jc w:val="right"/>
      </w:pPr>
      <w:r>
        <w:t>ان کے کچھ بچے تھے، وہ کہتے ہیں کہ صاحب آپ زیادہ نہیں جانتے باتوں کو، ہم جانتے</w:t>
      </w:r>
    </w:p>
    <w:p>
      <w:r>
        <w:rPr>
          <w:b/>
        </w:rPr>
        <w:t xml:space="preserve">[09:35] </w:t>
      </w:r>
      <w:r>
        <w:t>hain ziyada.</w:t>
      </w:r>
    </w:p>
    <w:p>
      <w:pPr>
        <w:jc w:val="right"/>
      </w:pPr>
      <w:r>
        <w:t>ہیں زیادہ۔</w:t>
      </w:r>
    </w:p>
    <w:p>
      <w:r>
        <w:rPr>
          <w:b/>
        </w:rPr>
        <w:t xml:space="preserve">[09:36] </w:t>
      </w:r>
      <w:r>
        <w:t>kyun ke aap paida hue computer dour se pehle, hum paida hue computer dour mein.</w:t>
      </w:r>
    </w:p>
    <w:p>
      <w:pPr>
        <w:jc w:val="right"/>
      </w:pPr>
      <w:r>
        <w:t>کیونکہ آپ پیدا ہوئے کمپیوٹر دور سے پہلے، ہم پیدا ہوئے کمپیوٹر دور میں۔</w:t>
      </w:r>
    </w:p>
    <w:p>
      <w:r>
        <w:rPr>
          <w:b/>
        </w:rPr>
        <w:t xml:space="preserve">[09:42] </w:t>
      </w:r>
      <w:r>
        <w:t>to hum ziyada jante hain, aap kam jante hain, aap ziyada mat boliye, hamari baat suniye.</w:t>
      </w:r>
    </w:p>
    <w:p>
      <w:pPr>
        <w:jc w:val="right"/>
      </w:pPr>
      <w:r>
        <w:t>تو ہم زیادہ جانتے ہیں، آپ کم جانتے ہیں، آپ زیادہ مت بولیے، ہماری بات سنیے۔</w:t>
      </w:r>
    </w:p>
    <w:p>
      <w:r>
        <w:rPr>
          <w:b/>
        </w:rPr>
        <w:t xml:space="preserve">[09:49] </w:t>
      </w:r>
      <w:r>
        <w:t>to main ne kaha ke dekhne ki baat yeh hai ke aap natije ko dekhen.</w:t>
      </w:r>
    </w:p>
    <w:p>
      <w:pPr>
        <w:jc w:val="right"/>
      </w:pPr>
      <w:r>
        <w:t>تو میں نے کہا کہ دیکھنے کی بات یہ ہے کہ آپ نتیجے کو دیکھیں۔</w:t>
      </w:r>
    </w:p>
    <w:p>
      <w:r>
        <w:rPr>
          <w:b/>
        </w:rPr>
        <w:t xml:space="preserve">[09:55] </w:t>
      </w:r>
      <w:r>
        <w:t>sare bare bare zehn jo hain computer dour se pehle paida hue.</w:t>
      </w:r>
    </w:p>
    <w:p>
      <w:pPr>
        <w:jc w:val="right"/>
      </w:pPr>
      <w:r>
        <w:t>سارے بڑے بڑے ذہن جو ہیں کمپیوٹر دور سے پہلے پیدا ہوئے۔</w:t>
      </w:r>
    </w:p>
    <w:p>
      <w:r>
        <w:rPr>
          <w:b/>
        </w:rPr>
        <w:t xml:space="preserve">[10:01] </w:t>
      </w:r>
      <w:r>
        <w:t>India mein bhi, India ke bahir bhi.</w:t>
      </w:r>
    </w:p>
    <w:p>
      <w:pPr>
        <w:jc w:val="right"/>
      </w:pPr>
      <w:r>
        <w:t>انڈیا میں بھی، انڈیا کے باہر بھی۔</w:t>
      </w:r>
    </w:p>
    <w:p>
      <w:r>
        <w:rPr>
          <w:b/>
        </w:rPr>
        <w:t xml:space="preserve">[10:04] </w:t>
      </w:r>
      <w:r>
        <w:t>hamare India mein bhi dekhiye, Mahatma Gandhi, Jawahar Lal Nehru, Doctor Rajinder Prasad, C.V. Raman, Tagore, kitne</w:t>
      </w:r>
    </w:p>
    <w:p>
      <w:pPr>
        <w:jc w:val="right"/>
      </w:pPr>
      <w:r>
        <w:t>ہمارے انڈیا میں بھی دیکھئے، مہاتما گاندھی، جواہر لعل نہرو، ڈاکٹر راجندر پرشاد، سی وی رمن، ٹیگور، کتنے</w:t>
      </w:r>
    </w:p>
    <w:p>
      <w:r>
        <w:rPr>
          <w:b/>
        </w:rPr>
        <w:t xml:space="preserve">[10:11] </w:t>
      </w:r>
      <w:r>
        <w:t>sare bare bare log paida hue.</w:t>
      </w:r>
    </w:p>
    <w:p>
      <w:pPr>
        <w:jc w:val="right"/>
      </w:pPr>
      <w:r>
        <w:t>سارے بڑے بڑے لوگ پیدا ہوئے۔</w:t>
      </w:r>
    </w:p>
    <w:p>
      <w:r>
        <w:rPr>
          <w:b/>
        </w:rPr>
        <w:t xml:space="preserve">[10:14] </w:t>
      </w:r>
      <w:r>
        <w:t>Swami Vivekanand, yeh sab computer dour se pehle paida hue.</w:t>
      </w:r>
    </w:p>
    <w:p>
      <w:pPr>
        <w:jc w:val="right"/>
      </w:pPr>
      <w:r>
        <w:t>سوامی وویکانند، یہ سب کمپیوٹر دور سے پہلے پیدا ہوئے۔</w:t>
      </w:r>
    </w:p>
    <w:p>
      <w:r>
        <w:rPr>
          <w:b/>
        </w:rPr>
        <w:t xml:space="preserve">[10:18] </w:t>
      </w:r>
      <w:r>
        <w:t>ab kaun paida ho raha hai? ab to koi bara aadmi nahi paida ho raha hai.</w:t>
      </w:r>
    </w:p>
    <w:p>
      <w:pPr>
        <w:jc w:val="right"/>
      </w:pPr>
      <w:r>
        <w:t>اب کون پیدا ہو رہا ہے؟ اب تو کوئی بڑا آدمی نہیں پیدا ہو رہا ہے۔</w:t>
      </w:r>
    </w:p>
    <w:p>
      <w:r>
        <w:rPr>
          <w:b/>
        </w:rPr>
        <w:t xml:space="preserve">[10:25] </w:t>
      </w:r>
      <w:r>
        <w:t>to yeh soch galat hai ke computer dour mein ziyada samajhdar log ban rahe hain, woh pehle aisa</w:t>
      </w:r>
    </w:p>
    <w:p>
      <w:pPr>
        <w:jc w:val="right"/>
      </w:pPr>
      <w:r>
        <w:t>تو یہ سوچ غلط ہے کہ کمپیوٹر دور میں زیادہ سمجھدار لوگ بن رہے ہیں، وہ پہلے ایسا</w:t>
      </w:r>
    </w:p>
    <w:p>
      <w:r>
        <w:rPr>
          <w:b/>
        </w:rPr>
        <w:t xml:space="preserve">[10:33] </w:t>
      </w:r>
      <w:r>
        <w:t>nahi hua karta tha.</w:t>
      </w:r>
    </w:p>
    <w:p>
      <w:pPr>
        <w:jc w:val="right"/>
      </w:pPr>
      <w:r>
        <w:t>نہیں ہوا کرتا تھا۔</w:t>
      </w:r>
    </w:p>
    <w:p>
      <w:r>
        <w:rPr>
          <w:b/>
        </w:rPr>
        <w:t xml:space="preserve">[10:34] </w:t>
      </w:r>
      <w:r>
        <w:t>to log kya karte hain? natije ko le kar nahi sochte.</w:t>
      </w:r>
    </w:p>
    <w:p>
      <w:pPr>
        <w:jc w:val="right"/>
      </w:pPr>
      <w:r>
        <w:t>تو لوگ کیا کرتے ہیں؟ نتیجے کو لے کر نہیں سوچتے۔</w:t>
      </w:r>
    </w:p>
    <w:p>
      <w:r>
        <w:rPr>
          <w:b/>
        </w:rPr>
        <w:t xml:space="preserve">[10:39] </w:t>
      </w:r>
      <w:r>
        <w:t>mera tajurba hai ke aksar log kyun rai galat banate hain? kyun ke woh natije ko dekhe baghair sochte</w:t>
      </w:r>
    </w:p>
    <w:p>
      <w:pPr>
        <w:jc w:val="right"/>
      </w:pPr>
      <w:r>
        <w:t>میرا تجربہ ہے کہ اکثر لوگ کیوں رائے غلط بناتے ہیں؟ کیونکہ وہ نتیجے کو دیکھے بغیر سوچتے</w:t>
      </w:r>
    </w:p>
    <w:p>
      <w:r>
        <w:rPr>
          <w:b/>
        </w:rPr>
        <w:t xml:space="preserve">[10:47]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[10:48] </w:t>
      </w:r>
      <w:r>
        <w:t>agar aap natije ko le kar sochen to aap ki rai bilkul badal jaye.</w:t>
      </w:r>
    </w:p>
    <w:p>
      <w:pPr>
        <w:jc w:val="right"/>
      </w:pPr>
      <w:r>
        <w:t>اگر آپ نتیجے کو لے کر سوچیں تو آپ کی رائے بالکل بدل جائے۔</w:t>
      </w:r>
    </w:p>
    <w:p>
      <w:r>
        <w:rPr>
          <w:b/>
        </w:rPr>
        <w:t xml:space="preserve">[10:54] </w:t>
      </w:r>
      <w:r>
        <w:t>kisi bhi mamle mein faisla karne ke liye is ke natije ko dekhna chahiye.</w:t>
      </w:r>
    </w:p>
    <w:p>
      <w:pPr>
        <w:jc w:val="right"/>
      </w:pPr>
      <w:r>
        <w:t>کسی بھی معاملے میں فیصلہ کرنے کے لیے اس کے نتیجے کو دیکھنا چاہیے۔</w:t>
      </w:r>
    </w:p>
    <w:p>
      <w:r>
        <w:rPr>
          <w:b/>
        </w:rPr>
        <w:t xml:space="preserve">[11:00] </w:t>
      </w:r>
      <w:r>
        <w:t>to asal cheez jo is zamane mein nahin hai, aur pehle thi, woh hai sachai.</w:t>
      </w:r>
    </w:p>
    <w:p>
      <w:pPr>
        <w:jc w:val="right"/>
      </w:pPr>
      <w:r>
        <w:t>تو اصل چیز جو اس زمانے میں نہیں ہے، اور پہلے تھی، وہ ہے سچائی۔</w:t>
      </w:r>
    </w:p>
    <w:p>
      <w:r>
        <w:rPr>
          <w:b/>
        </w:rPr>
        <w:t xml:space="preserve">[11:07] </w:t>
      </w:r>
      <w:r>
        <w:t>pehle zamane mein sachai bohat ziyada thi, is wajah se baray baray log paida hue.</w:t>
      </w:r>
    </w:p>
    <w:p>
      <w:pPr>
        <w:jc w:val="right"/>
      </w:pPr>
      <w:r>
        <w:t>پہلے زمانے میں سچائی بہت زیادہ تھی، اس وجہ سے بڑے بڑے لوگ پیدا ہوئے۔</w:t>
      </w:r>
    </w:p>
    <w:p>
      <w:r>
        <w:rPr>
          <w:b/>
        </w:rPr>
        <w:t xml:space="preserve">[11:13] </w:t>
      </w:r>
      <w:r>
        <w:t>ab sachai nahin hai.</w:t>
      </w:r>
    </w:p>
    <w:p>
      <w:pPr>
        <w:jc w:val="right"/>
      </w:pPr>
      <w:r>
        <w:t>اب سچائی نہیں ہے۔</w:t>
      </w:r>
    </w:p>
    <w:p>
      <w:r>
        <w:rPr>
          <w:b/>
        </w:rPr>
        <w:t xml:space="preserve">[11:15] </w:t>
      </w:r>
      <w:r>
        <w:t>ab log ho ha culture chalate hain, gup shup karte hain.</w:t>
      </w:r>
    </w:p>
    <w:p>
      <w:pPr>
        <w:jc w:val="right"/>
      </w:pPr>
      <w:r>
        <w:t>اب لوگ ہو ہا کلچر چلاتے ہیں، گپ شپ کرتے ہیں۔</w:t>
      </w:r>
    </w:p>
    <w:p>
      <w:r>
        <w:rPr>
          <w:b/>
        </w:rPr>
        <w:t xml:space="preserve">[11:20] </w:t>
      </w:r>
      <w:r>
        <w:t>tafreeh is zamane ka sab se bara formula hai.</w:t>
      </w:r>
    </w:p>
    <w:p>
      <w:pPr>
        <w:jc w:val="right"/>
      </w:pPr>
      <w:r>
        <w:t>تفریح اس زمانے کا سب سے بڑا فارمولا ہے۔</w:t>
      </w:r>
    </w:p>
    <w:p>
      <w:r>
        <w:rPr>
          <w:b/>
        </w:rPr>
        <w:t xml:space="preserve">[11:23] </w:t>
      </w:r>
      <w:r>
        <w:t>sab se bara formula hai.</w:t>
      </w:r>
    </w:p>
    <w:p>
      <w:pPr>
        <w:jc w:val="right"/>
      </w:pPr>
      <w:r>
        <w:t>سب سے بڑا فارمولا ہے۔</w:t>
      </w:r>
    </w:p>
    <w:p>
      <w:r>
        <w:rPr>
          <w:b/>
        </w:rPr>
        <w:t xml:space="preserve">[11:26] </w:t>
      </w:r>
      <w:r>
        <w:t>"Eat drink can be married." To asal cheez jo hai ahem, computer daur ke zamane mein bhi, aur</w:t>
      </w:r>
    </w:p>
    <w:p>
      <w:pPr>
        <w:jc w:val="right"/>
      </w:pPr>
      <w:r>
        <w:t>"Eat drink can be married۔" تو اصل چیز جو ہے اہم، کمپیوٹر دور کے زمانے میں بھی، اور</w:t>
      </w:r>
    </w:p>
    <w:p>
      <w:r>
        <w:rPr>
          <w:b/>
        </w:rPr>
        <w:t xml:space="preserve">[11:33] </w:t>
      </w:r>
      <w:r>
        <w:t>computer dour se pehle bhi, woh hai sachai.</w:t>
      </w:r>
    </w:p>
    <w:p>
      <w:pPr>
        <w:jc w:val="right"/>
      </w:pPr>
      <w:r>
        <w:t>کمپیوٹر دور سے پہلے بھی، وہ ہے سچائی۔</w:t>
      </w:r>
    </w:p>
    <w:p>
      <w:r>
        <w:rPr>
          <w:b/>
        </w:rPr>
        <w:t xml:space="preserve">[11:37] </w:t>
      </w:r>
      <w:r>
        <w:t>agar aap ke andar sachai hogi, tab hi aap koi bara kaam kar painge.</w:t>
      </w:r>
    </w:p>
    <w:p>
      <w:pPr>
        <w:jc w:val="right"/>
      </w:pPr>
      <w:r>
        <w:t>اگر آپ کے اندر سچائی ہوگی، تب ہی آپ کوئی بڑا کام کر پائیں گے۔</w:t>
      </w:r>
    </w:p>
    <w:p>
      <w:r>
        <w:rPr>
          <w:b/>
        </w:rPr>
        <w:t xml:space="preserve">[11:43] </w:t>
      </w:r>
      <w:r>
        <w:t>sachai nahin hogi to kya hoga? gup shup karenge, aur tafreeh karenge, tafreeh karenge, aur</w:t>
      </w:r>
    </w:p>
    <w:p>
      <w:pPr>
        <w:jc w:val="right"/>
      </w:pPr>
      <w:r>
        <w:t>سچائی نہیں ہوگی تو کیا ہوگا؟ گپ شپ کریں گے، اور تفریح کریں گے، تفریح کریں گے، اور</w:t>
      </w:r>
    </w:p>
    <w:p>
      <w:r>
        <w:rPr>
          <w:b/>
        </w:rPr>
        <w:t xml:space="preserve">[11:51] </w:t>
      </w:r>
      <w:r>
        <w:t>mar jainge.</w:t>
      </w:r>
    </w:p>
    <w:p>
      <w:pPr>
        <w:jc w:val="right"/>
      </w:pPr>
      <w:r>
        <w:t>مر جائیں گے۔</w:t>
      </w:r>
    </w:p>
    <w:p>
      <w:r>
        <w:rPr>
          <w:b/>
        </w:rPr>
        <w:t xml:space="preserve">[11:52] </w:t>
      </w:r>
      <w:r>
        <w:t>to khulasa yeh hai ke har muamle mein is ko faisla karne ke liye aap nateeje ko dekhiye.</w:t>
      </w:r>
    </w:p>
    <w:p>
      <w:pPr>
        <w:jc w:val="right"/>
      </w:pPr>
      <w:r>
        <w:t>تو خلاصہ یہ ہے کہ ہر معاملے میں اس کو فیصلہ کرنے کے لیے آپ نتیجے کو دیکھئے۔</w:t>
      </w:r>
    </w:p>
    <w:p>
      <w:r>
        <w:rPr>
          <w:b/>
        </w:rPr>
        <w:t xml:space="preserve">[12:00] </w:t>
      </w:r>
      <w:r>
        <w:t>nateejah hi yeh bataye ga ke woh cheez kaisi hai.</w:t>
      </w:r>
    </w:p>
    <w:p>
      <w:pPr>
        <w:jc w:val="right"/>
      </w:pPr>
      <w:r>
        <w:t>نتیجہ ہی یہ بتائے گا کہ وہ چیز کیسی ہے۔</w:t>
      </w:r>
    </w:p>
    <w:p>
      <w:r>
        <w:rPr>
          <w:b/>
        </w:rPr>
        <w:t xml:space="preserve">[12:04] </w:t>
      </w:r>
      <w:r>
        <w:t>kyun ke asal cheez jo chahiye woh to nateejah hai.</w:t>
      </w:r>
    </w:p>
    <w:p>
      <w:pPr>
        <w:jc w:val="right"/>
      </w:pPr>
      <w:r>
        <w:t>کیونکہ اصل چیز جو چاہیے وہ تو نتیجہ ہے۔</w:t>
      </w:r>
    </w:p>
    <w:p>
      <w:r>
        <w:rPr>
          <w:b/>
        </w:rPr>
        <w:t xml:space="preserve">[12:08] </w:t>
      </w:r>
      <w:r>
        <w:t>kisi bhi muamle mein asal cheez nateejah hoti hai.</w:t>
      </w:r>
    </w:p>
    <w:p>
      <w:pPr>
        <w:jc w:val="right"/>
      </w:pPr>
      <w:r>
        <w:t>کسی بھی معاملے میں اصل چیز نتیجہ ہوتی ہے۔</w:t>
      </w:r>
    </w:p>
    <w:p>
      <w:r>
        <w:rPr>
          <w:b/>
        </w:rPr>
        <w:t xml:space="preserve">[12:12] </w:t>
      </w:r>
      <w:r>
        <w:t>musbat nateejah agar hai to woh cheez achi hai.</w:t>
      </w:r>
    </w:p>
    <w:p>
      <w:pPr>
        <w:jc w:val="right"/>
      </w:pPr>
      <w:r>
        <w:t>مثبت نتیجہ اگر ہے تو وہ چیز اچھی ہے۔</w:t>
      </w:r>
    </w:p>
    <w:p>
      <w:r>
        <w:rPr>
          <w:b/>
        </w:rPr>
        <w:t xml:space="preserve">[12:16] </w:t>
      </w:r>
      <w:r>
        <w:t>manfi nateejah agar hai to woh cheez buri hai.</w:t>
      </w:r>
    </w:p>
    <w:p>
      <w:pPr>
        <w:jc w:val="right"/>
      </w:pPr>
      <w:r>
        <w:t>منفی نتیجہ اگر ہے تو وہ چیز بری ہے۔</w:t>
      </w:r>
    </w:p>
    <w:p>
      <w:r>
        <w:rPr>
          <w:b/>
        </w:rPr>
        <w:t xml:space="preserve">[12:20] </w:t>
      </w:r>
      <w:r>
        <w:t>to yeh hai meri zindagi ka tajurba ke aadmi ko dekhna chahiye ke kisi muamle mein jo nateejah</w:t>
      </w:r>
    </w:p>
    <w:p>
      <w:pPr>
        <w:jc w:val="right"/>
      </w:pPr>
      <w:r>
        <w:t>تو یہ ہے میری زندگی کا تجربہ کہ آدمی کو دیکھنا چاہیے کہ کسی معاملے میں جو نتیجہ</w:t>
      </w:r>
    </w:p>
    <w:p>
      <w:r>
        <w:rPr>
          <w:b/>
        </w:rPr>
        <w:t xml:space="preserve">[12:28] </w:t>
      </w:r>
      <w:r>
        <w:t>nikal raha hai, woh nateejah jo hai woh musbat nikal raha hai ya manfi nikal raha hai.</w:t>
      </w:r>
    </w:p>
    <w:p>
      <w:pPr>
        <w:jc w:val="right"/>
      </w:pPr>
      <w:r>
        <w:t>نکل رہا ہے، وہ نتیجہ جو ہے وہ مثبت نکل رہا ہے یا منفی نکل رہا ہے۔</w:t>
      </w:r>
    </w:p>
    <w:p>
      <w:r>
        <w:rPr>
          <w:b/>
        </w:rPr>
        <w:t xml:space="preserve">[12:35] </w:t>
      </w:r>
      <w:r>
        <w:t>is se faisla karna chahiye.</w:t>
      </w:r>
    </w:p>
    <w:p>
      <w:pPr>
        <w:jc w:val="right"/>
      </w:pPr>
      <w:r>
        <w:t>اس سے فیصلہ کرنا چاہیے۔</w:t>
      </w:r>
    </w:p>
    <w:p>
      <w:r>
        <w:rPr>
          <w:b/>
        </w:rPr>
        <w:t xml:space="preserve">[12:37] </w:t>
      </w:r>
      <w:r>
        <w:t>to faisla karne wala aamil jo hai woh hai nateejah.</w:t>
      </w:r>
    </w:p>
    <w:p>
      <w:pPr>
        <w:jc w:val="right"/>
      </w:pPr>
      <w:r>
        <w:t>تو فیصلہ کرنے والا عامل جو ہے وہ ہے نتیجہ۔</w:t>
      </w:r>
    </w:p>
    <w:p>
      <w:r>
        <w:rPr>
          <w:b/>
        </w:rPr>
        <w:t xml:space="preserve">[12:41] </w:t>
      </w:r>
      <w:r>
        <w:t>har muamle mein.</w:t>
      </w:r>
    </w:p>
    <w:p>
      <w:pPr>
        <w:jc w:val="right"/>
      </w:pPr>
      <w:r>
        <w:t>ہر معاملے میں۔</w:t>
      </w:r>
    </w:p>
    <w:p>
      <w:r>
        <w:rPr>
          <w:b/>
        </w:rPr>
        <w:t xml:space="preserve">[12:43] </w:t>
      </w:r>
      <w:r>
        <w:t>chahe hamare khandan ka masla ho, chahe bunyadi masla ho, ya bain ul aqwami masla ho.</w:t>
      </w:r>
    </w:p>
    <w:p>
      <w:pPr>
        <w:jc w:val="right"/>
      </w:pPr>
      <w:r>
        <w:t>چاہے ہمارے خاندانی مسئلہ ہو، چاہے بنیادی مسئلہ ہو، یا بین الاقوامی مسئلہ ہو۔</w:t>
      </w:r>
    </w:p>
    <w:p>
      <w:r>
        <w:rPr>
          <w:b/>
        </w:rPr>
        <w:t xml:space="preserve">[12:49] </w:t>
      </w:r>
      <w:r>
        <w:t>nateejah hi ko le kar hamein apni rai banana chahiye.</w:t>
      </w:r>
    </w:p>
    <w:p>
      <w:pPr>
        <w:jc w:val="right"/>
      </w:pPr>
      <w:r>
        <w:t>نتیجہ ہی کو لے کر ہمیں اپنی رائے بنانا چاہیے۔</w:t>
      </w:r>
    </w:p>
    <w:p>
      <w:r>
        <w:rPr>
          <w:b/>
        </w:rPr>
        <w:t xml:space="preserve">[12:53] </w:t>
      </w:r>
      <w:r>
        <w:t>ek baat yeh sochne ki hai ke is dunya mein jab aaye hain hum to Allah taala ne,</w:t>
      </w:r>
    </w:p>
    <w:p>
      <w:pPr>
        <w:jc w:val="right"/>
      </w:pPr>
      <w:r>
        <w:t>ایک بات یہ سوچنے کی ہے کہ اس دنیا میں جب آئے ہیں ہم تو اللہ تعالیٰ نے،</w:t>
      </w:r>
    </w:p>
    <w:p>
      <w:r>
        <w:rPr>
          <w:b/>
        </w:rPr>
        <w:t xml:space="preserve">[13:01] </w:t>
      </w:r>
      <w:r>
        <w:t>khaliq ne, hum ko bohat si khoobiyan di hain, bohat si sifat di hain.</w:t>
      </w:r>
    </w:p>
    <w:p>
      <w:pPr>
        <w:jc w:val="right"/>
      </w:pPr>
      <w:r>
        <w:t>خالق نے، ہم کو بہت سی خوبیاں دی ہیں، بہت سی صفات دی ہیں۔</w:t>
      </w:r>
    </w:p>
    <w:p>
      <w:r>
        <w:rPr>
          <w:b/>
        </w:rPr>
        <w:t xml:space="preserve">[13:07] </w:t>
      </w:r>
      <w:r>
        <w:t>mein samajhta hoon ke har sifat ka manfi pehlu hai, musbat pehlu hai.</w:t>
      </w:r>
    </w:p>
    <w:p>
      <w:pPr>
        <w:jc w:val="right"/>
      </w:pPr>
      <w:r>
        <w:t>میں سمجھتا ہوں کہ ہر صفت کا منفی پہلو ہے، مثبت پہلو ہے۔</w:t>
      </w:r>
    </w:p>
    <w:p>
      <w:r>
        <w:rPr>
          <w:b/>
        </w:rPr>
        <w:t xml:space="preserve">[13:12] </w:t>
      </w:r>
      <w:r>
        <w:t>aik martaba mein bahar gaya to wahan par aik shadi shuda khatoon thi, us ne apne shohar ke</w:t>
      </w:r>
    </w:p>
    <w:p>
      <w:pPr>
        <w:jc w:val="right"/>
      </w:pPr>
      <w:r>
        <w:t>ایک مرتبہ میں باہر گیا تو وہاں پر ایک شادی شدہ خاتون تھی، اس نے اپنے شوہر کے</w:t>
      </w:r>
    </w:p>
    <w:p>
      <w:r>
        <w:rPr>
          <w:b/>
        </w:rPr>
        <w:t xml:space="preserve">[13:20] </w:t>
      </w:r>
      <w:r>
        <w:t>bare mein kaha ke mera shohar bohat zid'di hai.</w:t>
      </w:r>
    </w:p>
    <w:p>
      <w:pPr>
        <w:jc w:val="right"/>
      </w:pPr>
      <w:r>
        <w:t>بارے میں کہا کہ میرا شوہر بہت ضدی ہے۔</w:t>
      </w:r>
    </w:p>
    <w:p>
      <w:r>
        <w:rPr>
          <w:b/>
        </w:rPr>
        <w:t xml:space="preserve">[13:24] </w:t>
      </w:r>
      <w:r>
        <w:t>bohat zid'di hai.</w:t>
      </w:r>
    </w:p>
    <w:p>
      <w:pPr>
        <w:jc w:val="right"/>
      </w:pPr>
      <w:r>
        <w:t>بہت ضدی ہے۔</w:t>
      </w:r>
    </w:p>
    <w:p>
      <w:r>
        <w:rPr>
          <w:b/>
        </w:rPr>
        <w:t xml:space="preserve">[13:25] </w:t>
      </w:r>
      <w:r>
        <w:t>to un ke shohar ko mein janta tha, woh aik bohat bari company mein director thay.</w:t>
      </w:r>
    </w:p>
    <w:p>
      <w:pPr>
        <w:jc w:val="right"/>
      </w:pPr>
      <w:r>
        <w:t>تو ان کے شوہر کو میں جانتا تھا، وہ ایک بہت بڑی کمپنی میں ڈائریکٹر تھے۔</w:t>
      </w:r>
    </w:p>
    <w:p>
      <w:r>
        <w:rPr>
          <w:b/>
        </w:rPr>
        <w:t xml:space="preserve">[13:32] </w:t>
      </w:r>
      <w:r>
        <w:t>to mein ne kaha aap dekhiye, is ko aap zid'di kyun kehti hain? Aap yeh kahein ke mere</w:t>
      </w:r>
    </w:p>
    <w:p>
      <w:pPr>
        <w:jc w:val="right"/>
      </w:pPr>
      <w:r>
        <w:t>تو میں نے کہا آپ دیکھئے، اس کو آپ ضدی کیوں کہتی ہیں؟ آپ یہ کہیں کہ میرے</w:t>
      </w:r>
    </w:p>
    <w:p>
      <w:r>
        <w:rPr>
          <w:b/>
        </w:rPr>
        <w:t xml:space="preserve">[13:40] </w:t>
      </w:r>
      <w:r>
        <w:t>shohar jo hai woh is ke andar bohat azm hai.</w:t>
      </w:r>
    </w:p>
    <w:p>
      <w:pPr>
        <w:jc w:val="right"/>
      </w:pPr>
      <w:r>
        <w:t>شوہر جو ہے وہ اس کے اندر بہت عزم ہے۔</w:t>
      </w:r>
    </w:p>
    <w:p>
      <w:r>
        <w:rPr>
          <w:b/>
        </w:rPr>
        <w:t xml:space="preserve">[13:44] </w:t>
      </w:r>
      <w:r>
        <w:t>azm ko manfi ma'ni mein le kar ke aap is ko zid'di keh rahi hain.</w:t>
      </w:r>
    </w:p>
    <w:p>
      <w:pPr>
        <w:jc w:val="right"/>
      </w:pPr>
      <w:r>
        <w:t>عزم کو منفی معنی میں لے کر کے آپ اس کو ضدی کہہ رہی ہیں۔</w:t>
      </w:r>
    </w:p>
    <w:p>
      <w:r>
        <w:rPr>
          <w:b/>
        </w:rPr>
        <w:t xml:space="preserve">[13:51] </w:t>
      </w:r>
      <w:r>
        <w:t>agar un ke andar azm na ho to itni bari company woh kaise chala sakte hain? To aik</w:t>
      </w:r>
    </w:p>
    <w:p>
      <w:pPr>
        <w:jc w:val="right"/>
      </w:pPr>
      <w:r>
        <w:t>اگر ان کے اندر عزم نہ ہو تو اتنی بڑی کمپنی وہ کیسے چلا سکتے ہیں؟ تو ایک</w:t>
      </w:r>
    </w:p>
    <w:p>
      <w:r>
        <w:rPr>
          <w:b/>
        </w:rPr>
        <w:t xml:space="preserve">[13:58] </w:t>
      </w:r>
      <w:r>
        <w:t>hi baat ko aap chahein to manfi le lijiye, usi baat ko chahein musbat le lijiye.</w:t>
      </w:r>
    </w:p>
    <w:p>
      <w:pPr>
        <w:jc w:val="right"/>
      </w:pPr>
      <w:r>
        <w:t>ہی بات کو آپ چاہیں تو منفی لے لیئے، اسی بات کو چاہیں مثبت لے لیئے۔</w:t>
      </w:r>
    </w:p>
    <w:p>
      <w:r>
        <w:rPr>
          <w:b/>
        </w:rPr>
        <w:t xml:space="preserve">[14:05] </w:t>
      </w:r>
      <w:r>
        <w:t>jaise ke insan ke andar ana hai.</w:t>
      </w:r>
    </w:p>
    <w:p>
      <w:pPr>
        <w:jc w:val="right"/>
      </w:pPr>
      <w:r>
        <w:t>جیسے کہ انسان کے اندر انا ہے۔</w:t>
      </w:r>
    </w:p>
    <w:p>
      <w:r>
        <w:rPr>
          <w:b/>
        </w:rPr>
        <w:t xml:space="preserve">[14:08] </w:t>
      </w:r>
      <w:r>
        <w:t>ana apne aap mein buri cheez nahi hai.</w:t>
      </w:r>
    </w:p>
    <w:p>
      <w:pPr>
        <w:jc w:val="right"/>
      </w:pPr>
      <w:r>
        <w:t>انا اپنے آپ میں بری چیز نہیں ہے۔</w:t>
      </w:r>
    </w:p>
    <w:p>
      <w:r>
        <w:rPr>
          <w:b/>
        </w:rPr>
        <w:t xml:space="preserve">[14:12] </w:t>
      </w:r>
      <w:r>
        <w:t>dekhiye, ana ke baghair aap asar nahi kar sakte.</w:t>
      </w:r>
    </w:p>
    <w:p>
      <w:pPr>
        <w:jc w:val="right"/>
      </w:pPr>
      <w:r>
        <w:t>دیکھئے، انا کے بغیر آپ اثر نہیں کر سکتے۔</w:t>
      </w:r>
    </w:p>
    <w:p>
      <w:r>
        <w:rPr>
          <w:b/>
        </w:rPr>
        <w:t xml:space="preserve">[14:16] </w:t>
      </w:r>
      <w:r>
        <w:t>dunya mein aap ko challenge ko poora karna parta hai.</w:t>
      </w:r>
    </w:p>
    <w:p>
      <w:pPr>
        <w:jc w:val="right"/>
      </w:pPr>
      <w:r>
        <w:t>دنیا میں آپ کو چیلنج کو پورا کرنا پڑتا ہے۔</w:t>
      </w:r>
    </w:p>
    <w:p>
      <w:r>
        <w:rPr>
          <w:b/>
        </w:rPr>
        <w:t xml:space="preserve">[14:20] </w:t>
      </w:r>
      <w:r>
        <w:t>dunya mein aap ko asar karna parta hai, tab aap koi kaam kar paate hain.</w:t>
      </w:r>
    </w:p>
    <w:p>
      <w:pPr>
        <w:jc w:val="right"/>
      </w:pPr>
      <w:r>
        <w:t>دنیا میں آپ کو اثر کرنا پڑتا ہے، تب آپ کوئی کام کر پاتے ہیں۔</w:t>
      </w:r>
    </w:p>
    <w:p>
      <w:r>
        <w:rPr>
          <w:b/>
        </w:rPr>
        <w:t xml:space="preserve">[14:26] </w:t>
      </w:r>
      <w:r>
        <w:t>lekin ana agar gharoor ban jaye, yeh log ana agar ghamand ban jaye, ana agar kibr ban jaye</w:t>
      </w:r>
    </w:p>
    <w:p>
      <w:pPr>
        <w:jc w:val="right"/>
      </w:pPr>
      <w:r>
        <w:t>لیکن انا اگر غرور بن جائے، یہ لوگ انا اگر گھمنڈ بن جائے، انا اگر کبر بن جائے</w:t>
      </w:r>
    </w:p>
    <w:p>
      <w:r>
        <w:rPr>
          <w:b/>
        </w:rPr>
        <w:t xml:space="preserve">[14:34] </w:t>
      </w:r>
      <w:r>
        <w:t>to woh to is ka ma'ni yeh hai ke woh manfi ho gaya.</w:t>
      </w:r>
    </w:p>
    <w:p>
      <w:pPr>
        <w:jc w:val="right"/>
      </w:pPr>
      <w:r>
        <w:t>تو وہ تو اس کا معنی یہ ہے کہ وہ منفی ہوگیا۔</w:t>
      </w:r>
    </w:p>
    <w:p>
      <w:r>
        <w:rPr>
          <w:b/>
        </w:rPr>
        <w:t xml:space="preserve">[14:39] </w:t>
      </w:r>
      <w:r>
        <w:t>woh ana ka musbat pehlu yeh hai ke woh aap ko yeh taqat de ke aap challenge ke</w:t>
      </w:r>
    </w:p>
    <w:p>
      <w:pPr>
        <w:jc w:val="right"/>
      </w:pPr>
      <w:r>
        <w:t>وہ انا کا مثبت پہلو یہ ہے کہ وہ آپ کو یہ طاقت دے کہ آپ چیلنج کے</w:t>
      </w:r>
    </w:p>
    <w:p>
      <w:r>
        <w:rPr>
          <w:b/>
        </w:rPr>
        <w:t xml:space="preserve">[14:47] </w:t>
      </w:r>
      <w:r>
        <w:t>muqable mein jam sakein.</w:t>
      </w:r>
    </w:p>
    <w:p>
      <w:pPr>
        <w:jc w:val="right"/>
      </w:pPr>
      <w:r>
        <w:t>مقابلے میں جم سکیں۔</w:t>
      </w:r>
    </w:p>
    <w:p>
      <w:r>
        <w:rPr>
          <w:b/>
        </w:rPr>
        <w:t xml:space="preserve">[14:49] </w:t>
      </w:r>
      <w:r>
        <w:t>jam kar ke challenge ka samna kar sakein.</w:t>
      </w:r>
    </w:p>
    <w:p>
      <w:pPr>
        <w:jc w:val="right"/>
      </w:pPr>
      <w:r>
        <w:t>جم کر کے چیلنج کا سامنا کر سکیں۔</w:t>
      </w:r>
    </w:p>
    <w:p>
      <w:r>
        <w:rPr>
          <w:b/>
        </w:rPr>
        <w:t xml:space="preserve">[14:52] </w:t>
      </w:r>
      <w:r>
        <w:t>yeh hai ana ka musbat pehlu.</w:t>
      </w:r>
    </w:p>
    <w:p>
      <w:pPr>
        <w:jc w:val="right"/>
      </w:pPr>
      <w:r>
        <w:t>یہ ہے انا کا مثبت پہلو۔</w:t>
      </w:r>
    </w:p>
    <w:p>
      <w:r>
        <w:rPr>
          <w:b/>
        </w:rPr>
        <w:t xml:space="preserve">[14:55] </w:t>
      </w:r>
      <w:r>
        <w:t>aur ana ka manfi pehlu kya hai? Woh yeh hai ke aap ghamand mein par jayein, aap ke</w:t>
      </w:r>
    </w:p>
    <w:p>
      <w:pPr>
        <w:jc w:val="right"/>
      </w:pPr>
      <w:r>
        <w:t>اور انا کا منفی پہلو کیا ہے؟ وہ یہ ہے کہ آپ گھمنڈ میں پڑ جائیں، آپ کے</w:t>
      </w:r>
    </w:p>
    <w:p>
      <w:r>
        <w:rPr>
          <w:b/>
        </w:rPr>
        <w:t xml:space="preserve">[15:02] </w:t>
      </w:r>
      <w:r>
        <w:t>andar gharoor aajaye, aap apne ko bara samajhne lagein.</w:t>
      </w:r>
    </w:p>
    <w:p>
      <w:pPr>
        <w:jc w:val="right"/>
      </w:pPr>
      <w:r>
        <w:t>اندر غرور آجائے، آپ اپنے کو بڑا سمجھنے لگیں۔</w:t>
      </w:r>
    </w:p>
    <w:p>
      <w:r>
        <w:rPr>
          <w:b/>
        </w:rPr>
        <w:t xml:space="preserve">[15:06] </w:t>
      </w:r>
      <w:r>
        <w:t>to har cheez ka aik manfi pehlu hai, aik musbat pehlu hai.</w:t>
      </w:r>
    </w:p>
    <w:p>
      <w:pPr>
        <w:jc w:val="right"/>
      </w:pPr>
      <w:r>
        <w:t>تو ہر چیز کا ایک منفی پہلو ہے، ایک مثبت پہلو ہے۔</w:t>
      </w:r>
    </w:p>
    <w:p>
      <w:r>
        <w:rPr>
          <w:b/>
        </w:rPr>
        <w:t xml:space="preserve">[15:11] </w:t>
      </w:r>
      <w:r>
        <w:t>is dunya mein mein samajhta hoon koi bhi cheez aisi nahi hai jo bilkul hi kharabi ho, bilkul</w:t>
      </w:r>
    </w:p>
    <w:p>
      <w:pPr>
        <w:jc w:val="right"/>
      </w:pPr>
      <w:r>
        <w:t>اس دنیا میں میں سمجھتا ہوں کوئی بھی چیز ایسی نہیں ہے جو بالکل ہی خرابی ہو، بالکل</w:t>
      </w:r>
    </w:p>
    <w:p>
      <w:r>
        <w:rPr>
          <w:b/>
        </w:rPr>
        <w:t xml:space="preserve">[15:19] </w:t>
      </w:r>
      <w:r>
        <w:t>shurur ho.</w:t>
      </w:r>
    </w:p>
    <w:p>
      <w:pPr>
        <w:jc w:val="right"/>
      </w:pPr>
      <w:r>
        <w:t>شرور ہو۔</w:t>
      </w:r>
    </w:p>
    <w:p>
      <w:r>
        <w:rPr>
          <w:b/>
        </w:rPr>
        <w:t xml:space="preserve">[15:20] </w:t>
      </w:r>
      <w:r>
        <w:t>wo is ka istemal is ko acha banata hai ya bura banata hai.</w:t>
      </w:r>
    </w:p>
    <w:p>
      <w:pPr>
        <w:jc w:val="right"/>
      </w:pPr>
      <w:r>
        <w:t>وہ اس کا استعمال اس کو اچھا بناتا ہے یا برا بناتا ہے۔</w:t>
      </w:r>
    </w:p>
    <w:p>
      <w:r>
        <w:rPr>
          <w:b/>
        </w:rPr>
        <w:t xml:space="preserve">[15:26] </w:t>
      </w:r>
      <w:r>
        <w:t>jaisay main nay ana ki misal di.</w:t>
      </w:r>
    </w:p>
    <w:p>
      <w:pPr>
        <w:jc w:val="right"/>
      </w:pPr>
      <w:r>
        <w:t>جیسے میں نے انا کی مثال دی۔</w:t>
      </w:r>
    </w:p>
    <w:p>
      <w:r>
        <w:rPr>
          <w:b/>
        </w:rPr>
        <w:t xml:space="preserve">[15:29] </w:t>
      </w:r>
      <w:r>
        <w:t>ana ka acha istemal aap ke andar azm laye ga.</w:t>
      </w:r>
    </w:p>
    <w:p>
      <w:pPr>
        <w:jc w:val="right"/>
      </w:pPr>
      <w:r>
        <w:t>انا کا اچھا استعمال آپ کے اندر عزم لائے گا۔</w:t>
      </w:r>
    </w:p>
    <w:p>
      <w:r>
        <w:rPr>
          <w:b/>
        </w:rPr>
        <w:t xml:space="preserve">[15:33] </w:t>
      </w:r>
      <w:r>
        <w:t>ana ka bura istemal aap ko gharoor bana de ga.</w:t>
      </w:r>
    </w:p>
    <w:p>
      <w:pPr>
        <w:jc w:val="right"/>
      </w:pPr>
      <w:r>
        <w:t>انا کا برا استعمال آپ کو غرور بنا دے گا۔</w:t>
      </w:r>
    </w:p>
    <w:p>
      <w:r>
        <w:rPr>
          <w:b/>
        </w:rPr>
        <w:t xml:space="preserve">[15:38] </w:t>
      </w:r>
      <w:r>
        <w:t>to yeh aadmi ko bohat ziyada sochna chahiye ke mujhe jo khaliq nay jo cheezen di hain, to</w:t>
      </w:r>
    </w:p>
    <w:p>
      <w:pPr>
        <w:jc w:val="right"/>
      </w:pPr>
      <w:r>
        <w:t>تو یہ آدمی کو بہت زیادہ سوچنا چاہیے کہ مجھے جو خالق نے جو چیزیں دی ہیں، تو</w:t>
      </w:r>
    </w:p>
    <w:p>
      <w:r>
        <w:rPr>
          <w:b/>
        </w:rPr>
        <w:t xml:space="preserve">[15:45] </w:t>
      </w:r>
      <w:r>
        <w:t>main is ko manfi istemal kar raha hoon is ka ya musbat istemal kar raha hoon is ka.</w:t>
      </w:r>
    </w:p>
    <w:p>
      <w:pPr>
        <w:jc w:val="right"/>
      </w:pPr>
      <w:r>
        <w:t>میں اس کو منفی استعمال کر رہا ہوں اس کا یا مثبت استعمال کر رہا ہوں اس کا۔</w:t>
      </w:r>
    </w:p>
    <w:p>
      <w:r>
        <w:rPr>
          <w:b/>
        </w:rPr>
        <w:t xml:space="preserve">[15:53] </w:t>
      </w:r>
      <w:r>
        <w:t>har cheez ke muamle mein yeh soch zaroori hai.</w:t>
      </w:r>
    </w:p>
    <w:p>
      <w:pPr>
        <w:jc w:val="right"/>
      </w:pPr>
      <w:r>
        <w:t>ہر چیز کے معاملے میں یہ سوچ ضروری ہے۔</w:t>
      </w:r>
    </w:p>
    <w:p>
      <w:r>
        <w:rPr>
          <w:b/>
        </w:rPr>
        <w:t xml:space="preserve">[15:57] </w:t>
      </w:r>
      <w:r>
        <w:t>jaisay azadi hai, azadi ko agar aap ghalat istemal karen to wo anarchy ban jaye ga.</w:t>
      </w:r>
    </w:p>
    <w:p>
      <w:pPr>
        <w:jc w:val="right"/>
      </w:pPr>
      <w:r>
        <w:t>جیسے آزادی ہے، آزادی کو اگر آپ غلط استعمال کریں تو وہ انارکی بن جائے گا۔</w:t>
      </w:r>
    </w:p>
    <w:p>
      <w:r>
        <w:rPr>
          <w:b/>
        </w:rPr>
        <w:t xml:space="preserve">[16:04] </w:t>
      </w:r>
      <w:r>
        <w:t>aur azadi ko agar sahi istemal karen to is se aap ke andar aap ki salahiyaten taraqqi karen</w:t>
      </w:r>
    </w:p>
    <w:p>
      <w:pPr>
        <w:jc w:val="right"/>
      </w:pPr>
      <w:r>
        <w:t>اور آزادی کو اگر صحیح استعمال کریں تو اس سے آپ کے اندر آپ کی صلاحیتیں ترقی کریں</w:t>
      </w:r>
    </w:p>
    <w:p>
      <w:r>
        <w:rPr>
          <w:b/>
        </w:rPr>
        <w:t xml:space="preserve">[16:11] </w:t>
      </w:r>
      <w:r>
        <w:t>gi.</w:t>
      </w:r>
    </w:p>
    <w:p>
      <w:pPr>
        <w:jc w:val="right"/>
      </w:pPr>
      <w:r>
        <w:t>گی۔</w:t>
      </w:r>
    </w:p>
    <w:p>
      <w:r>
        <w:rPr>
          <w:b/>
        </w:rPr>
        <w:t xml:space="preserve">[16:13] </w:t>
      </w:r>
      <w:r>
        <w:t>aap ke andar jo chupi hui salahiyaten hain, wo is ko khol saken ge aap.</w:t>
      </w:r>
    </w:p>
    <w:p>
      <w:pPr>
        <w:jc w:val="right"/>
      </w:pPr>
      <w:r>
        <w:t>آپ کے اندر جو چھپی ہوئی صلاحیتیں ہیں، وہ اس کو کھول سکیں گے آپ۔</w:t>
      </w:r>
    </w:p>
    <w:p>
      <w:r>
        <w:rPr>
          <w:b/>
        </w:rPr>
        <w:t xml:space="preserve">[16:19] </w:t>
      </w:r>
      <w:r>
        <w:t>to azadi ka aik manfi pehlu hai, aik musbat pehlu hai.</w:t>
      </w:r>
    </w:p>
    <w:p>
      <w:pPr>
        <w:jc w:val="right"/>
      </w:pPr>
      <w:r>
        <w:t>تو آزادی کا ایک منفی پہلو ہے، ایک مثبت پہلو ہے۔</w:t>
      </w:r>
    </w:p>
    <w:p>
      <w:r>
        <w:rPr>
          <w:b/>
        </w:rPr>
        <w:t xml:space="preserve">[16:24] </w:t>
      </w:r>
      <w:r>
        <w:t>to har aadmi ko chahiye ke wo bohat hi sachai se soche apne bare mein ke mujhe khaliq</w:t>
      </w:r>
    </w:p>
    <w:p>
      <w:pPr>
        <w:jc w:val="right"/>
      </w:pPr>
      <w:r>
        <w:t>تو ہر آدمی کو چاہیے کہ وہ بہت ہی سچائی سے سوچے اپنے بارے میں کہ مجھے خالق</w:t>
      </w:r>
    </w:p>
    <w:p>
      <w:r>
        <w:rPr>
          <w:b/>
        </w:rPr>
        <w:t xml:space="preserve">[16:32] </w:t>
      </w:r>
      <w:r>
        <w:t>nay jo khoobiyan di hain, un ko main istemal kar raha hoon, manfi tor par ya musbat tor</w:t>
      </w:r>
    </w:p>
    <w:p>
      <w:pPr>
        <w:jc w:val="right"/>
      </w:pPr>
      <w:r>
        <w:t>نے جو خوبیاں دی ہیں، ان کو میں استعمال کر رہا ہوں، منفی طور پر یا مثبت طور</w:t>
      </w:r>
    </w:p>
    <w:p>
      <w:r>
        <w:rPr>
          <w:b/>
        </w:rPr>
        <w:t xml:space="preserve">[16:40] </w:t>
      </w:r>
      <w:r>
        <w:t>par.</w:t>
      </w:r>
    </w:p>
    <w:p>
      <w:pPr>
        <w:jc w:val="right"/>
      </w:pPr>
      <w:r>
        <w:t>پر۔</w:t>
      </w:r>
    </w:p>
    <w:p>
      <w:r>
        <w:rPr>
          <w:b/>
        </w:rPr>
        <w:t xml:space="preserve">[16:41] </w:t>
      </w:r>
      <w:r>
        <w:t>yeh bohat hi ziyada zaroori hai.</w:t>
      </w:r>
    </w:p>
    <w:p>
      <w:pPr>
        <w:jc w:val="right"/>
      </w:pPr>
      <w:r>
        <w:t>یہ بہت ہی زیادہ ضروری ہے۔</w:t>
      </w:r>
    </w:p>
    <w:p>
      <w:r>
        <w:rPr>
          <w:b/>
        </w:rPr>
        <w:t xml:space="preserve">[16:44] </w:t>
      </w:r>
      <w:r>
        <w:t>balkay isi par insaan ki kamyabi munhasir karti hai.</w:t>
      </w:r>
    </w:p>
    <w:p>
      <w:pPr>
        <w:jc w:val="right"/>
      </w:pPr>
      <w:r>
        <w:t>بلکہ اسی پر انسان کی کامیابی منحصر کرتی ہے۔</w:t>
      </w:r>
    </w:p>
    <w:p>
      <w:r>
        <w:rPr>
          <w:b/>
        </w:rPr>
        <w:t xml:space="preserve">[16:47] </w:t>
      </w:r>
      <w:r>
        <w:t>kamyabi aur nakami ka ta'alluq isi baat se hai ke aap apni khoobiyon ko kis tarah se istemal</w:t>
      </w:r>
    </w:p>
    <w:p>
      <w:pPr>
        <w:jc w:val="right"/>
      </w:pPr>
      <w:r>
        <w:t>کامیابی اور ناکامی کا تعلق اسی بات سے ہے کہ آپ اپنی خوبیوں کو کس طرح سے استعمال</w:t>
      </w:r>
    </w:p>
    <w:p>
      <w:r>
        <w:rPr>
          <w:b/>
        </w:rPr>
        <w:t xml:space="preserve">[16:55] </w:t>
      </w:r>
      <w:r>
        <w:t>karte hain.</w:t>
      </w:r>
    </w:p>
    <w:p>
      <w:pPr>
        <w:jc w:val="right"/>
      </w:pPr>
      <w:r>
        <w:t>کرتے ہیں۔</w:t>
      </w:r>
    </w:p>
    <w:p>
      <w:r>
        <w:rPr>
          <w:b/>
        </w:rPr>
        <w:t xml:space="preserve">[16:57] </w:t>
      </w:r>
      <w:r>
        <w:t>manfi tor par ya musbat tor par.</w:t>
      </w:r>
    </w:p>
    <w:p>
      <w:pPr>
        <w:jc w:val="right"/>
      </w:pPr>
      <w:r>
        <w:t>منفی طور پر یا مثبت طور پر۔</w:t>
      </w:r>
    </w:p>
    <w:p>
      <w:r>
        <w:rPr>
          <w:b/>
        </w:rPr>
        <w:t xml:space="preserve">[17:00] </w:t>
      </w:r>
      <w:r>
        <w:t>isi par munhasir karta hai aap ka mustaqbil, aap ki kamyabi.</w:t>
      </w:r>
    </w:p>
    <w:p>
      <w:pPr>
        <w:jc w:val="right"/>
      </w:pPr>
      <w:r>
        <w:t>اسی پر منحصر کرتا ہے آپ کا مستقبل، آپ کی کامیابی۔</w:t>
      </w:r>
    </w:p>
    <w:p>
      <w:r>
        <w:rPr>
          <w:b/>
        </w:rPr>
        <w:t xml:space="preserve">[17:04] </w:t>
      </w:r>
      <w:r>
        <w:t>dekhiye, insaan ko main samajhta hoon ke jo cheezen mili hain, un mein aik bohat bari cheez jo</w:t>
      </w:r>
    </w:p>
    <w:p>
      <w:pPr>
        <w:jc w:val="right"/>
      </w:pPr>
      <w:r>
        <w:t>دیکھئے، انسان کو میں سمجھتا ہوں کہ جو چیزیں ملی ہیں، ان میں ایک بہت بڑی چیز جو</w:t>
      </w:r>
    </w:p>
    <w:p>
      <w:r>
        <w:rPr>
          <w:b/>
        </w:rPr>
        <w:t xml:space="preserve">[17:12] </w:t>
      </w:r>
      <w:r>
        <w:t>mili hai wo waqt hai.</w:t>
      </w:r>
    </w:p>
    <w:p>
      <w:pPr>
        <w:jc w:val="right"/>
      </w:pPr>
      <w:r>
        <w:t>ملی ہے وہ وقت ہے۔</w:t>
      </w:r>
    </w:p>
    <w:p>
      <w:r>
        <w:rPr>
          <w:b/>
        </w:rPr>
        <w:t xml:space="preserve">[17:14] </w:t>
      </w:r>
      <w:r>
        <w:t>waqt.</w:t>
      </w:r>
    </w:p>
    <w:p>
      <w:pPr>
        <w:jc w:val="right"/>
      </w:pPr>
      <w:r>
        <w:t>وقت۔</w:t>
      </w:r>
    </w:p>
    <w:p>
      <w:r>
        <w:rPr>
          <w:b/>
        </w:rPr>
        <w:t xml:space="preserve">[17:16] </w:t>
      </w:r>
      <w:r>
        <w:t>waqt jitna mila hai itna hi rahega, hum na is ko ghata sakte hain na barha sakte</w:t>
      </w:r>
    </w:p>
    <w:p>
      <w:pPr>
        <w:jc w:val="right"/>
      </w:pPr>
      <w:r>
        <w:t>وقت جتنا ملا ہے اتنا ہی رہے گا، ہم نہ اس کو گھٹا سکتے ہیں نہ بڑھا سکتے</w:t>
      </w:r>
    </w:p>
    <w:p>
      <w:r>
        <w:rPr>
          <w:b/>
        </w:rPr>
        <w:t xml:space="preserve">[17:23]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[17:25] </w:t>
      </w:r>
      <w:r>
        <w:t>yeh raat din mein chaubees ghante mile hain to chaubees ghante hi rahenge woh.</w:t>
      </w:r>
    </w:p>
    <w:p>
      <w:pPr>
        <w:jc w:val="right"/>
      </w:pPr>
      <w:r>
        <w:t>یہ رات دن میں چوبیس گھنٹے ملے ہیں تو چوبیس گھنٹے ہی رہیں گے وہ۔</w:t>
      </w:r>
    </w:p>
    <w:p>
      <w:r>
        <w:rPr>
          <w:b/>
        </w:rPr>
        <w:t xml:space="preserve">[17:31] </w:t>
      </w:r>
      <w:r>
        <w:t>ab hamein bohat hi zaroori hai ke hum waqt ka intezaam janen.</w:t>
      </w:r>
    </w:p>
    <w:p>
      <w:pPr>
        <w:jc w:val="right"/>
      </w:pPr>
      <w:r>
        <w:t>اب ہمیں بہت ہی ضروری ہے کہ ہم وقت کا انتظام جانیں۔</w:t>
      </w:r>
    </w:p>
    <w:p>
      <w:r>
        <w:rPr>
          <w:b/>
        </w:rPr>
        <w:t xml:space="preserve">[17:37] </w:t>
      </w:r>
      <w:r>
        <w:t>waqt ko intezaam karna janen.</w:t>
      </w:r>
    </w:p>
    <w:p>
      <w:pPr>
        <w:jc w:val="right"/>
      </w:pPr>
      <w:r>
        <w:t>وقت کو انتظام کرنا جانیں۔</w:t>
      </w:r>
    </w:p>
    <w:p>
      <w:r>
        <w:rPr>
          <w:b/>
        </w:rPr>
        <w:t xml:space="preserve">[17:39] </w:t>
      </w:r>
      <w:r>
        <w:t>nahi to kya hoga? poori zindagi hum waqt ko zaya karte rahenge, yahan tak ke mar jayen</w:t>
      </w:r>
    </w:p>
    <w:p>
      <w:pPr>
        <w:jc w:val="right"/>
      </w:pPr>
      <w:r>
        <w:t>نہیں تو کیا ہوگا؟ پوری زندگی ہم وقت کو ضائع کرتے رہیں گے، یہاں تک کہ مر جائیں</w:t>
      </w:r>
    </w:p>
    <w:p>
      <w:r>
        <w:rPr>
          <w:b/>
        </w:rPr>
        <w:t xml:space="preserve">[17:46] </w:t>
      </w:r>
      <w:r>
        <w:t>ge.</w:t>
      </w:r>
    </w:p>
    <w:p>
      <w:pPr>
        <w:jc w:val="right"/>
      </w:pPr>
      <w:r>
        <w:t>گے۔</w:t>
      </w:r>
    </w:p>
    <w:p>
      <w:r>
        <w:rPr>
          <w:b/>
        </w:rPr>
        <w:t xml:space="preserve">[17:48] </w:t>
      </w:r>
      <w:r>
        <w:t>jaise misaal ke taur par dekhiye, raat aati hai, din aata hai.</w:t>
      </w:r>
    </w:p>
    <w:p>
      <w:pPr>
        <w:jc w:val="right"/>
      </w:pPr>
      <w:r>
        <w:t>جیسے مثال کے طور پر دیکھئے، رات آتی ہے، دن آتا ہے۔</w:t>
      </w:r>
    </w:p>
    <w:p>
      <w:r>
        <w:rPr>
          <w:b/>
        </w:rPr>
        <w:t xml:space="preserve">[17:53] </w:t>
      </w:r>
      <w:r>
        <w:t>agar aap raat ko bohat der mein soyen, aap bohat der tak TV dekh rahe hain, bohat</w:t>
      </w:r>
    </w:p>
    <w:p>
      <w:pPr>
        <w:jc w:val="right"/>
      </w:pPr>
      <w:r>
        <w:t>اگر آپ رات کو بہت دیر میں سوئیں، آپ بہت دیر تک ٹی وی دیکھ رہے ہیں، بہت</w:t>
      </w:r>
    </w:p>
    <w:p>
      <w:r>
        <w:rPr>
          <w:b/>
        </w:rPr>
        <w:t xml:space="preserve">[18:01] </w:t>
      </w:r>
      <w:r>
        <w:t>der tak gup shup kar rahe hain, bohat der tak aap hootlon mein zindagi guzar rahe hain, khate</w:t>
      </w:r>
    </w:p>
    <w:p>
      <w:pPr>
        <w:jc w:val="right"/>
      </w:pPr>
      <w:r>
        <w:t>دیر تک گپ شپ کر رہے ہیں، بہت دیر تک آپ ہوٹلوں میں زندگی گزار رہے ہیں، کھاتے</w:t>
      </w:r>
    </w:p>
    <w:p>
      <w:r>
        <w:rPr>
          <w:b/>
        </w:rPr>
        <w:t xml:space="preserve">[18:08] </w:t>
      </w:r>
      <w:r>
        <w:t>peete hain, sote hain bohat der mein, aur uthte hain subah ko der mein, to kya hua? chaubees</w:t>
      </w:r>
    </w:p>
    <w:p>
      <w:pPr>
        <w:jc w:val="right"/>
      </w:pPr>
      <w:r>
        <w:t>پیتے ہیں، سوتے ہیں بہت دیر میں، اور اٹھتے ہیں صبح کو دیر میں، تو کیا ہوا؟ چوبیس</w:t>
      </w:r>
    </w:p>
    <w:p>
      <w:r>
        <w:rPr>
          <w:b/>
        </w:rPr>
        <w:t xml:space="preserve">[18:16] </w:t>
      </w:r>
      <w:r>
        <w:t>ghante ke beech mein jo behtareen waqt hai isi ko kho diya aap ne.</w:t>
      </w:r>
    </w:p>
    <w:p>
      <w:pPr>
        <w:jc w:val="right"/>
      </w:pPr>
      <w:r>
        <w:t>گھنٹے کے بیچ میں جو بہترین وقت ہے اسی کو کھو دیا آپ نے۔</w:t>
      </w:r>
    </w:p>
    <w:p>
      <w:r>
        <w:rPr>
          <w:b/>
        </w:rPr>
        <w:t xml:space="preserve">[18:22] </w:t>
      </w:r>
      <w:r>
        <w:t>woh hai subah ka waqt.</w:t>
      </w:r>
    </w:p>
    <w:p>
      <w:pPr>
        <w:jc w:val="right"/>
      </w:pPr>
      <w:r>
        <w:t>وہ ہے صبح کا وقت۔</w:t>
      </w:r>
    </w:p>
    <w:p>
      <w:r>
        <w:rPr>
          <w:b/>
        </w:rPr>
        <w:t xml:space="preserve">[18:24] </w:t>
      </w:r>
      <w:r>
        <w:t>yeh sab log mante hain ke sab se acha waqt jo hai woh subah ka waqt hai.</w:t>
      </w:r>
    </w:p>
    <w:p>
      <w:pPr>
        <w:jc w:val="right"/>
      </w:pPr>
      <w:r>
        <w:t>یہ سب لوگ مانتے ہیں کہ سب سے اچھا وقت جو ہے وہ صبح کا وقت ہے۔</w:t>
      </w:r>
    </w:p>
    <w:p>
      <w:r>
        <w:rPr>
          <w:b/>
        </w:rPr>
        <w:t xml:space="preserve">[18:32] </w:t>
      </w:r>
      <w:r>
        <w:t>subah ka waqt jo hota hai us se acha waqt chaubees ghante mein koi doosra nahi hota hai.</w:t>
      </w:r>
    </w:p>
    <w:p>
      <w:pPr>
        <w:jc w:val="right"/>
      </w:pPr>
      <w:r>
        <w:t>صبح کا وقت جو ہوتا ہے اس سے اچھا وقت چوبیس گھنٹے میں کوئی دوسرا نہیں ہوتا ہے۔</w:t>
      </w:r>
    </w:p>
    <w:p>
      <w:r>
        <w:rPr>
          <w:b/>
        </w:rPr>
        <w:t xml:space="preserve">[18:39] </w:t>
      </w:r>
      <w:r>
        <w:t>to agar aap yeh adat bana len ke aap der tak TV dekhenge, der tak hootlon</w:t>
      </w:r>
    </w:p>
    <w:p>
      <w:pPr>
        <w:jc w:val="right"/>
      </w:pPr>
      <w:r>
        <w:t>تو اگر آپ یہ عادت بنا لیں کہ آپ دیر تک ٹی وی دیکھیں گے، دیر تک ہوٹلوں</w:t>
      </w:r>
    </w:p>
    <w:p>
      <w:r>
        <w:rPr>
          <w:b/>
        </w:rPr>
        <w:t xml:space="preserve">[18:47] </w:t>
      </w:r>
      <w:r>
        <w:t>mein partiyan karenge, der tak gup shup karenge, phir der tak doosron ke sath baith kar</w:t>
      </w:r>
    </w:p>
    <w:p>
      <w:pPr>
        <w:jc w:val="right"/>
      </w:pPr>
      <w:r>
        <w:t>میں پارٹیاں کریں گے، دیر تک گپ شپ کریں گے، پھر دیر تک دوسروں کے ساتھ بیٹھ کر</w:t>
      </w:r>
    </w:p>
    <w:p>
      <w:r>
        <w:rPr>
          <w:b/>
        </w:rPr>
        <w:t xml:space="preserve">[18:55] </w:t>
      </w:r>
      <w:r>
        <w:t>ke ho ha karenge, to zahiri hai ke aap der mein soyenge.</w:t>
      </w:r>
    </w:p>
    <w:p>
      <w:pPr>
        <w:jc w:val="right"/>
      </w:pPr>
      <w:r>
        <w:t>کے ہو ہا کریں گے، تو ظاہری ہے کہ آپ دیر میں سوئیں گے۔</w:t>
      </w:r>
    </w:p>
    <w:p>
      <w:r>
        <w:rPr>
          <w:b/>
        </w:rPr>
        <w:t xml:space="preserve">[19:01] </w:t>
      </w:r>
      <w:r>
        <w:t>jab der mein soyenge to aap der mein uthenge.</w:t>
      </w:r>
    </w:p>
    <w:p>
      <w:pPr>
        <w:jc w:val="right"/>
      </w:pPr>
      <w:r>
        <w:t>جب دیر میں سوئیں گے تو آپ دیر میں اٹھیں گے۔</w:t>
      </w:r>
    </w:p>
    <w:p>
      <w:r>
        <w:rPr>
          <w:b/>
        </w:rPr>
        <w:t xml:space="preserve">[19:06] </w:t>
      </w:r>
      <w:r>
        <w:t>to har din aap fitrat ke sab se barhe tohfe ko khote rahenge.</w:t>
      </w:r>
    </w:p>
    <w:p>
      <w:pPr>
        <w:jc w:val="right"/>
      </w:pPr>
      <w:r>
        <w:t>تو ہر دن آپ فطرت کے سب سے بڑے تحفے کو کھوتے رہیں گے۔</w:t>
      </w:r>
    </w:p>
    <w:p>
      <w:r>
        <w:rPr>
          <w:b/>
        </w:rPr>
        <w:t xml:space="preserve">[19:12] </w:t>
      </w:r>
      <w:r>
        <w:t>Khuda aap ke paas subah bhejta hai.</w:t>
      </w:r>
    </w:p>
    <w:p>
      <w:pPr>
        <w:jc w:val="right"/>
      </w:pPr>
      <w:r>
        <w:t>خدا آپ کے پاس صبح بھیجتا ہے۔</w:t>
      </w:r>
    </w:p>
    <w:p>
      <w:r>
        <w:rPr>
          <w:b/>
        </w:rPr>
        <w:t xml:space="preserve">[19:15] </w:t>
      </w:r>
      <w:r>
        <w:t>bohat hi pyari subah, bohat hi khoobsurat subah, bohat hi barhi barkat le kar aati hai subah.</w:t>
      </w:r>
    </w:p>
    <w:p>
      <w:pPr>
        <w:jc w:val="right"/>
      </w:pPr>
      <w:r>
        <w:t>بہت ہی پیاری صبح، بہت ہی خوبصورت صبح، بہت ہی بڑی برکت لے کر آتی ہے صبح۔</w:t>
      </w:r>
    </w:p>
    <w:p>
      <w:r>
        <w:rPr>
          <w:b/>
        </w:rPr>
        <w:t xml:space="preserve">[19:22] </w:t>
      </w:r>
      <w:r>
        <w:t>aur us waqt kya hai? aap so rahe hain.</w:t>
      </w:r>
    </w:p>
    <w:p>
      <w:pPr>
        <w:jc w:val="right"/>
      </w:pPr>
      <w:r>
        <w:t>اور اس وقت کیا ہے؟ آپ سو رہے ہیں۔</w:t>
      </w:r>
    </w:p>
    <w:p>
      <w:r>
        <w:rPr>
          <w:b/>
        </w:rPr>
        <w:t xml:space="preserve">[19:26] </w:t>
      </w:r>
      <w:r>
        <w:t>to is se barhi, aap sochen ke is se barhi mahroomi kya ho sakti hai ke khaliq aap</w:t>
      </w:r>
    </w:p>
    <w:p>
      <w:pPr>
        <w:jc w:val="right"/>
      </w:pPr>
      <w:r>
        <w:t>تو اس سے بڑی، آپ سوچیں کہ اس سے بڑی محرومی کیا ہو سکتی ہے کہ خالق آپ</w:t>
      </w:r>
    </w:p>
    <w:p>
      <w:r>
        <w:rPr>
          <w:b/>
        </w:rPr>
        <w:t xml:space="preserve">[19:33] </w:t>
      </w:r>
      <w:r>
        <w:t>ke paas itna barha tohfa le kar aaye, aur aap is ko wasool na karen, yahan tak ke</w:t>
      </w:r>
    </w:p>
    <w:p>
      <w:pPr>
        <w:jc w:val="right"/>
      </w:pPr>
      <w:r>
        <w:t>کے پاس اتنا بڑا تحفہ لے کر آئے، اور آپ اس کو وصول نہ کریں، یہاں تک کہ</w:t>
      </w:r>
    </w:p>
    <w:p>
      <w:r>
        <w:rPr>
          <w:b/>
        </w:rPr>
        <w:t xml:space="preserve">[19:41] </w:t>
      </w:r>
      <w:r>
        <w:t>waqt nikal jaye, yahan tak ke subah khatm ho jaye, aur phir dopahar aye, aur sham aye, phir</w:t>
      </w:r>
    </w:p>
    <w:p>
      <w:pPr>
        <w:jc w:val="right"/>
      </w:pPr>
      <w:r>
        <w:t>وقت نکل جائے، یہاں تک کہ صبح ختم ہو جائے، اور پھر دوپہر آئے، اور شام آئے، پھر</w:t>
      </w:r>
    </w:p>
    <w:p>
      <w:r>
        <w:rPr>
          <w:b/>
        </w:rPr>
        <w:t xml:space="preserve">[19:49] </w:t>
      </w:r>
      <w:r>
        <w:t>raat aye.</w:t>
      </w:r>
    </w:p>
    <w:p>
      <w:pPr>
        <w:jc w:val="right"/>
      </w:pPr>
      <w:r>
        <w:t>رات آئے۔</w:t>
      </w:r>
    </w:p>
    <w:p>
      <w:r>
        <w:rPr>
          <w:b/>
        </w:rPr>
        <w:t xml:space="preserve">[19:50] </w:t>
      </w:r>
      <w:r>
        <w:t>to waqt ka intizam bohat ziyada zaroori hai.</w:t>
      </w:r>
    </w:p>
    <w:p>
      <w:pPr>
        <w:jc w:val="right"/>
      </w:pPr>
      <w:r>
        <w:t>تو وقت کا انتظام بہت زیادہ ضروری ہے۔</w:t>
      </w:r>
    </w:p>
    <w:p>
      <w:r>
        <w:rPr>
          <w:b/>
        </w:rPr>
        <w:t xml:space="preserve">[19:54] </w:t>
      </w:r>
      <w:r>
        <w:t>main ne dekha hai ke jo log waqt ko intizam karte hain woh baray baray kaam karte hain.</w:t>
      </w:r>
    </w:p>
    <w:p>
      <w:pPr>
        <w:jc w:val="right"/>
      </w:pPr>
      <w:r>
        <w:t>میں نے دیکھا ہے کہ جو لوگ وقت کو انتظام کرتے ہیں وہ بڑے بڑے کام کرتے ہیں۔</w:t>
      </w:r>
    </w:p>
    <w:p>
      <w:r>
        <w:rPr>
          <w:b/>
        </w:rPr>
        <w:t xml:space="preserve">[20:01] </w:t>
      </w:r>
      <w:r>
        <w:t>aur jo waqt ko intizam nahi karte woh rozana waqt ko zaya karte rehte hain.</w:t>
      </w:r>
    </w:p>
    <w:p>
      <w:pPr>
        <w:jc w:val="right"/>
      </w:pPr>
      <w:r>
        <w:t>اور جو وقت کو انتظام نہیں کرتے وہ روزانہ وقت کو ضائع کرتے رہتے ہیں۔</w:t>
      </w:r>
    </w:p>
    <w:p>
      <w:r>
        <w:rPr>
          <w:b/>
        </w:rPr>
        <w:t xml:space="preserve">[20:08] </w:t>
      </w:r>
      <w:r>
        <w:t>yani khane ka waqt sahi hona chahiye, parhne ka waqt sahi hona chahiye, sone ka waqt sahi hona</w:t>
      </w:r>
    </w:p>
    <w:p>
      <w:pPr>
        <w:jc w:val="right"/>
      </w:pPr>
      <w:r>
        <w:t>یعنی کھانے کا وقت صحیح ہونا چاہیے، پڑھنے کا وقت صحیح ہونا چاہیے، سونے کا وقت صحیح ہونا</w:t>
      </w:r>
    </w:p>
    <w:p>
      <w:r>
        <w:rPr>
          <w:b/>
        </w:rPr>
        <w:t xml:space="preserve">[20:16] </w:t>
      </w:r>
      <w:r>
        <w:t>chahiye.</w:t>
      </w:r>
    </w:p>
    <w:p>
      <w:pPr>
        <w:jc w:val="right"/>
      </w:pPr>
      <w:r>
        <w:t>چاہیے۔</w:t>
      </w:r>
    </w:p>
    <w:p>
      <w:r>
        <w:rPr>
          <w:b/>
        </w:rPr>
        <w:t xml:space="preserve">[20:17] </w:t>
      </w:r>
      <w:r>
        <w:t>waqt ko intizam karna, main samajhta hoon ke yeh har insan ki sab se bari zaroorat hai.</w:t>
      </w:r>
    </w:p>
    <w:p>
      <w:pPr>
        <w:jc w:val="right"/>
      </w:pPr>
      <w:r>
        <w:t>وقت کو انتظام کرنا، میں سمجھتا ہوں کہ یہ ہر انسان کی سب سے بڑی ضرورت ہے۔</w:t>
      </w:r>
    </w:p>
    <w:p>
      <w:r>
        <w:rPr>
          <w:b/>
        </w:rPr>
        <w:t xml:space="preserve">[20:24] </w:t>
      </w:r>
      <w:r>
        <w:t>"You have to know the art of time management." Kyunki hamari bahut sari sargarmian hoti hain, tamam sargarmion</w:t>
      </w:r>
    </w:p>
    <w:p>
      <w:pPr>
        <w:jc w:val="right"/>
      </w:pPr>
      <w:r>
        <w:t>"You have to know the art of time management۔" کیونکہ ہماری بہت ساری سرگرمیاں ہوتی ہیں، تمام سرگرمیوں</w:t>
      </w:r>
    </w:p>
    <w:p>
      <w:r>
        <w:rPr>
          <w:b/>
        </w:rPr>
        <w:t xml:space="preserve">[20:32] </w:t>
      </w:r>
      <w:r>
        <w:t>ke liye hamein munasib waqt dena hota hai.</w:t>
      </w:r>
    </w:p>
    <w:p>
      <w:pPr>
        <w:jc w:val="right"/>
      </w:pPr>
      <w:r>
        <w:t>کے لیے ہمیں مناسب وقت دینا ہوتا ہے۔</w:t>
      </w:r>
    </w:p>
    <w:p>
      <w:r>
        <w:rPr>
          <w:b/>
        </w:rPr>
        <w:t xml:space="preserve">[20:36] </w:t>
      </w:r>
      <w:r>
        <w:t>to jab hum munasib waqt har ek ko dein, theek theek tareeqe se har kaam ko karein, to</w:t>
      </w:r>
    </w:p>
    <w:p>
      <w:pPr>
        <w:jc w:val="right"/>
      </w:pPr>
      <w:r>
        <w:t>تو جب ہم مناسب وقت ہر ایک کو دیں، ٹھیک ٹھیک طریقے سے ہر کام کو کریں، تو</w:t>
      </w:r>
    </w:p>
    <w:p>
      <w:r>
        <w:rPr>
          <w:b/>
        </w:rPr>
        <w:t xml:space="preserve">[20:43] </w:t>
      </w:r>
      <w:r>
        <w:t>isi ko kehte hain waqt ka intizam.</w:t>
      </w:r>
    </w:p>
    <w:p>
      <w:pPr>
        <w:jc w:val="right"/>
      </w:pPr>
      <w:r>
        <w:t>اسی کو کہتے ہیں وقت کا انتظام۔</w:t>
      </w:r>
    </w:p>
    <w:p>
      <w:r>
        <w:rPr>
          <w:b/>
        </w:rPr>
        <w:t xml:space="preserve">[20:46] </w:t>
      </w:r>
      <w:r>
        <w:t>تو میں سمجھتا ہوں کہ ہر آدمی کو یہ سیکھنا ہے کہ "how to manage his time." کس</w:t>
      </w:r>
    </w:p>
    <w:p>
      <w:pPr>
        <w:jc w:val="right"/>
      </w:pPr>
      <w:r>
        <w:t>تو میں سمجھتا ہوں کہ ہر آدمی کو یہ سیکھنا ہے کہ "how to manage his time۔" کس</w:t>
      </w:r>
    </w:p>
    <w:p>
      <w:r>
        <w:rPr>
          <w:b/>
        </w:rPr>
        <w:t xml:space="preserve">[20:54] </w:t>
      </w:r>
      <w:r>
        <w:t>tarah woh raat ko istemal kare, kis tarah din ko istemal kare, kis tarah subah ke waqt ko</w:t>
      </w:r>
    </w:p>
    <w:p>
      <w:pPr>
        <w:jc w:val="right"/>
      </w:pPr>
      <w:r>
        <w:t>طرح وہ رات کو استعمال کرے، کس طرح دن کو استعمال کرے، کس طرح صبح کے وقت کو</w:t>
      </w:r>
    </w:p>
    <w:p>
      <w:r>
        <w:rPr>
          <w:b/>
        </w:rPr>
        <w:t xml:space="preserve">[21:02] </w:t>
      </w:r>
      <w:r>
        <w:t>istemal kare.</w:t>
      </w:r>
    </w:p>
    <w:p>
      <w:pPr>
        <w:jc w:val="right"/>
      </w:pPr>
      <w:r>
        <w:t>استعمال کرے۔</w:t>
      </w:r>
    </w:p>
    <w:p>
      <w:r>
        <w:rPr>
          <w:b/>
        </w:rPr>
        <w:t xml:space="preserve">[21:03] </w:t>
      </w:r>
      <w:r>
        <w:t>yeh sab mawaqe hain.</w:t>
      </w:r>
    </w:p>
    <w:p>
      <w:pPr>
        <w:jc w:val="right"/>
      </w:pPr>
      <w:r>
        <w:t>یہ سب مواقع ہیں۔</w:t>
      </w:r>
    </w:p>
    <w:p>
      <w:r>
        <w:rPr>
          <w:b/>
        </w:rPr>
        <w:t xml:space="preserve">[21:05] </w:t>
      </w:r>
      <w:r>
        <w:t>yeh sab mawaqe hain.</w:t>
      </w:r>
    </w:p>
    <w:p>
      <w:pPr>
        <w:jc w:val="right"/>
      </w:pPr>
      <w:r>
        <w:t>یہ سب مواقع ہیں۔</w:t>
      </w:r>
    </w:p>
    <w:p>
      <w:r>
        <w:rPr>
          <w:b/>
        </w:rPr>
        <w:t xml:space="preserve">[21:07] </w:t>
      </w:r>
      <w:r>
        <w:t>تو "how to avail these opportunities." یہ ہر آدمی کو سیکھنا ہے، ہر آدمی کو جاننا ہے۔</w:t>
      </w:r>
    </w:p>
    <w:p>
      <w:pPr>
        <w:jc w:val="right"/>
      </w:pPr>
      <w:r>
        <w:t>تو "how to avail these opportunities۔" یہ ہر آدمی کو سیکھنا ہے، ہر آدمی کو جاننا ہے۔</w:t>
      </w:r>
    </w:p>
    <w:p>
      <w:r>
        <w:rPr>
          <w:b/>
        </w:rPr>
        <w:t xml:space="preserve">[21:14] </w:t>
      </w:r>
      <w:r>
        <w:t>mujhe ek waqia yaad ata hai, pandrah august ka.</w:t>
      </w:r>
    </w:p>
    <w:p>
      <w:pPr>
        <w:jc w:val="right"/>
      </w:pPr>
      <w:r>
        <w:t>مجھے ایک واقعہ یاد آتا ہے، پندرہ اگست کا۔</w:t>
      </w:r>
    </w:p>
    <w:p>
      <w:r>
        <w:rPr>
          <w:b/>
        </w:rPr>
        <w:t xml:space="preserve">[21:18] </w:t>
      </w:r>
      <w:r>
        <w:t>aap jante hain ke pandrah august, august 15, 1947 ko India azad hua tha.</w:t>
      </w:r>
    </w:p>
    <w:p>
      <w:pPr>
        <w:jc w:val="right"/>
      </w:pPr>
      <w:r>
        <w:t>آپ جانتے ہیں کہ پندرہ اگست، اگست 15، 1947 کو انڈیا آزاد ہوا تھا۔</w:t>
      </w:r>
    </w:p>
    <w:p>
      <w:r>
        <w:rPr>
          <w:b/>
        </w:rPr>
        <w:t xml:space="preserve">[21:24] </w:t>
      </w:r>
      <w:r>
        <w:t>to us waqt TV nahi hota tha, us waqt radio hota tha.</w:t>
      </w:r>
    </w:p>
    <w:p>
      <w:pPr>
        <w:jc w:val="right"/>
      </w:pPr>
      <w:r>
        <w:t>تو اس وقت ٹی وی نہیں ہوتا تھا، اس وقت ریڈیو ہوتا تھا۔</w:t>
      </w:r>
    </w:p>
    <w:p>
      <w:r>
        <w:rPr>
          <w:b/>
        </w:rPr>
        <w:t xml:space="preserve">[21:29] </w:t>
      </w:r>
      <w:r>
        <w:t>to viceroy jo India ke thay us waqt, lord mountbatten.</w:t>
      </w:r>
    </w:p>
    <w:p>
      <w:pPr>
        <w:jc w:val="right"/>
      </w:pPr>
      <w:r>
        <w:t>تو وائسرائے جو انڈیا کے تھے اس وقت، لارڈ ماؤنٹ بیٹن۔</w:t>
      </w:r>
    </w:p>
    <w:p>
      <w:r>
        <w:rPr>
          <w:b/>
        </w:rPr>
        <w:t xml:space="preserve">[21:34] </w:t>
      </w:r>
      <w:r>
        <w:t>to viceroy raat ko, yani pandrah august ki raat ko barah baj kar aik minute par radio par</w:t>
      </w:r>
    </w:p>
    <w:p>
      <w:pPr>
        <w:jc w:val="right"/>
      </w:pPr>
      <w:r>
        <w:t>تو وائسرائے رات کو، یعنی پندرہ اگست کی رات کو بارہ بج کر ایک منٹ پر ریڈیو پر</w:t>
      </w:r>
    </w:p>
    <w:p>
      <w:r>
        <w:rPr>
          <w:b/>
        </w:rPr>
        <w:t xml:space="preserve">[21:42] </w:t>
      </w:r>
      <w:r>
        <w:t>yeh ailan karne wale thay ke "today India is free." is ailan ko sunne ke liye birla house</w:t>
      </w:r>
    </w:p>
    <w:p>
      <w:pPr>
        <w:jc w:val="right"/>
      </w:pPr>
      <w:r>
        <w:t>یہ اعلان کرنے والے تھے کہ "today انڈیا is free۔" اس اعلان کو سننے کے لیے بلا ہاؤس</w:t>
      </w:r>
    </w:p>
    <w:p>
      <w:r>
        <w:rPr>
          <w:b/>
        </w:rPr>
        <w:t xml:space="preserve">[21:49] </w:t>
      </w:r>
      <w:r>
        <w:t>mein, dilli mein baray baray leader akhathe thay, birla, jd birla bhi wahan thay.</w:t>
      </w:r>
    </w:p>
    <w:p>
      <w:pPr>
        <w:jc w:val="right"/>
      </w:pPr>
      <w:r>
        <w:t>میں، دلی میں بڑے بڑے لیڈر اکٹھے تھے، بلا، جے ڈی بلا بھی وہاں تھے۔</w:t>
      </w:r>
    </w:p>
    <w:p>
      <w:r>
        <w:rPr>
          <w:b/>
        </w:rPr>
        <w:t xml:space="preserve">[21:56] </w:t>
      </w:r>
      <w:r>
        <w:t>to jab raat ko aath baj kar tees minute ka waqt hua, aath baj kar tees minute, isi</w:t>
      </w:r>
    </w:p>
    <w:p>
      <w:pPr>
        <w:jc w:val="right"/>
      </w:pPr>
      <w:r>
        <w:t>تو جب رات کو آٹھ بج کر تیس منٹ کا وقت ہوا، آٹھ بج کر تیس منٹ، اسی</w:t>
      </w:r>
    </w:p>
    <w:p>
      <w:r>
        <w:rPr>
          <w:b/>
        </w:rPr>
        <w:t xml:space="preserve">[22:04] </w:t>
      </w:r>
      <w:r>
        <w:t>birla house mein un ka kamra tha sone ka.</w:t>
      </w:r>
    </w:p>
    <w:p>
      <w:pPr>
        <w:jc w:val="right"/>
      </w:pPr>
      <w:r>
        <w:t>بلا ہاؤس میں ان کا کمرہ تھا سونے کا۔</w:t>
      </w:r>
    </w:p>
    <w:p>
      <w:r>
        <w:rPr>
          <w:b/>
        </w:rPr>
        <w:t xml:space="preserve">[22:07] </w:t>
      </w:r>
      <w:r>
        <w:t>jab aath baj kar tees minute ka waqt hua to foran uth gaye woh ke ab mere sone</w:t>
      </w:r>
    </w:p>
    <w:p>
      <w:pPr>
        <w:jc w:val="right"/>
      </w:pPr>
      <w:r>
        <w:t>جب آٹھ بج کر تیس منٹ کا وقت ہوا تو فوراً اٹھ گئے وہ کہ اب میرے سونے</w:t>
      </w:r>
    </w:p>
    <w:p>
      <w:r>
        <w:rPr>
          <w:b/>
        </w:rPr>
        <w:t xml:space="preserve">[22:15] </w:t>
      </w:r>
      <w:r>
        <w:t>ka waqt ho gaya, ab mein ja raha hoon.</w:t>
      </w:r>
    </w:p>
    <w:p>
      <w:pPr>
        <w:jc w:val="right"/>
      </w:pPr>
      <w:r>
        <w:t>کا وقت ہوگیا، اب میں جا رہا ہوں۔</w:t>
      </w:r>
    </w:p>
    <w:p>
      <w:r>
        <w:rPr>
          <w:b/>
        </w:rPr>
        <w:t xml:space="preserve">[22:19] </w:t>
      </w:r>
      <w:r>
        <w:t>chale gaye sone ke liye woh.</w:t>
      </w:r>
    </w:p>
    <w:p>
      <w:pPr>
        <w:jc w:val="right"/>
      </w:pPr>
      <w:r>
        <w:t>چلے گئے سونے کے لیے وہ۔</w:t>
      </w:r>
    </w:p>
    <w:p>
      <w:r>
        <w:rPr>
          <w:b/>
        </w:rPr>
        <w:t xml:space="preserve">[22:21] </w:t>
      </w:r>
      <w:r>
        <w:t>to kisi ne kaha ke ab abhi itni bari khabar anay wali hai, barah baj kar aik minute</w:t>
      </w:r>
    </w:p>
    <w:p>
      <w:pPr>
        <w:jc w:val="right"/>
      </w:pPr>
      <w:r>
        <w:t>تو کسی نے کہا کہ اب ابھی اتنی بڑی خبر آنے والی ہے، بارہ بج کر ایک منٹ</w:t>
      </w:r>
    </w:p>
    <w:p>
      <w:r>
        <w:rPr>
          <w:b/>
        </w:rPr>
        <w:t xml:space="preserve">[22:29] </w:t>
      </w:r>
      <w:r>
        <w:t>par, to is ko aap sunen ge nahi? to Bill ne kya kaha? woh to kal kaghaz mein</w:t>
      </w:r>
    </w:p>
    <w:p>
      <w:pPr>
        <w:jc w:val="right"/>
      </w:pPr>
      <w:r>
        <w:t>پر، تو اس کو آپ سنیں گے نہیں؟ تو بلا نے کیا کہا؟ وہ تو کل کاغذ میں</w:t>
      </w:r>
    </w:p>
    <w:p>
      <w:r>
        <w:rPr>
          <w:b/>
        </w:rPr>
        <w:t xml:space="preserve">[22:37] </w:t>
      </w:r>
      <w:r>
        <w:t>aa jaye ga, mein usay parh loon ga.</w:t>
      </w:r>
    </w:p>
    <w:p>
      <w:pPr>
        <w:jc w:val="right"/>
      </w:pPr>
      <w:r>
        <w:t>آجائے گا، میں اسے پڑھ لوں گا۔</w:t>
      </w:r>
    </w:p>
    <w:p>
      <w:r>
        <w:rPr>
          <w:b/>
        </w:rPr>
        <w:t xml:space="preserve">[22:40] </w:t>
      </w:r>
      <w:r>
        <w:t>yeh keh kar chale gaye woh.</w:t>
      </w:r>
    </w:p>
    <w:p>
      <w:pPr>
        <w:jc w:val="right"/>
      </w:pPr>
      <w:r>
        <w:t>یہ کہہ کر چلے گئے وہ۔</w:t>
      </w:r>
    </w:p>
    <w:p>
      <w:r>
        <w:rPr>
          <w:b/>
        </w:rPr>
        <w:t xml:space="preserve">[22:42] </w:t>
      </w:r>
      <w:r>
        <w:t>yeh hai waqt ko intizam karna.</w:t>
      </w:r>
    </w:p>
    <w:p>
      <w:pPr>
        <w:jc w:val="right"/>
      </w:pPr>
      <w:r>
        <w:t>یہ ہے وقت کو انتظام کرنا۔</w:t>
      </w:r>
    </w:p>
    <w:p>
      <w:r>
        <w:rPr>
          <w:b/>
        </w:rPr>
        <w:t xml:space="preserve">[22:45] </w:t>
      </w:r>
      <w:r>
        <w:t>apne waqt par woh sone ko chale gaye.</w:t>
      </w:r>
    </w:p>
    <w:p>
      <w:pPr>
        <w:jc w:val="right"/>
      </w:pPr>
      <w:r>
        <w:t>اپنے وقت پر وہ سونے کو چلے گئے۔</w:t>
      </w:r>
    </w:p>
    <w:p>
      <w:r>
        <w:rPr>
          <w:b/>
        </w:rPr>
        <w:t xml:space="preserve">[22:48] </w:t>
      </w:r>
      <w:r>
        <w:t>aur jahan tak khabar ki baat thi to unhon ne socha ke chahe raat ko barah baje mein</w:t>
      </w:r>
    </w:p>
    <w:p>
      <w:pPr>
        <w:jc w:val="right"/>
      </w:pPr>
      <w:r>
        <w:t>اور جہاں تک خبر کی بات تھی تو انہوں نے سوچا کہ چاہے رات کو بارہ بجے میں</w:t>
      </w:r>
    </w:p>
    <w:p>
      <w:r>
        <w:rPr>
          <w:b/>
        </w:rPr>
        <w:t xml:space="preserve">[22:56] </w:t>
      </w:r>
      <w:r>
        <w:t>is khabar ko sunoon ya subah ko akhbar mein is khabar ko parh loon, dono mein koi farq</w:t>
      </w:r>
    </w:p>
    <w:p>
      <w:pPr>
        <w:jc w:val="right"/>
      </w:pPr>
      <w:r>
        <w:t>اس خبر کو سنوں یا صبح کو اخبار میں اس خبر کو پڑھ لوں، دونوں میں کوئی فرق</w:t>
      </w:r>
    </w:p>
    <w:p>
      <w:r>
        <w:rPr>
          <w:b/>
        </w:rPr>
        <w:t xml:space="preserve">[23:04] </w:t>
      </w:r>
      <w:r>
        <w:t>to hai nahi.</w:t>
      </w:r>
    </w:p>
    <w:p>
      <w:pPr>
        <w:jc w:val="right"/>
      </w:pPr>
      <w:r>
        <w:t>تو ہے نہیں۔</w:t>
      </w:r>
    </w:p>
    <w:p>
      <w:r>
        <w:rPr>
          <w:b/>
        </w:rPr>
        <w:t xml:space="preserve">[23:05] </w:t>
      </w:r>
      <w:r>
        <w:t>to aap jante hain ke Bill ne India mein bohat bara sanati saltanat khara kiya.</w:t>
      </w:r>
    </w:p>
    <w:p>
      <w:pPr>
        <w:jc w:val="right"/>
      </w:pPr>
      <w:r>
        <w:t>تو آپ جانتے ہیں کہ بلا نے انڈیا میں بہت بڑا صنعتی سلطنت کھڑا کیا۔</w:t>
      </w:r>
    </w:p>
    <w:p>
      <w:r>
        <w:rPr>
          <w:b/>
        </w:rPr>
        <w:t xml:space="preserve">[23:12] </w:t>
      </w:r>
      <w:r>
        <w:t>kyun? isi liye ke woh apne waqt ko intizam karna jante thay.</w:t>
      </w:r>
    </w:p>
    <w:p>
      <w:pPr>
        <w:jc w:val="right"/>
      </w:pPr>
      <w:r>
        <w:t>کیوں؟ اسی لیے کہ وہ اپنے وقت کو انتظام کرنا جانتے تھے۔</w:t>
      </w:r>
    </w:p>
    <w:p>
      <w:r>
        <w:rPr>
          <w:b/>
        </w:rPr>
        <w:t xml:space="preserve">[23:17] </w:t>
      </w:r>
      <w:r>
        <w:t>apne waqt ko intizam karna jante thay.</w:t>
      </w:r>
    </w:p>
    <w:p>
      <w:pPr>
        <w:jc w:val="right"/>
      </w:pPr>
      <w:r>
        <w:t>اپنے وقت کو انتظام کرنا جانتے تھے۔</w:t>
      </w:r>
    </w:p>
    <w:p>
      <w:r>
        <w:rPr>
          <w:b/>
        </w:rPr>
        <w:t xml:space="preserve">[23:20] </w:t>
      </w:r>
      <w:r>
        <w:t>waqt ka aik minute bhi woh zaya nahi karte thay woh.</w:t>
      </w:r>
    </w:p>
    <w:p>
      <w:pPr>
        <w:jc w:val="right"/>
      </w:pPr>
      <w:r>
        <w:t>وقت کا ایک منٹ بھی وہ ضائع نہیں کرتے تھے وہ۔</w:t>
      </w:r>
    </w:p>
    <w:p>
      <w:r>
        <w:rPr>
          <w:b/>
        </w:rPr>
        <w:t xml:space="preserve">[23:24] </w:t>
      </w:r>
      <w:r>
        <w:t>yeh khaas baat thi un mein.</w:t>
      </w:r>
    </w:p>
    <w:p>
      <w:pPr>
        <w:jc w:val="right"/>
      </w:pPr>
      <w:r>
        <w:t>یہ خاص بات تھی ان میں۔</w:t>
      </w:r>
    </w:p>
    <w:p>
      <w:r>
        <w:rPr>
          <w:b/>
        </w:rPr>
        <w:t xml:space="preserve">[23:27] </w:t>
      </w:r>
      <w:r>
        <w:t>bohat hi baqayeda thay, bohat hi baqayeda thay.</w:t>
      </w:r>
    </w:p>
    <w:p>
      <w:pPr>
        <w:jc w:val="right"/>
      </w:pPr>
      <w:r>
        <w:t>بہت ہی باقاعدہ تھے، بہت ہی باقاعدہ تھے۔</w:t>
      </w:r>
    </w:p>
    <w:p>
      <w:r>
        <w:rPr>
          <w:b/>
        </w:rPr>
        <w:t xml:space="preserve">[23:30] </w:t>
      </w:r>
      <w:r>
        <w:t>har kaam apne waqt par karte thay.</w:t>
      </w:r>
    </w:p>
    <w:p>
      <w:pPr>
        <w:jc w:val="right"/>
      </w:pPr>
      <w:r>
        <w:t>ہر کام اپنے وقت پر کرتے تھے۔</w:t>
      </w:r>
    </w:p>
    <w:p>
      <w:r>
        <w:rPr>
          <w:b/>
        </w:rPr>
        <w:t xml:space="preserve">[23:33] </w:t>
      </w:r>
      <w:r>
        <w:t>to waqt ke intizam mein woh bohat hi mahir thay.</w:t>
      </w:r>
    </w:p>
    <w:p>
      <w:pPr>
        <w:jc w:val="right"/>
      </w:pPr>
      <w:r>
        <w:t>تو وقت کے انتظام میں وہ بہت ہی ماہر تھے۔</w:t>
      </w:r>
    </w:p>
    <w:p>
      <w:r>
        <w:rPr>
          <w:b/>
        </w:rPr>
        <w:t xml:space="preserve">[23:38] </w:t>
      </w:r>
      <w:r>
        <w:t>to mein samajhta hoon ke yahi har kaam ko karna hai.</w:t>
      </w:r>
    </w:p>
    <w:p>
      <w:pPr>
        <w:jc w:val="right"/>
      </w:pPr>
      <w:r>
        <w:t>تو میں سمجھتا ہوں کہ یہی ہر کام کو کرنا ہے۔</w:t>
      </w:r>
    </w:p>
    <w:p>
      <w:r>
        <w:rPr>
          <w:b/>
        </w:rPr>
        <w:t xml:space="preserve">[23:42] </w:t>
      </w:r>
      <w:r>
        <w:t>jo aadmi bhi is dunya mein koi bara kaam karna chahta hai to us ko waqt ke intizam</w:t>
      </w:r>
    </w:p>
    <w:p>
      <w:pPr>
        <w:jc w:val="right"/>
      </w:pPr>
      <w:r>
        <w:t>جو آدمی بھی اس دنیا میں کوئی بڑا کام کرنا چاہتا ہے تو اس کو وقت کے انتظام</w:t>
      </w:r>
    </w:p>
    <w:p>
      <w:r>
        <w:rPr>
          <w:b/>
        </w:rPr>
        <w:t xml:space="preserve">[23:50] </w:t>
      </w:r>
      <w:r>
        <w:t>ka fun seekhna chahiye.</w:t>
      </w:r>
    </w:p>
    <w:p>
      <w:pPr>
        <w:jc w:val="right"/>
      </w:pPr>
      <w:r>
        <w:t>کا فن سیکھنا چاہیے۔</w:t>
      </w:r>
    </w:p>
    <w:p>
      <w:r>
        <w:rPr>
          <w:b/>
        </w:rPr>
        <w:t xml:space="preserve">[23:52] </w:t>
      </w:r>
      <w:r>
        <w:t>warna woh waqt khota rahe ga aur koi bara kamyabi us ko nahi ho sake gi.</w:t>
      </w:r>
    </w:p>
    <w:p>
      <w:pPr>
        <w:jc w:val="right"/>
      </w:pPr>
      <w:r>
        <w:t>ورنہ وہ وقت کھوتا رہے گا اور کوئی بڑا کامیابی اس کو نہیں ہو سکے گا۔</w:t>
      </w:r>
    </w:p>
    <w:p>
      <w:r>
        <w:rPr>
          <w:b/>
        </w:rPr>
        <w:t xml:space="preserve">[23:59] </w:t>
      </w:r>
      <w:r>
        <w:t>koi bara kamyabi us ko nahi ho sake gi.</w:t>
      </w:r>
    </w:p>
    <w:p>
      <w:pPr>
        <w:jc w:val="right"/>
      </w:pPr>
      <w:r>
        <w:t>کوئی بڑا کامیابی اس کو نہیں ہو سکے گا۔</w:t>
      </w:r>
    </w:p>
    <w:p>
      <w:r>
        <w:rPr>
          <w:b/>
        </w:rPr>
        <w:t xml:space="preserve">[24:03] </w:t>
      </w:r>
      <w:r>
        <w:t>to yeh chahe aap kisi bhi line mein hon, kisi bhi maidan mein hon, chahe aap koi chota</w:t>
      </w:r>
    </w:p>
    <w:p>
      <w:pPr>
        <w:jc w:val="right"/>
      </w:pPr>
      <w:r>
        <w:t>تو یہ چاہے آپ کسی بھی لائن میں ہوں، کسی بھی میدان میں ہوں، چاہے آپ کوئی چھوٹا</w:t>
      </w:r>
    </w:p>
    <w:p>
      <w:r>
        <w:rPr>
          <w:b/>
        </w:rPr>
        <w:t xml:space="preserve">[24:10] </w:t>
      </w:r>
      <w:r>
        <w:t>he kaam kar rahe hon, bara kaam ya chota kaam, yeh to ek nisbati istilaah hai.</w:t>
      </w:r>
    </w:p>
    <w:p>
      <w:pPr>
        <w:jc w:val="right"/>
      </w:pPr>
      <w:r>
        <w:t>ہی کام کر رہے ہوں، بڑا کام یا چھوٹا کام، یہ تو ایک نسبتی اصطلاح ہے۔</w:t>
      </w:r>
    </w:p>
    <w:p>
      <w:r>
        <w:rPr>
          <w:b/>
        </w:rPr>
        <w:t xml:space="preserve">[24:17] </w:t>
      </w:r>
      <w:r>
        <w:t>har jagah aap ko waqt ko intezaam karna seekhna hai.</w:t>
      </w:r>
    </w:p>
    <w:p>
      <w:pPr>
        <w:jc w:val="right"/>
      </w:pPr>
      <w:r>
        <w:t>ہر جگہ آپ کو وقت کو انتظام کرنا سیکھنا ہے۔</w:t>
      </w:r>
    </w:p>
    <w:p>
      <w:r>
        <w:rPr>
          <w:b/>
        </w:rPr>
        <w:t xml:space="preserve">[24:21] </w:t>
      </w:r>
      <w:r>
        <w:t>waqt ko intezaam karna aap agar janenge tab hi aap kamyaab honge.</w:t>
      </w:r>
    </w:p>
    <w:p>
      <w:pPr>
        <w:jc w:val="right"/>
      </w:pPr>
      <w:r>
        <w:t>وقت کو انتظام کرنا آپ اگر جانیں گے تب ہی آپ کامیاب ہوں گے۔</w:t>
      </w:r>
    </w:p>
    <w:p>
      <w:r>
        <w:rPr>
          <w:b/>
        </w:rPr>
        <w:t xml:space="preserve">[24:27] </w:t>
      </w:r>
      <w:r>
        <w:t>agar aap waqt ko intezaam karna nahi janenge to aap kamyaab nahi ho sakte.</w:t>
      </w:r>
    </w:p>
    <w:p>
      <w:pPr>
        <w:jc w:val="right"/>
      </w:pPr>
      <w:r>
        <w:t>اگر آپ وقت کو انتظام کرنا نہیں جانیں گے تو آپ کامیاب نہیں ہو سکتے۔</w:t>
      </w:r>
    </w:p>
    <w:p>
      <w:r>
        <w:rPr>
          <w:b/>
        </w:rPr>
        <w:t xml:space="preserve">[24:34] </w:t>
      </w:r>
      <w:r>
        <w:t>koi bari kamyaabi sirf un ko milti hai jo waqt ko intezaam karna janein.</w:t>
      </w:r>
    </w:p>
    <w:p>
      <w:pPr>
        <w:jc w:val="right"/>
      </w:pPr>
      <w:r>
        <w:t>کوئی بڑی کامیابی صرف ان کو ملتی ہے جو وقت کو انتظام کرنا جانیں۔</w:t>
      </w:r>
    </w:p>
    <w:p>
      <w:r>
        <w:rPr>
          <w:b/>
        </w:rPr>
        <w:t xml:space="preserve">[24:40] </w:t>
      </w:r>
      <w:r>
        <w:t>"so you have to know the art of time management. " "you have to learn the art of time</w:t>
      </w:r>
    </w:p>
    <w:p>
      <w:pPr>
        <w:jc w:val="right"/>
      </w:pPr>
      <w:r>
        <w:t>"so you have to know the art of time management۔" "you have to learn the art of time</w:t>
      </w:r>
    </w:p>
    <w:p>
      <w:r>
        <w:rPr>
          <w:b/>
        </w:rPr>
        <w:t xml:space="preserve">[24:48] </w:t>
      </w:r>
      <w:r>
        <w:t>management. " kyunke kisi ne bohat sahi kaha hai ke " gaya waqt phir hath aata nahi. " jo waqt chala</w:t>
      </w:r>
    </w:p>
    <w:p>
      <w:pPr>
        <w:jc w:val="right"/>
      </w:pPr>
      <w:r>
        <w:t>management۔" کیونکہ کسی نے بہت صحیح کہا ہے کہ "گیا وقت پھر ہاتھ آتا نہیں۔" جو وقت چلا</w:t>
      </w:r>
    </w:p>
    <w:p>
      <w:r>
        <w:rPr>
          <w:b/>
        </w:rPr>
        <w:t xml:space="preserve">[24:55] </w:t>
      </w:r>
      <w:r>
        <w:t>gaya woh hamesha ke liye chala gaya.</w:t>
      </w:r>
    </w:p>
    <w:p>
      <w:pPr>
        <w:jc w:val="right"/>
      </w:pPr>
      <w:r>
        <w:t>گیا وہ ہمیشہ کے لیے چلا گیا۔</w:t>
      </w:r>
    </w:p>
    <w:p>
      <w:r>
        <w:rPr>
          <w:b/>
        </w:rPr>
        <w:t xml:space="preserve">[24:58] </w:t>
      </w:r>
      <w:r>
        <w:t>jo din guzar gaya woh hamesha ke liye guzar gaya.</w:t>
      </w:r>
    </w:p>
    <w:p>
      <w:pPr>
        <w:jc w:val="right"/>
      </w:pPr>
      <w:r>
        <w:t>جو دن گزر گیا وہ ہمیشہ کے لیے گزر گیا۔</w:t>
      </w:r>
    </w:p>
    <w:p>
      <w:r>
        <w:rPr>
          <w:b/>
        </w:rPr>
        <w:t xml:space="preserve">[25:03] </w:t>
      </w:r>
      <w:r>
        <w:t>gaya waqt phir hath aata nahi.</w:t>
      </w:r>
    </w:p>
    <w:p>
      <w:pPr>
        <w:jc w:val="right"/>
      </w:pPr>
      <w:r>
        <w:t>گیا وقت پھر ہاتھ آتا نہیں۔</w:t>
      </w:r>
    </w:p>
    <w:p>
      <w:r>
        <w:rPr>
          <w:b/>
        </w:rPr>
        <w:t xml:space="preserve">[25:05] </w:t>
      </w:r>
      <w:r>
        <w:t>to waqt to bhaag raha hai, humein is ko pakadna hai.</w:t>
      </w:r>
    </w:p>
    <w:p>
      <w:pPr>
        <w:jc w:val="right"/>
      </w:pPr>
      <w:r>
        <w:t>تو وقت تو بھاگ رہا ہے، ہمیں اس کو پکڑنا ہے۔</w:t>
      </w:r>
    </w:p>
    <w:p>
      <w:r>
        <w:rPr>
          <w:b/>
        </w:rPr>
        <w:t xml:space="preserve">[25:10] </w:t>
      </w:r>
      <w:r>
        <w:t>waqt hamare peeche nahi bhagega, hum ko waqt ke peeche bhagna padega.</w:t>
      </w:r>
    </w:p>
    <w:p>
      <w:pPr>
        <w:jc w:val="right"/>
      </w:pPr>
      <w:r>
        <w:t>وقت ہمارے پیچھے نہیں بھاگے گا، ہم کو وقت کے پیچھے بھاگنا پڑے گا۔</w:t>
      </w:r>
    </w:p>
    <w:p>
      <w:r>
        <w:rPr>
          <w:b/>
        </w:rPr>
        <w:t xml:space="preserve">[25:16] </w:t>
      </w:r>
      <w:r>
        <w:t>is ko yaad rakhiye achi tarah se ke waqt hamare peeche nahi daudega, hum ko waqt ke</w:t>
      </w:r>
    </w:p>
    <w:p>
      <w:pPr>
        <w:jc w:val="right"/>
      </w:pPr>
      <w:r>
        <w:t>اس کو یاد رکھیے اچھی طرح سے کہ وقت ہمارے پیچھے نہیں دوڑے گا، ہم کو وقت کے</w:t>
      </w:r>
    </w:p>
    <w:p>
      <w:r>
        <w:rPr>
          <w:b/>
        </w:rPr>
        <w:t xml:space="preserve">[25:24] </w:t>
      </w:r>
      <w:r>
        <w:t>peeche daudna padega.</w:t>
      </w:r>
    </w:p>
    <w:p>
      <w:pPr>
        <w:jc w:val="right"/>
      </w:pPr>
      <w:r>
        <w:t>پیچھے دوڑنا پڑے گا۔</w:t>
      </w:r>
    </w:p>
    <w:p>
      <w:r>
        <w:rPr>
          <w:b/>
        </w:rPr>
        <w:t xml:space="preserve">[25:25] </w:t>
      </w:r>
      <w:r>
        <w:t>tab hum waqt ko istemaal kar payenge.</w:t>
      </w:r>
    </w:p>
    <w:p>
      <w:pPr>
        <w:jc w:val="right"/>
      </w:pPr>
      <w:r>
        <w:t>تب ہم وقت کو استعمال کر پائیں گے۔</w:t>
      </w:r>
    </w:p>
    <w:p>
      <w:r>
        <w:rPr>
          <w:b/>
        </w:rPr>
        <w:t xml:space="preserve">[25:29] </w:t>
      </w:r>
      <w:r>
        <w:t>ek naujawan, purane dilli mein rehte the.</w:t>
      </w:r>
    </w:p>
    <w:p>
      <w:pPr>
        <w:jc w:val="right"/>
      </w:pPr>
      <w:r>
        <w:t>ایک نوجوان، پرانے دہلی میں رہتے تھے۔</w:t>
      </w:r>
    </w:p>
    <w:p>
      <w:r>
        <w:rPr>
          <w:b/>
        </w:rPr>
        <w:t xml:space="preserve">[25:32] </w:t>
      </w:r>
      <w:r>
        <w:t>to un ko ek dawat aayi, interview ka.</w:t>
      </w:r>
    </w:p>
    <w:p>
      <w:pPr>
        <w:jc w:val="right"/>
      </w:pPr>
      <w:r>
        <w:t>تو ان کو ایک دعوت آئی، انٹرویو کا۔</w:t>
      </w:r>
    </w:p>
    <w:p>
      <w:r>
        <w:rPr>
          <w:b/>
        </w:rPr>
        <w:t xml:space="preserve">[25:35] </w:t>
      </w:r>
      <w:r>
        <w:t>ek naukri ke liye unhone darkhwast di thi.</w:t>
      </w:r>
    </w:p>
    <w:p>
      <w:pPr>
        <w:jc w:val="right"/>
      </w:pPr>
      <w:r>
        <w:t>ایک نوکری کے لیے انہوں نے درخواست دی تھی۔</w:t>
      </w:r>
    </w:p>
    <w:p>
      <w:r>
        <w:rPr>
          <w:b/>
        </w:rPr>
        <w:t xml:space="preserve">[25:39] </w:t>
      </w:r>
      <w:r>
        <w:t>to bombay se woh un ko aaya ke aap falani tareekh ko bombay pahunchiye, aap ka interview hoga.</w:t>
      </w:r>
    </w:p>
    <w:p>
      <w:pPr>
        <w:jc w:val="right"/>
      </w:pPr>
      <w:r>
        <w:t>تو بامبے سے وہ ان کو آیا کہ آپ فلاں تاریخ کو بامبے پہنچیے، آپ کا انٹرویو ہوگا۔</w:t>
      </w:r>
    </w:p>
    <w:p>
      <w:r>
        <w:rPr>
          <w:b/>
        </w:rPr>
        <w:t xml:space="preserve">[25:47] </w:t>
      </w:r>
      <w:r>
        <w:t>to us tareekh ko woh dilli se rawana hue, train se jaana tha un ko.</w:t>
      </w:r>
    </w:p>
    <w:p>
      <w:pPr>
        <w:jc w:val="right"/>
      </w:pPr>
      <w:r>
        <w:t>تو اس تاریخ کو وہ دہلی سے روانہ ہوئے، ٹرین سے جانا تھا ان کو۔</w:t>
      </w:r>
    </w:p>
    <w:p>
      <w:r>
        <w:rPr>
          <w:b/>
        </w:rPr>
        <w:t xml:space="preserve">[25:53] </w:t>
      </w:r>
      <w:r>
        <w:t>to purane dilli mein log rickshaw se jaate hain station.</w:t>
      </w:r>
    </w:p>
    <w:p>
      <w:pPr>
        <w:jc w:val="right"/>
      </w:pPr>
      <w:r>
        <w:t>تو پرانے دہلی میں لوگ رکشے سے جاتے ہیں اسٹیشن۔</w:t>
      </w:r>
    </w:p>
    <w:p>
      <w:r>
        <w:rPr>
          <w:b/>
        </w:rPr>
        <w:t xml:space="preserve">[25:57] </w:t>
      </w:r>
      <w:r>
        <w:t>rickshaw mein aisa hota hai ke ladke peeche latak jaate hain.</w:t>
      </w:r>
    </w:p>
    <w:p>
      <w:pPr>
        <w:jc w:val="right"/>
      </w:pPr>
      <w:r>
        <w:t>رکشے میں ایسا ہوتا ہے کہ لڑکے پیچھے لٹک جاتے ہیں۔</w:t>
      </w:r>
    </w:p>
    <w:p>
      <w:r>
        <w:rPr>
          <w:b/>
        </w:rPr>
        <w:t xml:space="preserve">[26:02] </w:t>
      </w:r>
      <w:r>
        <w:t>to jab un ka rickshaw aage badha to ek ladka peeche latak raha tha.</w:t>
      </w:r>
    </w:p>
    <w:p>
      <w:pPr>
        <w:jc w:val="right"/>
      </w:pPr>
      <w:r>
        <w:t>تو جب ان کا رکشہ آگے بڑھا تو ایک لڑکا پیچھے لٹک رہا تھا۔</w:t>
      </w:r>
    </w:p>
    <w:p>
      <w:r>
        <w:rPr>
          <w:b/>
        </w:rPr>
        <w:t xml:space="preserve">[26:08] </w:t>
      </w:r>
      <w:r>
        <w:t>to ek dost jo un ko ja rahe the safai karne ke liye, to un ko ghussa aaya,</w:t>
      </w:r>
    </w:p>
    <w:p>
      <w:pPr>
        <w:jc w:val="right"/>
      </w:pPr>
      <w:r>
        <w:t>تو ایک دوست جو ان کو جا رہے تھے صفائی کرنے کے لیے، تو ان کو غصہ آیا،</w:t>
      </w:r>
    </w:p>
    <w:p>
      <w:r>
        <w:rPr>
          <w:b/>
        </w:rPr>
        <w:t xml:space="preserve">[26:16] </w:t>
      </w:r>
      <w:r>
        <w:t>unhone rickshaw rukwaya aur chaha ke daud kar ladke ko marein.</w:t>
      </w:r>
    </w:p>
    <w:p>
      <w:pPr>
        <w:jc w:val="right"/>
      </w:pPr>
      <w:r>
        <w:t>انہوں نے رکشہ رکوایا اور چاہا کہ دوڑ کر لڑکے کو ماریں۔</w:t>
      </w:r>
    </w:p>
    <w:p>
      <w:r>
        <w:rPr>
          <w:b/>
        </w:rPr>
        <w:t xml:space="preserve">[26:21] </w:t>
      </w:r>
      <w:r>
        <w:t>to jo aadmi ja raha tha bambay interview ke liye us ne hath pakar kar khench liya apne</w:t>
      </w:r>
    </w:p>
    <w:p>
      <w:pPr>
        <w:jc w:val="right"/>
      </w:pPr>
      <w:r>
        <w:t>تو جو آدمی جا رہا تھا بامبے انٹرویو کے لیے اس نے ہاتھ پکڑ کر کھینچ لیا اپنے</w:t>
      </w:r>
    </w:p>
    <w:p>
      <w:r>
        <w:rPr>
          <w:b/>
        </w:rPr>
        <w:t xml:space="preserve">[26:29] </w:t>
      </w:r>
      <w:r>
        <w:t>dost ko aur bitha liya.</w:t>
      </w:r>
    </w:p>
    <w:p>
      <w:pPr>
        <w:jc w:val="right"/>
      </w:pPr>
      <w:r>
        <w:t>دوست کو اور بٹھا لیا۔</w:t>
      </w:r>
    </w:p>
    <w:p>
      <w:r>
        <w:rPr>
          <w:b/>
        </w:rPr>
        <w:t xml:space="preserve">[26:31] </w:t>
      </w:r>
      <w:r>
        <w:t>us ne kya kaha? woh bohat sabak hai is mein.</w:t>
      </w:r>
    </w:p>
    <w:p>
      <w:pPr>
        <w:jc w:val="right"/>
      </w:pPr>
      <w:r>
        <w:t>اس نے کیا کہا؟ وہ بہت سبق ہے اس میں۔</w:t>
      </w:r>
    </w:p>
    <w:p>
      <w:r>
        <w:rPr>
          <w:b/>
        </w:rPr>
        <w:t xml:space="preserve">[26:35] </w:t>
      </w:r>
      <w:r>
        <w:t>unhon ne dekha ke hamare paas waqt kahan hai? yaani hamein station pahunchna hai, train pakadna hai, bambay</w:t>
      </w:r>
    </w:p>
    <w:p>
      <w:pPr>
        <w:jc w:val="right"/>
      </w:pPr>
      <w:r>
        <w:t>انہوں نے دیکھا کہ ہمارے پاس وقت کہاں ہے؟ یعنی ہمیں اسٹیشن پہنچنا ہے، ٹرین پکڑنا ہے، بامبے</w:t>
      </w:r>
    </w:p>
    <w:p>
      <w:r>
        <w:rPr>
          <w:b/>
        </w:rPr>
        <w:t xml:space="preserve">[26:43] </w:t>
      </w:r>
      <w:r>
        <w:t>pahunchna hai, bambay mein interview dena hai aur woh naukri lena hai humein.</w:t>
      </w:r>
    </w:p>
    <w:p>
      <w:pPr>
        <w:jc w:val="right"/>
      </w:pPr>
      <w:r>
        <w:t>پہنچنا ہے، بامبے میں انٹرویو دینا ہے اور وہ نوکری لینا ہے ہمیں۔</w:t>
      </w:r>
    </w:p>
    <w:p>
      <w:r>
        <w:rPr>
          <w:b/>
        </w:rPr>
        <w:t xml:space="preserve">[26:48] </w:t>
      </w:r>
      <w:r>
        <w:t>to hamare paas waqt kahan hai? is aish o aaram ke liye ke hum is ladke ke peeche</w:t>
      </w:r>
    </w:p>
    <w:p>
      <w:pPr>
        <w:jc w:val="right"/>
      </w:pPr>
      <w:r>
        <w:t>تو ہمارے پاس وقت کہاں ہے؟ اس عیش و آرام کے لیے کہ ہم اس لڑکے کے پیچھے</w:t>
      </w:r>
    </w:p>
    <w:p>
      <w:r>
        <w:rPr>
          <w:b/>
        </w:rPr>
        <w:t xml:space="preserve">[26:56] </w:t>
      </w:r>
      <w:r>
        <w:t>daudein? yeh hai zindagi ka usool.</w:t>
      </w:r>
    </w:p>
    <w:p>
      <w:pPr>
        <w:jc w:val="right"/>
      </w:pPr>
      <w:r>
        <w:t>دوڑیں؟ یہ ہے زندگی کا اصول۔</w:t>
      </w:r>
    </w:p>
    <w:p>
      <w:r>
        <w:rPr>
          <w:b/>
        </w:rPr>
        <w:t xml:space="preserve">[26:59] </w:t>
      </w:r>
      <w:r>
        <w:t>aap ko jaanna chahiye ke aap ka maqsad kya hai.</w:t>
      </w:r>
    </w:p>
    <w:p>
      <w:pPr>
        <w:jc w:val="right"/>
      </w:pPr>
      <w:r>
        <w:t>آپ کو جاننا چاہیے کہ آپ کا مقصد کیا ہے۔</w:t>
      </w:r>
    </w:p>
    <w:p>
      <w:r>
        <w:rPr>
          <w:b/>
        </w:rPr>
        <w:t xml:space="preserve">[27:03] </w:t>
      </w:r>
      <w:r>
        <w:t>aap ka maqsad agar yeh hai ke train ko pakadein to aap beech mein kisi bache se lar</w:t>
      </w:r>
    </w:p>
    <w:p>
      <w:pPr>
        <w:jc w:val="right"/>
      </w:pPr>
      <w:r>
        <w:t>آپ کا مقصد اگر یہ ہے کہ ٹرین کو پکڑیں تو آپ بیچ میں کسی بچے سے لڑ</w:t>
      </w:r>
    </w:p>
    <w:p>
      <w:r>
        <w:rPr>
          <w:b/>
        </w:rPr>
        <w:t xml:space="preserve">[27:11] </w:t>
      </w:r>
      <w:r>
        <w:t>phir nahin sakte aap.</w:t>
      </w:r>
    </w:p>
    <w:p>
      <w:pPr>
        <w:jc w:val="right"/>
      </w:pPr>
      <w:r>
        <w:t>پھر نہیں سکتے آپ۔</w:t>
      </w:r>
    </w:p>
    <w:p>
      <w:r>
        <w:rPr>
          <w:b/>
        </w:rPr>
        <w:t xml:space="preserve">[27:12] </w:t>
      </w:r>
      <w:r>
        <w:t>lade jhagdein ge to train chhootegi, train chhootegi to aap wahan pahunch kar interview nahin de</w:t>
      </w:r>
    </w:p>
    <w:p>
      <w:pPr>
        <w:jc w:val="right"/>
      </w:pPr>
      <w:r>
        <w:t>لڑے جھگڑیں گے تو ٹرین چھوٹے گی، ٹرین چھوٹے گی تو آپ وہاں پہنچ کر انٹرویو نہیں دے</w:t>
      </w:r>
    </w:p>
    <w:p>
      <w:r>
        <w:rPr>
          <w:b/>
        </w:rPr>
        <w:t xml:space="preserve">[27:20] </w:t>
      </w:r>
      <w:r>
        <w:t>sakein ge.</w:t>
      </w:r>
    </w:p>
    <w:p>
      <w:pPr>
        <w:jc w:val="right"/>
      </w:pPr>
      <w:r>
        <w:t>سکیں گے۔</w:t>
      </w:r>
    </w:p>
    <w:p>
      <w:r>
        <w:rPr>
          <w:b/>
        </w:rPr>
        <w:t xml:space="preserve">[27:22] </w:t>
      </w:r>
      <w:r>
        <w:t>to jab bhi aadmi ek maqsad banata hai to us maqsad ke aas paas bohat saare khalal hote</w:t>
      </w:r>
    </w:p>
    <w:p>
      <w:pPr>
        <w:jc w:val="right"/>
      </w:pPr>
      <w:r>
        <w:t>تو جب بھی آدمی ایک مقصد بناتا ہے تو اس مقصد کے آس پاس بہت سارے خلل ہوتے</w:t>
      </w:r>
    </w:p>
    <w:p>
      <w:r>
        <w:rPr>
          <w:b/>
        </w:rPr>
        <w:t xml:space="preserve">[27:29] </w:t>
      </w:r>
      <w:r>
        <w:t>hain jo har waqt us ko khalal dete rehte hain.</w:t>
      </w:r>
    </w:p>
    <w:p>
      <w:pPr>
        <w:jc w:val="right"/>
      </w:pPr>
      <w:r>
        <w:t>ہیں جو ہر وقت اس کو خلل دیتے رہتے ہیں۔</w:t>
      </w:r>
    </w:p>
    <w:p>
      <w:r>
        <w:rPr>
          <w:b/>
        </w:rPr>
        <w:t xml:space="preserve">[27:34] </w:t>
      </w:r>
      <w:r>
        <w:t>aadmi ko jaanna chahiye ke mujhe apne maqsad hi ke liye aage badhte rehna hai, maqsad ki taraf.</w:t>
      </w:r>
    </w:p>
    <w:p>
      <w:pPr>
        <w:jc w:val="right"/>
      </w:pPr>
      <w:r>
        <w:t>آدمی کو جاننا چاہیے کہ مجھے اپنے مقصد ہی کیلئے آگے بڑھتے رہنا ہے، مقصد کی طرف۔</w:t>
      </w:r>
    </w:p>
    <w:p>
      <w:r>
        <w:rPr>
          <w:b/>
        </w:rPr>
        <w:t xml:space="preserve">[27:41] </w:t>
      </w:r>
      <w:r>
        <w:t>jo mera hadaf hai us ki taraf badhte rehna hai mujhe.</w:t>
      </w:r>
    </w:p>
    <w:p>
      <w:pPr>
        <w:jc w:val="right"/>
      </w:pPr>
      <w:r>
        <w:t>جو میرا ہدف ہے اس کی طرف بڑھتے رہنا ہے مجھے۔</w:t>
      </w:r>
    </w:p>
    <w:p>
      <w:r>
        <w:rPr>
          <w:b/>
        </w:rPr>
        <w:t xml:space="preserve">[27:46] </w:t>
      </w:r>
      <w:r>
        <w:t>daayein aur baayein jo cheezein mujh ko khench rahi hain us ki taraf mujhe mud kar dekhna bhi</w:t>
      </w:r>
    </w:p>
    <w:p>
      <w:pPr>
        <w:jc w:val="right"/>
      </w:pPr>
      <w:r>
        <w:t>دائیں اور بائیں جو چیزیں مجھ کو کھینچ رہی ہیں اس کی طرف مجھے مڑ کر دیکھنا بھی</w:t>
      </w:r>
    </w:p>
    <w:p>
      <w:r>
        <w:rPr>
          <w:b/>
        </w:rPr>
        <w:t xml:space="preserve">[27:53] </w:t>
      </w:r>
      <w:r>
        <w:t>nahin hai.</w:t>
      </w:r>
    </w:p>
    <w:p>
      <w:pPr>
        <w:jc w:val="right"/>
      </w:pPr>
      <w:r>
        <w:t>نہیں ہے۔</w:t>
      </w:r>
    </w:p>
    <w:p>
      <w:r>
        <w:rPr>
          <w:b/>
        </w:rPr>
        <w:t xml:space="preserve">[27:55] </w:t>
      </w:r>
      <w:r>
        <w:t>to jo aadmi is raaz ko jaane ke ek maqsad bana lo, ek hadaf rakh lo apna aur</w:t>
      </w:r>
    </w:p>
    <w:p>
      <w:pPr>
        <w:jc w:val="right"/>
      </w:pPr>
      <w:r>
        <w:t>تو جو آدمی اس راز کو جانے کہ ایک مقصد بنا لو، ایک ہدف رکھ لو اپنا اور</w:t>
      </w:r>
    </w:p>
    <w:p>
      <w:r>
        <w:rPr>
          <w:b/>
        </w:rPr>
        <w:t xml:space="preserve">[28:03] </w:t>
      </w:r>
      <w:r>
        <w:t>phir usi par chalte raho, usi par chalte raho.</w:t>
      </w:r>
    </w:p>
    <w:p>
      <w:pPr>
        <w:jc w:val="right"/>
      </w:pPr>
      <w:r>
        <w:t>پھر اسی پر چلتے رہو، اسی پر چلتے رہو۔</w:t>
      </w:r>
    </w:p>
    <w:p>
      <w:r>
        <w:rPr>
          <w:b/>
        </w:rPr>
        <w:t xml:space="preserve">[28:06] </w:t>
      </w:r>
      <w:r>
        <w:t>yeh har ek ke liye zaroori hai.</w:t>
      </w:r>
    </w:p>
    <w:p>
      <w:pPr>
        <w:jc w:val="right"/>
      </w:pPr>
      <w:r>
        <w:t>یہ ہر ایک کے لیے ضروری ہے۔</w:t>
      </w:r>
    </w:p>
    <w:p>
      <w:r>
        <w:rPr>
          <w:b/>
        </w:rPr>
        <w:t xml:space="preserve">[28:09] </w:t>
      </w:r>
      <w:r>
        <w:t>chahe aap ko interview dena ho, chahe aap ko karobar karna ho, chahe koi bhi kaam karna ho</w:t>
      </w:r>
    </w:p>
    <w:p>
      <w:pPr>
        <w:jc w:val="right"/>
      </w:pPr>
      <w:r>
        <w:t>چاہے آپ کو انٹرویو دینا ہو، چاہے آپ کو کاروبار کرنا ہو، چاہے کوئی بھی کام کرنا ہو</w:t>
      </w:r>
    </w:p>
    <w:p>
      <w:r>
        <w:rPr>
          <w:b/>
        </w:rPr>
        <w:t xml:space="preserve">[28:17] </w:t>
      </w:r>
      <w:r>
        <w:t>aap ko.</w:t>
      </w:r>
    </w:p>
    <w:p>
      <w:pPr>
        <w:jc w:val="right"/>
      </w:pPr>
      <w:r>
        <w:t>آپ کو۔</w:t>
      </w:r>
    </w:p>
    <w:p>
      <w:r>
        <w:rPr>
          <w:b/>
        </w:rPr>
        <w:t xml:space="preserve">[28:19] </w:t>
      </w:r>
      <w:r>
        <w:t>to aap ko yeh karna padega ke aap yeh jaanein ke kya cheez hai jo mera maqsad</w:t>
      </w:r>
    </w:p>
    <w:p>
      <w:pPr>
        <w:jc w:val="right"/>
      </w:pPr>
      <w:r>
        <w:t>تو آپ کو یہ کرنا پڑے گا کہ آپ یہ جانیں کہ کیا چیز ہے جو میرا مقصد</w:t>
      </w:r>
    </w:p>
    <w:p>
      <w:r>
        <w:rPr>
          <w:b/>
        </w:rPr>
        <w:t xml:space="preserve">[28:26] </w:t>
      </w:r>
      <w:r>
        <w:t>hai aur kya cheez hai jo mera maqsad nahin hai.</w:t>
      </w:r>
    </w:p>
    <w:p>
      <w:pPr>
        <w:jc w:val="right"/>
      </w:pPr>
      <w:r>
        <w:t>ہے اور کیا چیز ہے جو میرا مقصد نہیں ہے۔</w:t>
      </w:r>
    </w:p>
    <w:p>
      <w:r>
        <w:rPr>
          <w:b/>
        </w:rPr>
        <w:t xml:space="preserve">[28:31] </w:t>
      </w:r>
      <w:r>
        <w:t>jo maqsad nahi hai us ko nazarandaz kijiye.</w:t>
      </w:r>
    </w:p>
    <w:p>
      <w:pPr>
        <w:jc w:val="right"/>
      </w:pPr>
      <w:r>
        <w:t>جو مقصد نہیں ہے اس کو نظرانداز کیجیے۔</w:t>
      </w:r>
    </w:p>
    <w:p>
      <w:r>
        <w:rPr>
          <w:b/>
        </w:rPr>
        <w:t xml:space="preserve">[28:34] </w:t>
      </w:r>
      <w:r>
        <w:t>jo maqsad hai us ki taraf daurte rahiye.</w:t>
      </w:r>
    </w:p>
    <w:p>
      <w:pPr>
        <w:jc w:val="right"/>
      </w:pPr>
      <w:r>
        <w:t>جو مقصد ہے اس کی طرف دوڑتے رہیے۔</w:t>
      </w:r>
    </w:p>
    <w:p>
      <w:r>
        <w:rPr>
          <w:b/>
        </w:rPr>
        <w:t xml:space="preserve">[28:37] </w:t>
      </w:r>
      <w:r>
        <w:t>yeh zindagi ka bohat hi bunyadi formula hai.</w:t>
      </w:r>
    </w:p>
    <w:p>
      <w:pPr>
        <w:jc w:val="right"/>
      </w:pPr>
      <w:r>
        <w:t>یہ زندگی کا بہت ہی بنیادی فارمولا ہے۔</w:t>
      </w:r>
    </w:p>
    <w:p>
      <w:r>
        <w:rPr>
          <w:b/>
        </w:rPr>
        <w:t xml:space="preserve">[28:41] </w:t>
      </w:r>
      <w:r>
        <w:t>bohat hi bunyadi formula.</w:t>
      </w:r>
    </w:p>
    <w:p>
      <w:pPr>
        <w:jc w:val="right"/>
      </w:pPr>
      <w:r>
        <w:t>بہت ہی بنیادی فارمولا۔</w:t>
      </w:r>
    </w:p>
    <w:p>
      <w:r>
        <w:rPr>
          <w:b/>
        </w:rPr>
        <w:t xml:space="preserve">[28:43] </w:t>
      </w:r>
      <w:r>
        <w:t>is formula ko apnana har ek ke liye zaroori hai.</w:t>
      </w:r>
    </w:p>
    <w:p>
      <w:pPr>
        <w:jc w:val="right"/>
      </w:pPr>
      <w:r>
        <w:t>اس فارمولے کو اپنانا ہر ایک کے لیے ضروری ہے۔</w:t>
      </w:r>
    </w:p>
    <w:p>
      <w:r>
        <w:rPr>
          <w:b/>
        </w:rPr>
        <w:t xml:space="preserve">[28:47] </w:t>
      </w:r>
      <w:r>
        <w:t>chahe koi bhi ho, kisi bhi maidan ka aadmi ho.</w:t>
      </w:r>
    </w:p>
    <w:p>
      <w:pPr>
        <w:jc w:val="right"/>
      </w:pPr>
      <w:r>
        <w:t>چاہے کوئی بھی ہو، کسی بھی میدان کا آدمی ہو۔</w:t>
      </w:r>
    </w:p>
    <w:p>
      <w:r>
        <w:rPr>
          <w:b/>
        </w:rPr>
        <w:t xml:space="preserve">[28:51] </w:t>
      </w:r>
      <w:r>
        <w:t>yeh formula har ek ke liye zaroori hai, ek talib-e-ilm ke liye bhi, ek aadmi jo khidmat</w:t>
      </w:r>
    </w:p>
    <w:p>
      <w:pPr>
        <w:jc w:val="right"/>
      </w:pPr>
      <w:r>
        <w:t>یہ فارمولا ہر ایک کے لیے ضروری ہے، ایک طالب علم کے لیے بھی، ایک آدمی جو خدمت</w:t>
      </w:r>
    </w:p>
    <w:p>
      <w:r>
        <w:rPr>
          <w:b/>
        </w:rPr>
        <w:t xml:space="preserve">[28:59] </w:t>
      </w:r>
      <w:r>
        <w:t>kar raha ho us ke liye bhi, ek kisi bhi shakhs ke liye.</w:t>
      </w:r>
    </w:p>
    <w:p>
      <w:pPr>
        <w:jc w:val="right"/>
      </w:pPr>
      <w:r>
        <w:t>کر رہا ہو اس کے لیے بھی، ایک کسی بھی شخص کے لیے۔</w:t>
      </w:r>
    </w:p>
    <w:p>
      <w:r>
        <w:rPr>
          <w:b/>
        </w:rPr>
        <w:t xml:space="preserve">[29:04] </w:t>
      </w:r>
      <w:r>
        <w:t>zaroori hai ke woh jis cheez ko apna maqsad banaye us se woh phir idhar udhar na bhage.</w:t>
      </w:r>
    </w:p>
    <w:p>
      <w:pPr>
        <w:jc w:val="right"/>
      </w:pPr>
      <w:r>
        <w:t>ضروری ہے کہ وہ جس چیز کو اپنا مقصد بنائے اس سے وہ پھر ادھر اُدھر نہ بھاگے۔</w:t>
      </w:r>
    </w:p>
    <w:p>
      <w:r>
        <w:rPr>
          <w:b/>
        </w:rPr>
        <w:t xml:space="preserve">[29:12] </w:t>
      </w:r>
      <w:r>
        <w:t>isi par chalta rahe.</w:t>
      </w:r>
    </w:p>
    <w:p>
      <w:pPr>
        <w:jc w:val="right"/>
      </w:pPr>
      <w:r>
        <w:t>اسی پر چلتا رہے۔</w:t>
      </w:r>
    </w:p>
    <w:p>
      <w:r>
        <w:rPr>
          <w:b/>
        </w:rPr>
        <w:t xml:space="preserve">[29:14] </w:t>
      </w:r>
      <w:r>
        <w:t>bohat pehle jab mein naujawani ki umar mein tha to mere zehn mein kai qism ke kaam, kai</w:t>
      </w:r>
    </w:p>
    <w:p>
      <w:pPr>
        <w:jc w:val="right"/>
      </w:pPr>
      <w:r>
        <w:t>بہت پہلے جب میں نوجوانی کی عمر میں تھا تو میرے ذہن میں کئی قسم کے کام، کئی</w:t>
      </w:r>
    </w:p>
    <w:p>
      <w:r>
        <w:rPr>
          <w:b/>
        </w:rPr>
        <w:t xml:space="preserve">[29:22] </w:t>
      </w:r>
      <w:r>
        <w:t>qism ki soch aati thi ke kya karoon, kya na karoon.</w:t>
      </w:r>
    </w:p>
    <w:p>
      <w:pPr>
        <w:jc w:val="right"/>
      </w:pPr>
      <w:r>
        <w:t>قسم کی سوچ آتی تھی کہ کیا کروں، کیا نہ کروں۔</w:t>
      </w:r>
    </w:p>
    <w:p>
      <w:r>
        <w:rPr>
          <w:b/>
        </w:rPr>
        <w:t xml:space="preserve">[29:26] </w:t>
      </w:r>
      <w:r>
        <w:t>yani apni zindagi ka maqsad mein tay nahi kar pata tha.</w:t>
      </w:r>
    </w:p>
    <w:p>
      <w:pPr>
        <w:jc w:val="right"/>
      </w:pPr>
      <w:r>
        <w:t>یعنی اپنی زندگی کا مقصد میں طے نہیں کر پاتا تھا۔</w:t>
      </w:r>
    </w:p>
    <w:p>
      <w:r>
        <w:rPr>
          <w:b/>
        </w:rPr>
        <w:t xml:space="preserve">[29:31] </w:t>
      </w:r>
      <w:r>
        <w:t>to zamane mein ek sahib the, ek bohat parhe likhe aadmi, un ko mein ne ek khat likha</w:t>
      </w:r>
    </w:p>
    <w:p>
      <w:pPr>
        <w:jc w:val="right"/>
      </w:pPr>
      <w:r>
        <w:t>تو زمانے میں ایک صاحب تھے، ایک بہت پڑھے لکھے آدمی، ان کو میں نے ایک خط لکھا</w:t>
      </w:r>
    </w:p>
    <w:p>
      <w:r>
        <w:rPr>
          <w:b/>
        </w:rPr>
        <w:t xml:space="preserve">[29:39] </w:t>
      </w:r>
      <w:r>
        <w:t>ke aisa mera mamla hai to mein kya karoon? to unhon ne jo khat likha tha mujhe us</w:t>
      </w:r>
    </w:p>
    <w:p>
      <w:pPr>
        <w:jc w:val="right"/>
      </w:pPr>
      <w:r>
        <w:t>کہ ایسا میرا معاملہ ہے تو میں کیا کروں؟ تو انہوں نے جو خط لکھا تھا مجھے اس</w:t>
      </w:r>
    </w:p>
    <w:p>
      <w:r>
        <w:rPr>
          <w:b/>
        </w:rPr>
        <w:t xml:space="preserve">[29:46] </w:t>
      </w:r>
      <w:r>
        <w:t>ka ek jumla mujhe ab tak yaad hai.</w:t>
      </w:r>
    </w:p>
    <w:p>
      <w:pPr>
        <w:jc w:val="right"/>
      </w:pPr>
      <w:r>
        <w:t>کا ایک جملہ مجھے اب تک یاد ہے۔</w:t>
      </w:r>
    </w:p>
    <w:p>
      <w:r>
        <w:rPr>
          <w:b/>
        </w:rPr>
        <w:t xml:space="preserve">[29:50] </w:t>
      </w:r>
      <w:r>
        <w:t>unhon ne kaha ke pehle aap khoob sochiye ke itne options aap ke samne hain, in options, sare</w:t>
      </w:r>
    </w:p>
    <w:p>
      <w:pPr>
        <w:jc w:val="right"/>
      </w:pPr>
      <w:r>
        <w:t>انہوں نے کہا کہ پہلے آپ خوب سوچیے کہ اتنے آپشنز آپ کے سامنے ہیں، ان آپشنز، سارے</w:t>
      </w:r>
    </w:p>
    <w:p>
      <w:r>
        <w:rPr>
          <w:b/>
        </w:rPr>
        <w:t xml:space="preserve">[29:58] </w:t>
      </w:r>
      <w:r>
        <w:t>options par sochiye aur phir ek option ko aap le lijiye.</w:t>
      </w:r>
    </w:p>
    <w:p>
      <w:pPr>
        <w:jc w:val="right"/>
      </w:pPr>
      <w:r>
        <w:t>آپشنز پر سوچیے اور پھر ایک آپشن کو آپ لے لیجیے۔</w:t>
      </w:r>
    </w:p>
    <w:p>
      <w:r>
        <w:rPr>
          <w:b/>
        </w:rPr>
        <w:t xml:space="preserve">[30:02] </w:t>
      </w:r>
      <w:r>
        <w:t>jitne options aap ke samne hain un mein se ek option ko le lijiye.</w:t>
      </w:r>
    </w:p>
    <w:p>
      <w:pPr>
        <w:jc w:val="right"/>
      </w:pPr>
      <w:r>
        <w:t>جتنے آپشنز آپ کے سامنے ہیں ان میں سے ایک آپشن کو لے لیجیے۔</w:t>
      </w:r>
    </w:p>
    <w:p>
      <w:r>
        <w:rPr>
          <w:b/>
        </w:rPr>
        <w:t xml:space="preserve">[30:08] </w:t>
      </w:r>
      <w:r>
        <w:t>is ke baad un ka jumla yeh tha ke is ke baad agar koi aur khayal aap ke</w:t>
      </w:r>
    </w:p>
    <w:p>
      <w:pPr>
        <w:jc w:val="right"/>
      </w:pPr>
      <w:r>
        <w:t>اس کے بعد ان کا جملہ یہ تھا کہ اس کے بعد اگر کوئی اور خیال آپ کے</w:t>
      </w:r>
    </w:p>
    <w:p>
      <w:r>
        <w:rPr>
          <w:b/>
        </w:rPr>
        <w:t xml:space="preserve">[30:16] </w:t>
      </w:r>
      <w:r>
        <w:t>zehen mein aata hai to us ko lad kar apne andar se nikal dijiye.</w:t>
      </w:r>
    </w:p>
    <w:p>
      <w:pPr>
        <w:jc w:val="right"/>
      </w:pPr>
      <w:r>
        <w:t>ذہن میں آتا ہے تو اس کو لڑ کر اپنے اندر سے نکال دیجیے۔</w:t>
      </w:r>
    </w:p>
    <w:p>
      <w:r>
        <w:rPr>
          <w:b/>
        </w:rPr>
        <w:t xml:space="preserve">[30:22] </w:t>
      </w:r>
      <w:r>
        <w:t>yeh mujhe ab tak yaad hai ke unhon ne yeh likha tha ke agar is ke baad koi</w:t>
      </w:r>
    </w:p>
    <w:p>
      <w:pPr>
        <w:jc w:val="right"/>
      </w:pPr>
      <w:r>
        <w:t>یہ مجھے اب تک یاد ہے کہ انہوں نے یہ لکھا تھا کہ اگر اس کے بعد کوئی</w:t>
      </w:r>
    </w:p>
    <w:p>
      <w:r>
        <w:rPr>
          <w:b/>
        </w:rPr>
        <w:t xml:space="preserve">[30:30] </w:t>
      </w:r>
      <w:r>
        <w:t>aur khayal aap ke zehn mein aata hai to us ko lad kar apne andar se nikal dijiye.</w:t>
      </w:r>
    </w:p>
    <w:p>
      <w:pPr>
        <w:jc w:val="right"/>
      </w:pPr>
      <w:r>
        <w:t>اور خیال آپ کے ذہن میں آتا ہے تو اس کو لڑ کر اپنے اندر سے نکال دیجیے۔</w:t>
      </w:r>
    </w:p>
    <w:p>
      <w:r>
        <w:rPr>
          <w:b/>
        </w:rPr>
        <w:t xml:space="preserve">[30:37] </w:t>
      </w:r>
      <w:r>
        <w:t>is mein mein samajhta hoon ke ek bohat bada sabak hai ke kai bar aadmi ko khud apne</w:t>
      </w:r>
    </w:p>
    <w:p>
      <w:pPr>
        <w:jc w:val="right"/>
      </w:pPr>
      <w:r>
        <w:t>اس میں میں سمجھتا ہوں کہ ایک بہت بڑا سبق ہے کہ کئی بار آدمی کو خود اپنے</w:t>
      </w:r>
    </w:p>
    <w:p>
      <w:r>
        <w:rPr>
          <w:b/>
        </w:rPr>
        <w:t xml:space="preserve">[30:45] </w:t>
      </w:r>
      <w:r>
        <w:t>aap se ladna parta hai.</w:t>
      </w:r>
    </w:p>
    <w:p>
      <w:pPr>
        <w:jc w:val="right"/>
      </w:pPr>
      <w:r>
        <w:t>آپ سے لڑنا پڑتا ہے۔</w:t>
      </w:r>
    </w:p>
    <w:p>
      <w:r>
        <w:rPr>
          <w:b/>
        </w:rPr>
        <w:t xml:space="preserve">[30:47] </w:t>
      </w:r>
      <w:r>
        <w:t>log jo hain doston se ladna to jante hain lekin doston se ladna to bohat kam, kabhi kabhi</w:t>
      </w:r>
    </w:p>
    <w:p>
      <w:pPr>
        <w:jc w:val="right"/>
      </w:pPr>
      <w:r>
        <w:t>لوگ جو ہیں دوستوں سے لڑنا تو جانتے ہیں لیکن دوستوں سے لڑنا تو بہت کم، کبھی کبھی</w:t>
      </w:r>
    </w:p>
    <w:p>
      <w:r>
        <w:rPr>
          <w:b/>
        </w:rPr>
        <w:t xml:space="preserve">[30:55] </w:t>
      </w:r>
      <w:r>
        <w:t>is ki zaroorat pesh aati hai.</w:t>
      </w:r>
    </w:p>
    <w:p>
      <w:pPr>
        <w:jc w:val="right"/>
      </w:pPr>
      <w:r>
        <w:t>اس کی ضرورت پیش آتی ہے۔</w:t>
      </w:r>
    </w:p>
    <w:p>
      <w:r>
        <w:rPr>
          <w:b/>
        </w:rPr>
        <w:t xml:space="preserve">[30:58] </w:t>
      </w:r>
      <w:r>
        <w:t>apne aap se to hamein subah sham ladna hai.</w:t>
      </w:r>
    </w:p>
    <w:p>
      <w:pPr>
        <w:jc w:val="right"/>
      </w:pPr>
      <w:r>
        <w:t>اپنے آپ سے تو ہمیں صبح شام لڑنا ہے۔</w:t>
      </w:r>
    </w:p>
    <w:p>
      <w:r>
        <w:rPr>
          <w:b/>
        </w:rPr>
        <w:t xml:space="preserve">[31:01] </w:t>
      </w:r>
      <w:r>
        <w:t>har subah aur har sham hamare zehn mein qism qism ki baatein aati hain.</w:t>
      </w:r>
    </w:p>
    <w:p>
      <w:pPr>
        <w:jc w:val="right"/>
      </w:pPr>
      <w:r>
        <w:t>ہر صبح اور ہر شام ہمارے ذہن میں قسم قسم کی باتیں آتی ہیں۔</w:t>
      </w:r>
    </w:p>
    <w:p>
      <w:r>
        <w:rPr>
          <w:b/>
        </w:rPr>
        <w:t xml:space="preserve">[31:07] </w:t>
      </w:r>
      <w:r>
        <w:t>to hamein kya karna parta hai ke lad kar apne aap, har lad kar apne zehn se in</w:t>
      </w:r>
    </w:p>
    <w:p>
      <w:pPr>
        <w:jc w:val="right"/>
      </w:pPr>
      <w:r>
        <w:t>تو ہمیں کیا کرنا پڑتا ہے کہ لڑ کر اپنے آپ، ہر لڑ کر اپنے ذہن سے ان</w:t>
      </w:r>
    </w:p>
    <w:p>
      <w:r>
        <w:rPr>
          <w:b/>
        </w:rPr>
        <w:t xml:space="preserve">[31:15] </w:t>
      </w:r>
      <w:r>
        <w:t>baaton ko nikalna jo hamare dhiyan ko idhar udhar karne wali hon.</w:t>
      </w:r>
    </w:p>
    <w:p>
      <w:pPr>
        <w:jc w:val="right"/>
      </w:pPr>
      <w:r>
        <w:t>باتوں کو نکالنا جو ہمارے دھیان کو ادھر اُدھر کرنے والی ہوں۔</w:t>
      </w:r>
    </w:p>
    <w:p>
      <w:r>
        <w:rPr>
          <w:b/>
        </w:rPr>
        <w:t xml:space="preserve">[31:20] </w:t>
      </w:r>
      <w:r>
        <w:t>is ko aap aagahi bhi keh sakte hain, is ko aap dobara jaiza bhi keh sakte hain, is</w:t>
      </w:r>
    </w:p>
    <w:p>
      <w:pPr>
        <w:jc w:val="right"/>
      </w:pPr>
      <w:r>
        <w:t>اس کو آپ آگاہی بھی کہہ سکتے ہیں، اس کو آپ دوبارہ جائزہ بھی کہہ سکتے ہیں، اس</w:t>
      </w:r>
    </w:p>
    <w:p>
      <w:r>
        <w:rPr>
          <w:b/>
        </w:rPr>
        <w:t xml:space="preserve">[31:28] </w:t>
      </w:r>
      <w:r>
        <w:t>ko aap nazar-e-sani bhi keh sakte hain.</w:t>
      </w:r>
    </w:p>
    <w:p>
      <w:pPr>
        <w:jc w:val="right"/>
      </w:pPr>
      <w:r>
        <w:t>کو آپ نظرِ ثانی بھی کہہ سکتے ہیں۔</w:t>
      </w:r>
    </w:p>
    <w:p>
      <w:r>
        <w:rPr>
          <w:b/>
        </w:rPr>
        <w:t xml:space="preserve">[31:31] </w:t>
      </w:r>
      <w:r>
        <w:t>to unhon ne bohat hi kade alfaaz mein likha tha ke is ko lad kar apne andar se</w:t>
      </w:r>
    </w:p>
    <w:p>
      <w:pPr>
        <w:jc w:val="right"/>
      </w:pPr>
      <w:r>
        <w:t>تو انہوں نے بہت ہی کڑے الفاظ میں لکھا تھا کہ اس کو لڑ کر اپنے اندر سے</w:t>
      </w:r>
    </w:p>
    <w:p>
      <w:r>
        <w:rPr>
          <w:b/>
        </w:rPr>
        <w:t xml:space="preserve">[31:39] </w:t>
      </w:r>
      <w:r>
        <w:t>nikaal dijiye.</w:t>
      </w:r>
    </w:p>
    <w:p>
      <w:pPr>
        <w:jc w:val="right"/>
      </w:pPr>
      <w:r>
        <w:t>نکال دیجیے۔</w:t>
      </w:r>
    </w:p>
    <w:p>
      <w:r>
        <w:rPr>
          <w:b/>
        </w:rPr>
        <w:t xml:space="preserve">[31:41] </w:t>
      </w:r>
      <w:r>
        <w:t>yeh har aadmi ke liye zaroori hai.</w:t>
      </w:r>
    </w:p>
    <w:p>
      <w:pPr>
        <w:jc w:val="right"/>
      </w:pPr>
      <w:r>
        <w:t>یہ ہر آدمی کے لیے ضروری ہے۔</w:t>
      </w:r>
    </w:p>
    <w:p>
      <w:r>
        <w:rPr>
          <w:b/>
        </w:rPr>
        <w:t xml:space="preserve">[31:44] </w:t>
      </w:r>
      <w:r>
        <w:t>har aadmi ke liye zaroori hai.</w:t>
      </w:r>
    </w:p>
    <w:p>
      <w:pPr>
        <w:jc w:val="right"/>
      </w:pPr>
      <w:r>
        <w:t>ہر آدمی کے لیے ضروری ہے۔</w:t>
      </w:r>
    </w:p>
    <w:p>
      <w:r>
        <w:rPr>
          <w:b/>
        </w:rPr>
        <w:t xml:space="preserve">[31:46] </w:t>
      </w:r>
      <w:r>
        <w:t>jo aadmi chahta hai ke woh koi bara kaam kare to is ko apne andar yeh sifat paida</w:t>
      </w:r>
    </w:p>
    <w:p>
      <w:pPr>
        <w:jc w:val="right"/>
      </w:pPr>
      <w:r>
        <w:t>جو آدمی چاہتا ہے کہ وہ کوئی بڑا کام کرے تو اس کو اپنے اندر یہ صفت پیدا</w:t>
      </w:r>
    </w:p>
    <w:p>
      <w:r>
        <w:rPr>
          <w:b/>
        </w:rPr>
        <w:t xml:space="preserve">[31:54] </w:t>
      </w:r>
      <w:r>
        <w:t>karni hogi warna woh koi bara kaam nahi kar sakta.</w:t>
      </w:r>
    </w:p>
    <w:p>
      <w:pPr>
        <w:jc w:val="right"/>
      </w:pPr>
      <w:r>
        <w:t>کرنی ہوگی ورنہ وہ کوئی بڑا کام نہیں کر سکتا۔</w:t>
      </w:r>
    </w:p>
    <w:p>
      <w:r>
        <w:rPr>
          <w:b/>
        </w:rPr>
        <w:t xml:space="preserve">[31:58] </w:t>
      </w:r>
      <w:r>
        <w:t>apne aap se ladna seekhiye.</w:t>
      </w:r>
    </w:p>
    <w:p>
      <w:pPr>
        <w:jc w:val="right"/>
      </w:pPr>
      <w:r>
        <w:t>اپنے آپ سے لڑنا سیکھیے۔</w:t>
      </w:r>
    </w:p>
    <w:p>
      <w:r>
        <w:rPr>
          <w:b/>
        </w:rPr>
        <w:t xml:space="preserve">[32:00] </w:t>
      </w:r>
      <w:r>
        <w:t>doosron se ladne ki zaroorat nahi koi, unhein chhod dijiye.</w:t>
      </w:r>
    </w:p>
    <w:p>
      <w:pPr>
        <w:jc w:val="right"/>
      </w:pPr>
      <w:r>
        <w:t>دوسروں سے لڑنے کی ضرورت نہیں کوئی، انہیں چھوڑ دیجیے۔</w:t>
      </w:r>
    </w:p>
    <w:p>
      <w:r>
        <w:rPr>
          <w:b/>
        </w:rPr>
        <w:t xml:space="preserve">[32:05] </w:t>
      </w:r>
      <w:r>
        <w:t>asal zaroorat yeh hai ke aap khud apne aap se ladna seekhein.</w:t>
      </w:r>
    </w:p>
    <w:p>
      <w:pPr>
        <w:jc w:val="right"/>
      </w:pPr>
      <w:r>
        <w:t>اصل ضرورت یہ ہے کہ آپ خود اپنے آپ سے لڑنا سیکھیں۔</w:t>
      </w:r>
    </w:p>
    <w:p>
      <w:r>
        <w:rPr>
          <w:b/>
        </w:rPr>
        <w:t xml:space="preserve">[32:10] </w:t>
      </w:r>
      <w:r>
        <w:t>apne aap se ladna seekhein.</w:t>
      </w:r>
    </w:p>
    <w:p>
      <w:pPr>
        <w:jc w:val="right"/>
      </w:pPr>
      <w:r>
        <w:t>اپنے آپ سے لڑنا سیکھیں۔</w:t>
      </w:r>
    </w:p>
    <w:p>
      <w:r>
        <w:rPr>
          <w:b/>
        </w:rPr>
        <w:t xml:space="preserve">[32:12] </w:t>
      </w:r>
      <w:r>
        <w:t>apne aap ko hamesha durust karte rahen.</w:t>
      </w:r>
    </w:p>
    <w:p>
      <w:pPr>
        <w:jc w:val="right"/>
      </w:pPr>
      <w:r>
        <w:t>اپنے آپ کو ہمیشہ درست کرتے رہیں۔</w:t>
      </w:r>
    </w:p>
    <w:p>
      <w:r>
        <w:rPr>
          <w:b/>
        </w:rPr>
        <w:t xml:space="preserve">[32:15] </w:t>
      </w:r>
      <w:r>
        <w:t>yeh har ek ke liye zaroori hai, har aurat ke liye, har mard ke liye, har chhote ke</w:t>
      </w:r>
    </w:p>
    <w:p>
      <w:pPr>
        <w:jc w:val="right"/>
      </w:pPr>
      <w:r>
        <w:t>یہ ہر ایک کے لیے ضروری ہے، ہر عورت کے لیے، ہر مرد کے لیے، ہر چھوٹے کے</w:t>
      </w:r>
    </w:p>
    <w:p>
      <w:r>
        <w:rPr>
          <w:b/>
        </w:rPr>
        <w:t xml:space="preserve">[32:23] </w:t>
      </w:r>
      <w:r>
        <w:t>liye, har bade ke liye.</w:t>
      </w:r>
    </w:p>
    <w:p>
      <w:pPr>
        <w:jc w:val="right"/>
      </w:pPr>
      <w:r>
        <w:t>لیے، ہر بڑے کے لیے۔</w:t>
      </w:r>
    </w:p>
    <w:p>
      <w:r>
        <w:rPr>
          <w:b/>
        </w:rPr>
        <w:t xml:space="preserve">[32:25] </w:t>
      </w:r>
      <w:r>
        <w:t>main samajhta hoon ke is mein kisi ka bhi istasna nahi.</w:t>
      </w:r>
    </w:p>
    <w:p>
      <w:pPr>
        <w:jc w:val="right"/>
      </w:pPr>
      <w:r>
        <w:t>میں سمجھتا ہوں کہ اس میں کسی کا بھی استثنا نہیں۔</w:t>
      </w:r>
    </w:p>
    <w:p>
      <w:r>
        <w:rPr>
          <w:b/>
        </w:rPr>
        <w:t xml:space="preserve">[32:30] </w:t>
      </w:r>
      <w:r>
        <w:t>kisi ka bhi istasna nahi.</w:t>
      </w:r>
    </w:p>
    <w:p>
      <w:pPr>
        <w:jc w:val="right"/>
      </w:pPr>
      <w:r>
        <w:t>کسی کا بھی استثنا نہیں۔</w:t>
      </w:r>
    </w:p>
    <w:p>
      <w:r>
        <w:rPr>
          <w:b/>
        </w:rPr>
        <w:t xml:space="preserve">[32:32] </w:t>
      </w:r>
      <w:r>
        <w:t>yeh har aadmi ki zaroorat hai.</w:t>
      </w:r>
    </w:p>
    <w:p>
      <w:pPr>
        <w:jc w:val="right"/>
      </w:pPr>
      <w:r>
        <w:t>یہ ہر آدمی کی ضرورت ہے۔</w:t>
      </w:r>
    </w:p>
    <w:p>
      <w:r>
        <w:rPr>
          <w:b/>
        </w:rPr>
        <w:t xml:space="preserve">[32:34] </w:t>
      </w:r>
      <w:r>
        <w:t>har aadmi ki zaroorat hai aur sari umar ki zaroorat hai.</w:t>
      </w:r>
    </w:p>
    <w:p>
      <w:pPr>
        <w:jc w:val="right"/>
      </w:pPr>
      <w:r>
        <w:t>ہر آدمی کی ضرورت ہے اور ساری عمر کی ضرورت ہے۔</w:t>
      </w:r>
    </w:p>
    <w:p>
      <w:r>
        <w:rPr>
          <w:b/>
        </w:rPr>
        <w:t xml:space="preserve">[32:39] </w:t>
      </w:r>
      <w:r>
        <w:t>yeh mamla sari umar pesh aata rehta hai.</w:t>
      </w:r>
    </w:p>
    <w:p>
      <w:pPr>
        <w:jc w:val="right"/>
      </w:pPr>
      <w:r>
        <w:t>یہ معاملہ ساری عمر پیش آتا رہتا ہے۔</w:t>
      </w:r>
    </w:p>
    <w:p>
      <w:r>
        <w:rPr>
          <w:b/>
        </w:rPr>
        <w:t xml:space="preserve">[32:42] </w:t>
      </w:r>
      <w:r>
        <w:t>is ke liye umar ki bhi koi had nahi hai.</w:t>
      </w:r>
    </w:p>
    <w:p>
      <w:pPr>
        <w:jc w:val="right"/>
      </w:pPr>
      <w:r>
        <w:t>اس کے لیے عمر کی بھی کوئی حد نہیں ہے۔</w:t>
      </w:r>
    </w:p>
    <w:p>
      <w:r>
        <w:rPr>
          <w:b/>
        </w:rPr>
        <w:t xml:space="preserve">[32:47] </w:t>
      </w:r>
      <w:r>
        <w:t>to har aadmi ko chahiye ke is fun ko woh jaane, is fun ko woh jaane, is formula</w:t>
      </w:r>
    </w:p>
    <w:p>
      <w:pPr>
        <w:jc w:val="right"/>
      </w:pPr>
      <w:r>
        <w:t>تو ہر آدمی کو چاہیے کہ اس فن کو وہ جانے، اس فن کو وہ جانے، اس فارمولے</w:t>
      </w:r>
    </w:p>
    <w:p>
      <w:r>
        <w:rPr>
          <w:b/>
        </w:rPr>
        <w:t xml:space="preserve">[32:54] </w:t>
      </w:r>
      <w:r>
        <w:t>ko woh jaane ke apne aap se ladna hai.</w:t>
      </w:r>
    </w:p>
    <w:p>
      <w:pPr>
        <w:jc w:val="right"/>
      </w:pPr>
      <w:r>
        <w:t>کو وہ جانے کہ اپنے آپ سے لڑنا ہے۔</w:t>
      </w:r>
    </w:p>
    <w:p>
      <w:r>
        <w:rPr>
          <w:b/>
        </w:rPr>
        <w:t xml:space="preserve">[32:58] </w:t>
      </w:r>
      <w:r>
        <w:t>dekhiye, ek aadmi ne kaha hai ke jis ko haarna aajaye us ko koi hara nahi sakta.</w:t>
      </w:r>
    </w:p>
    <w:p>
      <w:pPr>
        <w:jc w:val="right"/>
      </w:pPr>
      <w:r>
        <w:t>دیکھیے، ایک آدمی نے کہا ہے کہ جس کو ہارنا آجائے اس کو کوئی ہرا نہیں سکتا۔</w:t>
      </w:r>
    </w:p>
    <w:p>
      <w:r>
        <w:rPr>
          <w:b/>
        </w:rPr>
        <w:t xml:space="preserve">[33:06] </w:t>
      </w:r>
      <w:r>
        <w:t>jis aadmi ko haarna aajaye us ko koi hara nahi sakta.</w:t>
      </w:r>
    </w:p>
    <w:p>
      <w:pPr>
        <w:jc w:val="right"/>
      </w:pPr>
      <w:r>
        <w:t>جس آدمی کو ہارنا آجائے اس کو کوئی ہرا نہیں سکتا۔</w:t>
      </w:r>
    </w:p>
    <w:p>
      <w:r>
        <w:rPr>
          <w:b/>
        </w:rPr>
        <w:t xml:space="preserve">[33:10] </w:t>
      </w:r>
      <w:r>
        <w:t>yeh bari ajeeb baat hai.</w:t>
      </w:r>
    </w:p>
    <w:p>
      <w:pPr>
        <w:jc w:val="right"/>
      </w:pPr>
      <w:r>
        <w:t>یہ بڑی عجیب بات ہے۔</w:t>
      </w:r>
    </w:p>
    <w:p>
      <w:r>
        <w:rPr>
          <w:b/>
        </w:rPr>
        <w:t xml:space="preserve">[33:12] </w:t>
      </w:r>
      <w:r>
        <w:t>yani haar mein jeet ka formula hai yeh.</w:t>
      </w:r>
    </w:p>
    <w:p>
      <w:pPr>
        <w:jc w:val="right"/>
      </w:pPr>
      <w:r>
        <w:t>یعنی ہار میں جیت کا فارمولا ہے یہ۔</w:t>
      </w:r>
    </w:p>
    <w:p>
      <w:r>
        <w:rPr>
          <w:b/>
        </w:rPr>
        <w:t xml:space="preserve">[33:16] </w:t>
      </w:r>
      <w:r>
        <w:t>log jo hain jeet mein jeet dhoondhte hain lekin yeh haar mein jeet ka formula hai yeh.</w:t>
      </w:r>
    </w:p>
    <w:p>
      <w:pPr>
        <w:jc w:val="right"/>
      </w:pPr>
      <w:r>
        <w:t>لوگ جو ہیں جیت میں جیت ڈھونڈتے ہیں لیکن یہ ہار میں جیت کا فارمولا ہے یہ۔</w:t>
      </w:r>
    </w:p>
    <w:p>
      <w:r>
        <w:rPr>
          <w:b/>
        </w:rPr>
        <w:t xml:space="preserve">[33:23] </w:t>
      </w:r>
      <w:r>
        <w:t>main samajhta hoon ke yeh bohat hi sacha formula hai.</w:t>
      </w:r>
    </w:p>
    <w:p>
      <w:pPr>
        <w:jc w:val="right"/>
      </w:pPr>
      <w:r>
        <w:t>میں سمجھتا ہوں کہ یہ بہت ہی سچا فارمولا ہے۔</w:t>
      </w:r>
    </w:p>
    <w:p>
      <w:r>
        <w:rPr>
          <w:b/>
        </w:rPr>
        <w:t xml:space="preserve">[33:27] </w:t>
      </w:r>
      <w:r>
        <w:t>jo log jeet mein jeet dhoondhte hain un ko kabhi jeet nahi hoti.</w:t>
      </w:r>
    </w:p>
    <w:p>
      <w:pPr>
        <w:jc w:val="right"/>
      </w:pPr>
      <w:r>
        <w:t>جو لوگ جیت میں جیت ڈھونڈتے ہیں ان کو کبھی جیت نہیں ہوتی۔</w:t>
      </w:r>
    </w:p>
    <w:p>
      <w:r>
        <w:rPr>
          <w:b/>
        </w:rPr>
        <w:t xml:space="preserve">[33:33] </w:t>
      </w:r>
      <w:r>
        <w:t>zindagi mein ladte rehte hain, ladte rehte mar jaate hain.</w:t>
      </w:r>
    </w:p>
    <w:p>
      <w:pPr>
        <w:jc w:val="right"/>
      </w:pPr>
      <w:r>
        <w:t>زندگی میں لڑتے رہتے ہیں، لڑتے رہتے مر جاتے ہیں۔</w:t>
      </w:r>
    </w:p>
    <w:p>
      <w:r>
        <w:rPr>
          <w:b/>
        </w:rPr>
        <w:t xml:space="preserve">[33:37] </w:t>
      </w:r>
      <w:r>
        <w:t>dekhiye, haar mein jeet kyun hoti hai? woh yeh hai ke jab aap haarne ko qabool kar lein</w:t>
      </w:r>
    </w:p>
    <w:p>
      <w:pPr>
        <w:jc w:val="right"/>
      </w:pPr>
      <w:r>
        <w:t>دیکھیے، ہار میں جیت کیوں ہوتی ہے؟ وہ یہ ہے کہ جب آپ ہارنے کو قبول کر لیں</w:t>
      </w:r>
    </w:p>
    <w:p>
      <w:r>
        <w:rPr>
          <w:b/>
        </w:rPr>
        <w:t xml:space="preserve">[33:45] </w:t>
      </w:r>
      <w:r>
        <w:t>to kya hua? ke mawaqe ko istemal karne ke liye waqt mil gaya aap ko.</w:t>
      </w:r>
    </w:p>
    <w:p>
      <w:pPr>
        <w:jc w:val="right"/>
      </w:pPr>
      <w:r>
        <w:t>تو کیا ہوا؟ کہ مواقع کو استعمال کرنے کے لیے وقت مل گیا آپ کو۔</w:t>
      </w:r>
    </w:p>
    <w:p>
      <w:r>
        <w:rPr>
          <w:b/>
        </w:rPr>
        <w:t xml:space="preserve">[33:51] </w:t>
      </w:r>
      <w:r>
        <w:t>jab aap ladna chahein, lad kar jeetna chahein to mawaqe jo hain un istemal pari rehti hain.</w:t>
      </w:r>
    </w:p>
    <w:p>
      <w:pPr>
        <w:jc w:val="right"/>
      </w:pPr>
      <w:r>
        <w:t>جب آپ لڑنا چاہیں، لڑ کر جیتنا چاہیں تو مواقع جو ہیں ان استعمال پڑی رہتی ہیں۔</w:t>
      </w:r>
    </w:p>
    <w:p>
      <w:r>
        <w:rPr>
          <w:b/>
        </w:rPr>
        <w:t xml:space="preserve">[33:59] </w:t>
      </w:r>
      <w:r>
        <w:t>un istemal.</w:t>
      </w:r>
    </w:p>
    <w:p>
      <w:pPr>
        <w:jc w:val="right"/>
      </w:pPr>
      <w:r>
        <w:t>ان استعمال۔</w:t>
      </w:r>
    </w:p>
    <w:p>
      <w:r>
        <w:rPr>
          <w:b/>
        </w:rPr>
        <w:t xml:space="preserve">[34:00] </w:t>
      </w:r>
      <w:r>
        <w:t>aap ke aas paas mawaqe honge lekin woh in istemal pari rahengi.</w:t>
      </w:r>
    </w:p>
    <w:p>
      <w:pPr>
        <w:jc w:val="right"/>
      </w:pPr>
      <w:r>
        <w:t>آپ کے آس پاس مواقع ہوں گے لیکن وہ ان استعمال پڑی رہیں گی۔</w:t>
      </w:r>
    </w:p>
    <w:p>
      <w:r>
        <w:rPr>
          <w:b/>
        </w:rPr>
        <w:t xml:space="preserve">[34:06] </w:t>
      </w:r>
      <w:r>
        <w:t>to sab se bari cheez to mawaqe ko istemal karna hai.</w:t>
      </w:r>
    </w:p>
    <w:p>
      <w:pPr>
        <w:jc w:val="right"/>
      </w:pPr>
      <w:r>
        <w:t>تو سب سے بڑی چیز تو مواقع کو استعمال کرنا ہے۔</w:t>
      </w:r>
    </w:p>
    <w:p>
      <w:r>
        <w:rPr>
          <w:b/>
        </w:rPr>
        <w:t xml:space="preserve">[34:11] </w:t>
      </w:r>
      <w:r>
        <w:t>mawaqe ko istemal karne hi se koi kamyabi milti hai.</w:t>
      </w:r>
    </w:p>
    <w:p>
      <w:pPr>
        <w:jc w:val="right"/>
      </w:pPr>
      <w:r>
        <w:t>مواقع کو استعمال کرنے ہی سے کوئی کامیابی ملتی ہے۔</w:t>
      </w:r>
    </w:p>
    <w:p>
      <w:r>
        <w:rPr>
          <w:b/>
        </w:rPr>
        <w:t xml:space="preserve">[34:15] </w:t>
      </w:r>
      <w:r>
        <w:t>aur jab aap lade bhadenge, doosron se chheenna chahenge jeet ko to aap ke paas waqt</w:t>
      </w:r>
    </w:p>
    <w:p>
      <w:pPr>
        <w:jc w:val="right"/>
      </w:pPr>
      <w:r>
        <w:t>اور جب آپ لڑے بھڑیں گے، دوسروں سے چھیننا چاہیں گے جیت کو تو آپ کے پاس وقت</w:t>
      </w:r>
    </w:p>
    <w:p>
      <w:r>
        <w:rPr>
          <w:b/>
        </w:rPr>
        <w:t xml:space="preserve">[34:23] </w:t>
      </w:r>
      <w:r>
        <w:t>kahan hai? lekin jab aap haarne ko qabool kar lein, yani unhein literal tor par aap qabool kar</w:t>
      </w:r>
    </w:p>
    <w:p>
      <w:pPr>
        <w:jc w:val="right"/>
      </w:pPr>
      <w:r>
        <w:t>کہاں ہے؟ لیکن جب آپ ہارنے کو قبول کر لیں، یعنی انہیں لٹرل طور پر آپ قبول کر</w:t>
      </w:r>
    </w:p>
    <w:p>
      <w:r>
        <w:rPr>
          <w:b/>
        </w:rPr>
        <w:t xml:space="preserve">[34:31] </w:t>
      </w:r>
      <w:r>
        <w:t>lein, yani unhein literal tor par aap samjhota kar lein, unhein literal tor par aap adjust kar lein,</w:t>
      </w:r>
    </w:p>
    <w:p>
      <w:pPr>
        <w:jc w:val="right"/>
      </w:pPr>
      <w:r>
        <w:t>لیں، یعنی انہیں لٹرل طور پر آپ سمجھوتہ کر لیں، انہیں لٹرل طور پر آپ ایڈجسٹ کر لیں،</w:t>
      </w:r>
    </w:p>
    <w:p>
      <w:r>
        <w:rPr>
          <w:b/>
        </w:rPr>
        <w:t xml:space="preserve">[34:38] </w:t>
      </w:r>
      <w:r>
        <w:t>is ka matlab kya hua? ke aap ne apni tawanaai ko bacha liya.</w:t>
      </w:r>
    </w:p>
    <w:p>
      <w:pPr>
        <w:jc w:val="right"/>
      </w:pPr>
      <w:r>
        <w:t>اس کا مطلب کیا ہوا؟ کہ آپ نے اپنی توانائی کو بچا لیا۔</w:t>
      </w:r>
    </w:p>
    <w:p>
      <w:r>
        <w:rPr>
          <w:b/>
        </w:rPr>
        <w:t xml:space="preserve">[34:44] </w:t>
      </w:r>
      <w:r>
        <w:t>aap ne apne waqt ko bacha liya.</w:t>
      </w:r>
    </w:p>
    <w:p>
      <w:pPr>
        <w:jc w:val="right"/>
      </w:pPr>
      <w:r>
        <w:t>آپ نے اپنے وقت کو بچا لیا۔</w:t>
      </w:r>
    </w:p>
    <w:p>
      <w:r>
        <w:rPr>
          <w:b/>
        </w:rPr>
        <w:t xml:space="preserve">[34:47] </w:t>
      </w:r>
      <w:r>
        <w:t>taake aap aas paas jo mawaqe hain us ko istemal kar saken.</w:t>
      </w:r>
    </w:p>
    <w:p>
      <w:pPr>
        <w:jc w:val="right"/>
      </w:pPr>
      <w:r>
        <w:t>تاکہ آپ آس پاس جو مواقع ہیں اس کو استعمال کر سکیں۔</w:t>
      </w:r>
    </w:p>
    <w:p>
      <w:r>
        <w:rPr>
          <w:b/>
        </w:rPr>
        <w:t xml:space="preserve">[34:52] </w:t>
      </w:r>
      <w:r>
        <w:t>yeh matlab hai is aadmi ke kehne ka ke jis ko haar na aajaye us ko koi hara nahi</w:t>
      </w:r>
    </w:p>
    <w:p>
      <w:pPr>
        <w:jc w:val="right"/>
      </w:pPr>
      <w:r>
        <w:t>یہ مطلب ہے اس آدمی کے کہنے کا کہ جس کو ہارنا آجائے اس کو کوئی ہرا نہیں</w:t>
      </w:r>
    </w:p>
    <w:p>
      <w:r>
        <w:rPr>
          <w:b/>
        </w:rPr>
        <w:t xml:space="preserve">[35:00] </w:t>
      </w:r>
      <w:r>
        <w:t>sakta.</w:t>
      </w:r>
    </w:p>
    <w:p>
      <w:pPr>
        <w:jc w:val="right"/>
      </w:pPr>
      <w:r>
        <w:t>سکتا۔</w:t>
      </w:r>
    </w:p>
    <w:p>
      <w:r>
        <w:rPr>
          <w:b/>
        </w:rPr>
        <w:t xml:space="preserve">[35:01] </w:t>
      </w:r>
      <w:r>
        <w:t>kyunke haar kar ke woh jeet ke rastay ko apna le ga.</w:t>
      </w:r>
    </w:p>
    <w:p>
      <w:pPr>
        <w:jc w:val="right"/>
      </w:pPr>
      <w:r>
        <w:t>کیونکہ ہار کر کے وہ جیت کے راستے کو اپنا لے گا۔</w:t>
      </w:r>
    </w:p>
    <w:p>
      <w:r>
        <w:rPr>
          <w:b/>
        </w:rPr>
        <w:t xml:space="preserve">[35:06] </w:t>
      </w:r>
      <w:r>
        <w:t>jeet ka rasta kya hai? mawaqe ko istemal karna.</w:t>
      </w:r>
    </w:p>
    <w:p>
      <w:pPr>
        <w:jc w:val="right"/>
      </w:pPr>
      <w:r>
        <w:t>جیت کا راستہ کیا ہے؟ مواقع کو استعمال کرنا۔</w:t>
      </w:r>
    </w:p>
    <w:p>
      <w:r>
        <w:rPr>
          <w:b/>
        </w:rPr>
        <w:t xml:space="preserve">[35:10] </w:t>
      </w:r>
      <w:r>
        <w:t>to jo log doosron se larr kar jeetna chahte hain woh mawaqe ko istemal nahi paate.</w:t>
      </w:r>
    </w:p>
    <w:p>
      <w:pPr>
        <w:jc w:val="right"/>
      </w:pPr>
      <w:r>
        <w:t>تو جو لوگ دوسروں سے لڑ کر جیتنا چاہتے ہیں وہ مواقع کو استعمال نہیں کر پاتے۔</w:t>
      </w:r>
    </w:p>
    <w:p>
      <w:r>
        <w:rPr>
          <w:b/>
        </w:rPr>
        <w:t xml:space="preserve">[35:18] </w:t>
      </w:r>
      <w:r>
        <w:t>aur jo log sulah ka rasta ikhtiyar karein, samjhota karein, adjust kar lein to foran un ko</w:t>
      </w:r>
    </w:p>
    <w:p>
      <w:pPr>
        <w:jc w:val="right"/>
      </w:pPr>
      <w:r>
        <w:t>اور جو لوگ صلح کا راستہ اختیار کریں، سمجھوتہ کر لیں، ایڈجسٹ کر لیں تو فوراً ان کو</w:t>
      </w:r>
    </w:p>
    <w:p>
      <w:r>
        <w:rPr>
          <w:b/>
        </w:rPr>
        <w:t xml:space="preserve">[35:25] </w:t>
      </w:r>
      <w:r>
        <w:t>waqt mil jata hai mawaqe ko istemal karne ka.</w:t>
      </w:r>
    </w:p>
    <w:p>
      <w:pPr>
        <w:jc w:val="right"/>
      </w:pPr>
      <w:r>
        <w:t>وقت مل جاتا ہے مواقع کو استعمال کرنے کا۔</w:t>
      </w:r>
    </w:p>
    <w:p>
      <w:r>
        <w:rPr>
          <w:b/>
        </w:rPr>
        <w:t xml:space="preserve">[35:29] </w:t>
      </w:r>
      <w:r>
        <w:t>is se bari to koi baat nahi zindagi mein.</w:t>
      </w:r>
    </w:p>
    <w:p>
      <w:pPr>
        <w:jc w:val="right"/>
      </w:pPr>
      <w:r>
        <w:t>اس سے بڑی تو کوئی بات نہیں زندگی میں۔</w:t>
      </w:r>
    </w:p>
    <w:p>
      <w:r>
        <w:rPr>
          <w:b/>
        </w:rPr>
        <w:t xml:space="preserve">[35:33] </w:t>
      </w:r>
      <w:r>
        <w:t>zindagi mein sab se bari baat yeh hai ke aap mawaqe ko istemal karne ke liye sambhal sakein,</w:t>
      </w:r>
    </w:p>
    <w:p>
      <w:pPr>
        <w:jc w:val="right"/>
      </w:pPr>
      <w:r>
        <w:t>زندگی میں سب سے بڑی بات یہ ہے کہ آپ مواقع کو استعمال کرنے کے لیے سنبھال سکیں،</w:t>
      </w:r>
    </w:p>
    <w:p>
      <w:r>
        <w:rPr>
          <w:b/>
        </w:rPr>
        <w:t xml:space="preserve">[35:41] </w:t>
      </w:r>
      <w:r>
        <w:t>apne waqt ko, apni tawanaai ko.</w:t>
      </w:r>
    </w:p>
    <w:p>
      <w:pPr>
        <w:jc w:val="right"/>
      </w:pPr>
      <w:r>
        <w:t>اپنے وقت کو، اپنی توانائی کو۔</w:t>
      </w:r>
    </w:p>
    <w:p>
      <w:r>
        <w:rPr>
          <w:b/>
        </w:rPr>
        <w:t xml:space="preserve">[35:43] </w:t>
      </w:r>
      <w:r>
        <w:t>sab se bari baat yahi hai.</w:t>
      </w:r>
    </w:p>
    <w:p>
      <w:pPr>
        <w:jc w:val="right"/>
      </w:pPr>
      <w:r>
        <w:t>سب سے بڑی بات یہی ہے۔</w:t>
      </w:r>
    </w:p>
    <w:p>
      <w:r>
        <w:rPr>
          <w:b/>
        </w:rPr>
        <w:t xml:space="preserve">[35:46] </w:t>
      </w:r>
      <w:r>
        <w:t>aur jo haarne ke liye tayyar ho jaye woh aisa zaroor kar pata hai.</w:t>
      </w:r>
    </w:p>
    <w:p>
      <w:pPr>
        <w:jc w:val="right"/>
      </w:pPr>
      <w:r>
        <w:t>اور جو ہارنے کے لیے تیار ہو جائے وہ ایسا ضرور کر پاتا ہے۔</w:t>
      </w:r>
    </w:p>
    <w:p>
      <w:r>
        <w:rPr>
          <w:b/>
        </w:rPr>
        <w:t xml:space="preserve">[35:52] </w:t>
      </w:r>
      <w:r>
        <w:t>kyunke is ke paas doosra koi kaam hi nahi siwaye is ke ke woh sambhale apne mawaqe ko.</w:t>
      </w:r>
    </w:p>
    <w:p>
      <w:pPr>
        <w:jc w:val="right"/>
      </w:pPr>
      <w:r>
        <w:t>کیونکہ اس کے پاس دوسرا کوئی کام ہی نہیں سوائے اس کے کہ وہ سنبھالے اپنے مواقع کو۔</w:t>
      </w:r>
    </w:p>
    <w:p>
      <w:r>
        <w:rPr>
          <w:b/>
        </w:rPr>
        <w:t xml:space="preserve">[36:00] </w:t>
      </w:r>
      <w:r>
        <w:t>ek hi kaam is ke paas hai.</w:t>
      </w:r>
    </w:p>
    <w:p>
      <w:pPr>
        <w:jc w:val="right"/>
      </w:pPr>
      <w:r>
        <w:t>ایک ہی کام اس کے پاس ہے۔</w:t>
      </w:r>
    </w:p>
    <w:p>
      <w:r>
        <w:rPr>
          <w:b/>
        </w:rPr>
        <w:t xml:space="preserve">[36:03] </w:t>
      </w:r>
      <w:r>
        <w:t>to main yeh kahunga ke haar na seekhiye phir aap ko koi hara nahi sake ga.</w:t>
      </w:r>
    </w:p>
    <w:p>
      <w:pPr>
        <w:jc w:val="right"/>
      </w:pPr>
      <w:r>
        <w:t>تو میں یہ کہوں گا کہ ہارنا سیکھیے پھر آپ کو کوئی ہرا نہیں سکے گا۔</w:t>
      </w:r>
    </w:p>
    <w:p>
      <w:r>
        <w:rPr>
          <w:b/>
        </w:rPr>
        <w:t xml:space="preserve">[36:09] </w:t>
      </w:r>
      <w:r>
        <w:t>haar na seekhne ka matlab hai samjhota karna seekhiye, adjust karna seekhiye.</w:t>
      </w:r>
    </w:p>
    <w:p>
      <w:pPr>
        <w:jc w:val="right"/>
      </w:pPr>
      <w:r>
        <w:t>ہارنا سیکھنے کا مطلب ہے سمجھوتہ کرنا سیکھیے، ایڈجسٹ کرنا سیکھیے۔</w:t>
      </w:r>
    </w:p>
    <w:p>
      <w:r>
        <w:rPr>
          <w:b/>
        </w:rPr>
        <w:t xml:space="preserve">[36:14] </w:t>
      </w:r>
      <w:r>
        <w:t>non-confrontational approach کو اپنائیے۔</w:t>
      </w:r>
    </w:p>
    <w:p>
      <w:pPr>
        <w:jc w:val="right"/>
      </w:pPr>
      <w:r>
        <w:t>نان کنفرونٹیشنل اپروچ کو اپنائیے۔</w:t>
      </w:r>
    </w:p>
    <w:p>
      <w:r>
        <w:rPr>
          <w:b/>
        </w:rPr>
        <w:t xml:space="preserve">[36:16] </w:t>
      </w:r>
      <w:r>
        <w:t>confrontational approach ko choriye aur non confrontational approach ko apnaieye.</w:t>
      </w:r>
    </w:p>
    <w:p>
      <w:pPr>
        <w:jc w:val="right"/>
      </w:pPr>
      <w:r>
        <w:t>کنفرونٹیشنل اپروچ کو چھوڑیئے اور نان کنفرونٹیشنل اپروچ کو اپنائیے۔</w:t>
      </w:r>
    </w:p>
    <w:p>
      <w:r>
        <w:rPr>
          <w:b/>
        </w:rPr>
        <w:t xml:space="preserve">[36:21] </w:t>
      </w:r>
      <w:r>
        <w:t>yahi hai haar ko manna.</w:t>
      </w:r>
    </w:p>
    <w:p>
      <w:pPr>
        <w:jc w:val="right"/>
      </w:pPr>
      <w:r>
        <w:t>یہی ہے ہار کو ماننا۔</w:t>
      </w:r>
    </w:p>
    <w:p>
      <w:r>
        <w:rPr>
          <w:b/>
        </w:rPr>
        <w:t xml:space="preserve">[36:23] </w:t>
      </w:r>
      <w:r>
        <w:t>aur jo aadmi aisa kare to us ko is ki jeet mein koi rok nahi baqi rahe gi.</w:t>
      </w:r>
    </w:p>
    <w:p>
      <w:pPr>
        <w:jc w:val="right"/>
      </w:pPr>
      <w:r>
        <w:t>اور جو آدمی ایسا کرے تو اس کو اس کی جیت میں کوئی روک نہیں باقی رہے گی۔</w:t>
      </w:r>
    </w:p>
    <w:p>
      <w:r>
        <w:rPr>
          <w:b/>
        </w:rPr>
        <w:t xml:space="preserve">[36:30] </w:t>
      </w:r>
      <w:r>
        <w:t>woh jeet ko hasil kar ke rahe ga.</w:t>
      </w:r>
    </w:p>
    <w:p>
      <w:pPr>
        <w:jc w:val="right"/>
      </w:pPr>
      <w:r>
        <w:t>وہ جیت کو حاصل کر کے رہے گا۔</w:t>
      </w:r>
    </w:p>
    <w:p>
      <w:r>
        <w:rPr>
          <w:b/>
        </w:rPr>
        <w:t xml:space="preserve">[36:34] </w:t>
      </w:r>
      <w:r>
        <w:t>aisi ke liye kaha is ne ke jis ko haar na aajaye us ko koi hara nahi sakta.</w:t>
      </w:r>
    </w:p>
    <w:p>
      <w:pPr>
        <w:jc w:val="right"/>
      </w:pPr>
      <w:r>
        <w:t>ایسی کے لیے کہا اس نے کہ جس کو ہارنا آجائے اس کو کوئی ہرا نہیں سکتا۔</w:t>
      </w:r>
    </w:p>
    <w:p>
      <w:r>
        <w:rPr>
          <w:b/>
        </w:rPr>
        <w:t xml:space="preserve">[36:41] </w:t>
      </w:r>
      <w:r>
        <w:t>kitna saada formula hai.</w:t>
      </w:r>
    </w:p>
    <w:p>
      <w:pPr>
        <w:jc w:val="right"/>
      </w:pPr>
      <w:r>
        <w:t>کتنا سادہ فارمولا ہے۔</w:t>
      </w:r>
    </w:p>
    <w:p>
      <w:r>
        <w:rPr>
          <w:b/>
        </w:rPr>
        <w:t xml:space="preserve">[36:43] </w:t>
      </w:r>
      <w:r>
        <w:t>kitna amli formula hai.</w:t>
      </w:r>
    </w:p>
    <w:p>
      <w:pPr>
        <w:jc w:val="right"/>
      </w:pPr>
      <w:r>
        <w:t>کتنا عملی فارمولا ہے۔</w:t>
      </w:r>
    </w:p>
    <w:p>
      <w:r>
        <w:rPr>
          <w:b/>
        </w:rPr>
        <w:t xml:space="preserve">[36:45] </w:t>
      </w:r>
      <w:r>
        <w:t>aur kitna aasan formula hai.</w:t>
      </w:r>
    </w:p>
    <w:p>
      <w:pPr>
        <w:jc w:val="right"/>
      </w:pPr>
      <w:r>
        <w:t>اور کتنا آسان فارمولا ہے۔</w:t>
      </w:r>
    </w:p>
    <w:p>
      <w:r>
        <w:rPr>
          <w:b/>
        </w:rPr>
        <w:t xml:space="preserve">[36:47] </w:t>
      </w:r>
      <w:r>
        <w:t>is formula ko apnaieye aur phir aap ko kisi se shikayat nahi hogi.</w:t>
      </w:r>
    </w:p>
    <w:p>
      <w:pPr>
        <w:jc w:val="right"/>
      </w:pPr>
      <w:r>
        <w:t>اس فارمولے کو اپنائیے اور پھر آپ کو کسی سے شکایت نہیں ہوگی۔</w:t>
      </w:r>
    </w:p>
    <w:p>
      <w:r>
        <w:rPr>
          <w:b/>
        </w:rPr>
        <w:t xml:space="preserve">[36:52] </w:t>
      </w:r>
      <w:r>
        <w:t>ek zamane mein mein ram pur mein rehta tha to wahan ek sahab se mulaqat hui.</w:t>
      </w:r>
    </w:p>
    <w:p>
      <w:pPr>
        <w:jc w:val="right"/>
      </w:pPr>
      <w:r>
        <w:t>ایک زمانے میں میں رام پور میں رہتا تھا تو وہاں ایک صاحب سے ملاقات ہوئی۔</w:t>
      </w:r>
    </w:p>
    <w:p>
      <w:r>
        <w:rPr>
          <w:b/>
        </w:rPr>
        <w:t xml:space="preserve">[36:59] </w:t>
      </w:r>
      <w:r>
        <w:t>dekhne mein woh bohat tandrust thay lekin woh andhe ho gaye thay, dono aankh se andhe ho gaye</w:t>
      </w:r>
    </w:p>
    <w:p>
      <w:pPr>
        <w:jc w:val="right"/>
      </w:pPr>
      <w:r>
        <w:t>دیکھنے میں وہ بہت تندرست تھے لیکن وہ اندھے ہو گئے تھے، دونوں آنکھ سے اندھے ہو گئے</w:t>
      </w:r>
    </w:p>
    <w:p>
      <w:r>
        <w:rPr>
          <w:b/>
        </w:rPr>
        <w:t xml:space="preserve">[37:07] </w:t>
      </w:r>
      <w:r>
        <w:t>thay.</w:t>
      </w:r>
    </w:p>
    <w:p>
      <w:pPr>
        <w:jc w:val="right"/>
      </w:pPr>
      <w:r>
        <w:t>تھے۔</w:t>
      </w:r>
    </w:p>
    <w:p>
      <w:r>
        <w:rPr>
          <w:b/>
        </w:rPr>
        <w:t xml:space="preserve">[37:08] </w:t>
      </w:r>
      <w:r>
        <w:t>to maine poocha ke aisa kaise? waise to aap bohat sehat mand hain to aap andhe kaise</w:t>
      </w:r>
    </w:p>
    <w:p>
      <w:pPr>
        <w:jc w:val="right"/>
      </w:pPr>
      <w:r>
        <w:t>تو میں نے پوچھا کہ ایسا کیسے؟ ویسے تو آپ بہت صحت مند ہیں تو آپ اندھے کیسے</w:t>
      </w:r>
    </w:p>
    <w:p>
      <w:r>
        <w:rPr>
          <w:b/>
        </w:rPr>
        <w:t xml:space="preserve">[37:16] </w:t>
      </w:r>
      <w:r>
        <w:t>ho gaye? to unhon ne bataya ke second world war mein woh inda faraham kiya karte thay.</w:t>
      </w:r>
    </w:p>
    <w:p>
      <w:pPr>
        <w:jc w:val="right"/>
      </w:pPr>
      <w:r>
        <w:t>ہو گئے؟ تو انہوں نے بتایا کہ سیکنڈ ورلڈ وار میں وہ انڈا فراہم کیا کرتے تھے۔</w:t>
      </w:r>
    </w:p>
    <w:p>
      <w:r>
        <w:rPr>
          <w:b/>
        </w:rPr>
        <w:t xml:space="preserve">[37:23] </w:t>
      </w:r>
      <w:r>
        <w:t>inda.</w:t>
      </w:r>
    </w:p>
    <w:p>
      <w:pPr>
        <w:jc w:val="right"/>
      </w:pPr>
      <w:r>
        <w:t>انڈا۔</w:t>
      </w:r>
    </w:p>
    <w:p>
      <w:r>
        <w:rPr>
          <w:b/>
        </w:rPr>
        <w:t xml:space="preserve">[37:25] </w:t>
      </w:r>
      <w:r>
        <w:t>unhon ne bataya ke inda aata tha gaon se, idhar udhar se to woh toot phoot jata tha.</w:t>
      </w:r>
    </w:p>
    <w:p>
      <w:pPr>
        <w:jc w:val="right"/>
      </w:pPr>
      <w:r>
        <w:t>انہوں نے بتایا کہ انڈا آتا تھا گاؤں سے، ادھر اُدھر سے تو وہ ٹوٹ پھوٹ جاتا تھا۔</w:t>
      </w:r>
    </w:p>
    <w:p>
      <w:r>
        <w:rPr>
          <w:b/>
        </w:rPr>
        <w:t xml:space="preserve">[37:33] </w:t>
      </w:r>
      <w:r>
        <w:t>woh aata tha phir woh re packing kar ke bhejte thay.</w:t>
      </w:r>
    </w:p>
    <w:p>
      <w:pPr>
        <w:jc w:val="right"/>
      </w:pPr>
      <w:r>
        <w:t>وہ آتا تھا پھر وہ ری پیکنگ کر کے بھیجتے تھے۔</w:t>
      </w:r>
    </w:p>
    <w:p>
      <w:r>
        <w:rPr>
          <w:b/>
        </w:rPr>
        <w:t xml:space="preserve">[37:37] </w:t>
      </w:r>
      <w:r>
        <w:t>is zamane mein poultry farm nahi hua karte thay.</w:t>
      </w:r>
    </w:p>
    <w:p>
      <w:pPr>
        <w:jc w:val="right"/>
      </w:pPr>
      <w:r>
        <w:t>اس زمانے میں پولٹری فارم نہیں ہوا کرتے تھے۔</w:t>
      </w:r>
    </w:p>
    <w:p>
      <w:r>
        <w:rPr>
          <w:b/>
        </w:rPr>
        <w:t xml:space="preserve">[37:41] </w:t>
      </w:r>
      <w:r>
        <w:t>to jo toot phoot jata tha to unhon ne bataya ke main is ko kha leta tha.</w:t>
      </w:r>
    </w:p>
    <w:p>
      <w:pPr>
        <w:jc w:val="right"/>
      </w:pPr>
      <w:r>
        <w:t>تو جو ٹوٹ پھوٹ جاتا تھا تو انہوں نے بتایا کہ میں اس کو کھا لیتا تھا۔</w:t>
      </w:r>
    </w:p>
    <w:p>
      <w:r>
        <w:rPr>
          <w:b/>
        </w:rPr>
        <w:t xml:space="preserve">[37:48] </w:t>
      </w:r>
      <w:r>
        <w:t>to unhon ne bataya ke ek ek din mein satar ande, assi ande kha leta tha main.</w:t>
      </w:r>
    </w:p>
    <w:p>
      <w:pPr>
        <w:jc w:val="right"/>
      </w:pPr>
      <w:r>
        <w:t>تو انہوں نے بتایا کہ ایک ایک دن میں ستر انڈے، اسی انڈے کھا لیتا تھا میں۔</w:t>
      </w:r>
    </w:p>
    <w:p>
      <w:r>
        <w:rPr>
          <w:b/>
        </w:rPr>
        <w:t xml:space="preserve">[37:56] </w:t>
      </w:r>
      <w:r>
        <w:t>is ne kaha kya hua ke meri aankh ki benai chali gayi.</w:t>
      </w:r>
    </w:p>
    <w:p>
      <w:pPr>
        <w:jc w:val="right"/>
      </w:pPr>
      <w:r>
        <w:t>اس نے کہا کیا ہوا کہ میری آنکھ کی بینائی چلی گئی۔</w:t>
      </w:r>
    </w:p>
    <w:p>
      <w:r>
        <w:rPr>
          <w:b/>
        </w:rPr>
        <w:t xml:space="preserve">[38:01] </w:t>
      </w:r>
      <w:r>
        <w:t>is se kya maloom hua? is se maloom hua ke khana sirf pet bharne ka naam nahi hai,</w:t>
      </w:r>
    </w:p>
    <w:p>
      <w:pPr>
        <w:jc w:val="right"/>
      </w:pPr>
      <w:r>
        <w:t>اس سے کیا معلوم ہوا؟ اس سے معلوم ہوا کہ کھانا صرف پیٹ بھرنے کا نام نہیں ہے،</w:t>
      </w:r>
    </w:p>
    <w:p>
      <w:r>
        <w:rPr>
          <w:b/>
        </w:rPr>
        <w:t xml:space="preserve">[38:09] </w:t>
      </w:r>
      <w:r>
        <w:t>mutawazin ghiza ka naam hai.</w:t>
      </w:r>
    </w:p>
    <w:p>
      <w:pPr>
        <w:jc w:val="right"/>
      </w:pPr>
      <w:r>
        <w:t>متوازن غذا کا نام ہے۔</w:t>
      </w:r>
    </w:p>
    <w:p>
      <w:r>
        <w:rPr>
          <w:b/>
        </w:rPr>
        <w:t xml:space="preserve">[38:11] </w:t>
      </w:r>
      <w:r>
        <w:t>kisi ek cheez ko aap bohat ziyada khayein to ayn mumkin hai ke woh ulti pad jaye woh.</w:t>
      </w:r>
    </w:p>
    <w:p>
      <w:pPr>
        <w:jc w:val="right"/>
      </w:pPr>
      <w:r>
        <w:t>کسی ایک چیز کو آپ بہت زیادہ کھائیں تو عین ممکن ہے کہ وہ الٹی پڑ جائے وہ۔</w:t>
      </w:r>
    </w:p>
    <w:p>
      <w:r>
        <w:rPr>
          <w:b/>
        </w:rPr>
        <w:t xml:space="preserve">[38:18] </w:t>
      </w:r>
      <w:r>
        <w:t>inda aap rozana ek do ande khayein to bohat achi cheez hai.</w:t>
      </w:r>
    </w:p>
    <w:p>
      <w:pPr>
        <w:jc w:val="right"/>
      </w:pPr>
      <w:r>
        <w:t>انڈا آپ روزانہ ایک دو انڈے کھائیں تو بہت اچھی چیز ہے۔</w:t>
      </w:r>
    </w:p>
    <w:p>
      <w:r>
        <w:rPr>
          <w:b/>
        </w:rPr>
        <w:t xml:space="preserve">[38:24] </w:t>
      </w:r>
      <w:r>
        <w:t>lekin ande hi ko aap isi se pet bharne lagein, rozana aap satar assi ande kha jayein to</w:t>
      </w:r>
    </w:p>
    <w:p>
      <w:pPr>
        <w:jc w:val="right"/>
      </w:pPr>
      <w:r>
        <w:t>لیکن انڈے ہی کو آپ اسی سے پیٹ بھرنے لگیں، روزانہ آپ ستر اسی انڈے کھا جائیں تو</w:t>
      </w:r>
    </w:p>
    <w:p>
      <w:r>
        <w:rPr>
          <w:b/>
        </w:rPr>
        <w:t xml:space="preserve">[38:31] </w:t>
      </w:r>
      <w:r>
        <w:t>woh aadmi andha ho gaya.</w:t>
      </w:r>
    </w:p>
    <w:p>
      <w:pPr>
        <w:jc w:val="right"/>
      </w:pPr>
      <w:r>
        <w:t>وہ آدمی اندھا ہو گیا۔</w:t>
      </w:r>
    </w:p>
    <w:p>
      <w:r>
        <w:rPr>
          <w:b/>
        </w:rPr>
        <w:t xml:space="preserve">[38:33] </w:t>
      </w:r>
      <w:r>
        <w:t>to khane ke mamle mein aadmi ko janna chahiye ke mutawazin ghiza ka naam ghiza hai.</w:t>
      </w:r>
    </w:p>
    <w:p>
      <w:pPr>
        <w:jc w:val="right"/>
      </w:pPr>
      <w:r>
        <w:t>تو کھانے کے معاملے میں آدمی کو جاننا چاہیے کہ متوازن غذا کا نام غذا ہے۔</w:t>
      </w:r>
    </w:p>
    <w:p>
      <w:r>
        <w:rPr>
          <w:b/>
        </w:rPr>
        <w:t xml:space="preserve">[38:40] </w:t>
      </w:r>
      <w:r>
        <w:t>to kai cheezein hain hamari jism ko chahiye.</w:t>
      </w:r>
    </w:p>
    <w:p>
      <w:pPr>
        <w:jc w:val="right"/>
      </w:pPr>
      <w:r>
        <w:t>تو کئی چیزیں ہیں ہماری جسم کو چاہیے۔</w:t>
      </w:r>
    </w:p>
    <w:p>
      <w:r>
        <w:rPr>
          <w:b/>
        </w:rPr>
        <w:t xml:space="preserve">[38:44] </w:t>
      </w:r>
      <w:r>
        <w:t>kai cheezein.</w:t>
      </w:r>
    </w:p>
    <w:p>
      <w:pPr>
        <w:jc w:val="right"/>
      </w:pPr>
      <w:r>
        <w:t>کئی چیزیں۔</w:t>
      </w:r>
    </w:p>
    <w:p>
      <w:r>
        <w:rPr>
          <w:b/>
        </w:rPr>
        <w:t xml:space="preserve">[38:45] </w:t>
      </w:r>
      <w:r>
        <w:t>calcium hai, iron hai, protein hai, kai cheezein.</w:t>
      </w:r>
    </w:p>
    <w:p>
      <w:pPr>
        <w:jc w:val="right"/>
      </w:pPr>
      <w:r>
        <w:t>کیلشیم ہے، آئرن ہے، پروٹین ہے، کئی چیزیں۔</w:t>
      </w:r>
    </w:p>
    <w:p>
      <w:r>
        <w:rPr>
          <w:b/>
        </w:rPr>
        <w:t xml:space="preserve">[38:49] </w:t>
      </w:r>
      <w:r>
        <w:t>woh sab cheezein sahi tanasub mein milni chahiye hamari jism ko.</w:t>
      </w:r>
    </w:p>
    <w:p>
      <w:pPr>
        <w:jc w:val="right"/>
      </w:pPr>
      <w:r>
        <w:t>وہ سب چیزیں صحیح تناسب میں ملنی چاہیے ہماری جسم کو۔</w:t>
      </w:r>
    </w:p>
    <w:p>
      <w:r>
        <w:rPr>
          <w:b/>
        </w:rPr>
        <w:t xml:space="preserve">[38:53] </w:t>
      </w:r>
      <w:r>
        <w:t>aisa nahi ke kuch bhi pet bhar lo.</w:t>
      </w:r>
    </w:p>
    <w:p>
      <w:pPr>
        <w:jc w:val="right"/>
      </w:pPr>
      <w:r>
        <w:t>ایسا نہیں کہ کچھ بھی پیٹ بھر لو۔</w:t>
      </w:r>
    </w:p>
    <w:p>
      <w:r>
        <w:rPr>
          <w:b/>
        </w:rPr>
        <w:t xml:space="preserve">[38:57] </w:t>
      </w:r>
      <w:r>
        <w:t>koi ghee se khali pet bherta rahe tab bhi nuqsan karega is ko.</w:t>
      </w:r>
    </w:p>
    <w:p>
      <w:pPr>
        <w:jc w:val="right"/>
      </w:pPr>
      <w:r>
        <w:t>کوئی گھی سے خالی پیٹ بھرتا رہے تب بھی نقصان کرے گا اس کو۔</w:t>
      </w:r>
    </w:p>
    <w:p>
      <w:r>
        <w:rPr>
          <w:b/>
        </w:rPr>
        <w:t xml:space="preserve">[39:03] </w:t>
      </w:r>
      <w:r>
        <w:t>to khane ke mamle mein aam taur par log do hi baat jante hain.</w:t>
      </w:r>
    </w:p>
    <w:p>
      <w:pPr>
        <w:jc w:val="right"/>
      </w:pPr>
      <w:r>
        <w:t>تو کھانے کے معاملے میں عام طور پر لوگ دو ہی بات جانتے ہیں۔</w:t>
      </w:r>
    </w:p>
    <w:p>
      <w:r>
        <w:rPr>
          <w:b/>
        </w:rPr>
        <w:t xml:space="preserve">[39:09] </w:t>
      </w:r>
      <w:r>
        <w:t>ya to zaiqa ya pet bharna.</w:t>
      </w:r>
    </w:p>
    <w:p>
      <w:pPr>
        <w:jc w:val="right"/>
      </w:pPr>
      <w:r>
        <w:t>یا تو ذائقہ یا پیٹ بھرنا۔</w:t>
      </w:r>
    </w:p>
    <w:p>
      <w:r>
        <w:rPr>
          <w:b/>
        </w:rPr>
        <w:t xml:space="preserve">[39:11] </w:t>
      </w:r>
      <w:r>
        <w:t>acha lage to khayenge, bhook lagi hai to pet bhar lenge.</w:t>
      </w:r>
    </w:p>
    <w:p>
      <w:pPr>
        <w:jc w:val="right"/>
      </w:pPr>
      <w:r>
        <w:t>اچھا لگے تو کھائیں گے، بھوک لگی ہے تو پیٹ بھر لیں گے۔</w:t>
      </w:r>
    </w:p>
    <w:p>
      <w:r>
        <w:rPr>
          <w:b/>
        </w:rPr>
        <w:t xml:space="preserve">[39:17] </w:t>
      </w:r>
      <w:r>
        <w:t>lekin zaiqa aur pet bharna asal nahi hai.</w:t>
      </w:r>
    </w:p>
    <w:p>
      <w:pPr>
        <w:jc w:val="right"/>
      </w:pPr>
      <w:r>
        <w:t>لیکن ذائقہ اور پیٹ بھرنا اصل نہیں ہے۔</w:t>
      </w:r>
    </w:p>
    <w:p>
      <w:r>
        <w:rPr>
          <w:b/>
        </w:rPr>
        <w:t xml:space="preserve">[39:20] </w:t>
      </w:r>
      <w:r>
        <w:t>asal cheez hai mutawazin ghiza.</w:t>
      </w:r>
    </w:p>
    <w:p>
      <w:pPr>
        <w:jc w:val="right"/>
      </w:pPr>
      <w:r>
        <w:t>اصل چیز ہے متوازن غذا۔</w:t>
      </w:r>
    </w:p>
    <w:p>
      <w:r>
        <w:rPr>
          <w:b/>
        </w:rPr>
        <w:t xml:space="preserve">[39:22] </w:t>
      </w:r>
      <w:r>
        <w:t>yani mutawazin khurak.</w:t>
      </w:r>
    </w:p>
    <w:p>
      <w:pPr>
        <w:jc w:val="right"/>
      </w:pPr>
      <w:r>
        <w:t>یعنی متوازن خوراک۔</w:t>
      </w:r>
    </w:p>
    <w:p>
      <w:r>
        <w:rPr>
          <w:b/>
        </w:rPr>
        <w:t xml:space="preserve">[39:24] </w:t>
      </w:r>
      <w:r>
        <w:t>mutawazin khurak.</w:t>
      </w:r>
    </w:p>
    <w:p>
      <w:pPr>
        <w:jc w:val="right"/>
      </w:pPr>
      <w:r>
        <w:t>متوازن خوراک۔</w:t>
      </w:r>
    </w:p>
    <w:p>
      <w:r>
        <w:rPr>
          <w:b/>
        </w:rPr>
        <w:t xml:space="preserve">[39:25] </w:t>
      </w:r>
      <w:r>
        <w:t>ke jism ko jo cheezen chahiye wo sab pahunchti rahen.</w:t>
      </w:r>
    </w:p>
    <w:p>
      <w:pPr>
        <w:jc w:val="right"/>
      </w:pPr>
      <w:r>
        <w:t>کہ جسم کو جو چیزیں چاہیے وہ سب پہنچتی رہیں۔</w:t>
      </w:r>
    </w:p>
    <w:p>
      <w:r>
        <w:rPr>
          <w:b/>
        </w:rPr>
        <w:t xml:space="preserve">[39:30] </w:t>
      </w:r>
      <w:r>
        <w:t>wo sab pahunchti rahen.</w:t>
      </w:r>
    </w:p>
    <w:p>
      <w:pPr>
        <w:jc w:val="right"/>
      </w:pPr>
      <w:r>
        <w:t>وہ سب پہنچتی رہیں۔</w:t>
      </w:r>
    </w:p>
    <w:p>
      <w:r>
        <w:rPr>
          <w:b/>
        </w:rPr>
        <w:t xml:space="preserve">[39:31] </w:t>
      </w:r>
      <w:r>
        <w:t>hamari jism ko vitamin bhi chahiye, hamari jism ko protein bhi chahiye, hamari jism ko iron bhi chahiye,</w:t>
      </w:r>
    </w:p>
    <w:p>
      <w:pPr>
        <w:jc w:val="right"/>
      </w:pPr>
      <w:r>
        <w:t>ہماری جسم کو وٹامن بھی چاہیے، ہماری جسم کو پروٹین بھی چاہیے، ہماری جسم کو آئرن بھی چاہیے،</w:t>
      </w:r>
    </w:p>
    <w:p>
      <w:r>
        <w:rPr>
          <w:b/>
        </w:rPr>
        <w:t xml:space="preserve">[39:39] </w:t>
      </w:r>
      <w:r>
        <w:t>hamari jism ko calcium bhi chahiye.</w:t>
      </w:r>
    </w:p>
    <w:p>
      <w:pPr>
        <w:jc w:val="right"/>
      </w:pPr>
      <w:r>
        <w:t>ہماری جسم کو کیلشیم بھی چاہیے۔</w:t>
      </w:r>
    </w:p>
    <w:p>
      <w:r>
        <w:rPr>
          <w:b/>
        </w:rPr>
        <w:t xml:space="preserve">[39:42] </w:t>
      </w:r>
      <w:r>
        <w:t>is tarah se kai cheezen chahiye hamari jism ko.</w:t>
      </w:r>
    </w:p>
    <w:p>
      <w:pPr>
        <w:jc w:val="right"/>
      </w:pPr>
      <w:r>
        <w:t>اس طرح سے کئی چیزیں چاہیے ہماری جسم کو۔</w:t>
      </w:r>
    </w:p>
    <w:p>
      <w:r>
        <w:rPr>
          <w:b/>
        </w:rPr>
        <w:t xml:space="preserve">[39:46] </w:t>
      </w:r>
      <w:r>
        <w:t>hamari jism ko pani bhi chahiye.</w:t>
      </w:r>
    </w:p>
    <w:p>
      <w:pPr>
        <w:jc w:val="right"/>
      </w:pPr>
      <w:r>
        <w:t>ہماری جسم کو پانی بھی چاہیے۔</w:t>
      </w:r>
    </w:p>
    <w:p>
      <w:r>
        <w:rPr>
          <w:b/>
        </w:rPr>
        <w:t xml:space="preserve">[39:48] </w:t>
      </w:r>
      <w:r>
        <w:t>agar aap khoob khayen aur pani na piyen.</w:t>
      </w:r>
    </w:p>
    <w:p>
      <w:pPr>
        <w:jc w:val="right"/>
      </w:pPr>
      <w:r>
        <w:t>اگر آپ خوب کھائیں اور پانی نہ پیئیں۔</w:t>
      </w:r>
    </w:p>
    <w:p>
      <w:r>
        <w:rPr>
          <w:b/>
        </w:rPr>
        <w:t xml:space="preserve">[39:52] </w:t>
      </w:r>
      <w:r>
        <w:t>bahut acha khana khayen, bahut hi bharpoor khana khayen lekin aap pani na len to wo bhi ek</w:t>
      </w:r>
    </w:p>
    <w:p>
      <w:pPr>
        <w:jc w:val="right"/>
      </w:pPr>
      <w:r>
        <w:t>بہت اچھا کھانا کھائیں، بہت ہی بھرپور کھانا کھائیں لیکن آپ پانی نہ لیں تو وہ بھی ایک</w:t>
      </w:r>
    </w:p>
    <w:p>
      <w:r>
        <w:rPr>
          <w:b/>
        </w:rPr>
        <w:t xml:space="preserve">[39:59] </w:t>
      </w:r>
      <w:r>
        <w:t>musibat ban jayega.</w:t>
      </w:r>
    </w:p>
    <w:p>
      <w:pPr>
        <w:jc w:val="right"/>
      </w:pPr>
      <w:r>
        <w:t>مصیبت بن جائے گا۔</w:t>
      </w:r>
    </w:p>
    <w:p>
      <w:r>
        <w:rPr>
          <w:b/>
        </w:rPr>
        <w:t xml:space="preserve">[40:01] </w:t>
      </w:r>
      <w:r>
        <w:t>to aam taur par log samajhte hain ke jo laziz cheez ho us ko khao.</w:t>
      </w:r>
    </w:p>
    <w:p>
      <w:pPr>
        <w:jc w:val="right"/>
      </w:pPr>
      <w:r>
        <w:t>تو عام طور پر لوگ سمجھتے ہیں کہ جو لذیذ چیز ہو اس کو کھاؤ۔</w:t>
      </w:r>
    </w:p>
    <w:p>
      <w:r>
        <w:rPr>
          <w:b/>
        </w:rPr>
        <w:t xml:space="preserve">[40:07] </w:t>
      </w:r>
      <w:r>
        <w:t>ya bhook lagi hai to khoob pet aisa koi cheez pet bhar lo, kha kha kar kar ke.</w:t>
      </w:r>
    </w:p>
    <w:p>
      <w:pPr>
        <w:jc w:val="right"/>
      </w:pPr>
      <w:r>
        <w:t>یا بھوک لگی ہے تو خوب پیٹ ایسا کوئی چیز پیٹ بھر لو، کھا کھا کر کر کے۔</w:t>
      </w:r>
    </w:p>
    <w:p>
      <w:r>
        <w:rPr>
          <w:b/>
        </w:rPr>
        <w:t xml:space="preserve">[40:15] </w:t>
      </w:r>
      <w:r>
        <w:t>asal cheez hai khane ke mamle mein mutawazin ghiza.</w:t>
      </w:r>
    </w:p>
    <w:p>
      <w:pPr>
        <w:jc w:val="right"/>
      </w:pPr>
      <w:r>
        <w:t>اصل چیز ہے کھانے کے معاملے میں متوازن غذا۔</w:t>
      </w:r>
    </w:p>
    <w:p>
      <w:r>
        <w:rPr>
          <w:b/>
        </w:rPr>
        <w:t xml:space="preserve">[40:19] </w:t>
      </w:r>
      <w:r>
        <w:t>mutawazin khurak.</w:t>
      </w:r>
    </w:p>
    <w:p>
      <w:pPr>
        <w:jc w:val="right"/>
      </w:pPr>
      <w:r>
        <w:t>متوازن خوراک۔</w:t>
      </w:r>
    </w:p>
    <w:p>
      <w:r>
        <w:rPr>
          <w:b/>
        </w:rPr>
        <w:t xml:space="preserve">[40:21] </w:t>
      </w:r>
      <w:r>
        <w:t>tamam zaruri cheezen tوازن ke sath hamare pet mein jana chahiye.</w:t>
      </w:r>
    </w:p>
    <w:p>
      <w:pPr>
        <w:jc w:val="right"/>
      </w:pPr>
      <w:r>
        <w:t>تمام ضروری چیزیں توازن کے ساتھ ہمارے پیٹ میں جانا چاہیے۔</w:t>
      </w:r>
    </w:p>
    <w:p>
      <w:r>
        <w:rPr>
          <w:b/>
        </w:rPr>
        <w:t xml:space="preserve">[40:25] </w:t>
      </w:r>
      <w:r>
        <w:t>aksar log in baaton ko nahi samajhte.</w:t>
      </w:r>
    </w:p>
    <w:p>
      <w:pPr>
        <w:jc w:val="right"/>
      </w:pPr>
      <w:r>
        <w:t>اکثر لوگ ان باتوں کو نہیں سمجھتے۔</w:t>
      </w:r>
    </w:p>
    <w:p>
      <w:r>
        <w:rPr>
          <w:b/>
        </w:rPr>
        <w:t xml:space="preserve">[40:28] </w:t>
      </w:r>
      <w:r>
        <w:t>jaise pehle zamaney mein hum dekhte the ke gehun ka maida bana kar ke roti karte the aur</w:t>
      </w:r>
    </w:p>
    <w:p>
      <w:pPr>
        <w:jc w:val="right"/>
      </w:pPr>
      <w:r>
        <w:t>جیسے پہلے زمانے میں ہم دیکھتے تھے کہ گیہوں کا میدہ بنا کر کے روٹی کرتے تھے اور</w:t>
      </w:r>
    </w:p>
    <w:p>
      <w:r>
        <w:rPr>
          <w:b/>
        </w:rPr>
        <w:t xml:space="preserve">[40:36] </w:t>
      </w:r>
      <w:r>
        <w:t>choker jo hai wo de rahe the moishiyon ko.</w:t>
      </w:r>
    </w:p>
    <w:p>
      <w:pPr>
        <w:jc w:val="right"/>
      </w:pPr>
      <w:r>
        <w:t>چوکر جو ہے وہ دے رہے تھے مویشیوں کو۔</w:t>
      </w:r>
    </w:p>
    <w:p>
      <w:r>
        <w:rPr>
          <w:b/>
        </w:rPr>
        <w:t xml:space="preserve">[40:40] </w:t>
      </w:r>
      <w:r>
        <w:t>halanke choker jo hai bahut zaruri hai gehun ke ate ke sath.</w:t>
      </w:r>
    </w:p>
    <w:p>
      <w:pPr>
        <w:jc w:val="right"/>
      </w:pPr>
      <w:r>
        <w:t>حالانکہ چوکر جو ہے بہت ضروری ہے گیہوں کے آٹے کے ساتھ۔</w:t>
      </w:r>
    </w:p>
    <w:p>
      <w:r>
        <w:rPr>
          <w:b/>
        </w:rPr>
        <w:t xml:space="preserve">[40:45] </w:t>
      </w:r>
      <w:r>
        <w:t>ab mein jab naujovani ki umar mein tha aur azarbaijan mein rehta tha, bohat pehle ki baat hai.</w:t>
      </w:r>
    </w:p>
    <w:p>
      <w:pPr>
        <w:jc w:val="right"/>
      </w:pPr>
      <w:r>
        <w:t>اب میں جب نوجوانی کی عمر میں تھا اور آذربائیجان میں رہتا تھا، بہت پہلے کی بات ہے۔</w:t>
      </w:r>
    </w:p>
    <w:p>
      <w:r>
        <w:rPr>
          <w:b/>
        </w:rPr>
        <w:t xml:space="preserve">[40:53] </w:t>
      </w:r>
      <w:r>
        <w:t>to is zamane mein maine ek mazmoon parha.</w:t>
      </w:r>
    </w:p>
    <w:p>
      <w:pPr>
        <w:jc w:val="right"/>
      </w:pPr>
      <w:r>
        <w:t>تو اس زمانے میں میں نے ایک مضمون پڑھا۔</w:t>
      </w:r>
    </w:p>
    <w:p>
      <w:r>
        <w:rPr>
          <w:b/>
        </w:rPr>
        <w:t xml:space="preserve">[40:57] </w:t>
      </w:r>
      <w:r>
        <w:t>is ke likhne wale the sajjad haider yaldram.</w:t>
      </w:r>
    </w:p>
    <w:p>
      <w:pPr>
        <w:jc w:val="right"/>
      </w:pPr>
      <w:r>
        <w:t>اس کے لکھنے والے تھے سجاد حیدر یلدرم۔</w:t>
      </w:r>
    </w:p>
    <w:p>
      <w:r>
        <w:rPr>
          <w:b/>
        </w:rPr>
        <w:t xml:space="preserve">[41:00] </w:t>
      </w:r>
      <w:r>
        <w:t>wo urdu musannif the wo.</w:t>
      </w:r>
    </w:p>
    <w:p>
      <w:pPr>
        <w:jc w:val="right"/>
      </w:pPr>
      <w:r>
        <w:t>وہ اردو مصنف تھے وہ۔</w:t>
      </w:r>
    </w:p>
    <w:p>
      <w:r>
        <w:rPr>
          <w:b/>
        </w:rPr>
        <w:t xml:space="preserve">[41:02] </w:t>
      </w:r>
      <w:r>
        <w:t>to is ka unwan tha mujhe mere doston se bachao.</w:t>
      </w:r>
    </w:p>
    <w:p>
      <w:pPr>
        <w:jc w:val="right"/>
      </w:pPr>
      <w:r>
        <w:t>تو اس کا عنوان تھا مجھے میرے دوستوں سے بچاؤ۔</w:t>
      </w:r>
    </w:p>
    <w:p>
      <w:r>
        <w:rPr>
          <w:b/>
        </w:rPr>
        <w:t xml:space="preserve">[41:06] </w:t>
      </w:r>
      <w:r>
        <w:t>mujhe mere doston se bachao.</w:t>
      </w:r>
    </w:p>
    <w:p>
      <w:pPr>
        <w:jc w:val="right"/>
      </w:pPr>
      <w:r>
        <w:t>مجھے میرے دوستوں سے بچاؤ۔</w:t>
      </w:r>
    </w:p>
    <w:p>
      <w:r>
        <w:rPr>
          <w:b/>
        </w:rPr>
        <w:t xml:space="preserve">[41:09] </w:t>
      </w:r>
      <w:r>
        <w:t>wo mazmoon mujhe itna pasand aaya ke maine us waqt se aaj tak kabhi kisi ko dost</w:t>
      </w:r>
    </w:p>
    <w:p>
      <w:pPr>
        <w:jc w:val="right"/>
      </w:pPr>
      <w:r>
        <w:t>وہ مضمون مجھے اتنا پسند آیا کہ میں نے اس وقت سے آج تک کبھی کسی کو دوست</w:t>
      </w:r>
    </w:p>
    <w:p>
      <w:r>
        <w:rPr>
          <w:b/>
        </w:rPr>
        <w:t xml:space="preserve">[41:16] </w:t>
      </w:r>
      <w:r>
        <w:t>nahin banaya.</w:t>
      </w:r>
    </w:p>
    <w:p>
      <w:pPr>
        <w:jc w:val="right"/>
      </w:pPr>
      <w:r>
        <w:t>نہیں بنایا۔</w:t>
      </w:r>
    </w:p>
    <w:p>
      <w:r>
        <w:rPr>
          <w:b/>
        </w:rPr>
        <w:t xml:space="preserve">[41:18] </w:t>
      </w:r>
      <w:r>
        <w:t>puri zindagi mera koi dost nahin.</w:t>
      </w:r>
    </w:p>
    <w:p>
      <w:pPr>
        <w:jc w:val="right"/>
      </w:pPr>
      <w:r>
        <w:t>پوری زندگی میرا کوئی دوست نہیں۔</w:t>
      </w:r>
    </w:p>
    <w:p>
      <w:r>
        <w:rPr>
          <w:b/>
        </w:rPr>
        <w:t xml:space="preserve">[41:20] </w:t>
      </w:r>
      <w:r>
        <w:t>is ne bataya tha ke dost kya hain? aap ka waqt qatl karte hain.</w:t>
      </w:r>
    </w:p>
    <w:p>
      <w:pPr>
        <w:jc w:val="right"/>
      </w:pPr>
      <w:r>
        <w:t>اس نے بتایا تھا کہ دوست کیا ہیں؟ آپ کا وقت قتل کرتے ہیں۔</w:t>
      </w:r>
    </w:p>
    <w:p>
      <w:r>
        <w:rPr>
          <w:b/>
        </w:rPr>
        <w:t xml:space="preserve">[41:26] </w:t>
      </w:r>
      <w:r>
        <w:t>aap ke paise ko zaya karwate hain.</w:t>
      </w:r>
    </w:p>
    <w:p>
      <w:pPr>
        <w:jc w:val="right"/>
      </w:pPr>
      <w:r>
        <w:t>آپ کے پیسے کو ضائع کرواتے ہیں۔</w:t>
      </w:r>
    </w:p>
    <w:p>
      <w:r>
        <w:rPr>
          <w:b/>
        </w:rPr>
        <w:t xml:space="preserve">[41:29] </w:t>
      </w:r>
      <w:r>
        <w:t>hohaha karwa kar ke aap ko bhatkate hain.</w:t>
      </w:r>
    </w:p>
    <w:p>
      <w:pPr>
        <w:jc w:val="right"/>
      </w:pPr>
      <w:r>
        <w:t>ہوہا کروا کر کے آپ کو بھٹکاتے ہیں۔</w:t>
      </w:r>
    </w:p>
    <w:p>
      <w:r>
        <w:rPr>
          <w:b/>
        </w:rPr>
        <w:t xml:space="preserve">[41:33] </w:t>
      </w:r>
      <w:r>
        <w:t>to doston se bachao ke mani kya the? apne waqt ko doston mein na laga kar ke apne</w:t>
      </w:r>
    </w:p>
    <w:p>
      <w:pPr>
        <w:jc w:val="right"/>
      </w:pPr>
      <w:r>
        <w:t>تو دوستوں سے بچاؤ کے معنی کیا تھے؟ اپنے وقت کو دوستوں میں نہ لگا کر کے اپنے</w:t>
      </w:r>
    </w:p>
    <w:p>
      <w:r>
        <w:rPr>
          <w:b/>
        </w:rPr>
        <w:t xml:space="preserve">[41:40] </w:t>
      </w:r>
      <w:r>
        <w:t>kaam mein lage raho.</w:t>
      </w:r>
    </w:p>
    <w:p>
      <w:pPr>
        <w:jc w:val="right"/>
      </w:pPr>
      <w:r>
        <w:t>کام میں لگے رہو۔</w:t>
      </w:r>
    </w:p>
    <w:p>
      <w:r>
        <w:rPr>
          <w:b/>
        </w:rPr>
        <w:t xml:space="preserve">[41:42] </w:t>
      </w:r>
      <w:r>
        <w:t>to unhon ne bataya ke tumhare dost hi tumhare dushman hote hain.</w:t>
      </w:r>
    </w:p>
    <w:p>
      <w:pPr>
        <w:jc w:val="right"/>
      </w:pPr>
      <w:r>
        <w:t>تو انہوں نے بتایا کہ تمہارے دوست ہی تمہارے دشمن ہوتے ہیں۔</w:t>
      </w:r>
    </w:p>
    <w:p>
      <w:r>
        <w:rPr>
          <w:b/>
        </w:rPr>
        <w:t xml:space="preserve">[41:47] </w:t>
      </w:r>
      <w:r>
        <w:t>kyunke dost kis liye hote hain? tafreeh ke liye hote hain.</w:t>
      </w:r>
    </w:p>
    <w:p>
      <w:pPr>
        <w:jc w:val="right"/>
      </w:pPr>
      <w:r>
        <w:t>کیونکہ دوست کس لئے ہوتے ہیں؟ تفریح کے لئے ہوتے ہیں۔</w:t>
      </w:r>
    </w:p>
    <w:p>
      <w:r>
        <w:rPr>
          <w:b/>
        </w:rPr>
        <w:t xml:space="preserve">[41:52] </w:t>
      </w:r>
      <w:r>
        <w:t>to is ne bataya tha ke tumhare dost tumhare dushman hote hain.</w:t>
      </w:r>
    </w:p>
    <w:p>
      <w:pPr>
        <w:jc w:val="right"/>
      </w:pPr>
      <w:r>
        <w:t>تو اس نے بتایا تھا کہ تمہارے دوست تمہارے دشمن ہوتے ہیں۔</w:t>
      </w:r>
    </w:p>
    <w:p>
      <w:r>
        <w:rPr>
          <w:b/>
        </w:rPr>
        <w:t xml:space="preserve">[41:57] </w:t>
      </w:r>
      <w:r>
        <w:t>to doston se bach kar raho.</w:t>
      </w:r>
    </w:p>
    <w:p>
      <w:pPr>
        <w:jc w:val="right"/>
      </w:pPr>
      <w:r>
        <w:t>تو دوستوں سے بچ کر رہو۔</w:t>
      </w:r>
    </w:p>
    <w:p>
      <w:r>
        <w:rPr>
          <w:b/>
        </w:rPr>
        <w:t xml:space="preserve">[42:00] </w:t>
      </w:r>
      <w:r>
        <w:t>maine khuda ke fazl se is formula ko pakad liya.</w:t>
      </w:r>
    </w:p>
    <w:p>
      <w:pPr>
        <w:jc w:val="right"/>
      </w:pPr>
      <w:r>
        <w:t>میں نے خدا کے فضل سے اس فارمولے کو پکڑ لیا۔</w:t>
      </w:r>
    </w:p>
    <w:p>
      <w:r>
        <w:rPr>
          <w:b/>
        </w:rPr>
        <w:t xml:space="preserve">[42:04] </w:t>
      </w:r>
      <w:r>
        <w:t>aur kabhi maine kisi ko dost nahin banaya jo mera waqt qatl kare.</w:t>
      </w:r>
    </w:p>
    <w:p>
      <w:pPr>
        <w:jc w:val="right"/>
      </w:pPr>
      <w:r>
        <w:t>اور کبھی میں نے کسی کو دوست نہیں بنایا جو میرا وقت قتل کرے۔</w:t>
      </w:r>
    </w:p>
    <w:p>
      <w:r>
        <w:rPr>
          <w:b/>
        </w:rPr>
        <w:t xml:space="preserve">[42:10] </w:t>
      </w:r>
      <w:r>
        <w:t>mein apne waqt ki mansooba bandi khud karta tha.</w:t>
      </w:r>
    </w:p>
    <w:p>
      <w:pPr>
        <w:jc w:val="right"/>
      </w:pPr>
      <w:r>
        <w:t>میں اپنے وقت کی منصوبہ بندی خود کرتا تھا۔</w:t>
      </w:r>
    </w:p>
    <w:p>
      <w:r>
        <w:rPr>
          <w:b/>
        </w:rPr>
        <w:t xml:space="preserve">[42:14] </w:t>
      </w:r>
      <w:r>
        <w:t>apne waqt ko mein khud sambhalta tha.</w:t>
      </w:r>
    </w:p>
    <w:p>
      <w:pPr>
        <w:jc w:val="right"/>
      </w:pPr>
      <w:r>
        <w:t>اپنے وقت کو میں خود سنبھالتا تھا۔</w:t>
      </w:r>
    </w:p>
    <w:p>
      <w:r>
        <w:rPr>
          <w:b/>
        </w:rPr>
        <w:t xml:space="preserve">[42:17] </w:t>
      </w:r>
      <w:r>
        <w:t>apne hadaf ko mein khud tay karta tha.</w:t>
      </w:r>
    </w:p>
    <w:p>
      <w:pPr>
        <w:jc w:val="right"/>
      </w:pPr>
      <w:r>
        <w:t>اپنے ہدف کو میں خود طے کرتا تھا۔</w:t>
      </w:r>
    </w:p>
    <w:p>
      <w:r>
        <w:rPr>
          <w:b/>
        </w:rPr>
        <w:t xml:space="preserve">[42:21] </w:t>
      </w:r>
      <w:r>
        <w:t>mein samajhta hoon ke yeh bohat hi zaroori hai.</w:t>
      </w:r>
    </w:p>
    <w:p>
      <w:pPr>
        <w:jc w:val="right"/>
      </w:pPr>
      <w:r>
        <w:t>میں سمجھتا ہوں کہ یہ بہت ہی ضروری ہے۔</w:t>
      </w:r>
    </w:p>
    <w:p>
      <w:r>
        <w:rPr>
          <w:b/>
        </w:rPr>
        <w:t xml:space="preserve">[42:25] </w:t>
      </w:r>
      <w:r>
        <w:t>dosti ka culture jo is zamane mein hai wo bohat bara rukawat hai taraqqi ke liye.</w:t>
      </w:r>
    </w:p>
    <w:p>
      <w:pPr>
        <w:jc w:val="right"/>
      </w:pPr>
      <w:r>
        <w:t>دوستی کا کلچر جو اس زمانے میں ہے وہ بہت بڑا رکاوٹ ہے ترقی کے لئے۔</w:t>
      </w:r>
    </w:p>
    <w:p>
      <w:r>
        <w:rPr>
          <w:b/>
        </w:rPr>
        <w:t xml:space="preserve">[42:31] </w:t>
      </w:r>
      <w:r>
        <w:t>aaj kal bohat chala hua dosti ka culture.</w:t>
      </w:r>
    </w:p>
    <w:p>
      <w:pPr>
        <w:jc w:val="right"/>
      </w:pPr>
      <w:r>
        <w:t>آج کل بہت چلا ہوا دوستی کا کلچر۔</w:t>
      </w:r>
    </w:p>
    <w:p>
      <w:r>
        <w:rPr>
          <w:b/>
        </w:rPr>
        <w:t xml:space="preserve">[42:35] </w:t>
      </w:r>
      <w:r>
        <w:t>har ek ka ek koi dost hota hai.</w:t>
      </w:r>
    </w:p>
    <w:p>
      <w:pPr>
        <w:jc w:val="right"/>
      </w:pPr>
      <w:r>
        <w:t>ہر ایک کا ایک کوئی دوست ہوتا ہے۔</w:t>
      </w:r>
    </w:p>
    <w:p>
      <w:r>
        <w:rPr>
          <w:b/>
        </w:rPr>
        <w:t xml:space="preserve">[42:38] </w:t>
      </w:r>
      <w:r>
        <w:t>is dost ke sath ghoomna phirna, outing karna, hotelon mein jana.</w:t>
      </w:r>
    </w:p>
    <w:p>
      <w:pPr>
        <w:jc w:val="right"/>
      </w:pPr>
      <w:r>
        <w:t>اس دوست کے ساتھ گھومنا پھرنا، آؤٹنگ کرنا، ہوٹلوں میں جانا۔</w:t>
      </w:r>
    </w:p>
    <w:p>
      <w:r>
        <w:rPr>
          <w:b/>
        </w:rPr>
        <w:t xml:space="preserve">[42:43] </w:t>
      </w:r>
      <w:r>
        <w:t>yeh sab kya hai? yeh waqt zaya karna hai.</w:t>
      </w:r>
    </w:p>
    <w:p>
      <w:pPr>
        <w:jc w:val="right"/>
      </w:pPr>
      <w:r>
        <w:t>یہ سب کیا ہے؟ یہ وقت ضائع کرنا ہے۔</w:t>
      </w:r>
    </w:p>
    <w:p>
      <w:r>
        <w:rPr>
          <w:b/>
        </w:rPr>
        <w:t xml:space="preserve">[42:47] </w:t>
      </w:r>
      <w:r>
        <w:t>paisa zaya karna hai.</w:t>
      </w:r>
    </w:p>
    <w:p>
      <w:pPr>
        <w:jc w:val="right"/>
      </w:pPr>
      <w:r>
        <w:t>پیسہ ضائع کرنا ہے۔</w:t>
      </w:r>
    </w:p>
    <w:p>
      <w:r>
        <w:rPr>
          <w:b/>
        </w:rPr>
        <w:t xml:space="preserve">[42:49] </w:t>
      </w:r>
      <w:r>
        <w:t>towanai zaya karna hai.</w:t>
      </w:r>
    </w:p>
    <w:p>
      <w:pPr>
        <w:jc w:val="right"/>
      </w:pPr>
      <w:r>
        <w:t>توانائی ضائع کرنا ہے۔</w:t>
      </w:r>
    </w:p>
    <w:p>
      <w:r>
        <w:rPr>
          <w:b/>
        </w:rPr>
        <w:t xml:space="preserve">[42:50] </w:t>
      </w:r>
      <w:r>
        <w:t>sab se bara zariya tawajjoh jo hain hamare dost hain.</w:t>
      </w:r>
    </w:p>
    <w:p>
      <w:pPr>
        <w:jc w:val="right"/>
      </w:pPr>
      <w:r>
        <w:t>سب سے بڑا ذریعہ توجہ جو ہیں ہمارے دوست ہیں۔</w:t>
      </w:r>
    </w:p>
    <w:p>
      <w:r>
        <w:rPr>
          <w:b/>
        </w:rPr>
        <w:t xml:space="preserve">[42:55] </w:t>
      </w:r>
      <w:r>
        <w:t>sab se bara zariya tawajjoh hamare dost hain.</w:t>
      </w:r>
    </w:p>
    <w:p>
      <w:pPr>
        <w:jc w:val="right"/>
      </w:pPr>
      <w:r>
        <w:t>سب سے بڑا ذریعہ توجہ ہمارے دوست ہیں۔</w:t>
      </w:r>
    </w:p>
    <w:p>
      <w:r>
        <w:rPr>
          <w:b/>
        </w:rPr>
        <w:t xml:space="preserve">[42:58] </w:t>
      </w:r>
      <w:r>
        <w:t>to jis aadmi ko apni zindagi ki qadar maloom hai aur apne aap ko kuch woh chahta hai</w:t>
      </w:r>
    </w:p>
    <w:p>
      <w:pPr>
        <w:jc w:val="right"/>
      </w:pPr>
      <w:r>
        <w:t>تو جس آدمی کو اپنی زندگی کی قدر معلوم ہے اور اپنے آپ کو کچھ وہ چاہتا ہے</w:t>
      </w:r>
    </w:p>
    <w:p>
      <w:r>
        <w:rPr>
          <w:b/>
        </w:rPr>
        <w:t xml:space="preserve">[43:06] </w:t>
      </w:r>
      <w:r>
        <w:t>ke mein kuch karoon dunya mein.</w:t>
      </w:r>
    </w:p>
    <w:p>
      <w:pPr>
        <w:jc w:val="right"/>
      </w:pPr>
      <w:r>
        <w:t>کہ میں کچھ کروں دنیا میں۔</w:t>
      </w:r>
    </w:p>
    <w:p>
      <w:r>
        <w:rPr>
          <w:b/>
        </w:rPr>
        <w:t xml:space="preserve">[43:08] </w:t>
      </w:r>
      <w:r>
        <w:t>kuch karoon, kuch kiye baghair na maroon.</w:t>
      </w:r>
    </w:p>
    <w:p>
      <w:pPr>
        <w:jc w:val="right"/>
      </w:pPr>
      <w:r>
        <w:t>کچھ کروں، کچھ کیے بغیر نہ مروں۔</w:t>
      </w:r>
    </w:p>
    <w:p>
      <w:r>
        <w:rPr>
          <w:b/>
        </w:rPr>
        <w:t xml:space="preserve">[43:11] </w:t>
      </w:r>
      <w:r>
        <w:t>to zaroori hai ke woh doston se apne aap ko bachaye.</w:t>
      </w:r>
    </w:p>
    <w:p>
      <w:pPr>
        <w:jc w:val="right"/>
      </w:pPr>
      <w:r>
        <w:t>تو ضروری ہے کہ وہ دوستوں سے اپنے آپ کو بچائے۔</w:t>
      </w:r>
    </w:p>
    <w:p>
      <w:r>
        <w:rPr>
          <w:b/>
        </w:rPr>
        <w:t xml:space="preserve">[43:16] </w:t>
      </w:r>
      <w:r>
        <w:t>dosti ke culture se woh door rahe.</w:t>
      </w:r>
    </w:p>
    <w:p>
      <w:pPr>
        <w:jc w:val="right"/>
      </w:pPr>
      <w:r>
        <w:t>دوستی کے کلچر سے وہ دور رہے۔</w:t>
      </w:r>
    </w:p>
    <w:p>
      <w:r>
        <w:rPr>
          <w:b/>
        </w:rPr>
        <w:t xml:space="preserve">[43:19] </w:t>
      </w:r>
      <w:r>
        <w:t>to mujhe mere doston se bachao jitna sahi pehle tha is se hazar guna zyada aaj sahi hai</w:t>
      </w:r>
    </w:p>
    <w:p>
      <w:pPr>
        <w:jc w:val="right"/>
      </w:pPr>
      <w:r>
        <w:t>تو مجھے میرے دوستوں سے بچاؤ جتنا صحیح پہلے تھا اس سے ہزار گنا زیادہ آج صحیح ہے</w:t>
      </w:r>
    </w:p>
    <w:p>
      <w:r>
        <w:rPr>
          <w:b/>
        </w:rPr>
        <w:t xml:space="preserve">[43:27] </w:t>
      </w:r>
      <w:r>
        <w:t>woh.</w:t>
      </w:r>
    </w:p>
    <w:p>
      <w:pPr>
        <w:jc w:val="right"/>
      </w:pPr>
      <w:r>
        <w:t>وہ۔</w:t>
      </w:r>
    </w:p>
    <w:p>
      <w:r>
        <w:rPr>
          <w:b/>
        </w:rPr>
        <w:t xml:space="preserve">[43:28] </w:t>
      </w:r>
      <w:r>
        <w:t>kyunke pehle dosti ka culture itna zyada nahi hua karta tha.</w:t>
      </w:r>
    </w:p>
    <w:p>
      <w:pPr>
        <w:jc w:val="right"/>
      </w:pPr>
      <w:r>
        <w:t>کیونکہ پہلے دوستی کا کلچر اتنا زیادہ نہیں ہوا کرتا تھا۔</w:t>
      </w:r>
    </w:p>
    <w:p>
      <w:r>
        <w:rPr>
          <w:b/>
        </w:rPr>
        <w:t xml:space="preserve">[43:33] </w:t>
      </w:r>
      <w:r>
        <w:t>ab to dosti ka culture hi sab kuch ban gaya hai.</w:t>
      </w:r>
    </w:p>
    <w:p>
      <w:pPr>
        <w:jc w:val="right"/>
      </w:pPr>
      <w:r>
        <w:t>اب تو دوستی کا کلچر ہی سب کچھ بن گیا ہے۔</w:t>
      </w:r>
    </w:p>
    <w:p>
      <w:r>
        <w:rPr>
          <w:b/>
        </w:rPr>
        <w:t xml:space="preserve">[43:38] </w:t>
      </w:r>
      <w:r>
        <w:t>ab jo hai dosti ka culture sab se zyada aham ban gaya hai.</w:t>
      </w:r>
    </w:p>
    <w:p>
      <w:pPr>
        <w:jc w:val="right"/>
      </w:pPr>
      <w:r>
        <w:t>اب جو ہے دوستی کا کلچر سب سے زیادہ اہم بن گیا ہے۔</w:t>
      </w:r>
    </w:p>
    <w:p>
      <w:r>
        <w:rPr>
          <w:b/>
        </w:rPr>
        <w:t xml:space="preserve">[43:43] </w:t>
      </w:r>
      <w:r>
        <w:t>to pehle jitna bachna tha doston se aaj is se hazar guna zyada bachna hai doston se.</w:t>
      </w:r>
    </w:p>
    <w:p>
      <w:pPr>
        <w:jc w:val="right"/>
      </w:pPr>
      <w:r>
        <w:t>تو پہلے جتنا بچنا تھا دوستوں سے آج اس سے ہزار گنا زیادہ بچنا ہے دوستوں سے۔</w:t>
      </w:r>
    </w:p>
    <w:p>
      <w:r>
        <w:rPr>
          <w:b/>
        </w:rPr>
        <w:t xml:space="preserve">[43:51] </w:t>
      </w:r>
      <w:r>
        <w:t>to mein samajhta hoon ke jis aadmi ko yeh dhyan ho ke mujhe zindagi mein kuch taraqqi karna</w:t>
      </w:r>
    </w:p>
    <w:p>
      <w:pPr>
        <w:jc w:val="right"/>
      </w:pPr>
      <w:r>
        <w:t>تو میں سمجھتا ہوں کہ جس آدمی کو یہ دھیان ہو کہ مجھے زندگی میں کچھ ترقی کرنا</w:t>
      </w:r>
    </w:p>
    <w:p>
      <w:r>
        <w:rPr>
          <w:b/>
        </w:rPr>
        <w:t xml:space="preserve">[43:58]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[44:00] </w:t>
      </w:r>
      <w:r>
        <w:t>us ko is formula ko pakadna chahiye ke mujhe mere doston se bachao.</w:t>
      </w:r>
    </w:p>
    <w:p>
      <w:pPr>
        <w:jc w:val="right"/>
      </w:pPr>
      <w:r>
        <w:t>اس کو اس فارمولے کو پکڑنا چاہیے کہ مجھے میرے دوستوں سے بچاؤ۔</w:t>
      </w:r>
    </w:p>
    <w:p>
      <w:r>
        <w:rPr>
          <w:b/>
        </w:rPr>
        <w:t xml:space="preserve">[44:05] </w:t>
      </w:r>
      <w:r>
        <w:t>yeh formula har ek ke liye, aurat ke liye bhi hai, mard ke liye bhi hai.</w:t>
      </w:r>
    </w:p>
    <w:p>
      <w:pPr>
        <w:jc w:val="right"/>
      </w:pPr>
      <w:r>
        <w:t>یہ فارمولا ہر ایک کے لئے، عورت کے لئے بھی ہے، مرد کے لئے بھی ہے۔</w:t>
      </w:r>
    </w:p>
    <w:p>
      <w:r>
        <w:rPr>
          <w:b/>
        </w:rPr>
        <w:t xml:space="preserve">[44:12] </w:t>
      </w:r>
      <w:r>
        <w:t>chote ke liye bhi hai, bare ke liye bhi hai.</w:t>
      </w:r>
    </w:p>
    <w:p>
      <w:pPr>
        <w:jc w:val="right"/>
      </w:pPr>
      <w:r>
        <w:t>چھوٹے کے لئے بھی ہے، بڑے کے لئے بھی ہے۔</w:t>
      </w:r>
    </w:p>
    <w:p>
      <w:r>
        <w:rPr>
          <w:b/>
        </w:rPr>
        <w:t xml:space="preserve">[44:16] </w:t>
      </w:r>
      <w:r>
        <w:t>is mein mein samajhta hoon ke kisi ka koi istasna nahi.</w:t>
      </w:r>
    </w:p>
    <w:p>
      <w:pPr>
        <w:jc w:val="right"/>
      </w:pPr>
      <w:r>
        <w:t>اس میں میں سمجھتا ہوں کہ کسی کا کوئی استثنا نہیں۔</w:t>
      </w:r>
    </w:p>
    <w:p>
      <w:r>
        <w:rPr>
          <w:b/>
        </w:rPr>
        <w:t xml:space="preserve">[44:21] </w:t>
      </w:r>
      <w:r>
        <w:t>to mein ne apne tajrube mein paya hai ke yeh formula bohat hi ziyada aham hai, bohat hi</w:t>
      </w:r>
    </w:p>
    <w:p>
      <w:pPr>
        <w:jc w:val="right"/>
      </w:pPr>
      <w:r>
        <w:t>تو میں نے اپنے تجربے میں پایا ہے کہ یہ فارمولا بہت ہی زیادہ اہم ہے، بہت ہی</w:t>
      </w:r>
    </w:p>
    <w:p>
      <w:r>
        <w:rPr>
          <w:b/>
        </w:rPr>
        <w:t xml:space="preserve">[44:29] </w:t>
      </w:r>
      <w:r>
        <w:t>mufeed hai.</w:t>
      </w:r>
    </w:p>
    <w:p>
      <w:pPr>
        <w:jc w:val="right"/>
      </w:pPr>
      <w:r>
        <w:t>مفید ہے۔</w:t>
      </w:r>
    </w:p>
    <w:p>
      <w:r>
        <w:rPr>
          <w:b/>
        </w:rPr>
        <w:t xml:space="preserve">[44:30] </w:t>
      </w:r>
      <w:r>
        <w:t>ke mujhe mere doston se bachao.</w:t>
      </w:r>
    </w:p>
    <w:p>
      <w:pPr>
        <w:jc w:val="right"/>
      </w:pPr>
      <w:r>
        <w:t>کہ مجھے میرے دوستوں سے بچاؤ۔</w:t>
      </w:r>
    </w:p>
    <w:p>
      <w:r>
        <w:rPr>
          <w:b/>
        </w:rPr>
        <w:t xml:space="preserve">[44:33] </w:t>
      </w:r>
      <w:r>
        <w:t>yeh mein ne parha tha bohat pehle lekin aaj tak mujhe woh yaad hai.</w:t>
      </w:r>
    </w:p>
    <w:p>
      <w:pPr>
        <w:jc w:val="right"/>
      </w:pPr>
      <w:r>
        <w:t>یہ میں نے پڑھا تھا بہت پہلے لیکن آج تک مجھے وہ یاد ہے۔</w:t>
      </w:r>
    </w:p>
    <w:p>
      <w:r>
        <w:rPr>
          <w:b/>
        </w:rPr>
        <w:t xml:space="preserve">[44:39] </w:t>
      </w:r>
      <w:r>
        <w:t>aur mein ne is ko parha to is ke baad is ko mein ne apni zindagi mein bharpoor</w:t>
      </w:r>
    </w:p>
    <w:p>
      <w:pPr>
        <w:jc w:val="right"/>
      </w:pPr>
      <w:r>
        <w:t>اور میں نے اس کو پڑھا تو اس کے بعد اس کو میں نے اپنی زندگی میں بھرپور</w:t>
      </w:r>
    </w:p>
    <w:p>
      <w:r>
        <w:rPr>
          <w:b/>
        </w:rPr>
        <w:t xml:space="preserve">[44:47] </w:t>
      </w:r>
      <w:r>
        <w:t>tour par apna liya.</w:t>
      </w:r>
    </w:p>
    <w:p>
      <w:pPr>
        <w:jc w:val="right"/>
      </w:pPr>
      <w:r>
        <w:t>طور پر اپنا لیا۔</w:t>
      </w:r>
    </w:p>
    <w:p>
      <w:r>
        <w:rPr>
          <w:b/>
        </w:rPr>
        <w:t xml:space="preserve">[44:48] </w:t>
      </w:r>
      <w:r>
        <w:t>mein radio sun raha tha.</w:t>
      </w:r>
    </w:p>
    <w:p>
      <w:pPr>
        <w:jc w:val="right"/>
      </w:pPr>
      <w:r>
        <w:t>میں ریڈیو سن رہا تھا۔</w:t>
      </w:r>
    </w:p>
    <w:p>
      <w:r>
        <w:rPr>
          <w:b/>
        </w:rPr>
        <w:t xml:space="preserve">[44:51] </w:t>
      </w:r>
      <w:r>
        <w:t>yeh radio ka jo program tha woh parhai par tha, parhai.</w:t>
      </w:r>
    </w:p>
    <w:p>
      <w:pPr>
        <w:jc w:val="right"/>
      </w:pPr>
      <w:r>
        <w:t>یہ ریڈیو کا جو پروگرام تھا وہ پڑھائی پر تھا، پڑھائی۔</w:t>
      </w:r>
    </w:p>
    <w:p>
      <w:r>
        <w:rPr>
          <w:b/>
        </w:rPr>
        <w:t xml:space="preserve">[44:55] </w:t>
      </w:r>
      <w:r>
        <w:t>parhai ki adat.</w:t>
      </w:r>
    </w:p>
    <w:p>
      <w:pPr>
        <w:jc w:val="right"/>
      </w:pPr>
      <w:r>
        <w:t>پڑھائی کی عادت۔</w:t>
      </w:r>
    </w:p>
    <w:p>
      <w:r>
        <w:rPr>
          <w:b/>
        </w:rPr>
        <w:t xml:space="preserve">[44:57] </w:t>
      </w:r>
      <w:r>
        <w:t>to mein ne dekha ke aurtein yeh keh rahi hain.</w:t>
      </w:r>
    </w:p>
    <w:p>
      <w:pPr>
        <w:jc w:val="right"/>
      </w:pPr>
      <w:r>
        <w:t>تو میں نے دیکھا کہ عورتیں یہ کہہ رہی ہیں۔</w:t>
      </w:r>
    </w:p>
    <w:p>
      <w:r>
        <w:rPr>
          <w:b/>
        </w:rPr>
        <w:t xml:space="preserve">[45:01] </w:t>
      </w:r>
      <w:r>
        <w:t>koi keh raha hai ke meri ladki bohat parhti hai.</w:t>
      </w:r>
    </w:p>
    <w:p>
      <w:pPr>
        <w:jc w:val="right"/>
      </w:pPr>
      <w:r>
        <w:t>کوئی کہہ رہا ہے کہ میری لڑکی بہت پڑھتی ہے۔</w:t>
      </w:r>
    </w:p>
    <w:p>
      <w:r>
        <w:rPr>
          <w:b/>
        </w:rPr>
        <w:t xml:space="preserve">[45:05] </w:t>
      </w:r>
      <w:r>
        <w:t>koi keh raha hai mera ladka bohat parhta hai.</w:t>
      </w:r>
    </w:p>
    <w:p>
      <w:pPr>
        <w:jc w:val="right"/>
      </w:pPr>
      <w:r>
        <w:t>کوئی کہہ رہا ہے میرا لڑکا بہت پڑھتا ہے۔</w:t>
      </w:r>
    </w:p>
    <w:p>
      <w:r>
        <w:rPr>
          <w:b/>
        </w:rPr>
        <w:t xml:space="preserve">[45:09] </w:t>
      </w:r>
      <w:r>
        <w:t>bohat parhai karta hai.</w:t>
      </w:r>
    </w:p>
    <w:p>
      <w:pPr>
        <w:jc w:val="right"/>
      </w:pPr>
      <w:r>
        <w:t>بہت پڑھائی کرتا ہے۔</w:t>
      </w:r>
    </w:p>
    <w:p>
      <w:r>
        <w:rPr>
          <w:b/>
        </w:rPr>
        <w:t xml:space="preserve">[45:11] </w:t>
      </w:r>
      <w:r>
        <w:t>to mein ne socha ke phir parhai karte hain log.</w:t>
      </w:r>
    </w:p>
    <w:p>
      <w:pPr>
        <w:jc w:val="right"/>
      </w:pPr>
      <w:r>
        <w:t>تو میں نے سوچا کہ پھر پڑھائی کرتے ہیں لوگ۔</w:t>
      </w:r>
    </w:p>
    <w:p>
      <w:r>
        <w:rPr>
          <w:b/>
        </w:rPr>
        <w:t xml:space="preserve">[45:15] </w:t>
      </w:r>
      <w:r>
        <w:t>yeh bari achi baat hai.</w:t>
      </w:r>
    </w:p>
    <w:p>
      <w:pPr>
        <w:jc w:val="right"/>
      </w:pPr>
      <w:r>
        <w:t>یہ بڑی اچھی بات ہے۔</w:t>
      </w:r>
    </w:p>
    <w:p>
      <w:r>
        <w:rPr>
          <w:b/>
        </w:rPr>
        <w:t xml:space="preserve">[45:17] </w:t>
      </w:r>
      <w:r>
        <w:t>bohat hi achi baat hai yeh.</w:t>
      </w:r>
    </w:p>
    <w:p>
      <w:pPr>
        <w:jc w:val="right"/>
      </w:pPr>
      <w:r>
        <w:t>بہت ہی اچھی بات ہے یہ۔</w:t>
      </w:r>
    </w:p>
    <w:p>
      <w:r>
        <w:rPr>
          <w:b/>
        </w:rPr>
        <w:t xml:space="preserve">[45:20] </w:t>
      </w:r>
      <w:r>
        <w:t>aakhir mein kya maloom hua ke kya parhte hain? novel parhte hain.</w:t>
      </w:r>
    </w:p>
    <w:p>
      <w:pPr>
        <w:jc w:val="right"/>
      </w:pPr>
      <w:r>
        <w:t>آخر میں کیا معلوم ہوا کہ کیا پڑھتے ہیں؟ ناول پڑھتے ہیں۔</w:t>
      </w:r>
    </w:p>
    <w:p>
      <w:r>
        <w:rPr>
          <w:b/>
        </w:rPr>
        <w:t xml:space="preserve">[45:25] </w:t>
      </w:r>
      <w:r>
        <w:t>yani parhai karte hain yeh bachche kya? novel.</w:t>
      </w:r>
    </w:p>
    <w:p>
      <w:pPr>
        <w:jc w:val="right"/>
      </w:pPr>
      <w:r>
        <w:t>یعنی پڑھائی کرتے ہیں یہ بچے کیا؟ ناول۔</w:t>
      </w:r>
    </w:p>
    <w:p>
      <w:r>
        <w:rPr>
          <w:b/>
        </w:rPr>
        <w:t xml:space="preserve">[45:28] </w:t>
      </w:r>
      <w:r>
        <w:t>novel ko mein parhai nahi samajhta.</w:t>
      </w:r>
    </w:p>
    <w:p>
      <w:pPr>
        <w:jc w:val="right"/>
      </w:pPr>
      <w:r>
        <w:t>ناول کو میں پڑھائی نہیں سمجھتا۔</w:t>
      </w:r>
    </w:p>
    <w:p>
      <w:r>
        <w:rPr>
          <w:b/>
        </w:rPr>
        <w:t xml:space="preserve">[45:31] </w:t>
      </w:r>
      <w:r>
        <w:t>novel ko mein samajhta hoon waqt guzarna.</w:t>
      </w:r>
    </w:p>
    <w:p>
      <w:pPr>
        <w:jc w:val="right"/>
      </w:pPr>
      <w:r>
        <w:t>ناول کو میں سمجھتا ہوں وقت گزارنا۔</w:t>
      </w:r>
    </w:p>
    <w:p>
      <w:r>
        <w:rPr>
          <w:b/>
        </w:rPr>
        <w:t xml:space="preserve">[45:34] </w:t>
      </w:r>
      <w:r>
        <w:t>balkeh is se mein kahunga ke novel jo hai zehni tawajjuh hai.</w:t>
      </w:r>
    </w:p>
    <w:p>
      <w:pPr>
        <w:jc w:val="right"/>
      </w:pPr>
      <w:r>
        <w:t>بلکہ اس سے میں کہوں گا کہ ناول جو ہے ذہنی توجہ ہے۔</w:t>
      </w:r>
    </w:p>
    <w:p>
      <w:r>
        <w:rPr>
          <w:b/>
        </w:rPr>
        <w:t xml:space="preserve">[45:40] </w:t>
      </w:r>
      <w:r>
        <w:t>novel aap ko kahan le aata hai? fiction mein, romani soch mein.</w:t>
      </w:r>
    </w:p>
    <w:p>
      <w:pPr>
        <w:jc w:val="right"/>
      </w:pPr>
      <w:r>
        <w:t>ناول آپ کو کہاں لے آتا ہے؟ فکشن میں، رومانوی سوچ میں۔</w:t>
      </w:r>
    </w:p>
    <w:p>
      <w:r>
        <w:rPr>
          <w:b/>
        </w:rPr>
        <w:t xml:space="preserve">[45:45] </w:t>
      </w:r>
      <w:r>
        <w:t>hawai soch mein.</w:t>
      </w:r>
    </w:p>
    <w:p>
      <w:pPr>
        <w:jc w:val="right"/>
      </w:pPr>
      <w:r>
        <w:t>ہوائی سوچ میں۔</w:t>
      </w:r>
    </w:p>
    <w:p>
      <w:r>
        <w:rPr>
          <w:b/>
        </w:rPr>
        <w:t xml:space="preserve">[45:46] </w:t>
      </w:r>
      <w:r>
        <w:t>kyunke aap jante hain ke novel koi tareekh to hoti nahi.</w:t>
      </w:r>
    </w:p>
    <w:p>
      <w:pPr>
        <w:jc w:val="right"/>
      </w:pPr>
      <w:r>
        <w:t>کیونکہ آپ جانتے ہیں کہ ناول کوئی تاریخ تو ہوتی نہیں۔</w:t>
      </w:r>
    </w:p>
    <w:p>
      <w:r>
        <w:rPr>
          <w:b/>
        </w:rPr>
        <w:t xml:space="preserve">[45:51] </w:t>
      </w:r>
      <w:r>
        <w:t>novel koi tareekh nahi hoti hai.</w:t>
      </w:r>
    </w:p>
    <w:p>
      <w:pPr>
        <w:jc w:val="right"/>
      </w:pPr>
      <w:r>
        <w:t>ناول کوئی تاریخ نہیں ہوتی ہے۔</w:t>
      </w:r>
    </w:p>
    <w:p>
      <w:r>
        <w:rPr>
          <w:b/>
        </w:rPr>
        <w:t xml:space="preserve">[45:54] </w:t>
      </w:r>
      <w:r>
        <w:t>nawel to sari ki sari tasawwurat par mabni hoti hai.</w:t>
      </w:r>
    </w:p>
    <w:p>
      <w:pPr>
        <w:jc w:val="right"/>
      </w:pPr>
      <w:r>
        <w:t>ناول تو ساری کی ساری تصورات پر مبنی ہوتی ہے۔</w:t>
      </w:r>
    </w:p>
    <w:p>
      <w:r>
        <w:rPr>
          <w:b/>
        </w:rPr>
        <w:t xml:space="preserve">[45:58] </w:t>
      </w:r>
      <w:r>
        <w:t>tasawwurat.</w:t>
      </w:r>
    </w:p>
    <w:p>
      <w:pPr>
        <w:jc w:val="right"/>
      </w:pPr>
      <w:r>
        <w:t>تصورات۔</w:t>
      </w:r>
    </w:p>
    <w:p>
      <w:r>
        <w:rPr>
          <w:b/>
        </w:rPr>
        <w:t xml:space="preserve">[45:59] </w:t>
      </w:r>
      <w:r>
        <w:t>sab ghair haqeeqi cheezein hoti hain.</w:t>
      </w:r>
    </w:p>
    <w:p>
      <w:pPr>
        <w:jc w:val="right"/>
      </w:pPr>
      <w:r>
        <w:t>سب غیر حقیقی چیزیں ہوتی ہیں۔</w:t>
      </w:r>
    </w:p>
    <w:p>
      <w:r>
        <w:rPr>
          <w:b/>
        </w:rPr>
        <w:t xml:space="preserve">[46:02] </w:t>
      </w:r>
      <w:r>
        <w:t>aur chunaanche aap jante hain ke jhoot zyada khoobsurat hota hai is zamane mein.</w:t>
      </w:r>
    </w:p>
    <w:p>
      <w:pPr>
        <w:jc w:val="right"/>
      </w:pPr>
      <w:r>
        <w:t>اور چونکہ آپ جانتے ہیں کہ جھوٹ زیادہ خوبصورت ہوتا ہے اس زمانے میں۔</w:t>
      </w:r>
    </w:p>
    <w:p>
      <w:r>
        <w:rPr>
          <w:b/>
        </w:rPr>
        <w:t xml:space="preserve">[46:08] </w:t>
      </w:r>
      <w:r>
        <w:t>jhooti kahani, banawati kahani zyada khoobsurat hoti hai.</w:t>
      </w:r>
    </w:p>
    <w:p>
      <w:pPr>
        <w:jc w:val="right"/>
      </w:pPr>
      <w:r>
        <w:t>جھوٹی کہانی، بناوٹی کہانی زیادہ خوبصورت ہوتی ہے۔</w:t>
      </w:r>
    </w:p>
    <w:p>
      <w:r>
        <w:rPr>
          <w:b/>
        </w:rPr>
        <w:t xml:space="preserve">[46:11] </w:t>
      </w:r>
      <w:r>
        <w:t>to nawel mein jhooti kahani hoti hai to zyada khoobsurat lagti hai logon ko.</w:t>
      </w:r>
    </w:p>
    <w:p>
      <w:pPr>
        <w:jc w:val="right"/>
      </w:pPr>
      <w:r>
        <w:t>تو ناول میں جھوٹی کہانی ہوتی ہے تو زیادہ خوبصورت لگتی ہے لوگوں کو۔</w:t>
      </w:r>
    </w:p>
    <w:p>
      <w:r>
        <w:rPr>
          <w:b/>
        </w:rPr>
        <w:t xml:space="preserve">[46:17] </w:t>
      </w:r>
      <w:r>
        <w:t>shauq se parhte hain.</w:t>
      </w:r>
    </w:p>
    <w:p>
      <w:pPr>
        <w:jc w:val="right"/>
      </w:pPr>
      <w:r>
        <w:t>شوق سے پڑھتے ہیں۔</w:t>
      </w:r>
    </w:p>
    <w:p>
      <w:r>
        <w:rPr>
          <w:b/>
        </w:rPr>
        <w:t xml:space="preserve">[46:19] </w:t>
      </w:r>
      <w:r>
        <w:t>to log kehte hain ke nawel parhne se zuban aati hai.</w:t>
      </w:r>
    </w:p>
    <w:p>
      <w:pPr>
        <w:jc w:val="right"/>
      </w:pPr>
      <w:r>
        <w:t>تو لوگ کہتے ہیں کہ ناول پڑھنے سے زبان آتی ہے۔</w:t>
      </w:r>
    </w:p>
    <w:p>
      <w:r>
        <w:rPr>
          <w:b/>
        </w:rPr>
        <w:t xml:space="preserve">[46:24] </w:t>
      </w:r>
      <w:r>
        <w:t>main kehta hoon galat.</w:t>
      </w:r>
    </w:p>
    <w:p>
      <w:pPr>
        <w:jc w:val="right"/>
      </w:pPr>
      <w:r>
        <w:t>میں کہتا ہوں غلط۔</w:t>
      </w:r>
    </w:p>
    <w:p>
      <w:r>
        <w:rPr>
          <w:b/>
        </w:rPr>
        <w:t xml:space="preserve">[46:25] </w:t>
      </w:r>
      <w:r>
        <w:t>kaun si zuban aati hai? kaun si zuban aati hai? bol chaal ki zuban.</w:t>
      </w:r>
    </w:p>
    <w:p>
      <w:pPr>
        <w:jc w:val="right"/>
      </w:pPr>
      <w:r>
        <w:t>کون سی زبان آتی ہے؟ کون سی زبان آتی ہے؟ بول چال کی زبان۔</w:t>
      </w:r>
    </w:p>
    <w:p>
      <w:r>
        <w:rPr>
          <w:b/>
        </w:rPr>
        <w:t xml:space="preserve">[46:31] </w:t>
      </w:r>
      <w:r>
        <w:t>sust zuban.</w:t>
      </w:r>
    </w:p>
    <w:p>
      <w:pPr>
        <w:jc w:val="right"/>
      </w:pPr>
      <w:r>
        <w:t>سستی زبان۔</w:t>
      </w:r>
    </w:p>
    <w:p>
      <w:r>
        <w:rPr>
          <w:b/>
        </w:rPr>
        <w:t xml:space="preserve">[46:33] </w:t>
      </w:r>
      <w:r>
        <w:t>elmi zuban nahi aati hai.</w:t>
      </w:r>
    </w:p>
    <w:p>
      <w:pPr>
        <w:jc w:val="right"/>
      </w:pPr>
      <w:r>
        <w:t>علمی زبان نہیں آتی ہے۔</w:t>
      </w:r>
    </w:p>
    <w:p>
      <w:r>
        <w:rPr>
          <w:b/>
        </w:rPr>
        <w:t xml:space="preserve">[46:35] </w:t>
      </w:r>
      <w:r>
        <w:t>yaad rakhein jo bare bare musannif hain, jo sochne wale hain, jo science daan hain woh nawel nahi parhte</w:t>
      </w:r>
    </w:p>
    <w:p>
      <w:pPr>
        <w:jc w:val="right"/>
      </w:pPr>
      <w:r>
        <w:t>یاد رکھیں جو بڑے بڑے مصنف ہیں، جو سوچنے والے ہیں، جو سائنسدان ہیں وہ ناول نہیں پڑھتے</w:t>
      </w:r>
    </w:p>
    <w:p>
      <w:r>
        <w:rPr>
          <w:b/>
        </w:rPr>
        <w:t xml:space="preserve">[46:43] </w:t>
      </w:r>
      <w:r>
        <w:t>the woh.</w:t>
      </w:r>
    </w:p>
    <w:p>
      <w:pPr>
        <w:jc w:val="right"/>
      </w:pPr>
      <w:r>
        <w:t>تھے وہ۔</w:t>
      </w:r>
    </w:p>
    <w:p>
      <w:r>
        <w:rPr>
          <w:b/>
        </w:rPr>
        <w:t xml:space="preserve">[46:44] </w:t>
      </w:r>
      <w:r>
        <w:t>bare bare sochne wale, bare bare falsafi, bare bare science daan woh nawel nahi parhte the woh.</w:t>
      </w:r>
    </w:p>
    <w:p>
      <w:pPr>
        <w:jc w:val="right"/>
      </w:pPr>
      <w:r>
        <w:t>بڑے بڑے سوچنے والے، بڑے بڑے فلسفی، بڑے بڑے سائنسدان وہ ناول نہیں پڑھتے تھے وہ۔</w:t>
      </w:r>
    </w:p>
    <w:p>
      <w:r>
        <w:rPr>
          <w:b/>
        </w:rPr>
        <w:t xml:space="preserve">[46:51] </w:t>
      </w:r>
      <w:r>
        <w:t>woh elmi cheezein parhte the.</w:t>
      </w:r>
    </w:p>
    <w:p>
      <w:pPr>
        <w:jc w:val="right"/>
      </w:pPr>
      <w:r>
        <w:t>وہ علمی چیزیں پڑھتے تھے۔</w:t>
      </w:r>
    </w:p>
    <w:p>
      <w:r>
        <w:rPr>
          <w:b/>
        </w:rPr>
        <w:t xml:space="preserve">[46:53] </w:t>
      </w:r>
      <w:r>
        <w:t>to main is ko parhai nahi samajhta.</w:t>
      </w:r>
    </w:p>
    <w:p>
      <w:pPr>
        <w:jc w:val="right"/>
      </w:pPr>
      <w:r>
        <w:t>تو میں اس کو پڑھائی نہیں سمجھتا۔</w:t>
      </w:r>
    </w:p>
    <w:p>
      <w:r>
        <w:rPr>
          <w:b/>
        </w:rPr>
        <w:t xml:space="preserve">[46:56] </w:t>
      </w:r>
      <w:r>
        <w:t>is ko main samajhta hoon ke yeh tawajjuh hai, yeh waqt guzarna hai.</w:t>
      </w:r>
    </w:p>
    <w:p>
      <w:pPr>
        <w:jc w:val="right"/>
      </w:pPr>
      <w:r>
        <w:t>اس کو میں سمجھتا ہوں کہ یہ توجہ ہے، یہ وقت گزارنا ہے۔</w:t>
      </w:r>
    </w:p>
    <w:p>
      <w:r>
        <w:rPr>
          <w:b/>
        </w:rPr>
        <w:t xml:space="preserve">[47:02] </w:t>
      </w:r>
      <w:r>
        <w:t>yeh apne waqt ko zaya karna hai.</w:t>
      </w:r>
    </w:p>
    <w:p>
      <w:pPr>
        <w:jc w:val="right"/>
      </w:pPr>
      <w:r>
        <w:t>یہ اپنے وقت کو ضائع کرنا ہے۔</w:t>
      </w:r>
    </w:p>
    <w:p>
      <w:r>
        <w:rPr>
          <w:b/>
        </w:rPr>
        <w:t xml:space="preserve">[47:05] </w:t>
      </w:r>
      <w:r>
        <w:t>aur sab se bada nuqsan is ka yeh hai ke aap poori poori society jo hai woh romani</w:t>
      </w:r>
    </w:p>
    <w:p>
      <w:pPr>
        <w:jc w:val="right"/>
      </w:pPr>
      <w:r>
        <w:t>اور سب سے بڑا نقصان اس کا یہ ہے کہ آپ پوری پوری سوسائٹی جو ہے وہ رومانوی</w:t>
      </w:r>
    </w:p>
    <w:p>
      <w:r>
        <w:rPr>
          <w:b/>
        </w:rPr>
        <w:t xml:space="preserve">[47:13] </w:t>
      </w:r>
      <w:r>
        <w:t>ho gayi hai hamare zamane mein.</w:t>
      </w:r>
    </w:p>
    <w:p>
      <w:pPr>
        <w:jc w:val="right"/>
      </w:pPr>
      <w:r>
        <w:t>ہو گئی ہے ہمارے زمانے میں۔</w:t>
      </w:r>
    </w:p>
    <w:p>
      <w:r>
        <w:rPr>
          <w:b/>
        </w:rPr>
        <w:t xml:space="preserve">[47:15] </w:t>
      </w:r>
      <w:r>
        <w:t>poori poori society romani soch ban gayi hai poori poori society ki.</w:t>
      </w:r>
    </w:p>
    <w:p>
      <w:pPr>
        <w:jc w:val="right"/>
      </w:pPr>
      <w:r>
        <w:t>پوری پوری سوسائٹی رومانوی سوچ بن گئی ہے پوری پوری سوسائٹی کی۔</w:t>
      </w:r>
    </w:p>
    <w:p>
      <w:r>
        <w:rPr>
          <w:b/>
        </w:rPr>
        <w:t xml:space="preserve">[47:20] </w:t>
      </w:r>
      <w:r>
        <w:t>kyunke log nawel parhte hain.</w:t>
      </w:r>
    </w:p>
    <w:p>
      <w:pPr>
        <w:jc w:val="right"/>
      </w:pPr>
      <w:r>
        <w:t>کیونکہ لوگ ناول پڑھتے ہیں۔</w:t>
      </w:r>
    </w:p>
    <w:p>
      <w:r>
        <w:rPr>
          <w:b/>
        </w:rPr>
        <w:t xml:space="preserve">[47:22] </w:t>
      </w:r>
      <w:r>
        <w:t>logon ke andar haqeeqat pasandana rawaiyah nahi.</w:t>
      </w:r>
    </w:p>
    <w:p>
      <w:pPr>
        <w:jc w:val="right"/>
      </w:pPr>
      <w:r>
        <w:t>لوگوں کے اندر حقیقت پسندانہ رویہ نہیں۔</w:t>
      </w:r>
    </w:p>
    <w:p>
      <w:r>
        <w:rPr>
          <w:b/>
        </w:rPr>
        <w:t xml:space="preserve">[47:25] </w:t>
      </w:r>
      <w:r>
        <w:t>logon ke andar maarozi soch nahi.</w:t>
      </w:r>
    </w:p>
    <w:p>
      <w:pPr>
        <w:jc w:val="right"/>
      </w:pPr>
      <w:r>
        <w:t>لوگوں کے اندر معروضی سوچ نہیں۔</w:t>
      </w:r>
    </w:p>
    <w:p>
      <w:r>
        <w:rPr>
          <w:b/>
        </w:rPr>
        <w:t xml:space="preserve">[47:28] </w:t>
      </w:r>
      <w:r>
        <w:t>logon ke andar musbat ravaiyah nahin.</w:t>
      </w:r>
    </w:p>
    <w:p>
      <w:pPr>
        <w:jc w:val="right"/>
      </w:pPr>
      <w:r>
        <w:t>لوگوں کے اندر مثبت رویہ نہیں۔</w:t>
      </w:r>
    </w:p>
    <w:p>
      <w:r>
        <w:rPr>
          <w:b/>
        </w:rPr>
        <w:t xml:space="preserve">[47:31] </w:t>
      </w:r>
      <w:r>
        <w:t>kyunke novel mein to aisa hota nahin.</w:t>
      </w:r>
    </w:p>
    <w:p>
      <w:pPr>
        <w:jc w:val="right"/>
      </w:pPr>
      <w:r>
        <w:t>کیونکہ ناول میں تو ایسا ہوتا نہیں۔</w:t>
      </w:r>
    </w:p>
    <w:p>
      <w:r>
        <w:rPr>
          <w:b/>
        </w:rPr>
        <w:t xml:space="preserve">[47:34] </w:t>
      </w:r>
      <w:r>
        <w:t>novel mein to banawati kahaniyan hoti hain bas.</w:t>
      </w:r>
    </w:p>
    <w:p>
      <w:pPr>
        <w:jc w:val="right"/>
      </w:pPr>
      <w:r>
        <w:t>ناول میں تو بناوٹی کہانیاں ہوتی ہیں بس۔</w:t>
      </w:r>
    </w:p>
    <w:p>
      <w:r>
        <w:rPr>
          <w:b/>
        </w:rPr>
        <w:t xml:space="preserve">[47:37] </w:t>
      </w:r>
      <w:r>
        <w:t>to banawati kahani hamesha zyada khoobsurat rahe gi.</w:t>
      </w:r>
    </w:p>
    <w:p>
      <w:pPr>
        <w:jc w:val="right"/>
      </w:pPr>
      <w:r>
        <w:t>تو بناوٹی کہانی ہمیشہ زیادہ خوبصورت رہے گی۔</w:t>
      </w:r>
    </w:p>
    <w:p>
      <w:r>
        <w:rPr>
          <w:b/>
        </w:rPr>
        <w:t xml:space="preserve">[47:40] </w:t>
      </w:r>
      <w:r>
        <w:t>kisi ne kaha hai ke jhoot zyada khoobsurat hota hai.</w:t>
      </w:r>
    </w:p>
    <w:p>
      <w:pPr>
        <w:jc w:val="right"/>
      </w:pPr>
      <w:r>
        <w:t>کسی نے کہا ہے کہ جھوٹ زیادہ خوبصورت ہوتا ہے۔</w:t>
      </w:r>
    </w:p>
    <w:p>
      <w:r>
        <w:rPr>
          <w:b/>
        </w:rPr>
        <w:t xml:space="preserve">[47:45] </w:t>
      </w:r>
      <w:r>
        <w:t>kyunke sach to mahaz haqaiq par mabni hota hai.</w:t>
      </w:r>
    </w:p>
    <w:p>
      <w:pPr>
        <w:jc w:val="right"/>
      </w:pPr>
      <w:r>
        <w:t>کیونکہ سچ تو محض حقائق پر مبنی ہوتا ہے۔</w:t>
      </w:r>
    </w:p>
    <w:p>
      <w:r>
        <w:rPr>
          <w:b/>
        </w:rPr>
        <w:t xml:space="preserve">[47:49] </w:t>
      </w:r>
      <w:r>
        <w:t>aur jhoot mein jo chahen bana lijiyey aap qissa kahani.</w:t>
      </w:r>
    </w:p>
    <w:p>
      <w:pPr>
        <w:jc w:val="right"/>
      </w:pPr>
      <w:r>
        <w:t>اور جھوٹ میں جو چاہیں بنا لیجیے آپ قصہ کہانی۔</w:t>
      </w:r>
    </w:p>
    <w:p>
      <w:r>
        <w:rPr>
          <w:b/>
        </w:rPr>
        <w:t xml:space="preserve">[47:53] </w:t>
      </w:r>
      <w:r>
        <w:t>to poori poori society jo hai romani ho gayi hai.</w:t>
      </w:r>
    </w:p>
    <w:p>
      <w:pPr>
        <w:jc w:val="right"/>
      </w:pPr>
      <w:r>
        <w:t>تو پوری پوری سوسائٹی جو ہے رومانوی ہو گئی ہے۔</w:t>
      </w:r>
    </w:p>
    <w:p>
      <w:r>
        <w:rPr>
          <w:b/>
        </w:rPr>
        <w:t xml:space="preserve">[47:57] </w:t>
      </w:r>
      <w:r>
        <w:t>poori poori society jo hai woh khayalat mein jeene lagi hai.</w:t>
      </w:r>
    </w:p>
    <w:p>
      <w:pPr>
        <w:jc w:val="right"/>
      </w:pPr>
      <w:r>
        <w:t>پوری پوری سوسائٹی جو ہے وہ خیالات میں جینے لگی ہے۔</w:t>
      </w:r>
    </w:p>
    <w:p>
      <w:r>
        <w:rPr>
          <w:b/>
        </w:rPr>
        <w:t xml:space="preserve">[48:02] </w:t>
      </w:r>
      <w:r>
        <w:t>poori poori society jo hai haqeeqat pasandi se door ho gayi hai.</w:t>
      </w:r>
    </w:p>
    <w:p>
      <w:pPr>
        <w:jc w:val="right"/>
      </w:pPr>
      <w:r>
        <w:t>پوری پوری سوسائٹی جو ہے حقیقت پسندی سے دور ہو گئی ہے۔</w:t>
      </w:r>
    </w:p>
    <w:p>
      <w:r>
        <w:rPr>
          <w:b/>
        </w:rPr>
        <w:t xml:space="preserve">[48:07] </w:t>
      </w:r>
      <w:r>
        <w:t>yani haqeeqat pasandanah ravaiyay se door ho gayi hai.</w:t>
      </w:r>
    </w:p>
    <w:p>
      <w:pPr>
        <w:jc w:val="right"/>
      </w:pPr>
      <w:r>
        <w:t>یعنی حقیقت پسندانہ رویے سے دور ہو گئی ہے۔</w:t>
      </w:r>
    </w:p>
    <w:p>
      <w:r>
        <w:rPr>
          <w:b/>
        </w:rPr>
        <w:t xml:space="preserve">[48:11] </w:t>
      </w:r>
      <w:r>
        <w:t>to behal main is qism ki parhai ko parhai nahin samajhta.</w:t>
      </w:r>
    </w:p>
    <w:p>
      <w:pPr>
        <w:jc w:val="right"/>
      </w:pPr>
      <w:r>
        <w:t>تو بہرحال میں اس قسم کی پڑھائی کو پڑھائی نہیں سمجھتا۔</w:t>
      </w:r>
    </w:p>
    <w:p>
      <w:r>
        <w:rPr>
          <w:b/>
        </w:rPr>
        <w:t xml:space="preserve">[48:16] </w:t>
      </w:r>
      <w:r>
        <w:t>parhai naam hai sanjeeda mutaleah ka.</w:t>
      </w:r>
    </w:p>
    <w:p>
      <w:pPr>
        <w:jc w:val="right"/>
      </w:pPr>
      <w:r>
        <w:t>پڑھائی نام ہے سنجیدہ مطالعہ کا۔</w:t>
      </w:r>
    </w:p>
    <w:p>
      <w:r>
        <w:rPr>
          <w:b/>
        </w:rPr>
        <w:t xml:space="preserve">[48:18] </w:t>
      </w:r>
      <w:r>
        <w:t>mutaleah woh hai jo sanjeeda mutaleah ho.</w:t>
      </w:r>
    </w:p>
    <w:p>
      <w:pPr>
        <w:jc w:val="right"/>
      </w:pPr>
      <w:r>
        <w:t>مطالعہ وہ ہے جو سنجیدہ مطالعہ ہو۔</w:t>
      </w:r>
    </w:p>
    <w:p>
      <w:r>
        <w:rPr>
          <w:b/>
        </w:rPr>
        <w:t xml:space="preserve">[48:21] </w:t>
      </w:r>
      <w:r>
        <w:t>yani aap in kitabon ko parhein jo haqaiq par mabni hoti hain.</w:t>
      </w:r>
    </w:p>
    <w:p>
      <w:pPr>
        <w:jc w:val="right"/>
      </w:pPr>
      <w:r>
        <w:t>یعنی آپ ان کتابوں کو پڑھیں جو حقائق پر مبنی ہوتی ہیں۔</w:t>
      </w:r>
    </w:p>
    <w:p>
      <w:r>
        <w:rPr>
          <w:b/>
        </w:rPr>
        <w:t xml:space="preserve">[48:26] </w:t>
      </w:r>
      <w:r>
        <w:t>jo haqeeqaton par mabni hoti hain.</w:t>
      </w:r>
    </w:p>
    <w:p>
      <w:pPr>
        <w:jc w:val="right"/>
      </w:pPr>
      <w:r>
        <w:t>جو حقیقتوں پر مبنی ہوتی ہیں۔</w:t>
      </w:r>
    </w:p>
    <w:p>
      <w:r>
        <w:rPr>
          <w:b/>
        </w:rPr>
        <w:t xml:space="preserve">[48:29] </w:t>
      </w:r>
      <w:r>
        <w:t>tareekhi haqaiq hon.</w:t>
      </w:r>
    </w:p>
    <w:p>
      <w:pPr>
        <w:jc w:val="right"/>
      </w:pPr>
      <w:r>
        <w:t>تاریخی حقائق ہوں۔</w:t>
      </w:r>
    </w:p>
    <w:p>
      <w:r>
        <w:rPr>
          <w:b/>
        </w:rPr>
        <w:t xml:space="preserve">[48:30] </w:t>
      </w:r>
      <w:r>
        <w:t>kisi aadmi ki waqai jo zindagi hai woh ho.</w:t>
      </w:r>
    </w:p>
    <w:p>
      <w:pPr>
        <w:jc w:val="right"/>
      </w:pPr>
      <w:r>
        <w:t>کسی آدمی کی واقعی جو زندگی ہے وہ ہو۔</w:t>
      </w:r>
    </w:p>
    <w:p>
      <w:r>
        <w:rPr>
          <w:b/>
        </w:rPr>
        <w:t xml:space="preserve">[48:34] </w:t>
      </w:r>
      <w:r>
        <w:t>scientific baatein hon.</w:t>
      </w:r>
    </w:p>
    <w:p>
      <w:pPr>
        <w:jc w:val="right"/>
      </w:pPr>
      <w:r>
        <w:t>سائنسی باتیں ہوں۔</w:t>
      </w:r>
    </w:p>
    <w:p>
      <w:r>
        <w:rPr>
          <w:b/>
        </w:rPr>
        <w:t xml:space="preserve">[48:36] </w:t>
      </w:r>
      <w:r>
        <w:t>fitrat ki baatein hon.</w:t>
      </w:r>
    </w:p>
    <w:p>
      <w:pPr>
        <w:jc w:val="right"/>
      </w:pPr>
      <w:r>
        <w:t>فطرت کی باتیں ہوں۔</w:t>
      </w:r>
    </w:p>
    <w:p>
      <w:r>
        <w:rPr>
          <w:b/>
        </w:rPr>
        <w:t xml:space="preserve">[48:37] </w:t>
      </w:r>
      <w:r>
        <w:t>yani woh baatein jo haqaiq par mabni hoti hain.</w:t>
      </w:r>
    </w:p>
    <w:p>
      <w:pPr>
        <w:jc w:val="right"/>
      </w:pPr>
      <w:r>
        <w:t>یعنی وہ باتیں جو حقائق پر مبنی ہوتی ہیں۔</w:t>
      </w:r>
    </w:p>
    <w:p>
      <w:r>
        <w:rPr>
          <w:b/>
        </w:rPr>
        <w:t xml:space="preserve">[48:41] </w:t>
      </w:r>
      <w:r>
        <w:t>is par jo kitabein likhi jayen usi ko parhne ko main parhna samajhta hoon.</w:t>
      </w:r>
    </w:p>
    <w:p>
      <w:pPr>
        <w:jc w:val="right"/>
      </w:pPr>
      <w:r>
        <w:t>اس پر جو کتابیں لکھی جائیں اسی کو پڑھنے کو میں پڑھنا سمجھتا ہوں۔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