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Modern Age I 10th Feb. 13</w:t>
      </w:r>
    </w:p>
    <w:p>
      <w:r>
        <w:t>https://www.youtube.com/watch?v=Yp5T0KacY84</w:t>
      </w:r>
    </w:p>
    <w:p>
      <w:r>
        <w:rPr>
          <w:b/>
        </w:rPr>
        <w:t xml:space="preserve">[00:06] </w:t>
      </w:r>
      <w:r>
        <w:t>bismillah rahman rahim, wa salallahu ala nabiyil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[00:12]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[00:19] </w:t>
      </w:r>
      <w:r>
        <w:t>aaj ka topic hai: discovery of modern age, daur jadeed ki daryaft.</w:t>
      </w:r>
    </w:p>
    <w:p>
      <w:pPr>
        <w:jc w:val="right"/>
      </w:pPr>
      <w:r>
        <w:t>آج کا ٹاپک ہے: ڈسکوری آف ماڈرن ایج، دور جدید کی دریافت۔</w:t>
      </w:r>
    </w:p>
    <w:p>
      <w:r>
        <w:rPr>
          <w:b/>
        </w:rPr>
        <w:t xml:space="preserve">[00:25] </w:t>
      </w:r>
      <w:r>
        <w:t>mera jo, meri jo study hai, meri study mujh ko batati hai ke modern age kya hai, is</w:t>
      </w:r>
    </w:p>
    <w:p>
      <w:pPr>
        <w:jc w:val="right"/>
      </w:pPr>
      <w:r>
        <w:t>میرا جو، میری جو اسٹڈی ہے، میری اسٹڈی مجھ کو بتاتی ہے کہ ماڈرن ایج کیا ہے، اس</w:t>
      </w:r>
    </w:p>
    <w:p>
      <w:r>
        <w:rPr>
          <w:b/>
        </w:rPr>
        <w:t xml:space="preserve">[00:32] </w:t>
      </w:r>
      <w:r>
        <w:t>ko kisi ne bhi nahi jaana, na muslim ne, na non muslim ne.</w:t>
      </w:r>
    </w:p>
    <w:p>
      <w:pPr>
        <w:jc w:val="right"/>
      </w:pPr>
      <w:r>
        <w:t>کو کسی نے بھی نہیں جانا، نہ مسلم نے، نہ نان مسلم نے۔</w:t>
      </w:r>
    </w:p>
    <w:p>
      <w:r>
        <w:rPr>
          <w:b/>
        </w:rPr>
        <w:t xml:space="preserve">[00:38] </w:t>
      </w:r>
      <w:r>
        <w:t>poori poori duniya be khabar hai, hatta ke jo log modern age ke creator hain, woh bhi is</w:t>
      </w:r>
    </w:p>
    <w:p>
      <w:pPr>
        <w:jc w:val="right"/>
      </w:pPr>
      <w:r>
        <w:t>پوری پوری دنیا بے خبر ہے، حتیٰ کہ جو لوگ ماڈرن ایج کے کریٹر ہیں، وہ بھی اس</w:t>
      </w:r>
    </w:p>
    <w:p>
      <w:r>
        <w:rPr>
          <w:b/>
        </w:rPr>
        <w:t xml:space="preserve">[00:45] </w:t>
      </w:r>
      <w:r>
        <w:t>se be khabar hain.</w:t>
      </w:r>
    </w:p>
    <w:p>
      <w:pPr>
        <w:jc w:val="right"/>
      </w:pPr>
      <w:r>
        <w:t>سے بے خبر ہیں۔</w:t>
      </w:r>
    </w:p>
    <w:p>
      <w:r>
        <w:rPr>
          <w:b/>
        </w:rPr>
        <w:t xml:space="preserve">[00:52] </w:t>
      </w:r>
      <w:r>
        <w:t>kuchh bahut hi juzwi qism ki baaton ko jaante hain, yeh jaante hain ke hawa jahaz aa gaya,</w:t>
      </w:r>
    </w:p>
    <w:p>
      <w:pPr>
        <w:jc w:val="right"/>
      </w:pPr>
      <w:r>
        <w:t>کچھ بہت ہی جزئی قسم کی باتوں کو جانتے ہیں، یہ جانتے ہیں کہ ہوا جات آ گیا،</w:t>
      </w:r>
    </w:p>
    <w:p>
      <w:r>
        <w:rPr>
          <w:b/>
        </w:rPr>
        <w:t xml:space="preserve">[00:58] </w:t>
      </w:r>
      <w:r>
        <w:t>auqat aa gaye, paisa kamane ke naye naye mawaqe khul gaye, bas itna hi.</w:t>
      </w:r>
    </w:p>
    <w:p>
      <w:pPr>
        <w:jc w:val="right"/>
      </w:pPr>
      <w:r>
        <w:t>اوقات آ گئے، پیسہ کمانے کے نئے نئے مواقع کھل گئے، بس اتنا ہی۔</w:t>
      </w:r>
    </w:p>
    <w:p>
      <w:r>
        <w:rPr>
          <w:b/>
        </w:rPr>
        <w:t xml:space="preserve">[01:05] </w:t>
      </w:r>
      <w:r>
        <w:t>beta beti ke mustaqbil ko sanwarne ke shakal mein ban gaye.</w:t>
      </w:r>
    </w:p>
    <w:p>
      <w:pPr>
        <w:jc w:val="right"/>
      </w:pPr>
      <w:r>
        <w:t>بیٹا بیٹی کے مستقبل کو سنوارنے کے شکل میں بن گئیں۔</w:t>
      </w:r>
    </w:p>
    <w:p>
      <w:r>
        <w:rPr>
          <w:b/>
        </w:rPr>
        <w:t xml:space="preserve">[01:11] </w:t>
      </w:r>
      <w:r>
        <w:t>yeh sab bahut hi zyada juzwi baatein hain, yeh asal modern age nahi hai.</w:t>
      </w:r>
    </w:p>
    <w:p>
      <w:pPr>
        <w:jc w:val="right"/>
      </w:pPr>
      <w:r>
        <w:t>یہ سب بہت ہی زیادہ جزئی باتیں ہیں، یہ اصل ماڈرن ایج نہیں ہے۔</w:t>
      </w:r>
    </w:p>
    <w:p>
      <w:r>
        <w:rPr>
          <w:b/>
        </w:rPr>
        <w:t xml:space="preserve">[01:18] </w:t>
      </w:r>
      <w:r>
        <w:t>asal modern age yeh nahi hai.</w:t>
      </w:r>
    </w:p>
    <w:p>
      <w:pPr>
        <w:jc w:val="right"/>
      </w:pPr>
      <w:r>
        <w:t>اصل ماڈرن ایج یہ نہیں ہے۔</w:t>
      </w:r>
    </w:p>
    <w:p>
      <w:r>
        <w:rPr>
          <w:b/>
        </w:rPr>
        <w:t xml:space="preserve">[01:25] </w:t>
      </w:r>
      <w:r>
        <w:t>to mera apna jo mutala hai, meri jo study hai, main yeh keh sakta hoon ke duniya mein</w:t>
      </w:r>
    </w:p>
    <w:p>
      <w:pPr>
        <w:jc w:val="right"/>
      </w:pPr>
      <w:r>
        <w:t>تو میرا اپنا جو مطالعہ ہے، میری جو سٹڈی ہے، میں یہ کہہ سکتا ہوں کہ دنیا میں</w:t>
      </w:r>
    </w:p>
    <w:p>
      <w:r>
        <w:rPr>
          <w:b/>
        </w:rPr>
        <w:t xml:space="preserve">[01:31] </w:t>
      </w:r>
      <w:r>
        <w:t>shayad koi ek shakhs bhi nahi hai jo jaanta ho ke haqeeqatan modern age kya hai, na musalmanon</w:t>
      </w:r>
    </w:p>
    <w:p>
      <w:pPr>
        <w:jc w:val="right"/>
      </w:pPr>
      <w:r>
        <w:t>شاید کوئی ایک شخص بھی نہیں ہے جو جانتا ہو کہ حقیقتاً ماڈرن ایج کیا ہے، نہ مسلمانوں</w:t>
      </w:r>
    </w:p>
    <w:p>
      <w:r>
        <w:rPr>
          <w:b/>
        </w:rPr>
        <w:t xml:space="preserve">[01:38] </w:t>
      </w:r>
      <w:r>
        <w:t>mein hai, na non muslim mein.</w:t>
      </w:r>
    </w:p>
    <w:p>
      <w:pPr>
        <w:jc w:val="right"/>
      </w:pPr>
      <w:r>
        <w:t>میں ہے، نہ نان مسلم میں۔</w:t>
      </w:r>
    </w:p>
    <w:p>
      <w:r>
        <w:rPr>
          <w:b/>
        </w:rPr>
        <w:t xml:space="preserve">[01:44] </w:t>
      </w:r>
      <w:r>
        <w:t>modern age Allah taala ki planning hai.</w:t>
      </w:r>
    </w:p>
    <w:p>
      <w:pPr>
        <w:jc w:val="right"/>
      </w:pPr>
      <w:r>
        <w:t>ماڈرن ایج اللہ تعالیٰ کی پلاننگ ہے۔</w:t>
      </w:r>
    </w:p>
    <w:p>
      <w:r>
        <w:rPr>
          <w:b/>
        </w:rPr>
        <w:t xml:space="preserve">[01:51] </w:t>
      </w:r>
      <w:r>
        <w:t>dekhein, yeh duniya ko paida kis ne kiya? Allah taala ne.</w:t>
      </w:r>
    </w:p>
    <w:p>
      <w:pPr>
        <w:jc w:val="right"/>
      </w:pPr>
      <w:r>
        <w:t>دیکھیں، یہ دنیا کو پیدا کس نے کیا؟ اللہ تعالیٰ نے۔</w:t>
      </w:r>
    </w:p>
    <w:p>
      <w:r>
        <w:rPr>
          <w:b/>
        </w:rPr>
        <w:t xml:space="preserve">[01:58] </w:t>
      </w:r>
      <w:r>
        <w:t>duniya ko kaun chala raha hai? Allah taala.</w:t>
      </w:r>
    </w:p>
    <w:p>
      <w:pPr>
        <w:jc w:val="right"/>
      </w:pPr>
      <w:r>
        <w:t>دنیا کو کون چلا رہا ہے؟ اللہ تعالیٰ۔</w:t>
      </w:r>
    </w:p>
    <w:p>
      <w:r>
        <w:rPr>
          <w:b/>
        </w:rPr>
        <w:t xml:space="preserve">[02:04] </w:t>
      </w:r>
      <w:r>
        <w:t>yeh maamla khud human history ka hai.</w:t>
      </w:r>
    </w:p>
    <w:p>
      <w:pPr>
        <w:jc w:val="right"/>
      </w:pPr>
      <w:r>
        <w:t>یہ معاملہ خود ہیومن ہسٹری کا ہے۔</w:t>
      </w:r>
    </w:p>
    <w:p>
      <w:r>
        <w:rPr>
          <w:b/>
        </w:rPr>
        <w:t xml:space="preserve">[02:11] </w:t>
      </w:r>
      <w:r>
        <w:t>insan ko Allah taala ne di hai freedom, lekin is ke bawajood history ko Allah manage kar raha</w:t>
      </w:r>
    </w:p>
    <w:p>
      <w:pPr>
        <w:jc w:val="right"/>
      </w:pPr>
      <w:r>
        <w:t>انسان کو اللہ تعالیٰ نے دی ہے فریڈم، لیکن اس کے باوجود ہسٹری کو اللہ مینج کر رہا</w:t>
      </w:r>
    </w:p>
    <w:p>
      <w:r>
        <w:rPr>
          <w:b/>
        </w:rPr>
        <w:t xml:space="preserve">[02:17] </w:t>
      </w:r>
      <w:r>
        <w:t>hai, azadi ko baqi rakhte hue.</w:t>
      </w:r>
    </w:p>
    <w:p>
      <w:pPr>
        <w:jc w:val="right"/>
      </w:pPr>
      <w:r>
        <w:t>ہے، آزادی کو باقی رکھتے ہوئے۔</w:t>
      </w:r>
    </w:p>
    <w:p>
      <w:r>
        <w:rPr>
          <w:b/>
        </w:rPr>
        <w:t xml:space="preserve">[02:24] </w:t>
      </w:r>
      <w:r>
        <w:t>kyunki baqi, rest of the universe mein yeh soorat-e-haal nahi hai, wahan Allah ka total control hai.</w:t>
      </w:r>
    </w:p>
    <w:p>
      <w:pPr>
        <w:jc w:val="right"/>
      </w:pPr>
      <w:r>
        <w:t>کیونکہ بقیہ، ریسٹ آف دا یونیورس میں یہ صورتحال نہیں ہے، وہاں اللہ کا ٹوٹل کنٹرول ہے۔</w:t>
      </w:r>
    </w:p>
    <w:p>
      <w:r>
        <w:rPr>
          <w:b/>
        </w:rPr>
        <w:t xml:space="preserve">[02:31] </w:t>
      </w:r>
      <w:r>
        <w:t>ise wahan aadmi samajh jata hai ke koi hai jo control kiye gaye hain.</w:t>
      </w:r>
    </w:p>
    <w:p>
      <w:pPr>
        <w:jc w:val="right"/>
      </w:pPr>
      <w:r>
        <w:t>اسے وہاں آدمی سمجھ جاتا ہے کہ کوئی ہے جو کنٹرول کیے گئے ہیں۔</w:t>
      </w:r>
    </w:p>
    <w:p>
      <w:r>
        <w:rPr>
          <w:b/>
        </w:rPr>
        <w:t xml:space="preserve">[02:37] </w:t>
      </w:r>
      <w:r>
        <w:t>kyunki insan ki duniya mein hum jaate hain, hum jaante hain ke insan aazad hai, insan aazad hai,</w:t>
      </w:r>
    </w:p>
    <w:p>
      <w:pPr>
        <w:jc w:val="right"/>
      </w:pPr>
      <w:r>
        <w:t>کیونکہ انسان کی دنیا میں ہم جاتے ہیں، ہم جانتے ہیں کہ انسان آزاد ہے، انسان آزاد ہے،</w:t>
      </w:r>
    </w:p>
    <w:p>
      <w:r>
        <w:rPr>
          <w:b/>
        </w:rPr>
        <w:t xml:space="preserve">[02:44] </w:t>
      </w:r>
      <w:r>
        <w:t>woh tarah tarah ki harkatein karta hai.</w:t>
      </w:r>
    </w:p>
    <w:p>
      <w:pPr>
        <w:jc w:val="right"/>
      </w:pPr>
      <w:r>
        <w:t>وہ طرح طرح کی حرکتیں کرتا ہے۔</w:t>
      </w:r>
    </w:p>
    <w:p>
      <w:r>
        <w:rPr>
          <w:b/>
        </w:rPr>
        <w:t xml:space="preserve">[02:50] </w:t>
      </w:r>
      <w:r>
        <w:t>is wajah se insan ke maamle mein hum samajh nahi paate ke yahan bhi koi hai jo insan</w:t>
      </w:r>
    </w:p>
    <w:p>
      <w:pPr>
        <w:jc w:val="right"/>
      </w:pPr>
      <w:r>
        <w:t>اس وجہ سے انسان کے معاملے میں ہم سمجھ نہیں پاتے کہ یہاں بھی کوئی ہے جو انسان</w:t>
      </w:r>
    </w:p>
    <w:p>
      <w:r>
        <w:rPr>
          <w:b/>
        </w:rPr>
        <w:t xml:space="preserve">[02:57] </w:t>
      </w:r>
      <w:r>
        <w:t>ki tareekh ko control kar raha ho, is ko manage kar raha ho.</w:t>
      </w:r>
    </w:p>
    <w:p>
      <w:pPr>
        <w:jc w:val="right"/>
      </w:pPr>
      <w:r>
        <w:t>کی تاریخ کو کنٹرول کر رہا ہو، اس کو مینج کر رہا ہو۔</w:t>
      </w:r>
    </w:p>
    <w:p>
      <w:r>
        <w:rPr>
          <w:b/>
        </w:rPr>
        <w:t xml:space="preserve">[03:04] </w:t>
      </w:r>
      <w:r>
        <w:t>isi liye modern age se log be khabar hain.</w:t>
      </w:r>
    </w:p>
    <w:p>
      <w:pPr>
        <w:jc w:val="right"/>
      </w:pPr>
      <w:r>
        <w:t>اسی لیے ماڈرن ایج سے لوگ بے خبر ہیں۔</w:t>
      </w:r>
    </w:p>
    <w:p>
      <w:r>
        <w:rPr>
          <w:b/>
        </w:rPr>
        <w:t xml:space="preserve">[03:10] </w:t>
      </w:r>
      <w:r>
        <w:t>modern age na to kisi scientist ka creation hai, na kisi western nations ka creation hai.</w:t>
      </w:r>
    </w:p>
    <w:p>
      <w:pPr>
        <w:jc w:val="right"/>
      </w:pPr>
      <w:r>
        <w:t>ماڈرن ایج نہ تو کسی سائنٹسٹ کا کریشن ہے، نہ کسی ویسٹرن نیشنز کا کریشن ہے۔</w:t>
      </w:r>
    </w:p>
    <w:p>
      <w:r>
        <w:rPr>
          <w:b/>
        </w:rPr>
        <w:t xml:space="preserve">[03:17] </w:t>
      </w:r>
      <w:r>
        <w:t>in ko to Allah taala ne istemal kiya hai.</w:t>
      </w:r>
    </w:p>
    <w:p>
      <w:pPr>
        <w:jc w:val="right"/>
      </w:pPr>
      <w:r>
        <w:t>ان کو تو اللہ تعالیٰ نے استعمال کیا ہے۔</w:t>
      </w:r>
    </w:p>
    <w:p>
      <w:r>
        <w:rPr>
          <w:b/>
        </w:rPr>
        <w:t xml:space="preserve">[03:23] </w:t>
      </w:r>
      <w:r>
        <w:t>asal mein ye creation khud Allah taala ka hai.</w:t>
      </w:r>
    </w:p>
    <w:p>
      <w:pPr>
        <w:jc w:val="right"/>
      </w:pPr>
      <w:r>
        <w:t>اصل میں یہ کریشن خود اللہ تعالیٰ کا ہے۔</w:t>
      </w:r>
    </w:p>
    <w:p>
      <w:r>
        <w:rPr>
          <w:b/>
        </w:rPr>
        <w:t xml:space="preserve">[03:30] </w:t>
      </w:r>
      <w:r>
        <w:t>Allah taala ne tareekh ko is tarah manage kiya ke modern age dunya mein aaye.</w:t>
      </w:r>
    </w:p>
    <w:p>
      <w:pPr>
        <w:jc w:val="right"/>
      </w:pPr>
      <w:r>
        <w:t>اللہ تعالیٰ نے تاریخ کو اس طرح مینج کیا کہ ماڈرن ایج دنیا میں آئے۔</w:t>
      </w:r>
    </w:p>
    <w:p>
      <w:r>
        <w:rPr>
          <w:b/>
        </w:rPr>
        <w:t xml:space="preserve">[03:37] </w:t>
      </w:r>
      <w:r>
        <w:t>modern age pore maanon mein Allah ke deen ke liye bilkul is ke muwafiq hai.</w:t>
      </w:r>
    </w:p>
    <w:p>
      <w:pPr>
        <w:jc w:val="right"/>
      </w:pPr>
      <w:r>
        <w:t>ماڈرن ایج پورے معنوں میں اللہ کے دین کے لیے بالکل اس کے موافق ہے۔</w:t>
      </w:r>
    </w:p>
    <w:p>
      <w:r>
        <w:rPr>
          <w:b/>
        </w:rPr>
        <w:t xml:space="preserve">[03:43] </w:t>
      </w:r>
      <w:r>
        <w:t>ye Allah ke deen ke liye supporting element ke taur par zahir hua hai.</w:t>
      </w:r>
    </w:p>
    <w:p>
      <w:pPr>
        <w:jc w:val="right"/>
      </w:pPr>
      <w:r>
        <w:t>یہ اللہ کے دین کے لیے سپورٹنگ ایلیمنٹ کے طور پر ظاہر ہوا ہے۔</w:t>
      </w:r>
    </w:p>
    <w:p>
      <w:r>
        <w:rPr>
          <w:b/>
        </w:rPr>
        <w:t xml:space="preserve">[03:50] </w:t>
      </w:r>
      <w:r>
        <w:t>ye hai theme aaj ki baat cheet ki.</w:t>
      </w:r>
    </w:p>
    <w:p>
      <w:pPr>
        <w:jc w:val="right"/>
      </w:pPr>
      <w:r>
        <w:t>یہ ہے تھیم آج کی بات چیت کی۔</w:t>
      </w:r>
    </w:p>
    <w:p>
      <w:r>
        <w:rPr>
          <w:b/>
        </w:rPr>
        <w:t xml:space="preserve">[03:56] </w:t>
      </w:r>
      <w:r>
        <w:t>ab mein apni baat ko shuru karta hoon aaj ki khabar se, jo bohat zyada, yaani bohat gehra</w:t>
      </w:r>
    </w:p>
    <w:p>
      <w:pPr>
        <w:jc w:val="right"/>
      </w:pPr>
      <w:r>
        <w:t>اب میں اپنی بات کو شروع کرتا ہوں آج کی خبر سے، جو بہت زیادہ، یعنی بہت گہرا</w:t>
      </w:r>
    </w:p>
    <w:p>
      <w:r>
        <w:rPr>
          <w:b/>
        </w:rPr>
        <w:t xml:space="preserve">[04:03] </w:t>
      </w:r>
      <w:r>
        <w:t>taalluq hai aaj, aaj ki theme se.</w:t>
      </w:r>
    </w:p>
    <w:p>
      <w:pPr>
        <w:jc w:val="right"/>
      </w:pPr>
      <w:r>
        <w:t>تعلق ہے آج، آج کی تھیم سے۔</w:t>
      </w:r>
    </w:p>
    <w:p>
      <w:r>
        <w:rPr>
          <w:b/>
        </w:rPr>
        <w:t xml:space="preserve">[04:10] </w:t>
      </w:r>
      <w:r>
        <w:t>aap jante hain ke aaj sare akhbaron mein sab se bari khabar kya hai? sab se bari khabar</w:t>
      </w:r>
    </w:p>
    <w:p>
      <w:pPr>
        <w:jc w:val="right"/>
      </w:pPr>
      <w:r>
        <w:t>آپ جانتے ہیں کہ آج سارے اخباروں میں سب سے بڑی خبر کیا ہے؟ سب سے بڑی خبر</w:t>
      </w:r>
    </w:p>
    <w:p>
      <w:r>
        <w:rPr>
          <w:b/>
        </w:rPr>
        <w:t xml:space="preserve">[04:16] </w:t>
      </w:r>
      <w:r>
        <w:t>ye hai ke Afzal Guru ko phansi.</w:t>
      </w:r>
    </w:p>
    <w:p>
      <w:pPr>
        <w:jc w:val="right"/>
      </w:pPr>
      <w:r>
        <w:t>یہ ہے کہ افضل گرو کو پھانسی۔</w:t>
      </w:r>
    </w:p>
    <w:p>
      <w:r>
        <w:rPr>
          <w:b/>
        </w:rPr>
        <w:t xml:space="preserve">[04:23] </w:t>
      </w:r>
      <w:r>
        <w:t>Afzal Guru ko phansi.</w:t>
      </w:r>
    </w:p>
    <w:p>
      <w:pPr>
        <w:jc w:val="right"/>
      </w:pPr>
      <w:r>
        <w:t>افضل گرو کو پھانسی۔</w:t>
      </w:r>
    </w:p>
    <w:p>
      <w:r>
        <w:rPr>
          <w:b/>
        </w:rPr>
        <w:t xml:space="preserve">[04:29] </w:t>
      </w:r>
      <w:r>
        <w:t>ye angrezi paper dekhen aap.</w:t>
      </w:r>
    </w:p>
    <w:p>
      <w:pPr>
        <w:jc w:val="right"/>
      </w:pPr>
      <w:r>
        <w:t>یہ انگریزی پیپر دیکھیں آپ۔</w:t>
      </w:r>
    </w:p>
    <w:p>
      <w:r>
        <w:rPr>
          <w:b/>
        </w:rPr>
        <w:t xml:space="preserve">[04:36] </w:t>
      </w:r>
      <w:r>
        <w:t>Guru to hang.</w:t>
      </w:r>
    </w:p>
    <w:p>
      <w:pPr>
        <w:jc w:val="right"/>
      </w:pPr>
      <w:r>
        <w:t>گرو ٹر ہینگ۔</w:t>
      </w:r>
    </w:p>
    <w:p>
      <w:r>
        <w:rPr>
          <w:b/>
        </w:rPr>
        <w:t xml:space="preserve">[04:43] </w:t>
      </w:r>
      <w:r>
        <w:t>ye kon hai? ye ek Muslim hai.</w:t>
      </w:r>
    </w:p>
    <w:p>
      <w:pPr>
        <w:jc w:val="right"/>
      </w:pPr>
      <w:r>
        <w:t>یہ کون ہے؟ یہ ایک مسلم ہے۔</w:t>
      </w:r>
    </w:p>
    <w:p>
      <w:r>
        <w:rPr>
          <w:b/>
        </w:rPr>
        <w:t xml:space="preserve">[04:49] </w:t>
      </w:r>
      <w:r>
        <w:t>is ka aap dekh rahe hain tasweer mein, kuch chehre par dadi hai.</w:t>
      </w:r>
    </w:p>
    <w:p>
      <w:pPr>
        <w:jc w:val="right"/>
      </w:pPr>
      <w:r>
        <w:t>اس کا آپ دیکھ رہے ہیں تصویر میں، کچھ چہرے پر داڑھی ہے۔</w:t>
      </w:r>
    </w:p>
    <w:p>
      <w:r>
        <w:rPr>
          <w:b/>
        </w:rPr>
        <w:t xml:space="preserve">[04:56] </w:t>
      </w:r>
      <w:r>
        <w:t>khabar mein bataya gaya hai ke jab is ko phansi di gayi to us se pehle is ne</w:t>
      </w:r>
    </w:p>
    <w:p>
      <w:pPr>
        <w:jc w:val="right"/>
      </w:pPr>
      <w:r>
        <w:t>خبر میں بتایا گیا ہے کہ جب اس کو پھانسی دی گئی تو اس سے پہلے اس نے</w:t>
      </w:r>
    </w:p>
    <w:p>
      <w:r>
        <w:rPr>
          <w:b/>
        </w:rPr>
        <w:t xml:space="preserve">[05:02] </w:t>
      </w:r>
      <w:r>
        <w:t>do rak'at namaz parhi.</w:t>
      </w:r>
    </w:p>
    <w:p>
      <w:pPr>
        <w:jc w:val="right"/>
      </w:pPr>
      <w:r>
        <w:t>دو رکعت نماز پڑھی۔</w:t>
      </w:r>
    </w:p>
    <w:p>
      <w:r>
        <w:rPr>
          <w:b/>
        </w:rPr>
        <w:t xml:space="preserve">[05:09] </w:t>
      </w:r>
      <w:r>
        <w:t>is ka taalluq kis group se hai? is ka taalluq hai Jais-e-Mohabbat se.</w:t>
      </w:r>
    </w:p>
    <w:p>
      <w:pPr>
        <w:jc w:val="right"/>
      </w:pPr>
      <w:r>
        <w:t>اس کا تعلق کس گروپ سے ہے؟ اس کا تعلق ہے جیش محبت سے۔</w:t>
      </w:r>
    </w:p>
    <w:p>
      <w:r>
        <w:rPr>
          <w:b/>
        </w:rPr>
        <w:t xml:space="preserve">[05:16] </w:t>
      </w:r>
      <w:r>
        <w:t>yaani Muhammad Sallallahu Alaihi Wasallam ke mission par woh samajhta hai ke mein chal raha hoon.</w:t>
      </w:r>
    </w:p>
    <w:p>
      <w:pPr>
        <w:jc w:val="right"/>
      </w:pPr>
      <w:r>
        <w:t>یعنی محمد صلی اللہ علیہ وسلم کے مشن پر وہ سمجھتا ہے کہ میں چل رہا ہوں۔</w:t>
      </w:r>
    </w:p>
    <w:p>
      <w:r>
        <w:rPr>
          <w:b/>
        </w:rPr>
        <w:t xml:space="preserve">[05:22] </w:t>
      </w:r>
      <w:r>
        <w:t>aur is ne tahajjud ka plan banaya, is ke nateejay mein is ko phansi hui.</w:t>
      </w:r>
    </w:p>
    <w:p>
      <w:pPr>
        <w:jc w:val="right"/>
      </w:pPr>
      <w:r>
        <w:t>اور اس نے تہجد کا پلان بنایا، اس کے نتیجے میں اس کو پھانسی ہوئی۔</w:t>
      </w:r>
    </w:p>
    <w:p>
      <w:r>
        <w:rPr>
          <w:b/>
        </w:rPr>
        <w:t xml:space="preserve">[05:29] </w:t>
      </w:r>
      <w:r>
        <w:t>to is waqe par log tarah tarah se comment kar rahe hain, lekin mein ek aur ek baat</w:t>
      </w:r>
    </w:p>
    <w:p>
      <w:pPr>
        <w:jc w:val="right"/>
      </w:pPr>
      <w:r>
        <w:t>تو اس واقعے پر لوگ طرح طرح سے کمنٹ کر رہے ہیں، لیکن میں ایک اور ایک بات</w:t>
      </w:r>
    </w:p>
    <w:p>
      <w:r>
        <w:rPr>
          <w:b/>
        </w:rPr>
        <w:t xml:space="preserve">[05:35] </w:t>
      </w:r>
      <w:r>
        <w:t>se jagah sochte hain is waqe ko le kar.</w:t>
      </w:r>
    </w:p>
    <w:p>
      <w:pPr>
        <w:jc w:val="right"/>
      </w:pPr>
      <w:r>
        <w:t>سے جگہ سوچتے ہیں اس واقعے کو لے کر۔</w:t>
      </w:r>
    </w:p>
    <w:p>
      <w:r>
        <w:rPr>
          <w:b/>
        </w:rPr>
        <w:t xml:space="preserve">[05:42] </w:t>
      </w:r>
      <w:r>
        <w:t>dekhen, koi aadmi jab aisi juraam karta hai zindagi mein, aisa risk leta hai, yeh bohat bara risk</w:t>
      </w:r>
    </w:p>
    <w:p>
      <w:pPr>
        <w:jc w:val="right"/>
      </w:pPr>
      <w:r>
        <w:t>دیکھیں، کوئی آدمی جب ایسی جرم کرتا ہے زندگی میں، ایسا رسک لیتا ہے، یہ بہت بڑا رسک</w:t>
      </w:r>
    </w:p>
    <w:p>
      <w:r>
        <w:rPr>
          <w:b/>
        </w:rPr>
        <w:t xml:space="preserve">[05:49] </w:t>
      </w:r>
      <w:r>
        <w:t>tha jo us kisi insaan ne liya ke main jaan se mara jaunga, mujhe phansi hogi.</w:t>
      </w:r>
    </w:p>
    <w:p>
      <w:pPr>
        <w:jc w:val="right"/>
      </w:pPr>
      <w:r>
        <w:t>تھا جو اس کسی انسان نے لیا کہ میں جان سے مارا جاؤں گا، مجھے پھانسی ہوگی۔</w:t>
      </w:r>
    </w:p>
    <w:p>
      <w:r>
        <w:rPr>
          <w:b/>
        </w:rPr>
        <w:t xml:space="preserve">[05:55] </w:t>
      </w:r>
      <w:r>
        <w:t>اتنا بڑا رسک کیسے لیتا ہے آدمی؟ There must be some conviction.</w:t>
      </w:r>
    </w:p>
    <w:p>
      <w:pPr>
        <w:jc w:val="right"/>
      </w:pPr>
      <w:r>
        <w:t>اتنا بڑا رسک کیسے لیتا ہے آدمی؟ دیر مسٹ بی سم کنوکشن۔</w:t>
      </w:r>
    </w:p>
    <w:p>
      <w:r>
        <w:rPr>
          <w:b/>
        </w:rPr>
        <w:t xml:space="preserve">[06:02] </w:t>
      </w:r>
      <w:r>
        <w:t>koi bohat bara yaqeen us ke peechay hona chahiye.</w:t>
      </w:r>
    </w:p>
    <w:p>
      <w:pPr>
        <w:jc w:val="right"/>
      </w:pPr>
      <w:r>
        <w:t>کوئی بہت بڑا یقین اس کے پیچھے ہونا چاہیے۔</w:t>
      </w:r>
    </w:p>
    <w:p>
      <w:r>
        <w:rPr>
          <w:b/>
        </w:rPr>
        <w:t xml:space="preserve">[06:08] </w:t>
      </w:r>
      <w:r>
        <w:t>yaqeen ke baghair aap itna bara qadam nahi kar sakte jis ke baray mein aap ko pehlay hi</w:t>
      </w:r>
    </w:p>
    <w:p>
      <w:pPr>
        <w:jc w:val="right"/>
      </w:pPr>
      <w:r>
        <w:t>یقین کے بغیر آپ اتنا بڑا اقدام نہیں کر سکتے جس کے بارے میں آپ کو پہلے ہی</w:t>
      </w:r>
    </w:p>
    <w:p>
      <w:r>
        <w:rPr>
          <w:b/>
        </w:rPr>
        <w:t xml:space="preserve">[06:15] </w:t>
      </w:r>
      <w:r>
        <w:t>se pata ho ke mujhe marna hai, mujhe phansi hona hai.</w:t>
      </w:r>
    </w:p>
    <w:p>
      <w:pPr>
        <w:jc w:val="right"/>
      </w:pPr>
      <w:r>
        <w:t>سے پتہ ہو کہ مجھے مرنا ہے، مجھے پھانسی ہونا ہے۔</w:t>
      </w:r>
    </w:p>
    <w:p>
      <w:r>
        <w:rPr>
          <w:b/>
        </w:rPr>
        <w:t xml:space="preserve">[06:21] </w:t>
      </w:r>
      <w:r>
        <w:t>to woh yaqeen kahan se aata hai? aur is tarah ki ek baat nahi hai, hazaron hazar musalman</w:t>
      </w:r>
    </w:p>
    <w:p>
      <w:pPr>
        <w:jc w:val="right"/>
      </w:pPr>
      <w:r>
        <w:t>تو وہ یقین کہاں سے آتا ہے؟ اور اس طرح کی ایک بات نہیں ہے، ہزاروں ہزار مسلمان</w:t>
      </w:r>
    </w:p>
    <w:p>
      <w:r>
        <w:rPr>
          <w:b/>
        </w:rPr>
        <w:t xml:space="preserve">[06:28] </w:t>
      </w:r>
      <w:r>
        <w:t>isi tareeqay se apni janen de rahay hain.</w:t>
      </w:r>
    </w:p>
    <w:p>
      <w:pPr>
        <w:jc w:val="right"/>
      </w:pPr>
      <w:r>
        <w:t>اسی طریقے سے اپنی جانیں دے رہے ہیں۔</w:t>
      </w:r>
    </w:p>
    <w:p>
      <w:r>
        <w:rPr>
          <w:b/>
        </w:rPr>
        <w:t xml:space="preserve">[06:35] </w:t>
      </w:r>
      <w:r>
        <w:t>suicide bombing karte hain, ghus jatay hain kisi building mein gun le kar ke, jantay hue ke mujhe</w:t>
      </w:r>
    </w:p>
    <w:p>
      <w:pPr>
        <w:jc w:val="right"/>
      </w:pPr>
      <w:r>
        <w:t>سوسائیڈ بمبنگ کرتے ہیں، گھس جاتے ہیں کسی بلڈنگ میں گن لے کر کے، جانتے ہوئے کہ مجھے</w:t>
      </w:r>
    </w:p>
    <w:p>
      <w:r>
        <w:rPr>
          <w:b/>
        </w:rPr>
        <w:t xml:space="preserve">[06:41] </w:t>
      </w:r>
      <w:r>
        <w:t>mara ja jayega.</w:t>
      </w:r>
    </w:p>
    <w:p>
      <w:pPr>
        <w:jc w:val="right"/>
      </w:pPr>
      <w:r>
        <w:t>مارا جا جائے گا۔</w:t>
      </w:r>
    </w:p>
    <w:p>
      <w:r>
        <w:rPr>
          <w:b/>
        </w:rPr>
        <w:t xml:space="preserve">[06:48] </w:t>
      </w:r>
      <w:r>
        <w:t>hazaron hazar musalman kyun apni janen de rahay hain? to yeh conviction aata hai kahan se? dekhen, yeh</w:t>
      </w:r>
    </w:p>
    <w:p>
      <w:pPr>
        <w:jc w:val="right"/>
      </w:pPr>
      <w:r>
        <w:t>ہزاروں ہزار مسلمان کیوں اپنی جانیں دے رہے ہیں؟ تو یہ کنوکشن آتا ہے کہاں سے؟ دیکھیں، یہ</w:t>
      </w:r>
    </w:p>
    <w:p>
      <w:r>
        <w:rPr>
          <w:b/>
        </w:rPr>
        <w:t xml:space="preserve">[06:54] </w:t>
      </w:r>
      <w:r>
        <w:t>conviction aata hai in awareness se, bekhabari se.</w:t>
      </w:r>
    </w:p>
    <w:p>
      <w:pPr>
        <w:jc w:val="right"/>
      </w:pPr>
      <w:r>
        <w:t>کنوکشن آتا ہے ان اویئرنس سے، بے خبری سے۔</w:t>
      </w:r>
    </w:p>
    <w:p>
      <w:r>
        <w:rPr>
          <w:b/>
        </w:rPr>
        <w:t xml:space="preserve">[07:01] </w:t>
      </w:r>
      <w:r>
        <w:t>history mein bohat se aisay waqiat hain ke aadmi ko bekhabari mein bhi yaqeen ho jata hai.</w:t>
      </w:r>
    </w:p>
    <w:p>
      <w:pPr>
        <w:jc w:val="right"/>
      </w:pPr>
      <w:r>
        <w:t>ہسٹری میں بہت سے ایسے واقعات ہیں کہ آدمی کو بے خبری میں بھی یقین ہو جاتا ہے۔</w:t>
      </w:r>
    </w:p>
    <w:p>
      <w:r>
        <w:rPr>
          <w:b/>
        </w:rPr>
        <w:t xml:space="preserve">[07:08] </w:t>
      </w:r>
      <w:r>
        <w:t>in awareness se bhi woh baray baray qadamat karta hai.</w:t>
      </w:r>
    </w:p>
    <w:p>
      <w:pPr>
        <w:jc w:val="right"/>
      </w:pPr>
      <w:r>
        <w:t>ان اویئرنس سے بھی وہ بڑے بڑے اقدامات کرتا ہے۔</w:t>
      </w:r>
    </w:p>
    <w:p>
      <w:r>
        <w:rPr>
          <w:b/>
        </w:rPr>
        <w:t xml:space="preserve">[07:14] </w:t>
      </w:r>
      <w:r>
        <w:t>kyunke ek false yaqeen hota hai, yeh hai false conviction.</w:t>
      </w:r>
    </w:p>
    <w:p>
      <w:pPr>
        <w:jc w:val="right"/>
      </w:pPr>
      <w:r>
        <w:t>کیونکہ ایک فالس یقین ہوتا ہے، یہ ہے فالس کنوکشن۔</w:t>
      </w:r>
    </w:p>
    <w:p>
      <w:r>
        <w:rPr>
          <w:b/>
        </w:rPr>
        <w:t xml:space="preserve">[07:21] </w:t>
      </w:r>
      <w:r>
        <w:t>false conviction bhi itna hi powerful hai jitna ke true conviction.</w:t>
      </w:r>
    </w:p>
    <w:p>
      <w:pPr>
        <w:jc w:val="right"/>
      </w:pPr>
      <w:r>
        <w:t>فالس کنوکشن بھی اتنا ہی پاورفل ہے جتنا کہ ٹرو کنوکشن۔</w:t>
      </w:r>
    </w:p>
    <w:p>
      <w:r>
        <w:rPr>
          <w:b/>
        </w:rPr>
        <w:t xml:space="preserve">[07:27] </w:t>
      </w:r>
      <w:r>
        <w:t>is ki mein misaal deta hoon aap ko.</w:t>
      </w:r>
    </w:p>
    <w:p>
      <w:pPr>
        <w:jc w:val="right"/>
      </w:pPr>
      <w:r>
        <w:t>اس کی میں مثال دیتا ہوں آپ کو۔</w:t>
      </w:r>
    </w:p>
    <w:p>
      <w:r>
        <w:rPr>
          <w:b/>
        </w:rPr>
        <w:t xml:space="preserve">[07:34] </w:t>
      </w:r>
      <w:r>
        <w:t>second world war mein japaniyon ne pehli baar yeh waqia kiya tha ke apni body se bomb bandhte</w:t>
      </w:r>
    </w:p>
    <w:p>
      <w:pPr>
        <w:jc w:val="right"/>
      </w:pPr>
      <w:r>
        <w:t>سیکنڈ ورلڈ وار میں جاپانیوں نے پہلی بار یہ واقعہ کیا تھا کہ اپنی باڈی سے بم باندھتے</w:t>
      </w:r>
    </w:p>
    <w:p>
      <w:r>
        <w:rPr>
          <w:b/>
        </w:rPr>
        <w:t xml:space="preserve">[07:41] </w:t>
      </w:r>
      <w:r>
        <w:t>the, woh hawai jahaz mein oopar jatay thay, phir un ko hawai jahaz se parachute utara jata tha.</w:t>
      </w:r>
    </w:p>
    <w:p>
      <w:pPr>
        <w:jc w:val="right"/>
      </w:pPr>
      <w:r>
        <w:t>تھے، وہ ہوائی جہاز میں اوپر جاتے تھے، پھر ان کو ہوائی جہاز سے پیراشوٹ اتارا جاتا تھا۔</w:t>
      </w:r>
    </w:p>
    <w:p>
      <w:r>
        <w:rPr>
          <w:b/>
        </w:rPr>
        <w:t xml:space="preserve">[07:47] </w:t>
      </w:r>
      <w:r>
        <w:t>to apni body mein bomb bandh kar ke woh dushman ke jahaz ki chimney mein gira dete thay.</w:t>
      </w:r>
    </w:p>
    <w:p>
      <w:pPr>
        <w:jc w:val="right"/>
      </w:pPr>
      <w:r>
        <w:t>تو اپنی باڈی میں بم باندھ کر کے وہ دشمن کے جہاز کی چمنی میں گرا دیتے تھے۔</w:t>
      </w:r>
    </w:p>
    <w:p>
      <w:r>
        <w:rPr>
          <w:b/>
        </w:rPr>
        <w:t xml:space="preserve">[07:54] </w:t>
      </w:r>
      <w:r>
        <w:t>is zamanay mein baray baray jangii jahaz hua karte thay, jis ko dushman samajhte thay, woh America ko</w:t>
      </w:r>
    </w:p>
    <w:p>
      <w:pPr>
        <w:jc w:val="right"/>
      </w:pPr>
      <w:r>
        <w:t>اس زمانے میں بڑے بڑے جنگی جہاز ہوا کرتے تھے، جس کو دشمن سمجھتے تھے، وہ امریکہ کو</w:t>
      </w:r>
    </w:p>
    <w:p>
      <w:r>
        <w:rPr>
          <w:b/>
        </w:rPr>
        <w:t xml:space="preserve">[08:00] </w:t>
      </w:r>
      <w:r>
        <w:t>apna dushman samajhte thay.</w:t>
      </w:r>
    </w:p>
    <w:p>
      <w:pPr>
        <w:jc w:val="right"/>
      </w:pPr>
      <w:r>
        <w:t>اپنا دشمن سمجھتے تھے۔</w:t>
      </w:r>
    </w:p>
    <w:p>
      <w:r>
        <w:rPr>
          <w:b/>
        </w:rPr>
        <w:t xml:space="preserve">[08:07] </w:t>
      </w:r>
      <w:r>
        <w:t>to woh apni body se bomb bandh kar ke jahazon ki chimney mein gira dete thay, aur dhamaka</w:t>
      </w:r>
    </w:p>
    <w:p>
      <w:pPr>
        <w:jc w:val="right"/>
      </w:pPr>
      <w:r>
        <w:t>تو وہ اپنی باڈی سے بم باندھ کر کے جہازوں کی چمنی میں گرا دیتے تھے، اور دھماکہ</w:t>
      </w:r>
    </w:p>
    <w:p>
      <w:r>
        <w:rPr>
          <w:b/>
        </w:rPr>
        <w:t xml:space="preserve">[08:14] </w:t>
      </w:r>
      <w:r>
        <w:t>hota tha, aur jahaz ur jata tha.</w:t>
      </w:r>
    </w:p>
    <w:p>
      <w:pPr>
        <w:jc w:val="right"/>
      </w:pPr>
      <w:r>
        <w:t>ہوتا تھا، اور جہاز اڑ جاتا تھا۔</w:t>
      </w:r>
    </w:p>
    <w:p>
      <w:r>
        <w:rPr>
          <w:b/>
        </w:rPr>
        <w:t xml:space="preserve">[08:20] </w:t>
      </w:r>
      <w:r>
        <w:t>ab ghhor kijiye ke suicide karte thay woh, to kis conviction se suicide karte thay? woh kya, woh</w:t>
      </w:r>
    </w:p>
    <w:p>
      <w:pPr>
        <w:jc w:val="right"/>
      </w:pPr>
      <w:r>
        <w:t>اب غور کیجیے کہ سوسائیڈ کرتے تھے وہ، تو کس کنوکشن سے سوسائیڈ کرتے تھے؟ وہ کیا، وہ</w:t>
      </w:r>
    </w:p>
    <w:p>
      <w:r>
        <w:rPr>
          <w:b/>
        </w:rPr>
        <w:t xml:space="preserve">[08:27] </w:t>
      </w:r>
      <w:r>
        <w:t>samajhte thay ke tashaddud ke zariye woh Japan ko ek bara mulk bana sakenge, tashaddud ke zariye se.</w:t>
      </w:r>
    </w:p>
    <w:p>
      <w:pPr>
        <w:jc w:val="right"/>
      </w:pPr>
      <w:r>
        <w:t>سمجھتے تھے کہ تشدد کے ذریعے وہ جاپان کو ایک بڑا ملک بنا سکیں گے، تشدد کے ذریعے سے۔</w:t>
      </w:r>
    </w:p>
    <w:p>
      <w:r>
        <w:rPr>
          <w:b/>
        </w:rPr>
        <w:t xml:space="preserve">[08:33] </w:t>
      </w:r>
      <w:r>
        <w:t>lekin bara mulk bana nahi, tashaddud se japan bara mulk bana nahi.</w:t>
      </w:r>
    </w:p>
    <w:p>
      <w:pPr>
        <w:jc w:val="right"/>
      </w:pPr>
      <w:r>
        <w:t>لیکن بڑا ملک بنا نہیں، تشدد سے جاپان بڑا ملک بنا نہیں۔</w:t>
      </w:r>
    </w:p>
    <w:p>
      <w:r>
        <w:rPr>
          <w:b/>
        </w:rPr>
        <w:t xml:space="preserve">[08:40] </w:t>
      </w:r>
      <w:r>
        <w:t>baad ko unhein discovery hui ke hum to bewakoofi kar rahe the, hum to nadani kar rahe the.</w:t>
      </w:r>
    </w:p>
    <w:p>
      <w:pPr>
        <w:jc w:val="right"/>
      </w:pPr>
      <w:r>
        <w:t>بعد کو انہیں ڈسکوری ہوئی کہ ہم تو بیوقوفی کر رہے تھے، ہم تو نادانی کر رہے تھے۔</w:t>
      </w:r>
    </w:p>
    <w:p>
      <w:r>
        <w:rPr>
          <w:b/>
        </w:rPr>
        <w:t xml:space="preserve">[08:47] </w:t>
      </w:r>
      <w:r>
        <w:t>japan bara ban sakta hai peace ke zariye se, power of peace ke zariye se, power of violence se nahi.</w:t>
      </w:r>
    </w:p>
    <w:p>
      <w:pPr>
        <w:jc w:val="right"/>
      </w:pPr>
      <w:r>
        <w:t>جاپان بڑا بن سکتا ہے پیس کے ذریعے سے، پاور آف پیس کے ذریعے سے، پاور آف وائلنس سے نہیں۔</w:t>
      </w:r>
    </w:p>
    <w:p>
      <w:r>
        <w:rPr>
          <w:b/>
        </w:rPr>
        <w:t xml:space="preserve">[08:53] </w:t>
      </w:r>
      <w:r>
        <w:t>to achaanak second world war ke baad japan ne you turn le liya, you turn.</w:t>
      </w:r>
    </w:p>
    <w:p>
      <w:pPr>
        <w:jc w:val="right"/>
      </w:pPr>
      <w:r>
        <w:t>تو اچانک سیکنڈ ورلڈ وار کے بعد جاپان نے یو ٹرن لے لیا، یو ٹرن۔</w:t>
      </w:r>
    </w:p>
    <w:p>
      <w:r>
        <w:rPr>
          <w:b/>
        </w:rPr>
        <w:t xml:space="preserve">[09:00] </w:t>
      </w:r>
      <w:r>
        <w:t>dunya ka sab se bara peaceful country ban gaya.</w:t>
      </w:r>
    </w:p>
    <w:p>
      <w:pPr>
        <w:jc w:val="right"/>
      </w:pPr>
      <w:r>
        <w:t>دنیا کا سب سے بڑا پیس فل کنٹری بن گیا۔</w:t>
      </w:r>
    </w:p>
    <w:p>
      <w:r>
        <w:rPr>
          <w:b/>
        </w:rPr>
        <w:t xml:space="preserve">[09:06] </w:t>
      </w:r>
      <w:r>
        <w:t>unhon ne kya kiya? violence ko chhora, aur education mein sari taqat unhon ne divert kar di.</w:t>
      </w:r>
    </w:p>
    <w:p>
      <w:pPr>
        <w:jc w:val="right"/>
      </w:pPr>
      <w:r>
        <w:t>انہوں نے کیا کیا؟ وائلنس کو چھوڑا، اور ایجوکیشن میں ساری طاقت انہوں نے ڈائیورٹ کر دی۔</w:t>
      </w:r>
    </w:p>
    <w:p>
      <w:r>
        <w:rPr>
          <w:b/>
        </w:rPr>
        <w:t xml:space="preserve">[09:13] </w:t>
      </w:r>
      <w:r>
        <w:t>education aur history.</w:t>
      </w:r>
    </w:p>
    <w:p>
      <w:pPr>
        <w:jc w:val="right"/>
      </w:pPr>
      <w:r>
        <w:t>ایجوکیشن اور ہسٹری۔</w:t>
      </w:r>
    </w:p>
    <w:p>
      <w:r>
        <w:rPr>
          <w:b/>
        </w:rPr>
        <w:t xml:space="preserve">[09:20] </w:t>
      </w:r>
      <w:r>
        <w:t>aaj japan mein koi bhi jang ki baat nahi karta, koi bhi violence ki baat nahi karta, kyunke</w:t>
      </w:r>
    </w:p>
    <w:p>
      <w:pPr>
        <w:jc w:val="right"/>
      </w:pPr>
      <w:r>
        <w:t>آج جاپان میں کوئی بھی جنگ کی بات نہیں کرتا، کوئی بھی وائلنس کی بات نہیں کرتا، کیونکہ</w:t>
      </w:r>
    </w:p>
    <w:p>
      <w:r>
        <w:rPr>
          <w:b/>
        </w:rPr>
        <w:t xml:space="preserve">[09:26] </w:t>
      </w:r>
      <w:r>
        <w:t>انہوں نے they have discovered the value of peace.</w:t>
      </w:r>
    </w:p>
    <w:p>
      <w:pPr>
        <w:jc w:val="right"/>
      </w:pPr>
      <w:r>
        <w:t>انہوں نے دے ہیو ڈسکورڈ دا ویلیو آف پیس۔</w:t>
      </w:r>
    </w:p>
    <w:p>
      <w:r>
        <w:rPr>
          <w:b/>
        </w:rPr>
        <w:t xml:space="preserve">[09:33] </w:t>
      </w:r>
      <w:r>
        <w:t>jabke is se pehle wo peace ki value se bekhabar the.</w:t>
      </w:r>
    </w:p>
    <w:p>
      <w:pPr>
        <w:jc w:val="right"/>
      </w:pPr>
      <w:r>
        <w:t>جبکہ اس سے پہلے وہ پیس کی ویلیو سے بے خبر تھے۔</w:t>
      </w:r>
    </w:p>
    <w:p>
      <w:r>
        <w:rPr>
          <w:b/>
        </w:rPr>
        <w:t xml:space="preserve">[09:39] </w:t>
      </w:r>
      <w:r>
        <w:t>to wo jo bomb baandh kar ke jangii jahazon ki chimni apne gira dete the, to wo bhi</w:t>
      </w:r>
    </w:p>
    <w:p>
      <w:pPr>
        <w:jc w:val="right"/>
      </w:pPr>
      <w:r>
        <w:t>تو وہ جو بم باندھ کر کے جنگی جہازوں کی چمنی اپنے گرا دیتے تھے، تو وہ بھی</w:t>
      </w:r>
    </w:p>
    <w:p>
      <w:r>
        <w:rPr>
          <w:b/>
        </w:rPr>
        <w:t xml:space="preserve">[09:46] </w:t>
      </w:r>
      <w:r>
        <w:t>conviction tha is ke peeche.</w:t>
      </w:r>
    </w:p>
    <w:p>
      <w:pPr>
        <w:jc w:val="right"/>
      </w:pPr>
      <w:r>
        <w:t>کنوکشن تھا اس کے پیچھے۔</w:t>
      </w:r>
    </w:p>
    <w:p>
      <w:r>
        <w:rPr>
          <w:b/>
        </w:rPr>
        <w:t xml:space="preserve">[09:53] </w:t>
      </w:r>
      <w:r>
        <w:t>lekin wo false conviction tha.</w:t>
      </w:r>
    </w:p>
    <w:p>
      <w:pPr>
        <w:jc w:val="right"/>
      </w:pPr>
      <w:r>
        <w:t>لیکن وہ فالس کنوکشن تھا۔</w:t>
      </w:r>
    </w:p>
    <w:p>
      <w:r>
        <w:rPr>
          <w:b/>
        </w:rPr>
        <w:t xml:space="preserve">[09:59] </w:t>
      </w:r>
      <w:r>
        <w:t>ab jo japani kar rahe hain, wo bhi conviction hai is ke peeche, lekin ab true conviction hai.</w:t>
      </w:r>
    </w:p>
    <w:p>
      <w:pPr>
        <w:jc w:val="right"/>
      </w:pPr>
      <w:r>
        <w:t>اب جو جاپانی کر رہے ہیں، وہ بھی کنوکشن ہے اس کے پیچھے، لیکن اب ٹرو کنوکشن ہے۔</w:t>
      </w:r>
    </w:p>
    <w:p>
      <w:r>
        <w:rPr>
          <w:b/>
        </w:rPr>
        <w:t xml:space="preserve">[10:06] </w:t>
      </w:r>
      <w:r>
        <w:t>to sare musalman dunya bhar ke jo ya to terrorism ki baatein karte hain ya amarant terrorism ban gaye hain.</w:t>
      </w:r>
    </w:p>
    <w:p>
      <w:pPr>
        <w:jc w:val="right"/>
      </w:pPr>
      <w:r>
        <w:t>تو سارے مسلمان دنیا بھر کے جو یا تو ٹیررزم کی باتیں کرتے ہیں یا امرنٹ ٹیررزم بن گئے ہیں۔</w:t>
      </w:r>
    </w:p>
    <w:p>
      <w:r>
        <w:rPr>
          <w:b/>
        </w:rPr>
        <w:t xml:space="preserve">[10:12] </w:t>
      </w:r>
      <w:r>
        <w:t>mujhe koi ek bhi musalman nahi maloom jo is hawalay mein is ko janta ho ke yeh daur</w:t>
      </w:r>
    </w:p>
    <w:p>
      <w:pPr>
        <w:jc w:val="right"/>
      </w:pPr>
      <w:r>
        <w:t>مجھے کوئی ایک بھی مسلمان نہیں معلوم جو اس حوالے میں اس کو جانتا ہو کہ یہ دور</w:t>
      </w:r>
    </w:p>
    <w:p>
      <w:r>
        <w:rPr>
          <w:b/>
        </w:rPr>
        <w:t xml:space="preserve">[10:19] </w:t>
      </w:r>
      <w:r>
        <w:t>aman ka daur hai. koi nahi.</w:t>
      </w:r>
    </w:p>
    <w:p>
      <w:pPr>
        <w:jc w:val="right"/>
      </w:pPr>
      <w:r>
        <w:t>امن کا دور ہے۔ کوئی نہیں۔</w:t>
      </w:r>
    </w:p>
    <w:p>
      <w:r>
        <w:rPr>
          <w:b/>
        </w:rPr>
        <w:t xml:space="preserve">[10:26] </w:t>
      </w:r>
      <w:r>
        <w:t>Allah taala ne ek bohat bari planning, planning ki, jis jis ko planning ko mein kehta hoon ke</w:t>
      </w:r>
    </w:p>
    <w:p>
      <w:pPr>
        <w:jc w:val="right"/>
      </w:pPr>
      <w:r>
        <w:t>اللہ تعالیٰ نے ایک بہت بڑی پلاننگ، پلاننگ کی، جس جس کو پلاننگ کو میں کہتا ہوں کہ</w:t>
      </w:r>
    </w:p>
    <w:p>
      <w:r>
        <w:rPr>
          <w:b/>
        </w:rPr>
        <w:t xml:space="preserve">[10:32] </w:t>
      </w:r>
      <w:r>
        <w:t>from the age of violence to the age of peace.</w:t>
      </w:r>
    </w:p>
    <w:p>
      <w:pPr>
        <w:jc w:val="right"/>
      </w:pPr>
      <w:r>
        <w:t>فرام دی ایج آف وائلنس ٹو دی ایج آف پیس۔</w:t>
      </w:r>
    </w:p>
    <w:p>
      <w:r>
        <w:rPr>
          <w:b/>
        </w:rPr>
        <w:t xml:space="preserve">[10:39] </w:t>
      </w:r>
      <w:r>
        <w:t>aisi planning ki ke wo qadeem zamanay mein jo tha, violence par sab bari baat, sab zyada, sab bari taqat.</w:t>
      </w:r>
    </w:p>
    <w:p>
      <w:pPr>
        <w:jc w:val="right"/>
      </w:pPr>
      <w:r>
        <w:t>ایسی پلاننگ کی کہ وہ قدیم زمانے میں جو تھا، وائلنس پر سب بڑی بات، سب زیادہ، سب بڑی طاقت۔</w:t>
      </w:r>
    </w:p>
    <w:p>
      <w:r>
        <w:rPr>
          <w:b/>
        </w:rPr>
        <w:t xml:space="preserve">[10:45] </w:t>
      </w:r>
      <w:r>
        <w:t>might is right.</w:t>
      </w:r>
    </w:p>
    <w:p>
      <w:pPr>
        <w:jc w:val="right"/>
      </w:pPr>
      <w:r>
        <w:t>مائٹ از رائٹ۔</w:t>
      </w:r>
    </w:p>
    <w:p>
      <w:r>
        <w:rPr>
          <w:b/>
        </w:rPr>
        <w:t xml:space="preserve">[10:52] </w:t>
      </w:r>
      <w:r>
        <w:t>sab bari taqat qadeem zamanay mein talwar hua karti thi.</w:t>
      </w:r>
    </w:p>
    <w:p>
      <w:pPr>
        <w:jc w:val="right"/>
      </w:pPr>
      <w:r>
        <w:t>سب بڑی طاقت قدیم زمانے میں تلوار ہوا کرتی تھی۔</w:t>
      </w:r>
    </w:p>
    <w:p>
      <w:r>
        <w:rPr>
          <w:b/>
        </w:rPr>
        <w:t xml:space="preserve">[10:59] </w:t>
      </w:r>
      <w:r>
        <w:t>is daur ko Allah taala ne nikala, ek naya zamanay paida kiya.</w:t>
      </w:r>
    </w:p>
    <w:p>
      <w:pPr>
        <w:jc w:val="right"/>
      </w:pPr>
      <w:r>
        <w:t>اس دور کو اللہ تعالیٰ نے نکالا، ایک نیا زمانہ پیدا کیا۔</w:t>
      </w:r>
    </w:p>
    <w:p>
      <w:r>
        <w:rPr>
          <w:b/>
        </w:rPr>
        <w:t xml:space="preserve">[11:05] </w:t>
      </w:r>
      <w:r>
        <w:t>yahan sab se bari taqat aman hai.</w:t>
      </w:r>
    </w:p>
    <w:p>
      <w:pPr>
        <w:jc w:val="right"/>
      </w:pPr>
      <w:r>
        <w:t>یہاں سب سے بڑی طاقت امن ہے۔</w:t>
      </w:r>
    </w:p>
    <w:p>
      <w:r>
        <w:rPr>
          <w:b/>
        </w:rPr>
        <w:t xml:space="preserve">[11:12] </w:t>
      </w:r>
      <w:r>
        <w:t>yeh ek bohat bari planning thi Allah taala ki.</w:t>
      </w:r>
    </w:p>
    <w:p>
      <w:pPr>
        <w:jc w:val="right"/>
      </w:pPr>
      <w:r>
        <w:t>یہ ایک بہت بڑی پلاننگ تھی اللہ تعالیٰ کی۔</w:t>
      </w:r>
    </w:p>
    <w:p>
      <w:r>
        <w:rPr>
          <w:b/>
        </w:rPr>
        <w:t xml:space="preserve">[11:18] </w:t>
      </w:r>
      <w:r>
        <w:t>yeh khawamkhwah nahi ho gaya.</w:t>
      </w:r>
    </w:p>
    <w:p>
      <w:pPr>
        <w:jc w:val="right"/>
      </w:pPr>
      <w:r>
        <w:t>یہ خوامخواہ نہیں ہو گیا۔</w:t>
      </w:r>
    </w:p>
    <w:p>
      <w:r>
        <w:rPr>
          <w:b/>
        </w:rPr>
        <w:t xml:space="preserve">[11:25] </w:t>
      </w:r>
      <w:r>
        <w:t>isi baat ka rasool Allah sal Allah alaihi wasallam ke zamane mein ailaan kiya gaya tha, quran mein</w:t>
      </w:r>
    </w:p>
    <w:p>
      <w:pPr>
        <w:jc w:val="right"/>
      </w:pPr>
      <w:r>
        <w:t>اسی بات کا رسول اللہ صلی اللہ علیہ وسلم کے زمانے میں اعلان کیا گیا تھا، قرآن میں</w:t>
      </w:r>
    </w:p>
    <w:p>
      <w:r>
        <w:rPr>
          <w:b/>
        </w:rPr>
        <w:t xml:space="preserve">[11:32] </w:t>
      </w:r>
      <w:r>
        <w:t>bhi, hadith mein bhi ke ab ek naya daur aa gaya.</w:t>
      </w:r>
    </w:p>
    <w:p>
      <w:pPr>
        <w:jc w:val="right"/>
      </w:pPr>
      <w:r>
        <w:t>بھی، حدیث میں بھی کہ اب ایک نیا دور آ گیا۔</w:t>
      </w:r>
    </w:p>
    <w:p>
      <w:r>
        <w:rPr>
          <w:b/>
        </w:rPr>
        <w:t xml:space="preserve">[11:38] </w:t>
      </w:r>
      <w:r>
        <w:t>ایک لمبی جدوجہد کے بعد، کئی ہزار کی جدوجہد کے بعد، culmination تھا اسلام کا آخری زمانہ۔</w:t>
      </w:r>
    </w:p>
    <w:p>
      <w:pPr>
        <w:jc w:val="right"/>
      </w:pPr>
      <w:r>
        <w:t>ایک لمبی جدوجہد کے بعد، کئی ہزار کی جدوجہد کے بعد، کلمنیشن تھا اسلام کا آخری زمانہ۔</w:t>
      </w:r>
    </w:p>
    <w:p>
      <w:r>
        <w:rPr>
          <w:b/>
        </w:rPr>
        <w:t xml:space="preserve">[11:45] </w:t>
      </w:r>
      <w:r>
        <w:t>is ke bare mein mein aap ko arz karna chahunga.</w:t>
      </w:r>
    </w:p>
    <w:p>
      <w:pPr>
        <w:jc w:val="right"/>
      </w:pPr>
      <w:r>
        <w:t>اس کے بارے میں میں آپ کو عرض کرنا چاہوں گا۔</w:t>
      </w:r>
    </w:p>
    <w:p>
      <w:r>
        <w:rPr>
          <w:b/>
        </w:rPr>
        <w:t xml:space="preserve">[11:51] </w:t>
      </w:r>
      <w:r>
        <w:t>quran mein dekhiye, surah al-maidah mein yeh ayat hai jis mein ke takbeer hadith ka zikr hai.</w:t>
      </w:r>
    </w:p>
    <w:p>
      <w:pPr>
        <w:jc w:val="right"/>
      </w:pPr>
      <w:r>
        <w:t>قرآن میں دیکھیے، سورہ المائدہ میں یہ آیت ہے جس میں کہ تکبیر حدیث کا ذکر ہے۔</w:t>
      </w:r>
    </w:p>
    <w:p>
      <w:r>
        <w:rPr>
          <w:b/>
        </w:rPr>
        <w:t xml:space="preserve">[11:58] </w:t>
      </w:r>
      <w:r>
        <w:t>alyawm akmalakum deenakum ki jo ayat hai surah al-maidah mein, us mein farmaya: "alyawm yais alladheena kafaroo min</w:t>
      </w:r>
    </w:p>
    <w:p>
      <w:pPr>
        <w:jc w:val="right"/>
      </w:pPr>
      <w:r>
        <w:t>الیوم اکملکم دینکم کی جو آیت ہے سورہ المائدہ میں، اس میں فرمایا: "الیوم ییس الذین کفرو من</w:t>
      </w:r>
    </w:p>
    <w:p>
      <w:r>
        <w:rPr>
          <w:b/>
        </w:rPr>
        <w:t xml:space="preserve">[12:04] </w:t>
      </w:r>
      <w:r>
        <w:t>deenikum fala takhshaw bakhshoo".</w:t>
      </w:r>
    </w:p>
    <w:p>
      <w:pPr>
        <w:jc w:val="right"/>
      </w:pPr>
      <w:r>
        <w:t>دینکم فلا تخشو بخشو"۔</w:t>
      </w:r>
    </w:p>
    <w:p>
      <w:r>
        <w:rPr>
          <w:b/>
        </w:rPr>
        <w:t xml:space="preserve">[12:11] </w:t>
      </w:r>
      <w:r>
        <w:t>kaha jata hai ke yeh quran ki aakhri ayat hai rasool Allah sal Allah alaihi wasallam ke zamane</w:t>
      </w:r>
    </w:p>
    <w:p>
      <w:pPr>
        <w:jc w:val="right"/>
      </w:pPr>
      <w:r>
        <w:t>کہا جاتا ہے کہ یہ قرآن کی آخری آیت ہے رسول اللہ صلی اللہ علیہ وسلم کے زمانے</w:t>
      </w:r>
    </w:p>
    <w:p>
      <w:r>
        <w:rPr>
          <w:b/>
        </w:rPr>
        <w:t xml:space="preserve">[12:18] </w:t>
      </w:r>
      <w:r>
        <w:t>ke aakhri zamane mein.</w:t>
      </w:r>
    </w:p>
    <w:p>
      <w:pPr>
        <w:jc w:val="right"/>
      </w:pPr>
      <w:r>
        <w:t>کے آخری زمانے میں۔</w:t>
      </w:r>
    </w:p>
    <w:p>
      <w:r>
        <w:rPr>
          <w:b/>
        </w:rPr>
        <w:t xml:space="preserve">[12:24] </w:t>
      </w:r>
      <w:r>
        <w:t>is ka tarjuma yeh hai ke aaj ahl-e-kufr ya ahl-e-inkar deen ke muamle mein mayoos ho gaye.</w:t>
      </w:r>
    </w:p>
    <w:p>
      <w:pPr>
        <w:jc w:val="right"/>
      </w:pPr>
      <w:r>
        <w:t>اس کا ترجمہ یہ ہے کہ آج اہل کفر یا اہل انکار دین کے معاملے میں مایوس ہو گئے۔</w:t>
      </w:r>
    </w:p>
    <w:p>
      <w:r>
        <w:rPr>
          <w:b/>
        </w:rPr>
        <w:t xml:space="preserve">[12:31] </w:t>
      </w:r>
      <w:r>
        <w:t>to ab tum un se na daro, mujh se daro.</w:t>
      </w:r>
    </w:p>
    <w:p>
      <w:pPr>
        <w:jc w:val="right"/>
      </w:pPr>
      <w:r>
        <w:t>تو اب تم ان سے نہ ڈرو، مجھ سے ڈرو۔</w:t>
      </w:r>
    </w:p>
    <w:p>
      <w:r>
        <w:rPr>
          <w:b/>
        </w:rPr>
        <w:t xml:space="preserve">[12:37] </w:t>
      </w:r>
      <w:r>
        <w:t>yani ab tum ahl-e-inkar se na daro, Allah se daro.</w:t>
      </w:r>
    </w:p>
    <w:p>
      <w:pPr>
        <w:jc w:val="right"/>
      </w:pPr>
      <w:r>
        <w:t>یعنی اب تم اہل انکار سے نہ ڈرو، اللہ سے ڈرو۔</w:t>
      </w:r>
    </w:p>
    <w:p>
      <w:r>
        <w:rPr>
          <w:b/>
        </w:rPr>
        <w:t xml:space="preserve">[12:44] </w:t>
      </w:r>
      <w:r>
        <w:t>is ka matlab kya hai? yeh ek naye daur ke imd ka ailaan hai ke daur-e-khauf khatm</w:t>
      </w:r>
    </w:p>
    <w:p>
      <w:pPr>
        <w:jc w:val="right"/>
      </w:pPr>
      <w:r>
        <w:t>اس کا مطلب کیا ہے؟ یہ ایک نئے دور کے امد کا اعلان ہے کہ دور خوف ختم</w:t>
      </w:r>
    </w:p>
    <w:p>
      <w:r>
        <w:rPr>
          <w:b/>
        </w:rPr>
        <w:t xml:space="preserve">[12:51] </w:t>
      </w:r>
      <w:r>
        <w:t>ho gaya, daur-e-aman aa gaya.</w:t>
      </w:r>
    </w:p>
    <w:p>
      <w:pPr>
        <w:jc w:val="right"/>
      </w:pPr>
      <w:r>
        <w:t>ہو گیا، دور امن آ گیا۔</w:t>
      </w:r>
    </w:p>
    <w:p>
      <w:r>
        <w:rPr>
          <w:b/>
        </w:rPr>
        <w:t xml:space="preserve">[12:57] </w:t>
      </w:r>
      <w:r>
        <w:t>daur-e-khauf khatm ho gaya, daur-e-aman aa gaya.</w:t>
      </w:r>
    </w:p>
    <w:p>
      <w:pPr>
        <w:jc w:val="right"/>
      </w:pPr>
      <w:r>
        <w:t>دور خوف ختم ہو گیا، دور امن آ گیا۔</w:t>
      </w:r>
    </w:p>
    <w:p>
      <w:r>
        <w:rPr>
          <w:b/>
        </w:rPr>
        <w:t xml:space="preserve">[13:04] </w:t>
      </w:r>
      <w:r>
        <w:t>yeh daur ki imd ka ailaan tha, yeh yeh koi purasrar fazilat ka muamla nahi hai.</w:t>
      </w:r>
    </w:p>
    <w:p>
      <w:pPr>
        <w:jc w:val="right"/>
      </w:pPr>
      <w:r>
        <w:t>یہ دور کی امد کا اعلان تھا، یہ یہ کوئی پراسرار فضیلت کا معاملہ نہیں ہے۔</w:t>
      </w:r>
    </w:p>
    <w:p>
      <w:r>
        <w:rPr>
          <w:b/>
        </w:rPr>
        <w:t xml:space="preserve">[13:10] </w:t>
      </w:r>
      <w:r>
        <w:t>dekhiye, yahi baat rasool Allah sal Allah alaihi wasallam ne ek hadith mein farmayi ke ek zamana aaye</w:t>
      </w:r>
    </w:p>
    <w:p>
      <w:pPr>
        <w:jc w:val="right"/>
      </w:pPr>
      <w:r>
        <w:t>دیکھیں، یہی بات رسول اللہ صلی اللہ علیہ وسلم نے ایک حدیث میں فرمائی کہ ایک زمانہ آئے</w:t>
      </w:r>
    </w:p>
    <w:p>
      <w:r>
        <w:rPr>
          <w:b/>
        </w:rPr>
        <w:t xml:space="preserve">[13:17] </w:t>
      </w:r>
      <w:r>
        <w:t>ga jab ke ek aurat hazrat musam se sana tak jayegi, is tarah oont par baith ke:</w:t>
      </w:r>
    </w:p>
    <w:p>
      <w:pPr>
        <w:jc w:val="right"/>
      </w:pPr>
      <w:r>
        <w:t>گا جب کہ ایک عورت حضرت موسم سے ثناء تک جائے گی، اس طرح اونٹ پر بیٹھ کے:</w:t>
      </w:r>
    </w:p>
    <w:p>
      <w:r>
        <w:rPr>
          <w:b/>
        </w:rPr>
        <w:t xml:space="preserve">[13:24] </w:t>
      </w:r>
      <w:r>
        <w:t>"wala takhaf illa Allah".</w:t>
      </w:r>
    </w:p>
    <w:p>
      <w:pPr>
        <w:jc w:val="right"/>
      </w:pPr>
      <w:r>
        <w:t>"ولا تخاف الا اللہ"۔</w:t>
      </w:r>
    </w:p>
    <w:p>
      <w:r>
        <w:rPr>
          <w:b/>
        </w:rPr>
        <w:t xml:space="preserve">[13:30] </w:t>
      </w:r>
      <w:r>
        <w:t>is ko Allah ke siwa kisi ka darr nahi hoga.</w:t>
      </w:r>
    </w:p>
    <w:p>
      <w:pPr>
        <w:jc w:val="right"/>
      </w:pPr>
      <w:r>
        <w:t>اس کو اللہ کے سوا کسی کا ڈر نہیں ہوگا۔</w:t>
      </w:r>
    </w:p>
    <w:p>
      <w:r>
        <w:rPr>
          <w:b/>
        </w:rPr>
        <w:t xml:space="preserve">[13:37] </w:t>
      </w:r>
      <w:r>
        <w:t>yeh kya? yeh daur ki ailaan tha ke ek naya daur aane wala hai jab ke khauf khatm</w:t>
      </w:r>
    </w:p>
    <w:p>
      <w:pPr>
        <w:jc w:val="right"/>
      </w:pPr>
      <w:r>
        <w:t>یہ کیا؟ یہ دور کی اعلان تھا کہ ایک نیا دور آنے والا ہے جب کہ خوف ختم</w:t>
      </w:r>
    </w:p>
    <w:p>
      <w:r>
        <w:rPr>
          <w:b/>
        </w:rPr>
        <w:t xml:space="preserve">[13:43] </w:t>
      </w:r>
      <w:r>
        <w:t>aur aman ka har taraf door door hai.</w:t>
      </w:r>
    </w:p>
    <w:p>
      <w:pPr>
        <w:jc w:val="right"/>
      </w:pPr>
      <w:r>
        <w:t>اور امن کا ہر طرف دور دور ہے۔</w:t>
      </w:r>
    </w:p>
    <w:p>
      <w:r>
        <w:rPr>
          <w:b/>
        </w:rPr>
        <w:t xml:space="preserve">[13:50] </w:t>
      </w:r>
      <w:r>
        <w:t>to dekhiye, qadeem zamane mein bohat tashaddud hua karta tha, religious persecution hua karta tha.</w:t>
      </w:r>
    </w:p>
    <w:p>
      <w:pPr>
        <w:jc w:val="right"/>
      </w:pPr>
      <w:r>
        <w:t>تو دیکھیے، قدیم زمانے میں بہت تشدد ہوا کرتا تھا، ریلس پرسیکیوشن ہوا کرتا تھا۔</w:t>
      </w:r>
    </w:p>
    <w:p>
      <w:r>
        <w:rPr>
          <w:b/>
        </w:rPr>
        <w:t xml:space="preserve">[13:57] </w:t>
      </w:r>
      <w:r>
        <w:t>hadith mein aur quran mein is ka zikr bar bar aaya hai.</w:t>
      </w:r>
    </w:p>
    <w:p>
      <w:pPr>
        <w:jc w:val="right"/>
      </w:pPr>
      <w:r>
        <w:t>حدیث میں اور قرآن میں اس کا ذکر بار بار آیا ہے۔</w:t>
      </w:r>
    </w:p>
    <w:p>
      <w:r>
        <w:rPr>
          <w:b/>
        </w:rPr>
        <w:t xml:space="preserve">[14:03] </w:t>
      </w:r>
      <w:r>
        <w:t>misal ke taur par dekhiye, hazrat masih ke baad kuch log jin ko ashab-e-kahf kaha jata hai,</w:t>
      </w:r>
    </w:p>
    <w:p>
      <w:pPr>
        <w:jc w:val="right"/>
      </w:pPr>
      <w:r>
        <w:t>مثال کے طور پر دیکھیے، حضرت مسیح کے بعد کچھ لوگ جن کو اصحاب کہف کہا جاتا ہے،</w:t>
      </w:r>
    </w:p>
    <w:p>
      <w:r>
        <w:rPr>
          <w:b/>
        </w:rPr>
        <w:t xml:space="preserve">[14:10] </w:t>
      </w:r>
      <w:r>
        <w:t>wo tauheed par iman laye.</w:t>
      </w:r>
    </w:p>
    <w:p>
      <w:pPr>
        <w:jc w:val="right"/>
      </w:pPr>
      <w:r>
        <w:t>وہ توحید پر ایمان لائے۔</w:t>
      </w:r>
    </w:p>
    <w:p>
      <w:r>
        <w:rPr>
          <w:b/>
        </w:rPr>
        <w:t xml:space="preserve">[14:16] </w:t>
      </w:r>
      <w:r>
        <w:t>is zamane mein hazrat maseeh ki taleemat abhi unhein bigar nahin aai theen.</w:t>
      </w:r>
    </w:p>
    <w:p>
      <w:pPr>
        <w:jc w:val="right"/>
      </w:pPr>
      <w:r>
        <w:t>اس زمانے میں حضرت مسیح کی تعلیمات ابھی انہیں بگاڑ نہیں آئی تھیں۔</w:t>
      </w:r>
    </w:p>
    <w:p>
      <w:r>
        <w:rPr>
          <w:b/>
        </w:rPr>
        <w:t xml:space="preserve">[14:23] </w:t>
      </w:r>
      <w:r>
        <w:t>yeh turki ke shumali ilaqe mein kuch log thay.</w:t>
      </w:r>
    </w:p>
    <w:p>
      <w:pPr>
        <w:jc w:val="right"/>
      </w:pPr>
      <w:r>
        <w:t>یہ ترکی کے شمالی علاقے میں کچھ لوگ تھے۔</w:t>
      </w:r>
    </w:p>
    <w:p>
      <w:r>
        <w:rPr>
          <w:b/>
        </w:rPr>
        <w:t xml:space="preserve">[14:30] </w:t>
      </w:r>
      <w:r>
        <w:t>is zamane mein turki mein romans ki hukoomat thi, romans ki.</w:t>
      </w:r>
    </w:p>
    <w:p>
      <w:pPr>
        <w:jc w:val="right"/>
      </w:pPr>
      <w:r>
        <w:t>اس زمانے میں ترکی میں رومنز کی حکومت تھی، رومنز کی۔</w:t>
      </w:r>
    </w:p>
    <w:p>
      <w:r>
        <w:rPr>
          <w:b/>
        </w:rPr>
        <w:t xml:space="preserve">[14:36] </w:t>
      </w:r>
      <w:r>
        <w:t>to woh log mushrik hua karte thay.</w:t>
      </w:r>
    </w:p>
    <w:p>
      <w:pPr>
        <w:jc w:val="right"/>
      </w:pPr>
      <w:r>
        <w:t>تو وہ لوگ مشرک ہوا کرتے تھے۔</w:t>
      </w:r>
    </w:p>
    <w:p>
      <w:r>
        <w:rPr>
          <w:b/>
        </w:rPr>
        <w:t xml:space="preserve">[14:43] </w:t>
      </w:r>
      <w:r>
        <w:t>to tauheed un ke liye na qabil bardasht thi aur un ko khatra hua ke unhein maar dalenge.</w:t>
      </w:r>
    </w:p>
    <w:p>
      <w:pPr>
        <w:jc w:val="right"/>
      </w:pPr>
      <w:r>
        <w:t>تو توحید ان کے لیے ناقابل برداشت تھی اور ان کو خطرہ ہوا کہ انہیں مار ڈالیں گے۔</w:t>
      </w:r>
    </w:p>
    <w:p>
      <w:r>
        <w:rPr>
          <w:b/>
        </w:rPr>
        <w:t xml:space="preserve">[14:49] </w:t>
      </w:r>
      <w:r>
        <w:t>to woh khamoshi se apne gharon se nikal kar chale gaye pahaar ke kho mein.</w:t>
      </w:r>
    </w:p>
    <w:p>
      <w:pPr>
        <w:jc w:val="right"/>
      </w:pPr>
      <w:r>
        <w:t>تو وہ خاموشی سے اپنے گھروں سے نکل کر چلے گئے پہاڑ کے کھو میں۔</w:t>
      </w:r>
    </w:p>
    <w:p>
      <w:r>
        <w:rPr>
          <w:b/>
        </w:rPr>
        <w:t xml:space="preserve">[14:56] </w:t>
      </w:r>
      <w:r>
        <w:t>yeh kho abhi bhi maujood hai, internet par dekh sakte hain aap.</w:t>
      </w:r>
    </w:p>
    <w:p>
      <w:pPr>
        <w:jc w:val="right"/>
      </w:pPr>
      <w:r>
        <w:t>یہ کھو ابھی بھی موجود ہے، انٹرنیٹ پر دیکھ سکتے ہیں آپ۔</w:t>
      </w:r>
    </w:p>
    <w:p>
      <w:r>
        <w:rPr>
          <w:b/>
        </w:rPr>
        <w:t xml:space="preserve">[15:03] </w:t>
      </w:r>
      <w:r>
        <w:t>bible mein bhi is ka zikr hai.</w:t>
      </w:r>
    </w:p>
    <w:p>
      <w:pPr>
        <w:jc w:val="right"/>
      </w:pPr>
      <w:r>
        <w:t>بائبل میں بھی اس کا ذکر ہے۔</w:t>
      </w:r>
    </w:p>
    <w:p>
      <w:r>
        <w:rPr>
          <w:b/>
        </w:rPr>
        <w:t xml:space="preserve">[15:09] </w:t>
      </w:r>
      <w:r>
        <w:t>bible mein in ko seven sleepers kaha jata hai.</w:t>
      </w:r>
    </w:p>
    <w:p>
      <w:pPr>
        <w:jc w:val="right"/>
      </w:pPr>
      <w:r>
        <w:t>بائبل میں ان کو سیون سلیپرز کہا جاتا ہے۔</w:t>
      </w:r>
    </w:p>
    <w:p>
      <w:r>
        <w:rPr>
          <w:b/>
        </w:rPr>
        <w:t xml:space="preserve">[15:16] </w:t>
      </w:r>
      <w:r>
        <w:t>is se bhi is baat par ke Allah ek hai, un ko apni basti mein rehne ki ijazat nahin thi.</w:t>
      </w:r>
    </w:p>
    <w:p>
      <w:pPr>
        <w:jc w:val="right"/>
      </w:pPr>
      <w:r>
        <w:t>اس سے بھی اس بات پر کہ اللہ ایک ہے، ان کو اپنی بستی میں رہنے کی اجازت نہیں تھی۔</w:t>
      </w:r>
    </w:p>
    <w:p>
      <w:r>
        <w:rPr>
          <w:b/>
        </w:rPr>
        <w:t xml:space="preserve">[15:22] </w:t>
      </w:r>
      <w:r>
        <w:t>ya to Allah ek, khana chodo ya tum ko hum qatal kar denge.</w:t>
      </w:r>
    </w:p>
    <w:p>
      <w:pPr>
        <w:jc w:val="right"/>
      </w:pPr>
      <w:r>
        <w:t>یا تو اللہ ایک، کھانا چھوڑو یا تم کو ہم قتل کر دیں گے۔</w:t>
      </w:r>
    </w:p>
    <w:p>
      <w:r>
        <w:rPr>
          <w:b/>
        </w:rPr>
        <w:t xml:space="preserve">[15:29] </w:t>
      </w:r>
      <w:r>
        <w:t>hazrat ibrahim ko dekhiye, laat ek hai kehne par aag mein daal diya gaya.</w:t>
      </w:r>
    </w:p>
    <w:p>
      <w:pPr>
        <w:jc w:val="right"/>
      </w:pPr>
      <w:r>
        <w:t>حضرت ابراہیم کو دیکھیے، لات ایک ہے کہنے پر آگ میں ڈال دیا گیا۔</w:t>
      </w:r>
    </w:p>
    <w:p>
      <w:r>
        <w:rPr>
          <w:b/>
        </w:rPr>
        <w:t xml:space="preserve">[15:36] </w:t>
      </w:r>
      <w:r>
        <w:t>koi in ka jurm nahin tha, un ke khilaf koi criminal case nahin tha.</w:t>
      </w:r>
    </w:p>
    <w:p>
      <w:pPr>
        <w:jc w:val="right"/>
      </w:pPr>
      <w:r>
        <w:t>کوئی ان کا جرم نہیں تھا، ان کے خلاف کوئی کریمنل کیس نہیں تھا۔</w:t>
      </w:r>
    </w:p>
    <w:p>
      <w:r>
        <w:rPr>
          <w:b/>
        </w:rPr>
        <w:t xml:space="preserve">[15:42] </w:t>
      </w:r>
      <w:r>
        <w:t>sirf yahi baat thi ke unhone kaha ke Allah ek hai, isi ek ki ibadat karo.</w:t>
      </w:r>
    </w:p>
    <w:p>
      <w:pPr>
        <w:jc w:val="right"/>
      </w:pPr>
      <w:r>
        <w:t>صرف یہی بات تھی کہ انہوں نے کہا کہ اللہ ایک ہے، اسی ایک کی عبادت کرو۔</w:t>
      </w:r>
    </w:p>
    <w:p>
      <w:r>
        <w:rPr>
          <w:b/>
        </w:rPr>
        <w:t xml:space="preserve">[15:49] </w:t>
      </w:r>
      <w:r>
        <w:t>quran mein surah al buruj mein dekhiye, yeh hai: "wa ma nakhamu minhum billahi allazi humeed".</w:t>
      </w:r>
    </w:p>
    <w:p>
      <w:pPr>
        <w:jc w:val="right"/>
      </w:pPr>
      <w:r>
        <w:t>قرآن میں سورہ البروج میں دیکھیے، یہ ہے: "وما نخم منہم باللہ ایومن باللہ الذی حمید"۔</w:t>
      </w:r>
    </w:p>
    <w:p>
      <w:r>
        <w:rPr>
          <w:b/>
        </w:rPr>
        <w:t xml:space="preserve">[15:55] </w:t>
      </w:r>
      <w:r>
        <w:t>yahan bhi ashab al khutoot ka zikr hai.</w:t>
      </w:r>
    </w:p>
    <w:p>
      <w:pPr>
        <w:jc w:val="right"/>
      </w:pPr>
      <w:r>
        <w:t>یہاں بھی اصحاب الخطوط کا ذکر ہے۔</w:t>
      </w:r>
    </w:p>
    <w:p>
      <w:r>
        <w:rPr>
          <w:b/>
        </w:rPr>
        <w:t xml:space="preserve">[16:02] </w:t>
      </w:r>
      <w:r>
        <w:t>aag ke garhe mein koi log daal diye gaye thay, kis liye? nihayat hi peaceful thay woh</w:t>
      </w:r>
    </w:p>
    <w:p>
      <w:pPr>
        <w:jc w:val="right"/>
      </w:pPr>
      <w:r>
        <w:t>آگ کے گڑھے میں کوئی لوگ ڈال دیے گئے تھے، کس لیے؟ نہایت ہی پیس فل تھے وہ</w:t>
      </w:r>
    </w:p>
    <w:p>
      <w:r>
        <w:rPr>
          <w:b/>
        </w:rPr>
        <w:t xml:space="preserve">[16:09] </w:t>
      </w:r>
      <w:r>
        <w:t>log, lekin sirf tauheed ko mante thay.</w:t>
      </w:r>
    </w:p>
    <w:p>
      <w:pPr>
        <w:jc w:val="right"/>
      </w:pPr>
      <w:r>
        <w:t>لوگ، لیکن صرف توحید کو مانتے تھے۔</w:t>
      </w:r>
    </w:p>
    <w:p>
      <w:r>
        <w:rPr>
          <w:b/>
        </w:rPr>
        <w:t xml:space="preserve">[16:15] </w:t>
      </w:r>
      <w:r>
        <w:t>Allah ek hai, usi ki ibadat karo.</w:t>
      </w:r>
    </w:p>
    <w:p>
      <w:pPr>
        <w:jc w:val="right"/>
      </w:pPr>
      <w:r>
        <w:t>اللہ ایک ہے، اسی کی عبادت کرو۔</w:t>
      </w:r>
    </w:p>
    <w:p>
      <w:r>
        <w:rPr>
          <w:b/>
        </w:rPr>
        <w:t xml:space="preserve">[16:22] </w:t>
      </w:r>
      <w:r>
        <w:t>yeh poora ka poora hazaron saal ka daur tashaddud ka daur tha.</w:t>
      </w:r>
    </w:p>
    <w:p>
      <w:pPr>
        <w:jc w:val="right"/>
      </w:pPr>
      <w:r>
        <w:t>یہ پورا کا پورا ہزاروں سال کا دور تشدد کا دور تھا۔</w:t>
      </w:r>
    </w:p>
    <w:p>
      <w:r>
        <w:rPr>
          <w:b/>
        </w:rPr>
        <w:t xml:space="preserve">[16:28] </w:t>
      </w:r>
      <w:r>
        <w:t>to woh daur kyun tha? Allah taala ne insaan ko azadi de di hai.</w:t>
      </w:r>
    </w:p>
    <w:p>
      <w:pPr>
        <w:jc w:val="right"/>
      </w:pPr>
      <w:r>
        <w:t>تو وہ دور کیوں تھا؟ اللہ تعالیٰ نے انسان کو آزادی دے دی ہے۔</w:t>
      </w:r>
    </w:p>
    <w:p>
      <w:r>
        <w:rPr>
          <w:b/>
        </w:rPr>
        <w:t xml:space="preserve">[16:35] </w:t>
      </w:r>
      <w:r>
        <w:t>azadi ko misuse karne ki wajah se yeh daur tha.</w:t>
      </w:r>
    </w:p>
    <w:p>
      <w:pPr>
        <w:jc w:val="right"/>
      </w:pPr>
      <w:r>
        <w:t>آزادی کو مس یوز کرنے کی وجہ سے یہ دور تھا۔</w:t>
      </w:r>
    </w:p>
    <w:p>
      <w:r>
        <w:rPr>
          <w:b/>
        </w:rPr>
        <w:t xml:space="preserve">[16:42] </w:t>
      </w:r>
      <w:r>
        <w:t>to Allah taala insaan ki azadi ko abolish nahin kar sakta.</w:t>
      </w:r>
    </w:p>
    <w:p>
      <w:pPr>
        <w:jc w:val="right"/>
      </w:pPr>
      <w:r>
        <w:t>تو اللہ تعالیٰ انسان کی آزادی کو ابالش نہیں کر سکتا۔</w:t>
      </w:r>
    </w:p>
    <w:p>
      <w:r>
        <w:rPr>
          <w:b/>
        </w:rPr>
        <w:t xml:space="preserve">[16:48] </w:t>
      </w:r>
      <w:r>
        <w:t>yeh mumkin nahin hai ke insaan ki azadi ko basooq kar diya jaye kaam se pehle.</w:t>
      </w:r>
    </w:p>
    <w:p>
      <w:pPr>
        <w:jc w:val="right"/>
      </w:pPr>
      <w:r>
        <w:t>یہ ممکن نہیں ہے کہ انسان کی آزادی کو بسوق کر دیا جائے کام سے پہلے۔</w:t>
      </w:r>
    </w:p>
    <w:p>
      <w:r>
        <w:rPr>
          <w:b/>
        </w:rPr>
        <w:t xml:space="preserve">[16:55] </w:t>
      </w:r>
      <w:r>
        <w:t>to azadi ko baqi rakhte hue Allah taala ne tareekh ko abolish kiya, yahan tak ke woh islam</w:t>
      </w:r>
    </w:p>
    <w:p>
      <w:pPr>
        <w:jc w:val="right"/>
      </w:pPr>
      <w:r>
        <w:t>تو آزادی کو باقی رکھتے ہوئے اللہ تعالیٰ نے تاریخ کو بالش کیا، یہاں تک کہ وہ اسلام</w:t>
      </w:r>
    </w:p>
    <w:p>
      <w:r>
        <w:rPr>
          <w:b/>
        </w:rPr>
        <w:t xml:space="preserve">[17:01] </w:t>
      </w:r>
      <w:r>
        <w:t>ka zamana aa gaya.</w:t>
      </w:r>
    </w:p>
    <w:p>
      <w:pPr>
        <w:jc w:val="right"/>
      </w:pPr>
      <w:r>
        <w:t>کا زمانہ آ گیا۔</w:t>
      </w:r>
    </w:p>
    <w:p>
      <w:r>
        <w:rPr>
          <w:b/>
        </w:rPr>
        <w:t xml:space="preserve">[17:08] </w:t>
      </w:r>
      <w:r>
        <w:t>Ab aap dekhiye, Hazrat Adam ki paidaish ke baad Allah taala ne paighambar bheje insano ki hidayat ke liye.</w:t>
      </w:r>
    </w:p>
    <w:p>
      <w:pPr>
        <w:jc w:val="right"/>
      </w:pPr>
      <w:r>
        <w:t>اب آپ دیکھیے، حضرت آدم کی پیدائش کے بعد اللہ تعالیٰ نے پیغمبر بھیجے انسانوں کی ہدایت کے لیے۔</w:t>
      </w:r>
    </w:p>
    <w:p>
      <w:r>
        <w:rPr>
          <w:b/>
        </w:rPr>
        <w:t xml:space="preserve">[17:15] </w:t>
      </w:r>
      <w:r>
        <w:t>Ek ke baad ek paighambar aate rahe, subah Rasool Allah, Rasool Allah, titrah.</w:t>
      </w:r>
    </w:p>
    <w:p>
      <w:pPr>
        <w:jc w:val="right"/>
      </w:pPr>
      <w:r>
        <w:t>ایک کے بعد ایک پیغمبر آتے رہے، صبح رسول اللہ، رسول اللہ، تترہ۔</w:t>
      </w:r>
    </w:p>
    <w:p>
      <w:r>
        <w:rPr>
          <w:b/>
        </w:rPr>
        <w:t xml:space="preserve">[17:21] </w:t>
      </w:r>
      <w:r>
        <w:t>Lekin aisa hua ke paighambaron ki baat jo hai, baaz afraad ne to maani, lekin jo moasir the,</w:t>
      </w:r>
    </w:p>
    <w:p>
      <w:pPr>
        <w:jc w:val="right"/>
      </w:pPr>
      <w:r>
        <w:t>لیکن ایسا ہوا کہ پیغمبروں کی بات جو ہے، بعض افراد نے تو مانی، لیکن جو معاصر تھے،</w:t>
      </w:r>
    </w:p>
    <w:p>
      <w:r>
        <w:rPr>
          <w:b/>
        </w:rPr>
        <w:t xml:space="preserve">[17:28] </w:t>
      </w:r>
      <w:r>
        <w:t>jo awam the, unhone nahi maani.</w:t>
      </w:r>
    </w:p>
    <w:p>
      <w:pPr>
        <w:jc w:val="right"/>
      </w:pPr>
      <w:r>
        <w:t>جو عوام تھے، انہوں نے نہیں مانی۔</w:t>
      </w:r>
    </w:p>
    <w:p>
      <w:r>
        <w:rPr>
          <w:b/>
        </w:rPr>
        <w:t xml:space="preserve">[17:34] </w:t>
      </w:r>
      <w:r>
        <w:t>To sari tareekh mein hazaron saal tak shirk ka culture raaij ho gaya, dominate karne laga.</w:t>
      </w:r>
    </w:p>
    <w:p>
      <w:pPr>
        <w:jc w:val="right"/>
      </w:pPr>
      <w:r>
        <w:t>تو ساری تاریخ میں ہزاروں سال تک شرک کا کلچر رائج ہو گیا، ڈومینیٹ کرنے لگا۔</w:t>
      </w:r>
    </w:p>
    <w:p>
      <w:r>
        <w:rPr>
          <w:b/>
        </w:rPr>
        <w:t xml:space="preserve">[17:41] </w:t>
      </w:r>
      <w:r>
        <w:t>Chhaya raha hua har cheez mein, har cheez mein shirk, har cheez mein shirk, har cheez mein shirk.</w:t>
      </w:r>
    </w:p>
    <w:p>
      <w:pPr>
        <w:jc w:val="right"/>
      </w:pPr>
      <w:r>
        <w:t>چھایا رہا ہوا ہر چیز میں، ہر چیز میں شرک، ہر چیز میں شرک، ہر چیز میں شرک۔</w:t>
      </w:r>
    </w:p>
    <w:p>
      <w:r>
        <w:rPr>
          <w:b/>
        </w:rPr>
        <w:t xml:space="preserve">[17:47] </w:t>
      </w:r>
      <w:r>
        <w:t>Bade bade is zamane mein temple bante the, aur is zamane mein shirk aur aur political power dono</w:t>
      </w:r>
    </w:p>
    <w:p>
      <w:pPr>
        <w:jc w:val="right"/>
      </w:pPr>
      <w:r>
        <w:t>بڑے بڑے اس زمانے میں ٹیمپل بنتے تھے، اور اس زمانے میں شرک اور اور پولیٹیکل پاور دونوں</w:t>
      </w:r>
    </w:p>
    <w:p>
      <w:r>
        <w:rPr>
          <w:b/>
        </w:rPr>
        <w:t xml:space="preserve">[17:54] </w:t>
      </w:r>
      <w:r>
        <w:t>ek ho gaye.</w:t>
      </w:r>
    </w:p>
    <w:p>
      <w:pPr>
        <w:jc w:val="right"/>
      </w:pPr>
      <w:r>
        <w:t>ایک ہو گئے۔</w:t>
      </w:r>
    </w:p>
    <w:p>
      <w:r>
        <w:rPr>
          <w:b/>
        </w:rPr>
        <w:t xml:space="preserve">[18:01] </w:t>
      </w:r>
      <w:r>
        <w:t>Yaani mushrik badshahon ne apne mafad ke liye shirk ko patronize karne lage.</w:t>
      </w:r>
    </w:p>
    <w:p>
      <w:pPr>
        <w:jc w:val="right"/>
      </w:pPr>
      <w:r>
        <w:t>یعنی مشرک بادشاہوں نے اپنے مفاد کے لیے شرک کو پیٹرنائز کرنے لگے۔</w:t>
      </w:r>
    </w:p>
    <w:p>
      <w:r>
        <w:rPr>
          <w:b/>
        </w:rPr>
        <w:t xml:space="preserve">[18:07] </w:t>
      </w:r>
      <w:r>
        <w:t>To political power ke zor par shirk ko yeh mila tha mauqa.</w:t>
      </w:r>
    </w:p>
    <w:p>
      <w:pPr>
        <w:jc w:val="right"/>
      </w:pPr>
      <w:r>
        <w:t>تو پولیٹیکل پاور کے زور پر شرک کو یہ ملا تھا موقع۔</w:t>
      </w:r>
    </w:p>
    <w:p>
      <w:r>
        <w:rPr>
          <w:b/>
        </w:rPr>
        <w:t xml:space="preserve">[18:14] </w:t>
      </w:r>
      <w:r>
        <w:t>Yeh jo aap se maine arz kiya ke hadithon mein aaya hai, Quran mein aaya hai, sar</w:t>
      </w:r>
    </w:p>
    <w:p>
      <w:pPr>
        <w:jc w:val="right"/>
      </w:pPr>
      <w:r>
        <w:t>یہ جو آپ سے میں نے عرض کیا کہ حدیثوں میں آیا ہے، قرآن میں آیا ہے، سر</w:t>
      </w:r>
    </w:p>
    <w:p>
      <w:r>
        <w:rPr>
          <w:b/>
        </w:rPr>
        <w:t xml:space="preserve">[18:20] </w:t>
      </w:r>
      <w:r>
        <w:t>par aade chadha diye gaye, unko aag mein daal diya gaya, unko qatal kar diya gaya.</w:t>
      </w:r>
    </w:p>
    <w:p>
      <w:pPr>
        <w:jc w:val="right"/>
      </w:pPr>
      <w:r>
        <w:t>پر آڑے چڑھا دیے گئے، ان کو آگ میں ڈال دیا گیا، ان کو قتل کر دیا گیا۔</w:t>
      </w:r>
    </w:p>
    <w:p>
      <w:r>
        <w:rPr>
          <w:b/>
        </w:rPr>
        <w:t xml:space="preserve">[18:27] </w:t>
      </w:r>
      <w:r>
        <w:t>To khud ahle mazhab itne taqatwar nahi hote.</w:t>
      </w:r>
    </w:p>
    <w:p>
      <w:pPr>
        <w:jc w:val="right"/>
      </w:pPr>
      <w:r>
        <w:t>تو خود اہل مذہب اتنے طاقتور نہیں ہوتے۔</w:t>
      </w:r>
    </w:p>
    <w:p>
      <w:r>
        <w:rPr>
          <w:b/>
        </w:rPr>
        <w:t xml:space="preserve">[18:34] </w:t>
      </w:r>
      <w:r>
        <w:t>Ahle mazhab aur kingship ke yaani dono mein jo ittehad ho gaya tha, uski wajah se</w:t>
      </w:r>
    </w:p>
    <w:p>
      <w:pPr>
        <w:jc w:val="right"/>
      </w:pPr>
      <w:r>
        <w:t>اہل مذہب اور کین شپ کے یعنی دونوں میں جو اتحاد ہو گیا تھا، اس کی وجہ سے</w:t>
      </w:r>
    </w:p>
    <w:p>
      <w:r>
        <w:rPr>
          <w:b/>
        </w:rPr>
        <w:t xml:space="preserve">[18:40] </w:t>
      </w:r>
      <w:r>
        <w:t>aisa mumkin hua.</w:t>
      </w:r>
    </w:p>
    <w:p>
      <w:pPr>
        <w:jc w:val="right"/>
      </w:pPr>
      <w:r>
        <w:t>ایسا ممکن ہوا۔</w:t>
      </w:r>
    </w:p>
    <w:p>
      <w:r>
        <w:rPr>
          <w:b/>
        </w:rPr>
        <w:t xml:space="preserve">[18:47] </w:t>
      </w:r>
      <w:r>
        <w:t>Yaani badshahon ne aisa kiya, aur ahle mazhab unke saathi the.</w:t>
      </w:r>
    </w:p>
    <w:p>
      <w:pPr>
        <w:jc w:val="right"/>
      </w:pPr>
      <w:r>
        <w:t>یعنی بادشاہوں نے ایسا کیا، اور اہل مذہب ان کے ساتھی تھے۔</w:t>
      </w:r>
    </w:p>
    <w:p>
      <w:r>
        <w:rPr>
          <w:b/>
        </w:rPr>
        <w:t xml:space="preserve">[18:53] </w:t>
      </w:r>
      <w:r>
        <w:t>Is ko kaha jata hai despotism.</w:t>
      </w:r>
    </w:p>
    <w:p>
      <w:pPr>
        <w:jc w:val="right"/>
      </w:pPr>
      <w:r>
        <w:t>اس کو کہا جاتا ہے ڈیسپورٹزم۔</w:t>
      </w:r>
    </w:p>
    <w:p>
      <w:r>
        <w:rPr>
          <w:b/>
        </w:rPr>
        <w:t xml:space="preserve">[19:00] </w:t>
      </w:r>
      <w:r>
        <w:t>پچھلا پورا زمانہ despotism کا زمانہ ہے۔</w:t>
      </w:r>
    </w:p>
    <w:p>
      <w:pPr>
        <w:jc w:val="right"/>
      </w:pPr>
      <w:r>
        <w:t>پچھلا پورا زمانہ ڈیسپورٹزم کا زمانہ ہے۔</w:t>
      </w:r>
    </w:p>
    <w:p>
      <w:r>
        <w:rPr>
          <w:b/>
        </w:rPr>
        <w:t xml:space="preserve">[19:07] </w:t>
      </w:r>
      <w:r>
        <w:t>To tareekh jo hai, despotism se democracy ki taraf laayi gayi hai ke Allah taala ke manzoor ke</w:t>
      </w:r>
    </w:p>
    <w:p>
      <w:pPr>
        <w:jc w:val="right"/>
      </w:pPr>
      <w:r>
        <w:t>تو تاریخ جو ہے، ڈیسپورٹزم سے ڈیموکریسی کی طرف لائی گئی ہے کہ اللہ تعالیٰ کے منظور کے</w:t>
      </w:r>
    </w:p>
    <w:p>
      <w:r>
        <w:rPr>
          <w:b/>
        </w:rPr>
        <w:t xml:space="preserve">[19:13] </w:t>
      </w:r>
      <w:r>
        <w:t>ذریعے سے یہ تاریخ کا سفر ہے from despotism to democracy.</w:t>
      </w:r>
    </w:p>
    <w:p>
      <w:pPr>
        <w:jc w:val="right"/>
      </w:pPr>
      <w:r>
        <w:t>ذریعے سے یہ تاریخ کا سفر ہے فرام ڈیسپورٹزم ٹو ڈیموکریسی۔</w:t>
      </w:r>
    </w:p>
    <w:p>
      <w:r>
        <w:rPr>
          <w:b/>
        </w:rPr>
        <w:t xml:space="preserve">[19:20] </w:t>
      </w:r>
      <w:r>
        <w:t>Aaj jo aap azadi dekh rahe hain ke hum aap wahan baith kar Allah ki baatein kar rahe</w:t>
      </w:r>
    </w:p>
    <w:p>
      <w:pPr>
        <w:jc w:val="right"/>
      </w:pPr>
      <w:r>
        <w:t>آج جو آپ آزادی دیکھ رہے ہیں کہ ہم آپ وہاں بیٹھ کر اللہ کی باتیں کر رہے</w:t>
      </w:r>
    </w:p>
    <w:p>
      <w:r>
        <w:rPr>
          <w:b/>
        </w:rPr>
        <w:t xml:space="preserve">[19:26] </w:t>
      </w:r>
      <w:r>
        <w:t>hain, pehle zamane mein mumkin nahi tha yeh.</w:t>
      </w:r>
    </w:p>
    <w:p>
      <w:pPr>
        <w:jc w:val="right"/>
      </w:pPr>
      <w:r>
        <w:t>ہیں، پہلے زمانے میں ممکن نہیں تھا یہ۔</w:t>
      </w:r>
    </w:p>
    <w:p>
      <w:r>
        <w:rPr>
          <w:b/>
        </w:rPr>
        <w:t xml:space="preserve">[19:33] </w:t>
      </w:r>
      <w:r>
        <w:t>Yeh communication bhi nahi tha.</w:t>
      </w:r>
    </w:p>
    <w:p>
      <w:pPr>
        <w:jc w:val="right"/>
      </w:pPr>
      <w:r>
        <w:t>یہ کمیونیکیشن بھی نہیں تھا۔</w:t>
      </w:r>
    </w:p>
    <w:p>
      <w:r>
        <w:rPr>
          <w:b/>
        </w:rPr>
        <w:t xml:space="preserve">[19:40] </w:t>
      </w:r>
      <w:r>
        <w:t>Yeh sab kya hai? Democracy ki wajah se hai.</w:t>
      </w:r>
    </w:p>
    <w:p>
      <w:pPr>
        <w:jc w:val="right"/>
      </w:pPr>
      <w:r>
        <w:t>یہ سب کیا ہے؟ ڈیموکریسی کی وجہ سے ہے۔</w:t>
      </w:r>
    </w:p>
    <w:p>
      <w:r>
        <w:rPr>
          <w:b/>
        </w:rPr>
        <w:t xml:space="preserve">[19:46] </w:t>
      </w:r>
      <w:r>
        <w:t>یہ اگر despotic rule ہوتا آج آج بھی تو ہم کچھ بھی نہیں کر سکتے تھے۔</w:t>
      </w:r>
    </w:p>
    <w:p>
      <w:pPr>
        <w:jc w:val="right"/>
      </w:pPr>
      <w:r>
        <w:t>یہ اگر ڈیسپورٹک رول ہوتا آج آج بھی تو ہم کچھ بھی نہیں کر سکتے تھے۔</w:t>
      </w:r>
    </w:p>
    <w:p>
      <w:r>
        <w:rPr>
          <w:b/>
        </w:rPr>
        <w:t xml:space="preserve">[19:53] </w:t>
      </w:r>
      <w:r>
        <w:t>Hum aap maar kar phir phenk diye jaate.</w:t>
      </w:r>
    </w:p>
    <w:p>
      <w:pPr>
        <w:jc w:val="right"/>
      </w:pPr>
      <w:r>
        <w:t>ہم آپ مار کر پھر پھینک دیے جاتے۔</w:t>
      </w:r>
    </w:p>
    <w:p>
      <w:r>
        <w:rPr>
          <w:b/>
        </w:rPr>
        <w:t xml:space="preserve">[19:59] </w:t>
      </w:r>
      <w:r>
        <w:t>تو from despotism to democracy، یہ ہسٹری کا ایک سفر اللہ تعالیٰ نے کروایا۔</w:t>
      </w:r>
    </w:p>
    <w:p>
      <w:pPr>
        <w:jc w:val="right"/>
      </w:pPr>
      <w:r>
        <w:t>تو فرام ڈیسپورٹزم ٹو ڈیموکریسی، یہ ہسٹری کا ایک سفر اللہ تعالیٰ نے کروایا۔</w:t>
      </w:r>
    </w:p>
    <w:p>
      <w:r>
        <w:rPr>
          <w:b/>
        </w:rPr>
        <w:t xml:space="preserve">[20:06] </w:t>
      </w:r>
      <w:r>
        <w:t>Kab aisa mumkin hua? Yeh kaise hua? Ab aap dekhiye, is mein Allah ka management kaise hua? Jab</w:t>
      </w:r>
    </w:p>
    <w:p>
      <w:pPr>
        <w:jc w:val="right"/>
      </w:pPr>
      <w:r>
        <w:t>کب ایسا ممکن ہوا؟ یہ کیسے ہوا؟ اب آپ دیکھیے، اس میں اللہ کا منیجمنٹ کیسے ہوا؟ جب</w:t>
      </w:r>
    </w:p>
    <w:p>
      <w:r>
        <w:rPr>
          <w:b/>
        </w:rPr>
        <w:t xml:space="preserve">[20:13] </w:t>
      </w:r>
      <w:r>
        <w:t>ek lambi muddat tak anbiya aate rahe, lekin change history mein change nahin aaya.</w:t>
      </w:r>
    </w:p>
    <w:p>
      <w:pPr>
        <w:jc w:val="right"/>
      </w:pPr>
      <w:r>
        <w:t>ایک لمبی مدت تک انبیاء آتے رہے، لیکن چینج ہسٹری میں چینج نہیں آیا۔</w:t>
      </w:r>
    </w:p>
    <w:p>
      <w:r>
        <w:rPr>
          <w:b/>
        </w:rPr>
        <w:t xml:space="preserve">[20:19] </w:t>
      </w:r>
      <w:r>
        <w:t>yaani despotism ka khatma nahin hua, despotic rule ka khatma nahin hua, jo ke asal rukawat thi.</w:t>
      </w:r>
    </w:p>
    <w:p>
      <w:pPr>
        <w:jc w:val="right"/>
      </w:pPr>
      <w:r>
        <w:t>یعنی ڈیسپورٹزم کا خاتمہ نہیں ہوا، ڈیسپورٹک رول کا خاتمہ نہیں ہوا، جو کہ اصل رکاوٹ تھا۔</w:t>
      </w:r>
    </w:p>
    <w:p>
      <w:r>
        <w:rPr>
          <w:b/>
        </w:rPr>
        <w:t xml:space="preserve">[20:26] </w:t>
      </w:r>
      <w:r>
        <w:t>yeh zulm jo hai, mushrikeen ki wajah se nahin tha, despotic ruler ki wajah se tha.</w:t>
      </w:r>
    </w:p>
    <w:p>
      <w:pPr>
        <w:jc w:val="right"/>
      </w:pPr>
      <w:r>
        <w:t>یہ ظلم جو ہے، مشرکین کی وجہ سے نہیں تھا، ڈیسپورٹک رولر کی وجہ سے تھا۔</w:t>
      </w:r>
    </w:p>
    <w:p>
      <w:r>
        <w:rPr>
          <w:b/>
        </w:rPr>
        <w:t xml:space="preserve">[20:32] </w:t>
      </w:r>
      <w:r>
        <w:t>to Allah taala ko yeh karna tha ke despotic king aur mushrikeen dono ko ek doosre se dissociate</w:t>
      </w:r>
    </w:p>
    <w:p>
      <w:pPr>
        <w:jc w:val="right"/>
      </w:pPr>
      <w:r>
        <w:t>تو اللہ تعالیٰ کو یہ کرنا تھا کہ ڈیسپورٹک کن اور مشرکین دونوں کو ایک دوسرے سے ڈسوسیٹ</w:t>
      </w:r>
    </w:p>
    <w:p>
      <w:r>
        <w:rPr>
          <w:b/>
        </w:rPr>
        <w:t xml:space="preserve">[20:39] </w:t>
      </w:r>
      <w:r>
        <w:t>kar diya jaye, un ka talluq kaat diya jaye.</w:t>
      </w:r>
    </w:p>
    <w:p>
      <w:pPr>
        <w:jc w:val="right"/>
      </w:pPr>
      <w:r>
        <w:t>کر دیا جائے، ان کا تعلق کاٹ دیا جائے۔</w:t>
      </w:r>
    </w:p>
    <w:p>
      <w:r>
        <w:rPr>
          <w:b/>
        </w:rPr>
        <w:t xml:space="preserve">[20:46] </w:t>
      </w:r>
      <w:r>
        <w:t>despotic rulers ki jo sarparasti mili hui thi shirk culture ko, woh khatam kar di jaye.</w:t>
      </w:r>
    </w:p>
    <w:p>
      <w:pPr>
        <w:jc w:val="right"/>
      </w:pPr>
      <w:r>
        <w:t>ڈیسپورٹک رولرز کی جو سرپرستی ملی ہوئی تھی شرک کلچر کو، وہ ختم کر دی جائے۔</w:t>
      </w:r>
    </w:p>
    <w:p>
      <w:r>
        <w:rPr>
          <w:b/>
        </w:rPr>
        <w:t xml:space="preserve">[20:52] </w:t>
      </w:r>
      <w:r>
        <w:t>to Allah taala ne ek planning ki, hamein azadi, insan ki azadi ko barqarar rakhte hue planning.</w:t>
      </w:r>
    </w:p>
    <w:p>
      <w:pPr>
        <w:jc w:val="right"/>
      </w:pPr>
      <w:r>
        <w:t>تو اللہ تعالیٰ نے ایک پلاننگ کی، ہمیں آزادی، انسان کی آزادی کو برقرار رکھتے ہوئے پلاننگ۔</w:t>
      </w:r>
    </w:p>
    <w:p>
      <w:r>
        <w:rPr>
          <w:b/>
        </w:rPr>
        <w:t xml:space="preserve">[20:59] </w:t>
      </w:r>
      <w:r>
        <w:t>is ke liye Allah taala ko ek insan darkar tha is planning ke liye, kyunke dekhiye, yeh</w:t>
      </w:r>
    </w:p>
    <w:p>
      <w:pPr>
        <w:jc w:val="right"/>
      </w:pPr>
      <w:r>
        <w:t>اس کے لیے اللہ تعالیٰ نے کو ایک انسان درکار تھا اس پلاننگ کے لیے، کیونکہ دیکھیے، یہ</w:t>
      </w:r>
    </w:p>
    <w:p>
      <w:r>
        <w:rPr>
          <w:b/>
        </w:rPr>
        <w:t xml:space="preserve">[21:05] </w:t>
      </w:r>
      <w:r>
        <w:t>change lana tha.</w:t>
      </w:r>
    </w:p>
    <w:p>
      <w:pPr>
        <w:jc w:val="right"/>
      </w:pPr>
      <w:r>
        <w:t>چینج لانا تھا۔</w:t>
      </w:r>
    </w:p>
    <w:p>
      <w:r>
        <w:rPr>
          <w:b/>
        </w:rPr>
        <w:t xml:space="preserve">[21:12] </w:t>
      </w:r>
      <w:r>
        <w:t>yeh change is tarah nahin tha ke ise koi achanak change aa jaye.</w:t>
      </w:r>
    </w:p>
    <w:p>
      <w:pPr>
        <w:jc w:val="right"/>
      </w:pPr>
      <w:r>
        <w:t>یہ چینج اس طرح نہیں تھا کہ اسے کوئی اچانک چینج آ جائے۔</w:t>
      </w:r>
    </w:p>
    <w:p>
      <w:r>
        <w:rPr>
          <w:b/>
        </w:rPr>
        <w:t xml:space="preserve">[21:19] </w:t>
      </w:r>
      <w:r>
        <w:t>aap apne ghar mein ek switch dabate hain to foran light ho jati hai, doosri switch dabate hain</w:t>
      </w:r>
    </w:p>
    <w:p>
      <w:pPr>
        <w:jc w:val="right"/>
      </w:pPr>
      <w:r>
        <w:t>آپ اپنے گھر میں ایک سوئچ دباتے ہیں تو فوراً لائٹ ہو جاتی ہے، دوسری سوئچ دباتے ہیں</w:t>
      </w:r>
    </w:p>
    <w:p>
      <w:r>
        <w:rPr>
          <w:b/>
        </w:rPr>
        <w:t xml:space="preserve">[21:25] </w:t>
      </w:r>
      <w:r>
        <w:t>to foran pakka chalta hai, king chalne lagta hai.</w:t>
      </w:r>
    </w:p>
    <w:p>
      <w:pPr>
        <w:jc w:val="right"/>
      </w:pPr>
      <w:r>
        <w:t>تو فوراً پکا چلتا ہے، کنگ چلنے لگتا ہے۔</w:t>
      </w:r>
    </w:p>
    <w:p>
      <w:r>
        <w:rPr>
          <w:b/>
        </w:rPr>
        <w:t xml:space="preserve">[21:32] </w:t>
      </w:r>
      <w:r>
        <w:t>to history mein is tarah change nahin aaya karta.</w:t>
      </w:r>
    </w:p>
    <w:p>
      <w:pPr>
        <w:jc w:val="right"/>
      </w:pPr>
      <w:r>
        <w:t>تو ہسٹری میں اس طرح چینج نہیں آیا کرتا۔</w:t>
      </w:r>
    </w:p>
    <w:p>
      <w:r>
        <w:rPr>
          <w:b/>
        </w:rPr>
        <w:t xml:space="preserve">[21:38] </w:t>
      </w:r>
      <w:r>
        <w:t>yaani is ko kehte hain instantly change aana.</w:t>
      </w:r>
    </w:p>
    <w:p>
      <w:pPr>
        <w:jc w:val="right"/>
      </w:pPr>
      <w:r>
        <w:t>یعنی اس کو کہتے ہیں انسٹنٹلی چینج آنا۔</w:t>
      </w:r>
    </w:p>
    <w:p>
      <w:r>
        <w:rPr>
          <w:b/>
        </w:rPr>
        <w:t xml:space="preserve">[21:45] </w:t>
      </w:r>
      <w:r>
        <w:t>history mein instantly change nahin aaya karta.</w:t>
      </w:r>
    </w:p>
    <w:p>
      <w:pPr>
        <w:jc w:val="right"/>
      </w:pPr>
      <w:r>
        <w:t>ہسٹری میں انسٹنٹلی چینج نہیں آیا کرتا۔</w:t>
      </w:r>
    </w:p>
    <w:p>
      <w:r>
        <w:rPr>
          <w:b/>
        </w:rPr>
        <w:t xml:space="preserve">[21:52] </w:t>
      </w:r>
      <w:r>
        <w:t>history mein change aata hai process ke roop mein.</w:t>
      </w:r>
    </w:p>
    <w:p>
      <w:pPr>
        <w:jc w:val="right"/>
      </w:pPr>
      <w:r>
        <w:t>ہسٹری میں چینج آتا ہے پروسیس کے روپ میں۔</w:t>
      </w:r>
    </w:p>
    <w:p>
      <w:r>
        <w:rPr>
          <w:b/>
        </w:rPr>
        <w:t xml:space="preserve">[21:58] </w:t>
      </w:r>
      <w:r>
        <w:t>process ke roop mein change aata hai.</w:t>
      </w:r>
    </w:p>
    <w:p>
      <w:pPr>
        <w:jc w:val="right"/>
      </w:pPr>
      <w:r>
        <w:t>پروسیس کے روپ میں چینج آتا ہے۔</w:t>
      </w:r>
    </w:p>
    <w:p>
      <w:r>
        <w:rPr>
          <w:b/>
        </w:rPr>
        <w:t xml:space="preserve">[22:05] </w:t>
      </w:r>
      <w:r>
        <w:t>to Allah taala ko ek process chalana tha history mein.</w:t>
      </w:r>
    </w:p>
    <w:p>
      <w:pPr>
        <w:jc w:val="right"/>
      </w:pPr>
      <w:r>
        <w:t>تو اللہ تعالیٰ کو ایک پروسیس چلانا تھا ہسٹری میں۔</w:t>
      </w:r>
    </w:p>
    <w:p>
      <w:r>
        <w:rPr>
          <w:b/>
        </w:rPr>
        <w:t xml:space="preserve">[22:11] </w:t>
      </w:r>
      <w:r>
        <w:t>is ke liye ek initiator darkar tha jo is process ko chalaye, initiate kare.</w:t>
      </w:r>
    </w:p>
    <w:p>
      <w:pPr>
        <w:jc w:val="right"/>
      </w:pPr>
      <w:r>
        <w:t>اس کے لیے ایک انیشیٹر درکار تھا جو اس پروسیس کو چلائے، انیشیٹ کرے۔</w:t>
      </w:r>
    </w:p>
    <w:p>
      <w:r>
        <w:rPr>
          <w:b/>
        </w:rPr>
        <w:t xml:space="preserve">[22:18] </w:t>
      </w:r>
      <w:r>
        <w:t>to is ke liye Allah taala ne intekhab kiya Hazrat Ibrahim ka, jo ab se char hazar saal</w:t>
      </w:r>
    </w:p>
    <w:p>
      <w:pPr>
        <w:jc w:val="right"/>
      </w:pPr>
      <w:r>
        <w:t>تو اس کے لیے اللہ تعالیٰ نے انتخاب کیا حضرت ابراہیم کا، جو اب سے چار ہزار سال</w:t>
      </w:r>
    </w:p>
    <w:p>
      <w:r>
        <w:rPr>
          <w:b/>
        </w:rPr>
        <w:t xml:space="preserve">[22:25] </w:t>
      </w:r>
      <w:r>
        <w:t>pehle Iraq mein aaye the.</w:t>
      </w:r>
    </w:p>
    <w:p>
      <w:pPr>
        <w:jc w:val="right"/>
      </w:pPr>
      <w:r>
        <w:t>پہلے عراق میں آئے تھے۔</w:t>
      </w:r>
    </w:p>
    <w:p>
      <w:r>
        <w:rPr>
          <w:b/>
        </w:rPr>
        <w:t xml:space="preserve">[22:31] </w:t>
      </w:r>
      <w:r>
        <w:t>Quran mein ek ayat hai: "wa iz ibtala ibrahima rabbuhu bi kalimatin fa atammahunna qala inni ja'aluka lin nasi imaman".</w:t>
      </w:r>
    </w:p>
    <w:p>
      <w:pPr>
        <w:jc w:val="right"/>
      </w:pPr>
      <w:r>
        <w:t>قرآن میں ایک آیت ہے: "وَاِذِبْتَلَى إِبْرَاهِيمَ رَبُّهُ بِكَلَمَاتٍ فَاطَمَّهُنَّ قَالَ إِنِّي جَعَلُكَ لِلنَّاسِ عِمَامًا"۔</w:t>
      </w:r>
    </w:p>
    <w:p>
      <w:r>
        <w:rPr>
          <w:b/>
        </w:rPr>
        <w:t xml:space="preserve">[22:38] </w:t>
      </w:r>
      <w:r>
        <w:t>yaani Allah ne trust liya Ibrahim ka kai cheezon mein.</w:t>
      </w:r>
    </w:p>
    <w:p>
      <w:pPr>
        <w:jc w:val="right"/>
      </w:pPr>
      <w:r>
        <w:t>یعنی اللہ نے ٹرسٹ لیا ابراہیم کا کئی چیزوں میں۔</w:t>
      </w:r>
    </w:p>
    <w:p>
      <w:r>
        <w:rPr>
          <w:b/>
        </w:rPr>
        <w:t xml:space="preserve">[22:44] </w:t>
      </w:r>
      <w:r>
        <w:t>to Ibrahim is mein poore utre.</w:t>
      </w:r>
    </w:p>
    <w:p>
      <w:pPr>
        <w:jc w:val="right"/>
      </w:pPr>
      <w:r>
        <w:t>تو ابراہیم اس میں پورے اترے۔</w:t>
      </w:r>
    </w:p>
    <w:p>
      <w:r>
        <w:rPr>
          <w:b/>
        </w:rPr>
        <w:t xml:space="preserve">[22:51] </w:t>
      </w:r>
      <w:r>
        <w:t>to Allah ne farmaya ke: "Ae Ibrahim!</w:t>
      </w:r>
    </w:p>
    <w:p>
      <w:pPr>
        <w:jc w:val="right"/>
      </w:pPr>
      <w:r>
        <w:t>تو اللہ نے فرمایا کہ: "اے ابراہیم!</w:t>
      </w:r>
    </w:p>
    <w:p>
      <w:r>
        <w:rPr>
          <w:b/>
        </w:rPr>
        <w:t xml:space="preserve">[22:58] </w:t>
      </w:r>
      <w:r>
        <w:t>mein tum ko dunya ka imam banata hoon".</w:t>
      </w:r>
    </w:p>
    <w:p>
      <w:pPr>
        <w:jc w:val="right"/>
      </w:pPr>
      <w:r>
        <w:t>میں تم کو دنیا کا امام بناتا ہوں"۔</w:t>
      </w:r>
    </w:p>
    <w:p>
      <w:r>
        <w:rPr>
          <w:b/>
        </w:rPr>
        <w:t xml:space="preserve">[23:03] </w:t>
      </w:r>
      <w:r>
        <w:t>isi test ka aik hissa tha jab unhon ne khwab mein dekha ke mein apne bete ko zabah</w:t>
      </w:r>
    </w:p>
    <w:p>
      <w:pPr>
        <w:jc w:val="right"/>
      </w:pPr>
      <w:r>
        <w:t>اسی ٹیسٹ کا ایک حصہ تھا جب انہوں نے خواب میں دیکھا کہ میں اپنے بیٹے کو ذبح</w:t>
      </w:r>
    </w:p>
    <w:p>
      <w:r>
        <w:rPr>
          <w:b/>
        </w:rPr>
        <w:t xml:space="preserve">[23:09] </w:t>
      </w:r>
      <w:r>
        <w:t>kar raha hoon aur bete ko zabah karne ke liye amada ho gaye.</w:t>
      </w:r>
    </w:p>
    <w:p>
      <w:pPr>
        <w:jc w:val="right"/>
      </w:pPr>
      <w:r>
        <w:t>کر رہا ہوں اور بیٹے کو ذبح کرنے کے لیے آمادہ ہو گئے۔</w:t>
      </w:r>
    </w:p>
    <w:p>
      <w:r>
        <w:rPr>
          <w:b/>
        </w:rPr>
        <w:t xml:space="preserve">[23:15] </w:t>
      </w:r>
      <w:r>
        <w:t>dekhiye, koi ishq aashiqi ka mamla nahi tha.</w:t>
      </w:r>
    </w:p>
    <w:p>
      <w:pPr>
        <w:jc w:val="right"/>
      </w:pPr>
      <w:r>
        <w:t>دیکھیے، کوئی عشق عاشقی کا معاملہ نہیں تھا۔</w:t>
      </w:r>
    </w:p>
    <w:p>
      <w:r>
        <w:rPr>
          <w:b/>
        </w:rPr>
        <w:t xml:space="preserve">[23:20] </w:t>
      </w:r>
      <w:r>
        <w:t>bete ko zabah karne ka matlab kya the? ke har doosri cheez ko cigarette banana aur sirf Allah</w:t>
      </w:r>
    </w:p>
    <w:p>
      <w:pPr>
        <w:jc w:val="right"/>
      </w:pPr>
      <w:r>
        <w:t>بیٹے کو ذبح کرنے کا معنی کیا تھے؟ کہ ہر دوسری چیز کو سگریٹ بنانا اور صرف اللہ</w:t>
      </w:r>
    </w:p>
    <w:p>
      <w:r>
        <w:rPr>
          <w:b/>
        </w:rPr>
        <w:t xml:space="preserve">[23:26] </w:t>
      </w:r>
      <w:r>
        <w:t>ka jo cause hai, us ko probaly banana.</w:t>
      </w:r>
    </w:p>
    <w:p>
      <w:pPr>
        <w:jc w:val="right"/>
      </w:pPr>
      <w:r>
        <w:t>کا جو کاز ہے، اس کو پرابلی بنانا۔</w:t>
      </w:r>
    </w:p>
    <w:p>
      <w:r>
        <w:rPr>
          <w:b/>
        </w:rPr>
        <w:t xml:space="preserve">[23:32] </w:t>
      </w:r>
      <w:r>
        <w:t>yeh matlab tha.</w:t>
      </w:r>
    </w:p>
    <w:p>
      <w:pPr>
        <w:jc w:val="right"/>
      </w:pPr>
      <w:r>
        <w:t>یہ مطلب تھا۔</w:t>
      </w:r>
    </w:p>
    <w:p>
      <w:r>
        <w:rPr>
          <w:b/>
        </w:rPr>
        <w:t xml:space="preserve">[23:37] </w:t>
      </w:r>
      <w:r>
        <w:t>aakhri cheez beta hota hai.</w:t>
      </w:r>
    </w:p>
    <w:p>
      <w:pPr>
        <w:jc w:val="right"/>
      </w:pPr>
      <w:r>
        <w:t>آخری چیز بیٹا ہوتا ہے۔</w:t>
      </w:r>
    </w:p>
    <w:p>
      <w:r>
        <w:rPr>
          <w:b/>
        </w:rPr>
        <w:t xml:space="preserve">[23:43] </w:t>
      </w:r>
      <w:r>
        <w:t>to aisa kar ke Hazrat Ibrahim ne sabit kiya ke mein apne bete ko bhi excuse nahi banaunga.</w:t>
      </w:r>
    </w:p>
    <w:p>
      <w:pPr>
        <w:jc w:val="right"/>
      </w:pPr>
      <w:r>
        <w:t>تو ایسا کر کے حضرت ابراہیم نے ثابت کیا کہ میں اپنے بیٹے کو بھی ایکسکیوز نہیں بناؤں گا۔</w:t>
      </w:r>
    </w:p>
    <w:p>
      <w:r>
        <w:rPr>
          <w:b/>
        </w:rPr>
        <w:t xml:space="preserve">[23:49] </w:t>
      </w:r>
      <w:r>
        <w:t>Allah ke raste mein bete ko bhi mein excuse nahi banaunga.</w:t>
      </w:r>
    </w:p>
    <w:p>
      <w:pPr>
        <w:jc w:val="right"/>
      </w:pPr>
      <w:r>
        <w:t>اللہ کے راستے میں بیٹے کو بھی میں ایکسکیوز نہیں بناؤں گا۔</w:t>
      </w:r>
    </w:p>
    <w:p>
      <w:r>
        <w:rPr>
          <w:b/>
        </w:rPr>
        <w:t xml:space="preserve">[23:54] </w:t>
      </w:r>
      <w:r>
        <w:t>mera supreme concern jo hai, woh sirf Allah ka cause hoga. yeh hai.</w:t>
      </w:r>
    </w:p>
    <w:p>
      <w:pPr>
        <w:jc w:val="right"/>
      </w:pPr>
      <w:r>
        <w:t>میرا سپریم کنسرن جو ہے، وہ صرف اللہ کا کاز ہوگا۔ یہ ہے۔</w:t>
      </w:r>
    </w:p>
    <w:p>
      <w:r>
        <w:rPr>
          <w:b/>
        </w:rPr>
        <w:t xml:space="preserve">[24:00] </w:t>
      </w:r>
      <w:r>
        <w:t>to jahan jahan Allah ne chhote chalne nahi di, bete ko zabah hone nahi diya, kyunke asal cheez</w:t>
      </w:r>
    </w:p>
    <w:p>
      <w:pPr>
        <w:jc w:val="right"/>
      </w:pPr>
      <w:r>
        <w:t>تو جہاں جہاں اللہ نے چھوٹے چلنے نہیں دی، بیٹے کو ذبح ہونے نہیں دیا، کیونکہ اصل چیز</w:t>
      </w:r>
    </w:p>
    <w:p>
      <w:r>
        <w:rPr>
          <w:b/>
        </w:rPr>
        <w:t xml:space="preserve">[24:06] </w:t>
      </w:r>
      <w:r>
        <w:t>to test dena tha ke kisi bhi cheez ko woh Allah ke cause ke muqable mein, jo cause</w:t>
      </w:r>
    </w:p>
    <w:p>
      <w:pPr>
        <w:jc w:val="right"/>
      </w:pPr>
      <w:r>
        <w:t>تو ٹیسٹ دینا تھا کہ کسی بھی چیز کو وہ اللہ کے کاز کے مقابلے میں، جو کاز</w:t>
      </w:r>
    </w:p>
    <w:p>
      <w:r>
        <w:rPr>
          <w:b/>
        </w:rPr>
        <w:t xml:space="preserve">[24:11] </w:t>
      </w:r>
      <w:r>
        <w:t>tha, us ke muqable mein excuse nahi banayenge.</w:t>
      </w:r>
    </w:p>
    <w:p>
      <w:pPr>
        <w:jc w:val="right"/>
      </w:pPr>
      <w:r>
        <w:t>تھا، اس کے مقابلے میں ایکسکیوز نہیں بنائیں گے۔</w:t>
      </w:r>
    </w:p>
    <w:p>
      <w:r>
        <w:rPr>
          <w:b/>
        </w:rPr>
        <w:t xml:space="preserve">[24:17] </w:t>
      </w:r>
      <w:r>
        <w:t>to un ka intikhab ho.</w:t>
      </w:r>
    </w:p>
    <w:p>
      <w:pPr>
        <w:jc w:val="right"/>
      </w:pPr>
      <w:r>
        <w:t>تو ان کا انتخاب ہو۔</w:t>
      </w:r>
    </w:p>
    <w:p>
      <w:r>
        <w:rPr>
          <w:b/>
        </w:rPr>
        <w:t xml:space="preserve">[24:23] </w:t>
      </w:r>
      <w:r>
        <w:t>sawal yeh hai ke yeh jo farmaya ke: "إِنِّي جَعَلُكُ لِلنَّاسِ عِمَامًا" ke mein tum ko sari dunya</w:t>
      </w:r>
    </w:p>
    <w:p>
      <w:pPr>
        <w:jc w:val="right"/>
      </w:pPr>
      <w:r>
        <w:t>سوال یہ ہے کہ یہ جو فرمایا کہ: "إِنِّي جَعَلُكُ لِلنَّاسِ عِمَامًا" کہ میں تم کو ساری دنیا</w:t>
      </w:r>
    </w:p>
    <w:p>
      <w:r>
        <w:rPr>
          <w:b/>
        </w:rPr>
        <w:t xml:space="preserve">[24:29] </w:t>
      </w:r>
      <w:r>
        <w:t>ke imam banane wala hoon, yani leader of mankind.</w:t>
      </w:r>
    </w:p>
    <w:p>
      <w:pPr>
        <w:jc w:val="right"/>
      </w:pPr>
      <w:r>
        <w:t>کے امام بنانے والا ہوں، یعنی لیڈر آف مین کائنڈ۔</w:t>
      </w:r>
    </w:p>
    <w:p>
      <w:r>
        <w:rPr>
          <w:b/>
        </w:rPr>
        <w:t xml:space="preserve">[24:34] </w:t>
      </w:r>
      <w:r>
        <w:t>yeh leader of mankind kya cheez hai? sari dunya ke leader kya matlab hai is ka? achha,</w:t>
      </w:r>
    </w:p>
    <w:p>
      <w:pPr>
        <w:jc w:val="right"/>
      </w:pPr>
      <w:r>
        <w:t>یہ لیڈر آف مین کائنڈ کیا چیز ہے؟ ساری دنیا کے لیڈر کیا مطلب ہے اس کا؟ اچھا،</w:t>
      </w:r>
    </w:p>
    <w:p>
      <w:r>
        <w:rPr>
          <w:b/>
        </w:rPr>
        <w:t xml:space="preserve">[24:40] </w:t>
      </w:r>
      <w:r>
        <w:t>dekhiye, aap jante hain ke Hazrat Ibrahim jo hain, woh paighambar hain sirf Islam ke nahi, Christian bhi</w:t>
      </w:r>
    </w:p>
    <w:p>
      <w:pPr>
        <w:jc w:val="right"/>
      </w:pPr>
      <w:r>
        <w:t>دیکھیے، آپ جانتے ہیں کہ حضرت ابراہیم جو ہیں، وہ پیغمبر ہیں صرف اسلام کے نہیں، کرسچن بھی</w:t>
      </w:r>
    </w:p>
    <w:p>
      <w:r>
        <w:rPr>
          <w:b/>
        </w:rPr>
        <w:t xml:space="preserve">[24:46] </w:t>
      </w:r>
      <w:r>
        <w:t>un ko isi darje mein mante hain.</w:t>
      </w:r>
    </w:p>
    <w:p>
      <w:pPr>
        <w:jc w:val="right"/>
      </w:pPr>
      <w:r>
        <w:t>ان کو اسی درجے میں مانتے ہیں۔</w:t>
      </w:r>
    </w:p>
    <w:p>
      <w:r>
        <w:rPr>
          <w:b/>
        </w:rPr>
        <w:t xml:space="preserve">[24:51] </w:t>
      </w:r>
      <w:r>
        <w:t>jo bhi un ko isi darje mein mante hain, to teeno bare separate religions ke woh bare maane jate hain.</w:t>
      </w:r>
    </w:p>
    <w:p>
      <w:pPr>
        <w:jc w:val="right"/>
      </w:pPr>
      <w:r>
        <w:t>جو بھی ان کو اسی درجے میں مانتے ہیں، تو تینوں بڑے سیپریٹ ریلیجنز کے وہ بڑے مانے جاتے ہیں۔</w:t>
      </w:r>
    </w:p>
    <w:p>
      <w:r>
        <w:rPr>
          <w:b/>
        </w:rPr>
        <w:t xml:space="preserve">[24:57] </w:t>
      </w:r>
      <w:r>
        <w:t>to chunache jis tarah Quran mein zikr hai un ka, us tarah Bible mein bhi zikr hai.</w:t>
      </w:r>
    </w:p>
    <w:p>
      <w:pPr>
        <w:jc w:val="right"/>
      </w:pPr>
      <w:r>
        <w:t>تو چنانچہ جس طرح قرآن میں ذکر ہے ان کا، اس طرح بائبل میں بھی ذکر ہے۔</w:t>
      </w:r>
    </w:p>
    <w:p>
      <w:r>
        <w:rPr>
          <w:b/>
        </w:rPr>
        <w:t xml:space="preserve">[25:03] </w:t>
      </w:r>
      <w:r>
        <w:t>Bible mein bohat tafseel se aap parhiye, Genesis jo chapter hai, Genesis, us mein is mein yeh ayat</w:t>
      </w:r>
    </w:p>
    <w:p>
      <w:pPr>
        <w:jc w:val="right"/>
      </w:pPr>
      <w:r>
        <w:t>بائبل میں بہت تفصیل سے آپ پڑھیے، جنیسس جو چیپٹر ہے، جنیسس، اس میں اس میں یہ آیت</w:t>
      </w:r>
    </w:p>
    <w:p>
      <w:r>
        <w:rPr>
          <w:b/>
        </w:rPr>
        <w:t xml:space="preserve">[25:08] </w:t>
      </w:r>
      <w:r>
        <w:t>hai, yani chapter 18 aur verse 18 ke: "all the nations of the world".</w:t>
      </w:r>
    </w:p>
    <w:p>
      <w:pPr>
        <w:jc w:val="right"/>
      </w:pPr>
      <w:r>
        <w:t>ہے، یعنی چیپٹر 18 اور ورس 18 کہ: "آل دا نیشنز آف دا ورلڈ"۔</w:t>
      </w:r>
    </w:p>
    <w:p>
      <w:r>
        <w:rPr>
          <w:b/>
        </w:rPr>
        <w:t xml:space="preserve">[25:14] </w:t>
      </w:r>
      <w:r>
        <w:t>"all the nations" Allah taala ne Ibrahim ke bare mein kaha.</w:t>
      </w:r>
    </w:p>
    <w:p>
      <w:pPr>
        <w:jc w:val="right"/>
      </w:pPr>
      <w:r>
        <w:t>"آل دا نیشنز" اللہ تعالیٰ نے ابراہیم کے بارے میں کہا۔</w:t>
      </w:r>
    </w:p>
    <w:p>
      <w:r>
        <w:rPr>
          <w:b/>
        </w:rPr>
        <w:t xml:space="preserve">[25:20] </w:t>
      </w:r>
      <w:r>
        <w:t>aap bible mein dekh lijiye ke Hazrat Ibrahim ke baray mein Allah taala ne kaha ke: "aal da</w:t>
      </w:r>
    </w:p>
    <w:p>
      <w:pPr>
        <w:jc w:val="right"/>
      </w:pPr>
      <w:r>
        <w:t>آپ بائبل میں دیکھ لیجئے کہ حضرت ابراہیم کے بارے میں اللہ تعالیٰ نے کہا کہ: "آل دا</w:t>
      </w:r>
    </w:p>
    <w:p>
      <w:r>
        <w:rPr>
          <w:b/>
        </w:rPr>
        <w:t xml:space="preserve">[25:25] </w:t>
      </w:r>
      <w:r>
        <w:t>nations of earth shall be breast in him".</w:t>
      </w:r>
    </w:p>
    <w:p>
      <w:pPr>
        <w:jc w:val="right"/>
      </w:pPr>
      <w:r>
        <w:t>نیشنز آف ارتھ شیل بی بریسٹ ان ہم"۔</w:t>
      </w:r>
    </w:p>
    <w:p>
      <w:r>
        <w:rPr>
          <w:b/>
        </w:rPr>
        <w:t xml:space="preserve">[25:31] </w:t>
      </w:r>
      <w:r>
        <w:t>yani zameen ki tamam qoumein Ibrahim ke zariye barkat payengi.</w:t>
      </w:r>
    </w:p>
    <w:p>
      <w:pPr>
        <w:jc w:val="right"/>
      </w:pPr>
      <w:r>
        <w:t>یعنی زمین کی تمام قومیں ابراہیم کے ذریعے برکت پائیں گی۔</w:t>
      </w:r>
    </w:p>
    <w:p>
      <w:r>
        <w:rPr>
          <w:b/>
        </w:rPr>
        <w:t xml:space="preserve">[25:37] </w:t>
      </w:r>
      <w:r>
        <w:t>zameen ki tamam qoumein.</w:t>
      </w:r>
    </w:p>
    <w:p>
      <w:pPr>
        <w:jc w:val="right"/>
      </w:pPr>
      <w:r>
        <w:t>زمین کی تمام قومیں۔</w:t>
      </w:r>
    </w:p>
    <w:p>
      <w:r>
        <w:rPr>
          <w:b/>
        </w:rPr>
        <w:t xml:space="preserve">[25:42] </w:t>
      </w:r>
      <w:r>
        <w:t>yeh ek sawal hai ke kya matlab hai is ka? Yani Quran mein hai ke Allah taala ne</w:t>
      </w:r>
    </w:p>
    <w:p>
      <w:pPr>
        <w:jc w:val="right"/>
      </w:pPr>
      <w:r>
        <w:t>یہ ایک سوال ہے کہ کیا مطلب ہے اس کا؟ یعنی قرآن میں ہے کہ اللہ تعالیٰ نے</w:t>
      </w:r>
    </w:p>
    <w:p>
      <w:r>
        <w:rPr>
          <w:b/>
        </w:rPr>
        <w:t xml:space="preserve">[25:48] </w:t>
      </w:r>
      <w:r>
        <w:t>un ko leader of mankind bana diya.</w:t>
      </w:r>
    </w:p>
    <w:p>
      <w:pPr>
        <w:jc w:val="right"/>
      </w:pPr>
      <w:r>
        <w:t>ان کو لیڈر آف مین کائنڈ بنا دیا۔</w:t>
      </w:r>
    </w:p>
    <w:p>
      <w:r>
        <w:rPr>
          <w:b/>
        </w:rPr>
        <w:t xml:space="preserve">[25:54] </w:t>
      </w:r>
      <w:r>
        <w:t>bible mein hai ke zameen ki tamam qoumein un ke zariye bracing milegi.</w:t>
      </w:r>
    </w:p>
    <w:p>
      <w:pPr>
        <w:jc w:val="right"/>
      </w:pPr>
      <w:r>
        <w:t>بائبل میں ہے کہ زمین کی تمام قومیں ان کے ذریعے بریسنگ ملے گی۔</w:t>
      </w:r>
    </w:p>
    <w:p>
      <w:r>
        <w:rPr>
          <w:b/>
        </w:rPr>
        <w:t xml:space="preserve">[26:00] </w:t>
      </w:r>
      <w:r>
        <w:t>to kya matlab hai is ka? Is ko aap talash kiye to na to Quran ki commentary mein</w:t>
      </w:r>
    </w:p>
    <w:p>
      <w:pPr>
        <w:jc w:val="right"/>
      </w:pPr>
      <w:r>
        <w:t>تو کیا مطلب ہے اس کا؟ اس کو آپ تلاش کیے تو نہ تو قرآن کی کمنٹری میں</w:t>
      </w:r>
    </w:p>
    <w:p>
      <w:r>
        <w:rPr>
          <w:b/>
        </w:rPr>
        <w:t xml:space="preserve">[26:05] </w:t>
      </w:r>
      <w:r>
        <w:t>kahin milega aap ko jawab aur na bible ki commentary mein.</w:t>
      </w:r>
    </w:p>
    <w:p>
      <w:pPr>
        <w:jc w:val="right"/>
      </w:pPr>
      <w:r>
        <w:t>کہیں ملے گا آپ کو جواب اور نہ بائبل کی کمنٹری میں۔</w:t>
      </w:r>
    </w:p>
    <w:p>
      <w:r>
        <w:rPr>
          <w:b/>
        </w:rPr>
        <w:t xml:space="preserve">[26:11] </w:t>
      </w:r>
      <w:r>
        <w:t>yehahan tak ke ghaleban is par koi ek kitab bhi nahi likhi gayi.</w:t>
      </w:r>
    </w:p>
    <w:p>
      <w:pPr>
        <w:jc w:val="right"/>
      </w:pPr>
      <w:r>
        <w:t>یہاں تک کہ غالباً اس پر کوئی ایک کتاب بھی نہیں لکھی گئی۔</w:t>
      </w:r>
    </w:p>
    <w:p>
      <w:r>
        <w:rPr>
          <w:b/>
        </w:rPr>
        <w:t xml:space="preserve">[26:17] </w:t>
      </w:r>
      <w:r>
        <w:t>na Moosa ne likha, na Nooh ne likha, na Christian ne likha.</w:t>
      </w:r>
    </w:p>
    <w:p>
      <w:pPr>
        <w:jc w:val="right"/>
      </w:pPr>
      <w:r>
        <w:t>نہ موسیٰ نے لکھا، نہ نوح نے لکھا، نہ کرسچن نے لکھا۔</w:t>
      </w:r>
    </w:p>
    <w:p>
      <w:r>
        <w:rPr>
          <w:b/>
        </w:rPr>
        <w:t xml:space="preserve">[26:22] </w:t>
      </w:r>
      <w:r>
        <w:t>yeh abhi tak purasrar bana hua hai, purasrar untold story bana hua hai.</w:t>
      </w:r>
    </w:p>
    <w:p>
      <w:pPr>
        <w:jc w:val="right"/>
      </w:pPr>
      <w:r>
        <w:t>یہ ابھی تک پراسرار بنا ہوا ہے، پراسرار ان ٹولڈ سٹوری بنا ہوا ہے۔</w:t>
      </w:r>
    </w:p>
    <w:p>
      <w:r>
        <w:rPr>
          <w:b/>
        </w:rPr>
        <w:t xml:space="preserve">[26:28] </w:t>
      </w:r>
      <w:r>
        <w:t>کیوں؟ جو تین چیزیں لوگ سمجھتے ہیں اپنے mind میں جو ہوتے ہیں، وہ وہ applicable نہیں ہیں۔</w:t>
      </w:r>
    </w:p>
    <w:p>
      <w:pPr>
        <w:jc w:val="right"/>
      </w:pPr>
      <w:r>
        <w:t>کیوں؟ جو تین چیزیں لوگ سمجھتے ہیں اپنے مائنڈ میں جو ہوتے ہیں، وہ وہ ایپلیکیبل نہیں ہیں۔</w:t>
      </w:r>
    </w:p>
    <w:p>
      <w:r>
        <w:rPr>
          <w:b/>
        </w:rPr>
        <w:t xml:space="preserve">[26:34] </w:t>
      </w:r>
      <w:r>
        <w:t>ise confusion mein mubtala hoon.</w:t>
      </w:r>
    </w:p>
    <w:p>
      <w:pPr>
        <w:jc w:val="right"/>
      </w:pPr>
      <w:r>
        <w:t>اسے کنفیوژن میں مبتلا ہوں۔</w:t>
      </w:r>
    </w:p>
    <w:p>
      <w:r>
        <w:rPr>
          <w:b/>
        </w:rPr>
        <w:t xml:space="preserve">[26:39] </w:t>
      </w:r>
      <w:r>
        <w:t>misal ke taur par agar yeh samajhte hain ke Hazrat Ibrahim ke zariye se logon ko ideology mili, divine ideology ya</w:t>
      </w:r>
    </w:p>
    <w:p>
      <w:pPr>
        <w:jc w:val="right"/>
      </w:pPr>
      <w:r>
        <w:t>مثلاً اگر یہ سمجھتے ہیں کہ حضرت ابراہیم کے ذریعے سے لوگوں کو آئیڈیالوجی ملی، ڈیوائن آئیڈیالوجی یا</w:t>
      </w:r>
    </w:p>
    <w:p>
      <w:r>
        <w:rPr>
          <w:b/>
        </w:rPr>
        <w:t xml:space="preserve">[26:45] </w:t>
      </w:r>
      <w:r>
        <w:t>ideology of Tawhid, to applicable, apply nahi hota yeh.</w:t>
      </w:r>
    </w:p>
    <w:p>
      <w:pPr>
        <w:jc w:val="right"/>
      </w:pPr>
      <w:r>
        <w:t>آئیڈیالوجی آف توحید، تو ایپلیکیبل، اپلائی نہیں ہوتا یہ۔</w:t>
      </w:r>
    </w:p>
    <w:p>
      <w:r>
        <w:rPr>
          <w:b/>
        </w:rPr>
        <w:t xml:space="preserve">[26:51] </w:t>
      </w:r>
      <w:r>
        <w:t>kyun ke ideology to Quran se mili hai.</w:t>
      </w:r>
    </w:p>
    <w:p>
      <w:pPr>
        <w:jc w:val="right"/>
      </w:pPr>
      <w:r>
        <w:t>کیونکہ آئیڈیالوجی تو قرآن سے ملی ہے۔</w:t>
      </w:r>
    </w:p>
    <w:p>
      <w:r>
        <w:rPr>
          <w:b/>
        </w:rPr>
        <w:t xml:space="preserve">[26:56] </w:t>
      </w:r>
      <w:r>
        <w:t>mehfooz kitab tauheed ki Quran hai.</w:t>
      </w:r>
    </w:p>
    <w:p>
      <w:pPr>
        <w:jc w:val="right"/>
      </w:pPr>
      <w:r>
        <w:t>محفوظ کتاب توحید کی قرآن ہے۔</w:t>
      </w:r>
    </w:p>
    <w:p>
      <w:r>
        <w:rPr>
          <w:b/>
        </w:rPr>
        <w:t xml:space="preserve">[27:02] </w:t>
      </w:r>
      <w:r>
        <w:t>Hazrat Ibrahim ke jo suhuf the, woh to kahin milte nahi.</w:t>
      </w:r>
    </w:p>
    <w:p>
      <w:pPr>
        <w:jc w:val="right"/>
      </w:pPr>
      <w:r>
        <w:t>حضرت ابراہیم کے جو صحیفے تھے، وہ تو کہیں ملتے نہیں۔</w:t>
      </w:r>
    </w:p>
    <w:p>
      <w:r>
        <w:rPr>
          <w:b/>
        </w:rPr>
        <w:t xml:space="preserve">[27:08] </w:t>
      </w:r>
      <w:r>
        <w:t>jo suhuf-e-Ibrahim jin ko aaya tha, woh to maadoom ho gaye.</w:t>
      </w:r>
    </w:p>
    <w:p>
      <w:pPr>
        <w:jc w:val="right"/>
      </w:pPr>
      <w:r>
        <w:t>جو صوف ابراہیم جن کو آیا تھا، وہ تو معدوم ہو گئے۔</w:t>
      </w:r>
    </w:p>
    <w:p>
      <w:r>
        <w:rPr>
          <w:b/>
        </w:rPr>
        <w:t xml:space="preserve">[27:13] </w:t>
      </w:r>
      <w:r>
        <w:t>تو where is that ideology given by Prophet Abraham? جو عقیدے کی بات ہو گئی۔</w:t>
      </w:r>
    </w:p>
    <w:p>
      <w:pPr>
        <w:jc w:val="right"/>
      </w:pPr>
      <w:r>
        <w:t>تو ویر از دیٹ آئیڈیالوجی گیون بائی پرافٹ ابراہم؟ جو عقیدے کی بات ہو گئی۔</w:t>
      </w:r>
    </w:p>
    <w:p>
      <w:r>
        <w:rPr>
          <w:b/>
        </w:rPr>
        <w:t xml:space="preserve">[27:19] </w:t>
      </w:r>
      <w:r>
        <w:t>to amalan jo hai, dekhiye, practically aaj ideology ke maani mein Khuda ka deen ka makhraj jo hai,</w:t>
      </w:r>
    </w:p>
    <w:p>
      <w:pPr>
        <w:jc w:val="right"/>
      </w:pPr>
      <w:r>
        <w:t>تو عملاً جو ہے، دیکھیے، پریکٹیکلی آج آئیڈیالوجی کے معنی میں خدا کا دین کا مخرج جو ہے،</w:t>
      </w:r>
    </w:p>
    <w:p>
      <w:r>
        <w:rPr>
          <w:b/>
        </w:rPr>
        <w:t xml:space="preserve">[27:25] </w:t>
      </w:r>
      <w:r>
        <w:t>woh sirf Quran hai.</w:t>
      </w:r>
    </w:p>
    <w:p>
      <w:pPr>
        <w:jc w:val="right"/>
      </w:pPr>
      <w:r>
        <w:t>وہ صرف قرآن ہے۔</w:t>
      </w:r>
    </w:p>
    <w:p>
      <w:r>
        <w:rPr>
          <w:b/>
        </w:rPr>
        <w:t xml:space="preserve">[27:31] </w:t>
      </w:r>
      <w:r>
        <w:t>na na zikr na nazal zikr wa nalahu hafizoon.</w:t>
      </w:r>
    </w:p>
    <w:p>
      <w:pPr>
        <w:jc w:val="right"/>
      </w:pPr>
      <w:r>
        <w:t>نان نان ذکر نان نزل ذکر ونا لہو حافظون۔</w:t>
      </w:r>
    </w:p>
    <w:p>
      <w:r>
        <w:rPr>
          <w:b/>
        </w:rPr>
        <w:t xml:space="preserve">[27:36] </w:t>
      </w:r>
      <w:r>
        <w:t>to agar aap yeh kahein ke Hazrat Ibrahim ke zariye se dunya ko ideology mili, to kahan mili?</w:t>
      </w:r>
    </w:p>
    <w:p>
      <w:pPr>
        <w:jc w:val="right"/>
      </w:pPr>
      <w:r>
        <w:t>تو اگر آپ یہ کہیں کہ حضرت ابراہیم کے ذریعے سے دنیا کو آئیڈیالوجی ملی، تو کہاں ملی؟</w:t>
      </w:r>
    </w:p>
    <w:p>
      <w:r>
        <w:rPr>
          <w:b/>
        </w:rPr>
        <w:t xml:space="preserve">[27:42] </w:t>
      </w:r>
      <w:r>
        <w:t>un ke us waqt, un ke us waqt to maujood nahi hai.</w:t>
      </w:r>
    </w:p>
    <w:p>
      <w:pPr>
        <w:jc w:val="right"/>
      </w:pPr>
      <w:r>
        <w:t>ان کے اس وقت، ان کے اس وقت تو موجود نہیں ہے۔</w:t>
      </w:r>
    </w:p>
    <w:p>
      <w:r>
        <w:rPr>
          <w:b/>
        </w:rPr>
        <w:t xml:space="preserve">[27:48] </w:t>
      </w:r>
      <w:r>
        <w:t>woh to mili Quran se jo Rasool Allah Sal Allahu Alaihi Wasallam ko utra tha.</w:t>
      </w:r>
    </w:p>
    <w:p>
      <w:pPr>
        <w:jc w:val="right"/>
      </w:pPr>
      <w:r>
        <w:t>وہ تو ملی قرآن سے جو رسول اللہ صلی اللہ علیہ وسلم کو اترا تھا۔</w:t>
      </w:r>
    </w:p>
    <w:p>
      <w:r>
        <w:rPr>
          <w:b/>
        </w:rPr>
        <w:t xml:space="preserve">[27:53] </w:t>
      </w:r>
      <w:r>
        <w:t>achha, agar aap yeh kahein ke Hazrat Ibrahim ke zariye dunya bhar mein Khudai hukoomat qaim hui, to</w:t>
      </w:r>
    </w:p>
    <w:p>
      <w:pPr>
        <w:jc w:val="right"/>
      </w:pPr>
      <w:r>
        <w:t>اچھا، اگر آپ یہ کہیں کہ حضرت ابراہیم کے ذریعے دنیا بھر میں خدائی حکومت قائم ہوئی، تو</w:t>
      </w:r>
    </w:p>
    <w:p>
      <w:r>
        <w:rPr>
          <w:b/>
        </w:rPr>
        <w:t xml:space="preserve">[27:59] </w:t>
      </w:r>
      <w:r>
        <w:t>woh kahan qaim hui? kab hazrat ibrahim ke zariye sari dunya mein aik aik aik global rule qaim</w:t>
      </w:r>
    </w:p>
    <w:p>
      <w:pPr>
        <w:jc w:val="right"/>
      </w:pPr>
      <w:r>
        <w:t>وہ کہاں قائم ہوئی؟ کب حضرت ابراہیم کے ذریعے ساری دنیا میں ایک ایک ایک گلوبل رول قائم</w:t>
      </w:r>
    </w:p>
    <w:p>
      <w:r>
        <w:rPr>
          <w:b/>
        </w:rPr>
        <w:t xml:space="preserve">[28:05] </w:t>
      </w:r>
      <w:r>
        <w:t>hua jis ke president thay? woh hazrat ka bhi hua nahi.</w:t>
      </w:r>
    </w:p>
    <w:p>
      <w:pPr>
        <w:jc w:val="right"/>
      </w:pPr>
      <w:r>
        <w:t>ہوا جس کے پریزیڈنٹ تھے؟ وہ حضرت کا بھی ہوا نہیں۔</w:t>
      </w:r>
    </w:p>
    <w:p>
      <w:r>
        <w:rPr>
          <w:b/>
        </w:rPr>
        <w:t xml:space="preserve">[28:10] </w:t>
      </w:r>
      <w:r>
        <w:t>is liye log bohat confusion mein hain ke kya matlab hai is ka ke ibrahim jo thay, woh</w:t>
      </w:r>
    </w:p>
    <w:p>
      <w:pPr>
        <w:jc w:val="right"/>
      </w:pPr>
      <w:r>
        <w:t>اس لیے لوگ بہت کنفیوژن میں ہیں کہ کیا مطلب ہے اس کا کہ ابراہیم جو تھے، وہ</w:t>
      </w:r>
    </w:p>
    <w:p>
      <w:r>
        <w:rPr>
          <w:b/>
        </w:rPr>
        <w:t xml:space="preserve">[28:16] </w:t>
      </w:r>
      <w:r>
        <w:t>leader of mankind thay, un se zameen ki tamam qomon ko barkat mili.</w:t>
      </w:r>
    </w:p>
    <w:p>
      <w:pPr>
        <w:jc w:val="right"/>
      </w:pPr>
      <w:r>
        <w:t>لیڈر آف مین کائنڈ تھے، ان سے زمین کی تمام قوموں کو برکت ملی۔</w:t>
      </w:r>
    </w:p>
    <w:p>
      <w:r>
        <w:rPr>
          <w:b/>
        </w:rPr>
        <w:t xml:space="preserve">[28:22] </w:t>
      </w:r>
      <w:r>
        <w:t>toh is baat ko na toh yahoodi khol sake, na christian khol sake, aur na musalman khol sake.</w:t>
      </w:r>
    </w:p>
    <w:p>
      <w:pPr>
        <w:jc w:val="right"/>
      </w:pPr>
      <w:r>
        <w:t>تو اس بات کو نہ تو یہودی کھول سکے، نہ کرسچن کھول سکے، اور نہ مسلمان کھول سکے۔</w:t>
      </w:r>
    </w:p>
    <w:p>
      <w:r>
        <w:rPr>
          <w:b/>
        </w:rPr>
        <w:t xml:space="preserve">[28:27] </w:t>
      </w:r>
      <w:r>
        <w:t>kyunke jo jo model un ke zehn mein hai, woh apply nahi hota.</w:t>
      </w:r>
    </w:p>
    <w:p>
      <w:pPr>
        <w:jc w:val="right"/>
      </w:pPr>
      <w:r>
        <w:t>کیونکہ جو جو ماڈل ان کے ذہن میں ہے، وہ اپلائی نہیں ہوتا۔</w:t>
      </w:r>
    </w:p>
    <w:p>
      <w:r>
        <w:rPr>
          <w:b/>
        </w:rPr>
        <w:t xml:space="preserve">[28:33] </w:t>
      </w:r>
      <w:r>
        <w:t>yeh model ke unhon ne sari dunya ko ideology of tauheed di, toh woh ideology of tauheed toh</w:t>
      </w:r>
    </w:p>
    <w:p>
      <w:pPr>
        <w:jc w:val="right"/>
      </w:pPr>
      <w:r>
        <w:t>یہ ماڈل کہ انہوں نے ساری دنیا کو آئیڈیالوجی آف توحید دی، تو وہ آئیڈیالوجی آف توحید تو</w:t>
      </w:r>
    </w:p>
    <w:p>
      <w:r>
        <w:rPr>
          <w:b/>
        </w:rPr>
        <w:t xml:space="preserve">[28:39] </w:t>
      </w:r>
      <w:r>
        <w:t>quran ke zariye mili.</w:t>
      </w:r>
    </w:p>
    <w:p>
      <w:pPr>
        <w:jc w:val="right"/>
      </w:pPr>
      <w:r>
        <w:t>قرآن کے ذریعے ملی۔</w:t>
      </w:r>
    </w:p>
    <w:p>
      <w:r>
        <w:rPr>
          <w:b/>
        </w:rPr>
        <w:t xml:space="preserve">[28:44] </w:t>
      </w:r>
      <w:r>
        <w:t>agar yeh kahein ke unhon ne koi hukoomat qaim ki, toh koi tareekh nahi batati ke unhon ne</w:t>
      </w:r>
    </w:p>
    <w:p>
      <w:pPr>
        <w:jc w:val="right"/>
      </w:pPr>
      <w:r>
        <w:t>اگر یہ کہیں کہ انہوں نے کوئی حکومت قائم کی، تو کوئی تاریخ نہیں بتاتی کہ انہوں نے</w:t>
      </w:r>
    </w:p>
    <w:p>
      <w:r>
        <w:rPr>
          <w:b/>
        </w:rPr>
        <w:t xml:space="preserve">[28:50] </w:t>
      </w:r>
      <w:r>
        <w:t>kabhi koi hukoomat qaim ki.</w:t>
      </w:r>
    </w:p>
    <w:p>
      <w:pPr>
        <w:jc w:val="right"/>
      </w:pPr>
      <w:r>
        <w:t>کبھی کوئی حکومت قائم کی۔</w:t>
      </w:r>
    </w:p>
    <w:p>
      <w:r>
        <w:rPr>
          <w:b/>
        </w:rPr>
        <w:t xml:space="preserve">[28:56] </w:t>
      </w:r>
      <w:r>
        <w:t>hata ke jis ko hum sunnat kehte hain, yani zindagi ka model, hum dunya mein zindagi kaise guzarein,</w:t>
      </w:r>
    </w:p>
    <w:p>
      <w:pPr>
        <w:jc w:val="right"/>
      </w:pPr>
      <w:r>
        <w:t>حتیٰ کہ جس کو ہم سنت کہتے ہیں، یعنی زندگی کا ماڈل، ہم دنیا میں زندگی کیسے گزاریں،</w:t>
      </w:r>
    </w:p>
    <w:p>
      <w:r>
        <w:rPr>
          <w:b/>
        </w:rPr>
        <w:t xml:space="preserve">[29:02] </w:t>
      </w:r>
      <w:r>
        <w:t>toh sunnat ka bhi jo model hai hamare paas, woh rasool Allah salallaho alaihe wasallam ka hai.</w:t>
      </w:r>
    </w:p>
    <w:p>
      <w:pPr>
        <w:jc w:val="right"/>
      </w:pPr>
      <w:r>
        <w:t>تو سنت کا بھی جو ماڈل ہے ہمارے پاس، وہ رسول اللہ صلی اللہ علیہ وسلم کا ہے۔</w:t>
      </w:r>
    </w:p>
    <w:p>
      <w:r>
        <w:rPr>
          <w:b/>
        </w:rPr>
        <w:t xml:space="preserve">[29:07] </w:t>
      </w:r>
      <w:r>
        <w:t>hazrat ibrahim ke baray mein toh koi maloomat nahi, bohat hi kam maloomat hain, bohat thori.</w:t>
      </w:r>
    </w:p>
    <w:p>
      <w:pPr>
        <w:jc w:val="right"/>
      </w:pPr>
      <w:r>
        <w:t>حضرت ابراہیم کے بارے میں تو کوئی معلومات نہیں، بہت ہی کم معلومات ہیں، بہت تھوڑی۔</w:t>
      </w:r>
    </w:p>
    <w:p>
      <w:r>
        <w:rPr>
          <w:b/>
        </w:rPr>
        <w:t xml:space="preserve">[29:13] </w:t>
      </w:r>
      <w:r>
        <w:t>rasool hazrat hazrat ibrahim ke zariye, hazrat ibrahim ki zindagi ke jo waqiat hamein maloom hain, us se</w:t>
      </w:r>
    </w:p>
    <w:p>
      <w:pPr>
        <w:jc w:val="right"/>
      </w:pPr>
      <w:r>
        <w:t>رسول حضرت حضرت ابراہیم کے ذریعے، حضرت ابراہیم کی زندگی کے جو واقعات ہمیں معلوم ہیں، اس سے</w:t>
      </w:r>
    </w:p>
    <w:p>
      <w:r>
        <w:rPr>
          <w:b/>
        </w:rPr>
        <w:t xml:space="preserve">[29:19] </w:t>
      </w:r>
      <w:r>
        <w:t>hum poori zindagi nahi guzar sakte.</w:t>
      </w:r>
    </w:p>
    <w:p>
      <w:pPr>
        <w:jc w:val="right"/>
      </w:pPr>
      <w:r>
        <w:t>ہم پوری زندگی نہیں گزار سکتے۔</w:t>
      </w:r>
    </w:p>
    <w:p>
      <w:r>
        <w:rPr>
          <w:b/>
        </w:rPr>
        <w:t xml:space="preserve">[29:24] </w:t>
      </w:r>
      <w:r>
        <w:t>is liye ke rasool Allah ki sunnat hamein darkaar hai.</w:t>
      </w:r>
    </w:p>
    <w:p>
      <w:pPr>
        <w:jc w:val="right"/>
      </w:pPr>
      <w:r>
        <w:t>اس لیے کہ رسول اللہ کی سنت ہمیں درکار ہے۔</w:t>
      </w:r>
    </w:p>
    <w:p>
      <w:r>
        <w:rPr>
          <w:b/>
        </w:rPr>
        <w:t xml:space="preserve">[29:30] </w:t>
      </w:r>
      <w:r>
        <w:t>yahan pe aap dekhiye toh hazrat ibrahim aap ko aap imam nahi bana sakte.</w:t>
      </w:r>
    </w:p>
    <w:p>
      <w:pPr>
        <w:jc w:val="right"/>
      </w:pPr>
      <w:r>
        <w:t>یہاں پہ آپ دیکھیے تو حضرت ابراہیم آپ کو آپ امام نہیں بنا سکتے۔</w:t>
      </w:r>
    </w:p>
    <w:p>
      <w:r>
        <w:rPr>
          <w:b/>
        </w:rPr>
        <w:t xml:space="preserve">[29:36] </w:t>
      </w:r>
      <w:r>
        <w:t>jis maani mein aap banana chahenge, toh woh aap confusion mein ho jayenge, kyunke woh applicable nahi hoga.</w:t>
      </w:r>
    </w:p>
    <w:p>
      <w:pPr>
        <w:jc w:val="right"/>
      </w:pPr>
      <w:r>
        <w:t>جس معنی میں آپ بنانا چاہیں گے، تو وہ آپ کنفیوژن میں ہو جائیں گے، کیونکہ وہ ایپلیکیبل نہیں ہوگا۔</w:t>
      </w:r>
    </w:p>
    <w:p>
      <w:r>
        <w:rPr>
          <w:b/>
        </w:rPr>
        <w:t xml:space="preserve">[29:41] </w:t>
      </w:r>
      <w:r>
        <w:t>وہ تو there must be some other meaning of imamat, وہ ہمیں تلاش کرنا ہے۔</w:t>
      </w:r>
    </w:p>
    <w:p>
      <w:pPr>
        <w:jc w:val="right"/>
      </w:pPr>
      <w:r>
        <w:t>وہ تو دیر مسٹ بی سم ادر میننگ آف امامت، وہ ہمیں تلاش کرنا ہے۔</w:t>
      </w:r>
    </w:p>
    <w:p>
      <w:r>
        <w:rPr>
          <w:b/>
        </w:rPr>
        <w:t xml:space="preserve">[29:47] </w:t>
      </w:r>
      <w:r>
        <w:t>toh woh kya hai? is ko mein arz karna chahta hoon.</w:t>
      </w:r>
    </w:p>
    <w:p>
      <w:pPr>
        <w:jc w:val="right"/>
      </w:pPr>
      <w:r>
        <w:t>تو وہ کیا ہے؟ اس کو میں عرض کرنا چاہتا ہوں۔</w:t>
      </w:r>
    </w:p>
    <w:p>
      <w:r>
        <w:rPr>
          <w:b/>
        </w:rPr>
        <w:t xml:space="preserve">[29:53] </w:t>
      </w:r>
      <w:r>
        <w:t>dekhiye, woh hai, woh method ke aitbaar se hai.</w:t>
      </w:r>
    </w:p>
    <w:p>
      <w:pPr>
        <w:jc w:val="right"/>
      </w:pPr>
      <w:r>
        <w:t>دیکھیے، وہ ہے، وہ میتھڈ کے اعتبار سے ہے۔</w:t>
      </w:r>
    </w:p>
    <w:p>
      <w:r>
        <w:rPr>
          <w:b/>
        </w:rPr>
        <w:t xml:space="preserve">[29:58] </w:t>
      </w:r>
      <w:r>
        <w:t>method ke aitbaar se hazrat ibrahim ke zariye aik naya method history mein introduce kiya gaya.</w:t>
      </w:r>
    </w:p>
    <w:p>
      <w:pPr>
        <w:jc w:val="right"/>
      </w:pPr>
      <w:r>
        <w:t>میتھڈ کے اعتبار سے حضرت ابراہیم کے ذریعے ایک نیا میتھڈ ہسٹری میں انٹروڈیوس کیا گیا۔</w:t>
      </w:r>
    </w:p>
    <w:p>
      <w:r>
        <w:rPr>
          <w:b/>
        </w:rPr>
        <w:t xml:space="preserve">[30:04] </w:t>
      </w:r>
      <w:r>
        <w:t>aik naya method, woh kya tha? domestic model ke bajaye democratic model.</w:t>
      </w:r>
    </w:p>
    <w:p>
      <w:pPr>
        <w:jc w:val="right"/>
      </w:pPr>
      <w:r>
        <w:t>ایک نیا میتھڈ، وہ کیا تھا؟ ڈومیسٹک ماڈل کے بجائے ڈیموکریٹک ماڈل۔</w:t>
      </w:r>
    </w:p>
    <w:p>
      <w:r>
        <w:rPr>
          <w:b/>
        </w:rPr>
        <w:t xml:space="preserve">[30:10] </w:t>
      </w:r>
      <w:r>
        <w:t>yeh saada baat nahi thi.</w:t>
      </w:r>
    </w:p>
    <w:p>
      <w:pPr>
        <w:jc w:val="right"/>
      </w:pPr>
      <w:r>
        <w:t>یہ سادہ بات نہیں تھی۔</w:t>
      </w:r>
    </w:p>
    <w:p>
      <w:r>
        <w:rPr>
          <w:b/>
        </w:rPr>
        <w:t xml:space="preserve">[30:16] </w:t>
      </w:r>
      <w:r>
        <w:t>is ke liye hazaron saal ka process chala, tab ja ke aisa qabil hua hai.</w:t>
      </w:r>
    </w:p>
    <w:p>
      <w:pPr>
        <w:jc w:val="right"/>
      </w:pPr>
      <w:r>
        <w:t>اس کے لیے ہزاروں سال کا پروسیس چلا، تب جا کے ایسا قابل ہوا ہے۔</w:t>
      </w:r>
    </w:p>
    <w:p>
      <w:r>
        <w:rPr>
          <w:b/>
        </w:rPr>
        <w:t xml:space="preserve">[30:21] </w:t>
      </w:r>
      <w:r>
        <w:t>kyunke maine arz kiya ke instantly aise waqiat nahi hote ke aap ne switch daba diya aur</w:t>
      </w:r>
    </w:p>
    <w:p>
      <w:pPr>
        <w:jc w:val="right"/>
      </w:pPr>
      <w:r>
        <w:t>کیونکہ میں نے عرض کیا کہ انسٹنٹلی ایسے واقعات نہیں ہوتے کہ آپ نے سوئچ دبا دیا اور</w:t>
      </w:r>
    </w:p>
    <w:p>
      <w:r>
        <w:rPr>
          <w:b/>
        </w:rPr>
        <w:t xml:space="preserve">[30:27] </w:t>
      </w:r>
      <w:r>
        <w:t>waqea ho gaya.</w:t>
      </w:r>
    </w:p>
    <w:p>
      <w:pPr>
        <w:jc w:val="right"/>
      </w:pPr>
      <w:r>
        <w:t>واقعہ ہو گیا۔</w:t>
      </w:r>
    </w:p>
    <w:p>
      <w:r>
        <w:rPr>
          <w:b/>
        </w:rPr>
        <w:t xml:space="preserve">[30:33] </w:t>
      </w:r>
      <w:r>
        <w:t>aisa nahi hota.</w:t>
      </w:r>
    </w:p>
    <w:p>
      <w:pPr>
        <w:jc w:val="right"/>
      </w:pPr>
      <w:r>
        <w:t>ایسا نہیں ہوتا۔</w:t>
      </w:r>
    </w:p>
    <w:p>
      <w:r>
        <w:rPr>
          <w:b/>
        </w:rPr>
        <w:t xml:space="preserve">[30:38] </w:t>
      </w:r>
      <w:r>
        <w:t>history mein jo change aata hai, woh ek process ke roop mein aata hai.</w:t>
      </w:r>
    </w:p>
    <w:p>
      <w:pPr>
        <w:jc w:val="right"/>
      </w:pPr>
      <w:r>
        <w:t>ہسٹری میں جو چینج آتا ہے، وہ ایک پروسیس کے روپ میں آتا ہے۔</w:t>
      </w:r>
    </w:p>
    <w:p>
      <w:r>
        <w:rPr>
          <w:b/>
        </w:rPr>
        <w:t xml:space="preserve">[30:44] </w:t>
      </w:r>
      <w:r>
        <w:t>to Hazrat Ibrahim ka kamal yeh hai ke unhon ne is history ko process kiya.</w:t>
      </w:r>
    </w:p>
    <w:p>
      <w:pPr>
        <w:jc w:val="right"/>
      </w:pPr>
      <w:r>
        <w:t>تو حضرت ابراہیم کا کمال یہ ہے کہ انہوں نے اس ہسٹری کو پروسیس کیا۔</w:t>
      </w:r>
    </w:p>
    <w:p>
      <w:r>
        <w:rPr>
          <w:b/>
        </w:rPr>
        <w:t xml:space="preserve">[30:50] </w:t>
      </w:r>
      <w:r>
        <w:t>is history ko process karne wale thay.</w:t>
      </w:r>
    </w:p>
    <w:p>
      <w:pPr>
        <w:jc w:val="right"/>
      </w:pPr>
      <w:r>
        <w:t>اس ہسٹری کو پروسیس کرنے والے تھے۔</w:t>
      </w:r>
    </w:p>
    <w:p>
      <w:r>
        <w:rPr>
          <w:b/>
        </w:rPr>
        <w:t xml:space="preserve">[30:55] </w:t>
      </w:r>
      <w:r>
        <w:t>woh yeh bohat hi bari baat hai.</w:t>
      </w:r>
    </w:p>
    <w:p>
      <w:pPr>
        <w:jc w:val="right"/>
      </w:pPr>
      <w:r>
        <w:t>وہ یہ بہت ہی بڑی بات ہے۔</w:t>
      </w:r>
    </w:p>
    <w:p>
      <w:r>
        <w:rPr>
          <w:b/>
        </w:rPr>
        <w:t xml:space="preserve">[31:01] </w:t>
      </w:r>
      <w:r>
        <w:t>is history ko process karne wale thay Hazrat Ibrahim.</w:t>
      </w:r>
    </w:p>
    <w:p>
      <w:pPr>
        <w:jc w:val="right"/>
      </w:pPr>
      <w:r>
        <w:t>اس ہسٹری کو پروسیس کرنے والے تھے حضرت ابراہیم۔</w:t>
      </w:r>
    </w:p>
    <w:p>
      <w:r>
        <w:rPr>
          <w:b/>
        </w:rPr>
        <w:t xml:space="preserve">[31:07] </w:t>
      </w:r>
      <w:r>
        <w:t>yeh un ka darja hai, yeh yeh un ka leader of mankind hona.</w:t>
      </w:r>
    </w:p>
    <w:p>
      <w:pPr>
        <w:jc w:val="right"/>
      </w:pPr>
      <w:r>
        <w:t>یہ ان کا درجہ ہے، یہ یہ ان کا لیڈر آف مین کائنڈ ہونا۔</w:t>
      </w:r>
    </w:p>
    <w:p>
      <w:r>
        <w:rPr>
          <w:b/>
        </w:rPr>
        <w:t xml:space="preserve">[31:12] </w:t>
      </w:r>
      <w:r>
        <w:t>yahan par dekhiye, Allah taala ne ek two fold planning ki.</w:t>
      </w:r>
    </w:p>
    <w:p>
      <w:pPr>
        <w:jc w:val="right"/>
      </w:pPr>
      <w:r>
        <w:t>یہاں پر دیکھیے، اللہ تعالیٰ نے ایک ٹو فولڈ پلاننگ کی۔</w:t>
      </w:r>
    </w:p>
    <w:p>
      <w:r>
        <w:rPr>
          <w:b/>
        </w:rPr>
        <w:t xml:space="preserve">[31:18] </w:t>
      </w:r>
      <w:r>
        <w:t>two fold planning.</w:t>
      </w:r>
    </w:p>
    <w:p>
      <w:pPr>
        <w:jc w:val="right"/>
      </w:pPr>
      <w:r>
        <w:t>ٹو فولڈ پلاننگ۔</w:t>
      </w:r>
    </w:p>
    <w:p>
      <w:r>
        <w:rPr>
          <w:b/>
        </w:rPr>
        <w:t xml:space="preserve">[31:24] </w:t>
      </w:r>
      <w:r>
        <w:t>yeh jo mein arz kar raha hoon ke yeh despotic model ke bajaye democratic model, is ke liye</w:t>
      </w:r>
    </w:p>
    <w:p>
      <w:pPr>
        <w:jc w:val="right"/>
      </w:pPr>
      <w:r>
        <w:t>یہ جو میں عرض کر رہا ہوں کہ یہ ڈسپوٹک ماڈل کے بجائے ڈیموکریٹک ماڈل، اس کے لیے</w:t>
      </w:r>
    </w:p>
    <w:p>
      <w:r>
        <w:rPr>
          <w:b/>
        </w:rPr>
        <w:t xml:space="preserve">[31:29] </w:t>
      </w:r>
      <w:r>
        <w:t>Allah taala ne ek two fold planning ki.</w:t>
      </w:r>
    </w:p>
    <w:p>
      <w:pPr>
        <w:jc w:val="right"/>
      </w:pPr>
      <w:r>
        <w:t>اللہ تعالیٰ نے ایک ٹو فولڈ پلاننگ کی۔</w:t>
      </w:r>
    </w:p>
    <w:p>
      <w:r>
        <w:rPr>
          <w:b/>
        </w:rPr>
        <w:t xml:space="preserve">[31:35] </w:t>
      </w:r>
      <w:r>
        <w:t>ek to Allah taala ne is ka prototype qaim kara diya Hazrat Ibrahimi ke zariye se.</w:t>
      </w:r>
    </w:p>
    <w:p>
      <w:pPr>
        <w:jc w:val="right"/>
      </w:pPr>
      <w:r>
        <w:t>ایک تو اللہ تعالیٰ نے اس کا پروٹوٹائپ قائم کرا دیا حضرت ابراہیمی کے ذریعے سے۔</w:t>
      </w:r>
    </w:p>
    <w:p>
      <w:r>
        <w:rPr>
          <w:b/>
        </w:rPr>
        <w:t xml:space="preserve">[31:41] </w:t>
      </w:r>
      <w:r>
        <w:t>prototype, yani ibdadi namuna.</w:t>
      </w:r>
    </w:p>
    <w:p>
      <w:pPr>
        <w:jc w:val="right"/>
      </w:pPr>
      <w:r>
        <w:t>پروٹوٹائپ، یعنی ابدائی نمونہ۔</w:t>
      </w:r>
    </w:p>
    <w:p>
      <w:r>
        <w:rPr>
          <w:b/>
        </w:rPr>
        <w:t xml:space="preserve">[31:47] </w:t>
      </w:r>
      <w:r>
        <w:t>woh kaise? Hazrat Yusuf jo thay, Hazrat Hazrat Yusuf jo thay, woh Hazrat Ibrahim ke great grand son thay.</w:t>
      </w:r>
    </w:p>
    <w:p>
      <w:pPr>
        <w:jc w:val="right"/>
      </w:pPr>
      <w:r>
        <w:t>وہ کیسے؟ حضرت یوسف جو تھے، حضرت حضرت یوسف جو تھے، وہ حضرت ابراہیم کے گریٹ گرینڈ سن تھے۔</w:t>
      </w:r>
    </w:p>
    <w:p>
      <w:r>
        <w:rPr>
          <w:b/>
        </w:rPr>
        <w:t xml:space="preserve">[31:52] </w:t>
      </w:r>
      <w:r>
        <w:t>Hazrat Ibrahim ke great grand son thay.</w:t>
      </w:r>
    </w:p>
    <w:p>
      <w:pPr>
        <w:jc w:val="right"/>
      </w:pPr>
      <w:r>
        <w:t>حضرت ابراہیم کے گریٹ گرینڈ سن تھے۔</w:t>
      </w:r>
    </w:p>
    <w:p>
      <w:r>
        <w:rPr>
          <w:b/>
        </w:rPr>
        <w:t xml:space="preserve">[31:58] </w:t>
      </w:r>
      <w:r>
        <w:t>un ke zariye se Hazrat Ibrahim ki family thi Qanaam.</w:t>
      </w:r>
    </w:p>
    <w:p>
      <w:pPr>
        <w:jc w:val="right"/>
      </w:pPr>
      <w:r>
        <w:t>ان کے ذریعے سے حضرت ابراہیم کی فیملی تھی قنعام۔</w:t>
      </w:r>
    </w:p>
    <w:p>
      <w:r>
        <w:rPr>
          <w:b/>
        </w:rPr>
        <w:t xml:space="preserve">[32:04] </w:t>
      </w:r>
      <w:r>
        <w:t>yani jab Iraq chhod kar aaye to Qanaam mein base, jo Sham aur Falasteen ke darmiyan ek maqam tha.</w:t>
      </w:r>
    </w:p>
    <w:p>
      <w:pPr>
        <w:jc w:val="right"/>
      </w:pPr>
      <w:r>
        <w:t>یعنی جب عراق چھوڑ کر آئے تو قنعام میں بسے، جو شام اور فلسطین کے درمیان ایک مقام تھا۔</w:t>
      </w:r>
    </w:p>
    <w:p>
      <w:r>
        <w:rPr>
          <w:b/>
        </w:rPr>
        <w:t xml:space="preserve">[32:09] </w:t>
      </w:r>
      <w:r>
        <w:t>wahan par paida hui Hazrat Yusuf.</w:t>
      </w:r>
    </w:p>
    <w:p>
      <w:pPr>
        <w:jc w:val="right"/>
      </w:pPr>
      <w:r>
        <w:t>وہاں پر پیدا ہوئی حضرت یوسف۔</w:t>
      </w:r>
    </w:p>
    <w:p>
      <w:r>
        <w:rPr>
          <w:b/>
        </w:rPr>
        <w:t xml:space="preserve">[32:15] </w:t>
      </w:r>
      <w:r>
        <w:t>un ke walid thay Hazrat Yaqoob.</w:t>
      </w:r>
    </w:p>
    <w:p>
      <w:pPr>
        <w:jc w:val="right"/>
      </w:pPr>
      <w:r>
        <w:t>ان کے والد تھے حضرت یعقوب۔</w:t>
      </w:r>
    </w:p>
    <w:p>
      <w:r>
        <w:rPr>
          <w:b/>
        </w:rPr>
        <w:t xml:space="preserve">[32:21] </w:t>
      </w:r>
      <w:r>
        <w:t>to naujawani ki umar mein aisa hua ke aise halaat paida kiye gaye ke woh Qanaam se pahunch</w:t>
      </w:r>
    </w:p>
    <w:p>
      <w:pPr>
        <w:jc w:val="right"/>
      </w:pPr>
      <w:r>
        <w:t>تو نوجوانی کی عمر میں ایسا ہوا کہ ایسے حالات پیدا کیے گئے کہ وہ قنعام سے پہنچ</w:t>
      </w:r>
    </w:p>
    <w:p>
      <w:r>
        <w:rPr>
          <w:b/>
        </w:rPr>
        <w:t xml:space="preserve">[32:26] </w:t>
      </w:r>
      <w:r>
        <w:t>gaye Misr mein.</w:t>
      </w:r>
    </w:p>
    <w:p>
      <w:pPr>
        <w:jc w:val="right"/>
      </w:pPr>
      <w:r>
        <w:t>گئے مصر میں۔</w:t>
      </w:r>
    </w:p>
    <w:p>
      <w:r>
        <w:rPr>
          <w:b/>
        </w:rPr>
        <w:t xml:space="preserve">[32:32] </w:t>
      </w:r>
      <w:r>
        <w:t>Qanaam ek gaon tha us zamane mein.</w:t>
      </w:r>
    </w:p>
    <w:p>
      <w:pPr>
        <w:jc w:val="right"/>
      </w:pPr>
      <w:r>
        <w:t>قنعام ایک گاؤں تھا اس زمانے میں۔</w:t>
      </w:r>
    </w:p>
    <w:p>
      <w:r>
        <w:rPr>
          <w:b/>
        </w:rPr>
        <w:t xml:space="preserve">[32:38] </w:t>
      </w:r>
      <w:r>
        <w:t>ek gaon mein thay woh aur Misr mein un ko pahuncha diya gaya.</w:t>
      </w:r>
    </w:p>
    <w:p>
      <w:pPr>
        <w:jc w:val="right"/>
      </w:pPr>
      <w:r>
        <w:t>ایک گاؤں میں تھے وہ اور مصر میں ان کو پہنچا دیا گیا۔</w:t>
      </w:r>
    </w:p>
    <w:p>
      <w:r>
        <w:rPr>
          <w:b/>
        </w:rPr>
        <w:t xml:space="preserve">[32:43] </w:t>
      </w:r>
      <w:r>
        <w:t>wahan ki jo capital tha, wahan ke jo ek ek yani mutabadal shahar tha, wahan pahuncha diye gaye.</w:t>
      </w:r>
    </w:p>
    <w:p>
      <w:pPr>
        <w:jc w:val="right"/>
      </w:pPr>
      <w:r>
        <w:t>وہاں کی جو کیپیٹل تھا، وہاں کے جو ایک ایک یعنی متبدل شہر تھا، وہاں پہنچا دیے گئے۔</w:t>
      </w:r>
    </w:p>
    <w:p>
      <w:r>
        <w:rPr>
          <w:b/>
        </w:rPr>
        <w:t xml:space="preserve">[32:49] </w:t>
      </w:r>
      <w:r>
        <w:t>kyun? Allah taala ne dekha ke is ka prototype banane ke liye best koi jagah agar hai to</w:t>
      </w:r>
    </w:p>
    <w:p>
      <w:pPr>
        <w:jc w:val="right"/>
      </w:pPr>
      <w:r>
        <w:t>کیوں؟ اللہ تعالیٰ نے دیکھا کہ اس کا پروٹوٹائپ بنانے کے لیے بیسٹ کوئی جگہ اگر ہے تو</w:t>
      </w:r>
    </w:p>
    <w:p>
      <w:r>
        <w:rPr>
          <w:b/>
        </w:rPr>
        <w:t xml:space="preserve">[32:55] </w:t>
      </w:r>
      <w:r>
        <w:t>Misr mein hai, jahan ek different type ka king hai.</w:t>
      </w:r>
    </w:p>
    <w:p>
      <w:pPr>
        <w:jc w:val="right"/>
      </w:pPr>
      <w:r>
        <w:t>مصر میں ہے، جہاں ایک ڈفرنٹ ٹائپ کا کنگ ہے۔</w:t>
      </w:r>
    </w:p>
    <w:p>
      <w:r>
        <w:rPr>
          <w:b/>
        </w:rPr>
        <w:t xml:space="preserve">[33:00] </w:t>
      </w:r>
      <w:r>
        <w:t>Waisa king na tareekh mein pehle kabhi paya gaya na baad mein.</w:t>
      </w:r>
    </w:p>
    <w:p>
      <w:pPr>
        <w:jc w:val="right"/>
      </w:pPr>
      <w:r>
        <w:t>ویسا کنگ نہ تاریخ میں پہلے کبھی پایا گیا نہ بعد میں۔</w:t>
      </w:r>
    </w:p>
    <w:p>
      <w:r>
        <w:rPr>
          <w:b/>
        </w:rPr>
        <w:t xml:space="preserve">[33:06] </w:t>
      </w:r>
      <w:r>
        <w:t>Jo contemporary king tha doosre zamane ka, wahan pe ek dynasty thi jis ko kehte hain Hyksos Kings.</w:t>
      </w:r>
    </w:p>
    <w:p>
      <w:pPr>
        <w:jc w:val="right"/>
      </w:pPr>
      <w:r>
        <w:t>جو کنٹیمپریری کنگ تھا دوسرے زمانے کا، وہاں پہ ایک ڈائنسٹی تھی جس کو کہتے ہیں ہکساس کنگز۔</w:t>
      </w:r>
    </w:p>
    <w:p>
      <w:r>
        <w:rPr>
          <w:b/>
        </w:rPr>
        <w:t xml:space="preserve">[33:12] </w:t>
      </w:r>
      <w:r>
        <w:t>Hyksos Kings to woh ek typical king ka badshah tha, woh jis ke zariye mumkin tha ke wahan</w:t>
      </w:r>
    </w:p>
    <w:p>
      <w:pPr>
        <w:jc w:val="right"/>
      </w:pPr>
      <w:r>
        <w:t>ہکساس کنگز تو وہ ایک ٹپیکل کنگ کا بادشاہ تھا، وہ جس کے ذریعے ممکن تھا کہ وہاں</w:t>
      </w:r>
    </w:p>
    <w:p>
      <w:r>
        <w:rPr>
          <w:b/>
        </w:rPr>
        <w:t xml:space="preserve">[33:18] </w:t>
      </w:r>
      <w:r>
        <w:t>is ka ek prototype banaya jaye, yani democratic rule ka prototype.</w:t>
      </w:r>
    </w:p>
    <w:p>
      <w:pPr>
        <w:jc w:val="right"/>
      </w:pPr>
      <w:r>
        <w:t>اس کا ایک پروٹوٹائپ بنایا جائے، یعنی ڈیموکریٹک رول کا پروٹوٹائپ۔</w:t>
      </w:r>
    </w:p>
    <w:p>
      <w:r>
        <w:rPr>
          <w:b/>
        </w:rPr>
        <w:t xml:space="preserve">[33:23] </w:t>
      </w:r>
      <w:r>
        <w:t>To wahan par Hazrat Yusuf pahunchaye gaye aur Hazrat Yusuf mukhtalif halaat jo aap parhiye Quran Majeed mein,</w:t>
      </w:r>
    </w:p>
    <w:p>
      <w:pPr>
        <w:jc w:val="right"/>
      </w:pPr>
      <w:r>
        <w:t>تو وہاں پر حضرت یوسف پہنچائے گئے اور حضرت یوسف مختلف حالات جو آپ پڑھیے قرآن مجید میں،</w:t>
      </w:r>
    </w:p>
    <w:p>
      <w:r>
        <w:rPr>
          <w:b/>
        </w:rPr>
        <w:t xml:space="preserve">[33:29] </w:t>
      </w:r>
      <w:r>
        <w:t>aap dekh sakte hain Surah Yusuf mein.</w:t>
      </w:r>
    </w:p>
    <w:p>
      <w:pPr>
        <w:jc w:val="right"/>
      </w:pPr>
      <w:r>
        <w:t>آپ دیکھ سکتے ہیں سورہ یوسف میں۔</w:t>
      </w:r>
    </w:p>
    <w:p>
      <w:r>
        <w:rPr>
          <w:b/>
        </w:rPr>
        <w:t xml:space="preserve">[33:35] </w:t>
      </w:r>
      <w:r>
        <w:t>Yahan tak ke yeh waqt aaya hai ke badshah ne un ko offer de diya ke tum Misr</w:t>
      </w:r>
    </w:p>
    <w:p>
      <w:pPr>
        <w:jc w:val="right"/>
      </w:pPr>
      <w:r>
        <w:t>یہاں تک کہ یہ وقت آیا ہے کہ بادشاہ نے ان کو افر دے دیا کہ تم مصر</w:t>
      </w:r>
    </w:p>
    <w:p>
      <w:r>
        <w:rPr>
          <w:b/>
        </w:rPr>
        <w:t xml:space="preserve">[33:40] </w:t>
      </w:r>
      <w:r>
        <w:t>ke khazain, yani Misr ke wasail, Misr ke resources ko administrator ko, yani badshahat nahi de di.</w:t>
      </w:r>
    </w:p>
    <w:p>
      <w:pPr>
        <w:jc w:val="right"/>
      </w:pPr>
      <w:r>
        <w:t>کے خزائن، یعنی مصر کے وسائل، مصر کے ریسورسز کو ایڈمنسٹریٹر کو، یعنی بادشاہت نہیں دے دی۔</w:t>
      </w:r>
    </w:p>
    <w:p>
      <w:r>
        <w:rPr>
          <w:b/>
        </w:rPr>
        <w:t xml:space="preserve">[33:46] </w:t>
      </w:r>
      <w:r>
        <w:t>As yani badshah jo throne tha, woh to badshah ke paas raha, lekin mulk mein jo wasail the,</w:t>
      </w:r>
    </w:p>
    <w:p>
      <w:pPr>
        <w:jc w:val="right"/>
      </w:pPr>
      <w:r>
        <w:t>ایز یعنی بادشاہ جو تھرون تھا، وہ تو بادشاہ کے پاس رہا، لیکن ملک میں جو وسائل تھے،</w:t>
      </w:r>
    </w:p>
    <w:p>
      <w:r>
        <w:rPr>
          <w:b/>
        </w:rPr>
        <w:t xml:space="preserve">[33:52] </w:t>
      </w:r>
      <w:r>
        <w:t>woh un ke haath mein de diye.</w:t>
      </w:r>
    </w:p>
    <w:p>
      <w:pPr>
        <w:jc w:val="right"/>
      </w:pPr>
      <w:r>
        <w:t>وہ ان کے ہاتھ میں دے دیے۔</w:t>
      </w:r>
    </w:p>
    <w:p>
      <w:r>
        <w:rPr>
          <w:b/>
        </w:rPr>
        <w:t xml:space="preserve">[33:57] </w:t>
      </w:r>
      <w:r>
        <w:t>Is zamane mein wasail kya the? Agriculture.</w:t>
      </w:r>
    </w:p>
    <w:p>
      <w:pPr>
        <w:jc w:val="right"/>
      </w:pPr>
      <w:r>
        <w:t>اس زمانے میں وسائل کیا تھے؟ ایگریکلچر۔</w:t>
      </w:r>
    </w:p>
    <w:p>
      <w:r>
        <w:rPr>
          <w:b/>
        </w:rPr>
        <w:t xml:space="preserve">[34:03] </w:t>
      </w:r>
      <w:r>
        <w:t>Is zamane mein interest nahi hua karti thi aaj kal ke tareeqe se.</w:t>
      </w:r>
    </w:p>
    <w:p>
      <w:pPr>
        <w:jc w:val="right"/>
      </w:pPr>
      <w:r>
        <w:t>اس زمانے میں انٹرسٹڈ نہیں ہوا کرتی تھی آج کل کے طریقے سے۔</w:t>
      </w:r>
    </w:p>
    <w:p>
      <w:r>
        <w:rPr>
          <w:b/>
        </w:rPr>
        <w:t xml:space="preserve">[34:09] </w:t>
      </w:r>
      <w:r>
        <w:t>Ek hi source tha income ka, woh tha agriculture.</w:t>
      </w:r>
    </w:p>
    <w:p>
      <w:pPr>
        <w:jc w:val="right"/>
      </w:pPr>
      <w:r>
        <w:t>ایک ہی سورس تھا انکم کا، وہ تھا ایگریکلچر۔</w:t>
      </w:r>
    </w:p>
    <w:p>
      <w:r>
        <w:rPr>
          <w:b/>
        </w:rPr>
        <w:t xml:space="preserve">[34:14] </w:t>
      </w:r>
      <w:r>
        <w:t>Isi par base karti thi economy.</w:t>
      </w:r>
    </w:p>
    <w:p>
      <w:pPr>
        <w:jc w:val="right"/>
      </w:pPr>
      <w:r>
        <w:t>اسی پر بیس کرتی تھی اکانومی۔</w:t>
      </w:r>
    </w:p>
    <w:p>
      <w:r>
        <w:rPr>
          <w:b/>
        </w:rPr>
        <w:t xml:space="preserve">[34:20] </w:t>
      </w:r>
      <w:r>
        <w:t>Agricultural economy ka zamana tha woh.</w:t>
      </w:r>
    </w:p>
    <w:p>
      <w:pPr>
        <w:jc w:val="right"/>
      </w:pPr>
      <w:r>
        <w:t>ایگریکلچرل اکانومی کا زمانہ تھا وہ۔</w:t>
      </w:r>
    </w:p>
    <w:p>
      <w:r>
        <w:rPr>
          <w:b/>
        </w:rPr>
        <w:t xml:space="preserve">[34:26] </w:t>
      </w:r>
      <w:r>
        <w:t>To saare wasail is se wabasta the.</w:t>
      </w:r>
    </w:p>
    <w:p>
      <w:pPr>
        <w:jc w:val="right"/>
      </w:pPr>
      <w:r>
        <w:t>تو سارے وسائل اس سے وابستہ تھے۔</w:t>
      </w:r>
    </w:p>
    <w:p>
      <w:r>
        <w:rPr>
          <w:b/>
        </w:rPr>
        <w:t xml:space="preserve">[34:31] </w:t>
      </w:r>
      <w:r>
        <w:t>Hazrat Yusuf ko is ne saare zameen ke, yani Misr ke wasail de diye.</w:t>
      </w:r>
    </w:p>
    <w:p>
      <w:pPr>
        <w:jc w:val="right"/>
      </w:pPr>
      <w:r>
        <w:t>حضرت یوسف کو اس نے سارے زمین کے، یعنی مصر کے وسائل دے دیے۔</w:t>
      </w:r>
    </w:p>
    <w:p>
      <w:r>
        <w:rPr>
          <w:b/>
        </w:rPr>
        <w:t xml:space="preserve">[34:37] </w:t>
      </w:r>
      <w:r>
        <w:t>بائبل میں ایک بہت بامعنی لفظ ہے کہ "only in regard to the throne, I will be greater than you"۔</w:t>
      </w:r>
    </w:p>
    <w:p>
      <w:pPr>
        <w:jc w:val="right"/>
      </w:pPr>
      <w:r>
        <w:t>بائبل میں ایک بہت بامعنی لفظ ہے کہ "اونلی ان ریگارڈ ٹو دا تھرون، آئی ویل بی گریٹر دین یو"۔</w:t>
      </w:r>
    </w:p>
    <w:p>
      <w:r>
        <w:rPr>
          <w:b/>
        </w:rPr>
        <w:t xml:space="preserve">[34:43] </w:t>
      </w:r>
      <w:r>
        <w:t>بادشاہ نے کہا، بادشاہ نے کہا کہ "only in regard to the throne, I will be greater than you"۔</w:t>
      </w:r>
    </w:p>
    <w:p>
      <w:pPr>
        <w:jc w:val="right"/>
      </w:pPr>
      <w:r>
        <w:t>بادشاہ نے کہا، بادشاہ نے کہا کہ "اونلی ان ریگارڈ ٹو دا تھرون، آئی ویل بی گریٹر دین یو"۔</w:t>
      </w:r>
    </w:p>
    <w:p>
      <w:r>
        <w:rPr>
          <w:b/>
        </w:rPr>
        <w:t xml:space="preserve">[34:49] </w:t>
      </w:r>
      <w:r>
        <w:t>Yani takht mere haath par rahega, takht par main hi baithunga, lekin baqi sab tumhare hisse</w:t>
      </w:r>
    </w:p>
    <w:p>
      <w:pPr>
        <w:jc w:val="right"/>
      </w:pPr>
      <w:r>
        <w:t>یعنی تخت میرے ہاتھ پر رہے گا، تخت پر میں ہی بیٹھوں گا، لیکن باقی سب تمہارے حصے</w:t>
      </w:r>
    </w:p>
    <w:p>
      <w:r>
        <w:rPr>
          <w:b/>
        </w:rPr>
        <w:t xml:space="preserve">[34:54] </w:t>
      </w:r>
      <w:r>
        <w:t>mein rahega.</w:t>
      </w:r>
    </w:p>
    <w:p>
      <w:pPr>
        <w:jc w:val="right"/>
      </w:pPr>
      <w:r>
        <w:t>میں رہے گا۔</w:t>
      </w:r>
    </w:p>
    <w:p>
      <w:r>
        <w:rPr>
          <w:b/>
        </w:rPr>
        <w:t xml:space="preserve">[35:00] </w:t>
      </w:r>
      <w:r>
        <w:t>Yeh tha prototype.</w:t>
      </w:r>
    </w:p>
    <w:p>
      <w:pPr>
        <w:jc w:val="right"/>
      </w:pPr>
      <w:r>
        <w:t>یہ تھا پروٹوٹائپ۔</w:t>
      </w:r>
    </w:p>
    <w:p>
      <w:r>
        <w:rPr>
          <w:b/>
        </w:rPr>
        <w:t xml:space="preserve">[35:06] </w:t>
      </w:r>
      <w:r>
        <w:t>Prototype ka matlab kya hai? Ke Allah taala ka yeh matlab tha ke yeh jo political power hai,</w:t>
      </w:r>
    </w:p>
    <w:p>
      <w:pPr>
        <w:jc w:val="right"/>
      </w:pPr>
      <w:r>
        <w:t>پروٹوٹائپ کا مطلب کیا ہے؟ کہ اللہ تعالیٰ کا یہ مطلب تھا کہ یہ جو پولیٹیکل پاور ہے،</w:t>
      </w:r>
    </w:p>
    <w:p>
      <w:r>
        <w:rPr>
          <w:b/>
        </w:rPr>
        <w:t xml:space="preserve">[35:11] </w:t>
      </w:r>
      <w:r>
        <w:t>isko confine kar diya jaye administration tak aur baqi sari zindagi ke mamlaat azaad ho jayein.</w:t>
      </w:r>
    </w:p>
    <w:p>
      <w:pPr>
        <w:jc w:val="right"/>
      </w:pPr>
      <w:r>
        <w:t>اس کو کنفائن کر دیا جائے ایڈمنسٹریشن تک اور باقی ساری زندگی کے معاملات آزاد ہو جائیں۔</w:t>
      </w:r>
    </w:p>
    <w:p>
      <w:r>
        <w:rPr>
          <w:b/>
        </w:rPr>
        <w:t xml:space="preserve">[35:17] </w:t>
      </w:r>
      <w:r>
        <w:t>Matlab mazhab, education, law, work, yeh sab azaad ho jayein jo ke pehle azaad nahi the.</w:t>
      </w:r>
    </w:p>
    <w:p>
      <w:pPr>
        <w:jc w:val="right"/>
      </w:pPr>
      <w:r>
        <w:t>مطلب مذہب، ایجوکیشن، لاء، ورک، یہ سب آزاد ہو جائیں جو کہ پہلے آزاد نہیں تھے۔</w:t>
      </w:r>
    </w:p>
    <w:p>
      <w:r>
        <w:rPr>
          <w:b/>
        </w:rPr>
        <w:t xml:space="preserve">[35:23] </w:t>
      </w:r>
      <w:r>
        <w:t>to isi ko mein keh raha hoon democratic model.</w:t>
      </w:r>
    </w:p>
    <w:p>
      <w:pPr>
        <w:jc w:val="right"/>
      </w:pPr>
      <w:r>
        <w:t>تو اسی کو میں کہہ رہا ہوں ڈیموکریٹک ماڈل۔</w:t>
      </w:r>
    </w:p>
    <w:p>
      <w:r>
        <w:rPr>
          <w:b/>
        </w:rPr>
        <w:t xml:space="preserve">[35:28] </w:t>
      </w:r>
      <w:r>
        <w:t>despotic model mein monopoly thi.</w:t>
      </w:r>
    </w:p>
    <w:p>
      <w:pPr>
        <w:jc w:val="right"/>
      </w:pPr>
      <w:r>
        <w:t>ڈسپوٹک ماڈل میں موناپولی تھی۔</w:t>
      </w:r>
    </w:p>
    <w:p>
      <w:r>
        <w:rPr>
          <w:b/>
        </w:rPr>
        <w:t xml:space="preserve">[35:34] </w:t>
      </w:r>
      <w:r>
        <w:t>despotic model mein monopoly thi, yaani badshah ke hath mein sab kuch hota tha.</w:t>
      </w:r>
    </w:p>
    <w:p>
      <w:pPr>
        <w:jc w:val="right"/>
      </w:pPr>
      <w:r>
        <w:t>ڈسپوٹک ماڈل میں موناپولی تھی، یعنی بادشاہ کے ہاتھ میں سب کچھ ہوتا تھا۔</w:t>
      </w:r>
    </w:p>
    <w:p>
      <w:r>
        <w:rPr>
          <w:b/>
        </w:rPr>
        <w:t xml:space="preserve">[35:40] </w:t>
      </w:r>
      <w:r>
        <w:t>koi cheez free nahi hua karti thi.</w:t>
      </w:r>
    </w:p>
    <w:p>
      <w:pPr>
        <w:jc w:val="right"/>
      </w:pPr>
      <w:r>
        <w:t>کوئی چیز فری نہیں ہوا کرتی تھی۔</w:t>
      </w:r>
    </w:p>
    <w:p>
      <w:r>
        <w:rPr>
          <w:b/>
        </w:rPr>
        <w:t xml:space="preserve">[35:45] </w:t>
      </w:r>
      <w:r>
        <w:t>democratic model mein kya hua ke siwa administration ke har cheez ko free free freedom mil gaya.</w:t>
      </w:r>
    </w:p>
    <w:p>
      <w:pPr>
        <w:jc w:val="right"/>
      </w:pPr>
      <w:r>
        <w:t>ڈیموکریٹک ماڈل میں کیا ہوا کہ سوا ایڈمنسٹریشن کے ہر چیز کو فری فریڈم مل گیا۔</w:t>
      </w:r>
    </w:p>
    <w:p>
      <w:r>
        <w:rPr>
          <w:b/>
        </w:rPr>
        <w:t xml:space="preserve">[35:51] </w:t>
      </w:r>
      <w:r>
        <w:t>isi waja se hum aap yahan baithe kaam kar rahe hain.</w:t>
      </w:r>
    </w:p>
    <w:p>
      <w:pPr>
        <w:jc w:val="right"/>
      </w:pPr>
      <w:r>
        <w:t>اسی وجہ سے ہم آپ یہاں بیٹھے کام کر رہے ہیں۔</w:t>
      </w:r>
    </w:p>
    <w:p>
      <w:r>
        <w:rPr>
          <w:b/>
        </w:rPr>
        <w:t xml:space="preserve">[35:57] </w:t>
      </w:r>
      <w:r>
        <w:t>yeh democracy ki waja se hai.</w:t>
      </w:r>
    </w:p>
    <w:p>
      <w:pPr>
        <w:jc w:val="right"/>
      </w:pPr>
      <w:r>
        <w:t>یہ ڈیموکریسی کی وجہ سے ہے۔</w:t>
      </w:r>
    </w:p>
    <w:p>
      <w:r>
        <w:rPr>
          <w:b/>
        </w:rPr>
        <w:t xml:space="preserve">[36:02] </w:t>
      </w:r>
      <w:r>
        <w:t>to democracy mein kya hua ke yeh maan liya gaya ke jo jo jo political power hai, woh</w:t>
      </w:r>
    </w:p>
    <w:p>
      <w:pPr>
        <w:jc w:val="right"/>
      </w:pPr>
      <w:r>
        <w:t>تو ڈیموکریسی میں کیا ہوا کہ یہ مان لیا گیا کہ جو جو جو پولیٹیکل پاور ہے، وہ</w:t>
      </w:r>
    </w:p>
    <w:p>
      <w:r>
        <w:rPr>
          <w:b/>
        </w:rPr>
        <w:t xml:space="preserve">[36:08] </w:t>
      </w:r>
      <w:r>
        <w:t>ikhtiyar karegi policy non interference ki.</w:t>
      </w:r>
    </w:p>
    <w:p>
      <w:pPr>
        <w:jc w:val="right"/>
      </w:pPr>
      <w:r>
        <w:t>اختیار کرے گی پالیسی نان انٹرفیرنس کی۔</w:t>
      </w:r>
    </w:p>
    <w:p>
      <w:r>
        <w:rPr>
          <w:b/>
        </w:rPr>
        <w:t xml:space="preserve">[36:14] </w:t>
      </w:r>
      <w:r>
        <w:t>yeh pehle kabhi bhi nahi tha ke purely jo political administration hai, uske siwa jo zindagi ke</w:t>
      </w:r>
    </w:p>
    <w:p>
      <w:pPr>
        <w:jc w:val="right"/>
      </w:pPr>
      <w:r>
        <w:t>یہ پہلے کبھی بھی نہیں تھا کہ پیورلی جو پولیٹیکل ایڈمنسٹریشن ہے، اس کے سوا جو زندگی کے</w:t>
      </w:r>
    </w:p>
    <w:p>
      <w:r>
        <w:rPr>
          <w:b/>
        </w:rPr>
        <w:t xml:space="preserve">[36:20] </w:t>
      </w:r>
      <w:r>
        <w:t>shobay mein hai, wahan jo ruler hai, woh interfere nahi karega.</w:t>
      </w:r>
    </w:p>
    <w:p>
      <w:pPr>
        <w:jc w:val="right"/>
      </w:pPr>
      <w:r>
        <w:t>شعبے میں ہے، وہاں جو رولر ہے، وہ انٹرفیئر نہیں کرے گا۔</w:t>
      </w:r>
    </w:p>
    <w:p>
      <w:r>
        <w:rPr>
          <w:b/>
        </w:rPr>
        <w:t xml:space="preserve">[36:25] </w:t>
      </w:r>
      <w:r>
        <w:t>yeh tha policy, yeh tha policy of non interference in other matters.</w:t>
      </w:r>
    </w:p>
    <w:p>
      <w:pPr>
        <w:jc w:val="right"/>
      </w:pPr>
      <w:r>
        <w:t>یہ تھا پالیسی، یہ تھا پالیسی آف نان انٹرفیرنس ان ادر میٹرز۔</w:t>
      </w:r>
    </w:p>
    <w:p>
      <w:r>
        <w:rPr>
          <w:b/>
        </w:rPr>
        <w:t xml:space="preserve">[36:31] </w:t>
      </w:r>
      <w:r>
        <w:t>yaani ek ek lafz mein jo change aaya duniya mein, aaya usko mein kahoon ek ek jo</w:t>
      </w:r>
    </w:p>
    <w:p>
      <w:pPr>
        <w:jc w:val="right"/>
      </w:pPr>
      <w:r>
        <w:t>یعنی ایک ایک لفظ میں جو چینج آیا دنیا میں، آیا اس کو میں کہوں ایک ایک جو</w:t>
      </w:r>
    </w:p>
    <w:p>
      <w:r>
        <w:rPr>
          <w:b/>
        </w:rPr>
        <w:t xml:space="preserve">[36:37] </w:t>
      </w:r>
      <w:r>
        <w:t>change aaya, change woh yehi hai policy of non interference.</w:t>
      </w:r>
    </w:p>
    <w:p>
      <w:pPr>
        <w:jc w:val="right"/>
      </w:pPr>
      <w:r>
        <w:t>چینج آیا، چینج وہ یہی ہے پالیسی آف نان انٹرفیرنس۔</w:t>
      </w:r>
    </w:p>
    <w:p>
      <w:r>
        <w:rPr>
          <w:b/>
        </w:rPr>
        <w:t xml:space="preserve">[36:42] </w:t>
      </w:r>
      <w:r>
        <w:t>yeh nahi thay pehle zamanay.</w:t>
      </w:r>
    </w:p>
    <w:p>
      <w:pPr>
        <w:jc w:val="right"/>
      </w:pPr>
      <w:r>
        <w:t>یہ نہیں تھے پہلے زمانے۔</w:t>
      </w:r>
    </w:p>
    <w:p>
      <w:r>
        <w:rPr>
          <w:b/>
        </w:rPr>
        <w:t xml:space="preserve">[36:48] </w:t>
      </w:r>
      <w:r>
        <w:t>pehle zamanay mein marte thay, aag mein daalte thay, qatal karte thay.</w:t>
      </w:r>
    </w:p>
    <w:p>
      <w:pPr>
        <w:jc w:val="right"/>
      </w:pPr>
      <w:r>
        <w:t>پہلے زمانے میں مارتے تھے، آگ میں ڈالتے تھے، قتل کرتے تھے۔</w:t>
      </w:r>
    </w:p>
    <w:p>
      <w:r>
        <w:rPr>
          <w:b/>
        </w:rPr>
        <w:t xml:space="preserve">[36:54] </w:t>
      </w:r>
      <w:r>
        <w:t>isi liye tha ke woh interfere karte thay.</w:t>
      </w:r>
    </w:p>
    <w:p>
      <w:pPr>
        <w:jc w:val="right"/>
      </w:pPr>
      <w:r>
        <w:t>اسی لیے تھا کہ وہ انٹرفیئر کرتے تھے۔</w:t>
      </w:r>
    </w:p>
    <w:p>
      <w:r>
        <w:rPr>
          <w:b/>
        </w:rPr>
        <w:t xml:space="preserve">[36:59] </w:t>
      </w:r>
      <w:r>
        <w:t>woh har cheez mein interference, har cheez mein interference, har cheez mein interference.</w:t>
      </w:r>
    </w:p>
    <w:p>
      <w:pPr>
        <w:jc w:val="right"/>
      </w:pPr>
      <w:r>
        <w:t>وہ ہر چیز میں انٹرفیرنس، ہر چیز میں انٹرفیرنس، ہر چیز میں انٹرفیرنس۔</w:t>
      </w:r>
    </w:p>
    <w:p>
      <w:r>
        <w:rPr>
          <w:b/>
        </w:rPr>
        <w:t xml:space="preserve">[37:05] </w:t>
      </w:r>
      <w:r>
        <w:t>to iska ek prototype Allah taala ne banwaya hai Misr mein Hazrat Yusuf علیہ السلام.</w:t>
      </w:r>
    </w:p>
    <w:p>
      <w:pPr>
        <w:jc w:val="right"/>
      </w:pPr>
      <w:r>
        <w:t>تو اس کا ایک پروٹوٹائپ اللہ تعالیٰ نے بنوایا ہے مصر میں حضرت یوسف علیہ السلام۔</w:t>
      </w:r>
    </w:p>
    <w:p>
      <w:r>
        <w:rPr>
          <w:b/>
        </w:rPr>
        <w:t xml:space="preserve">[37:11] </w:t>
      </w:r>
      <w:r>
        <w:t>ab ab jo modern democracy hai, isi ka ek general, yaani ek zyada bada uska model hai.</w:t>
      </w:r>
    </w:p>
    <w:p>
      <w:pPr>
        <w:jc w:val="right"/>
      </w:pPr>
      <w:r>
        <w:t>اب اب جو ماڈرن ڈیموکریسی ہے، اسی کا ایک جنرل، یعنی ایک زیادہ بڑا اس کا ماڈل ہے۔</w:t>
      </w:r>
    </w:p>
    <w:p>
      <w:r>
        <w:rPr>
          <w:b/>
        </w:rPr>
        <w:t xml:space="preserve">[37:16] </w:t>
      </w:r>
      <w:r>
        <w:t>chota model tha Yusuf ke zamanay mein, waqti tha, woh temporary tha.</w:t>
      </w:r>
    </w:p>
    <w:p>
      <w:pPr>
        <w:jc w:val="right"/>
      </w:pPr>
      <w:r>
        <w:t>چھوٹا ماڈل تھا یوسف کے زمانے میں، وقتی تھا، وہ ٹیمپریری تھا۔</w:t>
      </w:r>
    </w:p>
    <w:p>
      <w:r>
        <w:rPr>
          <w:b/>
        </w:rPr>
        <w:t xml:space="preserve">[37:22] </w:t>
      </w:r>
      <w:r>
        <w:t>ab to universal hai.</w:t>
      </w:r>
    </w:p>
    <w:p>
      <w:pPr>
        <w:jc w:val="right"/>
      </w:pPr>
      <w:r>
        <w:t>اب تو یونیورسل ہے۔</w:t>
      </w:r>
    </w:p>
    <w:p>
      <w:r>
        <w:rPr>
          <w:b/>
        </w:rPr>
        <w:t xml:space="preserve">[37:28] </w:t>
      </w:r>
      <w:r>
        <w:t>to isi ko mein keh raha hoon ke tareekh ka safar hua hai from despotic model to democratic model.</w:t>
      </w:r>
    </w:p>
    <w:p>
      <w:pPr>
        <w:jc w:val="right"/>
      </w:pPr>
      <w:r>
        <w:t>تو اسی کو میں کہہ رہا ہوں کہ تاریخ کا سفر ہوا ہے فرام ڈسپوٹک ماڈل ٹو ڈیموکریٹک ماڈل۔</w:t>
      </w:r>
    </w:p>
    <w:p>
      <w:r>
        <w:rPr>
          <w:b/>
        </w:rPr>
        <w:t xml:space="preserve">[37:34] </w:t>
      </w:r>
      <w:r>
        <w:t>despotic model mein monopoly thi, badshah ki monopoly har cheez par.</w:t>
      </w:r>
    </w:p>
    <w:p>
      <w:pPr>
        <w:jc w:val="right"/>
      </w:pPr>
      <w:r>
        <w:t>ڈسپوٹک ماڈل میں موناپولی تھی، بادشاہ کی موناپولی ہر چیز پر۔</w:t>
      </w:r>
    </w:p>
    <w:p>
      <w:r>
        <w:rPr>
          <w:b/>
        </w:rPr>
        <w:t xml:space="preserve">[37:39] </w:t>
      </w:r>
      <w:r>
        <w:t>isi liye koi kisi ko azadi nahi thi.</w:t>
      </w:r>
    </w:p>
    <w:p>
      <w:pPr>
        <w:jc w:val="right"/>
      </w:pPr>
      <w:r>
        <w:t>اسی لیے کوئی کسی کو آزادی نہیں تھی۔</w:t>
      </w:r>
    </w:p>
    <w:p>
      <w:r>
        <w:rPr>
          <w:b/>
        </w:rPr>
        <w:t xml:space="preserve">[37:45] </w:t>
      </w:r>
      <w:r>
        <w:t>aap dawati kaam nahi kar sakte the, aap ibadat nahi kar sakte the, aap aap toheed ka aqeedah</w:t>
      </w:r>
    </w:p>
    <w:p>
      <w:pPr>
        <w:jc w:val="right"/>
      </w:pPr>
      <w:r>
        <w:t>آپ دعوتی کام نہیں کر سکتے تھے، آپ عبادت نہیں کر سکتے تھے، آپ آپ توحید کا عقیدہ</w:t>
      </w:r>
    </w:p>
    <w:p>
      <w:r>
        <w:rPr>
          <w:b/>
        </w:rPr>
        <w:t xml:space="preserve">[37:51] </w:t>
      </w:r>
      <w:r>
        <w:t>nahi bana sakte the apna۔</w:t>
      </w:r>
    </w:p>
    <w:p>
      <w:pPr>
        <w:jc w:val="right"/>
      </w:pPr>
      <w:r>
        <w:t>نہیں بنا سکتے تھے اپنا۔</w:t>
      </w:r>
    </w:p>
    <w:p>
      <w:r>
        <w:rPr>
          <w:b/>
        </w:rPr>
        <w:t xml:space="preserve">[37:56] </w:t>
      </w:r>
      <w:r>
        <w:t>kyunke har cheez mein badshah king interfere karta tha۔</w:t>
      </w:r>
    </w:p>
    <w:p>
      <w:pPr>
        <w:jc w:val="right"/>
      </w:pPr>
      <w:r>
        <w:t>کیونکہ ہر چیز میں بادشاہ کنگ انٹرفیئر کرتا تھا۔</w:t>
      </w:r>
    </w:p>
    <w:p>
      <w:r>
        <w:rPr>
          <w:b/>
        </w:rPr>
        <w:t xml:space="preserve">[38:02] </w:t>
      </w:r>
      <w:r>
        <w:t>har cheez ko apni monopoly qaim ki hui thi۔</w:t>
      </w:r>
    </w:p>
    <w:p>
      <w:pPr>
        <w:jc w:val="right"/>
      </w:pPr>
      <w:r>
        <w:t>ہر چیز کو اپنی موناپولی قائم کی ہوئی تھی۔</w:t>
      </w:r>
    </w:p>
    <w:p>
      <w:r>
        <w:rPr>
          <w:b/>
        </w:rPr>
        <w:t xml:space="preserve">[38:08] </w:t>
      </w:r>
      <w:r>
        <w:t>woh toh is ko toda gaya, is ko toda gaya aur democratic model dunya mein laya gaya۔</w:t>
      </w:r>
    </w:p>
    <w:p>
      <w:pPr>
        <w:jc w:val="right"/>
      </w:pPr>
      <w:r>
        <w:t>وہ تو اس کو توڑا گیا، اس کو توڑا گیا اور ڈیموکریٹک ماڈل دنیا میں لایا گیا۔</w:t>
      </w:r>
    </w:p>
    <w:p>
      <w:r>
        <w:rPr>
          <w:b/>
        </w:rPr>
        <w:t xml:space="preserve">[38:13] </w:t>
      </w:r>
      <w:r>
        <w:t>is ka aaghaz yeh kahan se hua? toh Hazrat Ibrahim ke great grand son ke zariye ek taraf</w:t>
      </w:r>
    </w:p>
    <w:p>
      <w:pPr>
        <w:jc w:val="right"/>
      </w:pPr>
      <w:r>
        <w:t>اس کا آغاز یہ کہاں سے ہوا؟ تو حضرت ابراہیم کے گریٹ گرینڈ سن کے ذریعے ایک طرف</w:t>
      </w:r>
    </w:p>
    <w:p>
      <w:r>
        <w:rPr>
          <w:b/>
        </w:rPr>
        <w:t xml:space="preserve">[38:19] </w:t>
      </w:r>
      <w:r>
        <w:t>toh prototype banaya gaya Misr mein, doosri taraf Hazrat un ke jo bete, Hazrat Hazrat Ibrahim ke jo</w:t>
      </w:r>
    </w:p>
    <w:p>
      <w:pPr>
        <w:jc w:val="right"/>
      </w:pPr>
      <w:r>
        <w:t>تو پروٹوٹائپ بنایا گیا مصر میں، دوسری طرف حضرت ان کے جو بیٹے، حضرت حضرت ابراہیم کے جو</w:t>
      </w:r>
    </w:p>
    <w:p>
      <w:r>
        <w:rPr>
          <w:b/>
        </w:rPr>
        <w:t xml:space="preserve">[38:25] </w:t>
      </w:r>
      <w:r>
        <w:t>bete the, Ismail, un ki maa jo thi, Hajra, un ke zariye se ek nasal banai gai۔</w:t>
      </w:r>
    </w:p>
    <w:p>
      <w:pPr>
        <w:jc w:val="right"/>
      </w:pPr>
      <w:r>
        <w:t>بیٹے تھے، اسماعیل، ان کی ماں جو تھی، ہاجرہ، ان کے ذریعے سے ایک نسل بنائی گئی۔</w:t>
      </w:r>
    </w:p>
    <w:p>
      <w:r>
        <w:rPr>
          <w:b/>
        </w:rPr>
        <w:t xml:space="preserve">[38:30] </w:t>
      </w:r>
      <w:r>
        <w:t>un ko Hazrat Ibrahim ne basa diya Arab ke saara mein aur taqreeban do hazar tak wahan tawallud</w:t>
      </w:r>
    </w:p>
    <w:p>
      <w:pPr>
        <w:jc w:val="right"/>
      </w:pPr>
      <w:r>
        <w:t>ان کو حضرت ابراہیم نے بسا دیا عرب کے سارا میں اور تقریباً دو ہزار تک وہاں توالد</w:t>
      </w:r>
    </w:p>
    <w:p>
      <w:r>
        <w:rPr>
          <w:b/>
        </w:rPr>
        <w:t xml:space="preserve">[38:36] </w:t>
      </w:r>
      <w:r>
        <w:t>hasil hota raha۔</w:t>
      </w:r>
    </w:p>
    <w:p>
      <w:pPr>
        <w:jc w:val="right"/>
      </w:pPr>
      <w:r>
        <w:t>حاصل ہوتا رہا۔</w:t>
      </w:r>
    </w:p>
    <w:p>
      <w:r>
        <w:rPr>
          <w:b/>
        </w:rPr>
        <w:t xml:space="preserve">[38:42] </w:t>
      </w:r>
      <w:r>
        <w:t>yaani generation of generation۔</w:t>
      </w:r>
    </w:p>
    <w:p>
      <w:pPr>
        <w:jc w:val="right"/>
      </w:pPr>
      <w:r>
        <w:t>یعنی جنریشن آف جنریشن۔</w:t>
      </w:r>
    </w:p>
    <w:p>
      <w:r>
        <w:rPr>
          <w:b/>
        </w:rPr>
        <w:t xml:space="preserve">[38:47] </w:t>
      </w:r>
      <w:r>
        <w:t>yahan se ek ek qaum bani, ek different qaum, different type ki qaum jo saara mein bani thi۔</w:t>
      </w:r>
    </w:p>
    <w:p>
      <w:pPr>
        <w:jc w:val="right"/>
      </w:pPr>
      <w:r>
        <w:t>یہاں سے ایک ایک قوم بنی، ایک ڈفرنٹ قوم، ڈفرنٹ ٹائپ کی قوم جو سارا میں بنی تھی۔</w:t>
      </w:r>
    </w:p>
    <w:p>
      <w:r>
        <w:rPr>
          <w:b/>
        </w:rPr>
        <w:t xml:space="preserve">[38:53] </w:t>
      </w:r>
      <w:r>
        <w:t>inhi mein se Rasool Allah paida hue, inhi mein Sahaba bane۔</w:t>
      </w:r>
    </w:p>
    <w:p>
      <w:pPr>
        <w:jc w:val="right"/>
      </w:pPr>
      <w:r>
        <w:t>انہی میں سے رسول اللہ پیدا ہوئے، انہی میں صحابہ بنے۔</w:t>
      </w:r>
    </w:p>
    <w:p>
      <w:r>
        <w:rPr>
          <w:b/>
        </w:rPr>
        <w:t xml:space="preserve">[38:59] </w:t>
      </w:r>
      <w:r>
        <w:t>toh yeh jo giroh tha jo Rasool Allah pe imaan la kar ke Sahaba bana, Tabi'een aur Tab'a</w:t>
      </w:r>
    </w:p>
    <w:p>
      <w:pPr>
        <w:jc w:val="right"/>
      </w:pPr>
      <w:r>
        <w:t>تو یہ جو گروہ تھا جو رسول اللہ پہ ایمان لا کر کے صحابہ بنا، تابعین اور تبع</w:t>
      </w:r>
    </w:p>
    <w:p>
      <w:r>
        <w:rPr>
          <w:b/>
        </w:rPr>
        <w:t xml:space="preserve">[39:05] </w:t>
      </w:r>
      <w:r>
        <w:t>Tabi'een bane, un logon ne tareekh mein is process ko aage barhaya jo shuru kiya tha Hazrat Ibrahim</w:t>
      </w:r>
    </w:p>
    <w:p>
      <w:pPr>
        <w:jc w:val="right"/>
      </w:pPr>
      <w:r>
        <w:t>تابعین بنے، ان لوگوں نے تاریخ میں اس پروسیس کو آگے بڑھایا جو شروع کیا تھا حضرت ابراہیم</w:t>
      </w:r>
    </w:p>
    <w:p>
      <w:r>
        <w:rPr>
          <w:b/>
        </w:rPr>
        <w:t xml:space="preserve">[39:10] </w:t>
      </w:r>
      <w:r>
        <w:t>aleh-is-slam ne۔</w:t>
      </w:r>
    </w:p>
    <w:p>
      <w:pPr>
        <w:jc w:val="right"/>
      </w:pPr>
      <w:r>
        <w:t>علیہ السلام نے۔</w:t>
      </w:r>
    </w:p>
    <w:p>
      <w:r>
        <w:rPr>
          <w:b/>
        </w:rPr>
        <w:t xml:space="preserve">[39:16] </w:t>
      </w:r>
      <w:r>
        <w:t>toh yeh process shuru hua Makka se, Madina aaya, phir Dimashq aaya, Baghdad gaya, Qurtuba aaya aur yahan</w:t>
      </w:r>
    </w:p>
    <w:p>
      <w:pPr>
        <w:jc w:val="right"/>
      </w:pPr>
      <w:r>
        <w:t>تو یہ پروسیس شروع ہوا مکہ سے، مدینہ آیا، پھر دمشق آیا، بغداد گیا، قرطبہ آیا اور یہاں</w:t>
      </w:r>
    </w:p>
    <w:p>
      <w:r>
        <w:rPr>
          <w:b/>
        </w:rPr>
        <w:t xml:space="preserve">[39:22] </w:t>
      </w:r>
      <w:r>
        <w:t>tak ke woh France mein pohancha۔</w:t>
      </w:r>
    </w:p>
    <w:p>
      <w:pPr>
        <w:jc w:val="right"/>
      </w:pPr>
      <w:r>
        <w:t>تک کہ وہ فرانس میں پہنچا۔</w:t>
      </w:r>
    </w:p>
    <w:p>
      <w:r>
        <w:rPr>
          <w:b/>
        </w:rPr>
        <w:t xml:space="preserve">[39:27] </w:t>
      </w:r>
      <w:r>
        <w:t>aap jante hain ke atharveen sadi mein pehli baar France mein yeh lafz istemal kiya gaya, democracy ka lafz۔</w:t>
      </w:r>
    </w:p>
    <w:p>
      <w:pPr>
        <w:jc w:val="right"/>
      </w:pPr>
      <w:r>
        <w:t>آپ جانتے ہیں کہ اٹھارویں صدی میں پہلی بار فرانس میں یہ لفظ استعمال کیا گیا، ڈیموکریسی کا لفظ۔</w:t>
      </w:r>
    </w:p>
    <w:p>
      <w:r>
        <w:rPr>
          <w:b/>
        </w:rPr>
        <w:t xml:space="preserve">[39:33] </w:t>
      </w:r>
      <w:r>
        <w:t>toh yeh isi process ka culmination tha jo Hazrat Ibrahim ke zariye shuru hua tha۔</w:t>
      </w:r>
    </w:p>
    <w:p>
      <w:pPr>
        <w:jc w:val="right"/>
      </w:pPr>
      <w:r>
        <w:t>تو یہ اسی پروسیس کا کلمنیشن تھا جو حضرت ابراہیم کے ذریعے شروع ہوا تھا۔</w:t>
      </w:r>
    </w:p>
    <w:p>
      <w:r>
        <w:rPr>
          <w:b/>
        </w:rPr>
        <w:t xml:space="preserve">[39:39] </w:t>
      </w:r>
      <w:r>
        <w:t>woh process ke indisputic model ki bajaye dunya mein democratic model aaya۔</w:t>
      </w:r>
    </w:p>
    <w:p>
      <w:pPr>
        <w:jc w:val="right"/>
      </w:pPr>
      <w:r>
        <w:t>وہ پروسیس کہ ان ڈسپوٹک ماڈل کی بجائے دنیا میں ڈیموکریٹک ماڈل آیا۔</w:t>
      </w:r>
    </w:p>
    <w:p>
      <w:r>
        <w:rPr>
          <w:b/>
        </w:rPr>
        <w:t xml:space="preserve">[39:44] </w:t>
      </w:r>
      <w:r>
        <w:t>dekhiye, Allah taala ko is ki parwah nahi ke kaun takht par baitha hua hai۔</w:t>
      </w:r>
    </w:p>
    <w:p>
      <w:pPr>
        <w:jc w:val="right"/>
      </w:pPr>
      <w:r>
        <w:t>دیکھیے، اللہ تعالیٰ کو اس کی پرواہ نہیں کہ کون تخت پر بیٹھا ہوا ہے۔</w:t>
      </w:r>
    </w:p>
    <w:p>
      <w:r>
        <w:rPr>
          <w:b/>
        </w:rPr>
        <w:t xml:space="preserve">[39:50] </w:t>
      </w:r>
      <w:r>
        <w:t>اللہ کو اس سے یہ اللہ that's not God's concern.</w:t>
      </w:r>
    </w:p>
    <w:p>
      <w:pPr>
        <w:jc w:val="right"/>
      </w:pPr>
      <w:r>
        <w:t>اللہ کو اس سے یہ اللہ دیٹس ناٹ گاڈز کنسرن۔</w:t>
      </w:r>
    </w:p>
    <w:p>
      <w:r>
        <w:rPr>
          <w:b/>
        </w:rPr>
        <w:t xml:space="preserve">[39:56] </w:t>
      </w:r>
      <w:r>
        <w:t>aaj kal jo log samajhte hain ke Khudai hukumat, yeh toh bilkul aap bilkul hi baseless baat hai۔</w:t>
      </w:r>
    </w:p>
    <w:p>
      <w:pPr>
        <w:jc w:val="right"/>
      </w:pPr>
      <w:r>
        <w:t>آج کل جو لوگ سمجھتے ہیں کہ خدائی حکومت، یہ تو بالکل آپ بالکل ہی بیسلیس بات ہے۔</w:t>
      </w:r>
    </w:p>
    <w:p>
      <w:r>
        <w:rPr>
          <w:b/>
        </w:rPr>
        <w:t xml:space="preserve">[40:01] </w:t>
      </w:r>
      <w:r>
        <w:t>is ka Islam se koi talluq nahi, koi Khudai hukumat ka muamla nahi hai۔</w:t>
      </w:r>
    </w:p>
    <w:p>
      <w:pPr>
        <w:jc w:val="right"/>
      </w:pPr>
      <w:r>
        <w:t>اس کا اسلام سے کوئی تعلق نہیں، کوئی خدائی حکومت کا معاملہ نہیں ہے۔</w:t>
      </w:r>
    </w:p>
    <w:p>
      <w:r>
        <w:rPr>
          <w:b/>
        </w:rPr>
        <w:t xml:space="preserve">[40:07] </w:t>
      </w:r>
      <w:r>
        <w:t>dunya ka jo nizam hai, is mein kaun takht par baitha hua hai, yeh Allah ka concern nahi hai۔</w:t>
      </w:r>
    </w:p>
    <w:p>
      <w:pPr>
        <w:jc w:val="right"/>
      </w:pPr>
      <w:r>
        <w:t>دنیا کا جو نظام ہے، اس میں کون تخت پر بیٹھا ہوا ہے، یہ اللہ کا کنسرن نہیں ہے۔</w:t>
      </w:r>
    </w:p>
    <w:p>
      <w:r>
        <w:rPr>
          <w:b/>
        </w:rPr>
        <w:t xml:space="preserve">[40:13] </w:t>
      </w:r>
      <w:r>
        <w:t>allah ka concern yeh hai ke allah ke deen azaad hon, yani aap aqeeday mein azaad hon, ibadat</w:t>
      </w:r>
    </w:p>
    <w:p>
      <w:pPr>
        <w:jc w:val="right"/>
      </w:pPr>
      <w:r>
        <w:t>اللہ کا کنسرن یہ ہے کہ اللہ کے دین آزاد ہوں، یعنی آپ عقیدے میں آزاد ہوں، عبادت</w:t>
      </w:r>
    </w:p>
    <w:p>
      <w:r>
        <w:rPr>
          <w:b/>
        </w:rPr>
        <w:t xml:space="preserve">[40:18] </w:t>
      </w:r>
      <w:r>
        <w:t>mein azaad hon, ada o work mein azaad hon, education mein azaad hon.</w:t>
      </w:r>
    </w:p>
    <w:p>
      <w:pPr>
        <w:jc w:val="right"/>
      </w:pPr>
      <w:r>
        <w:t>میں آزاد ہوں، ادا و ورک میں آزاد ہوں، ایجوکیشن میں آزاد ہوں۔</w:t>
      </w:r>
    </w:p>
    <w:p>
      <w:r>
        <w:rPr>
          <w:b/>
        </w:rPr>
        <w:t xml:space="preserve">[40:24] </w:t>
      </w:r>
      <w:r>
        <w:t>yeh concern hai allah taala ka.</w:t>
      </w:r>
    </w:p>
    <w:p>
      <w:pPr>
        <w:jc w:val="right"/>
      </w:pPr>
      <w:r>
        <w:t>یہ کنسرن ہے اللہ تعالیٰ کا۔</w:t>
      </w:r>
    </w:p>
    <w:p>
      <w:r>
        <w:rPr>
          <w:b/>
        </w:rPr>
        <w:t xml:space="preserve">[40:30] </w:t>
      </w:r>
      <w:r>
        <w:t>to pichlay model mein, yani jo despotic model jis ko mein keh raha hoon, us mein yeh sab</w:t>
      </w:r>
    </w:p>
    <w:p>
      <w:pPr>
        <w:jc w:val="right"/>
      </w:pPr>
      <w:r>
        <w:t>تو پچھلے ماڈل میں، یعنی جو ڈسپوٹک ماڈل جس کو میں کہہ رہا ہوں، اس میں یہ سب</w:t>
      </w:r>
    </w:p>
    <w:p>
      <w:r>
        <w:rPr>
          <w:b/>
        </w:rPr>
        <w:t xml:space="preserve">[40:36] </w:t>
      </w:r>
      <w:r>
        <w:t>mumkin nahi hua karta tha.</w:t>
      </w:r>
    </w:p>
    <w:p>
      <w:pPr>
        <w:jc w:val="right"/>
      </w:pPr>
      <w:r>
        <w:t>ممکن نہیں ہوا کرتا تھا۔</w:t>
      </w:r>
    </w:p>
    <w:p>
      <w:r>
        <w:rPr>
          <w:b/>
        </w:rPr>
        <w:t xml:space="preserve">[40:41] </w:t>
      </w:r>
      <w:r>
        <w:t>to ek process chala tareekh mein aur woh process hotay hue culmination hua is ka france mein.</w:t>
      </w:r>
    </w:p>
    <w:p>
      <w:pPr>
        <w:jc w:val="right"/>
      </w:pPr>
      <w:r>
        <w:t>تو ایک پروسیس چلا تاریخ میں اور وہ پروسیس ہوتے ہوئے کلمیشن ہوا اس کا فرانس میں۔</w:t>
      </w:r>
    </w:p>
    <w:p>
      <w:r>
        <w:rPr>
          <w:b/>
        </w:rPr>
        <w:t xml:space="preserve">[40:47] </w:t>
      </w:r>
      <w:r>
        <w:t>aur phir europe mein phaila, phir saudi arab mein phaila aur democratic model accepted model ban gaya.</w:t>
      </w:r>
    </w:p>
    <w:p>
      <w:pPr>
        <w:jc w:val="right"/>
      </w:pPr>
      <w:r>
        <w:t>اور پھر یورپ میں پھیلا، پھر سعودی عرب میں پھیلا اور ڈیموکریٹک ماڈل ایکسیپٹڈ ماڈل بن گیا۔</w:t>
      </w:r>
    </w:p>
    <w:p>
      <w:r>
        <w:rPr>
          <w:b/>
        </w:rPr>
        <w:t xml:space="preserve">[40:53] </w:t>
      </w:r>
      <w:r>
        <w:t>aur 1948 mein jab aqwam mutahida bani united nations, to us mein sari qomon ne shirkat kar ke</w:t>
      </w:r>
    </w:p>
    <w:p>
      <w:pPr>
        <w:jc w:val="right"/>
      </w:pPr>
      <w:r>
        <w:t>اور 1948 میں جب اقوام متحدہ بنی یونائٹڈ نیشنز، تو اس میں ساری قوموں نے شرکت کر کے</w:t>
      </w:r>
    </w:p>
    <w:p>
      <w:r>
        <w:rPr>
          <w:b/>
        </w:rPr>
        <w:t xml:space="preserve">[40:58] </w:t>
      </w:r>
      <w:r>
        <w:t>us ko aakhri tor par pakhta kar diya, pakka kar diya ke yahi model ab sare mulkon mein</w:t>
      </w:r>
    </w:p>
    <w:p>
      <w:pPr>
        <w:jc w:val="right"/>
      </w:pPr>
      <w:r>
        <w:t>اس کو آخری طور پر پختہ کر دیا، پکا کر دیا کہ یہی ماڈل اب سارے ملکوں میں</w:t>
      </w:r>
    </w:p>
    <w:p>
      <w:r>
        <w:rPr>
          <w:b/>
        </w:rPr>
        <w:t xml:space="preserve">[41:04] </w:t>
      </w:r>
      <w:r>
        <w:t>chalega, duniya mein chalega.</w:t>
      </w:r>
    </w:p>
    <w:p>
      <w:pPr>
        <w:jc w:val="right"/>
      </w:pPr>
      <w:r>
        <w:t>چلے گا، دنیا میں چلے گا۔</w:t>
      </w:r>
    </w:p>
    <w:p>
      <w:r>
        <w:rPr>
          <w:b/>
        </w:rPr>
        <w:t xml:space="preserve">[41:10] </w:t>
      </w:r>
      <w:r>
        <w:t>yahi universal norm ban gaya, universal norm ban gaya.</w:t>
      </w:r>
    </w:p>
    <w:p>
      <w:pPr>
        <w:jc w:val="right"/>
      </w:pPr>
      <w:r>
        <w:t>یہی یونیورسل نارم بن گیا، یونیورسل نارم بن گیا۔</w:t>
      </w:r>
    </w:p>
    <w:p>
      <w:r>
        <w:rPr>
          <w:b/>
        </w:rPr>
        <w:t xml:space="preserve">[41:15] </w:t>
      </w:r>
      <w:r>
        <w:t>yeh hai imamat ka matlab, yeh hai qom qomon ko barkat dene ka matlab, yani in terms of opportunity.</w:t>
      </w:r>
    </w:p>
    <w:p>
      <w:pPr>
        <w:jc w:val="right"/>
      </w:pPr>
      <w:r>
        <w:t>یہ ہے امامت کا مطلب، یہ ہے قوم قوموں کو برکت دینے کا مطلب، یعنی ان ٹرمز آف اپرچونیٹی۔</w:t>
      </w:r>
    </w:p>
    <w:p>
      <w:r>
        <w:rPr>
          <w:b/>
        </w:rPr>
        <w:t xml:space="preserve">[41:21] </w:t>
      </w:r>
      <w:r>
        <w:t>in terms of opportunity, yani darwaza khulega azaadi ka, sab ko mauqa hoga ke woh jis tarah</w:t>
      </w:r>
    </w:p>
    <w:p>
      <w:pPr>
        <w:jc w:val="right"/>
      </w:pPr>
      <w:r>
        <w:t>ان ٹرمز آف اپرچونیٹی، یعنی دروازہ کھلے گا آزادی کا، سب کو موقع ہوگا کہ وہ جس طرح</w:t>
      </w:r>
    </w:p>
    <w:p>
      <w:r>
        <w:rPr>
          <w:b/>
        </w:rPr>
        <w:t xml:space="preserve">[41:27] </w:t>
      </w:r>
      <w:r>
        <w:t>chahe allah ki ibadat karein, jis tarah jahan allah ka aqeedah rakhein, jis tarah dawat karein.</w:t>
      </w:r>
    </w:p>
    <w:p>
      <w:pPr>
        <w:jc w:val="right"/>
      </w:pPr>
      <w:r>
        <w:t>چاہے اللہ کی عبادت کریں، جس طرح جہاں اللہ کا عقیدہ رکھیں، جس طرح دعوت کریں۔</w:t>
      </w:r>
    </w:p>
    <w:p>
      <w:r>
        <w:rPr>
          <w:b/>
        </w:rPr>
        <w:t xml:space="preserve">[41:32] </w:t>
      </w:r>
      <w:r>
        <w:t>yeh matlab hai aur is mein sab ko ek faida uthane ka mauqa in ko khulega.</w:t>
      </w:r>
    </w:p>
    <w:p>
      <w:pPr>
        <w:jc w:val="right"/>
      </w:pPr>
      <w:r>
        <w:t>یہ مطلب ہے اور اس میں سب کو ایک فائدہ اٹھانے کا موقع ان کو کھلے گا۔</w:t>
      </w:r>
    </w:p>
    <w:p>
      <w:r>
        <w:rPr>
          <w:b/>
        </w:rPr>
        <w:t xml:space="preserve">[41:38] </w:t>
      </w:r>
      <w:r>
        <w:t>to in opportunity ke sense mein yeh baat hai na ke is mani mein ke koi hukoomat qaim</w:t>
      </w:r>
    </w:p>
    <w:p>
      <w:pPr>
        <w:jc w:val="right"/>
      </w:pPr>
      <w:r>
        <w:t>تو ان اپرچونیٹی کے سنس میں یہ بات ہے نہ کہ اس معنی میں کہ کوئی حکومت قائم</w:t>
      </w:r>
    </w:p>
    <w:p>
      <w:r>
        <w:rPr>
          <w:b/>
        </w:rPr>
        <w:t xml:space="preserve">[41:44] </w:t>
      </w:r>
      <w:r>
        <w:t>ho jaye gi.</w:t>
      </w:r>
    </w:p>
    <w:p>
      <w:pPr>
        <w:jc w:val="right"/>
      </w:pPr>
      <w:r>
        <w:t>ہو جائے گی۔</w:t>
      </w:r>
    </w:p>
    <w:p>
      <w:r>
        <w:rPr>
          <w:b/>
        </w:rPr>
        <w:t xml:space="preserve">[41:49] </w:t>
      </w:r>
      <w:r>
        <w:t>is mani mein nahi hai.</w:t>
      </w:r>
    </w:p>
    <w:p>
      <w:pPr>
        <w:jc w:val="right"/>
      </w:pPr>
      <w:r>
        <w:t>اس معنی میں نہیں ہے۔</w:t>
      </w:r>
    </w:p>
    <w:p>
      <w:r>
        <w:rPr>
          <w:b/>
        </w:rPr>
        <w:t xml:space="preserve">[41:55] </w:t>
      </w:r>
      <w:r>
        <w:t>yeh bohat bara change aaya hai tareekh mein.</w:t>
      </w:r>
    </w:p>
    <w:p>
      <w:pPr>
        <w:jc w:val="right"/>
      </w:pPr>
      <w:r>
        <w:t>یہ بہت بڑا چینج آیا ہے تاریخ میں۔</w:t>
      </w:r>
    </w:p>
    <w:p>
      <w:r>
        <w:rPr>
          <w:b/>
        </w:rPr>
        <w:t xml:space="preserve">[42:01] </w:t>
      </w:r>
      <w:r>
        <w:t>musalman is ko jantay hain, yani kisi ladbar ne ab jo hazaron hazar log jaane de rahe hain</w:t>
      </w:r>
    </w:p>
    <w:p>
      <w:pPr>
        <w:jc w:val="right"/>
      </w:pPr>
      <w:r>
        <w:t>مسلمان اس کو جانتے ہیں، یعنی کسی لڑبڑ نے اب جو ہزاروں ہزار لوگ جانے دے رہے ہیں</w:t>
      </w:r>
    </w:p>
    <w:p>
      <w:r>
        <w:rPr>
          <w:b/>
        </w:rPr>
        <w:t xml:space="preserve">[42:07] </w:t>
      </w:r>
      <w:r>
        <w:t>apni, is ka naam rakhte hain jaishe mohabbat aur isi qism ke naam rakhte hain islami jehad.</w:t>
      </w:r>
    </w:p>
    <w:p>
      <w:pPr>
        <w:jc w:val="right"/>
      </w:pPr>
      <w:r>
        <w:t>اپنی، اس کا نام رکھتے ہیں جیش محبت اور اسی قسم کے نام رکھتے ہیں اسلامی جہاد۔</w:t>
      </w:r>
    </w:p>
    <w:p>
      <w:r>
        <w:rPr>
          <w:b/>
        </w:rPr>
        <w:t xml:space="preserve">[42:12] </w:t>
      </w:r>
      <w:r>
        <w:t>yeh sab kya hai? yeh na jaishe mohabbat hai na islami jehad hai.</w:t>
      </w:r>
    </w:p>
    <w:p>
      <w:pPr>
        <w:jc w:val="right"/>
      </w:pPr>
      <w:r>
        <w:t>یہ سب کیا ہے؟ یہ نہ جیش محبت ہے نہ اسلامی جہاد ہے۔</w:t>
      </w:r>
    </w:p>
    <w:p>
      <w:r>
        <w:rPr>
          <w:b/>
        </w:rPr>
        <w:t xml:space="preserve">[42:18] </w:t>
      </w:r>
      <w:r>
        <w:t>yeh sirf bekhabri ki bina par hai ke allah taala ne rasta khol diya hai aman ka.</w:t>
      </w:r>
    </w:p>
    <w:p>
      <w:pPr>
        <w:jc w:val="right"/>
      </w:pPr>
      <w:r>
        <w:t>یہ صرف بے خبری کی بنا پر ہے کہ اللہ تعالیٰ نے راستہ کھول دیا ہے امن کا۔</w:t>
      </w:r>
    </w:p>
    <w:p>
      <w:r>
        <w:rPr>
          <w:b/>
        </w:rPr>
        <w:t xml:space="preserve">[42:24] </w:t>
      </w:r>
      <w:r>
        <w:t>aap khud daawti kaam karo, communication ko istemal karo, travel karo, printing press aur print media, electronic media</w:t>
      </w:r>
    </w:p>
    <w:p>
      <w:pPr>
        <w:jc w:val="right"/>
      </w:pPr>
      <w:r>
        <w:t>آپ خود دعوتی کام کرو، کمیونیکیشن کو استعمال کرو، ٹریول کرو، پرنٹنگ پریس اور پرنٹ میڈیا، الیکٹرانک میڈیا</w:t>
      </w:r>
    </w:p>
    <w:p>
      <w:r>
        <w:rPr>
          <w:b/>
        </w:rPr>
        <w:t xml:space="preserve">[42:29] </w:t>
      </w:r>
      <w:r>
        <w:t>ko istemal karo aur sari duniya mein islam ko pahunchao.</w:t>
      </w:r>
    </w:p>
    <w:p>
      <w:pPr>
        <w:jc w:val="right"/>
      </w:pPr>
      <w:r>
        <w:t>کو استعمال کرو اور ساری دنیا میں اسلام کو پہنچاؤ۔</w:t>
      </w:r>
    </w:p>
    <w:p>
      <w:r>
        <w:rPr>
          <w:b/>
        </w:rPr>
        <w:t xml:space="preserve">[42:35] </w:t>
      </w:r>
      <w:r>
        <w:t>sari dunya mein logon ko Allah ke paigham se ba-khabar karo.</w:t>
      </w:r>
    </w:p>
    <w:p>
      <w:pPr>
        <w:jc w:val="right"/>
      </w:pPr>
      <w:r>
        <w:t>ساری دنیا میں لوگوں کو اللہ کے پیغام سے باخبر کرو۔</w:t>
      </w:r>
    </w:p>
    <w:p>
      <w:r>
        <w:rPr>
          <w:b/>
        </w:rPr>
        <w:t xml:space="preserve">[42:41] </w:t>
      </w:r>
      <w:r>
        <w:t>koi rukawat nahin is ke liye.</w:t>
      </w:r>
    </w:p>
    <w:p>
      <w:pPr>
        <w:jc w:val="right"/>
      </w:pPr>
      <w:r>
        <w:t>کوئی رکاوٹ نہیں اس کے لیے۔</w:t>
      </w:r>
    </w:p>
    <w:p>
      <w:r>
        <w:rPr>
          <w:b/>
        </w:rPr>
        <w:t xml:space="preserve">[42:46] </w:t>
      </w:r>
      <w:r>
        <w:t>ایک فردی، ایک false food میں جیتے ہیں۔</w:t>
      </w:r>
    </w:p>
    <w:p>
      <w:pPr>
        <w:jc w:val="right"/>
      </w:pPr>
      <w:r>
        <w:t>ایک فردی، ایک فالس فوڈ میں جیتے ہیں۔</w:t>
      </w:r>
    </w:p>
    <w:p>
      <w:r>
        <w:rPr>
          <w:b/>
        </w:rPr>
        <w:t xml:space="preserve">[42:52] </w:t>
      </w:r>
      <w:r>
        <w:t>yeh tamam log woh samajhte hain ke dunya mein un ke khilaf conspiracy ho rahi hai, un ke</w:t>
      </w:r>
    </w:p>
    <w:p>
      <w:pPr>
        <w:jc w:val="right"/>
      </w:pPr>
      <w:r>
        <w:t>یہ تمام لوگ وہ سمجھتے ہیں کہ دنیا میں ان کے خلاف کانسپریسی ہو رہی ہے، ان کے</w:t>
      </w:r>
    </w:p>
    <w:p>
      <w:r>
        <w:rPr>
          <w:b/>
        </w:rPr>
        <w:t xml:space="preserve">[42:58] </w:t>
      </w:r>
      <w:r>
        <w:t>خلاف ظلم ہو رہا ہے، ان کے خلاف injustice ہو رہی ہے۔</w:t>
      </w:r>
    </w:p>
    <w:p>
      <w:pPr>
        <w:jc w:val="right"/>
      </w:pPr>
      <w:r>
        <w:t>خلاف ظلم ہو رہا ہے، ان کے خلاف انجسٹس ہو رہی ہے۔</w:t>
      </w:r>
    </w:p>
    <w:p>
      <w:r>
        <w:rPr>
          <w:b/>
        </w:rPr>
        <w:t xml:space="preserve">[43:03] </w:t>
      </w:r>
      <w:r>
        <w:t>یہ سب ایک false hood میں جینا ہے۔</w:t>
      </w:r>
    </w:p>
    <w:p>
      <w:pPr>
        <w:jc w:val="right"/>
      </w:pPr>
      <w:r>
        <w:t>یہ سب ایک فالس فوڈ میں جینا ہے۔</w:t>
      </w:r>
    </w:p>
    <w:p>
      <w:r>
        <w:rPr>
          <w:b/>
        </w:rPr>
        <w:t xml:space="preserve">[43:09] </w:t>
      </w:r>
      <w:r>
        <w:t>جیسے false food میں جی رہے تھے Japanese Second World War سے پہلے، وہ اپنی جانیں دے رہے</w:t>
      </w:r>
    </w:p>
    <w:p>
      <w:pPr>
        <w:jc w:val="right"/>
      </w:pPr>
      <w:r>
        <w:t>جیسے فالس فوڈ میں جی رہے تھے جیپنیز سیکنڈ ورلڈ وار سے پہلے، وہ اپنی جانیں دے رہے</w:t>
      </w:r>
    </w:p>
    <w:p>
      <w:r>
        <w:rPr>
          <w:b/>
        </w:rPr>
        <w:t xml:space="preserve">[43:15] </w:t>
      </w:r>
      <w:r>
        <w:t>the kaam par.</w:t>
      </w:r>
    </w:p>
    <w:p>
      <w:pPr>
        <w:jc w:val="right"/>
      </w:pPr>
      <w:r>
        <w:t>تھے کام پر۔</w:t>
      </w:r>
    </w:p>
    <w:p>
      <w:r>
        <w:rPr>
          <w:b/>
        </w:rPr>
        <w:t xml:space="preserve">[43:21] </w:t>
      </w:r>
      <w:r>
        <w:t>jab is false food se bahar aaye to laga ke hum janne ki koi zaroorat nahin hai, hum</w:t>
      </w:r>
    </w:p>
    <w:p>
      <w:pPr>
        <w:jc w:val="right"/>
      </w:pPr>
      <w:r>
        <w:t>جب اس فالس فوڈ سے باہر آئے تو لگا کہ ہم جاننے کی کوئی ضرورت نہیں ہے، ہم</w:t>
      </w:r>
    </w:p>
    <w:p>
      <w:r>
        <w:rPr>
          <w:b/>
        </w:rPr>
        <w:t xml:space="preserve">[43:26] </w:t>
      </w:r>
      <w:r>
        <w:t>sari dunya mein.</w:t>
      </w:r>
    </w:p>
    <w:p>
      <w:pPr>
        <w:jc w:val="right"/>
      </w:pPr>
      <w:r>
        <w:t>ساری دنیا میں۔</w:t>
      </w:r>
    </w:p>
    <w:p>
      <w:r>
        <w:rPr>
          <w:b/>
        </w:rPr>
        <w:t xml:space="preserve">[43:32] </w:t>
      </w:r>
      <w:r>
        <w:t>ab unhon ne japaniyon ne itni bari taraqqi ki hai ke tareekh mein pehli baar ek lafz dunya</w:t>
      </w:r>
    </w:p>
    <w:p>
      <w:pPr>
        <w:jc w:val="right"/>
      </w:pPr>
      <w:r>
        <w:t>اب انہوں نے جاپانیوں نے اتنی بڑی ترقی کی ہے کہ تاریخ میں پہلی بار ایک لفظ دنیا</w:t>
      </w:r>
    </w:p>
    <w:p>
      <w:r>
        <w:rPr>
          <w:b/>
        </w:rPr>
        <w:t xml:space="preserve">[43:38] </w:t>
      </w:r>
      <w:r>
        <w:t>mein diya, unhon ne economic superpower.</w:t>
      </w:r>
    </w:p>
    <w:p>
      <w:pPr>
        <w:jc w:val="right"/>
      </w:pPr>
      <w:r>
        <w:t>میں دیا، انہوں نے اکانومک سپر پاور۔</w:t>
      </w:r>
    </w:p>
    <w:p>
      <w:r>
        <w:rPr>
          <w:b/>
        </w:rPr>
        <w:t xml:space="preserve">[43:43] </w:t>
      </w:r>
      <w:r>
        <w:t>yeh pehli baar yeh lafz Japan ne diya hai.</w:t>
      </w:r>
    </w:p>
    <w:p>
      <w:pPr>
        <w:jc w:val="right"/>
      </w:pPr>
      <w:r>
        <w:t>یہ پہلی بار یہ لفظ جاپان نے دیا ہے۔</w:t>
      </w:r>
    </w:p>
    <w:p>
      <w:r>
        <w:rPr>
          <w:b/>
        </w:rPr>
        <w:t xml:space="preserve">[43:49] </w:t>
      </w:r>
      <w:r>
        <w:t>to aaj Japan dunya mein economic super superpower bana hua hai.</w:t>
      </w:r>
    </w:p>
    <w:p>
      <w:pPr>
        <w:jc w:val="right"/>
      </w:pPr>
      <w:r>
        <w:t>تو آج جاپان دنیا میں اکانومک سپر سپر پاور بنا ہوا ہے۔</w:t>
      </w:r>
    </w:p>
    <w:p>
      <w:r>
        <w:rPr>
          <w:b/>
        </w:rPr>
        <w:t xml:space="preserve">[43:55] </w:t>
      </w:r>
      <w:r>
        <w:t>kaise? aman ke taqat se.</w:t>
      </w:r>
    </w:p>
    <w:p>
      <w:pPr>
        <w:jc w:val="right"/>
      </w:pPr>
      <w:r>
        <w:t>کیسے؟ امن کے طاقت سے۔</w:t>
      </w:r>
    </w:p>
    <w:p>
      <w:r>
        <w:rPr>
          <w:b/>
        </w:rPr>
        <w:t xml:space="preserve">[44:00] </w:t>
      </w:r>
      <w:r>
        <w:t>aisa hi Islam jo hai, aaj daawa super power banne ke sare chances is ke liye hain.</w:t>
      </w:r>
    </w:p>
    <w:p>
      <w:pPr>
        <w:jc w:val="right"/>
      </w:pPr>
      <w:r>
        <w:t>ایسا ہی اسلام جو ہے، آج دعویٰ سپر پاور بننے کے سارے چانسز اس کے لیے ہیں۔</w:t>
      </w:r>
    </w:p>
    <w:p>
      <w:r>
        <w:rPr>
          <w:b/>
        </w:rPr>
        <w:t xml:space="preserve">[44:06] </w:t>
      </w:r>
      <w:r>
        <w:t>ideological superpower, yaani Islam is waqt poori tarah is is imkaan ke saamne khada hua hai ke</w:t>
      </w:r>
    </w:p>
    <w:p>
      <w:pPr>
        <w:jc w:val="right"/>
      </w:pPr>
      <w:r>
        <w:t>آئیڈیلوجیکل سپر پاور، یعنی اسلام اس وقت پوری طرح اس اس امکان کے سامنے کھڑا ہوا ہے کہ</w:t>
      </w:r>
    </w:p>
    <w:p>
      <w:r>
        <w:rPr>
          <w:b/>
        </w:rPr>
        <w:t xml:space="preserve">[44:12] </w:t>
      </w:r>
      <w:r>
        <w:t>aap is ko ideological superpower banayein, yahi mawaqif istemal kar ke.</w:t>
      </w:r>
    </w:p>
    <w:p>
      <w:pPr>
        <w:jc w:val="right"/>
      </w:pPr>
      <w:r>
        <w:t>آپ اس کو آئیڈیلوجیکل سپر پاور بنائیں، یہی موقف استعمال کر کے۔</w:t>
      </w:r>
    </w:p>
    <w:p>
      <w:r>
        <w:rPr>
          <w:b/>
        </w:rPr>
        <w:t xml:space="preserve">[44:17] </w:t>
      </w:r>
      <w:r>
        <w:t>yaani jo modern is zamane mein kiya hai, dekhiye, mukammal azadi hai, koi rukawat aap ko nahin, kuch</w:t>
      </w:r>
    </w:p>
    <w:p>
      <w:pPr>
        <w:jc w:val="right"/>
      </w:pPr>
      <w:r>
        <w:t>یعنی جو ماڈرن اس زمانے میں کیا ہے، دیکھیے، مکمل آزادی ہے، کوئی رکاوٹ آپ کو نہیں، کچھ</w:t>
      </w:r>
    </w:p>
    <w:p>
      <w:r>
        <w:rPr>
          <w:b/>
        </w:rPr>
        <w:t xml:space="preserve">[44:23] </w:t>
      </w:r>
      <w:r>
        <w:t>bhi rukawat nahin.</w:t>
      </w:r>
    </w:p>
    <w:p>
      <w:pPr>
        <w:jc w:val="right"/>
      </w:pPr>
      <w:r>
        <w:t>بھی رکاوٹ نہیں۔</w:t>
      </w:r>
    </w:p>
    <w:p>
      <w:r>
        <w:rPr>
          <w:b/>
        </w:rPr>
        <w:t xml:space="preserve">[44:29] </w:t>
      </w:r>
      <w:r>
        <w:t>ranges freedom aa gaya dunya mein, ranges persecution khatam ho gaya, print media, electronic media, safar jahan chahe wahan kijiye.</w:t>
      </w:r>
    </w:p>
    <w:p>
      <w:pPr>
        <w:jc w:val="right"/>
      </w:pPr>
      <w:r>
        <w:t>رینجس فریڈم آ گیا دنیا میں، رینجس پرسکشن ختم ہو گیا، پرنٹ میڈیا، الیکٹرانک میڈیا، سفر جہاں چاہے وہاں کیجئے۔</w:t>
      </w:r>
    </w:p>
    <w:p>
      <w:r>
        <w:rPr>
          <w:b/>
        </w:rPr>
        <w:t xml:space="preserve">[44:34] </w:t>
      </w:r>
      <w:r>
        <w:t>Allah taala ne ek naya cheez bana ke di, tourism.</w:t>
      </w:r>
    </w:p>
    <w:p>
      <w:pPr>
        <w:jc w:val="right"/>
      </w:pPr>
      <w:r>
        <w:t>اللہ تعالیٰ نے ایک نیا چیز بنا کے دی، ٹورزم۔</w:t>
      </w:r>
    </w:p>
    <w:p>
      <w:r>
        <w:rPr>
          <w:b/>
        </w:rPr>
        <w:t xml:space="preserve">[44:40] </w:t>
      </w:r>
      <w:r>
        <w:t>million billion log yahan se wahan ja rahe hain, wahan se wahan ja rahe hain.</w:t>
      </w:r>
    </w:p>
    <w:p>
      <w:pPr>
        <w:jc w:val="right"/>
      </w:pPr>
      <w:r>
        <w:t>ملین بلین لوگ یہاں سے وہاں جا رہے ہیں، وہاں سے وہاں جا رہے ہیں۔</w:t>
      </w:r>
    </w:p>
    <w:p>
      <w:r>
        <w:rPr>
          <w:b/>
        </w:rPr>
        <w:t xml:space="preserve">[44:46] </w:t>
      </w:r>
      <w:r>
        <w:t>yaani mauzu jo hai, daai ke paas pahunch raha hai, mauzu daai ke paas pahunch raha hai.</w:t>
      </w:r>
    </w:p>
    <w:p>
      <w:pPr>
        <w:jc w:val="right"/>
      </w:pPr>
      <w:r>
        <w:t>یعنی موضوع جو ہے، داعی کے پاس پہنچ رہا ہے، موضوع داعی کے پاس پہنچ رہا ہے۔</w:t>
      </w:r>
    </w:p>
    <w:p>
      <w:r>
        <w:rPr>
          <w:b/>
        </w:rPr>
        <w:t xml:space="preserve">[44:52] </w:t>
      </w:r>
      <w:r>
        <w:t>to mawaqe ka ek sailab hai, flood hai, flood of opportunities.</w:t>
      </w:r>
    </w:p>
    <w:p>
      <w:pPr>
        <w:jc w:val="right"/>
      </w:pPr>
      <w:r>
        <w:t>تو مواقع کا ایک سیلاب ہے، فلڈ ہے، فلڈ آف اپرچونیٹیز۔</w:t>
      </w:r>
    </w:p>
    <w:p>
      <w:r>
        <w:rPr>
          <w:b/>
        </w:rPr>
        <w:t xml:space="preserve">[44:57] </w:t>
      </w:r>
      <w:r>
        <w:t>lekin be-khabar hain ke kya hai? apne khwab ka phans charha rahe hain, apni goli bharwa rahe</w:t>
      </w:r>
    </w:p>
    <w:p>
      <w:pPr>
        <w:jc w:val="right"/>
      </w:pPr>
      <w:r>
        <w:t>لیکن بے خبر ہیں کہ کیا ہے؟ اپنے خواب کا پھاس چڑھا رہے ہیں، اپنی گولی بھروا رہے</w:t>
      </w:r>
    </w:p>
    <w:p>
      <w:r>
        <w:rPr>
          <w:b/>
        </w:rPr>
        <w:t xml:space="preserve">[45:03] </w:t>
      </w:r>
      <w:r>
        <w:t>hain, suicide bombing kar rahe hain.</w:t>
      </w:r>
    </w:p>
    <w:p>
      <w:pPr>
        <w:jc w:val="right"/>
      </w:pPr>
      <w:r>
        <w:t>ہیں، سوسائیڈ بمبنگ کر رہے ہیں۔</w:t>
      </w:r>
    </w:p>
    <w:p>
      <w:r>
        <w:rPr>
          <w:b/>
        </w:rPr>
        <w:t xml:space="preserve">[45:09] </w:t>
      </w:r>
      <w:r>
        <w:t>to isi liye aaj ka topic maine rakha hai, discovery of modern age.</w:t>
      </w:r>
    </w:p>
    <w:p>
      <w:pPr>
        <w:jc w:val="right"/>
      </w:pPr>
      <w:r>
        <w:t>تو اسی لیے آج کا ٹاپک میں نے رکھا ہے، ڈسکوری آف ماڈرن ایج۔</w:t>
      </w:r>
    </w:p>
    <w:p>
      <w:r>
        <w:rPr>
          <w:b/>
        </w:rPr>
        <w:t xml:space="preserve">[45:14] </w:t>
      </w:r>
      <w:r>
        <w:t>ke modern age jo le ke aaya, un ke liye blessing.</w:t>
      </w:r>
    </w:p>
    <w:p>
      <w:pPr>
        <w:jc w:val="right"/>
      </w:pPr>
      <w:r>
        <w:t>کہ ماڈرن ایج جو لے کے آیا، ان کے لیے بلیسنگ۔</w:t>
      </w:r>
    </w:p>
    <w:p>
      <w:r>
        <w:rPr>
          <w:b/>
        </w:rPr>
        <w:t xml:space="preserve">[45:20] </w:t>
      </w:r>
      <w:r>
        <w:t>yeh to blessing hai.</w:t>
      </w:r>
    </w:p>
    <w:p>
      <w:pPr>
        <w:jc w:val="right"/>
      </w:pPr>
      <w:r>
        <w:t>یہ تو بلیسنگ ہے۔</w:t>
      </w:r>
    </w:p>
    <w:p>
      <w:r>
        <w:rPr>
          <w:b/>
        </w:rPr>
        <w:t xml:space="preserve">[45:26] </w:t>
      </w:r>
      <w:r>
        <w:t>to khud western world bhi nahi janta is ko.</w:t>
      </w:r>
    </w:p>
    <w:p>
      <w:pPr>
        <w:jc w:val="right"/>
      </w:pPr>
      <w:r>
        <w:t>تو خود ویسٹرن ورلڈ بھی نہیں جانتا اس کو۔</w:t>
      </w:r>
    </w:p>
    <w:p>
      <w:r>
        <w:rPr>
          <w:b/>
        </w:rPr>
        <w:t xml:space="preserve">[45:31] </w:t>
      </w:r>
      <w:r>
        <w:t>western world kya janta hai? ke material faida is se hasil karo.</w:t>
      </w:r>
    </w:p>
    <w:p>
      <w:pPr>
        <w:jc w:val="right"/>
      </w:pPr>
      <w:r>
        <w:t>ویسٹرن ورلڈ کیا جانتا ہے؟ کہ مٹیریل فائدہ اس سے حاصل کرو۔</w:t>
      </w:r>
    </w:p>
    <w:p>
      <w:r>
        <w:rPr>
          <w:b/>
        </w:rPr>
        <w:t xml:space="preserve">[45:37] </w:t>
      </w:r>
      <w:r>
        <w:t>yani ek material sense mein is ko lete hain, woh material gain ke sense mein.</w:t>
      </w:r>
    </w:p>
    <w:p>
      <w:pPr>
        <w:jc w:val="right"/>
      </w:pPr>
      <w:r>
        <w:t>یعنی ایک مٹیریل سینس میں اس کو لیتے ہیں، وہ مٹیریل گین کے سینس میں۔</w:t>
      </w:r>
    </w:p>
    <w:p>
      <w:r>
        <w:rPr>
          <w:b/>
        </w:rPr>
        <w:t xml:space="preserve">[45:43] </w:t>
      </w:r>
      <w:r>
        <w:t>bas wohi nahi samajhte ke Allah ke ke deen ke aitbar se kya mawaqe khule, is ka hisab nahi lete.</w:t>
      </w:r>
    </w:p>
    <w:p>
      <w:pPr>
        <w:jc w:val="right"/>
      </w:pPr>
      <w:r>
        <w:t>بس وہی نہیں سمجھتے کہ اللہ کے کے دین کے اعتبار سے کیا مواقع کھلے، اس کا حساب نہیں لیتے۔</w:t>
      </w:r>
    </w:p>
    <w:p>
      <w:r>
        <w:rPr>
          <w:b/>
        </w:rPr>
        <w:t xml:space="preserve">[45:48] </w:t>
      </w:r>
      <w:r>
        <w:t>woh ab musalman to bilkul hi be khabar hain.</w:t>
      </w:r>
    </w:p>
    <w:p>
      <w:pPr>
        <w:jc w:val="right"/>
      </w:pPr>
      <w:r>
        <w:t>وہ اب مسلمان تو بالکل ہی بے خبر ہیں۔</w:t>
      </w:r>
    </w:p>
    <w:p>
      <w:r>
        <w:rPr>
          <w:b/>
        </w:rPr>
        <w:t xml:space="preserve">[45:54] </w:t>
      </w:r>
      <w:r>
        <w:t>to dekhen, Allah taala ko kya matloob hai? and what is the creation plan of God? woh yeh</w:t>
      </w:r>
    </w:p>
    <w:p>
      <w:pPr>
        <w:jc w:val="right"/>
      </w:pPr>
      <w:r>
        <w:t>تو دیکھیں، اللہ تعالیٰ کو کیا مطلوب ہے؟ اینڈ واٹ از دا کریشن پلان آف گاڈ؟ وہ یہ</w:t>
      </w:r>
    </w:p>
    <w:p>
      <w:r>
        <w:rPr>
          <w:b/>
        </w:rPr>
        <w:t xml:space="preserve">[46:00] </w:t>
      </w:r>
      <w:r>
        <w:t>hai ke insan is dunya mein sachai ko discover kare, sachai pe khada ho, ek Allah ko mane,</w:t>
      </w:r>
    </w:p>
    <w:p>
      <w:pPr>
        <w:jc w:val="right"/>
      </w:pPr>
      <w:r>
        <w:t>ہے کہ انسان اس دنیا میں سچائی کو ڈسکور کرے، سچائی پہ کھڑا ہو، ایک اللہ کو مانے،</w:t>
      </w:r>
    </w:p>
    <w:p>
      <w:r>
        <w:rPr>
          <w:b/>
        </w:rPr>
        <w:t xml:space="preserve">[46:05] </w:t>
      </w:r>
      <w:r>
        <w:t>ek Allah ki ibadat kare, aur phir usi ka dawat aur tablegh ke zariye doosron tak pohanchaye.</w:t>
      </w:r>
    </w:p>
    <w:p>
      <w:pPr>
        <w:jc w:val="right"/>
      </w:pPr>
      <w:r>
        <w:t>ایک اللہ کی عبادت کرے، اور پھر اسی کا دعوت اور تبلیغ کے ذریعے دوسروں تک پہنچائے۔</w:t>
      </w:r>
    </w:p>
    <w:p>
      <w:r>
        <w:rPr>
          <w:b/>
        </w:rPr>
        <w:t xml:space="preserve">[46:11] </w:t>
      </w:r>
      <w:r>
        <w:t>yeh supreme person Allah taala ko bataiye.</w:t>
      </w:r>
    </w:p>
    <w:p>
      <w:pPr>
        <w:jc w:val="right"/>
      </w:pPr>
      <w:r>
        <w:t>یہ سپریم پرسن اللہ تعالیٰ کو بتائیے۔</w:t>
      </w:r>
    </w:p>
    <w:p>
      <w:r>
        <w:rPr>
          <w:b/>
        </w:rPr>
        <w:t xml:space="preserve">[46:17] </w:t>
      </w:r>
      <w:r>
        <w:t>hukumat ka kaam karna yeh Allah ka concern nahi hai, woh ek insani phenomena hai.</w:t>
      </w:r>
    </w:p>
    <w:p>
      <w:pPr>
        <w:jc w:val="right"/>
      </w:pPr>
      <w:r>
        <w:t>حکومت کا کام کرنا یہ اللہ کا کنسرن نہیں ہے، وہ ایک انسانی فیناومینا ہے۔</w:t>
      </w:r>
    </w:p>
    <w:p>
      <w:r>
        <w:rPr>
          <w:b/>
        </w:rPr>
        <w:t xml:space="preserve">[46:23] </w:t>
      </w:r>
      <w:r>
        <w:t>to is ke liye jo jo rukawatein thin, woh sab rukawatein aaj khatam ho gayi.</w:t>
      </w:r>
    </w:p>
    <w:p>
      <w:pPr>
        <w:jc w:val="right"/>
      </w:pPr>
      <w:r>
        <w:t>تو اس کے لیے جو جو رکاوٹیں تھیں، وہ سب رکاوٹیں آج ختم ہو گئی۔</w:t>
      </w:r>
    </w:p>
    <w:p>
      <w:r>
        <w:rPr>
          <w:b/>
        </w:rPr>
        <w:t xml:space="preserve">[46:28] </w:t>
      </w:r>
      <w:r>
        <w:t>in logon rukawaton ka jo basic sabab tha, woh tha is ek qadeem zamane mein despotism tha.</w:t>
      </w:r>
    </w:p>
    <w:p>
      <w:pPr>
        <w:jc w:val="right"/>
      </w:pPr>
      <w:r>
        <w:t>ان لوگوں رکاوٹوں کا جو بیسک سبب تھا، وہ تھا اس ایک قدیم زمانے میں ڈسپوٹزم تھا۔</w:t>
      </w:r>
    </w:p>
    <w:p>
      <w:r>
        <w:rPr>
          <w:b/>
        </w:rPr>
        <w:t xml:space="preserve">[46:34] </w:t>
      </w:r>
      <w:r>
        <w:t>jise aaj despotism kehte hain, yani istibdadi, istibdadi hukumat.</w:t>
      </w:r>
    </w:p>
    <w:p>
      <w:pPr>
        <w:jc w:val="right"/>
      </w:pPr>
      <w:r>
        <w:t>جسے آج ڈسپوٹزم کہتے ہیں، یعنی استبدادی، استبدادی حکومت۔</w:t>
      </w:r>
    </w:p>
    <w:p>
      <w:r>
        <w:rPr>
          <w:b/>
        </w:rPr>
        <w:t xml:space="preserve">[46:40] </w:t>
      </w:r>
      <w:r>
        <w:t>istibdadi hukumat jo despotic rule jo qadeem zamane mein raaij tha, us ki wajah se yeh masail sab the.</w:t>
      </w:r>
    </w:p>
    <w:p>
      <w:pPr>
        <w:jc w:val="right"/>
      </w:pPr>
      <w:r>
        <w:t>استبدادی حکومت جو ڈسپوٹک رول جو قدیم زمانے میں رائج تھا، اس کی وجہ سے یہ مسائل سب تھے۔</w:t>
      </w:r>
    </w:p>
    <w:p>
      <w:r>
        <w:rPr>
          <w:b/>
        </w:rPr>
        <w:t xml:space="preserve">[46:45] </w:t>
      </w:r>
      <w:r>
        <w:t>to despotism ko khatam kiya Allah taala ne, insan ki azadi ko baqi rakhte hue aise asbab paida</w:t>
      </w:r>
    </w:p>
    <w:p>
      <w:pPr>
        <w:jc w:val="right"/>
      </w:pPr>
      <w:r>
        <w:t>تو ڈسپوٹزم کو ختم کیا اللہ تعالیٰ نے، انسان کی آزادی کو باقی رکھتے ہوئے ایسے اسباب پیدا</w:t>
      </w:r>
    </w:p>
    <w:p>
      <w:r>
        <w:rPr>
          <w:b/>
        </w:rPr>
        <w:t xml:space="preserve">[46:51] </w:t>
      </w:r>
      <w:r>
        <w:t>kiye, aisa process jari kiya history mein ke hote hote hote hote khatma ho gaya is ka.</w:t>
      </w:r>
    </w:p>
    <w:p>
      <w:pPr>
        <w:jc w:val="right"/>
      </w:pPr>
      <w:r>
        <w:t>کیے، ایسا پروسیس جاری کیا ہسٹری میں کہ ہوتے ہوتے ہوتے ہوتے خاتمہ ہو گیا اس کا۔</w:t>
      </w:r>
    </w:p>
    <w:p>
      <w:r>
        <w:rPr>
          <w:b/>
        </w:rPr>
        <w:t xml:space="preserve">[46:57] </w:t>
      </w:r>
      <w:r>
        <w:t>aur phir sare mawaqe khul gaye.</w:t>
      </w:r>
    </w:p>
    <w:p>
      <w:pPr>
        <w:jc w:val="right"/>
      </w:pPr>
      <w:r>
        <w:t>اور پھر سارے مواقع کھل گئے۔</w:t>
      </w:r>
    </w:p>
    <w:p>
      <w:r>
        <w:rPr>
          <w:b/>
        </w:rPr>
        <w:t xml:space="preserve">[47:02] </w:t>
      </w:r>
      <w:r>
        <w:t>to yeh ek safar jo hai, from despotism to democracy ka safar hai.</w:t>
      </w:r>
    </w:p>
    <w:p>
      <w:pPr>
        <w:jc w:val="right"/>
      </w:pPr>
      <w:r>
        <w:t>تو یہ ایک سفر جو ہے، فرام ڈسپوٹزم ٹو ڈیموکریسی کا سفر ہے۔</w:t>
      </w:r>
    </w:p>
    <w:p>
      <w:r>
        <w:rPr>
          <w:b/>
        </w:rPr>
        <w:t xml:space="preserve">[47:08] </w:t>
      </w:r>
      <w:r>
        <w:t>to Allah taala ne shuru hi mein Hazrat Yusuf ke zariye se is ka ek prototype dikha diya</w:t>
      </w:r>
    </w:p>
    <w:p>
      <w:pPr>
        <w:jc w:val="right"/>
      </w:pPr>
      <w:r>
        <w:t>تو اللہ تعالیٰ نے شروع ہی میں حضرت یوسف کے ذریعے سے اس کا ایک پروٹوٹائپ دکھا دیا</w:t>
      </w:r>
    </w:p>
    <w:p>
      <w:r>
        <w:rPr>
          <w:b/>
        </w:rPr>
        <w:t xml:space="preserve">[47:14] </w:t>
      </w:r>
      <w:r>
        <w:t>tha ke badshah takht par baitha hai, baitha rahe woh, aur sari mawaqe aap ko hasil hain.</w:t>
      </w:r>
    </w:p>
    <w:p>
      <w:pPr>
        <w:jc w:val="right"/>
      </w:pPr>
      <w:r>
        <w:t>تھا کہ بادشاہ تخت پر بیٹھا ہے، بیٹھا رہے وہ، اور ساری مواقع آپ کو حاصل ہیں۔</w:t>
      </w:r>
    </w:p>
    <w:p>
      <w:r>
        <w:rPr>
          <w:b/>
        </w:rPr>
        <w:t xml:space="preserve">[47:19] </w:t>
      </w:r>
      <w:r>
        <w:t>ghor kijiye ke surah Yusuf mein Hazrat Yusuf ke is mamle ko asal al qasas kyun kaha gaya? asal</w:t>
      </w:r>
    </w:p>
    <w:p>
      <w:pPr>
        <w:jc w:val="right"/>
      </w:pPr>
      <w:r>
        <w:t>غور کیجئے کہ سورہ یوسف میں حضرت یوسف کے اس معاملے کو اصل القصص کیوں کہا گیا؟ اصل</w:t>
      </w:r>
    </w:p>
    <w:p>
      <w:r>
        <w:rPr>
          <w:b/>
        </w:rPr>
        <w:t xml:space="preserve">[47:25] </w:t>
      </w:r>
      <w:r>
        <w:t>al qasas ka matlab hai best story, yani Hazrat Yusuf ki story best story hai.</w:t>
      </w:r>
    </w:p>
    <w:p>
      <w:pPr>
        <w:jc w:val="right"/>
      </w:pPr>
      <w:r>
        <w:t>القصص کا مطلب ہے بیسٹ اسٹوری، یعنی حضرت یوسف کی اسٹوری بیسٹ اسٹوری ہے۔</w:t>
      </w:r>
    </w:p>
    <w:p>
      <w:r>
        <w:rPr>
          <w:b/>
        </w:rPr>
        <w:t xml:space="preserve">[47:31] </w:t>
      </w:r>
      <w:r>
        <w:t>yeh koi romantic sense mein nahi ho sakta, yeh paighambar ke aitbar se lena padega aap ko.</w:t>
      </w:r>
    </w:p>
    <w:p>
      <w:pPr>
        <w:jc w:val="right"/>
      </w:pPr>
      <w:r>
        <w:t>یہ کوئی رومینٹک سینس میں نہیں ہو سکتا، یہ پیغمبر کے اعتبار سے لینا پڑے گا آپ کو۔</w:t>
      </w:r>
    </w:p>
    <w:p>
      <w:r>
        <w:rPr>
          <w:b/>
        </w:rPr>
        <w:t xml:space="preserve">[47:36] </w:t>
      </w:r>
      <w:r>
        <w:t>yani Hazrat Yusuf ki jo story hai, why it called as a best story? best story yahi hai</w:t>
      </w:r>
    </w:p>
    <w:p>
      <w:pPr>
        <w:jc w:val="right"/>
      </w:pPr>
      <w:r>
        <w:t>یعنی حضرت یوسف کی جو اسٹوری ہے، وائی اٹ کالڈ ایز اے بیسٹ اسٹوری؟ بیسٹ اسٹوری یہی ہے</w:t>
      </w:r>
    </w:p>
    <w:p>
      <w:r>
        <w:rPr>
          <w:b/>
        </w:rPr>
        <w:t xml:space="preserve">[47:42] </w:t>
      </w:r>
      <w:r>
        <w:t>keh aanay walay zamanay mein aik naya daur jo aa raha tha, us ka prototype tha.</w:t>
      </w:r>
    </w:p>
    <w:p>
      <w:pPr>
        <w:jc w:val="right"/>
      </w:pPr>
      <w:r>
        <w:t>کہ آنے والے زمانے میں ایک نیا دور جو آ رہا تھا، اس کا پروٹوٹائپ تھا۔</w:t>
      </w:r>
    </w:p>
    <w:p>
      <w:r>
        <w:rPr>
          <w:b/>
        </w:rPr>
        <w:t xml:space="preserve">[47:48] </w:t>
      </w:r>
      <w:r>
        <w:t>woh yani chhotay paimaanay par aur temporary tor par aik namoona dikha diya gaya keh dekho, badshah agar</w:t>
      </w:r>
    </w:p>
    <w:p>
      <w:pPr>
        <w:jc w:val="right"/>
      </w:pPr>
      <w:r>
        <w:t>وہ یعنی چھوٹے پیمانے پر اور ٹیمپریری طور پر ایک نمونہ دکھا دیا گیا کہ دیکھو، بادشاہ اگر</w:t>
      </w:r>
    </w:p>
    <w:p>
      <w:r>
        <w:rPr>
          <w:b/>
        </w:rPr>
        <w:t xml:space="preserve">[47:54] </w:t>
      </w:r>
      <w:r>
        <w:t>apnay ko confine kar le political throne tak aur saray mawaqay muhajir de de to kitna zabardast mauqa</w:t>
      </w:r>
    </w:p>
    <w:p>
      <w:pPr>
        <w:jc w:val="right"/>
      </w:pPr>
      <w:r>
        <w:t>اپنے کو کنفائن کر لے پولیٹیکل تھرون تک اور سارے مواقع مہاجر دے دے تو کتنا زبردست موقع</w:t>
      </w:r>
    </w:p>
    <w:p>
      <w:r>
        <w:rPr>
          <w:b/>
        </w:rPr>
        <w:t xml:space="preserve">[47:59] </w:t>
      </w:r>
      <w:r>
        <w:t>mil jata hai aaj kaam karnay ka, koi rukawat hi nahin.</w:t>
      </w:r>
    </w:p>
    <w:p>
      <w:pPr>
        <w:jc w:val="right"/>
      </w:pPr>
      <w:r>
        <w:t>مل جاتا ہے آج کام کرنے کا، کوئی رکاوٹ ہی نہیں۔</w:t>
      </w:r>
    </w:p>
    <w:p>
      <w:r>
        <w:rPr>
          <w:b/>
        </w:rPr>
        <w:t xml:space="preserve">[48:05] </w:t>
      </w:r>
      <w:r>
        <w:t>to Allah ko yahi matloob hai keh deen ke maamlay mein azaadi ho, hum imaan, aqeedah, ibaadat, tabligh</w:t>
      </w:r>
    </w:p>
    <w:p>
      <w:pPr>
        <w:jc w:val="right"/>
      </w:pPr>
      <w:r>
        <w:t>تو اللہ کو یہی مطلوب ہے کہ دین کے معاملے میں آزادی ہو، ہم ایمان، عقیدہ، عبادت، تبلیغ</w:t>
      </w:r>
    </w:p>
    <w:p>
      <w:r>
        <w:rPr>
          <w:b/>
        </w:rPr>
        <w:t xml:space="preserve">[48:11] </w:t>
      </w:r>
      <w:r>
        <w:t>isi maamlay mein azaadi ho.</w:t>
      </w:r>
    </w:p>
    <w:p>
      <w:pPr>
        <w:jc w:val="right"/>
      </w:pPr>
      <w:r>
        <w:t>اسی معاملے میں آزادی ہو۔</w:t>
      </w:r>
    </w:p>
    <w:p>
      <w:r>
        <w:rPr>
          <w:b/>
        </w:rPr>
        <w:t xml:space="preserve">[48:16] </w:t>
      </w:r>
      <w:r>
        <w:t>baqi jahan tak political power ki baat hai, woh social condition pe depend karega.</w:t>
      </w:r>
    </w:p>
    <w:p>
      <w:pPr>
        <w:jc w:val="right"/>
      </w:pPr>
      <w:r>
        <w:t>باقی جہاں تک پولیٹیکل پاور کی بات ہے، وہ سوشل کنڈیشن پہ ڈیپینڈ کرے گا۔</w:t>
      </w:r>
    </w:p>
    <w:p>
      <w:r>
        <w:rPr>
          <w:b/>
        </w:rPr>
        <w:t xml:space="preserve">[48:22] </w:t>
      </w:r>
      <w:r>
        <w:t>yani election hoga, free and free election, is mein log vote dein ge, aur jo jeetay ga, woh</w:t>
      </w:r>
    </w:p>
    <w:p>
      <w:pPr>
        <w:jc w:val="right"/>
      </w:pPr>
      <w:r>
        <w:t>یعنی الیکشن ہوگا، فری اینڈ فری الیکشن، اس میں لوگ ووٹ دیں گے، اور جو جیتے گا، وہ</w:t>
      </w:r>
    </w:p>
    <w:p>
      <w:r>
        <w:rPr>
          <w:b/>
        </w:rPr>
        <w:t xml:space="preserve">[48:28] </w:t>
      </w:r>
      <w:r>
        <w:t>rule karega paanch saal ke liye.</w:t>
      </w:r>
    </w:p>
    <w:p>
      <w:pPr>
        <w:jc w:val="right"/>
      </w:pPr>
      <w:r>
        <w:t>رول کرے گا پانچ سال کے لیے۔</w:t>
      </w:r>
    </w:p>
    <w:p>
      <w:r>
        <w:rPr>
          <w:b/>
        </w:rPr>
        <w:t xml:space="preserve">[48:33] </w:t>
      </w:r>
      <w:r>
        <w:t>تو پھر India NATO آئے گی، وہ چلتا رہے گا۔</w:t>
      </w:r>
    </w:p>
    <w:p>
      <w:pPr>
        <w:jc w:val="right"/>
      </w:pPr>
      <w:r>
        <w:t>تو پھر انڈیا نیٹو آئے گی، وہ چلتا رہے گا۔</w:t>
      </w:r>
    </w:p>
    <w:p>
      <w:r>
        <w:rPr>
          <w:b/>
        </w:rPr>
        <w:t xml:space="preserve">[48:39] </w:t>
      </w:r>
      <w:r>
        <w:t>that is a social process.</w:t>
      </w:r>
    </w:p>
    <w:p>
      <w:pPr>
        <w:jc w:val="right"/>
      </w:pPr>
      <w:r>
        <w:t>دیٹ از اے سوشل پروسیس۔</w:t>
      </w:r>
    </w:p>
    <w:p>
      <w:r>
        <w:rPr>
          <w:b/>
        </w:rPr>
        <w:t xml:space="preserve">[48:45] </w:t>
      </w:r>
      <w:r>
        <w:t>lekin jo asal jo hai kaam, asal yeh kyun hai? Allah ki nazar mein asal cheez yeh hai</w:t>
      </w:r>
    </w:p>
    <w:p>
      <w:pPr>
        <w:jc w:val="right"/>
      </w:pPr>
      <w:r>
        <w:t>لیکن جو اصل جو ہے کام، اصل یہ کیوں ہے؟ اللہ کی نظر میں اصل چیز یہ ہے</w:t>
      </w:r>
    </w:p>
    <w:p>
      <w:r>
        <w:rPr>
          <w:b/>
        </w:rPr>
        <w:t xml:space="preserve">[48:50] </w:t>
      </w:r>
      <w:r>
        <w:t>keh aadmi apnay aap ko jannat ke liye deserving candidate banaye.</w:t>
      </w:r>
    </w:p>
    <w:p>
      <w:pPr>
        <w:jc w:val="right"/>
      </w:pPr>
      <w:r>
        <w:t>کہ آدمی اپنے آپ کو جنت کے لیے ڈیزرونگ کینڈیڈیٹ بنائے۔</w:t>
      </w:r>
    </w:p>
    <w:p>
      <w:r>
        <w:rPr>
          <w:b/>
        </w:rPr>
        <w:t xml:space="preserve">[48:56] </w:t>
      </w:r>
      <w:r>
        <w:t>yeh sara maamla jo hai, Allah taala ne jo kiya hai, woh is liye keh Allah ne aik</w:t>
      </w:r>
    </w:p>
    <w:p>
      <w:pPr>
        <w:jc w:val="right"/>
      </w:pPr>
      <w:r>
        <w:t>یہ سارا معاملہ جو ہے، اللہ تعالیٰ نے جو کیا ہے، وہ اس لیے کہ اللہ نے ایک</w:t>
      </w:r>
    </w:p>
    <w:p>
      <w:r>
        <w:rPr>
          <w:b/>
        </w:rPr>
        <w:t xml:space="preserve">[49:02] </w:t>
      </w:r>
      <w:r>
        <w:t>bohat hi ideal world banaya hai, aik perfect world banaya hai jis ko hum paradise kehte hain, jannat kehte hain.</w:t>
      </w:r>
    </w:p>
    <w:p>
      <w:pPr>
        <w:jc w:val="right"/>
      </w:pPr>
      <w:r>
        <w:t>بہت ہی آئیڈیل ورلڈ بنایا ہے، ایک پرفیکٹ ورلڈ بنایا ہے جس کو ہم پیرڈائز کہتے ہیں، جنت کہتے ہیں۔</w:t>
      </w:r>
    </w:p>
    <w:p>
      <w:r>
        <w:rPr>
          <w:b/>
        </w:rPr>
        <w:t xml:space="preserve">[49:07] </w:t>
      </w:r>
      <w:r>
        <w:t>to sara maamla yeh hai keh jannat mein settle karne ke liye afraad Allah taala ko chahiye.</w:t>
      </w:r>
    </w:p>
    <w:p>
      <w:pPr>
        <w:jc w:val="right"/>
      </w:pPr>
      <w:r>
        <w:t>تو سارا معاملہ یہ ہے کہ جنت میں سیٹل کرنے کے لیے افراد اللہ تعالیٰ کو چاہیے۔</w:t>
      </w:r>
    </w:p>
    <w:p>
      <w:r>
        <w:rPr>
          <w:b/>
        </w:rPr>
        <w:t xml:space="preserve">[49:13] </w:t>
      </w:r>
      <w:r>
        <w:t>to poori history mein kya hai? Afraad ka selection ho raha hai, poori history se afraad ka selection</w:t>
      </w:r>
    </w:p>
    <w:p>
      <w:pPr>
        <w:jc w:val="right"/>
      </w:pPr>
      <w:r>
        <w:t>تو پوری ہسٹری میں کیا ہے؟ افراد کا سلیکشن ہو رہا ہے، پوری ہسٹری سے افراد کا سلیکشن</w:t>
      </w:r>
    </w:p>
    <w:p>
      <w:r>
        <w:rPr>
          <w:b/>
        </w:rPr>
        <w:t xml:space="preserve">[49:19] </w:t>
      </w:r>
      <w:r>
        <w:t>ho raha hai.</w:t>
      </w:r>
    </w:p>
    <w:p>
      <w:pPr>
        <w:jc w:val="right"/>
      </w:pPr>
      <w:r>
        <w:t>ہو رہا ہے۔</w:t>
      </w:r>
    </w:p>
    <w:p>
      <w:r>
        <w:rPr>
          <w:b/>
        </w:rPr>
        <w:t xml:space="preserve">[49:25] </w:t>
      </w:r>
      <w:r>
        <w:t>to selection karne ke liye kya chahiye? Azaadi chahiye.</w:t>
      </w:r>
    </w:p>
    <w:p>
      <w:pPr>
        <w:jc w:val="right"/>
      </w:pPr>
      <w:r>
        <w:t>تو سلیکشن کرنے کے لیے کیا چاہیے؟ آزادی چاہیے۔</w:t>
      </w:r>
    </w:p>
    <w:p>
      <w:r>
        <w:rPr>
          <w:b/>
        </w:rPr>
        <w:t xml:space="preserve">[49:30] </w:t>
      </w:r>
      <w:r>
        <w:t>agar yahan despotism ho to selection ka kaam nahin ho sakta.</w:t>
      </w:r>
    </w:p>
    <w:p>
      <w:pPr>
        <w:jc w:val="right"/>
      </w:pPr>
      <w:r>
        <w:t>اگر یہاں ڈسپوٹزم ہو تو سلیکشن کا کام نہیں ہو سکتا۔</w:t>
      </w:r>
    </w:p>
    <w:p>
      <w:r>
        <w:rPr>
          <w:b/>
        </w:rPr>
        <w:t xml:space="preserve">[49:36] </w:t>
      </w:r>
      <w:r>
        <w:t>to despotic model jo tha, woh permanent record bana hua tha Allah ki scheme mein keh log sochen,</w:t>
      </w:r>
    </w:p>
    <w:p>
      <w:pPr>
        <w:jc w:val="right"/>
      </w:pPr>
      <w:r>
        <w:t>تو ڈسپوٹک ماڈل جو تھا، وہ پرماننٹ ریکارڈ بنا ہوا تھا اللہ کی اسکیم میں کہ لوگ سوچیں،</w:t>
      </w:r>
    </w:p>
    <w:p>
      <w:r>
        <w:rPr>
          <w:b/>
        </w:rPr>
        <w:t xml:space="preserve">[49:42] </w:t>
      </w:r>
      <w:r>
        <w:t>tadabbur karein, woh discard karein sachai ko, woh apnay aap ko jannat ke liye apnay andar, yani woh</w:t>
      </w:r>
    </w:p>
    <w:p>
      <w:pPr>
        <w:jc w:val="right"/>
      </w:pPr>
      <w:r>
        <w:t>تدبر کریں، وہ ڈسکارڈ کریں سچائی کو، وہ اپنے آپ کو جنت کے لیے اپنے اندر، یعنی وہ</w:t>
      </w:r>
    </w:p>
    <w:p>
      <w:r>
        <w:rPr>
          <w:b/>
        </w:rPr>
        <w:t xml:space="preserve">[49:47] </w:t>
      </w:r>
      <w:r>
        <w:t>personality develop karein jo jannat ke qabil ho, dawat karein, tabligh karein.</w:t>
      </w:r>
    </w:p>
    <w:p>
      <w:pPr>
        <w:jc w:val="right"/>
      </w:pPr>
      <w:r>
        <w:t>پرسنیلٹی ڈیولپ کریں جو جنت کے قابل ہو، دعوت کریں، تبلیغ کریں۔</w:t>
      </w:r>
    </w:p>
    <w:p>
      <w:r>
        <w:rPr>
          <w:b/>
        </w:rPr>
        <w:t xml:space="preserve">[49:53] </w:t>
      </w:r>
      <w:r>
        <w:t>yani sara jo peaceful work hai, non political, woh sab khul jaye.</w:t>
      </w:r>
    </w:p>
    <w:p>
      <w:pPr>
        <w:jc w:val="right"/>
      </w:pPr>
      <w:r>
        <w:t>یعنی سارا جو پیس فل ورک ہے، نان پولیٹیکل، وہ سب کھل جائے۔</w:t>
      </w:r>
    </w:p>
    <w:p>
      <w:r>
        <w:rPr>
          <w:b/>
        </w:rPr>
        <w:t xml:space="preserve">[49:59] </w:t>
      </w:r>
      <w:r>
        <w:t>bas yeh yeh Allah taala taake jis ko, jis ko jo jo chahe keh woh apnay aap ko</w:t>
      </w:r>
    </w:p>
    <w:p>
      <w:pPr>
        <w:jc w:val="right"/>
      </w:pPr>
      <w:r>
        <w:t>بس یہ یہ اللہ تعالیٰ تاکہ جس کو، جس کو جو جو چاہے کہ وہ اپنے آپ کو</w:t>
      </w:r>
    </w:p>
    <w:p>
      <w:r>
        <w:rPr>
          <w:b/>
        </w:rPr>
        <w:t xml:space="preserve">[50:04] </w:t>
      </w:r>
      <w:r>
        <w:t>paradise ke laiq banaye, to banaye, banaye.</w:t>
      </w:r>
    </w:p>
    <w:p>
      <w:pPr>
        <w:jc w:val="right"/>
      </w:pPr>
      <w:r>
        <w:t>پیرڈائز کے لائق بنائے، تو بنائے، بنائے۔</w:t>
      </w:r>
    </w:p>
    <w:p>
      <w:r>
        <w:rPr>
          <w:b/>
        </w:rPr>
        <w:t xml:space="preserve">[50:10] </w:t>
      </w:r>
      <w:r>
        <w:t>is ka darwaza khula hua hai is ke liye.</w:t>
      </w:r>
    </w:p>
    <w:p>
      <w:pPr>
        <w:jc w:val="right"/>
      </w:pPr>
      <w:r>
        <w:t>اس کا دروازہ کھلا ہوا ہے اس کے لیے۔</w:t>
      </w:r>
    </w:p>
    <w:p>
      <w:r>
        <w:rPr>
          <w:b/>
        </w:rPr>
        <w:t xml:space="preserve">[50:16] </w:t>
      </w:r>
      <w:r>
        <w:t>to political institution ko alag kar diya gaya, aur jo non political institutions hain, is ko alag kar diya gaya.</w:t>
      </w:r>
    </w:p>
    <w:p>
      <w:pPr>
        <w:jc w:val="right"/>
      </w:pPr>
      <w:r>
        <w:t>تو پولیٹیکل انسٹیٹیوشن کو الگ کر دیا گیا، اور جو نان پولیٹیکل انسٹیٹیوشنز ہیں، اس کو الگ کر دیا گیا۔</w:t>
      </w:r>
    </w:p>
    <w:p>
      <w:r>
        <w:rPr>
          <w:b/>
        </w:rPr>
        <w:t xml:space="preserve">[50:21] </w:t>
      </w:r>
      <w:r>
        <w:t>yeh saada baat nahi hai, yeh bohat hi bari baat hai.</w:t>
      </w:r>
    </w:p>
    <w:p>
      <w:pPr>
        <w:jc w:val="right"/>
      </w:pPr>
      <w:r>
        <w:t>یہ سادہ بات نہیں ہے، یہ بہت ہی بڑی بات ہے۔</w:t>
      </w:r>
    </w:p>
    <w:p>
      <w:r>
        <w:rPr>
          <w:b/>
        </w:rPr>
        <w:t xml:space="preserve">[50:27] </w:t>
      </w:r>
      <w:r>
        <w:t>kyun ke tareekh ko aap dekhen to qadeem zamanay mein yahi alahdagi nahi thi ke political institution jo tha,</w:t>
      </w:r>
    </w:p>
    <w:p>
      <w:pPr>
        <w:jc w:val="right"/>
      </w:pPr>
      <w:r>
        <w:t>کیونکہ تاریخ کو آپ دیکھیں تو قدیم زمانے میں یہی علیحدگی نہیں تھی کہ پولیٹیکل انسٹیٹیوشن جو تھا،</w:t>
      </w:r>
    </w:p>
    <w:p>
      <w:r>
        <w:rPr>
          <w:b/>
        </w:rPr>
        <w:t xml:space="preserve">[50:33] </w:t>
      </w:r>
      <w:r>
        <w:t>woh alag nahi tha.</w:t>
      </w:r>
    </w:p>
    <w:p>
      <w:pPr>
        <w:jc w:val="right"/>
      </w:pPr>
      <w:r>
        <w:t>وہ الگ نہیں تھا۔</w:t>
      </w:r>
    </w:p>
    <w:p>
      <w:r>
        <w:rPr>
          <w:b/>
        </w:rPr>
        <w:t xml:space="preserve">[50:39] </w:t>
      </w:r>
      <w:r>
        <w:t>aur nateeja kya hota hai? koi azadi nahi thi.</w:t>
      </w:r>
    </w:p>
    <w:p>
      <w:pPr>
        <w:jc w:val="right"/>
      </w:pPr>
      <w:r>
        <w:t>اور نتیجہ کیا ہوتا ہے؟ کوئی آزادی نہیں تھی۔</w:t>
      </w:r>
    </w:p>
    <w:p>
      <w:r>
        <w:rPr>
          <w:b/>
        </w:rPr>
        <w:t xml:space="preserve">[50:44] </w:t>
      </w:r>
      <w:r>
        <w:t>political institution ya administrative institution ko chhod kar ke jo doosre shobay hain, yani taleem ka shoba, deen</w:t>
      </w:r>
    </w:p>
    <w:p>
      <w:pPr>
        <w:jc w:val="right"/>
      </w:pPr>
      <w:r>
        <w:t>پولیٹیکل انسٹیٹیوشن یا ایڈمنسٹریٹیو انسٹیٹیوشن کو چھوڑ کر کے جو دوسرے شعبے ہیں، یعنی تعلیم کا شعبہ، دین</w:t>
      </w:r>
    </w:p>
    <w:p>
      <w:r>
        <w:rPr>
          <w:b/>
        </w:rPr>
        <w:t xml:space="preserve">[50:50] </w:t>
      </w:r>
      <w:r>
        <w:t>ka shoba, dawat ka shoba, tarbiyat ka shoba, islah ka shoba, apne paradise ke liye, apne personality development</w:t>
      </w:r>
    </w:p>
    <w:p>
      <w:pPr>
        <w:jc w:val="right"/>
      </w:pPr>
      <w:r>
        <w:t>کا شعبہ، دعوت کا شعبہ، تربیت کا شعبہ، اصلاح کا شعبہ، اپنے پیرڈائز کے لیے، اپنے پرسنیلٹی ڈیولپمنٹ</w:t>
      </w:r>
    </w:p>
    <w:p>
      <w:r>
        <w:rPr>
          <w:b/>
        </w:rPr>
        <w:t xml:space="preserve">[50:56] </w:t>
      </w:r>
      <w:r>
        <w:t>ka shoba, yeh saare ek bohat bari sargharmiyan hain jo azadi chahti hain.</w:t>
      </w:r>
    </w:p>
    <w:p>
      <w:pPr>
        <w:jc w:val="right"/>
      </w:pPr>
      <w:r>
        <w:t>کا شعبہ، یہ سارے ایک بہت بڑی سرگرمیاں ہیں جو آزادی چاہتی ہیں۔</w:t>
      </w:r>
    </w:p>
    <w:p>
      <w:r>
        <w:rPr>
          <w:b/>
        </w:rPr>
        <w:t xml:space="preserve">[51:01] </w:t>
      </w:r>
      <w:r>
        <w:t>azadi to woh ruka hua tha, woh ruka hua tha to despotism ki wajah se.</w:t>
      </w:r>
    </w:p>
    <w:p>
      <w:pPr>
        <w:jc w:val="right"/>
      </w:pPr>
      <w:r>
        <w:t>آزادی تو وہ رکا ہوا تھا، وہ رکا ہوا تھا تو ڈسپوٹزم کی وجہ سے۔</w:t>
      </w:r>
    </w:p>
    <w:p>
      <w:r>
        <w:rPr>
          <w:b/>
        </w:rPr>
        <w:t xml:space="preserve">[51:07] </w:t>
      </w:r>
      <w:r>
        <w:t>to Allah taala ne ek aisa process chalaya Hazrat Ibrahim ke zariye se ke dunya mein aakhir kar</w:t>
      </w:r>
    </w:p>
    <w:p>
      <w:pPr>
        <w:jc w:val="right"/>
      </w:pPr>
      <w:r>
        <w:t>تو اللہ تعالیٰ نے ایک ایسا پروسیس چلایا حضرت ابراہیم کے ذریعے سے کہ دنیا میں آخر کار</w:t>
      </w:r>
    </w:p>
    <w:p>
      <w:r>
        <w:rPr>
          <w:b/>
        </w:rPr>
        <w:t xml:space="preserve">[51:13] </w:t>
      </w:r>
      <w:r>
        <w:t>ab jo yeh jo sadi hai, yeh is ki culmination hua hai uneeswein sadi mein.</w:t>
      </w:r>
    </w:p>
    <w:p>
      <w:pPr>
        <w:jc w:val="right"/>
      </w:pPr>
      <w:r>
        <w:t>اب جو یہ جو صدی ہے، یہ اس کی کلمیشن ہوا ہے انیسویں صدی میں۔</w:t>
      </w:r>
    </w:p>
    <w:p>
      <w:r>
        <w:rPr>
          <w:b/>
        </w:rPr>
        <w:t xml:space="preserve">[51:18] </w:t>
      </w:r>
      <w:r>
        <w:t>to yeh jo do sadi jo guzri hai, uneeswein sadi aur beeswein sadi, yeh poora yani full-fledged tha mamla.</w:t>
      </w:r>
    </w:p>
    <w:p>
      <w:pPr>
        <w:jc w:val="right"/>
      </w:pPr>
      <w:r>
        <w:t>تو یہ جو دو صدی جو گزری ہے، انیسویں صدی اور بیسویں صدی، یہ پورا یعنی فل فلیج تھا معاملہ۔</w:t>
      </w:r>
    </w:p>
    <w:p>
      <w:r>
        <w:rPr>
          <w:b/>
        </w:rPr>
        <w:t xml:space="preserve">[51:24] </w:t>
      </w:r>
      <w:r>
        <w:t>yeh poora democratic model dunya mein aa gaya.</w:t>
      </w:r>
    </w:p>
    <w:p>
      <w:pPr>
        <w:jc w:val="right"/>
      </w:pPr>
      <w:r>
        <w:t>یہ پورا ڈیموکریٹک ماڈل دنیا میں آ گیا۔</w:t>
      </w:r>
    </w:p>
    <w:p>
      <w:r>
        <w:rPr>
          <w:b/>
        </w:rPr>
        <w:t xml:space="preserve">[51:30] </w:t>
      </w:r>
      <w:r>
        <w:t>lekin musalmanon ke jo leader uthe, jo un ke rehnuma uthe, woh is se bekhabar rahe.</w:t>
      </w:r>
    </w:p>
    <w:p>
      <w:pPr>
        <w:jc w:val="right"/>
      </w:pPr>
      <w:r>
        <w:t>لیکن مسلمانوں کے جو لیڈر اٹھے، جو ان کے رہنما اٹھے، وہ اس سے بے خبر رہے۔</w:t>
      </w:r>
    </w:p>
    <w:p>
      <w:r>
        <w:rPr>
          <w:b/>
        </w:rPr>
        <w:t xml:space="preserve">[51:35] </w:t>
      </w:r>
      <w:r>
        <w:t>woh is se bekhabar rahe ke yeh to Allah taala ki planning thi ke aisa daur dunya mein aaye.</w:t>
      </w:r>
    </w:p>
    <w:p>
      <w:pPr>
        <w:jc w:val="right"/>
      </w:pPr>
      <w:r>
        <w:t>وہ اس سے بے خبر رہے کہ یہ تو اللہ تعالیٰ کی پلاننگ تھی کہ ایسا دور دنیا میں آئے۔</w:t>
      </w:r>
    </w:p>
    <w:p>
      <w:r>
        <w:rPr>
          <w:b/>
        </w:rPr>
        <w:t xml:space="preserve">[51:41] </w:t>
      </w:r>
      <w:r>
        <w:t>woh kisi aur lehaz se sochte rahe, jaise Japanese sochte rahe.</w:t>
      </w:r>
    </w:p>
    <w:p>
      <w:pPr>
        <w:jc w:val="right"/>
      </w:pPr>
      <w:r>
        <w:t>وہ کسی اور لحاظ سے سوچتے رہے، جیسے جیپنیز سوچتے رہے۔</w:t>
      </w:r>
    </w:p>
    <w:p>
      <w:r>
        <w:rPr>
          <w:b/>
        </w:rPr>
        <w:t xml:space="preserve">[51:47] </w:t>
      </w:r>
      <w:r>
        <w:t>Japanese kisi aur lehaz se soch kar ke woh apne aap ko khwah makhwah halak karte rahe.</w:t>
      </w:r>
    </w:p>
    <w:p>
      <w:pPr>
        <w:jc w:val="right"/>
      </w:pPr>
      <w:r>
        <w:t>جیپنیز کسی اور لحاظ سے سوچ کر کے وہ اپنے آپ کو خوامخواہ ہلاک کرتے رہے۔</w:t>
      </w:r>
    </w:p>
    <w:p>
      <w:r>
        <w:rPr>
          <w:b/>
        </w:rPr>
        <w:t xml:space="preserve">[51:52] </w:t>
      </w:r>
      <w:r>
        <w:t>woh yahi samjhana hai ke ek naya daur, lekin second world war ke zamanay mein ek naya daur</w:t>
      </w:r>
    </w:p>
    <w:p>
      <w:pPr>
        <w:jc w:val="right"/>
      </w:pPr>
      <w:r>
        <w:t>وہ یہی سمجھانا ہے کہ ایک نیا دور، لیکن سیکنڈ ورلڈ وار کے زمانے میں ایک نیا دور</w:t>
      </w:r>
    </w:p>
    <w:p>
      <w:r>
        <w:rPr>
          <w:b/>
        </w:rPr>
        <w:t xml:space="preserve">[51:58] </w:t>
      </w:r>
      <w:r>
        <w:t>aa chuka tha, education, scientific education ka daur, industry ka daur, communication ka daur, import export ka daur.</w:t>
      </w:r>
    </w:p>
    <w:p>
      <w:pPr>
        <w:jc w:val="right"/>
      </w:pPr>
      <w:r>
        <w:t>آ چکا تھا، ایجوکیشن، سائنٹیفک ایجوکیشن کا دور، انڈسٹری کا دور، کمیونیکیشن کا دور، امپورٹ ایکسپورٹ کا دور۔</w:t>
      </w:r>
    </w:p>
    <w:p>
      <w:r>
        <w:rPr>
          <w:b/>
        </w:rPr>
        <w:t xml:space="preserve">[52:04] </w:t>
      </w:r>
      <w:r>
        <w:t>yeh sara daur aa chuka tha, lekin se lekin Japanese se bekhabar the.</w:t>
      </w:r>
    </w:p>
    <w:p>
      <w:pPr>
        <w:jc w:val="right"/>
      </w:pPr>
      <w:r>
        <w:t>یہ سارا دور آ چکا تھا، لیکن سے لیکن جیپنیز سے بے خبر تھے۔</w:t>
      </w:r>
    </w:p>
    <w:p>
      <w:r>
        <w:rPr>
          <w:b/>
        </w:rPr>
        <w:t xml:space="preserve">[52:10] </w:t>
      </w:r>
      <w:r>
        <w:t>mein apne bachpan ke zamanay ki mujhe ab tak yaad hai ke Japan ka matlab kya hota tha? khiloney.</w:t>
      </w:r>
    </w:p>
    <w:p>
      <w:pPr>
        <w:jc w:val="right"/>
      </w:pPr>
      <w:r>
        <w:t>میں اپنے بچپن کے زمانے کی مجھے اب تک یاد ہے کہ جاپان کا مطلب کیا ہوتا تھا؟ کھلونے۔</w:t>
      </w:r>
    </w:p>
    <w:p>
      <w:r>
        <w:rPr>
          <w:b/>
        </w:rPr>
        <w:t xml:space="preserve">[52:15] </w:t>
      </w:r>
      <w:r>
        <w:t>Japan se khiloney aate the, tamashe wale khiloney.</w:t>
      </w:r>
    </w:p>
    <w:p>
      <w:pPr>
        <w:jc w:val="right"/>
      </w:pPr>
      <w:r>
        <w:t>جاپان سے کھلونے آتے تھے، تماشے والے کھلونے۔</w:t>
      </w:r>
    </w:p>
    <w:p>
      <w:r>
        <w:rPr>
          <w:b/>
        </w:rPr>
        <w:t xml:space="preserve">[52:21] </w:t>
      </w:r>
      <w:r>
        <w:t>wohi hum log jante the ke Japan yeh ban raha hai.</w:t>
      </w:r>
    </w:p>
    <w:p>
      <w:pPr>
        <w:jc w:val="right"/>
      </w:pPr>
      <w:r>
        <w:t>وہی ہم لوگ جانتے تھے کہ جاپان یہ بن رہا ہے۔</w:t>
      </w:r>
    </w:p>
    <w:p>
      <w:r>
        <w:rPr>
          <w:b/>
        </w:rPr>
        <w:t xml:space="preserve">[52:27] </w:t>
      </w:r>
      <w:r>
        <w:t>yani us waqt Japan janta tha sirf khiloney banana.</w:t>
      </w:r>
    </w:p>
    <w:p>
      <w:pPr>
        <w:jc w:val="right"/>
      </w:pPr>
      <w:r>
        <w:t>یعنی اس وقت جاپان جانتا تھا صرف کھلونے بنانا۔</w:t>
      </w:r>
    </w:p>
    <w:p>
      <w:r>
        <w:rPr>
          <w:b/>
        </w:rPr>
        <w:t xml:space="preserve">[52:32] </w:t>
      </w:r>
      <w:r>
        <w:t>woh pata nahi tha us ko scientific education ka pata nahi tha, modern industry ka pata nahi tha.</w:t>
      </w:r>
    </w:p>
    <w:p>
      <w:pPr>
        <w:jc w:val="right"/>
      </w:pPr>
      <w:r>
        <w:t>وہ پتہ نہیں تھا اس کو سائنٹیفک ایجوکیشن کا پتہ نہیں تھا، ماڈرن انڈسٹری کا پتہ نہیں تھا۔</w:t>
      </w:r>
    </w:p>
    <w:p>
      <w:r>
        <w:rPr>
          <w:b/>
        </w:rPr>
        <w:t xml:space="preserve">[52:38] </w:t>
      </w:r>
      <w:r>
        <w:t>yeh pata nahi tha ke ek ke japan mein saman bana kar ke dunya bhar mein export karo.</w:t>
      </w:r>
    </w:p>
    <w:p>
      <w:pPr>
        <w:jc w:val="right"/>
      </w:pPr>
      <w:r>
        <w:t>یہ پتہ نہیں تھا کہ ایک کہ جاپان میں سامان بنا کر کے دنیا بھر میں ایکسپورٹ کرو۔</w:t>
      </w:r>
    </w:p>
    <w:p>
      <w:r>
        <w:rPr>
          <w:b/>
        </w:rPr>
        <w:t xml:space="preserve">[52:44] </w:t>
      </w:r>
      <w:r>
        <w:t>yani ek hi mulk mein aap baithe hue hain aur sari dunya mein export business chala rahe hain,</w:t>
      </w:r>
    </w:p>
    <w:p>
      <w:pPr>
        <w:jc w:val="right"/>
      </w:pPr>
      <w:r>
        <w:t>یعنی ایک ہی ملک میں آپ بیٹھے ہوئے ہیں اور ساری دنیا میں ایکسپورٹ بزنس چلا رہے ہیں،</w:t>
      </w:r>
    </w:p>
    <w:p>
      <w:r>
        <w:rPr>
          <w:b/>
        </w:rPr>
        <w:t xml:space="preserve">[52:49] </w:t>
      </w:r>
      <w:r>
        <w:t>kisi empire ke baghair.</w:t>
      </w:r>
    </w:p>
    <w:p>
      <w:pPr>
        <w:jc w:val="right"/>
      </w:pPr>
      <w:r>
        <w:t>کسی ایمپائر کے بغیر۔</w:t>
      </w:r>
    </w:p>
    <w:p>
      <w:r>
        <w:rPr>
          <w:b/>
        </w:rPr>
        <w:t xml:space="preserve">[52:55] </w:t>
      </w:r>
      <w:r>
        <w:t>qadeem zamane mein empire ke zariye se log mulkon mulkon ko qabza kiya karte thay.</w:t>
      </w:r>
    </w:p>
    <w:p>
      <w:pPr>
        <w:jc w:val="right"/>
      </w:pPr>
      <w:r>
        <w:t>قدیم زمانے میں ایمپائر کے ذریعے سے لوگ ملکوں ملکوں کو قبضہ کیا کرتے تھے۔</w:t>
      </w:r>
    </w:p>
    <w:p>
      <w:r>
        <w:rPr>
          <w:b/>
        </w:rPr>
        <w:t xml:space="preserve">[53:01] </w:t>
      </w:r>
      <w:r>
        <w:t>ab is ki zaroorat nahi hai.</w:t>
      </w:r>
    </w:p>
    <w:p>
      <w:pPr>
        <w:jc w:val="right"/>
      </w:pPr>
      <w:r>
        <w:t>اب اس کی ضرورت نہیں ہے۔</w:t>
      </w:r>
    </w:p>
    <w:p>
      <w:r>
        <w:rPr>
          <w:b/>
        </w:rPr>
        <w:t xml:space="preserve">[53:06] </w:t>
      </w:r>
      <w:r>
        <w:t>ab to aap industry lagaiye, saman tayar kijiye aur export business khol dijiye.</w:t>
      </w:r>
    </w:p>
    <w:p>
      <w:pPr>
        <w:jc w:val="right"/>
      </w:pPr>
      <w:r>
        <w:t>اب تو آپ انڈسٹری لگائیے، سامان تیار کیجئے اور ایکسپورٹ بزنس کھول دیجئے۔</w:t>
      </w:r>
    </w:p>
    <w:p>
      <w:r>
        <w:rPr>
          <w:b/>
        </w:rPr>
        <w:t xml:space="preserve">[53:12] </w:t>
      </w:r>
      <w:r>
        <w:t>sari dunya mein apna saman bhejiye.</w:t>
      </w:r>
    </w:p>
    <w:p>
      <w:pPr>
        <w:jc w:val="right"/>
      </w:pPr>
      <w:r>
        <w:t>ساری دنیا میں اپنا سامان بھیجیے۔</w:t>
      </w:r>
    </w:p>
    <w:p>
      <w:r>
        <w:rPr>
          <w:b/>
        </w:rPr>
        <w:t xml:space="preserve">[53:18] </w:t>
      </w:r>
      <w:r>
        <w:t>yeh sab kar ke japan economic superpower ban gaya.</w:t>
      </w:r>
    </w:p>
    <w:p>
      <w:pPr>
        <w:jc w:val="right"/>
      </w:pPr>
      <w:r>
        <w:t>یہ سب کر کے جاپان اکانومک سپر پاور بن گیا۔</w:t>
      </w:r>
    </w:p>
    <w:p>
      <w:r>
        <w:rPr>
          <w:b/>
        </w:rPr>
        <w:t xml:space="preserve">[53:23] </w:t>
      </w:r>
      <w:r>
        <w:t>lekin is se bekhabar thay woh log.</w:t>
      </w:r>
    </w:p>
    <w:p>
      <w:pPr>
        <w:jc w:val="right"/>
      </w:pPr>
      <w:r>
        <w:t>لیکن اس سے بے خبر تھے وہ لوگ۔</w:t>
      </w:r>
    </w:p>
    <w:p>
      <w:r>
        <w:rPr>
          <w:b/>
        </w:rPr>
        <w:t xml:space="preserve">[53:29] </w:t>
      </w:r>
      <w:r>
        <w:t>unhein khwamkhwah apne aap ko halak kar rahe hain.</w:t>
      </w:r>
    </w:p>
    <w:p>
      <w:pPr>
        <w:jc w:val="right"/>
      </w:pPr>
      <w:r>
        <w:t>انہیں خوامخواہ اپنے آپ کو ہلاک کر رہے ہیں۔</w:t>
      </w:r>
    </w:p>
    <w:p>
      <w:r>
        <w:rPr>
          <w:b/>
        </w:rPr>
        <w:t xml:space="preserve">[53:35] </w:t>
      </w:r>
      <w:r>
        <w:t>yehi haal musalmanon ka hai ke door jadeed mein jo moqa khula hai, is se bilkul bekhabar hain.</w:t>
      </w:r>
    </w:p>
    <w:p>
      <w:pPr>
        <w:jc w:val="right"/>
      </w:pPr>
      <w:r>
        <w:t>یہی حال مسلمانوں کا ہے کہ دور جدید میں جو موقع کھلا ہے، اس سے بالکل بے خبر ہیں۔</w:t>
      </w:r>
    </w:p>
    <w:p>
      <w:r>
        <w:rPr>
          <w:b/>
        </w:rPr>
        <w:t xml:space="preserve">[53:41] </w:t>
      </w:r>
      <w:r>
        <w:t>unhein pata hi nahi ke ke democracy kya cheez hai, azadi kya cheez hai.</w:t>
      </w:r>
    </w:p>
    <w:p>
      <w:pPr>
        <w:jc w:val="right"/>
      </w:pPr>
      <w:r>
        <w:t>انہیں پتہ ہی نہیں کہ کہ ڈیموکریسی کیا چیز ہے، آزادی کیا چیز ہے۔</w:t>
      </w:r>
    </w:p>
    <w:p>
      <w:r>
        <w:rPr>
          <w:b/>
        </w:rPr>
        <w:t xml:space="preserve">[53:46] </w:t>
      </w:r>
      <w:r>
        <w:t>kis tarah aaj yeh mumkin ho gaya hai ke Islam ko ideological superpower bana sake? is ko</w:t>
      </w:r>
    </w:p>
    <w:p>
      <w:pPr>
        <w:jc w:val="right"/>
      </w:pPr>
      <w:r>
        <w:t>کس طرح آج یہ ممکن ہو گیا ہے کہ اسلام کو آئیڈیلوجیکل سپر پاور بنا سکے؟ اس کو</w:t>
      </w:r>
    </w:p>
    <w:p>
      <w:r>
        <w:rPr>
          <w:b/>
        </w:rPr>
        <w:t xml:space="preserve">[53:52] </w:t>
      </w:r>
      <w:r>
        <w:t>jante nahi woh.</w:t>
      </w:r>
    </w:p>
    <w:p>
      <w:pPr>
        <w:jc w:val="right"/>
      </w:pPr>
      <w:r>
        <w:t>جانتے نہیں وہ۔</w:t>
      </w:r>
    </w:p>
    <w:p>
      <w:r>
        <w:rPr>
          <w:b/>
        </w:rPr>
        <w:t xml:space="preserve">[53:58] </w:t>
      </w:r>
      <w:r>
        <w:t>to ghair qaiyum ke lar rahe hain, mar rahe hain.</w:t>
      </w:r>
    </w:p>
    <w:p>
      <w:pPr>
        <w:jc w:val="right"/>
      </w:pPr>
      <w:r>
        <w:t>تو غیر قیوم کے لڑ رہے ہیں، مر رہے ہیں۔</w:t>
      </w:r>
    </w:p>
    <w:p>
      <w:r>
        <w:rPr>
          <w:b/>
        </w:rPr>
        <w:t xml:space="preserve">[54:03] </w:t>
      </w:r>
      <w:r>
        <w:t>agar in musalmanon ko yeh khabar ho jaye to wohi you turn in ka aye ga jo japan mein aya.</w:t>
      </w:r>
    </w:p>
    <w:p>
      <w:pPr>
        <w:jc w:val="right"/>
      </w:pPr>
      <w:r>
        <w:t>اگر ان مسلمانوں کو یہ خبر ہو جائے تو وہی یو ٹرن ان کا آئے گا جو جاپان میں آیا۔</w:t>
      </w:r>
    </w:p>
    <w:p>
      <w:r>
        <w:rPr>
          <w:b/>
        </w:rPr>
        <w:t xml:space="preserve">[54:09] </w:t>
      </w:r>
      <w:r>
        <w:t>same you turn, wohi you turn aye ga.</w:t>
      </w:r>
    </w:p>
    <w:p>
      <w:pPr>
        <w:jc w:val="right"/>
      </w:pPr>
      <w:r>
        <w:t>سیم یو ٹرن، وہی یو ٹرن آئے گا۔</w:t>
      </w:r>
    </w:p>
    <w:p>
      <w:r>
        <w:rPr>
          <w:b/>
        </w:rPr>
        <w:t xml:space="preserve">[54:15] </w:t>
      </w:r>
      <w:r>
        <w:t>yeh sab chhod kar ke woh Islam ko champion ban jayenge, Islam ke champion ban jayenge.</w:t>
      </w:r>
    </w:p>
    <w:p>
      <w:pPr>
        <w:jc w:val="right"/>
      </w:pPr>
      <w:r>
        <w:t>یہ سب چھوڑ کر کے وہ اسلام کو چیمپیئن بن جائیں گے، اسلام کے چیمپیئن بن جائیں گے۔</w:t>
      </w:r>
    </w:p>
    <w:p>
      <w:r>
        <w:rPr>
          <w:b/>
        </w:rPr>
        <w:t xml:space="preserve">[54:20] </w:t>
      </w:r>
      <w:r>
        <w:t>to ab jis naye daur ka intezar hai tareekh ko, woh yeh nahi ke dunya mein to Islam</w:t>
      </w:r>
    </w:p>
    <w:p>
      <w:pPr>
        <w:jc w:val="right"/>
      </w:pPr>
      <w:r>
        <w:t>تو اب جس نئے دور کا انتظار ہے تاریخ کو، وہ یہ نہیں کہ دنیا میں تو اسلام</w:t>
      </w:r>
    </w:p>
    <w:p>
      <w:r>
        <w:rPr>
          <w:b/>
        </w:rPr>
        <w:t xml:space="preserve">[54:26] </w:t>
      </w:r>
      <w:r>
        <w:t>ki hukumat khatm ho jaye.</w:t>
      </w:r>
    </w:p>
    <w:p>
      <w:pPr>
        <w:jc w:val="right"/>
      </w:pPr>
      <w:r>
        <w:t>کی حکومت ختم ہو جائے۔</w:t>
      </w:r>
    </w:p>
    <w:p>
      <w:r>
        <w:rPr>
          <w:b/>
        </w:rPr>
        <w:t xml:space="preserve">[54:32] </w:t>
      </w:r>
      <w:r>
        <w:t>yeh bhi ek fast food pe jeena hai.</w:t>
      </w:r>
    </w:p>
    <w:p>
      <w:pPr>
        <w:jc w:val="right"/>
      </w:pPr>
      <w:r>
        <w:t>یہ بھی ایک فاسٹ فوڈ پہ جینا ہے۔</w:t>
      </w:r>
    </w:p>
    <w:p>
      <w:r>
        <w:rPr>
          <w:b/>
        </w:rPr>
        <w:t xml:space="preserve">[54:37] </w:t>
      </w:r>
      <w:r>
        <w:t>Allah taala ko yeh matloob hi nahi hai ke sari dunya mein Islam ki hukumat ho ya musalmanon</w:t>
      </w:r>
    </w:p>
    <w:p>
      <w:pPr>
        <w:jc w:val="right"/>
      </w:pPr>
      <w:r>
        <w:t>اللہ تعالیٰ کو یہ مطلوب ہی نہیں ہے کہ ساری دنیا میں اسلام کی حکومت ہو یا مسلمانوں</w:t>
      </w:r>
    </w:p>
    <w:p>
      <w:r>
        <w:rPr>
          <w:b/>
        </w:rPr>
        <w:t xml:space="preserve">[54:43] </w:t>
      </w:r>
      <w:r>
        <w:t>ki hukumat ho.</w:t>
      </w:r>
    </w:p>
    <w:p>
      <w:pPr>
        <w:jc w:val="right"/>
      </w:pPr>
      <w:r>
        <w:t>کی حکومت ہو۔</w:t>
      </w:r>
    </w:p>
    <w:p>
      <w:r>
        <w:rPr>
          <w:b/>
        </w:rPr>
        <w:t xml:space="preserve">[54:49] </w:t>
      </w:r>
      <w:r>
        <w:t>yeh matloob hi nahi hai.</w:t>
      </w:r>
    </w:p>
    <w:p>
      <w:pPr>
        <w:jc w:val="right"/>
      </w:pPr>
      <w:r>
        <w:t>یہ مطلوب ہی نہیں ہے۔</w:t>
      </w:r>
    </w:p>
    <w:p>
      <w:r>
        <w:rPr>
          <w:b/>
        </w:rPr>
        <w:t xml:space="preserve">[54:54] </w:t>
      </w:r>
      <w:r>
        <w:t>allah ta'ala ka jo matloob hai, woh ke sari dunya ko, sari dunya ba-khabar ho jaye allah ke,</w:t>
      </w:r>
    </w:p>
    <w:p>
      <w:pPr>
        <w:jc w:val="right"/>
      </w:pPr>
      <w:r>
        <w:t>اللہ تعالیٰ کا جو مطلوب ہے، وہ کہ ساری دنیا کو، ساری دنیا باخبر ہو جائے اللہ کے،</w:t>
      </w:r>
    </w:p>
    <w:p>
      <w:r>
        <w:rPr>
          <w:b/>
        </w:rPr>
        <w:t xml:space="preserve">[55:00] </w:t>
      </w:r>
      <w:r>
        <w:t>yani jo creation plan hai, is se ba-khabar ho jaye.</w:t>
      </w:r>
    </w:p>
    <w:p>
      <w:pPr>
        <w:jc w:val="right"/>
      </w:pPr>
      <w:r>
        <w:t>یعنی جو کریشن پلان ہے، اس سے باخبر ہو جائے۔</w:t>
      </w:r>
    </w:p>
    <w:p>
      <w:r>
        <w:rPr>
          <w:b/>
        </w:rPr>
        <w:t xml:space="preserve">[55:06] </w:t>
      </w:r>
      <w:r>
        <w:t>woh hadith maine kai bar sunai hai aap logon ko ke "la yubqa 'ala zarri bait</w:t>
      </w:r>
    </w:p>
    <w:p>
      <w:pPr>
        <w:jc w:val="right"/>
      </w:pPr>
      <w:r>
        <w:t>وہ حدیث میں نے کئی بار سنائی ہے آپ لوگوں کو کہ "لا یبقاء علی زار لرز بیت</w:t>
      </w:r>
    </w:p>
    <w:p>
      <w:r>
        <w:rPr>
          <w:b/>
        </w:rPr>
        <w:t xml:space="preserve">[55:12] </w:t>
      </w:r>
      <w:r>
        <w:t>wa badr illa kalimatu al-islam".</w:t>
      </w:r>
    </w:p>
    <w:p>
      <w:pPr>
        <w:jc w:val="right"/>
      </w:pPr>
      <w:r>
        <w:t>و بدر الا اللہ کلمۃ الاسلام"۔</w:t>
      </w:r>
    </w:p>
    <w:p>
      <w:r>
        <w:rPr>
          <w:b/>
        </w:rPr>
        <w:t xml:space="preserve">[55:17] </w:t>
      </w:r>
      <w:r>
        <w:t>jo sari zameen, sara jo globe hai, is pe jitne ghar hain, chote bare, sab mein allah ka</w:t>
      </w:r>
    </w:p>
    <w:p>
      <w:pPr>
        <w:jc w:val="right"/>
      </w:pPr>
      <w:r>
        <w:t>جو ساری زمین، سارا جو گلوب ہے، اس پہ جتنے گھر ہیں، چھوٹے بڑے، سب میں اللہ کا</w:t>
      </w:r>
    </w:p>
    <w:p>
      <w:r>
        <w:rPr>
          <w:b/>
        </w:rPr>
        <w:t xml:space="preserve">[55:23] </w:t>
      </w:r>
      <w:r>
        <w:t>kalma pahunch jayega.</w:t>
      </w:r>
    </w:p>
    <w:p>
      <w:pPr>
        <w:jc w:val="right"/>
      </w:pPr>
      <w:r>
        <w:t>کلمہ پہنچ جائے گا۔</w:t>
      </w:r>
    </w:p>
    <w:p>
      <w:r>
        <w:rPr>
          <w:b/>
        </w:rPr>
        <w:t xml:space="preserve">[55:29] </w:t>
      </w:r>
      <w:r>
        <w:t>یعنی سب کو یہ بتانا ممکن ہو جائے گا کہ "What is the creation plan of God" کہ</w:t>
      </w:r>
    </w:p>
    <w:p>
      <w:pPr>
        <w:jc w:val="right"/>
      </w:pPr>
      <w:r>
        <w:t>یعنی سب کو یہ بتانا ممکن ہو جائے گا کہ "واٹ از دا کریشن پلان آف گاڈ" کہ</w:t>
      </w:r>
    </w:p>
    <w:p>
      <w:r>
        <w:rPr>
          <w:b/>
        </w:rPr>
        <w:t xml:space="preserve">[55:34] </w:t>
      </w:r>
      <w:r>
        <w:t>khuda ne insan ko kyun banaya hai, insan se kya matloob hai, yeh dunya mein insan ko kis</w:t>
      </w:r>
    </w:p>
    <w:p>
      <w:pPr>
        <w:jc w:val="right"/>
      </w:pPr>
      <w:r>
        <w:t>خدا نے انسان کو کیوں بنایا ہے، انسان سے کیا مطلوب ہے، یہ دنیا میں انسان کو کس</w:t>
      </w:r>
    </w:p>
    <w:p>
      <w:r>
        <w:rPr>
          <w:b/>
        </w:rPr>
        <w:t xml:space="preserve">[55:40] </w:t>
      </w:r>
      <w:r>
        <w:t>tarah rehna hai, insan ki eternal solution ke liye kya cheez matloob hai.</w:t>
      </w:r>
    </w:p>
    <w:p>
      <w:pPr>
        <w:jc w:val="right"/>
      </w:pPr>
      <w:r>
        <w:t>طرح رہنا ہے، انسان کی ایٹرنل سولیوشن کے لیے کیا چیز مطلوب ہے۔</w:t>
      </w:r>
    </w:p>
    <w:p>
      <w:r>
        <w:rPr>
          <w:b/>
        </w:rPr>
        <w:t xml:space="preserve">[55:46] </w:t>
      </w:r>
      <w:r>
        <w:t>in sab cheezon se ba-khabar karna mumkin ho jayega.</w:t>
      </w:r>
    </w:p>
    <w:p>
      <w:pPr>
        <w:jc w:val="right"/>
      </w:pPr>
      <w:r>
        <w:t>ان سب چیزوں سے باخبر کرنا ممکن ہو جائے گا۔</w:t>
      </w:r>
    </w:p>
    <w:p>
      <w:r>
        <w:rPr>
          <w:b/>
        </w:rPr>
        <w:t xml:space="preserve">[55:51] </w:t>
      </w:r>
      <w:r>
        <w:t>qadeem zamane mein jab communication nahi tha, azadi nahi thi aur geographical ilm nahi tha, to yeh sary</w:t>
      </w:r>
    </w:p>
    <w:p>
      <w:pPr>
        <w:jc w:val="right"/>
      </w:pPr>
      <w:r>
        <w:t>قدیم زمانے میں جب کمیونیکیشن نہیں تھا، آزادی نہیں تھی اور جیوگرافیکل علم نہیں تھا، تو یہ سرے</w:t>
      </w:r>
    </w:p>
    <w:p>
      <w:r>
        <w:rPr>
          <w:b/>
        </w:rPr>
        <w:t xml:space="preserve">[55:57] </w:t>
      </w:r>
      <w:r>
        <w:t>se mumkin hi nahi tha ke aap dunya bhar ko bata payen.</w:t>
      </w:r>
    </w:p>
    <w:p>
      <w:pPr>
        <w:jc w:val="right"/>
      </w:pPr>
      <w:r>
        <w:t>سے ممکن ہی نہیں تھا کہ آپ دنیا بھر کو بتا پائیں۔</w:t>
      </w:r>
    </w:p>
    <w:p>
      <w:r>
        <w:rPr>
          <w:b/>
        </w:rPr>
        <w:t xml:space="preserve">[56:03] </w:t>
      </w:r>
      <w:r>
        <w:t>us waqt to insan janta hi tha ke kahin australia hai, kahin america hai.</w:t>
      </w:r>
    </w:p>
    <w:p>
      <w:pPr>
        <w:jc w:val="right"/>
      </w:pPr>
      <w:r>
        <w:t>اس وقت تو انسان جانتا ہی تھا کہ کہیں آسٹریلیا ہے، کہیں امریکہ ہے۔</w:t>
      </w:r>
    </w:p>
    <w:p>
      <w:r>
        <w:rPr>
          <w:b/>
        </w:rPr>
        <w:t xml:space="preserve">[56:08] </w:t>
      </w:r>
      <w:r>
        <w:t>is se be-khabar the log.</w:t>
      </w:r>
    </w:p>
    <w:p>
      <w:pPr>
        <w:jc w:val="right"/>
      </w:pPr>
      <w:r>
        <w:t>اس سے بے خبر تھے لوگ۔</w:t>
      </w:r>
    </w:p>
    <w:p>
      <w:r>
        <w:rPr>
          <w:b/>
        </w:rPr>
        <w:t xml:space="preserve">[56:14] </w:t>
      </w:r>
      <w:r>
        <w:t>log be-khabar is se the ke kahin australia hai, kahin america hai.</w:t>
      </w:r>
    </w:p>
    <w:p>
      <w:pPr>
        <w:jc w:val="right"/>
      </w:pPr>
      <w:r>
        <w:t>لوگ بے خبر اس سے تھے کہ کہیں آسٹریلیا ہے، کہیں امریکہ ہے۔</w:t>
      </w:r>
    </w:p>
    <w:p>
      <w:r>
        <w:rPr>
          <w:b/>
        </w:rPr>
        <w:t xml:space="preserve">[56:20] </w:t>
      </w:r>
      <w:r>
        <w:t>aaj zameen ke chapa chapa jo hai, aap jante hain, har cheez se aap ba-khabar hain, ba-khabar hain.</w:t>
      </w:r>
    </w:p>
    <w:p>
      <w:pPr>
        <w:jc w:val="right"/>
      </w:pPr>
      <w:r>
        <w:t>آج زمین کے چپا چپا جو ہے، آپ جانتے ہیں، ہر چیز سے آپ باخبر ہیں، باخبر ہیں۔</w:t>
      </w:r>
    </w:p>
    <w:p>
      <w:r>
        <w:rPr>
          <w:b/>
        </w:rPr>
        <w:t xml:space="preserve">[56:25] </w:t>
      </w:r>
      <w:r>
        <w:t>har jagah aap pahunch sakte hain, har jagah aap ki reach mein hai.</w:t>
      </w:r>
    </w:p>
    <w:p>
      <w:pPr>
        <w:jc w:val="right"/>
      </w:pPr>
      <w:r>
        <w:t>ہر جگہ آپ پہنچ سکتے ہیں، ہر جگہ آپ کی ریچ میں ہے۔</w:t>
      </w:r>
    </w:p>
    <w:p>
      <w:r>
        <w:rPr>
          <w:b/>
        </w:rPr>
        <w:t xml:space="preserve">[56:31] </w:t>
      </w:r>
      <w:r>
        <w:t>pehle zamane mein dekhiye, parosi ka matlab kya tha? parosi ka matlab woh tha ke woh shakhs jis</w:t>
      </w:r>
    </w:p>
    <w:p>
      <w:pPr>
        <w:jc w:val="right"/>
      </w:pPr>
      <w:r>
        <w:t>پہلے زمانے میں دیکھیے، پڑوسی کا مطلب کیا تھا؟ پڑوسی کا مطلب وہ تھا کہ وہ شخص جس</w:t>
      </w:r>
    </w:p>
    <w:p>
      <w:r>
        <w:rPr>
          <w:b/>
        </w:rPr>
        <w:t xml:space="preserve">[56:37] </w:t>
      </w:r>
      <w:r>
        <w:t>ka ghar aap ghar se mila hua ho, jo jis ka ghar aap ghar se mila hua ho,</w:t>
      </w:r>
    </w:p>
    <w:p>
      <w:pPr>
        <w:jc w:val="right"/>
      </w:pPr>
      <w:r>
        <w:t>کا گھر آپ گھر سے ملا ہوا ہو، جو جس کا گھر آپ گھر سے ملا ہوا ہو،</w:t>
      </w:r>
    </w:p>
    <w:p>
      <w:r>
        <w:rPr>
          <w:b/>
        </w:rPr>
        <w:t xml:space="preserve">[56:43] </w:t>
      </w:r>
      <w:r>
        <w:t>to woh parosi hai.</w:t>
      </w:r>
    </w:p>
    <w:p>
      <w:pPr>
        <w:jc w:val="right"/>
      </w:pPr>
      <w:r>
        <w:t>تو وہ پڑوسی ہے۔</w:t>
      </w:r>
    </w:p>
    <w:p>
      <w:r>
        <w:rPr>
          <w:b/>
        </w:rPr>
        <w:t xml:space="preserve">[56:48] </w:t>
      </w:r>
      <w:r>
        <w:t>لیکن آج دیکھیے، یہ age of electric، یعنی یہ electronics کا age ہے۔</w:t>
      </w:r>
    </w:p>
    <w:p>
      <w:pPr>
        <w:jc w:val="right"/>
      </w:pPr>
      <w:r>
        <w:t>لیکن آج دیکھیے، یہ ایج آف الیکٹرک، یعنی یہ الیکٹرانکس کا ایج ہے۔</w:t>
      </w:r>
    </w:p>
    <w:p>
      <w:r>
        <w:rPr>
          <w:b/>
        </w:rPr>
        <w:t xml:space="preserve">[56:54] </w:t>
      </w:r>
      <w:r>
        <w:t>aaj ek naya concept parosi ka aya hai, electronic neighborhood.</w:t>
      </w:r>
    </w:p>
    <w:p>
      <w:pPr>
        <w:jc w:val="right"/>
      </w:pPr>
      <w:r>
        <w:t>آج ایک نیا کانسیپٹ پڑوسی کا آیا ہے، الیکٹرانک لیبر ہڈ۔</w:t>
      </w:r>
    </w:p>
    <w:p>
      <w:r>
        <w:rPr>
          <w:b/>
        </w:rPr>
        <w:t xml:space="preserve">[57:00] </w:t>
      </w:r>
      <w:r>
        <w:t>is ko kehte hain, yani sari dunya ek ek village ban gayi hai, global village.</w:t>
      </w:r>
    </w:p>
    <w:p>
      <w:pPr>
        <w:jc w:val="right"/>
      </w:pPr>
      <w:r>
        <w:t>اس کو کہتے ہیں، یعنی ساری دنیا ایک ایک ولیج بن گئی ہے، گلوبل ولیج۔</w:t>
      </w:r>
    </w:p>
    <w:p>
      <w:r>
        <w:rPr>
          <w:b/>
        </w:rPr>
        <w:t xml:space="preserve">[57:05] </w:t>
      </w:r>
      <w:r>
        <w:t>sari dunya global village ka matlab kya hua? ke sare log aap ke electronic parosi ban gaye.</w:t>
      </w:r>
    </w:p>
    <w:p>
      <w:pPr>
        <w:jc w:val="right"/>
      </w:pPr>
      <w:r>
        <w:t>ساری دنیا گلوبل ولیج کا مطلب کیا ہوا؟ کہ سارے لوگ آپ کے الیکٹرانک پڑوسی بن گئے۔</w:t>
      </w:r>
    </w:p>
    <w:p>
      <w:r>
        <w:rPr>
          <w:b/>
        </w:rPr>
        <w:t xml:space="preserve">[57:11] </w:t>
      </w:r>
      <w:r>
        <w:t>to kaisi ajib ajib tabdiliyan huin? yeh tabdiliyan kis liye huin hain? yeh tabdiliyan huin allah ke deen</w:t>
      </w:r>
    </w:p>
    <w:p>
      <w:pPr>
        <w:jc w:val="right"/>
      </w:pPr>
      <w:r>
        <w:t>تو کیسی عجیب عجیب تبدیلیاں ہوئیں؟ یہ تبدیلیاں کس لیے ہوئی ہیں؟ یہ تبدیلیاں ہوئیں اللہ کے دین</w:t>
      </w:r>
    </w:p>
    <w:p>
      <w:r>
        <w:rPr>
          <w:b/>
        </w:rPr>
        <w:t xml:space="preserve">[57:17] </w:t>
      </w:r>
      <w:r>
        <w:t>ke liye, allah ke deen ke liye.</w:t>
      </w:r>
    </w:p>
    <w:p>
      <w:pPr>
        <w:jc w:val="right"/>
      </w:pPr>
      <w:r>
        <w:t>کے لیے، اللہ کے دین کے لیے۔</w:t>
      </w:r>
    </w:p>
    <w:p>
      <w:r>
        <w:rPr>
          <w:b/>
        </w:rPr>
        <w:t xml:space="preserve">[57:22] </w:t>
      </w:r>
      <w:r>
        <w:t>to west ne liya is ko material sense mein, woh sirf aish karne lage.</w:t>
      </w:r>
    </w:p>
    <w:p>
      <w:pPr>
        <w:jc w:val="right"/>
      </w:pPr>
      <w:r>
        <w:t>تو ویسٹ نے لیا اس کو مٹیریل سینس میں، وہ صرف عیش کرنے لگے۔</w:t>
      </w:r>
    </w:p>
    <w:p>
      <w:r>
        <w:rPr>
          <w:b/>
        </w:rPr>
        <w:t xml:space="preserve">[57:28] </w:t>
      </w:r>
      <w:r>
        <w:t>musalmanon ne is ko liya, sari sode dukanon mein khilari chhod diye unhon ne.</w:t>
      </w:r>
    </w:p>
    <w:p>
      <w:pPr>
        <w:jc w:val="right"/>
      </w:pPr>
      <w:r>
        <w:t>مسلمانوں نے اس کو لیا، ساری سودے دکانوں میں کھلاڑی چھوڑ دیے انہوں نے۔</w:t>
      </w:r>
    </w:p>
    <w:p>
      <w:r>
        <w:rPr>
          <w:b/>
        </w:rPr>
        <w:t xml:space="preserve">[57:34] </w:t>
      </w:r>
      <w:r>
        <w:t>to west bhi be khabar aur musalman bhi be khabar ke sab kuch is liye hua ke Allah</w:t>
      </w:r>
    </w:p>
    <w:p>
      <w:pPr>
        <w:jc w:val="right"/>
      </w:pPr>
      <w:r>
        <w:t>تو ویسٹ بھی بے خبر اور مسلمان بھی بے خبر کہ سب کچھ اس لیے ہوا کہ اللہ</w:t>
      </w:r>
    </w:p>
    <w:p>
      <w:r>
        <w:rPr>
          <w:b/>
        </w:rPr>
        <w:t xml:space="preserve">[57:39] </w:t>
      </w:r>
      <w:r>
        <w:t>taala ko matlab tha ke jannat ki tayari ke liye sari mawaqe khul jayen.</w:t>
      </w:r>
    </w:p>
    <w:p>
      <w:pPr>
        <w:jc w:val="right"/>
      </w:pPr>
      <w:r>
        <w:t>تعالیٰ کو مطلوب تھا کہ جنت کی تیاری کے لیے سارے مواقع کھل جائیں۔</w:t>
      </w:r>
    </w:p>
    <w:p>
      <w:r>
        <w:rPr>
          <w:b/>
        </w:rPr>
        <w:t xml:space="preserve">[57:45] </w:t>
      </w:r>
      <w:r>
        <w:t>khoob khoob, jis ko jo chahta ho, apne aap ko jannat ke liye tayar kare.</w:t>
      </w:r>
    </w:p>
    <w:p>
      <w:pPr>
        <w:jc w:val="right"/>
      </w:pPr>
      <w:r>
        <w:t>خوب خوب، جس کو جو چاہتا ہو، اپنے آپ کو جنت کے لیے تیار کرے۔</w:t>
      </w:r>
    </w:p>
    <w:p>
      <w:r>
        <w:rPr>
          <w:b/>
        </w:rPr>
        <w:t xml:space="preserve">[57:51] </w:t>
      </w:r>
      <w:r>
        <w:t>scientific knowledge bhi dunya mein aa gayi, communication bhi dunya mein aa gaya aur traveling mumkin ho gayi.</w:t>
      </w:r>
    </w:p>
    <w:p>
      <w:pPr>
        <w:jc w:val="right"/>
      </w:pPr>
      <w:r>
        <w:t>سائنٹیفک نالج بھی دنیا میں آ گئی، کمیونیکیشن بھی دنیا میں آ گیا اور ٹریولنگ ممکن ہو گئی۔</w:t>
      </w:r>
    </w:p>
    <w:p>
      <w:r>
        <w:rPr>
          <w:b/>
        </w:rPr>
        <w:t xml:space="preserve">[57:57] </w:t>
      </w:r>
      <w:r>
        <w:t>yeh sari mawaqe kis liye khule hain? taake ek insan apne aap ko jannat ke liye train kare.</w:t>
      </w:r>
    </w:p>
    <w:p>
      <w:pPr>
        <w:jc w:val="right"/>
      </w:pPr>
      <w:r>
        <w:t>یہ سارے مواقع کس لیے کھلے ہیں؟ تاکہ ایک انسان اپنے آپ کو جنت کے لیے ٹرین کرے۔</w:t>
      </w:r>
    </w:p>
    <w:p>
      <w:r>
        <w:rPr>
          <w:b/>
        </w:rPr>
        <w:t xml:space="preserve">[58:02] </w:t>
      </w:r>
      <w:r>
        <w:t>main dua karta hoon ke Allah taala mujh ko aur aap ko is ki tofeeq ata farmaye ke</w:t>
      </w:r>
    </w:p>
    <w:p>
      <w:pPr>
        <w:jc w:val="right"/>
      </w:pPr>
      <w:r>
        <w:t>میں دعا کرتا ہوں کہ اللہ تعالیٰ مجھ کو اور آپ کو اس کی توفیق عطا فرمائے کہ</w:t>
      </w:r>
    </w:p>
    <w:p>
      <w:r>
        <w:rPr>
          <w:b/>
        </w:rPr>
        <w:t xml:space="preserve">[58:08] </w:t>
      </w:r>
      <w:r>
        <w:t>hum dunya ko bata saken yeh baat.</w:t>
      </w:r>
    </w:p>
    <w:p>
      <w:pPr>
        <w:jc w:val="right"/>
      </w:pPr>
      <w:r>
        <w:t>ہم دنیا کو بتا سکیں یہ بات۔</w:t>
      </w:r>
    </w:p>
    <w:p>
      <w:r>
        <w:rPr>
          <w:b/>
        </w:rPr>
        <w:t xml:space="preserve">[58:14] </w:t>
      </w:r>
      <w:r>
        <w:t>qul o qul astaghfirullah al-ali al-azim.</w:t>
      </w:r>
    </w:p>
    <w:p>
      <w:pPr>
        <w:jc w:val="right"/>
      </w:pPr>
      <w:r>
        <w:t>قول و قول استغفراللہ العلی العظیم۔</w:t>
      </w:r>
    </w:p>
    <w:p>
      <w:r>
        <w:rPr>
          <w:b/>
        </w:rPr>
        <w:t xml:space="preserve">[58:19] </w:t>
      </w:r>
      <w:r>
        <w:t>maulana, agla sawal aaya hai.</w:t>
      </w:r>
    </w:p>
    <w:p>
      <w:pPr>
        <w:jc w:val="right"/>
      </w:pPr>
      <w:r>
        <w:t>مولانا، اگلا سوال آیا ہے۔</w:t>
      </w:r>
    </w:p>
    <w:p>
      <w:r>
        <w:rPr>
          <w:b/>
        </w:rPr>
        <w:t xml:space="preserve">[58:25] </w:t>
      </w:r>
      <w:r>
        <w:t>ah ah, bhejane wale ne location nahi likhi hai, naam bhi nahi likha hai.</w:t>
      </w:r>
    </w:p>
    <w:p>
      <w:pPr>
        <w:jc w:val="right"/>
      </w:pPr>
      <w:r>
        <w:t>اہ اہ، بھیجنے والے نے لوکیشن نہیں لکھی ہے، نام بھی نہیں لکھا ہے۔</w:t>
      </w:r>
    </w:p>
    <w:p>
      <w:r>
        <w:rPr>
          <w:b/>
        </w:rPr>
        <w:t xml:space="preserve">[58:31] </w:t>
      </w:r>
      <w:r>
        <w:t>سوال یہ ہے، مولانا: "A cleric told that Japan is successful because of its being a follower</w:t>
      </w:r>
    </w:p>
    <w:p>
      <w:pPr>
        <w:jc w:val="right"/>
      </w:pPr>
      <w:r>
        <w:t>سوال یہ ہے، مولانا: "ا کلیرک ٹولڈ دیٹ جاپان از سکسیس فل بیکاز آف اٹس بینگ ا فالوور</w:t>
      </w:r>
    </w:p>
    <w:p>
      <w:r>
        <w:rPr>
          <w:b/>
        </w:rPr>
        <w:t xml:space="preserve">[58:36] </w:t>
      </w:r>
      <w:r>
        <w:t>"of US and not because of it has adopted a peaceful policy." So, this is to someone,</w:t>
      </w:r>
    </w:p>
    <w:p>
      <w:pPr>
        <w:jc w:val="right"/>
      </w:pPr>
      <w:r>
        <w:t>آف یو ایس اینڈ ناٹ بیکاز آف اٹ ہیز اڈاپٹڈ ا پیس فل پالیسی۔" سو یہ تو کسی،</w:t>
      </w:r>
    </w:p>
    <w:p>
      <w:r>
        <w:rPr>
          <w:b/>
        </w:rPr>
        <w:t xml:space="preserve">[58:42] </w:t>
      </w:r>
      <w:r>
        <w:t>یعنی ایسے کسی ایسے آدمی کے قول جس کی سٹڈی نہیں کی، followers ہونے سے کیا ہوا؟ follower</w:t>
      </w:r>
    </w:p>
    <w:p>
      <w:pPr>
        <w:jc w:val="right"/>
      </w:pPr>
      <w:r>
        <w:t>یعنی ایسے کسی ایسے آدمی کے قول جس کی سٹڈی نہیں کی، فالوورز ہونے سے کیا ہوا؟ فالوور</w:t>
      </w:r>
    </w:p>
    <w:p>
      <w:r>
        <w:rPr>
          <w:b/>
        </w:rPr>
        <w:t xml:space="preserve">[58:48] </w:t>
      </w:r>
      <w:r>
        <w:t>to bohat se log, kisi ne taraqqi nahi ki.</w:t>
      </w:r>
    </w:p>
    <w:p>
      <w:pPr>
        <w:jc w:val="right"/>
      </w:pPr>
      <w:r>
        <w:t>تو بہت سے لوگ، کسی نے ترقی نہیں کی۔</w:t>
      </w:r>
    </w:p>
    <w:p>
      <w:r>
        <w:rPr>
          <w:b/>
        </w:rPr>
        <w:t xml:space="preserve">[58:53] </w:t>
      </w:r>
      <w:r>
        <w:t>follower ہونے سے ترقی کر جائے گا؟ خود امریکہ نہیں تو وہ کی ترقی کر سکا؟ میں جب</w:t>
      </w:r>
    </w:p>
    <w:p>
      <w:pPr>
        <w:jc w:val="right"/>
      </w:pPr>
      <w:r>
        <w:t>فالوور ہونے سے ترقی کر جائے گا؟ خود امریکہ نہیں تو وہ کی ترقی کر سکا؟ میں جب</w:t>
      </w:r>
    </w:p>
    <w:p>
      <w:r>
        <w:rPr>
          <w:b/>
        </w:rPr>
        <w:t xml:space="preserve">[58:59] </w:t>
      </w:r>
      <w:r>
        <w:t>america gaya tha ek bar to main ne dekha ke sadkon par sab se shandar jo jo advertisement</w:t>
      </w:r>
    </w:p>
    <w:p>
      <w:pPr>
        <w:jc w:val="right"/>
      </w:pPr>
      <w:r>
        <w:t>امریکہ گیا تھا ایک بار تو میں نے دیکھا کہ سڑکوں پر سب سے شاندار جو جو ایڈورٹائزمنٹ</w:t>
      </w:r>
    </w:p>
    <w:p>
      <w:r>
        <w:rPr>
          <w:b/>
        </w:rPr>
        <w:t xml:space="preserve">[59:05] </w:t>
      </w:r>
      <w:r>
        <w:t>board lage hue the, woh Japan ke the.</w:t>
      </w:r>
    </w:p>
    <w:p>
      <w:pPr>
        <w:jc w:val="right"/>
      </w:pPr>
      <w:r>
        <w:t>بورڈ لگے ہوئے تھے، وہ جاپان کے تھے۔</w:t>
      </w:r>
    </w:p>
    <w:p>
      <w:r>
        <w:rPr>
          <w:b/>
        </w:rPr>
        <w:t xml:space="preserve">[59:10] </w:t>
      </w:r>
      <w:r>
        <w:t>yani Japan ghusa hua khud America mein.</w:t>
      </w:r>
    </w:p>
    <w:p>
      <w:pPr>
        <w:jc w:val="right"/>
      </w:pPr>
      <w:r>
        <w:t>یعنی جاپان گھسا ہوا خود امریکہ میں۔</w:t>
      </w:r>
    </w:p>
    <w:p>
      <w:r>
        <w:rPr>
          <w:b/>
        </w:rPr>
        <w:t xml:space="preserve">[59:16] </w:t>
      </w:r>
      <w:r>
        <w:t>aur aaj jo hai, aaj ki khabar aap dekh lijiye ke aaj ki jo khabar yeh hai ke</w:t>
      </w:r>
    </w:p>
    <w:p>
      <w:pPr>
        <w:jc w:val="right"/>
      </w:pPr>
      <w:r>
        <w:t>اور آج جو ہے، آج کی خبر آپ دیکھ لیجئے کہ آج کی جو خبر یہ ہے کہ</w:t>
      </w:r>
    </w:p>
    <w:p>
      <w:r>
        <w:rPr>
          <w:b/>
        </w:rPr>
        <w:t xml:space="preserve">[59:22] </w:t>
      </w:r>
      <w:r>
        <w:t>trade ke mamle mein China super set kar gaya, USSS aage badh gaya.</w:t>
      </w:r>
    </w:p>
    <w:p>
      <w:pPr>
        <w:jc w:val="right"/>
      </w:pPr>
      <w:r>
        <w:t>ٹریڈ کے معاملے میں چائنہ سپر سیٹ کر گیا، یو ایس ایس آگے بڑھ گیا۔</w:t>
      </w:r>
    </w:p>
    <w:p>
      <w:r>
        <w:rPr>
          <w:b/>
        </w:rPr>
        <w:t xml:space="preserve">[59:28] </w:t>
      </w:r>
      <w:r>
        <w:t>تو جب امریکہ تو خود ہی نہیں ترقی کر پا رہا،</w:t>
      </w:r>
    </w:p>
    <w:p>
      <w:pPr>
        <w:jc w:val="right"/>
      </w:pPr>
      <w:r>
        <w:t>تو جب امریکہ تو خود ہی نہیں ترقی کر پا رہا، اس کو فالو کرنے والے کہاں سے</w:t>
      </w:r>
    </w:p>
    <w:p>
      <w:r>
        <w:rPr>
          <w:b/>
        </w:rPr>
        <w:t xml:space="preserve">[59:33] </w:t>
      </w:r>
      <w:r>
        <w:t>ترقی کریں گے؟ یہ تو کوئی بات نہیں ہے، یہ تو بالکل ایک stupid بات ہے۔</w:t>
      </w:r>
    </w:p>
    <w:p>
      <w:pPr>
        <w:jc w:val="right"/>
      </w:pPr>
      <w:r>
        <w:t>ترقی کریں گے؟ یہ تو کوئی بات نہیں ہے، یہ تو بالکل ایک اسٹیوڈ بات ہے۔</w:t>
      </w:r>
    </w:p>
    <w:p>
      <w:r>
        <w:rPr>
          <w:b/>
        </w:rPr>
        <w:t xml:space="preserve">[59:39] </w:t>
      </w:r>
      <w:r>
        <w:t>"You must, you must discover some principle." Follow karna kya hai? Principle yahi hai.</w:t>
      </w:r>
    </w:p>
    <w:p>
      <w:pPr>
        <w:jc w:val="right"/>
      </w:pPr>
      <w:r>
        <w:t>"یو مسٹ، یو مسٹ ڈسکور سم پرنسپل۔" فالو کرنا کیا ہے؟ پرنسپل یہی ہے۔</w:t>
      </w:r>
    </w:p>
    <w:p>
      <w:r>
        <w:rPr>
          <w:b/>
        </w:rPr>
        <w:t xml:space="preserve">[59:45] </w:t>
      </w:r>
      <w:r>
        <w:t>aur aap agar aap ko shakk ho to aap kitab padh lijiye.</w:t>
      </w:r>
    </w:p>
    <w:p>
      <w:pPr>
        <w:jc w:val="right"/>
      </w:pPr>
      <w:r>
        <w:t>اور آپ اگر آپ کو شک ہو تو آپ کتاب پڑھ لیجئے۔</w:t>
      </w:r>
    </w:p>
    <w:p>
      <w:r>
        <w:rPr>
          <w:b/>
        </w:rPr>
        <w:t xml:space="preserve">[59:50] </w:t>
      </w:r>
      <w:r>
        <w:t>ایک کتاب ہے "The Story of Japan." یہ تو آپ نے اپنے مائنڈ سے نکالا، کسی نے ایک</w:t>
      </w:r>
    </w:p>
    <w:p>
      <w:pPr>
        <w:jc w:val="right"/>
      </w:pPr>
      <w:r>
        <w:t>ایک کتاب ہے "دی سٹوری آف جاپان۔" یہ تو آپ نے اپنے مائنڈ سے نکالا، کسی نے ایک</w:t>
      </w:r>
    </w:p>
    <w:p>
      <w:r>
        <w:rPr>
          <w:b/>
        </w:rPr>
        <w:t xml:space="preserve">[59:56] </w:t>
      </w:r>
      <w:r>
        <w:t>ek ek shoshah nikal diya hoga.</w:t>
      </w:r>
    </w:p>
    <w:p>
      <w:pPr>
        <w:jc w:val="right"/>
      </w:pPr>
      <w:r>
        <w:t>ایک ایک شوشہ نکال دیا ہوگا۔</w:t>
      </w:r>
    </w:p>
    <w:p>
      <w:r>
        <w:rPr>
          <w:b/>
        </w:rPr>
        <w:t xml:space="preserve">[1:00:02] </w:t>
      </w:r>
      <w:r>
        <w:t>ek kitab hai "history of Japan." is ko aap padhiye ke Japan ki taraqqi ka raaz kya hai.</w:t>
      </w:r>
    </w:p>
    <w:p>
      <w:pPr>
        <w:jc w:val="right"/>
      </w:pPr>
      <w:r>
        <w:t>ایک کتاب ہے "ہسٹوری آف جاپان۔" اس کو آپ پڑھیے کہ جاپان کی ترقی کا راز کیا ہے۔</w:t>
      </w:r>
    </w:p>
    <w:p>
      <w:r>
        <w:rPr>
          <w:b/>
        </w:rPr>
        <w:t xml:space="preserve">[1:00:07] </w:t>
      </w:r>
      <w:r>
        <w:t>ab is ko padhiye aap.</w:t>
      </w:r>
    </w:p>
    <w:p>
      <w:pPr>
        <w:jc w:val="right"/>
      </w:pPr>
      <w:r>
        <w:t>اب اس کو پڑھیے آپ۔</w:t>
      </w:r>
    </w:p>
    <w:p>
      <w:r>
        <w:rPr>
          <w:b/>
        </w:rPr>
        <w:t xml:space="preserve">[1:00:13] </w:t>
      </w:r>
      <w:r>
        <w:t>maulana, agla sawal Delhi se hai Shahnawaz Zafar sahab ka.</w:t>
      </w:r>
    </w:p>
    <w:p>
      <w:pPr>
        <w:jc w:val="right"/>
      </w:pPr>
      <w:r>
        <w:t>مولانا، اگلا سوال دلی سے ہے شاہنواز ظفر صاحب کا۔</w:t>
      </w:r>
    </w:p>
    <w:p>
      <w:r>
        <w:rPr>
          <w:b/>
        </w:rPr>
        <w:t xml:space="preserve">[1:00:19] </w:t>
      </w:r>
      <w:r>
        <w:t>انہوں نے لکھا ہے: "Please explain about the advent of Mahdi and Isa alaihis salam." Are this suppose</w:t>
      </w:r>
    </w:p>
    <w:p>
      <w:pPr>
        <w:jc w:val="right"/>
      </w:pPr>
      <w:r>
        <w:t>انہوں نے لکھا ہے: "پلیز ایکسپلین اباؤٹ دی ایڈونٹ آف مہدی اینڈ عیسیٰ علیہ السلام۔" ار دس سپوز</w:t>
      </w:r>
    </w:p>
    <w:p>
      <w:r>
        <w:rPr>
          <w:b/>
        </w:rPr>
        <w:t xml:space="preserve">[1:00:24] </w:t>
      </w:r>
      <w:r>
        <w:t>to come physically or it is a conceptual role in this modern age? dekhiye, basic baat yeh hai</w:t>
      </w:r>
    </w:p>
    <w:p>
      <w:pPr>
        <w:jc w:val="right"/>
      </w:pPr>
      <w:r>
        <w:t>ٹو کم فزیکلی اور اٹ از ا کنسیپچول رول ان دس ماڈرن ایج؟ دیکھیے، بیسک بات یہ ہے</w:t>
      </w:r>
    </w:p>
    <w:p>
      <w:r>
        <w:rPr>
          <w:b/>
        </w:rPr>
        <w:t xml:space="preserve">[1:00:30] </w:t>
      </w:r>
      <w:r>
        <w:t>ke aap sari hadithain jo hain padhiye is hisse mein. sari hadithain.</w:t>
      </w:r>
    </w:p>
    <w:p>
      <w:pPr>
        <w:jc w:val="right"/>
      </w:pPr>
      <w:r>
        <w:t>کہ آپ ساری حدیثیں جو ہیں پڑھیے اس حصے میں۔ ساری حدیثیں۔</w:t>
      </w:r>
    </w:p>
    <w:p>
      <w:r>
        <w:rPr>
          <w:b/>
        </w:rPr>
        <w:t xml:space="preserve">[1:00:36] </w:t>
      </w:r>
      <w:r>
        <w:t>kisi bhi hadith mein yeh nahi hai ke koi aadmi aayega to kahega ke main Mahdi</w:t>
      </w:r>
    </w:p>
    <w:p>
      <w:pPr>
        <w:jc w:val="right"/>
      </w:pPr>
      <w:r>
        <w:t>کسی بھی حدیث میں یہ نہیں ہے کہ کوئی آدمی آئے گا تو کہے گا کہ میں مہدی</w:t>
      </w:r>
    </w:p>
    <w:p>
      <w:r>
        <w:rPr>
          <w:b/>
        </w:rPr>
        <w:t xml:space="preserve">[1:00:41] </w:t>
      </w:r>
      <w:r>
        <w:t>hoon, main masih hoon.</w:t>
      </w:r>
    </w:p>
    <w:p>
      <w:pPr>
        <w:jc w:val="right"/>
      </w:pPr>
      <w:r>
        <w:t>ہوں، میں مسیح ہوں۔</w:t>
      </w:r>
    </w:p>
    <w:p>
      <w:r>
        <w:rPr>
          <w:b/>
        </w:rPr>
        <w:t xml:space="preserve">[1:00:47] </w:t>
      </w:r>
      <w:r>
        <w:t>yeh declare karega.</w:t>
      </w:r>
    </w:p>
    <w:p>
      <w:pPr>
        <w:jc w:val="right"/>
      </w:pPr>
      <w:r>
        <w:t>یہ ڈیکلیئر کرے گا۔</w:t>
      </w:r>
    </w:p>
    <w:p>
      <w:r>
        <w:rPr>
          <w:b/>
        </w:rPr>
        <w:t xml:space="preserve">[1:00:53] </w:t>
      </w:r>
      <w:r>
        <w:t>aisa hai hi nahin.</w:t>
      </w:r>
    </w:p>
    <w:p>
      <w:pPr>
        <w:jc w:val="right"/>
      </w:pPr>
      <w:r>
        <w:t>ایسا ہے ہی نہیں۔</w:t>
      </w:r>
    </w:p>
    <w:p>
      <w:r>
        <w:rPr>
          <w:b/>
        </w:rPr>
        <w:t xml:space="preserve">[1:00:59] </w:t>
      </w:r>
      <w:r>
        <w:t>jab ke paighambar aata hai to woh declare karta hai ke main masih hoon.</w:t>
      </w:r>
    </w:p>
    <w:p>
      <w:pPr>
        <w:jc w:val="right"/>
      </w:pPr>
      <w:r>
        <w:t>جب کہ پیغمبر آتا ہے تو وہ ڈیکلیئر کرتا ہے کہ میں مسیح ہوں۔</w:t>
      </w:r>
    </w:p>
    <w:p>
      <w:r>
        <w:rPr>
          <w:b/>
        </w:rPr>
        <w:t xml:space="preserve">[1:01:04] </w:t>
      </w:r>
      <w:r>
        <w:t>"ana nabiyyu wa la kadhib, ana rasool-e-rabb-ul-alameen." to kisi bhi hadith mein jo hadithain is hissay mein</w:t>
      </w:r>
    </w:p>
    <w:p>
      <w:pPr>
        <w:jc w:val="right"/>
      </w:pPr>
      <w:r>
        <w:t>"انا النبی ولا کدی، انا رسول رب العالمین۔" تو کسی بھی حدیث میں جو حدیثیں اس حصے میں</w:t>
      </w:r>
    </w:p>
    <w:p>
      <w:r>
        <w:rPr>
          <w:b/>
        </w:rPr>
        <w:t xml:space="preserve">[1:01:10] </w:t>
      </w:r>
      <w:r>
        <w:t>aayi hain, is mein yeh baat nahin hai ke aane wala apni zuban se kahega ke main</w:t>
      </w:r>
    </w:p>
    <w:p>
      <w:pPr>
        <w:jc w:val="right"/>
      </w:pPr>
      <w:r>
        <w:t>آئیں ہیں، اس میں یہ بات نہیں ہے کہ آنے والا اپنی زبان سے کہے گا کہ میں</w:t>
      </w:r>
    </w:p>
    <w:p>
      <w:r>
        <w:rPr>
          <w:b/>
        </w:rPr>
        <w:t xml:space="preserve">[1:01:16] </w:t>
      </w:r>
      <w:r>
        <w:t>mahdi hoon ya main masih hoon.</w:t>
      </w:r>
    </w:p>
    <w:p>
      <w:pPr>
        <w:jc w:val="right"/>
      </w:pPr>
      <w:r>
        <w:t>مہدی ہوں یا میں مسیح ہوں۔</w:t>
      </w:r>
    </w:p>
    <w:p>
      <w:r>
        <w:rPr>
          <w:b/>
        </w:rPr>
        <w:t xml:space="preserve">[1:01:21] </w:t>
      </w:r>
      <w:r>
        <w:t>is se hi apne aap mein baat sabit ho jati hai ke woh ek role hai.</w:t>
      </w:r>
    </w:p>
    <w:p>
      <w:pPr>
        <w:jc w:val="right"/>
      </w:pPr>
      <w:r>
        <w:t>اس سے ہی اپنے آپ میں بات ثابت ہو جاتی ہے کہ وہ ایک رول ہے۔</w:t>
      </w:r>
    </w:p>
    <w:p>
      <w:r>
        <w:rPr>
          <w:b/>
        </w:rPr>
        <w:t xml:space="preserve">[1:01:27] </w:t>
      </w:r>
      <w:r>
        <w:t>woh role hai.</w:t>
      </w:r>
    </w:p>
    <w:p>
      <w:pPr>
        <w:jc w:val="right"/>
      </w:pPr>
      <w:r>
        <w:t>وہ رول ہے۔</w:t>
      </w:r>
    </w:p>
    <w:p>
      <w:r>
        <w:rPr>
          <w:b/>
        </w:rPr>
        <w:t xml:space="preserve">[1:01:33] </w:t>
      </w:r>
      <w:r>
        <w:t>yeh to logon ne jinhon ne dawaye kiye hain, woh to main samajhta hoon ke beslay dawaye thay.</w:t>
      </w:r>
    </w:p>
    <w:p>
      <w:pPr>
        <w:jc w:val="right"/>
      </w:pPr>
      <w:r>
        <w:t>یہ تو لوگوں نے جنہوں نے دعوے کیے ہیں، وہ تو میں سمجھتا ہوں کہ بیسلے دعوے تھے۔</w:t>
      </w:r>
    </w:p>
    <w:p>
      <w:r>
        <w:rPr>
          <w:b/>
        </w:rPr>
        <w:t xml:space="preserve">[1:01:38] </w:t>
      </w:r>
      <w:r>
        <w:t>jinhon ne kaha ke main mahdi hoon, jinhon ne kaha ke main masih hoon, yeh to beslay dawaye thay.</w:t>
      </w:r>
    </w:p>
    <w:p>
      <w:pPr>
        <w:jc w:val="right"/>
      </w:pPr>
      <w:r>
        <w:t>جنہوں نے کہا کہ میں مہدی ہوں، جنہوں نے کہا کہ میں مسیح ہوں، یہ تو بیسلے دعوے تھے۔</w:t>
      </w:r>
    </w:p>
    <w:p>
      <w:r>
        <w:rPr>
          <w:b/>
        </w:rPr>
        <w:t xml:space="preserve">[1:01:44] </w:t>
      </w:r>
      <w:r>
        <w:t>yeh kahan se bol rahe hain? woh jab hadithon mein yeh baat aayi nahin ke aane wala dawah</w:t>
      </w:r>
    </w:p>
    <w:p>
      <w:pPr>
        <w:jc w:val="right"/>
      </w:pPr>
      <w:r>
        <w:t>یہ کہاں سے بول رہے ہیں؟ وہ جب حدیثوں میں یہ بات آئی نہیں کہ آنے والا دعویٰ</w:t>
      </w:r>
    </w:p>
    <w:p>
      <w:r>
        <w:rPr>
          <w:b/>
        </w:rPr>
        <w:t xml:space="preserve">[1:01:50] </w:t>
      </w:r>
      <w:r>
        <w:t>karega to aap kahan dawah kar rahe hain? to in hadithon mein kahin bhi yeh nahin hai</w:t>
      </w:r>
    </w:p>
    <w:p>
      <w:pPr>
        <w:jc w:val="right"/>
      </w:pPr>
      <w:r>
        <w:t>کرے گا تو آپ کہاں دعویٰ کر رہے ہیں؟ تو ان حدیثوں میں کہیں بھی یہ نہیں ہے</w:t>
      </w:r>
    </w:p>
    <w:p>
      <w:r>
        <w:rPr>
          <w:b/>
        </w:rPr>
        <w:t xml:space="preserve">[1:01:55] </w:t>
      </w:r>
      <w:r>
        <w:t>ke aane wala apni zuban se bolega ke main mahdi hoon, main masih hoon.</w:t>
      </w:r>
    </w:p>
    <w:p>
      <w:pPr>
        <w:jc w:val="right"/>
      </w:pPr>
      <w:r>
        <w:t>کہ آنے والا اپنی زبان سے بولے گا کہ میں مہدی ہوں، میں مسیح ہوں۔</w:t>
      </w:r>
    </w:p>
    <w:p>
      <w:r>
        <w:rPr>
          <w:b/>
        </w:rPr>
        <w:t xml:space="preserve">[1:02:01] </w:t>
      </w:r>
      <w:r>
        <w:t>isi se sabit hota hai ke woh ek role ki baat hai.</w:t>
      </w:r>
    </w:p>
    <w:p>
      <w:pPr>
        <w:jc w:val="right"/>
      </w:pPr>
      <w:r>
        <w:t>اسی سے ثابت ہوتا ہے کہ وہ ایک رول کی بات ہے۔</w:t>
      </w:r>
    </w:p>
    <w:p>
      <w:r>
        <w:rPr>
          <w:b/>
        </w:rPr>
        <w:t xml:space="preserve">[1:02:07] </w:t>
      </w:r>
      <w:r>
        <w:t>aur role ka ilm Allah taala ko hai ke Allah ko pata hai kis ne yeh role kiya,</w:t>
      </w:r>
    </w:p>
    <w:p>
      <w:pPr>
        <w:jc w:val="right"/>
      </w:pPr>
      <w:r>
        <w:t>اور رول کا علم اللہ تعالیٰ کو ہے کہ اللہ کو پتہ ہے کس نے یہ رول کیا،</w:t>
      </w:r>
    </w:p>
    <w:p>
      <w:r>
        <w:rPr>
          <w:b/>
        </w:rPr>
        <w:t xml:space="preserve">[1:02:12] </w:t>
      </w:r>
      <w:r>
        <w:t>kis ne nahin kiya.</w:t>
      </w:r>
    </w:p>
    <w:p>
      <w:pPr>
        <w:jc w:val="right"/>
      </w:pPr>
      <w:r>
        <w:t>کس نے نہیں کیا۔</w:t>
      </w:r>
    </w:p>
    <w:p>
      <w:r>
        <w:rPr>
          <w:b/>
        </w:rPr>
        <w:t xml:space="preserve">[1:02:18] </w:t>
      </w:r>
      <w:r>
        <w:t>hum aap is ko determine nahin kar sakte.</w:t>
      </w:r>
    </w:p>
    <w:p>
      <w:pPr>
        <w:jc w:val="right"/>
      </w:pPr>
      <w:r>
        <w:t>ہم آپ اس کو ڈیٹرمن نہیں کر سکتے۔</w:t>
      </w:r>
    </w:p>
    <w:p>
      <w:r>
        <w:rPr>
          <w:b/>
        </w:rPr>
        <w:t xml:space="preserve">[1:02:24] </w:t>
      </w:r>
      <w:r>
        <w:t>maulana, agla sawal dilli se hai jameel akhtar khan sahab ka.</w:t>
      </w:r>
    </w:p>
    <w:p>
      <w:pPr>
        <w:jc w:val="right"/>
      </w:pPr>
      <w:r>
        <w:t>مولانا، اگلا سوال دلی سے ہے جمیل اختر خان صاحب کا۔</w:t>
      </w:r>
    </w:p>
    <w:p>
      <w:r>
        <w:rPr>
          <w:b/>
        </w:rPr>
        <w:t xml:space="preserve">[1:02:30] </w:t>
      </w:r>
      <w:r>
        <w:t>unhon ne likha hai: "japan ki taraqqi ko sabhi log mante hain magar tahzeeb ke aitbar se western</w:t>
      </w:r>
    </w:p>
    <w:p>
      <w:pPr>
        <w:jc w:val="right"/>
      </w:pPr>
      <w:r>
        <w:t>انہوں نے لکھا ہے: "جاپان کی ترقی کو سبھی لوگ مانتے ہیں مگر تہذیب کے اعتبار سے ویسٹرن</w:t>
      </w:r>
    </w:p>
    <w:p>
      <w:r>
        <w:rPr>
          <w:b/>
        </w:rPr>
        <w:t xml:space="preserve">[1:02:35] </w:t>
      </w:r>
      <w:r>
        <w:t>civilization ka ghalba hai, nah ke japanese civilization ka." is ke baray mein aap kya kahengay? japan</w:t>
      </w:r>
    </w:p>
    <w:p>
      <w:pPr>
        <w:jc w:val="right"/>
      </w:pPr>
      <w:r>
        <w:t>سولائزیشن کا غلبہ ہے، نہ کہ جیپنیز سولائزیشن کا۔" اس کے بارے میں آپ کیا کہیں گے؟ جاپان</w:t>
      </w:r>
    </w:p>
    <w:p>
      <w:r>
        <w:rPr>
          <w:b/>
        </w:rPr>
        <w:t xml:space="preserve">[1:02:41] </w:t>
      </w:r>
      <w:r>
        <w:t>ki koi civilization hi nahin hai.</w:t>
      </w:r>
    </w:p>
    <w:p>
      <w:pPr>
        <w:jc w:val="right"/>
      </w:pPr>
      <w:r>
        <w:t>کی کوئی سولائزیشن ہی نہیں ہے۔</w:t>
      </w:r>
    </w:p>
    <w:p>
      <w:r>
        <w:rPr>
          <w:b/>
        </w:rPr>
        <w:t xml:space="preserve">[1:02:47] </w:t>
      </w:r>
      <w:r>
        <w:t>koi civilization japan ki nahin hai.</w:t>
      </w:r>
    </w:p>
    <w:p>
      <w:pPr>
        <w:jc w:val="right"/>
      </w:pPr>
      <w:r>
        <w:t>کوئی سولائزیشن جاپان کی نہیں ہے۔</w:t>
      </w:r>
    </w:p>
    <w:p>
      <w:r>
        <w:rPr>
          <w:b/>
        </w:rPr>
        <w:t xml:space="preserve">[1:02:52] </w:t>
      </w:r>
      <w:r>
        <w:t>yeh to ajeeb o ghareeb sawal hai yeh.</w:t>
      </w:r>
    </w:p>
    <w:p>
      <w:pPr>
        <w:jc w:val="right"/>
      </w:pPr>
      <w:r>
        <w:t>یہ تو عجیب و غریب سوال ہے یہ۔</w:t>
      </w:r>
    </w:p>
    <w:p>
      <w:r>
        <w:rPr>
          <w:b/>
        </w:rPr>
        <w:t xml:space="preserve">[1:02:58] </w:t>
      </w:r>
      <w:r>
        <w:t>aap batayein ke japan ki civilization kya cheez hoti hai? yeh to kuch bhi nahin.</w:t>
      </w:r>
    </w:p>
    <w:p>
      <w:pPr>
        <w:jc w:val="right"/>
      </w:pPr>
      <w:r>
        <w:t>آپ بتائیں کہ جاپان کی سولائزیشن کیا چیز ہوتی ہے؟ یہ تو کچھ بھی نہیں۔</w:t>
      </w:r>
    </w:p>
    <w:p>
      <w:r>
        <w:rPr>
          <w:b/>
        </w:rPr>
        <w:t xml:space="preserve">[1:03:04] </w:t>
      </w:r>
      <w:r>
        <w:t>aur western civilization ko bhi aap musalman samajhte hain ke western civilization ka naam hai neutral ka, nagra</w:t>
      </w:r>
    </w:p>
    <w:p>
      <w:pPr>
        <w:jc w:val="right"/>
      </w:pPr>
      <w:r>
        <w:t>اور ویسٹرن سولائزیشن کو بھی آپ مسلمان سمجھتے ہیں کہ ویسٹرن سولائزیشن کا نام ہے نیوٹرل کا، نگرہ</w:t>
      </w:r>
    </w:p>
    <w:p>
      <w:r>
        <w:rPr>
          <w:b/>
        </w:rPr>
        <w:t xml:space="preserve">[1:03:09] </w:t>
      </w:r>
      <w:r>
        <w:t>pin hone ka.</w:t>
      </w:r>
    </w:p>
    <w:p>
      <w:pPr>
        <w:jc w:val="right"/>
      </w:pPr>
      <w:r>
        <w:t>پن ہونے کا۔</w:t>
      </w:r>
    </w:p>
    <w:p>
      <w:r>
        <w:rPr>
          <w:b/>
        </w:rPr>
        <w:t xml:space="preserve">[1:03:15] </w:t>
      </w:r>
      <w:r>
        <w:t>مسلمان یہ بھی نہیں جانتے کہ what is Western civilization.</w:t>
      </w:r>
    </w:p>
    <w:p>
      <w:pPr>
        <w:jc w:val="right"/>
      </w:pPr>
      <w:r>
        <w:t>مسلمان یہ بھی نہیں جانتے کہ واٹ از ویسٹرن سولائزیشن۔</w:t>
      </w:r>
    </w:p>
    <w:p>
      <w:r>
        <w:rPr>
          <w:b/>
        </w:rPr>
        <w:t xml:space="preserve">[1:03:21] </w:t>
      </w:r>
      <w:r>
        <w:t>chand isi qism ki cheezon ko le kar woh western civilization ko mante hain.</w:t>
      </w:r>
    </w:p>
    <w:p>
      <w:pPr>
        <w:jc w:val="right"/>
      </w:pPr>
      <w:r>
        <w:t>چند اسی قسم کی چیزوں کو لے کر وہ ویسٹرن سولائزیشن کو مانتے ہیں۔</w:t>
      </w:r>
    </w:p>
    <w:p>
      <w:r>
        <w:rPr>
          <w:b/>
        </w:rPr>
        <w:t xml:space="preserve">[1:03:26] </w:t>
      </w:r>
      <w:r>
        <w:t>western civilization jis baat ka naam hai, woh hamari aap ki bhi civilization hai ke nature mein Allah</w:t>
      </w:r>
    </w:p>
    <w:p>
      <w:pPr>
        <w:jc w:val="right"/>
      </w:pPr>
      <w:r>
        <w:t>ویسٹرن سولائزیشن جس بات کا نام ہے، وہ ہماری آپ کی بھی سولائزیشن ہے کہ نیچر میں اللہ</w:t>
      </w:r>
    </w:p>
    <w:p>
      <w:r>
        <w:rPr>
          <w:b/>
        </w:rPr>
        <w:t xml:space="preserve">[1:03:32] </w:t>
      </w:r>
      <w:r>
        <w:t>taala ne jo taaqatein chupa rakhi theen, us ko discover karna.</w:t>
      </w:r>
    </w:p>
    <w:p>
      <w:pPr>
        <w:jc w:val="right"/>
      </w:pPr>
      <w:r>
        <w:t>تعالیٰ نے جو طاقتیں چھپا رکھی تھیں، اس کو ڈسکور کرنا۔</w:t>
      </w:r>
    </w:p>
    <w:p>
      <w:r>
        <w:rPr>
          <w:b/>
        </w:rPr>
        <w:t xml:space="preserve">[1:03:38] </w:t>
      </w:r>
      <w:r>
        <w:t>woh hamari aap ki sab ki cheez hai.</w:t>
      </w:r>
    </w:p>
    <w:p>
      <w:pPr>
        <w:jc w:val="right"/>
      </w:pPr>
      <w:r>
        <w:t>وہ ہماری آپ کی سب کی چیز ہے۔</w:t>
      </w:r>
    </w:p>
    <w:p>
      <w:r>
        <w:rPr>
          <w:b/>
        </w:rPr>
        <w:t xml:space="preserve">[1:03:44] </w:t>
      </w:r>
      <w:r>
        <w:t>woh west ki cheez nahi hai.</w:t>
      </w:r>
    </w:p>
    <w:p>
      <w:pPr>
        <w:jc w:val="right"/>
      </w:pPr>
      <w:r>
        <w:t>وہ ویسٹ کی چیز نہیں ہے۔</w:t>
      </w:r>
    </w:p>
    <w:p>
      <w:r>
        <w:rPr>
          <w:b/>
        </w:rPr>
        <w:t xml:space="preserve">[1:03:49] </w:t>
      </w:r>
      <w:r>
        <w:t>woh yeh jo cheezein aaj dekhte hain, aap car ho ya hawa ya communication ho, ek camera ho,</w:t>
      </w:r>
    </w:p>
    <w:p>
      <w:pPr>
        <w:jc w:val="right"/>
      </w:pPr>
      <w:r>
        <w:t>وہ یہ جو چیزیں آج دیکھتے ہیں، آپ کار ہو یا ہوا یا کمیونیکیشن ہو، ایک کیمرہ ہو،</w:t>
      </w:r>
    </w:p>
    <w:p>
      <w:r>
        <w:rPr>
          <w:b/>
        </w:rPr>
        <w:t xml:space="preserve">[1:03:55] </w:t>
      </w:r>
      <w:r>
        <w:t>ek computer ho, yeh isi nature mein, Allah ke barah-e-nature mein maujood thi pehle se.</w:t>
      </w:r>
    </w:p>
    <w:p>
      <w:pPr>
        <w:jc w:val="right"/>
      </w:pPr>
      <w:r>
        <w:t>ایک کمپیوٹر ہو، یہ اسی نیچر میں، اللہ کے براہِ نیچر میں موجود تھی پہلے سے۔</w:t>
      </w:r>
    </w:p>
    <w:p>
      <w:r>
        <w:rPr>
          <w:b/>
        </w:rPr>
        <w:t xml:space="preserve">[1:04:01] </w:t>
      </w:r>
      <w:r>
        <w:t>us ko discover kar ke istemal kiya.</w:t>
      </w:r>
    </w:p>
    <w:p>
      <w:pPr>
        <w:jc w:val="right"/>
      </w:pPr>
      <w:r>
        <w:t>اس کو ڈسکور کر کے استعمال کیا۔</w:t>
      </w:r>
    </w:p>
    <w:p>
      <w:r>
        <w:rPr>
          <w:b/>
        </w:rPr>
        <w:t xml:space="preserve">[1:04:06] </w:t>
      </w:r>
      <w:r>
        <w:t>yeh toh hamare aap ke sab ki hai.</w:t>
      </w:r>
    </w:p>
    <w:p>
      <w:pPr>
        <w:jc w:val="right"/>
      </w:pPr>
      <w:r>
        <w:t>یہ تو ہمارے آپ کے سب کی ہے۔</w:t>
      </w:r>
    </w:p>
    <w:p>
      <w:r>
        <w:rPr>
          <w:b/>
        </w:rPr>
        <w:t xml:space="preserve">[1:04:12] </w:t>
      </w:r>
      <w:r>
        <w:t>log samajhte hain ke western civilization koi alag shaitani duniya ki cheez hai.</w:t>
      </w:r>
    </w:p>
    <w:p>
      <w:pPr>
        <w:jc w:val="right"/>
      </w:pPr>
      <w:r>
        <w:t>لوگ سمجھتے ہیں کہ ویسٹرن سولائزیشن کوئی الگ شیطانی دنیا کی چیز ہے۔</w:t>
      </w:r>
    </w:p>
    <w:p>
      <w:r>
        <w:rPr>
          <w:b/>
        </w:rPr>
        <w:t xml:space="preserve">[1:04:18] </w:t>
      </w:r>
      <w:r>
        <w:t>yeh bilkul hi bekhabari ki baat hai.</w:t>
      </w:r>
    </w:p>
    <w:p>
      <w:pPr>
        <w:jc w:val="right"/>
      </w:pPr>
      <w:r>
        <w:t>یہ بالکل ہی بے خبری کی بات ہے۔</w:t>
      </w:r>
    </w:p>
    <w:p>
      <w:r>
        <w:rPr>
          <w:b/>
        </w:rPr>
        <w:t xml:space="preserve">[1:04:23] </w:t>
      </w:r>
      <w:r>
        <w:t>یہی تو میں نے کہا کہ سب بالکل بے خبر ہیں لوگ کہ what is Western civilization.</w:t>
      </w:r>
    </w:p>
    <w:p>
      <w:pPr>
        <w:jc w:val="right"/>
      </w:pPr>
      <w:r>
        <w:t>یہی تو میں نے کہا کہ سب بالکل بے خبر ہیں لوگ کہ واٹ از ویسٹرن سولائزیشن۔</w:t>
      </w:r>
    </w:p>
    <w:p>
      <w:r>
        <w:rPr>
          <w:b/>
        </w:rPr>
        <w:t xml:space="preserve">[1:04:29] </w:t>
      </w:r>
      <w:r>
        <w:t>jante hi nahi.</w:t>
      </w:r>
    </w:p>
    <w:p>
      <w:pPr>
        <w:jc w:val="right"/>
      </w:pPr>
      <w:r>
        <w:t>جانتے ہی نہیں۔</w:t>
      </w:r>
    </w:p>
    <w:p>
      <w:r>
        <w:rPr>
          <w:b/>
        </w:rPr>
        <w:t xml:space="preserve">[1:04:35] </w:t>
      </w:r>
      <w:r>
        <w:t>baghair bolay hue taqreerein karte hain.</w:t>
      </w:r>
    </w:p>
    <w:p>
      <w:pPr>
        <w:jc w:val="right"/>
      </w:pPr>
      <w:r>
        <w:t>بغیر بولے ہوئے تقریریں کرتے ہیں۔</w:t>
      </w:r>
    </w:p>
    <w:p>
      <w:r>
        <w:rPr>
          <w:b/>
        </w:rPr>
        <w:t xml:space="preserve">[1:04:40] </w:t>
      </w:r>
      <w:r>
        <w:t>maulana, agla sawal Dilli se hai miss Naghma Siddiqui ka.</w:t>
      </w:r>
    </w:p>
    <w:p>
      <w:pPr>
        <w:jc w:val="right"/>
      </w:pPr>
      <w:r>
        <w:t>مولانا، اگلا سوال دلی سے ہے مس نغمہ صدیقی کا۔</w:t>
      </w:r>
    </w:p>
    <w:p>
      <w:r>
        <w:rPr>
          <w:b/>
        </w:rPr>
        <w:t xml:space="preserve">[1:04:46] </w:t>
      </w:r>
      <w:r>
        <w:t>انہوں نے لکھا ہے: "Paradise is the real goal or destination for which man should strive for."</w:t>
      </w:r>
    </w:p>
    <w:p>
      <w:pPr>
        <w:jc w:val="right"/>
      </w:pPr>
      <w:r>
        <w:t>انہوں نے لکھا ہے: "پیرڈائز از دا ریل گول اور ڈیسٹینیشن فار وچ مین شوڈ سٹرائیو فور۔</w:t>
      </w:r>
    </w:p>
    <w:p>
      <w:r>
        <w:rPr>
          <w:b/>
        </w:rPr>
        <w:t xml:space="preserve">[1:04:52] </w:t>
      </w:r>
      <w:r>
        <w:t>"Can you give some guidelines on how one should become a deserving candidate for Paradise?" Dekhiye, Quran</w:t>
      </w:r>
    </w:p>
    <w:p>
      <w:pPr>
        <w:jc w:val="right"/>
      </w:pPr>
      <w:r>
        <w:t>کین یو گیو سم گائیڈ لائنز آن ہاؤ ون شوڈ بیکم ا ڈیزرونگ کینڈیڈیٹ فار پیرڈائز؟" دیکھیے، قرآن</w:t>
      </w:r>
    </w:p>
    <w:p>
      <w:r>
        <w:rPr>
          <w:b/>
        </w:rPr>
        <w:t xml:space="preserve">[1:04:57] </w:t>
      </w:r>
      <w:r>
        <w:t>mein hai ke "zalk jadao muntziqa" ke jannat us ke liye hai jo apna tazkiya kare.</w:t>
      </w:r>
    </w:p>
    <w:p>
      <w:pPr>
        <w:jc w:val="right"/>
      </w:pPr>
      <w:r>
        <w:t>میں ہے کہ "ذالک جداو منتذقہ" کہ جنت اس کے لیے ہے جو اپنا تزکیہ کرے۔</w:t>
      </w:r>
    </w:p>
    <w:p>
      <w:r>
        <w:rPr>
          <w:b/>
        </w:rPr>
        <w:t xml:space="preserve">[1:05:03] </w:t>
      </w:r>
      <w:r>
        <w:t>tazkiya ka matlab kya hai? Apne ko tayyar kare.</w:t>
      </w:r>
    </w:p>
    <w:p>
      <w:pPr>
        <w:jc w:val="right"/>
      </w:pPr>
      <w:r>
        <w:t>تزکیہ کا مطلب کیا ہے؟ اپنے کو تیار کرے۔</w:t>
      </w:r>
    </w:p>
    <w:p>
      <w:r>
        <w:rPr>
          <w:b/>
        </w:rPr>
        <w:t xml:space="preserve">[1:05:09] </w:t>
      </w:r>
      <w:r>
        <w:t>tayyar kiya maeni hai? Dekhiye, Quran mein bohat si ayatein hain is hawale se ke jannat ke log</w:t>
      </w:r>
    </w:p>
    <w:p>
      <w:pPr>
        <w:jc w:val="right"/>
      </w:pPr>
      <w:r>
        <w:t>تیار کیا معنی ہے؟ دیکھیے، قرآن میں بہت سی آیتیں ہیں اس حوالے سے کہ جنت کے لوگ</w:t>
      </w:r>
    </w:p>
    <w:p>
      <w:r>
        <w:rPr>
          <w:b/>
        </w:rPr>
        <w:t xml:space="preserve">[1:05:15] </w:t>
      </w:r>
      <w:r>
        <w:t>bohat zyada un ke andar pak mind hoga, woh bohat zyada peaceful honge.</w:t>
      </w:r>
    </w:p>
    <w:p>
      <w:pPr>
        <w:jc w:val="right"/>
      </w:pPr>
      <w:r>
        <w:t>بہت زیادہ ان کے اندر پاک مائنڈ ہوگا، وہ بہت زیادہ پیس فل ہوں گے۔</w:t>
      </w:r>
    </w:p>
    <w:p>
      <w:r>
        <w:rPr>
          <w:b/>
        </w:rPr>
        <w:t xml:space="preserve">[1:05:20] </w:t>
      </w:r>
      <w:r>
        <w:t>un ke andar bohat zyada, yani blushing hogi ek doosre ke liye.</w:t>
      </w:r>
    </w:p>
    <w:p>
      <w:pPr>
        <w:jc w:val="right"/>
      </w:pPr>
      <w:r>
        <w:t>ان کے اندر بہت زیادہ، یعنی بلوشنگ ہوگی ایک دوسرے کے لیے۔</w:t>
      </w:r>
    </w:p>
    <w:p>
      <w:r>
        <w:rPr>
          <w:b/>
        </w:rPr>
        <w:t xml:space="preserve">[1:05:26] </w:t>
      </w:r>
      <w:r>
        <w:t>woh kabhi kisi ke division create nahi karenge.</w:t>
      </w:r>
    </w:p>
    <w:p>
      <w:pPr>
        <w:jc w:val="right"/>
      </w:pPr>
      <w:r>
        <w:t>وہ کبھی کسی کے ڈویژن کریٹ نہیں کریں گے۔</w:t>
      </w:r>
    </w:p>
    <w:p>
      <w:r>
        <w:rPr>
          <w:b/>
        </w:rPr>
        <w:t xml:space="preserve">[1:05:32] </w:t>
      </w:r>
      <w:r>
        <w:t>woh kabhi manfi boli nahi bolenge.</w:t>
      </w:r>
    </w:p>
    <w:p>
      <w:pPr>
        <w:jc w:val="right"/>
      </w:pPr>
      <w:r>
        <w:t>وہ کبھی منفی بولی نہیں بولیں گے۔</w:t>
      </w:r>
    </w:p>
    <w:p>
      <w:r>
        <w:rPr>
          <w:b/>
        </w:rPr>
        <w:t xml:space="preserve">[1:05:37] </w:t>
      </w:r>
      <w:r>
        <w:t>woh Alhamdulillah, Quran mein hai ke "wa khil alhamdu lillahi rabbil alameen".</w:t>
      </w:r>
    </w:p>
    <w:p>
      <w:pPr>
        <w:jc w:val="right"/>
      </w:pPr>
      <w:r>
        <w:t>وہ الحمدللہ، قرآن میں ہے کہ "وَخِلْ الْحَمْدُ لِلَّهِ رَبِّ الْعَالَمِينَ"۔</w:t>
      </w:r>
    </w:p>
    <w:p>
      <w:r>
        <w:rPr>
          <w:b/>
        </w:rPr>
        <w:t xml:space="preserve">[1:05:43] </w:t>
      </w:r>
      <w:r>
        <w:t>woh hamd-e-khudawandi mein jiyenge, yani Khuda ki glory mein jiyenge.</w:t>
      </w:r>
    </w:p>
    <w:p>
      <w:pPr>
        <w:jc w:val="right"/>
      </w:pPr>
      <w:r>
        <w:t>وہ حمد خداوندی میں جئیں گے، یعنی خدا کی گلوری میں جئیں گے۔</w:t>
      </w:r>
    </w:p>
    <w:p>
      <w:r>
        <w:rPr>
          <w:b/>
        </w:rPr>
        <w:t xml:space="preserve">[1:05:49] </w:t>
      </w:r>
      <w:r>
        <w:t>yeh sari siftien paida kijiye.</w:t>
      </w:r>
    </w:p>
    <w:p>
      <w:pPr>
        <w:jc w:val="right"/>
      </w:pPr>
      <w:r>
        <w:t>یہ ساری صفتیں پیدا کیجئے۔</w:t>
      </w:r>
    </w:p>
    <w:p>
      <w:r>
        <w:rPr>
          <w:b/>
        </w:rPr>
        <w:t xml:space="preserve">[1:05:54] </w:t>
      </w:r>
      <w:r>
        <w:t>yeh to quran mein aap dekh sakte hain.</w:t>
      </w:r>
    </w:p>
    <w:p>
      <w:pPr>
        <w:jc w:val="right"/>
      </w:pPr>
      <w:r>
        <w:t>یہ تو قرآن میں آپ دیکھ سکتے ہیں۔</w:t>
      </w:r>
    </w:p>
    <w:p>
      <w:r>
        <w:rPr>
          <w:b/>
        </w:rPr>
        <w:t xml:space="preserve">[1:06:00] </w:t>
      </w:r>
      <w:r>
        <w:t>quran mein hai ke "fi maqad-is-sidqi minda malik-il-muqtadir".</w:t>
      </w:r>
    </w:p>
    <w:p>
      <w:pPr>
        <w:jc w:val="right"/>
      </w:pPr>
      <w:r>
        <w:t>قرآن میں ہے کہ "فی مَقَدِ الصِّدْقِ مِنْدَ مَلِكِ الْمُقْدِدِ"۔</w:t>
      </w:r>
    </w:p>
    <w:p>
      <w:r>
        <w:rPr>
          <w:b/>
        </w:rPr>
        <w:t xml:space="preserve">[1:06:06] </w:t>
      </w:r>
      <w:r>
        <w:t>jannat walay Allah ke paas sachai ki seat par honge.</w:t>
      </w:r>
    </w:p>
    <w:p>
      <w:pPr>
        <w:jc w:val="right"/>
      </w:pPr>
      <w:r>
        <w:t>جنت والے اللہ کے پاس سچائی کی سیٹ پر ہوں گے۔</w:t>
      </w:r>
    </w:p>
    <w:p>
      <w:r>
        <w:rPr>
          <w:b/>
        </w:rPr>
        <w:t xml:space="preserve">[1:06:11] </w:t>
      </w:r>
      <w:r>
        <w:t>aap yeh samjhiye ke jinke andar waqi woh personality hogi jo sachai wali personality hai.</w:t>
      </w:r>
    </w:p>
    <w:p>
      <w:pPr>
        <w:jc w:val="right"/>
      </w:pPr>
      <w:r>
        <w:t>آپ یہ سمجھیے کہ جن کے اندر واقعی وہ پرسنیلٹی ہوگی جو سچائی والی پرسنیلٹی ہے۔</w:t>
      </w:r>
    </w:p>
    <w:p>
      <w:r>
        <w:rPr>
          <w:b/>
        </w:rPr>
        <w:t xml:space="preserve">[1:06:17] </w:t>
      </w:r>
      <w:r>
        <w:t>aaj kal to bas to har aadmi jhoot bolta hai.</w:t>
      </w:r>
    </w:p>
    <w:p>
      <w:pPr>
        <w:jc w:val="right"/>
      </w:pPr>
      <w:r>
        <w:t>آج کل تو بس تو ہر آدمی جھوٹ بولتا ہے۔</w:t>
      </w:r>
    </w:p>
    <w:p>
      <w:r>
        <w:rPr>
          <w:b/>
        </w:rPr>
        <w:t xml:space="preserve">[1:06:23] </w:t>
      </w:r>
      <w:r>
        <w:t>koi direct, koi indirect.</w:t>
      </w:r>
    </w:p>
    <w:p>
      <w:pPr>
        <w:jc w:val="right"/>
      </w:pPr>
      <w:r>
        <w:t>کوئی ڈائریکٹ، کوئی ان ڈائریکٹ۔</w:t>
      </w:r>
    </w:p>
    <w:p>
      <w:r>
        <w:rPr>
          <w:b/>
        </w:rPr>
        <w:t xml:space="preserve">[1:06:28] </w:t>
      </w:r>
      <w:r>
        <w:t>jisko dekhiye, woh jhoot bolta hai.</w:t>
      </w:r>
    </w:p>
    <w:p>
      <w:pPr>
        <w:jc w:val="right"/>
      </w:pPr>
      <w:r>
        <w:t>جس کو دیکھیے، وہ جھوٹ بولتا ہے۔</w:t>
      </w:r>
    </w:p>
    <w:p>
      <w:r>
        <w:rPr>
          <w:b/>
        </w:rPr>
        <w:t xml:space="preserve">[1:06:34] </w:t>
      </w:r>
      <w:r>
        <w:t>mujhe to koi aadmi nahi maloom jo jhoot na bolta ho.</w:t>
      </w:r>
    </w:p>
    <w:p>
      <w:pPr>
        <w:jc w:val="right"/>
      </w:pPr>
      <w:r>
        <w:t>مجھے تو کوئی آدمی نہیں معلوم جو جھوٹ نہ بولتا ہو۔</w:t>
      </w:r>
    </w:p>
    <w:p>
      <w:r>
        <w:rPr>
          <w:b/>
        </w:rPr>
        <w:t xml:space="preserve">[1:06:40] </w:t>
      </w:r>
      <w:r>
        <w:t>koi negative jhoot bol raha hai, koi beautiful jhoot bol raha hai.</w:t>
      </w:r>
    </w:p>
    <w:p>
      <w:pPr>
        <w:jc w:val="right"/>
      </w:pPr>
      <w:r>
        <w:t>کوئی نیگیٹو جھوٹ بول رہا ہے، کوئی بیوٹی فل جھوٹ بول رہا ہے۔</w:t>
      </w:r>
    </w:p>
    <w:p>
      <w:r>
        <w:rPr>
          <w:b/>
        </w:rPr>
        <w:t xml:space="preserve">[1:06:46] </w:t>
      </w:r>
      <w:r>
        <w:t>to kya aise log zahir hai ke wahan baithe qabil nahi ho sakte? "fi maqad-is-sidqi minda malik-il-muqtadir".</w:t>
      </w:r>
    </w:p>
    <w:p>
      <w:pPr>
        <w:jc w:val="right"/>
      </w:pPr>
      <w:r>
        <w:t>تو کیا ایسے لوگ ظاہر ہے کہ وہاں بیٹھے قابل نہیں ہو سکتے؟ "فی مَقَدِ الصِّدْقِ مِنْدَ مَلِكِ الْمُقْدِدِ"۔</w:t>
      </w:r>
    </w:p>
    <w:p>
      <w:r>
        <w:rPr>
          <w:b/>
        </w:rPr>
        <w:t xml:space="preserve">[1:06:51] </w:t>
      </w:r>
      <w:r>
        <w:t>aap ko bohat soch kar ke jeena hoga dunya mein ke mezban se sirf sach nikle.</w:t>
      </w:r>
    </w:p>
    <w:p>
      <w:pPr>
        <w:jc w:val="right"/>
      </w:pPr>
      <w:r>
        <w:t>آپ کو بہت سوچ کر کے جینا ہوگا دنیا میں کہ میزبان سے صرف سچ نکلے۔</w:t>
      </w:r>
    </w:p>
    <w:p>
      <w:r>
        <w:rPr>
          <w:b/>
        </w:rPr>
        <w:t xml:space="preserve">[1:06:57] </w:t>
      </w:r>
      <w:r>
        <w:t>sach kya hai? jo reality ho, jo waqi ke mutabiq ho, jo bahar ke jo haqaiq hain, us</w:t>
      </w:r>
    </w:p>
    <w:p>
      <w:pPr>
        <w:jc w:val="right"/>
      </w:pPr>
      <w:r>
        <w:t>سچ کیا ہے؟ جو ریلیٹی ہو، جو واقعی کے مطابق ہو، جو باہر کے جو حقائق ہیں، اس</w:t>
      </w:r>
    </w:p>
    <w:p>
      <w:r>
        <w:rPr>
          <w:b/>
        </w:rPr>
        <w:t xml:space="preserve">[1:07:03] </w:t>
      </w:r>
      <w:r>
        <w:t>se collaborate kar raha ho, woh sach hai.</w:t>
      </w:r>
    </w:p>
    <w:p>
      <w:pPr>
        <w:jc w:val="right"/>
      </w:pPr>
      <w:r>
        <w:t>سے کولیبریٹ کر رہا ہو، وہ سچ ہے۔</w:t>
      </w:r>
    </w:p>
    <w:p>
      <w:r>
        <w:rPr>
          <w:b/>
        </w:rPr>
        <w:t xml:space="preserve">[1:07:08] </w:t>
      </w:r>
      <w:r>
        <w:t>yeh sab siftien apne andar paida karna, apne aap ko jannat ka deserving candidate banana hai.</w:t>
      </w:r>
    </w:p>
    <w:p>
      <w:pPr>
        <w:jc w:val="right"/>
      </w:pPr>
      <w:r>
        <w:t>یہ سب صفتیں اپنے اندر پیدا کرنا، اپنے آپ کو جنت کا ڈیزرونگ کینڈیڈیٹ بنانا ہے۔</w:t>
      </w:r>
    </w:p>
    <w:p>
      <w:r>
        <w:rPr>
          <w:b/>
        </w:rPr>
        <w:t xml:space="preserve">[1:07:14] </w:t>
      </w:r>
      <w:r>
        <w:t>maulana, agla sawal dhampur se hai mehtab ahmad sahib ka.</w:t>
      </w:r>
    </w:p>
    <w:p>
      <w:pPr>
        <w:jc w:val="right"/>
      </w:pPr>
      <w:r>
        <w:t>مولانا، اگلا سوال دھامپور سے ہے مہتاب احمد صاحب کا۔</w:t>
      </w:r>
    </w:p>
    <w:p>
      <w:r>
        <w:rPr>
          <w:b/>
        </w:rPr>
        <w:t xml:space="preserve">[1:07:20] </w:t>
      </w:r>
      <w:r>
        <w:t>انہوں نے آپ سے پوچھا ہے: "What is the meaning of Jaish-e-Muhammad?" اس کے بارے میں آپ بتائیں۔</w:t>
      </w:r>
    </w:p>
    <w:p>
      <w:pPr>
        <w:jc w:val="right"/>
      </w:pPr>
      <w:r>
        <w:t>انہوں نے آپ سے پوچھا ہے: "واٹ از دا میننگ آف جیش محمد؟" اس کے بارے میں آپ بتائیں۔</w:t>
      </w:r>
    </w:p>
    <w:p>
      <w:r>
        <w:rPr>
          <w:b/>
        </w:rPr>
        <w:t xml:space="preserve">[1:07:25] </w:t>
      </w:r>
      <w:r>
        <w:t>yeh lafzi meaning to hai Muhammad ka lashkar.</w:t>
      </w:r>
    </w:p>
    <w:p>
      <w:pPr>
        <w:jc w:val="right"/>
      </w:pPr>
      <w:r>
        <w:t>یہ لفظی میننگ تو ہے محمد کا لشکر۔</w:t>
      </w:r>
    </w:p>
    <w:p>
      <w:r>
        <w:rPr>
          <w:b/>
        </w:rPr>
        <w:t xml:space="preserve">[1:07:31] </w:t>
      </w:r>
      <w:r>
        <w:t>jaish maani lashkar, army.</w:t>
      </w:r>
    </w:p>
    <w:p>
      <w:pPr>
        <w:jc w:val="right"/>
      </w:pPr>
      <w:r>
        <w:t>جیش معنی لشکر، آرمی۔</w:t>
      </w:r>
    </w:p>
    <w:p>
      <w:r>
        <w:rPr>
          <w:b/>
        </w:rPr>
        <w:t xml:space="preserve">[1:07:37] </w:t>
      </w:r>
      <w:r>
        <w:t>to is ka matlab yeh hai ke Muhammad ka jo mission tha, us mission ko fulfill karne ke</w:t>
      </w:r>
    </w:p>
    <w:p>
      <w:pPr>
        <w:jc w:val="right"/>
      </w:pPr>
      <w:r>
        <w:t>تو اس کا مطلب یہ ہے کہ محمد کا جو مشن تھا، اس مشن کو فلفل کرنے کے</w:t>
      </w:r>
    </w:p>
    <w:p>
      <w:r>
        <w:rPr>
          <w:b/>
        </w:rPr>
        <w:t xml:space="preserve">[1:07:42] </w:t>
      </w:r>
      <w:r>
        <w:t>liye yeh log samajhte hain ke hum ne ek army banai hai aur is mission ko hum pura</w:t>
      </w:r>
    </w:p>
    <w:p>
      <w:pPr>
        <w:jc w:val="right"/>
      </w:pPr>
      <w:r>
        <w:t>لیے یہ لوگ سمجھتے ہیں کہ ہم نے ایک آرمی بنائی ہے اور اس مشن کو ہم پورا</w:t>
      </w:r>
    </w:p>
    <w:p>
      <w:r>
        <w:rPr>
          <w:b/>
        </w:rPr>
        <w:t xml:space="preserve">[1:07:48] </w:t>
      </w:r>
      <w:r>
        <w:t>kar rahe hain.</w:t>
      </w:r>
    </w:p>
    <w:p>
      <w:pPr>
        <w:jc w:val="right"/>
      </w:pPr>
      <w:r>
        <w:t>کر رہے ہیں۔</w:t>
      </w:r>
    </w:p>
    <w:p>
      <w:r>
        <w:rPr>
          <w:b/>
        </w:rPr>
        <w:t xml:space="preserve">[1:07:54] </w:t>
      </w:r>
      <w:r>
        <w:t>yeh farsi mein jeete hain.</w:t>
      </w:r>
    </w:p>
    <w:p>
      <w:pPr>
        <w:jc w:val="right"/>
      </w:pPr>
      <w:r>
        <w:t>یہ فارسی میں جیتے ہیں۔</w:t>
      </w:r>
    </w:p>
    <w:p>
      <w:r>
        <w:rPr>
          <w:b/>
        </w:rPr>
        <w:t xml:space="preserve">[1:07:59] </w:t>
      </w:r>
      <w:r>
        <w:t>rasool Allah ka yeh mission hi nahi tha ke bomb maro, gun chalao.</w:t>
      </w:r>
    </w:p>
    <w:p>
      <w:pPr>
        <w:jc w:val="right"/>
      </w:pPr>
      <w:r>
        <w:t>رسول اللہ کا یہ مشن ہی نہیں تھا کہ بم مارو، گن چلاؤ۔</w:t>
      </w:r>
    </w:p>
    <w:p>
      <w:r>
        <w:rPr>
          <w:b/>
        </w:rPr>
        <w:t xml:space="preserve">[1:08:05] </w:t>
      </w:r>
      <w:r>
        <w:t>rasool Allah ka mission to peaceful mission tha.</w:t>
      </w:r>
    </w:p>
    <w:p>
      <w:pPr>
        <w:jc w:val="right"/>
      </w:pPr>
      <w:r>
        <w:t>رسول اللہ کا مشن تو پیس فل مشن تھا۔</w:t>
      </w:r>
    </w:p>
    <w:p>
      <w:r>
        <w:rPr>
          <w:b/>
        </w:rPr>
        <w:t xml:space="preserve">[1:08:11] </w:t>
      </w:r>
      <w:r>
        <w:t>to naam rakh rakha hai, yani rasool Allah ke naam par karte hain, yani woh kaam jo rasool</w:t>
      </w:r>
    </w:p>
    <w:p>
      <w:pPr>
        <w:jc w:val="right"/>
      </w:pPr>
      <w:r>
        <w:t>تو نام رکھ رکھا ہے، یعنی رسول اللہ کے نام پر کرتے ہیں، یعنی وہ کام جو رسول</w:t>
      </w:r>
    </w:p>
    <w:p>
      <w:r>
        <w:rPr>
          <w:b/>
        </w:rPr>
        <w:t xml:space="preserve">[1:08:17] </w:t>
      </w:r>
      <w:r>
        <w:t>allah se koi talluq nahi hai.</w:t>
      </w:r>
    </w:p>
    <w:p>
      <w:pPr>
        <w:jc w:val="right"/>
      </w:pPr>
      <w:r>
        <w:t>اللہ سے کوئی تعلق نہیں۔</w:t>
      </w:r>
    </w:p>
    <w:p>
      <w:r>
        <w:rPr>
          <w:b/>
        </w:rPr>
        <w:t xml:space="preserve">[1:08:22] </w:t>
      </w:r>
      <w:r>
        <w:t>dekhen, wajah kya hai? be khabar.</w:t>
      </w:r>
    </w:p>
    <w:p>
      <w:pPr>
        <w:jc w:val="right"/>
      </w:pPr>
      <w:r>
        <w:t>دیکھیں، وجہ کیا ہے؟ بے خبر۔</w:t>
      </w:r>
    </w:p>
    <w:p>
      <w:r>
        <w:rPr>
          <w:b/>
        </w:rPr>
        <w:t xml:space="preserve">[1:08:28] </w:t>
      </w:r>
      <w:r>
        <w:t>wo bilkul jante hi nahi ke is daur mein rasool allah ke mission ko chalane ke liye kya</w:t>
      </w:r>
    </w:p>
    <w:p>
      <w:pPr>
        <w:jc w:val="right"/>
      </w:pPr>
      <w:r>
        <w:t>وہ بالکل جانتے ہی نہیں کہ اس دور میں رسول اللہ کے مشن کو چلانے کے لیے کیا</w:t>
      </w:r>
    </w:p>
    <w:p>
      <w:r>
        <w:rPr>
          <w:b/>
        </w:rPr>
        <w:t xml:space="preserve">[1:08:34] </w:t>
      </w:r>
      <w:r>
        <w:t>karna hai, aaj ki opportunities kya hain.</w:t>
      </w:r>
    </w:p>
    <w:p>
      <w:pPr>
        <w:jc w:val="right"/>
      </w:pPr>
      <w:r>
        <w:t>کرنا ہے، آج کی اپرچونیٹیز کیا ہیں۔</w:t>
      </w:r>
    </w:p>
    <w:p>
      <w:r>
        <w:rPr>
          <w:b/>
        </w:rPr>
        <w:t xml:space="preserve">[1:08:39] </w:t>
      </w:r>
      <w:r>
        <w:t>is se bilkul be khabar hain, totally be khabar hain.</w:t>
      </w:r>
    </w:p>
    <w:p>
      <w:pPr>
        <w:jc w:val="right"/>
      </w:pPr>
      <w:r>
        <w:t>اس سے بالکل بے خبر ہیں، ٹوٹلی بے خبر ہیں۔</w:t>
      </w:r>
    </w:p>
    <w:p>
      <w:r>
        <w:rPr>
          <w:b/>
        </w:rPr>
        <w:t xml:space="preserve">[1:08:45] </w:t>
      </w:r>
      <w:r>
        <w:t>ise is tarah ki harkaten karte hain.</w:t>
      </w:r>
    </w:p>
    <w:p>
      <w:pPr>
        <w:jc w:val="right"/>
      </w:pPr>
      <w:r>
        <w:t>اسے اس طرح کی حرکتیں کرتے ہیں۔</w:t>
      </w:r>
    </w:p>
    <w:p>
      <w:r>
        <w:rPr>
          <w:b/>
        </w:rPr>
        <w:t xml:space="preserve">[1:08:51] </w:t>
      </w:r>
      <w:r>
        <w:t>is ke liye hum ne misaal di ke japan wale totally be khabar the modern opportunities se.</w:t>
      </w:r>
    </w:p>
    <w:p>
      <w:pPr>
        <w:jc w:val="right"/>
      </w:pPr>
      <w:r>
        <w:t>اس کے لیے ہم نے مثال دی کہ جاپان والے ٹوٹلی بے خبر تھے ماڈرن اپرچونیٹیز سے۔</w:t>
      </w:r>
    </w:p>
    <w:p>
      <w:r>
        <w:rPr>
          <w:b/>
        </w:rPr>
        <w:t xml:space="preserve">[1:08:56] </w:t>
      </w:r>
      <w:r>
        <w:t>to apne ko halak kar rahe the.</w:t>
      </w:r>
    </w:p>
    <w:p>
      <w:pPr>
        <w:jc w:val="right"/>
      </w:pPr>
      <w:r>
        <w:t>تو اپنے کو ہلاک کر رہے تھے۔</w:t>
      </w:r>
    </w:p>
    <w:p>
      <w:r>
        <w:rPr>
          <w:b/>
        </w:rPr>
        <w:t xml:space="preserve">[1:09:02] </w:t>
      </w:r>
      <w:r>
        <w:t>jab wo jaan gaye to aa gaye doosri duniya mein.</w:t>
      </w:r>
    </w:p>
    <w:p>
      <w:pPr>
        <w:jc w:val="right"/>
      </w:pPr>
      <w:r>
        <w:t>جب وہ جان گئے تو آ گئے دوسری دنیا میں۔</w:t>
      </w:r>
    </w:p>
    <w:p>
      <w:r>
        <w:rPr>
          <w:b/>
        </w:rPr>
        <w:t xml:space="preserve">[1:09:08] </w:t>
      </w:r>
      <w:r>
        <w:t>badi achhi kitab hai wo jo main aap se, aap se kaha hai, wo moti si kitab hai.</w:t>
      </w:r>
    </w:p>
    <w:p>
      <w:pPr>
        <w:jc w:val="right"/>
      </w:pPr>
      <w:r>
        <w:t>بڑی اچھی کتاب ہے وہ جو میں آپ سے، آپ سے کہا ہے، وہ موٹی سی کتاب ہے۔</w:t>
      </w:r>
    </w:p>
    <w:p>
      <w:r>
        <w:rPr>
          <w:b/>
        </w:rPr>
        <w:t xml:space="preserve">[1:09:13] </w:t>
      </w:r>
      <w:r>
        <w:t>wo jo, wo jo kitab ka naam unhone kaha hai "history of japan".</w:t>
      </w:r>
    </w:p>
    <w:p>
      <w:pPr>
        <w:jc w:val="right"/>
      </w:pPr>
      <w:r>
        <w:t>وہ جو، وہ جو کتاب کا نام انہوں نے کہا ہے "ہسٹوری آف جاپان"۔</w:t>
      </w:r>
    </w:p>
    <w:p>
      <w:r>
        <w:rPr>
          <w:b/>
        </w:rPr>
        <w:t xml:space="preserve">[1:09:19] </w:t>
      </w:r>
      <w:r>
        <w:t>bahut ek aadmi ne bahut zabardast study ki, wahan ja kar ke tab ye kitab likhi hai.</w:t>
      </w:r>
    </w:p>
    <w:p>
      <w:pPr>
        <w:jc w:val="right"/>
      </w:pPr>
      <w:r>
        <w:t>بہت ایک آدمی نے بہت زبردست اسٹڈی کی، وہاں جا کر کے تب یہ کتاب لکھی ہے۔</w:t>
      </w:r>
    </w:p>
    <w:p>
      <w:r>
        <w:rPr>
          <w:b/>
        </w:rPr>
        <w:t xml:space="preserve">[1:09:25] </w:t>
      </w:r>
      <w:r>
        <w:t>maulana, agla sawal hyderabad se hai zubair ahmad sahab ka.</w:t>
      </w:r>
    </w:p>
    <w:p>
      <w:pPr>
        <w:jc w:val="right"/>
      </w:pPr>
      <w:r>
        <w:t>مولانا، اگلا سوال حیدرآباد سے ہے زبیر احمد صاحب کا۔</w:t>
      </w:r>
    </w:p>
    <w:p>
      <w:r>
        <w:rPr>
          <w:b/>
        </w:rPr>
        <w:t xml:space="preserve">[1:09:30] </w:t>
      </w:r>
      <w:r>
        <w:t>unhone likha hai: "maulana, aap ne ek hadith bayan ki thi ke aakhri zamane mein jo momin</w:t>
      </w:r>
    </w:p>
    <w:p>
      <w:pPr>
        <w:jc w:val="right"/>
      </w:pPr>
      <w:r>
        <w:t>انہوں نے لکھا ہے: "مولانا، آپ نے ایک حدیث بیان کی تھی کہ آخری زمانے میں جو مومن</w:t>
      </w:r>
    </w:p>
    <w:p>
      <w:r>
        <w:rPr>
          <w:b/>
        </w:rPr>
        <w:t xml:space="preserve">[1:09:36] </w:t>
      </w:r>
      <w:r>
        <w:t>hoga, wo sacha khwab dekhe ga.</w:t>
      </w:r>
    </w:p>
    <w:p>
      <w:pPr>
        <w:jc w:val="right"/>
      </w:pPr>
      <w:r>
        <w:t>ہوگا، وہ سچا خواب دیکھے گا۔</w:t>
      </w:r>
    </w:p>
    <w:p>
      <w:r>
        <w:rPr>
          <w:b/>
        </w:rPr>
        <w:t xml:space="preserve">[1:09:42] </w:t>
      </w:r>
      <w:r>
        <w:t>baraye karam is ka khulasa kijiye ke is ka talluq kis type ke khwab se hai?" mujhe to</w:t>
      </w:r>
    </w:p>
    <w:p>
      <w:pPr>
        <w:jc w:val="right"/>
      </w:pPr>
      <w:r>
        <w:t>برائے کرم اس کا خلاصہ کیجئے کہ اس کا تعلق کس ٹائپ کے خواب سے ہے؟" مجھے تو</w:t>
      </w:r>
    </w:p>
    <w:p>
      <w:r>
        <w:rPr>
          <w:b/>
        </w:rPr>
        <w:t xml:space="preserve">[1:09:48] </w:t>
      </w:r>
      <w:r>
        <w:t>yaad nahi ke main ne kaha hua tha bayan kiya tha.</w:t>
      </w:r>
    </w:p>
    <w:p>
      <w:pPr>
        <w:jc w:val="right"/>
      </w:pPr>
      <w:r>
        <w:t>یاد نہیں کہ میں نے کہا ہوا تھا بیان کیا تھا۔</w:t>
      </w:r>
    </w:p>
    <w:p>
      <w:r>
        <w:rPr>
          <w:b/>
        </w:rPr>
        <w:t xml:space="preserve">[1:09:53] </w:t>
      </w:r>
      <w:r>
        <w:t>ab sachhe khwab ka koi, koi mathematical formula to hai nahi.</w:t>
      </w:r>
    </w:p>
    <w:p>
      <w:pPr>
        <w:jc w:val="right"/>
      </w:pPr>
      <w:r>
        <w:t>اب سچے خواب کا کوئی، کوئی میتھمیٹیکل فارمولا تو ہے نہیں۔</w:t>
      </w:r>
    </w:p>
    <w:p>
      <w:r>
        <w:rPr>
          <w:b/>
        </w:rPr>
        <w:t xml:space="preserve">[1:09:59] </w:t>
      </w:r>
      <w:r>
        <w:t>kyun ke hadith mein aata hai ke khwab teen qism ke hote hain: "hadith al nafs", "tafweeh al shaitan" aur "busharat".</w:t>
      </w:r>
    </w:p>
    <w:p>
      <w:pPr>
        <w:jc w:val="right"/>
      </w:pPr>
      <w:r>
        <w:t>کیونکہ حدیث میں آتا ہے کہ خواب تین قسم کے ہوتے ہیں: "حدیث النفس"، "تفہو شیطان بشارت"۔</w:t>
      </w:r>
    </w:p>
    <w:p>
      <w:r>
        <w:rPr>
          <w:b/>
        </w:rPr>
        <w:t xml:space="preserve">[1:10:05] </w:t>
      </w:r>
      <w:r>
        <w:t>yani apne dil ki baat ko khwab mein dekh lena aur shaitan ka darawa ho, is se khwab</w:t>
      </w:r>
    </w:p>
    <w:p>
      <w:pPr>
        <w:jc w:val="right"/>
      </w:pPr>
      <w:r>
        <w:t>یعنی اپنے دل کی بات کو خواب میں دیکھ لینا اور شیطان کا ڈراوا ہو، اس سے خواب</w:t>
      </w:r>
    </w:p>
    <w:p>
      <w:r>
        <w:rPr>
          <w:b/>
        </w:rPr>
        <w:t xml:space="preserve">[1:10:10] </w:t>
      </w:r>
      <w:r>
        <w:t>aaye aur ya allah ki basharat.</w:t>
      </w:r>
    </w:p>
    <w:p>
      <w:pPr>
        <w:jc w:val="right"/>
      </w:pPr>
      <w:r>
        <w:t>آئے اور یا اللہ کی بشارت۔</w:t>
      </w:r>
    </w:p>
    <w:p>
      <w:r>
        <w:rPr>
          <w:b/>
        </w:rPr>
        <w:t xml:space="preserve">[1:10:16] </w:t>
      </w:r>
      <w:r>
        <w:t>to khwab teen qism ke hote hain.</w:t>
      </w:r>
    </w:p>
    <w:p>
      <w:pPr>
        <w:jc w:val="right"/>
      </w:pPr>
      <w:r>
        <w:t>تو خواب تین قسم کے ہوتے ہیں۔</w:t>
      </w:r>
    </w:p>
    <w:p>
      <w:r>
        <w:rPr>
          <w:b/>
        </w:rPr>
        <w:t xml:space="preserve">[1:10:22] </w:t>
      </w:r>
      <w:r>
        <w:t>to ab wo bahut, yani is khwab ke nature, is ke ko ghor kar ke samajh mein aa</w:t>
      </w:r>
    </w:p>
    <w:p>
      <w:pPr>
        <w:jc w:val="right"/>
      </w:pPr>
      <w:r>
        <w:t>تو اب وہ بہت، یعنی اس خواب کے نیچر، اس کے کو غور کر کے سمجھ میں آ</w:t>
      </w:r>
    </w:p>
    <w:p>
      <w:r>
        <w:rPr>
          <w:b/>
        </w:rPr>
        <w:t xml:space="preserve">[1:10:27] </w:t>
      </w:r>
      <w:r>
        <w:t>sakta hai ke kis category ka hai khwab is ka.</w:t>
      </w:r>
    </w:p>
    <w:p>
      <w:pPr>
        <w:jc w:val="right"/>
      </w:pPr>
      <w:r>
        <w:t>سکتا ہے کہ کس کیٹیگری کا ہے خواب اس کا۔</w:t>
      </w:r>
    </w:p>
    <w:p>
      <w:r>
        <w:rPr>
          <w:b/>
        </w:rPr>
        <w:t xml:space="preserve">[1:10:33] </w:t>
      </w:r>
      <w:r>
        <w:t>kis ka hai? is ke liye koi hard words rule nahi hai.</w:t>
      </w:r>
    </w:p>
    <w:p>
      <w:pPr>
        <w:jc w:val="right"/>
      </w:pPr>
      <w:r>
        <w:t>کس کا ہے؟ اس کے لیے کوئی ہارڈ الفاظ رول نہیں ہے۔</w:t>
      </w:r>
    </w:p>
    <w:p>
      <w:r>
        <w:rPr>
          <w:b/>
        </w:rPr>
        <w:t xml:space="preserve">[1:10:39] </w:t>
      </w:r>
      <w:r>
        <w:t>maulana, agla sawal kashmir se hai irfan ahmad sahab ka.</w:t>
      </w:r>
    </w:p>
    <w:p>
      <w:pPr>
        <w:jc w:val="right"/>
      </w:pPr>
      <w:r>
        <w:t>مولانا، اگلا سوال کشمیر سے ہے عرفان احمد صاحب کا۔</w:t>
      </w:r>
    </w:p>
    <w:p>
      <w:r>
        <w:rPr>
          <w:b/>
        </w:rPr>
        <w:t xml:space="preserve">[1:10:44] </w:t>
      </w:r>
      <w:r>
        <w:t>انہوں نے لکھا ہے: "The way we Muslims distribute Quran and other Islamic literature to non-Muslims.</w:t>
      </w:r>
    </w:p>
    <w:p>
      <w:pPr>
        <w:jc w:val="right"/>
      </w:pPr>
      <w:r>
        <w:t>انہوں نے لکھا ہے: "دا وے وی مسلمز ڈسٹریبیوٹ قرآن اینڈ ادر اسلامک لٹریچر ٹو نان مسلمز۔</w:t>
      </w:r>
    </w:p>
    <w:p>
      <w:r>
        <w:rPr>
          <w:b/>
        </w:rPr>
        <w:t xml:space="preserve">[1:10:50] </w:t>
      </w:r>
      <w:r>
        <w:t>If of the same way a non-Muslim missionary gives us a non-Muslim literature, then how should we</w:t>
      </w:r>
    </w:p>
    <w:p>
      <w:pPr>
        <w:jc w:val="right"/>
      </w:pPr>
      <w:r>
        <w:t>اف دا سیم وے ا نان مسلم مشنری گوز اس ا نان مسلم لٹریچر، دین ہاؤ شوڈ وی</w:t>
      </w:r>
    </w:p>
    <w:p>
      <w:r>
        <w:rPr>
          <w:b/>
        </w:rPr>
        <w:t xml:space="preserve">[1:10:56] </w:t>
      </w:r>
      <w:r>
        <w:t>respond in such a situation? Kindly guide us." Respond ka matlab kya hai? Respond matlab Maulana, aisi situation</w:t>
      </w:r>
    </w:p>
    <w:p>
      <w:pPr>
        <w:jc w:val="right"/>
      </w:pPr>
      <w:r>
        <w:t>ریسپانڈ ان سچ ا سچویشن؟ کائنڈلی گائیڈ اس۔" ریسپانڈ کا مطلب کیا ہے؟ ریسپانڈ مطلب مولانا، ایسی سچویشن</w:t>
      </w:r>
    </w:p>
    <w:p>
      <w:r>
        <w:rPr>
          <w:b/>
        </w:rPr>
        <w:t xml:space="preserve">[1:11:02] </w:t>
      </w:r>
      <w:r>
        <w:t>main woh kya karein? matlab is ko le lein ya kaise is ko respond? yeh zaroor le lijiye.</w:t>
      </w:r>
    </w:p>
    <w:p>
      <w:pPr>
        <w:jc w:val="right"/>
      </w:pPr>
      <w:r>
        <w:t>میں وہ کیا کریں؟ مطلب اس کو لے لیں یا کیسے اس کو ریسپانڈ؟ یہ ضرور لے لیجئے۔</w:t>
      </w:r>
    </w:p>
    <w:p>
      <w:r>
        <w:rPr>
          <w:b/>
        </w:rPr>
        <w:t xml:space="preserve">[1:11:07] </w:t>
      </w:r>
      <w:r>
        <w:t>poochna kya hai? khoob lijiye, khoob dijiye, khoob lijiye.</w:t>
      </w:r>
    </w:p>
    <w:p>
      <w:pPr>
        <w:jc w:val="right"/>
      </w:pPr>
      <w:r>
        <w:t>پوچھنا کیا ہے؟ خوب لیجئے، خوب دیجئے، خوب لیجئے۔</w:t>
      </w:r>
    </w:p>
    <w:p>
      <w:r>
        <w:rPr>
          <w:b/>
        </w:rPr>
        <w:t xml:space="preserve">[1:11:13] </w:t>
      </w:r>
      <w:r>
        <w:t>yeh poochnay ki baat hi nahi.</w:t>
      </w:r>
    </w:p>
    <w:p>
      <w:pPr>
        <w:jc w:val="right"/>
      </w:pPr>
      <w:r>
        <w:t>یہ پوچھنے کی بات ہی نہیں۔</w:t>
      </w:r>
    </w:p>
    <w:p>
      <w:r>
        <w:rPr>
          <w:b/>
        </w:rPr>
        <w:t xml:space="preserve">[1:11:19] </w:t>
      </w:r>
      <w:r>
        <w:t>aap jab de rahe hain to aap ko lena bhi paray ga.</w:t>
      </w:r>
    </w:p>
    <w:p>
      <w:pPr>
        <w:jc w:val="right"/>
      </w:pPr>
      <w:r>
        <w:t>آپ جب دے رہے ہیں تو آپ کو لینا بھی پڑے گا۔</w:t>
      </w:r>
    </w:p>
    <w:p>
      <w:r>
        <w:rPr>
          <w:b/>
        </w:rPr>
        <w:t xml:space="preserve">[1:11:24] </w:t>
      </w:r>
      <w:r>
        <w:t>woh de rahe hain, un ko karnay dijiye.</w:t>
      </w:r>
    </w:p>
    <w:p>
      <w:pPr>
        <w:jc w:val="right"/>
      </w:pPr>
      <w:r>
        <w:t>وہ دے رہے ہیں، ان کو کرنے دیجئے۔</w:t>
      </w:r>
    </w:p>
    <w:p>
      <w:r>
        <w:rPr>
          <w:b/>
        </w:rPr>
        <w:t xml:space="preserve">[1:11:30] </w:t>
      </w:r>
      <w:r>
        <w:t>dunya ka rok to nahi saktay aap.</w:t>
      </w:r>
    </w:p>
    <w:p>
      <w:pPr>
        <w:jc w:val="right"/>
      </w:pPr>
      <w:r>
        <w:t>دنیا کا روک تو نہیں سکتے آپ۔</w:t>
      </w:r>
    </w:p>
    <w:p>
      <w:r>
        <w:rPr>
          <w:b/>
        </w:rPr>
        <w:t xml:space="preserve">[1:11:36] </w:t>
      </w:r>
      <w:r>
        <w:t>allah ne un ko azadi di hai to aap apni azadi ko istemal karein gay.</w:t>
      </w:r>
    </w:p>
    <w:p>
      <w:pPr>
        <w:jc w:val="right"/>
      </w:pPr>
      <w:r>
        <w:t>اللہ نے ان کو آزادی دی ہے تو آپ اپنی آزادی کو استعمال کریں گے۔</w:t>
      </w:r>
    </w:p>
    <w:p>
      <w:r>
        <w:rPr>
          <w:b/>
        </w:rPr>
        <w:t xml:space="preserve">[1:11:41] </w:t>
      </w:r>
      <w:r>
        <w:t>aap apni azadi ko istemal karein gay, woh apni azadi ko istemal karein gay.</w:t>
      </w:r>
    </w:p>
    <w:p>
      <w:pPr>
        <w:jc w:val="right"/>
      </w:pPr>
      <w:r>
        <w:t>آپ اپنی آزادی کو استعمال کریں گے، وہ اپنی آزادی کو استعمال کریں گے۔</w:t>
      </w:r>
    </w:p>
    <w:p>
      <w:r>
        <w:rPr>
          <w:b/>
        </w:rPr>
        <w:t xml:space="preserve">[1:11:47] </w:t>
      </w:r>
      <w:r>
        <w:t>koi restriction nahi laga saktay kisi ke upar, koi rok nahi laga saktay aap.</w:t>
      </w:r>
    </w:p>
    <w:p>
      <w:pPr>
        <w:jc w:val="right"/>
      </w:pPr>
      <w:r>
        <w:t>کوئی ریسٹرکشن نہیں لگا سکتے کسی کے اوپر، کوئی روک نہیں لگا سکتے آپ۔</w:t>
      </w:r>
    </w:p>
    <w:p>
      <w:r>
        <w:rPr>
          <w:b/>
        </w:rPr>
        <w:t xml:space="preserve">[1:11:53] </w:t>
      </w:r>
      <w:r>
        <w:t>karnay dijiye, woh kartay hain.</w:t>
      </w:r>
    </w:p>
    <w:p>
      <w:pPr>
        <w:jc w:val="right"/>
      </w:pPr>
      <w:r>
        <w:t>کرنے دیجئے، وہ کرتے ہیں۔</w:t>
      </w:r>
    </w:p>
    <w:p>
      <w:r>
        <w:rPr>
          <w:b/>
        </w:rPr>
        <w:t xml:space="preserve">[1:11:58] </w:t>
      </w:r>
      <w:r>
        <w:t>woh aap jis cheez ko sach samajhtay hain, us ko, us ko aap kartay rahiye aur allah taala</w:t>
      </w:r>
    </w:p>
    <w:p>
      <w:pPr>
        <w:jc w:val="right"/>
      </w:pPr>
      <w:r>
        <w:t>وہ آپ جس چیز کو سچ سمجھتے ہیں، اس کو، اس کو آپ کرتے رہیے اور اللہ تعالیٰ</w:t>
      </w:r>
    </w:p>
    <w:p>
      <w:r>
        <w:rPr>
          <w:b/>
        </w:rPr>
        <w:t xml:space="preserve">[1:12:04] </w:t>
      </w:r>
      <w:r>
        <w:t>se dua kartay rahiye.</w:t>
      </w:r>
    </w:p>
    <w:p>
      <w:pPr>
        <w:jc w:val="right"/>
      </w:pPr>
      <w:r>
        <w:t>سے دعا کرتے رہیے۔</w:t>
      </w:r>
    </w:p>
    <w:p>
      <w:r>
        <w:rPr>
          <w:b/>
        </w:rPr>
        <w:t xml:space="preserve">[1:12:10] </w:t>
      </w:r>
      <w:r>
        <w:t>maulana, agla sawal dilli se hai shah imran hasan sahab ka.</w:t>
      </w:r>
    </w:p>
    <w:p>
      <w:pPr>
        <w:jc w:val="right"/>
      </w:pPr>
      <w:r>
        <w:t>مولانا، اگلا سوال دلی سے ہے شاہ عمران حسن صاحب کا۔</w:t>
      </w:r>
    </w:p>
    <w:p>
      <w:r>
        <w:rPr>
          <w:b/>
        </w:rPr>
        <w:t xml:space="preserve">[1:12:15] </w:t>
      </w:r>
      <w:r>
        <w:t>unhon ne likha hai: "maulana sahab, meri samajh mein yeh nahi aata ke musalman pun janam ko galat</w:t>
      </w:r>
    </w:p>
    <w:p>
      <w:pPr>
        <w:jc w:val="right"/>
      </w:pPr>
      <w:r>
        <w:t>انہوں نے لکھا ہے: "مولانا صاحب، میری سمجھ میں یہ نہیں آتا کہ مسلمان پن جنم کو غلط</w:t>
      </w:r>
    </w:p>
    <w:p>
      <w:r>
        <w:rPr>
          <w:b/>
        </w:rPr>
        <w:t xml:space="preserve">[1:12:21] </w:t>
      </w:r>
      <w:r>
        <w:t>mantay hain jabkay hazrat masih ke dobara nazool ya pun janam ko sahi mantay hain.</w:t>
      </w:r>
    </w:p>
    <w:p>
      <w:pPr>
        <w:jc w:val="right"/>
      </w:pPr>
      <w:r>
        <w:t>مانتے ہیں جبکہ حضرت مسیح کے دوبارہ نزول یا پن جنم کو صحیح مانتے ہیں۔</w:t>
      </w:r>
    </w:p>
    <w:p>
      <w:r>
        <w:rPr>
          <w:b/>
        </w:rPr>
        <w:t xml:space="preserve">[1:12:27] </w:t>
      </w:r>
      <w:r>
        <w:t>please aap is ko explain karein." nahi, yeh pun janam alag cheez hai.</w:t>
      </w:r>
    </w:p>
    <w:p>
      <w:pPr>
        <w:jc w:val="right"/>
      </w:pPr>
      <w:r>
        <w:t>پلیز آپ اس کو ایکسپلین کریں۔" نہیں، یہ پن جنم الگ چیز ہے۔</w:t>
      </w:r>
    </w:p>
    <w:p>
      <w:r>
        <w:rPr>
          <w:b/>
        </w:rPr>
        <w:t xml:space="preserve">[1:12:33] </w:t>
      </w:r>
      <w:r>
        <w:t>hazrat masih ka amal insan alag cheez hai.</w:t>
      </w:r>
    </w:p>
    <w:p>
      <w:pPr>
        <w:jc w:val="right"/>
      </w:pPr>
      <w:r>
        <w:t>حضرت مسیح کا عامل انسان الگ چیز ہے۔</w:t>
      </w:r>
    </w:p>
    <w:p>
      <w:r>
        <w:rPr>
          <w:b/>
        </w:rPr>
        <w:t xml:space="preserve">[1:12:38] </w:t>
      </w:r>
      <w:r>
        <w:t>donon ek nahi hain.</w:t>
      </w:r>
    </w:p>
    <w:p>
      <w:pPr>
        <w:jc w:val="right"/>
      </w:pPr>
      <w:r>
        <w:t>دونوں ایک نہیں ہیں۔</w:t>
      </w:r>
    </w:p>
    <w:p>
      <w:r>
        <w:rPr>
          <w:b/>
        </w:rPr>
        <w:t xml:space="preserve">[1:12:44] </w:t>
      </w:r>
      <w:r>
        <w:t>pun janam to ek philosophy hai, is se is ka koi talluq nahi hai.</w:t>
      </w:r>
    </w:p>
    <w:p>
      <w:pPr>
        <w:jc w:val="right"/>
      </w:pPr>
      <w:r>
        <w:t>پن جنم تو ایک فلاسفی ہے، اس سے اس کا کوئی تعلق نہیں ہے۔</w:t>
      </w:r>
    </w:p>
    <w:p>
      <w:r>
        <w:rPr>
          <w:b/>
        </w:rPr>
        <w:t xml:space="preserve">[1:12:50] </w:t>
      </w:r>
      <w:r>
        <w:t>maulana, agla sawal dilli se hai mister rakesh ka.</w:t>
      </w:r>
    </w:p>
    <w:p>
      <w:pPr>
        <w:jc w:val="right"/>
      </w:pPr>
      <w:r>
        <w:t>مولانا، اگلا سوال دلی سے ہے مسٹر راکیش کا۔</w:t>
      </w:r>
    </w:p>
    <w:p>
      <w:r>
        <w:rPr>
          <w:b/>
        </w:rPr>
        <w:t xml:space="preserve">[1:12:55] </w:t>
      </w:r>
      <w:r>
        <w:t>انہوں نے آپ سے پوچھا ہے کہ "Does Islam teach its adherents to react?" What is your</w:t>
      </w:r>
    </w:p>
    <w:p>
      <w:pPr>
        <w:jc w:val="right"/>
      </w:pPr>
      <w:r>
        <w:t>انہوں نے آپ سے پوچھا ہے کہ "ڈز اسلام ٹیچ اٹس ایڈہیرنٹس ٹو ری ایکٹ؟" واٹ از یور</w:t>
      </w:r>
    </w:p>
    <w:p>
      <w:r>
        <w:rPr>
          <w:b/>
        </w:rPr>
        <w:t xml:space="preserve">[1:13:01] </w:t>
      </w:r>
      <w:r>
        <w:t>opinion on this? kya matlab? ke jo islam ko follow karte hain, kya islam un ko react</w:t>
      </w:r>
    </w:p>
    <w:p>
      <w:pPr>
        <w:jc w:val="right"/>
      </w:pPr>
      <w:r>
        <w:t>اوپینین آن دس؟ کیا مطلب؟ کہ جو اسلام کو فالو کرتے ہیں، کیا اسلام ان کو ری ایکٹ</w:t>
      </w:r>
    </w:p>
    <w:p>
      <w:r>
        <w:rPr>
          <w:b/>
        </w:rPr>
        <w:t xml:space="preserve">[1:13:07] </w:t>
      </w:r>
      <w:r>
        <w:t>karnay ki teachings deta hai? aap ka is pe kya opinion hai? yahan pe react ka matlab</w:t>
      </w:r>
    </w:p>
    <w:p>
      <w:pPr>
        <w:jc w:val="right"/>
      </w:pPr>
      <w:r>
        <w:t>کرنے کی ٹیچنگز دیتا ہے؟ آپ کا اس پہ کیا اوپینین ہے؟ یہاں پہ ری ایکٹ کا مطلب</w:t>
      </w:r>
    </w:p>
    <w:p>
      <w:r>
        <w:rPr>
          <w:b/>
        </w:rPr>
        <w:t xml:space="preserve">[1:13:12] </w:t>
      </w:r>
      <w:r>
        <w:t>maulana, yeh shayad negative sense mein pooch rahe hain.</w:t>
      </w:r>
    </w:p>
    <w:p>
      <w:pPr>
        <w:jc w:val="right"/>
      </w:pPr>
      <w:r>
        <w:t>مولانا، یہ شاید نیگیٹیو سینس میں پوچھ رہے ہیں۔</w:t>
      </w:r>
    </w:p>
    <w:p>
      <w:r>
        <w:rPr>
          <w:b/>
        </w:rPr>
        <w:t xml:space="preserve">[1:13:18] </w:t>
      </w:r>
      <w:r>
        <w:t>meri to aap bar bar karte rahe ke reaction islam mein hai hi nahi.</w:t>
      </w:r>
    </w:p>
    <w:p>
      <w:pPr>
        <w:jc w:val="right"/>
      </w:pPr>
      <w:r>
        <w:t>میری تو آپ بار بار کرتے رہے کہ ری ایکشن اسلام میں ہے ہی نہیں۔</w:t>
      </w:r>
    </w:p>
    <w:p>
      <w:r>
        <w:rPr>
          <w:b/>
        </w:rPr>
        <w:t xml:space="preserve">[1:13:24] </w:t>
      </w:r>
      <w:r>
        <w:t>is ko negative reaction islam mein hai nahin.</w:t>
      </w:r>
    </w:p>
    <w:p>
      <w:pPr>
        <w:jc w:val="right"/>
      </w:pPr>
      <w:r>
        <w:t>اس کو نیگیٹیو ری ایکشن اسلام میں ہے نہیں۔</w:t>
      </w:r>
    </w:p>
    <w:p>
      <w:r>
        <w:rPr>
          <w:b/>
        </w:rPr>
        <w:t xml:space="preserve">[1:13:29] </w:t>
      </w:r>
      <w:r>
        <w:t>aaj bhi bani is pe bola.</w:t>
      </w:r>
    </w:p>
    <w:p>
      <w:pPr>
        <w:jc w:val="right"/>
      </w:pPr>
      <w:r>
        <w:t>آج بھی بنی اس پہ بولا۔</w:t>
      </w:r>
    </w:p>
    <w:p>
      <w:r>
        <w:rPr>
          <w:b/>
        </w:rPr>
        <w:t xml:space="preserve">[1:13:35] </w:t>
      </w:r>
      <w:r>
        <w:t>یہ جو واقعہ ہوا، یہ that was a negative reaction.</w:t>
      </w:r>
    </w:p>
    <w:p>
      <w:pPr>
        <w:jc w:val="right"/>
      </w:pPr>
      <w:r>
        <w:t>یہ جو واقعہ ہوا، یہ دیٹ واز ا نیگیٹیو ری ایکشن۔</w:t>
      </w:r>
    </w:p>
    <w:p>
      <w:r>
        <w:rPr>
          <w:b/>
        </w:rPr>
        <w:t xml:space="preserve">[1:13:41] </w:t>
      </w:r>
      <w:r>
        <w:t>to negative reaction to islam mein jaiz hi nahin.</w:t>
      </w:r>
    </w:p>
    <w:p>
      <w:pPr>
        <w:jc w:val="right"/>
      </w:pPr>
      <w:r>
        <w:t>تو نیگیٹیو ری ایکشن تو اسلام میں جائز ہی نہیں۔</w:t>
      </w:r>
    </w:p>
    <w:p>
      <w:r>
        <w:rPr>
          <w:b/>
        </w:rPr>
        <w:t xml:space="preserve">[1:13:46] </w:t>
      </w:r>
      <w:r>
        <w:t>yeh jaiz hi nahin hai.</w:t>
      </w:r>
    </w:p>
    <w:p>
      <w:pPr>
        <w:jc w:val="right"/>
      </w:pPr>
      <w:r>
        <w:t>یہ جائز ہی نہیں ہے۔</w:t>
      </w:r>
    </w:p>
    <w:p>
      <w:r>
        <w:rPr>
          <w:b/>
        </w:rPr>
        <w:t xml:space="preserve">[1:13:52] </w:t>
      </w:r>
      <w:r>
        <w:t>kaun sa sawal? maulana, ek aur sawal aaya hai pune se.</w:t>
      </w:r>
    </w:p>
    <w:p>
      <w:pPr>
        <w:jc w:val="right"/>
      </w:pPr>
      <w:r>
        <w:t>کون سا سوال؟ مولانا، ایک اور سوال آیا ہے پونے سے۔</w:t>
      </w:r>
    </w:p>
    <w:p>
      <w:r>
        <w:rPr>
          <w:b/>
        </w:rPr>
        <w:t xml:space="preserve">[1:13:58] </w:t>
      </w:r>
      <w:r>
        <w:t>jinhon ne bheja, unhon ne naam nahin likha hai, but woh yeh aap se poochhna chah rahe hain</w:t>
      </w:r>
    </w:p>
    <w:p>
      <w:pPr>
        <w:jc w:val="right"/>
      </w:pPr>
      <w:r>
        <w:t>جنہوں نے بھیجا، انہوں نے نام نہیں لکھا ہے، بٹ وہ یہ آپ سے پوچھنا چاہ رہے ہیں</w:t>
      </w:r>
    </w:p>
    <w:p>
      <w:r>
        <w:rPr>
          <w:b/>
        </w:rPr>
        <w:t xml:space="preserve">[1:14:04] </w:t>
      </w:r>
      <w:r>
        <w:t>ke kya islam suicide bombing ko permit karta hai? bilkul haram hai.</w:t>
      </w:r>
    </w:p>
    <w:p>
      <w:pPr>
        <w:jc w:val="right"/>
      </w:pPr>
      <w:r>
        <w:t>کہ کیا اسلام سوسائیڈ بمبنگ کو پرمٹ کرتا ہے؟ بالکل حرام ہے۔</w:t>
      </w:r>
    </w:p>
    <w:p>
      <w:r>
        <w:rPr>
          <w:b/>
        </w:rPr>
        <w:t xml:space="preserve">[1:14:09] </w:t>
      </w:r>
      <w:r>
        <w:t>is mein poochhne ki baat hi nahin.</w:t>
      </w:r>
    </w:p>
    <w:p>
      <w:pPr>
        <w:jc w:val="right"/>
      </w:pPr>
      <w:r>
        <w:t>اس میں پوچھنے کی بات ہی نہیں۔</w:t>
      </w:r>
    </w:p>
    <w:p>
      <w:r>
        <w:rPr>
          <w:b/>
        </w:rPr>
        <w:t xml:space="preserve">[1:14:15] </w:t>
      </w:r>
      <w:r>
        <w:t>islam mein har qism ki khudkushi haram hai, chahe suicide bombing ho.</w:t>
      </w:r>
    </w:p>
    <w:p>
      <w:pPr>
        <w:jc w:val="right"/>
      </w:pPr>
      <w:r>
        <w:t>اسلام میں ہر قسم کی خودکشی حرام ہے، چاہے سوسائیڈ بمبنگ ہو۔</w:t>
      </w:r>
    </w:p>
    <w:p>
      <w:r>
        <w:rPr>
          <w:b/>
        </w:rPr>
        <w:t xml:space="preserve">[1:14:21] </w:t>
      </w:r>
      <w:r>
        <w:t>yeh talwar se apne ko kaat len aap aur revolver chala len.</w:t>
      </w:r>
    </w:p>
    <w:p>
      <w:pPr>
        <w:jc w:val="right"/>
      </w:pPr>
      <w:r>
        <w:t>یہ تلوار سے اپنے کو کاٹ لیں آپ اور ریوالو چلا لیں۔</w:t>
      </w:r>
    </w:p>
    <w:p>
      <w:r>
        <w:rPr>
          <w:b/>
        </w:rPr>
        <w:t xml:space="preserve">[1:14:26] </w:t>
      </w:r>
      <w:r>
        <w:t>koi bhi excuse nahin hai jis ki wajah se aap suicide bombing, yeh to baaz ulma ne fatwe</w:t>
      </w:r>
    </w:p>
    <w:p>
      <w:pPr>
        <w:jc w:val="right"/>
      </w:pPr>
      <w:r>
        <w:t>کوئی بھی ایکسکیوز نہیں ہے جس کی وجہ سے آپ سوسائیڈ بمبنگ، یہ تو بعض علماء نے فتوے</w:t>
      </w:r>
    </w:p>
    <w:p>
      <w:r>
        <w:rPr>
          <w:b/>
        </w:rPr>
        <w:t xml:space="preserve">[1:14:32] </w:t>
      </w:r>
      <w:r>
        <w:t>diye hain, woh mein is fatwe ko bilkul galat samajhta hoon.</w:t>
      </w:r>
    </w:p>
    <w:p>
      <w:pPr>
        <w:jc w:val="right"/>
      </w:pPr>
      <w:r>
        <w:t>دیے ہیں، وہ میں اس فتوے کو بالکل غلط سمجھتا ہوں۔</w:t>
      </w:r>
    </w:p>
    <w:p>
      <w:r>
        <w:rPr>
          <w:b/>
        </w:rPr>
        <w:t xml:space="preserve">[1:14:38] </w:t>
      </w:r>
      <w:r>
        <w:t>qat'an jaiz hi nahin hai suicide bombing.</w:t>
      </w:r>
    </w:p>
    <w:p>
      <w:pPr>
        <w:jc w:val="right"/>
      </w:pPr>
      <w:r>
        <w:t>قطعاً جائز ہی نہیں ہے سوسائیڈ بمبنگ۔</w:t>
      </w:r>
    </w:p>
    <w:p>
      <w:r>
        <w:rPr>
          <w:b/>
        </w:rPr>
        <w:t xml:space="preserve">[1:14:43] </w:t>
      </w:r>
      <w:r>
        <w:t>yani absolute sense mein woh ناجائز hai.</w:t>
      </w:r>
    </w:p>
    <w:p>
      <w:pPr>
        <w:jc w:val="right"/>
      </w:pPr>
      <w:r>
        <w:t>یعنی ایبسولیوٹ سینس میں وہ ناجائز ہے۔</w:t>
      </w:r>
    </w:p>
    <w:p>
      <w:r>
        <w:rPr>
          <w:b/>
        </w:rPr>
        <w:t xml:space="preserve">[1:14:49] </w:t>
      </w:r>
      <w:r>
        <w:t>misalan kuch ulma kehte hain ke falasteen mein jaiz hai.</w:t>
      </w:r>
    </w:p>
    <w:p>
      <w:pPr>
        <w:jc w:val="right"/>
      </w:pPr>
      <w:r>
        <w:t>مثلاً کچھ علماء کہتے ہیں کہ فلسطین میں جائز ہے۔</w:t>
      </w:r>
    </w:p>
    <w:p>
      <w:r>
        <w:rPr>
          <w:b/>
        </w:rPr>
        <w:t xml:space="preserve">[1:14:55] </w:t>
      </w:r>
      <w:r>
        <w:t>yeh bilkul stupid fatwa hai.</w:t>
      </w:r>
    </w:p>
    <w:p>
      <w:pPr>
        <w:jc w:val="right"/>
      </w:pPr>
      <w:r>
        <w:t>یہ بالکل اسٹوپڈ فتویٰ ہے۔</w:t>
      </w:r>
    </w:p>
    <w:p>
      <w:r>
        <w:rPr>
          <w:b/>
        </w:rPr>
        <w:t xml:space="preserve">[1:15:00] </w:t>
      </w:r>
      <w:r>
        <w:t>yeh aise hi se koi kahe ke theek hai, masjid mein sahib peena ناجائز hai, lekin mandir mein</w:t>
      </w:r>
    </w:p>
    <w:p>
      <w:pPr>
        <w:jc w:val="right"/>
      </w:pPr>
      <w:r>
        <w:t>یہ ایسے ہی سے کوئی کہے کہ ٹھیک ہے، مسجد میں صاحب پینا ناجائز ہے، لیکن مندر میں</w:t>
      </w:r>
    </w:p>
    <w:p>
      <w:r>
        <w:rPr>
          <w:b/>
        </w:rPr>
        <w:t xml:space="preserve">[1:15:06] </w:t>
      </w:r>
      <w:r>
        <w:t>ja ke pee sakte ho.</w:t>
      </w:r>
    </w:p>
    <w:p>
      <w:pPr>
        <w:jc w:val="right"/>
      </w:pPr>
      <w:r>
        <w:t>جا کے پی سکتے ہو۔</w:t>
      </w:r>
    </w:p>
    <w:p>
      <w:r>
        <w:rPr>
          <w:b/>
        </w:rPr>
        <w:t xml:space="preserve">[1:15:12] </w:t>
      </w:r>
      <w:r>
        <w:t>yeh koi baat hai? yeh yeh koi fatwa hai? yeh yeh koi fatwa nahin hai, bilkul nahin.</w:t>
      </w:r>
    </w:p>
    <w:p>
      <w:pPr>
        <w:jc w:val="right"/>
      </w:pPr>
      <w:r>
        <w:t>یہ کوئی بات ہے؟ یہ یہ کوئی فتویٰ ہے؟ یہ یہ کوئی فتویٰ نہیں ہے، بالکل نہیں۔</w:t>
      </w:r>
    </w:p>
    <w:p>
      <w:r>
        <w:rPr>
          <w:b/>
        </w:rPr>
        <w:t xml:space="preserve">[1:15:17] </w:t>
      </w:r>
      <w:r>
        <w:t>baseless baat hai.</w:t>
      </w:r>
    </w:p>
    <w:p>
      <w:pPr>
        <w:jc w:val="right"/>
      </w:pPr>
      <w:r>
        <w:t>بیسلیس بات ہے۔</w:t>
      </w:r>
    </w:p>
    <w:p>
      <w:r>
        <w:rPr>
          <w:b/>
        </w:rPr>
        <w:t xml:space="preserve">[1:15:23] </w:t>
      </w:r>
      <w:r>
        <w:t>aap falasteen mein ja kar tableegh kijiye.</w:t>
      </w:r>
    </w:p>
    <w:p>
      <w:pPr>
        <w:jc w:val="right"/>
      </w:pPr>
      <w:r>
        <w:t>آپ فلسطین میں جا کر تبلیغ کیجئے۔</w:t>
      </w:r>
    </w:p>
    <w:p>
      <w:r>
        <w:rPr>
          <w:b/>
        </w:rPr>
        <w:t xml:space="preserve">[1:15:29] </w:t>
      </w:r>
      <w:r>
        <w:t>yani ek hi kaam aap ke paas hai ke bomb maaren, wahan quran pahunchayen logon ko.</w:t>
      </w:r>
    </w:p>
    <w:p>
      <w:pPr>
        <w:jc w:val="right"/>
      </w:pPr>
      <w:r>
        <w:t>یعنی ایک ہی کام آپ کے پاس ہے کہ بم ماریں، وہاں قرآن پہنچائیں لوگوں کو۔</w:t>
      </w:r>
    </w:p>
    <w:p>
      <w:r>
        <w:rPr>
          <w:b/>
        </w:rPr>
        <w:t xml:space="preserve">[1:15:35] </w:t>
      </w:r>
      <w:r>
        <w:t>hamare saathi wahan ja kar quran pahunchate hain.</w:t>
      </w:r>
    </w:p>
    <w:p>
      <w:pPr>
        <w:jc w:val="right"/>
      </w:pPr>
      <w:r>
        <w:t>ہمارے ساتھی وہاں جا کے قرآن پہنچاتے ہیں۔</w:t>
      </w:r>
    </w:p>
    <w:p>
      <w:r>
        <w:rPr>
          <w:b/>
        </w:rPr>
        <w:t xml:space="preserve">[1:15:40] </w:t>
      </w:r>
      <w:r>
        <w:t>yeh kaun sa fatwa hai ke ja kar woh apne ko halak karo, unhein maaro? yeh kaun sa</w:t>
      </w:r>
    </w:p>
    <w:p>
      <w:pPr>
        <w:jc w:val="right"/>
      </w:pPr>
      <w:r>
        <w:t>یہ کون سا فتویٰ ہے کہ جا کے وہ اپنے کو ہلاک کرو، انہیں مارو؟ یہ کون سا</w:t>
      </w:r>
    </w:p>
    <w:p>
      <w:r>
        <w:rPr>
          <w:b/>
        </w:rPr>
        <w:t xml:space="preserve">[1:15:46] </w:t>
      </w:r>
      <w:r>
        <w:t>fatwa hai? yeh fatwa nahin hai, yeh to bilkul senseless baat hai.</w:t>
      </w:r>
    </w:p>
    <w:p>
      <w:pPr>
        <w:jc w:val="right"/>
      </w:pPr>
      <w:r>
        <w:t>فتویٰ ہے؟ یہ فتویٰ نہیں ہے، یہ تو بالکل سینس لیس بات ہے۔</w:t>
      </w:r>
    </w:p>
    <w:p>
      <w:r>
        <w:rPr>
          <w:b/>
        </w:rPr>
        <w:t xml:space="preserve">[1:15:52] </w:t>
      </w:r>
      <w:r>
        <w:t>is ka fatwa se koi talluq nahi hai.</w:t>
      </w:r>
    </w:p>
    <w:p>
      <w:pPr>
        <w:jc w:val="right"/>
      </w:pPr>
      <w:r>
        <w:t>اس کا فتویٰ سے کوئی تعلق نہیں ہے۔</w:t>
      </w:r>
    </w:p>
    <w:p>
      <w:r>
        <w:rPr>
          <w:b/>
        </w:rPr>
        <w:t xml:space="preserve">[1:15:57] </w:t>
      </w:r>
      <w:r>
        <w:t>aap falasteen ho ya kashmir ho ya dunya mein kahin bhi ho, aap ke liye open hai, bilkul.</w:t>
      </w:r>
    </w:p>
    <w:p>
      <w:pPr>
        <w:jc w:val="right"/>
      </w:pPr>
      <w:r>
        <w:t>آپ فلسطین ہو یا کشمیر ہو یا دنیا میں کہیں بھی ہو، آپ کے لیے اوپن ہے، بالکل۔</w:t>
      </w:r>
    </w:p>
    <w:p>
      <w:r>
        <w:rPr>
          <w:b/>
        </w:rPr>
        <w:t xml:space="preserve">[1:16:03] </w:t>
      </w:r>
      <w:r>
        <w:t>aap ja ke un ko quran pohnchaiye, un ko deen pohnchaiye, tableegh kijiye.</w:t>
      </w:r>
    </w:p>
    <w:p>
      <w:pPr>
        <w:jc w:val="right"/>
      </w:pPr>
      <w:r>
        <w:t>آپ جا کے ان کو قرآن پہنچائیے، ان کو دین پہنچائیے، تبلیغ کیجیے۔</w:t>
      </w:r>
    </w:p>
    <w:p>
      <w:r>
        <w:rPr>
          <w:b/>
        </w:rPr>
        <w:t xml:space="preserve">[1:16:09] </w:t>
      </w:r>
      <w:r>
        <w:t>phir zahir hai suicide bombing ki zaroorat hi kya hai? kyon apne ko maarein aap? kyon aap apne</w:t>
      </w:r>
    </w:p>
    <w:p>
      <w:pPr>
        <w:jc w:val="right"/>
      </w:pPr>
      <w:r>
        <w:t>پھر ظاہر ہے سوسائیڈ بمبنگ کی ضرورت ہی کیا ہے؟ کیوں اپنے کو ماریں آپ؟ کیوں آپ اپنے</w:t>
      </w:r>
    </w:p>
    <w:p>
      <w:r>
        <w:rPr>
          <w:b/>
        </w:rPr>
        <w:t xml:space="preserve">[1:16:14] </w:t>
      </w:r>
      <w:r>
        <w:t>ko zinda rakh kar ke aap allah ka daawti kaam kijiye? maulana, agla sawal lene se pehle ek</w:t>
      </w:r>
    </w:p>
    <w:p>
      <w:pPr>
        <w:jc w:val="right"/>
      </w:pPr>
      <w:r>
        <w:t>کو زندہ رکھ کر کے آپ اللہ کا دعوتی کام کیجئے؟ مولانا، اگلا سوال لینے سے پہلے ایک</w:t>
      </w:r>
    </w:p>
    <w:p>
      <w:r>
        <w:rPr>
          <w:b/>
        </w:rPr>
        <w:t xml:space="preserve">[1:16:20] </w:t>
      </w:r>
      <w:r>
        <w:t>comment parhna chahenge jo maulana abdul basit umri ne bheja hai doha, qatar se.</w:t>
      </w:r>
    </w:p>
    <w:p>
      <w:pPr>
        <w:jc w:val="right"/>
      </w:pPr>
      <w:r>
        <w:t>کمنٹ پڑھنا چاہیں گے جو مولانا عبدالباسط عمری نے بھیجا ہے دوحہ، قطر سے۔</w:t>
      </w:r>
    </w:p>
    <w:p>
      <w:r>
        <w:rPr>
          <w:b/>
        </w:rPr>
        <w:t xml:space="preserve">[1:16:26] </w:t>
      </w:r>
      <w:r>
        <w:t>unhon ne likha hai: "maulana, aaj pehli baar shaoori tor par jaana ke jaishe muhammad aur aise jaisi</w:t>
      </w:r>
    </w:p>
    <w:p>
      <w:pPr>
        <w:jc w:val="right"/>
      </w:pPr>
      <w:r>
        <w:t>انہوں نے لکھا ہے: "مولانا، آج پہلی بار شعوری طور پر جانا کہ جیش محمد اور ایسے جیسی</w:t>
      </w:r>
    </w:p>
    <w:p>
      <w:r>
        <w:rPr>
          <w:b/>
        </w:rPr>
        <w:t xml:space="preserve">[1:16:31] </w:t>
      </w:r>
      <w:r>
        <w:t>musalmanon ki jihadi tanzeem dour jadeed se bekhabri ki alamat hain.</w:t>
      </w:r>
    </w:p>
    <w:p>
      <w:pPr>
        <w:jc w:val="right"/>
      </w:pPr>
      <w:r>
        <w:t>مسلمانوں کی جہادی تنظیم دور جدید سے بے خبری کی علامت ہیں۔</w:t>
      </w:r>
    </w:p>
    <w:p>
      <w:r>
        <w:rPr>
          <w:b/>
        </w:rPr>
        <w:t xml:space="preserve">[1:16:37] </w:t>
      </w:r>
      <w:r>
        <w:t>agar yeh jihadi group dour jadeed ko jante to dawah ilal allah ki teamen banate, na ke jihadi</w:t>
      </w:r>
    </w:p>
    <w:p>
      <w:pPr>
        <w:jc w:val="right"/>
      </w:pPr>
      <w:r>
        <w:t>اگر یہ جہادی گروپ دور جدید کو جانتے تو دعوت الی اللہ کی ٹیمیں بناتے، نہ کہ جہادی</w:t>
      </w:r>
    </w:p>
    <w:p>
      <w:r>
        <w:rPr>
          <w:b/>
        </w:rPr>
        <w:t xml:space="preserve">[1:16:43] </w:t>
      </w:r>
      <w:r>
        <w:t>tanzeem." ya allah!</w:t>
      </w:r>
    </w:p>
    <w:p>
      <w:pPr>
        <w:jc w:val="right"/>
      </w:pPr>
      <w:r>
        <w:t>تنظیم۔" یا اللہ!</w:t>
      </w:r>
    </w:p>
    <w:p>
      <w:r>
        <w:rPr>
          <w:b/>
        </w:rPr>
        <w:t xml:space="preserve">[1:16:49] </w:t>
      </w:r>
      <w:r>
        <w:t>maulana, agla sawal bihar patna se hai daniyal sahab ka.</w:t>
      </w:r>
    </w:p>
    <w:p>
      <w:pPr>
        <w:jc w:val="right"/>
      </w:pPr>
      <w:r>
        <w:t>مولانا، اگلا سوال بہار پٹنہ سے ہے دانیال صاحب کا۔</w:t>
      </w:r>
    </w:p>
    <w:p>
      <w:r>
        <w:rPr>
          <w:b/>
        </w:rPr>
        <w:t xml:space="preserve">[1:16:53] </w:t>
      </w:r>
      <w:r>
        <w:t>unhon ne likha hai: "dilli book fair mein ek group ka stall laga hua hai.</w:t>
      </w:r>
    </w:p>
    <w:p>
      <w:pPr>
        <w:jc w:val="right"/>
      </w:pPr>
      <w:r>
        <w:t>انہوں نے لکھا ہے: "دلی بک فیئر میں ایک گروپ کا سٹال لگا ہوا ہے۔</w:t>
      </w:r>
    </w:p>
    <w:p>
      <w:r>
        <w:rPr>
          <w:b/>
        </w:rPr>
        <w:t xml:space="preserve">[1:16:59] </w:t>
      </w:r>
      <w:r>
        <w:t>yeh log apne guru ko promised masihah samajhte hain.</w:t>
      </w:r>
    </w:p>
    <w:p>
      <w:pPr>
        <w:jc w:val="right"/>
      </w:pPr>
      <w:r>
        <w:t>یہ لوگ اپنے گرو کو پرومسڈ مسیحا سمجھتے ہیں۔</w:t>
      </w:r>
    </w:p>
    <w:p>
      <w:r>
        <w:rPr>
          <w:b/>
        </w:rPr>
        <w:t xml:space="preserve">[1:17:03] </w:t>
      </w:r>
      <w:r>
        <w:t>hum ne dekha ke in logon ke andar missionary spirit aur discipline paya jata hai.</w:t>
      </w:r>
    </w:p>
    <w:p>
      <w:pPr>
        <w:jc w:val="right"/>
      </w:pPr>
      <w:r>
        <w:t>ہم نے دیکھا کہ ان لوگوں کے اندر مشنری سپرٹ اور ڈسپلن پایا جاتا ہے۔</w:t>
      </w:r>
    </w:p>
    <w:p>
      <w:r>
        <w:rPr>
          <w:b/>
        </w:rPr>
        <w:t xml:space="preserve">[1:17:10] </w:t>
      </w:r>
      <w:r>
        <w:t>misal ke taur par, in ke stall mein bohat ziyada trend volunteer hain.</w:t>
      </w:r>
    </w:p>
    <w:p>
      <w:pPr>
        <w:jc w:val="right"/>
      </w:pPr>
      <w:r>
        <w:t>مثال کے طور پر، ان کے سٹال میں بہت زیادہ ٹرینڈ والنٹیئرز ہیں۔</w:t>
      </w:r>
    </w:p>
    <w:p>
      <w:r>
        <w:rPr>
          <w:b/>
        </w:rPr>
        <w:t xml:space="preserve">[1:17:15] </w:t>
      </w:r>
      <w:r>
        <w:t>isi tarah, in ke stall mein ek special cabin hai, is mein in ke experts baithe hue hain.</w:t>
      </w:r>
    </w:p>
    <w:p>
      <w:pPr>
        <w:jc w:val="right"/>
      </w:pPr>
      <w:r>
        <w:t>اسی طرح، ان کے سٹال میں ایک سپیشل کیبن ہے، اس میں ان کے ایکسپرٹس بیٹھے ہوئے ہیں۔</w:t>
      </w:r>
    </w:p>
    <w:p>
      <w:r>
        <w:rPr>
          <w:b/>
        </w:rPr>
        <w:t xml:space="preserve">[1:17:23] </w:t>
      </w:r>
      <w:r>
        <w:t>stall par aane wala jo visitor in ke mission ko samajhna chahta hai, woh is ko cabin mein</w:t>
      </w:r>
    </w:p>
    <w:p>
      <w:pPr>
        <w:jc w:val="right"/>
      </w:pPr>
      <w:r>
        <w:t>سٹال پر آنے والا جو وزٹر ان کے مشن کو سمجھنا چاہتا ہے، وہ اس کو کیبن میں</w:t>
      </w:r>
    </w:p>
    <w:p>
      <w:r>
        <w:rPr>
          <w:b/>
        </w:rPr>
        <w:t xml:space="preserve">[1:17:31] </w:t>
      </w:r>
      <w:r>
        <w:t>le ja kar convince karte hain.</w:t>
      </w:r>
    </w:p>
    <w:p>
      <w:pPr>
        <w:jc w:val="right"/>
      </w:pPr>
      <w:r>
        <w:t>لے جا کر کنونس کرتے ہیں۔</w:t>
      </w:r>
    </w:p>
    <w:p>
      <w:r>
        <w:rPr>
          <w:b/>
        </w:rPr>
        <w:t xml:space="preserve">[1:17:33] </w:t>
      </w:r>
      <w:r>
        <w:t>maulana sahib, mere do sawal hain is missionary spirit ke peechay.</w:t>
      </w:r>
    </w:p>
    <w:p>
      <w:pPr>
        <w:jc w:val="right"/>
      </w:pPr>
      <w:r>
        <w:t>مولانا صاحب، میرے دو سوال ہیں اس مشنری سپرٹ کے پیچھے۔</w:t>
      </w:r>
    </w:p>
    <w:p>
      <w:r>
        <w:rPr>
          <w:b/>
        </w:rPr>
        <w:t xml:space="preserve">[1:17:38] </w:t>
      </w:r>
      <w:r>
        <w:t>pehla, motivational power kya hai? aur doosra, kya hum ko bhi isi missionary spirit aur isi discipline ke</w:t>
      </w:r>
    </w:p>
    <w:p>
      <w:pPr>
        <w:jc w:val="right"/>
      </w:pPr>
      <w:r>
        <w:t>پہلا، موٹیویشنل پاور کیا ہے؟ اور دوسرا، کیا ہم کو بھی اسی مشنری سپرٹ اور اسی ڈسپلن کے</w:t>
      </w:r>
    </w:p>
    <w:p>
      <w:r>
        <w:rPr>
          <w:b/>
        </w:rPr>
        <w:t xml:space="preserve">[1:17:45] </w:t>
      </w:r>
      <w:r>
        <w:t>saath kaam karne ki zaroorat hai?" aap ko namona wahan se le ke aana hoga.</w:t>
      </w:r>
    </w:p>
    <w:p>
      <w:pPr>
        <w:jc w:val="right"/>
      </w:pPr>
      <w:r>
        <w:t>ساتھ کام کرنے کی ضرورت ہے؟" آپ کو نمونہ وہاں سے لے کے آنا ہوگا۔</w:t>
      </w:r>
    </w:p>
    <w:p>
      <w:r>
        <w:rPr>
          <w:b/>
        </w:rPr>
        <w:t xml:space="preserve">[1:17:52] </w:t>
      </w:r>
      <w:r>
        <w:t>aap rasool sahib se namona lijiye.</w:t>
      </w:r>
    </w:p>
    <w:p>
      <w:pPr>
        <w:jc w:val="right"/>
      </w:pPr>
      <w:r>
        <w:t>آپ رسول صاحب سے نمونہ لیجئے۔</w:t>
      </w:r>
    </w:p>
    <w:p>
      <w:r>
        <w:rPr>
          <w:b/>
        </w:rPr>
        <w:t xml:space="preserve">[1:17:54] </w:t>
      </w:r>
      <w:r>
        <w:t>kaam to karna hi karna hai, lekin namona lena hai aap ko rasool sahib se.</w:t>
      </w:r>
    </w:p>
    <w:p>
      <w:pPr>
        <w:jc w:val="right"/>
      </w:pPr>
      <w:r>
        <w:t>کام تو کرنا ہی کرنا ہے، لیکن نمونہ لینا ہے آپ کو رسول صاحب سے۔</w:t>
      </w:r>
    </w:p>
    <w:p>
      <w:r>
        <w:rPr>
          <w:b/>
        </w:rPr>
        <w:t xml:space="preserve">[1:18:01] </w:t>
      </w:r>
      <w:r>
        <w:t>baqi activity aadmi, yani false connection se bhi log active ho jate hain.</w:t>
      </w:r>
    </w:p>
    <w:p>
      <w:pPr>
        <w:jc w:val="right"/>
      </w:pPr>
      <w:r>
        <w:t>باقی ایکٹیوٹی آدمی، یعنی فالس کنکشن سے بھی لوگ ایکٹیو ہو جاتے ہیں۔</w:t>
      </w:r>
    </w:p>
    <w:p>
      <w:r>
        <w:rPr>
          <w:b/>
        </w:rPr>
        <w:t xml:space="preserve">[1:18:06] </w:t>
      </w:r>
      <w:r>
        <w:t>jaise ke main abhi misalein dein aap ko.</w:t>
      </w:r>
    </w:p>
    <w:p>
      <w:pPr>
        <w:jc w:val="right"/>
      </w:pPr>
      <w:r>
        <w:t>جیسے کہ میں ابھی مثالیں دیں آپ کو۔</w:t>
      </w:r>
    </w:p>
    <w:p>
      <w:r>
        <w:rPr>
          <w:b/>
        </w:rPr>
        <w:t xml:space="preserve">[1:18:10] </w:t>
      </w:r>
      <w:r>
        <w:t>kisi ka active hona yeh koi is ka saboot nahi hai ke woh sachai ko paya hai.</w:t>
      </w:r>
    </w:p>
    <w:p>
      <w:pPr>
        <w:jc w:val="right"/>
      </w:pPr>
      <w:r>
        <w:t>کسی کا ایکٹیو ہونا یہ کوئی اس کا ثبوت نہیں ہے کہ وہ سچائی کو پایا ہے۔</w:t>
      </w:r>
    </w:p>
    <w:p>
      <w:r>
        <w:rPr>
          <w:b/>
        </w:rPr>
        <w:t xml:space="preserve">[1:18:17] </w:t>
      </w:r>
      <w:r>
        <w:t>us ne false food ke liye bhi log bohat zabardast active ho jate hain.</w:t>
      </w:r>
    </w:p>
    <w:p>
      <w:pPr>
        <w:jc w:val="right"/>
      </w:pPr>
      <w:r>
        <w:t>اس نے فالس فوڈ کے لیے بھی لوگ بہت زبردست ایکٹیو ہو جاتے ہیں۔</w:t>
      </w:r>
    </w:p>
    <w:p>
      <w:r>
        <w:rPr>
          <w:b/>
        </w:rPr>
        <w:t xml:space="preserve">[1:18:23] </w:t>
      </w:r>
      <w:r>
        <w:t>baqi jahan tak namune ki baat hai to aap rasool Allah ke university parhiye, sahaba ke university parhiye,</w:t>
      </w:r>
    </w:p>
    <w:p>
      <w:pPr>
        <w:jc w:val="right"/>
      </w:pPr>
      <w:r>
        <w:t>باقی جہاں تک نمونے کی بات ہے تو آپ رسول اللہ کے یونیورسٹی پڑھیے، صحابہ کے یونیورسٹی پڑھیے،</w:t>
      </w:r>
    </w:p>
    <w:p>
      <w:r>
        <w:rPr>
          <w:b/>
        </w:rPr>
        <w:t xml:space="preserve">[1:18:31] </w:t>
      </w:r>
      <w:r>
        <w:t>wahan aap ko daai ka mukammal namona milega.</w:t>
      </w:r>
    </w:p>
    <w:p>
      <w:pPr>
        <w:jc w:val="right"/>
      </w:pPr>
      <w:r>
        <w:t>وہاں آپ کو داعی کا مکمل نمونہ ملے گا۔</w:t>
      </w:r>
    </w:p>
    <w:p>
      <w:r>
        <w:rPr>
          <w:b/>
        </w:rPr>
        <w:t xml:space="preserve">[1:18:35] </w:t>
      </w:r>
      <w:r>
        <w:t>kis tarah daawti kaam kiya jata hai? maulana, ek sawal abhi aaya hai farhan khan sahib ka.</w:t>
      </w:r>
    </w:p>
    <w:p>
      <w:pPr>
        <w:jc w:val="right"/>
      </w:pPr>
      <w:r>
        <w:t>کس طرح دعوتی کام کیا جاتا ہے؟ مولانا، ایک سوال ابھی آیا ہے فرحان خان صاحب کا۔</w:t>
      </w:r>
    </w:p>
    <w:p>
      <w:r>
        <w:rPr>
          <w:b/>
        </w:rPr>
        <w:t xml:space="preserve">[1:18:42] </w:t>
      </w:r>
      <w:r>
        <w:t>unhon ne location nahi batayi hai.</w:t>
      </w:r>
    </w:p>
    <w:p>
      <w:pPr>
        <w:jc w:val="right"/>
      </w:pPr>
      <w:r>
        <w:t>انہوں نے لوکیشن نہیں بتائی ہے۔</w:t>
      </w:r>
    </w:p>
    <w:p>
      <w:r>
        <w:rPr>
          <w:b/>
        </w:rPr>
        <w:t xml:space="preserve">[1:18:45] </w:t>
      </w:r>
      <w:r>
        <w:t>unhon ne likha hai: "in quran surah an-noor verse number 55, it is mentioned: god has promised those</w:t>
      </w:r>
    </w:p>
    <w:p>
      <w:pPr>
        <w:jc w:val="right"/>
      </w:pPr>
      <w:r>
        <w:t>انہوں نے لکھا ہے: "ان قرآن سورہ النور ورس نمبر 55، اٹ از مینشنڈ: گاڈ ہیز پرومسڈ دوز</w:t>
      </w:r>
    </w:p>
    <w:p>
      <w:r>
        <w:rPr>
          <w:b/>
        </w:rPr>
        <w:t xml:space="preserve">[1:18:52] </w:t>
      </w:r>
      <w:r>
        <w:t>of you who have attended to faith and to do righteous deeds.</w:t>
      </w:r>
    </w:p>
    <w:p>
      <w:pPr>
        <w:jc w:val="right"/>
      </w:pPr>
      <w:r>
        <w:t>آف یو ہو ہیو اٹینڈ ٹو فیتھ اینڈ ٹو ڈو رائٹیس ڈیڈز۔</w:t>
      </w:r>
    </w:p>
    <w:p>
      <w:r>
        <w:rPr>
          <w:b/>
        </w:rPr>
        <w:t xml:space="preserve">[1:18:57] </w:t>
      </w:r>
      <w:r>
        <w:t>that of certainty he will cause them to succeed to power on earth, even as he caused some</w:t>
      </w:r>
    </w:p>
    <w:p>
      <w:pPr>
        <w:jc w:val="right"/>
      </w:pPr>
      <w:r>
        <w:t>دیٹ آف سرٹینٹی ہی ویل کاز دیم ٹو ایکسیڈ ٹو پاور آن ارتھ، ایون ایز ہی کازڈ سم</w:t>
      </w:r>
    </w:p>
    <w:p>
      <w:r>
        <w:rPr>
          <w:b/>
        </w:rPr>
        <w:t xml:space="preserve">[1:19:05] </w:t>
      </w:r>
      <w:r>
        <w:t>of those who lived before them to succeed to it.</w:t>
      </w:r>
    </w:p>
    <w:p>
      <w:pPr>
        <w:jc w:val="right"/>
      </w:pPr>
      <w:r>
        <w:t>آف دوز ہو لیوڈ بیفور دیم ٹو ایکسیڈ ٹو اٹ۔</w:t>
      </w:r>
    </w:p>
    <w:p>
      <w:r>
        <w:rPr>
          <w:b/>
        </w:rPr>
        <w:t xml:space="preserve">[1:19:09] </w:t>
      </w:r>
      <w:r>
        <w:t>in light of this ayat, how can we reconcile to what Maulana has said today?" koi wada dawat</w:t>
      </w:r>
    </w:p>
    <w:p>
      <w:pPr>
        <w:jc w:val="right"/>
      </w:pPr>
      <w:r>
        <w:t>ان لائٹ آف دس آیت، ہاؤ کین وی ریکنسائل ٹو واٹ مولانا ہیز سیڈ ٹوڈے؟" کوئی وعدہ دعوت</w:t>
      </w:r>
    </w:p>
    <w:p>
      <w:r>
        <w:rPr>
          <w:b/>
        </w:rPr>
        <w:t xml:space="preserve">[1:19:17] </w:t>
      </w:r>
      <w:r>
        <w:t>dene se hmm hain ji to reconcile karna hai.</w:t>
      </w:r>
    </w:p>
    <w:p>
      <w:pPr>
        <w:jc w:val="right"/>
      </w:pPr>
      <w:r>
        <w:t>دینے سے ہمم ہیں جی تو ریکنسائل کرنا ہے۔</w:t>
      </w:r>
    </w:p>
    <w:p>
      <w:r>
        <w:rPr>
          <w:b/>
        </w:rPr>
        <w:t xml:space="preserve">[1:19:21] </w:t>
      </w:r>
      <w:r>
        <w:t>is mein wada hai.</w:t>
      </w:r>
    </w:p>
    <w:p>
      <w:pPr>
        <w:jc w:val="right"/>
      </w:pPr>
      <w:r>
        <w:t>اس میں وعدہ ہے۔</w:t>
      </w:r>
    </w:p>
    <w:p>
      <w:r>
        <w:rPr>
          <w:b/>
        </w:rPr>
        <w:t xml:space="preserve">[1:19:23] </w:t>
      </w:r>
      <w:r>
        <w:t>yeh to nahi ke aap gol banayein is ko.</w:t>
      </w:r>
    </w:p>
    <w:p>
      <w:pPr>
        <w:jc w:val="right"/>
      </w:pPr>
      <w:r>
        <w:t>یہ تو نہیں کہ آپ گول بنائیں اس کو۔</w:t>
      </w:r>
    </w:p>
    <w:p>
      <w:r>
        <w:rPr>
          <w:b/>
        </w:rPr>
        <w:t xml:space="preserve">[1:19:27] </w:t>
      </w:r>
      <w:r>
        <w:t>woh amr mauood hai, amr maqsood nahi hai.</w:t>
      </w:r>
    </w:p>
    <w:p>
      <w:pPr>
        <w:jc w:val="right"/>
      </w:pPr>
      <w:r>
        <w:t>وہ امر موعود ہے، امر مقصود نہیں ہے۔</w:t>
      </w:r>
    </w:p>
    <w:p>
      <w:r>
        <w:rPr>
          <w:b/>
        </w:rPr>
        <w:t xml:space="preserve">[1:19:30] </w:t>
      </w:r>
      <w:r>
        <w:t>aap ne gol bana rakha hai ke bar bar kaha hum hukoomat qaim karna hai.</w:t>
      </w:r>
    </w:p>
    <w:p>
      <w:pPr>
        <w:jc w:val="right"/>
      </w:pPr>
      <w:r>
        <w:t>آپ نے گول بنا رکھا ہے کہ بار بار کہا ہم حکومت قائم کرنا ہے۔</w:t>
      </w:r>
    </w:p>
    <w:p>
      <w:r>
        <w:rPr>
          <w:b/>
        </w:rPr>
        <w:t xml:space="preserve">[1:19:36] </w:t>
      </w:r>
      <w:r>
        <w:t>yeh kahan likha hua hai is ayat mein? is mein yeh hai ke aap is waqt yeh kaha</w:t>
      </w:r>
    </w:p>
    <w:p>
      <w:pPr>
        <w:jc w:val="right"/>
      </w:pPr>
      <w:r>
        <w:t>یہ کہاں لکھا ہوا ہے اس آیت میں؟ اس میں یہ ہے کہ آپ اس وقت یہ کہا</w:t>
      </w:r>
    </w:p>
    <w:p>
      <w:r>
        <w:rPr>
          <w:b/>
        </w:rPr>
        <w:t xml:space="preserve">[1:19:44] </w:t>
      </w:r>
      <w:r>
        <w:t>hoga: "Allah ke baad karen." Allah ke baad karen ge to is ka imkan hai ke Allah taala</w:t>
      </w:r>
    </w:p>
    <w:p>
      <w:pPr>
        <w:jc w:val="right"/>
      </w:pPr>
      <w:r>
        <w:t>ہوگا: "اللہ کے بعد کریں۔" اللہ کے بعد کریں گے تو اس کا امکان ہے کہ اللہ تعالیٰ</w:t>
      </w:r>
    </w:p>
    <w:p>
      <w:r>
        <w:rPr>
          <w:b/>
        </w:rPr>
        <w:t xml:space="preserve">[1:19:52] </w:t>
      </w:r>
      <w:r>
        <w:t>aap ko yani tamkeen de de.</w:t>
      </w:r>
    </w:p>
    <w:p>
      <w:pPr>
        <w:jc w:val="right"/>
      </w:pPr>
      <w:r>
        <w:t>آپ کو یعنی تمکین دے دے۔</w:t>
      </w:r>
    </w:p>
    <w:p>
      <w:r>
        <w:rPr>
          <w:b/>
        </w:rPr>
        <w:t xml:space="preserve">[1:19:54] </w:t>
      </w:r>
      <w:r>
        <w:t>woh bhi zaroori nahi hai kyunke tamkeen mili bhi aur nahi mili.</w:t>
      </w:r>
    </w:p>
    <w:p>
      <w:pPr>
        <w:jc w:val="right"/>
      </w:pPr>
      <w:r>
        <w:t>وہ بھی ضروری نہیں ہے کیونکہ تمکین ملی بھی اور نہیں ملی۔</w:t>
      </w:r>
    </w:p>
    <w:p>
      <w:r>
        <w:rPr>
          <w:b/>
        </w:rPr>
        <w:t xml:space="preserve">[1:20:00] </w:t>
      </w:r>
      <w:r>
        <w:t>bohat se baghworon ko tamkeen nahi mili.</w:t>
      </w:r>
    </w:p>
    <w:p>
      <w:pPr>
        <w:jc w:val="right"/>
      </w:pPr>
      <w:r>
        <w:t>بہت سے باغوروں کو تمکین نہیں ملی۔</w:t>
      </w:r>
    </w:p>
    <w:p>
      <w:r>
        <w:rPr>
          <w:b/>
        </w:rPr>
        <w:t xml:space="preserve">[1:20:03] </w:t>
      </w:r>
      <w:r>
        <w:t>yani woh Allah ka faisla hota hai.</w:t>
      </w:r>
    </w:p>
    <w:p>
      <w:pPr>
        <w:jc w:val="right"/>
      </w:pPr>
      <w:r>
        <w:t>یعنی وہ اللہ کا فیصلہ ہوتا ہے۔</w:t>
      </w:r>
    </w:p>
    <w:p>
      <w:r>
        <w:rPr>
          <w:b/>
        </w:rPr>
        <w:t xml:space="preserve">[1:20:06] </w:t>
      </w:r>
      <w:r>
        <w:t>Allah chahega to de ga, nahi to nahi de ga.</w:t>
      </w:r>
    </w:p>
    <w:p>
      <w:pPr>
        <w:jc w:val="right"/>
      </w:pPr>
      <w:r>
        <w:t>اللہ چاہے گا تو دے گا، نہیں تو نہیں دے گا۔</w:t>
      </w:r>
    </w:p>
    <w:p>
      <w:r>
        <w:rPr>
          <w:b/>
        </w:rPr>
        <w:t xml:space="preserve">[1:20:10] </w:t>
      </w:r>
      <w:r>
        <w:t>aap ko jo kaam karna hai to woh to yahi hai ke imaan, ibadat, dawat, is par apni</w:t>
      </w:r>
    </w:p>
    <w:p>
      <w:pPr>
        <w:jc w:val="right"/>
      </w:pPr>
      <w:r>
        <w:t>آپ کو جو کام کرنا ہے تو وہ تو یہی ہے کہ ایمان، عبادت، دعوت، اس پر اپنی</w:t>
      </w:r>
    </w:p>
    <w:p>
      <w:r>
        <w:rPr>
          <w:b/>
        </w:rPr>
        <w:t xml:space="preserve">[1:20:18] </w:t>
      </w:r>
      <w:r>
        <w:t>koshishon ko sirf karen.</w:t>
      </w:r>
    </w:p>
    <w:p>
      <w:pPr>
        <w:jc w:val="right"/>
      </w:pPr>
      <w:r>
        <w:t>کوششوں کو صرف کریں۔</w:t>
      </w:r>
    </w:p>
    <w:p>
      <w:r>
        <w:rPr>
          <w:b/>
        </w:rPr>
        <w:t xml:space="preserve">[1:20:20] </w:t>
      </w:r>
      <w:r>
        <w:t>is mein yeh kahan likha hua hai ke hukoomat gol bana kar ke larai chhoro? yeh kahan likha</w:t>
      </w:r>
    </w:p>
    <w:p>
      <w:pPr>
        <w:jc w:val="right"/>
      </w:pPr>
      <w:r>
        <w:t>اس میں یہ کہاں لکھا ہوا ہے کہ حکومت گول بنا کر کے لڑائی چھوڑو؟ یہ کہاں لکھا</w:t>
      </w:r>
    </w:p>
    <w:p>
      <w:r>
        <w:rPr>
          <w:b/>
        </w:rPr>
        <w:t xml:space="preserve">[1:20:27] </w:t>
      </w:r>
      <w:r>
        <w:t>hua hai? yeh to bohat bari is masjidon masjidon ki sarkashi hai in logon ki jo is ayat</w:t>
      </w:r>
    </w:p>
    <w:p>
      <w:pPr>
        <w:jc w:val="right"/>
      </w:pPr>
      <w:r>
        <w:t>ہوا ہے؟ یہ تو بہت بڑی اس مسجدوں مسجدوں کی سرکشی ہے ان لوگوں کی جو اس آیت</w:t>
      </w:r>
    </w:p>
    <w:p>
      <w:r>
        <w:rPr>
          <w:b/>
        </w:rPr>
        <w:t xml:space="preserve">[1:20:35] </w:t>
      </w:r>
      <w:r>
        <w:t>se yeh nikalte hain ke hukoomat hamara gol hai.</w:t>
      </w:r>
    </w:p>
    <w:p>
      <w:pPr>
        <w:jc w:val="right"/>
      </w:pPr>
      <w:r>
        <w:t>سے یہ نکالتے ہیں کہ حکومت ہمارا گول ہے۔</w:t>
      </w:r>
    </w:p>
    <w:p>
      <w:r>
        <w:rPr>
          <w:b/>
        </w:rPr>
        <w:t xml:space="preserve">[1:20:39] </w:t>
      </w:r>
      <w:r>
        <w:t>to sarkashi hai.</w:t>
      </w:r>
    </w:p>
    <w:p>
      <w:pPr>
        <w:jc w:val="right"/>
      </w:pPr>
      <w:r>
        <w:t>تو سرکشی ہے۔</w:t>
      </w:r>
    </w:p>
    <w:p>
      <w:r>
        <w:rPr>
          <w:b/>
        </w:rPr>
        <w:t xml:space="preserve">[1:20:41] </w:t>
      </w:r>
      <w:r>
        <w:t>to logon ki floging ho gayi aur farq mein logon ki.</w:t>
      </w:r>
    </w:p>
    <w:p>
      <w:pPr>
        <w:jc w:val="right"/>
      </w:pPr>
      <w:r>
        <w:t>تو لوگوں کی فلاگنگ ہو گئی اور فرق میں لوگوں کی۔</w:t>
      </w:r>
    </w:p>
    <w:p>
      <w:r>
        <w:rPr>
          <w:b/>
        </w:rPr>
        <w:t xml:space="preserve">[1:20:45] </w:t>
      </w:r>
      <w:r>
        <w:t>yeh kahan likha hua tha? jo cheez amr mauood hai, us ko bator khud aap ne banaya liya.</w:t>
      </w:r>
    </w:p>
    <w:p>
      <w:pPr>
        <w:jc w:val="right"/>
      </w:pPr>
      <w:r>
        <w:t>یہ کہاں لکھا ہوا تھا؟ جو چیز امر موعود ہے، اس کو بطور خود آپ نے بنایا لیا۔</w:t>
      </w:r>
    </w:p>
    <w:p>
      <w:r>
        <w:rPr>
          <w:b/>
        </w:rPr>
        <w:t xml:space="preserve">[1:20:53] </w:t>
      </w:r>
      <w:r>
        <w:t>aap ne maqsood kesi ajeeb baat hai? kesi ajeeb baat hai? yeh ayat jo hai, is mein tamkeen</w:t>
      </w:r>
    </w:p>
    <w:p>
      <w:pPr>
        <w:jc w:val="right"/>
      </w:pPr>
      <w:r>
        <w:t>آپ نے مقصود کیسی عجیب بات ہے؟ کیسی عجیب بات ہے؟ یہ آیت جو ہے، اس میں تمکین</w:t>
      </w:r>
    </w:p>
    <w:p>
      <w:r>
        <w:rPr>
          <w:b/>
        </w:rPr>
        <w:t xml:space="preserve">[1:21:01] </w:t>
      </w:r>
      <w:r>
        <w:t>ka lafz hai.</w:t>
      </w:r>
    </w:p>
    <w:p>
      <w:pPr>
        <w:jc w:val="right"/>
      </w:pPr>
      <w:r>
        <w:t>کا لفظ ہے۔</w:t>
      </w:r>
    </w:p>
    <w:p>
      <w:r>
        <w:rPr>
          <w:b/>
        </w:rPr>
        <w:t xml:space="preserve">[1:21:02] </w:t>
      </w:r>
      <w:r>
        <w:t>tamkeen ko amr mauood bataya gaya hai.</w:t>
      </w:r>
    </w:p>
    <w:p>
      <w:pPr>
        <w:jc w:val="right"/>
      </w:pPr>
      <w:r>
        <w:t>تمکین کو امر موعود بتایا گیا ہے۔</w:t>
      </w:r>
    </w:p>
    <w:p>
      <w:r>
        <w:rPr>
          <w:b/>
        </w:rPr>
        <w:t xml:space="preserve">[1:21:05] </w:t>
      </w:r>
      <w:r>
        <w:t>yeh Allah ki taraf se aata hai.</w:t>
      </w:r>
    </w:p>
    <w:p>
      <w:pPr>
        <w:jc w:val="right"/>
      </w:pPr>
      <w:r>
        <w:t>یہ اللہ کی طرف سے آتا ہے۔</w:t>
      </w:r>
    </w:p>
    <w:p>
      <w:r>
        <w:rPr>
          <w:b/>
        </w:rPr>
        <w:t xml:space="preserve">[1:21:08] </w:t>
      </w:r>
      <w:r>
        <w:t>hamara gol nahi hai.</w:t>
      </w:r>
    </w:p>
    <w:p>
      <w:pPr>
        <w:jc w:val="right"/>
      </w:pPr>
      <w:r>
        <w:t>ہمارا گول نہیں ہے۔</w:t>
      </w:r>
    </w:p>
    <w:p>
      <w:r>
        <w:rPr>
          <w:b/>
        </w:rPr>
        <w:t xml:space="preserve">[1:21:10] </w:t>
      </w:r>
      <w:r>
        <w:t>woh gol jab hoga? jab ke aap aise alfaaz dikhane Quran mein ke "aqim dawlat al islam".</w:t>
      </w:r>
    </w:p>
    <w:p>
      <w:pPr>
        <w:jc w:val="right"/>
      </w:pPr>
      <w:r>
        <w:t>وہ گول جب ہوگا؟ جب کہ آپ ایسے الفاظ دکھانے قرآن میں کہ "اقم دولت الاسلام"۔</w:t>
      </w:r>
    </w:p>
    <w:p>
      <w:r>
        <w:rPr>
          <w:b/>
        </w:rPr>
        <w:t xml:space="preserve">[1:21:17] </w:t>
      </w:r>
      <w:r>
        <w:t>ae Usman, tumhara farz hai ke hukoomat ilahiya qaim karo.</w:t>
      </w:r>
    </w:p>
    <w:p>
      <w:pPr>
        <w:jc w:val="right"/>
      </w:pPr>
      <w:r>
        <w:t>اے عثمان، تمہارا فرض ہے کہ حکومت الہیہ قائم کرو۔</w:t>
      </w:r>
    </w:p>
    <w:p>
      <w:r>
        <w:rPr>
          <w:b/>
        </w:rPr>
        <w:t xml:space="preserve">[1:21:21] </w:t>
      </w:r>
      <w:r>
        <w:t>yeh kahan hai? yeh to kahin bhi nahi hai.</w:t>
      </w:r>
    </w:p>
    <w:p>
      <w:pPr>
        <w:jc w:val="right"/>
      </w:pPr>
      <w:r>
        <w:t>یہ کہاں ہے؟ یہ تو کہیں بھی نہیں ہے۔</w:t>
      </w:r>
    </w:p>
    <w:p>
      <w:r>
        <w:rPr>
          <w:b/>
        </w:rPr>
        <w:t xml:space="preserve">[1:21:25] </w:t>
      </w:r>
      <w:r>
        <w:t>yeh to sarkashi hai.</w:t>
      </w:r>
    </w:p>
    <w:p>
      <w:pPr>
        <w:jc w:val="right"/>
      </w:pPr>
      <w:r>
        <w:t>یہ تو سرکشی ہے۔</w:t>
      </w:r>
    </w:p>
    <w:p>
      <w:r>
        <w:rPr>
          <w:b/>
        </w:rPr>
        <w:t xml:space="preserve">[1:21:27] </w:t>
      </w:r>
      <w:r>
        <w:t>mujhe is pe zara bhi shakk nahi hai ke aise logon ki akhirat mein flogging hogi ke tum</w:t>
      </w:r>
    </w:p>
    <w:p>
      <w:pPr>
        <w:jc w:val="right"/>
      </w:pPr>
      <w:r>
        <w:t>مجھے اس پہ ذرا بھی شک نہیں ہے کہ ایسے لوگوں کی آخرت میں فلاگنگ ہوگی کہ تم</w:t>
      </w:r>
    </w:p>
    <w:p>
      <w:r>
        <w:rPr>
          <w:b/>
        </w:rPr>
        <w:t xml:space="preserve">[1:21:34] </w:t>
      </w:r>
      <w:r>
        <w:t>ne kahan se nikaal liya woh lafz jo quran mein utha liya? yeh aap ke baray mein haq</w:t>
      </w:r>
    </w:p>
    <w:p>
      <w:pPr>
        <w:jc w:val="right"/>
      </w:pPr>
      <w:r>
        <w:t>نے کہاں سے نکال لیا وہ لفظ جو قرآن میں اٹھا لیا؟ یہ آپ کے بارے میں حق</w:t>
      </w:r>
    </w:p>
    <w:p>
      <w:r>
        <w:rPr>
          <w:b/>
        </w:rPr>
        <w:t xml:space="preserve">[1:21:42] </w:t>
      </w:r>
      <w:r>
        <w:t>hai ke yeh amar maw'ood hai.</w:t>
      </w:r>
    </w:p>
    <w:p>
      <w:pPr>
        <w:jc w:val="right"/>
      </w:pPr>
      <w:r>
        <w:t>ہے کہ یہ امر موعود ہے۔</w:t>
      </w:r>
    </w:p>
    <w:p>
      <w:r>
        <w:rPr>
          <w:b/>
        </w:rPr>
        <w:t xml:space="preserve">[1:21:45] </w:t>
      </w:r>
      <w:r>
        <w:t>allah ta'ala chahega to tumkeen bhi de dega, chahega to nahi bhi dega.</w:t>
      </w:r>
    </w:p>
    <w:p>
      <w:pPr>
        <w:jc w:val="right"/>
      </w:pPr>
      <w:r>
        <w:t>اللہ تعالیٰ چاہے گا تو تمکین بھی دے دے گا، چاہے گا تو نہیں بھی دے گا۔</w:t>
      </w:r>
    </w:p>
    <w:p>
      <w:r>
        <w:rPr>
          <w:b/>
        </w:rPr>
        <w:t xml:space="preserve">[1:21:52] </w:t>
      </w:r>
      <w:r>
        <w:t>jaise ke bohat se logon ko nahi mili, bohat se anbiya ko, bohat se anbiya ko nahi mili.</w:t>
      </w:r>
    </w:p>
    <w:p>
      <w:pPr>
        <w:jc w:val="right"/>
      </w:pPr>
      <w:r>
        <w:t>جیسے کہ بہت سے لوگوں کو نہیں ملی، بہت سے انبیاء کو، بہت سے انبیاء کو نہیں ملی۔</w:t>
      </w:r>
    </w:p>
    <w:p>
      <w:r>
        <w:rPr>
          <w:b/>
        </w:rPr>
        <w:t xml:space="preserve">[1:22:00] </w:t>
      </w:r>
      <w:r>
        <w:t>baqi is ko gol banana aur larai chhodna aur logon ko maar kaat karna, yeh to bilkul sarkashi</w:t>
      </w:r>
    </w:p>
    <w:p>
      <w:pPr>
        <w:jc w:val="right"/>
      </w:pPr>
      <w:r>
        <w:t>باقی اس کو گول بنانا اور لڑائی چھوڑنا اور لوگوں کو مار کاٹ کرنا، یہ تو بالکل سرکشی</w:t>
      </w:r>
    </w:p>
    <w:p>
      <w:r>
        <w:rPr>
          <w:b/>
        </w:rPr>
        <w:t xml:space="preserve">[1:22:07] </w:t>
      </w:r>
      <w:r>
        <w:t>ki baat hai.</w:t>
      </w:r>
    </w:p>
    <w:p>
      <w:pPr>
        <w:jc w:val="right"/>
      </w:pPr>
      <w:r>
        <w:t>کی بات ہے۔</w:t>
      </w:r>
    </w:p>
    <w:p>
      <w:r>
        <w:rPr>
          <w:b/>
        </w:rPr>
        <w:t xml:space="preserve">[1:22:09] </w:t>
      </w:r>
      <w:r>
        <w:t>maulana, agla sawal kashmir se hai shad hussain sahab ka.</w:t>
      </w:r>
    </w:p>
    <w:p>
      <w:pPr>
        <w:jc w:val="right"/>
      </w:pPr>
      <w:r>
        <w:t>مولانا، اگلا سوال کشمیر سے ہے شاد حسین صاحب کا۔</w:t>
      </w:r>
    </w:p>
    <w:p>
      <w:r>
        <w:rPr>
          <w:b/>
        </w:rPr>
        <w:t xml:space="preserve">[1:22:13] </w:t>
      </w:r>
      <w:r>
        <w:t>انہوں نے لکھا ہے: "مولانا، you have unfolded the meaning of the Quranic word leader of men</w:t>
      </w:r>
    </w:p>
    <w:p>
      <w:pPr>
        <w:jc w:val="right"/>
      </w:pPr>
      <w:r>
        <w:t>انہوں نے لکھا ہے: "مولانا، یو ہیو ان فولڈڈ دا میننگ آف دا قرآنک ورڈ لیڈر آف مین</w:t>
      </w:r>
    </w:p>
    <w:p>
      <w:r>
        <w:rPr>
          <w:b/>
        </w:rPr>
        <w:t xml:space="preserve">[1:22:21] </w:t>
      </w:r>
      <w:r>
        <w:t>kind.</w:t>
      </w:r>
    </w:p>
    <w:p>
      <w:pPr>
        <w:jc w:val="right"/>
      </w:pPr>
      <w:r>
        <w:t>کائنڈ۔</w:t>
      </w:r>
    </w:p>
    <w:p>
      <w:r>
        <w:rPr>
          <w:b/>
        </w:rPr>
        <w:t xml:space="preserve">[1:22:22] </w:t>
      </w:r>
      <w:r>
        <w:t>Your explanation provides a key to understand the divine plan of contemporary developments.</w:t>
      </w:r>
    </w:p>
    <w:p>
      <w:pPr>
        <w:jc w:val="right"/>
      </w:pPr>
      <w:r>
        <w:t>یور ایکسپلینیشن پرووائیڈز ا کی ٹو انڈرسٹینڈ دا ڈیوائن پلان آف کنٹیمپریری ڈیویلپمنٹس۔</w:t>
      </w:r>
    </w:p>
    <w:p>
      <w:r>
        <w:rPr>
          <w:b/>
        </w:rPr>
        <w:t xml:space="preserve">[1:22:28] </w:t>
      </w:r>
      <w:r>
        <w:t>"Why Muslim thinkers remained ignorant from this for so long?" دیکھیے، یہ ایک کوسٹ ڈزنس تھا تاریخ میں۔</w:t>
      </w:r>
    </w:p>
    <w:p>
      <w:pPr>
        <w:jc w:val="right"/>
      </w:pPr>
      <w:r>
        <w:t>وائی مسلم تھنکرز ریمینڈ اگنورنٹ فرام دس فار سو لانگ؟" دیکھیے، یہ ایک کوسٹ ڈزنس تھا تاریخ میں۔</w:t>
      </w:r>
    </w:p>
    <w:p>
      <w:r>
        <w:rPr>
          <w:b/>
        </w:rPr>
        <w:t xml:space="preserve">[1:22:36] </w:t>
      </w:r>
      <w:r>
        <w:t>cost incidents do baat ek saath aai.</w:t>
      </w:r>
    </w:p>
    <w:p>
      <w:pPr>
        <w:jc w:val="right"/>
      </w:pPr>
      <w:r>
        <w:t>کوسٹ انسیڈنٹس دو بات ایک ساتھ آئی۔</w:t>
      </w:r>
    </w:p>
    <w:p>
      <w:r>
        <w:rPr>
          <w:b/>
        </w:rPr>
        <w:t xml:space="preserve">[1:22:39] </w:t>
      </w:r>
      <w:r>
        <w:t>یعنی ماڈرن ماڈرن جو ایج ہے، وہ آیا اسی کے ساتھ ساتھ کلonialism آ گیا۔</w:t>
      </w:r>
    </w:p>
    <w:p>
      <w:pPr>
        <w:jc w:val="right"/>
      </w:pPr>
      <w:r>
        <w:t>یعنی ماڈرن ماڈرن جو ایج ہے، وہ آیا اسی کے ساتھ ساتھ کلونیلزم آ گیا۔</w:t>
      </w:r>
    </w:p>
    <w:p>
      <w:r>
        <w:rPr>
          <w:b/>
        </w:rPr>
        <w:t xml:space="preserve">[1:22:45] </w:t>
      </w:r>
      <w:r>
        <w:t>saath saath yani musalman is waqt empire dunya mein thi 18veen sadi tak.</w:t>
      </w:r>
    </w:p>
    <w:p>
      <w:pPr>
        <w:jc w:val="right"/>
      </w:pPr>
      <w:r>
        <w:t>ساتھ ساتھ یعنی مسلمانوں اس وقت ایمپائر دنیا میں تھی اٹھارویں صدی تک۔</w:t>
      </w:r>
    </w:p>
    <w:p>
      <w:r>
        <w:rPr>
          <w:b/>
        </w:rPr>
        <w:t xml:space="preserve">[1:22:51] </w:t>
      </w:r>
      <w:r>
        <w:t>جگہ جگہ مغل ایمپائر یعنی Ottoman Empire۔</w:t>
      </w:r>
    </w:p>
    <w:p>
      <w:pPr>
        <w:jc w:val="right"/>
      </w:pPr>
      <w:r>
        <w:t>جگہ جگہ مغل ایمپائر یعنی اٹمان ایمپائر۔</w:t>
      </w:r>
    </w:p>
    <w:p>
      <w:r>
        <w:rPr>
          <w:b/>
        </w:rPr>
        <w:t xml:space="preserve">[1:22:54] </w:t>
      </w:r>
      <w:r>
        <w:t>to yeh sari empires jo thin, woh tod diya in logon ne.</w:t>
      </w:r>
    </w:p>
    <w:p>
      <w:pPr>
        <w:jc w:val="right"/>
      </w:pPr>
      <w:r>
        <w:t>تو یہ ساری ایمپائرز جو تھیں، وہ توڑ دیا ان لوگوں نے۔</w:t>
      </w:r>
    </w:p>
    <w:p>
      <w:r>
        <w:rPr>
          <w:b/>
        </w:rPr>
        <w:t xml:space="preserve">[1:22:59] </w:t>
      </w:r>
      <w:r>
        <w:t>تو ایک یہ کویسچن تھا، وہ الگ چیز تھی، وہ الگ چیز تھی۔</w:t>
      </w:r>
    </w:p>
    <w:p>
      <w:pPr>
        <w:jc w:val="right"/>
      </w:pPr>
      <w:r>
        <w:t>تو ایک یہ کوسٹنس تھا، وہ الگ چیز تھی، وہ الگ چیز تھی۔</w:t>
      </w:r>
    </w:p>
    <w:p>
      <w:r>
        <w:rPr>
          <w:b/>
        </w:rPr>
        <w:t xml:space="preserve">[1:23:04] </w:t>
      </w:r>
      <w:r>
        <w:t>modern jo age aaya tha, woh ek alag age tha.</w:t>
      </w:r>
    </w:p>
    <w:p>
      <w:pPr>
        <w:jc w:val="right"/>
      </w:pPr>
      <w:r>
        <w:t>ماڈرن جو ایج آیا تھا، وہ ایک الگ ایج تھا۔</w:t>
      </w:r>
    </w:p>
    <w:p>
      <w:r>
        <w:rPr>
          <w:b/>
        </w:rPr>
        <w:t xml:space="preserve">[1:23:09] </w:t>
      </w:r>
      <w:r>
        <w:t>isi ke saath saath yeh ek naya faragh aaya ke kuch logon ne yani woh ubhre europe se,</w:t>
      </w:r>
    </w:p>
    <w:p>
      <w:pPr>
        <w:jc w:val="right"/>
      </w:pPr>
      <w:r>
        <w:t>اسی کے ساتھ ساتھ یہ ایک نیا فراغ آیا کہ کچھ لوگوں نے یعنی وہ ابھرے یورپ سے،</w:t>
      </w:r>
    </w:p>
    <w:p>
      <w:r>
        <w:rPr>
          <w:b/>
        </w:rPr>
        <w:t xml:space="preserve">[1:23:16] </w:t>
      </w:r>
      <w:r>
        <w:t>ubhar kar ke asia aur africa mein apni hukumatain qaim kar lin.</w:t>
      </w:r>
    </w:p>
    <w:p>
      <w:pPr>
        <w:jc w:val="right"/>
      </w:pPr>
      <w:r>
        <w:t>ابھر کر کے ایشیا اور افریقہ میں اپنی حکومتیں قائم کر لیں۔</w:t>
      </w:r>
    </w:p>
    <w:p>
      <w:r>
        <w:rPr>
          <w:b/>
        </w:rPr>
        <w:t xml:space="preserve">[1:23:21] </w:t>
      </w:r>
      <w:r>
        <w:t>تو negative ہو گئے لوگ، سوچ نہیں پائے کہ ایک دوسرا پہلو ہوا ہے۔</w:t>
      </w:r>
    </w:p>
    <w:p>
      <w:pPr>
        <w:jc w:val="right"/>
      </w:pPr>
      <w:r>
        <w:t>تو نیگیٹیو ہو گئے لوگ، سوچ نہیں پائے کہ ایک دوسرا پہلو ہوا ہے۔</w:t>
      </w:r>
    </w:p>
    <w:p>
      <w:r>
        <w:rPr>
          <w:b/>
        </w:rPr>
        <w:t xml:space="preserve">[1:23:27] </w:t>
      </w:r>
      <w:r>
        <w:t>woh ek alag cheez hai, yeh alag cheez hai.</w:t>
      </w:r>
    </w:p>
    <w:p>
      <w:pPr>
        <w:jc w:val="right"/>
      </w:pPr>
      <w:r>
        <w:t>وہ ایک الگ چیز ہے، یہ الگ چیز ہے۔</w:t>
      </w:r>
    </w:p>
    <w:p>
      <w:r>
        <w:rPr>
          <w:b/>
        </w:rPr>
        <w:t xml:space="preserve">[1:23:31] </w:t>
      </w:r>
      <w:r>
        <w:t>donon ko alag kar ke nahi de sakte the.</w:t>
      </w:r>
    </w:p>
    <w:p>
      <w:pPr>
        <w:jc w:val="right"/>
      </w:pPr>
      <w:r>
        <w:t>دونوں کو الگ کر کے نہیں دے سکتے تھے۔</w:t>
      </w:r>
    </w:p>
    <w:p>
      <w:r>
        <w:rPr>
          <w:b/>
        </w:rPr>
        <w:t xml:space="preserve">[1:23:35] </w:t>
      </w:r>
      <w:r>
        <w:t>donon ko alag kar ke nahi de sakte the.</w:t>
      </w:r>
    </w:p>
    <w:p>
      <w:pPr>
        <w:jc w:val="right"/>
      </w:pPr>
      <w:r>
        <w:t>دونوں کو الگ کر کے نہیں دے سکتے تھے۔</w:t>
      </w:r>
    </w:p>
    <w:p>
      <w:r>
        <w:rPr>
          <w:b/>
        </w:rPr>
        <w:t xml:space="preserve">[1:23:39] </w:t>
      </w:r>
      <w:r>
        <w:t>وہ یعنی they failed to differentiate between the two.</w:t>
      </w:r>
    </w:p>
    <w:p>
      <w:pPr>
        <w:jc w:val="right"/>
      </w:pPr>
      <w:r>
        <w:t>وہ یعنی دے فیلڈ ٹو ڈیفیشیٹ بٹوین دا ٹو۔</w:t>
      </w:r>
    </w:p>
    <w:p>
      <w:r>
        <w:rPr>
          <w:b/>
        </w:rPr>
        <w:t xml:space="preserve">[1:23:43] </w:t>
      </w:r>
      <w:r>
        <w:t>yeh hai basic wajah.</w:t>
      </w:r>
    </w:p>
    <w:p>
      <w:pPr>
        <w:jc w:val="right"/>
      </w:pPr>
      <w:r>
        <w:t>یہ ہے بیسک وجہ۔</w:t>
      </w:r>
    </w:p>
    <w:p>
      <w:r>
        <w:rPr>
          <w:b/>
        </w:rPr>
        <w:t xml:space="preserve">[1:23:45] </w:t>
      </w:r>
      <w:r>
        <w:t>is afsar sahab yeh nahi lage ke hamari hukumaton ko tod diya unhon ne, hamare empire khatam kar</w:t>
      </w:r>
    </w:p>
    <w:p>
      <w:pPr>
        <w:jc w:val="right"/>
      </w:pPr>
      <w:r>
        <w:t>اس افسر صاحب یہ نہیں لگے کہ ہماری حکومتوں کو توڑ دیا انہوں نے، ہمارے ایمپائر ختم کر</w:t>
      </w:r>
    </w:p>
    <w:p>
      <w:r>
        <w:rPr>
          <w:b/>
        </w:rPr>
        <w:t xml:space="preserve">[1:23:52] </w:t>
      </w:r>
      <w:r>
        <w:t>diya, hamein ladna hai in se ladna hai.</w:t>
      </w:r>
    </w:p>
    <w:p>
      <w:pPr>
        <w:jc w:val="right"/>
      </w:pPr>
      <w:r>
        <w:t>دیا، ہمیں لڑنا ہے ان سے لڑنا ہے۔</w:t>
      </w:r>
    </w:p>
    <w:p>
      <w:r>
        <w:rPr>
          <w:b/>
        </w:rPr>
        <w:t xml:space="preserve">[1:23:56] </w:t>
      </w:r>
      <w:r>
        <w:t>lagte hain ke is se unhein ghafil ho gaye ke modern age ek basic laya hai, opportunity laya</w:t>
      </w:r>
    </w:p>
    <w:p>
      <w:pPr>
        <w:jc w:val="right"/>
      </w:pPr>
      <w:r>
        <w:t>لگتے ہیں کہ اس سے انہیں غافل ہو گئے کہ ماڈرن ایج ایک بیسک لایا ہے، اپرچونیٹی لایا</w:t>
      </w:r>
    </w:p>
    <w:p>
      <w:r>
        <w:rPr>
          <w:b/>
        </w:rPr>
        <w:t xml:space="preserve">[1:24:03] </w:t>
      </w:r>
      <w:r>
        <w:t>hai, mawaqe laya hai ke is ka hum avail karna hai.</w:t>
      </w:r>
    </w:p>
    <w:p>
      <w:pPr>
        <w:jc w:val="right"/>
      </w:pPr>
      <w:r>
        <w:t>ہے، مواقع لایا ہے کہ اس کا ہم اویل کرنا ہے۔</w:t>
      </w:r>
    </w:p>
    <w:p>
      <w:r>
        <w:rPr>
          <w:b/>
        </w:rPr>
        <w:t xml:space="preserve">[1:24:08] </w:t>
      </w:r>
      <w:r>
        <w:t>is se be khabar ho gaye.</w:t>
      </w:r>
    </w:p>
    <w:p>
      <w:pPr>
        <w:jc w:val="right"/>
      </w:pPr>
      <w:r>
        <w:t>اس سے بے خبر ہو گئے۔</w:t>
      </w:r>
    </w:p>
    <w:p>
      <w:r>
        <w:rPr>
          <w:b/>
        </w:rPr>
        <w:t xml:space="preserve">[1:24:11] </w:t>
      </w:r>
      <w:r>
        <w:t>wohi to hua jo japan mein hua.</w:t>
      </w:r>
    </w:p>
    <w:p>
      <w:pPr>
        <w:jc w:val="right"/>
      </w:pPr>
      <w:r>
        <w:t>وہی تو ہوا جو جاپان میں ہوا۔</w:t>
      </w:r>
    </w:p>
    <w:p>
      <w:r>
        <w:rPr>
          <w:b/>
        </w:rPr>
        <w:t xml:space="preserve">[1:24:14] </w:t>
      </w:r>
      <w:r>
        <w:t>japan wale be khabar thay.</w:t>
      </w:r>
    </w:p>
    <w:p>
      <w:pPr>
        <w:jc w:val="right"/>
      </w:pPr>
      <w:r>
        <w:t>جاپان والے بے خبر تھے۔</w:t>
      </w:r>
    </w:p>
    <w:p>
      <w:r>
        <w:rPr>
          <w:b/>
        </w:rPr>
        <w:t xml:space="preserve">[1:24:16] </w:t>
      </w:r>
      <w:r>
        <w:t>to japan mein aisay leader paida hue.</w:t>
      </w:r>
    </w:p>
    <w:p>
      <w:pPr>
        <w:jc w:val="right"/>
      </w:pPr>
      <w:r>
        <w:t>تو جاپان میں ایسے لیڈر پیدا ہوئے۔</w:t>
      </w:r>
    </w:p>
    <w:p>
      <w:r>
        <w:rPr>
          <w:b/>
        </w:rPr>
        <w:t xml:space="preserve">[1:24:19] </w:t>
      </w:r>
      <w:r>
        <w:t>khud jo hero heitel tha, hero heitel bohat zabardast parha likha aadmi tha jo king of japan is</w:t>
      </w:r>
    </w:p>
    <w:p>
      <w:pPr>
        <w:jc w:val="right"/>
      </w:pPr>
      <w:r>
        <w:t>خود جو ہیرو ہیٹل تھا، ہیرو ہیٹل بہت زبردست پڑھا لکھا آدمی تھا جو کنگ آف جاپان اس</w:t>
      </w:r>
    </w:p>
    <w:p>
      <w:r>
        <w:rPr>
          <w:b/>
        </w:rPr>
        <w:t xml:space="preserve">[1:24:27] </w:t>
      </w:r>
      <w:r>
        <w:t>waqt tha.</w:t>
      </w:r>
    </w:p>
    <w:p>
      <w:pPr>
        <w:jc w:val="right"/>
      </w:pPr>
      <w:r>
        <w:t>وقت تھا۔</w:t>
      </w:r>
    </w:p>
    <w:p>
      <w:r>
        <w:rPr>
          <w:b/>
        </w:rPr>
        <w:t xml:space="preserve">[1:24:28] </w:t>
      </w:r>
      <w:r>
        <w:t>is ki speech aap dekhen, isi kitaab mein is ki speech di hui hai.</w:t>
      </w:r>
    </w:p>
    <w:p>
      <w:pPr>
        <w:jc w:val="right"/>
      </w:pPr>
      <w:r>
        <w:t>اس کی اسپیچ آپ دیکھیں، اسی کتاب میں اس کی اسپیچ دی ہوئی ہے۔</w:t>
      </w:r>
    </w:p>
    <w:p>
      <w:r>
        <w:rPr>
          <w:b/>
        </w:rPr>
        <w:t xml:space="preserve">[1:24:34] </w:t>
      </w:r>
      <w:r>
        <w:t>is ne lead ki.</w:t>
      </w:r>
    </w:p>
    <w:p>
      <w:pPr>
        <w:jc w:val="right"/>
      </w:pPr>
      <w:r>
        <w:t>اس نے لیڈ کی۔</w:t>
      </w:r>
    </w:p>
    <w:p>
      <w:r>
        <w:rPr>
          <w:b/>
        </w:rPr>
        <w:t xml:space="preserve">[1:24:36] </w:t>
      </w:r>
      <w:r>
        <w:t>muslim dunya mein koi hero heitel jaisa aadmi paida nahi jo lead de.</w:t>
      </w:r>
    </w:p>
    <w:p>
      <w:pPr>
        <w:jc w:val="right"/>
      </w:pPr>
      <w:r>
        <w:t>مسلم دنیا میں کوئی ہیرو ہیٹل جیسا آدمی پیدا نہیں جو لیڈ دے۔</w:t>
      </w:r>
    </w:p>
    <w:p>
      <w:r>
        <w:rPr>
          <w:b/>
        </w:rPr>
        <w:t xml:space="preserve">[1:24:41] </w:t>
      </w:r>
      <w:r>
        <w:t>lead usay lead diya, bohat time par lead diya ke dekho karne ka kaam woh nahi hai, yeh</w:t>
      </w:r>
    </w:p>
    <w:p>
      <w:pPr>
        <w:jc w:val="right"/>
      </w:pPr>
      <w:r>
        <w:t>لیڈ اسے لیڈ دیا، بہت ٹائم پر لیڈ دیا کہ دیکھو کرنے کا کام وہ نہیں ہے، یہ</w:t>
      </w:r>
    </w:p>
    <w:p>
      <w:r>
        <w:rPr>
          <w:b/>
        </w:rPr>
        <w:t xml:space="preserve">[1:24:49]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[1:24:51] </w:t>
      </w:r>
      <w:r>
        <w:t>to hamara koi aisa paida nahi hua jo lead de kyunke sab obsession jeetay rahay.</w:t>
      </w:r>
    </w:p>
    <w:p>
      <w:pPr>
        <w:jc w:val="right"/>
      </w:pPr>
      <w:r>
        <w:t>تو ہمارا کوئی ایسا پیدا نہیں ہوا جو لیڈ دے کیونکہ سب ابسیشن جیتے رہے۔</w:t>
      </w:r>
    </w:p>
    <w:p>
      <w:r>
        <w:rPr>
          <w:b/>
        </w:rPr>
        <w:t xml:space="preserve">[1:24:57] </w:t>
      </w:r>
      <w:r>
        <w:t>wohi hay hukoomat, hay hukoomat, hay hukoomat.</w:t>
      </w:r>
    </w:p>
    <w:p>
      <w:pPr>
        <w:jc w:val="right"/>
      </w:pPr>
      <w:r>
        <w:t>وہی ہائے حکومت، ہائے حکومت، ہائے حکومت۔</w:t>
      </w:r>
    </w:p>
    <w:p>
      <w:r>
        <w:rPr>
          <w:b/>
        </w:rPr>
        <w:t xml:space="preserve">[1:25:00] </w:t>
      </w:r>
      <w:r>
        <w:t>to yeh wajah thi mere liye.</w:t>
      </w:r>
    </w:p>
    <w:p>
      <w:pPr>
        <w:jc w:val="right"/>
      </w:pPr>
      <w:r>
        <w:t>تو یہ وجہ تھی میرے لیے۔</w:t>
      </w:r>
    </w:p>
    <w:p>
      <w:r>
        <w:rPr>
          <w:b/>
        </w:rPr>
        <w:t xml:space="preserve">[1:25:03] </w:t>
      </w:r>
      <w:r>
        <w:t>maulana, agla sawal karachi pakistan se aaya hai abdul lateef sahib ka.</w:t>
      </w:r>
    </w:p>
    <w:p>
      <w:pPr>
        <w:jc w:val="right"/>
      </w:pPr>
      <w:r>
        <w:t>مولانا، اگلا سوال کراچی پاکستان سے آیا ہے عبداللطیف صاحب کا۔</w:t>
      </w:r>
    </w:p>
    <w:p>
      <w:r>
        <w:rPr>
          <w:b/>
        </w:rPr>
        <w:t xml:space="preserve">[1:25:07] </w:t>
      </w:r>
      <w:r>
        <w:t>unhon ne likha hai: "musalman khudkushi jo ke ulama ke zehan ke zehan saazi ki wajah se karte</w:t>
      </w:r>
    </w:p>
    <w:p>
      <w:pPr>
        <w:jc w:val="right"/>
      </w:pPr>
      <w:r>
        <w:t>انہوں نے لکھا ہے: "مسلمان خودکشی جو کہ علمائے کے ذہن کے ذہن سازی کی وجہ سے کرتے</w:t>
      </w:r>
    </w:p>
    <w:p>
      <w:r>
        <w:rPr>
          <w:b/>
        </w:rPr>
        <w:t xml:space="preserve">[1:25:15] </w:t>
      </w:r>
      <w:r>
        <w:t>hain, is liye woh qabil mawakhza nahi hain." is is ke baray mein aap kya kahengay? nahi,</w:t>
      </w:r>
    </w:p>
    <w:p>
      <w:pPr>
        <w:jc w:val="right"/>
      </w:pPr>
      <w:r>
        <w:t>ہیں، اس لیے وہ قابل مواخذہ نہیں ہیں۔" اس اس کے بارے میں آپ کیا کہیں گے؟ نہیں،</w:t>
      </w:r>
    </w:p>
    <w:p>
      <w:r>
        <w:rPr>
          <w:b/>
        </w:rPr>
        <w:t xml:space="preserve">[1:25:23] </w:t>
      </w:r>
      <w:r>
        <w:t>nahi, yeh baat galat hai.</w:t>
      </w:r>
    </w:p>
    <w:p>
      <w:pPr>
        <w:jc w:val="right"/>
      </w:pPr>
      <w:r>
        <w:t>نہیں، یہ بات غلط ہے۔</w:t>
      </w:r>
    </w:p>
    <w:p>
      <w:r>
        <w:rPr>
          <w:b/>
        </w:rPr>
        <w:t xml:space="preserve">[1:25:25] </w:t>
      </w:r>
      <w:r>
        <w:t>aap mawakhza to nahi hain.</w:t>
      </w:r>
    </w:p>
    <w:p>
      <w:pPr>
        <w:jc w:val="right"/>
      </w:pPr>
      <w:r>
        <w:t>آپ مواخذہ تو نہیں ہیں۔</w:t>
      </w:r>
    </w:p>
    <w:p>
      <w:r>
        <w:rPr>
          <w:b/>
        </w:rPr>
        <w:t xml:space="preserve">[1:25:27] </w:t>
      </w:r>
      <w:r>
        <w:t>yani pehli zimmedari bilashuba ulama par hai jo is tarah ke zahir banaya unhon ne.</w:t>
      </w:r>
    </w:p>
    <w:p>
      <w:pPr>
        <w:jc w:val="right"/>
      </w:pPr>
      <w:r>
        <w:t>یعنی پہلی ذمہ داری بلاشبہ علماء پر ہے جو اس طرح کے ظاہر بنایا انہوں نے۔</w:t>
      </w:r>
    </w:p>
    <w:p>
      <w:r>
        <w:rPr>
          <w:b/>
        </w:rPr>
        <w:t xml:space="preserve">[1:25:34] </w:t>
      </w:r>
      <w:r>
        <w:t>lekin wohi pakray jayengay, dono pakray jayengay.</w:t>
      </w:r>
    </w:p>
    <w:p>
      <w:pPr>
        <w:jc w:val="right"/>
      </w:pPr>
      <w:r>
        <w:t>لیکن وہی پکڑ جائیں گے، دونوں پکڑ جائیں گے۔</w:t>
      </w:r>
    </w:p>
    <w:p>
      <w:r>
        <w:rPr>
          <w:b/>
        </w:rPr>
        <w:t xml:space="preserve">[1:25:38] </w:t>
      </w:r>
      <w:r>
        <w:t>aisa nahi ke ek pakra jaye, doosra chhor diya jaye.</w:t>
      </w:r>
    </w:p>
    <w:p>
      <w:pPr>
        <w:jc w:val="right"/>
      </w:pPr>
      <w:r>
        <w:t>ایسا نہیں کہ ایک پکڑا جائے، دوسرا چھوڑ دیا جائے۔</w:t>
      </w:r>
    </w:p>
    <w:p>
      <w:r>
        <w:rPr>
          <w:b/>
        </w:rPr>
        <w:t xml:space="preserve">[1:25:42] </w:t>
      </w:r>
      <w:r>
        <w:t>yani negative thinking paida ki ulama ne, rehnamaon ne, hamaray saaray likhnay bolnay walay ne.</w:t>
      </w:r>
    </w:p>
    <w:p>
      <w:pPr>
        <w:jc w:val="right"/>
      </w:pPr>
      <w:r>
        <w:t>یعنی نیگیٹیو تھنکنگ پیدا کی علماء نے، رہنماؤں نے، ہمارے سارے لکھنے بولنے والے نے۔</w:t>
      </w:r>
    </w:p>
    <w:p>
      <w:r>
        <w:rPr>
          <w:b/>
        </w:rPr>
        <w:t xml:space="preserve">[1:25:48] </w:t>
      </w:r>
      <w:r>
        <w:t>negative thinking, negative thinking.</w:t>
      </w:r>
    </w:p>
    <w:p>
      <w:pPr>
        <w:jc w:val="right"/>
      </w:pPr>
      <w:r>
        <w:t>نیگیٹیو تھنکنگ، نیگیٹیو تھنکنگ۔</w:t>
      </w:r>
    </w:p>
    <w:p>
      <w:r>
        <w:rPr>
          <w:b/>
        </w:rPr>
        <w:t xml:space="preserve">[1:25:50] </w:t>
      </w:r>
      <w:r>
        <w:t>kuch bara bara kar lo, yeh sab kar rahay hain.</w:t>
      </w:r>
    </w:p>
    <w:p>
      <w:pPr>
        <w:jc w:val="right"/>
      </w:pPr>
      <w:r>
        <w:t>کچھ بڑا بڑا کر لو، یہ سب کر رہے ہیں۔</w:t>
      </w:r>
    </w:p>
    <w:p>
      <w:r>
        <w:rPr>
          <w:b/>
        </w:rPr>
        <w:t xml:space="preserve">[1:25:54] </w:t>
      </w:r>
      <w:r>
        <w:t>lekin pakre jayenge dono.</w:t>
      </w:r>
    </w:p>
    <w:p>
      <w:pPr>
        <w:jc w:val="right"/>
      </w:pPr>
      <w:r>
        <w:t>لیکن پکڑے جائیں گے دونوں۔</w:t>
      </w:r>
    </w:p>
    <w:p>
      <w:r>
        <w:rPr>
          <w:b/>
        </w:rPr>
        <w:t xml:space="preserve">[1:25:57] </w:t>
      </w:r>
      <w:r>
        <w:t>aisa nahi ke ek chhod chhod diya, doosra pakra diya.</w:t>
      </w:r>
    </w:p>
    <w:p>
      <w:pPr>
        <w:jc w:val="right"/>
      </w:pPr>
      <w:r>
        <w:t>ایسا نہیں کہ ایک چھوڑ چھوڑ دیا، دوسرا پکڑا دیا۔</w:t>
      </w:r>
    </w:p>
    <w:p>
      <w:r>
        <w:rPr>
          <w:b/>
        </w:rPr>
        <w:t xml:space="preserve">[1:26:01] </w:t>
      </w:r>
      <w:r>
        <w:t>maulana, agla sawal rae pur se hai idrees sahab ka.</w:t>
      </w:r>
    </w:p>
    <w:p>
      <w:pPr>
        <w:jc w:val="right"/>
      </w:pPr>
      <w:r>
        <w:t>مولانا، اگلا سوال رائے پور سے ہے ادریس صاحب کا۔</w:t>
      </w:r>
    </w:p>
    <w:p>
      <w:r>
        <w:rPr>
          <w:b/>
        </w:rPr>
        <w:t xml:space="preserve">[1:26:05] </w:t>
      </w:r>
      <w:r>
        <w:t>unhon ne likha hai: "in past muslims had to fight to remove the hurdles in dawah work.</w:t>
      </w:r>
    </w:p>
    <w:p>
      <w:pPr>
        <w:jc w:val="right"/>
      </w:pPr>
      <w:r>
        <w:t>انہوں نے لکھا ہے: "ان پاسٹ مسلمز ہیڈ ٹو فائٹ ٹو ریموو دا ہرڈلز ان دعویٰ ورک۔</w:t>
      </w:r>
    </w:p>
    <w:p>
      <w:r>
        <w:rPr>
          <w:b/>
        </w:rPr>
        <w:t xml:space="preserve">[1:26:12] </w:t>
      </w:r>
      <w:r>
        <w:t>These days Muslims fighting is one of the biggest hurdle in the doing Dawah work.</w:t>
      </w:r>
    </w:p>
    <w:p>
      <w:pPr>
        <w:jc w:val="right"/>
      </w:pPr>
      <w:r>
        <w:t>دیز ڈیز مسلمز فائٹنگ از ون آف دا بگسٹ ہرڈل ان دا ڈوئنگ دعویٰ ورک۔</w:t>
      </w:r>
    </w:p>
    <w:p>
      <w:r>
        <w:rPr>
          <w:b/>
        </w:rPr>
        <w:t xml:space="preserve">[1:26:19] </w:t>
      </w:r>
      <w:r>
        <w:t>the hurdles in dawah work is not external but internal, and that is the conduct of muslims.</w:t>
      </w:r>
    </w:p>
    <w:p>
      <w:pPr>
        <w:jc w:val="right"/>
      </w:pPr>
      <w:r>
        <w:t>دا ہرڈلز ان دعویٰ ورک از ناٹ ایکسٹرنل بٹ انٹرنل، اینڈ دیٹ از دا کنڈکٹ آف مسلمز۔</w:t>
      </w:r>
    </w:p>
    <w:p>
      <w:r>
        <w:rPr>
          <w:b/>
        </w:rPr>
        <w:t xml:space="preserve">[1:26:26] </w:t>
      </w:r>
      <w:r>
        <w:t>Muslims are regarded as the troublemaker in the world and misfit for society.</w:t>
      </w:r>
    </w:p>
    <w:p>
      <w:pPr>
        <w:jc w:val="right"/>
      </w:pPr>
      <w:r>
        <w:t>مسلمز آر ریگارڈڈ ایز دا ٹربل میکر ان دا ورلڈ اینڈ مس فٹ فار سوسائٹی۔</w:t>
      </w:r>
    </w:p>
    <w:p>
      <w:r>
        <w:rPr>
          <w:b/>
        </w:rPr>
        <w:t xml:space="preserve">[1:26:33] </w:t>
      </w:r>
      <w:r>
        <w:t>My question is, question is: Is it right to conclude that the right way to follow the ideology</w:t>
      </w:r>
    </w:p>
    <w:p>
      <w:pPr>
        <w:jc w:val="right"/>
      </w:pPr>
      <w:r>
        <w:t>مائی کوئسچن ہے، کوئسچن از: از اٹ رائٹ ٹو کنکلوڈ دیٹ دا رائٹ وے ٹو فالو دی آئیڈیالوجی</w:t>
      </w:r>
    </w:p>
    <w:p>
      <w:r>
        <w:rPr>
          <w:b/>
        </w:rPr>
        <w:t xml:space="preserve">[1:26:40] </w:t>
      </w:r>
      <w:r>
        <w:t>of profit and continuation of profits mission would be to be the custodian and promoter of peace, justice,</w:t>
      </w:r>
    </w:p>
    <w:p>
      <w:pPr>
        <w:jc w:val="right"/>
      </w:pPr>
      <w:r>
        <w:t>آف پرافٹ اینڈ کنٹینیوشن آف پرافٹس مشن وڈ بی ٹو بی دا کسٹوڈین اینڈ پروموٹر آف پیس، جسٹس،</w:t>
      </w:r>
    </w:p>
    <w:p>
      <w:r>
        <w:rPr>
          <w:b/>
        </w:rPr>
        <w:t xml:space="preserve">[1:26:48] </w:t>
      </w:r>
      <w:r>
        <w:t>education and well wishing for all? what is your comment?" ke maulana, pehle jo jaise aap ne kai</w:t>
      </w:r>
    </w:p>
    <w:p>
      <w:pPr>
        <w:jc w:val="right"/>
      </w:pPr>
      <w:r>
        <w:t>ایجوکیشن اینڈ ویل وشنگ فار آل؟ واٹ از یور کمنٹ؟" کہ مولانا، پہلے جو جیسے آپ نے کئی</w:t>
      </w:r>
    </w:p>
    <w:p>
      <w:r>
        <w:rPr>
          <w:b/>
        </w:rPr>
        <w:t xml:space="preserve">[1:26:56] </w:t>
      </w:r>
      <w:r>
        <w:t>بار بتایا کہ religious persecution کو انہوں نے مسلمان دعویٰ ورک اس لیے نہیں کر پاتے تھے کیونکہ</w:t>
      </w:r>
    </w:p>
    <w:p>
      <w:pPr>
        <w:jc w:val="right"/>
      </w:pPr>
      <w:r>
        <w:t>بار بتایا کہ ریلیجیس پرسیکیوشن کو انہوں نے مسلمان دعویٰ ورک اس لیے نہیں کر پاتے تھے کیونکہ</w:t>
      </w:r>
    </w:p>
    <w:p>
      <w:r>
        <w:rPr>
          <w:b/>
        </w:rPr>
        <w:t xml:space="preserve">[1:27:03] </w:t>
      </w:r>
      <w:r>
        <w:t>religious persecution tha.</w:t>
      </w:r>
    </w:p>
    <w:p>
      <w:pPr>
        <w:jc w:val="right"/>
      </w:pPr>
      <w:r>
        <w:t>ریلیجیس پرسیکیوشن تھا۔</w:t>
      </w:r>
    </w:p>
    <w:p>
      <w:r>
        <w:rPr>
          <w:b/>
        </w:rPr>
        <w:t xml:space="preserve">[1:27:05] </w:t>
      </w:r>
      <w:r>
        <w:t>But woh khatam hone ke baad ab aaj biggest hurdle woh khud hain kyunki aapas mein itne zyada</w:t>
      </w:r>
    </w:p>
    <w:p>
      <w:pPr>
        <w:jc w:val="right"/>
      </w:pPr>
      <w:r>
        <w:t>بٹ وہ ختم ہونے کے بعد اب آج بگسٹ ہرڈل وہ خود ہیں کیونکہ آپس میں اتنے زیادہ</w:t>
      </w:r>
    </w:p>
    <w:p>
      <w:r>
        <w:rPr>
          <w:b/>
        </w:rPr>
        <w:t xml:space="preserve">[1:27:13] </w:t>
      </w:r>
      <w:r>
        <w:t>reaction hote hain, ladaiyan hoti hain.</w:t>
      </w:r>
    </w:p>
    <w:p>
      <w:pPr>
        <w:jc w:val="right"/>
      </w:pPr>
      <w:r>
        <w:t>ری ایکشن ہوتے ہیں، لڑائیاں ہوتی ہیں۔</w:t>
      </w:r>
    </w:p>
    <w:p>
      <w:r>
        <w:rPr>
          <w:b/>
        </w:rPr>
        <w:t xml:space="preserve">[1:27:16] </w:t>
      </w:r>
      <w:r>
        <w:t>تو وہ یہ پوچھنا چاہ رہے ہیں کہ کیا صحیح طریقہ Prophet کی سنت کو فالو کرنے کا</w:t>
      </w:r>
    </w:p>
    <w:p>
      <w:pPr>
        <w:jc w:val="right"/>
      </w:pPr>
      <w:r>
        <w:t>تو وہ یہ پوچھنا چاہ رہے ہیں کہ کیا صحیح طریقہ پرافٹ کی سنت کو فالو کرنے کا</w:t>
      </w:r>
    </w:p>
    <w:p>
      <w:r>
        <w:rPr>
          <w:b/>
        </w:rPr>
        <w:t xml:space="preserve">[1:27:23] </w:t>
      </w:r>
      <w:r>
        <w:t>yahi hoga ke woh peace ko promote karen, education ko promote karen? yeh sawal clear nahi hai.</w:t>
      </w:r>
    </w:p>
    <w:p>
      <w:pPr>
        <w:jc w:val="right"/>
      </w:pPr>
      <w:r>
        <w:t>یہی ہوگا کہ وہ پیس کو پروموٹ کریں، ایجوکیشن کو پروموٹ کریں؟ یہ سوال کلیئر نہیں ہے۔</w:t>
      </w:r>
    </w:p>
    <w:p>
      <w:r>
        <w:rPr>
          <w:b/>
        </w:rPr>
        <w:t xml:space="preserve">[1:27:31] </w:t>
      </w:r>
      <w:r>
        <w:t>beshak nahi hai.</w:t>
      </w:r>
    </w:p>
    <w:p>
      <w:pPr>
        <w:jc w:val="right"/>
      </w:pPr>
      <w:r>
        <w:t>بے شک نہیں ہے۔</w:t>
      </w:r>
    </w:p>
    <w:p>
      <w:r>
        <w:rPr>
          <w:b/>
        </w:rPr>
        <w:t xml:space="preserve">[1:27:32] </w:t>
      </w:r>
      <w:r>
        <w:t>ji, beshak nahi hai.</w:t>
      </w:r>
    </w:p>
    <w:p>
      <w:pPr>
        <w:jc w:val="right"/>
      </w:pPr>
      <w:r>
        <w:t>جی، بے شک نہیں ہے۔</w:t>
      </w:r>
    </w:p>
    <w:p>
      <w:r>
        <w:rPr>
          <w:b/>
        </w:rPr>
        <w:t xml:space="preserve">[1:27:35] </w:t>
      </w:r>
      <w:r>
        <w:t>clear nahi hai.</w:t>
      </w:r>
    </w:p>
    <w:p>
      <w:pPr>
        <w:jc w:val="right"/>
      </w:pPr>
      <w:r>
        <w:t>کلیئر نہیں ہے۔</w:t>
      </w:r>
    </w:p>
    <w:p>
      <w:r>
        <w:rPr>
          <w:b/>
        </w:rPr>
        <w:t xml:space="preserve">[1:27:36] </w:t>
      </w:r>
      <w:r>
        <w:t>maulana, doosra sawal lete hain jo khalid ansari ka hai noida se.</w:t>
      </w:r>
    </w:p>
    <w:p>
      <w:pPr>
        <w:jc w:val="right"/>
      </w:pPr>
      <w:r>
        <w:t>مولانا، دوسرا سوال لیتے ہیں جو خالد انصاری کا ہے نوئیڈا سے۔</w:t>
      </w:r>
    </w:p>
    <w:p>
      <w:r>
        <w:rPr>
          <w:b/>
        </w:rPr>
        <w:t xml:space="preserve">[1:27:41] </w:t>
      </w:r>
      <w:r>
        <w:t>انہوں نے لکھا ہے: "مولانا، one of my acquaintances who is an IFS officer in a</w:t>
      </w:r>
    </w:p>
    <w:p>
      <w:pPr>
        <w:jc w:val="right"/>
      </w:pPr>
      <w:r>
        <w:t>انہوں نے لکھا ہے: "مولانا، ون آف مائی ایکوینٹنس ہو از این آئی ایف ایس افیسر ان ا</w:t>
      </w:r>
    </w:p>
    <w:p>
      <w:r>
        <w:rPr>
          <w:b/>
        </w:rPr>
        <w:t xml:space="preserve">[1:27:49] </w:t>
      </w:r>
      <w:r>
        <w:t>series of interactions got stuck on the logical explanation of the purpose of creation.</w:t>
      </w:r>
    </w:p>
    <w:p>
      <w:pPr>
        <w:jc w:val="right"/>
      </w:pPr>
      <w:r>
        <w:t>سیریز آف انٹریکشنز گاٹ سٹک آن دا لوجیکل ایکسپلینیشن آف دا پرپس آف کریشن۔</w:t>
      </w:r>
    </w:p>
    <w:p>
      <w:r>
        <w:rPr>
          <w:b/>
        </w:rPr>
        <w:t xml:space="preserve">[1:27:55] </w:t>
      </w:r>
      <w:r>
        <w:t>I managed to open one of your lectures that you delivered a few months ago.</w:t>
      </w:r>
    </w:p>
    <w:p>
      <w:pPr>
        <w:jc w:val="right"/>
      </w:pPr>
      <w:r>
        <w:t>آئی مینج ٹو اوپن ون آف یور لیکچرز دیٹ یو ڈیلیورڈ فیو منتھز ایگو۔</w:t>
      </w:r>
    </w:p>
    <w:p>
      <w:r>
        <w:rPr>
          <w:b/>
        </w:rPr>
        <w:t xml:space="preserve">[1:28:01] </w:t>
      </w:r>
      <w:r>
        <w:t>You trace the history of thought and specifically talked about philosopher Thales and how the thought progressed to</w:t>
      </w:r>
    </w:p>
    <w:p>
      <w:pPr>
        <w:jc w:val="right"/>
      </w:pPr>
      <w:r>
        <w:t>یو ٹریز دا ہسٹری آف تھاٹ اینڈ سپیسیفکلی ٹاکڈ اباؤٹ فلاسفر تھیلز اینڈ ہاؤ دا تھاٹ پروگریس ٹو</w:t>
      </w:r>
    </w:p>
    <w:p>
      <w:r>
        <w:rPr>
          <w:b/>
        </w:rPr>
        <w:t xml:space="preserve">[1:28:09] </w:t>
      </w:r>
      <w:r>
        <w:t>galileo and newton.</w:t>
      </w:r>
    </w:p>
    <w:p>
      <w:pPr>
        <w:jc w:val="right"/>
      </w:pPr>
      <w:r>
        <w:t>گلیلیو اینڈ نیوٹن۔</w:t>
      </w:r>
    </w:p>
    <w:p>
      <w:r>
        <w:rPr>
          <w:b/>
        </w:rPr>
        <w:t xml:space="preserve">[1:28:10] </w:t>
      </w:r>
      <w:r>
        <w:t>What drew his attention is your specific mention of the model of thought, mythological, philosophical and intelligent design</w:t>
      </w:r>
    </w:p>
    <w:p>
      <w:pPr>
        <w:jc w:val="right"/>
      </w:pPr>
      <w:r>
        <w:t>واٹ ڈریو ہز اٹینشن از یور سپیسیفک مینشن آف دا ماڈل آف تھاٹ، مائتھلوجیکل، فلاسفیکل اینڈ انٹیلیجنٹ ڈیزائن</w:t>
      </w:r>
    </w:p>
    <w:p>
      <w:r>
        <w:rPr>
          <w:b/>
        </w:rPr>
        <w:t xml:space="preserve">[1:28:18] </w:t>
      </w:r>
      <w:r>
        <w:t>and how Quran talks about the meaning and the purpose of creation.</w:t>
      </w:r>
    </w:p>
    <w:p>
      <w:pPr>
        <w:jc w:val="right"/>
      </w:pPr>
      <w:r>
        <w:t>اینڈ ہاؤ قرآن ٹاکس اباؤٹ دا میننگ اینڈ دا پرپس آف کریشن۔</w:t>
      </w:r>
    </w:p>
    <w:p>
      <w:r>
        <w:rPr>
          <w:b/>
        </w:rPr>
        <w:t xml:space="preserve">[1:28:23] </w:t>
      </w:r>
      <w:r>
        <w:t>Now, your lecture CD is with the gentleman and out of curiosity he listened to it over</w:t>
      </w:r>
    </w:p>
    <w:p>
      <w:pPr>
        <w:jc w:val="right"/>
      </w:pPr>
      <w:r>
        <w:t>ناؤ، یور لیکچر سی ڈی از ود دی جنٹلمین اینڈ آؤٹ آف کریوسٹی ہی لسن ٹو اٹ اوور</w:t>
      </w:r>
    </w:p>
    <w:p>
      <w:r>
        <w:rPr>
          <w:b/>
        </w:rPr>
        <w:t xml:space="preserve">[1:28:31] </w:t>
      </w:r>
      <w:r>
        <w:t>six times.</w:t>
      </w:r>
    </w:p>
    <w:p>
      <w:pPr>
        <w:jc w:val="right"/>
      </w:pPr>
      <w:r>
        <w:t>سکس ٹائمز۔</w:t>
      </w:r>
    </w:p>
    <w:p>
      <w:r>
        <w:rPr>
          <w:b/>
        </w:rPr>
        <w:t xml:space="preserve">[1:28:32] </w:t>
      </w:r>
      <w:r>
        <w:t>مولانا، I want to share with what he said after three months: the world is blind, especially the</w:t>
      </w:r>
    </w:p>
    <w:p>
      <w:pPr>
        <w:jc w:val="right"/>
      </w:pPr>
      <w:r>
        <w:t>مولانا، آئی وانٹ ٹو شیئر ود واٹ ہی سیڈ آفٹر تھری منتھس: دا ورلڈ از بلائنڈ، اسپیشلی دا</w:t>
      </w:r>
    </w:p>
    <w:p>
      <w:r>
        <w:rPr>
          <w:b/>
        </w:rPr>
        <w:t xml:space="preserve">[1:28:40] </w:t>
      </w:r>
      <w:r>
        <w:t>Muslims who fail to recognize the amazing wisdom of Maulana Wahiduddin Khan who is a special gift</w:t>
      </w:r>
    </w:p>
    <w:p>
      <w:pPr>
        <w:jc w:val="right"/>
      </w:pPr>
      <w:r>
        <w:t>مسلمز ہو فیل ٹو ریکگنائز دا امیزنگ وزڈم آف مولانا وحید الدین خان ہو از ا سپیشل گفٹ</w:t>
      </w:r>
    </w:p>
    <w:p>
      <w:r>
        <w:rPr>
          <w:b/>
        </w:rPr>
        <w:t xml:space="preserve">[1:28:48] </w:t>
      </w:r>
      <w:r>
        <w:t>of god to the mankind of this age." jazak allah.</w:t>
      </w:r>
    </w:p>
    <w:p>
      <w:pPr>
        <w:jc w:val="right"/>
      </w:pPr>
      <w:r>
        <w:t>آف گاڈ ٹو دا مین کائنڈ آف دس ایج۔" جزاک اللہ۔</w:t>
      </w:r>
    </w:p>
    <w:p>
      <w:r>
        <w:rPr>
          <w:b/>
        </w:rPr>
        <w:t xml:space="preserve">[1:28:52] </w:t>
      </w:r>
      <w:r>
        <w:t>okay, we we'll end the session now.</w:t>
      </w:r>
    </w:p>
    <w:p>
      <w:pPr>
        <w:jc w:val="right"/>
      </w:pPr>
      <w:r>
        <w:t>اوکے، وی ویل اینڈ دی سیشن ناؤ۔</w:t>
      </w:r>
    </w:p>
    <w:p>
      <w:r>
        <w:rPr>
          <w:b/>
        </w:rPr>
        <w:t xml:space="preserve">[1:28:55]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