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Experience Sharing of Jaipur Literature Festival 03 February 2013</w:t>
      </w:r>
    </w:p>
    <w:p>
      <w:r>
        <w:t>https://www.youtube.com/watch?v=Yc_VN2VQIgc</w:t>
      </w:r>
    </w:p>
    <w:p>
      <w:r>
        <w:rPr>
          <w:b/>
        </w:rPr>
        <w:t xml:space="preserve">[00:05] </w:t>
      </w:r>
      <w:r>
        <w:t>We will start with the, ah, Dawah experience sharing session, ah, by the Dawah field team, which went</w:t>
      </w:r>
    </w:p>
    <w:p>
      <w:pPr>
        <w:jc w:val="right"/>
      </w:pPr>
      <w:r>
        <w:t>వి విల్ స్టార్ట్ విత్ ది, అహ్, దావా ఎక్స్పీరియన్స్ షేరింగ్ సె-సెషన్, అహ్, బై ది దావా ఫీల్డ్ టీమ్, విచ్ వెంట్</w:t>
      </w:r>
    </w:p>
    <w:p>
      <w:r>
        <w:rPr>
          <w:b/>
        </w:rPr>
        <w:t xml:space="preserve">[00:20] </w:t>
      </w:r>
      <w:r>
        <w:t>to jaipur literature festival.</w:t>
      </w:r>
    </w:p>
    <w:p>
      <w:pPr>
        <w:jc w:val="right"/>
      </w:pPr>
      <w:r>
        <w:t>టు జైపూర్ లిటరేచర్ ఫెస్టివల్.</w:t>
      </w:r>
    </w:p>
    <w:p>
      <w:r>
        <w:rPr>
          <w:b/>
        </w:rPr>
        <w:t xml:space="preserve">[00:35] </w:t>
      </w:r>
      <w:r>
        <w:t>So I will now request, ah, Ajay Duvedi to come here and start the Dawah sharing session. Thank you.</w:t>
      </w:r>
    </w:p>
    <w:p>
      <w:pPr>
        <w:jc w:val="right"/>
      </w:pPr>
      <w:r>
        <w:t>సో ఐ విల్ నౌ రిక్వెస్ట్, అహ్, అజయ్ దువేది టు కమ్ హియర్ అండ్ స్టార్ట్ ది దావా షేరింగ్ సెషన్. థాంక్యూ.</w:t>
      </w:r>
    </w:p>
    <w:p>
      <w:r>
        <w:rPr>
          <w:b/>
        </w:rPr>
        <w:t xml:space="preserve">[00:50] </w:t>
      </w:r>
      <w:r>
        <w:t>very well, second day went very well. And I was wondering that, I mean, I am not asking anybody to do any particular task, how everything is, you know, happening in a, in a, in a proper manner. Ha, what, what is the force which is driving every individual in the team to take the charge of his or her role so well?</w:t>
      </w:r>
    </w:p>
    <w:p>
      <w:pPr>
        <w:jc w:val="right"/>
      </w:pPr>
      <w:r>
        <w:t>వెరీ వెల్, సెకండ్ డే వెంట్ వెరీ వెల్. అండ్ ఐ వాస్ వండరింగ్ దట్, ఐ మీన్, ఐ యామ్ నాట్ ఆస్కింగ్ ఎనీబడీ టు డూ ఎనీ పర్టికులర్ టాస్క్, హౌ ఎవ్రీథింగ్ ఇస్, యు నో, హాపెనింగ్ ఇన్ ఏ, ఇన్ ఏ, ఇన్ ఏ ప్రాపర్ మానర్. హా, వాట్, వాట్ ఇస్ ద ఫోర్స్ విచ్ ఇస్ డ్రైవింగ్ ఎవరీ ఇండివిడ్యువల్ ఇన్ ద టీమ్ టు టేక్ ద చార్జ్ ఆఫ్ హిస్ ఆర్ హర్ రోల్ సో వెల్?</w:t>
      </w:r>
    </w:p>
    <w:p>
      <w:r>
        <w:rPr>
          <w:b/>
        </w:rPr>
        <w:t xml:space="preserve">[01:14] </w:t>
      </w:r>
      <w:r>
        <w:t>And I kept thinking about it, ah, and I will give you an example: when all of us young team members were doing, ah, Quran distribution at the gate of JLF, our senior members, Umrees, they, they were, they were targeting individuals, ah, in the, ah, in the festival inside. So everything was very well synced. I kept thinking about this.</w:t>
      </w:r>
    </w:p>
    <w:p>
      <w:pPr>
        <w:jc w:val="right"/>
      </w:pPr>
      <w:r>
        <w:t>అండ్ ఐ కెప్ట్ థింకింగ్ అబౌట్ ఇట్, అహ్, అండ్ ఐ విల్ గివ్ యు ఆన్ ఎగ్జాంపుల్: వెన్ ఆల్ ఆఫ్ అస్ యంగ్ టీమ్ మెంబర్స్ వర్ డూయింగ్, అహ్, ఖురాన్ డిస్ట్రిబ్యూషన్ అట్ ది గేట్ ఆఫ్ జెఎల్ ఎఫ్, అవర్ సీనియర్ మెంబర్స్, ఉమ్రీస్, దే, దే వర్, దే వర్ టార్గెటింగ్ ఇండివిడ్యువల్స్, అహ్, ఇన్ ద, అహ్, ఇన్ ద ఫెస్టివల్ ఇన్సైడ్. సో ఎవ్రీథింగ్ వాస్ వెరీ వెల్ సింక్. ఐ కెప్ట్ థింకింగ్ అబౌట్ దిస్.</w:t>
      </w:r>
    </w:p>
    <w:p>
      <w:r>
        <w:rPr>
          <w:b/>
        </w:rPr>
        <w:t xml:space="preserve">[01:42] </w:t>
      </w:r>
      <w:r>
        <w:t>And the third day, one of our team member, Anish, joined us. He, he is not here today. He stays in Jaipur. He is a, ah, part of CPS team. And during our discussion, evening discussion, when we were sitting and sharing our experiences, he said, ah, and I am, I am, I am giving you, I am quoting you this example just to tell you what kind of spirit this team has.</w:t>
      </w:r>
    </w:p>
    <w:p>
      <w:pPr>
        <w:jc w:val="right"/>
      </w:pPr>
      <w:r>
        <w:t>అండ్ ద థర్డ్ డే, వన్ ఆఫ్ అవర్ టీమ్ మెంబర్, అనీష్, జాయిన్డ్ అస్. హి, హి ఇస్ నాట్ హియర్ టుడే. హి స్టేస్ ఇన్ జైపూర్. హి ఇస్ ఏ, అహ్, పార్ట్ ఆఫ్ సిపిఎస్ టీమ్. అండ్ డ్యూరింగ్ అవర్ డిస్కషన్, ఈవెనింగ్ డిస్కషన్, వెన్ వి వర్ సిట్టింగ్ అండ్ షేరింగ్ అవర్ ఎక్స్పీరియన్సెస్, హి సెడ్, అహ్, అండ్ ఐ యామ్, ఐ యామ్, ఐ యామ్ గివింగ్ యు, ఐ యామ్ కోటింగ్ యు దిస్ ఎగ్జాంపుల్ జస్ట్ టు టెల్ యు వాట్ కైండ్ ఆఫ్ స్పిరిట్ దిస్ టీమ్ హాస్.</w:t>
      </w:r>
    </w:p>
    <w:p>
      <w:r>
        <w:rPr>
          <w:b/>
        </w:rPr>
        <w:t xml:space="preserve">[02:11] </w:t>
      </w:r>
      <w:r>
        <w:t>He said, ah, and I am, I am, I am quoting verbatim, I am telling as it is, he were, as he said.</w:t>
      </w:r>
    </w:p>
    <w:p>
      <w:pPr>
        <w:jc w:val="right"/>
      </w:pPr>
      <w:r>
        <w:t>హి సెడ్, అహ్, అండ్ ఐ యామ్, ఐ యామ్, ఐ యామ్ కోటింగ్ వెర్బటమ్, ఐ యామ్ టెల్లింగ్ యాస్ ఇట్ ఇస్, హి వర్, యాస్ హి సెడ్.</w:t>
      </w:r>
    </w:p>
    <w:p>
      <w:r>
        <w:rPr>
          <w:b/>
        </w:rPr>
        <w:t xml:space="preserve">[02:18] </w:t>
      </w:r>
      <w:r>
        <w:t>he said, "main hamesha allah miyan se dua karta hoon ke allah bhale se mujhe jahannum mein daal</w:t>
      </w:r>
    </w:p>
    <w:p>
      <w:pPr>
        <w:jc w:val="right"/>
      </w:pPr>
      <w:r>
        <w:t>హి సెడ్, "मैं हमेशा अल्लाह मियां से दुआ करता हूँ कि अल्लाह भले से मुझे जहन्नुम में डाल</w:t>
      </w:r>
    </w:p>
    <w:p>
      <w:r>
        <w:rPr>
          <w:b/>
        </w:rPr>
        <w:t xml:space="preserve">[02:22] </w:t>
      </w:r>
      <w:r>
        <w:t>dena, par mujhe jis kaam ke liye bheja hai, mujhse woh kaam karwalena." so this is the</w:t>
      </w:r>
    </w:p>
    <w:p>
      <w:pPr>
        <w:jc w:val="right"/>
      </w:pPr>
      <w:r>
        <w:t>देना, पर मुझे जिस काम के लिए भेजा है, मुझसे वो काम करवा लेना।" So this is the</w:t>
      </w:r>
    </w:p>
    <w:p>
      <w:r>
        <w:rPr>
          <w:b/>
        </w:rPr>
        <w:t xml:space="preserve">[02:27] </w:t>
      </w:r>
      <w:r>
        <w:t>spirit that this team has.</w:t>
      </w:r>
    </w:p>
    <w:p>
      <w:pPr>
        <w:jc w:val="right"/>
      </w:pPr>
      <w:r>
        <w:t>spirit that this team has.</w:t>
      </w:r>
    </w:p>
    <w:p>
      <w:r>
        <w:rPr>
          <w:b/>
        </w:rPr>
        <w:t xml:space="preserve">[02:31] </w:t>
      </w:r>
      <w:r>
        <w:t>they have understood the purpose of life.</w:t>
      </w:r>
    </w:p>
    <w:p>
      <w:pPr>
        <w:jc w:val="right"/>
      </w:pPr>
      <w:r>
        <w:t>They have understood the purpose of life.</w:t>
      </w:r>
    </w:p>
    <w:p>
      <w:r>
        <w:rPr>
          <w:b/>
        </w:rPr>
        <w:t xml:space="preserve">[02:36] </w:t>
      </w:r>
      <w:r>
        <w:t>they have got the reason why they are here.</w:t>
      </w:r>
    </w:p>
    <w:p>
      <w:pPr>
        <w:jc w:val="right"/>
      </w:pPr>
      <w:r>
        <w:t>They have got the reason why they are here.</w:t>
      </w:r>
    </w:p>
    <w:p>
      <w:r>
        <w:rPr>
          <w:b/>
        </w:rPr>
        <w:t xml:space="preserve">[02:41] </w:t>
      </w:r>
      <w:r>
        <w:t>and dawah mission, doing, doing dawah work has become their purpose of life.</w:t>
      </w:r>
    </w:p>
    <w:p>
      <w:pPr>
        <w:jc w:val="right"/>
      </w:pPr>
      <w:r>
        <w:t>And dawah mission, doing, doing dawah work has become their purpose of life.</w:t>
      </w:r>
    </w:p>
    <w:p>
      <w:r>
        <w:rPr>
          <w:b/>
        </w:rPr>
        <w:t xml:space="preserve">[02:45] </w:t>
      </w:r>
      <w:r>
        <w:t>and that is why you need not to motivate them.</w:t>
      </w:r>
    </w:p>
    <w:p>
      <w:pPr>
        <w:jc w:val="right"/>
      </w:pPr>
      <w:r>
        <w:t>And that is why you need not to motivate them.</w:t>
      </w:r>
    </w:p>
    <w:p>
      <w:r>
        <w:rPr>
          <w:b/>
        </w:rPr>
        <w:t xml:space="preserve">[02:50] </w:t>
      </w:r>
      <w:r>
        <w:t>you need not to tell them all the time what you have to do, what you need not to do.</w:t>
      </w:r>
    </w:p>
    <w:p>
      <w:pPr>
        <w:jc w:val="right"/>
      </w:pPr>
      <w:r>
        <w:t>You need not to tell them all the time what you have to do, what you need not to do.</w:t>
      </w:r>
    </w:p>
    <w:p>
      <w:r>
        <w:rPr>
          <w:b/>
        </w:rPr>
        <w:t xml:space="preserve">[02:55] </w:t>
      </w:r>
      <w:r>
        <w:t>they know it so very well.</w:t>
      </w:r>
    </w:p>
    <w:p>
      <w:pPr>
        <w:jc w:val="right"/>
      </w:pPr>
      <w:r>
        <w:t>They know it so very well.</w:t>
      </w:r>
    </w:p>
    <w:p>
      <w:r>
        <w:rPr>
          <w:b/>
        </w:rPr>
        <w:t xml:space="preserve">[03:00] </w:t>
      </w:r>
      <w:r>
        <w:t>i will not take much of your time now.</w:t>
      </w:r>
    </w:p>
    <w:p>
      <w:pPr>
        <w:jc w:val="right"/>
      </w:pPr>
      <w:r>
        <w:t>I will not take much of your time now.</w:t>
      </w:r>
    </w:p>
    <w:p>
      <w:r>
        <w:rPr>
          <w:b/>
        </w:rPr>
        <w:t xml:space="preserve">[03:06] </w:t>
      </w:r>
      <w:r>
        <w:t>just in the, in the end, i would like to say thank you so much, especially to the</w:t>
      </w:r>
    </w:p>
    <w:p>
      <w:pPr>
        <w:jc w:val="right"/>
      </w:pPr>
      <w:r>
        <w:t>Just in the, in the end, I would like to say thank you so much, especially to the</w:t>
      </w:r>
    </w:p>
    <w:p>
      <w:r>
        <w:rPr>
          <w:b/>
        </w:rPr>
        <w:t xml:space="preserve">[03:11] </w:t>
      </w:r>
      <w:r>
        <w:t>cps seniors, khurram saab, to arrange, you know, quran fund for us, navdeepbhai, nagma apa, rajatbhai, to encourage</w:t>
      </w:r>
    </w:p>
    <w:p>
      <w:pPr>
        <w:jc w:val="right"/>
      </w:pPr>
      <w:r>
        <w:t>CPS seniors, Khurram Saab, to arrange, you know, Quran Fund for us, Navdeepbhai, Nagma Apa, Rajatbhai, to encourage</w:t>
      </w:r>
    </w:p>
    <w:p>
      <w:r>
        <w:rPr>
          <w:b/>
        </w:rPr>
        <w:t xml:space="preserve">[03:17] </w:t>
      </w:r>
      <w:r>
        <w:t>us, give us all the support, and, and trust, trusting us that, you know, we, we will deliver</w:t>
      </w:r>
    </w:p>
    <w:p>
      <w:pPr>
        <w:jc w:val="right"/>
      </w:pPr>
      <w:r>
        <w:t>us, give us all the support, and, and trust, trusting us that, you know, we, we will deliver</w:t>
      </w:r>
    </w:p>
    <w:p>
      <w:r>
        <w:rPr>
          <w:b/>
        </w:rPr>
        <w:t xml:space="preserve">[03:22] </w:t>
      </w:r>
      <w:r>
        <w:t>and we will do a good work.</w:t>
      </w:r>
    </w:p>
    <w:p>
      <w:pPr>
        <w:jc w:val="right"/>
      </w:pPr>
      <w:r>
        <w:t>and we will do a good work.</w:t>
      </w:r>
    </w:p>
    <w:p>
      <w:r>
        <w:rPr>
          <w:b/>
        </w:rPr>
        <w:t xml:space="preserve">[03:28] </w:t>
      </w:r>
      <w:r>
        <w:t>So thank you so much.</w:t>
      </w:r>
    </w:p>
    <w:p>
      <w:pPr>
        <w:jc w:val="right"/>
      </w:pPr>
      <w:r>
        <w:t>So thank you so much.</w:t>
      </w:r>
    </w:p>
    <w:p>
      <w:r>
        <w:rPr>
          <w:b/>
        </w:rPr>
        <w:t xml:space="preserve">[03:45] </w:t>
      </w:r>
      <w:r>
        <w:t>And I hope we will, we will continue with this spirit and move on.</w:t>
      </w:r>
    </w:p>
    <w:p>
      <w:pPr>
        <w:jc w:val="right"/>
      </w:pPr>
      <w:r>
        <w:t>And I hope we will, we will continue with this spirit and move on.</w:t>
      </w:r>
    </w:p>
    <w:p>
      <w:r>
        <w:rPr>
          <w:b/>
        </w:rPr>
        <w:t xml:space="preserve">[04:02] </w:t>
      </w:r>
      <w:r>
        <w:t>Thank you so much. Alhamdulillah.</w:t>
      </w:r>
    </w:p>
    <w:p>
      <w:pPr>
        <w:jc w:val="right"/>
      </w:pPr>
      <w:r>
        <w:t>Thank you so much. अल्हम्दुलिल्लाह।</w:t>
      </w:r>
    </w:p>
    <w:p>
      <w:r>
        <w:rPr>
          <w:b/>
        </w:rPr>
        <w:t xml:space="preserve">[04:20] </w:t>
      </w:r>
      <w:r>
        <w:t>Assalam o alaikum.</w:t>
      </w:r>
    </w:p>
    <w:p>
      <w:pPr>
        <w:jc w:val="right"/>
      </w:pPr>
      <w:r>
        <w:t>السلام علیکم۔</w:t>
      </w:r>
    </w:p>
    <w:p>
      <w:r>
        <w:rPr>
          <w:b/>
        </w:rPr>
        <w:t xml:space="preserve">[04:24] </w:t>
      </w:r>
      <w:r>
        <w:t>Jaise Ajay ne bola ke ye hamara second time tha JLF mein.</w:t>
      </w:r>
    </w:p>
    <w:p>
      <w:pPr>
        <w:jc w:val="right"/>
      </w:pPr>
      <w:r>
        <w:t>जैसे अजय ने बोला कि ये हमारा सेकंड टाइम था जेएलएफ में।</w:t>
      </w:r>
    </w:p>
    <w:p>
      <w:r>
        <w:rPr>
          <w:b/>
        </w:rPr>
        <w:t xml:space="preserve">[04:28] </w:t>
      </w:r>
      <w:r>
        <w:t>First time bohat zabardast experience raha tha aur second time it was again amazing hum jab log wahan</w:t>
      </w:r>
    </w:p>
    <w:p>
      <w:pPr>
        <w:jc w:val="right"/>
      </w:pPr>
      <w:r>
        <w:t>फर्स्ट टाइम बहुत जबरदस्त एक्सपीरियंस रहा था और सेकंड टाइम it was again amazing हम जब लोग वहां</w:t>
      </w:r>
    </w:p>
    <w:p>
      <w:r>
        <w:rPr>
          <w:b/>
        </w:rPr>
        <w:t xml:space="preserve">[04:33] </w:t>
      </w:r>
      <w:r>
        <w:t>pohanche to jab hum apne hotel mein pohanche to wahan samne Quran ke bohat sare cartoon rakhe hue the.</w:t>
      </w:r>
    </w:p>
    <w:p>
      <w:pPr>
        <w:jc w:val="right"/>
      </w:pPr>
      <w:r>
        <w:t>पहुंचे तो जब हम अपने होटल में पहुंचे तो वहां सामने कुरान के बहुत सारे कार्टून रखे हुए थे।</w:t>
      </w:r>
    </w:p>
    <w:p>
      <w:r>
        <w:rPr>
          <w:b/>
        </w:rPr>
        <w:t xml:space="preserve">[04:37] </w:t>
      </w:r>
      <w:r>
        <w:t>Hamein hamara hotel nahi mil raha tha.</w:t>
      </w:r>
    </w:p>
    <w:p>
      <w:pPr>
        <w:jc w:val="right"/>
      </w:pPr>
      <w:r>
        <w:t>हमें हमारा होटल नहीं मिल रहा था।</w:t>
      </w:r>
    </w:p>
    <w:p>
      <w:r>
        <w:rPr>
          <w:b/>
        </w:rPr>
        <w:t xml:space="preserve">[04:41] </w:t>
      </w:r>
      <w:r>
        <w:t>To bohat dair jab dhoondte dhoondte ho gayi thi, khair kisi tarah hum wahan pohanche.</w:t>
      </w:r>
    </w:p>
    <w:p>
      <w:pPr>
        <w:jc w:val="right"/>
      </w:pPr>
      <w:r>
        <w:t>तो बहुत देर जब ढूंढते-ढूंढते हो गई थी, खैर किसी तरह हम वहां पहुंचे।</w:t>
      </w:r>
    </w:p>
    <w:p>
      <w:r>
        <w:rPr>
          <w:b/>
        </w:rPr>
        <w:t xml:space="preserve">[04:46] </w:t>
      </w:r>
      <w:r>
        <w:t>Ekdam samne humne Quran ke cartoon rakhe dekhe to ekdam Quran ke cartoon dekh ke hamein pata chal</w:t>
      </w:r>
    </w:p>
    <w:p>
      <w:pPr>
        <w:jc w:val="right"/>
      </w:pPr>
      <w:r>
        <w:t>एकदम सामने हमने कुरान के कार्टून रखे देखे तो एकदम कुरान के कार्टून देख के हमें पता चल</w:t>
      </w:r>
    </w:p>
    <w:p>
      <w:r>
        <w:rPr>
          <w:b/>
        </w:rPr>
        <w:t xml:space="preserve">[04:50] </w:t>
      </w:r>
      <w:r>
        <w:t>gaya ke yehi hamari destination hai, jahan hamein rukna hai.</w:t>
      </w:r>
    </w:p>
    <w:p>
      <w:pPr>
        <w:jc w:val="right"/>
      </w:pPr>
      <w:r>
        <w:t>गया कि यही हमारी डेस्टिनेशन है, जहां हमें रुकना है।</w:t>
      </w:r>
    </w:p>
    <w:p>
      <w:r>
        <w:rPr>
          <w:b/>
        </w:rPr>
        <w:t xml:space="preserve">[04:55] </w:t>
      </w:r>
      <w:r>
        <w:t>Uske baad hum logon ne namaz padhi.</w:t>
      </w:r>
    </w:p>
    <w:p>
      <w:pPr>
        <w:jc w:val="right"/>
      </w:pPr>
      <w:r>
        <w:t>उसके बाद हम लोगों ने नमाज पढ़ी।</w:t>
      </w:r>
    </w:p>
    <w:p>
      <w:r>
        <w:rPr>
          <w:b/>
        </w:rPr>
        <w:t xml:space="preserve">[04:59] </w:t>
      </w:r>
      <w:r>
        <w:t>Namaz padh ke wahan pohanche to kafi soch rahe the ke hum itna sara literature hai, kaise do</w:t>
      </w:r>
    </w:p>
    <w:p>
      <w:pPr>
        <w:jc w:val="right"/>
      </w:pPr>
      <w:r>
        <w:t>नमाज पढ़ के वहां पहुंचे तो काफी सोच रहे थे कि हम इतना सारा लिटरेचर है, कैसे दो</w:t>
      </w:r>
    </w:p>
    <w:p>
      <w:r>
        <w:rPr>
          <w:b/>
        </w:rPr>
        <w:t xml:space="preserve">[05:03] </w:t>
      </w:r>
      <w:r>
        <w:t>din mein hum distribute karenge.</w:t>
      </w:r>
    </w:p>
    <w:p>
      <w:pPr>
        <w:jc w:val="right"/>
      </w:pPr>
      <w:r>
        <w:t>दिन में हम डिस्ट्रीब्यूट करेंगे।</w:t>
      </w:r>
    </w:p>
    <w:p>
      <w:r>
        <w:rPr>
          <w:b/>
        </w:rPr>
        <w:t xml:space="preserve">[05:08] </w:t>
      </w:r>
      <w:r>
        <w:t>Lekin, uh, ek ajeeb cheez ye hai ke aap kisi aur kaam mein duniya ke, aap apna dimagh</w:t>
      </w:r>
    </w:p>
    <w:p>
      <w:pPr>
        <w:jc w:val="right"/>
      </w:pPr>
      <w:r>
        <w:t>लेकिन, अह, एक अजीब चीज ये है कि आप किसी और काम में दुनिया के, आप अपना दिमाग</w:t>
      </w:r>
    </w:p>
    <w:p>
      <w:r>
        <w:rPr>
          <w:b/>
        </w:rPr>
        <w:t xml:space="preserve">[05:12] </w:t>
      </w:r>
      <w:r>
        <w:t>lagate rehte hain.</w:t>
      </w:r>
    </w:p>
    <w:p>
      <w:pPr>
        <w:jc w:val="right"/>
      </w:pPr>
      <w:r>
        <w:t>लगाते रहते हैं।</w:t>
      </w:r>
    </w:p>
    <w:p>
      <w:r>
        <w:rPr>
          <w:b/>
        </w:rPr>
        <w:t xml:space="preserve">[05:17] </w:t>
      </w:r>
      <w:r>
        <w:t>Aap koshish karte hain ke mujhe aise karna hai, aise karna hai.</w:t>
      </w:r>
    </w:p>
    <w:p>
      <w:pPr>
        <w:jc w:val="right"/>
      </w:pPr>
      <w:r>
        <w:t>आप कोशिश करते हैं कि मुझे ऐसे करना है, ऐसे करना है।</w:t>
      </w:r>
    </w:p>
    <w:p>
      <w:r>
        <w:rPr>
          <w:b/>
        </w:rPr>
        <w:t xml:space="preserve">[05:21] </w:t>
      </w:r>
      <w:r>
        <w:t>Lekin Allah ka kaam aisa hai ke aap bas ek baar decide karte hain ke mujhe ye kaam</w:t>
      </w:r>
    </w:p>
    <w:p>
      <w:pPr>
        <w:jc w:val="right"/>
      </w:pPr>
      <w:r>
        <w:t>लेकिन अल्लाह का काम ऐसा है कि आप बस एक बार डिसाइड करते हैं कि मुझे ये काम</w:t>
      </w:r>
    </w:p>
    <w:p>
      <w:r>
        <w:rPr>
          <w:b/>
        </w:rPr>
        <w:t xml:space="preserve">[05:25] </w:t>
      </w:r>
      <w:r>
        <w:t>karna hai, to help automatically angels ki taraf se aa jati hai.</w:t>
      </w:r>
    </w:p>
    <w:p>
      <w:pPr>
        <w:jc w:val="right"/>
      </w:pPr>
      <w:r>
        <w:t>करना है, तो हेल्प ऑटोमेटिकली एंजल्स की तरफ से आ जाती है।</w:t>
      </w:r>
    </w:p>
    <w:p>
      <w:r>
        <w:rPr>
          <w:b/>
        </w:rPr>
        <w:t xml:space="preserve">[05:30] </w:t>
      </w:r>
      <w:r>
        <w:t>Wo wahan par khud aa jate hain us distribution ke liye.</w:t>
      </w:r>
    </w:p>
    <w:p>
      <w:pPr>
        <w:jc w:val="right"/>
      </w:pPr>
      <w:r>
        <w:t>वो वहां पर खुद आ जाते हैं उस डिस्ट्रीब्यूशन के लिए।</w:t>
      </w:r>
    </w:p>
    <w:p>
      <w:r>
        <w:rPr>
          <w:b/>
        </w:rPr>
        <w:t xml:space="preserve">[05:34] </w:t>
      </w:r>
      <w:r>
        <w:t>Aur hamein wahan experience hua, bohat bohat baar experience hua dono din mein.</w:t>
      </w:r>
    </w:p>
    <w:p>
      <w:pPr>
        <w:jc w:val="right"/>
      </w:pPr>
      <w:r>
        <w:t>और हमें वहां एक्सपीरियंस हुआ, बहुत-बहुत बार एक्सपीरियंस हुआ दोनों दिन में।</w:t>
      </w:r>
    </w:p>
    <w:p>
      <w:r>
        <w:rPr>
          <w:b/>
        </w:rPr>
        <w:t xml:space="preserve">[05:39] </w:t>
      </w:r>
      <w:r>
        <w:t>Ek ek mein do teen events site karunga, unmein se ek hai ke hum shaam ko jab first day distribution</w:t>
      </w:r>
    </w:p>
    <w:p>
      <w:pPr>
        <w:jc w:val="right"/>
      </w:pPr>
      <w:r>
        <w:t>एक-एक में दो-तीन इवेंट्स साइट करूंगा, उनमें से एक है कि हम शाम को जब फर्स्ट डे डिस्ट्रीब्यूशन</w:t>
      </w:r>
    </w:p>
    <w:p>
      <w:r>
        <w:rPr>
          <w:b/>
        </w:rPr>
        <w:t xml:space="preserve">[05:43] </w:t>
      </w:r>
      <w:r>
        <w:t>kar rahe the, to ek shakhs hamare paas aaye, unhone bola ke aap log Quran distribute kar rahe hain.</w:t>
      </w:r>
    </w:p>
    <w:p>
      <w:pPr>
        <w:jc w:val="right"/>
      </w:pPr>
      <w:r>
        <w:t>कर रहे थे, तो एक शख्स हमारे पास आए, उन्होंने बोला कि आप लोग कुरान डिस्ट्रीब्यूट कर रहे हैं।</w:t>
      </w:r>
    </w:p>
    <w:p>
      <w:r>
        <w:rPr>
          <w:b/>
        </w:rPr>
        <w:t xml:space="preserve">[05:47] </w:t>
      </w:r>
      <w:r>
        <w:t>Main subah aaya tha Quran mangne, lekin mujhe ye kaha gaya ke mujhe shaam mein milega.</w:t>
      </w:r>
    </w:p>
    <w:p>
      <w:pPr>
        <w:jc w:val="right"/>
      </w:pPr>
      <w:r>
        <w:t>मैं सुबह आया था कुरान मांगने, लेकिन मुझे ये कहा गया कि मुझे शाम में मिलेगा।</w:t>
      </w:r>
    </w:p>
    <w:p>
      <w:r>
        <w:rPr>
          <w:b/>
        </w:rPr>
        <w:t xml:space="preserve">[05:52] </w:t>
      </w:r>
      <w:r>
        <w:t>Tune Hindi ka chahiye tha aur hamare paas English ka tha.</w:t>
      </w:r>
    </w:p>
    <w:p>
      <w:pPr>
        <w:jc w:val="right"/>
      </w:pPr>
      <w:r>
        <w:t>तूने हिंदी का चाहिए था और हमारे पास इंग्लिश का था।</w:t>
      </w:r>
    </w:p>
    <w:p>
      <w:r>
        <w:rPr>
          <w:b/>
        </w:rPr>
        <w:t xml:space="preserve">[05:56] </w:t>
      </w:r>
      <w:r>
        <w:t>aur hindi ka hamare paas ek-do copies thin, jo gaadi mein bachi rakhi thin.</w:t>
      </w:r>
    </w:p>
    <w:p>
      <w:pPr>
        <w:jc w:val="right"/>
      </w:pPr>
      <w:r>
        <w:t>और हिंदी का हमारे पास एक-दो कॉपीज थीं, जो गाड़ी में बची रखी थीं।</w:t>
      </w:r>
    </w:p>
    <w:p>
      <w:r>
        <w:rPr>
          <w:b/>
        </w:rPr>
        <w:t xml:space="preserve">[06:01] </w:t>
      </w:r>
      <w:r>
        <w:t>to unhone kaha ki ab main shaam ko dobara aaya hoon, to ab aap log keh rahe hain</w:t>
      </w:r>
    </w:p>
    <w:p>
      <w:pPr>
        <w:jc w:val="right"/>
      </w:pPr>
      <w:r>
        <w:t>तो उन्होंने कहा कि अब मैं शाम को दोबारा आया हूं, तो अब आप लोग कह रहे हैं</w:t>
      </w:r>
    </w:p>
    <w:p>
      <w:r>
        <w:rPr>
          <w:b/>
        </w:rPr>
        <w:t xml:space="preserve">[06:05] </w:t>
      </w:r>
      <w:r>
        <w:t>ki kal milega.</w:t>
      </w:r>
    </w:p>
    <w:p>
      <w:pPr>
        <w:jc w:val="right"/>
      </w:pPr>
      <w:r>
        <w:t>कि कल मिलेगा।</w:t>
      </w:r>
    </w:p>
    <w:p>
      <w:r>
        <w:rPr>
          <w:b/>
        </w:rPr>
        <w:t xml:space="preserve">[06:09] </w:t>
      </w:r>
      <w:r>
        <w:t>to unhone ek badi ajeeb baat boli.</w:t>
      </w:r>
    </w:p>
    <w:p>
      <w:pPr>
        <w:jc w:val="right"/>
      </w:pPr>
      <w:r>
        <w:t>तो उन्होंने एक बड़ी अजीब बात बोली।</w:t>
      </w:r>
    </w:p>
    <w:p>
      <w:r>
        <w:rPr>
          <w:b/>
        </w:rPr>
        <w:t xml:space="preserve">[06:14] </w:t>
      </w:r>
      <w:r>
        <w:t>unhone bola ki mera naam ramesh hai aur main hindu hoon.</w:t>
      </w:r>
    </w:p>
    <w:p>
      <w:pPr>
        <w:jc w:val="right"/>
      </w:pPr>
      <w:r>
        <w:t>उन्होंने बोला कि मेरा नाम रमेश है और मैं हिंदू हूं।</w:t>
      </w:r>
    </w:p>
    <w:p>
      <w:r>
        <w:rPr>
          <w:b/>
        </w:rPr>
        <w:t xml:space="preserve">[06:18] </w:t>
      </w:r>
      <w:r>
        <w:t>to kya main quran nahin padh sakta?</w:t>
      </w:r>
    </w:p>
    <w:p>
      <w:pPr>
        <w:jc w:val="right"/>
      </w:pPr>
      <w:r>
        <w:t>तो क्या मैं कुरान नहीं पढ़ सकता?</w:t>
      </w:r>
    </w:p>
    <w:p>
      <w:r>
        <w:rPr>
          <w:b/>
        </w:rPr>
        <w:t xml:space="preserve">[06:23] </w:t>
      </w:r>
      <w:r>
        <w:t>jab unhone ye baat kahi, to hum bilkul shocked ho gaye.</w:t>
      </w:r>
    </w:p>
    <w:p>
      <w:pPr>
        <w:jc w:val="right"/>
      </w:pPr>
      <w:r>
        <w:t>जब उन्होंने ये बात कही, तो हम बिल्कुल शॉक्ड हो गए।</w:t>
      </w:r>
    </w:p>
    <w:p>
      <w:r>
        <w:rPr>
          <w:b/>
        </w:rPr>
        <w:t xml:space="preserve">[06:26] </w:t>
      </w:r>
      <w:r>
        <w:t>Me and my colleague were standing there, my sister.</w:t>
      </w:r>
    </w:p>
    <w:p>
      <w:pPr>
        <w:jc w:val="right"/>
      </w:pPr>
      <w:r>
        <w:t>Me and my colleague were standing there, my sister.</w:t>
      </w:r>
    </w:p>
    <w:p>
      <w:r>
        <w:rPr>
          <w:b/>
        </w:rPr>
        <w:t xml:space="preserve">[06:30] </w:t>
      </w:r>
      <w:r>
        <w:t>aur maine unse ye kaha ki main aapse wada karta hoon ki main aapko hindi ka quran la ke dunga.</w:t>
      </w:r>
    </w:p>
    <w:p>
      <w:pPr>
        <w:jc w:val="right"/>
      </w:pPr>
      <w:r>
        <w:t>और मैंने उनसे ये कहा कि मैं आपसे वादा करता हूं कि मैं आपको हिंदी का कुरान ला के दूंगा।</w:t>
      </w:r>
    </w:p>
    <w:p>
      <w:r>
        <w:rPr>
          <w:b/>
        </w:rPr>
        <w:t xml:space="preserve">[06:34] </w:t>
      </w:r>
      <w:r>
        <w:t>chahe kahin se bhi la ke doon, lekin aaj main aapko hindi ka quran la ke dunga.</w:t>
      </w:r>
    </w:p>
    <w:p>
      <w:pPr>
        <w:jc w:val="right"/>
      </w:pPr>
      <w:r>
        <w:t>चाहे कहीं से भी ला के दूं, लेकिन आज मैं आपको हिंदी का कुरान ला के दूंगा।</w:t>
      </w:r>
    </w:p>
    <w:p>
      <w:r>
        <w:rPr>
          <w:b/>
        </w:rPr>
        <w:t xml:space="preserve">[06:38] </w:t>
      </w:r>
      <w:r>
        <w:t>aur raat ko jab maine unko quran le ja ke unke store mein diya, wo bahut bade departmental</w:t>
      </w:r>
    </w:p>
    <w:p>
      <w:pPr>
        <w:jc w:val="right"/>
      </w:pPr>
      <w:r>
        <w:t>और रात को जब मैंने उनको कुरान ले जा के उनके स्टोर में दिया, वो बहुत बड़े डिपार्टमेंटल</w:t>
      </w:r>
    </w:p>
    <w:p>
      <w:r>
        <w:rPr>
          <w:b/>
        </w:rPr>
        <w:t xml:space="preserve">[06:42] </w:t>
      </w:r>
      <w:r>
        <w:t>store mein wahan kaam karte the.</w:t>
      </w:r>
    </w:p>
    <w:p>
      <w:pPr>
        <w:jc w:val="right"/>
      </w:pPr>
      <w:r>
        <w:t>स्टोर में वहां काम करते थे।</w:t>
      </w:r>
    </w:p>
    <w:p>
      <w:r>
        <w:rPr>
          <w:b/>
        </w:rPr>
        <w:t xml:space="preserve">[06:46] </w:t>
      </w:r>
      <w:r>
        <w:t>aur jab unko le ja kar diya, to he was extremely happy.</w:t>
      </w:r>
    </w:p>
    <w:p>
      <w:pPr>
        <w:jc w:val="right"/>
      </w:pPr>
      <w:r>
        <w:t>और जब उनको ले जा कर दिया, तो he was extremely happy.</w:t>
      </w:r>
    </w:p>
    <w:p>
      <w:r>
        <w:rPr>
          <w:b/>
        </w:rPr>
        <w:t xml:space="preserve">[06:50] </w:t>
      </w:r>
      <w:r>
        <w:t>wo itne khush the ki he could not express it in words.</w:t>
      </w:r>
    </w:p>
    <w:p>
      <w:pPr>
        <w:jc w:val="right"/>
      </w:pPr>
      <w:r>
        <w:t>वो इतने खुश थे कि he could not express it in words.</w:t>
      </w:r>
    </w:p>
    <w:p>
      <w:r>
        <w:rPr>
          <w:b/>
        </w:rPr>
        <w:t xml:space="preserve">[06:53] </w:t>
      </w:r>
      <w:r>
        <w:t>apni khushi ka aalam.</w:t>
      </w:r>
    </w:p>
    <w:p>
      <w:pPr>
        <w:jc w:val="right"/>
      </w:pPr>
      <w:r>
        <w:t>अपनी खुशी का आलम।</w:t>
      </w:r>
    </w:p>
    <w:p>
      <w:r>
        <w:rPr>
          <w:b/>
        </w:rPr>
        <w:t xml:space="preserve">[06:57] </w:t>
      </w:r>
      <w:r>
        <w:t>aur phir aise kai incidences hue.</w:t>
      </w:r>
    </w:p>
    <w:p>
      <w:pPr>
        <w:jc w:val="right"/>
      </w:pPr>
      <w:r>
        <w:t>और फिर ऐसे कई incidences हुए।</w:t>
      </w:r>
    </w:p>
    <w:p>
      <w:r>
        <w:rPr>
          <w:b/>
        </w:rPr>
        <w:t xml:space="preserve">[07:01] </w:t>
      </w:r>
      <w:r>
        <w:t>ah, ek-ek unmein se ye hai, ek hamare, ah, ek, ah, colleague ne hamein bataya tha, jo wahan</w:t>
      </w:r>
    </w:p>
    <w:p>
      <w:pPr>
        <w:jc w:val="right"/>
      </w:pPr>
      <w:r>
        <w:t>अह, एक-एक उनमें से ये है, एक हमारे, अह, एक, अह, colleague ने हमें बताया था, जो वहां</w:t>
      </w:r>
    </w:p>
    <w:p>
      <w:r>
        <w:rPr>
          <w:b/>
        </w:rPr>
        <w:t xml:space="preserve">[07:05] </w:t>
      </w:r>
      <w:r>
        <w:t>andar the event mein.</w:t>
      </w:r>
    </w:p>
    <w:p>
      <w:pPr>
        <w:jc w:val="right"/>
      </w:pPr>
      <w:r>
        <w:t>अंदर थे इवेंट में।</w:t>
      </w:r>
    </w:p>
    <w:p>
      <w:r>
        <w:rPr>
          <w:b/>
        </w:rPr>
        <w:t xml:space="preserve">[07:09] </w:t>
      </w:r>
      <w:r>
        <w:t>ki wahan ek session chal raha tha.</w:t>
      </w:r>
    </w:p>
    <w:p>
      <w:pPr>
        <w:jc w:val="right"/>
      </w:pPr>
      <w:r>
        <w:t>कि वहां एक session चल रहा था।</w:t>
      </w:r>
    </w:p>
    <w:p>
      <w:r>
        <w:rPr>
          <w:b/>
        </w:rPr>
        <w:t xml:space="preserve">[07:13] </w:t>
      </w:r>
      <w:r>
        <w:t>session mein jab question answer ka wahan round aaya.</w:t>
      </w:r>
    </w:p>
    <w:p>
      <w:pPr>
        <w:jc w:val="right"/>
      </w:pPr>
      <w:r>
        <w:t>session में जब question answer का वहां round आया।</w:t>
      </w:r>
    </w:p>
    <w:p>
      <w:r>
        <w:rPr>
          <w:b/>
        </w:rPr>
        <w:t xml:space="preserve">[07:17] </w:t>
      </w:r>
      <w:r>
        <w:t>to jin sahab ne question pucha, unke haath mein maulana ka english ka jo translation hai, unke haath</w:t>
      </w:r>
    </w:p>
    <w:p>
      <w:pPr>
        <w:jc w:val="right"/>
      </w:pPr>
      <w:r>
        <w:t>तो जिन साहब ने question पूछा, उनके हाथ में मौलाना का इंग्लिश का जो translation है, उनके हाथ</w:t>
      </w:r>
    </w:p>
    <w:p>
      <w:r>
        <w:rPr>
          <w:b/>
        </w:rPr>
        <w:t xml:space="preserve">[07:20] </w:t>
      </w:r>
      <w:r>
        <w:t>mein tha quran ka.</w:t>
      </w:r>
    </w:p>
    <w:p>
      <w:pPr>
        <w:jc w:val="right"/>
      </w:pPr>
      <w:r>
        <w:t>में था कुरान का।</w:t>
      </w:r>
    </w:p>
    <w:p>
      <w:r>
        <w:rPr>
          <w:b/>
        </w:rPr>
        <w:t xml:space="preserve">[07:24] </w:t>
      </w:r>
      <w:r>
        <w:t>aur jaise hi unhone question ke liye quran uthaya aur mic haath mein tha, wo poora quran wahan</w:t>
      </w:r>
    </w:p>
    <w:p>
      <w:pPr>
        <w:jc w:val="right"/>
      </w:pPr>
      <w:r>
        <w:t>और जैसे ही उन्होंने question के लिए कुरान उठाया और माइक हाथ में था, वो पूरा कुरान वहां</w:t>
      </w:r>
    </w:p>
    <w:p>
      <w:r>
        <w:rPr>
          <w:b/>
        </w:rPr>
        <w:t xml:space="preserve">[07:28] </w:t>
      </w:r>
      <w:r>
        <w:t>screen par aa gaya.</w:t>
      </w:r>
    </w:p>
    <w:p>
      <w:pPr>
        <w:jc w:val="right"/>
      </w:pPr>
      <w:r>
        <w:t>स्क्रीन पर आ गया।</w:t>
      </w:r>
    </w:p>
    <w:p>
      <w:r>
        <w:rPr>
          <w:b/>
        </w:rPr>
        <w:t xml:space="preserve">[07:32] </w:t>
      </w:r>
      <w:r>
        <w:t>And everybody was looking at it ki ye kya hai.</w:t>
      </w:r>
    </w:p>
    <w:p>
      <w:pPr>
        <w:jc w:val="right"/>
      </w:pPr>
      <w:r>
        <w:t>And everybody was looking at it कि ये क्या है।</w:t>
      </w:r>
    </w:p>
    <w:p>
      <w:r>
        <w:rPr>
          <w:b/>
        </w:rPr>
        <w:t xml:space="preserve">[07:36] </w:t>
      </w:r>
      <w:r>
        <w:t>aur ek-ek aur incidence, jo organizer the, ah, jo us company ko own karte hain, which organizes the</w:t>
      </w:r>
    </w:p>
    <w:p>
      <w:pPr>
        <w:jc w:val="right"/>
      </w:pPr>
      <w:r>
        <w:t>और एक-एक और incidence, जो organizer थे, अह, जो उस कंपनी को own करते हैं, which organizes the</w:t>
      </w:r>
    </w:p>
    <w:p>
      <w:r>
        <w:rPr>
          <w:b/>
        </w:rPr>
        <w:t xml:space="preserve">[07:40] </w:t>
      </w:r>
      <w:r>
        <w:t>entire event, wo shaam mein mere paas aaye aur mere se bolte hain ki Ramesh, people are doing</w:t>
      </w:r>
    </w:p>
    <w:p>
      <w:pPr>
        <w:jc w:val="right"/>
      </w:pPr>
      <w:r>
        <w:t>entire event, वो शाम में मेरे पास आए और मेरे से बोलते हैं कि Ramesh, people are doing</w:t>
      </w:r>
    </w:p>
    <w:p>
      <w:r>
        <w:rPr>
          <w:b/>
        </w:rPr>
        <w:t xml:space="preserve">[07:44] </w:t>
      </w:r>
      <w:r>
        <w:t>a great job.</w:t>
      </w:r>
    </w:p>
    <w:p>
      <w:pPr>
        <w:jc w:val="right"/>
      </w:pPr>
      <w:r>
        <w:t>a great job.</w:t>
      </w:r>
    </w:p>
    <w:p>
      <w:r>
        <w:rPr>
          <w:b/>
        </w:rPr>
        <w:t xml:space="preserve">[07:48] </w:t>
      </w:r>
      <w:r>
        <w:t>God bless you. It was so much encouraging ki insaan jo organize kar raha hai, wo kisi aur purpose se organize kar raha hai aur hum wahan kisi aur purpose se ja rahe hain. Lekin uske itne encouraging words the hamare liye ki Ramesh, God bless you. You people are doing a great job. And then another experience, second day, was with the police authorities.</w:t>
      </w:r>
    </w:p>
    <w:p>
      <w:pPr>
        <w:jc w:val="right"/>
      </w:pPr>
      <w:r>
        <w:t>God bless you. It was so much encouraging कि इंसान जो organize कर रहा है, वो किसी और purpose से organize कर रहा है और हम वहां किसी और purpose से जा रहे हैं। लेकिन उसके इतने encouraging words थे हमारे लिए कि Ramesh, God bless you. You people are doing a great job. And then another experience, second day, was with the police authorities.</w:t>
      </w:r>
    </w:p>
    <w:p>
      <w:r>
        <w:rPr>
          <w:b/>
        </w:rPr>
        <w:t xml:space="preserve">[08:09] </w:t>
      </w:r>
      <w:r>
        <w:t>ek, ah, head constable the, ek wo hamare paas aaye, hum distribution kar rahe the.</w:t>
      </w:r>
    </w:p>
    <w:p>
      <w:pPr>
        <w:jc w:val="right"/>
      </w:pPr>
      <w:r>
        <w:t>एक, अह, head constable थे, एक वो हमारे पास आए, हम distribution कर रहे थे।</w:t>
      </w:r>
    </w:p>
    <w:p>
      <w:r>
        <w:rPr>
          <w:b/>
        </w:rPr>
        <w:t xml:space="preserve">[08:15] </w:t>
      </w:r>
      <w:r>
        <w:t>unhone aakar bola ki hamare sahib jo hain, wo mang rahe hain do copies Quran ki.</w:t>
      </w:r>
    </w:p>
    <w:p>
      <w:pPr>
        <w:jc w:val="right"/>
      </w:pPr>
      <w:r>
        <w:t>उन्होंने आकर बोला कि हमारे साहब जो हैं, वो मांग रहे हैं दो copies कुरान की।</w:t>
      </w:r>
    </w:p>
    <w:p>
      <w:r>
        <w:rPr>
          <w:b/>
        </w:rPr>
        <w:t xml:space="preserve">[08:21] </w:t>
      </w:r>
      <w:r>
        <w:t>to maine unse bola ki agar aapke sahib mang rahe hain, to aapke sahib ko hum chal ke khud denge.</w:t>
      </w:r>
    </w:p>
    <w:p>
      <w:pPr>
        <w:jc w:val="right"/>
      </w:pPr>
      <w:r>
        <w:t>तो मैंने उनसे बोला कि अगर आपके साहब मांग रहे हैं, तो आपके साहब को हम चल के खुद देंगे।</w:t>
      </w:r>
    </w:p>
    <w:p>
      <w:r>
        <w:rPr>
          <w:b/>
        </w:rPr>
        <w:t xml:space="preserve">[08:27] </w:t>
      </w:r>
      <w:r>
        <w:t>to hum haath mein Quran ki copies lekar jab wahan pahunche andar, to unke SSP, Jaipur ke SP,</w:t>
      </w:r>
    </w:p>
    <w:p>
      <w:pPr>
        <w:jc w:val="right"/>
      </w:pPr>
      <w:r>
        <w:t>तो हम हाथ में कुरान की copies लेकर जब वहां पहुंचे अंदर, तो उनके एसएसपी, जयपुर के एसपी,</w:t>
      </w:r>
    </w:p>
    <w:p>
      <w:r>
        <w:rPr>
          <w:b/>
        </w:rPr>
        <w:t xml:space="preserve">[08:33] </w:t>
      </w:r>
      <w:r>
        <w:t>additional SP, deputy SP, saare wahan maujood the, wahan baithe hue the.</w:t>
      </w:r>
    </w:p>
    <w:p>
      <w:pPr>
        <w:jc w:val="right"/>
      </w:pPr>
      <w:r>
        <w:t>additional एसपी, deputy एसपी, सारे वहां मौजूद थे, वहां बैठे हुए थे।</w:t>
      </w:r>
    </w:p>
    <w:p>
      <w:r>
        <w:rPr>
          <w:b/>
        </w:rPr>
        <w:t xml:space="preserve">[08:39] </w:t>
      </w:r>
      <w:r>
        <w:t>to unke additional SP ne aur deputy SP ne mangaya tha wo copies Quran ki.</w:t>
      </w:r>
    </w:p>
    <w:p>
      <w:pPr>
        <w:jc w:val="right"/>
      </w:pPr>
      <w:r>
        <w:t>तो उनके additional एसपी ने और deputy एसपी ने मंगाया था वो copies कुरान की।</w:t>
      </w:r>
    </w:p>
    <w:p>
      <w:r>
        <w:rPr>
          <w:b/>
        </w:rPr>
        <w:t xml:space="preserve">[08:45] </w:t>
      </w:r>
      <w:r>
        <w:t>tabhi unke senior superintendent wahan par aa gaye aur unhone unse bola ki tumne haath mein kya liya hua hai?</w:t>
      </w:r>
    </w:p>
    <w:p>
      <w:pPr>
        <w:jc w:val="right"/>
      </w:pPr>
      <w:r>
        <w:t>तभी उनके senior superintendent वहां पर आ गए और उन्होंने उनसे बोला कि तुमने हाथ में क्या लिया हुआ है?</w:t>
      </w:r>
    </w:p>
    <w:p>
      <w:r>
        <w:rPr>
          <w:b/>
        </w:rPr>
        <w:t xml:space="preserve">[08:52] </w:t>
      </w:r>
      <w:r>
        <w:t>unhone kaha, "sir, Quran liya hai.</w:t>
      </w:r>
    </w:p>
    <w:p>
      <w:pPr>
        <w:jc w:val="right"/>
      </w:pPr>
      <w:r>
        <w:t>उन्होंने कहा, "सर, कुरान लिया है।</w:t>
      </w:r>
    </w:p>
    <w:p>
      <w:r>
        <w:rPr>
          <w:b/>
        </w:rPr>
        <w:t xml:space="preserve">[08:58] </w:t>
      </w:r>
      <w:r>
        <w:t>padhunga, kuch zaroor kaam aayega mere." to unhone kaha, "sir, aap bhi lijiye.</w:t>
      </w:r>
    </w:p>
    <w:p>
      <w:pPr>
        <w:jc w:val="right"/>
      </w:pPr>
      <w:r>
        <w:t>पढ़ूंगा, कुछ जरूर काम आएगा मेरे।" तो उन्होंने कहा, "सर, आप भी लीजिए।</w:t>
      </w:r>
    </w:p>
    <w:p>
      <w:r>
        <w:rPr>
          <w:b/>
        </w:rPr>
        <w:t xml:space="preserve">[09:04] </w:t>
      </w:r>
      <w:r>
        <w:t>aapko bhi padh ke achha lagega." aur unhone liya aur itna zyada unhone hamein encourage kiya.</w:t>
      </w:r>
    </w:p>
    <w:p>
      <w:pPr>
        <w:jc w:val="right"/>
      </w:pPr>
      <w:r>
        <w:t>आपको भी पढ़ के अच्छा लगेगा।" और उन्होंने लिया और इतना ज्यादा उन्होंने हमें encourage किया।</w:t>
      </w:r>
    </w:p>
    <w:p>
      <w:r>
        <w:rPr>
          <w:b/>
        </w:rPr>
        <w:t xml:space="preserve">[09:10] </w:t>
      </w:r>
      <w:r>
        <w:t>maine unko thanks bhi kaha ki aapne itna achha yahan security arrangement kar rakha hai aur hum logon</w:t>
      </w:r>
    </w:p>
    <w:p>
      <w:pPr>
        <w:jc w:val="right"/>
      </w:pPr>
      <w:r>
        <w:t>मैंने उनको thanks भी कहा कि आपने इतना अच्छा यहां security arrangement कर रखा है और हम लोगों</w:t>
      </w:r>
    </w:p>
    <w:p>
      <w:r>
        <w:rPr>
          <w:b/>
        </w:rPr>
        <w:t xml:space="preserve">[09:16] </w:t>
      </w:r>
      <w:r>
        <w:t>ko itni aasani se hum log distribution kar pa rahe hain.</w:t>
      </w:r>
    </w:p>
    <w:p>
      <w:pPr>
        <w:jc w:val="right"/>
      </w:pPr>
      <w:r>
        <w:t>को इतनी आसानी से हम लोग distribution कर पा रहे हैं।</w:t>
      </w:r>
    </w:p>
    <w:p>
      <w:r>
        <w:rPr>
          <w:b/>
        </w:rPr>
        <w:t xml:space="preserve">[09:22] </w:t>
      </w:r>
      <w:r>
        <w:t>aur unhone kaha ki thank you so much.</w:t>
      </w:r>
    </w:p>
    <w:p>
      <w:pPr>
        <w:jc w:val="right"/>
      </w:pPr>
      <w:r>
        <w:t>और उन्होंने कहा कि thank you so much.</w:t>
      </w:r>
    </w:p>
    <w:p>
      <w:r>
        <w:rPr>
          <w:b/>
        </w:rPr>
        <w:t xml:space="preserve">[09:28] </w:t>
      </w:r>
      <w:r>
        <w:t>And I am really grateful you people have given it to me.</w:t>
      </w:r>
    </w:p>
    <w:p>
      <w:pPr>
        <w:jc w:val="right"/>
      </w:pPr>
      <w:r>
        <w:t>And I am really grateful you people have given it to me.</w:t>
      </w:r>
    </w:p>
    <w:p>
      <w:r>
        <w:rPr>
          <w:b/>
        </w:rPr>
        <w:t xml:space="preserve">[09:35] </w:t>
      </w:r>
      <w:r>
        <w:t>to there are many such experiences.</w:t>
      </w:r>
    </w:p>
    <w:p>
      <w:pPr>
        <w:jc w:val="right"/>
      </w:pPr>
      <w:r>
        <w:t>तो there are many such experiences.</w:t>
      </w:r>
    </w:p>
    <w:p>
      <w:r>
        <w:rPr>
          <w:b/>
        </w:rPr>
        <w:t xml:space="preserve">[09:41] </w:t>
      </w:r>
      <w:r>
        <w:t>sab log aapko batayenge, time is limited, I cannot tell it all।</w:t>
      </w:r>
    </w:p>
    <w:p>
      <w:pPr>
        <w:jc w:val="right"/>
      </w:pPr>
      <w:r>
        <w:t>सब लोग आपको बताएंगे, time is limited, I cannot tell it all।</w:t>
      </w:r>
    </w:p>
    <w:p>
      <w:r>
        <w:rPr>
          <w:b/>
        </w:rPr>
        <w:t xml:space="preserve">[09:47] </w:t>
      </w:r>
      <w:r>
        <w:t>end mein hum log aapas mein baat kar rahe the, Ajay aur main, ki Allah jab hamari maut</w:t>
      </w:r>
    </w:p>
    <w:p>
      <w:pPr>
        <w:jc w:val="right"/>
      </w:pPr>
      <w:r>
        <w:t>end में हम लोग आपस में बात कर रहे थे, अजय और मैं, कि अल्लाह जब हमारी मौत</w:t>
      </w:r>
    </w:p>
    <w:p>
      <w:r>
        <w:rPr>
          <w:b/>
        </w:rPr>
        <w:t xml:space="preserve">[09:53] </w:t>
      </w:r>
      <w:r>
        <w:t>aaye, to wo aise time par aaye ki hum dawat karke ghar laut rahe hon.</w:t>
      </w:r>
    </w:p>
    <w:p>
      <w:pPr>
        <w:jc w:val="right"/>
      </w:pPr>
      <w:r>
        <w:t>आए, तो वो ऐसे टाइम पर आए कि हम दावत करके घर लौट रहे हों।</w:t>
      </w:r>
    </w:p>
    <w:p>
      <w:r>
        <w:rPr>
          <w:b/>
        </w:rPr>
        <w:t xml:space="preserve">[09:59] </w:t>
      </w:r>
      <w:r>
        <w:t>aur jab farishte hamein lekar jaaye, to wahan par Allah jab pooche ki tumne is bande ko kis</w:t>
      </w:r>
    </w:p>
    <w:p>
      <w:pPr>
        <w:jc w:val="right"/>
      </w:pPr>
      <w:r>
        <w:t>और जब फरिश्ते हमें लेकर जाए, तो वहां पर अल्लाह जब पूछे कि तुमने इस बंदे को किस</w:t>
      </w:r>
    </w:p>
    <w:p>
      <w:r>
        <w:rPr>
          <w:b/>
        </w:rPr>
        <w:t xml:space="preserve">[10:05] </w:t>
      </w:r>
      <w:r>
        <w:t>state mein paya tha, to farishte ye bole ki Allah, ye tera kaam kar raha tha aur kaam</w:t>
      </w:r>
    </w:p>
    <w:p>
      <w:pPr>
        <w:jc w:val="right"/>
      </w:pPr>
      <w:r>
        <w:t>state में पाया था, तो फरिश्ते ये बोले कि अल्लाह, ये तेरा काम कर रहा था और काम</w:t>
      </w:r>
    </w:p>
    <w:p>
      <w:r>
        <w:rPr>
          <w:b/>
        </w:rPr>
        <w:t xml:space="preserve">[10:11] </w:t>
      </w:r>
      <w:r>
        <w:t>karke laut raha tha.</w:t>
      </w:r>
    </w:p>
    <w:p>
      <w:pPr>
        <w:jc w:val="right"/>
      </w:pPr>
      <w:r>
        <w:t>करके लौट रहा था।</w:t>
      </w:r>
    </w:p>
    <w:p>
      <w:r>
        <w:rPr>
          <w:b/>
        </w:rPr>
        <w:t xml:space="preserve">[10:18] </w:t>
      </w:r>
      <w:r>
        <w:t>to bas Allah ise qabool kare.</w:t>
      </w:r>
    </w:p>
    <w:p>
      <w:pPr>
        <w:jc w:val="right"/>
      </w:pPr>
      <w:r>
        <w:t>तो बस अल्लाह इसे कबूल करे।</w:t>
      </w:r>
    </w:p>
    <w:p>
      <w:r>
        <w:rPr>
          <w:b/>
        </w:rPr>
        <w:t xml:space="preserve">[10:24] </w:t>
      </w:r>
      <w:r>
        <w:t>that's what matters thank you.</w:t>
      </w:r>
    </w:p>
    <w:p>
      <w:pPr>
        <w:jc w:val="right"/>
      </w:pPr>
      <w:r>
        <w:t>that's what matters थैंक यू।</w:t>
      </w:r>
    </w:p>
    <w:p>
      <w:r>
        <w:rPr>
          <w:b/>
        </w:rPr>
        <w:t xml:space="preserve">[10:30] </w:t>
      </w:r>
      <w:r>
        <w:t>My name is Razia.</w:t>
      </w:r>
    </w:p>
    <w:p>
      <w:pPr>
        <w:jc w:val="right"/>
      </w:pPr>
      <w:r>
        <w:t>My name is Razia.</w:t>
      </w:r>
    </w:p>
    <w:p>
      <w:r>
        <w:rPr>
          <w:b/>
        </w:rPr>
        <w:t xml:space="preserve">[10:36] </w:t>
      </w:r>
      <w:r>
        <w:t>It was the second time for me as well at the Jaipur Literature Festival.</w:t>
      </w:r>
    </w:p>
    <w:p>
      <w:pPr>
        <w:jc w:val="right"/>
      </w:pPr>
      <w:r>
        <w:t>It was the second time for me as well at the Jaipur Literature Festival.</w:t>
      </w:r>
    </w:p>
    <w:p>
      <w:r>
        <w:rPr>
          <w:b/>
        </w:rPr>
        <w:t xml:space="preserve">[10:42] </w:t>
      </w:r>
      <w:r>
        <w:t>We all started, like both of them already mentioned, with the conviction that yes, God's help would surely</w:t>
      </w:r>
    </w:p>
    <w:p>
      <w:pPr>
        <w:jc w:val="right"/>
      </w:pPr>
      <w:r>
        <w:t>We all started, like both of them already mentioned, with the conviction that yes, God's help would surely</w:t>
      </w:r>
    </w:p>
    <w:p>
      <w:r>
        <w:rPr>
          <w:b/>
        </w:rPr>
        <w:t xml:space="preserve">[10:48] </w:t>
      </w:r>
      <w:r>
        <w:t>be there whenever we need it.</w:t>
      </w:r>
    </w:p>
    <w:p>
      <w:pPr>
        <w:jc w:val="right"/>
      </w:pPr>
      <w:r>
        <w:t>be there whenever we need it.</w:t>
      </w:r>
    </w:p>
    <w:p>
      <w:r>
        <w:rPr>
          <w:b/>
        </w:rPr>
        <w:t xml:space="preserve">[10:55] </w:t>
      </w:r>
      <w:r>
        <w:t>And just as Ramesh was mentioning, that when we reached our place of stay and when I first saw that half a wall of cartons in front of us, I will be very honest, the first thought that came to my mind was, "Oh my God, how will we distribute that stock? " There were so many of them and we were only a handful of people.</w:t>
      </w:r>
    </w:p>
    <w:p>
      <w:pPr>
        <w:jc w:val="right"/>
      </w:pPr>
      <w:r>
        <w:t>And just as Ramesh was mentioning, that when we reached our place of stay and when I first saw that half a wall of cartons in front of us, I will be very honest, the first thought that came to my mind was, "Oh my God, how will we distribute that stock? " There were so many of them and we were only a handful of people.</w:t>
      </w:r>
    </w:p>
    <w:p>
      <w:r>
        <w:rPr>
          <w:b/>
        </w:rPr>
        <w:t xml:space="preserve">[11:22] </w:t>
      </w:r>
      <w:r>
        <w:t>And though we had been there one time, last time, we were still, I was still at least not sure we will be able to finish that stock. But of course, the days were to prove me wrong. And we started somewhere in the afternoon, we reached there. It took us a little while to organize ourselves and start the distribution. But once we were on the job, there was no looking back.</w:t>
      </w:r>
    </w:p>
    <w:p>
      <w:pPr>
        <w:jc w:val="right"/>
      </w:pPr>
      <w:r>
        <w:t>And though we had been there one time, last time, we were still, I was still at least not sure we will be able to finish that stock. But of course, the days were to prove me wrong. And we started somewhere in the afternoon, we reached there. It took us a little while to organize ourselves and start the distribution. But once we were on the job, there was no looking back.</w:t>
      </w:r>
    </w:p>
    <w:p>
      <w:r>
        <w:rPr>
          <w:b/>
        </w:rPr>
        <w:t xml:space="preserve">[11:51] </w:t>
      </w:r>
      <w:r>
        <w:t>And it all happened very seamlessly. A lot of experiences, yes. There used to be people who used to come back and say that, you know, there was a team that was distributing this last time. And it used to be absolutely overwhelming when people came back and told them that yes, we were there last time. We know it happened last time as well. There were people who were particularly intrigued that why are we only giving out the Quran and no other literature?</w:t>
      </w:r>
    </w:p>
    <w:p>
      <w:pPr>
        <w:jc w:val="right"/>
      </w:pPr>
      <w:r>
        <w:t>And it all happened very seamlessly. A lot of experiences, yes. There used to be people who used to come back and say that, you know, there was a team that was distributing this last time. And it used to be absolutely overwhelming when people came back and told them that yes, we were there last time. We know it happened last time as well. There were people who were particularly intrigued that why are we only giving out the Quran and no other literature?</w:t>
      </w:r>
    </w:p>
    <w:p>
      <w:r>
        <w:rPr>
          <w:b/>
        </w:rPr>
        <w:t xml:space="preserve">[12:21] </w:t>
      </w:r>
      <w:r>
        <w:t>And once you talked, it became a point of discussion because they had a question in mind and you could start a discussion. And once that happened, they would happily take away the Quran and say that yes, we will surely read it. There was a particular incident when we gave the Quran to a couple. They were both non-Muslims and they were absolutely overjoyed to get the copy of the Quran. The lady took it and she said, "You know what?</w:t>
      </w:r>
    </w:p>
    <w:p>
      <w:pPr>
        <w:jc w:val="right"/>
      </w:pPr>
      <w:r>
        <w:t>And once you talked, it became a point of discussion because they had a question in mind and you could start a discussion. And once that happened, they would happily take away the Quran and say that yes, we will surely read it. There was a particular incident when we gave the Quran to a couple. They were both non-Muslims and they were absolutely overjoyed to get the copy of the Quran. The lady took it and she said, "You know what?</w:t>
      </w:r>
    </w:p>
    <w:p>
      <w:r>
        <w:rPr>
          <w:b/>
        </w:rPr>
        <w:t xml:space="preserve">[12:50] </w:t>
      </w:r>
      <w:r>
        <w:t>We were really wanting to get this copy of the Quran and it seems that God literally heard our prayers. If we would have asked for anything else, we would have got that." All such experiences, you know, really get that, they are so encouraging. You know, it's like even if you took all the pains for this one instance, it was worth it.</w:t>
      </w:r>
    </w:p>
    <w:p>
      <w:pPr>
        <w:jc w:val="right"/>
      </w:pPr>
      <w:r>
        <w:t>We were really wanting to get this copy of the Quran and it seems that God literally heard our prayers. If we would have asked for anything else, we would have got that." All such experiences, you know, really get that, they are so encouraging. You know, it's like even if you took all the pains for this one instance, it was worth it.</w:t>
      </w:r>
    </w:p>
    <w:p>
      <w:r>
        <w:rPr>
          <w:b/>
        </w:rPr>
        <w:t xml:space="preserve">[13:14] </w:t>
      </w:r>
      <w:r>
        <w:t>One particular thing that I would like to talk about also is, you know, Ramesh just mentioned about the police bit. Thankfully, we have had very cordial experiences until now. And I think the fact is that because it's such a peaceful work, that police is always there to guide us and help us through. I still remember that the first day, it was evening and because it was setting dark, we were all wrapping up.</w:t>
      </w:r>
    </w:p>
    <w:p>
      <w:pPr>
        <w:jc w:val="right"/>
      </w:pPr>
      <w:r>
        <w:t>One particular thing that I would like to talk about also is, you know, Ramesh just mentioned about the police bit. Thankfully, we have had very cordial experiences until now. And I think the fact is that because it's such a peaceful work, that police is always there to guide us and help us through. I still remember that the first day, it was evening and because it was setting dark, we were all wrapping up.</w:t>
      </w:r>
    </w:p>
    <w:p>
      <w:r>
        <w:rPr>
          <w:b/>
        </w:rPr>
        <w:t xml:space="preserve">[13:41] </w:t>
      </w:r>
      <w:r>
        <w:t>There was this elderly policeman, he walked up to me and he asked me ki, and I quote him, verbatim, he said, "Aapka saara distribution achhe se ho gaya?"</w:t>
      </w:r>
    </w:p>
    <w:p>
      <w:pPr>
        <w:jc w:val="right"/>
      </w:pPr>
      <w:r>
        <w:t>There was this elderly policeman, he walked up to me and he asked me कि, and I quote him, verbatim, he said, "आपका सारा distribution अच्छे से हो गया?</w:t>
      </w:r>
    </w:p>
    <w:p>
      <w:r>
        <w:rPr>
          <w:b/>
        </w:rPr>
        <w:t xml:space="preserve">[13:53] </w:t>
      </w:r>
      <w:r>
        <w:t>" When he said this to me, I was struck for a moment. I just looked at him, I smiled and I said, "Ji, thank you very much. Sab achhe se ho gaya." And it seemed that, you know, God had sent an angel to take a stock of our situation and to find out whether, you know, this handful of people who were there, whether they needed anything or not, whether everything was working out fine or not.</w:t>
      </w:r>
    </w:p>
    <w:p>
      <w:pPr>
        <w:jc w:val="right"/>
      </w:pPr>
      <w:r>
        <w:t>" When he said this to me, I was struck for a moment. I just looked at him, I smiled and I said, "जी, thank you very much. सब अच्छे से हो गया।" And it seemed that, you know, God had sent an angel to take a stock of our situation and to find out whether, you know, this handful of people who were there, whether they needed anything or not, whether everything was working out fine or not.</w:t>
      </w:r>
    </w:p>
    <w:p>
      <w:r>
        <w:rPr>
          <w:b/>
        </w:rPr>
        <w:t xml:space="preserve">[14:16] </w:t>
      </w:r>
      <w:r>
        <w:t>And it seemed that, obviously, if it had not been for God's help, we wouldn't have done that task.</w:t>
      </w:r>
    </w:p>
    <w:p>
      <w:pPr>
        <w:jc w:val="right"/>
      </w:pPr>
      <w:r>
        <w:t>And it seemed that, obviously, if it had not been for God's help, we wouldn't have done that task.</w:t>
      </w:r>
    </w:p>
    <w:p>
      <w:r>
        <w:rPr>
          <w:b/>
        </w:rPr>
        <w:t xml:space="preserve">[14:22] </w:t>
      </w:r>
      <w:r>
        <w:t>Obviously, it was definitely God's help.</w:t>
      </w:r>
    </w:p>
    <w:p>
      <w:pPr>
        <w:jc w:val="right"/>
      </w:pPr>
      <w:r>
        <w:t>Obviously, it was definitely God's help.</w:t>
      </w:r>
    </w:p>
    <w:p>
      <w:r>
        <w:rPr>
          <w:b/>
        </w:rPr>
        <w:t xml:space="preserve">[14:29] </w:t>
      </w:r>
      <w:r>
        <w:t>And I also just pray that He accepts this and keeps us as motivated at all times to</w:t>
      </w:r>
    </w:p>
    <w:p>
      <w:pPr>
        <w:jc w:val="right"/>
      </w:pPr>
      <w:r>
        <w:t>And I also just pray that He accepts this and keeps us as motivated at all times to</w:t>
      </w:r>
    </w:p>
    <w:p>
      <w:r>
        <w:rPr>
          <w:b/>
        </w:rPr>
        <w:t xml:space="preserve">[14:36] </w:t>
      </w:r>
      <w:r>
        <w:t>undertake similar tasks. Thank you. assalam walekum.</w:t>
      </w:r>
    </w:p>
    <w:p>
      <w:pPr>
        <w:jc w:val="right"/>
      </w:pPr>
      <w:r>
        <w:t>undertake similar tasks. Thank you. अस्सलाम वालेकुम।</w:t>
      </w:r>
    </w:p>
    <w:p>
      <w:r>
        <w:rPr>
          <w:b/>
        </w:rPr>
        <w:t xml:space="preserve">[14:43] </w:t>
      </w:r>
      <w:r>
        <w:t>My name is Sabaa Hussain.</w:t>
      </w:r>
    </w:p>
    <w:p>
      <w:pPr>
        <w:jc w:val="right"/>
      </w:pPr>
      <w:r>
        <w:t>My name is Sabaa Hussain.</w:t>
      </w:r>
    </w:p>
    <w:p>
      <w:r>
        <w:rPr>
          <w:b/>
        </w:rPr>
        <w:t xml:space="preserve">[14:50] </w:t>
      </w:r>
      <w:r>
        <w:t>And I went to Jaipur for the first time.</w:t>
      </w:r>
    </w:p>
    <w:p>
      <w:pPr>
        <w:jc w:val="right"/>
      </w:pPr>
      <w:r>
        <w:t>And I went to Jaipur for the first time.</w:t>
      </w:r>
    </w:p>
    <w:p>
      <w:r>
        <w:rPr>
          <w:b/>
        </w:rPr>
        <w:t xml:space="preserve">[14:57] </w:t>
      </w:r>
      <w:r>
        <w:t>I had heard a lot about the festival from Razia and everybody else.</w:t>
      </w:r>
    </w:p>
    <w:p>
      <w:pPr>
        <w:jc w:val="right"/>
      </w:pPr>
      <w:r>
        <w:t>I had heard a lot about the festival from Razia and everybody else.</w:t>
      </w:r>
    </w:p>
    <w:p>
      <w:r>
        <w:rPr>
          <w:b/>
        </w:rPr>
        <w:t xml:space="preserve">[15:04] </w:t>
      </w:r>
      <w:r>
        <w:t>So the moment she told me ki hum log ja rahe hain, so I was like, mujhe bhi jaana hai.</w:t>
      </w:r>
    </w:p>
    <w:p>
      <w:pPr>
        <w:jc w:val="right"/>
      </w:pPr>
      <w:r>
        <w:t>So the moment she told me कि हम लोग जा रहे हैं, so I was like, मुझे भी जाना है।</w:t>
      </w:r>
    </w:p>
    <w:p>
      <w:r>
        <w:rPr>
          <w:b/>
        </w:rPr>
        <w:t xml:space="preserve">[15:11] </w:t>
      </w:r>
      <w:r>
        <w:t>And thankfully, thanks to God, I could be accommodated.</w:t>
      </w:r>
    </w:p>
    <w:p>
      <w:pPr>
        <w:jc w:val="right"/>
      </w:pPr>
      <w:r>
        <w:t>And thankfully, thanks to God, I could be accommodated.</w:t>
      </w:r>
    </w:p>
    <w:p>
      <w:r>
        <w:rPr>
          <w:b/>
        </w:rPr>
        <w:t xml:space="preserve">[15:18] </w:t>
      </w:r>
      <w:r>
        <w:t>And in the beginning, I was very nervous when we went there.</w:t>
      </w:r>
    </w:p>
    <w:p>
      <w:pPr>
        <w:jc w:val="right"/>
      </w:pPr>
      <w:r>
        <w:t>And in the beginning, I was very nervous when we went there.</w:t>
      </w:r>
    </w:p>
    <w:p>
      <w:r>
        <w:rPr>
          <w:b/>
        </w:rPr>
        <w:t xml:space="preserve">[15:23] </w:t>
      </w:r>
      <w:r>
        <w:t>And I was constantly asking everybody else ki kaise karungi main aur kaise dungi aur kaise approach karna</w:t>
      </w:r>
    </w:p>
    <w:p>
      <w:pPr>
        <w:jc w:val="right"/>
      </w:pPr>
      <w:r>
        <w:t>And I was constantly asking everybody else कि कैसे करूँगी मैं और कैसे दूँगी और कैसे approach करना</w:t>
      </w:r>
    </w:p>
    <w:p>
      <w:r>
        <w:rPr>
          <w:b/>
        </w:rPr>
        <w:t xml:space="preserve">[15:28] </w:t>
      </w:r>
      <w:r>
        <w:t>hai aur main kaise khadi rahungi wahan pe.</w:t>
      </w:r>
    </w:p>
    <w:p>
      <w:pPr>
        <w:jc w:val="right"/>
      </w:pPr>
      <w:r>
        <w:t>है और मैं कैसे खड़ी रहूँगी वहाँ पे।</w:t>
      </w:r>
    </w:p>
    <w:p>
      <w:r>
        <w:rPr>
          <w:b/>
        </w:rPr>
        <w:t xml:space="preserve">[15:33] </w:t>
      </w:r>
      <w:r>
        <w:t>So bahut saare questions the.</w:t>
      </w:r>
    </w:p>
    <w:p>
      <w:pPr>
        <w:jc w:val="right"/>
      </w:pPr>
      <w:r>
        <w:t>सो बहुत सारे questions थे।</w:t>
      </w:r>
    </w:p>
    <w:p>
      <w:r>
        <w:rPr>
          <w:b/>
        </w:rPr>
        <w:t xml:space="preserve">[15:38] </w:t>
      </w:r>
      <w:r>
        <w:t>par Allah ka shukr hai, wahan pahunch ke sab kuch jaise apne aap ho gaya.</w:t>
      </w:r>
    </w:p>
    <w:p>
      <w:pPr>
        <w:jc w:val="right"/>
      </w:pPr>
      <w:r>
        <w:t>पर अल्लाह का शुक्र है, वहाँ पहुँच के सब कुछ जैसे अपने आप हो गया।</w:t>
      </w:r>
    </w:p>
    <w:p>
      <w:r>
        <w:rPr>
          <w:b/>
        </w:rPr>
        <w:t xml:space="preserve">[15:43] </w:t>
      </w:r>
      <w:r>
        <w:t>I mean, I mean, in the evening, first day, I was standing in the middle of the road</w:t>
      </w:r>
    </w:p>
    <w:p>
      <w:pPr>
        <w:jc w:val="right"/>
      </w:pPr>
      <w:r>
        <w:t>I mean, I mean, in the evening, first day, I was standing in the middle of the road</w:t>
      </w:r>
    </w:p>
    <w:p>
      <w:r>
        <w:rPr>
          <w:b/>
        </w:rPr>
        <w:t xml:space="preserve">[15:48] </w:t>
      </w:r>
      <w:r>
        <w:t>and giving Quran with both hands.</w:t>
      </w:r>
    </w:p>
    <w:p>
      <w:pPr>
        <w:jc w:val="right"/>
      </w:pPr>
      <w:r>
        <w:t>and giving Quran with both hands.</w:t>
      </w:r>
    </w:p>
    <w:p>
      <w:r>
        <w:rPr>
          <w:b/>
        </w:rPr>
        <w:t xml:space="preserve">[15:53] </w:t>
      </w:r>
      <w:r>
        <w:t>And it was overwhelming.</w:t>
      </w:r>
    </w:p>
    <w:p>
      <w:pPr>
        <w:jc w:val="right"/>
      </w:pPr>
      <w:r>
        <w:t>And it was overwhelming.</w:t>
      </w:r>
    </w:p>
    <w:p>
      <w:r>
        <w:rPr>
          <w:b/>
        </w:rPr>
        <w:t xml:space="preserve">[15:58] </w:t>
      </w:r>
      <w:r>
        <w:t>And itna-itna encouragement mila mujhe ki himmat nahi hoti thi kabhi-kabhi kuch logon ko dene ki.</w:t>
      </w:r>
    </w:p>
    <w:p>
      <w:pPr>
        <w:jc w:val="right"/>
      </w:pPr>
      <w:r>
        <w:t>And इतना-इतना encouragement मिला मुझे कि हिम्मत नहीं होती थी कभी-कभी कुछ लोगों को देने की।</w:t>
      </w:r>
    </w:p>
    <w:p>
      <w:r>
        <w:rPr>
          <w:b/>
        </w:rPr>
        <w:t xml:space="preserve">[16:03] </w:t>
      </w:r>
      <w:r>
        <w:t>par ab jab ghar wapas aayi main, to mere paas jitne Quran rakhe the, maine sab bag mein daale.</w:t>
      </w:r>
    </w:p>
    <w:p>
      <w:pPr>
        <w:jc w:val="right"/>
      </w:pPr>
      <w:r>
        <w:t>पर अब जब घर वापस आई मैं, तो मेरे पास जितने कुरान रखे थे, मैंने सब bag में डाले।</w:t>
      </w:r>
    </w:p>
    <w:p>
      <w:r>
        <w:rPr>
          <w:b/>
        </w:rPr>
        <w:t xml:space="preserve">[16:09] </w:t>
      </w:r>
      <w:r>
        <w:t>aur just andar se jaise ek awaaz aati hai ki bas mujhe dena hai aur mujhe pata hai,</w:t>
      </w:r>
    </w:p>
    <w:p>
      <w:pPr>
        <w:jc w:val="right"/>
      </w:pPr>
      <w:r>
        <w:t>और just अंदर से जैसे एक आवाज़ आती है कि बस मुझे देना है और मुझे पता है,</w:t>
      </w:r>
    </w:p>
    <w:p>
      <w:r>
        <w:rPr>
          <w:b/>
        </w:rPr>
        <w:t xml:space="preserve">[16:14] </w:t>
      </w:r>
      <w:r>
        <w:t>main de doongi.</w:t>
      </w:r>
    </w:p>
    <w:p>
      <w:pPr>
        <w:jc w:val="right"/>
      </w:pPr>
      <w:r>
        <w:t>मैं दे दूँगी।</w:t>
      </w:r>
    </w:p>
    <w:p>
      <w:r>
        <w:rPr>
          <w:b/>
        </w:rPr>
        <w:t xml:space="preserve">[16:19] </w:t>
      </w:r>
      <w:r>
        <w:t>to wahan jaane se mujhe ye himmat mili.</w:t>
      </w:r>
    </w:p>
    <w:p>
      <w:pPr>
        <w:jc w:val="right"/>
      </w:pPr>
      <w:r>
        <w:t>तो वहाँ जाने से मुझे ये हिम्मत मिली।</w:t>
      </w:r>
    </w:p>
    <w:p>
      <w:r>
        <w:rPr>
          <w:b/>
        </w:rPr>
        <w:t xml:space="preserve">[16:24] </w:t>
      </w:r>
      <w:r>
        <w:t>aur bahut baar hua jab aisa hota hai ki log chale jaate hain aapko ignore karke and they</w:t>
      </w:r>
    </w:p>
    <w:p>
      <w:pPr>
        <w:jc w:val="right"/>
      </w:pPr>
      <w:r>
        <w:t>और बहुत बार हुआ जब ऐसा होता है कि लोग चले जाते हैं आपको ignore करके and they</w:t>
      </w:r>
    </w:p>
    <w:p>
      <w:r>
        <w:rPr>
          <w:b/>
        </w:rPr>
        <w:t xml:space="preserve">[16:29] </w:t>
      </w:r>
      <w:r>
        <w:t>come back to you and they ask for Quran.</w:t>
      </w:r>
    </w:p>
    <w:p>
      <w:pPr>
        <w:jc w:val="right"/>
      </w:pPr>
      <w:r>
        <w:t>come back to you and they ask for Quran.</w:t>
      </w:r>
    </w:p>
    <w:p>
      <w:r>
        <w:rPr>
          <w:b/>
        </w:rPr>
        <w:t xml:space="preserve">[16:34] </w:t>
      </w:r>
      <w:r>
        <w:t>And there would be times when, you know, we were surrounded by people who would be asking for Quran.</w:t>
      </w:r>
    </w:p>
    <w:p>
      <w:pPr>
        <w:jc w:val="right"/>
      </w:pPr>
      <w:r>
        <w:t>And there would be times when, you know, we were surrounded by people who would be asking for Quran.</w:t>
      </w:r>
    </w:p>
    <w:p>
      <w:r>
        <w:rPr>
          <w:b/>
        </w:rPr>
        <w:t xml:space="preserve">[16:39] </w:t>
      </w:r>
      <w:r>
        <w:t>It was, I can't, you know, I don't have words to describe that feeling when there were people</w:t>
      </w:r>
    </w:p>
    <w:p>
      <w:pPr>
        <w:jc w:val="right"/>
      </w:pPr>
      <w:r>
        <w:t>It was, I can't, you know, I don't have words to describe that feeling when there were people</w:t>
      </w:r>
    </w:p>
    <w:p>
      <w:r>
        <w:rPr>
          <w:b/>
        </w:rPr>
        <w:t xml:space="preserve">[16:44] </w:t>
      </w:r>
      <w:r>
        <w:t>all around and they were extending their hands ki mujhe bhi do aur mujhe bhi do, mujhe bhi do.</w:t>
      </w:r>
    </w:p>
    <w:p>
      <w:pPr>
        <w:jc w:val="right"/>
      </w:pPr>
      <w:r>
        <w:t>all around and they were extending their hands कि मुझे भी दो और मुझे भी दो, मुझे भी दो।</w:t>
      </w:r>
    </w:p>
    <w:p>
      <w:r>
        <w:rPr>
          <w:b/>
        </w:rPr>
        <w:t xml:space="preserve">[16:49] </w:t>
      </w:r>
      <w:r>
        <w:t>We were running to each other for Qurans and.</w:t>
      </w:r>
    </w:p>
    <w:p>
      <w:pPr>
        <w:jc w:val="right"/>
      </w:pPr>
      <w:r>
        <w:t>We were running to each other for Qurans and.</w:t>
      </w:r>
    </w:p>
    <w:p>
      <w:r>
        <w:rPr>
          <w:b/>
        </w:rPr>
        <w:t xml:space="preserve">[16:55] </w:t>
      </w:r>
      <w:r>
        <w:t>And while I was giving away the Quran, I was constantly thinking ki kya ye log sach mein</w:t>
      </w:r>
    </w:p>
    <w:p>
      <w:pPr>
        <w:jc w:val="right"/>
      </w:pPr>
      <w:r>
        <w:t>And while I was giving away the Quran, I was constantly thinking कि क्या ये लोग सच में</w:t>
      </w:r>
    </w:p>
    <w:p>
      <w:r>
        <w:rPr>
          <w:b/>
        </w:rPr>
        <w:t xml:space="preserve">[16:59] </w:t>
      </w:r>
      <w:r>
        <w:t>padhte bhi hain ya sirf le ja ke rakh dete honge.</w:t>
      </w:r>
    </w:p>
    <w:p>
      <w:pPr>
        <w:jc w:val="right"/>
      </w:pPr>
      <w:r>
        <w:t>पढ़ते भी हैं या सिर्फ ले जा के रख देते होंगे।</w:t>
      </w:r>
    </w:p>
    <w:p>
      <w:r>
        <w:rPr>
          <w:b/>
        </w:rPr>
        <w:t xml:space="preserve">[17:03] </w:t>
      </w:r>
      <w:r>
        <w:t>to jaise mujhe mera jawab dene ke liye Allah taala ne mujhe dikhaya andar festival mein hum log gaye the.</w:t>
      </w:r>
    </w:p>
    <w:p>
      <w:pPr>
        <w:jc w:val="right"/>
      </w:pPr>
      <w:r>
        <w:t>तो जैसे मुझे मेरा जवाब देने के लिए अल्लाह ताला ने मुझे दिखाया अंदर festival में हम लोग गए थे।</w:t>
      </w:r>
    </w:p>
    <w:p>
      <w:r>
        <w:rPr>
          <w:b/>
        </w:rPr>
        <w:t xml:space="preserve">[17:07] </w:t>
      </w:r>
      <w:r>
        <w:t>to wahan pe there was this girl jisko maine Quran diya tha.</w:t>
      </w:r>
    </w:p>
    <w:p>
      <w:pPr>
        <w:jc w:val="right"/>
      </w:pPr>
      <w:r>
        <w:t>तो वहाँ पे there was this girl जिसको मैंने कुरान दिया था।</w:t>
      </w:r>
    </w:p>
    <w:p>
      <w:r>
        <w:rPr>
          <w:b/>
        </w:rPr>
        <w:t xml:space="preserve">[17:11] </w:t>
      </w:r>
      <w:r>
        <w:t>So she was reading another book and after a while I saw her she had put down the</w:t>
      </w:r>
    </w:p>
    <w:p>
      <w:pPr>
        <w:jc w:val="right"/>
      </w:pPr>
      <w:r>
        <w:t>So she was reading another book and after a while I saw her she had put down the</w:t>
      </w:r>
    </w:p>
    <w:p>
      <w:r>
        <w:rPr>
          <w:b/>
        </w:rPr>
        <w:t xml:space="preserve">[17:15] </w:t>
      </w:r>
      <w:r>
        <w:t>other book and she was reading Quran.</w:t>
      </w:r>
    </w:p>
    <w:p>
      <w:pPr>
        <w:jc w:val="right"/>
      </w:pPr>
      <w:r>
        <w:t>other book and she was reading Quran.</w:t>
      </w:r>
    </w:p>
    <w:p>
      <w:r>
        <w:rPr>
          <w:b/>
        </w:rPr>
        <w:t xml:space="preserve">[17:19] </w:t>
      </w:r>
      <w:r>
        <w:t>So that was one thing I saw.</w:t>
      </w:r>
    </w:p>
    <w:p>
      <w:pPr>
        <w:jc w:val="right"/>
      </w:pPr>
      <w:r>
        <w:t>So that was one thing I saw.</w:t>
      </w:r>
    </w:p>
    <w:p>
      <w:r>
        <w:rPr>
          <w:b/>
        </w:rPr>
        <w:t xml:space="preserve">[17:23] </w:t>
      </w:r>
      <w:r>
        <w:t>And then there was this another old man who was sitting there.</w:t>
      </w:r>
    </w:p>
    <w:p>
      <w:pPr>
        <w:jc w:val="right"/>
      </w:pPr>
      <w:r>
        <w:t>And then there was this another old man who was sitting there.</w:t>
      </w:r>
    </w:p>
    <w:p>
      <w:r>
        <w:rPr>
          <w:b/>
        </w:rPr>
        <w:t xml:space="preserve">[17:27] </w:t>
      </w:r>
      <w:r>
        <w:t>He was also reading Quran.</w:t>
      </w:r>
    </w:p>
    <w:p>
      <w:pPr>
        <w:jc w:val="right"/>
      </w:pPr>
      <w:r>
        <w:t>He was also reading Quran.</w:t>
      </w:r>
    </w:p>
    <w:p>
      <w:r>
        <w:rPr>
          <w:b/>
        </w:rPr>
        <w:t xml:space="preserve">[17:31] </w:t>
      </w:r>
      <w:r>
        <w:t>So I got my proof that yes, people do take it and they read it also.</w:t>
      </w:r>
    </w:p>
    <w:p>
      <w:pPr>
        <w:jc w:val="right"/>
      </w:pPr>
      <w:r>
        <w:t>So I got my proof that yes, people do take it and they read it also.</w:t>
      </w:r>
    </w:p>
    <w:p>
      <w:r>
        <w:rPr>
          <w:b/>
        </w:rPr>
        <w:t xml:space="preserve">[17:35] </w:t>
      </w:r>
      <w:r>
        <w:t>So I don't know what else to say.</w:t>
      </w:r>
    </w:p>
    <w:p>
      <w:pPr>
        <w:jc w:val="right"/>
      </w:pPr>
      <w:r>
        <w:t>So I don't know what else to say.</w:t>
      </w:r>
    </w:p>
    <w:p>
      <w:r>
        <w:rPr>
          <w:b/>
        </w:rPr>
        <w:t xml:space="preserve">[17:39] </w:t>
      </w:r>
      <w:r>
        <w:t>I have to thank God that I could go there and do it. And I'm really, really thankful.</w:t>
      </w:r>
    </w:p>
    <w:p>
      <w:pPr>
        <w:jc w:val="right"/>
      </w:pPr>
      <w:r>
        <w:t>I have to thank God that I could go there and do it. And I'm really, really thankful.</w:t>
      </w:r>
    </w:p>
    <w:p>
      <w:r>
        <w:rPr>
          <w:b/>
        </w:rPr>
        <w:t xml:space="preserve">[17:59] </w:t>
      </w:r>
      <w:r>
        <w:t>Assalam o alaikum.</w:t>
      </w:r>
    </w:p>
    <w:p>
      <w:pPr>
        <w:jc w:val="right"/>
      </w:pPr>
      <w:r>
        <w:t>अस्सलाम वालेकुम।</w:t>
      </w:r>
    </w:p>
    <w:p>
      <w:r>
        <w:rPr>
          <w:b/>
        </w:rPr>
        <w:t xml:space="preserve">[18:02] </w:t>
      </w:r>
      <w:r>
        <w:t>Mera naam Vikrant hai.</w:t>
      </w:r>
    </w:p>
    <w:p>
      <w:pPr>
        <w:jc w:val="right"/>
      </w:pPr>
      <w:r>
        <w:t>मेरा नाम विक्रांत है।</w:t>
      </w:r>
    </w:p>
    <w:p>
      <w:r>
        <w:rPr>
          <w:b/>
        </w:rPr>
        <w:t xml:space="preserve">[18:05] </w:t>
      </w:r>
      <w:r>
        <w:t>Aur pichhli dafa bhi hum log JLF mein gaye the literature distribution ke liye, Quran distribution ke liye.</w:t>
      </w:r>
    </w:p>
    <w:p>
      <w:pPr>
        <w:jc w:val="right"/>
      </w:pPr>
      <w:r>
        <w:t>और पिछली दफ़े भी हम लोग JLF में गए थे literature distribution के लिए, Quran distribution के लिए।</w:t>
      </w:r>
    </w:p>
    <w:p>
      <w:r>
        <w:rPr>
          <w:b/>
        </w:rPr>
        <w:t xml:space="preserve">[18:09] </w:t>
      </w:r>
      <w:r>
        <w:t>Aur is baar bhi mauka mila.</w:t>
      </w:r>
    </w:p>
    <w:p>
      <w:pPr>
        <w:jc w:val="right"/>
      </w:pPr>
      <w:r>
        <w:t>और इस बार भी मौका मिला।</w:t>
      </w:r>
    </w:p>
    <w:p>
      <w:r>
        <w:rPr>
          <w:b/>
        </w:rPr>
        <w:t xml:space="preserve">[18:12] </w:t>
      </w:r>
      <w:r>
        <w:t>To is baar ka mera experience kuch is tarah ka hai ki mujhe is baar kuch positive energy</w:t>
      </w:r>
    </w:p>
    <w:p>
      <w:pPr>
        <w:jc w:val="right"/>
      </w:pPr>
      <w:r>
        <w:t>तो इस बार का मेरा experience कुछ इस तरीके का है कि मुझे इस बार कुछ positive energy</w:t>
      </w:r>
    </w:p>
    <w:p>
      <w:r>
        <w:rPr>
          <w:b/>
        </w:rPr>
        <w:t xml:space="preserve">[18:15] </w:t>
      </w:r>
      <w:r>
        <w:t>mujhe laga ki main leta aa raha hoon.</w:t>
      </w:r>
    </w:p>
    <w:p>
      <w:pPr>
        <w:jc w:val="right"/>
      </w:pPr>
      <w:r>
        <w:t>मुझे लगा कि मैं लेता आ रहा हूँ।</w:t>
      </w:r>
    </w:p>
    <w:p>
      <w:r>
        <w:rPr>
          <w:b/>
        </w:rPr>
        <w:t xml:space="preserve">[18:19] </w:t>
      </w:r>
      <w:r>
        <w:t>jaise wahan bahut saare log hote hain aur kuch log deny bhi aapko karte hain.</w:t>
      </w:r>
    </w:p>
    <w:p>
      <w:pPr>
        <w:jc w:val="right"/>
      </w:pPr>
      <w:r>
        <w:t>जैसे वहाँ बहुत सारे लोग होते हैं और कुछ लोग deny भी आपको करते हैं।</w:t>
      </w:r>
    </w:p>
    <w:p>
      <w:r>
        <w:rPr>
          <w:b/>
        </w:rPr>
        <w:t xml:space="preserve">[18:22] </w:t>
      </w:r>
      <w:r>
        <w:t>Thanks to Saadia.</w:t>
      </w:r>
    </w:p>
    <w:p>
      <w:pPr>
        <w:jc w:val="right"/>
      </w:pPr>
      <w:r>
        <w:t>Thanks to Saadia.</w:t>
      </w:r>
    </w:p>
    <w:p>
      <w:r>
        <w:rPr>
          <w:b/>
        </w:rPr>
        <w:t xml:space="preserve">[18:25] </w:t>
      </w:r>
      <w:r>
        <w:t>Saadia ko jab main dekhta hoon Quran distribute karte hue, to log bade aaram se hanste hue usse</w:t>
      </w:r>
    </w:p>
    <w:p>
      <w:pPr>
        <w:jc w:val="right"/>
      </w:pPr>
      <w:r>
        <w:t>Saadia को जब मैं देखता हूँ Quran distribute करते हुए, तो लोग बड़े आराम से हँसते हुए उससे</w:t>
      </w:r>
    </w:p>
    <w:p>
      <w:r>
        <w:rPr>
          <w:b/>
        </w:rPr>
        <w:t xml:space="preserve">[18:29] </w:t>
      </w:r>
      <w:r>
        <w:t>Quran le lete hain.</w:t>
      </w:r>
    </w:p>
    <w:p>
      <w:pPr>
        <w:jc w:val="right"/>
      </w:pPr>
      <w:r>
        <w:t>Quran ले लेते हैं।</w:t>
      </w:r>
    </w:p>
    <w:p>
      <w:r>
        <w:rPr>
          <w:b/>
        </w:rPr>
        <w:t xml:space="preserve">[18:32] </w:t>
      </w:r>
      <w:r>
        <w:t>Aur mujhe lagta hai, are Saadia ne Quran diya, to main kyun nahi de sakta hoon?</w:t>
      </w:r>
    </w:p>
    <w:p>
      <w:pPr>
        <w:jc w:val="right"/>
      </w:pPr>
      <w:r>
        <w:t>और मुझे लगता है, अरे Saadia ने Quran दिया, तो मैं क्यों नहीं दे सकता हूँ?</w:t>
      </w:r>
    </w:p>
    <w:p>
      <w:r>
        <w:rPr>
          <w:b/>
        </w:rPr>
        <w:t xml:space="preserve">[18:36] </w:t>
      </w:r>
      <w:r>
        <w:t>To matlab mujhe ek naya experience ki jab bhi koi aapko deny karta hai, ek alag si energy Allah bhi aapko dete hain ki nahi, aap dijiye, aapse le liya jayega. To wo us tarike ka experience mujhe hua ki maine bahut logon ko Quran diye. Phir main baar baar soch raha tha is baat ko ki main kuch miss na karoon. To opportunity is tarah ki ki bahut sara crowd hota hai, aap koshish karte hain sabko dene ke liye, lekin log nikal jaate hain. So people have come back.</w:t>
      </w:r>
    </w:p>
    <w:p>
      <w:pPr>
        <w:jc w:val="right"/>
      </w:pPr>
      <w:r>
        <w:t>तो मतलब मुझे एक नया experience कि जब भी कोई आपको deny करता है, एक अलग सी energy अल्लाह भी आपको देते हैं कि नहीं, आप दीजिए, आपसे ले लिया जाएगा। तो वो उस तरीके का experience मुझे हुआ कि मैंने बहुत लोगों को Quran दिए। फिर मैं बार-बार सोच रहा था इस बात को कि मैं कुछ miss न करूँ। तो opportunity इस तरह की कि बहुत सारा crowd होता है, आप कोशिश करते हैं सबको देने के लिए, लेकिन लोग निकल जाते हैं। So people have come back.</w:t>
      </w:r>
    </w:p>
    <w:p>
      <w:r>
        <w:rPr>
          <w:b/>
        </w:rPr>
        <w:t xml:space="preserve">[19:05] </w:t>
      </w:r>
      <w:r>
        <w:t>Bahut sare foreigners jo ki jinka mindset aisa hai, wo kuch nahi lete hain aapse. Soch ke ki pata nahi kya diya ja raha hai. They have come back, they have asked for it.</w:t>
      </w:r>
    </w:p>
    <w:p>
      <w:pPr>
        <w:jc w:val="right"/>
      </w:pPr>
      <w:r>
        <w:t>बहुत सारे foreigners जो कि जिनका mindset ऐसा है, वो कुछ नहीं लेते हैं आपसे। सोच के कि पता नहीं क्या दिया जा रहा है। They have come back, they have asked for it.</w:t>
      </w:r>
    </w:p>
    <w:p>
      <w:r>
        <w:rPr>
          <w:b/>
        </w:rPr>
        <w:t xml:space="preserve">[19:14] </w:t>
      </w:r>
      <w:r>
        <w:t>Jaise abhi Sabaa ne bataya ki kisko dena hai, kaise dena hai. To ek chhota sa example ye tha ki kuch ladkiyon ka group ja raha tha. To main aur Ramesh wahan khade the, to hum log soch rahe the, inko de sakte hain, inko de sakte hain, inko de sakte hain. To wo pehli jagah se nikli, unhe kisi ne approach nahi kiya. Phir second time phir wo kisi ki taraf paas hui, to I think Razia was there. Kisi ne unhe approach nahi kiya. Humne bhi unhe approach nahi kiya dene ke liye ya phir miss ho gaya. So two of ladies can, they have come back.</w:t>
      </w:r>
    </w:p>
    <w:p>
      <w:pPr>
        <w:jc w:val="right"/>
      </w:pPr>
      <w:r>
        <w:t>जैसे अभी Sabaa ने बताया कि किसको देना है, कैसे देना है। तो एक छोटा सा example ये था कि कुछ लड़कियों का group जा रहा था। तो मैं और Ramesh वहाँ खड़े थे, तो हम लोग सोच रहे थे, इनको दे सकते हैं, इनको दे सकते हैं, इनको दे सकते हैं। तो वो पहली जगह से निकली, उन्हें किसी ने approach नहीं किया। फिर second time फिर वो किसी की तरफ पास हुई, तो I think Razia was there. किसी ने उन्हें approach नहीं किया। हमने भी उन्हें approach नहीं किया देने के लिए या फिर miss हो गया। So two of ladies can, they have come back.</w:t>
      </w:r>
    </w:p>
    <w:p>
      <w:r>
        <w:rPr>
          <w:b/>
        </w:rPr>
        <w:t xml:space="preserve">[19:44] </w:t>
      </w:r>
      <w:r>
        <w:t>They said, "Are you giving it to the very selective people?</w:t>
      </w:r>
    </w:p>
    <w:p>
      <w:pPr>
        <w:jc w:val="right"/>
      </w:pPr>
      <w:r>
        <w:t>They said, "Are you giving it to the very selective people?</w:t>
      </w:r>
    </w:p>
    <w:p>
      <w:r>
        <w:rPr>
          <w:b/>
        </w:rPr>
        <w:t xml:space="preserve">[19:47] </w:t>
      </w:r>
      <w:r>
        <w:t>" to we were shocked.</w:t>
      </w:r>
    </w:p>
    <w:p>
      <w:pPr>
        <w:jc w:val="right"/>
      </w:pPr>
      <w:r>
        <w:t>" तो we were shocked.</w:t>
      </w:r>
    </w:p>
    <w:p>
      <w:r>
        <w:rPr>
          <w:b/>
        </w:rPr>
        <w:t xml:space="preserve">[19:51] </w:t>
      </w:r>
      <w:r>
        <w:t>To phir humne unhein Quran diya.</w:t>
      </w:r>
    </w:p>
    <w:p>
      <w:pPr>
        <w:jc w:val="right"/>
      </w:pPr>
      <w:r>
        <w:t>तो फिर हमने उन्हें Quran दिया।</w:t>
      </w:r>
    </w:p>
    <w:p>
      <w:r>
        <w:rPr>
          <w:b/>
        </w:rPr>
        <w:t xml:space="preserve">[19:54] </w:t>
      </w:r>
      <w:r>
        <w:t>To wo opportunity phir hamare paas wapas aa gayi.</w:t>
      </w:r>
    </w:p>
    <w:p>
      <w:pPr>
        <w:jc w:val="right"/>
      </w:pPr>
      <w:r>
        <w:t>तो वो opportunity फिर हमारे पास वापस आ गई।</w:t>
      </w:r>
    </w:p>
    <w:p>
      <w:r>
        <w:rPr>
          <w:b/>
        </w:rPr>
        <w:t xml:space="preserve">[19:58] </w:t>
      </w:r>
      <w:r>
        <w:t>Aise bahut saari opportunities thin, jise main soch raha tha ki miss na ho jaaye, lekin Allah ne</w:t>
      </w:r>
    </w:p>
    <w:p>
      <w:pPr>
        <w:jc w:val="right"/>
      </w:pPr>
      <w:r>
        <w:t>ऐसे बहुत सारी opportunities थीं, जिसे मैं सोच रहा था कि miss न हो जाए, लेकिन अल्लाह ने</w:t>
      </w:r>
    </w:p>
    <w:p>
      <w:r>
        <w:rPr>
          <w:b/>
        </w:rPr>
        <w:t xml:space="preserve">[20:02] </w:t>
      </w:r>
      <w:r>
        <w:t>humein saath diya aur hum logon ne Quran de paaye.</w:t>
      </w:r>
    </w:p>
    <w:p>
      <w:pPr>
        <w:jc w:val="right"/>
      </w:pPr>
      <w:r>
        <w:t>हमें साथ दिया और हम लोगों ने Quran दे पाए।</w:t>
      </w:r>
    </w:p>
    <w:p>
      <w:r>
        <w:rPr>
          <w:b/>
        </w:rPr>
        <w:t xml:space="preserve">[20:05] </w:t>
      </w:r>
      <w:r>
        <w:t>So we were trying our love and best ki kis tarah ki bhi opportunity hum miss na karein</w:t>
      </w:r>
    </w:p>
    <w:p>
      <w:pPr>
        <w:jc w:val="right"/>
      </w:pPr>
      <w:r>
        <w:t>So we were trying our love and best कि किस तरीके की भी opportunity हम miss न करें</w:t>
      </w:r>
    </w:p>
    <w:p>
      <w:r>
        <w:rPr>
          <w:b/>
        </w:rPr>
        <w:t xml:space="preserve">[20:09] </w:t>
      </w:r>
      <w:r>
        <w:t>aur ye message sab tak pahunch paaye.</w:t>
      </w:r>
    </w:p>
    <w:p>
      <w:pPr>
        <w:jc w:val="right"/>
      </w:pPr>
      <w:r>
        <w:t>और ये message सब तक पहुँच पाए।</w:t>
      </w:r>
    </w:p>
    <w:p>
      <w:r>
        <w:rPr>
          <w:b/>
        </w:rPr>
        <w:t xml:space="preserve">[20:12] </w:t>
      </w:r>
      <w:r>
        <w:t>Kuch log bahar nikal rahe the, unmein se kuch teenagers the, unhone kuch 17-18 saal ke bachche school ke.</w:t>
      </w:r>
    </w:p>
    <w:p>
      <w:pPr>
        <w:jc w:val="right"/>
      </w:pPr>
      <w:r>
        <w:t>कुछ लोग बाहर निकल रहे थे, उनमें से कुछ teenagers थे, उन्होंने कुछ 17-18 साल के बच्चे स्कूल के।</w:t>
      </w:r>
    </w:p>
    <w:p>
      <w:r>
        <w:rPr>
          <w:b/>
        </w:rPr>
        <w:t xml:space="preserve">[20:16] </w:t>
      </w:r>
      <w:r>
        <w:t>To mujhse unhone do ladkiyan ruki, unhone poocha ki aap ye Quran kyun baant rahe hain?</w:t>
      </w:r>
    </w:p>
    <w:p>
      <w:pPr>
        <w:jc w:val="right"/>
      </w:pPr>
      <w:r>
        <w:t>तो मुझसे उन्होंने दो लड़कियाँ रुकीं, उन्होंने पूछा कि आप ये Quran क्यों बाँट रहे हैं?</w:t>
      </w:r>
    </w:p>
    <w:p>
      <w:r>
        <w:rPr>
          <w:b/>
        </w:rPr>
        <w:t xml:space="preserve">[20:20] </w:t>
      </w:r>
      <w:r>
        <w:t>To bade spontaneously mere munh se sirf ye nikal gayi ki jaake aap ise padh saken. To unki umar kafi kam thi, lekin unhone bola, but you people are doing a good job. Thank you. To unhone wo Quran liya aur bahut khushi-khushi wo nikal gaye. Kuch school ke bachhe aaye, unhone wo Quran liya. To usmein se hum log Quran de rahe the. But wo school ke bahut sare bachhe the. We were having a limited stock.</w:t>
      </w:r>
    </w:p>
    <w:p>
      <w:pPr>
        <w:jc w:val="right"/>
      </w:pPr>
      <w:r>
        <w:t>तो बड़े spontaneously मेरे मुँह से सिर्फ ये निकल गई कि जाके आप इसे पढ़ सकें। तो उनकी उम्र काफी कम थी, लेकिन उन्होंने बोला, but you people are doing a good job. Thank you. तो उन्होंने वो Quran लिया और बहुत खुशी-खुशी वो निकल गए। कुछ स्कूल के बच्चे आए, उन्होंने वो Quran लिया। तो उसमें से हम लोग Quran दे रहे थे। But वो स्कूल के बहुत सारे बच्चे थे। We were having a limited stock.</w:t>
      </w:r>
    </w:p>
    <w:p>
      <w:r>
        <w:rPr>
          <w:b/>
        </w:rPr>
        <w:t xml:space="preserve">[20:41] </w:t>
      </w:r>
      <w:r>
        <w:t>To main Ramesh ke saath khada tha, to humne ek ko dena chalu kiya.</w:t>
      </w:r>
    </w:p>
    <w:p>
      <w:pPr>
        <w:jc w:val="right"/>
      </w:pPr>
      <w:r>
        <w:t>तो मैं Ramesh के साथ खड़ा था, तो हमने एक को देना चालू किया।</w:t>
      </w:r>
    </w:p>
    <w:p>
      <w:r>
        <w:rPr>
          <w:b/>
        </w:rPr>
        <w:t xml:space="preserve">[20:44] </w:t>
      </w:r>
      <w:r>
        <w:t>To wahan madhumakkhi ki tarah wo jhund ban gaya wahan ki humein bhi de dijiye, humein bhi de dijiye.</w:t>
      </w:r>
    </w:p>
    <w:p>
      <w:pPr>
        <w:jc w:val="right"/>
      </w:pPr>
      <w:r>
        <w:t>तो वहाँ मधुमक्खी की तरह वो झुंड बन गया वहाँ कि हमें भी दे दीजिए, हमें भी दे दीजिए।</w:t>
      </w:r>
    </w:p>
    <w:p>
      <w:r>
        <w:rPr>
          <w:b/>
        </w:rPr>
        <w:t xml:space="preserve">[20:47] </w:t>
      </w:r>
      <w:r>
        <w:t>To humne bola ki aap group study kar lijiyega, hamare paas limited stock hai.</w:t>
      </w:r>
    </w:p>
    <w:p>
      <w:pPr>
        <w:jc w:val="right"/>
      </w:pPr>
      <w:r>
        <w:t>तो हमने बोला कि आप group study कर लीजिएगा, हमारे पास limited stock है।</w:t>
      </w:r>
    </w:p>
    <w:p>
      <w:r>
        <w:rPr>
          <w:b/>
        </w:rPr>
        <w:t xml:space="preserve">[20:50] </w:t>
      </w:r>
      <w:r>
        <w:t>To phir wo log kuch Quran lekar chale gaye.</w:t>
      </w:r>
    </w:p>
    <w:p>
      <w:pPr>
        <w:jc w:val="right"/>
      </w:pPr>
      <w:r>
        <w:t>तो फिर वो लोग कुछ Quran लेकर चले गए।</w:t>
      </w:r>
    </w:p>
    <w:p>
      <w:r>
        <w:rPr>
          <w:b/>
        </w:rPr>
        <w:t xml:space="preserve">[20:53] </w:t>
      </w:r>
      <w:r>
        <w:t>Phir baad mein ek aur ladki wahan se aayi, matlab unko bola ki main padhna bhi chahti hoon</w:t>
      </w:r>
    </w:p>
    <w:p>
      <w:pPr>
        <w:jc w:val="right"/>
      </w:pPr>
      <w:r>
        <w:t>फिर बाद में एक और लड़की वहाँ से आई, मतलब उनको बोला कि मैं पढ़ना भी चाहती हूँ</w:t>
      </w:r>
    </w:p>
    <w:p>
      <w:r>
        <w:rPr>
          <w:b/>
        </w:rPr>
        <w:t xml:space="preserve">[20:56] </w:t>
      </w:r>
      <w:r>
        <w:t>aur apne teacher ko bhi gift karna chahti hoon.</w:t>
      </w:r>
    </w:p>
    <w:p>
      <w:pPr>
        <w:jc w:val="right"/>
      </w:pPr>
      <w:r>
        <w:t>और अपने teacher को भी gift करना चाहती हूँ।</w:t>
      </w:r>
    </w:p>
    <w:p>
      <w:r>
        <w:rPr>
          <w:b/>
        </w:rPr>
        <w:t xml:space="preserve">[20:59] </w:t>
      </w:r>
      <w:r>
        <w:t>To humne socha, ise de dena chahiye.</w:t>
      </w:r>
    </w:p>
    <w:p>
      <w:pPr>
        <w:jc w:val="right"/>
      </w:pPr>
      <w:r>
        <w:t>तो हमने सोचा, इसे दे देना चाहिए।</w:t>
      </w:r>
    </w:p>
    <w:p>
      <w:r>
        <w:rPr>
          <w:b/>
        </w:rPr>
        <w:t xml:space="preserve">[21:02] </w:t>
      </w:r>
      <w:r>
        <w:t>To is tarah ke kuch-kuch experience rahe.</w:t>
      </w:r>
    </w:p>
    <w:p>
      <w:pPr>
        <w:jc w:val="right"/>
      </w:pPr>
      <w:r>
        <w:t>तो इस तरीके के कुछ-कुछ experience रहे।</w:t>
      </w:r>
    </w:p>
    <w:p>
      <w:r>
        <w:rPr>
          <w:b/>
        </w:rPr>
        <w:t xml:space="preserve">[21:05] </w:t>
      </w:r>
      <w:r>
        <w:t>Humne koshish kaafi kari ki ise hum distribute kar paayein zyada se zyada logon tak.</w:t>
      </w:r>
    </w:p>
    <w:p>
      <w:pPr>
        <w:jc w:val="right"/>
      </w:pPr>
      <w:r>
        <w:t>हमने कोशिश काफी करी कि इसे हम distribute कर पाएँ ज्यादा से ज्यादा लोगों तक।</w:t>
      </w:r>
    </w:p>
    <w:p>
      <w:r>
        <w:rPr>
          <w:b/>
        </w:rPr>
        <w:t xml:space="preserve">[21:08] </w:t>
      </w:r>
      <w:r>
        <w:t>Aur I think logon ne liya bhi isliye ki wo ise padhna chahte the.</w:t>
      </w:r>
    </w:p>
    <w:p>
      <w:pPr>
        <w:jc w:val="right"/>
      </w:pPr>
      <w:r>
        <w:t>और I think लोगों ने लिया भी इसलिए कि वो इसे पढ़ना चाहते थे।</w:t>
      </w:r>
    </w:p>
    <w:p>
      <w:r>
        <w:rPr>
          <w:b/>
        </w:rPr>
        <w:t xml:space="preserve">[21:11] </w:t>
      </w:r>
      <w:r>
        <w:t>And they were taking it with happiness.</w:t>
      </w:r>
    </w:p>
    <w:p>
      <w:pPr>
        <w:jc w:val="right"/>
      </w:pPr>
      <w:r>
        <w:t>And they were taking it with happiness.</w:t>
      </w:r>
    </w:p>
    <w:p>
      <w:r>
        <w:rPr>
          <w:b/>
        </w:rPr>
        <w:t xml:space="preserve">[21:15] </w:t>
      </w:r>
      <w:r>
        <w:t>Ki haan, nahi, hum iska intezar kar rahe the, ab hamein wo mil gaya. To ye sab dekh ke ek energy si aati hai ki haan, wakai bahut sari zaroorat hai hum logon ko ki hum log zyada se zyada is tarike se distribute karein, Allah ka message logon tak pahunchayein. Because people are looking for it.</w:t>
      </w:r>
    </w:p>
    <w:p>
      <w:pPr>
        <w:jc w:val="right"/>
      </w:pPr>
      <w:r>
        <w:t>कि हाँ, नहीं, हम इसका इंतज़ार कर रहे थे, अब हमें वो मिल गया। तो ये सब देख के एक energy सी आती है कि हाँ, वाकई बहुत सारी जरूरत है हम लोगों को कि हम लोग ज्यादा से ज्यादा इस तरीके से distribute करें, अल्लाह का message लोगों तक पहुँचाएँ। Because people are looking for it.</w:t>
      </w:r>
    </w:p>
    <w:p>
      <w:r>
        <w:rPr>
          <w:b/>
        </w:rPr>
        <w:t xml:space="preserve">[21:31] </w:t>
      </w:r>
      <w:r>
        <w:t>And this is our responsibility.</w:t>
      </w:r>
    </w:p>
    <w:p>
      <w:pPr>
        <w:jc w:val="right"/>
      </w:pPr>
      <w:r>
        <w:t>And this is our responsibility.</w:t>
      </w:r>
    </w:p>
    <w:p>
      <w:r>
        <w:rPr>
          <w:b/>
        </w:rPr>
        <w:t xml:space="preserve">[21:37] </w:t>
      </w:r>
      <w:r>
        <w:t>ab hame hi aisa kuch karna hai ki logon tak ye pahunch pae.</w:t>
      </w:r>
    </w:p>
    <w:p>
      <w:pPr>
        <w:jc w:val="right"/>
      </w:pPr>
      <w:r>
        <w:t>अब हमें ही ऐसा कुछ करना है कि लोगों तक ये पहुँच पाए।</w:t>
      </w:r>
    </w:p>
    <w:p>
      <w:r>
        <w:rPr>
          <w:b/>
        </w:rPr>
        <w:t xml:space="preserve">[21:43] </w:t>
      </w:r>
      <w:r>
        <w:t>to baqi sab log sab kuch bata chuke hain, to zyada time nahi lunga. Thank you. Assalam Walekum.</w:t>
      </w:r>
    </w:p>
    <w:p>
      <w:pPr>
        <w:jc w:val="right"/>
      </w:pPr>
      <w:r>
        <w:t>तो बाकी सब लोग सब कुछ बता चुके हैं, तो ज्यादा time नहीं लूँगा। Thank you. अस्सलाम वालेकुम।</w:t>
      </w:r>
    </w:p>
    <w:p>
      <w:r>
        <w:rPr>
          <w:b/>
        </w:rPr>
        <w:t xml:space="preserve">[21:49] </w:t>
      </w:r>
      <w:r>
        <w:t>mera naam o doctor Owais Siddiqui hai.</w:t>
      </w:r>
    </w:p>
    <w:p>
      <w:pPr>
        <w:jc w:val="right"/>
      </w:pPr>
      <w:r>
        <w:t>मेरा नाम ओए डॉक्टर ओवैस सिद्दीकी है।</w:t>
      </w:r>
    </w:p>
    <w:p>
      <w:r>
        <w:rPr>
          <w:b/>
        </w:rPr>
        <w:t xml:space="preserve">[21:55] </w:t>
      </w:r>
      <w:r>
        <w:t>main is bar pehli bar Jaipur Literature Festival mein gaya tha.</w:t>
      </w:r>
    </w:p>
    <w:p>
      <w:pPr>
        <w:jc w:val="right"/>
      </w:pPr>
      <w:r>
        <w:t>मैं इस बार पहली बार जयपुर लिटरेचर फेस्टिवल में गया था।</w:t>
      </w:r>
    </w:p>
    <w:p>
      <w:r>
        <w:rPr>
          <w:b/>
        </w:rPr>
        <w:t xml:space="preserve">[22:01] </w:t>
      </w:r>
      <w:r>
        <w:t>So it was a very good experience and we felt no difficulty in distributing Quran and everything was so organized.</w:t>
      </w:r>
    </w:p>
    <w:p>
      <w:pPr>
        <w:jc w:val="right"/>
      </w:pPr>
      <w:r>
        <w:t>So it was a very good experience and we felt no difficulty in distributing Quran and everything was so organized.</w:t>
      </w:r>
    </w:p>
    <w:p>
      <w:r>
        <w:rPr>
          <w:b/>
        </w:rPr>
        <w:t xml:space="preserve">[22:07] </w:t>
      </w:r>
      <w:r>
        <w:t>The team did everything so well organized.</w:t>
      </w:r>
    </w:p>
    <w:p>
      <w:pPr>
        <w:jc w:val="right"/>
      </w:pPr>
      <w:r>
        <w:t>The team did everything so well organized.</w:t>
      </w:r>
    </w:p>
    <w:p>
      <w:r>
        <w:rPr>
          <w:b/>
        </w:rPr>
        <w:t xml:space="preserve">[22:13] </w:t>
      </w:r>
      <w:r>
        <w:t>So I am very hopeful about the team.</w:t>
      </w:r>
    </w:p>
    <w:p>
      <w:pPr>
        <w:jc w:val="right"/>
      </w:pPr>
      <w:r>
        <w:t>So I am very hopeful about the team.</w:t>
      </w:r>
    </w:p>
    <w:p>
      <w:r>
        <w:rPr>
          <w:b/>
        </w:rPr>
        <w:t xml:space="preserve">[22:19] </w:t>
      </w:r>
      <w:r>
        <w:t>It has a very bright future.</w:t>
      </w:r>
    </w:p>
    <w:p>
      <w:pPr>
        <w:jc w:val="right"/>
      </w:pPr>
      <w:r>
        <w:t>It has a very bright future.</w:t>
      </w:r>
    </w:p>
    <w:p>
      <w:r>
        <w:rPr>
          <w:b/>
        </w:rPr>
        <w:t xml:space="preserve">[22:25] </w:t>
      </w:r>
      <w:r>
        <w:t>aur last day hum log jo distribution kar rahe the, zyada tar bahar kar rahe the.</w:t>
      </w:r>
    </w:p>
    <w:p>
      <w:pPr>
        <w:jc w:val="right"/>
      </w:pPr>
      <w:r>
        <w:t>और last day हम लोग जो distribution कर रहे थे, ज्यादातर बाहर कर रहे थे।</w:t>
      </w:r>
    </w:p>
    <w:p>
      <w:r>
        <w:rPr>
          <w:b/>
        </w:rPr>
        <w:t xml:space="preserve">[22:29] </w:t>
      </w:r>
      <w:r>
        <w:t>to aakhri din jab main distribution ke baad jab andar gaya, to andar ja kar dekha, itne sare log hain.</w:t>
      </w:r>
    </w:p>
    <w:p>
      <w:pPr>
        <w:jc w:val="right"/>
      </w:pPr>
      <w:r>
        <w:t>तो आखिरी दिन जब मैं distribution के बाद जब अंदर गया, तो अंदर जाकर देखा, इतने सारे लोग हैं।</w:t>
      </w:r>
    </w:p>
    <w:p>
      <w:r>
        <w:rPr>
          <w:b/>
        </w:rPr>
        <w:t xml:space="preserve">[22:34] </w:t>
      </w:r>
      <w:r>
        <w:t>to mujhe laga, abhi bahut sare log reh gaye hain jinko nahi pahunch paya hai abhi.</w:t>
      </w:r>
    </w:p>
    <w:p>
      <w:pPr>
        <w:jc w:val="right"/>
      </w:pPr>
      <w:r>
        <w:t>तो मुझे लगा, अभी बहुत सारे लोग रह गए हैं जिनको नहीं पहुँच पाया है अभी।</w:t>
      </w:r>
    </w:p>
    <w:p>
      <w:r>
        <w:rPr>
          <w:b/>
        </w:rPr>
        <w:t xml:space="preserve">[22:39] </w:t>
      </w:r>
      <w:r>
        <w:t>So it was a very good experience. Thank you. Assalam Walekum.</w:t>
      </w:r>
    </w:p>
    <w:p>
      <w:pPr>
        <w:jc w:val="right"/>
      </w:pPr>
      <w:r>
        <w:t>So it was a very good experience. Thank you. अस्सलाम वालेकुम।</w:t>
      </w:r>
    </w:p>
    <w:p>
      <w:r>
        <w:rPr>
          <w:b/>
        </w:rPr>
        <w:t xml:space="preserve">[22:44] </w:t>
      </w:r>
      <w:r>
        <w:t>mera naam Farha hai.</w:t>
      </w:r>
    </w:p>
    <w:p>
      <w:pPr>
        <w:jc w:val="right"/>
      </w:pPr>
      <w:r>
        <w:t>मेरा नाम फरहा है।</w:t>
      </w:r>
    </w:p>
    <w:p>
      <w:r>
        <w:rPr>
          <w:b/>
        </w:rPr>
        <w:t xml:space="preserve">[22:49] </w:t>
      </w:r>
      <w:r>
        <w:t>mera bhi is bar second experience tha JLF distribution team mein.</w:t>
      </w:r>
    </w:p>
    <w:p>
      <w:pPr>
        <w:jc w:val="right"/>
      </w:pPr>
      <w:r>
        <w:t>मेरा भी इस बार second experience था JLF distribution team में।</w:t>
      </w:r>
    </w:p>
    <w:p>
      <w:r>
        <w:rPr>
          <w:b/>
        </w:rPr>
        <w:t xml:space="preserve">[22:54] </w:t>
      </w:r>
      <w:r>
        <w:t>So last time jaise hesitation hui thi first time distribute karne mein, to is bar aisi nahi thi.</w:t>
      </w:r>
    </w:p>
    <w:p>
      <w:pPr>
        <w:jc w:val="right"/>
      </w:pPr>
      <w:r>
        <w:t>So last time जैसे hesitation हुई थी first time distribute करने में, तो इस बार ऐसी नहीं थी।</w:t>
      </w:r>
    </w:p>
    <w:p>
      <w:r>
        <w:rPr>
          <w:b/>
        </w:rPr>
        <w:t xml:space="preserve">[22:58] </w:t>
      </w:r>
      <w:r>
        <w:t>And jab hum log wahan pahunche venue pe, to aisi feeling aai jaise ki madhu khud chal ke</w:t>
      </w:r>
    </w:p>
    <w:p>
      <w:pPr>
        <w:jc w:val="right"/>
      </w:pPr>
      <w:r>
        <w:t>And जब हम लोग वहाँ पहुँचे venue पे, तो ऐसी feeling आई जैसे कि मधु खुद चल के</w:t>
      </w:r>
    </w:p>
    <w:p>
      <w:r>
        <w:rPr>
          <w:b/>
        </w:rPr>
        <w:t xml:space="preserve">[23:03] </w:t>
      </w:r>
      <w:r>
        <w:t>hamare paas aaye.</w:t>
      </w:r>
    </w:p>
    <w:p>
      <w:pPr>
        <w:jc w:val="right"/>
      </w:pPr>
      <w:r>
        <w:t>हमारे पास आए।</w:t>
      </w:r>
    </w:p>
    <w:p>
      <w:r>
        <w:rPr>
          <w:b/>
        </w:rPr>
        <w:t xml:space="preserve">[23:08] </w:t>
      </w:r>
      <w:r>
        <w:t>hame koi efforts karne ki zarurat hi nahi padi.</w:t>
      </w:r>
    </w:p>
    <w:p>
      <w:pPr>
        <w:jc w:val="right"/>
      </w:pPr>
      <w:r>
        <w:t>हमें कोई efforts करने की जरूरत ही नहीं पड़ी।</w:t>
      </w:r>
    </w:p>
    <w:p>
      <w:r>
        <w:rPr>
          <w:b/>
        </w:rPr>
        <w:t xml:space="preserve">[23:13] </w:t>
      </w:r>
      <w:r>
        <w:t>aur jab humne distribution shuru kiya, to matlab bags to hamare itni jaldi-jaldi khali hone lage.</w:t>
      </w:r>
    </w:p>
    <w:p>
      <w:pPr>
        <w:jc w:val="right"/>
      </w:pPr>
      <w:r>
        <w:t>और जब हमने distribution शुरू किया, तो मतलब bags तो हमारे इतनी जल्दी-जल्दी खाली होने लगे।</w:t>
      </w:r>
    </w:p>
    <w:p>
      <w:r>
        <w:rPr>
          <w:b/>
        </w:rPr>
        <w:t xml:space="preserve">[23:18] </w:t>
      </w:r>
      <w:r>
        <w:t>And then jab baqi log refill ke liye jate the, to hame ekdum aisa lagta tha ki crowd</w:t>
      </w:r>
    </w:p>
    <w:p>
      <w:pPr>
        <w:jc w:val="right"/>
      </w:pPr>
      <w:r>
        <w:t>And then जब बाकी लोग refill के लिए जाते थे, तो हमें एकदम ऐसा लगता था कि crowd</w:t>
      </w:r>
    </w:p>
    <w:p>
      <w:r>
        <w:rPr>
          <w:b/>
        </w:rPr>
        <w:t xml:space="preserve">[23:23] </w:t>
      </w:r>
      <w:r>
        <w:t>nikalta ja raha hai.</w:t>
      </w:r>
    </w:p>
    <w:p>
      <w:pPr>
        <w:jc w:val="right"/>
      </w:pPr>
      <w:r>
        <w:t>निकलता जा रहा है।</w:t>
      </w:r>
    </w:p>
    <w:p>
      <w:r>
        <w:rPr>
          <w:b/>
        </w:rPr>
        <w:t xml:space="preserve">[23:27] </w:t>
      </w:r>
      <w:r>
        <w:t>hum hamare paas stock khatam ho gaya hai aur hum de nahi pa rahe hain.</w:t>
      </w:r>
    </w:p>
    <w:p>
      <w:pPr>
        <w:jc w:val="right"/>
      </w:pPr>
      <w:r>
        <w:t>हम हमारे पास stock खत्म हो गया है और हम दे नहीं पा रहे हैं।</w:t>
      </w:r>
    </w:p>
    <w:p>
      <w:r>
        <w:rPr>
          <w:b/>
        </w:rPr>
        <w:t xml:space="preserve">[23:32] </w:t>
      </w:r>
      <w:r>
        <w:t>This type ki feeling aati thi.</w:t>
      </w:r>
    </w:p>
    <w:p>
      <w:pPr>
        <w:jc w:val="right"/>
      </w:pPr>
      <w:r>
        <w:t>This type की feeling आती थी।</w:t>
      </w:r>
    </w:p>
    <w:p>
      <w:r>
        <w:rPr>
          <w:b/>
        </w:rPr>
        <w:t xml:space="preserve">[23:37] </w:t>
      </w:r>
      <w:r>
        <w:t>So kafi bahut achhe-achhe reactions rahe logon ke.</w:t>
      </w:r>
    </w:p>
    <w:p>
      <w:pPr>
        <w:jc w:val="right"/>
      </w:pPr>
      <w:r>
        <w:t>So काफी बहुत अच्छे-अच्छे reactions रहे लोगों के।</w:t>
      </w:r>
    </w:p>
    <w:p>
      <w:r>
        <w:rPr>
          <w:b/>
        </w:rPr>
        <w:t xml:space="preserve">[23:42] </w:t>
      </w:r>
      <w:r>
        <w:t>And kuch logon ne bahut politely decline bhi kiya, but most of the reactions were like very good.</w:t>
      </w:r>
    </w:p>
    <w:p>
      <w:pPr>
        <w:jc w:val="right"/>
      </w:pPr>
      <w:r>
        <w:t>And कुछ लोगों ने बहुत politely decline भी किया, but most of the reactions were like very good।</w:t>
      </w:r>
    </w:p>
    <w:p>
      <w:r>
        <w:rPr>
          <w:b/>
        </w:rPr>
        <w:t xml:space="preserve">[23:47] </w:t>
      </w:r>
      <w:r>
        <w:t>People said ki aap bahut achha kaam kar rahe hain.</w:t>
      </w:r>
    </w:p>
    <w:p>
      <w:pPr>
        <w:jc w:val="right"/>
      </w:pPr>
      <w:r>
        <w:t>People said कि आप बहुत अच्छा काम कर रहे हैं।</w:t>
      </w:r>
    </w:p>
    <w:p>
      <w:r>
        <w:rPr>
          <w:b/>
        </w:rPr>
        <w:t xml:space="preserve">[23:52] </w:t>
      </w:r>
      <w:r>
        <w:t>This is such a noble cause that you are engaged in.</w:t>
      </w:r>
    </w:p>
    <w:p>
      <w:pPr>
        <w:jc w:val="right"/>
      </w:pPr>
      <w:r>
        <w:t>This is such a noble cause that you are engaged in.</w:t>
      </w:r>
    </w:p>
    <w:p>
      <w:r>
        <w:rPr>
          <w:b/>
        </w:rPr>
        <w:t xml:space="preserve">[23:57] </w:t>
      </w:r>
      <w:r>
        <w:t>And Razia ka jaise ek experience tha, So one of these ladies came and itna khush hui wo Quran leke, keh rahi thi ki This is like you ask God for something and He just gives you right away.</w:t>
      </w:r>
    </w:p>
    <w:p>
      <w:pPr>
        <w:jc w:val="right"/>
      </w:pPr>
      <w:r>
        <w:t>And Razia का जैसे एक experience था, So one of these ladies came and इतना खुश हुई वो Quran लेके, कह रही थी कि This is like you ask God for something and He just gives you right away.</w:t>
      </w:r>
    </w:p>
    <w:p>
      <w:r>
        <w:rPr>
          <w:b/>
        </w:rPr>
        <w:t xml:space="preserve">[24:08] </w:t>
      </w:r>
      <w:r>
        <w:t>Matlab wo itni khush hui, matlab like everyone was looking at her kyunki wo itni tez bol rahi thi.</w:t>
      </w:r>
    </w:p>
    <w:p>
      <w:pPr>
        <w:jc w:val="right"/>
      </w:pPr>
      <w:r>
        <w:t>मतलब वो इतनी खुश हुई, मतलब like everyone was looking at her क्योंकि वो इतनी तेज़ बोल रही थी।</w:t>
      </w:r>
    </w:p>
    <w:p>
      <w:r>
        <w:rPr>
          <w:b/>
        </w:rPr>
        <w:t xml:space="preserve">[24:12] </w:t>
      </w:r>
      <w:r>
        <w:t>Matlab saare log dekh bhi rahe the unki hamari conversation.</w:t>
      </w:r>
    </w:p>
    <w:p>
      <w:pPr>
        <w:jc w:val="right"/>
      </w:pPr>
      <w:r>
        <w:t>मतलब सारे लोग देख भी रहे थे उनकी हमारी conversation.</w:t>
      </w:r>
    </w:p>
    <w:p>
      <w:r>
        <w:rPr>
          <w:b/>
        </w:rPr>
        <w:t xml:space="preserve">[24:17] </w:t>
      </w:r>
      <w:r>
        <w:t>So is tarah ke kafi achhe experiences rahe.</w:t>
      </w:r>
    </w:p>
    <w:p>
      <w:pPr>
        <w:jc w:val="right"/>
      </w:pPr>
      <w:r>
        <w:t>So इस तरह के काफी अच्छे experiences रहे।</w:t>
      </w:r>
    </w:p>
    <w:p>
      <w:r>
        <w:rPr>
          <w:b/>
        </w:rPr>
        <w:t xml:space="preserve">[24:22] </w:t>
      </w:r>
      <w:r>
        <w:t>Hamari kuch-kuch strategies humne banayi thi ki hum do-do ke groups mein khade honge taaki in case agar</w:t>
      </w:r>
    </w:p>
    <w:p>
      <w:pPr>
        <w:jc w:val="right"/>
      </w:pPr>
      <w:r>
        <w:t>हमारी कुछ-कुछ strategies हमने बनाई थीं कि हम दो-दो के groups में खड़े होंगे ताकि in case अगर</w:t>
      </w:r>
    </w:p>
    <w:p>
      <w:r>
        <w:rPr>
          <w:b/>
        </w:rPr>
        <w:t xml:space="preserve">[24:27] </w:t>
      </w:r>
      <w:r>
        <w:t>ek conversation mein engage ho jata hai, to second person can continue distributing.</w:t>
      </w:r>
    </w:p>
    <w:p>
      <w:pPr>
        <w:jc w:val="right"/>
      </w:pPr>
      <w:r>
        <w:t>एक conversation में engage हो जाता है, तो second person can continue distributing.</w:t>
      </w:r>
    </w:p>
    <w:p>
      <w:r>
        <w:rPr>
          <w:b/>
        </w:rPr>
        <w:t xml:space="preserve">[24:31] </w:t>
      </w:r>
      <w:r>
        <w:t>And kafi overall kafi achha experience raha.</w:t>
      </w:r>
    </w:p>
    <w:p>
      <w:pPr>
        <w:jc w:val="right"/>
      </w:pPr>
      <w:r>
        <w:t>And काफी overall काफी अच्छा experience रहा।</w:t>
      </w:r>
    </w:p>
    <w:p>
      <w:r>
        <w:rPr>
          <w:b/>
        </w:rPr>
        <w:t xml:space="preserve">[24:36] </w:t>
      </w:r>
      <w:r>
        <w:t>And I am very fortunate to be associated with Razia.</w:t>
      </w:r>
    </w:p>
    <w:p>
      <w:pPr>
        <w:jc w:val="right"/>
      </w:pPr>
      <w:r>
        <w:t>And I am very fortunate to be associated with Razia.</w:t>
      </w:r>
    </w:p>
    <w:p>
      <w:r>
        <w:rPr>
          <w:b/>
        </w:rPr>
        <w:t xml:space="preserve">[24:41] </w:t>
      </w:r>
      <w:r>
        <w:t>Let's say hamare in kuch events mein like I get a chance to, you know, earn sawab her</w:t>
      </w:r>
    </w:p>
    <w:p>
      <w:pPr>
        <w:jc w:val="right"/>
      </w:pPr>
      <w:r>
        <w:t>Let's say हमारे इन कुछ events में like I get a chance to, you know, earn सवाब her</w:t>
      </w:r>
    </w:p>
    <w:p>
      <w:r>
        <w:rPr>
          <w:b/>
        </w:rPr>
        <w:t xml:space="preserve">[24:46] </w:t>
      </w:r>
      <w:r>
        <w:t>in her daily life mein.</w:t>
      </w:r>
    </w:p>
    <w:p>
      <w:pPr>
        <w:jc w:val="right"/>
      </w:pPr>
      <w:r>
        <w:t>in her daily life में।</w:t>
      </w:r>
    </w:p>
    <w:p>
      <w:r>
        <w:rPr>
          <w:b/>
        </w:rPr>
        <w:t xml:space="preserve">[24:50] </w:t>
      </w:r>
      <w:r>
        <w:t>To itne mauke aise nahi milte.</w:t>
      </w:r>
    </w:p>
    <w:p>
      <w:pPr>
        <w:jc w:val="right"/>
      </w:pPr>
      <w:r>
        <w:t>तो इतने मौके ऐसे नहीं मिलते।</w:t>
      </w:r>
    </w:p>
    <w:p>
      <w:r>
        <w:rPr>
          <w:b/>
        </w:rPr>
        <w:t xml:space="preserve">[24:55] </w:t>
      </w:r>
      <w:r>
        <w:t>And then we are so engaged in our daily life.</w:t>
      </w:r>
    </w:p>
    <w:p>
      <w:pPr>
        <w:jc w:val="right"/>
      </w:pPr>
      <w:r>
        <w:t>And then we are so engaged in our daily life.</w:t>
      </w:r>
    </w:p>
    <w:p>
      <w:r>
        <w:rPr>
          <w:b/>
        </w:rPr>
        <w:t xml:space="preserve">[25:00] </w:t>
      </w:r>
      <w:r>
        <w:t>And I am extremely thankful to God for this. Thank you.</w:t>
      </w:r>
    </w:p>
    <w:p>
      <w:pPr>
        <w:jc w:val="right"/>
      </w:pPr>
      <w:r>
        <w:t>And I am extremely thankful to God for this. Thank you.</w:t>
      </w:r>
    </w:p>
    <w:p>
      <w:r>
        <w:rPr>
          <w:b/>
        </w:rPr>
        <w:t xml:space="preserve">[25:05] </w:t>
      </w:r>
      <w:r>
        <w:t>Okay, I am Saadia.</w:t>
      </w:r>
    </w:p>
    <w:p>
      <w:pPr>
        <w:jc w:val="right"/>
      </w:pPr>
      <w:r>
        <w:t>Okay, I am Saadia.</w:t>
      </w:r>
    </w:p>
    <w:p>
      <w:r>
        <w:rPr>
          <w:b/>
        </w:rPr>
        <w:t xml:space="preserve">[25:10] </w:t>
      </w:r>
      <w:r>
        <w:t>I have to share with all of you one experience, one thought actually which came to me.</w:t>
      </w:r>
    </w:p>
    <w:p>
      <w:pPr>
        <w:jc w:val="right"/>
      </w:pPr>
      <w:r>
        <w:t>I have to share with all of you one experience, one thought actually which came to me.</w:t>
      </w:r>
    </w:p>
    <w:p>
      <w:r>
        <w:rPr>
          <w:b/>
        </w:rPr>
        <w:t xml:space="preserve">[25:14] </w:t>
      </w:r>
      <w:r>
        <w:t>But before that, I want to, while I was, I am the last one, there's nobody after me.</w:t>
      </w:r>
    </w:p>
    <w:p>
      <w:pPr>
        <w:jc w:val="right"/>
      </w:pPr>
      <w:r>
        <w:t>But before that, I want to, while I was, I am the last one, there's nobody after me.</w:t>
      </w:r>
    </w:p>
    <w:p>
      <w:r>
        <w:rPr>
          <w:b/>
        </w:rPr>
        <w:t xml:space="preserve">[25:19] </w:t>
      </w:r>
      <w:r>
        <w:t>I was listening to everybody talk, all the team members, and this thought came to me that just</w:t>
      </w:r>
    </w:p>
    <w:p>
      <w:pPr>
        <w:jc w:val="right"/>
      </w:pPr>
      <w:r>
        <w:t>I was listening to everybody talk, all the team members, and this thought came to me that just</w:t>
      </w:r>
    </w:p>
    <w:p>
      <w:r>
        <w:rPr>
          <w:b/>
        </w:rPr>
        <w:t xml:space="preserve">[25:24] </w:t>
      </w:r>
      <w:r>
        <w:t>like today when all of us are being identified as people who went to Jaipur and stood for</w:t>
      </w:r>
    </w:p>
    <w:p>
      <w:pPr>
        <w:jc w:val="right"/>
      </w:pPr>
      <w:r>
        <w:t>like today when all of us are being identified as people who went to Jaipur and stood for</w:t>
      </w:r>
    </w:p>
    <w:p>
      <w:r>
        <w:rPr>
          <w:b/>
        </w:rPr>
        <w:t xml:space="preserve">[25:29] </w:t>
      </w:r>
      <w:r>
        <w:t>God, I hope in the hereafter too God does the same thing, replicate the same thing there where</w:t>
      </w:r>
    </w:p>
    <w:p>
      <w:pPr>
        <w:jc w:val="right"/>
      </w:pPr>
      <w:r>
        <w:t>God, I hope in the hereafter too God does the same thing, replicate the same thing there where</w:t>
      </w:r>
    </w:p>
    <w:p>
      <w:r>
        <w:rPr>
          <w:b/>
        </w:rPr>
        <w:t xml:space="preserve">[25:33] </w:t>
      </w:r>
      <w:r>
        <w:t>He says that these were My servants who stood for Me at the Jaipur Literature Festival.</w:t>
      </w:r>
    </w:p>
    <w:p>
      <w:pPr>
        <w:jc w:val="right"/>
      </w:pPr>
      <w:r>
        <w:t>He says that these were My servants who stood for Me at the Jaipur Literature Festival.</w:t>
      </w:r>
    </w:p>
    <w:p>
      <w:r>
        <w:rPr>
          <w:b/>
        </w:rPr>
        <w:t xml:space="preserve">[25:38] </w:t>
      </w:r>
      <w:r>
        <w:t>I hope we all really want that to happen, I'm sure.</w:t>
      </w:r>
    </w:p>
    <w:p>
      <w:pPr>
        <w:jc w:val="right"/>
      </w:pPr>
      <w:r>
        <w:t>I hope we all really want that to happen, I'm sure.</w:t>
      </w:r>
    </w:p>
    <w:p>
      <w:r>
        <w:rPr>
          <w:b/>
        </w:rPr>
        <w:t xml:space="preserve">[25:43] </w:t>
      </w:r>
      <w:r>
        <w:t>Apart from that, there is this one particular thought that I think I ought to share with all</w:t>
      </w:r>
    </w:p>
    <w:p>
      <w:pPr>
        <w:jc w:val="right"/>
      </w:pPr>
      <w:r>
        <w:t>Apart from that, there is this one particular thought that I think I ought to share with all</w:t>
      </w:r>
    </w:p>
    <w:p>
      <w:r>
        <w:rPr>
          <w:b/>
        </w:rPr>
        <w:t xml:space="preserve">[25:48] </w:t>
      </w:r>
      <w:r>
        <w:t>of you, which is we were at the Jaipur Literature Festival from the 24th to the 28th, until the 28th.</w:t>
      </w:r>
    </w:p>
    <w:p>
      <w:pPr>
        <w:jc w:val="right"/>
      </w:pPr>
      <w:r>
        <w:t>of you, which is we were at the Jaipur Literature Festival from the 24th to the 28th, until the 28th.</w:t>
      </w:r>
    </w:p>
    <w:p>
      <w:r>
        <w:rPr>
          <w:b/>
        </w:rPr>
        <w:t xml:space="preserve">[25:53] </w:t>
      </w:r>
      <w:r>
        <w:t>And we were there, some of us were there from the 24th until the 26th.</w:t>
      </w:r>
    </w:p>
    <w:p>
      <w:pPr>
        <w:jc w:val="right"/>
      </w:pPr>
      <w:r>
        <w:t>And we were there, some of us were there from the 24th until the 26th.</w:t>
      </w:r>
    </w:p>
    <w:p>
      <w:r>
        <w:rPr>
          <w:b/>
        </w:rPr>
        <w:t xml:space="preserve">[25:59] </w:t>
      </w:r>
      <w:r>
        <w:t>And the distribution went on very smoothly thanks to our Jai Nivas team leader and very well planned,</w:t>
      </w:r>
    </w:p>
    <w:p>
      <w:pPr>
        <w:jc w:val="right"/>
      </w:pPr>
      <w:r>
        <w:t>And the distribution went on very smoothly thanks to our Jai Nivas team leader and very well planned,</w:t>
      </w:r>
    </w:p>
    <w:p>
      <w:r>
        <w:rPr>
          <w:b/>
        </w:rPr>
        <w:t xml:space="preserve">[26:05] </w:t>
      </w:r>
      <w:r>
        <w:t>very well organized trip.</w:t>
      </w:r>
    </w:p>
    <w:p>
      <w:pPr>
        <w:jc w:val="right"/>
      </w:pPr>
      <w:r>
        <w:t>very well organized trip.</w:t>
      </w:r>
    </w:p>
    <w:p>
      <w:r>
        <w:rPr>
          <w:b/>
        </w:rPr>
        <w:t xml:space="preserve">[26:11] </w:t>
      </w:r>
      <w:r>
        <w:t>I was reading the newspaper on the 26th morning at our hotel, which was Jai Nivas in Jaipur.</w:t>
      </w:r>
    </w:p>
    <w:p>
      <w:pPr>
        <w:jc w:val="right"/>
      </w:pPr>
      <w:r>
        <w:t>I was reading the newspaper on the 26th morning at our hotel, which was Jai Nivas in Jaipur.</w:t>
      </w:r>
    </w:p>
    <w:p>
      <w:r>
        <w:rPr>
          <w:b/>
        </w:rPr>
        <w:t xml:space="preserve">[26:18] </w:t>
      </w:r>
      <w:r>
        <w:t>And a particular news on the front page caught my attention.</w:t>
      </w:r>
    </w:p>
    <w:p>
      <w:pPr>
        <w:jc w:val="right"/>
      </w:pPr>
      <w:r>
        <w:t>And a particular news on the front page caught my attention.</w:t>
      </w:r>
    </w:p>
    <w:p>
      <w:r>
        <w:rPr>
          <w:b/>
        </w:rPr>
        <w:t xml:space="preserve">[26:24] </w:t>
      </w:r>
      <w:r>
        <w:t>It was about an area of Rajasthan.</w:t>
      </w:r>
    </w:p>
    <w:p>
      <w:pPr>
        <w:jc w:val="right"/>
      </w:pPr>
      <w:r>
        <w:t>It was about an area of Rajasthan.</w:t>
      </w:r>
    </w:p>
    <w:p>
      <w:r>
        <w:rPr>
          <w:b/>
        </w:rPr>
        <w:t xml:space="preserve">[26:30] </w:t>
      </w:r>
      <w:r>
        <w:t>Jaipur is also a part of Rajasthan.</w:t>
      </w:r>
    </w:p>
    <w:p>
      <w:pPr>
        <w:jc w:val="right"/>
      </w:pPr>
      <w:r>
        <w:t>Jaipur is also a part of Rajasthan.</w:t>
      </w:r>
    </w:p>
    <w:p>
      <w:r>
        <w:rPr>
          <w:b/>
        </w:rPr>
        <w:t xml:space="preserve">[26:37] </w:t>
      </w:r>
      <w:r>
        <w:t>In a particular area of Rajasthan, Hindus and Muslims, there was a report of a clash between the</w:t>
      </w:r>
    </w:p>
    <w:p>
      <w:pPr>
        <w:jc w:val="right"/>
      </w:pPr>
      <w:r>
        <w:t>In a particular area of Rajasthan, Hindus and Muslims, there was a report of a clash between the</w:t>
      </w:r>
    </w:p>
    <w:p>
      <w:r>
        <w:rPr>
          <w:b/>
        </w:rPr>
        <w:t xml:space="preserve">[26:43] </w:t>
      </w:r>
      <w:r>
        <w:t>two communities because the Hindus wanted to cross a particular route, take their procession from a route, and</w:t>
      </w:r>
    </w:p>
    <w:p>
      <w:pPr>
        <w:jc w:val="right"/>
      </w:pPr>
      <w:r>
        <w:t>two communities because the Hindus wanted to cross a particular route, take their procession from a route, and</w:t>
      </w:r>
    </w:p>
    <w:p>
      <w:r>
        <w:rPr>
          <w:b/>
        </w:rPr>
        <w:t xml:space="preserve">[26:49] </w:t>
      </w:r>
      <w:r>
        <w:t>Muslims were against it.</w:t>
      </w:r>
    </w:p>
    <w:p>
      <w:pPr>
        <w:jc w:val="right"/>
      </w:pPr>
      <w:r>
        <w:t>Muslims were against it.</w:t>
      </w:r>
    </w:p>
    <w:p>
      <w:r>
        <w:rPr>
          <w:b/>
        </w:rPr>
        <w:t xml:space="preserve">[26:56] </w:t>
      </w:r>
      <w:r>
        <w:t>So the Muslims said that you can't take your procession from this route, and Hindus were adamant, therefore the clash. Now, this struck me real hard. Why?</w:t>
      </w:r>
    </w:p>
    <w:p>
      <w:pPr>
        <w:jc w:val="right"/>
      </w:pPr>
      <w:r>
        <w:t>So the Muslims said that you can't take your procession from this route, and Hindus were adamant, therefore the clash. Now, this struck me real hard. Why?</w:t>
      </w:r>
    </w:p>
    <w:p>
      <w:r>
        <w:rPr>
          <w:b/>
        </w:rPr>
        <w:t xml:space="preserve">[27:11] </w:t>
      </w:r>
      <w:r>
        <w:t>Because here we were, the CPS team, at the Jaipur Literature Festival.</w:t>
      </w:r>
    </w:p>
    <w:p>
      <w:pPr>
        <w:jc w:val="right"/>
      </w:pPr>
      <w:r>
        <w:t>Because here we were, the CPS team, at the Jaipur Literature Festival.</w:t>
      </w:r>
    </w:p>
    <w:p>
      <w:r>
        <w:rPr>
          <w:b/>
        </w:rPr>
        <w:t xml:space="preserve">[27:18] </w:t>
      </w:r>
      <w:r>
        <w:t>And I think some of you will not be aware here that the manner in which we distribute</w:t>
      </w:r>
    </w:p>
    <w:p>
      <w:pPr>
        <w:jc w:val="right"/>
      </w:pPr>
      <w:r>
        <w:t>And I think some of you will not be aware here that the manner in which we distribute</w:t>
      </w:r>
    </w:p>
    <w:p>
      <w:r>
        <w:rPr>
          <w:b/>
        </w:rPr>
        <w:t xml:space="preserve">[27:26] </w:t>
      </w:r>
      <w:r>
        <w:t>is that as one enters the Diggi Palace, which is the venue of the festival, everyone, whether a</w:t>
      </w:r>
    </w:p>
    <w:p>
      <w:pPr>
        <w:jc w:val="right"/>
      </w:pPr>
      <w:r>
        <w:t>is that as one enters the Diggi Palace, which is the venue of the festival, everyone, whether a</w:t>
      </w:r>
    </w:p>
    <w:p>
      <w:r>
        <w:rPr>
          <w:b/>
        </w:rPr>
        <w:t xml:space="preserve">[27:34] </w:t>
      </w:r>
      <w:r>
        <w:t>celebrity or a commoner, has to walk a particular stretch of land.</w:t>
      </w:r>
    </w:p>
    <w:p>
      <w:pPr>
        <w:jc w:val="right"/>
      </w:pPr>
      <w:r>
        <w:t>celebrity or a commoner, has to walk a particular stretch of land.</w:t>
      </w:r>
    </w:p>
    <w:p>
      <w:r>
        <w:rPr>
          <w:b/>
        </w:rPr>
        <w:t xml:space="preserve">[27:42] </w:t>
      </w:r>
      <w:r>
        <w:t>It is a narrow lane. You have to walk that lane. So people continuously walk up and down that lane. You are entering the Diggi Palace. You're moving out of the Diggi Palace. So there is a sort of a procession which is all the time going up and down that lane. And we, the CPS members, we stationed ourselves on either side of this lane, and we would distribute, give Quran to the people who would go up and down.</w:t>
      </w:r>
    </w:p>
    <w:p>
      <w:pPr>
        <w:jc w:val="right"/>
      </w:pPr>
      <w:r>
        <w:t>It is a narrow lane. You have to walk that lane. So people continuously walk up and down that lane. You are entering the Diggi Palace. You're moving out of the Diggi Palace. So there is a sort of a procession which is all the time going up and down that lane. And we, the CPS members, we stationed ourselves on either side of this lane, and we would distribute, give Quran to the people who would go up and down.</w:t>
      </w:r>
    </w:p>
    <w:p>
      <w:r>
        <w:rPr>
          <w:b/>
        </w:rPr>
        <w:t xml:space="preserve">[28:07] </w:t>
      </w:r>
      <w:r>
        <w:t>So I compared these two instances which were right in front of me, one where Muslims could not avail of this procession which was passing through a particular route.</w:t>
      </w:r>
    </w:p>
    <w:p>
      <w:pPr>
        <w:jc w:val="right"/>
      </w:pPr>
      <w:r>
        <w:t>So I compared these two instances which were right in front of me, one where Muslims could not avail of this procession which was passing through a particular route.</w:t>
      </w:r>
    </w:p>
    <w:p>
      <w:r>
        <w:rPr>
          <w:b/>
        </w:rPr>
        <w:t xml:space="preserve">[28:20] </w:t>
      </w:r>
      <w:r>
        <w:t>And on the other hand, we were able to use this or take this procession of the Jaipur</w:t>
      </w:r>
    </w:p>
    <w:p>
      <w:pPr>
        <w:jc w:val="right"/>
      </w:pPr>
      <w:r>
        <w:t>And on the other hand, we were able to use this or take this procession of the Jaipur</w:t>
      </w:r>
    </w:p>
    <w:p>
      <w:r>
        <w:rPr>
          <w:b/>
        </w:rPr>
        <w:t xml:space="preserve">[28:26] </w:t>
      </w:r>
      <w:r>
        <w:t>Literature Festival as an opportunity of da'wah.</w:t>
      </w:r>
    </w:p>
    <w:p>
      <w:pPr>
        <w:jc w:val="right"/>
      </w:pPr>
      <w:r>
        <w:t>Literature Festival as an opportunity of da'wah.</w:t>
      </w:r>
    </w:p>
    <w:p>
      <w:r>
        <w:rPr>
          <w:b/>
        </w:rPr>
        <w:t xml:space="preserve">[28:32] </w:t>
      </w:r>
      <w:r>
        <w:t>This was also a procession, a kind of procession.</w:t>
      </w:r>
    </w:p>
    <w:p>
      <w:pPr>
        <w:jc w:val="right"/>
      </w:pPr>
      <w:r>
        <w:t>This was also a procession, a kind of procession.</w:t>
      </w:r>
    </w:p>
    <w:p>
      <w:r>
        <w:rPr>
          <w:b/>
        </w:rPr>
        <w:t xml:space="preserve">[28:38] </w:t>
      </w:r>
      <w:r>
        <w:t>So I felt that it was very strange for me to think of our team as being able</w:t>
      </w:r>
    </w:p>
    <w:p>
      <w:pPr>
        <w:jc w:val="right"/>
      </w:pPr>
      <w:r>
        <w:t>So I felt that it was very strange for me to think of our team as being able</w:t>
      </w:r>
    </w:p>
    <w:p>
      <w:r>
        <w:rPr>
          <w:b/>
        </w:rPr>
        <w:t xml:space="preserve">[28:44] </w:t>
      </w:r>
      <w:r>
        <w:t>to identify an opportunity and avail of it while Muslims, on the other hand, being blind to an</w:t>
      </w:r>
    </w:p>
    <w:p>
      <w:pPr>
        <w:jc w:val="right"/>
      </w:pPr>
      <w:r>
        <w:t>to identify an opportunity and avail of it while Muslims, on the other hand, being blind to an</w:t>
      </w:r>
    </w:p>
    <w:p>
      <w:r>
        <w:rPr>
          <w:b/>
        </w:rPr>
        <w:t xml:space="preserve">[28:50] </w:t>
      </w:r>
      <w:r>
        <w:t>opportunity which was coming right at their doorstep.</w:t>
      </w:r>
    </w:p>
    <w:p>
      <w:pPr>
        <w:jc w:val="right"/>
      </w:pPr>
      <w:r>
        <w:t>opportunity which was coming right at their doorstep.</w:t>
      </w:r>
    </w:p>
    <w:p>
      <w:r>
        <w:rPr>
          <w:b/>
        </w:rPr>
        <w:t xml:space="preserve">[28:56] </w:t>
      </w:r>
      <w:r>
        <w:t>This also made me think of a particular hadith of the Prophet.</w:t>
      </w:r>
    </w:p>
    <w:p>
      <w:pPr>
        <w:jc w:val="right"/>
      </w:pPr>
      <w:r>
        <w:t>This also made me think of a particular hadith of the Prophet.</w:t>
      </w:r>
    </w:p>
    <w:p>
      <w:r>
        <w:rPr>
          <w:b/>
        </w:rPr>
        <w:t xml:space="preserve">[29:02] </w:t>
      </w:r>
      <w:r>
        <w:t>And the hadith is that an animal does not know what God wants from him, as in why</w:t>
      </w:r>
    </w:p>
    <w:p>
      <w:pPr>
        <w:jc w:val="right"/>
      </w:pPr>
      <w:r>
        <w:t>And the hadith is that an animal does not know what God wants from him, as in why</w:t>
      </w:r>
    </w:p>
    <w:p>
      <w:r>
        <w:rPr>
          <w:b/>
        </w:rPr>
        <w:t xml:space="preserve">[29:08] </w:t>
      </w:r>
      <w:r>
        <w:t>God has put him where He has put him.</w:t>
      </w:r>
    </w:p>
    <w:p>
      <w:pPr>
        <w:jc w:val="right"/>
      </w:pPr>
      <w:r>
        <w:t>God has put him where He has put him.</w:t>
      </w:r>
    </w:p>
    <w:p>
      <w:r>
        <w:rPr>
          <w:b/>
        </w:rPr>
        <w:t xml:space="preserve">[29:15] </w:t>
      </w:r>
      <w:r>
        <w:t>Sorry. The hadith is that an animal does not know why his owner has put him where he has put him or what role he's supposed to play where he has been put.</w:t>
      </w:r>
    </w:p>
    <w:p>
      <w:pPr>
        <w:jc w:val="right"/>
      </w:pPr>
      <w:r>
        <w:t>Sorry. The hadith is that an animal does not know why his owner has put him where he has put him or what role he's supposed to play where he has been put.</w:t>
      </w:r>
    </w:p>
    <w:p>
      <w:r>
        <w:rPr>
          <w:b/>
        </w:rPr>
        <w:t xml:space="preserve">[29:28] </w:t>
      </w:r>
      <w:r>
        <w:t>Whereas a believer knows why he has been put where he has been put and what role he</w:t>
      </w:r>
    </w:p>
    <w:p>
      <w:pPr>
        <w:jc w:val="right"/>
      </w:pPr>
      <w:r>
        <w:t>Whereas a believer knows why he has been put where he has been put and what role he</w:t>
      </w:r>
    </w:p>
    <w:p>
      <w:r>
        <w:rPr>
          <w:b/>
        </w:rPr>
        <w:t xml:space="preserve">[29:32] </w:t>
      </w:r>
      <w:r>
        <w:t>has to play.</w:t>
      </w:r>
    </w:p>
    <w:p>
      <w:pPr>
        <w:jc w:val="right"/>
      </w:pPr>
      <w:r>
        <w:t>has to play.</w:t>
      </w:r>
    </w:p>
    <w:p>
      <w:r>
        <w:rPr>
          <w:b/>
        </w:rPr>
        <w:t xml:space="preserve">[29:36] </w:t>
      </w:r>
      <w:r>
        <w:t>So I felt that the CPS team had come up to that level where it knew what God</w:t>
      </w:r>
    </w:p>
    <w:p>
      <w:pPr>
        <w:jc w:val="right"/>
      </w:pPr>
      <w:r>
        <w:t>So I felt that the CPS team had come up to that level where it knew what God</w:t>
      </w:r>
    </w:p>
    <w:p>
      <w:r>
        <w:rPr>
          <w:b/>
        </w:rPr>
        <w:t xml:space="preserve">[29:41] </w:t>
      </w:r>
      <w:r>
        <w:t>wanted from it, what role God wanted it to play.</w:t>
      </w:r>
    </w:p>
    <w:p>
      <w:pPr>
        <w:jc w:val="right"/>
      </w:pPr>
      <w:r>
        <w:t>wanted from it, what role God wanted it to play.</w:t>
      </w:r>
    </w:p>
    <w:p>
      <w:r>
        <w:rPr>
          <w:b/>
        </w:rPr>
        <w:t xml:space="preserve">[29:45] </w:t>
      </w:r>
      <w:r>
        <w:t>So these were some of my observations and realizations from the festival.</w:t>
      </w:r>
    </w:p>
    <w:p>
      <w:pPr>
        <w:jc w:val="right"/>
      </w:pPr>
      <w:r>
        <w:t>So these were some of my observations and realizations from the festival.</w:t>
      </w:r>
    </w:p>
    <w:p>
      <w:r>
        <w:rPr>
          <w:b/>
        </w:rPr>
        <w:t xml:space="preserve">[29:49] </w:t>
      </w:r>
      <w:r>
        <w:t>Thank you so much.</w:t>
      </w:r>
    </w:p>
    <w:p>
      <w:pPr>
        <w:jc w:val="right"/>
      </w:pPr>
      <w:r>
        <w:t>Thank you so much.</w:t>
      </w:r>
    </w:p>
    <w:p>
      <w:r>
        <w:rPr>
          <w:b/>
        </w:rPr>
        <w:t xml:space="preserve">[29:54] </w:t>
      </w:r>
      <w:r>
        <w:t>And he asked, "Okay then.</w:t>
      </w:r>
    </w:p>
    <w:p>
      <w:pPr>
        <w:jc w:val="right"/>
      </w:pPr>
      <w:r>
        <w:t>And he asked, "Okay then.</w:t>
      </w:r>
    </w:p>
    <w:p>
      <w:r>
        <w:rPr>
          <w:b/>
        </w:rPr>
        <w:t xml:space="preserve">[29:58] </w:t>
      </w:r>
      <w:r>
        <w:t>If it is the case, then I'll take it." And he took and he went.</w:t>
      </w:r>
    </w:p>
    <w:p>
      <w:pPr>
        <w:jc w:val="right"/>
      </w:pPr>
      <w:r>
        <w:t>If it is the case, then I'll take it." And he took and he went.</w:t>
      </w:r>
    </w:p>
    <w:p>
      <w:r>
        <w:rPr>
          <w:b/>
        </w:rPr>
        <w:t xml:space="preserve">[30:02] </w:t>
      </w:r>
      <w:r>
        <w:t>And he told that, "I'll read it if it is for everybody." And similar was the case with a woman.</w:t>
      </w:r>
    </w:p>
    <w:p>
      <w:pPr>
        <w:jc w:val="right"/>
      </w:pPr>
      <w:r>
        <w:t>And he told that, "I'll read it if it is for everybody." And similar was the case with a woman.</w:t>
      </w:r>
    </w:p>
    <w:p>
      <w:r>
        <w:rPr>
          <w:b/>
        </w:rPr>
        <w:t xml:space="preserve">[30:07] </w:t>
      </w:r>
      <w:r>
        <w:t>She came on the second day, and she was telling that yesterday in the evening when I was</w:t>
      </w:r>
    </w:p>
    <w:p>
      <w:pPr>
        <w:jc w:val="right"/>
      </w:pPr>
      <w:r>
        <w:t>She came on the second day, and she was telling that yesterday in the evening when I was</w:t>
      </w:r>
    </w:p>
    <w:p>
      <w:r>
        <w:rPr>
          <w:b/>
        </w:rPr>
        <w:t xml:space="preserve">[30:11] </w:t>
      </w:r>
      <w:r>
        <w:t>coming back, I was searching you people.</w:t>
      </w:r>
    </w:p>
    <w:p>
      <w:pPr>
        <w:jc w:val="right"/>
      </w:pPr>
      <w:r>
        <w:t>coming back, I was searching you people.</w:t>
      </w:r>
    </w:p>
    <w:p>
      <w:r>
        <w:rPr>
          <w:b/>
        </w:rPr>
        <w:t xml:space="preserve">[30:16] </w:t>
      </w:r>
      <w:r>
        <w:t>"Where were you people?</w:t>
      </w:r>
    </w:p>
    <w:p>
      <w:pPr>
        <w:jc w:val="right"/>
      </w:pPr>
      <w:r>
        <w:t>"Where were you people?</w:t>
      </w:r>
    </w:p>
    <w:p>
      <w:r>
        <w:rPr>
          <w:b/>
        </w:rPr>
        <w:t xml:space="preserve">[30:21] </w:t>
      </w:r>
      <w:r>
        <w:t>I thought I can take it while I was going back, and I didn't find you in the evening.</w:t>
      </w:r>
    </w:p>
    <w:p>
      <w:pPr>
        <w:jc w:val="right"/>
      </w:pPr>
      <w:r>
        <w:t>I thought I can take it while I was going back, and I didn't find you in the evening.</w:t>
      </w:r>
    </w:p>
    <w:p>
      <w:r>
        <w:rPr>
          <w:b/>
        </w:rPr>
        <w:t xml:space="preserve">[30:27] </w:t>
      </w:r>
      <w:r>
        <w:t>So please give me two copies, one for me and one for my daughter." And she was like,</w:t>
      </w:r>
    </w:p>
    <w:p>
      <w:pPr>
        <w:jc w:val="right"/>
      </w:pPr>
      <w:r>
        <w:t>So please give me two copies, one for me and one for my daughter." And she was like,</w:t>
      </w:r>
    </w:p>
    <w:p>
      <w:r>
        <w:rPr>
          <w:b/>
        </w:rPr>
        <w:t xml:space="preserve">[30:32] </w:t>
      </w:r>
      <w:r>
        <w:t>"People were searching to take the Quran." It was quite interesting to me to see they are interested.</w:t>
      </w:r>
    </w:p>
    <w:p>
      <w:pPr>
        <w:jc w:val="right"/>
      </w:pPr>
      <w:r>
        <w:t>"People were searching to take the Quran." It was quite interesting to me to see they are interested.</w:t>
      </w:r>
    </w:p>
    <w:p>
      <w:r>
        <w:rPr>
          <w:b/>
        </w:rPr>
        <w:t xml:space="preserve">[30:38] </w:t>
      </w:r>
      <w:r>
        <w:t>And this was my apprehension while beginning the task, that kya ye khali aise to nahi ho jayega</w:t>
      </w:r>
    </w:p>
    <w:p>
      <w:pPr>
        <w:jc w:val="right"/>
      </w:pPr>
      <w:r>
        <w:t>And this was my apprehension while beginning the task, that क्या ये खाली ऐसे तो नहीं हो जाएगा</w:t>
      </w:r>
    </w:p>
    <w:p>
      <w:r>
        <w:rPr>
          <w:b/>
        </w:rPr>
        <w:t xml:space="preserve">[30:43] </w:t>
      </w:r>
      <w:r>
        <w:t>कि time and money का वेस्टेज हो रहा है, खाली हम दे रहे हैं और कोई उसको मतलब</w:t>
      </w:r>
    </w:p>
    <w:p>
      <w:pPr>
        <w:jc w:val="right"/>
      </w:pPr>
      <w:r>
        <w:t>कि टाइम एंड मनी का वेस्टेज हो रहा है, खाली हम दे रहे हैं और कोई उसको मतलब</w:t>
      </w:r>
    </w:p>
    <w:p>
      <w:r>
        <w:rPr>
          <w:b/>
        </w:rPr>
        <w:t xml:space="preserve">[30:49] </w:t>
      </w:r>
      <w:r>
        <w:t>پڑھے گا یا utilize کرے گا بھی یا نہیں۔</w:t>
      </w:r>
    </w:p>
    <w:p>
      <w:pPr>
        <w:jc w:val="right"/>
      </w:pPr>
      <w:r>
        <w:t>पढ़ेगा या यूटिलाइज करेगा भी या नहीं।</w:t>
      </w:r>
    </w:p>
    <w:p>
      <w:r>
        <w:rPr>
          <w:b/>
        </w:rPr>
        <w:t xml:space="preserve">[30:54] </w:t>
      </w:r>
      <w:r>
        <w:t>So it was kind of an apprehension.</w:t>
      </w:r>
    </w:p>
    <w:p>
      <w:pPr>
        <w:jc w:val="right"/>
      </w:pPr>
      <w:r>
        <w:t>So it was kind of an apprehension.</w:t>
      </w:r>
    </w:p>
    <w:p>
      <w:r>
        <w:rPr>
          <w:b/>
        </w:rPr>
        <w:t xml:space="preserve">[31:00] </w:t>
      </w:r>
      <w:r>
        <w:t>And thank God, God has given me the answer.</w:t>
      </w:r>
    </w:p>
    <w:p>
      <w:pPr>
        <w:jc w:val="right"/>
      </w:pPr>
      <w:r>
        <w:t>And thank God, God has given me the answer.</w:t>
      </w:r>
    </w:p>
    <w:p>
      <w:r>
        <w:rPr>
          <w:b/>
        </w:rPr>
        <w:t xml:space="preserve">[31:05] </w:t>
      </w:r>
      <w:r>
        <w:t>I've been staying with my other friends from other universities, like Hisar University and all.</w:t>
      </w:r>
    </w:p>
    <w:p>
      <w:pPr>
        <w:jc w:val="right"/>
      </w:pPr>
      <w:r>
        <w:t>I've been staying with my other friends from other universities, like Hisar University and all.</w:t>
      </w:r>
    </w:p>
    <w:p>
      <w:r>
        <w:rPr>
          <w:b/>
        </w:rPr>
        <w:t xml:space="preserve">[31:11] </w:t>
      </w:r>
      <w:r>
        <w:t>And I would just quote that particular incident of Hisar University students ki woh shaam mein hum log</w:t>
      </w:r>
    </w:p>
    <w:p>
      <w:pPr>
        <w:jc w:val="right"/>
      </w:pPr>
      <w:r>
        <w:t>And I would just quote that particular incident of Hisar University students कि वो शाम में हम लोग</w:t>
      </w:r>
    </w:p>
    <w:p>
      <w:r>
        <w:rPr>
          <w:b/>
        </w:rPr>
        <w:t xml:space="preserve">[31:17] </w:t>
      </w:r>
      <w:r>
        <w:t>تھک تھکا کر کے واپس جانے کے بعد ساڑھے سات بجے، آٹھ بجے کے قریب سارے لوگ بیٹھے اور they</w:t>
      </w:r>
    </w:p>
    <w:p>
      <w:pPr>
        <w:jc w:val="right"/>
      </w:pPr>
      <w:r>
        <w:t>थक-थका करके वापस जाने के बाद साढ़े सात बजे, आठ बजे के करीब सारे लोग बैठे और they</w:t>
      </w:r>
    </w:p>
    <w:p>
      <w:r>
        <w:rPr>
          <w:b/>
        </w:rPr>
        <w:t xml:space="preserve">[31:23] </w:t>
      </w:r>
      <w:r>
        <w:t>asked me, "I have gone through one girl, she asked me, I have gone through two, three pages,</w:t>
      </w:r>
    </w:p>
    <w:p>
      <w:pPr>
        <w:jc w:val="right"/>
      </w:pPr>
      <w:r>
        <w:t>asked me, "I have gone through one girl, she asked me, I have gone through two, three pages,</w:t>
      </w:r>
    </w:p>
    <w:p>
      <w:r>
        <w:rPr>
          <w:b/>
        </w:rPr>
        <w:t xml:space="preserve">[31:30] </w:t>
      </w:r>
      <w:r>
        <w:t>but I am not understanding the background or context of the thing.</w:t>
      </w:r>
    </w:p>
    <w:p>
      <w:pPr>
        <w:jc w:val="right"/>
      </w:pPr>
      <w:r>
        <w:t>but I am not understanding the background or context of the thing.</w:t>
      </w:r>
    </w:p>
    <w:p>
      <w:r>
        <w:rPr>
          <w:b/>
        </w:rPr>
        <w:t xml:space="preserve">[31:36] </w:t>
      </w:r>
      <w:r>
        <w:t>So I would like if you have some time or something so we can sit in group and</w:t>
      </w:r>
    </w:p>
    <w:p>
      <w:pPr>
        <w:jc w:val="right"/>
      </w:pPr>
      <w:r>
        <w:t>So I would like if you have some time or something so we can sit in group and</w:t>
      </w:r>
    </w:p>
    <w:p>
      <w:r>
        <w:rPr>
          <w:b/>
        </w:rPr>
        <w:t xml:space="preserve">[31:43] </w:t>
      </w:r>
      <w:r>
        <w:t>we can just read it and you can explain us what is in it." So this was like,</w:t>
      </w:r>
    </w:p>
    <w:p>
      <w:pPr>
        <w:jc w:val="right"/>
      </w:pPr>
      <w:r>
        <w:t>we can just read it and you can explain us what is in it." So this was like,</w:t>
      </w:r>
    </w:p>
    <w:p>
      <w:r>
        <w:rPr>
          <w:b/>
        </w:rPr>
        <w:t xml:space="preserve">[31:49] </w:t>
      </w:r>
      <w:r>
        <w:t>"God has answered me," ki fauran mujhko jawab mil gaya ki nahin, ye khali mera apna dimagh ka</w:t>
      </w:r>
    </w:p>
    <w:p>
      <w:pPr>
        <w:jc w:val="right"/>
      </w:pPr>
      <w:r>
        <w:t>"God has answered me," कि फौरन मुझको जवाब मिल गया कि नहीं, ये खाली मेरा अपना दिमाग का</w:t>
      </w:r>
    </w:p>
    <w:p>
      <w:r>
        <w:rPr>
          <w:b/>
        </w:rPr>
        <w:t xml:space="preserve">[31:56] </w:t>
      </w:r>
      <w:r>
        <w:t>apprehension tha, doubt tha ke log isko padhenge nahin ya log isko samjhenge nahin ya isko utilize nahin karenge.</w:t>
      </w:r>
    </w:p>
    <w:p>
      <w:pPr>
        <w:jc w:val="right"/>
      </w:pPr>
      <w:r>
        <w:t>apprehension था, doubt था कि लोग इसको पढ़ेंगे नहीं या लोग इसको समझेंगे नहीं या इसको यूटिलाइज नहीं करेंगे।</w:t>
      </w:r>
    </w:p>
    <w:p>
      <w:r>
        <w:rPr>
          <w:b/>
        </w:rPr>
        <w:t xml:space="preserve">[32:02] </w:t>
      </w:r>
      <w:r>
        <w:t>So thank God that I got the meaning and color to my work, to my journey, to my visit.</w:t>
      </w:r>
    </w:p>
    <w:p>
      <w:pPr>
        <w:jc w:val="right"/>
      </w:pPr>
      <w:r>
        <w:t>So thank God that I got the meaning and color to my work, to my journey, to my visit.</w:t>
      </w:r>
    </w:p>
    <w:p>
      <w:r>
        <w:rPr>
          <w:b/>
        </w:rPr>
        <w:t xml:space="preserve">[32:09] </w:t>
      </w:r>
      <w:r>
        <w:t>And I would be really thankful to all my friends who were there with me, who actually helped</w:t>
      </w:r>
    </w:p>
    <w:p>
      <w:pPr>
        <w:jc w:val="right"/>
      </w:pPr>
      <w:r>
        <w:t>And I would be really thankful to all my friends who were there with me, who actually helped</w:t>
      </w:r>
    </w:p>
    <w:p>
      <w:r>
        <w:rPr>
          <w:b/>
        </w:rPr>
        <w:t xml:space="preserve">[32:15] </w:t>
      </w:r>
      <w:r>
        <w:t>me out how to go to people and how to distribute it and how to talk to them,</w:t>
      </w:r>
    </w:p>
    <w:p>
      <w:pPr>
        <w:jc w:val="right"/>
      </w:pPr>
      <w:r>
        <w:t>me out how to go to people and how to distribute it and how to talk to them,</w:t>
      </w:r>
    </w:p>
    <w:p>
      <w:r>
        <w:rPr>
          <w:b/>
        </w:rPr>
        <w:t xml:space="preserve">[32:22] </w:t>
      </w:r>
      <w:r>
        <w:t>how to have a discussion with them.</w:t>
      </w:r>
    </w:p>
    <w:p>
      <w:pPr>
        <w:jc w:val="right"/>
      </w:pPr>
      <w:r>
        <w:t>how to have a discussion with them.</w:t>
      </w:r>
    </w:p>
    <w:p>
      <w:r>
        <w:rPr>
          <w:b/>
        </w:rPr>
        <w:t xml:space="preserve">[32:28] </w:t>
      </w:r>
      <w:r>
        <w:t>Thank you all.</w:t>
      </w:r>
    </w:p>
    <w:p>
      <w:pPr>
        <w:jc w:val="right"/>
      </w:pPr>
      <w:r>
        <w:t>Thank you all.</w:t>
      </w:r>
    </w:p>
    <w:p>
      <w:r>
        <w:rPr>
          <w:b/>
        </w:rPr>
        <w:t xml:space="preserve">[32:35] </w:t>
      </w:r>
      <w:r>
        <w:t>and most importantly, thank god.</w:t>
      </w:r>
    </w:p>
    <w:p>
      <w:pPr>
        <w:jc w:val="right"/>
      </w:pPr>
      <w:r>
        <w:t>And most importantly, thank God.</w:t>
      </w:r>
    </w:p>
    <w:p>
      <w:r>
        <w:rPr>
          <w:b/>
        </w:rPr>
        <w:t xml:space="preserve">[32:37] </w:t>
      </w:r>
      <w:r>
        <w:t>thank you.</w:t>
      </w:r>
    </w:p>
    <w:p>
      <w:pPr>
        <w:jc w:val="right"/>
      </w:pPr>
      <w:r>
        <w:t>Thank you.</w:t>
      </w:r>
    </w:p>
    <w:p>
      <w:r>
        <w:rPr>
          <w:b/>
        </w:rPr>
        <w:t xml:space="preserve">[32:38] </w:t>
      </w:r>
      <w:r>
        <w:t>doctor farida khanam to come and share her side of experience.</w:t>
      </w:r>
    </w:p>
    <w:p>
      <w:pPr>
        <w:jc w:val="right"/>
      </w:pPr>
      <w:r>
        <w:t>डॉक्टर फरीदा खानम to come and share her side of experience.</w:t>
      </w:r>
    </w:p>
    <w:p>
      <w:r>
        <w:rPr>
          <w:b/>
        </w:rPr>
        <w:t xml:space="preserve">[32:43] </w:t>
      </w:r>
      <w:r>
        <w:t>mera bahut hi dil karne laga ke i wish i were a part of this team.</w:t>
      </w:r>
    </w:p>
    <w:p>
      <w:pPr>
        <w:jc w:val="right"/>
      </w:pPr>
      <w:r>
        <w:t>मेरा बहुत ही दिल करने लगा कि I wish I were a part of this team.</w:t>
      </w:r>
    </w:p>
    <w:p>
      <w:r>
        <w:rPr>
          <w:b/>
        </w:rPr>
        <w:t xml:space="preserve">[32:50] </w:t>
      </w:r>
      <w:r>
        <w:t>to pachees tareekh ko asal mein main ek dream batana chah rahi thi.</w:t>
      </w:r>
    </w:p>
    <w:p>
      <w:pPr>
        <w:jc w:val="right"/>
      </w:pPr>
      <w:r>
        <w:t>तो पच्चीस तारीख को असल में मैं एक dream बताना चाह रही थी।</w:t>
      </w:r>
    </w:p>
    <w:p>
      <w:r>
        <w:rPr>
          <w:b/>
        </w:rPr>
        <w:t xml:space="preserve">[32:55] </w:t>
      </w:r>
      <w:r>
        <w:t>pachees tareekh ko ramesh ka phone aaya.</w:t>
      </w:r>
    </w:p>
    <w:p>
      <w:pPr>
        <w:jc w:val="right"/>
      </w:pPr>
      <w:r>
        <w:t>पच्चीस तारीख को रामेश का फोन आया।</w:t>
      </w:r>
    </w:p>
    <w:p>
      <w:r>
        <w:rPr>
          <w:b/>
        </w:rPr>
        <w:t xml:space="preserve">[32:58] </w:t>
      </w:r>
      <w:r>
        <w:t>aur ramesh ke phone se pehle usi raat ko maine ek dream dekha tha.</w:t>
      </w:r>
    </w:p>
    <w:p>
      <w:pPr>
        <w:jc w:val="right"/>
      </w:pPr>
      <w:r>
        <w:t>और रामेश के फोन से पहले उसी रात को मैंने एक dream देखा था।</w:t>
      </w:r>
    </w:p>
    <w:p>
      <w:r>
        <w:rPr>
          <w:b/>
        </w:rPr>
        <w:t xml:space="preserve">[33:04] </w:t>
      </w:r>
      <w:r>
        <w:t>to mujhe bilkul bhi nahi maloom tha ki wahan kya kaam ho raha hai.</w:t>
      </w:r>
    </w:p>
    <w:p>
      <w:pPr>
        <w:jc w:val="right"/>
      </w:pPr>
      <w:r>
        <w:t>तो मुझे बिलकुल भी नहीं मालूम था कि वहाँ क्या काम हो रहा है।</w:t>
      </w:r>
    </w:p>
    <w:p>
      <w:r>
        <w:rPr>
          <w:b/>
        </w:rPr>
        <w:t xml:space="preserve">[33:10] </w:t>
      </w:r>
      <w:r>
        <w:t>to usi raat ko maine dream dekha ki mere paas bahut sare kagazat hain aur usmein sare naam,</w:t>
      </w:r>
    </w:p>
    <w:p>
      <w:pPr>
        <w:jc w:val="right"/>
      </w:pPr>
      <w:r>
        <w:t>तो उसी रात को मैंने dream देखा कि मेरे पास बहुत सारे कागज़ात हैं और उसमें सारे नाम,</w:t>
      </w:r>
    </w:p>
    <w:p>
      <w:r>
        <w:rPr>
          <w:b/>
        </w:rPr>
        <w:t xml:space="preserve">[33:18] </w:t>
      </w:r>
      <w:r>
        <w:t>puri humanity ke, puri entire humanity ke naam likhe hue hain.</w:t>
      </w:r>
    </w:p>
    <w:p>
      <w:pPr>
        <w:jc w:val="right"/>
      </w:pPr>
      <w:r>
        <w:t>पूरी humanity के, पूरी entire humanity के नाम लिखे हुए हैं।</w:t>
      </w:r>
    </w:p>
    <w:p>
      <w:r>
        <w:rPr>
          <w:b/>
        </w:rPr>
        <w:t xml:space="preserve">[33:23] </w:t>
      </w:r>
      <w:r>
        <w:t>aur main kagaz ek-ek ulat rahi hoon.</w:t>
      </w:r>
    </w:p>
    <w:p>
      <w:pPr>
        <w:jc w:val="right"/>
      </w:pPr>
      <w:r>
        <w:t>और मैं कागज़ एक-एक उलट रही हूँ।</w:t>
      </w:r>
    </w:p>
    <w:p>
      <w:r>
        <w:rPr>
          <w:b/>
        </w:rPr>
        <w:t xml:space="preserve">[33:26] </w:t>
      </w:r>
      <w:r>
        <w:t>aur jo jannati log hain, unke naam highlighted hain, jaise bold karke likh diye jaate hain.</w:t>
      </w:r>
    </w:p>
    <w:p>
      <w:pPr>
        <w:jc w:val="right"/>
      </w:pPr>
      <w:r>
        <w:t>और जो जन्नती लोग हैं, उनके नाम highlighted हैं, जैसे bold करके लिख दिए जाते हैं।</w:t>
      </w:r>
    </w:p>
    <w:p>
      <w:r>
        <w:rPr>
          <w:b/>
        </w:rPr>
        <w:t xml:space="preserve">[33:33] </w:t>
      </w:r>
      <w:r>
        <w:t>to mere paas aise hi log baithe hue hain, main unko bata rahi hoon.</w:t>
      </w:r>
    </w:p>
    <w:p>
      <w:pPr>
        <w:jc w:val="right"/>
      </w:pPr>
      <w:r>
        <w:t>तो मेरे पास ऐसे ही लोग बैठे हुए हैं, मैं उनको बता रही हूँ।</w:t>
      </w:r>
    </w:p>
    <w:p>
      <w:r>
        <w:rPr>
          <w:b/>
        </w:rPr>
        <w:t xml:space="preserve">[33:39] </w:t>
      </w:r>
      <w:r>
        <w:t>to har kagaz pe taqreeban sau naam hoga andazan.</w:t>
      </w:r>
    </w:p>
    <w:p>
      <w:pPr>
        <w:jc w:val="right"/>
      </w:pPr>
      <w:r>
        <w:t>तो हर कागज़ पे तकरीबन सौ नाम होगा अंदाज़न।</w:t>
      </w:r>
    </w:p>
    <w:p>
      <w:r>
        <w:rPr>
          <w:b/>
        </w:rPr>
        <w:t xml:space="preserve">[33:42] </w:t>
      </w:r>
      <w:r>
        <w:t>aur usmein se das-paanch, das-paanch jannati log nikalte hain.</w:t>
      </w:r>
    </w:p>
    <w:p>
      <w:pPr>
        <w:jc w:val="right"/>
      </w:pPr>
      <w:r>
        <w:t>और उसमें से दस-पाँच, दस-पाँच जन्नती लोग निकलते हैं।</w:t>
      </w:r>
    </w:p>
    <w:p>
      <w:r>
        <w:rPr>
          <w:b/>
        </w:rPr>
        <w:t xml:space="preserve">[33:46] </w:t>
      </w:r>
      <w:r>
        <w:t>to hote-hote jab hamara apna zamana aaya, to mere dimagh mein bilkul ye tha ki ye jo CPS</w:t>
      </w:r>
    </w:p>
    <w:p>
      <w:pPr>
        <w:jc w:val="right"/>
      </w:pPr>
      <w:r>
        <w:t>तो होते-होते जब हमारा अपना ज़माना आया, तो मेरे दिमाग में बिलकुल ये था कि ये जो CPS</w:t>
      </w:r>
    </w:p>
    <w:p>
      <w:r>
        <w:rPr>
          <w:b/>
        </w:rPr>
        <w:t xml:space="preserve">[33:54] </w:t>
      </w:r>
      <w:r>
        <w:t>ka kaam ho raha hai, dawa work, wo dimagh mein tha.</w:t>
      </w:r>
    </w:p>
    <w:p>
      <w:pPr>
        <w:jc w:val="right"/>
      </w:pPr>
      <w:r>
        <w:t>का काम हो रहा है, दावा वर्क, वो दिमाग में था।</w:t>
      </w:r>
    </w:p>
    <w:p>
      <w:r>
        <w:rPr>
          <w:b/>
        </w:rPr>
        <w:t xml:space="preserve">[33:59] </w:t>
      </w:r>
      <w:r>
        <w:t>to jab hamara apna zamana aata hai, CPS ka zamana, to itne zyada usmein matlab itna clear mujhe</w:t>
      </w:r>
    </w:p>
    <w:p>
      <w:pPr>
        <w:jc w:val="right"/>
      </w:pPr>
      <w:r>
        <w:t>तो जब हमारा अपना ज़माना आता है, CPS का ज़माना, तो इतने ज्यादा उसमें मतलब इतना clear मुझे</w:t>
      </w:r>
    </w:p>
    <w:p>
      <w:r>
        <w:rPr>
          <w:b/>
        </w:rPr>
        <w:t xml:space="preserve">[34:06] </w:t>
      </w:r>
      <w:r>
        <w:t>ye dream hai, itne zyada naam highlighted hain, itne zyada highlighted hain ki ab main naam bata nahi</w:t>
      </w:r>
    </w:p>
    <w:p>
      <w:pPr>
        <w:jc w:val="right"/>
      </w:pPr>
      <w:r>
        <w:t>ये dream है, इतने ज्यादा नाम highlighted हैं, इतने ज्यादा highlighted हैं कि अब मैं नाम बता नहीं</w:t>
      </w:r>
    </w:p>
    <w:p>
      <w:r>
        <w:rPr>
          <w:b/>
        </w:rPr>
        <w:t xml:space="preserve">[34:14] </w:t>
      </w:r>
      <w:r>
        <w:t>pa rahi hoon.</w:t>
      </w:r>
    </w:p>
    <w:p>
      <w:pPr>
        <w:jc w:val="right"/>
      </w:pPr>
      <w:r>
        <w:t>पा रही हूँ।</w:t>
      </w:r>
    </w:p>
    <w:p>
      <w:r>
        <w:rPr>
          <w:b/>
        </w:rPr>
        <w:t xml:space="preserve">[34:16] </w:t>
      </w:r>
      <w:r>
        <w:t>itne zyada hain.</w:t>
      </w:r>
    </w:p>
    <w:p>
      <w:pPr>
        <w:jc w:val="right"/>
      </w:pPr>
      <w:r>
        <w:t>इतने ज्यादा हैं।</w:t>
      </w:r>
    </w:p>
    <w:p>
      <w:r>
        <w:rPr>
          <w:b/>
        </w:rPr>
        <w:t xml:space="preserve">[34:17] </w:t>
      </w:r>
      <w:r>
        <w:t>phir maine image bhi dekhi ki jaise bahut sare log nikal kar ke bahar aate hain kisi sawari se,</w:t>
      </w:r>
    </w:p>
    <w:p>
      <w:pPr>
        <w:jc w:val="right"/>
      </w:pPr>
      <w:r>
        <w:t>फिर मैंने image भी देखी कि जैसे बहुत सारे लोग निकल करके बाहर आते हैं किसी सवारी से,</w:t>
      </w:r>
    </w:p>
    <w:p>
      <w:r>
        <w:rPr>
          <w:b/>
        </w:rPr>
        <w:t xml:space="preserve">[34:25] </w:t>
      </w:r>
      <w:r>
        <w:t>bahut sare log ke, jinko aadmi gin nahi sakta.</w:t>
      </w:r>
    </w:p>
    <w:p>
      <w:pPr>
        <w:jc w:val="right"/>
      </w:pPr>
      <w:r>
        <w:t>बहुत सारे लोग के, जिनको आदमी गिन नहीं सकता।</w:t>
      </w:r>
    </w:p>
    <w:p>
      <w:r>
        <w:rPr>
          <w:b/>
        </w:rPr>
        <w:t xml:space="preserve">[34:29] </w:t>
      </w:r>
      <w:r>
        <w:t>to is tarah se bahut sare log nikle hain.</w:t>
      </w:r>
    </w:p>
    <w:p>
      <w:pPr>
        <w:jc w:val="right"/>
      </w:pPr>
      <w:r>
        <w:t>तो इस तरीके से बहुत सारे लोग निकले हैं।</w:t>
      </w:r>
    </w:p>
    <w:p>
      <w:r>
        <w:rPr>
          <w:b/>
        </w:rPr>
        <w:t xml:space="preserve">[34:33] </w:t>
      </w:r>
      <w:r>
        <w:t>aur main keh rahi hoon ki sab jannati log hain.</w:t>
      </w:r>
    </w:p>
    <w:p>
      <w:pPr>
        <w:jc w:val="right"/>
      </w:pPr>
      <w:r>
        <w:t>और मैं कह रही हूँ कि सब जन्नती लोग हैं।</w:t>
      </w:r>
    </w:p>
    <w:p>
      <w:r>
        <w:rPr>
          <w:b/>
        </w:rPr>
        <w:t xml:space="preserve">[34:37] </w:t>
      </w:r>
      <w:r>
        <w:t>to mujhe bahut zyada acha laga ki ye log phir usi din subah ko maine ramesh ko bataya</w:t>
      </w:r>
    </w:p>
    <w:p>
      <w:pPr>
        <w:jc w:val="right"/>
      </w:pPr>
      <w:r>
        <w:t>तो मुझे बहुत ज्यादा अच्छा लगा कि ये लोग फिर उसी दिन सुबह को मैंने रामेश को बताया</w:t>
      </w:r>
    </w:p>
    <w:p>
      <w:r>
        <w:rPr>
          <w:b/>
        </w:rPr>
        <w:t xml:space="preserve">[34:45] </w:t>
      </w:r>
      <w:r>
        <w:t>ki maine ye khwab dekha.</w:t>
      </w:r>
    </w:p>
    <w:p>
      <w:pPr>
        <w:jc w:val="right"/>
      </w:pPr>
      <w:r>
        <w:t>कि मैंने ये ख्वाब देखा।</w:t>
      </w:r>
    </w:p>
    <w:p>
      <w:r>
        <w:rPr>
          <w:b/>
        </w:rPr>
        <w:t xml:space="preserve">[34:47] </w:t>
      </w:r>
      <w:r>
        <w:t>to ramesh ne bataya ki hum log do hazar copies Quran ki distribute kar chuke hain ek hi</w:t>
      </w:r>
    </w:p>
    <w:p>
      <w:pPr>
        <w:jc w:val="right"/>
      </w:pPr>
      <w:r>
        <w:t>तो रामेश ने बताया कि हम लोग दो हज़ार copies Quran की distribute कर चुके हैं एक ही</w:t>
      </w:r>
    </w:p>
    <w:p>
      <w:r>
        <w:rPr>
          <w:b/>
        </w:rPr>
        <w:t xml:space="preserve">[34:54] </w:t>
      </w:r>
      <w:r>
        <w:t>din mein.</w:t>
      </w:r>
    </w:p>
    <w:p>
      <w:pPr>
        <w:jc w:val="right"/>
      </w:pPr>
      <w:r>
        <w:t>दिन में।</w:t>
      </w:r>
    </w:p>
    <w:p>
      <w:r>
        <w:rPr>
          <w:b/>
        </w:rPr>
        <w:t xml:space="preserve">[34:56] </w:t>
      </w:r>
      <w:r>
        <w:t>to aap logon ki insha Allah taala ye sab koshishen qubool hongi.</w:t>
      </w:r>
    </w:p>
    <w:p>
      <w:pPr>
        <w:jc w:val="right"/>
      </w:pPr>
      <w:r>
        <w:t>तो आप लोगों की इंशा अल्लाह ताला ये सब कोशिशें क़ुबूल होंगी।</w:t>
      </w:r>
    </w:p>
    <w:p>
      <w:r>
        <w:rPr>
          <w:b/>
        </w:rPr>
        <w:t xml:space="preserve">[35:01] </w:t>
      </w:r>
      <w:r>
        <w:t>aur ye isi liye main ye khwab ko share karna chah rahi thi aap logon se.</w:t>
      </w:r>
    </w:p>
    <w:p>
      <w:pPr>
        <w:jc w:val="right"/>
      </w:pPr>
      <w:r>
        <w:t>और ये इसीलिए मैं ये ख्वाब को share करना चाह रही थी आप लोगों से।</w:t>
      </w:r>
    </w:p>
    <w:p>
      <w:r>
        <w:rPr>
          <w:b/>
        </w:rPr>
        <w:t xml:space="preserve">[35:08] </w:t>
      </w:r>
      <w:r>
        <w:t>Okay, Maulana will now give his closing remarks, and then we will end the session.</w:t>
      </w:r>
    </w:p>
    <w:p>
      <w:pPr>
        <w:jc w:val="right"/>
      </w:pPr>
      <w:r>
        <w:t>Okay, Maulana will now give his closing remarks, and then we will end the session.</w:t>
      </w:r>
    </w:p>
    <w:p>
      <w:r>
        <w:rPr>
          <w:b/>
        </w:rPr>
        <w:t xml:space="preserve">[35:14] </w:t>
      </w:r>
      <w:r>
        <w:t>mujhe bohat hi zyada khushi hui ke mere sathiyon ne khud apne incentive se program banaya aur khud</w:t>
      </w:r>
    </w:p>
    <w:p>
      <w:pPr>
        <w:jc w:val="right"/>
      </w:pPr>
      <w:r>
        <w:t>مجھے بہت ہی زیادہ خوشی ہوئی کہ میرے ساتھیوں نے خود اپنے انسنٹیو سے پروگرام بنایا اور خود</w:t>
      </w:r>
    </w:p>
    <w:p>
      <w:r>
        <w:rPr>
          <w:b/>
        </w:rPr>
        <w:t xml:space="preserve">[35:22] </w:t>
      </w:r>
      <w:r>
        <w:t>apne is incentive se is ko ja kar wahan par execute kiya.</w:t>
      </w:r>
    </w:p>
    <w:p>
      <w:pPr>
        <w:jc w:val="right"/>
      </w:pPr>
      <w:r>
        <w:t>اپنے اس انسنٹیو سے اس کو جا کر وہاں پر ایگزیکیوٹ کیا۔</w:t>
      </w:r>
    </w:p>
    <w:p>
      <w:r>
        <w:rPr>
          <w:b/>
        </w:rPr>
        <w:t xml:space="preserve">[35:27] </w:t>
      </w:r>
      <w:r>
        <w:t>to ye bohat hi zyada khushi ki baat hai ke khud hi khud log sargaram hain, khud hi</w:t>
      </w:r>
    </w:p>
    <w:p>
      <w:pPr>
        <w:jc w:val="right"/>
      </w:pPr>
      <w:r>
        <w:t>تو یہ بہت ہی زیادہ خوشی کی بات ہے کہ خود ہی خود لوگ سرگرم ہیں، خود ہی</w:t>
      </w:r>
    </w:p>
    <w:p>
      <w:r>
        <w:rPr>
          <w:b/>
        </w:rPr>
        <w:t xml:space="preserve">[35:35] </w:t>
      </w:r>
      <w:r>
        <w:t>khud log active hain.</w:t>
      </w:r>
    </w:p>
    <w:p>
      <w:pPr>
        <w:jc w:val="right"/>
      </w:pPr>
      <w:r>
        <w:t>خود لوگ ایکٹیو ہیں۔</w:t>
      </w:r>
    </w:p>
    <w:p>
      <w:r>
        <w:rPr>
          <w:b/>
        </w:rPr>
        <w:t xml:space="preserve">[35:36] </w:t>
      </w:r>
      <w:r>
        <w:t>to mujhe quran ki aik ayat yaad aayi.</w:t>
      </w:r>
    </w:p>
    <w:p>
      <w:pPr>
        <w:jc w:val="right"/>
      </w:pPr>
      <w:r>
        <w:t>تو مجھے قرآن کی ایک آیت یاد آئی۔</w:t>
      </w:r>
    </w:p>
    <w:p>
      <w:r>
        <w:rPr>
          <w:b/>
        </w:rPr>
        <w:t xml:space="preserve">[35:40] </w:t>
      </w:r>
      <w:r>
        <w:t>quran mein hazrat musa ke zamane mein jo yahood the, un ke baray mein hai.</w:t>
      </w:r>
    </w:p>
    <w:p>
      <w:pPr>
        <w:jc w:val="right"/>
      </w:pPr>
      <w:r>
        <w:t>قرآن میں حضرت موسیٰ کے زمانے میں جو یہود تھے، ان کے بارے میں ہے۔</w:t>
      </w:r>
    </w:p>
    <w:p>
      <w:r>
        <w:rPr>
          <w:b/>
        </w:rPr>
        <w:t xml:space="preserve">[35:46] </w:t>
      </w:r>
      <w:r>
        <w:t>to Allah ne kaha tha ke tum dakhil ho jao arz-e-muqaddas mein, bas dakhil ho jao.</w:t>
      </w:r>
    </w:p>
    <w:p>
      <w:pPr>
        <w:jc w:val="right"/>
      </w:pPr>
      <w:r>
        <w:t>تو اللہ نے کہا تھا کہ تم داخل ہو جاؤ ارض مقدس میں، بس داخل ہو جاؤ۔</w:t>
      </w:r>
    </w:p>
    <w:p>
      <w:r>
        <w:rPr>
          <w:b/>
        </w:rPr>
        <w:t xml:space="preserve">[35:53] </w:t>
      </w:r>
      <w:r>
        <w:t>fala takhlatoo fa innakum khaliqoon yaani tum bas, tum ko sirf wahan kharay hona hai, chal padna hai.</w:t>
      </w:r>
    </w:p>
    <w:p>
      <w:pPr>
        <w:jc w:val="right"/>
      </w:pPr>
      <w:r>
        <w:t>فلا تخلطوا فانتم خالقون یعنی تم بس، تم کو صرف وہاں کھڑے ہونا ہے، چل پڑنا ہے۔</w:t>
      </w:r>
    </w:p>
    <w:p>
      <w:r>
        <w:rPr>
          <w:b/>
        </w:rPr>
        <w:t xml:space="preserve">[36:01] </w:t>
      </w:r>
      <w:r>
        <w:t>baqi sara kaam farishtay karein ge.</w:t>
      </w:r>
    </w:p>
    <w:p>
      <w:pPr>
        <w:jc w:val="right"/>
      </w:pPr>
      <w:r>
        <w:t>باقی سارا کام فرشتے کریں گے۔</w:t>
      </w:r>
    </w:p>
    <w:p>
      <w:r>
        <w:rPr>
          <w:b/>
        </w:rPr>
        <w:t xml:space="preserve">[36:03] </w:t>
      </w:r>
      <w:r>
        <w:t>ye bohat ajeeb baat hai ke Allah ka jo kaam hai, waqeatan agar wo Allah ka kaam hai</w:t>
      </w:r>
    </w:p>
    <w:p>
      <w:pPr>
        <w:jc w:val="right"/>
      </w:pPr>
      <w:r>
        <w:t>یہ بہت عجیب بات ہے کہ اللہ کا جو کام ہے، واقعتا اگر وہ اللہ کا کام ہے</w:t>
      </w:r>
    </w:p>
    <w:p>
      <w:r>
        <w:rPr>
          <w:b/>
        </w:rPr>
        <w:t xml:space="preserve">[36:11] </w:t>
      </w:r>
      <w:r>
        <w:t>to is mein aap ko sirf kharay hona hai.</w:t>
      </w:r>
    </w:p>
    <w:p>
      <w:pPr>
        <w:jc w:val="right"/>
      </w:pPr>
      <w:r>
        <w:t>تو اس میں آپ کو صرف کھڑا ہونا ہے۔</w:t>
      </w:r>
    </w:p>
    <w:p>
      <w:r>
        <w:rPr>
          <w:b/>
        </w:rPr>
        <w:t xml:space="preserve">[36:15] </w:t>
      </w:r>
      <w:r>
        <w:t>kharay hote hi aap dekhte hain ke kuch unseen forces hain, wahan par aap ka kaam kar</w:t>
      </w:r>
    </w:p>
    <w:p>
      <w:pPr>
        <w:jc w:val="right"/>
      </w:pPr>
      <w:r>
        <w:t>کھڑا ہوتے ہی آپ دیکھتے ہیں کہ کچھ ان سین فورسز ہیں، وہاں پر آپ کا کام کر</w:t>
      </w:r>
    </w:p>
    <w:p>
      <w:r>
        <w:rPr>
          <w:b/>
        </w:rPr>
        <w:t xml:space="preserve">[36:23] </w:t>
      </w:r>
      <w:r>
        <w:t>rahi hain.</w:t>
      </w:r>
    </w:p>
    <w:p>
      <w:pPr>
        <w:jc w:val="right"/>
      </w:pPr>
      <w:r>
        <w:t>رہی ہیں۔</w:t>
      </w:r>
    </w:p>
    <w:p>
      <w:r>
        <w:rPr>
          <w:b/>
        </w:rPr>
        <w:t xml:space="preserve">[36:24] </w:t>
      </w:r>
      <w:r>
        <w:t>to ye jo quran mein ayat hai, yahood ke reference mein, yahood se murad wo ummat-e-musa ke</w:t>
      </w:r>
    </w:p>
    <w:p>
      <w:pPr>
        <w:jc w:val="right"/>
      </w:pPr>
      <w:r>
        <w:t>تو یہ جو قرآن میں آیت ہے، یہود کے ریفرنس میں، یہود سے مراد وہ امت موسیٰ کے</w:t>
      </w:r>
    </w:p>
    <w:p>
      <w:r>
        <w:rPr>
          <w:b/>
        </w:rPr>
        <w:t xml:space="preserve">[36:32] </w:t>
      </w:r>
      <w:r>
        <w:t>reference mein, to wo hum sab ke liye aik bohat bari khushkhabri hai ke Allah ke kaam mein</w:t>
      </w:r>
    </w:p>
    <w:p>
      <w:pPr>
        <w:jc w:val="right"/>
      </w:pPr>
      <w:r>
        <w:t>ریفرنس میں، تو وہ ہم سب کے لیے ایک بہت بڑی خوشخبری ہے کہ اللہ کے کام میں</w:t>
      </w:r>
    </w:p>
    <w:p>
      <w:r>
        <w:rPr>
          <w:b/>
        </w:rPr>
        <w:t xml:space="preserve">[36:39] </w:t>
      </w:r>
      <w:r>
        <w:t>sirf itna hi hai ke aap kharay ho jao, aap wahan pohnch jao, gate apna aap khul jaye</w:t>
      </w:r>
    </w:p>
    <w:p>
      <w:pPr>
        <w:jc w:val="right"/>
      </w:pPr>
      <w:r>
        <w:t>صرف اتنا ہی ہے کہ آپ کھڑے ہو جائیں، آپ وہاں پہنچ جائیں، گیٹ اپنا آپ کھل جائے</w:t>
      </w:r>
    </w:p>
    <w:p>
      <w:r>
        <w:rPr>
          <w:b/>
        </w:rPr>
        <w:t xml:space="preserve">[36:47] </w:t>
      </w:r>
      <w:r>
        <w:t>ga.</w:t>
      </w:r>
    </w:p>
    <w:p>
      <w:pPr>
        <w:jc w:val="right"/>
      </w:pPr>
      <w:r>
        <w:t>گا۔</w:t>
      </w:r>
    </w:p>
    <w:p>
      <w:r>
        <w:rPr>
          <w:b/>
        </w:rPr>
        <w:t xml:space="preserve">[36:49] </w:t>
      </w:r>
      <w:r>
        <w:t>jis tarah aaj kal ke zamane mein aap jante hain ke aik tareeqa hai ke jo gate se</w:t>
      </w:r>
    </w:p>
    <w:p>
      <w:pPr>
        <w:jc w:val="right"/>
      </w:pPr>
      <w:r>
        <w:t>جس طرح آج کل کے زمانے میں آپ جانتے ہیں کہ ایک طریقہ ہے کہ جو گیٹ سے</w:t>
      </w:r>
    </w:p>
    <w:p>
      <w:r>
        <w:rPr>
          <w:b/>
        </w:rPr>
        <w:t xml:space="preserve">[36:56] </w:t>
      </w:r>
      <w:r>
        <w:t>pehlay jo farsh hota hai, us ke andar aisi technique hoti hai ke wahan qadam aap rakha hai</w:t>
      </w:r>
    </w:p>
    <w:p>
      <w:pPr>
        <w:jc w:val="right"/>
      </w:pPr>
      <w:r>
        <w:t>پہلے جو فرش ہوتا ہے، اس کے اندر ایسی ٹیکنیک ہوتی ہے کہ وہاں قدم آپ رکھا ہے</w:t>
      </w:r>
    </w:p>
    <w:p>
      <w:r>
        <w:rPr>
          <w:b/>
        </w:rPr>
        <w:t xml:space="preserve">[37:04] </w:t>
      </w:r>
      <w:r>
        <w:t>to darwaza khulta chala jata hai.</w:t>
      </w:r>
    </w:p>
    <w:p>
      <w:pPr>
        <w:jc w:val="right"/>
      </w:pPr>
      <w:r>
        <w:t>تو دروازہ کھلتا چلا جاتا ہے۔</w:t>
      </w:r>
    </w:p>
    <w:p>
      <w:r>
        <w:rPr>
          <w:b/>
        </w:rPr>
        <w:t xml:space="preserve">[37:07] </w:t>
      </w:r>
      <w:r>
        <w:t>to wahi haal hai ke aap gate ke paas pohnchen ge ke darwaza khul jaye.</w:t>
      </w:r>
    </w:p>
    <w:p>
      <w:pPr>
        <w:jc w:val="right"/>
      </w:pPr>
      <w:r>
        <w:t>تو وہی حال ہے کہ آپ گیٹ کے پاس پہنچیں گے کہ دروازہ کھل جائے۔</w:t>
      </w:r>
    </w:p>
    <w:p>
      <w:r>
        <w:rPr>
          <w:b/>
        </w:rPr>
        <w:t xml:space="preserve">[37:13] </w:t>
      </w:r>
      <w:r>
        <w:t>to main sirf dua kar sakta hoon ke Allah ta'ala mujh ko bhi aap ke is kaam mein</w:t>
      </w:r>
    </w:p>
    <w:p>
      <w:pPr>
        <w:jc w:val="right"/>
      </w:pPr>
      <w:r>
        <w:t>تو میں صرف دعا کر سکتا ہوں کہ اللہ تعالیٰ مجھ کو بھی آپ کے اس کام میں</w:t>
      </w:r>
    </w:p>
    <w:p>
      <w:r>
        <w:rPr>
          <w:b/>
        </w:rPr>
        <w:t xml:space="preserve">[37:21] </w:t>
      </w:r>
      <w:r>
        <w:t>shareek kare aur is kaam ko aagay barhaye, aagay barhaye, aagay barhaye, yahan tak ke ye kaam global</w:t>
      </w:r>
    </w:p>
    <w:p>
      <w:pPr>
        <w:jc w:val="right"/>
      </w:pPr>
      <w:r>
        <w:t>شریک کرے اور اس کام کو آگے بڑھائے، آگے بڑھائے، آگے بڑھائے، یہاں تک کہ یہ کام گلوبل</w:t>
      </w:r>
    </w:p>
    <w:p>
      <w:r>
        <w:rPr>
          <w:b/>
        </w:rPr>
        <w:t xml:space="preserve">[37:29] </w:t>
      </w:r>
      <w:r>
        <w:t>level phel jaye.</w:t>
      </w:r>
    </w:p>
    <w:p>
      <w:pPr>
        <w:jc w:val="right"/>
      </w:pPr>
      <w:r>
        <w:t>لیول پھیل جائے۔</w:t>
      </w:r>
    </w:p>
    <w:p>
      <w:r>
        <w:rPr>
          <w:b/>
        </w:rPr>
        <w:t xml:space="preserve">[37:30] </w:t>
      </w:r>
      <w:r>
        <w:t>aur is ke nateejay mein hum sab ko Allah jannat mein dakhil karay۔</w:t>
      </w:r>
    </w:p>
    <w:p>
      <w:pPr>
        <w:jc w:val="right"/>
      </w:pPr>
      <w:r>
        <w:t>اور اس کے نتیجے میں ہم سب کو اللہ جنت میں داخل کرے۔</w:t>
      </w:r>
    </w:p>
    <w:p>
      <w:r>
        <w:rPr>
          <w:b/>
        </w:rPr>
        <w:t xml:space="preserve">[37:36] </w:t>
      </w:r>
      <w:r>
        <w:t>mein boorha ho gaya hoon aur is din ka intezar kar raha hoon jab hashar ke maidan mein</w:t>
      </w:r>
    </w:p>
    <w:p>
      <w:pPr>
        <w:jc w:val="right"/>
      </w:pPr>
      <w:r>
        <w:t>میں بوڑھا ہو گیا ہوں اور اس دن کا انتظار کر رہا ہوں جب حشر کے میدان میں</w:t>
      </w:r>
    </w:p>
    <w:p>
      <w:r>
        <w:rPr>
          <w:b/>
        </w:rPr>
        <w:t xml:space="preserve">[37:43] </w:t>
      </w:r>
      <w:r>
        <w:t>log ikattha hon gay, saaray log۔</w:t>
      </w:r>
    </w:p>
    <w:p>
      <w:pPr>
        <w:jc w:val="right"/>
      </w:pPr>
      <w:r>
        <w:t>لوگ اکٹھا ہوں گے، سارے لوگ۔</w:t>
      </w:r>
    </w:p>
    <w:p>
      <w:r>
        <w:rPr>
          <w:b/>
        </w:rPr>
        <w:t xml:space="preserve">[37:46] </w:t>
      </w:r>
      <w:r>
        <w:t>to mujhe umeed hai ke Allah ka aik farishtah wahan awaz day ga۔</w:t>
      </w:r>
    </w:p>
    <w:p>
      <w:pPr>
        <w:jc w:val="right"/>
      </w:pPr>
      <w:r>
        <w:t>تو مجھے امید ہے کہ اللہ کا ایک فرشتہ وہاں آواز دے گا۔</w:t>
      </w:r>
    </w:p>
    <w:p>
      <w:r>
        <w:rPr>
          <w:b/>
        </w:rPr>
        <w:t xml:space="preserve">[37:51] </w:t>
      </w:r>
      <w:r>
        <w:t>Allah ka aik farishtah, Allah ke hukum se awaz day ga ke kahan hai CPS ke</w:t>
      </w:r>
    </w:p>
    <w:p>
      <w:pPr>
        <w:jc w:val="right"/>
      </w:pPr>
      <w:r>
        <w:t>اللہ کا ایک فرشتہ، اللہ کے حکم سے آواز دے گا کہ کہاں ہے سی پی ایس کے</w:t>
      </w:r>
    </w:p>
    <w:p>
      <w:r>
        <w:rPr>
          <w:b/>
        </w:rPr>
        <w:t xml:space="preserve">[37:59] </w:t>
      </w:r>
      <w:r>
        <w:t>log? woh aagaya hai, un ke liye aisi shart, gate jannat ka khol diya gaya hai aur sab</w:t>
      </w:r>
    </w:p>
    <w:p>
      <w:pPr>
        <w:jc w:val="right"/>
      </w:pPr>
      <w:r>
        <w:t>لوگ؟ وہ آگیا ہے، ان کے لیے ایسی شرط، گیٹ جنت کا کھول دیا گیا ہے اور سب</w:t>
      </w:r>
    </w:p>
    <w:p>
      <w:r>
        <w:rPr>
          <w:b/>
        </w:rPr>
        <w:t xml:space="preserve">[38:07] </w:t>
      </w:r>
      <w:r>
        <w:t>log is mein crowd kar ke dakhil ho jayen۔</w:t>
      </w:r>
    </w:p>
    <w:p>
      <w:pPr>
        <w:jc w:val="right"/>
      </w:pPr>
      <w:r>
        <w:t>لوگ اس میں کراؤڈ کر کے داخل ہو جائیں۔</w:t>
      </w:r>
    </w:p>
    <w:p>
      <w:r>
        <w:rPr>
          <w:b/>
        </w:rPr>
        <w:t xml:space="preserve">[38:11] </w:t>
      </w:r>
      <w:r>
        <w:t>hum sab ka jo asal goal hai, woh sirf aik hai aur woh hai jannat, Allah ka kaam</w:t>
      </w:r>
    </w:p>
    <w:p>
      <w:pPr>
        <w:jc w:val="right"/>
      </w:pPr>
      <w:r>
        <w:t>ہم سب کا جو اصل گول ہے، وہ صرف ایک ہے اور وہ ہے جنت، اللہ کا کام</w:t>
      </w:r>
    </w:p>
    <w:p>
      <w:r>
        <w:rPr>
          <w:b/>
        </w:rPr>
        <w:t xml:space="preserve">[38:18] </w:t>
      </w:r>
      <w:r>
        <w:t>karna aur Allah ki jannat mein dakhil ho jana۔</w:t>
      </w:r>
    </w:p>
    <w:p>
      <w:pPr>
        <w:jc w:val="right"/>
      </w:pPr>
      <w:r>
        <w:t>کرنا اور اللہ کی جنت میں داخل ہو جانا۔</w:t>
      </w:r>
    </w:p>
    <w:p>
      <w:r>
        <w:rPr>
          <w:b/>
        </w:rPr>
        <w:t xml:space="preserve">[38:22] </w:t>
      </w:r>
      <w:r>
        <w:t>bas yahi goal hai hamara۔</w:t>
      </w:r>
    </w:p>
    <w:p>
      <w:pPr>
        <w:jc w:val="right"/>
      </w:pPr>
      <w:r>
        <w:t>بس یہی گول ہے ہمارا۔</w:t>
      </w:r>
    </w:p>
    <w:p>
      <w:r>
        <w:rPr>
          <w:b/>
        </w:rPr>
        <w:t xml:space="preserve">[38:24] </w:t>
      </w:r>
      <w:r>
        <w:t>to mein dua karta hoon ke Allah taala mujh ko aur aap ko is kaam ke liye qabool</w:t>
      </w:r>
    </w:p>
    <w:p>
      <w:pPr>
        <w:jc w:val="right"/>
      </w:pPr>
      <w:r>
        <w:t>تو میں دعا کرتا ہوں کہ اللہ تعالیٰ مجھ کو اور آپ کو اس کام کے لیے قبول</w:t>
      </w:r>
    </w:p>
    <w:p>
      <w:r>
        <w:rPr>
          <w:b/>
        </w:rPr>
        <w:t xml:space="preserve">[38:32] </w:t>
      </w:r>
      <w:r>
        <w:t>farmaye, dunya mein hum se woh kaam le le jo uska, uski pasand ka kaam hai۔</w:t>
      </w:r>
    </w:p>
    <w:p>
      <w:pPr>
        <w:jc w:val="right"/>
      </w:pPr>
      <w:r>
        <w:t>فرمائے، دنیا میں ہم سے وہ کام لے لے جو اس کا، اس کی پسند کا کام ہے۔</w:t>
      </w:r>
    </w:p>
    <w:p>
      <w:r>
        <w:rPr>
          <w:b/>
        </w:rPr>
        <w:t xml:space="preserve">[38:40] </w:t>
      </w:r>
      <w:r>
        <w:t>aur akhirat mein hamein apni rehmaton se, apni blessing se, apne inaam se nawazay۔</w:t>
      </w:r>
    </w:p>
    <w:p>
      <w:pPr>
        <w:jc w:val="right"/>
      </w:pPr>
      <w:r>
        <w:t>اور آخرت میں ہمیں اپنی رحمتوں سے، اپنی بلیسنگ سے، اپنے انعام سے نوازے۔</w:t>
      </w:r>
    </w:p>
    <w:p>
      <w:r>
        <w:rPr>
          <w:b/>
        </w:rPr>
        <w:t xml:space="preserve">[38:46] </w:t>
      </w:r>
      <w:r>
        <w:t>yehi dua ke sath mein apni baat ko khatam karta hoon۔</w:t>
      </w:r>
    </w:p>
    <w:p>
      <w:pPr>
        <w:jc w:val="right"/>
      </w:pPr>
      <w:r>
        <w:t>یہی دعا کے ساتھ میں اپنی بات کو ختم کرتا ہوں۔</w:t>
      </w:r>
    </w:p>
    <w:p>
      <w:r>
        <w:rPr>
          <w:b/>
        </w:rPr>
        <w:t xml:space="preserve">[38:51] </w:t>
      </w:r>
      <w:r>
        <w:t>aqool qooli haaza wastaghfirullaha li walakum ajmaeen.</w:t>
      </w:r>
    </w:p>
    <w:p>
      <w:pPr>
        <w:jc w:val="right"/>
      </w:pPr>
      <w:r>
        <w:t>أقول قولي هذا واستغفراللہ لی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