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Principles of Revolution I 14th May 07</w:t>
      </w:r>
    </w:p>
    <w:p>
      <w:r>
        <w:t>https://www.youtube.com/watch?v=KmvPF8CEVxg</w:t>
      </w:r>
    </w:p>
    <w:p>
      <w:r>
        <w:rPr>
          <w:b/>
        </w:rPr>
        <w:t xml:space="preserve">[00:06] </w:t>
      </w:r>
      <w:r>
        <w:t>bismillah rahman rahim, wasallallahu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[00:15] </w:t>
      </w:r>
      <w:r>
        <w:t>rabishrah li sadri, wayassir li amri, wahalil uqdata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[00:25] </w:t>
      </w:r>
      <w:r>
        <w:t>bismillah rahman rahim, wasallallahu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[00:34] </w:t>
      </w:r>
      <w:r>
        <w:t>rabishrah li sadri, wayassir li amri, wahalil uqdata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[00:44] </w:t>
      </w:r>
      <w:r>
        <w:t>The theme for the present talk is the principles of revolution.</w:t>
      </w:r>
    </w:p>
    <w:p>
      <w:pPr>
        <w:jc w:val="right"/>
      </w:pPr>
      <w:r>
        <w:t>دا تھیم فار دی پریزنٹ ٹاک از دا پرنسپلز آف ریولوشن۔</w:t>
      </w:r>
    </w:p>
    <w:p>
      <w:r>
        <w:rPr>
          <w:b/>
        </w:rPr>
        <w:t xml:space="preserve">[00:53] </w:t>
      </w:r>
      <w:r>
        <w:t>Historians generally maintain that all the revolutions failed.</w:t>
      </w:r>
    </w:p>
    <w:p>
      <w:pPr>
        <w:jc w:val="right"/>
      </w:pPr>
      <w:r>
        <w:t>ہسٹورینز جنرلی مینٹین دیٹ آل دا ریولوشنز فیلڈ۔</w:t>
      </w:r>
    </w:p>
    <w:p>
      <w:r>
        <w:rPr>
          <w:b/>
        </w:rPr>
        <w:t xml:space="preserve">[01:03] </w:t>
      </w:r>
      <w:r>
        <w:t>One Western scholar has rightly said that all the revolutions were co.</w:t>
      </w:r>
    </w:p>
    <w:p>
      <w:pPr>
        <w:jc w:val="right"/>
      </w:pPr>
      <w:r>
        <w:t>ون ویسٹرن سکالر ہیز رائٹلی سیڈ دیٹ آل دا ریولوشنز ویر کو۔</w:t>
      </w:r>
    </w:p>
    <w:p>
      <w:r>
        <w:rPr>
          <w:b/>
        </w:rPr>
        <w:t xml:space="preserve">[01:13] </w:t>
      </w:r>
      <w:r>
        <w:t>C.O.U.P.</w:t>
      </w:r>
    </w:p>
    <w:p>
      <w:pPr>
        <w:jc w:val="right"/>
      </w:pPr>
      <w:r>
        <w:t>سی او یو پی۔</w:t>
      </w:r>
    </w:p>
    <w:p>
      <w:r>
        <w:rPr>
          <w:b/>
        </w:rPr>
        <w:t xml:space="preserve">[01:22] </w:t>
      </w:r>
      <w:r>
        <w:t>All the revolutions were co-rather than revolution.</w:t>
      </w:r>
    </w:p>
    <w:p>
      <w:pPr>
        <w:jc w:val="right"/>
      </w:pPr>
      <w:r>
        <w:t>آل دا ریولوشنز ویر کو رادر دین ریولوشن۔</w:t>
      </w:r>
    </w:p>
    <w:p>
      <w:r>
        <w:rPr>
          <w:b/>
        </w:rPr>
        <w:t xml:space="preserve">[01:32] </w:t>
      </w:r>
      <w:r>
        <w:t>It means that those reformers and thinkers and leaders who bring about revolution, who struggle for some revolutions,</w:t>
      </w:r>
    </w:p>
    <w:p>
      <w:pPr>
        <w:jc w:val="right"/>
      </w:pPr>
      <w:r>
        <w:t>اٹ مینز دیٹ دوز ریفارمرز اینڈ تھنکرز اینڈ لیڈرز ہو برنگ اباؤٹ ریولوشن، ہو سٹرگل فار سم ریولوشنز،</w:t>
      </w:r>
    </w:p>
    <w:p>
      <w:r>
        <w:rPr>
          <w:b/>
        </w:rPr>
        <w:t xml:space="preserve">[01:41] </w:t>
      </w:r>
      <w:r>
        <w:t>They were successful in co-existence and not in revolution.</w:t>
      </w:r>
    </w:p>
    <w:p>
      <w:pPr>
        <w:jc w:val="right"/>
      </w:pPr>
      <w:r>
        <w:t>دے ویر سکسیس فل ان کو اینڈ ناٹ ان ریولوشن۔</w:t>
      </w:r>
    </w:p>
    <w:p>
      <w:r>
        <w:rPr>
          <w:b/>
        </w:rPr>
        <w:t xml:space="preserve">[01:51] </w:t>
      </w:r>
      <w:r>
        <w:t>Revolution means, what is the difference between revolution and coup? Coup means sudden change, but revolution means complete change.</w:t>
      </w:r>
    </w:p>
    <w:p>
      <w:pPr>
        <w:jc w:val="right"/>
      </w:pPr>
      <w:r>
        <w:t>ریولوشن مینز، واٹ از دا ڈیفرنس بٹوین ریولوشن اینڈ کو؟ کو مینز سڈن چینج، بٹ ریولوشن مینز کمپلیٹ چینج۔</w:t>
      </w:r>
    </w:p>
    <w:p>
      <w:r>
        <w:rPr>
          <w:b/>
        </w:rPr>
        <w:t xml:space="preserve">[02:01] </w:t>
      </w:r>
      <w:r>
        <w:t>When there is a change in government, in rulers, without change in society, that is co.</w:t>
      </w:r>
    </w:p>
    <w:p>
      <w:pPr>
        <w:jc w:val="right"/>
      </w:pPr>
      <w:r>
        <w:t>وین دیر از اے چینج ان گورنمنٹ، ان رولرز، وداؤٹ چینج ان سوسائٹی، دیٹ از کو۔</w:t>
      </w:r>
    </w:p>
    <w:p>
      <w:r>
        <w:rPr>
          <w:b/>
        </w:rPr>
        <w:t xml:space="preserve">[02:10] </w:t>
      </w:r>
      <w:r>
        <w:t>And when there is a complete change in politics, in society, in all walk of life, then it is revolution.</w:t>
      </w:r>
    </w:p>
    <w:p>
      <w:pPr>
        <w:jc w:val="right"/>
      </w:pPr>
      <w:r>
        <w:t>اینڈ وین دیر از اے کمپلیٹ چینج ان پولیٹکس، ان سوسائٹی، ان آل واک آف لائف، دین اٹ از ریولوشن۔</w:t>
      </w:r>
    </w:p>
    <w:p>
      <w:r>
        <w:rPr>
          <w:b/>
        </w:rPr>
        <w:t xml:space="preserve">[02:20] </w:t>
      </w:r>
      <w:r>
        <w:t>So all those leaders were successful in ko, but not in revolution.</w:t>
      </w:r>
    </w:p>
    <w:p>
      <w:pPr>
        <w:jc w:val="right"/>
      </w:pPr>
      <w:r>
        <w:t>سو آل دوز لیڈرز ویر سکسیس فل ان کو، بٹ ناٹ ان ریولوشن۔</w:t>
      </w:r>
    </w:p>
    <w:p>
      <w:r>
        <w:rPr>
          <w:b/>
        </w:rPr>
        <w:t xml:space="preserve">[02:29] </w:t>
      </w:r>
      <w:r>
        <w:t>This is the aside aspect of the history of revolution.</w:t>
      </w:r>
    </w:p>
    <w:p>
      <w:pPr>
        <w:jc w:val="right"/>
      </w:pPr>
      <w:r>
        <w:t>دس از دا اسائیڈ اسپیکٹ آف دا ہسٹری آف ریولوشن۔</w:t>
      </w:r>
    </w:p>
    <w:p>
      <w:r>
        <w:rPr>
          <w:b/>
        </w:rPr>
        <w:t xml:space="preserve">[02:39] </w:t>
      </w:r>
      <w:r>
        <w:t>Now, there is only one exception in this rule, that is Islamic revolution of the early period of seventh century.</w:t>
      </w:r>
    </w:p>
    <w:p>
      <w:pPr>
        <w:jc w:val="right"/>
      </w:pPr>
      <w:r>
        <w:t>ناؤ، دیر از اونلی ون ایکسیپشن ان دس رول، دیٹ از اسلامک ریولوشن آف دا ارلی پیریڈ آف سیون سینچری۔</w:t>
      </w:r>
    </w:p>
    <w:p>
      <w:r>
        <w:rPr>
          <w:b/>
        </w:rPr>
        <w:t xml:space="preserve">[02:49] </w:t>
      </w:r>
      <w:r>
        <w:t>Almost all the historians have accepted that Islamic revolution was a complete revolution, it not simply a coup.</w:t>
      </w:r>
    </w:p>
    <w:p>
      <w:pPr>
        <w:jc w:val="right"/>
      </w:pPr>
      <w:r>
        <w:t>الموسٹ آل دی ہسٹورینز ہیو ایکسیپٹڈ دیٹ اسلامک ریولوشن واز اے کمپلیٹ ریولوشن، اٹ ناٹ سمپلی اے کو۔</w:t>
      </w:r>
    </w:p>
    <w:p>
      <w:r>
        <w:rPr>
          <w:b/>
        </w:rPr>
        <w:t xml:space="preserve">[02:58] </w:t>
      </w:r>
      <w:r>
        <w:t>For example, this is the historical role of Islam, compiled by a Bengali scholar, M.N. Roy.</w:t>
      </w:r>
    </w:p>
    <w:p>
      <w:pPr>
        <w:jc w:val="right"/>
      </w:pPr>
      <w:r>
        <w:t>فار ایگزامپل، دس از دا ہسٹاریکل رول آف اسلام، کمپائلڈ بائی اے بنگالی سکالر، ایم این روئے۔</w:t>
      </w:r>
    </w:p>
    <w:p>
      <w:r>
        <w:rPr>
          <w:b/>
        </w:rPr>
        <w:t xml:space="preserve">[03:08] </w:t>
      </w:r>
      <w:r>
        <w:t>M.N. Roy.</w:t>
      </w:r>
    </w:p>
    <w:p>
      <w:pPr>
        <w:jc w:val="right"/>
      </w:pPr>
      <w:r>
        <w:t>ایم این روئے۔</w:t>
      </w:r>
    </w:p>
    <w:p>
      <w:r>
        <w:rPr>
          <w:b/>
        </w:rPr>
        <w:t xml:space="preserve">[03:17] </w:t>
      </w:r>
      <w:r>
        <w:t>in this book, The Historical Role of Islam.</w:t>
      </w:r>
    </w:p>
    <w:p>
      <w:pPr>
        <w:jc w:val="right"/>
      </w:pPr>
      <w:r>
        <w:t>ان دس بک، دا ہسٹاریکل رول آف اسلام۔</w:t>
      </w:r>
    </w:p>
    <w:p>
      <w:r>
        <w:rPr>
          <w:b/>
        </w:rPr>
        <w:t xml:space="preserve">[03:27] </w:t>
      </w:r>
      <w:r>
        <w:t>In this book, M.N. Roy clearly maintains that, that the Islamic revolution was the most miraculous of all miracles.</w:t>
      </w:r>
    </w:p>
    <w:p>
      <w:pPr>
        <w:jc w:val="right"/>
      </w:pPr>
      <w:r>
        <w:t>ان دس بک، ایم این روئے کلیئرلی مینٹینز دیٹ، دیٹ دا اسلامک ریولوشن واز دا موسٹ میریکولس آف آل میریکلز۔</w:t>
      </w:r>
    </w:p>
    <w:p>
      <w:r>
        <w:rPr>
          <w:b/>
        </w:rPr>
        <w:t xml:space="preserve">[03:37] </w:t>
      </w:r>
      <w:r>
        <w:t>Islamic Revolution was the most miraculous of all miracles.</w:t>
      </w:r>
    </w:p>
    <w:p>
      <w:pPr>
        <w:jc w:val="right"/>
      </w:pPr>
      <w:r>
        <w:t>اسلامک ریولوشن واز دا موسٹ میریکولس آف آل میریکلز۔</w:t>
      </w:r>
    </w:p>
    <w:p>
      <w:r>
        <w:rPr>
          <w:b/>
        </w:rPr>
        <w:t xml:space="preserve">[03:46] </w:t>
      </w:r>
      <w:r>
        <w:t>It is not only B. N. Roy, but almost all the historians have accepted this fact.</w:t>
      </w:r>
    </w:p>
    <w:p>
      <w:pPr>
        <w:jc w:val="right"/>
      </w:pPr>
      <w:r>
        <w:t>اٹ از ناٹ اونلی بی این روئے، بٹ الموسٹ آل دی ہسٹورینز ہیو ایکسیپٹڈ دس فیکٹ۔</w:t>
      </w:r>
    </w:p>
    <w:p>
      <w:r>
        <w:rPr>
          <w:b/>
        </w:rPr>
        <w:t xml:space="preserve">[03:56] </w:t>
      </w:r>
      <w:r>
        <w:t>For example, Swami Vivekananda, one of the great scholars of India, he has observed that if ever any</w:t>
      </w:r>
    </w:p>
    <w:p>
      <w:pPr>
        <w:jc w:val="right"/>
      </w:pPr>
      <w:r>
        <w:t>فار ایگزامپل، سوامی وویکانند، ون آف دا گریٹ سکالرز آف انڈیا، ہی ہیز ابزروڈ دیٹ اف ایور اینی</w:t>
      </w:r>
    </w:p>
    <w:p>
      <w:r>
        <w:rPr>
          <w:b/>
        </w:rPr>
        <w:t xml:space="preserve">[04:05] </w:t>
      </w:r>
      <w:r>
        <w:t>Religion approached to this equality, it is Islam and Islam alone.</w:t>
      </w:r>
    </w:p>
    <w:p>
      <w:pPr>
        <w:jc w:val="right"/>
      </w:pPr>
      <w:r>
        <w:t>ریلیجن اپروچڈ ٹو دس ایکولٹی، اٹ از اسلام اینڈ اسلام الون۔</w:t>
      </w:r>
    </w:p>
    <w:p>
      <w:r>
        <w:rPr>
          <w:b/>
        </w:rPr>
        <w:t xml:space="preserve">[04:15] </w:t>
      </w:r>
      <w:r>
        <w:t>مہاتما گاندھی has said in one of his articles addressing to Congressi leaders, that you have to follow</w:t>
      </w:r>
    </w:p>
    <w:p>
      <w:pPr>
        <w:jc w:val="right"/>
      </w:pPr>
      <w:r>
        <w:t>مہاتما گاندھی ہیز سیڈ ان ون آف ہز آرٹیکلز ایڈریسنگ ٹو کانگریسی لیڈرز، دیٹ یو ہیو ٹو فالو</w:t>
      </w:r>
    </w:p>
    <w:p>
      <w:r>
        <w:rPr>
          <w:b/>
        </w:rPr>
        <w:t xml:space="preserve">[04:24] </w:t>
      </w:r>
      <w:r>
        <w:t>Abu Bakr and Umar.</w:t>
      </w:r>
    </w:p>
    <w:p>
      <w:pPr>
        <w:jc w:val="right"/>
      </w:pPr>
      <w:r>
        <w:t>ابوبکر اینڈ عمر۔</w:t>
      </w:r>
    </w:p>
    <w:p>
      <w:r>
        <w:rPr>
          <w:b/>
        </w:rPr>
        <w:t xml:space="preserve">[04:34] </w:t>
      </w:r>
      <w:r>
        <w:t>The way, you know, Abu Bakar, Umar were Khalifa.</w:t>
      </w:r>
    </w:p>
    <w:p>
      <w:pPr>
        <w:jc w:val="right"/>
      </w:pPr>
      <w:r>
        <w:t>دے ویر، یو نو، ابوبکر عمر وار خلیفہ۔</w:t>
      </w:r>
    </w:p>
    <w:p>
      <w:r>
        <w:rPr>
          <w:b/>
        </w:rPr>
        <w:t xml:space="preserve">[04:44] </w:t>
      </w:r>
      <w:r>
        <w:t>First Caliph was Abu Bakr, second Caliph was Umar, after the Prophet of Islam.</w:t>
      </w:r>
    </w:p>
    <w:p>
      <w:pPr>
        <w:jc w:val="right"/>
      </w:pPr>
      <w:r>
        <w:t>فرسٹ خلیفہ واز ابوبکر، سیکنڈ خلیفہ واز عمر، افٹر دی پرافٹ آف اسلام۔</w:t>
      </w:r>
    </w:p>
    <w:p>
      <w:r>
        <w:rPr>
          <w:b/>
        </w:rPr>
        <w:t xml:space="preserve">[04:53] </w:t>
      </w:r>
      <w:r>
        <w:t>So he refers to Abu Bakar and Umar and said, they were masters of vast empire, but they lived</w:t>
      </w:r>
    </w:p>
    <w:p>
      <w:pPr>
        <w:jc w:val="right"/>
      </w:pPr>
      <w:r>
        <w:t>سو ہی ریفرز ٹو ابوبکر اینڈ عمر اینڈ سیڈ، دے ویر ماسٹرز آف واسٹ ایمپائر، بٹ دے لیوڈ</w:t>
      </w:r>
    </w:p>
    <w:p>
      <w:r>
        <w:rPr>
          <w:b/>
        </w:rPr>
        <w:t xml:space="preserve">[05:03] </w:t>
      </w:r>
      <w:r>
        <w:t>A life of purpose.</w:t>
      </w:r>
    </w:p>
    <w:p>
      <w:pPr>
        <w:jc w:val="right"/>
      </w:pPr>
      <w:r>
        <w:t>اے لائف آف پاپرز۔</w:t>
      </w:r>
    </w:p>
    <w:p>
      <w:r>
        <w:rPr>
          <w:b/>
        </w:rPr>
        <w:t xml:space="preserve">[05:12] </w:t>
      </w:r>
      <w:r>
        <w:t>So is the case of all scholars.</w:t>
      </w:r>
    </w:p>
    <w:p>
      <w:pPr>
        <w:jc w:val="right"/>
      </w:pPr>
      <w:r>
        <w:t>سو از دا کیس آف آل سکالرز۔</w:t>
      </w:r>
    </w:p>
    <w:p>
      <w:r>
        <w:rPr>
          <w:b/>
        </w:rPr>
        <w:t xml:space="preserve">[05:22] </w:t>
      </w:r>
      <w:r>
        <w:t>You know, American scholar Dr. Michael Hart has published a book, The Hundred.</w:t>
      </w:r>
    </w:p>
    <w:p>
      <w:pPr>
        <w:jc w:val="right"/>
      </w:pPr>
      <w:r>
        <w:t>یو نو، امریکن سکالر ڈاکٹر مائیکل ہارٹ ہیز پبلشڈ اے بک، دا ہنڈرڈ۔</w:t>
      </w:r>
    </w:p>
    <w:p>
      <w:r>
        <w:rPr>
          <w:b/>
        </w:rPr>
        <w:t xml:space="preserve">[05:32] </w:t>
      </w:r>
      <w:r>
        <w:t>In this book, he says that Muhammad was supremely successful person in the history, in both the</w:t>
      </w:r>
    </w:p>
    <w:p>
      <w:pPr>
        <w:jc w:val="right"/>
      </w:pPr>
      <w:r>
        <w:t>ان دس بک، ہی سیز دیٹ محمد واز سپریملی سکسیس فل پرسن ان دا ہسٹری، ان بوتھ دا</w:t>
      </w:r>
    </w:p>
    <w:p>
      <w:r>
        <w:rPr>
          <w:b/>
        </w:rPr>
        <w:t xml:space="preserve">[05:41] </w:t>
      </w:r>
      <w:r>
        <w:t>secular and dangerous levels.</w:t>
      </w:r>
    </w:p>
    <w:p>
      <w:pPr>
        <w:jc w:val="right"/>
      </w:pPr>
      <w:r>
        <w:t>سیکولر اینڈ ڈینجرس لیولز۔</w:t>
      </w:r>
    </w:p>
    <w:p>
      <w:r>
        <w:rPr>
          <w:b/>
        </w:rPr>
        <w:t xml:space="preserve">[05:51] </w:t>
      </w:r>
      <w:r>
        <w:t>These are only few quotations from the vast literature.</w:t>
      </w:r>
    </w:p>
    <w:p>
      <w:pPr>
        <w:jc w:val="right"/>
      </w:pPr>
      <w:r>
        <w:t>دیز ار اونلی فیو کوٹیشنز فرام دا واسٹ لٹریچر۔</w:t>
      </w:r>
    </w:p>
    <w:p>
      <w:r>
        <w:rPr>
          <w:b/>
        </w:rPr>
        <w:t xml:space="preserve">[06:00] </w:t>
      </w:r>
      <w:r>
        <w:t>In today's talk, I want to deal with this question: How Muhammad was success? How Muhammad was success?</w:t>
      </w:r>
    </w:p>
    <w:p>
      <w:pPr>
        <w:jc w:val="right"/>
      </w:pPr>
      <w:r>
        <w:t>ان ٹوڈے ٹاک، ائی وانٹ ٹو ڈیل ود دس کوئسچن: ہاؤ محمد واز سکسیس؟ ہاؤ محمد واز سکسیس</w:t>
      </w:r>
    </w:p>
    <w:p>
      <w:r>
        <w:rPr>
          <w:b/>
        </w:rPr>
        <w:t xml:space="preserve">[06:10] </w:t>
      </w:r>
      <w:r>
        <w:t>fail? And why others were, others why others failed? Is a question.</w:t>
      </w:r>
    </w:p>
    <w:p>
      <w:pPr>
        <w:jc w:val="right"/>
      </w:pPr>
      <w:r>
        <w:t>فل؟ اینڈ وائی ادرز ویر، ادرز وائی ادرز فیلڈ؟ از اے کوئسچن۔</w:t>
      </w:r>
    </w:p>
    <w:p>
      <w:r>
        <w:rPr>
          <w:b/>
        </w:rPr>
        <w:t xml:space="preserve">[06:20] </w:t>
      </w:r>
      <w:r>
        <w:t>I have studied a lot in this.</w:t>
      </w:r>
    </w:p>
    <w:p>
      <w:pPr>
        <w:jc w:val="right"/>
      </w:pPr>
      <w:r>
        <w:t>ائی ہیو سٹڈی اے لاٹ ان دس۔</w:t>
      </w:r>
    </w:p>
    <w:p>
      <w:r>
        <w:rPr>
          <w:b/>
        </w:rPr>
        <w:t xml:space="preserve">[06:29] </w:t>
      </w:r>
      <w:r>
        <w:t>To understand this, to this point, I can say in a single word that Muhammad صلی اللہ علیہ</w:t>
      </w:r>
    </w:p>
    <w:p>
      <w:pPr>
        <w:jc w:val="right"/>
      </w:pPr>
      <w:r>
        <w:t>ٹو انڈرسٹینڈ دس، ٹو دس پوائنٹ، ائی کین سی ان اے سنگل ورڈ دیٹ محمد صلی اللہ علیہ</w:t>
      </w:r>
    </w:p>
    <w:p>
      <w:r>
        <w:rPr>
          <w:b/>
        </w:rPr>
        <w:t xml:space="preserve">[06:39] </w:t>
      </w:r>
      <w:r>
        <w:t>was, all, all very, all very revolutionary.</w:t>
      </w:r>
    </w:p>
    <w:p>
      <w:pPr>
        <w:jc w:val="right"/>
      </w:pPr>
      <w:r>
        <w:t>وسلم واز، ال، ال ویر، ال ویر ریولوشنری۔</w:t>
      </w:r>
    </w:p>
    <w:p>
      <w:r>
        <w:rPr>
          <w:b/>
        </w:rPr>
        <w:t xml:space="preserve">[06:48] </w:t>
      </w:r>
      <w:r>
        <w:t>All those reformers, all leaders we're discussing here, they were revolutionary, but there was a difference.</w:t>
      </w:r>
    </w:p>
    <w:p>
      <w:pPr>
        <w:jc w:val="right"/>
      </w:pPr>
      <w:r>
        <w:t>ال دوز ریفارمرز، ال لیڈرز ویر ڈسکسنگ ہیر، دے ویر ریولوشنری، بٹ دیر واز ا ڈیفرنس۔</w:t>
      </w:r>
    </w:p>
    <w:p>
      <w:r>
        <w:rPr>
          <w:b/>
        </w:rPr>
        <w:t xml:space="preserve">[06:58] </w:t>
      </w:r>
      <w:r>
        <w:t>Muhammad was a positive revolutionary, and others were negative revolutionary.</w:t>
      </w:r>
    </w:p>
    <w:p>
      <w:pPr>
        <w:jc w:val="right"/>
      </w:pPr>
      <w:r>
        <w:t>محمد واز ا پوزیٹیو ریولوشنری، اینڈ ادرز ویر نیگیٹیو ریولوشنری۔</w:t>
      </w:r>
    </w:p>
    <w:p>
      <w:r>
        <w:rPr>
          <w:b/>
        </w:rPr>
        <w:t xml:space="preserve">[07:08] </w:t>
      </w:r>
      <w:r>
        <w:t>What is the difference between positive revolutionary and negative revolutionary? The difference is that every leader and reformer</w:t>
      </w:r>
    </w:p>
    <w:p>
      <w:pPr>
        <w:jc w:val="right"/>
      </w:pPr>
      <w:r>
        <w:t>واٹ از دا ڈیفرنس بٹوین پوزیٹیو ریولوشنری اینڈ نیگیٹیو ریولوشنری؟ دا ڈیفرنس از دیٹ ایوری لیڈر اینڈ ریفارمر</w:t>
      </w:r>
    </w:p>
    <w:p>
      <w:r>
        <w:rPr>
          <w:b/>
        </w:rPr>
        <w:t xml:space="preserve">[07:17] </w:t>
      </w:r>
      <w:r>
        <w:t>was born in a, in a society, in a, in a situation where there was exploitation, there were</w:t>
      </w:r>
    </w:p>
    <w:p>
      <w:pPr>
        <w:jc w:val="right"/>
      </w:pPr>
      <w:r>
        <w:t>واز born ان اے، ان اے سوسائٹی، ان اے، ان اے سچویشن ویر دیر واز ایکسپلائٹیشن، دیر ویر</w:t>
      </w:r>
    </w:p>
    <w:p>
      <w:r>
        <w:rPr>
          <w:b/>
        </w:rPr>
        <w:t xml:space="preserve">[07:27] </w:t>
      </w:r>
      <w:r>
        <w:t>Problems, there were hardships.</w:t>
      </w:r>
    </w:p>
    <w:p>
      <w:pPr>
        <w:jc w:val="right"/>
      </w:pPr>
      <w:r>
        <w:t>پرابلمز، دیر ویر ہارڈشپس۔</w:t>
      </w:r>
    </w:p>
    <w:p>
      <w:r>
        <w:rPr>
          <w:b/>
        </w:rPr>
        <w:t xml:space="preserve">[07:36] </w:t>
      </w:r>
      <w:r>
        <w:t>So all these leaders reacted to their situation.</w:t>
      </w:r>
    </w:p>
    <w:p>
      <w:pPr>
        <w:jc w:val="right"/>
      </w:pPr>
      <w:r>
        <w:t>سو ال دیز لیڈرز ری ایکٹڈ ٹو دیر سچویشن۔</w:t>
      </w:r>
    </w:p>
    <w:p>
      <w:r>
        <w:rPr>
          <w:b/>
        </w:rPr>
        <w:t xml:space="preserve">[07:46] </w:t>
      </w:r>
      <w:r>
        <w:t>So their struggle was a reaction to their situation.</w:t>
      </w:r>
    </w:p>
    <w:p>
      <w:pPr>
        <w:jc w:val="right"/>
      </w:pPr>
      <w:r>
        <w:t>سو دیر سٹرگل واز ا ری ایکشن ٹو دیر سچویشن۔</w:t>
      </w:r>
    </w:p>
    <w:p>
      <w:r>
        <w:rPr>
          <w:b/>
        </w:rPr>
        <w:t xml:space="preserve">[07:55] </w:t>
      </w:r>
      <w:r>
        <w:t>Because of this, I said that they were negative revolutionary.</w:t>
      </w:r>
    </w:p>
    <w:p>
      <w:pPr>
        <w:jc w:val="right"/>
      </w:pPr>
      <w:r>
        <w:t>بیکاز اف دس، ائی سیڈ دیٹ دے ویر نیگیٹیو ریولوشنری۔</w:t>
      </w:r>
    </w:p>
    <w:p>
      <w:r>
        <w:rPr>
          <w:b/>
        </w:rPr>
        <w:t xml:space="preserve">[08:05] </w:t>
      </w:r>
      <w:r>
        <w:t>But Prophet Muhammad was quite different.</w:t>
      </w:r>
    </w:p>
    <w:p>
      <w:pPr>
        <w:jc w:val="right"/>
      </w:pPr>
      <w:r>
        <w:t>بٹ پرافٹ محمد واز کوائٹ ڈفرنٹ۔</w:t>
      </w:r>
    </w:p>
    <w:p>
      <w:r>
        <w:rPr>
          <w:b/>
        </w:rPr>
        <w:t xml:space="preserve">[08:15] </w:t>
      </w:r>
      <w:r>
        <w:t>He never reacted.</w:t>
      </w:r>
    </w:p>
    <w:p>
      <w:pPr>
        <w:jc w:val="right"/>
      </w:pPr>
      <w:r>
        <w:t>ہی نیور ری ایکٹڈ۔</w:t>
      </w:r>
    </w:p>
    <w:p>
      <w:r>
        <w:rPr>
          <w:b/>
        </w:rPr>
        <w:t xml:space="preserve">[08:24] </w:t>
      </w:r>
      <w:r>
        <w:t>He adopted his method without any reaction.</w:t>
      </w:r>
    </w:p>
    <w:p>
      <w:pPr>
        <w:jc w:val="right"/>
      </w:pPr>
      <w:r>
        <w:t>ہی اڈاپٹڈ ہز میتھڈ وداؤٹ اینی ری ایکشن۔</w:t>
      </w:r>
    </w:p>
    <w:p>
      <w:r>
        <w:rPr>
          <w:b/>
        </w:rPr>
        <w:t xml:space="preserve">[08:34] </w:t>
      </w:r>
      <w:r>
        <w:t>So he was a positive revolutionary.</w:t>
      </w:r>
    </w:p>
    <w:p>
      <w:pPr>
        <w:jc w:val="right"/>
      </w:pPr>
      <w:r>
        <w:t>سو ہی واز ا پوزیٹیو ریولوشنری۔</w:t>
      </w:r>
    </w:p>
    <w:p>
      <w:r>
        <w:rPr>
          <w:b/>
        </w:rPr>
        <w:t xml:space="preserve">[08:43] </w:t>
      </w:r>
      <w:r>
        <w:t>He was not a negative revolutionary.</w:t>
      </w:r>
    </w:p>
    <w:p>
      <w:pPr>
        <w:jc w:val="right"/>
      </w:pPr>
      <w:r>
        <w:t>ہی واز ناٹ ا نیگیٹیو ریولوشنری۔</w:t>
      </w:r>
    </w:p>
    <w:p>
      <w:r>
        <w:rPr>
          <w:b/>
        </w:rPr>
        <w:t xml:space="preserve">[08:53] </w:t>
      </w:r>
      <w:r>
        <w:t>This is the secret of the, the difference behind the two categories of revolutionaries.</w:t>
      </w:r>
    </w:p>
    <w:p>
      <w:pPr>
        <w:jc w:val="right"/>
      </w:pPr>
      <w:r>
        <w:t>دس از دا سیکرٹ اف دا، دا ڈیفرنس بہائنڈ دا ٹو کیٹگریز اف ریولوشنریز۔</w:t>
      </w:r>
    </w:p>
    <w:p>
      <w:r>
        <w:rPr>
          <w:b/>
        </w:rPr>
        <w:t xml:space="preserve">[09:03] </w:t>
      </w:r>
      <w:r>
        <w:t>Now, what happened? Those leaders who were negative revolutionary, they spent their life to remove some obstacles. Obstacles.</w:t>
      </w:r>
    </w:p>
    <w:p>
      <w:pPr>
        <w:jc w:val="right"/>
      </w:pPr>
      <w:r>
        <w:t>ناؤ، واٹ ہیپن؟ دوز لیڈرز ہو ویر نیگیٹیو ریولوشنری، دے سپینڈ دیر لائف ٹو ریموو سم ابسٹیکلز۔ ابسٹیکلز۔</w:t>
      </w:r>
    </w:p>
    <w:p>
      <w:r>
        <w:rPr>
          <w:b/>
        </w:rPr>
        <w:t xml:space="preserve">[09:12] </w:t>
      </w:r>
      <w:r>
        <w:t>For example, Rousseau was a revolutionary.</w:t>
      </w:r>
    </w:p>
    <w:p>
      <w:pPr>
        <w:jc w:val="right"/>
      </w:pPr>
      <w:r>
        <w:t>فار ایگزامپل، روسو واز ا ریولوشنری۔</w:t>
      </w:r>
    </w:p>
    <w:p>
      <w:r>
        <w:rPr>
          <w:b/>
        </w:rPr>
        <w:t xml:space="preserve">[09:22] </w:t>
      </w:r>
      <w:r>
        <w:t>He spent his life to remove the kingship.</w:t>
      </w:r>
    </w:p>
    <w:p>
      <w:pPr>
        <w:jc w:val="right"/>
      </w:pPr>
      <w:r>
        <w:t>ہی سپینڈ ہز لائف ٹو ریموو دا کنگ شپ۔</w:t>
      </w:r>
    </w:p>
    <w:p>
      <w:r>
        <w:rPr>
          <w:b/>
        </w:rPr>
        <w:t xml:space="preserve">[09:31] </w:t>
      </w:r>
      <w:r>
        <w:t>According to him, kingship was the source of all evil, and democracy was source of all good.</w:t>
      </w:r>
    </w:p>
    <w:p>
      <w:pPr>
        <w:jc w:val="right"/>
      </w:pPr>
      <w:r>
        <w:t>اکارڈنگ ٹو ہم، کنگ شپ واز دا سورس اف آل ایول، اینڈ ڈیموکریسی واز سورس اف آل گڈ۔</w:t>
      </w:r>
    </w:p>
    <w:p>
      <w:r>
        <w:rPr>
          <w:b/>
        </w:rPr>
        <w:t xml:space="preserve">[09:41] </w:t>
      </w:r>
      <w:r>
        <w:t>So he spent all of his life to remove the kingship.</w:t>
      </w:r>
    </w:p>
    <w:p>
      <w:pPr>
        <w:jc w:val="right"/>
      </w:pPr>
      <w:r>
        <w:t>سو ہی سپینڈ آل اف ہز لائف ٹو ریموو دا کنگ شپ۔</w:t>
      </w:r>
    </w:p>
    <w:p>
      <w:r>
        <w:rPr>
          <w:b/>
        </w:rPr>
        <w:t xml:space="preserve">[09:51] </w:t>
      </w:r>
      <w:r>
        <w:t>But when the kingship was removed, then Rousseau was not there to, to build a new society.</w:t>
      </w:r>
    </w:p>
    <w:p>
      <w:pPr>
        <w:jc w:val="right"/>
      </w:pPr>
      <w:r>
        <w:t>بٹ وین دا کنگ شپ واز ریمووڈ، دین روسو واز ناٹ دیر ٹو، ٹو بلڈ ا نیو سوسائٹی۔</w:t>
      </w:r>
    </w:p>
    <w:p>
      <w:r>
        <w:rPr>
          <w:b/>
        </w:rPr>
        <w:t xml:space="preserve">[10:00] </w:t>
      </w:r>
      <w:r>
        <w:t>So is the case of Marx. Karl Marx.</w:t>
      </w:r>
    </w:p>
    <w:p>
      <w:pPr>
        <w:jc w:val="right"/>
      </w:pPr>
      <w:r>
        <w:t>سو از دا کیس اف مارکس۔ کارل مارکس۔</w:t>
      </w:r>
    </w:p>
    <w:p>
      <w:r>
        <w:rPr>
          <w:b/>
        </w:rPr>
        <w:t xml:space="preserve">[10:10] </w:t>
      </w:r>
      <w:r>
        <w:t>Karl Marx was a revolutionary.</w:t>
      </w:r>
    </w:p>
    <w:p>
      <w:pPr>
        <w:jc w:val="right"/>
      </w:pPr>
      <w:r>
        <w:t>کارل مارکس واز ا ریولوشنری۔</w:t>
      </w:r>
    </w:p>
    <w:p>
      <w:r>
        <w:rPr>
          <w:b/>
        </w:rPr>
        <w:t xml:space="preserve">[10:19] </w:t>
      </w:r>
      <w:r>
        <w:t>At his time, there was economic exploitation, industrial exploitation.</w:t>
      </w:r>
    </w:p>
    <w:p>
      <w:pPr>
        <w:jc w:val="right"/>
      </w:pPr>
      <w:r>
        <w:t>ایٹ ہز ٹائم، دیر واز اکنامک ایکسپلائٹیشن، انڈسٹریل ایکسپلائٹیشن۔</w:t>
      </w:r>
    </w:p>
    <w:p>
      <w:r>
        <w:rPr>
          <w:b/>
        </w:rPr>
        <w:t xml:space="preserve">[10:29] </w:t>
      </w:r>
      <w:r>
        <w:t>So he reacted to the situation.</w:t>
      </w:r>
    </w:p>
    <w:p>
      <w:pPr>
        <w:jc w:val="right"/>
      </w:pPr>
      <w:r>
        <w:t>سو ہی ری ایکٹڈ ٹو دا سچویشن۔</w:t>
      </w:r>
    </w:p>
    <w:p>
      <w:r>
        <w:rPr>
          <w:b/>
        </w:rPr>
        <w:t xml:space="preserve">[10:39] </w:t>
      </w:r>
      <w:r>
        <w:t>He wanted to bring about change.</w:t>
      </w:r>
    </w:p>
    <w:p>
      <w:pPr>
        <w:jc w:val="right"/>
      </w:pPr>
      <w:r>
        <w:t>ہی وانٹڈ ٹو برنگ اباؤٹ چینج۔</w:t>
      </w:r>
    </w:p>
    <w:p>
      <w:r>
        <w:rPr>
          <w:b/>
        </w:rPr>
        <w:t xml:space="preserve">[10:48] </w:t>
      </w:r>
      <w:r>
        <w:t>But when change occurred, then Marx was not there to rebuild the society.</w:t>
      </w:r>
    </w:p>
    <w:p>
      <w:pPr>
        <w:jc w:val="right"/>
      </w:pPr>
      <w:r>
        <w:t>بٹ وین چینج اکرڈ، دین مارکس واز ناٹ دیر ٹو ری بلڈ دا سوسائٹی۔</w:t>
      </w:r>
    </w:p>
    <w:p>
      <w:r>
        <w:rPr>
          <w:b/>
        </w:rPr>
        <w:t xml:space="preserve">[10:58] </w:t>
      </w:r>
      <w:r>
        <w:t>It is not a simple thing.</w:t>
      </w:r>
    </w:p>
    <w:p>
      <w:pPr>
        <w:jc w:val="right"/>
      </w:pPr>
      <w:r>
        <w:t>اٹ از ناٹ ا سمپل تھنگ۔</w:t>
      </w:r>
    </w:p>
    <w:p>
      <w:r>
        <w:rPr>
          <w:b/>
        </w:rPr>
        <w:t xml:space="preserve">[11:07] </w:t>
      </w:r>
      <w:r>
        <w:t>It means that all the revolutions failed to find.</w:t>
      </w:r>
    </w:p>
    <w:p>
      <w:pPr>
        <w:jc w:val="right"/>
      </w:pPr>
      <w:r>
        <w:t>اٹ مینز دیٹ آل دا ریولوشنز فیلڈ ٹو فائنڈ۔</w:t>
      </w:r>
    </w:p>
    <w:p>
      <w:r>
        <w:rPr>
          <w:b/>
        </w:rPr>
        <w:t xml:space="preserve">[11:17] </w:t>
      </w:r>
      <w:r>
        <w:t>It means that all the revolutions were, when the, when all, when these revolutions came out.</w:t>
      </w:r>
    </w:p>
    <w:p>
      <w:pPr>
        <w:jc w:val="right"/>
      </w:pPr>
      <w:r>
        <w:t>اٹ مینز دیٹ آل دا ریولوشنز ویر، وین دا، وین آل، وین دیز ریولوشنز کیم آؤٹ۔</w:t>
      </w:r>
    </w:p>
    <w:p>
      <w:r>
        <w:rPr>
          <w:b/>
        </w:rPr>
        <w:t xml:space="preserve">[11:26] </w:t>
      </w:r>
      <w:r>
        <w:t>So the first generation was not there.</w:t>
      </w:r>
    </w:p>
    <w:p>
      <w:pPr>
        <w:jc w:val="right"/>
      </w:pPr>
      <w:r>
        <w:t>سو دا فرسٹ جنریشن واز ناٹ دیر۔</w:t>
      </w:r>
    </w:p>
    <w:p>
      <w:r>
        <w:rPr>
          <w:b/>
        </w:rPr>
        <w:t xml:space="preserve">[11:36] </w:t>
      </w:r>
      <w:r>
        <w:t>You know, first generation is the best generation.</w:t>
      </w:r>
    </w:p>
    <w:p>
      <w:pPr>
        <w:jc w:val="right"/>
      </w:pPr>
      <w:r>
        <w:t>یو نو، فرسٹ جنریشن از دا بیسٹ جنریشن۔</w:t>
      </w:r>
    </w:p>
    <w:p>
      <w:r>
        <w:rPr>
          <w:b/>
        </w:rPr>
        <w:t xml:space="preserve">[11:46] </w:t>
      </w:r>
      <w:r>
        <w:t>The leaders of first generation are full of his spirit.</w:t>
      </w:r>
    </w:p>
    <w:p>
      <w:pPr>
        <w:jc w:val="right"/>
      </w:pPr>
      <w:r>
        <w:t>دا لیڈرز اف فرسٹ جنریشن ار فل اف ہز سپرٹ۔</w:t>
      </w:r>
    </w:p>
    <w:p>
      <w:r>
        <w:rPr>
          <w:b/>
        </w:rPr>
        <w:t xml:space="preserve">[11:55] </w:t>
      </w:r>
      <w:r>
        <w:t>They have clear ideals.</w:t>
      </w:r>
    </w:p>
    <w:p>
      <w:pPr>
        <w:jc w:val="right"/>
      </w:pPr>
      <w:r>
        <w:t>دے ہیو کلیئر آئیڈیالز۔</w:t>
      </w:r>
    </w:p>
    <w:p>
      <w:r>
        <w:rPr>
          <w:b/>
        </w:rPr>
        <w:t xml:space="preserve">[12:05] </w:t>
      </w:r>
      <w:r>
        <w:t>They have sacrificed for their mission.</w:t>
      </w:r>
    </w:p>
    <w:p>
      <w:pPr>
        <w:jc w:val="right"/>
      </w:pPr>
      <w:r>
        <w:t>دے ہیو سیکریفائسڈ فار دیر مشن۔</w:t>
      </w:r>
    </w:p>
    <w:p>
      <w:r>
        <w:rPr>
          <w:b/>
        </w:rPr>
        <w:t xml:space="preserve">[12:14] </w:t>
      </w:r>
      <w:r>
        <w:t>But they were engaged to remove the obstacles.</w:t>
      </w:r>
    </w:p>
    <w:p>
      <w:pPr>
        <w:jc w:val="right"/>
      </w:pPr>
      <w:r>
        <w:t>بٹ دے ویر انگیج ٹو ریموو دا ابسٹیکلز۔</w:t>
      </w:r>
    </w:p>
    <w:p>
      <w:r>
        <w:rPr>
          <w:b/>
        </w:rPr>
        <w:t xml:space="preserve">[12:24] </w:t>
      </w:r>
      <w:r>
        <w:t>And you know, when the revolution came, they were old.</w:t>
      </w:r>
    </w:p>
    <w:p>
      <w:pPr>
        <w:jc w:val="right"/>
      </w:pPr>
      <w:r>
        <w:t>اینڈ یو نو، وین دا ریولوشن کیم، دے ویر اولڈ۔</w:t>
      </w:r>
    </w:p>
    <w:p>
      <w:r>
        <w:rPr>
          <w:b/>
        </w:rPr>
        <w:t xml:space="preserve">[12:34] </w:t>
      </w:r>
      <w:r>
        <w:t>They were, they died. They died.</w:t>
      </w:r>
    </w:p>
    <w:p>
      <w:pPr>
        <w:jc w:val="right"/>
      </w:pPr>
      <w:r>
        <w:t>دے ویر، دے ڈائیڈ۔ دے ڈائیڈ۔</w:t>
      </w:r>
    </w:p>
    <w:p>
      <w:r>
        <w:rPr>
          <w:b/>
        </w:rPr>
        <w:t xml:space="preserve">[12:43] </w:t>
      </w:r>
      <w:r>
        <w:t>When the revolution, when the time of revolution came, they died.</w:t>
      </w:r>
    </w:p>
    <w:p>
      <w:pPr>
        <w:jc w:val="right"/>
      </w:pPr>
      <w:r>
        <w:t>وین دا ریولوشن، وین دا ٹائم اف ریولوشن کیم، دے ڈائیڈ۔</w:t>
      </w:r>
    </w:p>
    <w:p>
      <w:r>
        <w:rPr>
          <w:b/>
        </w:rPr>
        <w:t xml:space="preserve">[12:53] </w:t>
      </w:r>
      <w:r>
        <w:t>Rousseau died, Marx died, even Mahatma Gandhi died.</w:t>
      </w:r>
    </w:p>
    <w:p>
      <w:pPr>
        <w:jc w:val="right"/>
      </w:pPr>
      <w:r>
        <w:t>روسو ڈائیڈ، مارکس ڈائیڈ، ایون مہاتما گاندھی ڈائیڈ۔</w:t>
      </w:r>
    </w:p>
    <w:p>
      <w:r>
        <w:rPr>
          <w:b/>
        </w:rPr>
        <w:t xml:space="preserve">[13:02] </w:t>
      </w:r>
      <w:r>
        <w:t>So all these leaders spent their life to remove the obstacles.</w:t>
      </w:r>
    </w:p>
    <w:p>
      <w:pPr>
        <w:jc w:val="right"/>
      </w:pPr>
      <w:r>
        <w:t>سو آل دیز لیڈرز سپینڈ دیر لائف ٹو ریموو دا ابسٹیکلز۔</w:t>
      </w:r>
    </w:p>
    <w:p>
      <w:r>
        <w:rPr>
          <w:b/>
        </w:rPr>
        <w:t xml:space="preserve">[13:12] </w:t>
      </w:r>
      <w:r>
        <w:t>obstacle of kingship, obstacle of economic exploitation, obstacle of British rule.</w:t>
      </w:r>
    </w:p>
    <w:p>
      <w:pPr>
        <w:jc w:val="right"/>
      </w:pPr>
      <w:r>
        <w:t>ابسٹیکل اف کنگ شپ، ابسٹیکل اف اکنامک ایکسپلائٹیشن، ابسٹیکل اف برٹش رول۔</w:t>
      </w:r>
    </w:p>
    <w:p>
      <w:r>
        <w:rPr>
          <w:b/>
        </w:rPr>
        <w:t xml:space="preserve">[13:22] </w:t>
      </w:r>
      <w:r>
        <w:t>Their thinking was based on this formula that this is the source of all evils.</w:t>
      </w:r>
    </w:p>
    <w:p>
      <w:pPr>
        <w:jc w:val="right"/>
      </w:pPr>
      <w:r>
        <w:t>دیر تھنکنگ واز بیسڈ ان دس فارمولا دیٹ دس از دا سورس اف آل ایولز۔</w:t>
      </w:r>
    </w:p>
    <w:p>
      <w:r>
        <w:rPr>
          <w:b/>
        </w:rPr>
        <w:t xml:space="preserve">[13:31] </w:t>
      </w:r>
      <w:r>
        <w:t>So if we, if we remove, if we remove this source of evil, then there is, then we</w:t>
      </w:r>
    </w:p>
    <w:p>
      <w:pPr>
        <w:jc w:val="right"/>
      </w:pPr>
      <w:r>
        <w:t>سو اف وی، اف وی ریموو، اف وی ریموو دس سورس اف ایول، دین دیر از، دین وی</w:t>
      </w:r>
    </w:p>
    <w:p>
      <w:r>
        <w:rPr>
          <w:b/>
        </w:rPr>
        <w:t xml:space="preserve">[13:41] </w:t>
      </w:r>
      <w:r>
        <w:t>be able to establish all good.</w:t>
      </w:r>
    </w:p>
    <w:p>
      <w:pPr>
        <w:jc w:val="right"/>
      </w:pPr>
      <w:r>
        <w:t>بی ایبل ٹو اسٹیبلش آل گڈ۔</w:t>
      </w:r>
    </w:p>
    <w:p>
      <w:r>
        <w:rPr>
          <w:b/>
        </w:rPr>
        <w:t xml:space="preserve">[13:50] </w:t>
      </w:r>
      <w:r>
        <w:t>But they were not able to establish all good, because when they removed that obstacle, they died.</w:t>
      </w:r>
    </w:p>
    <w:p>
      <w:pPr>
        <w:jc w:val="right"/>
      </w:pPr>
      <w:r>
        <w:t>بٹ دے ویر ناٹ ایبل ٹو اسٹیبلش آل گڈ، بیکاز وین دے ریموو داٹ ابسٹیکل، دے ڈائیڈ۔</w:t>
      </w:r>
    </w:p>
    <w:p>
      <w:r>
        <w:rPr>
          <w:b/>
        </w:rPr>
        <w:t xml:space="preserve">[14:00] </w:t>
      </w:r>
      <w:r>
        <w:t>Rousseau died, Marx died, Gandhi died, everyone.</w:t>
      </w:r>
    </w:p>
    <w:p>
      <w:pPr>
        <w:jc w:val="right"/>
      </w:pPr>
      <w:r>
        <w:t>روسو ڈائیڈ، مارکس ڈائیڈ، گاندھی ڈائیڈ، ایوری ون۔</w:t>
      </w:r>
    </w:p>
    <w:p>
      <w:r>
        <w:rPr>
          <w:b/>
        </w:rPr>
        <w:t xml:space="preserve">[14:10] </w:t>
      </w:r>
      <w:r>
        <w:t>So Prophet Muhammad was positive revolutionary.</w:t>
      </w:r>
    </w:p>
    <w:p>
      <w:pPr>
        <w:jc w:val="right"/>
      </w:pPr>
      <w:r>
        <w:t>سو پرافٹ محمد واز پوزیٹیو ریولوشنری۔</w:t>
      </w:r>
    </w:p>
    <w:p>
      <w:r>
        <w:rPr>
          <w:b/>
        </w:rPr>
        <w:t xml:space="preserve">[14:19] </w:t>
      </w:r>
      <w:r>
        <w:t>It means that he never wasted his time in removing the obstacles.</w:t>
      </w:r>
    </w:p>
    <w:p>
      <w:pPr>
        <w:jc w:val="right"/>
      </w:pPr>
      <w:r>
        <w:t>اٹ مینز دیٹ ہی نیور ویسٹ ہز ٹائم ان ریموونگ دا ابسٹیکلز۔</w:t>
      </w:r>
    </w:p>
    <w:p>
      <w:r>
        <w:rPr>
          <w:b/>
        </w:rPr>
        <w:t xml:space="preserve">[14:29] </w:t>
      </w:r>
      <w:r>
        <w:t>He ignored that obstacles, he avoided the obstacles.</w:t>
      </w:r>
    </w:p>
    <w:p>
      <w:pPr>
        <w:jc w:val="right"/>
      </w:pPr>
      <w:r>
        <w:t>ہی اگنور داٹ ابسٹیکلز، ہی اوائڈ دا ابسٹیکلز۔</w:t>
      </w:r>
    </w:p>
    <w:p>
      <w:r>
        <w:rPr>
          <w:b/>
        </w:rPr>
        <w:t xml:space="preserve">[14:38] </w:t>
      </w:r>
      <w:r>
        <w:t>His formula was avoid the obstacles and avail opportunities.</w:t>
      </w:r>
    </w:p>
    <w:p>
      <w:pPr>
        <w:jc w:val="right"/>
      </w:pPr>
      <w:r>
        <w:t>ہز فارمولا واز اوائڈ دا ابسٹیکلز اینڈ اویلڈ اپرچونیٹیز۔</w:t>
      </w:r>
    </w:p>
    <w:p>
      <w:r>
        <w:rPr>
          <w:b/>
        </w:rPr>
        <w:t xml:space="preserve">[14:48] </w:t>
      </w:r>
      <w:r>
        <w:t>So he availed all of his life, all of his time to reconstruct the society.</w:t>
      </w:r>
    </w:p>
    <w:p>
      <w:pPr>
        <w:jc w:val="right"/>
      </w:pPr>
      <w:r>
        <w:t>سو ہی اویلڈ آل اف ہز لائف، آل اف ہز ٹائم ٹو ریکنسٹرکٹ دا سوسائٹی۔</w:t>
      </w:r>
    </w:p>
    <w:p>
      <w:r>
        <w:rPr>
          <w:b/>
        </w:rPr>
        <w:t xml:space="preserve">[14:57] </w:t>
      </w:r>
      <w:r>
        <w:t>To illustrate this point, I will give an example.</w:t>
      </w:r>
    </w:p>
    <w:p>
      <w:pPr>
        <w:jc w:val="right"/>
      </w:pPr>
      <w:r>
        <w:t>ٹو الیسٹرٹ دس پوائنٹ، ائی ویل گو این ایگزامپل۔</w:t>
      </w:r>
    </w:p>
    <w:p>
      <w:r>
        <w:rPr>
          <w:b/>
        </w:rPr>
        <w:t xml:space="preserve">[15:07] </w:t>
      </w:r>
      <w:r>
        <w:t>For example, Prophet Muhammad was prophet of tawhid.</w:t>
      </w:r>
    </w:p>
    <w:p>
      <w:pPr>
        <w:jc w:val="right"/>
      </w:pPr>
      <w:r>
        <w:t>فار ایگزامپل، پرافٹ محمد واز پرافٹ اف توحید۔</w:t>
      </w:r>
    </w:p>
    <w:p>
      <w:r>
        <w:rPr>
          <w:b/>
        </w:rPr>
        <w:t xml:space="preserve">[15:17] </w:t>
      </w:r>
      <w:r>
        <w:t>His mission was based on the belief that God is one.</w:t>
      </w:r>
    </w:p>
    <w:p>
      <w:pPr>
        <w:jc w:val="right"/>
      </w:pPr>
      <w:r>
        <w:t>ہز مشن واز بیسڈ ان دا بیلیف دیٹ گاڈ از ون۔</w:t>
      </w:r>
    </w:p>
    <w:p>
      <w:r>
        <w:rPr>
          <w:b/>
        </w:rPr>
        <w:t xml:space="preserve">[15:26] </w:t>
      </w:r>
      <w:r>
        <w:t>There is no God but one God.</w:t>
      </w:r>
    </w:p>
    <w:p>
      <w:pPr>
        <w:jc w:val="right"/>
      </w:pPr>
      <w:r>
        <w:t>دیر از نو گاڈ بٹ ون گاڈ۔</w:t>
      </w:r>
    </w:p>
    <w:p>
      <w:r>
        <w:rPr>
          <w:b/>
        </w:rPr>
        <w:t xml:space="preserve">[15:36] </w:t>
      </w:r>
      <w:r>
        <w:t>This was his mission to establish tawhid.</w:t>
      </w:r>
    </w:p>
    <w:p>
      <w:pPr>
        <w:jc w:val="right"/>
      </w:pPr>
      <w:r>
        <w:t>دس واز ہز مشن ٹو اسٹیبلش توحید۔</w:t>
      </w:r>
    </w:p>
    <w:p>
      <w:r>
        <w:rPr>
          <w:b/>
        </w:rPr>
        <w:t xml:space="preserve">[15:45] </w:t>
      </w:r>
      <w:r>
        <w:t>When he started his mission in Mecca in 610 AD, at the time Mecca was city of idols.</w:t>
      </w:r>
    </w:p>
    <w:p>
      <w:pPr>
        <w:jc w:val="right"/>
      </w:pPr>
      <w:r>
        <w:t>دین وین ہی سٹارٹڈ ہز مشن ان مکہ ان 610 ایٹی، ایٹ دا ٹائم مکہ واز سٹی اف آئیڈلز۔</w:t>
      </w:r>
    </w:p>
    <w:p>
      <w:r>
        <w:rPr>
          <w:b/>
        </w:rPr>
        <w:t xml:space="preserve">[15:55] </w:t>
      </w:r>
      <w:r>
        <w:t>Mecca was city of idols.</w:t>
      </w:r>
    </w:p>
    <w:p>
      <w:pPr>
        <w:jc w:val="right"/>
      </w:pPr>
      <w:r>
        <w:t>مکہ واز سٹی اف آئیڈلز۔</w:t>
      </w:r>
    </w:p>
    <w:p>
      <w:r>
        <w:rPr>
          <w:b/>
        </w:rPr>
        <w:t xml:space="preserve">[16:05] </w:t>
      </w:r>
      <w:r>
        <w:t>At the time, there was only, at the time, there was only one place that was Kaaba.</w:t>
      </w:r>
    </w:p>
    <w:p>
      <w:pPr>
        <w:jc w:val="right"/>
      </w:pPr>
      <w:r>
        <w:t>ایٹ دا ٹائم، دیر واز اونلی، ایٹ دا ٹائم، دیر واز اونلی ون پلیس دیٹ واز کعبہ۔</w:t>
      </w:r>
    </w:p>
    <w:p>
      <w:r>
        <w:rPr>
          <w:b/>
        </w:rPr>
        <w:t xml:space="preserve">[16:14] </w:t>
      </w:r>
      <w:r>
        <w:t>Kaaba, Kaaba was a holy place.</w:t>
      </w:r>
    </w:p>
    <w:p>
      <w:pPr>
        <w:jc w:val="right"/>
      </w:pPr>
      <w:r>
        <w:t>کعبہ، کعبہ واز ا ہولی پلیس۔</w:t>
      </w:r>
    </w:p>
    <w:p>
      <w:r>
        <w:rPr>
          <w:b/>
        </w:rPr>
        <w:t xml:space="preserve">[16:24] </w:t>
      </w:r>
      <w:r>
        <w:t>So Makkah people have placed 360 idols in Kaaba.</w:t>
      </w:r>
    </w:p>
    <w:p>
      <w:pPr>
        <w:jc w:val="right"/>
      </w:pPr>
      <w:r>
        <w:t>سو مکہ پیپل ہیو پلیسڈ 360 آئیڈلز ان کعبہ۔</w:t>
      </w:r>
    </w:p>
    <w:p>
      <w:r>
        <w:rPr>
          <w:b/>
        </w:rPr>
        <w:t xml:space="preserve">[16:33] </w:t>
      </w:r>
      <w:r>
        <w:t>So the center of Kaaba was full of idols.</w:t>
      </w:r>
    </w:p>
    <w:p>
      <w:pPr>
        <w:jc w:val="right"/>
      </w:pPr>
      <w:r>
        <w:t>سو دا سینٹر اف کعبہ واز فل اف آئیڈلز۔</w:t>
      </w:r>
    </w:p>
    <w:p>
      <w:r>
        <w:rPr>
          <w:b/>
        </w:rPr>
        <w:t xml:space="preserve">[16:43] </w:t>
      </w:r>
      <w:r>
        <w:t>So this was a problem.</w:t>
      </w:r>
    </w:p>
    <w:p>
      <w:pPr>
        <w:jc w:val="right"/>
      </w:pPr>
      <w:r>
        <w:t>سو دس واز ا پرابلم۔</w:t>
      </w:r>
    </w:p>
    <w:p>
      <w:r>
        <w:rPr>
          <w:b/>
        </w:rPr>
        <w:t xml:space="preserve">[16:53] </w:t>
      </w:r>
      <w:r>
        <w:t>The Prophet of Islam wanted to make people worshiper of God.</w:t>
      </w:r>
    </w:p>
    <w:p>
      <w:pPr>
        <w:jc w:val="right"/>
      </w:pPr>
      <w:r>
        <w:t>پرافٹ اف اسلام وانٹڈ ٹو میک پیپل ورشپر اف گاڈ۔</w:t>
      </w:r>
    </w:p>
    <w:p>
      <w:r>
        <w:rPr>
          <w:b/>
        </w:rPr>
        <w:t xml:space="preserve">[17:02] </w:t>
      </w:r>
      <w:r>
        <w:t>So here was an obstacle that the holiest place that is Kaaba was full of idols.</w:t>
      </w:r>
    </w:p>
    <w:p>
      <w:pPr>
        <w:jc w:val="right"/>
      </w:pPr>
      <w:r>
        <w:t>سو ہیر واز این ابسٹیکل دیٹ دا ہولیسٹ پلیس دیٹ از کعبہ واز فل اف آئیڈلز۔</w:t>
      </w:r>
    </w:p>
    <w:p>
      <w:r>
        <w:rPr>
          <w:b/>
        </w:rPr>
        <w:t xml:space="preserve">[17:12] </w:t>
      </w:r>
      <w:r>
        <w:t>But he never touched those idols.</w:t>
      </w:r>
    </w:p>
    <w:p>
      <w:pPr>
        <w:jc w:val="right"/>
      </w:pPr>
      <w:r>
        <w:t>بٹ ہی نیور ٹچ دوز آئیڈلز۔</w:t>
      </w:r>
    </w:p>
    <w:p>
      <w:r>
        <w:rPr>
          <w:b/>
        </w:rPr>
        <w:t xml:space="preserve">[17:21] </w:t>
      </w:r>
      <w:r>
        <w:t>He never tried to destroy all those idols.</w:t>
      </w:r>
    </w:p>
    <w:p>
      <w:pPr>
        <w:jc w:val="right"/>
      </w:pPr>
      <w:r>
        <w:t>ہی نیور ٹرائی ٹو ڈسٹرائے آل دوز آئیڈلز۔</w:t>
      </w:r>
    </w:p>
    <w:p>
      <w:r>
        <w:rPr>
          <w:b/>
        </w:rPr>
        <w:t xml:space="preserve">[17:31] </w:t>
      </w:r>
      <w:r>
        <w:t>He simply ignored.</w:t>
      </w:r>
    </w:p>
    <w:p>
      <w:pPr>
        <w:jc w:val="right"/>
      </w:pPr>
      <w:r>
        <w:t>ہی سمپلی اگنورڈ۔</w:t>
      </w:r>
    </w:p>
    <w:p>
      <w:r>
        <w:rPr>
          <w:b/>
        </w:rPr>
        <w:t xml:space="preserve">[17:41] </w:t>
      </w:r>
      <w:r>
        <w:t>He simply ignored.</w:t>
      </w:r>
    </w:p>
    <w:p>
      <w:pPr>
        <w:jc w:val="right"/>
      </w:pPr>
      <w:r>
        <w:t>ہی سمپلی اگنورڈ۔</w:t>
      </w:r>
    </w:p>
    <w:p>
      <w:r>
        <w:rPr>
          <w:b/>
        </w:rPr>
        <w:t xml:space="preserve">[17:50] </w:t>
      </w:r>
      <w:r>
        <w:t>And he availed the opportunities available at the time.</w:t>
      </w:r>
    </w:p>
    <w:p>
      <w:pPr>
        <w:jc w:val="right"/>
      </w:pPr>
      <w:r>
        <w:t>اینڈ ہی اویلڈ دا اپرچونیٹیز اویلیبل ایٹ دا ٹائم۔</w:t>
      </w:r>
    </w:p>
    <w:p>
      <w:r>
        <w:rPr>
          <w:b/>
        </w:rPr>
        <w:t xml:space="preserve">[18:00] </w:t>
      </w:r>
      <w:r>
        <w:t>This was a new formula.</w:t>
      </w:r>
    </w:p>
    <w:p>
      <w:pPr>
        <w:jc w:val="right"/>
      </w:pPr>
      <w:r>
        <w:t>دس واز ا نیو فارمولا۔</w:t>
      </w:r>
    </w:p>
    <w:p>
      <w:r>
        <w:rPr>
          <w:b/>
        </w:rPr>
        <w:t xml:space="preserve">[18:09] </w:t>
      </w:r>
      <w:r>
        <w:t>All the people, all the leaders of history, even today, they, they adopted the method.</w:t>
      </w:r>
    </w:p>
    <w:p>
      <w:pPr>
        <w:jc w:val="right"/>
      </w:pPr>
      <w:r>
        <w:t>آل دا پیپل، آل دا لیڈرز اف ہسٹری، ایون ٹوڈے، دے، دے اڈاپٹڈ دا میتھڈ۔</w:t>
      </w:r>
    </w:p>
    <w:p>
      <w:r>
        <w:rPr>
          <w:b/>
        </w:rPr>
        <w:t xml:space="preserve">[18:19] </w:t>
      </w:r>
      <w:r>
        <w:t>They adopted the only one method that first of all we have to remove the obstacle.</w:t>
      </w:r>
    </w:p>
    <w:p>
      <w:pPr>
        <w:jc w:val="right"/>
      </w:pPr>
      <w:r>
        <w:t>دے اڈاپٹڈ دا اونلی ون میتھڈ دیٹ فرسٹ اف آل وی ہیو ٹو ریموو دا ابسٹیکل۔</w:t>
      </w:r>
    </w:p>
    <w:p>
      <w:r>
        <w:rPr>
          <w:b/>
        </w:rPr>
        <w:t xml:space="preserve">[18:28] </w:t>
      </w:r>
      <w:r>
        <w:t>First of all, we have to remove the obstacle.</w:t>
      </w:r>
    </w:p>
    <w:p>
      <w:pPr>
        <w:jc w:val="right"/>
      </w:pPr>
      <w:r>
        <w:t>فرسٹ اف آل وی ہیو ٹو ریموو دا ابسٹیکل۔</w:t>
      </w:r>
    </w:p>
    <w:p>
      <w:r>
        <w:rPr>
          <w:b/>
        </w:rPr>
        <w:t xml:space="preserve">[18:38] </w:t>
      </w:r>
      <w:r>
        <w:t>For example, Rousseau wanted to remove the kingship.</w:t>
      </w:r>
    </w:p>
    <w:p>
      <w:pPr>
        <w:jc w:val="right"/>
      </w:pPr>
      <w:r>
        <w:t>فار ایگزامپل، روسو وانٹڈ ٹو ریموو دا کنگ شپ۔</w:t>
      </w:r>
    </w:p>
    <w:p>
      <w:r>
        <w:rPr>
          <w:b/>
        </w:rPr>
        <w:t xml:space="preserve">[18:48] </w:t>
      </w:r>
      <w:r>
        <w:t>Marx wanted to remove the economic exploiters.</w:t>
      </w:r>
    </w:p>
    <w:p>
      <w:pPr>
        <w:jc w:val="right"/>
      </w:pPr>
      <w:r>
        <w:t>مارکس وانٹڈ ٹو ریموو دا اکنامک ایکسپلائٹرز۔</w:t>
      </w:r>
    </w:p>
    <w:p>
      <w:r>
        <w:rPr>
          <w:b/>
        </w:rPr>
        <w:t xml:space="preserve">[18:57] </w:t>
      </w:r>
      <w:r>
        <w:t>Gandhi wanted to remove the British rulers.</w:t>
      </w:r>
    </w:p>
    <w:p>
      <w:pPr>
        <w:jc w:val="right"/>
      </w:pPr>
      <w:r>
        <w:t>گاندھی وانٹڈ ٹو ریموو دا برٹش رولرز۔</w:t>
      </w:r>
    </w:p>
    <w:p>
      <w:r>
        <w:rPr>
          <w:b/>
        </w:rPr>
        <w:t xml:space="preserve">[19:07] </w:t>
      </w:r>
      <w:r>
        <w:t>Nelson Mandela wanted to remove the European occupiers.</w:t>
      </w:r>
    </w:p>
    <w:p>
      <w:pPr>
        <w:jc w:val="right"/>
      </w:pPr>
      <w:r>
        <w:t>نیسل منڈلا وانٹڈ ٹو ریموو دا یورپین اکوپائرز۔</w:t>
      </w:r>
    </w:p>
    <w:p>
      <w:r>
        <w:rPr>
          <w:b/>
        </w:rPr>
        <w:t xml:space="preserve">[19:16] </w:t>
      </w:r>
      <w:r>
        <w:t>Even Jinnah wanted to remove the majority rule.</w:t>
      </w:r>
    </w:p>
    <w:p>
      <w:pPr>
        <w:jc w:val="right"/>
      </w:pPr>
      <w:r>
        <w:t>ایون جناح وانٹڈ ٹو ریموو دا مایورٹی رول۔</w:t>
      </w:r>
    </w:p>
    <w:p>
      <w:r>
        <w:rPr>
          <w:b/>
        </w:rPr>
        <w:t xml:space="preserve">[19:26] </w:t>
      </w:r>
      <w:r>
        <w:t>Mujibur Rahman wanted to remove the Pakistani rule over Bangladesh.</w:t>
      </w:r>
    </w:p>
    <w:p>
      <w:pPr>
        <w:jc w:val="right"/>
      </w:pPr>
      <w:r>
        <w:t>مجیب الرحمن وانٹڈ ٹو ریموو دا پاکستانی رول اوور بنگلہ دیش۔</w:t>
      </w:r>
    </w:p>
    <w:p>
      <w:r>
        <w:rPr>
          <w:b/>
        </w:rPr>
        <w:t xml:space="preserve">[19:36] </w:t>
      </w:r>
      <w:r>
        <w:t>So all these leaders spent their life to remove the obstacles until they died.</w:t>
      </w:r>
    </w:p>
    <w:p>
      <w:pPr>
        <w:jc w:val="right"/>
      </w:pPr>
      <w:r>
        <w:t>سو آل دیز لیڈرز سپینڈ دیر لائف ٹو ریموو دا ابسٹیکلز انٹل دے ڈائیڈ۔</w:t>
      </w:r>
    </w:p>
    <w:p>
      <w:r>
        <w:rPr>
          <w:b/>
        </w:rPr>
        <w:t xml:space="preserve">[19:45] </w:t>
      </w:r>
      <w:r>
        <w:t>So it means that the first generation died before a revolution.</w:t>
      </w:r>
    </w:p>
    <w:p>
      <w:pPr>
        <w:jc w:val="right"/>
      </w:pPr>
      <w:r>
        <w:t>سو اٹ مینز دیٹ دا فرسٹ جنریشن ڈائیڈ بیفور اے ریولوشن۔</w:t>
      </w:r>
    </w:p>
    <w:p>
      <w:r>
        <w:rPr>
          <w:b/>
        </w:rPr>
        <w:t xml:space="preserve">[19:55] </w:t>
      </w:r>
      <w:r>
        <w:t>Only second generation, third generation was able to reconstruct the society.</w:t>
      </w:r>
    </w:p>
    <w:p>
      <w:pPr>
        <w:jc w:val="right"/>
      </w:pPr>
      <w:r>
        <w:t>اونلی سیکنڈ جنریشن، تھرڈ جنریشن واز ایبل ٹو ریکنسٹرکٹ دا سوسائٹی۔</w:t>
      </w:r>
    </w:p>
    <w:p>
      <w:r>
        <w:rPr>
          <w:b/>
        </w:rPr>
        <w:t xml:space="preserve">[20:04] </w:t>
      </w:r>
      <w:r>
        <w:t>And you know, a law of nature that only the first generation had spirit and dedication and motivation.</w:t>
      </w:r>
    </w:p>
    <w:p>
      <w:pPr>
        <w:jc w:val="right"/>
      </w:pPr>
      <w:r>
        <w:t>اینڈ یو نو، اے لاء اف نیچر دیٹ اونلی دا فرسٹ جنریشن ہیڈ سپرٹ اینڈ ڈیڈیکیشن اینڈ موٹیویشن۔</w:t>
      </w:r>
    </w:p>
    <w:p>
      <w:r>
        <w:rPr>
          <w:b/>
        </w:rPr>
        <w:t xml:space="preserve">[20:14] </w:t>
      </w:r>
      <w:r>
        <w:t>second generation and third generation is degenerated generation, degenerated people, degenerated people.</w:t>
      </w:r>
    </w:p>
    <w:p>
      <w:pPr>
        <w:jc w:val="right"/>
      </w:pPr>
      <w:r>
        <w:t>سیکنڈ جنریشن اور تھرڈ جنریشن از ڈی ڈی جنریشن، ڈی جنریٹڈ پیپل، ڈی جنریٹڈ پیپل۔</w:t>
      </w:r>
    </w:p>
    <w:p>
      <w:r>
        <w:rPr>
          <w:b/>
        </w:rPr>
        <w:t xml:space="preserve">[20:24] </w:t>
      </w:r>
      <w:r>
        <w:t>So first generation was full of his spirit, but they died.</w:t>
      </w:r>
    </w:p>
    <w:p>
      <w:pPr>
        <w:jc w:val="right"/>
      </w:pPr>
      <w:r>
        <w:t>سو فرسٹ جنریشن واز فل اف ہز سپرٹ، بٹ دے ڈائیڈ۔</w:t>
      </w:r>
    </w:p>
    <w:p>
      <w:r>
        <w:rPr>
          <w:b/>
        </w:rPr>
        <w:t xml:space="preserve">[20:33] </w:t>
      </w:r>
      <w:r>
        <w:t>And second generation and third generation were deprived of his spirit.</w:t>
      </w:r>
    </w:p>
    <w:p>
      <w:pPr>
        <w:jc w:val="right"/>
      </w:pPr>
      <w:r>
        <w:t>اینڈ سیکنڈ جنریشن اور تھرڈ جنریشن ویر ڈیپرائیوڈ اف ہز سپرٹ۔</w:t>
      </w:r>
    </w:p>
    <w:p>
      <w:r>
        <w:rPr>
          <w:b/>
        </w:rPr>
        <w:t xml:space="preserve">[20:43] </w:t>
      </w:r>
      <w:r>
        <w:t>They have no such dedication.</w:t>
      </w:r>
    </w:p>
    <w:p>
      <w:pPr>
        <w:jc w:val="right"/>
      </w:pPr>
      <w:r>
        <w:t>دے ہیو نو سچ ڈیڈیکیشن۔</w:t>
      </w:r>
    </w:p>
    <w:p>
      <w:r>
        <w:rPr>
          <w:b/>
        </w:rPr>
        <w:t xml:space="preserve">[20:52] </w:t>
      </w:r>
      <w:r>
        <w:t>So they failed to reconstruct the society.</w:t>
      </w:r>
    </w:p>
    <w:p>
      <w:pPr>
        <w:jc w:val="right"/>
      </w:pPr>
      <w:r>
        <w:t>سو دے فیلڈ ٹو ریکنسٹرکٹ دا سوسائٹی۔</w:t>
      </w:r>
    </w:p>
    <w:p>
      <w:r>
        <w:rPr>
          <w:b/>
        </w:rPr>
        <w:t xml:space="preserve">[21:02] </w:t>
      </w:r>
      <w:r>
        <w:t>You can see the example in India, in Pakistan, in Bangladesh, in South Africa, in France, in</w:t>
      </w:r>
    </w:p>
    <w:p>
      <w:pPr>
        <w:jc w:val="right"/>
      </w:pPr>
      <w:r>
        <w:t>یو کین سی دا ایگزیمپل ان انڈیا، ان پاکستان، ان بنگلہ دیش، ان ساؤتھ افریقہ، ان فرانس، ان</w:t>
      </w:r>
    </w:p>
    <w:p>
      <w:r>
        <w:rPr>
          <w:b/>
        </w:rPr>
        <w:t xml:space="preserve">[21:12] </w:t>
      </w:r>
      <w:r>
        <w:t>Russia, everywhere.</w:t>
      </w:r>
    </w:p>
    <w:p>
      <w:pPr>
        <w:jc w:val="right"/>
      </w:pPr>
      <w:r>
        <w:t>رشیا، ایوری ویر۔</w:t>
      </w:r>
    </w:p>
    <w:p>
      <w:r>
        <w:rPr>
          <w:b/>
        </w:rPr>
        <w:t xml:space="preserve">[21:21] </w:t>
      </w:r>
      <w:r>
        <w:t>تو Prophet of Islam adopted a very unique formula that was avoid the obstacles, avoid the problem and</w:t>
      </w:r>
    </w:p>
    <w:p>
      <w:pPr>
        <w:jc w:val="right"/>
      </w:pPr>
      <w:r>
        <w:t>تو پرافٹ اف اسلام اڈاپٹڈ ا ویری یونیک فارمولا دیٹ واز اوائڈ دا ابسٹیکلز، اوائڈ دا پرابلم اینڈ</w:t>
      </w:r>
    </w:p>
    <w:p>
      <w:r>
        <w:rPr>
          <w:b/>
        </w:rPr>
        <w:t xml:space="preserve">[21:31] </w:t>
      </w:r>
      <w:r>
        <w:t>avail the opportunities.</w:t>
      </w:r>
    </w:p>
    <w:p>
      <w:pPr>
        <w:jc w:val="right"/>
      </w:pPr>
      <w:r>
        <w:t>اویل دا اپرچونیٹیز۔</w:t>
      </w:r>
    </w:p>
    <w:p>
      <w:r>
        <w:rPr>
          <w:b/>
        </w:rPr>
        <w:t xml:space="preserve">[21:40] </w:t>
      </w:r>
      <w:r>
        <w:t>So Prophet of Islam when he was in Mecca and there was 360 idols in Kaaba, so he completely ignored.</w:t>
      </w:r>
    </w:p>
    <w:p>
      <w:pPr>
        <w:jc w:val="right"/>
      </w:pPr>
      <w:r>
        <w:t>سو پرافٹ اف اسلام وین ہی واز ان مکہ اینڈ دیر واز 360 آئیڈلز ان کعبہ، سو ہی کمپلیٹلی اگنورڈ۔</w:t>
      </w:r>
    </w:p>
    <w:p>
      <w:r>
        <w:rPr>
          <w:b/>
        </w:rPr>
        <w:t xml:space="preserve">[21:50] </w:t>
      </w:r>
      <w:r>
        <w:t>He engaged himself in preaching rather than destroy the idols.</w:t>
      </w:r>
    </w:p>
    <w:p>
      <w:pPr>
        <w:jc w:val="right"/>
      </w:pPr>
      <w:r>
        <w:t>ہی انگیج ہم سیلف ان پریچنگ رادر دین ڈسٹرائے دا آئیڈلز۔</w:t>
      </w:r>
    </w:p>
    <w:p>
      <w:r>
        <w:rPr>
          <w:b/>
        </w:rPr>
        <w:t xml:space="preserve">[21:59] </w:t>
      </w:r>
      <w:r>
        <w:t>It means that at the very first day, he, he, he was, he was able to, to find</w:t>
      </w:r>
    </w:p>
    <w:p>
      <w:pPr>
        <w:jc w:val="right"/>
      </w:pPr>
      <w:r>
        <w:t>اٹ مینز دیٹ ایٹ دا ویری فرسٹ ڈے، ہی، ہی، ہی واز، ہی واز ایبل ٹو، ٹو فائنڈ</w:t>
      </w:r>
    </w:p>
    <w:p>
      <w:r>
        <w:rPr>
          <w:b/>
        </w:rPr>
        <w:t xml:space="preserve">[22:09] </w:t>
      </w:r>
      <w:r>
        <w:t>The starting point at the very first day.</w:t>
      </w:r>
    </w:p>
    <w:p>
      <w:pPr>
        <w:jc w:val="right"/>
      </w:pPr>
      <w:r>
        <w:t>دا اسٹارٹنگ پوائنٹ ایٹ دا ویری فرسٹ ڈے۔</w:t>
      </w:r>
    </w:p>
    <w:p>
      <w:r>
        <w:rPr>
          <w:b/>
        </w:rPr>
        <w:t xml:space="preserve">[22:19] </w:t>
      </w:r>
      <w:r>
        <w:t>other found starting point after a long time, after 25 years, 30 years, 50 years.</w:t>
      </w:r>
    </w:p>
    <w:p>
      <w:pPr>
        <w:jc w:val="right"/>
      </w:pPr>
      <w:r>
        <w:t>ادر فاؤنڈ اسٹارٹنگ پوائنٹ افٹر ا لانگ ٹائم، افٹر 25 ایئرز، 30 ایئرز، 50 ایئرز۔</w:t>
      </w:r>
    </w:p>
    <w:p>
      <w:r>
        <w:rPr>
          <w:b/>
        </w:rPr>
        <w:t xml:space="preserve">[22:28] </w:t>
      </w:r>
      <w:r>
        <w:t>But the prophet of Islam adopted a unique method and under this method, he was able to found,</w:t>
      </w:r>
    </w:p>
    <w:p>
      <w:pPr>
        <w:jc w:val="right"/>
      </w:pPr>
      <w:r>
        <w:t>بٹ دا پرافٹ اف اسلام اڈاپٹڈ ا یونیک میتھڈ اینڈ انڈر دس میتھڈ، ہی واز ایبل ٹو فاؤنڈ،</w:t>
      </w:r>
    </w:p>
    <w:p>
      <w:r>
        <w:rPr>
          <w:b/>
        </w:rPr>
        <w:t xml:space="preserve">[22:38] </w:t>
      </w:r>
      <w:r>
        <w:t>able to find the starting point at the very first day.</w:t>
      </w:r>
    </w:p>
    <w:p>
      <w:pPr>
        <w:jc w:val="right"/>
      </w:pPr>
      <w:r>
        <w:t>ایبل ٹو فائنڈ دا سٹارٹنگ پوائنٹ ایٹ دا ویری فرسٹ ڈے۔</w:t>
      </w:r>
    </w:p>
    <w:p>
      <w:r>
        <w:rPr>
          <w:b/>
        </w:rPr>
        <w:t xml:space="preserve">[22:47] </w:t>
      </w:r>
      <w:r>
        <w:t>So when he died in 632, he was, he was, he was, he completed the revolution.</w:t>
      </w:r>
    </w:p>
    <w:p>
      <w:pPr>
        <w:jc w:val="right"/>
      </w:pPr>
      <w:r>
        <w:t>سو وین ہی ڈائیڈ ان 632، ہی واز، ہی واز، ہی واز، ہی کمپلیٹڈ دا ریولوشن۔</w:t>
      </w:r>
    </w:p>
    <w:p>
      <w:r>
        <w:rPr>
          <w:b/>
        </w:rPr>
        <w:t xml:space="preserve">[22:57] </w:t>
      </w:r>
      <w:r>
        <w:t>revolution was completed at the time because he spent his, his life to, to, to, to build the</w:t>
      </w:r>
    </w:p>
    <w:p>
      <w:pPr>
        <w:jc w:val="right"/>
      </w:pPr>
      <w:r>
        <w:t>ریولوشن واز کمپلیٹڈ ایٹ دا ٹائم بیکاز ہی سپینڈ ہز، ہز لائف ٹو، ٹو، ٹو، ٹو بلڈ دا</w:t>
      </w:r>
    </w:p>
    <w:p>
      <w:r>
        <w:rPr>
          <w:b/>
        </w:rPr>
        <w:t xml:space="preserve">[23:07] </w:t>
      </w:r>
      <w:r>
        <w:t>society rather than to destroy obstacles.</w:t>
      </w:r>
    </w:p>
    <w:p>
      <w:pPr>
        <w:jc w:val="right"/>
      </w:pPr>
      <w:r>
        <w:t>سوسائٹی رادر دین ٹو ڈسٹرائے ابسٹیکلز۔</w:t>
      </w:r>
    </w:p>
    <w:p>
      <w:r>
        <w:rPr>
          <w:b/>
        </w:rPr>
        <w:t xml:space="preserve">[23:16] </w:t>
      </w:r>
      <w:r>
        <w:t>So the basic point is that only first generation is spirited generation, is dedicated generation.</w:t>
      </w:r>
    </w:p>
    <w:p>
      <w:pPr>
        <w:jc w:val="right"/>
      </w:pPr>
      <w:r>
        <w:t>سو دا بیسک پوائنٹ از دیٹ اونلی فرسٹ جنریشن از سپرٹڈ جنریشن، از ڈیڈیکیٹڈ جنریشن۔</w:t>
      </w:r>
    </w:p>
    <w:p>
      <w:r>
        <w:rPr>
          <w:b/>
        </w:rPr>
        <w:t xml:space="preserve">[23:26] </w:t>
      </w:r>
      <w:r>
        <w:t>And in, in every revolution, in every revolution, this, in every revolution, this, this, this first generation was,</w:t>
      </w:r>
    </w:p>
    <w:p>
      <w:pPr>
        <w:jc w:val="right"/>
      </w:pPr>
      <w:r>
        <w:t>اینڈ ان، ان ایوری ریولوشن، ان ایوری ریولوشن، دس، ان ایوری ریولوشن، دس، دس، دس فرسٹ جنریشن واز،</w:t>
      </w:r>
    </w:p>
    <w:p>
      <w:r>
        <w:rPr>
          <w:b/>
        </w:rPr>
        <w:t xml:space="preserve">[23:35] </w:t>
      </w:r>
      <w:r>
        <w:t>was, was lost because when, when came the change, they were died.</w:t>
      </w:r>
    </w:p>
    <w:p>
      <w:pPr>
        <w:jc w:val="right"/>
      </w:pPr>
      <w:r>
        <w:t>واز، واز لاسٹ بیکاز وین، وین کیم دا چینج، دے ویر ڈائیڈ۔</w:t>
      </w:r>
    </w:p>
    <w:p>
      <w:r>
        <w:rPr>
          <w:b/>
        </w:rPr>
        <w:t xml:space="preserve">[23:45] </w:t>
      </w:r>
      <w:r>
        <w:t>So other, all other revolutionaries were negative revolutionary and Prophet of Islam was positive revolutionary.</w:t>
      </w:r>
    </w:p>
    <w:p>
      <w:pPr>
        <w:jc w:val="right"/>
      </w:pPr>
      <w:r>
        <w:t>سو ادر، آل ادر ریولوشنریز ویر نیگیٹیو ریولوشنری اینڈ پرافٹ اف اسلام واز پوزیٹیو ریولوشنری۔</w:t>
      </w:r>
    </w:p>
    <w:p>
      <w:r>
        <w:rPr>
          <w:b/>
        </w:rPr>
        <w:t xml:space="preserve">[23:55] </w:t>
      </w:r>
      <w:r>
        <w:t>This was the secret of his success.</w:t>
      </w:r>
    </w:p>
    <w:p>
      <w:pPr>
        <w:jc w:val="right"/>
      </w:pPr>
      <w:r>
        <w:t>دس واز دا سیکرٹ اف ہز سکسیس۔</w:t>
      </w:r>
    </w:p>
    <w:p>
      <w:r>
        <w:rPr>
          <w:b/>
        </w:rPr>
        <w:t xml:space="preserve">[24:04] </w:t>
      </w:r>
      <w:r>
        <w:t>You can see, if you read the history of revolution, you will find that in every revolution, this</w:t>
      </w:r>
    </w:p>
    <w:p>
      <w:pPr>
        <w:jc w:val="right"/>
      </w:pPr>
      <w:r>
        <w:t>یو کین سی، اف یو ریڈ دا ہسٹری اف ریولوشن، یو ویل فائنڈ دیٹ ان ایوری ریولوشن، دس</w:t>
      </w:r>
    </w:p>
    <w:p>
      <w:r>
        <w:rPr>
          <w:b/>
        </w:rPr>
        <w:t xml:space="preserve">[24:14] </w:t>
      </w:r>
      <w:r>
        <w:t>mistake was repeated because their thinking was based on negative reaction.</w:t>
      </w:r>
    </w:p>
    <w:p>
      <w:pPr>
        <w:jc w:val="right"/>
      </w:pPr>
      <w:r>
        <w:t>مسٹیک واز ریپیٹڈ بیکاز دیر تھنکنگ واز بیسڈ ان نیگیٹیو ری ایکشن۔</w:t>
      </w:r>
    </w:p>
    <w:p>
      <w:r>
        <w:rPr>
          <w:b/>
        </w:rPr>
        <w:t xml:space="preserve">[24:23] </w:t>
      </w:r>
      <w:r>
        <w:t>So they became rebel, they became negative thinker.</w:t>
      </w:r>
    </w:p>
    <w:p>
      <w:pPr>
        <w:jc w:val="right"/>
      </w:pPr>
      <w:r>
        <w:t>سو دے بیکم ریبل، دے بیکم نیگیٹیو تھنکر۔</w:t>
      </w:r>
    </w:p>
    <w:p>
      <w:r>
        <w:rPr>
          <w:b/>
        </w:rPr>
        <w:t xml:space="preserve">[24:33] </w:t>
      </w:r>
      <w:r>
        <w:t>But Prophet Islam was not rebel.</w:t>
      </w:r>
    </w:p>
    <w:p>
      <w:pPr>
        <w:jc w:val="right"/>
      </w:pPr>
      <w:r>
        <w:t>بٹ پرافٹ اسلام واز ناٹ ریبل۔</w:t>
      </w:r>
    </w:p>
    <w:p>
      <w:r>
        <w:rPr>
          <w:b/>
        </w:rPr>
        <w:t xml:space="preserve">[24:43] </w:t>
      </w:r>
      <w:r>
        <w:t>You cannot say that he was a rebel.</w:t>
      </w:r>
    </w:p>
    <w:p>
      <w:pPr>
        <w:jc w:val="right"/>
      </w:pPr>
      <w:r>
        <w:t>یو کین ناٹ سے دیٹ ہی واز ریبل۔</w:t>
      </w:r>
    </w:p>
    <w:p>
      <w:r>
        <w:rPr>
          <w:b/>
        </w:rPr>
        <w:t xml:space="preserve">[24:52] </w:t>
      </w:r>
      <w:r>
        <w:t>He was positive thinker, he was positive thinker from the, from the very first day.</w:t>
      </w:r>
    </w:p>
    <w:p>
      <w:pPr>
        <w:jc w:val="right"/>
      </w:pPr>
      <w:r>
        <w:t>ہی واز پوزیٹیو تھنکر، ہی واز پوزیٹیو تھنکر فرام دا، فرام دا ویری فرسٹ ڈے۔</w:t>
      </w:r>
    </w:p>
    <w:p>
      <w:r>
        <w:rPr>
          <w:b/>
        </w:rPr>
        <w:t xml:space="preserve">[25:02] </w:t>
      </w:r>
      <w:r>
        <w:t>positive thinker, positive revolutionary, while all other leaders were negative thinker, negative revolutionary.</w:t>
      </w:r>
    </w:p>
    <w:p>
      <w:pPr>
        <w:jc w:val="right"/>
      </w:pPr>
      <w:r>
        <w:t>پوزیٹیو تھنکر، پوزیٹیو ریولوشنری، وائل آل ادر لیڈرز ویر نیگیٹیو تھنکر، نیگیٹیو ریولوشنری۔</w:t>
      </w:r>
    </w:p>
    <w:p>
      <w:r>
        <w:rPr>
          <w:b/>
        </w:rPr>
        <w:t xml:space="preserve">[25:11] </w:t>
      </w:r>
      <w:r>
        <w:t>So the last was that, the last was that revolution failed to find the first generation to build</w:t>
      </w:r>
    </w:p>
    <w:p>
      <w:pPr>
        <w:jc w:val="right"/>
      </w:pPr>
      <w:r>
        <w:t>سو دا لاسٹ واز داٹ، دا لاسٹ واز دیٹ ریولوشن فیلڈ ٹو فائنڈ دا فرسٹ جنریشن ٹو بلڈ</w:t>
      </w:r>
    </w:p>
    <w:p>
      <w:r>
        <w:rPr>
          <w:b/>
        </w:rPr>
        <w:t xml:space="preserve">[25:21] </w:t>
      </w:r>
      <w:r>
        <w:t>The, the, the required society.</w:t>
      </w:r>
    </w:p>
    <w:p>
      <w:pPr>
        <w:jc w:val="right"/>
      </w:pPr>
      <w:r>
        <w:t>دا، دا، دا ریکوائرڈ سوسائٹی۔</w:t>
      </w:r>
    </w:p>
    <w:p>
      <w:r>
        <w:rPr>
          <w:b/>
        </w:rPr>
        <w:t xml:space="preserve">[25:31] </w:t>
      </w:r>
      <w:r>
        <w:t>This was the unique formula applied by the Prophet of Islam.</w:t>
      </w:r>
    </w:p>
    <w:p>
      <w:pPr>
        <w:jc w:val="right"/>
      </w:pPr>
      <w:r>
        <w:t>دس واز دا یونیک فارمولا اپلائیڈ بائی دا پرافٹ اف اسلام۔</w:t>
      </w:r>
    </w:p>
    <w:p>
      <w:r>
        <w:rPr>
          <w:b/>
        </w:rPr>
        <w:t xml:space="preserve">[25:40] </w:t>
      </w:r>
      <w:r>
        <w:t>Then I would like to give some more example.</w:t>
      </w:r>
    </w:p>
    <w:p>
      <w:pPr>
        <w:jc w:val="right"/>
      </w:pPr>
      <w:r>
        <w:t>دین ائی وڈ لائک ٹو گیو سم مور ایگزامپل۔</w:t>
      </w:r>
    </w:p>
    <w:p>
      <w:r>
        <w:rPr>
          <w:b/>
        </w:rPr>
        <w:t xml:space="preserve">[25:50] </w:t>
      </w:r>
      <w:r>
        <w:t>You see, when Prophet he started his mission and adopted this formula, and he avoid the problem and</w:t>
      </w:r>
    </w:p>
    <w:p>
      <w:pPr>
        <w:jc w:val="right"/>
      </w:pPr>
      <w:r>
        <w:t>یو سی، وین پرافٹ ہی سٹارٹڈ ہز مشن اینڈ اڈاپٹڈ دس فارمولا، اینڈ ہی اوائڈ دا پرابلم اینڈ</w:t>
      </w:r>
    </w:p>
    <w:p>
      <w:r>
        <w:rPr>
          <w:b/>
        </w:rPr>
        <w:t xml:space="preserve">[25:59] </w:t>
      </w:r>
      <w:r>
        <w:t>Avail all opportunities by following this formula. He, he successfully, he, he successfully carried his mission in Makkah.</w:t>
      </w:r>
    </w:p>
    <w:p>
      <w:pPr>
        <w:jc w:val="right"/>
      </w:pPr>
      <w:r>
        <w:t>اویل دا اپرچونیٹیز بائی فالونگ دس فارمولا، ہی، ہی سکسیس فل، ہی، ہی سکسیس فلی کرڈ ہز مشن ان مکہ۔</w:t>
      </w:r>
    </w:p>
    <w:p>
      <w:r>
        <w:rPr>
          <w:b/>
        </w:rPr>
        <w:t xml:space="preserve">[26:09] </w:t>
      </w:r>
      <w:r>
        <w:t>And within thirty years, he was able to, to extract all the good people, all those people, all</w:t>
      </w:r>
    </w:p>
    <w:p>
      <w:pPr>
        <w:jc w:val="right"/>
      </w:pPr>
      <w:r>
        <w:t>اینڈ ودن تھرٹی ایئرز، ہی واز ایبل ٹو، ٹو ایکسٹریکٹ آل دا گڈ پیپل، آل دوز پیپل، آل</w:t>
      </w:r>
    </w:p>
    <w:p>
      <w:r>
        <w:rPr>
          <w:b/>
        </w:rPr>
        <w:t xml:space="preserve">[26:18] </w:t>
      </w:r>
      <w:r>
        <w:t>Those persons who were sincere, who were serious, who were seeker of truth.</w:t>
      </w:r>
    </w:p>
    <w:p>
      <w:pPr>
        <w:jc w:val="right"/>
      </w:pPr>
      <w:r>
        <w:t>دوز پرسنز ہو، ویر سنسیر، ہو، ویر سیریس، ہو، ویر سیکر اف ٹروتھ۔</w:t>
      </w:r>
    </w:p>
    <w:p>
      <w:r>
        <w:rPr>
          <w:b/>
        </w:rPr>
        <w:t xml:space="preserve">[26:28] </w:t>
      </w:r>
      <w:r>
        <w:t>They accepted his mission, his message, they became his followers.</w:t>
      </w:r>
    </w:p>
    <w:p>
      <w:pPr>
        <w:jc w:val="right"/>
      </w:pPr>
      <w:r>
        <w:t>دے ایکسیپٹڈ ہز مشن، ہز میسج، دے بیکم ہز فالوورز۔</w:t>
      </w:r>
    </w:p>
    <w:p>
      <w:r>
        <w:rPr>
          <w:b/>
        </w:rPr>
        <w:t xml:space="preserve">[26:38] </w:t>
      </w:r>
      <w:r>
        <w:t>So this was a miracle of this kind of formula.</w:t>
      </w:r>
    </w:p>
    <w:p>
      <w:pPr>
        <w:jc w:val="right"/>
      </w:pPr>
      <w:r>
        <w:t>سو دس واز ا بریکل اف دس کائنڈ اف فارمولا۔</w:t>
      </w:r>
    </w:p>
    <w:p>
      <w:r>
        <w:rPr>
          <w:b/>
        </w:rPr>
        <w:t xml:space="preserve">[26:47] </w:t>
      </w:r>
      <w:r>
        <w:t>This formula was given in the Quran in these words: "اصل خیر Peace is the best, peace is</w:t>
      </w:r>
    </w:p>
    <w:p>
      <w:pPr>
        <w:jc w:val="right"/>
      </w:pPr>
      <w:r>
        <w:t>دس فارمولا واز گیون ان دا قران ان دیز ورڈز: "اصل خیر پیس از دا بیسٹ، پیس از</w:t>
      </w:r>
    </w:p>
    <w:p>
      <w:r>
        <w:rPr>
          <w:b/>
        </w:rPr>
        <w:t xml:space="preserve">[26:57] </w:t>
      </w:r>
      <w:r>
        <w:t>"The best." Here I would like to say that all the thinkers, all the leaders were, were believers</w:t>
      </w:r>
    </w:p>
    <w:p>
      <w:pPr>
        <w:jc w:val="right"/>
      </w:pPr>
      <w:r>
        <w:t>دا بیسٹ۔" ہیر ائی وڈ لائک ٹو سے دیٹ آل دا تھنکرز، آل دا لیڈرز ویر، ویر بیلیورز</w:t>
      </w:r>
    </w:p>
    <w:p>
      <w:r>
        <w:rPr>
          <w:b/>
        </w:rPr>
        <w:t xml:space="preserve">[27:06] </w:t>
      </w:r>
      <w:r>
        <w:t>of a mistaken notion.</w:t>
      </w:r>
    </w:p>
    <w:p>
      <w:pPr>
        <w:jc w:val="right"/>
      </w:pPr>
      <w:r>
        <w:t>اف ا مسٹیکن نوشن۔</w:t>
      </w:r>
    </w:p>
    <w:p>
      <w:r>
        <w:rPr>
          <w:b/>
        </w:rPr>
        <w:t xml:space="preserve">[27:16] </w:t>
      </w:r>
      <w:r>
        <w:t>They always said that, for example, European thinkers said, said that "freedom is some boon, freedom is some</w:t>
      </w:r>
    </w:p>
    <w:p>
      <w:pPr>
        <w:jc w:val="right"/>
      </w:pPr>
      <w:r>
        <w:t>دے الویز سیڈ دیٹ، فار ایگزامپل، یورپین تھنکر سیڈ، سیڈ دیٹ "فریڈم از سم بونم، فریڈم از سم</w:t>
      </w:r>
    </w:p>
    <w:p>
      <w:r>
        <w:rPr>
          <w:b/>
        </w:rPr>
        <w:t xml:space="preserve">[27:26] </w:t>
      </w:r>
      <w:r>
        <w:t>bonum." Some said that "justice is summum bonum," some said that "economic equality is summum bonum." So all</w:t>
      </w:r>
    </w:p>
    <w:p>
      <w:pPr>
        <w:jc w:val="right"/>
      </w:pPr>
      <w:r>
        <w:t>بونم۔" سم سیڈ دیٹ "جسٹس از سم بونم،" سم سیڈ دیٹ "اکنامک ایکولٹی از سم بونم۔" سو آل</w:t>
      </w:r>
    </w:p>
    <w:p>
      <w:r>
        <w:rPr>
          <w:b/>
        </w:rPr>
        <w:t xml:space="preserve">[27:35] </w:t>
      </w:r>
      <w:r>
        <w:t>These people have adopted some other thing that is according to, according to their thinking, some bonum.</w:t>
      </w:r>
    </w:p>
    <w:p>
      <w:pPr>
        <w:jc w:val="right"/>
      </w:pPr>
      <w:r>
        <w:t>دیز پیپل ہیو اڈاپٹڈ سم ادر تھنگ دیٹ از اکارڈنگ ٹو، اکارڈنگ ٹو دیر تھنکنگ، سم بونم۔</w:t>
      </w:r>
    </w:p>
    <w:p>
      <w:r>
        <w:rPr>
          <w:b/>
        </w:rPr>
        <w:t xml:space="preserve">[27:45] </w:t>
      </w:r>
      <w:r>
        <w:t>But these kinds cannot be some bonum.</w:t>
      </w:r>
    </w:p>
    <w:p>
      <w:pPr>
        <w:jc w:val="right"/>
      </w:pPr>
      <w:r>
        <w:t>بٹ دیز کائنڈز کین ناٹ بی سم بونم۔</w:t>
      </w:r>
    </w:p>
    <w:p>
      <w:r>
        <w:rPr>
          <w:b/>
        </w:rPr>
        <w:t xml:space="preserve">[27:54] </w:t>
      </w:r>
      <w:r>
        <w:t>Sum bonum means highest good.</w:t>
      </w:r>
    </w:p>
    <w:p>
      <w:pPr>
        <w:jc w:val="right"/>
      </w:pPr>
      <w:r>
        <w:t>سم بونم مینز ہائیسٹ گڈ۔</w:t>
      </w:r>
    </w:p>
    <w:p>
      <w:r>
        <w:rPr>
          <w:b/>
        </w:rPr>
        <w:t xml:space="preserve">[28:04] </w:t>
      </w:r>
      <w:r>
        <w:t>Quran says that only one thing is supreme, that is peace.</w:t>
      </w:r>
    </w:p>
    <w:p>
      <w:pPr>
        <w:jc w:val="right"/>
      </w:pPr>
      <w:r>
        <w:t>قران سیز دیٹ اونلی ون تھنگ از سم بونم، دیٹ از پیس۔</w:t>
      </w:r>
    </w:p>
    <w:p>
      <w:r>
        <w:rPr>
          <w:b/>
        </w:rPr>
        <w:t xml:space="preserve">[28:14] </w:t>
      </w:r>
      <w:r>
        <w:t>"Asal khair peace is the summum bonum, freedom is not summum bonum." Why? Because when you want, when</w:t>
      </w:r>
    </w:p>
    <w:p>
      <w:pPr>
        <w:jc w:val="right"/>
      </w:pPr>
      <w:r>
        <w:t>"اصل خیر پیس از دا سم بونم، فریڈم از ناٹ سم بونم۔" وائی؟ بیکاز وین یو وان، وین</w:t>
      </w:r>
    </w:p>
    <w:p>
      <w:r>
        <w:rPr>
          <w:b/>
        </w:rPr>
        <w:t xml:space="preserve">[28:23] </w:t>
      </w:r>
      <w:r>
        <w:t>you say this, "freedom is some boon," then from the from the first day, you can, you</w:t>
      </w:r>
    </w:p>
    <w:p>
      <w:pPr>
        <w:jc w:val="right"/>
      </w:pPr>
      <w:r>
        <w:t>یو سے دس "فریڈم از سم بونم،" تو دین فرام دا فرام دا فرسٹ ڈے، یو کین، یو</w:t>
      </w:r>
    </w:p>
    <w:p>
      <w:r>
        <w:rPr>
          <w:b/>
        </w:rPr>
        <w:t xml:space="preserve">[28:33] </w:t>
      </w:r>
      <w:r>
        <w:t>can, you have to adopt a confrontation approach.</w:t>
      </w:r>
    </w:p>
    <w:p>
      <w:pPr>
        <w:jc w:val="right"/>
      </w:pPr>
      <w:r>
        <w:t>کین، یو ہیو ٹو اڈاپٹ ا کنٹریفرٹیشن اپروچ۔</w:t>
      </w:r>
    </w:p>
    <w:p>
      <w:r>
        <w:rPr>
          <w:b/>
        </w:rPr>
        <w:t xml:space="preserve">[28:42] </w:t>
      </w:r>
      <w:r>
        <w:t>For example, in India, our leaders said that, that "freedom slavery" or "freedom choose" between the two.</w:t>
      </w:r>
    </w:p>
    <w:p>
      <w:pPr>
        <w:jc w:val="right"/>
      </w:pPr>
      <w:r>
        <w:t>فار ایگزامپل، ان انڈیا، ہم اور لیڈرز سیڈ دیٹ، دیٹ "فریڈم سلیوری" اور "فریڈم چوز" بٹوین دا ٹو۔</w:t>
      </w:r>
    </w:p>
    <w:p>
      <w:r>
        <w:rPr>
          <w:b/>
        </w:rPr>
        <w:t xml:space="preserve">[28:52] </w:t>
      </w:r>
      <w:r>
        <w:t>aur freedom was under the control of Britishers.</w:t>
      </w:r>
    </w:p>
    <w:p>
      <w:pPr>
        <w:jc w:val="right"/>
      </w:pPr>
      <w:r>
        <w:t>اور فریڈم واز انڈر دا کنٹرول اف برٹشرز۔</w:t>
      </w:r>
    </w:p>
    <w:p>
      <w:r>
        <w:rPr>
          <w:b/>
        </w:rPr>
        <w:t xml:space="preserve">[29:02] </w:t>
      </w:r>
      <w:r>
        <w:t>So when we said that "freedom is some boon," we have to confront with Britishers.</w:t>
      </w:r>
    </w:p>
    <w:p>
      <w:pPr>
        <w:jc w:val="right"/>
      </w:pPr>
      <w:r>
        <w:t>سو وین وی سیڈ دیٹ "فریڈم از سم بونم،" وی ہیو ٹو کنفرنٹ ود برٹشرز۔</w:t>
      </w:r>
    </w:p>
    <w:p>
      <w:r>
        <w:rPr>
          <w:b/>
        </w:rPr>
        <w:t xml:space="preserve">[29:11] </w:t>
      </w:r>
      <w:r>
        <w:t>Without removing British rule, there was no freedom.</w:t>
      </w:r>
    </w:p>
    <w:p>
      <w:pPr>
        <w:jc w:val="right"/>
      </w:pPr>
      <w:r>
        <w:t>وداؤٹ ریموونگ برٹش رول، دیر واز نو فریڈم۔</w:t>
      </w:r>
    </w:p>
    <w:p>
      <w:r>
        <w:rPr>
          <w:b/>
        </w:rPr>
        <w:t xml:space="preserve">[29:21] </w:t>
      </w:r>
      <w:r>
        <w:t>So for achieving the political freedom, we adopted the confrontational method from the, from the very first beginning.</w:t>
      </w:r>
    </w:p>
    <w:p>
      <w:pPr>
        <w:jc w:val="right"/>
      </w:pPr>
      <w:r>
        <w:t>سو فار اچیونگ دا پولیٹیکل فریڈم، وی اڈاپٹڈ دا کنفرنٹیشنل میتھڈ فرام دا، فرام دا ویری فرسٹ بیگننگ۔</w:t>
      </w:r>
    </w:p>
    <w:p>
      <w:r>
        <w:rPr>
          <w:b/>
        </w:rPr>
        <w:t xml:space="preserve">[29:30] </w:t>
      </w:r>
      <w:r>
        <w:t>But it's, but, but Quran gives us other, other different formula that "peace is the summum bonum." It</w:t>
      </w:r>
    </w:p>
    <w:p>
      <w:pPr>
        <w:jc w:val="right"/>
      </w:pPr>
      <w:r>
        <w:t>بٹ اٹس، بٹ، بٹ قران گیوز اس ادر، ادر ڈفرنٹ فارمولا دیٹ "پیس از دا سم بونم۔" اٹ</w:t>
      </w:r>
    </w:p>
    <w:p>
      <w:r>
        <w:rPr>
          <w:b/>
        </w:rPr>
        <w:t xml:space="preserve">[29:40] </w:t>
      </w:r>
      <w:r>
        <w:t>means that you have to ignore all those problems, freedom or anything.</w:t>
      </w:r>
    </w:p>
    <w:p>
      <w:pPr>
        <w:jc w:val="right"/>
      </w:pPr>
      <w:r>
        <w:t>مینز دیٹ یو ہیو ٹو اگنور آل دوز پرابلمز، فریڈم اور اینی تھنگ۔</w:t>
      </w:r>
    </w:p>
    <w:p>
      <w:r>
        <w:rPr>
          <w:b/>
        </w:rPr>
        <w:t xml:space="preserve">[29:49] </w:t>
      </w:r>
      <w:r>
        <w:t>So it means that in all other issues, you have to accept the status quo.</w:t>
      </w:r>
    </w:p>
    <w:p>
      <w:pPr>
        <w:jc w:val="right"/>
      </w:pPr>
      <w:r>
        <w:t>سو اٹ مینز دیٹ ان آل ادر ایشوز، یو ہیو ٹو ایکسیپٹ دا اسٹیٹس کو۔</w:t>
      </w:r>
    </w:p>
    <w:p>
      <w:r>
        <w:rPr>
          <w:b/>
        </w:rPr>
        <w:t xml:space="preserve">[29:59] </w:t>
      </w:r>
      <w:r>
        <w:t>"Asal khair" means you have to accept the status quo about all the other issues, so that you find peace.</w:t>
      </w:r>
    </w:p>
    <w:p>
      <w:pPr>
        <w:jc w:val="right"/>
      </w:pPr>
      <w:r>
        <w:t>"اصل خیر" مینز یو ہیو ٹو ایکسیپٹ دا اسٹیٹس کو اباؤٹ آل دا ادر ایشوز، سو دیٹ یو فائنڈ پیس۔</w:t>
      </w:r>
    </w:p>
    <w:p>
      <w:r>
        <w:rPr>
          <w:b/>
        </w:rPr>
        <w:t xml:space="preserve">[30:09] </w:t>
      </w:r>
      <w:r>
        <w:t>For example, will Prophet of Islam accepted the status quo in Kaaba.</w:t>
      </w:r>
    </w:p>
    <w:p>
      <w:pPr>
        <w:jc w:val="right"/>
      </w:pPr>
      <w:r>
        <w:t>فار ایگزامپل، ویل پرافٹ اف اسلام ایکسیپٹڈ دا اسٹیٹس کو ان کعبہ۔</w:t>
      </w:r>
    </w:p>
    <w:p>
      <w:r>
        <w:rPr>
          <w:b/>
        </w:rPr>
        <w:t xml:space="preserve">[30:18] </w:t>
      </w:r>
      <w:r>
        <w:t>At the time, there was 360 idols.</w:t>
      </w:r>
    </w:p>
    <w:p>
      <w:pPr>
        <w:jc w:val="right"/>
      </w:pPr>
      <w:r>
        <w:t>ایٹ دا ٹائم، دیر واز 600، 360 آئیڈلز۔</w:t>
      </w:r>
    </w:p>
    <w:p>
      <w:r>
        <w:rPr>
          <w:b/>
        </w:rPr>
        <w:t xml:space="preserve">[30:28] </w:t>
      </w:r>
      <w:r>
        <w:t>So this was the status quo.</w:t>
      </w:r>
    </w:p>
    <w:p>
      <w:pPr>
        <w:jc w:val="right"/>
      </w:pPr>
      <w:r>
        <w:t>سو دس واز دا اسٹیٹس کو۔</w:t>
      </w:r>
    </w:p>
    <w:p>
      <w:r>
        <w:rPr>
          <w:b/>
        </w:rPr>
        <w:t xml:space="preserve">[30:37] </w:t>
      </w:r>
      <w:r>
        <w:t>The presence, idol presence of 360 idols was status quo.</w:t>
      </w:r>
    </w:p>
    <w:p>
      <w:pPr>
        <w:jc w:val="right"/>
      </w:pPr>
      <w:r>
        <w:t>دا پریزنس، اوائیڈل پریزنس اف 360 آئیڈلز واز اسٹیٹس کو۔</w:t>
      </w:r>
    </w:p>
    <w:p>
      <w:r>
        <w:rPr>
          <w:b/>
        </w:rPr>
        <w:t xml:space="preserve">[30:47] </w:t>
      </w:r>
      <w:r>
        <w:t>So when prophet accepted this status quo, he achieved peace.</w:t>
      </w:r>
    </w:p>
    <w:p>
      <w:pPr>
        <w:jc w:val="right"/>
      </w:pPr>
      <w:r>
        <w:t>سو وین پرافٹ ایکسیپٹڈ دس اسٹیٹس کو، ہی اچیوڈ پیس۔</w:t>
      </w:r>
    </w:p>
    <w:p>
      <w:r>
        <w:rPr>
          <w:b/>
        </w:rPr>
        <w:t xml:space="preserve">[30:57] </w:t>
      </w:r>
      <w:r>
        <w:t>Very simple formula to achieve peace is that accept the status quo, and there is peace without fighting.</w:t>
      </w:r>
    </w:p>
    <w:p>
      <w:pPr>
        <w:jc w:val="right"/>
      </w:pPr>
      <w:r>
        <w:t>ویری سمپل فارمولا ٹو اچیو پیس از دیٹ ایکسیپٹ دا اسٹیٹس کو، اینڈ دیر از پیس وداؤٹ فائٹنگ۔</w:t>
      </w:r>
    </w:p>
    <w:p>
      <w:r>
        <w:rPr>
          <w:b/>
        </w:rPr>
        <w:t xml:space="preserve">[31:06] </w:t>
      </w:r>
      <w:r>
        <w:t>This was the formula of Prophet of Islam.</w:t>
      </w:r>
    </w:p>
    <w:p>
      <w:pPr>
        <w:jc w:val="right"/>
      </w:pPr>
      <w:r>
        <w:t>دس واز دا فارمولا اف پرافٹ اف اسلام۔</w:t>
      </w:r>
    </w:p>
    <w:p>
      <w:r>
        <w:rPr>
          <w:b/>
        </w:rPr>
        <w:t xml:space="preserve">[31:16] </w:t>
      </w:r>
      <w:r>
        <w:t>He said that, "Peace is the summum bonum, peace is the highest good," and all other things are secondary.</w:t>
      </w:r>
    </w:p>
    <w:p>
      <w:pPr>
        <w:jc w:val="right"/>
      </w:pPr>
      <w:r>
        <w:t>ہی سیڈ دیٹ "پیس از دا سم بونم، پیس از دا ہائیسٹ گڈ،" اور آل ادر تھنگز ار سیکنڈری۔</w:t>
      </w:r>
    </w:p>
    <w:p>
      <w:r>
        <w:rPr>
          <w:b/>
        </w:rPr>
        <w:t xml:space="preserve">[31:25] </w:t>
      </w:r>
      <w:r>
        <w:t>So in all other issues, you have to accept the status quo, and then there is peace.</w:t>
      </w:r>
    </w:p>
    <w:p>
      <w:pPr>
        <w:jc w:val="right"/>
      </w:pPr>
      <w:r>
        <w:t>سو ان آل ادر ایشوز، یو ہیو ٹو ایکسیپٹ دی سٹیٹس کو، اینڈ دین دیر از پیس۔</w:t>
      </w:r>
    </w:p>
    <w:p>
      <w:r>
        <w:rPr>
          <w:b/>
        </w:rPr>
        <w:t xml:space="preserve">[31:35] </w:t>
      </w:r>
      <w:r>
        <w:t>You know, when the Prophet of Islam was faced atrocities in Mecca, even they wanted to kill him,</w:t>
      </w:r>
    </w:p>
    <w:p>
      <w:pPr>
        <w:jc w:val="right"/>
      </w:pPr>
      <w:r>
        <w:t>یو نو، وین دا پرافٹ اف اسلام واز فیسڈ ایٹروسیٹیز ان مکہ، ایون دے وانٹڈ ٹو کل ہم،</w:t>
      </w:r>
    </w:p>
    <w:p>
      <w:r>
        <w:rPr>
          <w:b/>
        </w:rPr>
        <w:t xml:space="preserve">[31:45] </w:t>
      </w:r>
      <w:r>
        <w:t>Then he, he decided to leave Mecca and settle in Medina.</w:t>
      </w:r>
    </w:p>
    <w:p>
      <w:pPr>
        <w:jc w:val="right"/>
      </w:pPr>
      <w:r>
        <w:t>دین ہی، ہی ڈیسائیڈڈ ٹو لیو مکہ اینڈ سیٹل ان مدینہ۔</w:t>
      </w:r>
    </w:p>
    <w:p>
      <w:r>
        <w:rPr>
          <w:b/>
        </w:rPr>
        <w:t xml:space="preserve">[31:54] </w:t>
      </w:r>
      <w:r>
        <w:t>So he, he avoided confrontation.</w:t>
      </w:r>
    </w:p>
    <w:p>
      <w:pPr>
        <w:jc w:val="right"/>
      </w:pPr>
      <w:r>
        <w:t>سو ہی، ہی اوائیڈڈ کنفرنٹیشن۔</w:t>
      </w:r>
    </w:p>
    <w:p>
      <w:r>
        <w:rPr>
          <w:b/>
        </w:rPr>
        <w:t xml:space="preserve">[32:04] </w:t>
      </w:r>
      <w:r>
        <w:t>They wanted to kill Prophet of Muhammad, but he, he avoided confrontation.</w:t>
      </w:r>
    </w:p>
    <w:p>
      <w:pPr>
        <w:jc w:val="right"/>
      </w:pPr>
      <w:r>
        <w:t>دے وانٹڈ ٹو کل پرافٹ اف محمد، بٹ ہی، ہی اوائیڈڈ کنفرنٹیشن۔</w:t>
      </w:r>
    </w:p>
    <w:p>
      <w:r>
        <w:rPr>
          <w:b/>
        </w:rPr>
        <w:t xml:space="preserve">[32:13] </w:t>
      </w:r>
      <w:r>
        <w:t>He, he left Mecca and settled in Madina.</w:t>
      </w:r>
    </w:p>
    <w:p>
      <w:pPr>
        <w:jc w:val="right"/>
      </w:pPr>
      <w:r>
        <w:t>ہی، ہی، لیفٹ مکہ اینڈ سیٹل ان مدینہ۔</w:t>
      </w:r>
    </w:p>
    <w:p>
      <w:r>
        <w:rPr>
          <w:b/>
        </w:rPr>
        <w:t xml:space="preserve">[32:23] </w:t>
      </w:r>
      <w:r>
        <w:t>So there was no confrontation by simple way of migration.</w:t>
      </w:r>
    </w:p>
    <w:p>
      <w:pPr>
        <w:jc w:val="right"/>
      </w:pPr>
      <w:r>
        <w:t>سو دیر واز نو کنفرنٹیشن بائی سمپل وے اف مائیگریشن۔</w:t>
      </w:r>
    </w:p>
    <w:p>
      <w:r>
        <w:rPr>
          <w:b/>
        </w:rPr>
        <w:t xml:space="preserve">[32:33] </w:t>
      </w:r>
      <w:r>
        <w:t>He again was able to achieve peace, achieve peace.</w:t>
      </w:r>
    </w:p>
    <w:p>
      <w:pPr>
        <w:jc w:val="right"/>
      </w:pPr>
      <w:r>
        <w:t>ہی اگین واز ایبل ٹو اچیو پیس، اچیو پیس۔</w:t>
      </w:r>
    </w:p>
    <w:p>
      <w:r>
        <w:rPr>
          <w:b/>
        </w:rPr>
        <w:t xml:space="preserve">[32:42] </w:t>
      </w:r>
      <w:r>
        <w:t>Then when he settled in Madinah, then Makkah people wanted to, there Makkah people waged war against prophet of Islam.</w:t>
      </w:r>
    </w:p>
    <w:p>
      <w:pPr>
        <w:jc w:val="right"/>
      </w:pPr>
      <w:r>
        <w:t>دین وین ہی سیٹل ان مدینہ، دین مکہ پیپل وانٹڈ ٹو، دیر مکہ پیپل ویجڈ وار اگینسٹ پرافٹ اف اسلام۔</w:t>
      </w:r>
    </w:p>
    <w:p>
      <w:r>
        <w:rPr>
          <w:b/>
        </w:rPr>
        <w:t xml:space="preserve">[32:52] </w:t>
      </w:r>
      <w:r>
        <w:t>There was Battle of Badr, Battle of Uhud.</w:t>
      </w:r>
    </w:p>
    <w:p>
      <w:pPr>
        <w:jc w:val="right"/>
      </w:pPr>
      <w:r>
        <w:t>دیر واز بیٹل اف بدر، بیٹل اف احد۔</w:t>
      </w:r>
    </w:p>
    <w:p>
      <w:r>
        <w:rPr>
          <w:b/>
        </w:rPr>
        <w:t xml:space="preserve">[33:01] </w:t>
      </w:r>
      <w:r>
        <w:t>But after some, after some skirmishes, these were, these were not war, it was skirmishes.</w:t>
      </w:r>
    </w:p>
    <w:p>
      <w:pPr>
        <w:jc w:val="right"/>
      </w:pPr>
      <w:r>
        <w:t>بٹ افٹر سم، افٹر سم اسکرمیشن، دیز وار، دیز ویر ناٹ وار، اٹ واز اسکرمیشن۔</w:t>
      </w:r>
    </w:p>
    <w:p>
      <w:r>
        <w:rPr>
          <w:b/>
        </w:rPr>
        <w:t xml:space="preserve">[33:11] </w:t>
      </w:r>
      <w:r>
        <w:t>He settled the peace, he adopted, he accepted all those conditions they wanted.</w:t>
      </w:r>
    </w:p>
    <w:p>
      <w:pPr>
        <w:jc w:val="right"/>
      </w:pPr>
      <w:r>
        <w:t>ہی سیٹل دا پیس، ہی اڈاپٹڈ، ہی ایکسیپٹڈ آل دوز کنڈیشنز دے وانٹڈ۔</w:t>
      </w:r>
    </w:p>
    <w:p>
      <w:r>
        <w:rPr>
          <w:b/>
        </w:rPr>
        <w:t xml:space="preserve">[33:20] </w:t>
      </w:r>
      <w:r>
        <w:t>He never adopted the confrontational method.</w:t>
      </w:r>
    </w:p>
    <w:p>
      <w:pPr>
        <w:jc w:val="right"/>
      </w:pPr>
      <w:r>
        <w:t>ہی نیور اڈاپٹڈ دا کنفرنٹیشنل میتھڈ۔</w:t>
      </w:r>
    </w:p>
    <w:p>
      <w:r>
        <w:rPr>
          <w:b/>
        </w:rPr>
        <w:t xml:space="preserve">[33:30] </w:t>
      </w:r>
      <w:r>
        <w:t>He, he said that he, he accepted all the conditions laid down by Makkah people.</w:t>
      </w:r>
    </w:p>
    <w:p>
      <w:pPr>
        <w:jc w:val="right"/>
      </w:pPr>
      <w:r>
        <w:t>ہی، ہی سیڈ دیٹ ہی، ہی ایکسیپٹڈ آل دا کنڈیشنز لیڈ ڈاؤن بائی مکہ پیپل۔</w:t>
      </w:r>
    </w:p>
    <w:p>
      <w:r>
        <w:rPr>
          <w:b/>
        </w:rPr>
        <w:t xml:space="preserve">[33:40] </w:t>
      </w:r>
      <w:r>
        <w:t>Then there was an agreement, peace treaty of, there is called Hudaybiyyah principle.</w:t>
      </w:r>
    </w:p>
    <w:p>
      <w:pPr>
        <w:jc w:val="right"/>
      </w:pPr>
      <w:r>
        <w:t>دین دیر واز ا ایگریمنٹ، پیس ٹریٹی اف، دیر از کالڈ حدیبیہ پرنسپل۔</w:t>
      </w:r>
    </w:p>
    <w:p>
      <w:r>
        <w:rPr>
          <w:b/>
        </w:rPr>
        <w:t xml:space="preserve">[33:49] </w:t>
      </w:r>
      <w:r>
        <w:t>It was a peace treaty, it was a no war pact.</w:t>
      </w:r>
    </w:p>
    <w:p>
      <w:pPr>
        <w:jc w:val="right"/>
      </w:pPr>
      <w:r>
        <w:t>اٹ واز ا پیس ٹریٹی، اٹ واز ا نو وار پیکٹ۔</w:t>
      </w:r>
    </w:p>
    <w:p>
      <w:r>
        <w:rPr>
          <w:b/>
        </w:rPr>
        <w:t xml:space="preserve">[33:59] </w:t>
      </w:r>
      <w:r>
        <w:t>So again, he, by accepting their conditions, he, he was able to establish peace.</w:t>
      </w:r>
    </w:p>
    <w:p>
      <w:pPr>
        <w:jc w:val="right"/>
      </w:pPr>
      <w:r>
        <w:t>سو اگین، ہی، بائی ایکسیپٹنگ دیر کنڈیشنز، ہی، ہی واز ایبل ٹو اسٹیبلش پیس۔</w:t>
      </w:r>
    </w:p>
    <w:p>
      <w:r>
        <w:rPr>
          <w:b/>
        </w:rPr>
        <w:t xml:space="preserve">[34:08] </w:t>
      </w:r>
      <w:r>
        <w:t>تو the formula of Prophet of Islam was that "peace is the summum bonum," all other things are</w:t>
      </w:r>
    </w:p>
    <w:p>
      <w:pPr>
        <w:jc w:val="right"/>
      </w:pPr>
      <w:r>
        <w:t>تو دا فارمولا اف پرافٹ اف اسلام واز دیٹ "پیس از دا سم بونم،" آل ادر تھنگز ار</w:t>
      </w:r>
    </w:p>
    <w:p>
      <w:r>
        <w:rPr>
          <w:b/>
        </w:rPr>
        <w:t xml:space="preserve">[34:18] </w:t>
      </w:r>
      <w:r>
        <w:t>secondary, all other issues are secondary.</w:t>
      </w:r>
    </w:p>
    <w:p>
      <w:pPr>
        <w:jc w:val="right"/>
      </w:pPr>
      <w:r>
        <w:t>سیکنڈری، آل ادر ایشوز ار سیکنڈری۔</w:t>
      </w:r>
    </w:p>
    <w:p>
      <w:r>
        <w:rPr>
          <w:b/>
        </w:rPr>
        <w:t xml:space="preserve">[34:28] </w:t>
      </w:r>
      <w:r>
        <w:t>So you have to accept the status quo in all, in all, in all other issues.</w:t>
      </w:r>
    </w:p>
    <w:p>
      <w:pPr>
        <w:jc w:val="right"/>
      </w:pPr>
      <w:r>
        <w:t>سو یو ہیو ٹو ایکسیپٹ دا اسٹیٹس کو ان آل، ان آل، ان آل ادر ایشوز۔</w:t>
      </w:r>
    </w:p>
    <w:p>
      <w:r>
        <w:rPr>
          <w:b/>
        </w:rPr>
        <w:t xml:space="preserve">[34:37] </w:t>
      </w:r>
      <w:r>
        <w:t>Deen there is peace.</w:t>
      </w:r>
    </w:p>
    <w:p>
      <w:pPr>
        <w:jc w:val="right"/>
      </w:pPr>
      <w:r>
        <w:t>دین دیر از پیس۔</w:t>
      </w:r>
    </w:p>
    <w:p>
      <w:r>
        <w:rPr>
          <w:b/>
        </w:rPr>
        <w:t xml:space="preserve">[34:47] </w:t>
      </w:r>
      <w:r>
        <w:t>If you are ready to accept status quo in other issues, then there is peace.</w:t>
      </w:r>
    </w:p>
    <w:p>
      <w:pPr>
        <w:jc w:val="right"/>
      </w:pPr>
      <w:r>
        <w:t>اف یو آر ریڈی ٹو ایکسیپٹ اسٹیٹس کو ان ادر ایشوز، دین دیر از پیس۔</w:t>
      </w:r>
    </w:p>
    <w:p>
      <w:r>
        <w:rPr>
          <w:b/>
        </w:rPr>
        <w:t xml:space="preserve">[34:56] </w:t>
      </w:r>
      <w:r>
        <w:t>The in there is peace.</w:t>
      </w:r>
    </w:p>
    <w:p>
      <w:pPr>
        <w:jc w:val="right"/>
      </w:pPr>
      <w:r>
        <w:t>دین دیر از پیس۔</w:t>
      </w:r>
    </w:p>
    <w:p>
      <w:r>
        <w:rPr>
          <w:b/>
        </w:rPr>
        <w:t xml:space="preserve">[35:06] </w:t>
      </w:r>
      <w:r>
        <w:t>So this was the formula of Prophet of Islam.</w:t>
      </w:r>
    </w:p>
    <w:p>
      <w:pPr>
        <w:jc w:val="right"/>
      </w:pPr>
      <w:r>
        <w:t>سو دس واز دا فارمولا اف پرافٹ اف اسلام۔</w:t>
      </w:r>
    </w:p>
    <w:p>
      <w:r>
        <w:rPr>
          <w:b/>
        </w:rPr>
        <w:t xml:space="preserve">[35:16] </w:t>
      </w:r>
      <w:r>
        <w:t>And because of this, I said that other were, were negative revolutionary, and Prophet of Islam was positive revolutionary.</w:t>
      </w:r>
    </w:p>
    <w:p>
      <w:pPr>
        <w:jc w:val="right"/>
      </w:pPr>
      <w:r>
        <w:t>اینڈ بیکاز اف دس، ائی سیڈ دیٹ ادر ویر، ویر نیگیٹیو ریولوشنری، اینڈ پرافٹ اف اسلام واز پوزیٹیو ریولوشنری۔</w:t>
      </w:r>
    </w:p>
    <w:p>
      <w:r>
        <w:rPr>
          <w:b/>
        </w:rPr>
        <w:t xml:space="preserve">[35:25] </w:t>
      </w:r>
      <w:r>
        <w:t>So by adopting this formula, it became possible to use the first generation to rebuild the society.</w:t>
      </w:r>
    </w:p>
    <w:p>
      <w:pPr>
        <w:jc w:val="right"/>
      </w:pPr>
      <w:r>
        <w:t>سو بائی اڈاپٹنگ دس فارمولا، اٹ بیکم پوسیبل ٹو یوز دا فرسٹ جنریشن ٹو ریبیل دا سوسائٹی۔</w:t>
      </w:r>
    </w:p>
    <w:p>
      <w:r>
        <w:rPr>
          <w:b/>
        </w:rPr>
        <w:t xml:space="preserve">[35:35] </w:t>
      </w:r>
      <w:r>
        <w:t>My, my, my point is that in every movement, in every, in every revolutions, there are first generation,</w:t>
      </w:r>
    </w:p>
    <w:p>
      <w:pPr>
        <w:jc w:val="right"/>
      </w:pPr>
      <w:r>
        <w:t>مائی، مائی، مائی پوائنٹ از دیٹ ان ایوری موومنٹ، ان ایوری، ان ایوری ریولوشنز، دیر ار فرسٹ جنریشن،</w:t>
      </w:r>
    </w:p>
    <w:p>
      <w:r>
        <w:rPr>
          <w:b/>
        </w:rPr>
        <w:t xml:space="preserve">[35:44] </w:t>
      </w:r>
      <w:r>
        <w:t>And then there are second or third generation.</w:t>
      </w:r>
    </w:p>
    <w:p>
      <w:pPr>
        <w:jc w:val="right"/>
      </w:pPr>
      <w:r>
        <w:t>اینڈ دین دیر ار سیکنڈ اور تھرڈ جنریشن۔</w:t>
      </w:r>
    </w:p>
    <w:p>
      <w:r>
        <w:rPr>
          <w:b/>
        </w:rPr>
        <w:t xml:space="preserve">[35:54] </w:t>
      </w:r>
      <w:r>
        <w:t>The first generation is a spirited generation, is a dedicated generation.</w:t>
      </w:r>
    </w:p>
    <w:p>
      <w:pPr>
        <w:jc w:val="right"/>
      </w:pPr>
      <w:r>
        <w:t>دا فرسٹ جنریشن از اسپیریٹڈ جنریشن، از ڈیڈیکیٹڈ جنریشن۔</w:t>
      </w:r>
    </w:p>
    <w:p>
      <w:r>
        <w:rPr>
          <w:b/>
        </w:rPr>
        <w:t xml:space="preserve">[36:04] </w:t>
      </w:r>
      <w:r>
        <w:t>First generation are those who sacrifice for their mission.</w:t>
      </w:r>
    </w:p>
    <w:p>
      <w:pPr>
        <w:jc w:val="right"/>
      </w:pPr>
      <w:r>
        <w:t>فرسٹ جنریشن ار دوز ہو سکریفائز فار دیر مشن۔</w:t>
      </w:r>
    </w:p>
    <w:p>
      <w:r>
        <w:rPr>
          <w:b/>
        </w:rPr>
        <w:t xml:space="preserve">[36:13] </w:t>
      </w:r>
      <w:r>
        <w:t>So they are sincere people.</w:t>
      </w:r>
    </w:p>
    <w:p>
      <w:pPr>
        <w:jc w:val="right"/>
      </w:pPr>
      <w:r>
        <w:t>سو دے ار سنسیر پیپل۔</w:t>
      </w:r>
    </w:p>
    <w:p>
      <w:r>
        <w:rPr>
          <w:b/>
        </w:rPr>
        <w:t xml:space="preserve">[36:23] </w:t>
      </w:r>
      <w:r>
        <w:t>But when you adopt that formula, that we have to remove, first of all, we have to remove</w:t>
      </w:r>
    </w:p>
    <w:p>
      <w:pPr>
        <w:jc w:val="right"/>
      </w:pPr>
      <w:r>
        <w:t>بٹ وین یو اڈاپٹ دیٹ فارمولا، دیٹ وی ہیو ٹو ریموو، فرسٹ اف ال، وی ہیو ٹو ریموو</w:t>
      </w:r>
    </w:p>
    <w:p>
      <w:r>
        <w:rPr>
          <w:b/>
        </w:rPr>
        <w:t xml:space="preserve">[36:32] </w:t>
      </w:r>
      <w:r>
        <w:t>the obstacles, then we, then it is bound to lose the first generation.</w:t>
      </w:r>
    </w:p>
    <w:p>
      <w:pPr>
        <w:jc w:val="right"/>
      </w:pPr>
      <w:r>
        <w:t>دا ابسٹیکلز، دین وی، دین اٹ از باؤنڈ ٹو لوز دا فرسٹ جنریشن۔</w:t>
      </w:r>
    </w:p>
    <w:p>
      <w:r>
        <w:rPr>
          <w:b/>
        </w:rPr>
        <w:t xml:space="preserve">[36:42] </w:t>
      </w:r>
      <w:r>
        <w:t>Because when you, when you, when you adopt this formula, that first of all, you have to remove the obstacle.</w:t>
      </w:r>
    </w:p>
    <w:p>
      <w:pPr>
        <w:jc w:val="right"/>
      </w:pPr>
      <w:r>
        <w:t>بیکاز وین یو، وین یو، وین یو اڈاپٹ دس فارمولا، دیٹ فرسٹ اف ال، یو ہیو ٹو ریموو دا ابسٹیکل۔</w:t>
      </w:r>
    </w:p>
    <w:p>
      <w:r>
        <w:rPr>
          <w:b/>
        </w:rPr>
        <w:t xml:space="preserve">[36:51] </w:t>
      </w:r>
      <w:r>
        <w:t>All these people will, will die, because they are not going to live for thousand years.</w:t>
      </w:r>
    </w:p>
    <w:p>
      <w:pPr>
        <w:jc w:val="right"/>
      </w:pPr>
      <w:r>
        <w:t>آل دیز پیپل ول، ول ڈائی، بیکاز دے ار ناٹ گوئنگ ٹو لیو فار تھاؤزنڈ ایئرز۔</w:t>
      </w:r>
    </w:p>
    <w:p>
      <w:r>
        <w:rPr>
          <w:b/>
        </w:rPr>
        <w:t xml:space="preserve">[37:01] </w:t>
      </w:r>
      <w:r>
        <w:t>Man is not going to live thousand years.</w:t>
      </w:r>
    </w:p>
    <w:p>
      <w:pPr>
        <w:jc w:val="right"/>
      </w:pPr>
      <w:r>
        <w:t>من از ناٹ گوئنگ ٹو لیو تھاؤزنڈ ایئرز۔</w:t>
      </w:r>
    </w:p>
    <w:p>
      <w:r>
        <w:rPr>
          <w:b/>
        </w:rPr>
        <w:t xml:space="preserve">[37:11] </w:t>
      </w:r>
      <w:r>
        <w:t>Everyone, everyone dies after seventy years, eighty years.</w:t>
      </w:r>
    </w:p>
    <w:p>
      <w:pPr>
        <w:jc w:val="right"/>
      </w:pPr>
      <w:r>
        <w:t>ایوری ون، ایوری ون ڈائز افٹر سیونٹی ایئرز، ایٹی ایئرز۔</w:t>
      </w:r>
    </w:p>
    <w:p>
      <w:r>
        <w:rPr>
          <w:b/>
        </w:rPr>
        <w:t xml:space="preserve">[37:20] </w:t>
      </w:r>
      <w:r>
        <w:t>So when you adopt this formula, that first of all, we have to remove the obstacles, you lose</w:t>
      </w:r>
    </w:p>
    <w:p>
      <w:pPr>
        <w:jc w:val="right"/>
      </w:pPr>
      <w:r>
        <w:t>سو وین یو اڈاپٹ دس فارمولا، دیٹ فرسٹ اف ال، وی ہیو ٹو ریموو دا ابسٹیکلز، یو لوز</w:t>
      </w:r>
    </w:p>
    <w:p>
      <w:r>
        <w:rPr>
          <w:b/>
        </w:rPr>
        <w:t xml:space="preserve">[37:30] </w:t>
      </w:r>
      <w:r>
        <w:t>The first generation.</w:t>
      </w:r>
    </w:p>
    <w:p>
      <w:pPr>
        <w:jc w:val="right"/>
      </w:pPr>
      <w:r>
        <w:t>دا فرسٹ جنریشن۔</w:t>
      </w:r>
    </w:p>
    <w:p>
      <w:r>
        <w:rPr>
          <w:b/>
        </w:rPr>
        <w:t xml:space="preserve">[37:39] </w:t>
      </w:r>
      <w:r>
        <w:t>So in every revolution, they lost the first generation.</w:t>
      </w:r>
    </w:p>
    <w:p>
      <w:pPr>
        <w:jc w:val="right"/>
      </w:pPr>
      <w:r>
        <w:t>سو ان ایوری ریولوشن، دے لاسٹ دا فرسٹ جنریشن۔</w:t>
      </w:r>
    </w:p>
    <w:p>
      <w:r>
        <w:rPr>
          <w:b/>
        </w:rPr>
        <w:t xml:space="preserve">[37:49] </w:t>
      </w:r>
      <w:r>
        <w:t>Then only second generation and third generation was left to rebuild the society.</w:t>
      </w:r>
    </w:p>
    <w:p>
      <w:pPr>
        <w:jc w:val="right"/>
      </w:pPr>
      <w:r>
        <w:t>دین اونلی سیکنڈ جنریشن اور تھرڈ جنریشن واز لیفٹ ٹو ریبیل دا سوسائٹی۔</w:t>
      </w:r>
    </w:p>
    <w:p>
      <w:r>
        <w:rPr>
          <w:b/>
        </w:rPr>
        <w:t xml:space="preserve">[37:59] </w:t>
      </w:r>
      <w:r>
        <w:t>And they were not spirited people, they were not dedicated people.</w:t>
      </w:r>
    </w:p>
    <w:p>
      <w:pPr>
        <w:jc w:val="right"/>
      </w:pPr>
      <w:r>
        <w:t>اینڈ دے ویر ناٹ اسپیریٹڈ پیپل، دے ویر ناٹ ڈیڈیکیٹڈ پیپل۔</w:t>
      </w:r>
    </w:p>
    <w:p>
      <w:r>
        <w:rPr>
          <w:b/>
        </w:rPr>
        <w:t xml:space="preserve">[38:08] </w:t>
      </w:r>
      <w:r>
        <w:t>Their first, their first concern was their interest.</w:t>
      </w:r>
    </w:p>
    <w:p>
      <w:pPr>
        <w:jc w:val="right"/>
      </w:pPr>
      <w:r>
        <w:t>دیر فرسٹ، دیر فرسٹ کنسرن واز دیر انٹرسٹ۔</w:t>
      </w:r>
    </w:p>
    <w:p>
      <w:r>
        <w:rPr>
          <w:b/>
        </w:rPr>
        <w:t xml:space="preserve">[38:18] </w:t>
      </w:r>
      <w:r>
        <w:t>You know the difference between the two.</w:t>
      </w:r>
    </w:p>
    <w:p>
      <w:pPr>
        <w:jc w:val="right"/>
      </w:pPr>
      <w:r>
        <w:t>یو نو دا ڈیفرنس بٹوین دا ٹو۔</w:t>
      </w:r>
    </w:p>
    <w:p>
      <w:r>
        <w:rPr>
          <w:b/>
        </w:rPr>
        <w:t xml:space="preserve">[38:27] </w:t>
      </w:r>
      <w:r>
        <w:t>For the first generation, their supreme concern is mission, mission, mission.</w:t>
      </w:r>
    </w:p>
    <w:p>
      <w:pPr>
        <w:jc w:val="right"/>
      </w:pPr>
      <w:r>
        <w:t>فار دا فرسٹ جنریشن، دیر سپریم کنسرن از مشن، مشن، مشن۔</w:t>
      </w:r>
    </w:p>
    <w:p>
      <w:r>
        <w:rPr>
          <w:b/>
        </w:rPr>
        <w:t xml:space="preserve">[38:37] </w:t>
      </w:r>
      <w:r>
        <w:t>But for the second generation or third generation or fourth generation, their concern is simply their interest, not mission.</w:t>
      </w:r>
    </w:p>
    <w:p>
      <w:pPr>
        <w:jc w:val="right"/>
      </w:pPr>
      <w:r>
        <w:t>بٹ فار دا سیکنڈ جنریشن اور تھرڈ جنریشن اور فورتھ جنریشن، دیر کنسرن از سمپلی دیر انٹرسٹ، ناٹ مشن۔</w:t>
      </w:r>
    </w:p>
    <w:p>
      <w:r>
        <w:rPr>
          <w:b/>
        </w:rPr>
        <w:t xml:space="preserve">[38:47] </w:t>
      </w:r>
      <w:r>
        <w:t>For the first generation, mission is the, mission is their supreme concern.</w:t>
      </w:r>
    </w:p>
    <w:p>
      <w:pPr>
        <w:jc w:val="right"/>
      </w:pPr>
      <w:r>
        <w:t>فار دا فرسٹ جنریشن، مشن از دا، مشن از دیر سپریم کنسرن۔</w:t>
      </w:r>
    </w:p>
    <w:p>
      <w:r>
        <w:rPr>
          <w:b/>
        </w:rPr>
        <w:t xml:space="preserve">[38:56] </w:t>
      </w:r>
      <w:r>
        <w:t>But for the second generation or third generation, their interest is the supreme concern.</w:t>
      </w:r>
    </w:p>
    <w:p>
      <w:pPr>
        <w:jc w:val="right"/>
      </w:pPr>
      <w:r>
        <w:t>بٹ فار دا سیکنڈ جنریشن اور تھرڈ جنریشن، دیر انٹرسٹ از دا سپریم کنسرن۔</w:t>
      </w:r>
    </w:p>
    <w:p>
      <w:r>
        <w:rPr>
          <w:b/>
        </w:rPr>
        <w:t xml:space="preserve">[39:06] </w:t>
      </w:r>
      <w:r>
        <w:t>It is this, it is this reason by which you can explain that phenomena, that why all the</w:t>
      </w:r>
    </w:p>
    <w:p>
      <w:pPr>
        <w:jc w:val="right"/>
      </w:pPr>
      <w:r>
        <w:t>اٹ از دس، اٹ از دس ریزن بائی وچ یو کین ایکسپلین دیٹ فیناومینا، دیٹ وائی آل دا</w:t>
      </w:r>
    </w:p>
    <w:p>
      <w:r>
        <w:rPr>
          <w:b/>
        </w:rPr>
        <w:t xml:space="preserve">[39:15] </w:t>
      </w:r>
      <w:r>
        <w:t>Revolutions were fail.</w:t>
      </w:r>
    </w:p>
    <w:p>
      <w:pPr>
        <w:jc w:val="right"/>
      </w:pPr>
      <w:r>
        <w:t>ریولوشنز ویر فیل۔</w:t>
      </w:r>
    </w:p>
    <w:p>
      <w:r>
        <w:rPr>
          <w:b/>
        </w:rPr>
        <w:t xml:space="preserve">[39:25] </w:t>
      </w:r>
      <w:r>
        <w:t>And only when the prophetic revolution was successful.</w:t>
      </w:r>
    </w:p>
    <w:p>
      <w:pPr>
        <w:jc w:val="right"/>
      </w:pPr>
      <w:r>
        <w:t>اینڈ اونلی ون دی دا پرافٹک ریولوشن واز سکسیس فل۔</w:t>
      </w:r>
    </w:p>
    <w:p>
      <w:r>
        <w:rPr>
          <w:b/>
        </w:rPr>
        <w:t xml:space="preserve">[39:35] </w:t>
      </w:r>
      <w:r>
        <w:t>So this is the principle of revolution that was given by the Prophet of Islam.</w:t>
      </w:r>
    </w:p>
    <w:p>
      <w:pPr>
        <w:jc w:val="right"/>
      </w:pPr>
      <w:r>
        <w:t>سو دس از دا پرنسپل اف ریولوشن دیٹ واز گیون بائی دا پرافٹ اف اسلام۔</w:t>
      </w:r>
    </w:p>
    <w:p>
      <w:r>
        <w:rPr>
          <w:b/>
        </w:rPr>
        <w:t xml:space="preserve">[39:44] </w:t>
      </w:r>
      <w:r>
        <w:t>God Almighty wanted to give you, to provide guidance, provide guidance how to bring about a revolution, how</w:t>
      </w:r>
    </w:p>
    <w:p>
      <w:pPr>
        <w:jc w:val="right"/>
      </w:pPr>
      <w:r>
        <w:t>گاڈ المائٹی وانٹڈ ٹو گیو یو، ٹو پرووائیڈ گائیڈنس، پرووائیڈ گائیڈنس ہاؤ ٹو برنگ اباؤٹ ا ریولوشن، ہاؤ</w:t>
      </w:r>
    </w:p>
    <w:p>
      <w:r>
        <w:rPr>
          <w:b/>
        </w:rPr>
        <w:t xml:space="preserve">[39:54] </w:t>
      </w:r>
      <w:r>
        <w:t>to rebuild a society, how to build a better society.</w:t>
      </w:r>
    </w:p>
    <w:p>
      <w:pPr>
        <w:jc w:val="right"/>
      </w:pPr>
      <w:r>
        <w:t>ٹو ریبیلٹ ا سوسائٹی، ہاؤ ٹو بلڈ ا بیٹر سوسائٹی۔</w:t>
      </w:r>
    </w:p>
    <w:p>
      <w:r>
        <w:rPr>
          <w:b/>
        </w:rPr>
        <w:t xml:space="preserve">[40:03] </w:t>
      </w:r>
      <w:r>
        <w:t>So God Almighty wanted to lead mankind.</w:t>
      </w:r>
    </w:p>
    <w:p>
      <w:pPr>
        <w:jc w:val="right"/>
      </w:pPr>
      <w:r>
        <w:t>سو گاڈ المائٹی وانٹڈ ٹو لیڈ مین کائنڈ۔</w:t>
      </w:r>
    </w:p>
    <w:p>
      <w:r>
        <w:rPr>
          <w:b/>
        </w:rPr>
        <w:t xml:space="preserve">[40:13] </w:t>
      </w:r>
      <w:r>
        <w:t>So God gave this formula: "Asal khair make the peace your first, make the peace your supreme concern."</w:t>
      </w:r>
    </w:p>
    <w:p>
      <w:pPr>
        <w:jc w:val="right"/>
      </w:pPr>
      <w:r>
        <w:t>سو گاڈ گیو دس فارمولا: "اصل خیر میک دا پیس یور فرسٹ، میک دا پیس یور سپریم کنسرن۔"</w:t>
      </w:r>
    </w:p>
    <w:p>
      <w:r>
        <w:rPr>
          <w:b/>
        </w:rPr>
        <w:t xml:space="preserve">[40:22] </w:t>
      </w:r>
      <w:r>
        <w:t>adapt the formula of avoiding obstacles and availing the opportunities.</w:t>
      </w:r>
    </w:p>
    <w:p>
      <w:pPr>
        <w:jc w:val="right"/>
      </w:pPr>
      <w:r>
        <w:t>اڈاپٹ دا فارمولا اف اوائیڈنگ ابسٹیکلز اینڈ اویلنگ دا اپرچونیٹیز۔</w:t>
      </w:r>
    </w:p>
    <w:p>
      <w:r>
        <w:rPr>
          <w:b/>
        </w:rPr>
        <w:t xml:space="preserve">[40:32] </w:t>
      </w:r>
      <w:r>
        <w:t>So God Almighty gave this formula, and then Prophet of Islam set an example.</w:t>
      </w:r>
    </w:p>
    <w:p>
      <w:pPr>
        <w:jc w:val="right"/>
      </w:pPr>
      <w:r>
        <w:t>سو گاڈ المائٹی گیو دس فارمولا، اینڈ دین پرافٹ اف اسلام سیٹ این ایگزامپل۔</w:t>
      </w:r>
    </w:p>
    <w:p>
      <w:r>
        <w:rPr>
          <w:b/>
        </w:rPr>
        <w:t xml:space="preserve">[40:42] </w:t>
      </w:r>
      <w:r>
        <w:t>he himself engaged in this mission, and by his, by his, by his life, by his dedicated</w:t>
      </w:r>
    </w:p>
    <w:p>
      <w:pPr>
        <w:jc w:val="right"/>
      </w:pPr>
      <w:r>
        <w:t>ہی ہم سیلف انگیج ان دس مشن، اینڈ بائے ہز، بائے ہز، بائے ہز لائف، بائے ہز ڈیڈیکیٹڈ</w:t>
      </w:r>
    </w:p>
    <w:p>
      <w:r>
        <w:rPr>
          <w:b/>
        </w:rPr>
        <w:t xml:space="preserve">[40:51] </w:t>
      </w:r>
      <w:r>
        <w:t>life, he set an example.</w:t>
      </w:r>
    </w:p>
    <w:p>
      <w:pPr>
        <w:jc w:val="right"/>
      </w:pPr>
      <w:r>
        <w:t>لائف، ہی سیٹ این ایگزامپل۔</w:t>
      </w:r>
    </w:p>
    <w:p>
      <w:r>
        <w:rPr>
          <w:b/>
        </w:rPr>
        <w:t xml:space="preserve">[41:01] </w:t>
      </w:r>
      <w:r>
        <w:t>But it is very sad that even Muslims fail to understand this, this wisdom.</w:t>
      </w:r>
    </w:p>
    <w:p>
      <w:pPr>
        <w:jc w:val="right"/>
      </w:pPr>
      <w:r>
        <w:t>بٹ اٹ از ویری سیڈ دیٹ ایون مسلمز فیل ٹو انڈرسٹینڈ دس، دس وزڈم۔</w:t>
      </w:r>
    </w:p>
    <w:p>
      <w:r>
        <w:rPr>
          <w:b/>
        </w:rPr>
        <w:t xml:space="preserve">[41:10] </w:t>
      </w:r>
      <w:r>
        <w:t>نو مسلم، I don't know any Muslim who was able to discover this formula.</w:t>
      </w:r>
    </w:p>
    <w:p>
      <w:pPr>
        <w:jc w:val="right"/>
      </w:pPr>
      <w:r>
        <w:t>نو مسلم، ائی ڈونٹ نو اینی مسلم ہو واز ایبل ٹو ڈسکور دس فارمولا۔</w:t>
      </w:r>
    </w:p>
    <w:p>
      <w:r>
        <w:rPr>
          <w:b/>
        </w:rPr>
        <w:t xml:space="preserve">[41:20] </w:t>
      </w:r>
      <w:r>
        <w:t>For example, let us take Maulana Rumi.</w:t>
      </w:r>
    </w:p>
    <w:p>
      <w:pPr>
        <w:jc w:val="right"/>
      </w:pPr>
      <w:r>
        <w:t>فار ایگزامپل، لیٹ اس ٹیک مولانا روم۔</w:t>
      </w:r>
    </w:p>
    <w:p>
      <w:r>
        <w:rPr>
          <w:b/>
        </w:rPr>
        <w:t xml:space="preserve">[41:30] </w:t>
      </w:r>
      <w:r>
        <w:t>Maulana Rumi was very, Maulana Rumi is a very popular figure in Islamic history.</w:t>
      </w:r>
    </w:p>
    <w:p>
      <w:pPr>
        <w:jc w:val="right"/>
      </w:pPr>
      <w:r>
        <w:t>مولانا روم واز ویری، مولانا روم از ا ویری پاپولر فگر ان اسلامک ہسٹری۔</w:t>
      </w:r>
    </w:p>
    <w:p>
      <w:r>
        <w:rPr>
          <w:b/>
        </w:rPr>
        <w:t xml:space="preserve">[41:39] </w:t>
      </w:r>
      <w:r>
        <w:t>His book is very famous book: "Masnavi Maulana Rum." In this book, he says that it is his</w:t>
      </w:r>
    </w:p>
    <w:p>
      <w:pPr>
        <w:jc w:val="right"/>
      </w:pPr>
      <w:r>
        <w:t>ہز بک از ویری فیمس بک: "مسنوی مولانا روم۔" ان دس بک، ہی سیز دیٹ اٹ از ہز</w:t>
      </w:r>
    </w:p>
    <w:p>
      <w:r>
        <w:rPr>
          <w:b/>
        </w:rPr>
        <w:t xml:space="preserve">[41:49] </w:t>
      </w:r>
      <w:r>
        <w:t>line in persian: "cho banaye kunah abada kunan, cho banaye kunah abada kunan, awla ta'mir ra wirah kunan."</w:t>
      </w:r>
    </w:p>
    <w:p>
      <w:pPr>
        <w:jc w:val="right"/>
      </w:pPr>
      <w:r>
        <w:t>لائن ان پرشین: "چو بنائے کونہ ابادہ کنن، چو بنائے کونہ ابادہ کنن، اولا تعمیر را ویرا کنن۔"</w:t>
      </w:r>
    </w:p>
    <w:p>
      <w:r>
        <w:rPr>
          <w:b/>
        </w:rPr>
        <w:t xml:space="preserve">[41:58] </w:t>
      </w:r>
      <w:r>
        <w:t>It means that when we want to build a new build, when we want to build a new</w:t>
      </w:r>
    </w:p>
    <w:p>
      <w:pPr>
        <w:jc w:val="right"/>
      </w:pPr>
      <w:r>
        <w:t>اٹ مینز دیٹ وین وی وانٹ ٹو بلڈ ا نیو بلڈ، وین وی وانٹ ٹو بلڈ ا نیو</w:t>
      </w:r>
    </w:p>
    <w:p>
      <w:r>
        <w:rPr>
          <w:b/>
        </w:rPr>
        <w:t xml:space="preserve">[42:08] </w:t>
      </w:r>
      <w:r>
        <w:t>society, when we want to build a new construction, first of all, we have to destroy the older one.</w:t>
      </w:r>
    </w:p>
    <w:p>
      <w:pPr>
        <w:jc w:val="right"/>
      </w:pPr>
      <w:r>
        <w:t>سوسائٹی، وین وی وانٹ ٹو بلڈ ا نیو کنسٹرکشن، فرسٹ اف ال، وی ہیو ٹو ڈسٹروئے دا اولڈر ون۔</w:t>
      </w:r>
    </w:p>
    <w:p>
      <w:r>
        <w:rPr>
          <w:b/>
        </w:rPr>
        <w:t xml:space="preserve">[42:18] </w:t>
      </w:r>
      <w:r>
        <w:t>It means that first of all, you have to remove the obstacles, remove the obstacles.</w:t>
      </w:r>
    </w:p>
    <w:p>
      <w:pPr>
        <w:jc w:val="right"/>
      </w:pPr>
      <w:r>
        <w:t>اٹ مینز دیٹ فرسٹ اف ال، یو ہیو ٹو ریموو دا ابسٹیکلز، ریموو دا ابسٹیکلز۔</w:t>
      </w:r>
    </w:p>
    <w:p>
      <w:r>
        <w:rPr>
          <w:b/>
        </w:rPr>
        <w:t xml:space="preserve">[42:27] </w:t>
      </w:r>
      <w:r>
        <w:t>First of all, you have to destroy the old building, then you will be able to construct the new building.</w:t>
      </w:r>
    </w:p>
    <w:p>
      <w:pPr>
        <w:jc w:val="right"/>
      </w:pPr>
      <w:r>
        <w:t>فرسٹ اف ال، یو ہیو ٹو ڈسٹروئے دا اولڈ بلڈنگ، دین یو ویل بی ایبل ٹو کنسٹرکٹ دا نیو بلڈنگ۔</w:t>
      </w:r>
    </w:p>
    <w:p>
      <w:r>
        <w:rPr>
          <w:b/>
        </w:rPr>
        <w:t xml:space="preserve">[42:37] </w:t>
      </w:r>
      <w:r>
        <w:t>In other words, the same formula that first of all, you have to remove the obstacles.</w:t>
      </w:r>
    </w:p>
    <w:p>
      <w:pPr>
        <w:jc w:val="right"/>
      </w:pPr>
      <w:r>
        <w:t>ان ادر ورڈز، دا سیم فارمولا دیٹ فرسٹ اف ال، یو ہیو ٹو ریموو دا ابسٹیکلز۔</w:t>
      </w:r>
    </w:p>
    <w:p>
      <w:r>
        <w:rPr>
          <w:b/>
        </w:rPr>
        <w:t xml:space="preserve">[42:46] </w:t>
      </w:r>
      <w:r>
        <w:t>The same was repeated by Iqbal, Allama Iqbal: "Guftan jahan maa, aya batumi sa'adat, guftam ke nami sa'adat,</w:t>
      </w:r>
    </w:p>
    <w:p>
      <w:pPr>
        <w:jc w:val="right"/>
      </w:pPr>
      <w:r>
        <w:t>دا سیم واز ریپیٹڈ بائے اقبال، علامہ اقبال: "گفتن جہان ماں، ایا بتومی سعادت، گفتم کے نمی سعادت،</w:t>
      </w:r>
    </w:p>
    <w:p>
      <w:r>
        <w:rPr>
          <w:b/>
        </w:rPr>
        <w:t xml:space="preserve">[42:56] </w:t>
      </w:r>
      <w:r>
        <w:t>گفتن کے برہم زن۔ "If you see, you will find that all the Muslim leaders of our present</w:t>
      </w:r>
    </w:p>
    <w:p>
      <w:pPr>
        <w:jc w:val="right"/>
      </w:pPr>
      <w:r>
        <w:t>گفتن کے برہم زن۔" اف یو سی، یو ویل فائنڈ دیٹ ال دا مسلم لیڈرز اف اور پریزنٹ</w:t>
      </w:r>
    </w:p>
    <w:p>
      <w:r>
        <w:rPr>
          <w:b/>
        </w:rPr>
        <w:t xml:space="preserve">[43:06] </w:t>
      </w:r>
      <w:r>
        <w:t>world have adopted this kind of formula, which was rejected by Quran.</w:t>
      </w:r>
    </w:p>
    <w:p>
      <w:pPr>
        <w:jc w:val="right"/>
      </w:pPr>
      <w:r>
        <w:t>ورلڈ ہیو اڈاپٹڈ دس کائنڈ اف فارمولا، وچ واز ریجیکٹڈ بائے قران۔</w:t>
      </w:r>
    </w:p>
    <w:p>
      <w:r>
        <w:rPr>
          <w:b/>
        </w:rPr>
        <w:t xml:space="preserve">[43:15] </w:t>
      </w:r>
      <w:r>
        <w:t>یعنی Quran rejected this formula and said that: "Don't waste time in removing the obstacles, but avail the</w:t>
      </w:r>
    </w:p>
    <w:p>
      <w:pPr>
        <w:jc w:val="right"/>
      </w:pPr>
      <w:r>
        <w:t>یعنی قران ریجیکٹڈ دس فارمولا اینڈ سیڈ دیٹ: "ڈونٹ ویسٹ ٹائم ان ریموونگ دا ابسٹیکلز، بٹ اویل دا</w:t>
      </w:r>
    </w:p>
    <w:p>
      <w:r>
        <w:rPr>
          <w:b/>
        </w:rPr>
        <w:t xml:space="preserve">[43:25] </w:t>
      </w:r>
      <w:r>
        <w:t>opportunities." But you see, in in Palestine, for example, all Arab world is engaged to remove the obstacle,</w:t>
      </w:r>
    </w:p>
    <w:p>
      <w:pPr>
        <w:jc w:val="right"/>
      </w:pPr>
      <w:r>
        <w:t>اپرچونیٹیز۔" بٹ یو سی، ان ان پیلسٹائن، فار ایگزامپل، ال عرب ورلڈ از انگیج ٹو ریموو دا ابسٹیکل،</w:t>
      </w:r>
    </w:p>
    <w:p>
      <w:r>
        <w:rPr>
          <w:b/>
        </w:rPr>
        <w:t xml:space="preserve">[43:34] </w:t>
      </w:r>
      <w:r>
        <w:t>to kill the Jews, to finish the Israeli state.</w:t>
      </w:r>
    </w:p>
    <w:p>
      <w:pPr>
        <w:jc w:val="right"/>
      </w:pPr>
      <w:r>
        <w:t>ٹو کل دا جیوز، ٹو فنش دا اسرائیلی اسٹیٹ۔</w:t>
      </w:r>
    </w:p>
    <w:p>
      <w:r>
        <w:rPr>
          <w:b/>
        </w:rPr>
        <w:t xml:space="preserve">[43:44] </w:t>
      </w:r>
      <w:r>
        <w:t>تو whole Arab is engaged in the whole Arab have adopted the same formula, which was rejected by the Quran.</w:t>
      </w:r>
    </w:p>
    <w:p>
      <w:pPr>
        <w:jc w:val="right"/>
      </w:pPr>
      <w:r>
        <w:t>تو ہول عرب از انگیج ان دی ہول عرب ہیو اڈاپٹڈ دا سیم فارمولا، وچ واز ریجیکٹڈ بائے دا قران۔</w:t>
      </w:r>
    </w:p>
    <w:p>
      <w:r>
        <w:rPr>
          <w:b/>
        </w:rPr>
        <w:t xml:space="preserve">[43:53] </w:t>
      </w:r>
      <w:r>
        <w:t>The Quranic formula was that: "I accept the status quo in Palestine and avail the opportunities." You know,</w:t>
      </w:r>
    </w:p>
    <w:p>
      <w:pPr>
        <w:jc w:val="right"/>
      </w:pPr>
      <w:r>
        <w:t>دا قرانک فارمولا واز دیٹ: "ائی ایکسیپٹ دا اسٹیٹس کو ان پیلسٹائن اینڈ اویل دا اپرچونیٹیز۔" یو نو،</w:t>
      </w:r>
    </w:p>
    <w:p>
      <w:r>
        <w:rPr>
          <w:b/>
        </w:rPr>
        <w:t xml:space="preserve">[44:03] </w:t>
      </w:r>
      <w:r>
        <w:t>When in 1948, when Israel was established, there were enormous opportunities, because Israel was only, Israel was</w:t>
      </w:r>
    </w:p>
    <w:p>
      <w:pPr>
        <w:jc w:val="right"/>
      </w:pPr>
      <w:r>
        <w:t>وین ان ان 1948، وین اسرائیل واز اسٹیبلش، دیر وار انارمز اپرچونیٹیز، بیکاز اسرائیل واز اونلی، اسرائیل واز</w:t>
      </w:r>
    </w:p>
    <w:p>
      <w:r>
        <w:rPr>
          <w:b/>
        </w:rPr>
        <w:t xml:space="preserve">[44:13] </w:t>
      </w:r>
      <w:r>
        <w:t>able to occupy only one-third of Palestine.</w:t>
      </w:r>
    </w:p>
    <w:p>
      <w:pPr>
        <w:jc w:val="right"/>
      </w:pPr>
      <w:r>
        <w:t>ایبل ٹو اکوپائی اونلی ون تھرڈ اف پیلسٹائن۔</w:t>
      </w:r>
    </w:p>
    <w:p>
      <w:r>
        <w:rPr>
          <w:b/>
        </w:rPr>
        <w:t xml:space="preserve">[44:22] </w:t>
      </w:r>
      <w:r>
        <w:t>Two third of Palestine, two third of Palestinian land was in the hand of Arab.</w:t>
      </w:r>
    </w:p>
    <w:p>
      <w:pPr>
        <w:jc w:val="right"/>
      </w:pPr>
      <w:r>
        <w:t>ٹو تھرڈ اف پیلسٹائن، ٹو تھرڈ اف پیلسٹینی لینڈ واز ان دا ہینڈ اف عرب۔</w:t>
      </w:r>
    </w:p>
    <w:p>
      <w:r>
        <w:rPr>
          <w:b/>
        </w:rPr>
        <w:t xml:space="preserve">[44:32] </w:t>
      </w:r>
      <w:r>
        <w:t>So there were enormous opportunities, although there was a problem, problem Israeli occupation, but this occupation was only</w:t>
      </w:r>
    </w:p>
    <w:p>
      <w:pPr>
        <w:jc w:val="right"/>
      </w:pPr>
      <w:r>
        <w:t>سو دیر وار انارمز اپرچونیٹیز، الدو دیر واز ا پرابلم، پرابلم اسرائیلی اکوپیشن، بٹ دس اکوپیشن واز اونلی</w:t>
      </w:r>
    </w:p>
    <w:p>
      <w:r>
        <w:rPr>
          <w:b/>
        </w:rPr>
        <w:t xml:space="preserve">[44:41] </w:t>
      </w:r>
      <w:r>
        <w:t>in partial occupation.</w:t>
      </w:r>
    </w:p>
    <w:p>
      <w:pPr>
        <w:jc w:val="right"/>
      </w:pPr>
      <w:r>
        <w:t>ان پارشل اکوپیشن۔</w:t>
      </w:r>
    </w:p>
    <w:p>
      <w:r>
        <w:rPr>
          <w:b/>
        </w:rPr>
        <w:t xml:space="preserve">[44:51] </w:t>
      </w:r>
      <w:r>
        <w:t>Only, only a small part of Palestine was occupied by Jews, more than half was in the</w:t>
      </w:r>
    </w:p>
    <w:p>
      <w:pPr>
        <w:jc w:val="right"/>
      </w:pPr>
      <w:r>
        <w:t>اونلی، اونلی ا اسمال پارٹ اف اف پیلسٹائن واز اکوپائیڈ بائے جیو، مور دین ہاف واز ان دا</w:t>
      </w:r>
    </w:p>
    <w:p>
      <w:r>
        <w:rPr>
          <w:b/>
        </w:rPr>
        <w:t xml:space="preserve">[45:01] </w:t>
      </w:r>
      <w:r>
        <w:t>hand of Arab.</w:t>
      </w:r>
    </w:p>
    <w:p>
      <w:pPr>
        <w:jc w:val="right"/>
      </w:pPr>
      <w:r>
        <w:t>ہینڈ اف عرب۔</w:t>
      </w:r>
    </w:p>
    <w:p>
      <w:r>
        <w:rPr>
          <w:b/>
        </w:rPr>
        <w:t xml:space="preserve">[45:10] </w:t>
      </w:r>
      <w:r>
        <w:t>So there were opportunities, even after establishing Israeli state, there were enormous opportunities in every field, in every</w:t>
      </w:r>
    </w:p>
    <w:p>
      <w:pPr>
        <w:jc w:val="right"/>
      </w:pPr>
      <w:r>
        <w:t>سو دیر وار اپرچونیٹیز، ایون افٹر اسٹیبلشنگ اسرائیلی اسٹیٹ، دیر وار انارمز اپرچونیٹیز ان ایوری فیلڈ، ان ایوری</w:t>
      </w:r>
    </w:p>
    <w:p>
      <w:r>
        <w:rPr>
          <w:b/>
        </w:rPr>
        <w:t xml:space="preserve">[45:20] </w:t>
      </w:r>
      <w:r>
        <w:t>field, in educational field, in political field, in agriculture, in horticulture, in industry.</w:t>
      </w:r>
    </w:p>
    <w:p>
      <w:pPr>
        <w:jc w:val="right"/>
      </w:pPr>
      <w:r>
        <w:t>فیلڈ، ان ایجوکیشنل فیلڈ، ان پولیٹیکل فیلڈ، ان ایگریکلچر، ان ہارٹیکلچر، ان انڈسٹری۔</w:t>
      </w:r>
    </w:p>
    <w:p>
      <w:r>
        <w:rPr>
          <w:b/>
        </w:rPr>
        <w:t xml:space="preserve">[45:29] </w:t>
      </w:r>
      <w:r>
        <w:t>In every field, there were enormous opportunities, but the whole Arab world engaged in confrontation.</w:t>
      </w:r>
    </w:p>
    <w:p>
      <w:pPr>
        <w:jc w:val="right"/>
      </w:pPr>
      <w:r>
        <w:t>ان ایوری فیلڈ، دیر وار انارمز اپرچونیٹیز، بٹ دا ہول عرب ورلڈ انگیج ان کنفronٹیشن۔</w:t>
      </w:r>
    </w:p>
    <w:p>
      <w:r>
        <w:rPr>
          <w:b/>
        </w:rPr>
        <w:t xml:space="preserve">[45:39] </w:t>
      </w:r>
      <w:r>
        <w:t>They adopted, they adopted the "we rejected" formula that: "First of all, we have to remove the obstacles,</w:t>
      </w:r>
    </w:p>
    <w:p>
      <w:pPr>
        <w:jc w:val="right"/>
      </w:pPr>
      <w:r>
        <w:t>دے اڈاپٹڈ، دے اڈاپٹڈ دا سیو ریجیکٹڈ فارمولا دیٹ: "فرسٹ اف ال، وی ہیو ٹو ریموو دا ابسٹیکلز،</w:t>
      </w:r>
    </w:p>
    <w:p>
      <w:r>
        <w:rPr>
          <w:b/>
        </w:rPr>
        <w:t xml:space="preserve">[45:49] </w:t>
      </w:r>
      <w:r>
        <w:t>"Then we will be able to achieve the, then we will be able to avail the opportunities."</w:t>
      </w:r>
    </w:p>
    <w:p>
      <w:pPr>
        <w:jc w:val="right"/>
      </w:pPr>
      <w:r>
        <w:t>دین وی ویل بی ایبل ٹو اچیو دا، دین وی ویل بی ایبل ٹو ٹو اویل دا اپرچونیٹیز۔"</w:t>
      </w:r>
    </w:p>
    <w:p>
      <w:r>
        <w:rPr>
          <w:b/>
        </w:rPr>
        <w:t xml:space="preserve">[45:58] </w:t>
      </w:r>
      <w:r>
        <w:t>This formula was rejected by the Quran, but they are repeating the same formula.</w:t>
      </w:r>
    </w:p>
    <w:p>
      <w:pPr>
        <w:jc w:val="right"/>
      </w:pPr>
      <w:r>
        <w:t>دس فارمولا واز ریجیکٹڈ بائے دا قران، بٹ دے ار ریپیٹنگ دا سیم فارمولا۔</w:t>
      </w:r>
    </w:p>
    <w:p>
      <w:r>
        <w:rPr>
          <w:b/>
        </w:rPr>
        <w:t xml:space="preserve">[46:08] </w:t>
      </w:r>
      <w:r>
        <w:t>Maulana Rumi, Iqbal, Arab leaders and other Muslim leaders are engaged.</w:t>
      </w:r>
    </w:p>
    <w:p>
      <w:pPr>
        <w:jc w:val="right"/>
      </w:pPr>
      <w:r>
        <w:t>مولانا روم، اقبال، عرب لیڈرز اینڈ ادر مسلم لیڈرز ار انگیج۔</w:t>
      </w:r>
    </w:p>
    <w:p>
      <w:r>
        <w:rPr>
          <w:b/>
        </w:rPr>
        <w:t xml:space="preserve">[46:17] </w:t>
      </w:r>
      <w:r>
        <w:t>So, although Quran gave us a very successful formula, but it was followed only once during the</w:t>
      </w:r>
    </w:p>
    <w:p>
      <w:pPr>
        <w:jc w:val="right"/>
      </w:pPr>
      <w:r>
        <w:t>سو الدو قران گیو اس ا ویری سکسیس فل فارمولا، بٹ اٹ واز فالوڈ اونلی ونس ڈیورنگ دا</w:t>
      </w:r>
    </w:p>
    <w:p>
      <w:r>
        <w:rPr>
          <w:b/>
        </w:rPr>
        <w:t xml:space="preserve">[46:27] </w:t>
      </w:r>
      <w:r>
        <w:t>Prophet of Islam.</w:t>
      </w:r>
    </w:p>
    <w:p>
      <w:pPr>
        <w:jc w:val="right"/>
      </w:pPr>
      <w:r>
        <w:t>پرافٹ اف اسلام۔</w:t>
      </w:r>
    </w:p>
    <w:p>
      <w:r>
        <w:rPr>
          <w:b/>
        </w:rPr>
        <w:t xml:space="preserve">[46:37] </w:t>
      </w:r>
      <w:r>
        <w:t>Only once after the Prophet of Islam, Muslims forget, forgot this formula until this date.</w:t>
      </w:r>
    </w:p>
    <w:p>
      <w:pPr>
        <w:jc w:val="right"/>
      </w:pPr>
      <w:r>
        <w:t>اونلی ونس افٹر دی پرافٹ اف اسلام، مسلمز فارگیٹ، فارگاٹ دس فارمولا انٹل دس ڈیٹ۔</w:t>
      </w:r>
    </w:p>
    <w:p>
      <w:r>
        <w:rPr>
          <w:b/>
        </w:rPr>
        <w:t xml:space="preserve">[46:46] </w:t>
      </w:r>
      <w:r>
        <w:t>They don't know what is the formula given by the Quran.</w:t>
      </w:r>
    </w:p>
    <w:p>
      <w:pPr>
        <w:jc w:val="right"/>
      </w:pPr>
      <w:r>
        <w:t>دے ڈونٹ نو واٹ از دا فارمولا گیون بائے دا قران۔</w:t>
      </w:r>
    </w:p>
    <w:p>
      <w:r>
        <w:rPr>
          <w:b/>
        </w:rPr>
        <w:t xml:space="preserve">[46:56] </w:t>
      </w:r>
      <w:r>
        <w:t>So all Muslim minds are engaged in removing the obstacles.</w:t>
      </w:r>
    </w:p>
    <w:p>
      <w:pPr>
        <w:jc w:val="right"/>
      </w:pPr>
      <w:r>
        <w:t>سو ال مسلم مائنڈ ار انگیج ان ان ریموونگ دا ابسٹیکلز۔</w:t>
      </w:r>
    </w:p>
    <w:p>
      <w:r>
        <w:rPr>
          <w:b/>
        </w:rPr>
        <w:t xml:space="preserve">[47:05] </w:t>
      </w:r>
      <w:r>
        <w:t>تو اور پریزنٹ مسلم ریولوشنریز آر نیگیٹیو ریولوشنری، دے آر ناٹ پازیٹیو ریولوشنری۔</w:t>
      </w:r>
    </w:p>
    <w:p>
      <w:pPr>
        <w:jc w:val="right"/>
      </w:pPr>
      <w:r>
        <w:t>تو اور پریزنٹ مسلم ریولوشنریز ار نیگیٹیو ریولوشنری، دے ار ناٹ پازیٹیو ریولوشنری۔</w:t>
      </w:r>
    </w:p>
    <w:p>
      <w:r>
        <w:rPr>
          <w:b/>
        </w:rPr>
        <w:t xml:space="preserve">[47:15] </w:t>
      </w:r>
      <w:r>
        <w:t>What a great tragedy!</w:t>
      </w:r>
    </w:p>
    <w:p>
      <w:pPr>
        <w:jc w:val="right"/>
      </w:pPr>
      <w:r>
        <w:t>واٹ ا گریٹ ٹریجڈی!</w:t>
      </w:r>
    </w:p>
    <w:p>
      <w:r>
        <w:rPr>
          <w:b/>
        </w:rPr>
        <w:t xml:space="preserve">[47:25] </w:t>
      </w:r>
      <w:r>
        <w:t>there are no, there are hundreds and hundreds Muslim revolutionary in our present world, but all are negative revolutionary. I don't know a single Muslim who can be said positive revolutionary. What a great tragedy!</w:t>
      </w:r>
    </w:p>
    <w:p>
      <w:pPr>
        <w:jc w:val="right"/>
      </w:pPr>
      <w:r>
        <w:t>دیر ار نو، دیر ار ہنڈرڈز اینڈ ہنڈرڈز مسلم ریولوشنری ان اور پریزنٹ ورلڈ، بٹ ال ار نیگیٹیو ریولوشنری۔ ائی ڈونٹ نو ا سنگل مسلم ہو کین بی سیڈ پازیٹیو ریولوشنری۔ واٹ ا گریٹ ٹریجڈی!</w:t>
      </w:r>
    </w:p>
    <w:p>
      <w:r>
        <w:rPr>
          <w:b/>
        </w:rPr>
        <w:t xml:space="preserve">[47:50] </w:t>
      </w:r>
      <w:r>
        <w:t>They failed to discover what was mentioned in the Quran, what was followed by the Prophet of Islam.</w:t>
      </w:r>
    </w:p>
    <w:p>
      <w:pPr>
        <w:jc w:val="right"/>
      </w:pPr>
      <w:r>
        <w:t>دے فیل ٹو ڈسکور واٹ واز مینشن ان دا قران، واٹ واز فالوڈ بائے دا پرافٹ اف اسلام۔</w:t>
      </w:r>
    </w:p>
    <w:p>
      <w:r>
        <w:rPr>
          <w:b/>
        </w:rPr>
        <w:t xml:space="preserve">[47:57] </w:t>
      </w:r>
      <w:r>
        <w:t>So they are quite unaware, unaware in terms of theory, in terms of, in terms of</w:t>
      </w:r>
    </w:p>
    <w:p>
      <w:pPr>
        <w:jc w:val="right"/>
      </w:pPr>
      <w:r>
        <w:t>سو دے ار کوائٹ ان اویئر ان اویئر ان ٹرم اف تھیوری، ان ٹرم اف، ان ٹرم اف</w:t>
      </w:r>
    </w:p>
    <w:p>
      <w:r>
        <w:rPr>
          <w:b/>
        </w:rPr>
        <w:t xml:space="preserve">[48:05] </w:t>
      </w:r>
      <w:r>
        <w:t>practice, both.</w:t>
      </w:r>
    </w:p>
    <w:p>
      <w:pPr>
        <w:jc w:val="right"/>
      </w:pPr>
      <w:r>
        <w:t>پریکٹس، بوتھ۔</w:t>
      </w:r>
    </w:p>
    <w:p>
      <w:r>
        <w:rPr>
          <w:b/>
        </w:rPr>
        <w:t xml:space="preserve">[48:06] </w:t>
      </w:r>
      <w:r>
        <w:t>So it's very important to understand this point.</w:t>
      </w:r>
    </w:p>
    <w:p>
      <w:pPr>
        <w:jc w:val="right"/>
      </w:pPr>
      <w:r>
        <w:t>سو اٹس ویری امپورٹنٹ ٹو انڈرسٹینڈ دس پوائنٹ۔</w:t>
      </w:r>
    </w:p>
    <w:p>
      <w:r>
        <w:rPr>
          <w:b/>
        </w:rPr>
        <w:t xml:space="preserve">[48:10] </w:t>
      </w:r>
      <w:r>
        <w:t>We are living in a blind alley.</w:t>
      </w:r>
    </w:p>
    <w:p>
      <w:pPr>
        <w:jc w:val="right"/>
      </w:pPr>
      <w:r>
        <w:t>وی ار لیونگ ان بلائنڈ ایلی۔</w:t>
      </w:r>
    </w:p>
    <w:p>
      <w:r>
        <w:rPr>
          <w:b/>
        </w:rPr>
        <w:t xml:space="preserve">[48:12] </w:t>
      </w:r>
      <w:r>
        <w:t>Muslims, yani Quran has shown the way, Prophet of Islam has shown the way, but Muslims are living</w:t>
      </w:r>
    </w:p>
    <w:p>
      <w:pPr>
        <w:jc w:val="right"/>
      </w:pPr>
      <w:r>
        <w:t>مسلمز یعنی قران ہیز شون دا وے، پرافٹ اف اسلام ہیز شون دا وے، بٹ مسلمز ار لیونگ</w:t>
      </w:r>
    </w:p>
    <w:p>
      <w:r>
        <w:rPr>
          <w:b/>
        </w:rPr>
        <w:t xml:space="preserve">[48:20] </w:t>
      </w:r>
      <w:r>
        <w:t>in a blind alley.</w:t>
      </w:r>
    </w:p>
    <w:p>
      <w:pPr>
        <w:jc w:val="right"/>
      </w:pPr>
      <w:r>
        <w:t>ان بلائنڈ ایلی۔</w:t>
      </w:r>
    </w:p>
    <w:p>
      <w:r>
        <w:rPr>
          <w:b/>
        </w:rPr>
        <w:t xml:space="preserve">[48:22] </w:t>
      </w:r>
      <w:r>
        <w:t>They they don't know, they fail to follow prophetic method and they fail to to to tell this</w:t>
      </w:r>
    </w:p>
    <w:p>
      <w:pPr>
        <w:jc w:val="right"/>
      </w:pPr>
      <w:r>
        <w:t>دے دے ڈونٹ نو، دے فیل ٹو فالو پرافٹک میتھڈ اینڈ دے فیل ٹو ٹو ٹو ٹیل دس</w:t>
      </w:r>
    </w:p>
    <w:p>
      <w:r>
        <w:rPr>
          <w:b/>
        </w:rPr>
        <w:t xml:space="preserve">[48:29] </w:t>
      </w:r>
      <w:r>
        <w:t>principal to the rest of the world.</w:t>
      </w:r>
    </w:p>
    <w:p>
      <w:pPr>
        <w:jc w:val="right"/>
      </w:pPr>
      <w:r>
        <w:t>پرنسپل ٹو دا ریسٹ اف دا ورلڈ۔</w:t>
      </w:r>
    </w:p>
    <w:p>
      <w:r>
        <w:rPr>
          <w:b/>
        </w:rPr>
        <w:t xml:space="preserve">[48:32] </w:t>
      </w:r>
      <w:r>
        <w:t>So I will, I can say that the best formula of, the best formula of revolution is the</w:t>
      </w:r>
    </w:p>
    <w:p>
      <w:pPr>
        <w:jc w:val="right"/>
      </w:pPr>
      <w:r>
        <w:t>سو ائی ویل، ائی کین سے دیٹ دا بیسٹ فارمولا اف، دا بیسٹ فارمولا اف ریولوشن از دا</w:t>
      </w:r>
    </w:p>
    <w:p>
      <w:r>
        <w:rPr>
          <w:b/>
        </w:rPr>
        <w:t xml:space="preserve">[48:40] </w:t>
      </w:r>
      <w:r>
        <w:t>formula that was demonstrated by the Prophet of Islam.</w:t>
      </w:r>
    </w:p>
    <w:p>
      <w:pPr>
        <w:jc w:val="right"/>
      </w:pPr>
      <w:r>
        <w:t>فارمولا دیٹ واز ڈیمونسٹریٹ بائے دا پرافٹ اف اسلام۔</w:t>
      </w:r>
    </w:p>
    <w:p>
      <w:r>
        <w:rPr>
          <w:b/>
        </w:rPr>
        <w:t xml:space="preserve">[48:44] </w:t>
      </w:r>
      <w:r>
        <w:t>This formula is based on a very simple principle that: "Ignore the problem and avail the opportunities." You know,</w:t>
      </w:r>
    </w:p>
    <w:p>
      <w:pPr>
        <w:jc w:val="right"/>
      </w:pPr>
      <w:r>
        <w:t>دس فارمولا از بیسڈ ان ویری سمپل پرنسپل دیٹ: "ایگنور دا پرابلم اینڈ اویل دا اپرچونیٹیز۔" یو نو،</w:t>
      </w:r>
    </w:p>
    <w:p>
      <w:r>
        <w:rPr>
          <w:b/>
        </w:rPr>
        <w:t xml:space="preserve">[48:52] </w:t>
      </w:r>
      <w:r>
        <w:t>In every time there are problems, in every time, in every time there are obstacles.</w:t>
      </w:r>
    </w:p>
    <w:p>
      <w:pPr>
        <w:jc w:val="right"/>
      </w:pPr>
      <w:r>
        <w:t>ان ایوری ٹائم دیر ار پرابلمز، ان ایوری ٹائم، ان ایوری ٹائم دیر ار ابسٹیکلز۔</w:t>
      </w:r>
    </w:p>
    <w:p>
      <w:r>
        <w:rPr>
          <w:b/>
        </w:rPr>
        <w:t xml:space="preserve">[48:58] </w:t>
      </w:r>
      <w:r>
        <w:t>So if you start your mission from removing those obstacles, you will waste your time, because if there</w:t>
      </w:r>
    </w:p>
    <w:p>
      <w:pPr>
        <w:jc w:val="right"/>
      </w:pPr>
      <w:r>
        <w:t>سو اف یو سٹارٹ یور مشن فرام ریموونگ دو ابسٹیکلز، یو ویل ویسٹ یور ٹائم، بیکاز اف دیر</w:t>
      </w:r>
    </w:p>
    <w:p>
      <w:r>
        <w:rPr>
          <w:b/>
        </w:rPr>
        <w:t xml:space="preserve">[49:06] </w:t>
      </w:r>
      <w:r>
        <w:t>Our problem, problems.</w:t>
      </w:r>
    </w:p>
    <w:p>
      <w:pPr>
        <w:jc w:val="right"/>
      </w:pPr>
      <w:r>
        <w:t>ار پرابلم، پرابلمز۔</w:t>
      </w:r>
    </w:p>
    <w:p>
      <w:r>
        <w:rPr>
          <w:b/>
        </w:rPr>
        <w:t xml:space="preserve">[49:07] </w:t>
      </w:r>
      <w:r>
        <w:t>There are, there are opportunities, same time there are opportunities in every situation where you see that there</w:t>
      </w:r>
    </w:p>
    <w:p>
      <w:pPr>
        <w:jc w:val="right"/>
      </w:pPr>
      <w:r>
        <w:t>دیر ار، دیر ار اپرچونیٹیز، سیم ٹائم دیر ار اپرچونیٹیز ان ایوری سچویشن ویر یو سی دیٹ دیر</w:t>
      </w:r>
    </w:p>
    <w:p>
      <w:r>
        <w:rPr>
          <w:b/>
        </w:rPr>
        <w:t xml:space="preserve">[49:15] </w:t>
      </w:r>
      <w:r>
        <w:t>Our problems, at the same time there are opportunities also.</w:t>
      </w:r>
    </w:p>
    <w:p>
      <w:pPr>
        <w:jc w:val="right"/>
      </w:pPr>
      <w:r>
        <w:t>ار پرابلمز، اور دا سیم ٹائم دیر ار اپرچونیٹیز السو۔</w:t>
      </w:r>
    </w:p>
    <w:p>
      <w:r>
        <w:rPr>
          <w:b/>
        </w:rPr>
        <w:t xml:space="preserve">[49:19] </w:t>
      </w:r>
      <w:r>
        <w:t>So if you, if you adopt the confrontation method, you try to confront, if you try to fight</w:t>
      </w:r>
    </w:p>
    <w:p>
      <w:pPr>
        <w:jc w:val="right"/>
      </w:pPr>
      <w:r>
        <w:t>سو اف یو، اف یو اڈاپٹ دا کنفronٹیشن میتھڈ، یو ٹرائی ٹو کنفرنٹ، اف یو ٹرائی ٹو فائٹ</w:t>
      </w:r>
    </w:p>
    <w:p>
      <w:r>
        <w:rPr>
          <w:b/>
        </w:rPr>
        <w:t xml:space="preserve">[49:27] </w:t>
      </w:r>
      <w:r>
        <w:t>the obstacles, then you will waste your time.</w:t>
      </w:r>
    </w:p>
    <w:p>
      <w:pPr>
        <w:jc w:val="right"/>
      </w:pPr>
      <w:r>
        <w:t>دا ابسٹیکلز، دین یو ویل ویسٹ یور ٹائم۔</w:t>
      </w:r>
    </w:p>
    <w:p>
      <w:r>
        <w:rPr>
          <w:b/>
        </w:rPr>
        <w:t xml:space="preserve">[49:30] </w:t>
      </w:r>
      <w:r>
        <w:t>So the best principle is to avoid the obstacles, to ignore the obstacles and avail the opportunities.</w:t>
      </w:r>
    </w:p>
    <w:p>
      <w:pPr>
        <w:jc w:val="right"/>
      </w:pPr>
      <w:r>
        <w:t>سو دا بیسٹ پرنسپل از ٹو اوائڈ دا ابسٹیکلز، ٹو اگنور دا ابسٹیکلز اینڈ اویل دا اپرچونیٹیز۔</w:t>
      </w:r>
    </w:p>
    <w:p>
      <w:r>
        <w:rPr>
          <w:b/>
        </w:rPr>
        <w:t xml:space="preserve">[49:38] </w:t>
      </w:r>
      <w:r>
        <w:t>This is the best formula.</w:t>
      </w:r>
    </w:p>
    <w:p>
      <w:pPr>
        <w:jc w:val="right"/>
      </w:pPr>
      <w:r>
        <w:t>دس از دا بیسٹ فارمولا۔</w:t>
      </w:r>
    </w:p>
    <w:p>
      <w:r>
        <w:rPr>
          <w:b/>
        </w:rPr>
        <w:t xml:space="preserve">[49:40] </w:t>
      </w:r>
      <w:r>
        <w:t>This formula was given in the Quran, and this formula was adopted by the Prophet of Islam.</w:t>
      </w:r>
    </w:p>
    <w:p>
      <w:pPr>
        <w:jc w:val="right"/>
      </w:pPr>
      <w:r>
        <w:t>دس فارمولا واز گیون ان دا قران، اینڈ دس فارمولا واز اڈاپٹڈ بائے دا پرافٹ اف اسلام۔</w:t>
      </w:r>
    </w:p>
    <w:p>
      <w:r>
        <w:rPr>
          <w:b/>
        </w:rPr>
        <w:t xml:space="preserve">[49:47] </w:t>
      </w:r>
      <w:r>
        <w:t>We can find a complete example in the life of the Prophet of Islam in this regard.</w:t>
      </w:r>
    </w:p>
    <w:p>
      <w:pPr>
        <w:jc w:val="right"/>
      </w:pPr>
      <w:r>
        <w:t>وی کین فائنڈ ا کمپلیٹ ایگزیمپل ان دا لائف اف دا پرافٹ اف اسلام ان دس ریگارڈ۔</w:t>
      </w:r>
    </w:p>
    <w:p>
      <w:r>
        <w:rPr>
          <w:b/>
        </w:rPr>
        <w:t xml:space="preserve">[49:54] </w:t>
      </w:r>
      <w:r>
        <w:t>So we can tell the whole humanity that: "Here is the successful formula, here is the success</w:t>
      </w:r>
    </w:p>
    <w:p>
      <w:pPr>
        <w:jc w:val="right"/>
      </w:pPr>
      <w:r>
        <w:t>سو وی کین ٹیل دا ہول ہیومینٹی دیٹ: "ہیر از دا سکسیس فل فارمولا، ہیر از دا سکسیس</w:t>
      </w:r>
    </w:p>
    <w:p>
      <w:r>
        <w:rPr>
          <w:b/>
        </w:rPr>
        <w:t xml:space="preserve">[50:02] </w:t>
      </w:r>
      <w:r>
        <w:t>full formula. Here is the principle of revolution. Here you can find how to bring about change in</w:t>
      </w:r>
    </w:p>
    <w:p>
      <w:pPr>
        <w:jc w:val="right"/>
      </w:pPr>
      <w:r>
        <w:t>فل فارمولا، ہیر از دا پرنسپل اف ریولوشن، ہیر یو کین فائنڈ ہاؤ ٹو برنگ اباؤٹ چینج ان</w:t>
      </w:r>
    </w:p>
    <w:p>
      <w:r>
        <w:rPr>
          <w:b/>
        </w:rPr>
        <w:t xml:space="preserve">[50:10] </w:t>
      </w:r>
      <w:r>
        <w:t>society." But Muslims themselves don't know, they themselves are unaware of this formula.</w:t>
      </w:r>
    </w:p>
    <w:p>
      <w:pPr>
        <w:jc w:val="right"/>
      </w:pPr>
      <w:r>
        <w:t>سوسائٹی۔" بٹ مسلم دیم سیلف ڈونٹ نو، دے دیم سیلف ار ان ایور اف دس فارمولا۔</w:t>
      </w:r>
    </w:p>
    <w:p>
      <w:r>
        <w:rPr>
          <w:b/>
        </w:rPr>
        <w:t xml:space="preserve">[50:17] </w:t>
      </w:r>
      <w:r>
        <w:t>تو how they can say, how they can, how they can convey this message to to to other</w:t>
      </w:r>
    </w:p>
    <w:p>
      <w:pPr>
        <w:jc w:val="right"/>
      </w:pPr>
      <w:r>
        <w:t>تو ہاؤ دے کین سے، ہاؤ دے کین، ہاؤ دے کین کنوے دس میسج ٹو ٹو ٹو ادر</w:t>
      </w:r>
    </w:p>
    <w:p>
      <w:r>
        <w:rPr>
          <w:b/>
        </w:rPr>
        <w:t xml:space="preserve">[50:24] </w:t>
      </w:r>
      <w:r>
        <w:t>people? So we have to reassess, reassess, we have to revise, we have to reassess,</w:t>
      </w:r>
    </w:p>
    <w:p>
      <w:pPr>
        <w:jc w:val="right"/>
      </w:pPr>
      <w:r>
        <w:t>پیپل؟ سو وی ہیو ٹو ری اسس، ری اسس، وی ہیو ٹو ریوائز، وی ہیو ٹو ری اسس،</w:t>
      </w:r>
    </w:p>
    <w:p>
      <w:r>
        <w:rPr>
          <w:b/>
        </w:rPr>
        <w:t xml:space="preserve">[50:32] </w:t>
      </w:r>
      <w:r>
        <w:t>We have to rediscover, we have to rediscover the truth, we have to reassess our</w:t>
      </w:r>
    </w:p>
    <w:p>
      <w:pPr>
        <w:jc w:val="right"/>
      </w:pPr>
      <w:r>
        <w:t>وی ہیو ٹو ری ڈسکور، وی ہیو ٹو ری ڈسکور دا ٹروتھ، وی ہیو ٹو ری اسس اور</w:t>
      </w:r>
    </w:p>
    <w:p>
      <w:r>
        <w:rPr>
          <w:b/>
        </w:rPr>
        <w:t xml:space="preserve">[50:40] </w:t>
      </w:r>
      <w:r>
        <w:t>aur history, we have to revise our activities, so that we make correct our fault, so that we</w:t>
      </w:r>
    </w:p>
    <w:p>
      <w:pPr>
        <w:jc w:val="right"/>
      </w:pPr>
      <w:r>
        <w:t>اور ہسٹری، وی ہیو ٹو ریوائز اور ایکٹیویٹیز، سو دیٹ وی میک کریکٹ اور فالٹ، سو دیٹ وی</w:t>
      </w:r>
    </w:p>
    <w:p>
      <w:r>
        <w:rPr>
          <w:b/>
        </w:rPr>
        <w:t xml:space="preserve">[50:48] </w:t>
      </w:r>
      <w:r>
        <w:t>may find what was wrong with us.</w:t>
      </w:r>
    </w:p>
    <w:p>
      <w:pPr>
        <w:jc w:val="right"/>
      </w:pPr>
      <w:r>
        <w:t>می فائنڈ واٹ واز رونگ ود اس۔</w:t>
      </w:r>
    </w:p>
    <w:p>
      <w:r>
        <w:rPr>
          <w:b/>
        </w:rPr>
        <w:t xml:space="preserve">[50:51] </w:t>
      </w:r>
      <w:r>
        <w:t>So first of all, we have to know what was wrong with us, how we missed the train,</w:t>
      </w:r>
    </w:p>
    <w:p>
      <w:pPr>
        <w:jc w:val="right"/>
      </w:pPr>
      <w:r>
        <w:t>سو فرسٹ اف ال، وی ہیو ٹو نو واٹ واز رونگ ود اس، ہاؤ وی مسڈ دا ٹرین،</w:t>
      </w:r>
    </w:p>
    <w:p>
      <w:r>
        <w:rPr>
          <w:b/>
        </w:rPr>
        <w:t xml:space="preserve">[50:58] </w:t>
      </w:r>
      <w:r>
        <w:t>Why it is that in spite all those sacrifices, in spite all those sacrifices, we are failure, we gain nothing,</w:t>
      </w:r>
    </w:p>
    <w:p>
      <w:pPr>
        <w:jc w:val="right"/>
      </w:pPr>
      <w:r>
        <w:t>وائی اٹ از دیٹ انسپائٹ ال دو سکریفائس، انسپائٹ ال دو سکریفائسز، وی ار فیلیر، وی گین نتھنگ،</w:t>
      </w:r>
    </w:p>
    <w:p>
      <w:r>
        <w:rPr>
          <w:b/>
        </w:rPr>
        <w:t xml:space="preserve">[51:06] </w:t>
      </w:r>
      <w:r>
        <w:t>No positive result.</w:t>
      </w:r>
    </w:p>
    <w:p>
      <w:pPr>
        <w:jc w:val="right"/>
      </w:pPr>
      <w:r>
        <w:t>نو پازیٹیو رزلٹ۔</w:t>
      </w:r>
    </w:p>
    <w:p>
      <w:r>
        <w:rPr>
          <w:b/>
        </w:rPr>
        <w:t xml:space="preserve">[51:08] </w:t>
      </w:r>
      <w:r>
        <w:t>So now, the starting point is to reassess the situation, to reassess the situation.</w:t>
      </w:r>
    </w:p>
    <w:p>
      <w:pPr>
        <w:jc w:val="right"/>
      </w:pPr>
      <w:r>
        <w:t>سو ناو، دا سٹارٹنگ پوائنٹ از ٹو ری اسس دا سچویشن، ٹو ری اسس دا سچویشن۔</w:t>
      </w:r>
    </w:p>
    <w:p>
      <w:r>
        <w:rPr>
          <w:b/>
        </w:rPr>
        <w:t xml:space="preserve">[51:14] </w:t>
      </w:r>
      <w:r>
        <w:t>We can give a message to the world that: "Freedom is not some boon, peace is the some</w:t>
      </w:r>
    </w:p>
    <w:p>
      <w:pPr>
        <w:jc w:val="right"/>
      </w:pPr>
      <w:r>
        <w:t>وی کین گیو ا میسج ٹو دا ورلڈ دیٹ: "فریڈم از نا سم بونم، پیس از دا سم</w:t>
      </w:r>
    </w:p>
    <w:p>
      <w:r>
        <w:rPr>
          <w:b/>
        </w:rPr>
        <w:t xml:space="preserve">[51:22] </w:t>
      </w:r>
      <w:r>
        <w:t>"Bonum, freedom is not the sum bonum, peace is the sum bonum, because peace gives you opportunities." There</w:t>
      </w:r>
    </w:p>
    <w:p>
      <w:pPr>
        <w:jc w:val="right"/>
      </w:pPr>
      <w:r>
        <w:t>بونم، فریڈم از ناٹ دا سم بونم، پیس از دا سم بونم، بیکاز پیس گوز یو اپرچونیٹیز۔" دیر</w:t>
      </w:r>
    </w:p>
    <w:p>
      <w:r>
        <w:rPr>
          <w:b/>
        </w:rPr>
        <w:t xml:space="preserve">[51:30] </w:t>
      </w:r>
      <w:r>
        <w:t>was in USA, there was a writer, he published a book.</w:t>
      </w:r>
    </w:p>
    <w:p>
      <w:pPr>
        <w:jc w:val="right"/>
      </w:pPr>
      <w:r>
        <w:t>واز ا ان یو ایس اے، دیر واز ا رائٹر، ہی پبلش ا بک۔</w:t>
      </w:r>
    </w:p>
    <w:p>
      <w:r>
        <w:rPr>
          <w:b/>
        </w:rPr>
        <w:t xml:space="preserve">[51:36] </w:t>
      </w:r>
      <w:r>
        <w:t>We can't afford freedom.</w:t>
      </w:r>
    </w:p>
    <w:p>
      <w:pPr>
        <w:jc w:val="right"/>
      </w:pPr>
      <w:r>
        <w:t>وی کانٹ افورڈ فریڈم۔</w:t>
      </w:r>
    </w:p>
    <w:p>
      <w:r>
        <w:rPr>
          <w:b/>
        </w:rPr>
        <w:t xml:space="preserve">[51:38] </w:t>
      </w:r>
      <w:r>
        <w:t>He discovered that freedom cannot be taken as some bonum, because if you take freedom as some</w:t>
      </w:r>
    </w:p>
    <w:p>
      <w:pPr>
        <w:jc w:val="right"/>
      </w:pPr>
      <w:r>
        <w:t>ہی ڈسکورڈ دیٹ فریڈم کین ناٹ بی ٹیکن ایز سم بونم، بیکاز اف یو ٹیک فریڈم ایز سم</w:t>
      </w:r>
    </w:p>
    <w:p>
      <w:r>
        <w:rPr>
          <w:b/>
        </w:rPr>
        <w:t xml:space="preserve">[51:45] </w:t>
      </w:r>
      <w:r>
        <w:t>bonum, it becomes an anarchy.</w:t>
      </w:r>
    </w:p>
    <w:p>
      <w:pPr>
        <w:jc w:val="right"/>
      </w:pPr>
      <w:r>
        <w:t>بونم، اٹ بیکمز ا انارکی۔</w:t>
      </w:r>
    </w:p>
    <w:p>
      <w:r>
        <w:rPr>
          <w:b/>
        </w:rPr>
        <w:t xml:space="preserve">[51:47] </w:t>
      </w:r>
      <w:r>
        <w:t>In every society where freedom has taken as a sum bonum, it becomes an anarchy.</w:t>
      </w:r>
    </w:p>
    <w:p>
      <w:pPr>
        <w:jc w:val="right"/>
      </w:pPr>
      <w:r>
        <w:t>ان ایوری سوسائٹی ویر فریڈم ہیز ٹیکن ایز ا سم بونم، اٹ بیکمز ا انارکی۔</w:t>
      </w:r>
    </w:p>
    <w:p>
      <w:r>
        <w:rPr>
          <w:b/>
        </w:rPr>
        <w:t xml:space="preserve">[51:54] </w:t>
      </w:r>
      <w:r>
        <w:t>The society becomes a society of anarchy.</w:t>
      </w:r>
    </w:p>
    <w:p>
      <w:pPr>
        <w:jc w:val="right"/>
      </w:pPr>
      <w:r>
        <w:t>دا سوسائٹی بیکمز ا سوسائٹی اف انارکی۔</w:t>
      </w:r>
    </w:p>
    <w:p>
      <w:r>
        <w:rPr>
          <w:b/>
        </w:rPr>
        <w:t xml:space="preserve">[51:57] </w:t>
      </w:r>
      <w:r>
        <w:t>Everywhere there are anarchy, fighting.</w:t>
      </w:r>
    </w:p>
    <w:p>
      <w:pPr>
        <w:jc w:val="right"/>
      </w:pPr>
      <w:r>
        <w:t>ایوری ویر دیر ار انارکی فائٹنگ۔</w:t>
      </w:r>
    </w:p>
    <w:p>
      <w:r>
        <w:rPr>
          <w:b/>
        </w:rPr>
        <w:t xml:space="preserve">[51:59] </w:t>
      </w:r>
      <w:r>
        <w:t>So freedom is not some bonum.</w:t>
      </w:r>
    </w:p>
    <w:p>
      <w:pPr>
        <w:jc w:val="right"/>
      </w:pPr>
      <w:r>
        <w:t>سو فریڈم از ناٹ سم بونم۔</w:t>
      </w:r>
    </w:p>
    <w:p>
      <w:r>
        <w:rPr>
          <w:b/>
        </w:rPr>
        <w:t xml:space="preserve">[52:02] </w:t>
      </w:r>
      <w:r>
        <w:t>Only restricted freedom is good.</w:t>
      </w:r>
    </w:p>
    <w:p>
      <w:pPr>
        <w:jc w:val="right"/>
      </w:pPr>
      <w:r>
        <w:t>اونلی ریسٹرکٹڈ فریڈم از گڈ۔</w:t>
      </w:r>
    </w:p>
    <w:p>
      <w:r>
        <w:rPr>
          <w:b/>
        </w:rPr>
        <w:t xml:space="preserve">[52:04] </w:t>
      </w:r>
      <w:r>
        <w:t>Only restricted freedom is good.</w:t>
      </w:r>
    </w:p>
    <w:p>
      <w:pPr>
        <w:jc w:val="right"/>
      </w:pPr>
      <w:r>
        <w:t>اونلی ریسٹرکٹڈ فریڈم از گڈ۔</w:t>
      </w:r>
    </w:p>
    <w:p>
      <w:r>
        <w:rPr>
          <w:b/>
        </w:rPr>
        <w:t xml:space="preserve">[52:06] </w:t>
      </w:r>
      <w:r>
        <w:t>Absolute freedom is the thing.</w:t>
      </w:r>
    </w:p>
    <w:p>
      <w:pPr>
        <w:jc w:val="right"/>
      </w:pPr>
      <w:r>
        <w:t>ایبسولیوٹ فریڈم از دا تھنگ۔</w:t>
      </w:r>
    </w:p>
    <w:p>
      <w:r>
        <w:rPr>
          <w:b/>
        </w:rPr>
        <w:t xml:space="preserve">[52:08] </w:t>
      </w:r>
      <w:r>
        <w:t>You can take peace as as as absolute good, and there is no harm if you take peace</w:t>
      </w:r>
    </w:p>
    <w:p>
      <w:pPr>
        <w:jc w:val="right"/>
      </w:pPr>
      <w:r>
        <w:t>یو کین ٹیک پیس ایز ایز ایز ایبسولیوٹ گڈ، اینڈ دیر از نو ہارم اف یو ٹیک پیس</w:t>
      </w:r>
    </w:p>
    <w:p>
      <w:r>
        <w:rPr>
          <w:b/>
        </w:rPr>
        <w:t xml:space="preserve">[52:16] </w:t>
      </w:r>
      <w:r>
        <w:t>as an absolute good, that there is no harm.</w:t>
      </w:r>
    </w:p>
    <w:p>
      <w:pPr>
        <w:jc w:val="right"/>
      </w:pPr>
      <w:r>
        <w:t>ایز این ایبسولیوٹ گڈ، دیٹ دیر از نو ہارم۔</w:t>
      </w:r>
    </w:p>
    <w:p>
      <w:r>
        <w:rPr>
          <w:b/>
        </w:rPr>
        <w:t xml:space="preserve">[52:20] </w:t>
      </w:r>
      <w:r>
        <w:t>But if you take freedom as an absolute good, then there is harm.</w:t>
      </w:r>
    </w:p>
    <w:p>
      <w:pPr>
        <w:jc w:val="right"/>
      </w:pPr>
      <w:r>
        <w:t>بٹ اف یو ٹیک فریڈم ایز این ایبسولیوٹ گڈ، دین دیر از ہارم۔</w:t>
      </w:r>
    </w:p>
    <w:p>
      <w:r>
        <w:rPr>
          <w:b/>
        </w:rPr>
        <w:t xml:space="preserve">[52:26] </w:t>
      </w:r>
      <w:r>
        <w:t>The there is anarchy, there bloodshed.</w:t>
      </w:r>
    </w:p>
    <w:p>
      <w:pPr>
        <w:jc w:val="right"/>
      </w:pPr>
      <w:r>
        <w:t>دین دیر از انارکی، دیر بلڈ سیٹ۔</w:t>
      </w:r>
    </w:p>
    <w:p>
      <w:r>
        <w:rPr>
          <w:b/>
        </w:rPr>
        <w:t xml:space="preserve">[52:29] </w:t>
      </w:r>
      <w:r>
        <w:t>So you can take freedom only in restricted way, not in an absolute way.</w:t>
      </w:r>
    </w:p>
    <w:p>
      <w:pPr>
        <w:jc w:val="right"/>
      </w:pPr>
      <w:r>
        <w:t>سو یو کین ٹیک فریڈم اونلی ان ریسٹرکٹڈ وے، ناٹ ان ان ایبسولیوٹ وے۔</w:t>
      </w:r>
    </w:p>
    <w:p>
      <w:r>
        <w:rPr>
          <w:b/>
        </w:rPr>
        <w:t xml:space="preserve">[52:35] </w:t>
      </w:r>
      <w:r>
        <w:t>Only peace is, only peace can be taken as an absolute good.</w:t>
      </w:r>
    </w:p>
    <w:p>
      <w:pPr>
        <w:jc w:val="right"/>
      </w:pPr>
      <w:r>
        <w:t>اونلی پیس از اونلی پیس کین بی ٹیکن ایز این ایبسولیوٹ گڈ۔</w:t>
      </w:r>
    </w:p>
    <w:p>
      <w:r>
        <w:rPr>
          <w:b/>
        </w:rPr>
        <w:t xml:space="preserve">[52:40] </w:t>
      </w:r>
      <w:r>
        <w:t>This was the mention in the Quran: "Al-sulhu khair, peace is the summum bonum, and not freedom." Freedom</w:t>
      </w:r>
    </w:p>
    <w:p>
      <w:pPr>
        <w:jc w:val="right"/>
      </w:pPr>
      <w:r>
        <w:t>دس واز دا مینشن ان دا قران: "الصلح خیر، پیس از دا سم بونم، اینڈ ناٹ فریڈم۔" فریڈم</w:t>
      </w:r>
    </w:p>
    <w:p>
      <w:r>
        <w:rPr>
          <w:b/>
        </w:rPr>
        <w:t xml:space="preserve">[52:47] </w:t>
      </w:r>
      <w:r>
        <w:t>As some bonum means anarchy.</w:t>
      </w:r>
    </w:p>
    <w:p>
      <w:pPr>
        <w:jc w:val="right"/>
      </w:pPr>
      <w:r>
        <w:t>ایز سم بونم مینز انارکی۔</w:t>
      </w:r>
    </w:p>
    <w:p>
      <w:r>
        <w:rPr>
          <w:b/>
        </w:rPr>
        <w:t xml:space="preserve">[52:50] </w:t>
      </w:r>
      <w:r>
        <w:t>Freedom as some bonum is anarchy, and peace as some bonum means peace opportunities.</w:t>
      </w:r>
    </w:p>
    <w:p>
      <w:pPr>
        <w:jc w:val="right"/>
      </w:pPr>
      <w:r>
        <w:t>فریڈم ایز سم بونم از انارکی، اینڈ پیس ایز سم بونم مینز پیس اپرچونیٹیز۔</w:t>
      </w:r>
    </w:p>
    <w:p>
      <w:r>
        <w:rPr>
          <w:b/>
        </w:rPr>
        <w:t xml:space="preserve">[52:56] </w:t>
      </w:r>
      <w:r>
        <w:t>There is no harm if you take peace as a sum bonum, there is no harm, there is</w:t>
      </w:r>
    </w:p>
    <w:p>
      <w:pPr>
        <w:jc w:val="right"/>
      </w:pPr>
      <w:r>
        <w:t>دیر از نو ہارم اف یو ٹیک پیس ایز ا سم بونم، دیر از نو ہارم، دیر از</w:t>
      </w:r>
    </w:p>
    <w:p>
      <w:r>
        <w:rPr>
          <w:b/>
        </w:rPr>
        <w:t xml:space="preserve">[53:03] </w:t>
      </w:r>
      <w:r>
        <w:t>No negative effect.</w:t>
      </w:r>
    </w:p>
    <w:p>
      <w:pPr>
        <w:jc w:val="right"/>
      </w:pPr>
      <w:r>
        <w:t>نو نیگیٹیو ایفیکٹ۔</w:t>
      </w:r>
    </w:p>
    <w:p>
      <w:r>
        <w:rPr>
          <w:b/>
        </w:rPr>
        <w:t xml:space="preserve">[53:05] </w:t>
      </w:r>
      <w:r>
        <w:t>But if you take freedom as some bonum, there are different different kind of harm.</w:t>
      </w:r>
    </w:p>
    <w:p>
      <w:pPr>
        <w:jc w:val="right"/>
      </w:pPr>
      <w:r>
        <w:t>بٹ اف یو ٹیک فریڈم ایز سم بونم، دیر ار ڈفرنٹ ڈفرنٹ کائنڈ اف ہارم۔</w:t>
      </w:r>
    </w:p>
    <w:p>
      <w:r>
        <w:rPr>
          <w:b/>
        </w:rPr>
        <w:t xml:space="preserve">[53:11] </w:t>
      </w:r>
      <w:r>
        <w:t>There is fighting, there is misuse of freedom, there is bloodshed, there is anarchy.</w:t>
      </w:r>
    </w:p>
    <w:p>
      <w:pPr>
        <w:jc w:val="right"/>
      </w:pPr>
      <w:r>
        <w:t>دیر از فائٹنگ، دیر از مس یوز اف فریڈم، دیر از بلڈ سیٹ، دیر از انارکی۔</w:t>
      </w:r>
    </w:p>
    <w:p>
      <w:r>
        <w:rPr>
          <w:b/>
        </w:rPr>
        <w:t xml:space="preserve">[53:18] </w:t>
      </w:r>
      <w:r>
        <w:t>So freedom cannot be taken as some boon.</w:t>
      </w:r>
    </w:p>
    <w:p>
      <w:pPr>
        <w:jc w:val="right"/>
      </w:pPr>
      <w:r>
        <w:t>سو فریڈم کین ناٹ بی ٹیکن ایز سم بونم۔</w:t>
      </w:r>
    </w:p>
    <w:p>
      <w:r>
        <w:rPr>
          <w:b/>
        </w:rPr>
        <w:t xml:space="preserve">[53:22] </w:t>
      </w:r>
      <w:r>
        <w:t>Only peace is the summum bonum.</w:t>
      </w:r>
    </w:p>
    <w:p>
      <w:pPr>
        <w:jc w:val="right"/>
      </w:pPr>
      <w:r>
        <w:t>اونلی پیس از دا سم بونم۔</w:t>
      </w:r>
    </w:p>
    <w:p>
      <w:r>
        <w:rPr>
          <w:b/>
        </w:rPr>
        <w:t xml:space="preserve">[53:24] </w:t>
      </w:r>
      <w:r>
        <w:t>is very important.</w:t>
      </w:r>
    </w:p>
    <w:p>
      <w:pPr>
        <w:jc w:val="right"/>
      </w:pPr>
      <w:r>
        <w:t>از ویری امپورٹنٹ۔</w:t>
      </w:r>
    </w:p>
    <w:p>
      <w:r>
        <w:rPr>
          <w:b/>
        </w:rPr>
        <w:t xml:space="preserve">[53:26] </w:t>
      </w:r>
      <w:r>
        <w:t>It was a very important reform in the history of thought.</w:t>
      </w:r>
    </w:p>
    <w:p>
      <w:pPr>
        <w:jc w:val="right"/>
      </w:pPr>
      <w:r>
        <w:t>اٹ واز ا ویری امپورٹنٹ ریفارم ان دا ہسٹری اف تھاٹ۔</w:t>
      </w:r>
    </w:p>
    <w:p>
      <w:r>
        <w:rPr>
          <w:b/>
        </w:rPr>
        <w:t xml:space="preserve">[53:31] </w:t>
      </w:r>
      <w:r>
        <w:t>It was a very important reform in the history of thought that freedom is not some bonum, but</w:t>
      </w:r>
    </w:p>
    <w:p>
      <w:pPr>
        <w:jc w:val="right"/>
      </w:pPr>
      <w:r>
        <w:t>اٹ واز ا ویری امپورٹنٹ ریفارم ان دا ہسٹری اف تھاٹ دیٹ فریڈم از ناٹ سم بونم، بٹ</w:t>
      </w:r>
    </w:p>
    <w:p>
      <w:r>
        <w:rPr>
          <w:b/>
        </w:rPr>
        <w:t xml:space="preserve">[53:38] </w:t>
      </w:r>
      <w:r>
        <w:t>Peace is the summum bonum.</w:t>
      </w:r>
    </w:p>
    <w:p>
      <w:pPr>
        <w:jc w:val="right"/>
      </w:pPr>
      <w:r>
        <w:t>پیس از دا سم بونم۔</w:t>
      </w:r>
    </w:p>
    <w:p>
      <w:r>
        <w:rPr>
          <w:b/>
        </w:rPr>
        <w:t xml:space="preserve">[53:41] </w:t>
      </w:r>
      <w:r>
        <w:t>But Muslims themselves failed to understand this point, and they failed to to adapt this principles, this</w:t>
      </w:r>
    </w:p>
    <w:p>
      <w:pPr>
        <w:jc w:val="right"/>
      </w:pPr>
      <w:r>
        <w:t>بٹ مسلمز دیم سیلف فیل ٹو انڈرسٹینڈ دس پوائنٹ، اینڈ دے فیل ٹو ٹو اڈاپٹ دس پرنسپلز، دس</w:t>
      </w:r>
    </w:p>
    <w:p>
      <w:r>
        <w:rPr>
          <w:b/>
        </w:rPr>
        <w:t xml:space="preserve">[53:48] </w:t>
      </w:r>
      <w:r>
        <w:t>principal in their life.</w:t>
      </w:r>
    </w:p>
    <w:p>
      <w:pPr>
        <w:jc w:val="right"/>
      </w:pPr>
      <w:r>
        <w:t>پرنسپل ان دیر لائف۔</w:t>
      </w:r>
    </w:p>
    <w:p>
      <w:r>
        <w:rPr>
          <w:b/>
        </w:rPr>
        <w:t xml:space="preserve">[53:50] </w:t>
      </w:r>
      <w:r>
        <w:t>Quran declared that freedom is not sum bonum, only peace is the sum bonum, because if you take</w:t>
      </w:r>
    </w:p>
    <w:p>
      <w:pPr>
        <w:jc w:val="right"/>
      </w:pPr>
      <w:r>
        <w:t>قران ڈیکلیئرڈ دیٹ فریڈم از ناٹ سم بونم، اونلی پیس از دا سم بونم، بیکاز اف یو ٹیک</w:t>
      </w:r>
    </w:p>
    <w:p>
      <w:r>
        <w:rPr>
          <w:b/>
        </w:rPr>
        <w:t xml:space="preserve">[53:58] </w:t>
      </w:r>
      <w:r>
        <w:t>Freedom as some boon, you are taking anarchy as some boon.</w:t>
      </w:r>
    </w:p>
    <w:p>
      <w:pPr>
        <w:jc w:val="right"/>
      </w:pPr>
      <w:r>
        <w:t>فریڈم ایز سم بونم، یو ار ٹیکنگ انارکی ایز سم بونم۔</w:t>
      </w:r>
    </w:p>
    <w:p>
      <w:r>
        <w:rPr>
          <w:b/>
        </w:rPr>
        <w:t xml:space="preserve">[54:02] </w:t>
      </w:r>
      <w:r>
        <w:t>But when you take peace as some bonum, there is no harm, there is no negative effect.</w:t>
      </w:r>
    </w:p>
    <w:p>
      <w:pPr>
        <w:jc w:val="right"/>
      </w:pPr>
      <w:r>
        <w:t>بٹ وین یو ٹیک پیس ایز سم بونم، دیر از نو ہارم، دیر از نو نیگیٹیو ایفیکٹ۔</w:t>
      </w:r>
    </w:p>
    <w:p>
      <w:r>
        <w:rPr>
          <w:b/>
        </w:rPr>
        <w:t xml:space="preserve">[54:10] </w:t>
      </w:r>
      <w:r>
        <w:t>So this is the message of the Quran that in every society there are some problems.</w:t>
      </w:r>
    </w:p>
    <w:p>
      <w:pPr>
        <w:jc w:val="right"/>
      </w:pPr>
      <w:r>
        <w:t>سو دس از دا میسج اف دا قران دیٹ ان ایوری سوسائٹی دیر ار سم پرابلمز۔</w:t>
      </w:r>
    </w:p>
    <w:p>
      <w:r>
        <w:rPr>
          <w:b/>
        </w:rPr>
        <w:t xml:space="preserve">[54:17] </w:t>
      </w:r>
      <w:r>
        <w:t>to so ignore the problems and avail the opportunities.</w:t>
      </w:r>
    </w:p>
    <w:p>
      <w:pPr>
        <w:jc w:val="right"/>
      </w:pPr>
      <w:r>
        <w:t>ٹو سو اگنور دا پرابلمز اینڈ اویل دا اپرچونیٹیز۔</w:t>
      </w:r>
    </w:p>
    <w:p>
      <w:r>
        <w:rPr>
          <w:b/>
        </w:rPr>
        <w:t xml:space="preserve">[54:20] </w:t>
      </w:r>
      <w:r>
        <w:t>This is the way to success.</w:t>
      </w:r>
    </w:p>
    <w:p>
      <w:pPr>
        <w:jc w:val="right"/>
      </w:pPr>
      <w:r>
        <w:t>دس از دا وے ٹو سکسیس۔</w:t>
      </w:r>
    </w:p>
    <w:p>
      <w:r>
        <w:rPr>
          <w:b/>
        </w:rPr>
        <w:t xml:space="preserve">[54:23] </w:t>
      </w:r>
      <w:r>
        <w:t>اقول قول ھذا واستغفراللہ العلی ولکم اجمعین۔</w:t>
      </w:r>
    </w:p>
    <w:p>
      <w:pPr>
        <w:jc w:val="right"/>
      </w:pPr>
      <w:r>
        <w:t>اقول قول ھذا واستغفراللہ العلی ولكم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