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Islam March 17, 2007</w:t>
      </w:r>
    </w:p>
    <w:p>
      <w:r>
        <w:t>https://youtu.be/xEDxZmsi3Mg</w:t>
      </w:r>
    </w:p>
    <w:p>
      <w:r>
        <w:rPr>
          <w:b/>
        </w:rPr>
        <w:t xml:space="preserve">[00:10] </w:t>
      </w:r>
      <w:r>
        <w:t>bismillah rahman rahim, wa sallallahu ala nabiyil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[00:32] </w:t>
      </w:r>
      <w:r>
        <w:t>the topic for this day is: what is islam?</w:t>
      </w:r>
    </w:p>
    <w:p>
      <w:pPr>
        <w:jc w:val="right"/>
      </w:pPr>
      <w:r>
        <w:t>دا ٹاپک فار دس ڈے از: واٹ از اسلام؟</w:t>
      </w:r>
    </w:p>
    <w:p>
      <w:r>
        <w:rPr>
          <w:b/>
        </w:rPr>
        <w:t xml:space="preserve">[00:42] </w:t>
      </w:r>
      <w:r>
        <w:t>islam is a religion revealed by god.</w:t>
      </w:r>
    </w:p>
    <w:p>
      <w:pPr>
        <w:jc w:val="right"/>
      </w:pPr>
      <w:r>
        <w:t>اسلام از اے ریلیجن ریویلڈ بائی گاڈ۔</w:t>
      </w:r>
    </w:p>
    <w:p>
      <w:r>
        <w:rPr>
          <w:b/>
        </w:rPr>
        <w:t xml:space="preserve">[00:51] </w:t>
      </w:r>
      <w:r>
        <w:t>everything in islam is authentic. the word of god</w:t>
      </w:r>
    </w:p>
    <w:p>
      <w:pPr>
        <w:jc w:val="right"/>
      </w:pPr>
      <w:r>
        <w:t>ایوری تھنگ ان اسلام از اتھینٹک۔ دا ورڈ اف گاڈ</w:t>
      </w:r>
    </w:p>
    <w:p>
      <w:r>
        <w:rPr>
          <w:b/>
        </w:rPr>
        <w:t xml:space="preserve">[01:00] </w:t>
      </w:r>
      <w:r>
        <w:t>is intact. its religion is alive.</w:t>
      </w:r>
    </w:p>
    <w:p>
      <w:pPr>
        <w:jc w:val="right"/>
      </w:pPr>
      <w:r>
        <w:t>از انٹیکٹ۔ اٹس ریلیجن از الائیو۔</w:t>
      </w:r>
    </w:p>
    <w:p>
      <w:r>
        <w:rPr>
          <w:b/>
        </w:rPr>
        <w:t xml:space="preserve">[01:06] </w:t>
      </w:r>
      <w:r>
        <w:t>everything about the prophet of islam is historical and quite known.</w:t>
      </w:r>
    </w:p>
    <w:p>
      <w:pPr>
        <w:jc w:val="right"/>
      </w:pPr>
      <w:r>
        <w:t>ایوری تھنگ اباؤٹ دا پرافٹ اف اسلام از ہسٹوریکل اینڈ کوائٹ نون۔</w:t>
      </w:r>
    </w:p>
    <w:p>
      <w:r>
        <w:rPr>
          <w:b/>
        </w:rPr>
        <w:t xml:space="preserve">[01:19] </w:t>
      </w:r>
      <w:r>
        <w:t>now, who is a muslim? muslim is one who recites</w:t>
      </w:r>
    </w:p>
    <w:p>
      <w:pPr>
        <w:jc w:val="right"/>
      </w:pPr>
      <w:r>
        <w:t>ناؤ، ہو از ا مسلم؟ مسلم از ون ہو ریسائٹس</w:t>
      </w:r>
    </w:p>
    <w:p>
      <w:r>
        <w:rPr>
          <w:b/>
        </w:rPr>
        <w:t xml:space="preserve">[01:32] </w:t>
      </w:r>
      <w:r>
        <w:t>de kalma of Islam.</w:t>
      </w:r>
    </w:p>
    <w:p>
      <w:pPr>
        <w:jc w:val="right"/>
      </w:pPr>
      <w:r>
        <w:t>دی کلمہ اف اسلام۔</w:t>
      </w:r>
    </w:p>
    <w:p>
      <w:r>
        <w:rPr>
          <w:b/>
        </w:rPr>
        <w:t xml:space="preserve">[01:38] </w:t>
      </w:r>
      <w:r>
        <w:t>one who recites these words: ashhadu an la ilaha illallah, wa ashhadu anna Muhammad abduhu wa rasuluh.</w:t>
      </w:r>
    </w:p>
    <w:p>
      <w:pPr>
        <w:jc w:val="right"/>
      </w:pPr>
      <w:r>
        <w:t>ون ہو ریسائٹس دیز ورڈز: اشھد ان لا الہ الا اللہ، واشہد ان محمد عبدہ ورسولہ۔</w:t>
      </w:r>
    </w:p>
    <w:p>
      <w:r>
        <w:rPr>
          <w:b/>
        </w:rPr>
        <w:t xml:space="preserve">[01:51] </w:t>
      </w:r>
      <w:r>
        <w:t>this recitation is not simply a lip service. it has a deep meaning</w:t>
      </w:r>
    </w:p>
    <w:p>
      <w:pPr>
        <w:jc w:val="right"/>
      </w:pPr>
      <w:r>
        <w:t>دس ریزٹیشن از ناٹ سمپلی ا لپ سروس۔ اٹ ہیز ا ڈیپ میننگ</w:t>
      </w:r>
    </w:p>
    <w:p>
      <w:r>
        <w:rPr>
          <w:b/>
        </w:rPr>
        <w:t xml:space="preserve">[02:01] </w:t>
      </w:r>
      <w:r>
        <w:t>. it means that</w:t>
      </w:r>
    </w:p>
    <w:p>
      <w:pPr>
        <w:jc w:val="right"/>
      </w:pPr>
      <w:r>
        <w:t>۔ اٹ مینز دیٹ</w:t>
      </w:r>
    </w:p>
    <w:p>
      <w:r>
        <w:rPr>
          <w:b/>
        </w:rPr>
        <w:t xml:space="preserve">[02:05] </w:t>
      </w:r>
      <w:r>
        <w:t>muslim is not by birth. muslim is by choice. one who intentionally, knowingly, consciously</w:t>
      </w:r>
    </w:p>
    <w:p>
      <w:pPr>
        <w:jc w:val="right"/>
      </w:pPr>
      <w:r>
        <w:t>مسلم از ناٹ بائی برتھ۔ مسلم از بائی چوائس۔ ون ہو انٹینشنلی، ان نوئنگلی، ان کانشیسلی</w:t>
      </w:r>
    </w:p>
    <w:p>
      <w:r>
        <w:rPr>
          <w:b/>
        </w:rPr>
        <w:t xml:space="preserve">[02:21] </w:t>
      </w:r>
      <w:r>
        <w:t>accept Islamic ideology, he is a Muslim.</w:t>
      </w:r>
    </w:p>
    <w:p>
      <w:pPr>
        <w:jc w:val="right"/>
      </w:pPr>
      <w:r>
        <w:t>ایکسیپٹ اسلامک ائیڈیالوجی، ہی از ا مسلم۔</w:t>
      </w:r>
    </w:p>
    <w:p>
      <w:r>
        <w:rPr>
          <w:b/>
        </w:rPr>
        <w:t xml:space="preserve">[02:30] </w:t>
      </w:r>
      <w:r>
        <w:t>only accidental birth does not make one a Muslim. now, we will try to know what is the meaning of this kalma:</w:t>
      </w:r>
    </w:p>
    <w:p>
      <w:pPr>
        <w:jc w:val="right"/>
      </w:pPr>
      <w:r>
        <w:t>اونلی ایکسیڈنٹل برتھ ڈز ناٹ میک ون ا مسلم۔ ناؤ، وی ویل ٹرائی ٹو نو واٹ از دا میننگ اف دس کلمہ:</w:t>
      </w:r>
    </w:p>
    <w:p>
      <w:r>
        <w:rPr>
          <w:b/>
        </w:rPr>
        <w:t xml:space="preserve">[02:45] </w:t>
      </w:r>
      <w:r>
        <w:t>ashhadu an la ilaha illallah, wa ashhadu anna Muhammad abduhu wa rasuluh.</w:t>
      </w:r>
    </w:p>
    <w:p>
      <w:pPr>
        <w:jc w:val="right"/>
      </w:pPr>
      <w:r>
        <w:t>اشھد ان لا الہ الا اللہ، واشہد ان محمد عبدہ ورسولہ۔</w:t>
      </w:r>
    </w:p>
    <w:p>
      <w:r>
        <w:rPr>
          <w:b/>
        </w:rPr>
        <w:t xml:space="preserve">[02:50] </w:t>
      </w:r>
      <w:r>
        <w:t>it means i bear witness that there is no god but one god, and i bear witness that Muhammad is the prophet of god and his servant.</w:t>
      </w:r>
    </w:p>
    <w:p>
      <w:pPr>
        <w:jc w:val="right"/>
      </w:pPr>
      <w:r>
        <w:t>اٹ مینز ائی بیئر وٹنس دیٹ دیر از نو گاڈ بٹ ون گاڈ، اینڈ ائی بیئر وٹنس دیٹ محمد از دی پرافٹ اف گاڈ اینڈ ہز سرونٹ۔</w:t>
      </w:r>
    </w:p>
    <w:p>
      <w:r>
        <w:rPr>
          <w:b/>
        </w:rPr>
        <w:t xml:space="preserve">[03:19] </w:t>
      </w:r>
      <w:r>
        <w:t>now, what is witness? witness means a declaration of discovery.</w:t>
      </w:r>
    </w:p>
    <w:p>
      <w:pPr>
        <w:jc w:val="right"/>
      </w:pPr>
      <w:r>
        <w:t>ناؤ، واٹ از وٹنس؟ وٹنس مینز ا ڈیکلریشن اف ڈسکوری۔</w:t>
      </w:r>
    </w:p>
    <w:p>
      <w:r>
        <w:rPr>
          <w:b/>
        </w:rPr>
        <w:t xml:space="preserve">[03:31] </w:t>
      </w:r>
      <w:r>
        <w:t>when you realize something and declare that i have realized it, that is a witness.</w:t>
      </w:r>
    </w:p>
    <w:p>
      <w:pPr>
        <w:jc w:val="right"/>
      </w:pPr>
      <w:r>
        <w:t>وین یو ریلائز سم تھنگ اینڈ ڈیکلیئر دیٹ ائی ہیو ریلائزڈ اٹ، دیٹ از ا وٹنس۔</w:t>
      </w:r>
    </w:p>
    <w:p>
      <w:r>
        <w:rPr>
          <w:b/>
        </w:rPr>
        <w:t xml:space="preserve">[03:43] </w:t>
      </w:r>
      <w:r>
        <w:t>without knowing, there is no witness.</w:t>
      </w:r>
    </w:p>
    <w:p>
      <w:pPr>
        <w:jc w:val="right"/>
      </w:pPr>
      <w:r>
        <w:t>وداؤٹ نوئنگ، دیر از نو وٹنس۔</w:t>
      </w:r>
    </w:p>
    <w:p>
      <w:r>
        <w:rPr>
          <w:b/>
        </w:rPr>
        <w:t xml:space="preserve">[03:49] </w:t>
      </w:r>
      <w:r>
        <w:t>witness is not a lip service. witness is</w:t>
      </w:r>
    </w:p>
    <w:p>
      <w:pPr>
        <w:jc w:val="right"/>
      </w:pPr>
      <w:r>
        <w:t>وٹنس از ناٹ ا لپ سروس۔ وٹنس از</w:t>
      </w:r>
    </w:p>
    <w:p>
      <w:r>
        <w:rPr>
          <w:b/>
        </w:rPr>
        <w:t xml:space="preserve">[03:56] </w:t>
      </w:r>
      <w:r>
        <w:t>an announcement of one's own discovery. so, i can say that Islam begins from discovery rather than from birth</w:t>
      </w:r>
    </w:p>
    <w:p>
      <w:pPr>
        <w:jc w:val="right"/>
      </w:pPr>
      <w:r>
        <w:t>ا اناؤنسمنٹ اف ونز اون ڈسکوری۔ سو، ائی کین سے دیٹ اسلام بیگنز فرام ڈسکوری رادر دین فرام برتھ</w:t>
      </w:r>
    </w:p>
    <w:p>
      <w:r>
        <w:rPr>
          <w:b/>
        </w:rPr>
        <w:t xml:space="preserve">[04:16] </w:t>
      </w:r>
      <w:r>
        <w:t>. the starting point of Islam is discovery and not simply accidental birth.</w:t>
      </w:r>
    </w:p>
    <w:p>
      <w:pPr>
        <w:jc w:val="right"/>
      </w:pPr>
      <w:r>
        <w:t>۔ دی سٹارٹنگ پوائنٹ اف اسلام از ڈسکوری اینڈ ناٹ سمپلی ایکسیڈنٹل برتھ۔</w:t>
      </w:r>
    </w:p>
    <w:p>
      <w:r>
        <w:rPr>
          <w:b/>
        </w:rPr>
        <w:t xml:space="preserve">[04:26] </w:t>
      </w:r>
      <w:r>
        <w:t>so, when you</w:t>
      </w:r>
    </w:p>
    <w:p>
      <w:pPr>
        <w:jc w:val="right"/>
      </w:pPr>
      <w:r>
        <w:t>سو، وین یو</w:t>
      </w:r>
    </w:p>
    <w:p>
      <w:r>
        <w:rPr>
          <w:b/>
        </w:rPr>
        <w:t xml:space="preserve">[04:30] </w:t>
      </w:r>
      <w:r>
        <w:t>discover that there is a creator,</w:t>
      </w:r>
    </w:p>
    <w:p>
      <w:pPr>
        <w:jc w:val="right"/>
      </w:pPr>
      <w:r>
        <w:t>ڈسکور دیٹ دیر از ا کریٹر،</w:t>
      </w:r>
    </w:p>
    <w:p>
      <w:r>
        <w:rPr>
          <w:b/>
        </w:rPr>
        <w:t xml:space="preserve">[04:39] </w:t>
      </w:r>
      <w:r>
        <w:t>there is a god almighty,</w:t>
      </w:r>
    </w:p>
    <w:p>
      <w:pPr>
        <w:jc w:val="right"/>
      </w:pPr>
      <w:r>
        <w:t>دیر از ا گاڈ المائٹی،</w:t>
      </w:r>
    </w:p>
    <w:p>
      <w:r>
        <w:rPr>
          <w:b/>
        </w:rPr>
        <w:t xml:space="preserve">[04:43] </w:t>
      </w:r>
      <w:r>
        <w:t>he is the sustainer, he is the lord of the day of judgment, he knows everything.</w:t>
      </w:r>
    </w:p>
    <w:p>
      <w:pPr>
        <w:jc w:val="right"/>
      </w:pPr>
      <w:r>
        <w:t>ہی از دا سسٹینر، ہی از دا لارڈ اف دا ڈے اف ججمنٹ، ہی نوز ایوری تھنگ۔</w:t>
      </w:r>
    </w:p>
    <w:p>
      <w:r>
        <w:rPr>
          <w:b/>
        </w:rPr>
        <w:t xml:space="preserve">[04:54] </w:t>
      </w:r>
      <w:r>
        <w:t>so, when you discover this reality and then announce that i have discovered this reality, that is witness.</w:t>
      </w:r>
    </w:p>
    <w:p>
      <w:pPr>
        <w:jc w:val="right"/>
      </w:pPr>
      <w:r>
        <w:t>سو، وین یو ڈسکور دس ریلیٹی اینڈ دین اناؤنس دیٹ ائی ہیو ڈسکورڈ دس ریلیٹی، دیٹ از وٹنس۔</w:t>
      </w:r>
    </w:p>
    <w:p>
      <w:r>
        <w:rPr>
          <w:b/>
        </w:rPr>
        <w:t xml:space="preserve">[05:07] </w:t>
      </w:r>
      <w:r>
        <w:t>so, when you say that ashhadu an la ilaha illallah, wa ashhadu anna Muhammad abduhu wa rasuluh, it means that you are announcing that i have discovered a great reality, that is god's existence,</w:t>
      </w:r>
    </w:p>
    <w:p>
      <w:pPr>
        <w:jc w:val="right"/>
      </w:pPr>
      <w:r>
        <w:t>سو، وین یو سے دیٹ اشھد ان لا الہ الا اللہ، واشہد ان محمد عبدہ ورسولہ، اٹ مینز دیٹ یو ار اناؤنسنگ دیٹ ائی ہیو ڈسکورڈ ا گریٹ ریلیٹی، دیٹ از گاڈز ایگزسٹنس،</w:t>
      </w:r>
    </w:p>
    <w:p>
      <w:r>
        <w:rPr>
          <w:b/>
        </w:rPr>
        <w:t xml:space="preserve">[05:26] </w:t>
      </w:r>
      <w:r>
        <w:t>and that Muhammad is the prophet of god</w:t>
      </w:r>
    </w:p>
    <w:p>
      <w:pPr>
        <w:jc w:val="right"/>
      </w:pPr>
      <w:r>
        <w:t>اینڈ دیٹ محمد از دا پرافٹ اف گاڈ</w:t>
      </w:r>
    </w:p>
    <w:p>
      <w:r>
        <w:rPr>
          <w:b/>
        </w:rPr>
        <w:t xml:space="preserve">[05:31] </w:t>
      </w:r>
      <w:r>
        <w:t>. to, so witness or shahada, kalma shahada is</w:t>
      </w:r>
    </w:p>
    <w:p>
      <w:pPr>
        <w:jc w:val="right"/>
      </w:pPr>
      <w:r>
        <w:t>۔ تو، سو وٹنس اور شہادت، کلمہ شہادت از</w:t>
      </w:r>
    </w:p>
    <w:p>
      <w:r>
        <w:rPr>
          <w:b/>
        </w:rPr>
        <w:t xml:space="preserve">[05:41] </w:t>
      </w:r>
      <w:r>
        <w:t>a conscious</w:t>
      </w:r>
    </w:p>
    <w:p>
      <w:pPr>
        <w:jc w:val="right"/>
      </w:pPr>
      <w:r>
        <w:t>ا کانشیس</w:t>
      </w:r>
    </w:p>
    <w:p>
      <w:r>
        <w:rPr>
          <w:b/>
        </w:rPr>
        <w:t xml:space="preserve">[05:45] </w:t>
      </w:r>
      <w:r>
        <w:t>kalma rather than simply lip service. it's very important to know.</w:t>
      </w:r>
    </w:p>
    <w:p>
      <w:pPr>
        <w:jc w:val="right"/>
      </w:pPr>
      <w:r>
        <w:t>کلمہ رادر دین سمپلی لپ سروس۔ اٹس ویری امپورٹنٹ ٹو نو۔</w:t>
      </w:r>
    </w:p>
    <w:p>
      <w:r>
        <w:rPr>
          <w:b/>
        </w:rPr>
        <w:t xml:space="preserve">[05:54] </w:t>
      </w:r>
      <w:r>
        <w:t>people generally think that birth is the starting point in Islam.</w:t>
      </w:r>
    </w:p>
    <w:p>
      <w:pPr>
        <w:jc w:val="right"/>
      </w:pPr>
      <w:r>
        <w:t>پیپل جنرلی تھنک دیٹ برتھ از دا سٹارٹنگ پوائنٹ ان اسلام۔</w:t>
      </w:r>
    </w:p>
    <w:p>
      <w:r>
        <w:rPr>
          <w:b/>
        </w:rPr>
        <w:t xml:space="preserve">[06:02] </w:t>
      </w:r>
      <w:r>
        <w:t>no, birth is not the starting point. starting point is discovery, realization.</w:t>
      </w:r>
    </w:p>
    <w:p>
      <w:pPr>
        <w:jc w:val="right"/>
      </w:pPr>
      <w:r>
        <w:t>نو، برتھ از ناٹ دی سٹارٹنگ پوائنٹ۔ سٹارٹنگ پوائنٹ از ڈسکوری، ریلائزیشن۔</w:t>
      </w:r>
    </w:p>
    <w:p>
      <w:r>
        <w:rPr>
          <w:b/>
        </w:rPr>
        <w:t xml:space="preserve">[06:11] </w:t>
      </w:r>
      <w:r>
        <w:t>in arabic you can say alma'rifah. ma'rifah. there is a very relevant hadith: man 'arafa allaha illa allaha dakhala al-jannah.</w:t>
      </w:r>
    </w:p>
    <w:p>
      <w:pPr>
        <w:jc w:val="right"/>
      </w:pPr>
      <w:r>
        <w:t>ان عربی یو کین سے المعرفہ۔ معرفہ۔ دیر از ا ویری ریلیونٹ حدیث: من عرف اللہ الا اللہ دخل الجنہ۔</w:t>
      </w:r>
    </w:p>
    <w:p>
      <w:r>
        <w:rPr>
          <w:b/>
        </w:rPr>
        <w:t xml:space="preserve">[06:28] </w:t>
      </w:r>
      <w:r>
        <w:t>one who realizes that there is no god but one god, he will find entry into paradise.</w:t>
      </w:r>
    </w:p>
    <w:p>
      <w:pPr>
        <w:jc w:val="right"/>
      </w:pPr>
      <w:r>
        <w:t>ون ہو ریلائزز دیٹ دیر از نو گاڈ بٹ ون گاڈ، ہی ویل فائنڈ انٹری انٹو پیراڈائز۔</w:t>
      </w:r>
    </w:p>
    <w:p>
      <w:r>
        <w:rPr>
          <w:b/>
        </w:rPr>
        <w:t xml:space="preserve">[06:39] </w:t>
      </w:r>
      <w:r>
        <w:t>so, here you can see that alma'rifah, that is realization, is the starting point of one's Islam.</w:t>
      </w:r>
    </w:p>
    <w:p>
      <w:pPr>
        <w:jc w:val="right"/>
      </w:pPr>
      <w:r>
        <w:t>تو، ہیر یو کین سی دیٹ المعرفہ، دیٹ از ریلائزیشن، از دا سٹارٹنگ پوائنٹ اف ونز اسلام۔</w:t>
      </w:r>
    </w:p>
    <w:p>
      <w:r>
        <w:rPr>
          <w:b/>
        </w:rPr>
        <w:t xml:space="preserve">[06:53] </w:t>
      </w:r>
      <w:r>
        <w:t>now, what is discovery? what is realization? what is ma'rifah? it is a result of study.</w:t>
      </w:r>
    </w:p>
    <w:p>
      <w:pPr>
        <w:jc w:val="right"/>
      </w:pPr>
      <w:r>
        <w:t>ناؤ، واٹ از ڈسکوری؟ واٹ از ریلائزیشن؟ واٹ از معرفہ؟ اٹ از ا رزلٹ اف اسٹڈی۔</w:t>
      </w:r>
    </w:p>
    <w:p>
      <w:r>
        <w:rPr>
          <w:b/>
        </w:rPr>
        <w:t xml:space="preserve">[07:04] </w:t>
      </w:r>
      <w:r>
        <w:t>study</w:t>
      </w:r>
    </w:p>
    <w:p>
      <w:pPr>
        <w:jc w:val="right"/>
      </w:pPr>
      <w:r>
        <w:t>اسٹڈی</w:t>
      </w:r>
    </w:p>
    <w:p>
      <w:r>
        <w:rPr>
          <w:b/>
        </w:rPr>
        <w:t xml:space="preserve">[07:06] </w:t>
      </w:r>
      <w:r>
        <w:t>. god has given you a great mind. mind is a thinking machine.</w:t>
      </w:r>
    </w:p>
    <w:p>
      <w:pPr>
        <w:jc w:val="right"/>
      </w:pPr>
      <w:r>
        <w:t>۔ گاڈ ہیز گیون یو ا گریٹ مائنڈ۔ مائنڈ از ا تھنکنگ مشین۔</w:t>
      </w:r>
    </w:p>
    <w:p>
      <w:r>
        <w:rPr>
          <w:b/>
        </w:rPr>
        <w:t xml:space="preserve">[07:16] </w:t>
      </w:r>
      <w:r>
        <w:t>mind can think, can think, think, think. mind has no limitations. through your mind, you think about yourself,</w:t>
      </w:r>
    </w:p>
    <w:p>
      <w:pPr>
        <w:jc w:val="right"/>
      </w:pPr>
      <w:r>
        <w:t>مائنڈ کین تھنک، کین تھنک، تھنک، تھنک۔ مائنڈ ہیز نو لیپیٹیشنز۔ تھرو یور مائنڈ، یو تھنک اباؤٹ یور سیلف،</w:t>
      </w:r>
    </w:p>
    <w:p>
      <w:r>
        <w:rPr>
          <w:b/>
        </w:rPr>
        <w:t xml:space="preserve">[07:29] </w:t>
      </w:r>
      <w:r>
        <w:t>about the universe, about the environment, about everything.</w:t>
      </w:r>
    </w:p>
    <w:p>
      <w:pPr>
        <w:jc w:val="right"/>
      </w:pPr>
      <w:r>
        <w:t>اباؤٹ دا یونیورس، اباؤٹ دا انوائرمنٹ، اباؤٹ ایوری تھنگ۔</w:t>
      </w:r>
    </w:p>
    <w:p>
      <w:r>
        <w:rPr>
          <w:b/>
        </w:rPr>
        <w:t xml:space="preserve">[07:36] </w:t>
      </w:r>
      <w:r>
        <w:t>in this universe, thinking capacity is a special quality of man.</w:t>
      </w:r>
    </w:p>
    <w:p>
      <w:pPr>
        <w:jc w:val="right"/>
      </w:pPr>
      <w:r>
        <w:t>ان دس یونیورس، تھنکنگ کپیسٹی از ا سپیشل کوالٹی اف مین۔</w:t>
      </w:r>
    </w:p>
    <w:p>
      <w:r>
        <w:rPr>
          <w:b/>
        </w:rPr>
        <w:t xml:space="preserve">[07:49] </w:t>
      </w:r>
      <w:r>
        <w:t>you know, in our vast space, there are numerous bodies like stars, planet, solar system, galaxy.</w:t>
      </w:r>
    </w:p>
    <w:p>
      <w:pPr>
        <w:jc w:val="right"/>
      </w:pPr>
      <w:r>
        <w:t>یو نو، ان اور واسٹ سپیس، دیر ار نیومرس باڈیز لائک سٹارز، پلینٹ، سولر سسٹم، گلیکسی۔</w:t>
      </w:r>
    </w:p>
    <w:p>
      <w:r>
        <w:rPr>
          <w:b/>
        </w:rPr>
        <w:t xml:space="preserve">[08:02] </w:t>
      </w:r>
      <w:r>
        <w:t>and then, in our earth, there are mountain, ocean, jungle, numerous things. but,</w:t>
      </w:r>
    </w:p>
    <w:p>
      <w:pPr>
        <w:jc w:val="right"/>
      </w:pPr>
      <w:r>
        <w:t>اینڈ دین، ان اور ارتھ، دیر ار ماؤنٹن، اوشن، جنگل، نیومرس تھنگز۔ بٹ،</w:t>
      </w:r>
    </w:p>
    <w:p>
      <w:r>
        <w:rPr>
          <w:b/>
        </w:rPr>
        <w:t xml:space="preserve">[08:13] </w:t>
      </w:r>
      <w:r>
        <w:t>thinking is a special quality of man. no mountain can think, no ocean can think. so, when you use this thinking quality, you discover something.</w:t>
      </w:r>
    </w:p>
    <w:p>
      <w:pPr>
        <w:jc w:val="right"/>
      </w:pPr>
      <w:r>
        <w:t>تھنکنگ از ا سپیشل کوالٹی اف مین۔ نو ماؤنٹین کین تھنک، نو اوشن کین تھنک۔ تو، وین یو یوز دس تھنکنگ کوالٹی، یو ڈسکور سم تھنگ۔</w:t>
      </w:r>
    </w:p>
    <w:p>
      <w:r>
        <w:rPr>
          <w:b/>
        </w:rPr>
        <w:t xml:space="preserve">[08:33] </w:t>
      </w:r>
      <w:r>
        <w:t>for example, newton tried to use this faculty. he tried to think about the universe.</w:t>
      </w:r>
    </w:p>
    <w:p>
      <w:pPr>
        <w:jc w:val="right"/>
      </w:pPr>
      <w:r>
        <w:t>فار ایگزامپل، نیوٹن ٹرائی ٹو یوز دس فیکلٹی۔ ہی ٹرائی ٹو تھنک اباؤٹ دا یونیورس۔</w:t>
      </w:r>
    </w:p>
    <w:p>
      <w:r>
        <w:rPr>
          <w:b/>
        </w:rPr>
        <w:t xml:space="preserve">[08:45] </w:t>
      </w:r>
      <w:r>
        <w:t>so, newton discovered about the solar system, something very new.</w:t>
      </w:r>
    </w:p>
    <w:p>
      <w:pPr>
        <w:jc w:val="right"/>
      </w:pPr>
      <w:r>
        <w:t>سو، نیوٹن ڈسکورڈ اباؤٹ دا سولر سسٹم، سم تھنگ ویری نیو۔</w:t>
      </w:r>
    </w:p>
    <w:p>
      <w:r>
        <w:rPr>
          <w:b/>
        </w:rPr>
        <w:t xml:space="preserve">[08:55] </w:t>
      </w:r>
      <w:r>
        <w:t>so, is the case of reality? so, is the case of truth? so, is the case of god?</w:t>
      </w:r>
    </w:p>
    <w:p>
      <w:pPr>
        <w:jc w:val="right"/>
      </w:pPr>
      <w:r>
        <w:t>سو، از دا کیس اف ریلیٹی؟ سو، از دا کیس اف ٹروتھ؟ سو، از دا کیس اف گاڈ؟</w:t>
      </w:r>
    </w:p>
    <w:p>
      <w:r>
        <w:rPr>
          <w:b/>
        </w:rPr>
        <w:t xml:space="preserve">[09:03] </w:t>
      </w:r>
      <w:r>
        <w:t>when you discover who am i? who is the creator of mankind?</w:t>
      </w:r>
    </w:p>
    <w:p>
      <w:pPr>
        <w:jc w:val="right"/>
      </w:pPr>
      <w:r>
        <w:t>وین یو ڈسکور ہو ایم ائی؟ ہو از دا کریٹر اف مین کائنڈ؟</w:t>
      </w:r>
    </w:p>
    <w:p>
      <w:r>
        <w:rPr>
          <w:b/>
        </w:rPr>
        <w:t xml:space="preserve">[09:11] </w:t>
      </w:r>
      <w:r>
        <w:t>who is the creator of universe? so, when you think, you discover that there is a god who created this universe.</w:t>
      </w:r>
    </w:p>
    <w:p>
      <w:pPr>
        <w:jc w:val="right"/>
      </w:pPr>
      <w:r>
        <w:t>ہو از دا کریٹر اف یونیورس؟ سو، وین یو تھنک، یو ڈسکور دیٹ دیر از ا گاڈ ہو کریٹڈ دس یونیورس۔</w:t>
      </w:r>
    </w:p>
    <w:p>
      <w:r>
        <w:rPr>
          <w:b/>
        </w:rPr>
        <w:t xml:space="preserve">[09:25] </w:t>
      </w:r>
      <w:r>
        <w:t>so, thinking is the beginning</w:t>
      </w:r>
    </w:p>
    <w:p>
      <w:pPr>
        <w:jc w:val="right"/>
      </w:pPr>
      <w:r>
        <w:t>سو، تھنکنگ از دا بگننگ</w:t>
      </w:r>
    </w:p>
    <w:p>
      <w:r>
        <w:rPr>
          <w:b/>
        </w:rPr>
        <w:t xml:space="preserve">[09:30] </w:t>
      </w:r>
      <w:r>
        <w:t>. you know, there was a philosopher, great philosopher, descartes. he was thinking about himself, about himself.</w:t>
      </w:r>
    </w:p>
    <w:p>
      <w:pPr>
        <w:jc w:val="right"/>
      </w:pPr>
      <w:r>
        <w:t>۔ یو نو، دیر واز ا فلاسفر، گریٹ فلاسفر، ڈیکارڈ۔ ہی واز تھنکنگ اباؤٹ ہم سیلف، اباؤٹ ہم سیلف۔</w:t>
      </w:r>
    </w:p>
    <w:p>
      <w:r>
        <w:rPr>
          <w:b/>
        </w:rPr>
        <w:t xml:space="preserve">[09:43] </w:t>
      </w:r>
      <w:r>
        <w:t>he was faced with a question: whether i exist or not? whether my existence is a hallucination or it has real existence</w:t>
      </w:r>
    </w:p>
    <w:p>
      <w:pPr>
        <w:jc w:val="right"/>
      </w:pPr>
      <w:r>
        <w:t>ہی واز فیس ودا کوئسچن: ویدر ائی ایگزسٹ اور ناٹ؟ ویدر مائی ایگزسٹنس از ا ہولوسینیشن اور اٹ ہیز ریل ایگزسٹنس</w:t>
      </w:r>
    </w:p>
    <w:p>
      <w:r>
        <w:rPr>
          <w:b/>
        </w:rPr>
        <w:t xml:space="preserve">[09:59] </w:t>
      </w:r>
      <w:r>
        <w:t>? so, he found a point. he said: i think, therefore i exist.</w:t>
      </w:r>
    </w:p>
    <w:p>
      <w:pPr>
        <w:jc w:val="right"/>
      </w:pPr>
      <w:r>
        <w:t>؟ سو، ہی فاؤنڈ ا پوائنٹ۔ ہی سیڈ: ائی تھنک، دیرفور ائی ایگزسٹ۔</w:t>
      </w:r>
    </w:p>
    <w:p>
      <w:r>
        <w:rPr>
          <w:b/>
        </w:rPr>
        <w:t xml:space="preserve">[10:09] </w:t>
      </w:r>
      <w:r>
        <w:t>so, is the case of iman? iman or faith is a discovery. iman begins from discovery.</w:t>
      </w:r>
    </w:p>
    <w:p>
      <w:pPr>
        <w:jc w:val="right"/>
      </w:pPr>
      <w:r>
        <w:t>سو، از دا کیس اف ایمان؟ ایمان اور فیتھ از ا ڈسکوری۔ ایمان بیگنز فرام ڈسکوری۔</w:t>
      </w:r>
    </w:p>
    <w:p>
      <w:r>
        <w:rPr>
          <w:b/>
        </w:rPr>
        <w:t xml:space="preserve">[10:22] </w:t>
      </w:r>
      <w:r>
        <w:t>when you discover god as a supreme truth, then Islam begins.</w:t>
      </w:r>
    </w:p>
    <w:p>
      <w:pPr>
        <w:jc w:val="right"/>
      </w:pPr>
      <w:r>
        <w:t>وین یو ڈسکور گاڈ ایز ا سپریم ٹروتھ، دین اسلام بیگنز۔</w:t>
      </w:r>
    </w:p>
    <w:p>
      <w:r>
        <w:rPr>
          <w:b/>
        </w:rPr>
        <w:t xml:space="preserve">[10:30] </w:t>
      </w:r>
      <w:r>
        <w:t>end this discovery comes from thinking, from pondering over the nature.</w:t>
      </w:r>
    </w:p>
    <w:p>
      <w:pPr>
        <w:jc w:val="right"/>
      </w:pPr>
      <w:r>
        <w:t>اینڈ دس ڈسکوری کمز فرام تھنکنگ، فرام پونڈرنگ اوور دا نیچر۔</w:t>
      </w:r>
    </w:p>
    <w:p>
      <w:r>
        <w:rPr>
          <w:b/>
        </w:rPr>
        <w:t xml:space="preserve">[10:41] </w:t>
      </w:r>
      <w:r>
        <w:t>so, when you discover that there is a design in the universe, you also discover that there is a designer.</w:t>
      </w:r>
    </w:p>
    <w:p>
      <w:pPr>
        <w:jc w:val="right"/>
      </w:pPr>
      <w:r>
        <w:t>سو، وین یو ڈسکور دیٹ دیر از ا ڈیزائن ان دا یونیورس، یو السو ڈسکور دیٹ دیر از ا ڈیزائنر۔</w:t>
      </w:r>
    </w:p>
    <w:p>
      <w:r>
        <w:rPr>
          <w:b/>
        </w:rPr>
        <w:t xml:space="preserve">[10:51] </w:t>
      </w:r>
      <w:r>
        <w:t>because where there is a design, there is a designer. and when designer is proved, the existence of god is also proved.</w:t>
      </w:r>
    </w:p>
    <w:p>
      <w:pPr>
        <w:jc w:val="right"/>
      </w:pPr>
      <w:r>
        <w:t>بیکاز ویر دیر از ا ڈیزائن، دیر از ا ڈیزائنر۔ اینڈ وین ڈیزائنر از پرووڈ، دا ایگزسٹنس اف گاڈ از السو پرووڈ۔</w:t>
      </w:r>
    </w:p>
    <w:p>
      <w:r>
        <w:rPr>
          <w:b/>
        </w:rPr>
        <w:t xml:space="preserve">[11:04] </w:t>
      </w:r>
      <w:r>
        <w:t>this is the discovery.</w:t>
      </w:r>
    </w:p>
    <w:p>
      <w:pPr>
        <w:jc w:val="right"/>
      </w:pPr>
      <w:r>
        <w:t>دس از دا ڈسکوری۔</w:t>
      </w:r>
    </w:p>
    <w:p>
      <w:r>
        <w:rPr>
          <w:b/>
        </w:rPr>
        <w:t xml:space="preserve">[11:08] </w:t>
      </w:r>
      <w:r>
        <w:t>then, when you think about, when you think in the nature, in the universe, you find there is a harmony.</w:t>
      </w:r>
    </w:p>
    <w:p>
      <w:pPr>
        <w:jc w:val="right"/>
      </w:pPr>
      <w:r>
        <w:t>دین، وین یو تھنک اباؤٹ، وین یو تھنک ان دا نیچر، ان دا یونیورس، یو فائنڈ دیر از ا ہارمونی۔</w:t>
      </w:r>
    </w:p>
    <w:p>
      <w:r>
        <w:rPr>
          <w:b/>
        </w:rPr>
        <w:t xml:space="preserve">[11:19] </w:t>
      </w:r>
      <w:r>
        <w:t>harmony in the universe. there is a coherence in the universe.</w:t>
      </w:r>
    </w:p>
    <w:p>
      <w:pPr>
        <w:jc w:val="right"/>
      </w:pPr>
      <w:r>
        <w:t>ہارمونی ان دا یونیورس۔ دیر از ا کوہرنس ان دا یونیورس۔</w:t>
      </w:r>
    </w:p>
    <w:p>
      <w:r>
        <w:rPr>
          <w:b/>
        </w:rPr>
        <w:t xml:space="preserve">[11:27] </w:t>
      </w:r>
      <w:r>
        <w:t>vast universe, in the vast universe, there are numerous activities. everything is in boiling.</w:t>
      </w:r>
    </w:p>
    <w:p>
      <w:pPr>
        <w:jc w:val="right"/>
      </w:pPr>
      <w:r>
        <w:t>واسٹ یونیورس، ان دی واسٹ یونیورس، دیر ار نیومرس ایکٹیویٹیز۔ ایوری تھنگ از ان بوئمنگ۔</w:t>
      </w:r>
    </w:p>
    <w:p>
      <w:r>
        <w:rPr>
          <w:b/>
        </w:rPr>
        <w:t xml:space="preserve">[11:38] </w:t>
      </w:r>
      <w:r>
        <w:t>so, universe is a universe of activities. but, there is no problem, no defect.</w:t>
      </w:r>
    </w:p>
    <w:p>
      <w:pPr>
        <w:jc w:val="right"/>
      </w:pPr>
      <w:r>
        <w:t>سو، یونیورس از ا یونیورس اف ایکٹیویٹیز۔ بٹ، دیر از نو پرابلم، نو ڈیفیکٹ۔</w:t>
      </w:r>
    </w:p>
    <w:p>
      <w:r>
        <w:rPr>
          <w:b/>
        </w:rPr>
        <w:t xml:space="preserve">[11:47] </w:t>
      </w:r>
      <w:r>
        <w:t>universe is a zero defect factory.</w:t>
      </w:r>
    </w:p>
    <w:p>
      <w:pPr>
        <w:jc w:val="right"/>
      </w:pPr>
      <w:r>
        <w:t>یونیورس از ا زیرو ڈیفیکٹ فیکٹری۔</w:t>
      </w:r>
    </w:p>
    <w:p>
      <w:r>
        <w:rPr>
          <w:b/>
        </w:rPr>
        <w:t xml:space="preserve">[11:53] </w:t>
      </w:r>
      <w:r>
        <w:t>a complete system, under working under complete system. so, this discovery leads to the fact that god is one</w:t>
      </w:r>
    </w:p>
    <w:p>
      <w:pPr>
        <w:jc w:val="right"/>
      </w:pPr>
      <w:r>
        <w:t>ا کمپلیٹ سسٹم، انڈر ورکنگ انڈر کمپلیٹ سسٹم۔ سو، دس ڈسکوری لیڈز ٹو دا فیکٹ دیٹ گاڈ از ون</w:t>
      </w:r>
    </w:p>
    <w:p>
      <w:r>
        <w:rPr>
          <w:b/>
        </w:rPr>
        <w:t xml:space="preserve">[12:05] </w:t>
      </w:r>
      <w:r>
        <w:t>. only one god can control. only one god can maintain this kind of harmony in the vast universe.</w:t>
      </w:r>
    </w:p>
    <w:p>
      <w:pPr>
        <w:jc w:val="right"/>
      </w:pPr>
      <w:r>
        <w:t>۔ اونلی ون گاڈ کین کنٹرول۔ اونلی ون گاڈ کین مینٹین دس کائنڈ اف ہارمونی ان دا واسٹ یونیورس۔</w:t>
      </w:r>
    </w:p>
    <w:p>
      <w:r>
        <w:rPr>
          <w:b/>
        </w:rPr>
        <w:t xml:space="preserve">[12:22] </w:t>
      </w:r>
      <w:r>
        <w:t>so, by this discovery, you find, you realize that god is one.</w:t>
      </w:r>
    </w:p>
    <w:p>
      <w:pPr>
        <w:jc w:val="right"/>
      </w:pPr>
      <w:r>
        <w:t>سو، بائی دس ڈسکوری، یو فائنڈ، یو ریلائز دیٹ گاڈ از ون۔</w:t>
      </w:r>
    </w:p>
    <w:p>
      <w:r>
        <w:rPr>
          <w:b/>
        </w:rPr>
        <w:t xml:space="preserve">[12:32] </w:t>
      </w:r>
      <w:r>
        <w:t>then, when you discover all these things, you also discover that when there is a god,</w:t>
      </w:r>
    </w:p>
    <w:p>
      <w:pPr>
        <w:jc w:val="right"/>
      </w:pPr>
      <w:r>
        <w:t>دین، وین یو ڈسکور ال دیز تھنگز، یو السو ڈسکور دیٹ وین دیر از ا گاڈ،</w:t>
      </w:r>
    </w:p>
    <w:p>
      <w:r>
        <w:rPr>
          <w:b/>
        </w:rPr>
        <w:t xml:space="preserve">[12:45] </w:t>
      </w:r>
      <w:r>
        <w:t>and it is this god who have created you and all mankind. then, there must be some relationship between god and man.</w:t>
      </w:r>
    </w:p>
    <w:p>
      <w:pPr>
        <w:jc w:val="right"/>
      </w:pPr>
      <w:r>
        <w:t>اینڈ اٹ از دس گاڈ ہو ہیو کریٹڈ یو اینڈ ال مین کائنڈ۔ دین، دیر مسٹ بی سم ریلیشن شپ بٹوین گاڈ اینڈ مین۔</w:t>
      </w:r>
    </w:p>
    <w:p>
      <w:r>
        <w:rPr>
          <w:b/>
        </w:rPr>
        <w:t xml:space="preserve">[12:58] </w:t>
      </w:r>
      <w:r>
        <w:t>man must be responsible to god.</w:t>
      </w:r>
    </w:p>
    <w:p>
      <w:pPr>
        <w:jc w:val="right"/>
      </w:pPr>
      <w:r>
        <w:t>مین مسٹ بی ریسپانسبل ٹو گاڈ۔</w:t>
      </w:r>
    </w:p>
    <w:p>
      <w:r>
        <w:rPr>
          <w:b/>
        </w:rPr>
        <w:t xml:space="preserve">[13:05] </w:t>
      </w:r>
      <w:r>
        <w:t>man has some duty towards his creator. so, this discovery leads to discovery of the quran.</w:t>
      </w:r>
    </w:p>
    <w:p>
      <w:pPr>
        <w:jc w:val="right"/>
      </w:pPr>
      <w:r>
        <w:t>مین ہیز سم ڈیوٹی ٹورڈز ہز کریٹر۔ سو، دس ڈسکوری لیڈز ٹو ڈسکوری اف دا قران۔</w:t>
      </w:r>
    </w:p>
    <w:p>
      <w:r>
        <w:rPr>
          <w:b/>
        </w:rPr>
        <w:t xml:space="preserve">[13:16] </w:t>
      </w:r>
      <w:r>
        <w:t>when you discover that i am accountable to god, i am responsible to god, you try to find the word of god.</w:t>
      </w:r>
    </w:p>
    <w:p>
      <w:pPr>
        <w:jc w:val="right"/>
      </w:pPr>
      <w:r>
        <w:t>وین یو ڈسکور دیٹ ائی ایم اکاؤنٹیبل ٹو گاڈ، ائی ایم ریسپانسبل ٹو گاڈ، یو ٹرائی ٹو فائنڈ دی ورڈ اف گاڈ۔</w:t>
      </w:r>
    </w:p>
    <w:p>
      <w:r>
        <w:rPr>
          <w:b/>
        </w:rPr>
        <w:t xml:space="preserve">[13:27] </w:t>
      </w:r>
      <w:r>
        <w:t>try to find the what god wants from you.</w:t>
      </w:r>
    </w:p>
    <w:p>
      <w:pPr>
        <w:jc w:val="right"/>
      </w:pPr>
      <w:r>
        <w:t>ٹرائی ٹو فائنڈ دا واٹ گاڈ وانٹس فرام یو۔</w:t>
      </w:r>
    </w:p>
    <w:p>
      <w:r>
        <w:rPr>
          <w:b/>
        </w:rPr>
        <w:t xml:space="preserve">[13:34] </w:t>
      </w:r>
      <w:r>
        <w:t>so, this kind of question leads to the discovery of the quran that is word of god. so, you read quran.</w:t>
      </w:r>
    </w:p>
    <w:p>
      <w:pPr>
        <w:jc w:val="right"/>
      </w:pPr>
      <w:r>
        <w:t>سو، دس کائنڈ اف کوئسچن لیڈز ٹو دا ڈسکوری اف دا قران دیٹ از ورڈ اف گاڈ۔ سو، یو ریڈ قران۔</w:t>
      </w:r>
    </w:p>
    <w:p>
      <w:r>
        <w:rPr>
          <w:b/>
        </w:rPr>
        <w:t xml:space="preserve">[13:44] </w:t>
      </w:r>
      <w:r>
        <w:t>you will find that quran gives you complete meaning of life. quran gives you directions.</w:t>
      </w:r>
    </w:p>
    <w:p>
      <w:pPr>
        <w:jc w:val="right"/>
      </w:pPr>
      <w:r>
        <w:t>یو ویل فائنڈ دیٹ قران گیوز یو کمپلیٹ میننگ اف لائف۔ قران گیوز یو ڈائریکشنز۔</w:t>
      </w:r>
    </w:p>
    <w:p>
      <w:r>
        <w:rPr>
          <w:b/>
        </w:rPr>
        <w:t xml:space="preserve">[13:55] </w:t>
      </w:r>
      <w:r>
        <w:t>quran gives you a guidance in every walk of life</w:t>
      </w:r>
    </w:p>
    <w:p>
      <w:pPr>
        <w:jc w:val="right"/>
      </w:pPr>
      <w:r>
        <w:t>قران گیوز یو ا گائیڈنس ان ایوری واک اف لائف</w:t>
      </w:r>
    </w:p>
    <w:p>
      <w:r>
        <w:rPr>
          <w:b/>
        </w:rPr>
        <w:t xml:space="preserve">[14:02] </w:t>
      </w:r>
      <w:r>
        <w:t>. quran gives you how to think and gives you what is the correct faith, what is and what is not correct.</w:t>
      </w:r>
    </w:p>
    <w:p>
      <w:pPr>
        <w:jc w:val="right"/>
      </w:pPr>
      <w:r>
        <w:t>۔ قران گیوز یو ہاؤ ٹو تھنک اینڈ گیوز یو واٹ از دا کریکٹ فیتھ، واٹ از اینڈ واٹ از ناٹ کریکٹ۔</w:t>
      </w:r>
    </w:p>
    <w:p>
      <w:r>
        <w:rPr>
          <w:b/>
        </w:rPr>
        <w:t xml:space="preserve">[14:16] </w:t>
      </w:r>
      <w:r>
        <w:t>what is the life and what is death? what is, what is the creation plan of god?</w:t>
      </w:r>
    </w:p>
    <w:p>
      <w:pPr>
        <w:jc w:val="right"/>
      </w:pPr>
      <w:r>
        <w:t>واٹ از دا لائف اینڈ واٹ از ڈیتھ؟ واٹ از، واٹ از دا کریشن پلان اف گاڈ؟</w:t>
      </w:r>
    </w:p>
    <w:p>
      <w:r>
        <w:rPr>
          <w:b/>
        </w:rPr>
        <w:t xml:space="preserve">[14:26] </w:t>
      </w:r>
      <w:r>
        <w:t>so, everything you discover from the reading of the quran.</w:t>
      </w:r>
    </w:p>
    <w:p>
      <w:pPr>
        <w:jc w:val="right"/>
      </w:pPr>
      <w:r>
        <w:t>سو، ایوری تھنگ یو ڈسکور فرام دا ریڈنگ اف دا قران۔</w:t>
      </w:r>
    </w:p>
    <w:p>
      <w:r>
        <w:rPr>
          <w:b/>
        </w:rPr>
        <w:t xml:space="preserve">[14:32] </w:t>
      </w:r>
      <w:r>
        <w:t>first of all, you discover the existence of god. then, you discover the book of god that is quran.</w:t>
      </w:r>
    </w:p>
    <w:p>
      <w:pPr>
        <w:jc w:val="right"/>
      </w:pPr>
      <w:r>
        <w:t>فرسٹ اف ال، یو ڈسکور دا ایگزسٹنس اف گاڈ۔ دین، یو ڈسکور دا بک اف گاڈ دیٹ از قران۔</w:t>
      </w:r>
    </w:p>
    <w:p>
      <w:r>
        <w:rPr>
          <w:b/>
        </w:rPr>
        <w:t xml:space="preserve">[14:43] </w:t>
      </w:r>
      <w:r>
        <w:t>and deen, from the quran, you discover all those things that is related to your life. about pre death period of your life and also about the post death period of life.</w:t>
      </w:r>
    </w:p>
    <w:p>
      <w:pPr>
        <w:jc w:val="right"/>
      </w:pPr>
      <w:r>
        <w:t>اینڈ دین، فرام دی قران، یو ڈسکور ال دوز تھنگز دیٹ از ریلیٹڈ ٹو یور لائف۔ اباؤٹ پری ڈیتھ پیریڈ اف یور لائف اینڈ السو اباؤٹ دا پوسٹ ڈیتھ پیریڈ اف لائف۔</w:t>
      </w:r>
    </w:p>
    <w:p>
      <w:r>
        <w:rPr>
          <w:b/>
        </w:rPr>
        <w:t xml:space="preserve">[15:00] </w:t>
      </w:r>
      <w:r>
        <w:t>everything you discover from the quran by studying the quran.</w:t>
      </w:r>
    </w:p>
    <w:p>
      <w:pPr>
        <w:jc w:val="right"/>
      </w:pPr>
      <w:r>
        <w:t>ایوری تھنگ یو ڈسکور فرام دا قران بائی سٹڈنگ دا قران۔</w:t>
      </w:r>
    </w:p>
    <w:p>
      <w:r>
        <w:rPr>
          <w:b/>
        </w:rPr>
        <w:t xml:space="preserve">[15:09] </w:t>
      </w:r>
      <w:r>
        <w:t>so, when you say ashhadu an la ilaha illallah, it is not simply a lip service.</w:t>
      </w:r>
    </w:p>
    <w:p>
      <w:pPr>
        <w:jc w:val="right"/>
      </w:pPr>
      <w:r>
        <w:t>سو، وین یو سے اشھد ان لا الہ الا اللہ، اٹ از ناٹ سمپلی ا لپ سروس۔</w:t>
      </w:r>
    </w:p>
    <w:p>
      <w:r>
        <w:rPr>
          <w:b/>
        </w:rPr>
        <w:t xml:space="preserve">[15:21] </w:t>
      </w:r>
      <w:r>
        <w:t>it is a discovery. it is a solemn pledge. it is a solemn pledge.</w:t>
      </w:r>
    </w:p>
    <w:p>
      <w:pPr>
        <w:jc w:val="right"/>
      </w:pPr>
      <w:r>
        <w:t>اٹ از ا ڈسکوری۔ اٹ از ا سالم پلیج۔ اٹ از ا سالم پلیج۔</w:t>
      </w:r>
    </w:p>
    <w:p>
      <w:r>
        <w:rPr>
          <w:b/>
        </w:rPr>
        <w:t xml:space="preserve">[15:31] </w:t>
      </w:r>
      <w:r>
        <w:t>because of the this discovery, you discover other things like al quran, like revelation, like the meaning of of your life, like the philosophy of death and life.</w:t>
      </w:r>
    </w:p>
    <w:p>
      <w:pPr>
        <w:jc w:val="right"/>
      </w:pPr>
      <w:r>
        <w:t>بیکاز اف دا دس ڈسکوری، یو ڈسکور ادر تھنگز لائک القران، لائک ریولیشن، لائک دا میننگ اف اف یور لائف، لائک دی فلاسفی اف ڈیتھ اینڈ لائف۔</w:t>
      </w:r>
    </w:p>
    <w:p>
      <w:r>
        <w:rPr>
          <w:b/>
        </w:rPr>
        <w:t xml:space="preserve">[15:50] </w:t>
      </w:r>
      <w:r>
        <w:t>so, you begin from discovery of god. then, you reach to all those things that are relevant to your life.</w:t>
      </w:r>
    </w:p>
    <w:p>
      <w:pPr>
        <w:jc w:val="right"/>
      </w:pPr>
      <w:r>
        <w:t>سو، یو بیگن فرام ڈسکوری اف گاڈ۔ دین، یو ریچ ٹو ال دوز تھنگز دیٹ ار ریلیونٹ ٹو یور لائف۔</w:t>
      </w:r>
    </w:p>
    <w:p>
      <w:r>
        <w:rPr>
          <w:b/>
        </w:rPr>
        <w:t xml:space="preserve">[16:03] </w:t>
      </w:r>
      <w:r>
        <w:t>so, you discover that pre death period is a testing period. in pre death period, you are in the test.</w:t>
      </w:r>
    </w:p>
    <w:p>
      <w:pPr>
        <w:jc w:val="right"/>
      </w:pPr>
      <w:r>
        <w:t>سو، یو ڈسکور دیٹ پری ڈیتھ پیریڈ از ا ٹیسٹنگ پیریڈ۔ ان پری ڈیتھ پیریڈ، یو ار ان دا ٹیسٹ۔</w:t>
      </w:r>
    </w:p>
    <w:p>
      <w:r>
        <w:rPr>
          <w:b/>
        </w:rPr>
        <w:t xml:space="preserve">[16:16] </w:t>
      </w:r>
      <w:r>
        <w:t>what is the</w:t>
      </w:r>
    </w:p>
    <w:p>
      <w:pPr>
        <w:jc w:val="right"/>
      </w:pPr>
      <w:r>
        <w:t>واٹ از دا</w:t>
      </w:r>
    </w:p>
    <w:p>
      <w:r>
        <w:rPr>
          <w:b/>
        </w:rPr>
        <w:t xml:space="preserve">[16:17] </w:t>
      </w:r>
      <w:r>
        <w:t>, what is test? you, god has give you freedom. and god want to see whether you use your freedom in a proper way or you misuse, or you mis using your freedom.</w:t>
      </w:r>
    </w:p>
    <w:p>
      <w:pPr>
        <w:jc w:val="right"/>
      </w:pPr>
      <w:r>
        <w:t>، واٹ از ٹیسٹ؟ یو، گاڈ ہیز گیو یو فریڈم۔ اینڈ گاڈ وانٹ ٹو سی ویدر یو یوز یور فریڈم ان ا پراپر وے اور یو مس یوز، اور یو مس یوزنگ یور فریڈم۔</w:t>
      </w:r>
    </w:p>
    <w:p>
      <w:r>
        <w:rPr>
          <w:b/>
        </w:rPr>
        <w:t xml:space="preserve">[16:37] </w:t>
      </w:r>
      <w:r>
        <w:t>one who misuse the freedom given as a test, he will be punished in the post death period.</w:t>
      </w:r>
    </w:p>
    <w:p>
      <w:pPr>
        <w:jc w:val="right"/>
      </w:pPr>
      <w:r>
        <w:t>ون ہو مس یوزز دا فریڈم گیون ایز ا ٹیسٹ، ہی ویل بی پنشڈ ان دا پوسٹ ڈیتھ پیریڈ۔</w:t>
      </w:r>
    </w:p>
    <w:p>
      <w:r>
        <w:rPr>
          <w:b/>
        </w:rPr>
        <w:t xml:space="preserve">[16:49] </w:t>
      </w:r>
      <w:r>
        <w:t>and who uses it properly in the, under the guidance of the court of god, he will be rewarded paradise in the post</w:t>
      </w:r>
    </w:p>
    <w:p>
      <w:pPr>
        <w:jc w:val="right"/>
      </w:pPr>
      <w:r>
        <w:t>اینڈ ہو یوزز اٹ پراپرلی ان دا، انڈر دا گائیڈنس اف دا کورٹ اف گاڈ، ہی ویل بی ریوارڈڈ پیراڈائز ان دا پوسٹ</w:t>
      </w:r>
    </w:p>
    <w:p>
      <w:r>
        <w:rPr>
          <w:b/>
        </w:rPr>
        <w:t xml:space="preserve">[17:05] </w:t>
      </w:r>
      <w:r>
        <w:t>death period. so, all these things are known after the discovery of god through the mystery of the quran.</w:t>
      </w:r>
    </w:p>
    <w:p>
      <w:pPr>
        <w:jc w:val="right"/>
      </w:pPr>
      <w:r>
        <w:t>ڈیتھ پیریڈ۔ سو، ال دیز تھنگز ار نون افٹر دی ڈسکوری اف گاڈ تھرو دا مسٹری اف دا قران۔</w:t>
      </w:r>
    </w:p>
    <w:p>
      <w:r>
        <w:rPr>
          <w:b/>
        </w:rPr>
        <w:t xml:space="preserve">[17:18] </w:t>
      </w:r>
      <w:r>
        <w:t>so, it is very important to know that iman is not a lip service. iman is a discovery.</w:t>
      </w:r>
    </w:p>
    <w:p>
      <w:pPr>
        <w:jc w:val="right"/>
      </w:pPr>
      <w:r>
        <w:t>سو، اٹ از ویری امپورٹنٹ ٹو نو دیٹ ایمان از ناٹ ا لپ سروس۔ ایمان از ا ڈسکوری۔</w:t>
      </w:r>
    </w:p>
    <w:p>
      <w:r>
        <w:rPr>
          <w:b/>
        </w:rPr>
        <w:t xml:space="preserve">[17:28] </w:t>
      </w:r>
      <w:r>
        <w:t>iman is a living a meaningful life</w:t>
      </w:r>
    </w:p>
    <w:p>
      <w:pPr>
        <w:jc w:val="right"/>
      </w:pPr>
      <w:r>
        <w:t>ایمان از ا لیونگ ا میننگ فل لائف</w:t>
      </w:r>
    </w:p>
    <w:p>
      <w:r>
        <w:rPr>
          <w:b/>
        </w:rPr>
        <w:t xml:space="preserve">[17:34] </w:t>
      </w:r>
      <w:r>
        <w:t>. iman means believing in god, in al quran, in hell, in paradise.</w:t>
      </w:r>
    </w:p>
    <w:p>
      <w:pPr>
        <w:jc w:val="right"/>
      </w:pPr>
      <w:r>
        <w:t>۔ ایمان مینز بیلیونگ ان گاڈ، ان القران، ان ہیل، ان پیراڈائز۔</w:t>
      </w:r>
    </w:p>
    <w:p>
      <w:r>
        <w:rPr>
          <w:b/>
        </w:rPr>
        <w:t xml:space="preserve">[17:45] </w:t>
      </w:r>
      <w:r>
        <w:t>all those things that are mentioned in the quran there directly related to the faith or iman.</w:t>
      </w:r>
    </w:p>
    <w:p>
      <w:pPr>
        <w:jc w:val="right"/>
      </w:pPr>
      <w:r>
        <w:t>ال دوز تھنگز دیٹ ار مینشن ان دا قران دیر ڈائریکٹلی ریلیٹڈ ٹو دا فیتھ اور ایمان۔</w:t>
      </w:r>
    </w:p>
    <w:p>
      <w:r>
        <w:rPr>
          <w:b/>
        </w:rPr>
        <w:t xml:space="preserve">[18:01] </w:t>
      </w:r>
      <w:r>
        <w:t>then, when you discover god, you want to surrender yourself before god. it is very, it is but natural.</w:t>
      </w:r>
    </w:p>
    <w:p>
      <w:pPr>
        <w:jc w:val="right"/>
      </w:pPr>
      <w:r>
        <w:t>دین، وین یو ڈسکور گاڈ، یو وانٹ ٹو سرینڈر یور سیلف بیفور گاڈ۔ اٹ از ویری، اٹ از بٹ نیچرل۔</w:t>
      </w:r>
    </w:p>
    <w:p>
      <w:r>
        <w:rPr>
          <w:b/>
        </w:rPr>
        <w:t xml:space="preserve">[18:13] </w:t>
      </w:r>
      <w:r>
        <w:t>it is but natural that when you discover that there is a god and god is my creator, he is my sustainer, he is the giver, i am and i am taker.</w:t>
      </w:r>
    </w:p>
    <w:p>
      <w:pPr>
        <w:jc w:val="right"/>
      </w:pPr>
      <w:r>
        <w:t>اٹ از بٹ نیچرل دیٹ وین یو ڈسکور دیٹ دیر از ا گاڈ اینڈ گاڈ از مائی کریٹر، ہی از مائی سسٹینر، ہی از دا گیور، ائی ایم اینڈ ائی ایم ٹیکر۔</w:t>
      </w:r>
    </w:p>
    <w:p>
      <w:r>
        <w:rPr>
          <w:b/>
        </w:rPr>
        <w:t xml:space="preserve">[18:27] </w:t>
      </w:r>
      <w:r>
        <w:t>so, when you discover all these things, you feel that i have to surrender before god. i have to submit myself before god.</w:t>
      </w:r>
    </w:p>
    <w:p>
      <w:pPr>
        <w:jc w:val="right"/>
      </w:pPr>
      <w:r>
        <w:t>سو، وین یو ڈسکور ال دیز تھنگز، یو فیل دیٹ ائی ہیو ٹو سرینڈر بیفور گاڈ۔ ائی ہیو ٹو سبمٹ مائی سیلف بیفور گاڈ۔</w:t>
      </w:r>
    </w:p>
    <w:p>
      <w:r>
        <w:rPr>
          <w:b/>
        </w:rPr>
        <w:t xml:space="preserve">[18:39] </w:t>
      </w:r>
      <w:r>
        <w:t>to, this feeling leads to ibadah, which is called ibadah, worship.</w:t>
      </w:r>
    </w:p>
    <w:p>
      <w:pPr>
        <w:jc w:val="right"/>
      </w:pPr>
      <w:r>
        <w:t>تو، دس فیلنگ لیڈز ٹو عبادہ، وچ از کالڈ عبادہ، ورشپ۔</w:t>
      </w:r>
    </w:p>
    <w:p>
      <w:r>
        <w:rPr>
          <w:b/>
        </w:rPr>
        <w:t xml:space="preserve">[18:50] </w:t>
      </w:r>
      <w:r>
        <w:t>there is a hadith in sahih al bukhari</w:t>
      </w:r>
    </w:p>
    <w:p>
      <w:pPr>
        <w:jc w:val="right"/>
      </w:pPr>
      <w:r>
        <w:t>دیر از ا حدیث ان صحیح البخاری</w:t>
      </w:r>
    </w:p>
    <w:p>
      <w:r>
        <w:rPr>
          <w:b/>
        </w:rPr>
        <w:t xml:space="preserve">[18:54] </w:t>
      </w:r>
      <w:r>
        <w:t>. in this hadith, it is mentioned that what is ibadah? to, the prophet of islam has said that ta'abbad Allah ka'annaka tarahu.</w:t>
      </w:r>
    </w:p>
    <w:p>
      <w:pPr>
        <w:jc w:val="right"/>
      </w:pPr>
      <w:r>
        <w:t>۔ ان دس حدیث، اٹ از مینشن دیٹ واٹ از عبادہ؟ تو، دا پرافٹ اف اسلام ہیز سیڈ دیٹ تعبد اللہ کن قطرا۔</w:t>
      </w:r>
    </w:p>
    <w:p>
      <w:r>
        <w:rPr>
          <w:b/>
        </w:rPr>
        <w:t xml:space="preserve">[19:09] </w:t>
      </w:r>
      <w:r>
        <w:t>ta'abbad Allah ka'annaka tarahu yani it means that worship god as if you are seeing him.</w:t>
      </w:r>
    </w:p>
    <w:p>
      <w:pPr>
        <w:jc w:val="right"/>
      </w:pPr>
      <w:r>
        <w:t>تعبد اللہ کن قطرا یعنی اٹ مینز دیٹ ورشپ گاڈ ایز اف یو ار سینگ ہم۔</w:t>
      </w:r>
    </w:p>
    <w:p>
      <w:r>
        <w:rPr>
          <w:b/>
        </w:rPr>
        <w:t xml:space="preserve">[19:22] </w:t>
      </w:r>
      <w:r>
        <w:t>it means that worship means living in the presence of god. worship is not something as ritual.</w:t>
      </w:r>
    </w:p>
    <w:p>
      <w:pPr>
        <w:jc w:val="right"/>
      </w:pPr>
      <w:r>
        <w:t>اٹ مینز دیٹ ورشپ مینز لیونگ ان دا پریزنس اف گاڈ۔ ورشپ از ناٹ سم تھنگ ایز ریچول۔</w:t>
      </w:r>
    </w:p>
    <w:p>
      <w:r>
        <w:rPr>
          <w:b/>
        </w:rPr>
        <w:t xml:space="preserve">[19:34] </w:t>
      </w:r>
      <w:r>
        <w:t>no, worship is the expression of feeling that you are living in the presence of god.</w:t>
      </w:r>
    </w:p>
    <w:p>
      <w:pPr>
        <w:jc w:val="right"/>
      </w:pPr>
      <w:r>
        <w:t>نو، ورشپ از دا ایکسپریشن اف فیلنگ دیٹ یو ار لیونگ ان دا پریزنس اف گاڈ۔</w:t>
      </w:r>
    </w:p>
    <w:p>
      <w:r>
        <w:rPr>
          <w:b/>
        </w:rPr>
        <w:t xml:space="preserve">[19:44] </w:t>
      </w:r>
      <w:r>
        <w:t>wen you feel that god is with you, you are living in the presence of god.</w:t>
      </w:r>
    </w:p>
    <w:p>
      <w:pPr>
        <w:jc w:val="right"/>
      </w:pPr>
      <w:r>
        <w:t>وین یو فیل دیٹ گاڈ از ود یو، یو ار لیونگ ان دا پریزنس اف گاڈ۔</w:t>
      </w:r>
    </w:p>
    <w:p>
      <w:r>
        <w:rPr>
          <w:b/>
        </w:rPr>
        <w:t xml:space="preserve">[19:55] </w:t>
      </w:r>
      <w:r>
        <w:t>so, this feeling is so powerful. this feeling become so powerful that you, you, you begin to worship your god.</w:t>
      </w:r>
    </w:p>
    <w:p>
      <w:pPr>
        <w:jc w:val="right"/>
      </w:pPr>
      <w:r>
        <w:t>سو، دس فیلنگ از سو پاورفل۔ دس فیلنگ بیکم سو پاورفل دیٹ یو، یو، یو بیگن ٹو ورشپ یور گاڈ۔</w:t>
      </w:r>
    </w:p>
    <w:p>
      <w:r>
        <w:rPr>
          <w:b/>
        </w:rPr>
        <w:t xml:space="preserve">[20:13] </w:t>
      </w:r>
      <w:r>
        <w:t>you do sajda, that is prostration. to, what is ruku? what is sajda? it is an expression of that feeling that you are living in the presence of god.</w:t>
      </w:r>
    </w:p>
    <w:p>
      <w:pPr>
        <w:jc w:val="right"/>
      </w:pPr>
      <w:r>
        <w:t>یو ڈو سجدہ، دیٹ از پروسٹریشن۔ تو، واٹ از رکوع؟ واٹ از سجدہ؟ اٹ از ان ایکسپریشن اف دیٹ فیلنگ دیٹ یو ار لیونگ ان دا پریزنس اف گاڈ۔</w:t>
      </w:r>
    </w:p>
    <w:p>
      <w:r>
        <w:rPr>
          <w:b/>
        </w:rPr>
        <w:t xml:space="preserve">[20:30] </w:t>
      </w:r>
      <w:r>
        <w:t>so, the prophet of islam has said that ta'abbad Allah ka'annaka tarahu. do worship as if you are seeing god</w:t>
      </w:r>
    </w:p>
    <w:p>
      <w:pPr>
        <w:jc w:val="right"/>
      </w:pPr>
      <w:r>
        <w:t>سو، دا پرافٹ اف اسلام ہیز سیڈ دیٹ تعبد اللہ کن قطرا۔ ڈو ورشپ ایز اف یو ار سینگ گاڈ</w:t>
      </w:r>
    </w:p>
    <w:p>
      <w:r>
        <w:rPr>
          <w:b/>
        </w:rPr>
        <w:t xml:space="preserve">[20:42] </w:t>
      </w:r>
      <w:r>
        <w:t>. so, worship means living in the presence of god.</w:t>
      </w:r>
    </w:p>
    <w:p>
      <w:pPr>
        <w:jc w:val="right"/>
      </w:pPr>
      <w:r>
        <w:t>۔ سو، ورشپ مینز لیونگ ان دا پریزنس اف گاڈ۔</w:t>
      </w:r>
    </w:p>
    <w:p>
      <w:r>
        <w:rPr>
          <w:b/>
        </w:rPr>
        <w:t xml:space="preserve">[20:49] </w:t>
      </w:r>
      <w:r>
        <w:t>when you are living in the presence of god, then naturally your mind will fill with submission.</w:t>
      </w:r>
    </w:p>
    <w:p>
      <w:pPr>
        <w:jc w:val="right"/>
      </w:pPr>
      <w:r>
        <w:t>وین یو ار لیونگ ان دا پریزنس اف گاڈ، دین نیچرلی یور مائنڈ ویل فل اف سبمیشن۔</w:t>
      </w:r>
    </w:p>
    <w:p>
      <w:r>
        <w:rPr>
          <w:b/>
        </w:rPr>
        <w:t xml:space="preserve">[20:59] </w:t>
      </w:r>
      <w:r>
        <w:t>you want to submit before god. you are surrender to god. and this feeling and ibadah is simply an expression of this feeling.</w:t>
      </w:r>
    </w:p>
    <w:p>
      <w:pPr>
        <w:jc w:val="right"/>
      </w:pPr>
      <w:r>
        <w:t>یو وانٹ ٹو سبمٹ بیفور گاڈ۔ یو ار سرینڈر ٹو گاڈ۔ اینڈ دس فیلنگ اینڈ عبادہ از سمپلی ان ایکسپریشن اف دس فیلنگ۔</w:t>
      </w:r>
    </w:p>
    <w:p>
      <w:r>
        <w:rPr>
          <w:b/>
        </w:rPr>
        <w:t xml:space="preserve">[21:11] </w:t>
      </w:r>
      <w:r>
        <w:t>ibadah or namaz or ruku or sajda are simply an expression of this feeling. so, ibadah is not simply a set of rituals.</w:t>
      </w:r>
    </w:p>
    <w:p>
      <w:pPr>
        <w:jc w:val="right"/>
      </w:pPr>
      <w:r>
        <w:t>عبادہ اور نماز اور رکوع اور سجدہ ار سمپلی ان ایکسپریشن اف دس فیلنگ۔ سو، عبادہ از ناٹ سمپلی ا سیٹ اف ریچولز۔</w:t>
      </w:r>
    </w:p>
    <w:p>
      <w:r>
        <w:rPr>
          <w:b/>
        </w:rPr>
        <w:t xml:space="preserve">[21:26] </w:t>
      </w:r>
      <w:r>
        <w:t>no, it is a very meaningful act. very, very meaningful act. ibadah is an external expression of inner feeling.</w:t>
      </w:r>
    </w:p>
    <w:p>
      <w:pPr>
        <w:jc w:val="right"/>
      </w:pPr>
      <w:r>
        <w:t>نو، اٹ از ا ویری میننگ فل ایکٹ۔ ویری، ویری میننگ فل ایکٹ۔ عبادہ از ان ایکسٹرنل ایکسپریشن اف انر فیلنگ۔</w:t>
      </w:r>
    </w:p>
    <w:p>
      <w:r>
        <w:rPr>
          <w:b/>
        </w:rPr>
        <w:t xml:space="preserve">[21:41] </w:t>
      </w:r>
      <w:r>
        <w:t>ibadah is not a form. it is an expression of spirit. ibadah is not simply a form.</w:t>
      </w:r>
    </w:p>
    <w:p>
      <w:pPr>
        <w:jc w:val="right"/>
      </w:pPr>
      <w:r>
        <w:t>عبادہ از ناٹ ا فارم۔ اٹ از ان ایکسپریشن اف سپرٹ۔ عبادہ از ناٹ سمپلی ا فارم۔</w:t>
      </w:r>
    </w:p>
    <w:p>
      <w:r>
        <w:rPr>
          <w:b/>
        </w:rPr>
        <w:t xml:space="preserve">[21:52] </w:t>
      </w:r>
      <w:r>
        <w:t>ibadah is expression of your inner spirit. so, ibadah is an external expression of one inner spirit.</w:t>
      </w:r>
    </w:p>
    <w:p>
      <w:pPr>
        <w:jc w:val="right"/>
      </w:pPr>
      <w:r>
        <w:t>عبادہ از ان ایکسپریشن اف یور انر سپرٹ۔ سو، عبادہ از ان ایکسٹرنل ایکسپریشن اف ون انر سپرٹ۔</w:t>
      </w:r>
    </w:p>
    <w:p>
      <w:r>
        <w:rPr>
          <w:b/>
        </w:rPr>
        <w:t xml:space="preserve">[22:06] </w:t>
      </w:r>
      <w:r>
        <w:t>this is ibadah. this is worship. so, islam begins from discovery.</w:t>
      </w:r>
    </w:p>
    <w:p>
      <w:pPr>
        <w:jc w:val="right"/>
      </w:pPr>
      <w:r>
        <w:t>دس از عبادہ۔ دس از ورشپ۔ سو، اسلام بیگنز فرام ڈسکوری۔</w:t>
      </w:r>
    </w:p>
    <w:p>
      <w:r>
        <w:rPr>
          <w:b/>
        </w:rPr>
        <w:t xml:space="preserve">[22:12] </w:t>
      </w:r>
      <w:r>
        <w:t>then, you discover god's existence. then, you discover that god is your sustainer.</w:t>
      </w:r>
    </w:p>
    <w:p>
      <w:pPr>
        <w:jc w:val="right"/>
      </w:pPr>
      <w:r>
        <w:t>دین، یو ڈسکور گاڈز ایگزسٹنس۔ دین، یو ڈسکور دیٹ گاڈ از یور سسٹینر۔</w:t>
      </w:r>
    </w:p>
    <w:p>
      <w:r>
        <w:rPr>
          <w:b/>
        </w:rPr>
        <w:t xml:space="preserve">[22:22] </w:t>
      </w:r>
      <w:r>
        <w:t>then, you discover that you have to worship. you have to make dua. you have to pray god.</w:t>
      </w:r>
    </w:p>
    <w:p>
      <w:pPr>
        <w:jc w:val="right"/>
      </w:pPr>
      <w:r>
        <w:t>دین، یو ڈسکور دیٹ یو ہیو ٹو ورشپ۔ یو ہیو ٹو میک دعا۔ یو ہیو ٹو پری گاڈ۔</w:t>
      </w:r>
    </w:p>
    <w:p>
      <w:r>
        <w:rPr>
          <w:b/>
        </w:rPr>
        <w:t xml:space="preserve">[22:33] </w:t>
      </w:r>
      <w:r>
        <w:t>then, your whole life transforms into worship of god.</w:t>
      </w:r>
    </w:p>
    <w:p>
      <w:pPr>
        <w:jc w:val="right"/>
      </w:pPr>
      <w:r>
        <w:t>دین، یور ہول لائف ٹرانسفارمز انٹو ورشپ اف گاڈ۔</w:t>
      </w:r>
    </w:p>
    <w:p>
      <w:r>
        <w:rPr>
          <w:b/>
        </w:rPr>
        <w:t xml:space="preserve">[22:42] </w:t>
      </w:r>
      <w:r>
        <w:t>there is verse in the quran: "aqimissalata likri". it means that prayer is remembering god. prayer is not a ritual.</w:t>
      </w:r>
    </w:p>
    <w:p>
      <w:pPr>
        <w:jc w:val="right"/>
      </w:pPr>
      <w:r>
        <w:t>دیر از ورس ان دا قران: "اکم صلاۃ ذکری"۔ اٹ مینز دیٹ پریر از ریممبرنگ گاڈ۔ پریر از ناٹ ا ریچول۔</w:t>
      </w:r>
    </w:p>
    <w:p>
      <w:r>
        <w:rPr>
          <w:b/>
        </w:rPr>
        <w:t xml:space="preserve">[22:54] </w:t>
      </w:r>
      <w:r>
        <w:t>prayer is to remember god almighty.</w:t>
      </w:r>
    </w:p>
    <w:p>
      <w:pPr>
        <w:jc w:val="right"/>
      </w:pPr>
      <w:r>
        <w:t>پریر از ٹو ریممبر گاڈ المائٹی۔</w:t>
      </w:r>
    </w:p>
    <w:p>
      <w:r>
        <w:rPr>
          <w:b/>
        </w:rPr>
        <w:t xml:space="preserve">[22:59] </w:t>
      </w:r>
      <w:r>
        <w:t>so, when you discover that there is a god, he is all powerful, he is lord of the day of judgment, then god becomes your supreme concern.</w:t>
      </w:r>
    </w:p>
    <w:p>
      <w:pPr>
        <w:jc w:val="right"/>
      </w:pPr>
      <w:r>
        <w:t>سو، وین یو ڈسکور دیٹ دیر از ا گاڈ، ہی از ال پاورفل، ہی از لارڈ اف دا ڈے اف ججمنٹ، دین گاڈ بیکم یور سپریم کنسرن۔</w:t>
      </w:r>
    </w:p>
    <w:p>
      <w:r>
        <w:rPr>
          <w:b/>
        </w:rPr>
        <w:t xml:space="preserve">[23:13] </w:t>
      </w:r>
      <w:r>
        <w:t>this discovery is not simply a technical event. no, it is a very meaningful event for your life.</w:t>
      </w:r>
    </w:p>
    <w:p>
      <w:pPr>
        <w:jc w:val="right"/>
      </w:pPr>
      <w:r>
        <w:t>دس ڈسکوری از ناٹ سمپلی ا ٹیکنیکل ایونٹ۔ نو، اٹ از ا ویری میننگ فل ایونٹ فار یور لائف۔</w:t>
      </w:r>
    </w:p>
    <w:p>
      <w:r>
        <w:rPr>
          <w:b/>
        </w:rPr>
        <w:t xml:space="preserve">[23:26] </w:t>
      </w:r>
      <w:r>
        <w:t>this discovery covers all your, all of your life. your thinking, your psychology, your like and dislike, your desires, everything becomes under god's guidance.</w:t>
      </w:r>
    </w:p>
    <w:p>
      <w:pPr>
        <w:jc w:val="right"/>
      </w:pPr>
      <w:r>
        <w:t>دس ڈسکوری کورز ال یور، ال اف یور لائف۔ یور تھنکنگ، یور سائیکالوجی، یور لائک اینڈ ڈس لائک، یور ڈیزائرز، ایوری تھنگ بیکمز انڈر گاڈز گائیڈنس۔</w:t>
      </w:r>
    </w:p>
    <w:p>
      <w:r>
        <w:rPr>
          <w:b/>
        </w:rPr>
        <w:t xml:space="preserve">[23:50] </w:t>
      </w:r>
      <w:r>
        <w:t>your zindagi, your life becomes godly life. you observe divine character.</w:t>
      </w:r>
    </w:p>
    <w:p>
      <w:pPr>
        <w:jc w:val="right"/>
      </w:pPr>
      <w:r>
        <w:t>یور زندگی، یور لائف بیکمز گاڈلی لائف۔ یو ابزرو ڈیوائن کریکٹر۔</w:t>
      </w:r>
    </w:p>
    <w:p>
      <w:r>
        <w:rPr>
          <w:b/>
        </w:rPr>
        <w:t xml:space="preserve">[24:04] </w:t>
      </w:r>
      <w:r>
        <w:t>in one, in a single word, you follow god oriented thinking, god oriented life, god oriented behaviour.</w:t>
      </w:r>
    </w:p>
    <w:p>
      <w:pPr>
        <w:jc w:val="right"/>
      </w:pPr>
      <w:r>
        <w:t>ان ون، ان ا سنگل ورڈ، یو فالو گاڈ اورینٹڈ تھنکنگ، گاڈ اورینٹڈ لائف، گاڈ اورینٹڈ بیہیویئر۔</w:t>
      </w:r>
    </w:p>
    <w:p>
      <w:r>
        <w:rPr>
          <w:b/>
        </w:rPr>
        <w:t xml:space="preserve">[24:18] </w:t>
      </w:r>
      <w:r>
        <w:t>this is what called tawhid. tawhid, oneness of god. so, when you believe in oneness of god, you,</w:t>
      </w:r>
    </w:p>
    <w:p>
      <w:pPr>
        <w:jc w:val="right"/>
      </w:pPr>
      <w:r>
        <w:t>دس از واٹ کالڈ توحید۔ توحید، وننس اف گاڈ۔ سو، وین یو بیلیو ان وننس اف گاڈ، یو،</w:t>
      </w:r>
    </w:p>
    <w:p>
      <w:r>
        <w:rPr>
          <w:b/>
        </w:rPr>
        <w:t xml:space="preserve">[24:31] </w:t>
      </w:r>
      <w:r>
        <w:t>it becomes a revolution,</w:t>
      </w:r>
    </w:p>
    <w:p>
      <w:pPr>
        <w:jc w:val="right"/>
      </w:pPr>
      <w:r>
        <w:t>اٹ بیکمز ا ریولوشن،</w:t>
      </w:r>
    </w:p>
    <w:p>
      <w:r>
        <w:rPr>
          <w:b/>
        </w:rPr>
        <w:t xml:space="preserve">[24:36] </w:t>
      </w:r>
      <w:r>
        <w:t>an ideal, ideological revolution, an emotional revolution, an intellectual revolution.</w:t>
      </w:r>
    </w:p>
    <w:p>
      <w:pPr>
        <w:jc w:val="right"/>
      </w:pPr>
      <w:r>
        <w:t>ان ائیڈیل، ائیڈلوجیکل ریولوشن، ان ایموشنل ریولوشن، ان انٹلیکچول ریولوشن۔</w:t>
      </w:r>
    </w:p>
    <w:p>
      <w:r>
        <w:rPr>
          <w:b/>
        </w:rPr>
        <w:t xml:space="preserve">[24:44] </w:t>
      </w:r>
      <w:r>
        <w:t>das belief transforms your life completely. because</w:t>
      </w:r>
    </w:p>
    <w:p>
      <w:pPr>
        <w:jc w:val="right"/>
      </w:pPr>
      <w:r>
        <w:t>دس بیلیف ٹرانسفارمز یور لائف کمپلیٹلی۔ بیکاز</w:t>
      </w:r>
    </w:p>
    <w:p>
      <w:r>
        <w:rPr>
          <w:b/>
        </w:rPr>
        <w:t xml:space="preserve">[24:53] </w:t>
      </w:r>
      <w:r>
        <w:t>discovery is not a simple thing. when you discover anything in your life, then this discovery covers whole of your life.</w:t>
      </w:r>
    </w:p>
    <w:p>
      <w:pPr>
        <w:jc w:val="right"/>
      </w:pPr>
      <w:r>
        <w:t>ڈسکوری از ناٹ ا سمپل تھنگ۔ وین یو ڈسکور اینی تھنگ ان یور لائف، دین دس ڈسکوری کورز ہول اف یور لائف۔</w:t>
      </w:r>
    </w:p>
    <w:p>
      <w:r>
        <w:rPr>
          <w:b/>
        </w:rPr>
        <w:t xml:space="preserve">[25:07] </w:t>
      </w:r>
      <w:r>
        <w:t>so, this is the one part of kalma that is, that is based on the oneness of God: "ashhadu an la ilaha illallah".</w:t>
      </w:r>
    </w:p>
    <w:p>
      <w:pPr>
        <w:jc w:val="right"/>
      </w:pPr>
      <w:r>
        <w:t>سو، دس از دا ون پارٹ اف کلمہ دیٹ از، دیٹ از بیسڈ ان دی وننس اف گاڈ: "اشھد ان لا الہ الا اللہ"۔</w:t>
      </w:r>
    </w:p>
    <w:p>
      <w:r>
        <w:rPr>
          <w:b/>
        </w:rPr>
        <w:t xml:space="preserve">[25:20] </w:t>
      </w:r>
      <w:r>
        <w:t>i bear witness that there is no God but one God. first part of the kalma. then the second part is: "ashhadu anna Muhammadan abduhu wa rasuluh".</w:t>
      </w:r>
    </w:p>
    <w:p>
      <w:pPr>
        <w:jc w:val="right"/>
      </w:pPr>
      <w:r>
        <w:t>ائی بیئر وٹنس دیٹ دیر نو گاڈ بٹ ون گاڈ۔ فرسٹ پارٹ اف دا کلمہ۔ دین دا سیکنڈ پارٹ از: "اشھد ان محمد عبدہ ورسولہ"۔</w:t>
      </w:r>
    </w:p>
    <w:p>
      <w:r>
        <w:rPr>
          <w:b/>
        </w:rPr>
        <w:t xml:space="preserve">[25:35] </w:t>
      </w:r>
      <w:r>
        <w:t>i bear witness that Muhammad is</w:t>
      </w:r>
    </w:p>
    <w:p>
      <w:pPr>
        <w:jc w:val="right"/>
      </w:pPr>
      <w:r>
        <w:t>ائی بیئر وٹنس دیٹ محمد از</w:t>
      </w:r>
    </w:p>
    <w:p>
      <w:r>
        <w:rPr>
          <w:b/>
        </w:rPr>
        <w:t xml:space="preserve">[25:41] </w:t>
      </w:r>
      <w:r>
        <w:t>the prophet of God and his servant. now, it is also a matter of discovery.</w:t>
      </w:r>
    </w:p>
    <w:p>
      <w:pPr>
        <w:jc w:val="right"/>
      </w:pPr>
      <w:r>
        <w:t>دی پرافٹ اف گاڈ اینڈ ہز سرونٹ۔ ناو، اٹ از السو ا میٹر اف ڈسکوری۔</w:t>
      </w:r>
    </w:p>
    <w:p>
      <w:r>
        <w:rPr>
          <w:b/>
        </w:rPr>
        <w:t xml:space="preserve">[25:52] </w:t>
      </w:r>
      <w:r>
        <w:t>Muhammad or any prophet was like a man. all the prophets were a man, a human being.</w:t>
      </w:r>
    </w:p>
    <w:p>
      <w:pPr>
        <w:jc w:val="right"/>
      </w:pPr>
      <w:r>
        <w:t>محمد اور اینی پرافٹ واز لائک ا مین۔ ال دا پرافٹس ویر ا مین، ا ہیومن بینگ۔</w:t>
      </w:r>
    </w:p>
    <w:p>
      <w:r>
        <w:rPr>
          <w:b/>
        </w:rPr>
        <w:t xml:space="preserve">[26:03] </w:t>
      </w:r>
      <w:r>
        <w:t>all the prophets were human beings.</w:t>
      </w:r>
    </w:p>
    <w:p>
      <w:pPr>
        <w:jc w:val="right"/>
      </w:pPr>
      <w:r>
        <w:t>ال دا پرافٹس ویر ہیومن بینگ۔</w:t>
      </w:r>
    </w:p>
    <w:p>
      <w:r>
        <w:rPr>
          <w:b/>
        </w:rPr>
        <w:t xml:space="preserve">[26:09] </w:t>
      </w:r>
      <w:r>
        <w:t>quran refers to the prophet as a bashar. bashar means human being. so, all the prophets were bashar, human beings.</w:t>
      </w:r>
    </w:p>
    <w:p>
      <w:pPr>
        <w:jc w:val="right"/>
      </w:pPr>
      <w:r>
        <w:t>قران ریفرز ٹو دا پرافٹ ایز ا بشر۔ بشر مینز ہیومن بینگ۔ سو، ال دا پرافٹس ویر بشر، ہیومن بینگ۔</w:t>
      </w:r>
    </w:p>
    <w:p>
      <w:r>
        <w:rPr>
          <w:b/>
        </w:rPr>
        <w:t xml:space="preserve">[26:19] </w:t>
      </w:r>
      <w:r>
        <w:t>this is also discovery to realize a person as a prophet.</w:t>
      </w:r>
    </w:p>
    <w:p>
      <w:pPr>
        <w:jc w:val="right"/>
      </w:pPr>
      <w:r>
        <w:t>دس از السو ڈسکوری ٹو ریلائز ا پرسن ایز ا پرافٹ۔</w:t>
      </w:r>
    </w:p>
    <w:p>
      <w:r>
        <w:rPr>
          <w:b/>
        </w:rPr>
        <w:t xml:space="preserve">[26:28] </w:t>
      </w:r>
      <w:r>
        <w:t>you have to realize a prophet in his merit. not any physically, prophet is not very different from you.</w:t>
      </w:r>
    </w:p>
    <w:p>
      <w:pPr>
        <w:jc w:val="right"/>
      </w:pPr>
      <w:r>
        <w:t>یو ہیو ٹو ریلائز ا پرافٹ ان ہز میرٹ۔ ناٹ اینی فزیکلی، پرافٹ از ناٹ ویری ڈفرنٹ فرام یو۔</w:t>
      </w:r>
    </w:p>
    <w:p>
      <w:r>
        <w:rPr>
          <w:b/>
        </w:rPr>
        <w:t xml:space="preserve">[26:40] </w:t>
      </w:r>
      <w:r>
        <w:t>in physical term, prophet is simply a human being like yourself.</w:t>
      </w:r>
    </w:p>
    <w:p>
      <w:pPr>
        <w:jc w:val="right"/>
      </w:pPr>
      <w:r>
        <w:t>ان فزیکل ٹرم، پرافٹ از سمپلی ا ہیومن بینگ لائک یور سیلف۔</w:t>
      </w:r>
    </w:p>
    <w:p>
      <w:r>
        <w:rPr>
          <w:b/>
        </w:rPr>
        <w:t xml:space="preserve">[26:47] </w:t>
      </w:r>
      <w:r>
        <w:t>but,</w:t>
      </w:r>
    </w:p>
    <w:p>
      <w:pPr>
        <w:jc w:val="right"/>
      </w:pPr>
      <w:r>
        <w:t>بٹ،</w:t>
      </w:r>
    </w:p>
    <w:p>
      <w:r>
        <w:rPr>
          <w:b/>
        </w:rPr>
        <w:t xml:space="preserve">[26:52] </w:t>
      </w:r>
      <w:r>
        <w:t>he is the only difference is that prophet is an apart person.</w:t>
      </w:r>
    </w:p>
    <w:p>
      <w:pPr>
        <w:jc w:val="right"/>
      </w:pPr>
      <w:r>
        <w:t>ہی از دا اونلی ڈفرنس از دیٹ پرافٹ از ان اپارٹ پرسن۔</w:t>
      </w:r>
    </w:p>
    <w:p>
      <w:r>
        <w:rPr>
          <w:b/>
        </w:rPr>
        <w:t xml:space="preserve">[27:02] </w:t>
      </w:r>
      <w:r>
        <w:t>prophet is one who receives the revelation of God. prophet receives revelation of God and then he conveys this revelation to you.</w:t>
      </w:r>
    </w:p>
    <w:p>
      <w:pPr>
        <w:jc w:val="right"/>
      </w:pPr>
      <w:r>
        <w:t>پرافٹ از ون ہو ریسیو دا ریولیشن اف گاڈ۔ پرافٹ ریسیو ریولیشن اف گاڈ اینڈ دین ہی کنویز دس ریولیشن ٹو یو۔</w:t>
      </w:r>
    </w:p>
    <w:p>
      <w:r>
        <w:rPr>
          <w:b/>
        </w:rPr>
        <w:t xml:space="preserve">[27:17] </w:t>
      </w:r>
      <w:r>
        <w:t>so, physically prophet is like a human being, but internally he is a prophet. he is a revealed person.</w:t>
      </w:r>
    </w:p>
    <w:p>
      <w:pPr>
        <w:jc w:val="right"/>
      </w:pPr>
      <w:r>
        <w:t>سو، فزیکلی پرافٹ از لائک ا ہیومن بینگ، بٹ انٹرنلی ہی از ا پرافٹ۔ ہی از ا ریویلڈ پرسن۔</w:t>
      </w:r>
    </w:p>
    <w:p>
      <w:r>
        <w:rPr>
          <w:b/>
        </w:rPr>
        <w:t xml:space="preserve">[27:26] </w:t>
      </w:r>
      <w:r>
        <w:t>so, you have to recognize the prophet in his merit rather than in his physical difference.</w:t>
      </w:r>
    </w:p>
    <w:p>
      <w:pPr>
        <w:jc w:val="right"/>
      </w:pPr>
      <w:r>
        <w:t>سو، یو ہیو ٹو ریکگنائز دا پرافٹ ان ہز میرٹ رادر دین ان ہز فزیکل ڈفرنس۔</w:t>
      </w:r>
    </w:p>
    <w:p>
      <w:r>
        <w:rPr>
          <w:b/>
        </w:rPr>
        <w:t xml:space="preserve">[27:36] </w:t>
      </w:r>
      <w:r>
        <w:t>so, belief in the prophethood is also a discovery.</w:t>
      </w:r>
    </w:p>
    <w:p>
      <w:pPr>
        <w:jc w:val="right"/>
      </w:pPr>
      <w:r>
        <w:t>سو، بیلیف ان دا پرافٹ ہوڈ از السو ا ڈسکوری۔</w:t>
      </w:r>
    </w:p>
    <w:p>
      <w:r>
        <w:rPr>
          <w:b/>
        </w:rPr>
        <w:t xml:space="preserve">[27:42] </w:t>
      </w:r>
      <w:r>
        <w:t>when you study the life of the prophet, when you observe about him, when you think about him, then you discover that this person is not like another person.</w:t>
      </w:r>
    </w:p>
    <w:p>
      <w:pPr>
        <w:jc w:val="right"/>
      </w:pPr>
      <w:r>
        <w:t>وین یو اسٹڈی دا لائف اف دا پرافٹ، وین یو ابزرو اباؤٹ ہم، وین یو تھنک اباؤٹ ہم، دین یو ڈسکور دیٹ دس پرسن از ناٹ لائک انادر پرسن۔</w:t>
      </w:r>
    </w:p>
    <w:p>
      <w:r>
        <w:rPr>
          <w:b/>
        </w:rPr>
        <w:t xml:space="preserve">[27:59] </w:t>
      </w:r>
      <w:r>
        <w:t>it is a person with a difference. here, i would like to say one aspect.</w:t>
      </w:r>
    </w:p>
    <w:p>
      <w:pPr>
        <w:jc w:val="right"/>
      </w:pPr>
      <w:r>
        <w:t>اٹ از ا پرسن ود ا ڈفرنس۔ ہیر، ائی وڈ لائک ٹو سے ون اسپیکٹ۔</w:t>
      </w:r>
    </w:p>
    <w:p>
      <w:r>
        <w:rPr>
          <w:b/>
        </w:rPr>
        <w:t xml:space="preserve">[28:10] </w:t>
      </w:r>
      <w:r>
        <w:t>for example, prophet Muhammad (peace be upon him) was born in Makkah in 570 AD.</w:t>
      </w:r>
    </w:p>
    <w:p>
      <w:pPr>
        <w:jc w:val="right"/>
      </w:pPr>
      <w:r>
        <w:t>فار ایگزیمپل، پرافٹ محمد صلی اللہ علیہ وسلم واز بورن ان مکہ ان 570 اے ڈی۔</w:t>
      </w:r>
    </w:p>
    <w:p>
      <w:r>
        <w:rPr>
          <w:b/>
        </w:rPr>
        <w:t xml:space="preserve">[28:23] </w:t>
      </w:r>
      <w:r>
        <w:t>then, he was appointed as a prophet in 610. so, he started his mission in Makkah.</w:t>
      </w:r>
    </w:p>
    <w:p>
      <w:pPr>
        <w:jc w:val="right"/>
      </w:pPr>
      <w:r>
        <w:t>دین، ہی واز اپوائنٹڈ ایز ا پرافٹ ان 610۔ سو، ہی سٹارٹڈ ہز مشن ان مکہ۔</w:t>
      </w:r>
    </w:p>
    <w:p>
      <w:r>
        <w:rPr>
          <w:b/>
        </w:rPr>
        <w:t xml:space="preserve">[28:35] </w:t>
      </w:r>
      <w:r>
        <w:t>but, at that time, Makkah people were idol worshippers.</w:t>
      </w:r>
    </w:p>
    <w:p>
      <w:pPr>
        <w:jc w:val="right"/>
      </w:pPr>
      <w:r>
        <w:t>بٹ، ایٹ دیٹ ٹائم، مکن پیپل وار ویر ائیڈل ورشپرز۔</w:t>
      </w:r>
    </w:p>
    <w:p>
      <w:r>
        <w:rPr>
          <w:b/>
        </w:rPr>
        <w:t xml:space="preserve">[28:45] </w:t>
      </w:r>
      <w:r>
        <w:t>they were mushrik, idol worshippers. so, they became hostile.</w:t>
      </w:r>
    </w:p>
    <w:p>
      <w:pPr>
        <w:jc w:val="right"/>
      </w:pPr>
      <w:r>
        <w:t>دے ویر مشرک، ائیڈل ورشپرز۔ سو، دے بیکم ہی سٹائل۔</w:t>
      </w:r>
    </w:p>
    <w:p>
      <w:r>
        <w:rPr>
          <w:b/>
        </w:rPr>
        <w:t xml:space="preserve">[28:55] </w:t>
      </w:r>
      <w:r>
        <w:t>few people from Makkah accepted Islam, but the majority turned hostile.</w:t>
      </w:r>
    </w:p>
    <w:p>
      <w:pPr>
        <w:jc w:val="right"/>
      </w:pPr>
      <w:r>
        <w:t>فو پیپل فرام مکن ایکسیپٹڈ اسلام، بٹ دا میجورٹی ٹرنڈ ہاسٹائل۔</w:t>
      </w:r>
    </w:p>
    <w:p>
      <w:r>
        <w:rPr>
          <w:b/>
        </w:rPr>
        <w:t xml:space="preserve">[29:06] </w:t>
      </w:r>
      <w:r>
        <w:t>The hostility reached to the end that Prophet was compelled to leave Makkah. So, after thirteen years, he left Makkah and settled in Madinah.</w:t>
      </w:r>
    </w:p>
    <w:p>
      <w:pPr>
        <w:jc w:val="right"/>
      </w:pPr>
      <w:r>
        <w:t>دس ہاسٹیلٹی ریچ ٹو دا اینڈ دیٹ پرافٹ واز کمپیلڈ ٹو لیو مکہ۔ سو، افٹر تھرٹین ایئرز، ہی لیفٹ مکہ اینڈ سیٹل ان مدینہ۔</w:t>
      </w:r>
    </w:p>
    <w:p>
      <w:r>
        <w:rPr>
          <w:b/>
        </w:rPr>
        <w:t xml:space="preserve">[29:23] </w:t>
      </w:r>
      <w:r>
        <w:t>That was, that is called in Islam hijra or migration. That was a compulsory exile.</w:t>
      </w:r>
    </w:p>
    <w:p>
      <w:pPr>
        <w:jc w:val="right"/>
      </w:pPr>
      <w:r>
        <w:t>دس واز، دس از کالڈ ان اسلام ہجرہ اور مائیگریشن۔ دس واز ا کمپلسو ایگزائل۔</w:t>
      </w:r>
    </w:p>
    <w:p>
      <w:r>
        <w:rPr>
          <w:b/>
        </w:rPr>
        <w:t xml:space="preserve">[29:34] </w:t>
      </w:r>
      <w:r>
        <w:t>das waz a compulso</w:t>
      </w:r>
    </w:p>
    <w:p>
      <w:pPr>
        <w:jc w:val="right"/>
      </w:pPr>
      <w:r>
        <w:t>دس واز ا کمپلسو</w:t>
      </w:r>
    </w:p>
    <w:p>
      <w:r>
        <w:rPr>
          <w:b/>
        </w:rPr>
        <w:t xml:space="preserve">[29:40] </w:t>
      </w:r>
      <w:r>
        <w:t>leaving hiz own</w:t>
      </w:r>
    </w:p>
    <w:p>
      <w:pPr>
        <w:jc w:val="right"/>
      </w:pPr>
      <w:r>
        <w:t>لیونگ ہز اون</w:t>
      </w:r>
    </w:p>
    <w:p>
      <w:r>
        <w:rPr>
          <w:b/>
        </w:rPr>
        <w:t xml:space="preserve">[29:46] </w:t>
      </w:r>
      <w:r>
        <w:t>motherland, his own homeland, his hometown. So, if you see the history, there are so many people who were compelled to leave their hometown, their home country, their homeland.</w:t>
      </w:r>
    </w:p>
    <w:p>
      <w:pPr>
        <w:jc w:val="right"/>
      </w:pPr>
      <w:r>
        <w:t>مدر لینڈ، ہز اون ہوم لینڈ، ہز ہوم ٹاؤن۔ سو، اف یو سی دا ہسٹری، دیر سو مینی پیپل ہو ویر کمپیلڈ ٹو لیو دیر ہوم ٹاؤن، دیر ہوم کنٹری، دیر ہوم لینڈ۔</w:t>
      </w:r>
    </w:p>
    <w:p>
      <w:r>
        <w:rPr>
          <w:b/>
        </w:rPr>
        <w:t xml:space="preserve">[30:03] </w:t>
      </w:r>
      <w:r>
        <w:t>but, what happened? All those people became enemies of those people who were responsible for this exile, for this migration.</w:t>
      </w:r>
    </w:p>
    <w:p>
      <w:pPr>
        <w:jc w:val="right"/>
      </w:pPr>
      <w:r>
        <w:t>بٹ، واٹ ہیپن؟ ال دوز پیپل بیکم اینمی اف دوز پیپل ہو ریسپانسبل فار دس ایگزائل، فار دس مائیگریشن۔</w:t>
      </w:r>
    </w:p>
    <w:p>
      <w:r>
        <w:rPr>
          <w:b/>
        </w:rPr>
        <w:t xml:space="preserve">[30:20] </w:t>
      </w:r>
      <w:r>
        <w:t>I don't know any exception in this. I don't know any exception in this</w:t>
      </w:r>
    </w:p>
    <w:p>
      <w:pPr>
        <w:jc w:val="right"/>
      </w:pPr>
      <w:r>
        <w:t>ائی ڈونٹ نو اینی ایکسیپشن ان دس۔ ائی ڈونٹ نو اینی ایکسیپشن ان دس</w:t>
      </w:r>
    </w:p>
    <w:p>
      <w:r>
        <w:rPr>
          <w:b/>
        </w:rPr>
        <w:t xml:space="preserve">[30:30] </w:t>
      </w:r>
      <w:r>
        <w:t>. all those people who were compelled, who were compelled to leave their hometown, who were migrated</w:t>
      </w:r>
    </w:p>
    <w:p>
      <w:pPr>
        <w:jc w:val="right"/>
      </w:pPr>
      <w:r>
        <w:t>۔ ال دوز پیپل ہو ویر کمپلڈ، ہو ویر کمپیلڈ ٹو لیو دیر ہوم ٹاؤن، ہو ویر مائیگریٹڈ</w:t>
      </w:r>
    </w:p>
    <w:p>
      <w:r>
        <w:rPr>
          <w:b/>
        </w:rPr>
        <w:t xml:space="preserve">[30:46] </w:t>
      </w:r>
      <w:r>
        <w:t>by the force. They became hostile, they became enemy to those people.</w:t>
      </w:r>
    </w:p>
    <w:p>
      <w:pPr>
        <w:jc w:val="right"/>
      </w:pPr>
      <w:r>
        <w:t>بائی دا فورس۔ دے بیکم ہاسٹائل، دے بیکم اینمی ٹو دوز پیپل۔</w:t>
      </w:r>
    </w:p>
    <w:p>
      <w:r>
        <w:rPr>
          <w:b/>
        </w:rPr>
        <w:t xml:space="preserve">[30:52] </w:t>
      </w:r>
      <w:r>
        <w:t>every time, they were engaged in complaint and protest, and they try to fight.</w:t>
      </w:r>
    </w:p>
    <w:p>
      <w:pPr>
        <w:jc w:val="right"/>
      </w:pPr>
      <w:r>
        <w:t>ایوری ٹائم، دے ویر انگیج ان کمپلینٹ اینڈ پروٹیسٹ، اینڈ دے ٹرائی ٹو فائٹ۔</w:t>
      </w:r>
    </w:p>
    <w:p>
      <w:r>
        <w:rPr>
          <w:b/>
        </w:rPr>
        <w:t xml:space="preserve">[31:01] </w:t>
      </w:r>
      <w:r>
        <w:t>they wanted to eliminate those people who responsible for their migration.</w:t>
      </w:r>
    </w:p>
    <w:p>
      <w:pPr>
        <w:jc w:val="right"/>
      </w:pPr>
      <w:r>
        <w:t>دے وانٹڈ ٹو ایلیمینیٹ دوز پیپل ہو ریسپانسبل فار دیر مائیگریشن۔</w:t>
      </w:r>
    </w:p>
    <w:p>
      <w:r>
        <w:rPr>
          <w:b/>
        </w:rPr>
        <w:t xml:space="preserve">[31:11] </w:t>
      </w:r>
      <w:r>
        <w:t>but, here we see dat da prophet of islam</w:t>
      </w:r>
    </w:p>
    <w:p>
      <w:pPr>
        <w:jc w:val="right"/>
      </w:pPr>
      <w:r>
        <w:t>بٹ، ہیر وی سی دیٹ دا پرافٹ اف اسلام</w:t>
      </w:r>
    </w:p>
    <w:p>
      <w:r>
        <w:rPr>
          <w:b/>
        </w:rPr>
        <w:t xml:space="preserve">[31:18] </w:t>
      </w:r>
      <w:r>
        <w:t>waz quite different person</w:t>
      </w:r>
    </w:p>
    <w:p>
      <w:pPr>
        <w:jc w:val="right"/>
      </w:pPr>
      <w:r>
        <w:t>واز کوائٹ ڈفرنٹ پرسن</w:t>
      </w:r>
    </w:p>
    <w:p>
      <w:r>
        <w:rPr>
          <w:b/>
        </w:rPr>
        <w:t xml:space="preserve">[31:22] </w:t>
      </w:r>
      <w:r>
        <w:t>. quite different person. He never complained, he never engaged in complaint and protest.</w:t>
      </w:r>
    </w:p>
    <w:p>
      <w:pPr>
        <w:jc w:val="right"/>
      </w:pPr>
      <w:r>
        <w:t>۔ کوائٹ ڈفرنٹ پرسن۔ ہی نیور کمپلینٹ، ہی نیور انگیج ان کمپلینٹ اینڈ پروٹیسٹ۔</w:t>
      </w:r>
    </w:p>
    <w:p>
      <w:r>
        <w:rPr>
          <w:b/>
        </w:rPr>
        <w:t xml:space="preserve">[31:31] </w:t>
      </w:r>
      <w:r>
        <w:t>There was for him, there was a choice to wage a war against Makkan people, because the migration.</w:t>
      </w:r>
    </w:p>
    <w:p>
      <w:pPr>
        <w:jc w:val="right"/>
      </w:pPr>
      <w:r>
        <w:t>دیر واز فار ہم، دیر واز ا چوائس ٹو ویج ا وار اگینسٹ مکن پیپل، بیکاز دا مائیگریشن۔</w:t>
      </w:r>
    </w:p>
    <w:p>
      <w:r>
        <w:rPr>
          <w:b/>
        </w:rPr>
        <w:t xml:space="preserve">[31:40] </w:t>
      </w:r>
      <w:r>
        <w:t>der war about 200 people with him. dis people wair very brave</w:t>
      </w:r>
    </w:p>
    <w:p>
      <w:pPr>
        <w:jc w:val="right"/>
      </w:pPr>
      <w:r>
        <w:t>دیر وار اباؤٹ 200 پیپل ود ہم۔ دس پیپل ویر ویری بریو</w:t>
      </w:r>
    </w:p>
    <w:p>
      <w:r>
        <w:rPr>
          <w:b/>
        </w:rPr>
        <w:t xml:space="preserve">[31:49] </w:t>
      </w:r>
      <w:r>
        <w:t>. they have so, it was possible for him to wage a war against those Makkan people.</w:t>
      </w:r>
    </w:p>
    <w:p>
      <w:pPr>
        <w:jc w:val="right"/>
      </w:pPr>
      <w:r>
        <w:t>۔ دے ہیو سو، اٹ واز پوسیبل فار ہم ٹو ویج ا وار اگینسٹ دوز مکن پیپل۔</w:t>
      </w:r>
    </w:p>
    <w:p>
      <w:r>
        <w:rPr>
          <w:b/>
        </w:rPr>
        <w:t xml:space="preserve">[31:59] </w:t>
      </w:r>
      <w:r>
        <w:t>but, he never tried to wage a war. no, he silently left Makkah without complaining, without any protest, without any negative thought.</w:t>
      </w:r>
    </w:p>
    <w:p>
      <w:pPr>
        <w:jc w:val="right"/>
      </w:pPr>
      <w:r>
        <w:t>بٹ، ہی نیور ٹرائی ٹو ویج ا وار۔ نو، ہی سائلنٹلی لیفٹ مکہ وداؤٹ کمپلیننگ، وداؤٹ اینی پروٹیسٹ، وداؤٹ اینی نیگیٹیو تھاٹ۔</w:t>
      </w:r>
    </w:p>
    <w:p>
      <w:r>
        <w:rPr>
          <w:b/>
        </w:rPr>
        <w:t xml:space="preserve">[32:13] </w:t>
      </w:r>
      <w:r>
        <w:t>So, this kind of positivity is quite rare in the history.</w:t>
      </w:r>
    </w:p>
    <w:p>
      <w:pPr>
        <w:jc w:val="right"/>
      </w:pPr>
      <w:r>
        <w:t>سو، دس کائنڈ اف پوزیٹیوٹی از کوائٹ ریئر ان دا ہسٹری۔</w:t>
      </w:r>
    </w:p>
    <w:p>
      <w:r>
        <w:rPr>
          <w:b/>
        </w:rPr>
        <w:t xml:space="preserve">[32:20] </w:t>
      </w:r>
      <w:r>
        <w:t>it is very, very rare phenomena that, although there were, there were hundreds reason to become negative against Makkan people.</w:t>
      </w:r>
    </w:p>
    <w:p>
      <w:pPr>
        <w:jc w:val="right"/>
      </w:pPr>
      <w:r>
        <w:t>اٹ از ویری، ویری ریئر فیناومینا دیٹ، الدو دیر وار، دیر وار ہنڈرڈز ریزن ٹو بیکم نیگیٹیو اگینسٹ مکن پیپل۔</w:t>
      </w:r>
    </w:p>
    <w:p>
      <w:r>
        <w:rPr>
          <w:b/>
        </w:rPr>
        <w:t xml:space="preserve">[32:34] </w:t>
      </w:r>
      <w:r>
        <w:t>but, he was able to turn his negative thought into positive thought. how</w:t>
      </w:r>
    </w:p>
    <w:p>
      <w:pPr>
        <w:jc w:val="right"/>
      </w:pPr>
      <w:r>
        <w:t>بٹ، ہی واز ایبل ٹو ٹرن ہز نیگیٹیو تھاٹ انٹو پوزیٹیو تھاٹ۔ ہاؤ</w:t>
      </w:r>
    </w:p>
    <w:p>
      <w:r>
        <w:rPr>
          <w:b/>
        </w:rPr>
        <w:t xml:space="preserve">[32:44] </w:t>
      </w:r>
      <w:r>
        <w:t>He was able to think about the situation in a very positive way.</w:t>
      </w:r>
    </w:p>
    <w:p>
      <w:pPr>
        <w:jc w:val="right"/>
      </w:pPr>
      <w:r>
        <w:t>؟ ہی واز ایبل ٹو تھنک اباؤٹ دا سچویشن ان ا ویری پوزیٹیو وے۔</w:t>
      </w:r>
    </w:p>
    <w:p>
      <w:r>
        <w:rPr>
          <w:b/>
        </w:rPr>
        <w:t xml:space="preserve">[32:57] </w:t>
      </w:r>
      <w:r>
        <w:t>So, his migration was not simply migration. It was, it was change the place of work.</w:t>
      </w:r>
    </w:p>
    <w:p>
      <w:pPr>
        <w:jc w:val="right"/>
      </w:pPr>
      <w:r>
        <w:t>سو، ہز مائیگریشن واز ناٹ سمپلی مائیگریشن۔ اٹ واز، اٹ واز چینج دا پلیس اف ورک</w:t>
      </w:r>
    </w:p>
    <w:p>
      <w:r>
        <w:rPr>
          <w:b/>
        </w:rPr>
        <w:t xml:space="preserve">[33:12] </w:t>
      </w:r>
      <w:r>
        <w:t>. His migration was a change of the place of work. And, he was engaged in his mission in Makka.</w:t>
      </w:r>
    </w:p>
    <w:p>
      <w:pPr>
        <w:jc w:val="right"/>
      </w:pPr>
      <w:r>
        <w:t>۔ ہز مائیگریشن واز ا چینج اف دا پلیس اف ورک۔ اینڈ، ہی واز انگیج ان ہز مشن ان مکہ۔</w:t>
      </w:r>
    </w:p>
    <w:p>
      <w:r>
        <w:rPr>
          <w:b/>
        </w:rPr>
        <w:t xml:space="preserve">[33:25] </w:t>
      </w:r>
      <w:r>
        <w:t>now, he opted for Madina for the same mission to propagate tawhid, to propagate, to propagate the oneness of God.</w:t>
      </w:r>
    </w:p>
    <w:p>
      <w:pPr>
        <w:jc w:val="right"/>
      </w:pPr>
      <w:r>
        <w:t>ناو، ہی اپٹڈ فار مدینہ فار دا سیم مشن ٹو پروپیگیٹ توحید، ٹو پروپیگیٹ، ٹو پروپیگیٹ دا وننس اف گاڈ۔</w:t>
      </w:r>
    </w:p>
    <w:p>
      <w:r>
        <w:rPr>
          <w:b/>
        </w:rPr>
        <w:t xml:space="preserve">[33:40] </w:t>
      </w:r>
      <w:r>
        <w:t>When, he after thirteen years of atrocities and all kind of enmity, when he reached to Madina and addressed Madina people,</w:t>
      </w:r>
    </w:p>
    <w:p>
      <w:pPr>
        <w:jc w:val="right"/>
      </w:pPr>
      <w:r>
        <w:t>وین، ہی افٹر تھرٹین ایئرز اف اٹراسٹیز اینڈ ال کائنڈ اف اینمیٹی، وین ہی ریچ ٹو مدینہ اینڈ ایڈریس مدینہ پیپل،</w:t>
      </w:r>
    </w:p>
    <w:p>
      <w:r>
        <w:rPr>
          <w:b/>
        </w:rPr>
        <w:t xml:space="preserve">[33:57] </w:t>
      </w:r>
      <w:r>
        <w:t>in</w:t>
      </w:r>
    </w:p>
    <w:p>
      <w:pPr>
        <w:jc w:val="right"/>
      </w:pPr>
      <w:r>
        <w:t>ان</w:t>
      </w:r>
    </w:p>
    <w:p>
      <w:r>
        <w:rPr>
          <w:b/>
        </w:rPr>
        <w:t xml:space="preserve">[33:58] </w:t>
      </w:r>
      <w:r>
        <w:t>his first sermon, he said: "o people,</w:t>
      </w:r>
    </w:p>
    <w:p>
      <w:pPr>
        <w:jc w:val="right"/>
      </w:pPr>
      <w:r>
        <w:t>ہز فرسٹ سرون، ہی سیڈ: "او پیپل،</w:t>
      </w:r>
    </w:p>
    <w:p>
      <w:r>
        <w:rPr>
          <w:b/>
        </w:rPr>
        <w:t xml:space="preserve">[34:06] </w:t>
      </w:r>
      <w:r>
        <w:t>eha alas, eha alas, qolo la ilaha illallah. o people, say that there is no god but one god, and you be successful.</w:t>
      </w:r>
    </w:p>
    <w:p>
      <w:pPr>
        <w:jc w:val="right"/>
      </w:pPr>
      <w:r>
        <w:t>ایہا الناس، ایہا الناس، قولو لا الہ الا اللہ۔ او پیپل، سے دیٹ دیر از نو گاڈ بٹ ون گاڈ، اینڈ یو بی سکسیس فل۔</w:t>
      </w:r>
    </w:p>
    <w:p>
      <w:r>
        <w:rPr>
          <w:b/>
        </w:rPr>
        <w:t xml:space="preserve">[34:22] </w:t>
      </w:r>
      <w:r>
        <w:t>" wen he was in makah, he used to say this: "o eha alas, qolo la ilaha illallah." the same kalma he repeated in madina also: "o eha alas, qolo la ilaha illallah." so, his mind was full of positivity.</w:t>
      </w:r>
    </w:p>
    <w:p>
      <w:pPr>
        <w:jc w:val="right"/>
      </w:pPr>
      <w:r>
        <w:t>" وین ہی واز ان مکہ، ہی یوز ٹو سے دس: "او ایہا الناس، قولو لا الہ الا اللہ۔" دا سیم کلمہ ہی ریپیٹڈ ان مدینہ السو: "او ایہا الناس، قولو لا الہ الا اللہ۔" سو، ہز مائنڈ واز فل اف پوزیٹیوٹی۔</w:t>
      </w:r>
    </w:p>
    <w:p>
      <w:r>
        <w:rPr>
          <w:b/>
        </w:rPr>
        <w:t xml:space="preserve">[34:44] </w:t>
      </w:r>
      <w:r>
        <w:t>he never said any word that Medina, in Medina that Makkah people are bad, their enemy, their this and that.</w:t>
      </w:r>
    </w:p>
    <w:p>
      <w:pPr>
        <w:jc w:val="right"/>
      </w:pPr>
      <w:r>
        <w:t>ہی نیور سیڈ اینی ورڈ دیٹ مدینہ، ان مدینہ دیٹ مکن پیپل ار بیڈ، دیر اینمی، دیر دس اینڈ دیٹ۔</w:t>
      </w:r>
    </w:p>
    <w:p>
      <w:r>
        <w:rPr>
          <w:b/>
        </w:rPr>
        <w:t xml:space="preserve">[34:57] </w:t>
      </w:r>
      <w:r>
        <w:t>he never uttered a single negative word against Makkah people.</w:t>
      </w:r>
    </w:p>
    <w:p>
      <w:pPr>
        <w:jc w:val="right"/>
      </w:pPr>
      <w:r>
        <w:t>ہی نیور اٹرڈ ا سنگل نیگیٹیو ورڈ اگینسٹ مکن پیپل۔</w:t>
      </w:r>
    </w:p>
    <w:p>
      <w:r>
        <w:rPr>
          <w:b/>
        </w:rPr>
        <w:t xml:space="preserve">[35:05] </w:t>
      </w:r>
      <w:r>
        <w:t>he said: "eha alas, qolo la ilaha illallah." in madina,</w:t>
      </w:r>
    </w:p>
    <w:p>
      <w:pPr>
        <w:jc w:val="right"/>
      </w:pPr>
      <w:r>
        <w:t>ہی سیڈ: "ایہا الناس، قولو لا الہ الا اللہ۔" ان مدینہ،</w:t>
      </w:r>
    </w:p>
    <w:p>
      <w:r>
        <w:rPr>
          <w:b/>
        </w:rPr>
        <w:t xml:space="preserve">[35:10] </w:t>
      </w:r>
      <w:r>
        <w:t>as he was saying in Makkah: "eha alas, qolo la ilaha illallah." so, this was his positive message, and he always followed this positive message.</w:t>
      </w:r>
    </w:p>
    <w:p>
      <w:pPr>
        <w:jc w:val="right"/>
      </w:pPr>
      <w:r>
        <w:t>ایز ہی واز سینگ ان مکہ: "ایہا الناس، قولو لا الہ الا اللہ۔" سو، دس واز ہز پوزیٹیو میسج، اینڈ ہی الویز فالوڈ دس پوزیٹیو میسج۔</w:t>
      </w:r>
    </w:p>
    <w:p>
      <w:r>
        <w:rPr>
          <w:b/>
        </w:rPr>
        <w:t xml:space="preserve">[35:25] </w:t>
      </w:r>
      <w:r>
        <w:t>why? because he saved himself from negativity. you know, there are two parts of the kalma: first is "ashhadu an la ilaha illallah" and the second part is "ashhadu anna muhammadan abduhu wa rasuluh." so, i would like to say a few words in the second part of the kalma:</w:t>
      </w:r>
    </w:p>
    <w:p>
      <w:pPr>
        <w:jc w:val="right"/>
      </w:pPr>
      <w:r>
        <w:t>وائی؟ بیکاز ہی سیوڈ ہز سیلف فرام نیگیٹیوٹی۔ یو نو، دیر ار ٹو پارٹس اف دا کلمہ: فرسٹ از "اشھد ان لا الہ الا اللہ" اینڈ دا سیکنڈ پارٹ از "اشھد ان محمد عبدہ ورسولہ۔" سو، ائی وڈ لائک ٹو سے ا فی ورڈز ان دا سیکنڈ پارٹ اف دا کلمہ:</w:t>
      </w:r>
    </w:p>
    <w:p>
      <w:r>
        <w:rPr>
          <w:b/>
        </w:rPr>
        <w:t xml:space="preserve">[35:50] </w:t>
      </w:r>
      <w:r>
        <w:t>"i bear witness that muhammad is the prophet of god and his servant." the second part of the kalma.</w:t>
      </w:r>
    </w:p>
    <w:p>
      <w:pPr>
        <w:jc w:val="right"/>
      </w:pPr>
      <w:r>
        <w:t>"ائی بیئر وٹنس دیٹ محمد از دا پرافٹ اف گاڈ اینڈ ہز سرونٹ۔" دا سیکنڈ پارٹ اف دا کلمہ۔</w:t>
      </w:r>
    </w:p>
    <w:p>
      <w:r>
        <w:rPr>
          <w:b/>
        </w:rPr>
        <w:t xml:space="preserve">[36:07] </w:t>
      </w:r>
      <w:r>
        <w:t>now, as god</w:t>
      </w:r>
    </w:p>
    <w:p>
      <w:pPr>
        <w:jc w:val="right"/>
      </w:pPr>
      <w:r>
        <w:t>ناو، ایز گاڈ</w:t>
      </w:r>
    </w:p>
    <w:p>
      <w:r>
        <w:rPr>
          <w:b/>
        </w:rPr>
        <w:t xml:space="preserve">[36:14] </w:t>
      </w:r>
      <w:r>
        <w:t>is a discovery, any iman billah is a discovery. so, iman birrasul is also a discovery.</w:t>
      </w:r>
    </w:p>
    <w:p>
      <w:pPr>
        <w:jc w:val="right"/>
      </w:pPr>
      <w:r>
        <w:t>از ا ڈسکوری، اینی ایمان باللہ از ا ڈسکوری۔ سو، ایمان بالرسول از السو ا ڈسکوری۔</w:t>
      </w:r>
    </w:p>
    <w:p>
      <w:r>
        <w:rPr>
          <w:b/>
        </w:rPr>
        <w:t xml:space="preserve">[36:27] </w:t>
      </w:r>
      <w:r>
        <w:t>wen you, after study</w:t>
      </w:r>
    </w:p>
    <w:p>
      <w:pPr>
        <w:jc w:val="right"/>
      </w:pPr>
      <w:r>
        <w:t>وین یو، افٹر اسٹڈی</w:t>
      </w:r>
    </w:p>
    <w:p>
      <w:r>
        <w:rPr>
          <w:b/>
        </w:rPr>
        <w:t xml:space="preserve">[36:34] </w:t>
      </w:r>
      <w:r>
        <w:t>and after pondering over the whole issue, you realize that muhammad was the prophet of god.</w:t>
      </w:r>
    </w:p>
    <w:p>
      <w:pPr>
        <w:jc w:val="right"/>
      </w:pPr>
      <w:r>
        <w:t>اینڈ افٹر پانڈرنگ اوور دا ہول ایشو، یو ریلائز دیٹ محمد واز دا پرافٹ اف گاڈ۔</w:t>
      </w:r>
    </w:p>
    <w:p>
      <w:r>
        <w:rPr>
          <w:b/>
        </w:rPr>
        <w:t xml:space="preserve">[36:44] </w:t>
      </w:r>
      <w:r>
        <w:t>you discover that muhammad was the prophet of god. then, you are momin birrasul.</w:t>
      </w:r>
    </w:p>
    <w:p>
      <w:pPr>
        <w:jc w:val="right"/>
      </w:pPr>
      <w:r>
        <w:t>یو ڈسکور دیٹ محمد واز دا پرافٹ اف گاڈ۔ دین، یو ار مومن بالرسول۔</w:t>
      </w:r>
    </w:p>
    <w:p>
      <w:r>
        <w:rPr>
          <w:b/>
        </w:rPr>
        <w:t xml:space="preserve">[36:52] </w:t>
      </w:r>
      <w:r>
        <w:t>now, how we can believe that Muhammad was the prophet of God? I think that the whole life of the prophet was a miracle, miracle,</w:t>
      </w:r>
    </w:p>
    <w:p>
      <w:pPr>
        <w:jc w:val="right"/>
      </w:pPr>
      <w:r>
        <w:t>ناو، ہاؤ وی کین بیلیو دیٹ محمد واز دا پرافٹ اف گاڈ؟ ائی تھنک دیٹ دا ہول لائف اف دا پرافٹ واز ا بریکل، بریکل،</w:t>
      </w:r>
    </w:p>
    <w:p>
      <w:r>
        <w:rPr>
          <w:b/>
        </w:rPr>
        <w:t xml:space="preserve">[37:06] </w:t>
      </w:r>
      <w:r>
        <w:t>miracle. miracle means you have, you have no option other than to believe the fact that he was a prophet.</w:t>
      </w:r>
    </w:p>
    <w:p>
      <w:pPr>
        <w:jc w:val="right"/>
      </w:pPr>
      <w:r>
        <w:t>بریکل۔ بریکل مینز یو ہیو، یو ہیو نو اپشن ادر دین ٹو بیلیو دا فیکٹ دیٹ ہی واز ا پرافٹ۔</w:t>
      </w:r>
    </w:p>
    <w:p>
      <w:r>
        <w:rPr>
          <w:b/>
        </w:rPr>
        <w:t xml:space="preserve">[37:16] </w:t>
      </w:r>
      <w:r>
        <w:t>this a miracle.</w:t>
      </w:r>
    </w:p>
    <w:p>
      <w:pPr>
        <w:jc w:val="right"/>
      </w:pPr>
      <w:r>
        <w:t>دس ا بریکل۔</w:t>
      </w:r>
    </w:p>
    <w:p>
      <w:r>
        <w:rPr>
          <w:b/>
        </w:rPr>
        <w:t xml:space="preserve">[37:18] </w:t>
      </w:r>
      <w:r>
        <w:t>miracle means no one else can perform that kind of miracle. so, so the life of the prophet muhammad is completely a miracle.</w:t>
      </w:r>
    </w:p>
    <w:p>
      <w:pPr>
        <w:jc w:val="right"/>
      </w:pPr>
      <w:r>
        <w:t>بریکل مینز نو ون ایلس کین پرفارم دیٹ کائنڈ اف بریکل۔ تو، سو دا لائف اف دا پرافٹ محمد از کمپلیٹلی ا بریکل۔</w:t>
      </w:r>
    </w:p>
    <w:p>
      <w:r>
        <w:rPr>
          <w:b/>
        </w:rPr>
        <w:t xml:space="preserve">[37:33] </w:t>
      </w:r>
      <w:r>
        <w:t>everything is a miracle.</w:t>
      </w:r>
    </w:p>
    <w:p>
      <w:pPr>
        <w:jc w:val="right"/>
      </w:pPr>
      <w:r>
        <w:t>ایوری تھنگ از ا بریکل۔</w:t>
      </w:r>
    </w:p>
    <w:p>
      <w:r>
        <w:rPr>
          <w:b/>
        </w:rPr>
        <w:t xml:space="preserve">[37:36] </w:t>
      </w:r>
      <w:r>
        <w:t>for example,</w:t>
      </w:r>
    </w:p>
    <w:p>
      <w:pPr>
        <w:jc w:val="right"/>
      </w:pPr>
      <w:r>
        <w:t>فار ایگزیمپل،</w:t>
      </w:r>
    </w:p>
    <w:p>
      <w:r>
        <w:rPr>
          <w:b/>
        </w:rPr>
        <w:t xml:space="preserve">[37:40] </w:t>
      </w:r>
      <w:r>
        <w:t>prophet of islam was the only person in history that he was able to maintain his positivity even in negative situations.</w:t>
      </w:r>
    </w:p>
    <w:p>
      <w:pPr>
        <w:jc w:val="right"/>
      </w:pPr>
      <w:r>
        <w:t>پرافٹ اف اسلام واز دا اونلی پرسن ان ہسٹری دیٹ ہی واز ایبل ٹو مینٹین ہز پوزیٹیوٹی ایون ان نیگیٹیو سچویشنز۔</w:t>
      </w:r>
    </w:p>
    <w:p>
      <w:r>
        <w:rPr>
          <w:b/>
        </w:rPr>
        <w:t xml:space="preserve">[37:55] </w:t>
      </w:r>
      <w:r>
        <w:t>in his life, there were so many unwanted experiences, so many negative situations. but, the prophet was able to maintain his positivity in every situations.</w:t>
      </w:r>
    </w:p>
    <w:p>
      <w:pPr>
        <w:jc w:val="right"/>
      </w:pPr>
      <w:r>
        <w:t>ان ہز لائف، دیر وار سو مینی ان وانٹڈ ایکسپیرینسز، سو مینی نیگیٹیو سچویشنز۔ بٹ، پرافٹ واز ایبل ٹو مینٹین ہز پوزیٹیوٹی ان ایوری سچویشنز۔</w:t>
      </w:r>
    </w:p>
    <w:p>
      <w:r>
        <w:rPr>
          <w:b/>
        </w:rPr>
        <w:t xml:space="preserve">[38:09] </w:t>
      </w:r>
      <w:r>
        <w:t>it is a completely a miracle. we find no person in the history, not a single person who was able to maintain his positivity in every situations,</w:t>
      </w:r>
    </w:p>
    <w:p>
      <w:pPr>
        <w:jc w:val="right"/>
      </w:pPr>
      <w:r>
        <w:t>اٹ از ا کمپلیٹلی ا بریکل۔ وی فائنڈ نو پرسن ان دا ہسٹری، ناٹ ا سنگل پرسن ہو واز ایبل ٹو مینٹین ہز پوزیٹیوٹی ان ایوری سچویشنز،</w:t>
      </w:r>
    </w:p>
    <w:p>
      <w:r>
        <w:rPr>
          <w:b/>
        </w:rPr>
        <w:t xml:space="preserve">[38:25] </w:t>
      </w:r>
      <w:r>
        <w:t>not a single person. So, this brakeless personality of Muhammad was itself prove that he was a prophet of God.</w:t>
      </w:r>
    </w:p>
    <w:p>
      <w:pPr>
        <w:jc w:val="right"/>
      </w:pPr>
      <w:r>
        <w:t>ناٹ ا سنگل پرسن۔ سو، دس بریکلیس پرسنیلٹی اف محمد واز اٹ سیلف اپروو دیٹ ہی واز ا پرافٹ اف گاڈ۔</w:t>
      </w:r>
    </w:p>
    <w:p>
      <w:r>
        <w:rPr>
          <w:b/>
        </w:rPr>
        <w:t xml:space="preserve">[38:36] </w:t>
      </w:r>
      <w:r>
        <w:t>ald</w:t>
      </w:r>
    </w:p>
    <w:p>
      <w:pPr>
        <w:jc w:val="right"/>
      </w:pPr>
      <w:r>
        <w:t>الد</w:t>
      </w:r>
    </w:p>
    <w:p>
      <w:r>
        <w:rPr>
          <w:b/>
        </w:rPr>
        <w:t xml:space="preserve">[38:37] </w:t>
      </w:r>
      <w:r>
        <w:t>o there ar sum other brakels, and i have,</w:t>
      </w:r>
    </w:p>
    <w:p>
      <w:pPr>
        <w:jc w:val="right"/>
      </w:pPr>
      <w:r>
        <w:t>و دیر ار سم ادر بریکلز، اینڈ ائی ہیو،</w:t>
      </w:r>
    </w:p>
    <w:p>
      <w:r>
        <w:rPr>
          <w:b/>
        </w:rPr>
        <w:t xml:space="preserve">[38:44] </w:t>
      </w:r>
      <w:r>
        <w:t>i have compile two books on this life of the profit of Islam. and on these books, i give so many details.</w:t>
      </w:r>
    </w:p>
    <w:p>
      <w:pPr>
        <w:jc w:val="right"/>
      </w:pPr>
      <w:r>
        <w:t>ائی ہیو کمپائل ٹو بکس ان دس لائف اف دا پرافٹ اف اسلام۔ اینڈ ان دس بکس، ائی گیو سو مینی ڈیٹیلز۔</w:t>
      </w:r>
    </w:p>
    <w:p>
      <w:r>
        <w:rPr>
          <w:b/>
        </w:rPr>
        <w:t xml:space="preserve">[38:56] </w:t>
      </w:r>
      <w:r>
        <w:t>but, here I can see that this fact that prophet was the greatest positive thinker in the history.</w:t>
      </w:r>
    </w:p>
    <w:p>
      <w:pPr>
        <w:jc w:val="right"/>
      </w:pPr>
      <w:r>
        <w:t>بٹ، ہیر ائی کین سی دیٹ دس فیکٹ دیٹ پرافٹ واز دا گریٹسٹ پوزیٹیو تھنکر ان دا ہسٹری۔</w:t>
      </w:r>
    </w:p>
    <w:p>
      <w:r>
        <w:rPr>
          <w:b/>
        </w:rPr>
        <w:t xml:space="preserve">[39:09] </w:t>
      </w:r>
      <w:r>
        <w:t>you know, Dr. Michael Hart, he said in his book "The Hundred" that Muhammad was the only supremely successful man in the history.</w:t>
      </w:r>
    </w:p>
    <w:p>
      <w:pPr>
        <w:jc w:val="right"/>
      </w:pPr>
      <w:r>
        <w:t>یو نو، ڈاکٹر مائیکل ہارٹ ہی سیڈ ان ہز بک "دا ہنڈرڈ" دیٹ محمد واز دا اونلی سپریملی سکسیس فل مین ان دا ہسٹری۔</w:t>
      </w:r>
    </w:p>
    <w:p>
      <w:r>
        <w:rPr>
          <w:b/>
        </w:rPr>
        <w:t xml:space="preserve">[39:21] </w:t>
      </w:r>
      <w:r>
        <w:t>but, I think the greater than this is that Muhammad was the only positive thinker in the history,</w:t>
      </w:r>
    </w:p>
    <w:p>
      <w:pPr>
        <w:jc w:val="right"/>
      </w:pPr>
      <w:r>
        <w:t>بٹ، ائی تھنک دا گریٹر دین دس از دیٹ محمد واز دا اونلی پوزیٹیو تھنکر ان دا ہسٹری،</w:t>
      </w:r>
    </w:p>
    <w:p>
      <w:r>
        <w:rPr>
          <w:b/>
        </w:rPr>
        <w:t xml:space="preserve">[39:31] </w:t>
      </w:r>
      <w:r>
        <w:t>only positive thinker in the history, because his life was not very simple life.</w:t>
      </w:r>
    </w:p>
    <w:p>
      <w:pPr>
        <w:jc w:val="right"/>
      </w:pPr>
      <w:r>
        <w:t>اونلی پوزیٹیو تھنکر ان دا ہسٹری، بیکاز ہز لائف واز ناٹ ویری سمپل لائف۔</w:t>
      </w:r>
    </w:p>
    <w:p>
      <w:r>
        <w:rPr>
          <w:b/>
        </w:rPr>
        <w:t xml:space="preserve">[39:41] </w:t>
      </w:r>
      <w:r>
        <w:t>he faced all kind of adversity, all kind of atrocity, all kind of persecution</w:t>
      </w:r>
    </w:p>
    <w:p>
      <w:pPr>
        <w:jc w:val="right"/>
      </w:pPr>
      <w:r>
        <w:t>ہی فیسڈ ال کائنڈ اف ایڈورسٹی، ال کائنڈ اف اٹراسٹی، ال کائنڈ اف پرسیکیوشن</w:t>
      </w:r>
    </w:p>
    <w:p>
      <w:r>
        <w:rPr>
          <w:b/>
        </w:rPr>
        <w:t xml:space="preserve">[39:49] </w:t>
      </w:r>
      <w:r>
        <w:t>. even people wanted to kill him. so, he faced all kind of negative experiences in his life.</w:t>
      </w:r>
    </w:p>
    <w:p>
      <w:pPr>
        <w:jc w:val="right"/>
      </w:pPr>
      <w:r>
        <w:t>۔ ایون پیپل وانٹڈ ٹو کل ہم۔ سو، ہی فیسڈ ال کائنڈ اف نیگیٹیو ایکسپیرینسز ان ہز لائف۔</w:t>
      </w:r>
    </w:p>
    <w:p>
      <w:r>
        <w:rPr>
          <w:b/>
        </w:rPr>
        <w:t xml:space="preserve">[40:01] </w:t>
      </w:r>
      <w:r>
        <w:t>but, he was able to maintain his positivity.</w:t>
      </w:r>
    </w:p>
    <w:p>
      <w:pPr>
        <w:jc w:val="right"/>
      </w:pPr>
      <w:r>
        <w:t>بٹ، ہی واز ایبل ٹو مینٹین ہز پوزیٹیوٹی۔</w:t>
      </w:r>
    </w:p>
    <w:p>
      <w:r>
        <w:rPr>
          <w:b/>
        </w:rPr>
        <w:t xml:space="preserve">[40:06] </w:t>
      </w:r>
      <w:r>
        <w:t>you know,</w:t>
      </w:r>
    </w:p>
    <w:p>
      <w:pPr>
        <w:jc w:val="right"/>
      </w:pPr>
      <w:r>
        <w:t>یو نو،</w:t>
      </w:r>
    </w:p>
    <w:p>
      <w:r>
        <w:rPr>
          <w:b/>
        </w:rPr>
        <w:t xml:space="preserve">[40:10] </w:t>
      </w:r>
      <w:r>
        <w:t>there waz a battle of Uhud. battle of Uhud</w:t>
      </w:r>
    </w:p>
    <w:p>
      <w:pPr>
        <w:jc w:val="right"/>
      </w:pPr>
      <w:r>
        <w:t>دیر واز ا بیٹل اف احد۔ بیٹل اف احد</w:t>
      </w:r>
    </w:p>
    <w:p>
      <w:r>
        <w:rPr>
          <w:b/>
        </w:rPr>
        <w:t xml:space="preserve">[40:15] </w:t>
      </w:r>
      <w:r>
        <w:t>, it waz a defensive war by the Islamic side, because Makkah people attacked Madinah.</w:t>
      </w:r>
    </w:p>
    <w:p>
      <w:pPr>
        <w:jc w:val="right"/>
      </w:pPr>
      <w:r>
        <w:t>، اٹ واز ا ڈیفنسو وار بائی دی اسلامک سائیڈ، بیکاز مکن پیپل اٹیکڈ مدینہ۔</w:t>
      </w:r>
    </w:p>
    <w:p>
      <w:r>
        <w:rPr>
          <w:b/>
        </w:rPr>
        <w:t xml:space="preserve">[40:26] </w:t>
      </w:r>
      <w:r>
        <w:t>and then, there was battle of Uhud. so, it was completely an aggression, an act of aggression from the Makkah pep</w:t>
      </w:r>
    </w:p>
    <w:p>
      <w:pPr>
        <w:jc w:val="right"/>
      </w:pPr>
      <w:r>
        <w:t>اینڈ دین، دیر واز بیٹل اف احد۔ سو، اٹ واز کمپلیٹلی این ایگریشن، این ایکٹ اف ایگریشن فرام دا مکن پیپ</w:t>
      </w:r>
    </w:p>
    <w:p>
      <w:r>
        <w:rPr>
          <w:b/>
        </w:rPr>
        <w:t xml:space="preserve">[40:37] </w:t>
      </w:r>
      <w:r>
        <w:t>ple. so, what happen in this, in this, in this war? seventy companion of the profit were killed.</w:t>
      </w:r>
    </w:p>
    <w:p>
      <w:pPr>
        <w:jc w:val="right"/>
      </w:pPr>
      <w:r>
        <w:t>ل۔ سو، واٹ ہیپن ان دس، ان دس، ان دس وار؟ سیونٹی کمپینین اف دا پرافٹ ویر کلڈ۔</w:t>
      </w:r>
    </w:p>
    <w:p>
      <w:r>
        <w:rPr>
          <w:b/>
        </w:rPr>
        <w:t xml:space="preserve">[40:50] </w:t>
      </w:r>
      <w:r>
        <w:t>seven zero, and prophet himself was wounded severely, severely.</w:t>
      </w:r>
    </w:p>
    <w:p>
      <w:pPr>
        <w:jc w:val="right"/>
      </w:pPr>
      <w:r>
        <w:t>سیون زیرو، اینڈ پرافٹ ہم سیلف واز وونڈڈ سیورلی، سیورلی۔</w:t>
      </w:r>
    </w:p>
    <w:p>
      <w:r>
        <w:rPr>
          <w:b/>
        </w:rPr>
        <w:t xml:space="preserve">[41:00] </w:t>
      </w:r>
      <w:r>
        <w:t>his face waz bleeding.</w:t>
      </w:r>
    </w:p>
    <w:p>
      <w:pPr>
        <w:jc w:val="right"/>
      </w:pPr>
      <w:r>
        <w:t>ہز فیس واز بلیڈنگ۔</w:t>
      </w:r>
    </w:p>
    <w:p>
      <w:r>
        <w:rPr>
          <w:b/>
        </w:rPr>
        <w:t xml:space="preserve">[41:08] </w:t>
      </w:r>
      <w:r>
        <w:t>they stone the profit without any genuine cause. profit waz completely peaceful.</w:t>
      </w:r>
    </w:p>
    <w:p>
      <w:pPr>
        <w:jc w:val="right"/>
      </w:pPr>
      <w:r>
        <w:t>دے سٹون دا پرافٹ وداؤٹ اینی جینون کاز۔ پرافٹ واز کمپلیٹلی پیس فل۔</w:t>
      </w:r>
    </w:p>
    <w:p>
      <w:r>
        <w:rPr>
          <w:b/>
        </w:rPr>
        <w:t xml:space="preserve">[41:21] </w:t>
      </w:r>
      <w:r>
        <w:t>he waz doing his job peacefully, no aggression at all from his side. but, they attacked</w:t>
      </w:r>
    </w:p>
    <w:p>
      <w:pPr>
        <w:jc w:val="right"/>
      </w:pPr>
      <w:r>
        <w:t>ہی واز ڈوئنگ ہز جاب پیس فلی، نو ایگریشن ایٹ ال فرام ہز سائیڈ۔ بٹ، دے اٹیکڈ</w:t>
      </w:r>
    </w:p>
    <w:p>
      <w:r>
        <w:rPr>
          <w:b/>
        </w:rPr>
        <w:t xml:space="preserve">[41:34] </w:t>
      </w:r>
      <w:r>
        <w:t>, they began stoning, and he waz wounded. his face waz bleeding. you know, what happen at the time?</w:t>
      </w:r>
    </w:p>
    <w:p>
      <w:pPr>
        <w:jc w:val="right"/>
      </w:pPr>
      <w:r>
        <w:t>، دے بیگن سٹوننگ، اینڈ ہی واز وونڈڈ۔ ہز فیس واز بلیڈنگ۔ یو نو، واٹ ہیپن ایٹ دا ٹائم؟</w:t>
      </w:r>
    </w:p>
    <w:p>
      <w:r>
        <w:rPr>
          <w:b/>
        </w:rPr>
        <w:t xml:space="preserve">[41:49] </w:t>
      </w:r>
      <w:r>
        <w:t>it is recorded in the history. it is a battle of history. it is not fiction, it is not mythology.</w:t>
      </w:r>
    </w:p>
    <w:p>
      <w:pPr>
        <w:jc w:val="right"/>
      </w:pPr>
      <w:r>
        <w:t>اٹ از ریکارڈڈ ان دا ہسٹری۔ اٹ از ا بیٹر اف ہسٹری۔ اٹ از ناٹ فکشن، اٹ از ناٹ مائتھالوجی۔</w:t>
      </w:r>
    </w:p>
    <w:p>
      <w:r>
        <w:rPr>
          <w:b/>
        </w:rPr>
        <w:t xml:space="preserve">[41:58] </w:t>
      </w:r>
      <w:r>
        <w:t>it is not mythology, it is not a story.</w:t>
      </w:r>
    </w:p>
    <w:p>
      <w:pPr>
        <w:jc w:val="right"/>
      </w:pPr>
      <w:r>
        <w:t>اٹ از ناٹ مائتھالوجی، اٹ از ناٹ ا سٹوری۔</w:t>
      </w:r>
    </w:p>
    <w:p>
      <w:r>
        <w:rPr>
          <w:b/>
        </w:rPr>
        <w:t xml:space="preserve">[42:03] </w:t>
      </w:r>
      <w:r>
        <w:t>Muhammad waz not a character of novel, he waz character of history. that time, when his face waz bleeding,</w:t>
      </w:r>
    </w:p>
    <w:p>
      <w:pPr>
        <w:jc w:val="right"/>
      </w:pPr>
      <w:r>
        <w:t>محمد واز ناٹ ا کریکٹر اف ناول، ہی واز کریکٹر اف ہسٹری۔ دیٹ ٹائم، وین ہز فیس واز بلیڈنگ،</w:t>
      </w:r>
    </w:p>
    <w:p>
      <w:r>
        <w:rPr>
          <w:b/>
        </w:rPr>
        <w:t xml:space="preserve">[42:15] </w:t>
      </w:r>
      <w:r>
        <w:t>he waz saying: "Allah qomi la alamoon, Allah qomi la alamoon.</w:t>
      </w:r>
    </w:p>
    <w:p>
      <w:pPr>
        <w:jc w:val="right"/>
      </w:pPr>
      <w:r>
        <w:t>ہی واز سینگ: "اللہ قومی لا عالمون، اللہ قومی لا عالمون۔</w:t>
      </w:r>
    </w:p>
    <w:p>
      <w:r>
        <w:rPr>
          <w:b/>
        </w:rPr>
        <w:t xml:space="preserve">[42:28] </w:t>
      </w:r>
      <w:r>
        <w:t>o god, forgive people, because they don't know, they don't know i messenger of god.</w:t>
      </w:r>
    </w:p>
    <w:p>
      <w:pPr>
        <w:jc w:val="right"/>
      </w:pPr>
      <w:r>
        <w:t>او گاڈ، فارگیو پیپل، بیکاز دے ڈونٹ نو، دے ڈونٹ نو ائی میسنجر اف گاڈ۔</w:t>
      </w:r>
    </w:p>
    <w:p>
      <w:r>
        <w:rPr>
          <w:b/>
        </w:rPr>
        <w:t xml:space="preserve">[42:41] </w:t>
      </w:r>
      <w:r>
        <w:t>i am convey the message i receive from god.</w:t>
      </w:r>
    </w:p>
    <w:p>
      <w:pPr>
        <w:jc w:val="right"/>
      </w:pPr>
      <w:r>
        <w:t>ائی ایم کنوے دا میسج ائی ریسیو فرام گاڈ۔</w:t>
      </w:r>
    </w:p>
    <w:p>
      <w:r>
        <w:rPr>
          <w:b/>
        </w:rPr>
        <w:t xml:space="preserve">[42:48] </w:t>
      </w:r>
      <w:r>
        <w:t>so, they don't know this fact. so, they are stoning. to, prophet was saying at that time, when his face was bleeding: "allah قومی لا عالمون."</w:t>
      </w:r>
    </w:p>
    <w:p>
      <w:pPr>
        <w:jc w:val="right"/>
      </w:pPr>
      <w:r>
        <w:t>سو، دے ڈونٹ نو دس فیکٹ۔ سو، دے ار سٹوننگ۔ تو، پرافٹ واز سینگ ایٹ دیٹ ٹائم، وین ہز فیس واز بلیڈنگ: "اللہ قومی لا عالمون۔</w:t>
      </w:r>
    </w:p>
    <w:p>
      <w:r>
        <w:rPr>
          <w:b/>
        </w:rPr>
        <w:t xml:space="preserve">[43:03] </w:t>
      </w:r>
      <w:r>
        <w:t>o god, forgive people, they don't know what they are doing.</w:t>
      </w:r>
    </w:p>
    <w:p>
      <w:pPr>
        <w:jc w:val="right"/>
      </w:pPr>
      <w:r>
        <w:t>او گاڈ، فارگیو پیپل، دے ڈونٹ نو واٹ دے ار ڈوئنگ۔</w:t>
      </w:r>
    </w:p>
    <w:p>
      <w:r>
        <w:rPr>
          <w:b/>
        </w:rPr>
        <w:t xml:space="preserve">[43:12] </w:t>
      </w:r>
      <w:r>
        <w:t>there is no such character in the whole history." it was a brickle that, although he faced all kind of negativity, all kind of atrocity,</w:t>
      </w:r>
    </w:p>
    <w:p>
      <w:pPr>
        <w:jc w:val="right"/>
      </w:pPr>
      <w:r>
        <w:t>دیر از نو سچ کریکٹر ان دا ہول ہسٹری۔" اٹ واز ا بریکل دیٹ، الدو ہی فیسڈ ال کائنڈ اف نیگیٹیوٹی، ال کائنڈ اف اٹراسٹی،</w:t>
      </w:r>
    </w:p>
    <w:p>
      <w:r>
        <w:rPr>
          <w:b/>
        </w:rPr>
        <w:t xml:space="preserve">[43:29] </w:t>
      </w:r>
      <w:r>
        <w:t>all kind of persecution, but he maintained his positivity. so, muhammad was the greatest positive thinker in the history.</w:t>
      </w:r>
    </w:p>
    <w:p>
      <w:pPr>
        <w:jc w:val="right"/>
      </w:pPr>
      <w:r>
        <w:t>ال کائنڈ اف پرسیکیوشن، بٹ ہی مینٹین ہز پوزیٹیوٹی۔ سو، محمد واز دا گریٹسٹ پوزیٹیو تھنکر ان دا ہسٹری۔</w:t>
      </w:r>
    </w:p>
    <w:p>
      <w:r>
        <w:rPr>
          <w:b/>
        </w:rPr>
        <w:t xml:space="preserve">[43:42] </w:t>
      </w:r>
      <w:r>
        <w:t>so, although doctor michaelhart sees him a great, greatest successful man. but, i think that more than this is that he was the great, great, great positive thinker of the history.</w:t>
      </w:r>
    </w:p>
    <w:p>
      <w:pPr>
        <w:jc w:val="right"/>
      </w:pPr>
      <w:r>
        <w:t>سو، الدو ڈاکٹر مائیکل ہارٹ سیز ہم ا گریٹ، گریٹسٹ سکسیس فل مین۔ بٹ، ائی تھنک دیٹ مور دین دس از دیٹ ہی واز دا گریٹ، گریٹ، گریٹ پوزیٹیو تھنکر اف دا ہسٹری۔</w:t>
      </w:r>
    </w:p>
    <w:p>
      <w:r>
        <w:rPr>
          <w:b/>
        </w:rPr>
        <w:t xml:space="preserve">[43:59] </w:t>
      </w:r>
      <w:r>
        <w:t>this is the proof of his prophethood.</w:t>
      </w:r>
    </w:p>
    <w:p>
      <w:pPr>
        <w:jc w:val="right"/>
      </w:pPr>
      <w:r>
        <w:t>دس از دا پروف اف ہز پرافٹ ہوڈ۔</w:t>
      </w:r>
    </w:p>
    <w:p>
      <w:r>
        <w:rPr>
          <w:b/>
        </w:rPr>
        <w:t xml:space="preserve">[44:05] </w:t>
      </w:r>
      <w:r>
        <w:t>so, when i see that muhammad rasulullah, i declare my belief, i declare my discovery, i declare my realization.</w:t>
      </w:r>
    </w:p>
    <w:p>
      <w:pPr>
        <w:jc w:val="right"/>
      </w:pPr>
      <w:r>
        <w:t>سو، وین ائی سی دیٹ محمد رسول اللہ، ائی ڈیکلیئر مائی بیلیف، ائی ڈیکلیئر مائی ڈسکوری، ائی ڈیکلیئر مائی ریلائزیشن۔</w:t>
      </w:r>
    </w:p>
    <w:p>
      <w:r>
        <w:rPr>
          <w:b/>
        </w:rPr>
        <w:t xml:space="preserve">[44:19] </w:t>
      </w:r>
      <w:r>
        <w:t>so, when you see that "ashhad an muhammad rasulullah" is not simply a lip service, no, it is announcement of your inner feeling, is announcement of your intellectual finding</w:t>
      </w:r>
    </w:p>
    <w:p>
      <w:pPr>
        <w:jc w:val="right"/>
      </w:pPr>
      <w:r>
        <w:t>سو، وین یو سی دیٹ "اشھد ان محمد رسول اللہ" از ناٹ سمپلی ا لپ سروس، نو، اٹ از اناؤنسمنٹ اف یور انر فیلنگ، از اناؤنسمنٹ اف یور انٹلیکچول فائنڈنگ</w:t>
      </w:r>
    </w:p>
    <w:p>
      <w:r>
        <w:rPr>
          <w:b/>
        </w:rPr>
        <w:t xml:space="preserve">[44:35] </w:t>
      </w:r>
      <w:r>
        <w:t>, is announcement of your realization, is announcement of your discovery. to, this is the beginning of the ایمان بالرسول.</w:t>
      </w:r>
    </w:p>
    <w:p>
      <w:pPr>
        <w:jc w:val="right"/>
      </w:pPr>
      <w:r>
        <w:t>، از ا اناؤنسمنٹ اف یور ریلائزیشن، از اناؤنسمنٹ اف یور ڈسکوری۔ تو، دس از دا بگننگ اف دا ایمان بالرسول۔</w:t>
      </w:r>
    </w:p>
    <w:p>
      <w:r>
        <w:rPr>
          <w:b/>
        </w:rPr>
        <w:t xml:space="preserve">[44:48] </w:t>
      </w:r>
      <w:r>
        <w:t>when you discover that muhammad was the prophet of god, then you enter in this ایمان, then you are a believer of muhammad prophethood.</w:t>
      </w:r>
    </w:p>
    <w:p>
      <w:pPr>
        <w:jc w:val="right"/>
      </w:pPr>
      <w:r>
        <w:t>وین یو ڈسکور دیٹ محمد واز دا پرافٹ اف گاڈ، دین یو انٹر ان دس ایمان، دین یو ار ا بلیور اف محمد پرافٹ ہوڈ۔</w:t>
      </w:r>
    </w:p>
    <w:p>
      <w:r>
        <w:rPr>
          <w:b/>
        </w:rPr>
        <w:t xml:space="preserve">[45:03] </w:t>
      </w:r>
      <w:r>
        <w:t>then,</w:t>
      </w:r>
    </w:p>
    <w:p>
      <w:pPr>
        <w:jc w:val="right"/>
      </w:pPr>
      <w:r>
        <w:t>دین،</w:t>
      </w:r>
    </w:p>
    <w:p>
      <w:r>
        <w:rPr>
          <w:b/>
        </w:rPr>
        <w:t xml:space="preserve">[45:06] </w:t>
      </w:r>
      <w:r>
        <w:t>here i would like to go forward to say a few word about to speak aspect of his life.</w:t>
      </w:r>
    </w:p>
    <w:p>
      <w:pPr>
        <w:jc w:val="right"/>
      </w:pPr>
      <w:r>
        <w:t>ہیر ائی وڈ لائک ٹو گو فورڈ ٹو سے ا فی ورڈ اباؤٹ ٹو اسپیکٹ اف ہز لائف۔</w:t>
      </w:r>
    </w:p>
    <w:p>
      <w:r>
        <w:rPr>
          <w:b/>
        </w:rPr>
        <w:t xml:space="preserve">[45:18] </w:t>
      </w:r>
      <w:r>
        <w:t>when you believe, when you announce that muhammad is the prophet of god, it means that you are accepting, you are accepting him as a guide, as a divine guide.</w:t>
      </w:r>
    </w:p>
    <w:p>
      <w:pPr>
        <w:jc w:val="right"/>
      </w:pPr>
      <w:r>
        <w:t>وین یو بیلیو، وین یو اناؤنس دیٹ محمد از دا پرافٹ اف گاڈ، اٹ مینز دیٹ یو ار ایکسیپٹنگ، یو ار ایکسیپٹنگ ہم ایز ا گائیڈ، ایز ا ڈیوائن گائیڈ۔</w:t>
      </w:r>
    </w:p>
    <w:p>
      <w:r>
        <w:rPr>
          <w:b/>
        </w:rPr>
        <w:t xml:space="preserve">[45:32] </w:t>
      </w:r>
      <w:r>
        <w:t>simply</w:t>
      </w:r>
    </w:p>
    <w:p>
      <w:pPr>
        <w:jc w:val="right"/>
      </w:pPr>
      <w:r>
        <w:t>سمپلی</w:t>
      </w:r>
    </w:p>
    <w:p>
      <w:r>
        <w:rPr>
          <w:b/>
        </w:rPr>
        <w:t xml:space="preserve">[45:37] </w:t>
      </w:r>
      <w:r>
        <w:t>recitation of some words. when you say that muhammad rasulullah, you are not simply reciting some words, no, you are declaring that muhammad is my guide.</w:t>
      </w:r>
    </w:p>
    <w:p>
      <w:pPr>
        <w:jc w:val="right"/>
      </w:pPr>
      <w:r>
        <w:t>ریسیٹیشن اف سم ورڈز۔ وین یو سی دیٹ محمد رسول اللہ، یو ار ناٹ سمپلی ریسائٹنگ سم ورڈز، نو، یو ار ڈیکلیئرنگ دیٹ محمد از مائی گائیڈ۔</w:t>
      </w:r>
    </w:p>
    <w:p>
      <w:r>
        <w:rPr>
          <w:b/>
        </w:rPr>
        <w:t xml:space="preserve">[45:54] </w:t>
      </w:r>
      <w:r>
        <w:t>i accepted muhammad as a divine guide. its very important.</w:t>
      </w:r>
    </w:p>
    <w:p>
      <w:pPr>
        <w:jc w:val="right"/>
      </w:pPr>
      <w:r>
        <w:t>ائی ایکسیپٹڈ محمد ایز ا ڈیوائن گائیڈ۔ اٹس ویری امپورٹنٹ۔</w:t>
      </w:r>
    </w:p>
    <w:p>
      <w:r>
        <w:rPr>
          <w:b/>
        </w:rPr>
        <w:t xml:space="preserve">[46:02] </w:t>
      </w:r>
      <w:r>
        <w:t>then,</w:t>
      </w:r>
    </w:p>
    <w:p>
      <w:pPr>
        <w:jc w:val="right"/>
      </w:pPr>
      <w:r>
        <w:t>دین،</w:t>
      </w:r>
    </w:p>
    <w:p>
      <w:r>
        <w:rPr>
          <w:b/>
        </w:rPr>
        <w:t xml:space="preserve">[46:06] </w:t>
      </w:r>
      <w:r>
        <w:t>there is a very relevant verse in the quran:</w:t>
      </w:r>
    </w:p>
    <w:p>
      <w:pPr>
        <w:jc w:val="right"/>
      </w:pPr>
      <w:r>
        <w:t>دیر از ا ویری ریلیونٹ ورس ان دا قران:</w:t>
      </w:r>
    </w:p>
    <w:p>
      <w:r>
        <w:rPr>
          <w:b/>
        </w:rPr>
        <w:t xml:space="preserve">[46:16] </w:t>
      </w:r>
      <w:r>
        <w:t>"laqad kana lakum fi rasulillahi uswatun hasanah, laqad kana lakum fi rasulillahi uswatun hasanah." there is a good example in the in the life of the prophet.</w:t>
      </w:r>
    </w:p>
    <w:p>
      <w:pPr>
        <w:jc w:val="right"/>
      </w:pPr>
      <w:r>
        <w:t>"لقد کان لکم فی رسول اللہ اسوۃ حسنہ، لقد کان لکم فی رسول اللہ اسوۃ حسنہ۔" دیر از ا گڈ ایگزیمپل ان دا ان دا لائف اف دا پرافٹ۔</w:t>
      </w:r>
    </w:p>
    <w:p>
      <w:r>
        <w:rPr>
          <w:b/>
        </w:rPr>
        <w:t xml:space="preserve">[46:31] </w:t>
      </w:r>
      <w:r>
        <w:t>there is a good example for you:</w:t>
      </w:r>
    </w:p>
    <w:p>
      <w:pPr>
        <w:jc w:val="right"/>
      </w:pPr>
      <w:r>
        <w:t>دیر از ا گڈ ایگزیمپل فار یو:</w:t>
      </w:r>
    </w:p>
    <w:p>
      <w:r>
        <w:rPr>
          <w:b/>
        </w:rPr>
        <w:t xml:space="preserve">[46:36] </w:t>
      </w:r>
      <w:r>
        <w:t>"laqad kana lakum fi rasulillahi hasanah." it means that prophet is an example for you. prophet is a model for you.</w:t>
      </w:r>
    </w:p>
    <w:p>
      <w:pPr>
        <w:jc w:val="right"/>
      </w:pPr>
      <w:r>
        <w:t>"لقد کان لکم فی رسول اللہ حسنہ۔" اٹ مینز دیٹ پرافٹ از این ایگزیمپل فار یو۔ پرافٹ از ا ماڈل فار یو۔</w:t>
      </w:r>
    </w:p>
    <w:p>
      <w:r>
        <w:rPr>
          <w:b/>
        </w:rPr>
        <w:t xml:space="preserve">[46:48] </w:t>
      </w:r>
      <w:r>
        <w:t>you have to follow the prophet, you have to imitate prophet in every aspect of life.</w:t>
      </w:r>
    </w:p>
    <w:p>
      <w:pPr>
        <w:jc w:val="right"/>
      </w:pPr>
      <w:r>
        <w:t>یو ہیو ٹو فالو دا پرافٹ، یو ہیو ٹو ایمیٹیٹ پرافٹ ان ایوری اسپیکٹ اف لائف۔</w:t>
      </w:r>
    </w:p>
    <w:p>
      <w:r>
        <w:rPr>
          <w:b/>
        </w:rPr>
        <w:t xml:space="preserve">[46:55] </w:t>
      </w:r>
      <w:r>
        <w:t>so, when you say that muhammad, you see that muhammad rasulullah, you are saying that i have opted, i have adopted muhammad as my model, and i will follow his model in every aspect of my life.</w:t>
      </w:r>
    </w:p>
    <w:p>
      <w:pPr>
        <w:jc w:val="right"/>
      </w:pPr>
      <w:r>
        <w:t>سو، وین یو سی دیٹ محمد، یو سی دیٹ محمد رسول اللہ، یو ار سینگ دیٹ ائی ہیو اپٹڈ، ائی ہیو اڈاپٹڈ محمد ایز مائی ماڈل، اینڈ ائی ویل فالو ہز ماڈل ان ایوری اسپیکٹ اف مائی لائف۔</w:t>
      </w:r>
    </w:p>
    <w:p>
      <w:r>
        <w:rPr>
          <w:b/>
        </w:rPr>
        <w:t xml:space="preserve">[47:16] </w:t>
      </w:r>
      <w:r>
        <w:t>so, after believing Muhammad as prophet, as God prophet, it is, it is, it becomes compulsory, it becomes obligatory that you have to follow prophet life</w:t>
      </w:r>
    </w:p>
    <w:p>
      <w:pPr>
        <w:jc w:val="right"/>
      </w:pPr>
      <w:r>
        <w:t>سو، افٹر بیلیونگ محمد ایز پرافٹ، ایز گاڈ پرافٹ، اٹ از، اٹ از، اٹ بیکمز کمپلسری، اٹ بیکمز ابلیگیٹری دیٹ یو ہیو ٹو فالو پرافٹ لائف</w:t>
      </w:r>
    </w:p>
    <w:p>
      <w:r>
        <w:rPr>
          <w:b/>
        </w:rPr>
        <w:t xml:space="preserve">[47:39] </w:t>
      </w:r>
      <w:r>
        <w:t>your thinking, your behavior, your model principles, everything must be covered by the prophet guidance.</w:t>
      </w:r>
    </w:p>
    <w:p>
      <w:pPr>
        <w:jc w:val="right"/>
      </w:pPr>
      <w:r>
        <w:t>۔ یور تھنکنگ، یور بیہیویئر، یور ماڈل پرنسپلز، ایوری تھنگ مسٹ بی کورڈ بائی دا پرافٹ گائیڈنس۔</w:t>
      </w:r>
    </w:p>
    <w:p>
      <w:r>
        <w:rPr>
          <w:b/>
        </w:rPr>
        <w:t xml:space="preserve">[47:51] </w:t>
      </w:r>
      <w:r>
        <w:t>for example, a person came to the prophet of Islam.</w:t>
      </w:r>
    </w:p>
    <w:p>
      <w:pPr>
        <w:jc w:val="right"/>
      </w:pPr>
      <w:r>
        <w:t>فار ایگزیمپل، ا پرسن کیم ٹو دا پرافٹ اف اسلام۔</w:t>
      </w:r>
    </w:p>
    <w:p>
      <w:r>
        <w:rPr>
          <w:b/>
        </w:rPr>
        <w:t xml:space="preserve">[47:58] </w:t>
      </w:r>
      <w:r>
        <w:t>he said: "O prophet, give me master advice by which I be able to manage all the affairs of my life." the prophet replied: "la taghzab,</w:t>
      </w:r>
    </w:p>
    <w:p>
      <w:pPr>
        <w:jc w:val="right"/>
      </w:pPr>
      <w:r>
        <w:t>ہی سیڈ: "او پرافٹ، گیو می ماسٹر ایڈوائس بائی وچ ائی بی ایبل ٹو مینج ال دا افیئرز اف مائی لائف۔" دا پرافٹ ریپلائیڈ: "لا تغضب،</w:t>
      </w:r>
    </w:p>
    <w:p>
      <w:r>
        <w:rPr>
          <w:b/>
        </w:rPr>
        <w:t xml:space="preserve">[48:16] </w:t>
      </w:r>
      <w:r>
        <w:t>don't be angry." it means that don't be angry even when provoked</w:t>
      </w:r>
    </w:p>
    <w:p>
      <w:pPr>
        <w:jc w:val="right"/>
      </w:pPr>
      <w:r>
        <w:t>ڈونٹ بی اینگری۔" اٹ مینز دیٹ ڈونٹ بی اینگری ایون وین پرووکڈ</w:t>
      </w:r>
    </w:p>
    <w:p>
      <w:r>
        <w:rPr>
          <w:b/>
        </w:rPr>
        <w:t xml:space="preserve">[48:24] </w:t>
      </w:r>
      <w:r>
        <w:t>so, you have to follow this principle. if you accept Muhammad as the prophet of God, you have to accept this principle, which is given by the prophet.</w:t>
      </w:r>
    </w:p>
    <w:p>
      <w:pPr>
        <w:jc w:val="right"/>
      </w:pPr>
      <w:r>
        <w:t>۔ سو، یو ہیو ٹو فالو دس پرنسپل۔ اف یو ایکسیپٹ محمد ایز دا پرافٹ اف گاڈ، یو ہیو ٹو ایکسیپٹ دس پرنسپل، وچ از گیون بائی دا پرافٹ۔</w:t>
      </w:r>
    </w:p>
    <w:p>
      <w:r>
        <w:rPr>
          <w:b/>
        </w:rPr>
        <w:t xml:space="preserve">[48:43] </w:t>
      </w:r>
      <w:r>
        <w:t>you know, we are living in the society, every time there are some negative experiences, every time there are some un present situations.</w:t>
      </w:r>
    </w:p>
    <w:p>
      <w:pPr>
        <w:jc w:val="right"/>
      </w:pPr>
      <w:r>
        <w:t>یو نو، وی ار لیونگ ان دا سوسائٹی، ایوری ٹائم دیر ار سم نیگیٹیو ایکسپیرینسز، ایوری ٹائم دیر ار سم ان پریزنٹ سچویشن۔</w:t>
      </w:r>
    </w:p>
    <w:p>
      <w:r>
        <w:rPr>
          <w:b/>
        </w:rPr>
        <w:t xml:space="preserve">[48:55] </w:t>
      </w:r>
      <w:r>
        <w:t>so, in all that situations, you have to keep yourself in positivity. positivity means forgiveness, tolerance, patience,</w:t>
      </w:r>
    </w:p>
    <w:p>
      <w:pPr>
        <w:jc w:val="right"/>
      </w:pPr>
      <w:r>
        <w:t>سو، ان ال دیٹ سچویشنز، یو ہیو ٹو کیپ یور سیلف ان پوزیٹیوٹی۔ پوزیٹیوٹی مینز فارگیونس، ٹولرنس، پیشنس،</w:t>
      </w:r>
    </w:p>
    <w:p>
      <w:r>
        <w:rPr>
          <w:b/>
        </w:rPr>
        <w:t xml:space="preserve">[49:09] </w:t>
      </w:r>
      <w:r>
        <w:t>peaceful behavior. this is positivity, this is la taghzab.</w:t>
      </w:r>
    </w:p>
    <w:p>
      <w:pPr>
        <w:jc w:val="right"/>
      </w:pPr>
      <w:r>
        <w:t>پیس فل بیہیویئر۔ دس از پوزیٹیوٹی، دس از لا تغضب۔</w:t>
      </w:r>
    </w:p>
    <w:p>
      <w:r>
        <w:rPr>
          <w:b/>
        </w:rPr>
        <w:t xml:space="preserve">[49:15] </w:t>
      </w:r>
      <w:r>
        <w:t>so, la taghzab means you have to keep every time in every behavior peaceful method.</w:t>
      </w:r>
    </w:p>
    <w:p>
      <w:pPr>
        <w:jc w:val="right"/>
      </w:pPr>
      <w:r>
        <w:t>سو، لا تغضب مینز یو ہیو ٹو کیپ ایوری ٹائم ان ایوری بیہیویئر پیس فل میتھڈ۔</w:t>
      </w:r>
    </w:p>
    <w:p>
      <w:r>
        <w:rPr>
          <w:b/>
        </w:rPr>
        <w:t xml:space="preserve">[49:26] </w:t>
      </w:r>
      <w:r>
        <w:t>you have to be peaceful, you have to be tolerant, you have to be honest, you have to be compassionate.</w:t>
      </w:r>
    </w:p>
    <w:p>
      <w:pPr>
        <w:jc w:val="right"/>
      </w:pPr>
      <w:r>
        <w:t>یو ہیو ٹو بی پیس فل، یو ہیو ٹو بی ٹولرنٹ، یو ہیو ٹو بی اونسٹ، یو ہیو ٹو بی کمپیشنٹ۔</w:t>
      </w:r>
    </w:p>
    <w:p>
      <w:r>
        <w:rPr>
          <w:b/>
        </w:rPr>
        <w:t xml:space="preserve">[49:41] </w:t>
      </w:r>
      <w:r>
        <w:t>so, all these things are included in la taghzab. this is, this is prophet guidance.</w:t>
      </w:r>
    </w:p>
    <w:p>
      <w:pPr>
        <w:jc w:val="right"/>
      </w:pPr>
      <w:r>
        <w:t>سو، ال دس تھنگز ار انکلوڈڈ ان لا تغضب۔ دس از، دس از پرافٹ گائیڈنس۔</w:t>
      </w:r>
    </w:p>
    <w:p>
      <w:r>
        <w:rPr>
          <w:b/>
        </w:rPr>
        <w:t xml:space="preserve">[49:52] </w:t>
      </w:r>
      <w:r>
        <w:t>so, you are not allowed to go against this principle. to, when you are, when you become angry, it means that you are going against the, against your faith</w:t>
      </w:r>
    </w:p>
    <w:p>
      <w:pPr>
        <w:jc w:val="right"/>
      </w:pPr>
      <w:r>
        <w:t>سو، یو ار ناٹ الاؤڈ ٹو گو اگینسٹ دس پرنسپل۔ تو، وین یو ار، وین یو بیکم اینگری، اٹ مینز دیٹ یو ار گوئنگ اگینسٹ دی، اگینسٹ یور فیتھ</w:t>
      </w:r>
    </w:p>
    <w:p>
      <w:r>
        <w:rPr>
          <w:b/>
        </w:rPr>
        <w:t xml:space="preserve">[50:10] </w:t>
      </w:r>
      <w:r>
        <w:t>when you become angry, it means that you are, you are dis hoping the prophet.</w:t>
      </w:r>
    </w:p>
    <w:p>
      <w:pPr>
        <w:jc w:val="right"/>
      </w:pPr>
      <w:r>
        <w:t>۔ وین یو بیکم اینگری، اٹ مینز دیٹ یو ار، یو ار ڈس ہوپنگ دا پرافٹ۔</w:t>
      </w:r>
    </w:p>
    <w:p>
      <w:r>
        <w:rPr>
          <w:b/>
        </w:rPr>
        <w:t xml:space="preserve">[50:22] </w:t>
      </w:r>
      <w:r>
        <w:t>so, iman bil rasool means that you have to adopt those principles, those behaiv, those principles that are enjoin by the prophet of Islam.</w:t>
      </w:r>
    </w:p>
    <w:p>
      <w:pPr>
        <w:jc w:val="right"/>
      </w:pPr>
      <w:r>
        <w:t>سو، ایمان بالرسول مینز دیٹ یو ہیو ٹو اڈاپٹ دوز پرنسپلز، دوز بیہیو، دوز پرنسپلز دیٹ ار انجوائن بائی دا پرافٹ اف اسلام۔</w:t>
      </w:r>
    </w:p>
    <w:p>
      <w:r>
        <w:rPr>
          <w:b/>
        </w:rPr>
        <w:t xml:space="preserve">[50:41] </w:t>
      </w:r>
      <w:r>
        <w:t>so, now, you have to inquire when you see that "ashhadu an Muhammad rasulullah".</w:t>
      </w:r>
    </w:p>
    <w:p>
      <w:pPr>
        <w:jc w:val="right"/>
      </w:pPr>
      <w:r>
        <w:t>سو، ناؤ، یو ہیو ٹو انکوائر وین یو سی دیٹ "اشھد ان محمد رسول اللہ"۔</w:t>
      </w:r>
    </w:p>
    <w:p>
      <w:r>
        <w:rPr>
          <w:b/>
        </w:rPr>
        <w:t xml:space="preserve">[50:49] </w:t>
      </w:r>
      <w:r>
        <w:t>it is obligatory for you to know what was the, what was the guidance of the prophet of Islam.</w:t>
      </w:r>
    </w:p>
    <w:p>
      <w:pPr>
        <w:jc w:val="right"/>
      </w:pPr>
      <w:r>
        <w:t>اٹ از ابلیگیٹری فار یو ٹو نو واٹ واز دا، واٹ واز دا گائیڈنس اف دا پرافٹ اف اسلام۔</w:t>
      </w:r>
    </w:p>
    <w:p>
      <w:r>
        <w:rPr>
          <w:b/>
        </w:rPr>
        <w:t xml:space="preserve">[51:00] </w:t>
      </w:r>
      <w:r>
        <w:t>you cannot ignore. simply reciting kalma is not enough. simply reciting kalma is</w:t>
      </w:r>
    </w:p>
    <w:p>
      <w:pPr>
        <w:jc w:val="right"/>
      </w:pPr>
      <w:r>
        <w:t>یو کین ناٹ اگنور۔ سمپلی ریسائٹنگ کلمہ از ناٹ انف۔ سمپلی ریسائٹنگ کلمہ از</w:t>
      </w:r>
    </w:p>
    <w:p>
      <w:r>
        <w:rPr>
          <w:b/>
        </w:rPr>
        <w:t xml:space="preserve">[51:10] </w:t>
      </w:r>
      <w:r>
        <w:t>not enough. you have to study. you to know the life of the prophet of Islam. you have to, you have to learn hadith.</w:t>
      </w:r>
    </w:p>
    <w:p>
      <w:pPr>
        <w:jc w:val="right"/>
      </w:pPr>
      <w:r>
        <w:t>ناٹ انف۔ یو ہیو ٹو سٹڈی۔ یو ٹو نو دا لائف اف دا پرافٹ اف اسلام۔ یو ہیو ٹو، یو ہیو ٹو لرن حدیث۔</w:t>
      </w:r>
    </w:p>
    <w:p>
      <w:r>
        <w:rPr>
          <w:b/>
        </w:rPr>
        <w:t xml:space="preserve">[51:21] </w:t>
      </w:r>
      <w:r>
        <w:t>you have to read the life of the prophet of Islam. you have to know all these things about the life of the prophet.</w:t>
      </w:r>
    </w:p>
    <w:p>
      <w:pPr>
        <w:jc w:val="right"/>
      </w:pPr>
      <w:r>
        <w:t>یو ہیو ٹو ریڈ دا لائف اف دا پرافٹ اف اسلام۔ یو ہیو ٹو نو ال دس تھنگز اباؤٹ دا لائف اف دا پرافٹ۔</w:t>
      </w:r>
    </w:p>
    <w:p>
      <w:r>
        <w:rPr>
          <w:b/>
        </w:rPr>
        <w:t xml:space="preserve">[51:32] </w:t>
      </w:r>
      <w:r>
        <w:t>to, it is a like pledge when you see that "ashhadu an Muhammad rasulullah". you are taking a pledge</w:t>
      </w:r>
    </w:p>
    <w:p>
      <w:pPr>
        <w:jc w:val="right"/>
      </w:pPr>
      <w:r>
        <w:t>تو، اٹ از ا لائک پلج وین یو سی دیٹ "اشھد ان محمد رسول اللہ"۔ یو ار ٹیکنگ ا پلج</w:t>
      </w:r>
    </w:p>
    <w:p>
      <w:r>
        <w:rPr>
          <w:b/>
        </w:rPr>
        <w:t xml:space="preserve">[51:40] </w:t>
      </w:r>
      <w:r>
        <w:t>you are taking a promise. it is salem pledge. so, it is farz, obligatory to know what was the guidance of the prophet of Islam.</w:t>
      </w:r>
    </w:p>
    <w:p>
      <w:pPr>
        <w:jc w:val="right"/>
      </w:pPr>
      <w:r>
        <w:t>، یو ار ٹیکنگ ا پرومس۔ اٹ از سالم پلج۔ سو، اٹ از فرض، ابلیگیٹری ٹو نو واٹ واز دا گائیڈنس اف دا پرافٹ اف اسلام۔</w:t>
      </w:r>
    </w:p>
    <w:p>
      <w:r>
        <w:rPr>
          <w:b/>
        </w:rPr>
        <w:t xml:space="preserve">[51:57] </w:t>
      </w:r>
      <w:r>
        <w:t>for example, the prophet of Islam said: "al muslim man salima nasu min lisanihi wa yadihi". muslim is one by whose hands and tongue.</w:t>
      </w:r>
    </w:p>
    <w:p>
      <w:pPr>
        <w:jc w:val="right"/>
      </w:pPr>
      <w:r>
        <w:t>فار ایگزیمپل، دا پرافٹ اف اسلام سیڈ: "المسلم من سلم ناسو من لسانہ ویدہ"۔ مسلم از ون بائی ہوز ہینڈز اینڈ ٹنگ۔</w:t>
      </w:r>
    </w:p>
    <w:p>
      <w:r>
        <w:rPr>
          <w:b/>
        </w:rPr>
        <w:t xml:space="preserve">[52:11] </w:t>
      </w:r>
      <w:r>
        <w:t>people are safe.</w:t>
      </w:r>
    </w:p>
    <w:p>
      <w:pPr>
        <w:jc w:val="right"/>
      </w:pPr>
      <w:r>
        <w:t>پیپل ار سیف۔</w:t>
      </w:r>
    </w:p>
    <w:p>
      <w:r>
        <w:rPr>
          <w:b/>
        </w:rPr>
        <w:t xml:space="preserve">[52:14] </w:t>
      </w:r>
      <w:r>
        <w:t>so, it is guidance, prophetic guidance. you have to live according to this hadith.</w:t>
      </w:r>
    </w:p>
    <w:p>
      <w:pPr>
        <w:jc w:val="right"/>
      </w:pPr>
      <w:r>
        <w:t>سو، اٹ از گائیڈنس، پرافٹک گائیڈنس۔ یو ہیو ٹو لیو اکارڈنگ ٹو دس حدیث۔</w:t>
      </w:r>
    </w:p>
    <w:p>
      <w:r>
        <w:rPr>
          <w:b/>
        </w:rPr>
        <w:t xml:space="preserve">[52:23] </w:t>
      </w:r>
      <w:r>
        <w:t>you have to live. you have no option. you have to live in your society as a no problem person, as a harmless person, as a positive person.</w:t>
      </w:r>
    </w:p>
    <w:p>
      <w:pPr>
        <w:jc w:val="right"/>
      </w:pPr>
      <w:r>
        <w:t>یو ہیو ٹو لیو۔ یو ہیو نو اپشن۔ یو ہیو ٹو لیو ان یور سوسائٹی ایز ا نو پرابلم پرسن، ایز ا ہارم لیس پرسن، ایز ا پوزیٹیو پرسن۔</w:t>
      </w:r>
    </w:p>
    <w:p>
      <w:r>
        <w:rPr>
          <w:b/>
        </w:rPr>
        <w:t xml:space="preserve">[52:38] </w:t>
      </w:r>
      <w:r>
        <w:t>it becomes obligatory for you</w:t>
      </w:r>
    </w:p>
    <w:p>
      <w:pPr>
        <w:jc w:val="right"/>
      </w:pPr>
      <w:r>
        <w:t>اٹ بیکمز ابلیگیٹری فار یو</w:t>
      </w:r>
    </w:p>
    <w:p>
      <w:r>
        <w:rPr>
          <w:b/>
        </w:rPr>
        <w:t xml:space="preserve">[52:41] </w:t>
      </w:r>
      <w:r>
        <w:t>when you see that Muhammad was the prophet of God. it becomes obligatory for you to follow his commands, to follow his guidance.</w:t>
      </w:r>
    </w:p>
    <w:p>
      <w:pPr>
        <w:jc w:val="right"/>
      </w:pPr>
      <w:r>
        <w:t>وین یو سی دیٹ محمد واز دا پرافٹ اف گاڈ۔ اٹ بیکمز ابلیگیٹری فار یو ٹو فالو ہز کمانڈز، ٹو فالو ہز گائیڈنس۔</w:t>
      </w:r>
    </w:p>
    <w:p>
      <w:r>
        <w:rPr>
          <w:b/>
        </w:rPr>
        <w:t xml:space="preserve">[52:56] </w:t>
      </w:r>
      <w:r>
        <w:t>so, it is, it becomes obligatory for you that you have to live as a peaceful member in your society, as a harmless member in your society, as a no problem person in your society.</w:t>
      </w:r>
    </w:p>
    <w:p>
      <w:pPr>
        <w:jc w:val="right"/>
      </w:pPr>
      <w:r>
        <w:t>سو، اٹ از، اٹ بیکمز ابلیگیٹری فار یو دیٹ یو ہیو ٹو لیو ایز ا پیس فل ممبر ان یور سوسائٹی، ایز ا ہارم لیس ممبر ان یور سوسائٹی، ایز ا نو پرابلم پرسن ان یور سوسائٹی۔</w:t>
      </w:r>
    </w:p>
    <w:p>
      <w:r>
        <w:rPr>
          <w:b/>
        </w:rPr>
        <w:t xml:space="preserve">[53:12] </w:t>
      </w:r>
      <w:r>
        <w:t>so, this is the meaning of iman bi rasool. iman bi rasool is not simply a lip service. it is a solemn pledge.</w:t>
      </w:r>
    </w:p>
    <w:p>
      <w:pPr>
        <w:jc w:val="right"/>
      </w:pPr>
      <w:r>
        <w:t>سو، دس از دا میننگ اف ایمان بالرسول۔ ایمان بالرسول از ناٹ سمپلی ا لپ سروس۔ اٹ از ا سالم پلج۔</w:t>
      </w:r>
    </w:p>
    <w:p>
      <w:r>
        <w:rPr>
          <w:b/>
        </w:rPr>
        <w:t xml:space="preserve">[53:25] </w:t>
      </w:r>
      <w:r>
        <w:t>it means that you have adopted Muhammad as your guide, complete guide for your whole life.</w:t>
      </w:r>
    </w:p>
    <w:p>
      <w:pPr>
        <w:jc w:val="right"/>
      </w:pPr>
      <w:r>
        <w:t>اٹ مینز دیٹ یو ہیو اڈاپٹڈ محمد ایز یور گائیڈ، کمپلیٹ گائیڈ فار یور ہول لائف۔</w:t>
      </w:r>
    </w:p>
    <w:p>
      <w:r>
        <w:rPr>
          <w:b/>
        </w:rPr>
        <w:t xml:space="preserve">[53:36] </w:t>
      </w:r>
      <w:r>
        <w:t>then, you know, the prophet of Islam performed Hajj in his final days.</w:t>
      </w:r>
    </w:p>
    <w:p>
      <w:pPr>
        <w:jc w:val="right"/>
      </w:pPr>
      <w:r>
        <w:t>دین، یو نو، دا پرافٹ اف اسلام پرفارمڈ حج ان ہز فائنل ڈیز۔</w:t>
      </w:r>
    </w:p>
    <w:p>
      <w:r>
        <w:rPr>
          <w:b/>
        </w:rPr>
        <w:t xml:space="preserve">[53:49] </w:t>
      </w:r>
      <w:r>
        <w:t>it was about two months before his death. so, after performing the Hajj, called Hajjat al-Wada.</w:t>
      </w:r>
    </w:p>
    <w:p>
      <w:pPr>
        <w:jc w:val="right"/>
      </w:pPr>
      <w:r>
        <w:t>اٹ واز اباؤٹ ٹو منتھس بیفور ہز ڈیتھ۔ سو، افٹر پرفارمنگ دی حج، کالڈ حجۃ الوداع۔</w:t>
      </w:r>
    </w:p>
    <w:p>
      <w:r>
        <w:rPr>
          <w:b/>
        </w:rPr>
        <w:t xml:space="preserve">[53:58] </w:t>
      </w:r>
      <w:r>
        <w:t>in Islamic history, it is called Hajjat al-Wada.</w:t>
      </w:r>
    </w:p>
    <w:p>
      <w:pPr>
        <w:jc w:val="right"/>
      </w:pPr>
      <w:r>
        <w:t>ان اسلامک ہسٹری، اٹ از کالڈ حجۃ الوداع۔</w:t>
      </w:r>
    </w:p>
    <w:p>
      <w:r>
        <w:rPr>
          <w:b/>
        </w:rPr>
        <w:t xml:space="preserve">[54:02] </w:t>
      </w:r>
      <w:r>
        <w:t>so, after performing Hajj, he addressed those Muslims who present at the time.</w:t>
      </w:r>
    </w:p>
    <w:p>
      <w:pPr>
        <w:jc w:val="right"/>
      </w:pPr>
      <w:r>
        <w:t>سو، افٹر پرفارمنگ حج، ہی ایڈریسڈ دوز مسلمز ہو پریزنٹ ایٹ دا ٹائم۔</w:t>
      </w:r>
    </w:p>
    <w:p>
      <w:r>
        <w:rPr>
          <w:b/>
        </w:rPr>
        <w:t xml:space="preserve">[54:14] </w:t>
      </w:r>
      <w:r>
        <w:t>we call them companion, ashab rasool. so, he addressed those ashab rasool,</w:t>
      </w:r>
    </w:p>
    <w:p>
      <w:pPr>
        <w:jc w:val="right"/>
      </w:pPr>
      <w:r>
        <w:t>وی کال ہم کمپینین، اصحاب رسول۔ سو، ہی ایڈریسڈ دوز اصحاب رسول،</w:t>
      </w:r>
    </w:p>
    <w:p>
      <w:r>
        <w:rPr>
          <w:b/>
        </w:rPr>
        <w:t xml:space="preserve">[54:25] </w:t>
      </w:r>
      <w:r>
        <w:t>and through ashab rasool, he addressed all the ummah.</w:t>
      </w:r>
    </w:p>
    <w:p>
      <w:pPr>
        <w:jc w:val="right"/>
      </w:pPr>
      <w:r>
        <w:t>اینڈ تھرو اصحاب رسول، ہی ایڈریسڈ ال دا امہ۔</w:t>
      </w:r>
    </w:p>
    <w:p>
      <w:r>
        <w:rPr>
          <w:b/>
        </w:rPr>
        <w:t xml:space="preserve">[54:30] </w:t>
      </w:r>
      <w:r>
        <w:t>so, he said in this sermon, in this sermon, he said: "Aye nas, in Allah basani kaft nas fadni."</w:t>
      </w:r>
    </w:p>
    <w:p>
      <w:pPr>
        <w:jc w:val="right"/>
      </w:pPr>
      <w:r>
        <w:t>سو، ہی سیڈ ان دس سرمن، ان دس سرمن، ہی سیڈ: "ایہ الناس، ان اللہ باسنی کافت الناس فادنی۔"</w:t>
      </w:r>
    </w:p>
    <w:p>
      <w:r>
        <w:rPr>
          <w:b/>
        </w:rPr>
        <w:t xml:space="preserve">[54:47] </w:t>
      </w:r>
      <w:r>
        <w:t>Aye nas, in Allah basani kaft nas fadni. O people, O Muslims, O my followers,</w:t>
      </w:r>
    </w:p>
    <w:p>
      <w:pPr>
        <w:jc w:val="right"/>
      </w:pPr>
      <w:r>
        <w:t>ایہ الناس، ان اللہ باسنی کافت الناس فادنی۔ او پیپل، او مسلمز، او مائی فالوورز،</w:t>
      </w:r>
    </w:p>
    <w:p>
      <w:r>
        <w:rPr>
          <w:b/>
        </w:rPr>
        <w:t xml:space="preserve">[55:01] </w:t>
      </w:r>
      <w:r>
        <w:t>God has send me</w:t>
      </w:r>
    </w:p>
    <w:p>
      <w:pPr>
        <w:jc w:val="right"/>
      </w:pPr>
      <w:r>
        <w:t>گاڈ ہیز سینڈ می</w:t>
      </w:r>
    </w:p>
    <w:p>
      <w:r>
        <w:rPr>
          <w:b/>
        </w:rPr>
        <w:t xml:space="preserve">[55:05] </w:t>
      </w:r>
      <w:r>
        <w:t>blessing for all mankind, for all mankind. so, convey my message to all, to all human beings.</w:t>
      </w:r>
    </w:p>
    <w:p>
      <w:pPr>
        <w:jc w:val="right"/>
      </w:pPr>
      <w:r>
        <w:t>بلیسنگ فار ال مین کائنڈ، فار ال مین کائنڈ۔ سو، کنوے مائی میسج ٹو ال، ٹو ال ہیومن بینگ۔</w:t>
      </w:r>
    </w:p>
    <w:p>
      <w:r>
        <w:rPr>
          <w:b/>
        </w:rPr>
        <w:t xml:space="preserve">[55:18] </w:t>
      </w:r>
      <w:r>
        <w:t>after giving this sermon, he died. after two months, he died, and he gave this message for ever, for all those who claim that we are followers of Muhammad.</w:t>
      </w:r>
    </w:p>
    <w:p>
      <w:pPr>
        <w:jc w:val="right"/>
      </w:pPr>
      <w:r>
        <w:t>افٹر گیونگ دس سرمن، ہی ڈائیڈ۔ افٹر ٹو منتھ، ہی ڈائیڈ، اینڈ ہی گیو دس میسج فار ایٹر، فار ال دوز ہو کلیم دیٹ وی ار فالوورز اف محمد۔</w:t>
      </w:r>
    </w:p>
    <w:p>
      <w:r>
        <w:rPr>
          <w:b/>
        </w:rPr>
        <w:t xml:space="preserve">[55:41] </w:t>
      </w:r>
      <w:r>
        <w:t>so, we are among those who are responsible for this injunction.</w:t>
      </w:r>
    </w:p>
    <w:p>
      <w:pPr>
        <w:jc w:val="right"/>
      </w:pPr>
      <w:r>
        <w:t>سو، وی ار امنگ دوز ہو ار ریسپانسبل فار دس انجنکشن۔</w:t>
      </w:r>
    </w:p>
    <w:p>
      <w:r>
        <w:rPr>
          <w:b/>
        </w:rPr>
        <w:t xml:space="preserve">[55:54] </w:t>
      </w:r>
      <w:r>
        <w:t>we have to convey this message to all mankind. you know, the companions of the prophet followed this message completely.</w:t>
      </w:r>
    </w:p>
    <w:p>
      <w:pPr>
        <w:jc w:val="right"/>
      </w:pPr>
      <w:r>
        <w:t>وی ہیو ٹو کنوے دس میسج ٹو ال مین کائنڈ۔ یو نو، دا کمپینینز اف دا پرافٹ فالوڈ دس میسج کمپلیٹلی۔</w:t>
      </w:r>
    </w:p>
    <w:p>
      <w:r>
        <w:rPr>
          <w:b/>
        </w:rPr>
        <w:t xml:space="preserve">[56:11] </w:t>
      </w:r>
      <w:r>
        <w:t>they left their homeland and settled in different countries, and they spent their life to spread the message of Islam.</w:t>
      </w:r>
    </w:p>
    <w:p>
      <w:pPr>
        <w:jc w:val="right"/>
      </w:pPr>
      <w:r>
        <w:t>دے لیفٹ دیر ہوم لینڈ اینڈ سیٹل ان ڈفرنٹ کنٹریز، اینڈ دے سپینڈ دیر لائف ٹو سپریڈ دا میسج اف اسلام۔</w:t>
      </w:r>
    </w:p>
    <w:p>
      <w:r>
        <w:rPr>
          <w:b/>
        </w:rPr>
        <w:t xml:space="preserve">[56:30] </w:t>
      </w:r>
      <w:r>
        <w:t>and it was during, it was result of this effort that emerged new world that is called Arab world</w:t>
      </w:r>
    </w:p>
    <w:p>
      <w:pPr>
        <w:jc w:val="right"/>
      </w:pPr>
      <w:r>
        <w:t>اینڈ اٹ واز ڈیورنگ، اٹ واز رزلٹ اف دس ایفرٹ دیٹ ایمرج نیو ورلڈ دیٹ از کالڈ عرب ورل</w:t>
      </w:r>
    </w:p>
    <w:p>
      <w:r>
        <w:rPr>
          <w:b/>
        </w:rPr>
        <w:t xml:space="preserve">[56:42] </w:t>
      </w:r>
      <w:r>
        <w:t>world. Arab world is directly result of this, this da'wah, this da'wah campaign.</w:t>
      </w:r>
    </w:p>
    <w:p>
      <w:pPr>
        <w:jc w:val="right"/>
      </w:pPr>
      <w:r>
        <w:t>ڈ۔ عرب ورلڈ از ڈائریکٹلی رزلٹ اف دس، دس دعوی، دس دعوی کمپین۔</w:t>
      </w:r>
    </w:p>
    <w:p>
      <w:r>
        <w:rPr>
          <w:b/>
        </w:rPr>
        <w:t xml:space="preserve">[56:52] </w:t>
      </w:r>
      <w:r>
        <w:t>so, it is a continued</w:t>
      </w:r>
    </w:p>
    <w:p>
      <w:pPr>
        <w:jc w:val="right"/>
      </w:pPr>
      <w:r>
        <w:t>سو، اٹ از ا کنٹینیوڈ</w:t>
      </w:r>
    </w:p>
    <w:p>
      <w:r>
        <w:rPr>
          <w:b/>
        </w:rPr>
        <w:t xml:space="preserve">[56:57] </w:t>
      </w:r>
      <w:r>
        <w:t>responsibility. now, it is not simple, it is not very simple thing.</w:t>
      </w:r>
    </w:p>
    <w:p>
      <w:pPr>
        <w:jc w:val="right"/>
      </w:pPr>
      <w:r>
        <w:t>ریسپانسبیلٹی۔ ناؤ، اٹ از ناٹ سمپل، اٹ از ناٹ ویری سمپل تھنگ۔</w:t>
      </w:r>
    </w:p>
    <w:p>
      <w:r>
        <w:rPr>
          <w:b/>
        </w:rPr>
        <w:t xml:space="preserve">[57:08] </w:t>
      </w:r>
      <w:r>
        <w:t>when prophet of Islam said that you are, you are responsible to spread this message</w:t>
      </w:r>
    </w:p>
    <w:p>
      <w:pPr>
        <w:jc w:val="right"/>
      </w:pPr>
      <w:r>
        <w:t>وین پرافٹ اف اسلام سیڈ دیٹ یو ار، یو ار ریسپانسبل ٹو سپریڈ دس میسج</w:t>
      </w:r>
    </w:p>
    <w:p>
      <w:r>
        <w:rPr>
          <w:b/>
        </w:rPr>
        <w:t xml:space="preserve">[57:18] </w:t>
      </w:r>
      <w:r>
        <w:t>, he also gave you some other directions. That is, you have to, you have to love, you have to love all, because dawah is no, no person can do the work without love, without sympathy,</w:t>
      </w:r>
    </w:p>
    <w:p>
      <w:pPr>
        <w:jc w:val="right"/>
      </w:pPr>
      <w:r>
        <w:t>، ہی السو گیو یو سم ادر ڈائریکشنز۔ دیٹ از، یو ہیو ٹو، یو ہیو ٹو لو، یو ہیو ٹو لو ال، بیکاز دعوی از نو، نو پرسن کین ڈو دا ورک وداؤٹ لو، وداؤٹ سمپتھی،</w:t>
      </w:r>
    </w:p>
    <w:p>
      <w:r>
        <w:rPr>
          <w:b/>
        </w:rPr>
        <w:t xml:space="preserve">[57:41] </w:t>
      </w:r>
      <w:r>
        <w:t>without compassion.</w:t>
      </w:r>
    </w:p>
    <w:p>
      <w:pPr>
        <w:jc w:val="right"/>
      </w:pPr>
      <w:r>
        <w:t>وداؤٹ کمپیشن۔</w:t>
      </w:r>
    </w:p>
    <w:p>
      <w:r>
        <w:rPr>
          <w:b/>
        </w:rPr>
        <w:t xml:space="preserve">[57:45] </w:t>
      </w:r>
      <w:r>
        <w:t>So, he says that you have to spread this message to all mankind. It is implied that you have to love all human, all mankind.</w:t>
      </w:r>
    </w:p>
    <w:p>
      <w:pPr>
        <w:jc w:val="right"/>
      </w:pPr>
      <w:r>
        <w:t>سو، ہی سیز دیٹ یو ہیو ٹو سپریڈ دس میسج ٹو ال مین کائنڈ۔ اٹ از ایمپلائیڈ دیٹ یو ہیو ٹو لو ال ہیومن، ال مین کائنڈ۔</w:t>
      </w:r>
    </w:p>
    <w:p>
      <w:r>
        <w:rPr>
          <w:b/>
        </w:rPr>
        <w:t xml:space="preserve">[57:56] </w:t>
      </w:r>
      <w:r>
        <w:t>You have to be compassionate to all mankind. You have to be willing to all mankind. Without willing, without being compassionate, without loving, you cannot spread the message of Islam to all mankind.</w:t>
      </w:r>
    </w:p>
    <w:p>
      <w:pPr>
        <w:jc w:val="right"/>
      </w:pPr>
      <w:r>
        <w:t>یو ہیو ٹو بی کمپیشنٹ ٹو ال مین کائنڈ۔ یو ہیو ٹو بی ولش ٹو ال مین کائنڈ۔ وداؤٹ ولشنگ، وداؤٹ بینگ کمپیشنٹ، وداؤٹ لوونگ، یو کین ناٹ سپریڈ دا میسج اف اسلام ٹو ال مین کائنڈ۔</w:t>
      </w:r>
    </w:p>
    <w:p>
      <w:r>
        <w:rPr>
          <w:b/>
        </w:rPr>
        <w:t xml:space="preserve">[58:16] </w:t>
      </w:r>
      <w:r>
        <w:t>Dawah work is not simply a lip service, is not simply an announcement, is not simply a work of loud speaker.</w:t>
      </w:r>
    </w:p>
    <w:p>
      <w:pPr>
        <w:jc w:val="right"/>
      </w:pPr>
      <w:r>
        <w:t>دعوی ورک از ناٹ سمپلی ا لپ سروس، از ناٹ سمپلی اناؤنسمنٹ، از ناٹ سمپلی ا ورک اف لاؤڈ سپیکر۔</w:t>
      </w:r>
    </w:p>
    <w:p>
      <w:r>
        <w:rPr>
          <w:b/>
        </w:rPr>
        <w:t xml:space="preserve">[58:27] </w:t>
      </w:r>
      <w:r>
        <w:t>The work, the work is a, is a, is an expression of love. The work, the work is an expression of compassion.</w:t>
      </w:r>
    </w:p>
    <w:p>
      <w:pPr>
        <w:jc w:val="right"/>
      </w:pPr>
      <w:r>
        <w:t>دا ورک، دا ورک از ا، از ا، از این ایکسپریشن اف لو۔ دا ورک، دا ورک از این ایکسپریشن اف کمپیشن۔</w:t>
      </w:r>
    </w:p>
    <w:p>
      <w:r>
        <w:rPr>
          <w:b/>
        </w:rPr>
        <w:t xml:space="preserve">[58:43] </w:t>
      </w:r>
      <w:r>
        <w:t>The work is an expression of concern.</w:t>
      </w:r>
    </w:p>
    <w:p>
      <w:pPr>
        <w:jc w:val="right"/>
      </w:pPr>
      <w:r>
        <w:t>دا ورک از این ایکسپریشن اف کنسرن۔</w:t>
      </w:r>
    </w:p>
    <w:p>
      <w:r>
        <w:rPr>
          <w:b/>
        </w:rPr>
        <w:t xml:space="preserve">[58:49] </w:t>
      </w:r>
      <w:r>
        <w:t>When all human, when all mankind becomes your concern, then the work begins.</w:t>
      </w:r>
    </w:p>
    <w:p>
      <w:pPr>
        <w:jc w:val="right"/>
      </w:pPr>
      <w:r>
        <w:t>وین ال ہیومن، وین ال مین کائنڈ بیکمز یور کنسرن، دین دا ورک بگنز۔</w:t>
      </w:r>
    </w:p>
    <w:p>
      <w:r>
        <w:rPr>
          <w:b/>
        </w:rPr>
        <w:t xml:space="preserve">[58:58] </w:t>
      </w:r>
      <w:r>
        <w:t>Without concern, there is no dawah work.</w:t>
      </w:r>
    </w:p>
    <w:p>
      <w:pPr>
        <w:jc w:val="right"/>
      </w:pPr>
      <w:r>
        <w:t>وداؤٹ کنسرن، دیر از نو دا ورک۔</w:t>
      </w:r>
    </w:p>
    <w:p>
      <w:r>
        <w:rPr>
          <w:b/>
        </w:rPr>
        <w:t xml:space="preserve">[59:04] </w:t>
      </w:r>
      <w:r>
        <w:t>So, all these things are included in this message.</w:t>
      </w:r>
    </w:p>
    <w:p>
      <w:pPr>
        <w:jc w:val="right"/>
      </w:pPr>
      <w:r>
        <w:t>سو، ال دس تھنگز ار انکلوڈڈ ان دس میسج۔</w:t>
      </w:r>
    </w:p>
    <w:p>
      <w:r>
        <w:rPr>
          <w:b/>
        </w:rPr>
        <w:t xml:space="preserve">[59:09] </w:t>
      </w:r>
      <w:r>
        <w:t>When the Prophet of Islam said that, that after my, after my death, you have to take this responsibility.</w:t>
      </w:r>
    </w:p>
    <w:p>
      <w:pPr>
        <w:jc w:val="right"/>
      </w:pPr>
      <w:r>
        <w:t>وین دا پرافٹ اف اسلام سیڈ دیٹ، دیٹ افٹر مائی، افٹر مائی ڈیتھ، یو ہیو ٹو ٹیک دس ریسپانسبیلٹی۔</w:t>
      </w:r>
    </w:p>
    <w:p>
      <w:r>
        <w:rPr>
          <w:b/>
        </w:rPr>
        <w:t xml:space="preserve">[59:27] </w:t>
      </w:r>
      <w:r>
        <w:t>You have to spread this message to all mankind. So, he also said that you have to be compassionate to all mankind.</w:t>
      </w:r>
    </w:p>
    <w:p>
      <w:pPr>
        <w:jc w:val="right"/>
      </w:pPr>
      <w:r>
        <w:t>یو ہیو ٹو سپریڈ دس میسج ٹو ال مین کائنڈ۔ سو، ہی السو سیڈ دیٹ یو ہیو ٹو بی کمپیشنٹ ٹو ال مین کائنڈ۔</w:t>
      </w:r>
    </w:p>
    <w:p>
      <w:r>
        <w:rPr>
          <w:b/>
        </w:rPr>
        <w:t xml:space="preserve">[59:37] </w:t>
      </w:r>
      <w:r>
        <w:t>You have to love all mankind.</w:t>
      </w:r>
    </w:p>
    <w:p>
      <w:pPr>
        <w:jc w:val="right"/>
      </w:pPr>
      <w:r>
        <w:t>یو ہیو ٹو لو ال مین کائنڈ۔</w:t>
      </w:r>
    </w:p>
    <w:p>
      <w:r>
        <w:rPr>
          <w:b/>
        </w:rPr>
        <w:t xml:space="preserve">[59:45] </w:t>
      </w:r>
      <w:r>
        <w:t>So, when one says that "Ashhadu an Muhammadur Rasulullah", he is saying all these things. All these things are included in that Shahadah, in that Shahadah.</w:t>
      </w:r>
    </w:p>
    <w:p>
      <w:pPr>
        <w:jc w:val="right"/>
      </w:pPr>
      <w:r>
        <w:t>سو، وین ون سیز دیٹ "اشھد ان محمد رسول اللہ"، ہی از سینگ ال دس تھنگز۔ ال دس تھنگز ار انکلوڈڈ ان دیٹ شہادت، ان دیٹ شہادت۔</w:t>
      </w:r>
    </w:p>
    <w:p>
      <w:r>
        <w:rPr>
          <w:b/>
        </w:rPr>
        <w:t xml:space="preserve">[1:00:01] </w:t>
      </w:r>
      <w:r>
        <w:t>Then, there is a verse in the Quran: "Rasulun Shaheedun Alaikum".</w:t>
      </w:r>
    </w:p>
    <w:p>
      <w:pPr>
        <w:jc w:val="right"/>
      </w:pPr>
      <w:r>
        <w:t>دین، دیر از ا ورس ان دا قران: "رسول شہید علیکم"۔</w:t>
      </w:r>
    </w:p>
    <w:p>
      <w:r>
        <w:rPr>
          <w:b/>
        </w:rPr>
        <w:t xml:space="preserve">[1:00:15] </w:t>
      </w:r>
      <w:r>
        <w:t>This is the scheme of God</w:t>
      </w:r>
    </w:p>
    <w:p>
      <w:pPr>
        <w:jc w:val="right"/>
      </w:pPr>
      <w:r>
        <w:t>دس از دا اسکیم اف گاڈ</w:t>
      </w:r>
    </w:p>
    <w:p>
      <w:r>
        <w:rPr>
          <w:b/>
        </w:rPr>
        <w:t xml:space="preserve">[1:00:20] </w:t>
      </w:r>
      <w:r>
        <w:t>regarding the work. What the scheme of God regarding the work? This, this verse shows that scheme: "Rasulun Shaheedun Alaikum".</w:t>
      </w:r>
    </w:p>
    <w:p>
      <w:pPr>
        <w:jc w:val="right"/>
      </w:pPr>
      <w:r>
        <w:t>ریگارڈنگ دا ورک۔ واٹ دا اسکیم اف گاڈ ریگارڈنگ دا ورک؟ دس، دس ورس شوز دیٹ اسکیم: "رسول شہید علیکم"۔</w:t>
      </w:r>
    </w:p>
    <w:p>
      <w:r>
        <w:rPr>
          <w:b/>
        </w:rPr>
        <w:t xml:space="preserve">[1:00:35] </w:t>
      </w:r>
      <w:r>
        <w:t>It means that Prophet has received that guidance from God, and he conveyed to us this guidance. So, Prophet,</w:t>
      </w:r>
    </w:p>
    <w:p>
      <w:pPr>
        <w:jc w:val="right"/>
      </w:pPr>
      <w:r>
        <w:t>اٹ مینز دیٹ پرافٹ ہیز ریسیوڈ دیٹ گائیڈنس فرام گاڈ، اینڈ ہی کنویٹ ٹو اس دس گائیڈنس۔ سو، پرافٹ،</w:t>
      </w:r>
    </w:p>
    <w:p>
      <w:r>
        <w:rPr>
          <w:b/>
        </w:rPr>
        <w:t xml:space="preserve">[1:00:49] </w:t>
      </w:r>
      <w:r>
        <w:t>this verse says that Prophet conveyed this message to you, and you have to convey this message to all mankind.</w:t>
      </w:r>
    </w:p>
    <w:p>
      <w:pPr>
        <w:jc w:val="right"/>
      </w:pPr>
      <w:r>
        <w:t>دس ورس سیز دیٹ پرافٹ کنویٹ دس میسج ٹو یو، اینڈ یو ہیو ٹو کنویٹ دس میسج ٹو ال مین کائنڈ۔</w:t>
      </w:r>
    </w:p>
    <w:p>
      <w:r>
        <w:rPr>
          <w:b/>
        </w:rPr>
        <w:t xml:space="preserve">[1:01:04] </w:t>
      </w:r>
      <w:r>
        <w:t>Rasulun Shaheedun Alaikum,</w:t>
      </w:r>
    </w:p>
    <w:p>
      <w:pPr>
        <w:jc w:val="right"/>
      </w:pPr>
      <w:r>
        <w:t>رسول شہید علیکم،</w:t>
      </w:r>
    </w:p>
    <w:p>
      <w:r>
        <w:rPr>
          <w:b/>
        </w:rPr>
        <w:t xml:space="preserve">[1:01:09] </w:t>
      </w:r>
      <w:r>
        <w:t>Prophet conveyed this divine message to you, and you have to convey this divine message to all mankind.</w:t>
      </w:r>
    </w:p>
    <w:p>
      <w:pPr>
        <w:jc w:val="right"/>
      </w:pPr>
      <w:r>
        <w:t>پرافٹ کنویٹ دس ڈیوائن میسج ٹو یو، اینڈ یو ہیو ٹو کنویٹ دس ڈیوائن میسج ٹو ال مین کائنڈ۔</w:t>
      </w:r>
    </w:p>
    <w:p>
      <w:r>
        <w:rPr>
          <w:b/>
        </w:rPr>
        <w:t xml:space="preserve">[1:01:19] </w:t>
      </w:r>
      <w:r>
        <w:t>This is the work, this is the work.</w:t>
      </w:r>
    </w:p>
    <w:p>
      <w:pPr>
        <w:jc w:val="right"/>
      </w:pPr>
      <w:r>
        <w:t>دس از دا ورک، دس از دا ورک۔</w:t>
      </w:r>
    </w:p>
    <w:p>
      <w:r>
        <w:rPr>
          <w:b/>
        </w:rPr>
        <w:t xml:space="preserve">[1:01:26] </w:t>
      </w:r>
      <w:r>
        <w:t>So, the work is not simply announcement.</w:t>
      </w:r>
    </w:p>
    <w:p>
      <w:pPr>
        <w:jc w:val="right"/>
      </w:pPr>
      <w:r>
        <w:t>تو، دا ورک از ناٹ سمپلی اناؤنسمنٹ۔</w:t>
      </w:r>
    </w:p>
    <w:p>
      <w:r>
        <w:rPr>
          <w:b/>
        </w:rPr>
        <w:t xml:space="preserve">[1:01:32] </w:t>
      </w:r>
      <w:r>
        <w:t>So, when you, when we believe, when we say that "Ashhadu an Muhammadur Rasulullah", we are saying that we have discovered Muhammad as the Prophet of God.</w:t>
      </w:r>
    </w:p>
    <w:p>
      <w:pPr>
        <w:jc w:val="right"/>
      </w:pPr>
      <w:r>
        <w:t>تو، وین یو، وین وی بیلیو، وین وی سی دیٹ "اشھد ان محمد رسول اللہ"، وی ار سینگ دیٹ وی ہیو ڈسکورڈ محمد ایز دی پرافٹ اف گاڈ۔</w:t>
      </w:r>
    </w:p>
    <w:p>
      <w:r>
        <w:rPr>
          <w:b/>
        </w:rPr>
        <w:t xml:space="preserve">[1:01:48] </w:t>
      </w:r>
      <w:r>
        <w:t>This, this reflects your conviction. This reflects your conviction, your yaqeen.</w:t>
      </w:r>
    </w:p>
    <w:p>
      <w:pPr>
        <w:jc w:val="right"/>
      </w:pPr>
      <w:r>
        <w:t>دس، دس ریفلیکٹس یور کنوکشن۔ دس ریفلیکٹس یور کنوکشن، یور یقین۔</w:t>
      </w:r>
    </w:p>
    <w:p>
      <w:r>
        <w:rPr>
          <w:b/>
        </w:rPr>
        <w:t xml:space="preserve">[1:02:00] </w:t>
      </w:r>
      <w:r>
        <w:t>deen, das kalma means that you have determined, you have,</w:t>
      </w:r>
    </w:p>
    <w:p>
      <w:pPr>
        <w:jc w:val="right"/>
      </w:pPr>
      <w:r>
        <w:t>دین، دس کلمہ مینز دیٹ یو ہیو ڈیٹرمنڈ، یو ہیو،</w:t>
      </w:r>
    </w:p>
    <w:p>
      <w:r>
        <w:rPr>
          <w:b/>
        </w:rPr>
        <w:t xml:space="preserve">[1:02:09] </w:t>
      </w:r>
      <w:r>
        <w:t>you have</w:t>
      </w:r>
    </w:p>
    <w:p>
      <w:pPr>
        <w:jc w:val="right"/>
      </w:pPr>
      <w:r>
        <w:t>یو ہیو</w:t>
      </w:r>
    </w:p>
    <w:p>
      <w:r>
        <w:rPr>
          <w:b/>
        </w:rPr>
        <w:t xml:space="preserve">[1:02:14] </w:t>
      </w:r>
      <w:r>
        <w:t>decided that you will follow the prophet of god in every aspect of your life,</w:t>
      </w:r>
    </w:p>
    <w:p>
      <w:pPr>
        <w:jc w:val="right"/>
      </w:pPr>
      <w:r>
        <w:t>ڈیسائیڈڈ دیٹ یو ول فالو دی پرافٹ اف گاڈ ان ایوری اسپیکٹ اف یور لائف،</w:t>
      </w:r>
    </w:p>
    <w:p>
      <w:r>
        <w:rPr>
          <w:b/>
        </w:rPr>
        <w:t xml:space="preserve">[1:02:25] </w:t>
      </w:r>
      <w:r>
        <w:t>in your speech, in your action, in your intentions, in your behavior, in all of, in all your activities.</w:t>
      </w:r>
    </w:p>
    <w:p>
      <w:pPr>
        <w:jc w:val="right"/>
      </w:pPr>
      <w:r>
        <w:t>ان یور سپیچ، ان یور ایکشن، ان یور انٹینشنز، ان یور بیہیویئر، ان ال اف، ان ال یور ایکٹیویٹیز۔</w:t>
      </w:r>
    </w:p>
    <w:p>
      <w:r>
        <w:rPr>
          <w:b/>
        </w:rPr>
        <w:t xml:space="preserve">[1:02:36] </w:t>
      </w:r>
      <w:r>
        <w:t>so, this kalma</w:t>
      </w:r>
    </w:p>
    <w:p>
      <w:pPr>
        <w:jc w:val="right"/>
      </w:pPr>
      <w:r>
        <w:t>سو، دس کلمہ</w:t>
      </w:r>
    </w:p>
    <w:p>
      <w:r>
        <w:rPr>
          <w:b/>
        </w:rPr>
        <w:t xml:space="preserve">[1:02:40] </w:t>
      </w:r>
      <w:r>
        <w:t>enjoins you that you have to follow prophet's guidance in all walks of your life.</w:t>
      </w:r>
    </w:p>
    <w:p>
      <w:pPr>
        <w:jc w:val="right"/>
      </w:pPr>
      <w:r>
        <w:t>انجوائنس یو دیٹ یو ہیو ٹو فالو پرافٹس گائیڈنس ان ال واکس اف یور لائف۔</w:t>
      </w:r>
    </w:p>
    <w:p>
      <w:r>
        <w:rPr>
          <w:b/>
        </w:rPr>
        <w:t xml:space="preserve">[1:02:54] </w:t>
      </w:r>
      <w:r>
        <w:t>deen, the same kalma enjoins you to do the work</w:t>
      </w:r>
    </w:p>
    <w:p>
      <w:pPr>
        <w:jc w:val="right"/>
      </w:pPr>
      <w:r>
        <w:t>دین، دا سیم کلمہ انجوائنس یو ٹو ڈو دا ورک</w:t>
      </w:r>
    </w:p>
    <w:p>
      <w:r>
        <w:rPr>
          <w:b/>
        </w:rPr>
        <w:t xml:space="preserve">[1:03:02] </w:t>
      </w:r>
      <w:r>
        <w:t>to make the humanity your concern, to love the humanity, because without love, without concern, you cannot do the work.</w:t>
      </w:r>
    </w:p>
    <w:p>
      <w:pPr>
        <w:jc w:val="right"/>
      </w:pPr>
      <w:r>
        <w:t>ٹو میک دا ہیومینٹی یور کنسرن، ٹو لو دا ہیومینٹی، بیکاز وداؤٹ لو، وداؤٹ کنسرن، یو کین ناٹ ڈو دا ورک۔</w:t>
      </w:r>
    </w:p>
    <w:p>
      <w:r>
        <w:rPr>
          <w:b/>
        </w:rPr>
        <w:t xml:space="preserve">[1:03:20] </w:t>
      </w:r>
      <w:r>
        <w:t>so, all these things are included in the kalma.</w:t>
      </w:r>
    </w:p>
    <w:p>
      <w:pPr>
        <w:jc w:val="right"/>
      </w:pPr>
      <w:r>
        <w:t>سو، ال دس تھنگز ار انکلوڈڈ ان دا کلمہ۔</w:t>
      </w:r>
    </w:p>
    <w:p>
      <w:r>
        <w:rPr>
          <w:b/>
        </w:rPr>
        <w:t xml:space="preserve">[1:03:25] </w:t>
      </w:r>
      <w:r>
        <w:t>all these things are included in the kalma.</w:t>
      </w:r>
    </w:p>
    <w:p>
      <w:pPr>
        <w:jc w:val="right"/>
      </w:pPr>
      <w:r>
        <w:t>ال دس تھنگز ار انکلوڈڈ ان دا کلمہ۔</w:t>
      </w:r>
    </w:p>
    <w:p>
      <w:r>
        <w:rPr>
          <w:b/>
        </w:rPr>
        <w:t xml:space="preserve">[1:03:32] </w:t>
      </w:r>
      <w:r>
        <w:t>so, when you recite kalma, you have to study the life of the prophet, the hadith of the prophet, the sayings of the prophet, so that you may know that what, what is prophethood</w:t>
      </w:r>
    </w:p>
    <w:p>
      <w:pPr>
        <w:jc w:val="right"/>
      </w:pPr>
      <w:r>
        <w:t>سو، وین یو ریسائیٹ کلمہ، یو ہیو ٹو اسٹڈی دا لائف اف دا پرافٹ، دا حدیث اف دا پرافٹ، دا سینگز اف دا پرافٹ، سو دیٹ یو می نو دیٹ واٹ، واٹ از پرافٹ ہڈ</w:t>
      </w:r>
    </w:p>
    <w:p>
      <w:r>
        <w:rPr>
          <w:b/>
        </w:rPr>
        <w:t xml:space="preserve">[1:03:52] </w:t>
      </w:r>
      <w:r>
        <w:t>, what is my responsibility towards prophethood, what prophet has said about my responsibilities.</w:t>
      </w:r>
    </w:p>
    <w:p>
      <w:pPr>
        <w:jc w:val="right"/>
      </w:pPr>
      <w:r>
        <w:t>، واٹ از مائی ریسپانسبیلٹی ٹورڈز پرافٹ ہڈ، واٹ پرافٹ ہیز سیڈ اباؤٹ مائی ریسپانسبیلٹیز۔</w:t>
      </w:r>
    </w:p>
    <w:p>
      <w:r>
        <w:rPr>
          <w:b/>
        </w:rPr>
        <w:t xml:space="preserve">[1:04:03] </w:t>
      </w:r>
      <w:r>
        <w:t>all these things you can know only after study.</w:t>
      </w:r>
    </w:p>
    <w:p>
      <w:pPr>
        <w:jc w:val="right"/>
      </w:pPr>
      <w:r>
        <w:t>ال دس تھنگز یو کین نو اونلی افٹر اسٹڈی۔</w:t>
      </w:r>
    </w:p>
    <w:p>
      <w:r>
        <w:rPr>
          <w:b/>
        </w:rPr>
        <w:t xml:space="preserve">[1:04:07] </w:t>
      </w:r>
      <w:r>
        <w:t>when the prophet of Islam</w:t>
      </w:r>
    </w:p>
    <w:p>
      <w:pPr>
        <w:jc w:val="right"/>
      </w:pPr>
      <w:r>
        <w:t>وین دا پرافٹ اف اسلام</w:t>
      </w:r>
    </w:p>
    <w:p>
      <w:r>
        <w:rPr>
          <w:b/>
        </w:rPr>
        <w:t xml:space="preserve">[1:04:13] </w:t>
      </w:r>
      <w:r>
        <w:t>was in Mecca, Mecca people offered him</w:t>
      </w:r>
    </w:p>
    <w:p>
      <w:pPr>
        <w:jc w:val="right"/>
      </w:pPr>
      <w:r>
        <w:t>واز ان مکہ، مکہ پیپل افرڈ ہم</w:t>
      </w:r>
    </w:p>
    <w:p>
      <w:r>
        <w:rPr>
          <w:b/>
        </w:rPr>
        <w:t xml:space="preserve">[1:04:24] </w:t>
      </w:r>
      <w:r>
        <w:t>political seat. They said: "in trin mulkan mulkana ka alaina,</w:t>
      </w:r>
    </w:p>
    <w:p>
      <w:pPr>
        <w:jc w:val="right"/>
      </w:pPr>
      <w:r>
        <w:t>پولیٹیکل سیٹ۔ دے سیڈ: "ان ترین ملکن ملکنا کا علینا،</w:t>
      </w:r>
    </w:p>
    <w:p>
      <w:r>
        <w:rPr>
          <w:b/>
        </w:rPr>
        <w:t xml:space="preserve">[1:04:36] </w:t>
      </w:r>
      <w:r>
        <w:t>in trin mulkan mulkana ka alaina, if you want political rule, we will appoint you as a political head of our society." but he refused to accept this offer.</w:t>
      </w:r>
    </w:p>
    <w:p>
      <w:pPr>
        <w:jc w:val="right"/>
      </w:pPr>
      <w:r>
        <w:t>ان ترین ملکن ملکنا کا علینا، اف یو وانٹ پولیٹیکل رول، وی ول اپوائنٹ یو ایز اے پولیٹیکل ہیڈ اف اور سوسائٹی۔" بٹ ہی ریفیوز ٹو ایکسیپٹ دس افر۔</w:t>
      </w:r>
    </w:p>
    <w:p>
      <w:r>
        <w:rPr>
          <w:b/>
        </w:rPr>
        <w:t xml:space="preserve">[1:04:59] </w:t>
      </w:r>
      <w:r>
        <w:t>he said:</w:t>
      </w:r>
    </w:p>
    <w:p>
      <w:pPr>
        <w:jc w:val="right"/>
      </w:pPr>
      <w:r>
        <w:t>ہی سیڈ:</w:t>
      </w:r>
    </w:p>
    <w:p>
      <w:r>
        <w:rPr>
          <w:b/>
        </w:rPr>
        <w:t xml:space="preserve">[1:05:04] </w:t>
      </w:r>
      <w:r>
        <w:t>"ma bu'is tulihaza i was not sent for this purpose." why? why he refused to accept this political offer?</w:t>
      </w:r>
    </w:p>
    <w:p>
      <w:pPr>
        <w:jc w:val="right"/>
      </w:pPr>
      <w:r>
        <w:t>"ما بوئس تو لہذا ائی واز ناٹ سینڈ فار دس پرپس۔" وائی؟ وائی ہی ریفیوز ٹو ایکسیپٹ دس پولیٹیکل افر؟</w:t>
      </w:r>
    </w:p>
    <w:p>
      <w:r>
        <w:rPr>
          <w:b/>
        </w:rPr>
        <w:t xml:space="preserve">[1:05:17] </w:t>
      </w:r>
      <w:r>
        <w:t>because its is not the target of the prophet of Islam. it not his target</w:t>
      </w:r>
    </w:p>
    <w:p>
      <w:pPr>
        <w:jc w:val="right"/>
      </w:pPr>
      <w:r>
        <w:t>بیکاز اٹس از ناٹ دا ٹارگٹ اف دا پرافٹ اف اسلام۔ اٹ ناٹ ہز ٹارگٹ</w:t>
      </w:r>
    </w:p>
    <w:p>
      <w:r>
        <w:rPr>
          <w:b/>
        </w:rPr>
        <w:t xml:space="preserve">[1:05:29] </w:t>
      </w:r>
      <w:r>
        <w:t>. what was his target? his target was very clear.</w:t>
      </w:r>
    </w:p>
    <w:p>
      <w:pPr>
        <w:jc w:val="right"/>
      </w:pPr>
      <w:r>
        <w:t>۔ واٹ واز ہز ٹارگٹ؟ ہز ٹارگٹ واز ویری کلیئر۔</w:t>
      </w:r>
    </w:p>
    <w:p>
      <w:r>
        <w:rPr>
          <w:b/>
        </w:rPr>
        <w:t xml:space="preserve">[1:05:41] </w:t>
      </w:r>
      <w:r>
        <w:t>for example, when he reached Medina and he addressed Medina people, he said: "atqun nar walaw bishaqi tamra,</w:t>
      </w:r>
    </w:p>
    <w:p>
      <w:pPr>
        <w:jc w:val="right"/>
      </w:pPr>
      <w:r>
        <w:t>فار ایگزامپل، وین ہی ریچڈ مدینہ اینڈ ہی ایڈریس مدینہ پیپل، ہی سیڈ: "اتق النار ولو بشق تمرا،</w:t>
      </w:r>
    </w:p>
    <w:p>
      <w:r>
        <w:rPr>
          <w:b/>
        </w:rPr>
        <w:t xml:space="preserve">[1:05:57] </w:t>
      </w:r>
      <w:r>
        <w:t>save yourself from hell." save yourself from hell. this was the main concern of the prophet.</w:t>
      </w:r>
    </w:p>
    <w:p>
      <w:pPr>
        <w:jc w:val="right"/>
      </w:pPr>
      <w:r>
        <w:t>سیو یور سیلف فرام ہیل۔" سیو یور سیلف فرام ہیل۔ دس واز دا مین کنسرن اف دا پرافٹ۔</w:t>
      </w:r>
    </w:p>
    <w:p>
      <w:r>
        <w:rPr>
          <w:b/>
        </w:rPr>
        <w:t xml:space="preserve">[1:06:10] </w:t>
      </w:r>
      <w:r>
        <w:t>his concern was not to establish political rule. no, his concern was to save people from hell.</w:t>
      </w:r>
    </w:p>
    <w:p>
      <w:pPr>
        <w:jc w:val="right"/>
      </w:pPr>
      <w:r>
        <w:t>ہز کنسرن واز ناٹ ٹو اسٹیبلش پولیٹیکل رول۔ نو، ہز کنسرن واز ٹو سیو پیپل فرام ہیل۔</w:t>
      </w:r>
    </w:p>
    <w:p>
      <w:r>
        <w:rPr>
          <w:b/>
        </w:rPr>
        <w:t xml:space="preserve">[1:06:24] </w:t>
      </w:r>
      <w:r>
        <w:t>he wanted to</w:t>
      </w:r>
    </w:p>
    <w:p>
      <w:pPr>
        <w:jc w:val="right"/>
      </w:pPr>
      <w:r>
        <w:t>ہی وانٹڈ ٹو</w:t>
      </w:r>
    </w:p>
    <w:p>
      <w:r>
        <w:rPr>
          <w:b/>
        </w:rPr>
        <w:t xml:space="preserve">[1:06:28] </w:t>
      </w:r>
      <w:r>
        <w:t>to guide people. He wanted to make people aware about the fact that after death, there is hell and paradise.</w:t>
      </w:r>
    </w:p>
    <w:p>
      <w:pPr>
        <w:jc w:val="right"/>
      </w:pPr>
      <w:r>
        <w:t>ٹو گائیڈ پیپل۔ ہی وانٹڈ ٹو میک پیپل اویئر اباؤٹ دا فیکٹ دیٹ افٹر ڈیتھ، دیر از ہیل اینڈ پیراڈائز۔</w:t>
      </w:r>
    </w:p>
    <w:p>
      <w:r>
        <w:rPr>
          <w:b/>
        </w:rPr>
        <w:t xml:space="preserve">[1:06:40] </w:t>
      </w:r>
      <w:r>
        <w:t>So, he wanted to tell to the people what is the way towards paradise. This was the, this was his supreme concern.</w:t>
      </w:r>
    </w:p>
    <w:p>
      <w:pPr>
        <w:jc w:val="right"/>
      </w:pPr>
      <w:r>
        <w:t>سو، ہی وانٹڈ ٹو ٹیل ٹو دا پیپل واٹ از دا وے ٹورڈز پیراڈائز۔ دس واز دا، دس واز ہز سپریم کنسرن۔</w:t>
      </w:r>
    </w:p>
    <w:p>
      <w:r>
        <w:rPr>
          <w:b/>
        </w:rPr>
        <w:t xml:space="preserve">[1:06:54] </w:t>
      </w:r>
      <w:r>
        <w:t>So, he said: "Ayya naas,</w:t>
      </w:r>
    </w:p>
    <w:p>
      <w:pPr>
        <w:jc w:val="right"/>
      </w:pPr>
      <w:r>
        <w:t>سو، ہی سیڈ: "ایو ناس،</w:t>
      </w:r>
    </w:p>
    <w:p>
      <w:r>
        <w:rPr>
          <w:b/>
        </w:rPr>
        <w:t xml:space="preserve">[1:07:03] </w:t>
      </w:r>
      <w:r>
        <w:t>Al Quran and all the Hadith</w:t>
      </w:r>
    </w:p>
    <w:p>
      <w:pPr>
        <w:jc w:val="right"/>
      </w:pPr>
      <w:r>
        <w:t>ال قران اینڈ ال دا حدیث</w:t>
      </w:r>
    </w:p>
    <w:p>
      <w:r>
        <w:rPr>
          <w:b/>
        </w:rPr>
        <w:t xml:space="preserve">[1:07:09] </w:t>
      </w:r>
      <w:r>
        <w:t>is full of this point. If you read Quran, if you read Hadith, you find that the main concern, the sole concern of Quran and Hadith is to guide people so that they may be able to enter paradise.</w:t>
      </w:r>
    </w:p>
    <w:p>
      <w:pPr>
        <w:jc w:val="right"/>
      </w:pPr>
      <w:r>
        <w:t>از فل اف دس پوائنٹ۔ اف یو ریڈ قران، اف یو ریڈ حدیث، یو فائنڈ دیٹ دا مین کنسرن، دا سول کنسرن اف قران اینڈ حدیث از ٹو گائیڈ پیپل سو دیٹ دے می بی ایبل ٹو انٹر پیراڈائز۔</w:t>
      </w:r>
    </w:p>
    <w:p>
      <w:r>
        <w:rPr>
          <w:b/>
        </w:rPr>
        <w:t xml:space="preserve">[1:07:26] </w:t>
      </w:r>
      <w:r>
        <w:t>Paradise is sole concern.</w:t>
      </w:r>
    </w:p>
    <w:p>
      <w:pPr>
        <w:jc w:val="right"/>
      </w:pPr>
      <w:r>
        <w:t>پیراڈائز از سول کنسرن۔</w:t>
      </w:r>
    </w:p>
    <w:p>
      <w:r>
        <w:rPr>
          <w:b/>
        </w:rPr>
        <w:t xml:space="preserve">[1:07:33] </w:t>
      </w:r>
      <w:r>
        <w:t>This very very important to know.</w:t>
      </w:r>
    </w:p>
    <w:p>
      <w:pPr>
        <w:jc w:val="right"/>
      </w:pPr>
      <w:r>
        <w:t>دس ویری ویری امپورٹنٹ ٹو نو۔</w:t>
      </w:r>
    </w:p>
    <w:p>
      <w:r>
        <w:rPr>
          <w:b/>
        </w:rPr>
        <w:t xml:space="preserve">[1:07:37] </w:t>
      </w:r>
      <w:r>
        <w:t>Prophet of Islam was not sent for this purpose to establish political rule. Political rule is very very small thing.</w:t>
      </w:r>
    </w:p>
    <w:p>
      <w:pPr>
        <w:jc w:val="right"/>
      </w:pPr>
      <w:r>
        <w:t>پرافٹ اف اسلام واز ناٹ سینڈ فار دس پرپس ٹو اسٹیبلش پولیٹیکل رول۔ پولیٹیکل رول از ویری ویری سمال تھنگز۔</w:t>
      </w:r>
    </w:p>
    <w:p>
      <w:r>
        <w:rPr>
          <w:b/>
        </w:rPr>
        <w:t xml:space="preserve">[1:07:50] </w:t>
      </w:r>
      <w:r>
        <w:t>The eternal question is how to find entry into paradise.</w:t>
      </w:r>
    </w:p>
    <w:p>
      <w:pPr>
        <w:jc w:val="right"/>
      </w:pPr>
      <w:r>
        <w:t>دا ایٹرنل کوسچن از ہاؤ ٹو فائنڈ انٹری انٹو پیراڈائز۔</w:t>
      </w:r>
    </w:p>
    <w:p>
      <w:r>
        <w:rPr>
          <w:b/>
        </w:rPr>
        <w:t xml:space="preserve">[1:08:00] </w:t>
      </w:r>
      <w:r>
        <w:t>Eternal question for every person, everyone, every man and woman is how to get entry into paradise.</w:t>
      </w:r>
    </w:p>
    <w:p>
      <w:pPr>
        <w:jc w:val="right"/>
      </w:pPr>
      <w:r>
        <w:t>ایٹرنل کوسچن فار ایوری پرسن، ایوری ون، ایوری مین اینڈ وومن از ہاؤ ٹو گیٹ انٹری انٹو پیراڈائز۔</w:t>
      </w:r>
    </w:p>
    <w:p>
      <w:r>
        <w:rPr>
          <w:b/>
        </w:rPr>
        <w:t xml:space="preserve">[1:08:11] </w:t>
      </w:r>
      <w:r>
        <w:t>This eternal question because after death, either you full face eternally hell, or you have to live eternally in paradise.</w:t>
      </w:r>
    </w:p>
    <w:p>
      <w:pPr>
        <w:jc w:val="right"/>
      </w:pPr>
      <w:r>
        <w:t>دس ایٹرنل کوسچن بیکاز افٹر ڈیتھ، ایدر یو فل فیس ایٹرنلی ہیل، اور یو ہیو ٹو لیو ایٹرنلی ان پیراڈائز۔</w:t>
      </w:r>
    </w:p>
    <w:p>
      <w:r>
        <w:rPr>
          <w:b/>
        </w:rPr>
        <w:t xml:space="preserve">[1:08:25] </w:t>
      </w:r>
      <w:r>
        <w:t>So, this eternal issue is the biggest issue for every person.</w:t>
      </w:r>
    </w:p>
    <w:p>
      <w:pPr>
        <w:jc w:val="right"/>
      </w:pPr>
      <w:r>
        <w:t>سو، دس ایٹرنل ایشو از دا بگسٹ ایشو فار ایوری پرسن۔</w:t>
      </w:r>
    </w:p>
    <w:p>
      <w:r>
        <w:rPr>
          <w:b/>
        </w:rPr>
        <w:t xml:space="preserve">[1:08:34] </w:t>
      </w:r>
      <w:r>
        <w:t>So, Prophet wanted to make people aware of this fact.</w:t>
      </w:r>
    </w:p>
    <w:p>
      <w:pPr>
        <w:jc w:val="right"/>
      </w:pPr>
      <w:r>
        <w:t>سو، پرافٹ وانٹڈ ٹو میک پیپل اویئر اف دس فیکٹ۔</w:t>
      </w:r>
    </w:p>
    <w:p>
      <w:r>
        <w:rPr>
          <w:b/>
        </w:rPr>
        <w:t xml:space="preserve">[1:08:45] </w:t>
      </w:r>
      <w:r>
        <w:t>This is the main point. What is not the concern of the Prophet of Islam? What is the social phenomena? Social phenomena,</w:t>
      </w:r>
    </w:p>
    <w:p>
      <w:pPr>
        <w:jc w:val="right"/>
      </w:pPr>
      <w:r>
        <w:t>دس از دا مین پوائنٹ۔ واٹ از ناٹ دا کنسرن اف دا پرافٹ اف اسلام؟ واٹ از دا سوشل فیناومینا؟ سوشل فیناومینا،</w:t>
      </w:r>
    </w:p>
    <w:p>
      <w:r>
        <w:rPr>
          <w:b/>
        </w:rPr>
        <w:t xml:space="preserve">[1:08:58] </w:t>
      </w:r>
      <w:r>
        <w:t>Social phenomena, social phenomena is very small thing. The most important thing is that you have to find place in paradise that is eternal.</w:t>
      </w:r>
    </w:p>
    <w:p>
      <w:pPr>
        <w:jc w:val="right"/>
      </w:pPr>
      <w:r>
        <w:t>سوشل فیناومینا، سوشل فیناومینا از ویری سمال تھنگ۔ دا موسٹ امپورٹنٹ تھنگ از دیٹ یو ہیو ٹو فائنڈ پلیس ان پیراڈائز دیٹ از ایٹرنل۔</w:t>
      </w:r>
    </w:p>
    <w:p>
      <w:r>
        <w:rPr>
          <w:b/>
        </w:rPr>
        <w:t xml:space="preserve">[1:09:14] </w:t>
      </w:r>
      <w:r>
        <w:t>So, all the, all the, all the revelations recorded in the Quran and all the sayings of the Prophet recorded in the Hadith</w:t>
      </w:r>
    </w:p>
    <w:p>
      <w:pPr>
        <w:jc w:val="right"/>
      </w:pPr>
      <w:r>
        <w:t>سو، ال دا، ال دا، ال دا ریولیشنز ریکارڈڈ ان دا قران اینڈ ال دا سینگز اف دا پرافٹ ریکارڈڈ ان دا حدیث</w:t>
      </w:r>
    </w:p>
    <w:p>
      <w:r>
        <w:rPr>
          <w:b/>
        </w:rPr>
        <w:t xml:space="preserve">[1:09:28] </w:t>
      </w:r>
      <w:r>
        <w:t>is revolving</w:t>
      </w:r>
    </w:p>
    <w:p>
      <w:pPr>
        <w:jc w:val="right"/>
      </w:pPr>
      <w:r>
        <w:t>از ریوالونگ</w:t>
      </w:r>
    </w:p>
    <w:p>
      <w:r>
        <w:rPr>
          <w:b/>
        </w:rPr>
        <w:t xml:space="preserve">[1:09:34] </w:t>
      </w:r>
      <w:r>
        <w:t>towards this issue. And how one can find a place in paradise?</w:t>
      </w:r>
    </w:p>
    <w:p>
      <w:pPr>
        <w:jc w:val="right"/>
      </w:pPr>
      <w:r>
        <w:t>ٹورڈز دس ایشو۔ اینڈ ہاؤ ون کین فائنڈ ا پلیس ان پیراڈائز؟</w:t>
      </w:r>
    </w:p>
    <w:p>
      <w:r>
        <w:rPr>
          <w:b/>
        </w:rPr>
        <w:t xml:space="preserve">[1:09:48] </w:t>
      </w:r>
      <w:r>
        <w:t>I think that the crux of the issue or chest of the issue is that you have to build your mind.</w:t>
      </w:r>
    </w:p>
    <w:p>
      <w:pPr>
        <w:jc w:val="right"/>
      </w:pPr>
      <w:r>
        <w:t>ائی تھنک دیٹ دا کرکس اف دا ایشو اور چسٹ اف دا ایشو از دیٹ یو ہیو ٹو بلڈ یور مائنڈ۔</w:t>
      </w:r>
    </w:p>
    <w:p>
      <w:r>
        <w:rPr>
          <w:b/>
        </w:rPr>
        <w:t xml:space="preserve">[1:10:01] </w:t>
      </w:r>
      <w:r>
        <w:t>You have to build a personality that deserve to find entry into paradise.</w:t>
      </w:r>
    </w:p>
    <w:p>
      <w:pPr>
        <w:jc w:val="right"/>
      </w:pPr>
      <w:r>
        <w:t>یو ہیو ٹو بلڈ ا پرسنیلٹی دیٹ ڈیزرو ٹو فائنڈ انٹری انٹو پیراڈائز۔</w:t>
      </w:r>
    </w:p>
    <w:p>
      <w:r>
        <w:rPr>
          <w:b/>
        </w:rPr>
        <w:t xml:space="preserve">[1:10:10] </w:t>
      </w:r>
      <w:r>
        <w:t>God sent you in this earth with complete freedom. Complete freedom.</w:t>
      </w:r>
    </w:p>
    <w:p>
      <w:pPr>
        <w:jc w:val="right"/>
      </w:pPr>
      <w:r>
        <w:t>گاڈ سینڈ یو ان دس ارتھ ود کمپلیٹ فریڈم۔ کمپلیٹ فریڈم۔</w:t>
      </w:r>
    </w:p>
    <w:p>
      <w:r>
        <w:rPr>
          <w:b/>
        </w:rPr>
        <w:t xml:space="preserve">[1:10:20] </w:t>
      </w:r>
      <w:r>
        <w:t>But at the same time, there are so many negative items in this world. You have to live in a society.</w:t>
      </w:r>
    </w:p>
    <w:p>
      <w:pPr>
        <w:jc w:val="right"/>
      </w:pPr>
      <w:r>
        <w:t>بٹ ایٹ دا سیم ٹائم، دیر ار سو مینی نیگیٹیو ائٹمز ان دس ورلڈ۔ یو ہیو ٹو لیو ان ا سوسائٹی۔</w:t>
      </w:r>
    </w:p>
    <w:p>
      <w:r>
        <w:rPr>
          <w:b/>
        </w:rPr>
        <w:t xml:space="preserve">[1:10:29] </w:t>
      </w:r>
      <w:r>
        <w:t>Everyone of the society has the same enjoy the same freedom which you enjoy. So, everyone is free.</w:t>
      </w:r>
    </w:p>
    <w:p>
      <w:pPr>
        <w:jc w:val="right"/>
      </w:pPr>
      <w:r>
        <w:t>ایوری ون اف دا سوسائٹی ہیز دا سیم انجوائے دا سیم فریڈم وچ یو انجوائے۔ سو، ایوری ون از فری۔</w:t>
      </w:r>
    </w:p>
    <w:p>
      <w:r>
        <w:rPr>
          <w:b/>
        </w:rPr>
        <w:t xml:space="preserve">[1:10:39] </w:t>
      </w:r>
      <w:r>
        <w:t>So, every time, there are some un present situation for you. Every time, there are bad things for you.</w:t>
      </w:r>
    </w:p>
    <w:p>
      <w:pPr>
        <w:jc w:val="right"/>
      </w:pPr>
      <w:r>
        <w:t>سو، ایوری ٹائم، دیر ار سم ان پریزنٹ سچویشن فار یو۔ ایوری ٹائم، دیر ار بیڈ تھنگز فار یو۔</w:t>
      </w:r>
    </w:p>
    <w:p>
      <w:r>
        <w:rPr>
          <w:b/>
        </w:rPr>
        <w:t xml:space="preserve">[1:10:49] </w:t>
      </w:r>
      <w:r>
        <w:t>So, you become angry.</w:t>
      </w:r>
    </w:p>
    <w:p>
      <w:pPr>
        <w:jc w:val="right"/>
      </w:pPr>
      <w:r>
        <w:t>سو، یو بیکم اینگری۔</w:t>
      </w:r>
    </w:p>
    <w:p>
      <w:r>
        <w:rPr>
          <w:b/>
        </w:rPr>
        <w:t xml:space="preserve">[1:10:54] </w:t>
      </w:r>
      <w:r>
        <w:t>Here is the, here is the real test</w:t>
      </w:r>
    </w:p>
    <w:p>
      <w:pPr>
        <w:jc w:val="right"/>
      </w:pPr>
      <w:r>
        <w:t>ہیر از دا، ہیر از دا ریئل ٹیسٹ</w:t>
      </w:r>
    </w:p>
    <w:p>
      <w:r>
        <w:rPr>
          <w:b/>
        </w:rPr>
        <w:t xml:space="preserve">[1:10:59] </w:t>
      </w:r>
      <w:r>
        <w:t>. There is a verse in the Quran: "zalqah jaza mantzqa" . Paradise is for those who</w:t>
      </w:r>
    </w:p>
    <w:p>
      <w:pPr>
        <w:jc w:val="right"/>
      </w:pPr>
      <w:r>
        <w:t>۔ دیر از ا ورس ان دا قران: "زالکہ جزا منتذکا"۔ پیراڈائز از فار دوز ہو</w:t>
      </w:r>
    </w:p>
    <w:p>
      <w:r>
        <w:rPr>
          <w:b/>
        </w:rPr>
        <w:t xml:space="preserve">[1:11:13] </w:t>
      </w:r>
      <w:r>
        <w:t>purify der soul.</w:t>
      </w:r>
    </w:p>
    <w:p>
      <w:pPr>
        <w:jc w:val="right"/>
      </w:pPr>
      <w:r>
        <w:t>پیوریفائی دیر سول۔</w:t>
      </w:r>
    </w:p>
    <w:p>
      <w:r>
        <w:rPr>
          <w:b/>
        </w:rPr>
        <w:t xml:space="preserve">[1:11:18] </w:t>
      </w:r>
      <w:r>
        <w:t>paradise for those who purify their soul. So, only purified person can find entry into the paradise.</w:t>
      </w:r>
    </w:p>
    <w:p>
      <w:pPr>
        <w:jc w:val="right"/>
      </w:pPr>
      <w:r>
        <w:t>پیراڈائز فار دوز ہو پیوریفائی دیر سول۔ تو، اونلی پیوریفائیڈ پرسن کین فائنڈ انٹری انٹو دا پیراڈائز۔</w:t>
      </w:r>
    </w:p>
    <w:p>
      <w:r>
        <w:rPr>
          <w:b/>
        </w:rPr>
        <w:t xml:space="preserve">[1:11:29] </w:t>
      </w:r>
      <w:r>
        <w:t>to, heer in this world, we ar far this purpose to purify our soul.</w:t>
      </w:r>
    </w:p>
    <w:p>
      <w:pPr>
        <w:jc w:val="right"/>
      </w:pPr>
      <w:r>
        <w:t>تو، ہیر ان دس ورلڈ، وی ار فار دس پرپس ٹو پیوریفائی اور سول۔</w:t>
      </w:r>
    </w:p>
    <w:p>
      <w:r>
        <w:rPr>
          <w:b/>
        </w:rPr>
        <w:t xml:space="preserve">[1:11:38] </w:t>
      </w:r>
      <w:r>
        <w:t>now, what iz to purify our soul? what iz this purification</w:t>
      </w:r>
    </w:p>
    <w:p>
      <w:pPr>
        <w:jc w:val="right"/>
      </w:pPr>
      <w:r>
        <w:t>ناو، واٹ از ٹو پیوریفائی اور سول؟ واٹ از دس پیوریفیکیشن</w:t>
      </w:r>
    </w:p>
    <w:p>
      <w:r>
        <w:rPr>
          <w:b/>
        </w:rPr>
        <w:t xml:space="preserve">[1:11:46] </w:t>
      </w:r>
      <w:r>
        <w:t>? it iz to save yourself from negativity, to save yourself from anger, to save yourself from intolerance, to save yourself from dishonesty, to save yourself from injustice.</w:t>
      </w:r>
    </w:p>
    <w:p>
      <w:pPr>
        <w:jc w:val="right"/>
      </w:pPr>
      <w:r>
        <w:t>؟ اٹ از ٹو سیو یور سیلف فرام نیگیٹیوٹی، ٹو سیو یور سیلف فرام اینگر، ٹو سیو یور سیلف فرام انٹولرنس، ٹو سیو یور سیلف فرام ڈس اونسٹی، ٹو سیو یور سیلف فرام انجسٹس۔</w:t>
      </w:r>
    </w:p>
    <w:p>
      <w:r>
        <w:rPr>
          <w:b/>
        </w:rPr>
        <w:t xml:space="preserve">[1:12:04] </w:t>
      </w:r>
      <w:r>
        <w:t>in this world, every time, you ar living in a challenge</w:t>
      </w:r>
    </w:p>
    <w:p>
      <w:pPr>
        <w:jc w:val="right"/>
      </w:pPr>
      <w:r>
        <w:t>ان دس ورلڈ، ایوری ٹائم، یو ار لیونگ ان ا چیلنج</w:t>
      </w:r>
    </w:p>
    <w:p>
      <w:r>
        <w:rPr>
          <w:b/>
        </w:rPr>
        <w:t xml:space="preserve">[1:12:11] </w:t>
      </w:r>
      <w:r>
        <w:t>. every time, der ar,</w:t>
      </w:r>
    </w:p>
    <w:p>
      <w:pPr>
        <w:jc w:val="right"/>
      </w:pPr>
      <w:r>
        <w:t>۔ ایوری ٹائم، دیر ار،</w:t>
      </w:r>
    </w:p>
    <w:p>
      <w:r>
        <w:rPr>
          <w:b/>
        </w:rPr>
        <w:t xml:space="preserve">[1:12:16] </w:t>
      </w:r>
      <w:r>
        <w:t>There are bad things for you. Every time, your Satan guides you towards these bad things.</w:t>
      </w:r>
    </w:p>
    <w:p>
      <w:pPr>
        <w:jc w:val="right"/>
      </w:pPr>
      <w:r>
        <w:t>دیر ار بیڈ تھنگز فار یو۔ ایوری ٹائم، یو سیٹن گائیڈس یو ٹورڈز دس بیڈ تھنگز۔</w:t>
      </w:r>
    </w:p>
    <w:p>
      <w:r>
        <w:rPr>
          <w:b/>
        </w:rPr>
        <w:t xml:space="preserve">[1:12:31] </w:t>
      </w:r>
      <w:r>
        <w:t>Satan is with you every time to misguide you, to save yourself from misguidance of Satan.</w:t>
      </w:r>
    </w:p>
    <w:p>
      <w:pPr>
        <w:jc w:val="right"/>
      </w:pPr>
      <w:r>
        <w:t>سیٹن از ود یو ایوری ٹائم ٹو مس گائیڈ یو، ٹو سیو یور سیلف فرام مس گائیڈنس اف سیٹن۔</w:t>
      </w:r>
    </w:p>
    <w:p>
      <w:r>
        <w:rPr>
          <w:b/>
        </w:rPr>
        <w:t xml:space="preserve">[1:12:41] </w:t>
      </w:r>
      <w:r>
        <w:t>Satan wants to misguide you, and you have to save yourself from misguidance, to save yourself from dishonesty, to save yourself from intolerance, to yourself, to save yourself from injustice,</w:t>
      </w:r>
    </w:p>
    <w:p>
      <w:pPr>
        <w:jc w:val="right"/>
      </w:pPr>
      <w:r>
        <w:t>سیٹن وانٹس ٹو مس گائیڈ یو، اینڈ یو ہیو ٹو سیو یور سیلف فرام مس گائیڈنس، ٹو سیو یور سیلف فرام ڈس اونسٹی، ٹو سیو یور سیلف فرام انٹولرنس، ٹو یور سیلف، ٹو سیو یور سیلف فرام انجسٹس،</w:t>
      </w:r>
    </w:p>
    <w:p>
      <w:r>
        <w:rPr>
          <w:b/>
        </w:rPr>
        <w:t xml:space="preserve">[1:13:04] </w:t>
      </w:r>
      <w:r>
        <w:t>to yourself, to save yourself from</w:t>
      </w:r>
    </w:p>
    <w:p>
      <w:pPr>
        <w:jc w:val="right"/>
      </w:pPr>
      <w:r>
        <w:t>ٹو یور سیلف، ٹو سیو یور سیلف فرام</w:t>
      </w:r>
    </w:p>
    <w:p>
      <w:r>
        <w:rPr>
          <w:b/>
        </w:rPr>
        <w:t xml:space="preserve">[1:13:09] </w:t>
      </w:r>
      <w:r>
        <w:t>all those bad characters.</w:t>
      </w:r>
    </w:p>
    <w:p>
      <w:pPr>
        <w:jc w:val="right"/>
      </w:pPr>
      <w:r>
        <w:t>ال دوز بیڈ کریکٹرز۔</w:t>
      </w:r>
    </w:p>
    <w:p>
      <w:r>
        <w:rPr>
          <w:b/>
        </w:rPr>
        <w:t xml:space="preserve">[1:13:15] </w:t>
      </w:r>
      <w:r>
        <w:t>so, one who succeeds successfully saves him self from this bad thing, he will be rewarded paradise.</w:t>
      </w:r>
    </w:p>
    <w:p>
      <w:pPr>
        <w:jc w:val="right"/>
      </w:pPr>
      <w:r>
        <w:t>سو، ون ہو سکسیس فلی سیوز ہم سیلف فرام دس بیڈ تھنگ، ہی ول بی ریوارڈڈ پیراڈائز۔</w:t>
      </w:r>
    </w:p>
    <w:p>
      <w:r>
        <w:rPr>
          <w:b/>
        </w:rPr>
        <w:t xml:space="preserve">[1:13:25] </w:t>
      </w:r>
      <w:r>
        <w:t>paradise is for those people who die and they have purified their soul.</w:t>
      </w:r>
    </w:p>
    <w:p>
      <w:pPr>
        <w:jc w:val="right"/>
      </w:pPr>
      <w:r>
        <w:t>پیراڈائز از فار دوز پیپل ہو ڈائی اینڈ دے ہیو پیوریفائیڈ دیر سول۔</w:t>
      </w:r>
    </w:p>
    <w:p>
      <w:r>
        <w:rPr>
          <w:b/>
        </w:rPr>
        <w:t xml:space="preserve">[1:13:37] </w:t>
      </w:r>
      <w:r>
        <w:t>this is the only criteria for finding seat in paradise.</w:t>
      </w:r>
    </w:p>
    <w:p>
      <w:pPr>
        <w:jc w:val="right"/>
      </w:pPr>
      <w:r>
        <w:t>دس از دا اونلی کرائٹیریا فار فائنڈنگ سیٹ ان پیراڈائز۔</w:t>
      </w:r>
    </w:p>
    <w:p>
      <w:r>
        <w:rPr>
          <w:b/>
        </w:rPr>
        <w:t xml:space="preserve">[1:13:50] </w:t>
      </w:r>
      <w:r>
        <w:t>may god bless you, may god lead you for good things,</w:t>
      </w:r>
    </w:p>
    <w:p>
      <w:pPr>
        <w:jc w:val="right"/>
      </w:pPr>
      <w:r>
        <w:t>می گاڈ بلیس یو، می گاڈ لیڈ یو فار گڈ تھنگز،</w:t>
      </w:r>
    </w:p>
    <w:p>
      <w:r>
        <w:rPr>
          <w:b/>
        </w:rPr>
        <w:t xml:space="preserve">[1:14:04] </w:t>
      </w:r>
      <w:r>
        <w:t>may god lead you to live that kind of life that is a certificate for entry into paradise.</w:t>
      </w:r>
    </w:p>
    <w:p>
      <w:pPr>
        <w:jc w:val="right"/>
      </w:pPr>
      <w:r>
        <w:t>می گاڈ لیڈ یو ٹو لیو دیٹ کائنڈ اف لائف دیٹ از ا سرٹیفیکیٹ فار انٹری انٹو پیراڈائز۔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