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Religion in The Age Of Science I 29th Sep.07</w:t>
      </w:r>
    </w:p>
    <w:p>
      <w:r>
        <w:t>https://www.youtube.com/watch?v=nN2u0Zmkl-U</w:t>
      </w:r>
    </w:p>
    <w:p>
      <w:r>
        <w:rPr>
          <w:b/>
        </w:rPr>
        <w:t xml:space="preserve">[00:06] </w:t>
      </w:r>
      <w:r>
        <w:t>Bismillah hir rahman nir rahim, wa salla Allahu ala an-nabiyyil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[00:14] </w:t>
      </w:r>
      <w:r>
        <w:t>Rabbi-shrah li sadri, wa yassir li amri, wah-lul 'uqdatan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[00:22] </w:t>
      </w:r>
      <w:r>
        <w:t>Aaj ka jo topic hai woh hai "Religion in the Age of Science".</w:t>
      </w:r>
    </w:p>
    <w:p>
      <w:pPr>
        <w:jc w:val="right"/>
      </w:pPr>
      <w:r>
        <w:t>آج کا جو ٹاپک ہے وہ ہے "Religion in the Age of Science"۔</w:t>
      </w:r>
    </w:p>
    <w:p>
      <w:r>
        <w:rPr>
          <w:b/>
        </w:rPr>
        <w:t xml:space="preserve">[00:30] </w:t>
      </w:r>
      <w:r>
        <w:t>Religion in the Age of Science.</w:t>
      </w:r>
    </w:p>
    <w:p>
      <w:pPr>
        <w:jc w:val="right"/>
      </w:pPr>
      <w:r>
        <w:t>Religion in the Age of Science۔</w:t>
      </w:r>
    </w:p>
    <w:p>
      <w:r>
        <w:rPr>
          <w:b/>
        </w:rPr>
        <w:t xml:space="preserve">[00:38] </w:t>
      </w:r>
      <w:r>
        <w:t>Dekhiye, science ke reference mein ek baat ka zikr bahut kam hota hai, haalanki wohi sab se aham hai.</w:t>
      </w:r>
    </w:p>
    <w:p>
      <w:pPr>
        <w:jc w:val="right"/>
      </w:pPr>
      <w:r>
        <w:t>دیکھیے، سائنس کے ریفرنس میں ایک بات کا ذکر بہت کم ہوتا ہے، حالانکہ وہی سب سے اہم ہے۔</w:t>
      </w:r>
    </w:p>
    <w:p>
      <w:r>
        <w:rPr>
          <w:b/>
        </w:rPr>
        <w:t xml:space="preserve">[00:46] </w:t>
      </w:r>
      <w:r>
        <w:t>Yeh hai ki is se pehle, yaani pre-scientific age mein, kya tha? Sab kuch speculation par base karta tha.</w:t>
      </w:r>
    </w:p>
    <w:p>
      <w:pPr>
        <w:jc w:val="right"/>
      </w:pPr>
      <w:r>
        <w:t>یہ ہے کہ اس سے پہلے، یعنی پری سائنٹیفک ایج میں، کیا تھا؟ سب کچھ اسپیکولیشن پر بیس کرتا تھا۔</w:t>
      </w:r>
    </w:p>
    <w:p>
      <w:r>
        <w:rPr>
          <w:b/>
        </w:rPr>
        <w:t xml:space="preserve">[00:54] </w:t>
      </w:r>
      <w:r>
        <w:t>Log speculation ko le kar rai banaya karte the.</w:t>
      </w:r>
    </w:p>
    <w:p>
      <w:pPr>
        <w:jc w:val="right"/>
      </w:pPr>
      <w:r>
        <w:t>لوگ اسپیکولیشن کو لے کر رائے بنایا کرتے تھے۔</w:t>
      </w:r>
    </w:p>
    <w:p>
      <w:r>
        <w:rPr>
          <w:b/>
        </w:rPr>
        <w:t xml:space="preserve">[01:02] </w:t>
      </w:r>
      <w:r>
        <w:t>Science ke zamane mein yeh hua ki ek solid ground mil gayi aadmi ko rai banane ke liye.</w:t>
      </w:r>
    </w:p>
    <w:p>
      <w:pPr>
        <w:jc w:val="right"/>
      </w:pPr>
      <w:r>
        <w:t>سائنس کے زمانے میں یہ ہوا کہ ایک solid ground مل گئی آدمی کو رائے بنانے کے لیے۔</w:t>
      </w:r>
    </w:p>
    <w:p>
      <w:r>
        <w:rPr>
          <w:b/>
        </w:rPr>
        <w:t xml:space="preserve">[01:10] </w:t>
      </w:r>
      <w:r>
        <w:t>Woh hai exact sciences.</w:t>
      </w:r>
    </w:p>
    <w:p>
      <w:pPr>
        <w:jc w:val="right"/>
      </w:pPr>
      <w:r>
        <w:t>وہ ہے exact sciences۔</w:t>
      </w:r>
    </w:p>
    <w:p>
      <w:r>
        <w:rPr>
          <w:b/>
        </w:rPr>
        <w:t xml:space="preserve">[01:18] </w:t>
      </w:r>
      <w:r>
        <w:t>To saare hi jo insaan ke thought the, us mein ek revision ki movement chal padi.</w:t>
      </w:r>
    </w:p>
    <w:p>
      <w:pPr>
        <w:jc w:val="right"/>
      </w:pPr>
      <w:r>
        <w:t>تو سارے ہی جو انسان کے thought تھے، اس میں ایک revision کی movement چل پڑی۔</w:t>
      </w:r>
    </w:p>
    <w:p>
      <w:r>
        <w:rPr>
          <w:b/>
        </w:rPr>
        <w:t xml:space="preserve">[01:27] </w:t>
      </w:r>
      <w:r>
        <w:t>Saare jo insaan ke thought the, pehle wale, un ko revise kiya gaya, har field mein.</w:t>
      </w:r>
    </w:p>
    <w:p>
      <w:pPr>
        <w:jc w:val="right"/>
      </w:pPr>
      <w:r>
        <w:t>سارے جو انسان کے thought تھے، پہلے والے، ان کو revise کیا گیا، ہر field میں۔</w:t>
      </w:r>
    </w:p>
    <w:p>
      <w:r>
        <w:rPr>
          <w:b/>
        </w:rPr>
        <w:t xml:space="preserve">[01:35] </w:t>
      </w:r>
      <w:r>
        <w:t>To ek example mein is ka yeh de doonga ki solar system hamara jo hai, solar system</w:t>
      </w:r>
    </w:p>
    <w:p>
      <w:pPr>
        <w:jc w:val="right"/>
      </w:pPr>
      <w:r>
        <w:t>تو ایک example میں اس کا یہ دے دوں گا کہ solar system ہمارا جو ہے، solar system</w:t>
      </w:r>
    </w:p>
    <w:p>
      <w:r>
        <w:rPr>
          <w:b/>
        </w:rPr>
        <w:t xml:space="preserve">[01:43] </w:t>
      </w:r>
      <w:r>
        <w:t>ko dekh kar aisa lagta tha insaan ko ki hamari jo yeh zameen hai, woh center mein hai</w:t>
      </w:r>
    </w:p>
    <w:p>
      <w:pPr>
        <w:jc w:val="right"/>
      </w:pPr>
      <w:r>
        <w:t>کو دیکھ کر ایسا لگتا تھا انسان کو کہ ہماری جو یہ زمین ہے، وہ center میں ہے</w:t>
      </w:r>
    </w:p>
    <w:p>
      <w:r>
        <w:rPr>
          <w:b/>
        </w:rPr>
        <w:t xml:space="preserve">[01:51] </w:t>
      </w:r>
      <w:r>
        <w:t>aur suraj is ke gird ghoom raha hai.</w:t>
      </w:r>
    </w:p>
    <w:p>
      <w:pPr>
        <w:jc w:val="right"/>
      </w:pPr>
      <w:r>
        <w:t>اور سورج اس کے گرد گھوم رہا ہے۔</w:t>
      </w:r>
    </w:p>
    <w:p>
      <w:r>
        <w:rPr>
          <w:b/>
        </w:rPr>
        <w:t xml:space="preserve">[01:59] </w:t>
      </w:r>
      <w:r>
        <w:t>yani east se nikla, west mein gaya.</w:t>
      </w:r>
    </w:p>
    <w:p>
      <w:pPr>
        <w:jc w:val="right"/>
      </w:pPr>
      <w:r>
        <w:t>یعنی east سے نکلا، west میں گیا۔</w:t>
      </w:r>
    </w:p>
    <w:p>
      <w:r>
        <w:rPr>
          <w:b/>
        </w:rPr>
        <w:t xml:space="preserve">[02:07] </w:t>
      </w:r>
      <w:r>
        <w:t>east se nikla, west mein gaya.</w:t>
      </w:r>
    </w:p>
    <w:p>
      <w:pPr>
        <w:jc w:val="right"/>
      </w:pPr>
      <w:r>
        <w:t>east سے نکلا، west میں گیا۔</w:t>
      </w:r>
    </w:p>
    <w:p>
      <w:r>
        <w:rPr>
          <w:b/>
        </w:rPr>
        <w:t xml:space="preserve">[02:15] </w:t>
      </w:r>
      <w:r>
        <w:t>to lagta tha dekhne se ke zameen center mein hai aur suraj is ke gird ghoom raha hai.</w:t>
      </w:r>
    </w:p>
    <w:p>
      <w:pPr>
        <w:jc w:val="right"/>
      </w:pPr>
      <w:r>
        <w:t>تو لگتا تھا دیکھنے سے کہ زمین center میں ہے اور سورج اس کے گرد گھوم رہا ہے۔</w:t>
      </w:r>
    </w:p>
    <w:p>
      <w:r>
        <w:rPr>
          <w:b/>
        </w:rPr>
        <w:t xml:space="preserve">[02:23] </w:t>
      </w:r>
      <w:r>
        <w:t>to Tolmi ne yeh theory banai jis ko kehte hain geocentric theory.</w:t>
      </w:r>
    </w:p>
    <w:p>
      <w:pPr>
        <w:jc w:val="right"/>
      </w:pPr>
      <w:r>
        <w:t>تو ٹالمی نے یہ تھیوری بنائی جس کو کہتے ہیں geocentric theory۔</w:t>
      </w:r>
    </w:p>
    <w:p>
      <w:r>
        <w:rPr>
          <w:b/>
        </w:rPr>
        <w:t xml:space="preserve">[02:31] </w:t>
      </w:r>
      <w:r>
        <w:t>yani zameen ka center mein hona aur suraj ka is ke gird ghoomna.</w:t>
      </w:r>
    </w:p>
    <w:p>
      <w:pPr>
        <w:jc w:val="right"/>
      </w:pPr>
      <w:r>
        <w:t>یعنی زمین کا center میں ہونا اور سورج کا اس کے گرد گھومنا۔</w:t>
      </w:r>
    </w:p>
    <w:p>
      <w:r>
        <w:rPr>
          <w:b/>
        </w:rPr>
        <w:t xml:space="preserve">[02:40] </w:t>
      </w:r>
      <w:r>
        <w:t>to yeh geocentric theory jo hai, yeh Tolmi ne banai.</w:t>
      </w:r>
    </w:p>
    <w:p>
      <w:pPr>
        <w:jc w:val="right"/>
      </w:pPr>
      <w:r>
        <w:t>تو یہ geocentric theory جو ہے، یہ ٹالمی نے بنائی۔</w:t>
      </w:r>
    </w:p>
    <w:p>
      <w:r>
        <w:rPr>
          <w:b/>
        </w:rPr>
        <w:t xml:space="preserve">[02:48] </w:t>
      </w:r>
      <w:r>
        <w:t>phir Aristotle jo bohat bara philosopher tha, Greece ka, is ne is ko le liya.</w:t>
      </w:r>
    </w:p>
    <w:p>
      <w:pPr>
        <w:jc w:val="right"/>
      </w:pPr>
      <w:r>
        <w:t>پھر Aristotle جو بہت بڑا philosopher تھا، Greece کا، اس نے اس کو لے لیا۔</w:t>
      </w:r>
    </w:p>
    <w:p>
      <w:r>
        <w:rPr>
          <w:b/>
        </w:rPr>
        <w:t xml:space="preserve">[02:56] </w:t>
      </w:r>
      <w:r>
        <w:t>to chunache yeh theory dominate karti rahi bohat dinon tak insan ke mind ko.</w:t>
      </w:r>
    </w:p>
    <w:p>
      <w:pPr>
        <w:jc w:val="right"/>
      </w:pPr>
      <w:r>
        <w:t>تو چنانچہ یہ تھیوری dominate کرتی رہی بہت دنوں تک انسان کے mind کو۔</w:t>
      </w:r>
    </w:p>
    <w:p>
      <w:r>
        <w:rPr>
          <w:b/>
        </w:rPr>
        <w:t xml:space="preserve">[03:04] </w:t>
      </w:r>
      <w:r>
        <w:t>phir kya hua? Galileo aur Copernicus paida hue, unhon ne modern technique se, khaas tor par telescope se</w:t>
      </w:r>
    </w:p>
    <w:p>
      <w:pPr>
        <w:jc w:val="right"/>
      </w:pPr>
      <w:r>
        <w:t>پھر کیا ہوا؟ گلیلیو اور کوپرنیکس پیدا ہوئے، انہوں نے modern technique سے، خاص طور پر telescope سے</w:t>
      </w:r>
    </w:p>
    <w:p>
      <w:r>
        <w:rPr>
          <w:b/>
        </w:rPr>
        <w:t xml:space="preserve">[03:12] </w:t>
      </w:r>
      <w:r>
        <w:t>jo observe kiya, to paya ke baat ulti hai.</w:t>
      </w:r>
    </w:p>
    <w:p>
      <w:pPr>
        <w:jc w:val="right"/>
      </w:pPr>
      <w:r>
        <w:t>جو observe کیا، تو پایا کہ بات الٹی ہے۔</w:t>
      </w:r>
    </w:p>
    <w:p>
      <w:r>
        <w:rPr>
          <w:b/>
        </w:rPr>
        <w:t xml:space="preserve">[03:20] </w:t>
      </w:r>
      <w:r>
        <w:t>yani zameen satellite hai aur suraj jo hai beech mein hai, center mein hai.</w:t>
      </w:r>
    </w:p>
    <w:p>
      <w:pPr>
        <w:jc w:val="right"/>
      </w:pPr>
      <w:r>
        <w:t>یعنی زمین satellite ہے اور سورج جو ہے بیچ میں ہے، center میں ہے۔</w:t>
      </w:r>
    </w:p>
    <w:p>
      <w:r>
        <w:rPr>
          <w:b/>
        </w:rPr>
        <w:t xml:space="preserve">[03:28] </w:t>
      </w:r>
      <w:r>
        <w:t>to doosri theory bani jis ko kehte hain heliocentric theory.</w:t>
      </w:r>
    </w:p>
    <w:p>
      <w:pPr>
        <w:jc w:val="right"/>
      </w:pPr>
      <w:r>
        <w:t>تو دوسری تھیوری بنی جس کو کہتے ہیں heliocentric theory۔</w:t>
      </w:r>
    </w:p>
    <w:p>
      <w:r>
        <w:rPr>
          <w:b/>
        </w:rPr>
        <w:t xml:space="preserve">[03:36] </w:t>
      </w:r>
      <w:r>
        <w:t>is tarah se geocentric theory discard ho gayi aur geocentric theory establish ho gayi.</w:t>
      </w:r>
    </w:p>
    <w:p>
      <w:pPr>
        <w:jc w:val="right"/>
      </w:pPr>
      <w:r>
        <w:t>اس طرح سے geocentric theory discard ہو گئی اور geocentric theory establish ہو گئی۔</w:t>
      </w:r>
    </w:p>
    <w:p>
      <w:r>
        <w:rPr>
          <w:b/>
        </w:rPr>
        <w:t xml:space="preserve">[03:44] </w:t>
      </w:r>
      <w:r>
        <w:t>to yeh mein kahunga ke yahi baat pure universe of thought mein hui.</w:t>
      </w:r>
    </w:p>
    <w:p>
      <w:pPr>
        <w:jc w:val="right"/>
      </w:pPr>
      <w:r>
        <w:t>تو یہ میں کہوں گا کہ یہی بات پورے universe of thought میں ہوئی۔</w:t>
      </w:r>
    </w:p>
    <w:p>
      <w:r>
        <w:rPr>
          <w:b/>
        </w:rPr>
        <w:t xml:space="preserve">[03:52] </w:t>
      </w:r>
      <w:r>
        <w:t>insan ki sari soch mein yahi tarah se badlao aaya.</w:t>
      </w:r>
    </w:p>
    <w:p>
      <w:pPr>
        <w:jc w:val="right"/>
      </w:pPr>
      <w:r>
        <w:t>انسان کی ساری سوچ میں یہی طرح سے بدلاؤ آیا۔</w:t>
      </w:r>
    </w:p>
    <w:p>
      <w:r>
        <w:rPr>
          <w:b/>
        </w:rPr>
        <w:t xml:space="preserve">[04:01] </w:t>
      </w:r>
      <w:r>
        <w:t>yahan tak ke religion mein bhi yeh revision shuru ho gaya.</w:t>
      </w:r>
    </w:p>
    <w:p>
      <w:pPr>
        <w:jc w:val="right"/>
      </w:pPr>
      <w:r>
        <w:t>یہاں تک کہ religion میں بھی یہ revision شروع ہو گیا۔</w:t>
      </w:r>
    </w:p>
    <w:p>
      <w:r>
        <w:rPr>
          <w:b/>
        </w:rPr>
        <w:t xml:space="preserve">[04:09] </w:t>
      </w:r>
      <w:r>
        <w:t>aur aap jante hain ke religion mein ek discipline wajood mein aaya jis ko kehte hain historical criticism</w:t>
      </w:r>
    </w:p>
    <w:p>
      <w:pPr>
        <w:jc w:val="right"/>
      </w:pPr>
      <w:r>
        <w:t>اور آپ جانتے ہیں کہ religion میں ایک discipline وجود میں آیا جس کو کہتے ہیں historical criticism</w:t>
      </w:r>
    </w:p>
    <w:p>
      <w:r>
        <w:rPr>
          <w:b/>
        </w:rPr>
        <w:t xml:space="preserve">[04:17] </w:t>
      </w:r>
      <w:r>
        <w:t>ya comparative study of religion.</w:t>
      </w:r>
    </w:p>
    <w:p>
      <w:pPr>
        <w:jc w:val="right"/>
      </w:pPr>
      <w:r>
        <w:t>یا comparative study of religion۔</w:t>
      </w:r>
    </w:p>
    <w:p>
      <w:r>
        <w:rPr>
          <w:b/>
        </w:rPr>
        <w:t xml:space="preserve">[04:25] </w:t>
      </w:r>
      <w:r>
        <w:t>to is mein kya hua ke religion ko examine kiya jaane laga scientific theories se.</w:t>
      </w:r>
    </w:p>
    <w:p>
      <w:pPr>
        <w:jc w:val="right"/>
      </w:pPr>
      <w:r>
        <w:t>تو اس میں کیا ہوا کہ religion کو examine کیا جانے لگا scientific theories سے۔</w:t>
      </w:r>
    </w:p>
    <w:p>
      <w:r>
        <w:rPr>
          <w:b/>
        </w:rPr>
        <w:t xml:space="preserve">[04:33] </w:t>
      </w:r>
      <w:r>
        <w:t>yeh bohat bara ek kaam hua hai jo pichhle so baras mein hua hai.</w:t>
      </w:r>
    </w:p>
    <w:p>
      <w:pPr>
        <w:jc w:val="right"/>
      </w:pPr>
      <w:r>
        <w:t>یہ بہت بڑا ایک کام ہوا ہے جو پچھلے سو برس میں ہوا ہے۔</w:t>
      </w:r>
    </w:p>
    <w:p>
      <w:r>
        <w:rPr>
          <w:b/>
        </w:rPr>
        <w:t xml:space="preserve">[04:41] </w:t>
      </w:r>
      <w:r>
        <w:t>to is mein kya hua hai ke ek bohat bari cheez jo Quran mein pehle bata di gayi</w:t>
      </w:r>
    </w:p>
    <w:p>
      <w:pPr>
        <w:jc w:val="right"/>
      </w:pPr>
      <w:r>
        <w:t>تو اس میں کیا ہوا ہے کہ ایک بہت بڑی چیز جو قرآن میں پہلے بتا دی گئی</w:t>
      </w:r>
    </w:p>
    <w:p>
      <w:r>
        <w:rPr>
          <w:b/>
        </w:rPr>
        <w:t xml:space="preserve">[04:49] </w:t>
      </w:r>
      <w:r>
        <w:t>thi, woh establish ho gayi.</w:t>
      </w:r>
    </w:p>
    <w:p>
      <w:pPr>
        <w:jc w:val="right"/>
      </w:pPr>
      <w:r>
        <w:t>تھی، وہ establish ہو گئی۔</w:t>
      </w:r>
    </w:p>
    <w:p>
      <w:r>
        <w:rPr>
          <w:b/>
        </w:rPr>
        <w:t xml:space="preserve">[04:57] </w:t>
      </w:r>
      <w:r>
        <w:t>Quran mein dekhiye yeh hai ke sayurikum ayata fa ta'rifunaha ek aur ayat hai ke sanurikum ayatina fil afaq</w:t>
      </w:r>
    </w:p>
    <w:p>
      <w:pPr>
        <w:jc w:val="right"/>
      </w:pPr>
      <w:r>
        <w:t>قرآن میں دیکھیے یہ ہے کہ سيوريكم آياته فتعرفونها ایک اور آیت ہے کہ سنوريكم آياتنا في الآفاق</w:t>
      </w:r>
    </w:p>
    <w:p>
      <w:r>
        <w:rPr>
          <w:b/>
        </w:rPr>
        <w:t xml:space="preserve">[05:05] </w:t>
      </w:r>
      <w:r>
        <w:t>wa fi anfusihim hatta yatabayyana lahum annahu al-haqq yani future mein, mustaqbil mein aisa hoga ke ayat ke maani</w:t>
      </w:r>
    </w:p>
    <w:p>
      <w:pPr>
        <w:jc w:val="right"/>
      </w:pPr>
      <w:r>
        <w:t>وفي أنفسهم حتى يتبين لهم أنه الحق یعنی future میں، مستقبل میں ایسا ہوگا کہ آیات کے معنی</w:t>
      </w:r>
    </w:p>
    <w:p>
      <w:r>
        <w:rPr>
          <w:b/>
        </w:rPr>
        <w:t xml:space="preserve">[05:14] </w:t>
      </w:r>
      <w:r>
        <w:t>hote hain signs, nishaniyan.</w:t>
      </w:r>
    </w:p>
    <w:p>
      <w:pPr>
        <w:jc w:val="right"/>
      </w:pPr>
      <w:r>
        <w:t>ہوتے ہیں signs، نشانیاں۔</w:t>
      </w:r>
    </w:p>
    <w:p>
      <w:r>
        <w:rPr>
          <w:b/>
        </w:rPr>
        <w:t xml:space="preserve">[05:22] </w:t>
      </w:r>
      <w:r>
        <w:t>nishaniyan zahir hongi.</w:t>
      </w:r>
    </w:p>
    <w:p>
      <w:pPr>
        <w:jc w:val="right"/>
      </w:pPr>
      <w:r>
        <w:t>نشانیاں ظاہر ہوں گی۔</w:t>
      </w:r>
    </w:p>
    <w:p>
      <w:r>
        <w:rPr>
          <w:b/>
        </w:rPr>
        <w:t xml:space="preserve">[05:30] </w:t>
      </w:r>
      <w:r>
        <w:t>to tum jaan loge ke tum jaan loge ke yahi sach hai, yahi haq hai. Future mein.</w:t>
      </w:r>
    </w:p>
    <w:p>
      <w:pPr>
        <w:jc w:val="right"/>
      </w:pPr>
      <w:r>
        <w:t>تو تم جان لو گے کہ تم جان لو گے کہ یہی سچ ہے، یہی حق ہے۔ Future میں۔</w:t>
      </w:r>
    </w:p>
    <w:p>
      <w:r>
        <w:rPr>
          <w:b/>
        </w:rPr>
        <w:t xml:space="preserve">[05:38] </w:t>
      </w:r>
      <w:r>
        <w:t>yani prophet of islam jab aaye to aap jante hain ke woh seventh century ke first quarter mein aaye.</w:t>
      </w:r>
    </w:p>
    <w:p>
      <w:pPr>
        <w:jc w:val="right"/>
      </w:pPr>
      <w:r>
        <w:t>یعنی prophet of اسلام جب آئے تو آپ جانتے ہیں کہ وہ seventh century کے first quarter میں آئے۔</w:t>
      </w:r>
    </w:p>
    <w:p>
      <w:r>
        <w:rPr>
          <w:b/>
        </w:rPr>
        <w:t xml:space="preserve">[05:46] </w:t>
      </w:r>
      <w:r>
        <w:t>yeh zamana pre scientific age ka zamana tha.</w:t>
      </w:r>
    </w:p>
    <w:p>
      <w:pPr>
        <w:jc w:val="right"/>
      </w:pPr>
      <w:r>
        <w:t>یہ زمانہ pre scientific age کا زمانہ تھا۔</w:t>
      </w:r>
    </w:p>
    <w:p>
      <w:r>
        <w:rPr>
          <w:b/>
        </w:rPr>
        <w:t xml:space="preserve">[05:54] </w:t>
      </w:r>
      <w:r>
        <w:t>is waqt yeh aelan kiya gaya ke aage aisa hoga.</w:t>
      </w:r>
    </w:p>
    <w:p>
      <w:pPr>
        <w:jc w:val="right"/>
      </w:pPr>
      <w:r>
        <w:t>اس وقت یہ اعلان کیا گیا کہ آگے ایسا ہوگا۔</w:t>
      </w:r>
    </w:p>
    <w:p>
      <w:r>
        <w:rPr>
          <w:b/>
        </w:rPr>
        <w:t xml:space="preserve">[06:02] </w:t>
      </w:r>
      <w:r>
        <w:t>yeh ek bohat hi daring statement tha.</w:t>
      </w:r>
    </w:p>
    <w:p>
      <w:pPr>
        <w:jc w:val="right"/>
      </w:pPr>
      <w:r>
        <w:t>یہ ایک بہت ہی daring statement تھا۔</w:t>
      </w:r>
    </w:p>
    <w:p>
      <w:r>
        <w:rPr>
          <w:b/>
        </w:rPr>
        <w:t xml:space="preserve">[06:10] </w:t>
      </w:r>
      <w:r>
        <w:t>is ka matlab yeh tha ke river of knowledge is flowing from ignorance to awareness, from darkness to</w:t>
      </w:r>
    </w:p>
    <w:p>
      <w:pPr>
        <w:jc w:val="right"/>
      </w:pPr>
      <w:r>
        <w:t>اس کا مطلب یہ تھا کہ river of knowledge is flowing from ignorance to awareness, from darkness to</w:t>
      </w:r>
    </w:p>
    <w:p>
      <w:r>
        <w:rPr>
          <w:b/>
        </w:rPr>
        <w:t xml:space="preserve">[06:18] </w:t>
      </w:r>
      <w:r>
        <w:t>light, from unseen world to seen world.</w:t>
      </w:r>
    </w:p>
    <w:p>
      <w:pPr>
        <w:jc w:val="right"/>
      </w:pPr>
      <w:r>
        <w:t>light, from unseen world to seen world.</w:t>
      </w:r>
    </w:p>
    <w:p>
      <w:r>
        <w:rPr>
          <w:b/>
        </w:rPr>
        <w:t xml:space="preserve">[06:27] </w:t>
      </w:r>
      <w:r>
        <w:t>yani woh sab kuch jo us waqt ya us se pehle sirf speculation ke base par chal raha</w:t>
      </w:r>
    </w:p>
    <w:p>
      <w:pPr>
        <w:jc w:val="right"/>
      </w:pPr>
      <w:r>
        <w:t>یعنی وہ سب کچھ جو اس وقت یا اس سے پہلے صرف اسپیکولیشن کے base پر چل رہا</w:t>
      </w:r>
    </w:p>
    <w:p>
      <w:r>
        <w:rPr>
          <w:b/>
        </w:rPr>
        <w:t xml:space="preserve">[06:34] </w:t>
      </w:r>
      <w:r>
        <w:t>tha, woh science ke base par prove ho jayega۔</w:t>
      </w:r>
    </w:p>
    <w:p>
      <w:pPr>
        <w:jc w:val="right"/>
      </w:pPr>
      <w:r>
        <w:t>تھا، وہ سائنس کے base پر prove ہو جائے گا۔</w:t>
      </w:r>
    </w:p>
    <w:p>
      <w:r>
        <w:rPr>
          <w:b/>
        </w:rPr>
        <w:t xml:space="preserve">[06:39] </w:t>
      </w:r>
      <w:r>
        <w:t>jaisa ke mein example deta hoon aap ko۔</w:t>
      </w:r>
    </w:p>
    <w:p>
      <w:pPr>
        <w:jc w:val="right"/>
      </w:pPr>
      <w:r>
        <w:t>جیسا کہ میں example دیتا ہوں آپ کو۔</w:t>
      </w:r>
    </w:p>
    <w:p>
      <w:r>
        <w:rPr>
          <w:b/>
        </w:rPr>
        <w:t xml:space="preserve">[06:42] </w:t>
      </w:r>
      <w:r>
        <w:t>quran mein hai ke jab tauheed ka, tauheed ki theory pesh ki gayi, yani oneness of God, to</w:t>
      </w:r>
    </w:p>
    <w:p>
      <w:pPr>
        <w:jc w:val="right"/>
      </w:pPr>
      <w:r>
        <w:t>قرآن میں ہے کہ جب توحید کا، توحید کی تھیوری پیش کی گئی، یعنی oneness of God، تو</w:t>
      </w:r>
    </w:p>
    <w:p>
      <w:r>
        <w:rPr>
          <w:b/>
        </w:rPr>
        <w:t xml:space="preserve">[06:50] </w:t>
      </w:r>
      <w:r>
        <w:t>us waqt ka jo mindset tha, us waqt jo insaan ki conditioning thi, to insaan ne kaha ke</w:t>
      </w:r>
    </w:p>
    <w:p>
      <w:pPr>
        <w:jc w:val="right"/>
      </w:pPr>
      <w:r>
        <w:t>اس وقت کا جو mindset تھا، اس وقت جو انسان کی conditioning تھی، تو انسان نے کہا کہ</w:t>
      </w:r>
    </w:p>
    <w:p>
      <w:r>
        <w:rPr>
          <w:b/>
        </w:rPr>
        <w:t xml:space="preserve">[06:57] </w:t>
      </w:r>
      <w:r>
        <w:t>aj al alihata ilahan wahidan inna haza la shai un ajab aj al alihata ilahan wahidan inna haza la shai un ajab۔</w:t>
      </w:r>
    </w:p>
    <w:p>
      <w:pPr>
        <w:jc w:val="right"/>
      </w:pPr>
      <w:r>
        <w:t>أجعل الآلهة إلهًا واحدًا إن هذا لشيء عجاب أجعل الآلهة إلهًا واحدًا إن هذا لشيء عجاب۔</w:t>
      </w:r>
    </w:p>
    <w:p>
      <w:r>
        <w:rPr>
          <w:b/>
        </w:rPr>
        <w:t xml:space="preserve">[07:04] </w:t>
      </w:r>
      <w:r>
        <w:t>kya is prophet ne, is peghambar ne bohat se khudaon ko aik khuda bana diya? yeh to bohat</w:t>
      </w:r>
    </w:p>
    <w:p>
      <w:pPr>
        <w:jc w:val="right"/>
      </w:pPr>
      <w:r>
        <w:t>کیا اس prophet نے، اس پیغمبر نے بہت سے خداؤں کو ایک خدا بنا دیا؟ یہ تو بہت</w:t>
      </w:r>
    </w:p>
    <w:p>
      <w:r>
        <w:rPr>
          <w:b/>
        </w:rPr>
        <w:t xml:space="preserve">[07:12] </w:t>
      </w:r>
      <w:r>
        <w:t>anokhi baat hai۔</w:t>
      </w:r>
    </w:p>
    <w:p>
      <w:pPr>
        <w:jc w:val="right"/>
      </w:pPr>
      <w:r>
        <w:t>انوکھی بات ہے۔</w:t>
      </w:r>
    </w:p>
    <w:p>
      <w:r>
        <w:rPr>
          <w:b/>
        </w:rPr>
        <w:t xml:space="preserve">[07:13] </w:t>
      </w:r>
      <w:r>
        <w:t>bohat hi strange baat hai۔</w:t>
      </w:r>
    </w:p>
    <w:p>
      <w:pPr>
        <w:jc w:val="right"/>
      </w:pPr>
      <w:r>
        <w:t>بہت ہی strange بات ہے۔</w:t>
      </w:r>
    </w:p>
    <w:p>
      <w:r>
        <w:rPr>
          <w:b/>
        </w:rPr>
        <w:t xml:space="preserve">[07:16] </w:t>
      </w:r>
      <w:r>
        <w:t>is ko hum kaise manen? yeh quran ki aik ayat hai۔</w:t>
      </w:r>
    </w:p>
    <w:p>
      <w:pPr>
        <w:jc w:val="right"/>
      </w:pPr>
      <w:r>
        <w:t>اس کو ہم کیسے مانیں؟ یہ قرآن کی ایک آیت ہے۔</w:t>
      </w:r>
    </w:p>
    <w:p>
      <w:r>
        <w:rPr>
          <w:b/>
        </w:rPr>
        <w:t xml:space="preserve">[07:20] </w:t>
      </w:r>
      <w:r>
        <w:t>aisa kyun hua? yahan bhi wahi baat hui jo maine abhi aap ko batai solar system ke</w:t>
      </w:r>
    </w:p>
    <w:p>
      <w:pPr>
        <w:jc w:val="right"/>
      </w:pPr>
      <w:r>
        <w:t>ایسا کیوں ہوا؟ یہاں بھی وہی بات ہوئی جو میں نے ابھی آپ کو بتائی solar system کے</w:t>
      </w:r>
    </w:p>
    <w:p>
      <w:r>
        <w:rPr>
          <w:b/>
        </w:rPr>
        <w:t xml:space="preserve">[07:28] </w:t>
      </w:r>
      <w:r>
        <w:t>baray mein.</w:t>
      </w:r>
    </w:p>
    <w:p>
      <w:pPr>
        <w:jc w:val="right"/>
      </w:pPr>
      <w:r>
        <w:t>بارے میں۔</w:t>
      </w:r>
    </w:p>
    <w:p>
      <w:r>
        <w:rPr>
          <w:b/>
        </w:rPr>
        <w:t xml:space="preserve">[07:30] </w:t>
      </w:r>
      <w:r>
        <w:t>dekhiye, insan dekhta tha dunya ko apni naked eye se to is ko lagta tha ke yahan different</w:t>
      </w:r>
    </w:p>
    <w:p>
      <w:pPr>
        <w:jc w:val="right"/>
      </w:pPr>
      <w:r>
        <w:t>دیکھیے، انسان دیکھتا تھا دنیا کو اپنی naked eye سے تو اس کو لگتا تھا کہ یہاں different</w:t>
      </w:r>
    </w:p>
    <w:p>
      <w:r>
        <w:rPr>
          <w:b/>
        </w:rPr>
        <w:t xml:space="preserve">[07:37] </w:t>
      </w:r>
      <w:r>
        <w:t>phenomena hain, different type ki cheezen hain.</w:t>
      </w:r>
    </w:p>
    <w:p>
      <w:pPr>
        <w:jc w:val="right"/>
      </w:pPr>
      <w:r>
        <w:t>phenomena ہیں، different type کی چیزیں ہیں۔</w:t>
      </w:r>
    </w:p>
    <w:p>
      <w:r>
        <w:rPr>
          <w:b/>
        </w:rPr>
        <w:t xml:space="preserve">[07:40] </w:t>
      </w:r>
      <w:r>
        <w:t>mislan yahan pani beh raha hai aur yahan pahaar khara hua hai.</w:t>
      </w:r>
    </w:p>
    <w:p>
      <w:pPr>
        <w:jc w:val="right"/>
      </w:pPr>
      <w:r>
        <w:t>مثلاً یہاں پانی بہہ رہا ہے اور یہاں پہاڑ کھڑا ہوا ہے۔</w:t>
      </w:r>
    </w:p>
    <w:p>
      <w:r>
        <w:rPr>
          <w:b/>
        </w:rPr>
        <w:t xml:space="preserve">[07:45] </w:t>
      </w:r>
      <w:r>
        <w:t>yahan phool ug rahay hain, yahan chiriyan ur rahi hain.</w:t>
      </w:r>
    </w:p>
    <w:p>
      <w:pPr>
        <w:jc w:val="right"/>
      </w:pPr>
      <w:r>
        <w:t>یہاں پھول اگ رہے ہیں، یہاں چڑیاں اڑ رہی ہیں۔</w:t>
      </w:r>
    </w:p>
    <w:p>
      <w:r>
        <w:rPr>
          <w:b/>
        </w:rPr>
        <w:t xml:space="preserve">[07:50] </w:t>
      </w:r>
      <w:r>
        <w:t>to different phenomena jo thay, to insan ne is liye rai banai ke yahan different gods hain.</w:t>
      </w:r>
    </w:p>
    <w:p>
      <w:pPr>
        <w:jc w:val="right"/>
      </w:pPr>
      <w:r>
        <w:t>تو different phenomena جو تھے، تو انسان نے اس لیے رائے بنائی کہ یہاں different gods ہیں۔</w:t>
      </w:r>
    </w:p>
    <w:p>
      <w:r>
        <w:rPr>
          <w:b/>
        </w:rPr>
        <w:t xml:space="preserve">[07:57] </w:t>
      </w:r>
      <w:r>
        <w:t>Different gods hain.</w:t>
      </w:r>
    </w:p>
    <w:p>
      <w:pPr>
        <w:jc w:val="right"/>
      </w:pPr>
      <w:r>
        <w:t>Different gods ہیں۔</w:t>
      </w:r>
    </w:p>
    <w:p>
      <w:r>
        <w:rPr>
          <w:b/>
        </w:rPr>
        <w:t xml:space="preserve">[07:58] </w:t>
      </w:r>
      <w:r>
        <w:t>ek god hai jo barish barsata hai, ek god hai, ek god hai jo mountain ka devta hai.</w:t>
      </w:r>
    </w:p>
    <w:p>
      <w:pPr>
        <w:jc w:val="right"/>
      </w:pPr>
      <w:r>
        <w:t>ایک god ہے جو بارش برساتا ہے، ایک god ہے، ایک god ہے جو mountain کا دیوتا ہے۔</w:t>
      </w:r>
    </w:p>
    <w:p>
      <w:r>
        <w:rPr>
          <w:b/>
        </w:rPr>
        <w:t xml:space="preserve">[08:06] </w:t>
      </w:r>
      <w:r>
        <w:t>gharz yeh ke different phenomena tha insan ke samnay.</w:t>
      </w:r>
    </w:p>
    <w:p>
      <w:pPr>
        <w:jc w:val="right"/>
      </w:pPr>
      <w:r>
        <w:t>غرض یہ کہ different phenomena تھا انسان کے سامنے۔</w:t>
      </w:r>
    </w:p>
    <w:p>
      <w:r>
        <w:rPr>
          <w:b/>
        </w:rPr>
        <w:t xml:space="preserve">[08:10] </w:t>
      </w:r>
      <w:r>
        <w:t>cheezen jo hain aadmi ko dikhai parti theen diversity ke sath.</w:t>
      </w:r>
    </w:p>
    <w:p>
      <w:pPr>
        <w:jc w:val="right"/>
      </w:pPr>
      <w:r>
        <w:t>چیزیں جو ہیں آدمی کو دکھائی پڑتی تھیں diversity کے ساتھ۔</w:t>
      </w:r>
    </w:p>
    <w:p>
      <w:r>
        <w:rPr>
          <w:b/>
        </w:rPr>
        <w:t xml:space="preserve">[08:15] </w:t>
      </w:r>
      <w:r>
        <w:t>to is ne samjha ke khuda bhi kai hain.</w:t>
      </w:r>
    </w:p>
    <w:p>
      <w:pPr>
        <w:jc w:val="right"/>
      </w:pPr>
      <w:r>
        <w:t>تو اس نے سمجھا کہ خدا بھی کئی ہیں۔</w:t>
      </w:r>
    </w:p>
    <w:p>
      <w:r>
        <w:rPr>
          <w:b/>
        </w:rPr>
        <w:t xml:space="preserve">[08:19] </w:t>
      </w:r>
      <w:r>
        <w:t>jab creation mein diversity hai to khuda bhi kai hain.</w:t>
      </w:r>
    </w:p>
    <w:p>
      <w:pPr>
        <w:jc w:val="right"/>
      </w:pPr>
      <w:r>
        <w:t>جب creation میں diversity ہے تو خدا بھی کئی ہیں۔</w:t>
      </w:r>
    </w:p>
    <w:p>
      <w:r>
        <w:rPr>
          <w:b/>
        </w:rPr>
        <w:t xml:space="preserve">[08:23] </w:t>
      </w:r>
      <w:r>
        <w:t>ab dekhiye, ab river of knowledge kidhar chalta hai? yeh tha pehle ki soch.</w:t>
      </w:r>
    </w:p>
    <w:p>
      <w:pPr>
        <w:jc w:val="right"/>
      </w:pPr>
      <w:r>
        <w:t>اب دیکھیے، اب river of knowledge کدھر چلتا ہے؟ یہ تھا پہلے کی سوچ۔</w:t>
      </w:r>
    </w:p>
    <w:p>
      <w:r>
        <w:rPr>
          <w:b/>
        </w:rPr>
        <w:t xml:space="preserve">[08:29] </w:t>
      </w:r>
      <w:r>
        <w:t>yeh soch chalti rahi newton ke zamanay tak.</w:t>
      </w:r>
    </w:p>
    <w:p>
      <w:pPr>
        <w:jc w:val="right"/>
      </w:pPr>
      <w:r>
        <w:t>یہ سوچ چلتی رہی نیوٹن کے زمانے تک۔</w:t>
      </w:r>
    </w:p>
    <w:p>
      <w:r>
        <w:rPr>
          <w:b/>
        </w:rPr>
        <w:t xml:space="preserve">[08:32] </w:t>
      </w:r>
      <w:r>
        <w:t>yeh soch.</w:t>
      </w:r>
    </w:p>
    <w:p>
      <w:pPr>
        <w:jc w:val="right"/>
      </w:pPr>
      <w:r>
        <w:t>یہ سوچ۔</w:t>
      </w:r>
    </w:p>
    <w:p>
      <w:r>
        <w:rPr>
          <w:b/>
        </w:rPr>
        <w:t xml:space="preserve">[08:34] </w:t>
      </w:r>
      <w:r>
        <w:t>aap jantay hain ke newton jo hai, sarhay teen sau saal pehle paida hua.</w:t>
      </w:r>
    </w:p>
    <w:p>
      <w:pPr>
        <w:jc w:val="right"/>
      </w:pPr>
      <w:r>
        <w:t>آپ جانتے ہیں کہ نیوٹن جو ہے، ساڑھے تین سو سال پہلے پیدا ہوا۔</w:t>
      </w:r>
    </w:p>
    <w:p>
      <w:r>
        <w:rPr>
          <w:b/>
        </w:rPr>
        <w:t xml:space="preserve">[08:40] </w:t>
      </w:r>
      <w:r>
        <w:t>is ne mathematically yeh prove kiya ke poori universe ko char laws control kar rahay hain.</w:t>
      </w:r>
    </w:p>
    <w:p>
      <w:pPr>
        <w:jc w:val="right"/>
      </w:pPr>
      <w:r>
        <w:t>اس نے mathematically یہ prove کیا کہ پوری universe کو چار laws کنٹرول کر رہے ہیں۔</w:t>
      </w:r>
    </w:p>
    <w:p>
      <w:r>
        <w:rPr>
          <w:b/>
        </w:rPr>
        <w:t xml:space="preserve">[08:47] </w:t>
      </w:r>
      <w:r>
        <w:t>sirf char.</w:t>
      </w:r>
    </w:p>
    <w:p>
      <w:pPr>
        <w:jc w:val="right"/>
      </w:pPr>
      <w:r>
        <w:t>صرف چار۔</w:t>
      </w:r>
    </w:p>
    <w:p>
      <w:r>
        <w:rPr>
          <w:b/>
        </w:rPr>
        <w:t xml:space="preserve">[08:48] </w:t>
      </w:r>
      <w:r>
        <w:t>char forces control kar rahi hain.</w:t>
      </w:r>
    </w:p>
    <w:p>
      <w:pPr>
        <w:jc w:val="right"/>
      </w:pPr>
      <w:r>
        <w:t>چار forces کنٹرول کر رہی ہیں۔</w:t>
      </w:r>
    </w:p>
    <w:p>
      <w:r>
        <w:rPr>
          <w:b/>
        </w:rPr>
        <w:t xml:space="preserve">[08:51] </w:t>
      </w:r>
      <w:r>
        <w:t>to woh theory jo hai, yahan se discard hona shuru ho gayi ke bohat saray khuda hain.</w:t>
      </w:r>
    </w:p>
    <w:p>
      <w:pPr>
        <w:jc w:val="right"/>
      </w:pPr>
      <w:r>
        <w:t>تو وہ تھیوری جو ہے، یہاں سے discard ہونا شروع ہو گئی کہ بہت سارے خدا ہیں۔</w:t>
      </w:r>
    </w:p>
    <w:p>
      <w:r>
        <w:rPr>
          <w:b/>
        </w:rPr>
        <w:t xml:space="preserve">[08:58] </w:t>
      </w:r>
      <w:r>
        <w:t>yani woh base khatam ho gayi jis base ke tehat yeh kaha jata tha ke bohat saray khuda</w:t>
      </w:r>
    </w:p>
    <w:p>
      <w:pPr>
        <w:jc w:val="right"/>
      </w:pPr>
      <w:r>
        <w:t>یعنی وہ base ختم ہو گئی جس base کے تحت یہ کہا جاتا تھا کہ بہت سارے خدا</w:t>
      </w:r>
    </w:p>
    <w:p>
      <w:r>
        <w:rPr>
          <w:b/>
        </w:rPr>
        <w:t xml:space="preserve">[09:06]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[09:07] </w:t>
      </w:r>
      <w:r>
        <w:t>ab jo base nahi bani, is mein yeh hua ke char forces dunya ko control kar rahi hain.</w:t>
      </w:r>
    </w:p>
    <w:p>
      <w:pPr>
        <w:jc w:val="right"/>
      </w:pPr>
      <w:r>
        <w:t>اب جو base نہیں بنی، اس میں یہ ہوا کہ چار forces دنیا کو کنٹرول کر رہی ہیں۔</w:t>
      </w:r>
    </w:p>
    <w:p>
      <w:r>
        <w:rPr>
          <w:b/>
        </w:rPr>
        <w:t xml:space="preserve">[09:15] </w:t>
      </w:r>
      <w:r>
        <w:t>phir river of knowledge agay barha.</w:t>
      </w:r>
    </w:p>
    <w:p>
      <w:pPr>
        <w:jc w:val="right"/>
      </w:pPr>
      <w:r>
        <w:t>پھر river of knowledge آگے بڑھا۔</w:t>
      </w:r>
    </w:p>
    <w:p>
      <w:r>
        <w:rPr>
          <w:b/>
        </w:rPr>
        <w:t xml:space="preserve">[09:18] </w:t>
      </w:r>
      <w:r>
        <w:t>phir aap jante hain ke doctor abdul salam aur ek aur European professor ne mil kar ke ek research</w:t>
      </w:r>
    </w:p>
    <w:p>
      <w:pPr>
        <w:jc w:val="right"/>
      </w:pPr>
      <w:r>
        <w:t>پھر آپ جانتے ہیں کہ ڈاکٹر عبدالسلام اور ایک اور European professor نے مل کر کے ایک research</w:t>
      </w:r>
    </w:p>
    <w:p>
      <w:r>
        <w:rPr>
          <w:b/>
        </w:rPr>
        <w:t xml:space="preserve">[09:25] </w:t>
      </w:r>
      <w:r>
        <w:t>ki.</w:t>
      </w:r>
    </w:p>
    <w:p>
      <w:pPr>
        <w:jc w:val="right"/>
      </w:pPr>
      <w:r>
        <w:t>کی۔</w:t>
      </w:r>
    </w:p>
    <w:p>
      <w:r>
        <w:rPr>
          <w:b/>
        </w:rPr>
        <w:t xml:space="preserve">[09:27] </w:t>
      </w:r>
      <w:r>
        <w:t>aur chaar ko teen kiya unhon ne.</w:t>
      </w:r>
    </w:p>
    <w:p>
      <w:pPr>
        <w:jc w:val="right"/>
      </w:pPr>
      <w:r>
        <w:t>اور چار کو تین کیا انہوں نے۔</w:t>
      </w:r>
    </w:p>
    <w:p>
      <w:r>
        <w:rPr>
          <w:b/>
        </w:rPr>
        <w:t xml:space="preserve">[09:30] </w:t>
      </w:r>
      <w:r>
        <w:t>ke chaar forces nahin, teen forces.</w:t>
      </w:r>
    </w:p>
    <w:p>
      <w:pPr>
        <w:jc w:val="right"/>
      </w:pPr>
      <w:r>
        <w:t>کہ چار forces نہیں، تین forces۔</w:t>
      </w:r>
    </w:p>
    <w:p>
      <w:r>
        <w:rPr>
          <w:b/>
        </w:rPr>
        <w:t xml:space="preserve">[09:32] </w:t>
      </w:r>
      <w:r>
        <w:t>phir river of knowledge aage barha.</w:t>
      </w:r>
    </w:p>
    <w:p>
      <w:pPr>
        <w:jc w:val="right"/>
      </w:pPr>
      <w:r>
        <w:t>پھر river of knowledge آگے بڑھا۔</w:t>
      </w:r>
    </w:p>
    <w:p>
      <w:r>
        <w:rPr>
          <w:b/>
        </w:rPr>
        <w:t xml:space="preserve">[09:35] </w:t>
      </w:r>
      <w:r>
        <w:t>yahan tak ke stephen hawking jo abhi zinda hai, British scientist, us ne aur zyada is mein research</w:t>
      </w:r>
    </w:p>
    <w:p>
      <w:pPr>
        <w:jc w:val="right"/>
      </w:pPr>
      <w:r>
        <w:t>یہاں تک کہ اسٹیفن ہاکنگ جو ابھی زندہ ہے، برٹش scientist، اس نے اور زیادہ اس میں research</w:t>
      </w:r>
    </w:p>
    <w:p>
      <w:r>
        <w:rPr>
          <w:b/>
        </w:rPr>
        <w:t xml:space="preserve">[09:43] </w:t>
      </w:r>
      <w:r>
        <w:t>ki.</w:t>
      </w:r>
    </w:p>
    <w:p>
      <w:pPr>
        <w:jc w:val="right"/>
      </w:pPr>
      <w:r>
        <w:t>کی۔</w:t>
      </w:r>
    </w:p>
    <w:p>
      <w:r>
        <w:rPr>
          <w:b/>
        </w:rPr>
        <w:t xml:space="preserve">[09:44] </w:t>
      </w:r>
      <w:r>
        <w:t>ab us ne yeh bataya dunya ko jis ko kehte hain single string theory.</w:t>
      </w:r>
    </w:p>
    <w:p>
      <w:pPr>
        <w:jc w:val="right"/>
      </w:pPr>
      <w:r>
        <w:t>اب اس نے یہ بتایا دنیا کو جس کو کہتے ہیں single string theory۔</w:t>
      </w:r>
    </w:p>
    <w:p>
      <w:r>
        <w:rPr>
          <w:b/>
        </w:rPr>
        <w:t xml:space="preserve">[09:50] </w:t>
      </w:r>
      <w:r>
        <w:t>Single string theory.</w:t>
      </w:r>
    </w:p>
    <w:p>
      <w:pPr>
        <w:jc w:val="right"/>
      </w:pPr>
      <w:r>
        <w:t>Single string theory۔</w:t>
      </w:r>
    </w:p>
    <w:p>
      <w:r>
        <w:rPr>
          <w:b/>
        </w:rPr>
        <w:t xml:space="preserve">[09:52] </w:t>
      </w:r>
      <w:r>
        <w:t>yani ek hi door hai, ek hi force hai jo poori universe ko control kar rahi hai.</w:t>
      </w:r>
    </w:p>
    <w:p>
      <w:pPr>
        <w:jc w:val="right"/>
      </w:pPr>
      <w:r>
        <w:t>یعنی ایک ہی door ہے، ایک ہی force ہے جو پوری universe کو کنٹرول کر رہی ہے۔</w:t>
      </w:r>
    </w:p>
    <w:p>
      <w:r>
        <w:rPr>
          <w:b/>
        </w:rPr>
        <w:t xml:space="preserve">[09:59] </w:t>
      </w:r>
      <w:r>
        <w:t>ab dekhiye ke river of knowledge kidhar ja raha hai? Six se toheed ki taraf.</w:t>
      </w:r>
    </w:p>
    <w:p>
      <w:pPr>
        <w:jc w:val="right"/>
      </w:pPr>
      <w:r>
        <w:t>اب دیکھیے کہ river of knowledge کدھر جا رہا ہے؟ Six سے توحید کی طرف۔</w:t>
      </w:r>
    </w:p>
    <w:p>
      <w:r>
        <w:rPr>
          <w:b/>
        </w:rPr>
        <w:t xml:space="preserve">[10:05] </w:t>
      </w:r>
      <w:r>
        <w:t>yani manyness se one ki taraf.</w:t>
      </w:r>
    </w:p>
    <w:p>
      <w:pPr>
        <w:jc w:val="right"/>
      </w:pPr>
      <w:r>
        <w:t>یعنی manyness سے one کی طرف۔</w:t>
      </w:r>
    </w:p>
    <w:p>
      <w:r>
        <w:rPr>
          <w:b/>
        </w:rPr>
        <w:t xml:space="preserve">[10:08] </w:t>
      </w:r>
      <w:r>
        <w:t>kai gods se ek god ki taraf.</w:t>
      </w:r>
    </w:p>
    <w:p>
      <w:pPr>
        <w:jc w:val="right"/>
      </w:pPr>
      <w:r>
        <w:t>کئی gods سے ایک god کی طرف۔</w:t>
      </w:r>
    </w:p>
    <w:p>
      <w:r>
        <w:rPr>
          <w:b/>
        </w:rPr>
        <w:t xml:space="preserve">[10:11] </w:t>
      </w:r>
      <w:r>
        <w:t>yeh hai jo quran mein kaha gaya tha ke future mein aise signs samne aayenge ke tum</w:t>
      </w:r>
    </w:p>
    <w:p>
      <w:pPr>
        <w:jc w:val="right"/>
      </w:pPr>
      <w:r>
        <w:t>یہ ہے جو قرآن میں کہا گیا تھا کہ future میں ایسے signs سامنے آئیں گے کہ تم</w:t>
      </w:r>
    </w:p>
    <w:p>
      <w:r>
        <w:rPr>
          <w:b/>
        </w:rPr>
        <w:t xml:space="preserve">[10:19] </w:t>
      </w:r>
      <w:r>
        <w:t>jan loge ke yahi sach hai.</w:t>
      </w:r>
    </w:p>
    <w:p>
      <w:pPr>
        <w:jc w:val="right"/>
      </w:pPr>
      <w:r>
        <w:t>جان لو گے کہ یہی سچ ہے۔</w:t>
      </w:r>
    </w:p>
    <w:p>
      <w:r>
        <w:rPr>
          <w:b/>
        </w:rPr>
        <w:t xml:space="preserve">[10:22] </w:t>
      </w:r>
      <w:r>
        <w:t>to river of knowledge flows from ignorance to reason, from darkness to light.</w:t>
      </w:r>
    </w:p>
    <w:p>
      <w:pPr>
        <w:jc w:val="right"/>
      </w:pPr>
      <w:r>
        <w:t>تو river of knowledge flows from ignorance to reason, from darkness to light۔</w:t>
      </w:r>
    </w:p>
    <w:p>
      <w:r>
        <w:rPr>
          <w:b/>
        </w:rPr>
        <w:t xml:space="preserve">[10:27] </w:t>
      </w:r>
      <w:r>
        <w:t>yeh quran ki jo peshangoi thi, woh kis tarah se sahi sabit hui? Dekhiye, science ne jo dunya</w:t>
      </w:r>
    </w:p>
    <w:p>
      <w:pPr>
        <w:jc w:val="right"/>
      </w:pPr>
      <w:r>
        <w:t>یہ قرآن کی جو پیشنگوئی تھی، وہ کس طرح سے صحیح ثابت ہوئی؟ دیکھیے، سائنس نے جو دنیا</w:t>
      </w:r>
    </w:p>
    <w:p>
      <w:r>
        <w:rPr>
          <w:b/>
        </w:rPr>
        <w:t xml:space="preserve">[10:35] </w:t>
      </w:r>
      <w:r>
        <w:t>discover ki hai, us ke bare mein bohat sari kitabein chhapi hain.</w:t>
      </w:r>
    </w:p>
    <w:p>
      <w:pPr>
        <w:jc w:val="right"/>
      </w:pPr>
      <w:r>
        <w:t>discover کی ہے، اس کے بارے میں بہت ساری کتابیں چھپی ہیں۔</w:t>
      </w:r>
    </w:p>
    <w:p>
      <w:r>
        <w:rPr>
          <w:b/>
        </w:rPr>
        <w:t xml:space="preserve">[10:40] </w:t>
      </w:r>
      <w:r>
        <w:t>to yeh samjha jata hai ke science jo hai, woh khuda ko nahin manti.</w:t>
      </w:r>
    </w:p>
    <w:p>
      <w:pPr>
        <w:jc w:val="right"/>
      </w:pPr>
      <w:r>
        <w:t>تو یہ سمجھا جاتا ہے کہ سائنس جو ہے، وہ خدا کو نہیں مانتی۔</w:t>
      </w:r>
    </w:p>
    <w:p>
      <w:r>
        <w:rPr>
          <w:b/>
        </w:rPr>
        <w:t xml:space="preserve">[10:46] </w:t>
      </w:r>
      <w:r>
        <w:t>halankeh yeh bilkul galat baat hai.</w:t>
      </w:r>
    </w:p>
    <w:p>
      <w:pPr>
        <w:jc w:val="right"/>
      </w:pPr>
      <w:r>
        <w:t>حالانکہ یہ بالکل غلط بات ہے۔</w:t>
      </w:r>
    </w:p>
    <w:p>
      <w:r>
        <w:rPr>
          <w:b/>
        </w:rPr>
        <w:t xml:space="preserve">[10:49] </w:t>
      </w:r>
      <w:r>
        <w:t>chunki science ne apne maidan ko, apni field ko physical laws tak yani mehdood kar diya, physical laws.</w:t>
      </w:r>
    </w:p>
    <w:p>
      <w:pPr>
        <w:jc w:val="right"/>
      </w:pPr>
      <w:r>
        <w:t>چونکہ سائنس نے اپنے میدان کو، اپنی field کو physical laws تک یعنی محدود کر دیا، physical laws۔</w:t>
      </w:r>
    </w:p>
    <w:p>
      <w:r>
        <w:rPr>
          <w:b/>
        </w:rPr>
        <w:t xml:space="preserve">[10:56] </w:t>
      </w:r>
      <w:r>
        <w:t>to log samajhte hain ke physical laws hi ko manti hai science aur laws ko nahin manti.</w:t>
      </w:r>
    </w:p>
    <w:p>
      <w:pPr>
        <w:jc w:val="right"/>
      </w:pPr>
      <w:r>
        <w:t>تو لوگ سمجھتے ہیں کہ physical laws ہی کو مانتی ہے سائنس اور laws کو نہیں مانتی۔</w:t>
      </w:r>
    </w:p>
    <w:p>
      <w:r>
        <w:rPr>
          <w:b/>
        </w:rPr>
        <w:t xml:space="preserve">[11:04] </w:t>
      </w:r>
      <w:r>
        <w:t>yeh bilkul galat baat hai.</w:t>
      </w:r>
    </w:p>
    <w:p>
      <w:pPr>
        <w:jc w:val="right"/>
      </w:pPr>
      <w:r>
        <w:t>یہ بالکل غلط بات ہے۔</w:t>
      </w:r>
    </w:p>
    <w:p>
      <w:r>
        <w:rPr>
          <w:b/>
        </w:rPr>
        <w:t xml:space="preserve">[11:06] </w:t>
      </w:r>
      <w:r>
        <w:t>dekhiye, pehle din se aise scientists hamesha rahe hain jo khuda ko mante rahe hain.</w:t>
      </w:r>
    </w:p>
    <w:p>
      <w:pPr>
        <w:jc w:val="right"/>
      </w:pPr>
      <w:r>
        <w:t>دیکھیے، پہلے دن سے ایسے scientists ہمیشہ رہے ہیں جو خدا کو مانتے رہے ہیں۔</w:t>
      </w:r>
    </w:p>
    <w:p>
      <w:r>
        <w:rPr>
          <w:b/>
        </w:rPr>
        <w:t xml:space="preserve">[11:12] </w:t>
      </w:r>
      <w:r>
        <w:t>sab se pehla jo founder of modern science hai, woh hai newton.</w:t>
      </w:r>
    </w:p>
    <w:p>
      <w:pPr>
        <w:jc w:val="right"/>
      </w:pPr>
      <w:r>
        <w:t>سب سے پہلا جو founder of modern science ہے، وہ ہے نیوٹن۔</w:t>
      </w:r>
    </w:p>
    <w:p>
      <w:r>
        <w:rPr>
          <w:b/>
        </w:rPr>
        <w:t xml:space="preserve">[11:17] </w:t>
      </w:r>
      <w:r>
        <w:t>newton ko founder of modern science mana jata hai.</w:t>
      </w:r>
    </w:p>
    <w:p>
      <w:pPr>
        <w:jc w:val="right"/>
      </w:pPr>
      <w:r>
        <w:t>نیوٹن کو founder of modern science مانا جاتا ہے۔</w:t>
      </w:r>
    </w:p>
    <w:p>
      <w:r>
        <w:rPr>
          <w:b/>
        </w:rPr>
        <w:t xml:space="preserve">[11:21] </w:t>
      </w:r>
      <w:r>
        <w:t>woh agarche us ki researches jo theen, woh sab astronomy par base karti theen.</w:t>
      </w:r>
    </w:p>
    <w:p>
      <w:pPr>
        <w:jc w:val="right"/>
      </w:pPr>
      <w:r>
        <w:t>وہ اگرچہ اس کی researches جو تھیں، وہ سب astronomy پر base کرتی تھیں۔</w:t>
      </w:r>
    </w:p>
    <w:p>
      <w:r>
        <w:rPr>
          <w:b/>
        </w:rPr>
        <w:t xml:space="preserve">[11:27] </w:t>
      </w:r>
      <w:r>
        <w:t>lekin isi ke sath sath jo nazm hai, jo discipline hai, jo harmony hai, us ki bana par</w:t>
      </w:r>
    </w:p>
    <w:p>
      <w:pPr>
        <w:jc w:val="right"/>
      </w:pPr>
      <w:r>
        <w:t>لیکن اسی کے ساتھ ساتھ جو نظم ہے، جو discipline ہے، جو harmony ہے، اس کی بنا پر</w:t>
      </w:r>
    </w:p>
    <w:p>
      <w:r>
        <w:rPr>
          <w:b/>
        </w:rPr>
        <w:t xml:space="preserve">[11:35] </w:t>
      </w:r>
      <w:r>
        <w:t>woh manta tha ke zaroor is ke peechay koi taqat hai.</w:t>
      </w:r>
    </w:p>
    <w:p>
      <w:pPr>
        <w:jc w:val="right"/>
      </w:pPr>
      <w:r>
        <w:t>وہ مانتا تھا کہ ضرور اس کے پیچھے کوئی طاقت ہے۔</w:t>
      </w:r>
    </w:p>
    <w:p>
      <w:r>
        <w:rPr>
          <w:b/>
        </w:rPr>
        <w:t xml:space="preserve">[11:40] </w:t>
      </w:r>
      <w:r>
        <w:t>to aik mein aap ko aik qissa bataoon newton ka.</w:t>
      </w:r>
    </w:p>
    <w:p>
      <w:pPr>
        <w:jc w:val="right"/>
      </w:pPr>
      <w:r>
        <w:t>تو ایک میں آپ کو ایک قصہ بتاؤں نیوٹن کا۔</w:t>
      </w:r>
    </w:p>
    <w:p>
      <w:r>
        <w:rPr>
          <w:b/>
        </w:rPr>
        <w:t xml:space="preserve">[11:44] </w:t>
      </w:r>
      <w:r>
        <w:t>newton ka aik dost tha, woh khuda ko nahi manta tha.</w:t>
      </w:r>
    </w:p>
    <w:p>
      <w:pPr>
        <w:jc w:val="right"/>
      </w:pPr>
      <w:r>
        <w:t>نیوٹن کا ایک دوست تھا، وہ خدا کو نہیں مانتا تھا۔</w:t>
      </w:r>
    </w:p>
    <w:p>
      <w:r>
        <w:rPr>
          <w:b/>
        </w:rPr>
        <w:t xml:space="preserve">[11:49] </w:t>
      </w:r>
      <w:r>
        <w:t>to us se argument hua karta tha.</w:t>
      </w:r>
    </w:p>
    <w:p>
      <w:pPr>
        <w:jc w:val="right"/>
      </w:pPr>
      <w:r>
        <w:t>تو اس سے argument ہوا کرتا تھا۔</w:t>
      </w:r>
    </w:p>
    <w:p>
      <w:r>
        <w:rPr>
          <w:b/>
        </w:rPr>
        <w:t xml:space="preserve">[11:52] </w:t>
      </w:r>
      <w:r>
        <w:t>aik din aisa hua ke newton ne jo solar system jo us ne discover kiya tha, us solar</w:t>
      </w:r>
    </w:p>
    <w:p>
      <w:pPr>
        <w:jc w:val="right"/>
      </w:pPr>
      <w:r>
        <w:t>ایک دن ایسا ہوا کہ نیوٹن نے جو solar system جو اس نے discover کیا تھا، اس solar</w:t>
      </w:r>
    </w:p>
    <w:p>
      <w:r>
        <w:rPr>
          <w:b/>
        </w:rPr>
        <w:t xml:space="preserve">[11:59] </w:t>
      </w:r>
      <w:r>
        <w:t>system ka aik model banaya.</w:t>
      </w:r>
    </w:p>
    <w:p>
      <w:pPr>
        <w:jc w:val="right"/>
      </w:pPr>
      <w:r>
        <w:t>system کا ایک model بنایا۔</w:t>
      </w:r>
    </w:p>
    <w:p>
      <w:r>
        <w:rPr>
          <w:b/>
        </w:rPr>
        <w:t xml:space="preserve">[12:01] </w:t>
      </w:r>
      <w:r>
        <w:t>solar system ka model.</w:t>
      </w:r>
    </w:p>
    <w:p>
      <w:pPr>
        <w:jc w:val="right"/>
      </w:pPr>
      <w:r>
        <w:t>Solar system کا model۔</w:t>
      </w:r>
    </w:p>
    <w:p>
      <w:r>
        <w:rPr>
          <w:b/>
        </w:rPr>
        <w:t xml:space="preserve">[12:03] </w:t>
      </w:r>
      <w:r>
        <w:t>to suraj hai aur bohat saray satellites is ke gird ghoom rahay hain aik poore bohat baray space</w:t>
      </w:r>
    </w:p>
    <w:p>
      <w:pPr>
        <w:jc w:val="right"/>
      </w:pPr>
      <w:r>
        <w:t>تو سورج ہے اور بہت سارے satellites اس کے گرد گھوم رہے ہیں ایک پورے بہت بڑے space</w:t>
      </w:r>
    </w:p>
    <w:p>
      <w:r>
        <w:rPr>
          <w:b/>
        </w:rPr>
        <w:t xml:space="preserve">[12:11]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[12:12] </w:t>
      </w:r>
      <w:r>
        <w:t>to us ne aik model banaya.</w:t>
      </w:r>
    </w:p>
    <w:p>
      <w:pPr>
        <w:jc w:val="right"/>
      </w:pPr>
      <w:r>
        <w:t>تو اس نے ایک model بنایا۔</w:t>
      </w:r>
    </w:p>
    <w:p>
      <w:r>
        <w:rPr>
          <w:b/>
        </w:rPr>
        <w:t xml:space="preserve">[12:15] </w:t>
      </w:r>
      <w:r>
        <w:t>shayad lakri ka model tha woh.</w:t>
      </w:r>
    </w:p>
    <w:p>
      <w:pPr>
        <w:jc w:val="right"/>
      </w:pPr>
      <w:r>
        <w:t>شاید لکڑی کا model تھا وہ۔</w:t>
      </w:r>
    </w:p>
    <w:p>
      <w:r>
        <w:rPr>
          <w:b/>
        </w:rPr>
        <w:t xml:space="preserve">[12:17] </w:t>
      </w:r>
      <w:r>
        <w:t>to woh aaya us ka dost milnay ke liye.</w:t>
      </w:r>
    </w:p>
    <w:p>
      <w:pPr>
        <w:jc w:val="right"/>
      </w:pPr>
      <w:r>
        <w:t>تو وہ آیا اس کا دوست ملنے کے لیے۔</w:t>
      </w:r>
    </w:p>
    <w:p>
      <w:r>
        <w:rPr>
          <w:b/>
        </w:rPr>
        <w:t xml:space="preserve">[12:21] </w:t>
      </w:r>
      <w:r>
        <w:t>us ne kaha ke newton yeh kya cheez hai? to us ne kaha ke tum khud dekh rahay</w:t>
      </w:r>
    </w:p>
    <w:p>
      <w:pPr>
        <w:jc w:val="right"/>
      </w:pPr>
      <w:r>
        <w:t>اس نے کہا کہ نیوٹن یہ کیا چیز ہے؟ تو اس نے کہا کہ تم خود دیکھ رہے</w:t>
      </w:r>
    </w:p>
    <w:p>
      <w:r>
        <w:rPr>
          <w:b/>
        </w:rPr>
        <w:t xml:space="preserve">[12:29] </w:t>
      </w:r>
      <w:r>
        <w:t>ho ke yeh solar system ka model hai.</w:t>
      </w:r>
    </w:p>
    <w:p>
      <w:pPr>
        <w:jc w:val="right"/>
      </w:pPr>
      <w:r>
        <w:t>ہو کہ یہ solar system کا model ہے۔</w:t>
      </w:r>
    </w:p>
    <w:p>
      <w:r>
        <w:rPr>
          <w:b/>
        </w:rPr>
        <w:t xml:space="preserve">[12:32] </w:t>
      </w:r>
      <w:r>
        <w:t>to us ne poocha ke itna beautiful model banaya kis ne? yeh bohat hi beautiful model hai.</w:t>
      </w:r>
    </w:p>
    <w:p>
      <w:pPr>
        <w:jc w:val="right"/>
      </w:pPr>
      <w:r>
        <w:t>تو اس نے پوچھا کہ اتنا beautiful model بنایا کس نے؟ یہ بہت ہی beautiful model ہے۔</w:t>
      </w:r>
    </w:p>
    <w:p>
      <w:r>
        <w:rPr>
          <w:b/>
        </w:rPr>
        <w:t xml:space="preserve">[12:40] </w:t>
      </w:r>
      <w:r>
        <w:t>banaya kis ne? tab newton ne kaha ke jo real solar system hai, us ko to samajhtay ho</w:t>
      </w:r>
    </w:p>
    <w:p>
      <w:pPr>
        <w:jc w:val="right"/>
      </w:pPr>
      <w:r>
        <w:t>بنایا کس نے؟ تب نیوٹن نے کہا کہ جو real solar system ہے، اس کو تو سمجھتے ہو</w:t>
      </w:r>
    </w:p>
    <w:p>
      <w:r>
        <w:rPr>
          <w:b/>
        </w:rPr>
        <w:t xml:space="preserve">[12:47] </w:t>
      </w:r>
      <w:r>
        <w:t>ke baghair maker ke ban gaya.</w:t>
      </w:r>
    </w:p>
    <w:p>
      <w:pPr>
        <w:jc w:val="right"/>
      </w:pPr>
      <w:r>
        <w:t>کہ بغیر maker کے بن گیا۔</w:t>
      </w:r>
    </w:p>
    <w:p>
      <w:r>
        <w:rPr>
          <w:b/>
        </w:rPr>
        <w:t xml:space="preserve">[12:50] </w:t>
      </w:r>
      <w:r>
        <w:t>aur yeh jo hai, tum samajhtay ho ke baghair maker ke nahi ban sakta.</w:t>
      </w:r>
    </w:p>
    <w:p>
      <w:pPr>
        <w:jc w:val="right"/>
      </w:pPr>
      <w:r>
        <w:t>اور یہ جو ہے، تم سمجھتے ہو کہ بغیر maker کے نہیں بن سکتا۔</w:t>
      </w:r>
    </w:p>
    <w:p>
      <w:r>
        <w:rPr>
          <w:b/>
        </w:rPr>
        <w:t xml:space="preserve">[12:56] </w:t>
      </w:r>
      <w:r>
        <w:t>agar yeh chota sa model ko wajood mein lanay ke liye aik maker chahiye, ziyada bara jo us</w:t>
      </w:r>
    </w:p>
    <w:p>
      <w:pPr>
        <w:jc w:val="right"/>
      </w:pPr>
      <w:r>
        <w:t>اگر یہ چھوٹا سا model کو وجود میں لانے کے لیے ایک maker چاہیے، زیادہ بڑا جو اس</w:t>
      </w:r>
    </w:p>
    <w:p>
      <w:r>
        <w:rPr>
          <w:b/>
        </w:rPr>
        <w:t xml:space="preserve">[13:04] </w:t>
      </w:r>
      <w:r>
        <w:t>ka jo ziyada bari reality hai, kehtay hain bari space mein aik solar system lakhon saal se chal</w:t>
      </w:r>
    </w:p>
    <w:p>
      <w:pPr>
        <w:jc w:val="right"/>
      </w:pPr>
      <w:r>
        <w:t>کا جو زیادہ بڑی reality ہے، کہتے ہیں بڑی space میں ایک solar system لاکھوں سال سے چل</w:t>
      </w:r>
    </w:p>
    <w:p>
      <w:r>
        <w:rPr>
          <w:b/>
        </w:rPr>
        <w:t xml:space="preserve">[13:11] </w:t>
      </w:r>
      <w:r>
        <w:t>raha hai, woh kaisay baghair maker ke ban jaye ga? yeh tha newton ka qissa.</w:t>
      </w:r>
    </w:p>
    <w:p>
      <w:pPr>
        <w:jc w:val="right"/>
      </w:pPr>
      <w:r>
        <w:t>رہا ہے، وہ کیسے بغیر maker کے بن جائے گا؟ یہ تھا نیوٹن کا قصہ۔</w:t>
      </w:r>
    </w:p>
    <w:p>
      <w:r>
        <w:rPr>
          <w:b/>
        </w:rPr>
        <w:t xml:space="preserve">[13:18] </w:t>
      </w:r>
      <w:r>
        <w:t>is ke baad mein kahoon ga ke har zamanay mein scientistoon mein aisay log paida hotay rahay jo</w:t>
      </w:r>
    </w:p>
    <w:p>
      <w:pPr>
        <w:jc w:val="right"/>
      </w:pPr>
      <w:r>
        <w:t>اس کے بعد میں کہوں گا کہ ہر زمانے میں سائنسدانوں میں ایسے لوگ پیدا ہوتے رہے جو</w:t>
      </w:r>
    </w:p>
    <w:p>
      <w:r>
        <w:rPr>
          <w:b/>
        </w:rPr>
        <w:t xml:space="preserve">[13:26] </w:t>
      </w:r>
      <w:r>
        <w:t>khuda ko mante the.</w:t>
      </w:r>
    </w:p>
    <w:p>
      <w:pPr>
        <w:jc w:val="right"/>
      </w:pPr>
      <w:r>
        <w:t>خدا کو مانتے تھے۔</w:t>
      </w:r>
    </w:p>
    <w:p>
      <w:r>
        <w:rPr>
          <w:b/>
        </w:rPr>
        <w:t xml:space="preserve">[13:27] </w:t>
      </w:r>
      <w:r>
        <w:t>kyunke jo meaningful universe unhon ne discover ki thi, us mein woh un ko samajh nahin aata tha</w:t>
      </w:r>
    </w:p>
    <w:p>
      <w:pPr>
        <w:jc w:val="right"/>
      </w:pPr>
      <w:r>
        <w:t>کیونکہ جو meaningful universe انہوں نے discover کی تھی، اس میں وہ ان کو سمجھ نہیں آتا تھا</w:t>
      </w:r>
    </w:p>
    <w:p>
      <w:r>
        <w:rPr>
          <w:b/>
        </w:rPr>
        <w:t xml:space="preserve">[13:35] </w:t>
      </w:r>
      <w:r>
        <w:t>ke yeh itni zyada meaningful universe kaise baghair khuda ke ho? Apne aap kaise ho jayegi yeh?</w:t>
      </w:r>
    </w:p>
    <w:p>
      <w:pPr>
        <w:jc w:val="right"/>
      </w:pPr>
      <w:r>
        <w:t>کہ یہ اتنی زیادہ meaningful universe کیسے بغیر خدا کے ہو؟ اپنے آپ کیسے ہو جائے گی یہ؟</w:t>
      </w:r>
    </w:p>
    <w:p>
      <w:r>
        <w:rPr>
          <w:b/>
        </w:rPr>
        <w:t xml:space="preserve">[13:43] </w:t>
      </w:r>
      <w:r>
        <w:t>to dekhiye, Einstein ko parhiye aap.</w:t>
      </w:r>
    </w:p>
    <w:p>
      <w:pPr>
        <w:jc w:val="right"/>
      </w:pPr>
      <w:r>
        <w:t>تو دیکھیے، آئنسٹائن کو پڑھیے آپ۔</w:t>
      </w:r>
    </w:p>
    <w:p>
      <w:r>
        <w:rPr>
          <w:b/>
        </w:rPr>
        <w:t xml:space="preserve">[13:45] </w:t>
      </w:r>
      <w:r>
        <w:t>Einstein khuda ko manta tha.</w:t>
      </w:r>
    </w:p>
    <w:p>
      <w:pPr>
        <w:jc w:val="right"/>
      </w:pPr>
      <w:r>
        <w:t>آئنسٹائن خدا کو مانتا تھا۔</w:t>
      </w:r>
    </w:p>
    <w:p>
      <w:r>
        <w:rPr>
          <w:b/>
        </w:rPr>
        <w:t xml:space="preserve">[13:47] </w:t>
      </w:r>
      <w:r>
        <w:t>ek book chhapi hai, Einstein aur God.</w:t>
      </w:r>
    </w:p>
    <w:p>
      <w:pPr>
        <w:jc w:val="right"/>
      </w:pPr>
      <w:r>
        <w:t>ایک book چھپی ہے، آئنسٹائن اور گاڈ۔</w:t>
      </w:r>
    </w:p>
    <w:p>
      <w:r>
        <w:rPr>
          <w:b/>
        </w:rPr>
        <w:t xml:space="preserve">[13:50] </w:t>
      </w:r>
      <w:r>
        <w:t>us ke baad dekhiye, bohat hi top ke scientists kai aise hue hain jaise Sir James Jeans.</w:t>
      </w:r>
    </w:p>
    <w:p>
      <w:pPr>
        <w:jc w:val="right"/>
      </w:pPr>
      <w:r>
        <w:t>اس کے بعد دیکھیے، بہت ہی top کے scientists کئی ایسے ہوئے ہیں جیسے سر جیمز جینز۔</w:t>
      </w:r>
    </w:p>
    <w:p>
      <w:r>
        <w:rPr>
          <w:b/>
        </w:rPr>
        <w:t xml:space="preserve">[13:58] </w:t>
      </w:r>
      <w:r>
        <w:t>yeh manta tha ke is universe ke peeche mein ek mathematical mind kaam kar raha hai.</w:t>
      </w:r>
    </w:p>
    <w:p>
      <w:pPr>
        <w:jc w:val="right"/>
      </w:pPr>
      <w:r>
        <w:t>یہ مانتا تھا کہ اس universe کے پیچھے میں ایک mathematical mind کام کر رہا ہے۔</w:t>
      </w:r>
    </w:p>
    <w:p>
      <w:r>
        <w:rPr>
          <w:b/>
        </w:rPr>
        <w:t xml:space="preserve">[14:05] </w:t>
      </w:r>
      <w:r>
        <w:t>apni language jo hai, us ne istemal ki ke ek mathematical mind hai jo universe ke peeche kaam</w:t>
      </w:r>
    </w:p>
    <w:p>
      <w:pPr>
        <w:jc w:val="right"/>
      </w:pPr>
      <w:r>
        <w:t>اپنی language جو ہے، اس نے استعمال کی کہ ایک mathematical mind ہے جو universe کے پیچھے کام</w:t>
      </w:r>
    </w:p>
    <w:p>
      <w:r>
        <w:rPr>
          <w:b/>
        </w:rPr>
        <w:t xml:space="preserve">[14:12] </w:t>
      </w:r>
      <w:r>
        <w:t>kar raha hai.</w:t>
      </w:r>
    </w:p>
    <w:p>
      <w:pPr>
        <w:jc w:val="right"/>
      </w:pPr>
      <w:r>
        <w:t>کر رہا ہے۔</w:t>
      </w:r>
    </w:p>
    <w:p>
      <w:r>
        <w:rPr>
          <w:b/>
        </w:rPr>
        <w:t xml:space="preserve">[14:14] </w:t>
      </w:r>
      <w:r>
        <w:t>phir Sir Arthur Eddington jo top ka scientist hai, us ne ek kitaab likhi hai, unseen world.</w:t>
      </w:r>
    </w:p>
    <w:p>
      <w:pPr>
        <w:jc w:val="right"/>
      </w:pPr>
      <w:r>
        <w:t>پھر سر آرتھر ایڈنگٹن جو top کا scientist ہے، اس نے ایک کتاب لکھی ہے، ان seen world۔</w:t>
      </w:r>
    </w:p>
    <w:p>
      <w:r>
        <w:rPr>
          <w:b/>
        </w:rPr>
        <w:t xml:space="preserve">[14:22] </w:t>
      </w:r>
      <w:r>
        <w:t>unseen world.</w:t>
      </w:r>
    </w:p>
    <w:p>
      <w:pPr>
        <w:jc w:val="right"/>
      </w:pPr>
      <w:r>
        <w:t>ان seen world۔</w:t>
      </w:r>
    </w:p>
    <w:p>
      <w:r>
        <w:rPr>
          <w:b/>
        </w:rPr>
        <w:t xml:space="preserve">[14:23] </w:t>
      </w:r>
      <w:r>
        <w:t>us mein us ne dikhaya hai ke jo seen hai, woh bhi unseen hai.</w:t>
      </w:r>
    </w:p>
    <w:p>
      <w:pPr>
        <w:jc w:val="right"/>
      </w:pPr>
      <w:r>
        <w:t>اس میں اس نے دکھایا ہے کہ جو seen ہے، وہ بھی unseen ہے۔</w:t>
      </w:r>
    </w:p>
    <w:p>
      <w:r>
        <w:rPr>
          <w:b/>
        </w:rPr>
        <w:t xml:space="preserve">[14:29] </w:t>
      </w:r>
      <w:r>
        <w:t>jo seen world hai, woh bhi unseen hai.</w:t>
      </w:r>
    </w:p>
    <w:p>
      <w:pPr>
        <w:jc w:val="right"/>
      </w:pPr>
      <w:r>
        <w:t>جو seen world ہے، وہ بھی unseen ہے۔</w:t>
      </w:r>
    </w:p>
    <w:p>
      <w:r>
        <w:rPr>
          <w:b/>
        </w:rPr>
        <w:t xml:space="preserve">[14:32] </w:t>
      </w:r>
      <w:r>
        <w:t>us ne example diya hai ke dekho, jis table par mein kaam kar raha hoon, woh ek dual</w:t>
      </w:r>
    </w:p>
    <w:p>
      <w:pPr>
        <w:jc w:val="right"/>
      </w:pPr>
      <w:r>
        <w:t>اس نے example دیا ہے کہ دیکھو، جس table پر میں کام کر رہا ہوں، وہ ایک dual</w:t>
      </w:r>
    </w:p>
    <w:p>
      <w:r>
        <w:rPr>
          <w:b/>
        </w:rPr>
        <w:t xml:space="preserve">[14:40] </w:t>
      </w:r>
      <w:r>
        <w:t>table hai.</w:t>
      </w:r>
    </w:p>
    <w:p>
      <w:pPr>
        <w:jc w:val="right"/>
      </w:pPr>
      <w:r>
        <w:t>table ہے۔</w:t>
      </w:r>
    </w:p>
    <w:p>
      <w:r>
        <w:rPr>
          <w:b/>
        </w:rPr>
        <w:t xml:space="preserve">[14:42] </w:t>
      </w:r>
      <w:r>
        <w:t>ek table woh jo mein dekh raha hoon, tum tum dekh rahe ho.</w:t>
      </w:r>
    </w:p>
    <w:p>
      <w:pPr>
        <w:jc w:val="right"/>
      </w:pPr>
      <w:r>
        <w:t>ایک table وہ جو میں دیکھ رہا ہوں، تم تم دیکھ رہے ہو۔</w:t>
      </w:r>
    </w:p>
    <w:p>
      <w:r>
        <w:rPr>
          <w:b/>
        </w:rPr>
        <w:t xml:space="preserve">[14:47] </w:t>
      </w:r>
      <w:r>
        <w:t>lekin aur haan, deep mein jayen, deep mein jayen to table kya hai? Woh nothing table is nothing</w:t>
      </w:r>
    </w:p>
    <w:p>
      <w:pPr>
        <w:jc w:val="right"/>
      </w:pPr>
      <w:r>
        <w:t>لیکن اور ہاں، deep میں جائیں، deep میں جائیں تو table کیا ہے؟ وہ nothing table is nothing</w:t>
      </w:r>
    </w:p>
    <w:p>
      <w:r>
        <w:rPr>
          <w:b/>
        </w:rPr>
        <w:t xml:space="preserve">[14:55] </w:t>
      </w:r>
      <w:r>
        <w:t>but full of electrons my table is nothing but full of electrons electrons to kya hai? Wahan par</w:t>
      </w:r>
    </w:p>
    <w:p>
      <w:pPr>
        <w:jc w:val="right"/>
      </w:pPr>
      <w:r>
        <w:t>but full of electrons my table is nothing but full of electrons electrons تو کیا ہے؟ وہاں پر</w:t>
      </w:r>
    </w:p>
    <w:p>
      <w:r>
        <w:rPr>
          <w:b/>
        </w:rPr>
        <w:t xml:space="preserve">[15:03] </w:t>
      </w:r>
      <w:r>
        <w:t>yeh table bhi unseen ban jata hai.</w:t>
      </w:r>
    </w:p>
    <w:p>
      <w:pPr>
        <w:jc w:val="right"/>
      </w:pPr>
      <w:r>
        <w:t>یہ table بھی unseen بن جاتا ہے۔</w:t>
      </w:r>
    </w:p>
    <w:p>
      <w:r>
        <w:rPr>
          <w:b/>
        </w:rPr>
        <w:t xml:space="preserve">[15:06] </w:t>
      </w:r>
      <w:r>
        <w:t>to us ne unseen world jo top ka scientist hai, Sir Arthur Eddington, us ki kitaab ka title</w:t>
      </w:r>
    </w:p>
    <w:p>
      <w:pPr>
        <w:jc w:val="right"/>
      </w:pPr>
      <w:r>
        <w:t>تو اس نے unseen world جو top کا scientist ہے، سر آرتھر ایڈنگٹن، اس کی کتاب کا title</w:t>
      </w:r>
    </w:p>
    <w:p>
      <w:r>
        <w:rPr>
          <w:b/>
        </w:rPr>
        <w:t xml:space="preserve">[15:13] </w:t>
      </w:r>
      <w:r>
        <w:t>yahi hai ke unseen world yani unseen world bhi exist kar rahi hai.</w:t>
      </w:r>
    </w:p>
    <w:p>
      <w:pPr>
        <w:jc w:val="right"/>
      </w:pPr>
      <w:r>
        <w:t>یہی ہے کہ unseen world یعنی unseen world بھی exist کر رہی ہے۔</w:t>
      </w:r>
    </w:p>
    <w:p>
      <w:r>
        <w:rPr>
          <w:b/>
        </w:rPr>
        <w:t xml:space="preserve">[15:19] </w:t>
      </w:r>
      <w:r>
        <w:t>tum samajhte ho ke jo seen world sirf exist kar rahi hai? Nahin, unseen world bhi exist kar</w:t>
      </w:r>
    </w:p>
    <w:p>
      <w:pPr>
        <w:jc w:val="right"/>
      </w:pPr>
      <w:r>
        <w:t>تم سمجھتے ہو کہ جو seen world صرف exist کر رہی ہے؟ نہیں، unseen world بھی exist کر</w:t>
      </w:r>
    </w:p>
    <w:p>
      <w:r>
        <w:rPr>
          <w:b/>
        </w:rPr>
        <w:t xml:space="preserve">[15:27] </w:t>
      </w:r>
      <w:r>
        <w:t>rahi hai.</w:t>
      </w:r>
    </w:p>
    <w:p>
      <w:pPr>
        <w:jc w:val="right"/>
      </w:pPr>
      <w:r>
        <w:t>رہی ہے۔</w:t>
      </w:r>
    </w:p>
    <w:p>
      <w:r>
        <w:rPr>
          <w:b/>
        </w:rPr>
        <w:t xml:space="preserve">[15:28] </w:t>
      </w:r>
      <w:r>
        <w:t>is tarike se dekhiye, kitaab ek bohat bara top ka aadmi hai, woh Alfred North Whitehead.</w:t>
      </w:r>
    </w:p>
    <w:p>
      <w:pPr>
        <w:jc w:val="right"/>
      </w:pPr>
      <w:r>
        <w:t>اس طریقے سے دیکھیے، کتاب ایک بہت بڑا top کا آدمی ہے، وہ الفریڈ نارتھ وائٹ ہیڈ۔</w:t>
      </w:r>
    </w:p>
    <w:p>
      <w:r>
        <w:rPr>
          <w:b/>
        </w:rPr>
        <w:t xml:space="preserve">[15:35] </w:t>
      </w:r>
      <w:r>
        <w:t>alfred north whitehead ke bare mein kaha jata hai ke twentieth century mein sab se zyada well</w:t>
      </w:r>
    </w:p>
    <w:p>
      <w:pPr>
        <w:jc w:val="right"/>
      </w:pPr>
      <w:r>
        <w:t>الفریڈ نارتھ وائٹ ہیڈ کے بارے میں کہا جاتا ہے کہ twentieth century میں سب سے زیادہ well</w:t>
      </w:r>
    </w:p>
    <w:p>
      <w:r>
        <w:rPr>
          <w:b/>
        </w:rPr>
        <w:t xml:space="preserve">[15:43] </w:t>
      </w:r>
      <w:r>
        <w:t>dead aadmi tha.</w:t>
      </w:r>
    </w:p>
    <w:p>
      <w:pPr>
        <w:jc w:val="right"/>
      </w:pPr>
      <w:r>
        <w:t>dead آدمی تھا۔</w:t>
      </w:r>
    </w:p>
    <w:p>
      <w:r>
        <w:rPr>
          <w:b/>
        </w:rPr>
        <w:t xml:space="preserve">[15:45] </w:t>
      </w:r>
      <w:r>
        <w:t>woh puri twentieth century mein sab se zyada well dead aadmi jo tha, woh alfred north whitehead</w:t>
      </w:r>
    </w:p>
    <w:p>
      <w:pPr>
        <w:jc w:val="right"/>
      </w:pPr>
      <w:r>
        <w:t>وہ پوری twentieth century میں سب سے زیادہ well dead آدمی جو تھا، وہ الفریڈ نارتھ وائٹ ہیڈ</w:t>
      </w:r>
    </w:p>
    <w:p>
      <w:r>
        <w:rPr>
          <w:b/>
        </w:rPr>
        <w:t xml:space="preserve">[15:52]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[15:54] </w:t>
      </w:r>
      <w:r>
        <w:t>woh woh khuda ko manta tha.</w:t>
      </w:r>
    </w:p>
    <w:p>
      <w:pPr>
        <w:jc w:val="right"/>
      </w:pPr>
      <w:r>
        <w:t>وہ وہ خدا کو مانتا تھا۔</w:t>
      </w:r>
    </w:p>
    <w:p>
      <w:r>
        <w:rPr>
          <w:b/>
        </w:rPr>
        <w:t xml:space="preserve">[15:56] </w:t>
      </w:r>
      <w:r>
        <w:t>woh is tarah se dekhiye, is ne ek bohat is zamane ka ek atheist tha jo ab mar</w:t>
      </w:r>
    </w:p>
    <w:p>
      <w:pPr>
        <w:jc w:val="right"/>
      </w:pPr>
      <w:r>
        <w:t>وہ اس طرح سے دیکھیے، اس نے ایک بہت اس زمانے کا ایک atheist تھا جو اب مر</w:t>
      </w:r>
    </w:p>
    <w:p>
      <w:r>
        <w:rPr>
          <w:b/>
        </w:rPr>
        <w:t xml:space="preserve">[16:04] </w:t>
      </w:r>
      <w:r>
        <w:t>gaya, uska naam tha julian huxley.</w:t>
      </w:r>
    </w:p>
    <w:p>
      <w:pPr>
        <w:jc w:val="right"/>
      </w:pPr>
      <w:r>
        <w:t>گیا، اس کا نام تھا جولین ہکسلے۔</w:t>
      </w:r>
    </w:p>
    <w:p>
      <w:r>
        <w:rPr>
          <w:b/>
        </w:rPr>
        <w:t xml:space="preserve">[16:07] </w:t>
      </w:r>
      <w:r>
        <w:t>julian huxley, yeh aldous huxley ka beta tha.</w:t>
      </w:r>
    </w:p>
    <w:p>
      <w:pPr>
        <w:jc w:val="right"/>
      </w:pPr>
      <w:r>
        <w:t>جولین ہکسلے، یہ آلدرس ہکسلے کا بیٹا تھا۔</w:t>
      </w:r>
    </w:p>
    <w:p>
      <w:r>
        <w:rPr>
          <w:b/>
        </w:rPr>
        <w:t xml:space="preserve">[16:11] </w:t>
      </w:r>
      <w:r>
        <w:t>یہ اس کی ایک کتاب چھپی، Mein Kampf alone۔</w:t>
      </w:r>
    </w:p>
    <w:p>
      <w:pPr>
        <w:jc w:val="right"/>
      </w:pPr>
      <w:r>
        <w:t>یہ اس کی ایک کتاب چھپی، مین اسٹائنز alone۔</w:t>
      </w:r>
    </w:p>
    <w:p>
      <w:r>
        <w:rPr>
          <w:b/>
        </w:rPr>
        <w:t xml:space="preserve">[16:14] </w:t>
      </w:r>
      <w:r>
        <w:t>man stands alone.</w:t>
      </w:r>
    </w:p>
    <w:p>
      <w:pPr>
        <w:jc w:val="right"/>
      </w:pPr>
      <w:r>
        <w:t>مین اسٹائنز alone۔</w:t>
      </w:r>
    </w:p>
    <w:p>
      <w:r>
        <w:rPr>
          <w:b/>
        </w:rPr>
        <w:t xml:space="preserve">[16:16] </w:t>
      </w:r>
      <w:r>
        <w:t>is mein woh likhta hai ke is ke alfaaz hain ke yeh jo zamana hamara hai, jo science</w:t>
      </w:r>
    </w:p>
    <w:p>
      <w:pPr>
        <w:jc w:val="right"/>
      </w:pPr>
      <w:r>
        <w:t>اس میں وہ لکھتا ہے کہ اس کے الفاظ ہیں کہ یہ جو زمانہ ہمارا ہے، جو سائنس</w:t>
      </w:r>
    </w:p>
    <w:p>
      <w:r>
        <w:rPr>
          <w:b/>
        </w:rPr>
        <w:t xml:space="preserve">[16:24] </w:t>
      </w:r>
      <w:r>
        <w:t>ہے، اس کو بتاتے ہوئے کہتا ہے وہ کہ transfer of seed from God to man transfer of</w:t>
      </w:r>
    </w:p>
    <w:p>
      <w:pPr>
        <w:jc w:val="right"/>
      </w:pPr>
      <w:r>
        <w:t>ہے، اس کو بتاتے ہوئے کہتا ہے وہ کہ transfer of seed from god to man transfer of</w:t>
      </w:r>
    </w:p>
    <w:p>
      <w:r>
        <w:rPr>
          <w:b/>
        </w:rPr>
        <w:t xml:space="preserve">[16:31] </w:t>
      </w:r>
      <w:r>
        <w:t>seed from god to man ab jo hai, hum ne god ko hata diya hai, ab insaan hi</w:t>
      </w:r>
    </w:p>
    <w:p>
      <w:pPr>
        <w:jc w:val="right"/>
      </w:pPr>
      <w:r>
        <w:t>seed from god to man اب جو ہے، ہم نے god کو ہٹا دیا ہے، اب انسان ہی</w:t>
      </w:r>
    </w:p>
    <w:p>
      <w:r>
        <w:rPr>
          <w:b/>
        </w:rPr>
        <w:t xml:space="preserve">[16:39] </w:t>
      </w:r>
      <w:r>
        <w:t>sab kuch hai is kainat mein.</w:t>
      </w:r>
    </w:p>
    <w:p>
      <w:pPr>
        <w:jc w:val="right"/>
      </w:pPr>
      <w:r>
        <w:t>سب کچھ ہے اس کائنات میں۔</w:t>
      </w:r>
    </w:p>
    <w:p>
      <w:r>
        <w:rPr>
          <w:b/>
        </w:rPr>
        <w:t xml:space="preserve">[16:42] </w:t>
      </w:r>
      <w:r>
        <w:t>aap jante hain, isi se phir ek puri puri philosophy bani.</w:t>
      </w:r>
    </w:p>
    <w:p>
      <w:pPr>
        <w:jc w:val="right"/>
      </w:pPr>
      <w:r>
        <w:t>آپ جانتے ہیں، اسی سے پھر ایک پوری پوری philosophy بنی۔</w:t>
      </w:r>
    </w:p>
    <w:p>
      <w:r>
        <w:rPr>
          <w:b/>
        </w:rPr>
        <w:t xml:space="preserve">[16:46] </w:t>
      </w:r>
      <w:r>
        <w:t>humanism kya hai? humanism yahi hai.</w:t>
      </w:r>
    </w:p>
    <w:p>
      <w:pPr>
        <w:jc w:val="right"/>
      </w:pPr>
      <w:r>
        <w:t>Humanism کیا ہے؟ Humanism یہی ہے۔</w:t>
      </w:r>
    </w:p>
    <w:p>
      <w:r>
        <w:rPr>
          <w:b/>
        </w:rPr>
        <w:t xml:space="preserve">[16:49] </w:t>
      </w:r>
      <w:r>
        <w:t>humanism jo hai, woh transfer of seed from god to man hai.</w:t>
      </w:r>
    </w:p>
    <w:p>
      <w:pPr>
        <w:jc w:val="right"/>
      </w:pPr>
      <w:r>
        <w:t>Humanism جو ہے، وہ transfer of seed from god to man ہے۔</w:t>
      </w:r>
    </w:p>
    <w:p>
      <w:r>
        <w:rPr>
          <w:b/>
        </w:rPr>
        <w:t xml:space="preserve">[16:54] </w:t>
      </w:r>
      <w:r>
        <w:t>existentialism jo hai, woh kya hai? woh bhi yahi cheez hai.</w:t>
      </w:r>
    </w:p>
    <w:p>
      <w:pPr>
        <w:jc w:val="right"/>
      </w:pPr>
      <w:r>
        <w:t>Existentialism جو ہے، وہ کیا ہے؟ وہ بھی یہی چیز ہے۔</w:t>
      </w:r>
    </w:p>
    <w:p>
      <w:r>
        <w:rPr>
          <w:b/>
        </w:rPr>
        <w:t xml:space="preserve">[16:59] </w:t>
      </w:r>
      <w:r>
        <w:t>lekin doosri taraf aise scientists the jinhone is ka jawab diya.</w:t>
      </w:r>
    </w:p>
    <w:p>
      <w:pPr>
        <w:jc w:val="right"/>
      </w:pPr>
      <w:r>
        <w:t>لیکن دوسری طرف ایسے scientists تھے جنہوں نے اس کا جواب دیا۔</w:t>
      </w:r>
    </w:p>
    <w:p>
      <w:r>
        <w:rPr>
          <w:b/>
        </w:rPr>
        <w:t xml:space="preserve">[17:04] </w:t>
      </w:r>
      <w:r>
        <w:t>یعنی main science alone کے جواب میں top کا scientist، وہ کرسی موریسن، American scientist، انہوں نے کتاب</w:t>
      </w:r>
    </w:p>
    <w:p>
      <w:pPr>
        <w:jc w:val="right"/>
      </w:pPr>
      <w:r>
        <w:t>یعنی مین اسٹائنز alone کے جواب میں top کا scientist، وہ کرسی موریسن، American scientist، انہوں نے کتاب</w:t>
      </w:r>
    </w:p>
    <w:p>
      <w:r>
        <w:rPr>
          <w:b/>
        </w:rPr>
        <w:t xml:space="preserve">[17:12] </w:t>
      </w:r>
      <w:r>
        <w:t>likhi.</w:t>
      </w:r>
    </w:p>
    <w:p>
      <w:pPr>
        <w:jc w:val="right"/>
      </w:pPr>
      <w:r>
        <w:t>لکھی۔</w:t>
      </w:r>
    </w:p>
    <w:p>
      <w:r>
        <w:rPr>
          <w:b/>
        </w:rPr>
        <w:t xml:space="preserve">[17:13] </w:t>
      </w:r>
      <w:r>
        <w:t>woh uska naam hai man does not stand alone is ka title tha man stands alone to</w:t>
      </w:r>
    </w:p>
    <w:p>
      <w:pPr>
        <w:jc w:val="right"/>
      </w:pPr>
      <w:r>
        <w:t>وہ اس کا نام ہے man does not stand alone اس کا title تھا man stands alone تو</w:t>
      </w:r>
    </w:p>
    <w:p>
      <w:r>
        <w:rPr>
          <w:b/>
        </w:rPr>
        <w:t xml:space="preserve">[17:21] </w:t>
      </w:r>
      <w:r>
        <w:t>kirsi morrison ne is ke jawab mein kitaab likhi ke man does not stand alone aur bohat hi</w:t>
      </w:r>
    </w:p>
    <w:p>
      <w:pPr>
        <w:jc w:val="right"/>
      </w:pPr>
      <w:r>
        <w:t>کرسی موریسن نے اس کے جواب میں کتاب لکھی کہ man does not stand alone اور بہت ہی</w:t>
      </w:r>
    </w:p>
    <w:p>
      <w:r>
        <w:rPr>
          <w:b/>
        </w:rPr>
        <w:t xml:space="preserve">[17:29] </w:t>
      </w:r>
      <w:r>
        <w:t>beautiful kitaab hai yeh.</w:t>
      </w:r>
    </w:p>
    <w:p>
      <w:pPr>
        <w:jc w:val="right"/>
      </w:pPr>
      <w:r>
        <w:t>beautiful کتاب ہے یہ۔</w:t>
      </w:r>
    </w:p>
    <w:p>
      <w:r>
        <w:rPr>
          <w:b/>
        </w:rPr>
        <w:t xml:space="preserve">[17:30] </w:t>
      </w:r>
      <w:r>
        <w:t>is kitaab ka arabic mein jo tarjuma hua hai, woh is ka title aur bhi zyada mujhe acha</w:t>
      </w:r>
    </w:p>
    <w:p>
      <w:pPr>
        <w:jc w:val="right"/>
      </w:pPr>
      <w:r>
        <w:t>اس کتاب کا عربک میں جو ترجمہ ہوا ہے، وہ اس کا title اور بھی زیادہ مجھے اچھا</w:t>
      </w:r>
    </w:p>
    <w:p>
      <w:r>
        <w:rPr>
          <w:b/>
        </w:rPr>
        <w:t xml:space="preserve">[17:38] </w:t>
      </w:r>
      <w:r>
        <w:t>lagta hai.</w:t>
      </w:r>
    </w:p>
    <w:p>
      <w:pPr>
        <w:jc w:val="right"/>
      </w:pPr>
      <w:r>
        <w:t>لگتا ہے۔</w:t>
      </w:r>
    </w:p>
    <w:p>
      <w:r>
        <w:rPr>
          <w:b/>
        </w:rPr>
        <w:t xml:space="preserve">[17:40] </w:t>
      </w:r>
      <w:r>
        <w:t>yani english kitaab ka title to hai ke man does not stand alone lekin jo arabic kitaab ka</w:t>
      </w:r>
    </w:p>
    <w:p>
      <w:pPr>
        <w:jc w:val="right"/>
      </w:pPr>
      <w:r>
        <w:t>یعنی انگلش کتاب کا title تو ہے کہ man does not stand alone لیکن جو عربک کتاب کا</w:t>
      </w:r>
    </w:p>
    <w:p>
      <w:r>
        <w:rPr>
          <w:b/>
        </w:rPr>
        <w:t xml:space="preserve">[17:47] </w:t>
      </w:r>
      <w:r>
        <w:t>jo title hai, woh hai allah yatajalla fi asr al-ilm allah yatajalla fi asr al-ilm yani khuda zamana</w:t>
      </w:r>
    </w:p>
    <w:p>
      <w:pPr>
        <w:jc w:val="right"/>
      </w:pPr>
      <w:r>
        <w:t>جو title ہے، وہ ہے الله يتجلى في عصر العلم الله يتجلى في عصر العلم یعنی خدا زمانہ</w:t>
      </w:r>
    </w:p>
    <w:p>
      <w:r>
        <w:rPr>
          <w:b/>
        </w:rPr>
        <w:t xml:space="preserve">[17:55] </w:t>
      </w:r>
      <w:r>
        <w:t>haazir mein, khuda modern science ke zamane mein phir se jalwa gar ho raha hai.</w:t>
      </w:r>
    </w:p>
    <w:p>
      <w:pPr>
        <w:jc w:val="right"/>
      </w:pPr>
      <w:r>
        <w:t>حاضر میں، خدا modern سائنس کے زمانے میں پھر سے جلوہ گر ہو رہا ہے۔</w:t>
      </w:r>
    </w:p>
    <w:p>
      <w:r>
        <w:rPr>
          <w:b/>
        </w:rPr>
        <w:t xml:space="preserve">[18:01] </w:t>
      </w:r>
      <w:r>
        <w:t>ab modern science jo hai, woh khuda ka proof ban gayi hai.</w:t>
      </w:r>
    </w:p>
    <w:p>
      <w:pPr>
        <w:jc w:val="right"/>
      </w:pPr>
      <w:r>
        <w:t>اب modern سائنس جو ہے، وہ خدا کا proof بن گئی ہے۔</w:t>
      </w:r>
    </w:p>
    <w:p>
      <w:r>
        <w:rPr>
          <w:b/>
        </w:rPr>
        <w:t xml:space="preserve">[18:07] </w:t>
      </w:r>
      <w:r>
        <w:t>allah yatajalla fi asr al-ilm woh isi kitaab ka arabic tarjuma hai.</w:t>
      </w:r>
    </w:p>
    <w:p>
      <w:pPr>
        <w:jc w:val="right"/>
      </w:pPr>
      <w:r>
        <w:t>الله يتجلى في عصر العلم وہ اسی کتاب کا عربک ترجمہ ہے۔</w:t>
      </w:r>
    </w:p>
    <w:p>
      <w:r>
        <w:rPr>
          <w:b/>
        </w:rPr>
        <w:t xml:space="preserve">[18:12] </w:t>
      </w:r>
      <w:r>
        <w:t>aur bahut saari books jaise europe ke fifty scientists, fifty scientists se article likhwaya gaya god ke is</w:t>
      </w:r>
    </w:p>
    <w:p>
      <w:pPr>
        <w:jc w:val="right"/>
      </w:pPr>
      <w:r>
        <w:t>اور بہت ساری books جیسے یورپ کے fifty scientists، fifty scientists سے article لکھوایا گیا god کے اس</w:t>
      </w:r>
    </w:p>
    <w:p>
      <w:r>
        <w:rPr>
          <w:b/>
        </w:rPr>
        <w:t xml:space="preserve">[18:19] </w:t>
      </w:r>
      <w:r>
        <w:t>par.</w:t>
      </w:r>
    </w:p>
    <w:p>
      <w:pPr>
        <w:jc w:val="right"/>
      </w:pPr>
      <w:r>
        <w:t>پر۔</w:t>
      </w:r>
    </w:p>
    <w:p>
      <w:r>
        <w:rPr>
          <w:b/>
        </w:rPr>
        <w:t xml:space="preserve">[18:21] </w:t>
      </w:r>
      <w:r>
        <w:t>toh is ka jo title hai the evidence of god in an expanding universe the evidence of god</w:t>
      </w:r>
    </w:p>
    <w:p>
      <w:pPr>
        <w:jc w:val="right"/>
      </w:pPr>
      <w:r>
        <w:t>تو اس کا جو title ہے the evidence of god in an expanding universe the evidence of god</w:t>
      </w:r>
    </w:p>
    <w:p>
      <w:r>
        <w:rPr>
          <w:b/>
        </w:rPr>
        <w:t xml:space="preserve">[18:29] </w:t>
      </w:r>
      <w:r>
        <w:t>in an expanding universe poori kitaab bahut hi dilchasp kitaab hai.</w:t>
      </w:r>
    </w:p>
    <w:p>
      <w:pPr>
        <w:jc w:val="right"/>
      </w:pPr>
      <w:r>
        <w:t>in an expanding universe پوری کتاب بہت ہی دلچسپ کتاب ہے۔</w:t>
      </w:r>
    </w:p>
    <w:p>
      <w:r>
        <w:rPr>
          <w:b/>
        </w:rPr>
        <w:t xml:space="preserve">[18:33] </w:t>
      </w:r>
      <w:r>
        <w:t>bahut hi dilchasp kitaab hai, parhne qabil hai.</w:t>
      </w:r>
    </w:p>
    <w:p>
      <w:pPr>
        <w:jc w:val="right"/>
      </w:pPr>
      <w:r>
        <w:t>بہت ہی دلچسپ کتاب ہے، پڑھنے قابل ہے۔</w:t>
      </w:r>
    </w:p>
    <w:p>
      <w:r>
        <w:rPr>
          <w:b/>
        </w:rPr>
        <w:t xml:space="preserve">[18:37] </w:t>
      </w:r>
      <w:r>
        <w:t>aisi bahut saari kitaabein likhi gayi hain.</w:t>
      </w:r>
    </w:p>
    <w:p>
      <w:pPr>
        <w:jc w:val="right"/>
      </w:pPr>
      <w:r>
        <w:t>ایسی بہت ساری کتابیں لکھی گئی ہیں۔</w:t>
      </w:r>
    </w:p>
    <w:p>
      <w:r>
        <w:rPr>
          <w:b/>
        </w:rPr>
        <w:t xml:space="preserve">[18:40] </w:t>
      </w:r>
      <w:r>
        <w:t>toh main yeh kahunga ke science ke aane ke baad yeh nahi hua ke khuda ko discard</w:t>
      </w:r>
    </w:p>
    <w:p>
      <w:pPr>
        <w:jc w:val="right"/>
      </w:pPr>
      <w:r>
        <w:t>تو میں یہ کہوں گا کہ سائنس کے آنے کے بعد یہ نہیں ہوا کہ خدا کو discard</w:t>
      </w:r>
    </w:p>
    <w:p>
      <w:r>
        <w:rPr>
          <w:b/>
        </w:rPr>
        <w:t xml:space="preserve">[18:47] </w:t>
      </w:r>
      <w:r>
        <w:t>kar diya gaya.</w:t>
      </w:r>
    </w:p>
    <w:p>
      <w:pPr>
        <w:jc w:val="right"/>
      </w:pPr>
      <w:r>
        <w:t>کر دیا گیا۔</w:t>
      </w:r>
    </w:p>
    <w:p>
      <w:r>
        <w:rPr>
          <w:b/>
        </w:rPr>
        <w:t xml:space="preserve">[18:49] </w:t>
      </w:r>
      <w:r>
        <w:t>yeh kuch atheist log the jinhone science ko exploit kiya.</w:t>
      </w:r>
    </w:p>
    <w:p>
      <w:pPr>
        <w:jc w:val="right"/>
      </w:pPr>
      <w:r>
        <w:t>یہ کچھ atheist لوگ تھے جنہوں نے سائنس کو exploit کیا۔</w:t>
      </w:r>
    </w:p>
    <w:p>
      <w:r>
        <w:rPr>
          <w:b/>
        </w:rPr>
        <w:t xml:space="preserve">[18:54] </w:t>
      </w:r>
      <w:r>
        <w:t>khud scientific community ne kabhi bhi aisa nahi kaha.</w:t>
      </w:r>
    </w:p>
    <w:p>
      <w:pPr>
        <w:jc w:val="right"/>
      </w:pPr>
      <w:r>
        <w:t>خود scientific community نے کبھی بھی ایسا نہیں کہا۔</w:t>
      </w:r>
    </w:p>
    <w:p>
      <w:r>
        <w:rPr>
          <w:b/>
        </w:rPr>
        <w:t xml:space="preserve">[18:58] </w:t>
      </w:r>
      <w:r>
        <w:t>mere janne mein koi bhi bada scientist aisa nahi hai jisne yeh kaha ho ke khuda nahi</w:t>
      </w:r>
    </w:p>
    <w:p>
      <w:pPr>
        <w:jc w:val="right"/>
      </w:pPr>
      <w:r>
        <w:t>میرے جاننے میں کوئی بھی بڑا scientist ایسا نہیں ہے جس نے یہ کہا ہو کہ خدا نہیں</w:t>
      </w:r>
    </w:p>
    <w:p>
      <w:r>
        <w:rPr>
          <w:b/>
        </w:rPr>
        <w:t xml:space="preserve">[19:05]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[19:07] </w:t>
      </w:r>
      <w:r>
        <w:t>yeh atheist logon ka qaul hai aur unhone exploit kiya hai science ko aur aisa unhone</w:t>
      </w:r>
    </w:p>
    <w:p>
      <w:pPr>
        <w:jc w:val="right"/>
      </w:pPr>
      <w:r>
        <w:t>یہ atheist لوگوں کا قول ہے اور انہوں نے exploit کیا ہے سائنس کو اور ایسا انہوں نے</w:t>
      </w:r>
    </w:p>
    <w:p>
      <w:r>
        <w:rPr>
          <w:b/>
        </w:rPr>
        <w:t xml:space="preserve">[19:14] </w:t>
      </w:r>
      <w:r>
        <w:t>kehna shuru kar diya.</w:t>
      </w:r>
    </w:p>
    <w:p>
      <w:pPr>
        <w:jc w:val="right"/>
      </w:pPr>
      <w:r>
        <w:t>کہنا شروع کر دیا۔</w:t>
      </w:r>
    </w:p>
    <w:p>
      <w:r>
        <w:rPr>
          <w:b/>
        </w:rPr>
        <w:t xml:space="preserve">[19:16] </w:t>
      </w:r>
      <w:r>
        <w:t>yahan tak ke main jaanta hoon.</w:t>
      </w:r>
    </w:p>
    <w:p>
      <w:pPr>
        <w:jc w:val="right"/>
      </w:pPr>
      <w:r>
        <w:t>یہاں تک کہ میں جانتا ہوں۔</w:t>
      </w:r>
    </w:p>
    <w:p>
      <w:r>
        <w:rPr>
          <w:b/>
        </w:rPr>
        <w:t xml:space="preserve">[19:19] </w:t>
      </w:r>
      <w:r>
        <w:t>lekin openly kehne wale sab nahi hote.</w:t>
      </w:r>
    </w:p>
    <w:p>
      <w:pPr>
        <w:jc w:val="right"/>
      </w:pPr>
      <w:r>
        <w:t>لیکن openly کہنے والے سب نہیں ہوتے۔</w:t>
      </w:r>
    </w:p>
    <w:p>
      <w:r>
        <w:rPr>
          <w:b/>
        </w:rPr>
        <w:t xml:space="preserve">[19:22] </w:t>
      </w:r>
      <w:r>
        <w:t>toh science ke dhara jo chala, us mein har zamane mein barabar aise log paida hote rahe jinhone</w:t>
      </w:r>
    </w:p>
    <w:p>
      <w:pPr>
        <w:jc w:val="right"/>
      </w:pPr>
      <w:r>
        <w:t>تو سائنس کے دھارا جو چلا، اس میں ہر زمانے میں برابر ایسے لوگ پیدا ہوتے رہے جنہوں</w:t>
      </w:r>
    </w:p>
    <w:p>
      <w:r>
        <w:rPr>
          <w:b/>
        </w:rPr>
        <w:t xml:space="preserve">[19:29] </w:t>
      </w:r>
      <w:r>
        <w:t>aisi baatein kaheen jo jo khuda ke favor mein jaati theen.</w:t>
      </w:r>
    </w:p>
    <w:p>
      <w:pPr>
        <w:jc w:val="right"/>
      </w:pPr>
      <w:r>
        <w:t>نے ایسی باتیں کہیں جو جو خدا کے favor میں جاتی تھیں۔</w:t>
      </w:r>
    </w:p>
    <w:p>
      <w:r>
        <w:rPr>
          <w:b/>
        </w:rPr>
        <w:t xml:space="preserve">[19:35] </w:t>
      </w:r>
      <w:r>
        <w:t>abhi ek kitaab chhapi hai, us mein usne likha hai ke science ne jo duniya discover ki</w:t>
      </w:r>
    </w:p>
    <w:p>
      <w:pPr>
        <w:jc w:val="right"/>
      </w:pPr>
      <w:r>
        <w:t>ابھی ایک کتاب چھپی ہے، اس میں اس نے لکھا ہے کہ سائنس نے جو دنیا discover کی</w:t>
      </w:r>
    </w:p>
    <w:p>
      <w:r>
        <w:rPr>
          <w:b/>
        </w:rPr>
        <w:t xml:space="preserve">[19:42] </w:t>
      </w:r>
      <w:r>
        <w:t>hai, woh bahut hi meaningful duniya hai.</w:t>
      </w:r>
    </w:p>
    <w:p>
      <w:pPr>
        <w:jc w:val="right"/>
      </w:pPr>
      <w:r>
        <w:t>ہے، وہ بہت ہی meaningful دنیا ہے۔</w:t>
      </w:r>
    </w:p>
    <w:p>
      <w:r>
        <w:rPr>
          <w:b/>
        </w:rPr>
        <w:t xml:space="preserve">[19:45] </w:t>
      </w:r>
      <w:r>
        <w:t>us mein bahut zyada order hai, us mein bahut zyada harmony hai.</w:t>
      </w:r>
    </w:p>
    <w:p>
      <w:pPr>
        <w:jc w:val="right"/>
      </w:pPr>
      <w:r>
        <w:t>اس میں بہت زیادہ order ہے، اس میں بہت زیادہ harmony ہے۔</w:t>
      </w:r>
    </w:p>
    <w:p>
      <w:r>
        <w:rPr>
          <w:b/>
        </w:rPr>
        <w:t xml:space="preserve">[19:50] </w:t>
      </w:r>
      <w:r>
        <w:t>toh ek mathematical precision hai us ke andar.</w:t>
      </w:r>
    </w:p>
    <w:p>
      <w:pPr>
        <w:jc w:val="right"/>
      </w:pPr>
      <w:r>
        <w:t>تو ایک mathematical precision ہے اس کے اندر۔</w:t>
      </w:r>
    </w:p>
    <w:p>
      <w:r>
        <w:rPr>
          <w:b/>
        </w:rPr>
        <w:t xml:space="preserve">[19:54] </w:t>
      </w:r>
      <w:r>
        <w:t>mathematical precision aap jante hain ke hamari zameen rotate kar rahi hai aur aik second ka farq nahi</w:t>
      </w:r>
    </w:p>
    <w:p>
      <w:pPr>
        <w:jc w:val="right"/>
      </w:pPr>
      <w:r>
        <w:t>mathematical precision آپ جانتے ہیں کہ ہماری زمین rotate کر رہی ہے اور ایک سیکنڈ کا فرق نہیں</w:t>
      </w:r>
    </w:p>
    <w:p>
      <w:r>
        <w:rPr>
          <w:b/>
        </w:rPr>
        <w:t xml:space="preserve">[20:02] </w:t>
      </w:r>
      <w:r>
        <w:t>hota lakhon saal se.</w:t>
      </w:r>
    </w:p>
    <w:p>
      <w:pPr>
        <w:jc w:val="right"/>
      </w:pPr>
      <w:r>
        <w:t>ہوتا لاکھوں سال سے۔</w:t>
      </w:r>
    </w:p>
    <w:p>
      <w:r>
        <w:rPr>
          <w:b/>
        </w:rPr>
        <w:t xml:space="preserve">[20:03] </w:t>
      </w:r>
      <w:r>
        <w:t>poori kainaat mein aik order hai.</w:t>
      </w:r>
    </w:p>
    <w:p>
      <w:pPr>
        <w:jc w:val="right"/>
      </w:pPr>
      <w:r>
        <w:t>پوری کائنات میں ایک order ہے۔</w:t>
      </w:r>
    </w:p>
    <w:p>
      <w:r>
        <w:rPr>
          <w:b/>
        </w:rPr>
        <w:t xml:space="preserve">[20:06] </w:t>
      </w:r>
      <w:r>
        <w:t>to ab yeh scientist yeh mannay lagay hain ke ke jaisay kuch log pehlay kaha karte thay ke</w:t>
      </w:r>
    </w:p>
    <w:p>
      <w:pPr>
        <w:jc w:val="right"/>
      </w:pPr>
      <w:r>
        <w:t>تو اب یہ سائنسدان یہ ماننے لگے ہیں کہ کہ جیسے کچھ لوگ پہلے کہا کرتے تھے کہ</w:t>
      </w:r>
    </w:p>
    <w:p>
      <w:r>
        <w:rPr>
          <w:b/>
        </w:rPr>
        <w:t xml:space="preserve">[20:14] </w:t>
      </w:r>
      <w:r>
        <w:t>ke blind interplay of physical forces ke kuch logon ne yeh daawa kiya tha ke yeh dunya jo</w:t>
      </w:r>
    </w:p>
    <w:p>
      <w:pPr>
        <w:jc w:val="right"/>
      </w:pPr>
      <w:r>
        <w:t>کہ blind interplay of physical forces کہ کچھ لوگوں نے یہ دعویٰ کیا تھا کہ یہ دنیا جو</w:t>
      </w:r>
    </w:p>
    <w:p>
      <w:r>
        <w:rPr>
          <w:b/>
        </w:rPr>
        <w:t xml:space="preserve">[20:21] </w:t>
      </w:r>
      <w:r>
        <w:t>hai blind interplay of physical and chemical forces ab yeh theory discard ho gayi hai.</w:t>
      </w:r>
    </w:p>
    <w:p>
      <w:pPr>
        <w:jc w:val="right"/>
      </w:pPr>
      <w:r>
        <w:t>ہے blind interplay of physical and chemical forces اب یہ theory discard ہو گئی ہے۔</w:t>
      </w:r>
    </w:p>
    <w:p>
      <w:r>
        <w:rPr>
          <w:b/>
        </w:rPr>
        <w:t xml:space="preserve">[20:28] </w:t>
      </w:r>
      <w:r>
        <w:t>ab yeh mana janay laga hai ke bohat hi ziyada harmony, bohat hi ziyada meaningful hai yeh hamari</w:t>
      </w:r>
    </w:p>
    <w:p>
      <w:pPr>
        <w:jc w:val="right"/>
      </w:pPr>
      <w:r>
        <w:t>اب یہ مانا جانے لگا ہے کہ بہت ہی زیادہ harmony، بہت ہی زیادہ meaningful ہے یہ ہماری</w:t>
      </w:r>
    </w:p>
    <w:p>
      <w:r>
        <w:rPr>
          <w:b/>
        </w:rPr>
        <w:t xml:space="preserve">[20:35] </w:t>
      </w:r>
      <w:r>
        <w:t>universe.</w:t>
      </w:r>
    </w:p>
    <w:p>
      <w:pPr>
        <w:jc w:val="right"/>
      </w:pPr>
      <w:r>
        <w:t>universe۔</w:t>
      </w:r>
    </w:p>
    <w:p>
      <w:r>
        <w:rPr>
          <w:b/>
        </w:rPr>
        <w:t xml:space="preserve">[20:37] </w:t>
      </w:r>
      <w:r>
        <w:t>to is ka is ke peechay koi intelligence hona chahiye.</w:t>
      </w:r>
    </w:p>
    <w:p>
      <w:pPr>
        <w:jc w:val="right"/>
      </w:pPr>
      <w:r>
        <w:t>تو اس کا اس کے پیچھے کوئی intelligence ہونا چاہیے۔</w:t>
      </w:r>
    </w:p>
    <w:p>
      <w:r>
        <w:rPr>
          <w:b/>
        </w:rPr>
        <w:t xml:space="preserve">[20:41] </w:t>
      </w:r>
      <w:r>
        <w:t>aik book chhapi hai, yani kafi moti si book hai woh ke intelligent universe intelligent universe Fred Hoyle</w:t>
      </w:r>
    </w:p>
    <w:p>
      <w:pPr>
        <w:jc w:val="right"/>
      </w:pPr>
      <w:r>
        <w:t>ایک book چھپی ہے، یعنی کافی موٹی سی book ہے وہ کہ intelligent universe intelligent universe Fred Hoyle</w:t>
      </w:r>
    </w:p>
    <w:p>
      <w:r>
        <w:rPr>
          <w:b/>
        </w:rPr>
        <w:t xml:space="preserve">[20:49] </w:t>
      </w:r>
      <w:r>
        <w:t>ki kitab.</w:t>
      </w:r>
    </w:p>
    <w:p>
      <w:pPr>
        <w:jc w:val="right"/>
      </w:pPr>
      <w:r>
        <w:t>کی کتاب۔</w:t>
      </w:r>
    </w:p>
    <w:p>
      <w:r>
        <w:rPr>
          <w:b/>
        </w:rPr>
        <w:t xml:space="preserve">[20:50] </w:t>
      </w:r>
      <w:r>
        <w:t>yeh British scientist hai Fred Hoyle.</w:t>
      </w:r>
    </w:p>
    <w:p>
      <w:pPr>
        <w:jc w:val="right"/>
      </w:pPr>
      <w:r>
        <w:t>یہ برٹش scientist ہے Fred Hoyle۔</w:t>
      </w:r>
    </w:p>
    <w:p>
      <w:r>
        <w:rPr>
          <w:b/>
        </w:rPr>
        <w:t xml:space="preserve">[20:53] </w:t>
      </w:r>
      <w:r>
        <w:t>intelligent universe to us ko khud khud universe ko is ne intelligent bana diya.</w:t>
      </w:r>
    </w:p>
    <w:p>
      <w:pPr>
        <w:jc w:val="right"/>
      </w:pPr>
      <w:r>
        <w:t>intelligent universe تو اس کو خود خود universe کو اس نے intelligent بنا دیا۔</w:t>
      </w:r>
    </w:p>
    <w:p>
      <w:r>
        <w:rPr>
          <w:b/>
        </w:rPr>
        <w:t xml:space="preserve">[20:59] </w:t>
      </w:r>
      <w:r>
        <w:t>kyunke is ke andar jo intelligence ke jo jo jo cheezein dikhai parti hain, to yeh to nahi</w:t>
      </w:r>
    </w:p>
    <w:p>
      <w:pPr>
        <w:jc w:val="right"/>
      </w:pPr>
      <w:r>
        <w:t>کیونکہ اس کے اندر جو intelligence کے جو جو جو چیزیں دکھائی پڑتی ہیں، تو یہ تو نہیں</w:t>
      </w:r>
    </w:p>
    <w:p>
      <w:r>
        <w:rPr>
          <w:b/>
        </w:rPr>
        <w:t xml:space="preserve">[21:07] </w:t>
      </w:r>
      <w:r>
        <w:t>kaha is ne ke aik Khuda hai, intelligent Khuda hai jo is ko yani control kiya hua hai.</w:t>
      </w:r>
    </w:p>
    <w:p>
      <w:pPr>
        <w:jc w:val="right"/>
      </w:pPr>
      <w:r>
        <w:t>کہا اس نے کہ ایک خدا ہے، intelligent خدا ہے جو اس کو یعنی کنٹرول کیا ہوا ہے۔</w:t>
      </w:r>
    </w:p>
    <w:p>
      <w:r>
        <w:rPr>
          <w:b/>
        </w:rPr>
        <w:t xml:space="preserve">[21:14] </w:t>
      </w:r>
      <w:r>
        <w:t>lekin is ne kaha ke intelligent universe lekin is se aik cheez nikalti hai jab aap kitab ko</w:t>
      </w:r>
    </w:p>
    <w:p>
      <w:pPr>
        <w:jc w:val="right"/>
      </w:pPr>
      <w:r>
        <w:t>لیکن اس نے کہا کہ intelligent universe لیکن اس سے ایک چیز نکلتی ہے جب آپ کتاب کو</w:t>
      </w:r>
    </w:p>
    <w:p>
      <w:r>
        <w:rPr>
          <w:b/>
        </w:rPr>
        <w:t xml:space="preserve">[21:22] </w:t>
      </w:r>
      <w:r>
        <w:t>khatam karein ke itni ziyada intelligence hai is dunya ke andar, itna reason hai, itna mathematics hai ke</w:t>
      </w:r>
    </w:p>
    <w:p>
      <w:pPr>
        <w:jc w:val="right"/>
      </w:pPr>
      <w:r>
        <w:t>ختم کریں کہ اتنی زیادہ intelligence ہے اس دنیا کے اندر، اتنا reason ہے، اتنا mathematics ہے کہ</w:t>
      </w:r>
    </w:p>
    <w:p>
      <w:r>
        <w:rPr>
          <w:b/>
        </w:rPr>
        <w:t xml:space="preserve">[21:30] </w:t>
      </w:r>
      <w:r>
        <w:t>yeh kaisay hai? yeh bohat bara question aata hai hamare samnay.</w:t>
      </w:r>
    </w:p>
    <w:p>
      <w:pPr>
        <w:jc w:val="right"/>
      </w:pPr>
      <w:r>
        <w:t>یہ کیسے ہے؟ یہ بہت بڑا question آتا ہے ہمارے سامنے۔</w:t>
      </w:r>
    </w:p>
    <w:p>
      <w:r>
        <w:rPr>
          <w:b/>
        </w:rPr>
        <w:t xml:space="preserve">[21:35] </w:t>
      </w:r>
      <w:r>
        <w:t>to abhi aik kitab chhapi hai, is mein woh kehta hai ke hamare liye choice jo hai kin</w:t>
      </w:r>
    </w:p>
    <w:p>
      <w:pPr>
        <w:jc w:val="right"/>
      </w:pPr>
      <w:r>
        <w:t>تو ابھی ایک کتاب چھپی ہے، اس میں وہ کہتا ہے کہ ہمارے لیے choice جو ہے کن</w:t>
      </w:r>
    </w:p>
    <w:p>
      <w:r>
        <w:rPr>
          <w:b/>
        </w:rPr>
        <w:t xml:space="preserve">[21:42] </w:t>
      </w:r>
      <w:r>
        <w:t>do ke beech mein hai? ke Khuda ka inkaar karna yeh koi simple baat nahi hai.</w:t>
      </w:r>
    </w:p>
    <w:p>
      <w:pPr>
        <w:jc w:val="right"/>
      </w:pPr>
      <w:r>
        <w:t>دو کے بیچ میں ہے؟ کہ خدا کا انکار کرنا یہ کوئی simple بات نہیں ہے۔</w:t>
      </w:r>
    </w:p>
    <w:p>
      <w:r>
        <w:rPr>
          <w:b/>
        </w:rPr>
        <w:t xml:space="preserve">[21:49] </w:t>
      </w:r>
      <w:r>
        <w:t>aap keh dein ke Khuda nahi hai, koi simple baat nahi hai.</w:t>
      </w:r>
    </w:p>
    <w:p>
      <w:pPr>
        <w:jc w:val="right"/>
      </w:pPr>
      <w:r>
        <w:t>آپ کہہ دیں کہ خدا نہیں ہے، کوئی simple بات نہیں ہے۔</w:t>
      </w:r>
    </w:p>
    <w:p>
      <w:r>
        <w:rPr>
          <w:b/>
        </w:rPr>
        <w:t xml:space="preserve">[21:54] </w:t>
      </w:r>
      <w:r>
        <w:t>is ne yeh likha hai ke aap dekhiye, bohat saray is mein misalein di hain ke jo atom</w:t>
      </w:r>
    </w:p>
    <w:p>
      <w:pPr>
        <w:jc w:val="right"/>
      </w:pPr>
      <w:r>
        <w:t>اس نے یہ لکھا ہے کہ آپ دیکھیے، بہت سارے اس میں مثالیں دی ہیں کہ جو atom</w:t>
      </w:r>
    </w:p>
    <w:p>
      <w:r>
        <w:rPr>
          <w:b/>
        </w:rPr>
        <w:t xml:space="preserve">[22:02] </w:t>
      </w:r>
      <w:r>
        <w:t>hai, aap jante hain ke sari dunya hamari atom se bani hai.</w:t>
      </w:r>
    </w:p>
    <w:p>
      <w:pPr>
        <w:jc w:val="right"/>
      </w:pPr>
      <w:r>
        <w:t>ہے، آپ جانتے ہیں کہ ساری دنیا ہماری atom سے بنی ہے۔</w:t>
      </w:r>
    </w:p>
    <w:p>
      <w:r>
        <w:rPr>
          <w:b/>
        </w:rPr>
        <w:t xml:space="preserve">[22:07] </w:t>
      </w:r>
      <w:r>
        <w:t>aik drop water mein aik billion atom hotay hain.</w:t>
      </w:r>
    </w:p>
    <w:p>
      <w:pPr>
        <w:jc w:val="right"/>
      </w:pPr>
      <w:r>
        <w:t>ایک ڈراپ water میں ایک بلین atom ہوتے ہیں۔</w:t>
      </w:r>
    </w:p>
    <w:p>
      <w:r>
        <w:rPr>
          <w:b/>
        </w:rPr>
        <w:t xml:space="preserve">[22:11] </w:t>
      </w:r>
      <w:r>
        <w:t>aik drop water mein aik billion atom hotay hain.</w:t>
      </w:r>
    </w:p>
    <w:p>
      <w:pPr>
        <w:jc w:val="right"/>
      </w:pPr>
      <w:r>
        <w:t>ایک ڈراپ water میں ایک بلین atom ہوتے ہیں۔</w:t>
      </w:r>
    </w:p>
    <w:p>
      <w:r>
        <w:rPr>
          <w:b/>
        </w:rPr>
        <w:t xml:space="preserve">[22:15] </w:t>
      </w:r>
      <w:r>
        <w:t>sari cheezen atom se bani hain.</w:t>
      </w:r>
    </w:p>
    <w:p>
      <w:pPr>
        <w:jc w:val="right"/>
      </w:pPr>
      <w:r>
        <w:t>ساری چیزیں atom سے بنی ہیں۔</w:t>
      </w:r>
    </w:p>
    <w:p>
      <w:r>
        <w:rPr>
          <w:b/>
        </w:rPr>
        <w:t xml:space="preserve">[22:18] </w:t>
      </w:r>
      <w:r>
        <w:t>to wo yeh kehta hai ke jab is ki study ki gayi maujooda zamane mein to pata chala</w:t>
      </w:r>
    </w:p>
    <w:p>
      <w:pPr>
        <w:jc w:val="right"/>
      </w:pPr>
      <w:r>
        <w:t>تو وہ یہ کہتا ہے کہ جب اس کی study کی گئی موجودہ زمانے میں تو پتہ چلا</w:t>
      </w:r>
    </w:p>
    <w:p>
      <w:r>
        <w:rPr>
          <w:b/>
        </w:rPr>
        <w:t xml:space="preserve">[22:25] </w:t>
      </w:r>
      <w:r>
        <w:t>ke atom jo hai proton aur neutron ka majmooa hai.</w:t>
      </w:r>
    </w:p>
    <w:p>
      <w:pPr>
        <w:jc w:val="right"/>
      </w:pPr>
      <w:r>
        <w:t>کہ atom جو ہے پروٹون اور نیوٹران کا مجموعہ ہے۔</w:t>
      </w:r>
    </w:p>
    <w:p>
      <w:r>
        <w:rPr>
          <w:b/>
        </w:rPr>
        <w:t xml:space="preserve">[22:30] </w:t>
      </w:r>
      <w:r>
        <w:t>yani do particle, neutron aur proton mil kar ke atom banta hai.</w:t>
      </w:r>
    </w:p>
    <w:p>
      <w:pPr>
        <w:jc w:val="right"/>
      </w:pPr>
      <w:r>
        <w:t>یعنی دو particle، نیوٹران اور پروٹون مل کر کے atom بنتا ہے۔</w:t>
      </w:r>
    </w:p>
    <w:p>
      <w:r>
        <w:rPr>
          <w:b/>
        </w:rPr>
        <w:t xml:space="preserve">[22:35] </w:t>
      </w:r>
      <w:r>
        <w:t>lekin ek bohat hi anokhi baat is mein yeh hai ke neutrons are little higher, little heavier neutrons</w:t>
      </w:r>
    </w:p>
    <w:p>
      <w:pPr>
        <w:jc w:val="right"/>
      </w:pPr>
      <w:r>
        <w:t>لیکن ایک بہت ہی انوکھی بات اس میں یہ ہے کہ neutrons are little higher, little heavier neutrons</w:t>
      </w:r>
    </w:p>
    <w:p>
      <w:r>
        <w:rPr>
          <w:b/>
        </w:rPr>
        <w:t xml:space="preserve">[22:42] </w:t>
      </w:r>
      <w:r>
        <w:t>are little heavier and protons are little lighter yeh kaisi ajeeb baat hai ke proton jo hai wo</w:t>
      </w:r>
    </w:p>
    <w:p>
      <w:pPr>
        <w:jc w:val="right"/>
      </w:pPr>
      <w:r>
        <w:t>are little heavier and protons are little lighter یہ کیسی عجیب بات ہے کہ پروٹون جو ہے وہ</w:t>
      </w:r>
    </w:p>
    <w:p>
      <w:r>
        <w:rPr>
          <w:b/>
        </w:rPr>
        <w:t xml:space="preserve">[22:50] </w:t>
      </w:r>
      <w:r>
        <w:t>kuchh halke hain aur jo neutron hai wo kuchh bhari hai.</w:t>
      </w:r>
    </w:p>
    <w:p>
      <w:pPr>
        <w:jc w:val="right"/>
      </w:pPr>
      <w:r>
        <w:t>کچھ ہلکے ہیں اور جو نیوٹران ہے وہ کچھ بھاری ہے۔</w:t>
      </w:r>
    </w:p>
    <w:p>
      <w:r>
        <w:rPr>
          <w:b/>
        </w:rPr>
        <w:t xml:space="preserve">[22:55] </w:t>
      </w:r>
      <w:r>
        <w:t>neutrons are a little heavier and protons are a little lighter تو وہ کہتا ہے کہ اگر یہ نہ ہو،</w:t>
      </w:r>
    </w:p>
    <w:p>
      <w:pPr>
        <w:jc w:val="right"/>
      </w:pPr>
      <w:r>
        <w:t>neutrons are little heavier and protons are little lighter تو وہ کہتا ہے کہ اگر یہ نہ ہو،</w:t>
      </w:r>
    </w:p>
    <w:p>
      <w:r>
        <w:rPr>
          <w:b/>
        </w:rPr>
        <w:t xml:space="preserve">[23:03] </w:t>
      </w:r>
      <w:r>
        <w:t>is ka ulta ho jaye to disintegration ho jayega.</w:t>
      </w:r>
    </w:p>
    <w:p>
      <w:pPr>
        <w:jc w:val="right"/>
      </w:pPr>
      <w:r>
        <w:t>اس کا الٹا ہو جائے تو disintegration ہو جائے گا۔</w:t>
      </w:r>
    </w:p>
    <w:p>
      <w:r>
        <w:rPr>
          <w:b/>
        </w:rPr>
        <w:t xml:space="preserve">[23:07] </w:t>
      </w:r>
      <w:r>
        <w:t>atom nahi banega agar yeh baat na ho.</w:t>
      </w:r>
    </w:p>
    <w:p>
      <w:pPr>
        <w:jc w:val="right"/>
      </w:pPr>
      <w:r>
        <w:t>atom نہیں بنے گا اگر یہ بات نہ ہو۔</w:t>
      </w:r>
    </w:p>
    <w:p>
      <w:r>
        <w:rPr>
          <w:b/>
        </w:rPr>
        <w:t xml:space="preserve">[23:11] </w:t>
      </w:r>
      <w:r>
        <w:t>wo thoda halka, wo thoda bhari.</w:t>
      </w:r>
    </w:p>
    <w:p>
      <w:pPr>
        <w:jc w:val="right"/>
      </w:pPr>
      <w:r>
        <w:t>وہ تھوڑا ہلکا، وہ تھوڑا بھاری۔</w:t>
      </w:r>
    </w:p>
    <w:p>
      <w:r>
        <w:rPr>
          <w:b/>
        </w:rPr>
        <w:t xml:space="preserve">[23:13] </w:t>
      </w:r>
      <w:r>
        <w:t>yeh do particle se banta hai atom.</w:t>
      </w:r>
    </w:p>
    <w:p>
      <w:pPr>
        <w:jc w:val="right"/>
      </w:pPr>
      <w:r>
        <w:t>یہ دو particle سے بنتا ہے atom۔</w:t>
      </w:r>
    </w:p>
    <w:p>
      <w:r>
        <w:rPr>
          <w:b/>
        </w:rPr>
        <w:t xml:space="preserve">[23:16] </w:t>
      </w:r>
      <w:r>
        <w:t>is mein se ek jo hai kuchh halka hai, doosra kuchh bhari hai.</w:t>
      </w:r>
    </w:p>
    <w:p>
      <w:pPr>
        <w:jc w:val="right"/>
      </w:pPr>
      <w:r>
        <w:t>اس میں سے ایک جو ہے کچھ ہلکا ہے، دوسرا کچھ بھاری ہے۔</w:t>
      </w:r>
    </w:p>
    <w:p>
      <w:r>
        <w:rPr>
          <w:b/>
        </w:rPr>
        <w:t xml:space="preserve">[23:22] </w:t>
      </w:r>
      <w:r>
        <w:t>agar aisa na ho, ulta ho jaye is ka.</w:t>
      </w:r>
    </w:p>
    <w:p>
      <w:pPr>
        <w:jc w:val="right"/>
      </w:pPr>
      <w:r>
        <w:t>اگر ایسا نہ ہو، الٹا ہو جائے اس کا۔</w:t>
      </w:r>
    </w:p>
    <w:p>
      <w:r>
        <w:rPr>
          <w:b/>
        </w:rPr>
        <w:t xml:space="preserve">[23:26] </w:t>
      </w:r>
      <w:r>
        <w:t>agar is ka ulta ho jaye to kya hoga? atom hi nahi banega.</w:t>
      </w:r>
    </w:p>
    <w:p>
      <w:pPr>
        <w:jc w:val="right"/>
      </w:pPr>
      <w:r>
        <w:t>اگر اس کا الٹا ہو جائے تو کیا ہوگا؟ atom ہی نہیں بنے گا۔</w:t>
      </w:r>
    </w:p>
    <w:p>
      <w:r>
        <w:rPr>
          <w:b/>
        </w:rPr>
        <w:t xml:space="preserve">[23:32] </w:t>
      </w:r>
      <w:r>
        <w:t>atom nahi banega to chemistry nahi hogi.</w:t>
      </w:r>
    </w:p>
    <w:p>
      <w:pPr>
        <w:jc w:val="right"/>
      </w:pPr>
      <w:r>
        <w:t>atom نہیں بنے گا تو کیمسٹری نہیں ہوگی۔</w:t>
      </w:r>
    </w:p>
    <w:p>
      <w:r>
        <w:rPr>
          <w:b/>
        </w:rPr>
        <w:t xml:space="preserve">[23:35] </w:t>
      </w:r>
      <w:r>
        <w:t>chemistry nahi hogi to biology nahi hogi.</w:t>
      </w:r>
    </w:p>
    <w:p>
      <w:pPr>
        <w:jc w:val="right"/>
      </w:pPr>
      <w:r>
        <w:t>کیمسٹری نہیں ہوگی تو biology نہیں ہوگی۔</w:t>
      </w:r>
    </w:p>
    <w:p>
      <w:r>
        <w:rPr>
          <w:b/>
        </w:rPr>
        <w:t xml:space="preserve">[23:38] </w:t>
      </w:r>
      <w:r>
        <w:t>biology nahi hogi to zindagi nahi hogi.</w:t>
      </w:r>
    </w:p>
    <w:p>
      <w:pPr>
        <w:jc w:val="right"/>
      </w:pPr>
      <w:r>
        <w:t>biology نہیں ہوگی تو زندگی نہیں ہوگی۔</w:t>
      </w:r>
    </w:p>
    <w:p>
      <w:r>
        <w:rPr>
          <w:b/>
        </w:rPr>
        <w:t xml:space="preserve">[23:41] </w:t>
      </w:r>
      <w:r>
        <w:t>zindagi nahi hogi to insaan nahi hoga.</w:t>
      </w:r>
    </w:p>
    <w:p>
      <w:pPr>
        <w:jc w:val="right"/>
      </w:pPr>
      <w:r>
        <w:t>زندگی نہیں ہوگی تو انسان نہیں ہوگا۔</w:t>
      </w:r>
    </w:p>
    <w:p>
      <w:r>
        <w:rPr>
          <w:b/>
        </w:rPr>
        <w:t xml:space="preserve">[23:44] </w:t>
      </w:r>
      <w:r>
        <w:t>to itni badi hikmat kaise hai itni badi universe mein ke sari universe mein atom bhare hue hain?</w:t>
      </w:r>
    </w:p>
    <w:p>
      <w:pPr>
        <w:jc w:val="right"/>
      </w:pPr>
      <w:r>
        <w:t>تو اتنی بڑی حکمت کیسے ہے اتنی بڑی universe میں کہ ساری universe میں atom بھرے ہوئے ہیں؟</w:t>
      </w:r>
    </w:p>
    <w:p>
      <w:r>
        <w:rPr>
          <w:b/>
        </w:rPr>
        <w:t xml:space="preserve">[23:52] </w:t>
      </w:r>
      <w:r>
        <w:t>aap sochiye zara ke jab ek pani ke ek drop mein ek billion atom hote hain.</w:t>
      </w:r>
    </w:p>
    <w:p>
      <w:pPr>
        <w:jc w:val="right"/>
      </w:pPr>
      <w:r>
        <w:t>آپ سوچیے ذرا کہ جب ایک پانی کے ایک ڈراپ میں ایک بلین atom ہوتے ہیں۔</w:t>
      </w:r>
    </w:p>
    <w:p>
      <w:r>
        <w:rPr>
          <w:b/>
        </w:rPr>
        <w:t xml:space="preserve">[23:59] </w:t>
      </w:r>
      <w:r>
        <w:t>pani ke ek drop mein ek billion atom hote hain, billion, bees ek.</w:t>
      </w:r>
    </w:p>
    <w:p>
      <w:pPr>
        <w:jc w:val="right"/>
      </w:pPr>
      <w:r>
        <w:t>پانی کے ایک ڈراپ میں ایک بلین atom ہوتے ہیں، بلین، بیس ایک۔</w:t>
      </w:r>
    </w:p>
    <w:p>
      <w:r>
        <w:rPr>
          <w:b/>
        </w:rPr>
        <w:t xml:space="preserve">[24:04] </w:t>
      </w:r>
      <w:r>
        <w:t>to sari universe mein kehte hain atom ho gaye.</w:t>
      </w:r>
    </w:p>
    <w:p>
      <w:pPr>
        <w:jc w:val="right"/>
      </w:pPr>
      <w:r>
        <w:t>تو ساری universe میں کہتے ہیں atom ہوگئے۔</w:t>
      </w:r>
    </w:p>
    <w:p>
      <w:r>
        <w:rPr>
          <w:b/>
        </w:rPr>
        <w:t xml:space="preserve">[24:08] </w:t>
      </w:r>
      <w:r>
        <w:t>aur sare atom isi pattern ko follow karte hain.</w:t>
      </w:r>
    </w:p>
    <w:p>
      <w:pPr>
        <w:jc w:val="right"/>
      </w:pPr>
      <w:r>
        <w:t>اور سارے atom اسی pattern کو follow کرتے ہیں۔</w:t>
      </w:r>
    </w:p>
    <w:p>
      <w:r>
        <w:rPr>
          <w:b/>
        </w:rPr>
        <w:t xml:space="preserve">[24:12] </w:t>
      </w:r>
      <w:r>
        <w:t>ek single atom bhi is ke khilaf nahi hai.</w:t>
      </w:r>
    </w:p>
    <w:p>
      <w:pPr>
        <w:jc w:val="right"/>
      </w:pPr>
      <w:r>
        <w:t>ایک single atom بھی اس کے خلاف نہیں ہے۔</w:t>
      </w:r>
    </w:p>
    <w:p>
      <w:r>
        <w:rPr>
          <w:b/>
        </w:rPr>
        <w:t xml:space="preserve">[24:15] </w:t>
      </w:r>
      <w:r>
        <w:t>aap sochiye zara ke ek drop water mein ek billion atom hain, bees ek.</w:t>
      </w:r>
    </w:p>
    <w:p>
      <w:pPr>
        <w:jc w:val="right"/>
      </w:pPr>
      <w:r>
        <w:t>آپ سوچیے ذرا کہ ایک ڈراپ water میں ایک بلین atom ہیں، بیس ایک۔</w:t>
      </w:r>
    </w:p>
    <w:p>
      <w:r>
        <w:rPr>
          <w:b/>
        </w:rPr>
        <w:t xml:space="preserve">[24:21] </w:t>
      </w:r>
      <w:r>
        <w:t>to sari universe mein kitne zyada atom hain? aur sare atom isi pattern ko follow karte hain.</w:t>
      </w:r>
    </w:p>
    <w:p>
      <w:pPr>
        <w:jc w:val="right"/>
      </w:pPr>
      <w:r>
        <w:t>تو ساری universe میں کتنے زیادہ atom ہیں؟ اور سارے atom اسی pattern کو follow کرتے ہیں۔</w:t>
      </w:r>
    </w:p>
    <w:p>
      <w:r>
        <w:rPr>
          <w:b/>
        </w:rPr>
        <w:t xml:space="preserve">[24:29] </w:t>
      </w:r>
      <w:r>
        <w:t>ke proton jo hai thoda light hai aur neutron jo hai woh thoda heavy hai.</w:t>
      </w:r>
    </w:p>
    <w:p>
      <w:pPr>
        <w:jc w:val="right"/>
      </w:pPr>
      <w:r>
        <w:t>کہ پروٹون جو ہے تھوڑا light ہے اور نیوٹران جو ہے وہ تھوڑا heavy ہے۔</w:t>
      </w:r>
    </w:p>
    <w:p>
      <w:r>
        <w:rPr>
          <w:b/>
        </w:rPr>
        <w:t xml:space="preserve">[24:35] </w:t>
      </w:r>
      <w:r>
        <w:t>yeh kaise aisa hogaya? kaise aisa ho sakta hai? is tarah ki million, billion cheezon hain jo science</w:t>
      </w:r>
    </w:p>
    <w:p>
      <w:pPr>
        <w:jc w:val="right"/>
      </w:pPr>
      <w:r>
        <w:t>یہ کیسے ایسا ہوگیا؟ کیسے ایسا ہو سکتا ہے؟ اس طرح کی ملین، بلین چیزیں ہیں جو سائنس</w:t>
      </w:r>
    </w:p>
    <w:p>
      <w:r>
        <w:rPr>
          <w:b/>
        </w:rPr>
        <w:t xml:space="preserve">[24:43] </w:t>
      </w:r>
      <w:r>
        <w:t>ne discover ki hain.</w:t>
      </w:r>
    </w:p>
    <w:p>
      <w:pPr>
        <w:jc w:val="right"/>
      </w:pPr>
      <w:r>
        <w:t>نے discover کی ہیں۔</w:t>
      </w:r>
    </w:p>
    <w:p>
      <w:r>
        <w:rPr>
          <w:b/>
        </w:rPr>
        <w:t xml:space="preserve">[24:45] </w:t>
      </w:r>
      <w:r>
        <w:t>to to to jo jo jo jo science ne discover ki hai, jo universe woh itni zyada meaningful</w:t>
      </w:r>
    </w:p>
    <w:p>
      <w:pPr>
        <w:jc w:val="right"/>
      </w:pPr>
      <w:r>
        <w:t>تو تو تو جو جو جو جو سائنس نے discover کی ہے، جو universe وہ اتنی زیادہ meaningful</w:t>
      </w:r>
    </w:p>
    <w:p>
      <w:r>
        <w:rPr>
          <w:b/>
        </w:rPr>
        <w:t xml:space="preserve">[24:52] </w:t>
      </w:r>
      <w:r>
        <w:t>hai ke scientists yeh keh nahin paate ke yeh koi control karne wala nahin hai is ko.</w:t>
      </w:r>
    </w:p>
    <w:p>
      <w:pPr>
        <w:jc w:val="right"/>
      </w:pPr>
      <w:r>
        <w:t>ہے کہ scientists یہ کہہ نہیں پاتے کہ یہ کوئی کنٹرول کرنے والا نہیں ہے اس کو۔</w:t>
      </w:r>
    </w:p>
    <w:p>
      <w:r>
        <w:rPr>
          <w:b/>
        </w:rPr>
        <w:t xml:space="preserve">[25:00] </w:t>
      </w:r>
      <w:r>
        <w:t>ab ab kya hai maamla kahan tak pahuncha hai is kitab mein ke kisi ko controller manna to</w:t>
      </w:r>
    </w:p>
    <w:p>
      <w:pPr>
        <w:jc w:val="right"/>
      </w:pPr>
      <w:r>
        <w:t>اب اب کیا ہے معاملہ کہاں تک پہنچا ہے اس کتاب میں کہ کسی کو کنٹرولر ماننا تو</w:t>
      </w:r>
    </w:p>
    <w:p>
      <w:r>
        <w:rPr>
          <w:b/>
        </w:rPr>
        <w:t xml:space="preserve">[25:07] </w:t>
      </w:r>
      <w:r>
        <w:t>hamare liye zaroori hogaya hai.</w:t>
      </w:r>
    </w:p>
    <w:p>
      <w:pPr>
        <w:jc w:val="right"/>
      </w:pPr>
      <w:r>
        <w:t>ہمارے لیے ضروری ہوگیا ہے۔</w:t>
      </w:r>
    </w:p>
    <w:p>
      <w:r>
        <w:rPr>
          <w:b/>
        </w:rPr>
        <w:t xml:space="preserve">[25:09] </w:t>
      </w:r>
      <w:r>
        <w:t>kisi ek ko manna parega hamein jo control kar raha hai.</w:t>
      </w:r>
    </w:p>
    <w:p>
      <w:pPr>
        <w:jc w:val="right"/>
      </w:pPr>
      <w:r>
        <w:t>کسی ایک کو ماننا پڑے گا ہمیں جو کنٹرول کر رہا ہے۔</w:t>
      </w:r>
    </w:p>
    <w:p>
      <w:r>
        <w:rPr>
          <w:b/>
        </w:rPr>
        <w:t xml:space="preserve">[25:15] </w:t>
      </w:r>
      <w:r>
        <w:t>to is ne Sir James Jeans ne kaha tha ke ek mathematical mind control kar raha hai.</w:t>
      </w:r>
    </w:p>
    <w:p>
      <w:pPr>
        <w:jc w:val="right"/>
      </w:pPr>
      <w:r>
        <w:t>تو اس نے سر جیمز جینز نے کہا تھا کہ ایک mathematical mind کنٹرول کر رہا ہے۔</w:t>
      </w:r>
    </w:p>
    <w:p>
      <w:r>
        <w:rPr>
          <w:b/>
        </w:rPr>
        <w:t xml:space="preserve">[25:22] </w:t>
      </w:r>
      <w:r>
        <w:t>Sir James Jeans ki kitab chhapi thi 1930 mein, Mysterious Universe, The Mysterious Universe, 1930</w:t>
      </w:r>
    </w:p>
    <w:p>
      <w:pPr>
        <w:jc w:val="right"/>
      </w:pPr>
      <w:r>
        <w:t>سر جیمز جینز کی کتاب چھپی تھی انیس سو تیس میں، Mysterious Universe، The Mysterious Universe، انیس سو</w:t>
      </w:r>
    </w:p>
    <w:p>
      <w:r>
        <w:rPr>
          <w:b/>
        </w:rPr>
        <w:t xml:space="preserve">[25:30] </w:t>
      </w:r>
      <w:r>
        <w:t>mein chhapi thi.</w:t>
      </w:r>
    </w:p>
    <w:p>
      <w:pPr>
        <w:jc w:val="right"/>
      </w:pPr>
      <w:r>
        <w:t>تیس میں چھپی تھی۔</w:t>
      </w:r>
    </w:p>
    <w:p>
      <w:r>
        <w:rPr>
          <w:b/>
        </w:rPr>
        <w:t xml:space="preserve">[25:31] </w:t>
      </w:r>
      <w:r>
        <w:t>is mein is ne kaha tha ke is kainat, is universe ke peeche, is universe ke peeche ek</w:t>
      </w:r>
    </w:p>
    <w:p>
      <w:pPr>
        <w:jc w:val="right"/>
      </w:pPr>
      <w:r>
        <w:t>اس میں اس نے کہا تھا کہ اس کائنات، اس universe کے پیچھے، اس universe کے پیچھے ایک</w:t>
      </w:r>
    </w:p>
    <w:p>
      <w:r>
        <w:rPr>
          <w:b/>
        </w:rPr>
        <w:t xml:space="preserve">[25:39] </w:t>
      </w:r>
      <w:r>
        <w:t>mathematical mind hai.</w:t>
      </w:r>
    </w:p>
    <w:p>
      <w:pPr>
        <w:jc w:val="right"/>
      </w:pPr>
      <w:r>
        <w:t>mathematical mind ہے۔</w:t>
      </w:r>
    </w:p>
    <w:p>
      <w:r>
        <w:rPr>
          <w:b/>
        </w:rPr>
        <w:t xml:space="preserve">[25:40] </w:t>
      </w:r>
      <w:r>
        <w:t>kyun ke itna zyada precision kahan se hai? yani mathematical precision hai poori universe mein.</w:t>
      </w:r>
    </w:p>
    <w:p>
      <w:pPr>
        <w:jc w:val="right"/>
      </w:pPr>
      <w:r>
        <w:t>کیونکہ اتنا زیادہ precision کہاں سے ہے؟ یعنی mathematical precision ہے پوری universe میں۔</w:t>
      </w:r>
    </w:p>
    <w:p>
      <w:r>
        <w:rPr>
          <w:b/>
        </w:rPr>
        <w:t xml:space="preserve">[25:46] </w:t>
      </w:r>
      <w:r>
        <w:t>riyazati sehat, mathematical precision poori poori universe mein kahan se hai? ab ab ab choti si misaal aap</w:t>
      </w:r>
    </w:p>
    <w:p>
      <w:pPr>
        <w:jc w:val="right"/>
      </w:pPr>
      <w:r>
        <w:t>ریاضیاتی صحت، mathematical precision پوری پوری universe میں کہاں سے ہے؟ اب اب اب چھوٹی سی مثال آپ</w:t>
      </w:r>
    </w:p>
    <w:p>
      <w:r>
        <w:rPr>
          <w:b/>
        </w:rPr>
        <w:t xml:space="preserve">[25:54] </w:t>
      </w:r>
      <w:r>
        <w:t>dijiye ke hamari jo zameen hai, jo yeh earth hai, hamari jitni bari ab hai, agar is ka</w:t>
      </w:r>
    </w:p>
    <w:p>
      <w:pPr>
        <w:jc w:val="right"/>
      </w:pPr>
      <w:r>
        <w:t>دیجیے کہ ہماری جو زمین ہے، جو یہ earth ہے، ہماری جتنی بڑی اب ہے، اگر اس کا</w:t>
      </w:r>
    </w:p>
    <w:p>
      <w:r>
        <w:rPr>
          <w:b/>
        </w:rPr>
        <w:t xml:space="preserve">[26:02] </w:t>
      </w:r>
      <w:r>
        <w:t>double size ka ho jaye to sari cheezon mein itna bara gadbad ho jayega, gadbad ho jayegi</w:t>
      </w:r>
    </w:p>
    <w:p>
      <w:pPr>
        <w:jc w:val="right"/>
      </w:pPr>
      <w:r>
        <w:t>double سائز کا ہو جائے تو ساری چیزوں میں اتنا بڑا گڑبڑ ہو جائے گی، گڑبڑ ہو جائے</w:t>
      </w:r>
    </w:p>
    <w:p>
      <w:r>
        <w:rPr>
          <w:b/>
        </w:rPr>
        <w:t xml:space="preserve">[26:10] </w:t>
      </w:r>
      <w:r>
        <w:t>sab kuch.</w:t>
      </w:r>
    </w:p>
    <w:p>
      <w:pPr>
        <w:jc w:val="right"/>
      </w:pPr>
      <w:r>
        <w:t>گی سب کچھ۔</w:t>
      </w:r>
    </w:p>
    <w:p>
      <w:r>
        <w:rPr>
          <w:b/>
        </w:rPr>
        <w:t xml:space="preserve">[26:11] </w:t>
      </w:r>
      <w:r>
        <w:t>aur is ka size agar aadha ho jaye tab bhi sab cheezain bigad jayengi.</w:t>
      </w:r>
    </w:p>
    <w:p>
      <w:pPr>
        <w:jc w:val="right"/>
      </w:pPr>
      <w:r>
        <w:t>اور اس کا سائز اگر آدھا ہو جائے تب بھی سب چیزیں بگڑ جائیں گی۔</w:t>
      </w:r>
    </w:p>
    <w:p>
      <w:r>
        <w:rPr>
          <w:b/>
        </w:rPr>
        <w:t xml:space="preserve">[26:18] </w:t>
      </w:r>
      <w:r>
        <w:t>aur sara zindagi ka nizam hi kharab ho jayega.</w:t>
      </w:r>
    </w:p>
    <w:p>
      <w:pPr>
        <w:jc w:val="right"/>
      </w:pPr>
      <w:r>
        <w:t>اور سارا زندگی کا نظام ہی خراب ہو جائے گا۔</w:t>
      </w:r>
    </w:p>
    <w:p>
      <w:r>
        <w:rPr>
          <w:b/>
        </w:rPr>
        <w:t xml:space="preserve">[26:22] </w:t>
      </w:r>
      <w:r>
        <w:t>is tarah jo distance hai zameen mein aur suraj mein, zameen ka distance farz kijiye ke aadha ho</w:t>
      </w:r>
    </w:p>
    <w:p>
      <w:pPr>
        <w:jc w:val="right"/>
      </w:pPr>
      <w:r>
        <w:t>اس طرح جو distance ہے زمین میں اور سورج میں، زمین کا distance فرض کیجیے کہ آدھا ہو</w:t>
      </w:r>
    </w:p>
    <w:p>
      <w:r>
        <w:rPr>
          <w:b/>
        </w:rPr>
        <w:t xml:space="preserve">[26:30] </w:t>
      </w:r>
      <w:r>
        <w:t>jaye to zameen hi jal bujh kar khatam ho jayegi, hum sab jal jayenge is mein.</w:t>
      </w:r>
    </w:p>
    <w:p>
      <w:pPr>
        <w:jc w:val="right"/>
      </w:pPr>
      <w:r>
        <w:t>جائے تو زمین ہی جل بجھ کر ختم ہو جائے گی، ہم سب جل جائیں گے اس میں۔</w:t>
      </w:r>
    </w:p>
    <w:p>
      <w:r>
        <w:rPr>
          <w:b/>
        </w:rPr>
        <w:t xml:space="preserve">[26:37] </w:t>
      </w:r>
      <w:r>
        <w:t>aur agar double ho jaye to hum sab thande barf ho jayenge.</w:t>
      </w:r>
    </w:p>
    <w:p>
      <w:pPr>
        <w:jc w:val="right"/>
      </w:pPr>
      <w:r>
        <w:t>اور اگر double ہو جائے تو ہم سب ٹھنڈے برف ہو جائیں گے۔</w:t>
      </w:r>
    </w:p>
    <w:p>
      <w:r>
        <w:rPr>
          <w:b/>
        </w:rPr>
        <w:t xml:space="preserve">[26:43] </w:t>
      </w:r>
      <w:r>
        <w:t>activities khatam ho jayengi.</w:t>
      </w:r>
    </w:p>
    <w:p>
      <w:pPr>
        <w:jc w:val="right"/>
      </w:pPr>
      <w:r>
        <w:t>activities ختم ہو جائیں گی۔</w:t>
      </w:r>
    </w:p>
    <w:p>
      <w:r>
        <w:rPr>
          <w:b/>
        </w:rPr>
        <w:t xml:space="preserve">[26:45] </w:t>
      </w:r>
      <w:r>
        <w:t>yeh aik choti si misaal hai.</w:t>
      </w:r>
    </w:p>
    <w:p>
      <w:pPr>
        <w:jc w:val="right"/>
      </w:pPr>
      <w:r>
        <w:t>یہ ایک چھوٹی سی مثال ہے۔</w:t>
      </w:r>
    </w:p>
    <w:p>
      <w:r>
        <w:rPr>
          <w:b/>
        </w:rPr>
        <w:t xml:space="preserve">[26:48] </w:t>
      </w:r>
      <w:r>
        <w:t>to itna zyada jo precision hai, itna zyada jo harmony hai, itna zyada jo order hai to hum</w:t>
      </w:r>
    </w:p>
    <w:p>
      <w:pPr>
        <w:jc w:val="right"/>
      </w:pPr>
      <w:r>
        <w:t>تو اتنا زیادہ جو precision ہے، اتنا زیادہ جو harmony ہے، اتنا زیادہ جو order ہے تو ہم</w:t>
      </w:r>
    </w:p>
    <w:p>
      <w:r>
        <w:rPr>
          <w:b/>
        </w:rPr>
        <w:t xml:space="preserve">[26:55] </w:t>
      </w:r>
      <w:r>
        <w:t>majboor hain ke manen ke is ke peechay koi hai jo control kar raha hai.</w:t>
      </w:r>
    </w:p>
    <w:p>
      <w:pPr>
        <w:jc w:val="right"/>
      </w:pPr>
      <w:r>
        <w:t>مجبور ہیں کہ مانیں کہ اس کے پیچھے کوئی ہے جو کنٹرول کر رہا ہے۔</w:t>
      </w:r>
    </w:p>
    <w:p>
      <w:r>
        <w:rPr>
          <w:b/>
        </w:rPr>
        <w:t xml:space="preserve">[27:02] </w:t>
      </w:r>
      <w:r>
        <w:t>to Stephen Hawking ne kaha ke yeh aik single string theory hai, aik single string force hai, woh</w:t>
      </w:r>
    </w:p>
    <w:p>
      <w:pPr>
        <w:jc w:val="right"/>
      </w:pPr>
      <w:r>
        <w:t>تو اسٹیفن ہاکنگ نے کہا کہ یہ ایک single string theory ہے، ایک single string force ہے، وہ</w:t>
      </w:r>
    </w:p>
    <w:p>
      <w:r>
        <w:rPr>
          <w:b/>
        </w:rPr>
        <w:t xml:space="preserve">[27:09] </w:t>
      </w:r>
      <w:r>
        <w:t>control kar raha hai.</w:t>
      </w:r>
    </w:p>
    <w:p>
      <w:pPr>
        <w:jc w:val="right"/>
      </w:pPr>
      <w:r>
        <w:t>کنٹرول کر رہا ہے۔</w:t>
      </w:r>
    </w:p>
    <w:p>
      <w:r>
        <w:rPr>
          <w:b/>
        </w:rPr>
        <w:t xml:space="preserve">[27:11] </w:t>
      </w:r>
      <w:r>
        <w:t>abhi jo maine parha, jo latest aik aai hai, aik is mein woh kehta hai ke hamare</w:t>
      </w:r>
    </w:p>
    <w:p>
      <w:pPr>
        <w:jc w:val="right"/>
      </w:pPr>
      <w:r>
        <w:t>ابھی جو میں نے پڑھا، جو latest ایک آئی ہے، ایک اس میں وہ کہتا ہے کہ ہمارے</w:t>
      </w:r>
    </w:p>
    <w:p>
      <w:r>
        <w:rPr>
          <w:b/>
        </w:rPr>
        <w:t xml:space="preserve">[27:19] </w:t>
      </w:r>
      <w:r>
        <w:t>liye do mein se aik ka option hai.</w:t>
      </w:r>
    </w:p>
    <w:p>
      <w:pPr>
        <w:jc w:val="right"/>
      </w:pPr>
      <w:r>
        <w:t>لیے دو میں سے ایک کا option ہے۔</w:t>
      </w:r>
    </w:p>
    <w:p>
      <w:r>
        <w:rPr>
          <w:b/>
        </w:rPr>
        <w:t xml:space="preserve">[27:22] </w:t>
      </w:r>
      <w:r>
        <w:t>do mein se aik ka option hai.</w:t>
      </w:r>
    </w:p>
    <w:p>
      <w:pPr>
        <w:jc w:val="right"/>
      </w:pPr>
      <w:r>
        <w:t>دو میں سے ایک کا option ہے۔</w:t>
      </w:r>
    </w:p>
    <w:p>
      <w:r>
        <w:rPr>
          <w:b/>
        </w:rPr>
        <w:t xml:space="preserve">[27:25] </w:t>
      </w:r>
      <w:r>
        <w:t>yani chounke yeh sawal karte hain ke if god created man then who created god yani yahan tak</w:t>
      </w:r>
    </w:p>
    <w:p>
      <w:pPr>
        <w:jc w:val="right"/>
      </w:pPr>
      <w:r>
        <w:t>یعنی چونکہ یہ سوال کرتے ہیں کہ if god created man then who created god یعنی یہاں تک</w:t>
      </w:r>
    </w:p>
    <w:p>
      <w:r>
        <w:rPr>
          <w:b/>
        </w:rPr>
        <w:t xml:space="preserve">[27:33] </w:t>
      </w:r>
      <w:r>
        <w:t>to baat puhnch chuki hai ke koi na koi hai power, koi na koi hai controller.</w:t>
      </w:r>
    </w:p>
    <w:p>
      <w:pPr>
        <w:jc w:val="right"/>
      </w:pPr>
      <w:r>
        <w:t>تو بات پہنچ چکی ہے کہ کوئی نہ کوئی ہے power، کوئی نہ کوئی ہے کنٹرولر۔</w:t>
      </w:r>
    </w:p>
    <w:p>
      <w:r>
        <w:rPr>
          <w:b/>
        </w:rPr>
        <w:t xml:space="preserve">[27:40] </w:t>
      </w:r>
      <w:r>
        <w:t>lekin ab sawal yeh hai ke if god created man then who created god to yeh log yahan</w:t>
      </w:r>
    </w:p>
    <w:p>
      <w:pPr>
        <w:jc w:val="right"/>
      </w:pPr>
      <w:r>
        <w:t>لیکن اب سوال یہ ہے کہ if god created man then who created god تو یہ لوگ یہاں</w:t>
      </w:r>
    </w:p>
    <w:p>
      <w:r>
        <w:rPr>
          <w:b/>
        </w:rPr>
        <w:t xml:space="preserve">[27:48] </w:t>
      </w:r>
      <w:r>
        <w:t>aa kar ke is baat ko sab se pehle kaha tha, aap jante hain ke woh is mein</w:t>
      </w:r>
    </w:p>
    <w:p>
      <w:pPr>
        <w:jc w:val="right"/>
      </w:pPr>
      <w:r>
        <w:t>آ کر کے اس بات کو سب سے پہلے کہا تھا، آپ جانتے ہیں کہ وہ اس میں</w:t>
      </w:r>
    </w:p>
    <w:p>
      <w:r>
        <w:rPr>
          <w:b/>
        </w:rPr>
        <w:t xml:space="preserve">[27:55] </w:t>
      </w:r>
      <w:r>
        <w:t>is ne kaha tha, woh kya naam is ka, woh milne, sab se pehle milne kaha tha yeh</w:t>
      </w:r>
    </w:p>
    <w:p>
      <w:pPr>
        <w:jc w:val="right"/>
      </w:pPr>
      <w:r>
        <w:t>اس نے کہا تھا، وہ کیا نام اس کا، وہ ملنے، سب سے پہلے ملنے کہا تھا یہ</w:t>
      </w:r>
    </w:p>
    <w:p>
      <w:r>
        <w:rPr>
          <w:b/>
        </w:rPr>
        <w:t xml:space="preserve">[28:03] </w:t>
      </w:r>
      <w:r>
        <w:t>baat.</w:t>
      </w:r>
    </w:p>
    <w:p>
      <w:pPr>
        <w:jc w:val="right"/>
      </w:pPr>
      <w:r>
        <w:t>بات۔</w:t>
      </w:r>
    </w:p>
    <w:p>
      <w:r>
        <w:rPr>
          <w:b/>
        </w:rPr>
        <w:t xml:space="preserve">[28:04] </w:t>
      </w:r>
      <w:r>
        <w:t>phir is ko dohrata jata raha.</w:t>
      </w:r>
    </w:p>
    <w:p>
      <w:pPr>
        <w:jc w:val="right"/>
      </w:pPr>
      <w:r>
        <w:t>پھر اس کو دہرایا جاتا رہا۔</w:t>
      </w:r>
    </w:p>
    <w:p>
      <w:r>
        <w:rPr>
          <w:b/>
        </w:rPr>
        <w:t xml:space="preserve">[28:07] </w:t>
      </w:r>
      <w:r>
        <w:t>to abhi bhi jahan atki hui hai sui, woh yahan atki hui hai ke agar hum god ko</w:t>
      </w:r>
    </w:p>
    <w:p>
      <w:pPr>
        <w:jc w:val="right"/>
      </w:pPr>
      <w:r>
        <w:t>تو ابھی بھی جہاں اٹکی ہوئی ہے سوئی، وہ یہاں اٹکی ہوئی ہے کہ اگر ہم god کو</w:t>
      </w:r>
    </w:p>
    <w:p>
      <w:r>
        <w:rPr>
          <w:b/>
        </w:rPr>
        <w:t xml:space="preserve">[28:15] </w:t>
      </w:r>
      <w:r>
        <w:t>man len to phir sawal yeh hai ke god ko kis ne banaya? god kaise bana? to is</w:t>
      </w:r>
    </w:p>
    <w:p>
      <w:pPr>
        <w:jc w:val="right"/>
      </w:pPr>
      <w:r>
        <w:t>مان لیں تو پھر سوال یہ ہے کہ god کو کس نے بنایا؟ god کیسے بنا؟ تو اس</w:t>
      </w:r>
    </w:p>
    <w:p>
      <w:r>
        <w:rPr>
          <w:b/>
        </w:rPr>
        <w:t xml:space="preserve">[28:22] </w:t>
      </w:r>
      <w:r>
        <w:t>ne likha hai ke yeh simple sawal nahi hai, yeh simple question nahi hai.</w:t>
      </w:r>
    </w:p>
    <w:p>
      <w:pPr>
        <w:jc w:val="right"/>
      </w:pPr>
      <w:r>
        <w:t>نے لکھا ہے کہ یہ simple سوال نہیں ہے، یہ simple question نہیں ہے۔</w:t>
      </w:r>
    </w:p>
    <w:p>
      <w:r>
        <w:rPr>
          <w:b/>
        </w:rPr>
        <w:t xml:space="preserve">[28:28] </w:t>
      </w:r>
      <w:r>
        <w:t>hum do mein se aik ka option hamare liye hai: ya to hum unexplained god ko manen ya</w:t>
      </w:r>
    </w:p>
    <w:p>
      <w:pPr>
        <w:jc w:val="right"/>
      </w:pPr>
      <w:r>
        <w:t>ہم دو میں سے ایک کا option ہمارے لیے ہے: یا تو ہم unexplained god کو مانیں یا</w:t>
      </w:r>
    </w:p>
    <w:p>
      <w:r>
        <w:rPr>
          <w:b/>
        </w:rPr>
        <w:t xml:space="preserve">[28:36] </w:t>
      </w:r>
      <w:r>
        <w:t>hum unexplained mathematical laws ko manen.</w:t>
      </w:r>
    </w:p>
    <w:p>
      <w:pPr>
        <w:jc w:val="right"/>
      </w:pPr>
      <w:r>
        <w:t>ہم unexplained mathematical laws کو مانیں۔</w:t>
      </w:r>
    </w:p>
    <w:p>
      <w:r>
        <w:rPr>
          <w:b/>
        </w:rPr>
        <w:t xml:space="preserve">[28:39] </w:t>
      </w:r>
      <w:r>
        <w:t>mathematical laws jo jo poori zameen mein aik order qaim kiye hue hain, woh hum dekhte hain, woh</w:t>
      </w:r>
    </w:p>
    <w:p>
      <w:pPr>
        <w:jc w:val="right"/>
      </w:pPr>
      <w:r>
        <w:t>mathematical laws جو جو پوری زمین میں ایک order قائم کیے ہوئے ہیں، وہ ہم دیکھتے ہیں، وہ</w:t>
      </w:r>
    </w:p>
    <w:p>
      <w:r>
        <w:rPr>
          <w:b/>
        </w:rPr>
        <w:t xml:space="preserve">[28:46] </w:t>
      </w:r>
      <w:r>
        <w:t>hum is ka hum hum ko observation mein aate hain, hamari woh cheezen science pata jaan chuki hai</w:t>
      </w:r>
    </w:p>
    <w:p>
      <w:pPr>
        <w:jc w:val="right"/>
      </w:pPr>
      <w:r>
        <w:t>ہم اس کا ہم ہم کو observation میں آتے ہیں، ہماری وہ چیزیں سائنس پتہ جان چکی ہے</w:t>
      </w:r>
    </w:p>
    <w:p>
      <w:r>
        <w:rPr>
          <w:b/>
        </w:rPr>
        <w:t xml:space="preserve">[28:54] </w:t>
      </w:r>
      <w:r>
        <w:t>ke poori poori kainat mein aik mathematical order hai.</w:t>
      </w:r>
    </w:p>
    <w:p>
      <w:pPr>
        <w:jc w:val="right"/>
      </w:pPr>
      <w:r>
        <w:t>کہ پوری پوری کائنات میں ایک mathematical order ہے۔</w:t>
      </w:r>
    </w:p>
    <w:p>
      <w:r>
        <w:rPr>
          <w:b/>
        </w:rPr>
        <w:t xml:space="preserve">[28:58] </w:t>
      </w:r>
      <w:r>
        <w:t>mathematical order hai to ya to unexplained god ko hum manen ya unexplained mathematical order ko manen.</w:t>
      </w:r>
    </w:p>
    <w:p>
      <w:pPr>
        <w:jc w:val="right"/>
      </w:pPr>
      <w:r>
        <w:t>mathematical order ہے تو یا تو unexplained god کو ہم مانیں یا unexplained mathematical order کو مانیں۔</w:t>
      </w:r>
    </w:p>
    <w:p>
      <w:r>
        <w:rPr>
          <w:b/>
        </w:rPr>
        <w:t xml:space="preserve">[29:05] </w:t>
      </w:r>
      <w:r>
        <w:t>do mein se aik ka option hai.</w:t>
      </w:r>
    </w:p>
    <w:p>
      <w:pPr>
        <w:jc w:val="right"/>
      </w:pPr>
      <w:r>
        <w:t>دو میں سے ایک کا option ہے۔</w:t>
      </w:r>
    </w:p>
    <w:p>
      <w:r>
        <w:rPr>
          <w:b/>
        </w:rPr>
        <w:t xml:space="preserve">[29:08] </w:t>
      </w:r>
      <w:r>
        <w:t>either you have to choose mathematical unexplained god or unexplained mathematical order to yahan mein kahunga, yahan</w:t>
      </w:r>
    </w:p>
    <w:p>
      <w:pPr>
        <w:jc w:val="right"/>
      </w:pPr>
      <w:r>
        <w:t>either you have to choose mathematical unexplained god or unexplained mathematical order تو یہاں میں کہوں گا، یہاں</w:t>
      </w:r>
    </w:p>
    <w:p>
      <w:r>
        <w:rPr>
          <w:b/>
        </w:rPr>
        <w:t xml:space="preserve">[29:16] </w:t>
      </w:r>
      <w:r>
        <w:t>mein kahunga ke dekhiye, hum unexplained mathematical order ka choice nahi le sakte.</w:t>
      </w:r>
    </w:p>
    <w:p>
      <w:pPr>
        <w:jc w:val="right"/>
      </w:pPr>
      <w:r>
        <w:t>میں کہوں گا کہ دیکھیے، ہم unexplained mathematical order کا choice نہیں لے سکتے۔</w:t>
      </w:r>
    </w:p>
    <w:p>
      <w:r>
        <w:rPr>
          <w:b/>
        </w:rPr>
        <w:t xml:space="preserve">[29:22] </w:t>
      </w:r>
      <w:r>
        <w:t>kyunke mathematical order jo hai, is mein intelligence nahi hai, mind nahi hai.</w:t>
      </w:r>
    </w:p>
    <w:p>
      <w:pPr>
        <w:jc w:val="right"/>
      </w:pPr>
      <w:r>
        <w:t>کیونکہ mathematical order جو ہے، اس میں intelligence نہیں ہے، mind نہیں ہے۔</w:t>
      </w:r>
    </w:p>
    <w:p>
      <w:r>
        <w:rPr>
          <w:b/>
        </w:rPr>
        <w:t xml:space="preserve">[29:28] </w:t>
      </w:r>
      <w:r>
        <w:t>to phir bhi baat wahin ki wahin rehti hai.</w:t>
      </w:r>
    </w:p>
    <w:p>
      <w:pPr>
        <w:jc w:val="right"/>
      </w:pPr>
      <w:r>
        <w:t>تو پھر بھی بات وہیں کی وہیں رہتی ہے۔</w:t>
      </w:r>
    </w:p>
    <w:p>
      <w:r>
        <w:rPr>
          <w:b/>
        </w:rPr>
        <w:t xml:space="preserve">[29:31] </w:t>
      </w:r>
      <w:r>
        <w:t>hum sirf choice is ka le sakte hain jo jo jis ke andar mind ho.</w:t>
      </w:r>
    </w:p>
    <w:p>
      <w:pPr>
        <w:jc w:val="right"/>
      </w:pPr>
      <w:r>
        <w:t>ہم صرف choice اس کا لے سکتے ہیں جو جو جس کے اندر mind ہو۔</w:t>
      </w:r>
    </w:p>
    <w:p>
      <w:r>
        <w:rPr>
          <w:b/>
        </w:rPr>
        <w:t xml:space="preserve">[29:38] </w:t>
      </w:r>
      <w:r>
        <w:t>jis ke andar mind na ho, is ka choice hum le hi nahi sakte.</w:t>
      </w:r>
    </w:p>
    <w:p>
      <w:pPr>
        <w:jc w:val="right"/>
      </w:pPr>
      <w:r>
        <w:t>جس کے اندر mind نہ ہو، اس کا choice ہم لے ہی نہیں سکتے۔</w:t>
      </w:r>
    </w:p>
    <w:p>
      <w:r>
        <w:rPr>
          <w:b/>
        </w:rPr>
        <w:t xml:space="preserve">[29:44] </w:t>
      </w:r>
      <w:r>
        <w:t>is ko jaise suppose ek aadmi ki koi yeh kehna hai ke meri maa kaun hai? Meri maa</w:t>
      </w:r>
    </w:p>
    <w:p>
      <w:pPr>
        <w:jc w:val="right"/>
      </w:pPr>
      <w:r>
        <w:t>اس کو جیسے suppose ایک آدمی کی کوئی یہ کہنا ہے کہ میری ماں کون ہے؟ میری ماں</w:t>
      </w:r>
    </w:p>
    <w:p>
      <w:r>
        <w:rPr>
          <w:b/>
        </w:rPr>
        <w:t xml:space="preserve">[29:52] </w:t>
      </w:r>
      <w:r>
        <w:t>kaun hai? To maa ka ek statue bana hua ho, ek to wahi si shakal ka jaisa ke</w:t>
      </w:r>
    </w:p>
    <w:p>
      <w:pPr>
        <w:jc w:val="right"/>
      </w:pPr>
      <w:r>
        <w:t>کون ہے؟ تو ماں کا ایک statue بنا ہوا ہو، ایک تو وہی سی شکل کا جیسا کہ</w:t>
      </w:r>
    </w:p>
    <w:p>
      <w:r>
        <w:rPr>
          <w:b/>
        </w:rPr>
        <w:t xml:space="preserve">[29:59] </w:t>
      </w:r>
      <w:r>
        <w:t>maa hai.</w:t>
      </w:r>
    </w:p>
    <w:p>
      <w:pPr>
        <w:jc w:val="right"/>
      </w:pPr>
      <w:r>
        <w:t>ماں ہے۔</w:t>
      </w:r>
    </w:p>
    <w:p>
      <w:r>
        <w:rPr>
          <w:b/>
        </w:rPr>
        <w:t xml:space="preserve">[30:01] </w:t>
      </w:r>
      <w:r>
        <w:t>to woh yeh nahi keh sakta ke is maa, is statue se mein paida hua hoon.</w:t>
      </w:r>
    </w:p>
    <w:p>
      <w:pPr>
        <w:jc w:val="right"/>
      </w:pPr>
      <w:r>
        <w:t>تو وہ یہ نہیں کہہ سکتا کہ اس ماں، اس statue سے میں پیدا ہوا ہوں۔</w:t>
      </w:r>
    </w:p>
    <w:p>
      <w:r>
        <w:rPr>
          <w:b/>
        </w:rPr>
        <w:t xml:space="preserve">[30:08] </w:t>
      </w:r>
      <w:r>
        <w:t>is ko yeh manna hai ke mein jo living mother hai, us se paida hua hoon ya is</w:t>
      </w:r>
    </w:p>
    <w:p>
      <w:pPr>
        <w:jc w:val="right"/>
      </w:pPr>
      <w:r>
        <w:t>اس کو یہ ماننا ہے کہ میں جو living mother ہے، اس سے پیدا ہوا ہوں یا اس</w:t>
      </w:r>
    </w:p>
    <w:p>
      <w:r>
        <w:rPr>
          <w:b/>
        </w:rPr>
        <w:t xml:space="preserve">[30:15] </w:t>
      </w:r>
      <w:r>
        <w:t>statue se paida hua hoon jo bilkul mother jaisi hai.</w:t>
      </w:r>
    </w:p>
    <w:p>
      <w:pPr>
        <w:jc w:val="right"/>
      </w:pPr>
      <w:r>
        <w:t>statue سے پیدا ہوا ہوں جو بالکل mother جیسی ہے۔</w:t>
      </w:r>
    </w:p>
    <w:p>
      <w:r>
        <w:rPr>
          <w:b/>
        </w:rPr>
        <w:t xml:space="preserve">[30:20] </w:t>
      </w:r>
      <w:r>
        <w:t>woh to agarche bazahir do ka choice hai ke mein ya to paida hua hoon ek living mother</w:t>
      </w:r>
    </w:p>
    <w:p>
      <w:pPr>
        <w:jc w:val="right"/>
      </w:pPr>
      <w:r>
        <w:t>وہ تو اگرچہ بظاہر دو کا choice ہے کہ میں یا تو پیدا ہوا ہوں ایک living mother</w:t>
      </w:r>
    </w:p>
    <w:p>
      <w:r>
        <w:rPr>
          <w:b/>
        </w:rPr>
        <w:t xml:space="preserve">[30:27] </w:t>
      </w:r>
      <w:r>
        <w:t>se ya paida hua hoon is statue se, to aap statue ka choice le nahi sakte.</w:t>
      </w:r>
    </w:p>
    <w:p>
      <w:pPr>
        <w:jc w:val="right"/>
      </w:pPr>
      <w:r>
        <w:t>سے یا پیدا ہوا ہوں اس statue سے، تو آپ statue کا choice لے نہیں سکتے۔</w:t>
      </w:r>
    </w:p>
    <w:p>
      <w:r>
        <w:rPr>
          <w:b/>
        </w:rPr>
        <w:t xml:space="preserve">[30:34] </w:t>
      </w:r>
      <w:r>
        <w:t>kyunke is ka choice le to phir bhi question wahin ka wahin rehta hai, question khatam nahi hota</w:t>
      </w:r>
    </w:p>
    <w:p>
      <w:pPr>
        <w:jc w:val="right"/>
      </w:pPr>
      <w:r>
        <w:t>کیونکہ اس کا choice لے تو پھر بھی question وہیں کا وہیں رہتا ہے، question ختم نہیں ہوتا</w:t>
      </w:r>
    </w:p>
    <w:p>
      <w:r>
        <w:rPr>
          <w:b/>
        </w:rPr>
        <w:t xml:space="preserve">[30:42]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[30:43] </w:t>
      </w:r>
      <w:r>
        <w:t>to aap ko living mother ka choice lena parega.</w:t>
      </w:r>
    </w:p>
    <w:p>
      <w:pPr>
        <w:jc w:val="right"/>
      </w:pPr>
      <w:r>
        <w:t>تو آپ کو living mother کا choice لینا پڑے گا۔</w:t>
      </w:r>
    </w:p>
    <w:p>
      <w:r>
        <w:rPr>
          <w:b/>
        </w:rPr>
        <w:t xml:space="preserve">[30:48] </w:t>
      </w:r>
      <w:r>
        <w:t>is wajah se mein yeh kahunga ke jahan river of knowledge jahan pohncha hai, woh yahan pohncha</w:t>
      </w:r>
    </w:p>
    <w:p>
      <w:pPr>
        <w:jc w:val="right"/>
      </w:pPr>
      <w:r>
        <w:t>اس وجہ سے میں یہ کہوں گا کہ جہاں river of knowledge جہاں پہنچا ہے، وہ یہاں پہنچا</w:t>
      </w:r>
    </w:p>
    <w:p>
      <w:r>
        <w:rPr>
          <w:b/>
        </w:rPr>
        <w:t xml:space="preserve">[30:55] </w:t>
      </w:r>
      <w:r>
        <w:t>hai ke aap ko do mein se ek ka choice lena hai: ya to unexplained god ya unexplained</w:t>
      </w:r>
    </w:p>
    <w:p>
      <w:pPr>
        <w:jc w:val="right"/>
      </w:pPr>
      <w:r>
        <w:t>ہے کہ آپ کو دو میں سے ایک کا choice لینا ہے: یا تو unexplained god یا unexplained</w:t>
      </w:r>
    </w:p>
    <w:p>
      <w:r>
        <w:rPr>
          <w:b/>
        </w:rPr>
        <w:t xml:space="preserve">[31:03] </w:t>
      </w:r>
      <w:r>
        <w:t>mathematical order.</w:t>
      </w:r>
    </w:p>
    <w:p>
      <w:pPr>
        <w:jc w:val="right"/>
      </w:pPr>
      <w:r>
        <w:t>mathematical order۔</w:t>
      </w:r>
    </w:p>
    <w:p>
      <w:r>
        <w:rPr>
          <w:b/>
        </w:rPr>
        <w:t xml:space="preserve">[31:05] </w:t>
      </w:r>
      <w:r>
        <w:t>lekin hum unexplained mathematical order ka choice nahi le sakte.</w:t>
      </w:r>
    </w:p>
    <w:p>
      <w:pPr>
        <w:jc w:val="right"/>
      </w:pPr>
      <w:r>
        <w:t>لیکن ہم unexplained mathematical order کا choice نہیں لے سکتے۔</w:t>
      </w:r>
    </w:p>
    <w:p>
      <w:r>
        <w:rPr>
          <w:b/>
        </w:rPr>
        <w:t xml:space="preserve">[31:09] </w:t>
      </w:r>
      <w:r>
        <w:t>kyunke phir bhi baat wahin ki wahin rahe gi.</w:t>
      </w:r>
    </w:p>
    <w:p>
      <w:pPr>
        <w:jc w:val="right"/>
      </w:pPr>
      <w:r>
        <w:t>کیونکہ پھر بھی بات وہیں کی وہیں رہے گی۔</w:t>
      </w:r>
    </w:p>
    <w:p>
      <w:r>
        <w:rPr>
          <w:b/>
        </w:rPr>
        <w:t xml:space="preserve">[31:13] </w:t>
      </w:r>
      <w:r>
        <w:t>is wajah se aap majboor hain ke woh unexplained god ka choice len.</w:t>
      </w:r>
    </w:p>
    <w:p>
      <w:pPr>
        <w:jc w:val="right"/>
      </w:pPr>
      <w:r>
        <w:t>اس وجہ سے آپ مجبور ہیں کہ وہ unexplained god کا choice لیں۔</w:t>
      </w:r>
    </w:p>
    <w:p>
      <w:r>
        <w:rPr>
          <w:b/>
        </w:rPr>
        <w:t xml:space="preserve">[31:18] </w:t>
      </w:r>
      <w:r>
        <w:t>kyunke god ek living being hai, ek intelligent being hai.</w:t>
      </w:r>
    </w:p>
    <w:p>
      <w:pPr>
        <w:jc w:val="right"/>
      </w:pPr>
      <w:r>
        <w:t>کیونکہ god ایک living being ہے، ایک intelligent being ہے۔</w:t>
      </w:r>
    </w:p>
    <w:p>
      <w:r>
        <w:rPr>
          <w:b/>
        </w:rPr>
        <w:t xml:space="preserve">[31:23] </w:t>
      </w:r>
      <w:r>
        <w:t>god jo hai, woh woh all powerful hai.</w:t>
      </w:r>
    </w:p>
    <w:p>
      <w:pPr>
        <w:jc w:val="right"/>
      </w:pPr>
      <w:r>
        <w:t>god جو ہے، وہ وہ all powerful ہے۔</w:t>
      </w:r>
    </w:p>
    <w:p>
      <w:r>
        <w:rPr>
          <w:b/>
        </w:rPr>
        <w:t xml:space="preserve">[31:26] </w:t>
      </w:r>
      <w:r>
        <w:t>to is ka choice le kar ke hum explain kar paate hain universe ko.</w:t>
      </w:r>
    </w:p>
    <w:p>
      <w:pPr>
        <w:jc w:val="right"/>
      </w:pPr>
      <w:r>
        <w:t>تو اس کا choice لے کر کے ہم explain کر پاتے ہیں universe کو۔</w:t>
      </w:r>
    </w:p>
    <w:p>
      <w:r>
        <w:rPr>
          <w:b/>
        </w:rPr>
        <w:t xml:space="preserve">[31:32] </w:t>
      </w:r>
      <w:r>
        <w:t>lekin mathematics ka choice le kar ke hum explain nahi kar paate.</w:t>
      </w:r>
    </w:p>
    <w:p>
      <w:pPr>
        <w:jc w:val="right"/>
      </w:pPr>
      <w:r>
        <w:t>لیکن mathematics کا choice لے کر کے ہم explain نہیں کر پاتے۔</w:t>
      </w:r>
    </w:p>
    <w:p>
      <w:r>
        <w:rPr>
          <w:b/>
        </w:rPr>
        <w:t xml:space="preserve">[31:37] </w:t>
      </w:r>
      <w:r>
        <w:t>baat phir wahin ka wahin rehti hai.</w:t>
      </w:r>
    </w:p>
    <w:p>
      <w:pPr>
        <w:jc w:val="right"/>
      </w:pPr>
      <w:r>
        <w:t>بات پھر وہیں کا وہیں رہتی ہے۔</w:t>
      </w:r>
    </w:p>
    <w:p>
      <w:r>
        <w:rPr>
          <w:b/>
        </w:rPr>
        <w:t xml:space="preserve">[31:40] </w:t>
      </w:r>
      <w:r>
        <w:t>to main yeh kahunga ke yeh jo choice do ka hai, haqeeqat mein woh ek hi ka</w:t>
      </w:r>
    </w:p>
    <w:p>
      <w:pPr>
        <w:jc w:val="right"/>
      </w:pPr>
      <w:r>
        <w:t>تو میں یہ کہوں گا کہ یہ جو choice دو کا ہے، حقیقت میں وہ ایک ہی کا</w:t>
      </w:r>
    </w:p>
    <w:p>
      <w:r>
        <w:rPr>
          <w:b/>
        </w:rPr>
        <w:t xml:space="preserve">[31:48] </w:t>
      </w:r>
      <w:r>
        <w:t>choice hai.</w:t>
      </w:r>
    </w:p>
    <w:p>
      <w:pPr>
        <w:jc w:val="right"/>
      </w:pPr>
      <w:r>
        <w:t>choice ہے۔</w:t>
      </w:r>
    </w:p>
    <w:p>
      <w:r>
        <w:rPr>
          <w:b/>
        </w:rPr>
        <w:t xml:space="preserve">[31:49] </w:t>
      </w:r>
      <w:r>
        <w:t>to to main yeh kehna chahta hoon ke jis tarah se science ne har doosri cheez mein aadmi</w:t>
      </w:r>
    </w:p>
    <w:p>
      <w:pPr>
        <w:jc w:val="right"/>
      </w:pPr>
      <w:r>
        <w:t>تو تو میں یہ کہنا چاہتا ہوں کہ جس طرح سے سائنس نے ہر دوسری چیز میں آدمی</w:t>
      </w:r>
    </w:p>
    <w:p>
      <w:r>
        <w:rPr>
          <w:b/>
        </w:rPr>
        <w:t xml:space="preserve">[31:57] </w:t>
      </w:r>
      <w:r>
        <w:t>ko majboor kiya ke woh revise kare, reassess kare, phir se baat ko samjhe, theek wahi yahan hum</w:t>
      </w:r>
    </w:p>
    <w:p>
      <w:pPr>
        <w:jc w:val="right"/>
      </w:pPr>
      <w:r>
        <w:t>کو مجبور کیا کہ وہ revise کرے، reassess کرے، پھر سے بات کو سمجھے، ٹھیک وہی یہاں ہم</w:t>
      </w:r>
    </w:p>
    <w:p>
      <w:r>
        <w:rPr>
          <w:b/>
        </w:rPr>
        <w:t xml:space="preserve">[32:05] </w:t>
      </w:r>
      <w:r>
        <w:t>ko karna hai mazhab ke maamle mein.</w:t>
      </w:r>
    </w:p>
    <w:p>
      <w:pPr>
        <w:jc w:val="right"/>
      </w:pPr>
      <w:r>
        <w:t>کو کرنا ہے مذہب کے معاملے میں۔</w:t>
      </w:r>
    </w:p>
    <w:p>
      <w:r>
        <w:rPr>
          <w:b/>
        </w:rPr>
        <w:t xml:space="preserve">[32:08] </w:t>
      </w:r>
      <w:r>
        <w:t>ab main aap ko islam ki nisbat se chand baatein arz karunga.</w:t>
      </w:r>
    </w:p>
    <w:p>
      <w:pPr>
        <w:jc w:val="right"/>
      </w:pPr>
      <w:r>
        <w:t>اب میں آپ کو اسلام کی نسبت سے چند باتیں عرض کروں گا۔</w:t>
      </w:r>
    </w:p>
    <w:p>
      <w:r>
        <w:rPr>
          <w:b/>
        </w:rPr>
        <w:t xml:space="preserve">[32:13] </w:t>
      </w:r>
      <w:r>
        <w:t>dekhiye, is se pehle ka jo insaan tha, yaani pre-scientific age ka jo insaan tha, to woh kya</w:t>
      </w:r>
    </w:p>
    <w:p>
      <w:pPr>
        <w:jc w:val="right"/>
      </w:pPr>
      <w:r>
        <w:t>دیکھیے، اس سے پہلے کا جو انسان تھا، یعنی pre-scientific age کا جو انسان تھا، تو وہ کیا</w:t>
      </w:r>
    </w:p>
    <w:p>
      <w:r>
        <w:rPr>
          <w:b/>
        </w:rPr>
        <w:t xml:space="preserve">[32:21] </w:t>
      </w:r>
      <w:r>
        <w:t>tha? is ka maamla ke woh mythological figure aur aur historical figure mein farq nahi karta tha.</w:t>
      </w:r>
    </w:p>
    <w:p>
      <w:pPr>
        <w:jc w:val="right"/>
      </w:pPr>
      <w:r>
        <w:t>تھا؟ اس کا معاملہ کہ وہ mythological figure اور اور historical figure میں فرق نہیں کرتا تھا۔</w:t>
      </w:r>
    </w:p>
    <w:p>
      <w:r>
        <w:rPr>
          <w:b/>
        </w:rPr>
        <w:t xml:space="preserve">[32:28] </w:t>
      </w:r>
      <w:r>
        <w:t>kyunki is tarah ki soch nahi aayi thi.</w:t>
      </w:r>
    </w:p>
    <w:p>
      <w:pPr>
        <w:jc w:val="right"/>
      </w:pPr>
      <w:r>
        <w:t>کیونکہ اس طرح کی سوچ نہیں آئی تھی۔</w:t>
      </w:r>
    </w:p>
    <w:p>
      <w:r>
        <w:rPr>
          <w:b/>
        </w:rPr>
        <w:t xml:space="preserve">[32:32] </w:t>
      </w:r>
      <w:r>
        <w:t>soch mein itna precision nahi aaya tha.</w:t>
      </w:r>
    </w:p>
    <w:p>
      <w:pPr>
        <w:jc w:val="right"/>
      </w:pPr>
      <w:r>
        <w:t>سوچ میں اتنا precision نہیں آیا تھا۔</w:t>
      </w:r>
    </w:p>
    <w:p>
      <w:r>
        <w:rPr>
          <w:b/>
        </w:rPr>
        <w:t xml:space="preserve">[32:35] </w:t>
      </w:r>
      <w:r>
        <w:t>mythological figure aur historical figure dono mein farq kar ke sochna yeh insaan ko nahi aata tha.</w:t>
      </w:r>
    </w:p>
    <w:p>
      <w:pPr>
        <w:jc w:val="right"/>
      </w:pPr>
      <w:r>
        <w:t>mythological figure اور historical figure دونوں میں فرق کر کے سوچنا یہ انسان کو نہیں آتا تھا۔</w:t>
      </w:r>
    </w:p>
    <w:p>
      <w:r>
        <w:rPr>
          <w:b/>
        </w:rPr>
        <w:t xml:space="preserve">[32:42] </w:t>
      </w:r>
      <w:r>
        <w:t>science ke zamane mein aisa hua ke science ke zamane mein mythology discard ho gayi.</w:t>
      </w:r>
    </w:p>
    <w:p>
      <w:pPr>
        <w:jc w:val="right"/>
      </w:pPr>
      <w:r>
        <w:t>سائنس کے زمانے میں ایسا ہوا کہ سائنس کے زمانے میں mythology discard ہوگئی۔</w:t>
      </w:r>
    </w:p>
    <w:p>
      <w:r>
        <w:rPr>
          <w:b/>
        </w:rPr>
        <w:t xml:space="preserve">[32:48] </w:t>
      </w:r>
      <w:r>
        <w:t>jo jo history se prove ho, wahi prove cheez maani gayi.</w:t>
      </w:r>
    </w:p>
    <w:p>
      <w:pPr>
        <w:jc w:val="right"/>
      </w:pPr>
      <w:r>
        <w:t>جو جو history سے prove ہو، وہی prove چیز مانی گئی۔</w:t>
      </w:r>
    </w:p>
    <w:p>
      <w:r>
        <w:rPr>
          <w:b/>
        </w:rPr>
        <w:t xml:space="preserve">[32:53] </w:t>
      </w:r>
      <w:r>
        <w:t>ab mythology discard ho gayi kyunki woh baseless thi.</w:t>
      </w:r>
    </w:p>
    <w:p>
      <w:pPr>
        <w:jc w:val="right"/>
      </w:pPr>
      <w:r>
        <w:t>اب mythology discard ہوگئی کیونکہ وہ baseless تھی۔</w:t>
      </w:r>
    </w:p>
    <w:p>
      <w:r>
        <w:rPr>
          <w:b/>
        </w:rPr>
        <w:t xml:space="preserve">[32:56] </w:t>
      </w:r>
      <w:r>
        <w:t>ab aap dekhiye, mazhab mein jitni bhi figure hain, siwaye Muhammad (SAW) ke, sab ke</w:t>
      </w:r>
    </w:p>
    <w:p>
      <w:pPr>
        <w:jc w:val="right"/>
      </w:pPr>
      <w:r>
        <w:t>اب آپ دیکھیے، مذہب میں جتنی بھی figure ہیں، سوائے محمد صلی اللہ علیہ وسلم کے، سب کے</w:t>
      </w:r>
    </w:p>
    <w:p>
      <w:r>
        <w:rPr>
          <w:b/>
        </w:rPr>
        <w:t xml:space="preserve">[33:04] </w:t>
      </w:r>
      <w:r>
        <w:t>sab mythological figure hain.</w:t>
      </w:r>
    </w:p>
    <w:p>
      <w:pPr>
        <w:jc w:val="right"/>
      </w:pPr>
      <w:r>
        <w:t>سب mythological figure ہیں۔</w:t>
      </w:r>
    </w:p>
    <w:p>
      <w:r>
        <w:rPr>
          <w:b/>
        </w:rPr>
        <w:t xml:space="preserve">[33:06] </w:t>
      </w:r>
      <w:r>
        <w:t>koi historical ground is ki nahi hai.</w:t>
      </w:r>
    </w:p>
    <w:p>
      <w:pPr>
        <w:jc w:val="right"/>
      </w:pPr>
      <w:r>
        <w:t>کوئی historical ground اس کی نہیں ہے۔</w:t>
      </w:r>
    </w:p>
    <w:p>
      <w:r>
        <w:rPr>
          <w:b/>
        </w:rPr>
        <w:t xml:space="preserve">[33:09] </w:t>
      </w:r>
      <w:r>
        <w:t>isi liye ek European scholar ne likha hai ke Muhammad was born within a full light of history</w:t>
      </w:r>
    </w:p>
    <w:p>
      <w:pPr>
        <w:jc w:val="right"/>
      </w:pPr>
      <w:r>
        <w:t>اسی لیے ایک European scholar نے لکھا ہے کہ محمد was born within a full light of history</w:t>
      </w:r>
    </w:p>
    <w:p>
      <w:r>
        <w:rPr>
          <w:b/>
        </w:rPr>
        <w:t xml:space="preserve">[33:16] </w:t>
      </w:r>
      <w:r>
        <w:t>Muhammad was born within a full light of history kyunki jitne bhi doosre mazhabi peshwa hain, jitne bhi</w:t>
      </w:r>
    </w:p>
    <w:p>
      <w:pPr>
        <w:jc w:val="right"/>
      </w:pPr>
      <w:r>
        <w:t>محمد was born within a full light of history کیونکہ جتنے بھی دوسرے مذہبی پیشوا ہیں، جتنے بھی</w:t>
      </w:r>
    </w:p>
    <w:p>
      <w:r>
        <w:rPr>
          <w:b/>
        </w:rPr>
        <w:t xml:space="preserve">[33:24] </w:t>
      </w:r>
      <w:r>
        <w:t>prophet hain, to woh matter of belief hain, matter of history nahi hain.</w:t>
      </w:r>
    </w:p>
    <w:p>
      <w:pPr>
        <w:jc w:val="right"/>
      </w:pPr>
      <w:r>
        <w:t>prophet ہیں، تو وہ matter of belief ہیں، matter of history نہیں ہیں۔</w:t>
      </w:r>
    </w:p>
    <w:p>
      <w:r>
        <w:rPr>
          <w:b/>
        </w:rPr>
        <w:t xml:space="preserve">[33:30] </w:t>
      </w:r>
      <w:r>
        <w:t>yaad rakhiye, hum yeh maante hain ke woh saare prophet jis ko quran ne bataya hai, woh sach</w:t>
      </w:r>
    </w:p>
    <w:p>
      <w:pPr>
        <w:jc w:val="right"/>
      </w:pPr>
      <w:r>
        <w:t>یاد رکھیے، ہم یہ مانتے ہیں کہ وہ سارے prophet جس کو قرآن نے بتایا ہے، وہ سچ</w:t>
      </w:r>
    </w:p>
    <w:p>
      <w:r>
        <w:rPr>
          <w:b/>
        </w:rPr>
        <w:t xml:space="preserve">[33:37] </w:t>
      </w:r>
      <w:r>
        <w:t>much prophet the.</w:t>
      </w:r>
    </w:p>
    <w:p>
      <w:pPr>
        <w:jc w:val="right"/>
      </w:pPr>
      <w:r>
        <w:t>مچ prophet تھے۔</w:t>
      </w:r>
    </w:p>
    <w:p>
      <w:r>
        <w:rPr>
          <w:b/>
        </w:rPr>
        <w:t xml:space="preserve">[33:39] </w:t>
      </w:r>
      <w:r>
        <w:t>lekin history to nahi batati, historical evidence is ke haq mein nahi hai.</w:t>
      </w:r>
    </w:p>
    <w:p>
      <w:pPr>
        <w:jc w:val="right"/>
      </w:pPr>
      <w:r>
        <w:t>لیکن history تو نہیں بتاتی، historical evidence اس کے حق میں نہیں ہے۔</w:t>
      </w:r>
    </w:p>
    <w:p>
      <w:r>
        <w:rPr>
          <w:b/>
        </w:rPr>
        <w:t xml:space="preserve">[33:45] </w:t>
      </w:r>
      <w:r>
        <w:t>historical evidence is ke haq mein nahi hai.</w:t>
      </w:r>
    </w:p>
    <w:p>
      <w:pPr>
        <w:jc w:val="right"/>
      </w:pPr>
      <w:r>
        <w:t>historical evidence اس کے حق میں نہیں ہے۔</w:t>
      </w:r>
    </w:p>
    <w:p>
      <w:r>
        <w:rPr>
          <w:b/>
        </w:rPr>
        <w:t xml:space="preserve">[33:48] </w:t>
      </w:r>
      <w:r>
        <w:t>misal ke taur par dekhiye, Hazrat Musa (AS) Misr mein paida hue.</w:t>
      </w:r>
    </w:p>
    <w:p>
      <w:pPr>
        <w:jc w:val="right"/>
      </w:pPr>
      <w:r>
        <w:t>مثال کے طور پر دیکھیے، حضرت موسیٰ علیہ السلام مصر میں پیدا ہوئے۔</w:t>
      </w:r>
    </w:p>
    <w:p>
      <w:r>
        <w:rPr>
          <w:b/>
        </w:rPr>
        <w:t xml:space="preserve">[33:54] </w:t>
      </w:r>
      <w:r>
        <w:t>Misr mein un ke zamane ka jo Pharaoh tha, us ki history hai, history us ko mention karti</w:t>
      </w:r>
    </w:p>
    <w:p>
      <w:pPr>
        <w:jc w:val="right"/>
      </w:pPr>
      <w:r>
        <w:t>مصر میں ان کے زمانے کا جو Pharaoh تھا، اس کی history ہے، history اس کو mention کرتی</w:t>
      </w:r>
    </w:p>
    <w:p>
      <w:r>
        <w:rPr>
          <w:b/>
        </w:rPr>
        <w:t xml:space="preserve">[34:01]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[34:03] </w:t>
      </w:r>
      <w:r>
        <w:t>yani Egypt ki history mein Pharaoh ka reference maujood hai, lekin Egypt ki history mein Hazrat Musa ka</w:t>
      </w:r>
    </w:p>
    <w:p>
      <w:pPr>
        <w:jc w:val="right"/>
      </w:pPr>
      <w:r>
        <w:t>یعنی Egypt کی history میں Pharaoh کا reference موجود ہے، لیکن Egypt کی history میں حضرت موسیٰ کا</w:t>
      </w:r>
    </w:p>
    <w:p>
      <w:r>
        <w:rPr>
          <w:b/>
        </w:rPr>
        <w:t xml:space="preserve">[34:10] </w:t>
      </w:r>
      <w:r>
        <w:t>reference maujood nahi hai.</w:t>
      </w:r>
    </w:p>
    <w:p>
      <w:pPr>
        <w:jc w:val="right"/>
      </w:pPr>
      <w:r>
        <w:t>reference موجود نہیں ہے۔</w:t>
      </w:r>
    </w:p>
    <w:p>
      <w:r>
        <w:rPr>
          <w:b/>
        </w:rPr>
        <w:t xml:space="preserve">[34:12] </w:t>
      </w:r>
      <w:r>
        <w:t>maujood nahi hai.</w:t>
      </w:r>
    </w:p>
    <w:p>
      <w:pPr>
        <w:jc w:val="right"/>
      </w:pPr>
      <w:r>
        <w:t>موجود نہیں ہے۔</w:t>
      </w:r>
    </w:p>
    <w:p>
      <w:r>
        <w:rPr>
          <w:b/>
        </w:rPr>
        <w:t xml:space="preserve">[34:14] </w:t>
      </w:r>
      <w:r>
        <w:t>yeh mamla sare doosre paighambaron ka hai.</w:t>
      </w:r>
    </w:p>
    <w:p>
      <w:pPr>
        <w:jc w:val="right"/>
      </w:pPr>
      <w:r>
        <w:t>یہ معاملہ سارے دوسرے پیغمبروں کا ہے۔</w:t>
      </w:r>
    </w:p>
    <w:p>
      <w:r>
        <w:rPr>
          <w:b/>
        </w:rPr>
        <w:t xml:space="preserve">[34:17] </w:t>
      </w:r>
      <w:r>
        <w:t>yehahan tak ke jo baad ka paighambar hai, Hazrat Isa (AS), un ke bare mein bhi koi</w:t>
      </w:r>
    </w:p>
    <w:p>
      <w:pPr>
        <w:jc w:val="right"/>
      </w:pPr>
      <w:r>
        <w:t>یہاں تک کہ جو بعد کا پیغمبر ہے، حضرت عیسیٰ علیہ السلام، ان کے بارے میں بھی کوئی</w:t>
      </w:r>
    </w:p>
    <w:p>
      <w:r>
        <w:rPr>
          <w:b/>
        </w:rPr>
        <w:t xml:space="preserve">[34:24] </w:t>
      </w:r>
      <w:r>
        <w:t>historical reference maujood nahi hai.</w:t>
      </w:r>
    </w:p>
    <w:p>
      <w:pPr>
        <w:jc w:val="right"/>
      </w:pPr>
      <w:r>
        <w:t>historical reference موجود نہیں ہے۔</w:t>
      </w:r>
    </w:p>
    <w:p>
      <w:r>
        <w:rPr>
          <w:b/>
        </w:rPr>
        <w:t xml:space="preserve">[34:27] </w:t>
      </w:r>
      <w:r>
        <w:t>yahan par ek Christian library bohat bari hai, St.</w:t>
      </w:r>
    </w:p>
    <w:p>
      <w:pPr>
        <w:jc w:val="right"/>
      </w:pPr>
      <w:r>
        <w:t>یہاں پر ایک Christian library بہت بڑی ہے، St.</w:t>
      </w:r>
    </w:p>
    <w:p>
      <w:r>
        <w:rPr>
          <w:b/>
        </w:rPr>
        <w:t xml:space="preserve">[34:30] </w:t>
      </w:r>
      <w:r>
        <w:t>Xavier College mein.</w:t>
      </w:r>
    </w:p>
    <w:p>
      <w:pPr>
        <w:jc w:val="right"/>
      </w:pPr>
      <w:r>
        <w:t>Xavier College میں۔</w:t>
      </w:r>
    </w:p>
    <w:p>
      <w:r>
        <w:rPr>
          <w:b/>
        </w:rPr>
        <w:t xml:space="preserve">[34:32] </w:t>
      </w:r>
      <w:r>
        <w:t>wahan se mein ek book gaya, wahan se to ek book mili mujhe, itni moti si book Christian</w:t>
      </w:r>
    </w:p>
    <w:p>
      <w:pPr>
        <w:jc w:val="right"/>
      </w:pPr>
      <w:r>
        <w:t>وہاں سے میں ایک book گیا، وہاں سے تو ایک book ملی مجھے، اتنی موٹی سی book Christian</w:t>
      </w:r>
    </w:p>
    <w:p>
      <w:r>
        <w:rPr>
          <w:b/>
        </w:rPr>
        <w:t xml:space="preserve">[34:40] </w:t>
      </w:r>
      <w:r>
        <w:t>ki likhi hui, woh ek Christian scholar ki likhi hui thi.</w:t>
      </w:r>
    </w:p>
    <w:p>
      <w:pPr>
        <w:jc w:val="right"/>
      </w:pPr>
      <w:r>
        <w:t>کی لکھی ہوئی، وہ ایک Christian scholar کی لکھی ہوئی تھی۔</w:t>
      </w:r>
    </w:p>
    <w:p>
      <w:r>
        <w:rPr>
          <w:b/>
        </w:rPr>
        <w:t xml:space="preserve">[34:44] </w:t>
      </w:r>
      <w:r>
        <w:t>us ka naam tha Historical Jesus to ek Christian scholar ne kaha ke Historical Jesus is nothing yani</w:t>
      </w:r>
    </w:p>
    <w:p>
      <w:pPr>
        <w:jc w:val="right"/>
      </w:pPr>
      <w:r>
        <w:t>اس کا نام تھا Historical Jesus تو ایک Christian scholar نے کہا کہ Historical Jesus is nothing یعنی</w:t>
      </w:r>
    </w:p>
    <w:p>
      <w:r>
        <w:rPr>
          <w:b/>
        </w:rPr>
        <w:t xml:space="preserve">[34:52] </w:t>
      </w:r>
      <w:r>
        <w:t>history ke lehaz se koi wajood nahi hai Jesus Christ ka.</w:t>
      </w:r>
    </w:p>
    <w:p>
      <w:pPr>
        <w:jc w:val="right"/>
      </w:pPr>
      <w:r>
        <w:t>history کے لحاظ سے کوئی وجود نہیں ہے Jesus Christ کا۔</w:t>
      </w:r>
    </w:p>
    <w:p>
      <w:r>
        <w:rPr>
          <w:b/>
        </w:rPr>
        <w:t xml:space="preserve">[34:57] </w:t>
      </w:r>
      <w:r>
        <w:t>woh sirf Bible mein hai, is liye hum bator aqeedah ke mante hain.</w:t>
      </w:r>
    </w:p>
    <w:p>
      <w:pPr>
        <w:jc w:val="right"/>
      </w:pPr>
      <w:r>
        <w:t>وہ صرف Bible میں ہے، اس لیے ہم بطور عقیدہ کے مانتے ہیں۔</w:t>
      </w:r>
    </w:p>
    <w:p>
      <w:r>
        <w:rPr>
          <w:b/>
        </w:rPr>
        <w:t xml:space="preserve">[35:02] </w:t>
      </w:r>
      <w:r>
        <w:t>to Bible to history nahi hai, Bible to woh aqeedah ki kitab hai.</w:t>
      </w:r>
    </w:p>
    <w:p>
      <w:pPr>
        <w:jc w:val="right"/>
      </w:pPr>
      <w:r>
        <w:t>تو Bible تو history نہیں ہے، Bible تو وہ عقیدے کی کتاب ہے۔</w:t>
      </w:r>
    </w:p>
    <w:p>
      <w:r>
        <w:rPr>
          <w:b/>
        </w:rPr>
        <w:t xml:space="preserve">[35:08] </w:t>
      </w:r>
      <w:r>
        <w:t>ek aur European scholar ne kaha ke Historically it is quite doubtful whether Christ ever existed at all</w:t>
      </w:r>
    </w:p>
    <w:p>
      <w:pPr>
        <w:jc w:val="right"/>
      </w:pPr>
      <w:r>
        <w:t>ایک اور European scholar نے کہا کہ Historically it is quite doubtful whether Christ ever existed at all</w:t>
      </w:r>
    </w:p>
    <w:p>
      <w:r>
        <w:rPr>
          <w:b/>
        </w:rPr>
        <w:t xml:space="preserve">[35:16] </w:t>
      </w:r>
      <w:r>
        <w:t>ab aap yahan dekhiye ke history ka jo river of knowledge jo hai, woh chal raha hai yahan</w:t>
      </w:r>
    </w:p>
    <w:p>
      <w:pPr>
        <w:jc w:val="right"/>
      </w:pPr>
      <w:r>
        <w:t>اب آپ یہاں دیکھیے کہ history کا جو river of knowledge جو ہے، وہ چل رہا ہے یہاں</w:t>
      </w:r>
    </w:p>
    <w:p>
      <w:r>
        <w:rPr>
          <w:b/>
        </w:rPr>
        <w:t xml:space="preserve">[35:23] </w:t>
      </w:r>
      <w:r>
        <w:t>ke mythological figure jo discard ho jaye aur historical figure jo hai, wohi maane jaye.</w:t>
      </w:r>
    </w:p>
    <w:p>
      <w:pPr>
        <w:jc w:val="right"/>
      </w:pPr>
      <w:r>
        <w:t>کہ mythological figure جو discard ہو جائے اور historical figure جو ہے، وہی مانے جائے۔</w:t>
      </w:r>
    </w:p>
    <w:p>
      <w:r>
        <w:rPr>
          <w:b/>
        </w:rPr>
        <w:t xml:space="preserve">[35:30] </w:t>
      </w:r>
      <w:r>
        <w:t>ab is criteria par aap judge kijiye, aap ab hamare liye choice kis ka hai? sirf prophet Muhammad</w:t>
      </w:r>
    </w:p>
    <w:p>
      <w:pPr>
        <w:jc w:val="right"/>
      </w:pPr>
      <w:r>
        <w:t>اب اس criteria پر آپ judge کیجیے، آپ اب ہمارے لیے choice کس کا ہے؟ صرف prophet محمد</w:t>
      </w:r>
    </w:p>
    <w:p>
      <w:r>
        <w:rPr>
          <w:b/>
        </w:rPr>
        <w:t xml:space="preserve">[35:37] </w:t>
      </w:r>
      <w:r>
        <w:t>ka hai aur koi choice hi nahi hai.</w:t>
      </w:r>
    </w:p>
    <w:p>
      <w:pPr>
        <w:jc w:val="right"/>
      </w:pPr>
      <w:r>
        <w:t>کا ہے اور کوئی choice ہی نہیں ہے۔</w:t>
      </w:r>
    </w:p>
    <w:p>
      <w:r>
        <w:rPr>
          <w:b/>
        </w:rPr>
        <w:t xml:space="preserve">[35:41] </w:t>
      </w:r>
      <w:r>
        <w:t>kyun ke aap mythological figure ko aap nahi maan sakte science ke age mein.</w:t>
      </w:r>
    </w:p>
    <w:p>
      <w:pPr>
        <w:jc w:val="right"/>
      </w:pPr>
      <w:r>
        <w:t>کیونکہ آپ mythological figure کو آپ نہیں مان سکتے سائنس کے age میں۔</w:t>
      </w:r>
    </w:p>
    <w:p>
      <w:r>
        <w:rPr>
          <w:b/>
        </w:rPr>
        <w:t xml:space="preserve">[35:46] </w:t>
      </w:r>
      <w:r>
        <w:t>science ke age mein mythological figure kuch nahi hai, nothing.</w:t>
      </w:r>
    </w:p>
    <w:p>
      <w:pPr>
        <w:jc w:val="right"/>
      </w:pPr>
      <w:r>
        <w:t>سائنس کے age میں mythological figure کچھ نہیں ہے، nothing۔</w:t>
      </w:r>
    </w:p>
    <w:p>
      <w:r>
        <w:rPr>
          <w:b/>
        </w:rPr>
        <w:t xml:space="preserve">[35:51] </w:t>
      </w:r>
      <w:r>
        <w:t>science ke age mein sirf historical figure ko manna parega aap ko, warna log kahenge yeh</w:t>
      </w:r>
    </w:p>
    <w:p>
      <w:pPr>
        <w:jc w:val="right"/>
      </w:pPr>
      <w:r>
        <w:t>سائنس کے age میں صرف historical figure کو ماننا پڑے گا آپ کو، ورنہ لوگ کہیں گے یہ</w:t>
      </w:r>
    </w:p>
    <w:p>
      <w:r>
        <w:rPr>
          <w:b/>
        </w:rPr>
        <w:t xml:space="preserve">[35:58] </w:t>
      </w:r>
      <w:r>
        <w:t>toh purane zamane mein jee rahe hain, yeh unhein pata hi nahi ke zamana kahan pahunch chuka hai.</w:t>
      </w:r>
    </w:p>
    <w:p>
      <w:pPr>
        <w:jc w:val="right"/>
      </w:pPr>
      <w:r>
        <w:t>تو پرانے زمانے میں جی رہے ہیں، یہ انہیں پتہ ہی نہیں کہ زمانہ کہاں پہنچ چکا ہے۔</w:t>
      </w:r>
    </w:p>
    <w:p>
      <w:r>
        <w:rPr>
          <w:b/>
        </w:rPr>
        <w:t xml:space="preserve">[36:06] </w:t>
      </w:r>
      <w:r>
        <w:t>toh zamana mythology se science ki taraf aaya hai, mythology se history ki taraf aaya hai.</w:t>
      </w:r>
    </w:p>
    <w:p>
      <w:pPr>
        <w:jc w:val="right"/>
      </w:pPr>
      <w:r>
        <w:t>تو زمانہ mythology سے سائنس کی طرف آیا ہے، mythology سے history کی طرف آیا ہے۔</w:t>
      </w:r>
    </w:p>
    <w:p>
      <w:r>
        <w:rPr>
          <w:b/>
        </w:rPr>
        <w:t xml:space="preserve">[36:13] </w:t>
      </w:r>
      <w:r>
        <w:t>toh cheez kya hai? dekhiye, aisa hai ke pehle zamane mein jo history likhi jati thi, woh history</w:t>
      </w:r>
    </w:p>
    <w:p>
      <w:pPr>
        <w:jc w:val="right"/>
      </w:pPr>
      <w:r>
        <w:t>تو چیز کیا ہے؟ دیکھیے، ایسا ہے کہ پہلے زمانے میں جو history لکھی جاتی تھی، وہ history</w:t>
      </w:r>
    </w:p>
    <w:p>
      <w:r>
        <w:rPr>
          <w:b/>
        </w:rPr>
        <w:t xml:space="preserve">[36:21] </w:t>
      </w:r>
      <w:r>
        <w:t>sab royalty ki history hua karti thi.</w:t>
      </w:r>
    </w:p>
    <w:p>
      <w:pPr>
        <w:jc w:val="right"/>
      </w:pPr>
      <w:r>
        <w:t>سب royalty کی history ہوا کرتی تھی۔</w:t>
      </w:r>
    </w:p>
    <w:p>
      <w:r>
        <w:rPr>
          <w:b/>
        </w:rPr>
        <w:t xml:space="preserve">[36:24] </w:t>
      </w:r>
      <w:r>
        <w:t>badshahon ki history jitni bhi book likhi gayi history par, pehle zamane mein woh sab royalty ki history</w:t>
      </w:r>
    </w:p>
    <w:p>
      <w:pPr>
        <w:jc w:val="right"/>
      </w:pPr>
      <w:r>
        <w:t>بادشاہوں کی history جتنی بھی book لکھی گئی history پر، پہلے زمانے میں وہ سب royalty کی history</w:t>
      </w:r>
    </w:p>
    <w:p>
      <w:r>
        <w:rPr>
          <w:b/>
        </w:rPr>
        <w:t xml:space="preserve">[36:31] </w:t>
      </w:r>
      <w:r>
        <w:t>hoti thi.</w:t>
      </w:r>
    </w:p>
    <w:p>
      <w:pPr>
        <w:jc w:val="right"/>
      </w:pPr>
      <w:r>
        <w:t>ہوتی تھی۔</w:t>
      </w:r>
    </w:p>
    <w:p>
      <w:r>
        <w:rPr>
          <w:b/>
        </w:rPr>
        <w:t xml:space="preserve">[36:33] </w:t>
      </w:r>
      <w:r>
        <w:t>yani taajposhi, unki victory, unki ladai aur unka badshahon ka jashn.</w:t>
      </w:r>
    </w:p>
    <w:p>
      <w:pPr>
        <w:jc w:val="right"/>
      </w:pPr>
      <w:r>
        <w:t>یعنی تاج پوشی، ان کی victory، ان کی لڑائی اور ان کا بادشاہوں کا جشن۔</w:t>
      </w:r>
    </w:p>
    <w:p>
      <w:r>
        <w:rPr>
          <w:b/>
        </w:rPr>
        <w:t xml:space="preserve">[36:39] </w:t>
      </w:r>
      <w:r>
        <w:t>toh badshahon ki ki cheezon ko report karne ka naam tha history.</w:t>
      </w:r>
    </w:p>
    <w:p>
      <w:pPr>
        <w:jc w:val="right"/>
      </w:pPr>
      <w:r>
        <w:t>تو بادشاہوں کی کی چیزوں کو report کرنے کا نام تھا history۔</w:t>
      </w:r>
    </w:p>
    <w:p>
      <w:r>
        <w:rPr>
          <w:b/>
        </w:rPr>
        <w:t xml:space="preserve">[36:45] </w:t>
      </w:r>
      <w:r>
        <w:t>pehla insan jis ne is trend ko badla, woh tha Ibn Khaldun, ek Muslim scholar jo Spain mein</w:t>
      </w:r>
    </w:p>
    <w:p>
      <w:pPr>
        <w:jc w:val="right"/>
      </w:pPr>
      <w:r>
        <w:t>پہلا انسان جس نے اس trend کو بدلا، وہ تھا ابن خلدون، ایک مسلم scholar جو اسپین میں</w:t>
      </w:r>
    </w:p>
    <w:p>
      <w:r>
        <w:rPr>
          <w:b/>
        </w:rPr>
        <w:t xml:space="preserve">[36:52] </w:t>
      </w:r>
      <w:r>
        <w:t>paida hua.</w:t>
      </w:r>
    </w:p>
    <w:p>
      <w:pPr>
        <w:jc w:val="right"/>
      </w:pPr>
      <w:r>
        <w:t>پیدا ہوا۔</w:t>
      </w:r>
    </w:p>
    <w:p>
      <w:r>
        <w:rPr>
          <w:b/>
        </w:rPr>
        <w:t xml:space="preserve">[36:54] </w:t>
      </w:r>
      <w:r>
        <w:t>yani Islam ke after the advent of Islam, yeh paida hua Abdul Rahman Ibn Khaldun Spain mein.</w:t>
      </w:r>
    </w:p>
    <w:p>
      <w:pPr>
        <w:jc w:val="right"/>
      </w:pPr>
      <w:r>
        <w:t>یعنی اسلام کے after the advent of اسلام، یہ پیدا ہوا عبدالرحمن ابن خلدون اسپین میں۔</w:t>
      </w:r>
    </w:p>
    <w:p>
      <w:r>
        <w:rPr>
          <w:b/>
        </w:rPr>
        <w:t xml:space="preserve">[37:01] </w:t>
      </w:r>
      <w:r>
        <w:t>us ne kitaab likhi toh us waqt itna anokha tha yeh ke us kitaab ko chhapne mein bhi</w:t>
      </w:r>
    </w:p>
    <w:p>
      <w:pPr>
        <w:jc w:val="right"/>
      </w:pPr>
      <w:r>
        <w:t>اس نے کتاب لکھی تو اس وقت اتنا انوکھا تھا یہ کہ اس کتاب کو چھپنے میں بھی</w:t>
      </w:r>
    </w:p>
    <w:p>
      <w:r>
        <w:rPr>
          <w:b/>
        </w:rPr>
        <w:t xml:space="preserve">[37:08] </w:t>
      </w:r>
      <w:r>
        <w:t>kai sau saal beet gaye.</w:t>
      </w:r>
    </w:p>
    <w:p>
      <w:pPr>
        <w:jc w:val="right"/>
      </w:pPr>
      <w:r>
        <w:t>کئی سو سال بیت گئے۔</w:t>
      </w:r>
    </w:p>
    <w:p>
      <w:r>
        <w:rPr>
          <w:b/>
        </w:rPr>
        <w:t xml:space="preserve">[37:10] </w:t>
      </w:r>
      <w:r>
        <w:t>aur phir jab woh chhapi woh kitaab aur uska translation hua Latin mein, toh saare Europe ne</w:t>
      </w:r>
    </w:p>
    <w:p>
      <w:pPr>
        <w:jc w:val="right"/>
      </w:pPr>
      <w:r>
        <w:t>اور پھر جب وہ چھپی وہ کتاب اور اس کا translation ہوا Latin میں، تو سارے یورپ نے</w:t>
      </w:r>
    </w:p>
    <w:p>
      <w:r>
        <w:rPr>
          <w:b/>
        </w:rPr>
        <w:t xml:space="preserve">[37:18] </w:t>
      </w:r>
      <w:r>
        <w:t>us ko maan liya ke yeh hai founder of modern history.</w:t>
      </w:r>
    </w:p>
    <w:p>
      <w:pPr>
        <w:jc w:val="right"/>
      </w:pPr>
      <w:r>
        <w:t>اس کو مان لیا کہ یہ ہے founder of modern history۔</w:t>
      </w:r>
    </w:p>
    <w:p>
      <w:r>
        <w:rPr>
          <w:b/>
        </w:rPr>
        <w:t xml:space="preserve">[37:23] </w:t>
      </w:r>
      <w:r>
        <w:t>aap kisi bhi kitaab mein padhiye, kisi bhi encyclopedia mein Ibn Khaldun ko, toh Ibn Khaldun ko founder</w:t>
      </w:r>
    </w:p>
    <w:p>
      <w:pPr>
        <w:jc w:val="right"/>
      </w:pPr>
      <w:r>
        <w:t>آپ کسی بھی کتاب میں پڑھیے، کسی بھی encyclopedia میں ابن خلدون کو، تو ابن خلدون کو founder</w:t>
      </w:r>
    </w:p>
    <w:p>
      <w:r>
        <w:rPr>
          <w:b/>
        </w:rPr>
        <w:t xml:space="preserve">[37:31] </w:t>
      </w:r>
      <w:r>
        <w:t>of modern history mana jata hai.</w:t>
      </w:r>
    </w:p>
    <w:p>
      <w:pPr>
        <w:jc w:val="right"/>
      </w:pPr>
      <w:r>
        <w:t>of modern history مانا جاتا ہے۔</w:t>
      </w:r>
    </w:p>
    <w:p>
      <w:r>
        <w:rPr>
          <w:b/>
        </w:rPr>
        <w:t xml:space="preserve">[37:33] </w:t>
      </w:r>
      <w:r>
        <w:t>kyunki Ibn Khaldun hi woh shakhs tha jis ne yeh kaha ke history jo hai, pure samaj ki</w:t>
      </w:r>
    </w:p>
    <w:p>
      <w:pPr>
        <w:jc w:val="right"/>
      </w:pPr>
      <w:r>
        <w:t>کیونکہ ابن خلدون ہی وہ شخص تھا جس نے یہ کہا کہ history جو ہے، پورے سماج کی</w:t>
      </w:r>
    </w:p>
    <w:p>
      <w:r>
        <w:rPr>
          <w:b/>
        </w:rPr>
        <w:t xml:space="preserve">[37:41] </w:t>
      </w:r>
      <w:r>
        <w:t>history hona chahiye, pure insan ki history hona chahiye, puri humanity ki history hona chahiye.</w:t>
      </w:r>
    </w:p>
    <w:p>
      <w:pPr>
        <w:jc w:val="right"/>
      </w:pPr>
      <w:r>
        <w:t>history ہونا چاہیے، پورے انسان کی history ہونا چاہیے، پوری humanity کی history ہونا چاہیے۔</w:t>
      </w:r>
    </w:p>
    <w:p>
      <w:r>
        <w:rPr>
          <w:b/>
        </w:rPr>
        <w:t xml:space="preserve">[37:47] </w:t>
      </w:r>
      <w:r>
        <w:t>ab ek kitaab chhapi hai UNESCO se, bahut kai jildon mein.</w:t>
      </w:r>
    </w:p>
    <w:p>
      <w:pPr>
        <w:jc w:val="right"/>
      </w:pPr>
      <w:r>
        <w:t>اب ایک کتاب چھپی ہے UNESCO سے، بہت کئی جلدوں میں۔</w:t>
      </w:r>
    </w:p>
    <w:p>
      <w:r>
        <w:rPr>
          <w:b/>
        </w:rPr>
        <w:t xml:space="preserve">[37:52] </w:t>
      </w:r>
      <w:r>
        <w:t>uska maine Arabi edition dekha, maine woh kai language mein chhapi hai, lekin maine</w:t>
      </w:r>
    </w:p>
    <w:p>
      <w:pPr>
        <w:jc w:val="right"/>
      </w:pPr>
      <w:r>
        <w:t>اس کا میں نے عربی edition دیکھا، میں نے وہ کئی language میں چھپی ہے، لیکن میں نے</w:t>
      </w:r>
    </w:p>
    <w:p>
      <w:r>
        <w:rPr>
          <w:b/>
        </w:rPr>
        <w:t xml:space="preserve">[38:00] </w:t>
      </w:r>
      <w:r>
        <w:t>dekha uska Arabi edition.</w:t>
      </w:r>
    </w:p>
    <w:p>
      <w:pPr>
        <w:jc w:val="right"/>
      </w:pPr>
      <w:r>
        <w:t>دیکھا اس کا عربی edition۔</w:t>
      </w:r>
    </w:p>
    <w:p>
      <w:r>
        <w:rPr>
          <w:b/>
        </w:rPr>
        <w:t xml:space="preserve">[38:02] </w:t>
      </w:r>
      <w:r>
        <w:t>uska naam hai Tarikh al-Bashariya Tarikh al-Bashariya pehle kya hota tha? Tarikh al-Muluk, Akhbar al-Muluk.</w:t>
      </w:r>
    </w:p>
    <w:p>
      <w:pPr>
        <w:jc w:val="right"/>
      </w:pPr>
      <w:r>
        <w:t>اس کا نام ہے تاريخ البشرية تاریخ البشرية پہلے کیا ہوتا تھا؟ تاریخ الملوک، اخبار الملوک۔</w:t>
      </w:r>
    </w:p>
    <w:p>
      <w:r>
        <w:rPr>
          <w:b/>
        </w:rPr>
        <w:t xml:space="preserve">[38:09] </w:t>
      </w:r>
      <w:r>
        <w:t>yani pehle zamane mein jo likhi jati thi kitabein, un ka naam hua karta tha tareekh al-mulook.</w:t>
      </w:r>
    </w:p>
    <w:p>
      <w:pPr>
        <w:jc w:val="right"/>
      </w:pPr>
      <w:r>
        <w:t>یعنی پہلے زمانے میں جو لکھی جاتی تھی کتابیں، ان کا نام ہوا کرتا تھا تاریخ الملوک۔</w:t>
      </w:r>
    </w:p>
    <w:p>
      <w:r>
        <w:rPr>
          <w:b/>
        </w:rPr>
        <w:t xml:space="preserve">[38:16] </w:t>
      </w:r>
      <w:r>
        <w:t>yani kings ki baatein, history of kings.</w:t>
      </w:r>
    </w:p>
    <w:p>
      <w:pPr>
        <w:jc w:val="right"/>
      </w:pPr>
      <w:r>
        <w:t>یعنی kings کی باتیں، history of kings۔</w:t>
      </w:r>
    </w:p>
    <w:p>
      <w:r>
        <w:rPr>
          <w:b/>
        </w:rPr>
        <w:t xml:space="preserve">[38:19] </w:t>
      </w:r>
      <w:r>
        <w:t>yeh yeh yeh naya phenomena hai ke tareekh al-bashariya chhapi hai, yani poori humanity ki history, history of</w:t>
      </w:r>
    </w:p>
    <w:p>
      <w:pPr>
        <w:jc w:val="right"/>
      </w:pPr>
      <w:r>
        <w:t>یہ یہ یہ نیا phenomena ہے کہ تاریخ البشرية چھپی ہے، یعنی پوری humanity کی history، history of</w:t>
      </w:r>
    </w:p>
    <w:p>
      <w:r>
        <w:rPr>
          <w:b/>
        </w:rPr>
        <w:t xml:space="preserve">[38:27] </w:t>
      </w:r>
      <w:r>
        <w:t>mankind.</w:t>
      </w:r>
    </w:p>
    <w:p>
      <w:pPr>
        <w:jc w:val="right"/>
      </w:pPr>
      <w:r>
        <w:t>mankind۔</w:t>
      </w:r>
    </w:p>
    <w:p>
      <w:r>
        <w:rPr>
          <w:b/>
        </w:rPr>
        <w:t xml:space="preserve">[38:28] </w:t>
      </w:r>
      <w:r>
        <w:t>is ka english jo version hai, is ka title hai history of mankind yeh simple baat nahi hai.</w:t>
      </w:r>
    </w:p>
    <w:p>
      <w:pPr>
        <w:jc w:val="right"/>
      </w:pPr>
      <w:r>
        <w:t>اس کا انگلش جو version ہے، اس کا title ہے history of mankind یہ simple بات نہیں ہے۔</w:t>
      </w:r>
    </w:p>
    <w:p>
      <w:r>
        <w:rPr>
          <w:b/>
        </w:rPr>
        <w:t xml:space="preserve">[38:36] </w:t>
      </w:r>
      <w:r>
        <w:t>ibn khaldun ke baad yeh trend badla hai.</w:t>
      </w:r>
    </w:p>
    <w:p>
      <w:pPr>
        <w:jc w:val="right"/>
      </w:pPr>
      <w:r>
        <w:t>ابن خلدون کے بعد یہ trend بدلا ہے۔</w:t>
      </w:r>
    </w:p>
    <w:p>
      <w:r>
        <w:rPr>
          <w:b/>
        </w:rPr>
        <w:t xml:space="preserve">[38:39] </w:t>
      </w:r>
      <w:r>
        <w:t>is wajah se kya hua ke woh jo prophet the pehle zamane mein, woh is zamane mein aaye</w:t>
      </w:r>
    </w:p>
    <w:p>
      <w:pPr>
        <w:jc w:val="right"/>
      </w:pPr>
      <w:r>
        <w:t>اس وجہ سے کیا ہوا کہ وہ جو prophet تھے پہلے زمانے میں، وہ اس زمانے میں آئے</w:t>
      </w:r>
    </w:p>
    <w:p>
      <w:r>
        <w:rPr>
          <w:b/>
        </w:rPr>
        <w:t xml:space="preserve">[38:47] </w:t>
      </w:r>
      <w:r>
        <w:t>jab ke history writing jo thi, is ka yeh modern style bana nahi tha.</w:t>
      </w:r>
    </w:p>
    <w:p>
      <w:pPr>
        <w:jc w:val="right"/>
      </w:pPr>
      <w:r>
        <w:t>جب کہ history writing جو تھی، اس کا یہ modern style بنا نہیں تھا۔</w:t>
      </w:r>
    </w:p>
    <w:p>
      <w:r>
        <w:rPr>
          <w:b/>
        </w:rPr>
        <w:t xml:space="preserve">[38:53] </w:t>
      </w:r>
      <w:r>
        <w:t>is zamane ki history writing jo thi, woh yeh thi ke badshahon ki baatein likho.</w:t>
      </w:r>
    </w:p>
    <w:p>
      <w:pPr>
        <w:jc w:val="right"/>
      </w:pPr>
      <w:r>
        <w:t>اس زمانے کی history writing جو تھی، وہ یہ تھی کہ بادشاہوں کی باتیں لکھو۔</w:t>
      </w:r>
    </w:p>
    <w:p>
      <w:r>
        <w:rPr>
          <w:b/>
        </w:rPr>
        <w:t xml:space="preserve">[39:00] </w:t>
      </w:r>
      <w:r>
        <w:t>toh log badshahon ki baatein likhte rahe aur peghambar badshah nahi the, is liye un ki baat likhi</w:t>
      </w:r>
    </w:p>
    <w:p>
      <w:pPr>
        <w:jc w:val="right"/>
      </w:pPr>
      <w:r>
        <w:t>تو لوگ بادشاہوں کی باتیں لکھتے رہے اور پیغمبر بادشاہ نہیں تھے، اس لیے ان کی بات لکھی</w:t>
      </w:r>
    </w:p>
    <w:p>
      <w:r>
        <w:rPr>
          <w:b/>
        </w:rPr>
        <w:t xml:space="preserve">[39:07] </w:t>
      </w:r>
      <w:r>
        <w:t>bhi nahi gayi.</w:t>
      </w:r>
    </w:p>
    <w:p>
      <w:pPr>
        <w:jc w:val="right"/>
      </w:pPr>
      <w:r>
        <w:t>بھی نہیں گئی۔</w:t>
      </w:r>
    </w:p>
    <w:p>
      <w:r>
        <w:rPr>
          <w:b/>
        </w:rPr>
        <w:t xml:space="preserve">[39:09] </w:t>
      </w:r>
      <w:r>
        <w:t>lekin prophet muhammad ke saath aisa hua ke aap ke peeron ka takrao hua, aap ke zamane mein</w:t>
      </w:r>
    </w:p>
    <w:p>
      <w:pPr>
        <w:jc w:val="right"/>
      </w:pPr>
      <w:r>
        <w:t>لیکن prophet محمد کے ساتھ ایسا ہوا کہ آپ کے پیروں کا ٹکراؤ ہوا، آپ کے زمانے میں</w:t>
      </w:r>
    </w:p>
    <w:p>
      <w:r>
        <w:rPr>
          <w:b/>
        </w:rPr>
        <w:t xml:space="preserve">[39:16] </w:t>
      </w:r>
      <w:r>
        <w:t>shuru hua woh takrao.</w:t>
      </w:r>
    </w:p>
    <w:p>
      <w:pPr>
        <w:jc w:val="right"/>
      </w:pPr>
      <w:r>
        <w:t>شروع ہوا وہ ٹکراؤ۔</w:t>
      </w:r>
    </w:p>
    <w:p>
      <w:r>
        <w:rPr>
          <w:b/>
        </w:rPr>
        <w:t xml:space="preserve">[39:18] </w:t>
      </w:r>
      <w:r>
        <w:t>us waqt ke do barhe empire, barhe empire yani Roman Empire aur Sassanid Empire, jo arab ke sarhadon</w:t>
      </w:r>
    </w:p>
    <w:p>
      <w:pPr>
        <w:jc w:val="right"/>
      </w:pPr>
      <w:r>
        <w:t>اس وقت کے دو بڑے empire، بڑے empire یعنی Roman Empire اور Sassanid Empire، جو عرب کے سرحدوں</w:t>
      </w:r>
    </w:p>
    <w:p>
      <w:r>
        <w:rPr>
          <w:b/>
        </w:rPr>
        <w:t xml:space="preserve">[39:26] </w:t>
      </w:r>
      <w:r>
        <w:t>par the, yeh log in se takrao hua.</w:t>
      </w:r>
    </w:p>
    <w:p>
      <w:pPr>
        <w:jc w:val="right"/>
      </w:pPr>
      <w:r>
        <w:t>پر تھے، یہ لوگ ان سے ٹکراؤ ہوا۔</w:t>
      </w:r>
    </w:p>
    <w:p>
      <w:r>
        <w:rPr>
          <w:b/>
        </w:rPr>
        <w:t xml:space="preserve">[39:29] </w:t>
      </w:r>
      <w:r>
        <w:t>aur bohat hi thodi muddat mein, yani pachees saal ke andar andar, woh empire khatam ho gayi aur muslim</w:t>
      </w:r>
    </w:p>
    <w:p>
      <w:pPr>
        <w:jc w:val="right"/>
      </w:pPr>
      <w:r>
        <w:t>اور بہت ہی تھوڑی مدت میں، یعنی پچیس سال کے اندر اندر، وہ empire ختم ہوگئی اور مسلم</w:t>
      </w:r>
    </w:p>
    <w:p>
      <w:r>
        <w:rPr>
          <w:b/>
        </w:rPr>
        <w:t xml:space="preserve">[39:37] </w:t>
      </w:r>
      <w:r>
        <w:t>empire duniya mein qaim hua.</w:t>
      </w:r>
    </w:p>
    <w:p>
      <w:pPr>
        <w:jc w:val="right"/>
      </w:pPr>
      <w:r>
        <w:t>empire دنیا میں قائم ہوا۔</w:t>
      </w:r>
    </w:p>
    <w:p>
      <w:r>
        <w:rPr>
          <w:b/>
        </w:rPr>
        <w:t xml:space="preserve">[39:39] </w:t>
      </w:r>
      <w:r>
        <w:t>toh choonke islam ne ek history create ki, toh yeh likhi gayi.</w:t>
      </w:r>
    </w:p>
    <w:p>
      <w:pPr>
        <w:jc w:val="right"/>
      </w:pPr>
      <w:r>
        <w:t>تو چونکہ اسلام نے ایک history create کی، تو یہ لکھی گئی۔</w:t>
      </w:r>
    </w:p>
    <w:p>
      <w:r>
        <w:rPr>
          <w:b/>
        </w:rPr>
        <w:t xml:space="preserve">[39:44] </w:t>
      </w:r>
      <w:r>
        <w:t>woh pichhle peghambaron ke zamane mein history create nahi hui.</w:t>
      </w:r>
    </w:p>
    <w:p>
      <w:pPr>
        <w:jc w:val="right"/>
      </w:pPr>
      <w:r>
        <w:t>وہ پچھلے پیغمبروں کے زمانے میں history create نہیں ہوئی۔</w:t>
      </w:r>
    </w:p>
    <w:p>
      <w:r>
        <w:rPr>
          <w:b/>
        </w:rPr>
        <w:t xml:space="preserve">[39:49] </w:t>
      </w:r>
      <w:r>
        <w:t>hazrat ibrahim bohat barhe peghambar the, magar un ke zamane mein koi history create nahi hui.</w:t>
      </w:r>
    </w:p>
    <w:p>
      <w:pPr>
        <w:jc w:val="right"/>
      </w:pPr>
      <w:r>
        <w:t>حضرت ابراہیم بہت بڑے پیغمبر تھے، مگر ان کے زمانے میں کوئی history create نہیں ہوئی۔</w:t>
      </w:r>
    </w:p>
    <w:p>
      <w:r>
        <w:rPr>
          <w:b/>
        </w:rPr>
        <w:t xml:space="preserve">[39:55] </w:t>
      </w:r>
      <w:r>
        <w:t>hazrat musa ke zamane mein koi history create nahi hui.</w:t>
      </w:r>
    </w:p>
    <w:p>
      <w:pPr>
        <w:jc w:val="right"/>
      </w:pPr>
      <w:r>
        <w:t>حضرت موسیٰ کے زمانے میں کوئی history create نہیں ہوئی۔</w:t>
      </w:r>
    </w:p>
    <w:p>
      <w:r>
        <w:rPr>
          <w:b/>
        </w:rPr>
        <w:t xml:space="preserve">[40:00] </w:t>
      </w:r>
      <w:r>
        <w:t>hazrat eisa alaihi assalam ne koi history create nahi ki.</w:t>
      </w:r>
    </w:p>
    <w:p>
      <w:pPr>
        <w:jc w:val="right"/>
      </w:pPr>
      <w:r>
        <w:t>حضرت عیسیٰ علیہ السلام نے کوئی history create نہیں کی۔</w:t>
      </w:r>
    </w:p>
    <w:p>
      <w:r>
        <w:rPr>
          <w:b/>
        </w:rPr>
        <w:t xml:space="preserve">[40:04] </w:t>
      </w:r>
      <w:r>
        <w:t>toh history mein likhe bhi nahi gaye, history mein record bhi nahi hue.</w:t>
      </w:r>
    </w:p>
    <w:p>
      <w:pPr>
        <w:jc w:val="right"/>
      </w:pPr>
      <w:r>
        <w:t>تو history میں لکھے بھی نہیں گئے، history میں record بھی نہیں ہوئے۔</w:t>
      </w:r>
    </w:p>
    <w:p>
      <w:r>
        <w:rPr>
          <w:b/>
        </w:rPr>
        <w:t xml:space="preserve">[40:10] </w:t>
      </w:r>
      <w:r>
        <w:t>woh is zamane ke trend ke aitbar se aaj toh har aadmi history mein likha jata hai.</w:t>
      </w:r>
    </w:p>
    <w:p>
      <w:pPr>
        <w:jc w:val="right"/>
      </w:pPr>
      <w:r>
        <w:t>وہ اس زمانے کے trend کے اعتبار سے آج تو ہر آدمی history میں لکھا جاتا ہے۔</w:t>
      </w:r>
    </w:p>
    <w:p>
      <w:r>
        <w:rPr>
          <w:b/>
        </w:rPr>
        <w:t xml:space="preserve">[40:17] </w:t>
      </w:r>
      <w:r>
        <w:t>aaj jo hai, woh trend khatam ho chuka hai, is liye har aadmi history mein likha jata hai.</w:t>
      </w:r>
    </w:p>
    <w:p>
      <w:pPr>
        <w:jc w:val="right"/>
      </w:pPr>
      <w:r>
        <w:t>آج جو ہے، وہ trend ختم ہو چکا ہے، اس لیے ہر آدمی history میں لکھا جاتا ہے۔</w:t>
      </w:r>
    </w:p>
    <w:p>
      <w:r>
        <w:rPr>
          <w:b/>
        </w:rPr>
        <w:t xml:space="preserve">[40:25] </w:t>
      </w:r>
      <w:r>
        <w:t>lekin pre-Muhammad period jo hai, is mein sirf king log history mein record hua karte thay.</w:t>
      </w:r>
    </w:p>
    <w:p>
      <w:pPr>
        <w:jc w:val="right"/>
      </w:pPr>
      <w:r>
        <w:t>لیکن pre-Muhammad period جو ہے، اس میں صرف king لوگ history میں record ہوا کرتے تھے۔</w:t>
      </w:r>
    </w:p>
    <w:p>
      <w:r>
        <w:rPr>
          <w:b/>
        </w:rPr>
        <w:t xml:space="preserve">[40:31] </w:t>
      </w:r>
      <w:r>
        <w:t>to prophet log record nahi hue.</w:t>
      </w:r>
    </w:p>
    <w:p>
      <w:pPr>
        <w:jc w:val="right"/>
      </w:pPr>
      <w:r>
        <w:t>تو prophet لوگ record نہیں ہوئے۔</w:t>
      </w:r>
    </w:p>
    <w:p>
      <w:r>
        <w:rPr>
          <w:b/>
        </w:rPr>
        <w:t xml:space="preserve">[40:34] </w:t>
      </w:r>
      <w:r>
        <w:t>lekin prophet ke zamane se ek naya daur shuru hua.</w:t>
      </w:r>
    </w:p>
    <w:p>
      <w:pPr>
        <w:jc w:val="right"/>
      </w:pPr>
      <w:r>
        <w:t>لیکن prophet کے زمانے سے ایک نیا دور شروع ہوا۔</w:t>
      </w:r>
    </w:p>
    <w:p>
      <w:r>
        <w:rPr>
          <w:b/>
        </w:rPr>
        <w:t xml:space="preserve">[40:38] </w:t>
      </w:r>
      <w:r>
        <w:t>wo daur yeh hai ke prophet is mein kamyab hue ke ek history create karein.</w:t>
      </w:r>
    </w:p>
    <w:p>
      <w:pPr>
        <w:jc w:val="right"/>
      </w:pPr>
      <w:r>
        <w:t>وہ دور یہ ہے کہ prophet اس میں کامیاب ہوئے کہ ایک history create کریں۔</w:t>
      </w:r>
    </w:p>
    <w:p>
      <w:r>
        <w:rPr>
          <w:b/>
        </w:rPr>
        <w:t xml:space="preserve">[40:45] </w:t>
      </w:r>
      <w:r>
        <w:t>wo jaisa ke aap jante hain ke doctor Michael Hart ne kitab likhi hai "The Hundred".</w:t>
      </w:r>
    </w:p>
    <w:p>
      <w:pPr>
        <w:jc w:val="right"/>
      </w:pPr>
      <w:r>
        <w:t>وہ جیسا کہ آپ جانتے ہیں کہ ڈاکٹر مائیکل ہارٹ نے کتاب لکھی ہے "The Hundred"۔</w:t>
      </w:r>
    </w:p>
    <w:p>
      <w:r>
        <w:rPr>
          <w:b/>
        </w:rPr>
        <w:t xml:space="preserve">[40:52] </w:t>
      </w:r>
      <w:r>
        <w:t>"The Hundred" mein top par rakha hai us ne Muhammad Sallallahu Alaihi Wasallam ko.</w:t>
      </w:r>
    </w:p>
    <w:p>
      <w:pPr>
        <w:jc w:val="right"/>
      </w:pPr>
      <w:r>
        <w:t>"The Hundred" میں ٹاپ پر رکھا ہے اس نے محمد صلی اللہ علیہ وسلم کو۔</w:t>
      </w:r>
    </w:p>
    <w:p>
      <w:r>
        <w:rPr>
          <w:b/>
        </w:rPr>
        <w:t xml:space="preserve">[40:58] </w:t>
      </w:r>
      <w:r>
        <w:t>wo likhta hai ke he was the most, he was the supremely successful man in the history on</w:t>
      </w:r>
    </w:p>
    <w:p>
      <w:pPr>
        <w:jc w:val="right"/>
      </w:pPr>
      <w:r>
        <w:t>وہ لکھتا ہے کہ he was the most, he was the supremely successful man in the history on</w:t>
      </w:r>
    </w:p>
    <w:p>
      <w:r>
        <w:rPr>
          <w:b/>
        </w:rPr>
        <w:t xml:space="preserve">[41:06] </w:t>
      </w:r>
      <w:r>
        <w:t>both in both the secular and religious levels to secular sense mein bhi aap ne sab se bari</w:t>
      </w:r>
    </w:p>
    <w:p>
      <w:pPr>
        <w:jc w:val="right"/>
      </w:pPr>
      <w:r>
        <w:t>both in both the secular and religious levels تو secular sense میں بھی آپ نے سب سے بڑی</w:t>
      </w:r>
    </w:p>
    <w:p>
      <w:r>
        <w:rPr>
          <w:b/>
        </w:rPr>
        <w:t xml:space="preserve">[41:13] </w:t>
      </w:r>
      <w:r>
        <w:t>wo achievement hua aap ko.</w:t>
      </w:r>
    </w:p>
    <w:p>
      <w:pPr>
        <w:jc w:val="right"/>
      </w:pPr>
      <w:r>
        <w:t>وہ achievement ہوا آپ کو۔</w:t>
      </w:r>
    </w:p>
    <w:p>
      <w:r>
        <w:rPr>
          <w:b/>
        </w:rPr>
        <w:t xml:space="preserve">[41:16] </w:t>
      </w:r>
      <w:r>
        <w:t>to chunke aap ke zamane mein Islam ek khud apni ek history create kiya, is ne Islam khud</w:t>
      </w:r>
    </w:p>
    <w:p>
      <w:pPr>
        <w:jc w:val="right"/>
      </w:pPr>
      <w:r>
        <w:t>تو چونکہ آپ کے زمانے میں اسلام ایک خود اپنی ایک history create کیا، اس نے اسلام خود</w:t>
      </w:r>
    </w:p>
    <w:p>
      <w:r>
        <w:rPr>
          <w:b/>
        </w:rPr>
        <w:t xml:space="preserve">[41:23] </w:t>
      </w:r>
      <w:r>
        <w:t>ek history ban gaya.</w:t>
      </w:r>
    </w:p>
    <w:p>
      <w:pPr>
        <w:jc w:val="right"/>
      </w:pPr>
      <w:r>
        <w:t>ایک history بن گیا۔</w:t>
      </w:r>
    </w:p>
    <w:p>
      <w:r>
        <w:rPr>
          <w:b/>
        </w:rPr>
        <w:t xml:space="preserve">[41:25] </w:t>
      </w:r>
      <w:r>
        <w:t>yani political waqiat hue, empire tootein.</w:t>
      </w:r>
    </w:p>
    <w:p>
      <w:pPr>
        <w:jc w:val="right"/>
      </w:pPr>
      <w:r>
        <w:t>یعنی political واقعات ہوئے، empire ٹوٹیں۔</w:t>
      </w:r>
    </w:p>
    <w:p>
      <w:r>
        <w:rPr>
          <w:b/>
        </w:rPr>
        <w:t xml:space="preserve">[41:28] </w:t>
      </w:r>
      <w:r>
        <w:t>to jo cheezein historians ke nazdeek is qabil theen, un ko yani record kiya jaye, report kiya jaye,</w:t>
      </w:r>
    </w:p>
    <w:p>
      <w:pPr>
        <w:jc w:val="right"/>
      </w:pPr>
      <w:r>
        <w:t>تو جو چیزیں historians کے نزدیک اس قابل تھیں، ان کو یعنی record کیا جائے، report کیا جائے،</w:t>
      </w:r>
    </w:p>
    <w:p>
      <w:r>
        <w:rPr>
          <w:b/>
        </w:rPr>
        <w:t xml:space="preserve">[41:35] </w:t>
      </w:r>
      <w:r>
        <w:t>wo tha political event.</w:t>
      </w:r>
    </w:p>
    <w:p>
      <w:pPr>
        <w:jc w:val="right"/>
      </w:pPr>
      <w:r>
        <w:t>وہ تھا political event۔</w:t>
      </w:r>
    </w:p>
    <w:p>
      <w:r>
        <w:rPr>
          <w:b/>
        </w:rPr>
        <w:t xml:space="preserve">[41:37] </w:t>
      </w:r>
      <w:r>
        <w:t>to Muhammad Sallallahu Alaihi Wasallam ke zamane mein political event hue.</w:t>
      </w:r>
    </w:p>
    <w:p>
      <w:pPr>
        <w:jc w:val="right"/>
      </w:pPr>
      <w:r>
        <w:t>تو محمد صلی اللہ علیہ وسلم کے زمانے میں political event ہوئے۔</w:t>
      </w:r>
    </w:p>
    <w:p>
      <w:r>
        <w:rPr>
          <w:b/>
        </w:rPr>
        <w:t xml:space="preserve">[41:42] </w:t>
      </w:r>
      <w:r>
        <w:t>is se bara political event kya hai ke aap ka takrao hua empire, waqt ke dono bare empire</w:t>
      </w:r>
    </w:p>
    <w:p>
      <w:pPr>
        <w:jc w:val="right"/>
      </w:pPr>
      <w:r>
        <w:t>اس سے بڑا political event کیا ہے کہ آپ کا ٹکراؤ ہوا empire، وقت کے دونوں بڑے empire</w:t>
      </w:r>
    </w:p>
    <w:p>
      <w:r>
        <w:rPr>
          <w:b/>
        </w:rPr>
        <w:t xml:space="preserve">[41:50] </w:t>
      </w:r>
      <w:r>
        <w:t>sath.</w:t>
      </w:r>
    </w:p>
    <w:p>
      <w:pPr>
        <w:jc w:val="right"/>
      </w:pPr>
      <w:r>
        <w:t>سے۔</w:t>
      </w:r>
    </w:p>
    <w:p>
      <w:r>
        <w:rPr>
          <w:b/>
        </w:rPr>
        <w:t xml:space="preserve">[41:51] </w:t>
      </w:r>
      <w:r>
        <w:t>wo dono empire toot gaye.</w:t>
      </w:r>
    </w:p>
    <w:p>
      <w:pPr>
        <w:jc w:val="right"/>
      </w:pPr>
      <w:r>
        <w:t>وہ دونوں empire ٹوٹ گئیں۔</w:t>
      </w:r>
    </w:p>
    <w:p>
      <w:r>
        <w:rPr>
          <w:b/>
        </w:rPr>
        <w:t xml:space="preserve">[41:54] </w:t>
      </w:r>
      <w:r>
        <w:t>to yeh jo political event jud gaya Islam ke sath, is se wo history mein record kiya gaya.</w:t>
      </w:r>
    </w:p>
    <w:p>
      <w:pPr>
        <w:jc w:val="right"/>
      </w:pPr>
      <w:r>
        <w:t>تو یہ جو political event جڑ گیا اسلام کے ساتھ، اس سے وہ history میں record کیا گیا۔</w:t>
      </w:r>
    </w:p>
    <w:p>
      <w:r>
        <w:rPr>
          <w:b/>
        </w:rPr>
        <w:t xml:space="preserve">[42:01] </w:t>
      </w:r>
      <w:r>
        <w:t>yeh mein is ko explain kar raha hoon ke aisa kyun hua.</w:t>
      </w:r>
    </w:p>
    <w:p>
      <w:pPr>
        <w:jc w:val="right"/>
      </w:pPr>
      <w:r>
        <w:t>یہ میں اس کو explain کر رہا ہوں کہ ایسا کیوں ہوا۔</w:t>
      </w:r>
    </w:p>
    <w:p>
      <w:r>
        <w:rPr>
          <w:b/>
        </w:rPr>
        <w:t xml:space="preserve">[42:06] </w:t>
      </w:r>
      <w:r>
        <w:t>lekin yeh to apni jagah pe waqea hai ke doosre tamam prophet, doosre tamam mazhabi peshwa mythological figure</w:t>
      </w:r>
    </w:p>
    <w:p>
      <w:pPr>
        <w:jc w:val="right"/>
      </w:pPr>
      <w:r>
        <w:t>لیکن یہ تو اپنی جگہ پہ واقعہ ہے کہ دوسرے تمام prophet، دوسرے تمام مذہبی پیشوا mythological figure</w:t>
      </w:r>
    </w:p>
    <w:p>
      <w:r>
        <w:rPr>
          <w:b/>
        </w:rPr>
        <w:t xml:space="preserve">[42:14] </w:t>
      </w:r>
      <w:r>
        <w:t>bane hue hain, wo historical figure nahi bane.</w:t>
      </w:r>
    </w:p>
    <w:p>
      <w:pPr>
        <w:jc w:val="right"/>
      </w:pPr>
      <w:r>
        <w:t>بنے ہوئے ہیں، وہ historical figure نہیں بنے۔</w:t>
      </w:r>
    </w:p>
    <w:p>
      <w:r>
        <w:rPr>
          <w:b/>
        </w:rPr>
        <w:t xml:space="preserve">[42:18] </w:t>
      </w:r>
      <w:r>
        <w:t>to aaj ka jo insan hai, wo history se judge karta hai.</w:t>
      </w:r>
    </w:p>
    <w:p>
      <w:pPr>
        <w:jc w:val="right"/>
      </w:pPr>
      <w:r>
        <w:t>تو آج کا جو انسان ہے، وہ history سے judge کرتا ہے۔</w:t>
      </w:r>
    </w:p>
    <w:p>
      <w:r>
        <w:rPr>
          <w:b/>
        </w:rPr>
        <w:t xml:space="preserve">[42:23] </w:t>
      </w:r>
      <w:r>
        <w:t>history se judge karta hai.</w:t>
      </w:r>
    </w:p>
    <w:p>
      <w:pPr>
        <w:jc w:val="right"/>
      </w:pPr>
      <w:r>
        <w:t>history سے judge کرتا ہے۔</w:t>
      </w:r>
    </w:p>
    <w:p>
      <w:r>
        <w:rPr>
          <w:b/>
        </w:rPr>
        <w:t xml:space="preserve">[42:25] </w:t>
      </w:r>
      <w:r>
        <w:t>jab history se judge karta hai to lagta hai ke bhai doosre log jo hain, wo to novel</w:t>
      </w:r>
    </w:p>
    <w:p>
      <w:pPr>
        <w:jc w:val="right"/>
      </w:pPr>
      <w:r>
        <w:t>جب history سے judge کرتا ہے تو لگتا ہے کہ بھئی دوسرے لوگ جو ہیں، وہ تو ناول</w:t>
      </w:r>
    </w:p>
    <w:p>
      <w:r>
        <w:rPr>
          <w:b/>
        </w:rPr>
        <w:t xml:space="preserve">[42:33] </w:t>
      </w:r>
      <w:r>
        <w:t>ki tarah se hain.</w:t>
      </w:r>
    </w:p>
    <w:p>
      <w:pPr>
        <w:jc w:val="right"/>
      </w:pPr>
      <w:r>
        <w:t>کی طرح سے ہیں۔</w:t>
      </w:r>
    </w:p>
    <w:p>
      <w:r>
        <w:rPr>
          <w:b/>
        </w:rPr>
        <w:t xml:space="preserve">[42:34] </w:t>
      </w:r>
      <w:r>
        <w:t>jaise novel mein qisse kahaniyan hoti thin, woh bhi qisse kahaniyan hain.</w:t>
      </w:r>
    </w:p>
    <w:p>
      <w:pPr>
        <w:jc w:val="right"/>
      </w:pPr>
      <w:r>
        <w:t>جیسے ناول میں قصے کہانیاں ہوتی تھیں، وہ بھی قصے کہانیاں ہیں۔</w:t>
      </w:r>
    </w:p>
    <w:p>
      <w:r>
        <w:rPr>
          <w:b/>
        </w:rPr>
        <w:t xml:space="preserve">[42:39] </w:t>
      </w:r>
      <w:r>
        <w:t>history to hai nahin.</w:t>
      </w:r>
    </w:p>
    <w:p>
      <w:pPr>
        <w:jc w:val="right"/>
      </w:pPr>
      <w:r>
        <w:t>history تو ہے نہیں۔</w:t>
      </w:r>
    </w:p>
    <w:p>
      <w:r>
        <w:rPr>
          <w:b/>
        </w:rPr>
        <w:t xml:space="preserve">[42:41] </w:t>
      </w:r>
      <w:r>
        <w:t>ab insan ke liye samjhiye ek hi choice hai, jis ko kehte hain ke unopposed victory.</w:t>
      </w:r>
    </w:p>
    <w:p>
      <w:pPr>
        <w:jc w:val="right"/>
      </w:pPr>
      <w:r>
        <w:t>اب انسان کے لیے سمجھیے ایک ہی choice ہے، جس کو کہتے ہیں کہ unopposed victory۔</w:t>
      </w:r>
    </w:p>
    <w:p>
      <w:r>
        <w:rPr>
          <w:b/>
        </w:rPr>
        <w:t xml:space="preserve">[42:48] </w:t>
      </w:r>
      <w:r>
        <w:t>yani election mein aap jante hain unopposed victory.</w:t>
      </w:r>
    </w:p>
    <w:p>
      <w:pPr>
        <w:jc w:val="right"/>
      </w:pPr>
      <w:r>
        <w:t>یعنی election میں آپ جانتے ہیں unopposed victory۔</w:t>
      </w:r>
    </w:p>
    <w:p>
      <w:r>
        <w:rPr>
          <w:b/>
        </w:rPr>
        <w:t xml:space="preserve">[42:51] </w:t>
      </w:r>
      <w:r>
        <w:t>to islam unopposed victory ke position mein hai.</w:t>
      </w:r>
    </w:p>
    <w:p>
      <w:pPr>
        <w:jc w:val="right"/>
      </w:pPr>
      <w:r>
        <w:t>تو اسلام unopposed victory کے position میں ہے۔</w:t>
      </w:r>
    </w:p>
    <w:p>
      <w:r>
        <w:rPr>
          <w:b/>
        </w:rPr>
        <w:t xml:space="preserve">[42:55] </w:t>
      </w:r>
      <w:r>
        <w:t>koi maidan mein hai nahin.</w:t>
      </w:r>
    </w:p>
    <w:p>
      <w:pPr>
        <w:jc w:val="right"/>
      </w:pPr>
      <w:r>
        <w:t>کوئی میدان میں ہے نہیں۔</w:t>
      </w:r>
    </w:p>
    <w:p>
      <w:r>
        <w:rPr>
          <w:b/>
        </w:rPr>
        <w:t xml:space="preserve">[42:57] </w:t>
      </w:r>
      <w:r>
        <w:t>kyunke woh historical figure nahin hai.</w:t>
      </w:r>
    </w:p>
    <w:p>
      <w:pPr>
        <w:jc w:val="right"/>
      </w:pPr>
      <w:r>
        <w:t>کیونکہ وہ historical figure نہیں ہے۔</w:t>
      </w:r>
    </w:p>
    <w:p>
      <w:r>
        <w:rPr>
          <w:b/>
        </w:rPr>
        <w:t xml:space="preserve">[43:00] </w:t>
      </w:r>
      <w:r>
        <w:t>to yeh koi fakhr ki baat nahin, yaad rakhiye, yeh pride ki baat nahin hai.</w:t>
      </w:r>
    </w:p>
    <w:p>
      <w:pPr>
        <w:jc w:val="right"/>
      </w:pPr>
      <w:r>
        <w:t>تو یہ کوئی فخر کی بات نہیں، یاد رکھیے، یہ pride کی بات نہیں ہے۔</w:t>
      </w:r>
    </w:p>
    <w:p>
      <w:r>
        <w:rPr>
          <w:b/>
        </w:rPr>
        <w:t xml:space="preserve">[43:06] </w:t>
      </w:r>
      <w:r>
        <w:t>yeh Allah taala ki bohat bari blessing hai.</w:t>
      </w:r>
    </w:p>
    <w:p>
      <w:pPr>
        <w:jc w:val="right"/>
      </w:pPr>
      <w:r>
        <w:t>یہ اللہ تعالیٰ کی بہت بڑی blessing ہے۔</w:t>
      </w:r>
    </w:p>
    <w:p>
      <w:r>
        <w:rPr>
          <w:b/>
        </w:rPr>
        <w:t xml:space="preserve">[43:09] </w:t>
      </w:r>
      <w:r>
        <w:t>yaad rakhiye.</w:t>
      </w:r>
    </w:p>
    <w:p>
      <w:pPr>
        <w:jc w:val="right"/>
      </w:pPr>
      <w:r>
        <w:t>یاد رکھیے۔</w:t>
      </w:r>
    </w:p>
    <w:p>
      <w:r>
        <w:rPr>
          <w:b/>
        </w:rPr>
        <w:t xml:space="preserve">[43:11] </w:t>
      </w:r>
      <w:r>
        <w:t>yeh jo surat-e-haal paida hui hai ke ek hi insan khara hua hai, jis ko history endorse kar</w:t>
      </w:r>
    </w:p>
    <w:p>
      <w:pPr>
        <w:jc w:val="right"/>
      </w:pPr>
      <w:r>
        <w:t>یہ جو صورتحال پیدا ہوئی ہے کہ ایک ہی انسان کھڑا ہوا ہے، جس کو history endorse کر</w:t>
      </w:r>
    </w:p>
    <w:p>
      <w:r>
        <w:rPr>
          <w:b/>
        </w:rPr>
        <w:t xml:space="preserve">[43:19] </w:t>
      </w:r>
      <w:r>
        <w:t>rahi hai.</w:t>
      </w:r>
    </w:p>
    <w:p>
      <w:pPr>
        <w:jc w:val="right"/>
      </w:pPr>
      <w:r>
        <w:t>رہی ہے۔</w:t>
      </w:r>
    </w:p>
    <w:p>
      <w:r>
        <w:rPr>
          <w:b/>
        </w:rPr>
        <w:t xml:space="preserve">[43:20] </w:t>
      </w:r>
      <w:r>
        <w:t>yeh kyun? Allah taala ne bohat bari blessing ki ke logon ke paas kai choices na rahin, ek</w:t>
      </w:r>
    </w:p>
    <w:p>
      <w:pPr>
        <w:jc w:val="right"/>
      </w:pPr>
      <w:r>
        <w:t>یہ کیوں؟ اللہ تعالیٰ نے بہت بڑی blessing کی کہ لوگوں کے پاس کئی choices نہ رہیں، ایک</w:t>
      </w:r>
    </w:p>
    <w:p>
      <w:r>
        <w:rPr>
          <w:b/>
        </w:rPr>
        <w:t xml:space="preserve">[43:28] </w:t>
      </w:r>
      <w:r>
        <w:t>hi choice ban jaye.</w:t>
      </w:r>
    </w:p>
    <w:p>
      <w:pPr>
        <w:jc w:val="right"/>
      </w:pPr>
      <w:r>
        <w:t>ہی choice بن جائے۔</w:t>
      </w:r>
    </w:p>
    <w:p>
      <w:r>
        <w:rPr>
          <w:b/>
        </w:rPr>
        <w:t xml:space="preserve">[43:30] </w:t>
      </w:r>
      <w:r>
        <w:t>kai options na rahin, ek hi option ban jaye.</w:t>
      </w:r>
    </w:p>
    <w:p>
      <w:pPr>
        <w:jc w:val="right"/>
      </w:pPr>
      <w:r>
        <w:t>کئی options نہ رہیں، ایک ہی option بن جائے۔</w:t>
      </w:r>
    </w:p>
    <w:p>
      <w:r>
        <w:rPr>
          <w:b/>
        </w:rPr>
        <w:t xml:space="preserve">[43:33] </w:t>
      </w:r>
      <w:r>
        <w:t>yeh bhatke na insan.</w:t>
      </w:r>
    </w:p>
    <w:p>
      <w:pPr>
        <w:jc w:val="right"/>
      </w:pPr>
      <w:r>
        <w:t>یہ بھٹکے نہ انسان۔</w:t>
      </w:r>
    </w:p>
    <w:p>
      <w:r>
        <w:rPr>
          <w:b/>
        </w:rPr>
        <w:t xml:space="preserve">[43:35] </w:t>
      </w:r>
      <w:r>
        <w:t>truth aur untruth bhatke nahin woh.</w:t>
      </w:r>
    </w:p>
    <w:p>
      <w:pPr>
        <w:jc w:val="right"/>
      </w:pPr>
      <w:r>
        <w:t>Truth اور untruth بھٹکے نہیں وہ۔</w:t>
      </w:r>
    </w:p>
    <w:p>
      <w:r>
        <w:rPr>
          <w:b/>
        </w:rPr>
        <w:t xml:space="preserve">[43:38] </w:t>
      </w:r>
      <w:r>
        <w:t>ke shayad yeh bhi sach ho, shayad woh bhi sahi ho, shayad woh bhi durust ho.</w:t>
      </w:r>
    </w:p>
    <w:p>
      <w:pPr>
        <w:jc w:val="right"/>
      </w:pPr>
      <w:r>
        <w:t>کہ شاید یہ بھی سچ ہو، شاید وہ بھی صحیح ہو، شاید وہ بھی درست ہو۔</w:t>
      </w:r>
    </w:p>
    <w:p>
      <w:r>
        <w:rPr>
          <w:b/>
        </w:rPr>
        <w:t xml:space="preserve">[43:45] </w:t>
      </w:r>
      <w:r>
        <w:t>sab options Khuda ne khatm kar diye.</w:t>
      </w:r>
    </w:p>
    <w:p>
      <w:pPr>
        <w:jc w:val="right"/>
      </w:pPr>
      <w:r>
        <w:t>سب options خدا نے ختم کر دیے۔</w:t>
      </w:r>
    </w:p>
    <w:p>
      <w:r>
        <w:rPr>
          <w:b/>
        </w:rPr>
        <w:t xml:space="preserve">[43:48] </w:t>
      </w:r>
      <w:r>
        <w:t>ek option rakha.</w:t>
      </w:r>
    </w:p>
    <w:p>
      <w:pPr>
        <w:jc w:val="right"/>
      </w:pPr>
      <w:r>
        <w:t>ایک option رکھا۔</w:t>
      </w:r>
    </w:p>
    <w:p>
      <w:r>
        <w:rPr>
          <w:b/>
        </w:rPr>
        <w:t xml:space="preserve">[43:49] </w:t>
      </w:r>
      <w:r>
        <w:t>to yeh Allah taala ki bohat bari blessing thi insan ke liye.</w:t>
      </w:r>
    </w:p>
    <w:p>
      <w:pPr>
        <w:jc w:val="right"/>
      </w:pPr>
      <w:r>
        <w:t>تو یہ اللہ تعالیٰ کی بہت بڑی blessing تھی انسان کے لیے۔</w:t>
      </w:r>
    </w:p>
    <w:p>
      <w:r>
        <w:rPr>
          <w:b/>
        </w:rPr>
        <w:t xml:space="preserve">[43:54] </w:t>
      </w:r>
      <w:r>
        <w:t>ke us ko bhatkne se Allah taala ne bacha liya.</w:t>
      </w:r>
    </w:p>
    <w:p>
      <w:pPr>
        <w:jc w:val="right"/>
      </w:pPr>
      <w:r>
        <w:t>کہ اس کو بھٹکنے سے اللہ تعالیٰ نے بچا لیا۔</w:t>
      </w:r>
    </w:p>
    <w:p>
      <w:r>
        <w:rPr>
          <w:b/>
        </w:rPr>
        <w:t xml:space="preserve">[43:58] </w:t>
      </w:r>
      <w:r>
        <w:t>ab agar koi bhatakta hai to us ki bewakoofi hai.</w:t>
      </w:r>
    </w:p>
    <w:p>
      <w:pPr>
        <w:jc w:val="right"/>
      </w:pPr>
      <w:r>
        <w:t>اب اگر کوئی بھٹکتا ہے تو اس کی بیوقوفی ہے۔</w:t>
      </w:r>
    </w:p>
    <w:p>
      <w:r>
        <w:rPr>
          <w:b/>
        </w:rPr>
        <w:t xml:space="preserve">[44:03] </w:t>
      </w:r>
      <w:r>
        <w:t>lekin logically jo hai, dekha jaye, agar pure rational way mein dekha jaye to bhatkne ka chance khatm</w:t>
      </w:r>
    </w:p>
    <w:p>
      <w:pPr>
        <w:jc w:val="right"/>
      </w:pPr>
      <w:r>
        <w:t>لیکن logically جو ہے، دیکھا جائے، اگر pure rational way میں دیکھا جائے تو بھٹکنے کا chance ختم</w:t>
      </w:r>
    </w:p>
    <w:p>
      <w:r>
        <w:rPr>
          <w:b/>
        </w:rPr>
        <w:t xml:space="preserve">[44:10]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[44:12] </w:t>
      </w:r>
      <w:r>
        <w:t>ek hi choice hai, wahi aap ko choice ko lena hai.</w:t>
      </w:r>
    </w:p>
    <w:p>
      <w:pPr>
        <w:jc w:val="right"/>
      </w:pPr>
      <w:r>
        <w:t>ایک ہی choice ہے، وہی آپ کو choice کو لینا ہے۔</w:t>
      </w:r>
    </w:p>
    <w:p>
      <w:r>
        <w:rPr>
          <w:b/>
        </w:rPr>
        <w:t xml:space="preserve">[44:17] </w:t>
      </w:r>
      <w:r>
        <w:t>jaise saare dilli mein ek hi shop ho, is mein glass bikta ho, shishe glass.</w:t>
      </w:r>
    </w:p>
    <w:p>
      <w:pPr>
        <w:jc w:val="right"/>
      </w:pPr>
      <w:r>
        <w:t>جیسے سارے دہلی میں ایک ہی shop ہو، اس میں گلاس بکتا ہو، شیشے گلاس۔</w:t>
      </w:r>
    </w:p>
    <w:p>
      <w:r>
        <w:rPr>
          <w:b/>
        </w:rPr>
        <w:t xml:space="preserve">[44:23] </w:t>
      </w:r>
      <w:r>
        <w:t>aur sab log mitti glass bechte hon.</w:t>
      </w:r>
    </w:p>
    <w:p>
      <w:pPr>
        <w:jc w:val="right"/>
      </w:pPr>
      <w:r>
        <w:t>اور سب لوگ مٹی گلاس بیچتے ہوں۔</w:t>
      </w:r>
    </w:p>
    <w:p>
      <w:r>
        <w:rPr>
          <w:b/>
        </w:rPr>
        <w:t xml:space="preserve">[44:26] </w:t>
      </w:r>
      <w:r>
        <w:t>to hum agar hum chahte hain glass lena shishe ka, to wahan pe ek hi choice hai.</w:t>
      </w:r>
    </w:p>
    <w:p>
      <w:pPr>
        <w:jc w:val="right"/>
      </w:pPr>
      <w:r>
        <w:t>تو ہم اگر ہم چاہتے ہیں گلاس لینا شیشے کا، تو وہاں پہ ایک ہی choice ہے۔</w:t>
      </w:r>
    </w:p>
    <w:p>
      <w:r>
        <w:rPr>
          <w:b/>
        </w:rPr>
        <w:t xml:space="preserve">[44:33] </w:t>
      </w:r>
      <w:r>
        <w:t>ke is dukan par jaen.</w:t>
      </w:r>
    </w:p>
    <w:p>
      <w:pPr>
        <w:jc w:val="right"/>
      </w:pPr>
      <w:r>
        <w:t>کہ اس دکان پر جائیں۔</w:t>
      </w:r>
    </w:p>
    <w:p>
      <w:r>
        <w:rPr>
          <w:b/>
        </w:rPr>
        <w:t xml:space="preserve">[44:36] </w:t>
      </w:r>
      <w:r>
        <w:t>kyun ke saare dukanon mein mil rahe hain lakri ke glass, mitti ke glass.</w:t>
      </w:r>
    </w:p>
    <w:p>
      <w:pPr>
        <w:jc w:val="right"/>
      </w:pPr>
      <w:r>
        <w:t>کیونکہ سارے دکانوں میں مل رہے ہیں لکڑی کے گلاس، مٹی کے گلاس۔</w:t>
      </w:r>
    </w:p>
    <w:p>
      <w:r>
        <w:rPr>
          <w:b/>
        </w:rPr>
        <w:t xml:space="preserve">[44:41] </w:t>
      </w:r>
      <w:r>
        <w:t>ek hi dukan hai jahan shishe glass mil raha hai.</w:t>
      </w:r>
    </w:p>
    <w:p>
      <w:pPr>
        <w:jc w:val="right"/>
      </w:pPr>
      <w:r>
        <w:t>ایک ہی دکان ہے جہاں شیشے گلاس مل رہا ہے۔</w:t>
      </w:r>
    </w:p>
    <w:p>
      <w:r>
        <w:rPr>
          <w:b/>
        </w:rPr>
        <w:t xml:space="preserve">[44:45] </w:t>
      </w:r>
      <w:r>
        <w:t>to woh situation aa gayi ke Allah taala ne itni badi blessing ki hamare liye.</w:t>
      </w:r>
    </w:p>
    <w:p>
      <w:pPr>
        <w:jc w:val="right"/>
      </w:pPr>
      <w:r>
        <w:t>تو وہ situation آ گئی کہ اللہ تعالیٰ نے اتنی بڑی blessing کی ہمارے لیے۔</w:t>
      </w:r>
    </w:p>
    <w:p>
      <w:r>
        <w:rPr>
          <w:b/>
        </w:rPr>
        <w:t xml:space="preserve">[44:52] </w:t>
      </w:r>
      <w:r>
        <w:t>ke truth ko itna clear kar diya, itna clear kar diya.</w:t>
      </w:r>
    </w:p>
    <w:p>
      <w:pPr>
        <w:jc w:val="right"/>
      </w:pPr>
      <w:r>
        <w:t>کہ truth کو اتنا clear کر دیا، اتنا clear کر دیا۔</w:t>
      </w:r>
    </w:p>
    <w:p>
      <w:r>
        <w:rPr>
          <w:b/>
        </w:rPr>
        <w:t xml:space="preserve">[44:57] </w:t>
      </w:r>
      <w:r>
        <w:t>ke hamare paas kai choices hon, is mein bhatke hum, pata nahi yeh theek hai ke woh theek</w:t>
      </w:r>
    </w:p>
    <w:p>
      <w:pPr>
        <w:jc w:val="right"/>
      </w:pPr>
      <w:r>
        <w:t>کہ ہمارے پاس کئی choices ہوں، اس میں بھٹکے ہم، پتہ نہیں یہ ٹھیک ہے کہ وہ ٹھیک</w:t>
      </w:r>
    </w:p>
    <w:p>
      <w:r>
        <w:rPr>
          <w:b/>
        </w:rPr>
        <w:t xml:space="preserve">[45:04]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[45:06] </w:t>
      </w:r>
      <w:r>
        <w:t>is bhatkne se bacha liya hum ko Khuda ne.</w:t>
      </w:r>
    </w:p>
    <w:p>
      <w:pPr>
        <w:jc w:val="right"/>
      </w:pPr>
      <w:r>
        <w:t>اس بھٹکنے سے بچا لیا ہم کو خدا نے۔</w:t>
      </w:r>
    </w:p>
    <w:p>
      <w:r>
        <w:rPr>
          <w:b/>
        </w:rPr>
        <w:t xml:space="preserve">[45:10] </w:t>
      </w:r>
      <w:r>
        <w:t>main nahi samajhta ke kitni badi blessing Allah taala ki hai.</w:t>
      </w:r>
    </w:p>
    <w:p>
      <w:pPr>
        <w:jc w:val="right"/>
      </w:pPr>
      <w:r>
        <w:t>میں نہیں سمجھتا کہ کتنی بڑی blessing اللہ تعالیٰ کی ہے۔</w:t>
      </w:r>
    </w:p>
    <w:p>
      <w:r>
        <w:rPr>
          <w:b/>
        </w:rPr>
        <w:t xml:space="preserve">[45:14] </w:t>
      </w:r>
      <w:r>
        <w:t>to saare saare insanon ko shukr karna chahiye is par.</w:t>
      </w:r>
    </w:p>
    <w:p>
      <w:pPr>
        <w:jc w:val="right"/>
      </w:pPr>
      <w:r>
        <w:t>تو سارے سارے انسانوں کو شکر کرنا چاہیے اس پر۔</w:t>
      </w:r>
    </w:p>
    <w:p>
      <w:r>
        <w:rPr>
          <w:b/>
        </w:rPr>
        <w:t xml:space="preserve">[45:19] </w:t>
      </w:r>
      <w:r>
        <w:t>Acknowledge karna chahiye Khuda ki is blessing ka.</w:t>
      </w:r>
    </w:p>
    <w:p>
      <w:pPr>
        <w:jc w:val="right"/>
      </w:pPr>
      <w:r>
        <w:t>Acknowledge کرنا چاہیے خدا کی اس blessing کا۔</w:t>
      </w:r>
    </w:p>
    <w:p>
      <w:r>
        <w:rPr>
          <w:b/>
        </w:rPr>
        <w:t xml:space="preserve">[45:22] </w:t>
      </w:r>
      <w:r>
        <w:t>ke Khuda ne hamein bhatkne se bacha liya.</w:t>
      </w:r>
    </w:p>
    <w:p>
      <w:pPr>
        <w:jc w:val="right"/>
      </w:pPr>
      <w:r>
        <w:t>کہ خدا نے ہمیں بھٹکنے سے بچا لیا۔</w:t>
      </w:r>
    </w:p>
    <w:p>
      <w:r>
        <w:rPr>
          <w:b/>
        </w:rPr>
        <w:t xml:space="preserve">[45:25] </w:t>
      </w:r>
      <w:r>
        <w:t>woh jo Quran ki pehli jo surah mein hai ihdina al-sirat al-mustaqim yeh saada nahi baat hai.</w:t>
      </w:r>
    </w:p>
    <w:p>
      <w:pPr>
        <w:jc w:val="right"/>
      </w:pPr>
      <w:r>
        <w:t>وہ جو قرآن کی پہلی جو سورہ میں ہے اهدنا الصراط المستقیم یہ سادہ نہیں بات ہے۔</w:t>
      </w:r>
    </w:p>
    <w:p>
      <w:r>
        <w:rPr>
          <w:b/>
        </w:rPr>
        <w:t xml:space="preserve">[45:33] </w:t>
      </w:r>
      <w:r>
        <w:t>yeh simple baat nahi hai yeh.</w:t>
      </w:r>
    </w:p>
    <w:p>
      <w:pPr>
        <w:jc w:val="right"/>
      </w:pPr>
      <w:r>
        <w:t>یہ simple بات نہیں ہے یہ۔</w:t>
      </w:r>
    </w:p>
    <w:p>
      <w:r>
        <w:rPr>
          <w:b/>
        </w:rPr>
        <w:t xml:space="preserve">[45:35] </w:t>
      </w:r>
      <w:r>
        <w:t>ihdina al-sirat al-mustaqim sirat alladhina an'amta 'alayhim ghayri al-maghdubi 'alayhim wa la al-dalin is mein yeh baat bhi shamil</w:t>
      </w:r>
    </w:p>
    <w:p>
      <w:pPr>
        <w:jc w:val="right"/>
      </w:pPr>
      <w:r>
        <w:t>اهدنا الصراط المستقیم صراط الذین انعمت علیہم غیر المغضوب علیہم ولا الضالین اس میں یہ بات بھی شامل</w:t>
      </w:r>
    </w:p>
    <w:p>
      <w:r>
        <w:rPr>
          <w:b/>
        </w:rPr>
        <w:t xml:space="preserve">[45:43] </w:t>
      </w:r>
      <w:r>
        <w:t>hai ke Khuda ya hamare liye sirat-e-mustaqim ko itna khol de.</w:t>
      </w:r>
    </w:p>
    <w:p>
      <w:pPr>
        <w:jc w:val="right"/>
      </w:pPr>
      <w:r>
        <w:t>ہے کہ خدایا ہمارے لیے صراط مستقیم کو اتنا کھول دے۔</w:t>
      </w:r>
    </w:p>
    <w:p>
      <w:r>
        <w:rPr>
          <w:b/>
        </w:rPr>
        <w:t xml:space="preserve">[45:48] </w:t>
      </w:r>
      <w:r>
        <w:t>ke hamare paas doosra koi option hi na rahe.</w:t>
      </w:r>
    </w:p>
    <w:p>
      <w:pPr>
        <w:jc w:val="right"/>
      </w:pPr>
      <w:r>
        <w:t>کہ ہمارے پاس دوسرا کوئی option ہی نہ رہے۔</w:t>
      </w:r>
    </w:p>
    <w:p>
      <w:r>
        <w:rPr>
          <w:b/>
        </w:rPr>
        <w:t xml:space="preserve">[45:52] </w:t>
      </w:r>
      <w:r>
        <w:t>is mein shamil hai yeh baat.</w:t>
      </w:r>
    </w:p>
    <w:p>
      <w:pPr>
        <w:jc w:val="right"/>
      </w:pPr>
      <w:r>
        <w:t>اس میں شامل ہے یہ بات۔</w:t>
      </w:r>
    </w:p>
    <w:p>
      <w:r>
        <w:rPr>
          <w:b/>
        </w:rPr>
        <w:t xml:space="preserve">[45:54] </w:t>
      </w:r>
      <w:r>
        <w:t>ihdina al-sirat al-mustaqim ae Khuda hum ko sirat-e-mustaqim dikha.</w:t>
      </w:r>
    </w:p>
    <w:p>
      <w:pPr>
        <w:jc w:val="right"/>
      </w:pPr>
      <w:r>
        <w:t>اهدنا الصراط المستقیم اے خدا ہم کو صراط مستقیم دکھا۔</w:t>
      </w:r>
    </w:p>
    <w:p>
      <w:r>
        <w:rPr>
          <w:b/>
        </w:rPr>
        <w:t xml:space="preserve">[45:58] </w:t>
      </w:r>
      <w:r>
        <w:t>Oh God, show us the right path to kitni badi cheez hai.</w:t>
      </w:r>
    </w:p>
    <w:p>
      <w:pPr>
        <w:jc w:val="right"/>
      </w:pPr>
      <w:r>
        <w:t>Oh God, show us the right path تو کتنی بڑی چیز ہے۔</w:t>
      </w:r>
    </w:p>
    <w:p>
      <w:r>
        <w:rPr>
          <w:b/>
        </w:rPr>
        <w:t xml:space="preserve">[46:04] </w:t>
      </w:r>
      <w:r>
        <w:t>dekhiye quran ke bare mein mein arz karunga ke hadith mein aata hai ke li kull aayat minha</w:t>
      </w:r>
    </w:p>
    <w:p>
      <w:pPr>
        <w:jc w:val="right"/>
      </w:pPr>
      <w:r>
        <w:t>دیکھیے قرآن کے بارے میں میں عرض کروں گا کہ حدیث میں آتا ہے کہ لكل آية منها</w:t>
      </w:r>
    </w:p>
    <w:p>
      <w:r>
        <w:rPr>
          <w:b/>
        </w:rPr>
        <w:t xml:space="preserve">[46:11] </w:t>
      </w:r>
      <w:r>
        <w:t>zahar o batin har aayat ka ek zahar hai, iska ek batin hai.</w:t>
      </w:r>
    </w:p>
    <w:p>
      <w:pPr>
        <w:jc w:val="right"/>
      </w:pPr>
      <w:r>
        <w:t>ظهر وبطن ہر آیت کا ایک ظاہر ہے، اس کا ایک باطن ہے۔</w:t>
      </w:r>
    </w:p>
    <w:p>
      <w:r>
        <w:rPr>
          <w:b/>
        </w:rPr>
        <w:t xml:space="preserve">[46:17] </w:t>
      </w:r>
      <w:r>
        <w:t>yani kuch baatein lines mein hain, kuch between the lines mein hain.</w:t>
      </w:r>
    </w:p>
    <w:p>
      <w:pPr>
        <w:jc w:val="right"/>
      </w:pPr>
      <w:r>
        <w:t>یعنی کچھ باتیں lines میں ہیں، کچھ between the lines میں ہیں۔</w:t>
      </w:r>
    </w:p>
    <w:p>
      <w:r>
        <w:rPr>
          <w:b/>
        </w:rPr>
        <w:t xml:space="preserve">[46:22] </w:t>
      </w:r>
      <w:r>
        <w:t>to ihdina al-sirat al-mustaqim ki jo aayat hai, iska ek mafhoom jo hai, jo lines mein hai,</w:t>
      </w:r>
    </w:p>
    <w:p>
      <w:pPr>
        <w:jc w:val="right"/>
      </w:pPr>
      <w:r>
        <w:t>تو اهدنا الصراط المستقیم کی جو آیت ہے، اس کا ایک مفہوم جو ہے، جو lines میں ہے،</w:t>
      </w:r>
    </w:p>
    <w:p>
      <w:r>
        <w:rPr>
          <w:b/>
        </w:rPr>
        <w:t xml:space="preserve">[46:30] </w:t>
      </w:r>
      <w:r>
        <w:t>ek between the lines hai woh.</w:t>
      </w:r>
    </w:p>
    <w:p>
      <w:pPr>
        <w:jc w:val="right"/>
      </w:pPr>
      <w:r>
        <w:t>ایک between the lines ہے وہ۔</w:t>
      </w:r>
    </w:p>
    <w:p>
      <w:r>
        <w:rPr>
          <w:b/>
        </w:rPr>
        <w:t xml:space="preserve">[46:32] </w:t>
      </w:r>
      <w:r>
        <w:t>ae khuda hum ko seedha rasta dikha.</w:t>
      </w:r>
    </w:p>
    <w:p>
      <w:pPr>
        <w:jc w:val="right"/>
      </w:pPr>
      <w:r>
        <w:t>اے خدا ہم کو سیدھا راستہ دکھا۔</w:t>
      </w:r>
    </w:p>
    <w:p>
      <w:r>
        <w:rPr>
          <w:b/>
        </w:rPr>
        <w:t xml:space="preserve">[46:35] </w:t>
      </w:r>
      <w:r>
        <w:t>is mein yeh bhi shamil hai baat ke khuda hum ko, hamare pe yeh blessing kar.</w:t>
      </w:r>
    </w:p>
    <w:p>
      <w:pPr>
        <w:jc w:val="right"/>
      </w:pPr>
      <w:r>
        <w:t>اس میں یہ بھی شامل ہے بات کہ خدا ہم کو، ہمارے پہ یہ blessing کر۔</w:t>
      </w:r>
    </w:p>
    <w:p>
      <w:r>
        <w:rPr>
          <w:b/>
        </w:rPr>
        <w:t xml:space="preserve">[46:42] </w:t>
      </w:r>
      <w:r>
        <w:t>ke hamare paas koi doosra choice hi na rahe.</w:t>
      </w:r>
    </w:p>
    <w:p>
      <w:pPr>
        <w:jc w:val="right"/>
      </w:pPr>
      <w:r>
        <w:t>کہ ہمارے پاس کوئی دوسرا choice ہی نہ رہے۔</w:t>
      </w:r>
    </w:p>
    <w:p>
      <w:r>
        <w:rPr>
          <w:b/>
        </w:rPr>
        <w:t xml:space="preserve">[46:46] </w:t>
      </w:r>
      <w:r>
        <w:t>aur hum seedhe, bohat isi ek raste ko pakad lein aur phir paradise mein pahunch jayein.</w:t>
      </w:r>
    </w:p>
    <w:p>
      <w:pPr>
        <w:jc w:val="right"/>
      </w:pPr>
      <w:r>
        <w:t>اور ہم سیدھے، بہت اسی ایک راستے کو پکڑ لیں اور پھر paradise میں پہنچ جائیں۔</w:t>
      </w:r>
    </w:p>
    <w:p>
      <w:r>
        <w:rPr>
          <w:b/>
        </w:rPr>
        <w:t xml:space="preserve">[46:53] </w:t>
      </w:r>
      <w:r>
        <w:t>paradise, paradise ke liye bohat se raste na hon, ek hi rasta ho.</w:t>
      </w:r>
    </w:p>
    <w:p>
      <w:pPr>
        <w:jc w:val="right"/>
      </w:pPr>
      <w:r>
        <w:t>Paradise، paradise کے لیے بہت سے راستے نہ ہوں، ایک ہی راستہ ہو۔</w:t>
      </w:r>
    </w:p>
    <w:p>
      <w:r>
        <w:rPr>
          <w:b/>
        </w:rPr>
        <w:t xml:space="preserve">[46:58] </w:t>
      </w:r>
      <w:r>
        <w:t>to yeh kal mein ek ek article likh raha tha, iska, iska, iska woh, is</w:t>
      </w:r>
    </w:p>
    <w:p>
      <w:pPr>
        <w:jc w:val="right"/>
      </w:pPr>
      <w:r>
        <w:t>تو یہ کل میں ایک ایک article لکھ رہا تھا، اس کا، اس کا، اس کا وہ، اس</w:t>
      </w:r>
    </w:p>
    <w:p>
      <w:r>
        <w:rPr>
          <w:b/>
        </w:rPr>
        <w:t xml:space="preserve">[47:06] </w:t>
      </w:r>
      <w:r>
        <w:t>ka woh tha, caption tha ke fehm-e-deen mein tadabbur ki zaroorat.</w:t>
      </w:r>
    </w:p>
    <w:p>
      <w:pPr>
        <w:jc w:val="right"/>
      </w:pPr>
      <w:r>
        <w:t>کا وہ تھا، caption تھا کہ فہم دین میں تدبر کی ضرورت۔</w:t>
      </w:r>
    </w:p>
    <w:p>
      <w:r>
        <w:rPr>
          <w:b/>
        </w:rPr>
        <w:t xml:space="preserve">[47:11] </w:t>
      </w:r>
      <w:r>
        <w:t>yani deen ko samajhne ke liye aql ko istemal karne ki zaroorat hai.</w:t>
      </w:r>
    </w:p>
    <w:p>
      <w:pPr>
        <w:jc w:val="right"/>
      </w:pPr>
      <w:r>
        <w:t>یعنی دین کو سمجھنے کے لیے عقل کو استعمال کرنے کی ضرورت ہے۔</w:t>
      </w:r>
    </w:p>
    <w:p>
      <w:r>
        <w:rPr>
          <w:b/>
        </w:rPr>
        <w:t xml:space="preserve">[47:17] </w:t>
      </w:r>
      <w:r>
        <w:t>to deen jo hai, woh koi mystery nahi hai.</w:t>
      </w:r>
    </w:p>
    <w:p>
      <w:pPr>
        <w:jc w:val="right"/>
      </w:pPr>
      <w:r>
        <w:t>تو دین جو ہے، وہ کوئی mystery نہیں ہے۔</w:t>
      </w:r>
    </w:p>
    <w:p>
      <w:r>
        <w:rPr>
          <w:b/>
        </w:rPr>
        <w:t xml:space="preserve">[47:21] </w:t>
      </w:r>
      <w:r>
        <w:t>deen jo hai, woh koi mythology nahi hai.</w:t>
      </w:r>
    </w:p>
    <w:p>
      <w:pPr>
        <w:jc w:val="right"/>
      </w:pPr>
      <w:r>
        <w:t>دین جو ہے، وہ کوئی mythology نہیں ہے۔</w:t>
      </w:r>
    </w:p>
    <w:p>
      <w:r>
        <w:rPr>
          <w:b/>
        </w:rPr>
        <w:t xml:space="preserve">[47:24] </w:t>
      </w:r>
      <w:r>
        <w:t>deen aql ki cheez hai, deen reason ki cheez hai, deen logic ki cheez hai.</w:t>
      </w:r>
    </w:p>
    <w:p>
      <w:pPr>
        <w:jc w:val="right"/>
      </w:pPr>
      <w:r>
        <w:t>دین عقل کی چیز ہے، دین reason کی چیز ہے، دین logic کی چیز ہے۔</w:t>
      </w:r>
    </w:p>
    <w:p>
      <w:r>
        <w:rPr>
          <w:b/>
        </w:rPr>
        <w:t xml:space="preserve">[47:31] </w:t>
      </w:r>
      <w:r>
        <w:t>aur jab hum apni logic ko istemal karein ge, apni aql ko istemal karein ge to bohat zabardast</w:t>
      </w:r>
    </w:p>
    <w:p>
      <w:pPr>
        <w:jc w:val="right"/>
      </w:pPr>
      <w:r>
        <w:t>اور جب ہم اپنی logic کو استعمال کریں گے، اپنی عقل کو استعمال کریں گے تو بہت زبردست</w:t>
      </w:r>
    </w:p>
    <w:p>
      <w:r>
        <w:rPr>
          <w:b/>
        </w:rPr>
        <w:t xml:space="preserve">[47:38] </w:t>
      </w:r>
      <w:r>
        <w:t>humein ek thrill aayega ke khuda ne kitni bari nemat hamein bhej di hai.</w:t>
      </w:r>
    </w:p>
    <w:p>
      <w:pPr>
        <w:jc w:val="right"/>
      </w:pPr>
      <w:r>
        <w:t>ہمیں ایک thrill آئے گا کہ خدا نے کتنی بڑی نعمت ہمیں بھیج دی ہے۔</w:t>
      </w:r>
    </w:p>
    <w:p>
      <w:r>
        <w:rPr>
          <w:b/>
        </w:rPr>
        <w:t xml:space="preserve">[47:45] </w:t>
      </w:r>
      <w:r>
        <w:t>jo thrilling experience jo chahiye, woh baghair gehre ghaur o fikr ke nahi ho sakta hai.</w:t>
      </w:r>
    </w:p>
    <w:p>
      <w:pPr>
        <w:jc w:val="right"/>
      </w:pPr>
      <w:r>
        <w:t>جو thrilling experience جو چاہیے، وہ بغیر گہرے غور و فکر کے نہیں ہو سکتا ہے۔</w:t>
      </w:r>
    </w:p>
    <w:p>
      <w:r>
        <w:rPr>
          <w:b/>
        </w:rPr>
        <w:t xml:space="preserve">[47:52] </w:t>
      </w:r>
      <w:r>
        <w:t>kyun ke gehre ghaur o fikr ke baghair nahi ho sakta hai.</w:t>
      </w:r>
    </w:p>
    <w:p>
      <w:pPr>
        <w:jc w:val="right"/>
      </w:pPr>
      <w:r>
        <w:t>کیونکہ گہرے غور و فکر کے بغیر نہیں ہو سکتا ہے۔</w:t>
      </w:r>
    </w:p>
    <w:p>
      <w:r>
        <w:rPr>
          <w:b/>
        </w:rPr>
        <w:t xml:space="preserve">[47:56] </w:t>
      </w:r>
      <w:r>
        <w:t>aise hi dekhein, jitne bhi doosri theories hain, woh sab discard ho chuki hain science ke zamane mein.</w:t>
      </w:r>
    </w:p>
    <w:p>
      <w:pPr>
        <w:jc w:val="right"/>
      </w:pPr>
      <w:r>
        <w:t>ایسے ہی دیکھیں، جتنے بھی دوسری theories ہیں، وہ سب discard ہو چکی ہیں سائنس کے زمانے میں۔</w:t>
      </w:r>
    </w:p>
    <w:p>
      <w:r>
        <w:rPr>
          <w:b/>
        </w:rPr>
        <w:t xml:space="preserve">[48:04] </w:t>
      </w:r>
      <w:r>
        <w:t>misal ke taur par kal parson meri mulaqat ek sahab se hui.</w:t>
      </w:r>
    </w:p>
    <w:p>
      <w:pPr>
        <w:jc w:val="right"/>
      </w:pPr>
      <w:r>
        <w:t>مثلاً کل پرسوں میری ملاقات ایک صاحب سے ہوئی۔</w:t>
      </w:r>
    </w:p>
    <w:p>
      <w:r>
        <w:rPr>
          <w:b/>
        </w:rPr>
        <w:t xml:space="preserve">[48:08] </w:t>
      </w:r>
      <w:r>
        <w:t>to unhon ne kaha ke jo theory hai, karam, karam ki theory jo hai, bohat phail rahi hai</w:t>
      </w:r>
    </w:p>
    <w:p>
      <w:pPr>
        <w:jc w:val="right"/>
      </w:pPr>
      <w:r>
        <w:t>تو انہوں نے کہا کہ جو theory ہے، کرم، کرم کی theory جو ہے، بہت پھیل رہی ہے</w:t>
      </w:r>
    </w:p>
    <w:p>
      <w:r>
        <w:rPr>
          <w:b/>
        </w:rPr>
        <w:t xml:space="preserve">[48:16] </w:t>
      </w:r>
      <w:r>
        <w:t>europe, america mein.</w:t>
      </w:r>
    </w:p>
    <w:p>
      <w:pPr>
        <w:jc w:val="right"/>
      </w:pPr>
      <w:r>
        <w:t>یورپ، امریکہ میں۔</w:t>
      </w:r>
    </w:p>
    <w:p>
      <w:r>
        <w:rPr>
          <w:b/>
        </w:rPr>
        <w:t xml:space="preserve">[48:17] </w:t>
      </w:r>
      <w:r>
        <w:t>yani karam ki theory aap jante hain, yeh hai ke insan marne ke baad jo hai, apne karam</w:t>
      </w:r>
    </w:p>
    <w:p>
      <w:pPr>
        <w:jc w:val="right"/>
      </w:pPr>
      <w:r>
        <w:t>یعنی کرم کی theory آپ جانتے ہیں، یہ ہے کہ انسان مرنے کے بعد جو ہے، اپنے کرم</w:t>
      </w:r>
    </w:p>
    <w:p>
      <w:r>
        <w:rPr>
          <w:b/>
        </w:rPr>
        <w:t xml:space="preserve">[48:25] </w:t>
      </w:r>
      <w:r>
        <w:t>ke mutabiq ek nai shakal dhaar woh kar leta hai.</w:t>
      </w:r>
    </w:p>
    <w:p>
      <w:pPr>
        <w:jc w:val="right"/>
      </w:pPr>
      <w:r>
        <w:t>کے مطابق ایک نئی شکل دھار وہ کر لیتا ہے۔</w:t>
      </w:r>
    </w:p>
    <w:p>
      <w:r>
        <w:rPr>
          <w:b/>
        </w:rPr>
        <w:t xml:space="preserve">[48:29] </w:t>
      </w:r>
      <w:r>
        <w:t>misalan woh ameer paida hua tha duniya, duniya mein.</w:t>
      </w:r>
    </w:p>
    <w:p>
      <w:pPr>
        <w:jc w:val="right"/>
      </w:pPr>
      <w:r>
        <w:t>مثلاً وہ امیر پیدا ہوا تھا دنیا، دنیا میں۔</w:t>
      </w:r>
    </w:p>
    <w:p>
      <w:r>
        <w:rPr>
          <w:b/>
        </w:rPr>
        <w:t xml:space="preserve">[48:33] </w:t>
      </w:r>
      <w:r>
        <w:t>ghalat kaam kiya to agle janam mein woh poor paida hoga.</w:t>
      </w:r>
    </w:p>
    <w:p>
      <w:pPr>
        <w:jc w:val="right"/>
      </w:pPr>
      <w:r>
        <w:t>غلط کام کیا تو اگلے جنم میں وہ poor پیدا ہوگا۔</w:t>
      </w:r>
    </w:p>
    <w:p>
      <w:r>
        <w:rPr>
          <w:b/>
        </w:rPr>
        <w:t xml:space="preserve">[48:38] </w:t>
      </w:r>
      <w:r>
        <w:t>ya woh gadha bhi paida ho sakta hai.</w:t>
      </w:r>
    </w:p>
    <w:p>
      <w:pPr>
        <w:jc w:val="right"/>
      </w:pPr>
      <w:r>
        <w:t>یا وہ گدھا بھی پیدا ہو سکتا ہے۔</w:t>
      </w:r>
    </w:p>
    <w:p>
      <w:r>
        <w:rPr>
          <w:b/>
        </w:rPr>
        <w:t xml:space="preserve">[48:41] </w:t>
      </w:r>
      <w:r>
        <w:t>woh dog bhi paida ho sakta hai.</w:t>
      </w:r>
    </w:p>
    <w:p>
      <w:pPr>
        <w:jc w:val="right"/>
      </w:pPr>
      <w:r>
        <w:t>وہ dog بھی پیدا ہو سکتا ہے۔</w:t>
      </w:r>
    </w:p>
    <w:p>
      <w:r>
        <w:rPr>
          <w:b/>
        </w:rPr>
        <w:t xml:space="preserve">[48:44] </w:t>
      </w:r>
      <w:r>
        <w:t>yeh is hawale mein science ke zamane mein yeh cheez discard ho chuki hai.</w:t>
      </w:r>
    </w:p>
    <w:p>
      <w:pPr>
        <w:jc w:val="right"/>
      </w:pPr>
      <w:r>
        <w:t>یہ اس حوالے میں سائنس کے زمانے میں یہ چیز discard ہو چکی ہے۔</w:t>
      </w:r>
    </w:p>
    <w:p>
      <w:r>
        <w:rPr>
          <w:b/>
        </w:rPr>
        <w:t xml:space="preserve">[48:50] </w:t>
      </w:r>
      <w:r>
        <w:t>discard ho chuki hai.</w:t>
      </w:r>
    </w:p>
    <w:p>
      <w:pPr>
        <w:jc w:val="right"/>
      </w:pPr>
      <w:r>
        <w:t>Discard ہو چکی ہے۔</w:t>
      </w:r>
    </w:p>
    <w:p>
      <w:r>
        <w:rPr>
          <w:b/>
        </w:rPr>
        <w:t xml:space="preserve">[48:52] </w:t>
      </w:r>
      <w:r>
        <w:t>kyunke abhi bhi insan, abhi science ko poori tarah mazhab ke liye istemal nahi kiya gaya.</w:t>
      </w:r>
    </w:p>
    <w:p>
      <w:pPr>
        <w:jc w:val="right"/>
      </w:pPr>
      <w:r>
        <w:t>کیونکہ ابھی بھی انسان، ابھی سائنس کو پوری طرح مذہب کے لیے استعمال نہیں کیا گیا۔</w:t>
      </w:r>
    </w:p>
    <w:p>
      <w:r>
        <w:rPr>
          <w:b/>
        </w:rPr>
        <w:t xml:space="preserve">[48:59] </w:t>
      </w:r>
      <w:r>
        <w:t>is liye log abhi bhi mythology mein pade hue hain.</w:t>
      </w:r>
    </w:p>
    <w:p>
      <w:pPr>
        <w:jc w:val="right"/>
      </w:pPr>
      <w:r>
        <w:t>اس لیے لوگ ابھی بھی mythology میں پڑے ہوئے ہیں۔</w:t>
      </w:r>
    </w:p>
    <w:p>
      <w:r>
        <w:rPr>
          <w:b/>
        </w:rPr>
        <w:t xml:space="preserve">[49:03] </w:t>
      </w:r>
      <w:r>
        <w:t>dekhiye.</w:t>
      </w:r>
    </w:p>
    <w:p>
      <w:pPr>
        <w:jc w:val="right"/>
      </w:pPr>
      <w:r>
        <w:t>دیکھیے۔</w:t>
      </w:r>
    </w:p>
    <w:p>
      <w:r>
        <w:rPr>
          <w:b/>
        </w:rPr>
        <w:t xml:space="preserve">[49:04] </w:t>
      </w:r>
      <w:r>
        <w:t>kaise mein kehta hoon ke yeh theory, yani karam ki theory discard ho chuki hai science ke zamane</w:t>
      </w:r>
    </w:p>
    <w:p>
      <w:pPr>
        <w:jc w:val="right"/>
      </w:pPr>
      <w:r>
        <w:t>کیسے میں کہتا ہوں کہ یہ theory، یعنی کرم کی theory discard ہو چکی ہے سائنس کے زمانے</w:t>
      </w:r>
    </w:p>
    <w:p>
      <w:r>
        <w:rPr>
          <w:b/>
        </w:rPr>
        <w:t xml:space="preserve">[49:12] </w:t>
      </w:r>
      <w:r>
        <w:t>mein, kaise mein kehta hoon.</w:t>
      </w:r>
    </w:p>
    <w:p>
      <w:pPr>
        <w:jc w:val="right"/>
      </w:pPr>
      <w:r>
        <w:t>میں، کیسے میں کہتا ہوں۔</w:t>
      </w:r>
    </w:p>
    <w:p>
      <w:r>
        <w:rPr>
          <w:b/>
        </w:rPr>
        <w:t xml:space="preserve">[49:14] </w:t>
      </w:r>
      <w:r>
        <w:t>science ke zamane mein yeh yeh prove hua hai ke ke memory jo hai, mind ka integral part</w:t>
      </w:r>
    </w:p>
    <w:p>
      <w:pPr>
        <w:jc w:val="right"/>
      </w:pPr>
      <w:r>
        <w:t>سائنس کے زمانے میں یہ یہ prove ہوا ہے کہ کہ memory جو ہے، mind کا integral part</w:t>
      </w:r>
    </w:p>
    <w:p>
      <w:r>
        <w:rPr>
          <w:b/>
        </w:rPr>
        <w:t xml:space="preserve">[49:22]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[49:24] </w:t>
      </w:r>
      <w:r>
        <w:t>ab jo is ne researches ki hain, woh freud ne, freud ki kai kitabein hain.</w:t>
      </w:r>
    </w:p>
    <w:p>
      <w:pPr>
        <w:jc w:val="right"/>
      </w:pPr>
      <w:r>
        <w:t>اب جو اس نے researches کی ہیں، وہ فرائیڈ نے، فرائیڈ کی کئی کتابیں ہیں۔</w:t>
      </w:r>
    </w:p>
    <w:p>
      <w:r>
        <w:rPr>
          <w:b/>
        </w:rPr>
        <w:t xml:space="preserve">[49:30] </w:t>
      </w:r>
      <w:r>
        <w:t>aap is ki researches ko padhiye.</w:t>
      </w:r>
    </w:p>
    <w:p>
      <w:pPr>
        <w:jc w:val="right"/>
      </w:pPr>
      <w:r>
        <w:t>آپ اس کی researches کو پڑھیے۔</w:t>
      </w:r>
    </w:p>
    <w:p>
      <w:r>
        <w:rPr>
          <w:b/>
        </w:rPr>
        <w:t xml:space="preserve">[49:33] </w:t>
      </w:r>
      <w:r>
        <w:t>to woh batata hai ke mind mein jo baat aa jati hai, yani memory mein, woh kabhi bhi</w:t>
      </w:r>
    </w:p>
    <w:p>
      <w:pPr>
        <w:jc w:val="right"/>
      </w:pPr>
      <w:r>
        <w:t>تو وہ بتاتا ہے کہ mind میں جو بات آ جاتی ہے، یعنی memory میں، وہ کبھی بھی</w:t>
      </w:r>
    </w:p>
    <w:p>
      <w:r>
        <w:rPr>
          <w:b/>
        </w:rPr>
        <w:t xml:space="preserve">[49:40] </w:t>
      </w:r>
      <w:r>
        <w:t>khatam nahi hoti.</w:t>
      </w:r>
    </w:p>
    <w:p>
      <w:pPr>
        <w:jc w:val="right"/>
      </w:pPr>
      <w:r>
        <w:t>ختم نہیں ہوتی۔</w:t>
      </w:r>
    </w:p>
    <w:p>
      <w:r>
        <w:rPr>
          <w:b/>
        </w:rPr>
        <w:t xml:space="preserve">[49:42] </w:t>
      </w:r>
      <w:r>
        <w:t>kabhi bhi khatam nahi hoti.</w:t>
      </w:r>
    </w:p>
    <w:p>
      <w:pPr>
        <w:jc w:val="right"/>
      </w:pPr>
      <w:r>
        <w:t>کبھی بھی ختم نہیں ہوتی۔</w:t>
      </w:r>
    </w:p>
    <w:p>
      <w:r>
        <w:rPr>
          <w:b/>
        </w:rPr>
        <w:t xml:space="preserve">[49:44] </w:t>
      </w:r>
      <w:r>
        <w:t>woh hamesha ke liye rehti hai.</w:t>
      </w:r>
    </w:p>
    <w:p>
      <w:pPr>
        <w:jc w:val="right"/>
      </w:pPr>
      <w:r>
        <w:t>وہ ہمیشہ کے لیے رہتی ہے۔</w:t>
      </w:r>
    </w:p>
    <w:p>
      <w:r>
        <w:rPr>
          <w:b/>
        </w:rPr>
        <w:t xml:space="preserve">[49:46] </w:t>
      </w:r>
      <w:r>
        <w:t>jaise misal ke taur par, is zamane mein surgery ki jati hai.</w:t>
      </w:r>
    </w:p>
    <w:p>
      <w:pPr>
        <w:jc w:val="right"/>
      </w:pPr>
      <w:r>
        <w:t>جیسے مثال کے طور پر، اس زمانے میں سرجری کی جاتی ہے۔</w:t>
      </w:r>
    </w:p>
    <w:p>
      <w:r>
        <w:rPr>
          <w:b/>
        </w:rPr>
        <w:t xml:space="preserve">[49:52] </w:t>
      </w:r>
      <w:r>
        <w:t>to aap jante hain, kai baar aisa hota hai ke insan ka dil band ho jata hai.</w:t>
      </w:r>
    </w:p>
    <w:p>
      <w:pPr>
        <w:jc w:val="right"/>
      </w:pPr>
      <w:r>
        <w:t>تو آپ جانتے ہیں، کئی بار ایسا ہوتا ہے کہ انسان کا دل بند ہو جاتا ہے۔</w:t>
      </w:r>
    </w:p>
    <w:p>
      <w:r>
        <w:rPr>
          <w:b/>
        </w:rPr>
        <w:t xml:space="preserve">[49:59] </w:t>
      </w:r>
      <w:r>
        <w:t>to pichle concept ke mutabiq mar jata hai woh.</w:t>
      </w:r>
    </w:p>
    <w:p>
      <w:pPr>
        <w:jc w:val="right"/>
      </w:pPr>
      <w:r>
        <w:t>تو پچھلے concept کے مطابق مر جاتا ہے وہ۔</w:t>
      </w:r>
    </w:p>
    <w:p>
      <w:r>
        <w:rPr>
          <w:b/>
        </w:rPr>
        <w:t xml:space="preserve">[50:03] </w:t>
      </w:r>
      <w:r>
        <w:t>ab naya concept to yeh hai ke dil ke band hone ke baad bhi insan zinda rehta hai.</w:t>
      </w:r>
    </w:p>
    <w:p>
      <w:pPr>
        <w:jc w:val="right"/>
      </w:pPr>
      <w:r>
        <w:t>اب نیا concept تو یہ ہے کہ دل کے بند ہونے کے بعد بھی انسان زندہ رہتا ہے۔</w:t>
      </w:r>
    </w:p>
    <w:p>
      <w:r>
        <w:rPr>
          <w:b/>
        </w:rPr>
        <w:t xml:space="preserve">[50:10] </w:t>
      </w:r>
      <w:r>
        <w:t>kyunke mind se taluq hai maut ka.</w:t>
      </w:r>
    </w:p>
    <w:p>
      <w:pPr>
        <w:jc w:val="right"/>
      </w:pPr>
      <w:r>
        <w:t>کیونکہ mind سے تعلق ہے موت کا۔</w:t>
      </w:r>
    </w:p>
    <w:p>
      <w:r>
        <w:rPr>
          <w:b/>
        </w:rPr>
        <w:t xml:space="preserve">[50:13] </w:t>
      </w:r>
      <w:r>
        <w:t>lekin behrahal is ko kehte hain, woh death on surgical table death on surgical table.</w:t>
      </w:r>
    </w:p>
    <w:p>
      <w:pPr>
        <w:jc w:val="right"/>
      </w:pPr>
      <w:r>
        <w:t>لیکن بہرحال اس کو کہتے ہیں، وہ death on surgical table death on surgical table۔</w:t>
      </w:r>
    </w:p>
    <w:p>
      <w:r>
        <w:rPr>
          <w:b/>
        </w:rPr>
        <w:t xml:space="preserve">[50:20] </w:t>
      </w:r>
      <w:r>
        <w:t>to lekin jab aadmi ko zinda kiya gaya, phir se chand minute ke baad, to us ki memory</w:t>
      </w:r>
    </w:p>
    <w:p>
      <w:pPr>
        <w:jc w:val="right"/>
      </w:pPr>
      <w:r>
        <w:t>تو لیکن جب آدمی کو زندہ کیا گیا، پھر سے چند منٹ کے بعد، تو اس کی memory</w:t>
      </w:r>
    </w:p>
    <w:p>
      <w:r>
        <w:rPr>
          <w:b/>
        </w:rPr>
        <w:t xml:space="preserve">[50:28] </w:t>
      </w:r>
      <w:r>
        <w:t>intact thi.</w:t>
      </w:r>
    </w:p>
    <w:p>
      <w:pPr>
        <w:jc w:val="right"/>
      </w:pPr>
      <w:r>
        <w:t>intact تھی۔</w:t>
      </w:r>
    </w:p>
    <w:p>
      <w:r>
        <w:rPr>
          <w:b/>
        </w:rPr>
        <w:t xml:space="preserve">[50:29] </w:t>
      </w:r>
      <w:r>
        <w:t>is ki memory intact thi, memory kahin chali nahi gai.</w:t>
      </w:r>
    </w:p>
    <w:p>
      <w:pPr>
        <w:jc w:val="right"/>
      </w:pPr>
      <w:r>
        <w:t>اس کی memory intact تھی، memory کہیں چلی نہیں گئی۔</w:t>
      </w:r>
    </w:p>
    <w:p>
      <w:r>
        <w:rPr>
          <w:b/>
        </w:rPr>
        <w:t xml:space="preserve">[50:33] </w:t>
      </w:r>
      <w:r>
        <w:t>is zamane ke naya aadmi ko jab milta hai, jaise accident hota hai, aadmi behosh ho jata</w:t>
      </w:r>
    </w:p>
    <w:p>
      <w:pPr>
        <w:jc w:val="right"/>
      </w:pPr>
      <w:r>
        <w:t>اس زمانے کے نیا آدمی کو جب ملتا ہے، جیسے accident ہوتا ہے، آدمی بے ہوش ہو جاتا</w:t>
      </w:r>
    </w:p>
    <w:p>
      <w:r>
        <w:rPr>
          <w:b/>
        </w:rPr>
        <w:t xml:space="preserve">[50:41]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[50:43] </w:t>
      </w:r>
      <w:r>
        <w:t>lekin phir jab hosh mein aata hai to phir us ki memory waise ki waise intact rehti hai.</w:t>
      </w:r>
    </w:p>
    <w:p>
      <w:pPr>
        <w:jc w:val="right"/>
      </w:pPr>
      <w:r>
        <w:t>لیکن پھر جب ہوش میں آتا ہے تو پھر اس کی memory ویسے کی ویسے intact رہتی ہے۔</w:t>
      </w:r>
    </w:p>
    <w:p>
      <w:r>
        <w:rPr>
          <w:b/>
        </w:rPr>
        <w:t xml:space="preserve">[50:50] </w:t>
      </w:r>
      <w:r>
        <w:t>yeh cheez prove ho gayi hai ke hamara jo, hamari jo memory hai, mind mein, memory ki jo</w:t>
      </w:r>
    </w:p>
    <w:p>
      <w:pPr>
        <w:jc w:val="right"/>
      </w:pPr>
      <w:r>
        <w:t>یہ چیز prove ہو گئی ہے کہ ہمارا جو، ہماری جو memory ہے، mind میں، memory کی جو</w:t>
      </w:r>
    </w:p>
    <w:p>
      <w:r>
        <w:rPr>
          <w:b/>
        </w:rPr>
        <w:t xml:space="preserve">[50:58] </w:t>
      </w:r>
      <w:r>
        <w:t>faculty hai, woh kabhi bhi khatam nahi hoti.</w:t>
      </w:r>
    </w:p>
    <w:p>
      <w:pPr>
        <w:jc w:val="right"/>
      </w:pPr>
      <w:r>
        <w:t>faculty ہے، وہ کبھی بھی ختم نہیں ہوتی۔</w:t>
      </w:r>
    </w:p>
    <w:p>
      <w:r>
        <w:rPr>
          <w:b/>
        </w:rPr>
        <w:t xml:space="preserve">[51:01] </w:t>
      </w:r>
      <w:r>
        <w:t>woh integral part hai hamare mind ka.</w:t>
      </w:r>
    </w:p>
    <w:p>
      <w:pPr>
        <w:jc w:val="right"/>
      </w:pPr>
      <w:r>
        <w:t>وہ integral part ہے ہمارے mind کا۔</w:t>
      </w:r>
    </w:p>
    <w:p>
      <w:r>
        <w:rPr>
          <w:b/>
        </w:rPr>
        <w:t xml:space="preserve">[51:04] </w:t>
      </w:r>
      <w:r>
        <w:t>aur mind hi ka naam hai personality.</w:t>
      </w:r>
    </w:p>
    <w:p>
      <w:pPr>
        <w:jc w:val="right"/>
      </w:pPr>
      <w:r>
        <w:t>اور mind ہی کا نام ہے personality۔</w:t>
      </w:r>
    </w:p>
    <w:p>
      <w:r>
        <w:rPr>
          <w:b/>
        </w:rPr>
        <w:t xml:space="preserve">[51:07] </w:t>
      </w:r>
      <w:r>
        <w:t>aap jante hain, is zamane mein science ne yeh bataya hai ke sab kuch mind se taluq rakhta</w:t>
      </w:r>
    </w:p>
    <w:p>
      <w:pPr>
        <w:jc w:val="right"/>
      </w:pPr>
      <w:r>
        <w:t>آپ جانتے ہیں، اس زمانے میں سائنس نے یہ بتایا ہے کہ سب کچھ mind سے تعلق رکھتا</w:t>
      </w:r>
    </w:p>
    <w:p>
      <w:r>
        <w:rPr>
          <w:b/>
        </w:rPr>
        <w:t xml:space="preserve">[51:15]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[51:17] </w:t>
      </w:r>
      <w:r>
        <w:t>jo hum pehle bolte thay, soul aur spirit waghera, ab sab kuch mind ko mana jata hai.</w:t>
      </w:r>
    </w:p>
    <w:p>
      <w:pPr>
        <w:jc w:val="right"/>
      </w:pPr>
      <w:r>
        <w:t>جو ہم پہلے بولتے تھے، soul اور spirit وغیرہ، اب سب کچھ mind کو مانا جاتا ہے۔</w:t>
      </w:r>
    </w:p>
    <w:p>
      <w:r>
        <w:rPr>
          <w:b/>
        </w:rPr>
        <w:t xml:space="preserve">[51:24] </w:t>
      </w:r>
      <w:r>
        <w:t>yani mind hi insan ka asal personality hai.</w:t>
      </w:r>
    </w:p>
    <w:p>
      <w:pPr>
        <w:jc w:val="right"/>
      </w:pPr>
      <w:r>
        <w:t>یعنی mind ہی انسان کا اصل personality ہے۔</w:t>
      </w:r>
    </w:p>
    <w:p>
      <w:r>
        <w:rPr>
          <w:b/>
        </w:rPr>
        <w:t xml:space="preserve">[51:27] </w:t>
      </w:r>
      <w:r>
        <w:t>asal personality hai insan ki jo mind hai.</w:t>
      </w:r>
    </w:p>
    <w:p>
      <w:pPr>
        <w:jc w:val="right"/>
      </w:pPr>
      <w:r>
        <w:t>اصل personality ہے انسان کی جو mind ہے۔</w:t>
      </w:r>
    </w:p>
    <w:p>
      <w:r>
        <w:rPr>
          <w:b/>
        </w:rPr>
        <w:t xml:space="preserve">[51:31] </w:t>
      </w:r>
      <w:r>
        <w:t>yani modern concept jo hai, science ka, us ke mutabiq.</w:t>
      </w:r>
    </w:p>
    <w:p>
      <w:pPr>
        <w:jc w:val="right"/>
      </w:pPr>
      <w:r>
        <w:t>یعنی modern concept جو ہے، سائنس کا، اس کے مطابق۔</w:t>
      </w:r>
    </w:p>
    <w:p>
      <w:r>
        <w:rPr>
          <w:b/>
        </w:rPr>
        <w:t xml:space="preserve">[51:35] </w:t>
      </w:r>
      <w:r>
        <w:t>ab dekhiye ke jab yeh prove ho gaya ke ke memory jo hai, meri personality ka integral part</w:t>
      </w:r>
    </w:p>
    <w:p>
      <w:pPr>
        <w:jc w:val="right"/>
      </w:pPr>
      <w:r>
        <w:t>اب دیکھیے کہ جب یہ prove ہو گیا کہ کہ memory جو ہے، میری personality کا integral part</w:t>
      </w:r>
    </w:p>
    <w:p>
      <w:r>
        <w:rPr>
          <w:b/>
        </w:rPr>
        <w:t xml:space="preserve">[51:43]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[51:44] </w:t>
      </w:r>
      <w:r>
        <w:t>meri personality ka integral part hai.</w:t>
      </w:r>
    </w:p>
    <w:p>
      <w:pPr>
        <w:jc w:val="right"/>
      </w:pPr>
      <w:r>
        <w:t>میری personality کا integral part ہے۔</w:t>
      </w:r>
    </w:p>
    <w:p>
      <w:r>
        <w:rPr>
          <w:b/>
        </w:rPr>
        <w:t xml:space="preserve">[51:47] </w:t>
      </w:r>
      <w:r>
        <w:t>ab agar main hi ek naya janam leta hoon.</w:t>
      </w:r>
    </w:p>
    <w:p>
      <w:pPr>
        <w:jc w:val="right"/>
      </w:pPr>
      <w:r>
        <w:t>اب اگر میں ہی ایک نیا جنم لیتا ہوں۔</w:t>
      </w:r>
    </w:p>
    <w:p>
      <w:r>
        <w:rPr>
          <w:b/>
        </w:rPr>
        <w:t xml:space="preserve">[51:51] </w:t>
      </w:r>
      <w:r>
        <w:t>yani aaj ameer tha, main kal ghareeb paida hota hoon.</w:t>
      </w:r>
    </w:p>
    <w:p>
      <w:pPr>
        <w:jc w:val="right"/>
      </w:pPr>
      <w:r>
        <w:t>یعنی آج امیر تھا، میں کل غریب پیدا ہوتا ہوں۔</w:t>
      </w:r>
    </w:p>
    <w:p>
      <w:r>
        <w:rPr>
          <w:b/>
        </w:rPr>
        <w:t xml:space="preserve">[51:55] </w:t>
      </w:r>
      <w:r>
        <w:t>aaj mein woh achi shakal ka tha, kal buri shakal mein paida hota hoon.</w:t>
      </w:r>
    </w:p>
    <w:p>
      <w:pPr>
        <w:jc w:val="right"/>
      </w:pPr>
      <w:r>
        <w:t>آج میں وہ اچھی شکل کا تھا، کل بری شکل میں پیدا ہوتا ہوں۔</w:t>
      </w:r>
    </w:p>
    <w:p>
      <w:r>
        <w:rPr>
          <w:b/>
        </w:rPr>
        <w:t xml:space="preserve">[52:01] </w:t>
      </w:r>
      <w:r>
        <w:t>to meri, agar main hi paida ho raha hoon dobara, to meri memory ko baqi rehna chahiye.</w:t>
      </w:r>
    </w:p>
    <w:p>
      <w:pPr>
        <w:jc w:val="right"/>
      </w:pPr>
      <w:r>
        <w:t>تو میری، اگر میں ہی پیدا ہو رہا ہوں دوبارہ، تو میری memory کو باقی رہنا چاہیے۔</w:t>
      </w:r>
    </w:p>
    <w:p>
      <w:r>
        <w:rPr>
          <w:b/>
        </w:rPr>
        <w:t xml:space="preserve">[52:08] </w:t>
      </w:r>
      <w:r>
        <w:t>meri memory ko baqi rehna chahiye.</w:t>
      </w:r>
    </w:p>
    <w:p>
      <w:pPr>
        <w:jc w:val="right"/>
      </w:pPr>
      <w:r>
        <w:t>میری memory کو باقی رہنا چاہیے۔</w:t>
      </w:r>
    </w:p>
    <w:p>
      <w:r>
        <w:rPr>
          <w:b/>
        </w:rPr>
        <w:t xml:space="preserve">[52:11] </w:t>
      </w:r>
      <w:r>
        <w:t>lekin ab dunya mein kisi se poochhiye ke kya tum ko yaad hai ke tum pichhle zamane mein</w:t>
      </w:r>
    </w:p>
    <w:p>
      <w:pPr>
        <w:jc w:val="right"/>
      </w:pPr>
      <w:r>
        <w:t>لیکن اب دنیا میں کسی سے پوچھئے کہ کیا تم کو یاد ہے کہ تم پچھلے زمانے میں</w:t>
      </w:r>
    </w:p>
    <w:p>
      <w:r>
        <w:rPr>
          <w:b/>
        </w:rPr>
        <w:t xml:space="preserve">[52:19] </w:t>
      </w:r>
      <w:r>
        <w:t>kya the? kisi ko yaad nahin hai? kisi ko yaad nahin hai? chand ek bachchon ko jo dikhaya</w:t>
      </w:r>
    </w:p>
    <w:p>
      <w:pPr>
        <w:jc w:val="right"/>
      </w:pPr>
      <w:r>
        <w:t>کیا تھے؟ کسی کو یاد نہیں ہے؟ کسی کو یاد نہیں ہے؟ چند ایک بچوں کو جو دکھایا</w:t>
      </w:r>
    </w:p>
    <w:p>
      <w:r>
        <w:rPr>
          <w:b/>
        </w:rPr>
        <w:t xml:space="preserve">[52:26] </w:t>
      </w:r>
      <w:r>
        <w:t>jata hai, woh woh to drama hota hai.</w:t>
      </w:r>
    </w:p>
    <w:p>
      <w:pPr>
        <w:jc w:val="right"/>
      </w:pPr>
      <w:r>
        <w:t>جاتا ہے، وہ وہ تو ڈرامہ ہوتا ہے۔</w:t>
      </w:r>
    </w:p>
    <w:p>
      <w:r>
        <w:rPr>
          <w:b/>
        </w:rPr>
        <w:t xml:space="preserve">[52:30] </w:t>
      </w:r>
      <w:r>
        <w:t>ek aadmi ne, ek hindu scholar ne likha hai, hindu scholar ne ke aise dramay sirf hinduo ko</w:t>
      </w:r>
    </w:p>
    <w:p>
      <w:pPr>
        <w:jc w:val="right"/>
      </w:pPr>
      <w:r>
        <w:t>ایک آدمی نے، ایک ہندو اسکالر نے لکھا ہے، ہندو اسکالر نے کہ ایسے ڈرامے صرف ہندوؤں کو</w:t>
      </w:r>
    </w:p>
    <w:p>
      <w:r>
        <w:rPr>
          <w:b/>
        </w:rPr>
        <w:t xml:space="preserve">[52:37] </w:t>
      </w:r>
      <w:r>
        <w:t>hi pesh aate hain.</w:t>
      </w:r>
    </w:p>
    <w:p>
      <w:pPr>
        <w:jc w:val="right"/>
      </w:pPr>
      <w:r>
        <w:t>ہی پیش آتے ہیں۔</w:t>
      </w:r>
    </w:p>
    <w:p>
      <w:r>
        <w:rPr>
          <w:b/>
        </w:rPr>
        <w:t xml:space="preserve">[52:39] </w:t>
      </w:r>
      <w:r>
        <w:t>ke hindu bachche hi ko ek kahani sunata hai.</w:t>
      </w:r>
    </w:p>
    <w:p>
      <w:pPr>
        <w:jc w:val="right"/>
      </w:pPr>
      <w:r>
        <w:t>کہ ہندو بچے ہی کو ایک کہانی سناتا ہے۔</w:t>
      </w:r>
    </w:p>
    <w:p>
      <w:r>
        <w:rPr>
          <w:b/>
        </w:rPr>
        <w:t xml:space="preserve">[52:43] </w:t>
      </w:r>
      <w:r>
        <w:t>muslims hain, Christians hain, jo log hain, saare log dunya mein hain, to un mein koi aise log</w:t>
      </w:r>
    </w:p>
    <w:p>
      <w:pPr>
        <w:jc w:val="right"/>
      </w:pPr>
      <w:r>
        <w:t>مسلمز ہیں، Christians ہیں، جو لوگ ہیں، سارے لوگ دنیا میں ہیں، تو ان میں کوئی ایسے لوگ</w:t>
      </w:r>
    </w:p>
    <w:p>
      <w:r>
        <w:rPr>
          <w:b/>
        </w:rPr>
        <w:t xml:space="preserve">[52:51] </w:t>
      </w:r>
      <w:r>
        <w:t>paida nahin hote.</w:t>
      </w:r>
    </w:p>
    <w:p>
      <w:pPr>
        <w:jc w:val="right"/>
      </w:pPr>
      <w:r>
        <w:t>پیدا نہیں ہوتے۔</w:t>
      </w:r>
    </w:p>
    <w:p>
      <w:r>
        <w:rPr>
          <w:b/>
        </w:rPr>
        <w:t xml:space="preserve">[52:52] </w:t>
      </w:r>
      <w:r>
        <w:t>jin ko apni pichhle zamane ki kahani yaad ho.</w:t>
      </w:r>
    </w:p>
    <w:p>
      <w:pPr>
        <w:jc w:val="right"/>
      </w:pPr>
      <w:r>
        <w:t>جن کو اپنی پچھلے زمانے کی کہانی یاد ہو۔</w:t>
      </w:r>
    </w:p>
    <w:p>
      <w:r>
        <w:rPr>
          <w:b/>
        </w:rPr>
        <w:t xml:space="preserve">[52:56] </w:t>
      </w:r>
      <w:r>
        <w:t>sirf muslim, sirf hinduo mein koi paida hote hain.</w:t>
      </w:r>
    </w:p>
    <w:p>
      <w:pPr>
        <w:jc w:val="right"/>
      </w:pPr>
      <w:r>
        <w:t>صرف مسلم، صرف ہندوؤں میں کوئی پیدا ہوتے ہیں۔</w:t>
      </w:r>
    </w:p>
    <w:p>
      <w:r>
        <w:rPr>
          <w:b/>
        </w:rPr>
        <w:t xml:space="preserve">[53:00] </w:t>
      </w:r>
      <w:r>
        <w:t>to woh to ek ek kahani hoti hai.</w:t>
      </w:r>
    </w:p>
    <w:p>
      <w:pPr>
        <w:jc w:val="right"/>
      </w:pPr>
      <w:r>
        <w:t>تو وہ تو ایک ایک کہانی ہوتی ہے۔</w:t>
      </w:r>
    </w:p>
    <w:p>
      <w:r>
        <w:rPr>
          <w:b/>
        </w:rPr>
        <w:t xml:space="preserve">[53:03] </w:t>
      </w:r>
      <w:r>
        <w:t>har hindu ko bhi yeh yaad nahin hai, har har insaan ko yaad nahin hai.</w:t>
      </w:r>
    </w:p>
    <w:p>
      <w:pPr>
        <w:jc w:val="right"/>
      </w:pPr>
      <w:r>
        <w:t>ہر ہندو کو بھی یہ یاد نہیں ہے، ہر ہر انسان کو یاد نہیں ہے۔</w:t>
      </w:r>
    </w:p>
    <w:p>
      <w:r>
        <w:rPr>
          <w:b/>
        </w:rPr>
        <w:t xml:space="preserve">[53:10] </w:t>
      </w:r>
      <w:r>
        <w:t>to main yeh keh raha hoon ke science ne jab yeh prove kar diya ke memory meri personality</w:t>
      </w:r>
    </w:p>
    <w:p>
      <w:pPr>
        <w:jc w:val="right"/>
      </w:pPr>
      <w:r>
        <w:t>تو میں یہ کہہ رہا ہوں کہ سائنس نے جب یہ prove کر دیا کہ memory میری personality</w:t>
      </w:r>
    </w:p>
    <w:p>
      <w:r>
        <w:rPr>
          <w:b/>
        </w:rPr>
        <w:t xml:space="preserve">[53:18] </w:t>
      </w:r>
      <w:r>
        <w:t>ka integral part hai.</w:t>
      </w:r>
    </w:p>
    <w:p>
      <w:pPr>
        <w:jc w:val="right"/>
      </w:pPr>
      <w:r>
        <w:t>کا integral part ہے۔</w:t>
      </w:r>
    </w:p>
    <w:p>
      <w:r>
        <w:rPr>
          <w:b/>
        </w:rPr>
        <w:t xml:space="preserve">[53:19] </w:t>
      </w:r>
      <w:r>
        <w:t>to meri memory ko agle janam mein maujood rehna chahiye.</w:t>
      </w:r>
    </w:p>
    <w:p>
      <w:pPr>
        <w:jc w:val="right"/>
      </w:pPr>
      <w:r>
        <w:t>تو میری memory کو اگلے جنم میں موجود رہنا چاہیے۔</w:t>
      </w:r>
    </w:p>
    <w:p>
      <w:r>
        <w:rPr>
          <w:b/>
        </w:rPr>
        <w:t xml:space="preserve">[53:24] </w:t>
      </w:r>
      <w:r>
        <w:t>yaani mujhe yaad hona chahiye ke main pehle kya tha.</w:t>
      </w:r>
    </w:p>
    <w:p>
      <w:pPr>
        <w:jc w:val="right"/>
      </w:pPr>
      <w:r>
        <w:t>یعنی مجھے یاد ہونا چاہیے کہ میں پہلے کیا تھا۔</w:t>
      </w:r>
    </w:p>
    <w:p>
      <w:r>
        <w:rPr>
          <w:b/>
        </w:rPr>
        <w:t xml:space="preserve">[53:28] </w:t>
      </w:r>
      <w:r>
        <w:t>pehle kya tha.</w:t>
      </w:r>
    </w:p>
    <w:p>
      <w:pPr>
        <w:jc w:val="right"/>
      </w:pPr>
      <w:r>
        <w:t>پہلے کیا تھا۔</w:t>
      </w:r>
    </w:p>
    <w:p>
      <w:r>
        <w:rPr>
          <w:b/>
        </w:rPr>
        <w:t xml:space="preserve">[53:29] </w:t>
      </w:r>
      <w:r>
        <w:t>aur jab kisi ko yaad nahin hai ke pehle main kya tha, to us maani mein ke yeh</w:t>
      </w:r>
    </w:p>
    <w:p>
      <w:pPr>
        <w:jc w:val="right"/>
      </w:pPr>
      <w:r>
        <w:t>اور جب کسی کو یاد نہیں ہے کہ پہلے میں کیا تھا، تو اس معنی میں کہ یہ</w:t>
      </w:r>
    </w:p>
    <w:p>
      <w:r>
        <w:rPr>
          <w:b/>
        </w:rPr>
        <w:t xml:space="preserve">[53:37] </w:t>
      </w:r>
      <w:r>
        <w:t>theory jo hai, bilkul speculation par base karti hai.</w:t>
      </w:r>
    </w:p>
    <w:p>
      <w:pPr>
        <w:jc w:val="right"/>
      </w:pPr>
      <w:r>
        <w:t>theory جو ہے، بالکل speculation پر base کرتی ہے۔</w:t>
      </w:r>
    </w:p>
    <w:p>
      <w:r>
        <w:rPr>
          <w:b/>
        </w:rPr>
        <w:t xml:space="preserve">[53:41] </w:t>
      </w:r>
      <w:r>
        <w:t>speculation hai yeh.</w:t>
      </w:r>
    </w:p>
    <w:p>
      <w:pPr>
        <w:jc w:val="right"/>
      </w:pPr>
      <w:r>
        <w:t>Speculation ہے یہ۔</w:t>
      </w:r>
    </w:p>
    <w:p>
      <w:r>
        <w:rPr>
          <w:b/>
        </w:rPr>
        <w:t xml:space="preserve">[53:42] </w:t>
      </w:r>
      <w:r>
        <w:t>ke chunchke logon ne dekha ke dunya mein bahut se log hain.</w:t>
      </w:r>
    </w:p>
    <w:p>
      <w:pPr>
        <w:jc w:val="right"/>
      </w:pPr>
      <w:r>
        <w:t>کہ چونکہ لوگوں نے دیکھا کہ دنیا میں بہت سے لوگ ہیں۔</w:t>
      </w:r>
    </w:p>
    <w:p>
      <w:r>
        <w:rPr>
          <w:b/>
        </w:rPr>
        <w:t xml:space="preserve">[53:48] </w:t>
      </w:r>
      <w:r>
        <w:t>ke koi poor hai, koi gadha hai, koi kya hai.</w:t>
      </w:r>
    </w:p>
    <w:p>
      <w:pPr>
        <w:jc w:val="right"/>
      </w:pPr>
      <w:r>
        <w:t>کہ کوئی poor ہے، کوئی گدھا ہے، کوئی کیا ہے۔</w:t>
      </w:r>
    </w:p>
    <w:p>
      <w:r>
        <w:rPr>
          <w:b/>
        </w:rPr>
        <w:t xml:space="preserve">[53:52] </w:t>
      </w:r>
      <w:r>
        <w:t>to mehez speculative tor par samajh liya ke isi ka agla janam hai.</w:t>
      </w:r>
    </w:p>
    <w:p>
      <w:pPr>
        <w:jc w:val="right"/>
      </w:pPr>
      <w:r>
        <w:t>تو محض speculative طور پر سمجھ لیا کہ اسی کا اگلا جنم ہے۔</w:t>
      </w:r>
    </w:p>
    <w:p>
      <w:r>
        <w:rPr>
          <w:b/>
        </w:rPr>
        <w:t xml:space="preserve">[53:57] </w:t>
      </w:r>
      <w:r>
        <w:t>iske muqable mein jo Islam ki theory hai, woh zyada scientific hai.</w:t>
      </w:r>
    </w:p>
    <w:p>
      <w:pPr>
        <w:jc w:val="right"/>
      </w:pPr>
      <w:r>
        <w:t>اس کے مقابلے میں جو اسلام کی theory ہے، وہ زیادہ scientific ہے۔</w:t>
      </w:r>
    </w:p>
    <w:p>
      <w:r>
        <w:rPr>
          <w:b/>
        </w:rPr>
        <w:t xml:space="preserve">[54:03] </w:t>
      </w:r>
      <w:r>
        <w:t>woh kaise? kal mein ek British philosopher ka ek article hamari jo woh granddaughter hai, saadia, use padh</w:t>
      </w:r>
    </w:p>
    <w:p>
      <w:pPr>
        <w:jc w:val="right"/>
      </w:pPr>
      <w:r>
        <w:t>وہ کیسے؟ کل میں ایک British philosopher کا ایک article ہماری جو وہ granddaughter ہے، سعدیہ، اسے پڑھ</w:t>
      </w:r>
    </w:p>
    <w:p>
      <w:r>
        <w:rPr>
          <w:b/>
        </w:rPr>
        <w:t xml:space="preserve">[54:11] </w:t>
      </w:r>
      <w:r>
        <w:t>kar sunaya, mujhe internet se nikal kar ke.</w:t>
      </w:r>
    </w:p>
    <w:p>
      <w:pPr>
        <w:jc w:val="right"/>
      </w:pPr>
      <w:r>
        <w:t>کر سنایا، مجھے انٹرنیٹ سے نکال کر کے۔</w:t>
      </w:r>
    </w:p>
    <w:p>
      <w:r>
        <w:rPr>
          <w:b/>
        </w:rPr>
        <w:t xml:space="preserve">[54:14] </w:t>
      </w:r>
      <w:r>
        <w:t>is ka naam kya hai, sahib? Colin McGinn.</w:t>
      </w:r>
    </w:p>
    <w:p>
      <w:pPr>
        <w:jc w:val="right"/>
      </w:pPr>
      <w:r>
        <w:t>اس کا نام کیا ہے، صاحب؟ Colin McGinn۔</w:t>
      </w:r>
    </w:p>
    <w:p>
      <w:r>
        <w:rPr>
          <w:b/>
        </w:rPr>
        <w:t xml:space="preserve">[54:18] </w:t>
      </w:r>
      <w:r>
        <w:t>Colin McGinn ka article mujhe parh kar sunaya, internet se nikal kar ke.</w:t>
      </w:r>
    </w:p>
    <w:p>
      <w:pPr>
        <w:jc w:val="right"/>
      </w:pPr>
      <w:r>
        <w:t>Colin McGinn کا article مجھے پڑھ کر سنایا، انٹرنیٹ سے نکال کر کے۔</w:t>
      </w:r>
    </w:p>
    <w:p>
      <w:r>
        <w:rPr>
          <w:b/>
        </w:rPr>
        <w:t xml:space="preserve">[54:23] </w:t>
      </w:r>
      <w:r>
        <w:t>to woh yeh kehta hai ke main pehle Khuda ko manta tha, mazhab ko manta tha.</w:t>
      </w:r>
    </w:p>
    <w:p>
      <w:pPr>
        <w:jc w:val="right"/>
      </w:pPr>
      <w:r>
        <w:t>تو وہ یہ کہتا ہے کہ میں پہلے خدا کو مانتا تھا، مذہب کو مانتا تھا۔</w:t>
      </w:r>
    </w:p>
    <w:p>
      <w:r>
        <w:rPr>
          <w:b/>
        </w:rPr>
        <w:t xml:space="preserve">[54:30] </w:t>
      </w:r>
      <w:r>
        <w:t>phir maine mazhab ko chhod diya.</w:t>
      </w:r>
    </w:p>
    <w:p>
      <w:pPr>
        <w:jc w:val="right"/>
      </w:pPr>
      <w:r>
        <w:t>پھر میں نے مذہب کو چھوڑ دیا۔</w:t>
      </w:r>
    </w:p>
    <w:p>
      <w:r>
        <w:rPr>
          <w:b/>
        </w:rPr>
        <w:t xml:space="preserve">[54:33] </w:t>
      </w:r>
      <w:r>
        <w:t>lekin abhi tak main, mera, main peaceful mind mera nahi ho saka.</w:t>
      </w:r>
    </w:p>
    <w:p>
      <w:pPr>
        <w:jc w:val="right"/>
      </w:pPr>
      <w:r>
        <w:t>لیکن ابھی تک میں، میرا، میں peaceful mind میرا نہیں ہو سکا۔</w:t>
      </w:r>
    </w:p>
    <w:p>
      <w:r>
        <w:rPr>
          <w:b/>
        </w:rPr>
        <w:t xml:space="preserve">[54:38] </w:t>
      </w:r>
      <w:r>
        <w:t>to interviewer ne poocha ke kyun aap ko abhi bhi aap satisfied nahi hain? To us ne ek</w:t>
      </w:r>
    </w:p>
    <w:p>
      <w:pPr>
        <w:jc w:val="right"/>
      </w:pPr>
      <w:r>
        <w:t>تو interviewer نے پوچھا کہ کیوں آپ کو ابھی بھی آپ satisfied نہیں ہیں؟ تو اس نے ایک</w:t>
      </w:r>
    </w:p>
    <w:p>
      <w:r>
        <w:rPr>
          <w:b/>
        </w:rPr>
        <w:t xml:space="preserve">[54:46] </w:t>
      </w:r>
      <w:r>
        <w:t>baat yeh kahi ke dunya mein itni burai hai, itna exploitation hai, itne crime hain.</w:t>
      </w:r>
    </w:p>
    <w:p>
      <w:pPr>
        <w:jc w:val="right"/>
      </w:pPr>
      <w:r>
        <w:t>بات یہ کہی کہ دنیا میں اتنی برائی ہے، اتنا exploitation ہے، اتنے crime ہیں۔</w:t>
      </w:r>
    </w:p>
    <w:p>
      <w:r>
        <w:rPr>
          <w:b/>
        </w:rPr>
        <w:t xml:space="preserve">[54:52] </w:t>
      </w:r>
      <w:r>
        <w:t>to main kaise yeh maan loon ke in ko koi punishment nahi milega? Agar main Khuda ko</w:t>
      </w:r>
    </w:p>
    <w:p>
      <w:pPr>
        <w:jc w:val="right"/>
      </w:pPr>
      <w:r>
        <w:t>تو میں کیسے یہ مان لوں کہ ان کو کوئی punishment نہیں ملے گا؟ اگر میں خدا کو</w:t>
      </w:r>
    </w:p>
    <w:p>
      <w:r>
        <w:rPr>
          <w:b/>
        </w:rPr>
        <w:t xml:space="preserve">[55:00] </w:t>
      </w:r>
      <w:r>
        <w:t>na manoon, to is maani mein ke sab log punishment se bach jayenge.</w:t>
      </w:r>
    </w:p>
    <w:p>
      <w:pPr>
        <w:jc w:val="right"/>
      </w:pPr>
      <w:r>
        <w:t>نہ مانوں، تو اس معنی میں کہ سب لوگ punishment سے بچ جائیں گے۔</w:t>
      </w:r>
    </w:p>
    <w:p>
      <w:r>
        <w:rPr>
          <w:b/>
        </w:rPr>
        <w:t xml:space="preserve">[55:06] </w:t>
      </w:r>
      <w:r>
        <w:t>kuch bhi crime kar rahe hain woh.</w:t>
      </w:r>
    </w:p>
    <w:p>
      <w:pPr>
        <w:jc w:val="right"/>
      </w:pPr>
      <w:r>
        <w:t>کچھ بھی crime کر رہے ہیں وہ۔</w:t>
      </w:r>
    </w:p>
    <w:p>
      <w:r>
        <w:rPr>
          <w:b/>
        </w:rPr>
        <w:t xml:space="preserve">[55:09] </w:t>
      </w:r>
      <w:r>
        <w:t>kuch bhi burai dunya mein kar rahe hain woh.</w:t>
      </w:r>
    </w:p>
    <w:p>
      <w:pPr>
        <w:jc w:val="right"/>
      </w:pPr>
      <w:r>
        <w:t>کچھ بھی برائی دنیا میں کر رہے ہیں وہ۔</w:t>
      </w:r>
    </w:p>
    <w:p>
      <w:r>
        <w:rPr>
          <w:b/>
        </w:rPr>
        <w:t xml:space="preserve">[55:13] </w:t>
      </w:r>
      <w:r>
        <w:t>bade se bade evil kar rahe hain woh.</w:t>
      </w:r>
    </w:p>
    <w:p>
      <w:pPr>
        <w:jc w:val="right"/>
      </w:pPr>
      <w:r>
        <w:t>بڑے سے بڑے evil کر رہے ہیں وہ۔</w:t>
      </w:r>
    </w:p>
    <w:p>
      <w:r>
        <w:rPr>
          <w:b/>
        </w:rPr>
        <w:t xml:space="preserve">[55:16] </w:t>
      </w:r>
      <w:r>
        <w:t>lekin mar gaye woh khatam.</w:t>
      </w:r>
    </w:p>
    <w:p>
      <w:pPr>
        <w:jc w:val="right"/>
      </w:pPr>
      <w:r>
        <w:t>لیکن مر گئے وہ ختم۔</w:t>
      </w:r>
    </w:p>
    <w:p>
      <w:r>
        <w:rPr>
          <w:b/>
        </w:rPr>
        <w:t xml:space="preserve">[55:18] </w:t>
      </w:r>
      <w:r>
        <w:t>koi punishment nahi hai in ka.</w:t>
      </w:r>
    </w:p>
    <w:p>
      <w:pPr>
        <w:jc w:val="right"/>
      </w:pPr>
      <w:r>
        <w:t>کوئی punishment نہیں ہے ان کا۔</w:t>
      </w:r>
    </w:p>
    <w:p>
      <w:r>
        <w:rPr>
          <w:b/>
        </w:rPr>
        <w:t xml:space="preserve">[55:21] </w:t>
      </w:r>
      <w:r>
        <w:t>is maani mein ke insaan ka jo mind hai, is ka question baqi rehta hai agar hum Khuda</w:t>
      </w:r>
    </w:p>
    <w:p>
      <w:pPr>
        <w:jc w:val="right"/>
      </w:pPr>
      <w:r>
        <w:t>اس معنی میں کہ انسان کا جو mind ہے، اس کا question باقی رہتا ہے اگر ہم خدا</w:t>
      </w:r>
    </w:p>
    <w:p>
      <w:r>
        <w:rPr>
          <w:b/>
        </w:rPr>
        <w:t xml:space="preserve">[55:29] </w:t>
      </w:r>
      <w:r>
        <w:t>ko na manen.</w:t>
      </w:r>
    </w:p>
    <w:p>
      <w:pPr>
        <w:jc w:val="right"/>
      </w:pPr>
      <w:r>
        <w:t>کو نہ مانیں۔</w:t>
      </w:r>
    </w:p>
    <w:p>
      <w:r>
        <w:rPr>
          <w:b/>
        </w:rPr>
        <w:t xml:space="preserve">[55:30] </w:t>
      </w:r>
      <w:r>
        <w:t>kyunki Khuda ko aap manen, Islam ko manen, to aap ko manna padega ke yahan par malik</w:t>
      </w:r>
    </w:p>
    <w:p>
      <w:pPr>
        <w:jc w:val="right"/>
      </w:pPr>
      <w:r>
        <w:t>کیونکہ خدا کو آپ مانیں، اسلام کو مانیں، تو آپ کو ماننا پڑے گا کہ یہاں پر مالک</w:t>
      </w:r>
    </w:p>
    <w:p>
      <w:r>
        <w:rPr>
          <w:b/>
        </w:rPr>
        <w:t xml:space="preserve">[55:38] </w:t>
      </w:r>
      <w:r>
        <w:t>e yomuddin ka concept hai.</w:t>
      </w:r>
    </w:p>
    <w:p>
      <w:pPr>
        <w:jc w:val="right"/>
      </w:pPr>
      <w:r>
        <w:t>یوم الدین کا concept ہے۔</w:t>
      </w:r>
    </w:p>
    <w:p>
      <w:r>
        <w:rPr>
          <w:b/>
        </w:rPr>
        <w:t xml:space="preserve">[55:40] </w:t>
      </w:r>
      <w:r>
        <w:t>malik e yomuddin.</w:t>
      </w:r>
    </w:p>
    <w:p>
      <w:pPr>
        <w:jc w:val="right"/>
      </w:pPr>
      <w:r>
        <w:t>مالک یوم الدین۔</w:t>
      </w:r>
    </w:p>
    <w:p>
      <w:r>
        <w:rPr>
          <w:b/>
        </w:rPr>
        <w:t xml:space="preserve">[55:42] </w:t>
      </w:r>
      <w:r>
        <w:t>yaani insaan accountable hai Khuda ke aage.</w:t>
      </w:r>
    </w:p>
    <w:p>
      <w:pPr>
        <w:jc w:val="right"/>
      </w:pPr>
      <w:r>
        <w:t>یعنی انسان accountable ہے خدا کے آگے۔</w:t>
      </w:r>
    </w:p>
    <w:p>
      <w:r>
        <w:rPr>
          <w:b/>
        </w:rPr>
        <w:t xml:space="preserve">[55:45] </w:t>
      </w:r>
      <w:r>
        <w:t>accountable hai Khuda ke aage.</w:t>
      </w:r>
    </w:p>
    <w:p>
      <w:pPr>
        <w:jc w:val="right"/>
      </w:pPr>
      <w:r>
        <w:t>Accountable ہے خدا کے آگے۔</w:t>
      </w:r>
    </w:p>
    <w:p>
      <w:r>
        <w:rPr>
          <w:b/>
        </w:rPr>
        <w:t xml:space="preserve">[55:47] </w:t>
      </w:r>
      <w:r>
        <w:t>insaan ko is ke amal ke mutabiq badla diya jayega.</w:t>
      </w:r>
    </w:p>
    <w:p>
      <w:pPr>
        <w:jc w:val="right"/>
      </w:pPr>
      <w:r>
        <w:t>انسان کو اس کے عمل کے مطابق بدلہ دیا جائے گا۔</w:t>
      </w:r>
    </w:p>
    <w:p>
      <w:r>
        <w:rPr>
          <w:b/>
        </w:rPr>
        <w:t xml:space="preserve">[55:51] </w:t>
      </w:r>
      <w:r>
        <w:t>achha ya bura.</w:t>
      </w:r>
    </w:p>
    <w:p>
      <w:pPr>
        <w:jc w:val="right"/>
      </w:pPr>
      <w:r>
        <w:t>اچھا یا برا۔</w:t>
      </w:r>
    </w:p>
    <w:p>
      <w:r>
        <w:rPr>
          <w:b/>
        </w:rPr>
        <w:t xml:space="preserve">[55:53] </w:t>
      </w:r>
      <w:r>
        <w:t>to yeh accountability ka jo concept hai, is ke baghair zindagi unexplained rehti hai.</w:t>
      </w:r>
    </w:p>
    <w:p>
      <w:pPr>
        <w:jc w:val="right"/>
      </w:pPr>
      <w:r>
        <w:t>تو یہ accountability کا جو concept ہے، اس کے بغیر زندگی unexplained رہتی ہے۔</w:t>
      </w:r>
    </w:p>
    <w:p>
      <w:r>
        <w:rPr>
          <w:b/>
        </w:rPr>
        <w:t xml:space="preserve">[55:59] </w:t>
      </w:r>
      <w:r>
        <w:t>unexplained۔</w:t>
      </w:r>
    </w:p>
    <w:p>
      <w:pPr>
        <w:jc w:val="right"/>
      </w:pPr>
      <w:r>
        <w:t>Unexplained۔</w:t>
      </w:r>
    </w:p>
    <w:p>
      <w:r>
        <w:rPr>
          <w:b/>
        </w:rPr>
        <w:t xml:space="preserve">[56:00] </w:t>
      </w:r>
      <w:r>
        <w:t>keh dunya mein acha karne wale safar karte hain, museebat uthate hain, unhein koi badla na milay۔</w:t>
      </w:r>
    </w:p>
    <w:p>
      <w:pPr>
        <w:jc w:val="right"/>
      </w:pPr>
      <w:r>
        <w:t>کہ دنیا میں اچھا کرنے والے سفر کرتے ہیں، مصیبت اٹھاتے ہیں، انہیں کوئی بدلہ نہ ملے۔</w:t>
      </w:r>
    </w:p>
    <w:p>
      <w:r>
        <w:rPr>
          <w:b/>
        </w:rPr>
        <w:t xml:space="preserve">[56:08] </w:t>
      </w:r>
      <w:r>
        <w:t>aur bura karne wale flourish karte hain, un ko koi punishment na un ko diya jaye۔</w:t>
      </w:r>
    </w:p>
    <w:p>
      <w:pPr>
        <w:jc w:val="right"/>
      </w:pPr>
      <w:r>
        <w:t>اور برا کرنے والے flourish کرتے ہیں، ان کو کوئی punishment نہ ان کو دیا جائے۔</w:t>
      </w:r>
    </w:p>
    <w:p>
      <w:r>
        <w:rPr>
          <w:b/>
        </w:rPr>
        <w:t xml:space="preserve">[56:15] </w:t>
      </w:r>
      <w:r>
        <w:t>to yeh jo faraham raah hai, yeh unexplained rehta hai۔</w:t>
      </w:r>
    </w:p>
    <w:p>
      <w:pPr>
        <w:jc w:val="right"/>
      </w:pPr>
      <w:r>
        <w:t>تو یہ جو فراہم راہ ہے، یہ unexplained رہتا ہے۔</w:t>
      </w:r>
    </w:p>
    <w:p>
      <w:r>
        <w:rPr>
          <w:b/>
        </w:rPr>
        <w:t xml:space="preserve">[56:19] </w:t>
      </w:r>
      <w:r>
        <w:t>lekin jab hum manen accountability ka concept, malik-e-yom-ud-deen ka concept, to foran woh explain ho jati</w:t>
      </w:r>
    </w:p>
    <w:p>
      <w:pPr>
        <w:jc w:val="right"/>
      </w:pPr>
      <w:r>
        <w:t>لیکن جب ہم مانیں accountability کا concept، مالک یوم الدین کا concept، تو فوراً وہ explain ہو جاتی</w:t>
      </w:r>
    </w:p>
    <w:p>
      <w:r>
        <w:rPr>
          <w:b/>
        </w:rPr>
        <w:t xml:space="preserve">[56:27] </w:t>
      </w:r>
      <w:r>
        <w:t>hai woh cheez۔</w:t>
      </w:r>
    </w:p>
    <w:p>
      <w:pPr>
        <w:jc w:val="right"/>
      </w:pPr>
      <w:r>
        <w:t>ہے وہ چیز۔</w:t>
      </w:r>
    </w:p>
    <w:p>
      <w:r>
        <w:rPr>
          <w:b/>
        </w:rPr>
        <w:t xml:space="preserve">[56:28] </w:t>
      </w:r>
      <w:r>
        <w:t>phir science ne yeh bhi bataya hai keh hamari body jo hai, yeh vehicle hai sirf hamare mind</w:t>
      </w:r>
    </w:p>
    <w:p>
      <w:pPr>
        <w:jc w:val="right"/>
      </w:pPr>
      <w:r>
        <w:t>پھر سائنس نے یہ بھی بتایا ہے کہ ہماری body جو ہے، یہ vehicle ہے صرف ہمارے mind</w:t>
      </w:r>
    </w:p>
    <w:p>
      <w:r>
        <w:rPr>
          <w:b/>
        </w:rPr>
        <w:t xml:space="preserve">[56:36] </w:t>
      </w:r>
      <w:r>
        <w:t>ka۔</w:t>
      </w:r>
    </w:p>
    <w:p>
      <w:pPr>
        <w:jc w:val="right"/>
      </w:pPr>
      <w:r>
        <w:t>کا۔</w:t>
      </w:r>
    </w:p>
    <w:p>
      <w:r>
        <w:rPr>
          <w:b/>
        </w:rPr>
        <w:t xml:space="preserve">[56:37] </w:t>
      </w:r>
      <w:r>
        <w:t>yeh badalti rehti hai۔</w:t>
      </w:r>
    </w:p>
    <w:p>
      <w:pPr>
        <w:jc w:val="right"/>
      </w:pPr>
      <w:r>
        <w:t>یہ بدلتی رہتی ہے۔</w:t>
      </w:r>
    </w:p>
    <w:p>
      <w:r>
        <w:rPr>
          <w:b/>
        </w:rPr>
        <w:t xml:space="preserve">[56:39] </w:t>
      </w:r>
      <w:r>
        <w:t>har das paanch saal mein badal kar naya vehicle aa jata hai۔</w:t>
      </w:r>
    </w:p>
    <w:p>
      <w:pPr>
        <w:jc w:val="right"/>
      </w:pPr>
      <w:r>
        <w:t>ہر دس پانچ سال میں بدل کر نیا vehicle آ جاتا ہے۔</w:t>
      </w:r>
    </w:p>
    <w:p>
      <w:r>
        <w:rPr>
          <w:b/>
        </w:rPr>
        <w:t xml:space="preserve">[56:44] </w:t>
      </w:r>
      <w:r>
        <w:t>to maut ke baad kya hai? yeh to hua keh vehicle badal liya hamare mind ne۔</w:t>
      </w:r>
    </w:p>
    <w:p>
      <w:pPr>
        <w:jc w:val="right"/>
      </w:pPr>
      <w:r>
        <w:t>تو موت کے بعد کیا ہے؟ یہ تو ہوا کہ vehicle بدل لیا ہمارے mind نے۔</w:t>
      </w:r>
    </w:p>
    <w:p>
      <w:r>
        <w:rPr>
          <w:b/>
        </w:rPr>
        <w:t xml:space="preserve">[56:51] </w:t>
      </w:r>
      <w:r>
        <w:t>to zindagi mein, yani before death bhi woh badal chuka tha kai vehicle۔</w:t>
      </w:r>
    </w:p>
    <w:p>
      <w:pPr>
        <w:jc w:val="right"/>
      </w:pPr>
      <w:r>
        <w:t>تو زندگی میں، یعنی before death بھی وہ بدل چکا تھا کئی vehicle۔</w:t>
      </w:r>
    </w:p>
    <w:p>
      <w:r>
        <w:rPr>
          <w:b/>
        </w:rPr>
        <w:t xml:space="preserve">[56:57] </w:t>
      </w:r>
      <w:r>
        <w:t>to ek vehicle aur badal le ga woh maut ke baad? to sari cheezein jo hain, science mein</w:t>
      </w:r>
    </w:p>
    <w:p>
      <w:pPr>
        <w:jc w:val="right"/>
      </w:pPr>
      <w:r>
        <w:t>تو ایک vehicle اور بدل لے گا وہ موت کے بعد؟ تو ساری چیزیں جو ہیں، سائنس میں</w:t>
      </w:r>
    </w:p>
    <w:p>
      <w:r>
        <w:rPr>
          <w:b/>
        </w:rPr>
        <w:t xml:space="preserve">[57:04] </w:t>
      </w:r>
      <w:r>
        <w:t>explain ho rahi hain۔</w:t>
      </w:r>
    </w:p>
    <w:p>
      <w:pPr>
        <w:jc w:val="right"/>
      </w:pPr>
      <w:r>
        <w:t>explain ہو رہی ہیں۔</w:t>
      </w:r>
    </w:p>
    <w:p>
      <w:r>
        <w:rPr>
          <w:b/>
        </w:rPr>
        <w:t xml:space="preserve">[57:06] </w:t>
      </w:r>
      <w:r>
        <w:t>yeh Islam ki theories hain۔</w:t>
      </w:r>
    </w:p>
    <w:p>
      <w:pPr>
        <w:jc w:val="right"/>
      </w:pPr>
      <w:r>
        <w:t>یہ اسلام کی theories ہیں۔</w:t>
      </w:r>
    </w:p>
    <w:p>
      <w:r>
        <w:rPr>
          <w:b/>
        </w:rPr>
        <w:t xml:space="preserve">[57:08] </w:t>
      </w:r>
      <w:r>
        <w:t>baqi jo theories hain, baqi jo afkar hain, woh scientific age mein explain nahi hote woh۔</w:t>
      </w:r>
    </w:p>
    <w:p>
      <w:pPr>
        <w:jc w:val="right"/>
      </w:pPr>
      <w:r>
        <w:t>بقیہ جو theories ہیں، بقیہ جو افکار ہیں، وہ scientific age میں explain نہیں ہوتے وہ۔</w:t>
      </w:r>
    </w:p>
    <w:p>
      <w:r>
        <w:rPr>
          <w:b/>
        </w:rPr>
        <w:t xml:space="preserve">[57:15] </w:t>
      </w:r>
      <w:r>
        <w:t>woh myth nazar aate hain logon ko۔</w:t>
      </w:r>
    </w:p>
    <w:p>
      <w:pPr>
        <w:jc w:val="right"/>
      </w:pPr>
      <w:r>
        <w:t>وہ myth نظر آتے ہیں لوگوں کو۔</w:t>
      </w:r>
    </w:p>
    <w:p>
      <w:r>
        <w:rPr>
          <w:b/>
        </w:rPr>
        <w:t xml:space="preserve">[57:18] </w:t>
      </w:r>
      <w:r>
        <w:t>is wajah se main yeh kahoon ga keh science ke zamanay mein jo mazhab stand kar raha hai,</w:t>
      </w:r>
    </w:p>
    <w:p>
      <w:pPr>
        <w:jc w:val="right"/>
      </w:pPr>
      <w:r>
        <w:t>اس وجہ سے میں یہ کہوں گا کہ سائنس کے زمانے میں جو مذہب stand کر رہا ہے،</w:t>
      </w:r>
    </w:p>
    <w:p>
      <w:r>
        <w:rPr>
          <w:b/>
        </w:rPr>
        <w:t xml:space="preserve">[57:26] </w:t>
      </w:r>
      <w:r>
        <w:t>woh sirf Islam hai۔</w:t>
      </w:r>
    </w:p>
    <w:p>
      <w:pPr>
        <w:jc w:val="right"/>
      </w:pPr>
      <w:r>
        <w:t>وہ صرف اسلام ہے۔</w:t>
      </w:r>
    </w:p>
    <w:p>
      <w:r>
        <w:rPr>
          <w:b/>
        </w:rPr>
        <w:t xml:space="preserve">[57:27] </w:t>
      </w:r>
      <w:r>
        <w:t>aur koi system, religious system, stand nahi kar sakta hai۔</w:t>
      </w:r>
    </w:p>
    <w:p>
      <w:pPr>
        <w:jc w:val="right"/>
      </w:pPr>
      <w:r>
        <w:t>اور کوئی system، religious system، stand نہیں کر سکتا ہے۔</w:t>
      </w:r>
    </w:p>
    <w:p>
      <w:r>
        <w:rPr>
          <w:b/>
        </w:rPr>
        <w:t xml:space="preserve">[57:32] </w:t>
      </w:r>
      <w:r>
        <w:t>logic par, reason par, aur scientific scrutiny par۔</w:t>
      </w:r>
    </w:p>
    <w:p>
      <w:pPr>
        <w:jc w:val="right"/>
      </w:pPr>
      <w:r>
        <w:t>Logic پر، reason پر، اور scientific scrutiny پر۔</w:t>
      </w:r>
    </w:p>
    <w:p>
      <w:r>
        <w:rPr>
          <w:b/>
        </w:rPr>
        <w:t xml:space="preserve">[57:35] </w:t>
      </w:r>
      <w:r>
        <w:t>scientific scrutiny par woh stand nahi karta hai۔</w:t>
      </w:r>
    </w:p>
    <w:p>
      <w:pPr>
        <w:jc w:val="right"/>
      </w:pPr>
      <w:r>
        <w:t>Scientific scrutiny پر وہ stand نہیں کرتا ہے۔</w:t>
      </w:r>
    </w:p>
    <w:p>
      <w:r>
        <w:rPr>
          <w:b/>
        </w:rPr>
        <w:t xml:space="preserve">[57:39] </w:t>
      </w:r>
      <w:r>
        <w:t>to yeh koi fakhr ki baat nahi hai۔</w:t>
      </w:r>
    </w:p>
    <w:p>
      <w:pPr>
        <w:jc w:val="right"/>
      </w:pPr>
      <w:r>
        <w:t>تو یہ کوئی فخر کی بات نہیں ہے۔</w:t>
      </w:r>
    </w:p>
    <w:p>
      <w:r>
        <w:rPr>
          <w:b/>
        </w:rPr>
        <w:t xml:space="preserve">[57:42] </w:t>
      </w:r>
      <w:r>
        <w:t>yeh shukr ki baat hai۔</w:t>
      </w:r>
    </w:p>
    <w:p>
      <w:pPr>
        <w:jc w:val="right"/>
      </w:pPr>
      <w:r>
        <w:t>یہ شکر کی بات ہے۔</w:t>
      </w:r>
    </w:p>
    <w:p>
      <w:r>
        <w:rPr>
          <w:b/>
        </w:rPr>
        <w:t xml:space="preserve">[57:44] </w:t>
      </w:r>
      <w:r>
        <w:t>aur zimmedari ki baat hai۔</w:t>
      </w:r>
    </w:p>
    <w:p>
      <w:pPr>
        <w:jc w:val="right"/>
      </w:pPr>
      <w:r>
        <w:t>اور ذمہ داری کی بات ہے۔</w:t>
      </w:r>
    </w:p>
    <w:p>
      <w:r>
        <w:rPr>
          <w:b/>
        </w:rPr>
        <w:t xml:space="preserve">[57:47] </w:t>
      </w:r>
      <w:r>
        <w:t>ab hamari yeh zimmedari banti hai ke hum is mazhab ko, is sachai ko, is divine truth</w:t>
      </w:r>
    </w:p>
    <w:p>
      <w:pPr>
        <w:jc w:val="right"/>
      </w:pPr>
      <w:r>
        <w:t>اب ہماری یہ ذمہ داری بنتی ہے کہ ہم اس مذہب کو، اس سچائی کو، اس divine truth</w:t>
      </w:r>
    </w:p>
    <w:p>
      <w:r>
        <w:rPr>
          <w:b/>
        </w:rPr>
        <w:t xml:space="preserve">[57:54] </w:t>
      </w:r>
      <w:r>
        <w:t>ko sari dunya tak pohncha dain.</w:t>
      </w:r>
    </w:p>
    <w:p>
      <w:pPr>
        <w:jc w:val="right"/>
      </w:pPr>
      <w:r>
        <w:t>کو ساری دنیا تک پہنچا دیں۔</w:t>
      </w:r>
    </w:p>
    <w:p>
      <w:r>
        <w:rPr>
          <w:b/>
        </w:rPr>
        <w:t xml:space="preserve">[57:57] </w:t>
      </w:r>
      <w:r>
        <w:t>yeh hai daawa o work.</w:t>
      </w:r>
    </w:p>
    <w:p>
      <w:pPr>
        <w:jc w:val="right"/>
      </w:pPr>
      <w:r>
        <w:t>یہ ہے دعویٰ و work۔</w:t>
      </w:r>
    </w:p>
    <w:p>
      <w:r>
        <w:rPr>
          <w:b/>
        </w:rPr>
        <w:t xml:space="preserve">[57:59] </w:t>
      </w:r>
      <w:r>
        <w:t>aqool qooli haaza wastaghfirullaha li walakum ajmaeen.</w:t>
      </w:r>
    </w:p>
    <w:p>
      <w:pPr>
        <w:jc w:val="right"/>
      </w:pPr>
      <w:r>
        <w:t>أقول قولي هذا واستغفر الله لي ولكم أجمعين.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