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In The Light Of Its Scriptures I 22nd Feb. 07</w:t>
      </w:r>
    </w:p>
    <w:p>
      <w:r>
        <w:t>https://www.youtube.com/watch?v=SCXsWiy6ikI</w:t>
      </w:r>
    </w:p>
    <w:p>
      <w:r>
        <w:rPr>
          <w:b/>
        </w:rPr>
        <w:t xml:space="preserve">[00:01] </w:t>
      </w:r>
      <w:r>
        <w:t>bismillah rahman rahim, wa salallahu ala nabiyyil karim.</w:t>
      </w:r>
    </w:p>
    <w:p>
      <w:pPr>
        <w:jc w:val="right"/>
      </w:pPr>
      <w:r>
        <w:t>بسم اللہ الرحمن الرحیم، وصلی اللہ علی النبی الکریم۔</w:t>
      </w:r>
    </w:p>
    <w:p>
      <w:r>
        <w:rPr>
          <w:b/>
        </w:rPr>
        <w:t xml:space="preserve">[00:08]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[00:16] </w:t>
      </w:r>
      <w:r>
        <w:t>The topic for this day is the picture of Islam in the light of its scriptures.</w:t>
      </w:r>
    </w:p>
    <w:p>
      <w:pPr>
        <w:jc w:val="right"/>
      </w:pPr>
      <w:r>
        <w:t>دا ٹاپک فار دس ڈے از دا پکچر آف اسلام ان دا لائٹ آف اٹس سکرپچرز۔</w:t>
      </w:r>
    </w:p>
    <w:p>
      <w:r>
        <w:rPr>
          <w:b/>
        </w:rPr>
        <w:t xml:space="preserve">[00:24] </w:t>
      </w:r>
      <w:r>
        <w:t>You know, people are generally tend to understand Islam in the light of Muslim practices, because Muslims are</w:t>
      </w:r>
    </w:p>
    <w:p>
      <w:pPr>
        <w:jc w:val="right"/>
      </w:pPr>
      <w:r>
        <w:t>یو نو، پیپل ار جنرلی ٹینڈ ٹو انڈرسٹینڈ اسلام ان دا لائٹ آف مسلم پریکٹسز، بیکاز مسلمز ار</w:t>
      </w:r>
    </w:p>
    <w:p>
      <w:r>
        <w:rPr>
          <w:b/>
        </w:rPr>
        <w:t xml:space="preserve">[00:32] </w:t>
      </w:r>
      <w:r>
        <w:t>in their intact, Muslims are in their contact on daily basis.</w:t>
      </w:r>
    </w:p>
    <w:p>
      <w:pPr>
        <w:jc w:val="right"/>
      </w:pPr>
      <w:r>
        <w:t>ان دیر انٹیکٹ، مسلمز ار ان دیر کنٹیکٹ ان ڈیلی بیسس۔</w:t>
      </w:r>
    </w:p>
    <w:p>
      <w:r>
        <w:rPr>
          <w:b/>
        </w:rPr>
        <w:t xml:space="preserve">[00:40] </w:t>
      </w:r>
      <w:r>
        <w:t>They save Muslims in the cities, they save Muslims in the media.</w:t>
      </w:r>
    </w:p>
    <w:p>
      <w:pPr>
        <w:jc w:val="right"/>
      </w:pPr>
      <w:r>
        <w:t>دے سیو مسلمز ان دا سٹیز، دے سیو مسلمز ان دا میڈیا۔</w:t>
      </w:r>
    </w:p>
    <w:p>
      <w:r>
        <w:rPr>
          <w:b/>
        </w:rPr>
        <w:t xml:space="preserve">[00:48] </w:t>
      </w:r>
      <w:r>
        <w:t>Everywhere they met Muslims, they experienced Muslims' speeches and Muslims' action.</w:t>
      </w:r>
    </w:p>
    <w:p>
      <w:pPr>
        <w:jc w:val="right"/>
      </w:pPr>
      <w:r>
        <w:t>ایوری ویر دے میٹ مسلمز، دے ایکسپیرینس مسلمز سپیچز اینڈ مسلمز ایکشن۔</w:t>
      </w:r>
    </w:p>
    <w:p>
      <w:r>
        <w:rPr>
          <w:b/>
        </w:rPr>
        <w:t xml:space="preserve">[00:56] </w:t>
      </w:r>
      <w:r>
        <w:t>سو، consciously یا unconsciously، people take Muslims as the representative of Islam, but it is wrong.</w:t>
      </w:r>
    </w:p>
    <w:p>
      <w:pPr>
        <w:jc w:val="right"/>
      </w:pPr>
      <w:r>
        <w:t>سو، کانشیسلی یا انکانشیسلی، پیپل ٹیک مسلمز ایز دا ریپریزنٹیٹیو آف اسلام، بٹ اٹ از رونگ۔</w:t>
      </w:r>
    </w:p>
    <w:p>
      <w:r>
        <w:rPr>
          <w:b/>
        </w:rPr>
        <w:t xml:space="preserve">[01:04] </w:t>
      </w:r>
      <w:r>
        <w:t>Muslims are those people who claim to be the followers of Islam, they themselves are not representative of Islam.</w:t>
      </w:r>
    </w:p>
    <w:p>
      <w:pPr>
        <w:jc w:val="right"/>
      </w:pPr>
      <w:r>
        <w:t>مسلمز ار دوز پیپل ہو کلیم ٹو بی دا فالوورز آف اسلام، دے دیم سیلفس ار ناٹ ریپریزنٹیٹیو آف اسلام۔</w:t>
      </w:r>
    </w:p>
    <w:p>
      <w:r>
        <w:rPr>
          <w:b/>
        </w:rPr>
        <w:t xml:space="preserve">[01:12] </w:t>
      </w:r>
      <w:r>
        <w:t>Islam is an ideology, and Muslims are a group, a community.</w:t>
      </w:r>
    </w:p>
    <w:p>
      <w:pPr>
        <w:jc w:val="right"/>
      </w:pPr>
      <w:r>
        <w:t>اسلام از این آئیڈیالوجی، اینڈ مسلمز ار ا گروپ، ا کمیونٹی۔</w:t>
      </w:r>
    </w:p>
    <w:p>
      <w:r>
        <w:rPr>
          <w:b/>
        </w:rPr>
        <w:t xml:space="preserve">[01:19] </w:t>
      </w:r>
      <w:r>
        <w:t>So, you have to differentiate between Islam and Muslims.</w:t>
      </w:r>
    </w:p>
    <w:p>
      <w:pPr>
        <w:jc w:val="right"/>
      </w:pPr>
      <w:r>
        <w:t>سو، یو ہیو ٹو ڈیفرنشیٹ بٹوین اسلام اینڈ مسلمز۔</w:t>
      </w:r>
    </w:p>
    <w:p>
      <w:r>
        <w:rPr>
          <w:b/>
        </w:rPr>
        <w:t xml:space="preserve">[01:27] </w:t>
      </w:r>
      <w:r>
        <w:t>You have to see Muslims in the light of Islamic teachings, and not vice versa.</w:t>
      </w:r>
    </w:p>
    <w:p>
      <w:pPr>
        <w:jc w:val="right"/>
      </w:pPr>
      <w:r>
        <w:t>یو ہیو ٹو سی مسلمز ان دا لائٹ آف اسلامک ٹیچنگز، اینڈ ناٹ وائس ورسا۔</w:t>
      </w:r>
    </w:p>
    <w:p>
      <w:r>
        <w:rPr>
          <w:b/>
        </w:rPr>
        <w:t xml:space="preserve">[01:35] </w:t>
      </w:r>
      <w:r>
        <w:t>Today, I will try to give a short description of Islam in the light of scriptures.</w:t>
      </w:r>
    </w:p>
    <w:p>
      <w:pPr>
        <w:jc w:val="right"/>
      </w:pPr>
      <w:r>
        <w:t>ٹوڈے، ائی ویل ٹرائی ٹو گیو اپ ا شارٹ ڈسکرپشن آف اسلام ان دا لائٹ آف سکرپچرز۔</w:t>
      </w:r>
    </w:p>
    <w:p>
      <w:r>
        <w:rPr>
          <w:b/>
        </w:rPr>
        <w:t xml:space="preserve">[01:43] </w:t>
      </w:r>
      <w:r>
        <w:t>First of all, you have to know what I mean by scriptures.</w:t>
      </w:r>
    </w:p>
    <w:p>
      <w:pPr>
        <w:jc w:val="right"/>
      </w:pPr>
      <w:r>
        <w:t>فرسٹ آف آل، یو ہیو ٹو نو واٹ ائی مین بائی سکرپچرز۔</w:t>
      </w:r>
    </w:p>
    <w:p>
      <w:r>
        <w:rPr>
          <w:b/>
        </w:rPr>
        <w:t xml:space="preserve">[01:51] </w:t>
      </w:r>
      <w:r>
        <w:t>Scriptures are the only authentic source of Islam.</w:t>
      </w:r>
    </w:p>
    <w:p>
      <w:pPr>
        <w:jc w:val="right"/>
      </w:pPr>
      <w:r>
        <w:t>سکرپچرز ار دا اونلی اتھنٹک سورس آف اسلام۔</w:t>
      </w:r>
    </w:p>
    <w:p>
      <w:r>
        <w:rPr>
          <w:b/>
        </w:rPr>
        <w:t xml:space="preserve">[01:59] </w:t>
      </w:r>
      <w:r>
        <w:t>The first source is the Quran.</w:t>
      </w:r>
    </w:p>
    <w:p>
      <w:pPr>
        <w:jc w:val="right"/>
      </w:pPr>
      <w:r>
        <w:t>دا فرسٹ سورس از دی القرآن۔</w:t>
      </w:r>
    </w:p>
    <w:p>
      <w:r>
        <w:rPr>
          <w:b/>
        </w:rPr>
        <w:t xml:space="preserve">[02:07] </w:t>
      </w:r>
      <w:r>
        <w:t>Quran is a revealed book.</w:t>
      </w:r>
    </w:p>
    <w:p>
      <w:pPr>
        <w:jc w:val="right"/>
      </w:pPr>
      <w:r>
        <w:t>قرآن از ریویلڈ بک۔</w:t>
      </w:r>
    </w:p>
    <w:p>
      <w:r>
        <w:rPr>
          <w:b/>
        </w:rPr>
        <w:t xml:space="preserve">[02:15] </w:t>
      </w:r>
      <w:r>
        <w:t>Quran was revealed by God to the Prophet Muhammad.</w:t>
      </w:r>
    </w:p>
    <w:p>
      <w:pPr>
        <w:jc w:val="right"/>
      </w:pPr>
      <w:r>
        <w:t>قرآن واز ریویلڈ بائی گاڈ ٹو دا پرافٹ محمد۔</w:t>
      </w:r>
    </w:p>
    <w:p>
      <w:r>
        <w:rPr>
          <w:b/>
        </w:rPr>
        <w:t xml:space="preserve">[02:23] </w:t>
      </w:r>
      <w:r>
        <w:t>So, Quran is the word of God.</w:t>
      </w:r>
    </w:p>
    <w:p>
      <w:pPr>
        <w:jc w:val="right"/>
      </w:pPr>
      <w:r>
        <w:t>سو، قرآن از ا ورڈ آف گاڈ۔</w:t>
      </w:r>
    </w:p>
    <w:p>
      <w:r>
        <w:rPr>
          <w:b/>
        </w:rPr>
        <w:t xml:space="preserve">[02:30] </w:t>
      </w:r>
      <w:r>
        <w:t>It is a revealed book.</w:t>
      </w:r>
    </w:p>
    <w:p>
      <w:pPr>
        <w:jc w:val="right"/>
      </w:pPr>
      <w:r>
        <w:t>اٹ از ا ریویلڈ بک۔</w:t>
      </w:r>
    </w:p>
    <w:p>
      <w:r>
        <w:rPr>
          <w:b/>
        </w:rPr>
        <w:t xml:space="preserve">[02:38] </w:t>
      </w:r>
      <w:r>
        <w:t>Quran is the first and most important source of Islam.</w:t>
      </w:r>
    </w:p>
    <w:p>
      <w:pPr>
        <w:jc w:val="right"/>
      </w:pPr>
      <w:r>
        <w:t>قرآن از دا فرسٹ اینڈ موسٹ امپورٹنٹ سورس آف اسلام۔</w:t>
      </w:r>
    </w:p>
    <w:p>
      <w:r>
        <w:rPr>
          <w:b/>
        </w:rPr>
        <w:t xml:space="preserve">[02:46] </w:t>
      </w:r>
      <w:r>
        <w:t>Quran was not revealed as a complete book.</w:t>
      </w:r>
    </w:p>
    <w:p>
      <w:pPr>
        <w:jc w:val="right"/>
      </w:pPr>
      <w:r>
        <w:t>قرآن واز ناٹ ریویلڈ ایز ا کمپلیٹ بک۔</w:t>
      </w:r>
    </w:p>
    <w:p>
      <w:r>
        <w:rPr>
          <w:b/>
        </w:rPr>
        <w:t xml:space="preserve">[02:54] </w:t>
      </w:r>
      <w:r>
        <w:t>It was revealed as a periodical revelation.</w:t>
      </w:r>
    </w:p>
    <w:p>
      <w:pPr>
        <w:jc w:val="right"/>
      </w:pPr>
      <w:r>
        <w:t>اٹ واز ریویلڈ ایز ا پیریڈیکل ریولیشن۔</w:t>
      </w:r>
    </w:p>
    <w:p>
      <w:r>
        <w:rPr>
          <w:b/>
        </w:rPr>
        <w:t xml:space="preserve">[03:02] </w:t>
      </w:r>
      <w:r>
        <w:t>It started in 610 AD, and it was completed in 632 AD, during 23 years.</w:t>
      </w:r>
    </w:p>
    <w:p>
      <w:pPr>
        <w:jc w:val="right"/>
      </w:pPr>
      <w:r>
        <w:t>اٹ سٹارٹڈ ان 610 اے ڈی، اینڈ اٹ واز کمپلیٹڈ ان 632 اے ڈی، ڈیورنگ 23 ایئرز۔</w:t>
      </w:r>
    </w:p>
    <w:p>
      <w:r>
        <w:rPr>
          <w:b/>
        </w:rPr>
        <w:t xml:space="preserve">[03:10] </w:t>
      </w:r>
      <w:r>
        <w:t>So, these revelations were sent to the prophet periodically.</w:t>
      </w:r>
    </w:p>
    <w:p>
      <w:pPr>
        <w:jc w:val="right"/>
      </w:pPr>
      <w:r>
        <w:t>سو، دیز ریولیشنز ویر سینڈ ٹو دا پرافٹ پیریڈیکلی۔</w:t>
      </w:r>
    </w:p>
    <w:p>
      <w:r>
        <w:rPr>
          <w:b/>
        </w:rPr>
        <w:t xml:space="preserve">[03:18] </w:t>
      </w:r>
      <w:r>
        <w:t>The Prophet, under the guidance of the angel Jibreel, compiled all those revelations, and it is this compilation.</w:t>
      </w:r>
    </w:p>
    <w:p>
      <w:pPr>
        <w:jc w:val="right"/>
      </w:pPr>
      <w:r>
        <w:t>دین پرافٹ، انڈر دا گائیڈنس آف دا اینجل جبرائیل، کمپائلڈ آل دوز ریولیشنز، اینڈ اٹ از دس کمپائلیشن۔</w:t>
      </w:r>
    </w:p>
    <w:p>
      <w:r>
        <w:rPr>
          <w:b/>
        </w:rPr>
        <w:t xml:space="preserve">[03:26] </w:t>
      </w:r>
      <w:r>
        <w:t>that we see the Quran.</w:t>
      </w:r>
    </w:p>
    <w:p>
      <w:pPr>
        <w:jc w:val="right"/>
      </w:pPr>
      <w:r>
        <w:t>دیٹ وی سی القرآن۔</w:t>
      </w:r>
    </w:p>
    <w:p>
      <w:r>
        <w:rPr>
          <w:b/>
        </w:rPr>
        <w:t xml:space="preserve">[03:34] </w:t>
      </w:r>
      <w:r>
        <w:t>Quran is a compiled book, and this is the way of revelation.</w:t>
      </w:r>
    </w:p>
    <w:p>
      <w:pPr>
        <w:jc w:val="right"/>
      </w:pPr>
      <w:r>
        <w:t>قرآن از ا کمپائلڈ بک، اینڈ دس از دا وے آف ریولیشن۔</w:t>
      </w:r>
    </w:p>
    <w:p>
      <w:r>
        <w:rPr>
          <w:b/>
        </w:rPr>
        <w:t xml:space="preserve">[03:41] </w:t>
      </w:r>
      <w:r>
        <w:t>Deen, the second source is Hadith.</w:t>
      </w:r>
    </w:p>
    <w:p>
      <w:pPr>
        <w:jc w:val="right"/>
      </w:pPr>
      <w:r>
        <w:t>دین دا سیکنڈ سورس از حدیث۔</w:t>
      </w:r>
    </w:p>
    <w:p>
      <w:r>
        <w:rPr>
          <w:b/>
        </w:rPr>
        <w:t xml:space="preserve">[03:49] </w:t>
      </w:r>
      <w:r>
        <w:t>Hadith literally means saying.</w:t>
      </w:r>
    </w:p>
    <w:p>
      <w:pPr>
        <w:jc w:val="right"/>
      </w:pPr>
      <w:r>
        <w:t>حدیث لٹرلی مینز سینگ۔</w:t>
      </w:r>
    </w:p>
    <w:p>
      <w:r>
        <w:rPr>
          <w:b/>
        </w:rPr>
        <w:t xml:space="preserve">[03:57] </w:t>
      </w:r>
      <w:r>
        <w:t>As an Islamic term, it means sayings of the Prophet.</w:t>
      </w:r>
    </w:p>
    <w:p>
      <w:pPr>
        <w:jc w:val="right"/>
      </w:pPr>
      <w:r>
        <w:t>ایز ا اسلامک ٹرم، اٹ مینز سینگز آف دی پرافٹ۔</w:t>
      </w:r>
    </w:p>
    <w:p>
      <w:r>
        <w:rPr>
          <w:b/>
        </w:rPr>
        <w:t xml:space="preserve">[04:05] </w:t>
      </w:r>
      <w:r>
        <w:t>So, all those sayings of the Prophet were compiled after death of the Prophet.</w:t>
      </w:r>
    </w:p>
    <w:p>
      <w:pPr>
        <w:jc w:val="right"/>
      </w:pPr>
      <w:r>
        <w:t>سو، آل دوز سینگز آف دا پرافٹ ویر کمپائلڈ آفٹر ڈیتھ آف دا پرافٹ۔</w:t>
      </w:r>
    </w:p>
    <w:p>
      <w:r>
        <w:rPr>
          <w:b/>
        </w:rPr>
        <w:t xml:space="preserve">[04:13] </w:t>
      </w:r>
      <w:r>
        <w:t>These sayings were kept in memory, and sometime it was written in some papers.</w:t>
      </w:r>
    </w:p>
    <w:p>
      <w:pPr>
        <w:jc w:val="right"/>
      </w:pPr>
      <w:r>
        <w:t>دیز سینگز ویر کیپٹ ان میموری، اینڈ سم ٹائم اٹ واز رٹن ان سم پیپرز۔</w:t>
      </w:r>
    </w:p>
    <w:p>
      <w:r>
        <w:rPr>
          <w:b/>
        </w:rPr>
        <w:t xml:space="preserve">[04:21] </w:t>
      </w:r>
      <w:r>
        <w:t>Deen, after death of the Prophet, all those fragments were compiled.</w:t>
      </w:r>
    </w:p>
    <w:p>
      <w:pPr>
        <w:jc w:val="right"/>
      </w:pPr>
      <w:r>
        <w:t>دین، آفٹر ڈیتھ آف دا پرافٹ، آل دوز فریگمنٹس ویر کمپائلڈ۔</w:t>
      </w:r>
    </w:p>
    <w:p>
      <w:r>
        <w:rPr>
          <w:b/>
        </w:rPr>
        <w:t xml:space="preserve">[04:29] </w:t>
      </w:r>
      <w:r>
        <w:t>This compilation of Hadith that we call Kutub Hadith, yani book of Hadith.</w:t>
      </w:r>
    </w:p>
    <w:p>
      <w:pPr>
        <w:jc w:val="right"/>
      </w:pPr>
      <w:r>
        <w:t>دس کمپائلیشن آف حدیث دیٹ وی کال کتب حدیث، یعنی بک آف حدیث۔</w:t>
      </w:r>
    </w:p>
    <w:p>
      <w:r>
        <w:rPr>
          <w:b/>
        </w:rPr>
        <w:t xml:space="preserve">[04:37] </w:t>
      </w:r>
      <w:r>
        <w:t>These books are more than ten, but six books are supposed to be the most authentic.</w:t>
      </w:r>
    </w:p>
    <w:p>
      <w:pPr>
        <w:jc w:val="right"/>
      </w:pPr>
      <w:r>
        <w:t>دیز بکس ار مور دین ٹن، بٹ سکس بکس ار سپوز ٹو بی دا موسٹ اتھنٹک۔</w:t>
      </w:r>
    </w:p>
    <w:p>
      <w:r>
        <w:rPr>
          <w:b/>
        </w:rPr>
        <w:t xml:space="preserve">[04:45] </w:t>
      </w:r>
      <w:r>
        <w:t>That is called Siyah Sitta, yani six authentic book.</w:t>
      </w:r>
    </w:p>
    <w:p>
      <w:pPr>
        <w:jc w:val="right"/>
      </w:pPr>
      <w:r>
        <w:t>دیٹ از کالڈ سیاہ ستہ، یعنی سکس اتھنٹک بک۔</w:t>
      </w:r>
    </w:p>
    <w:p>
      <w:r>
        <w:rPr>
          <w:b/>
        </w:rPr>
        <w:t xml:space="preserve">[04:52] </w:t>
      </w:r>
      <w:r>
        <w:t>The third source is sayings of the Sahaba.</w:t>
      </w:r>
    </w:p>
    <w:p>
      <w:pPr>
        <w:jc w:val="right"/>
      </w:pPr>
      <w:r>
        <w:t>دا تھرڈ سورس از سینگز آف دا صحابہ۔</w:t>
      </w:r>
    </w:p>
    <w:p>
      <w:r>
        <w:rPr>
          <w:b/>
        </w:rPr>
        <w:t xml:space="preserve">[05:00] </w:t>
      </w:r>
      <w:r>
        <w:t>Sahaba means companions of the Prophet.</w:t>
      </w:r>
    </w:p>
    <w:p>
      <w:pPr>
        <w:jc w:val="right"/>
      </w:pPr>
      <w:r>
        <w:t>صحابہ مینز کمپینینز آف دا پرافٹ۔</w:t>
      </w:r>
    </w:p>
    <w:p>
      <w:r>
        <w:rPr>
          <w:b/>
        </w:rPr>
        <w:t xml:space="preserve">[05:08] </w:t>
      </w:r>
      <w:r>
        <w:t>There is also several books in which we find the record of Sahaba, sayings, their actions, their character.</w:t>
      </w:r>
    </w:p>
    <w:p>
      <w:pPr>
        <w:jc w:val="right"/>
      </w:pPr>
      <w:r>
        <w:t>دیر از السو سورل بکس ان وچ وی فائنڈ دا ریکارڈ آف صحابہ، سینگز، دیر ایکشنز، دیر کریکٹر۔</w:t>
      </w:r>
    </w:p>
    <w:p>
      <w:r>
        <w:rPr>
          <w:b/>
        </w:rPr>
        <w:t xml:space="preserve">[05:16] </w:t>
      </w:r>
      <w:r>
        <w:t>So, the Prophet himself had said that it means that the best period was my period, then</w:t>
      </w:r>
    </w:p>
    <w:p>
      <w:pPr>
        <w:jc w:val="right"/>
      </w:pPr>
      <w:r>
        <w:t>سو، دا پرافٹ ہم سیلفس ہیڈ سیڈ دیٹ اٹ مینز دیٹ دا بیسٹ پیریڈ واز مائی پیریڈ، دین</w:t>
      </w:r>
    </w:p>
    <w:p>
      <w:r>
        <w:rPr>
          <w:b/>
        </w:rPr>
        <w:t xml:space="preserve">[05:24] </w:t>
      </w:r>
      <w:r>
        <w:t>The second period, and then the third period.</w:t>
      </w:r>
    </w:p>
    <w:p>
      <w:pPr>
        <w:jc w:val="right"/>
      </w:pPr>
      <w:r>
        <w:t>دا سیکنڈ پیریڈ، اینڈ دین دا تھرڈ پیریڈ۔</w:t>
      </w:r>
    </w:p>
    <w:p>
      <w:r>
        <w:rPr>
          <w:b/>
        </w:rPr>
        <w:t xml:space="preserve">[05:32] </w:t>
      </w:r>
      <w:r>
        <w:t>According to this, it is called that their periods are Quloona Thalatha.</w:t>
      </w:r>
    </w:p>
    <w:p>
      <w:pPr>
        <w:jc w:val="right"/>
      </w:pPr>
      <w:r>
        <w:t>اکارڈنگ ٹو دس، اٹ از کالڈ دیٹ دیر پیریڈز ار قلون ثلاثہ۔</w:t>
      </w:r>
    </w:p>
    <w:p>
      <w:r>
        <w:rPr>
          <w:b/>
        </w:rPr>
        <w:t xml:space="preserve">[05:40] </w:t>
      </w:r>
      <w:r>
        <w:t>Qar means period.</w:t>
      </w:r>
    </w:p>
    <w:p>
      <w:pPr>
        <w:jc w:val="right"/>
      </w:pPr>
      <w:r>
        <w:t>قر مینز پیریڈ۔</w:t>
      </w:r>
    </w:p>
    <w:p>
      <w:r>
        <w:rPr>
          <w:b/>
        </w:rPr>
        <w:t xml:space="preserve">[05:48] </w:t>
      </w:r>
      <w:r>
        <w:t>In other words, you can say that generation.</w:t>
      </w:r>
    </w:p>
    <w:p>
      <w:pPr>
        <w:jc w:val="right"/>
      </w:pPr>
      <w:r>
        <w:t>ان ادر ورڈز، یو کین سی دیٹ جنریشن۔</w:t>
      </w:r>
    </w:p>
    <w:p>
      <w:r>
        <w:rPr>
          <w:b/>
        </w:rPr>
        <w:t xml:space="preserve">[05:56] </w:t>
      </w:r>
      <w:r>
        <w:t>تو, there are three generations in the early period of Islam.</w:t>
      </w:r>
    </w:p>
    <w:p>
      <w:pPr>
        <w:jc w:val="right"/>
      </w:pPr>
      <w:r>
        <w:t>تو، دیر ار تھری جنریشنز ان دا ارلی پیریڈ آف اسلام۔</w:t>
      </w:r>
    </w:p>
    <w:p>
      <w:r>
        <w:rPr>
          <w:b/>
        </w:rPr>
        <w:t xml:space="preserve">[06:04] </w:t>
      </w:r>
      <w:r>
        <w:t>First, the generation when prophet was sent by God, this was the first generation.</w:t>
      </w:r>
    </w:p>
    <w:p>
      <w:pPr>
        <w:jc w:val="right"/>
      </w:pPr>
      <w:r>
        <w:t>فرسٹ، دا جنریشن وین پرافٹ واز سینڈ بائی گاڈ، دس واز دا فرسٹ جنریشن۔</w:t>
      </w:r>
    </w:p>
    <w:p>
      <w:r>
        <w:rPr>
          <w:b/>
        </w:rPr>
        <w:t xml:space="preserve">[06:11] </w:t>
      </w:r>
      <w:r>
        <w:t>تو، prophet represents the first generation.</w:t>
      </w:r>
    </w:p>
    <w:p>
      <w:pPr>
        <w:jc w:val="right"/>
      </w:pPr>
      <w:r>
        <w:t>تو، پرافٹ ریپریزنٹس دا فرسٹ جنریشن۔</w:t>
      </w:r>
    </w:p>
    <w:p>
      <w:r>
        <w:rPr>
          <w:b/>
        </w:rPr>
        <w:t xml:space="preserve">[06:19] </w:t>
      </w:r>
      <w:r>
        <w:t>Then Sahaba, companions of the Prophet, are the second generation, and the companions of the companions, are the third generation.</w:t>
      </w:r>
    </w:p>
    <w:p>
      <w:pPr>
        <w:jc w:val="right"/>
      </w:pPr>
      <w:r>
        <w:t>دین صحابہ، کمپینین آف دا پرافٹ، ار دا سیکنڈ جنریشن، اینڈ دا کمپینینز آف دا کمپینینز، ار دا تھرڈ جنریشن۔</w:t>
      </w:r>
    </w:p>
    <w:p>
      <w:r>
        <w:rPr>
          <w:b/>
        </w:rPr>
        <w:t xml:space="preserve">[06:27] </w:t>
      </w:r>
      <w:r>
        <w:t>So, these are qulun salasa, yani three authentic generations.</w:t>
      </w:r>
    </w:p>
    <w:p>
      <w:pPr>
        <w:jc w:val="right"/>
      </w:pPr>
      <w:r>
        <w:t>سو، دیز ار قلون ثلاثہ، یعنی تھری اتھنٹک جنریشنز۔</w:t>
      </w:r>
    </w:p>
    <w:p>
      <w:r>
        <w:rPr>
          <w:b/>
        </w:rPr>
        <w:t xml:space="preserve">[06:35] </w:t>
      </w:r>
      <w:r>
        <w:t>So, when I say scriptures, I mean all these three books, three kind of books, yani Quran and</w:t>
      </w:r>
    </w:p>
    <w:p>
      <w:pPr>
        <w:jc w:val="right"/>
      </w:pPr>
      <w:r>
        <w:t>سو، وین ائی سی سکرپچرز، ائی مین آل دیز تھری بکس، تھری کائنڈ آف بکس، یعنی قرآن اینڈ</w:t>
      </w:r>
    </w:p>
    <w:p>
      <w:r>
        <w:rPr>
          <w:b/>
        </w:rPr>
        <w:t xml:space="preserve">[06:43] </w:t>
      </w:r>
      <w:r>
        <w:t>Hadith, and Athar Sahaba.</w:t>
      </w:r>
    </w:p>
    <w:p>
      <w:pPr>
        <w:jc w:val="right"/>
      </w:pPr>
      <w:r>
        <w:t>حدیث، اینڈ آثار صحابہ۔</w:t>
      </w:r>
    </w:p>
    <w:p>
      <w:r>
        <w:rPr>
          <w:b/>
        </w:rPr>
        <w:t xml:space="preserve">[06:51] </w:t>
      </w:r>
      <w:r>
        <w:t>آثار means sayings of Sahaba and Tabi'in.</w:t>
      </w:r>
    </w:p>
    <w:p>
      <w:pPr>
        <w:jc w:val="right"/>
      </w:pPr>
      <w:r>
        <w:t>آثار مینز سینگز آف صحابہ اینڈ تابعین۔</w:t>
      </w:r>
    </w:p>
    <w:p>
      <w:r>
        <w:rPr>
          <w:b/>
        </w:rPr>
        <w:t xml:space="preserve">[06:59] </w:t>
      </w:r>
      <w:r>
        <w:t>Quran means book of God, Hadith means sayings of the Prophet, and Athar means the sayings of the</w:t>
      </w:r>
    </w:p>
    <w:p>
      <w:pPr>
        <w:jc w:val="right"/>
      </w:pPr>
      <w:r>
        <w:t>قرآن مینز بک آف گاڈ، حدیث مینز سینگز آف دا پرافٹ، اینڈ آثار مینز دا سینگز آف دا</w:t>
      </w:r>
    </w:p>
    <w:p>
      <w:r>
        <w:rPr>
          <w:b/>
        </w:rPr>
        <w:t xml:space="preserve">[07:07] </w:t>
      </w:r>
      <w:r>
        <w:t>companions, and the companions of the companions.</w:t>
      </w:r>
    </w:p>
    <w:p>
      <w:pPr>
        <w:jc w:val="right"/>
      </w:pPr>
      <w:r>
        <w:t>کمپینین، اینڈ دا کمپینینز آف دا کمپینین۔</w:t>
      </w:r>
    </w:p>
    <w:p>
      <w:r>
        <w:rPr>
          <w:b/>
        </w:rPr>
        <w:t xml:space="preserve">[07:15] </w:t>
      </w:r>
      <w:r>
        <w:t>So, it is the authentic source.</w:t>
      </w:r>
    </w:p>
    <w:p>
      <w:pPr>
        <w:jc w:val="right"/>
      </w:pPr>
      <w:r>
        <w:t>سو، اٹ از دا اتھنٹک سورس۔</w:t>
      </w:r>
    </w:p>
    <w:p>
      <w:r>
        <w:rPr>
          <w:b/>
        </w:rPr>
        <w:t xml:space="preserve">[07:22] </w:t>
      </w:r>
      <w:r>
        <w:t>So, if you want to know what is Islam, you have to see these three sources: first Quran,</w:t>
      </w:r>
    </w:p>
    <w:p>
      <w:pPr>
        <w:jc w:val="right"/>
      </w:pPr>
      <w:r>
        <w:t>سو، اف یو وانٹ ٹو نو واٹ از اسلام، یو ہیو ٹو سی دیز تھری سورسز: فرسٹ قرآن،</w:t>
      </w:r>
    </w:p>
    <w:p>
      <w:r>
        <w:rPr>
          <w:b/>
        </w:rPr>
        <w:t xml:space="preserve">[07:30] </w:t>
      </w:r>
      <w:r>
        <w:t>second Hadith, and third asar.</w:t>
      </w:r>
    </w:p>
    <w:p>
      <w:pPr>
        <w:jc w:val="right"/>
      </w:pPr>
      <w:r>
        <w:t>سیکنڈ حدیث، اینڈ تھرڈ آثار۔</w:t>
      </w:r>
    </w:p>
    <w:p>
      <w:r>
        <w:rPr>
          <w:b/>
        </w:rPr>
        <w:t xml:space="preserve">[07:38] </w:t>
      </w:r>
      <w:r>
        <w:t>Here, I would like to give some example.</w:t>
      </w:r>
    </w:p>
    <w:p>
      <w:pPr>
        <w:jc w:val="right"/>
      </w:pPr>
      <w:r>
        <w:t>ہیر، ائی وڈ لائک ٹو گیو سم ایگزامپل۔</w:t>
      </w:r>
    </w:p>
    <w:p>
      <w:r>
        <w:rPr>
          <w:b/>
        </w:rPr>
        <w:t xml:space="preserve">[07:46] </w:t>
      </w:r>
      <w:r>
        <w:t>At present, I am not going to deliver a lecture, a comprehensive lecture.</w:t>
      </w:r>
    </w:p>
    <w:p>
      <w:pPr>
        <w:jc w:val="right"/>
      </w:pPr>
      <w:r>
        <w:t>اٹ اٹ پرزنٹ، ائی ایم ناٹ گوئنگ ٹو ڈیلیور ا لیکچر، ا کمپرہنسیو لیکچر۔</w:t>
      </w:r>
    </w:p>
    <w:p>
      <w:r>
        <w:rPr>
          <w:b/>
        </w:rPr>
        <w:t xml:space="preserve">[07:54] </w:t>
      </w:r>
      <w:r>
        <w:t>No, I will quote some references.</w:t>
      </w:r>
    </w:p>
    <w:p>
      <w:pPr>
        <w:jc w:val="right"/>
      </w:pPr>
      <w:r>
        <w:t>نو، ائی ویل کوٹ سم ریفرنسز۔</w:t>
      </w:r>
    </w:p>
    <w:p>
      <w:r>
        <w:rPr>
          <w:b/>
        </w:rPr>
        <w:t xml:space="preserve">[08:02] </w:t>
      </w:r>
      <w:r>
        <w:t>You can see fragmentary references, only to show that what the teachings are of Islam, what the Islamic teachings are.</w:t>
      </w:r>
    </w:p>
    <w:p>
      <w:pPr>
        <w:jc w:val="right"/>
      </w:pPr>
      <w:r>
        <w:t>یو کین سی فریگمنٹری ریفرنسز، اونلی ٹو شو دیٹ واٹ دا ٹیچنگز ار آف اسلام، واٹ دی اسلامک ٹیچنگز ار۔</w:t>
      </w:r>
    </w:p>
    <w:p>
      <w:r>
        <w:rPr>
          <w:b/>
        </w:rPr>
        <w:t xml:space="preserve">[08:10] </w:t>
      </w:r>
      <w:r>
        <w:t>So, first of all, let us take the Quran.</w:t>
      </w:r>
    </w:p>
    <w:p>
      <w:pPr>
        <w:jc w:val="right"/>
      </w:pPr>
      <w:r>
        <w:t>سو، فرسٹ آف آل، لیٹ اس ٹیک دا قرآن۔</w:t>
      </w:r>
    </w:p>
    <w:p>
      <w:r>
        <w:rPr>
          <w:b/>
        </w:rPr>
        <w:t xml:space="preserve">[08:18] </w:t>
      </w:r>
      <w:r>
        <w:t>If you take a copy of the Quran and start reading, the first, the very first sentence you</w:t>
      </w:r>
    </w:p>
    <w:p>
      <w:pPr>
        <w:jc w:val="right"/>
      </w:pPr>
      <w:r>
        <w:t>اف یو ٹیک ا کاپی آف دا قرآن اینڈ سٹارٹ ریڈنگ، دا فرسٹ، دا ویری فرسٹ سینٹنس یو</w:t>
      </w:r>
    </w:p>
    <w:p>
      <w:r>
        <w:rPr>
          <w:b/>
        </w:rPr>
        <w:t xml:space="preserve">[08:26] </w:t>
      </w:r>
      <w:r>
        <w:t>We find in the Quran is Bismillah-ir-Rahman-ir-Rahim.</w:t>
      </w:r>
    </w:p>
    <w:p>
      <w:pPr>
        <w:jc w:val="right"/>
      </w:pPr>
      <w:r>
        <w:t>ویل فائنڈ ان دا قرآن از بسم اللہ الرحمن الرحیم۔</w:t>
      </w:r>
    </w:p>
    <w:p>
      <w:r>
        <w:rPr>
          <w:b/>
        </w:rPr>
        <w:t xml:space="preserve">[08:33] </w:t>
      </w:r>
      <w:r>
        <w:t>This is the first verse of the Quran.</w:t>
      </w:r>
    </w:p>
    <w:p>
      <w:pPr>
        <w:jc w:val="right"/>
      </w:pPr>
      <w:r>
        <w:t>دس از دا فرسٹ ورس آف دا قرآن۔</w:t>
      </w:r>
    </w:p>
    <w:p>
      <w:r>
        <w:rPr>
          <w:b/>
        </w:rPr>
        <w:t xml:space="preserve">[08:41] </w:t>
      </w:r>
      <w:r>
        <w:t>بسم اللہ الرحمن الرحیم means in the name of God, most merciful, most compassionate.</w:t>
      </w:r>
    </w:p>
    <w:p>
      <w:pPr>
        <w:jc w:val="right"/>
      </w:pPr>
      <w:r>
        <w:t>بسم اللہ الرحمن الرحیم مینز ان دا نیم آف گاڈ، موسٹ مرسی فل، موسٹ کمپیشنیٹ۔</w:t>
      </w:r>
    </w:p>
    <w:p>
      <w:r>
        <w:rPr>
          <w:b/>
        </w:rPr>
        <w:t xml:space="preserve">[08:49] </w:t>
      </w:r>
      <w:r>
        <w:t>According to the Arabic style, it means I begin in the name, means I begin with the name of God.</w:t>
      </w:r>
    </w:p>
    <w:p>
      <w:pPr>
        <w:jc w:val="right"/>
      </w:pPr>
      <w:r>
        <w:t>اکارڈنگ ٹو دا عربک سٹائل، اٹ مینز ائی بگن ان دا نیم، مینز ائی بگن ود دا نیم آف گاڈ۔</w:t>
      </w:r>
    </w:p>
    <w:p>
      <w:r>
        <w:rPr>
          <w:b/>
        </w:rPr>
        <w:t xml:space="preserve">[08:57] </w:t>
      </w:r>
      <w:r>
        <w:t>بسم اللہ literally means in the name, but according to Arabic style, it means I begin with the</w:t>
      </w:r>
    </w:p>
    <w:p>
      <w:pPr>
        <w:jc w:val="right"/>
      </w:pPr>
      <w:r>
        <w:t>بسم اللہ لٹرلی مینز ان دا نیم، بٹ اکارڈنگ ٹو عربک سٹائل، اٹ مینز ائی بگن ود دا</w:t>
      </w:r>
    </w:p>
    <w:p>
      <w:r>
        <w:rPr>
          <w:b/>
        </w:rPr>
        <w:t xml:space="preserve">[09:05] </w:t>
      </w:r>
      <w:r>
        <w:t>Name of Allah.</w:t>
      </w:r>
    </w:p>
    <w:p>
      <w:pPr>
        <w:jc w:val="right"/>
      </w:pPr>
      <w:r>
        <w:t>نیم آف اللہ۔</w:t>
      </w:r>
    </w:p>
    <w:p>
      <w:r>
        <w:rPr>
          <w:b/>
        </w:rPr>
        <w:t xml:space="preserve">[09:13] </w:t>
      </w:r>
      <w:r>
        <w:t>So, it is very important.</w:t>
      </w:r>
    </w:p>
    <w:p>
      <w:pPr>
        <w:jc w:val="right"/>
      </w:pPr>
      <w:r>
        <w:t>سو، اٹ از ویری امپورٹنٹ۔</w:t>
      </w:r>
    </w:p>
    <w:p>
      <w:r>
        <w:rPr>
          <w:b/>
        </w:rPr>
        <w:t xml:space="preserve">[09:21] </w:t>
      </w:r>
      <w:r>
        <w:t>It is very important.</w:t>
      </w:r>
    </w:p>
    <w:p>
      <w:pPr>
        <w:jc w:val="right"/>
      </w:pPr>
      <w:r>
        <w:t>اٹ از ویری امپورٹنٹ۔</w:t>
      </w:r>
    </w:p>
    <w:p>
      <w:r>
        <w:rPr>
          <w:b/>
        </w:rPr>
        <w:t xml:space="preserve">[09:29] </w:t>
      </w:r>
      <w:r>
        <w:t>Here, you can find your identity.</w:t>
      </w:r>
    </w:p>
    <w:p>
      <w:pPr>
        <w:jc w:val="right"/>
      </w:pPr>
      <w:r>
        <w:t>ہیر، یو کین فائنڈ یور ائیڈنٹٹی۔</w:t>
      </w:r>
    </w:p>
    <w:p>
      <w:r>
        <w:rPr>
          <w:b/>
        </w:rPr>
        <w:t xml:space="preserve">[09:37] </w:t>
      </w:r>
      <w:r>
        <w:t>بسم اللہ الرحمن الرحیم gives you your identity that on one side is the human being, the other</w:t>
      </w:r>
    </w:p>
    <w:p>
      <w:pPr>
        <w:jc w:val="right"/>
      </w:pPr>
      <w:r>
        <w:t>بسم اللہ الرحمن الرحیم گیوز یو یور ائیڈنٹٹی دیٹ ان ون سائیڈ از دی ہیومن بینگ، دی ادر</w:t>
      </w:r>
    </w:p>
    <w:p>
      <w:r>
        <w:rPr>
          <w:b/>
        </w:rPr>
        <w:t xml:space="preserve">[09:44] </w:t>
      </w:r>
      <w:r>
        <w:t>Side is God, the creator of the universe.</w:t>
      </w:r>
    </w:p>
    <w:p>
      <w:pPr>
        <w:jc w:val="right"/>
      </w:pPr>
      <w:r>
        <w:t>سائیڈ از گاڈ، دا کریٹر آف دا یونیورس۔</w:t>
      </w:r>
    </w:p>
    <w:p>
      <w:r>
        <w:rPr>
          <w:b/>
        </w:rPr>
        <w:t xml:space="preserve">[09:52] </w:t>
      </w:r>
      <w:r>
        <w:t>So, this is when you read this verse Bismillah-ir-Rahman-ir-Rahim, here you find your identity.</w:t>
      </w:r>
    </w:p>
    <w:p>
      <w:pPr>
        <w:jc w:val="right"/>
      </w:pPr>
      <w:r>
        <w:t>سو، دس از وین یو ریڈ دس ورس بسم اللہ الرحمن الرحیم، ہیر یو فائنڈ یور ائیڈنٹٹی۔</w:t>
      </w:r>
    </w:p>
    <w:p>
      <w:r>
        <w:rPr>
          <w:b/>
        </w:rPr>
        <w:t xml:space="preserve">[10:00] </w:t>
      </w:r>
      <w:r>
        <w:t>God is my creator, and I am His creature.</w:t>
      </w:r>
    </w:p>
    <w:p>
      <w:pPr>
        <w:jc w:val="right"/>
      </w:pPr>
      <w:r>
        <w:t>گاڈ از مائی کریٹر، اینڈ ائی ایم ہز کریچر۔</w:t>
      </w:r>
    </w:p>
    <w:p>
      <w:r>
        <w:rPr>
          <w:b/>
        </w:rPr>
        <w:t xml:space="preserve">[10:08] </w:t>
      </w:r>
      <w:r>
        <w:t>Quran gives you your identity, the most important question of every human being.</w:t>
      </w:r>
    </w:p>
    <w:p>
      <w:pPr>
        <w:jc w:val="right"/>
      </w:pPr>
      <w:r>
        <w:t>قرآن گیوز یو یور ائیڈنٹٹی، دا موسٹ امپورٹنٹ کوسچن آف ایوری ہیومن بینگ۔</w:t>
      </w:r>
    </w:p>
    <w:p>
      <w:r>
        <w:rPr>
          <w:b/>
        </w:rPr>
        <w:t xml:space="preserve">[10:16] </w:t>
      </w:r>
      <w:r>
        <w:t>Deen, the first, first chapter of the Quran is Al-Fatiha.</w:t>
      </w:r>
    </w:p>
    <w:p>
      <w:pPr>
        <w:jc w:val="right"/>
      </w:pPr>
      <w:r>
        <w:t>دین دا فرسٹ، فرسٹ چیپٹر آف دا قرآن از الفاتحہ۔</w:t>
      </w:r>
    </w:p>
    <w:p>
      <w:r>
        <w:rPr>
          <w:b/>
        </w:rPr>
        <w:t xml:space="preserve">[10:24] </w:t>
      </w:r>
      <w:r>
        <w:t>It begins from Alhamdu Lillah-e Rabbil Aalameen.</w:t>
      </w:r>
    </w:p>
    <w:p>
      <w:pPr>
        <w:jc w:val="right"/>
      </w:pPr>
      <w:r>
        <w:t>اٹ بگنز فرام الحمدللہ رب العالمین۔</w:t>
      </w:r>
    </w:p>
    <w:p>
      <w:r>
        <w:rPr>
          <w:b/>
        </w:rPr>
        <w:t xml:space="preserve">[10:32] </w:t>
      </w:r>
      <w:r>
        <w:t>الحمدللہ رب العالمین means all praise be to the Lord of the Universe, to the Lord of the world.</w:t>
      </w:r>
    </w:p>
    <w:p>
      <w:pPr>
        <w:jc w:val="right"/>
      </w:pPr>
      <w:r>
        <w:t>الحمدللہ رب العالمین مینز آل پریز بی ٹو ٹو دا لارڈ آف دا یونیورس، ٹو دا لارڈ آف دا ورلڈ۔</w:t>
      </w:r>
    </w:p>
    <w:p>
      <w:r>
        <w:rPr>
          <w:b/>
        </w:rPr>
        <w:t xml:space="preserve">[10:40] </w:t>
      </w:r>
      <w:r>
        <w:t>All praise be to the Lord of the universe.</w:t>
      </w:r>
    </w:p>
    <w:p>
      <w:pPr>
        <w:jc w:val="right"/>
      </w:pPr>
      <w:r>
        <w:t>آل پریز بی ٹو دا لارڈ آف دا یونیورس۔</w:t>
      </w:r>
    </w:p>
    <w:p>
      <w:r>
        <w:rPr>
          <w:b/>
        </w:rPr>
        <w:t xml:space="preserve">[10:48] </w:t>
      </w:r>
      <w:r>
        <w:t>This is the first phrase of chapter Al-Fatiha.</w:t>
      </w:r>
    </w:p>
    <w:p>
      <w:pPr>
        <w:jc w:val="right"/>
      </w:pPr>
      <w:r>
        <w:t>دس از دا فرسٹ پریز آف چیپٹر الفاتحہ۔</w:t>
      </w:r>
    </w:p>
    <w:p>
      <w:r>
        <w:rPr>
          <w:b/>
        </w:rPr>
        <w:t xml:space="preserve">[10:55] </w:t>
      </w:r>
      <w:r>
        <w:t>Now, what it means? It means that all kind of goodness, all kind of high attributes are</w:t>
      </w:r>
    </w:p>
    <w:p>
      <w:pPr>
        <w:jc w:val="right"/>
      </w:pPr>
      <w:r>
        <w:t>ناو، واٹ اٹ مینز؟ اٹ مینز دیٹ دیٹ آل کائنڈ آف گڈنس، آل کائنڈ آف ہائی ایٹریبیوٹس ار</w:t>
      </w:r>
    </w:p>
    <w:p>
      <w:r>
        <w:rPr>
          <w:b/>
        </w:rPr>
        <w:t xml:space="preserve">[11:03] </w:t>
      </w:r>
      <w:r>
        <w:t>Only God attributes.</w:t>
      </w:r>
    </w:p>
    <w:p>
      <w:pPr>
        <w:jc w:val="right"/>
      </w:pPr>
      <w:r>
        <w:t>اونلی گاڈ ایٹریبیوٹس۔</w:t>
      </w:r>
    </w:p>
    <w:p>
      <w:r>
        <w:rPr>
          <w:b/>
        </w:rPr>
        <w:t xml:space="preserve">[11:11] </w:t>
      </w:r>
      <w:r>
        <w:t>It is God who has all type of power, all type of, all kind of good things.</w:t>
      </w:r>
    </w:p>
    <w:p>
      <w:pPr>
        <w:jc w:val="right"/>
      </w:pPr>
      <w:r>
        <w:t>اٹ از گاڈ ہو ہیز آل ٹائپ آف پاور، آل ٹائپ آف، آل کائنڈ آف گڈ تھنگز۔</w:t>
      </w:r>
    </w:p>
    <w:p>
      <w:r>
        <w:rPr>
          <w:b/>
        </w:rPr>
        <w:t xml:space="preserve">[11:19] </w:t>
      </w:r>
      <w:r>
        <w:t>So, we are only receiver.</w:t>
      </w:r>
    </w:p>
    <w:p>
      <w:pPr>
        <w:jc w:val="right"/>
      </w:pPr>
      <w:r>
        <w:t>سو، وی ار اونلی ریسیور۔</w:t>
      </w:r>
    </w:p>
    <w:p>
      <w:r>
        <w:rPr>
          <w:b/>
        </w:rPr>
        <w:t xml:space="preserve">[11:27] </w:t>
      </w:r>
      <w:r>
        <w:t>God is giver, and we are receiver.</w:t>
      </w:r>
    </w:p>
    <w:p>
      <w:pPr>
        <w:jc w:val="right"/>
      </w:pPr>
      <w:r>
        <w:t>گاڈ از گیور، اینڈ وی ار ریسیور۔</w:t>
      </w:r>
    </w:p>
    <w:p>
      <w:r>
        <w:rPr>
          <w:b/>
        </w:rPr>
        <w:t xml:space="preserve">[11:35] </w:t>
      </w:r>
      <w:r>
        <w:t>Here, also you discover your, your, your answers.</w:t>
      </w:r>
    </w:p>
    <w:p>
      <w:pPr>
        <w:jc w:val="right"/>
      </w:pPr>
      <w:r>
        <w:t>ہیر، السو یو ڈسکور یور، یور، یور انسرز۔</w:t>
      </w:r>
    </w:p>
    <w:p>
      <w:r>
        <w:rPr>
          <w:b/>
        </w:rPr>
        <w:t xml:space="preserve">[11:43] </w:t>
      </w:r>
      <w:r>
        <w:t>You know, everyone has some answers, consciously ya unconsciously.</w:t>
      </w:r>
    </w:p>
    <w:p>
      <w:pPr>
        <w:jc w:val="right"/>
      </w:pPr>
      <w:r>
        <w:t>یو نو، ایوری ون ہیز سم انسرز، کانشیسلی یا انکانشیسلی۔</w:t>
      </w:r>
    </w:p>
    <w:p>
      <w:r>
        <w:rPr>
          <w:b/>
        </w:rPr>
        <w:t xml:space="preserve">[11:51] </w:t>
      </w:r>
      <w:r>
        <w:t>Who am I? What is the purpose of my life? What is my place in this universe?</w:t>
      </w:r>
    </w:p>
    <w:p>
      <w:pPr>
        <w:jc w:val="right"/>
      </w:pPr>
      <w:r>
        <w:t>ہو ائی ایم ائی؟ واٹ از دا پرپس آف مائی لائف؟ واٹ از مائی پلیس ان دس یونیورس؟</w:t>
      </w:r>
    </w:p>
    <w:p>
      <w:r>
        <w:rPr>
          <w:b/>
        </w:rPr>
        <w:t xml:space="preserve">[11:59] </w:t>
      </w:r>
      <w:r>
        <w:t>What is life, and what is death? What is the, what is success, and what is failure? All</w:t>
      </w:r>
    </w:p>
    <w:p>
      <w:pPr>
        <w:jc w:val="right"/>
      </w:pPr>
      <w:r>
        <w:t>واٹ از لائف، اینڈ واٹ از ڈیتھ؟ واٹ از دا، واٹ از سکسیس، اینڈ واٹ از فیلیر؟ آل</w:t>
      </w:r>
    </w:p>
    <w:p>
      <w:r>
        <w:rPr>
          <w:b/>
        </w:rPr>
        <w:t xml:space="preserve">[12:07] </w:t>
      </w:r>
      <w:r>
        <w:t>These questions are interwoven in every human being.</w:t>
      </w:r>
    </w:p>
    <w:p>
      <w:pPr>
        <w:jc w:val="right"/>
      </w:pPr>
      <w:r>
        <w:t>دیز کوسچنز ار انٹروون ان ایوری ہیومن بینگ۔</w:t>
      </w:r>
    </w:p>
    <w:p>
      <w:r>
        <w:rPr>
          <w:b/>
        </w:rPr>
        <w:t xml:space="preserve">[12:14] </w:t>
      </w:r>
      <w:r>
        <w:t>So, everyone either consciously or unconsciously faces these questions.</w:t>
      </w:r>
    </w:p>
    <w:p>
      <w:pPr>
        <w:jc w:val="right"/>
      </w:pPr>
      <w:r>
        <w:t>سو، ایوری ون ائیدر کانشیسلی اور انکانشیسلی فیسز دیز کوسچنز۔</w:t>
      </w:r>
    </w:p>
    <w:p>
      <w:r>
        <w:rPr>
          <w:b/>
        </w:rPr>
        <w:t xml:space="preserve">[12:22] </w:t>
      </w:r>
      <w:r>
        <w:t>So, when you discover God as the creator, as the Lord, as the sustainer, you will find the</w:t>
      </w:r>
    </w:p>
    <w:p>
      <w:pPr>
        <w:jc w:val="right"/>
      </w:pPr>
      <w:r>
        <w:t>سو، وین یو ڈسکور گاڈ ایز دا کریٹر، ایز دا لارڈ، ایز دا سسٹینر، یو ویل فائنڈ دا</w:t>
      </w:r>
    </w:p>
    <w:p>
      <w:r>
        <w:rPr>
          <w:b/>
        </w:rPr>
        <w:t xml:space="preserve">[12:30] </w:t>
      </w:r>
      <w:r>
        <w:t>source of all kind of problem.</w:t>
      </w:r>
    </w:p>
    <w:p>
      <w:pPr>
        <w:jc w:val="right"/>
      </w:pPr>
      <w:r>
        <w:t>سورس آف آل کائنڈ آف پرابلم۔</w:t>
      </w:r>
    </w:p>
    <w:p>
      <w:r>
        <w:rPr>
          <w:b/>
        </w:rPr>
        <w:t xml:space="preserve">[12:38] </w:t>
      </w:r>
      <w:r>
        <w:t>You find the answers to all the questions.</w:t>
      </w:r>
    </w:p>
    <w:p>
      <w:pPr>
        <w:jc w:val="right"/>
      </w:pPr>
      <w:r>
        <w:t>یو فائنڈ دا انسرز ٹو آل دا کوسچنز۔</w:t>
      </w:r>
    </w:p>
    <w:p>
      <w:r>
        <w:rPr>
          <w:b/>
        </w:rPr>
        <w:t xml:space="preserve">[12:46] </w:t>
      </w:r>
      <w:r>
        <w:t>Then you read.</w:t>
      </w:r>
    </w:p>
    <w:p>
      <w:pPr>
        <w:jc w:val="right"/>
      </w:pPr>
      <w:r>
        <w:t>دین یو ریڈ۔</w:t>
      </w:r>
    </w:p>
    <w:p>
      <w:r>
        <w:rPr>
          <w:b/>
        </w:rPr>
        <w:t xml:space="preserve">[12:54] </w:t>
      </w:r>
      <w:r>
        <w:t>The first verse of the second chapter, this Al-Baqarah, it is Dhālik al-Kitāb.</w:t>
      </w:r>
    </w:p>
    <w:p>
      <w:pPr>
        <w:jc w:val="right"/>
      </w:pPr>
      <w:r>
        <w:t>دین دا فرسٹ ورس آف دا سیکنڈ چیپٹر، دس البقرہ، اٹ از ذالک الکتاب۔</w:t>
      </w:r>
    </w:p>
    <w:p>
      <w:r>
        <w:rPr>
          <w:b/>
        </w:rPr>
        <w:t xml:space="preserve">[13:02] </w:t>
      </w:r>
      <w:r>
        <w:t>ذالک الکتاب، it means this is the book, this is the book about the Quran.</w:t>
      </w:r>
    </w:p>
    <w:p>
      <w:pPr>
        <w:jc w:val="right"/>
      </w:pPr>
      <w:r>
        <w:t>ذالک الکتاب، اٹ مینز دس از دا بک، دس از دا بک اباؤٹ القرآن۔</w:t>
      </w:r>
    </w:p>
    <w:p>
      <w:r>
        <w:rPr>
          <w:b/>
        </w:rPr>
        <w:t xml:space="preserve">[13:10] </w:t>
      </w:r>
      <w:r>
        <w:t>You read zalikal kitab, this is the book.</w:t>
      </w:r>
    </w:p>
    <w:p>
      <w:pPr>
        <w:jc w:val="right"/>
      </w:pPr>
      <w:r>
        <w:t>یو ریڈ ذالک الکتاب، دس از دا بک۔</w:t>
      </w:r>
    </w:p>
    <w:p>
      <w:r>
        <w:rPr>
          <w:b/>
        </w:rPr>
        <w:t xml:space="preserve">[13:18] </w:t>
      </w:r>
      <w:r>
        <w:t>There is no doubt about it.</w:t>
      </w:r>
    </w:p>
    <w:p>
      <w:pPr>
        <w:jc w:val="right"/>
      </w:pPr>
      <w:r>
        <w:t>دیر از نو ڈاؤٹ اباؤٹ اٹ۔</w:t>
      </w:r>
    </w:p>
    <w:p>
      <w:r>
        <w:rPr>
          <w:b/>
        </w:rPr>
        <w:t xml:space="preserve">[13:25] </w:t>
      </w:r>
      <w:r>
        <w:t>It is like a discovery.</w:t>
      </w:r>
    </w:p>
    <w:p>
      <w:pPr>
        <w:jc w:val="right"/>
      </w:pPr>
      <w:r>
        <w:t>اٹ از لائک ا ڈسکوری۔</w:t>
      </w:r>
    </w:p>
    <w:p>
      <w:r>
        <w:rPr>
          <w:b/>
        </w:rPr>
        <w:t xml:space="preserve">[13:33] </w:t>
      </w:r>
      <w:r>
        <w:t>When you read this book, you experience a discovery.</w:t>
      </w:r>
    </w:p>
    <w:p>
      <w:pPr>
        <w:jc w:val="right"/>
      </w:pPr>
      <w:r>
        <w:t>وین یو ریڈ دس بک، یو ایکسپیرینس ا ڈسکوری۔</w:t>
      </w:r>
    </w:p>
    <w:p>
      <w:r>
        <w:rPr>
          <w:b/>
        </w:rPr>
        <w:t xml:space="preserve">[13:41] </w:t>
      </w:r>
      <w:r>
        <w:t>Why? Because you need a guide book.</w:t>
      </w:r>
    </w:p>
    <w:p>
      <w:pPr>
        <w:jc w:val="right"/>
      </w:pPr>
      <w:r>
        <w:t>وائی؟ بیکاز یو نیڈ ا گائیڈ بک۔</w:t>
      </w:r>
    </w:p>
    <w:p>
      <w:r>
        <w:rPr>
          <w:b/>
        </w:rPr>
        <w:t xml:space="preserve">[13:49] </w:t>
      </w:r>
      <w:r>
        <w:t>Everyone faces this question: What is, what is the guide book for me in this world? You</w:t>
      </w:r>
    </w:p>
    <w:p>
      <w:pPr>
        <w:jc w:val="right"/>
      </w:pPr>
      <w:r>
        <w:t>ایوری ون فیسز دس کوسچن: واٹ از، واٹ از دا گائیڈ بک فار می ان دس ورلڈ؟ یو</w:t>
      </w:r>
    </w:p>
    <w:p>
      <w:r>
        <w:rPr>
          <w:b/>
        </w:rPr>
        <w:t xml:space="preserve">[13:57] </w:t>
      </w:r>
      <w:r>
        <w:t>No, everyone is born without a guidebook.</w:t>
      </w:r>
    </w:p>
    <w:p>
      <w:pPr>
        <w:jc w:val="right"/>
      </w:pPr>
      <w:r>
        <w:t>نو، ایوری ون از بورن وداؤٹ گائیڈ بک۔</w:t>
      </w:r>
    </w:p>
    <w:p>
      <w:r>
        <w:rPr>
          <w:b/>
        </w:rPr>
        <w:t xml:space="preserve">[14:05] </w:t>
      </w:r>
      <w:r>
        <w:t>Everyone is born in this, in this world, but it has no guide book in his pocket.</w:t>
      </w:r>
    </w:p>
    <w:p>
      <w:pPr>
        <w:jc w:val="right"/>
      </w:pPr>
      <w:r>
        <w:t>ایوری ون از بورن ان دس، ان دس ورلڈ، بٹ اٹ ہیز نو گائیڈ بک ان ہز پاکٹ۔</w:t>
      </w:r>
    </w:p>
    <w:p>
      <w:r>
        <w:rPr>
          <w:b/>
        </w:rPr>
        <w:t xml:space="preserve">[14:13] </w:t>
      </w:r>
      <w:r>
        <w:t>No one has a book of guide in his pocket.</w:t>
      </w:r>
    </w:p>
    <w:p>
      <w:pPr>
        <w:jc w:val="right"/>
      </w:pPr>
      <w:r>
        <w:t>نو ون ہیز ا بک اف گائیڈ ان ہز پاکٹ۔</w:t>
      </w:r>
    </w:p>
    <w:p>
      <w:r>
        <w:rPr>
          <w:b/>
        </w:rPr>
        <w:t xml:space="preserve">[14:21] </w:t>
      </w:r>
      <w:r>
        <w:t>So, when he reads zalikal kitab, this is the book.</w:t>
      </w:r>
    </w:p>
    <w:p>
      <w:pPr>
        <w:jc w:val="right"/>
      </w:pPr>
      <w:r>
        <w:t>سو، وین ہی ریڈز ذالک الکتاب، دس از دا بک۔</w:t>
      </w:r>
    </w:p>
    <w:p>
      <w:r>
        <w:rPr>
          <w:b/>
        </w:rPr>
        <w:t xml:space="preserve">[14:29] </w:t>
      </w:r>
      <w:r>
        <w:t>There is no doubt about it.</w:t>
      </w:r>
    </w:p>
    <w:p>
      <w:pPr>
        <w:jc w:val="right"/>
      </w:pPr>
      <w:r>
        <w:t>دیر از نو ڈاؤٹ اباؤٹ اٹ۔</w:t>
      </w:r>
    </w:p>
    <w:p>
      <w:r>
        <w:rPr>
          <w:b/>
        </w:rPr>
        <w:t xml:space="preserve">[14:36] </w:t>
      </w:r>
      <w:r>
        <w:t>So, suddenly you, you feel that.</w:t>
      </w:r>
    </w:p>
    <w:p>
      <w:pPr>
        <w:jc w:val="right"/>
      </w:pPr>
      <w:r>
        <w:t>سو، سڈنلی یو، یو فیل دیٹ۔</w:t>
      </w:r>
    </w:p>
    <w:p>
      <w:r>
        <w:rPr>
          <w:b/>
        </w:rPr>
        <w:t xml:space="preserve">[14:44] </w:t>
      </w:r>
      <w:r>
        <w:t>You have found that answer.</w:t>
      </w:r>
    </w:p>
    <w:p>
      <w:pPr>
        <w:jc w:val="right"/>
      </w:pPr>
      <w:r>
        <w:t>یو ہیو فائنڈ دیٹ انسر۔</w:t>
      </w:r>
    </w:p>
    <w:p>
      <w:r>
        <w:rPr>
          <w:b/>
        </w:rPr>
        <w:t xml:space="preserve">[14:52] </w:t>
      </w:r>
      <w:r>
        <w:t>You have found the answer of question.</w:t>
      </w:r>
    </w:p>
    <w:p>
      <w:pPr>
        <w:jc w:val="right"/>
      </w:pPr>
      <w:r>
        <w:t>یو ہیو فائنڈ دا انسر اف کوسچن۔</w:t>
      </w:r>
    </w:p>
    <w:p>
      <w:r>
        <w:rPr>
          <w:b/>
        </w:rPr>
        <w:t xml:space="preserve">[15:00] </w:t>
      </w:r>
      <w:r>
        <w:t>You need a guide book, and here is a book that provides you that guidance.</w:t>
      </w:r>
    </w:p>
    <w:p>
      <w:pPr>
        <w:jc w:val="right"/>
      </w:pPr>
      <w:r>
        <w:t>یو نیڈ ا گائیڈ بک، اینڈ ہیر از ا بک دیٹ پرووائیڈز یو دیٹ گائیڈنس۔</w:t>
      </w:r>
    </w:p>
    <w:p>
      <w:r>
        <w:rPr>
          <w:b/>
        </w:rPr>
        <w:t xml:space="preserve">[15:08] </w:t>
      </w:r>
      <w:r>
        <w:t>So, it is a great discovery.</w:t>
      </w:r>
    </w:p>
    <w:p>
      <w:pPr>
        <w:jc w:val="right"/>
      </w:pPr>
      <w:r>
        <w:t>سو، اٹ از ا گریٹ ڈسکوری۔</w:t>
      </w:r>
    </w:p>
    <w:p>
      <w:r>
        <w:rPr>
          <w:b/>
        </w:rPr>
        <w:t xml:space="preserve">[15:16] </w:t>
      </w:r>
      <w:r>
        <w:t>It is a great discovery.</w:t>
      </w:r>
    </w:p>
    <w:p>
      <w:pPr>
        <w:jc w:val="right"/>
      </w:pPr>
      <w:r>
        <w:t>اٹ از ا گریٹ ڈسکوری۔</w:t>
      </w:r>
    </w:p>
    <w:p>
      <w:r>
        <w:rPr>
          <w:b/>
        </w:rPr>
        <w:t xml:space="preserve">[15:24] </w:t>
      </w:r>
      <w:r>
        <w:t>There is no book in our libraries that begins with this sentence.</w:t>
      </w:r>
    </w:p>
    <w:p>
      <w:pPr>
        <w:jc w:val="right"/>
      </w:pPr>
      <w:r>
        <w:t>دیر از نو بک ان اور لائبریریز دیٹ بگنز ود دس سینٹنس۔</w:t>
      </w:r>
    </w:p>
    <w:p>
      <w:r>
        <w:rPr>
          <w:b/>
        </w:rPr>
        <w:t xml:space="preserve">[15:32] </w:t>
      </w:r>
      <w:r>
        <w:t>It is special only to the Quran.</w:t>
      </w:r>
    </w:p>
    <w:p>
      <w:pPr>
        <w:jc w:val="right"/>
      </w:pPr>
      <w:r>
        <w:t>اٹ از اسپیشل اونلی ٹو دا القرآن۔</w:t>
      </w:r>
    </w:p>
    <w:p>
      <w:r>
        <w:rPr>
          <w:b/>
        </w:rPr>
        <w:t xml:space="preserve">[15:40] </w:t>
      </w:r>
      <w:r>
        <w:t>I don't know any book that began with this sentence that this is the book.</w:t>
      </w:r>
    </w:p>
    <w:p>
      <w:pPr>
        <w:jc w:val="right"/>
      </w:pPr>
      <w:r>
        <w:t>ائی ڈونٹ نو اینی بک دیٹ بگن ود دس سینٹنس کہ دس از دا بک۔</w:t>
      </w:r>
    </w:p>
    <w:p>
      <w:r>
        <w:rPr>
          <w:b/>
        </w:rPr>
        <w:t xml:space="preserve">[15:47] </w:t>
      </w:r>
      <w:r>
        <w:t>There is no doubt about it.</w:t>
      </w:r>
    </w:p>
    <w:p>
      <w:pPr>
        <w:jc w:val="right"/>
      </w:pPr>
      <w:r>
        <w:t>دیر از نو ڈاؤٹ اباؤٹ اٹ۔</w:t>
      </w:r>
    </w:p>
    <w:p>
      <w:r>
        <w:rPr>
          <w:b/>
        </w:rPr>
        <w:t xml:space="preserve">[15:55] </w:t>
      </w:r>
      <w:r>
        <w:t>This is the book.</w:t>
      </w:r>
    </w:p>
    <w:p>
      <w:pPr>
        <w:jc w:val="right"/>
      </w:pPr>
      <w:r>
        <w:t>دس از دا بک۔</w:t>
      </w:r>
    </w:p>
    <w:p>
      <w:r>
        <w:rPr>
          <w:b/>
        </w:rPr>
        <w:t xml:space="preserve">[16:03] </w:t>
      </w:r>
      <w:r>
        <w:t>It means this is the guide book, and there is no doubt about its guidance.</w:t>
      </w:r>
    </w:p>
    <w:p>
      <w:pPr>
        <w:jc w:val="right"/>
      </w:pPr>
      <w:r>
        <w:t>اٹ مینز دس از دا گائیڈ بک، اینڈ دیر از نو ڈاؤٹ اباؤٹ اٹس گائیڈنس۔</w:t>
      </w:r>
    </w:p>
    <w:p>
      <w:r>
        <w:rPr>
          <w:b/>
        </w:rPr>
        <w:t xml:space="preserve">[16:11] </w:t>
      </w:r>
      <w:r>
        <w:t>So, when you, you start reading the Quran, you will experience a new kind of feelings.</w:t>
      </w:r>
    </w:p>
    <w:p>
      <w:pPr>
        <w:jc w:val="right"/>
      </w:pPr>
      <w:r>
        <w:t>سو، وین یو، یو سٹارٹ ریڈنگ دی قرآن، یو ویل ایکسپیرینس ا نیو کائنڈ آف فیلنگز۔</w:t>
      </w:r>
    </w:p>
    <w:p>
      <w:r>
        <w:rPr>
          <w:b/>
        </w:rPr>
        <w:t xml:space="preserve">[16:19] </w:t>
      </w:r>
      <w:r>
        <w:t>Here, you find that Quran says Bismillah-ir-Rahman-ir-Rahim.</w:t>
      </w:r>
    </w:p>
    <w:p>
      <w:pPr>
        <w:jc w:val="right"/>
      </w:pPr>
      <w:r>
        <w:t>ہیر، یو فائنڈ دیٹ قرآن سیز بسم اللہ الرحمن الرحیم۔</w:t>
      </w:r>
    </w:p>
    <w:p>
      <w:r>
        <w:rPr>
          <w:b/>
        </w:rPr>
        <w:t xml:space="preserve">[16:27] </w:t>
      </w:r>
      <w:r>
        <w:t>Quran says zalikal kitab.</w:t>
      </w:r>
    </w:p>
    <w:p>
      <w:pPr>
        <w:jc w:val="right"/>
      </w:pPr>
      <w:r>
        <w:t>قرآن سیز ذالک الکتاب۔</w:t>
      </w:r>
    </w:p>
    <w:p>
      <w:r>
        <w:rPr>
          <w:b/>
        </w:rPr>
        <w:t xml:space="preserve">[16:35] </w:t>
      </w:r>
      <w:r>
        <w:t>Deen there are hundreds of verses that say, "ya ayyuhal insaan, ya ayyuhan naas, ya ayyuhal insaan, ma gharrka bi rabbikal kareem."</w:t>
      </w:r>
    </w:p>
    <w:p>
      <w:pPr>
        <w:jc w:val="right"/>
      </w:pPr>
      <w:r>
        <w:t>دین دیر ار ہنڈرڈز آف ورسز دیٹ سے ایہا الانسان، ایہا الناس، یا ایہا الانسان، ماغرکک الکریم۔</w:t>
      </w:r>
    </w:p>
    <w:p>
      <w:r>
        <w:rPr>
          <w:b/>
        </w:rPr>
        <w:t xml:space="preserve">[16:43] </w:t>
      </w:r>
      <w:r>
        <w:t>It means that.</w:t>
      </w:r>
    </w:p>
    <w:p>
      <w:pPr>
        <w:jc w:val="right"/>
      </w:pPr>
      <w:r>
        <w:t>اٹ مینز دیٹ۔</w:t>
      </w:r>
    </w:p>
    <w:p>
      <w:r>
        <w:rPr>
          <w:b/>
        </w:rPr>
        <w:t xml:space="preserve">[16:51] </w:t>
      </w:r>
      <w:r>
        <w:t>Oh, oh man!</w:t>
      </w:r>
    </w:p>
    <w:p>
      <w:pPr>
        <w:jc w:val="right"/>
      </w:pPr>
      <w:r>
        <w:t>او، او مین!</w:t>
      </w:r>
    </w:p>
    <w:p>
      <w:r>
        <w:rPr>
          <w:b/>
        </w:rPr>
        <w:t xml:space="preserve">[16:59] </w:t>
      </w:r>
      <w:r>
        <w:t>Oh man!</w:t>
      </w:r>
    </w:p>
    <w:p>
      <w:pPr>
        <w:jc w:val="right"/>
      </w:pPr>
      <w:r>
        <w:t>او مین!</w:t>
      </w:r>
    </w:p>
    <w:p>
      <w:r>
        <w:rPr>
          <w:b/>
        </w:rPr>
        <w:t xml:space="preserve">[17:03] </w:t>
      </w:r>
      <w:r>
        <w:t>Here is your Lord addressing you.</w:t>
      </w:r>
    </w:p>
    <w:p>
      <w:pPr>
        <w:jc w:val="right"/>
      </w:pPr>
      <w:r>
        <w:t>ہیر از یور لارڈ ایڈریسنگ یو۔</w:t>
      </w:r>
    </w:p>
    <w:p>
      <w:r>
        <w:rPr>
          <w:b/>
        </w:rPr>
        <w:t xml:space="preserve">[17:08] </w:t>
      </w:r>
      <w:r>
        <w:t>Listen my words and follow it.</w:t>
      </w:r>
    </w:p>
    <w:p>
      <w:pPr>
        <w:jc w:val="right"/>
      </w:pPr>
      <w:r>
        <w:t>لسن مائی ورس اینڈ فالو اٹ۔</w:t>
      </w:r>
    </w:p>
    <w:p>
      <w:r>
        <w:rPr>
          <w:b/>
        </w:rPr>
        <w:t xml:space="preserve">[17:12] </w:t>
      </w:r>
      <w:r>
        <w:t>a unique type of address.</w:t>
      </w:r>
    </w:p>
    <w:p>
      <w:pPr>
        <w:jc w:val="right"/>
      </w:pPr>
      <w:r>
        <w:t>ا یونیک ٹائپ اف ایڈریس۔</w:t>
      </w:r>
    </w:p>
    <w:p>
      <w:r>
        <w:rPr>
          <w:b/>
        </w:rPr>
        <w:t xml:space="preserve">[17:17] </w:t>
      </w:r>
      <w:r>
        <w:t>There is no book, not a single book that addresses you in such a manner.</w:t>
      </w:r>
    </w:p>
    <w:p>
      <w:pPr>
        <w:jc w:val="right"/>
      </w:pPr>
      <w:r>
        <w:t>دیر از نو بک، ناٹ ا سنگل بک دیٹ ایڈریس یو ان سچ ا مینر۔</w:t>
      </w:r>
    </w:p>
    <w:p>
      <w:r>
        <w:rPr>
          <w:b/>
        </w:rPr>
        <w:t xml:space="preserve">[17:22] </w:t>
      </w:r>
      <w:r>
        <w:t>Quran is very special.</w:t>
      </w:r>
    </w:p>
    <w:p>
      <w:pPr>
        <w:jc w:val="right"/>
      </w:pPr>
      <w:r>
        <w:t>قرآن از ویری اسپیشل۔</w:t>
      </w:r>
    </w:p>
    <w:p>
      <w:r>
        <w:rPr>
          <w:b/>
        </w:rPr>
        <w:t xml:space="preserve">[17:26] </w:t>
      </w:r>
      <w:r>
        <w:t>Quran is the only exception that addresses you in such a manner.</w:t>
      </w:r>
    </w:p>
    <w:p>
      <w:pPr>
        <w:jc w:val="right"/>
      </w:pPr>
      <w:r>
        <w:t>قرآن از اونلی ایکسیپشن دیٹ ایڈریس یو ان سچ ا مینر۔</w:t>
      </w:r>
    </w:p>
    <w:p>
      <w:r>
        <w:rPr>
          <w:b/>
        </w:rPr>
        <w:t xml:space="preserve">[17:31] </w:t>
      </w:r>
      <w:r>
        <w:t>That, oh man!</w:t>
      </w:r>
    </w:p>
    <w:p>
      <w:pPr>
        <w:jc w:val="right"/>
      </w:pPr>
      <w:r>
        <w:t>دیٹ او مین!</w:t>
      </w:r>
    </w:p>
    <w:p>
      <w:r>
        <w:rPr>
          <w:b/>
        </w:rPr>
        <w:t xml:space="preserve">[17:36] </w:t>
      </w:r>
      <w:r>
        <w:t>Here is your Lord!</w:t>
      </w:r>
    </w:p>
    <w:p>
      <w:pPr>
        <w:jc w:val="right"/>
      </w:pPr>
      <w:r>
        <w:t>ہیر از یور لارڈ!</w:t>
      </w:r>
    </w:p>
    <w:p>
      <w:r>
        <w:rPr>
          <w:b/>
        </w:rPr>
        <w:t xml:space="preserve">[17:42] </w:t>
      </w:r>
      <w:r>
        <w:t>Here is your creator!</w:t>
      </w:r>
    </w:p>
    <w:p>
      <w:pPr>
        <w:jc w:val="right"/>
      </w:pPr>
      <w:r>
        <w:t>ہیر از یور کریٹر!</w:t>
      </w:r>
    </w:p>
    <w:p>
      <w:r>
        <w:rPr>
          <w:b/>
        </w:rPr>
        <w:t xml:space="preserve">[17:48] </w:t>
      </w:r>
      <w:r>
        <w:t>Here is your sustainer!</w:t>
      </w:r>
    </w:p>
    <w:p>
      <w:pPr>
        <w:jc w:val="right"/>
      </w:pPr>
      <w:r>
        <w:t>ہیر از یور سسٹینر!</w:t>
      </w:r>
    </w:p>
    <w:p>
      <w:r>
        <w:rPr>
          <w:b/>
        </w:rPr>
        <w:t xml:space="preserve">[17:54] </w:t>
      </w:r>
      <w:r>
        <w:t>He addressed you. See!</w:t>
      </w:r>
    </w:p>
    <w:p>
      <w:pPr>
        <w:jc w:val="right"/>
      </w:pPr>
      <w:r>
        <w:t>ہی ایڈریس یو۔ سی!</w:t>
      </w:r>
    </w:p>
    <w:p>
      <w:r>
        <w:rPr>
          <w:b/>
        </w:rPr>
        <w:t xml:space="preserve">[18:01] </w:t>
      </w:r>
      <w:r>
        <w:t>Listen my verse and follow my verse.</w:t>
      </w:r>
    </w:p>
    <w:p>
      <w:pPr>
        <w:jc w:val="right"/>
      </w:pPr>
      <w:r>
        <w:t>لسن مائی ورس اینڈ فالو مائی ورس۔</w:t>
      </w:r>
    </w:p>
    <w:p>
      <w:r>
        <w:rPr>
          <w:b/>
        </w:rPr>
        <w:t xml:space="preserve">[18:07] </w:t>
      </w:r>
      <w:r>
        <w:t>This is a way of success for you.</w:t>
      </w:r>
    </w:p>
    <w:p>
      <w:pPr>
        <w:jc w:val="right"/>
      </w:pPr>
      <w:r>
        <w:t>دس از ا وے اف سکسیس فار یو۔</w:t>
      </w:r>
    </w:p>
    <w:p>
      <w:r>
        <w:rPr>
          <w:b/>
        </w:rPr>
        <w:t xml:space="preserve">[18:13] </w:t>
      </w:r>
      <w:r>
        <w:t>This kind of address is very unique in the Quran.</w:t>
      </w:r>
    </w:p>
    <w:p>
      <w:pPr>
        <w:jc w:val="right"/>
      </w:pPr>
      <w:r>
        <w:t>دس کائنڈ اف ایڈریس از ویری یونیک ان دا قرآن۔</w:t>
      </w:r>
    </w:p>
    <w:p>
      <w:r>
        <w:rPr>
          <w:b/>
        </w:rPr>
        <w:t xml:space="preserve">[18:20] </w:t>
      </w:r>
      <w:r>
        <w:t>Then you find this kind of address creates so many questions.</w:t>
      </w:r>
    </w:p>
    <w:p>
      <w:pPr>
        <w:jc w:val="right"/>
      </w:pPr>
      <w:r>
        <w:t>دین یو فائنڈ دس کائنڈ اف ایڈریس کریٹس سو مینی کوسچنز۔</w:t>
      </w:r>
    </w:p>
    <w:p>
      <w:r>
        <w:rPr>
          <w:b/>
        </w:rPr>
        <w:t xml:space="preserve">[18:26] </w:t>
      </w:r>
      <w:r>
        <w:t>It inculcate curiosity in your mind.</w:t>
      </w:r>
    </w:p>
    <w:p>
      <w:pPr>
        <w:jc w:val="right"/>
      </w:pPr>
      <w:r>
        <w:t>اٹ انکلکیٹ کیوریسٹی ان یور مائنڈ۔</w:t>
      </w:r>
    </w:p>
    <w:p>
      <w:r>
        <w:rPr>
          <w:b/>
        </w:rPr>
        <w:t xml:space="preserve">[18:32] </w:t>
      </w:r>
      <w:r>
        <w:t>So, you want to know all other answers of your questions.</w:t>
      </w:r>
    </w:p>
    <w:p>
      <w:pPr>
        <w:jc w:val="right"/>
      </w:pPr>
      <w:r>
        <w:t>سو، یو وانٹ ٹو نو ال ادر انسرز اف یور کوسچنز۔</w:t>
      </w:r>
    </w:p>
    <w:p>
      <w:r>
        <w:rPr>
          <w:b/>
        </w:rPr>
        <w:t xml:space="preserve">[18:38] </w:t>
      </w:r>
      <w:r>
        <w:t>For example, everyone faces problem in this world.</w:t>
      </w:r>
    </w:p>
    <w:p>
      <w:pPr>
        <w:jc w:val="right"/>
      </w:pPr>
      <w:r>
        <w:t>فار ایگزامپل، ایوری ون فیسز پرابلم ان دس ورلڈ۔</w:t>
      </w:r>
    </w:p>
    <w:p>
      <w:r>
        <w:rPr>
          <w:b/>
        </w:rPr>
        <w:t xml:space="preserve">[18:45] </w:t>
      </w:r>
      <w:r>
        <w:t>No one can say that I have no problem.</w:t>
      </w:r>
    </w:p>
    <w:p>
      <w:pPr>
        <w:jc w:val="right"/>
      </w:pPr>
      <w:r>
        <w:t>نو ون کین سے دیٹ ائی ہیو نو پرابلم۔</w:t>
      </w:r>
    </w:p>
    <w:p>
      <w:r>
        <w:rPr>
          <w:b/>
        </w:rPr>
        <w:t xml:space="preserve">[18:51] </w:t>
      </w:r>
      <w:r>
        <w:t>Every king, every businessman, every leader, poor and rich, both face some problem.</w:t>
      </w:r>
    </w:p>
    <w:p>
      <w:pPr>
        <w:jc w:val="right"/>
      </w:pPr>
      <w:r>
        <w:t>ایوری کنگ، ایوری بزنس مین، ایوری لیڈر، پور اینڈ رش، بوتھ فیسز سم پرابلم۔</w:t>
      </w:r>
    </w:p>
    <w:p>
      <w:r>
        <w:rPr>
          <w:b/>
        </w:rPr>
        <w:t xml:space="preserve">[18:57] </w:t>
      </w:r>
      <w:r>
        <w:t>So, problem is an integral part of human life.</w:t>
      </w:r>
    </w:p>
    <w:p>
      <w:pPr>
        <w:jc w:val="right"/>
      </w:pPr>
      <w:r>
        <w:t>سو، پرابلم از ان انٹیگرل پارٹ اف ہیومن لائف۔</w:t>
      </w:r>
    </w:p>
    <w:p>
      <w:r>
        <w:rPr>
          <w:b/>
        </w:rPr>
        <w:t xml:space="preserve">[19:04] </w:t>
      </w:r>
      <w:r>
        <w:t>Everyone thinks about these problem.</w:t>
      </w:r>
    </w:p>
    <w:p>
      <w:pPr>
        <w:jc w:val="right"/>
      </w:pPr>
      <w:r>
        <w:t>ایوری ون تھنکس اباؤٹ دیز پرابلم۔</w:t>
      </w:r>
    </w:p>
    <w:p>
      <w:r>
        <w:rPr>
          <w:b/>
        </w:rPr>
        <w:t xml:space="preserve">[19:10] </w:t>
      </w:r>
      <w:r>
        <w:t>Sometimes these problems create tension, stress.</w:t>
      </w:r>
    </w:p>
    <w:p>
      <w:pPr>
        <w:jc w:val="right"/>
      </w:pPr>
      <w:r>
        <w:t>سم ٹائم دیز پرابلمز کریٹ ٹینشن، اسٹریس۔</w:t>
      </w:r>
    </w:p>
    <w:p>
      <w:r>
        <w:rPr>
          <w:b/>
        </w:rPr>
        <w:t xml:space="preserve">[19:16] </w:t>
      </w:r>
      <w:r>
        <w:t>So, the whole world is living in tension, in stress.</w:t>
      </w:r>
    </w:p>
    <w:p>
      <w:pPr>
        <w:jc w:val="right"/>
      </w:pPr>
      <w:r>
        <w:t>سو، دا ہول ورلڈ از لیونگ ان ٹینشن، ان اسٹریس۔</w:t>
      </w:r>
    </w:p>
    <w:p>
      <w:r>
        <w:rPr>
          <w:b/>
        </w:rPr>
        <w:t xml:space="preserve">[19:22] </w:t>
      </w:r>
      <w:r>
        <w:t>So, this is the problem everyone faces every day.</w:t>
      </w:r>
    </w:p>
    <w:p>
      <w:pPr>
        <w:jc w:val="right"/>
      </w:pPr>
      <w:r>
        <w:t>سو، دس از دا پرابلم ایوری ون فیسز ایوری ڈے۔</w:t>
      </w:r>
    </w:p>
    <w:p>
      <w:r>
        <w:rPr>
          <w:b/>
        </w:rPr>
        <w:t xml:space="preserve">[19:29] </w:t>
      </w:r>
      <w:r>
        <w:t>So, now, naturally he want to know the answer of this question, the solution of this problem.</w:t>
      </w:r>
    </w:p>
    <w:p>
      <w:pPr>
        <w:jc w:val="right"/>
      </w:pPr>
      <w:r>
        <w:t>سو، ناو، نیچرلی ہی وانٹ ٹو نو دا انسر اف دس کوسچن، دا سولیوشن اف دس پرابلم۔</w:t>
      </w:r>
    </w:p>
    <w:p>
      <w:r>
        <w:rPr>
          <w:b/>
        </w:rPr>
        <w:t xml:space="preserve">[19:35] </w:t>
      </w:r>
      <w:r>
        <w:t>When he reads the story of Adam in Surah Al-Baqarah, in the chapter Al-Baqarah, second chapter of the Quran.</w:t>
      </w:r>
    </w:p>
    <w:p>
      <w:pPr>
        <w:jc w:val="right"/>
      </w:pPr>
      <w:r>
        <w:t>وین ہی ریڈز دا سٹوری اف ادم ان سورہ البقرہ، ان دا چیپٹر البقرہ، سیکنڈ چیپٹر اف دا قرآن۔</w:t>
      </w:r>
    </w:p>
    <w:p>
      <w:r>
        <w:rPr>
          <w:b/>
        </w:rPr>
        <w:t xml:space="preserve">[19:41] </w:t>
      </w:r>
      <w:r>
        <w:t>In this chapter he reads that God created Adam as a first human being, as a first man.</w:t>
      </w:r>
    </w:p>
    <w:p>
      <w:pPr>
        <w:jc w:val="right"/>
      </w:pPr>
      <w:r>
        <w:t>ان دس چیپٹر ہی ریڈز دیٹ گاڈ کریٹڈ ادم ایز اے فرسٹ ہیومن بینگ، ایز اے فرسٹ مین۔</w:t>
      </w:r>
    </w:p>
    <w:p>
      <w:r>
        <w:rPr>
          <w:b/>
        </w:rPr>
        <w:t xml:space="preserve">[19:48] </w:t>
      </w:r>
      <w:r>
        <w:t>According to the Quran, Adam was the first man.</w:t>
      </w:r>
    </w:p>
    <w:p>
      <w:pPr>
        <w:jc w:val="right"/>
      </w:pPr>
      <w:r>
        <w:t>اکارڈنگ ٹو دا قرآن، ادم واز دا فرسٹ مین۔</w:t>
      </w:r>
    </w:p>
    <w:p>
      <w:r>
        <w:rPr>
          <w:b/>
        </w:rPr>
        <w:t xml:space="preserve">[19:54] </w:t>
      </w:r>
      <w:r>
        <w:t>تو، we are in his progeny.</w:t>
      </w:r>
    </w:p>
    <w:p>
      <w:pPr>
        <w:jc w:val="right"/>
      </w:pPr>
      <w:r>
        <w:t>تو، وی ار ان ہز پروجنی۔</w:t>
      </w:r>
    </w:p>
    <w:p>
      <w:r>
        <w:rPr>
          <w:b/>
        </w:rPr>
        <w:t xml:space="preserve">[20:00] </w:t>
      </w:r>
      <w:r>
        <w:t>We are children of Adam.</w:t>
      </w:r>
    </w:p>
    <w:p>
      <w:pPr>
        <w:jc w:val="right"/>
      </w:pPr>
      <w:r>
        <w:t>وی ار چلڈرن اف ادم۔</w:t>
      </w:r>
    </w:p>
    <w:p>
      <w:r>
        <w:rPr>
          <w:b/>
        </w:rPr>
        <w:t xml:space="preserve">[20:06] </w:t>
      </w:r>
      <w:r>
        <w:t>The whole humanity is children of Adam.</w:t>
      </w:r>
    </w:p>
    <w:p>
      <w:pPr>
        <w:jc w:val="right"/>
      </w:pPr>
      <w:r>
        <w:t>دا ہول ہیومنٹی از چلڈرن اف ادم۔</w:t>
      </w:r>
    </w:p>
    <w:p>
      <w:r>
        <w:rPr>
          <w:b/>
        </w:rPr>
        <w:t xml:space="preserve">[20:13] </w:t>
      </w:r>
      <w:r>
        <w:t>تو، Adam was the first man.</w:t>
      </w:r>
    </w:p>
    <w:p>
      <w:pPr>
        <w:jc w:val="right"/>
      </w:pPr>
      <w:r>
        <w:t>تو، ادم واز دا فرسٹ مین۔</w:t>
      </w:r>
    </w:p>
    <w:p>
      <w:r>
        <w:rPr>
          <w:b/>
        </w:rPr>
        <w:t xml:space="preserve">[20:19] </w:t>
      </w:r>
      <w:r>
        <w:t>There is a story very relevant to our questions.</w:t>
      </w:r>
    </w:p>
    <w:p>
      <w:pPr>
        <w:jc w:val="right"/>
      </w:pPr>
      <w:r>
        <w:t>دین دیر از ا سٹوری ویری ریلیونٹ ٹو اور کوسچنز۔</w:t>
      </w:r>
    </w:p>
    <w:p>
      <w:r>
        <w:rPr>
          <w:b/>
        </w:rPr>
        <w:t xml:space="preserve">[20:25] </w:t>
      </w:r>
      <w:r>
        <w:t>Quran says that when Adam was created, so God said: "O Adam!</w:t>
      </w:r>
    </w:p>
    <w:p>
      <w:pPr>
        <w:jc w:val="right"/>
      </w:pPr>
      <w:r>
        <w:t>قرآن سیز دیٹ وین ادم واز کریٹڈ، سو گاڈ سیڈ: "او ادم!</w:t>
      </w:r>
    </w:p>
    <w:p>
      <w:r>
        <w:rPr>
          <w:b/>
        </w:rPr>
        <w:t xml:space="preserve">[20:32] </w:t>
      </w:r>
      <w:r>
        <w:t>you are free! you are free to enjoy this world! you are free to to work! you have complete freedom in this world! but don't eat this forbidden tree!</w:t>
      </w:r>
    </w:p>
    <w:p>
      <w:pPr>
        <w:jc w:val="right"/>
      </w:pPr>
      <w:r>
        <w:t>یو ار فری! یو ار فری ٹو انجوائے دس ورلڈ! یو ار فری ٹو ٹو ورک! یو ہیو کمپلیٹ فریڈم ان دس ورلڈ! بٹ ڈونٹ ایٹ دس فاربیڈن ٹری!</w:t>
      </w:r>
    </w:p>
    <w:p>
      <w:r>
        <w:rPr>
          <w:b/>
        </w:rPr>
        <w:t xml:space="preserve">[20:56] </w:t>
      </w:r>
      <w:r>
        <w:t>"in this world, there is a forbidden tree. God pointed out that: "Here is a forbidden tree! Don't eat the fruit of this forbidden tree!"</w:t>
      </w:r>
    </w:p>
    <w:p>
      <w:pPr>
        <w:jc w:val="right"/>
      </w:pPr>
      <w:r>
        <w:t>" ان دس ورلڈ، دیر از ا فاربیڈن ٹری۔ گاڈ پوائنٹڈ اؤٹ دیٹ: "ہیر از ا فاربیڈن ٹری! ڈونٹ ایٹ دا فروٹ اف دس فاربیڈن ٹری!</w:t>
      </w:r>
    </w:p>
    <w:p>
      <w:r>
        <w:rPr>
          <w:b/>
        </w:rPr>
        <w:t xml:space="preserve">[21:07] </w:t>
      </w:r>
      <w:r>
        <w:t>"This was the God's command to the first man.</w:t>
      </w:r>
    </w:p>
    <w:p>
      <w:pPr>
        <w:jc w:val="right"/>
      </w:pPr>
      <w:r>
        <w:t>" دس واز دا گاڈز کمانڈ ٹو دا فرسٹ مین۔</w:t>
      </w:r>
    </w:p>
    <w:p>
      <w:r>
        <w:rPr>
          <w:b/>
        </w:rPr>
        <w:t xml:space="preserve">[21:15] </w:t>
      </w:r>
      <w:r>
        <w:t>Then what happened? Satan, Satan tempted Adam, misguided Adam, and Adam ate the fruit of forbidden tree.</w:t>
      </w:r>
    </w:p>
    <w:p>
      <w:pPr>
        <w:jc w:val="right"/>
      </w:pPr>
      <w:r>
        <w:t>دین واٹ ہیپنڈ؟ سیٹن، سیٹن ٹیمپیٹڈ ادم، مس گائیڈڈ ادم، اینڈ ادم ایٹ دا فروٹ اف فاربیڈن ٹری۔</w:t>
      </w:r>
    </w:p>
    <w:p>
      <w:r>
        <w:rPr>
          <w:b/>
        </w:rPr>
        <w:t xml:space="preserve">[21:24] </w:t>
      </w:r>
      <w:r>
        <w:t>Suddenly, when Adam ate the fruit of forbidden tree, suddenly he felt that all those blessings were removed from him.</w:t>
      </w:r>
    </w:p>
    <w:p>
      <w:pPr>
        <w:jc w:val="right"/>
      </w:pPr>
      <w:r>
        <w:t>سڈنلی، وین ادم ایٹ دا فروٹ اف فاربیڈن ٹری، سڈنلی ہی فیلٹ دیٹ ال دوز بلیسنگز ویر ریمووڈ فرام ہم۔</w:t>
      </w:r>
    </w:p>
    <w:p>
      <w:r>
        <w:rPr>
          <w:b/>
        </w:rPr>
        <w:t xml:space="preserve">[21:33] </w:t>
      </w:r>
      <w:r>
        <w:t>He became helpless.</w:t>
      </w:r>
    </w:p>
    <w:p>
      <w:pPr>
        <w:jc w:val="right"/>
      </w:pPr>
      <w:r>
        <w:t>ہی بیکم ہیلپ لیس۔</w:t>
      </w:r>
    </w:p>
    <w:p>
      <w:r>
        <w:rPr>
          <w:b/>
        </w:rPr>
        <w:t xml:space="preserve">[21:42] </w:t>
      </w:r>
      <w:r>
        <w:t>He became helpless.</w:t>
      </w:r>
    </w:p>
    <w:p>
      <w:pPr>
        <w:jc w:val="right"/>
      </w:pPr>
      <w:r>
        <w:t>ہی بیکم ہیلپ لیس۔</w:t>
      </w:r>
    </w:p>
    <w:p>
      <w:r>
        <w:rPr>
          <w:b/>
        </w:rPr>
        <w:t xml:space="preserve">[21:51] </w:t>
      </w:r>
      <w:r>
        <w:t>O God!</w:t>
      </w:r>
    </w:p>
    <w:p>
      <w:pPr>
        <w:jc w:val="right"/>
      </w:pPr>
      <w:r>
        <w:t>دین ادم پریڈ: "او گاڈ!</w:t>
      </w:r>
    </w:p>
    <w:p>
      <w:r>
        <w:rPr>
          <w:b/>
        </w:rPr>
        <w:t xml:space="preserve">[22:00] </w:t>
      </w:r>
      <w:r>
        <w:t>I have committed a sin! Forgive me! " To, after this prayer, God forgave him, and then he said that: "Settle in this earth! But with you, there Satan is also! You will find that Satan is also here!"</w:t>
      </w:r>
    </w:p>
    <w:p>
      <w:pPr>
        <w:jc w:val="right"/>
      </w:pPr>
      <w:r>
        <w:t>ائی ہیو کمٹڈ ا سن! فارگیو می! " تو، افٹر دس پریئر، گاڈ فارگیو ہم، اینڈ دین ہی سیڈ دیٹ: "سیٹل ان دس ارتھ! بٹ ود یو، دیر سیٹن از السو! یو ویل فائنڈ دیٹ سیٹن از السو ہیر!</w:t>
      </w:r>
    </w:p>
    <w:p>
      <w:r>
        <w:rPr>
          <w:b/>
        </w:rPr>
        <w:t xml:space="preserve">[22:29] </w:t>
      </w:r>
      <w:r>
        <w:t>satan is also present here! " so, there would be a battle between man and satan. ba'dukum li'aduin! you have to live with an enemy, satan! ba'dukum li'aduin! god said: "o adam! you have to live with an enemy, satan!"</w:t>
      </w:r>
    </w:p>
    <w:p>
      <w:pPr>
        <w:jc w:val="right"/>
      </w:pPr>
      <w:r>
        <w:t>سیٹن از السو پریزنٹ ہیر! " سو، دیر وڈ بی ا بیٹل بٹوین مین اینڈ سیٹن۔ بعضکم لباد! یو ہیو ٹو لیو ودا انیمی، سیٹن! بعضکم لباد! گاڈ سیڈ: "او ادم! یو ہیو ٹو لیو ودا انیمی، سیٹن!</w:t>
      </w:r>
    </w:p>
    <w:p>
      <w:r>
        <w:rPr>
          <w:b/>
        </w:rPr>
        <w:t xml:space="preserve">[22:57] </w:t>
      </w:r>
      <w:r>
        <w:t>to, you have to save yourself from Satan! Satan is temptation! Satan is mis guidance! " to, man is perpetually facing this, this problem. Satan is temptation! Satan is mis guidance! this is the problem. it is this law of nature!</w:t>
      </w:r>
    </w:p>
    <w:p>
      <w:pPr>
        <w:jc w:val="right"/>
      </w:pPr>
      <w:r>
        <w:t>تو، یو ہیو ٹو سیو یور سیلف فرام سیٹن! سیٹن از ٹیمپٹیشن! سیٹن از مس گائیڈنس! " تو، مین از پرپیچولی فیسنگ دس، دس پرابلم۔ سیٹن از ٹیمپٹیشن! سیٹن از مس گائیڈنس! دس از دا پرابلم۔ اٹ از دس لاء اف نیچر!</w:t>
      </w:r>
    </w:p>
    <w:p>
      <w:r>
        <w:rPr>
          <w:b/>
        </w:rPr>
        <w:t xml:space="preserve">[23:24] </w:t>
      </w:r>
      <w:r>
        <w:t>you can't call it a law of nature! it is this, this nature that creates problem. so, according to the quran, you have to know the creation plan of god. god created you! god, god settled you in this earth!</w:t>
      </w:r>
    </w:p>
    <w:p>
      <w:pPr>
        <w:jc w:val="right"/>
      </w:pPr>
      <w:r>
        <w:t>یو کینٹ کال اٹ ا لاء اف نیچر! اٹ از دس، دس نیچر دیٹ کریٹس پرابلم۔ سو، اکارڈنگ ٹو دا قرآن، یو ہیو ٹو نو دا کریشن پلان اف گاڈ۔ گاڈ کریٹڈ یو! گاڈ، گاڈ سیٹل یو ان دس ارتھ!</w:t>
      </w:r>
    </w:p>
    <w:p>
      <w:r>
        <w:rPr>
          <w:b/>
        </w:rPr>
        <w:t xml:space="preserve">[23:52] </w:t>
      </w:r>
      <w:r>
        <w:t>but, and also you are free! but, you are not alone! this very important point God gave to Adam: "you are free! but, you are not alone! you have to live with Satan! " so, Satan is your test paper!</w:t>
      </w:r>
    </w:p>
    <w:p>
      <w:pPr>
        <w:jc w:val="right"/>
      </w:pPr>
      <w:r>
        <w:t>بٹ، اینڈ السو یو ار فری! بٹ، یو ار ناٹ الون! دس ویری امپورٹنٹ پوائنٹ گاڈز گیو ٹو ادم: "یو ار فری! بٹ، یو ار ناٹ الون! یو ہیو ٹو لیو ود سیٹن! " سو، سیٹن از یور ٹیسٹ پیپر!</w:t>
      </w:r>
    </w:p>
    <w:p>
      <w:r>
        <w:rPr>
          <w:b/>
        </w:rPr>
        <w:t xml:space="preserve">[24:21] </w:t>
      </w:r>
      <w:r>
        <w:t>Satan is your test paper!</w:t>
      </w:r>
    </w:p>
    <w:p>
      <w:pPr>
        <w:jc w:val="right"/>
      </w:pPr>
      <w:r>
        <w:t>سیٹن از یور ٹیسٹ پیپر!</w:t>
      </w:r>
    </w:p>
    <w:p>
      <w:r>
        <w:rPr>
          <w:b/>
        </w:rPr>
        <w:t xml:space="preserve">[24:26] </w:t>
      </w:r>
      <w:r>
        <w:t>You have to stand in this test!</w:t>
      </w:r>
    </w:p>
    <w:p>
      <w:pPr>
        <w:jc w:val="right"/>
      </w:pPr>
      <w:r>
        <w:t>یو ہیو ٹو سٹینڈ ان دس ٹیسٹ!</w:t>
      </w:r>
    </w:p>
    <w:p>
      <w:r>
        <w:rPr>
          <w:b/>
        </w:rPr>
        <w:t xml:space="preserve">[24:31] </w:t>
      </w:r>
      <w:r>
        <w:t>So, the fight is not between man and man!</w:t>
      </w:r>
    </w:p>
    <w:p>
      <w:pPr>
        <w:jc w:val="right"/>
      </w:pPr>
      <w:r>
        <w:t>سو، دا فائٹ از ناٹ بٹوین مین اینڈ مین!</w:t>
      </w:r>
    </w:p>
    <w:p>
      <w:r>
        <w:rPr>
          <w:b/>
        </w:rPr>
        <w:t xml:space="preserve">[24:36] </w:t>
      </w:r>
      <w:r>
        <w:t>The fight is between man and Satan! Ba'dukum li-ba'd! Ba'dukum li-ba'd! Are fighting!</w:t>
      </w:r>
    </w:p>
    <w:p>
      <w:pPr>
        <w:jc w:val="right"/>
      </w:pPr>
      <w:r>
        <w:t>دا فائٹ از بٹوین مین اینڈ سیٹن! بعضکم لباد! بعضکم لباد! ار فائٹنگ!</w:t>
      </w:r>
    </w:p>
    <w:p>
      <w:r>
        <w:rPr>
          <w:b/>
        </w:rPr>
        <w:t xml:space="preserve">[24:41] </w:t>
      </w:r>
      <w:r>
        <w:t>Our confrontation is not between man and man!</w:t>
      </w:r>
    </w:p>
    <w:p>
      <w:pPr>
        <w:jc w:val="right"/>
      </w:pPr>
      <w:r>
        <w:t>ار کنفریٹیشن از ناٹ بٹوین مین اینڈ مین!</w:t>
      </w:r>
    </w:p>
    <w:p>
      <w:r>
        <w:rPr>
          <w:b/>
        </w:rPr>
        <w:t xml:space="preserve">[24:46] </w:t>
      </w:r>
      <w:r>
        <w:t>But between man and Satan!</w:t>
      </w:r>
    </w:p>
    <w:p>
      <w:pPr>
        <w:jc w:val="right"/>
      </w:pPr>
      <w:r>
        <w:t>بٹ بٹوین مین اینڈ سیٹن!</w:t>
      </w:r>
    </w:p>
    <w:p>
      <w:r>
        <w:rPr>
          <w:b/>
        </w:rPr>
        <w:t xml:space="preserve">[24:52] </w:t>
      </w:r>
      <w:r>
        <w:t>this is a very important point which a reader of the Quran finds in the, in Quran, in the pages of the Quran. Now, how one can stand in this test? For this, God gave you a great capacity! This is mind, mind, and also angels!</w:t>
      </w:r>
    </w:p>
    <w:p>
      <w:pPr>
        <w:jc w:val="right"/>
      </w:pPr>
      <w:r>
        <w:t>دس از ا ویری امپورٹنٹ پوائنٹ وچ ا ریڈر اف دا قرآن فائنڈز ان دا، ان قرآن، ان دا پیجز اف دا قرآن۔ ناو، ہاؤ ون کین سٹینڈ ان دس ٹیسٹ؟ فار دس، گاڈ گیو یو ا گریٹ کپیسٹی! دس از مائنڈ، مائنڈ، اینڈ السو اینجلز!</w:t>
      </w:r>
    </w:p>
    <w:p>
      <w:r>
        <w:rPr>
          <w:b/>
        </w:rPr>
        <w:t xml:space="preserve">[25:22] </w:t>
      </w:r>
      <w:r>
        <w:t>we are armed with two, two powers! in this world, according to the quranic description, man is armed with two powers: mind and angel!</w:t>
      </w:r>
    </w:p>
    <w:p>
      <w:pPr>
        <w:jc w:val="right"/>
      </w:pPr>
      <w:r>
        <w:t>وی ار ارمڈ ود ٹو، ٹو پاورز! ان دس ورلڈ، اکارڈنگ ٹو دا قرآنک ڈسکرپشن، مین از ارمڈ ود ٹو پاورز: مائنڈ اینڈ اینجل!</w:t>
      </w:r>
    </w:p>
    <w:p>
      <w:r>
        <w:rPr>
          <w:b/>
        </w:rPr>
        <w:t xml:space="preserve">[25:41] </w:t>
      </w:r>
      <w:r>
        <w:t>Quran tells us that: "If you save yourself from satanic temptation, at once you will find that you are in company of angels!"</w:t>
      </w:r>
    </w:p>
    <w:p>
      <w:pPr>
        <w:jc w:val="right"/>
      </w:pPr>
      <w:r>
        <w:t>قرآن ٹیلز اس دیٹ: "اف یو سیو یور سیلف فرام سیٹنک ٹیمپٹیشن، ایٹ ونس یو ویل فائنڈ دیٹ یو ار ان کمپنی اف اینجلز!</w:t>
      </w:r>
    </w:p>
    <w:p>
      <w:r>
        <w:rPr>
          <w:b/>
        </w:rPr>
        <w:t xml:space="preserve">[25:55] </w:t>
      </w:r>
      <w:r>
        <w:t>" ان الذین قالو ربنا اللہ یعنی those who refuse, those who deny Satan, they will be given</w:t>
      </w:r>
    </w:p>
    <w:p>
      <w:pPr>
        <w:jc w:val="right"/>
      </w:pPr>
      <w:r>
        <w:t>" ان الذین قالو ربنا اللہ یعنی دوز ہو ریفیوز، دوز ہو ڈینائی سیٹن، دے ویل بی گیون</w:t>
      </w:r>
    </w:p>
    <w:p>
      <w:r>
        <w:rPr>
          <w:b/>
        </w:rPr>
        <w:t xml:space="preserve">[26:03] </w:t>
      </w:r>
      <w:r>
        <w:t>the help of the angels.</w:t>
      </w:r>
    </w:p>
    <w:p>
      <w:pPr>
        <w:jc w:val="right"/>
      </w:pPr>
      <w:r>
        <w:t>دا ہیلپ اف دا اینجلز۔</w:t>
      </w:r>
    </w:p>
    <w:p>
      <w:r>
        <w:rPr>
          <w:b/>
        </w:rPr>
        <w:t xml:space="preserve">[26:12] </w:t>
      </w:r>
      <w:r>
        <w:t>تو، first of all, you have to apply your reason, your mind, to know that this temptation is</w:t>
      </w:r>
    </w:p>
    <w:p>
      <w:pPr>
        <w:jc w:val="right"/>
      </w:pPr>
      <w:r>
        <w:t>تو، فرسٹ اف ال، یو ہیو ٹو اپلائی یور ریزن، یور مائنڈ، ٹو نو دیٹ دس ٹیمپٹیشن از</w:t>
      </w:r>
    </w:p>
    <w:p>
      <w:r>
        <w:rPr>
          <w:b/>
        </w:rPr>
        <w:t xml:space="preserve">[26:21] </w:t>
      </w:r>
      <w:r>
        <w:t>coming from Satan.</w:t>
      </w:r>
    </w:p>
    <w:p>
      <w:pPr>
        <w:jc w:val="right"/>
      </w:pPr>
      <w:r>
        <w:t>کمنگ فرام سیٹن۔</w:t>
      </w:r>
    </w:p>
    <w:p>
      <w:r>
        <w:rPr>
          <w:b/>
        </w:rPr>
        <w:t xml:space="preserve">[26:30] </w:t>
      </w:r>
      <w:r>
        <w:t>When you feel something, when you find some temptations, some thoughts, you have to identify it!</w:t>
      </w:r>
    </w:p>
    <w:p>
      <w:pPr>
        <w:jc w:val="right"/>
      </w:pPr>
      <w:r>
        <w:t>وین یو فیل سمتھنگ، وین یو فائنڈ سم ٹیمپٹیشنز، سم تھاٹس، یو ہیو ٹو ائیڈینٹیفائی اٹ!</w:t>
      </w:r>
    </w:p>
    <w:p>
      <w:r>
        <w:rPr>
          <w:b/>
        </w:rPr>
        <w:t xml:space="preserve">[26:39] </w:t>
      </w:r>
      <w:r>
        <w:t>and when you apply your mind, you will, you will find that this temptation is from satan! this thought is from satan! so, when you identify this fact, at once you will find that that you are in company of angels!</w:t>
      </w:r>
    </w:p>
    <w:p>
      <w:pPr>
        <w:jc w:val="right"/>
      </w:pPr>
      <w:r>
        <w:t>اینڈ وین یو اپلائی یور مائنڈ، یو ویل، یو ویل فائنڈ دیٹ دس ٹیمپٹیشن از فرام سیٹن! دس تھاٹ از فرام سیٹن! سو، وین یو ائیڈینٹیفائی دس فیکٹ، ایٹ ونس یو ویل فائنڈ دیٹ دیٹ یو ار ان کمپنی اف اینجلز!</w:t>
      </w:r>
    </w:p>
    <w:p>
      <w:r>
        <w:rPr>
          <w:b/>
        </w:rPr>
        <w:t xml:space="preserve">[27:08] </w:t>
      </w:r>
      <w:r>
        <w:t>and angels are there to help you! so, according to quran, the only thing that possess satan is waswasa or beautification of evil! satan always try to beautify evil! this is satanic waswasa!</w:t>
      </w:r>
    </w:p>
    <w:p>
      <w:pPr>
        <w:jc w:val="right"/>
      </w:pPr>
      <w:r>
        <w:t>اینڈ اینجلز ار دیر ٹو ہیلپ یو! سو، اکارڈنگ ٹو قرآن، دا اونلی تھنگ دیٹ پوزیس سیٹن از وسوسہ اور بیوٹیفیکیشن اف ایول! سیٹن الویز ٹرائی ٹو بیوٹیفائی ایول! دس از سیٹنک وسوسہ!</w:t>
      </w:r>
    </w:p>
    <w:p>
      <w:r>
        <w:rPr>
          <w:b/>
        </w:rPr>
        <w:t xml:space="preserve">[27:33] </w:t>
      </w:r>
      <w:r>
        <w:t>satan only can give you waswasa! and according to the quranic description, waswasa is beautification of evil! so, you have to apply your mind to scrutinize, to discover that this is from satan! satan is beautifying evil in your eye!</w:t>
      </w:r>
    </w:p>
    <w:p>
      <w:pPr>
        <w:jc w:val="right"/>
      </w:pPr>
      <w:r>
        <w:t>سیٹن اونلی کین گیو یو وسوسہ! اینڈ اکارڈنگ ٹو دا قرآنک ڈسکرپشن، وسوسہ از بیوٹیفیکیشن اف ایول! سو، یو ہیو ٹو اپلائی یور مائنڈ ٹو اسکرٹنائز، ٹو ڈسکور دیٹ دس از فرام سیٹن! سیٹن از بیوٹیفائنگ ایول ان یور ائی!</w:t>
      </w:r>
    </w:p>
    <w:p>
      <w:r>
        <w:rPr>
          <w:b/>
        </w:rPr>
        <w:t xml:space="preserve">[28:02] </w:t>
      </w:r>
      <w:r>
        <w:t>so, when you apply your mind and when you identify it as a satanic work, you will feel that angels are there for your help! So, man is armed with two forces: mind and angels!</w:t>
      </w:r>
    </w:p>
    <w:p>
      <w:pPr>
        <w:jc w:val="right"/>
      </w:pPr>
      <w:r>
        <w:t>سو، وین یو اپلائی یور مائنڈ اینڈ وین یو ائیڈینٹیفائی اٹ ایز ا سیٹنک ورک، یو ویل فیل دیٹ اینجل ار دیر فار یور ہیلپ! تو، مین از ارمڈ ود ٹو فورسز: مائنڈ اینڈ اینجلز!</w:t>
      </w:r>
    </w:p>
    <w:p>
      <w:r>
        <w:rPr>
          <w:b/>
        </w:rPr>
        <w:t xml:space="preserve">[28:27] </w:t>
      </w:r>
      <w:r>
        <w:t>but, but the condition, the only condition is that you have to identify satan as a satan! you have to identify that this thought is coming from satan! it is your duty! it is your duty! angel will not help you in this task!</w:t>
      </w:r>
    </w:p>
    <w:p>
      <w:pPr>
        <w:jc w:val="right"/>
      </w:pPr>
      <w:r>
        <w:t>بٹ، بٹ دا کنڈیشن، دا اونلی کنڈیشن از دیٹ یو ہیو ٹو ائیڈینٹیفائی سیٹن ایز ا سیٹن! یو ہیو ٹو ائیڈینٹیفائی دیٹ دس تھاٹ از کمنگ فرام سیٹن! اٹ از یور ڈیوٹی! اٹ از یور ڈیوٹی! اینجل ول ناٹ ہیلپ یو ان دس ٹاسک!</w:t>
      </w:r>
    </w:p>
    <w:p>
      <w:r>
        <w:rPr>
          <w:b/>
        </w:rPr>
        <w:t xml:space="preserve">[28:57] </w:t>
      </w:r>
      <w:r>
        <w:t>Here you have to apply your own mind!</w:t>
      </w:r>
    </w:p>
    <w:p>
      <w:pPr>
        <w:jc w:val="right"/>
      </w:pPr>
      <w:r>
        <w:t>ہیر یو ہیو ٹو اپلائی یور اون مائنڈ!</w:t>
      </w:r>
    </w:p>
    <w:p>
      <w:r>
        <w:rPr>
          <w:b/>
        </w:rPr>
        <w:t xml:space="preserve">[29:03] </w:t>
      </w:r>
      <w:r>
        <w:t>So, when you discover this fact in the Quran, you will find answer of all the questions!</w:t>
      </w:r>
    </w:p>
    <w:p>
      <w:pPr>
        <w:jc w:val="right"/>
      </w:pPr>
      <w:r>
        <w:t>سو، وین یو ڈسکور دس فیکٹ ان دا قرآن، یو ویل فائنڈ انسر اف ال دا کوسچنز!</w:t>
      </w:r>
    </w:p>
    <w:p>
      <w:r>
        <w:rPr>
          <w:b/>
        </w:rPr>
        <w:t xml:space="preserve">[29:09] </w:t>
      </w:r>
      <w:r>
        <w:t>Then you discover that all those problems are part of nature and not part of some enemy!</w:t>
      </w:r>
    </w:p>
    <w:p>
      <w:pPr>
        <w:jc w:val="right"/>
      </w:pPr>
      <w:r>
        <w:t>دین یو ڈسکور دیٹ ال دوز پرابلمز ار پارٹ اف نیچر اینڈ ناٹ پارٹ اف سم اینیمی!</w:t>
      </w:r>
    </w:p>
    <w:p>
      <w:r>
        <w:rPr>
          <w:b/>
        </w:rPr>
        <w:t xml:space="preserve">[29:15] </w:t>
      </w:r>
      <w:r>
        <w:t>It is God's creation!</w:t>
      </w:r>
    </w:p>
    <w:p>
      <w:pPr>
        <w:jc w:val="right"/>
      </w:pPr>
      <w:r>
        <w:t>اٹ از گاڈز کریشن!</w:t>
      </w:r>
    </w:p>
    <w:p>
      <w:r>
        <w:rPr>
          <w:b/>
        </w:rPr>
        <w:t xml:space="preserve">[29:21] </w:t>
      </w:r>
      <w:r>
        <w:t>God wants to test you!</w:t>
      </w:r>
    </w:p>
    <w:p>
      <w:pPr>
        <w:jc w:val="right"/>
      </w:pPr>
      <w:r>
        <w:t>گاڈ وانٹس ٹو ٹیسٹ یو!</w:t>
      </w:r>
    </w:p>
    <w:p>
      <w:r>
        <w:rPr>
          <w:b/>
        </w:rPr>
        <w:t xml:space="preserve">[29:28] </w:t>
      </w:r>
      <w:r>
        <w:t>so, God settle you in a such a situation where there are problems! there are temptations! where there are negative thoughts! so, negativity is a part of nature! anger, lust, and provocation, and malice, and pride, and arrogance!</w:t>
      </w:r>
    </w:p>
    <w:p>
      <w:pPr>
        <w:jc w:val="right"/>
      </w:pPr>
      <w:r>
        <w:t>سو، گاڈ سیٹل یو ان ا سچ ا سچویشن ویر دیر ار پرابلم! دیر ار ٹیمپٹیشنز! ویر دیر ار نیگیٹیو تھاٹس! سو، نیگیٹیوٹی از ا پارٹ اف نیچر! اینگر، لسٹ، اینڈ پرووکیشن، اینڈ میلس، اینڈ پرائیڈ، اینڈ ارگنس!</w:t>
      </w:r>
    </w:p>
    <w:p>
      <w:r>
        <w:rPr>
          <w:b/>
        </w:rPr>
        <w:t xml:space="preserve">[29:56] </w:t>
      </w:r>
      <w:r>
        <w:t>all these things are negative thought! and all these things are part of life! part of, part of the creation plan of god! and all these things are papers, test papers! all these things are not evil! there are test papers! so, you have to stand in this test!</w:t>
      </w:r>
    </w:p>
    <w:p>
      <w:pPr>
        <w:jc w:val="right"/>
      </w:pPr>
      <w:r>
        <w:t>ال دس تھنگز ار نیگیٹیو تھاٹ! اینڈ ال دس تھنگز ار پارٹ اف لائف! پارٹ اف، پارٹ اف دا کریشن پلان اف گاڈ! اینڈ ال دس تھنگز ار پیپرز، ٹیسٹ پیپرز! ال دس تھنگز ار ناٹ ایول! دیر ار ٹیسٹ پیپرز! سو، یو ہیو ٹو سٹینڈ ان دس ٹیسٹ!</w:t>
      </w:r>
    </w:p>
    <w:p>
      <w:r>
        <w:rPr>
          <w:b/>
        </w:rPr>
        <w:t xml:space="preserve">[30:24] </w:t>
      </w:r>
      <w:r>
        <w:t>So, you are living between two forces! At one side, there is Satan! Satan want to misguide you! And in the other, there are angels! They are there to help you! So, this kind of discovery is a very, is like a good tiding! Good tiding! That you are not alone!</w:t>
      </w:r>
    </w:p>
    <w:p>
      <w:pPr>
        <w:jc w:val="right"/>
      </w:pPr>
      <w:r>
        <w:t>سو، یو ار لیونگ بٹوین ٹو فورسز! ایٹ ون سائیڈ، دیر از سیٹن! سیٹن وانٹ ٹو مس گائیڈ یو! اینڈ ان دا ادر، دیر ار اینجلس! دے ار دیر ٹو ہیلپ یو! سو، دس کائنڈ اف ڈسکوری از ا ویری، از لائک ا گڈ ٹائیڈنگ! گڈ ٹائیڈنگ! دیٹ یو ار ناٹ الون!</w:t>
      </w:r>
    </w:p>
    <w:p>
      <w:r>
        <w:rPr>
          <w:b/>
        </w:rPr>
        <w:t xml:space="preserve">[30:53] </w:t>
      </w:r>
      <w:r>
        <w:t>in this world, you are not alone! God is with you! Angels are with you! And at the same time, you are given a great mind! Mind is able to analyze, analyze all these things! Mind is, mind can understand all these things!</w:t>
      </w:r>
    </w:p>
    <w:p>
      <w:pPr>
        <w:jc w:val="right"/>
      </w:pPr>
      <w:r>
        <w:t>ان دس ورلڈ، یو ار ناٹ الون! گاڈ از ود یو! اینجلز ار ود یو! اینڈ ایٹ دا سیم ٹائم، یو ار گیون ا گریٹ مائنڈ! مائنڈ از ایبل ٹو انالیسز، انالائز ال دس تھنگز! مائنڈ از، مائنڈ کین انڈرسٹینڈ ال دس تھنگز!</w:t>
      </w:r>
    </w:p>
    <w:p>
      <w:r>
        <w:rPr>
          <w:b/>
        </w:rPr>
        <w:t xml:space="preserve">[31:18] </w:t>
      </w:r>
      <w:r>
        <w:t>so, although you are living in a certain world, in a world of problems, in a world of negativity, but at the same time, you have to know that you are living with angels! you are armed with mind! so, this is the, this is a very hopeful picture of the life!</w:t>
      </w:r>
    </w:p>
    <w:p>
      <w:pPr>
        <w:jc w:val="right"/>
      </w:pPr>
      <w:r>
        <w:t>سو، التhough یو ار لیونگ ان ا سیٹنک ورلڈ، ان ا ورلڈ اف پرابلم، ان ا ورلڈ اف نیگیٹیوٹی، بٹ ایٹ دا سیم ٹائم، یو ہیو ٹو نو دیٹ یو ار لیونگ ود اینجلس! یو ار ارمڈ ود مائنڈ! سو، دس از دا، دس از ا ویری ہوپ فل پکچر اف دا لائف!</w:t>
      </w:r>
    </w:p>
    <w:p>
      <w:r>
        <w:rPr>
          <w:b/>
        </w:rPr>
        <w:t xml:space="preserve">[31:45] </w:t>
      </w:r>
      <w:r>
        <w:t>This picture given by the Quran is a very hopeful picture!</w:t>
      </w:r>
    </w:p>
    <w:p>
      <w:pPr>
        <w:jc w:val="right"/>
      </w:pPr>
      <w:r>
        <w:t>دس پکچر گیون بائی دا قرآن از ا ویری ہوپ فل پکچر!</w:t>
      </w:r>
    </w:p>
    <w:p>
      <w:r>
        <w:rPr>
          <w:b/>
        </w:rPr>
        <w:t xml:space="preserve">[31:49] </w:t>
      </w:r>
      <w:r>
        <w:t>You are not alone!</w:t>
      </w:r>
    </w:p>
    <w:p>
      <w:pPr>
        <w:jc w:val="right"/>
      </w:pPr>
      <w:r>
        <w:t>یو ار ناٹ الون!</w:t>
      </w:r>
    </w:p>
    <w:p>
      <w:r>
        <w:rPr>
          <w:b/>
        </w:rPr>
        <w:t xml:space="preserve">[31:54] </w:t>
      </w:r>
      <w:r>
        <w:t>If there are problem, there is solution!</w:t>
      </w:r>
    </w:p>
    <w:p>
      <w:pPr>
        <w:jc w:val="right"/>
      </w:pPr>
      <w:r>
        <w:t>اف دیر ار پرابلم، دیر از سولیوشن!</w:t>
      </w:r>
    </w:p>
    <w:p>
      <w:r>
        <w:rPr>
          <w:b/>
        </w:rPr>
        <w:t xml:space="preserve">[31:58] </w:t>
      </w:r>
      <w:r>
        <w:t>If Satan creates problems, angels are providing solutions!</w:t>
      </w:r>
    </w:p>
    <w:p>
      <w:pPr>
        <w:jc w:val="right"/>
      </w:pPr>
      <w:r>
        <w:t>اف سیٹن کریٹس پرابلم، اینجلس ار پرووائیڈنگ سولیوشنز!</w:t>
      </w:r>
    </w:p>
    <w:p>
      <w:r>
        <w:rPr>
          <w:b/>
        </w:rPr>
        <w:t xml:space="preserve">[32:03] </w:t>
      </w:r>
      <w:r>
        <w:t>Your mind provide solution!</w:t>
      </w:r>
    </w:p>
    <w:p>
      <w:pPr>
        <w:jc w:val="right"/>
      </w:pPr>
      <w:r>
        <w:t>یور مائنڈ پرووائیڈ سولیوشن!</w:t>
      </w:r>
    </w:p>
    <w:p>
      <w:r>
        <w:rPr>
          <w:b/>
        </w:rPr>
        <w:t xml:space="preserve">[32:07] </w:t>
      </w:r>
      <w:r>
        <w:t>And God is here for your help!</w:t>
      </w:r>
    </w:p>
    <w:p>
      <w:pPr>
        <w:jc w:val="right"/>
      </w:pPr>
      <w:r>
        <w:t>اینڈ گاڈ از ہیر فار یور ہیلپ!</w:t>
      </w:r>
    </w:p>
    <w:p>
      <w:r>
        <w:rPr>
          <w:b/>
        </w:rPr>
        <w:t xml:space="preserve">[32:12] </w:t>
      </w:r>
      <w:r>
        <w:t>When you study Quran, you will find all these things!</w:t>
      </w:r>
    </w:p>
    <w:p>
      <w:pPr>
        <w:jc w:val="right"/>
      </w:pPr>
      <w:r>
        <w:t>وین یو سٹڈی قرآن، یو ویل فائنڈ ال دس تھنگز!</w:t>
      </w:r>
    </w:p>
    <w:p>
      <w:r>
        <w:rPr>
          <w:b/>
        </w:rPr>
        <w:t xml:space="preserve">[32:17] </w:t>
      </w:r>
      <w:r>
        <w:t>Deen there is a very relevant verse in the Quran for your Quran says that: "Inna ma'al usri yusra,</w:t>
      </w:r>
    </w:p>
    <w:p>
      <w:pPr>
        <w:jc w:val="right"/>
      </w:pPr>
      <w:r>
        <w:t>دین دیر از ا ویری ریلیونٹ ورس ان دا قرآن فار یور قرآن سیز دیٹ: "ان مال اسرا،</w:t>
      </w:r>
    </w:p>
    <w:p>
      <w:r>
        <w:rPr>
          <w:b/>
        </w:rPr>
        <w:t xml:space="preserve">[32:23] </w:t>
      </w:r>
      <w:r>
        <w:t>in my Israel!</w:t>
      </w:r>
    </w:p>
    <w:p>
      <w:pPr>
        <w:jc w:val="right"/>
      </w:pPr>
      <w:r>
        <w:t>ان مال اسرا!</w:t>
      </w:r>
    </w:p>
    <w:p>
      <w:r>
        <w:rPr>
          <w:b/>
        </w:rPr>
        <w:t xml:space="preserve">[32:29] </w:t>
      </w:r>
      <w:r>
        <w:t>"With every problem, there is solution!</w:t>
      </w:r>
    </w:p>
    <w:p>
      <w:pPr>
        <w:jc w:val="right"/>
      </w:pPr>
      <w:r>
        <w:t>" ود ایوری پرابلم، دیر از سولیوشن!</w:t>
      </w:r>
    </w:p>
    <w:p>
      <w:r>
        <w:rPr>
          <w:b/>
        </w:rPr>
        <w:t xml:space="preserve">[32:35] </w:t>
      </w:r>
      <w:r>
        <w:t>With every problem, there is solution!</w:t>
      </w:r>
    </w:p>
    <w:p>
      <w:pPr>
        <w:jc w:val="right"/>
      </w:pPr>
      <w:r>
        <w:t>ود ایوری پرابلم، دیر از سولیوشن!</w:t>
      </w:r>
    </w:p>
    <w:p>
      <w:r>
        <w:rPr>
          <w:b/>
        </w:rPr>
        <w:t xml:space="preserve">[32:41] </w:t>
      </w:r>
      <w:r>
        <w:t>With every problem, there are opportunities!</w:t>
      </w:r>
    </w:p>
    <w:p>
      <w:pPr>
        <w:jc w:val="right"/>
      </w:pPr>
      <w:r>
        <w:t>ود ایوری پرابلم، دیر ار اپرچونیٹیز!</w:t>
      </w:r>
    </w:p>
    <w:p>
      <w:r>
        <w:rPr>
          <w:b/>
        </w:rPr>
        <w:t xml:space="preserve">[32:48] </w:t>
      </w:r>
      <w:r>
        <w:t>so, when you, when you are facing some problem, you have a good tiding in advance! you know, our world is world of problems! every time, you are facing problems! but here, you have a good tiding in advance! that don't fear! if there is a problem, there is solution!</w:t>
      </w:r>
    </w:p>
    <w:p>
      <w:pPr>
        <w:jc w:val="right"/>
      </w:pPr>
      <w:r>
        <w:t>سو، وین یو، وین یو ار فیسنگ سم پرابلم، یو ہیو ا گڈ ٹائیڈنگ ان ایڈوانس! یو نو، اور ورلڈ از ورلڈ اف پرابلم! ایوری ٹائم، یو ار فیسنگ پرابلمز! بٹ ہیر، یو ہیو ا گڈ ٹائیڈنگ ان ایڈوانس! دیٹ ڈونٹ فیئر! اف دیر از ا پرابلم، دیر از سولیوشن!</w:t>
      </w:r>
    </w:p>
    <w:p>
      <w:r>
        <w:rPr>
          <w:b/>
        </w:rPr>
        <w:t xml:space="preserve">[33:17] </w:t>
      </w:r>
      <w:r>
        <w:t>if there is problem, there are opportunities! by availing these opportunities, you can solve your problem! so, in one sense, Quran is a book of hope! Quran is a book of hope! Quran save you from despair! despair!</w:t>
      </w:r>
    </w:p>
    <w:p>
      <w:pPr>
        <w:jc w:val="right"/>
      </w:pPr>
      <w:r>
        <w:t>اف دیر از پرابلم، دیر ار اپرچونیٹیز! بائی اویلنگ دس اپرچونیٹیز، یو کین سالو یور پرابلم! سو، ان ون سینس، قرآن از ا بک اف ہوپ! قرآن از ا بک اف ہوپ! قرآن سیو یو فرام ڈسپیئر! ڈسپیئر!</w:t>
      </w:r>
    </w:p>
    <w:p>
      <w:r>
        <w:rPr>
          <w:b/>
        </w:rPr>
        <w:t xml:space="preserve">[33:43] </w:t>
      </w:r>
      <w:r>
        <w:t>every time, Quran extends its help to you! So, then you read this in the Quran, you read this verse: "Qunu rabbaniyyin!"</w:t>
      </w:r>
    </w:p>
    <w:p>
      <w:pPr>
        <w:jc w:val="right"/>
      </w:pPr>
      <w:r>
        <w:t>ایوری ٹائم، قرآن ایکسٹینڈ اٹس ہیلپ ٹو یو! سو، دین یو ریڈ دس ان دا قرآن، یو ریڈ دس ورس: "کون ربانین!</w:t>
      </w:r>
    </w:p>
    <w:p>
      <w:r>
        <w:rPr>
          <w:b/>
        </w:rPr>
        <w:t xml:space="preserve">[34:11] </w:t>
      </w:r>
      <w:r>
        <w:t>"O people, be like Rabb! It means that adopt Rabbani character! Adopt divine character! Adopt divine character! Then there is a verse in the Quran: "Fi Rasulillahi hasanah!"</w:t>
      </w:r>
    </w:p>
    <w:p>
      <w:pPr>
        <w:jc w:val="right"/>
      </w:pPr>
      <w:r>
        <w:t>" او پیپل، بی لائک رب! اٹ مینز دیٹ اڈاپٹ ربانی کریکٹر! اڈاپٹ ڈیوائن کریکٹر! اڈاپٹ ڈیوائن کریکٹر! دین دیر از ا ورس ان دا قرآن: "فی رسول اللہ حسنہ!</w:t>
      </w:r>
    </w:p>
    <w:p>
      <w:r>
        <w:rPr>
          <w:b/>
        </w:rPr>
        <w:t xml:space="preserve">[34:37] </w:t>
      </w:r>
      <w:r>
        <w:t>"in the prophet, there is good example for you! so, here you find a model for your character! model! is very important to have a model! there are so many situations!</w:t>
      </w:r>
    </w:p>
    <w:p>
      <w:pPr>
        <w:jc w:val="right"/>
      </w:pPr>
      <w:r>
        <w:t>" ان دا پرافٹ، دیر از گڈ ایگزیمپل فار یو! سو، ہیر یو فائنڈ ا ماڈل فار یور کریکٹر! ماڈل! از ویری امپورٹنٹ ٹو ہیو ا ماڈل! دیر ار سو مینی سچویشنز!</w:t>
      </w:r>
    </w:p>
    <w:p>
      <w:r>
        <w:rPr>
          <w:b/>
        </w:rPr>
        <w:t xml:space="preserve">[35:04] </w:t>
      </w:r>
      <w:r>
        <w:t>but in every situation, you have a model! in the form of prophet! so, Quran says that God have provided you a model! you have to see this model! then you will find how to behave in different situations!</w:t>
      </w:r>
    </w:p>
    <w:p>
      <w:pPr>
        <w:jc w:val="right"/>
      </w:pPr>
      <w:r>
        <w:t>بٹ ان ایوری سچویشن، یو ہیو ا ماڈل! ان دا فارم اف پرافٹ! سو، قرآن سیز دیٹ گاڈ ہیو پرووائیڈڈ یو ا ماڈل! یو ہیو ٹو سی دس ماڈل! دین یو ویل فائنڈ ہاؤ ٹو بیہیو ان ڈفرنٹ سچویشنز!</w:t>
      </w:r>
    </w:p>
    <w:p>
      <w:r>
        <w:rPr>
          <w:b/>
        </w:rPr>
        <w:t xml:space="preserve">[35:32] </w:t>
      </w:r>
      <w:r>
        <w:t>So, having a model is very important!</w:t>
      </w:r>
    </w:p>
    <w:p>
      <w:pPr>
        <w:jc w:val="right"/>
      </w:pPr>
      <w:r>
        <w:t>سو، ہیونگ ا ماڈل از ویری امپورٹنٹ!</w:t>
      </w:r>
    </w:p>
    <w:p>
      <w:r>
        <w:rPr>
          <w:b/>
        </w:rPr>
        <w:t xml:space="preserve">[35:39] </w:t>
      </w:r>
      <w:r>
        <w:t>Very, very important!</w:t>
      </w:r>
    </w:p>
    <w:p>
      <w:pPr>
        <w:jc w:val="right"/>
      </w:pPr>
      <w:r>
        <w:t>ویری، ویری امپورٹنٹ!</w:t>
      </w:r>
    </w:p>
    <w:p>
      <w:r>
        <w:rPr>
          <w:b/>
        </w:rPr>
        <w:t xml:space="preserve">[35:47] </w:t>
      </w:r>
      <w:r>
        <w:t>Deen Quran gives you a very important clue!</w:t>
      </w:r>
    </w:p>
    <w:p>
      <w:pPr>
        <w:jc w:val="right"/>
      </w:pPr>
      <w:r>
        <w:t>دین قرآن گیوز یو ا ویری امپورٹنٹ کلو!</w:t>
      </w:r>
    </w:p>
    <w:p>
      <w:r>
        <w:rPr>
          <w:b/>
        </w:rPr>
        <w:t xml:space="preserve">[35:55] </w:t>
      </w:r>
      <w:r>
        <w:t>that in your, in your personality, there is a nafs al-lawwamah!</w:t>
      </w:r>
    </w:p>
    <w:p>
      <w:pPr>
        <w:jc w:val="right"/>
      </w:pPr>
      <w:r>
        <w:t>دیٹ ان یور، ان یور پرسنیلٹی، دیر از ا نفس اللوامہ!</w:t>
      </w:r>
    </w:p>
    <w:p>
      <w:r>
        <w:rPr>
          <w:b/>
        </w:rPr>
        <w:t xml:space="preserve">[36:03] </w:t>
      </w:r>
      <w:r>
        <w:t>And also there is a nafs ammarah! It means that in your personality, there are two kinds of faculties! That is organs and conscious! So, you have to follow your conscious! Don't follow your organs! By it is, it is both are natural part!</w:t>
      </w:r>
    </w:p>
    <w:p>
      <w:pPr>
        <w:jc w:val="right"/>
      </w:pPr>
      <w:r>
        <w:t>اینڈ السو دیر از ا نفس امارہ! اٹ مینز دیٹ ان یور پرسنیلٹی، دیر ار ٹو کائنڈ اف فیکلٹیز! دیٹ از ارگنس اینڈ کانشیس! سو، یو ہیو ٹو فالو یور کانشیس! ڈونٹ فالو یور ارگنس! بائے اٹ از، اٹ از بوتھ ار نیچرل پارٹ!</w:t>
      </w:r>
    </w:p>
    <w:p>
      <w:r>
        <w:rPr>
          <w:b/>
        </w:rPr>
        <w:t xml:space="preserve">[36:31] </w:t>
      </w:r>
      <w:r>
        <w:t>both are natural part of your personality! so, every time, you have to think! you have to identify that when you are thinking, you are thinking right way or wrong way! if you are thinking in terms of organs, then you are thinking in wrong way!</w:t>
      </w:r>
    </w:p>
    <w:p>
      <w:pPr>
        <w:jc w:val="right"/>
      </w:pPr>
      <w:r>
        <w:t>بوتھ ار نیچرل پارٹ اف یور پرسنیلٹی! سو، ایوری ٹائم، یو ہیو ٹو تھنک! یو ہیو ٹو ائیڈینٹیفائی دیٹ وین یو ار تھنکنگ، یو ار تھنکنگ رائٹ وے اور رونگ وے! اف یو ار تھنکنگ ان ٹرم اف ارگنس، دین یو ار تھنکنگ ان رونگ وے!</w:t>
      </w:r>
    </w:p>
    <w:p>
      <w:r>
        <w:rPr>
          <w:b/>
        </w:rPr>
        <w:t xml:space="preserve">[36:54] </w:t>
      </w:r>
      <w:r>
        <w:t>but if you are thinking in, in, in the voice of your conscious, that you are thinking in it in the right way! so, every time, you have to see whether you are going according to your organs ya are you are going according to the conscious!</w:t>
      </w:r>
    </w:p>
    <w:p>
      <w:pPr>
        <w:jc w:val="right"/>
      </w:pPr>
      <w:r>
        <w:t>بٹ اف یو ار تھنکنگ ان، ان، ان دا وائس اف یور کانشیس، دیٹ یو ار تھنکنگ ان اٹ ان دا رائٹ وے! سو، ایوری ٹائم، یو ہیو ٹو سی ویدر یو ار گوئنگ اکارڈنگ ٹو یور ارگنس یا ار یو ار گوئنگ اکارڈنگ ٹو دا کانشیس!</w:t>
      </w:r>
    </w:p>
    <w:p>
      <w:r>
        <w:rPr>
          <w:b/>
        </w:rPr>
        <w:t xml:space="preserve">[37:19] </w:t>
      </w:r>
      <w:r>
        <w:t>and also here you find a very important guidance! that if you follow the path of organs, it will create problem for you! and if you follow the voice of conscious, it will be very good for you! so, it's very important!</w:t>
      </w:r>
    </w:p>
    <w:p>
      <w:pPr>
        <w:jc w:val="right"/>
      </w:pPr>
      <w:r>
        <w:t>اینڈ السو ہیر یو فائنڈ دا ا ویری امپورٹنٹ گائیڈنس! دیٹ اف یو فالو دا پاتھ اف ارگنز، اٹ ویل کریٹ پرابلم فار یو! اینڈ اف یو فالو دا وائس اف کانشیس، اٹ ویل بی ویری گڈ فار یو! سو، اٹس ویری امپورٹنٹ!</w:t>
      </w:r>
    </w:p>
    <w:p>
      <w:r>
        <w:rPr>
          <w:b/>
        </w:rPr>
        <w:t xml:space="preserve">[37:44] </w:t>
      </w:r>
      <w:r>
        <w:t>so Quran is a guide book for whole life! how to speak, how to think, how to behave! everything is mentioned in the Quran! this is the true picture of Islam!</w:t>
      </w:r>
    </w:p>
    <w:p>
      <w:pPr>
        <w:jc w:val="right"/>
      </w:pPr>
      <w:r>
        <w:t>تو قرآن از ا گائیڈ بک فار ہول لائف! ہاؤ ٹو سپیک، ہاؤ ٹو تھنک، ہاؤ ٹو بیہیو! ایوری تھنگ از مینشن ان دا قرآن! دس از دا ٹرو پکچر اف اسلام!</w:t>
      </w:r>
    </w:p>
    <w:p>
      <w:r>
        <w:rPr>
          <w:b/>
        </w:rPr>
        <w:t xml:space="preserve">[38:09] </w:t>
      </w:r>
      <w:r>
        <w:t>so, here I will repeat again that you have to differentiate between Islam and Muslims! you have to see Muslims in the light of Islamic teachings and not vice versa! the topic for the present talk is the picture of Islam in the light of Hadith and Sunnah!</w:t>
      </w:r>
    </w:p>
    <w:p>
      <w:pPr>
        <w:jc w:val="right"/>
      </w:pPr>
      <w:r>
        <w:t>سو، ہیر ائی ویل ریپیٹ اگین دیٹ یو ہیو ٹو ڈیفرنشیٹ بٹوین اسلام اینڈ مسلمز! یو ہیو ٹو سی مسلمز ان دا لائٹ اف اسلامک ٹیچنگز اینڈ ناٹ وائس ورسا! دا ٹاپک فار دا پریزنٹ ٹاک از دا پکچر اف اسلام ان دا لائٹ اف حدیث اینڈ سنت!</w:t>
      </w:r>
    </w:p>
    <w:p>
      <w:r>
        <w:rPr>
          <w:b/>
        </w:rPr>
        <w:t xml:space="preserve">[38:37] </w:t>
      </w:r>
      <w:r>
        <w:t>that is the picture of Islam in the sayings of the Prophet and his behaviour! Hadith means saying or Sunnah means behaviour!</w:t>
      </w:r>
    </w:p>
    <w:p>
      <w:pPr>
        <w:jc w:val="right"/>
      </w:pPr>
      <w:r>
        <w:t>دیٹ از دا پکچر اف اسلام ان دا سینگز اف دا پرافٹ اینڈ ہز بیہیویئر! حدیث مینز سینگ اور سنت مینز بیہیویئر!</w:t>
      </w:r>
    </w:p>
    <w:p>
      <w:r>
        <w:rPr>
          <w:b/>
        </w:rPr>
        <w:t xml:space="preserve">[38:53] </w:t>
      </w:r>
      <w:r>
        <w:t>so, here I will try to give some references from hadith wa sunnah to describe what is Islam! because the source of Islam is Quran and sunnah!</w:t>
      </w:r>
    </w:p>
    <w:p>
      <w:pPr>
        <w:jc w:val="right"/>
      </w:pPr>
      <w:r>
        <w:t>سو، ہیر ائی ویل ٹرائی ٹو گیو سم ریفرنسز فرام حدیث و سنت ٹو ڈسکرائب واٹ از اسلام! بیکاز دا سورس اف اسلام از قرآن اینڈ سنت!</w:t>
      </w:r>
    </w:p>
    <w:p>
      <w:r>
        <w:rPr>
          <w:b/>
        </w:rPr>
        <w:t xml:space="preserve">[39:16] </w:t>
      </w:r>
      <w:r>
        <w:t>Quran is book of God and Sunnah is the sayings or practice of the prophet of Islam!</w:t>
      </w:r>
    </w:p>
    <w:p>
      <w:pPr>
        <w:jc w:val="right"/>
      </w:pPr>
      <w:r>
        <w:t>قرآن از بک اف گاڈ اینڈ سنت از دا سینگز اور پریکٹس اف دا پرافٹ اف اسلام!</w:t>
      </w:r>
    </w:p>
    <w:p>
      <w:r>
        <w:rPr>
          <w:b/>
        </w:rPr>
        <w:t xml:space="preserve">[39:26] </w:t>
      </w:r>
      <w:r>
        <w:t>So, in this talk, I will try to give some references from the Prophet of Islam!</w:t>
      </w:r>
    </w:p>
    <w:p>
      <w:pPr>
        <w:jc w:val="right"/>
      </w:pPr>
      <w:r>
        <w:t>سو، ان دس ٹاک، ائی ویل ٹرائی ٹو گیو سم ریفرنسز فرام دا پرافٹ اف اسلام!</w:t>
      </w:r>
    </w:p>
    <w:p>
      <w:r>
        <w:rPr>
          <w:b/>
        </w:rPr>
        <w:t xml:space="preserve">[39:36] </w:t>
      </w:r>
      <w:r>
        <w:t>You know, the Prophet of Islam was born in 570 AD in Mecca!</w:t>
      </w:r>
    </w:p>
    <w:p>
      <w:pPr>
        <w:jc w:val="right"/>
      </w:pPr>
      <w:r>
        <w:t>یو نو، دا پرافٹ اف اسلام واز born in 570 اے ڈی ان مکہ!</w:t>
      </w:r>
    </w:p>
    <w:p>
      <w:r>
        <w:rPr>
          <w:b/>
        </w:rPr>
        <w:t xml:space="preserve">[39:47] </w:t>
      </w:r>
      <w:r>
        <w:t>he was appointed by God as a prophet in 610 AD! He, at the time, he was in Mecca! Then he migrated to Medina! And he died in Medina in 632! And buried over there!</w:t>
      </w:r>
    </w:p>
    <w:p>
      <w:pPr>
        <w:jc w:val="right"/>
      </w:pPr>
      <w:r>
        <w:t>ہی واز اپوائنٹڈ بائی گاڈ ایز ا پرافٹ ان 610 اے ڈی! ہی، ایٹ دا ٹائم، ہی واز ان مکہ! دین ہی مائیگریٹڈ ٹو مدینہ! اینڈ ہی ڈیڈ ان مدینہ ان 632! اینڈ بریڈ اوور دیر!</w:t>
      </w:r>
    </w:p>
    <w:p>
      <w:r>
        <w:rPr>
          <w:b/>
        </w:rPr>
        <w:t xml:space="preserve">[40:13] </w:t>
      </w:r>
      <w:r>
        <w:t>These prophets' tradition is compiled in several books! I think that prophet of Islam was the only person in the history whose sayings and all his traditions are preserved in the form of book!</w:t>
      </w:r>
    </w:p>
    <w:p>
      <w:pPr>
        <w:jc w:val="right"/>
      </w:pPr>
      <w:r>
        <w:t>سے پرافٹس ٹریڈیشن از کمپائلڈ ان سیورل بکس! ائی تھنک دیٹ پرافٹ اف اسلام واز دا اونلی پرسن ان دا ہسٹری ہوز سینگز اینڈ ال ہز ٹریڈیشنز ار پریزروڈ ان دا فارم اف بک!</w:t>
      </w:r>
    </w:p>
    <w:p>
      <w:r>
        <w:rPr>
          <w:b/>
        </w:rPr>
        <w:t xml:space="preserve">[40:40] </w:t>
      </w:r>
      <w:r>
        <w:t>it a great treasure not only for Islam but for all humanity! because the prophet was sent to all humanity! lilalamin nazirah! the prophet of Islam was sent to all humanity not only for Muslims! so, here I would like to give some references from the prophet of Islam!</w:t>
      </w:r>
    </w:p>
    <w:p>
      <w:pPr>
        <w:jc w:val="right"/>
      </w:pPr>
      <w:r>
        <w:t>اٹ ا گریٹ ٹریژر ناٹ اونلی فار اسلام بٹ فار ال ہیومینٹی! بیکاز دا پرافٹ واز سینڈ ٹو ال ہیومینٹی! للعالمین نظیرہ! دا پرافٹ اف اسلام واز سینڈ ٹو ال ہیومینٹی ناٹ اونلی فار مسلمز! سو، ہیر ائی وڈ لائک ٹو گیو سم ریفرنسز فرام دا پرافٹ اف اسلام!</w:t>
      </w:r>
    </w:p>
    <w:p>
      <w:r>
        <w:rPr>
          <w:b/>
        </w:rPr>
        <w:t xml:space="preserve">[41:06] </w:t>
      </w:r>
      <w:r>
        <w:t>The prophet used to rise early in the morning and say in his prayer! In his morning prayer! Allah ashhad annal ibad kullu ikhwah! O God!</w:t>
      </w:r>
    </w:p>
    <w:p>
      <w:pPr>
        <w:jc w:val="right"/>
      </w:pPr>
      <w:r>
        <w:t>دا پرافٹ یوز ٹو رائز ارلی ان دا مارننگ اینڈ سے ان ہز پیر! ان ہز مارننگ پریر! اللہ اشھد ان العباد کل اخوہ! او گاڈ!</w:t>
      </w:r>
    </w:p>
    <w:p>
      <w:r>
        <w:rPr>
          <w:b/>
        </w:rPr>
        <w:t xml:space="preserve">[41:29] </w:t>
      </w:r>
      <w:r>
        <w:t>I bear witness that all men and women are sisters and brothers to each other! This is the universal aspect of Islam! Islam is a universal religion! Islamic outlook is universal outlook!</w:t>
      </w:r>
    </w:p>
    <w:p>
      <w:pPr>
        <w:jc w:val="right"/>
      </w:pPr>
      <w:r>
        <w:t>ائی بیئر وٹنس دیٹ ال مین اینڈ وومن ار سسٹرز اینڈ برادرز ٹو ایچ ادر! دس از دا یونیورسل اسپیکٹ اف اسلام! اسلام از ا یونیورسل ریلیجن! اسلامک اؤٹ لوک از یونیورسل اؤٹ لوک!</w:t>
      </w:r>
    </w:p>
    <w:p>
      <w:r>
        <w:rPr>
          <w:b/>
        </w:rPr>
        <w:t xml:space="preserve">[41:55] </w:t>
      </w:r>
      <w:r>
        <w:t>there is a hadith the prophet of islam has said: "al-khalqu khayallahu! " all creatures are gods progeny! gods family! so, Islamic outlook is universal outlook!</w:t>
      </w:r>
    </w:p>
    <w:p>
      <w:pPr>
        <w:jc w:val="right"/>
      </w:pPr>
      <w:r>
        <w:t>دیر از ا حدیث دا پرافٹ اف اسلام ہیز سیڈ: "الخلق حیال اللہ! " ال کریچرز ار گاڈز پروجینی! گاڈز فیملی! سو، اسلامک اؤٹ لوک از یونیورسل اؤٹ لوک!</w:t>
      </w:r>
    </w:p>
    <w:p>
      <w:r>
        <w:rPr>
          <w:b/>
        </w:rPr>
        <w:t xml:space="preserve">[42:21] </w:t>
      </w:r>
      <w:r>
        <w:t>Islam sees all men and women as sisters and brothers! Because creator of all humanity is one! All the men and all women were created by God! And the ancestor was common!</w:t>
      </w:r>
    </w:p>
    <w:p>
      <w:pPr>
        <w:jc w:val="right"/>
      </w:pPr>
      <w:r>
        <w:t>اسلام سیز ال مین اینڈ وومن ایز سسٹرز اینڈ برادرز! بیکاز کریٹر اف ال ہیومینٹی از ون! ال دا مین اینڈ ال وومن ویر کریٹڈ بائی گاڈ! اینڈ دا انسٹر واز کامن!</w:t>
      </w:r>
    </w:p>
    <w:p>
      <w:r>
        <w:rPr>
          <w:b/>
        </w:rPr>
        <w:t xml:space="preserve">[42:49] </w:t>
      </w:r>
      <w:r>
        <w:t>That is Adam and Eve!</w:t>
      </w:r>
    </w:p>
    <w:p>
      <w:pPr>
        <w:jc w:val="right"/>
      </w:pPr>
      <w:r>
        <w:t>دیٹ از ادم اینڈ ایو!</w:t>
      </w:r>
    </w:p>
    <w:p>
      <w:r>
        <w:rPr>
          <w:b/>
        </w:rPr>
        <w:t xml:space="preserve">[42:54] </w:t>
      </w:r>
      <w:r>
        <w:t>Adam and Eve!</w:t>
      </w:r>
    </w:p>
    <w:p>
      <w:pPr>
        <w:jc w:val="right"/>
      </w:pPr>
      <w:r>
        <w:t>ادم اینڈ ایو!</w:t>
      </w:r>
    </w:p>
    <w:p>
      <w:r>
        <w:rPr>
          <w:b/>
        </w:rPr>
        <w:t xml:space="preserve">[42:59] </w:t>
      </w:r>
      <w:r>
        <w:t>The life begins from Adam and Eve! Eve!</w:t>
      </w:r>
    </w:p>
    <w:p>
      <w:pPr>
        <w:jc w:val="right"/>
      </w:pPr>
      <w:r>
        <w:t>دا لائف بگنز فرام ادم اینڈ ایو! ایو!</w:t>
      </w:r>
    </w:p>
    <w:p>
      <w:r>
        <w:rPr>
          <w:b/>
        </w:rPr>
        <w:t xml:space="preserve">[43:04] </w:t>
      </w:r>
      <w:r>
        <w:t>Eve!</w:t>
      </w:r>
    </w:p>
    <w:p>
      <w:pPr>
        <w:jc w:val="right"/>
      </w:pPr>
      <w:r>
        <w:t>ای وی ای!</w:t>
      </w:r>
    </w:p>
    <w:p>
      <w:r>
        <w:rPr>
          <w:b/>
        </w:rPr>
        <w:t xml:space="preserve">[43:09] </w:t>
      </w:r>
      <w:r>
        <w:t>The life in this earth begins from Adam and Eve!</w:t>
      </w:r>
    </w:p>
    <w:p>
      <w:pPr>
        <w:jc w:val="right"/>
      </w:pPr>
      <w:r>
        <w:t>دا لائف ان دس ارتھ بگنز فرام ادم اینڈ ایو!</w:t>
      </w:r>
    </w:p>
    <w:p>
      <w:r>
        <w:rPr>
          <w:b/>
        </w:rPr>
        <w:t xml:space="preserve">[43:14] </w:t>
      </w:r>
      <w:r>
        <w:t>So, the parent of all humanity!</w:t>
      </w:r>
    </w:p>
    <w:p>
      <w:pPr>
        <w:jc w:val="right"/>
      </w:pPr>
      <w:r>
        <w:t>سو، دا پیرنٹ اف ال ہیومینٹی!</w:t>
      </w:r>
    </w:p>
    <w:p>
      <w:r>
        <w:rPr>
          <w:b/>
        </w:rPr>
        <w:t xml:space="preserve">[43:20] </w:t>
      </w:r>
      <w:r>
        <w:t>All mankind is one!</w:t>
      </w:r>
    </w:p>
    <w:p>
      <w:pPr>
        <w:jc w:val="right"/>
      </w:pPr>
      <w:r>
        <w:t>ال مین کائنڈ از ون!</w:t>
      </w:r>
    </w:p>
    <w:p>
      <w:r>
        <w:rPr>
          <w:b/>
        </w:rPr>
        <w:t xml:space="preserve">[43:26] </w:t>
      </w:r>
      <w:r>
        <w:t>So, God is one!</w:t>
      </w:r>
    </w:p>
    <w:p>
      <w:pPr>
        <w:jc w:val="right"/>
      </w:pPr>
      <w:r>
        <w:t>سو، گاڈ از ون!</w:t>
      </w:r>
    </w:p>
    <w:p>
      <w:r>
        <w:rPr>
          <w:b/>
        </w:rPr>
        <w:t xml:space="preserve">[43:32] </w:t>
      </w:r>
      <w:r>
        <w:t>Ancestors are one!</w:t>
      </w:r>
    </w:p>
    <w:p>
      <w:pPr>
        <w:jc w:val="right"/>
      </w:pPr>
      <w:r>
        <w:t>انسسٹرز ار ون!</w:t>
      </w:r>
    </w:p>
    <w:p>
      <w:r>
        <w:rPr>
          <w:b/>
        </w:rPr>
        <w:t xml:space="preserve">[43:38] </w:t>
      </w:r>
      <w:r>
        <w:t>So, this kind of thinking creates brotherhood! Universal brotherhood!</w:t>
      </w:r>
    </w:p>
    <w:p>
      <w:pPr>
        <w:jc w:val="right"/>
      </w:pPr>
      <w:r>
        <w:t>سو، دس کائنڈ اف تھنکنگ کریٹس برادرہوڈ! یونیورسل برادرہوڈ!</w:t>
      </w:r>
    </w:p>
    <w:p>
      <w:r>
        <w:rPr>
          <w:b/>
        </w:rPr>
        <w:t xml:space="preserve">[43:44] </w:t>
      </w:r>
      <w:r>
        <w:t>This kind of thinking creates universal brotherhood!</w:t>
      </w:r>
    </w:p>
    <w:p>
      <w:pPr>
        <w:jc w:val="right"/>
      </w:pPr>
      <w:r>
        <w:t>دس کائنڈ اف تھنکنگ کریٹس یونیورسل برادرہوڈ!</w:t>
      </w:r>
    </w:p>
    <w:p>
      <w:r>
        <w:rPr>
          <w:b/>
        </w:rPr>
        <w:t xml:space="preserve">[43:51] </w:t>
      </w:r>
      <w:r>
        <w:t>there are other sayings of this kind! there are other sayings of this kind! that tells us what was the prophetic vision! what the concept of Islam towards humanity! it is a very well known fact in history!</w:t>
      </w:r>
    </w:p>
    <w:p>
      <w:pPr>
        <w:jc w:val="right"/>
      </w:pPr>
      <w:r>
        <w:t>دیر ار ادر سینگز اف دس کائنڈ! دیر ار ادر سینگز اف دس کائنڈ! دیٹ ٹیلز اس دا واٹ واز دا پرافٹک ویژن! واٹ دا کانسیپٹ اف اسلام ٹورڈز ہیومینٹی! اٹ از ویری ویل نون فیکٹ ان ہسٹری!</w:t>
      </w:r>
    </w:p>
    <w:p>
      <w:r>
        <w:rPr>
          <w:b/>
        </w:rPr>
        <w:t xml:space="preserve">[44:20] </w:t>
      </w:r>
      <w:r>
        <w:t>that Islam was the only religion in the earth! that was able to create a society! where everyone! where every man and woman was where equal! Islamic society of the early period was a society! where there was fraternity! brotherhood!</w:t>
      </w:r>
    </w:p>
    <w:p>
      <w:pPr>
        <w:jc w:val="right"/>
      </w:pPr>
      <w:r>
        <w:t>دیٹ اسلام واز دا اونلی ریلیجن ان دا ارتھ! دیٹ واز ایبل ٹو کریٹ ا سوسائٹی! ویر ایوری ون! ویر ایوری مین اینڈ وومن واز ویر ایکول! اسلامک سوسائٹی اف دا ارلی پیریڈ واز ا سوسائٹی! ویر دیر واز فرٹرنٹی! برادرہوڈ!</w:t>
      </w:r>
    </w:p>
    <w:p>
      <w:r>
        <w:rPr>
          <w:b/>
        </w:rPr>
        <w:t xml:space="preserve">[44:49] </w:t>
      </w:r>
      <w:r>
        <w:t>and equality! so, in Islam universality is not only a value! universality is also in Islamic society! of the early period! you can see that this value was also translated into practice!</w:t>
      </w:r>
    </w:p>
    <w:p>
      <w:pPr>
        <w:jc w:val="right"/>
      </w:pPr>
      <w:r>
        <w:t>اینڈ ایکولٹی! سو، ان اسلام یونیورسلٹی از ناٹ اونلی ا ویلیو! یونیورسلٹی از السو ان اسلامک سوسائٹی! اف دا ارلی پیریڈ! یو کین سی دیٹ دس ویلیو واز السو ٹرانسلیٹڈ انٹو پریکٹس!</w:t>
      </w:r>
    </w:p>
    <w:p>
      <w:r>
        <w:rPr>
          <w:b/>
        </w:rPr>
        <w:t xml:space="preserve">[45:14] </w:t>
      </w:r>
      <w:r>
        <w:t>this fact was accepted by all the historians! Swami Vivekanand was a great thinker of India! He says in one of his writings!</w:t>
      </w:r>
    </w:p>
    <w:p>
      <w:pPr>
        <w:jc w:val="right"/>
      </w:pPr>
      <w:r>
        <w:t>دس فیکٹ واز ایکسیپٹڈ بائی ال دا ہسٹورینز! سوامی بیویکانند واز ا گریٹ تھنکر اف انڈیا! ہی سیز ان ون اف ہز رائٹنگز!</w:t>
      </w:r>
    </w:p>
    <w:p>
      <w:r>
        <w:rPr>
          <w:b/>
        </w:rPr>
        <w:t xml:space="preserve">[45:30] </w:t>
      </w:r>
      <w:r>
        <w:t>that that if ever any religion approached to this equality!</w:t>
      </w:r>
    </w:p>
    <w:p>
      <w:pPr>
        <w:jc w:val="right"/>
      </w:pPr>
      <w:r>
        <w:t>دیٹ دیٹ اف ایور اینی ریلیجن اپروچڈ ٹو دس ایکولٹی!</w:t>
      </w:r>
    </w:p>
    <w:p>
      <w:r>
        <w:rPr>
          <w:b/>
        </w:rPr>
        <w:t xml:space="preserve">[45:42] </w:t>
      </w:r>
      <w:r>
        <w:t>It is Islam and Islam alone!</w:t>
      </w:r>
    </w:p>
    <w:p>
      <w:pPr>
        <w:jc w:val="right"/>
      </w:pPr>
      <w:r>
        <w:t>اٹ از اسلام اینڈ اسلام الون!</w:t>
      </w:r>
    </w:p>
    <w:p>
      <w:r>
        <w:rPr>
          <w:b/>
        </w:rPr>
        <w:t xml:space="preserve">[45:54] </w:t>
      </w:r>
      <w:r>
        <w:t>So, the first norm given by the Prophet was equality! Universality! Universal brotherhood!</w:t>
      </w:r>
    </w:p>
    <w:p>
      <w:pPr>
        <w:jc w:val="right"/>
      </w:pPr>
      <w:r>
        <w:t>سو، دا فرسٹ نارم گیون بائی دا پرافٹ واز ایکولٹی! یونیورسلٹی! یونیورسل برادرہوڈ!</w:t>
      </w:r>
    </w:p>
    <w:p>
      <w:r>
        <w:rPr>
          <w:b/>
        </w:rPr>
        <w:t xml:space="preserve">[46:06] </w:t>
      </w:r>
      <w:r>
        <w:t>This was the first lesson given by the Prophet of Islam!</w:t>
      </w:r>
    </w:p>
    <w:p>
      <w:pPr>
        <w:jc w:val="right"/>
      </w:pPr>
      <w:r>
        <w:t>دس واز دا فرسٹ لیسن گیون بائی دا پرافٹ اف اسلام!</w:t>
      </w:r>
    </w:p>
    <w:p>
      <w:r>
        <w:rPr>
          <w:b/>
        </w:rPr>
        <w:t xml:space="preserve">[46:18] </w:t>
      </w:r>
      <w:r>
        <w:t>then the prophet of Islam has said: "al muslim man salima al nasu min lisanihi wa yadihi! " Muslim is one by whose hands and tongue! people are safe!</w:t>
      </w:r>
    </w:p>
    <w:p>
      <w:pPr>
        <w:jc w:val="right"/>
      </w:pPr>
      <w:r>
        <w:t>دین دا پرافٹ اف اسلام ہیز سیڈ: "المسلم من سلم الناس بلسانہ ویدہ! " مسلم از ون بائی ہوز ہینڈز اینڈ ٹنگ! پیپل ار سیف!</w:t>
      </w:r>
    </w:p>
    <w:p>
      <w:r>
        <w:rPr>
          <w:b/>
        </w:rPr>
        <w:t xml:space="preserve">[46:45] </w:t>
      </w:r>
      <w:r>
        <w:t>It means that that Muslim!</w:t>
      </w:r>
    </w:p>
    <w:p>
      <w:pPr>
        <w:jc w:val="right"/>
      </w:pPr>
      <w:r>
        <w:t>اٹ مینز دیٹ دیٹ مسلم!</w:t>
      </w:r>
    </w:p>
    <w:p>
      <w:r>
        <w:rPr>
          <w:b/>
        </w:rPr>
        <w:t xml:space="preserve">[46:49] </w:t>
      </w:r>
      <w:r>
        <w:t>A true Muslim!</w:t>
      </w:r>
    </w:p>
    <w:p>
      <w:pPr>
        <w:jc w:val="right"/>
      </w:pPr>
      <w:r>
        <w:t>ا ٹرو مسلم!</w:t>
      </w:r>
    </w:p>
    <w:p>
      <w:r>
        <w:rPr>
          <w:b/>
        </w:rPr>
        <w:t xml:space="preserve">[46:53] </w:t>
      </w:r>
      <w:r>
        <w:t>A true Muslim!</w:t>
      </w:r>
    </w:p>
    <w:p>
      <w:pPr>
        <w:jc w:val="right"/>
      </w:pPr>
      <w:r>
        <w:t>ا ٹرو مسلم!</w:t>
      </w:r>
    </w:p>
    <w:p>
      <w:r>
        <w:rPr>
          <w:b/>
        </w:rPr>
        <w:t xml:space="preserve">[46:57] </w:t>
      </w:r>
      <w:r>
        <w:t>aur a true believer!</w:t>
      </w:r>
    </w:p>
    <w:p>
      <w:pPr>
        <w:jc w:val="right"/>
      </w:pPr>
      <w:r>
        <w:t>اور ا ٹرو مومن!</w:t>
      </w:r>
    </w:p>
    <w:p>
      <w:r>
        <w:rPr>
          <w:b/>
        </w:rPr>
        <w:t xml:space="preserve">[47:02] </w:t>
      </w:r>
      <w:r>
        <w:t>is one who!</w:t>
      </w:r>
    </w:p>
    <w:p>
      <w:pPr>
        <w:jc w:val="right"/>
      </w:pPr>
      <w:r>
        <w:t>از ون ہو!</w:t>
      </w:r>
    </w:p>
    <w:p>
      <w:r>
        <w:rPr>
          <w:b/>
        </w:rPr>
        <w:t xml:space="preserve">[47:06] </w:t>
      </w:r>
      <w:r>
        <w:t>as a harmless person!</w:t>
      </w:r>
    </w:p>
    <w:p>
      <w:pPr>
        <w:jc w:val="right"/>
      </w:pPr>
      <w:r>
        <w:t>از ا ہارم لیس پرسن!</w:t>
      </w:r>
    </w:p>
    <w:p>
      <w:r>
        <w:rPr>
          <w:b/>
        </w:rPr>
        <w:t xml:space="preserve">[47:10] </w:t>
      </w:r>
      <w:r>
        <w:t>A true Muslim is a harmless member of his society!</w:t>
      </w:r>
    </w:p>
    <w:p>
      <w:pPr>
        <w:jc w:val="right"/>
      </w:pPr>
      <w:r>
        <w:t>ا ٹرو مسلم از ا ہارم لیس ممبر اف ہز سوسائٹی!</w:t>
      </w:r>
    </w:p>
    <w:p>
      <w:r>
        <w:rPr>
          <w:b/>
        </w:rPr>
        <w:t xml:space="preserve">[47:14] </w:t>
      </w:r>
      <w:r>
        <w:t>A true Muslim is a no-problem person!</w:t>
      </w:r>
    </w:p>
    <w:p>
      <w:pPr>
        <w:jc w:val="right"/>
      </w:pPr>
      <w:r>
        <w:t>ا ٹرو مسلم از ا نو پرابلم پرسن!</w:t>
      </w:r>
    </w:p>
    <w:p>
      <w:r>
        <w:rPr>
          <w:b/>
        </w:rPr>
        <w:t xml:space="preserve">[47:19] </w:t>
      </w:r>
      <w:r>
        <w:t>Muslim is one who defends himself from creating problems to other. There is a hadith: "Wallahi la yumin! Wallahi la yumin! Wallahi la yumin! Alladhi la yamanu jaraahu biwaaq!"</w:t>
      </w:r>
    </w:p>
    <w:p>
      <w:pPr>
        <w:jc w:val="right"/>
      </w:pPr>
      <w:r>
        <w:t>مسلم از ون ہو! ڈیفرنس ہم سیلف فرام کریٹنگ پرابلمز ٹو ادر! دیر از ا حدیث: "واللہ لا یومن! واللہ لا یومن! واللہ لا یومن! الذی لا یامن جارہ بواق!</w:t>
      </w:r>
    </w:p>
    <w:p>
      <w:r>
        <w:rPr>
          <w:b/>
        </w:rPr>
        <w:t xml:space="preserve">[47:43] </w:t>
      </w:r>
      <w:r>
        <w:t>" it means that he is not a momin! he is not a true muslim! who creates problems for his neighbors! who creates problems for others! this is a hadith sayings of the prophet of islam!</w:t>
      </w:r>
    </w:p>
    <w:p>
      <w:pPr>
        <w:jc w:val="right"/>
      </w:pPr>
      <w:r>
        <w:t>" اٹ مینز دیٹ ہی از ناٹ ا مومن! ہی از ناٹ ا ٹرو مسلم! ہو کریٹس پرابلمز فار ہز لیبرز! ہو کریٹس پرابلمز فار ادر! دس از ا حدیث سینگز اف دا پرافٹ اف اسلام!</w:t>
      </w:r>
    </w:p>
    <w:p>
      <w:r>
        <w:rPr>
          <w:b/>
        </w:rPr>
        <w:t xml:space="preserve">[48:12] </w:t>
      </w:r>
      <w:r>
        <w:t>he defines Muslims as a no problem person! he defines a momin as a no problem person! so, every man and every woman who! believes in Islam! he must live as a no problem person! in his society!</w:t>
      </w:r>
    </w:p>
    <w:p>
      <w:pPr>
        <w:jc w:val="right"/>
      </w:pPr>
      <w:r>
        <w:t>ہی ڈیفائنس مسلمز ایز ا نو پرابلم پرسن! ہی ڈیفائنس ا مومن ایز ا نو پرابلم پرسن! سو، ایوری مین اینڈ ایوری وومن ہو! بیلیوز ان اسلام! ہی مسٹ لیو ایز ا نو پرابلم پرسن! ان ہز سوسائٹی!</w:t>
      </w:r>
    </w:p>
    <w:p>
      <w:r>
        <w:rPr>
          <w:b/>
        </w:rPr>
        <w:t xml:space="preserve">[48:41] </w:t>
      </w:r>
      <w:r>
        <w:t>then there is a hadith: "ala tunfahu la tadurru! " two point formula! two point formula! it means that live in your society! either as a giver person! or as a no problem person!</w:t>
      </w:r>
    </w:p>
    <w:p>
      <w:pPr>
        <w:jc w:val="right"/>
      </w:pPr>
      <w:r>
        <w:t>دین دیر از ا حدیث: "الا تنفہ لا تضر! " ٹو پوائنٹ فارمولا! ٹو پوائنٹ فارمولا! اٹ مینز دیٹ لیو ان یور سوسائٹی! ایدر ایز ا گیور پرسن! اور ایز ا نو پرابلم پرسن!</w:t>
      </w:r>
    </w:p>
    <w:p>
      <w:r>
        <w:rPr>
          <w:b/>
        </w:rPr>
        <w:t xml:space="preserve">[49:09] </w:t>
      </w:r>
      <w:r>
        <w:t>its very important! "ala tunfahu fala tadurru! " if you are not able to live as a giver person! in your society! live as a no problem person! in your society! so, there is only two positions for a momin! either he must give something to his society!</w:t>
      </w:r>
    </w:p>
    <w:p>
      <w:pPr>
        <w:jc w:val="right"/>
      </w:pPr>
      <w:r>
        <w:t>اٹس ویری امپورٹنٹ! "الا تنفہ فلا تضر! " اف یو ار ناٹ ایبل ٹو لیو ایز ا گیور پرسن! ان یور سوسائٹی! لیو ایز ا نو پرابلم پرسن! ان یور سوسائٹی! سو، دیر از اونلی ٹو پوزیشنز فار ا مومن! ایدر ہی مسٹ گیو سمتھنگ ٹو ہز سوسائٹی!</w:t>
      </w:r>
    </w:p>
    <w:p>
      <w:r>
        <w:rPr>
          <w:b/>
        </w:rPr>
        <w:t xml:space="preserve">[49:37] </w:t>
      </w:r>
      <w:r>
        <w:t>aur he reference himself from creating problems for his society!</w:t>
      </w:r>
    </w:p>
    <w:p>
      <w:pPr>
        <w:jc w:val="right"/>
      </w:pPr>
      <w:r>
        <w:t>اور ہی ریفرنس ہم سیلف فرام کریٹنگ پرابلمز فار ہز سوسائٹی!</w:t>
      </w:r>
    </w:p>
    <w:p>
      <w:r>
        <w:rPr>
          <w:b/>
        </w:rPr>
        <w:t xml:space="preserve">[49:41] </w:t>
      </w:r>
      <w:r>
        <w:t>There is no third position!</w:t>
      </w:r>
    </w:p>
    <w:p>
      <w:pPr>
        <w:jc w:val="right"/>
      </w:pPr>
      <w:r>
        <w:t>دیر از نو تھرڈ پوزیشن!</w:t>
      </w:r>
    </w:p>
    <w:p>
      <w:r>
        <w:rPr>
          <w:b/>
        </w:rPr>
        <w:t xml:space="preserve">[49:46] </w:t>
      </w:r>
      <w:r>
        <w:t>There is no third position!</w:t>
      </w:r>
    </w:p>
    <w:p>
      <w:pPr>
        <w:jc w:val="right"/>
      </w:pPr>
      <w:r>
        <w:t>دیر از نو تھرڈ پوزیشن!</w:t>
      </w:r>
    </w:p>
    <w:p>
      <w:r>
        <w:rPr>
          <w:b/>
        </w:rPr>
        <w:t xml:space="preserve">[49:51] </w:t>
      </w:r>
      <w:r>
        <w:t>So, Islam is a two-point formula!</w:t>
      </w:r>
    </w:p>
    <w:p>
      <w:pPr>
        <w:jc w:val="right"/>
      </w:pPr>
      <w:r>
        <w:t>سو، اسلام از ا ٹو پوائنٹ فارمولا!</w:t>
      </w:r>
    </w:p>
    <w:p>
      <w:r>
        <w:rPr>
          <w:b/>
        </w:rPr>
        <w:t xml:space="preserve">[49:56] </w:t>
      </w:r>
      <w:r>
        <w:t>in terms of society!</w:t>
      </w:r>
    </w:p>
    <w:p>
      <w:pPr>
        <w:jc w:val="right"/>
      </w:pPr>
      <w:r>
        <w:t>ان ٹرم اف سوسائٹی!</w:t>
      </w:r>
    </w:p>
    <w:p>
      <w:r>
        <w:rPr>
          <w:b/>
        </w:rPr>
        <w:t xml:space="preserve">[50:01] </w:t>
      </w:r>
      <w:r>
        <w:t>In terms of society!</w:t>
      </w:r>
    </w:p>
    <w:p>
      <w:pPr>
        <w:jc w:val="right"/>
      </w:pPr>
      <w:r>
        <w:t>ان ٹرم اف سوسائٹی!</w:t>
      </w:r>
    </w:p>
    <w:p>
      <w:r>
        <w:rPr>
          <w:b/>
        </w:rPr>
        <w:t xml:space="preserve">[50:06] </w:t>
      </w:r>
      <w:r>
        <w:t>Islamic Islamic life is based on a two-point formula!</w:t>
      </w:r>
    </w:p>
    <w:p>
      <w:pPr>
        <w:jc w:val="right"/>
      </w:pPr>
      <w:r>
        <w:t>اسلامک اسلامک لائف از بیسڈ ان ا ٹو پوائنٹ فارمولا!</w:t>
      </w:r>
    </w:p>
    <w:p>
      <w:r>
        <w:rPr>
          <w:b/>
        </w:rPr>
        <w:t xml:space="preserve">[50:11] </w:t>
      </w:r>
      <w:r>
        <w:t>either you have to live as a giver person! or you have to live as a no problem person! there is no room for that person! who lives as a harmful person! in his society! only harmless person is accepted! in an Islamic society!</w:t>
      </w:r>
    </w:p>
    <w:p>
      <w:pPr>
        <w:jc w:val="right"/>
      </w:pPr>
      <w:r>
        <w:t>ایدر یو ہیو ٹو لیو ایز ا گیور پرسن! اور یو ہیو ٹو لیو ایز ا نو پرابلم پرسن! دیر از نو روم فار دیٹ پرسن! ہو لیوز ایز ا ہارم فل پرسن! ان ہز سوسائٹی! اونلی ہارم لیس پرسن از ایکسیپٹڈ! ان اینڈ اسلامک سوسائٹی!</w:t>
      </w:r>
    </w:p>
    <w:p>
      <w:r>
        <w:rPr>
          <w:b/>
        </w:rPr>
        <w:t xml:space="preserve">[50:41] </w:t>
      </w:r>
      <w:r>
        <w:t>"ala tanfuha fala tadur!</w:t>
      </w:r>
    </w:p>
    <w:p>
      <w:pPr>
        <w:jc w:val="right"/>
      </w:pPr>
      <w:r>
        <w:t>"الا تنفہ فلا تضر!</w:t>
      </w:r>
    </w:p>
    <w:p>
      <w:r>
        <w:rPr>
          <w:b/>
        </w:rPr>
        <w:t xml:space="preserve">[50:46] </w:t>
      </w:r>
      <w:r>
        <w:t>I think that is the best formula!</w:t>
      </w:r>
    </w:p>
    <w:p>
      <w:pPr>
        <w:jc w:val="right"/>
      </w:pPr>
      <w:r>
        <w:t>" ائی تھنک دیٹ از دا بیسٹ فارمولا!</w:t>
      </w:r>
    </w:p>
    <w:p>
      <w:r>
        <w:rPr>
          <w:b/>
        </w:rPr>
        <w:t xml:space="preserve">[50:51] </w:t>
      </w:r>
      <w:r>
        <w:t>for living in a human society! Best formula!</w:t>
      </w:r>
    </w:p>
    <w:p>
      <w:pPr>
        <w:jc w:val="right"/>
      </w:pPr>
      <w:r>
        <w:t>فار لیونگ ان ا ہیومن سوسائٹی! بیسٹ فارمولا!</w:t>
      </w:r>
    </w:p>
    <w:p>
      <w:r>
        <w:rPr>
          <w:b/>
        </w:rPr>
        <w:t xml:space="preserve">[50:56] </w:t>
      </w:r>
      <w:r>
        <w:t>If everyone keeps this teaching!</w:t>
      </w:r>
    </w:p>
    <w:p>
      <w:pPr>
        <w:jc w:val="right"/>
      </w:pPr>
      <w:r>
        <w:t>اف ایوری ون کیپس دس ٹیچنگ!</w:t>
      </w:r>
    </w:p>
    <w:p>
      <w:r>
        <w:rPr>
          <w:b/>
        </w:rPr>
        <w:t xml:space="preserve">[51:01] </w:t>
      </w:r>
      <w:r>
        <w:t>Then society becomes peaceful society!</w:t>
      </w:r>
    </w:p>
    <w:p>
      <w:pPr>
        <w:jc w:val="right"/>
      </w:pPr>
      <w:r>
        <w:t>دین سوسائٹی بیکمز پیس فل سوسائٹی!</w:t>
      </w:r>
    </w:p>
    <w:p>
      <w:r>
        <w:rPr>
          <w:b/>
        </w:rPr>
        <w:t xml:space="preserve">[51:06] </w:t>
      </w:r>
      <w:r>
        <w:t>Very simple and very important!</w:t>
      </w:r>
    </w:p>
    <w:p>
      <w:pPr>
        <w:jc w:val="right"/>
      </w:pPr>
      <w:r>
        <w:t>ویری سمپل اینڈ ویری امپورٹنٹ!</w:t>
      </w:r>
    </w:p>
    <w:p>
      <w:r>
        <w:rPr>
          <w:b/>
        </w:rPr>
        <w:t xml:space="preserve">[51:12] </w:t>
      </w:r>
      <w:r>
        <w:t>this two point formula! is very simple! and at the same time! very very important! very simple and very important! you have to live either as a giver person! or you have to live as a no problem person! so, a beautiful formula!</w:t>
      </w:r>
    </w:p>
    <w:p>
      <w:pPr>
        <w:jc w:val="right"/>
      </w:pPr>
      <w:r>
        <w:t>دس ٹو پوائنٹ فارمولا! از ویری سمپل! اینڈ ایٹ دی سیم ٹائم! ویری ویری امپورٹنٹ! ویری سمپل اینڈ ویری امپورٹنٹ! یو ہیو ٹو لیو ایدر ایز ا گیور پرسن! اور یو ہیو ٹو لیو ایز ا نو پرابلم پرسن! سو، ا بیوٹی فل فارمولا!</w:t>
      </w:r>
    </w:p>
    <w:p>
      <w:r>
        <w:rPr>
          <w:b/>
        </w:rPr>
        <w:t xml:space="preserve">[51:40] </w:t>
      </w:r>
      <w:r>
        <w:t>then a person came to the prophet of islam! he asked! he said: "o prophet! give me a master advice! " ya rasulullah! allimni kalimatin! aish biha! ya rasulullah! allimni kalimatin! aish biha!</w:t>
      </w:r>
    </w:p>
    <w:p>
      <w:pPr>
        <w:jc w:val="right"/>
      </w:pPr>
      <w:r>
        <w:t>دین ا پرسن کیم ٹو دا پرافٹ اف اسلام! ہی اسکڈ! ہی سیڈ: "او پرافٹ! گیو می ا ماسٹر ایڈوائس! " یا رسول اللہ! علمنی کلمات! عیش بہن! یا رسول اللہ! علمنی کلمات! عیش بہن!</w:t>
      </w:r>
    </w:p>
    <w:p>
      <w:r>
        <w:rPr>
          <w:b/>
        </w:rPr>
        <w:t xml:space="preserve">[52:09] </w:t>
      </w:r>
      <w:r>
        <w:t>wala taksir ala insi!</w:t>
      </w:r>
    </w:p>
    <w:p>
      <w:pPr>
        <w:jc w:val="right"/>
      </w:pPr>
      <w:r>
        <w:t>ولا تکسر علی انس!</w:t>
      </w:r>
    </w:p>
    <w:p>
      <w:r>
        <w:rPr>
          <w:b/>
        </w:rPr>
        <w:t xml:space="preserve">[52:13] </w:t>
      </w:r>
      <w:r>
        <w:t>It means that! O Prophet!</w:t>
      </w:r>
    </w:p>
    <w:p>
      <w:pPr>
        <w:jc w:val="right"/>
      </w:pPr>
      <w:r>
        <w:t>اٹ مینز دیٹ! او پرافٹ!</w:t>
      </w:r>
    </w:p>
    <w:p>
      <w:r>
        <w:rPr>
          <w:b/>
        </w:rPr>
        <w:t xml:space="preserve">[52:17] </w:t>
      </w:r>
      <w:r>
        <w:t>Give me a master advice!</w:t>
      </w:r>
    </w:p>
    <w:p>
      <w:pPr>
        <w:jc w:val="right"/>
      </w:pPr>
      <w:r>
        <w:t>گیو می ا ماسٹر ایڈوائس!</w:t>
      </w:r>
    </w:p>
    <w:p>
      <w:r>
        <w:rPr>
          <w:b/>
        </w:rPr>
        <w:t xml:space="preserve">[52:22] </w:t>
      </w:r>
      <w:r>
        <w:t>by which I be able to manage!</w:t>
      </w:r>
    </w:p>
    <w:p>
      <w:pPr>
        <w:jc w:val="right"/>
      </w:pPr>
      <w:r>
        <w:t>بائے وچ ائی بی ایبل ٹو مینج!</w:t>
      </w:r>
    </w:p>
    <w:p>
      <w:r>
        <w:rPr>
          <w:b/>
        </w:rPr>
        <w:t xml:space="preserve">[52:26] </w:t>
      </w:r>
      <w:r>
        <w:t>All the affairs of my life!</w:t>
      </w:r>
    </w:p>
    <w:p>
      <w:pPr>
        <w:jc w:val="right"/>
      </w:pPr>
      <w:r>
        <w:t>ال دا افیئرز اف مائی لائف!</w:t>
      </w:r>
    </w:p>
    <w:p>
      <w:r>
        <w:rPr>
          <w:b/>
        </w:rPr>
        <w:t xml:space="preserve">[52:31] </w:t>
      </w:r>
      <w:r>
        <w:t>Prophet said: "La taghdhab!"</w:t>
      </w:r>
    </w:p>
    <w:p>
      <w:pPr>
        <w:jc w:val="right"/>
      </w:pPr>
      <w:r>
        <w:t>پرافٹ سیڈ: "لا تغضب!</w:t>
      </w:r>
    </w:p>
    <w:p>
      <w:r>
        <w:rPr>
          <w:b/>
        </w:rPr>
        <w:t xml:space="preserve">[52:35] </w:t>
      </w:r>
      <w:r>
        <w:t>"Don't be angry!" Now!</w:t>
      </w:r>
    </w:p>
    <w:p>
      <w:pPr>
        <w:jc w:val="right"/>
      </w:pPr>
      <w:r>
        <w:t>ڈونٹ بی اینگری! " ناو!</w:t>
      </w:r>
    </w:p>
    <w:p>
      <w:r>
        <w:rPr>
          <w:b/>
        </w:rPr>
        <w:t xml:space="preserve">[52:40] </w:t>
      </w:r>
      <w:r>
        <w:t>What's the meaning of this sentence? This answer!</w:t>
      </w:r>
    </w:p>
    <w:p>
      <w:pPr>
        <w:jc w:val="right"/>
      </w:pPr>
      <w:r>
        <w:t>واٹ دا میننگ اف دس سینٹنس! دس انسر!</w:t>
      </w:r>
    </w:p>
    <w:p>
      <w:r>
        <w:rPr>
          <w:b/>
        </w:rPr>
        <w:t xml:space="preserve">[52:44] </w:t>
      </w:r>
      <w:r>
        <w:t>It means that!</w:t>
      </w:r>
    </w:p>
    <w:p>
      <w:pPr>
        <w:jc w:val="right"/>
      </w:pPr>
      <w:r>
        <w:t>اٹ مینز دیٹ!</w:t>
      </w:r>
    </w:p>
    <w:p>
      <w:r>
        <w:rPr>
          <w:b/>
        </w:rPr>
        <w:t xml:space="preserve">[52:48] </w:t>
      </w:r>
      <w:r>
        <w:t>Don't be angry!</w:t>
      </w:r>
    </w:p>
    <w:p>
      <w:pPr>
        <w:jc w:val="right"/>
      </w:pPr>
      <w:r>
        <w:t>ڈونٹ بی اینگری!</w:t>
      </w:r>
    </w:p>
    <w:p>
      <w:r>
        <w:rPr>
          <w:b/>
        </w:rPr>
        <w:t xml:space="preserve">[52:52] </w:t>
      </w:r>
      <w:r>
        <w:t>Even when provoked!</w:t>
      </w:r>
    </w:p>
    <w:p>
      <w:pPr>
        <w:jc w:val="right"/>
      </w:pPr>
      <w:r>
        <w:t>ایون وین پرووکڈ!</w:t>
      </w:r>
    </w:p>
    <w:p>
      <w:r>
        <w:rPr>
          <w:b/>
        </w:rPr>
        <w:t xml:space="preserve">[52:56] </w:t>
      </w:r>
      <w:r>
        <w:t>Because anger is an outcome of provocation!</w:t>
      </w:r>
    </w:p>
    <w:p>
      <w:pPr>
        <w:jc w:val="right"/>
      </w:pPr>
      <w:r>
        <w:t>بیکاز اینگر از ان اؤٹ کم اف پرووکیشن!</w:t>
      </w:r>
    </w:p>
    <w:p>
      <w:r>
        <w:rPr>
          <w:b/>
        </w:rPr>
        <w:t xml:space="preserve">[53:00] </w:t>
      </w:r>
      <w:r>
        <w:t>When there is provocation!</w:t>
      </w:r>
    </w:p>
    <w:p>
      <w:pPr>
        <w:jc w:val="right"/>
      </w:pPr>
      <w:r>
        <w:t>وین دیر از پرووکیشن!</w:t>
      </w:r>
    </w:p>
    <w:p>
      <w:r>
        <w:rPr>
          <w:b/>
        </w:rPr>
        <w:t xml:space="preserve">[53:04] </w:t>
      </w:r>
      <w:r>
        <w:t>There is anger! Without provocation!</w:t>
      </w:r>
    </w:p>
    <w:p>
      <w:pPr>
        <w:jc w:val="right"/>
      </w:pPr>
      <w:r>
        <w:t>دیر از اینگر! وداؤٹ پرووکیشن!</w:t>
      </w:r>
    </w:p>
    <w:p>
      <w:r>
        <w:rPr>
          <w:b/>
        </w:rPr>
        <w:t xml:space="preserve">[53:08] </w:t>
      </w:r>
      <w:r>
        <w:t>There is no anger!</w:t>
      </w:r>
    </w:p>
    <w:p>
      <w:pPr>
        <w:jc w:val="right"/>
      </w:pPr>
      <w:r>
        <w:t>دیر از نو اینگر!</w:t>
      </w:r>
    </w:p>
    <w:p>
      <w:r>
        <w:rPr>
          <w:b/>
        </w:rPr>
        <w:t xml:space="preserve">[53:12] </w:t>
      </w:r>
      <w:r>
        <w:t>yani there is! you can't find a man! who becomes angry! without provocation! it is impossible! so, la taghdab! don't be angry! means! don't be angry! even when provoked! even in provocative situation! live without anger!</w:t>
      </w:r>
    </w:p>
    <w:p>
      <w:pPr>
        <w:jc w:val="right"/>
      </w:pPr>
      <w:r>
        <w:t>یعنی دیر از! یو کینٹ فائنڈ ا مین! ہو بیکمز اینگری! وداؤٹ پرووکیشن! اٹ از امپاسیبل! سو، لا تغضب! ڈونٹ بی اینگری! مینز! ڈونٹ بی اینگری! ایون وین پرووکڈ! ایون ان پرووکیٹو سچویشن! لیو وداؤٹ اینگر!</w:t>
      </w:r>
    </w:p>
    <w:p>
      <w:r>
        <w:rPr>
          <w:b/>
        </w:rPr>
        <w:t xml:space="preserve">[53:42] </w:t>
      </w:r>
      <w:r>
        <w:t>Don't be angry! means! even in a provocative situation! you have to live as a person! without anger! so, it means! what is anger!</w:t>
      </w:r>
    </w:p>
    <w:p>
      <w:pPr>
        <w:jc w:val="right"/>
      </w:pPr>
      <w:r>
        <w:t>ڈونٹ بی اینگری! مینز! ایون ان ا پرووکیٹو سچویشن! یو ہیو ٹو لیو ایز ا پرسن! وداؤٹ اینگر! سو، اٹ مینز! واٹ از اینگر!</w:t>
      </w:r>
    </w:p>
    <w:p>
      <w:r>
        <w:rPr>
          <w:b/>
        </w:rPr>
        <w:t xml:space="preserve">[54:12] </w:t>
      </w:r>
      <w:r>
        <w:t>anger is a negative reaction! in your! in a situation! in every situation! you have two options! either react negatively! or give a positive response! in every situation! there are two options for you! negative reaction! and positive reaction!</w:t>
      </w:r>
    </w:p>
    <w:p>
      <w:pPr>
        <w:jc w:val="right"/>
      </w:pPr>
      <w:r>
        <w:t>اینگر از ا نیگیٹیو ری ایکشن! ان یور! ان ا سچویشن! ان ایوری سچویشن! یو ہیو ٹو اپشن! ایدر ری ایکٹ نیگیٹیولی! اور گیو ا پوزیٹیو رسپانس! ان ایوری سچویشن! دیر ار ٹو اپشنز فار یو! نیگیٹیو ری ایکشن! اینڈ پوزیٹیو ری ایکشن!</w:t>
      </w:r>
    </w:p>
    <w:p>
      <w:r>
        <w:rPr>
          <w:b/>
        </w:rPr>
        <w:t xml:space="preserve">[54:39] </w:t>
      </w:r>
      <w:r>
        <w:t>So, this advice means that! In every situation! You have to give positive response! Then it means that! As there are negative situations! Every at every time! Every time! There are negative experiences! Every time!</w:t>
      </w:r>
    </w:p>
    <w:p>
      <w:pPr>
        <w:jc w:val="right"/>
      </w:pPr>
      <w:r>
        <w:t>سو، دس ایڈوائس مینز دیٹ! ان ایوری سچویشن! یو ہیو ٹو گیو پوزیٹیو رسپانس! دین اٹ مینز دیٹ! ایز دیر ار نیگیٹیو سچویشنز! ایوری ایٹ ایوری ٹائم! ایوری ٹائم! دیر ار نیگیٹیو ایکسپیرینسز! ایوری ٹائم!</w:t>
      </w:r>
    </w:p>
    <w:p>
      <w:r>
        <w:rPr>
          <w:b/>
        </w:rPr>
        <w:t xml:space="preserve">[55:07] </w:t>
      </w:r>
      <w:r>
        <w:t>There are negative experiences! So, this hadith means that! That turn the negative! Turn the negative experience! Into positive thought! Live as a positive thinker! Live with positive mind! In every situation!</w:t>
      </w:r>
    </w:p>
    <w:p>
      <w:pPr>
        <w:jc w:val="right"/>
      </w:pPr>
      <w:r>
        <w:t>دیر ار نیگیٹیو ایکسپیرینسز! سو، دس حدیث مینز دیٹ! دیٹ ٹرن دا نیگیٹیو! ٹرن دا نیگیٹیو ایکسپیرینس! انٹو پوزیٹیو تھاٹ! لیو ایز ا پوزیٹیو تھنکر! لیو ود پوزیٹیو مائنڈ! ان ایوری سچویشن!</w:t>
      </w:r>
    </w:p>
    <w:p>
      <w:r>
        <w:rPr>
          <w:b/>
        </w:rPr>
        <w:t xml:space="preserve">[55:37] </w:t>
      </w:r>
      <w:r>
        <w:t>I think that! It is the greatest formula of success! One who! Can live! With a! Can live like this! And one who! Able to respond positively!</w:t>
      </w:r>
    </w:p>
    <w:p>
      <w:pPr>
        <w:jc w:val="right"/>
      </w:pPr>
      <w:r>
        <w:t>ائی تھنک دیٹ! اٹ از دا گریٹسٹ فارمولا اف سکسیس! ون ہو! کین لیو! ودا! کین لیو لائک دس! اینڈ ون ہو! ایبل ٹو رسپانڈ پوزیٹیولی!</w:t>
      </w:r>
    </w:p>
    <w:p>
      <w:r>
        <w:rPr>
          <w:b/>
        </w:rPr>
        <w:t xml:space="preserve">[56:06] </w:t>
      </w:r>
      <w:r>
        <w:t>Even in negative situations!</w:t>
      </w:r>
    </w:p>
    <w:p>
      <w:pPr>
        <w:jc w:val="right"/>
      </w:pPr>
      <w:r>
        <w:t>ایون ان نیگیٹیو سچویشنز!</w:t>
      </w:r>
    </w:p>
    <w:p>
      <w:r>
        <w:rPr>
          <w:b/>
        </w:rPr>
        <w:t xml:space="preserve">[56:11] </w:t>
      </w:r>
      <w:r>
        <w:t>He is a superman!</w:t>
      </w:r>
    </w:p>
    <w:p>
      <w:pPr>
        <w:jc w:val="right"/>
      </w:pPr>
      <w:r>
        <w:t>ہی از ا سپر مین!</w:t>
      </w:r>
    </w:p>
    <w:p>
      <w:r>
        <w:rPr>
          <w:b/>
        </w:rPr>
        <w:t xml:space="preserve">[56:16] </w:t>
      </w:r>
      <w:r>
        <w:t>He is a bahut successful person! You know!</w:t>
      </w:r>
    </w:p>
    <w:p>
      <w:pPr>
        <w:jc w:val="right"/>
      </w:pPr>
      <w:r>
        <w:t>ہی از ا بہت سکسیس فل پرسن! یو نو!</w:t>
      </w:r>
    </w:p>
    <w:p>
      <w:r>
        <w:rPr>
          <w:b/>
        </w:rPr>
        <w:t xml:space="preserve">[56:21] </w:t>
      </w:r>
      <w:r>
        <w:t>Failure is outcome of anger!</w:t>
      </w:r>
    </w:p>
    <w:p>
      <w:pPr>
        <w:jc w:val="right"/>
      </w:pPr>
      <w:r>
        <w:t>فیلیر از اؤٹ کم اف اینگر!</w:t>
      </w:r>
    </w:p>
    <w:p>
      <w:r>
        <w:rPr>
          <w:b/>
        </w:rPr>
        <w:t xml:space="preserve">[56:26] </w:t>
      </w:r>
      <w:r>
        <w:t>And success is outcome of positive thinking!</w:t>
      </w:r>
    </w:p>
    <w:p>
      <w:pPr>
        <w:jc w:val="right"/>
      </w:pPr>
      <w:r>
        <w:t>اینڈ سکسیس از اؤٹ کم اف پوزیٹیو تھنکنگ!</w:t>
      </w:r>
    </w:p>
    <w:p>
      <w:r>
        <w:rPr>
          <w:b/>
        </w:rPr>
        <w:t xml:space="preserve">[56:31] </w:t>
      </w:r>
      <w:r>
        <w:t>تو this hadith gives you a master formula!</w:t>
      </w:r>
    </w:p>
    <w:p>
      <w:pPr>
        <w:jc w:val="right"/>
      </w:pPr>
      <w:r>
        <w:t>تو دس حدیث گیوز یو ا ماسٹر فارمولا!</w:t>
      </w:r>
    </w:p>
    <w:p>
      <w:r>
        <w:rPr>
          <w:b/>
        </w:rPr>
        <w:t xml:space="preserve">[56:36] </w:t>
      </w:r>
      <w:r>
        <w:t>for living in this earth!</w:t>
      </w:r>
    </w:p>
    <w:p>
      <w:pPr>
        <w:jc w:val="right"/>
      </w:pPr>
      <w:r>
        <w:t>فار لیونگ ان دس ارتھ!</w:t>
      </w:r>
    </w:p>
    <w:p>
      <w:r>
        <w:rPr>
          <w:b/>
        </w:rPr>
        <w:t xml:space="preserve">[56:41] </w:t>
      </w:r>
      <w:r>
        <w:t>You live in a society! You can't live on an island! You are compelled to live in a society! With other persons! So, when there are! When you are living in a society! Always! There are some negative experiences! No society is so good!</w:t>
      </w:r>
    </w:p>
    <w:p>
      <w:pPr>
        <w:jc w:val="right"/>
      </w:pPr>
      <w:r>
        <w:t>یو لیو ان ا سوسائٹی! یو کینٹ لیو ان ا ان ان ائی لینڈ! یو ار کمپیر ٹو لیو ان ا سوسائٹی! ودا ادر پرسنز! سو, وین دیر ار! وین یو ار لیونگ ان ا سوسائٹی! الویز! دیر ار سم نیگیٹیو ایکسپیرینسز! نو سوسائٹی از سو گڈ!</w:t>
      </w:r>
    </w:p>
    <w:p>
      <w:r>
        <w:rPr>
          <w:b/>
        </w:rPr>
        <w:t xml:space="preserve">[57:11] </w:t>
      </w:r>
      <w:r>
        <w:t>that there is no problems!</w:t>
      </w:r>
    </w:p>
    <w:p>
      <w:pPr>
        <w:jc w:val="right"/>
      </w:pPr>
      <w:r>
        <w:t>دیٹ دیر از نو پرابلمز!</w:t>
      </w:r>
    </w:p>
    <w:p>
      <w:r>
        <w:rPr>
          <w:b/>
        </w:rPr>
        <w:t xml:space="preserve">[57:16] </w:t>
      </w:r>
      <w:r>
        <w:t>Problem and negativity is part of society!</w:t>
      </w:r>
    </w:p>
    <w:p>
      <w:pPr>
        <w:jc w:val="right"/>
      </w:pPr>
      <w:r>
        <w:t>پرابلم اور نیگیٹیوٹی از پارٹ اف سوسائٹی!</w:t>
      </w:r>
    </w:p>
    <w:p>
      <w:r>
        <w:rPr>
          <w:b/>
        </w:rPr>
        <w:t xml:space="preserve">[57:22] </w:t>
      </w:r>
      <w:r>
        <w:t>Because everyone enjoyed freedom!</w:t>
      </w:r>
    </w:p>
    <w:p>
      <w:pPr>
        <w:jc w:val="right"/>
      </w:pPr>
      <w:r>
        <w:t>بیکاز ایوری ون انجوائے فریڈم!</w:t>
      </w:r>
    </w:p>
    <w:p>
      <w:r>
        <w:rPr>
          <w:b/>
        </w:rPr>
        <w:t xml:space="preserve">[57:27] </w:t>
      </w:r>
      <w:r>
        <w:t>And when one misuse his freedom!</w:t>
      </w:r>
    </w:p>
    <w:p>
      <w:pPr>
        <w:jc w:val="right"/>
      </w:pPr>
      <w:r>
        <w:t>اینڈ وین ون مس یوز ہز فریڈم!</w:t>
      </w:r>
    </w:p>
    <w:p>
      <w:r>
        <w:rPr>
          <w:b/>
        </w:rPr>
        <w:t xml:space="preserve">[57:33] </w:t>
      </w:r>
      <w:r>
        <w:t>It is creation a problem!</w:t>
      </w:r>
    </w:p>
    <w:p>
      <w:pPr>
        <w:jc w:val="right"/>
      </w:pPr>
      <w:r>
        <w:t>اٹ از کریشن ا پرابلم!</w:t>
      </w:r>
    </w:p>
    <w:p>
      <w:r>
        <w:rPr>
          <w:b/>
        </w:rPr>
        <w:t xml:space="preserve">[57:38] </w:t>
      </w:r>
      <w:r>
        <w:t>It is creation of negativity!</w:t>
      </w:r>
    </w:p>
    <w:p>
      <w:pPr>
        <w:jc w:val="right"/>
      </w:pPr>
      <w:r>
        <w:t>اٹ از کریشن اف نیگیٹیوٹی!</w:t>
      </w:r>
    </w:p>
    <w:p>
      <w:r>
        <w:rPr>
          <w:b/>
        </w:rPr>
        <w:t xml:space="preserve">[57:44] </w:t>
      </w:r>
      <w:r>
        <w:t>so, every time! in every society! there are negative situations! so, you have to possess that kind of ability! you have to! you have to be able to convert the negative experience! into positive thought! and this is the greatest quality of a human being!</w:t>
      </w:r>
    </w:p>
    <w:p>
      <w:pPr>
        <w:jc w:val="right"/>
      </w:pPr>
      <w:r>
        <w:t>سو, ایوری ٹائم! ان ایوری سوسائٹی! دیر ار نیگیٹیو سچویشنز! سو, یو ہیو ٹو پوزیس دیٹ کائنڈ اف ایبیلیٹی! یو ہیو ٹو! یو ہیو ٹو بی ایبل ٹو کنورٹ دا نیگیٹیو ایکسپیرینس! انٹو پوزیٹیو تھاٹ! اینڈ دس از دا گریٹسٹ کوالٹی اف ا ہیومن بینگ!</w:t>
      </w:r>
    </w:p>
    <w:p>
      <w:r>
        <w:rPr>
          <w:b/>
        </w:rPr>
        <w:t xml:space="preserve">[58:12] </w:t>
      </w:r>
      <w:r>
        <w:t>greatest quality of human being!</w:t>
      </w:r>
    </w:p>
    <w:p>
      <w:pPr>
        <w:jc w:val="right"/>
      </w:pPr>
      <w:r>
        <w:t>گریٹسٹ کوالٹی اف ہیومن بینگ!</w:t>
      </w:r>
    </w:p>
    <w:p>
      <w:r>
        <w:rPr>
          <w:b/>
        </w:rPr>
        <w:t xml:space="preserve">[58:17] </w:t>
      </w:r>
      <w:r>
        <w:t>When the Prophet migrated from Mecca to Medina!</w:t>
      </w:r>
    </w:p>
    <w:p>
      <w:pPr>
        <w:jc w:val="right"/>
      </w:pPr>
      <w:r>
        <w:t>دین وین پرافٹ مائیگریٹڈ فرام مکہ ٹو مدینہ!</w:t>
      </w:r>
    </w:p>
    <w:p>
      <w:r>
        <w:rPr>
          <w:b/>
        </w:rPr>
        <w:t xml:space="preserve">[58:22] </w:t>
      </w:r>
      <w:r>
        <w:t>It was very difficult journey!</w:t>
      </w:r>
    </w:p>
    <w:p>
      <w:pPr>
        <w:jc w:val="right"/>
      </w:pPr>
      <w:r>
        <w:t>اٹ واز ویری ڈیفیکلٹ جرنی!</w:t>
      </w:r>
    </w:p>
    <w:p>
      <w:r>
        <w:rPr>
          <w:b/>
        </w:rPr>
        <w:t xml:space="preserve">[58:27] </w:t>
      </w:r>
      <w:r>
        <w:t>Because Mecca was his home town!</w:t>
      </w:r>
    </w:p>
    <w:p>
      <w:pPr>
        <w:jc w:val="right"/>
      </w:pPr>
      <w:r>
        <w:t>بیکاز مکہ واز ہز ہوم ٹاؤن!</w:t>
      </w:r>
    </w:p>
    <w:p>
      <w:r>
        <w:rPr>
          <w:b/>
        </w:rPr>
        <w:t xml:space="preserve">[58:32] </w:t>
      </w:r>
      <w:r>
        <w:t>And due to some persecution!</w:t>
      </w:r>
    </w:p>
    <w:p>
      <w:pPr>
        <w:jc w:val="right"/>
      </w:pPr>
      <w:r>
        <w:t>اینڈ ڈیو ٹو سم پرسیکیوشن!</w:t>
      </w:r>
    </w:p>
    <w:p>
      <w:r>
        <w:rPr>
          <w:b/>
        </w:rPr>
        <w:t xml:space="preserve">[58:37] </w:t>
      </w:r>
      <w:r>
        <w:t>He was compelled to leave his hometown!</w:t>
      </w:r>
    </w:p>
    <w:p>
      <w:pPr>
        <w:jc w:val="right"/>
      </w:pPr>
      <w:r>
        <w:t>ہی واز کمپیلڈ ٹو لیو ہز ہوم ٹاؤن!</w:t>
      </w:r>
    </w:p>
    <w:p>
      <w:r>
        <w:rPr>
          <w:b/>
        </w:rPr>
        <w:t xml:space="preserve">[58:43] </w:t>
      </w:r>
      <w:r>
        <w:t>It was a very sad experience for the Prophet! But you know! When he reached to Medina! And he gave his first sermon to Medina! This sermon or this address is reported in book of Seerah! Book of Seerah!</w:t>
      </w:r>
    </w:p>
    <w:p>
      <w:pPr>
        <w:jc w:val="right"/>
      </w:pPr>
      <w:r>
        <w:t>اٹ واز ا ویری سیڈ ایکسپیرینس فار دا پرافٹ! بٹ یو نو! وین ہی ریچ ٹو مدینہ! اینڈ ہی گیو ہز فرسٹ سرمن ٹو مدینہ! دس سرمن اور دس ایڈریس از رپورٹڈ ان بک اف سیرہ! بک اف سیرہ!</w:t>
      </w:r>
    </w:p>
    <w:p>
      <w:r>
        <w:rPr>
          <w:b/>
        </w:rPr>
        <w:t xml:space="preserve">[59:11] </w:t>
      </w:r>
      <w:r>
        <w:t>awal khatbat khatam rasool allah fi al-madinah! under under this caption! you can find this sermon! so, prophet! when prophet reached to medina! he never said although negative! he never gave them any kind of negative report! he saved himself from all kind of negative reporting!</w:t>
      </w:r>
    </w:p>
    <w:p>
      <w:pPr>
        <w:jc w:val="right"/>
      </w:pPr>
      <w:r>
        <w:t>اول خطبت ختم رسول اللہ فی المدینہ! انڈر انڈر دس کیپشن! یو کین فائنڈ دس سرمن! سو، پرافٹ! وین پرافٹ ریچ ٹو مدینہ! ہی نیور سیڈ ال دو نیگیٹیو! ہی نیور گیو دیم اینی کائنڈ اف نیگیٹیو رپورٹ! ہی سیوڈ ہم سیلف فرام ال کائنڈ اف نیگیٹیو رپورٹنگ!</w:t>
      </w:r>
    </w:p>
    <w:p>
      <w:r>
        <w:rPr>
          <w:b/>
        </w:rPr>
        <w:t xml:space="preserve">[59:41] </w:t>
      </w:r>
      <w:r>
        <w:t>He never said about all those persecutions!</w:t>
      </w:r>
    </w:p>
    <w:p>
      <w:pPr>
        <w:jc w:val="right"/>
      </w:pPr>
      <w:r>
        <w:t>ہی نیور سیڈ اباؤٹ ال دو پرسیکیوشنز!</w:t>
      </w:r>
    </w:p>
    <w:p>
      <w:r>
        <w:rPr>
          <w:b/>
        </w:rPr>
        <w:t xml:space="preserve">[59:46] </w:t>
      </w:r>
      <w:r>
        <w:t>All the atrocities!</w:t>
      </w:r>
    </w:p>
    <w:p>
      <w:pPr>
        <w:jc w:val="right"/>
      </w:pPr>
      <w:r>
        <w:t>ال دو اٹروسیٹیز!</w:t>
      </w:r>
    </w:p>
    <w:p>
      <w:r>
        <w:rPr>
          <w:b/>
        </w:rPr>
        <w:t xml:space="preserve">[59:51] </w:t>
      </w:r>
      <w:r>
        <w:t>aur do enemies! No!</w:t>
      </w:r>
    </w:p>
    <w:p>
      <w:pPr>
        <w:jc w:val="right"/>
      </w:pPr>
      <w:r>
        <w:t>اور دو اینمیٹیز! نو!</w:t>
      </w:r>
    </w:p>
    <w:p>
      <w:r>
        <w:rPr>
          <w:b/>
        </w:rPr>
        <w:t xml:space="preserve">[59:57] </w:t>
      </w:r>
      <w:r>
        <w:t>Not at all!</w:t>
      </w:r>
    </w:p>
    <w:p>
      <w:pPr>
        <w:jc w:val="right"/>
      </w:pPr>
      <w:r>
        <w:t>ناٹ ایٹ ال!</w:t>
      </w:r>
    </w:p>
    <w:p>
      <w:r>
        <w:rPr>
          <w:b/>
        </w:rPr>
        <w:t xml:space="preserve">[1:00:02] </w:t>
      </w:r>
      <w:r>
        <w:t>Instead of these kind of negative stories! He said!</w:t>
      </w:r>
    </w:p>
    <w:p>
      <w:pPr>
        <w:jc w:val="right"/>
      </w:pPr>
      <w:r>
        <w:t>انسٹیڈ اف دیز کائنڈ اف نیگیٹیو سٹوریز! ہی سیڈ!</w:t>
      </w:r>
    </w:p>
    <w:p>
      <w:r>
        <w:rPr>
          <w:b/>
        </w:rPr>
        <w:t xml:space="preserve">[1:00:07] </w:t>
      </w:r>
      <w:r>
        <w:t>When he wanted to address Madinah people, he said,</w:t>
      </w:r>
    </w:p>
    <w:p>
      <w:pPr>
        <w:jc w:val="right"/>
      </w:pPr>
      <w:r>
        <w:t>وین ہی وانٹڈ ٹو ایڈریس مدینہ پیپل! ہی سیڈ!</w:t>
      </w:r>
    </w:p>
    <w:p>
      <w:r>
        <w:rPr>
          <w:b/>
        </w:rPr>
        <w:t xml:space="preserve">[1:00:13] </w:t>
      </w:r>
      <w:r>
        <w:t>O people! Save yourself from the fire of hell! O people! Save yourself of the fire of hell! Here is a very important point! It means that Prophet of Islam was completely free of all those negative thinking! Although he faced so many! So much negativity in Mecca!</w:t>
      </w:r>
    </w:p>
    <w:p>
      <w:pPr>
        <w:jc w:val="right"/>
      </w:pPr>
      <w:r>
        <w:t>او پیپل! سیو یور سیلف فرام دا فائر اف ہیل! او پیپل! سیو یور سیلف اف دا فائل اف ہیل! ہیر از ا ویری امپورٹنٹ پوائنٹ! اٹ مینز دیٹ پرافٹ اف اسلام واز کمپلیٹلی فری اف ال دو نیگیٹیو تھنکنگ! الدو ہی فیس سو مین! سو مچ نیگیٹیوٹی ان مکہ!</w:t>
      </w:r>
    </w:p>
    <w:p>
      <w:r>
        <w:rPr>
          <w:b/>
        </w:rPr>
        <w:t xml:space="preserve">[1:00:43] </w:t>
      </w:r>
      <w:r>
        <w:t>But when he reached Madinah, he never reported all the negative news. But simply he said, "O people, save yourself from the fire of hell!" Only a positive thinker can say like this. Only a person, his heart was completely free of all the negative stories.</w:t>
      </w:r>
    </w:p>
    <w:p>
      <w:pPr>
        <w:jc w:val="right"/>
      </w:pPr>
      <w:r>
        <w:t>بٹ وین ہی ریچ مدینہ! ہی نیور رپورٹڈ ال دو نیگیٹیو نیوز! بٹ سمپلی ہی سیڈ! او پیپل! سیو یور سیلف فرام دی فائر اف ہیل! اونلی ا پوزیٹیو تھنکر کین سے لائک دس! اونلی ا پرسن! ہز ہارٹ واز کمپلیٹلی فری اف ال دو نیگیٹیو سٹوریز!</w:t>
      </w:r>
    </w:p>
    <w:p>
      <w:r>
        <w:rPr>
          <w:b/>
        </w:rPr>
        <w:t xml:space="preserve">[1:01:11] </w:t>
      </w:r>
      <w:r>
        <w:t>he can address like this! so, by this example! we find a very very important principle! this principle is that! you have to live with positivity! this is the secret of secret of success!</w:t>
      </w:r>
    </w:p>
    <w:p>
      <w:pPr>
        <w:jc w:val="right"/>
      </w:pPr>
      <w:r>
        <w:t>ہی کین ایڈریس لائک دس! سو، بائے دس ایگزامپل! وی فائنڈ ا ویری ویری امپورٹنٹ پرنسپل! دس پرنسپل از دیٹ! یو ہیو ٹو لیو ود پوزیٹیوٹی! دس از دا سیکرٹ اف سیکرٹ اف سکسیس!</w:t>
      </w:r>
    </w:p>
    <w:p>
      <w:r>
        <w:rPr>
          <w:b/>
        </w:rPr>
        <w:t xml:space="preserve">[1:01:37] </w:t>
      </w:r>
      <w:r>
        <w:t>and although make people expelled him from his hometown! but you know! after this explosion! prophet was able to to open a new chapter of Islamic history! very soon! Madinah became the stronghold of Islam!</w:t>
      </w:r>
    </w:p>
    <w:p>
      <w:pPr>
        <w:jc w:val="right"/>
      </w:pPr>
      <w:r>
        <w:t>اینڈ الدو میکن پیپل ایکسپیلڈ ہم فرام ہز ہوم ٹاؤن! بٹ یو نو! افٹر دس ایکسپلژن! پرافٹ واز ایبل ٹو ٹو اوپن ا نیو چیپٹر اف اسلامک ہسٹری! ویری سون! مدینہ بیکم دی سٹرانگ ہولڈ اف اسلام!</w:t>
      </w:r>
    </w:p>
    <w:p>
      <w:r>
        <w:rPr>
          <w:b/>
        </w:rPr>
        <w:t xml:space="preserve">[1:02:04] </w:t>
      </w:r>
      <w:r>
        <w:t>stronghold of his of his religion! although many people wanted to end his history! wanted to wanted to finish his his mission! but he saved himself from all kind of negative thought!</w:t>
      </w:r>
    </w:p>
    <w:p>
      <w:pPr>
        <w:jc w:val="right"/>
      </w:pPr>
      <w:r>
        <w:t>سٹرانگ ہولڈ اف ہز اف ہز ریلیجن! الدو میکن پیپل وانٹڈ ٹو اینڈ ہز ہسٹری! وانٹڈ ٹو وانٹڈ ٹو فنش ہز ہز مشن! بٹ ہی سیوڈ ہم سیلف فرام ال کائنڈ اف نیگیٹیو تھاٹ!</w:t>
      </w:r>
    </w:p>
    <w:p>
      <w:r>
        <w:rPr>
          <w:b/>
        </w:rPr>
        <w:t xml:space="preserve">[1:02:27] </w:t>
      </w:r>
      <w:r>
        <w:t>he never indulged himself in in negative actions against any people! negative speeches! negative planning! all all those negative activities! so, he refrained from from all those negative activities against any people!</w:t>
      </w:r>
    </w:p>
    <w:p>
      <w:pPr>
        <w:jc w:val="right"/>
      </w:pPr>
      <w:r>
        <w:t>ہی نیور انڈیلڈ ہم سیلف ان ان نیگیٹیو ایکشنز اگینسٹ میکن پیپل! نیگیٹیو سپیچز! نیگیٹیو پلاننگ! ال الدوز نیگیٹیو ایکٹیویٹیز! سو، ہی ریفرنٹ فرام فرام ال دو نیگیٹیو ایکٹیویٹیز اگینسٹ میکن پیپل!</w:t>
      </w:r>
    </w:p>
    <w:p>
      <w:r>
        <w:rPr>
          <w:b/>
        </w:rPr>
        <w:t xml:space="preserve">[1:02:50] </w:t>
      </w:r>
      <w:r>
        <w:t>but he engaged himself completely in in positive activities! in positive thinking! positive speaking! positive activities! positive behavior! so, this proved to be the greatest success!</w:t>
      </w:r>
    </w:p>
    <w:p>
      <w:pPr>
        <w:jc w:val="right"/>
      </w:pPr>
      <w:r>
        <w:t>بٹ ہی انگیجڈ ہم سیلف کمپلیٹلی ان ان پوزیٹیو ایکٹیویٹیز! ان پوزیٹیو تھنکنگ! پوزیٹیو سپیکنگ! پوزیٹیو ایکٹیویٹیز! پوزیٹیو بیہیویئر! سو، دس پروف ٹو بی دا گریٹسٹ سکسیس!</w:t>
      </w:r>
    </w:p>
    <w:p>
      <w:r>
        <w:rPr>
          <w:b/>
        </w:rPr>
        <w:t xml:space="preserve">[1:03:17] </w:t>
      </w:r>
      <w:r>
        <w:t>here you find a very important example! that if you want to achieve success! you want to be a super achiever! if you want to be a super achiever! make yourself positive thinker! save yourself from all kind of negativity!</w:t>
      </w:r>
    </w:p>
    <w:p>
      <w:pPr>
        <w:jc w:val="right"/>
      </w:pPr>
      <w:r>
        <w:t>ہیر یو فائنڈ ا ویری امپورٹنٹ ایگزامپل! دیٹ اف یو وانٹ ٹو اچیو سکسیس! یو وانٹ ٹو بی ا سپر اچیور! اف یو وانٹ ٹو بی ا سپر اچیور! میک یور سیلف پوزیٹیو تھنکر! سیو یور سیلف فرام ال کائنڈ اف نیگیٹیوٹی!</w:t>
      </w:r>
    </w:p>
    <w:p>
      <w:r>
        <w:rPr>
          <w:b/>
        </w:rPr>
        <w:t xml:space="preserve">[1:03:45] </w:t>
      </w:r>
      <w:r>
        <w:t>So, positive thinking is the key to all success! The hijri example of the prophet! gave us a very important lesson! You know! An American scholar! His name was Doctor Michael Hart! He published a book! The Hundred!</w:t>
      </w:r>
    </w:p>
    <w:p>
      <w:pPr>
        <w:jc w:val="right"/>
      </w:pPr>
      <w:r>
        <w:t>سو، پوزیٹیو تھنکنگ از دا کی ٹو ال سکسیس! دا ہجری ایگزامپل اف دا پرافٹ! گیو اس ا ویری امپورٹنٹ لیسن! یو نو! این امریکن سکالر! ہز نیم واز ڈاکٹر مائیکل ہارٹ! ہی پبلش ا بک! دا ہنڈرڈ!</w:t>
      </w:r>
    </w:p>
    <w:p>
      <w:r>
        <w:rPr>
          <w:b/>
        </w:rPr>
        <w:t xml:space="preserve">[1:04:15] </w:t>
      </w:r>
      <w:r>
        <w:t>in this book! he listed hundred great men of history! but he put prophet of islam of the top! he says in this book! that Muhammad was supremely successful man in history! Muhammad was the supremely successful man in history!</w:t>
      </w:r>
    </w:p>
    <w:p>
      <w:pPr>
        <w:jc w:val="right"/>
      </w:pPr>
      <w:r>
        <w:t>ان دس بک! ہی لسٹڈ ہنڈرڈ گریٹ مین اف ہسٹری! بٹ ہی پٹ پرافٹ اف اسلام اف دا ٹاپ! ہی سیز ان دس بک! دیٹ محمد واز سپریملی سکسیس فل مین ان ہسٹری! محمد واز دا سپریملی سکسیس فل مین ان ہسٹری!</w:t>
      </w:r>
    </w:p>
    <w:p>
      <w:r>
        <w:rPr>
          <w:b/>
        </w:rPr>
        <w:t xml:space="preserve">[1:04:45] </w:t>
      </w:r>
      <w:r>
        <w:t>He failed to give the real reason!</w:t>
      </w:r>
    </w:p>
    <w:p>
      <w:pPr>
        <w:jc w:val="right"/>
      </w:pPr>
      <w:r>
        <w:t>ہی فیلڈ ٹو گیو دا ریل ریزن!</w:t>
      </w:r>
    </w:p>
    <w:p>
      <w:r>
        <w:rPr>
          <w:b/>
        </w:rPr>
        <w:t xml:space="preserve">[1:04:48] </w:t>
      </w:r>
      <w:r>
        <w:t>Why he was so successful!</w:t>
      </w:r>
    </w:p>
    <w:p>
      <w:pPr>
        <w:jc w:val="right"/>
      </w:pPr>
      <w:r>
        <w:t>وائی ہی واز سو سکسیس فل!</w:t>
      </w:r>
    </w:p>
    <w:p>
      <w:r>
        <w:rPr>
          <w:b/>
        </w:rPr>
        <w:t xml:space="preserve">[1:04:51] </w:t>
      </w:r>
      <w:r>
        <w:t>Why Muhammad was supremely successful man in history! Why!</w:t>
      </w:r>
    </w:p>
    <w:p>
      <w:pPr>
        <w:jc w:val="right"/>
      </w:pPr>
      <w:r>
        <w:t>وائی محمد واز سپریملی سکسیس فل مین ان ہسٹری! وائی!</w:t>
      </w:r>
    </w:p>
    <w:p>
      <w:r>
        <w:rPr>
          <w:b/>
        </w:rPr>
        <w:t xml:space="preserve">[1:04:54] </w:t>
      </w:r>
      <w:r>
        <w:t>He failed to give this!</w:t>
      </w:r>
    </w:p>
    <w:p>
      <w:pPr>
        <w:jc w:val="right"/>
      </w:pPr>
      <w:r>
        <w:t>ہی فیلڈ ٹو گیو دس!</w:t>
      </w:r>
    </w:p>
    <w:p>
      <w:r>
        <w:rPr>
          <w:b/>
        </w:rPr>
        <w:t xml:space="preserve">[1:04:57] </w:t>
      </w:r>
      <w:r>
        <w:t>Give the answer to this question!</w:t>
      </w:r>
    </w:p>
    <w:p>
      <w:pPr>
        <w:jc w:val="right"/>
      </w:pPr>
      <w:r>
        <w:t>گیو دا انسر ٹو دس کوسچن!</w:t>
      </w:r>
    </w:p>
    <w:p>
      <w:r>
        <w:rPr>
          <w:b/>
        </w:rPr>
        <w:t xml:space="preserve">[1:05:00] </w:t>
      </w:r>
      <w:r>
        <w:t>According to my study!</w:t>
      </w:r>
    </w:p>
    <w:p>
      <w:pPr>
        <w:jc w:val="right"/>
      </w:pPr>
      <w:r>
        <w:t>اکارڈنگ ٹو مائی سٹڈی!</w:t>
      </w:r>
    </w:p>
    <w:p>
      <w:r>
        <w:rPr>
          <w:b/>
        </w:rPr>
        <w:t xml:space="preserve">[1:05:03] </w:t>
      </w:r>
      <w:r>
        <w:t>I can say that!</w:t>
      </w:r>
    </w:p>
    <w:p>
      <w:pPr>
        <w:jc w:val="right"/>
      </w:pPr>
      <w:r>
        <w:t>ائی کین سے دیٹ!</w:t>
      </w:r>
    </w:p>
    <w:p>
      <w:r>
        <w:rPr>
          <w:b/>
        </w:rPr>
        <w:t xml:space="preserve">[1:05:06] </w:t>
      </w:r>
      <w:r>
        <w:t>The reason was that!</w:t>
      </w:r>
    </w:p>
    <w:p>
      <w:pPr>
        <w:jc w:val="right"/>
      </w:pPr>
      <w:r>
        <w:t>دی ریزن واز دیٹ!</w:t>
      </w:r>
    </w:p>
    <w:p>
      <w:r>
        <w:rPr>
          <w:b/>
        </w:rPr>
        <w:t xml:space="preserve">[1:05:09] </w:t>
      </w:r>
      <w:r>
        <w:t>Muhammad was supremely!</w:t>
      </w:r>
    </w:p>
    <w:p>
      <w:pPr>
        <w:jc w:val="right"/>
      </w:pPr>
      <w:r>
        <w:t>محمد واز سپریملی!</w:t>
      </w:r>
    </w:p>
    <w:p>
      <w:r>
        <w:rPr>
          <w:b/>
        </w:rPr>
        <w:t xml:space="preserve">[1:05:12] </w:t>
      </w:r>
      <w:r>
        <w:t>Muhammad was the greatest positive thinker!</w:t>
      </w:r>
    </w:p>
    <w:p>
      <w:pPr>
        <w:jc w:val="right"/>
      </w:pPr>
      <w:r>
        <w:t>محمد واز دا گریٹسٹ پوزیٹیو تھنکر!</w:t>
      </w:r>
    </w:p>
    <w:p>
      <w:r>
        <w:rPr>
          <w:b/>
        </w:rPr>
        <w:t xml:space="preserve">[1:05:16] </w:t>
      </w:r>
      <w:r>
        <w:t>greatest positive thinker!</w:t>
      </w:r>
    </w:p>
    <w:p>
      <w:pPr>
        <w:jc w:val="right"/>
      </w:pPr>
      <w:r>
        <w:t>گریٹسٹ پوزیٹیو تھنکر!</w:t>
      </w:r>
    </w:p>
    <w:p>
      <w:r>
        <w:rPr>
          <w:b/>
        </w:rPr>
        <w:t xml:space="preserve">[1:05:19] </w:t>
      </w:r>
      <w:r>
        <w:t>So, Quran says about the Prophet of Islam!</w:t>
      </w:r>
    </w:p>
    <w:p>
      <w:pPr>
        <w:jc w:val="right"/>
      </w:pPr>
      <w:r>
        <w:t>سو، قران سیز اباؤٹ دا پرافٹ اف اسلام!</w:t>
      </w:r>
    </w:p>
    <w:p>
      <w:r>
        <w:rPr>
          <w:b/>
        </w:rPr>
        <w:t xml:space="preserve">[1:05:22] </w:t>
      </w:r>
      <w:r>
        <w:t>Fi Rasool Allah! Hasan!</w:t>
      </w:r>
    </w:p>
    <w:p>
      <w:pPr>
        <w:jc w:val="right"/>
      </w:pPr>
      <w:r>
        <w:t>فی رسول اللہ! حسن!</w:t>
      </w:r>
    </w:p>
    <w:p>
      <w:r>
        <w:rPr>
          <w:b/>
        </w:rPr>
        <w:t xml:space="preserve">[1:05:26] </w:t>
      </w:r>
      <w:r>
        <w:t>in the Prophet of Islam!</w:t>
      </w:r>
    </w:p>
    <w:p>
      <w:pPr>
        <w:jc w:val="right"/>
      </w:pPr>
      <w:r>
        <w:t>ان دا پرافٹ اف اسلام!</w:t>
      </w:r>
    </w:p>
    <w:p>
      <w:r>
        <w:rPr>
          <w:b/>
        </w:rPr>
        <w:t xml:space="preserve">[1:05:29] </w:t>
      </w:r>
      <w:r>
        <w:t>There is a very good example for you!</w:t>
      </w:r>
    </w:p>
    <w:p>
      <w:pPr>
        <w:jc w:val="right"/>
      </w:pPr>
      <w:r>
        <w:t>دیر از ا ویری گڈ ایگزامپل فار یو!</w:t>
      </w:r>
    </w:p>
    <w:p>
      <w:r>
        <w:rPr>
          <w:b/>
        </w:rPr>
        <w:t xml:space="preserve">[1:05:33] </w:t>
      </w:r>
      <w:r>
        <w:t>This verse addressed to all mankind!</w:t>
      </w:r>
    </w:p>
    <w:p>
      <w:pPr>
        <w:jc w:val="right"/>
      </w:pPr>
      <w:r>
        <w:t>دس ورس ایڈریس ٹو ال مین کائنڈ!</w:t>
      </w:r>
    </w:p>
    <w:p>
      <w:r>
        <w:rPr>
          <w:b/>
        </w:rPr>
        <w:t xml:space="preserve">[1:05:36] </w:t>
      </w:r>
      <w:r>
        <w:t>Not simply to Muslims! No!</w:t>
      </w:r>
    </w:p>
    <w:p>
      <w:pPr>
        <w:jc w:val="right"/>
      </w:pPr>
      <w:r>
        <w:t>ناٹ سمپلی ٹو مسلمز! نو!</w:t>
      </w:r>
    </w:p>
    <w:p>
      <w:r>
        <w:rPr>
          <w:b/>
        </w:rPr>
        <w:t xml:space="preserve">[1:05:40] </w:t>
      </w:r>
      <w:r>
        <w:t>All mankind!</w:t>
      </w:r>
    </w:p>
    <w:p>
      <w:pPr>
        <w:jc w:val="right"/>
      </w:pPr>
      <w:r>
        <w:t>ال مین کائنڈ!</w:t>
      </w:r>
    </w:p>
    <w:p>
      <w:r>
        <w:rPr>
          <w:b/>
        </w:rPr>
        <w:t xml:space="preserve">[1:05:43] </w:t>
      </w:r>
      <w:r>
        <w:t>This verse says that!</w:t>
      </w:r>
    </w:p>
    <w:p>
      <w:pPr>
        <w:jc w:val="right"/>
      </w:pPr>
      <w:r>
        <w:t>دس ورس سیز دیٹ!</w:t>
      </w:r>
    </w:p>
    <w:p>
      <w:r>
        <w:rPr>
          <w:b/>
        </w:rPr>
        <w:t xml:space="preserve">[1:05:47] </w:t>
      </w:r>
      <w:r>
        <w:t>Prophet of Islam is great! Prophet of Islam is good example! In the sense that! He gave you the formula of supreme success! He gave you formula of super achievement! And that formula is based on positivity!</w:t>
      </w:r>
    </w:p>
    <w:p>
      <w:pPr>
        <w:jc w:val="right"/>
      </w:pPr>
      <w:r>
        <w:t>پرافٹ اف اسلام از گریٹ! پرافٹ اف اسلام از گڈ ایگزامپل! ان دا سینس دیٹ! ہی گیو یو دا فارمولا اف سپریم سکسیس! ہی گیو یو فارمولا اف سپر اچیومنٹ! اینڈ دیٹ فارمولا از بیسڈ ان پوزیٹیوٹی!</w:t>
      </w:r>
    </w:p>
    <w:p>
      <w:r>
        <w:rPr>
          <w:b/>
        </w:rPr>
        <w:t xml:space="preserve">[1:06:16] </w:t>
      </w:r>
      <w:r>
        <w:t>and make yourself positive thinker! and you will be the greatest achiever! and positive thinking means! removing all those negative thoughts from your heart! although in society! although in this world!</w:t>
      </w:r>
    </w:p>
    <w:p>
      <w:pPr>
        <w:jc w:val="right"/>
      </w:pPr>
      <w:r>
        <w:t>ان میک یور سیلف پوزیٹیو تھنکر! اینڈ یو ویل بی دا گریٹسٹ اچیور! اینڈ پوزیٹیو تھنکنگ مینز! ریموونگ ال دو نیگیٹیو تھاٹس فرام یور ہارٹ! الدو ان سوسائٹی! الدو ان دس ورلڈ!</w:t>
      </w:r>
    </w:p>
    <w:p>
      <w:r>
        <w:rPr>
          <w:b/>
        </w:rPr>
        <w:t xml:space="preserve">[1:06:45] </w:t>
      </w:r>
      <w:r>
        <w:t>you will experience different kind of negative things! but you have to save yourself from negative feelings! you have to live as a positive thinker! in complete sense of the word! this is the formula of supreme success! this is the formula of supreme achievement!</w:t>
      </w:r>
    </w:p>
    <w:p>
      <w:pPr>
        <w:jc w:val="right"/>
      </w:pPr>
      <w:r>
        <w:t>یو ویل ایکسپیرینس ڈفرنٹ کائنڈ اف نیگیٹیو تھنگز! بٹ یو ہیو ٹو سیو یور سیلف فرام نیگیٹیو فیلنگز! یو ہیو ٹو لیو ایز ا پوزیٹیو تھنکر! ان کمپلیٹ سینس اف دا ورلڈ! دس از دا فارمولا اف سپریم سکسیس! دس از دا فارمولا اف سپریم اچیومنٹ!</w:t>
      </w:r>
    </w:p>
    <w:p>
      <w:r>
        <w:rPr>
          <w:b/>
        </w:rPr>
        <w:t xml:space="preserve">[1:07:13] </w:t>
      </w:r>
      <w:r>
        <w:t>then there is also a very important example in the prophet of Islam! That is love! Love to all! Love to all is the greatest example in the prophet of Islam! Here I would like to narrate a story of the prophet of Islam!</w:t>
      </w:r>
    </w:p>
    <w:p>
      <w:pPr>
        <w:jc w:val="right"/>
      </w:pPr>
      <w:r>
        <w:t>دین دیر از السو ا ویری امپورٹنٹ ایگزامپل ان دا پرافٹ اف اسلام! دیٹ از لو! لو ٹو ال! لو ٹو ال از دا گریٹسٹ ایگزامپل ان دا پرافٹ اف اسلام! ہیر ائی وڈ لائک ٹو نیریٹ ا سٹوری اف دا پرافٹ اف اسلام!</w:t>
      </w:r>
    </w:p>
    <w:p>
      <w:r>
        <w:rPr>
          <w:b/>
        </w:rPr>
        <w:t xml:space="preserve">[1:07:42] </w:t>
      </w:r>
      <w:r>
        <w:t>this story is reported by Bukhari! very authentic reporter! so, in his book Sahih Bukhari! he reports that! one day! the prophet of Islam was sitting at some place in Madina! so, at that time!</w:t>
      </w:r>
    </w:p>
    <w:p>
      <w:pPr>
        <w:jc w:val="right"/>
      </w:pPr>
      <w:r>
        <w:t>دس سٹوری از رپورٹڈ بائی البخاری! ویری اتھینٹک رپورٹر! سو، ان ہز بک صحیح البخاری! ہی رپورٹس دیٹ! ون ڈے! دا پرافٹ اف اسلام واز سٹنگ ایٹ سم پلیس ان مدینہ! سو، ایٹ دیٹ ٹائم!</w:t>
      </w:r>
    </w:p>
    <w:p>
      <w:r>
        <w:rPr>
          <w:b/>
        </w:rPr>
        <w:t xml:space="preserve">[1:08:12] </w:t>
      </w:r>
      <w:r>
        <w:t>there were some Jewish tribes in Madina! So, what happened! Prophet saw a funeral procession! passing through a street! before him! When Prophet saw that funeral procession! he stood up in respect! He was seated at the time!</w:t>
      </w:r>
    </w:p>
    <w:p>
      <w:pPr>
        <w:jc w:val="right"/>
      </w:pPr>
      <w:r>
        <w:t>دیر وار سم جوئس ٹرائبس ان مدینہ! سو، واٹ ہیپنڈ! پرافٹ سا ا فیونرل پروسیشن! پاسنگ تھرو ا سٹریٹ! بیفور ہم! وین پرافٹ سا دیٹ فیونرل پروسیشن! ہی اسٹوڈ اپ ان ریسپیکٹ! ہی واز سیٹڈ ایٹ دا ٹائم!</w:t>
      </w:r>
    </w:p>
    <w:p>
      <w:r>
        <w:rPr>
          <w:b/>
        </w:rPr>
        <w:t xml:space="preserve">[1:08:40] </w:t>
      </w:r>
      <w:r>
        <w:t>and in seeing that funeral! he stood up in respect! some of his companions said! O Prophet! it was funeral of a Jew! it means! it was funeral of a non Muslim! and not a Muslim! so, why this respect! the Prophet said! nafsan!</w:t>
      </w:r>
    </w:p>
    <w:p>
      <w:pPr>
        <w:jc w:val="right"/>
      </w:pPr>
      <w:r>
        <w:t>اینڈ ان سیئنگ دیٹ فیونرل! ہی اسٹوڈ اپ ان ریسپیکٹ! سم اف ہز کمپینین سیڈ! او پرافٹ! اٹ واز فیونرل اف ا جو! اٹ مینز! اٹ واز فیونرل اف ا نان مسلم! اینڈ ناٹ ا مسلم! سو، وائی دس ریسپیکٹ! دا پرافٹ سیڈ! نفسن!</w:t>
      </w:r>
    </w:p>
    <w:p>
      <w:r>
        <w:rPr>
          <w:b/>
        </w:rPr>
        <w:t xml:space="preserve">[1:09:07] </w:t>
      </w:r>
      <w:r>
        <w:t>was he not a human being! here you can see that! prophet discovered a commonality between himself and that Jew! and that Jewish body! so, this is the formula of love! all love to all! the prophet example is that! you have to love!</w:t>
      </w:r>
    </w:p>
    <w:p>
      <w:pPr>
        <w:jc w:val="right"/>
      </w:pPr>
      <w:r>
        <w:t>واز ہی ناٹ ا ہیومن بینگ! ہیر یو کین سی دیٹ! پرافٹ ڈسکورڈ ا کمیونیلٹی بٹوین ہم سیلف اینڈ دیٹ جو! اینڈ دیٹ جوئس باڈی! تو، دس از دا فارمولا اف لو! ال لو ٹو ال! دا پرافٹ ایگزامپل از دیٹ! یو ہیو ٹو لو!</w:t>
      </w:r>
    </w:p>
    <w:p>
      <w:r>
        <w:rPr>
          <w:b/>
        </w:rPr>
        <w:t xml:space="preserve">[1:09:35] </w:t>
      </w:r>
      <w:r>
        <w:t>not only your own people! not only your community! but you have to extend your love to all! all mankind! you have to find love in your heart! towards all mankind! all humanity! very very important! because you know! love is the greatest power!</w:t>
      </w:r>
    </w:p>
    <w:p>
      <w:pPr>
        <w:jc w:val="right"/>
      </w:pPr>
      <w:r>
        <w:t>ناٹ اونلی یور اون پیپل! ناٹ اونلی یور کمیونٹی! بٹ یو ہیو ٹو ایکسٹینڈ یور لو ٹو ال! ال مین کائنڈ! یو ہیو ٹو فائنڈ لو ان یور ہارٹ! ٹورڈز ال مین کائنڈ! ال ہیومینٹی! ویری ویری امپورٹنٹ! بیکاز یو نو! لو از دا گریٹسٹ پاور!</w:t>
      </w:r>
    </w:p>
    <w:p>
      <w:r>
        <w:rPr>
          <w:b/>
        </w:rPr>
        <w:t xml:space="preserve">[1:10:05] </w:t>
      </w:r>
      <w:r>
        <w:t>by love! you can conquer even your enemy! by love! you can conquer even your enemy! there is a verse in the quran! it means that!</w:t>
      </w:r>
    </w:p>
    <w:p>
      <w:pPr>
        <w:jc w:val="right"/>
      </w:pPr>
      <w:r>
        <w:t>بائی لو! یو کین کانکر ایون یور اینمی! بائی لو! یو کین کانکر ایون یور اینمی! دیر از ا ورس ان دا قران! اٹ مینز دیٹ!</w:t>
      </w:r>
    </w:p>
    <w:p>
      <w:r>
        <w:rPr>
          <w:b/>
        </w:rPr>
        <w:t xml:space="preserve">[1:10:35] </w:t>
      </w:r>
      <w:r>
        <w:t>These instructions was given by Quran! To the prophet! These instructions was given! Was revealed to the prophet! By God Almighty! So, this revelation says! Addressing the prophet! That! Do!</w:t>
      </w:r>
    </w:p>
    <w:p>
      <w:pPr>
        <w:jc w:val="right"/>
      </w:pPr>
      <w:r>
        <w:t>دس انسٹرکشنز واز گیون بائی قران! ٹو دا پرافٹ! دس انسٹرکشنز واز گیون! واز ریویلڈ ٹو دا پرافٹ! بائی گاڈ المائٹی! سو، دس ریولیشن سیز! ایڈریسنگ دا پرافٹ! دیٹ! ڈو!</w:t>
      </w:r>
    </w:p>
    <w:p>
      <w:r>
        <w:rPr>
          <w:b/>
        </w:rPr>
        <w:t xml:space="preserve">[1:11:05] </w:t>
      </w:r>
      <w:r>
        <w:t>O Prophet! O Prophet!</w:t>
      </w:r>
    </w:p>
    <w:p>
      <w:pPr>
        <w:jc w:val="right"/>
      </w:pPr>
      <w:r>
        <w:t>او پرافٹ! او پرافٹ!</w:t>
      </w:r>
    </w:p>
    <w:p>
      <w:r>
        <w:rPr>
          <w:b/>
        </w:rPr>
        <w:t xml:space="preserve">[1:11:09] </w:t>
      </w:r>
      <w:r>
        <w:t>Do good deed!</w:t>
      </w:r>
    </w:p>
    <w:p>
      <w:pPr>
        <w:jc w:val="right"/>
      </w:pPr>
      <w:r>
        <w:t>ڈو گڈ ڈیٹ!</w:t>
      </w:r>
    </w:p>
    <w:p>
      <w:r>
        <w:rPr>
          <w:b/>
        </w:rPr>
        <w:t xml:space="preserve">[1:11:13] </w:t>
      </w:r>
      <w:r>
        <w:t>in return for by that! O Prophet!</w:t>
      </w:r>
    </w:p>
    <w:p>
      <w:pPr>
        <w:jc w:val="right"/>
      </w:pPr>
      <w:r>
        <w:t>ان ریٹرن فار بائیڈ ڈیٹ! او پرافٹ!</w:t>
      </w:r>
    </w:p>
    <w:p>
      <w:r>
        <w:rPr>
          <w:b/>
        </w:rPr>
        <w:t xml:space="preserve">[1:11:17] </w:t>
      </w:r>
      <w:r>
        <w:t>Do good deed!</w:t>
      </w:r>
    </w:p>
    <w:p>
      <w:pPr>
        <w:jc w:val="right"/>
      </w:pPr>
      <w:r>
        <w:t>ڈو گڈ ڈیٹ!</w:t>
      </w:r>
    </w:p>
    <w:p>
      <w:r>
        <w:rPr>
          <w:b/>
        </w:rPr>
        <w:t xml:space="preserve">[1:11:21] </w:t>
      </w:r>
      <w:r>
        <w:t>in return for by that.</w:t>
      </w:r>
    </w:p>
    <w:p>
      <w:pPr>
        <w:jc w:val="right"/>
      </w:pPr>
      <w:r>
        <w:t>ان ریٹرن فار بائیڈ ڈیٹ!</w:t>
      </w:r>
    </w:p>
    <w:p>
      <w:r>
        <w:rPr>
          <w:b/>
        </w:rPr>
        <w:t xml:space="preserve">[1:11:25] </w:t>
      </w:r>
      <w:r>
        <w:t>And you will find that! Your enemy!</w:t>
      </w:r>
    </w:p>
    <w:p>
      <w:pPr>
        <w:jc w:val="right"/>
      </w:pPr>
      <w:r>
        <w:t>اینڈ یو ویل فائنڈ دیٹ! یور اینمی!</w:t>
      </w:r>
    </w:p>
    <w:p>
      <w:r>
        <w:rPr>
          <w:b/>
        </w:rPr>
        <w:t xml:space="preserve">[1:11:29] </w:t>
      </w:r>
      <w:r>
        <w:t>He's become your dearest friend!</w:t>
      </w:r>
    </w:p>
    <w:p>
      <w:pPr>
        <w:jc w:val="right"/>
      </w:pPr>
      <w:r>
        <w:t>ہیز بیکم یور ڈیئرسٹ فرینڈ!</w:t>
      </w:r>
    </w:p>
    <w:p>
      <w:r>
        <w:rPr>
          <w:b/>
        </w:rPr>
        <w:t xml:space="preserve">[1:11:33] </w:t>
      </w:r>
      <w:r>
        <w:t>kan walayun hameem!</w:t>
      </w:r>
    </w:p>
    <w:p>
      <w:pPr>
        <w:jc w:val="right"/>
      </w:pPr>
      <w:r>
        <w:t>کان ولیون حمیم!</w:t>
      </w:r>
    </w:p>
    <w:p>
      <w:r>
        <w:rPr>
          <w:b/>
        </w:rPr>
        <w:t xml:space="preserve">[1:11:37] </w:t>
      </w:r>
      <w:r>
        <w:t>your enemy has become your dearest friend! it means that! according to this instruction! according to this revelation! enemy is! your enemy is! your potential friend! so, turn this potential to actual! find!</w:t>
      </w:r>
    </w:p>
    <w:p>
      <w:pPr>
        <w:jc w:val="right"/>
      </w:pPr>
      <w:r>
        <w:t>یور اینمی ہیز بیکم یور ڈیئرسٹ فرینڈ! اٹ مینز دیٹ! اکارڈنگ ٹو دس انسٹرکشن! اکارڈنگ ٹو دس ریولیشن! اینمی از! یور اینمی از! یور پوٹینشل فرینڈ! سو، ٹرن دس پوٹینشل ٹو ایکچول! فائنڈ!</w:t>
      </w:r>
    </w:p>
    <w:p>
      <w:r>
        <w:rPr>
          <w:b/>
        </w:rPr>
        <w:t xml:space="preserve">[1:12:07] </w:t>
      </w:r>
      <w:r>
        <w:t>Find friend out of enmity!</w:t>
      </w:r>
    </w:p>
    <w:p>
      <w:pPr>
        <w:jc w:val="right"/>
      </w:pPr>
      <w:r>
        <w:t>فائنڈ فرینڈ اؤٹ اف اینمیٹی!</w:t>
      </w:r>
    </w:p>
    <w:p>
      <w:r>
        <w:rPr>
          <w:b/>
        </w:rPr>
        <w:t xml:space="preserve">[1:12:11] </w:t>
      </w:r>
      <w:r>
        <w:t>What a great idea! Don't fight!</w:t>
      </w:r>
    </w:p>
    <w:p>
      <w:pPr>
        <w:jc w:val="right"/>
      </w:pPr>
      <w:r>
        <w:t>واٹ ا گریٹ ائیڈیا! ڈونٹ فائٹ!</w:t>
      </w:r>
    </w:p>
    <w:p>
      <w:r>
        <w:rPr>
          <w:b/>
        </w:rPr>
        <w:t xml:space="preserve">[1:12:16] </w:t>
      </w:r>
      <w:r>
        <w:t>But love to your enemy!</w:t>
      </w:r>
    </w:p>
    <w:p>
      <w:pPr>
        <w:jc w:val="right"/>
      </w:pPr>
      <w:r>
        <w:t>بٹ لو ٹو یور اینمی!</w:t>
      </w:r>
    </w:p>
    <w:p>
      <w:r>
        <w:rPr>
          <w:b/>
        </w:rPr>
        <w:t xml:space="preserve">[1:12:21] </w:t>
      </w:r>
      <w:r>
        <w:t>Don't try to kill your enemy!</w:t>
      </w:r>
    </w:p>
    <w:p>
      <w:pPr>
        <w:jc w:val="right"/>
      </w:pPr>
      <w:r>
        <w:t>ڈونٹ ٹرائی ٹو کل یور اینمی!</w:t>
      </w:r>
    </w:p>
    <w:p>
      <w:r>
        <w:rPr>
          <w:b/>
        </w:rPr>
        <w:t xml:space="preserve">[1:12:25] </w:t>
      </w:r>
      <w:r>
        <w:t>Try to capture your enemy!</w:t>
      </w:r>
    </w:p>
    <w:p>
      <w:pPr>
        <w:jc w:val="right"/>
      </w:pPr>
      <w:r>
        <w:t>ٹرائی ٹو کیپچر یور اینمی!</w:t>
      </w:r>
    </w:p>
    <w:p>
      <w:r>
        <w:rPr>
          <w:b/>
        </w:rPr>
        <w:t xml:space="preserve">[1:12:30] </w:t>
      </w:r>
      <w:r>
        <w:t>Bye bye, low!</w:t>
      </w:r>
    </w:p>
    <w:p>
      <w:pPr>
        <w:jc w:val="right"/>
      </w:pPr>
      <w:r>
        <w:t>بائی بائی لو!</w:t>
      </w:r>
    </w:p>
    <w:p>
      <w:r>
        <w:rPr>
          <w:b/>
        </w:rPr>
        <w:t xml:space="preserve">[1:12:35] </w:t>
      </w:r>
      <w:r>
        <w:t>By the power of love!</w:t>
      </w:r>
    </w:p>
    <w:p>
      <w:pPr>
        <w:jc w:val="right"/>
      </w:pPr>
      <w:r>
        <w:t>بائی دا پاور اف لو!</w:t>
      </w:r>
    </w:p>
    <w:p>
      <w:r>
        <w:rPr>
          <w:b/>
        </w:rPr>
        <w:t xml:space="preserve">[1:12:40] </w:t>
      </w:r>
      <w:r>
        <w:t>this is the! this is a great great example of the prophet of Islam! so, when he says! nafsan! about that Jewish body! that was he not a human being! it means that! I have to love! I find! it means that!</w:t>
      </w:r>
    </w:p>
    <w:p>
      <w:pPr>
        <w:jc w:val="right"/>
      </w:pPr>
      <w:r>
        <w:t>دس از دا! دس از ا گریٹ گریٹ ایگزامپل اف دا پرافٹ اف اسلام! سو، وین ہی سیز! نفسن! اباؤٹ دیٹ جوئس باڈی! دیٹ واز ہی ناٹ ا ہیومن بینگ! اٹ مینز دیٹ! ائی ہیو ٹو لو! ائی فائنڈ! اٹ مینز دیٹ!</w:t>
      </w:r>
    </w:p>
    <w:p>
      <w:r>
        <w:rPr>
          <w:b/>
        </w:rPr>
        <w:t xml:space="preserve">[1:13:10] </w:t>
      </w:r>
      <w:r>
        <w:t>I find love! Towards all human beings! Not only towards my community! Not only towards my followers! But towards Christians! Towards Jews! Towards all people! In this regard! Whether they are! They belong to this religion! Or that religion! This was the power of! Of the Prophet of Islam!</w:t>
      </w:r>
    </w:p>
    <w:p>
      <w:pPr>
        <w:jc w:val="right"/>
      </w:pPr>
      <w:r>
        <w:t>ائی فائنڈ لو! ٹورڈز ال ہیومن بینگ! ناٹ اونلی ٹورڈز مائی کمیونٹی! ناٹ اونلی ٹورڈز مائی فالوورز! بٹ ٹورڈز کرسچنز! ٹورڈز جو! ٹورڈز ال پیپل! ان ریگارڈ دس! ویدر دے ار! دے بیلنگ ٹو دس ریلیجن! اور دیٹ ریلیجن! دس واز دا پاور اف! اف دا پرافٹ اف اسلام!</w:t>
      </w:r>
    </w:p>
    <w:p>
      <w:r>
        <w:rPr>
          <w:b/>
        </w:rPr>
        <w:t xml:space="preserve">[1:13:40] </w:t>
      </w:r>
      <w:r>
        <w:t>So, Dr. Michael Hart!</w:t>
      </w:r>
    </w:p>
    <w:p>
      <w:pPr>
        <w:jc w:val="right"/>
      </w:pPr>
      <w:r>
        <w:t>سو، ڈاکٹر مائیکل ہارٹ!</w:t>
      </w:r>
    </w:p>
    <w:p>
      <w:r>
        <w:rPr>
          <w:b/>
        </w:rPr>
        <w:t xml:space="preserve">[1:13:43] </w:t>
      </w:r>
      <w:r>
        <w:t>only says this!</w:t>
      </w:r>
    </w:p>
    <w:p>
      <w:pPr>
        <w:jc w:val="right"/>
      </w:pPr>
      <w:r>
        <w:t>اونلی سیز دس!</w:t>
      </w:r>
    </w:p>
    <w:p>
      <w:r>
        <w:rPr>
          <w:b/>
        </w:rPr>
        <w:t xml:space="preserve">[1:13:47] </w:t>
      </w:r>
      <w:r>
        <w:t>that he was the supremely successful man in history!</w:t>
      </w:r>
    </w:p>
    <w:p>
      <w:pPr>
        <w:jc w:val="right"/>
      </w:pPr>
      <w:r>
        <w:t>دیٹ ہی واز دا سپریملی سکسیس فل مین ان ہسٹری!</w:t>
      </w:r>
    </w:p>
    <w:p>
      <w:r>
        <w:rPr>
          <w:b/>
        </w:rPr>
        <w:t xml:space="preserve">[1:13:51] </w:t>
      </w:r>
      <w:r>
        <w:t>But when we read his life, his sayings,</w:t>
      </w:r>
    </w:p>
    <w:p>
      <w:pPr>
        <w:jc w:val="right"/>
      </w:pPr>
      <w:r>
        <w:t>بٹ وین وی ریڈ ہز لائف! ہز سیئنگز!</w:t>
      </w:r>
    </w:p>
    <w:p>
      <w:r>
        <w:rPr>
          <w:b/>
        </w:rPr>
        <w:t xml:space="preserve">[1:13:55] </w:t>
      </w:r>
      <w:r>
        <w:t>We find that! His!</w:t>
      </w:r>
    </w:p>
    <w:p>
      <w:pPr>
        <w:jc w:val="right"/>
      </w:pPr>
      <w:r>
        <w:t>وی فائنڈ دیٹ! ہز!</w:t>
      </w:r>
    </w:p>
    <w:p>
      <w:r>
        <w:rPr>
          <w:b/>
        </w:rPr>
        <w:t xml:space="preserve">[1:13:59] </w:t>
      </w:r>
      <w:r>
        <w:t>The secret of his success was that!</w:t>
      </w:r>
    </w:p>
    <w:p>
      <w:pPr>
        <w:jc w:val="right"/>
      </w:pPr>
      <w:r>
        <w:t>دا سیکرٹ اف ہز سکسیس واز! دیٹ!</w:t>
      </w:r>
    </w:p>
    <w:p>
      <w:r>
        <w:rPr>
          <w:b/>
        </w:rPr>
        <w:t xml:space="preserve">[1:14:03] </w:t>
      </w:r>
      <w:r>
        <w:t>His love was full of that!</w:t>
      </w:r>
    </w:p>
    <w:p>
      <w:pPr>
        <w:jc w:val="right"/>
      </w:pPr>
      <w:r>
        <w:t>ہز لو واز فل اف! دیٹ!</w:t>
      </w:r>
    </w:p>
    <w:p>
      <w:r>
        <w:rPr>
          <w:b/>
        </w:rPr>
        <w:t xml:space="preserve">[1:14:07] </w:t>
      </w:r>
      <w:r>
        <w:t>His heart was full of love!</w:t>
      </w:r>
    </w:p>
    <w:p>
      <w:pPr>
        <w:jc w:val="right"/>
      </w:pPr>
      <w:r>
        <w:t>ہز ہارٹ واز فل اف لو!</w:t>
      </w:r>
    </w:p>
    <w:p>
      <w:r>
        <w:rPr>
          <w:b/>
        </w:rPr>
        <w:t xml:space="preserve">[1:14:11] </w:t>
      </w:r>
      <w:r>
        <w:t>when we read his sayings! when we read his life! when we study his behaviors! we find that! the secret of his super achievement! secret of his super success was! that! his heart was full of love! full of compassion! he was a great thinker! he was a great well wisher!</w:t>
      </w:r>
    </w:p>
    <w:p>
      <w:pPr>
        <w:jc w:val="right"/>
      </w:pPr>
      <w:r>
        <w:t>وین وی ریڈ ہز سیئنگز! وین وی ریڈ ہز لائف! وین وی سٹڈی ہز بیہیویئرز! وی فائنڈ دیٹ! دا سیکرٹ اف ہز سپر اچیومنٹ! سیکرٹ اف ہز سپر سکسیس واز! دیٹ! ہز ہارٹ واز فل اف لو! فل اف کمپیشن! ہی واز ا گریٹ تھنکر! ہی واز ا گریٹ ویل وشر!</w:t>
      </w:r>
    </w:p>
    <w:p>
      <w:r>
        <w:rPr>
          <w:b/>
        </w:rPr>
        <w:t xml:space="preserve">[1:14:40] </w:t>
      </w:r>
      <w:r>
        <w:t>He was well-wisher to all! To all!</w:t>
      </w:r>
    </w:p>
    <w:p>
      <w:pPr>
        <w:jc w:val="right"/>
      </w:pPr>
      <w:r>
        <w:t>ہی واز ویل وشر ٹو ال! ٹو ال!</w:t>
      </w:r>
    </w:p>
    <w:p>
      <w:r>
        <w:rPr>
          <w:b/>
        </w:rPr>
        <w:t xml:space="preserve">[1:14:43] </w:t>
      </w:r>
      <w:r>
        <w:t>I think that!</w:t>
      </w:r>
    </w:p>
    <w:p>
      <w:pPr>
        <w:jc w:val="right"/>
      </w:pPr>
      <w:r>
        <w:t>ائی تھنک دیٹ!</w:t>
      </w:r>
    </w:p>
    <w:p>
      <w:r>
        <w:rPr>
          <w:b/>
        </w:rPr>
        <w:t xml:space="preserve">[1:14:46] </w:t>
      </w:r>
      <w:r>
        <w:t>One who is well-wisher to all!</w:t>
      </w:r>
    </w:p>
    <w:p>
      <w:pPr>
        <w:jc w:val="right"/>
      </w:pPr>
      <w:r>
        <w:t>ون ہو از ویل وشر ٹو ال!</w:t>
      </w:r>
    </w:p>
    <w:p>
      <w:r>
        <w:rPr>
          <w:b/>
        </w:rPr>
        <w:t xml:space="preserve">[1:14:49] </w:t>
      </w:r>
      <w:r>
        <w:t>He possessed the greatest power!</w:t>
      </w:r>
    </w:p>
    <w:p>
      <w:pPr>
        <w:jc w:val="right"/>
      </w:pPr>
      <w:r>
        <w:t>ہی پوزیشن دا گریٹسٹ پاور!</w:t>
      </w:r>
    </w:p>
    <w:p>
      <w:r>
        <w:rPr>
          <w:b/>
        </w:rPr>
        <w:t xml:space="preserve">[1:14:52] </w:t>
      </w:r>
      <w:r>
        <w:t>by well-wishing.</w:t>
      </w:r>
    </w:p>
    <w:p>
      <w:pPr>
        <w:jc w:val="right"/>
      </w:pPr>
      <w:r>
        <w:t>بائی ویل وشنگ!</w:t>
      </w:r>
    </w:p>
    <w:p>
      <w:r>
        <w:rPr>
          <w:b/>
        </w:rPr>
        <w:t xml:space="preserve">[1:14:56] </w:t>
      </w:r>
      <w:r>
        <w:t>You can capture every human being!</w:t>
      </w:r>
    </w:p>
    <w:p>
      <w:pPr>
        <w:jc w:val="right"/>
      </w:pPr>
      <w:r>
        <w:t>یو کین کیپچر ایوری ہیومن بینگ!</w:t>
      </w:r>
    </w:p>
    <w:p>
      <w:r>
        <w:rPr>
          <w:b/>
        </w:rPr>
        <w:t xml:space="preserve">[1:14:59] </w:t>
      </w:r>
      <w:r>
        <w:t>Even your enemy! You know!</w:t>
      </w:r>
    </w:p>
    <w:p>
      <w:pPr>
        <w:jc w:val="right"/>
      </w:pPr>
      <w:r>
        <w:t>ایون یور اینمی! یو نو!</w:t>
      </w:r>
    </w:p>
    <w:p>
      <w:r>
        <w:rPr>
          <w:b/>
        </w:rPr>
        <w:t xml:space="preserve">[1:15:02] </w:t>
      </w:r>
      <w:r>
        <w:t>Jesus Christ has said!</w:t>
      </w:r>
    </w:p>
    <w:p>
      <w:pPr>
        <w:jc w:val="right"/>
      </w:pPr>
      <w:r>
        <w:t>جیسس کرائسٹ ہیز سیڈ!</w:t>
      </w:r>
    </w:p>
    <w:p>
      <w:r>
        <w:rPr>
          <w:b/>
        </w:rPr>
        <w:t xml:space="preserve">[1:15:05] </w:t>
      </w:r>
      <w:r>
        <w:t>Love your enemy!</w:t>
      </w:r>
    </w:p>
    <w:p>
      <w:pPr>
        <w:jc w:val="right"/>
      </w:pPr>
      <w:r>
        <w:t>لو یور اینمی!</w:t>
      </w:r>
    </w:p>
    <w:p>
      <w:r>
        <w:rPr>
          <w:b/>
        </w:rPr>
        <w:t xml:space="preserve">[1:15:08] </w:t>
      </w:r>
      <w:r>
        <w:t>The same teaching was given by the Prophet of Islam!</w:t>
      </w:r>
    </w:p>
    <w:p>
      <w:pPr>
        <w:jc w:val="right"/>
      </w:pPr>
      <w:r>
        <w:t>دا سیم ٹیچنگ واز گیون بائی دا پرافٹ اف اسلام!</w:t>
      </w:r>
    </w:p>
    <w:p>
      <w:r>
        <w:rPr>
          <w:b/>
        </w:rPr>
        <w:t xml:space="preserve">[1:15:12] </w:t>
      </w:r>
      <w:r>
        <w:t>Love your enemy! Means!</w:t>
      </w:r>
    </w:p>
    <w:p>
      <w:pPr>
        <w:jc w:val="right"/>
      </w:pPr>
      <w:r>
        <w:t>لو یور اینمی! مینز!</w:t>
      </w:r>
    </w:p>
    <w:p>
      <w:r>
        <w:rPr>
          <w:b/>
        </w:rPr>
        <w:t xml:space="preserve">[1:15:15] </w:t>
      </w:r>
      <w:r>
        <w:t>Capture your enemy!</w:t>
      </w:r>
    </w:p>
    <w:p>
      <w:pPr>
        <w:jc w:val="right"/>
      </w:pPr>
      <w:r>
        <w:t>کیپچر یور اینمی!</w:t>
      </w:r>
    </w:p>
    <w:p>
      <w:r>
        <w:rPr>
          <w:b/>
        </w:rPr>
        <w:t xml:space="preserve">[1:15:18] </w:t>
      </w:r>
      <w:r>
        <w:t>By the power of love!</w:t>
      </w:r>
    </w:p>
    <w:p>
      <w:pPr>
        <w:jc w:val="right"/>
      </w:pPr>
      <w:r>
        <w:t>بائی دا پاور اف لو!</w:t>
      </w:r>
    </w:p>
    <w:p>
      <w:r>
        <w:rPr>
          <w:b/>
        </w:rPr>
        <w:t xml:space="preserve">[1:15:21] </w:t>
      </w:r>
      <w:r>
        <w:t>So, is the!</w:t>
      </w:r>
    </w:p>
    <w:p>
      <w:pPr>
        <w:jc w:val="right"/>
      </w:pPr>
      <w:r>
        <w:t>سو، از دا!</w:t>
      </w:r>
    </w:p>
    <w:p>
      <w:r>
        <w:rPr>
          <w:b/>
        </w:rPr>
        <w:t xml:space="preserve">[1:15:24] </w:t>
      </w:r>
      <w:r>
        <w:t>So, is the teaching of Quran!</w:t>
      </w:r>
    </w:p>
    <w:p>
      <w:pPr>
        <w:jc w:val="right"/>
      </w:pPr>
      <w:r>
        <w:t>سو، از دا ٹیچنگ اف قران!</w:t>
      </w:r>
    </w:p>
    <w:p>
      <w:r>
        <w:rPr>
          <w:b/>
        </w:rPr>
        <w:t xml:space="preserve">[1:15:28] </w:t>
      </w:r>
      <w:r>
        <w:t>So, is the teaching of the Prophet of Islam!</w:t>
      </w:r>
    </w:p>
    <w:p>
      <w:pPr>
        <w:jc w:val="right"/>
      </w:pPr>
      <w:r>
        <w:t>سو، از دا ٹیچنگ اف دا پرافٹ اف اسلام!</w:t>
      </w:r>
    </w:p>
    <w:p>
      <w:r>
        <w:rPr>
          <w:b/>
        </w:rPr>
        <w:t xml:space="preserve">[1:15:31] </w:t>
      </w:r>
      <w:r>
        <w:t>Love is the base of all religion! Including Islam!</w:t>
      </w:r>
    </w:p>
    <w:p>
      <w:pPr>
        <w:jc w:val="right"/>
      </w:pPr>
      <w:r>
        <w:t>لو از دا بیس اف ال ریلیجن! انکلوڈنگ اسلام!</w:t>
      </w:r>
    </w:p>
    <w:p>
      <w:r>
        <w:rPr>
          <w:b/>
        </w:rPr>
        <w:t xml:space="preserve">[1:15:34] </w:t>
      </w:r>
      <w:r>
        <w:t>This is the Quran!</w:t>
      </w:r>
    </w:p>
    <w:p>
      <w:pPr>
        <w:jc w:val="right"/>
      </w:pPr>
      <w:r>
        <w:t>دس از دا قران!</w:t>
      </w:r>
    </w:p>
    <w:p>
      <w:r>
        <w:rPr>
          <w:b/>
        </w:rPr>
        <w:t xml:space="preserve">[1:15:37] </w:t>
      </w:r>
      <w:r>
        <w:t>This is the Islam!</w:t>
      </w:r>
    </w:p>
    <w:p>
      <w:pPr>
        <w:jc w:val="right"/>
      </w:pPr>
      <w:r>
        <w:t>دس از دا اسلام!</w:t>
      </w:r>
    </w:p>
    <w:p>
      <w:r>
        <w:rPr>
          <w:b/>
        </w:rPr>
        <w:t xml:space="preserve">[1:15:40] </w:t>
      </w:r>
      <w:r>
        <w:t>This is the religion of Islam!</w:t>
      </w:r>
    </w:p>
    <w:p>
      <w:pPr>
        <w:jc w:val="right"/>
      </w:pPr>
      <w:r>
        <w:t>دس از دا ریلیجن اف اسلام!</w:t>
      </w:r>
    </w:p>
    <w:p>
      <w:r>
        <w:rPr>
          <w:b/>
        </w:rPr>
        <w:t xml:space="preserve">[1:15:44] </w:t>
      </w:r>
      <w:r>
        <w:t>So, I would like to say that!</w:t>
      </w:r>
    </w:p>
    <w:p>
      <w:pPr>
        <w:jc w:val="right"/>
      </w:pPr>
      <w:r>
        <w:t>سو، ائی وڈ لائک ٹو سی دیٹ!</w:t>
      </w:r>
    </w:p>
    <w:p>
      <w:r>
        <w:rPr>
          <w:b/>
        </w:rPr>
        <w:t xml:space="preserve">[1:15:47] </w:t>
      </w:r>
      <w:r>
        <w:t>If you want to know!</w:t>
      </w:r>
    </w:p>
    <w:p>
      <w:pPr>
        <w:jc w:val="right"/>
      </w:pPr>
      <w:r>
        <w:t>اف یو وانٹ ٹو نو!</w:t>
      </w:r>
    </w:p>
    <w:p>
      <w:r>
        <w:rPr>
          <w:b/>
        </w:rPr>
        <w:t xml:space="preserve">[1:15:51] </w:t>
      </w:r>
      <w:r>
        <w:t>What is Islam! Don't!</w:t>
      </w:r>
    </w:p>
    <w:p>
      <w:pPr>
        <w:jc w:val="right"/>
      </w:pPr>
      <w:r>
        <w:t>واٹ از اسلام! ڈونٹ!</w:t>
      </w:r>
    </w:p>
    <w:p>
      <w:r>
        <w:rPr>
          <w:b/>
        </w:rPr>
        <w:t xml:space="preserve">[1:15:55] </w:t>
      </w:r>
      <w:r>
        <w:t>If you want to know!</w:t>
      </w:r>
    </w:p>
    <w:p>
      <w:pPr>
        <w:jc w:val="right"/>
      </w:pPr>
      <w:r>
        <w:t>اف یو وانٹ ٹو نو!</w:t>
      </w:r>
    </w:p>
    <w:p>
      <w:r>
        <w:rPr>
          <w:b/>
        </w:rPr>
        <w:t xml:space="preserve">[1:15:59] </w:t>
      </w:r>
      <w:r>
        <w:t>What is Islam!</w:t>
      </w:r>
    </w:p>
    <w:p>
      <w:pPr>
        <w:jc w:val="right"/>
      </w:pPr>
      <w:r>
        <w:t>واٹ از اسلام!</w:t>
      </w:r>
    </w:p>
    <w:p>
      <w:r>
        <w:rPr>
          <w:b/>
        </w:rPr>
        <w:t xml:space="preserve">[1:16:03] </w:t>
      </w:r>
      <w:r>
        <w:t>You have to say the prophet!</w:t>
      </w:r>
    </w:p>
    <w:p>
      <w:pPr>
        <w:jc w:val="right"/>
      </w:pPr>
      <w:r>
        <w:t>یو ہیو ٹو سی دا پرافٹ!</w:t>
      </w:r>
    </w:p>
    <w:p>
      <w:r>
        <w:rPr>
          <w:b/>
        </w:rPr>
        <w:t xml:space="preserve">[1:16:07] </w:t>
      </w:r>
      <w:r>
        <w:t>You have to read Al-Quran!</w:t>
      </w:r>
    </w:p>
    <w:p>
      <w:pPr>
        <w:jc w:val="right"/>
      </w:pPr>
      <w:r>
        <w:t>یو ہیو ٹو ریڈ القران!</w:t>
      </w:r>
    </w:p>
    <w:p>
      <w:r>
        <w:rPr>
          <w:b/>
        </w:rPr>
        <w:t xml:space="preserve">[1:16:11] </w:t>
      </w:r>
      <w:r>
        <w:t>You have to read al-hadith!</w:t>
      </w:r>
    </w:p>
    <w:p>
      <w:pPr>
        <w:jc w:val="right"/>
      </w:pPr>
      <w:r>
        <w:t>یو ہیو ٹو ریڈ الحدیث!</w:t>
      </w:r>
    </w:p>
    <w:p>
      <w:r>
        <w:rPr>
          <w:b/>
        </w:rPr>
        <w:t xml:space="preserve">[1:16:15] </w:t>
      </w:r>
      <w:r>
        <w:t>you will! you have to find the picture of Islam! in the scriptures of Islam! if you read Quran and Hadith! you will! you will! you will! see that! Quran is religion of love! Islam is religion of love!</w:t>
      </w:r>
    </w:p>
    <w:p>
      <w:pPr>
        <w:jc w:val="right"/>
      </w:pPr>
      <w:r>
        <w:t>یو ویل! یو ہیو ٹو فائنڈ دا پکچر اف اسلام! ان دا سکرپچرز اف اسلام! اف یو ریڈ قران اینڈ حدیث! یو ویل! یو ویل! یو ویل! سی دیٹ! قران از ریلیجن اف لو! اسلام از ریلیجن اف لو!</w:t>
      </w:r>
    </w:p>
    <w:p>
      <w:r>
        <w:rPr>
          <w:b/>
        </w:rPr>
        <w:t xml:space="preserve">[1:16:45] </w:t>
      </w:r>
      <w:r>
        <w:t>Islam is religion of compassion! Islam is religion of humanity! Islam teaches universal brotherhood!</w:t>
      </w:r>
    </w:p>
    <w:p>
      <w:pPr>
        <w:jc w:val="right"/>
      </w:pPr>
      <w:r>
        <w:t>اسلام از ریلیجن اف کمپیشن! اسلام از ریلیجن اف ہیومینٹی! اسلام ٹیچز یونیورسل برادرہڈ!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