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The Problem of Suffering I 11th Dec 07</w:t>
      </w:r>
    </w:p>
    <w:p>
      <w:r>
        <w:t>https://www.youtube.com/watch?v=BQDmlQt5wpk</w:t>
      </w:r>
    </w:p>
    <w:p>
      <w:r>
        <w:rPr>
          <w:b/>
        </w:rPr>
        <w:t xml:space="preserve">[00:06] </w:t>
      </w:r>
      <w:r>
        <w:t>bismillah rahman rahim, wa salla Allahu ala nabiyyil kareem.</w:t>
      </w:r>
    </w:p>
    <w:p>
      <w:pPr>
        <w:jc w:val="right"/>
      </w:pPr>
      <w:r>
        <w:t>بسم اللہ الرحمن الرحیم، وصلی اللہ علی النبی الکریم۔</w:t>
      </w:r>
    </w:p>
    <w:p>
      <w:r>
        <w:rPr>
          <w:b/>
        </w:rPr>
        <w:t xml:space="preserve">[00:09] </w:t>
      </w:r>
      <w:r>
        <w:t>rab ishrah li sadri, wa yassir li amri, wah lul uqdata min lisani, yafqahu qawli.</w:t>
      </w:r>
    </w:p>
    <w:p>
      <w:pPr>
        <w:jc w:val="right"/>
      </w:pPr>
      <w:r>
        <w:t>رب اشرح لی صدری، ویسر لی امری، واحل العقدۃ من لسانی، یفقہ قولی۔</w:t>
      </w:r>
    </w:p>
    <w:p>
      <w:r>
        <w:rPr>
          <w:b/>
        </w:rPr>
        <w:t xml:space="preserve">[00:15] </w:t>
      </w:r>
      <w:r>
        <w:t>The topic for this day is the problem of suffering.</w:t>
      </w:r>
    </w:p>
    <w:p>
      <w:pPr>
        <w:jc w:val="right"/>
      </w:pPr>
      <w:r>
        <w:t>دا ٹاپک فار دس ڈے از دا پرابلم آف سفرنگ۔</w:t>
      </w:r>
    </w:p>
    <w:p>
      <w:r>
        <w:rPr>
          <w:b/>
        </w:rPr>
        <w:t xml:space="preserve">[00:19] </w:t>
      </w:r>
      <w:r>
        <w:t>The problem of suffering.</w:t>
      </w:r>
    </w:p>
    <w:p>
      <w:pPr>
        <w:jc w:val="right"/>
      </w:pPr>
      <w:r>
        <w:t>دا پرابلم آف سفرنگ۔</w:t>
      </w:r>
    </w:p>
    <w:p>
      <w:r>
        <w:rPr>
          <w:b/>
        </w:rPr>
        <w:t xml:space="preserve">[00:21] </w:t>
      </w:r>
      <w:r>
        <w:t>There are so many people who are obsessed with this notion that suffering is a problem.</w:t>
      </w:r>
    </w:p>
    <w:p>
      <w:pPr>
        <w:jc w:val="right"/>
      </w:pPr>
      <w:r>
        <w:t>دیر آر سو مینی پیپل ہو آر ابسسٹ ود دس نوشن دیٹ سفرنگ از اے پرابلم۔</w:t>
      </w:r>
    </w:p>
    <w:p>
      <w:r>
        <w:rPr>
          <w:b/>
        </w:rPr>
        <w:t xml:space="preserve">[00:28] </w:t>
      </w:r>
      <w:r>
        <w:t>But according to my study and my experience, I can say that suffering is not a problem.</w:t>
      </w:r>
    </w:p>
    <w:p>
      <w:pPr>
        <w:jc w:val="right"/>
      </w:pPr>
      <w:r>
        <w:t>بٹ اکارڈنگ ٹو مائی سٹڈی اینڈ مائی ایکسپیرینس، آئی کین سے دیٹ سفرنگ از ناٹ ا پرابلم۔</w:t>
      </w:r>
    </w:p>
    <w:p>
      <w:r>
        <w:rPr>
          <w:b/>
        </w:rPr>
        <w:t xml:space="preserve">[00:35] </w:t>
      </w:r>
      <w:r>
        <w:t>Instead, suffering is a blessing.</w:t>
      </w:r>
    </w:p>
    <w:p>
      <w:pPr>
        <w:jc w:val="right"/>
      </w:pPr>
      <w:r>
        <w:t>انسٹیڈ، سفرنگ از اے بلیسنگ۔</w:t>
      </w:r>
    </w:p>
    <w:p>
      <w:r>
        <w:rPr>
          <w:b/>
        </w:rPr>
        <w:t xml:space="preserve">[00:37] </w:t>
      </w:r>
      <w:r>
        <w:t>Suffering is an advantage.</w:t>
      </w:r>
    </w:p>
    <w:p>
      <w:pPr>
        <w:jc w:val="right"/>
      </w:pPr>
      <w:r>
        <w:t>سفرنگ از این ایڈوانٹیج۔</w:t>
      </w:r>
    </w:p>
    <w:p>
      <w:r>
        <w:rPr>
          <w:b/>
        </w:rPr>
        <w:t xml:space="preserve">[00:39] </w:t>
      </w:r>
      <w:r>
        <w:t>History proves this notion.</w:t>
      </w:r>
    </w:p>
    <w:p>
      <w:pPr>
        <w:jc w:val="right"/>
      </w:pPr>
      <w:r>
        <w:t>ہسٹری پروف دس نوشن۔</w:t>
      </w:r>
    </w:p>
    <w:p>
      <w:r>
        <w:rPr>
          <w:b/>
        </w:rPr>
        <w:t xml:space="preserve">[00:41] </w:t>
      </w:r>
      <w:r>
        <w:t>There are so many people who are born in suffering, but they become super achievers.</w:t>
      </w:r>
    </w:p>
    <w:p>
      <w:pPr>
        <w:jc w:val="right"/>
      </w:pPr>
      <w:r>
        <w:t>دیر آر سو مینی پیپل ہو آر بورن ان سفرنگ، بٹ دے بیکم سپر اچیورز۔</w:t>
      </w:r>
    </w:p>
    <w:p>
      <w:r>
        <w:rPr>
          <w:b/>
        </w:rPr>
        <w:t xml:space="preserve">[00:47] </w:t>
      </w:r>
      <w:r>
        <w:t>It is a fact.</w:t>
      </w:r>
    </w:p>
    <w:p>
      <w:pPr>
        <w:jc w:val="right"/>
      </w:pPr>
      <w:r>
        <w:t>اٹ از ا فیکٹ۔</w:t>
      </w:r>
    </w:p>
    <w:p>
      <w:r>
        <w:rPr>
          <w:b/>
        </w:rPr>
        <w:t xml:space="preserve">[00:49] </w:t>
      </w:r>
      <w:r>
        <w:t>In India, you know, it is said that Nehru was born with a silver.</w:t>
      </w:r>
    </w:p>
    <w:p>
      <w:pPr>
        <w:jc w:val="right"/>
      </w:pPr>
      <w:r>
        <w:t>ان انڈیا، یو نو، اٹ از سرٹ دیٹ نہرو واز بورن ود اے سلور۔</w:t>
      </w:r>
    </w:p>
    <w:p>
      <w:r>
        <w:rPr>
          <w:b/>
        </w:rPr>
        <w:t xml:space="preserve">[00:55] </w:t>
      </w:r>
      <w:r>
        <w:t>Nehru was born with a silver spoon in his mouth.</w:t>
      </w:r>
    </w:p>
    <w:p>
      <w:pPr>
        <w:jc w:val="right"/>
      </w:pPr>
      <w:r>
        <w:t>نہرو واز بورن ود اے سلور سپون ان ہز ماؤتھ۔</w:t>
      </w:r>
    </w:p>
    <w:p>
      <w:r>
        <w:rPr>
          <w:b/>
        </w:rPr>
        <w:t xml:space="preserve">[00:59] </w:t>
      </w:r>
      <w:r>
        <w:t>It is a fact.</w:t>
      </w:r>
    </w:p>
    <w:p>
      <w:pPr>
        <w:jc w:val="right"/>
      </w:pPr>
      <w:r>
        <w:t>اٹ از ا فیکٹ۔</w:t>
      </w:r>
    </w:p>
    <w:p>
      <w:r>
        <w:rPr>
          <w:b/>
        </w:rPr>
        <w:t xml:space="preserve">[01:01] </w:t>
      </w:r>
      <w:r>
        <w:t>And then Nehru became the first Prime Minister of India.</w:t>
      </w:r>
    </w:p>
    <w:p>
      <w:pPr>
        <w:jc w:val="right"/>
      </w:pPr>
      <w:r>
        <w:t>اینڈ دین نہرو بیکم دا فرسٹ پرائم منسٹر آف انڈیا۔</w:t>
      </w:r>
    </w:p>
    <w:p>
      <w:r>
        <w:rPr>
          <w:b/>
        </w:rPr>
        <w:t xml:space="preserve">[01:05] </w:t>
      </w:r>
      <w:r>
        <w:t>But there are so many other examples.</w:t>
      </w:r>
    </w:p>
    <w:p>
      <w:pPr>
        <w:jc w:val="right"/>
      </w:pPr>
      <w:r>
        <w:t>بٹ دیر آر سو مینی ادر ایگزیمپلز۔</w:t>
      </w:r>
    </w:p>
    <w:p>
      <w:r>
        <w:rPr>
          <w:b/>
        </w:rPr>
        <w:t xml:space="preserve">[01:08] </w:t>
      </w:r>
      <w:r>
        <w:t>For instance, let us take Dr. Abdul Kalam.</w:t>
      </w:r>
    </w:p>
    <w:p>
      <w:pPr>
        <w:jc w:val="right"/>
      </w:pPr>
      <w:r>
        <w:t>فار انسٹنس، لیٹ اس ٹیک ڈاکٹر عبدالکلام۔</w:t>
      </w:r>
    </w:p>
    <w:p>
      <w:r>
        <w:rPr>
          <w:b/>
        </w:rPr>
        <w:t xml:space="preserve">[01:11] </w:t>
      </w:r>
      <w:r>
        <w:t>Abdul Kalam was born in a family, in a poor family.</w:t>
      </w:r>
    </w:p>
    <w:p>
      <w:pPr>
        <w:jc w:val="right"/>
      </w:pPr>
      <w:r>
        <w:t>عبدالکلام واز بورن ان اے فیملی، ان اے پور فیملی۔</w:t>
      </w:r>
    </w:p>
    <w:p>
      <w:r>
        <w:rPr>
          <w:b/>
        </w:rPr>
        <w:t xml:space="preserve">[01:15] </w:t>
      </w:r>
      <w:r>
        <w:t>This family was living in abject poverty.</w:t>
      </w:r>
    </w:p>
    <w:p>
      <w:pPr>
        <w:jc w:val="right"/>
      </w:pPr>
      <w:r>
        <w:t>دس فیملی واز لیونگ ان ایبجیکٹ پاورٹی۔</w:t>
      </w:r>
    </w:p>
    <w:p>
      <w:r>
        <w:rPr>
          <w:b/>
        </w:rPr>
        <w:t xml:space="preserve">[01:18] </w:t>
      </w:r>
      <w:r>
        <w:t>So they were not in a position to to to give education to their child.</w:t>
      </w:r>
    </w:p>
    <w:p>
      <w:pPr>
        <w:jc w:val="right"/>
      </w:pPr>
      <w:r>
        <w:t>سو دے ویر ناٹ ان اے پوزیشن ٹو ٹو ٹو گیو ایجوکیشن ٹو دیر چائلڈ۔</w:t>
      </w:r>
    </w:p>
    <w:p>
      <w:r>
        <w:rPr>
          <w:b/>
        </w:rPr>
        <w:t xml:space="preserve">[01:25] </w:t>
      </w:r>
      <w:r>
        <w:t>They were not able to pay fee of schools.</w:t>
      </w:r>
    </w:p>
    <w:p>
      <w:pPr>
        <w:jc w:val="right"/>
      </w:pPr>
      <w:r>
        <w:t>دے ویر ناٹ ایبل ٹو پے فی آف اسکولز۔</w:t>
      </w:r>
    </w:p>
    <w:p>
      <w:r>
        <w:rPr>
          <w:b/>
        </w:rPr>
        <w:t xml:space="preserve">[01:29] </w:t>
      </w:r>
      <w:r>
        <w:t>But you know, Dr. Abdul Kalam rose to the position that he became the President of India.</w:t>
      </w:r>
    </w:p>
    <w:p>
      <w:pPr>
        <w:jc w:val="right"/>
      </w:pPr>
      <w:r>
        <w:t>بٹ یو نو، ڈاکٹر عبدالکلام روز ٹو دا پوزیشن دیٹ ہی بیکم دا پریزیڈنٹ آف انڈیا۔</w:t>
      </w:r>
    </w:p>
    <w:p>
      <w:r>
        <w:rPr>
          <w:b/>
        </w:rPr>
        <w:t xml:space="preserve">[01:36] </w:t>
      </w:r>
      <w:r>
        <w:t>a successful President of India.</w:t>
      </w:r>
    </w:p>
    <w:p>
      <w:pPr>
        <w:jc w:val="right"/>
      </w:pPr>
      <w:r>
        <w:t>ا سکسیس فل پریزیڈنٹ آف انڈیا۔</w:t>
      </w:r>
    </w:p>
    <w:p>
      <w:r>
        <w:rPr>
          <w:b/>
        </w:rPr>
        <w:t xml:space="preserve">[01:38] </w:t>
      </w:r>
      <w:r>
        <w:t>So I can say that Nehru was born with a silver spoon in his mouth, and Abdul Kalam was</w:t>
      </w:r>
    </w:p>
    <w:p>
      <w:pPr>
        <w:jc w:val="right"/>
      </w:pPr>
      <w:r>
        <w:t>سو آئی کین سے دیٹ نہرو واز بورن ود اے سلور سپون ان ہز ماؤتھ، اینڈ عبدالکلام واز</w:t>
      </w:r>
    </w:p>
    <w:p>
      <w:r>
        <w:rPr>
          <w:b/>
        </w:rPr>
        <w:t xml:space="preserve">[01:46] </w:t>
      </w:r>
      <w:r>
        <w:t>born with a incentive spoon in his mouth.</w:t>
      </w:r>
    </w:p>
    <w:p>
      <w:pPr>
        <w:jc w:val="right"/>
      </w:pPr>
      <w:r>
        <w:t>بورن ود اے انسنٹیو سپون ان ہز ماؤتھ۔</w:t>
      </w:r>
    </w:p>
    <w:p>
      <w:r>
        <w:rPr>
          <w:b/>
        </w:rPr>
        <w:t xml:space="preserve">[01:49] </w:t>
      </w:r>
      <w:r>
        <w:t>His condition provide him great incentive, motivation.</w:t>
      </w:r>
    </w:p>
    <w:p>
      <w:pPr>
        <w:jc w:val="right"/>
      </w:pPr>
      <w:r>
        <w:t>ہز کنڈیشن پرووائیڈ ہم گریٹ انسنٹیو، موٹیویشن۔</w:t>
      </w:r>
    </w:p>
    <w:p>
      <w:r>
        <w:rPr>
          <w:b/>
        </w:rPr>
        <w:t xml:space="preserve">[01:52] </w:t>
      </w:r>
      <w:r>
        <w:t>Although his family's condition was poor, but this poverty inculcated in Abdul Kalam.</w:t>
      </w:r>
    </w:p>
    <w:p>
      <w:pPr>
        <w:jc w:val="right"/>
      </w:pPr>
      <w:r>
        <w:t>الدو ہز فیملیز کنڈیشن واز پور، بٹ دس پاورٹی انکلکیٹڈ ان عبدالکلام۔</w:t>
      </w:r>
    </w:p>
    <w:p>
      <w:r>
        <w:rPr>
          <w:b/>
        </w:rPr>
        <w:t xml:space="preserve">[01:57] </w:t>
      </w:r>
      <w:r>
        <w:t>Super incentive, super motivation.</w:t>
      </w:r>
    </w:p>
    <w:p>
      <w:pPr>
        <w:jc w:val="right"/>
      </w:pPr>
      <w:r>
        <w:t>سپر انسنٹیو، سپر موٹیویشن۔</w:t>
      </w:r>
    </w:p>
    <w:p>
      <w:r>
        <w:rPr>
          <w:b/>
        </w:rPr>
        <w:t xml:space="preserve">[01:59] </w:t>
      </w:r>
      <w:r>
        <w:t>So this incentive was alternative of all kind of all kind of advantages.</w:t>
      </w:r>
    </w:p>
    <w:p>
      <w:pPr>
        <w:jc w:val="right"/>
      </w:pPr>
      <w:r>
        <w:t>سو دس انسنٹیو واز الٹرنیٹیو آف آل کائنڈ آف آل کائنڈ آف ایڈوانٹیجز۔</w:t>
      </w:r>
    </w:p>
    <w:p>
      <w:r>
        <w:rPr>
          <w:b/>
        </w:rPr>
        <w:t xml:space="preserve">[02:05] </w:t>
      </w:r>
      <w:r>
        <w:t>So I can say that those who are born as a disabled person.</w:t>
      </w:r>
    </w:p>
    <w:p>
      <w:pPr>
        <w:jc w:val="right"/>
      </w:pPr>
      <w:r>
        <w:t>سو آئی کین سے دیٹ دوز ہو آر بورن ایز اے ڈس ایبلڈ پرسن۔</w:t>
      </w:r>
    </w:p>
    <w:p>
      <w:r>
        <w:rPr>
          <w:b/>
        </w:rPr>
        <w:t xml:space="preserve">[02:11] </w:t>
      </w:r>
      <w:r>
        <w:t>Those who are called disabled persons.</w:t>
      </w:r>
    </w:p>
    <w:p>
      <w:pPr>
        <w:jc w:val="right"/>
      </w:pPr>
      <w:r>
        <w:t>دوز ہو آر کالڈ ڈس ایبلڈ پرسن۔</w:t>
      </w:r>
    </w:p>
    <w:p>
      <w:r>
        <w:rPr>
          <w:b/>
        </w:rPr>
        <w:t xml:space="preserve">[02:14] </w:t>
      </w:r>
      <w:r>
        <w:t>They are not disabled person.</w:t>
      </w:r>
    </w:p>
    <w:p>
      <w:pPr>
        <w:jc w:val="right"/>
      </w:pPr>
      <w:r>
        <w:t>دے آر ناٹ ڈس ایبلڈ پرسن۔</w:t>
      </w:r>
    </w:p>
    <w:p>
      <w:r>
        <w:rPr>
          <w:b/>
        </w:rPr>
        <w:t xml:space="preserve">[02:16] </w:t>
      </w:r>
      <w:r>
        <w:t>They have super.</w:t>
      </w:r>
    </w:p>
    <w:p>
      <w:pPr>
        <w:jc w:val="right"/>
      </w:pPr>
      <w:r>
        <w:t>دے ہیو سپر۔</w:t>
      </w:r>
    </w:p>
    <w:p>
      <w:r>
        <w:rPr>
          <w:b/>
        </w:rPr>
        <w:t xml:space="preserve">[02:18] </w:t>
      </w:r>
      <w:r>
        <w:t>They are super-abled persons.</w:t>
      </w:r>
    </w:p>
    <w:p>
      <w:pPr>
        <w:jc w:val="right"/>
      </w:pPr>
      <w:r>
        <w:t>دے آر سپر ایبلڈ پرسن۔</w:t>
      </w:r>
    </w:p>
    <w:p>
      <w:r>
        <w:rPr>
          <w:b/>
        </w:rPr>
        <w:t xml:space="preserve">[02:20] </w:t>
      </w:r>
      <w:r>
        <w:t>"Don't call them disabled person."</w:t>
      </w:r>
    </w:p>
    <w:p>
      <w:pPr>
        <w:jc w:val="right"/>
      </w:pPr>
      <w:r>
        <w:t>ڈونٹ کال دیم ڈس ایبلڈ پرسن۔</w:t>
      </w:r>
    </w:p>
    <w:p>
      <w:r>
        <w:rPr>
          <w:b/>
        </w:rPr>
        <w:t xml:space="preserve">[02:22] </w:t>
      </w:r>
      <w:r>
        <w:t>Better to call them super abled person.</w:t>
      </w:r>
    </w:p>
    <w:p>
      <w:pPr>
        <w:jc w:val="right"/>
      </w:pPr>
      <w:r>
        <w:t>بیٹر ٹو کال دیم سپر ایبلڈ پرسن۔</w:t>
      </w:r>
    </w:p>
    <w:p>
      <w:r>
        <w:rPr>
          <w:b/>
        </w:rPr>
        <w:t xml:space="preserve">[02:25] </w:t>
      </w:r>
      <w:r>
        <w:t>Why? It is law of nature.</w:t>
      </w:r>
    </w:p>
    <w:p>
      <w:pPr>
        <w:jc w:val="right"/>
      </w:pPr>
      <w:r>
        <w:t>وائی؟ اٹ از لا آف نیچر۔</w:t>
      </w:r>
    </w:p>
    <w:p>
      <w:r>
        <w:rPr>
          <w:b/>
        </w:rPr>
        <w:t xml:space="preserve">[02:28] </w:t>
      </w:r>
      <w:r>
        <w:t>It is law of nature.</w:t>
      </w:r>
    </w:p>
    <w:p>
      <w:pPr>
        <w:jc w:val="right"/>
      </w:pPr>
      <w:r>
        <w:t>اٹ از لا آف نیچر۔</w:t>
      </w:r>
    </w:p>
    <w:p>
      <w:r>
        <w:rPr>
          <w:b/>
        </w:rPr>
        <w:t xml:space="preserve">[02:30] </w:t>
      </w:r>
      <w:r>
        <w:t>When nature deprives you in some aspect, He gave.</w:t>
      </w:r>
    </w:p>
    <w:p>
      <w:pPr>
        <w:jc w:val="right"/>
      </w:pPr>
      <w:r>
        <w:t>وین نیچر ڈیپرائیوز یو ان سم اسپیکٹ، ہی گیو۔</w:t>
      </w:r>
    </w:p>
    <w:p>
      <w:r>
        <w:rPr>
          <w:b/>
        </w:rPr>
        <w:t xml:space="preserve">[02:34] </w:t>
      </w:r>
      <w:r>
        <w:t>It gives more in some other aspect.</w:t>
      </w:r>
    </w:p>
    <w:p>
      <w:pPr>
        <w:jc w:val="right"/>
      </w:pPr>
      <w:r>
        <w:t>اٹ گیوز مور ان سم ادر اسپیکٹ۔</w:t>
      </w:r>
    </w:p>
    <w:p>
      <w:r>
        <w:rPr>
          <w:b/>
        </w:rPr>
        <w:t xml:space="preserve">[02:37] </w:t>
      </w:r>
      <w:r>
        <w:t>If nature gives wealth to some persons, nature gives incentive and motivation to the other person.</w:t>
      </w:r>
    </w:p>
    <w:p>
      <w:pPr>
        <w:jc w:val="right"/>
      </w:pPr>
      <w:r>
        <w:t>اف نیچر گیوز ویلتھ ٹو سم پرسنز، نیچر گیوز انسنٹیو اینڈ موٹیویشن ٹو دا ادر پرسن۔</w:t>
      </w:r>
    </w:p>
    <w:p>
      <w:r>
        <w:rPr>
          <w:b/>
        </w:rPr>
        <w:t xml:space="preserve">[02:44] </w:t>
      </w:r>
      <w:r>
        <w:t>This formula is proved by the history.</w:t>
      </w:r>
    </w:p>
    <w:p>
      <w:pPr>
        <w:jc w:val="right"/>
      </w:pPr>
      <w:r>
        <w:t>دس فارمولا از پروفڈ بائی دا ہسٹری۔</w:t>
      </w:r>
    </w:p>
    <w:p>
      <w:r>
        <w:rPr>
          <w:b/>
        </w:rPr>
        <w:t xml:space="preserve">[02:47] </w:t>
      </w:r>
      <w:r>
        <w:t>You know, there were so many persons who are born as disabled, but they become like super</w:t>
      </w:r>
    </w:p>
    <w:p>
      <w:pPr>
        <w:jc w:val="right"/>
      </w:pPr>
      <w:r>
        <w:t>یو نو، دیر ویر سو مینی پرسنز ہو آر بورن ایز ڈس ایبلڈ، بٹ دے بیکم لائک سپر</w:t>
      </w:r>
    </w:p>
    <w:p>
      <w:r>
        <w:rPr>
          <w:b/>
        </w:rPr>
        <w:t xml:space="preserve">[02:55] </w:t>
      </w:r>
      <w:r>
        <w:t>abled person.</w:t>
      </w:r>
    </w:p>
    <w:p>
      <w:pPr>
        <w:jc w:val="right"/>
      </w:pPr>
      <w:r>
        <w:t>ایبلڈ پرسن۔</w:t>
      </w:r>
    </w:p>
    <w:p>
      <w:r>
        <w:rPr>
          <w:b/>
        </w:rPr>
        <w:t xml:space="preserve">[02:56] </w:t>
      </w:r>
      <w:r>
        <w:t>For example, Louis Braille of France, Helen Keller of America, and and Thomas Alva Edison, well-known scientists.</w:t>
      </w:r>
    </w:p>
    <w:p>
      <w:pPr>
        <w:jc w:val="right"/>
      </w:pPr>
      <w:r>
        <w:t>فار ایگزامپل، لوئی بریل آف فرانس، ہیلن کلر آف امریکہ، اینڈ اینڈ تھامس الو ایڈیسن، ویل نون سائنٹسٹ۔</w:t>
      </w:r>
    </w:p>
    <w:p>
      <w:r>
        <w:rPr>
          <w:b/>
        </w:rPr>
        <w:t xml:space="preserve">[03:04] </w:t>
      </w:r>
      <w:r>
        <w:t>So many other persons.</w:t>
      </w:r>
    </w:p>
    <w:p>
      <w:pPr>
        <w:jc w:val="right"/>
      </w:pPr>
      <w:r>
        <w:t>سو مینی ادر پرسنز۔</w:t>
      </w:r>
    </w:p>
    <w:p>
      <w:r>
        <w:rPr>
          <w:b/>
        </w:rPr>
        <w:t xml:space="preserve">[03:06] </w:t>
      </w:r>
      <w:r>
        <w:t>They were born as a disabled person.</w:t>
      </w:r>
    </w:p>
    <w:p>
      <w:pPr>
        <w:jc w:val="right"/>
      </w:pPr>
      <w:r>
        <w:t>دے ویر بورن ایز اے ڈس ایبلڈ پرسن۔</w:t>
      </w:r>
    </w:p>
    <w:p>
      <w:r>
        <w:rPr>
          <w:b/>
        </w:rPr>
        <w:t xml:space="preserve">[03:09] </w:t>
      </w:r>
      <w:r>
        <w:t>deaf and dumb and paralyzed.</w:t>
      </w:r>
    </w:p>
    <w:p>
      <w:pPr>
        <w:jc w:val="right"/>
      </w:pPr>
      <w:r>
        <w:t>ڈیف اینڈ ڈم اینڈ پیرالائزڈ۔</w:t>
      </w:r>
    </w:p>
    <w:p>
      <w:r>
        <w:rPr>
          <w:b/>
        </w:rPr>
        <w:t xml:space="preserve">[03:11] </w:t>
      </w:r>
      <w:r>
        <w:t>But they did great job.</w:t>
      </w:r>
    </w:p>
    <w:p>
      <w:pPr>
        <w:jc w:val="right"/>
      </w:pPr>
      <w:r>
        <w:t>بٹ دے ڈڈ گریٹ جاب۔</w:t>
      </w:r>
    </w:p>
    <w:p>
      <w:r>
        <w:rPr>
          <w:b/>
        </w:rPr>
        <w:t xml:space="preserve">[03:13] </w:t>
      </w:r>
      <w:r>
        <w:t>Now, what is needed? Then in all the in all such cases, the need is that those people</w:t>
      </w:r>
    </w:p>
    <w:p>
      <w:pPr>
        <w:jc w:val="right"/>
      </w:pPr>
      <w:r>
        <w:t>ناؤ، واٹ از نیڈڈ؟ دین ان آل دی ان آل سچ کیسز، دا نیڈ از دیٹ دوز پیپل</w:t>
      </w:r>
    </w:p>
    <w:p>
      <w:r>
        <w:rPr>
          <w:b/>
        </w:rPr>
        <w:t xml:space="preserve">[03:21] </w:t>
      </w:r>
      <w:r>
        <w:t>who are who are were born able person, they must provide help to those people.</w:t>
      </w:r>
    </w:p>
    <w:p>
      <w:pPr>
        <w:jc w:val="right"/>
      </w:pPr>
      <w:r>
        <w:t>ہو آر ہو آر ویر بورن ایبلڈ پرسن، دے مسٹ پرووائیڈ ہیلپ ٹو دوز پیپل۔</w:t>
      </w:r>
    </w:p>
    <w:p>
      <w:r>
        <w:rPr>
          <w:b/>
        </w:rPr>
        <w:t xml:space="preserve">[03:27] </w:t>
      </w:r>
      <w:r>
        <w:t>You know, Helen Keller did a great job, but by by by by help from some other people.</w:t>
      </w:r>
    </w:p>
    <w:p>
      <w:pPr>
        <w:jc w:val="right"/>
      </w:pPr>
      <w:r>
        <w:t>یو نو، ہیلن کلر ڈڈ ا گریٹ جاب، بٹ بائی بائی بائی بائی ہیلپ فرام سم ادر پیپل۔</w:t>
      </w:r>
    </w:p>
    <w:p>
      <w:r>
        <w:rPr>
          <w:b/>
        </w:rPr>
        <w:t xml:space="preserve">[03:35] </w:t>
      </w:r>
      <w:r>
        <w:t>Such was the case of Louis Braille and Thomas Alva Edison.</w:t>
      </w:r>
    </w:p>
    <w:p>
      <w:pPr>
        <w:jc w:val="right"/>
      </w:pPr>
      <w:r>
        <w:t>سچ واز دا کیس آف لوئی بریل اینڈ تھامس الو ایڈیسن۔</w:t>
      </w:r>
    </w:p>
    <w:p>
      <w:r>
        <w:rPr>
          <w:b/>
        </w:rPr>
        <w:t xml:space="preserve">[03:40] </w:t>
      </w:r>
      <w:r>
        <w:t>Thomas Alva Edison was a retarded, was declared by his teacher as a retarded boy, but his mother</w:t>
      </w:r>
    </w:p>
    <w:p>
      <w:pPr>
        <w:jc w:val="right"/>
      </w:pPr>
      <w:r>
        <w:t>تھیلماس الو ایڈیسن واز ا ریٹارڈڈ، واز ڈیکلیئرڈ بائی ہز ٹیچر ایز ا ریٹارڈڈ بوائے، بٹ ہز مدر</w:t>
      </w:r>
    </w:p>
    <w:p>
      <w:r>
        <w:rPr>
          <w:b/>
        </w:rPr>
        <w:t xml:space="preserve">[03:48] </w:t>
      </w:r>
      <w:r>
        <w:t>become hero.</w:t>
      </w:r>
    </w:p>
    <w:p>
      <w:pPr>
        <w:jc w:val="right"/>
      </w:pPr>
      <w:r>
        <w:t>بیکم ہیرو۔</w:t>
      </w:r>
    </w:p>
    <w:p>
      <w:r>
        <w:rPr>
          <w:b/>
        </w:rPr>
        <w:t xml:space="preserve">[03:49] </w:t>
      </w:r>
      <w:r>
        <w:t>He became proof to be a great helper to his to his child.</w:t>
      </w:r>
    </w:p>
    <w:p>
      <w:pPr>
        <w:jc w:val="right"/>
      </w:pPr>
      <w:r>
        <w:t>ہی بیکم پروف ٹو بی ا گریٹ ہیلپر ٹو ہز ٹو ہز چائلڈ۔</w:t>
      </w:r>
    </w:p>
    <w:p>
      <w:r>
        <w:rPr>
          <w:b/>
        </w:rPr>
        <w:t xml:space="preserve">[03:55] </w:t>
      </w:r>
      <w:r>
        <w:t>to her child.</w:t>
      </w:r>
    </w:p>
    <w:p>
      <w:pPr>
        <w:jc w:val="right"/>
      </w:pPr>
      <w:r>
        <w:t>ٹو ہر چائلڈ۔</w:t>
      </w:r>
    </w:p>
    <w:p>
      <w:r>
        <w:rPr>
          <w:b/>
        </w:rPr>
        <w:t xml:space="preserve">[03:56] </w:t>
      </w:r>
      <w:r>
        <w:t>So if a boy was born as a disabled person, his parents or other other friends must</w:t>
      </w:r>
    </w:p>
    <w:p>
      <w:pPr>
        <w:jc w:val="right"/>
      </w:pPr>
      <w:r>
        <w:t>سو اف ا بوائے واز بورن ایز ا ڈس ایبلڈ پرسن، ہز پیرنٹس اور ادر ادر فرینڈز مسٹ</w:t>
      </w:r>
    </w:p>
    <w:p>
      <w:r>
        <w:rPr>
          <w:b/>
        </w:rPr>
        <w:t xml:space="preserve">[04:04] </w:t>
      </w:r>
      <w:r>
        <w:t>provide him all kind of help.</w:t>
      </w:r>
    </w:p>
    <w:p>
      <w:pPr>
        <w:jc w:val="right"/>
      </w:pPr>
      <w:r>
        <w:t>پرووائیڈ ہم آل کائنڈ آف ہیلپ۔</w:t>
      </w:r>
    </w:p>
    <w:p>
      <w:r>
        <w:rPr>
          <w:b/>
        </w:rPr>
        <w:t xml:space="preserve">[04:06] </w:t>
      </w:r>
      <w:r>
        <w:t>This is also law of nature.</w:t>
      </w:r>
    </w:p>
    <w:p>
      <w:pPr>
        <w:jc w:val="right"/>
      </w:pPr>
      <w:r>
        <w:t>دس از السو لا آف نیچر۔</w:t>
      </w:r>
    </w:p>
    <w:p>
      <w:r>
        <w:rPr>
          <w:b/>
        </w:rPr>
        <w:t xml:space="preserve">[04:09] </w:t>
      </w:r>
      <w:r>
        <w:t>You know, according to the law of nature, our society is interdependent society.</w:t>
      </w:r>
    </w:p>
    <w:p>
      <w:pPr>
        <w:jc w:val="right"/>
      </w:pPr>
      <w:r>
        <w:t>یو نو، اکارڈنگ ٹو دا لا آف نیچر، اور سوسائٹی از انٹرڈیپینڈنٹ سوسائٹی۔</w:t>
      </w:r>
    </w:p>
    <w:p>
      <w:r>
        <w:rPr>
          <w:b/>
        </w:rPr>
        <w:t xml:space="preserve">[04:15] </w:t>
      </w:r>
      <w:r>
        <w:t>interdependent.</w:t>
      </w:r>
    </w:p>
    <w:p>
      <w:pPr>
        <w:jc w:val="right"/>
      </w:pPr>
      <w:r>
        <w:t>انٹرڈیپینڈنٹ۔</w:t>
      </w:r>
    </w:p>
    <w:p>
      <w:r>
        <w:rPr>
          <w:b/>
        </w:rPr>
        <w:t xml:space="preserve">[04:16] </w:t>
      </w:r>
      <w:r>
        <w:t>No one can progress by his lonely effort.</w:t>
      </w:r>
    </w:p>
    <w:p>
      <w:pPr>
        <w:jc w:val="right"/>
      </w:pPr>
      <w:r>
        <w:t>نو ون کین پروگریس بائی ہز لونلی ایفرٹ۔</w:t>
      </w:r>
    </w:p>
    <w:p>
      <w:r>
        <w:rPr>
          <w:b/>
        </w:rPr>
        <w:t xml:space="preserve">[04:19] </w:t>
      </w:r>
      <w:r>
        <w:t>It required cumulative effort, social effort.</w:t>
      </w:r>
    </w:p>
    <w:p>
      <w:pPr>
        <w:jc w:val="right"/>
      </w:pPr>
      <w:r>
        <w:t>اٹ ریکوائر کمیولیٹیو ایفرٹ، سوشل ایفرٹ۔</w:t>
      </w:r>
    </w:p>
    <w:p>
      <w:r>
        <w:rPr>
          <w:b/>
        </w:rPr>
        <w:t xml:space="preserve">[04:22] </w:t>
      </w:r>
      <w:r>
        <w:t>So interdependence is a law of nature also.</w:t>
      </w:r>
    </w:p>
    <w:p>
      <w:pPr>
        <w:jc w:val="right"/>
      </w:pPr>
      <w:r>
        <w:t>سو انٹرڈیپینڈنس از ا لا آف نیچر السو۔</w:t>
      </w:r>
    </w:p>
    <w:p>
      <w:r>
        <w:rPr>
          <w:b/>
        </w:rPr>
        <w:t xml:space="preserve">[04:25] </w:t>
      </w:r>
      <w:r>
        <w:t>No society can develop without following this law of nature.</w:t>
      </w:r>
    </w:p>
    <w:p>
      <w:pPr>
        <w:jc w:val="right"/>
      </w:pPr>
      <w:r>
        <w:t>نو سوسائٹی کین ڈیولپ وداؤٹ فالونگ دس لا آف نیچر۔</w:t>
      </w:r>
    </w:p>
    <w:p>
      <w:r>
        <w:rPr>
          <w:b/>
        </w:rPr>
        <w:t xml:space="preserve">[04:30] </w:t>
      </w:r>
      <w:r>
        <w:t>so of nature.</w:t>
      </w:r>
    </w:p>
    <w:p>
      <w:pPr>
        <w:jc w:val="right"/>
      </w:pPr>
      <w:r>
        <w:t>سو اف نیچر۔</w:t>
      </w:r>
    </w:p>
    <w:p>
      <w:r>
        <w:rPr>
          <w:b/>
        </w:rPr>
        <w:t xml:space="preserve">[04:31] </w:t>
      </w:r>
      <w:r>
        <w:t>If a boy was born as a disabled, at the same time, he has some special</w:t>
      </w:r>
    </w:p>
    <w:p>
      <w:pPr>
        <w:jc w:val="right"/>
      </w:pPr>
      <w:r>
        <w:t>اف ا بوائے واز بورن ایز ا ڈس ایبلڈ، ایٹ دا سیم ٹائم، ہی ہیز سم سم اسپیشل</w:t>
      </w:r>
    </w:p>
    <w:p>
      <w:r>
        <w:rPr>
          <w:b/>
        </w:rPr>
        <w:t xml:space="preserve">[04:39] </w:t>
      </w:r>
      <w:r>
        <w:t>qualities.</w:t>
      </w:r>
    </w:p>
    <w:p>
      <w:pPr>
        <w:jc w:val="right"/>
      </w:pPr>
      <w:r>
        <w:t>کوالٹیز۔</w:t>
      </w:r>
    </w:p>
    <w:p>
      <w:r>
        <w:rPr>
          <w:b/>
        </w:rPr>
        <w:t xml:space="preserve">[04:40] </w:t>
      </w:r>
      <w:r>
        <w:t>some special qualities.</w:t>
      </w:r>
    </w:p>
    <w:p>
      <w:pPr>
        <w:jc w:val="right"/>
      </w:pPr>
      <w:r>
        <w:t>سم اسپیشل کوالٹیز۔</w:t>
      </w:r>
    </w:p>
    <w:p>
      <w:r>
        <w:rPr>
          <w:b/>
        </w:rPr>
        <w:t xml:space="preserve">[04:42] </w:t>
      </w:r>
      <w:r>
        <w:t>So you have to discover that quality, and you have to train that quality.</w:t>
      </w:r>
    </w:p>
    <w:p>
      <w:pPr>
        <w:jc w:val="right"/>
      </w:pPr>
      <w:r>
        <w:t>سو یو ہیو ٹو ڈسکور دیٹ کوالٹی، اینڈ یو ہیو ٹو ٹرین دیٹ کوالٹی۔</w:t>
      </w:r>
    </w:p>
    <w:p>
      <w:r>
        <w:rPr>
          <w:b/>
        </w:rPr>
        <w:t xml:space="preserve">[04:48] </w:t>
      </w:r>
      <w:r>
        <w:t>Then his disability will prove to be a disadvantage for him.</w:t>
      </w:r>
    </w:p>
    <w:p>
      <w:pPr>
        <w:jc w:val="right"/>
      </w:pPr>
      <w:r>
        <w:t>دین ہز ڈس ایبلٹی ول پروف ٹو بی ا ڈس ایڈوانٹیج فار ہم۔</w:t>
      </w:r>
    </w:p>
    <w:p>
      <w:r>
        <w:rPr>
          <w:b/>
        </w:rPr>
        <w:t xml:space="preserve">[04:54] </w:t>
      </w:r>
      <w:r>
        <w:t>This is the law of nature.</w:t>
      </w:r>
    </w:p>
    <w:p>
      <w:pPr>
        <w:jc w:val="right"/>
      </w:pPr>
      <w:r>
        <w:t>دس از دا لا آف نیچر۔</w:t>
      </w:r>
    </w:p>
    <w:p>
      <w:r>
        <w:rPr>
          <w:b/>
        </w:rPr>
        <w:t xml:space="preserve">[04:56] </w:t>
      </w:r>
      <w:r>
        <w:t>advantage.</w:t>
      </w:r>
    </w:p>
    <w:p>
      <w:pPr>
        <w:jc w:val="right"/>
      </w:pPr>
      <w:r>
        <w:t>ایڈوانٹیج۔</w:t>
      </w:r>
    </w:p>
    <w:p>
      <w:r>
        <w:rPr>
          <w:b/>
        </w:rPr>
        <w:t xml:space="preserve">[04:58] </w:t>
      </w:r>
      <w:r>
        <w:t>Every person who are born as a disabled person, he was born with some special advantage.</w:t>
      </w:r>
    </w:p>
    <w:p>
      <w:pPr>
        <w:jc w:val="right"/>
      </w:pPr>
      <w:r>
        <w:t>ایوری پرسن ہو آر بورن ایز اے ڈس ایبلڈ پرسن، ہی واز بورن ود سم اسپیشل ایڈوانٹیج۔</w:t>
      </w:r>
    </w:p>
    <w:p>
      <w:r>
        <w:rPr>
          <w:b/>
        </w:rPr>
        <w:t xml:space="preserve">[05:05] </w:t>
      </w:r>
      <w:r>
        <w:t>It is a law of nature.</w:t>
      </w:r>
    </w:p>
    <w:p>
      <w:pPr>
        <w:jc w:val="right"/>
      </w:pPr>
      <w:r>
        <w:t>اٹ از ا لا آف نیچر۔</w:t>
      </w:r>
    </w:p>
    <w:p>
      <w:r>
        <w:rPr>
          <w:b/>
        </w:rPr>
        <w:t xml:space="preserve">[05:07] </w:t>
      </w:r>
      <w:r>
        <w:t>I found this, this reality by studying the Quran.</w:t>
      </w:r>
    </w:p>
    <w:p>
      <w:pPr>
        <w:jc w:val="right"/>
      </w:pPr>
      <w:r>
        <w:t>آئی فاؤنڈ دس دس ریلیٹی بائی سٹڈنگ دا قرآن۔</w:t>
      </w:r>
    </w:p>
    <w:p>
      <w:r>
        <w:rPr>
          <w:b/>
        </w:rPr>
        <w:t xml:space="preserve">[05:11] </w:t>
      </w:r>
      <w:r>
        <w:t>Quran se: "Laqad khalaqnal insana fi kabad." Laqad khalaqnal insana fi kabad.</w:t>
      </w:r>
    </w:p>
    <w:p>
      <w:pPr>
        <w:jc w:val="right"/>
      </w:pPr>
      <w:r>
        <w:t>قرآن سے: "لقد خلقنا الانسان فی کبت۔" لقد خلقنا الانسان فی کبت۔</w:t>
      </w:r>
    </w:p>
    <w:p>
      <w:r>
        <w:rPr>
          <w:b/>
        </w:rPr>
        <w:t xml:space="preserve">[05:16] </w:t>
      </w:r>
      <w:r>
        <w:t>We created man in difficulties.</w:t>
      </w:r>
    </w:p>
    <w:p>
      <w:pPr>
        <w:jc w:val="right"/>
      </w:pPr>
      <w:r>
        <w:t>وی کریٹڈ مین ان ڈیفیکلٹیز۔</w:t>
      </w:r>
    </w:p>
    <w:p>
      <w:r>
        <w:rPr>
          <w:b/>
        </w:rPr>
        <w:t xml:space="preserve">[05:19] </w:t>
      </w:r>
      <w:r>
        <w:t>God Almighty says that we created man with difficulties.</w:t>
      </w:r>
    </w:p>
    <w:p>
      <w:pPr>
        <w:jc w:val="right"/>
      </w:pPr>
      <w:r>
        <w:t>گاڈ المائٹی سیز دیٹ وی کریٹڈ مین ود ڈیفیکلٹیز۔</w:t>
      </w:r>
    </w:p>
    <w:p>
      <w:r>
        <w:rPr>
          <w:b/>
        </w:rPr>
        <w:t xml:space="preserve">[05:22] </w:t>
      </w:r>
      <w:r>
        <w:t>But difficulty is not an evil.</w:t>
      </w:r>
    </w:p>
    <w:p>
      <w:pPr>
        <w:jc w:val="right"/>
      </w:pPr>
      <w:r>
        <w:t>بٹ ڈیفیکلٹی از ناٹ این ایول۔</w:t>
      </w:r>
    </w:p>
    <w:p>
      <w:r>
        <w:rPr>
          <w:b/>
        </w:rPr>
        <w:t xml:space="preserve">[05:25] </w:t>
      </w:r>
      <w:r>
        <w:t>No.</w:t>
      </w:r>
    </w:p>
    <w:p>
      <w:pPr>
        <w:jc w:val="right"/>
      </w:pPr>
      <w:r>
        <w:t>نو۔</w:t>
      </w:r>
    </w:p>
    <w:p>
      <w:r>
        <w:rPr>
          <w:b/>
        </w:rPr>
        <w:t xml:space="preserve">[05:27] </w:t>
      </w:r>
      <w:r>
        <w:t>In some other chapter, Quran says: "Inna ma'al usri yusra." Inna ma'al usri yusra.</w:t>
      </w:r>
    </w:p>
    <w:p>
      <w:pPr>
        <w:jc w:val="right"/>
      </w:pPr>
      <w:r>
        <w:t>ان سم ادر چیپٹر، قرآن سیز: "ان مال عسر یسرا۔" ان مال عسر یسرا۔</w:t>
      </w:r>
    </w:p>
    <w:p>
      <w:r>
        <w:rPr>
          <w:b/>
        </w:rPr>
        <w:t xml:space="preserve">[05:33] </w:t>
      </w:r>
      <w:r>
        <w:t>With every hardship, there is ease.</w:t>
      </w:r>
    </w:p>
    <w:p>
      <w:pPr>
        <w:jc w:val="right"/>
      </w:pPr>
      <w:r>
        <w:t>ود ایوری ہارڈشپ، دیر از ایز۔</w:t>
      </w:r>
    </w:p>
    <w:p>
      <w:r>
        <w:rPr>
          <w:b/>
        </w:rPr>
        <w:t xml:space="preserve">[05:35] </w:t>
      </w:r>
      <w:r>
        <w:t>With every hardship, there is ease.</w:t>
      </w:r>
    </w:p>
    <w:p>
      <w:pPr>
        <w:jc w:val="right"/>
      </w:pPr>
      <w:r>
        <w:t>ود ایوری ہارڈشپ، دیر از ایز۔</w:t>
      </w:r>
    </w:p>
    <w:p>
      <w:r>
        <w:rPr>
          <w:b/>
        </w:rPr>
        <w:t xml:space="preserve">[05:38] </w:t>
      </w:r>
      <w:r>
        <w:t>So, although according to the law of nature, man was born in difficulties, but at the same time, there</w:t>
      </w:r>
    </w:p>
    <w:p>
      <w:pPr>
        <w:jc w:val="right"/>
      </w:pPr>
      <w:r>
        <w:t>سو الدو اکارڈنگ ٹو دا لا آف نیچر، مین واز بورن ان ڈیفیکلٹیز، بٹ دا سیم ٹائم، دیر</w:t>
      </w:r>
    </w:p>
    <w:p>
      <w:r>
        <w:rPr>
          <w:b/>
        </w:rPr>
        <w:t xml:space="preserve">[05:45] </w:t>
      </w:r>
      <w:r>
        <w:t>Are some advantages, some blessings.</w:t>
      </w:r>
    </w:p>
    <w:p>
      <w:pPr>
        <w:jc w:val="right"/>
      </w:pPr>
      <w:r>
        <w:t>آر سم ایڈوانٹیجز، سم بلیسنگز۔</w:t>
      </w:r>
    </w:p>
    <w:p>
      <w:r>
        <w:rPr>
          <w:b/>
        </w:rPr>
        <w:t xml:space="preserve">[05:48] </w:t>
      </w:r>
      <w:r>
        <w:t>So we have to discover that advantage, that blessing.</w:t>
      </w:r>
    </w:p>
    <w:p>
      <w:pPr>
        <w:jc w:val="right"/>
      </w:pPr>
      <w:r>
        <w:t>سو وی ہیو ٹو ڈسکور دیٹ ایڈوانٹیج، دیٹ بلیسنگ۔</w:t>
      </w:r>
    </w:p>
    <w:p>
      <w:r>
        <w:rPr>
          <w:b/>
        </w:rPr>
        <w:t xml:space="preserve">[05:51] </w:t>
      </w:r>
      <w:r>
        <w:t>Apparently, a person may be a disabled person.</w:t>
      </w:r>
    </w:p>
    <w:p>
      <w:pPr>
        <w:jc w:val="right"/>
      </w:pPr>
      <w:r>
        <w:t>اپرینٹلی، ا پرسن می بی ا ڈس ایبلڈ پرسن۔</w:t>
      </w:r>
    </w:p>
    <w:p>
      <w:r>
        <w:rPr>
          <w:b/>
        </w:rPr>
        <w:t xml:space="preserve">[05:55] </w:t>
      </w:r>
      <w:r>
        <w:t>But if you try to understand, you will find, you will discover that he has some special qualities.</w:t>
      </w:r>
    </w:p>
    <w:p>
      <w:pPr>
        <w:jc w:val="right"/>
      </w:pPr>
      <w:r>
        <w:t>بٹ اف یو ٹرائی ٹو انڈرسٹینڈ، یو ویل فائنڈ، یو ویل ڈسکور دیٹ ہی ہیز سم اسپیشل کوالٹیز۔</w:t>
      </w:r>
    </w:p>
    <w:p>
      <w:r>
        <w:rPr>
          <w:b/>
        </w:rPr>
        <w:t xml:space="preserve">[06:03] </w:t>
      </w:r>
      <w:r>
        <w:t>So by availing that special quality, you have to help that person.</w:t>
      </w:r>
    </w:p>
    <w:p>
      <w:pPr>
        <w:jc w:val="right"/>
      </w:pPr>
      <w:r>
        <w:t>سو بائی اویلنگ دیٹ اسپیشل کوالٹی، یو ہیو ٹو ہیلپ دیٹ پرسن۔</w:t>
      </w:r>
    </w:p>
    <w:p>
      <w:r>
        <w:rPr>
          <w:b/>
        </w:rPr>
        <w:t xml:space="preserve">[06:08] </w:t>
      </w:r>
      <w:r>
        <w:t>You have to help that person to avail that kind, that special quality.</w:t>
      </w:r>
    </w:p>
    <w:p>
      <w:pPr>
        <w:jc w:val="right"/>
      </w:pPr>
      <w:r>
        <w:t>یو ہیو ٹو ہیلپ دیٹ پرسن ٹو اویل دیٹ کائنڈ، دیٹ اسپیشل کوالٹی۔</w:t>
      </w:r>
    </w:p>
    <w:p>
      <w:r>
        <w:rPr>
          <w:b/>
        </w:rPr>
        <w:t xml:space="preserve">[06:14] </w:t>
      </w:r>
      <w:r>
        <w:t>This is a social obligation.</w:t>
      </w:r>
    </w:p>
    <w:p>
      <w:pPr>
        <w:jc w:val="right"/>
      </w:pPr>
      <w:r>
        <w:t>دس از ا سوشل ابلیگیشن۔</w:t>
      </w:r>
    </w:p>
    <w:p>
      <w:r>
        <w:rPr>
          <w:b/>
        </w:rPr>
        <w:t xml:space="preserve">[06:16] </w:t>
      </w:r>
      <w:r>
        <w:t>When creator.</w:t>
      </w:r>
    </w:p>
    <w:p>
      <w:pPr>
        <w:jc w:val="right"/>
      </w:pPr>
      <w:r>
        <w:t>وین کریٹر۔</w:t>
      </w:r>
    </w:p>
    <w:p>
      <w:r>
        <w:rPr>
          <w:b/>
        </w:rPr>
        <w:t xml:space="preserve">[06:17] </w:t>
      </w:r>
      <w:r>
        <w:t>When when a person was born as a disabled person, it is a social obligation, social social</w:t>
      </w:r>
    </w:p>
    <w:p>
      <w:pPr>
        <w:jc w:val="right"/>
      </w:pPr>
      <w:r>
        <w:t>وین وین ا پرسن واز بورن ایز ا ڈس ایبلڈ پرسن، اٹ از ا سوشل ابلیگیشن، سوشل سوشل</w:t>
      </w:r>
    </w:p>
    <w:p>
      <w:r>
        <w:rPr>
          <w:b/>
        </w:rPr>
        <w:t xml:space="preserve">[06:25] </w:t>
      </w:r>
      <w:r>
        <w:t>responsibility.</w:t>
      </w:r>
    </w:p>
    <w:p>
      <w:pPr>
        <w:jc w:val="right"/>
      </w:pPr>
      <w:r>
        <w:t>رسپانسبیلٹی۔</w:t>
      </w:r>
    </w:p>
    <w:p>
      <w:r>
        <w:rPr>
          <w:b/>
        </w:rPr>
        <w:t xml:space="preserve">[06:27] </w:t>
      </w:r>
      <w:r>
        <w:t>Every individual is a social responsibility.</w:t>
      </w:r>
    </w:p>
    <w:p>
      <w:pPr>
        <w:jc w:val="right"/>
      </w:pPr>
      <w:r>
        <w:t>ایوری انڈیویجول از ا سوشل رسپانسبیلٹی۔</w:t>
      </w:r>
    </w:p>
    <w:p>
      <w:r>
        <w:rPr>
          <w:b/>
        </w:rPr>
        <w:t xml:space="preserve">[06:29] </w:t>
      </w:r>
      <w:r>
        <w:t>Every individual, even abled person, are responsibility.</w:t>
      </w:r>
    </w:p>
    <w:p>
      <w:pPr>
        <w:jc w:val="right"/>
      </w:pPr>
      <w:r>
        <w:t>ایوری انڈیویجول، ایون ایبلڈ پرسن، ار رسپانسبیلٹی۔</w:t>
      </w:r>
    </w:p>
    <w:p>
      <w:r>
        <w:rPr>
          <w:b/>
        </w:rPr>
        <w:t xml:space="preserve">[06:32] </w:t>
      </w:r>
      <w:r>
        <w:t>So it is an interdependent system.</w:t>
      </w:r>
    </w:p>
    <w:p>
      <w:pPr>
        <w:jc w:val="right"/>
      </w:pPr>
      <w:r>
        <w:t>سو اٹ از ا انٹرڈیپینڈنٹ سسٹم۔</w:t>
      </w:r>
    </w:p>
    <w:p>
      <w:r>
        <w:rPr>
          <w:b/>
        </w:rPr>
        <w:t xml:space="preserve">[06:35] </w:t>
      </w:r>
      <w:r>
        <w:t>The whole society should work as a as a unit, as a single unit.</w:t>
      </w:r>
    </w:p>
    <w:p>
      <w:pPr>
        <w:jc w:val="right"/>
      </w:pPr>
      <w:r>
        <w:t>دا ہول سوسائٹی شوڈ ورک ایز ا ایز ا یونٹ، ایز ا سنگل یونٹ۔</w:t>
      </w:r>
    </w:p>
    <w:p>
      <w:r>
        <w:rPr>
          <w:b/>
        </w:rPr>
        <w:t xml:space="preserve">[06:41] </w:t>
      </w:r>
      <w:r>
        <w:t>So these differences, you know, there are differences in society.</w:t>
      </w:r>
    </w:p>
    <w:p>
      <w:pPr>
        <w:jc w:val="right"/>
      </w:pPr>
      <w:r>
        <w:t>سو دیز ڈیفرنسز، یو نو، دیر ار ڈیفرنسز ان سوسائٹی۔</w:t>
      </w:r>
    </w:p>
    <w:p>
      <w:r>
        <w:rPr>
          <w:b/>
        </w:rPr>
        <w:t xml:space="preserve">[06:45] </w:t>
      </w:r>
      <w:r>
        <w:t>There are differences in terms of economy, in terms of physical fitness, in terms of in terms of</w:t>
      </w:r>
    </w:p>
    <w:p>
      <w:pPr>
        <w:jc w:val="right"/>
      </w:pPr>
      <w:r>
        <w:t>دیر ار ڈیفرنسز ان ٹرم اف اکانومی، ان ٹرم اف فزیکل فٹنس، ان ٹرم اف ان ٹرم اف</w:t>
      </w:r>
    </w:p>
    <w:p>
      <w:r>
        <w:rPr>
          <w:b/>
        </w:rPr>
        <w:t xml:space="preserve">[06:53] </w:t>
      </w:r>
      <w:r>
        <w:t>social status.</w:t>
      </w:r>
    </w:p>
    <w:p>
      <w:pPr>
        <w:jc w:val="right"/>
      </w:pPr>
      <w:r>
        <w:t>سوشل سٹیٹس۔</w:t>
      </w:r>
    </w:p>
    <w:p>
      <w:r>
        <w:rPr>
          <w:b/>
        </w:rPr>
        <w:t xml:space="preserve">[06:54] </w:t>
      </w:r>
      <w:r>
        <w:t>So these differences are are not evil, but they provide you, they provide you a chance to to to</w:t>
      </w:r>
    </w:p>
    <w:p>
      <w:pPr>
        <w:jc w:val="right"/>
      </w:pPr>
      <w:r>
        <w:t>سو دیز ڈیفرنسز ار ار ناٹ ایول، بٹ دے پرووائیڈ یو، دے پرووائیڈ یو چانس ٹو ٹو ٹو</w:t>
      </w:r>
    </w:p>
    <w:p>
      <w:r>
        <w:rPr>
          <w:b/>
        </w:rPr>
        <w:t xml:space="preserve">[07:02] </w:t>
      </w:r>
      <w:r>
        <w:t>to to help those persons.</w:t>
      </w:r>
    </w:p>
    <w:p>
      <w:pPr>
        <w:jc w:val="right"/>
      </w:pPr>
      <w:r>
        <w:t>ٹو ٹو ہیلپ دوز پرسنز۔</w:t>
      </w:r>
    </w:p>
    <w:p>
      <w:r>
        <w:rPr>
          <w:b/>
        </w:rPr>
        <w:t xml:space="preserve">[07:04] </w:t>
      </w:r>
      <w:r>
        <w:t>So when you find that a person was born as a disabled person, you have to provide</w:t>
      </w:r>
    </w:p>
    <w:p>
      <w:pPr>
        <w:jc w:val="right"/>
      </w:pPr>
      <w:r>
        <w:t>سو وین یو فائنڈ دیٹ ا پرسن واز بورن ایز ا ڈس ایبلڈ پرسن، یو ہیو ٹو پرووائیڈ</w:t>
      </w:r>
    </w:p>
    <w:p>
      <w:r>
        <w:rPr>
          <w:b/>
        </w:rPr>
        <w:t xml:space="preserve">[07:12] </w:t>
      </w:r>
      <w:r>
        <w:t>Help.</w:t>
      </w:r>
    </w:p>
    <w:p>
      <w:pPr>
        <w:jc w:val="right"/>
      </w:pPr>
      <w:r>
        <w:t>ہیلپ۔</w:t>
      </w:r>
    </w:p>
    <w:p>
      <w:r>
        <w:rPr>
          <w:b/>
        </w:rPr>
        <w:t xml:space="preserve">[07:13] </w:t>
      </w:r>
      <w:r>
        <w:t>Because society is based on the interdependent principle.</w:t>
      </w:r>
    </w:p>
    <w:p>
      <w:pPr>
        <w:jc w:val="right"/>
      </w:pPr>
      <w:r>
        <w:t>بیکاز سوسائٹی از بیسڈ ان ان دا ان انٹرڈیپینڈنٹ پرنسپل۔</w:t>
      </w:r>
    </w:p>
    <w:p>
      <w:r>
        <w:rPr>
          <w:b/>
        </w:rPr>
        <w:t xml:space="preserve">[07:18] </w:t>
      </w:r>
      <w:r>
        <w:t>Everyone must provide help to other.</w:t>
      </w:r>
    </w:p>
    <w:p>
      <w:pPr>
        <w:jc w:val="right"/>
      </w:pPr>
      <w:r>
        <w:t>ایوری ون مسٹ پرووائیڈ ہیلپ ٹو ادر۔</w:t>
      </w:r>
    </w:p>
    <w:p>
      <w:r>
        <w:rPr>
          <w:b/>
        </w:rPr>
        <w:t xml:space="preserve">[07:21] </w:t>
      </w:r>
      <w:r>
        <w:t>So without difference, without difference, it was not possible.</w:t>
      </w:r>
    </w:p>
    <w:p>
      <w:pPr>
        <w:jc w:val="right"/>
      </w:pPr>
      <w:r>
        <w:t>سو وداؤٹ ڈیفرنس، وداؤٹ ڈیفرنس، اٹ واز ناٹ پوسیبل۔</w:t>
      </w:r>
    </w:p>
    <w:p>
      <w:r>
        <w:rPr>
          <w:b/>
        </w:rPr>
        <w:t xml:space="preserve">[07:24] </w:t>
      </w:r>
      <w:r>
        <w:t>So Quran says: "Inna ma'al usri yusra." With every hardship, there is ease.</w:t>
      </w:r>
    </w:p>
    <w:p>
      <w:pPr>
        <w:jc w:val="right"/>
      </w:pPr>
      <w:r>
        <w:t>سو قرآن سیز: "ان مال وسرہ۔" ود ایوری ہارڈشپ، دیر از ایز۔</w:t>
      </w:r>
    </w:p>
    <w:p>
      <w:r>
        <w:rPr>
          <w:b/>
        </w:rPr>
        <w:t xml:space="preserve">[07:30] </w:t>
      </w:r>
      <w:r>
        <w:t>It means when you say that some was born with some was born with some some was born</w:t>
      </w:r>
    </w:p>
    <w:p>
      <w:pPr>
        <w:jc w:val="right"/>
      </w:pPr>
      <w:r>
        <w:t>اٹ مینز وین یو سی دیٹ سم واز بورن ود سم واز بورن ود سم سم واز بورن</w:t>
      </w:r>
    </w:p>
    <w:p>
      <w:r>
        <w:rPr>
          <w:b/>
        </w:rPr>
        <w:t xml:space="preserve">[07:37] </w:t>
      </w:r>
      <w:r>
        <w:t>As a disabled person, you have to believe that at the same time, he has some special</w:t>
      </w:r>
    </w:p>
    <w:p>
      <w:pPr>
        <w:jc w:val="right"/>
      </w:pPr>
      <w:r>
        <w:t>ایز ا ڈس ایبلڈ پرسن، یو ہیو ٹو بیلیو دیٹ ایٹ دا سیم ٹائم، ہی ہیز سم اسپیشل</w:t>
      </w:r>
    </w:p>
    <w:p>
      <w:r>
        <w:rPr>
          <w:b/>
        </w:rPr>
        <w:t xml:space="preserve">[07:45] </w:t>
      </w:r>
      <w:r>
        <w:t>Quality.</w:t>
      </w:r>
    </w:p>
    <w:p>
      <w:pPr>
        <w:jc w:val="right"/>
      </w:pPr>
      <w:r>
        <w:t>کوالٹی۔</w:t>
      </w:r>
    </w:p>
    <w:p>
      <w:r>
        <w:rPr>
          <w:b/>
        </w:rPr>
        <w:t xml:space="preserve">[07:46] </w:t>
      </w:r>
      <w:r>
        <w:t>So you have to discover that quality, and you have to inculcate in that person spirit and courage.</w:t>
      </w:r>
    </w:p>
    <w:p>
      <w:pPr>
        <w:jc w:val="right"/>
      </w:pPr>
      <w:r>
        <w:t>سو یو ہیو ٹو ڈسکور دیٹ کوالٹی، اینڈ یو ہیو ٹو انکلکیٹ ان دیٹ پرسن سپرٹ اینڈ کریج۔</w:t>
      </w:r>
    </w:p>
    <w:p>
      <w:r>
        <w:rPr>
          <w:b/>
        </w:rPr>
        <w:t xml:space="preserve">[07:54] </w:t>
      </w:r>
      <w:r>
        <w:t>You have to train that person.</w:t>
      </w:r>
    </w:p>
    <w:p>
      <w:pPr>
        <w:jc w:val="right"/>
      </w:pPr>
      <w:r>
        <w:t>یو ہیو ٹو ٹرین دیٹ پرسن۔</w:t>
      </w:r>
    </w:p>
    <w:p>
      <w:r>
        <w:rPr>
          <w:b/>
        </w:rPr>
        <w:t xml:space="preserve">[07:57] </w:t>
      </w:r>
      <w:r>
        <w:t>So this is the.</w:t>
      </w:r>
    </w:p>
    <w:p>
      <w:pPr>
        <w:jc w:val="right"/>
      </w:pPr>
      <w:r>
        <w:t>سو دس از دا۔</w:t>
      </w:r>
    </w:p>
    <w:p>
      <w:r>
        <w:rPr>
          <w:b/>
        </w:rPr>
        <w:t xml:space="preserve">[07:58] </w:t>
      </w:r>
      <w:r>
        <w:t>So I can say that that the suffering is not a problem.</w:t>
      </w:r>
    </w:p>
    <w:p>
      <w:pPr>
        <w:jc w:val="right"/>
      </w:pPr>
      <w:r>
        <w:t>سو آئی کین سے دیٹ دیٹ دا سفرنگ از ناٹ ا پرابلم۔</w:t>
      </w:r>
    </w:p>
    <w:p>
      <w:r>
        <w:rPr>
          <w:b/>
        </w:rPr>
        <w:t xml:space="preserve">[08:04] </w:t>
      </w:r>
      <w:r>
        <w:t>Suffering is not an evil.</w:t>
      </w:r>
    </w:p>
    <w:p>
      <w:pPr>
        <w:jc w:val="right"/>
      </w:pPr>
      <w:r>
        <w:t>سفرنگ از ناٹ این ایول۔</w:t>
      </w:r>
    </w:p>
    <w:p>
      <w:r>
        <w:rPr>
          <w:b/>
        </w:rPr>
        <w:t xml:space="preserve">[08:06] </w:t>
      </w:r>
      <w:r>
        <w:t>It is suffering that gives you incentive.</w:t>
      </w:r>
    </w:p>
    <w:p>
      <w:pPr>
        <w:jc w:val="right"/>
      </w:pPr>
      <w:r>
        <w:t>اٹ از سفرنگ دیٹ گیوز یو انسنٹیو۔</w:t>
      </w:r>
    </w:p>
    <w:p>
      <w:r>
        <w:rPr>
          <w:b/>
        </w:rPr>
        <w:t xml:space="preserve">[08:09] </w:t>
      </w:r>
      <w:r>
        <w:t>It is suffering that motivates you.</w:t>
      </w:r>
    </w:p>
    <w:p>
      <w:pPr>
        <w:jc w:val="right"/>
      </w:pPr>
      <w:r>
        <w:t>اٹ از سفرنگ دیٹ موٹیویٹس یو۔</w:t>
      </w:r>
    </w:p>
    <w:p>
      <w:r>
        <w:rPr>
          <w:b/>
        </w:rPr>
        <w:t xml:space="preserve">[08:11] </w:t>
      </w:r>
      <w:r>
        <w:t>You see, take two families: one affluent family and poor family.</w:t>
      </w:r>
    </w:p>
    <w:p>
      <w:pPr>
        <w:jc w:val="right"/>
      </w:pPr>
      <w:r>
        <w:t>یو سی، ٹیک ٹو فیملیز: ون افلوئنٹ فیملی اینڈ پور فیملی۔</w:t>
      </w:r>
    </w:p>
    <w:p>
      <w:r>
        <w:rPr>
          <w:b/>
        </w:rPr>
        <w:t xml:space="preserve">[08:16] </w:t>
      </w:r>
      <w:r>
        <w:t>Take two families: one poor family and one affluent family.</w:t>
      </w:r>
    </w:p>
    <w:p>
      <w:pPr>
        <w:jc w:val="right"/>
      </w:pPr>
      <w:r>
        <w:t>ٹیک ٹو فیملیز: ون پور فیملی اینڈ ون افلوئنٹ فیملی۔</w:t>
      </w:r>
    </w:p>
    <w:p>
      <w:r>
        <w:rPr>
          <w:b/>
        </w:rPr>
        <w:t xml:space="preserve">[08:20] </w:t>
      </w:r>
      <w:r>
        <w:t>will find that the members of affluent family have less incentive, less incentive.</w:t>
      </w:r>
    </w:p>
    <w:p>
      <w:pPr>
        <w:jc w:val="right"/>
      </w:pPr>
      <w:r>
        <w:t>ول فائنڈ دیٹ دا ممبرز اف افلوئنٹ فیملی ہیو لیس انسنٹیو، لیس انسنٹیو۔</w:t>
      </w:r>
    </w:p>
    <w:p>
      <w:r>
        <w:rPr>
          <w:b/>
        </w:rPr>
        <w:t xml:space="preserve">[08:26] </w:t>
      </w:r>
      <w:r>
        <w:t>But the members of poor family are.</w:t>
      </w:r>
    </w:p>
    <w:p>
      <w:pPr>
        <w:jc w:val="right"/>
      </w:pPr>
      <w:r>
        <w:t>بٹ دا ممبرز اف پور فیملی ار۔</w:t>
      </w:r>
    </w:p>
    <w:p>
      <w:r>
        <w:rPr>
          <w:b/>
        </w:rPr>
        <w:t xml:space="preserve">[08:29] </w:t>
      </w:r>
      <w:r>
        <w:t>But the members of poor family have great incentive, and in this world, it is incentive that matters.</w:t>
      </w:r>
    </w:p>
    <w:p>
      <w:pPr>
        <w:jc w:val="right"/>
      </w:pPr>
      <w:r>
        <w:t>بٹ دا ممبرز اف پور فیملی ہیو گریٹ انسنٹیو، اینڈ ان دس ورلڈ، اٹ از انسنٹیو دیٹ میٹرز۔</w:t>
      </w:r>
    </w:p>
    <w:p>
      <w:r>
        <w:rPr>
          <w:b/>
        </w:rPr>
        <w:t xml:space="preserve">[08:37] </w:t>
      </w:r>
      <w:r>
        <w:t>All those people who have done great jobs, like scientists, philosophers, reformers.</w:t>
      </w:r>
    </w:p>
    <w:p>
      <w:pPr>
        <w:jc w:val="right"/>
      </w:pPr>
      <w:r>
        <w:t>ال دوز پیپل ہو ہیو ڈن گریٹ جابز، لائک سائنٹسٹ، فلاسفرز، ریفارمرز۔</w:t>
      </w:r>
    </w:p>
    <w:p>
      <w:r>
        <w:rPr>
          <w:b/>
        </w:rPr>
        <w:t xml:space="preserve">[08:42] </w:t>
      </w:r>
      <w:r>
        <w:t>They were motivated.</w:t>
      </w:r>
    </w:p>
    <w:p>
      <w:pPr>
        <w:jc w:val="right"/>
      </w:pPr>
      <w:r>
        <w:t>دے ویر موٹیویٹ۔</w:t>
      </w:r>
    </w:p>
    <w:p>
      <w:r>
        <w:rPr>
          <w:b/>
        </w:rPr>
        <w:t xml:space="preserve">[08:43] </w:t>
      </w:r>
      <w:r>
        <w:t>They were having super incentive, super motivation.</w:t>
      </w:r>
    </w:p>
    <w:p>
      <w:pPr>
        <w:jc w:val="right"/>
      </w:pPr>
      <w:r>
        <w:t>دے ویر ہیونگ سپر انسنٹیو، سپر موٹیویشن۔</w:t>
      </w:r>
    </w:p>
    <w:p>
      <w:r>
        <w:rPr>
          <w:b/>
        </w:rPr>
        <w:t xml:space="preserve">[08:46] </w:t>
      </w:r>
      <w:r>
        <w:t>So if you are deprived of motivation, that's not good for you.</w:t>
      </w:r>
    </w:p>
    <w:p>
      <w:pPr>
        <w:jc w:val="right"/>
      </w:pPr>
      <w:r>
        <w:t>سو اف یو ار ڈیپرائیوڈ اف موٹیویشن، دیٹ ناٹ گڈ فار یو۔</w:t>
      </w:r>
    </w:p>
    <w:p>
      <w:r>
        <w:rPr>
          <w:b/>
        </w:rPr>
        <w:t xml:space="preserve">[08:51] </w:t>
      </w:r>
      <w:r>
        <w:t>So affluence deprives you of motivation, that's not good for anyone.</w:t>
      </w:r>
    </w:p>
    <w:p>
      <w:pPr>
        <w:jc w:val="right"/>
      </w:pPr>
      <w:r>
        <w:t>سو افلوئنس ڈیپرائیوز یو اف موٹیویشن، دیٹ ناٹ گڈ فار اینی ون۔</w:t>
      </w:r>
    </w:p>
    <w:p>
      <w:r>
        <w:rPr>
          <w:b/>
        </w:rPr>
        <w:t xml:space="preserve">[08:57] </w:t>
      </w:r>
      <w:r>
        <w:t>Because most important thing is motivation, incentive, and not wealth, and not luxuries.</w:t>
      </w:r>
    </w:p>
    <w:p>
      <w:pPr>
        <w:jc w:val="right"/>
      </w:pPr>
      <w:r>
        <w:t>بیکاز موسٹ امپورٹنٹ تھنگ از موٹیویشن، انسنٹیو، اینڈ ناٹ ویلتھ، اینڈ ناٹ لگزریز۔</w:t>
      </w:r>
    </w:p>
    <w:p>
      <w:r>
        <w:rPr>
          <w:b/>
        </w:rPr>
        <w:t xml:space="preserve">[09:02] </w:t>
      </w:r>
      <w:r>
        <w:t>You see, there were so many kings and rajahs and maharajahs and nawabs, but you cannot find</w:t>
      </w:r>
    </w:p>
    <w:p>
      <w:pPr>
        <w:jc w:val="right"/>
      </w:pPr>
      <w:r>
        <w:t>یو سی، دیر وار سو مینی کنگز اینڈ راجہ اینڈ مہاراجہ اینڈ نوابز، بٹ یو کین ناٹ فائنڈ</w:t>
      </w:r>
    </w:p>
    <w:p>
      <w:r>
        <w:rPr>
          <w:b/>
        </w:rPr>
        <w:t xml:space="preserve">[09:10] </w:t>
      </w:r>
      <w:r>
        <w:t>that any great philosopher was born in in such families.</w:t>
      </w:r>
    </w:p>
    <w:p>
      <w:pPr>
        <w:jc w:val="right"/>
      </w:pPr>
      <w:r>
        <w:t>دیٹ اینی گریٹ فلاسفر واز بورن ان ان سچ فیملیز۔</w:t>
      </w:r>
    </w:p>
    <w:p>
      <w:r>
        <w:rPr>
          <w:b/>
        </w:rPr>
        <w:t xml:space="preserve">[09:14] </w:t>
      </w:r>
      <w:r>
        <w:t>great philosophers, great scientists.</w:t>
      </w:r>
    </w:p>
    <w:p>
      <w:pPr>
        <w:jc w:val="right"/>
      </w:pPr>
      <w:r>
        <w:t>گریٹ فلاسفرز، گریٹ سائنٹسٹ۔</w:t>
      </w:r>
    </w:p>
    <w:p>
      <w:r>
        <w:rPr>
          <w:b/>
        </w:rPr>
        <w:t xml:space="preserve">[09:16] </w:t>
      </w:r>
      <w:r>
        <w:t>No great scientist, no great philosopher was born in a king family, in a raja family, in</w:t>
      </w:r>
    </w:p>
    <w:p>
      <w:pPr>
        <w:jc w:val="right"/>
      </w:pPr>
      <w:r>
        <w:t>نو گریٹ سائنٹسٹ، نو گریٹ فلاسفر واز بورن ان ان ا کنگ فیملی، ان ا راجہ فیملی، ان</w:t>
      </w:r>
    </w:p>
    <w:p>
      <w:r>
        <w:rPr>
          <w:b/>
        </w:rPr>
        <w:t xml:space="preserve">[09:23] </w:t>
      </w:r>
      <w:r>
        <w:t>maharaja family, in nawab family.</w:t>
      </w:r>
    </w:p>
    <w:p>
      <w:pPr>
        <w:jc w:val="right"/>
      </w:pPr>
      <w:r>
        <w:t>مہاراجہ فیملی، ان نواب فیملی۔</w:t>
      </w:r>
    </w:p>
    <w:p>
      <w:r>
        <w:rPr>
          <w:b/>
        </w:rPr>
        <w:t xml:space="preserve">[09:26] </w:t>
      </w:r>
      <w:r>
        <w:t>All those great reformers, great philosophers, great scientists, were born in poor family.</w:t>
      </w:r>
    </w:p>
    <w:p>
      <w:pPr>
        <w:jc w:val="right"/>
      </w:pPr>
      <w:r>
        <w:t>ال دوز گریٹ ریفارمرز، گریٹ فلاسفرز، گریٹ سائنٹسٹ، ویر بورن ان پور فیملی۔</w:t>
      </w:r>
    </w:p>
    <w:p>
      <w:r>
        <w:rPr>
          <w:b/>
        </w:rPr>
        <w:t xml:space="preserve">[09:31] </w:t>
      </w:r>
      <w:r>
        <w:t>because poor family gives you incentive.</w:t>
      </w:r>
    </w:p>
    <w:p>
      <w:pPr>
        <w:jc w:val="right"/>
      </w:pPr>
      <w:r>
        <w:t>بیکاز پور فیملی گیوز یو انسنٹیو۔</w:t>
      </w:r>
    </w:p>
    <w:p>
      <w:r>
        <w:rPr>
          <w:b/>
        </w:rPr>
        <w:t xml:space="preserve">[09:34] </w:t>
      </w:r>
      <w:r>
        <w:t>Incentive is more important.</w:t>
      </w:r>
    </w:p>
    <w:p>
      <w:pPr>
        <w:jc w:val="right"/>
      </w:pPr>
      <w:r>
        <w:t>انسنٹیو از مور امپورٹنٹ۔</w:t>
      </w:r>
    </w:p>
    <w:p>
      <w:r>
        <w:rPr>
          <w:b/>
        </w:rPr>
        <w:t xml:space="preserve">[09:35] </w:t>
      </w:r>
      <w:r>
        <w:t>Incentive is more important than affluence.</w:t>
      </w:r>
    </w:p>
    <w:p>
      <w:pPr>
        <w:jc w:val="right"/>
      </w:pPr>
      <w:r>
        <w:t>انسنٹیو از مور امپورٹنٹ دین افلوئنس۔</w:t>
      </w:r>
    </w:p>
    <w:p>
      <w:r>
        <w:rPr>
          <w:b/>
        </w:rPr>
        <w:t xml:space="preserve">[09:38] </w:t>
      </w:r>
      <w:r>
        <w:t>It is a fact.</w:t>
      </w:r>
    </w:p>
    <w:p>
      <w:pPr>
        <w:jc w:val="right"/>
      </w:pPr>
      <w:r>
        <w:t>اٹ از ا فیکٹ۔</w:t>
      </w:r>
    </w:p>
    <w:p>
      <w:r>
        <w:rPr>
          <w:b/>
        </w:rPr>
        <w:t xml:space="preserve">[09:40] </w:t>
      </w:r>
      <w:r>
        <w:t>It is a fact.</w:t>
      </w:r>
    </w:p>
    <w:p>
      <w:pPr>
        <w:jc w:val="right"/>
      </w:pPr>
      <w:r>
        <w:t>اٹ از ا فیکٹ۔</w:t>
      </w:r>
    </w:p>
    <w:p>
      <w:r>
        <w:rPr>
          <w:b/>
        </w:rPr>
        <w:t xml:space="preserve">[09:41] </w:t>
      </w:r>
      <w:r>
        <w:t>So don't say that suffering is an evil, but say that suffering is a method of nature.</w:t>
      </w:r>
    </w:p>
    <w:p>
      <w:pPr>
        <w:jc w:val="right"/>
      </w:pPr>
      <w:r>
        <w:t>سو ڈونٹ سے دیٹ سفرنگ از این ایول، بٹ سے دیٹ سفرنگ از ا میتھڈ اف نیچر۔</w:t>
      </w:r>
    </w:p>
    <w:p>
      <w:r>
        <w:rPr>
          <w:b/>
        </w:rPr>
        <w:t xml:space="preserve">[09:49] </w:t>
      </w:r>
      <w:r>
        <w:t>It is law of nature.</w:t>
      </w:r>
    </w:p>
    <w:p>
      <w:pPr>
        <w:jc w:val="right"/>
      </w:pPr>
      <w:r>
        <w:t>اٹ از لا اف نیچر۔</w:t>
      </w:r>
    </w:p>
    <w:p>
      <w:r>
        <w:rPr>
          <w:b/>
        </w:rPr>
        <w:t xml:space="preserve">[09:51] </w:t>
      </w:r>
      <w:r>
        <w:t>It is a plan of nature.</w:t>
      </w:r>
    </w:p>
    <w:p>
      <w:pPr>
        <w:jc w:val="right"/>
      </w:pPr>
      <w:r>
        <w:t>اٹ از ا پلان اف نیچر۔</w:t>
      </w:r>
    </w:p>
    <w:p>
      <w:r>
        <w:rPr>
          <w:b/>
        </w:rPr>
        <w:t xml:space="preserve">[09:53] </w:t>
      </w:r>
      <w:r>
        <w:t>Nature wants to inculcate incentive in every human being.</w:t>
      </w:r>
    </w:p>
    <w:p>
      <w:pPr>
        <w:jc w:val="right"/>
      </w:pPr>
      <w:r>
        <w:t>نیچر وانٹس ٹو انکلکیٹ انسنٹیو ان ایوری ہیومن بینگ۔</w:t>
      </w:r>
    </w:p>
    <w:p>
      <w:r>
        <w:rPr>
          <w:b/>
        </w:rPr>
        <w:t xml:space="preserve">[09:57] </w:t>
      </w:r>
      <w:r>
        <w:t>So nature inculcates incentive through differences, through disadvantage, through suffering, through disability.</w:t>
      </w:r>
    </w:p>
    <w:p>
      <w:pPr>
        <w:jc w:val="right"/>
      </w:pPr>
      <w:r>
        <w:t>سو نیچر انکلکیٹس انسنٹیو تھرو ڈیفرنسز، تھرو ڈس ایڈوانٹیج، تھرو سفرنگ، تھرو ڈس ایبیلیٹی۔</w:t>
      </w:r>
    </w:p>
    <w:p>
      <w:r>
        <w:rPr>
          <w:b/>
        </w:rPr>
        <w:t xml:space="preserve">[10:03] </w:t>
      </w:r>
      <w:r>
        <w:t>There is the method of nature.</w:t>
      </w:r>
    </w:p>
    <w:p>
      <w:pPr>
        <w:jc w:val="right"/>
      </w:pPr>
      <w:r>
        <w:t>دیر از دا میتھڈ اف نیچر۔</w:t>
      </w:r>
    </w:p>
    <w:p>
      <w:r>
        <w:rPr>
          <w:b/>
        </w:rPr>
        <w:t xml:space="preserve">[10:06] </w:t>
      </w:r>
      <w:r>
        <w:t>It is not evil.</w:t>
      </w:r>
    </w:p>
    <w:p>
      <w:pPr>
        <w:jc w:val="right"/>
      </w:pPr>
      <w:r>
        <w:t>اٹ از ناٹ ایول۔</w:t>
      </w:r>
    </w:p>
    <w:p>
      <w:r>
        <w:rPr>
          <w:b/>
        </w:rPr>
        <w:t xml:space="preserve">[10:08] </w:t>
      </w:r>
      <w:r>
        <w:t>It is not disadvantage.</w:t>
      </w:r>
    </w:p>
    <w:p>
      <w:pPr>
        <w:jc w:val="right"/>
      </w:pPr>
      <w:r>
        <w:t>اٹ از ناٹ ڈس ایڈوانٹیج۔</w:t>
      </w:r>
    </w:p>
    <w:p>
      <w:r>
        <w:rPr>
          <w:b/>
        </w:rPr>
        <w:t xml:space="preserve">[10:10] </w:t>
      </w:r>
      <w:r>
        <w:t>It is a method of nature.</w:t>
      </w:r>
    </w:p>
    <w:p>
      <w:pPr>
        <w:jc w:val="right"/>
      </w:pPr>
      <w:r>
        <w:t>اٹ از ا میتھڈ اف نیچر۔</w:t>
      </w:r>
    </w:p>
    <w:p>
      <w:r>
        <w:rPr>
          <w:b/>
        </w:rPr>
        <w:t xml:space="preserve">[10:12] </w:t>
      </w:r>
      <w:r>
        <w:t>And history proved that this method of nature always proved to be good for a society.</w:t>
      </w:r>
    </w:p>
    <w:p>
      <w:pPr>
        <w:jc w:val="right"/>
      </w:pPr>
      <w:r>
        <w:t>اینڈ ہسٹری پروف دیٹ دس میتھڈ اف نیچر الویز پروف ٹو بی گڈ فار ا سوسائٹی۔</w:t>
      </w:r>
    </w:p>
    <w:p>
      <w:r>
        <w:rPr>
          <w:b/>
        </w:rPr>
        <w:t xml:space="preserve">[10:19] </w:t>
      </w:r>
      <w:r>
        <w:t>Because all those great works, all those great discoveries, all those great events, which we know in history,</w:t>
      </w:r>
    </w:p>
    <w:p>
      <w:pPr>
        <w:jc w:val="right"/>
      </w:pPr>
      <w:r>
        <w:t>بیکاز ال دوز گریٹ ورکس، ال دوز گریٹ ڈسکوریز، ال دوز گریٹ ایونٹس، وچ وی نو ان ہسٹری،</w:t>
      </w:r>
    </w:p>
    <w:p>
      <w:r>
        <w:rPr>
          <w:b/>
        </w:rPr>
        <w:t xml:space="preserve">[10:27] </w:t>
      </w:r>
      <w:r>
        <w:t>we are due to this, this incentive, this motivation.</w:t>
      </w:r>
    </w:p>
    <w:p>
      <w:pPr>
        <w:jc w:val="right"/>
      </w:pPr>
      <w:r>
        <w:t>ویر ڈیو ٹو دس دس انسنٹیو، دس موٹیویشن۔</w:t>
      </w:r>
    </w:p>
    <w:p>
      <w:r>
        <w:rPr>
          <w:b/>
        </w:rPr>
        <w:t xml:space="preserve">[10:30] </w:t>
      </w:r>
      <w:r>
        <w:t>Those people, those individuals who were born in difficult situation.</w:t>
      </w:r>
    </w:p>
    <w:p>
      <w:pPr>
        <w:jc w:val="right"/>
      </w:pPr>
      <w:r>
        <w:t>دوز پیپل، دوز انڈیویجولز ہو ویر بورن ان ڈیفیکلٹ سچویشن۔</w:t>
      </w:r>
    </w:p>
    <w:p>
      <w:r>
        <w:rPr>
          <w:b/>
        </w:rPr>
        <w:t xml:space="preserve">[10:35] </w:t>
      </w:r>
      <w:r>
        <w:t>The it is the.</w:t>
      </w:r>
    </w:p>
    <w:p>
      <w:pPr>
        <w:jc w:val="right"/>
      </w:pPr>
      <w:r>
        <w:t>دے اٹ از دی۔</w:t>
      </w:r>
    </w:p>
    <w:p>
      <w:r>
        <w:rPr>
          <w:b/>
        </w:rPr>
        <w:t xml:space="preserve">[10:36] </w:t>
      </w:r>
      <w:r>
        <w:t>It is these who.</w:t>
      </w:r>
    </w:p>
    <w:p>
      <w:pPr>
        <w:jc w:val="right"/>
      </w:pPr>
      <w:r>
        <w:t>اٹ از دیز ہو۔</w:t>
      </w:r>
    </w:p>
    <w:p>
      <w:r>
        <w:rPr>
          <w:b/>
        </w:rPr>
        <w:t xml:space="preserve">[10:38] </w:t>
      </w:r>
      <w:r>
        <w:t>Those people who were born in difficult situation, they become hero.</w:t>
      </w:r>
    </w:p>
    <w:p>
      <w:pPr>
        <w:jc w:val="right"/>
      </w:pPr>
      <w:r>
        <w:t>دوز پیپل ہو ویر بورن ان ڈیفیکلٹ سچویشن، دے بیکم ہیرو۔</w:t>
      </w:r>
    </w:p>
    <w:p>
      <w:r>
        <w:rPr>
          <w:b/>
        </w:rPr>
        <w:t xml:space="preserve">[10:43] </w:t>
      </w:r>
      <w:r>
        <w:t>Because that difficulty is inculcated in their personality, incentive, motivation.</w:t>
      </w:r>
    </w:p>
    <w:p>
      <w:pPr>
        <w:jc w:val="right"/>
      </w:pPr>
      <w:r>
        <w:t>بیکاز دیٹ ڈیفیکلٹی از انکلکیٹڈ ان دیر پرسنیلٹی، انسنٹیو، موٹیویشن۔</w:t>
      </w:r>
    </w:p>
    <w:p>
      <w:r>
        <w:rPr>
          <w:b/>
        </w:rPr>
        <w:t xml:space="preserve">[10:47] </w:t>
      </w:r>
      <w:r>
        <w:t>Without motivation, without difficulties, people are dead.</w:t>
      </w:r>
    </w:p>
    <w:p>
      <w:pPr>
        <w:jc w:val="right"/>
      </w:pPr>
      <w:r>
        <w:t>وداؤٹ موٹیویشن، وداؤٹ ڈیفیکلٹیز، پیپل ار ڈیڈ۔</w:t>
      </w:r>
    </w:p>
    <w:p>
      <w:r>
        <w:rPr>
          <w:b/>
        </w:rPr>
        <w:t xml:space="preserve">[10:50] </w:t>
      </w:r>
      <w:r>
        <w:t>Simply luxury and comfort is not enough.</w:t>
      </w:r>
    </w:p>
    <w:p>
      <w:pPr>
        <w:jc w:val="right"/>
      </w:pPr>
      <w:r>
        <w:t>سمپلی لگزری اینڈ اینڈ کمفرٹ از ناٹ انف۔</w:t>
      </w:r>
    </w:p>
    <w:p>
      <w:r>
        <w:rPr>
          <w:b/>
        </w:rPr>
        <w:t xml:space="preserve">[10:53] </w:t>
      </w:r>
      <w:r>
        <w:t>Those people who live in luxury and comfort, they are like dead person.</w:t>
      </w:r>
    </w:p>
    <w:p>
      <w:pPr>
        <w:jc w:val="right"/>
      </w:pPr>
      <w:r>
        <w:t>دوز پیپل ہو لیو ان لگزری اینڈ کمفرٹ، دے ار لائک ڈیڈ پرسن۔</w:t>
      </w:r>
    </w:p>
    <w:p>
      <w:r>
        <w:rPr>
          <w:b/>
        </w:rPr>
        <w:t xml:space="preserve">[10:59] </w:t>
      </w:r>
      <w:r>
        <w:t>We need something more.</w:t>
      </w:r>
    </w:p>
    <w:p>
      <w:pPr>
        <w:jc w:val="right"/>
      </w:pPr>
      <w:r>
        <w:t>وی نیڈ سمتھنگ مور۔</w:t>
      </w:r>
    </w:p>
    <w:p>
      <w:r>
        <w:rPr>
          <w:b/>
        </w:rPr>
        <w:t xml:space="preserve">[11:01] </w:t>
      </w:r>
      <w:r>
        <w:t>We need something more.</w:t>
      </w:r>
    </w:p>
    <w:p>
      <w:pPr>
        <w:jc w:val="right"/>
      </w:pPr>
      <w:r>
        <w:t>وی نیڈ سمتھنگ مور۔</w:t>
      </w:r>
    </w:p>
    <w:p>
      <w:r>
        <w:rPr>
          <w:b/>
        </w:rPr>
        <w:t xml:space="preserve">[11:02] </w:t>
      </w:r>
      <w:r>
        <w:t>Simply luxury and comfort are not enough.</w:t>
      </w:r>
    </w:p>
    <w:p>
      <w:pPr>
        <w:jc w:val="right"/>
      </w:pPr>
      <w:r>
        <w:t>سمپلی لگزری اینڈ کمفرٹ ار ناٹ انف۔</w:t>
      </w:r>
    </w:p>
    <w:p>
      <w:r>
        <w:rPr>
          <w:b/>
        </w:rPr>
        <w:t xml:space="preserve">[11:05] </w:t>
      </w:r>
      <w:r>
        <w:t>We need something more, and that is incentive, motivation.</w:t>
      </w:r>
    </w:p>
    <w:p>
      <w:pPr>
        <w:jc w:val="right"/>
      </w:pPr>
      <w:r>
        <w:t>وی نیڈ سمتھنگ مور، اینڈ دیٹ از انسنٹیو، موٹیویشن۔</w:t>
      </w:r>
    </w:p>
    <w:p>
      <w:r>
        <w:rPr>
          <w:b/>
        </w:rPr>
        <w:t xml:space="preserve">[11:09] </w:t>
      </w:r>
      <w:r>
        <w:t>So you you will find that all those people who rose as a great person, they were born</w:t>
      </w:r>
    </w:p>
    <w:p>
      <w:pPr>
        <w:jc w:val="right"/>
      </w:pPr>
      <w:r>
        <w:t>سو یو یو ویل فائنڈ دیٹ ال دوز پیپل ہو روز ایز اے گریٹ پرسن، دے ویر بورن</w:t>
      </w:r>
    </w:p>
    <w:p>
      <w:r>
        <w:rPr>
          <w:b/>
        </w:rPr>
        <w:t xml:space="preserve">[11:17] </w:t>
      </w:r>
      <w:r>
        <w:t>in in in poor conditions.</w:t>
      </w:r>
    </w:p>
    <w:p>
      <w:pPr>
        <w:jc w:val="right"/>
      </w:pPr>
      <w:r>
        <w:t>ان ان ان پور کنڈیشنز۔</w:t>
      </w:r>
    </w:p>
    <w:p>
      <w:r>
        <w:rPr>
          <w:b/>
        </w:rPr>
        <w:t xml:space="preserve">[11:19] </w:t>
      </w:r>
      <w:r>
        <w:t>So, according to my experience, suffering is not an evil.</w:t>
      </w:r>
    </w:p>
    <w:p>
      <w:pPr>
        <w:jc w:val="right"/>
      </w:pPr>
      <w:r>
        <w:t>سو اکارڈنگ ٹو مائی ایکسپیرینس، سفرنگ از ناٹ این ایول۔</w:t>
      </w:r>
    </w:p>
    <w:p>
      <w:r>
        <w:rPr>
          <w:b/>
        </w:rPr>
        <w:t xml:space="preserve">[11:23] </w:t>
      </w:r>
      <w:r>
        <w:t>All the philosophers were obsessed with this problem, that problem of evil, problem of suffering, problem of</w:t>
      </w:r>
    </w:p>
    <w:p>
      <w:pPr>
        <w:jc w:val="right"/>
      </w:pPr>
      <w:r>
        <w:t>ال دا فلاسفرز ویر ابسس ود ود دس پرابلم، دیٹ پرابلم اف ایول، پرابلم اف سفرنگ، پرابلم اف</w:t>
      </w:r>
    </w:p>
    <w:p>
      <w:r>
        <w:rPr>
          <w:b/>
        </w:rPr>
        <w:t xml:space="preserve">[11:31] </w:t>
      </w:r>
      <w:r>
        <w:t>disadvantage, problem of even some people were obsessed with problem of difference.</w:t>
      </w:r>
    </w:p>
    <w:p>
      <w:pPr>
        <w:jc w:val="right"/>
      </w:pPr>
      <w:r>
        <w:t>ڈس ایڈوانٹیج، پرابلم اف ایون سم پیپل وار ابسڈ ود پرابلم اف ڈیفرنس۔</w:t>
      </w:r>
    </w:p>
    <w:p>
      <w:r>
        <w:rPr>
          <w:b/>
        </w:rPr>
        <w:t xml:space="preserve">[11:37] </w:t>
      </w:r>
      <w:r>
        <w:t>But this is they fail to understand that this is the law of nature, this is escape of</w:t>
      </w:r>
    </w:p>
    <w:p>
      <w:pPr>
        <w:jc w:val="right"/>
      </w:pPr>
      <w:r>
        <w:t>بٹ دس از دے فیل ٹو انڈرسٹینڈ دیٹ دس از دا لا اف نیچر، دس از اسکیپ اف</w:t>
      </w:r>
    </w:p>
    <w:p>
      <w:r>
        <w:rPr>
          <w:b/>
        </w:rPr>
        <w:t xml:space="preserve">[11:44] </w:t>
      </w:r>
      <w:r>
        <w:t>Nature, this is the method of nature.</w:t>
      </w:r>
    </w:p>
    <w:p>
      <w:pPr>
        <w:jc w:val="right"/>
      </w:pPr>
      <w:r>
        <w:t>نیچر، دس از دا میتھڈ اف نیچر۔</w:t>
      </w:r>
    </w:p>
    <w:p>
      <w:r>
        <w:rPr>
          <w:b/>
        </w:rPr>
        <w:t xml:space="preserve">[11:47] </w:t>
      </w:r>
      <w:r>
        <w:t>So if you want to know, if you want to understand this problem, if you want to understand</w:t>
      </w:r>
    </w:p>
    <w:p>
      <w:pPr>
        <w:jc w:val="right"/>
      </w:pPr>
      <w:r>
        <w:t>سو اف یو وانٹ ٹو نو، اف یو وانٹ ٹو انڈرسٹینڈ دس پرابلم، اف یو وانٹ ٹو انڈرسٹینڈ</w:t>
      </w:r>
    </w:p>
    <w:p>
      <w:r>
        <w:rPr>
          <w:b/>
        </w:rPr>
        <w:t xml:space="preserve">[11:55] </w:t>
      </w:r>
      <w:r>
        <w:t>These things, first of all, you have to know the creation plan of the Creator.</w:t>
      </w:r>
    </w:p>
    <w:p>
      <w:pPr>
        <w:jc w:val="right"/>
      </w:pPr>
      <w:r>
        <w:t>دیز تھنگز، فرسٹ اف ال، یو ہیو ٹو نو دا کریشن پلان اف دا کریٹر۔</w:t>
      </w:r>
    </w:p>
    <w:p>
      <w:r>
        <w:rPr>
          <w:b/>
        </w:rPr>
        <w:t xml:space="preserve">[12:02] </w:t>
      </w:r>
      <w:r>
        <w:t>Before knowing the creation plan of the Creator, you cannot understand all these things.</w:t>
      </w:r>
    </w:p>
    <w:p>
      <w:pPr>
        <w:jc w:val="right"/>
      </w:pPr>
      <w:r>
        <w:t>بیفور نوئنگ دا کریشن پلان اف دا کریٹ کریٹر، یو کین ناٹ انڈرسٹینڈ ال دیز تھنگز۔</w:t>
      </w:r>
    </w:p>
    <w:p>
      <w:r>
        <w:rPr>
          <w:b/>
        </w:rPr>
        <w:t xml:space="preserve">[12:08] </w:t>
      </w:r>
      <w:r>
        <w:t>You cannot explain all these things.</w:t>
      </w:r>
    </w:p>
    <w:p>
      <w:pPr>
        <w:jc w:val="right"/>
      </w:pPr>
      <w:r>
        <w:t>یو کین ناٹ ایکسپلین ال دیز تھنگز۔</w:t>
      </w:r>
    </w:p>
    <w:p>
      <w:r>
        <w:rPr>
          <w:b/>
        </w:rPr>
        <w:t xml:space="preserve">[12:11] </w:t>
      </w:r>
      <w:r>
        <w:t>Because we are not the creator of this world.</w:t>
      </w:r>
    </w:p>
    <w:p>
      <w:pPr>
        <w:jc w:val="right"/>
      </w:pPr>
      <w:r>
        <w:t>بیکاز وی ار ناٹ دا کریٹر اف دس ورلڈ۔</w:t>
      </w:r>
    </w:p>
    <w:p>
      <w:r>
        <w:rPr>
          <w:b/>
        </w:rPr>
        <w:t xml:space="preserve">[12:15] </w:t>
      </w:r>
      <w:r>
        <w:t>We are not the creator of these all these things.</w:t>
      </w:r>
    </w:p>
    <w:p>
      <w:pPr>
        <w:jc w:val="right"/>
      </w:pPr>
      <w:r>
        <w:t>وی ار ناٹ دا کریٹر اف دیز ال دیز تھنگز۔</w:t>
      </w:r>
    </w:p>
    <w:p>
      <w:r>
        <w:rPr>
          <w:b/>
        </w:rPr>
        <w:t xml:space="preserve">[12:20] </w:t>
      </w:r>
      <w:r>
        <w:t>So the creator is God Almighty.</w:t>
      </w:r>
    </w:p>
    <w:p>
      <w:pPr>
        <w:jc w:val="right"/>
      </w:pPr>
      <w:r>
        <w:t>سو کریٹر از گاڈ المائٹی۔</w:t>
      </w:r>
    </w:p>
    <w:p>
      <w:r>
        <w:rPr>
          <w:b/>
        </w:rPr>
        <w:t xml:space="preserve">[12:22] </w:t>
      </w:r>
      <w:r>
        <w:t>So if you want to explain all these things, all these disparities, all these disadvantages, all</w:t>
      </w:r>
    </w:p>
    <w:p>
      <w:pPr>
        <w:jc w:val="right"/>
      </w:pPr>
      <w:r>
        <w:t>سو اف یو وانٹ ٹو ایکسپلین ال دیز تھنگز، ال دیز ڈس پیریٹیز، ال دیز ڈس ایڈوانٹیج، ال</w:t>
      </w:r>
    </w:p>
    <w:p>
      <w:r>
        <w:rPr>
          <w:b/>
        </w:rPr>
        <w:t xml:space="preserve">[12:29] </w:t>
      </w:r>
      <w:r>
        <w:t>These so-called evils, first of all, we must know what is the creation plan of the Creator.</w:t>
      </w:r>
    </w:p>
    <w:p>
      <w:pPr>
        <w:jc w:val="right"/>
      </w:pPr>
      <w:r>
        <w:t>دیز سو کالڈ ایولز، فرسٹ اف ال، وی مسٹ نو واٹ از دا کریشن پلان اف دا کریٹر۔</w:t>
      </w:r>
    </w:p>
    <w:p>
      <w:r>
        <w:rPr>
          <w:b/>
        </w:rPr>
        <w:t xml:space="preserve">[12:37] </w:t>
      </w:r>
      <w:r>
        <w:t>After knowing this plan, we can understand, we can explain these situations.</w:t>
      </w:r>
    </w:p>
    <w:p>
      <w:pPr>
        <w:jc w:val="right"/>
      </w:pPr>
      <w:r>
        <w:t>افٹر نوئنگ دس پلان، وی کین انڈرسٹینڈ، وی کین ایکسپلین دیز سچویشنز۔</w:t>
      </w:r>
    </w:p>
    <w:p>
      <w:r>
        <w:rPr>
          <w:b/>
        </w:rPr>
        <w:t xml:space="preserve">[12:42] </w:t>
      </w:r>
      <w:r>
        <w:t>You know, in physical world, what is what is happening in physical world? Creator created our or</w:t>
      </w:r>
    </w:p>
    <w:p>
      <w:pPr>
        <w:jc w:val="right"/>
      </w:pPr>
      <w:r>
        <w:t>یو نو، ان فزیکل ورلڈ، واٹ از واٹ از ہیپننگ ان فزیکل ورلڈ؟ کریٹر کریٹڈ اور او ار</w:t>
      </w:r>
    </w:p>
    <w:p>
      <w:r>
        <w:rPr>
          <w:b/>
        </w:rPr>
        <w:t xml:space="preserve">[12:50] </w:t>
      </w:r>
      <w:r>
        <w:t>A, but not the machines.</w:t>
      </w:r>
    </w:p>
    <w:p>
      <w:pPr>
        <w:jc w:val="right"/>
      </w:pPr>
      <w:r>
        <w:t>ای اور، بٹ ناٹ دی مشینز۔</w:t>
      </w:r>
    </w:p>
    <w:p>
      <w:r>
        <w:rPr>
          <w:b/>
        </w:rPr>
        <w:t xml:space="preserve">[12:53] </w:t>
      </w:r>
      <w:r>
        <w:t>You cannot find machines in any mountain or any ocean.</w:t>
      </w:r>
    </w:p>
    <w:p>
      <w:pPr>
        <w:jc w:val="right"/>
      </w:pPr>
      <w:r>
        <w:t>یو کین ناٹ فائنڈ مشینز ان ان اینی ماؤنٹین اور اینی اوشن۔</w:t>
      </w:r>
    </w:p>
    <w:p>
      <w:r>
        <w:rPr>
          <w:b/>
        </w:rPr>
        <w:t xml:space="preserve">[12:58] </w:t>
      </w:r>
      <w:r>
        <w:t>So God Almighty created ore, and it was upon man to convert ore into steel, then steel into</w:t>
      </w:r>
    </w:p>
    <w:p>
      <w:pPr>
        <w:jc w:val="right"/>
      </w:pPr>
      <w:r>
        <w:t>سو گاڈ المائٹی کریٹڈ اور، اینڈ اٹ واز اپون مین ٹو کنورٹ اور ان سٹیل، دین سٹیل انٹو</w:t>
      </w:r>
    </w:p>
    <w:p>
      <w:r>
        <w:rPr>
          <w:b/>
        </w:rPr>
        <w:t xml:space="preserve">[13:05] </w:t>
      </w:r>
      <w:r>
        <w:t>machine.</w:t>
      </w:r>
    </w:p>
    <w:p>
      <w:pPr>
        <w:jc w:val="right"/>
      </w:pPr>
      <w:r>
        <w:t>مشین۔</w:t>
      </w:r>
    </w:p>
    <w:p>
      <w:r>
        <w:rPr>
          <w:b/>
        </w:rPr>
        <w:t xml:space="preserve">[13:07] </w:t>
      </w:r>
      <w:r>
        <w:t>So is the case of human being.</w:t>
      </w:r>
    </w:p>
    <w:p>
      <w:pPr>
        <w:jc w:val="right"/>
      </w:pPr>
      <w:r>
        <w:t>سو از دا کیس اف ہیومن بینگ۔</w:t>
      </w:r>
    </w:p>
    <w:p>
      <w:r>
        <w:rPr>
          <w:b/>
        </w:rPr>
        <w:t xml:space="preserve">[13:10] </w:t>
      </w:r>
      <w:r>
        <w:t>Every man is like our.</w:t>
      </w:r>
    </w:p>
    <w:p>
      <w:pPr>
        <w:jc w:val="right"/>
      </w:pPr>
      <w:r>
        <w:t>ایوری مین از لائک اور۔</w:t>
      </w:r>
    </w:p>
    <w:p>
      <w:r>
        <w:rPr>
          <w:b/>
        </w:rPr>
        <w:t xml:space="preserve">[13:12] </w:t>
      </w:r>
      <w:r>
        <w:t>Every man is like our, and it is upon it is our duty to discover the meaning of</w:t>
      </w:r>
    </w:p>
    <w:p>
      <w:pPr>
        <w:jc w:val="right"/>
      </w:pPr>
      <w:r>
        <w:t>ایوری مین از لائک اور، اینڈ اٹ از اپون اٹ از اور ڈیوٹی ٹو ڈسکور دا میننگ اف</w:t>
      </w:r>
    </w:p>
    <w:p>
      <w:r>
        <w:rPr>
          <w:b/>
        </w:rPr>
        <w:t xml:space="preserve">[13:20] </w:t>
      </w:r>
      <w:r>
        <w:t>that or, to discover the meaning of that personality, to discover the meaning of that individual.</w:t>
      </w:r>
    </w:p>
    <w:p>
      <w:pPr>
        <w:jc w:val="right"/>
      </w:pPr>
      <w:r>
        <w:t>دیٹ اور، ٹو ڈسکور دا میننگ اف دیٹ پرسنیلٹی، ٹو ڈسکور دا میننگ اف دیٹ انڈیویجول۔</w:t>
      </w:r>
    </w:p>
    <w:p>
      <w:r>
        <w:rPr>
          <w:b/>
        </w:rPr>
        <w:t xml:space="preserve">[13:27] </w:t>
      </w:r>
      <w:r>
        <w:t>So that we can turn potential into actual.</w:t>
      </w:r>
    </w:p>
    <w:p>
      <w:pPr>
        <w:jc w:val="right"/>
      </w:pPr>
      <w:r>
        <w:t>سو دیٹ وی کین ٹرن پوٹینشل انٹو ایکچول۔</w:t>
      </w:r>
    </w:p>
    <w:p>
      <w:r>
        <w:rPr>
          <w:b/>
        </w:rPr>
        <w:t xml:space="preserve">[13:30] </w:t>
      </w:r>
      <w:r>
        <w:t>It is our duty.</w:t>
      </w:r>
    </w:p>
    <w:p>
      <w:pPr>
        <w:jc w:val="right"/>
      </w:pPr>
      <w:r>
        <w:t>اٹ از اور ڈیوٹی۔</w:t>
      </w:r>
    </w:p>
    <w:p>
      <w:r>
        <w:rPr>
          <w:b/>
        </w:rPr>
        <w:t xml:space="preserve">[13:32] </w:t>
      </w:r>
      <w:r>
        <w:t>This is the creation plan of God to turn the potential into actual.</w:t>
      </w:r>
    </w:p>
    <w:p>
      <w:pPr>
        <w:jc w:val="right"/>
      </w:pPr>
      <w:r>
        <w:t>دس از دا کریشن پلان اف گاڈ ٹو ٹرن دا پوٹینشل انٹو ایکچول۔</w:t>
      </w:r>
    </w:p>
    <w:p>
      <w:r>
        <w:rPr>
          <w:b/>
        </w:rPr>
        <w:t xml:space="preserve">[13:37] </w:t>
      </w:r>
      <w:r>
        <w:t>Some people were born with.</w:t>
      </w:r>
    </w:p>
    <w:p>
      <w:pPr>
        <w:jc w:val="right"/>
      </w:pPr>
      <w:r>
        <w:t>سم پیپل وار بورن ود۔</w:t>
      </w:r>
    </w:p>
    <w:p>
      <w:r>
        <w:rPr>
          <w:b/>
        </w:rPr>
        <w:t xml:space="preserve">[13:40] </w:t>
      </w:r>
      <w:r>
        <w:t>And and this endeavor, this struggle makes creative.</w:t>
      </w:r>
    </w:p>
    <w:p>
      <w:pPr>
        <w:jc w:val="right"/>
      </w:pPr>
      <w:r>
        <w:t>اینڈ اینڈ دس انڈیور، دس سٹرگل میکس کریٹیو۔</w:t>
      </w:r>
    </w:p>
    <w:p>
      <w:r>
        <w:rPr>
          <w:b/>
        </w:rPr>
        <w:t xml:space="preserve">[13:43] </w:t>
      </w:r>
      <w:r>
        <w:t>Creator wants to inculcate creative, creativity.</w:t>
      </w:r>
    </w:p>
    <w:p>
      <w:pPr>
        <w:jc w:val="right"/>
      </w:pPr>
      <w:r>
        <w:t>کریٹر وانٹس ٹو انکلکیٹ کریٹیو، کریٹیوٹی۔</w:t>
      </w:r>
    </w:p>
    <w:p>
      <w:r>
        <w:rPr>
          <w:b/>
        </w:rPr>
        <w:t xml:space="preserve">[13:46] </w:t>
      </w:r>
      <w:r>
        <w:t>The greatest thing in this world is creative thinking, creative mind.</w:t>
      </w:r>
    </w:p>
    <w:p>
      <w:pPr>
        <w:jc w:val="right"/>
      </w:pPr>
      <w:r>
        <w:t>دا گریٹسٹ تھنگ ان دس ورلڈ از کریٹیو تھنکنگ، کریٹیو مائنڈ۔</w:t>
      </w:r>
    </w:p>
    <w:p>
      <w:r>
        <w:rPr>
          <w:b/>
        </w:rPr>
        <w:t xml:space="preserve">[13:50] </w:t>
      </w:r>
      <w:r>
        <w:t>So, creativity is the most important thing for every person, every human being.</w:t>
      </w:r>
    </w:p>
    <w:p>
      <w:pPr>
        <w:jc w:val="right"/>
      </w:pPr>
      <w:r>
        <w:t>سو کریٹیوٹی از دا موسٹ امپورٹنٹ تھنگ فار ایوری پرسن، ایوری ہیومن بینگ۔</w:t>
      </w:r>
    </w:p>
    <w:p>
      <w:r>
        <w:rPr>
          <w:b/>
        </w:rPr>
        <w:t xml:space="preserve">[13:56] </w:t>
      </w:r>
      <w:r>
        <w:t>And all these differences, all these evils, all these sufferings are necessary to inculcate creativity in every man</w:t>
      </w:r>
    </w:p>
    <w:p>
      <w:pPr>
        <w:jc w:val="right"/>
      </w:pPr>
      <w:r>
        <w:t>اینڈ ال دیز ڈیفرنسز، ال دیز ایولز، ال دیز سفرنگز ار نیسیسری ٹو انکلکیٹ کریٹیوٹی ان ایوری مین</w:t>
      </w:r>
    </w:p>
    <w:p>
      <w:r>
        <w:rPr>
          <w:b/>
        </w:rPr>
        <w:t xml:space="preserve">[14:04] </w:t>
      </w:r>
      <w:r>
        <w:t>and women.</w:t>
      </w:r>
    </w:p>
    <w:p>
      <w:pPr>
        <w:jc w:val="right"/>
      </w:pPr>
      <w:r>
        <w:t>اینڈ وومن۔</w:t>
      </w:r>
    </w:p>
    <w:p>
      <w:r>
        <w:rPr>
          <w:b/>
        </w:rPr>
        <w:t xml:space="preserve">[14:05] </w:t>
      </w:r>
      <w:r>
        <w:t>without all these problems, you cannot, you cannot be trained as a creative person.</w:t>
      </w:r>
    </w:p>
    <w:p>
      <w:pPr>
        <w:jc w:val="right"/>
      </w:pPr>
      <w:r>
        <w:t>وداؤٹ ال دیز پرابلمز، یو کین ناٹ، یو کین ناٹ بی ٹرینڈ ایز ا کریٹیو پرسن۔</w:t>
      </w:r>
    </w:p>
    <w:p>
      <w:r>
        <w:rPr>
          <w:b/>
        </w:rPr>
        <w:t xml:space="preserve">[14:12] </w:t>
      </w:r>
      <w:r>
        <w:t>In a same situation, in a same situation, in affluence, you cannot be a creative person.</w:t>
      </w:r>
    </w:p>
    <w:p>
      <w:pPr>
        <w:jc w:val="right"/>
      </w:pPr>
      <w:r>
        <w:t>ان ا سمیو سچویشن، ان ا سمیو سچویشن، ان افلوئنس، یو کین ناٹ بی ا کریٹیو پرسن۔</w:t>
      </w:r>
    </w:p>
    <w:p>
      <w:r>
        <w:rPr>
          <w:b/>
        </w:rPr>
        <w:t xml:space="preserve">[14:19] </w:t>
      </w:r>
      <w:r>
        <w:t>Creativity is involved.</w:t>
      </w:r>
    </w:p>
    <w:p>
      <w:pPr>
        <w:jc w:val="right"/>
      </w:pPr>
      <w:r>
        <w:t>کریٹیوٹی از انوالوڈ۔</w:t>
      </w:r>
    </w:p>
    <w:p>
      <w:r>
        <w:rPr>
          <w:b/>
        </w:rPr>
        <w:t xml:space="preserve">[14:21] </w:t>
      </w:r>
      <w:r>
        <w:t>Creativity is outcome of of difficulties.</w:t>
      </w:r>
    </w:p>
    <w:p>
      <w:pPr>
        <w:jc w:val="right"/>
      </w:pPr>
      <w:r>
        <w:t>کریٹیوٹی از اؤٹ کم اف اف ڈیفیکلٹیز۔</w:t>
      </w:r>
    </w:p>
    <w:p>
      <w:r>
        <w:rPr>
          <w:b/>
        </w:rPr>
        <w:t xml:space="preserve">[14:24] </w:t>
      </w:r>
      <w:r>
        <w:t>Creativity is outcome of difficulties.</w:t>
      </w:r>
    </w:p>
    <w:p>
      <w:pPr>
        <w:jc w:val="right"/>
      </w:pPr>
      <w:r>
        <w:t>کریٹیوٹی از اؤٹ کم اف ڈیفیکلٹیز۔</w:t>
      </w:r>
    </w:p>
    <w:p>
      <w:r>
        <w:rPr>
          <w:b/>
        </w:rPr>
        <w:t xml:space="preserve">[14:26] </w:t>
      </w:r>
      <w:r>
        <w:t>Without difficulties, there is no creativity.</w:t>
      </w:r>
    </w:p>
    <w:p>
      <w:pPr>
        <w:jc w:val="right"/>
      </w:pPr>
      <w:r>
        <w:t>وداؤٹ ڈیفیکلٹیز، دیر از نو کریٹیوٹی۔</w:t>
      </w:r>
    </w:p>
    <w:p>
      <w:r>
        <w:rPr>
          <w:b/>
        </w:rPr>
        <w:t xml:space="preserve">[14:29] </w:t>
      </w:r>
      <w:r>
        <w:t>There is a very good saying.</w:t>
      </w:r>
    </w:p>
    <w:p>
      <w:pPr>
        <w:jc w:val="right"/>
      </w:pPr>
      <w:r>
        <w:t>دیر از ا ویری گڈ سینگ۔</w:t>
      </w:r>
    </w:p>
    <w:p>
      <w:r>
        <w:rPr>
          <w:b/>
        </w:rPr>
        <w:t xml:space="preserve">[14:31] </w:t>
      </w:r>
      <w:r>
        <w:t>Some philosophers have said rightly that it is not ease.</w:t>
      </w:r>
    </w:p>
    <w:p>
      <w:pPr>
        <w:jc w:val="right"/>
      </w:pPr>
      <w:r>
        <w:t>سم فلاسفرز ہیو سیڈ رائٹلی دیٹ اٹ از ناٹ ایز۔</w:t>
      </w:r>
    </w:p>
    <w:p>
      <w:r>
        <w:rPr>
          <w:b/>
        </w:rPr>
        <w:t xml:space="preserve">[14:36] </w:t>
      </w:r>
      <w:r>
        <w:t>It is not ease, but effort.</w:t>
      </w:r>
    </w:p>
    <w:p>
      <w:pPr>
        <w:jc w:val="right"/>
      </w:pPr>
      <w:r>
        <w:t>اٹ از ناٹ ایز، بٹ ایفرٹ۔</w:t>
      </w:r>
    </w:p>
    <w:p>
      <w:r>
        <w:rPr>
          <w:b/>
        </w:rPr>
        <w:t xml:space="preserve">[14:38] </w:t>
      </w:r>
      <w:r>
        <w:t>not facility, but difficulty.</w:t>
      </w:r>
    </w:p>
    <w:p>
      <w:pPr>
        <w:jc w:val="right"/>
      </w:pPr>
      <w:r>
        <w:t>ناٹ فیسلیٹی، بٹ ڈیفیکلٹی۔</w:t>
      </w:r>
    </w:p>
    <w:p>
      <w:r>
        <w:rPr>
          <w:b/>
        </w:rPr>
        <w:t xml:space="preserve">[14:40] </w:t>
      </w:r>
      <w:r>
        <w:t>That makes man.</w:t>
      </w:r>
    </w:p>
    <w:p>
      <w:pPr>
        <w:jc w:val="right"/>
      </w:pPr>
      <w:r>
        <w:t>دیٹ میکس مین۔</w:t>
      </w:r>
    </w:p>
    <w:p>
      <w:r>
        <w:rPr>
          <w:b/>
        </w:rPr>
        <w:t xml:space="preserve">[14:41] </w:t>
      </w:r>
      <w:r>
        <w:t>It is not ease, but effort.</w:t>
      </w:r>
    </w:p>
    <w:p>
      <w:pPr>
        <w:jc w:val="right"/>
      </w:pPr>
      <w:r>
        <w:t>اٹ از ناٹ ایز، بٹ ایفرٹ۔</w:t>
      </w:r>
    </w:p>
    <w:p>
      <w:r>
        <w:rPr>
          <w:b/>
        </w:rPr>
        <w:t xml:space="preserve">[14:44] </w:t>
      </w:r>
      <w:r>
        <w:t>not facility, but difficulty.</w:t>
      </w:r>
    </w:p>
    <w:p>
      <w:pPr>
        <w:jc w:val="right"/>
      </w:pPr>
      <w:r>
        <w:t>ناٹ فیسلیٹی، بٹ ڈیفیکلٹی۔</w:t>
      </w:r>
    </w:p>
    <w:p>
      <w:r>
        <w:rPr>
          <w:b/>
        </w:rPr>
        <w:t xml:space="preserve">[14:46] </w:t>
      </w:r>
      <w:r>
        <w:t>That makes man.</w:t>
      </w:r>
    </w:p>
    <w:p>
      <w:pPr>
        <w:jc w:val="right"/>
      </w:pPr>
      <w:r>
        <w:t>دیٹ میکس مین۔</w:t>
      </w:r>
    </w:p>
    <w:p>
      <w:r>
        <w:rPr>
          <w:b/>
        </w:rPr>
        <w:t xml:space="preserve">[14:47] </w:t>
      </w:r>
      <w:r>
        <w:t>And it is a fact.</w:t>
      </w:r>
    </w:p>
    <w:p>
      <w:pPr>
        <w:jc w:val="right"/>
      </w:pPr>
      <w:r>
        <w:t>اینڈ اٹ از ا فیکٹ۔</w:t>
      </w:r>
    </w:p>
    <w:p>
      <w:r>
        <w:rPr>
          <w:b/>
        </w:rPr>
        <w:t xml:space="preserve">[14:49] </w:t>
      </w:r>
      <w:r>
        <w:t>Difficulty makes a man superman.</w:t>
      </w:r>
    </w:p>
    <w:p>
      <w:pPr>
        <w:jc w:val="right"/>
      </w:pPr>
      <w:r>
        <w:t>ڈیفیکلٹی میکس ان میکس ا مین سپر مین۔</w:t>
      </w:r>
    </w:p>
    <w:p>
      <w:r>
        <w:rPr>
          <w:b/>
        </w:rPr>
        <w:t xml:space="preserve">[14:53] </w:t>
      </w:r>
      <w:r>
        <w:t>Difficulty and problem makes a man superman.</w:t>
      </w:r>
    </w:p>
    <w:p>
      <w:pPr>
        <w:jc w:val="right"/>
      </w:pPr>
      <w:r>
        <w:t>ڈیفیکلٹی اینڈ پرابلم میکس ا مین سپر مین۔</w:t>
      </w:r>
    </w:p>
    <w:p>
      <w:r>
        <w:rPr>
          <w:b/>
        </w:rPr>
        <w:t xml:space="preserve">[14:56] </w:t>
      </w:r>
      <w:r>
        <w:t>So you have to understand that all these difficulties, all these problems, including suffering, are method of nature.</w:t>
      </w:r>
    </w:p>
    <w:p>
      <w:pPr>
        <w:jc w:val="right"/>
      </w:pPr>
      <w:r>
        <w:t>سو یو ہیو ٹو انڈرسٹینڈ دیٹ ال دیز ڈیفیکلٹیز، ال دیز پرابلمز، انکلوڈنگ سفرنگ، ار میتھڈ اف نیچر۔</w:t>
      </w:r>
    </w:p>
    <w:p>
      <w:r>
        <w:rPr>
          <w:b/>
        </w:rPr>
        <w:t xml:space="preserve">[15:04] </w:t>
      </w:r>
      <w:r>
        <w:t>It is not evil.</w:t>
      </w:r>
    </w:p>
    <w:p>
      <w:pPr>
        <w:jc w:val="right"/>
      </w:pPr>
      <w:r>
        <w:t>اٹ از ناٹ ایول۔</w:t>
      </w:r>
    </w:p>
    <w:p>
      <w:r>
        <w:rPr>
          <w:b/>
        </w:rPr>
        <w:t xml:space="preserve">[15:06] </w:t>
      </w:r>
      <w:r>
        <w:t>So there is no alternative, no substitute.</w:t>
      </w:r>
    </w:p>
    <w:p>
      <w:pPr>
        <w:jc w:val="right"/>
      </w:pPr>
      <w:r>
        <w:t>سو دیر از نو الٹرنیٹو، نو سبسٹیٹیوٹ۔</w:t>
      </w:r>
    </w:p>
    <w:p>
      <w:r>
        <w:rPr>
          <w:b/>
        </w:rPr>
        <w:t xml:space="preserve">[15:09] </w:t>
      </w:r>
      <w:r>
        <w:t>We have to follow the creation plan of the creator.</w:t>
      </w:r>
    </w:p>
    <w:p>
      <w:pPr>
        <w:jc w:val="right"/>
      </w:pPr>
      <w:r>
        <w:t>وی ہیو ٹو فالو دا کریشن پلان اف دا کریٹر۔</w:t>
      </w:r>
    </w:p>
    <w:p>
      <w:r>
        <w:rPr>
          <w:b/>
        </w:rPr>
        <w:t xml:space="preserve">[15:13] </w:t>
      </w:r>
      <w:r>
        <w:t>We cannot produce another world.</w:t>
      </w:r>
    </w:p>
    <w:p>
      <w:pPr>
        <w:jc w:val="right"/>
      </w:pPr>
      <w:r>
        <w:t>وی کین ناٹ پروڈیوس انادر ورلڈ۔</w:t>
      </w:r>
    </w:p>
    <w:p>
      <w:r>
        <w:rPr>
          <w:b/>
        </w:rPr>
        <w:t xml:space="preserve">[15:16] </w:t>
      </w:r>
      <w:r>
        <w:t>It is not possible for us.</w:t>
      </w:r>
    </w:p>
    <w:p>
      <w:pPr>
        <w:jc w:val="right"/>
      </w:pPr>
      <w:r>
        <w:t>اٹ از ناٹ پاسیبل فار اس۔</w:t>
      </w:r>
    </w:p>
    <w:p>
      <w:r>
        <w:rPr>
          <w:b/>
        </w:rPr>
        <w:t xml:space="preserve">[15:18] </w:t>
      </w:r>
      <w:r>
        <w:t>We are creature and not creator.</w:t>
      </w:r>
    </w:p>
    <w:p>
      <w:pPr>
        <w:jc w:val="right"/>
      </w:pPr>
      <w:r>
        <w:t>وی ار کریچر اینڈ ناٹ کریٹر۔</w:t>
      </w:r>
    </w:p>
    <w:p>
      <w:r>
        <w:rPr>
          <w:b/>
        </w:rPr>
        <w:t xml:space="preserve">[15:21] </w:t>
      </w:r>
      <w:r>
        <w:t>So we have to adjust with this method.</w:t>
      </w:r>
    </w:p>
    <w:p>
      <w:pPr>
        <w:jc w:val="right"/>
      </w:pPr>
      <w:r>
        <w:t>سو وی ہیو ٹو ایڈجسٹ ود دس میتھڈ۔</w:t>
      </w:r>
    </w:p>
    <w:p>
      <w:r>
        <w:rPr>
          <w:b/>
        </w:rPr>
        <w:t xml:space="preserve">[15:24] </w:t>
      </w:r>
      <w:r>
        <w:t>We have to adjust, adjust with this law of nature.</w:t>
      </w:r>
    </w:p>
    <w:p>
      <w:pPr>
        <w:jc w:val="right"/>
      </w:pPr>
      <w:r>
        <w:t>وی ہیو ٹو ایڈجسٹ، ایڈجسٹ ود دس لا اف نیچر۔</w:t>
      </w:r>
    </w:p>
    <w:p>
      <w:r>
        <w:rPr>
          <w:b/>
        </w:rPr>
        <w:t xml:space="preserve">[15:28] </w:t>
      </w:r>
      <w:r>
        <w:t>If you want to turn our potential into actual, we have to adjust with this, with this system.</w:t>
      </w:r>
    </w:p>
    <w:p>
      <w:pPr>
        <w:jc w:val="right"/>
      </w:pPr>
      <w:r>
        <w:t>اف یو وانٹ ٹو ٹرن اور پوٹینشل انٹو ایکچول، وی ہیو ٹو ایڈجسٹ ود دس، ود دس سسٹم۔</w:t>
      </w:r>
    </w:p>
    <w:p>
      <w:r>
        <w:rPr>
          <w:b/>
        </w:rPr>
        <w:t xml:space="preserve">[15:36] </w:t>
      </w:r>
      <w:r>
        <w:t>You know, everyone was born as a superhuman being.</w:t>
      </w:r>
    </w:p>
    <w:p>
      <w:pPr>
        <w:jc w:val="right"/>
      </w:pPr>
      <w:r>
        <w:t>یو نو، ایوری ون واز بورن ایز ا سپر ہیومن بینگ۔</w:t>
      </w:r>
    </w:p>
    <w:p>
      <w:r>
        <w:rPr>
          <w:b/>
        </w:rPr>
        <w:t xml:space="preserve">[15:41] </w:t>
      </w:r>
      <w:r>
        <w:t>Everyone has a mind.</w:t>
      </w:r>
    </w:p>
    <w:p>
      <w:pPr>
        <w:jc w:val="right"/>
      </w:pPr>
      <w:r>
        <w:t>ایوری ون ہیز ا مائنڈ۔</w:t>
      </w:r>
    </w:p>
    <w:p>
      <w:r>
        <w:rPr>
          <w:b/>
        </w:rPr>
        <w:t xml:space="preserve">[15:43] </w:t>
      </w:r>
      <w:r>
        <w:t>You know, mind is a mind, has great, great potentials.</w:t>
      </w:r>
    </w:p>
    <w:p>
      <w:pPr>
        <w:jc w:val="right"/>
      </w:pPr>
      <w:r>
        <w:t>یو نو، مائنڈ از ا مائنڈ، ہیز گریٹ، گریٹ پوٹینشلز۔</w:t>
      </w:r>
    </w:p>
    <w:p>
      <w:r>
        <w:rPr>
          <w:b/>
        </w:rPr>
        <w:t xml:space="preserve">[15:47] </w:t>
      </w:r>
      <w:r>
        <w:t>Every individual mind is a miracle.</w:t>
      </w:r>
    </w:p>
    <w:p>
      <w:pPr>
        <w:jc w:val="right"/>
      </w:pPr>
      <w:r>
        <w:t>ایوری انڈیویجول مائنڈ از ا میریکل۔</w:t>
      </w:r>
    </w:p>
    <w:p>
      <w:r>
        <w:rPr>
          <w:b/>
        </w:rPr>
        <w:t xml:space="preserve">[15:50] </w:t>
      </w:r>
      <w:r>
        <w:t>Every individual mind has enormous potentials.</w:t>
      </w:r>
    </w:p>
    <w:p>
      <w:pPr>
        <w:jc w:val="right"/>
      </w:pPr>
      <w:r>
        <w:t>ایوری انڈیویجول مائنڈ ہیز ا انارمس پوٹینشلز۔</w:t>
      </w:r>
    </w:p>
    <w:p>
      <w:r>
        <w:rPr>
          <w:b/>
        </w:rPr>
        <w:t xml:space="preserve">[15:53] </w:t>
      </w:r>
      <w:r>
        <w:t>But all these potentials are in dormant position.</w:t>
      </w:r>
    </w:p>
    <w:p>
      <w:pPr>
        <w:jc w:val="right"/>
      </w:pPr>
      <w:r>
        <w:t>بٹ ال دیز پوٹینشلز ار ان ڈارمنٹ پوزیشن۔</w:t>
      </w:r>
    </w:p>
    <w:p>
      <w:r>
        <w:rPr>
          <w:b/>
        </w:rPr>
        <w:t xml:space="preserve">[15:56] </w:t>
      </w:r>
      <w:r>
        <w:t>It is our duty to turn this potential into actual.</w:t>
      </w:r>
    </w:p>
    <w:p>
      <w:pPr>
        <w:jc w:val="right"/>
      </w:pPr>
      <w:r>
        <w:t>اٹ از اور ڈیوٹی ٹو ٹرن دس پوٹینشل انٹو ایکچول۔</w:t>
      </w:r>
    </w:p>
    <w:p>
      <w:r>
        <w:rPr>
          <w:b/>
        </w:rPr>
        <w:t xml:space="preserve">[16:01] </w:t>
      </w:r>
      <w:r>
        <w:t>So everyone was born as a superhuman being, but as a or.</w:t>
      </w:r>
    </w:p>
    <w:p>
      <w:pPr>
        <w:jc w:val="right"/>
      </w:pPr>
      <w:r>
        <w:t>سو ایوری ون واز بورن ایز ا سپر ہیومن بینگ، بٹ ایز ا اور۔</w:t>
      </w:r>
    </w:p>
    <w:p>
      <w:r>
        <w:rPr>
          <w:b/>
        </w:rPr>
        <w:t xml:space="preserve">[16:07] </w:t>
      </w:r>
      <w:r>
        <w:t>We have to discover this, our, this potential qualities, and we have to turn this quality into actual.</w:t>
      </w:r>
    </w:p>
    <w:p>
      <w:pPr>
        <w:jc w:val="right"/>
      </w:pPr>
      <w:r>
        <w:t>وی ہیو ٹو ڈسکور دس اور، دس پوٹینشل کوالٹیز، اینڈ وی ہیو ٹو ٹرن دس کوالٹی انٹو ایکچول۔</w:t>
      </w:r>
    </w:p>
    <w:p>
      <w:r>
        <w:rPr>
          <w:b/>
        </w:rPr>
        <w:t xml:space="preserve">[16:14] </w:t>
      </w:r>
      <w:r>
        <w:t>So don't go to complain, don't go to protest, don't blame the nature.</w:t>
      </w:r>
    </w:p>
    <w:p>
      <w:pPr>
        <w:jc w:val="right"/>
      </w:pPr>
      <w:r>
        <w:t>سو ڈونٹ گو ٹو کمپلین، ڈونٹ گو ٹو پروٹیسٹ، ڈونٹ بلیم دی نیچر۔</w:t>
      </w:r>
    </w:p>
    <w:p>
      <w:r>
        <w:rPr>
          <w:b/>
        </w:rPr>
        <w:t xml:space="preserve">[16:20] </w:t>
      </w:r>
      <w:r>
        <w:t>Don't blame the nature, don't blame the creator, don't blame God, but understand the scheme of God.</w:t>
      </w:r>
    </w:p>
    <w:p>
      <w:pPr>
        <w:jc w:val="right"/>
      </w:pPr>
      <w:r>
        <w:t>ڈونٹ بلیم دا نیچر، ڈونٹ بلیم دی کریٹر، ڈونٹ بلیم گاڈ، بٹ انڈرسٹینڈ دا اسکیم اف گاڈ۔</w:t>
      </w:r>
    </w:p>
    <w:p>
      <w:r>
        <w:rPr>
          <w:b/>
        </w:rPr>
        <w:t xml:space="preserve">[16:27] </w:t>
      </w:r>
      <w:r>
        <w:t>Don't blame God Almighty.</w:t>
      </w:r>
    </w:p>
    <w:p>
      <w:pPr>
        <w:jc w:val="right"/>
      </w:pPr>
      <w:r>
        <w:t>ڈونٹ بلیم گاڈ المائٹی۔</w:t>
      </w:r>
    </w:p>
    <w:p>
      <w:r>
        <w:rPr>
          <w:b/>
        </w:rPr>
        <w:t xml:space="preserve">[16:29] </w:t>
      </w:r>
      <w:r>
        <w:t>Don't blame the creator, but try to understand what is the plan of the creator, what is the</w:t>
      </w:r>
    </w:p>
    <w:p>
      <w:pPr>
        <w:jc w:val="right"/>
      </w:pPr>
      <w:r>
        <w:t>ڈونٹ بلیم دا کریٹر، بٹ ٹرائی ٹو انڈرسٹینڈ واٹ از دا پلان اف دا کریٹر، واٹ از دا</w:t>
      </w:r>
    </w:p>
    <w:p>
      <w:r>
        <w:rPr>
          <w:b/>
        </w:rPr>
        <w:t xml:space="preserve">[16:37] </w:t>
      </w:r>
      <w:r>
        <w:t>method of nature.</w:t>
      </w:r>
    </w:p>
    <w:p>
      <w:pPr>
        <w:jc w:val="right"/>
      </w:pPr>
      <w:r>
        <w:t>میتھڈ اف نیچر۔</w:t>
      </w:r>
    </w:p>
    <w:p>
      <w:r>
        <w:rPr>
          <w:b/>
        </w:rPr>
        <w:t xml:space="preserve">[16:38] </w:t>
      </w:r>
      <w:r>
        <w:t>By following this method, we can achieve everything.</w:t>
      </w:r>
    </w:p>
    <w:p>
      <w:pPr>
        <w:jc w:val="right"/>
      </w:pPr>
      <w:r>
        <w:t>بائی فالونگ دس میتھڈ، وی کین اچیو ایوری تھنگ۔</w:t>
      </w:r>
    </w:p>
    <w:p>
      <w:r>
        <w:rPr>
          <w:b/>
        </w:rPr>
        <w:t xml:space="preserve">[16:42] </w:t>
      </w:r>
      <w:r>
        <w:t>According to my belief, according to my experience, everyone is born as a super achiever.</w:t>
      </w:r>
    </w:p>
    <w:p>
      <w:pPr>
        <w:jc w:val="right"/>
      </w:pPr>
      <w:r>
        <w:t>اکارڈنگ ٹو مائی بیلیف، اکارڈنگ ٹو مائی ایکسپیرینس، ایوری ون از بورن ایز ا سپر اچیور۔</w:t>
      </w:r>
    </w:p>
    <w:p>
      <w:r>
        <w:rPr>
          <w:b/>
        </w:rPr>
        <w:t xml:space="preserve">[16:49] </w:t>
      </w:r>
      <w:r>
        <w:t>Potentially, everyone is a super achiever.</w:t>
      </w:r>
    </w:p>
    <w:p>
      <w:pPr>
        <w:jc w:val="right"/>
      </w:pPr>
      <w:r>
        <w:t>پوٹینشلی، ایوری ون از ا سپر اچیور۔</w:t>
      </w:r>
    </w:p>
    <w:p>
      <w:r>
        <w:rPr>
          <w:b/>
        </w:rPr>
        <w:t xml:space="preserve">[16:52] </w:t>
      </w:r>
      <w:r>
        <w:t>Potentially, everyone is a super achiever.</w:t>
      </w:r>
    </w:p>
    <w:p>
      <w:pPr>
        <w:jc w:val="right"/>
      </w:pPr>
      <w:r>
        <w:t>پوٹینشلی، ایوری ون از ا سپر اچیور۔</w:t>
      </w:r>
    </w:p>
    <w:p>
      <w:r>
        <w:rPr>
          <w:b/>
        </w:rPr>
        <w:t xml:space="preserve">[16:55] </w:t>
      </w:r>
      <w:r>
        <w:t>But how to turn this potential into actual? By effort, by understanding, by adjustment.</w:t>
      </w:r>
    </w:p>
    <w:p>
      <w:pPr>
        <w:jc w:val="right"/>
      </w:pPr>
      <w:r>
        <w:t>بٹ ہاؤ ٹو ٹرن دس پوٹینشل انٹو ایکچول؟ بائی ایفرٹ، بائی انڈرسٹینڈنگ، بائی ایڈجسٹمنٹ۔</w:t>
      </w:r>
    </w:p>
    <w:p>
      <w:r>
        <w:rPr>
          <w:b/>
        </w:rPr>
        <w:t xml:space="preserve">[17:01] </w:t>
      </w:r>
      <w:r>
        <w:t>Complaint is meaningless.</w:t>
      </w:r>
    </w:p>
    <w:p>
      <w:pPr>
        <w:jc w:val="right"/>
      </w:pPr>
      <w:r>
        <w:t>کمپلین از میننگ لیس۔</w:t>
      </w:r>
    </w:p>
    <w:p>
      <w:r>
        <w:rPr>
          <w:b/>
        </w:rPr>
        <w:t xml:space="preserve">[17:02] </w:t>
      </w:r>
      <w:r>
        <w:t>People generally complain, protest, but worthless.</w:t>
      </w:r>
    </w:p>
    <w:p>
      <w:pPr>
        <w:jc w:val="right"/>
      </w:pPr>
      <w:r>
        <w:t>پیپل جنرلی کمپلین، پروٹیسٹ، بٹ ورتھ لیس۔</w:t>
      </w:r>
    </w:p>
    <w:p>
      <w:r>
        <w:rPr>
          <w:b/>
        </w:rPr>
        <w:t xml:space="preserve">[17:05] </w:t>
      </w:r>
      <w:r>
        <w:t>We have no choice other than to understand the creation plan of God.</w:t>
      </w:r>
    </w:p>
    <w:p>
      <w:pPr>
        <w:jc w:val="right"/>
      </w:pPr>
      <w:r>
        <w:t>وی ہیو نو چوائس ادر دین ٹو انڈرسٹینڈ دا کریشن پلان اف گاڈ۔</w:t>
      </w:r>
    </w:p>
    <w:p>
      <w:r>
        <w:rPr>
          <w:b/>
        </w:rPr>
        <w:t xml:space="preserve">[17:11] </w:t>
      </w:r>
      <w:r>
        <w:t>Complaint and protest is not a choice.</w:t>
      </w:r>
    </w:p>
    <w:p>
      <w:pPr>
        <w:jc w:val="right"/>
      </w:pPr>
      <w:r>
        <w:t>کمپلین اینڈ پروٹیسٹ از ناٹ ا چوائس۔</w:t>
      </w:r>
    </w:p>
    <w:p>
      <w:r>
        <w:rPr>
          <w:b/>
        </w:rPr>
        <w:t xml:space="preserve">[17:14] </w:t>
      </w:r>
      <w:r>
        <w:t>It is futile.</w:t>
      </w:r>
    </w:p>
    <w:p>
      <w:pPr>
        <w:jc w:val="right"/>
      </w:pPr>
      <w:r>
        <w:t>اٹ از فوٹائل۔</w:t>
      </w:r>
    </w:p>
    <w:p>
      <w:r>
        <w:rPr>
          <w:b/>
        </w:rPr>
        <w:t xml:space="preserve">[17:16] </w:t>
      </w:r>
      <w:r>
        <w:t>No, no scientist complained that creator created or, but not machines.</w:t>
      </w:r>
    </w:p>
    <w:p>
      <w:pPr>
        <w:jc w:val="right"/>
      </w:pPr>
      <w:r>
        <w:t>نو، نو سائنٹسٹ کمپلین دیٹ کریٹر کریٹڈ اور، بٹ ناٹ مشینز۔</w:t>
      </w:r>
    </w:p>
    <w:p>
      <w:r>
        <w:rPr>
          <w:b/>
        </w:rPr>
        <w:t xml:space="preserve">[17:20] </w:t>
      </w:r>
      <w:r>
        <w:t>No such science scientist you can find everywhere who engage in complain why creator created or, but</w:t>
      </w:r>
    </w:p>
    <w:p>
      <w:pPr>
        <w:jc w:val="right"/>
      </w:pPr>
      <w:r>
        <w:t>نو سچ سائنس سائنٹسٹ یو کین فائنڈ ایوری ویر ہو انگیج ان کمپلین وائی کریٹر کریٹڈ اور، بٹ</w:t>
      </w:r>
    </w:p>
    <w:p>
      <w:r>
        <w:rPr>
          <w:b/>
        </w:rPr>
        <w:t xml:space="preserve">[17:28] </w:t>
      </w:r>
      <w:r>
        <w:t>are not machine.</w:t>
      </w:r>
    </w:p>
    <w:p>
      <w:pPr>
        <w:jc w:val="right"/>
      </w:pPr>
      <w:r>
        <w:t>ار ناٹ مشین۔</w:t>
      </w:r>
    </w:p>
    <w:p>
      <w:r>
        <w:rPr>
          <w:b/>
        </w:rPr>
        <w:t xml:space="preserve">[17:29] </w:t>
      </w:r>
      <w:r>
        <w:t>No, he takes all as in potential.</w:t>
      </w:r>
    </w:p>
    <w:p>
      <w:pPr>
        <w:jc w:val="right"/>
      </w:pPr>
      <w:r>
        <w:t>نو، ہی ٹیکس اور ایز ان پوٹینشل۔</w:t>
      </w:r>
    </w:p>
    <w:p>
      <w:r>
        <w:rPr>
          <w:b/>
        </w:rPr>
        <w:t xml:space="preserve">[17:32] </w:t>
      </w:r>
      <w:r>
        <w:t>So is the case of human being.</w:t>
      </w:r>
    </w:p>
    <w:p>
      <w:pPr>
        <w:jc w:val="right"/>
      </w:pPr>
      <w:r>
        <w:t>سو از دا کیس اف ہیومن بینگ۔</w:t>
      </w:r>
    </w:p>
    <w:p>
      <w:r>
        <w:rPr>
          <w:b/>
        </w:rPr>
        <w:t xml:space="preserve">[17:35] </w:t>
      </w:r>
      <w:r>
        <w:t>Why complain? Why protest? Every human being, every individual has enormous qualities, enormous potential.</w:t>
      </w:r>
    </w:p>
    <w:p>
      <w:pPr>
        <w:jc w:val="right"/>
      </w:pPr>
      <w:r>
        <w:t>وائی کمپلین؟ وائی پروٹیسٹ؟ ایوری ہیومن بینگ، ایوری انڈیویجول ہیز انارمس کوالٹیز، انارمس پوٹینشل۔</w:t>
      </w:r>
    </w:p>
    <w:p>
      <w:r>
        <w:rPr>
          <w:b/>
        </w:rPr>
        <w:t xml:space="preserve">[17:41] </w:t>
      </w:r>
      <w:r>
        <w:t>So, discover this, this potential.</w:t>
      </w:r>
    </w:p>
    <w:p>
      <w:pPr>
        <w:jc w:val="right"/>
      </w:pPr>
      <w:r>
        <w:t>سو ڈسکور دس، دس پوٹینشل۔</w:t>
      </w:r>
    </w:p>
    <w:p>
      <w:r>
        <w:rPr>
          <w:b/>
        </w:rPr>
        <w:t xml:space="preserve">[17:44] </w:t>
      </w:r>
      <w:r>
        <w:t>Even so-called disabled persons have enormous qualities.</w:t>
      </w:r>
    </w:p>
    <w:p>
      <w:pPr>
        <w:jc w:val="right"/>
      </w:pPr>
      <w:r>
        <w:t>ایون سو کالڈ ڈس ایبل پرسن ہیو انارمس کوالٹیز۔</w:t>
      </w:r>
    </w:p>
    <w:p>
      <w:r>
        <w:rPr>
          <w:b/>
        </w:rPr>
        <w:t xml:space="preserve">[17:47] </w:t>
      </w:r>
      <w:r>
        <w:t>There are, there are ample examples in history.</w:t>
      </w:r>
    </w:p>
    <w:p>
      <w:pPr>
        <w:jc w:val="right"/>
      </w:pPr>
      <w:r>
        <w:t>دیر ار، دیر ار ایمپل ایگزامپل ان ہسٹری۔</w:t>
      </w:r>
    </w:p>
    <w:p>
      <w:r>
        <w:rPr>
          <w:b/>
        </w:rPr>
        <w:t xml:space="preserve">[17:51] </w:t>
      </w:r>
      <w:r>
        <w:t>Some examples are well known, and some others are not so well known, but there are.</w:t>
      </w:r>
    </w:p>
    <w:p>
      <w:pPr>
        <w:jc w:val="right"/>
      </w:pPr>
      <w:r>
        <w:t>سم ایگزیمپلز ار ویل نون، اینڈ سم ادرز ار ناٹ سو ویل نون، بٹ دیر ار۔</w:t>
      </w:r>
    </w:p>
    <w:p>
      <w:r>
        <w:rPr>
          <w:b/>
        </w:rPr>
        <w:t xml:space="preserve">[17:58] </w:t>
      </w:r>
      <w:r>
        <w:t>In every city, in every village, you can find such examples.</w:t>
      </w:r>
    </w:p>
    <w:p>
      <w:pPr>
        <w:jc w:val="right"/>
      </w:pPr>
      <w:r>
        <w:t>ان ایوری سٹی، ان ایوری ولیج، یو کین فائنڈ سچ ایگزامپلز۔</w:t>
      </w:r>
    </w:p>
    <w:p>
      <w:r>
        <w:rPr>
          <w:b/>
        </w:rPr>
        <w:t xml:space="preserve">[18:02] </w:t>
      </w:r>
      <w:r>
        <w:t>I think that Braille and Helen Keller and Edison were not, were not exceptions.</w:t>
      </w:r>
    </w:p>
    <w:p>
      <w:pPr>
        <w:jc w:val="right"/>
      </w:pPr>
      <w:r>
        <w:t>ائی تھنک دیٹ بریل اینڈ ہیلن کلر اینڈ ایڈیسن ویر ناٹ، ویر ناٹ ایکسیپشنز۔</w:t>
      </w:r>
    </w:p>
    <w:p>
      <w:r>
        <w:rPr>
          <w:b/>
        </w:rPr>
        <w:t xml:space="preserve">[18:08] </w:t>
      </w:r>
      <w:r>
        <w:t>There are so many Helen Kellers, so many Brailles, so many Edisons.</w:t>
      </w:r>
    </w:p>
    <w:p>
      <w:pPr>
        <w:jc w:val="right"/>
      </w:pPr>
      <w:r>
        <w:t>دیر ار سو مینی ہیلن کلرز، سو مینی بریلز، سو مینی ایڈیسنز۔</w:t>
      </w:r>
    </w:p>
    <w:p>
      <w:r>
        <w:rPr>
          <w:b/>
        </w:rPr>
        <w:t xml:space="preserve">[18:14] </w:t>
      </w:r>
      <w:r>
        <w:t>But some, but these people are well known.</w:t>
      </w:r>
    </w:p>
    <w:p>
      <w:pPr>
        <w:jc w:val="right"/>
      </w:pPr>
      <w:r>
        <w:t>بٹ سم، بٹ دیز پیپل ار ویل نون۔</w:t>
      </w:r>
    </w:p>
    <w:p>
      <w:r>
        <w:rPr>
          <w:b/>
        </w:rPr>
        <w:t xml:space="preserve">[18:17] </w:t>
      </w:r>
      <w:r>
        <w:t>They became, they were recorded in history.</w:t>
      </w:r>
    </w:p>
    <w:p>
      <w:pPr>
        <w:jc w:val="right"/>
      </w:pPr>
      <w:r>
        <w:t>دے بیکم، دے ویر ریکارڈڈ ان ہسٹری۔</w:t>
      </w:r>
    </w:p>
    <w:p>
      <w:r>
        <w:rPr>
          <w:b/>
        </w:rPr>
        <w:t xml:space="preserve">[18:20] </w:t>
      </w:r>
      <w:r>
        <w:t>But there are so many persons who did great job, although they are not, they were not recorded</w:t>
      </w:r>
    </w:p>
    <w:p>
      <w:pPr>
        <w:jc w:val="right"/>
      </w:pPr>
      <w:r>
        <w:t>بٹ دیر ار سو مینی پرسنز ہو ڈیڈ گریٹ جاب، الدو دے ار ناٹ، دے ویر ناٹ ریکارڈڈ</w:t>
      </w:r>
    </w:p>
    <w:p>
      <w:r>
        <w:rPr>
          <w:b/>
        </w:rPr>
        <w:t xml:space="preserve">[18:28] </w:t>
      </w:r>
      <w:r>
        <w:t>In history.</w:t>
      </w:r>
    </w:p>
    <w:p>
      <w:pPr>
        <w:jc w:val="right"/>
      </w:pPr>
      <w:r>
        <w:t>ان ہسٹری۔</w:t>
      </w:r>
    </w:p>
    <w:p>
      <w:r>
        <w:rPr>
          <w:b/>
        </w:rPr>
        <w:t xml:space="preserve">[18:29] </w:t>
      </w:r>
      <w:r>
        <w:t>I personally know many persons, men and women, both, who were not recorded in history.</w:t>
      </w:r>
    </w:p>
    <w:p>
      <w:pPr>
        <w:jc w:val="right"/>
      </w:pPr>
      <w:r>
        <w:t>ائی پرسنلی نو مینی پرسنز، مین اینڈ وومن، بوتھ ہو ویر ناٹ ریکارڈڈ ان ہسٹری۔</w:t>
      </w:r>
    </w:p>
    <w:p>
      <w:r>
        <w:rPr>
          <w:b/>
        </w:rPr>
        <w:t xml:space="preserve">[18:36] </w:t>
      </w:r>
      <w:r>
        <w:t>They are not well known, but I know personally, although they were born in difficult situation.</w:t>
      </w:r>
    </w:p>
    <w:p>
      <w:pPr>
        <w:jc w:val="right"/>
      </w:pPr>
      <w:r>
        <w:t>دے ار ناٹ ویل نون، بٹ ائی نو پرسنلی، الدو دے ویر بورن ان ڈیفیکلٹ سچویشن۔</w:t>
      </w:r>
    </w:p>
    <w:p>
      <w:r>
        <w:rPr>
          <w:b/>
        </w:rPr>
        <w:t xml:space="preserve">[18:43] </w:t>
      </w:r>
      <w:r>
        <w:t>They were born as a disabled person, but they did great job in their family, in their</w:t>
      </w:r>
    </w:p>
    <w:p>
      <w:pPr>
        <w:jc w:val="right"/>
      </w:pPr>
      <w:r>
        <w:t>دے ویر بورن ایز ا ڈس ایبل پرسن، بٹ دے ڈیڈ گریٹ جاب ان دیر فیملی، ان دیر</w:t>
      </w:r>
    </w:p>
    <w:p>
      <w:r>
        <w:rPr>
          <w:b/>
        </w:rPr>
        <w:t xml:space="preserve">[18:50] </w:t>
      </w:r>
      <w:r>
        <w:t>society, in their institutions.</w:t>
      </w:r>
    </w:p>
    <w:p>
      <w:pPr>
        <w:jc w:val="right"/>
      </w:pPr>
      <w:r>
        <w:t>سوسائٹی، ان دیر انسٹیٹیوشنز۔</w:t>
      </w:r>
    </w:p>
    <w:p>
      <w:r>
        <w:rPr>
          <w:b/>
        </w:rPr>
        <w:t xml:space="preserve">[18:52] </w:t>
      </w:r>
      <w:r>
        <w:t>So I can say that the first thing we lack is understanding.</w:t>
      </w:r>
    </w:p>
    <w:p>
      <w:pPr>
        <w:jc w:val="right"/>
      </w:pPr>
      <w:r>
        <w:t>سو ائی کین سے دیٹ دا فرسٹ تھنگ وی لیک از انڈرسٹینڈنگ۔</w:t>
      </w:r>
    </w:p>
    <w:p>
      <w:r>
        <w:rPr>
          <w:b/>
        </w:rPr>
        <w:t xml:space="preserve">[18:57] </w:t>
      </w:r>
      <w:r>
        <w:t>We start from our mind.</w:t>
      </w:r>
    </w:p>
    <w:p>
      <w:pPr>
        <w:jc w:val="right"/>
      </w:pPr>
      <w:r>
        <w:t>وی سٹارٹ فرام اور مائنڈ۔</w:t>
      </w:r>
    </w:p>
    <w:p>
      <w:r>
        <w:rPr>
          <w:b/>
        </w:rPr>
        <w:t xml:space="preserve">[18:59] </w:t>
      </w:r>
      <w:r>
        <w:t>It is not correct.</w:t>
      </w:r>
    </w:p>
    <w:p>
      <w:pPr>
        <w:jc w:val="right"/>
      </w:pPr>
      <w:r>
        <w:t>اٹ از ناٹ کریکٹ۔</w:t>
      </w:r>
    </w:p>
    <w:p>
      <w:r>
        <w:rPr>
          <w:b/>
        </w:rPr>
        <w:t xml:space="preserve">[19:01] </w:t>
      </w:r>
      <w:r>
        <w:t>We have to start from the creation plan of God.</w:t>
      </w:r>
    </w:p>
    <w:p>
      <w:pPr>
        <w:jc w:val="right"/>
      </w:pPr>
      <w:r>
        <w:t>وی ہیو ٹو سٹارٹ فرام دا کریشن پلان اف گاڈ۔</w:t>
      </w:r>
    </w:p>
    <w:p>
      <w:r>
        <w:rPr>
          <w:b/>
        </w:rPr>
        <w:t xml:space="preserve">[19:05] </w:t>
      </w:r>
      <w:r>
        <w:t>We start thinking from our own mind.</w:t>
      </w:r>
    </w:p>
    <w:p>
      <w:pPr>
        <w:jc w:val="right"/>
      </w:pPr>
      <w:r>
        <w:t>وی سٹارٹ تھنکنگ فرام اور اون مائنڈ۔</w:t>
      </w:r>
    </w:p>
    <w:p>
      <w:r>
        <w:rPr>
          <w:b/>
        </w:rPr>
        <w:t xml:space="preserve">[19:08] </w:t>
      </w:r>
      <w:r>
        <w:t>It is not correct way to start.</w:t>
      </w:r>
    </w:p>
    <w:p>
      <w:pPr>
        <w:jc w:val="right"/>
      </w:pPr>
      <w:r>
        <w:t>اٹ از ناٹ کریکٹ وے ٹو سٹارٹ۔</w:t>
      </w:r>
    </w:p>
    <w:p>
      <w:r>
        <w:rPr>
          <w:b/>
        </w:rPr>
        <w:t xml:space="preserve">[19:11] </w:t>
      </w:r>
      <w:r>
        <w:t>It is not correct way of thinking.</w:t>
      </w:r>
    </w:p>
    <w:p>
      <w:pPr>
        <w:jc w:val="right"/>
      </w:pPr>
      <w:r>
        <w:t>اٹ از ناٹ کریکٹ وے اف تھنکنگ۔</w:t>
      </w:r>
    </w:p>
    <w:p>
      <w:r>
        <w:rPr>
          <w:b/>
        </w:rPr>
        <w:t xml:space="preserve">[19:14] </w:t>
      </w:r>
      <w:r>
        <w:t>First of all, we have to know what is in the Creator's mind.</w:t>
      </w:r>
    </w:p>
    <w:p>
      <w:pPr>
        <w:jc w:val="right"/>
      </w:pPr>
      <w:r>
        <w:t>فرسٹ اف ال، وی ہیو ٹو نو واٹ از ان دا کریٹر مائنڈ۔</w:t>
      </w:r>
    </w:p>
    <w:p>
      <w:r>
        <w:rPr>
          <w:b/>
        </w:rPr>
        <w:t xml:space="preserve">[19:20] </w:t>
      </w:r>
      <w:r>
        <w:t>Then we can understand the Creator's plan, Creator's scheme, Creator's method, and by following it, we can achieve</w:t>
      </w:r>
    </w:p>
    <w:p>
      <w:pPr>
        <w:jc w:val="right"/>
      </w:pPr>
      <w:r>
        <w:t>دین وی کین انڈرسٹینڈ دا کریٹر پلان، کریٹر سکیم، کریٹر میتھڈ، اینڈ بائی فالونگ اٹ، وی کین اچیو</w:t>
      </w:r>
    </w:p>
    <w:p>
      <w:r>
        <w:rPr>
          <w:b/>
        </w:rPr>
        <w:t xml:space="preserve">[19:28] </w:t>
      </w:r>
      <w:r>
        <w:t>All the things we require.</w:t>
      </w:r>
    </w:p>
    <w:p>
      <w:pPr>
        <w:jc w:val="right"/>
      </w:pPr>
      <w:r>
        <w:t>ال دو تھنگز وی ریکوائر۔</w:t>
      </w:r>
    </w:p>
    <w:p>
      <w:r>
        <w:rPr>
          <w:b/>
        </w:rPr>
        <w:t xml:space="preserve">[19:30] </w:t>
      </w:r>
      <w:r>
        <w:t>So the greatest need for us is to save ourself from negativity.</w:t>
      </w:r>
    </w:p>
    <w:p>
      <w:pPr>
        <w:jc w:val="right"/>
      </w:pPr>
      <w:r>
        <w:t>سو دا گریٹسٹ نیڈ فار اس از ٹو سیو اور سیلف فرام نیگیٹیوٹی۔</w:t>
      </w:r>
    </w:p>
    <w:p>
      <w:r>
        <w:rPr>
          <w:b/>
        </w:rPr>
        <w:t xml:space="preserve">[19:35] </w:t>
      </w:r>
      <w:r>
        <w:t>negativity.</w:t>
      </w:r>
    </w:p>
    <w:p>
      <w:pPr>
        <w:jc w:val="right"/>
      </w:pPr>
      <w:r>
        <w:t>نیگیٹیوٹی۔</w:t>
      </w:r>
    </w:p>
    <w:p>
      <w:r>
        <w:rPr>
          <w:b/>
        </w:rPr>
        <w:t xml:space="preserve">[19:37] </w:t>
      </w:r>
      <w:r>
        <w:t>The majority of people are living in negativity.</w:t>
      </w:r>
    </w:p>
    <w:p>
      <w:pPr>
        <w:jc w:val="right"/>
      </w:pPr>
      <w:r>
        <w:t>دا میجورٹی اف پیپل ار لیونگ ان نیگیٹیوٹی۔</w:t>
      </w:r>
    </w:p>
    <w:p>
      <w:r>
        <w:rPr>
          <w:b/>
        </w:rPr>
        <w:t xml:space="preserve">[19:40] </w:t>
      </w:r>
      <w:r>
        <w:t>They take things as a negative.</w:t>
      </w:r>
    </w:p>
    <w:p>
      <w:pPr>
        <w:jc w:val="right"/>
      </w:pPr>
      <w:r>
        <w:t>دے ٹیک تھنگز ایز ا نیگیٹیو۔</w:t>
      </w:r>
    </w:p>
    <w:p>
      <w:r>
        <w:rPr>
          <w:b/>
        </w:rPr>
        <w:t xml:space="preserve">[19:43] </w:t>
      </w:r>
      <w:r>
        <w:t>The most important thing is positive thinking.</w:t>
      </w:r>
    </w:p>
    <w:p>
      <w:pPr>
        <w:jc w:val="right"/>
      </w:pPr>
      <w:r>
        <w:t>دا موسٹ امپورٹنٹ تھنگ از پازیٹیو تھنکنگ۔</w:t>
      </w:r>
    </w:p>
    <w:p>
      <w:r>
        <w:rPr>
          <w:b/>
        </w:rPr>
        <w:t xml:space="preserve">[19:46] </w:t>
      </w:r>
      <w:r>
        <w:t>Negative thinking is like, like killing, like, like self-killing.</w:t>
      </w:r>
    </w:p>
    <w:p>
      <w:pPr>
        <w:jc w:val="right"/>
      </w:pPr>
      <w:r>
        <w:t>نیگیٹیو تھنکنگ از لائک، لائک کلنگ، لائک، لائک سیلف کلنگ۔</w:t>
      </w:r>
    </w:p>
    <w:p>
      <w:r>
        <w:rPr>
          <w:b/>
        </w:rPr>
        <w:t xml:space="preserve">[19:50] </w:t>
      </w:r>
      <w:r>
        <w:t>Negative thinking is like self-killing.</w:t>
      </w:r>
    </w:p>
    <w:p>
      <w:pPr>
        <w:jc w:val="right"/>
      </w:pPr>
      <w:r>
        <w:t>نیگیٹیو تھنکنگ از لائک سیلف کلنگ۔</w:t>
      </w:r>
    </w:p>
    <w:p>
      <w:r>
        <w:rPr>
          <w:b/>
        </w:rPr>
        <w:t xml:space="preserve">[19:53] </w:t>
      </w:r>
      <w:r>
        <w:t>The most important thing is positive thinking.</w:t>
      </w:r>
    </w:p>
    <w:p>
      <w:pPr>
        <w:jc w:val="right"/>
      </w:pPr>
      <w:r>
        <w:t>دا موسٹ امپورٹنٹ تھنگ از پازیٹیو تھنکنگ۔</w:t>
      </w:r>
    </w:p>
    <w:p>
      <w:r>
        <w:rPr>
          <w:b/>
        </w:rPr>
        <w:t xml:space="preserve">[19:56] </w:t>
      </w:r>
      <w:r>
        <w:t>But how it is possible? Because we are living in negative items.</w:t>
      </w:r>
    </w:p>
    <w:p>
      <w:pPr>
        <w:jc w:val="right"/>
      </w:pPr>
      <w:r>
        <w:t>بٹ ہاؤ اٹ از پاسیبل؟ بیکاز وی ار لیونگ ان نیگیٹیو ائٹمز۔</w:t>
      </w:r>
    </w:p>
    <w:p>
      <w:r>
        <w:rPr>
          <w:b/>
        </w:rPr>
        <w:t xml:space="preserve">[20:01] </w:t>
      </w:r>
      <w:r>
        <w:t>Everywhere there are negative items.</w:t>
      </w:r>
    </w:p>
    <w:p>
      <w:pPr>
        <w:jc w:val="right"/>
      </w:pPr>
      <w:r>
        <w:t>ایوری ویر دیر ار نیگیٹیو ائٹمز۔</w:t>
      </w:r>
    </w:p>
    <w:p>
      <w:r>
        <w:rPr>
          <w:b/>
        </w:rPr>
        <w:t xml:space="preserve">[20:03] </w:t>
      </w:r>
      <w:r>
        <w:t>So we have to, to, we have to evolve that quality by which we can turn the negativity</w:t>
      </w:r>
    </w:p>
    <w:p>
      <w:pPr>
        <w:jc w:val="right"/>
      </w:pPr>
      <w:r>
        <w:t>سو وی ہیو ٹو، ٹو، وی ہیو ٹو ایوالو دیٹ کوالٹی بائی وچ وی کین ٹرن دا نیگیٹیوٹی</w:t>
      </w:r>
    </w:p>
    <w:p>
      <w:r>
        <w:rPr>
          <w:b/>
        </w:rPr>
        <w:t xml:space="preserve">[20:11] </w:t>
      </w:r>
      <w:r>
        <w:t>into positivity.</w:t>
      </w:r>
    </w:p>
    <w:p>
      <w:pPr>
        <w:jc w:val="right"/>
      </w:pPr>
      <w:r>
        <w:t>انٹو پازیٹیوٹی۔</w:t>
      </w:r>
    </w:p>
    <w:p>
      <w:r>
        <w:rPr>
          <w:b/>
        </w:rPr>
        <w:t xml:space="preserve">[20:13] </w:t>
      </w:r>
      <w:r>
        <w:t>Positive thinking can be achieved only through this ability to convert the negativity into positivity.</w:t>
      </w:r>
    </w:p>
    <w:p>
      <w:pPr>
        <w:jc w:val="right"/>
      </w:pPr>
      <w:r>
        <w:t>پازیٹیو تھنکنگ کین بی اچیوڈ اونلی تھرو دس ایبیلیٹی ٹو کنورٹ دا نیگیٹیوٹی انٹو پازیٹیوٹی۔</w:t>
      </w:r>
    </w:p>
    <w:p>
      <w:r>
        <w:rPr>
          <w:b/>
        </w:rPr>
        <w:t xml:space="preserve">[20:19] </w:t>
      </w:r>
      <w:r>
        <w:t>If you have, you have like, if you are, if you are lacking this ability, you cannot</w:t>
      </w:r>
    </w:p>
    <w:p>
      <w:pPr>
        <w:jc w:val="right"/>
      </w:pPr>
      <w:r>
        <w:t>اف یو ہیو، یو ہیو لیک، اف یو ار، اف یو ار لیکنگ دس ایبیلیٹی، یو کین ناٹ</w:t>
      </w:r>
    </w:p>
    <w:p>
      <w:r>
        <w:rPr>
          <w:b/>
        </w:rPr>
        <w:t xml:space="preserve">[20:27] </w:t>
      </w:r>
      <w:r>
        <w:t>Be a positive thinker.</w:t>
      </w:r>
    </w:p>
    <w:p>
      <w:pPr>
        <w:jc w:val="right"/>
      </w:pPr>
      <w:r>
        <w:t>بی ا پازیٹیو تھنکر۔</w:t>
      </w:r>
    </w:p>
    <w:p>
      <w:r>
        <w:rPr>
          <w:b/>
        </w:rPr>
        <w:t xml:space="preserve">[20:28] </w:t>
      </w:r>
      <w:r>
        <w:t>Positive thinking is the ability to convert negativity into positivity.</w:t>
      </w:r>
    </w:p>
    <w:p>
      <w:pPr>
        <w:jc w:val="right"/>
      </w:pPr>
      <w:r>
        <w:t>پازیٹیو تھنکنگ از دا ایبیلیٹی ٹو کنورٹ نیگیٹیوٹی انٹو پازیٹیوٹی۔</w:t>
      </w:r>
    </w:p>
    <w:p>
      <w:r>
        <w:rPr>
          <w:b/>
        </w:rPr>
        <w:t xml:space="preserve">[20:33] </w:t>
      </w:r>
      <w:r>
        <w:t>Because why living in a society, in a, we are not living, living alone in this world.</w:t>
      </w:r>
    </w:p>
    <w:p>
      <w:pPr>
        <w:jc w:val="right"/>
      </w:pPr>
      <w:r>
        <w:t>بیکاز وائی لیونگ ان ا سوسائٹی، ان ا، وی ار ناٹ لیونگ، لیونگ الون ان دس ورلڈ۔</w:t>
      </w:r>
    </w:p>
    <w:p>
      <w:r>
        <w:rPr>
          <w:b/>
        </w:rPr>
        <w:t xml:space="preserve">[20:40] </w:t>
      </w:r>
      <w:r>
        <w:t>We are living with others, with other peoples, and everyone is, is different from us.</w:t>
      </w:r>
    </w:p>
    <w:p>
      <w:pPr>
        <w:jc w:val="right"/>
      </w:pPr>
      <w:r>
        <w:t>وی ار لیونگ ود ادرز، ود ادر پیپلز، اینڈ ایوری ون از، از ا ڈفرنٹ فرام اس۔</w:t>
      </w:r>
    </w:p>
    <w:p>
      <w:r>
        <w:rPr>
          <w:b/>
        </w:rPr>
        <w:t xml:space="preserve">[20:47] </w:t>
      </w:r>
      <w:r>
        <w:t>Everyone has his own interest.</w:t>
      </w:r>
    </w:p>
    <w:p>
      <w:pPr>
        <w:jc w:val="right"/>
      </w:pPr>
      <w:r>
        <w:t>ایوری ون ہیز ہز اون انٹرسٹ۔</w:t>
      </w:r>
    </w:p>
    <w:p>
      <w:r>
        <w:rPr>
          <w:b/>
        </w:rPr>
        <w:t xml:space="preserve">[20:50] </w:t>
      </w:r>
      <w:r>
        <w:t>Everyone has his own problem.</w:t>
      </w:r>
    </w:p>
    <w:p>
      <w:pPr>
        <w:jc w:val="right"/>
      </w:pPr>
      <w:r>
        <w:t>ایوری ون ہیز ہز اون پرابلم۔</w:t>
      </w:r>
    </w:p>
    <w:p>
      <w:r>
        <w:rPr>
          <w:b/>
        </w:rPr>
        <w:t xml:space="preserve">[20:52] </w:t>
      </w:r>
      <w:r>
        <w:t>So we are compelled to live in a society where everyone is different from us.</w:t>
      </w:r>
    </w:p>
    <w:p>
      <w:pPr>
        <w:jc w:val="right"/>
      </w:pPr>
      <w:r>
        <w:t>سو وی ار کمپلڈ ٹو لیو ان ا سوسائٹی ویر ایوری ون از ڈفرنٹ فرام اس۔</w:t>
      </w:r>
    </w:p>
    <w:p>
      <w:r>
        <w:rPr>
          <w:b/>
        </w:rPr>
        <w:t xml:space="preserve">[20:59] </w:t>
      </w:r>
      <w:r>
        <w:t>Everyone has some special problem, some special interest.</w:t>
      </w:r>
    </w:p>
    <w:p>
      <w:pPr>
        <w:jc w:val="right"/>
      </w:pPr>
      <w:r>
        <w:t>ایوری ون ہیز سم اسپیشل پرابلم، سم اسپیشل انٹرسٹ۔</w:t>
      </w:r>
    </w:p>
    <w:p>
      <w:r>
        <w:rPr>
          <w:b/>
        </w:rPr>
        <w:t xml:space="preserve">[21:03] </w:t>
      </w:r>
      <w:r>
        <w:t>So it is impossible to have a good situation in the society.</w:t>
      </w:r>
    </w:p>
    <w:p>
      <w:pPr>
        <w:jc w:val="right"/>
      </w:pPr>
      <w:r>
        <w:t>سو اٹ از امپاسیبل ٹو ہیو اسبو سچویشن ان دا سوسائٹی۔</w:t>
      </w:r>
    </w:p>
    <w:p>
      <w:r>
        <w:rPr>
          <w:b/>
        </w:rPr>
        <w:t xml:space="preserve">[21:08] </w:t>
      </w:r>
      <w:r>
        <w:t>Every society is like a jungle.</w:t>
      </w:r>
    </w:p>
    <w:p>
      <w:pPr>
        <w:jc w:val="right"/>
      </w:pPr>
      <w:r>
        <w:t>ایوری سوسائٹی از لائک ا جنگل۔</w:t>
      </w:r>
    </w:p>
    <w:p>
      <w:r>
        <w:rPr>
          <w:b/>
        </w:rPr>
        <w:t xml:space="preserve">[21:10] </w:t>
      </w:r>
      <w:r>
        <w:t>Ideal society is not achievable in this world.</w:t>
      </w:r>
    </w:p>
    <w:p>
      <w:pPr>
        <w:jc w:val="right"/>
      </w:pPr>
      <w:r>
        <w:t>ائیڈیل سوسائٹی از ناٹ اچیبل ان دس ورلڈ۔</w:t>
      </w:r>
    </w:p>
    <w:p>
      <w:r>
        <w:rPr>
          <w:b/>
        </w:rPr>
        <w:t xml:space="preserve">[21:14] </w:t>
      </w:r>
      <w:r>
        <w:t>So you have to live in this jungle.</w:t>
      </w:r>
    </w:p>
    <w:p>
      <w:pPr>
        <w:jc w:val="right"/>
      </w:pPr>
      <w:r>
        <w:t>سو یو ہیو ٹو لیو ان دس جنگل۔</w:t>
      </w:r>
    </w:p>
    <w:p>
      <w:r>
        <w:rPr>
          <w:b/>
        </w:rPr>
        <w:t xml:space="preserve">[21:17] </w:t>
      </w:r>
      <w:r>
        <w:t>You have to live with, with all kind of negative items.</w:t>
      </w:r>
    </w:p>
    <w:p>
      <w:pPr>
        <w:jc w:val="right"/>
      </w:pPr>
      <w:r>
        <w:t>یو ہیو ٹو لیو ود، ود ال کائنڈ اف نیگیٹیو ائٹمز۔</w:t>
      </w:r>
    </w:p>
    <w:p>
      <w:r>
        <w:rPr>
          <w:b/>
        </w:rPr>
        <w:t xml:space="preserve">[21:22] </w:t>
      </w:r>
      <w:r>
        <w:t>then how to attain positivity? The only way is to evolve that kind of ability by which you</w:t>
      </w:r>
    </w:p>
    <w:p>
      <w:pPr>
        <w:jc w:val="right"/>
      </w:pPr>
      <w:r>
        <w:t>دین ہاؤ ٹو اٹین پازیٹیوٹی؟ دا اونلی وے از ٹو ایوالو دیٹ کائنڈ اف ایبیلیٹی بائی وچ یو</w:t>
      </w:r>
    </w:p>
    <w:p>
      <w:r>
        <w:rPr>
          <w:b/>
        </w:rPr>
        <w:t xml:space="preserve">[21:30] </w:t>
      </w:r>
      <w:r>
        <w:t>can convert negativity into positivity.</w:t>
      </w:r>
    </w:p>
    <w:p>
      <w:pPr>
        <w:jc w:val="right"/>
      </w:pPr>
      <w:r>
        <w:t>کین کنورٹ نیگیٹیوٹی انٹو پازیٹیوٹی۔</w:t>
      </w:r>
    </w:p>
    <w:p>
      <w:r>
        <w:rPr>
          <w:b/>
        </w:rPr>
        <w:t xml:space="preserve">[21:32] </w:t>
      </w:r>
      <w:r>
        <w:t>So this is the key to all kind of solutions.</w:t>
      </w:r>
    </w:p>
    <w:p>
      <w:pPr>
        <w:jc w:val="right"/>
      </w:pPr>
      <w:r>
        <w:t>سو دس از دا کی ٹو ال کائنڈ اف سلوشنز۔</w:t>
      </w:r>
    </w:p>
    <w:p>
      <w:r>
        <w:rPr>
          <w:b/>
        </w:rPr>
        <w:t xml:space="preserve">[21:36] </w:t>
      </w:r>
      <w:r>
        <w:t>If you are a positive thinker, you can understand everything.</w:t>
      </w:r>
    </w:p>
    <w:p>
      <w:pPr>
        <w:jc w:val="right"/>
      </w:pPr>
      <w:r>
        <w:t>اف یو ار ا پازیٹیو تھنکر، یو کین انڈرسٹینڈ ایوری تھنگ۔</w:t>
      </w:r>
    </w:p>
    <w:p>
      <w:r>
        <w:rPr>
          <w:b/>
        </w:rPr>
        <w:t xml:space="preserve">[21:41] </w:t>
      </w:r>
      <w:r>
        <w:t>But if you are a negative thinker, you can't understand anything.</w:t>
      </w:r>
    </w:p>
    <w:p>
      <w:pPr>
        <w:jc w:val="right"/>
      </w:pPr>
      <w:r>
        <w:t>بٹ اف یو ار ا نیگیٹیو تھنکر، یو کین انڈرسٹینڈ اینی تھنگ۔</w:t>
      </w:r>
    </w:p>
    <w:p>
      <w:r>
        <w:rPr>
          <w:b/>
        </w:rPr>
        <w:t xml:space="preserve">[21:46] </w:t>
      </w:r>
      <w:r>
        <w:t>Negative thinking makes you blind.</w:t>
      </w:r>
    </w:p>
    <w:p>
      <w:pPr>
        <w:jc w:val="right"/>
      </w:pPr>
      <w:r>
        <w:t>نیگیٹیو تھنکنگ میکس یو بلائنڈ۔</w:t>
      </w:r>
    </w:p>
    <w:p>
      <w:r>
        <w:rPr>
          <w:b/>
        </w:rPr>
        <w:t xml:space="preserve">[21:48] </w:t>
      </w:r>
      <w:r>
        <w:t>Negative thinking makes you blind.</w:t>
      </w:r>
    </w:p>
    <w:p>
      <w:pPr>
        <w:jc w:val="right"/>
      </w:pPr>
      <w:r>
        <w:t>نیگیٹیو تھنکنگ میکس یو بلائنڈ۔</w:t>
      </w:r>
    </w:p>
    <w:p>
      <w:r>
        <w:rPr>
          <w:b/>
        </w:rPr>
        <w:t xml:space="preserve">[21:50] </w:t>
      </w:r>
      <w:r>
        <w:t>So, save yourself from being victim of negativity.</w:t>
      </w:r>
    </w:p>
    <w:p>
      <w:pPr>
        <w:jc w:val="right"/>
      </w:pPr>
      <w:r>
        <w:t>سو سیو یور سیلف فرام بینگ وکٹم اف نیگیٹیوٹی۔</w:t>
      </w:r>
    </w:p>
    <w:p>
      <w:r>
        <w:rPr>
          <w:b/>
        </w:rPr>
        <w:t xml:space="preserve">[21:54] </w:t>
      </w:r>
      <w:r>
        <w:t>is most important point.</w:t>
      </w:r>
    </w:p>
    <w:p>
      <w:pPr>
        <w:jc w:val="right"/>
      </w:pPr>
      <w:r>
        <w:t>از موسٹ امپورٹنٹ پوائنٹ۔</w:t>
      </w:r>
    </w:p>
    <w:p>
      <w:r>
        <w:rPr>
          <w:b/>
        </w:rPr>
        <w:t xml:space="preserve">[21:56] </w:t>
      </w:r>
      <w:r>
        <w:t>According to my study and my experience, the most important ability is positivity.</w:t>
      </w:r>
    </w:p>
    <w:p>
      <w:pPr>
        <w:jc w:val="right"/>
      </w:pPr>
      <w:r>
        <w:t>اکارڈنگ ٹو مائی سٹڈی اینڈ مائی ایکسپیرینس، دا موسٹ امپورٹنٹ ایبیلیٹی از پازیٹیوٹی۔</w:t>
      </w:r>
    </w:p>
    <w:p>
      <w:r>
        <w:rPr>
          <w:b/>
        </w:rPr>
        <w:t xml:space="preserve">[22:01] </w:t>
      </w:r>
      <w:r>
        <w:t>If you are a positive thinker, then you are able to achieve anything.</w:t>
      </w:r>
    </w:p>
    <w:p>
      <w:pPr>
        <w:jc w:val="right"/>
      </w:pPr>
      <w:r>
        <w:t>اف یو ار ا پازیٹیو تھنکر، دین یو ار ایبل ٹو اچیو اینی تھنگ۔</w:t>
      </w:r>
    </w:p>
    <w:p>
      <w:r>
        <w:rPr>
          <w:b/>
        </w:rPr>
        <w:t xml:space="preserve">[22:07] </w:t>
      </w:r>
      <w:r>
        <w:t>Although super achievers were super, although super achievers were positive thinkers.</w:t>
      </w:r>
    </w:p>
    <w:p>
      <w:pPr>
        <w:jc w:val="right"/>
      </w:pPr>
      <w:r>
        <w:t>الدو سپر اچیورز ویر سپر، الدو سپر اچیورز ویر پازیٹیو تھنکرز۔</w:t>
      </w:r>
    </w:p>
    <w:p>
      <w:r>
        <w:rPr>
          <w:b/>
        </w:rPr>
        <w:t xml:space="preserve">[22:12] </w:t>
      </w:r>
      <w:r>
        <w:t>No super achievers was a negative thinker.</w:t>
      </w:r>
    </w:p>
    <w:p>
      <w:pPr>
        <w:jc w:val="right"/>
      </w:pPr>
      <w:r>
        <w:t>نو سپر اچیورز واز ا نیگیٹیو تھنکر۔</w:t>
      </w:r>
    </w:p>
    <w:p>
      <w:r>
        <w:rPr>
          <w:b/>
        </w:rPr>
        <w:t xml:space="preserve">[22:15] </w:t>
      </w:r>
      <w:r>
        <w:t>I have studied the book that is the title was Super Achievers.</w:t>
      </w:r>
    </w:p>
    <w:p>
      <w:pPr>
        <w:jc w:val="right"/>
      </w:pPr>
      <w:r>
        <w:t>ائی ہیو سٹڈی دا بک دیٹ از دا ٹائٹل واز سپر اچیورز۔</w:t>
      </w:r>
    </w:p>
    <w:p>
      <w:r>
        <w:rPr>
          <w:b/>
        </w:rPr>
        <w:t xml:space="preserve">[22:20] </w:t>
      </w:r>
      <w:r>
        <w:t>I found that all the super achievers were able to turn this disadvantage into advantage.</w:t>
      </w:r>
    </w:p>
    <w:p>
      <w:pPr>
        <w:jc w:val="right"/>
      </w:pPr>
      <w:r>
        <w:t>ائی فاؤنڈ دیٹ ال دی سپر اچیورز ویر ایبل ٹو ٹرن دس ایڈوانٹیج انٹو ایڈوانٹیج۔</w:t>
      </w:r>
    </w:p>
    <w:p>
      <w:r>
        <w:rPr>
          <w:b/>
        </w:rPr>
        <w:t xml:space="preserve">[22:27] </w:t>
      </w:r>
      <w:r>
        <w:t>They were able to turn negativity into positivity.</w:t>
      </w:r>
    </w:p>
    <w:p>
      <w:pPr>
        <w:jc w:val="right"/>
      </w:pPr>
      <w:r>
        <w:t>دے ویر ایبل ٹو ٹرن نیگیٹیوٹی انٹو پازیٹیوٹی۔</w:t>
      </w:r>
    </w:p>
    <w:p>
      <w:r>
        <w:rPr>
          <w:b/>
        </w:rPr>
        <w:t xml:space="preserve">[22:30] </w:t>
      </w:r>
      <w:r>
        <w:t>So, super achiever is not an easy job.</w:t>
      </w:r>
    </w:p>
    <w:p>
      <w:pPr>
        <w:jc w:val="right"/>
      </w:pPr>
      <w:r>
        <w:t>سو سپر اچیور از ناٹ ا ایزی جاب۔</w:t>
      </w:r>
    </w:p>
    <w:p>
      <w:r>
        <w:rPr>
          <w:b/>
        </w:rPr>
        <w:t xml:space="preserve">[22:34] </w:t>
      </w:r>
      <w:r>
        <w:t>It is a difficult job.</w:t>
      </w:r>
    </w:p>
    <w:p>
      <w:pPr>
        <w:jc w:val="right"/>
      </w:pPr>
      <w:r>
        <w:t>اٹ از ا ڈیفیکلٹ جاب۔</w:t>
      </w:r>
    </w:p>
    <w:p>
      <w:r>
        <w:rPr>
          <w:b/>
        </w:rPr>
        <w:t xml:space="preserve">[22:36] </w:t>
      </w:r>
      <w:r>
        <w:t>If you want to be a super achiever, you must know that the first condition is positive thinking.</w:t>
      </w:r>
    </w:p>
    <w:p>
      <w:pPr>
        <w:jc w:val="right"/>
      </w:pPr>
      <w:r>
        <w:t>اف یو وانٹ ٹو بی ا سپر اچیور، یو مسٹ نو دیٹ دا فرسٹ کنڈیشن از پازیٹیو تھنکنگ۔</w:t>
      </w:r>
    </w:p>
    <w:p>
      <w:r>
        <w:rPr>
          <w:b/>
        </w:rPr>
        <w:t xml:space="preserve">[22:43] </w:t>
      </w:r>
      <w:r>
        <w:t>All kind of achievements begins from this point, from positive thinking.</w:t>
      </w:r>
    </w:p>
    <w:p>
      <w:pPr>
        <w:jc w:val="right"/>
      </w:pPr>
      <w:r>
        <w:t>ال کائنڈ اف اچیومنٹس بگنز فرام دس پوائنٹ، فرام پازیٹیو تھنکنگ۔</w:t>
      </w:r>
    </w:p>
    <w:p>
      <w:r>
        <w:rPr>
          <w:b/>
        </w:rPr>
        <w:t xml:space="preserve">[22:48] </w:t>
      </w:r>
      <w:r>
        <w:t>So don't see things as a problem, don't see things as a suffering, don't see things as a,</w:t>
      </w:r>
    </w:p>
    <w:p>
      <w:pPr>
        <w:jc w:val="right"/>
      </w:pPr>
      <w:r>
        <w:t>سو ڈونٹ سی تھنگز ایز ا پرابلم، ڈونٹ سی تھنگز ایز ا سفرنگ، ڈونٹ سی تھنگز ایز ا،</w:t>
      </w:r>
    </w:p>
    <w:p>
      <w:r>
        <w:rPr>
          <w:b/>
        </w:rPr>
        <w:t xml:space="preserve">[22:56] </w:t>
      </w:r>
      <w:r>
        <w:t>as a disadvantage.</w:t>
      </w:r>
    </w:p>
    <w:p>
      <w:pPr>
        <w:jc w:val="right"/>
      </w:pPr>
      <w:r>
        <w:t>ایز ا ڈس ایڈوانٹیج۔</w:t>
      </w:r>
    </w:p>
    <w:p>
      <w:r>
        <w:rPr>
          <w:b/>
        </w:rPr>
        <w:t xml:space="preserve">[22:58] </w:t>
      </w:r>
      <w:r>
        <w:t>But see all, all things as an advantage, as a blessing.</w:t>
      </w:r>
    </w:p>
    <w:p>
      <w:pPr>
        <w:jc w:val="right"/>
      </w:pPr>
      <w:r>
        <w:t>بٹ سی ال، ال تھنگز ایز ا ایڈوانٹیج، ایز ا بلیسنگ۔</w:t>
      </w:r>
    </w:p>
    <w:p>
      <w:r>
        <w:rPr>
          <w:b/>
        </w:rPr>
        <w:t xml:space="preserve">[23:02] </w:t>
      </w:r>
      <w:r>
        <w:t>And it is a fact that everything is a blessing.</w:t>
      </w:r>
    </w:p>
    <w:p>
      <w:pPr>
        <w:jc w:val="right"/>
      </w:pPr>
      <w:r>
        <w:t>اینڈ اٹ از ا فیکٹ دیٹ ایوری تھنگ از ا بلیسنگ۔</w:t>
      </w:r>
    </w:p>
    <w:p>
      <w:r>
        <w:rPr>
          <w:b/>
        </w:rPr>
        <w:t xml:space="preserve">[23:07] </w:t>
      </w:r>
      <w:r>
        <w:t>Darkness is a blessing.</w:t>
      </w:r>
    </w:p>
    <w:p>
      <w:pPr>
        <w:jc w:val="right"/>
      </w:pPr>
      <w:r>
        <w:t>ڈارکنس از ا بلیسنگ۔</w:t>
      </w:r>
    </w:p>
    <w:p>
      <w:r>
        <w:rPr>
          <w:b/>
        </w:rPr>
        <w:t xml:space="preserve">[23:09] </w:t>
      </w:r>
      <w:r>
        <w:t>In this world, darkness is a blessing because without darkness, you cannot understand the value of, of</w:t>
      </w:r>
    </w:p>
    <w:p>
      <w:pPr>
        <w:jc w:val="right"/>
      </w:pPr>
      <w:r>
        <w:t>ان دس ورلڈ، ڈارکنس از ا بلیسنگ بیکاز وداؤٹ ڈارکنس، یو کین ناٹ انڈرسٹینڈ دا ویلیو اف، اف</w:t>
      </w:r>
    </w:p>
    <w:p>
      <w:r>
        <w:rPr>
          <w:b/>
        </w:rPr>
        <w:t xml:space="preserve">[23:16] </w:t>
      </w:r>
      <w:r>
        <w:t>light.</w:t>
      </w:r>
    </w:p>
    <w:p>
      <w:pPr>
        <w:jc w:val="right"/>
      </w:pPr>
      <w:r>
        <w:t>لائٹ۔</w:t>
      </w:r>
    </w:p>
    <w:p>
      <w:r>
        <w:rPr>
          <w:b/>
        </w:rPr>
        <w:t xml:space="preserve">[23:18] </w:t>
      </w:r>
      <w:r>
        <w:t>It is darkness that makes you able to understand the value of light.</w:t>
      </w:r>
    </w:p>
    <w:p>
      <w:pPr>
        <w:jc w:val="right"/>
      </w:pPr>
      <w:r>
        <w:t>اٹ از ڈارکنس دیٹ میکس یو ایبل ٹو انڈرسٹینڈ دا ویلیو اف لائٹ۔</w:t>
      </w:r>
    </w:p>
    <w:p>
      <w:r>
        <w:rPr>
          <w:b/>
        </w:rPr>
        <w:t xml:space="preserve">[23:23] </w:t>
      </w:r>
      <w:r>
        <w:t>So nothing in this world is disadvantage.</w:t>
      </w:r>
    </w:p>
    <w:p>
      <w:pPr>
        <w:jc w:val="right"/>
      </w:pPr>
      <w:r>
        <w:t>سو نتھنگ ان دس ورلڈ از ڈس ایڈوانٹیج۔</w:t>
      </w:r>
    </w:p>
    <w:p>
      <w:r>
        <w:rPr>
          <w:b/>
        </w:rPr>
        <w:t xml:space="preserve">[23:27] </w:t>
      </w:r>
      <w:r>
        <w:t>Nothing in this world is evil.</w:t>
      </w:r>
    </w:p>
    <w:p>
      <w:pPr>
        <w:jc w:val="right"/>
      </w:pPr>
      <w:r>
        <w:t>نتھنگ ان دس ورلڈ از ایول۔</w:t>
      </w:r>
    </w:p>
    <w:p>
      <w:r>
        <w:rPr>
          <w:b/>
        </w:rPr>
        <w:t xml:space="preserve">[23:29] </w:t>
      </w:r>
      <w:r>
        <w:t>The world is full of goods, full of nice things, full of advantage.</w:t>
      </w:r>
    </w:p>
    <w:p>
      <w:pPr>
        <w:jc w:val="right"/>
      </w:pPr>
      <w:r>
        <w:t>دا ورلڈ از فل اف گڈز، فل اف نائس تھنگز، فل اف ایڈوانٹیج۔</w:t>
      </w:r>
    </w:p>
    <w:p>
      <w:r>
        <w:rPr>
          <w:b/>
        </w:rPr>
        <w:t xml:space="preserve">[23:35] </w:t>
      </w:r>
      <w:r>
        <w:t>What is required is, is our own ability.</w:t>
      </w:r>
    </w:p>
    <w:p>
      <w:pPr>
        <w:jc w:val="right"/>
      </w:pPr>
      <w:r>
        <w:t>واٹ از ریکوائرڈ از، از اور اون ایبیلیٹی۔</w:t>
      </w:r>
    </w:p>
    <w:p>
      <w:r>
        <w:rPr>
          <w:b/>
        </w:rPr>
        <w:t xml:space="preserve">[23:38] </w:t>
      </w:r>
      <w:r>
        <w:t>If you are positive thinker, then we can see light everywhere.</w:t>
      </w:r>
    </w:p>
    <w:p>
      <w:pPr>
        <w:jc w:val="right"/>
      </w:pPr>
      <w:r>
        <w:t>اف یو ار پازیٹیو تھنکر، دین وی کین سے لائٹ ایوری ویر۔</w:t>
      </w:r>
    </w:p>
    <w:p>
      <w:r>
        <w:rPr>
          <w:b/>
        </w:rPr>
        <w:t xml:space="preserve">[23:44] </w:t>
      </w:r>
      <w:r>
        <w:t>And if you are negative thinker, then we will see everything, everything as a, as a</w:t>
      </w:r>
    </w:p>
    <w:p>
      <w:pPr>
        <w:jc w:val="right"/>
      </w:pPr>
      <w:r>
        <w:t>اینڈ اف یو ار نیگیٹیو تھنکر، دین وی ویل سی ایوری تھنگ، ایوری تھنگ ایز ا، ایز ا</w:t>
      </w:r>
    </w:p>
    <w:p>
      <w:r>
        <w:rPr>
          <w:b/>
        </w:rPr>
        <w:t xml:space="preserve">[23:51] </w:t>
      </w:r>
      <w:r>
        <w:t>dark.</w:t>
      </w:r>
    </w:p>
    <w:p>
      <w:pPr>
        <w:jc w:val="right"/>
      </w:pPr>
      <w:r>
        <w:t>ڈارک۔</w:t>
      </w:r>
    </w:p>
    <w:p>
      <w:r>
        <w:rPr>
          <w:b/>
        </w:rPr>
        <w:t xml:space="preserve">[23:53] </w:t>
      </w:r>
      <w:r>
        <w:t>Negative thinking makes you blind, and positive thinking makes you able to see light everywhere in the</w:t>
      </w:r>
    </w:p>
    <w:p>
      <w:pPr>
        <w:jc w:val="right"/>
      </w:pPr>
      <w:r>
        <w:t>نیگیٹیو تھنکنگ میکس یو بلائنڈ، اینڈ پازیٹیو تھنکنگ میکس یو ایبل ٹو سی لائٹ ایوری ویر ان دی</w:t>
      </w:r>
    </w:p>
    <w:p>
      <w:r>
        <w:rPr>
          <w:b/>
        </w:rPr>
        <w:t xml:space="preserve">[24:01] </w:t>
      </w:r>
      <w:r>
        <w:t>world.</w:t>
      </w:r>
    </w:p>
    <w:p>
      <w:pPr>
        <w:jc w:val="right"/>
      </w:pPr>
      <w:r>
        <w:t>ورلڈ۔</w:t>
      </w:r>
    </w:p>
    <w:p>
      <w:r>
        <w:rPr>
          <w:b/>
        </w:rPr>
        <w:t xml:space="preserve">[24:02] </w:t>
      </w:r>
      <w:r>
        <w:t>So I can say that God created every human being for, for sole purpose, that he become a</w:t>
      </w:r>
    </w:p>
    <w:p>
      <w:pPr>
        <w:jc w:val="right"/>
      </w:pPr>
      <w:r>
        <w:t>سو ائی کین سے دیٹ گاڈ کریٹڈ ایوری ہیومن بینگ فار، فار سول پرپس، دیٹ ہی بیکم ا</w:t>
      </w:r>
    </w:p>
    <w:p>
      <w:r>
        <w:rPr>
          <w:b/>
        </w:rPr>
        <w:t xml:space="preserve">[24:10] </w:t>
      </w:r>
      <w:r>
        <w:t>super achiever.</w:t>
      </w:r>
    </w:p>
    <w:p>
      <w:pPr>
        <w:jc w:val="right"/>
      </w:pPr>
      <w:r>
        <w:t>سپر اچیور۔</w:t>
      </w:r>
    </w:p>
    <w:p>
      <w:r>
        <w:rPr>
          <w:b/>
        </w:rPr>
        <w:t xml:space="preserve">[24:11] </w:t>
      </w:r>
      <w:r>
        <w:t>God Almighty is merciful to all mankind.</w:t>
      </w:r>
    </w:p>
    <w:p>
      <w:pPr>
        <w:jc w:val="right"/>
      </w:pPr>
      <w:r>
        <w:t>گاڈ المائٹی از مرسی فل ٹو ال مین کائنڈ۔</w:t>
      </w:r>
    </w:p>
    <w:p>
      <w:r>
        <w:rPr>
          <w:b/>
        </w:rPr>
        <w:t xml:space="preserve">[24:15] </w:t>
      </w:r>
      <w:r>
        <w:t>God Almighty is compassionate to all, to every human being.</w:t>
      </w:r>
    </w:p>
    <w:p>
      <w:pPr>
        <w:jc w:val="right"/>
      </w:pPr>
      <w:r>
        <w:t>گاڈ المائٹی از کمپیشنٹ ٹو ال، ٹو ایوری ہیومن بینگ۔</w:t>
      </w:r>
    </w:p>
    <w:p>
      <w:r>
        <w:rPr>
          <w:b/>
        </w:rPr>
        <w:t xml:space="preserve">[24:19] </w:t>
      </w:r>
      <w:r>
        <w:t>He has created every man and woman for the sole purpose to evolve their potentials, to turn their</w:t>
      </w:r>
    </w:p>
    <w:p>
      <w:pPr>
        <w:jc w:val="right"/>
      </w:pPr>
      <w:r>
        <w:t>ہی ہیز کریٹڈ ایوری مین اینڈ وومن فار دا سول پرپس ٹو ایوالو دیر پوٹینشلز، ٹو ٹرن دیر</w:t>
      </w:r>
    </w:p>
    <w:p>
      <w:r>
        <w:rPr>
          <w:b/>
        </w:rPr>
        <w:t xml:space="preserve">[24:27] </w:t>
      </w:r>
      <w:r>
        <w:t>potentials into actual, and be, and live as a super achiever, and live as a successful person.</w:t>
      </w:r>
    </w:p>
    <w:p>
      <w:pPr>
        <w:jc w:val="right"/>
      </w:pPr>
      <w:r>
        <w:t>پوٹینشلز انٹو ایکچول، اینڈ بی، اینڈ لیو ایز ا سپر اچیور، اینڈ لیو ایز ا سکسیس فل پرسن۔</w:t>
      </w:r>
    </w:p>
    <w:p>
      <w:r>
        <w:rPr>
          <w:b/>
        </w:rPr>
        <w:t xml:space="preserve">[24:35] </w:t>
      </w:r>
      <w:r>
        <w:t>So I can say that success is our right in this world, success is our right.</w:t>
      </w:r>
    </w:p>
    <w:p>
      <w:pPr>
        <w:jc w:val="right"/>
      </w:pPr>
      <w:r>
        <w:t>سو ائی کین سے دیٹ سکسیسز اور رائٹ ان دس ورلڈ، سکسیس از اور رائٹ۔</w:t>
      </w:r>
    </w:p>
    <w:p>
      <w:r>
        <w:rPr>
          <w:b/>
        </w:rPr>
        <w:t xml:space="preserve">[24:41] </w:t>
      </w:r>
      <w:r>
        <w:t>And everyone can achieve success, even so-called disabled person, even so-called sufferers.</w:t>
      </w:r>
    </w:p>
    <w:p>
      <w:pPr>
        <w:jc w:val="right"/>
      </w:pPr>
      <w:r>
        <w:t>اینڈ ایوری ون کین اچیو سکسیس، ایون سو کالڈ ڈس ایبلڈ پرسن، ایون سو کالڈ سفررز۔</w:t>
      </w:r>
    </w:p>
    <w:p>
      <w:r>
        <w:rPr>
          <w:b/>
        </w:rPr>
        <w:t xml:space="preserve">[24:48] </w:t>
      </w:r>
      <w:r>
        <w:t>And, and history proves, history shows, and history proves that it is a fact.</w:t>
      </w:r>
    </w:p>
    <w:p>
      <w:pPr>
        <w:jc w:val="right"/>
      </w:pPr>
      <w:r>
        <w:t>اینڈ، اینڈ ہسٹری پروفز، ہسٹری شوز، اینڈ ہسٹری پروفز دیٹ اٹ از ا فیکٹ۔</w:t>
      </w:r>
    </w:p>
    <w:p>
      <w:r>
        <w:rPr>
          <w:b/>
        </w:rPr>
        <w:t xml:space="preserve">[24:54] </w:t>
      </w:r>
      <w:r>
        <w:t>There are ample examples in history that, that all, that, that one who is a, then who is</w:t>
      </w:r>
    </w:p>
    <w:p>
      <w:pPr>
        <w:jc w:val="right"/>
      </w:pPr>
      <w:r>
        <w:t>دیر ار ایمپل ایگزیمپل ان ہسٹری دیٹ، دیٹ ال، دیٹ، دیٹ ون ہو از ا، دن ہو از</w:t>
      </w:r>
    </w:p>
    <w:p>
      <w:r>
        <w:rPr>
          <w:b/>
        </w:rPr>
        <w:t xml:space="preserve">[25:02] </w:t>
      </w:r>
      <w:r>
        <w:t>A disabled person, he became a super achiever.</w:t>
      </w:r>
    </w:p>
    <w:p>
      <w:pPr>
        <w:jc w:val="right"/>
      </w:pPr>
      <w:r>
        <w:t>ا ڈس ایبلڈ پرسن، ہی بیکم ا سپر اچیور۔</w:t>
      </w:r>
    </w:p>
    <w:p>
      <w:r>
        <w:rPr>
          <w:b/>
        </w:rPr>
        <w:t xml:space="preserve">[25:06] </w:t>
      </w:r>
      <w:r>
        <w:t>So there is a, there is a saying in Bible that blame thyself, don't blame others.</w:t>
      </w:r>
    </w:p>
    <w:p>
      <w:pPr>
        <w:jc w:val="right"/>
      </w:pPr>
      <w:r>
        <w:t>سو دیر از ا، دیر از سینگ ان بائبل دیٹ بلیم دائی سیلف، ڈونٹ بلیم ادرز۔</w:t>
      </w:r>
    </w:p>
    <w:p>
      <w:r>
        <w:rPr>
          <w:b/>
        </w:rPr>
        <w:t xml:space="preserve">[25:13] </w:t>
      </w:r>
      <w:r>
        <w:t>Now what it means? Blame thyself means discover your own potential.</w:t>
      </w:r>
    </w:p>
    <w:p>
      <w:pPr>
        <w:jc w:val="right"/>
      </w:pPr>
      <w:r>
        <w:t>ناؤ واٹ اٹ مینز؟ بلیم دائی سیلف مینز ڈسکور یور اون پوٹینشل۔</w:t>
      </w:r>
    </w:p>
    <w:p>
      <w:r>
        <w:rPr>
          <w:b/>
        </w:rPr>
        <w:t xml:space="preserve">[25:18] </w:t>
      </w:r>
      <w:r>
        <w:t>When you are, when you are unaware of your own potential, then you become protest, protestant, complainant.</w:t>
      </w:r>
    </w:p>
    <w:p>
      <w:pPr>
        <w:jc w:val="right"/>
      </w:pPr>
      <w:r>
        <w:t>وین یو ار، وین یو ار ان اویر اف یور اون پوٹینشل، دین یو بیکم پروٹیسٹ، پروٹیسٹنٹ، کمپلیننٹ۔</w:t>
      </w:r>
    </w:p>
    <w:p>
      <w:r>
        <w:rPr>
          <w:b/>
        </w:rPr>
        <w:t xml:space="preserve">[25:25] </w:t>
      </w:r>
      <w:r>
        <w:t>do people who are unaware of their own potentials, it is these people who blame others.</w:t>
      </w:r>
    </w:p>
    <w:p>
      <w:pPr>
        <w:jc w:val="right"/>
      </w:pPr>
      <w:r>
        <w:t>دو پیپل ہو ار ان اویر اف دیر اون پوٹینشلز، اٹ از دیز پیپل ہو بلیم ادرز۔</w:t>
      </w:r>
    </w:p>
    <w:p>
      <w:r>
        <w:rPr>
          <w:b/>
        </w:rPr>
        <w:t xml:space="preserve">[25:33] </w:t>
      </w:r>
      <w:r>
        <w:t>So blame thyself means discover your own qualities.</w:t>
      </w:r>
    </w:p>
    <w:p>
      <w:pPr>
        <w:jc w:val="right"/>
      </w:pPr>
      <w:r>
        <w:t>سو بلیم دائی سیلف مینز ڈسکور یور اون کوالٹیز۔</w:t>
      </w:r>
    </w:p>
    <w:p>
      <w:r>
        <w:rPr>
          <w:b/>
        </w:rPr>
        <w:t xml:space="preserve">[25:37] </w:t>
      </w:r>
      <w:r>
        <w:t>And when you will discover your own qualities, you, you cannot blame others.</w:t>
      </w:r>
    </w:p>
    <w:p>
      <w:pPr>
        <w:jc w:val="right"/>
      </w:pPr>
      <w:r>
        <w:t>اینڈ وین یو ویل ڈسکور یور اون کوالٹیز، یو، یو کین ناٹ بلیم ادرز۔</w:t>
      </w:r>
    </w:p>
    <w:p>
      <w:r>
        <w:rPr>
          <w:b/>
        </w:rPr>
        <w:t xml:space="preserve">[25:43] </w:t>
      </w:r>
      <w:r>
        <w:t>You will find that you are a blessed person.</w:t>
      </w:r>
    </w:p>
    <w:p>
      <w:pPr>
        <w:jc w:val="right"/>
      </w:pPr>
      <w:r>
        <w:t>یو ویل فائنڈ دیٹ یو ار ا بلیسڈ پرسن۔</w:t>
      </w:r>
    </w:p>
    <w:p>
      <w:r>
        <w:rPr>
          <w:b/>
        </w:rPr>
        <w:t xml:space="preserve">[25:46] </w:t>
      </w:r>
      <w:r>
        <w:t>When you discover your own quality, you will feel that I am a super achiever, I am a</w:t>
      </w:r>
    </w:p>
    <w:p>
      <w:pPr>
        <w:jc w:val="right"/>
      </w:pPr>
      <w:r>
        <w:t>وین یو ڈسکور یور اون کوالٹی، یو ویل فیل دیٹ ائی ایم ا سپر اچیور، ائی ایم ا</w:t>
      </w:r>
    </w:p>
    <w:p>
      <w:r>
        <w:rPr>
          <w:b/>
        </w:rPr>
        <w:t xml:space="preserve">[25:54] </w:t>
      </w:r>
      <w:r>
        <w:t>blessed person.</w:t>
      </w:r>
    </w:p>
    <w:p>
      <w:pPr>
        <w:jc w:val="right"/>
      </w:pPr>
      <w:r>
        <w:t>بلیسڈ پرسن۔</w:t>
      </w:r>
    </w:p>
    <w:p>
      <w:r>
        <w:rPr>
          <w:b/>
        </w:rPr>
        <w:t xml:space="preserve">[25:56] </w:t>
      </w:r>
      <w:r>
        <w:t>So I think that pessimism is against the law of nature.</w:t>
      </w:r>
    </w:p>
    <w:p>
      <w:pPr>
        <w:jc w:val="right"/>
      </w:pPr>
      <w:r>
        <w:t>سو ائی تھنک دیٹ پیسیمز از اگینسٹ دی لاء اف نیچر۔</w:t>
      </w:r>
    </w:p>
    <w:p>
      <w:r>
        <w:rPr>
          <w:b/>
        </w:rPr>
        <w:t xml:space="preserve">[26:00] </w:t>
      </w:r>
      <w:r>
        <w:t>There is no room for pessimism in this nature, not at all.</w:t>
      </w:r>
    </w:p>
    <w:p>
      <w:pPr>
        <w:jc w:val="right"/>
      </w:pPr>
      <w:r>
        <w:t>دیر از نو روم فار پیسیمز ان دس نیچر، ناٹ ایٹ ال۔</w:t>
      </w:r>
    </w:p>
    <w:p>
      <w:r>
        <w:rPr>
          <w:b/>
        </w:rPr>
        <w:t xml:space="preserve">[26:06] </w:t>
      </w:r>
      <w:r>
        <w:t>According to the creation plan of God, pessimism is a, is a baseless, baseless thing.</w:t>
      </w:r>
    </w:p>
    <w:p>
      <w:pPr>
        <w:jc w:val="right"/>
      </w:pPr>
      <w:r>
        <w:t>اکارڈنگ ٹو دا کریشن پلان اف گاڈ، پیسیمز از ا، از ا بیسلیس، بیسلیس تھنگز۔</w:t>
      </w:r>
    </w:p>
    <w:p>
      <w:r>
        <w:rPr>
          <w:b/>
        </w:rPr>
        <w:t xml:space="preserve">[26:12] </w:t>
      </w:r>
      <w:r>
        <w:t>Nature knows only one thing that is optimism.</w:t>
      </w:r>
    </w:p>
    <w:p>
      <w:pPr>
        <w:jc w:val="right"/>
      </w:pPr>
      <w:r>
        <w:t>نیچر نوز اونلی ون تھنگ دیٹ از اپٹیمزم۔</w:t>
      </w:r>
    </w:p>
    <w:p>
      <w:r>
        <w:rPr>
          <w:b/>
        </w:rPr>
        <w:t xml:space="preserve">[26:15] </w:t>
      </w:r>
      <w:r>
        <w:t>The, the natural plan is based on blessing, on optimism, and not on pessimism or, or negativity.</w:t>
      </w:r>
    </w:p>
    <w:p>
      <w:pPr>
        <w:jc w:val="right"/>
      </w:pPr>
      <w:r>
        <w:t>دا، دا نیچرل پلان از بیسڈ ان بلیسنگ، ان اپٹیمزم، اینڈ ناٹ ان پیسیمزم اور، اور نیگیٹیوٹی۔</w:t>
      </w:r>
    </w:p>
    <w:p>
      <w:r>
        <w:rPr>
          <w:b/>
        </w:rPr>
        <w:t xml:space="preserve">[26:23] </w:t>
      </w:r>
      <w:r>
        <w:t>So I think that there are two ways to see things, seeing by right angle and, and seeing</w:t>
      </w:r>
    </w:p>
    <w:p>
      <w:pPr>
        <w:jc w:val="right"/>
      </w:pPr>
      <w:r>
        <w:t>سو ائی تھنک دیٹ دیر ار ٹو وے ٹو سی تھنگز، سینگ بائی رائٹ اینگل اینڈ، اینڈ سینگ</w:t>
      </w:r>
    </w:p>
    <w:p>
      <w:r>
        <w:rPr>
          <w:b/>
        </w:rPr>
        <w:t xml:space="preserve">[26:30] </w:t>
      </w:r>
      <w:r>
        <w:t>by wrong angle.</w:t>
      </w:r>
    </w:p>
    <w:p>
      <w:pPr>
        <w:jc w:val="right"/>
      </w:pPr>
      <w:r>
        <w:t>بائی رونگ اینگل۔</w:t>
      </w:r>
    </w:p>
    <w:p>
      <w:r>
        <w:rPr>
          <w:b/>
        </w:rPr>
        <w:t xml:space="preserve">[26:32] </w:t>
      </w:r>
      <w:r>
        <w:t>So there's two ways of saying things, right angle and, and, and wrong angle.</w:t>
      </w:r>
    </w:p>
    <w:p>
      <w:pPr>
        <w:jc w:val="right"/>
      </w:pPr>
      <w:r>
        <w:t>سو دیرس ٹو وے اف سینگ تھنگز، رائٹ اینگل اینڈ، اینڈ، اینڈ رونگ اینگل۔</w:t>
      </w:r>
    </w:p>
    <w:p>
      <w:r>
        <w:rPr>
          <w:b/>
        </w:rPr>
        <w:t xml:space="preserve">[26:38] </w:t>
      </w:r>
      <w:r>
        <w:t>When you see things by wrong angle, you become protestant, you become pessimist.</w:t>
      </w:r>
    </w:p>
    <w:p>
      <w:pPr>
        <w:jc w:val="right"/>
      </w:pPr>
      <w:r>
        <w:t>وین یو سی تھنگز بائی رونگ اینگل، یو بیکم پروٹیسٹنٹ، یو بیکم پیسیمسٹ۔</w:t>
      </w:r>
    </w:p>
    <w:p>
      <w:r>
        <w:rPr>
          <w:b/>
        </w:rPr>
        <w:t xml:space="preserve">[26:43] </w:t>
      </w:r>
      <w:r>
        <w:t>But when you see things by right angle, you become optimist.</w:t>
      </w:r>
    </w:p>
    <w:p>
      <w:pPr>
        <w:jc w:val="right"/>
      </w:pPr>
      <w:r>
        <w:t>بٹ وین یو سی تھنگز بائی رائٹ اینگل، یو بیکم اپٹیمسٹ۔</w:t>
      </w:r>
    </w:p>
    <w:p>
      <w:r>
        <w:rPr>
          <w:b/>
        </w:rPr>
        <w:t xml:space="preserve">[26:48] </w:t>
      </w:r>
      <w:r>
        <w:t>You find that everywhere there are blessings.</w:t>
      </w:r>
    </w:p>
    <w:p>
      <w:pPr>
        <w:jc w:val="right"/>
      </w:pPr>
      <w:r>
        <w:t>یو فائنڈ دیٹ ایوری ویر دیر ار بلیسنگ۔</w:t>
      </w:r>
    </w:p>
    <w:p>
      <w:r>
        <w:rPr>
          <w:b/>
        </w:rPr>
        <w:t xml:space="preserve">[26:52] </w:t>
      </w:r>
      <w:r>
        <w:t>The world is full of blessings.</w:t>
      </w:r>
    </w:p>
    <w:p>
      <w:pPr>
        <w:jc w:val="right"/>
      </w:pPr>
      <w:r>
        <w:t>دا ورلڈ از فل اف بلیسنگز۔</w:t>
      </w:r>
    </w:p>
    <w:p>
      <w:r>
        <w:rPr>
          <w:b/>
        </w:rPr>
        <w:t xml:space="preserve">[26:54] </w:t>
      </w:r>
      <w:r>
        <w:t>When you see things by right angle, you will find that the world is full of blessings, full</w:t>
      </w:r>
    </w:p>
    <w:p>
      <w:pPr>
        <w:jc w:val="right"/>
      </w:pPr>
      <w:r>
        <w:t>وین یو سی تھنگز بائی رائٹ اینگل، یو ویل فائنڈ دیٹ دا ورلڈ از فل اف بلیسنگز، فل</w:t>
      </w:r>
    </w:p>
    <w:p>
      <w:r>
        <w:rPr>
          <w:b/>
        </w:rPr>
        <w:t xml:space="preserve">[27:02] </w:t>
      </w:r>
      <w:r>
        <w:t>of advantage, full of advantages, full of positive items.</w:t>
      </w:r>
    </w:p>
    <w:p>
      <w:pPr>
        <w:jc w:val="right"/>
      </w:pPr>
      <w:r>
        <w:t>اف ایڈوانٹیج، فل اف ایڈوانٹیجز، فل اف پازیٹیو ائٹمز۔</w:t>
      </w:r>
    </w:p>
    <w:p>
      <w:r>
        <w:rPr>
          <w:b/>
        </w:rPr>
        <w:t xml:space="preserve">[27:06] </w:t>
      </w:r>
      <w:r>
        <w:t>I know a person who is, I know him personally, he was born as a, as a dis</w:t>
      </w:r>
    </w:p>
    <w:p>
      <w:pPr>
        <w:jc w:val="right"/>
      </w:pPr>
      <w:r>
        <w:t>ائی نو ا پرسن ہو از، ائی نو ہم پرسنلی، ہی واز بورن ایز ا، ایز ا ڈس</w:t>
      </w:r>
    </w:p>
    <w:p>
      <w:r>
        <w:rPr>
          <w:b/>
        </w:rPr>
        <w:t xml:space="preserve">[27:13] </w:t>
      </w:r>
      <w:r>
        <w:t>abled person.</w:t>
      </w:r>
    </w:p>
    <w:p>
      <w:pPr>
        <w:jc w:val="right"/>
      </w:pPr>
      <w:r>
        <w:t>ایبلڈ پرسن۔</w:t>
      </w:r>
    </w:p>
    <w:p>
      <w:r>
        <w:rPr>
          <w:b/>
        </w:rPr>
        <w:t xml:space="preserve">[27:15] </w:t>
      </w:r>
      <w:r>
        <w:t>But he became in, in that locality, he became a leader, very popular because he was able to</w:t>
      </w:r>
    </w:p>
    <w:p>
      <w:pPr>
        <w:jc w:val="right"/>
      </w:pPr>
      <w:r>
        <w:t>بٹ ہی بیکم ان، ان دیٹ لوکلٹی، ہی بیکم ا لیڈر، ویری پاپولر بیکاز ہی واز ایبل ٹو</w:t>
      </w:r>
    </w:p>
    <w:p>
      <w:r>
        <w:rPr>
          <w:b/>
        </w:rPr>
        <w:t xml:space="preserve">[27:23] </w:t>
      </w:r>
      <w:r>
        <w:t>Speak with full force.</w:t>
      </w:r>
    </w:p>
    <w:p>
      <w:pPr>
        <w:jc w:val="right"/>
      </w:pPr>
      <w:r>
        <w:t>سپیک ود فل فورس۔</w:t>
      </w:r>
    </w:p>
    <w:p>
      <w:r>
        <w:rPr>
          <w:b/>
        </w:rPr>
        <w:t xml:space="preserve">[27:24] </w:t>
      </w:r>
      <w:r>
        <w:t>تو although he was a disabled person, but he, but he, but he used his speaking power,</w:t>
      </w:r>
    </w:p>
    <w:p>
      <w:pPr>
        <w:jc w:val="right"/>
      </w:pPr>
      <w:r>
        <w:t>تو الدو ہی واز ا ڈس ایبلڈ پرسن، بٹ ہی، بٹ ہی، بٹ ہی یوزڈ ہز سپیکنگ پاور،</w:t>
      </w:r>
    </w:p>
    <w:p>
      <w:r>
        <w:rPr>
          <w:b/>
        </w:rPr>
        <w:t xml:space="preserve">[27:32] </w:t>
      </w:r>
      <w:r>
        <w:t>become a leader in that locality.</w:t>
      </w:r>
    </w:p>
    <w:p>
      <w:pPr>
        <w:jc w:val="right"/>
      </w:pPr>
      <w:r>
        <w:t>بیکم ا لیڈر ان دیٹ لوکلٹی۔</w:t>
      </w:r>
    </w:p>
    <w:p>
      <w:r>
        <w:rPr>
          <w:b/>
        </w:rPr>
        <w:t xml:space="preserve">[27:35] </w:t>
      </w:r>
      <w:r>
        <w:t>There's another person who was born as a disabled person, but after great effort, after struggle,</w:t>
      </w:r>
    </w:p>
    <w:p>
      <w:pPr>
        <w:jc w:val="right"/>
      </w:pPr>
      <w:r>
        <w:t>دیر سو ادر پرسن ہو ویر بورن ایز ا ڈس ایبلڈ پرسن، بٹ افٹر گریٹ ایفرٹ، افٹر سٹرگل،</w:t>
      </w:r>
    </w:p>
    <w:p>
      <w:r>
        <w:rPr>
          <w:b/>
        </w:rPr>
        <w:t xml:space="preserve">[27:42] </w:t>
      </w:r>
      <w:r>
        <w:t>They become a successful person.</w:t>
      </w:r>
    </w:p>
    <w:p>
      <w:pPr>
        <w:jc w:val="right"/>
      </w:pPr>
      <w:r>
        <w:t>دے بیکم ا سکسیس فل پرسن۔</w:t>
      </w:r>
    </w:p>
    <w:p>
      <w:r>
        <w:rPr>
          <w:b/>
        </w:rPr>
        <w:t xml:space="preserve">[27:45] </w:t>
      </w:r>
      <w:r>
        <w:t>So basic thing is that you have to see things by right angle and not wrong angle.</w:t>
      </w:r>
    </w:p>
    <w:p>
      <w:pPr>
        <w:jc w:val="right"/>
      </w:pPr>
      <w:r>
        <w:t>سو بیسک تھنگز از دیٹ یو ہیو ٹو سی تھنگز بائی رائٹ اینگل اینڈ ناٹ رونگ اینگل۔</w:t>
      </w:r>
    </w:p>
    <w:p>
      <w:r>
        <w:rPr>
          <w:b/>
        </w:rPr>
        <w:t xml:space="preserve">[27:52] </w:t>
      </w:r>
      <w:r>
        <w:t>This is the basic point.</w:t>
      </w:r>
    </w:p>
    <w:p>
      <w:pPr>
        <w:jc w:val="right"/>
      </w:pPr>
      <w:r>
        <w:t>دس از دا بیسک پوائنٹ۔</w:t>
      </w:r>
    </w:p>
    <w:p>
      <w:r>
        <w:rPr>
          <w:b/>
        </w:rPr>
        <w:t xml:space="preserve">[27:54] </w:t>
      </w:r>
      <w:r>
        <w:t>I have read many articles about this issue.</w:t>
      </w:r>
    </w:p>
    <w:p>
      <w:pPr>
        <w:jc w:val="right"/>
      </w:pPr>
      <w:r>
        <w:t>ائی ہیو ریڈ مینی ارٹیکلز اباؤٹ دس ایشو۔</w:t>
      </w:r>
    </w:p>
    <w:p>
      <w:r>
        <w:rPr>
          <w:b/>
        </w:rPr>
        <w:t xml:space="preserve">[27:58] </w:t>
      </w:r>
      <w:r>
        <w:t>These writers, these writers were negative.</w:t>
      </w:r>
    </w:p>
    <w:p>
      <w:pPr>
        <w:jc w:val="right"/>
      </w:pPr>
      <w:r>
        <w:t>دیز رائٹس، دیز رائٹرز ویر نیگیٹیو۔</w:t>
      </w:r>
    </w:p>
    <w:p>
      <w:r>
        <w:rPr>
          <w:b/>
        </w:rPr>
        <w:t xml:space="preserve">[28:00] </w:t>
      </w:r>
      <w:r>
        <w:t>They were engaged in complaining.</w:t>
      </w:r>
    </w:p>
    <w:p>
      <w:pPr>
        <w:jc w:val="right"/>
      </w:pPr>
      <w:r>
        <w:t>دے ویر انگیج ان کمپلیننگ۔</w:t>
      </w:r>
    </w:p>
    <w:p>
      <w:r>
        <w:rPr>
          <w:b/>
        </w:rPr>
        <w:t xml:space="preserve">[28:03] </w:t>
      </w:r>
      <w:r>
        <w:t>They were saying that God Almighty is not a, a just God, He is a just person.</w:t>
      </w:r>
    </w:p>
    <w:p>
      <w:pPr>
        <w:jc w:val="right"/>
      </w:pPr>
      <w:r>
        <w:t>دے ویر سینگ دیٹ گاڈ المائٹی از ناٹ ا، ا جسٹ گاڈ، ہی از ا جسٹ پرسن۔</w:t>
      </w:r>
    </w:p>
    <w:p>
      <w:r>
        <w:rPr>
          <w:b/>
        </w:rPr>
        <w:t xml:space="preserve">[28:10] </w:t>
      </w:r>
      <w:r>
        <w:t>So why this, why this, all these disparities? According to their thinking, disparity is a, according to their</w:t>
      </w:r>
    </w:p>
    <w:p>
      <w:pPr>
        <w:jc w:val="right"/>
      </w:pPr>
      <w:r>
        <w:t>سو وائی دس، وائی دس، ال دیز ڈسپیرٹیز؟ اکارڈنگ ٹو دیر تھنکنگ، ڈسپیرٹی از ا، اکارڈنگ ٹو دیر</w:t>
      </w:r>
    </w:p>
    <w:p>
      <w:r>
        <w:rPr>
          <w:b/>
        </w:rPr>
        <w:t xml:space="preserve">[28:18] </w:t>
      </w:r>
      <w:r>
        <w:t>Thinking, disparity was a, was a, was an evil.</w:t>
      </w:r>
    </w:p>
    <w:p>
      <w:pPr>
        <w:jc w:val="right"/>
      </w:pPr>
      <w:r>
        <w:t>تھنکنگ، ڈسپیرٹی واز ا، واز ا، واز این ایول۔</w:t>
      </w:r>
    </w:p>
    <w:p>
      <w:r>
        <w:rPr>
          <w:b/>
        </w:rPr>
        <w:t xml:space="preserve">[28:21] </w:t>
      </w:r>
      <w:r>
        <w:t>But is, it is, it is that correct thinking.</w:t>
      </w:r>
    </w:p>
    <w:p>
      <w:pPr>
        <w:jc w:val="right"/>
      </w:pPr>
      <w:r>
        <w:t>بٹ از، اٹ از، اٹ از داٹ کریکٹ تھنکنگ۔</w:t>
      </w:r>
    </w:p>
    <w:p>
      <w:r>
        <w:rPr>
          <w:b/>
        </w:rPr>
        <w:t xml:space="preserve">[28:25] </w:t>
      </w:r>
      <w:r>
        <w:t>It is disparity that creates challenge.</w:t>
      </w:r>
    </w:p>
    <w:p>
      <w:pPr>
        <w:jc w:val="right"/>
      </w:pPr>
      <w:r>
        <w:t>اٹ از ڈسپیرٹی دیٹ کریٹس چیلنج۔</w:t>
      </w:r>
    </w:p>
    <w:p>
      <w:r>
        <w:rPr>
          <w:b/>
        </w:rPr>
        <w:t xml:space="preserve">[28:28] </w:t>
      </w:r>
      <w:r>
        <w:t>"Without disparity, there is no challenge."</w:t>
      </w:r>
    </w:p>
    <w:p>
      <w:pPr>
        <w:jc w:val="right"/>
      </w:pPr>
      <w:r>
        <w:t>وداؤٹ ڈسپیرٹی، دیر از نو چیلنج۔</w:t>
      </w:r>
    </w:p>
    <w:p>
      <w:r>
        <w:rPr>
          <w:b/>
        </w:rPr>
        <w:t xml:space="preserve">[28:30] </w:t>
      </w:r>
      <w:r>
        <w:t>Disparity means challenging situation.</w:t>
      </w:r>
    </w:p>
    <w:p>
      <w:pPr>
        <w:jc w:val="right"/>
      </w:pPr>
      <w:r>
        <w:t>ڈسپیرٹی مینز چیلنجنگ سچویشن۔</w:t>
      </w:r>
    </w:p>
    <w:p>
      <w:r>
        <w:rPr>
          <w:b/>
        </w:rPr>
        <w:t xml:space="preserve">[28:32] </w:t>
      </w:r>
      <w:r>
        <w:t>And you know, challenge creates completion.</w:t>
      </w:r>
    </w:p>
    <w:p>
      <w:pPr>
        <w:jc w:val="right"/>
      </w:pPr>
      <w:r>
        <w:t>اینڈ یو نو، چیلنج کریٹس کمپلیشن۔</w:t>
      </w:r>
    </w:p>
    <w:p>
      <w:r>
        <w:rPr>
          <w:b/>
        </w:rPr>
        <w:t xml:space="preserve">[28:35] </w:t>
      </w:r>
      <w:r>
        <w:t>challenge inculcate incentive.</w:t>
      </w:r>
    </w:p>
    <w:p>
      <w:pPr>
        <w:jc w:val="right"/>
      </w:pPr>
      <w:r>
        <w:t>چیلنج انکلکیٹ انسنٹیو۔</w:t>
      </w:r>
    </w:p>
    <w:p>
      <w:r>
        <w:rPr>
          <w:b/>
        </w:rPr>
        <w:t xml:space="preserve">[28:36] </w:t>
      </w:r>
      <w:r>
        <w:t>Challenge makes you superman.</w:t>
      </w:r>
    </w:p>
    <w:p>
      <w:pPr>
        <w:jc w:val="right"/>
      </w:pPr>
      <w:r>
        <w:t>چیلنج میکس یو سپرمین۔</w:t>
      </w:r>
    </w:p>
    <w:p>
      <w:r>
        <w:rPr>
          <w:b/>
        </w:rPr>
        <w:t xml:space="preserve">[28:38] </w:t>
      </w:r>
      <w:r>
        <w:t>So it is the method of nature.</w:t>
      </w:r>
    </w:p>
    <w:p>
      <w:pPr>
        <w:jc w:val="right"/>
      </w:pPr>
      <w:r>
        <w:t>سو اٹ از دا میتھڈ اف نیچر۔</w:t>
      </w:r>
    </w:p>
    <w:p>
      <w:r>
        <w:rPr>
          <w:b/>
        </w:rPr>
        <w:t xml:space="preserve">[28:41] </w:t>
      </w:r>
      <w:r>
        <w:t>Through disparity, nature tries to make you superman.</w:t>
      </w:r>
    </w:p>
    <w:p>
      <w:pPr>
        <w:jc w:val="right"/>
      </w:pPr>
      <w:r>
        <w:t>تھرو ڈسپیرٹی، نیچر ٹرائیز ٹو میک یو سپرمین۔</w:t>
      </w:r>
    </w:p>
    <w:p>
      <w:r>
        <w:rPr>
          <w:b/>
        </w:rPr>
        <w:t xml:space="preserve">[28:44] </w:t>
      </w:r>
      <w:r>
        <w:t>So, challenge is not an evil.</w:t>
      </w:r>
    </w:p>
    <w:p>
      <w:pPr>
        <w:jc w:val="right"/>
      </w:pPr>
      <w:r>
        <w:t>سو چیلنج از ناٹ این ایول۔</w:t>
      </w:r>
    </w:p>
    <w:p>
      <w:r>
        <w:rPr>
          <w:b/>
        </w:rPr>
        <w:t xml:space="preserve">[28:47] </w:t>
      </w:r>
      <w:r>
        <w:t>So, suffering is not an evil.</w:t>
      </w:r>
    </w:p>
    <w:p>
      <w:pPr>
        <w:jc w:val="right"/>
      </w:pPr>
      <w:r>
        <w:t>سو سفرنگ از ناٹ این ایول۔</w:t>
      </w:r>
    </w:p>
    <w:p>
      <w:r>
        <w:rPr>
          <w:b/>
        </w:rPr>
        <w:t xml:space="preserve">[28:49] </w:t>
      </w:r>
      <w:r>
        <w:t>aqool qool haza wastaghfirullah li walakum ajmaeen.</w:t>
      </w:r>
    </w:p>
    <w:p>
      <w:pPr>
        <w:jc w:val="right"/>
      </w:pPr>
      <w:r>
        <w:t>اقول قول ھذا واستغفراللہ لیولکم اجمعین۔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