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Age of Institution I 28th Jan. 08</w:t>
      </w:r>
    </w:p>
    <w:p>
      <w:r>
        <w:t>https://www.youtube.com/watch?v=wXC1bY6-Ks8</w:t>
      </w:r>
    </w:p>
    <w:p>
      <w:r>
        <w:rPr>
          <w:b/>
        </w:rPr>
        <w:t xml:space="preserve">[00:06] </w:t>
      </w:r>
      <w:r>
        <w:t>bismillah rahman rahim, wa salallahu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[00:16] </w:t>
      </w:r>
      <w:r>
        <w:t>rab ishrah li sadri, wa yassir li amri, wahlul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[00:27] </w:t>
      </w:r>
      <w:r>
        <w:t>aaj ki jo baat hai, is ki theme hai "The Age of Institutions".</w:t>
      </w:r>
    </w:p>
    <w:p>
      <w:pPr>
        <w:jc w:val="right"/>
      </w:pPr>
      <w:r>
        <w:t>آج کی جو بات ہے، اس کی تھیم ہے "The Age of Institutions"۔</w:t>
      </w:r>
    </w:p>
    <w:p>
      <w:r>
        <w:rPr>
          <w:b/>
        </w:rPr>
        <w:t xml:space="preserve">[00:38] </w:t>
      </w:r>
      <w:r>
        <w:t>The Age of Institutions.</w:t>
      </w:r>
    </w:p>
    <w:p>
      <w:pPr>
        <w:jc w:val="right"/>
      </w:pPr>
      <w:r>
        <w:t>The Age of Institutions۔</w:t>
      </w:r>
    </w:p>
    <w:p>
      <w:r>
        <w:rPr>
          <w:b/>
        </w:rPr>
        <w:t xml:space="preserve">[00:49] </w:t>
      </w:r>
      <w:r>
        <w:t>yeh theme is tarah mere mind mein aayi ke aaj, yani 27 January ko, akhbaron mein yeh khabar</w:t>
      </w:r>
    </w:p>
    <w:p>
      <w:pPr>
        <w:jc w:val="right"/>
      </w:pPr>
      <w:r>
        <w:t>یہ تھیم اس طرح میرے مائنڈ میں آئی کہ آج، یعنی 27 جنوری کو، اخباروں میں یہ خبر</w:t>
      </w:r>
    </w:p>
    <w:p>
      <w:r>
        <w:rPr>
          <w:b/>
        </w:rPr>
        <w:t xml:space="preserve">[01:00] </w:t>
      </w:r>
      <w:r>
        <w:t>aayi hai ke Indonesia, jo ek muslim mulk hai, to Indonesia ke president ka, Indonesia ke president ki</w:t>
      </w:r>
    </w:p>
    <w:p>
      <w:pPr>
        <w:jc w:val="right"/>
      </w:pPr>
      <w:r>
        <w:t>آئی ہے کہ انڈونیشیا، جو ایک مسلم ملک ہے، تو انڈونیشیا کے پریزیڈنٹ کا، انڈونیشیا کے پریزیڈنٹ کی</w:t>
      </w:r>
    </w:p>
    <w:p>
      <w:r>
        <w:rPr>
          <w:b/>
        </w:rPr>
        <w:t xml:space="preserve">[01:11] </w:t>
      </w:r>
      <w:r>
        <w:t>death ho gayi.</w:t>
      </w:r>
    </w:p>
    <w:p>
      <w:pPr>
        <w:jc w:val="right"/>
      </w:pPr>
      <w:r>
        <w:t>ڈیتھ ہو گئی۔</w:t>
      </w:r>
    </w:p>
    <w:p>
      <w:r>
        <w:rPr>
          <w:b/>
        </w:rPr>
        <w:t xml:space="preserve">[01:22] </w:t>
      </w:r>
      <w:r>
        <w:t>maulana, aaj 28 hai.</w:t>
      </w:r>
    </w:p>
    <w:p>
      <w:pPr>
        <w:jc w:val="right"/>
      </w:pPr>
      <w:r>
        <w:t>مولانا، آج 28 ہے۔</w:t>
      </w:r>
    </w:p>
    <w:p>
      <w:r>
        <w:rPr>
          <w:b/>
        </w:rPr>
        <w:t xml:space="preserve">[01:23] </w:t>
      </w:r>
      <w:r>
        <w:t>aaj 28 hai? ji, 28 hai.</w:t>
      </w:r>
    </w:p>
    <w:p>
      <w:pPr>
        <w:jc w:val="right"/>
      </w:pPr>
      <w:r>
        <w:t>آج 28 ہے؟ جی، 28 ہے۔</w:t>
      </w:r>
    </w:p>
    <w:p>
      <w:r>
        <w:rPr>
          <w:b/>
        </w:rPr>
        <w:t xml:space="preserve">[01:26] </w:t>
      </w:r>
      <w:r>
        <w:t>is theme ka khayal mujhe is tarah aaya ke aaj maine akhbaron mein, yaani 28 January ke</w:t>
      </w:r>
    </w:p>
    <w:p>
      <w:pPr>
        <w:jc w:val="right"/>
      </w:pPr>
      <w:r>
        <w:t>اس تھیم کا خیال مجھے اس طرح آیا کہ آج میں نے اخباروں میں، یعنی 28 جنوری کے</w:t>
      </w:r>
    </w:p>
    <w:p>
      <w:r>
        <w:rPr>
          <w:b/>
        </w:rPr>
        <w:t xml:space="preserve">[01:33] </w:t>
      </w:r>
      <w:r>
        <w:t>akhbaron mein, yeh khabar padhi ke Indonesia ke sadar, Indonesia ke president general Suharto ka inteqal ho gaya,</w:t>
      </w:r>
    </w:p>
    <w:p>
      <w:pPr>
        <w:jc w:val="right"/>
      </w:pPr>
      <w:r>
        <w:t>اخباروں میں، یہ خبر پڑھی کہ انڈونیشیا کے صدر، انڈونیشیا کے پریزیڈنٹ جنرل سوہارتو کا انتقال ہو گیا،</w:t>
      </w:r>
    </w:p>
    <w:p>
      <w:r>
        <w:rPr>
          <w:b/>
        </w:rPr>
        <w:t xml:space="preserve">[01:41] </w:t>
      </w:r>
      <w:r>
        <w:t>Jakarta mein.</w:t>
      </w:r>
    </w:p>
    <w:p>
      <w:pPr>
        <w:jc w:val="right"/>
      </w:pPr>
      <w:r>
        <w:t>جکارتہ میں۔</w:t>
      </w:r>
    </w:p>
    <w:p>
      <w:r>
        <w:rPr>
          <w:b/>
        </w:rPr>
        <w:t xml:space="preserve">[01:43] </w:t>
      </w:r>
      <w:r>
        <w:t>general Suharto ko bohat lambi umar mili, yaani 86 saal mein unka inteqal hua hai, 86 saal,</w:t>
      </w:r>
    </w:p>
    <w:p>
      <w:pPr>
        <w:jc w:val="right"/>
      </w:pPr>
      <w:r>
        <w:t>جنرل سوہارتو کو بہت لمبی عمر ملی، یعنی 86 سال میں ان کا انتقال ہوا ہے، 86 سال،</w:t>
      </w:r>
    </w:p>
    <w:p>
      <w:r>
        <w:rPr>
          <w:b/>
        </w:rPr>
        <w:t xml:space="preserve">[01:50] </w:t>
      </w:r>
      <w:r>
        <w:t>Jakarta ke hospital mein.</w:t>
      </w:r>
    </w:p>
    <w:p>
      <w:pPr>
        <w:jc w:val="right"/>
      </w:pPr>
      <w:r>
        <w:t>جکارتہ کے ہاسپٹل میں۔</w:t>
      </w:r>
    </w:p>
    <w:p>
      <w:r>
        <w:rPr>
          <w:b/>
        </w:rPr>
        <w:t xml:space="preserve">[01:52] </w:t>
      </w:r>
      <w:r>
        <w:t>وہ وہاں کی فوج میں جنرل تھے، پھر انہوں نے coup کیا اور وہاں کی حکومت پر قبضہ</w:t>
      </w:r>
    </w:p>
    <w:p>
      <w:pPr>
        <w:jc w:val="right"/>
      </w:pPr>
      <w:r>
        <w:t>وہ وہاں کی فوج میں جنرل تھے، پھر انہوں نے کو کیا اور وہاں کی حکومت پر قبضہ</w:t>
      </w:r>
    </w:p>
    <w:p>
      <w:r>
        <w:rPr>
          <w:b/>
        </w:rPr>
        <w:t xml:space="preserve">[02:00] </w:t>
      </w:r>
      <w:r>
        <w:t>kar liya, aur phir 32 saal tak, yaani 32 saal tak, unhon ne Indonesia mein, jo ek Muslim</w:t>
      </w:r>
    </w:p>
    <w:p>
      <w:pPr>
        <w:jc w:val="right"/>
      </w:pPr>
      <w:r>
        <w:t>کر لیا، اور پھر 32 سال تک، یعنی 32 سال تک، انہوں نے انڈونیشیا میں، جو ایک مسلم</w:t>
      </w:r>
    </w:p>
    <w:p>
      <w:r>
        <w:rPr>
          <w:b/>
        </w:rPr>
        <w:t xml:space="preserve">[02:08] </w:t>
      </w:r>
      <w:r>
        <w:t>mulk hai, wahan par hukumat ki.</w:t>
      </w:r>
    </w:p>
    <w:p>
      <w:pPr>
        <w:jc w:val="right"/>
      </w:pPr>
      <w:r>
        <w:t>ملک ہے، وہاں پر حکومت کی۔</w:t>
      </w:r>
    </w:p>
    <w:p>
      <w:r>
        <w:rPr>
          <w:b/>
        </w:rPr>
        <w:t xml:space="preserve">[02:10] </w:t>
      </w:r>
      <w:r>
        <w:t>kaha jata hai ke apni hukumat ko mazboot karne ke liye unhon ne taqreeban do lakh aadmiyon ko</w:t>
      </w:r>
    </w:p>
    <w:p>
      <w:pPr>
        <w:jc w:val="right"/>
      </w:pPr>
      <w:r>
        <w:t>کہا جاتا ہے کہ اپنی حکومت کو مضبوط کرنے کے لیے انہوں نے تقریباً دو لاکھ آدمیوں کو</w:t>
      </w:r>
    </w:p>
    <w:p>
      <w:r>
        <w:rPr>
          <w:b/>
        </w:rPr>
        <w:t xml:space="preserve">[02:18] </w:t>
      </w:r>
      <w:r>
        <w:t>halak kar diya.</w:t>
      </w:r>
    </w:p>
    <w:p>
      <w:pPr>
        <w:jc w:val="right"/>
      </w:pPr>
      <w:r>
        <w:t>ہلاک کر دیا۔</w:t>
      </w:r>
    </w:p>
    <w:p>
      <w:r>
        <w:rPr>
          <w:b/>
        </w:rPr>
        <w:t xml:space="preserve">[02:19] </w:t>
      </w:r>
      <w:r>
        <w:t>be rehmi se unhon ne apne opposition ko khatam kiya.</w:t>
      </w:r>
    </w:p>
    <w:p>
      <w:pPr>
        <w:jc w:val="right"/>
      </w:pPr>
      <w:r>
        <w:t>بے رحمی سے انہوں نے اپنے اپوزیشن کو ختم کیا۔</w:t>
      </w:r>
    </w:p>
    <w:p>
      <w:r>
        <w:rPr>
          <w:b/>
        </w:rPr>
        <w:t xml:space="preserve">[02:24] </w:t>
      </w:r>
      <w:r>
        <w:t>is tarah woh 32 saal tak hukumat karte rahe.</w:t>
      </w:r>
    </w:p>
    <w:p>
      <w:pPr>
        <w:jc w:val="right"/>
      </w:pPr>
      <w:r>
        <w:t>اس طرح وہ 32 سال تک حکومت کرتے رہے۔</w:t>
      </w:r>
    </w:p>
    <w:p>
      <w:r>
        <w:rPr>
          <w:b/>
        </w:rPr>
        <w:t xml:space="preserve">[02:27] </w:t>
      </w:r>
      <w:r>
        <w:t>لیکن آخر میں کیا انجام ہوا کہ وہ bad deal in ہو گئے۔</w:t>
      </w:r>
    </w:p>
    <w:p>
      <w:pPr>
        <w:jc w:val="right"/>
      </w:pPr>
      <w:r>
        <w:t>لیکن آخر میں کیا انجام ہوا کہ وہ بڈ ڈیلن ہو گئے۔</w:t>
      </w:r>
    </w:p>
    <w:p>
      <w:r>
        <w:rPr>
          <w:b/>
        </w:rPr>
        <w:t xml:space="preserve">[02:33] </w:t>
      </w:r>
      <w:r>
        <w:t>پہلے تو بہت ہی زبردست ان کی صحت تھی، بہت ہی sturdy معلوم ہوتے تھے پہلے، اب وہ</w:t>
      </w:r>
    </w:p>
    <w:p>
      <w:pPr>
        <w:jc w:val="right"/>
      </w:pPr>
      <w:r>
        <w:t>پہلے تو بہت ہی زبردست ان کی صحت تھی، بہت ہی اسٹڈی معلوم ہوتے تھے پہلے، اب وہ</w:t>
      </w:r>
    </w:p>
    <w:p>
      <w:r>
        <w:rPr>
          <w:b/>
        </w:rPr>
        <w:t xml:space="preserve">[02:40] </w:t>
      </w:r>
      <w:r>
        <w:t>bilkul hi kamzor ho gaye.</w:t>
      </w:r>
    </w:p>
    <w:p>
      <w:pPr>
        <w:jc w:val="right"/>
      </w:pPr>
      <w:r>
        <w:t>بالکل ہی کمزور ہو گئے۔</w:t>
      </w:r>
    </w:p>
    <w:p>
      <w:r>
        <w:rPr>
          <w:b/>
        </w:rPr>
        <w:t xml:space="preserve">[02:42] </w:t>
      </w:r>
      <w:r>
        <w:t>doctoron ne unke, doctoron ne unki wafat ke baad jo ailaan kiya hai us mein yeh</w:t>
      </w:r>
    </w:p>
    <w:p>
      <w:pPr>
        <w:jc w:val="right"/>
      </w:pPr>
      <w:r>
        <w:t>ڈاکٹروں نے ان کے، ڈاکٹروں نے ان کی وفات کے بعد جو اعلان کیا ہے اس میں یہ</w:t>
      </w:r>
    </w:p>
    <w:p>
      <w:r>
        <w:rPr>
          <w:b/>
        </w:rPr>
        <w:t xml:space="preserve">[02:50] </w:t>
      </w:r>
      <w:r>
        <w:t>likha hua tha ke "He died of multiple organ failure".</w:t>
      </w:r>
    </w:p>
    <w:p>
      <w:pPr>
        <w:jc w:val="right"/>
      </w:pPr>
      <w:r>
        <w:t>لکھا ہوا تھا کہ "He died of multiple organ failure"۔</w:t>
      </w:r>
    </w:p>
    <w:p>
      <w:r>
        <w:rPr>
          <w:b/>
        </w:rPr>
        <w:t xml:space="preserve">[02:54] </w:t>
      </w:r>
      <w:r>
        <w:t>ke unke jism ke jo mukhtalif aza the, unhon ne kaam karna band kar diya.</w:t>
      </w:r>
    </w:p>
    <w:p>
      <w:pPr>
        <w:jc w:val="right"/>
      </w:pPr>
      <w:r>
        <w:t>کہ ان کے جسم کے جو مختلف اعضاء تھے، انہوں نے کام کرنا بند کر دیا۔</w:t>
      </w:r>
    </w:p>
    <w:p>
      <w:r>
        <w:rPr>
          <w:b/>
        </w:rPr>
        <w:t xml:space="preserve">[03:01] </w:t>
      </w:r>
      <w:r>
        <w:t>yahan tak ke dil itna kamzor ho gaya tha ke in ko zinda karne ki koshish bhi nahi</w:t>
      </w:r>
    </w:p>
    <w:p>
      <w:pPr>
        <w:jc w:val="right"/>
      </w:pPr>
      <w:r>
        <w:t>یہاں تک کہ دل اتنا کمزور ہو گیا تھا کہ ان کو زندہ کرنے کی کوشش بھی نہیں</w:t>
      </w:r>
    </w:p>
    <w:p>
      <w:r>
        <w:rPr>
          <w:b/>
        </w:rPr>
        <w:t xml:space="preserve">[03:09] </w:t>
      </w:r>
      <w:r>
        <w:t>ki ja saki.</w:t>
      </w:r>
    </w:p>
    <w:p>
      <w:pPr>
        <w:jc w:val="right"/>
      </w:pPr>
      <w:r>
        <w:t>کی جا سکی۔</w:t>
      </w:r>
    </w:p>
    <w:p>
      <w:r>
        <w:rPr>
          <w:b/>
        </w:rPr>
        <w:t xml:space="preserve">[03:11] </w:t>
      </w:r>
      <w:r>
        <w:t>dil is qabil nahi tha in ka.</w:t>
      </w:r>
    </w:p>
    <w:p>
      <w:pPr>
        <w:jc w:val="right"/>
      </w:pPr>
      <w:r>
        <w:t>دل اس قابل نہیں تھا ان کا۔</w:t>
      </w:r>
    </w:p>
    <w:p>
      <w:r>
        <w:rPr>
          <w:b/>
        </w:rPr>
        <w:t xml:space="preserve">[03:14] </w:t>
      </w:r>
      <w:r>
        <w:t>is tarah se in ka khatma ho gaya.</w:t>
      </w:r>
    </w:p>
    <w:p>
      <w:pPr>
        <w:jc w:val="right"/>
      </w:pPr>
      <w:r>
        <w:t>اس طرح سے ان کا خاتمہ ہو گیا۔</w:t>
      </w:r>
    </w:p>
    <w:p>
      <w:r>
        <w:rPr>
          <w:b/>
        </w:rPr>
        <w:t xml:space="preserve">[03:17] </w:t>
      </w:r>
      <w:r>
        <w:t>ab aap dekhen ke malayshia bhi aik in ka parosi mulk hai, indonesia bhi aik parosi mulk hai.</w:t>
      </w:r>
    </w:p>
    <w:p>
      <w:pPr>
        <w:jc w:val="right"/>
      </w:pPr>
      <w:r>
        <w:t>اب آپ دیکھیں کہ ملیشیا بھی ایک ان کا پڑوسی ملک ہے، انڈونیشیا بھی ایک پڑوسی ملک ہے۔</w:t>
      </w:r>
    </w:p>
    <w:p>
      <w:r>
        <w:rPr>
          <w:b/>
        </w:rPr>
        <w:t xml:space="preserve">[03:25] </w:t>
      </w:r>
      <w:r>
        <w:t>donon taqreeban barabar barabar ke mulk hain.</w:t>
      </w:r>
    </w:p>
    <w:p>
      <w:pPr>
        <w:jc w:val="right"/>
      </w:pPr>
      <w:r>
        <w:t>دونوں تقریباً برابر برابر کے ملک ہیں۔</w:t>
      </w:r>
    </w:p>
    <w:p>
      <w:r>
        <w:rPr>
          <w:b/>
        </w:rPr>
        <w:t xml:space="preserve">[03:28] </w:t>
      </w:r>
      <w:r>
        <w:t>lekin malayshia mein taraqqi hui, indonesia mein taraqqi nahi hui.</w:t>
      </w:r>
    </w:p>
    <w:p>
      <w:pPr>
        <w:jc w:val="right"/>
      </w:pPr>
      <w:r>
        <w:t>لیکن ملیشیا میں ترقی ہوئی، انڈونیشیا میں ترقی نہیں ہوئی۔</w:t>
      </w:r>
    </w:p>
    <w:p>
      <w:r>
        <w:rPr>
          <w:b/>
        </w:rPr>
        <w:t xml:space="preserve">[03:32] </w:t>
      </w:r>
      <w:r>
        <w:t>is ka waja yeh hai ke malayshia mein jamhooriyat hai, aur indonesia mein jamhooriyat nahi thi.</w:t>
      </w:r>
    </w:p>
    <w:p>
      <w:pPr>
        <w:jc w:val="right"/>
      </w:pPr>
      <w:r>
        <w:t>اس کا وجہ یہ ہے کہ ملیشیا میں جمہوریت ہے، اور انڈونیشیا میں جمہوریت نہیں تھی۔</w:t>
      </w:r>
    </w:p>
    <w:p>
      <w:r>
        <w:rPr>
          <w:b/>
        </w:rPr>
        <w:t xml:space="preserve">[03:39] </w:t>
      </w:r>
      <w:r>
        <w:t>dekhen is zamane mein muslim mumalik mein, ya muslim nations mein, is zamane mein taqreeban 57 muslim mumalik</w:t>
      </w:r>
    </w:p>
    <w:p>
      <w:pPr>
        <w:jc w:val="right"/>
      </w:pPr>
      <w:r>
        <w:t>دیکھیں اس زمانے میں مسلم ممالک میں، یا مسلم نیشنز میں، اس زمانے میں تقریباً 57 مسلم ممالک</w:t>
      </w:r>
    </w:p>
    <w:p>
      <w:r>
        <w:rPr>
          <w:b/>
        </w:rPr>
        <w:t xml:space="preserve">[03:47] </w:t>
      </w:r>
      <w:r>
        <w:t>hain, lekin kahin bhi ziyada taraqqi aaj ke mayar par nahi hui.</w:t>
      </w:r>
    </w:p>
    <w:p>
      <w:pPr>
        <w:jc w:val="right"/>
      </w:pPr>
      <w:r>
        <w:t>ہیں، لیکن کہیں بھی زیادہ ترقی آج کے معیار پر نہیں ہوئی۔</w:t>
      </w:r>
    </w:p>
    <w:p>
      <w:r>
        <w:rPr>
          <w:b/>
        </w:rPr>
        <w:t xml:space="preserve">[03:52] </w:t>
      </w:r>
      <w:r>
        <w:t>sab paspai ka shikar hain.</w:t>
      </w:r>
    </w:p>
    <w:p>
      <w:pPr>
        <w:jc w:val="right"/>
      </w:pPr>
      <w:r>
        <w:t>سب پسپائی کا شکار ہیں۔</w:t>
      </w:r>
    </w:p>
    <w:p>
      <w:r>
        <w:rPr>
          <w:b/>
        </w:rPr>
        <w:t xml:space="preserve">[03:54] </w:t>
      </w:r>
      <w:r>
        <w:t>yeh aam taur par yeh baat mani jati hai.</w:t>
      </w:r>
    </w:p>
    <w:p>
      <w:pPr>
        <w:jc w:val="right"/>
      </w:pPr>
      <w:r>
        <w:t>یہ عام طور پر یہ بات مانی جاتی ہے۔</w:t>
      </w:r>
    </w:p>
    <w:p>
      <w:r>
        <w:rPr>
          <w:b/>
        </w:rPr>
        <w:t xml:space="preserve">[03:58] </w:t>
      </w:r>
      <w:r>
        <w:t>to aisa kyun hua? sadar suharto ki maut se yeh baat samajh mein aati hai ke sab se</w:t>
      </w:r>
    </w:p>
    <w:p>
      <w:pPr>
        <w:jc w:val="right"/>
      </w:pPr>
      <w:r>
        <w:t>تو ایسا کیوں ہوا؟ صدر سوہارتو کی موت سے یہ بات سمجھ میں آتی ہے کہ سب سے</w:t>
      </w:r>
    </w:p>
    <w:p>
      <w:r>
        <w:rPr>
          <w:b/>
        </w:rPr>
        <w:t xml:space="preserve">[04:05] </w:t>
      </w:r>
      <w:r>
        <w:t>bara jo waja hai woh hai ke muslim mulkon mein idare nahi ban sake.</w:t>
      </w:r>
    </w:p>
    <w:p>
      <w:pPr>
        <w:jc w:val="right"/>
      </w:pPr>
      <w:r>
        <w:t>بڑا جو وجہ ہے وہ ہے کہ مسلم ملکوں میں ادارے نہیں بن سکے۔</w:t>
      </w:r>
    </w:p>
    <w:p>
      <w:r>
        <w:rPr>
          <w:b/>
        </w:rPr>
        <w:t xml:space="preserve">[04:11] </w:t>
      </w:r>
      <w:r>
        <w:t>idare nahi ban sake.</w:t>
      </w:r>
    </w:p>
    <w:p>
      <w:pPr>
        <w:jc w:val="right"/>
      </w:pPr>
      <w:r>
        <w:t>ادارے نہیں بن سکے۔</w:t>
      </w:r>
    </w:p>
    <w:p>
      <w:r>
        <w:rPr>
          <w:b/>
        </w:rPr>
        <w:t xml:space="preserve">[04:13] </w:t>
      </w:r>
      <w:r>
        <w:t>dekhen pehle zamane mein jab ke dunya mein badshahat thi, aap jante hain ke hazaron saal se dunya</w:t>
      </w:r>
    </w:p>
    <w:p>
      <w:pPr>
        <w:jc w:val="right"/>
      </w:pPr>
      <w:r>
        <w:t>دیکھیں پہلے زمانے میں جب کہ دنیا میں بادشاہت تھی، آپ جانتے ہیں کہ ہزاروں سال سے دنیا</w:t>
      </w:r>
    </w:p>
    <w:p>
      <w:r>
        <w:rPr>
          <w:b/>
        </w:rPr>
        <w:t xml:space="preserve">[04:21] </w:t>
      </w:r>
      <w:r>
        <w:t>mein badshahat thi.</w:t>
      </w:r>
    </w:p>
    <w:p>
      <w:pPr>
        <w:jc w:val="right"/>
      </w:pPr>
      <w:r>
        <w:t>میں بادشاہت تھی۔</w:t>
      </w:r>
    </w:p>
    <w:p>
      <w:r>
        <w:rPr>
          <w:b/>
        </w:rPr>
        <w:t xml:space="preserve">[04:22] </w:t>
      </w:r>
      <w:r>
        <w:t>badshah aur shehanshah hua karte thay, woh hukmarani karte thay.</w:t>
      </w:r>
    </w:p>
    <w:p>
      <w:pPr>
        <w:jc w:val="right"/>
      </w:pPr>
      <w:r>
        <w:t>بادشاہ اور شہنشاہ ہوا کرتے تھے، وہ حکمرانی کرتے تھے۔</w:t>
      </w:r>
    </w:p>
    <w:p>
      <w:r>
        <w:rPr>
          <w:b/>
        </w:rPr>
        <w:t xml:space="preserve">[04:27] </w:t>
      </w:r>
      <w:r>
        <w:t>to pichle zamanon mein sirf aik hi idara hua karta tha, woh tha siyasi idara.</w:t>
      </w:r>
    </w:p>
    <w:p>
      <w:pPr>
        <w:jc w:val="right"/>
      </w:pPr>
      <w:r>
        <w:t>تو پچھلے زمانوں میں صرف ایک ہی ادارہ ہوا کرتا تھا، وہ تھا سیاسی ادارہ۔</w:t>
      </w:r>
    </w:p>
    <w:p>
      <w:r>
        <w:rPr>
          <w:b/>
        </w:rPr>
        <w:t xml:space="preserve">[04:33]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[04:35] </w:t>
      </w:r>
      <w:r>
        <w:t>yani siyasi idara.</w:t>
      </w:r>
    </w:p>
    <w:p>
      <w:pPr>
        <w:jc w:val="right"/>
      </w:pPr>
      <w:r>
        <w:t>یعنی سیاسی ادارہ۔</w:t>
      </w:r>
    </w:p>
    <w:p>
      <w:r>
        <w:rPr>
          <w:b/>
        </w:rPr>
        <w:t xml:space="preserve">[04:36] </w:t>
      </w:r>
      <w:r>
        <w:t>siyasi idare ke siwa koi aur idara kisi mulk mein nahi hota tha.</w:t>
      </w:r>
    </w:p>
    <w:p>
      <w:pPr>
        <w:jc w:val="right"/>
      </w:pPr>
      <w:r>
        <w:t>سیاسی ادارے کے سوا کوئی اور ادارہ کسی ملک میں نہیں ہوتا تھا۔</w:t>
      </w:r>
    </w:p>
    <w:p>
      <w:r>
        <w:rPr>
          <w:b/>
        </w:rPr>
        <w:t xml:space="preserve">[04:42] </w:t>
      </w:r>
      <w:r>
        <w:t>to taraqqi kaise hoti? taraqqi to aik bohat hi jamay cheez ka naam hai.</w:t>
      </w:r>
    </w:p>
    <w:p>
      <w:pPr>
        <w:jc w:val="right"/>
      </w:pPr>
      <w:r>
        <w:t>تو ترقی کیسے ہوتی؟ ترقی تو ایک بہت ہی جامع چیز کا نام ہے۔</w:t>
      </w:r>
    </w:p>
    <w:p>
      <w:r>
        <w:rPr>
          <w:b/>
        </w:rPr>
        <w:t xml:space="preserve">[04:48] </w:t>
      </w:r>
      <w:r>
        <w:t>mukhtalif shobon mein jab sargarmiyan hoti hain tab taraqqi hoti hai.</w:t>
      </w:r>
    </w:p>
    <w:p>
      <w:pPr>
        <w:jc w:val="right"/>
      </w:pPr>
      <w:r>
        <w:t>مختلف شعبوں میں جب سرگرمیاں ہوتی ہیں تب ترقی ہوتی ہے۔</w:t>
      </w:r>
    </w:p>
    <w:p>
      <w:r>
        <w:rPr>
          <w:b/>
        </w:rPr>
        <w:t xml:space="preserve">[04:52] </w:t>
      </w:r>
      <w:r>
        <w:t>to koi bari taraqqi pichle zamanon mein nahi ho saki jab ke badshahat ka zamana tha.</w:t>
      </w:r>
    </w:p>
    <w:p>
      <w:pPr>
        <w:jc w:val="right"/>
      </w:pPr>
      <w:r>
        <w:t>تو کوئی بڑی ترقی پچھلے زمانوں میں نہیں ہو سکی جبکہ بادشاہت کا زمانہ تھا۔</w:t>
      </w:r>
    </w:p>
    <w:p>
      <w:r>
        <w:rPr>
          <w:b/>
        </w:rPr>
        <w:t xml:space="preserve">[04:59] </w:t>
      </w:r>
      <w:r>
        <w:t>is zamane mein kya hua? France ke inqilab ke baad, jab jamhooriyat aayi duniya mein, to jamhooriyat ka</w:t>
      </w:r>
    </w:p>
    <w:p>
      <w:pPr>
        <w:jc w:val="right"/>
      </w:pPr>
      <w:r>
        <w:t>اس زمانے میں کیا ہوا؟ فرانس کے انقلاب کے بعد، جب جمہوریت آئی دنیا میں، تو جمہوریت کا</w:t>
      </w:r>
    </w:p>
    <w:p>
      <w:r>
        <w:rPr>
          <w:b/>
        </w:rPr>
        <w:t xml:space="preserve">[05:07] </w:t>
      </w:r>
      <w:r>
        <w:t>matlab kya tha? decentralization.</w:t>
      </w:r>
    </w:p>
    <w:p>
      <w:pPr>
        <w:jc w:val="right"/>
      </w:pPr>
      <w:r>
        <w:t>مطلب کیا تھا؟ ڈی سینٹرلائزیشن۔</w:t>
      </w:r>
    </w:p>
    <w:p>
      <w:r>
        <w:rPr>
          <w:b/>
        </w:rPr>
        <w:t xml:space="preserve">[05:09] </w:t>
      </w:r>
      <w:r>
        <w:t>jamhooriyat ka matlab tha decentralization of politics.</w:t>
      </w:r>
    </w:p>
    <w:p>
      <w:pPr>
        <w:jc w:val="right"/>
      </w:pPr>
      <w:r>
        <w:t>جمہوریت کا مطلب تھا ڈی سینٹرلائزیشن آف پولیٹکس۔</w:t>
      </w:r>
    </w:p>
    <w:p>
      <w:r>
        <w:rPr>
          <w:b/>
        </w:rPr>
        <w:t xml:space="preserve">[05:12] </w:t>
      </w:r>
      <w:r>
        <w:t>decentralization of politics.</w:t>
      </w:r>
    </w:p>
    <w:p>
      <w:pPr>
        <w:jc w:val="right"/>
      </w:pPr>
      <w:r>
        <w:t>ڈی سینٹرلائزیشن آف پولیٹکس۔</w:t>
      </w:r>
    </w:p>
    <w:p>
      <w:r>
        <w:rPr>
          <w:b/>
        </w:rPr>
        <w:t xml:space="preserve">[05:14] </w:t>
      </w:r>
      <w:r>
        <w:t>yani politics ke idare ka markazi hesiyat khatm ho jana.</w:t>
      </w:r>
    </w:p>
    <w:p>
      <w:pPr>
        <w:jc w:val="right"/>
      </w:pPr>
      <w:r>
        <w:t>یعنی پولیٹکس کے ادارے کا مرکزی حیثیت ختم ہو جانا۔</w:t>
      </w:r>
    </w:p>
    <w:p>
      <w:r>
        <w:rPr>
          <w:b/>
        </w:rPr>
        <w:t xml:space="preserve">[05:18] </w:t>
      </w:r>
      <w:r>
        <w:t>to ab kya hua? ke dhire dhire yeh hua ke siyasi taqat jo hai, woh intazamiya ban gaya</w:t>
      </w:r>
    </w:p>
    <w:p>
      <w:pPr>
        <w:jc w:val="right"/>
      </w:pPr>
      <w:r>
        <w:t>تو اب کیا ہوا؟ کہ دھیرے دھیرے یہ ہوا کہ سیاسی طاقت جو ہے، وہ انتظامیہ بن گیا</w:t>
      </w:r>
    </w:p>
    <w:p>
      <w:r>
        <w:rPr>
          <w:b/>
        </w:rPr>
        <w:t xml:space="preserve">[05:26] </w:t>
      </w:r>
      <w:r>
        <w:t>sirf.</w:t>
      </w:r>
    </w:p>
    <w:p>
      <w:pPr>
        <w:jc w:val="right"/>
      </w:pPr>
      <w:r>
        <w:t>صرف۔</w:t>
      </w:r>
    </w:p>
    <w:p>
      <w:r>
        <w:rPr>
          <w:b/>
        </w:rPr>
        <w:t xml:space="preserve">[05:27] </w:t>
      </w:r>
      <w:r>
        <w:t>dekhein is zamane mein jo taraqqi yafta mumalik hain, jahan jamhooriyat hai, wahan ab saltanat ya hukumat ke</w:t>
      </w:r>
    </w:p>
    <w:p>
      <w:pPr>
        <w:jc w:val="right"/>
      </w:pPr>
      <w:r>
        <w:t>دیکھیں اس زمانے میں جو ترقی یافتہ ممالک ہیں، جہاں جمہوریت ہے، وہاں اب سلطنت یا حکومت کے</w:t>
      </w:r>
    </w:p>
    <w:p>
      <w:r>
        <w:rPr>
          <w:b/>
        </w:rPr>
        <w:t xml:space="preserve">[05:35] </w:t>
      </w:r>
      <w:r>
        <w:t>bajaye intazamiya ka lafz istemal kiya jata hai.</w:t>
      </w:r>
    </w:p>
    <w:p>
      <w:pPr>
        <w:jc w:val="right"/>
      </w:pPr>
      <w:r>
        <w:t>بجائے انتظامیہ کا لفظ استعمال کیا جاتا ہے۔</w:t>
      </w:r>
    </w:p>
    <w:p>
      <w:r>
        <w:rPr>
          <w:b/>
        </w:rPr>
        <w:t xml:space="preserve">[05:38] </w:t>
      </w:r>
      <w:r>
        <w:t>yani intazamiya.</w:t>
      </w:r>
    </w:p>
    <w:p>
      <w:pPr>
        <w:jc w:val="right"/>
      </w:pPr>
      <w:r>
        <w:t>یعنی انتظامیہ۔</w:t>
      </w:r>
    </w:p>
    <w:p>
      <w:r>
        <w:rPr>
          <w:b/>
        </w:rPr>
        <w:t xml:space="preserve">[05:40] </w:t>
      </w:r>
      <w:r>
        <w:t>siyasi idara jo hai uski hesiyat kya hai sirf? intazamiya ki hai.</w:t>
      </w:r>
    </w:p>
    <w:p>
      <w:pPr>
        <w:jc w:val="right"/>
      </w:pPr>
      <w:r>
        <w:t>سیاسی ادارہ جو ہے اس کی حیثیت کیا ہے صرف؟ انتظامیہ کی ہے۔</w:t>
      </w:r>
    </w:p>
    <w:p>
      <w:r>
        <w:rPr>
          <w:b/>
        </w:rPr>
        <w:t xml:space="preserve">[05:46] </w:t>
      </w:r>
      <w:r>
        <w:t>intazamiya ki hai bas.</w:t>
      </w:r>
    </w:p>
    <w:p>
      <w:pPr>
        <w:jc w:val="right"/>
      </w:pPr>
      <w:r>
        <w:t>انتظامیہ کی ہے بس۔</w:t>
      </w:r>
    </w:p>
    <w:p>
      <w:r>
        <w:rPr>
          <w:b/>
        </w:rPr>
        <w:t xml:space="preserve">[05:47] </w:t>
      </w:r>
      <w:r>
        <w:t>is ke siwa jo aur zindagi ke shobe hain, zindagi ke shobe hain, woh sab siyasat se bahar</w:t>
      </w:r>
    </w:p>
    <w:p>
      <w:pPr>
        <w:jc w:val="right"/>
      </w:pPr>
      <w:r>
        <w:t>اس کے سوا جو اور زندگی کے شعبے ہیں، زندگی کے شعبے ہیں، وہ سب سیاست سے باہر</w:t>
      </w:r>
    </w:p>
    <w:p>
      <w:r>
        <w:rPr>
          <w:b/>
        </w:rPr>
        <w:t xml:space="preserve">[05:55]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[05:56] </w:t>
      </w:r>
      <w:r>
        <w:t>to ab jo sanat duniya mein aayi, science aayi, technology aayi, to naye naye shobe khule, zindagi ki</w:t>
      </w:r>
    </w:p>
    <w:p>
      <w:pPr>
        <w:jc w:val="right"/>
      </w:pPr>
      <w:r>
        <w:t>تو اب جو صنعت دنیا میں آئی، سائنس آئی، ٹیکنالوجی آئی، تو نئے نئے شعبے کھلے، زندگی کی</w:t>
      </w:r>
    </w:p>
    <w:p>
      <w:r>
        <w:rPr>
          <w:b/>
        </w:rPr>
        <w:t xml:space="preserve">[06:04] </w:t>
      </w:r>
      <w:r>
        <w:t>nayi nayi shakhain bani, naye naye shobe bane.</w:t>
      </w:r>
    </w:p>
    <w:p>
      <w:pPr>
        <w:jc w:val="right"/>
      </w:pPr>
      <w:r>
        <w:t>نئی نئی شاخیں بنیں، نئے نئے شعبے بنے۔</w:t>
      </w:r>
    </w:p>
    <w:p>
      <w:r>
        <w:rPr>
          <w:b/>
        </w:rPr>
        <w:t xml:space="preserve">[06:08] </w:t>
      </w:r>
      <w:r>
        <w:t>to bohat se shobe zindagi ke ban gaye.</w:t>
      </w:r>
    </w:p>
    <w:p>
      <w:pPr>
        <w:jc w:val="right"/>
      </w:pPr>
      <w:r>
        <w:t>تو بہت سے شعبے زندگی کے بن گئے۔</w:t>
      </w:r>
    </w:p>
    <w:p>
      <w:r>
        <w:rPr>
          <w:b/>
        </w:rPr>
        <w:t xml:space="preserve">[06:11] </w:t>
      </w:r>
      <w:r>
        <w:t>to jamhooriyat mein kya hua? yeh sare shobe azadana kaam karne lagay.</w:t>
      </w:r>
    </w:p>
    <w:p>
      <w:pPr>
        <w:jc w:val="right"/>
      </w:pPr>
      <w:r>
        <w:t>تو جمہوریت میں کیا ہوا؟ یہ سارے شعبے آزادانہ کام کرنے لگے۔</w:t>
      </w:r>
    </w:p>
    <w:p>
      <w:r>
        <w:rPr>
          <w:b/>
        </w:rPr>
        <w:t xml:space="preserve">[06:16] </w:t>
      </w:r>
      <w:r>
        <w:t>yani woh hukumat ka hissa nahi rahe.</w:t>
      </w:r>
    </w:p>
    <w:p>
      <w:pPr>
        <w:jc w:val="right"/>
      </w:pPr>
      <w:r>
        <w:t>یعنی وہ حکومت کا حصہ نہیں رہے۔</w:t>
      </w:r>
    </w:p>
    <w:p>
      <w:r>
        <w:rPr>
          <w:b/>
        </w:rPr>
        <w:t xml:space="preserve">[06:19] </w:t>
      </w:r>
      <w:r>
        <w:t>jaise taleem, social service, aur community service, sanat, aur media, electronic media aur print media, is tarah ke</w:t>
      </w:r>
    </w:p>
    <w:p>
      <w:pPr>
        <w:jc w:val="right"/>
      </w:pPr>
      <w:r>
        <w:t>جیسے تعلیم، سوشل سروس، اور کمیونٹی سروس، صنعت، اور میڈیا، الیکٹرانک میڈیا اور پرنٹ میڈیا، اس طرح کے</w:t>
      </w:r>
    </w:p>
    <w:p>
      <w:r>
        <w:rPr>
          <w:b/>
        </w:rPr>
        <w:t xml:space="preserve">[06:27] </w:t>
      </w:r>
      <w:r>
        <w:t>bohat sare shobe.</w:t>
      </w:r>
    </w:p>
    <w:p>
      <w:pPr>
        <w:jc w:val="right"/>
      </w:pPr>
      <w:r>
        <w:t>بہت سارے شعبے۔</w:t>
      </w:r>
    </w:p>
    <w:p>
      <w:r>
        <w:rPr>
          <w:b/>
        </w:rPr>
        <w:t xml:space="preserve">[06:28] </w:t>
      </w:r>
      <w:r>
        <w:t>banking ka shoba, building construction ka shoba, shehri mansooba bandi ka shoba.</w:t>
      </w:r>
    </w:p>
    <w:p>
      <w:pPr>
        <w:jc w:val="right"/>
      </w:pPr>
      <w:r>
        <w:t>بینکنگ کا شعبہ، بلڈنگ کنسٹرکشن کا شعبہ، شہری منصوبہ بندی کا شعبہ۔</w:t>
      </w:r>
    </w:p>
    <w:p>
      <w:r>
        <w:rPr>
          <w:b/>
        </w:rPr>
        <w:t xml:space="preserve">[06:34] </w:t>
      </w:r>
      <w:r>
        <w:t>to yeh sab idare ban gaye.</w:t>
      </w:r>
    </w:p>
    <w:p>
      <w:pPr>
        <w:jc w:val="right"/>
      </w:pPr>
      <w:r>
        <w:t>تو یہ سب ادارے بن گئے۔</w:t>
      </w:r>
    </w:p>
    <w:p>
      <w:r>
        <w:rPr>
          <w:b/>
        </w:rPr>
        <w:t xml:space="preserve">[06:36] </w:t>
      </w:r>
      <w:r>
        <w:t>yeh umar thi umar-e-idara bandi ki.</w:t>
      </w:r>
    </w:p>
    <w:p>
      <w:pPr>
        <w:jc w:val="right"/>
      </w:pPr>
      <w:r>
        <w:t>یہ عمر تھی عمرِ ادارہ بندی کی۔</w:t>
      </w:r>
    </w:p>
    <w:p>
      <w:r>
        <w:rPr>
          <w:b/>
        </w:rPr>
        <w:t xml:space="preserve">[06:39] </w:t>
      </w:r>
      <w:r>
        <w:t>is tarah se taraqqi bohat barh gayi.</w:t>
      </w:r>
    </w:p>
    <w:p>
      <w:pPr>
        <w:jc w:val="right"/>
      </w:pPr>
      <w:r>
        <w:t>اس طرح سے ترقی بہت بڑھ گئی۔</w:t>
      </w:r>
    </w:p>
    <w:p>
      <w:r>
        <w:rPr>
          <w:b/>
        </w:rPr>
        <w:t xml:space="preserve">[06:42] </w:t>
      </w:r>
      <w:r>
        <w:t>pehlay zamanay mein sirf siyasī sarkargarmī hī huā kartī thī.</w:t>
      </w:r>
    </w:p>
    <w:p>
      <w:pPr>
        <w:jc w:val="right"/>
      </w:pPr>
      <w:r>
        <w:t>پہلے زمانے میں صرف سیاسی سرگرمی ہی ہوا کرتی تھی۔</w:t>
      </w:r>
    </w:p>
    <w:p>
      <w:r>
        <w:rPr>
          <w:b/>
        </w:rPr>
        <w:t xml:space="preserve">[06:46] </w:t>
      </w:r>
      <w:r>
        <w:t>ab siyasat ke bāhar bohat sārī sarkargarmīyan shurū ho ga'īn.</w:t>
      </w:r>
    </w:p>
    <w:p>
      <w:pPr>
        <w:jc w:val="right"/>
      </w:pPr>
      <w:r>
        <w:t>اب سیاست کے باہر بہت ساری سرگرمیاں شروع ہو گئیں۔</w:t>
      </w:r>
    </w:p>
    <w:p>
      <w:r>
        <w:rPr>
          <w:b/>
        </w:rPr>
        <w:t xml:space="preserve">[06:51] </w:t>
      </w:r>
      <w:r>
        <w:t>is kī wajah se yeh mumkin ho gayā ke koī group hukūmat mein na ho kar ke, hukūmat</w:t>
      </w:r>
    </w:p>
    <w:p>
      <w:pPr>
        <w:jc w:val="right"/>
      </w:pPr>
      <w:r>
        <w:t>اس کی وجہ سے یہ ممکن ہو گیا کہ کوئی گروپ حکومت میں نہ ہو کر کے، حکومت</w:t>
      </w:r>
    </w:p>
    <w:p>
      <w:r>
        <w:rPr>
          <w:b/>
        </w:rPr>
        <w:t xml:space="preserve">[06:58] </w:t>
      </w:r>
      <w:r>
        <w:t>mein na ho kar ke baṛī baṛī taraqqīyan kare.</w:t>
      </w:r>
    </w:p>
    <w:p>
      <w:pPr>
        <w:jc w:val="right"/>
      </w:pPr>
      <w:r>
        <w:t>میں نہ ہو کر کے بڑی بڑی ترقیاں کرے۔</w:t>
      </w:r>
    </w:p>
    <w:p>
      <w:r>
        <w:rPr>
          <w:b/>
        </w:rPr>
        <w:t xml:space="preserve">[07:02] </w:t>
      </w:r>
      <w:r>
        <w:t>jaise aap dekhen ke Amreeka mein yahūdī jo hain woh aqalliyat mein hain.</w:t>
      </w:r>
    </w:p>
    <w:p>
      <w:pPr>
        <w:jc w:val="right"/>
      </w:pPr>
      <w:r>
        <w:t>جیسے آپ دیکھیں کہ امریکہ میں یہودی جو ہیں وہ اقلیت میں ہیں۔</w:t>
      </w:r>
    </w:p>
    <w:p>
      <w:r>
        <w:rPr>
          <w:b/>
        </w:rPr>
        <w:t xml:space="preserve">[07:08] </w:t>
      </w:r>
      <w:r>
        <w:t>lekin sab log jante hain ke Amreeka yahūdī mein, Amreeka mein yahūdī chhaye hue hain.</w:t>
      </w:r>
    </w:p>
    <w:p>
      <w:pPr>
        <w:jc w:val="right"/>
      </w:pPr>
      <w:r>
        <w:t>لیکن سب لوگ جانتے ہیں کہ امریکہ یہودی میں، امریکہ میں یہودی چھائے ہوئے ہیں۔</w:t>
      </w:r>
    </w:p>
    <w:p>
      <w:r>
        <w:rPr>
          <w:b/>
        </w:rPr>
        <w:t xml:space="preserve">[07:14] </w:t>
      </w:r>
      <w:r>
        <w:t>to yeh kisī sāzish kī wajah se nahīn, kisī sāzish kī wajah se nahīn.</w:t>
      </w:r>
    </w:p>
    <w:p>
      <w:pPr>
        <w:jc w:val="right"/>
      </w:pPr>
      <w:r>
        <w:t>تو یہ کسی سازش کی وجہ سے نہیں، کسی سازش کی وجہ سے نہیں۔</w:t>
      </w:r>
    </w:p>
    <w:p>
      <w:r>
        <w:rPr>
          <w:b/>
        </w:rPr>
        <w:t xml:space="preserve">[07:20] </w:t>
      </w:r>
      <w:r>
        <w:t>is liye ke wahan ke idāron par unhon ne qabza kar liyā hai.</w:t>
      </w:r>
    </w:p>
    <w:p>
      <w:pPr>
        <w:jc w:val="right"/>
      </w:pPr>
      <w:r>
        <w:t>اس لیے کہ وہاں کے اداروں پر انہوں نے قبضہ کر لیا ہے۔</w:t>
      </w:r>
    </w:p>
    <w:p>
      <w:r>
        <w:rPr>
          <w:b/>
        </w:rPr>
        <w:t xml:space="preserve">[07:26] </w:t>
      </w:r>
      <w:r>
        <w:t>jo ke siyāsī siyasat ke bāhar hain, siyāsī taqat ke bāhar hain.</w:t>
      </w:r>
    </w:p>
    <w:p>
      <w:pPr>
        <w:jc w:val="right"/>
      </w:pPr>
      <w:r>
        <w:t>جو کہ سیاسی سیاست کے باہر ہیں، سیاسی طاقت کے باہر ہیں۔</w:t>
      </w:r>
    </w:p>
    <w:p>
      <w:r>
        <w:rPr>
          <w:b/>
        </w:rPr>
        <w:t xml:space="preserve">[07:31] </w:t>
      </w:r>
      <w:r>
        <w:t>jaise wahan kī banking, wahan kī malīyāt, wahan kī banking, wahan kī malīyāt, wahan kī media, wahan kī</w:t>
      </w:r>
    </w:p>
    <w:p>
      <w:pPr>
        <w:jc w:val="right"/>
      </w:pPr>
      <w:r>
        <w:t>جیسے وہاں کی بینکنگ، وہاں کی مالیات، وہاں کی بینکنگ، وہاں کی مالیات، وہاں کی میڈیا، وہاں کی</w:t>
      </w:r>
    </w:p>
    <w:p>
      <w:r>
        <w:rPr>
          <w:b/>
        </w:rPr>
        <w:t xml:space="preserve">[07:39] </w:t>
      </w:r>
      <w:r>
        <w:t>TV, wahan ke akhbārāt, wahan kī ta'līm, in sab shu'bon mein unhon ne zabardast kām kiyā.</w:t>
      </w:r>
    </w:p>
    <w:p>
      <w:pPr>
        <w:jc w:val="right"/>
      </w:pPr>
      <w:r>
        <w:t>ٹی وی، وہاں کے اخبارات، وہاں کی تعلیم، ان سب شعبوں میں انہوں نے زبردست کام کیا۔</w:t>
      </w:r>
    </w:p>
    <w:p>
      <w:r>
        <w:rPr>
          <w:b/>
        </w:rPr>
        <w:t xml:space="preserve">[07:46] </w:t>
      </w:r>
      <w:r>
        <w:t>aur idāron ke zariye unhon ne wahan par apna mawqif banā liyā.</w:t>
      </w:r>
    </w:p>
    <w:p>
      <w:pPr>
        <w:jc w:val="right"/>
      </w:pPr>
      <w:r>
        <w:t>اور اداروں کے ذریعے انہوں نے وہاں پر اپنا موقف بنا لیا۔</w:t>
      </w:r>
    </w:p>
    <w:p>
      <w:r>
        <w:rPr>
          <w:b/>
        </w:rPr>
        <w:t xml:space="preserve">[07:51] </w:t>
      </w:r>
      <w:r>
        <w:t>to yeh ek nayā mazhar hai is zamāne kā.</w:t>
      </w:r>
    </w:p>
    <w:p>
      <w:pPr>
        <w:jc w:val="right"/>
      </w:pPr>
      <w:r>
        <w:t>تو یہ ایک نیا مظہر ہے اس زمانے کا۔</w:t>
      </w:r>
    </w:p>
    <w:p>
      <w:r>
        <w:rPr>
          <w:b/>
        </w:rPr>
        <w:t xml:space="preserve">[07:55] </w:t>
      </w:r>
      <w:r>
        <w:t>pehlay zamāne mein aisā nahīn huā kartā thā.</w:t>
      </w:r>
    </w:p>
    <w:p>
      <w:pPr>
        <w:jc w:val="right"/>
      </w:pPr>
      <w:r>
        <w:t>پہلے زمانے میں ایسا نہیں ہوا کرتا تھا۔</w:t>
      </w:r>
    </w:p>
    <w:p>
      <w:r>
        <w:rPr>
          <w:b/>
        </w:rPr>
        <w:t xml:space="preserve">[07:58] </w:t>
      </w:r>
      <w:r>
        <w:t>lekin is zamāne mein ek bohat hī ajīb bāt hai ke Musalmānon ke baṛe baṛe leader uṭhe, baṛe</w:t>
      </w:r>
    </w:p>
    <w:p>
      <w:pPr>
        <w:jc w:val="right"/>
      </w:pPr>
      <w:r>
        <w:t>لیکن اس زمانے میں ایک بہت ہی عجیب بات ہے کہ مسلمانوں کے بڑے بڑے لیڈر اٹھے، بڑے</w:t>
      </w:r>
    </w:p>
    <w:p>
      <w:r>
        <w:rPr>
          <w:b/>
        </w:rPr>
        <w:t xml:space="preserve">[08:06] </w:t>
      </w:r>
      <w:r>
        <w:t>baṛe mufakkir uṭhe, lekin jahān tak main jāntā hūn, kisī bhī leader ne khule taur par yeh bāt</w:t>
      </w:r>
    </w:p>
    <w:p>
      <w:pPr>
        <w:jc w:val="right"/>
      </w:pPr>
      <w:r>
        <w:t>بڑے مفکر اٹھے، لیکن جہاں تک میں جانتا ہوں، کسی بھی لیڈر نے کھلے طور پر یہ بات</w:t>
      </w:r>
    </w:p>
    <w:p>
      <w:r>
        <w:rPr>
          <w:b/>
        </w:rPr>
        <w:t xml:space="preserve">[08:14] </w:t>
      </w:r>
      <w:r>
        <w:t>Musalmānon ko nahīn batāī ke is zamāne mein siyasat kā decentralization huā hai.</w:t>
      </w:r>
    </w:p>
    <w:p>
      <w:pPr>
        <w:jc w:val="right"/>
      </w:pPr>
      <w:r>
        <w:t>مسلمانوں کو نہیں بتائی کہ اس زمانے میں سیاست کا ڈی سینٹرلائزیشن ہوا ہے۔</w:t>
      </w:r>
    </w:p>
    <w:p>
      <w:r>
        <w:rPr>
          <w:b/>
        </w:rPr>
        <w:t xml:space="preserve">[08:20] </w:t>
      </w:r>
      <w:r>
        <w:t>is zamāne mein idāre bante hain.</w:t>
      </w:r>
    </w:p>
    <w:p>
      <w:pPr>
        <w:jc w:val="right"/>
      </w:pPr>
      <w:r>
        <w:t>اس زمانے میں ادارے بنتے ہیں۔</w:t>
      </w:r>
    </w:p>
    <w:p>
      <w:r>
        <w:rPr>
          <w:b/>
        </w:rPr>
        <w:t xml:space="preserve">[08:22] </w:t>
      </w:r>
      <w:r>
        <w:t>ghair siyāsī shu'ba jo hai us mein baṛe baṛe kām karne ke dā'ire khul ga'e hain.</w:t>
      </w:r>
    </w:p>
    <w:p>
      <w:pPr>
        <w:jc w:val="right"/>
      </w:pPr>
      <w:r>
        <w:t>غیر سیاسی شعبہ جو ہے اس میں بڑے بڑے کام کرنے کے دائرے کھل گئے ہیں۔</w:t>
      </w:r>
    </w:p>
    <w:p>
      <w:r>
        <w:rPr>
          <w:b/>
        </w:rPr>
        <w:t xml:space="preserve">[08:29] </w:t>
      </w:r>
      <w:r>
        <w:t>is mein tum kām karo.</w:t>
      </w:r>
    </w:p>
    <w:p>
      <w:pPr>
        <w:jc w:val="right"/>
      </w:pPr>
      <w:r>
        <w:t>اس میں تم کام کرو۔</w:t>
      </w:r>
    </w:p>
    <w:p>
      <w:r>
        <w:rPr>
          <w:b/>
        </w:rPr>
        <w:t xml:space="preserve">[08:31] </w:t>
      </w:r>
      <w:r>
        <w:t>natija kya hai ke Musalmān shayad dunyā mein bas siyasat ke chaṭān par ṭakrāte rehte hain.</w:t>
      </w:r>
    </w:p>
    <w:p>
      <w:pPr>
        <w:jc w:val="right"/>
      </w:pPr>
      <w:r>
        <w:t>نتیجہ کیا ہے کہ مسلمان شاید دنیا میں بس سیاست کے چٹان پر ٹکراتے رہتے ہیں۔</w:t>
      </w:r>
    </w:p>
    <w:p>
      <w:r>
        <w:rPr>
          <w:b/>
        </w:rPr>
        <w:t xml:space="preserve">[08:38] </w:t>
      </w:r>
      <w:r>
        <w:t>isī mein khudkushī kī bombārī tak chale āte hain.</w:t>
      </w:r>
    </w:p>
    <w:p>
      <w:pPr>
        <w:jc w:val="right"/>
      </w:pPr>
      <w:r>
        <w:t>اسی میں خودکشی کی بمباری تک چلے آتے ہیں۔</w:t>
      </w:r>
    </w:p>
    <w:p>
      <w:r>
        <w:rPr>
          <w:b/>
        </w:rPr>
        <w:t xml:space="preserve">[08:42] </w:t>
      </w:r>
      <w:r>
        <w:t>to jaise main aap ko misāl dūn ke Arab mein ek bohat hī ma'rūf mufakkir the, un kā</w:t>
      </w:r>
    </w:p>
    <w:p>
      <w:pPr>
        <w:jc w:val="right"/>
      </w:pPr>
      <w:r>
        <w:t>تو جیسے میں آپ کو مثال دوں کہ عرب میں ایک بہت ہی معروف مفکر تھے، ان کا</w:t>
      </w:r>
    </w:p>
    <w:p>
      <w:r>
        <w:rPr>
          <w:b/>
        </w:rPr>
        <w:t xml:space="preserve">[08:50] </w:t>
      </w:r>
      <w:r>
        <w:t>nām hai Amir Shakīb Arsalān.</w:t>
      </w:r>
    </w:p>
    <w:p>
      <w:pPr>
        <w:jc w:val="right"/>
      </w:pPr>
      <w:r>
        <w:t>نام ہے امیر شکیب ارسلان۔</w:t>
      </w:r>
    </w:p>
    <w:p>
      <w:r>
        <w:rPr>
          <w:b/>
        </w:rPr>
        <w:t xml:space="preserve">[08:52] </w:t>
      </w:r>
      <w:r>
        <w:t>Amir Shakīb Arsalān jo the, woh bohat hī, bohat hī ziyāda zahīn ādmī the, bohat paṛhe likhe ādmī</w:t>
      </w:r>
    </w:p>
    <w:p>
      <w:pPr>
        <w:jc w:val="right"/>
      </w:pPr>
      <w:r>
        <w:t>امیر شکیب ارسلان جو تھے، وہ بہت ہی، بہت ہی زیادہ ذہین آدمی تھے، بہت پڑھے لکھے آدمی</w:t>
      </w:r>
    </w:p>
    <w:p>
      <w:r>
        <w:rPr>
          <w:b/>
        </w:rPr>
        <w:t xml:space="preserve">[09:00]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[09:01] </w:t>
      </w:r>
      <w:r>
        <w:t>jab un ki mulaqat pehli bar hui Syed Jawabuddin Afghani se, to un ki shakhsiyat se, un</w:t>
      </w:r>
    </w:p>
    <w:p>
      <w:pPr>
        <w:jc w:val="right"/>
      </w:pPr>
      <w:r>
        <w:t>جب ان کی ملاقات پہلی بار ہوئی سید جواب الدین افغانی سے، تو ان کی شخصیت سے، ان</w:t>
      </w:r>
    </w:p>
    <w:p>
      <w:r>
        <w:rPr>
          <w:b/>
        </w:rPr>
        <w:t xml:space="preserve">[09:09] </w:t>
      </w:r>
      <w:r>
        <w:t>ki shakhsiyat se, Jawabuddin Afghani itna zyada mutasir hue ke unhon ne kaha ke "Ana ahad no</w:t>
      </w:r>
    </w:p>
    <w:p>
      <w:pPr>
        <w:jc w:val="right"/>
      </w:pPr>
      <w:r>
        <w:t>کی شخصیت سے، جواب الدین افغانی اتنا زیادہ متاثر ہوئے کہ انہوں نے کہا کہ "انا احد نو</w:t>
      </w:r>
    </w:p>
    <w:p>
      <w:r>
        <w:rPr>
          <w:b/>
        </w:rPr>
        <w:t xml:space="preserve">[09:17] </w:t>
      </w:r>
      <w:r>
        <w:t>ard al-Islam allati imbtat ka".</w:t>
      </w:r>
    </w:p>
    <w:p>
      <w:pPr>
        <w:jc w:val="right"/>
      </w:pPr>
      <w:r>
        <w:t>ارض الاسلام التی امبتت کا"۔</w:t>
      </w:r>
    </w:p>
    <w:p>
      <w:r>
        <w:rPr>
          <w:b/>
        </w:rPr>
        <w:t xml:space="preserve">[09:19] </w:t>
      </w:r>
      <w:r>
        <w:t>mein Islami dunya ko mubarakbad deta hoon jis ne tumhare jaisa shakhs paida kiya.</w:t>
      </w:r>
    </w:p>
    <w:p>
      <w:pPr>
        <w:jc w:val="right"/>
      </w:pPr>
      <w:r>
        <w:t>میں اسلامی دنیا کو مبارکباد دیتا ہوں جس نے تمہارے جیسا شخص پیدا کیا۔</w:t>
      </w:r>
    </w:p>
    <w:p>
      <w:r>
        <w:rPr>
          <w:b/>
        </w:rPr>
        <w:t xml:space="preserve">[09:25] </w:t>
      </w:r>
      <w:r>
        <w:t>to unhon ne ek kitab likhi hai jis ka naam hai "Limadha ta'akhkhar al-Muslimun wa taqaddama ghayruhum".</w:t>
      </w:r>
    </w:p>
    <w:p>
      <w:pPr>
        <w:jc w:val="right"/>
      </w:pPr>
      <w:r>
        <w:t>تو انہوں نے ایک کتاب لکھی ہے جس کا نام ہے "لماذا تأخر المسلمون وتقدم غيرهم"۔</w:t>
      </w:r>
    </w:p>
    <w:p>
      <w:r>
        <w:rPr>
          <w:b/>
        </w:rPr>
        <w:t xml:space="preserve">[09:32] </w:t>
      </w:r>
      <w:r>
        <w:t>yani "Why Muslims Backward".</w:t>
      </w:r>
    </w:p>
    <w:p>
      <w:pPr>
        <w:jc w:val="right"/>
      </w:pPr>
      <w:r>
        <w:t>یعنی "وائی مسلمز بیکورڈ"۔</w:t>
      </w:r>
    </w:p>
    <w:p>
      <w:r>
        <w:rPr>
          <w:b/>
        </w:rPr>
        <w:t xml:space="preserve">[09:33] </w:t>
      </w:r>
      <w:r>
        <w:t>yani "Other Nations Become Forward".</w:t>
      </w:r>
    </w:p>
    <w:p>
      <w:pPr>
        <w:jc w:val="right"/>
      </w:pPr>
      <w:r>
        <w:t>یعنی "ادر نیشنز بیکم فارورڈ"۔</w:t>
      </w:r>
    </w:p>
    <w:p>
      <w:r>
        <w:rPr>
          <w:b/>
        </w:rPr>
        <w:t xml:space="preserve">[09:35] </w:t>
      </w:r>
      <w:r>
        <w:t>is mein kahin bhi is ka zikr nahi ke is daur mein, yeh jo daur hai idaron ka</w:t>
      </w:r>
    </w:p>
    <w:p>
      <w:pPr>
        <w:jc w:val="right"/>
      </w:pPr>
      <w:r>
        <w:t>اس میں کہیں بھی اس کا ذکر نہیں کہ اس دور میں، یہ جو دور ہے اداروں کا</w:t>
      </w:r>
    </w:p>
    <w:p>
      <w:r>
        <w:rPr>
          <w:b/>
        </w:rPr>
        <w:t xml:space="preserve">[09:43] </w:t>
      </w:r>
      <w:r>
        <w:t>daur hai, musalman idaron mein dakhil hi nahi hue.</w:t>
      </w:r>
    </w:p>
    <w:p>
      <w:pPr>
        <w:jc w:val="right"/>
      </w:pPr>
      <w:r>
        <w:t>دور ہے، مسلمان اداروں میں داخل ہی نہیں ہوئے۔</w:t>
      </w:r>
    </w:p>
    <w:p>
      <w:r>
        <w:rPr>
          <w:b/>
        </w:rPr>
        <w:t xml:space="preserve">[09:47] </w:t>
      </w:r>
      <w:r>
        <w:t>wo to bas larh bher rahe hain khali.</w:t>
      </w:r>
    </w:p>
    <w:p>
      <w:pPr>
        <w:jc w:val="right"/>
      </w:pPr>
      <w:r>
        <w:t>وہ تو بس لڑ بھڑ رہے ہیں خالی۔</w:t>
      </w:r>
    </w:p>
    <w:p>
      <w:r>
        <w:rPr>
          <w:b/>
        </w:rPr>
        <w:t xml:space="preserve">[09:50] </w:t>
      </w:r>
      <w:r>
        <w:t>to yeh is mein kahin hai hi nahi.</w:t>
      </w:r>
    </w:p>
    <w:p>
      <w:pPr>
        <w:jc w:val="right"/>
      </w:pPr>
      <w:r>
        <w:t>تو یہ اس میں کہیں ہے ہی نہیں۔</w:t>
      </w:r>
    </w:p>
    <w:p>
      <w:r>
        <w:rPr>
          <w:b/>
        </w:rPr>
        <w:t xml:space="preserve">[09:54] </w:t>
      </w:r>
      <w:r>
        <w:t>isi larhne bherne wali rooh ko barhana chaha unhon ne is kitab mein.</w:t>
      </w:r>
    </w:p>
    <w:p>
      <w:pPr>
        <w:jc w:val="right"/>
      </w:pPr>
      <w:r>
        <w:t>اسی لڑنے بھڑنے والی روح کو بڑھانا چاہا انہوں نے اس کتاب میں۔</w:t>
      </w:r>
    </w:p>
    <w:p>
      <w:r>
        <w:rPr>
          <w:b/>
        </w:rPr>
        <w:t xml:space="preserve">[09:59] </w:t>
      </w:r>
      <w:r>
        <w:t>aur yeh shaoor nahi diya ke yeh daur decentralization of siyasat ka daur hai.</w:t>
      </w:r>
    </w:p>
    <w:p>
      <w:pPr>
        <w:jc w:val="right"/>
      </w:pPr>
      <w:r>
        <w:t>اور یہ شعور نہیں دیا کہ یہ دور ڈی سینٹرلائزیشن آف سیاست کا دور ہے۔</w:t>
      </w:r>
    </w:p>
    <w:p>
      <w:r>
        <w:rPr>
          <w:b/>
        </w:rPr>
        <w:t xml:space="preserve">[10:06] </w:t>
      </w:r>
      <w:r>
        <w:t>siyasat ke bahir bohat sare shobay khul gaye hain.</w:t>
      </w:r>
    </w:p>
    <w:p>
      <w:pPr>
        <w:jc w:val="right"/>
      </w:pPr>
      <w:r>
        <w:t>سیاست کے باہر بہت سارے شعبے کھل گئے ہیں۔</w:t>
      </w:r>
    </w:p>
    <w:p>
      <w:r>
        <w:rPr>
          <w:b/>
        </w:rPr>
        <w:t xml:space="preserve">[10:10] </w:t>
      </w:r>
      <w:r>
        <w:t>is mein idare banaye jate hain.</w:t>
      </w:r>
    </w:p>
    <w:p>
      <w:pPr>
        <w:jc w:val="right"/>
      </w:pPr>
      <w:r>
        <w:t>اس میں ادارے بنائے جاتے ہیں۔</w:t>
      </w:r>
    </w:p>
    <w:p>
      <w:r>
        <w:rPr>
          <w:b/>
        </w:rPr>
        <w:t xml:space="preserve">[10:12] </w:t>
      </w:r>
      <w:r>
        <w:t>to tum siyasi hukmarani hasil kiye baghair bhi bohat bare bare kamyabiyan kar sakte ho.</w:t>
      </w:r>
    </w:p>
    <w:p>
      <w:pPr>
        <w:jc w:val="right"/>
      </w:pPr>
      <w:r>
        <w:t>تو تم سیاسی حکمرانی حاصل کیے بغیر بھی بہت بڑے بڑے کامیابیاں کر سکتے ہو۔</w:t>
      </w:r>
    </w:p>
    <w:p>
      <w:r>
        <w:rPr>
          <w:b/>
        </w:rPr>
        <w:t xml:space="preserve">[10:19] </w:t>
      </w:r>
      <w:r>
        <w:t>yeh poori kitab mein nahi hai.</w:t>
      </w:r>
    </w:p>
    <w:p>
      <w:pPr>
        <w:jc w:val="right"/>
      </w:pPr>
      <w:r>
        <w:t>یہ پوری کتاب میں نہیں ہے۔</w:t>
      </w:r>
    </w:p>
    <w:p>
      <w:r>
        <w:rPr>
          <w:b/>
        </w:rPr>
        <w:t xml:space="preserve">[10:21] </w:t>
      </w:r>
      <w:r>
        <w:t>yeh Arab ki dunya ki baat hui.</w:t>
      </w:r>
    </w:p>
    <w:p>
      <w:pPr>
        <w:jc w:val="right"/>
      </w:pPr>
      <w:r>
        <w:t>یہ عرب کی دنیا کی بات ہوئی۔</w:t>
      </w:r>
    </w:p>
    <w:p>
      <w:r>
        <w:rPr>
          <w:b/>
        </w:rPr>
        <w:t xml:space="preserve">[10:24] </w:t>
      </w:r>
      <w:r>
        <w:t>barh-e-sagheer Hind mein dekhein, Maulana Abu al-Hasanat Nadwi ek bohat hi maroof mufakkir the aur musannif the.</w:t>
      </w:r>
    </w:p>
    <w:p>
      <w:pPr>
        <w:jc w:val="right"/>
      </w:pPr>
      <w:r>
        <w:t>برصغیر ہند میں دیکھیں، مولانا ابو الحسنی لدوی ایک بہت ہی معروف مفکر تھے اور مصنف تھے۔</w:t>
      </w:r>
    </w:p>
    <w:p>
      <w:r>
        <w:rPr>
          <w:b/>
        </w:rPr>
        <w:t xml:space="preserve">[10:32] </w:t>
      </w:r>
      <w:r>
        <w:t>unhon ne kitab likhi "Madha khasir al-'alam bayna hatat al-Muslimin".</w:t>
      </w:r>
    </w:p>
    <w:p>
      <w:pPr>
        <w:jc w:val="right"/>
      </w:pPr>
      <w:r>
        <w:t>انہوں نے کتاب لکھی "ماذا خسر العالم بین حطاط المسلمین"۔</w:t>
      </w:r>
    </w:p>
    <w:p>
      <w:r>
        <w:rPr>
          <w:b/>
        </w:rPr>
        <w:t xml:space="preserve">[10:36] </w:t>
      </w:r>
      <w:r>
        <w:t>yani musalmanon ke zuwal se dunya ko kya nuqsan pohancha.</w:t>
      </w:r>
    </w:p>
    <w:p>
      <w:pPr>
        <w:jc w:val="right"/>
      </w:pPr>
      <w:r>
        <w:t>یعنی مسلمانوں کے زوال سے دنیا کو کیا نقصان پہنچا۔</w:t>
      </w:r>
    </w:p>
    <w:p>
      <w:r>
        <w:rPr>
          <w:b/>
        </w:rPr>
        <w:t xml:space="preserve">[10:40] </w:t>
      </w:r>
      <w:r>
        <w:t>ab yeh kitab bhi dekhein aap.</w:t>
      </w:r>
    </w:p>
    <w:p>
      <w:pPr>
        <w:jc w:val="right"/>
      </w:pPr>
      <w:r>
        <w:t>اب یہ کتاب بھی دیکھیں آپ۔</w:t>
      </w:r>
    </w:p>
    <w:p>
      <w:r>
        <w:rPr>
          <w:b/>
        </w:rPr>
        <w:t xml:space="preserve">[10:43] </w:t>
      </w:r>
      <w:r>
        <w:t>bazaahir choti si kitab hai wo, lekin sari kitab mein kahin bhi yeh shaoor maujood nahi.</w:t>
      </w:r>
    </w:p>
    <w:p>
      <w:pPr>
        <w:jc w:val="right"/>
      </w:pPr>
      <w:r>
        <w:t>بظاہر چھوٹی سی کتاب ہے وہ، لیکن ساری کتاب میں کہیں بھی یہ شعور موجود نہیں۔</w:t>
      </w:r>
    </w:p>
    <w:p>
      <w:r>
        <w:rPr>
          <w:b/>
        </w:rPr>
        <w:t xml:space="preserve">[10:50] </w:t>
      </w:r>
      <w:r>
        <w:t>yani wo yeh is kitab mein yeh nahi bata sake ke aaj ke zamane ki, yani asr-e-jadeed</w:t>
      </w:r>
    </w:p>
    <w:p>
      <w:pPr>
        <w:jc w:val="right"/>
      </w:pPr>
      <w:r>
        <w:t>یعنی وہ یہ اس کتاب میں یہ نہیں بتا سکے کہ آج کے زمانے کی، یعنی عصرِ جدید</w:t>
      </w:r>
    </w:p>
    <w:p>
      <w:r>
        <w:rPr>
          <w:b/>
        </w:rPr>
        <w:t xml:space="preserve">[10:57] </w:t>
      </w:r>
      <w:r>
        <w:t>ka dour kya hai? naye zamane ke mawaqe kya hain? aur sab se bara jo tabdili aai hai</w:t>
      </w:r>
    </w:p>
    <w:p>
      <w:pPr>
        <w:jc w:val="right"/>
      </w:pPr>
      <w:r>
        <w:t>کا دور کیا ہے؟ نئے زمانے کے مواقع کیا ہیں؟ اور سب سے بڑا جو تبدیلی آئی ہے</w:t>
      </w:r>
    </w:p>
    <w:p>
      <w:r>
        <w:rPr>
          <w:b/>
        </w:rPr>
        <w:t xml:space="preserve">[11:05] </w:t>
      </w:r>
      <w:r>
        <w:t>woh hai siyasat ka decentralization.</w:t>
      </w:r>
    </w:p>
    <w:p>
      <w:pPr>
        <w:jc w:val="right"/>
      </w:pPr>
      <w:r>
        <w:t>وہ ہے سیاست کا ڈی سینٹرلائزیشن۔</w:t>
      </w:r>
    </w:p>
    <w:p>
      <w:r>
        <w:rPr>
          <w:b/>
        </w:rPr>
        <w:t xml:space="preserve">[11:08] </w:t>
      </w:r>
      <w:r>
        <w:t>is ne sare maidan khol diye hain.</w:t>
      </w:r>
    </w:p>
    <w:p>
      <w:pPr>
        <w:jc w:val="right"/>
      </w:pPr>
      <w:r>
        <w:t>اس نے سارے میدان کھول دیئے ہیں۔</w:t>
      </w:r>
    </w:p>
    <w:p>
      <w:r>
        <w:rPr>
          <w:b/>
        </w:rPr>
        <w:t xml:space="preserve">[11:11] </w:t>
      </w:r>
      <w:r>
        <w:t>idare bana kar ke aadmi siyasi hukmarani ke baghair bhi bari bari taraqqi kar sakta hai.</w:t>
      </w:r>
    </w:p>
    <w:p>
      <w:pPr>
        <w:jc w:val="right"/>
      </w:pPr>
      <w:r>
        <w:t>ادارے بنا کر کے آدمی سیاسی حکمرانی کے بغیر بھی بڑی بڑی ترقی کر سکتا ہے۔</w:t>
      </w:r>
    </w:p>
    <w:p>
      <w:r>
        <w:rPr>
          <w:b/>
        </w:rPr>
        <w:t xml:space="preserve">[11:17] </w:t>
      </w:r>
      <w:r>
        <w:t>is kitab mein woh nahi bata saka.</w:t>
      </w:r>
    </w:p>
    <w:p>
      <w:pPr>
        <w:jc w:val="right"/>
      </w:pPr>
      <w:r>
        <w:t>اس کتاب میں وہ نہیں بتا سکے۔</w:t>
      </w:r>
    </w:p>
    <w:p>
      <w:r>
        <w:rPr>
          <w:b/>
        </w:rPr>
        <w:t xml:space="preserve">[11:20] </w:t>
      </w:r>
      <w:r>
        <w:t>aisi Iqbal ki kitab mein dekhen "reconstruction of religious thought in Islam".</w:t>
      </w:r>
    </w:p>
    <w:p>
      <w:pPr>
        <w:jc w:val="right"/>
      </w:pPr>
      <w:r>
        <w:t>ایسی اقبال کی کتاب میں دیکھیں "ری کنسٹرکشن آف ریلیجس تھاٹ ان اسلام"۔</w:t>
      </w:r>
    </w:p>
    <w:p>
      <w:r>
        <w:rPr>
          <w:b/>
        </w:rPr>
        <w:t xml:space="preserve">[11:26] </w:t>
      </w:r>
      <w:r>
        <w:t>yeh kitab asal mein toh ek fikri kitab hai.</w:t>
      </w:r>
    </w:p>
    <w:p>
      <w:pPr>
        <w:jc w:val="right"/>
      </w:pPr>
      <w:r>
        <w:t>یہ کتاب اصل میں تو ایک فکری کتاب ہے۔</w:t>
      </w:r>
    </w:p>
    <w:p>
      <w:r>
        <w:rPr>
          <w:b/>
        </w:rPr>
        <w:t xml:space="preserve">[11:30] </w:t>
      </w:r>
      <w:r>
        <w:t>fikri aitbar se likhi gayi hai.</w:t>
      </w:r>
    </w:p>
    <w:p>
      <w:pPr>
        <w:jc w:val="right"/>
      </w:pPr>
      <w:r>
        <w:t>فکری اعتبار سے لکھی گئی ہے۔</w:t>
      </w:r>
    </w:p>
    <w:p>
      <w:r>
        <w:rPr>
          <w:b/>
        </w:rPr>
        <w:t xml:space="preserve">[11:32] </w:t>
      </w:r>
      <w:r>
        <w:t>lekin fikr se juda hua hai yeh mamla bhi.</w:t>
      </w:r>
    </w:p>
    <w:p>
      <w:pPr>
        <w:jc w:val="right"/>
      </w:pPr>
      <w:r>
        <w:t>لیکن فکر سے جڑا ہوا ہے یہ معاملہ بھی۔</w:t>
      </w:r>
    </w:p>
    <w:p>
      <w:r>
        <w:rPr>
          <w:b/>
        </w:rPr>
        <w:t xml:space="preserve">[11:36] </w:t>
      </w:r>
      <w:r>
        <w:t>lekin is mein bhi is pehlu se koi nishandahi nahi.</w:t>
      </w:r>
    </w:p>
    <w:p>
      <w:pPr>
        <w:jc w:val="right"/>
      </w:pPr>
      <w:r>
        <w:t>لیکن اس میں بھی اس پہلو سے کوئی نشاندہی نہیں۔</w:t>
      </w:r>
    </w:p>
    <w:p>
      <w:r>
        <w:rPr>
          <w:b/>
        </w:rPr>
        <w:t xml:space="preserve">[11:41] </w:t>
      </w:r>
      <w:r>
        <w:t>Maulana Abu Al-Alami Modi ki kitab mein dekhen "Al-Jihad fil Islam" bari moti si kitab hai.</w:t>
      </w:r>
    </w:p>
    <w:p>
      <w:pPr>
        <w:jc w:val="right"/>
      </w:pPr>
      <w:r>
        <w:t>مولانا ابو العلم مودی کی کتاب میں دیکھیں "الجہاد فی الاسلام" بڑی موٹی سی کتاب ہے۔</w:t>
      </w:r>
    </w:p>
    <w:p>
      <w:r>
        <w:rPr>
          <w:b/>
        </w:rPr>
        <w:t xml:space="preserve">[11:47] </w:t>
      </w:r>
      <w:r>
        <w:t>lekin woh is mein bhi jihad ki baatein hain.</w:t>
      </w:r>
    </w:p>
    <w:p>
      <w:pPr>
        <w:jc w:val="right"/>
      </w:pPr>
      <w:r>
        <w:t>لیکن وہ اس میں بھی جہاد کی باتیں ہیں۔</w:t>
      </w:r>
    </w:p>
    <w:p>
      <w:r>
        <w:rPr>
          <w:b/>
        </w:rPr>
        <w:t xml:space="preserve">[11:51] </w:t>
      </w:r>
      <w:r>
        <w:t>yani yeh baat ke is zamane mein kya tabdili aai hai, kya tabdili aai hai? kaun se naye</w:t>
      </w:r>
    </w:p>
    <w:p>
      <w:pPr>
        <w:jc w:val="right"/>
      </w:pPr>
      <w:r>
        <w:t>یعنی یہ بات کہ اس زمانے میں کیا تبدیلی آئی ہے، کیا تبدیلی آئی ہے؟ کون سے نئے</w:t>
      </w:r>
    </w:p>
    <w:p>
      <w:r>
        <w:rPr>
          <w:b/>
        </w:rPr>
        <w:t xml:space="preserve">[11:59] </w:t>
      </w:r>
      <w:r>
        <w:t>mawaqe khule hain? kaun si nai mawaqe khule hain? sab se bari baat hai woh batana.</w:t>
      </w:r>
    </w:p>
    <w:p>
      <w:pPr>
        <w:jc w:val="right"/>
      </w:pPr>
      <w:r>
        <w:t>مواقع کھلے ہیں؟ کون سی نئی مواقع کھلے ہیں؟ سب سے بڑی بات ہے وہ بتانا۔</w:t>
      </w:r>
    </w:p>
    <w:p>
      <w:r>
        <w:rPr>
          <w:b/>
        </w:rPr>
        <w:t xml:space="preserve">[12:06] </w:t>
      </w:r>
      <w:r>
        <w:t>isi ko kisi ne nahi bataya toh musalman sari duniya mein is pehlu se bekhabar hain.</w:t>
      </w:r>
    </w:p>
    <w:p>
      <w:pPr>
        <w:jc w:val="right"/>
      </w:pPr>
      <w:r>
        <w:t>اسی کو کسی نے نہیں بتایا تو مسلمان ساری دنیا میں اس پہلو سے بے خبر ہیں۔</w:t>
      </w:r>
    </w:p>
    <w:p>
      <w:r>
        <w:rPr>
          <w:b/>
        </w:rPr>
        <w:t xml:space="preserve">[12:13] </w:t>
      </w:r>
      <w:r>
        <w:t>jabke aaj ki duniya mein jo doosre log hain, woh zabardast taraqqi kar rahe hain.</w:t>
      </w:r>
    </w:p>
    <w:p>
      <w:pPr>
        <w:jc w:val="right"/>
      </w:pPr>
      <w:r>
        <w:t>جبکہ آج کی دنیا میں جو دوسرے لوگ ہیں، وہ زبردست ترقی کر رہے ہیں۔</w:t>
      </w:r>
    </w:p>
    <w:p>
      <w:r>
        <w:rPr>
          <w:b/>
        </w:rPr>
        <w:t xml:space="preserve">[12:20] </w:t>
      </w:r>
      <w:r>
        <w:t>misal ke taur par dekhen dawat ko lijeeye.</w:t>
      </w:r>
    </w:p>
    <w:p>
      <w:pPr>
        <w:jc w:val="right"/>
      </w:pPr>
      <w:r>
        <w:t>مثلاً دیکھیں دعوت کو لیجئے۔</w:t>
      </w:r>
    </w:p>
    <w:p>
      <w:r>
        <w:rPr>
          <w:b/>
        </w:rPr>
        <w:t xml:space="preserve">[12:22] </w:t>
      </w:r>
      <w:r>
        <w:t>yani missionary sargarmiyon ko lijeeye.</w:t>
      </w:r>
    </w:p>
    <w:p>
      <w:pPr>
        <w:jc w:val="right"/>
      </w:pPr>
      <w:r>
        <w:t>یعنی مشنری سرگرمیوں کو لیجئے۔</w:t>
      </w:r>
    </w:p>
    <w:p>
      <w:r>
        <w:rPr>
          <w:b/>
        </w:rPr>
        <w:t xml:space="preserve">[12:24] </w:t>
      </w:r>
      <w:r>
        <w:t>musalmanon ka yeh farz hai sab se bara farz ke woh dawat ka kaam karen.</w:t>
      </w:r>
    </w:p>
    <w:p>
      <w:pPr>
        <w:jc w:val="right"/>
      </w:pPr>
      <w:r>
        <w:t>مسلمانوں کا یہ فرض ہے سب سے بڑا فرض کہ وہ دعوت کا کام کریں۔</w:t>
      </w:r>
    </w:p>
    <w:p>
      <w:r>
        <w:rPr>
          <w:b/>
        </w:rPr>
        <w:t xml:space="preserve">[12:30] </w:t>
      </w:r>
      <w:r>
        <w:t>lekin aap dekhen dawat ko woh idaron ke roop mein de saka.</w:t>
      </w:r>
    </w:p>
    <w:p>
      <w:pPr>
        <w:jc w:val="right"/>
      </w:pPr>
      <w:r>
        <w:t>لیکن آپ دیکھیں دعوت کو وہ اداروں کے روپ میں دے سکے۔</w:t>
      </w:r>
    </w:p>
    <w:p>
      <w:r>
        <w:rPr>
          <w:b/>
        </w:rPr>
        <w:t xml:space="preserve">[12:35] </w:t>
      </w:r>
      <w:r>
        <w:t>jabke isi zamane mein isai logon ne dawat ko, yani missionary sargarmiyon ko zabardast taur par ek idara</w:t>
      </w:r>
    </w:p>
    <w:p>
      <w:pPr>
        <w:jc w:val="right"/>
      </w:pPr>
      <w:r>
        <w:t>جبکہ اسی زمانے میں عیسائی لوگوں نے دعوت کو، یعنی مشنری سرگرمیوں کو زبردست طور پر ایک ادارے</w:t>
      </w:r>
    </w:p>
    <w:p>
      <w:r>
        <w:rPr>
          <w:b/>
        </w:rPr>
        <w:t xml:space="preserve">[12:43] </w:t>
      </w:r>
      <w:r>
        <w:t>ka roop de diya hai.</w:t>
      </w:r>
    </w:p>
    <w:p>
      <w:pPr>
        <w:jc w:val="right"/>
      </w:pPr>
      <w:r>
        <w:t>کا روپ دے دیا ہے۔</w:t>
      </w:r>
    </w:p>
    <w:p>
      <w:r>
        <w:rPr>
          <w:b/>
        </w:rPr>
        <w:t xml:space="preserve">[12:45] </w:t>
      </w:r>
      <w:r>
        <w:t>idara bandi ka namuna aap dekh sakte hain un ke haan.</w:t>
      </w:r>
    </w:p>
    <w:p>
      <w:pPr>
        <w:jc w:val="right"/>
      </w:pPr>
      <w:r>
        <w:t>ادارہ بندی کا نمونہ آپ دیکھ سکتے ہیں ان کے ہاں۔</w:t>
      </w:r>
    </w:p>
    <w:p>
      <w:r>
        <w:rPr>
          <w:b/>
        </w:rPr>
        <w:t xml:space="preserve">[12:50] </w:t>
      </w:r>
      <w:r>
        <w:t>lekin musalmanon ke haan kuch bhi nahi.</w:t>
      </w:r>
    </w:p>
    <w:p>
      <w:pPr>
        <w:jc w:val="right"/>
      </w:pPr>
      <w:r>
        <w:t>لیکن مسلمانوں کے ہاں کچھ بھی نہیں۔</w:t>
      </w:r>
    </w:p>
    <w:p>
      <w:r>
        <w:rPr>
          <w:b/>
        </w:rPr>
        <w:t xml:space="preserve">[12:53] </w:t>
      </w:r>
      <w:r>
        <w:t>toh kisi bhi pehlu se aap dekhen.</w:t>
      </w:r>
    </w:p>
    <w:p>
      <w:pPr>
        <w:jc w:val="right"/>
      </w:pPr>
      <w:r>
        <w:t>تو کسی بھی پہلو سے آپ دیکھیں۔</w:t>
      </w:r>
    </w:p>
    <w:p>
      <w:r>
        <w:rPr>
          <w:b/>
        </w:rPr>
        <w:t xml:space="preserve">[12:56] </w:t>
      </w:r>
      <w:r>
        <w:t>masjid aur madrasa chal raha hai in ke haan.</w:t>
      </w:r>
    </w:p>
    <w:p>
      <w:pPr>
        <w:jc w:val="right"/>
      </w:pPr>
      <w:r>
        <w:t>مسجد اور مدرسہ چل رہا ہے ان کے ہاں۔</w:t>
      </w:r>
    </w:p>
    <w:p>
      <w:r>
        <w:rPr>
          <w:b/>
        </w:rPr>
        <w:t xml:space="preserve">[13:00] </w:t>
      </w:r>
      <w:r>
        <w:t>lekin masjid aur madrasa jo hai woh kya hai? sahi maanon mein aaj ke lihaaz se dekha jaaye</w:t>
      </w:r>
    </w:p>
    <w:p>
      <w:pPr>
        <w:jc w:val="right"/>
      </w:pPr>
      <w:r>
        <w:t>لیکن مسجد اور مدرسہ جو ہے وہ کیا ہے؟ صحیح معنوں میں آج کے لحاظ سے دیکھا جائے</w:t>
      </w:r>
    </w:p>
    <w:p>
      <w:r>
        <w:rPr>
          <w:b/>
        </w:rPr>
        <w:t xml:space="preserve">[13:08] </w:t>
      </w:r>
      <w:r>
        <w:t>toh is ke idare ka hona mushkil hai.</w:t>
      </w:r>
    </w:p>
    <w:p>
      <w:pPr>
        <w:jc w:val="right"/>
      </w:pPr>
      <w:r>
        <w:t>تو اس کے ادارے کا ہونا مشکل ہے۔</w:t>
      </w:r>
    </w:p>
    <w:p>
      <w:r>
        <w:rPr>
          <w:b/>
        </w:rPr>
        <w:t xml:space="preserve">[13:11] </w:t>
      </w:r>
      <w:r>
        <w:t>masjid ko ek idara hona chahiye tha.</w:t>
      </w:r>
    </w:p>
    <w:p>
      <w:pPr>
        <w:jc w:val="right"/>
      </w:pPr>
      <w:r>
        <w:t>مسجد کو ایک ادارہ ہونا چاہیے تھا۔</w:t>
      </w:r>
    </w:p>
    <w:p>
      <w:r>
        <w:rPr>
          <w:b/>
        </w:rPr>
        <w:t xml:space="preserve">[13:14] </w:t>
      </w:r>
      <w:r>
        <w:t>madrasa ko ek idara hona chahiye tha.</w:t>
      </w:r>
    </w:p>
    <w:p>
      <w:pPr>
        <w:jc w:val="right"/>
      </w:pPr>
      <w:r>
        <w:t>مدرسہ کو ایک ادارہ ہونا چاہیے تھا۔</w:t>
      </w:r>
    </w:p>
    <w:p>
      <w:r>
        <w:rPr>
          <w:b/>
        </w:rPr>
        <w:t xml:space="preserve">[13:17] </w:t>
      </w:r>
      <w:r>
        <w:t>lekin idaron ka jo jadeed jo darja hai, jo darjabandi hai, jadeed satah hai, is ke lihaaz</w:t>
      </w:r>
    </w:p>
    <w:p>
      <w:pPr>
        <w:jc w:val="right"/>
      </w:pPr>
      <w:r>
        <w:t>لیکن اداروں کا جو جدید جو درجہ ہے، جو درجہ بندی ہے، جدید سطح ہے، اس کے لحاظ</w:t>
      </w:r>
    </w:p>
    <w:p>
      <w:r>
        <w:rPr>
          <w:b/>
        </w:rPr>
        <w:t xml:space="preserve">[13:25] </w:t>
      </w:r>
      <w:r>
        <w:t>se woh bohat peechay hain woh log.</w:t>
      </w:r>
    </w:p>
    <w:p>
      <w:pPr>
        <w:jc w:val="right"/>
      </w:pPr>
      <w:r>
        <w:t>سے وہ بہت پیچھے ہیں وہ لوگ۔</w:t>
      </w:r>
    </w:p>
    <w:p>
      <w:r>
        <w:rPr>
          <w:b/>
        </w:rPr>
        <w:t xml:space="preserve">[13:28] </w:t>
      </w:r>
      <w:r>
        <w:t>dekhen mein yahan par yeh baat yaad dilana chahoon ga ke peghamabar-e-islam ne is maamle mein bohat</w:t>
      </w:r>
    </w:p>
    <w:p>
      <w:pPr>
        <w:jc w:val="right"/>
      </w:pPr>
      <w:r>
        <w:t>دیکھیں میں یہاں پر یہ بات یاد دلانا چاہوں گا کہ پیغمبر اسلام نے اس معاملے میں بہت</w:t>
      </w:r>
    </w:p>
    <w:p>
      <w:r>
        <w:rPr>
          <w:b/>
        </w:rPr>
        <w:t xml:space="preserve">[13:35] </w:t>
      </w:r>
      <w:r>
        <w:t>zabardast rehnumai di thi.</w:t>
      </w:r>
    </w:p>
    <w:p>
      <w:pPr>
        <w:jc w:val="right"/>
      </w:pPr>
      <w:r>
        <w:t>زبردست رہنمائی دی تھی۔</w:t>
      </w:r>
    </w:p>
    <w:p>
      <w:r>
        <w:rPr>
          <w:b/>
        </w:rPr>
        <w:t xml:space="preserve">[13:37] </w:t>
      </w:r>
      <w:r>
        <w:t>bohat zabardast rehnumai.</w:t>
      </w:r>
    </w:p>
    <w:p>
      <w:pPr>
        <w:jc w:val="right"/>
      </w:pPr>
      <w:r>
        <w:t>بہت زبردست رہنمائی۔</w:t>
      </w:r>
    </w:p>
    <w:p>
      <w:r>
        <w:rPr>
          <w:b/>
        </w:rPr>
        <w:t xml:space="preserve">[13:39] </w:t>
      </w:r>
      <w:r>
        <w:t>yaani peghamabar sahib aaye, aap jantay hain ke saatveen sadi ke pehlay sehmaahi mein.</w:t>
      </w:r>
    </w:p>
    <w:p>
      <w:pPr>
        <w:jc w:val="right"/>
      </w:pPr>
      <w:r>
        <w:t>یعنی پیغمبر صاحب آئے، آپ جانتے ہیں کہ ساتویں صدی کے پہلے سہ ماہی میں۔</w:t>
      </w:r>
    </w:p>
    <w:p>
      <w:r>
        <w:rPr>
          <w:b/>
        </w:rPr>
        <w:t xml:space="preserve">[13:45] </w:t>
      </w:r>
      <w:r>
        <w:t>us waqt saari duniya mein badshahat thi.</w:t>
      </w:r>
    </w:p>
    <w:p>
      <w:pPr>
        <w:jc w:val="right"/>
      </w:pPr>
      <w:r>
        <w:t>اس وقت ساری دنیا میں بادشاہت تھی۔</w:t>
      </w:r>
    </w:p>
    <w:p>
      <w:r>
        <w:rPr>
          <w:b/>
        </w:rPr>
        <w:t xml:space="preserve">[13:48] </w:t>
      </w:r>
      <w:r>
        <w:t>yaani siyasat hi wahid idara thi is zamanay mein.</w:t>
      </w:r>
    </w:p>
    <w:p>
      <w:pPr>
        <w:jc w:val="right"/>
      </w:pPr>
      <w:r>
        <w:t>یعنی سیاست ہی واحد ادارہ تھی اس زمانے میں۔</w:t>
      </w:r>
    </w:p>
    <w:p>
      <w:r>
        <w:rPr>
          <w:b/>
        </w:rPr>
        <w:t xml:space="preserve">[13:52] </w:t>
      </w:r>
      <w:r>
        <w:t>bas idara bandi, idara bandi ka jo jadeed tasawwur hai woh us waqt maujood hi nahin tha.</w:t>
      </w:r>
    </w:p>
    <w:p>
      <w:pPr>
        <w:jc w:val="right"/>
      </w:pPr>
      <w:r>
        <w:t>بس ادارہ بندی، ادارہ بندی کا جو جدید تصور ہے وہ اس وقت موجود ہی نہیں تھا۔</w:t>
      </w:r>
    </w:p>
    <w:p>
      <w:r>
        <w:rPr>
          <w:b/>
        </w:rPr>
        <w:t xml:space="preserve">[13:59] </w:t>
      </w:r>
      <w:r>
        <w:t>lekin peghamabar-e-islam ne is maamle mein musalmanon ko bohat bari rehnumai di, bohat bari rehnumai di.</w:t>
      </w:r>
    </w:p>
    <w:p>
      <w:pPr>
        <w:jc w:val="right"/>
      </w:pPr>
      <w:r>
        <w:t>لیکن پیغمبر اسلام نے اس معاملے میں مسلمانوں کو بہت بڑی رہنمائی دی، بہت بڑی رہنمائی دی۔</w:t>
      </w:r>
    </w:p>
    <w:p>
      <w:r>
        <w:rPr>
          <w:b/>
        </w:rPr>
        <w:t xml:space="preserve">[14:07] </w:t>
      </w:r>
      <w:r>
        <w:t>woh kaisay? dekhen peghamabar-e-islam ne apni dawat shuru ki makkah mein 610 eesvi mein.</w:t>
      </w:r>
    </w:p>
    <w:p>
      <w:pPr>
        <w:jc w:val="right"/>
      </w:pPr>
      <w:r>
        <w:t>وہ کیسے؟ دیکھیں پیغمبر اسلام نے اپنی دعوت شروع کی مکہ میں 610 عیسوی میں۔</w:t>
      </w:r>
    </w:p>
    <w:p>
      <w:r>
        <w:rPr>
          <w:b/>
        </w:rPr>
        <w:t xml:space="preserve">[14:13] </w:t>
      </w:r>
      <w:r>
        <w:t>toh us waqt wahan par koi musalmanon ke paas iqtidaar nahin tha.</w:t>
      </w:r>
    </w:p>
    <w:p>
      <w:pPr>
        <w:jc w:val="right"/>
      </w:pPr>
      <w:r>
        <w:t>تو اس وقت وہاں پر کوئی مسلمانوں کے پاس اقتدار نہیں تھا۔</w:t>
      </w:r>
    </w:p>
    <w:p>
      <w:r>
        <w:rPr>
          <w:b/>
        </w:rPr>
        <w:t xml:space="preserve">[14:18] </w:t>
      </w:r>
      <w:r>
        <w:t>koi siyasi hesiyat nahin thi.</w:t>
      </w:r>
    </w:p>
    <w:p>
      <w:pPr>
        <w:jc w:val="right"/>
      </w:pPr>
      <w:r>
        <w:t>کوئی سیاسی حیثیت نہیں تھی۔</w:t>
      </w:r>
    </w:p>
    <w:p>
      <w:r>
        <w:rPr>
          <w:b/>
        </w:rPr>
        <w:t xml:space="preserve">[14:20] </w:t>
      </w:r>
      <w:r>
        <w:t>23 saal ki dawat ke baad jab aap ki wafat hui 632 eesvi mein.</w:t>
      </w:r>
    </w:p>
    <w:p>
      <w:pPr>
        <w:jc w:val="right"/>
      </w:pPr>
      <w:r>
        <w:t>23 سال کی دعوت کے بعد جب آپ کی وفات ہوئی 632 عیسوی میں۔</w:t>
      </w:r>
    </w:p>
    <w:p>
      <w:r>
        <w:rPr>
          <w:b/>
        </w:rPr>
        <w:t xml:space="preserve">[14:26] </w:t>
      </w:r>
      <w:r>
        <w:t>us waqt musalmanon ka ek riyasat ban chuka tha.</w:t>
      </w:r>
    </w:p>
    <w:p>
      <w:pPr>
        <w:jc w:val="right"/>
      </w:pPr>
      <w:r>
        <w:t>اس وقت مسلمانوں کا ایک ریاست بن چکا تھا۔</w:t>
      </w:r>
    </w:p>
    <w:p>
      <w:r>
        <w:rPr>
          <w:b/>
        </w:rPr>
        <w:t xml:space="preserve">[14:30] </w:t>
      </w:r>
      <w:r>
        <w:t>poore arab mein muslim iqtidaar aa chuka tha.</w:t>
      </w:r>
    </w:p>
    <w:p>
      <w:pPr>
        <w:jc w:val="right"/>
      </w:pPr>
      <w:r>
        <w:t>پورے عرب میں مسلم اقتدار آ چکا تھا۔</w:t>
      </w:r>
    </w:p>
    <w:p>
      <w:r>
        <w:rPr>
          <w:b/>
        </w:rPr>
        <w:t xml:space="preserve">[14:34] </w:t>
      </w:r>
      <w:r>
        <w:t>aur phir peghamabar-e-islam jantay thay ke yeh riyasat barhay ga.</w:t>
      </w:r>
    </w:p>
    <w:p>
      <w:pPr>
        <w:jc w:val="right"/>
      </w:pPr>
      <w:r>
        <w:t>اور پھر پیغمبر اسلام جانتے تھے کہ یہ ریاست بڑھے گا۔</w:t>
      </w:r>
    </w:p>
    <w:p>
      <w:r>
        <w:rPr>
          <w:b/>
        </w:rPr>
        <w:t xml:space="preserve">[14:38] </w:t>
      </w:r>
      <w:r>
        <w:t>ek saltanat banay ga.</w:t>
      </w:r>
    </w:p>
    <w:p>
      <w:pPr>
        <w:jc w:val="right"/>
      </w:pPr>
      <w:r>
        <w:t>ایک سلطنت بنے گا۔</w:t>
      </w:r>
    </w:p>
    <w:p>
      <w:r>
        <w:rPr>
          <w:b/>
        </w:rPr>
        <w:t xml:space="preserve">[14:40] </w:t>
      </w:r>
      <w:r>
        <w:t>toh kya hoga? is zamanay ke lihaaz se saaray log bas isi mein, isi mein jagah dhoondain gay.</w:t>
      </w:r>
    </w:p>
    <w:p>
      <w:pPr>
        <w:jc w:val="right"/>
      </w:pPr>
      <w:r>
        <w:t>تو کیا ہوگا؟ اس زمانے کے لحاظ سے سارے لوگ بس اسی میں، اسی میں جگہ ڈھونڈیں گے۔</w:t>
      </w:r>
    </w:p>
    <w:p>
      <w:r>
        <w:rPr>
          <w:b/>
        </w:rPr>
        <w:t xml:space="preserve">[14:48] </w:t>
      </w:r>
      <w:r>
        <w:t>isi mein apna kirdaar talash karain gay.</w:t>
      </w:r>
    </w:p>
    <w:p>
      <w:pPr>
        <w:jc w:val="right"/>
      </w:pPr>
      <w:r>
        <w:t>اسی میں اپنا کردار تلاش کریں گے۔</w:t>
      </w:r>
    </w:p>
    <w:p>
      <w:r>
        <w:rPr>
          <w:b/>
        </w:rPr>
        <w:t xml:space="preserve">[14:51] </w:t>
      </w:r>
      <w:r>
        <w:t>chounkay ek hi adarah hoga, siyasi adarah.</w:t>
      </w:r>
    </w:p>
    <w:p>
      <w:pPr>
        <w:jc w:val="right"/>
      </w:pPr>
      <w:r>
        <w:t>چونکہ ایک ہی ادارہ ہوگا، سیاسی ادارہ۔</w:t>
      </w:r>
    </w:p>
    <w:p>
      <w:r>
        <w:rPr>
          <w:b/>
        </w:rPr>
        <w:t xml:space="preserve">[14:54] </w:t>
      </w:r>
      <w:r>
        <w:t>aur koi adarah maujood nahi hoga.</w:t>
      </w:r>
    </w:p>
    <w:p>
      <w:pPr>
        <w:jc w:val="right"/>
      </w:pPr>
      <w:r>
        <w:t>اور کوئی ادارہ موجود نہیں ہوگا۔</w:t>
      </w:r>
    </w:p>
    <w:p>
      <w:r>
        <w:rPr>
          <w:b/>
        </w:rPr>
        <w:t xml:space="preserve">[14:56] </w:t>
      </w:r>
      <w:r>
        <w:t>isi adarah say jarr kar kay saray log isi mein apna kirdaar karna chahain gay.</w:t>
      </w:r>
    </w:p>
    <w:p>
      <w:pPr>
        <w:jc w:val="right"/>
      </w:pPr>
      <w:r>
        <w:t>اسی ادارے سے جڑ کر کے سارے لوگ اسی میں اپنا کردار کرنا چاہیں گے۔</w:t>
      </w:r>
    </w:p>
    <w:p>
      <w:r>
        <w:rPr>
          <w:b/>
        </w:rPr>
        <w:t xml:space="preserve">[15:03] </w:t>
      </w:r>
      <w:r>
        <w:t>aur koi bari taraqqi nahi kar payain gay.</w:t>
      </w:r>
    </w:p>
    <w:p>
      <w:pPr>
        <w:jc w:val="right"/>
      </w:pPr>
      <w:r>
        <w:t>اور کوئی بڑی ترقی نہیں کر پائیں گے۔</w:t>
      </w:r>
    </w:p>
    <w:p>
      <w:r>
        <w:rPr>
          <w:b/>
        </w:rPr>
        <w:t xml:space="preserve">[15:06] </w:t>
      </w:r>
      <w:r>
        <w:t>aap nay is waqt kya kiya? hadees ki kitabon mein aap dekh saktay hain, kitab ul fitan mein.</w:t>
      </w:r>
    </w:p>
    <w:p>
      <w:pPr>
        <w:jc w:val="right"/>
      </w:pPr>
      <w:r>
        <w:t>آپ نے اس وقت کیا کیا؟ حدیث کی کتابوں میں آپ دیکھ سکتے ہیں، کتاب الفتن میں۔</w:t>
      </w:r>
    </w:p>
    <w:p>
      <w:r>
        <w:rPr>
          <w:b/>
        </w:rPr>
        <w:t xml:space="preserve">[15:13] </w:t>
      </w:r>
      <w:r>
        <w:t>kay aap nay bohat hi khulay khulay tareeqay say yeh bataya kay tum log siyasat say door rehna.</w:t>
      </w:r>
    </w:p>
    <w:p>
      <w:pPr>
        <w:jc w:val="right"/>
      </w:pPr>
      <w:r>
        <w:t>کہ آپ نے بہت ہی کھلے کھلے طریقے سے یہ بتایا کہ تم لوگ سیاست سے دور رہنا۔</w:t>
      </w:r>
    </w:p>
    <w:p>
      <w:r>
        <w:rPr>
          <w:b/>
        </w:rPr>
        <w:t xml:space="preserve">[15:21] </w:t>
      </w:r>
      <w:r>
        <w:t>yani siyasat ek group to chalaye ga.</w:t>
      </w:r>
    </w:p>
    <w:p>
      <w:pPr>
        <w:jc w:val="right"/>
      </w:pPr>
      <w:r>
        <w:t>یعنی سیاست ایک گروپ تو چلائے گا۔</w:t>
      </w:r>
    </w:p>
    <w:p>
      <w:r>
        <w:rPr>
          <w:b/>
        </w:rPr>
        <w:t xml:space="preserve">[15:24] </w:t>
      </w:r>
      <w:r>
        <w:t>ek group kay hath mein siyasat hogi.</w:t>
      </w:r>
    </w:p>
    <w:p>
      <w:pPr>
        <w:jc w:val="right"/>
      </w:pPr>
      <w:r>
        <w:t>ایک گروپ کے ہاتھ میں سیاست ہوگی۔</w:t>
      </w:r>
    </w:p>
    <w:p>
      <w:r>
        <w:rPr>
          <w:b/>
        </w:rPr>
        <w:t xml:space="preserve">[15:27] </w:t>
      </w:r>
      <w:r>
        <w:t>lekan saray log, saray log isi mein na jarr jayain.</w:t>
      </w:r>
    </w:p>
    <w:p>
      <w:pPr>
        <w:jc w:val="right"/>
      </w:pPr>
      <w:r>
        <w:t>لیکن سارے لوگ، سارے لوگ اسی میں نہ جڑ جائیں۔</w:t>
      </w:r>
    </w:p>
    <w:p>
      <w:r>
        <w:rPr>
          <w:b/>
        </w:rPr>
        <w:t xml:space="preserve">[15:31] </w:t>
      </w:r>
      <w:r>
        <w:t>kitni bari baat thi yeh us zamanay mein.</w:t>
      </w:r>
    </w:p>
    <w:p>
      <w:pPr>
        <w:jc w:val="right"/>
      </w:pPr>
      <w:r>
        <w:t>کتنی بڑی بات تھی یہ اس زمانے میں۔</w:t>
      </w:r>
    </w:p>
    <w:p>
      <w:r>
        <w:rPr>
          <w:b/>
        </w:rPr>
        <w:t xml:space="preserve">[15:35] </w:t>
      </w:r>
      <w:r>
        <w:t>aap nay yahan tak kaha kay agar tum siyasi adarah mein, jis ko us zamanay mein khilafat kaha</w:t>
      </w:r>
    </w:p>
    <w:p>
      <w:pPr>
        <w:jc w:val="right"/>
      </w:pPr>
      <w:r>
        <w:t>آپ نے یہاں تک کہا کہ اگر تم سیاسی ادارے میں، جس کو اس زمانے میں خلافت کہا</w:t>
      </w:r>
    </w:p>
    <w:p>
      <w:r>
        <w:rPr>
          <w:b/>
        </w:rPr>
        <w:t xml:space="preserve">[15:42] </w:t>
      </w:r>
      <w:r>
        <w:t>jata tha, siyasi adarah mein tum dekho kay kharabi aa gayi hai.</w:t>
      </w:r>
    </w:p>
    <w:p>
      <w:pPr>
        <w:jc w:val="right"/>
      </w:pPr>
      <w:r>
        <w:t>جاتا تھا، سیاسی ادارے میں تم دیکھو کہ خرابی آ گئی ہے۔</w:t>
      </w:r>
    </w:p>
    <w:p>
      <w:r>
        <w:rPr>
          <w:b/>
        </w:rPr>
        <w:t xml:space="preserve">[15:48] </w:t>
      </w:r>
      <w:r>
        <w:t>bigarr aa gaya hai.</w:t>
      </w:r>
    </w:p>
    <w:p>
      <w:pPr>
        <w:jc w:val="right"/>
      </w:pPr>
      <w:r>
        <w:t>بگاڑ آ گیا ہے۔</w:t>
      </w:r>
    </w:p>
    <w:p>
      <w:r>
        <w:rPr>
          <w:b/>
        </w:rPr>
        <w:t xml:space="preserve">[15:49] </w:t>
      </w:r>
      <w:r>
        <w:t>tab bhi tum siyasi islahat kay naam par is mein takrana shuru karna.</w:t>
      </w:r>
    </w:p>
    <w:p>
      <w:pPr>
        <w:jc w:val="right"/>
      </w:pPr>
      <w:r>
        <w:t>تب بھی تم سیاسی اصلاحات کے نام پر اس میں ٹکرانا شروع کرنا۔</w:t>
      </w:r>
    </w:p>
    <w:p>
      <w:r>
        <w:rPr>
          <w:b/>
        </w:rPr>
        <w:t xml:space="preserve">[15:55] </w:t>
      </w:r>
      <w:r>
        <w:t>aam tor par kya hota hai dekhein kay log siyasi islahat kay naam par kood parrtay hain.</w:t>
      </w:r>
    </w:p>
    <w:p>
      <w:pPr>
        <w:jc w:val="right"/>
      </w:pPr>
      <w:r>
        <w:t>عام طور پر کیا ہوتا ہے دیکھیں کہ لوگ سیاسی اصلاحات کے نام پر کود پڑتے ہیں۔</w:t>
      </w:r>
    </w:p>
    <w:p>
      <w:r>
        <w:rPr>
          <w:b/>
        </w:rPr>
        <w:t xml:space="preserve">[16:02] </w:t>
      </w:r>
      <w:r>
        <w:t>aap nay siyasi islahat kay naam par opposition chalana, opposition ki siyasat chalana, is ko islam mein najaaiz</w:t>
      </w:r>
    </w:p>
    <w:p>
      <w:pPr>
        <w:jc w:val="right"/>
      </w:pPr>
      <w:r>
        <w:t>آپ نے سیاسی اصلاحات کے نام پر اپوزیشن چلانا، اپوزیشن کی سیاست چلانا، اس کو اسلام میں ناجائز</w:t>
      </w:r>
    </w:p>
    <w:p>
      <w:r>
        <w:rPr>
          <w:b/>
        </w:rPr>
        <w:t xml:space="preserve">[16:10] </w:t>
      </w:r>
      <w:r>
        <w:t>kar diya aap nay.</w:t>
      </w:r>
    </w:p>
    <w:p>
      <w:pPr>
        <w:jc w:val="right"/>
      </w:pPr>
      <w:r>
        <w:t>کر دیا آپ نے۔</w:t>
      </w:r>
    </w:p>
    <w:p>
      <w:r>
        <w:rPr>
          <w:b/>
        </w:rPr>
        <w:t xml:space="preserve">[16:12] </w:t>
      </w:r>
      <w:r>
        <w:t>aur aap nay kaha kay siyasi status quo par koi tum apna tareeqa banao.</w:t>
      </w:r>
    </w:p>
    <w:p>
      <w:pPr>
        <w:jc w:val="right"/>
      </w:pPr>
      <w:r>
        <w:t>اور آپ نے کہا کہ سیاسی اسٹیٹس کو پر کوئی تم اپنا طریقہ بناؤ۔</w:t>
      </w:r>
    </w:p>
    <w:p>
      <w:r>
        <w:rPr>
          <w:b/>
        </w:rPr>
        <w:t xml:space="preserve">[16:18] </w:t>
      </w:r>
      <w:r>
        <w:t>siyasi status quo ko.</w:t>
      </w:r>
    </w:p>
    <w:p>
      <w:pPr>
        <w:jc w:val="right"/>
      </w:pPr>
      <w:r>
        <w:t>سیاسی اسٹیٹس کو۔</w:t>
      </w:r>
    </w:p>
    <w:p>
      <w:r>
        <w:rPr>
          <w:b/>
        </w:rPr>
        <w:t xml:space="preserve">[16:19] </w:t>
      </w:r>
      <w:r>
        <w:t>yani kuch log agar, ek group agar siyasi adarah par qabza kar leta hai.</w:t>
      </w:r>
    </w:p>
    <w:p>
      <w:pPr>
        <w:jc w:val="right"/>
      </w:pPr>
      <w:r>
        <w:t>یعنی کچھ لوگ اگر، ایک گروپ اگر سیاسی ادارے پر قبضہ کر لیتا ہے۔</w:t>
      </w:r>
    </w:p>
    <w:p>
      <w:r>
        <w:rPr>
          <w:b/>
        </w:rPr>
        <w:t xml:space="preserve">[16:25] </w:t>
      </w:r>
      <w:r>
        <w:t>ek group agar siyasi adarah ko chalane lagta hai.</w:t>
      </w:r>
    </w:p>
    <w:p>
      <w:pPr>
        <w:jc w:val="right"/>
      </w:pPr>
      <w:r>
        <w:t>ایک گروپ اگر سیاسی ادارے کو چلانے لگتا ہے۔</w:t>
      </w:r>
    </w:p>
    <w:p>
      <w:r>
        <w:rPr>
          <w:b/>
        </w:rPr>
        <w:t xml:space="preserve">[16:29] </w:t>
      </w:r>
      <w:r>
        <w:t>to baqi log jo hain bas us ko chalane dein.</w:t>
      </w:r>
    </w:p>
    <w:p>
      <w:pPr>
        <w:jc w:val="right"/>
      </w:pPr>
      <w:r>
        <w:t>تو باقی لوگ جو ہیں بس اس کو چلانے دیں۔</w:t>
      </w:r>
    </w:p>
    <w:p>
      <w:r>
        <w:rPr>
          <w:b/>
        </w:rPr>
        <w:t xml:space="preserve">[16:33] </w:t>
      </w:r>
      <w:r>
        <w:t>un ko azad chorr dein.</w:t>
      </w:r>
    </w:p>
    <w:p>
      <w:pPr>
        <w:jc w:val="right"/>
      </w:pPr>
      <w:r>
        <w:t>ان کو آزاد چھوڑ دیں۔</w:t>
      </w:r>
    </w:p>
    <w:p>
      <w:r>
        <w:rPr>
          <w:b/>
        </w:rPr>
        <w:t xml:space="preserve">[16:35] </w:t>
      </w:r>
      <w:r>
        <w:t>yeh nahi kay, chounkay dekhein hamesha kuch na kuch, hamesha logon ko siyasi adarah mein kamiyan nazar aati</w:t>
      </w:r>
    </w:p>
    <w:p>
      <w:pPr>
        <w:jc w:val="right"/>
      </w:pPr>
      <w:r>
        <w:t>یہ نہیں کہ، کیونکہ دیکھیں ہمیشہ کچھ نہ کچھ، ہمیشہ لوگوں کو سیاسی ادارے میں کمیاں نظر آتی</w:t>
      </w:r>
    </w:p>
    <w:p>
      <w:r>
        <w:rPr>
          <w:b/>
        </w:rPr>
        <w:t xml:space="preserve">[16:43]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[16:45] </w:t>
      </w:r>
      <w:r>
        <w:t>dunya mein kabhi aisa nahi hua ke koi siyasi idara bane, koi hukmarani bane, aur logon ko is</w:t>
      </w:r>
    </w:p>
    <w:p>
      <w:pPr>
        <w:jc w:val="right"/>
      </w:pPr>
      <w:r>
        <w:t>دنیا میں کبھی ایسا نہیں ہوا کہ کوئی سیاسی ادارہ بنے، کوئی حکمرانی بنے، اور لوگوں کو اس</w:t>
      </w:r>
    </w:p>
    <w:p>
      <w:r>
        <w:rPr>
          <w:b/>
        </w:rPr>
        <w:t xml:space="preserve">[16:52] </w:t>
      </w:r>
      <w:r>
        <w:t>mein sab kuch misali dikhai de.</w:t>
      </w:r>
    </w:p>
    <w:p>
      <w:pPr>
        <w:jc w:val="right"/>
      </w:pPr>
      <w:r>
        <w:t>میں سب کچھ مثالی دکھائی دے۔</w:t>
      </w:r>
    </w:p>
    <w:p>
      <w:r>
        <w:rPr>
          <w:b/>
        </w:rPr>
        <w:t xml:space="preserve">[16:55] </w:t>
      </w:r>
      <w:r>
        <w:t>aisa na hua hai na hoga.</w:t>
      </w:r>
    </w:p>
    <w:p>
      <w:pPr>
        <w:jc w:val="right"/>
      </w:pPr>
      <w:r>
        <w:t>ایسا نہ ہوا ہے نہ ہوگا۔</w:t>
      </w:r>
    </w:p>
    <w:p>
      <w:r>
        <w:rPr>
          <w:b/>
        </w:rPr>
        <w:t xml:space="preserve">[16:57] </w:t>
      </w:r>
      <w:r>
        <w:t>kisi bhi hukumat mein aisa nahi hua hai na hoga ke sab kuch ek dam theek theek ho</w:t>
      </w:r>
    </w:p>
    <w:p>
      <w:pPr>
        <w:jc w:val="right"/>
      </w:pPr>
      <w:r>
        <w:t>کسی بھی حکومت میں ایسا نہیں ہوا ہے نہ ہوگا کہ سب کچھ ایک دم ٹھیک ٹھیک ہو</w:t>
      </w:r>
    </w:p>
    <w:p>
      <w:r>
        <w:rPr>
          <w:b/>
        </w:rPr>
        <w:t xml:space="preserve">[17:05] </w:t>
      </w:r>
      <w:r>
        <w:t>aur sab kuch logon ko misali dikhai de.</w:t>
      </w:r>
    </w:p>
    <w:p>
      <w:pPr>
        <w:jc w:val="right"/>
      </w:pPr>
      <w:r>
        <w:t>اور سب کچھ لوگوں کو مثالی دکھائی دے۔</w:t>
      </w:r>
    </w:p>
    <w:p>
      <w:r>
        <w:rPr>
          <w:b/>
        </w:rPr>
        <w:t xml:space="preserve">[17:09] </w:t>
      </w:r>
      <w:r>
        <w:t>misali riyasat, misali hukumat namumkin hai.</w:t>
      </w:r>
    </w:p>
    <w:p>
      <w:pPr>
        <w:jc w:val="right"/>
      </w:pPr>
      <w:r>
        <w:t>مثالی ریاست، مثالی حکومت ناممکن ہے۔</w:t>
      </w:r>
    </w:p>
    <w:p>
      <w:r>
        <w:rPr>
          <w:b/>
        </w:rPr>
        <w:t xml:space="preserve">[17:11] </w:t>
      </w:r>
      <w:r>
        <w:t>to is ka khatra tha ke log aap ke baad kharabiyan paein.</w:t>
      </w:r>
    </w:p>
    <w:p>
      <w:pPr>
        <w:jc w:val="right"/>
      </w:pPr>
      <w:r>
        <w:t>تو اس کا خطرہ تھا کہ لوگ آپ کے بعد خرابیاں پائیں۔</w:t>
      </w:r>
    </w:p>
    <w:p>
      <w:r>
        <w:rPr>
          <w:b/>
        </w:rPr>
        <w:t xml:space="preserve">[17:16] </w:t>
      </w:r>
      <w:r>
        <w:t>na hone par bhi kharabiyan un ko dikhai dein.</w:t>
      </w:r>
    </w:p>
    <w:p>
      <w:pPr>
        <w:jc w:val="right"/>
      </w:pPr>
      <w:r>
        <w:t>نہ ہونے پر بھی خرابیاں ان کو دکھائی دیں۔</w:t>
      </w:r>
    </w:p>
    <w:p>
      <w:r>
        <w:rPr>
          <w:b/>
        </w:rPr>
        <w:t xml:space="preserve">[17:20] </w:t>
      </w:r>
      <w:r>
        <w:t>to kya hoga? siyasi islahat ke naam par log woh kaam karein ge jis ko kaha jata hai</w:t>
      </w:r>
    </w:p>
    <w:p>
      <w:pPr>
        <w:jc w:val="right"/>
      </w:pPr>
      <w:r>
        <w:t>تو کیا ہوگا؟ سیاسی اصلاحات کے نام پر لوگ وہ کام کریں گے جس کو کہا جاتا ہے</w:t>
      </w:r>
    </w:p>
    <w:p>
      <w:r>
        <w:rPr>
          <w:b/>
        </w:rPr>
        <w:t xml:space="preserve">[17:28] </w:t>
      </w:r>
      <w:r>
        <w:t>opposition ki siyasat.</w:t>
      </w:r>
    </w:p>
    <w:p>
      <w:pPr>
        <w:jc w:val="right"/>
      </w:pPr>
      <w:r>
        <w:t>اپوزیشن کی سیاست۔</w:t>
      </w:r>
    </w:p>
    <w:p>
      <w:r>
        <w:rPr>
          <w:b/>
        </w:rPr>
        <w:t xml:space="preserve">[17:29] </w:t>
      </w:r>
      <w:r>
        <w:t>yani hukumat ke khilaf tehrikien uthana.</w:t>
      </w:r>
    </w:p>
    <w:p>
      <w:pPr>
        <w:jc w:val="right"/>
      </w:pPr>
      <w:r>
        <w:t>یعنی حکومت کے خلاف تحریکیں اٹھانا۔</w:t>
      </w:r>
    </w:p>
    <w:p>
      <w:r>
        <w:rPr>
          <w:b/>
        </w:rPr>
        <w:t xml:space="preserve">[17:32] </w:t>
      </w:r>
      <w:r>
        <w:t>aap ne is qism ki tehrik ko najayaz qarar de diya.</w:t>
      </w:r>
    </w:p>
    <w:p>
      <w:pPr>
        <w:jc w:val="right"/>
      </w:pPr>
      <w:r>
        <w:t>آپ نے اس قسم کی تحریک کو ناجائز قرار دے دیا۔</w:t>
      </w:r>
    </w:p>
    <w:p>
      <w:r>
        <w:rPr>
          <w:b/>
        </w:rPr>
        <w:t xml:space="preserve">[17:37] </w:t>
      </w:r>
      <w:r>
        <w:t>najayaz hai islam mein opposition ki siyasat.</w:t>
      </w:r>
    </w:p>
    <w:p>
      <w:pPr>
        <w:jc w:val="right"/>
      </w:pPr>
      <w:r>
        <w:t>ناجائز ہے اسلام میں اپوزیشن کی سیاست۔</w:t>
      </w:r>
    </w:p>
    <w:p>
      <w:r>
        <w:rPr>
          <w:b/>
        </w:rPr>
        <w:t xml:space="preserve">[17:40] </w:t>
      </w:r>
      <w:r>
        <w:t>yaad rakhiye.</w:t>
      </w:r>
    </w:p>
    <w:p>
      <w:pPr>
        <w:jc w:val="right"/>
      </w:pPr>
      <w:r>
        <w:t>یاد رکھیے۔</w:t>
      </w:r>
    </w:p>
    <w:p>
      <w:r>
        <w:rPr>
          <w:b/>
        </w:rPr>
        <w:t xml:space="preserve">[17:41] </w:t>
      </w:r>
      <w:r>
        <w:t>ghair qanooni hai yeh.</w:t>
      </w:r>
    </w:p>
    <w:p>
      <w:pPr>
        <w:jc w:val="right"/>
      </w:pPr>
      <w:r>
        <w:t>غیر قانونی ہے یہ۔</w:t>
      </w:r>
    </w:p>
    <w:p>
      <w:r>
        <w:rPr>
          <w:b/>
        </w:rPr>
        <w:t xml:space="preserve">[17:43] </w:t>
      </w:r>
      <w:r>
        <w:t>kyun? is liye ke society mein talent bohat zyada hote hain.</w:t>
      </w:r>
    </w:p>
    <w:p>
      <w:pPr>
        <w:jc w:val="right"/>
      </w:pPr>
      <w:r>
        <w:t>کیوں؟ اس لیے کہ سوسائٹی میں ٹیلنٹ بہت زیادہ ہوتے ہیں۔</w:t>
      </w:r>
    </w:p>
    <w:p>
      <w:r>
        <w:rPr>
          <w:b/>
        </w:rPr>
        <w:t xml:space="preserve">[17:48] </w:t>
      </w:r>
      <w:r>
        <w:t>siyasi idara to ek chota idara hai.</w:t>
      </w:r>
    </w:p>
    <w:p>
      <w:pPr>
        <w:jc w:val="right"/>
      </w:pPr>
      <w:r>
        <w:t>سیاسی ادارہ تو ایک چھوٹا ادارہ ہے۔</w:t>
      </w:r>
    </w:p>
    <w:p>
      <w:r>
        <w:rPr>
          <w:b/>
        </w:rPr>
        <w:t xml:space="preserve">[17:51] </w:t>
      </w:r>
      <w:r>
        <w:t>itna bara to nahi ke sab log isi mein ja kar kaam karne lagen.</w:t>
      </w:r>
    </w:p>
    <w:p>
      <w:pPr>
        <w:jc w:val="right"/>
      </w:pPr>
      <w:r>
        <w:t>اتنا بڑا تو نہیں کہ سب لوگ اسی میں جا کر کام کرنے لگیں۔</w:t>
      </w:r>
    </w:p>
    <w:p>
      <w:r>
        <w:rPr>
          <w:b/>
        </w:rPr>
        <w:t xml:space="preserve">[17:57] </w:t>
      </w:r>
      <w:r>
        <w:t>to kya hoga? ek doosre ko maarne ya dhakailne ke liye koshish shuru ho jayegi.</w:t>
      </w:r>
    </w:p>
    <w:p>
      <w:pPr>
        <w:jc w:val="right"/>
      </w:pPr>
      <w:r>
        <w:t>تو کیا ہوگا؟ ایک دوسرے کو مارنے یا دھکیلنے کے لیے کوشش شروع ہو جائے گی۔</w:t>
      </w:r>
    </w:p>
    <w:p>
      <w:r>
        <w:rPr>
          <w:b/>
        </w:rPr>
        <w:t xml:space="preserve">[18:04] </w:t>
      </w:r>
      <w:r>
        <w:t>unseat karne ki koshish shuru ho jayegi.</w:t>
      </w:r>
    </w:p>
    <w:p>
      <w:pPr>
        <w:jc w:val="right"/>
      </w:pPr>
      <w:r>
        <w:t>ان سیٹ کرنے کی کوشش شروع ہو جائے گی۔</w:t>
      </w:r>
    </w:p>
    <w:p>
      <w:r>
        <w:rPr>
          <w:b/>
        </w:rPr>
        <w:t xml:space="preserve">[18:07] </w:t>
      </w:r>
      <w:r>
        <w:t>jo log siyasat mein aa gaye, hukumat jo karne lage, un ko dethrone karo, unhein unseat karo</w:t>
      </w:r>
    </w:p>
    <w:p>
      <w:pPr>
        <w:jc w:val="right"/>
      </w:pPr>
      <w:r>
        <w:t>جو لوگ سیاست میں آگئے، حکومت جو کرنے لگے، ان کو ڈی تھرون کرو، انہیں ان سیٹ کرو</w:t>
      </w:r>
    </w:p>
    <w:p>
      <w:r>
        <w:rPr>
          <w:b/>
        </w:rPr>
        <w:t xml:space="preserve">[18:15] </w:t>
      </w:r>
      <w:r>
        <w:t>taake mujhe seat mile.</w:t>
      </w:r>
    </w:p>
    <w:p>
      <w:pPr>
        <w:jc w:val="right"/>
      </w:pPr>
      <w:r>
        <w:t>تاکہ مجھے سیٹ ملے۔</w:t>
      </w:r>
    </w:p>
    <w:p>
      <w:r>
        <w:rPr>
          <w:b/>
        </w:rPr>
        <w:t xml:space="preserve">[18:17] </w:t>
      </w:r>
      <w:r>
        <w:t>to society mein ek se ek achhe talent honge lekin sab isi mein siyasat ke chattan se</w:t>
      </w:r>
    </w:p>
    <w:p>
      <w:pPr>
        <w:jc w:val="right"/>
      </w:pPr>
      <w:r>
        <w:t>تو سوسائٹی میں ایک سے ایک اچھے ٹیلنٹ ہوں گے لیکن سب اسی میں سیاست کے چٹان سے</w:t>
      </w:r>
    </w:p>
    <w:p>
      <w:r>
        <w:rPr>
          <w:b/>
        </w:rPr>
        <w:t xml:space="preserve">[18:25] </w:t>
      </w:r>
      <w:r>
        <w:t>takrate rahenge.</w:t>
      </w:r>
    </w:p>
    <w:p>
      <w:pPr>
        <w:jc w:val="right"/>
      </w:pPr>
      <w:r>
        <w:t>ٹکراتے رہیں گے۔</w:t>
      </w:r>
    </w:p>
    <w:p>
      <w:r>
        <w:rPr>
          <w:b/>
        </w:rPr>
        <w:t xml:space="preserve">[18:26] </w:t>
      </w:r>
      <w:r>
        <w:t>to aap ne kya kiya dekhein? aap ne yeh kiya ke is ko sary se islam mein ghair</w:t>
      </w:r>
    </w:p>
    <w:p>
      <w:pPr>
        <w:jc w:val="right"/>
      </w:pPr>
      <w:r>
        <w:t>تو آپ نے کیا کیا دیکھیں؟ آپ نے یہ کیا کہ اس کو سرے سے اسلام میں غیر</w:t>
      </w:r>
    </w:p>
    <w:p>
      <w:r>
        <w:rPr>
          <w:b/>
        </w:rPr>
        <w:t xml:space="preserve">[18:34] </w:t>
      </w:r>
      <w:r>
        <w:t>qanooni qaraar de diya.</w:t>
      </w:r>
    </w:p>
    <w:p>
      <w:pPr>
        <w:jc w:val="right"/>
      </w:pPr>
      <w:r>
        <w:t>قانونی قرار دے دیا۔</w:t>
      </w:r>
    </w:p>
    <w:p>
      <w:r>
        <w:rPr>
          <w:b/>
        </w:rPr>
        <w:t xml:space="preserve">[18:35] </w:t>
      </w:r>
      <w:r>
        <w:t>siyaasat of opposition ko.</w:t>
      </w:r>
    </w:p>
    <w:p>
      <w:pPr>
        <w:jc w:val="right"/>
      </w:pPr>
      <w:r>
        <w:t>سیاست آف اپوزیشن کو۔</w:t>
      </w:r>
    </w:p>
    <w:p>
      <w:r>
        <w:rPr>
          <w:b/>
        </w:rPr>
        <w:t xml:space="preserve">[18:37] </w:t>
      </w:r>
      <w:r>
        <w:t>siyaasat of opposition ko islam mein aap ne haraam qaraar de diya.</w:t>
      </w:r>
    </w:p>
    <w:p>
      <w:pPr>
        <w:jc w:val="right"/>
      </w:pPr>
      <w:r>
        <w:t>سیاست آف اپوزیشن کو اسلام میں آپ نے حرام قرار دے دیا۔</w:t>
      </w:r>
    </w:p>
    <w:p>
      <w:r>
        <w:rPr>
          <w:b/>
        </w:rPr>
        <w:t xml:space="preserve">[18:42] </w:t>
      </w:r>
      <w:r>
        <w:t>kesi ajeeb baat hai yeh.</w:t>
      </w:r>
    </w:p>
    <w:p>
      <w:pPr>
        <w:jc w:val="right"/>
      </w:pPr>
      <w:r>
        <w:t>کیسی عجیب بات ہے یہ۔</w:t>
      </w:r>
    </w:p>
    <w:p>
      <w:r>
        <w:rPr>
          <w:b/>
        </w:rPr>
        <w:t xml:space="preserve">[18:44] </w:t>
      </w:r>
      <w:r>
        <w:t>kesi ajeeb baat hai yeh.</w:t>
      </w:r>
    </w:p>
    <w:p>
      <w:pPr>
        <w:jc w:val="right"/>
      </w:pPr>
      <w:r>
        <w:t>کیسی عجیب بات ہے یہ۔</w:t>
      </w:r>
    </w:p>
    <w:p>
      <w:r>
        <w:rPr>
          <w:b/>
        </w:rPr>
        <w:t xml:space="preserve">[18:47] </w:t>
      </w:r>
      <w:r>
        <w:t>kyun? jab log dekhenge ke hamein peghambar ne mana kiya gaya, kar diya hai.</w:t>
      </w:r>
    </w:p>
    <w:p>
      <w:pPr>
        <w:jc w:val="right"/>
      </w:pPr>
      <w:r>
        <w:t>کیوں؟ جب لوگ دیکھیں گے کہ ہمیں پیغمبر نے منع کیا گیا، کر دیا ہے۔</w:t>
      </w:r>
    </w:p>
    <w:p>
      <w:r>
        <w:rPr>
          <w:b/>
        </w:rPr>
        <w:t xml:space="preserve">[18:53] </w:t>
      </w:r>
      <w:r>
        <w:t>siyaasat of opposition ko ikhtiyaar karne se to kya karenge? woh doosre kaam karenge.</w:t>
      </w:r>
    </w:p>
    <w:p>
      <w:pPr>
        <w:jc w:val="right"/>
      </w:pPr>
      <w:r>
        <w:t>سیاست آف اپوزیشن کو اختیار کرنے سے تو کیا کریں گے؟ وہ دوسرے کام کریں گے۔</w:t>
      </w:r>
    </w:p>
    <w:p>
      <w:r>
        <w:rPr>
          <w:b/>
        </w:rPr>
        <w:t xml:space="preserve">[19:00] </w:t>
      </w:r>
      <w:r>
        <w:t>inka jo talent hai woh kisi aur kaam mein istemaal hoga.</w:t>
      </w:r>
    </w:p>
    <w:p>
      <w:pPr>
        <w:jc w:val="right"/>
      </w:pPr>
      <w:r>
        <w:t>ان کا جو ٹیلنٹ ہے وہ کسی اور کام میں استعمال ہوگا۔</w:t>
      </w:r>
    </w:p>
    <w:p>
      <w:r>
        <w:rPr>
          <w:b/>
        </w:rPr>
        <w:t xml:space="preserve">[19:05] </w:t>
      </w:r>
      <w:r>
        <w:t>aap jaante hain ke sab se bara, sab se bari daulat jo kisi qaum ki hoti hai woh</w:t>
      </w:r>
    </w:p>
    <w:p>
      <w:pPr>
        <w:jc w:val="right"/>
      </w:pPr>
      <w:r>
        <w:t>آپ جانتے ہیں کہ سب سے بڑا، سب سے بڑی دولت جو کسی قوم کی ہوتی ہے وہ</w:t>
      </w:r>
    </w:p>
    <w:p>
      <w:r>
        <w:rPr>
          <w:b/>
        </w:rPr>
        <w:t xml:space="preserve">[19:13] </w:t>
      </w:r>
      <w:r>
        <w:t>insaan hote hain.</w:t>
      </w:r>
    </w:p>
    <w:p>
      <w:pPr>
        <w:jc w:val="right"/>
      </w:pPr>
      <w:r>
        <w:t>انسان ہوتے ہیں۔</w:t>
      </w:r>
    </w:p>
    <w:p>
      <w:r>
        <w:rPr>
          <w:b/>
        </w:rPr>
        <w:t xml:space="preserve">[19:14] </w:t>
      </w:r>
      <w:r>
        <w:t>insaan.</w:t>
      </w:r>
    </w:p>
    <w:p>
      <w:pPr>
        <w:jc w:val="right"/>
      </w:pPr>
      <w:r>
        <w:t>انسان۔</w:t>
      </w:r>
    </w:p>
    <w:p>
      <w:r>
        <w:rPr>
          <w:b/>
        </w:rPr>
        <w:t xml:space="preserve">[19:16] </w:t>
      </w:r>
      <w:r>
        <w:t>to pehle zamane mein insaanon ke paas yahi tha ke ladte rahen.</w:t>
      </w:r>
    </w:p>
    <w:p>
      <w:pPr>
        <w:jc w:val="right"/>
      </w:pPr>
      <w:r>
        <w:t>تو پہلے زمانے میں انسانوں کے پاس یہی تھا کہ لڑتے رہیں۔</w:t>
      </w:r>
    </w:p>
    <w:p>
      <w:r>
        <w:rPr>
          <w:b/>
        </w:rPr>
        <w:t xml:space="preserve">[19:21] </w:t>
      </w:r>
      <w:r>
        <w:t>to aap ne chaha ke yeh jo insaan ka daulat hoga, insaan ki jo daulat hogi, woh doosre</w:t>
      </w:r>
    </w:p>
    <w:p>
      <w:pPr>
        <w:jc w:val="right"/>
      </w:pPr>
      <w:r>
        <w:t>تو آپ نے چاہا کہ یہ جو انسان کا دولت ہوگا، انسان کی جو دولت ہوگی، وہ دوسرے</w:t>
      </w:r>
    </w:p>
    <w:p>
      <w:r>
        <w:rPr>
          <w:b/>
        </w:rPr>
        <w:t xml:space="preserve">[19:29] </w:t>
      </w:r>
      <w:r>
        <w:t>doosre kaam kare.</w:t>
      </w:r>
    </w:p>
    <w:p>
      <w:pPr>
        <w:jc w:val="right"/>
      </w:pPr>
      <w:r>
        <w:t>دوسرے کام کرے۔</w:t>
      </w:r>
    </w:p>
    <w:p>
      <w:r>
        <w:rPr>
          <w:b/>
        </w:rPr>
        <w:t xml:space="preserve">[19:30] </w:t>
      </w:r>
      <w:r>
        <w:t>to sab se pehle dekhen aap ne kya kiya? hijjat ul wida ke mauqe par aap ne logon se</w:t>
      </w:r>
    </w:p>
    <w:p>
      <w:pPr>
        <w:jc w:val="right"/>
      </w:pPr>
      <w:r>
        <w:t>تو سب سے پہلے دیکھیں آپ نے کیا کیا؟ حجۃ الوداع کے موقع پر آپ نے لوگوں سے</w:t>
      </w:r>
    </w:p>
    <w:p>
      <w:r>
        <w:rPr>
          <w:b/>
        </w:rPr>
        <w:t xml:space="preserve">[19:38] </w:t>
      </w:r>
      <w:r>
        <w:t>kaha ke tum log dawat karne ke liye mukhtalif mumalik mein nikal jao.</w:t>
      </w:r>
    </w:p>
    <w:p>
      <w:pPr>
        <w:jc w:val="right"/>
      </w:pPr>
      <w:r>
        <w:t>کہا کہ تم لوگ دعوت کرنے کے لیے مختلف ممالک میں نکل جاؤ۔</w:t>
      </w:r>
    </w:p>
    <w:p>
      <w:r>
        <w:rPr>
          <w:b/>
        </w:rPr>
        <w:t xml:space="preserve">[19:43] </w:t>
      </w:r>
      <w:r>
        <w:t>yaani aisa mat karo ke sab ke sab madine pahunchen aur madine mein hukoomat par hissa baten apna.</w:t>
      </w:r>
    </w:p>
    <w:p>
      <w:pPr>
        <w:jc w:val="right"/>
      </w:pPr>
      <w:r>
        <w:t>یعنی ایسا مت کرو کہ سب کے سب مدینہ پہنچیں اور مدینے میں حکومت پر حصہ بٹائیں اپنا۔</w:t>
      </w:r>
    </w:p>
    <w:p>
      <w:r>
        <w:rPr>
          <w:b/>
        </w:rPr>
        <w:t xml:space="preserve">[19:51] </w:t>
      </w:r>
      <w:r>
        <w:t>kyunki madina jo tha woh markaz tha, siyasi markaz.</w:t>
      </w:r>
    </w:p>
    <w:p>
      <w:pPr>
        <w:jc w:val="right"/>
      </w:pPr>
      <w:r>
        <w:t>کیونکہ مدینہ جو تھا وہ مرکز تھا، سیاسی مرکز۔</w:t>
      </w:r>
    </w:p>
    <w:p>
      <w:r>
        <w:rPr>
          <w:b/>
        </w:rPr>
        <w:t xml:space="preserve">[19:55] </w:t>
      </w:r>
      <w:r>
        <w:t>to aap ne kaha ke tum mukhtalif mumalik mein chale jao.</w:t>
      </w:r>
    </w:p>
    <w:p>
      <w:pPr>
        <w:jc w:val="right"/>
      </w:pPr>
      <w:r>
        <w:t>تو آپ نے کہا کہ تم مختلف ممالک میں چلے جاؤ۔</w:t>
      </w:r>
    </w:p>
    <w:p>
      <w:r>
        <w:rPr>
          <w:b/>
        </w:rPr>
        <w:t xml:space="preserve">[20:00] </w:t>
      </w:r>
      <w:r>
        <w:t>chunaanche yeh log bahar chale gae.</w:t>
      </w:r>
    </w:p>
    <w:p>
      <w:pPr>
        <w:jc w:val="right"/>
      </w:pPr>
      <w:r>
        <w:t>چنانچہ یہ لوگ باہر چلے گئے۔</w:t>
      </w:r>
    </w:p>
    <w:p>
      <w:r>
        <w:rPr>
          <w:b/>
        </w:rPr>
        <w:t xml:space="preserve">[20:02] </w:t>
      </w:r>
      <w:r>
        <w:t>dawat shuru kar diya.</w:t>
      </w:r>
    </w:p>
    <w:p>
      <w:pPr>
        <w:jc w:val="right"/>
      </w:pPr>
      <w:r>
        <w:t>دعوت شروع کر دیا۔</w:t>
      </w:r>
    </w:p>
    <w:p>
      <w:r>
        <w:rPr>
          <w:b/>
        </w:rPr>
        <w:t xml:space="preserve">[20:04] </w:t>
      </w:r>
      <w:r>
        <w:t>islam ko phailane lage.</w:t>
      </w:r>
    </w:p>
    <w:p>
      <w:pPr>
        <w:jc w:val="right"/>
      </w:pPr>
      <w:r>
        <w:t>اسلام کو پھیلانے لگے۔</w:t>
      </w:r>
    </w:p>
    <w:p>
      <w:r>
        <w:rPr>
          <w:b/>
        </w:rPr>
        <w:t xml:space="preserve">[20:06] </w:t>
      </w:r>
      <w:r>
        <w:t>isi ke nateeje mein woh ek poora khat wajood paya jis ko hum kehte hain arab khat.</w:t>
      </w:r>
    </w:p>
    <w:p>
      <w:pPr>
        <w:jc w:val="right"/>
      </w:pPr>
      <w:r>
        <w:t>اسی کے نتیجے میں وہ ایک پورا خط وجود پایا جس کو ہم کہتے ہیں عرب خط۔</w:t>
      </w:r>
    </w:p>
    <w:p>
      <w:r>
        <w:rPr>
          <w:b/>
        </w:rPr>
        <w:t xml:space="preserve">[20:13] </w:t>
      </w:r>
      <w:r>
        <w:t>jis ko hum kehte hain middle east.</w:t>
      </w:r>
    </w:p>
    <w:p>
      <w:pPr>
        <w:jc w:val="right"/>
      </w:pPr>
      <w:r>
        <w:t>جس کو ہم کہتے ہیں مڈل ایسٹ۔</w:t>
      </w:r>
    </w:p>
    <w:p>
      <w:r>
        <w:rPr>
          <w:b/>
        </w:rPr>
        <w:t xml:space="preserve">[20:16] </w:t>
      </w:r>
      <w:r>
        <w:t>middle east isi isi hikmat e amli ke nateeje mein paida hua.</w:t>
      </w:r>
    </w:p>
    <w:p>
      <w:pPr>
        <w:jc w:val="right"/>
      </w:pPr>
      <w:r>
        <w:t>مڈل ایسٹ اسی اسی حکمت عملی کے نتیجے میں پیدا ہوا۔</w:t>
      </w:r>
    </w:p>
    <w:p>
      <w:r>
        <w:rPr>
          <w:b/>
        </w:rPr>
        <w:t xml:space="preserve">[20:21] </w:t>
      </w:r>
      <w:r>
        <w:t>keh logon ko aap ne siyasi sargarmion se bahir nikal kar ke daal diya un ko kis mein?</w:t>
      </w:r>
    </w:p>
    <w:p>
      <w:pPr>
        <w:jc w:val="right"/>
      </w:pPr>
      <w:r>
        <w:t>کہ لوگوں کو آپ نے سیاسی سرگرمیوں سے باہر نکال کر کے ڈال دیا ان کو کس میں؟</w:t>
      </w:r>
    </w:p>
    <w:p>
      <w:r>
        <w:rPr>
          <w:b/>
        </w:rPr>
        <w:t xml:space="preserve">[20:28] </w:t>
      </w:r>
      <w:r>
        <w:t>dawat sargarmion mein.</w:t>
      </w:r>
    </w:p>
    <w:p>
      <w:pPr>
        <w:jc w:val="right"/>
      </w:pPr>
      <w:r>
        <w:t>دعوت سرگرمیوں میں۔</w:t>
      </w:r>
    </w:p>
    <w:p>
      <w:r>
        <w:rPr>
          <w:b/>
        </w:rPr>
        <w:t xml:space="preserve">[20:30] </w:t>
      </w:r>
      <w:r>
        <w:t>chunanche aap jayen wahan par haj karne ke liye to aap dekhenge keh makka madina mein nabi</w:t>
      </w:r>
    </w:p>
    <w:p>
      <w:pPr>
        <w:jc w:val="right"/>
      </w:pPr>
      <w:r>
        <w:t>چنانچہ آپ جائیں وہاں پر حج کرنے کے لیے تو آپ دیکھیں گے کہ مکہ مدینہ میں نبی</w:t>
      </w:r>
    </w:p>
    <w:p>
      <w:r>
        <w:rPr>
          <w:b/>
        </w:rPr>
        <w:t xml:space="preserve">[20:38] </w:t>
      </w:r>
      <w:r>
        <w:t>ke ashaab ki bohat hi kam qabrein hain.</w:t>
      </w:r>
    </w:p>
    <w:p>
      <w:pPr>
        <w:jc w:val="right"/>
      </w:pPr>
      <w:r>
        <w:t>کے اصحاب کی بہت ہی کم قبریں ہیں۔</w:t>
      </w:r>
    </w:p>
    <w:p>
      <w:r>
        <w:rPr>
          <w:b/>
        </w:rPr>
        <w:t xml:space="preserve">[20:41] </w:t>
      </w:r>
      <w:r>
        <w:t>kyun? zyada tar log bahir gaye, bahir kaam kiya, wohin dafan ho gaye.</w:t>
      </w:r>
    </w:p>
    <w:p>
      <w:pPr>
        <w:jc w:val="right"/>
      </w:pPr>
      <w:r>
        <w:t>کیوں؟ زیادہ تر لوگ باہر گئے، باہر کام کیا، وہیں دفن ہوگئے۔</w:t>
      </w:r>
    </w:p>
    <w:p>
      <w:r>
        <w:rPr>
          <w:b/>
        </w:rPr>
        <w:t xml:space="preserve">[20:46] </w:t>
      </w:r>
      <w:r>
        <w:t>yeh hua.</w:t>
      </w:r>
    </w:p>
    <w:p>
      <w:pPr>
        <w:jc w:val="right"/>
      </w:pPr>
      <w:r>
        <w:t>یہ ہوا۔</w:t>
      </w:r>
    </w:p>
    <w:p>
      <w:r>
        <w:rPr>
          <w:b/>
        </w:rPr>
        <w:t xml:space="preserve">[20:48] </w:t>
      </w:r>
      <w:r>
        <w:t>is ke baad dekhen ek bohat bara hikmat ka kaam aap ne yeh kiya.</w:t>
      </w:r>
    </w:p>
    <w:p>
      <w:pPr>
        <w:jc w:val="right"/>
      </w:pPr>
      <w:r>
        <w:t>اس کے بعد دیکھیں ایک بہت بڑا حکمت کا کام آپ نے یہ کیا۔</w:t>
      </w:r>
    </w:p>
    <w:p>
      <w:r>
        <w:rPr>
          <w:b/>
        </w:rPr>
        <w:t xml:space="preserve">[20:54] </w:t>
      </w:r>
      <w:r>
        <w:t>aap ne farmaya keh la takhtubu inni ghair al quran mujh se sirf quran ko likho aur kuch na</w:t>
      </w:r>
    </w:p>
    <w:p>
      <w:pPr>
        <w:jc w:val="right"/>
      </w:pPr>
      <w:r>
        <w:t>آپ نے فرمایا کہ لا تكتبوا انی غیر القرآن مجھ سے صرف قرآن کو لکھو اور کچھ نہ</w:t>
      </w:r>
    </w:p>
    <w:p>
      <w:r>
        <w:rPr>
          <w:b/>
        </w:rPr>
        <w:t xml:space="preserve">[21:01] </w:t>
      </w:r>
      <w:r>
        <w:t>likho.</w:t>
      </w:r>
    </w:p>
    <w:p>
      <w:pPr>
        <w:jc w:val="right"/>
      </w:pPr>
      <w:r>
        <w:t>لکھو۔</w:t>
      </w:r>
    </w:p>
    <w:p>
      <w:r>
        <w:rPr>
          <w:b/>
        </w:rPr>
        <w:t xml:space="preserve">[21:03] </w:t>
      </w:r>
      <w:r>
        <w:t>yani aap ek taraf quran pesh karte the aur doosri taraf aap ki apni baatein hoti theen.</w:t>
      </w:r>
    </w:p>
    <w:p>
      <w:pPr>
        <w:jc w:val="right"/>
      </w:pPr>
      <w:r>
        <w:t>یعنی آپ ایک طرف قرآن پیش کرتے تھے اور دوسری طرف آپ کی اپنی باتیں ہوتی تھیں۔</w:t>
      </w:r>
    </w:p>
    <w:p>
      <w:r>
        <w:rPr>
          <w:b/>
        </w:rPr>
        <w:t xml:space="preserve">[21:10] </w:t>
      </w:r>
      <w:r>
        <w:t>apni baaton ko hum hadith kehte hain.</w:t>
      </w:r>
    </w:p>
    <w:p>
      <w:pPr>
        <w:jc w:val="right"/>
      </w:pPr>
      <w:r>
        <w:t>اپنی باتوں کو ہم حدیث کہتے ہیں۔</w:t>
      </w:r>
    </w:p>
    <w:p>
      <w:r>
        <w:rPr>
          <w:b/>
        </w:rPr>
        <w:t xml:space="preserve">[21:13] </w:t>
      </w:r>
      <w:r>
        <w:t>to gaya keh hadith ko likhne se mana kar diya aap ne.</w:t>
      </w:r>
    </w:p>
    <w:p>
      <w:pPr>
        <w:jc w:val="right"/>
      </w:pPr>
      <w:r>
        <w:t>تو گیا کہ حدیث کو لکھنے سے منع کر دیا آپ نے۔</w:t>
      </w:r>
    </w:p>
    <w:p>
      <w:r>
        <w:rPr>
          <w:b/>
        </w:rPr>
        <w:t xml:space="preserve">[21:18] </w:t>
      </w:r>
      <w:r>
        <w:t>la takhtubu inni ghair al quran quran ko likho, hadith ko mat likho.</w:t>
      </w:r>
    </w:p>
    <w:p>
      <w:pPr>
        <w:jc w:val="right"/>
      </w:pPr>
      <w:r>
        <w:t>لا تكتبوا انی غیر القرآن قرآن کو لکھو، حدیث کو مت لکھو۔</w:t>
      </w:r>
    </w:p>
    <w:p>
      <w:r>
        <w:rPr>
          <w:b/>
        </w:rPr>
        <w:t xml:space="preserve">[21:23] </w:t>
      </w:r>
      <w:r>
        <w:t>yeh bohat bari hidayat thi.</w:t>
      </w:r>
    </w:p>
    <w:p>
      <w:pPr>
        <w:jc w:val="right"/>
      </w:pPr>
      <w:r>
        <w:t>یہ بہت بڑی ہدایت تھی۔</w:t>
      </w:r>
    </w:p>
    <w:p>
      <w:r>
        <w:rPr>
          <w:b/>
        </w:rPr>
        <w:t xml:space="preserve">[21:26] </w:t>
      </w:r>
      <w:r>
        <w:t>aakhir mein apni zindagi ke aakhri hisse mein aap ne phir aap ne farma diya keh pehle main</w:t>
      </w:r>
    </w:p>
    <w:p>
      <w:pPr>
        <w:jc w:val="right"/>
      </w:pPr>
      <w:r>
        <w:t>آخر میں اپنی زندگی کے آخری حصے میں آپ نے پھر آپ نے فرما دیا کہ پہلے میں</w:t>
      </w:r>
    </w:p>
    <w:p>
      <w:r>
        <w:rPr>
          <w:b/>
        </w:rPr>
        <w:t xml:space="preserve">[21:33] </w:t>
      </w:r>
      <w:r>
        <w:t>ne tum ko mana kiya tha, ab tum likh sakte ho.</w:t>
      </w:r>
    </w:p>
    <w:p>
      <w:pPr>
        <w:jc w:val="right"/>
      </w:pPr>
      <w:r>
        <w:t>نے تم کو منع کیا تھا، اب تم لکھ سکتے ہو۔</w:t>
      </w:r>
    </w:p>
    <w:p>
      <w:r>
        <w:rPr>
          <w:b/>
        </w:rPr>
        <w:t xml:space="preserve">[21:38] </w:t>
      </w:r>
      <w:r>
        <w:t>to aap ne farmaya keh qaid al ilmi bil kitaba baad ke zamane mein aap ne farmaya keh qaid al ilm</w:t>
      </w:r>
    </w:p>
    <w:p>
      <w:pPr>
        <w:jc w:val="right"/>
      </w:pPr>
      <w:r>
        <w:t>تو آپ نے فرمایا کہ قید العلم بالکتابہ بعد کے زمانے میں آپ نے فرمایا کہ قید العلم</w:t>
      </w:r>
    </w:p>
    <w:p>
      <w:r>
        <w:rPr>
          <w:b/>
        </w:rPr>
        <w:t xml:space="preserve">[21:46] </w:t>
      </w:r>
      <w:r>
        <w:t>bil kitaba ilm ko likh kar ke mehfooz karo.</w:t>
      </w:r>
    </w:p>
    <w:p>
      <w:pPr>
        <w:jc w:val="right"/>
      </w:pPr>
      <w:r>
        <w:t>بالکتابہ علم کو لکھ کر کے محفوظ کرو۔</w:t>
      </w:r>
    </w:p>
    <w:p>
      <w:r>
        <w:rPr>
          <w:b/>
        </w:rPr>
        <w:t xml:space="preserve">[21:49] </w:t>
      </w:r>
      <w:r>
        <w:t>is zamane mein ilm se murad thi hadith.</w:t>
      </w:r>
    </w:p>
    <w:p>
      <w:pPr>
        <w:jc w:val="right"/>
      </w:pPr>
      <w:r>
        <w:t>اس زمانے میں علم سے مراد تھی حدیث۔</w:t>
      </w:r>
    </w:p>
    <w:p>
      <w:r>
        <w:rPr>
          <w:b/>
        </w:rPr>
        <w:t xml:space="preserve">[21:53] </w:t>
      </w:r>
      <w:r>
        <w:t>to pehle aap ne sirf quran ko likhne ke liye kaha.</w:t>
      </w:r>
    </w:p>
    <w:p>
      <w:pPr>
        <w:jc w:val="right"/>
      </w:pPr>
      <w:r>
        <w:t>تو پہلے آپ نے صرف قرآن کو لکھنے کے لیے کہا۔</w:t>
      </w:r>
    </w:p>
    <w:p>
      <w:r>
        <w:rPr>
          <w:b/>
        </w:rPr>
        <w:t xml:space="preserve">[21:57] </w:t>
      </w:r>
      <w:r>
        <w:t>baad ke zamane mein, yeh aakhri zamane mein aap ne keh diya keh tum hadith ko bhi likh</w:t>
      </w:r>
    </w:p>
    <w:p>
      <w:pPr>
        <w:jc w:val="right"/>
      </w:pPr>
      <w:r>
        <w:t>بعد کے زمانے میں، یہ آخری زمانے میں آپ نے کہہ دیا کہ تم حدیث کو بھی لکھ</w:t>
      </w:r>
    </w:p>
    <w:p>
      <w:r>
        <w:rPr>
          <w:b/>
        </w:rPr>
        <w:t xml:space="preserve">[22:05] </w:t>
      </w:r>
      <w:r>
        <w:t>sakte ho.</w:t>
      </w:r>
    </w:p>
    <w:p>
      <w:pPr>
        <w:jc w:val="right"/>
      </w:pPr>
      <w:r>
        <w:t>سکتے ہو۔</w:t>
      </w:r>
    </w:p>
    <w:p>
      <w:r>
        <w:rPr>
          <w:b/>
        </w:rPr>
        <w:t xml:space="preserve">[22:07] </w:t>
      </w:r>
      <w:r>
        <w:t>yeh saada baat nahi thi.</w:t>
      </w:r>
    </w:p>
    <w:p>
      <w:pPr>
        <w:jc w:val="right"/>
      </w:pPr>
      <w:r>
        <w:t>یہ سادہ بات نہیں تھی۔</w:t>
      </w:r>
    </w:p>
    <w:p>
      <w:r>
        <w:rPr>
          <w:b/>
        </w:rPr>
        <w:t xml:space="preserve">[22:09] </w:t>
      </w:r>
      <w:r>
        <w:t>yeh saada baat nahi thi.</w:t>
      </w:r>
    </w:p>
    <w:p>
      <w:pPr>
        <w:jc w:val="right"/>
      </w:pPr>
      <w:r>
        <w:t>یہ سادہ بات نہیں تھی۔</w:t>
      </w:r>
    </w:p>
    <w:p>
      <w:r>
        <w:rPr>
          <w:b/>
        </w:rPr>
        <w:t xml:space="preserve">[22:11] </w:t>
      </w:r>
      <w:r>
        <w:t>yeh bohat bari baat thi.</w:t>
      </w:r>
    </w:p>
    <w:p>
      <w:pPr>
        <w:jc w:val="right"/>
      </w:pPr>
      <w:r>
        <w:t>یہ بہت بڑی بات تھی۔</w:t>
      </w:r>
    </w:p>
    <w:p>
      <w:r>
        <w:rPr>
          <w:b/>
        </w:rPr>
        <w:t xml:space="preserve">[22:13] </w:t>
      </w:r>
      <w:r>
        <w:t>is ka matlab kya tha? ke rasool Allah ki wafat ke baad ek hukoomat bani, phir saltanat bani,</w:t>
      </w:r>
    </w:p>
    <w:p>
      <w:pPr>
        <w:jc w:val="right"/>
      </w:pPr>
      <w:r>
        <w:t>اس کا مطلب کیا تھا؟ کہ رسول اللہ کی وفات کے بعد ایک حکومت بنی، پھر سلطنت بنی،</w:t>
      </w:r>
    </w:p>
    <w:p>
      <w:r>
        <w:rPr>
          <w:b/>
        </w:rPr>
        <w:t xml:space="preserve">[22:21] </w:t>
      </w:r>
      <w:r>
        <w:t>ek poora muslim land wajood mein aaya.</w:t>
      </w:r>
    </w:p>
    <w:p>
      <w:pPr>
        <w:jc w:val="right"/>
      </w:pPr>
      <w:r>
        <w:t>ایک پورا مسلم لینڈ وجود میں آیا۔</w:t>
      </w:r>
    </w:p>
    <w:p>
      <w:r>
        <w:rPr>
          <w:b/>
        </w:rPr>
        <w:t xml:space="preserve">[22:24] </w:t>
      </w:r>
      <w:r>
        <w:t>to is ke maani kya hue? ke is ke maani yeh hue ke quran ke siwa bohat se</w:t>
      </w:r>
    </w:p>
    <w:p>
      <w:pPr>
        <w:jc w:val="right"/>
      </w:pPr>
      <w:r>
        <w:t>تو اس کے معنی کیا ہوئے؟ کہ اس کے معنی یہ ہوئے کہ قرآن کے سوا بہت سے</w:t>
      </w:r>
    </w:p>
    <w:p>
      <w:r>
        <w:rPr>
          <w:b/>
        </w:rPr>
        <w:t xml:space="preserve">[22:31] </w:t>
      </w:r>
      <w:r>
        <w:t>naye naye shobay nikle.</w:t>
      </w:r>
    </w:p>
    <w:p>
      <w:pPr>
        <w:jc w:val="right"/>
      </w:pPr>
      <w:r>
        <w:t>نئے نئے شعبے نکلے۔</w:t>
      </w:r>
    </w:p>
    <w:p>
      <w:r>
        <w:rPr>
          <w:b/>
        </w:rPr>
        <w:t xml:space="preserve">[22:33] </w:t>
      </w:r>
      <w:r>
        <w:t>matlab shobay kya thay? quran ke baad hadith hai, sunnat hai, rasool Allah ki zindagi hai, islam ki</w:t>
      </w:r>
    </w:p>
    <w:p>
      <w:pPr>
        <w:jc w:val="right"/>
      </w:pPr>
      <w:r>
        <w:t>مطلب شعبے کیا تھے؟ قرآن کے بعد حدیث ہے، سنت ہے، رسول اللہ کی زندگی ہے، اسلام کی</w:t>
      </w:r>
    </w:p>
    <w:p>
      <w:r>
        <w:rPr>
          <w:b/>
        </w:rPr>
        <w:t xml:space="preserve">[22:41] </w:t>
      </w:r>
      <w:r>
        <w:t>tareekh hai, arabi zaban ki dictionary hai, aur fiqh hai, ilm kalam hai, ilm aqaaid hai.</w:t>
      </w:r>
    </w:p>
    <w:p>
      <w:pPr>
        <w:jc w:val="right"/>
      </w:pPr>
      <w:r>
        <w:t>تاریخ ہے، عربی زبان کی ڈکشنری ہے، اور فقہ ہے، علم کلام ہے، علم عقائد ہے۔</w:t>
      </w:r>
    </w:p>
    <w:p>
      <w:r>
        <w:rPr>
          <w:b/>
        </w:rPr>
        <w:t xml:space="preserve">[22:48] </w:t>
      </w:r>
      <w:r>
        <w:t>islam ki poori yahan se wahan tak jo tareekh hai, is ki tadween hai.</w:t>
      </w:r>
    </w:p>
    <w:p>
      <w:pPr>
        <w:jc w:val="right"/>
      </w:pPr>
      <w:r>
        <w:t>اسلام کی پوری یہاں سے وہاں تک جو تاریخ ہے، اس کی تدوین ہے۔</w:t>
      </w:r>
    </w:p>
    <w:p>
      <w:r>
        <w:rPr>
          <w:b/>
        </w:rPr>
        <w:t xml:space="preserve">[22:54] </w:t>
      </w:r>
      <w:r>
        <w:t>yeh saaray ilm.</w:t>
      </w:r>
    </w:p>
    <w:p>
      <w:pPr>
        <w:jc w:val="right"/>
      </w:pPr>
      <w:r>
        <w:t>یہ سارے علم۔</w:t>
      </w:r>
    </w:p>
    <w:p>
      <w:r>
        <w:rPr>
          <w:b/>
        </w:rPr>
        <w:t xml:space="preserve">[22:55] </w:t>
      </w:r>
      <w:r>
        <w:t>to aap ne yeh keh kar ke logon ko maidan khol diya.</w:t>
      </w:r>
    </w:p>
    <w:p>
      <w:pPr>
        <w:jc w:val="right"/>
      </w:pPr>
      <w:r>
        <w:t>تو آپ نے یہ کہہ کر کے لوگوں کو میدان کھول دیا۔</w:t>
      </w:r>
    </w:p>
    <w:p>
      <w:r>
        <w:rPr>
          <w:b/>
        </w:rPr>
        <w:t xml:space="preserve">[23:00] </w:t>
      </w:r>
      <w:r>
        <w:t>ke siyasat of opposition se rok kar ke aap ne unhein ek maidan de diya.</w:t>
      </w:r>
    </w:p>
    <w:p>
      <w:pPr>
        <w:jc w:val="right"/>
      </w:pPr>
      <w:r>
        <w:t>کہ سیاست آف اپوزیشن سے روک کر کے آپ نے انہیں ایک میدان دے دیا۔</w:t>
      </w:r>
    </w:p>
    <w:p>
      <w:r>
        <w:rPr>
          <w:b/>
        </w:rPr>
        <w:t xml:space="preserve">[23:07] </w:t>
      </w:r>
      <w:r>
        <w:t>ke apni salahiyaton ke haan istemal karo.</w:t>
      </w:r>
    </w:p>
    <w:p>
      <w:pPr>
        <w:jc w:val="right"/>
      </w:pPr>
      <w:r>
        <w:t>کہ اپنی صلاحیتوں کے ہاں استعمال کرو۔</w:t>
      </w:r>
    </w:p>
    <w:p>
      <w:r>
        <w:rPr>
          <w:b/>
        </w:rPr>
        <w:t xml:space="preserve">[23:10] </w:t>
      </w:r>
      <w:r>
        <w:t>chunaan-che hum jantay hain, jantay hain ke taqreeban ek hazar saal tak musalman isi ghair siyasi sargarmion mein</w:t>
      </w:r>
    </w:p>
    <w:p>
      <w:pPr>
        <w:jc w:val="right"/>
      </w:pPr>
      <w:r>
        <w:t>چنانچہ ہم جانتے ہیں، جانتے ہیں کہ تقریباً ایک ہزار سال تک مسلمان اسی غیر سیاسی سرگرمیوں میں</w:t>
      </w:r>
    </w:p>
    <w:p>
      <w:r>
        <w:rPr>
          <w:b/>
        </w:rPr>
        <w:t xml:space="preserve">[23:17] </w:t>
      </w:r>
      <w:r>
        <w:t>mashgool rahay.</w:t>
      </w:r>
    </w:p>
    <w:p>
      <w:pPr>
        <w:jc w:val="right"/>
      </w:pPr>
      <w:r>
        <w:t>مشغول رہے۔</w:t>
      </w:r>
    </w:p>
    <w:p>
      <w:r>
        <w:rPr>
          <w:b/>
        </w:rPr>
        <w:t xml:space="preserve">[23:19] </w:t>
      </w:r>
      <w:r>
        <w:t>taqreeban hazar saal tak.</w:t>
      </w:r>
    </w:p>
    <w:p>
      <w:pPr>
        <w:jc w:val="right"/>
      </w:pPr>
      <w:r>
        <w:t>تقریباً ہزار سال تک۔</w:t>
      </w:r>
    </w:p>
    <w:p>
      <w:r>
        <w:rPr>
          <w:b/>
        </w:rPr>
        <w:t xml:space="preserve">[23:21] </w:t>
      </w:r>
      <w:r>
        <w:t>sirf maujooda zamanay mein hum dekhtay hain ke log laraiyan kar rahay hain, ghair zaroori laraiyan, ghair zaroori</w:t>
      </w:r>
    </w:p>
    <w:p>
      <w:pPr>
        <w:jc w:val="right"/>
      </w:pPr>
      <w:r>
        <w:t>صرف موجودہ زمانے میں ہم دیکھتے ہیں کہ لوگ لڑائیاں کر رہے ہیں، غیر ضروری لڑائیاں، غیر ضروری</w:t>
      </w:r>
    </w:p>
    <w:p>
      <w:r>
        <w:rPr>
          <w:b/>
        </w:rPr>
        <w:t xml:space="preserve">[23:28] </w:t>
      </w:r>
      <w:r>
        <w:t>laraiyan kar rahay hain.</w:t>
      </w:r>
    </w:p>
    <w:p>
      <w:pPr>
        <w:jc w:val="right"/>
      </w:pPr>
      <w:r>
        <w:t>لڑائیاں کر رہے ہیں۔</w:t>
      </w:r>
    </w:p>
    <w:p>
      <w:r>
        <w:rPr>
          <w:b/>
        </w:rPr>
        <w:t xml:space="preserve">[23:30] </w:t>
      </w:r>
      <w:r>
        <w:t>maujooda zamanay mein, yani do so saal ke andar andar.</w:t>
      </w:r>
    </w:p>
    <w:p>
      <w:pPr>
        <w:jc w:val="right"/>
      </w:pPr>
      <w:r>
        <w:t>موجودہ زمانے میں، یعنی دو سو سال کے اندر اندر۔</w:t>
      </w:r>
    </w:p>
    <w:p>
      <w:r>
        <w:rPr>
          <w:b/>
        </w:rPr>
        <w:t xml:space="preserve">[23:34] </w:t>
      </w:r>
      <w:r>
        <w:t>is se pehle kya tha? sab log mashgool thay ghair siyasi sargarmion mein.</w:t>
      </w:r>
    </w:p>
    <w:p>
      <w:pPr>
        <w:jc w:val="right"/>
      </w:pPr>
      <w:r>
        <w:t>اس سے پہلے کیا تھا؟ سب لوگ مشغول تھے غیر سیاسی سرگرمیوں میں۔</w:t>
      </w:r>
    </w:p>
    <w:p>
      <w:r>
        <w:rPr>
          <w:b/>
        </w:rPr>
        <w:t xml:space="preserve">[23:40] </w:t>
      </w:r>
      <w:r>
        <w:t>woh kaisay? dekhen sab se pehle jo hai, kya hua? rasool Allah ke baad logon ne hadithain jama</w:t>
      </w:r>
    </w:p>
    <w:p>
      <w:pPr>
        <w:jc w:val="right"/>
      </w:pPr>
      <w:r>
        <w:t>وہ کیسے؟ دیکھیں سب سے پہلے جو ہے، کیا ہوا؟ رسول اللہ کے بعد لوگوں نے حدیثیں جمع</w:t>
      </w:r>
    </w:p>
    <w:p>
      <w:r>
        <w:rPr>
          <w:b/>
        </w:rPr>
        <w:t xml:space="preserve">[23:48] </w:t>
      </w:r>
      <w:r>
        <w:t>karna shuru kiya.</w:t>
      </w:r>
    </w:p>
    <w:p>
      <w:pPr>
        <w:jc w:val="right"/>
      </w:pPr>
      <w:r>
        <w:t>کرنا شروع کیا۔</w:t>
      </w:r>
    </w:p>
    <w:p>
      <w:r>
        <w:rPr>
          <w:b/>
        </w:rPr>
        <w:t xml:space="preserve">[23:49] </w:t>
      </w:r>
      <w:r>
        <w:t>hadithain kis ke paas theen? logon ke zehnon mein theen.</w:t>
      </w:r>
    </w:p>
    <w:p>
      <w:pPr>
        <w:jc w:val="right"/>
      </w:pPr>
      <w:r>
        <w:t>حدیثیں کس کے پاس تھیں؟ لوگوں کے ذہنوں میں تھیں۔</w:t>
      </w:r>
    </w:p>
    <w:p>
      <w:r>
        <w:rPr>
          <w:b/>
        </w:rPr>
        <w:t xml:space="preserve">[23:53] </w:t>
      </w:r>
      <w:r>
        <w:t>logon ke hafizay mein theen.</w:t>
      </w:r>
    </w:p>
    <w:p>
      <w:pPr>
        <w:jc w:val="right"/>
      </w:pPr>
      <w:r>
        <w:t>لوگوں کے حافظے میں تھیں۔</w:t>
      </w:r>
    </w:p>
    <w:p>
      <w:r>
        <w:rPr>
          <w:b/>
        </w:rPr>
        <w:t xml:space="preserve">[23:56] </w:t>
      </w:r>
      <w:r>
        <w:t>yeh jo sahaba kiram thay, taqreeban daid lakh, to idhar udhar phail gaye woh rasool Allah ki wafat</w:t>
      </w:r>
    </w:p>
    <w:p>
      <w:pPr>
        <w:jc w:val="right"/>
      </w:pPr>
      <w:r>
        <w:t>یہ جو صحابہ کرام تھے، تقریباً ڈیڑھ لاکھ، تو ادھر ادھر پھیل گئے وہ رسول اللہ کی وفات</w:t>
      </w:r>
    </w:p>
    <w:p>
      <w:r>
        <w:rPr>
          <w:b/>
        </w:rPr>
        <w:t xml:space="preserve">[24:03] </w:t>
      </w:r>
      <w:r>
        <w:t>ke baad.</w:t>
      </w:r>
    </w:p>
    <w:p>
      <w:pPr>
        <w:jc w:val="right"/>
      </w:pPr>
      <w:r>
        <w:t>کے بعد۔</w:t>
      </w:r>
    </w:p>
    <w:p>
      <w:r>
        <w:rPr>
          <w:b/>
        </w:rPr>
        <w:t xml:space="preserve">[24:05] </w:t>
      </w:r>
      <w:r>
        <w:t>to woh logon se hadithain bayan karte thay.</w:t>
      </w:r>
    </w:p>
    <w:p>
      <w:pPr>
        <w:jc w:val="right"/>
      </w:pPr>
      <w:r>
        <w:t>تو وہ لوگوں سے حدیثیں بیان کرتے تھے۔</w:t>
      </w:r>
    </w:p>
    <w:p>
      <w:r>
        <w:rPr>
          <w:b/>
        </w:rPr>
        <w:t xml:space="preserve">[24:08] </w:t>
      </w:r>
      <w:r>
        <w:t>keh hum ne rasool Allah se aisa suna, hum ne rasool Allah se aisa suna.</w:t>
      </w:r>
    </w:p>
    <w:p>
      <w:pPr>
        <w:jc w:val="right"/>
      </w:pPr>
      <w:r>
        <w:t>کہ ہم نے رسول اللہ سے ایسا سنا، ہم نے رسول اللہ سے ایسا سنا۔</w:t>
      </w:r>
    </w:p>
    <w:p>
      <w:r>
        <w:rPr>
          <w:b/>
        </w:rPr>
        <w:t xml:space="preserve">[24:15] </w:t>
      </w:r>
      <w:r>
        <w:t>to is tarah se sun sun kar ke ilm mein hadith phailne laga.</w:t>
      </w:r>
    </w:p>
    <w:p>
      <w:pPr>
        <w:jc w:val="right"/>
      </w:pPr>
      <w:r>
        <w:t>تو اس طرح سے سن سن کر کے علم میں حدیث پھیلنے لگا۔</w:t>
      </w:r>
    </w:p>
    <w:p>
      <w:r>
        <w:rPr>
          <w:b/>
        </w:rPr>
        <w:t xml:space="preserve">[24:20] </w:t>
      </w:r>
      <w:r>
        <w:t>ab is zamane mein baray baray ulma paida hue jin ko hum kehte hain muhaddiseen.</w:t>
      </w:r>
    </w:p>
    <w:p>
      <w:pPr>
        <w:jc w:val="right"/>
      </w:pPr>
      <w:r>
        <w:t>اب اس زمانے میں بڑے بڑے علماء پیدا ہوئے جن کو ہم کہتے ہیں محدثین۔</w:t>
      </w:r>
    </w:p>
    <w:p>
      <w:r>
        <w:rPr>
          <w:b/>
        </w:rPr>
        <w:t xml:space="preserve">[24:27] </w:t>
      </w:r>
      <w:r>
        <w:t>muhaddiseen kon log thay? yeh woh log thay jinho ne in logon se mil mil kar ke jo</w:t>
      </w:r>
    </w:p>
    <w:p>
      <w:pPr>
        <w:jc w:val="right"/>
      </w:pPr>
      <w:r>
        <w:t>محدثین کون لوگ تھے؟ یہ وہ لوگ تھے جنہوں نے ان لوگوں سے مل مل کر کے جو</w:t>
      </w:r>
    </w:p>
    <w:p>
      <w:r>
        <w:rPr>
          <w:b/>
        </w:rPr>
        <w:t xml:space="preserve">[24:34] </w:t>
      </w:r>
      <w:r>
        <w:t>rasool Allah ki hadithain bayan kar rahe thay, mil mil kar ke us ko likhna shuru kiya.</w:t>
      </w:r>
    </w:p>
    <w:p>
      <w:pPr>
        <w:jc w:val="right"/>
      </w:pPr>
      <w:r>
        <w:t>رسول اللہ کی حدیثیں بیان کر رہے تھے، مل مل کر کے اس کو لکھنا شروع کیا۔</w:t>
      </w:r>
    </w:p>
    <w:p>
      <w:r>
        <w:rPr>
          <w:b/>
        </w:rPr>
        <w:t xml:space="preserve">[24:42] </w:t>
      </w:r>
      <w:r>
        <w:t>likhna shuru kiya.</w:t>
      </w:r>
    </w:p>
    <w:p>
      <w:pPr>
        <w:jc w:val="right"/>
      </w:pPr>
      <w:r>
        <w:t>لکھنا شروع کیا۔</w:t>
      </w:r>
    </w:p>
    <w:p>
      <w:r>
        <w:rPr>
          <w:b/>
        </w:rPr>
        <w:t xml:space="preserve">[24:43] </w:t>
      </w:r>
      <w:r>
        <w:t>ab dekhen kitna bara kaam tha ke lakhon hadithain likhi gaein.</w:t>
      </w:r>
    </w:p>
    <w:p>
      <w:pPr>
        <w:jc w:val="right"/>
      </w:pPr>
      <w:r>
        <w:t>اب دیکھیں کتنا بڑا کام تھا کہ لاکھوں حدیثیں لکھی گئیں۔</w:t>
      </w:r>
    </w:p>
    <w:p>
      <w:r>
        <w:rPr>
          <w:b/>
        </w:rPr>
        <w:t xml:space="preserve">[24:48] </w:t>
      </w:r>
      <w:r>
        <w:t>phir un mein se chanta gaya.</w:t>
      </w:r>
    </w:p>
    <w:p>
      <w:pPr>
        <w:jc w:val="right"/>
      </w:pPr>
      <w:r>
        <w:t>پھر ان میں سے چھانٹا گیا۔</w:t>
      </w:r>
    </w:p>
    <w:p>
      <w:r>
        <w:rPr>
          <w:b/>
        </w:rPr>
        <w:t xml:space="preserve">[24:50] </w:t>
      </w:r>
      <w:r>
        <w:t>chanta chanta ke kitabein banein.</w:t>
      </w:r>
    </w:p>
    <w:p>
      <w:pPr>
        <w:jc w:val="right"/>
      </w:pPr>
      <w:r>
        <w:t>چھانٹ چھانٹ کے کتابیں بنیں۔</w:t>
      </w:r>
    </w:p>
    <w:p>
      <w:r>
        <w:rPr>
          <w:b/>
        </w:rPr>
        <w:t xml:space="preserve">[24:53] </w:t>
      </w:r>
      <w:r>
        <w:t>jaisay misaal ke tor par imam hambal ki jo kitab hai musnad, us mein tees hazar hadithain hain.</w:t>
      </w:r>
    </w:p>
    <w:p>
      <w:pPr>
        <w:jc w:val="right"/>
      </w:pPr>
      <w:r>
        <w:t>جیسے مثال کے طور پر امام حنبل کی جو کتاب ہے مسند، اس میں تیس ہزار حدیثیں ہیں۔</w:t>
      </w:r>
    </w:p>
    <w:p>
      <w:r>
        <w:rPr>
          <w:b/>
        </w:rPr>
        <w:t xml:space="preserve">[25:00] </w:t>
      </w:r>
      <w:r>
        <w:t>tees hazar hadithain hain.</w:t>
      </w:r>
    </w:p>
    <w:p>
      <w:pPr>
        <w:jc w:val="right"/>
      </w:pPr>
      <w:r>
        <w:t>تیس ہزار حدیثیں ہیں۔</w:t>
      </w:r>
    </w:p>
    <w:p>
      <w:r>
        <w:rPr>
          <w:b/>
        </w:rPr>
        <w:t xml:space="preserve">[25:02] </w:t>
      </w:r>
      <w:r>
        <w:t>to bohat sari kitabein is tarah se banein.</w:t>
      </w:r>
    </w:p>
    <w:p>
      <w:pPr>
        <w:jc w:val="right"/>
      </w:pPr>
      <w:r>
        <w:t>تو بہت ساری کتابیں اس طرح سے بنیں۔</w:t>
      </w:r>
    </w:p>
    <w:p>
      <w:r>
        <w:rPr>
          <w:b/>
        </w:rPr>
        <w:t xml:space="preserve">[25:05] </w:t>
      </w:r>
      <w:r>
        <w:t>to rasool Allah ke baad log, yani hukmaranon se na takra kar ke, ya mein kahunga ke</w:t>
      </w:r>
    </w:p>
    <w:p>
      <w:pPr>
        <w:jc w:val="right"/>
      </w:pPr>
      <w:r>
        <w:t>تو رسول اللہ کے بعد لوگ، یعنی حکمرانوں سے نہ ٹکرا کر کے، یا میں کہوں گا کہ</w:t>
      </w:r>
    </w:p>
    <w:p>
      <w:r>
        <w:rPr>
          <w:b/>
        </w:rPr>
        <w:t xml:space="preserve">[25:13] </w:t>
      </w:r>
      <w:r>
        <w:t>siyasat of opposition, siyasat of opposition na chala kar ke, hadith ke is mein jama ho gaye.</w:t>
      </w:r>
    </w:p>
    <w:p>
      <w:pPr>
        <w:jc w:val="right"/>
      </w:pPr>
      <w:r>
        <w:t>سیاست آف اپوزیشن، سیاست آف اپوزیشن نہ چلا کر کے، حدیث کے اس میں جمع ہو گئے۔</w:t>
      </w:r>
    </w:p>
    <w:p>
      <w:r>
        <w:rPr>
          <w:b/>
        </w:rPr>
        <w:t xml:space="preserve">[25:20] </w:t>
      </w:r>
      <w:r>
        <w:t>jis ko hum kehte hain tadween hadith.</w:t>
      </w:r>
    </w:p>
    <w:p>
      <w:pPr>
        <w:jc w:val="right"/>
      </w:pPr>
      <w:r>
        <w:t>جس کو ہم کہتے ہیں تدوین حدیث۔</w:t>
      </w:r>
    </w:p>
    <w:p>
      <w:r>
        <w:rPr>
          <w:b/>
        </w:rPr>
        <w:t xml:space="preserve">[25:23] </w:t>
      </w:r>
      <w:r>
        <w:t>hadith ko jama karna, hadith ko murattab karna, hadith ko mudawwan karna.</w:t>
      </w:r>
    </w:p>
    <w:p>
      <w:pPr>
        <w:jc w:val="right"/>
      </w:pPr>
      <w:r>
        <w:t>حدیث کو جمع کرنا، حدیث کو مرتب کرنا، حدیث کو مدون کرنا۔</w:t>
      </w:r>
    </w:p>
    <w:p>
      <w:r>
        <w:rPr>
          <w:b/>
        </w:rPr>
        <w:t xml:space="preserve">[25:29] </w:t>
      </w:r>
      <w:r>
        <w:t>phir hadith se mutaliq bohat sare ilm hain.</w:t>
      </w:r>
    </w:p>
    <w:p>
      <w:pPr>
        <w:jc w:val="right"/>
      </w:pPr>
      <w:r>
        <w:t>پھر حدیث سے متعلق بہت سارے علم ہیں۔</w:t>
      </w:r>
    </w:p>
    <w:p>
      <w:r>
        <w:rPr>
          <w:b/>
        </w:rPr>
        <w:t xml:space="preserve">[25:32] </w:t>
      </w:r>
      <w:r>
        <w:t>quran se mutaliq bohat sare ilm hain.</w:t>
      </w:r>
    </w:p>
    <w:p>
      <w:pPr>
        <w:jc w:val="right"/>
      </w:pPr>
      <w:r>
        <w:t>قرآن سے متعلق بہت سارے علم ہیں۔</w:t>
      </w:r>
    </w:p>
    <w:p>
      <w:r>
        <w:rPr>
          <w:b/>
        </w:rPr>
        <w:t xml:space="preserve">[25:35] </w:t>
      </w:r>
      <w:r>
        <w:t>to aik taraf quran ko likha jane laga.</w:t>
      </w:r>
    </w:p>
    <w:p>
      <w:pPr>
        <w:jc w:val="right"/>
      </w:pPr>
      <w:r>
        <w:t>تو ایک طرف قرآن کو لکھا جانے لگا۔</w:t>
      </w:r>
    </w:p>
    <w:p>
      <w:r>
        <w:rPr>
          <w:b/>
        </w:rPr>
        <w:t xml:space="preserve">[25:38] </w:t>
      </w:r>
      <w:r>
        <w:t>hadith ko likha jane laga.</w:t>
      </w:r>
    </w:p>
    <w:p>
      <w:pPr>
        <w:jc w:val="right"/>
      </w:pPr>
      <w:r>
        <w:t>حدیث کو لکھا جانے لگا۔</w:t>
      </w:r>
    </w:p>
    <w:p>
      <w:r>
        <w:rPr>
          <w:b/>
        </w:rPr>
        <w:t xml:space="preserve">[25:41] </w:t>
      </w:r>
      <w:r>
        <w:t>phir sath sath bohat se aur ilm paida hue.</w:t>
      </w:r>
    </w:p>
    <w:p>
      <w:pPr>
        <w:jc w:val="right"/>
      </w:pPr>
      <w:r>
        <w:t>پھر ساتھ ساتھ بہت سے اور علم پیدا ہوئے۔</w:t>
      </w:r>
    </w:p>
    <w:p>
      <w:r>
        <w:rPr>
          <w:b/>
        </w:rPr>
        <w:t xml:space="preserve">[25:44] </w:t>
      </w:r>
      <w:r>
        <w:t>misalan quran se mutaliq tasweerein likhi gaein.</w:t>
      </w:r>
    </w:p>
    <w:p>
      <w:pPr>
        <w:jc w:val="right"/>
      </w:pPr>
      <w:r>
        <w:t>مثلاً قرآن سے متعلق تصویریں لکھی گئیں۔</w:t>
      </w:r>
    </w:p>
    <w:p>
      <w:r>
        <w:rPr>
          <w:b/>
        </w:rPr>
        <w:t xml:space="preserve">[25:47] </w:t>
      </w:r>
      <w:r>
        <w:t>hadith se mutaliq sharhein likhi gaein.</w:t>
      </w:r>
    </w:p>
    <w:p>
      <w:pPr>
        <w:jc w:val="right"/>
      </w:pPr>
      <w:r>
        <w:t>حدیث سے متعلق شرحیں لکھی گئیں۔</w:t>
      </w:r>
    </w:p>
    <w:p>
      <w:r>
        <w:rPr>
          <w:b/>
        </w:rPr>
        <w:t xml:space="preserve">[25:50] </w:t>
      </w:r>
      <w:r>
        <w:t>rijal ka ilm banaya gaya.</w:t>
      </w:r>
    </w:p>
    <w:p>
      <w:pPr>
        <w:jc w:val="right"/>
      </w:pPr>
      <w:r>
        <w:t>رجال کا علم بنایا گیا۔</w:t>
      </w:r>
    </w:p>
    <w:p>
      <w:r>
        <w:rPr>
          <w:b/>
        </w:rPr>
        <w:t xml:space="preserve">[25:52] </w:t>
      </w:r>
      <w:r>
        <w:t>poora aik ilm hadith tayyar hua.</w:t>
      </w:r>
    </w:p>
    <w:p>
      <w:pPr>
        <w:jc w:val="right"/>
      </w:pPr>
      <w:r>
        <w:t>پورا ایک علم حدیث تیار ہوا۔</w:t>
      </w:r>
    </w:p>
    <w:p>
      <w:r>
        <w:rPr>
          <w:b/>
        </w:rPr>
        <w:t xml:space="preserve">[25:55] </w:t>
      </w:r>
      <w:r>
        <w:t>to kai so saal tak log isi mein mashghool rahe.</w:t>
      </w:r>
    </w:p>
    <w:p>
      <w:pPr>
        <w:jc w:val="right"/>
      </w:pPr>
      <w:r>
        <w:t>تو کئی سو سال تک لوگ اسی میں مشغول رہے۔</w:t>
      </w:r>
    </w:p>
    <w:p>
      <w:r>
        <w:rPr>
          <w:b/>
        </w:rPr>
        <w:t xml:space="preserve">[25:59] </w:t>
      </w:r>
      <w:r>
        <w:t>phir dekhen islam ki tareekh, rasool Allah ke zamane mein to kuch tareekh nahi likhi gayi thi.</w:t>
      </w:r>
    </w:p>
    <w:p>
      <w:pPr>
        <w:jc w:val="right"/>
      </w:pPr>
      <w:r>
        <w:t>پھر دیکھیں اسلام کی تاریخ، رسول اللہ کے زمانے میں تو کچھ تاریخ نہیں لکھی گئی تھی۔</w:t>
      </w:r>
    </w:p>
    <w:p>
      <w:r>
        <w:rPr>
          <w:b/>
        </w:rPr>
        <w:t xml:space="preserve">[26:06] </w:t>
      </w:r>
      <w:r>
        <w:t>woh likhna shuru hua.</w:t>
      </w:r>
    </w:p>
    <w:p>
      <w:pPr>
        <w:jc w:val="right"/>
      </w:pPr>
      <w:r>
        <w:t>وہ لکھنا شروع ہوا۔</w:t>
      </w:r>
    </w:p>
    <w:p>
      <w:r>
        <w:rPr>
          <w:b/>
        </w:rPr>
        <w:t xml:space="preserve">[26:08] </w:t>
      </w:r>
      <w:r>
        <w:t>makki daur ki tareekh, madine ke daur ki tareekh, phir khilafat rashida ki tareekh, bani ummaya ki tareekh,</w:t>
      </w:r>
    </w:p>
    <w:p>
      <w:pPr>
        <w:jc w:val="right"/>
      </w:pPr>
      <w:r>
        <w:t>مکی دور کی تاریخ، مدینے کے دور کی تاریخ، پھر خلافت راشدہ کی تاریخ، بنو امیہ کی تاریخ،</w:t>
      </w:r>
    </w:p>
    <w:p>
      <w:r>
        <w:rPr>
          <w:b/>
        </w:rPr>
        <w:t xml:space="preserve">[26:16] </w:t>
      </w:r>
      <w:r>
        <w:t>bani abbas ki tareekh.</w:t>
      </w:r>
    </w:p>
    <w:p>
      <w:pPr>
        <w:jc w:val="right"/>
      </w:pPr>
      <w:r>
        <w:t>بنو عباس کی تاریخ۔</w:t>
      </w:r>
    </w:p>
    <w:p>
      <w:r>
        <w:rPr>
          <w:b/>
        </w:rPr>
        <w:t xml:space="preserve">[26:17] </w:t>
      </w:r>
      <w:r>
        <w:t>yeh sari jo tareekh thi islam ki, woh sab likhi jaane lagi.</w:t>
      </w:r>
    </w:p>
    <w:p>
      <w:pPr>
        <w:jc w:val="right"/>
      </w:pPr>
      <w:r>
        <w:t>یہ ساری جو تاریخ تھی اسلام کی، وہ سب لکھی جانے لگی۔</w:t>
      </w:r>
    </w:p>
    <w:p>
      <w:r>
        <w:rPr>
          <w:b/>
        </w:rPr>
        <w:t xml:space="preserve">[26:23] </w:t>
      </w:r>
      <w:r>
        <w:t>aur bohat sare log is mein shamil ho gaye.</w:t>
      </w:r>
    </w:p>
    <w:p>
      <w:pPr>
        <w:jc w:val="right"/>
      </w:pPr>
      <w:r>
        <w:t>اور بہت سارے لوگ اس میں شامل ہو گئے۔</w:t>
      </w:r>
    </w:p>
    <w:p>
      <w:r>
        <w:rPr>
          <w:b/>
        </w:rPr>
        <w:t xml:space="preserve">[26:26] </w:t>
      </w:r>
      <w:r>
        <w:t>badi badi kitabein tayyar huin.</w:t>
      </w:r>
    </w:p>
    <w:p>
      <w:pPr>
        <w:jc w:val="right"/>
      </w:pPr>
      <w:r>
        <w:t>بڑی بڑی کتابیں تیار ہوئیں۔</w:t>
      </w:r>
    </w:p>
    <w:p>
      <w:r>
        <w:rPr>
          <w:b/>
        </w:rPr>
        <w:t xml:space="preserve">[26:29] </w:t>
      </w:r>
      <w:r>
        <w:t>is tarah se fiqh ki kitabein, fiqh par bohat darbar kaam hua, tehqeeq hui.</w:t>
      </w:r>
    </w:p>
    <w:p>
      <w:pPr>
        <w:jc w:val="right"/>
      </w:pPr>
      <w:r>
        <w:t>اس طرح سے فقہ کی کتابیں، فقہ پر بہت دربار کام ہوا، تحقیق ہوئی۔</w:t>
      </w:r>
    </w:p>
    <w:p>
      <w:r>
        <w:rPr>
          <w:b/>
        </w:rPr>
        <w:t xml:space="preserve">[26:35] </w:t>
      </w:r>
      <w:r>
        <w:t>bohat se log fiqh, yaani islamic law ya shar'i law, is mein mashghool ho gaye.</w:t>
      </w:r>
    </w:p>
    <w:p>
      <w:pPr>
        <w:jc w:val="right"/>
      </w:pPr>
      <w:r>
        <w:t>بہت سے لوگ فقہ، یعنی اسلامک لاء یا شرعیہ لاء، اس میں مشغول ہو گئے۔</w:t>
      </w:r>
    </w:p>
    <w:p>
      <w:r>
        <w:rPr>
          <w:b/>
        </w:rPr>
        <w:t xml:space="preserve">[26:41] </w:t>
      </w:r>
      <w:r>
        <w:t>phir dekhen quran aaya tha arabi zaban mein.</w:t>
      </w:r>
    </w:p>
    <w:p>
      <w:pPr>
        <w:jc w:val="right"/>
      </w:pPr>
      <w:r>
        <w:t>پھر دیکھیں قرآن آیا تھا عربی زبان میں۔</w:t>
      </w:r>
    </w:p>
    <w:p>
      <w:r>
        <w:rPr>
          <w:b/>
        </w:rPr>
        <w:t xml:space="preserve">[26:44] </w:t>
      </w:r>
      <w:r>
        <w:t>hadithien thin arabi zaban mein.</w:t>
      </w:r>
    </w:p>
    <w:p>
      <w:pPr>
        <w:jc w:val="right"/>
      </w:pPr>
      <w:r>
        <w:t>حدیثیں تھیں عربی زبان میں۔</w:t>
      </w:r>
    </w:p>
    <w:p>
      <w:r>
        <w:rPr>
          <w:b/>
        </w:rPr>
        <w:t xml:space="preserve">[26:47] </w:t>
      </w:r>
      <w:r>
        <w:t>to islam ka jo matan hai, ya matan, woh arabi zaban mein hai.</w:t>
      </w:r>
    </w:p>
    <w:p>
      <w:pPr>
        <w:jc w:val="right"/>
      </w:pPr>
      <w:r>
        <w:t>تو اسلام کا جو متن ہے، یا متن، وہ عربی زبان میں ہے۔</w:t>
      </w:r>
    </w:p>
    <w:p>
      <w:r>
        <w:rPr>
          <w:b/>
        </w:rPr>
        <w:t xml:space="preserve">[26:52] </w:t>
      </w:r>
      <w:r>
        <w:t>to is zamane mein arabi zaban jo hai, abhi yun kahiye ke bol chaal ki zaban thi.</w:t>
      </w:r>
    </w:p>
    <w:p>
      <w:pPr>
        <w:jc w:val="right"/>
      </w:pPr>
      <w:r>
        <w:t>تو اس زمانے میں عربی زبان جو ہے، ابھی یوں کہیے کہ بول چال کی زبان تھی۔</w:t>
      </w:r>
    </w:p>
    <w:p>
      <w:r>
        <w:rPr>
          <w:b/>
        </w:rPr>
        <w:t xml:space="preserve">[26:59] </w:t>
      </w:r>
      <w:r>
        <w:t>jab rasool Allah aaye.</w:t>
      </w:r>
    </w:p>
    <w:p>
      <w:pPr>
        <w:jc w:val="right"/>
      </w:pPr>
      <w:r>
        <w:t>جب رسول اللہ آئے۔</w:t>
      </w:r>
    </w:p>
    <w:p>
      <w:r>
        <w:rPr>
          <w:b/>
        </w:rPr>
        <w:t xml:space="preserve">[27:01] </w:t>
      </w:r>
      <w:r>
        <w:t>jab rasool Allah ki nabuwat shuru hui to arabi zaban samajhye ke bol chaal ki zaban thi.</w:t>
      </w:r>
    </w:p>
    <w:p>
      <w:pPr>
        <w:jc w:val="right"/>
      </w:pPr>
      <w:r>
        <w:t>جب رسول اللہ کی نبوت شروع ہوئی تو عربی زبان سمجھئے کہ بول چال کی زبان تھی۔</w:t>
      </w:r>
    </w:p>
    <w:p>
      <w:r>
        <w:rPr>
          <w:b/>
        </w:rPr>
        <w:t xml:space="preserve">[27:08] </w:t>
      </w:r>
      <w:r>
        <w:t>is zaban mein quran aaya, is zaban mein aap ne kalam kiya.</w:t>
      </w:r>
    </w:p>
    <w:p>
      <w:pPr>
        <w:jc w:val="right"/>
      </w:pPr>
      <w:r>
        <w:t>اس زبان میں قرآن آیا، اس زبان میں آپ نے کلام کیا۔</w:t>
      </w:r>
    </w:p>
    <w:p>
      <w:r>
        <w:rPr>
          <w:b/>
        </w:rPr>
        <w:t xml:space="preserve">[27:14] </w:t>
      </w:r>
      <w:r>
        <w:t>to sara quran, sara hadith, sari sunnat, woh sab arabi zaban mein thi, uska matan isi mein</w:t>
      </w:r>
    </w:p>
    <w:p>
      <w:pPr>
        <w:jc w:val="right"/>
      </w:pPr>
      <w:r>
        <w:t>تو سارا قرآن، سارا حدیث، ساری سنت، وہ سب عربی زبان میں تھی، اس کا متن اسی میں</w:t>
      </w:r>
    </w:p>
    <w:p>
      <w:r>
        <w:rPr>
          <w:b/>
        </w:rPr>
        <w:t xml:space="preserve">[27:21]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[27:23] </w:t>
      </w:r>
      <w:r>
        <w:t>to yahan se logon ne yeh kiya ke arabi zaban ko unhone baqayda taraqqi dena shuru kiya.</w:t>
      </w:r>
    </w:p>
    <w:p>
      <w:pPr>
        <w:jc w:val="right"/>
      </w:pPr>
      <w:r>
        <w:t>تو یہاں سے لوگوں نے یہ کیا کہ عربی زبان کو انہوں نے باقاعدہ ترقی دینا شروع کیا۔</w:t>
      </w:r>
    </w:p>
    <w:p>
      <w:r>
        <w:rPr>
          <w:b/>
        </w:rPr>
        <w:t xml:space="preserve">[27:31] </w:t>
      </w:r>
      <w:r>
        <w:t>yaani arabi zaban ki badi badi dictionary likhi gayi.</w:t>
      </w:r>
    </w:p>
    <w:p>
      <w:pPr>
        <w:jc w:val="right"/>
      </w:pPr>
      <w:r>
        <w:t>یعنی عربی زبان کی بڑی بڑی ڈکشنری لکھی گئی۔</w:t>
      </w:r>
    </w:p>
    <w:p>
      <w:r>
        <w:rPr>
          <w:b/>
        </w:rPr>
        <w:t xml:space="preserve">[27:34] </w:t>
      </w:r>
      <w:r>
        <w:t>is se pehle koi dictionary maujood nahi thi arabi zaban ki.</w:t>
      </w:r>
    </w:p>
    <w:p>
      <w:pPr>
        <w:jc w:val="right"/>
      </w:pPr>
      <w:r>
        <w:t>اس سے پہلے کوئی ڈکشنری موجود نہیں تھی عربی زبان کی۔</w:t>
      </w:r>
    </w:p>
    <w:p>
      <w:r>
        <w:rPr>
          <w:b/>
        </w:rPr>
        <w:t xml:space="preserve">[27:39] </w:t>
      </w:r>
      <w:r>
        <w:t>ilm nahw bana, ilm sarf bana, ilm balaghat bana.</w:t>
      </w:r>
    </w:p>
    <w:p>
      <w:pPr>
        <w:jc w:val="right"/>
      </w:pPr>
      <w:r>
        <w:t>علم نحو بنا، علم صرف بنا، علم بلاغت بنا۔</w:t>
      </w:r>
    </w:p>
    <w:p>
      <w:r>
        <w:rPr>
          <w:b/>
        </w:rPr>
        <w:t xml:space="preserve">[27:43] </w:t>
      </w:r>
      <w:r>
        <w:t>ilm lughat bana.</w:t>
      </w:r>
    </w:p>
    <w:p>
      <w:pPr>
        <w:jc w:val="right"/>
      </w:pPr>
      <w:r>
        <w:t>علم لغت بنا۔</w:t>
      </w:r>
    </w:p>
    <w:p>
      <w:r>
        <w:rPr>
          <w:b/>
        </w:rPr>
        <w:t xml:space="preserve">[27:44] </w:t>
      </w:r>
      <w:r>
        <w:t>yaani arabi zaban ke aas paas is se mutalliq bohat se shobe khule aur is mein badi badi</w:t>
      </w:r>
    </w:p>
    <w:p>
      <w:pPr>
        <w:jc w:val="right"/>
      </w:pPr>
      <w:r>
        <w:t>یعنی عربی زبان کے آس پاس اس سے متعلق بہت سے شعبے کھلے اور اس میں بڑی بڑی</w:t>
      </w:r>
    </w:p>
    <w:p>
      <w:r>
        <w:rPr>
          <w:b/>
        </w:rPr>
        <w:t xml:space="preserve">[27:52] </w:t>
      </w:r>
      <w:r>
        <w:t>kitaben likhi gayeen.</w:t>
      </w:r>
    </w:p>
    <w:p>
      <w:pPr>
        <w:jc w:val="right"/>
      </w:pPr>
      <w:r>
        <w:t>کتابیں لکھی گئیں۔</w:t>
      </w:r>
    </w:p>
    <w:p>
      <w:r>
        <w:rPr>
          <w:b/>
        </w:rPr>
        <w:t xml:space="preserve">[27:54] </w:t>
      </w:r>
      <w:r>
        <w:t>bari bari tehqeeq ki logon ne.</w:t>
      </w:r>
    </w:p>
    <w:p>
      <w:pPr>
        <w:jc w:val="right"/>
      </w:pPr>
      <w:r>
        <w:t>بڑی بڑی تحقیق کی لوگوں نے۔</w:t>
      </w:r>
    </w:p>
    <w:p>
      <w:r>
        <w:rPr>
          <w:b/>
        </w:rPr>
        <w:t xml:space="preserve">[27:56] </w:t>
      </w:r>
      <w:r>
        <w:t>misalan mein ek waqia arz karoon jo is silsile mein samajhne ke liye kafi hai.</w:t>
      </w:r>
    </w:p>
    <w:p>
      <w:pPr>
        <w:jc w:val="right"/>
      </w:pPr>
      <w:r>
        <w:t>مثلاً میں ایک واقعہ عرض کروں جو اس سلسلے میں سمجھنے کے لیے کافی ہے۔</w:t>
      </w:r>
    </w:p>
    <w:p>
      <w:r>
        <w:rPr>
          <w:b/>
        </w:rPr>
        <w:t xml:space="preserve">[28:03] </w:t>
      </w:r>
      <w:r>
        <w:t>ek thay is zamane mein jo lughat ke mahir thay, un ka naam tha Isma'i.</w:t>
      </w:r>
    </w:p>
    <w:p>
      <w:pPr>
        <w:jc w:val="right"/>
      </w:pPr>
      <w:r>
        <w:t>ایک تھے اس زمانے میں جو لغت کے ماہر تھے، ان کا نام تھا اسماعی۔</w:t>
      </w:r>
    </w:p>
    <w:p>
      <w:r>
        <w:rPr>
          <w:b/>
        </w:rPr>
        <w:t xml:space="preserve">[28:09] </w:t>
      </w:r>
      <w:r>
        <w:t>to un ko unhon ne sab tehqeeq kiya, arabi ke jo alfaz hain, jo arabi alfaz hain, ek</w:t>
      </w:r>
    </w:p>
    <w:p>
      <w:pPr>
        <w:jc w:val="right"/>
      </w:pPr>
      <w:r>
        <w:t>تو ان کو انہوں نے سب تحقیق کیا، عربی کے جو الفاظ ہیں، جو عربی الفاظ ہیں، ایک</w:t>
      </w:r>
    </w:p>
    <w:p>
      <w:r>
        <w:rPr>
          <w:b/>
        </w:rPr>
        <w:t xml:space="preserve">[28:17] </w:t>
      </w:r>
      <w:r>
        <w:t>ek lafz, ek ek lafz ki tehqeeq shuru ki unhon ne.</w:t>
      </w:r>
    </w:p>
    <w:p>
      <w:pPr>
        <w:jc w:val="right"/>
      </w:pPr>
      <w:r>
        <w:t>ایک لفظ، ایک ایک لفظ کی تحقیق شروع کی انہوں نے۔</w:t>
      </w:r>
    </w:p>
    <w:p>
      <w:r>
        <w:rPr>
          <w:b/>
        </w:rPr>
        <w:t xml:space="preserve">[28:22] </w:t>
      </w:r>
      <w:r>
        <w:t>taake is ka lughat banaya jaye.</w:t>
      </w:r>
    </w:p>
    <w:p>
      <w:pPr>
        <w:jc w:val="right"/>
      </w:pPr>
      <w:r>
        <w:t>تاکہ اس کا لغت بنایا جائے۔</w:t>
      </w:r>
    </w:p>
    <w:p>
      <w:r>
        <w:rPr>
          <w:b/>
        </w:rPr>
        <w:t xml:space="preserve">[28:24] </w:t>
      </w:r>
      <w:r>
        <w:t>is ki dictionary banai jaye.</w:t>
      </w:r>
    </w:p>
    <w:p>
      <w:pPr>
        <w:jc w:val="right"/>
      </w:pPr>
      <w:r>
        <w:t>اس کی ڈکشنری بنائی جائے۔</w:t>
      </w:r>
    </w:p>
    <w:p>
      <w:r>
        <w:rPr>
          <w:b/>
        </w:rPr>
        <w:t xml:space="preserve">[28:26] </w:t>
      </w:r>
      <w:r>
        <w:t>to dekhen ke Quran mein ek ayat hai: wa damdama 'alayhim rabbuhum bidambihim fasawwaha ab damdama ek lafz hai.</w:t>
      </w:r>
    </w:p>
    <w:p>
      <w:pPr>
        <w:jc w:val="right"/>
      </w:pPr>
      <w:r>
        <w:t>تو دیکھیں کہ قرآن میں ایک آیت ہے: وَدَمْدَمَ عَلَيْهِمْ رَبُّهُمْ بِدَمْبَهِمْ فَسَوَّهَا اب دمدمہ ایک لفظ ہے۔</w:t>
      </w:r>
    </w:p>
    <w:p>
      <w:r>
        <w:rPr>
          <w:b/>
        </w:rPr>
        <w:t xml:space="preserve">[28:34] </w:t>
      </w:r>
      <w:r>
        <w:t>to Isma'i ko yeh khayal hua ke yeh damdama jo hai, is ka is ka matlab kya hai?</w:t>
      </w:r>
    </w:p>
    <w:p>
      <w:pPr>
        <w:jc w:val="right"/>
      </w:pPr>
      <w:r>
        <w:t>تو اسماعی کو یہ خیال ہوا کہ یہ دمدمہ جو ہے، اس کا اس کا مطلب کیا ہے؟</w:t>
      </w:r>
    </w:p>
    <w:p>
      <w:r>
        <w:rPr>
          <w:b/>
        </w:rPr>
        <w:t xml:space="preserve">[28:42] </w:t>
      </w:r>
      <w:r>
        <w:t>arab ke zehn mein, yaani woh log jo arabi bolte hain, jo asal arab hain, jo ke rehte</w:t>
      </w:r>
    </w:p>
    <w:p>
      <w:pPr>
        <w:jc w:val="right"/>
      </w:pPr>
      <w:r>
        <w:t>عرب کے ذہن میں، یعنی وہ لوگ جو عربی بولتے ہیں، جو اصل عرب ہیں، جو کہ رہتے</w:t>
      </w:r>
    </w:p>
    <w:p>
      <w:r>
        <w:rPr>
          <w:b/>
        </w:rPr>
        <w:t xml:space="preserve">[28:49] </w:t>
      </w:r>
      <w:r>
        <w:t>the sahra mein abhi bhi, koi sahra mein jo log rehte the, shehron se bahar, un ki zuban</w:t>
      </w:r>
    </w:p>
    <w:p>
      <w:pPr>
        <w:jc w:val="right"/>
      </w:pPr>
      <w:r>
        <w:t>تھے صحرا میں ابھی بھی، کوئی صحرا میں جو لوگ رہتے تھے، شہروں سے باہر، ان کی زبان</w:t>
      </w:r>
    </w:p>
    <w:p>
      <w:r>
        <w:rPr>
          <w:b/>
        </w:rPr>
        <w:t xml:space="preserve">[28:57] </w:t>
      </w:r>
      <w:r>
        <w:t>mein, zuban mix nahi hui thi.</w:t>
      </w:r>
    </w:p>
    <w:p>
      <w:pPr>
        <w:jc w:val="right"/>
      </w:pPr>
      <w:r>
        <w:t>میں، زبان مکس نہیں ہوئی تھی۔</w:t>
      </w:r>
    </w:p>
    <w:p>
      <w:r>
        <w:rPr>
          <w:b/>
        </w:rPr>
        <w:t xml:space="preserve">[29:00] </w:t>
      </w:r>
      <w:r>
        <w:t>be aur halat mein maujood thi.</w:t>
      </w:r>
    </w:p>
    <w:p>
      <w:pPr>
        <w:jc w:val="right"/>
      </w:pPr>
      <w:r>
        <w:t>بے اور حالت میں موجود تھی۔</w:t>
      </w:r>
    </w:p>
    <w:p>
      <w:r>
        <w:rPr>
          <w:b/>
        </w:rPr>
        <w:t xml:space="preserve">[29:02] </w:t>
      </w:r>
      <w:r>
        <w:t>to un se mil mil kar ke woh arabi ke jo alfaz hain, un ki mani samajhte thay</w:t>
      </w:r>
    </w:p>
    <w:p>
      <w:pPr>
        <w:jc w:val="right"/>
      </w:pPr>
      <w:r>
        <w:t>تو ان سے مل مل کر کے وہ عربی کے جو الفاظ ہیں، ان کی معنی سمجھتے تھے</w:t>
      </w:r>
    </w:p>
    <w:p>
      <w:r>
        <w:rPr>
          <w:b/>
        </w:rPr>
        <w:t xml:space="preserve">[29:10] </w:t>
      </w:r>
      <w:r>
        <w:t>aur us ko likhte thay.</w:t>
      </w:r>
    </w:p>
    <w:p>
      <w:pPr>
        <w:jc w:val="right"/>
      </w:pPr>
      <w:r>
        <w:t>اور اس کو لکھتے تھے۔</w:t>
      </w:r>
    </w:p>
    <w:p>
      <w:r>
        <w:rPr>
          <w:b/>
        </w:rPr>
        <w:t xml:space="preserve">[29:12] </w:t>
      </w:r>
      <w:r>
        <w:t>to damdama ki tehqeeq ke liye woh gaye shehar se bahar.</w:t>
      </w:r>
    </w:p>
    <w:p>
      <w:pPr>
        <w:jc w:val="right"/>
      </w:pPr>
      <w:r>
        <w:t>تو دمدمہ کی تحقیق کے لیے وہ گئے شہر سے باہر۔</w:t>
      </w:r>
    </w:p>
    <w:p>
      <w:r>
        <w:rPr>
          <w:b/>
        </w:rPr>
        <w:t xml:space="preserve">[29:17] </w:t>
      </w:r>
      <w:r>
        <w:t>to ek jagah unhon ne ek baddo ko kheme mein paya.</w:t>
      </w:r>
    </w:p>
    <w:p>
      <w:pPr>
        <w:jc w:val="right"/>
      </w:pPr>
      <w:r>
        <w:t>تو ایک جگہ انہوں نے ایک بدو کو خیمے میں پایا۔</w:t>
      </w:r>
    </w:p>
    <w:p>
      <w:r>
        <w:rPr>
          <w:b/>
        </w:rPr>
        <w:t xml:space="preserve">[29:22] </w:t>
      </w:r>
      <w:r>
        <w:t>baddo tha, us ki aurat thi.</w:t>
      </w:r>
    </w:p>
    <w:p>
      <w:pPr>
        <w:jc w:val="right"/>
      </w:pPr>
      <w:r>
        <w:t>بدو تھا، اس کی عورت تھی۔</w:t>
      </w:r>
    </w:p>
    <w:p>
      <w:r>
        <w:rPr>
          <w:b/>
        </w:rPr>
        <w:t xml:space="preserve">[29:24] </w:t>
      </w:r>
      <w:r>
        <w:t>yeh shehar se bahar.</w:t>
      </w:r>
    </w:p>
    <w:p>
      <w:pPr>
        <w:jc w:val="right"/>
      </w:pPr>
      <w:r>
        <w:t>یہ شہر سے باہر۔</w:t>
      </w:r>
    </w:p>
    <w:p>
      <w:r>
        <w:rPr>
          <w:b/>
        </w:rPr>
        <w:t xml:space="preserve">[29:26] </w:t>
      </w:r>
      <w:r>
        <w:t>to us ke sath unhon ne rehna shuru kiya.</w:t>
      </w:r>
    </w:p>
    <w:p>
      <w:pPr>
        <w:jc w:val="right"/>
      </w:pPr>
      <w:r>
        <w:t>تو اس کے ساتھ انہوں نے رہنا شروع کیا۔</w:t>
      </w:r>
    </w:p>
    <w:p>
      <w:r>
        <w:rPr>
          <w:b/>
        </w:rPr>
        <w:t xml:space="preserve">[29:30] </w:t>
      </w:r>
      <w:r>
        <w:t>yeh aap dekhen ke nazakat is baat ki.</w:t>
      </w:r>
    </w:p>
    <w:p>
      <w:pPr>
        <w:jc w:val="right"/>
      </w:pPr>
      <w:r>
        <w:t>یہ آپ دیکھیں کہ نزاکت اس بات کی۔</w:t>
      </w:r>
    </w:p>
    <w:p>
      <w:r>
        <w:rPr>
          <w:b/>
        </w:rPr>
        <w:t xml:space="preserve">[29:33] </w:t>
      </w:r>
      <w:r>
        <w:t>unhon ne aisa nahi kiya ke ja ke poochen ke bhai sahab damdama ka matlab kya hai? Aisa</w:t>
      </w:r>
    </w:p>
    <w:p>
      <w:pPr>
        <w:jc w:val="right"/>
      </w:pPr>
      <w:r>
        <w:t>انہوں نے ایسا نہیں کیا کہ جا کے پوچھیں کہ بھائی صاحب دمدمہ کا مطلب کیا ہے؟ ایسا</w:t>
      </w:r>
    </w:p>
    <w:p>
      <w:r>
        <w:rPr>
          <w:b/>
        </w:rPr>
        <w:t xml:space="preserve">[29:41]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[29:42] </w:t>
      </w:r>
      <w:r>
        <w:t>kitne nazuk tareeqe se unhon ne is ka kaam kiya.</w:t>
      </w:r>
    </w:p>
    <w:p>
      <w:pPr>
        <w:jc w:val="right"/>
      </w:pPr>
      <w:r>
        <w:t>کتنے نازک طریقے سے انہوں نے اس کا کام کیا۔</w:t>
      </w:r>
    </w:p>
    <w:p>
      <w:r>
        <w:rPr>
          <w:b/>
        </w:rPr>
        <w:t xml:space="preserve">[29:47] </w:t>
      </w:r>
      <w:r>
        <w:t>keh agar woh poochte keh damdama ka matlab kya hai to woh kuch keh deta.</w:t>
      </w:r>
    </w:p>
    <w:p>
      <w:pPr>
        <w:jc w:val="right"/>
      </w:pPr>
      <w:r>
        <w:t>کہ اگر وہ پوچھتے کہ دمدمہ کا مطلب کیا ہے تو وہ کچھ کہہ دیتا۔</w:t>
      </w:r>
    </w:p>
    <w:p>
      <w:r>
        <w:rPr>
          <w:b/>
        </w:rPr>
        <w:t xml:space="preserve">[29:53] </w:t>
      </w:r>
      <w:r>
        <w:t>lekin apne aap ka woh keh padta hai.</w:t>
      </w:r>
    </w:p>
    <w:p>
      <w:pPr>
        <w:jc w:val="right"/>
      </w:pPr>
      <w:r>
        <w:t>لیکن اپنے آپ کا وہ کہہ پڑتا ہے۔</w:t>
      </w:r>
    </w:p>
    <w:p>
      <w:r>
        <w:rPr>
          <w:b/>
        </w:rPr>
        <w:t xml:space="preserve">[29:56] </w:t>
      </w:r>
      <w:r>
        <w:t>apne aap is ke munh se damdama kab nikal jata hai, woh is ka intezar tha in ko.</w:t>
      </w:r>
    </w:p>
    <w:p>
      <w:pPr>
        <w:jc w:val="right"/>
      </w:pPr>
      <w:r>
        <w:t>اپنے آپ اس کے منہ سے دمدمہ کب نکل جاتا ہے، وہ اس کا انتظار تھا ان کو۔</w:t>
      </w:r>
    </w:p>
    <w:p>
      <w:r>
        <w:rPr>
          <w:b/>
        </w:rPr>
        <w:t xml:space="preserve">[30:04] </w:t>
      </w:r>
      <w:r>
        <w:t>kyun keh sahi matlab tabhi maloom hoga.</w:t>
      </w:r>
    </w:p>
    <w:p>
      <w:pPr>
        <w:jc w:val="right"/>
      </w:pPr>
      <w:r>
        <w:t>کیونکہ صحیح مطلب تبھی معلوم ہوگا۔</w:t>
      </w:r>
    </w:p>
    <w:p>
      <w:r>
        <w:rPr>
          <w:b/>
        </w:rPr>
        <w:t xml:space="preserve">[30:07] </w:t>
      </w:r>
      <w:r>
        <w:t>sahi matlab tabhi maloom hoga.</w:t>
      </w:r>
    </w:p>
    <w:p>
      <w:pPr>
        <w:jc w:val="right"/>
      </w:pPr>
      <w:r>
        <w:t>صحیح مطلب تبھی معلوم ہوگا۔</w:t>
      </w:r>
    </w:p>
    <w:p>
      <w:r>
        <w:rPr>
          <w:b/>
        </w:rPr>
        <w:t xml:space="preserve">[30:09] </w:t>
      </w:r>
      <w:r>
        <w:t>yani is lafz ka sahi matlab kya hai, woh tabhi maloom hoga jab keh khud ba khud woh keh</w:t>
      </w:r>
    </w:p>
    <w:p>
      <w:pPr>
        <w:jc w:val="right"/>
      </w:pPr>
      <w:r>
        <w:t>یعنی اس لفظ کا صحیح مطلب کیا ہے، وہ تبھی معلوم ہوگا جب کہ خود بخود وہ کہہ</w:t>
      </w:r>
    </w:p>
    <w:p>
      <w:r>
        <w:rPr>
          <w:b/>
        </w:rPr>
        <w:t xml:space="preserve">[30:17] </w:t>
      </w:r>
      <w:r>
        <w:t>pade is lafz ko.</w:t>
      </w:r>
    </w:p>
    <w:p>
      <w:pPr>
        <w:jc w:val="right"/>
      </w:pPr>
      <w:r>
        <w:t>پڑے اس لفظ کو۔</w:t>
      </w:r>
    </w:p>
    <w:p>
      <w:r>
        <w:rPr>
          <w:b/>
        </w:rPr>
        <w:t xml:space="preserve">[30:18] </w:t>
      </w:r>
      <w:r>
        <w:t>to is ke sath lag gaye.</w:t>
      </w:r>
    </w:p>
    <w:p>
      <w:pPr>
        <w:jc w:val="right"/>
      </w:pPr>
      <w:r>
        <w:t>تو اس کے ساتھ لگ گئے۔</w:t>
      </w:r>
    </w:p>
    <w:p>
      <w:r>
        <w:rPr>
          <w:b/>
        </w:rPr>
        <w:t xml:space="preserve">[30:21] </w:t>
      </w:r>
      <w:r>
        <w:t>aur taqreeban chhe mahine tak woh isi ke sath rahe.</w:t>
      </w:r>
    </w:p>
    <w:p>
      <w:pPr>
        <w:jc w:val="right"/>
      </w:pPr>
      <w:r>
        <w:t>اور تقریباً چھ مہینے تک وہ اسی کے ساتھ رہے۔</w:t>
      </w:r>
    </w:p>
    <w:p>
      <w:r>
        <w:rPr>
          <w:b/>
        </w:rPr>
        <w:t xml:space="preserve">[30:25] </w:t>
      </w:r>
      <w:r>
        <w:t>woh tha ek khana badosh aadmi, kabhi yahan khayma, kabhi wahan.</w:t>
      </w:r>
    </w:p>
    <w:p>
      <w:pPr>
        <w:jc w:val="right"/>
      </w:pPr>
      <w:r>
        <w:t>وہ تھا ایک خانہ بدوش آدمی، کبھی یہاں خیمہ، کبھی وہاں۔</w:t>
      </w:r>
    </w:p>
    <w:p>
      <w:r>
        <w:rPr>
          <w:b/>
        </w:rPr>
        <w:t xml:space="preserve">[30:30] </w:t>
      </w:r>
      <w:r>
        <w:t>woh khayma hota tha, us khayme mein rehte the woh log.</w:t>
      </w:r>
    </w:p>
    <w:p>
      <w:pPr>
        <w:jc w:val="right"/>
      </w:pPr>
      <w:r>
        <w:t>وہ خیمہ ہوتا تھا، اس خیمے میں رہتے تھے وہ لوگ۔</w:t>
      </w:r>
    </w:p>
    <w:p>
      <w:r>
        <w:rPr>
          <w:b/>
        </w:rPr>
        <w:t xml:space="preserve">[30:35] </w:t>
      </w:r>
      <w:r>
        <w:t>to chhe mahine taqreeban lag gaya is intezar karne mein keh kabhi khud ba khud woh yeh bol pade.</w:t>
      </w:r>
    </w:p>
    <w:p>
      <w:pPr>
        <w:jc w:val="right"/>
      </w:pPr>
      <w:r>
        <w:t>تو چھ مہینے تقریباً لگ گیا اس انتظار کرنے میں کہ کبھی خود بخود وہ یہ بول پڑے۔</w:t>
      </w:r>
    </w:p>
    <w:p>
      <w:r>
        <w:rPr>
          <w:b/>
        </w:rPr>
        <w:t xml:space="preserve">[30:42] </w:t>
      </w:r>
      <w:r>
        <w:t>damdama ka lafz.</w:t>
      </w:r>
    </w:p>
    <w:p>
      <w:pPr>
        <w:jc w:val="right"/>
      </w:pPr>
      <w:r>
        <w:t>دمدمہ کا لفظ۔</w:t>
      </w:r>
    </w:p>
    <w:p>
      <w:r>
        <w:rPr>
          <w:b/>
        </w:rPr>
        <w:t xml:space="preserve">[30:44] </w:t>
      </w:r>
      <w:r>
        <w:t>to ek din kya hua? keh khayma jo tha, wahan par khana banane ke liye handi rakhi gayi.</w:t>
      </w:r>
    </w:p>
    <w:p>
      <w:pPr>
        <w:jc w:val="right"/>
      </w:pPr>
      <w:r>
        <w:t>تو ایک دن کیا ہوا؟ کہ خیمہ جو تھا، وہاں پر کھانا بنانے کے لیے ہانڈی رکھی گئی۔</w:t>
      </w:r>
    </w:p>
    <w:p>
      <w:r>
        <w:rPr>
          <w:b/>
        </w:rPr>
        <w:t xml:space="preserve">[30:52] </w:t>
      </w:r>
      <w:r>
        <w:t>to khayme ke bahar handi pak raha tha.</w:t>
      </w:r>
    </w:p>
    <w:p>
      <w:pPr>
        <w:jc w:val="right"/>
      </w:pPr>
      <w:r>
        <w:t>تو خیمے کے باہر ہانڈی پک رہا تھا۔</w:t>
      </w:r>
    </w:p>
    <w:p>
      <w:r>
        <w:rPr>
          <w:b/>
        </w:rPr>
        <w:t xml:space="preserve">[30:55] </w:t>
      </w:r>
      <w:r>
        <w:t>aur biwi is ki andar kuch kaam kar rahi thi.</w:t>
      </w:r>
    </w:p>
    <w:p>
      <w:pPr>
        <w:jc w:val="right"/>
      </w:pPr>
      <w:r>
        <w:t>اور بیوی اس کی اندر کچھ کام کر رہی تھی۔</w:t>
      </w:r>
    </w:p>
    <w:p>
      <w:r>
        <w:rPr>
          <w:b/>
        </w:rPr>
        <w:t xml:space="preserve">[30:59] </w:t>
      </w:r>
      <w:r>
        <w:t>to jo ubal aa jata hai, yani jo aap jante hain keh jab handi ke upar dhakkan hota</w:t>
      </w:r>
    </w:p>
    <w:p>
      <w:pPr>
        <w:jc w:val="right"/>
      </w:pPr>
      <w:r>
        <w:t>تو جو ابال آ جاتا ہے، یعنی جو آپ جانتے ہیں کہ جب ہانڈی کے اوپر ڈھکن ہوتا</w:t>
      </w:r>
    </w:p>
    <w:p>
      <w:r>
        <w:rPr>
          <w:b/>
        </w:rPr>
        <w:t xml:space="preserve">[31:07] </w:t>
      </w:r>
      <w:r>
        <w:t>hai, ubal aata hai aur dhakkan uth jata hai.</w:t>
      </w:r>
    </w:p>
    <w:p>
      <w:pPr>
        <w:jc w:val="right"/>
      </w:pPr>
      <w:r>
        <w:t>ہے، ابال آتا ہے اور ڈھکن اٹھ جاتا ہے۔</w:t>
      </w:r>
    </w:p>
    <w:p>
      <w:r>
        <w:rPr>
          <w:b/>
        </w:rPr>
        <w:t xml:space="preserve">[31:11] </w:t>
      </w:r>
      <w:r>
        <w:t>is ke bhap se.</w:t>
      </w:r>
    </w:p>
    <w:p>
      <w:pPr>
        <w:jc w:val="right"/>
      </w:pPr>
      <w:r>
        <w:t>اس کے بھاپ سے۔</w:t>
      </w:r>
    </w:p>
    <w:p>
      <w:r>
        <w:rPr>
          <w:b/>
        </w:rPr>
        <w:t xml:space="preserve">[31:13] </w:t>
      </w:r>
      <w:r>
        <w:t>jis ko kehte hain ubal aana.</w:t>
      </w:r>
    </w:p>
    <w:p>
      <w:pPr>
        <w:jc w:val="right"/>
      </w:pPr>
      <w:r>
        <w:t>جس کو کہتے ہیں ابال آنا۔</w:t>
      </w:r>
    </w:p>
    <w:p>
      <w:r>
        <w:rPr>
          <w:b/>
        </w:rPr>
        <w:t xml:space="preserve">[31:15] </w:t>
      </w:r>
      <w:r>
        <w:t>to jab ubal aa gaya to woh us mard ne apni biwi ko khabar dene ke liye keh</w:t>
      </w:r>
    </w:p>
    <w:p>
      <w:pPr>
        <w:jc w:val="right"/>
      </w:pPr>
      <w:r>
        <w:t>تو جب ابال آ گیا تو وہ اس مرد نے اپنی بیوی کو خبر دینے کے لیے کہ</w:t>
      </w:r>
    </w:p>
    <w:p>
      <w:r>
        <w:rPr>
          <w:b/>
        </w:rPr>
        <w:t xml:space="preserve">[31:23] </w:t>
      </w:r>
      <w:r>
        <w:t>aisa ho gaya, us ne kaha keh damdamat.</w:t>
      </w:r>
    </w:p>
    <w:p>
      <w:pPr>
        <w:jc w:val="right"/>
      </w:pPr>
      <w:r>
        <w:t>ایسا ہو گیا، اس نے کہا کہ دمدمت۔</w:t>
      </w:r>
    </w:p>
    <w:p>
      <w:r>
        <w:rPr>
          <w:b/>
        </w:rPr>
        <w:t xml:space="preserve">[31:26] </w:t>
      </w:r>
      <w:r>
        <w:t>yani yeh batane ke liye keh ubal aa gaya hai, us ne kaha keh damdamat.</w:t>
      </w:r>
    </w:p>
    <w:p>
      <w:pPr>
        <w:jc w:val="right"/>
      </w:pPr>
      <w:r>
        <w:t>یعنی یہ بتانے کے لیے کہ ابال آ گیا ہے، اس نے کہا کہ دمدمت۔</w:t>
      </w:r>
    </w:p>
    <w:p>
      <w:r>
        <w:rPr>
          <w:b/>
        </w:rPr>
        <w:t xml:space="preserve">[31:33] </w:t>
      </w:r>
      <w:r>
        <w:t>to jab suna Isma'i ne to un ki zuban se wahi nikla jo keh yunani philosopher Archimedes ki</w:t>
      </w:r>
    </w:p>
    <w:p>
      <w:pPr>
        <w:jc w:val="right"/>
      </w:pPr>
      <w:r>
        <w:t>تو جب سنا اسماعی نے تو ان کی زبان سے وہی نکلا جو کہ یونانی فلاسفر آرکیوڈٹس کی</w:t>
      </w:r>
    </w:p>
    <w:p>
      <w:r>
        <w:rPr>
          <w:b/>
        </w:rPr>
        <w:t xml:space="preserve">[31:40] </w:t>
      </w:r>
      <w:r>
        <w:t>zuban se nikla tha keh Eureka, Eureka.</w:t>
      </w:r>
    </w:p>
    <w:p>
      <w:pPr>
        <w:jc w:val="right"/>
      </w:pPr>
      <w:r>
        <w:t>زبان سے نکلا تھا کہ یوریکا، یوریکا۔</w:t>
      </w:r>
    </w:p>
    <w:p>
      <w:r>
        <w:rPr>
          <w:b/>
        </w:rPr>
        <w:t xml:space="preserve">[31:43] </w:t>
      </w:r>
      <w:r>
        <w:t>woh bhaga tha yeh keh kar ke.</w:t>
      </w:r>
    </w:p>
    <w:p>
      <w:pPr>
        <w:jc w:val="right"/>
      </w:pPr>
      <w:r>
        <w:t>وہ بھاگا تھا یہ کہہ کر کے۔</w:t>
      </w:r>
    </w:p>
    <w:p>
      <w:r>
        <w:rPr>
          <w:b/>
        </w:rPr>
        <w:t xml:space="preserve">[31:46] </w:t>
      </w:r>
      <w:r>
        <w:t>aise hi ismaail ne kaha: wallah wajadt, wallah wajadt.</w:t>
      </w:r>
    </w:p>
    <w:p>
      <w:pPr>
        <w:jc w:val="right"/>
      </w:pPr>
      <w:r>
        <w:t>ایسے ہی اسماعی نے کہا: واللہ وجدت، واللہ وجدت۔</w:t>
      </w:r>
    </w:p>
    <w:p>
      <w:r>
        <w:rPr>
          <w:b/>
        </w:rPr>
        <w:t xml:space="preserve">[31:50] </w:t>
      </w:r>
      <w:r>
        <w:t>khuda ki qasam maine pa liya, khuda ki qasam maine pa liya.</w:t>
      </w:r>
    </w:p>
    <w:p>
      <w:pPr>
        <w:jc w:val="right"/>
      </w:pPr>
      <w:r>
        <w:t>خدا کی قسم میں نے پا لیا، خدا کی قسم میں نے پا لیا۔</w:t>
      </w:r>
    </w:p>
    <w:p>
      <w:r>
        <w:rPr>
          <w:b/>
        </w:rPr>
        <w:t xml:space="preserve">[31:56] </w:t>
      </w:r>
      <w:r>
        <w:t>ek dam theek wahi baat yahan par hui.</w:t>
      </w:r>
    </w:p>
    <w:p>
      <w:pPr>
        <w:jc w:val="right"/>
      </w:pPr>
      <w:r>
        <w:t>ایک دم ٹھیک وہی بات یہاں پر ہوئی۔</w:t>
      </w:r>
    </w:p>
    <w:p>
      <w:r>
        <w:rPr>
          <w:b/>
        </w:rPr>
        <w:t xml:space="preserve">[32:00] </w:t>
      </w:r>
      <w:r>
        <w:t>aur unhon ne is ke baad wahan se chhod kar chale aaye aur phir aa kar ke likha</w:t>
      </w:r>
    </w:p>
    <w:p>
      <w:pPr>
        <w:jc w:val="right"/>
      </w:pPr>
      <w:r>
        <w:t>اور انہوں نے اس کے بعد وہاں سے چھوڑ کر چلے آئے اور پھر آ کر کے لکھا</w:t>
      </w:r>
    </w:p>
    <w:p>
      <w:r>
        <w:rPr>
          <w:b/>
        </w:rPr>
        <w:t xml:space="preserve">[32:07] </w:t>
      </w:r>
      <w:r>
        <w:t>is ko.</w:t>
      </w:r>
    </w:p>
    <w:p>
      <w:pPr>
        <w:jc w:val="right"/>
      </w:pPr>
      <w:r>
        <w:t>اس کو۔</w:t>
      </w:r>
    </w:p>
    <w:p>
      <w:r>
        <w:rPr>
          <w:b/>
        </w:rPr>
        <w:t xml:space="preserve">[32:09] </w:t>
      </w:r>
      <w:r>
        <w:t>is se andaza kar sakte hain ke kitni mehnatain keen in logon ne.</w:t>
      </w:r>
    </w:p>
    <w:p>
      <w:pPr>
        <w:jc w:val="right"/>
      </w:pPr>
      <w:r>
        <w:t>اس سے اندازہ کر سکتے ہیں کہ کتنی محنتیں کیں ان لوگوں نے۔</w:t>
      </w:r>
    </w:p>
    <w:p>
      <w:r>
        <w:rPr>
          <w:b/>
        </w:rPr>
        <w:t xml:space="preserve">[32:14] </w:t>
      </w:r>
      <w:r>
        <w:t>to quran aur quran ke se mutalliq mozu, hadith aur hadith se mutalliq mozu, aur dictionary, dictionary se</w:t>
      </w:r>
    </w:p>
    <w:p>
      <w:pPr>
        <w:jc w:val="right"/>
      </w:pPr>
      <w:r>
        <w:t>تو قرآن اور قرآن کے سے متعلق موضوع، حدیث اور حدیث سے متعلق موضوع، اور ڈکشنری، ڈکشنری سے</w:t>
      </w:r>
    </w:p>
    <w:p>
      <w:r>
        <w:rPr>
          <w:b/>
        </w:rPr>
        <w:t xml:space="preserve">[32:22] </w:t>
      </w:r>
      <w:r>
        <w:t>mutalliq mozu, tareekh aur tareekh se mutalliq mozu.</w:t>
      </w:r>
    </w:p>
    <w:p>
      <w:pPr>
        <w:jc w:val="right"/>
      </w:pPr>
      <w:r>
        <w:t>متعلق موضوع، تاریخ اور تاریخ سے متعلق موضوع۔</w:t>
      </w:r>
    </w:p>
    <w:p>
      <w:r>
        <w:rPr>
          <w:b/>
        </w:rPr>
        <w:t xml:space="preserve">[32:26] </w:t>
      </w:r>
      <w:r>
        <w:t>to saare uloom, fiqh, fiqh se mutalliq mozu.</w:t>
      </w:r>
    </w:p>
    <w:p>
      <w:pPr>
        <w:jc w:val="right"/>
      </w:pPr>
      <w:r>
        <w:t>تو سارے علوم، فقہ، فقہ سے متعلق موضوع۔</w:t>
      </w:r>
    </w:p>
    <w:p>
      <w:r>
        <w:rPr>
          <w:b/>
        </w:rPr>
        <w:t xml:space="preserve">[32:29] </w:t>
      </w:r>
      <w:r>
        <w:t>is tarah se bahut saare uloom ban gaye.</w:t>
      </w:r>
    </w:p>
    <w:p>
      <w:pPr>
        <w:jc w:val="right"/>
      </w:pPr>
      <w:r>
        <w:t>اس طرح سے بہت سارے علوم بن گئے۔</w:t>
      </w:r>
    </w:p>
    <w:p>
      <w:r>
        <w:rPr>
          <w:b/>
        </w:rPr>
        <w:t xml:space="preserve">[32:32] </w:t>
      </w:r>
      <w:r>
        <w:t>har ilm ke mahir paida hue.</w:t>
      </w:r>
    </w:p>
    <w:p>
      <w:pPr>
        <w:jc w:val="right"/>
      </w:pPr>
      <w:r>
        <w:t>ہر علم کے ماہر پیدا ہوئے۔</w:t>
      </w:r>
    </w:p>
    <w:p>
      <w:r>
        <w:rPr>
          <w:b/>
        </w:rPr>
        <w:t xml:space="preserve">[32:35] </w:t>
      </w:r>
      <w:r>
        <w:t>har ilm par tehqeeq shuru hui.</w:t>
      </w:r>
    </w:p>
    <w:p>
      <w:pPr>
        <w:jc w:val="right"/>
      </w:pPr>
      <w:r>
        <w:t>ہر علم پر تحقیق شروع ہوئی۔</w:t>
      </w:r>
    </w:p>
    <w:p>
      <w:r>
        <w:rPr>
          <w:b/>
        </w:rPr>
        <w:t xml:space="preserve">[32:38] </w:t>
      </w:r>
      <w:r>
        <w:t>yeh silsila chalti rahi.</w:t>
      </w:r>
    </w:p>
    <w:p>
      <w:pPr>
        <w:jc w:val="right"/>
      </w:pPr>
      <w:r>
        <w:t>یہ سلسلہ چلتی رہی۔</w:t>
      </w:r>
    </w:p>
    <w:p>
      <w:r>
        <w:rPr>
          <w:b/>
        </w:rPr>
        <w:t xml:space="preserve">[32:39] </w:t>
      </w:r>
      <w:r>
        <w:t>yeh kab mumkin hua? jab ke rasool Allah ne logon ko haram kar diya ke tum siyasi takrao</w:t>
      </w:r>
    </w:p>
    <w:p>
      <w:pPr>
        <w:jc w:val="right"/>
      </w:pPr>
      <w:r>
        <w:t>یہ کب ممکن ہوا؟ جب کہ رسول اللہ نے لوگوں کو حرام کر دیا کہ تم سیاسی ٹکراؤ</w:t>
      </w:r>
    </w:p>
    <w:p>
      <w:r>
        <w:rPr>
          <w:b/>
        </w:rPr>
        <w:t xml:space="preserve">[32:47] </w:t>
      </w:r>
      <w:r>
        <w:t>mat karna.</w:t>
      </w:r>
    </w:p>
    <w:p>
      <w:pPr>
        <w:jc w:val="right"/>
      </w:pPr>
      <w:r>
        <w:t>مت کرنا۔</w:t>
      </w:r>
    </w:p>
    <w:p>
      <w:r>
        <w:rPr>
          <w:b/>
        </w:rPr>
        <w:t xml:space="preserve">[32:49] </w:t>
      </w:r>
      <w:r>
        <w:t>yaani siyasat of opposition mat chalana.</w:t>
      </w:r>
    </w:p>
    <w:p>
      <w:pPr>
        <w:jc w:val="right"/>
      </w:pPr>
      <w:r>
        <w:t>یعنی سیاست آف اپوزیشن مت چلانا۔</w:t>
      </w:r>
    </w:p>
    <w:p>
      <w:r>
        <w:rPr>
          <w:b/>
        </w:rPr>
        <w:t xml:space="preserve">[32:51] </w:t>
      </w:r>
      <w:r>
        <w:t>to gaya ke is se rok kar ke aap ne in logon ko taameeri field mein فعال kar</w:t>
      </w:r>
    </w:p>
    <w:p>
      <w:pPr>
        <w:jc w:val="right"/>
      </w:pPr>
      <w:r>
        <w:t>تو گیا کہ اس سے روک کر کے آپ نے ان لوگوں کو تعمیری فیلڈ میں فعال کر</w:t>
      </w:r>
    </w:p>
    <w:p>
      <w:r>
        <w:rPr>
          <w:b/>
        </w:rPr>
        <w:t xml:space="preserve">[32:59]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[33:00] </w:t>
      </w:r>
      <w:r>
        <w:t>yaani ghair siyasi field jo thi, jis mein bahut saare taameeri kaam the, us mein logon ko laga</w:t>
      </w:r>
    </w:p>
    <w:p>
      <w:pPr>
        <w:jc w:val="right"/>
      </w:pPr>
      <w:r>
        <w:t>یعنی غیر سیاسی فیلڈ جو تھی، جس میں بہت سارے تعمیری کام تھے، اس میں لوگوں کو لگا</w:t>
      </w:r>
    </w:p>
    <w:p>
      <w:r>
        <w:rPr>
          <w:b/>
        </w:rPr>
        <w:t xml:space="preserve">[33:08]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[33:10] </w:t>
      </w:r>
      <w:r>
        <w:t>to is tarah se main samajhta hoon ke tareekh mein pehli baar nabi علیہ السلام ne is cheez</w:t>
      </w:r>
    </w:p>
    <w:p>
      <w:pPr>
        <w:jc w:val="right"/>
      </w:pPr>
      <w:r>
        <w:t>تو اس طرح سے میں سمجھتا ہوں کہ تاریخ میں پہلی بار نبی علیہ السلام نے اس چیز</w:t>
      </w:r>
    </w:p>
    <w:p>
      <w:r>
        <w:rPr>
          <w:b/>
        </w:rPr>
        <w:t xml:space="preserve">[33:17] </w:t>
      </w:r>
      <w:r>
        <w:t>ko shuru kiya, is ka aaghaz kiya.</w:t>
      </w:r>
    </w:p>
    <w:p>
      <w:pPr>
        <w:jc w:val="right"/>
      </w:pPr>
      <w:r>
        <w:t>کو شروع کیا، اس کا آغاز کیا۔</w:t>
      </w:r>
    </w:p>
    <w:p>
      <w:r>
        <w:rPr>
          <w:b/>
        </w:rPr>
        <w:t xml:space="preserve">[33:20] </w:t>
      </w:r>
      <w:r>
        <w:t>aur bahut hi bade paimane par kiya.</w:t>
      </w:r>
    </w:p>
    <w:p>
      <w:pPr>
        <w:jc w:val="right"/>
      </w:pPr>
      <w:r>
        <w:t>اور بہت ہی بڑے پیمانے پر کیا۔</w:t>
      </w:r>
    </w:p>
    <w:p>
      <w:r>
        <w:rPr>
          <w:b/>
        </w:rPr>
        <w:t xml:space="preserve">[33:23] </w:t>
      </w:r>
      <w:r>
        <w:t>ke siyasat se bahar taameeri kaam karo, siyasat ke chattan se sar na takrao.</w:t>
      </w:r>
    </w:p>
    <w:p>
      <w:pPr>
        <w:jc w:val="right"/>
      </w:pPr>
      <w:r>
        <w:t>کہ سیاست سے باہر تعمیری کام کرو، سیاست کے چٹان سے سر نہ ٹکراؤ۔</w:t>
      </w:r>
    </w:p>
    <w:p>
      <w:r>
        <w:rPr>
          <w:b/>
        </w:rPr>
        <w:t xml:space="preserve">[33:29] </w:t>
      </w:r>
      <w:r>
        <w:t>yani siyasat of opposition na karo balkay ghair siyasi field mein bari bari kaam, pari hui muqaa'ay khuli</w:t>
      </w:r>
    </w:p>
    <w:p>
      <w:pPr>
        <w:jc w:val="right"/>
      </w:pPr>
      <w:r>
        <w:t>یعنی سیاست آف اپوزیشن نہ کرو بلکہ غیر سیاسی فیلڈ میں بڑی بڑی کام، پڑی ہوئی مواقع کھلی</w:t>
      </w:r>
    </w:p>
    <w:p>
      <w:r>
        <w:rPr>
          <w:b/>
        </w:rPr>
        <w:t xml:space="preserve">[33:37] </w:t>
      </w:r>
      <w:r>
        <w:t>hui hain, wahan kaam karo.</w:t>
      </w:r>
    </w:p>
    <w:p>
      <w:pPr>
        <w:jc w:val="right"/>
      </w:pPr>
      <w:r>
        <w:t>ہوئی ہیں، وہاں کام کرو۔</w:t>
      </w:r>
    </w:p>
    <w:p>
      <w:r>
        <w:rPr>
          <w:b/>
        </w:rPr>
        <w:t xml:space="preserve">[33:39] </w:t>
      </w:r>
      <w:r>
        <w:t>yeh paigham diya aap ne.</w:t>
      </w:r>
    </w:p>
    <w:p>
      <w:pPr>
        <w:jc w:val="right"/>
      </w:pPr>
      <w:r>
        <w:t>یہ پیغام دیا آپ نے۔</w:t>
      </w:r>
    </w:p>
    <w:p>
      <w:r>
        <w:rPr>
          <w:b/>
        </w:rPr>
        <w:t xml:space="preserve">[33:41] </w:t>
      </w:r>
      <w:r>
        <w:t>ab aap dekhen aaj tareekh chalti rahi, tareekh aagay barhti rahi yahan tak keh hum is zamane mein</w:t>
      </w:r>
    </w:p>
    <w:p>
      <w:pPr>
        <w:jc w:val="right"/>
      </w:pPr>
      <w:r>
        <w:t>اب آپ دیکھیں آج تاریخ چلتی رہی، تاریخ آگے بڑھتی رہی یہاں تک کہ ہم اس زمانے میں</w:t>
      </w:r>
    </w:p>
    <w:p>
      <w:r>
        <w:rPr>
          <w:b/>
        </w:rPr>
        <w:t xml:space="preserve">[33:49] </w:t>
      </w:r>
      <w:r>
        <w:t>pehanch gaye hain.</w:t>
      </w:r>
    </w:p>
    <w:p>
      <w:pPr>
        <w:jc w:val="right"/>
      </w:pPr>
      <w:r>
        <w:t>پہنچ گئے ہیں۔</w:t>
      </w:r>
    </w:p>
    <w:p>
      <w:r>
        <w:rPr>
          <w:b/>
        </w:rPr>
        <w:t xml:space="preserve">[33:50] </w:t>
      </w:r>
      <w:r>
        <w:t>woh zamana jab keh aap ne aisa kaha tha, woh zamana tha zarai dour.</w:t>
      </w:r>
    </w:p>
    <w:p>
      <w:pPr>
        <w:jc w:val="right"/>
      </w:pPr>
      <w:r>
        <w:t>وہ زمانہ جب کہ آپ نے ایسا کہا تھا، وہ زمانہ تھا زرعی دور۔</w:t>
      </w:r>
    </w:p>
    <w:p>
      <w:r>
        <w:rPr>
          <w:b/>
        </w:rPr>
        <w:t xml:space="preserve">[33:56] </w:t>
      </w:r>
      <w:r>
        <w:t>is zamane mein jo maeeshat hua karti thi, woh inhisaar karti thi zarai par.</w:t>
      </w:r>
    </w:p>
    <w:p>
      <w:pPr>
        <w:jc w:val="right"/>
      </w:pPr>
      <w:r>
        <w:t>اس زمانے میں جو معیشت ہوا کرتی تھی، وہ انحصار کرتی تھی زرعی پر۔</w:t>
      </w:r>
    </w:p>
    <w:p>
      <w:r>
        <w:rPr>
          <w:b/>
        </w:rPr>
        <w:t xml:space="preserve">[34:02] </w:t>
      </w:r>
      <w:r>
        <w:t>zarai ke bahir jo cheezen hain, woh is zamane mein nahi aayi theen.</w:t>
      </w:r>
    </w:p>
    <w:p>
      <w:pPr>
        <w:jc w:val="right"/>
      </w:pPr>
      <w:r>
        <w:t>زرعی کے باہر جو چیزیں ہیں، وہ اس زمانے میں نہیں آئی تھیں۔</w:t>
      </w:r>
    </w:p>
    <w:p>
      <w:r>
        <w:rPr>
          <w:b/>
        </w:rPr>
        <w:t xml:space="preserve">[34:08] </w:t>
      </w:r>
      <w:r>
        <w:t>kyun keh abhi sanat nahi aayi thi.</w:t>
      </w:r>
    </w:p>
    <w:p>
      <w:pPr>
        <w:jc w:val="right"/>
      </w:pPr>
      <w:r>
        <w:t>کیونکہ ابھی صنعت نہیں آئی تھی۔</w:t>
      </w:r>
    </w:p>
    <w:p>
      <w:r>
        <w:rPr>
          <w:b/>
        </w:rPr>
        <w:t xml:space="preserve">[34:11] </w:t>
      </w:r>
      <w:r>
        <w:t>sanat toh bohat baad ko aayi hai.</w:t>
      </w:r>
    </w:p>
    <w:p>
      <w:pPr>
        <w:jc w:val="right"/>
      </w:pPr>
      <w:r>
        <w:t>صنعت تو بہت بعد کو آئی ہے۔</w:t>
      </w:r>
    </w:p>
    <w:p>
      <w:r>
        <w:rPr>
          <w:b/>
        </w:rPr>
        <w:t xml:space="preserve">[34:14] </w:t>
      </w:r>
      <w:r>
        <w:t>takneeki taraqqi nahi aayi thi.</w:t>
      </w:r>
    </w:p>
    <w:p>
      <w:pPr>
        <w:jc w:val="right"/>
      </w:pPr>
      <w:r>
        <w:t>تکنیکی ترقی نہیں آئی تھی۔</w:t>
      </w:r>
    </w:p>
    <w:p>
      <w:r>
        <w:rPr>
          <w:b/>
        </w:rPr>
        <w:t xml:space="preserve">[34:16] </w:t>
      </w:r>
      <w:r>
        <w:t>daryaften nahi hui theen.</w:t>
      </w:r>
    </w:p>
    <w:p>
      <w:pPr>
        <w:jc w:val="right"/>
      </w:pPr>
      <w:r>
        <w:t>دریافتیں نہیں ہوئی تھیں۔</w:t>
      </w:r>
    </w:p>
    <w:p>
      <w:r>
        <w:rPr>
          <w:b/>
        </w:rPr>
        <w:t xml:space="preserve">[34:17] </w:t>
      </w:r>
      <w:r>
        <w:t>toh bohat baad ko aisa hua.</w:t>
      </w:r>
    </w:p>
    <w:p>
      <w:pPr>
        <w:jc w:val="right"/>
      </w:pPr>
      <w:r>
        <w:t>تو بہت بعد کو ایسا ہوا۔</w:t>
      </w:r>
    </w:p>
    <w:p>
      <w:r>
        <w:rPr>
          <w:b/>
        </w:rPr>
        <w:t xml:space="preserve">[34:20] </w:t>
      </w:r>
      <w:r>
        <w:t>yani is zamane mein, hamare zamane mein.</w:t>
      </w:r>
    </w:p>
    <w:p>
      <w:pPr>
        <w:jc w:val="right"/>
      </w:pPr>
      <w:r>
        <w:t>یعنی اس زمانے میں، ہمارے زمانے میں۔</w:t>
      </w:r>
    </w:p>
    <w:p>
      <w:r>
        <w:rPr>
          <w:b/>
        </w:rPr>
        <w:t xml:space="preserve">[34:23] </w:t>
      </w:r>
      <w:r>
        <w:t>toh woh amal jo hai, ab ja kar ke hatmi hua hai.</w:t>
      </w:r>
    </w:p>
    <w:p>
      <w:pPr>
        <w:jc w:val="right"/>
      </w:pPr>
      <w:r>
        <w:t>تو وہ عمل جو ہے، اب جا کر کے حتمی ہوا ہے۔</w:t>
      </w:r>
    </w:p>
    <w:p>
      <w:r>
        <w:rPr>
          <w:b/>
        </w:rPr>
        <w:t xml:space="preserve">[34:28] </w:t>
      </w:r>
      <w:r>
        <w:t>yani woh amal keh decentralization of politics ka aik amal chalaya tha Rasool Allah Salallaho Alaihe</w:t>
      </w:r>
    </w:p>
    <w:p>
      <w:pPr>
        <w:jc w:val="right"/>
      </w:pPr>
      <w:r>
        <w:t>یعنی وہ عمل کہ ڈی سینٹرلائزیشن آف پولیٹکس کا ایک عمل چلایا تھا رسول اللہ صلی اللہ علیہ</w:t>
      </w:r>
    </w:p>
    <w:p>
      <w:r>
        <w:rPr>
          <w:b/>
        </w:rPr>
        <w:t xml:space="preserve">[34:36] </w:t>
      </w:r>
      <w:r>
        <w:t>Wasallam ne.</w:t>
      </w:r>
    </w:p>
    <w:p>
      <w:pPr>
        <w:jc w:val="right"/>
      </w:pPr>
      <w:r>
        <w:t>وسلم نے۔</w:t>
      </w:r>
    </w:p>
    <w:p>
      <w:r>
        <w:rPr>
          <w:b/>
        </w:rPr>
        <w:t xml:space="preserve">[34:37] </w:t>
      </w:r>
      <w:r>
        <w:t>Rasool Allah Salallaho Alaihe Wasallam ne decentralization of politics ka dour shuru kiya.</w:t>
      </w:r>
    </w:p>
    <w:p>
      <w:pPr>
        <w:jc w:val="right"/>
      </w:pPr>
      <w:r>
        <w:t>رسول اللہ صلی اللہ علیہ وسلم نے ڈی سینٹرلائزیشن آف پولیٹکس کا دور شروع کیا۔</w:t>
      </w:r>
    </w:p>
    <w:p>
      <w:r>
        <w:rPr>
          <w:b/>
        </w:rPr>
        <w:t xml:space="preserve">[34:44] </w:t>
      </w:r>
      <w:r>
        <w:t>tareekh mein.</w:t>
      </w:r>
    </w:p>
    <w:p>
      <w:pPr>
        <w:jc w:val="right"/>
      </w:pPr>
      <w:r>
        <w:t>تاریخ میں۔</w:t>
      </w:r>
    </w:p>
    <w:p>
      <w:r>
        <w:rPr>
          <w:b/>
        </w:rPr>
        <w:t xml:space="preserve">[34:45] </w:t>
      </w:r>
      <w:r>
        <w:t>aur phir woh dour chalta raha.</w:t>
      </w:r>
    </w:p>
    <w:p>
      <w:pPr>
        <w:jc w:val="right"/>
      </w:pPr>
      <w:r>
        <w:t>اور پھر وہ دور چلتا رہا۔</w:t>
      </w:r>
    </w:p>
    <w:p>
      <w:r>
        <w:rPr>
          <w:b/>
        </w:rPr>
        <w:t xml:space="preserve">[34:48] </w:t>
      </w:r>
      <w:r>
        <w:t>woh aik amal tha jo chalta raha.</w:t>
      </w:r>
    </w:p>
    <w:p>
      <w:pPr>
        <w:jc w:val="right"/>
      </w:pPr>
      <w:r>
        <w:t>وہ ایک عمل تھا جو چلتا رہا۔</w:t>
      </w:r>
    </w:p>
    <w:p>
      <w:r>
        <w:rPr>
          <w:b/>
        </w:rPr>
        <w:t xml:space="preserve">[34:51] </w:t>
      </w:r>
      <w:r>
        <w:t>toh pehle zamane mein jo field hua karti thi, phir bhi mehdood hua karti thi.</w:t>
      </w:r>
    </w:p>
    <w:p>
      <w:pPr>
        <w:jc w:val="right"/>
      </w:pPr>
      <w:r>
        <w:t>تو پہلے زمانے میں جو فیلڈ ہوا کرتی تھی، پھر بھی محدود ہوا کرتی تھی۔</w:t>
      </w:r>
    </w:p>
    <w:p>
      <w:r>
        <w:rPr>
          <w:b/>
        </w:rPr>
        <w:t xml:space="preserve">[34:57] </w:t>
      </w:r>
      <w:r>
        <w:t>kyun keh zarai zamane mein abhi field bohat ziyada nahi aayi thi.</w:t>
      </w:r>
    </w:p>
    <w:p>
      <w:pPr>
        <w:jc w:val="right"/>
      </w:pPr>
      <w:r>
        <w:t>کیونکہ زرعی زمانے میں ابھی فیلڈ بہت زیادہ نہیں آئی تھی۔</w:t>
      </w:r>
    </w:p>
    <w:p>
      <w:r>
        <w:rPr>
          <w:b/>
        </w:rPr>
        <w:t xml:space="preserve">[35:02] </w:t>
      </w:r>
      <w:r>
        <w:t>kam field hoti thi, kam shakhain hoti theen, kam shobay hotay thay.</w:t>
      </w:r>
    </w:p>
    <w:p>
      <w:pPr>
        <w:jc w:val="right"/>
      </w:pPr>
      <w:r>
        <w:t>کم فیلڈ ہوتی تھی، کم شاخیں ہوتی تھیں، کم شعبے ہوتے تھے۔</w:t>
      </w:r>
    </w:p>
    <w:p>
      <w:r>
        <w:rPr>
          <w:b/>
        </w:rPr>
        <w:t xml:space="preserve">[35:07] </w:t>
      </w:r>
      <w:r>
        <w:t>ab toh aap jantay hain keh hazaron shobay naye khul gaye hain.</w:t>
      </w:r>
    </w:p>
    <w:p>
      <w:pPr>
        <w:jc w:val="right"/>
      </w:pPr>
      <w:r>
        <w:t>اب تو آپ جانتے ہیں کہ ہزاروں شعبے نئے کھل گئے ہیں۔</w:t>
      </w:r>
    </w:p>
    <w:p>
      <w:r>
        <w:rPr>
          <w:b/>
        </w:rPr>
        <w:t xml:space="preserve">[35:12] </w:t>
      </w:r>
      <w:r>
        <w:t>misal ke taur par pehle aap akhbar nahi nikal sakte the.</w:t>
      </w:r>
    </w:p>
    <w:p>
      <w:pPr>
        <w:jc w:val="right"/>
      </w:pPr>
      <w:r>
        <w:t>مثال کے طور پر پہلے آپ اخبار نہیں نکال سکتے تھے۔</w:t>
      </w:r>
    </w:p>
    <w:p>
      <w:r>
        <w:rPr>
          <w:b/>
        </w:rPr>
        <w:t xml:space="preserve">[35:17] </w:t>
      </w:r>
      <w:r>
        <w:t>kyun ke akhbar tha, na printing machine thi, na kuch tha.</w:t>
      </w:r>
    </w:p>
    <w:p>
      <w:pPr>
        <w:jc w:val="right"/>
      </w:pPr>
      <w:r>
        <w:t>کیونکہ اخبار تھا، نہ پرنٹنگ مشین تھی، نہ کچھ تھا۔</w:t>
      </w:r>
    </w:p>
    <w:p>
      <w:r>
        <w:rPr>
          <w:b/>
        </w:rPr>
        <w:t xml:space="preserve">[35:21] </w:t>
      </w:r>
      <w:r>
        <w:t>ab aap akhbar nikalte hain.</w:t>
      </w:r>
    </w:p>
    <w:p>
      <w:pPr>
        <w:jc w:val="right"/>
      </w:pPr>
      <w:r>
        <w:t>اب آپ اخبار نکالتے ہیں۔</w:t>
      </w:r>
    </w:p>
    <w:p>
      <w:r>
        <w:rPr>
          <w:b/>
        </w:rPr>
        <w:t xml:space="preserve">[35:23] </w:t>
      </w:r>
      <w:r>
        <w:t>pehley zamaney mein siyahati sanat nahi thi.</w:t>
      </w:r>
    </w:p>
    <w:p>
      <w:pPr>
        <w:jc w:val="right"/>
      </w:pPr>
      <w:r>
        <w:t>پہلے زمانے میں سیاحتی صنعت نہیں تھی۔</w:t>
      </w:r>
    </w:p>
    <w:p>
      <w:r>
        <w:rPr>
          <w:b/>
        </w:rPr>
        <w:t xml:space="preserve">[35:26] </w:t>
      </w:r>
      <w:r>
        <w:t>ab siyahati sanat ban gayi hai.</w:t>
      </w:r>
    </w:p>
    <w:p>
      <w:pPr>
        <w:jc w:val="right"/>
      </w:pPr>
      <w:r>
        <w:t>اب سیاحتی صنعت بن گئی ہے۔</w:t>
      </w:r>
    </w:p>
    <w:p>
      <w:r>
        <w:rPr>
          <w:b/>
        </w:rPr>
        <w:t xml:space="preserve">[35:29] </w:t>
      </w:r>
      <w:r>
        <w:t>pehley zamaney mein factory nahi hua karti thi, ab factory banne lagi hai.</w:t>
      </w:r>
    </w:p>
    <w:p>
      <w:pPr>
        <w:jc w:val="right"/>
      </w:pPr>
      <w:r>
        <w:t>پہلے زمانے میں فیکٹری نہیں ہوا کرتی تھی، اب فیکٹری بننے لگی ہے۔</w:t>
      </w:r>
    </w:p>
    <w:p>
      <w:r>
        <w:rPr>
          <w:b/>
        </w:rPr>
        <w:t xml:space="preserve">[35:35] </w:t>
      </w:r>
      <w:r>
        <w:t>pehley zamaney mein jadeed tarah ki university nahi hua karti thi, ab university ban gayi hai.</w:t>
      </w:r>
    </w:p>
    <w:p>
      <w:pPr>
        <w:jc w:val="right"/>
      </w:pPr>
      <w:r>
        <w:t>پہلے زمانے میں جدید طرح کی یونیورسٹی نہیں ہوا کرتی تھی، اب یونیورسٹی بن گئی ہے۔</w:t>
      </w:r>
    </w:p>
    <w:p>
      <w:r>
        <w:rPr>
          <w:b/>
        </w:rPr>
        <w:t xml:space="preserve">[35:41] </w:t>
      </w:r>
      <w:r>
        <w:t>pehley zamaney mein computer nahi tha.</w:t>
      </w:r>
    </w:p>
    <w:p>
      <w:pPr>
        <w:jc w:val="right"/>
      </w:pPr>
      <w:r>
        <w:t>پہلے زمانے میں کمپیوٹر نہیں تھا۔</w:t>
      </w:r>
    </w:p>
    <w:p>
      <w:r>
        <w:rPr>
          <w:b/>
        </w:rPr>
        <w:t xml:space="preserve">[35:44] </w:t>
      </w:r>
      <w:r>
        <w:t>ab computer ban gaya hai.</w:t>
      </w:r>
    </w:p>
    <w:p>
      <w:pPr>
        <w:jc w:val="right"/>
      </w:pPr>
      <w:r>
        <w:t>اب کمپیوٹر بن گیا ہے۔</w:t>
      </w:r>
    </w:p>
    <w:p>
      <w:r>
        <w:rPr>
          <w:b/>
        </w:rPr>
        <w:t xml:space="preserve">[35:46] </w:t>
      </w:r>
      <w:r>
        <w:t>to yeh kehna bilkul sahi hoga ke ke peghambar e islam ne decentralization of politics ka dour shuru</w:t>
      </w:r>
    </w:p>
    <w:p>
      <w:pPr>
        <w:jc w:val="right"/>
      </w:pPr>
      <w:r>
        <w:t>تو یہ کہنا بالکل صحیح ہوگا کہ کہ پیغمبر اسلام نے ڈی سینٹرلائزیشن آف پولیٹکس کا دور شروع</w:t>
      </w:r>
    </w:p>
    <w:p>
      <w:r>
        <w:rPr>
          <w:b/>
        </w:rPr>
        <w:t xml:space="preserve">[35:54]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[35:55] </w:t>
      </w:r>
      <w:r>
        <w:t>yeh insaan ko bataya ke siyasi idaray ke bahir bohat se kaam hain, woh kaam karo.</w:t>
      </w:r>
    </w:p>
    <w:p>
      <w:pPr>
        <w:jc w:val="right"/>
      </w:pPr>
      <w:r>
        <w:t>یہ انسان کو بتایا کہ سیاسی ادارے کے باہر بہت سے کام ہیں، وہ کام کرو۔</w:t>
      </w:r>
    </w:p>
    <w:p>
      <w:r>
        <w:rPr>
          <w:b/>
        </w:rPr>
        <w:t xml:space="preserve">[36:02] </w:t>
      </w:r>
      <w:r>
        <w:t>kyun ke siyasi takrao se manfi natija to nikalta hai, misbat natija nahi nikalta.</w:t>
      </w:r>
    </w:p>
    <w:p>
      <w:pPr>
        <w:jc w:val="right"/>
      </w:pPr>
      <w:r>
        <w:t>کیونکہ سیاسی ٹکراؤ سے منفی نتیجہ تو نکلتا ہے، مثبت نتیجہ نہیں نکلتا۔</w:t>
      </w:r>
    </w:p>
    <w:p>
      <w:r>
        <w:rPr>
          <w:b/>
        </w:rPr>
        <w:t xml:space="preserve">[36:08] </w:t>
      </w:r>
      <w:r>
        <w:t>poori duniya ki tareekh aap dekh lijiyey.</w:t>
      </w:r>
    </w:p>
    <w:p>
      <w:pPr>
        <w:jc w:val="right"/>
      </w:pPr>
      <w:r>
        <w:t>پوری دنیا کی تاریخ آپ دیکھ لیجیے۔</w:t>
      </w:r>
    </w:p>
    <w:p>
      <w:r>
        <w:rPr>
          <w:b/>
        </w:rPr>
        <w:t xml:space="preserve">[36:11] </w:t>
      </w:r>
      <w:r>
        <w:t>siyasat of opposition se sirf manfi natijey nikley hain.</w:t>
      </w:r>
    </w:p>
    <w:p>
      <w:pPr>
        <w:jc w:val="right"/>
      </w:pPr>
      <w:r>
        <w:t>سیاست آف اپوزیشن سے صرف منفی نتیجے نکلے ہیں۔</w:t>
      </w:r>
    </w:p>
    <w:p>
      <w:r>
        <w:rPr>
          <w:b/>
        </w:rPr>
        <w:t xml:space="preserve">[36:15] </w:t>
      </w:r>
      <w:r>
        <w:t>misbat natijey nahi niklte.</w:t>
      </w:r>
    </w:p>
    <w:p>
      <w:pPr>
        <w:jc w:val="right"/>
      </w:pPr>
      <w:r>
        <w:t>مثبت نتیجے نہیں نکلتے۔</w:t>
      </w:r>
    </w:p>
    <w:p>
      <w:r>
        <w:rPr>
          <w:b/>
        </w:rPr>
        <w:t xml:space="preserve">[36:16] </w:t>
      </w:r>
      <w:r>
        <w:t>to behtareen formula kya hai? is ko mein kahunga ke nabi ka jo formula tha, woh tha</w:t>
      </w:r>
    </w:p>
    <w:p>
      <w:pPr>
        <w:jc w:val="right"/>
      </w:pPr>
      <w:r>
        <w:t>تو بہترین فارمولا کیا ہے؟ اس کو میں کہوں گا کہ نبی کا جو فارمولا تھا، وہ تھا</w:t>
      </w:r>
    </w:p>
    <w:p>
      <w:r>
        <w:rPr>
          <w:b/>
        </w:rPr>
        <w:t xml:space="preserve">[36:24] </w:t>
      </w:r>
      <w:r>
        <w:t>misbat status quoism.</w:t>
      </w:r>
    </w:p>
    <w:p>
      <w:pPr>
        <w:jc w:val="right"/>
      </w:pPr>
      <w:r>
        <w:t>مثبت اسٹیٹس کوئزم۔</w:t>
      </w:r>
    </w:p>
    <w:p>
      <w:r>
        <w:rPr>
          <w:b/>
        </w:rPr>
        <w:t xml:space="preserve">[36:26] </w:t>
      </w:r>
      <w:r>
        <w:t>misbat status quoism yani siyasi status quo ko maan kar ke ghair siyasi field mein apni tawanaai ko</w:t>
      </w:r>
    </w:p>
    <w:p>
      <w:pPr>
        <w:jc w:val="right"/>
      </w:pPr>
      <w:r>
        <w:t>مثبت اسٹیٹس کوئزم یعنی سیاسی اسٹیٹس کو کوئی مان کر کے غیر سیاسی فیلڈ میں اپنی توانائی کو</w:t>
      </w:r>
    </w:p>
    <w:p>
      <w:r>
        <w:rPr>
          <w:b/>
        </w:rPr>
        <w:t xml:space="preserve">[36:33] </w:t>
      </w:r>
      <w:r>
        <w:t>lagana.</w:t>
      </w:r>
    </w:p>
    <w:p>
      <w:pPr>
        <w:jc w:val="right"/>
      </w:pPr>
      <w:r>
        <w:t>لگانا۔</w:t>
      </w:r>
    </w:p>
    <w:p>
      <w:r>
        <w:rPr>
          <w:b/>
        </w:rPr>
        <w:t xml:space="preserve">[36:35] </w:t>
      </w:r>
      <w:r>
        <w:t>kyun ke agar kahin siyasi masla hai to is ka matlab nahi ke is masley ne saari zindagi ko</w:t>
      </w:r>
    </w:p>
    <w:p>
      <w:pPr>
        <w:jc w:val="right"/>
      </w:pPr>
      <w:r>
        <w:t>کیونکہ اگر کہیں سیاسی مسئلہ ہے تو اس کا مطلب نہیں کہ اس مسئلے نے ساری زندگی کو</w:t>
      </w:r>
    </w:p>
    <w:p>
      <w:r>
        <w:rPr>
          <w:b/>
        </w:rPr>
        <w:t xml:space="preserve">[36:43] </w:t>
      </w:r>
      <w:r>
        <w:t>qabza kar liya hai.</w:t>
      </w:r>
    </w:p>
    <w:p>
      <w:pPr>
        <w:jc w:val="right"/>
      </w:pPr>
      <w:r>
        <w:t>قبضہ کر لیا ہے۔</w:t>
      </w:r>
    </w:p>
    <w:p>
      <w:r>
        <w:rPr>
          <w:b/>
        </w:rPr>
        <w:t xml:space="preserve">[36:44] </w:t>
      </w:r>
      <w:r>
        <w:t>is siyasi dairey ke bahir bohat se phir bhi awaaq khuley hue honge.</w:t>
      </w:r>
    </w:p>
    <w:p>
      <w:pPr>
        <w:jc w:val="right"/>
      </w:pPr>
      <w:r>
        <w:t>اس سیاسی دائرے کے باہر بہت سے پھر بھی مواقع کھلے ہوئے ہوں گے۔</w:t>
      </w:r>
    </w:p>
    <w:p>
      <w:r>
        <w:rPr>
          <w:b/>
        </w:rPr>
        <w:t xml:space="preserve">[36:50] </w:t>
      </w:r>
      <w:r>
        <w:t>to aap ne yeh jo jo policy batayi, is ko mein aik lafz agar doon, aik lafz agar</w:t>
      </w:r>
    </w:p>
    <w:p>
      <w:pPr>
        <w:jc w:val="right"/>
      </w:pPr>
      <w:r>
        <w:t>تو آپ نے یہ جو جو پالیسی بتائی، اس کو میں ایک لفظ اگر دوں، ایک لفظ اگر</w:t>
      </w:r>
    </w:p>
    <w:p>
      <w:r>
        <w:rPr>
          <w:b/>
        </w:rPr>
        <w:t xml:space="preserve">[36:58] </w:t>
      </w:r>
      <w:r>
        <w:t>gharon to kahunga ke yeh tha misbat status quoism.</w:t>
      </w:r>
    </w:p>
    <w:p>
      <w:pPr>
        <w:jc w:val="right"/>
      </w:pPr>
      <w:r>
        <w:t>گھڑوں تو کہوں گا کہ یہ تھا مثبت اسٹیٹس کوئزم۔</w:t>
      </w:r>
    </w:p>
    <w:p>
      <w:r>
        <w:rPr>
          <w:b/>
        </w:rPr>
        <w:t xml:space="preserve">[37:02] </w:t>
      </w:r>
      <w:r>
        <w:t>yani siyasi maamle mein status quo ko baqi rakhte hue doosre jo maamlaat hain, ghair siyasi field mein</w:t>
      </w:r>
    </w:p>
    <w:p>
      <w:pPr>
        <w:jc w:val="right"/>
      </w:pPr>
      <w:r>
        <w:t>یعنی سیاسی معاملے میں اسٹیٹس کو کو باقی رکھتے ہوئے دوسرے جو معاملات ہیں، غیر سیاسی فیلڈ میں</w:t>
      </w:r>
    </w:p>
    <w:p>
      <w:r>
        <w:rPr>
          <w:b/>
        </w:rPr>
        <w:t xml:space="preserve">[37:10] </w:t>
      </w:r>
      <w:r>
        <w:t>jo abhi bhi khule hue hain, jo doosri mawaqe hain, ghair siyasi field mein abhi bhi khuli hui</w:t>
      </w:r>
    </w:p>
    <w:p>
      <w:pPr>
        <w:jc w:val="right"/>
      </w:pPr>
      <w:r>
        <w:t>جو ابھی بھی کھلے ہوئے ہیں، جو دوسری مواقع ہیں، غیر سیاسی فیلڈ میں ابھی بھی کھلی ہوئی</w:t>
      </w:r>
    </w:p>
    <w:p>
      <w:r>
        <w:rPr>
          <w:b/>
        </w:rPr>
        <w:t xml:space="preserve">[37:18] </w:t>
      </w:r>
      <w:r>
        <w:t>hain, un ko dastiyab karo.</w:t>
      </w:r>
    </w:p>
    <w:p>
      <w:pPr>
        <w:jc w:val="right"/>
      </w:pPr>
      <w:r>
        <w:t>ہیں، ان کو دستیاب کرو۔</w:t>
      </w:r>
    </w:p>
    <w:p>
      <w:r>
        <w:rPr>
          <w:b/>
        </w:rPr>
        <w:t xml:space="preserve">[37:20] </w:t>
      </w:r>
      <w:r>
        <w:t>iska matlab kya hua? ke siyasi takraao ko taalo aur ghair siyasi mawaqe ko dastiyab karo.</w:t>
      </w:r>
    </w:p>
    <w:p>
      <w:pPr>
        <w:jc w:val="right"/>
      </w:pPr>
      <w:r>
        <w:t>اس کا مطلب کیا ہوا؟ کہ سیاسی ٹکراؤ کو ٹالو اور غیر سیاسی مواقع کو دستیاب کرو۔</w:t>
      </w:r>
    </w:p>
    <w:p>
      <w:r>
        <w:rPr>
          <w:b/>
        </w:rPr>
        <w:t xml:space="preserve">[37:27] </w:t>
      </w:r>
      <w:r>
        <w:t>yeh matlab hua.</w:t>
      </w:r>
    </w:p>
    <w:p>
      <w:pPr>
        <w:jc w:val="right"/>
      </w:pPr>
      <w:r>
        <w:t>یہ مطلب ہوا۔</w:t>
      </w:r>
    </w:p>
    <w:p>
      <w:r>
        <w:rPr>
          <w:b/>
        </w:rPr>
        <w:t xml:space="preserve">[37:29] </w:t>
      </w:r>
      <w:r>
        <w:t>yani taalo siyasi takraao aur dastiyab karo mawaqe jo maujood hain ghair siyasi field mein.</w:t>
      </w:r>
    </w:p>
    <w:p>
      <w:pPr>
        <w:jc w:val="right"/>
      </w:pPr>
      <w:r>
        <w:t>یعنی ٹالو سیاسی ٹکراؤ اور دستیاب کرو مواقع جو موجود ہیں غیر سیاسی فیلڈ میں۔</w:t>
      </w:r>
    </w:p>
    <w:p>
      <w:r>
        <w:rPr>
          <w:b/>
        </w:rPr>
        <w:t xml:space="preserve">[37:35] </w:t>
      </w:r>
      <w:r>
        <w:t>yeh formula hua.</w:t>
      </w:r>
    </w:p>
    <w:p>
      <w:pPr>
        <w:jc w:val="right"/>
      </w:pPr>
      <w:r>
        <w:t>یہ فارمولا ہوا۔</w:t>
      </w:r>
    </w:p>
    <w:p>
      <w:r>
        <w:rPr>
          <w:b/>
        </w:rPr>
        <w:t xml:space="preserve">[37:37] </w:t>
      </w:r>
      <w:r>
        <w:t>to yeh formula aap ke zamane mein shuru hogaya, barhta raha, barabar poori tareekh mein musalman isi andaaz</w:t>
      </w:r>
    </w:p>
    <w:p>
      <w:pPr>
        <w:jc w:val="right"/>
      </w:pPr>
      <w:r>
        <w:t>تو یہ فارمولا آپ کے زمانے میں شروع ہوگیا، بڑھتا رہا، برابر پوری تاریخ میں مسلمان اسی انداز</w:t>
      </w:r>
    </w:p>
    <w:p>
      <w:r>
        <w:rPr>
          <w:b/>
        </w:rPr>
        <w:t xml:space="preserve">[37:44] </w:t>
      </w:r>
      <w:r>
        <w:t>par kaam karte rahe.</w:t>
      </w:r>
    </w:p>
    <w:p>
      <w:pPr>
        <w:jc w:val="right"/>
      </w:pPr>
      <w:r>
        <w:t>پر کام کرتے رہے۔</w:t>
      </w:r>
    </w:p>
    <w:p>
      <w:r>
        <w:rPr>
          <w:b/>
        </w:rPr>
        <w:t xml:space="preserve">[37:46] </w:t>
      </w:r>
      <w:r>
        <w:t>isi ki wajah se saara kaam hua.</w:t>
      </w:r>
    </w:p>
    <w:p>
      <w:pPr>
        <w:jc w:val="right"/>
      </w:pPr>
      <w:r>
        <w:t>اسی کی وجہ سے سارا کام ہوا۔</w:t>
      </w:r>
    </w:p>
    <w:p>
      <w:r>
        <w:rPr>
          <w:b/>
        </w:rPr>
        <w:t xml:space="preserve">[37:49] </w:t>
      </w:r>
      <w:r>
        <w:t>ab is mein dekhein ek aur cheez aap ko shaamil karna hai, woh hai daawa work.</w:t>
      </w:r>
    </w:p>
    <w:p>
      <w:pPr>
        <w:jc w:val="right"/>
      </w:pPr>
      <w:r>
        <w:t>اب اس میں دیکھیں ایک اور چیز آپ کو شامل کرنا ہے، وہ ہے دعویٰ ورک۔</w:t>
      </w:r>
    </w:p>
    <w:p>
      <w:r>
        <w:rPr>
          <w:b/>
        </w:rPr>
        <w:t xml:space="preserve">[37:56] </w:t>
      </w:r>
      <w:r>
        <w:t>daawa work pehle bhi rasool Allah ke zamane mein hota tha, baad ko hota raha.</w:t>
      </w:r>
    </w:p>
    <w:p>
      <w:pPr>
        <w:jc w:val="right"/>
      </w:pPr>
      <w:r>
        <w:t>دعویٰ ورک پہلے بھی رسول اللہ کے زمانے میں ہوتا تھا، بعد کو ہوتا رہا۔</w:t>
      </w:r>
    </w:p>
    <w:p>
      <w:r>
        <w:rPr>
          <w:b/>
        </w:rPr>
        <w:t xml:space="preserve">[38:02] </w:t>
      </w:r>
      <w:r>
        <w:t>lekin naye zarea jo hain, maujooda zamane mein jo hue hain, woh pehle zamane mein nahi the.</w:t>
      </w:r>
    </w:p>
    <w:p>
      <w:pPr>
        <w:jc w:val="right"/>
      </w:pPr>
      <w:r>
        <w:t>لیکن نئے ذرائع جو ہیں، موجودہ زمانے میں جو ہوئے ہیں، وہ پہلے زمانے میں نہیں تھے۔</w:t>
      </w:r>
    </w:p>
    <w:p>
      <w:r>
        <w:rPr>
          <w:b/>
        </w:rPr>
        <w:t xml:space="preserve">[38:10] </w:t>
      </w:r>
      <w:r>
        <w:t>matlab mislan multimedia jis ko hum kehte hain, to multimedia pehle kahan tha? pehle print media</w:t>
      </w:r>
    </w:p>
    <w:p>
      <w:pPr>
        <w:jc w:val="right"/>
      </w:pPr>
      <w:r>
        <w:t>مطلب مثلاً ملٹی میڈیا جس کو ہم کہتے ہیں، تو ملٹی میڈیا پہلے کہاں تھا؟ پہلے پرنٹ میڈیا</w:t>
      </w:r>
    </w:p>
    <w:p>
      <w:r>
        <w:rPr>
          <w:b/>
        </w:rPr>
        <w:t xml:space="preserve">[38:17] </w:t>
      </w:r>
      <w:r>
        <w:t>kahan tha? electronic media kahan tha? communication kahan tha? yeh sab cheezein nahi thi pehle zamane mein.</w:t>
      </w:r>
    </w:p>
    <w:p>
      <w:pPr>
        <w:jc w:val="right"/>
      </w:pPr>
      <w:r>
        <w:t>کہاں تھا؟ الیکٹرانک میڈیا کہاں تھا؟ کمیونیکیشن کہاں تھا؟ یہ سب چیزیں نہیں تھیں پہلے زمانے میں۔</w:t>
      </w:r>
    </w:p>
    <w:p>
      <w:r>
        <w:rPr>
          <w:b/>
        </w:rPr>
        <w:t xml:space="preserve">[38:25] </w:t>
      </w:r>
      <w:r>
        <w:t>ab yeh sab cheezein wajood mein aagayi hain.</w:t>
      </w:r>
    </w:p>
    <w:p>
      <w:pPr>
        <w:jc w:val="right"/>
      </w:pPr>
      <w:r>
        <w:t>اب یہ سب چیزیں وجود میں آگئی ہیں۔</w:t>
      </w:r>
    </w:p>
    <w:p>
      <w:r>
        <w:rPr>
          <w:b/>
        </w:rPr>
        <w:t xml:space="preserve">[38:28] </w:t>
      </w:r>
      <w:r>
        <w:t>yeh cheezein poori tarah daawa work ke haq mein hain.</w:t>
      </w:r>
    </w:p>
    <w:p>
      <w:pPr>
        <w:jc w:val="right"/>
      </w:pPr>
      <w:r>
        <w:t>یہ چیزیں پوری طرح دعویٰ ورک کے حق میں ہیں۔</w:t>
      </w:r>
    </w:p>
    <w:p>
      <w:r>
        <w:rPr>
          <w:b/>
        </w:rPr>
        <w:t xml:space="preserve">[38:32] </w:t>
      </w:r>
      <w:r>
        <w:t>yani daawa work ko phailane ka mauqa deti hain.</w:t>
      </w:r>
    </w:p>
    <w:p>
      <w:pPr>
        <w:jc w:val="right"/>
      </w:pPr>
      <w:r>
        <w:t>یعنی دعویٰ ورک کو پھیلانے کا موقع دیتی ہیں۔</w:t>
      </w:r>
    </w:p>
    <w:p>
      <w:r>
        <w:rPr>
          <w:b/>
        </w:rPr>
        <w:t xml:space="preserve">[38:36] </w:t>
      </w:r>
      <w:r>
        <w:t>ab hum zyada phailaye hue maani mein daawa work kar sakte hain.</w:t>
      </w:r>
    </w:p>
    <w:p>
      <w:pPr>
        <w:jc w:val="right"/>
      </w:pPr>
      <w:r>
        <w:t>اب ہم زیادہ پھیلے ہوئے معنی میں دعویٰ ورک کر سکتے ہیں۔</w:t>
      </w:r>
    </w:p>
    <w:p>
      <w:r>
        <w:rPr>
          <w:b/>
        </w:rPr>
        <w:t xml:space="preserve">[38:41] </w:t>
      </w:r>
      <w:r>
        <w:t>zyada phaili hui duniya mein.</w:t>
      </w:r>
    </w:p>
    <w:p>
      <w:pPr>
        <w:jc w:val="right"/>
      </w:pPr>
      <w:r>
        <w:t>زیادہ پھیلی ہوئی دنیا میں۔</w:t>
      </w:r>
    </w:p>
    <w:p>
      <w:r>
        <w:rPr>
          <w:b/>
        </w:rPr>
        <w:t xml:space="preserve">[38:43] </w:t>
      </w:r>
      <w:r>
        <w:t>pehle daawa work agar maqami taur par hota tha to ab aap daawa work aalami satah par kar</w:t>
      </w:r>
    </w:p>
    <w:p>
      <w:pPr>
        <w:jc w:val="right"/>
      </w:pPr>
      <w:r>
        <w:t>پہلے دعویٰ ورک اگر مقامی طور پر ہوتا تھا تو اب آپ دعویٰ ورک عالمی سطح پر کر</w:t>
      </w:r>
    </w:p>
    <w:p>
      <w:r>
        <w:rPr>
          <w:b/>
        </w:rPr>
        <w:t xml:space="preserve">[38:51] </w:t>
      </w:r>
      <w:r>
        <w:t>sakte hain.</w:t>
      </w:r>
    </w:p>
    <w:p>
      <w:pPr>
        <w:jc w:val="right"/>
      </w:pPr>
      <w:r>
        <w:t>سکتے ہیں۔</w:t>
      </w:r>
    </w:p>
    <w:p>
      <w:r>
        <w:rPr>
          <w:b/>
        </w:rPr>
        <w:t xml:space="preserve">[38:53] </w:t>
      </w:r>
      <w:r>
        <w:t>is zamane mein jis cheez ko kaha jata hai aalami kaari, woh kya hai? woh yahi hai, yani</w:t>
      </w:r>
    </w:p>
    <w:p>
      <w:pPr>
        <w:jc w:val="right"/>
      </w:pPr>
      <w:r>
        <w:t>اس زمانے میں جس چیز کو کہا جاتا ہے عالمی کاری، وہ کیا ہے؟ وہ یہی ہے، یعنی</w:t>
      </w:r>
    </w:p>
    <w:p>
      <w:r>
        <w:rPr>
          <w:b/>
        </w:rPr>
        <w:t xml:space="preserve">[39:00] </w:t>
      </w:r>
      <w:r>
        <w:t>aalami mawaqe.</w:t>
      </w:r>
    </w:p>
    <w:p>
      <w:pPr>
        <w:jc w:val="right"/>
      </w:pPr>
      <w:r>
        <w:t>عالمی مواقع۔</w:t>
      </w:r>
    </w:p>
    <w:p>
      <w:r>
        <w:rPr>
          <w:b/>
        </w:rPr>
        <w:t xml:space="preserve">[39:02] </w:t>
      </w:r>
      <w:r>
        <w:t>aalami kaari ka matlab hai ke aalami mawaqe.</w:t>
      </w:r>
    </w:p>
    <w:p>
      <w:pPr>
        <w:jc w:val="right"/>
      </w:pPr>
      <w:r>
        <w:t>عالمی کاری کا مطلب ہے کہ عالمی مواقع۔</w:t>
      </w:r>
    </w:p>
    <w:p>
      <w:r>
        <w:rPr>
          <w:b/>
        </w:rPr>
        <w:t xml:space="preserve">[39:05] </w:t>
      </w:r>
      <w:r>
        <w:t>aalmi kari ka matlab hai aalmi awaaq.</w:t>
      </w:r>
    </w:p>
    <w:p>
      <w:pPr>
        <w:jc w:val="right"/>
      </w:pPr>
      <w:r>
        <w:t>عالمی کاری کا مطلب ہے عالمی مواقع۔</w:t>
      </w:r>
    </w:p>
    <w:p>
      <w:r>
        <w:rPr>
          <w:b/>
        </w:rPr>
        <w:t xml:space="preserve">[39:08] </w:t>
      </w:r>
      <w:r>
        <w:t>to in ko dastiyab kijiye daawa work ke liye.</w:t>
      </w:r>
    </w:p>
    <w:p>
      <w:pPr>
        <w:jc w:val="right"/>
      </w:pPr>
      <w:r>
        <w:t>تو ان کو دستیاب کیجیے دعویٰ ورک کے لیے۔</w:t>
      </w:r>
    </w:p>
    <w:p>
      <w:r>
        <w:rPr>
          <w:b/>
        </w:rPr>
        <w:t xml:space="preserve">[39:12] </w:t>
      </w:r>
      <w:r>
        <w:t>to pehle daawa work hota tha mehdood daire mein.</w:t>
      </w:r>
    </w:p>
    <w:p>
      <w:pPr>
        <w:jc w:val="right"/>
      </w:pPr>
      <w:r>
        <w:t>تو پہلے دعویٰ ورک ہوتا تھا محدود دائرے میں۔</w:t>
      </w:r>
    </w:p>
    <w:p>
      <w:r>
        <w:rPr>
          <w:b/>
        </w:rPr>
        <w:t xml:space="preserve">[39:16] </w:t>
      </w:r>
      <w:r>
        <w:t>ab daawa work kar sakte hain aap aalmi daire mein.</w:t>
      </w:r>
    </w:p>
    <w:p>
      <w:pPr>
        <w:jc w:val="right"/>
      </w:pPr>
      <w:r>
        <w:t>اب دعویٰ ورک کر سکتے ہیں آپ عالمی دائرے میں۔</w:t>
      </w:r>
    </w:p>
    <w:p>
      <w:r>
        <w:rPr>
          <w:b/>
        </w:rPr>
        <w:t xml:space="preserve">[39:20] </w:t>
      </w:r>
      <w:r>
        <w:t>aalmi daire mein.</w:t>
      </w:r>
    </w:p>
    <w:p>
      <w:pPr>
        <w:jc w:val="right"/>
      </w:pPr>
      <w:r>
        <w:t>عالمی دائرے میں۔</w:t>
      </w:r>
    </w:p>
    <w:p>
      <w:r>
        <w:rPr>
          <w:b/>
        </w:rPr>
        <w:t xml:space="preserve">[39:22] </w:t>
      </w:r>
      <w:r>
        <w:t>bain ul aqwami daire mein.</w:t>
      </w:r>
    </w:p>
    <w:p>
      <w:pPr>
        <w:jc w:val="right"/>
      </w:pPr>
      <w:r>
        <w:t>بین الاقوامی دائرے میں۔</w:t>
      </w:r>
    </w:p>
    <w:p>
      <w:r>
        <w:rPr>
          <w:b/>
        </w:rPr>
        <w:t xml:space="preserve">[39:23] </w:t>
      </w:r>
      <w:r>
        <w:t>ab yeh imkaan paida ho gaya hai ke daawa work ke liye aap institution banayein.</w:t>
      </w:r>
    </w:p>
    <w:p>
      <w:pPr>
        <w:jc w:val="right"/>
      </w:pPr>
      <w:r>
        <w:t>اب یہ امکان پیدا ہوگیا ہے کہ دعویٰ ورک کے لیے آپ انسٹیٹیوشن بنائیں۔</w:t>
      </w:r>
    </w:p>
    <w:p>
      <w:r>
        <w:rPr>
          <w:b/>
        </w:rPr>
        <w:t xml:space="preserve">[39:29] </w:t>
      </w:r>
      <w:r>
        <w:t>balke daawa work ke liye aap empire banayein.</w:t>
      </w:r>
    </w:p>
    <w:p>
      <w:pPr>
        <w:jc w:val="right"/>
      </w:pPr>
      <w:r>
        <w:t>بلکہ دعویٰ ورک کے لیے آپ ایمپائر بنائیں۔</w:t>
      </w:r>
    </w:p>
    <w:p>
      <w:r>
        <w:rPr>
          <w:b/>
        </w:rPr>
        <w:t xml:space="preserve">[39:33] </w:t>
      </w:r>
      <w:r>
        <w:t>aaj daawa empire banana mumkin ho gaya hai.</w:t>
      </w:r>
    </w:p>
    <w:p>
      <w:pPr>
        <w:jc w:val="right"/>
      </w:pPr>
      <w:r>
        <w:t>آج دعویٰ ایمپائر بنانا ممکن ہوگیا ہے۔</w:t>
      </w:r>
    </w:p>
    <w:p>
      <w:r>
        <w:rPr>
          <w:b/>
        </w:rPr>
        <w:t xml:space="preserve">[39:36] </w:t>
      </w:r>
      <w:r>
        <w:t>yani pehle daawa work hota tha infiradi satah par.</w:t>
      </w:r>
    </w:p>
    <w:p>
      <w:pPr>
        <w:jc w:val="right"/>
      </w:pPr>
      <w:r>
        <w:t>یعنی پہلے دعویٰ ورک ہوتا تھا انفرادی سطح پر۔</w:t>
      </w:r>
    </w:p>
    <w:p>
      <w:r>
        <w:rPr>
          <w:b/>
        </w:rPr>
        <w:t xml:space="preserve">[39:40] </w:t>
      </w:r>
      <w:r>
        <w:t>pehlay daawa work hota tha infiradi satah par.</w:t>
      </w:r>
    </w:p>
    <w:p>
      <w:pPr>
        <w:jc w:val="right"/>
      </w:pPr>
      <w:r>
        <w:t>پہلے دعویٰ ورک ہوتا تھا انفرادی سطح پر۔</w:t>
      </w:r>
    </w:p>
    <w:p>
      <w:r>
        <w:rPr>
          <w:b/>
        </w:rPr>
        <w:t xml:space="preserve">[39:43] </w:t>
      </w:r>
      <w:r>
        <w:t>phir daawa work hone laga group ke zariye.</w:t>
      </w:r>
    </w:p>
    <w:p>
      <w:pPr>
        <w:jc w:val="right"/>
      </w:pPr>
      <w:r>
        <w:t>پھر دعویٰ ورک ہونے لگا گروپ کے ذریعے۔</w:t>
      </w:r>
    </w:p>
    <w:p>
      <w:r>
        <w:rPr>
          <w:b/>
        </w:rPr>
        <w:t xml:space="preserve">[39:47] </w:t>
      </w:r>
      <w:r>
        <w:t>phir daawa work hone laga institution ke zariye.</w:t>
      </w:r>
    </w:p>
    <w:p>
      <w:pPr>
        <w:jc w:val="right"/>
      </w:pPr>
      <w:r>
        <w:t>پھر دعویٰ ورک ہونے لگا انسٹیٹیوشن کے ذریعے۔</w:t>
      </w:r>
    </w:p>
    <w:p>
      <w:r>
        <w:rPr>
          <w:b/>
        </w:rPr>
        <w:t xml:space="preserve">[39:50] </w:t>
      </w:r>
      <w:r>
        <w:t>ab daawa work ho, ab daawa work ke liye awaaq khul gaye ke is ko aap ke aap</w:t>
      </w:r>
    </w:p>
    <w:p>
      <w:pPr>
        <w:jc w:val="right"/>
      </w:pPr>
      <w:r>
        <w:t>اب دعویٰ ورک ہو، اب دعویٰ ورک کے لیے مواقع کھل گئے کہ اس کو آپ کہ آپ</w:t>
      </w:r>
    </w:p>
    <w:p>
      <w:r>
        <w:rPr>
          <w:b/>
        </w:rPr>
        <w:t xml:space="preserve">[39:58] </w:t>
      </w:r>
      <w:r>
        <w:t>daawa empire bana kar ke bohat hi baray, bohat hi bari satah par daawa work karein.</w:t>
      </w:r>
    </w:p>
    <w:p>
      <w:pPr>
        <w:jc w:val="right"/>
      </w:pPr>
      <w:r>
        <w:t>دعویٰ ایمپائر بنا کر کے بہت ہی بڑے، بہت ہی بڑی سطح پر دعویٰ ورک کریں۔</w:t>
      </w:r>
    </w:p>
    <w:p>
      <w:r>
        <w:rPr>
          <w:b/>
        </w:rPr>
        <w:t xml:space="preserve">[40:05] </w:t>
      </w:r>
      <w:r>
        <w:t>aaj jo imkanaat khule hain, jo awaaq samne aaye hain hamare, woh hamein yeh mauqa dete hain ke</w:t>
      </w:r>
    </w:p>
    <w:p>
      <w:pPr>
        <w:jc w:val="right"/>
      </w:pPr>
      <w:r>
        <w:t>آج جو امکانات کھلے ہیں، جو مواقع سامنے آئے ہیں ہمارے، وہ ہمیں یہ موقع دیتے ہیں کہ</w:t>
      </w:r>
    </w:p>
    <w:p>
      <w:r>
        <w:rPr>
          <w:b/>
        </w:rPr>
        <w:t xml:space="preserve">[40:12] </w:t>
      </w:r>
      <w:r>
        <w:t>hum dawat ke liye daawa empire bana sakein.</w:t>
      </w:r>
    </w:p>
    <w:p>
      <w:pPr>
        <w:jc w:val="right"/>
      </w:pPr>
      <w:r>
        <w:t>ہم دعوت کے لیے دعویٰ ایمپائر بنا سکیں۔</w:t>
      </w:r>
    </w:p>
    <w:p>
      <w:r>
        <w:rPr>
          <w:b/>
        </w:rPr>
        <w:t xml:space="preserve">[40:16] </w:t>
      </w:r>
      <w:r>
        <w:t>to lekin yeh saare jo baray baray awaaq khule hain, jo awaaq khule hain, is ki aik hi</w:t>
      </w:r>
    </w:p>
    <w:p>
      <w:pPr>
        <w:jc w:val="right"/>
      </w:pPr>
      <w:r>
        <w:t>تو لیکن یہ سارے جو بڑے بڑے مواقع کھلے ہیں، جو مواقع کھلے ہیں، اس کی ایک ہی</w:t>
      </w:r>
    </w:p>
    <w:p>
      <w:r>
        <w:rPr>
          <w:b/>
        </w:rPr>
        <w:t xml:space="preserve">[40:23] </w:t>
      </w:r>
      <w:r>
        <w:t>shart hai.</w:t>
      </w:r>
    </w:p>
    <w:p>
      <w:pPr>
        <w:jc w:val="right"/>
      </w:pPr>
      <w:r>
        <w:t>شرط ہے۔</w:t>
      </w:r>
    </w:p>
    <w:p>
      <w:r>
        <w:rPr>
          <w:b/>
        </w:rPr>
        <w:t xml:space="preserve">[40:25] </w:t>
      </w:r>
      <w:r>
        <w:t>woh shart yeh hai ke siyasi takrao se apne ko door rakhna.</w:t>
      </w:r>
    </w:p>
    <w:p>
      <w:pPr>
        <w:jc w:val="right"/>
      </w:pPr>
      <w:r>
        <w:t>وہ شرط یہ ہے کہ سیاسی ٹکراؤ سے اپنے کو دور رکھنا۔</w:t>
      </w:r>
    </w:p>
    <w:p>
      <w:r>
        <w:rPr>
          <w:b/>
        </w:rPr>
        <w:t xml:space="preserve">[40:30] </w:t>
      </w:r>
      <w:r>
        <w:t>ghair tasadmi tareeqa ikhtiyar karna.</w:t>
      </w:r>
    </w:p>
    <w:p>
      <w:pPr>
        <w:jc w:val="right"/>
      </w:pPr>
      <w:r>
        <w:t>غیر تصادمی طریقہ اختیار کرنا۔</w:t>
      </w:r>
    </w:p>
    <w:p>
      <w:r>
        <w:rPr>
          <w:b/>
        </w:rPr>
        <w:t xml:space="preserve">[40:32] </w:t>
      </w:r>
      <w:r>
        <w:t>jis ko hadith mein, jis ko quran mein kaha gaya hai ke asal o khair.</w:t>
      </w:r>
    </w:p>
    <w:p>
      <w:pPr>
        <w:jc w:val="right"/>
      </w:pPr>
      <w:r>
        <w:t>جس کو حدیث میں، جس کو قرآن میں کہا گیا ہے کہ اصل و خیر۔</w:t>
      </w:r>
    </w:p>
    <w:p>
      <w:r>
        <w:rPr>
          <w:b/>
        </w:rPr>
        <w:t xml:space="preserve">[40:39] </w:t>
      </w:r>
      <w:r>
        <w:t>yani ghair tasadmi tareeqa behtareen tareeqa hai.</w:t>
      </w:r>
    </w:p>
    <w:p>
      <w:pPr>
        <w:jc w:val="right"/>
      </w:pPr>
      <w:r>
        <w:t>یعنی غیر تصادمی طریقہ بہترین طریقہ ہے۔</w:t>
      </w:r>
    </w:p>
    <w:p>
      <w:r>
        <w:rPr>
          <w:b/>
        </w:rPr>
        <w:t xml:space="preserve">[40:42] </w:t>
      </w:r>
      <w:r>
        <w:t>asal o khair ka matlab hai ghair tasadmi tareeqa behtareen tareeqa hai.</w:t>
      </w:r>
    </w:p>
    <w:p>
      <w:pPr>
        <w:jc w:val="right"/>
      </w:pPr>
      <w:r>
        <w:t>اصل و خیر کا مطلب ہے غیر تصادمی طریقہ بہترین طریقہ ہے۔</w:t>
      </w:r>
    </w:p>
    <w:p>
      <w:r>
        <w:rPr>
          <w:b/>
        </w:rPr>
        <w:t xml:space="preserve">[40:47] </w:t>
      </w:r>
      <w:r>
        <w:t>to is zamanay mein jo awaaq khule hain, jo awaaq, jo awaaq khule hain, un ko dastiyab karne</w:t>
      </w:r>
    </w:p>
    <w:p>
      <w:pPr>
        <w:jc w:val="right"/>
      </w:pPr>
      <w:r>
        <w:t>تو اس زمانے میں جو مواقع کھلے ہیں، جو مواقع، جو مواقع کھلے ہیں، ان کو دستیاب کرنے</w:t>
      </w:r>
    </w:p>
    <w:p>
      <w:r>
        <w:rPr>
          <w:b/>
        </w:rPr>
        <w:t xml:space="preserve">[40:55] </w:t>
      </w:r>
      <w:r>
        <w:t>ke liye aik bohat hi lazmi shart hai.</w:t>
      </w:r>
    </w:p>
    <w:p>
      <w:pPr>
        <w:jc w:val="right"/>
      </w:pPr>
      <w:r>
        <w:t>کے لیے ایک بہت ہی لازمی شرط ہے۔</w:t>
      </w:r>
    </w:p>
    <w:p>
      <w:r>
        <w:rPr>
          <w:b/>
        </w:rPr>
        <w:t xml:space="preserve">[40:58] </w:t>
      </w:r>
      <w:r>
        <w:t>wo shart kya hai? wo yahi hai ke har qism ke takrao se bachna.</w:t>
      </w:r>
    </w:p>
    <w:p>
      <w:pPr>
        <w:jc w:val="right"/>
      </w:pPr>
      <w:r>
        <w:t>وہ شرط کیا ہے؟ وہ یہی ہے کہ ہر قسم کے ٹکراؤ سے بچنا۔</w:t>
      </w:r>
    </w:p>
    <w:p>
      <w:r>
        <w:rPr>
          <w:b/>
        </w:rPr>
        <w:t xml:space="preserve">[41:04] </w:t>
      </w:r>
      <w:r>
        <w:t>takrao se jab tak aap bachenge nahi, tab tak aap in mawaqe ko dastiyab nahi kar sakte.</w:t>
      </w:r>
    </w:p>
    <w:p>
      <w:pPr>
        <w:jc w:val="right"/>
      </w:pPr>
      <w:r>
        <w:t>ٹکراؤ سے جب تک آپ بچیں گے نہیں، تب تک آپ ان مواقع کو دستیاب نہیں کر سکتے۔</w:t>
      </w:r>
    </w:p>
    <w:p>
      <w:r>
        <w:rPr>
          <w:b/>
        </w:rPr>
        <w:t xml:space="preserve">[41:12] </w:t>
      </w:r>
      <w:r>
        <w:t>is zamane mein ye ajib o gharib baat hui hai ke logon ne takrao hi ko sab se</w:t>
      </w:r>
    </w:p>
    <w:p>
      <w:pPr>
        <w:jc w:val="right"/>
      </w:pPr>
      <w:r>
        <w:t>اس زمانے میں یہ عجیب و غریب بات ہوئی ہے کہ لوگوں نے ٹکراؤ ہی کو سب سے</w:t>
      </w:r>
    </w:p>
    <w:p>
      <w:r>
        <w:rPr>
          <w:b/>
        </w:rPr>
        <w:t xml:space="preserve">[41:19] </w:t>
      </w:r>
      <w:r>
        <w:t>bara tareeqa samajh liya.</w:t>
      </w:r>
    </w:p>
    <w:p>
      <w:pPr>
        <w:jc w:val="right"/>
      </w:pPr>
      <w:r>
        <w:t>بڑا طریقہ سمجھ لیا۔</w:t>
      </w:r>
    </w:p>
    <w:p>
      <w:r>
        <w:rPr>
          <w:b/>
        </w:rPr>
        <w:t xml:space="preserve">[41:21] </w:t>
      </w:r>
      <w:r>
        <w:t>yahan tak ke maine padha aik sahib ka mazmoon.</w:t>
      </w:r>
    </w:p>
    <w:p>
      <w:pPr>
        <w:jc w:val="right"/>
      </w:pPr>
      <w:r>
        <w:t>یہاں تک کہ میں نے پڑھا ایک صاحب کا مضمون۔</w:t>
      </w:r>
    </w:p>
    <w:p>
      <w:r>
        <w:rPr>
          <w:b/>
        </w:rPr>
        <w:t xml:space="preserve">[41:25] </w:t>
      </w:r>
      <w:r>
        <w:t>is mein unhon ne likha hai ke islam mein gardan katana ye samm bonam hai.</w:t>
      </w:r>
    </w:p>
    <w:p>
      <w:pPr>
        <w:jc w:val="right"/>
      </w:pPr>
      <w:r>
        <w:t>اس میں انہوں نے لکھا ہے کہ اسلام میں گردن کٹانا یہ سمم بونم ہے۔</w:t>
      </w:r>
    </w:p>
    <w:p>
      <w:r>
        <w:rPr>
          <w:b/>
        </w:rPr>
        <w:t xml:space="preserve">[41:32] </w:t>
      </w:r>
      <w:r>
        <w:t>halankay bilkul be buniyad baat hai.</w:t>
      </w:r>
    </w:p>
    <w:p>
      <w:pPr>
        <w:jc w:val="right"/>
      </w:pPr>
      <w:r>
        <w:t>حالانکہ بالکل بے بنیاد بات ہے۔</w:t>
      </w:r>
    </w:p>
    <w:p>
      <w:r>
        <w:rPr>
          <w:b/>
        </w:rPr>
        <w:t xml:space="preserve">[41:34] </w:t>
      </w:r>
      <w:r>
        <w:t>goya takrao ko unhon ne sab se bari cheez maan liya.</w:t>
      </w:r>
    </w:p>
    <w:p>
      <w:pPr>
        <w:jc w:val="right"/>
      </w:pPr>
      <w:r>
        <w:t>گویا ٹکراؤ کو انہوں نے سب سے بڑی چیز مان لیا۔</w:t>
      </w:r>
    </w:p>
    <w:p>
      <w:r>
        <w:rPr>
          <w:b/>
        </w:rPr>
        <w:t xml:space="preserve">[41:39] </w:t>
      </w:r>
      <w:r>
        <w:t>gardan katana aap jante hain ke takrao ki aakhri had hai.</w:t>
      </w:r>
    </w:p>
    <w:p>
      <w:pPr>
        <w:jc w:val="right"/>
      </w:pPr>
      <w:r>
        <w:t>گردن کٹانا آپ جانتے ہیں کہ ٹکراؤ کی آخری حد ہے۔</w:t>
      </w:r>
    </w:p>
    <w:p>
      <w:r>
        <w:rPr>
          <w:b/>
        </w:rPr>
        <w:t xml:space="preserve">[41:44] </w:t>
      </w:r>
      <w:r>
        <w:t>khudkushi bombing jo hai, us ki aakhri had hai.</w:t>
      </w:r>
    </w:p>
    <w:p>
      <w:pPr>
        <w:jc w:val="right"/>
      </w:pPr>
      <w:r>
        <w:t>خودکشی بمبارنگ جو ہے، اس کی آخری حد ہے۔</w:t>
      </w:r>
    </w:p>
    <w:p>
      <w:r>
        <w:rPr>
          <w:b/>
        </w:rPr>
        <w:t xml:space="preserve">[41:48] </w:t>
      </w:r>
      <w:r>
        <w:t>to jab tak is ko na chhora jaye, yani gardan katane ka zehan chhodna padega, khudkushi bombing</w:t>
      </w:r>
    </w:p>
    <w:p>
      <w:pPr>
        <w:jc w:val="right"/>
      </w:pPr>
      <w:r>
        <w:t>تو جب تک اس کو نہ چھوڑا جائے، یعنی گردن کٹانے کا ذہن چھوڑنا پڑے گا، خودکشی بمبارنگ</w:t>
      </w:r>
    </w:p>
    <w:p>
      <w:r>
        <w:rPr>
          <w:b/>
        </w:rPr>
        <w:t xml:space="preserve">[41:55] </w:t>
      </w:r>
      <w:r>
        <w:t>ka zehan chhodna padega, takrao ki siyasat ko chhodna padega, aur maadi mafadat ko le kar</w:t>
      </w:r>
    </w:p>
    <w:p>
      <w:pPr>
        <w:jc w:val="right"/>
      </w:pPr>
      <w:r>
        <w:t>کا ذہن چھوڑنا پڑے گا، ٹکراؤ کی سیاست کو چھوڑنا پڑے گا، اور مادی مفادات کو لے کر</w:t>
      </w:r>
    </w:p>
    <w:p>
      <w:r>
        <w:rPr>
          <w:b/>
        </w:rPr>
        <w:t xml:space="preserve">[42:03] </w:t>
      </w:r>
      <w:r>
        <w:t>ladai bhadai ko chhodna padega, tab ja kar ye mumkin hoga ke aap aaj ke jo mawaqe</w:t>
      </w:r>
    </w:p>
    <w:p>
      <w:pPr>
        <w:jc w:val="right"/>
      </w:pPr>
      <w:r>
        <w:t>لڑائی بھڑائی کو چھوڑنا پڑے گا، تب جا کر یہ ممکن ہوگا کہ آپ آج کے جو مواقع</w:t>
      </w:r>
    </w:p>
    <w:p>
      <w:r>
        <w:rPr>
          <w:b/>
        </w:rPr>
        <w:t xml:space="preserve">[42:11] </w:t>
      </w:r>
      <w:r>
        <w:t>hain, is ko dastiyab kar saken.</w:t>
      </w:r>
    </w:p>
    <w:p>
      <w:pPr>
        <w:jc w:val="right"/>
      </w:pPr>
      <w:r>
        <w:t>ہیں، اس کو دستیاب کر سکیں۔</w:t>
      </w:r>
    </w:p>
    <w:p>
      <w:r>
        <w:rPr>
          <w:b/>
        </w:rPr>
        <w:t xml:space="preserve">[42:13] </w:t>
      </w:r>
      <w:r>
        <w:t>to aik taraf to ye hikmat chahiye.</w:t>
      </w:r>
    </w:p>
    <w:p>
      <w:pPr>
        <w:jc w:val="right"/>
      </w:pPr>
      <w:r>
        <w:t>تو ایک طرف تو یہ حکمت چاہیے۔</w:t>
      </w:r>
    </w:p>
    <w:p>
      <w:r>
        <w:rPr>
          <w:b/>
        </w:rPr>
        <w:t xml:space="preserve">[42:16] </w:t>
      </w:r>
      <w:r>
        <w:t>ghair tasadmi hikmat.</w:t>
      </w:r>
    </w:p>
    <w:p>
      <w:pPr>
        <w:jc w:val="right"/>
      </w:pPr>
      <w:r>
        <w:t>غیر تصادمی حکمت۔</w:t>
      </w:r>
    </w:p>
    <w:p>
      <w:r>
        <w:rPr>
          <w:b/>
        </w:rPr>
        <w:t xml:space="preserve">[42:18] </w:t>
      </w:r>
      <w:r>
        <w:t>ye chahiye.</w:t>
      </w:r>
    </w:p>
    <w:p>
      <w:pPr>
        <w:jc w:val="right"/>
      </w:pPr>
      <w:r>
        <w:t>یہ چاہیے۔</w:t>
      </w:r>
    </w:p>
    <w:p>
      <w:r>
        <w:rPr>
          <w:b/>
        </w:rPr>
        <w:t xml:space="preserve">[42:19] </w:t>
      </w:r>
      <w:r>
        <w:t>dusri baat ye hai ke hadith mein aata hai ke in yakoon baseeran bizamanah.</w:t>
      </w:r>
    </w:p>
    <w:p>
      <w:pPr>
        <w:jc w:val="right"/>
      </w:pPr>
      <w:r>
        <w:t>دوسری بات یہ ہے کہ حدیث میں آتا ہے کہ ان یکون بصیرا بزمانہ۔</w:t>
      </w:r>
    </w:p>
    <w:p>
      <w:r>
        <w:rPr>
          <w:b/>
        </w:rPr>
        <w:t xml:space="preserve">[42:25] </w:t>
      </w:r>
      <w:r>
        <w:t>yani apna jo jis zamane mein insan kaam kar raha hai, us zamane ke, yani us zamane ke</w:t>
      </w:r>
    </w:p>
    <w:p>
      <w:pPr>
        <w:jc w:val="right"/>
      </w:pPr>
      <w:r>
        <w:t>یعنی اپنا جو جس زمانے میں انسان کام کر رہا ہے، اس زمانے کے، یعنی اس زمانے کے</w:t>
      </w:r>
    </w:p>
    <w:p>
      <w:r>
        <w:rPr>
          <w:b/>
        </w:rPr>
        <w:t xml:space="preserve">[42:33] </w:t>
      </w:r>
      <w:r>
        <w:t>mayar par kaam karna, tab hi wo mutabiq mayar hoga.</w:t>
      </w:r>
    </w:p>
    <w:p>
      <w:pPr>
        <w:jc w:val="right"/>
      </w:pPr>
      <w:r>
        <w:t>معیار پر کام کرنا، تب ہی وہ مطابق معیار ہوگا۔</w:t>
      </w:r>
    </w:p>
    <w:p>
      <w:r>
        <w:rPr>
          <w:b/>
        </w:rPr>
        <w:t xml:space="preserve">[42:37] </w:t>
      </w:r>
      <w:r>
        <w:t>tab hi wo mutabiq nishan hoga.</w:t>
      </w:r>
    </w:p>
    <w:p>
      <w:pPr>
        <w:jc w:val="right"/>
      </w:pPr>
      <w:r>
        <w:t>تب ہی وہ مطابق نشان ہوگا۔</w:t>
      </w:r>
    </w:p>
    <w:p>
      <w:r>
        <w:rPr>
          <w:b/>
        </w:rPr>
        <w:t xml:space="preserve">[42:40] </w:t>
      </w:r>
      <w:r>
        <w:t>to aik taraf agar hamein ghair tasadmi tareeqa ikhtiyar karna hai, to doosri taraf hamein apne aap ko</w:t>
      </w:r>
    </w:p>
    <w:p>
      <w:pPr>
        <w:jc w:val="right"/>
      </w:pPr>
      <w:r>
        <w:t>تو ایک طرف اگر ہمیں غیر تصادمی طریقہ اختیار کرنا ہے، تو دوسری طرف ہمیں اپنے آپ کو</w:t>
      </w:r>
    </w:p>
    <w:p>
      <w:r>
        <w:rPr>
          <w:b/>
        </w:rPr>
        <w:t xml:space="preserve">[42:48] </w:t>
      </w:r>
      <w:r>
        <w:t>taiyar karna hai.</w:t>
      </w:r>
    </w:p>
    <w:p>
      <w:pPr>
        <w:jc w:val="right"/>
      </w:pPr>
      <w:r>
        <w:t>تیار کرنا ہے۔</w:t>
      </w:r>
    </w:p>
    <w:p>
      <w:r>
        <w:rPr>
          <w:b/>
        </w:rPr>
        <w:t xml:space="preserve">[42:49] </w:t>
      </w:r>
      <w:r>
        <w:t>taiyar.</w:t>
      </w:r>
    </w:p>
    <w:p>
      <w:pPr>
        <w:jc w:val="right"/>
      </w:pPr>
      <w:r>
        <w:t>تیار۔</w:t>
      </w:r>
    </w:p>
    <w:p>
      <w:r>
        <w:rPr>
          <w:b/>
        </w:rPr>
        <w:t xml:space="preserve">[42:51] </w:t>
      </w:r>
      <w:r>
        <w:t>yeh tayari ka mamla hai.</w:t>
      </w:r>
    </w:p>
    <w:p>
      <w:pPr>
        <w:jc w:val="right"/>
      </w:pPr>
      <w:r>
        <w:t>یہ تیاری کا معاملہ ہے۔</w:t>
      </w:r>
    </w:p>
    <w:p>
      <w:r>
        <w:rPr>
          <w:b/>
        </w:rPr>
        <w:t xml:space="preserve">[42:53] </w:t>
      </w:r>
      <w:r>
        <w:t>to apne ko tayar karna hai ke hum aaj ke mayar ke mutabiq kaam kar saken.</w:t>
      </w:r>
    </w:p>
    <w:p>
      <w:pPr>
        <w:jc w:val="right"/>
      </w:pPr>
      <w:r>
        <w:t>تو اپنے کو تیار کرنا ہے کہ ہم آج کے معیار کے مطابق کام کر سکیں۔</w:t>
      </w:r>
    </w:p>
    <w:p>
      <w:r>
        <w:rPr>
          <w:b/>
        </w:rPr>
        <w:t xml:space="preserve">[43:00] </w:t>
      </w:r>
      <w:r>
        <w:t>misalan aaj ke jo bain ul aqwami zubanen hain, us ko seekhna.</w:t>
      </w:r>
    </w:p>
    <w:p>
      <w:pPr>
        <w:jc w:val="right"/>
      </w:pPr>
      <w:r>
        <w:t>مثلاً آج کے جو بین الاقوامی زبانیں ہیں، اس کو سیکھنا۔</w:t>
      </w:r>
    </w:p>
    <w:p>
      <w:r>
        <w:rPr>
          <w:b/>
        </w:rPr>
        <w:t xml:space="preserve">[43:04] </w:t>
      </w:r>
      <w:r>
        <w:t>aaj ka jo muhawara hai, jadeed muhawara, us mein baat kar sakna.</w:t>
      </w:r>
    </w:p>
    <w:p>
      <w:pPr>
        <w:jc w:val="right"/>
      </w:pPr>
      <w:r>
        <w:t>آج کا جو محاورہ ہے، جدید محاورہ، اس میں بات کر سکنا۔</w:t>
      </w:r>
    </w:p>
    <w:p>
      <w:r>
        <w:rPr>
          <w:b/>
        </w:rPr>
        <w:t xml:space="preserve">[43:10] </w:t>
      </w:r>
      <w:r>
        <w:t>misalan pehle zamanay mein aap jantay hain ke tamseel ki zuban chalti thi.</w:t>
      </w:r>
    </w:p>
    <w:p>
      <w:pPr>
        <w:jc w:val="right"/>
      </w:pPr>
      <w:r>
        <w:t>مثلاً پہلے زمانے میں آپ جانتے ہیں کہ تمثیل کی زبان چلتی تھی۔</w:t>
      </w:r>
    </w:p>
    <w:p>
      <w:r>
        <w:rPr>
          <w:b/>
        </w:rPr>
        <w:t xml:space="preserve">[43:15] </w:t>
      </w:r>
      <w:r>
        <w:t>misalain bayan kiya karte thay log.</w:t>
      </w:r>
    </w:p>
    <w:p>
      <w:pPr>
        <w:jc w:val="right"/>
      </w:pPr>
      <w:r>
        <w:t>مثالیں بیان کیا کرتے تھے لوگ۔</w:t>
      </w:r>
    </w:p>
    <w:p>
      <w:r>
        <w:rPr>
          <w:b/>
        </w:rPr>
        <w:t xml:space="preserve">[43:18] </w:t>
      </w:r>
      <w:r>
        <w:t>ab tamseel ke baray mein kaha jata hai ke tashbeeh sab se kamzor shakal hai behs ki.</w:t>
      </w:r>
    </w:p>
    <w:p>
      <w:pPr>
        <w:jc w:val="right"/>
      </w:pPr>
      <w:r>
        <w:t>اب تمثیل کے بارے میں کہا جاتا ہے کہ تشبیہ سب سے کمزور شکل ہے بحث کی۔</w:t>
      </w:r>
    </w:p>
    <w:p>
      <w:r>
        <w:rPr>
          <w:b/>
        </w:rPr>
        <w:t xml:space="preserve">[43:25] </w:t>
      </w:r>
      <w:r>
        <w:t>aaj ka insan jo hai, tashbeeh ko pasand nahi karta.</w:t>
      </w:r>
    </w:p>
    <w:p>
      <w:pPr>
        <w:jc w:val="right"/>
      </w:pPr>
      <w:r>
        <w:t>آج کا انسان جو ہے، تشبیہ کو پسند نہیں کرتا۔</w:t>
      </w:r>
    </w:p>
    <w:p>
      <w:r>
        <w:rPr>
          <w:b/>
        </w:rPr>
        <w:t xml:space="preserve">[43:29] </w:t>
      </w:r>
      <w:r>
        <w:t>ab aap ko saensy behs dena paray ga.</w:t>
      </w:r>
    </w:p>
    <w:p>
      <w:pPr>
        <w:jc w:val="right"/>
      </w:pPr>
      <w:r>
        <w:t>اب آپ کو سائنسی بحث دینا پڑے گا۔</w:t>
      </w:r>
    </w:p>
    <w:p>
      <w:r>
        <w:rPr>
          <w:b/>
        </w:rPr>
        <w:t xml:space="preserve">[43:33] </w:t>
      </w:r>
      <w:r>
        <w:t>aqli behs dena paray ga.</w:t>
      </w:r>
    </w:p>
    <w:p>
      <w:pPr>
        <w:jc w:val="right"/>
      </w:pPr>
      <w:r>
        <w:t>عقلی بحث دینا پڑے گا۔</w:t>
      </w:r>
    </w:p>
    <w:p>
      <w:r>
        <w:rPr>
          <w:b/>
        </w:rPr>
        <w:t xml:space="preserve">[43:35] </w:t>
      </w:r>
      <w:r>
        <w:t>aaj ka zehn jo hai, tab hi is ka pata hoga.</w:t>
      </w:r>
    </w:p>
    <w:p>
      <w:pPr>
        <w:jc w:val="right"/>
      </w:pPr>
      <w:r>
        <w:t>آج کا ذہن جو ہے، تب ہی اس کا پتہ ہوگا۔</w:t>
      </w:r>
    </w:p>
    <w:p>
      <w:r>
        <w:rPr>
          <w:b/>
        </w:rPr>
        <w:t xml:space="preserve">[43:40] </w:t>
      </w:r>
      <w:r>
        <w:t>jab tak aaj aap aisa na karen, yani jadeed muhaware mein baat karna hoga, aqli tareeqay mein baat</w:t>
      </w:r>
    </w:p>
    <w:p>
      <w:pPr>
        <w:jc w:val="right"/>
      </w:pPr>
      <w:r>
        <w:t>جب تک آج آپ ایسا نہ کریں، یعنی جدید محاورے میں بات کرنا ہوگا، عقلی طریقے میں بات</w:t>
      </w:r>
    </w:p>
    <w:p>
      <w:r>
        <w:rPr>
          <w:b/>
        </w:rPr>
        <w:t xml:space="preserve">[43:47] </w:t>
      </w:r>
      <w:r>
        <w:t>karna hoga, tab aaj ka zehn pata hoga.</w:t>
      </w:r>
    </w:p>
    <w:p>
      <w:pPr>
        <w:jc w:val="right"/>
      </w:pPr>
      <w:r>
        <w:t>کرنا ہوگا، تب آج کا ذہن پتہ ہوگا۔</w:t>
      </w:r>
    </w:p>
    <w:p>
      <w:r>
        <w:rPr>
          <w:b/>
        </w:rPr>
        <w:t xml:space="preserve">[43:51] </w:t>
      </w:r>
      <w:r>
        <w:t>aur tab hi aap ka dawah work jo hai, moassar dawah work banay ga.</w:t>
      </w:r>
    </w:p>
    <w:p>
      <w:pPr>
        <w:jc w:val="right"/>
      </w:pPr>
      <w:r>
        <w:t>اور تب ہی آپ کا دعویٰ ورک جو ہے، مؤثر دعویٰ ورک بنے گا۔</w:t>
      </w:r>
    </w:p>
    <w:p>
      <w:r>
        <w:rPr>
          <w:b/>
        </w:rPr>
        <w:t xml:space="preserve">[43:57] </w:t>
      </w:r>
      <w:r>
        <w:t>to mein samajhta hoon ke yeh do batain janna bohat zaroori hai.</w:t>
      </w:r>
    </w:p>
    <w:p>
      <w:pPr>
        <w:jc w:val="right"/>
      </w:pPr>
      <w:r>
        <w:t>تو میں سمجھتا ہوں کہ یہ دو باتیں جاننا بہت ضروری ہے۔</w:t>
      </w:r>
    </w:p>
    <w:p>
      <w:r>
        <w:rPr>
          <w:b/>
        </w:rPr>
        <w:t xml:space="preserve">[44:02] </w:t>
      </w:r>
      <w:r>
        <w:t>yeh do batain janna bohat zaroori hai.</w:t>
      </w:r>
    </w:p>
    <w:p>
      <w:pPr>
        <w:jc w:val="right"/>
      </w:pPr>
      <w:r>
        <w:t>یہ دو باتیں جاننا بہت ضروری ہے۔</w:t>
      </w:r>
    </w:p>
    <w:p>
      <w:r>
        <w:rPr>
          <w:b/>
        </w:rPr>
        <w:t xml:space="preserve">[44:05] </w:t>
      </w:r>
      <w:r>
        <w:t>woh kiya? ke naye zamanay mein decentralization jo hua hai siyasat ka, us se bohat ziyada awaqe</w:t>
      </w:r>
    </w:p>
    <w:p>
      <w:pPr>
        <w:jc w:val="right"/>
      </w:pPr>
      <w:r>
        <w:t>وہ کیا؟ کہ نئے زمانے میں ڈی سینٹرلائزیشن جو ہوا ہے سیاست کا، اس سے بہت زیادہ مواقع</w:t>
      </w:r>
    </w:p>
    <w:p>
      <w:r>
        <w:rPr>
          <w:b/>
        </w:rPr>
        <w:t xml:space="preserve">[44:13] </w:t>
      </w:r>
      <w:r>
        <w:t>khul gaye hain.</w:t>
      </w:r>
    </w:p>
    <w:p>
      <w:pPr>
        <w:jc w:val="right"/>
      </w:pPr>
      <w:r>
        <w:t>کھل گئے ہیں۔</w:t>
      </w:r>
    </w:p>
    <w:p>
      <w:r>
        <w:rPr>
          <w:b/>
        </w:rPr>
        <w:t xml:space="preserve">[44:14] </w:t>
      </w:r>
      <w:r>
        <w:t>ab institution bana kar ke bohat hi baray baray kaam aap kar sakte hain.</w:t>
      </w:r>
    </w:p>
    <w:p>
      <w:pPr>
        <w:jc w:val="right"/>
      </w:pPr>
      <w:r>
        <w:t>اب انسٹیٹیوشن بنا کر کے بہت ہی بڑے بڑے کام آپ کر سکتے ہیں۔</w:t>
      </w:r>
    </w:p>
    <w:p>
      <w:r>
        <w:rPr>
          <w:b/>
        </w:rPr>
        <w:t xml:space="preserve">[44:20] </w:t>
      </w:r>
      <w:r>
        <w:t>jo pehle sirf badshah log kiya karte thay.</w:t>
      </w:r>
    </w:p>
    <w:p>
      <w:pPr>
        <w:jc w:val="right"/>
      </w:pPr>
      <w:r>
        <w:t>جو پہلے صرف بادشاہ لوگ کیا کرتے تھے۔</w:t>
      </w:r>
    </w:p>
    <w:p>
      <w:r>
        <w:rPr>
          <w:b/>
        </w:rPr>
        <w:t xml:space="preserve">[44:23] </w:t>
      </w:r>
      <w:r>
        <w:t>ab badshahat ki zaroorat nahi hai.</w:t>
      </w:r>
    </w:p>
    <w:p>
      <w:pPr>
        <w:jc w:val="right"/>
      </w:pPr>
      <w:r>
        <w:t>اب بادشاہت کی ضرورت نہیں ہے۔</w:t>
      </w:r>
    </w:p>
    <w:p>
      <w:r>
        <w:rPr>
          <w:b/>
        </w:rPr>
        <w:t xml:space="preserve">[44:26] </w:t>
      </w:r>
      <w:r>
        <w:t>ab aap ko badshah banay ki zaroorat nahi hai.</w:t>
      </w:r>
    </w:p>
    <w:p>
      <w:pPr>
        <w:jc w:val="right"/>
      </w:pPr>
      <w:r>
        <w:t>اب آپ کو بادشاہ بننے کی ضرورت نہیں ہے۔</w:t>
      </w:r>
    </w:p>
    <w:p>
      <w:r>
        <w:rPr>
          <w:b/>
        </w:rPr>
        <w:t xml:space="preserve">[44:30] </w:t>
      </w:r>
      <w:r>
        <w:t>badshah banay baghair aap baray baray kaam kar sakte hain.</w:t>
      </w:r>
    </w:p>
    <w:p>
      <w:pPr>
        <w:jc w:val="right"/>
      </w:pPr>
      <w:r>
        <w:t>بادشاہ بنے بغیر آپ بڑے بڑے کام کر سکتے ہیں۔</w:t>
      </w:r>
    </w:p>
    <w:p>
      <w:r>
        <w:rPr>
          <w:b/>
        </w:rPr>
        <w:t xml:space="preserve">[44:34] </w:t>
      </w:r>
      <w:r>
        <w:t>badqismati se is zamanay mein jo log, jin logon ke hath mein taqat aai, woh is rah ko</w:t>
      </w:r>
    </w:p>
    <w:p>
      <w:pPr>
        <w:jc w:val="right"/>
      </w:pPr>
      <w:r>
        <w:t>بدقسمتی سے اس زمانے میں جو لوگ، جن لوگوں کے ہاتھ میں طاقت آئی، وہ اس راہ کو</w:t>
      </w:r>
    </w:p>
    <w:p>
      <w:r>
        <w:rPr>
          <w:b/>
        </w:rPr>
        <w:t xml:space="preserve">[44:42] </w:t>
      </w:r>
      <w:r>
        <w:t>na samajh sakay.</w:t>
      </w:r>
    </w:p>
    <w:p>
      <w:pPr>
        <w:jc w:val="right"/>
      </w:pPr>
      <w:r>
        <w:t>نہ سمجھ سکے۔</w:t>
      </w:r>
    </w:p>
    <w:p>
      <w:r>
        <w:rPr>
          <w:b/>
        </w:rPr>
        <w:t xml:space="preserve">[44:43] </w:t>
      </w:r>
      <w:r>
        <w:t>woh siyasat ko bari cheez mante rahe, isi se sab kuch hasil karne ki koshish karte rahe.</w:t>
      </w:r>
    </w:p>
    <w:p>
      <w:pPr>
        <w:jc w:val="right"/>
      </w:pPr>
      <w:r>
        <w:t>وہ سیاست کو بڑی چیز مانتے رہے، اسی سے سب کچھ حاصل کرنے کی کوشش کرتے رہے۔</w:t>
      </w:r>
    </w:p>
    <w:p>
      <w:r>
        <w:rPr>
          <w:b/>
        </w:rPr>
        <w:t xml:space="preserve">[44:51] </w:t>
      </w:r>
      <w:r>
        <w:t>to mein yeh kahunga ke do shartein lazmi hain.</w:t>
      </w:r>
    </w:p>
    <w:p>
      <w:pPr>
        <w:jc w:val="right"/>
      </w:pPr>
      <w:r>
        <w:t>تو میں یہ کہوں گا کہ دو شرطیں لازمی ہیں۔</w:t>
      </w:r>
    </w:p>
    <w:p>
      <w:r>
        <w:rPr>
          <w:b/>
        </w:rPr>
        <w:t xml:space="preserve">[44:55] </w:t>
      </w:r>
      <w:r>
        <w:t>number ek, yeh takrao ko chhodna.</w:t>
      </w:r>
    </w:p>
    <w:p>
      <w:pPr>
        <w:jc w:val="right"/>
      </w:pPr>
      <w:r>
        <w:t>نمبر ایک، یہ ٹکراؤ کو چھوڑنا۔</w:t>
      </w:r>
    </w:p>
    <w:p>
      <w:r>
        <w:rPr>
          <w:b/>
        </w:rPr>
        <w:t xml:space="preserve">[44:58] </w:t>
      </w:r>
      <w:r>
        <w:t>takrao ki policy ko chhodna.</w:t>
      </w:r>
    </w:p>
    <w:p>
      <w:pPr>
        <w:jc w:val="right"/>
      </w:pPr>
      <w:r>
        <w:t>ٹکراؤ کی پالیسی کو چھوڑنا۔</w:t>
      </w:r>
    </w:p>
    <w:p>
      <w:r>
        <w:rPr>
          <w:b/>
        </w:rPr>
        <w:t xml:space="preserve">[45:00] </w:t>
      </w:r>
      <w:r>
        <w:t>yeh shartein lazim hain.</w:t>
      </w:r>
    </w:p>
    <w:p>
      <w:pPr>
        <w:jc w:val="right"/>
      </w:pPr>
      <w:r>
        <w:t>یہ شرطیں لازم ہیں۔</w:t>
      </w:r>
    </w:p>
    <w:p>
      <w:r>
        <w:rPr>
          <w:b/>
        </w:rPr>
        <w:t xml:space="preserve">[45:01] </w:t>
      </w:r>
      <w:r>
        <w:t>jab tak aap takrao ki policy ko nahi chhodenge, tab tak kuch bhi hone wala nahi hai.</w:t>
      </w:r>
    </w:p>
    <w:p>
      <w:pPr>
        <w:jc w:val="right"/>
      </w:pPr>
      <w:r>
        <w:t>جب تک آپ ٹکراؤ کی پالیسی کو نہیں چھوڑیں گے، تب تک کچھ بھی ہونے والا نہیں ہے۔</w:t>
      </w:r>
    </w:p>
    <w:p>
      <w:r>
        <w:rPr>
          <w:b/>
        </w:rPr>
        <w:t xml:space="preserve">[45:09] </w:t>
      </w:r>
      <w:r>
        <w:t>dekhein, takrao ki policy kya karti hai? manfi fiza banati hai.</w:t>
      </w:r>
    </w:p>
    <w:p>
      <w:pPr>
        <w:jc w:val="right"/>
      </w:pPr>
      <w:r>
        <w:t>دیکھیں، ٹکراؤ کی پالیسی کیا کرتی ہے؟ منفی فضا بناتی ہے۔</w:t>
      </w:r>
    </w:p>
    <w:p>
      <w:r>
        <w:rPr>
          <w:b/>
        </w:rPr>
        <w:t xml:space="preserve">[45:14] </w:t>
      </w:r>
      <w:r>
        <w:t>manfi sargarmiyan janam leti hain.</w:t>
      </w:r>
    </w:p>
    <w:p>
      <w:pPr>
        <w:jc w:val="right"/>
      </w:pPr>
      <w:r>
        <w:t>منفی سرگرمیاں جنم لیتی ہیں۔</w:t>
      </w:r>
    </w:p>
    <w:p>
      <w:r>
        <w:rPr>
          <w:b/>
        </w:rPr>
        <w:t xml:space="preserve">[45:16] </w:t>
      </w:r>
      <w:r>
        <w:t>manfi mahol banta hai.</w:t>
      </w:r>
    </w:p>
    <w:p>
      <w:pPr>
        <w:jc w:val="right"/>
      </w:pPr>
      <w:r>
        <w:t>منفی ماحول بنتا ہے۔</w:t>
      </w:r>
    </w:p>
    <w:p>
      <w:r>
        <w:rPr>
          <w:b/>
        </w:rPr>
        <w:t xml:space="preserve">[45:18] </w:t>
      </w:r>
      <w:r>
        <w:t>aur jab aap takrao ki policy khatm kar dein to kya hota hai? musbat mahol banta hai.</w:t>
      </w:r>
    </w:p>
    <w:p>
      <w:pPr>
        <w:jc w:val="right"/>
      </w:pPr>
      <w:r>
        <w:t>اور جب آپ ٹکراؤ کی پالیسی ختم کر دیں تو کیا ہوتا ہے؟ مثبت ماحول بنتا ہے۔</w:t>
      </w:r>
    </w:p>
    <w:p>
      <w:r>
        <w:rPr>
          <w:b/>
        </w:rPr>
        <w:t xml:space="preserve">[45:25] </w:t>
      </w:r>
      <w:r>
        <w:t>musbat sargarmiyan janam leti hain.</w:t>
      </w:r>
    </w:p>
    <w:p>
      <w:pPr>
        <w:jc w:val="right"/>
      </w:pPr>
      <w:r>
        <w:t>مثبت سرگرمیاں جنم لیتی ہیں۔</w:t>
      </w:r>
    </w:p>
    <w:p>
      <w:r>
        <w:rPr>
          <w:b/>
        </w:rPr>
        <w:t xml:space="preserve">[45:27] </w:t>
      </w:r>
      <w:r>
        <w:t>musbat soch aati hai.</w:t>
      </w:r>
    </w:p>
    <w:p>
      <w:pPr>
        <w:jc w:val="right"/>
      </w:pPr>
      <w:r>
        <w:t>مثبت سوچ آتی ہے۔</w:t>
      </w:r>
    </w:p>
    <w:p>
      <w:r>
        <w:rPr>
          <w:b/>
        </w:rPr>
        <w:t xml:space="preserve">[45:29] </w:t>
      </w:r>
      <w:r>
        <w:t>yeh hota hai.</w:t>
      </w:r>
    </w:p>
    <w:p>
      <w:pPr>
        <w:jc w:val="right"/>
      </w:pPr>
      <w:r>
        <w:t>یہ ہوتا ہے۔</w:t>
      </w:r>
    </w:p>
    <w:p>
      <w:r>
        <w:rPr>
          <w:b/>
        </w:rPr>
        <w:t xml:space="preserve">[45:30] </w:t>
      </w:r>
      <w:r>
        <w:t>to ek kaam yeh karna hai ke takrao ki policy ko poori tarah, poori tarah khatm kar diya.</w:t>
      </w:r>
    </w:p>
    <w:p>
      <w:pPr>
        <w:jc w:val="right"/>
      </w:pPr>
      <w:r>
        <w:t>تو ایک کام یہ کرنا ہے کہ ٹکراؤ کی پالیسی کو پوری طرح، پوری طرح ختم کر دیا۔</w:t>
      </w:r>
    </w:p>
    <w:p>
      <w:r>
        <w:rPr>
          <w:b/>
        </w:rPr>
        <w:t xml:space="preserve">[45:38] </w:t>
      </w:r>
      <w:r>
        <w:t>khatm karne ka mani yeh hai ke phir bhi aisi baatein hongi jo aap ko bharkayengi.</w:t>
      </w:r>
    </w:p>
    <w:p>
      <w:pPr>
        <w:jc w:val="right"/>
      </w:pPr>
      <w:r>
        <w:t>ختم کرنے کا معنی یہ ہے کہ پھر بھی ایسی باتیں ہوں گی جو آپ کو بھڑکائیں گی۔</w:t>
      </w:r>
    </w:p>
    <w:p>
      <w:r>
        <w:rPr>
          <w:b/>
        </w:rPr>
        <w:t xml:space="preserve">[45:46] </w:t>
      </w:r>
      <w:r>
        <w:t>phir bhi aisa hoga, kabhi aap ko lagega ke aap ka yeh mafad kamzor ho raha hai.</w:t>
      </w:r>
    </w:p>
    <w:p>
      <w:pPr>
        <w:jc w:val="right"/>
      </w:pPr>
      <w:r>
        <w:t>پھر بھی ایسا ہوگا، کبھی آپ کو لگے گا کہ آپ کا یہ مفاد کمزور ہو رہا ہے۔</w:t>
      </w:r>
    </w:p>
    <w:p>
      <w:r>
        <w:rPr>
          <w:b/>
        </w:rPr>
        <w:t xml:space="preserve">[45:53] </w:t>
      </w:r>
      <w:r>
        <w:t>aap ko lagega ke yahan par aap ko nuqsan ho raha hai.</w:t>
      </w:r>
    </w:p>
    <w:p>
      <w:pPr>
        <w:jc w:val="right"/>
      </w:pPr>
      <w:r>
        <w:t>آپ کو لگے گا کہ یہاں پر آپ کو نقصان ہو رہا ہے۔</w:t>
      </w:r>
    </w:p>
    <w:p>
      <w:r>
        <w:rPr>
          <w:b/>
        </w:rPr>
        <w:t xml:space="preserve">[45:59] </w:t>
      </w:r>
      <w:r>
        <w:t>to is ke bawajood aap ko aisa karna hoga.</w:t>
      </w:r>
    </w:p>
    <w:p>
      <w:pPr>
        <w:jc w:val="right"/>
      </w:pPr>
      <w:r>
        <w:t>تو اس کے باوجود آپ کو ایسا کرنا ہوگا۔</w:t>
      </w:r>
    </w:p>
    <w:p>
      <w:r>
        <w:rPr>
          <w:b/>
        </w:rPr>
        <w:t xml:space="preserve">[46:03] </w:t>
      </w:r>
      <w:r>
        <w:t>tab bhi, yeh matlab nahi hai ke koi baat bigre nahi aap ki.</w:t>
      </w:r>
    </w:p>
    <w:p>
      <w:pPr>
        <w:jc w:val="right"/>
      </w:pPr>
      <w:r>
        <w:t>تب بھی، یہ مطلب نہیں ہے کہ کوئی بات بگڑے نہیں آپ کی۔</w:t>
      </w:r>
    </w:p>
    <w:p>
      <w:r>
        <w:rPr>
          <w:b/>
        </w:rPr>
        <w:t xml:space="preserve">[46:08] </w:t>
      </w:r>
      <w:r>
        <w:t>koi nuqsan aap ko na ho.</w:t>
      </w:r>
    </w:p>
    <w:p>
      <w:pPr>
        <w:jc w:val="right"/>
      </w:pPr>
      <w:r>
        <w:t>کوئی نقصان آپ کو نہ ہو۔</w:t>
      </w:r>
    </w:p>
    <w:p>
      <w:r>
        <w:rPr>
          <w:b/>
        </w:rPr>
        <w:t xml:space="preserve">[46:11] </w:t>
      </w:r>
      <w:r>
        <w:t>koi aap ko bharkaye na kare.</w:t>
      </w:r>
    </w:p>
    <w:p>
      <w:pPr>
        <w:jc w:val="right"/>
      </w:pPr>
      <w:r>
        <w:t>کوئی آپ کو بھڑکائے نہ کرے۔</w:t>
      </w:r>
    </w:p>
    <w:p>
      <w:r>
        <w:rPr>
          <w:b/>
        </w:rPr>
        <w:t xml:space="preserve">[46:14] </w:t>
      </w:r>
      <w:r>
        <w:t>tab aap chalayenge ghair tasadmi tareeqa.</w:t>
      </w:r>
    </w:p>
    <w:p>
      <w:pPr>
        <w:jc w:val="right"/>
      </w:pPr>
      <w:r>
        <w:t>تب آپ چلائیں گے غیر تصادمی طریقہ۔</w:t>
      </w:r>
    </w:p>
    <w:p>
      <w:r>
        <w:rPr>
          <w:b/>
        </w:rPr>
        <w:t xml:space="preserve">[46:17] </w:t>
      </w:r>
      <w:r>
        <w:t>nahi, bilkul nahi.</w:t>
      </w:r>
    </w:p>
    <w:p>
      <w:pPr>
        <w:jc w:val="right"/>
      </w:pPr>
      <w:r>
        <w:t>نہیں، بالکل نہیں۔</w:t>
      </w:r>
    </w:p>
    <w:p>
      <w:r>
        <w:rPr>
          <w:b/>
        </w:rPr>
        <w:t xml:space="preserve">[46:18] </w:t>
      </w:r>
      <w:r>
        <w:t>phir to kabhi bhi nahi hoga.</w:t>
      </w:r>
    </w:p>
    <w:p>
      <w:pPr>
        <w:jc w:val="right"/>
      </w:pPr>
      <w:r>
        <w:t>پھر تو کبھی بھی نہیں ہوگا۔</w:t>
      </w:r>
    </w:p>
    <w:p>
      <w:r>
        <w:rPr>
          <w:b/>
        </w:rPr>
        <w:t xml:space="preserve">[46:21] </w:t>
      </w:r>
      <w:r>
        <w:t>kyunke dunya aisi hai, is zamane mein, hamari jo dunya hai jis mein hum rehte hain, wahan to</w:t>
      </w:r>
    </w:p>
    <w:p>
      <w:pPr>
        <w:jc w:val="right"/>
      </w:pPr>
      <w:r>
        <w:t>کیونکہ دنیا ایسی ہے، اس زمانے میں، ہماری جو دنیا ہے جس میں ہم رہتے ہیں، وہاں تو</w:t>
      </w:r>
    </w:p>
    <w:p>
      <w:r>
        <w:rPr>
          <w:b/>
        </w:rPr>
        <w:t xml:space="preserve">[46:28] </w:t>
      </w:r>
      <w:r>
        <w:t>yeh hona hi hona hai ke aap ko tarah tarah ke, aise tarah tarah ke nakhushgawar waqiat pesh</w:t>
      </w:r>
    </w:p>
    <w:p>
      <w:pPr>
        <w:jc w:val="right"/>
      </w:pPr>
      <w:r>
        <w:t>یہ ہونا ہی ہونا ہے کہ آپ کو طرح طرح کے، ایسے طرح طرح کے ناخوشگوار واقعات پیش</w:t>
      </w:r>
    </w:p>
    <w:p>
      <w:r>
        <w:rPr>
          <w:b/>
        </w:rPr>
        <w:t xml:space="preserve">[46:36] </w:t>
      </w:r>
      <w:r>
        <w:t>aayen.</w:t>
      </w:r>
    </w:p>
    <w:p>
      <w:pPr>
        <w:jc w:val="right"/>
      </w:pPr>
      <w:r>
        <w:t>آئیں۔</w:t>
      </w:r>
    </w:p>
    <w:p>
      <w:r>
        <w:rPr>
          <w:b/>
        </w:rPr>
        <w:t xml:space="preserve">[46:38] </w:t>
      </w:r>
      <w:r>
        <w:t>tarah tarah ki ghair maujooda soorat-e-haal pesh aayen.</w:t>
      </w:r>
    </w:p>
    <w:p>
      <w:pPr>
        <w:jc w:val="right"/>
      </w:pPr>
      <w:r>
        <w:t>طرح طرح کی غیر موجودہ صورتحال پیش آئیں۔</w:t>
      </w:r>
    </w:p>
    <w:p>
      <w:r>
        <w:rPr>
          <w:b/>
        </w:rPr>
        <w:t xml:space="preserve">[46:41] </w:t>
      </w:r>
      <w:r>
        <w:t>yeh to hona hi hona hai.</w:t>
      </w:r>
    </w:p>
    <w:p>
      <w:pPr>
        <w:jc w:val="right"/>
      </w:pPr>
      <w:r>
        <w:t>یہ تو ہونا ہی ہونا ہے۔</w:t>
      </w:r>
    </w:p>
    <w:p>
      <w:r>
        <w:rPr>
          <w:b/>
        </w:rPr>
        <w:t xml:space="preserve">[46:44] </w:t>
      </w:r>
      <w:r>
        <w:t>to agar aap is ko bahana banayen, bahana, to aap kabhi bhi ghair-e-takhami tareeqa ikhtiyar nahi kar</w:t>
      </w:r>
    </w:p>
    <w:p>
      <w:pPr>
        <w:jc w:val="right"/>
      </w:pPr>
      <w:r>
        <w:t>تو اگر آپ اس کو بہانہ بنائیں، بہانہ، تو آپ کبھی بھی غیر تصادمی طریقہ اختیار نہیں کر</w:t>
      </w:r>
    </w:p>
    <w:p>
      <w:r>
        <w:rPr>
          <w:b/>
        </w:rPr>
        <w:t xml:space="preserve">[46:51] </w:t>
      </w:r>
      <w:r>
        <w:t>sakte.</w:t>
      </w:r>
    </w:p>
    <w:p>
      <w:pPr>
        <w:jc w:val="right"/>
      </w:pPr>
      <w:r>
        <w:t>سکتے۔</w:t>
      </w:r>
    </w:p>
    <w:p>
      <w:r>
        <w:rPr>
          <w:b/>
        </w:rPr>
        <w:t xml:space="preserve">[46:53] </w:t>
      </w:r>
      <w:r>
        <w:t>is par to sabr hi karna hai.</w:t>
      </w:r>
    </w:p>
    <w:p>
      <w:pPr>
        <w:jc w:val="right"/>
      </w:pPr>
      <w:r>
        <w:t>اس پر تو صبر ہی کرنا ہے۔</w:t>
      </w:r>
    </w:p>
    <w:p>
      <w:r>
        <w:rPr>
          <w:b/>
        </w:rPr>
        <w:t xml:space="preserve">[46:56] </w:t>
      </w:r>
      <w:r>
        <w:t>is ko to talna hai.</w:t>
      </w:r>
    </w:p>
    <w:p>
      <w:pPr>
        <w:jc w:val="right"/>
      </w:pPr>
      <w:r>
        <w:t>اس کو تو ٹالنا ہے۔</w:t>
      </w:r>
    </w:p>
    <w:p>
      <w:r>
        <w:rPr>
          <w:b/>
        </w:rPr>
        <w:t xml:space="preserve">[46:58] </w:t>
      </w:r>
      <w:r>
        <w:t>is ko to nazarandaz karna hai.</w:t>
      </w:r>
    </w:p>
    <w:p>
      <w:pPr>
        <w:jc w:val="right"/>
      </w:pPr>
      <w:r>
        <w:t>اس کو تو نظرانداز کرنا ہے۔</w:t>
      </w:r>
    </w:p>
    <w:p>
      <w:r>
        <w:rPr>
          <w:b/>
        </w:rPr>
        <w:t xml:space="preserve">[47:01] </w:t>
      </w:r>
      <w:r>
        <w:t>jab tak aap yeh policy nahi pakrein ge, matlab yeh hai ke jaise Denmark mein cartoon chhapa, to</w:t>
      </w:r>
    </w:p>
    <w:p>
      <w:pPr>
        <w:jc w:val="right"/>
      </w:pPr>
      <w:r>
        <w:t>جب تک آپ یہ پالیسی نہیں پکڑیں گے، مطلب یہ ہے کہ جیسے ڈنمارک میں کارٹون چھپا، تو</w:t>
      </w:r>
    </w:p>
    <w:p>
      <w:r>
        <w:rPr>
          <w:b/>
        </w:rPr>
        <w:t xml:space="preserve">[47:08] </w:t>
      </w:r>
      <w:r>
        <w:t>hangama khara kar diya.</w:t>
      </w:r>
    </w:p>
    <w:p>
      <w:pPr>
        <w:jc w:val="right"/>
      </w:pPr>
      <w:r>
        <w:t>ہنگامہ کھڑا کر دیا۔</w:t>
      </w:r>
    </w:p>
    <w:p>
      <w:r>
        <w:rPr>
          <w:b/>
        </w:rPr>
        <w:t xml:space="preserve">[47:10] </w:t>
      </w:r>
      <w:r>
        <w:t>to cartoon to chhape ga.</w:t>
      </w:r>
    </w:p>
    <w:p>
      <w:pPr>
        <w:jc w:val="right"/>
      </w:pPr>
      <w:r>
        <w:t>تو کارٹون تو چھپے گا۔</w:t>
      </w:r>
    </w:p>
    <w:p>
      <w:r>
        <w:rPr>
          <w:b/>
        </w:rPr>
        <w:t xml:space="preserve">[47:12] </w:t>
      </w:r>
      <w:r>
        <w:t>phir bhi aap ko nazarandaz karna hoga is ko.</w:t>
      </w:r>
    </w:p>
    <w:p>
      <w:pPr>
        <w:jc w:val="right"/>
      </w:pPr>
      <w:r>
        <w:t>پھر بھی آپ کو نظرانداز کرنا ہوگا اس کو۔</w:t>
      </w:r>
    </w:p>
    <w:p>
      <w:r>
        <w:rPr>
          <w:b/>
        </w:rPr>
        <w:t xml:space="preserve">[47:16] </w:t>
      </w:r>
      <w:r>
        <w:t>aur doosri cheez yeh hai ke aap ko aaj ki zaban seekhna hai.</w:t>
      </w:r>
    </w:p>
    <w:p>
      <w:pPr>
        <w:jc w:val="right"/>
      </w:pPr>
      <w:r>
        <w:t>اور دوسری چیز یہ ہے کہ آپ کو آج کی زبان سیکھنا ہے۔</w:t>
      </w:r>
    </w:p>
    <w:p>
      <w:r>
        <w:rPr>
          <w:b/>
        </w:rPr>
        <w:t xml:space="preserve">[47:22] </w:t>
      </w:r>
      <w:r>
        <w:t>aaj ke muhawre mein apne aap ko tayyar karna hai.</w:t>
      </w:r>
    </w:p>
    <w:p>
      <w:pPr>
        <w:jc w:val="right"/>
      </w:pPr>
      <w:r>
        <w:t>آج کے محاورے میں اپنے آپ کو تیار کرنا ہے۔</w:t>
      </w:r>
    </w:p>
    <w:p>
      <w:r>
        <w:rPr>
          <w:b/>
        </w:rPr>
        <w:t xml:space="preserve">[47:26] </w:t>
      </w:r>
      <w:r>
        <w:t>aaj ka jo tareeqa hai kaam karne ka, is ko samajhna hai.</w:t>
      </w:r>
    </w:p>
    <w:p>
      <w:pPr>
        <w:jc w:val="right"/>
      </w:pPr>
      <w:r>
        <w:t>آج کا جو طریقہ ہے کام کرنے کا، اس کو سمجھنا ہے۔</w:t>
      </w:r>
    </w:p>
    <w:p>
      <w:r>
        <w:rPr>
          <w:b/>
        </w:rPr>
        <w:t xml:space="preserve">[47:31] </w:t>
      </w:r>
      <w:r>
        <w:t>warna aap bolen ge aur insaan ka zehn pata nahi hoga.</w:t>
      </w:r>
    </w:p>
    <w:p>
      <w:pPr>
        <w:jc w:val="right"/>
      </w:pPr>
      <w:r>
        <w:t>ورنہ آپ بولیں گے اور انسان کا ذہن پتہ نہیں ہوگا۔</w:t>
      </w:r>
    </w:p>
    <w:p>
      <w:r>
        <w:rPr>
          <w:b/>
        </w:rPr>
        <w:t xml:space="preserve">[47:36] </w:t>
      </w:r>
      <w:r>
        <w:t>aap likhen ge aur aaj ka insaan is ko parhega nahi.</w:t>
      </w:r>
    </w:p>
    <w:p>
      <w:pPr>
        <w:jc w:val="right"/>
      </w:pPr>
      <w:r>
        <w:t>آپ لکھیں گے اور آج کا انسان اس کو پڑھے گا نہیں۔</w:t>
      </w:r>
    </w:p>
    <w:p>
      <w:r>
        <w:rPr>
          <w:b/>
        </w:rPr>
        <w:t xml:space="preserve">[47:41] </w:t>
      </w:r>
      <w:r>
        <w:t>yahan tak ke aap TV chalayen ge aur koi aap ke TV ko dekhega nahi.</w:t>
      </w:r>
    </w:p>
    <w:p>
      <w:pPr>
        <w:jc w:val="right"/>
      </w:pPr>
      <w:r>
        <w:t>یہاں تک کہ آپ ٹی وی چلائیں گے اور کوئی آپ کے ٹی وی کو دیکھے گا نہیں۔</w:t>
      </w:r>
    </w:p>
    <w:p>
      <w:r>
        <w:rPr>
          <w:b/>
        </w:rPr>
        <w:t xml:space="preserve">[47:49] </w:t>
      </w:r>
      <w:r>
        <w:t>jab tak jadeed miyar par na ho koi cheez, tab tak insaan is ko ahmiyat nahi deta.</w:t>
      </w:r>
    </w:p>
    <w:p>
      <w:pPr>
        <w:jc w:val="right"/>
      </w:pPr>
      <w:r>
        <w:t>جب تک جدید معیار پر نہ ہو کوئی چیز، تب تک انسان اس کو اہمیت نہیں دیتا۔</w:t>
      </w:r>
    </w:p>
    <w:p>
      <w:r>
        <w:rPr>
          <w:b/>
        </w:rPr>
        <w:t xml:space="preserve">[47:56] </w:t>
      </w:r>
      <w:r>
        <w:t>jadeed miyar par karna pare ga.</w:t>
      </w:r>
    </w:p>
    <w:p>
      <w:pPr>
        <w:jc w:val="right"/>
      </w:pPr>
      <w:r>
        <w:t>جدید معیار پر کرنا پڑے گا۔</w:t>
      </w:r>
    </w:p>
    <w:p>
      <w:r>
        <w:rPr>
          <w:b/>
        </w:rPr>
        <w:t xml:space="preserve">[47:58] </w:t>
      </w:r>
      <w:r>
        <w:t>to main jis kaam ko sab se zyada ahmiyat deta hoon, woh da'wa work hai.</w:t>
      </w:r>
    </w:p>
    <w:p>
      <w:pPr>
        <w:jc w:val="right"/>
      </w:pPr>
      <w:r>
        <w:t>تو میں جس کام کو سب سے زیادہ اہمیت دیتا ہوں، وہ دعویٰ ورک ہے۔</w:t>
      </w:r>
    </w:p>
    <w:p>
      <w:r>
        <w:rPr>
          <w:b/>
        </w:rPr>
        <w:t xml:space="preserve">[48:05] </w:t>
      </w:r>
      <w:r>
        <w:t>is zamane mein bohat se kaam khule hue hain.</w:t>
      </w:r>
    </w:p>
    <w:p>
      <w:pPr>
        <w:jc w:val="right"/>
      </w:pPr>
      <w:r>
        <w:t>اس زمانے میں بہت سے کام کھلے ہوئے ہیں۔</w:t>
      </w:r>
    </w:p>
    <w:p>
      <w:r>
        <w:rPr>
          <w:b/>
        </w:rPr>
        <w:t xml:space="preserve">[48:09] </w:t>
      </w:r>
      <w:r>
        <w:t>jisko jiska shauq ho, woh kare woh kaam ko.</w:t>
      </w:r>
    </w:p>
    <w:p>
      <w:pPr>
        <w:jc w:val="right"/>
      </w:pPr>
      <w:r>
        <w:t>جس کو جس کا ذوق ہو، وہ کرے وہ کام کو۔</w:t>
      </w:r>
    </w:p>
    <w:p>
      <w:r>
        <w:rPr>
          <w:b/>
        </w:rPr>
        <w:t xml:space="preserve">[48:13] </w:t>
      </w:r>
      <w:r>
        <w:t>lekin jahan tak mera ta'alluq hai, main samajhta hoon ke sab se bara kaam hai da'wa work.</w:t>
      </w:r>
    </w:p>
    <w:p>
      <w:pPr>
        <w:jc w:val="right"/>
      </w:pPr>
      <w:r>
        <w:t>لیکن جہاں تک میرا تعلق ہے، میں سمجھتا ہوں کہ سب سے بڑا کام ہے دعویٰ ورک۔</w:t>
      </w:r>
    </w:p>
    <w:p>
      <w:r>
        <w:rPr>
          <w:b/>
        </w:rPr>
        <w:t xml:space="preserve">[48:21] </w:t>
      </w:r>
      <w:r>
        <w:t>daawa work.</w:t>
      </w:r>
    </w:p>
    <w:p>
      <w:pPr>
        <w:jc w:val="right"/>
      </w:pPr>
      <w:r>
        <w:t>دعویٰ ورک۔</w:t>
      </w:r>
    </w:p>
    <w:p>
      <w:r>
        <w:rPr>
          <w:b/>
        </w:rPr>
        <w:t xml:space="preserve">[48:22] </w:t>
      </w:r>
      <w:r>
        <w:t>yeh musalmanon ki lazmi zimmedari hai.</w:t>
      </w:r>
    </w:p>
    <w:p>
      <w:pPr>
        <w:jc w:val="right"/>
      </w:pPr>
      <w:r>
        <w:t>یہ مسلمانوں کی لازمی ذمہ داری ہے۔</w:t>
      </w:r>
    </w:p>
    <w:p>
      <w:r>
        <w:rPr>
          <w:b/>
        </w:rPr>
        <w:t xml:space="preserve">[48:25] </w:t>
      </w:r>
      <w:r>
        <w:t>baghair daawa work ke musalman musalman nahi.</w:t>
      </w:r>
    </w:p>
    <w:p>
      <w:pPr>
        <w:jc w:val="right"/>
      </w:pPr>
      <w:r>
        <w:t>بغیر دعویٰ ورک کے مسلمان مسلمان نہیں۔</w:t>
      </w:r>
    </w:p>
    <w:p>
      <w:r>
        <w:rPr>
          <w:b/>
        </w:rPr>
        <w:t xml:space="preserve">[48:28] </w:t>
      </w:r>
      <w:r>
        <w:t>baghair daawa work ke musalman ummat e muhammadi nahi.</w:t>
      </w:r>
    </w:p>
    <w:p>
      <w:pPr>
        <w:jc w:val="right"/>
      </w:pPr>
      <w:r>
        <w:t>بغیر دعویٰ ورک کے مسلمان امت محمدی نہیں۔</w:t>
      </w:r>
    </w:p>
    <w:p>
      <w:r>
        <w:rPr>
          <w:b/>
        </w:rPr>
        <w:t xml:space="preserve">[48:32] </w:t>
      </w:r>
      <w:r>
        <w:t>baghair daawa work ke musalmanon ko khuda ki madad nahi milne wali hai.</w:t>
      </w:r>
    </w:p>
    <w:p>
      <w:pPr>
        <w:jc w:val="right"/>
      </w:pPr>
      <w:r>
        <w:t>بغیر دعویٰ ورک کے مسلمانوں کو خدا کی مدد نہیں ملنے والی ہے۔</w:t>
      </w:r>
    </w:p>
    <w:p>
      <w:r>
        <w:rPr>
          <w:b/>
        </w:rPr>
        <w:t xml:space="preserve">[48:37] </w:t>
      </w:r>
      <w:r>
        <w:t>daawa work hi par sab kuch inhisaar karta hai.</w:t>
      </w:r>
    </w:p>
    <w:p>
      <w:pPr>
        <w:jc w:val="right"/>
      </w:pPr>
      <w:r>
        <w:t>دعویٰ ورک ہی پر سب کچھ انحصار کرتا ہے۔</w:t>
      </w:r>
    </w:p>
    <w:p>
      <w:r>
        <w:rPr>
          <w:b/>
        </w:rPr>
        <w:t xml:space="preserve">[48:41] </w:t>
      </w:r>
      <w:r>
        <w:t>baqi tamam cheezein saanvi hain aur daawa work jo hai, woh buniyadi hai.</w:t>
      </w:r>
    </w:p>
    <w:p>
      <w:pPr>
        <w:jc w:val="right"/>
      </w:pPr>
      <w:r>
        <w:t>باقی تمام چیزیں ثانوی ہیں اور دعویٰ ورک جو ہے، وہ بنیادی ہے۔</w:t>
      </w:r>
    </w:p>
    <w:p>
      <w:r>
        <w:rPr>
          <w:b/>
        </w:rPr>
        <w:t xml:space="preserve">[48:47] </w:t>
      </w:r>
      <w:r>
        <w:t>lekin daawa work aap kar paayenge inhi do sharton mein ke takrao ko chhodiey aur jadeed usloob</w:t>
      </w:r>
    </w:p>
    <w:p>
      <w:pPr>
        <w:jc w:val="right"/>
      </w:pPr>
      <w:r>
        <w:t>لیکن دعویٰ ورک آپ کر پائیں گے انہی دو شرطوں میں کہ ٹکراؤ کو چھوڑیئے اور جدید اسلوب</w:t>
      </w:r>
    </w:p>
    <w:p>
      <w:r>
        <w:rPr>
          <w:b/>
        </w:rPr>
        <w:t xml:space="preserve">[48:54] </w:t>
      </w:r>
      <w:r>
        <w:t>ko samjhiye.</w:t>
      </w:r>
    </w:p>
    <w:p>
      <w:pPr>
        <w:jc w:val="right"/>
      </w:pPr>
      <w:r>
        <w:t>کو سمجھیئے۔</w:t>
      </w:r>
    </w:p>
    <w:p>
      <w:r>
        <w:rPr>
          <w:b/>
        </w:rPr>
        <w:t xml:space="preserve">[48:56] </w:t>
      </w:r>
      <w:r>
        <w:t>takrao ko chhodna aur jadeed usloob mein apne aap ko tayyar karna, yahi hai daawa work.</w:t>
      </w:r>
    </w:p>
    <w:p>
      <w:pPr>
        <w:jc w:val="right"/>
      </w:pPr>
      <w:r>
        <w:t>ٹکراؤ کو چھوڑنا اور جدید اسلوب میں اپنے آپ کو تیار کرنا، یہی ہے دعویٰ ورک۔</w:t>
      </w:r>
    </w:p>
    <w:p>
      <w:r>
        <w:rPr>
          <w:b/>
        </w:rPr>
        <w:t xml:space="preserve">[49:03] </w:t>
      </w:r>
      <w:r>
        <w:t>aqool qawli haza wastaghfirullaha li walakum ajmaeen.</w:t>
      </w:r>
    </w:p>
    <w:p>
      <w:pPr>
        <w:jc w:val="right"/>
      </w:pPr>
      <w:r>
        <w:t>أقول قولي هذا واستغفرالله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