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 Journey of Civilization Comes to an End I 1st Jan.07</w:t>
      </w:r>
    </w:p>
    <w:p>
      <w:r>
        <w:t>https://www.youtube.com/watch?v=y9IPAi-4z90</w:t>
      </w:r>
    </w:p>
    <w:p>
      <w:r>
        <w:rPr>
          <w:b/>
        </w:rPr>
        <w:t xml:space="preserve">[00:06] </w:t>
      </w:r>
      <w:r>
        <w:t>bismillah rahman rahim, wa sallallahu ala nabiyil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[00:09]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[00:15] </w:t>
      </w:r>
      <w:r>
        <w:t>aaj ki talk ke liye jo theme hai woh hai "Journey of Civilization".</w:t>
      </w:r>
    </w:p>
    <w:p>
      <w:pPr>
        <w:jc w:val="right"/>
      </w:pPr>
      <w:r>
        <w:t>آج کی ٹاک کے لیے جو تھیم ہے وہ ہے "Journey of Civilization"۔</w:t>
      </w:r>
    </w:p>
    <w:p>
      <w:r>
        <w:rPr>
          <w:b/>
        </w:rPr>
        <w:t xml:space="preserve">[00:21] </w:t>
      </w:r>
      <w:r>
        <w:t>tehzeeb insani ka safar, "Journey of Civilization".</w:t>
      </w:r>
    </w:p>
    <w:p>
      <w:pPr>
        <w:jc w:val="right"/>
      </w:pPr>
      <w:r>
        <w:t>تہذیب انسانی کا سفر، "Journey of Civilization"۔</w:t>
      </w:r>
    </w:p>
    <w:p>
      <w:r>
        <w:rPr>
          <w:b/>
        </w:rPr>
        <w:t xml:space="preserve">[00:24] </w:t>
      </w:r>
      <w:r>
        <w:t>is ka khulasa aap yeh samajh sakte hain ke bohat dinon ki study aur soch bichar ke baad</w:t>
      </w:r>
    </w:p>
    <w:p>
      <w:pPr>
        <w:jc w:val="right"/>
      </w:pPr>
      <w:r>
        <w:t>اس کا خلاصہ آپ یہ سمجھ سکتے ہیں کہ بہت دنوں کی study اور سوچ بچار کے بعد</w:t>
      </w:r>
    </w:p>
    <w:p>
      <w:r>
        <w:rPr>
          <w:b/>
        </w:rPr>
        <w:t xml:space="preserve">[00:31] </w:t>
      </w:r>
      <w:r>
        <w:t>mein yeh samajh paya hoon ke jis cheez ko hum civilization kehte hain woh kya hai, woh ek</w:t>
      </w:r>
    </w:p>
    <w:p>
      <w:pPr>
        <w:jc w:val="right"/>
      </w:pPr>
      <w:r>
        <w:t>میں یہ سمجھ پایا ہوں کہ جس چیز کو ہم civilization کہتے ہیں وہ کیا ہے، وہ ایک</w:t>
      </w:r>
    </w:p>
    <w:p>
      <w:r>
        <w:rPr>
          <w:b/>
        </w:rPr>
        <w:t xml:space="preserve">[00:39] </w:t>
      </w:r>
      <w:r>
        <w:t>journey hai.</w:t>
      </w:r>
    </w:p>
    <w:p>
      <w:pPr>
        <w:jc w:val="right"/>
      </w:pPr>
      <w:r>
        <w:t>journey ہے۔</w:t>
      </w:r>
    </w:p>
    <w:p>
      <w:r>
        <w:rPr>
          <w:b/>
        </w:rPr>
        <w:t xml:space="preserve">[00:40] </w:t>
      </w:r>
      <w:r>
        <w:t>journey kidhar hai? happiness ki taraf.</w:t>
      </w:r>
    </w:p>
    <w:p>
      <w:pPr>
        <w:jc w:val="right"/>
      </w:pPr>
      <w:r>
        <w:t>journey کدھر ہے؟ happiness کی طرف۔</w:t>
      </w:r>
    </w:p>
    <w:p>
      <w:r>
        <w:rPr>
          <w:b/>
        </w:rPr>
        <w:t xml:space="preserve">[00:43] </w:t>
      </w:r>
      <w:r>
        <w:t>happiness ki taraf ek journey.</w:t>
      </w:r>
    </w:p>
    <w:p>
      <w:pPr>
        <w:jc w:val="right"/>
      </w:pPr>
      <w:r>
        <w:t>Happiness کی طرف ایک journey۔</w:t>
      </w:r>
    </w:p>
    <w:p>
      <w:r>
        <w:rPr>
          <w:b/>
        </w:rPr>
        <w:t xml:space="preserve">[00:45] </w:t>
      </w:r>
      <w:r>
        <w:t>ek aisi happiness jis ko abhi insaan ne paya nahi, us ki taraf woh daud raha hai.</w:t>
      </w:r>
    </w:p>
    <w:p>
      <w:pPr>
        <w:jc w:val="right"/>
      </w:pPr>
      <w:r>
        <w:t>ایک ایسی happiness جس کو ابھی انسان نے پایا نہیں، اس کی طرف وہ دوڑ رہا ہے۔</w:t>
      </w:r>
    </w:p>
    <w:p>
      <w:r>
        <w:rPr>
          <w:b/>
        </w:rPr>
        <w:t xml:space="preserve">[00:52] </w:t>
      </w:r>
      <w:r>
        <w:t>civilization ki definition ke baray mein koi agreement nahi hai scholars ke beech mein.</w:t>
      </w:r>
    </w:p>
    <w:p>
      <w:pPr>
        <w:jc w:val="right"/>
      </w:pPr>
      <w:r>
        <w:t>Civilization کی definition کے بارے میں کوئی agreement نہیں ہے scholars کے بیچ میں۔</w:t>
      </w:r>
    </w:p>
    <w:p>
      <w:r>
        <w:rPr>
          <w:b/>
        </w:rPr>
        <w:t xml:space="preserve">[00:58] </w:t>
      </w:r>
      <w:r>
        <w:t>kai definition di jati hain.</w:t>
      </w:r>
    </w:p>
    <w:p>
      <w:pPr>
        <w:jc w:val="right"/>
      </w:pPr>
      <w:r>
        <w:t>کئی definition دی جاتی ہیں۔</w:t>
      </w:r>
    </w:p>
    <w:p>
      <w:r>
        <w:rPr>
          <w:b/>
        </w:rPr>
        <w:t xml:space="preserve">[01:01] </w:t>
      </w:r>
      <w:r>
        <w:t>civilization kab se shuru hui, is ke baray mein bhi kai rai hain scholars ki.</w:t>
      </w:r>
    </w:p>
    <w:p>
      <w:pPr>
        <w:jc w:val="right"/>
      </w:pPr>
      <w:r>
        <w:t>Civilization کب سے شروع ہوئی، اس کے بارے میں بھی کئی رائے ہیں scholars کی۔</w:t>
      </w:r>
    </w:p>
    <w:p>
      <w:r>
        <w:rPr>
          <w:b/>
        </w:rPr>
        <w:t xml:space="preserve">[01:07] </w:t>
      </w:r>
      <w:r>
        <w:t>lekin mein in details ko, in jo academic details hoti hain, us ko chhodte hue yeh kahunga</w:t>
      </w:r>
    </w:p>
    <w:p>
      <w:pPr>
        <w:jc w:val="right"/>
      </w:pPr>
      <w:r>
        <w:t>لیکن میں ان details کو، ان جو academic details ہوتی ہیں، اس کو چھوڑتے ہوئے یہ کہوں گا</w:t>
      </w:r>
    </w:p>
    <w:p>
      <w:r>
        <w:rPr>
          <w:b/>
        </w:rPr>
        <w:t xml:space="preserve">[01:15] </w:t>
      </w:r>
      <w:r>
        <w:t>keh civilization ki aik bohat hi simple definition hai.</w:t>
      </w:r>
    </w:p>
    <w:p>
      <w:pPr>
        <w:jc w:val="right"/>
      </w:pPr>
      <w:r>
        <w:t>کہ civilization کی ایک بہت ہی simple definition ہے۔</w:t>
      </w:r>
    </w:p>
    <w:p>
      <w:r>
        <w:rPr>
          <w:b/>
        </w:rPr>
        <w:t xml:space="preserve">[01:19] </w:t>
      </w:r>
      <w:r>
        <w:t>bohat hi simple.</w:t>
      </w:r>
    </w:p>
    <w:p>
      <w:pPr>
        <w:jc w:val="right"/>
      </w:pPr>
      <w:r>
        <w:t>بہت ہی simple۔</w:t>
      </w:r>
    </w:p>
    <w:p>
      <w:r>
        <w:rPr>
          <w:b/>
        </w:rPr>
        <w:t xml:space="preserve">[01:20] </w:t>
      </w:r>
      <w:r>
        <w:t>woh kiya hai? woh hai yeh keh insaan ka taraqqiyat ya advancement ki taraf insaan ki daur.</w:t>
      </w:r>
    </w:p>
    <w:p>
      <w:pPr>
        <w:jc w:val="right"/>
      </w:pPr>
      <w:r>
        <w:t>وہ کیا ہے؟ وہ ہے یہ کہ انسان کا ترقیات یا advancement کی طرف انسان کی دوڑ۔</w:t>
      </w:r>
    </w:p>
    <w:p>
      <w:r>
        <w:rPr>
          <w:b/>
        </w:rPr>
        <w:t xml:space="preserve">[01:27] </w:t>
      </w:r>
      <w:r>
        <w:t>yun hum keh sakte hain keh total advancement of mankind.</w:t>
      </w:r>
    </w:p>
    <w:p>
      <w:pPr>
        <w:jc w:val="right"/>
      </w:pPr>
      <w:r>
        <w:t>یوں ہم کہہ سکتے ہیں کہ total advancement of mankind۔</w:t>
      </w:r>
    </w:p>
    <w:p>
      <w:r>
        <w:rPr>
          <w:b/>
        </w:rPr>
        <w:t xml:space="preserve">[01:32] </w:t>
      </w:r>
      <w:r>
        <w:t>Simple definition.</w:t>
      </w:r>
    </w:p>
    <w:p>
      <w:pPr>
        <w:jc w:val="right"/>
      </w:pPr>
      <w:r>
        <w:t>Simple definition۔</w:t>
      </w:r>
    </w:p>
    <w:p>
      <w:r>
        <w:rPr>
          <w:b/>
        </w:rPr>
        <w:t xml:space="preserve">[01:33] </w:t>
      </w:r>
      <w:r>
        <w:t>Total advancement of mankind.</w:t>
      </w:r>
    </w:p>
    <w:p>
      <w:pPr>
        <w:jc w:val="right"/>
      </w:pPr>
      <w:r>
        <w:t>Total advancement of mankind۔</w:t>
      </w:r>
    </w:p>
    <w:p>
      <w:r>
        <w:rPr>
          <w:b/>
        </w:rPr>
        <w:t xml:space="preserve">[01:35] </w:t>
      </w:r>
      <w:r>
        <w:t>kab se civilization ka safar shuru hua, is ke baray mein bhi bohat sari rai di jati hain.</w:t>
      </w:r>
    </w:p>
    <w:p>
      <w:pPr>
        <w:jc w:val="right"/>
      </w:pPr>
      <w:r>
        <w:t>کب سے civilization کا سفر شروع ہوا، اس کے بارے میں بھی بہت ساری رائے دی جاتی ہیں۔</w:t>
      </w:r>
    </w:p>
    <w:p>
      <w:r>
        <w:rPr>
          <w:b/>
        </w:rPr>
        <w:t xml:space="preserve">[01:43] </w:t>
      </w:r>
      <w:r>
        <w:t>koi is ko agriculture se jorta hai, agricultural age se.</w:t>
      </w:r>
    </w:p>
    <w:p>
      <w:pPr>
        <w:jc w:val="right"/>
      </w:pPr>
      <w:r>
        <w:t>کوئی اس کو agriculture سے جوڑتا ہے، agricultural age سے۔</w:t>
      </w:r>
    </w:p>
    <w:p>
      <w:r>
        <w:rPr>
          <w:b/>
        </w:rPr>
        <w:t xml:space="preserve">[01:47] </w:t>
      </w:r>
      <w:r>
        <w:t>koi is se jabke horticulture shuru hua.</w:t>
      </w:r>
    </w:p>
    <w:p>
      <w:pPr>
        <w:jc w:val="right"/>
      </w:pPr>
      <w:r>
        <w:t>کوئی اس سے جبکہ horticulture شروع ہوا۔</w:t>
      </w:r>
    </w:p>
    <w:p>
      <w:r>
        <w:rPr>
          <w:b/>
        </w:rPr>
        <w:t xml:space="preserve">[01:50] </w:t>
      </w:r>
      <w:r>
        <w:t>koi kisi aur cheez se.</w:t>
      </w:r>
    </w:p>
    <w:p>
      <w:pPr>
        <w:jc w:val="right"/>
      </w:pPr>
      <w:r>
        <w:t>کوئی کسی اور چیز سے۔</w:t>
      </w:r>
    </w:p>
    <w:p>
      <w:r>
        <w:rPr>
          <w:b/>
        </w:rPr>
        <w:t xml:space="preserve">[01:52] </w:t>
      </w:r>
      <w:r>
        <w:t>jahan tak mein samajhta hoon keh ziyada clear tor par civilization ka safar shuru hua jab insaan ne</w:t>
      </w:r>
    </w:p>
    <w:p>
      <w:pPr>
        <w:jc w:val="right"/>
      </w:pPr>
      <w:r>
        <w:t>جہاں تک میں سمجھتا ہوں کہ زیادہ clear طور پر civilization کا سفر شروع ہوا جب انسان نے</w:t>
      </w:r>
    </w:p>
    <w:p>
      <w:r>
        <w:rPr>
          <w:b/>
        </w:rPr>
        <w:t xml:space="preserve">[02:00] </w:t>
      </w:r>
      <w:r>
        <w:t>pahiya invent kiya.</w:t>
      </w:r>
    </w:p>
    <w:p>
      <w:pPr>
        <w:jc w:val="right"/>
      </w:pPr>
      <w:r>
        <w:t>پہیہ invent کیا۔</w:t>
      </w:r>
    </w:p>
    <w:p>
      <w:r>
        <w:rPr>
          <w:b/>
        </w:rPr>
        <w:t xml:space="preserve">[02:01] </w:t>
      </w:r>
      <w:r>
        <w:t>pahiya yaani wheel.</w:t>
      </w:r>
    </w:p>
    <w:p>
      <w:pPr>
        <w:jc w:val="right"/>
      </w:pPr>
      <w:r>
        <w:t>پہیہ یعنی wheel۔</w:t>
      </w:r>
    </w:p>
    <w:p>
      <w:r>
        <w:rPr>
          <w:b/>
        </w:rPr>
        <w:t xml:space="preserve">[02:03] </w:t>
      </w:r>
      <w:r>
        <w:t>Wheel se pehle safar sahi maanon mein bana hi nahi tha.</w:t>
      </w:r>
    </w:p>
    <w:p>
      <w:pPr>
        <w:jc w:val="right"/>
      </w:pPr>
      <w:r>
        <w:t>Wheel سے پہلے سفر صحیح معنوں میں بنا ہی نہیں تھا۔</w:t>
      </w:r>
    </w:p>
    <w:p>
      <w:r>
        <w:rPr>
          <w:b/>
        </w:rPr>
        <w:t xml:space="preserve">[02:07] </w:t>
      </w:r>
      <w:r>
        <w:t>jab wheel aaya, pahiya aaya, to civilization ke safar ke liye aik tool mil gaya insaan ko.</w:t>
      </w:r>
    </w:p>
    <w:p>
      <w:pPr>
        <w:jc w:val="right"/>
      </w:pPr>
      <w:r>
        <w:t>جب wheel آیا، پہیہ آیا، تو civilization کے سفر کے لیے ایک tool مل گیا انسان کو۔</w:t>
      </w:r>
    </w:p>
    <w:p>
      <w:r>
        <w:rPr>
          <w:b/>
        </w:rPr>
        <w:t xml:space="preserve">[02:15] </w:t>
      </w:r>
      <w:r>
        <w:t>phir yeh pahiya barhta raha, barhta raha, yahan tak keh woh hawai jahaz aur rocket tak pohanch gaya.</w:t>
      </w:r>
    </w:p>
    <w:p>
      <w:pPr>
        <w:jc w:val="right"/>
      </w:pPr>
      <w:r>
        <w:t>پھر یہ پہیہ بڑھتا رہا، بڑھتا رہا، یہاں تک کہ وہ ہوائی جہاز اور راکٹ تک پہنچ گیا۔</w:t>
      </w:r>
    </w:p>
    <w:p>
      <w:r>
        <w:rPr>
          <w:b/>
        </w:rPr>
        <w:t xml:space="preserve">[02:22] </w:t>
      </w:r>
      <w:r>
        <w:t>is liye mein civilization ki beginning ko manta hoon pahiya ya wheel.</w:t>
      </w:r>
    </w:p>
    <w:p>
      <w:pPr>
        <w:jc w:val="right"/>
      </w:pPr>
      <w:r>
        <w:t>اس لیے میں civilization کی beginning کو مانتا ہوں پہیہ یا wheel۔</w:t>
      </w:r>
    </w:p>
    <w:p>
      <w:r>
        <w:rPr>
          <w:b/>
        </w:rPr>
        <w:t xml:space="preserve">[02:28] </w:t>
      </w:r>
      <w:r>
        <w:t>sab se bari invention thi insaan ki, sab se bari discovery thi insaan ki, pahiya.</w:t>
      </w:r>
    </w:p>
    <w:p>
      <w:pPr>
        <w:jc w:val="right"/>
      </w:pPr>
      <w:r>
        <w:t>سب سے بڑی invention تھی انسان کی، سب سے بڑی discovery تھی انسان کی، پہیہ۔</w:t>
      </w:r>
    </w:p>
    <w:p>
      <w:r>
        <w:rPr>
          <w:b/>
        </w:rPr>
        <w:t xml:space="preserve">[02:34] </w:t>
      </w:r>
      <w:r>
        <w:t>wohin se civilization ka safar shuru hua aur aaj tak woh chal raha hai.</w:t>
      </w:r>
    </w:p>
    <w:p>
      <w:pPr>
        <w:jc w:val="right"/>
      </w:pPr>
      <w:r>
        <w:t>وہیں سے civilization کا سفر شروع ہوا اور آج تک وہ چل رہا ہے۔</w:t>
      </w:r>
    </w:p>
    <w:p>
      <w:r>
        <w:rPr>
          <w:b/>
        </w:rPr>
        <w:t xml:space="preserve">[02:40] </w:t>
      </w:r>
      <w:r>
        <w:t>to yeh civilization ka safar kiya hai? What is journey of civilization? is ke baray mein aaj hi</w:t>
      </w:r>
    </w:p>
    <w:p>
      <w:pPr>
        <w:jc w:val="right"/>
      </w:pPr>
      <w:r>
        <w:t>تو یہ civilization کا سفر کیا ہے؟ What is journey of civilization؟ اس کے بارے میں آج ہی</w:t>
      </w:r>
    </w:p>
    <w:p>
      <w:r>
        <w:rPr>
          <w:b/>
        </w:rPr>
        <w:t xml:space="preserve">[02:48] </w:t>
      </w:r>
      <w:r>
        <w:t>mujhe aik tajurba hua jis se woh cheez explain hoti hai.</w:t>
      </w:r>
    </w:p>
    <w:p>
      <w:pPr>
        <w:jc w:val="right"/>
      </w:pPr>
      <w:r>
        <w:t>مجھے ایک تجربہ ہوا جس سے وہ چیز explain ہوتی ہے۔</w:t>
      </w:r>
    </w:p>
    <w:p>
      <w:r>
        <w:rPr>
          <w:b/>
        </w:rPr>
        <w:t xml:space="preserve">[02:52] </w:t>
      </w:r>
      <w:r>
        <w:t>aap jante hain keh civilization ka lafz aaj kal jo bola jata hai, bohat hi comprehensive sense mein</w:t>
      </w:r>
    </w:p>
    <w:p>
      <w:pPr>
        <w:jc w:val="right"/>
      </w:pPr>
      <w:r>
        <w:t>آپ جانتے ہیں کہ civilization کا لفظ آج کل جو بولا جاتا ہے، بہت ہی comprehensive sense میں</w:t>
      </w:r>
    </w:p>
    <w:p>
      <w:r>
        <w:rPr>
          <w:b/>
        </w:rPr>
        <w:t xml:space="preserve">[03:00] </w:t>
      </w:r>
      <w:r>
        <w:t>bola jata hai.</w:t>
      </w:r>
    </w:p>
    <w:p>
      <w:pPr>
        <w:jc w:val="right"/>
      </w:pPr>
      <w:r>
        <w:t>بولا جاتا ہے۔</w:t>
      </w:r>
    </w:p>
    <w:p>
      <w:r>
        <w:rPr>
          <w:b/>
        </w:rPr>
        <w:t xml:space="preserve">[03:02] </w:t>
      </w:r>
      <w:r>
        <w:t>sari progress, sari development, sari advancement ko le kar ke kaha jata hai keh yeh civilization hai insaan</w:t>
      </w:r>
    </w:p>
    <w:p>
      <w:pPr>
        <w:jc w:val="right"/>
      </w:pPr>
      <w:r>
        <w:t>ساری progress، ساری development، ساری advancement کو لے کر کے کہا جاتا ہے کہ یہ civilization ہے انسان</w:t>
      </w:r>
    </w:p>
    <w:p>
      <w:r>
        <w:rPr>
          <w:b/>
        </w:rPr>
        <w:t xml:space="preserve">[03:09]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[03:11] </w:t>
      </w:r>
      <w:r>
        <w:t>to kal mein yeh soch raha tha ke aaj yani Sunday ko mujhe kya bolna hai, kya topic</w:t>
      </w:r>
    </w:p>
    <w:p>
      <w:pPr>
        <w:jc w:val="right"/>
      </w:pPr>
      <w:r>
        <w:t>تو کل میں یہ سوچ رہا تھا کہ آج یعنی Sunday کو مجھے کیا بولنا ہے، کیا topic</w:t>
      </w:r>
    </w:p>
    <w:p>
      <w:r>
        <w:rPr>
          <w:b/>
        </w:rPr>
        <w:t xml:space="preserve">[03:19] </w:t>
      </w:r>
      <w:r>
        <w:t>hona chahiye.</w:t>
      </w:r>
    </w:p>
    <w:p>
      <w:pPr>
        <w:jc w:val="right"/>
      </w:pPr>
      <w:r>
        <w:t>ہونا چاہیے۔</w:t>
      </w:r>
    </w:p>
    <w:p>
      <w:r>
        <w:rPr>
          <w:b/>
        </w:rPr>
        <w:t xml:space="preserve">[03:20] </w:t>
      </w:r>
      <w:r>
        <w:t>to koi baat clear nahi ho rahi thi.</w:t>
      </w:r>
    </w:p>
    <w:p>
      <w:pPr>
        <w:jc w:val="right"/>
      </w:pPr>
      <w:r>
        <w:t>تو کوئی بات clear نہیں ہو رہی تھی۔</w:t>
      </w:r>
    </w:p>
    <w:p>
      <w:r>
        <w:rPr>
          <w:b/>
        </w:rPr>
        <w:t xml:space="preserve">[03:24] </w:t>
      </w:r>
      <w:r>
        <w:t>yeh sochte sochte mein so gaya.</w:t>
      </w:r>
    </w:p>
    <w:p>
      <w:pPr>
        <w:jc w:val="right"/>
      </w:pPr>
      <w:r>
        <w:t>یہ سوچتے سوچتے میں سو گیا۔</w:t>
      </w:r>
    </w:p>
    <w:p>
      <w:r>
        <w:rPr>
          <w:b/>
        </w:rPr>
        <w:t xml:space="preserve">[03:26] </w:t>
      </w:r>
      <w:r>
        <w:t>raat ko maine, mujhe ek dream aaya, aaj raat ko, ke mein apni ladki Fareeda ko aaj</w:t>
      </w:r>
    </w:p>
    <w:p>
      <w:pPr>
        <w:jc w:val="right"/>
      </w:pPr>
      <w:r>
        <w:t>رات کو میں نے، مجھے ایک dream آیا، آج رات کو، کہ میں اپنی لڑکی فریدہ کو آج</w:t>
      </w:r>
    </w:p>
    <w:p>
      <w:r>
        <w:rPr>
          <w:b/>
        </w:rPr>
        <w:t xml:space="preserve">[03:34] </w:t>
      </w:r>
      <w:r>
        <w:t>ka akhbar de raha hoon, aaj ka newspaper.</w:t>
      </w:r>
    </w:p>
    <w:p>
      <w:pPr>
        <w:jc w:val="right"/>
      </w:pPr>
      <w:r>
        <w:t>کا اخبار دے رہا ہوں، آج کا newspaper۔</w:t>
      </w:r>
    </w:p>
    <w:p>
      <w:r>
        <w:rPr>
          <w:b/>
        </w:rPr>
        <w:t xml:space="preserve">[03:37] </w:t>
      </w:r>
      <w:r>
        <w:t>aaj ka, yani twenty seventh ka.</w:t>
      </w:r>
    </w:p>
    <w:p>
      <w:pPr>
        <w:jc w:val="right"/>
      </w:pPr>
      <w:r>
        <w:t>آج کا، یعنی twenty seventh کا۔</w:t>
      </w:r>
    </w:p>
    <w:p>
      <w:r>
        <w:rPr>
          <w:b/>
        </w:rPr>
        <w:t xml:space="preserve">[03:40] </w:t>
      </w:r>
      <w:r>
        <w:t>aur keh raha hoon ke is mein ek news hai, is ko dekho.</w:t>
      </w:r>
    </w:p>
    <w:p>
      <w:pPr>
        <w:jc w:val="right"/>
      </w:pPr>
      <w:r>
        <w:t>اور کہہ رہا ہوں کہ اس میں ایک news ہے، اس کو دیکھو۔</w:t>
      </w:r>
    </w:p>
    <w:p>
      <w:r>
        <w:rPr>
          <w:b/>
        </w:rPr>
        <w:t xml:space="preserve">[03:45] </w:t>
      </w:r>
      <w:r>
        <w:t>is ko dekh kar mujhe batao.</w:t>
      </w:r>
    </w:p>
    <w:p>
      <w:pPr>
        <w:jc w:val="right"/>
      </w:pPr>
      <w:r>
        <w:t>اس کو دیکھ کر مجھے بتاؤ۔</w:t>
      </w:r>
    </w:p>
    <w:p>
      <w:r>
        <w:rPr>
          <w:b/>
        </w:rPr>
        <w:t xml:space="preserve">[03:48] </w:t>
      </w:r>
      <w:r>
        <w:t>yeh mein keh raha hoon, is mein ek news hai.</w:t>
      </w:r>
    </w:p>
    <w:p>
      <w:pPr>
        <w:jc w:val="right"/>
      </w:pPr>
      <w:r>
        <w:t>یہ میں کہہ رہا ہوں، اس میں ایک news ہے۔</w:t>
      </w:r>
    </w:p>
    <w:p>
      <w:r>
        <w:rPr>
          <w:b/>
        </w:rPr>
        <w:t xml:space="preserve">[03:52] </w:t>
      </w:r>
      <w:r>
        <w:t>to unhon ne dekha.</w:t>
      </w:r>
    </w:p>
    <w:p>
      <w:pPr>
        <w:jc w:val="right"/>
      </w:pPr>
      <w:r>
        <w:t>تو انہوں نے دیکھا۔</w:t>
      </w:r>
    </w:p>
    <w:p>
      <w:r>
        <w:rPr>
          <w:b/>
        </w:rPr>
        <w:t xml:space="preserve">[03:54] </w:t>
      </w:r>
      <w:r>
        <w:t>to bohat ajeeb baat hai ke is mein mujhe ek theme de di gayi.</w:t>
      </w:r>
    </w:p>
    <w:p>
      <w:pPr>
        <w:jc w:val="right"/>
      </w:pPr>
      <w:r>
        <w:t>تو بہت عجیب بات ہے کہ اس میں مجھے ایک theme دے دی گئی۔</w:t>
      </w:r>
    </w:p>
    <w:p>
      <w:r>
        <w:rPr>
          <w:b/>
        </w:rPr>
        <w:t xml:space="preserve">[04:00] </w:t>
      </w:r>
      <w:r>
        <w:t>aaj ke newspaper mein, yeh sabhi paperon mein aayi hai yeh baat.</w:t>
      </w:r>
    </w:p>
    <w:p>
      <w:pPr>
        <w:jc w:val="right"/>
      </w:pPr>
      <w:r>
        <w:t>آج کے newspaper میں، یہ سبھی paperوں میں آئی ہے یہ بات۔</w:t>
      </w:r>
    </w:p>
    <w:p>
      <w:r>
        <w:rPr>
          <w:b/>
        </w:rPr>
        <w:t xml:space="preserve">[04:05] </w:t>
      </w:r>
      <w:r>
        <w:t>aap kisi bhi paper mein dekh sakte hain.</w:t>
      </w:r>
    </w:p>
    <w:p>
      <w:pPr>
        <w:jc w:val="right"/>
      </w:pPr>
      <w:r>
        <w:t>آپ کسی بھی paper میں دیکھ سکتے ہیں۔</w:t>
      </w:r>
    </w:p>
    <w:p>
      <w:r>
        <w:rPr>
          <w:b/>
        </w:rPr>
        <w:t xml:space="preserve">[04:09] </w:t>
      </w:r>
      <w:r>
        <w:t>to is mein mujhe ek theme de di gayi.</w:t>
      </w:r>
    </w:p>
    <w:p>
      <w:pPr>
        <w:jc w:val="right"/>
      </w:pPr>
      <w:r>
        <w:t>تو اس میں مجھے ایک theme دے دی گئی۔</w:t>
      </w:r>
    </w:p>
    <w:p>
      <w:r>
        <w:rPr>
          <w:b/>
        </w:rPr>
        <w:t xml:space="preserve">[04:12] </w:t>
      </w:r>
      <w:r>
        <w:t>woh juri hui hai isi se jis ko mein keh raha hoon civilization.</w:t>
      </w:r>
    </w:p>
    <w:p>
      <w:pPr>
        <w:jc w:val="right"/>
      </w:pPr>
      <w:r>
        <w:t>وہ جڑی ہوئی ہے اسی سے جس کو میں کہہ رہا ہوں civilization۔</w:t>
      </w:r>
    </w:p>
    <w:p>
      <w:r>
        <w:rPr>
          <w:b/>
        </w:rPr>
        <w:t xml:space="preserve">[04:18] </w:t>
      </w:r>
      <w:r>
        <w:t>woh theme kya thi? woh paper ghar par chhod gaya kya? hain? kahan reh gaya woh paper? achha</w:t>
      </w:r>
    </w:p>
    <w:p>
      <w:pPr>
        <w:jc w:val="right"/>
      </w:pPr>
      <w:r>
        <w:t>وہ theme کیا تھی؟ وہ paper گھر پر چھوڑ گیا کیا؟ ہیں؟ کہاں رہ گیا وہ paper؟ اچھا</w:t>
      </w:r>
    </w:p>
    <w:p>
      <w:r>
        <w:rPr>
          <w:b/>
        </w:rPr>
        <w:t xml:space="preserve">[04:26] </w:t>
      </w:r>
      <w:r>
        <w:t>woh paper reh gaya shayad.</w:t>
      </w:r>
    </w:p>
    <w:p>
      <w:pPr>
        <w:jc w:val="right"/>
      </w:pPr>
      <w:r>
        <w:t>وہ paper رہ گیا شاید۔</w:t>
      </w:r>
    </w:p>
    <w:p>
      <w:r>
        <w:rPr>
          <w:b/>
        </w:rPr>
        <w:t xml:space="preserve">[04:28] </w:t>
      </w:r>
      <w:r>
        <w:t>beh-haal woh paper hai aaj ka.</w:t>
      </w:r>
    </w:p>
    <w:p>
      <w:pPr>
        <w:jc w:val="right"/>
      </w:pPr>
      <w:r>
        <w:t>بہرحال وہ paper ہے آج کا۔</w:t>
      </w:r>
    </w:p>
    <w:p>
      <w:r>
        <w:rPr>
          <w:b/>
        </w:rPr>
        <w:t xml:space="preserve">[04:30] </w:t>
      </w:r>
      <w:r>
        <w:t>is mein aap jante hain ke jo France ka jo president aaya hua hai India, aaj raat ko</w:t>
      </w:r>
    </w:p>
    <w:p>
      <w:pPr>
        <w:jc w:val="right"/>
      </w:pPr>
      <w:r>
        <w:t>اس میں آپ جانتے ہیں کہ جو فرانس کا جو president آیا ہوا ہے انڈیا، آج رات کو</w:t>
      </w:r>
    </w:p>
    <w:p>
      <w:r>
        <w:rPr>
          <w:b/>
        </w:rPr>
        <w:t xml:space="preserve">[04:38] </w:t>
      </w:r>
      <w:r>
        <w:t>wapas chale gaye woh.</w:t>
      </w:r>
    </w:p>
    <w:p>
      <w:pPr>
        <w:jc w:val="right"/>
      </w:pPr>
      <w:r>
        <w:t>واپس چلے گئے وہ۔</w:t>
      </w:r>
    </w:p>
    <w:p>
      <w:r>
        <w:rPr>
          <w:b/>
        </w:rPr>
        <w:t xml:space="preserve">[04:40] </w:t>
      </w:r>
      <w:r>
        <w:t>to kal un ki, kal unhon ne, kal woh Agra gaye.</w:t>
      </w:r>
    </w:p>
    <w:p>
      <w:pPr>
        <w:jc w:val="right"/>
      </w:pPr>
      <w:r>
        <w:t>تو کل ان کی، کل انہوں نے، کل وہ آگرہ گئے۔</w:t>
      </w:r>
    </w:p>
    <w:p>
      <w:r>
        <w:rPr>
          <w:b/>
        </w:rPr>
        <w:t xml:space="preserve">[04:45] </w:t>
      </w:r>
      <w:r>
        <w:t>wahan ja kar unhon ne Taj Mahal dekha.</w:t>
      </w:r>
    </w:p>
    <w:p>
      <w:pPr>
        <w:jc w:val="right"/>
      </w:pPr>
      <w:r>
        <w:t>وہاں جا کر انہوں نے تاج محل دیکھا۔</w:t>
      </w:r>
    </w:p>
    <w:p>
      <w:r>
        <w:rPr>
          <w:b/>
        </w:rPr>
        <w:t xml:space="preserve">[04:48] </w:t>
      </w:r>
      <w:r>
        <w:t>to Taj Mahal ke sath un ki picture aayi hai aaj ke akhbar mein.</w:t>
      </w:r>
    </w:p>
    <w:p>
      <w:pPr>
        <w:jc w:val="right"/>
      </w:pPr>
      <w:r>
        <w:t>تو تاج محل کے ساتھ ان کی picture آئی ہے آج کے اخبار میں۔</w:t>
      </w:r>
    </w:p>
    <w:p>
      <w:r>
        <w:rPr>
          <w:b/>
        </w:rPr>
        <w:t xml:space="preserve">[04:54] </w:t>
      </w:r>
      <w:r>
        <w:t>to wahan par ek guest book hoti hai jis mein jo dignitaries hote hain woh aate hain to</w:t>
      </w:r>
    </w:p>
    <w:p>
      <w:pPr>
        <w:jc w:val="right"/>
      </w:pPr>
      <w:r>
        <w:t>تو وہاں پر ایک guest book ہوتی ہے جس میں جو dignitaries ہوتے ہیں وہ آتے ہیں تو</w:t>
      </w:r>
    </w:p>
    <w:p>
      <w:r>
        <w:rPr>
          <w:b/>
        </w:rPr>
        <w:t xml:space="preserve">[05:02] </w:t>
      </w:r>
      <w:r>
        <w:t>kuch likhte hain is mein.</w:t>
      </w:r>
    </w:p>
    <w:p>
      <w:pPr>
        <w:jc w:val="right"/>
      </w:pPr>
      <w:r>
        <w:t>کچھ لکھتے ہیں اس میں۔</w:t>
      </w:r>
    </w:p>
    <w:p>
      <w:r>
        <w:rPr>
          <w:b/>
        </w:rPr>
        <w:t xml:space="preserve">[05:04] </w:t>
      </w:r>
      <w:r>
        <w:t>to kal jab france ke president ne taj mahal ko dekha to un ke samne guest book pesh</w:t>
      </w:r>
    </w:p>
    <w:p>
      <w:pPr>
        <w:jc w:val="right"/>
      </w:pPr>
      <w:r>
        <w:t>تو کل جب فرانس کے president نے تاج محل کو دیکھا تو ان کے سامنے guest book پیش</w:t>
      </w:r>
    </w:p>
    <w:p>
      <w:r>
        <w:rPr>
          <w:b/>
        </w:rPr>
        <w:t xml:space="preserve">[05:12] </w:t>
      </w:r>
      <w:r>
        <w:t>ki gai.</w:t>
      </w:r>
    </w:p>
    <w:p>
      <w:pPr>
        <w:jc w:val="right"/>
      </w:pPr>
      <w:r>
        <w:t>کی گئی۔</w:t>
      </w:r>
    </w:p>
    <w:p>
      <w:r>
        <w:rPr>
          <w:b/>
        </w:rPr>
        <w:t xml:space="preserve">[05:13] </w:t>
      </w:r>
      <w:r>
        <w:t>to unhon ne jo likha is mein wo yeh tha, french language mein likha unhon ne jo english</w:t>
      </w:r>
    </w:p>
    <w:p>
      <w:pPr>
        <w:jc w:val="right"/>
      </w:pPr>
      <w:r>
        <w:t>تو انہوں نے جو لکھا اس میں وہ یہ تھا، French language میں لکھا انہوں نے جو English</w:t>
      </w:r>
    </w:p>
    <w:p>
      <w:r>
        <w:rPr>
          <w:b/>
        </w:rPr>
        <w:t xml:space="preserve">[05:21] </w:t>
      </w:r>
      <w:r>
        <w:t>mein translation kiya gaya hai ke "see you soon again." "see you soon again." tum ko phir mein</w:t>
      </w:r>
    </w:p>
    <w:p>
      <w:pPr>
        <w:jc w:val="right"/>
      </w:pPr>
      <w:r>
        <w:t>میں translation کیا گیا ہے کہ "See you soon again۔" "See you soon again۔" تم کو پھر میں</w:t>
      </w:r>
    </w:p>
    <w:p>
      <w:r>
        <w:rPr>
          <w:b/>
        </w:rPr>
        <w:t xml:space="preserve">[05:28] </w:t>
      </w:r>
      <w:r>
        <w:t>dekhon ga.</w:t>
      </w:r>
    </w:p>
    <w:p>
      <w:pPr>
        <w:jc w:val="right"/>
      </w:pPr>
      <w:r>
        <w:t>دیکھوں گا۔</w:t>
      </w:r>
    </w:p>
    <w:p>
      <w:r>
        <w:rPr>
          <w:b/>
        </w:rPr>
        <w:t xml:space="preserve">[05:30] </w:t>
      </w:r>
      <w:r>
        <w:t>tum ko phir mein dekhne ke liye yahan aaon ga.</w:t>
      </w:r>
    </w:p>
    <w:p>
      <w:pPr>
        <w:jc w:val="right"/>
      </w:pPr>
      <w:r>
        <w:t>تم کو پھر میں دیکھنے کے لیے یہاں آؤں گا۔</w:t>
      </w:r>
    </w:p>
    <w:p>
      <w:r>
        <w:rPr>
          <w:b/>
        </w:rPr>
        <w:t xml:space="preserve">[05:34] </w:t>
      </w:r>
      <w:r>
        <w:t>to tum ko phir mein dekhon ga jab mein ne parha.</w:t>
      </w:r>
    </w:p>
    <w:p>
      <w:pPr>
        <w:jc w:val="right"/>
      </w:pPr>
      <w:r>
        <w:t>تو تم کو پھر میں دیکھوں گا جب میں نے پڑھا۔</w:t>
      </w:r>
    </w:p>
    <w:p>
      <w:r>
        <w:rPr>
          <w:b/>
        </w:rPr>
        <w:t xml:space="preserve">[05:39] </w:t>
      </w:r>
      <w:r>
        <w:t>to achaanak mujhe poori civilization ki is mein tasweer dikhai dene lagi.</w:t>
      </w:r>
    </w:p>
    <w:p>
      <w:pPr>
        <w:jc w:val="right"/>
      </w:pPr>
      <w:r>
        <w:t>تو اچانک مجھے پوری civilization کی اس میں تصویر دکھائی دینے لگی۔</w:t>
      </w:r>
    </w:p>
    <w:p>
      <w:r>
        <w:rPr>
          <w:b/>
        </w:rPr>
        <w:t xml:space="preserve">[05:44] </w:t>
      </w:r>
      <w:r>
        <w:t>poori insaniyat ki sari jo struggle hai.</w:t>
      </w:r>
    </w:p>
    <w:p>
      <w:pPr>
        <w:jc w:val="right"/>
      </w:pPr>
      <w:r>
        <w:t>پوری انسانیت کی ساری جو struggle ہے۔</w:t>
      </w:r>
    </w:p>
    <w:p>
      <w:r>
        <w:rPr>
          <w:b/>
        </w:rPr>
        <w:t xml:space="preserve">[05:47] </w:t>
      </w:r>
      <w:r>
        <w:t>wo kiya? aap jante hain ke insan ko khuda ne jab paida kiya to us ko paradise mein</w:t>
      </w:r>
    </w:p>
    <w:p>
      <w:pPr>
        <w:jc w:val="right"/>
      </w:pPr>
      <w:r>
        <w:t>وہ کیا؟ آپ جانتے ہیں کہ انسان کو خدا نے جب پیدا کیا تو اس کو paradise میں</w:t>
      </w:r>
    </w:p>
    <w:p>
      <w:r>
        <w:rPr>
          <w:b/>
        </w:rPr>
        <w:t xml:space="preserve">[05:55] </w:t>
      </w:r>
      <w:r>
        <w:t>rakha.</w:t>
      </w:r>
    </w:p>
    <w:p>
      <w:pPr>
        <w:jc w:val="right"/>
      </w:pPr>
      <w:r>
        <w:t>رکھا۔</w:t>
      </w:r>
    </w:p>
    <w:p>
      <w:r>
        <w:rPr>
          <w:b/>
        </w:rPr>
        <w:t xml:space="preserve">[05:56] </w:t>
      </w:r>
      <w:r>
        <w:t>paradise mein.</w:t>
      </w:r>
    </w:p>
    <w:p>
      <w:pPr>
        <w:jc w:val="right"/>
      </w:pPr>
      <w:r>
        <w:t>Paradise میں۔</w:t>
      </w:r>
    </w:p>
    <w:p>
      <w:r>
        <w:rPr>
          <w:b/>
        </w:rPr>
        <w:t xml:space="preserve">[05:58] </w:t>
      </w:r>
      <w:r>
        <w:t>phir aap jante hain ke forbidden tree ka qissa pesh aya aur insan ko wahan se nikal diya</w:t>
      </w:r>
    </w:p>
    <w:p>
      <w:pPr>
        <w:jc w:val="right"/>
      </w:pPr>
      <w:r>
        <w:t>پھر آپ جانتے ہیں کہ Forbidden Tree کا قصہ پیش آیا اور انسان کو وہاں سے نکال دیا</w:t>
      </w:r>
    </w:p>
    <w:p>
      <w:r>
        <w:rPr>
          <w:b/>
        </w:rPr>
        <w:t xml:space="preserve">[06:06] </w:t>
      </w:r>
      <w:r>
        <w:t>gaya.</w:t>
      </w:r>
    </w:p>
    <w:p>
      <w:pPr>
        <w:jc w:val="right"/>
      </w:pPr>
      <w:r>
        <w:t>گیا۔</w:t>
      </w:r>
    </w:p>
    <w:p>
      <w:r>
        <w:rPr>
          <w:b/>
        </w:rPr>
        <w:t xml:space="preserve">[06:07] </w:t>
      </w:r>
      <w:r>
        <w:t>aur is planet earth par wo daal diya gaya.</w:t>
      </w:r>
    </w:p>
    <w:p>
      <w:pPr>
        <w:jc w:val="right"/>
      </w:pPr>
      <w:r>
        <w:t>اور اس planet Earth پر وہ ڈال دیا گیا۔</w:t>
      </w:r>
    </w:p>
    <w:p>
      <w:r>
        <w:rPr>
          <w:b/>
        </w:rPr>
        <w:t xml:space="preserve">[06:11] </w:t>
      </w:r>
      <w:r>
        <w:t>aur kaha gaya ke agar tum yahan par.</w:t>
      </w:r>
    </w:p>
    <w:p>
      <w:pPr>
        <w:jc w:val="right"/>
      </w:pPr>
      <w:r>
        <w:t>اور کہا گیا کہ اگر تم یہاں پر۔</w:t>
      </w:r>
    </w:p>
    <w:p>
      <w:r>
        <w:rPr>
          <w:b/>
        </w:rPr>
        <w:t xml:space="preserve">[06:14] </w:t>
      </w:r>
      <w:r>
        <w:t>ke pehle to khuda ne insan ko rakha tha paradise mein.</w:t>
      </w:r>
    </w:p>
    <w:p>
      <w:pPr>
        <w:jc w:val="right"/>
      </w:pPr>
      <w:r>
        <w:t>کہ پہلے تو خدا نے انسان کو رکھا تھا paradise میں۔</w:t>
      </w:r>
    </w:p>
    <w:p>
      <w:r>
        <w:rPr>
          <w:b/>
        </w:rPr>
        <w:t xml:space="preserve">[06:19] </w:t>
      </w:r>
      <w:r>
        <w:t>baghair kisi koi selective basis par nahi balkeh bator blessing ke.</w:t>
      </w:r>
    </w:p>
    <w:p>
      <w:pPr>
        <w:jc w:val="right"/>
      </w:pPr>
      <w:r>
        <w:t>بغیر کسی کوئی selective basis پر نہیں بلکہ بطور blessing کے۔</w:t>
      </w:r>
    </w:p>
    <w:p>
      <w:r>
        <w:rPr>
          <w:b/>
        </w:rPr>
        <w:t xml:space="preserve">[06:24] </w:t>
      </w:r>
      <w:r>
        <w:t>ab insan ko selective basis par paradise mein rakha jaye ga.</w:t>
      </w:r>
    </w:p>
    <w:p>
      <w:pPr>
        <w:jc w:val="right"/>
      </w:pPr>
      <w:r>
        <w:t>اب انسان کو selective basis پر paradise میں رکھا جائے گا۔</w:t>
      </w:r>
    </w:p>
    <w:p>
      <w:r>
        <w:rPr>
          <w:b/>
        </w:rPr>
        <w:t xml:space="preserve">[06:28] </w:t>
      </w:r>
      <w:r>
        <w:t>yani insan yahan rahe ga, yahan is ki nasal بڑhe gi.</w:t>
      </w:r>
    </w:p>
    <w:p>
      <w:pPr>
        <w:jc w:val="right"/>
      </w:pPr>
      <w:r>
        <w:t>یعنی انسان یہاں رہے گا، یہاں اس کی نسل بڑھے گی۔</w:t>
      </w:r>
    </w:p>
    <w:p>
      <w:r>
        <w:rPr>
          <w:b/>
        </w:rPr>
        <w:t xml:space="preserve">[06:33] </w:t>
      </w:r>
      <w:r>
        <w:t>generation after generation log paida hon ge aur paida hon ge.</w:t>
      </w:r>
    </w:p>
    <w:p>
      <w:pPr>
        <w:jc w:val="right"/>
      </w:pPr>
      <w:r>
        <w:t>Generation after generation لوگ پیدا ہوں گے اور پیدا ہوں گے۔</w:t>
      </w:r>
    </w:p>
    <w:p>
      <w:r>
        <w:rPr>
          <w:b/>
        </w:rPr>
        <w:t xml:space="preserve">[06:38] </w:t>
      </w:r>
      <w:r>
        <w:t>bohat sare insan ho jayen ge.</w:t>
      </w:r>
    </w:p>
    <w:p>
      <w:pPr>
        <w:jc w:val="right"/>
      </w:pPr>
      <w:r>
        <w:t>بہت سارے انسان ہو جائیں گے۔</w:t>
      </w:r>
    </w:p>
    <w:p>
      <w:r>
        <w:rPr>
          <w:b/>
        </w:rPr>
        <w:t xml:space="preserve">[06:40] </w:t>
      </w:r>
      <w:r>
        <w:t>yeh sare insan jo hain yahan par kiya hai? they are put on test.</w:t>
      </w:r>
    </w:p>
    <w:p>
      <w:pPr>
        <w:jc w:val="right"/>
      </w:pPr>
      <w:r>
        <w:t>یہ سارے انسان جو ہیں یہاں پر کیا ہے؟ They are put on test۔</w:t>
      </w:r>
    </w:p>
    <w:p>
      <w:r>
        <w:rPr>
          <w:b/>
        </w:rPr>
        <w:t xml:space="preserve">[06:46] </w:t>
      </w:r>
      <w:r>
        <w:t>wo yahan par test par rakhe hue hain.</w:t>
      </w:r>
    </w:p>
    <w:p>
      <w:pPr>
        <w:jc w:val="right"/>
      </w:pPr>
      <w:r>
        <w:t>وہ یہاں پر test پر رکھے ہوئے ہیں۔</w:t>
      </w:r>
    </w:p>
    <w:p>
      <w:r>
        <w:rPr>
          <w:b/>
        </w:rPr>
        <w:t xml:space="preserve">[06:50] </w:t>
      </w:r>
      <w:r>
        <w:t>khuda ne in ko yahan test par rakha hai.</w:t>
      </w:r>
    </w:p>
    <w:p>
      <w:pPr>
        <w:jc w:val="right"/>
      </w:pPr>
      <w:r>
        <w:t>خدا نے ان کو یہاں test پر رکھا ہے۔</w:t>
      </w:r>
    </w:p>
    <w:p>
      <w:r>
        <w:rPr>
          <w:b/>
        </w:rPr>
        <w:t xml:space="preserve">[06:54] </w:t>
      </w:r>
      <w:r>
        <w:t>ab selective basis par in ko paradise mile gi.</w:t>
      </w:r>
    </w:p>
    <w:p>
      <w:pPr>
        <w:jc w:val="right"/>
      </w:pPr>
      <w:r>
        <w:t>اب selective basis پر ان کو paradise ملے گی۔</w:t>
      </w:r>
    </w:p>
    <w:p>
      <w:r>
        <w:rPr>
          <w:b/>
        </w:rPr>
        <w:t xml:space="preserve">[06:58] </w:t>
      </w:r>
      <w:r>
        <w:t>pehlay to khuda ne in ko de diya tha as a blessing.</w:t>
      </w:r>
    </w:p>
    <w:p>
      <w:pPr>
        <w:jc w:val="right"/>
      </w:pPr>
      <w:r>
        <w:t>پہلے تو خدا نے ان کو دے دیا تھا as a blessing۔</w:t>
      </w:r>
    </w:p>
    <w:p>
      <w:r>
        <w:rPr>
          <w:b/>
        </w:rPr>
        <w:t xml:space="preserve">[07:03] </w:t>
      </w:r>
      <w:r>
        <w:t>as a gift.</w:t>
      </w:r>
    </w:p>
    <w:p>
      <w:pPr>
        <w:jc w:val="right"/>
      </w:pPr>
      <w:r>
        <w:t>As a gift۔</w:t>
      </w:r>
    </w:p>
    <w:p>
      <w:r>
        <w:rPr>
          <w:b/>
        </w:rPr>
        <w:t xml:space="preserve">[07:04] </w:t>
      </w:r>
      <w:r>
        <w:t>yun keh saktay hain ke as a gift de diya tha shuru mein.</w:t>
      </w:r>
    </w:p>
    <w:p>
      <w:pPr>
        <w:jc w:val="right"/>
      </w:pPr>
      <w:r>
        <w:t>یوں کہہ سکتے ہیں کہ as a gift دے دیا تھا شروع میں۔</w:t>
      </w:r>
    </w:p>
    <w:p>
      <w:r>
        <w:rPr>
          <w:b/>
        </w:rPr>
        <w:t xml:space="preserve">[07:10] </w:t>
      </w:r>
      <w:r>
        <w:t>lekin jab insan ne yeh kiya ke forbidden tree ko is ne kha liya jis se usay mana</w:t>
      </w:r>
    </w:p>
    <w:p>
      <w:pPr>
        <w:jc w:val="right"/>
      </w:pPr>
      <w:r>
        <w:t>لیکن جب انسان نے یہ کیا کہ Forbidden Tree کو اس نے کھا لیا جس سے اسے منع</w:t>
      </w:r>
    </w:p>
    <w:p>
      <w:r>
        <w:rPr>
          <w:b/>
        </w:rPr>
        <w:t xml:space="preserve">[07:18] </w:t>
      </w:r>
      <w:r>
        <w:t>kiya gaya tha.</w:t>
      </w:r>
    </w:p>
    <w:p>
      <w:pPr>
        <w:jc w:val="right"/>
      </w:pPr>
      <w:r>
        <w:t>کیا گیا تھا۔</w:t>
      </w:r>
    </w:p>
    <w:p>
      <w:r>
        <w:rPr>
          <w:b/>
        </w:rPr>
        <w:t xml:space="preserve">[07:19] </w:t>
      </w:r>
      <w:r>
        <w:t>to pata chala ke abhi insan immature hai.</w:t>
      </w:r>
    </w:p>
    <w:p>
      <w:pPr>
        <w:jc w:val="right"/>
      </w:pPr>
      <w:r>
        <w:t>تو پتہ چلا کہ ابھی انسان immature ہے۔</w:t>
      </w:r>
    </w:p>
    <w:p>
      <w:r>
        <w:rPr>
          <w:b/>
        </w:rPr>
        <w:t xml:space="preserve">[07:22] </w:t>
      </w:r>
      <w:r>
        <w:t>ab yahan par us ko dobara bohat se forbidden tree hain.</w:t>
      </w:r>
    </w:p>
    <w:p>
      <w:pPr>
        <w:jc w:val="right"/>
      </w:pPr>
      <w:r>
        <w:t>اب یہاں پر اس کو دوبارہ بہت سے Forbidden Tree ہیں۔</w:t>
      </w:r>
    </w:p>
    <w:p>
      <w:r>
        <w:rPr>
          <w:b/>
        </w:rPr>
        <w:t xml:space="preserve">[07:27] </w:t>
      </w:r>
      <w:r>
        <w:t>do's and don'ts hain.</w:t>
      </w:r>
    </w:p>
    <w:p>
      <w:pPr>
        <w:jc w:val="right"/>
      </w:pPr>
      <w:r>
        <w:t>Do's and Don'ts ہیں۔</w:t>
      </w:r>
    </w:p>
    <w:p>
      <w:r>
        <w:rPr>
          <w:b/>
        </w:rPr>
        <w:t xml:space="preserve">[07:29] </w:t>
      </w:r>
      <w:r>
        <w:t>bohat si cheezon se us ko rukna hai.</w:t>
      </w:r>
    </w:p>
    <w:p>
      <w:pPr>
        <w:jc w:val="right"/>
      </w:pPr>
      <w:r>
        <w:t>بہت سی چیزوں سے اس کو رکنا ہے۔</w:t>
      </w:r>
    </w:p>
    <w:p>
      <w:r>
        <w:rPr>
          <w:b/>
        </w:rPr>
        <w:t xml:space="preserve">[07:32] </w:t>
      </w:r>
      <w:r>
        <w:t>bohat se distractions hain.</w:t>
      </w:r>
    </w:p>
    <w:p>
      <w:pPr>
        <w:jc w:val="right"/>
      </w:pPr>
      <w:r>
        <w:t>بہت سے distractions ہیں۔</w:t>
      </w:r>
    </w:p>
    <w:p>
      <w:r>
        <w:rPr>
          <w:b/>
        </w:rPr>
        <w:t xml:space="preserve">[07:34] </w:t>
      </w:r>
      <w:r>
        <w:t>is distraction se bachna hai aadmi ko.</w:t>
      </w:r>
    </w:p>
    <w:p>
      <w:pPr>
        <w:jc w:val="right"/>
      </w:pPr>
      <w:r>
        <w:t>اس distraction سے بچنا ہے آدمی کو۔</w:t>
      </w:r>
    </w:p>
    <w:p>
      <w:r>
        <w:rPr>
          <w:b/>
        </w:rPr>
        <w:t xml:space="preserve">[07:37] </w:t>
      </w:r>
      <w:r>
        <w:t>yeh sab kartay huay us ko aik zindagi guzarni hai.</w:t>
      </w:r>
    </w:p>
    <w:p>
      <w:pPr>
        <w:jc w:val="right"/>
      </w:pPr>
      <w:r>
        <w:t>یہ سب کرتے ہوئے اس کو ایک زندگی گزارنی ہے۔</w:t>
      </w:r>
    </w:p>
    <w:p>
      <w:r>
        <w:rPr>
          <w:b/>
        </w:rPr>
        <w:t xml:space="preserve">[07:41] </w:t>
      </w:r>
      <w:r>
        <w:t>chalish saal ki, pachaas saal ki, saath saal ki, sattar saal ki.</w:t>
      </w:r>
    </w:p>
    <w:p>
      <w:pPr>
        <w:jc w:val="right"/>
      </w:pPr>
      <w:r>
        <w:t>چالیس سال کی، پچاس سال کی، ساٹھ سال کی، ستر سال کی۔</w:t>
      </w:r>
    </w:p>
    <w:p>
      <w:r>
        <w:rPr>
          <w:b/>
        </w:rPr>
        <w:t xml:space="preserve">[07:46] </w:t>
      </w:r>
      <w:r>
        <w:t>yani so saal se andar hi andar us ka phir lota diya jata hai woh.</w:t>
      </w:r>
    </w:p>
    <w:p>
      <w:pPr>
        <w:jc w:val="right"/>
      </w:pPr>
      <w:r>
        <w:t>یعنی سو سال سے اندر ہی اندر اس کا پھر لوٹا دیا جاتا ہے وہ۔</w:t>
      </w:r>
    </w:p>
    <w:p>
      <w:r>
        <w:rPr>
          <w:b/>
        </w:rPr>
        <w:t xml:space="preserve">[07:53] </w:t>
      </w:r>
      <w:r>
        <w:t>ab hoga paradise mein admission selective basis par.</w:t>
      </w:r>
    </w:p>
    <w:p>
      <w:pPr>
        <w:jc w:val="right"/>
      </w:pPr>
      <w:r>
        <w:t>اب ہوگا paradise میں admission selective basis پر۔</w:t>
      </w:r>
    </w:p>
    <w:p>
      <w:r>
        <w:rPr>
          <w:b/>
        </w:rPr>
        <w:t xml:space="preserve">[07:56] </w:t>
      </w:r>
      <w:r>
        <w:t>yani jo log test mein qualify karein ge.</w:t>
      </w:r>
    </w:p>
    <w:p>
      <w:pPr>
        <w:jc w:val="right"/>
      </w:pPr>
      <w:r>
        <w:t>یعنی جو لوگ test میں qualify کریں گے۔</w:t>
      </w:r>
    </w:p>
    <w:p>
      <w:r>
        <w:rPr>
          <w:b/>
        </w:rPr>
        <w:t xml:space="preserve">[08:00] </w:t>
      </w:r>
      <w:r>
        <w:t>jo test par stand karein ge.</w:t>
      </w:r>
    </w:p>
    <w:p>
      <w:pPr>
        <w:jc w:val="right"/>
      </w:pPr>
      <w:r>
        <w:t>جو test پر stand کریں گے۔</w:t>
      </w:r>
    </w:p>
    <w:p>
      <w:r>
        <w:rPr>
          <w:b/>
        </w:rPr>
        <w:t xml:space="preserve">[08:02] </w:t>
      </w:r>
      <w:r>
        <w:t>un ke liye paradise hai.</w:t>
      </w:r>
    </w:p>
    <w:p>
      <w:pPr>
        <w:jc w:val="right"/>
      </w:pPr>
      <w:r>
        <w:t>ان کے لیے paradise ہے۔</w:t>
      </w:r>
    </w:p>
    <w:p>
      <w:r>
        <w:rPr>
          <w:b/>
        </w:rPr>
        <w:t xml:space="preserve">[08:04] </w:t>
      </w:r>
      <w:r>
        <w:t>baqi log jo hain us ko phenk diya jaye ga.</w:t>
      </w:r>
    </w:p>
    <w:p>
      <w:pPr>
        <w:jc w:val="right"/>
      </w:pPr>
      <w:r>
        <w:t>باقی لوگ جو ہیں اس کو پھینک دیا جائے گا۔</w:t>
      </w:r>
    </w:p>
    <w:p>
      <w:r>
        <w:rPr>
          <w:b/>
        </w:rPr>
        <w:t xml:space="preserve">[08:09] </w:t>
      </w:r>
      <w:r>
        <w:t>kora karkat hain baqi log.</w:t>
      </w:r>
    </w:p>
    <w:p>
      <w:pPr>
        <w:jc w:val="right"/>
      </w:pPr>
      <w:r>
        <w:t>کوڑا کرکٹ ہیں باقی لوگ۔</w:t>
      </w:r>
    </w:p>
    <w:p>
      <w:r>
        <w:rPr>
          <w:b/>
        </w:rPr>
        <w:t xml:space="preserve">[08:11] </w:t>
      </w:r>
      <w:r>
        <w:t>to yeh jo hai jo us ne likha france ke president ne "see you soon again" to usay</w:t>
      </w:r>
    </w:p>
    <w:p>
      <w:pPr>
        <w:jc w:val="right"/>
      </w:pPr>
      <w:r>
        <w:t>تو یہ جو ہے جو اس نے لکھا فرانس کے president نے "See you soon again" تو اسے</w:t>
      </w:r>
    </w:p>
    <w:p>
      <w:r>
        <w:rPr>
          <w:b/>
        </w:rPr>
        <w:t xml:space="preserve">[08:19] </w:t>
      </w:r>
      <w:r>
        <w:t>laga ke is insan ki is rooh bol rahi hai mujhe aisa laga.</w:t>
      </w:r>
    </w:p>
    <w:p>
      <w:pPr>
        <w:jc w:val="right"/>
      </w:pPr>
      <w:r>
        <w:t>لگا کہ اس انسان کی اس روح بول رہی ہے مجھے ایسا لگا۔</w:t>
      </w:r>
    </w:p>
    <w:p>
      <w:r>
        <w:rPr>
          <w:b/>
        </w:rPr>
        <w:t xml:space="preserve">[08:24] </w:t>
      </w:r>
      <w:r>
        <w:t>puri yeh jo insaniyat ki tareekh hai insan, woh woh sab ki awaaz mujhe is mein dikhai dene</w:t>
      </w:r>
    </w:p>
    <w:p>
      <w:pPr>
        <w:jc w:val="right"/>
      </w:pPr>
      <w:r>
        <w:t>پوری یہ جو انسانیت کی تاریخ ہے انسان، وہ وہ سب کی آواز مجھے اس میں دکھائی دینے</w:t>
      </w:r>
    </w:p>
    <w:p>
      <w:r>
        <w:rPr>
          <w:b/>
        </w:rPr>
        <w:t xml:space="preserve">[08:32] </w:t>
      </w:r>
      <w:r>
        <w:t xml:space="preserve"> lagi.</w:t>
      </w:r>
    </w:p>
    <w:p>
      <w:pPr>
        <w:jc w:val="right"/>
      </w:pPr>
      <w:r>
        <w:t>لگی۔</w:t>
      </w:r>
    </w:p>
    <w:p>
      <w:r>
        <w:rPr>
          <w:b/>
        </w:rPr>
        <w:t xml:space="preserve">[08:33] </w:t>
      </w:r>
      <w:r>
        <w:t xml:space="preserve"> keh mujhe jannat se chhodna pada tha.</w:t>
      </w:r>
    </w:p>
    <w:p>
      <w:pPr>
        <w:jc w:val="right"/>
      </w:pPr>
      <w:r>
        <w:t>کہ مجھے جنت سے چھوڑنا پڑا تھا۔</w:t>
      </w:r>
    </w:p>
    <w:p>
      <w:r>
        <w:rPr>
          <w:b/>
        </w:rPr>
        <w:t xml:space="preserve">[08:36] </w:t>
      </w:r>
      <w:r>
        <w:t xml:space="preserve"> aur phir mujhe jannat mein jaana hai.</w:t>
      </w:r>
    </w:p>
    <w:p>
      <w:pPr>
        <w:jc w:val="right"/>
      </w:pPr>
      <w:r>
        <w:t>اور پھر مجھے جنت میں جانا ہے۔</w:t>
      </w:r>
    </w:p>
    <w:p>
      <w:r>
        <w:rPr>
          <w:b/>
        </w:rPr>
        <w:t xml:space="preserve">[08:39] </w:t>
      </w:r>
      <w:r>
        <w:t xml:space="preserve"> jannat ko chhod kar mujhe yahan aana pada tha.</w:t>
      </w:r>
    </w:p>
    <w:p>
      <w:pPr>
        <w:jc w:val="right"/>
      </w:pPr>
      <w:r>
        <w:t>جنت کو چھوڑ کر مجھے یہاں آنا پڑا تھا۔</w:t>
      </w:r>
    </w:p>
    <w:p>
      <w:r>
        <w:rPr>
          <w:b/>
        </w:rPr>
        <w:t xml:space="preserve">[08:43] </w:t>
      </w:r>
      <w:r>
        <w:t xml:space="preserve"> aur phir mujhe jannat mein jaana hai.</w:t>
      </w:r>
    </w:p>
    <w:p>
      <w:pPr>
        <w:jc w:val="right"/>
      </w:pPr>
      <w:r>
        <w:t>اور پھر مجھے جنت میں جانا ہے۔</w:t>
      </w:r>
    </w:p>
    <w:p>
      <w:r>
        <w:rPr>
          <w:b/>
        </w:rPr>
        <w:t xml:space="preserve">[08:46] </w:t>
      </w:r>
      <w:r>
        <w:t xml:space="preserve"> phir mujhe jannat ko dekhna hai.</w:t>
      </w:r>
    </w:p>
    <w:p>
      <w:pPr>
        <w:jc w:val="right"/>
      </w:pPr>
      <w:r>
        <w:t>پھر مجھے جنت کو دیکھنا ہے۔</w:t>
      </w:r>
    </w:p>
    <w:p>
      <w:r>
        <w:rPr>
          <w:b/>
        </w:rPr>
        <w:t xml:space="preserve">[08:49] </w:t>
      </w:r>
      <w:r>
        <w:t xml:space="preserve"> phir mujhe jannat mein rehna hai.</w:t>
      </w:r>
    </w:p>
    <w:p>
      <w:pPr>
        <w:jc w:val="right"/>
      </w:pPr>
      <w:r>
        <w:t>پھر مجھے جنت میں رہنا ہے۔</w:t>
      </w:r>
    </w:p>
    <w:p>
      <w:r>
        <w:rPr>
          <w:b/>
        </w:rPr>
        <w:t xml:space="preserve">[08:51] </w:t>
      </w:r>
      <w:r>
        <w:t xml:space="preserve"> isi psychy mein saare insaan jee rahe hain.</w:t>
      </w:r>
    </w:p>
    <w:p>
      <w:pPr>
        <w:jc w:val="right"/>
      </w:pPr>
      <w:r>
        <w:t>اسی psychy میں سارے انسان جی رہے ہیں۔</w:t>
      </w:r>
    </w:p>
    <w:p>
      <w:r>
        <w:rPr>
          <w:b/>
        </w:rPr>
        <w:t xml:space="preserve">[08:55] </w:t>
      </w:r>
      <w:r>
        <w:t xml:space="preserve"> isi psychy mein saare insaan jee rahe hain.</w:t>
      </w:r>
    </w:p>
    <w:p>
      <w:pPr>
        <w:jc w:val="right"/>
      </w:pPr>
      <w:r>
        <w:t>اسی psychy میں سارے انسان جی رہے ہیں۔</w:t>
      </w:r>
    </w:p>
    <w:p>
      <w:r>
        <w:rPr>
          <w:b/>
        </w:rPr>
        <w:t xml:space="preserve">[08:58] </w:t>
      </w:r>
      <w:r>
        <w:t xml:space="preserve"> aap dekhiye keh insaan ka main concern kya hota hai is duniya mein? Apne liye ek khushi ki</w:t>
      </w:r>
    </w:p>
    <w:p>
      <w:pPr>
        <w:jc w:val="right"/>
      </w:pPr>
      <w:r>
        <w:t>آپ دیکھیے کہ انسان کا main concern کیا ہوتا ہے اس دنیا میں؟ اپنے لیے ایک خوشی کی</w:t>
      </w:r>
    </w:p>
    <w:p>
      <w:r>
        <w:rPr>
          <w:b/>
        </w:rPr>
        <w:t xml:space="preserve">[09:06] </w:t>
      </w:r>
      <w:r>
        <w:t xml:space="preserve"> duniya banana.</w:t>
      </w:r>
    </w:p>
    <w:p>
      <w:pPr>
        <w:jc w:val="right"/>
      </w:pPr>
      <w:r>
        <w:t>دنیا بنانا۔</w:t>
      </w:r>
    </w:p>
    <w:p>
      <w:r>
        <w:rPr>
          <w:b/>
        </w:rPr>
        <w:t xml:space="preserve">[09:07] </w:t>
      </w:r>
      <w:r>
        <w:t xml:space="preserve"> comfort aur luxury ki duniya banana.</w:t>
      </w:r>
    </w:p>
    <w:p>
      <w:pPr>
        <w:jc w:val="right"/>
      </w:pPr>
      <w:r>
        <w:t>Comfort اور luxury کی دنیا بنانا۔</w:t>
      </w:r>
    </w:p>
    <w:p>
      <w:r>
        <w:rPr>
          <w:b/>
        </w:rPr>
        <w:t xml:space="preserve">[09:10] </w:t>
      </w:r>
      <w:r>
        <w:t xml:space="preserve"> khushiyon ki ek duniya banana.</w:t>
      </w:r>
    </w:p>
    <w:p>
      <w:pPr>
        <w:jc w:val="right"/>
      </w:pPr>
      <w:r>
        <w:t>خوشیوں کی ایک دنیا بنانا۔</w:t>
      </w:r>
    </w:p>
    <w:p>
      <w:r>
        <w:rPr>
          <w:b/>
        </w:rPr>
        <w:t xml:space="preserve">[09:12] </w:t>
      </w:r>
      <w:r>
        <w:t xml:space="preserve"> saare aadmiyon ke dimaagh mein ek basa hua hai.</w:t>
      </w:r>
    </w:p>
    <w:p>
      <w:pPr>
        <w:jc w:val="right"/>
      </w:pPr>
      <w:r>
        <w:t>سارے آدمیوں کے دماغ میں ایک بسا ہوا ہے۔</w:t>
      </w:r>
    </w:p>
    <w:p>
      <w:r>
        <w:rPr>
          <w:b/>
        </w:rPr>
        <w:t xml:space="preserve">[09:16] </w:t>
      </w:r>
      <w:r>
        <w:t xml:space="preserve"> isi ko unfold kar raha hai woh.</w:t>
      </w:r>
    </w:p>
    <w:p>
      <w:pPr>
        <w:jc w:val="right"/>
      </w:pPr>
      <w:r>
        <w:t>اسی کو unfold کر رہا ہے وہ۔</w:t>
      </w:r>
    </w:p>
    <w:p>
      <w:r>
        <w:rPr>
          <w:b/>
        </w:rPr>
        <w:t xml:space="preserve">[09:19] </w:t>
      </w:r>
      <w:r>
        <w:t xml:space="preserve"> aadmi ghar banata hai, achha sa achha ghar chahta hai banana.</w:t>
      </w:r>
    </w:p>
    <w:p>
      <w:pPr>
        <w:jc w:val="right"/>
      </w:pPr>
      <w:r>
        <w:t>آدمی گھر بناتا ہے، اچھا سا اچھا گھر چاہتا ہے بنانا۔</w:t>
      </w:r>
    </w:p>
    <w:p>
      <w:r>
        <w:rPr>
          <w:b/>
        </w:rPr>
        <w:t xml:space="preserve">[09:24] </w:t>
      </w:r>
      <w:r>
        <w:t xml:space="preserve"> kamata hai, zyada se zyada paisa kamana chahta hai.</w:t>
      </w:r>
    </w:p>
    <w:p>
      <w:pPr>
        <w:jc w:val="right"/>
      </w:pPr>
      <w:r>
        <w:t>کماتا ہے، زیادہ سے زیادہ پیسہ کمانا چاہتا ہے۔</w:t>
      </w:r>
    </w:p>
    <w:p>
      <w:r>
        <w:rPr>
          <w:b/>
        </w:rPr>
        <w:t xml:space="preserve">[09:28] </w:t>
      </w:r>
      <w:r>
        <w:t xml:space="preserve"> fame ki taraf jaata hai to zyada se zyada fame haasil karna chahta hai.</w:t>
      </w:r>
    </w:p>
    <w:p>
      <w:pPr>
        <w:jc w:val="right"/>
      </w:pPr>
      <w:r>
        <w:t>Fame کی طرف جاتا ہے تو زیادہ سے زیادہ fame حاصل کرنا چاہتا ہے۔</w:t>
      </w:r>
    </w:p>
    <w:p>
      <w:r>
        <w:rPr>
          <w:b/>
        </w:rPr>
        <w:t xml:space="preserve">[09:34] </w:t>
      </w:r>
      <w:r>
        <w:t xml:space="preserve"> yaani woh saare item jin ko aap khushiyon ke item keh sakte hain.</w:t>
      </w:r>
    </w:p>
    <w:p>
      <w:pPr>
        <w:jc w:val="right"/>
      </w:pPr>
      <w:r>
        <w:t>یعنی وہ سارے item جن کو آپ خوشیوں کے item کہہ سکتے ہیں۔</w:t>
      </w:r>
    </w:p>
    <w:p>
      <w:r>
        <w:rPr>
          <w:b/>
        </w:rPr>
        <w:t xml:space="preserve">[09:39] </w:t>
      </w:r>
      <w:r>
        <w:t xml:space="preserve"> in saare item ko sametna.</w:t>
      </w:r>
    </w:p>
    <w:p>
      <w:pPr>
        <w:jc w:val="right"/>
      </w:pPr>
      <w:r>
        <w:t>ان سارے item کو سمیٹنا۔</w:t>
      </w:r>
    </w:p>
    <w:p>
      <w:r>
        <w:rPr>
          <w:b/>
        </w:rPr>
        <w:t xml:space="preserve">[09:41] </w:t>
      </w:r>
      <w:r>
        <w:t xml:space="preserve"> alhaq wal taqasar hatta zart bil makhazir.</w:t>
      </w:r>
    </w:p>
    <w:p>
      <w:pPr>
        <w:jc w:val="right"/>
      </w:pPr>
      <w:r>
        <w:t>الحق والتقاصر حتیٰ ذرت بالمخاذر۔</w:t>
      </w:r>
    </w:p>
    <w:p>
      <w:r>
        <w:rPr>
          <w:b/>
        </w:rPr>
        <w:t xml:space="preserve">[09:43] </w:t>
      </w:r>
      <w:r>
        <w:t xml:space="preserve"> to agar aap ek sentence mein yeh batana chahein poore human race, saare mankind ki psychology ko, is</w:t>
      </w:r>
    </w:p>
    <w:p>
      <w:pPr>
        <w:jc w:val="right"/>
      </w:pPr>
      <w:r>
        <w:t>تو اگر آپ ایک sentence میں یہ بتانا چاہیں پورے human race، سارے mankind کی psychology کو، اس</w:t>
      </w:r>
    </w:p>
    <w:p>
      <w:r>
        <w:rPr>
          <w:b/>
        </w:rPr>
        <w:t xml:space="preserve">[09:51] </w:t>
      </w:r>
      <w:r>
        <w:t>ke mizaj ko, jis ke saath woh insaan jee raha hai duniya mein, to woh yahi ek hi</w:t>
      </w:r>
    </w:p>
    <w:p>
      <w:pPr>
        <w:jc w:val="right"/>
      </w:pPr>
      <w:r>
        <w:t>کے مزاج کو، جس کے ساتھ وہ انسان جی رہا ہے دنیا میں، تو وہ یہی ایک ہی</w:t>
      </w:r>
    </w:p>
    <w:p>
      <w:r>
        <w:rPr>
          <w:b/>
        </w:rPr>
        <w:t xml:space="preserve">[09:59] </w:t>
      </w:r>
      <w:r>
        <w:t>hogi.</w:t>
      </w:r>
    </w:p>
    <w:p>
      <w:pPr>
        <w:jc w:val="right"/>
      </w:pPr>
      <w:r>
        <w:t>ہوگی۔</w:t>
      </w:r>
    </w:p>
    <w:p>
      <w:r>
        <w:rPr>
          <w:b/>
        </w:rPr>
        <w:t xml:space="preserve">[10:00] </w:t>
      </w:r>
      <w:r>
        <w:t>"See you soon again." phir mujhe dekhna hai tumhein.</w:t>
      </w:r>
    </w:p>
    <w:p>
      <w:pPr>
        <w:jc w:val="right"/>
      </w:pPr>
      <w:r>
        <w:t>"See you soon again۔" پھر مجھے دیکھنا ہے تمہیں۔</w:t>
      </w:r>
    </w:p>
    <w:p>
      <w:r>
        <w:rPr>
          <w:b/>
        </w:rPr>
        <w:t xml:space="preserve">[10:04] </w:t>
      </w:r>
      <w:r>
        <w:t>phir mujhe tere paas jana hai.</w:t>
      </w:r>
    </w:p>
    <w:p>
      <w:pPr>
        <w:jc w:val="right"/>
      </w:pPr>
      <w:r>
        <w:t>پھر مجھے تیرے پاس جانا ہے۔</w:t>
      </w:r>
    </w:p>
    <w:p>
      <w:r>
        <w:rPr>
          <w:b/>
        </w:rPr>
        <w:t xml:space="preserve">[10:07] </w:t>
      </w:r>
      <w:r>
        <w:t>ab ghalti kya hai yahan? ke yeh psychy to hai is liye ke jannat mein pohncha hai aadmi.</w:t>
      </w:r>
    </w:p>
    <w:p>
      <w:pPr>
        <w:jc w:val="right"/>
      </w:pPr>
      <w:r>
        <w:t>اب غلطی کیا ہے یہاں؟ کہ یہ psychy تو ہے اس لیے کہ جنت میں پہنچا ہے آدمی۔</w:t>
      </w:r>
    </w:p>
    <w:p>
      <w:r>
        <w:rPr>
          <w:b/>
        </w:rPr>
        <w:t xml:space="preserve">[10:15] </w:t>
      </w:r>
      <w:r>
        <w:t>lekin is ko yahin par materialize karna chahta hai.</w:t>
      </w:r>
    </w:p>
    <w:p>
      <w:pPr>
        <w:jc w:val="right"/>
      </w:pPr>
      <w:r>
        <w:t>لیکن اس کو یہیں پر materialize کرنا چاہتا ہے۔</w:t>
      </w:r>
    </w:p>
    <w:p>
      <w:r>
        <w:rPr>
          <w:b/>
        </w:rPr>
        <w:t xml:space="preserve">[10:18] </w:t>
      </w:r>
      <w:r>
        <w:t>ghalti yahan par hui hai.</w:t>
      </w:r>
    </w:p>
    <w:p>
      <w:pPr>
        <w:jc w:val="right"/>
      </w:pPr>
      <w:r>
        <w:t>غلطی یہاں پر ہوئی ہے۔</w:t>
      </w:r>
    </w:p>
    <w:p>
      <w:r>
        <w:rPr>
          <w:b/>
        </w:rPr>
        <w:t xml:space="preserve">[10:21] </w:t>
      </w:r>
      <w:r>
        <w:t>woh jannat woh isi dunya mein banana chahta hai.</w:t>
      </w:r>
    </w:p>
    <w:p>
      <w:pPr>
        <w:jc w:val="right"/>
      </w:pPr>
      <w:r>
        <w:t>وہ جنت وہ اسی دنیا میں بنانا چاہتا ہے۔</w:t>
      </w:r>
    </w:p>
    <w:p>
      <w:r>
        <w:rPr>
          <w:b/>
        </w:rPr>
        <w:t xml:space="preserve">[10:24] </w:t>
      </w:r>
      <w:r>
        <w:t>saare log, saare log jo hain woh jannat isi dunya mein basana chahte hain.</w:t>
      </w:r>
    </w:p>
    <w:p>
      <w:pPr>
        <w:jc w:val="right"/>
      </w:pPr>
      <w:r>
        <w:t>سارے لوگ، سارے لوگ جو ہیں وہ جنت اسی دنیا میں بسانا چاہتے ہیں۔</w:t>
      </w:r>
    </w:p>
    <w:p>
      <w:r>
        <w:rPr>
          <w:b/>
        </w:rPr>
        <w:t xml:space="preserve">[10:30] </w:t>
      </w:r>
      <w:r>
        <w:t>ab aaj hi paper mein aik article aaya hai jo aaj kal ke jo soch hai hamare logon</w:t>
      </w:r>
    </w:p>
    <w:p>
      <w:pPr>
        <w:jc w:val="right"/>
      </w:pPr>
      <w:r>
        <w:t>اب آج ہی paper میں ایک article آیا ہے جو آج کل کے جو سوچ ہے ہمارے لوگوں</w:t>
      </w:r>
    </w:p>
    <w:p>
      <w:r>
        <w:rPr>
          <w:b/>
        </w:rPr>
        <w:t xml:space="preserve">[10:38] </w:t>
      </w:r>
      <w:r>
        <w:t>ki, un ko yeh bata raha hai.</w:t>
      </w:r>
    </w:p>
    <w:p>
      <w:pPr>
        <w:jc w:val="right"/>
      </w:pPr>
      <w:r>
        <w:t>کی، ان کو یہ بتا رہا ہے۔</w:t>
      </w:r>
    </w:p>
    <w:p>
      <w:r>
        <w:rPr>
          <w:b/>
        </w:rPr>
        <w:t xml:space="preserve">[10:41] </w:t>
      </w:r>
      <w:r>
        <w:t>aik poora page hai yeh.</w:t>
      </w:r>
    </w:p>
    <w:p>
      <w:pPr>
        <w:jc w:val="right"/>
      </w:pPr>
      <w:r>
        <w:t>ایک پورا page ہے یہ۔</w:t>
      </w:r>
    </w:p>
    <w:p>
      <w:r>
        <w:rPr>
          <w:b/>
        </w:rPr>
        <w:t xml:space="preserve">[10:43] </w:t>
      </w:r>
      <w:r>
        <w:t>is ke do part hain.</w:t>
      </w:r>
    </w:p>
    <w:p>
      <w:pPr>
        <w:jc w:val="right"/>
      </w:pPr>
      <w:r>
        <w:t>اس کے دو part ہیں۔</w:t>
      </w:r>
    </w:p>
    <w:p>
      <w:r>
        <w:rPr>
          <w:b/>
        </w:rPr>
        <w:t xml:space="preserve">[10:45] </w:t>
      </w:r>
      <w:r>
        <w:t>pehlay part ka yeh caption diya unhon ne ke "You have the power." "You have the power." tum</w:t>
      </w:r>
    </w:p>
    <w:p>
      <w:pPr>
        <w:jc w:val="right"/>
      </w:pPr>
      <w:r>
        <w:t>پہلے part کا یہ caption دیا انہوں نے کہ "You have the power." "You have the power." تم</w:t>
      </w:r>
    </w:p>
    <w:p>
      <w:r>
        <w:rPr>
          <w:b/>
        </w:rPr>
        <w:t xml:space="preserve">[10:53] </w:t>
      </w:r>
      <w:r>
        <w:t>ko power hai, tum ko taqat hai.</w:t>
      </w:r>
    </w:p>
    <w:p>
      <w:pPr>
        <w:jc w:val="right"/>
      </w:pPr>
      <w:r>
        <w:t>کو power ہے، تم کو طاقت ہے۔</w:t>
      </w:r>
    </w:p>
    <w:p>
      <w:r>
        <w:rPr>
          <w:b/>
        </w:rPr>
        <w:t xml:space="preserve">[10:56] </w:t>
      </w:r>
      <w:r>
        <w:t>yani insaan ke andar jo urge hai paradise banane ki, to yeh keh rahe hain ke tumhari to</w:t>
      </w:r>
    </w:p>
    <w:p>
      <w:pPr>
        <w:jc w:val="right"/>
      </w:pPr>
      <w:r>
        <w:t>یعنی انسان کے اندر جو urge ہے paradise بنانے کی، تو یہ کہہ رہے ہیں کہ تمہاری تو</w:t>
      </w:r>
    </w:p>
    <w:p>
      <w:r>
        <w:rPr>
          <w:b/>
        </w:rPr>
        <w:t xml:space="preserve">[11:04] </w:t>
      </w:r>
      <w:r>
        <w:t>taqat hai, tum bana sakte ho.</w:t>
      </w:r>
    </w:p>
    <w:p>
      <w:pPr>
        <w:jc w:val="right"/>
      </w:pPr>
      <w:r>
        <w:t>طاقت ہے، تم بنا سکتے ہو۔</w:t>
      </w:r>
    </w:p>
    <w:p>
      <w:r>
        <w:rPr>
          <w:b/>
        </w:rPr>
        <w:t xml:space="preserve">[11:06] </w:t>
      </w:r>
      <w:r>
        <w:t>woh paradise tum bana sakte ho.</w:t>
      </w:r>
    </w:p>
    <w:p>
      <w:pPr>
        <w:jc w:val="right"/>
      </w:pPr>
      <w:r>
        <w:t>وہ paradise تم بنا سکتے ہو۔</w:t>
      </w:r>
    </w:p>
    <w:p>
      <w:r>
        <w:rPr>
          <w:b/>
        </w:rPr>
        <w:t xml:space="preserve">[11:09] </w:t>
      </w:r>
      <w:r>
        <w:t>phir is ke doosra part jo hai us mein yeh keh rahe hain ke kya raaz hai, is</w:t>
      </w:r>
    </w:p>
    <w:p>
      <w:pPr>
        <w:jc w:val="right"/>
      </w:pPr>
      <w:r>
        <w:t>پھر اس کے دوسرا part جو ہے اس میں یہ کہہ رہے ہیں کہ کیا راز ہے، اس</w:t>
      </w:r>
    </w:p>
    <w:p>
      <w:r>
        <w:rPr>
          <w:b/>
        </w:rPr>
        <w:t xml:space="preserve">[11:17] </w:t>
      </w:r>
      <w:r>
        <w:t>ko bata rahe hain.</w:t>
      </w:r>
    </w:p>
    <w:p>
      <w:pPr>
        <w:jc w:val="right"/>
      </w:pPr>
      <w:r>
        <w:t>کو بتا رہے ہیں۔</w:t>
      </w:r>
    </w:p>
    <w:p>
      <w:r>
        <w:rPr>
          <w:b/>
        </w:rPr>
        <w:t xml:space="preserve">[11:18] </w:t>
      </w:r>
      <w:r>
        <w:t>to is ka caption yeh dekhiye: "Be happy here and now." "Be happy here and now." is ka</w:t>
      </w:r>
    </w:p>
    <w:p>
      <w:pPr>
        <w:jc w:val="right"/>
      </w:pPr>
      <w:r>
        <w:t>تو اس کا caption یہ دیکھیے: "Be happy here and now۔" "Be happy here and now۔" اس کا</w:t>
      </w:r>
    </w:p>
    <w:p>
      <w:r>
        <w:rPr>
          <w:b/>
        </w:rPr>
        <w:t xml:space="preserve">[11:26] </w:t>
      </w:r>
      <w:r>
        <w:t>formula bata rahe hain ke bas khush raho, khush raho, khush raho.</w:t>
      </w:r>
    </w:p>
    <w:p>
      <w:pPr>
        <w:jc w:val="right"/>
      </w:pPr>
      <w:r>
        <w:t>فارمولا بتا رہے ہیں کہ بس خوش رہو، خوش رہو، خوش رہو۔</w:t>
      </w:r>
    </w:p>
    <w:p>
      <w:r>
        <w:rPr>
          <w:b/>
        </w:rPr>
        <w:t xml:space="preserve">[11:31] </w:t>
      </w:r>
      <w:r>
        <w:t>"Be happy here and now." to is mazmoon mein yani yeh koi nai baat nahi hai, is aaj</w:t>
      </w:r>
    </w:p>
    <w:p>
      <w:pPr>
        <w:jc w:val="right"/>
      </w:pPr>
      <w:r>
        <w:t>"Be happy here and now۔" تو اس مضمون میں یعنی یہ کوئی نئی بات نہیں ہے، اس آج</w:t>
      </w:r>
    </w:p>
    <w:p>
      <w:r>
        <w:rPr>
          <w:b/>
        </w:rPr>
        <w:t xml:space="preserve">[11:39] </w:t>
      </w:r>
      <w:r>
        <w:t>kal saare logon ki yahi soch hai.</w:t>
      </w:r>
    </w:p>
    <w:p>
      <w:pPr>
        <w:jc w:val="right"/>
      </w:pPr>
      <w:r>
        <w:t>کل سارے لوگوں کی یہی سوچ ہے۔</w:t>
      </w:r>
    </w:p>
    <w:p>
      <w:r>
        <w:rPr>
          <w:b/>
        </w:rPr>
        <w:t xml:space="preserve">[11:42] </w:t>
      </w:r>
      <w:r>
        <w:t>mein radio sunta hoon to us mein yahi baat rehti hai.</w:t>
      </w:r>
    </w:p>
    <w:p>
      <w:pPr>
        <w:jc w:val="right"/>
      </w:pPr>
      <w:r>
        <w:t>میں radio سنتا ہوں تو اس میں یہی بات رہتی ہے۔</w:t>
      </w:r>
    </w:p>
    <w:p>
      <w:r>
        <w:rPr>
          <w:b/>
        </w:rPr>
        <w:t xml:space="preserve">[11:47] </w:t>
      </w:r>
      <w:r>
        <w:t>isi ko represent kar raha hai yeh.</w:t>
      </w:r>
    </w:p>
    <w:p>
      <w:pPr>
        <w:jc w:val="right"/>
      </w:pPr>
      <w:r>
        <w:t>اسی کو represent کر رہا ہے یہ۔</w:t>
      </w:r>
    </w:p>
    <w:p>
      <w:r>
        <w:rPr>
          <w:b/>
        </w:rPr>
        <w:t xml:space="preserve">[11:50] </w:t>
      </w:r>
      <w:r>
        <w:t>yeh yeh article.</w:t>
      </w:r>
    </w:p>
    <w:p>
      <w:pPr>
        <w:jc w:val="right"/>
      </w:pPr>
      <w:r>
        <w:t>یہ یہ article۔</w:t>
      </w:r>
    </w:p>
    <w:p>
      <w:r>
        <w:rPr>
          <w:b/>
        </w:rPr>
        <w:t xml:space="preserve">[11:51] </w:t>
      </w:r>
      <w:r>
        <w:t>to yeh bata rahe hain ke kya? ke tum dunya mein rehte ho to tum ko har waqt</w:t>
      </w:r>
    </w:p>
    <w:p>
      <w:pPr>
        <w:jc w:val="right"/>
      </w:pPr>
      <w:r>
        <w:t>تو یہ بتا رہے ہیں کہ کیا؟ کہ تم دنیا میں رہتے ہو تو تم کو ہر وقت</w:t>
      </w:r>
    </w:p>
    <w:p>
      <w:r>
        <w:rPr>
          <w:b/>
        </w:rPr>
        <w:t xml:space="preserve">[11:59] </w:t>
      </w:r>
      <w:r>
        <w:t>cheezein milti hain.</w:t>
      </w:r>
    </w:p>
    <w:p>
      <w:pPr>
        <w:jc w:val="right"/>
      </w:pPr>
      <w:r>
        <w:t>چیزیں ملتی ہیں۔</w:t>
      </w:r>
    </w:p>
    <w:p>
      <w:r>
        <w:rPr>
          <w:b/>
        </w:rPr>
        <w:t xml:space="preserve">[12:00] </w:t>
      </w:r>
      <w:r>
        <w:t>jaise dekhiye yahan par ek titli, titli mili hui hai.</w:t>
      </w:r>
    </w:p>
    <w:p>
      <w:pPr>
        <w:jc w:val="right"/>
      </w:pPr>
      <w:r>
        <w:t>جیسے دیکھیے یہاں پر ایک تتلی، تتلی ملی ہوئی ہے۔</w:t>
      </w:r>
    </w:p>
    <w:p>
      <w:r>
        <w:rPr>
          <w:b/>
        </w:rPr>
        <w:t xml:space="preserve">[12:05] </w:t>
      </w:r>
      <w:r>
        <w:t>ab titli, titli ko dekh kar woh khush ho raha hai aadmi.</w:t>
      </w:r>
    </w:p>
    <w:p>
      <w:pPr>
        <w:jc w:val="right"/>
      </w:pPr>
      <w:r>
        <w:t>اب تتلی، تتلی کو دیکھ کر وہ خوش ہو رہا ہے آدمی۔</w:t>
      </w:r>
    </w:p>
    <w:p>
      <w:r>
        <w:rPr>
          <w:b/>
        </w:rPr>
        <w:t xml:space="preserve">[12:10] </w:t>
      </w:r>
      <w:r>
        <w:t>isko gratitude pesh karo.</w:t>
      </w:r>
    </w:p>
    <w:p>
      <w:pPr>
        <w:jc w:val="right"/>
      </w:pPr>
      <w:r>
        <w:t>اس کو gratitude پیش کرو۔</w:t>
      </w:r>
    </w:p>
    <w:p>
      <w:r>
        <w:rPr>
          <w:b/>
        </w:rPr>
        <w:t xml:space="preserve">[12:12] </w:t>
      </w:r>
      <w:r>
        <w:t>titli dekho to kya, kya achhi titli mujhe mil gayi hai.</w:t>
      </w:r>
    </w:p>
    <w:p>
      <w:pPr>
        <w:jc w:val="right"/>
      </w:pPr>
      <w:r>
        <w:t>تتلی دیکھو تو کیا، کیا اچھی تتلی مجھے مل گئی ہے۔</w:t>
      </w:r>
    </w:p>
    <w:p>
      <w:r>
        <w:rPr>
          <w:b/>
        </w:rPr>
        <w:t xml:space="preserve">[12:17] </w:t>
      </w:r>
      <w:r>
        <w:t>computer ko dekho to kya taash ka computer mila hai.</w:t>
      </w:r>
    </w:p>
    <w:p>
      <w:pPr>
        <w:jc w:val="right"/>
      </w:pPr>
      <w:r>
        <w:t>کمپیوٹر کو دیکھو تو کیا تاش کا کمپیوٹر ملا ہے۔</w:t>
      </w:r>
    </w:p>
    <w:p>
      <w:r>
        <w:rPr>
          <w:b/>
        </w:rPr>
        <w:t xml:space="preserve">[12:21] </w:t>
      </w:r>
      <w:r>
        <w:t>car ko dekho to kaho ke kya achhi car mujhe hasil hai.</w:t>
      </w:r>
    </w:p>
    <w:p>
      <w:pPr>
        <w:jc w:val="right"/>
      </w:pPr>
      <w:r>
        <w:t>کار کو دیکھو تو کہو کہ کیا اچھی کار مجھے حاصل ہے۔</w:t>
      </w:r>
    </w:p>
    <w:p>
      <w:r>
        <w:rPr>
          <w:b/>
        </w:rPr>
        <w:t xml:space="preserve">[12:26] </w:t>
      </w:r>
      <w:r>
        <w:t>ghar ko dekho to waah kitna am ghar mujhe mila hua hai.</w:t>
      </w:r>
    </w:p>
    <w:p>
      <w:pPr>
        <w:jc w:val="right"/>
      </w:pPr>
      <w:r>
        <w:t>گھر کو دیکھو تو واہ کتنا ام گھر مجھے ملا ہوا ہے۔</w:t>
      </w:r>
    </w:p>
    <w:p>
      <w:r>
        <w:rPr>
          <w:b/>
        </w:rPr>
        <w:t xml:space="preserve">[12:31] </w:t>
      </w:r>
      <w:r>
        <w:t>to yeh formula bataya unhon ne.</w:t>
      </w:r>
    </w:p>
    <w:p>
      <w:pPr>
        <w:jc w:val="right"/>
      </w:pPr>
      <w:r>
        <w:t>تو یہ فارمولا بتایا انہوں نے۔</w:t>
      </w:r>
    </w:p>
    <w:p>
      <w:r>
        <w:rPr>
          <w:b/>
        </w:rPr>
        <w:t xml:space="preserve">[12:34] </w:t>
      </w:r>
      <w:r>
        <w:t>aur yeh is mein bata rahe hain yeh ke gratitude opens the flood to joy.</w:t>
      </w:r>
    </w:p>
    <w:p>
      <w:pPr>
        <w:jc w:val="right"/>
      </w:pPr>
      <w:r>
        <w:t>اور یہ اس میں بتا رہے ہیں یہ کہ gratitude opens the flood to joy۔</w:t>
      </w:r>
    </w:p>
    <w:p>
      <w:r>
        <w:rPr>
          <w:b/>
        </w:rPr>
        <w:t xml:space="preserve">[12:40] </w:t>
      </w:r>
      <w:r>
        <w:t>yeh jo bata rahe hain woh ke cheezon mein khoob khush, khushi hasil karo, ho ho ha karo.</w:t>
      </w:r>
    </w:p>
    <w:p>
      <w:pPr>
        <w:jc w:val="right"/>
      </w:pPr>
      <w:r>
        <w:t>یہ جو بتا رہے ہیں وہ کہ چیزوں میں خوب خوش، خوشی حاصل کرو، ہو ہو ہا کرو۔</w:t>
      </w:r>
    </w:p>
    <w:p>
      <w:r>
        <w:rPr>
          <w:b/>
        </w:rPr>
        <w:t xml:space="preserve">[12:48] </w:t>
      </w:r>
      <w:r>
        <w:t>har cheez par hanso.</w:t>
      </w:r>
    </w:p>
    <w:p>
      <w:pPr>
        <w:jc w:val="right"/>
      </w:pPr>
      <w:r>
        <w:t>ہر چیز پر ہنسو۔</w:t>
      </w:r>
    </w:p>
    <w:p>
      <w:r>
        <w:rPr>
          <w:b/>
        </w:rPr>
        <w:t xml:space="preserve">[12:50] </w:t>
      </w:r>
      <w:r>
        <w:t>har cheez ko dekh kar ke usko kaho ke waah kya achhi cheez mujhe mili hui hai.</w:t>
      </w:r>
    </w:p>
    <w:p>
      <w:pPr>
        <w:jc w:val="right"/>
      </w:pPr>
      <w:r>
        <w:t>ہر چیز کو دیکھ کر کے اس کو کہو کہ واہ کیا اچھی چیز مجھے ملی ہوئی ہے۔</w:t>
      </w:r>
    </w:p>
    <w:p>
      <w:r>
        <w:rPr>
          <w:b/>
        </w:rPr>
        <w:t xml:space="preserve">[12:57] </w:t>
      </w:r>
      <w:r>
        <w:t>to woh kehte hain gratitude opens the door to joy.</w:t>
      </w:r>
    </w:p>
    <w:p>
      <w:pPr>
        <w:jc w:val="right"/>
      </w:pPr>
      <w:r>
        <w:t>تو وہ کہتے ہیں gratitude opens the door to joy۔</w:t>
      </w:r>
    </w:p>
    <w:p>
      <w:r>
        <w:rPr>
          <w:b/>
        </w:rPr>
        <w:t xml:space="preserve">[13:02] </w:t>
      </w:r>
      <w:r>
        <w:t>gratitude ke liye urdu mein lafz hai tashakkur.</w:t>
      </w:r>
    </w:p>
    <w:p>
      <w:pPr>
        <w:jc w:val="right"/>
      </w:pPr>
      <w:r>
        <w:t>Gratitude کے لیے اردو میں لفظ ہے تشکر۔</w:t>
      </w:r>
    </w:p>
    <w:p>
      <w:r>
        <w:rPr>
          <w:b/>
        </w:rPr>
        <w:t xml:space="preserve">[13:05] </w:t>
      </w:r>
      <w:r>
        <w:t>ehsaan mandi, tashakkur.</w:t>
      </w:r>
    </w:p>
    <w:p>
      <w:pPr>
        <w:jc w:val="right"/>
      </w:pPr>
      <w:r>
        <w:t>احسان مندی، تشکر۔</w:t>
      </w:r>
    </w:p>
    <w:p>
      <w:r>
        <w:rPr>
          <w:b/>
        </w:rPr>
        <w:t xml:space="preserve">[13:07] </w:t>
      </w:r>
      <w:r>
        <w:t>gratitude jo hai woh darwaza khol deta hai joy ka, khushiyon ka.</w:t>
      </w:r>
    </w:p>
    <w:p>
      <w:pPr>
        <w:jc w:val="right"/>
      </w:pPr>
      <w:r>
        <w:t>Gratitude جو ہے وہ دروازہ کھول دیتا ہے joy کا، خوشیوں کا۔</w:t>
      </w:r>
    </w:p>
    <w:p>
      <w:r>
        <w:rPr>
          <w:b/>
        </w:rPr>
        <w:t xml:space="preserve">[13:12] </w:t>
      </w:r>
      <w:r>
        <w:t>yeh kaisi ajeeb baat hai ke insaan yeh nahi sochta ke titli ko banaya kis ne.</w:t>
      </w:r>
    </w:p>
    <w:p>
      <w:pPr>
        <w:jc w:val="right"/>
      </w:pPr>
      <w:r>
        <w:t>یہ کیسی عجیب بات ہے کہ انسان یہ نہیں سوچتا کہ تتلی کو بنایا کس نے۔</w:t>
      </w:r>
    </w:p>
    <w:p>
      <w:r>
        <w:rPr>
          <w:b/>
        </w:rPr>
        <w:t xml:space="preserve">[13:19] </w:t>
      </w:r>
      <w:r>
        <w:t>titli ko, titli ko dekh kar ek aadmi khush ho raha hai ke waah kya achhi hai titli</w:t>
      </w:r>
    </w:p>
    <w:p>
      <w:pPr>
        <w:jc w:val="right"/>
      </w:pPr>
      <w:r>
        <w:t>تتلی کو، تتلی کو دیکھ کر ایک آدمی خوش ہو رہا ہے کہ واہ کیا اچھی ہے تتلی</w:t>
      </w:r>
    </w:p>
    <w:p>
      <w:r>
        <w:rPr>
          <w:b/>
        </w:rPr>
        <w:t xml:space="preserve">[13:26] </w:t>
      </w:r>
      <w:r>
        <w:t>jo mere kamre mein urh rahi hai.</w:t>
      </w:r>
    </w:p>
    <w:p>
      <w:pPr>
        <w:jc w:val="right"/>
      </w:pPr>
      <w:r>
        <w:t>جو میرے کمرے میں اڑ رہی ہے۔</w:t>
      </w:r>
    </w:p>
    <w:p>
      <w:r>
        <w:rPr>
          <w:b/>
        </w:rPr>
        <w:t xml:space="preserve">[13:29] </w:t>
      </w:r>
      <w:r>
        <w:t>aur koi yeh nahi sochta ke ke titli ko banaya kis ne.</w:t>
      </w:r>
    </w:p>
    <w:p>
      <w:pPr>
        <w:jc w:val="right"/>
      </w:pPr>
      <w:r>
        <w:t>اور کوئی یہ نہیں سوچتا کہ کہ تتلی کو بنایا کس نے۔</w:t>
      </w:r>
    </w:p>
    <w:p>
      <w:r>
        <w:rPr>
          <w:b/>
        </w:rPr>
        <w:t xml:space="preserve">[13:34] </w:t>
      </w:r>
      <w:r>
        <w:t>to is duniya ke baray mein aap gratitude pesh kar rahe hain duniya ko.</w:t>
      </w:r>
    </w:p>
    <w:p>
      <w:pPr>
        <w:jc w:val="right"/>
      </w:pPr>
      <w:r>
        <w:t>تو اس دنیا کے بارے میں آپ gratitude پیش کر رہے ہیں دنیا کو۔</w:t>
      </w:r>
    </w:p>
    <w:p>
      <w:r>
        <w:rPr>
          <w:b/>
        </w:rPr>
        <w:t xml:space="preserve">[13:40] </w:t>
      </w:r>
      <w:r>
        <w:t>waah kitni achhi hai air.</w:t>
      </w:r>
    </w:p>
    <w:p>
      <w:pPr>
        <w:jc w:val="right"/>
      </w:pPr>
      <w:r>
        <w:t>واہ کتنی اچھی ہے air۔</w:t>
      </w:r>
    </w:p>
    <w:p>
      <w:r>
        <w:rPr>
          <w:b/>
        </w:rPr>
        <w:t xml:space="preserve">[13:43] </w:t>
      </w:r>
      <w:r>
        <w:t>waah kitna achha hai tree.</w:t>
      </w:r>
    </w:p>
    <w:p>
      <w:pPr>
        <w:jc w:val="right"/>
      </w:pPr>
      <w:r>
        <w:t>واہ کتنا اچھا ہے tree۔</w:t>
      </w:r>
    </w:p>
    <w:p>
      <w:r>
        <w:rPr>
          <w:b/>
        </w:rPr>
        <w:t xml:space="preserve">[13:45] </w:t>
      </w:r>
      <w:r>
        <w:t>waah kitni achhi hai zameen.</w:t>
      </w:r>
    </w:p>
    <w:p>
      <w:pPr>
        <w:jc w:val="right"/>
      </w:pPr>
      <w:r>
        <w:t>واہ کتنی اچھی ہے زمین۔</w:t>
      </w:r>
    </w:p>
    <w:p>
      <w:r>
        <w:rPr>
          <w:b/>
        </w:rPr>
        <w:t xml:space="preserve">[13:47] </w:t>
      </w:r>
      <w:r>
        <w:t>wah kitna acha hai yeh sun jo suraj bhej, roshni bhej raha hai mujh ko.</w:t>
      </w:r>
    </w:p>
    <w:p>
      <w:pPr>
        <w:jc w:val="right"/>
      </w:pPr>
      <w:r>
        <w:t>واہ کتنا اچھا ہے یہ sun جو سورج بھیج، روشنی بھیج رہا ہے مجھ کو۔</w:t>
      </w:r>
    </w:p>
    <w:p>
      <w:r>
        <w:rPr>
          <w:b/>
        </w:rPr>
        <w:t xml:space="preserve">[13:53] </w:t>
      </w:r>
      <w:r>
        <w:t>tu dunya ki cheezon ko aap gratitude de rahe hain.</w:t>
      </w:r>
    </w:p>
    <w:p>
      <w:pPr>
        <w:jc w:val="right"/>
      </w:pPr>
      <w:r>
        <w:t>تو دنیا کی چیزوں کو آپ gratitude دے رہے ہیں۔</w:t>
      </w:r>
    </w:p>
    <w:p>
      <w:r>
        <w:rPr>
          <w:b/>
        </w:rPr>
        <w:t xml:space="preserve">[13:58] </w:t>
      </w:r>
      <w:r>
        <w:t>is ko acknowledge kar rahe hain.</w:t>
      </w:r>
    </w:p>
    <w:p>
      <w:pPr>
        <w:jc w:val="right"/>
      </w:pPr>
      <w:r>
        <w:t>اس کو acknowledge کر رہے ہیں۔</w:t>
      </w:r>
    </w:p>
    <w:p>
      <w:r>
        <w:rPr>
          <w:b/>
        </w:rPr>
        <w:t xml:space="preserve">[14:00] </w:t>
      </w:r>
      <w:r>
        <w:t>aur samajhte hain ke is se mujhe joy mil raha hai.</w:t>
      </w:r>
    </w:p>
    <w:p>
      <w:pPr>
        <w:jc w:val="right"/>
      </w:pPr>
      <w:r>
        <w:t>اور سمجھتے ہیں کہ اس سے مجھے joy مل رہا ہے۔</w:t>
      </w:r>
    </w:p>
    <w:p>
      <w:r>
        <w:rPr>
          <w:b/>
        </w:rPr>
        <w:t xml:space="preserve">[14:05] </w:t>
      </w:r>
      <w:r>
        <w:t>is se kabhi bhi joy nahi mil sakta hai.</w:t>
      </w:r>
    </w:p>
    <w:p>
      <w:pPr>
        <w:jc w:val="right"/>
      </w:pPr>
      <w:r>
        <w:t>اس سے کبھی بھی joy نہیں مل سکتا ہے۔</w:t>
      </w:r>
    </w:p>
    <w:p>
      <w:r>
        <w:rPr>
          <w:b/>
        </w:rPr>
        <w:t xml:space="preserve">[14:09] </w:t>
      </w:r>
      <w:r>
        <w:t>kyunke yeh to jhoot par khara hona hai.</w:t>
      </w:r>
    </w:p>
    <w:p>
      <w:pPr>
        <w:jc w:val="right"/>
      </w:pPr>
      <w:r>
        <w:t>کیونکہ یہ تو جھوٹ پر کھڑا ہونا ہے۔</w:t>
      </w:r>
    </w:p>
    <w:p>
      <w:r>
        <w:rPr>
          <w:b/>
        </w:rPr>
        <w:t xml:space="preserve">[14:12] </w:t>
      </w:r>
      <w:r>
        <w:t>titli hai to koi titli ko banane wala hai.</w:t>
      </w:r>
    </w:p>
    <w:p>
      <w:pPr>
        <w:jc w:val="right"/>
      </w:pPr>
      <w:r>
        <w:t>تتلی ہے تو کوئی تتلی کو بنانے والا ہے۔</w:t>
      </w:r>
    </w:p>
    <w:p>
      <w:r>
        <w:rPr>
          <w:b/>
        </w:rPr>
        <w:t xml:space="preserve">[14:16] </w:t>
      </w:r>
      <w:r>
        <w:t>suraj hai to koi suraj ko banane wala hai.</w:t>
      </w:r>
    </w:p>
    <w:p>
      <w:pPr>
        <w:jc w:val="right"/>
      </w:pPr>
      <w:r>
        <w:t>سورج ہے تو کوئی سورج کو بنانے والا ہے۔</w:t>
      </w:r>
    </w:p>
    <w:p>
      <w:r>
        <w:rPr>
          <w:b/>
        </w:rPr>
        <w:t xml:space="preserve">[14:20] </w:t>
      </w:r>
      <w:r>
        <w:t>zameen hai to koi zameen ko banane wala hai.</w:t>
      </w:r>
    </w:p>
    <w:p>
      <w:pPr>
        <w:jc w:val="right"/>
      </w:pPr>
      <w:r>
        <w:t>زمین ہے تو کوئی زمین کو بنانے والا ہے۔</w:t>
      </w:r>
    </w:p>
    <w:p>
      <w:r>
        <w:rPr>
          <w:b/>
        </w:rPr>
        <w:t xml:space="preserve">[14:24] </w:t>
      </w:r>
      <w:r>
        <w:t>thandi hawa hai to koi thandi hawa ko banane wala hai.</w:t>
      </w:r>
    </w:p>
    <w:p>
      <w:pPr>
        <w:jc w:val="right"/>
      </w:pPr>
      <w:r>
        <w:t>ٹھنڈی ہوا ہے تو کوئی ٹھنڈی ہوا کو بنانے والا ہے۔</w:t>
      </w:r>
    </w:p>
    <w:p>
      <w:r>
        <w:rPr>
          <w:b/>
        </w:rPr>
        <w:t xml:space="preserve">[14:28] </w:t>
      </w:r>
      <w:r>
        <w:t>oxygen aa rahi hai mere paas to koi oxygen ko banane wala hai.</w:t>
      </w:r>
    </w:p>
    <w:p>
      <w:pPr>
        <w:jc w:val="right"/>
      </w:pPr>
      <w:r>
        <w:t>آکسیجن آ رہی ہے میرے پاس تو کوئی آکسیجن کو بنانے والا ہے۔</w:t>
      </w:r>
    </w:p>
    <w:p>
      <w:r>
        <w:rPr>
          <w:b/>
        </w:rPr>
        <w:t xml:space="preserve">[14:34] </w:t>
      </w:r>
      <w:r>
        <w:t>to yeh is se bara jhoot aur kya ho sakta hai ke aap yeh karein ke mili hui</w:t>
      </w:r>
    </w:p>
    <w:p>
      <w:pPr>
        <w:jc w:val="right"/>
      </w:pPr>
      <w:r>
        <w:t>تو یہ اس سے بڑا جھوٹ اور کیا ہو سکتا ہے کہ آپ یہ کریں کہ ملی ہوئی</w:t>
      </w:r>
    </w:p>
    <w:p>
      <w:r>
        <w:rPr>
          <w:b/>
        </w:rPr>
        <w:t xml:space="preserve">[14:42] </w:t>
      </w:r>
      <w:r>
        <w:t>jo cheez mil rahi hai usi hi ko aap pesh karne lagein, apna acknowledge karne lagein.</w:t>
      </w:r>
    </w:p>
    <w:p>
      <w:pPr>
        <w:jc w:val="right"/>
      </w:pPr>
      <w:r>
        <w:t>جو چیز مل رہی ہے اسی ہی کو آپ پیش کرنے لگیں، اپنا acknowledge کرنے لگیں۔</w:t>
      </w:r>
    </w:p>
    <w:p>
      <w:r>
        <w:rPr>
          <w:b/>
        </w:rPr>
        <w:t xml:space="preserve">[14:49] </w:t>
      </w:r>
      <w:r>
        <w:t>usi ko apna gratitude pesh karne lagein.</w:t>
      </w:r>
    </w:p>
    <w:p>
      <w:pPr>
        <w:jc w:val="right"/>
      </w:pPr>
      <w:r>
        <w:t>اسی کو اپنا gratitude پیش کرنے لگیں۔</w:t>
      </w:r>
    </w:p>
    <w:p>
      <w:r>
        <w:rPr>
          <w:b/>
        </w:rPr>
        <w:t xml:space="preserve">[14:52] </w:t>
      </w:r>
      <w:r>
        <w:t>aur yeh bhool jayein ke koi hai jo is ko mujhe bhej raha hai.</w:t>
      </w:r>
    </w:p>
    <w:p>
      <w:pPr>
        <w:jc w:val="right"/>
      </w:pPr>
      <w:r>
        <w:t>اور یہ بھول جائیں کہ کوئی ہے جو اس کو مجھے بھیج رہا ہے۔</w:t>
      </w:r>
    </w:p>
    <w:p>
      <w:r>
        <w:rPr>
          <w:b/>
        </w:rPr>
        <w:t xml:space="preserve">[14:58] </w:t>
      </w:r>
      <w:r>
        <w:t>yani creator ko bhula kar ke sirf creation par aap khush hona chahein to kaise khush ho sakte</w:t>
      </w:r>
    </w:p>
    <w:p>
      <w:pPr>
        <w:jc w:val="right"/>
      </w:pPr>
      <w:r>
        <w:t>یعنی creator کو بھلا کر کے صرف creation پر آپ خوش ہونا چاہیں تو کیسے خوش ہو سکتے</w:t>
      </w:r>
    </w:p>
    <w:p>
      <w:r>
        <w:rPr>
          <w:b/>
        </w:rPr>
        <w:t xml:space="preserve">[15:05] </w:t>
      </w:r>
      <w:r>
        <w:t>hain aap? kabhi bhi aap ki rooh is par raazi nahi hogi.</w:t>
      </w:r>
    </w:p>
    <w:p>
      <w:pPr>
        <w:jc w:val="right"/>
      </w:pPr>
      <w:r>
        <w:t>ہیں آپ؟ کبھی بھی آپ کی روح اس پر راضی نہیں ہوگی۔</w:t>
      </w:r>
    </w:p>
    <w:p>
      <w:r>
        <w:rPr>
          <w:b/>
        </w:rPr>
        <w:t xml:space="preserve">[15:10] </w:t>
      </w:r>
      <w:r>
        <w:t>aap ke soul mein kabhi bhi sukoon nahi aayega.</w:t>
      </w:r>
    </w:p>
    <w:p>
      <w:pPr>
        <w:jc w:val="right"/>
      </w:pPr>
      <w:r>
        <w:t>آپ کے soul میں کبھی بھی سکون نہیں آئے گا۔</w:t>
      </w:r>
    </w:p>
    <w:p>
      <w:r>
        <w:rPr>
          <w:b/>
        </w:rPr>
        <w:t xml:space="preserve">[15:15] </w:t>
      </w:r>
      <w:r>
        <w:t>kaise aap suraj ki roshni itni zabardast roshni ke nau karor tees million lakh meel door hai suraj,</w:t>
      </w:r>
    </w:p>
    <w:p>
      <w:pPr>
        <w:jc w:val="right"/>
      </w:pPr>
      <w:r>
        <w:t>کیسے آپ سورج کی روشنی اتنی زبردست روشنی کہ نو کروڑ تیس ملین لاکھ میل دور ہے سورج،</w:t>
      </w:r>
    </w:p>
    <w:p>
      <w:r>
        <w:rPr>
          <w:b/>
        </w:rPr>
        <w:t xml:space="preserve">[15:22] </w:t>
      </w:r>
      <w:r>
        <w:t>itni umda roshni bhej raha hai.</w:t>
      </w:r>
    </w:p>
    <w:p>
      <w:pPr>
        <w:jc w:val="right"/>
      </w:pPr>
      <w:r>
        <w:t>اتنی عمدہ روشنی بھیج رہا ہے۔</w:t>
      </w:r>
    </w:p>
    <w:p>
      <w:r>
        <w:rPr>
          <w:b/>
        </w:rPr>
        <w:t xml:space="preserve">[15:25] </w:t>
      </w:r>
      <w:r>
        <w:t>aap kahein wah kya umda light hai.</w:t>
      </w:r>
    </w:p>
    <w:p>
      <w:pPr>
        <w:jc w:val="right"/>
      </w:pPr>
      <w:r>
        <w:t>آپ کہیں واہ کیا عمدہ light ہے۔</w:t>
      </w:r>
    </w:p>
    <w:p>
      <w:r>
        <w:rPr>
          <w:b/>
        </w:rPr>
        <w:t xml:space="preserve">[15:28] </w:t>
      </w:r>
      <w:r>
        <w:t>to aap ki rooh kahe gi ke yeh to adhura, adhura gratitude hai.</w:t>
      </w:r>
    </w:p>
    <w:p>
      <w:pPr>
        <w:jc w:val="right"/>
      </w:pPr>
      <w:r>
        <w:t>تو آپ کی روح کہے گی کہ یہ تو ادھورا، ادھورا gratitude ہے۔</w:t>
      </w:r>
    </w:p>
    <w:p>
      <w:r>
        <w:rPr>
          <w:b/>
        </w:rPr>
        <w:t xml:space="preserve">[15:34] </w:t>
      </w:r>
      <w:r>
        <w:t>yeh socho ke kis ne banaya suraj ko? kis ne banaya suraj ko? kis ne banaya titli ko?</w:t>
      </w:r>
    </w:p>
    <w:p>
      <w:pPr>
        <w:jc w:val="right"/>
      </w:pPr>
      <w:r>
        <w:t>یہ سوچو کہ کس نے بنایا سورج کو؟ کس نے بنایا سورج کو؟ کس نے بنایا تتلی کو؟</w:t>
      </w:r>
    </w:p>
    <w:p>
      <w:r>
        <w:rPr>
          <w:b/>
        </w:rPr>
        <w:t xml:space="preserve">[15:41] </w:t>
      </w:r>
      <w:r>
        <w:t>kis ne woh aqal di tum ko ke tum ne computer bana dala? to yeh jo keh rahe</w:t>
      </w:r>
    </w:p>
    <w:p>
      <w:pPr>
        <w:jc w:val="right"/>
      </w:pPr>
      <w:r>
        <w:t>کس نے وہ عقل دی تم کو کہ تم نے کمپیوٹر بنا ڈالا؟ تو یہ جو کہہ رہے</w:t>
      </w:r>
    </w:p>
    <w:p>
      <w:r>
        <w:rPr>
          <w:b/>
        </w:rPr>
        <w:t xml:space="preserve">[15:49] </w:t>
      </w:r>
      <w:r>
        <w:t>hain yeh gratitude opens the door to joy.</w:t>
      </w:r>
    </w:p>
    <w:p>
      <w:pPr>
        <w:jc w:val="right"/>
      </w:pPr>
      <w:r>
        <w:t>ہیں یہ gratitude opens the door to joy۔</w:t>
      </w:r>
    </w:p>
    <w:p>
      <w:r>
        <w:rPr>
          <w:b/>
        </w:rPr>
        <w:t xml:space="preserve">[15:52] </w:t>
      </w:r>
      <w:r>
        <w:t>yeh sahih hai aur galat bhi hai.</w:t>
      </w:r>
    </w:p>
    <w:p>
      <w:pPr>
        <w:jc w:val="right"/>
      </w:pPr>
      <w:r>
        <w:t>یہ صحیح ہے اور غلط بھی ہے۔</w:t>
      </w:r>
    </w:p>
    <w:p>
      <w:r>
        <w:rPr>
          <w:b/>
        </w:rPr>
        <w:t xml:space="preserve">[15:55] </w:t>
      </w:r>
      <w:r>
        <w:t>yani poore ma'ni mein sahih hai aur poore ma'ni mein galat hai.</w:t>
      </w:r>
    </w:p>
    <w:p>
      <w:pPr>
        <w:jc w:val="right"/>
      </w:pPr>
      <w:r>
        <w:t>یعنی پورے معنی میں صحیح ہے اور پورے معنی میں غلط ہے۔</w:t>
      </w:r>
    </w:p>
    <w:p>
      <w:r>
        <w:rPr>
          <w:b/>
        </w:rPr>
        <w:t xml:space="preserve">[16:01] </w:t>
      </w:r>
      <w:r>
        <w:t>Hundred percent sach hai, hundred percent jhoot hai.</w:t>
      </w:r>
    </w:p>
    <w:p>
      <w:pPr>
        <w:jc w:val="right"/>
      </w:pPr>
      <w:r>
        <w:t>Hundred percent سچ ہے، hundred percent جھوٹ ہے۔</w:t>
      </w:r>
    </w:p>
    <w:p>
      <w:r>
        <w:rPr>
          <w:b/>
        </w:rPr>
        <w:t xml:space="preserve">[16:04] </w:t>
      </w:r>
      <w:r>
        <w:t>Woh kaise? Agar aap is ko associate karein Khuda se to hundred percent sach hai woh.</w:t>
      </w:r>
    </w:p>
    <w:p>
      <w:pPr>
        <w:jc w:val="right"/>
      </w:pPr>
      <w:r>
        <w:t>وہ کیسے؟ اگر آپ اس کو associate کریں خدا سے تو hundred percent سچ ہے وہ۔</w:t>
      </w:r>
    </w:p>
    <w:p>
      <w:r>
        <w:rPr>
          <w:b/>
        </w:rPr>
        <w:t xml:space="preserve">[16:11] </w:t>
      </w:r>
      <w:r>
        <w:t>Qur'an mein aaya hai ke "Allah bi zikr Allah tatmain al quloob".</w:t>
      </w:r>
    </w:p>
    <w:p>
      <w:pPr>
        <w:jc w:val="right"/>
      </w:pPr>
      <w:r>
        <w:t>قرآن میں آیا ہے کہ "اللہ بذکر اللہ تطمئن القلوب"۔</w:t>
      </w:r>
    </w:p>
    <w:p>
      <w:r>
        <w:rPr>
          <w:b/>
        </w:rPr>
        <w:t xml:space="preserve">[16:15] </w:t>
      </w:r>
      <w:r>
        <w:t>Khuda ko acknowledge karne se sukoon milta hai.</w:t>
      </w:r>
    </w:p>
    <w:p>
      <w:pPr>
        <w:jc w:val="right"/>
      </w:pPr>
      <w:r>
        <w:t>خدا کو acknowledge کرنے سے سکون ملتا ہے۔</w:t>
      </w:r>
    </w:p>
    <w:p>
      <w:r>
        <w:rPr>
          <w:b/>
        </w:rPr>
        <w:t xml:space="preserve">[16:19] </w:t>
      </w:r>
      <w:r>
        <w:t>Khuda ko gratitude pesh karne se tum ko joy milta hai.</w:t>
      </w:r>
    </w:p>
    <w:p>
      <w:pPr>
        <w:jc w:val="right"/>
      </w:pPr>
      <w:r>
        <w:t>خدا کو gratitude پیش کرنے سے تم کو joy ملتا ہے۔</w:t>
      </w:r>
    </w:p>
    <w:p>
      <w:r>
        <w:rPr>
          <w:b/>
        </w:rPr>
        <w:t xml:space="preserve">[16:23] </w:t>
      </w:r>
      <w:r>
        <w:t>"Allah bi zikr Allah tatmain al quloob".</w:t>
      </w:r>
    </w:p>
    <w:p>
      <w:pPr>
        <w:jc w:val="right"/>
      </w:pPr>
      <w:r>
        <w:t>"اللہ بذکر اللہ تطمئن القلوب"۔</w:t>
      </w:r>
    </w:p>
    <w:p>
      <w:r>
        <w:rPr>
          <w:b/>
        </w:rPr>
        <w:t xml:space="preserve">[16:25] </w:t>
      </w:r>
      <w:r>
        <w:t>Yeh ek reality hai, ek law of nature hai.</w:t>
      </w:r>
    </w:p>
    <w:p>
      <w:pPr>
        <w:jc w:val="right"/>
      </w:pPr>
      <w:r>
        <w:t>یہ ایک reality ہے، ایک law of nature ہے۔</w:t>
      </w:r>
    </w:p>
    <w:p>
      <w:r>
        <w:rPr>
          <w:b/>
        </w:rPr>
        <w:t xml:space="preserve">[16:29] </w:t>
      </w:r>
      <w:r>
        <w:t>Ek universal truth hai.</w:t>
      </w:r>
    </w:p>
    <w:p>
      <w:pPr>
        <w:jc w:val="right"/>
      </w:pPr>
      <w:r>
        <w:t>ایک universal truth ہے۔</w:t>
      </w:r>
    </w:p>
    <w:p>
      <w:r>
        <w:rPr>
          <w:b/>
        </w:rPr>
        <w:t xml:space="preserve">[16:31] </w:t>
      </w:r>
      <w:r>
        <w:t>Yeh ek universal truth hai ke jis ne diya hai jab us ke liye aap us ko jab</w:t>
      </w:r>
    </w:p>
    <w:p>
      <w:pPr>
        <w:jc w:val="right"/>
      </w:pPr>
      <w:r>
        <w:t>یہ ایک universal truth ہے کہ جس نے دیا ہے جب اس کے لیے آپ اس کو جب</w:t>
      </w:r>
    </w:p>
    <w:p>
      <w:r>
        <w:rPr>
          <w:b/>
        </w:rPr>
        <w:t xml:space="preserve">[16:39] </w:t>
      </w:r>
      <w:r>
        <w:t>acknowledge karein ge to aap ki poori personality jo hai us mein khushi mein doob jaye gi.</w:t>
      </w:r>
    </w:p>
    <w:p>
      <w:pPr>
        <w:jc w:val="right"/>
      </w:pPr>
      <w:r>
        <w:t>acknowledge کریں گے تو آپ کی پوری personality جو ہے اس میں خوشی میں ڈوب جائے گی۔</w:t>
      </w:r>
    </w:p>
    <w:p>
      <w:r>
        <w:rPr>
          <w:b/>
        </w:rPr>
        <w:t xml:space="preserve">[16:46] </w:t>
      </w:r>
      <w:r>
        <w:t>Poori poori personality khushi mein doob jaye gi.</w:t>
      </w:r>
    </w:p>
    <w:p>
      <w:pPr>
        <w:jc w:val="right"/>
      </w:pPr>
      <w:r>
        <w:t>پوری پوری personality خوشی میں ڈوب جائے گی۔</w:t>
      </w:r>
    </w:p>
    <w:p>
      <w:r>
        <w:rPr>
          <w:b/>
        </w:rPr>
        <w:t xml:space="preserve">[16:49] </w:t>
      </w:r>
      <w:r>
        <w:t>Agar aap kisi aur ko acknowledge karein to aap ki poori personality refuse kare gi, refuse ke jis</w:t>
      </w:r>
    </w:p>
    <w:p>
      <w:pPr>
        <w:jc w:val="right"/>
      </w:pPr>
      <w:r>
        <w:t>اگر آپ کسی اور کو acknowledge کریں تو آپ کی پوری personality refuse کرے گی، refuse کہ جس</w:t>
      </w:r>
    </w:p>
    <w:p>
      <w:r>
        <w:rPr>
          <w:b/>
        </w:rPr>
        <w:t xml:space="preserve">[16:57] </w:t>
      </w:r>
      <w:r>
        <w:t>ne diya hai us ko to tum kar nahin rahe ho.</w:t>
      </w:r>
    </w:p>
    <w:p>
      <w:pPr>
        <w:jc w:val="right"/>
      </w:pPr>
      <w:r>
        <w:t>نے دیا ہے اس کو تو تم کر نہیں رہے ہو۔</w:t>
      </w:r>
    </w:p>
    <w:p>
      <w:r>
        <w:rPr>
          <w:b/>
        </w:rPr>
        <w:t xml:space="preserve">[17:02] </w:t>
      </w:r>
      <w:r>
        <w:t>To main yeh kahoon ga ke yeh baat hundred percent sahih bhi hai, hundred percent galat bhi hai.</w:t>
      </w:r>
    </w:p>
    <w:p>
      <w:pPr>
        <w:jc w:val="right"/>
      </w:pPr>
      <w:r>
        <w:t>تو میں یہ کہوں گا کہ یہ بات hundred percent صحیح بھی ہے، hundred percent غلط بھی ہے۔</w:t>
      </w:r>
    </w:p>
    <w:p>
      <w:r>
        <w:rPr>
          <w:b/>
        </w:rPr>
        <w:t xml:space="preserve">[17:10] </w:t>
      </w:r>
      <w:r>
        <w:t>Gratitude opens the flood gate to joy.</w:t>
      </w:r>
    </w:p>
    <w:p>
      <w:pPr>
        <w:jc w:val="right"/>
      </w:pPr>
      <w:r>
        <w:t>Gratitude opens the flood gate to joy۔</w:t>
      </w:r>
    </w:p>
    <w:p>
      <w:r>
        <w:rPr>
          <w:b/>
        </w:rPr>
        <w:t xml:space="preserve">[17:13] </w:t>
      </w:r>
      <w:r>
        <w:t>Gratitude kis ke liye? Creator ke liye, khalique ke liye, Khuda ke liye.</w:t>
      </w:r>
    </w:p>
    <w:p>
      <w:pPr>
        <w:jc w:val="right"/>
      </w:pPr>
      <w:r>
        <w:t>Gratitude کس کے لیے؟ Creator کے لیے، خالق کے لیے، خدا کے لیے۔</w:t>
      </w:r>
    </w:p>
    <w:p>
      <w:r>
        <w:rPr>
          <w:b/>
        </w:rPr>
        <w:t xml:space="preserve">[17:18] </w:t>
      </w:r>
      <w:r>
        <w:t>Jis ne hamein banaya hai.</w:t>
      </w:r>
    </w:p>
    <w:p>
      <w:pPr>
        <w:jc w:val="right"/>
      </w:pPr>
      <w:r>
        <w:t>جس نے ہمیں بنایا ہے۔</w:t>
      </w:r>
    </w:p>
    <w:p>
      <w:r>
        <w:rPr>
          <w:b/>
        </w:rPr>
        <w:t xml:space="preserve">[17:20] </w:t>
      </w:r>
      <w:r>
        <w:t>To yeh bilkul Qur'an ki jo ayat hai ek dum yahan sahih utarti hai ke "Allah bi zikr Allah</w:t>
      </w:r>
    </w:p>
    <w:p>
      <w:pPr>
        <w:jc w:val="right"/>
      </w:pPr>
      <w:r>
        <w:t>تو یہ بالکل قرآن کی جو آیت ہے ایک دم یہاں صحیح اترتی ہے کہ "اللہ بذکر اللہ</w:t>
      </w:r>
    </w:p>
    <w:p>
      <w:r>
        <w:rPr>
          <w:b/>
        </w:rPr>
        <w:t xml:space="preserve">[17:28] </w:t>
      </w:r>
      <w:r>
        <w:t>tatmain al quloob".</w:t>
      </w:r>
    </w:p>
    <w:p>
      <w:pPr>
        <w:jc w:val="right"/>
      </w:pPr>
      <w:r>
        <w:t>تطمئن القلوب"۔</w:t>
      </w:r>
    </w:p>
    <w:p>
      <w:r>
        <w:rPr>
          <w:b/>
        </w:rPr>
        <w:t xml:space="preserve">[17:29] </w:t>
      </w:r>
      <w:r>
        <w:t>Khuda ko acknowledge karne se, Khuda ko gratitude pesh karne se flood gate khulta hai joy ka.</w:t>
      </w:r>
    </w:p>
    <w:p>
      <w:pPr>
        <w:jc w:val="right"/>
      </w:pPr>
      <w:r>
        <w:t>خدا کو acknowledge کرنے سے، خدا کو gratitude پیش کرنے سے flood gate کھلتا ہے joy کا۔</w:t>
      </w:r>
    </w:p>
    <w:p>
      <w:r>
        <w:rPr>
          <w:b/>
        </w:rPr>
        <w:t xml:space="preserve">[17:37] </w:t>
      </w:r>
      <w:r>
        <w:t>Yeh hai matlab.</w:t>
      </w:r>
    </w:p>
    <w:p>
      <w:pPr>
        <w:jc w:val="right"/>
      </w:pPr>
      <w:r>
        <w:t>یہ ہے مطلب۔</w:t>
      </w:r>
    </w:p>
    <w:p>
      <w:r>
        <w:rPr>
          <w:b/>
        </w:rPr>
        <w:t xml:space="preserve">[17:38] </w:t>
      </w:r>
      <w:r>
        <w:t>Aap ne Khuda ko hadaf kar diya.</w:t>
      </w:r>
    </w:p>
    <w:p>
      <w:pPr>
        <w:jc w:val="right"/>
      </w:pPr>
      <w:r>
        <w:t>آپ نے خدا کو حذف کر دیا۔</w:t>
      </w:r>
    </w:p>
    <w:p>
      <w:r>
        <w:rPr>
          <w:b/>
        </w:rPr>
        <w:t xml:space="preserve">[17:41] </w:t>
      </w:r>
      <w:r>
        <w:t>Khuda ko hadaf kar ke aap ne kiya kiya? Associate kar diya us ko creature se.</w:t>
      </w:r>
    </w:p>
    <w:p>
      <w:pPr>
        <w:jc w:val="right"/>
      </w:pPr>
      <w:r>
        <w:t>خدا کو حذف کر کے آپ نے کیا کیا؟ associate کر دیا اس کو creature سے۔</w:t>
      </w:r>
    </w:p>
    <w:p>
      <w:r>
        <w:rPr>
          <w:b/>
        </w:rPr>
        <w:t xml:space="preserve">[17:48] </w:t>
      </w:r>
      <w:r>
        <w:t>to yeh kaise ho sakta hai? dunya mein dekhiye cheezein hum ko mili hui hain to koi is</w:t>
      </w:r>
    </w:p>
    <w:p>
      <w:pPr>
        <w:jc w:val="right"/>
      </w:pPr>
      <w:r>
        <w:t>تو یہ کیسے ہو سکتا ہے؟ دنیا میں دیکھیے چیزیں ہم کو ملی ہوئی ہیں تو کوئی اس</w:t>
      </w:r>
    </w:p>
    <w:p>
      <w:r>
        <w:rPr>
          <w:b/>
        </w:rPr>
        <w:t xml:space="preserve">[17:56] </w:t>
      </w:r>
      <w:r>
        <w:t>ka giver hai.</w:t>
      </w:r>
    </w:p>
    <w:p>
      <w:pPr>
        <w:jc w:val="right"/>
      </w:pPr>
      <w:r>
        <w:t>کا giver ہے۔</w:t>
      </w:r>
    </w:p>
    <w:p>
      <w:r>
        <w:rPr>
          <w:b/>
        </w:rPr>
        <w:t xml:space="preserve">[17:57] </w:t>
      </w:r>
      <w:r>
        <w:t>koi giver hai.</w:t>
      </w:r>
    </w:p>
    <w:p>
      <w:pPr>
        <w:jc w:val="right"/>
      </w:pPr>
      <w:r>
        <w:t>کوئی giver ہے۔</w:t>
      </w:r>
    </w:p>
    <w:p>
      <w:r>
        <w:rPr>
          <w:b/>
        </w:rPr>
        <w:t xml:space="preserve">[17:59] </w:t>
      </w:r>
      <w:r>
        <w:t>hum, hum ko kuch blessing mili hui hai to is blessing ko koi bhejney wala hai humare paas.</w:t>
      </w:r>
    </w:p>
    <w:p>
      <w:pPr>
        <w:jc w:val="right"/>
      </w:pPr>
      <w:r>
        <w:t>ہم، ہم کو کچھ blessing ملی ہوئی ہے تو اس blessing کو کوئی بھیجنے والا ہے ہمارے پاس۔</w:t>
      </w:r>
    </w:p>
    <w:p>
      <w:r>
        <w:rPr>
          <w:b/>
        </w:rPr>
        <w:t xml:space="preserve">[18:07] </w:t>
      </w:r>
      <w:r>
        <w:t>to insaan ki jo rooh hai, insaan ki jo soul hai, insaan ki jo jo inner being hai</w:t>
      </w:r>
    </w:p>
    <w:p>
      <w:pPr>
        <w:jc w:val="right"/>
      </w:pPr>
      <w:r>
        <w:t>تو انسان کی جو روح ہے، انسان کی جو soul ہے، انسان کی جو جو inner being ہے</w:t>
      </w:r>
    </w:p>
    <w:p>
      <w:r>
        <w:rPr>
          <w:b/>
        </w:rPr>
        <w:t xml:space="preserve">[18:14] </w:t>
      </w:r>
      <w:r>
        <w:t>woh tabhi khush hogi, tabhi is ko sahi maani mein joy milega.</w:t>
      </w:r>
    </w:p>
    <w:p>
      <w:pPr>
        <w:jc w:val="right"/>
      </w:pPr>
      <w:r>
        <w:t>وہ تبھی خوش ہوگی، تبھی اس کو صحیح معنی میں joy ملے گا۔</w:t>
      </w:r>
    </w:p>
    <w:p>
      <w:r>
        <w:rPr>
          <w:b/>
        </w:rPr>
        <w:t xml:space="preserve">[18:20] </w:t>
      </w:r>
      <w:r>
        <w:t>jabke true sense mein is ko woh acknowledge karey.</w:t>
      </w:r>
    </w:p>
    <w:p>
      <w:pPr>
        <w:jc w:val="right"/>
      </w:pPr>
      <w:r>
        <w:t>جبکہ true sense میں اس کو وہ acknowledge کرے۔</w:t>
      </w:r>
    </w:p>
    <w:p>
      <w:r>
        <w:rPr>
          <w:b/>
        </w:rPr>
        <w:t xml:space="preserve">[18:24] </w:t>
      </w:r>
      <w:r>
        <w:t>jis ne diya hai is ko.</w:t>
      </w:r>
    </w:p>
    <w:p>
      <w:pPr>
        <w:jc w:val="right"/>
      </w:pPr>
      <w:r>
        <w:t>جس نے دیا ہے اس کو۔</w:t>
      </w:r>
    </w:p>
    <w:p>
      <w:r>
        <w:rPr>
          <w:b/>
        </w:rPr>
        <w:t xml:space="preserve">[18:26] </w:t>
      </w:r>
      <w:r>
        <w:t>warna nahi ho sakta.</w:t>
      </w:r>
    </w:p>
    <w:p>
      <w:pPr>
        <w:jc w:val="right"/>
      </w:pPr>
      <w:r>
        <w:t>ورنہ نہیں ہو سکتا۔</w:t>
      </w:r>
    </w:p>
    <w:p>
      <w:r>
        <w:rPr>
          <w:b/>
        </w:rPr>
        <w:t xml:space="preserve">[18:28] </w:t>
      </w:r>
      <w:r>
        <w:t>isi liye aap dekhiye maine is ko parha is is article ko jo yeh keh rahey hain</w:t>
      </w:r>
    </w:p>
    <w:p>
      <w:pPr>
        <w:jc w:val="right"/>
      </w:pPr>
      <w:r>
        <w:t>اسی لیے آپ دیکھیے میں نے اس کو پڑھا اس اس article کو جو یہ کہہ رہے ہیں</w:t>
      </w:r>
    </w:p>
    <w:p>
      <w:r>
        <w:rPr>
          <w:b/>
        </w:rPr>
        <w:t xml:space="preserve">[18:36] </w:t>
      </w:r>
      <w:r>
        <w:t>ke "Be happy.</w:t>
      </w:r>
    </w:p>
    <w:p>
      <w:pPr>
        <w:jc w:val="right"/>
      </w:pPr>
      <w:r>
        <w:t>کہ "Be happy.</w:t>
      </w:r>
    </w:p>
    <w:p>
      <w:r>
        <w:rPr>
          <w:b/>
        </w:rPr>
        <w:t xml:space="preserve">[18:37] </w:t>
      </w:r>
      <w:r>
        <w:t>Be happy now and be happy here and now." تو میرے ذہن میں کیا آیا؟ میرے mind میں</w:t>
      </w:r>
    </w:p>
    <w:p>
      <w:pPr>
        <w:jc w:val="right"/>
      </w:pPr>
      <w:r>
        <w:t>Be happy now and be happy here and now۔" تو میرے ذہن میں کیا آیا؟ میرے mind میں</w:t>
      </w:r>
    </w:p>
    <w:p>
      <w:r>
        <w:rPr>
          <w:b/>
        </w:rPr>
        <w:t xml:space="preserve">[18:45] </w:t>
      </w:r>
      <w:r>
        <w:t>kya sawal aaya? ke is formula ko billion nahi, billion logon ne, logon ne yaani apnaya hai.</w:t>
      </w:r>
    </w:p>
    <w:p>
      <w:pPr>
        <w:jc w:val="right"/>
      </w:pPr>
      <w:r>
        <w:t>کیا سوال آیا؟ کہ اس فارمولے کو بلین نہیں، بلین لوگوں نے، لوگوں نے یعنی اپنایا ہے۔</w:t>
      </w:r>
    </w:p>
    <w:p>
      <w:r>
        <w:rPr>
          <w:b/>
        </w:rPr>
        <w:t xml:space="preserve">[18:52] </w:t>
      </w:r>
      <w:r>
        <w:t>aaj mein jiyo, abhi mein jiyo, abhi mein khushi dhoondo.</w:t>
      </w:r>
    </w:p>
    <w:p>
      <w:pPr>
        <w:jc w:val="right"/>
      </w:pPr>
      <w:r>
        <w:t>آج میں جیو، ابھی میں جیو، ابھی میں خوشی ڈھونڈو۔</w:t>
      </w:r>
    </w:p>
    <w:p>
      <w:r>
        <w:rPr>
          <w:b/>
        </w:rPr>
        <w:t xml:space="preserve">[18:56] </w:t>
      </w:r>
      <w:r>
        <w:t>Right here, right now.</w:t>
      </w:r>
    </w:p>
    <w:p>
      <w:pPr>
        <w:jc w:val="right"/>
      </w:pPr>
      <w:r>
        <w:t>Right here, right now۔</w:t>
      </w:r>
    </w:p>
    <w:p>
      <w:r>
        <w:rPr>
          <w:b/>
        </w:rPr>
        <w:t xml:space="preserve">[18:58] </w:t>
      </w:r>
      <w:r>
        <w:t>aaj ka yahi culture hai.</w:t>
      </w:r>
    </w:p>
    <w:p>
      <w:pPr>
        <w:jc w:val="right"/>
      </w:pPr>
      <w:r>
        <w:t>آج کا یہی کلچر ہے۔</w:t>
      </w:r>
    </w:p>
    <w:p>
      <w:r>
        <w:rPr>
          <w:b/>
        </w:rPr>
        <w:t xml:space="preserve">[19:00] </w:t>
      </w:r>
      <w:r>
        <w:t>saarey log isi mein, is formula ko apnaye hue hain.</w:t>
      </w:r>
    </w:p>
    <w:p>
      <w:pPr>
        <w:jc w:val="right"/>
      </w:pPr>
      <w:r>
        <w:t>سارے لوگ اسی میں، اس فارمولے کو اپنائے ہوئے ہیں۔</w:t>
      </w:r>
    </w:p>
    <w:p>
      <w:r>
        <w:rPr>
          <w:b/>
        </w:rPr>
        <w:t xml:space="preserve">[19:05] </w:t>
      </w:r>
      <w:r>
        <w:t>لیکن result کیا ہے؟ You have to see the result.</w:t>
      </w:r>
    </w:p>
    <w:p>
      <w:pPr>
        <w:jc w:val="right"/>
      </w:pPr>
      <w:r>
        <w:t>لیکن result کیا ہے؟ You have to see the result۔</w:t>
      </w:r>
    </w:p>
    <w:p>
      <w:r>
        <w:rPr>
          <w:b/>
        </w:rPr>
        <w:t xml:space="preserve">[19:09] </w:t>
      </w:r>
      <w:r>
        <w:t>main aksar kaha karta hoon ke log result ko dekhey baghair raaye banate hain.</w:t>
      </w:r>
    </w:p>
    <w:p>
      <w:pPr>
        <w:jc w:val="right"/>
      </w:pPr>
      <w:r>
        <w:t>میں اکثر کہا کرتا ہوں کہ لوگ result کو دیکھے بغیر رائے بناتے ہیں۔</w:t>
      </w:r>
    </w:p>
    <w:p>
      <w:r>
        <w:rPr>
          <w:b/>
        </w:rPr>
        <w:t xml:space="preserve">[19:15] </w:t>
      </w:r>
      <w:r>
        <w:t>million nahi, billion logon ne is ko apnaya hai.</w:t>
      </w:r>
    </w:p>
    <w:p>
      <w:pPr>
        <w:jc w:val="right"/>
      </w:pPr>
      <w:r>
        <w:t>ملین نہیں، بلین لوگوں نے اس کو اپنایا ہے۔</w:t>
      </w:r>
    </w:p>
    <w:p>
      <w:r>
        <w:rPr>
          <w:b/>
        </w:rPr>
        <w:t xml:space="preserve">[19:19] </w:t>
      </w:r>
      <w:r>
        <w:t>kya woh khushi pa rahey hain? kya woh joy pa rahey hain? phir itna tension kyun? itna stress</w:t>
      </w:r>
    </w:p>
    <w:p>
      <w:pPr>
        <w:jc w:val="right"/>
      </w:pPr>
      <w:r>
        <w:t>کیا وہ خوشی پا رہے ہیں؟ کیا وہ joy پا رہے ہیں؟ پھر اتنا tension کیوں؟ اتنا stress</w:t>
      </w:r>
    </w:p>
    <w:p>
      <w:r>
        <w:rPr>
          <w:b/>
        </w:rPr>
        <w:t xml:space="preserve">[19:26] </w:t>
      </w:r>
      <w:r>
        <w:t>kyun? kal hi ke paper mein ek khabar thi ke ek top ka actor ne, top ka ek</w:t>
      </w:r>
    </w:p>
    <w:p>
      <w:pPr>
        <w:jc w:val="right"/>
      </w:pPr>
      <w:r>
        <w:t>کیوں؟ کل ہی کے paper میں ایک خبر تھی کہ ایک top کا actor نے، top کا ایک</w:t>
      </w:r>
    </w:p>
    <w:p>
      <w:r>
        <w:rPr>
          <w:b/>
        </w:rPr>
        <w:t xml:space="preserve">[19:34] </w:t>
      </w:r>
      <w:r>
        <w:t>star, film star, is ne suicide kar liya.</w:t>
      </w:r>
    </w:p>
    <w:p>
      <w:pPr>
        <w:jc w:val="right"/>
      </w:pPr>
      <w:r>
        <w:t>star، فلم star، اس نے suicide کر لیا۔</w:t>
      </w:r>
    </w:p>
    <w:p>
      <w:r>
        <w:rPr>
          <w:b/>
        </w:rPr>
        <w:t xml:space="preserve">[19:38] </w:t>
      </w:r>
      <w:r>
        <w:t>us ke paas fame thi, us ke paas paisa tha, us ke paas yeh tha, woh tha, sab</w:t>
      </w:r>
    </w:p>
    <w:p>
      <w:pPr>
        <w:jc w:val="right"/>
      </w:pPr>
      <w:r>
        <w:t>اس کے پاس fame تھی، اس کے پاس پیسہ تھا، اس کے پاس یہ تھا، وہ تھا، سب</w:t>
      </w:r>
    </w:p>
    <w:p>
      <w:r>
        <w:rPr>
          <w:b/>
        </w:rPr>
        <w:t xml:space="preserve">[19:45] </w:t>
      </w:r>
      <w:r>
        <w:t>kuch cheezein thi, woh is ne suicide kar liya.</w:t>
      </w:r>
    </w:p>
    <w:p>
      <w:pPr>
        <w:jc w:val="right"/>
      </w:pPr>
      <w:r>
        <w:t>کچھ چیزیں تھیں، وہ اس نے suicide کر لیا۔</w:t>
      </w:r>
    </w:p>
    <w:p>
      <w:r>
        <w:rPr>
          <w:b/>
        </w:rPr>
        <w:t xml:space="preserve">[19:49] </w:t>
      </w:r>
      <w:r>
        <w:t>kyunke andar se kisi ko sukoon nahi hai.</w:t>
      </w:r>
    </w:p>
    <w:p>
      <w:pPr>
        <w:jc w:val="right"/>
      </w:pPr>
      <w:r>
        <w:t>کیونکہ اندر سے کسی کو سکون نہیں ہے۔</w:t>
      </w:r>
    </w:p>
    <w:p>
      <w:r>
        <w:rPr>
          <w:b/>
        </w:rPr>
        <w:t xml:space="preserve">[19:53] </w:t>
      </w:r>
      <w:r>
        <w:t>kisi ko sukoon nahi hai.</w:t>
      </w:r>
    </w:p>
    <w:p>
      <w:pPr>
        <w:jc w:val="right"/>
      </w:pPr>
      <w:r>
        <w:t>کسی کو سکون نہیں ہے۔</w:t>
      </w:r>
    </w:p>
    <w:p>
      <w:r>
        <w:rPr>
          <w:b/>
        </w:rPr>
        <w:t xml:space="preserve">[19:55] </w:t>
      </w:r>
      <w:r>
        <w:t>mere paas ek sahab aate hain jo physiotherapy ke doctor hain.</w:t>
      </w:r>
    </w:p>
    <w:p>
      <w:pPr>
        <w:jc w:val="right"/>
      </w:pPr>
      <w:r>
        <w:t>میرے پاس ایک صاحب آتے ہیں جو physiotherapy کے ڈاکٹر ہیں۔</w:t>
      </w:r>
    </w:p>
    <w:p>
      <w:r>
        <w:rPr>
          <w:b/>
        </w:rPr>
        <w:t xml:space="preserve">[19:59] </w:t>
      </w:r>
      <w:r>
        <w:t>meri physiotherapy karte hain woh.</w:t>
      </w:r>
    </w:p>
    <w:p>
      <w:pPr>
        <w:jc w:val="right"/>
      </w:pPr>
      <w:r>
        <w:t>میری physiotherapy کرتے ہیں وہ۔</w:t>
      </w:r>
    </w:p>
    <w:p>
      <w:r>
        <w:rPr>
          <w:b/>
        </w:rPr>
        <w:t xml:space="preserve">[20:02] </w:t>
      </w:r>
      <w:r>
        <w:t>to poori dilli mein un ko ghoomte hain aur bade bade logon ki physiotherapy karte hain woh.</w:t>
      </w:r>
    </w:p>
    <w:p>
      <w:pPr>
        <w:jc w:val="right"/>
      </w:pPr>
      <w:r>
        <w:t>تو پوری دلی میں ان کو گھومتے ہیں اور بڑے بڑے لوگوں کی physiotherapy کرتے ہیں وہ۔</w:t>
      </w:r>
    </w:p>
    <w:p>
      <w:r>
        <w:rPr>
          <w:b/>
        </w:rPr>
        <w:t xml:space="preserve">[20:09] </w:t>
      </w:r>
      <w:r>
        <w:t>to un se main ne poocha ke jo top ke log hain, paise wale, kya aap ne un</w:t>
      </w:r>
    </w:p>
    <w:p>
      <w:pPr>
        <w:jc w:val="right"/>
      </w:pPr>
      <w:r>
        <w:t>تو ان سے میں نے پوچھا کہ جو top کے لوگ ہیں، پیسے والے، کیا آپ نے ان</w:t>
      </w:r>
    </w:p>
    <w:p>
      <w:r>
        <w:rPr>
          <w:b/>
        </w:rPr>
        <w:t xml:space="preserve">[20:17] </w:t>
      </w:r>
      <w:r>
        <w:t>ko paya ke woh khush rehte hain? unhon ne kaha ke sab se zyada, sab se zyada khushi</w:t>
      </w:r>
    </w:p>
    <w:p>
      <w:pPr>
        <w:jc w:val="right"/>
      </w:pPr>
      <w:r>
        <w:t>کو پایا کہ وہ خوش رہتے ہیں؟ انہوں نے کہا کہ سب سے زیادہ، سب سے زیادہ خوشی</w:t>
      </w:r>
    </w:p>
    <w:p>
      <w:r>
        <w:rPr>
          <w:b/>
        </w:rPr>
        <w:t xml:space="preserve">[20:24] </w:t>
      </w:r>
      <w:r>
        <w:t>se mehroom to wahi log hain.</w:t>
      </w:r>
    </w:p>
    <w:p>
      <w:pPr>
        <w:jc w:val="right"/>
      </w:pPr>
      <w:r>
        <w:t>سے محروم تو وہی لوگ ہیں۔</w:t>
      </w:r>
    </w:p>
    <w:p>
      <w:r>
        <w:rPr>
          <w:b/>
        </w:rPr>
        <w:t xml:space="preserve">[20:27] </w:t>
      </w:r>
      <w:r>
        <w:t>jitna zyada paisa hai, utni zyada aadmi ko problem hai.</w:t>
      </w:r>
    </w:p>
    <w:p>
      <w:pPr>
        <w:jc w:val="right"/>
      </w:pPr>
      <w:r>
        <w:t>جتنا زیادہ پیسہ ہے، اتنی زیادہ آدمی کو problem ہے۔</w:t>
      </w:r>
    </w:p>
    <w:p>
      <w:r>
        <w:rPr>
          <w:b/>
        </w:rPr>
        <w:t xml:space="preserve">[20:31] </w:t>
      </w:r>
      <w:r>
        <w:t>to sawal yeh hai ke woh saare log jo jee rahe hain is mein kal parson mein radio</w:t>
      </w:r>
    </w:p>
    <w:p>
      <w:pPr>
        <w:jc w:val="right"/>
      </w:pPr>
      <w:r>
        <w:t>تو سوال یہ ہے کہ وہ سارے لوگ جو جی رہے ہیں اس میں کل پرسوں میں radio</w:t>
      </w:r>
    </w:p>
    <w:p>
      <w:r>
        <w:rPr>
          <w:b/>
        </w:rPr>
        <w:t xml:space="preserve">[20:39] </w:t>
      </w:r>
      <w:r>
        <w:t>sun raha tha to ek khatoon jo hain yahi yeh boli bol rahi theen: "Right here and right</w:t>
      </w:r>
    </w:p>
    <w:p>
      <w:pPr>
        <w:jc w:val="right"/>
      </w:pPr>
      <w:r>
        <w:t>سن رہا تھا تو ایک خاتون جو ہیں یہی یہ بولی بول رہی تھیں: "Right here and right</w:t>
      </w:r>
    </w:p>
    <w:p>
      <w:r>
        <w:rPr>
          <w:b/>
        </w:rPr>
        <w:t xml:space="preserve">[20:47] </w:t>
      </w:r>
      <w:r>
        <w:t>now.</w:t>
      </w:r>
    </w:p>
    <w:p>
      <w:pPr>
        <w:jc w:val="right"/>
      </w:pPr>
      <w:r>
        <w:t>now۔</w:t>
      </w:r>
    </w:p>
    <w:p>
      <w:r>
        <w:rPr>
          <w:b/>
        </w:rPr>
        <w:t xml:space="preserve">[20:48] </w:t>
      </w:r>
      <w:r>
        <w:t>Right here and right now." خوب یہی بولی بول رہی تھیں۔</w:t>
      </w:r>
    </w:p>
    <w:p>
      <w:pPr>
        <w:jc w:val="right"/>
      </w:pPr>
      <w:r>
        <w:t>Right here and right now۔" خوب یہی بولی بول رہی تھیں۔</w:t>
      </w:r>
    </w:p>
    <w:p>
      <w:r>
        <w:rPr>
          <w:b/>
        </w:rPr>
        <w:t xml:space="preserve">[20:53] </w:t>
      </w:r>
      <w:r>
        <w:t>is ke baad jo announcer tha us ne un ko thoda scrutiny ki aur ghar ki baatein poochne</w:t>
      </w:r>
    </w:p>
    <w:p>
      <w:pPr>
        <w:jc w:val="right"/>
      </w:pPr>
      <w:r>
        <w:t>اس کے بعد جو announcer تھا اس نے ان کو تھوڑا scrutiny کی اور گھر کی باتیں پوچھنے</w:t>
      </w:r>
    </w:p>
    <w:p>
      <w:r>
        <w:rPr>
          <w:b/>
        </w:rPr>
        <w:t xml:space="preserve">[21:01] </w:t>
      </w:r>
      <w:r>
        <w:t>laga un se.</w:t>
      </w:r>
    </w:p>
    <w:p>
      <w:pPr>
        <w:jc w:val="right"/>
      </w:pPr>
      <w:r>
        <w:t>لگا ان سے۔</w:t>
      </w:r>
    </w:p>
    <w:p>
      <w:r>
        <w:rPr>
          <w:b/>
        </w:rPr>
        <w:t xml:space="preserve">[21:02] </w:t>
      </w:r>
      <w:r>
        <w:t>to wahi lady rone lagi.</w:t>
      </w:r>
    </w:p>
    <w:p>
      <w:pPr>
        <w:jc w:val="right"/>
      </w:pPr>
      <w:r>
        <w:t>تو وہی lady رونے لگی۔</w:t>
      </w:r>
    </w:p>
    <w:p>
      <w:r>
        <w:rPr>
          <w:b/>
        </w:rPr>
        <w:t xml:space="preserve">[21:04] </w:t>
      </w:r>
      <w:r>
        <w:t>wahi lady ke un ko problem hai apne husband se, woh problem hai apne aah, woh in-laws se.</w:t>
      </w:r>
    </w:p>
    <w:p>
      <w:pPr>
        <w:jc w:val="right"/>
      </w:pPr>
      <w:r>
        <w:t>وہی lady کہ ان کو problem ہے اپنے husband سے، وہ problem ہے اپنے آہ، وہ in-laws سے۔</w:t>
      </w:r>
    </w:p>
    <w:p>
      <w:r>
        <w:rPr>
          <w:b/>
        </w:rPr>
        <w:t xml:space="preserve">[21:12] </w:t>
      </w:r>
      <w:r>
        <w:t>to is mani mein ke aadmi dikhane ke liye hansta hai, dikhane ke liye qaaqa lagata hai.</w:t>
      </w:r>
    </w:p>
    <w:p>
      <w:pPr>
        <w:jc w:val="right"/>
      </w:pPr>
      <w:r>
        <w:t>تو اس معنی میں کہ آدمی دکھانے کے لیے ہنستا ہے، دکھانے کے لیے قاقہ لگاتا ہے۔</w:t>
      </w:r>
    </w:p>
    <w:p>
      <w:r>
        <w:rPr>
          <w:b/>
        </w:rPr>
        <w:t xml:space="preserve">[21:19] </w:t>
      </w:r>
      <w:r>
        <w:t>andar se sad hota hai.</w:t>
      </w:r>
    </w:p>
    <w:p>
      <w:pPr>
        <w:jc w:val="right"/>
      </w:pPr>
      <w:r>
        <w:t>اندر سے sad ہوتا ہے۔</w:t>
      </w:r>
    </w:p>
    <w:p>
      <w:r>
        <w:rPr>
          <w:b/>
        </w:rPr>
        <w:t xml:space="preserve">[21:21] </w:t>
      </w:r>
      <w:r>
        <w:t>to main yeh kehta hoon ke yeh jo formula banaya gaya hai "Right here and right now" ka,</w:t>
      </w:r>
    </w:p>
    <w:p>
      <w:pPr>
        <w:jc w:val="right"/>
      </w:pPr>
      <w:r>
        <w:t>تو میں یہ کہتا ہوں کہ یہ جو فارمولا بنایا گیا ہے "Right here and right now" کا،</w:t>
      </w:r>
    </w:p>
    <w:p>
      <w:r>
        <w:rPr>
          <w:b/>
        </w:rPr>
        <w:t xml:space="preserve">[21:29] </w:t>
      </w:r>
      <w:r>
        <w:t>is ko aap result par judge kijiye.</w:t>
      </w:r>
    </w:p>
    <w:p>
      <w:pPr>
        <w:jc w:val="right"/>
      </w:pPr>
      <w:r>
        <w:t>اس کو آپ result پر judge کیجیے۔</w:t>
      </w:r>
    </w:p>
    <w:p>
      <w:r>
        <w:rPr>
          <w:b/>
        </w:rPr>
        <w:t xml:space="preserve">[21:32] </w:t>
      </w:r>
      <w:r>
        <w:t>result par judge kijiye.</w:t>
      </w:r>
    </w:p>
    <w:p>
      <w:pPr>
        <w:jc w:val="right"/>
      </w:pPr>
      <w:r>
        <w:t>Result پر judge کیجیے۔</w:t>
      </w:r>
    </w:p>
    <w:p>
      <w:r>
        <w:rPr>
          <w:b/>
        </w:rPr>
        <w:t xml:space="preserve">[21:34] </w:t>
      </w:r>
      <w:r>
        <w:t>sirf formula ko dekhne se kaise hoga? ab is jagah ka naam aap rakh lein hum fort rakh</w:t>
      </w:r>
    </w:p>
    <w:p>
      <w:pPr>
        <w:jc w:val="right"/>
      </w:pPr>
      <w:r>
        <w:t>صرف فارمولے کو دیکھنے سے کیسے ہوگا؟ اب اس جگہ کا نام آپ رکھ لیں ہم fort رکھ</w:t>
      </w:r>
    </w:p>
    <w:p>
      <w:r>
        <w:rPr>
          <w:b/>
        </w:rPr>
        <w:t xml:space="preserve">[21:42] </w:t>
      </w:r>
      <w:r>
        <w:t>le.</w:t>
      </w:r>
    </w:p>
    <w:p>
      <w:pPr>
        <w:jc w:val="right"/>
      </w:pPr>
      <w:r>
        <w:t>لیں۔</w:t>
      </w:r>
    </w:p>
    <w:p>
      <w:r>
        <w:rPr>
          <w:b/>
        </w:rPr>
        <w:t xml:space="preserve">[21:43] </w:t>
      </w:r>
      <w:r>
        <w:t>fort rakh lein, qila.</w:t>
      </w:r>
    </w:p>
    <w:p>
      <w:pPr>
        <w:jc w:val="right"/>
      </w:pPr>
      <w:r>
        <w:t>Fort رکھ لیں، قلعہ۔</w:t>
      </w:r>
    </w:p>
    <w:p>
      <w:r>
        <w:rPr>
          <w:b/>
        </w:rPr>
        <w:t xml:space="preserve">[21:45] </w:t>
      </w:r>
      <w:r>
        <w:t>to kya hamare kehne se fort ban jayega yeh? hamein dekhna padega kya yeh fort wala</w:t>
      </w:r>
    </w:p>
    <w:p>
      <w:pPr>
        <w:jc w:val="right"/>
      </w:pPr>
      <w:r>
        <w:t>تو کیا ہمارے کہنے سے fort بن جائے گا یہ؟ ہمیں دیکھنا پڑے گا کیا یہ fort والا</w:t>
      </w:r>
    </w:p>
    <w:p>
      <w:r>
        <w:rPr>
          <w:b/>
        </w:rPr>
        <w:t xml:space="preserve">[21:52] </w:t>
      </w:r>
      <w:r>
        <w:t>fayda de raha hai hum ko? to "Right here and right now" ka philosophy bohat apnai gayi hai</w:t>
      </w:r>
    </w:p>
    <w:p>
      <w:pPr>
        <w:jc w:val="right"/>
      </w:pPr>
      <w:r>
        <w:t>فائدہ دے رہا ہے ہم کو؟ تو "Right here and right now" کا philosophy بہت اپنائی گئی ہے</w:t>
      </w:r>
    </w:p>
    <w:p>
      <w:r>
        <w:rPr>
          <w:b/>
        </w:rPr>
        <w:t xml:space="preserve">[22:00] </w:t>
      </w:r>
      <w:r>
        <w:t>aaj kal.</w:t>
      </w:r>
    </w:p>
    <w:p>
      <w:pPr>
        <w:jc w:val="right"/>
      </w:pPr>
      <w:r>
        <w:t>آج کل۔</w:t>
      </w:r>
    </w:p>
    <w:p>
      <w:r>
        <w:rPr>
          <w:b/>
        </w:rPr>
        <w:t xml:space="preserve">[22:02] </w:t>
      </w:r>
      <w:r>
        <w:t>lekin sawal yeh hai ke result kya hai? woh saare log jo is philosophy mein jee rahe hain</w:t>
      </w:r>
    </w:p>
    <w:p>
      <w:pPr>
        <w:jc w:val="right"/>
      </w:pPr>
      <w:r>
        <w:t>لیکن سوال یہ ہے کہ result کیا ہے؟ وہ سارے لوگ جو اس philosophy میں جی رہے ہیں</w:t>
      </w:r>
    </w:p>
    <w:p>
      <w:r>
        <w:rPr>
          <w:b/>
        </w:rPr>
        <w:t xml:space="preserve">[22:09] </w:t>
      </w:r>
      <w:r>
        <w:t>woh sab andar se sad hote hain.</w:t>
      </w:r>
    </w:p>
    <w:p>
      <w:pPr>
        <w:jc w:val="right"/>
      </w:pPr>
      <w:r>
        <w:t>وہ سب اندر سے sad ہوتے ہیں۔</w:t>
      </w:r>
    </w:p>
    <w:p>
      <w:r>
        <w:rPr>
          <w:b/>
        </w:rPr>
        <w:t xml:space="preserve">[22:12] </w:t>
      </w:r>
      <w:r>
        <w:t>mere paas abhi aaye thay america ke woh mister laiq ahmad ansari, woh computer engineer hain.</w:t>
      </w:r>
    </w:p>
    <w:p>
      <w:pPr>
        <w:jc w:val="right"/>
      </w:pPr>
      <w:r>
        <w:t>میرے پاس ابھی آئے تھے امریکہ کے وہ مسٹر لعیق احمد انصاری، وہ کمپیوٹر انجینئر ہیں۔</w:t>
      </w:r>
    </w:p>
    <w:p>
      <w:r>
        <w:rPr>
          <w:b/>
        </w:rPr>
        <w:t xml:space="preserve">[22:19] </w:t>
      </w:r>
      <w:r>
        <w:t>toh unhon ne bataya ke america mein bohat ziyada log outing karte hain chuttiyon mein.</w:t>
      </w:r>
    </w:p>
    <w:p>
      <w:pPr>
        <w:jc w:val="right"/>
      </w:pPr>
      <w:r>
        <w:t>تو انہوں نے بتایا کہ امریکہ میں بہت زیادہ لوگ outing کرتے ہیں چھٹیوں میں۔</w:t>
      </w:r>
    </w:p>
    <w:p>
      <w:r>
        <w:rPr>
          <w:b/>
        </w:rPr>
        <w:t xml:space="preserve">[22:26] </w:t>
      </w:r>
      <w:r>
        <w:t>ke khoob kamao, khoob outing karo.</w:t>
      </w:r>
    </w:p>
    <w:p>
      <w:pPr>
        <w:jc w:val="right"/>
      </w:pPr>
      <w:r>
        <w:t>کہ خوب کماؤ، خوب outing کرو۔</w:t>
      </w:r>
    </w:p>
    <w:p>
      <w:r>
        <w:rPr>
          <w:b/>
        </w:rPr>
        <w:t xml:space="preserve">[22:28] </w:t>
      </w:r>
      <w:r>
        <w:t>party hard aur woh nahi, work hard aur party hard.</w:t>
      </w:r>
    </w:p>
    <w:p>
      <w:pPr>
        <w:jc w:val="right"/>
      </w:pPr>
      <w:r>
        <w:t>Party hard اور وہ نہیں، work hard اور party hard۔</w:t>
      </w:r>
    </w:p>
    <w:p>
      <w:r>
        <w:rPr>
          <w:b/>
        </w:rPr>
        <w:t xml:space="preserve">[22:33] </w:t>
      </w:r>
      <w:r>
        <w:t>khoob kamao, khoob outing karo.</w:t>
      </w:r>
    </w:p>
    <w:p>
      <w:pPr>
        <w:jc w:val="right"/>
      </w:pPr>
      <w:r>
        <w:t>خوب کماؤ، خوب outing کرو۔</w:t>
      </w:r>
    </w:p>
    <w:p>
      <w:r>
        <w:rPr>
          <w:b/>
        </w:rPr>
        <w:t xml:space="preserve">[22:35] </w:t>
      </w:r>
      <w:r>
        <w:t>toh unhon ne bataya ke outing ka poora wahan pe culture chal pada.</w:t>
      </w:r>
    </w:p>
    <w:p>
      <w:pPr>
        <w:jc w:val="right"/>
      </w:pPr>
      <w:r>
        <w:t>تو انہوں نے بتایا کہ outing کا پورا وہاں پہ کلچر چل پڑا۔</w:t>
      </w:r>
    </w:p>
    <w:p>
      <w:r>
        <w:rPr>
          <w:b/>
        </w:rPr>
        <w:t xml:space="preserve">[22:40] </w:t>
      </w:r>
      <w:r>
        <w:t>din haftay bhar kamayenge aur chuttiyon ke din khoob jayenge yahan wahan.</w:t>
      </w:r>
    </w:p>
    <w:p>
      <w:pPr>
        <w:jc w:val="right"/>
      </w:pPr>
      <w:r>
        <w:t>دن ہفتے بھر کمائیں گے اور چھٹیوں کے دن خوب جائیں گے یہاں وہاں۔</w:t>
      </w:r>
    </w:p>
    <w:p>
      <w:r>
        <w:rPr>
          <w:b/>
        </w:rPr>
        <w:t xml:space="preserve">[22:46] </w:t>
      </w:r>
      <w:r>
        <w:t>lekin hua kya? result kya nikla? wapas aaye toh phir naya tension, naya stress.</w:t>
      </w:r>
    </w:p>
    <w:p>
      <w:pPr>
        <w:jc w:val="right"/>
      </w:pPr>
      <w:r>
        <w:t>لیکن ہوا کیا؟ Result کیا نکلا؟ واپس آئے تو پھر نیا tension، نیا stress۔</w:t>
      </w:r>
    </w:p>
    <w:p>
      <w:r>
        <w:rPr>
          <w:b/>
        </w:rPr>
        <w:t xml:space="preserve">[22:52] </w:t>
      </w:r>
      <w:r>
        <w:t>toh unhon ne kaha ke ek naya word bana hai wahan par: "Holiday stress." Holiday stress.</w:t>
      </w:r>
    </w:p>
    <w:p>
      <w:pPr>
        <w:jc w:val="right"/>
      </w:pPr>
      <w:r>
        <w:t>تو انہوں نے کہا کہ ایک نیا word بنا ہے وہاں پر: "Holiday stress۔" Holiday stress۔</w:t>
      </w:r>
    </w:p>
    <w:p>
      <w:r>
        <w:rPr>
          <w:b/>
        </w:rPr>
        <w:t xml:space="preserve">[22:59] </w:t>
      </w:r>
      <w:r>
        <w:t>toh kya mila? result kya mila mujhe bataiye? aap ne khoob, aap ne nazariya banaya ke "Right here</w:t>
      </w:r>
    </w:p>
    <w:p>
      <w:pPr>
        <w:jc w:val="right"/>
      </w:pPr>
      <w:r>
        <w:t>تو کیا ملا؟ Result کیا ملا مجھے بتائیے؟ آپ نے خوب، آپ نے نظریہ بنایا کہ "Right here</w:t>
      </w:r>
    </w:p>
    <w:p>
      <w:r>
        <w:rPr>
          <w:b/>
        </w:rPr>
        <w:t xml:space="preserve">[23:07] </w:t>
      </w:r>
      <w:r>
        <w:t>and right now." Work hard, party hard.</w:t>
      </w:r>
    </w:p>
    <w:p>
      <w:pPr>
        <w:jc w:val="right"/>
      </w:pPr>
      <w:r>
        <w:t>and right now۔" Work hard, party hard۔</w:t>
      </w:r>
    </w:p>
    <w:p>
      <w:r>
        <w:rPr>
          <w:b/>
        </w:rPr>
        <w:t xml:space="preserve">[23:10] </w:t>
      </w:r>
      <w:r>
        <w:t>is par aap ne kya? khoob kamaya, khoob kamakar ke aap ne saathiyon ko le kar, doston</w:t>
      </w:r>
    </w:p>
    <w:p>
      <w:pPr>
        <w:jc w:val="right"/>
      </w:pPr>
      <w:r>
        <w:t>اس پر آپ نے کیا؟ خوب کمایا، خوب کما کر کے آپ نے ساتھیوں کو لے کر، دوستوں</w:t>
      </w:r>
    </w:p>
    <w:p>
      <w:r>
        <w:rPr>
          <w:b/>
        </w:rPr>
        <w:t xml:space="preserve">[23:18] </w:t>
      </w:r>
      <w:r>
        <w:t>ko le kar gaye ho ho karne ke liye.</w:t>
      </w:r>
    </w:p>
    <w:p>
      <w:pPr>
        <w:jc w:val="right"/>
      </w:pPr>
      <w:r>
        <w:t>کو لے کر گئے ہو ہو کرنے کے لیے۔</w:t>
      </w:r>
    </w:p>
    <w:p>
      <w:r>
        <w:rPr>
          <w:b/>
        </w:rPr>
        <w:t xml:space="preserve">[23:21] </w:t>
      </w:r>
      <w:r>
        <w:t>wapas aaye toh phir wahi tension.</w:t>
      </w:r>
    </w:p>
    <w:p>
      <w:pPr>
        <w:jc w:val="right"/>
      </w:pPr>
      <w:r>
        <w:t>واپس آئے تو پھر وہی tension۔</w:t>
      </w:r>
    </w:p>
    <w:p>
      <w:r>
        <w:rPr>
          <w:b/>
        </w:rPr>
        <w:t xml:space="preserve">[23:24] </w:t>
      </w:r>
      <w:r>
        <w:t>toh ab wahan par kya hai? unhon ne bataya ke wahan par ek naya word chal chal chal</w:t>
      </w:r>
    </w:p>
    <w:p>
      <w:pPr>
        <w:jc w:val="right"/>
      </w:pPr>
      <w:r>
        <w:t>تو اب وہاں پر کیا ہے؟ انہوں نے بتایا کہ وہاں پر ایک نیا word چل چل چل</w:t>
      </w:r>
    </w:p>
    <w:p>
      <w:r>
        <w:rPr>
          <w:b/>
        </w:rPr>
        <w:t xml:space="preserve">[23:32] </w:t>
      </w:r>
      <w:r>
        <w:t>raha hai, naya term: "Holiday express." woh, woh "Holiday stress." Holiday stress.</w:t>
      </w:r>
    </w:p>
    <w:p>
      <w:pPr>
        <w:jc w:val="right"/>
      </w:pPr>
      <w:r>
        <w:t>رہا ہے، نیا term: "Holiday express۔" وہ، وہ "Holiday stress۔" Holiday stress۔</w:t>
      </w:r>
    </w:p>
    <w:p>
      <w:r>
        <w:rPr>
          <w:b/>
        </w:rPr>
        <w:t xml:space="preserve">[23:37] </w:t>
      </w:r>
      <w:r>
        <w:t>toh main yeh kahunga ke yeh jo bohat ziyada aaj kal chala hua hai yeh, isi ki</w:t>
      </w:r>
    </w:p>
    <w:p>
      <w:pPr>
        <w:jc w:val="right"/>
      </w:pPr>
      <w:r>
        <w:t>تو میں یہ کہوں گا کہ یہ جو بہت زیادہ آج کل چلا ہوا ہے یہ، اسی کی</w:t>
      </w:r>
    </w:p>
    <w:p>
      <w:r>
        <w:rPr>
          <w:b/>
        </w:rPr>
        <w:t xml:space="preserve">[23:45] </w:t>
      </w:r>
      <w:r>
        <w:t>numaindagi kar raha hai yeh article.</w:t>
      </w:r>
    </w:p>
    <w:p>
      <w:pPr>
        <w:jc w:val="right"/>
      </w:pPr>
      <w:r>
        <w:t>نمائندگی کر رہا ہے یہ article۔</w:t>
      </w:r>
    </w:p>
    <w:p>
      <w:r>
        <w:rPr>
          <w:b/>
        </w:rPr>
        <w:t xml:space="preserve">[23:47] </w:t>
      </w:r>
      <w:r>
        <w:t>yeh article koi nayi baat nahi hai.</w:t>
      </w:r>
    </w:p>
    <w:p>
      <w:pPr>
        <w:jc w:val="right"/>
      </w:pPr>
      <w:r>
        <w:t>یہ article کوئی نئی بات نہیں ہے۔</w:t>
      </w:r>
    </w:p>
    <w:p>
      <w:r>
        <w:rPr>
          <w:b/>
        </w:rPr>
        <w:t xml:space="preserve">[23:50] </w:t>
      </w:r>
      <w:r>
        <w:t>aaj kal jo culture hai isi culture ko represent kar raha hai yeh.</w:t>
      </w:r>
    </w:p>
    <w:p>
      <w:pPr>
        <w:jc w:val="right"/>
      </w:pPr>
      <w:r>
        <w:t>آج کل جو کلچر ہے اسی کلچر کو represent کر رہا ہے یہ۔</w:t>
      </w:r>
    </w:p>
    <w:p>
      <w:r>
        <w:rPr>
          <w:b/>
        </w:rPr>
        <w:t xml:space="preserve">[23:56] </w:t>
      </w:r>
      <w:r>
        <w:t>"Be happy.</w:t>
      </w:r>
    </w:p>
    <w:p>
      <w:pPr>
        <w:jc w:val="right"/>
      </w:pPr>
      <w:r>
        <w:t>کہ "Be happy.</w:t>
      </w:r>
    </w:p>
    <w:p>
      <w:r>
        <w:rPr>
          <w:b/>
        </w:rPr>
        <w:t xml:space="preserve">[23:57] </w:t>
      </w:r>
      <w:r>
        <w:t>Here and now." is ko kehte hain "Right here and right now." yani abhi mein, aaj mein.</w:t>
      </w:r>
    </w:p>
    <w:p>
      <w:pPr>
        <w:jc w:val="right"/>
      </w:pPr>
      <w:r>
        <w:t>Here and now۔" اس کو کہتے ہیں "Right here and right now۔" یعنی ابھی میں، آج میں۔</w:t>
      </w:r>
    </w:p>
    <w:p>
      <w:r>
        <w:rPr>
          <w:b/>
        </w:rPr>
        <w:t xml:space="preserve">[24:04] </w:t>
      </w:r>
      <w:r>
        <w:t>toh sawal yeh hai ke abhi mein, aaj mein aap jee rahe hain, billion million log, toh kya</w:t>
      </w:r>
    </w:p>
    <w:p>
      <w:pPr>
        <w:jc w:val="right"/>
      </w:pPr>
      <w:r>
        <w:t>تو سوال یہ ہے کہ ابھی میں، آج میں آپ جی رہے ہیں، بلین ملین لوگ، تو کیا</w:t>
      </w:r>
    </w:p>
    <w:p>
      <w:r>
        <w:rPr>
          <w:b/>
        </w:rPr>
        <w:t xml:space="preserve">[24:12] </w:t>
      </w:r>
      <w:r>
        <w:t>inhein khushi mil rahi hai? kuch bhi khushi nahin.</w:t>
      </w:r>
    </w:p>
    <w:p>
      <w:pPr>
        <w:jc w:val="right"/>
      </w:pPr>
      <w:r>
        <w:t>انہیں خوشی مل رہی ہے؟ کچھ بھی خوشی نہیں۔</w:t>
      </w:r>
    </w:p>
    <w:p>
      <w:r>
        <w:rPr>
          <w:b/>
        </w:rPr>
        <w:t xml:space="preserve">[24:16] </w:t>
      </w:r>
      <w:r>
        <w:t>har taraf stress.</w:t>
      </w:r>
    </w:p>
    <w:p>
      <w:pPr>
        <w:jc w:val="right"/>
      </w:pPr>
      <w:r>
        <w:t>ہر طرف stress۔</w:t>
      </w:r>
    </w:p>
    <w:p>
      <w:r>
        <w:rPr>
          <w:b/>
        </w:rPr>
        <w:t xml:space="preserve">[24:18] </w:t>
      </w:r>
      <w:r>
        <w:t>to cheez kya hai? dekhiye, ek misaal mein aap se arz karta hoon.</w:t>
      </w:r>
    </w:p>
    <w:p>
      <w:pPr>
        <w:jc w:val="right"/>
      </w:pPr>
      <w:r>
        <w:t>تو چیز کیا ہے؟ دیکھیے، ایک مثال میں آپ سے عرض کرتا ہوں۔</w:t>
      </w:r>
    </w:p>
    <w:p>
      <w:r>
        <w:rPr>
          <w:b/>
        </w:rPr>
        <w:t xml:space="preserve">[24:23] </w:t>
      </w:r>
      <w:r>
        <w:t>kyon khushi nahin hai logon ko? logon ke mind mein basa hua hai ke mujhe ek achhi zindagi</w:t>
      </w:r>
    </w:p>
    <w:p>
      <w:pPr>
        <w:jc w:val="right"/>
      </w:pPr>
      <w:r>
        <w:t>کیوں خوشی نہیں ہے لوگوں کو؟ لوگوں کے mind میں بسا ہوا ہے کہ مجھے ایک اچھی زندگی</w:t>
      </w:r>
    </w:p>
    <w:p>
      <w:r>
        <w:rPr>
          <w:b/>
        </w:rPr>
        <w:t xml:space="preserve">[24:31]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[24:32] </w:t>
      </w:r>
      <w:r>
        <w:t>jaisa ke maine arz kiya ke insaan jannat se nikala gaya tha aur phir woh chahta hai</w:t>
      </w:r>
    </w:p>
    <w:p>
      <w:pPr>
        <w:jc w:val="right"/>
      </w:pPr>
      <w:r>
        <w:t>جیسا کہ میں نے عرض کیا کہ انسان جنت سے نکالا گیا تھا اور پھر وہ چاہتا ہے</w:t>
      </w:r>
    </w:p>
    <w:p>
      <w:r>
        <w:rPr>
          <w:b/>
        </w:rPr>
        <w:t xml:space="preserve">[24:40] </w:t>
      </w:r>
      <w:r>
        <w:t>ke wahin lotna, wahin lotna, wahin lotna.</w:t>
      </w:r>
    </w:p>
    <w:p>
      <w:pPr>
        <w:jc w:val="right"/>
      </w:pPr>
      <w:r>
        <w:t>کہ وہیں لوٹنا، وہیں لوٹنا، وہیں لوٹنا۔</w:t>
      </w:r>
    </w:p>
    <w:p>
      <w:r>
        <w:rPr>
          <w:b/>
        </w:rPr>
        <w:t xml:space="preserve">[24:43] </w:t>
      </w:r>
      <w:r>
        <w:t>ab ek safar ho raha hai jannat ki taraf.</w:t>
      </w:r>
    </w:p>
    <w:p>
      <w:pPr>
        <w:jc w:val="right"/>
      </w:pPr>
      <w:r>
        <w:t>اب ایک سفر ہو رہا ہے جنت کی طرف۔</w:t>
      </w:r>
    </w:p>
    <w:p>
      <w:r>
        <w:rPr>
          <w:b/>
        </w:rPr>
        <w:t xml:space="preserve">[24:47] </w:t>
      </w:r>
      <w:r>
        <w:t>yani journey to, hamari jo safar hai woh sara ka safar jo hai paradise ki taraf safar hum</w:t>
      </w:r>
    </w:p>
    <w:p>
      <w:pPr>
        <w:jc w:val="right"/>
      </w:pPr>
      <w:r>
        <w:t>یعنی journey to، ہماری جو سفر ہے وہ سارا کا سفر جو ہے paradise کی طرف سفر ہم</w:t>
      </w:r>
    </w:p>
    <w:p>
      <w:r>
        <w:rPr>
          <w:b/>
        </w:rPr>
        <w:t xml:space="preserve">[24:55] </w:t>
      </w:r>
      <w:r>
        <w:t>kar rahe hain.</w:t>
      </w:r>
    </w:p>
    <w:p>
      <w:pPr>
        <w:jc w:val="right"/>
      </w:pPr>
      <w:r>
        <w:t>کر رہے ہیں۔</w:t>
      </w:r>
    </w:p>
    <w:p>
      <w:r>
        <w:rPr>
          <w:b/>
        </w:rPr>
        <w:t xml:space="preserve">[24:56] </w:t>
      </w:r>
      <w:r>
        <w:t>to ab ek misaal mein deta hoon aap ko ke aap ko dilli se jana hai bombay.</w:t>
      </w:r>
    </w:p>
    <w:p>
      <w:pPr>
        <w:jc w:val="right"/>
      </w:pPr>
      <w:r>
        <w:t>تو اب ایک مثال میں دیتا ہوں آپ کو کہ آپ کو دلی سے جانا ہے بمبئی۔</w:t>
      </w:r>
    </w:p>
    <w:p>
      <w:r>
        <w:rPr>
          <w:b/>
        </w:rPr>
        <w:t xml:space="preserve">[25:03] </w:t>
      </w:r>
      <w:r>
        <w:t>aap hawai jahaz mein baithte hain ya train mein baithte hain dilli se bombay pohnchne ke liye.</w:t>
      </w:r>
    </w:p>
    <w:p>
      <w:pPr>
        <w:jc w:val="right"/>
      </w:pPr>
      <w:r>
        <w:t>آپ ہوائی جہاز میں بیٹھتے ہیں یا ٹرین میں بیٹھتے ہیں دلی سے بمبئی پہنچنے کے لیے۔</w:t>
      </w:r>
    </w:p>
    <w:p>
      <w:r>
        <w:rPr>
          <w:b/>
        </w:rPr>
        <w:t xml:space="preserve">[25:11] </w:t>
      </w:r>
      <w:r>
        <w:t>ab jab is mein baithe hain aap, train mein, aap hawai jahaz mein, to aap wahan par dhoondhte</w:t>
      </w:r>
    </w:p>
    <w:p>
      <w:pPr>
        <w:jc w:val="right"/>
      </w:pPr>
      <w:r>
        <w:t>اب جب اس میں بیٹھے ہیں آپ، ٹرین میں، آپ ہوائی جہاز میں، تو آپ وہاں پر ڈھونڈتے</w:t>
      </w:r>
    </w:p>
    <w:p>
      <w:r>
        <w:rPr>
          <w:b/>
        </w:rPr>
        <w:t xml:space="preserve">[25:18] </w:t>
      </w:r>
      <w:r>
        <w:t>hain ke bhai mera bedroom kidhar hai? bhai mere paas wahan park hota tha, woh park kidhar hai?</w:t>
      </w:r>
    </w:p>
    <w:p>
      <w:pPr>
        <w:jc w:val="right"/>
      </w:pPr>
      <w:r>
        <w:t>ہیں کہ بھئی میرا bedroom کدھر ہے؟ بھئی میرے پاس وہاں park ہوتا تھا، وہ park کدھر ہے؟</w:t>
      </w:r>
    </w:p>
    <w:p>
      <w:r>
        <w:rPr>
          <w:b/>
        </w:rPr>
        <w:t xml:space="preserve">[25:26] </w:t>
      </w:r>
      <w:r>
        <w:t>yani wahan par woh cheezein dhoondhne lagte hain jo ke is ke bahar theen.</w:t>
      </w:r>
    </w:p>
    <w:p>
      <w:pPr>
        <w:jc w:val="right"/>
      </w:pPr>
      <w:r>
        <w:t>یعنی وہاں پر وہ چیزیں ڈھونڈنے لگتے ہیں جو کہ اس کے باہر تھیں۔</w:t>
      </w:r>
    </w:p>
    <w:p>
      <w:r>
        <w:rPr>
          <w:b/>
        </w:rPr>
        <w:t xml:space="preserve">[25:32] </w:t>
      </w:r>
      <w:r>
        <w:t>to zahir hai ke aap ka woh safar museebat ban jayega.</w:t>
      </w:r>
    </w:p>
    <w:p>
      <w:pPr>
        <w:jc w:val="right"/>
      </w:pPr>
      <w:r>
        <w:t>تو ظاہر ہے کہ آپ کا وہ سفر مصیبت بن جائے گا۔</w:t>
      </w:r>
    </w:p>
    <w:p>
      <w:r>
        <w:rPr>
          <w:b/>
        </w:rPr>
        <w:t xml:space="preserve">[25:37] </w:t>
      </w:r>
      <w:r>
        <w:t>aap first class mein safar kar rahe honge.</w:t>
      </w:r>
    </w:p>
    <w:p>
      <w:pPr>
        <w:jc w:val="right"/>
      </w:pPr>
      <w:r>
        <w:t>آپ first class میں سفر کر رہے ہوں گے۔</w:t>
      </w:r>
    </w:p>
    <w:p>
      <w:r>
        <w:rPr>
          <w:b/>
        </w:rPr>
        <w:t xml:space="preserve">[25:41] </w:t>
      </w:r>
      <w:r>
        <w:t>aap upper class mein safar kar rahe honge.</w:t>
      </w:r>
    </w:p>
    <w:p>
      <w:pPr>
        <w:jc w:val="right"/>
      </w:pPr>
      <w:r>
        <w:t>آپ upper class میں سفر کر رہے ہوں گے۔</w:t>
      </w:r>
    </w:p>
    <w:p>
      <w:r>
        <w:rPr>
          <w:b/>
        </w:rPr>
        <w:t xml:space="preserve">[25:45] </w:t>
      </w:r>
      <w:r>
        <w:t>lekin woh safar aap ko museebat dikhai padega.</w:t>
      </w:r>
    </w:p>
    <w:p>
      <w:pPr>
        <w:jc w:val="right"/>
      </w:pPr>
      <w:r>
        <w:t>لیکن وہ سفر آپ کو مصیبت دکھائی پڑے گا۔</w:t>
      </w:r>
    </w:p>
    <w:p>
      <w:r>
        <w:rPr>
          <w:b/>
        </w:rPr>
        <w:t xml:space="preserve">[25:49] </w:t>
      </w:r>
      <w:r>
        <w:t>yani hawai jahaz ka first class aap ke liye museebat dikhai padega.</w:t>
      </w:r>
    </w:p>
    <w:p>
      <w:pPr>
        <w:jc w:val="right"/>
      </w:pPr>
      <w:r>
        <w:t>یعنی ہوائی جہاز کا first class آپ کے لیے مصیبت دکھائی پڑے گا۔</w:t>
      </w:r>
    </w:p>
    <w:p>
      <w:r>
        <w:rPr>
          <w:b/>
        </w:rPr>
        <w:t xml:space="preserve">[25:54] </w:t>
      </w:r>
      <w:r>
        <w:t>train ka first class aap ko museebat dikhai padega.</w:t>
      </w:r>
    </w:p>
    <w:p>
      <w:pPr>
        <w:jc w:val="right"/>
      </w:pPr>
      <w:r>
        <w:t>ٹرین کا first class آپ کو مصیبت دکھائی پڑے گا۔</w:t>
      </w:r>
    </w:p>
    <w:p>
      <w:r>
        <w:rPr>
          <w:b/>
        </w:rPr>
        <w:t xml:space="preserve">[25:59] </w:t>
      </w:r>
      <w:r>
        <w:t>kyon? is mein to park to hai hi nahin.</w:t>
      </w:r>
    </w:p>
    <w:p>
      <w:pPr>
        <w:jc w:val="right"/>
      </w:pPr>
      <w:r>
        <w:t>کیوں؟ اس میں تو park تو ہے ہی نہیں۔</w:t>
      </w:r>
    </w:p>
    <w:p>
      <w:r>
        <w:rPr>
          <w:b/>
        </w:rPr>
        <w:t xml:space="preserve">[26:03] </w:t>
      </w:r>
      <w:r>
        <w:t>to bedroom to is mein hai hi nahin.</w:t>
      </w:r>
    </w:p>
    <w:p>
      <w:pPr>
        <w:jc w:val="right"/>
      </w:pPr>
      <w:r>
        <w:t>تو bedroom تو اس میں ہے ہی نہیں۔</w:t>
      </w:r>
    </w:p>
    <w:p>
      <w:r>
        <w:rPr>
          <w:b/>
        </w:rPr>
        <w:t xml:space="preserve">[26:06] </w:t>
      </w:r>
      <w:r>
        <w:t>is mein khelne ka maidan to hai hi nahin.</w:t>
      </w:r>
    </w:p>
    <w:p>
      <w:pPr>
        <w:jc w:val="right"/>
      </w:pPr>
      <w:r>
        <w:t>اس میں کھیلنے کا میدان تو ہے ہی نہیں۔</w:t>
      </w:r>
    </w:p>
    <w:p>
      <w:r>
        <w:rPr>
          <w:b/>
        </w:rPr>
        <w:t xml:space="preserve">[26:10] </w:t>
      </w:r>
      <w:r>
        <w:t>is mein dining hall to hai hi nahin.</w:t>
      </w:r>
    </w:p>
    <w:p>
      <w:pPr>
        <w:jc w:val="right"/>
      </w:pPr>
      <w:r>
        <w:t>اس میں dining hall تو ہے ہی نہیں۔</w:t>
      </w:r>
    </w:p>
    <w:p>
      <w:r>
        <w:rPr>
          <w:b/>
        </w:rPr>
        <w:t xml:space="preserve">[26:13] </w:t>
      </w:r>
      <w:r>
        <w:t>agar aap ke zehen mein yeh ho ke yeh to safar ka yaani woh hai safar ka muddat</w:t>
      </w:r>
    </w:p>
    <w:p>
      <w:pPr>
        <w:jc w:val="right"/>
      </w:pPr>
      <w:r>
        <w:t>اگر آپ کے ذہن میں یہ ہو کہ یہ تو سفر کا یعنی وہ ہے سفر کا مدت</w:t>
      </w:r>
    </w:p>
    <w:p>
      <w:r>
        <w:rPr>
          <w:b/>
        </w:rPr>
        <w:t xml:space="preserve">[26:21]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[26:22] </w:t>
      </w:r>
      <w:r>
        <w:t>yeh safar ka period hai.</w:t>
      </w:r>
    </w:p>
    <w:p>
      <w:pPr>
        <w:jc w:val="right"/>
      </w:pPr>
      <w:r>
        <w:t>یہ سفر کا period ہے۔</w:t>
      </w:r>
    </w:p>
    <w:p>
      <w:r>
        <w:rPr>
          <w:b/>
        </w:rPr>
        <w:t xml:space="preserve">[26:25] </w:t>
      </w:r>
      <w:r>
        <w:t>safar ke period mein mujhe woh cheez nahi mil sakti jo destination mein mile gi.</w:t>
      </w:r>
    </w:p>
    <w:p>
      <w:pPr>
        <w:jc w:val="right"/>
      </w:pPr>
      <w:r>
        <w:t>سفر کے period میں مجھے وہ چیز نہیں مل سکتی جو destination میں ملے گی۔</w:t>
      </w:r>
    </w:p>
    <w:p>
      <w:r>
        <w:rPr>
          <w:b/>
        </w:rPr>
        <w:t xml:space="preserve">[26:31] </w:t>
      </w:r>
      <w:r>
        <w:t>woh sari cheezein mujhe wahan pohanch kar milein gi jahan mein ja raha hoon.</w:t>
      </w:r>
    </w:p>
    <w:p>
      <w:pPr>
        <w:jc w:val="right"/>
      </w:pPr>
      <w:r>
        <w:t>وہ ساری چیزیں مجھے وہاں پہنچ کر ملیں گی جہاں میں جا رہا ہوں۔</w:t>
      </w:r>
    </w:p>
    <w:p>
      <w:r>
        <w:rPr>
          <w:b/>
        </w:rPr>
        <w:t xml:space="preserve">[26:37] </w:t>
      </w:r>
      <w:r>
        <w:t>to aap bilkul sukoon ho jaye ga aap ko.</w:t>
      </w:r>
    </w:p>
    <w:p>
      <w:pPr>
        <w:jc w:val="right"/>
      </w:pPr>
      <w:r>
        <w:t>تو آپ بالکل سکون ہو جائے گا آپ کو۔</w:t>
      </w:r>
    </w:p>
    <w:p>
      <w:r>
        <w:rPr>
          <w:b/>
        </w:rPr>
        <w:t xml:space="preserve">[26:41] </w:t>
      </w:r>
      <w:r>
        <w:t>yaani jo cheez milti hai manzil par, woh aap chahein sawari mein paana to aap ko is poori</w:t>
      </w:r>
    </w:p>
    <w:p>
      <w:pPr>
        <w:jc w:val="right"/>
      </w:pPr>
      <w:r>
        <w:t>یعنی جو چیز ملتی ہے منزل پر، وہ آپ چاہیں سواری میں پانا تو آپ کو اس پوری</w:t>
      </w:r>
    </w:p>
    <w:p>
      <w:r>
        <w:rPr>
          <w:b/>
        </w:rPr>
        <w:t xml:space="preserve">[26:49] </w:t>
      </w:r>
      <w:r>
        <w:t>zindagi aap ko museebat dikhai de gi.</w:t>
      </w:r>
    </w:p>
    <w:p>
      <w:pPr>
        <w:jc w:val="right"/>
      </w:pPr>
      <w:r>
        <w:t>زندگی آپ کو مصیبت دکھائی دے گی۔</w:t>
      </w:r>
    </w:p>
    <w:p>
      <w:r>
        <w:rPr>
          <w:b/>
        </w:rPr>
        <w:t xml:space="preserve">[26:52] </w:t>
      </w:r>
      <w:r>
        <w:t>museebat hi museebat, museebat hi museebat.</w:t>
      </w:r>
    </w:p>
    <w:p>
      <w:pPr>
        <w:jc w:val="right"/>
      </w:pPr>
      <w:r>
        <w:t>مصیبت ہی مصیبت، مصیبت ہی مصیبت۔</w:t>
      </w:r>
    </w:p>
    <w:p>
      <w:r>
        <w:rPr>
          <w:b/>
        </w:rPr>
        <w:t xml:space="preserve">[26:54] </w:t>
      </w:r>
      <w:r>
        <w:t>lekin agar aap yeh samjhein ke yeh to sawari hai to bohat khushi ke sath aap train mein</w:t>
      </w:r>
    </w:p>
    <w:p>
      <w:pPr>
        <w:jc w:val="right"/>
      </w:pPr>
      <w:r>
        <w:t>لیکن اگر آپ یہ سمجھیں کہ یہ تو سواری ہے تو بہت خوشی کے ساتھ آپ ٹرین میں</w:t>
      </w:r>
    </w:p>
    <w:p>
      <w:r>
        <w:rPr>
          <w:b/>
        </w:rPr>
        <w:t xml:space="preserve">[27:02] </w:t>
      </w:r>
      <w:r>
        <w:t>safar karein ge, hawai jahaz mein safar karein ge.</w:t>
      </w:r>
    </w:p>
    <w:p>
      <w:pPr>
        <w:jc w:val="right"/>
      </w:pPr>
      <w:r>
        <w:t>سفر کریں گے، ہوائی جہاز میں سفر کریں گے۔</w:t>
      </w:r>
    </w:p>
    <w:p>
      <w:r>
        <w:rPr>
          <w:b/>
        </w:rPr>
        <w:t xml:space="preserve">[27:06] </w:t>
      </w:r>
      <w:r>
        <w:t>theek yahi maamla insaan ka hai.</w:t>
      </w:r>
    </w:p>
    <w:p>
      <w:pPr>
        <w:jc w:val="right"/>
      </w:pPr>
      <w:r>
        <w:t>ٹھیک یہی معاملہ انسان کا ہے۔</w:t>
      </w:r>
    </w:p>
    <w:p>
      <w:r>
        <w:rPr>
          <w:b/>
        </w:rPr>
        <w:t xml:space="preserve">[27:08] </w:t>
      </w:r>
      <w:r>
        <w:t>insaan jo duniya chahta hai, woh duniya paana chahta hai, woh sawari ke andar.</w:t>
      </w:r>
    </w:p>
    <w:p>
      <w:pPr>
        <w:jc w:val="right"/>
      </w:pPr>
      <w:r>
        <w:t>انسان جو دنیا چاہتا ہے، وہ دنیا پانا چاہتا ہے، وہ سواری کے اندر۔</w:t>
      </w:r>
    </w:p>
    <w:p>
      <w:r>
        <w:rPr>
          <w:b/>
        </w:rPr>
        <w:t xml:space="preserve">[27:14] </w:t>
      </w:r>
      <w:r>
        <w:t>jab ke mile gi woh destination par pohanch kar ke.</w:t>
      </w:r>
    </w:p>
    <w:p>
      <w:pPr>
        <w:jc w:val="right"/>
      </w:pPr>
      <w:r>
        <w:t>جبکہ ملے گی وہ destination پر پہنچ کر کے۔</w:t>
      </w:r>
    </w:p>
    <w:p>
      <w:r>
        <w:rPr>
          <w:b/>
        </w:rPr>
        <w:t xml:space="preserve">[27:18] </w:t>
      </w:r>
      <w:r>
        <w:t>isi raaz ko na janne ka naam hai distress.</w:t>
      </w:r>
    </w:p>
    <w:p>
      <w:pPr>
        <w:jc w:val="right"/>
      </w:pPr>
      <w:r>
        <w:t>اسی راز کو نہ جاننے کا نام ہے distress۔</w:t>
      </w:r>
    </w:p>
    <w:p>
      <w:r>
        <w:rPr>
          <w:b/>
        </w:rPr>
        <w:t xml:space="preserve">[27:22] </w:t>
      </w:r>
      <w:r>
        <w:t>is stress aur tension.</w:t>
      </w:r>
    </w:p>
    <w:p>
      <w:pPr>
        <w:jc w:val="right"/>
      </w:pPr>
      <w:r>
        <w:t>اس stress اور tension۔</w:t>
      </w:r>
    </w:p>
    <w:p>
      <w:r>
        <w:rPr>
          <w:b/>
        </w:rPr>
        <w:t xml:space="preserve">[27:24] </w:t>
      </w:r>
      <w:r>
        <w:t>sare log tension mein jee rahe hain.</w:t>
      </w:r>
    </w:p>
    <w:p>
      <w:pPr>
        <w:jc w:val="right"/>
      </w:pPr>
      <w:r>
        <w:t>سارے لوگ tension میں جی رہے ہیں۔</w:t>
      </w:r>
    </w:p>
    <w:p>
      <w:r>
        <w:rPr>
          <w:b/>
        </w:rPr>
        <w:t xml:space="preserve">[27:27] </w:t>
      </w:r>
      <w:r>
        <w:t>kyun ke woh sawari ke andar woh baat paana chahte hain jo mile gi unhein manzil par pohanchne ke</w:t>
      </w:r>
    </w:p>
    <w:p>
      <w:pPr>
        <w:jc w:val="right"/>
      </w:pPr>
      <w:r>
        <w:t>کیونکہ وہ سواری کے اندر وہ بات پانا چاہتے ہیں جو ملے گی انہیں منزل پر پہنچنے کے</w:t>
      </w:r>
    </w:p>
    <w:p>
      <w:r>
        <w:rPr>
          <w:b/>
        </w:rPr>
        <w:t xml:space="preserve">[27:34] </w:t>
      </w:r>
      <w:r>
        <w:t>baad.</w:t>
      </w:r>
    </w:p>
    <w:p>
      <w:pPr>
        <w:jc w:val="right"/>
      </w:pPr>
      <w:r>
        <w:t>بعد۔</w:t>
      </w:r>
    </w:p>
    <w:p>
      <w:r>
        <w:rPr>
          <w:b/>
        </w:rPr>
        <w:t xml:space="preserve">[27:36] </w:t>
      </w:r>
      <w:r>
        <w:t>yahan par aik aadh, aik baat mein aur bhi izafa karoon ga.</w:t>
      </w:r>
    </w:p>
    <w:p>
      <w:pPr>
        <w:jc w:val="right"/>
      </w:pPr>
      <w:r>
        <w:t>یہاں پر ایک آدھ، ایک بات میں اور بھی اضافہ کروں گا۔</w:t>
      </w:r>
    </w:p>
    <w:p>
      <w:r>
        <w:rPr>
          <w:b/>
        </w:rPr>
        <w:t xml:space="preserve">[27:41] </w:t>
      </w:r>
      <w:r>
        <w:t>woh yeh hai ke aap ghor, ghor kijiye ke aap ghor kijiye ke log jo hain, log jo</w:t>
      </w:r>
    </w:p>
    <w:p>
      <w:pPr>
        <w:jc w:val="right"/>
      </w:pPr>
      <w:r>
        <w:t>وہ یہ ہے کہ آپ غور، غور کیجیے کہ آپ غور کیجیے کہ لوگ جو ہیں، لوگ جو</w:t>
      </w:r>
    </w:p>
    <w:p>
      <w:r>
        <w:rPr>
          <w:b/>
        </w:rPr>
        <w:t xml:space="preserve">[27:49] </w:t>
      </w:r>
      <w:r>
        <w:t>hain woh dekhte hain logon ko marte hue.</w:t>
      </w:r>
    </w:p>
    <w:p>
      <w:pPr>
        <w:jc w:val="right"/>
      </w:pPr>
      <w:r>
        <w:t>ہیں وہ دیکھتے ہیں لوگوں کو مرتے ہوئے۔</w:t>
      </w:r>
    </w:p>
    <w:p>
      <w:r>
        <w:rPr>
          <w:b/>
        </w:rPr>
        <w:t xml:space="preserve">[27:52] </w:t>
      </w:r>
      <w:r>
        <w:t>har aadmi aas paas un ke mar raha hai.</w:t>
      </w:r>
    </w:p>
    <w:p>
      <w:pPr>
        <w:jc w:val="right"/>
      </w:pPr>
      <w:r>
        <w:t>ہر آدمی آس پاس ان کے مر رہا ہے۔</w:t>
      </w:r>
    </w:p>
    <w:p>
      <w:r>
        <w:rPr>
          <w:b/>
        </w:rPr>
        <w:t xml:space="preserve">[27:56] </w:t>
      </w:r>
      <w:r>
        <w:t>lekin khud woh aadmi ko aap dekhein ke maut ki yaad nahi kar raha hai woh.</w:t>
      </w:r>
    </w:p>
    <w:p>
      <w:pPr>
        <w:jc w:val="right"/>
      </w:pPr>
      <w:r>
        <w:t>لیکن خود وہ آدمی کو آپ دیکھیں کہ موت کی یاد نہیں کر رہا ہے وہ۔</w:t>
      </w:r>
    </w:p>
    <w:p>
      <w:r>
        <w:rPr>
          <w:b/>
        </w:rPr>
        <w:t xml:space="preserve">[28:03] </w:t>
      </w:r>
      <w:r>
        <w:t>khud woh aadmi jo hai woh maut ki yaad nahi kar raha hai.</w:t>
      </w:r>
    </w:p>
    <w:p>
      <w:pPr>
        <w:jc w:val="right"/>
      </w:pPr>
      <w:r>
        <w:t>خود وہ آدمی جو ہے وہ موت کی یاد نہیں کر رہا ہے۔</w:t>
      </w:r>
    </w:p>
    <w:p>
      <w:r>
        <w:rPr>
          <w:b/>
        </w:rPr>
        <w:t xml:space="preserve">[28:09] </w:t>
      </w:r>
      <w:r>
        <w:t>mein poori zindagi mein yeh dekhta raha hoon ke mein jaise koi aadmi mara, us ka janaza gaya</w:t>
      </w:r>
    </w:p>
    <w:p>
      <w:pPr>
        <w:jc w:val="right"/>
      </w:pPr>
      <w:r>
        <w:t>میں پوری زندگی میں یہ دیکھتا رہا ہوں کہ میں جیسے کوئی آدمی مرا، اس کا جنازہ گیا</w:t>
      </w:r>
    </w:p>
    <w:p>
      <w:r>
        <w:rPr>
          <w:b/>
        </w:rPr>
        <w:t xml:space="preserve">[28:16] </w:t>
      </w:r>
      <w:r>
        <w:t>qabristan mein, wahan gaya mein.</w:t>
      </w:r>
    </w:p>
    <w:p>
      <w:pPr>
        <w:jc w:val="right"/>
      </w:pPr>
      <w:r>
        <w:t>قبرستان میں، وہاں گیا میں۔</w:t>
      </w:r>
    </w:p>
    <w:p>
      <w:r>
        <w:rPr>
          <w:b/>
        </w:rPr>
        <w:t xml:space="preserve">[28:18] </w:t>
      </w:r>
      <w:r>
        <w:t>to mein hamesha yeh dekha ke wahan baith kar ke log idhar udhar ki baatein karte hain.</w:t>
      </w:r>
    </w:p>
    <w:p>
      <w:pPr>
        <w:jc w:val="right"/>
      </w:pPr>
      <w:r>
        <w:t>تو میں ہمیشہ یہ دیکھا کہ وہاں بیٹھ کر کے لوگ ادھر ادھر کی باتیں کرتے ہیں۔</w:t>
      </w:r>
    </w:p>
    <w:p>
      <w:r>
        <w:rPr>
          <w:b/>
        </w:rPr>
        <w:t xml:space="preserve">[28:26] </w:t>
      </w:r>
      <w:r>
        <w:t>kabhi mein nahin paya ke wahan par baat karein marne ki.</w:t>
      </w:r>
    </w:p>
    <w:p>
      <w:pPr>
        <w:jc w:val="right"/>
      </w:pPr>
      <w:r>
        <w:t>کبھی میں نہیں پایا کہ وہاں پر بات کریں مرنے کی۔</w:t>
      </w:r>
    </w:p>
    <w:p>
      <w:r>
        <w:rPr>
          <w:b/>
        </w:rPr>
        <w:t xml:space="preserve">[28:30] </w:t>
      </w:r>
      <w:r>
        <w:t>qabar khodi ja rahi hai, wahan dafan ho raha hai aadmi.</w:t>
      </w:r>
    </w:p>
    <w:p>
      <w:pPr>
        <w:jc w:val="right"/>
      </w:pPr>
      <w:r>
        <w:t>قبر کھودی جا رہی ہے، وہاں دفن ہو رہا ہے آدمی۔</w:t>
      </w:r>
    </w:p>
    <w:p>
      <w:r>
        <w:rPr>
          <w:b/>
        </w:rPr>
        <w:t xml:space="preserve">[28:35] </w:t>
      </w:r>
      <w:r>
        <w:t>yeh sab kuch dekhte hain apni aankhon se.</w:t>
      </w:r>
    </w:p>
    <w:p>
      <w:pPr>
        <w:jc w:val="right"/>
      </w:pPr>
      <w:r>
        <w:t>یہ سب کچھ دیکھتے ہیں اپنی آنکھوں سے۔</w:t>
      </w:r>
    </w:p>
    <w:p>
      <w:r>
        <w:rPr>
          <w:b/>
        </w:rPr>
        <w:t xml:space="preserve">[28:39] </w:t>
      </w:r>
      <w:r>
        <w:t>lekin maut ka koi charchaa nahin.</w:t>
      </w:r>
    </w:p>
    <w:p>
      <w:pPr>
        <w:jc w:val="right"/>
      </w:pPr>
      <w:r>
        <w:t>لیکن موت کا کوئی چرچہ نہیں۔</w:t>
      </w:r>
    </w:p>
    <w:p>
      <w:r>
        <w:rPr>
          <w:b/>
        </w:rPr>
        <w:t xml:space="preserve">[28:41] </w:t>
      </w:r>
      <w:r>
        <w:t>maut ka koi charchaa nahin.</w:t>
      </w:r>
    </w:p>
    <w:p>
      <w:pPr>
        <w:jc w:val="right"/>
      </w:pPr>
      <w:r>
        <w:t>موت کا کوئی چرچہ نہیں۔</w:t>
      </w:r>
    </w:p>
    <w:p>
      <w:r>
        <w:rPr>
          <w:b/>
        </w:rPr>
        <w:t xml:space="preserve">[28:43] </w:t>
      </w:r>
      <w:r>
        <w:t>aise hi dekhiye article chhapte hain marne par logon ke.</w:t>
      </w:r>
    </w:p>
    <w:p>
      <w:pPr>
        <w:jc w:val="right"/>
      </w:pPr>
      <w:r>
        <w:t>ایسے ہی دیکھیے article چھپتے ہیں مرنے پر لوگوں کے۔</w:t>
      </w:r>
    </w:p>
    <w:p>
      <w:r>
        <w:rPr>
          <w:b/>
        </w:rPr>
        <w:t xml:space="preserve">[28:48] </w:t>
      </w:r>
      <w:r>
        <w:t>to is aadmi ki tareefein to khoob hoti hain.</w:t>
      </w:r>
    </w:p>
    <w:p>
      <w:pPr>
        <w:jc w:val="right"/>
      </w:pPr>
      <w:r>
        <w:t>تو اس آدمی کی تعریفیں تو خوب ہوتی ہیں۔</w:t>
      </w:r>
    </w:p>
    <w:p>
      <w:r>
        <w:rPr>
          <w:b/>
        </w:rPr>
        <w:t xml:space="preserve">[28:51] </w:t>
      </w:r>
      <w:r>
        <w:t>ke aisa tha aadmi, waisa tha aadmi.</w:t>
      </w:r>
    </w:p>
    <w:p>
      <w:pPr>
        <w:jc w:val="right"/>
      </w:pPr>
      <w:r>
        <w:t>کہ ایسا تھا آدمی، ویسا تھا آدمی۔</w:t>
      </w:r>
    </w:p>
    <w:p>
      <w:r>
        <w:rPr>
          <w:b/>
        </w:rPr>
        <w:t xml:space="preserve">[28:54] </w:t>
      </w:r>
      <w:r>
        <w:t>lekin is aadmi par maut aayi.</w:t>
      </w:r>
    </w:p>
    <w:p>
      <w:pPr>
        <w:jc w:val="right"/>
      </w:pPr>
      <w:r>
        <w:t>لیکن اس آدمی پر موت آئی۔</w:t>
      </w:r>
    </w:p>
    <w:p>
      <w:r>
        <w:rPr>
          <w:b/>
        </w:rPr>
        <w:t xml:space="preserve">[28:57] </w:t>
      </w:r>
      <w:r>
        <w:t>to mar kar ke duniya se chala gaya.</w:t>
      </w:r>
    </w:p>
    <w:p>
      <w:pPr>
        <w:jc w:val="right"/>
      </w:pPr>
      <w:r>
        <w:t>تو مر کر کے دنیا سے چلا گیا۔</w:t>
      </w:r>
    </w:p>
    <w:p>
      <w:r>
        <w:rPr>
          <w:b/>
        </w:rPr>
        <w:t xml:space="preserve">[29:00] </w:t>
      </w:r>
      <w:r>
        <w:t>to maut ka koi charchaa nahin.</w:t>
      </w:r>
    </w:p>
    <w:p>
      <w:pPr>
        <w:jc w:val="right"/>
      </w:pPr>
      <w:r>
        <w:t>تو موت کا کوئی چرچہ نہیں۔</w:t>
      </w:r>
    </w:p>
    <w:p>
      <w:r>
        <w:rPr>
          <w:b/>
        </w:rPr>
        <w:t xml:space="preserve">[29:03] </w:t>
      </w:r>
      <w:r>
        <w:t>is par mein bohat sochta tha, sochta tha to yeh baat meri samajh mein aayi ke insaan ki</w:t>
      </w:r>
    </w:p>
    <w:p>
      <w:pPr>
        <w:jc w:val="right"/>
      </w:pPr>
      <w:r>
        <w:t>اس پر میں بہت سوچتا تھا، سوچتا تھا تو یہ بات میری سمجھ میں آئی کہ انسان کی</w:t>
      </w:r>
    </w:p>
    <w:p>
      <w:r>
        <w:rPr>
          <w:b/>
        </w:rPr>
        <w:t xml:space="preserve">[29:11] </w:t>
      </w:r>
      <w:r>
        <w:t>جو جس کو جس کو کہتے ہیں programming.</w:t>
      </w:r>
    </w:p>
    <w:p>
      <w:pPr>
        <w:jc w:val="right"/>
      </w:pPr>
      <w:r>
        <w:t>جو جس کو جس کو کہتے ہیں programming۔</w:t>
      </w:r>
    </w:p>
    <w:p>
      <w:r>
        <w:rPr>
          <w:b/>
        </w:rPr>
        <w:t xml:space="preserve">[29:14] </w:t>
      </w:r>
      <w:r>
        <w:t>Programming.</w:t>
      </w:r>
    </w:p>
    <w:p>
      <w:pPr>
        <w:jc w:val="right"/>
      </w:pPr>
      <w:r>
        <w:t>Programming۔</w:t>
      </w:r>
    </w:p>
    <w:p>
      <w:r>
        <w:rPr>
          <w:b/>
        </w:rPr>
        <w:t xml:space="preserve">[29:16] </w:t>
      </w:r>
      <w:r>
        <w:t>yaani biological programming ya psychological programming ya intellectual programming ke hamare andar ek programming hai.</w:t>
      </w:r>
    </w:p>
    <w:p>
      <w:pPr>
        <w:jc w:val="right"/>
      </w:pPr>
      <w:r>
        <w:t>یعنی biological programming یا psychological programming یا intellectual programming کہ ہمارے اندر ایک programming ہے۔</w:t>
      </w:r>
    </w:p>
    <w:p>
      <w:r>
        <w:rPr>
          <w:b/>
        </w:rPr>
        <w:t xml:space="preserve">[29:22] </w:t>
      </w:r>
      <w:r>
        <w:t>isi programming, programming ki wajah se hum ko ek time par neend aati hai, hum so jaate hain.</w:t>
      </w:r>
    </w:p>
    <w:p>
      <w:pPr>
        <w:jc w:val="right"/>
      </w:pPr>
      <w:r>
        <w:t>اسی programming، programming کی وجہ سے ہم کو ایک ٹائم پر نیند آتی ہے، ہم سو جاتے ہیں۔</w:t>
      </w:r>
    </w:p>
    <w:p>
      <w:r>
        <w:rPr>
          <w:b/>
        </w:rPr>
        <w:t xml:space="preserve">[29:30] </w:t>
      </w:r>
      <w:r>
        <w:t>isi programming ke mutabiq hum ko pyaas lagti hai, hum paani peete hain.</w:t>
      </w:r>
    </w:p>
    <w:p>
      <w:pPr>
        <w:jc w:val="right"/>
      </w:pPr>
      <w:r>
        <w:t>اسی programming کے مطابق ہم کو پیاس لگتی ہے، ہم پانی پیتے ہیں۔</w:t>
      </w:r>
    </w:p>
    <w:p>
      <w:r>
        <w:rPr>
          <w:b/>
        </w:rPr>
        <w:t xml:space="preserve">[29:35] </w:t>
      </w:r>
      <w:r>
        <w:t>isi programming ke mutabiq hum saara kaam karte hain.</w:t>
      </w:r>
    </w:p>
    <w:p>
      <w:pPr>
        <w:jc w:val="right"/>
      </w:pPr>
      <w:r>
        <w:t>اسی programming کے مطابق ہم سارا کام کرتے ہیں۔</w:t>
      </w:r>
    </w:p>
    <w:p>
      <w:r>
        <w:rPr>
          <w:b/>
        </w:rPr>
        <w:t xml:space="preserve">[29:39] </w:t>
      </w:r>
      <w:r>
        <w:t>woh programming jo hai woh hum se saara kaam karwati rehti hai.</w:t>
      </w:r>
    </w:p>
    <w:p>
      <w:pPr>
        <w:jc w:val="right"/>
      </w:pPr>
      <w:r>
        <w:t>وہ programming جو ہے وہ ہم سے سارا کام کرواتی رہتی ہے۔</w:t>
      </w:r>
    </w:p>
    <w:p>
      <w:r>
        <w:rPr>
          <w:b/>
        </w:rPr>
        <w:t xml:space="preserve">[29:44] </w:t>
      </w:r>
      <w:r>
        <w:t>woh programming ek to mustaqil hai aur ek badalti bhi rehti hai.</w:t>
      </w:r>
    </w:p>
    <w:p>
      <w:pPr>
        <w:jc w:val="right"/>
      </w:pPr>
      <w:r>
        <w:t>وہ programming ایک تو مستقل ہے اور ایک بدلتی بھی رہتی ہے۔</w:t>
      </w:r>
    </w:p>
    <w:p>
      <w:r>
        <w:rPr>
          <w:b/>
        </w:rPr>
        <w:t xml:space="preserve">[29:49] </w:t>
      </w:r>
      <w:r>
        <w:t>lekin isi programming ke tehat hum kaam karte hain.</w:t>
      </w:r>
    </w:p>
    <w:p>
      <w:pPr>
        <w:jc w:val="right"/>
      </w:pPr>
      <w:r>
        <w:t>لیکن اسی programming کے تحت ہم کام کرتے ہیں۔</w:t>
      </w:r>
    </w:p>
    <w:p>
      <w:r>
        <w:rPr>
          <w:b/>
        </w:rPr>
        <w:t xml:space="preserve">[29:53] </w:t>
      </w:r>
      <w:r>
        <w:t>to maine socha ke yeh jo qissa hai to insaan ki jo programming hui hai woh eternity</w:t>
      </w:r>
    </w:p>
    <w:p>
      <w:pPr>
        <w:jc w:val="right"/>
      </w:pPr>
      <w:r>
        <w:t>تو میں نے سوچا کہ یہ جو قصہ ہے تو انسان کی جو programming ہوئی ہے وہ eternity</w:t>
      </w:r>
    </w:p>
    <w:p>
      <w:r>
        <w:rPr>
          <w:b/>
        </w:rPr>
        <w:t xml:space="preserve">[30:01] </w:t>
      </w:r>
      <w:r>
        <w:t>ko le kar ke hai.</w:t>
      </w:r>
    </w:p>
    <w:p>
      <w:pPr>
        <w:jc w:val="right"/>
      </w:pPr>
      <w:r>
        <w:t>کو لے کر کے ہے۔</w:t>
      </w:r>
    </w:p>
    <w:p>
      <w:r>
        <w:rPr>
          <w:b/>
        </w:rPr>
        <w:t xml:space="preserve">[30:03] </w:t>
      </w:r>
      <w:r>
        <w:t>hamare mind ki jo programming hai woh yeh hai ke woh yeh hai ke mujhe zinda rehna hai</w:t>
      </w:r>
    </w:p>
    <w:p>
      <w:pPr>
        <w:jc w:val="right"/>
      </w:pPr>
      <w:r>
        <w:t>ہمارے mind کی جو programming ہے وہ یہ ہے کہ وہ یہ ہے کہ مجھے زندہ رہنا ہے</w:t>
      </w:r>
    </w:p>
    <w:p>
      <w:r>
        <w:rPr>
          <w:b/>
        </w:rPr>
        <w:t xml:space="preserve">[30:11] </w:t>
      </w:r>
      <w:r>
        <w:t>hamesha.</w:t>
      </w:r>
    </w:p>
    <w:p>
      <w:pPr>
        <w:jc w:val="right"/>
      </w:pPr>
      <w:r>
        <w:t>ہمیشہ۔</w:t>
      </w:r>
    </w:p>
    <w:p>
      <w:r>
        <w:rPr>
          <w:b/>
        </w:rPr>
        <w:t xml:space="preserve">[30:12] </w:t>
      </w:r>
      <w:r>
        <w:t>mujhe hamesha zinda rehna hai.</w:t>
      </w:r>
    </w:p>
    <w:p>
      <w:pPr>
        <w:jc w:val="right"/>
      </w:pPr>
      <w:r>
        <w:t>مجھے ہمیشہ زندہ رہنا ہے۔</w:t>
      </w:r>
    </w:p>
    <w:p>
      <w:r>
        <w:rPr>
          <w:b/>
        </w:rPr>
        <w:t xml:space="preserve">[30:15] </w:t>
      </w:r>
      <w:r>
        <w:t>I am going to live forever.</w:t>
      </w:r>
    </w:p>
    <w:p>
      <w:pPr>
        <w:jc w:val="right"/>
      </w:pPr>
      <w:r>
        <w:t>I am going to live forever۔</w:t>
      </w:r>
    </w:p>
    <w:p>
      <w:r>
        <w:rPr>
          <w:b/>
        </w:rPr>
        <w:t xml:space="preserve">[30:17] </w:t>
      </w:r>
      <w:r>
        <w:t>meri zindagi hamesha par mabni hai.</w:t>
      </w:r>
    </w:p>
    <w:p>
      <w:pPr>
        <w:jc w:val="right"/>
      </w:pPr>
      <w:r>
        <w:t>میری زندگی ہمیشہ پر مبنی ہے۔</w:t>
      </w:r>
    </w:p>
    <w:p>
      <w:r>
        <w:rPr>
          <w:b/>
        </w:rPr>
        <w:t xml:space="preserve">[30:20] </w:t>
      </w:r>
      <w:r>
        <w:t>jab insan ko Khuda ne paida kiya to Quran mein hai ke us ko sab kuch us ke</w:t>
      </w:r>
    </w:p>
    <w:p>
      <w:pPr>
        <w:jc w:val="right"/>
      </w:pPr>
      <w:r>
        <w:t>جب انسان کو خدا نے پیدا کیا تو قرآن میں ہے کہ اس کو سب کچھ اس کے</w:t>
      </w:r>
    </w:p>
    <w:p>
      <w:r>
        <w:rPr>
          <w:b/>
        </w:rPr>
        <w:t xml:space="preserve">[30:27] </w:t>
      </w:r>
      <w:r>
        <w:t>mind mein daal diya.</w:t>
      </w:r>
    </w:p>
    <w:p>
      <w:pPr>
        <w:jc w:val="right"/>
      </w:pPr>
      <w:r>
        <w:t>mind میں ڈال دیا۔</w:t>
      </w:r>
    </w:p>
    <w:p>
      <w:r>
        <w:rPr>
          <w:b/>
        </w:rPr>
        <w:t xml:space="preserve">[30:29] </w:t>
      </w:r>
      <w:r>
        <w:t>sab kuch.</w:t>
      </w:r>
    </w:p>
    <w:p>
      <w:pPr>
        <w:jc w:val="right"/>
      </w:pPr>
      <w:r>
        <w:t>سب کچھ۔</w:t>
      </w:r>
    </w:p>
    <w:p>
      <w:r>
        <w:rPr>
          <w:b/>
        </w:rPr>
        <w:t xml:space="preserve">[30:31] </w:t>
      </w:r>
      <w:r>
        <w:t>saari baatein us ke mind mein daal dein.</w:t>
      </w:r>
    </w:p>
    <w:p>
      <w:pPr>
        <w:jc w:val="right"/>
      </w:pPr>
      <w:r>
        <w:t>ساری باتیں اس کے mind میں ڈال دیں۔</w:t>
      </w:r>
    </w:p>
    <w:p>
      <w:r>
        <w:rPr>
          <w:b/>
        </w:rPr>
        <w:t xml:space="preserve">[30:34] </w:t>
      </w:r>
      <w:r>
        <w:t>saari information us ke mind mein daal di.</w:t>
      </w:r>
    </w:p>
    <w:p>
      <w:pPr>
        <w:jc w:val="right"/>
      </w:pPr>
      <w:r>
        <w:t>ساری information اس کے mind میں ڈال دی۔</w:t>
      </w:r>
    </w:p>
    <w:p>
      <w:r>
        <w:rPr>
          <w:b/>
        </w:rPr>
        <w:t xml:space="preserve">[30:37] </w:t>
      </w:r>
      <w:r>
        <w:t>ab woh, ab woh information unfold hoti rehti hai lekin daali hui hai sab kuch mind ke andar.</w:t>
      </w:r>
    </w:p>
    <w:p>
      <w:pPr>
        <w:jc w:val="right"/>
      </w:pPr>
      <w:r>
        <w:t>اب وہ، اب وہ information unfold ہوتی رہتی ہے لیکن ڈالی ہوئی ہے سب کچھ mind کے اندر۔</w:t>
      </w:r>
    </w:p>
    <w:p>
      <w:r>
        <w:rPr>
          <w:b/>
        </w:rPr>
        <w:t xml:space="preserve">[30:45] </w:t>
      </w:r>
      <w:r>
        <w:t>to Khuda ne hamare mind ki jo programming ki woh eternity ko le kar ki.</w:t>
      </w:r>
    </w:p>
    <w:p>
      <w:pPr>
        <w:jc w:val="right"/>
      </w:pPr>
      <w:r>
        <w:t>تو خدا نے ہمارے mind کی جو programming کی وہ eternity کو لے کر کی۔</w:t>
      </w:r>
    </w:p>
    <w:p>
      <w:r>
        <w:rPr>
          <w:b/>
        </w:rPr>
        <w:t xml:space="preserve">[30:52] </w:t>
      </w:r>
      <w:r>
        <w:t>Khuda ne yani creator ne hamare kyunke paida kiya Khuda ne hum ko aik eternal being ke taur</w:t>
      </w:r>
    </w:p>
    <w:p>
      <w:pPr>
        <w:jc w:val="right"/>
      </w:pPr>
      <w:r>
        <w:t>خدا نے یعنی creator نے ہمارے کیونکہ پیدا کیا خدا نے ہم کو ایک eternal being کے طور</w:t>
      </w:r>
    </w:p>
    <w:p>
      <w:r>
        <w:rPr>
          <w:b/>
        </w:rPr>
        <w:t xml:space="preserve">[30:59] </w:t>
      </w:r>
      <w:r>
        <w:t>par paida kiya.</w:t>
      </w:r>
    </w:p>
    <w:p>
      <w:pPr>
        <w:jc w:val="right"/>
      </w:pPr>
      <w:r>
        <w:t>پر پیدا کیا۔</w:t>
      </w:r>
    </w:p>
    <w:p>
      <w:r>
        <w:rPr>
          <w:b/>
        </w:rPr>
        <w:t xml:space="preserve">[31:01] </w:t>
      </w:r>
      <w:r>
        <w:t>aisa nahi ke hum das bees saal ke liye paida kiya keere makoron ke tareeqe se.</w:t>
      </w:r>
    </w:p>
    <w:p>
      <w:pPr>
        <w:jc w:val="right"/>
      </w:pPr>
      <w:r>
        <w:t>ایسا نہیں کہ ہم دس بیس سال کے لیے پیدا کیا کیڑے مکوڑوں کے طریقے سے۔</w:t>
      </w:r>
    </w:p>
    <w:p>
      <w:r>
        <w:rPr>
          <w:b/>
        </w:rPr>
        <w:t xml:space="preserve">[31:08] </w:t>
      </w:r>
      <w:r>
        <w:t>har insan jis ko Khuda ne paida kiya hai woh us ko paida kiya hai aik eternal being</w:t>
      </w:r>
    </w:p>
    <w:p>
      <w:pPr>
        <w:jc w:val="right"/>
      </w:pPr>
      <w:r>
        <w:t>ہر انسان جس کو خدا نے پیدا کیا ہے وہ اس کو پیدا کیا ہے ایک eternal being</w:t>
      </w:r>
    </w:p>
    <w:p>
      <w:r>
        <w:rPr>
          <w:b/>
        </w:rPr>
        <w:t xml:space="preserve">[31:15] </w:t>
      </w:r>
      <w:r>
        <w:t>ke taur par.</w:t>
      </w:r>
    </w:p>
    <w:p>
      <w:pPr>
        <w:jc w:val="right"/>
      </w:pPr>
      <w:r>
        <w:t>کے طور پر۔</w:t>
      </w:r>
    </w:p>
    <w:p>
      <w:r>
        <w:rPr>
          <w:b/>
        </w:rPr>
        <w:t xml:space="preserve">[31:17] </w:t>
      </w:r>
      <w:r>
        <w:t>hamesha rehne wali creature ke taur par.</w:t>
      </w:r>
    </w:p>
    <w:p>
      <w:pPr>
        <w:jc w:val="right"/>
      </w:pPr>
      <w:r>
        <w:t>ہمیشہ رہنے والی creature کے طور پر۔</w:t>
      </w:r>
    </w:p>
    <w:p>
      <w:r>
        <w:rPr>
          <w:b/>
        </w:rPr>
        <w:t xml:space="preserve">[31:20] </w:t>
      </w:r>
      <w:r>
        <w:t>jis mani mein ke us ki, us ki jo programming hai woh eternity ko le kar ke hai.</w:t>
      </w:r>
    </w:p>
    <w:p>
      <w:pPr>
        <w:jc w:val="right"/>
      </w:pPr>
      <w:r>
        <w:t>جس معنی میں کہ اس کی، اس کی جو programming ہے وہ eternity کو لے کر کے ہے۔</w:t>
      </w:r>
    </w:p>
    <w:p>
      <w:r>
        <w:rPr>
          <w:b/>
        </w:rPr>
        <w:t xml:space="preserve">[31:28] </w:t>
      </w:r>
      <w:r>
        <w:t>ke programming ke mutabiq insan ka jo unconscious mind hai woh yeh hai ke mujhe to, mere liye</w:t>
      </w:r>
    </w:p>
    <w:p>
      <w:pPr>
        <w:jc w:val="right"/>
      </w:pPr>
      <w:r>
        <w:t>کہ programming کے مطابق انسان کا جو unconscious mind ہے وہ یہ ہے کہ مجھے تو، میرے لیے</w:t>
      </w:r>
    </w:p>
    <w:p>
      <w:r>
        <w:rPr>
          <w:b/>
        </w:rPr>
        <w:t xml:space="preserve">[31:35] </w:t>
      </w:r>
      <w:r>
        <w:t>to maut hai hi nahi, mujhe to zinda rehna hai, mujhe to marna nahi hai.</w:t>
      </w:r>
    </w:p>
    <w:p>
      <w:pPr>
        <w:jc w:val="right"/>
      </w:pPr>
      <w:r>
        <w:t>تو موت ہے ہی نہیں، مجھے تو زندہ رہنا ہے، مجھے تو مرنا نہیں ہے۔</w:t>
      </w:r>
    </w:p>
    <w:p>
      <w:r>
        <w:rPr>
          <w:b/>
        </w:rPr>
        <w:t xml:space="preserve">[31:42] </w:t>
      </w:r>
      <w:r>
        <w:t>mein to eternal being hoon.</w:t>
      </w:r>
    </w:p>
    <w:p>
      <w:pPr>
        <w:jc w:val="right"/>
      </w:pPr>
      <w:r>
        <w:t>میں تو eternal being ہوں۔</w:t>
      </w:r>
    </w:p>
    <w:p>
      <w:r>
        <w:rPr>
          <w:b/>
        </w:rPr>
        <w:t xml:space="preserve">[31:44] </w:t>
      </w:r>
      <w:r>
        <w:t>yeh hai us ki programming.</w:t>
      </w:r>
    </w:p>
    <w:p>
      <w:pPr>
        <w:jc w:val="right"/>
      </w:pPr>
      <w:r>
        <w:t>یہ ہے اس کی programming۔</w:t>
      </w:r>
    </w:p>
    <w:p>
      <w:r>
        <w:rPr>
          <w:b/>
        </w:rPr>
        <w:t xml:space="preserve">[31:46] </w:t>
      </w:r>
      <w:r>
        <w:t>to maut jo hai aik Khuda ne jo rakhi hai jo test ke taur par woh aik aik</w:t>
      </w:r>
    </w:p>
    <w:p>
      <w:pPr>
        <w:jc w:val="right"/>
      </w:pPr>
      <w:r>
        <w:t>تو موت جو ہے ایک خدا نے جو رکھی ہے جو test کے طور پر وہ ایک ایک</w:t>
      </w:r>
    </w:p>
    <w:p>
      <w:r>
        <w:rPr>
          <w:b/>
        </w:rPr>
        <w:t xml:space="preserve">[31:54] </w:t>
      </w:r>
      <w:r>
        <w:t>temporary phase hai insan ki zindagi ka.</w:t>
      </w:r>
    </w:p>
    <w:p>
      <w:pPr>
        <w:jc w:val="right"/>
      </w:pPr>
      <w:r>
        <w:t>temporary phase ہے انسان کی زندگی کا۔</w:t>
      </w:r>
    </w:p>
    <w:p>
      <w:r>
        <w:rPr>
          <w:b/>
        </w:rPr>
        <w:t xml:space="preserve">[31:57] </w:t>
      </w:r>
      <w:r>
        <w:t>temporary phase hai.</w:t>
      </w:r>
    </w:p>
    <w:p>
      <w:pPr>
        <w:jc w:val="right"/>
      </w:pPr>
      <w:r>
        <w:t>temporary phase ہے۔</w:t>
      </w:r>
    </w:p>
    <w:p>
      <w:r>
        <w:rPr>
          <w:b/>
        </w:rPr>
        <w:t xml:space="preserve">[31:58] </w:t>
      </w:r>
      <w:r>
        <w:t>woh eternal phase nahi hai.</w:t>
      </w:r>
    </w:p>
    <w:p>
      <w:pPr>
        <w:jc w:val="right"/>
      </w:pPr>
      <w:r>
        <w:t>وہ eternal phase نہیں ہے۔</w:t>
      </w:r>
    </w:p>
    <w:p>
      <w:r>
        <w:rPr>
          <w:b/>
        </w:rPr>
        <w:t xml:space="preserve">[32:00] </w:t>
      </w:r>
      <w:r>
        <w:t>insan ki zindagi mein programming jo hai eternity ko le kar hui hai.</w:t>
      </w:r>
    </w:p>
    <w:p>
      <w:pPr>
        <w:jc w:val="right"/>
      </w:pPr>
      <w:r>
        <w:t>انسان کی زندگی میں programming جو ہے eternity کو لے کر ہوئی ہے۔</w:t>
      </w:r>
    </w:p>
    <w:p>
      <w:r>
        <w:rPr>
          <w:b/>
        </w:rPr>
        <w:t xml:space="preserve">[32:06] </w:t>
      </w:r>
      <w:r>
        <w:t>aur ek temporary phase ke taur par maut aati hai is ke liye.</w:t>
      </w:r>
    </w:p>
    <w:p>
      <w:pPr>
        <w:jc w:val="right"/>
      </w:pPr>
      <w:r>
        <w:t>اور ایک temporary phase کے طور پر موت آتی ہے اس کے لیے۔</w:t>
      </w:r>
    </w:p>
    <w:p>
      <w:r>
        <w:rPr>
          <w:b/>
        </w:rPr>
        <w:t xml:space="preserve">[32:12] </w:t>
      </w:r>
      <w:r>
        <w:t>to is ka matlab kya hua? is ka matlab hua ke jo log nahi soch paate maut ke</w:t>
      </w:r>
    </w:p>
    <w:p>
      <w:pPr>
        <w:jc w:val="right"/>
      </w:pPr>
      <w:r>
        <w:t>تو اس کا مطلب کیا ہوا؟ اس کا مطلب ہوا کہ جو لوگ نہیں سوچ پاتے موت کے</w:t>
      </w:r>
    </w:p>
    <w:p>
      <w:r>
        <w:rPr>
          <w:b/>
        </w:rPr>
        <w:t xml:space="preserve">[32:19] </w:t>
      </w:r>
      <w:r>
        <w:t>bare mein to kyun? maut ke bare mein ab samajh, samajh paana, maut ki, maut ke bare mein</w:t>
      </w:r>
    </w:p>
    <w:p>
      <w:pPr>
        <w:jc w:val="right"/>
      </w:pPr>
      <w:r>
        <w:t>بارے میں تو کیوں؟ موت کے بارے میں اب سمجھ، سمجھ پانا، موت کی، موت کے بارے میں</w:t>
      </w:r>
    </w:p>
    <w:p>
      <w:r>
        <w:rPr>
          <w:b/>
        </w:rPr>
        <w:t xml:space="preserve">[32:27] </w:t>
      </w:r>
      <w:r>
        <w:t>soch paana tab hoga jab aap anti programming soch paida karein apne andar.</w:t>
      </w:r>
    </w:p>
    <w:p>
      <w:pPr>
        <w:jc w:val="right"/>
      </w:pPr>
      <w:r>
        <w:t>سوچ پانا تب ہوگا جب آپ anti programming سوچ پیدا کریں اپنے اندر۔</w:t>
      </w:r>
    </w:p>
    <w:p>
      <w:r>
        <w:rPr>
          <w:b/>
        </w:rPr>
        <w:t xml:space="preserve">[32:33] </w:t>
      </w:r>
      <w:r>
        <w:t>hum pro-pro programming soch mein jeete hain.</w:t>
      </w:r>
    </w:p>
    <w:p>
      <w:pPr>
        <w:jc w:val="right"/>
      </w:pPr>
      <w:r>
        <w:t>ہم pro-pro programming سوچ میں جیتے ہیں۔</w:t>
      </w:r>
    </w:p>
    <w:p>
      <w:r>
        <w:rPr>
          <w:b/>
        </w:rPr>
        <w:t xml:space="preserve">[32:36] </w:t>
      </w:r>
      <w:r>
        <w:t>hum jo duniya mein jeete hain to pro-programming soch ke tehat jeete hain.</w:t>
      </w:r>
    </w:p>
    <w:p>
      <w:pPr>
        <w:jc w:val="right"/>
      </w:pPr>
      <w:r>
        <w:t>ہم جو دنیا میں جیتے ہیں تو pro-programming سوچ کے تحت جیتے ہیں۔</w:t>
      </w:r>
    </w:p>
    <w:p>
      <w:r>
        <w:rPr>
          <w:b/>
        </w:rPr>
        <w:t xml:space="preserve">[32:41] </w:t>
      </w:r>
      <w:r>
        <w:t>hum log sab ke sab.</w:t>
      </w:r>
    </w:p>
    <w:p>
      <w:pPr>
        <w:jc w:val="right"/>
      </w:pPr>
      <w:r>
        <w:t>ہم لوگ سب کے سب۔</w:t>
      </w:r>
    </w:p>
    <w:p>
      <w:r>
        <w:rPr>
          <w:b/>
        </w:rPr>
        <w:t xml:space="preserve">[32:43] </w:t>
      </w:r>
      <w:r>
        <w:t>pro-programming.</w:t>
      </w:r>
    </w:p>
    <w:p>
      <w:pPr>
        <w:jc w:val="right"/>
      </w:pPr>
      <w:r>
        <w:t>pro-programming۔</w:t>
      </w:r>
    </w:p>
    <w:p>
      <w:r>
        <w:rPr>
          <w:b/>
        </w:rPr>
        <w:t xml:space="preserve">[32:45] </w:t>
      </w:r>
      <w:r>
        <w:t>lekin maut ka ek living shaoor, ek zinda shaoor apne andar inculcate karne ke liye aap ko anti</w:t>
      </w:r>
    </w:p>
    <w:p>
      <w:pPr>
        <w:jc w:val="right"/>
      </w:pPr>
      <w:r>
        <w:t>لیکن موت کا ایک living شعور، ایک زندہ شعور اپنے اندر inculcate کرنے کے لیے آپ کو anti</w:t>
      </w:r>
    </w:p>
    <w:p>
      <w:r>
        <w:rPr>
          <w:b/>
        </w:rPr>
        <w:t xml:space="preserve">[32:52] </w:t>
      </w:r>
      <w:r>
        <w:t>programming soch laani pare gi.</w:t>
      </w:r>
    </w:p>
    <w:p>
      <w:pPr>
        <w:jc w:val="right"/>
      </w:pPr>
      <w:r>
        <w:t>programming سوچ لانی پڑے گی۔</w:t>
      </w:r>
    </w:p>
    <w:p>
      <w:r>
        <w:rPr>
          <w:b/>
        </w:rPr>
        <w:t xml:space="preserve">[32:55] </w:t>
      </w:r>
      <w:r>
        <w:t>woh hai hi nahi logon ke andar.</w:t>
      </w:r>
    </w:p>
    <w:p>
      <w:pPr>
        <w:jc w:val="right"/>
      </w:pPr>
      <w:r>
        <w:t>وہ ہے ہی نہیں لوگوں کے اندر۔</w:t>
      </w:r>
    </w:p>
    <w:p>
      <w:r>
        <w:rPr>
          <w:b/>
        </w:rPr>
        <w:t xml:space="preserve">[32:58] </w:t>
      </w:r>
      <w:r>
        <w:t>anti programming soch to itni kamyaab, itni kam hai ke jhoot daali duniya mein koi nahi mile ga.</w:t>
      </w:r>
    </w:p>
    <w:p>
      <w:pPr>
        <w:jc w:val="right"/>
      </w:pPr>
      <w:r>
        <w:t>anti programming سوچ تو اتنی کامیاب، اتنی کم ہے کہ جھوٹ ڈالی دنیا میں کوئی نہیں ملے گا۔</w:t>
      </w:r>
    </w:p>
    <w:p>
      <w:r>
        <w:rPr>
          <w:b/>
        </w:rPr>
        <w:t xml:space="preserve">[33:05] </w:t>
      </w:r>
      <w:r>
        <w:t>yeh bohat hi ek mushkil kaam hai ke aap anti programming soch ke tehat duniya mein jiyein.</w:t>
      </w:r>
    </w:p>
    <w:p>
      <w:pPr>
        <w:jc w:val="right"/>
      </w:pPr>
      <w:r>
        <w:t>یہ بہت ہی ایک مشکل کام ہے کہ آپ anti programming سوچ کے تحت دنیا میں جیئیں۔</w:t>
      </w:r>
    </w:p>
    <w:p>
      <w:r>
        <w:rPr>
          <w:b/>
        </w:rPr>
        <w:t xml:space="preserve">[33:13] </w:t>
      </w:r>
      <w:r>
        <w:t>to yeh dekhiye, yeh jo dekhiye creation plan jo hai Khuda ka woh yeh hai ke Khuda ne</w:t>
      </w:r>
    </w:p>
    <w:p>
      <w:pPr>
        <w:jc w:val="right"/>
      </w:pPr>
      <w:r>
        <w:t>تو یہ دیکھیے، یہ جو دیکھیے creation plan جو ہے خدا کا وہ یہ ہے کہ خدا نے</w:t>
      </w:r>
    </w:p>
    <w:p>
      <w:r>
        <w:rPr>
          <w:b/>
        </w:rPr>
        <w:t xml:space="preserve">[33:20] </w:t>
      </w:r>
      <w:r>
        <w:t>paida kiya hum ko ek eternal being ke taur par.</w:t>
      </w:r>
    </w:p>
    <w:p>
      <w:pPr>
        <w:jc w:val="right"/>
      </w:pPr>
      <w:r>
        <w:t>پیدا کیا ہم کو ایک eternal being کے طور پر۔</w:t>
      </w:r>
    </w:p>
    <w:p>
      <w:r>
        <w:rPr>
          <w:b/>
        </w:rPr>
        <w:t xml:space="preserve">[33:25] </w:t>
      </w:r>
      <w:r>
        <w:t>programming jo hui hamari woh eternity ko le kar hui.</w:t>
      </w:r>
    </w:p>
    <w:p>
      <w:pPr>
        <w:jc w:val="right"/>
      </w:pPr>
      <w:r>
        <w:t>programming جو ہوئی ہماری وہ eternity کو لے کر ہوئی۔</w:t>
      </w:r>
    </w:p>
    <w:p>
      <w:r>
        <w:rPr>
          <w:b/>
        </w:rPr>
        <w:t xml:space="preserve">[33:29] </w:t>
      </w:r>
      <w:r>
        <w:t>hamari jo soch hai unconscious mind ko le kar woh isi par hai ke humein zinda rehna hai</w:t>
      </w:r>
    </w:p>
    <w:p>
      <w:pPr>
        <w:jc w:val="right"/>
      </w:pPr>
      <w:r>
        <w:t>ہماری جو سوچ ہے unconscious mind کو لے کر وہ اسی پر ہے کہ ہمیں زندہ رہنا ہے</w:t>
      </w:r>
    </w:p>
    <w:p>
      <w:r>
        <w:rPr>
          <w:b/>
        </w:rPr>
        <w:t xml:space="preserve">[33:37] </w:t>
      </w:r>
      <w:r>
        <w:t>hamesha hamesha ke liye.</w:t>
      </w:r>
    </w:p>
    <w:p>
      <w:pPr>
        <w:jc w:val="right"/>
      </w:pPr>
      <w:r>
        <w:t>ہمیشہ ہمیشہ کے لیے۔</w:t>
      </w:r>
    </w:p>
    <w:p>
      <w:r>
        <w:rPr>
          <w:b/>
        </w:rPr>
        <w:t xml:space="preserve">[33:38] </w:t>
      </w:r>
      <w:r>
        <w:t>ab ek temporary phase Khuda ne rakha hamara ke hum yahan par das bees saal rahein.</w:t>
      </w:r>
    </w:p>
    <w:p>
      <w:pPr>
        <w:jc w:val="right"/>
      </w:pPr>
      <w:r>
        <w:t>اب ایک temporary phase خدا نے رکھا ہمارا کہ ہم یہاں پر دس بیس سال رہیں۔</w:t>
      </w:r>
    </w:p>
    <w:p>
      <w:r>
        <w:rPr>
          <w:b/>
        </w:rPr>
        <w:t xml:space="preserve">[33:45] </w:t>
      </w:r>
      <w:r>
        <w:t>mar kar ke phir is eternity ka hissa ban jayein.</w:t>
      </w:r>
    </w:p>
    <w:p>
      <w:pPr>
        <w:jc w:val="right"/>
      </w:pPr>
      <w:r>
        <w:t>مر کر کے پھر اس eternity کا حصہ بن جائیں۔</w:t>
      </w:r>
    </w:p>
    <w:p>
      <w:r>
        <w:rPr>
          <w:b/>
        </w:rPr>
        <w:t xml:space="preserve">[33:49] </w:t>
      </w:r>
      <w:r>
        <w:t>yahan par hum das bees saal rahein.</w:t>
      </w:r>
    </w:p>
    <w:p>
      <w:pPr>
        <w:jc w:val="right"/>
      </w:pPr>
      <w:r>
        <w:t>یہاں پر ہم دس بیس سال رہیں۔</w:t>
      </w:r>
    </w:p>
    <w:p>
      <w:r>
        <w:rPr>
          <w:b/>
        </w:rPr>
        <w:t xml:space="preserve">[33:52] </w:t>
      </w:r>
      <w:r>
        <w:t>yeh ek temporary phase hai hamara.</w:t>
      </w:r>
    </w:p>
    <w:p>
      <w:pPr>
        <w:jc w:val="right"/>
      </w:pPr>
      <w:r>
        <w:t>یہ ایک temporary phase ہے ہمارا۔</w:t>
      </w:r>
    </w:p>
    <w:p>
      <w:r>
        <w:rPr>
          <w:b/>
        </w:rPr>
        <w:t xml:space="preserve">[33:55] </w:t>
      </w:r>
      <w:r>
        <w:t>phir mar kar isi eternity ka hissa ban jayen.</w:t>
      </w:r>
    </w:p>
    <w:p>
      <w:pPr>
        <w:jc w:val="right"/>
      </w:pPr>
      <w:r>
        <w:t>پھر مر کر اسی eternity کا حصہ بن جائیں۔</w:t>
      </w:r>
    </w:p>
    <w:p>
      <w:r>
        <w:rPr>
          <w:b/>
        </w:rPr>
        <w:t xml:space="preserve">[33:59] </w:t>
      </w:r>
      <w:r>
        <w:t>to programming to eternity ko le kar ke hai.</w:t>
      </w:r>
    </w:p>
    <w:p>
      <w:pPr>
        <w:jc w:val="right"/>
      </w:pPr>
      <w:r>
        <w:t>تو programming تو eternity کو لے کر کے ہے۔</w:t>
      </w:r>
    </w:p>
    <w:p>
      <w:r>
        <w:rPr>
          <w:b/>
        </w:rPr>
        <w:t xml:space="preserve">[34:03] </w:t>
      </w:r>
      <w:r>
        <w:t>ab ek temporary phase hai.</w:t>
      </w:r>
    </w:p>
    <w:p>
      <w:pPr>
        <w:jc w:val="right"/>
      </w:pPr>
      <w:r>
        <w:t>اب ایک temporary phase ہے۔</w:t>
      </w:r>
    </w:p>
    <w:p>
      <w:r>
        <w:rPr>
          <w:b/>
        </w:rPr>
        <w:t xml:space="preserve">[34:05] </w:t>
      </w:r>
      <w:r>
        <w:t>to hum sirf jab dekhte hain to dekhte hain ke woh aadmi mara to apne ko exempt kar</w:t>
      </w:r>
    </w:p>
    <w:p>
      <w:pPr>
        <w:jc w:val="right"/>
      </w:pPr>
      <w:r>
        <w:t>تو ہم صرف جب دیکھتے ہیں تو دیکھتے ہیں کہ وہ آدمی مرا تو اپنے کو exempt کر</w:t>
      </w:r>
    </w:p>
    <w:p>
      <w:r>
        <w:rPr>
          <w:b/>
        </w:rPr>
        <w:t xml:space="preserve">[34:13] </w:t>
      </w:r>
      <w:r>
        <w:t>lete hain.</w:t>
      </w:r>
    </w:p>
    <w:p>
      <w:pPr>
        <w:jc w:val="right"/>
      </w:pPr>
      <w:r>
        <w:t>لیتے ہیں۔</w:t>
      </w:r>
    </w:p>
    <w:p>
      <w:r>
        <w:rPr>
          <w:b/>
        </w:rPr>
        <w:t xml:space="preserve">[34:14] </w:t>
      </w:r>
      <w:r>
        <w:t>is is programming ke ke influence mein.</w:t>
      </w:r>
    </w:p>
    <w:p>
      <w:pPr>
        <w:jc w:val="right"/>
      </w:pPr>
      <w:r>
        <w:t>اس اس programming کے کے influence میں۔</w:t>
      </w:r>
    </w:p>
    <w:p>
      <w:r>
        <w:rPr>
          <w:b/>
        </w:rPr>
        <w:t xml:space="preserve">[34:17] </w:t>
      </w:r>
      <w:r>
        <w:t>kisi marne wale ko hum jab dekhte hain to us ko to samajhte hain ke woh mar gaya.</w:t>
      </w:r>
    </w:p>
    <w:p>
      <w:pPr>
        <w:jc w:val="right"/>
      </w:pPr>
      <w:r>
        <w:t>کسی مرنے والے کو ہم جب دیکھتے ہیں تو اس کو تو سمجھتے ہیں کہ وہ مر گیا۔</w:t>
      </w:r>
    </w:p>
    <w:p>
      <w:r>
        <w:rPr>
          <w:b/>
        </w:rPr>
        <w:t xml:space="preserve">[34:25] </w:t>
      </w:r>
      <w:r>
        <w:t>apne ko exempt kar lete hain kyunke jo mera unconscious mind hai woh keh raha hai ke main</w:t>
      </w:r>
    </w:p>
    <w:p>
      <w:pPr>
        <w:jc w:val="right"/>
      </w:pPr>
      <w:r>
        <w:t>اپنے کو exempt کر لیتے ہیں کیونکہ جو میرا unconscious mind ہے وہ کہہ رہا ہے کہ میں</w:t>
      </w:r>
    </w:p>
    <w:p>
      <w:r>
        <w:rPr>
          <w:b/>
        </w:rPr>
        <w:t xml:space="preserve">[34:33] </w:t>
      </w:r>
      <w:r>
        <w:t>to eternal hoon.</w:t>
      </w:r>
    </w:p>
    <w:p>
      <w:pPr>
        <w:jc w:val="right"/>
      </w:pPr>
      <w:r>
        <w:t>تو eternal ہوں۔</w:t>
      </w:r>
    </w:p>
    <w:p>
      <w:r>
        <w:rPr>
          <w:b/>
        </w:rPr>
        <w:t xml:space="preserve">[34:34] </w:t>
      </w:r>
      <w:r>
        <w:t>mujhe to marna nahi hai.</w:t>
      </w:r>
    </w:p>
    <w:p>
      <w:pPr>
        <w:jc w:val="right"/>
      </w:pPr>
      <w:r>
        <w:t>مجھے تو مرنا نہیں ہے۔</w:t>
      </w:r>
    </w:p>
    <w:p>
      <w:r>
        <w:rPr>
          <w:b/>
        </w:rPr>
        <w:t xml:space="preserve">[34:36] </w:t>
      </w:r>
      <w:r>
        <w:t>to jo mara us ko aap alag kar lete hain, single out kar dete hain us ko.</w:t>
      </w:r>
    </w:p>
    <w:p>
      <w:pPr>
        <w:jc w:val="right"/>
      </w:pPr>
      <w:r>
        <w:t>تو جو مرا اس کو آپ الگ کر لیتے ہیں، single out کر دیتے ہیں اس کو۔</w:t>
      </w:r>
    </w:p>
    <w:p>
      <w:r>
        <w:rPr>
          <w:b/>
        </w:rPr>
        <w:t xml:space="preserve">[34:43] </w:t>
      </w:r>
      <w:r>
        <w:t>aur apne aap ko exempt kar ke is is mein jeete rehte hain, isi programming mein jeete rehte</w:t>
      </w:r>
    </w:p>
    <w:p>
      <w:pPr>
        <w:jc w:val="right"/>
      </w:pPr>
      <w:r>
        <w:t>اور اپنے آپ کو exempt کر کے اس اس میں جیتے رہتے ہیں، اسی programming میں جیتے رہتے</w:t>
      </w:r>
    </w:p>
    <w:p>
      <w:r>
        <w:rPr>
          <w:b/>
        </w:rPr>
        <w:t xml:space="preserve">[34:51]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[34:53] </w:t>
      </w:r>
      <w:r>
        <w:t>main sochta hoon ke yeh yeh raaz hai ke log maut ke bare mein sochte nahi.</w:t>
      </w:r>
    </w:p>
    <w:p>
      <w:pPr>
        <w:jc w:val="right"/>
      </w:pPr>
      <w:r>
        <w:t>میں سوچتا ہوں کہ یہ یہ راز ہے کہ لوگ موت کے بارے میں سوچتے نہیں۔</w:t>
      </w:r>
    </w:p>
    <w:p>
      <w:r>
        <w:rPr>
          <w:b/>
        </w:rPr>
        <w:t xml:space="preserve">[35:00] </w:t>
      </w:r>
      <w:r>
        <w:t>maut ke bare mein sochte nahi.</w:t>
      </w:r>
    </w:p>
    <w:p>
      <w:pPr>
        <w:jc w:val="right"/>
      </w:pPr>
      <w:r>
        <w:t>موت کے بارے میں سوچتے نہیں۔</w:t>
      </w:r>
    </w:p>
    <w:p>
      <w:r>
        <w:rPr>
          <w:b/>
        </w:rPr>
        <w:t xml:space="preserve">[35:02] </w:t>
      </w:r>
      <w:r>
        <w:t>dekhiye yeh bhi ek blessing hai Khuda ki.</w:t>
      </w:r>
    </w:p>
    <w:p>
      <w:pPr>
        <w:jc w:val="right"/>
      </w:pPr>
      <w:r>
        <w:t>دیکھیے یہ بھی ایک blessing ہے خدا کی۔</w:t>
      </w:r>
    </w:p>
    <w:p>
      <w:r>
        <w:rPr>
          <w:b/>
        </w:rPr>
        <w:t xml:space="preserve">[35:06] </w:t>
      </w:r>
      <w:r>
        <w:t>agar insaan ke andar yeh programming na hoti to koi kaam nahi kar sakte the aap.</w:t>
      </w:r>
    </w:p>
    <w:p>
      <w:pPr>
        <w:jc w:val="right"/>
      </w:pPr>
      <w:r>
        <w:t>اگر انسان کے اندر یہ programming نہ ہوتی تو کوئی کام نہیں کر سکتے تھے آپ۔</w:t>
      </w:r>
    </w:p>
    <w:p>
      <w:r>
        <w:rPr>
          <w:b/>
        </w:rPr>
        <w:t xml:space="preserve">[35:12] </w:t>
      </w:r>
      <w:r>
        <w:t>jis cheez ko main anti programming keh raha hoon agar woh insaan, har aadmi agar is zinda shaoor</w:t>
      </w:r>
    </w:p>
    <w:p>
      <w:pPr>
        <w:jc w:val="right"/>
      </w:pPr>
      <w:r>
        <w:t>جس چیز کو میں anti programming کہہ رہا ہوں اگر وہ انسان، ہر آدمی اگر اس زندہ شعور</w:t>
      </w:r>
    </w:p>
    <w:p>
      <w:r>
        <w:rPr>
          <w:b/>
        </w:rPr>
        <w:t xml:space="preserve">[35:20] </w:t>
      </w:r>
      <w:r>
        <w:t>is ke andar bhara hota, abhi marna hai.</w:t>
      </w:r>
    </w:p>
    <w:p>
      <w:pPr>
        <w:jc w:val="right"/>
      </w:pPr>
      <w:r>
        <w:t>اس کے اندر بھرا ہوتا، ابھی مرنا ہے۔</w:t>
      </w:r>
    </w:p>
    <w:p>
      <w:r>
        <w:rPr>
          <w:b/>
        </w:rPr>
        <w:t xml:space="preserve">[35:24] </w:t>
      </w:r>
      <w:r>
        <w:t>jaise misaal ke taur par agar har aadmi ko pata hota ke bees hazar das mein tum mar</w:t>
      </w:r>
    </w:p>
    <w:p>
      <w:pPr>
        <w:jc w:val="right"/>
      </w:pPr>
      <w:r>
        <w:t>جیسے مثال کے طور پر اگر ہر آدمی کو پتہ ہوتا کہ بیس ہزار دس میں تم مر</w:t>
      </w:r>
    </w:p>
    <w:p>
      <w:r>
        <w:rPr>
          <w:b/>
        </w:rPr>
        <w:t xml:space="preserve">[35:31] </w:t>
      </w:r>
      <w:r>
        <w:t>jaoge.</w:t>
      </w:r>
    </w:p>
    <w:p>
      <w:pPr>
        <w:jc w:val="right"/>
      </w:pPr>
      <w:r>
        <w:t>جاؤ گے۔</w:t>
      </w:r>
    </w:p>
    <w:p>
      <w:r>
        <w:rPr>
          <w:b/>
        </w:rPr>
        <w:t xml:space="preserve">[35:33] </w:t>
      </w:r>
      <w:r>
        <w:t>to koi kaam na karta woh.</w:t>
      </w:r>
    </w:p>
    <w:p>
      <w:pPr>
        <w:jc w:val="right"/>
      </w:pPr>
      <w:r>
        <w:t>تو کوئی کام نہ کرتا وہ۔</w:t>
      </w:r>
    </w:p>
    <w:p>
      <w:r>
        <w:rPr>
          <w:b/>
        </w:rPr>
        <w:t xml:space="preserve">[35:35] </w:t>
      </w:r>
      <w:r>
        <w:t>jaise ke dekhiye jin logon ko death sentence hoti hai.</w:t>
      </w:r>
    </w:p>
    <w:p>
      <w:pPr>
        <w:jc w:val="right"/>
      </w:pPr>
      <w:r>
        <w:t>جیسے کہ دیکھیے جن لوگوں کو death sentence ہوتی ہے۔</w:t>
      </w:r>
    </w:p>
    <w:p>
      <w:r>
        <w:rPr>
          <w:b/>
        </w:rPr>
        <w:t xml:space="preserve">[35:40] </w:t>
      </w:r>
      <w:r>
        <w:t>death sentence ke baad unhein phir bhi kuch din jail mein rehna padta hai.</w:t>
      </w:r>
    </w:p>
    <w:p>
      <w:pPr>
        <w:jc w:val="right"/>
      </w:pPr>
      <w:r>
        <w:t>death sentence کے بعد انہیں پھر بھی کچھ دن جیل میں رہنا پڑتا ہے۔</w:t>
      </w:r>
    </w:p>
    <w:p>
      <w:r>
        <w:rPr>
          <w:b/>
        </w:rPr>
        <w:t xml:space="preserve">[35:46] </w:t>
      </w:r>
      <w:r>
        <w:t>foran ke foran nahi hoti ke idhar court mein unhon ne sentence diya idhar ja kar ke un</w:t>
      </w:r>
    </w:p>
    <w:p>
      <w:pPr>
        <w:jc w:val="right"/>
      </w:pPr>
      <w:r>
        <w:t>فوراً کے فوراً نہیں ہوتی کہ ادھر court میں انہوں نے sentence دیا ادھر جا کر کے ان</w:t>
      </w:r>
    </w:p>
    <w:p>
      <w:r>
        <w:rPr>
          <w:b/>
        </w:rPr>
        <w:t xml:space="preserve">[35:53] </w:t>
      </w:r>
      <w:r>
        <w:t>ko maar dala gaya.</w:t>
      </w:r>
    </w:p>
    <w:p>
      <w:pPr>
        <w:jc w:val="right"/>
      </w:pPr>
      <w:r>
        <w:t>کو مار ڈالا گیا۔</w:t>
      </w:r>
    </w:p>
    <w:p>
      <w:r>
        <w:rPr>
          <w:b/>
        </w:rPr>
        <w:t xml:space="preserve">[35:55] </w:t>
      </w:r>
      <w:r>
        <w:t>aisa nahi hota hai.</w:t>
      </w:r>
    </w:p>
    <w:p>
      <w:pPr>
        <w:jc w:val="right"/>
      </w:pPr>
      <w:r>
        <w:t>ایسا نہیں ہوتا ہے۔</w:t>
      </w:r>
    </w:p>
    <w:p>
      <w:r>
        <w:rPr>
          <w:b/>
        </w:rPr>
        <w:t xml:space="preserve">[35:57] </w:t>
      </w:r>
      <w:r>
        <w:t>court mein judge apna judgment jo hai wo usko sunata hai.</w:t>
      </w:r>
    </w:p>
    <w:p>
      <w:pPr>
        <w:jc w:val="right"/>
      </w:pPr>
      <w:r>
        <w:t>court میں judge اپنا judgment جو ہے وہ اس کو سناتا ہے۔</w:t>
      </w:r>
    </w:p>
    <w:p>
      <w:r>
        <w:rPr>
          <w:b/>
        </w:rPr>
        <w:t xml:space="preserve">[36:02] </w:t>
      </w:r>
      <w:r>
        <w:t>phir usko wapas le aate hain isi kothri mein jahan wo band tha wo.</w:t>
      </w:r>
    </w:p>
    <w:p>
      <w:pPr>
        <w:jc w:val="right"/>
      </w:pPr>
      <w:r>
        <w:t>پھر اس کو واپس لے آتے ہیں اسی کوٹھری میں جہاں وہ بند تھا وہ۔</w:t>
      </w:r>
    </w:p>
    <w:p>
      <w:r>
        <w:rPr>
          <w:b/>
        </w:rPr>
        <w:t xml:space="preserve">[36:08] </w:t>
      </w:r>
      <w:r>
        <w:t>phir ek waqt hota hai jab ke usko death sentence di jati hai.</w:t>
      </w:r>
    </w:p>
    <w:p>
      <w:pPr>
        <w:jc w:val="right"/>
      </w:pPr>
      <w:r>
        <w:t>پھر ایک وقت ہوتا ہے جب کہ اس کو death sentence دی جاتی ہے۔</w:t>
      </w:r>
    </w:p>
    <w:p>
      <w:r>
        <w:rPr>
          <w:b/>
        </w:rPr>
        <w:t xml:space="preserve">[36:14] </w:t>
      </w:r>
      <w:r>
        <w:t>ab beech ka period jo hai beech ka us mein wo aadmi kuch nahi kar pata.</w:t>
      </w:r>
    </w:p>
    <w:p>
      <w:pPr>
        <w:jc w:val="right"/>
      </w:pPr>
      <w:r>
        <w:t>اب بیس کا period جو ہے بیچ کا اس میں وہ آدمی کچھ نہیں کر پاتا۔</w:t>
      </w:r>
    </w:p>
    <w:p>
      <w:r>
        <w:rPr>
          <w:b/>
        </w:rPr>
        <w:t xml:space="preserve">[36:21] </w:t>
      </w:r>
      <w:r>
        <w:t>kuch nahi kar pata.</w:t>
      </w:r>
    </w:p>
    <w:p>
      <w:pPr>
        <w:jc w:val="right"/>
      </w:pPr>
      <w:r>
        <w:t>کچھ نہیں کر پاتا۔</w:t>
      </w:r>
    </w:p>
    <w:p>
      <w:r>
        <w:rPr>
          <w:b/>
        </w:rPr>
        <w:t xml:space="preserve">[36:23] </w:t>
      </w:r>
      <w:r>
        <w:t>usko khana hi bhool jata hai, pani bhool jata hai, chai bhool jati hai.</w:t>
      </w:r>
    </w:p>
    <w:p>
      <w:pPr>
        <w:jc w:val="right"/>
      </w:pPr>
      <w:r>
        <w:t>اس کو کھانا ہی بھول جاتا ہے، پانی بھول جاتا ہے، چائے بھول جاتی ہے۔</w:t>
      </w:r>
    </w:p>
    <w:p>
      <w:r>
        <w:rPr>
          <w:b/>
        </w:rPr>
        <w:t xml:space="preserve">[36:29] </w:t>
      </w:r>
      <w:r>
        <w:t>us se poocha jata hai phansi se pehle ke tum ko sab se achi cheez kiya pasand hai?</w:t>
      </w:r>
    </w:p>
    <w:p>
      <w:pPr>
        <w:jc w:val="right"/>
      </w:pPr>
      <w:r>
        <w:t>اس سے پوچھا جاتا ہے پھانسی سے پہلے کہ تم کو سب سے اچھی چیز کیا پسند ہے؟</w:t>
      </w:r>
    </w:p>
    <w:p>
      <w:r>
        <w:rPr>
          <w:b/>
        </w:rPr>
        <w:t xml:space="preserve">[36:37] </w:t>
      </w:r>
      <w:r>
        <w:t>wo layi jati hai lekin wo kha nahi pata wo.</w:t>
      </w:r>
    </w:p>
    <w:p>
      <w:pPr>
        <w:jc w:val="right"/>
      </w:pPr>
      <w:r>
        <w:t>وہ لائی جاتی ہے لیکن وہ کھا نہیں پاتا وہ۔</w:t>
      </w:r>
    </w:p>
    <w:p>
      <w:r>
        <w:rPr>
          <w:b/>
        </w:rPr>
        <w:t xml:space="preserve">[36:41] </w:t>
      </w:r>
      <w:r>
        <w:t>to agar har aadmi ko yeh pata hota consciously ke mujhe is date ko marna hai, is month</w:t>
      </w:r>
    </w:p>
    <w:p>
      <w:pPr>
        <w:jc w:val="right"/>
      </w:pPr>
      <w:r>
        <w:t>تو اگر ہر آدمی کو یہ پتہ ہوتا consciously کہ مجھے اس date کو مرنا ہے، اس month</w:t>
      </w:r>
    </w:p>
    <w:p>
      <w:r>
        <w:rPr>
          <w:b/>
        </w:rPr>
        <w:t xml:space="preserve">[36:49] </w:t>
      </w:r>
      <w:r>
        <w:t>mein marna hai, is year mein marna hai to dunya ka koi kaam na hota.</w:t>
      </w:r>
    </w:p>
    <w:p>
      <w:pPr>
        <w:jc w:val="right"/>
      </w:pPr>
      <w:r>
        <w:t>میں مرنا ہے، اس year میں مرنا ہے تو دنیا کا کوئی کام نہ ہوتا۔</w:t>
      </w:r>
    </w:p>
    <w:p>
      <w:r>
        <w:rPr>
          <w:b/>
        </w:rPr>
        <w:t xml:space="preserve">[36:55] </w:t>
      </w:r>
      <w:r>
        <w:t>har aadmi jo hai yani bilkul thap ho jata.</w:t>
      </w:r>
    </w:p>
    <w:p>
      <w:pPr>
        <w:jc w:val="right"/>
      </w:pPr>
      <w:r>
        <w:t>ہر آدمی جو ہے یعنی بالکل ٹھپ ہو جاتا۔</w:t>
      </w:r>
    </w:p>
    <w:p>
      <w:r>
        <w:rPr>
          <w:b/>
        </w:rPr>
        <w:t xml:space="preserve">[36:59] </w:t>
      </w:r>
      <w:r>
        <w:t>yeh Khuda ki blessing hai ke is baat ko is ne, Khuda ne aadmi ke unconscious mind mein</w:t>
      </w:r>
    </w:p>
    <w:p>
      <w:pPr>
        <w:jc w:val="right"/>
      </w:pPr>
      <w:r>
        <w:t>یہ خدا کی blessing ہے کہ اس بات کو اس نے، خدا نے آدمی کے unconscious mind میں</w:t>
      </w:r>
    </w:p>
    <w:p>
      <w:r>
        <w:rPr>
          <w:b/>
        </w:rPr>
        <w:t xml:space="preserve">[37:07] </w:t>
      </w:r>
      <w:r>
        <w:t>daal diya.</w:t>
      </w:r>
    </w:p>
    <w:p>
      <w:pPr>
        <w:jc w:val="right"/>
      </w:pPr>
      <w:r>
        <w:t>ڈال دیا۔</w:t>
      </w:r>
    </w:p>
    <w:p>
      <w:r>
        <w:rPr>
          <w:b/>
        </w:rPr>
        <w:t xml:space="preserve">[37:09] </w:t>
      </w:r>
      <w:r>
        <w:t>conscious mind mein agar daal diya gaya hota to sara kaam thap ho jata, koi kaam na kar</w:t>
      </w:r>
    </w:p>
    <w:p>
      <w:pPr>
        <w:jc w:val="right"/>
      </w:pPr>
      <w:r>
        <w:t>conscious mind میں اگر ڈال دیا گیا ہوتا تو سارا کام ٹھپ ہو جاتا، کوئی کام نہ کر</w:t>
      </w:r>
    </w:p>
    <w:p>
      <w:r>
        <w:rPr>
          <w:b/>
        </w:rPr>
        <w:t xml:space="preserve">[37:16] </w:t>
      </w:r>
      <w:r>
        <w:t>kar pate aap.</w:t>
      </w:r>
    </w:p>
    <w:p>
      <w:pPr>
        <w:jc w:val="right"/>
      </w:pPr>
      <w:r>
        <w:t>کر پاتے آپ۔</w:t>
      </w:r>
    </w:p>
    <w:p>
      <w:r>
        <w:rPr>
          <w:b/>
        </w:rPr>
        <w:t xml:space="preserve">[37:18] </w:t>
      </w:r>
      <w:r>
        <w:t>to dunya ka kaam chalane ke liye to Khuda ne aisa kiya.</w:t>
      </w:r>
    </w:p>
    <w:p>
      <w:pPr>
        <w:jc w:val="right"/>
      </w:pPr>
      <w:r>
        <w:t>تو دنیا کا کام چلانے کے لیے تو خدا نے ایسا کیا۔</w:t>
      </w:r>
    </w:p>
    <w:p>
      <w:r>
        <w:rPr>
          <w:b/>
        </w:rPr>
        <w:t xml:space="preserve">[37:23] </w:t>
      </w:r>
      <w:r>
        <w:t>lekin aap ko is ko discover karna parega.</w:t>
      </w:r>
    </w:p>
    <w:p>
      <w:pPr>
        <w:jc w:val="right"/>
      </w:pPr>
      <w:r>
        <w:t>لیکن آپ کو اس کو discover کرنا پڑے گا۔</w:t>
      </w:r>
    </w:p>
    <w:p>
      <w:r>
        <w:rPr>
          <w:b/>
        </w:rPr>
        <w:t xml:space="preserve">[37:27] </w:t>
      </w:r>
      <w:r>
        <w:t>anti programming ke tehat sochna parega.</w:t>
      </w:r>
    </w:p>
    <w:p>
      <w:pPr>
        <w:jc w:val="right"/>
      </w:pPr>
      <w:r>
        <w:t>anti programming کے تحت سوچنا پڑے گا۔</w:t>
      </w:r>
    </w:p>
    <w:p>
      <w:r>
        <w:rPr>
          <w:b/>
        </w:rPr>
        <w:t xml:space="preserve">[37:30] </w:t>
      </w:r>
      <w:r>
        <w:t>warna aap kiya hoga? Maut ko bhule rahenge.</w:t>
      </w:r>
    </w:p>
    <w:p>
      <w:pPr>
        <w:jc w:val="right"/>
      </w:pPr>
      <w:r>
        <w:t>ورنہ آپ کیا ہوگا؟ موت کو بھولے رہیں گے۔</w:t>
      </w:r>
    </w:p>
    <w:p>
      <w:r>
        <w:rPr>
          <w:b/>
        </w:rPr>
        <w:t xml:space="preserve">[37:34] </w:t>
      </w:r>
      <w:r>
        <w:t>aur jab maut aayegi to achaanak bilkul ek naya manzar samne aa jayega.</w:t>
      </w:r>
    </w:p>
    <w:p>
      <w:pPr>
        <w:jc w:val="right"/>
      </w:pPr>
      <w:r>
        <w:t>اور جب موت آئے گی تو اچانک بالکل ایک نیا منظر سامنے آ جائے گا۔</w:t>
      </w:r>
    </w:p>
    <w:p>
      <w:r>
        <w:rPr>
          <w:b/>
        </w:rPr>
        <w:t xml:space="preserve">[37:40] </w:t>
      </w:r>
      <w:r>
        <w:t>ke aap to tayari karte rahe is dunya mein jannat banane ke liye aur yahan thi nahi.</w:t>
      </w:r>
    </w:p>
    <w:p>
      <w:pPr>
        <w:jc w:val="right"/>
      </w:pPr>
      <w:r>
        <w:t>کہ آپ تو تیاری کرتے رہے اس دنیا میں جنت بنانے کے لیے اور یہاں تھی نہیں۔</w:t>
      </w:r>
    </w:p>
    <w:p>
      <w:r>
        <w:rPr>
          <w:b/>
        </w:rPr>
        <w:t xml:space="preserve">[37:47] </w:t>
      </w:r>
      <w:r>
        <w:t>aur jahan aap pahunche wahan to kuch bhi nahi hai.</w:t>
      </w:r>
    </w:p>
    <w:p>
      <w:pPr>
        <w:jc w:val="right"/>
      </w:pPr>
      <w:r>
        <w:t>اور جہاں آپ پہنچے وہاں تو کچھ بھی نہیں ہے۔</w:t>
      </w:r>
    </w:p>
    <w:p>
      <w:r>
        <w:rPr>
          <w:b/>
        </w:rPr>
        <w:t xml:space="preserve">[37:52] </w:t>
      </w:r>
      <w:r>
        <w:t>ek sher hai kisi ek shayar ka ke jab aankh khuli gul ki to mausam tha khazan ka.</w:t>
      </w:r>
    </w:p>
    <w:p>
      <w:pPr>
        <w:jc w:val="right"/>
      </w:pPr>
      <w:r>
        <w:t>ایک شعر ہے کسی ایک شاعر کا کہ جب آنکھ کھلی گل کی تو موسم تھا خزاں کا۔</w:t>
      </w:r>
    </w:p>
    <w:p>
      <w:r>
        <w:rPr>
          <w:b/>
        </w:rPr>
        <w:t xml:space="preserve">[37:59] </w:t>
      </w:r>
      <w:r>
        <w:t>jab aankh khuli gul ki to mausam tha khazan ka.</w:t>
      </w:r>
    </w:p>
    <w:p>
      <w:pPr>
        <w:jc w:val="right"/>
      </w:pPr>
      <w:r>
        <w:t>جب آنکھ کھلی گل کی تو موسم تھا خزاں کا۔</w:t>
      </w:r>
    </w:p>
    <w:p>
      <w:r>
        <w:rPr>
          <w:b/>
        </w:rPr>
        <w:t xml:space="preserve">[38:04] </w:t>
      </w:r>
      <w:r>
        <w:t>gul aap jante hain yahan gul se matlab hai kali.</w:t>
      </w:r>
    </w:p>
    <w:p>
      <w:pPr>
        <w:jc w:val="right"/>
      </w:pPr>
      <w:r>
        <w:t>گل آپ جانتے ہیں یہاں گل سے مطلب ہے کلی۔</w:t>
      </w:r>
    </w:p>
    <w:p>
      <w:r>
        <w:rPr>
          <w:b/>
        </w:rPr>
        <w:t xml:space="preserve">[38:08] </w:t>
      </w:r>
      <w:r>
        <w:t>aap jante hain phool jo hota hai pehle kali hota hai.</w:t>
      </w:r>
    </w:p>
    <w:p>
      <w:pPr>
        <w:jc w:val="right"/>
      </w:pPr>
      <w:r>
        <w:t>آپ جانتے ہیں پھول جو ہوتا ہے پہلے کلی ہوتا ہے۔</w:t>
      </w:r>
    </w:p>
    <w:p>
      <w:r>
        <w:rPr>
          <w:b/>
        </w:rPr>
        <w:t xml:space="preserve">[38:13] </w:t>
      </w:r>
      <w:r>
        <w:t>band hota hai, close.</w:t>
      </w:r>
    </w:p>
    <w:p>
      <w:pPr>
        <w:jc w:val="right"/>
      </w:pPr>
      <w:r>
        <w:t>بند ہوتا ہے، close۔</w:t>
      </w:r>
    </w:p>
    <w:p>
      <w:r>
        <w:rPr>
          <w:b/>
        </w:rPr>
        <w:t xml:space="preserve">[38:14] </w:t>
      </w:r>
      <w:r>
        <w:t>phir woh khul jata hai woh.</w:t>
      </w:r>
    </w:p>
    <w:p>
      <w:pPr>
        <w:jc w:val="right"/>
      </w:pPr>
      <w:r>
        <w:t>پھر وہ کھل جاتا ہے وہ۔</w:t>
      </w:r>
    </w:p>
    <w:p>
      <w:r>
        <w:rPr>
          <w:b/>
        </w:rPr>
        <w:t xml:space="preserve">[38:17] </w:t>
      </w:r>
      <w:r>
        <w:t>to woh is ki branch par yani branch par ek kali nikli.</w:t>
      </w:r>
    </w:p>
    <w:p>
      <w:pPr>
        <w:jc w:val="right"/>
      </w:pPr>
      <w:r>
        <w:t>تو وہ اس کی branch پر یعنی branch پر ایک کلی نکلی۔</w:t>
      </w:r>
    </w:p>
    <w:p>
      <w:r>
        <w:rPr>
          <w:b/>
        </w:rPr>
        <w:t xml:space="preserve">[38:22] </w:t>
      </w:r>
      <w:r>
        <w:t>woh band thi.</w:t>
      </w:r>
    </w:p>
    <w:p>
      <w:pPr>
        <w:jc w:val="right"/>
      </w:pPr>
      <w:r>
        <w:t>وہ بند تھی۔</w:t>
      </w:r>
    </w:p>
    <w:p>
      <w:r>
        <w:rPr>
          <w:b/>
        </w:rPr>
        <w:t xml:space="preserve">[38:24] </w:t>
      </w:r>
      <w:r>
        <w:t>band band kuch dinon ke baad woh khulti hai.</w:t>
      </w:r>
    </w:p>
    <w:p>
      <w:pPr>
        <w:jc w:val="right"/>
      </w:pPr>
      <w:r>
        <w:t>بند بند کچھ دنوں کے بعد وہ کھلتی ہے۔</w:t>
      </w:r>
    </w:p>
    <w:p>
      <w:r>
        <w:rPr>
          <w:b/>
        </w:rPr>
        <w:t xml:space="preserve">[38:27] </w:t>
      </w:r>
      <w:r>
        <w:t>jab khulti hai to mausam khazan ka aa gaya yani pathar.</w:t>
      </w:r>
    </w:p>
    <w:p>
      <w:pPr>
        <w:jc w:val="right"/>
      </w:pPr>
      <w:r>
        <w:t>جب کھلتی ہے تو موسم خزاں کا آ گیا یعنی پتھر۔</w:t>
      </w:r>
    </w:p>
    <w:p>
      <w:r>
        <w:rPr>
          <w:b/>
        </w:rPr>
        <w:t xml:space="preserve">[38:32] </w:t>
      </w:r>
      <w:r>
        <w:t>khazan matlab pathar.</w:t>
      </w:r>
    </w:p>
    <w:p>
      <w:pPr>
        <w:jc w:val="right"/>
      </w:pPr>
      <w:r>
        <w:t>خزاں مطلب پتھر۔</w:t>
      </w:r>
    </w:p>
    <w:p>
      <w:r>
        <w:rPr>
          <w:b/>
        </w:rPr>
        <w:t xml:space="preserve">[38:34] </w:t>
      </w:r>
      <w:r>
        <w:t>yani shair keh raha hai ke woh phool ki kali intezar kar rahi thi, intezar kar rahi thi</w:t>
      </w:r>
    </w:p>
    <w:p>
      <w:pPr>
        <w:jc w:val="right"/>
      </w:pPr>
      <w:r>
        <w:t>یعنی شاعر کہہ رہا ہے کہ وہ پھول کی کلی انتظار کر رہی تھی، انتظار کر رہی تھی</w:t>
      </w:r>
    </w:p>
    <w:p>
      <w:r>
        <w:rPr>
          <w:b/>
        </w:rPr>
        <w:t xml:space="preserve">[38:41] </w:t>
      </w:r>
      <w:r>
        <w:t>ke main khiloon to dekhon spring ka mausam, bahar ka mausam.</w:t>
      </w:r>
    </w:p>
    <w:p>
      <w:pPr>
        <w:jc w:val="right"/>
      </w:pPr>
      <w:r>
        <w:t>کہ میں کھلوں تو دیکھوں spring کا موسم، بہار کا موسم۔</w:t>
      </w:r>
    </w:p>
    <w:p>
      <w:r>
        <w:rPr>
          <w:b/>
        </w:rPr>
        <w:t xml:space="preserve">[38:46] </w:t>
      </w:r>
      <w:r>
        <w:t>lekin jab aankh khuli is ki to maloom hua yeh to ab khazan aa chuki hai, pathar ka</w:t>
      </w:r>
    </w:p>
    <w:p>
      <w:pPr>
        <w:jc w:val="right"/>
      </w:pPr>
      <w:r>
        <w:t>لیکن جب آنکھ کھلی اس کی تو معلوم ہوا یہ تو اب خزاں آ چکی ہے، پتھر کا</w:t>
      </w:r>
    </w:p>
    <w:p>
      <w:r>
        <w:rPr>
          <w:b/>
        </w:rPr>
        <w:t xml:space="preserve">[38:54] </w:t>
      </w:r>
      <w:r>
        <w:t>mausam aa chuka hai.</w:t>
      </w:r>
    </w:p>
    <w:p>
      <w:pPr>
        <w:jc w:val="right"/>
      </w:pPr>
      <w:r>
        <w:t>موسم آ چکا ہے۔</w:t>
      </w:r>
    </w:p>
    <w:p>
      <w:r>
        <w:rPr>
          <w:b/>
        </w:rPr>
        <w:t xml:space="preserve">[38:55] </w:t>
      </w:r>
      <w:r>
        <w:t>jab aankh khuli gul ki to mausam tha khazan ka.</w:t>
      </w:r>
    </w:p>
    <w:p>
      <w:pPr>
        <w:jc w:val="right"/>
      </w:pPr>
      <w:r>
        <w:t>جب آنکھ کھلی گل کی تو موسم تھا خزاں کا۔</w:t>
      </w:r>
    </w:p>
    <w:p>
      <w:r>
        <w:rPr>
          <w:b/>
        </w:rPr>
        <w:t xml:space="preserve">[39:00] </w:t>
      </w:r>
      <w:r>
        <w:t>jab aankh khuli gul ki to mausam tha khazan ka.</w:t>
      </w:r>
    </w:p>
    <w:p>
      <w:pPr>
        <w:jc w:val="right"/>
      </w:pPr>
      <w:r>
        <w:t>جب آنکھ کھلی گل کی تو موسم تھا خزاں کا۔</w:t>
      </w:r>
    </w:p>
    <w:p>
      <w:r>
        <w:rPr>
          <w:b/>
        </w:rPr>
        <w:t xml:space="preserve">[39:04] </w:t>
      </w:r>
      <w:r>
        <w:t>yahi hai sare insanon ka haal hai.</w:t>
      </w:r>
    </w:p>
    <w:p>
      <w:pPr>
        <w:jc w:val="right"/>
      </w:pPr>
      <w:r>
        <w:t>یہی ہے سارے انسانوں کا حال ہے۔</w:t>
      </w:r>
    </w:p>
    <w:p>
      <w:r>
        <w:rPr>
          <w:b/>
        </w:rPr>
        <w:t xml:space="preserve">[39:07] </w:t>
      </w:r>
      <w:r>
        <w:t>yahi sare insanon ka haal ho raha hai.</w:t>
      </w:r>
    </w:p>
    <w:p>
      <w:pPr>
        <w:jc w:val="right"/>
      </w:pPr>
      <w:r>
        <w:t>یہی سارے انسانوں کا حال ہو رہا ہے۔</w:t>
      </w:r>
    </w:p>
    <w:p>
      <w:r>
        <w:rPr>
          <w:b/>
        </w:rPr>
        <w:t xml:space="preserve">[39:10] </w:t>
      </w:r>
      <w:r>
        <w:t>jab aankh khuli gul ki to mausam tha khazan ka.</w:t>
      </w:r>
    </w:p>
    <w:p>
      <w:pPr>
        <w:jc w:val="right"/>
      </w:pPr>
      <w:r>
        <w:t>جب آنکھ کھلی گل کی تو موسم تھا خزاں کا۔</w:t>
      </w:r>
    </w:p>
    <w:p>
      <w:r>
        <w:rPr>
          <w:b/>
        </w:rPr>
        <w:t xml:space="preserve">[39:15] </w:t>
      </w:r>
      <w:r>
        <w:t>yani hum tayari kar rahe hain.</w:t>
      </w:r>
    </w:p>
    <w:p>
      <w:pPr>
        <w:jc w:val="right"/>
      </w:pPr>
      <w:r>
        <w:t>یعنی ہم تیاری کر رہے ہیں۔</w:t>
      </w:r>
    </w:p>
    <w:p>
      <w:r>
        <w:rPr>
          <w:b/>
        </w:rPr>
        <w:t xml:space="preserve">[39:17] </w:t>
      </w:r>
      <w:r>
        <w:t>yani andar ke ka jo arsh hai hamari is ke mutabiq hum apne liye ek jannat bana rahe</w:t>
      </w:r>
    </w:p>
    <w:p>
      <w:pPr>
        <w:jc w:val="right"/>
      </w:pPr>
      <w:r>
        <w:t>یعنی اندر کے کا جو عرش ہے ہماری اس کے مطابق ہم اپنے لیے ایک جنت بنا رہے</w:t>
      </w:r>
    </w:p>
    <w:p>
      <w:r>
        <w:rPr>
          <w:b/>
        </w:rPr>
        <w:t xml:space="preserve">[39:25]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[39:27] </w:t>
      </w:r>
      <w:r>
        <w:t>hum chahte hain ke hamein jannat mein rehna naseeb ho.</w:t>
      </w:r>
    </w:p>
    <w:p>
      <w:pPr>
        <w:jc w:val="right"/>
      </w:pPr>
      <w:r>
        <w:t>ہم چاہتے ہیں کہ ہمیں جنت میں رہنا نصیب ہو۔</w:t>
      </w:r>
    </w:p>
    <w:p>
      <w:r>
        <w:rPr>
          <w:b/>
        </w:rPr>
        <w:t xml:space="preserve">[39:31] </w:t>
      </w:r>
      <w:r>
        <w:t>sara cut dala aap ne, sara cut dala aap ne, sara cut dala.</w:t>
      </w:r>
    </w:p>
    <w:p>
      <w:pPr>
        <w:jc w:val="right"/>
      </w:pPr>
      <w:r>
        <w:t>سارا کٹ ڈالا آپ نے، سارا کٹ ڈالا آپ نے، سارا کٹ ڈالا۔</w:t>
      </w:r>
    </w:p>
    <w:p>
      <w:r>
        <w:rPr>
          <w:b/>
        </w:rPr>
        <w:t xml:space="preserve">[39:36] </w:t>
      </w:r>
      <w:r>
        <w:t>achanak maut.</w:t>
      </w:r>
    </w:p>
    <w:p>
      <w:pPr>
        <w:jc w:val="right"/>
      </w:pPr>
      <w:r>
        <w:t>اچانک موت۔</w:t>
      </w:r>
    </w:p>
    <w:p>
      <w:r>
        <w:rPr>
          <w:b/>
        </w:rPr>
        <w:t xml:space="preserve">[39:38] </w:t>
      </w:r>
      <w:r>
        <w:t>aur is ke baad pathar ka mausam.</w:t>
      </w:r>
    </w:p>
    <w:p>
      <w:pPr>
        <w:jc w:val="right"/>
      </w:pPr>
      <w:r>
        <w:t>اور اس کے بعد پتھر کا موسم۔</w:t>
      </w:r>
    </w:p>
    <w:p>
      <w:r>
        <w:rPr>
          <w:b/>
        </w:rPr>
        <w:t xml:space="preserve">[39:41] </w:t>
      </w:r>
      <w:r>
        <w:t>kuch bhi nahi, kuch bhi nahi, kuch bhi nahi.</w:t>
      </w:r>
    </w:p>
    <w:p>
      <w:pPr>
        <w:jc w:val="right"/>
      </w:pPr>
      <w:r>
        <w:t>کچھ بھی نہیں، کچھ بھی نہیں، کچھ بھی نہیں۔</w:t>
      </w:r>
    </w:p>
    <w:p>
      <w:r>
        <w:rPr>
          <w:b/>
        </w:rPr>
        <w:t xml:space="preserve">[39:45] </w:t>
      </w:r>
      <w:r>
        <w:t>isi aap ko milta hai dunya mein kaam karne ke liye das bees saal, pachaas saal, saath saal.</w:t>
      </w:r>
    </w:p>
    <w:p>
      <w:pPr>
        <w:jc w:val="right"/>
      </w:pPr>
      <w:r>
        <w:t>اسی آپ کو ملتا ہے دنیا میں کام کرنے کے لیے دس بیس سال، پچاس سال، ساٹھ سال۔</w:t>
      </w:r>
    </w:p>
    <w:p>
      <w:r>
        <w:rPr>
          <w:b/>
        </w:rPr>
        <w:t xml:space="preserve">[39:52] </w:t>
      </w:r>
      <w:r>
        <w:t>is mein saari aap energy laga dete hain dunya mein aik acha apne liye banane ke liye, aik</w:t>
      </w:r>
    </w:p>
    <w:p>
      <w:pPr>
        <w:jc w:val="right"/>
      </w:pPr>
      <w:r>
        <w:t>اس میں ساری آپ energy لگا دیتے ہیں دنیا میں ایک اچھا اپنے لیے بنانے کے لیے، ایک</w:t>
      </w:r>
    </w:p>
    <w:p>
      <w:r>
        <w:rPr>
          <w:b/>
        </w:rPr>
        <w:t xml:space="preserve">[40:00] </w:t>
      </w:r>
      <w:r>
        <w:t>achi life, aik aik aik aik khushiyon ki aik dunya.</w:t>
      </w:r>
    </w:p>
    <w:p>
      <w:pPr>
        <w:jc w:val="right"/>
      </w:pPr>
      <w:r>
        <w:t>اچھی life، ایک ایک ایک ایک خوشیوں کی ایک دنیا۔</w:t>
      </w:r>
    </w:p>
    <w:p>
      <w:r>
        <w:rPr>
          <w:b/>
        </w:rPr>
        <w:t xml:space="preserve">[40:04] </w:t>
      </w:r>
      <w:r>
        <w:t>jaise hi woh ban bani ke mout aa gayi.</w:t>
      </w:r>
    </w:p>
    <w:p>
      <w:pPr>
        <w:jc w:val="right"/>
      </w:pPr>
      <w:r>
        <w:t>جیسے ہی وہ بن بنی کہ موت آ گئی۔</w:t>
      </w:r>
    </w:p>
    <w:p>
      <w:r>
        <w:rPr>
          <w:b/>
        </w:rPr>
        <w:t xml:space="preserve">[40:08] </w:t>
      </w:r>
      <w:r>
        <w:t>to jab aankh khuli gul ki to mausam tha khazan ka.</w:t>
      </w:r>
    </w:p>
    <w:p>
      <w:pPr>
        <w:jc w:val="right"/>
      </w:pPr>
      <w:r>
        <w:t>تو جب آنکھ کھلی گل کی تو موسم تھا خزاں کا۔</w:t>
      </w:r>
    </w:p>
    <w:p>
      <w:r>
        <w:rPr>
          <w:b/>
        </w:rPr>
        <w:t xml:space="preserve">[40:13] </w:t>
      </w:r>
      <w:r>
        <w:t>mujhe yaad aata hai ke hamare adum garh mein, main adum garh rehne wala hoon.</w:t>
      </w:r>
    </w:p>
    <w:p>
      <w:pPr>
        <w:jc w:val="right"/>
      </w:pPr>
      <w:r>
        <w:t>مجھے یاد آتا ہے کہ ہمارے آدم گڑھ میں، میں آدم گڑھ رہنے والا ہوں۔</w:t>
      </w:r>
    </w:p>
    <w:p>
      <w:r>
        <w:rPr>
          <w:b/>
        </w:rPr>
        <w:t xml:space="preserve">[40:19] </w:t>
      </w:r>
      <w:r>
        <w:t>to wahan aik raja hark chand thay.</w:t>
      </w:r>
    </w:p>
    <w:p>
      <w:pPr>
        <w:jc w:val="right"/>
      </w:pPr>
      <w:r>
        <w:t>تو وہاں ایک راجہ حرک چند تھے۔</w:t>
      </w:r>
    </w:p>
    <w:p>
      <w:r>
        <w:rPr>
          <w:b/>
        </w:rPr>
        <w:t xml:space="preserve">[40:22] </w:t>
      </w:r>
      <w:r>
        <w:t>adum garh mein aik raja hark chand thay.</w:t>
      </w:r>
    </w:p>
    <w:p>
      <w:pPr>
        <w:jc w:val="right"/>
      </w:pPr>
      <w:r>
        <w:t>آدم گڑھ میں ایک راجہ حرک چند تھے۔</w:t>
      </w:r>
    </w:p>
    <w:p>
      <w:r>
        <w:rPr>
          <w:b/>
        </w:rPr>
        <w:t xml:space="preserve">[40:26] </w:t>
      </w:r>
      <w:r>
        <w:t>to unhon ne is zamane ke lehaz se bohat zabardast aik kothi banayi thi.</w:t>
      </w:r>
    </w:p>
    <w:p>
      <w:pPr>
        <w:jc w:val="right"/>
      </w:pPr>
      <w:r>
        <w:t>تو انہوں نے اس زمانے کے لحاظ سے بہت زبردست ایک کوٹھی بنائی تھی۔</w:t>
      </w:r>
    </w:p>
    <w:p>
      <w:r>
        <w:rPr>
          <w:b/>
        </w:rPr>
        <w:t xml:space="preserve">[40:32] </w:t>
      </w:r>
      <w:r>
        <w:t>yani saare adum garh mein aisi kothi koi aur nahi thi.</w:t>
      </w:r>
    </w:p>
    <w:p>
      <w:pPr>
        <w:jc w:val="right"/>
      </w:pPr>
      <w:r>
        <w:t>یعنی سارے آدم گڑھ میں ایسی کوٹھی کوئی اور نہیں تھی۔</w:t>
      </w:r>
    </w:p>
    <w:p>
      <w:r>
        <w:rPr>
          <w:b/>
        </w:rPr>
        <w:t xml:space="preserve">[40:37] </w:t>
      </w:r>
      <w:r>
        <w:t>to jahan tak mujhe yaad hai teen hisson wali thi is kothi ki.</w:t>
      </w:r>
    </w:p>
    <w:p>
      <w:pPr>
        <w:jc w:val="right"/>
      </w:pPr>
      <w:r>
        <w:t>تو جہاں تک مجھے یاد ہے تین حصوں والی تھی اس کوٹھی کی۔</w:t>
      </w:r>
    </w:p>
    <w:p>
      <w:r>
        <w:rPr>
          <w:b/>
        </w:rPr>
        <w:t xml:space="preserve">[40:42] </w:t>
      </w:r>
      <w:r>
        <w:t>bilkul woh fort tha, fort qale ki tarah se.</w:t>
      </w:r>
    </w:p>
    <w:p>
      <w:pPr>
        <w:jc w:val="right"/>
      </w:pPr>
      <w:r>
        <w:t>بالکل وہ fort تھا، fort قلعہ کی طرح سے۔</w:t>
      </w:r>
    </w:p>
    <w:p>
      <w:r>
        <w:rPr>
          <w:b/>
        </w:rPr>
        <w:t xml:space="preserve">[40:46] </w:t>
      </w:r>
      <w:r>
        <w:t>ab bohat ziyada is mein art work tha.</w:t>
      </w:r>
    </w:p>
    <w:p>
      <w:pPr>
        <w:jc w:val="right"/>
      </w:pPr>
      <w:r>
        <w:t>اب بہت زیادہ اس میں art work تھا۔</w:t>
      </w:r>
    </w:p>
    <w:p>
      <w:r>
        <w:rPr>
          <w:b/>
        </w:rPr>
        <w:t xml:space="preserve">[40:49] </w:t>
      </w:r>
      <w:r>
        <w:t>deewaron par, chhaton par har jagah art work tha.</w:t>
      </w:r>
    </w:p>
    <w:p>
      <w:pPr>
        <w:jc w:val="right"/>
      </w:pPr>
      <w:r>
        <w:t>دیواروں پر، چھتوں پر ہر جگہ art work تھا۔</w:t>
      </w:r>
    </w:p>
    <w:p>
      <w:r>
        <w:rPr>
          <w:b/>
        </w:rPr>
        <w:t xml:space="preserve">[40:53] </w:t>
      </w:r>
      <w:r>
        <w:t>aur oopar yani chauthi hisson wali par wahan banaya gaya tha un ka aik thora sa aik room</w:t>
      </w:r>
    </w:p>
    <w:p>
      <w:pPr>
        <w:jc w:val="right"/>
      </w:pPr>
      <w:r>
        <w:t>اور اوپر یعنی چوتھی حصوں والی پر وہاں بنایا گیا تھا ان کا ایک تھوڑا سا ایک room</w:t>
      </w:r>
    </w:p>
    <w:p>
      <w:r>
        <w:rPr>
          <w:b/>
        </w:rPr>
        <w:t xml:space="preserve">[41:01] </w:t>
      </w:r>
      <w:r>
        <w:t>aur sab saman.</w:t>
      </w:r>
    </w:p>
    <w:p>
      <w:pPr>
        <w:jc w:val="right"/>
      </w:pPr>
      <w:r>
        <w:t>اور سب سامان۔</w:t>
      </w:r>
    </w:p>
    <w:p>
      <w:r>
        <w:rPr>
          <w:b/>
        </w:rPr>
        <w:t xml:space="preserve">[41:03] </w:t>
      </w:r>
      <w:r>
        <w:t>wahan woh apni biwi ke sath rehne wale thay.</w:t>
      </w:r>
    </w:p>
    <w:p>
      <w:pPr>
        <w:jc w:val="right"/>
      </w:pPr>
      <w:r>
        <w:t>وہاں وہ اپنی بیوی کے ساتھ رہنے والے تھے۔</w:t>
      </w:r>
    </w:p>
    <w:p>
      <w:r>
        <w:rPr>
          <w:b/>
        </w:rPr>
        <w:t xml:space="preserve">[41:06] </w:t>
      </w:r>
      <w:r>
        <w:t>to woh ban raha tha, ban raha tha, ban raha tha aur woh khud abhi banaras mein hua</w:t>
      </w:r>
    </w:p>
    <w:p>
      <w:pPr>
        <w:jc w:val="right"/>
      </w:pPr>
      <w:r>
        <w:t>تو وہ بن رہا تھا، بن رہا تھا، بن رہا تھا اور وہ خود ابھی بنارس میں ہوا</w:t>
      </w:r>
    </w:p>
    <w:p>
      <w:r>
        <w:rPr>
          <w:b/>
        </w:rPr>
        <w:t xml:space="preserve">[41:14] </w:t>
      </w:r>
      <w:r>
        <w:t>karte thay ke jab mukammal ho jaye to aa kar is mein rahen, aaram karen.</w:t>
      </w:r>
    </w:p>
    <w:p>
      <w:pPr>
        <w:jc w:val="right"/>
      </w:pPr>
      <w:r>
        <w:t>کرتے تھے کہ جب مکمل ہو جائے تو آ کر اس میں رہیں، آرام کریں۔</w:t>
      </w:r>
    </w:p>
    <w:p>
      <w:r>
        <w:rPr>
          <w:b/>
        </w:rPr>
        <w:t xml:space="preserve">[41:21] </w:t>
      </w:r>
      <w:r>
        <w:t>jahan tak mujhe yaad hai nineteen forty six mein un ka, un ki death ho gayi.</w:t>
      </w:r>
    </w:p>
    <w:p>
      <w:pPr>
        <w:jc w:val="right"/>
      </w:pPr>
      <w:r>
        <w:t>جہاں تک مجھے یاد ہے nineteen forty six میں ان کا، ان کی death ہو گئی۔</w:t>
      </w:r>
    </w:p>
    <w:p>
      <w:r>
        <w:rPr>
          <w:b/>
        </w:rPr>
        <w:t xml:space="preserve">[41:27] </w:t>
      </w:r>
      <w:r>
        <w:t>unnees chheyaalees mein.</w:t>
      </w:r>
    </w:p>
    <w:p>
      <w:pPr>
        <w:jc w:val="right"/>
      </w:pPr>
      <w:r>
        <w:t>انیس چھیالیس میں۔</w:t>
      </w:r>
    </w:p>
    <w:p>
      <w:r>
        <w:rPr>
          <w:b/>
        </w:rPr>
        <w:t xml:space="preserve">[41:29] </w:t>
      </w:r>
      <w:r>
        <w:t>aur is makaan mein unhein aik din bhi rehna nahi mila.</w:t>
      </w:r>
    </w:p>
    <w:p>
      <w:pPr>
        <w:jc w:val="right"/>
      </w:pPr>
      <w:r>
        <w:t>اور اس مکان میں انہیں ایک دن بھی رہنا نہیں ملا۔</w:t>
      </w:r>
    </w:p>
    <w:p>
      <w:r>
        <w:rPr>
          <w:b/>
        </w:rPr>
        <w:t xml:space="preserve">[41:34] </w:t>
      </w:r>
      <w:r>
        <w:t>aur is mein bohat bees pachaas saal pata nahi kitne saal lag gaye thay.</w:t>
      </w:r>
    </w:p>
    <w:p>
      <w:pPr>
        <w:jc w:val="right"/>
      </w:pPr>
      <w:r>
        <w:t>اور اس میں بہت بیس پچیس سال پتہ نہیں کتنے سال لگ گئے تھے۔</w:t>
      </w:r>
    </w:p>
    <w:p>
      <w:r>
        <w:rPr>
          <w:b/>
        </w:rPr>
        <w:t xml:space="preserve">[41:40] </w:t>
      </w:r>
      <w:r>
        <w:t>yani kis ummeedon ke sath unhon ne apna sara سرمایہ lagaya, apna sara paisa lagaya ke ek din</w:t>
      </w:r>
    </w:p>
    <w:p>
      <w:pPr>
        <w:jc w:val="right"/>
      </w:pPr>
      <w:r>
        <w:t>یعنی کس امیدوں کے ساتھ انہوں نے اپنا سارا سرمایہ لگایا، اپنا سارا پیسہ لگایا کہ ایک دن</w:t>
      </w:r>
    </w:p>
    <w:p>
      <w:r>
        <w:rPr>
          <w:b/>
        </w:rPr>
        <w:t xml:space="preserve">[41:47] </w:t>
      </w:r>
      <w:r>
        <w:t>ban jayegi meri kothi to is mein main ja kar rahoon ga shan ke sath.</w:t>
      </w:r>
    </w:p>
    <w:p>
      <w:pPr>
        <w:jc w:val="right"/>
      </w:pPr>
      <w:r>
        <w:t>بن جائے گی میری کوٹھی تو اس میں میں جا کر رہوں گا شان کے ساتھ۔</w:t>
      </w:r>
    </w:p>
    <w:p>
      <w:r>
        <w:rPr>
          <w:b/>
        </w:rPr>
        <w:t xml:space="preserve">[41:54] </w:t>
      </w:r>
      <w:r>
        <w:t>apni biwi ke sath.</w:t>
      </w:r>
    </w:p>
    <w:p>
      <w:pPr>
        <w:jc w:val="right"/>
      </w:pPr>
      <w:r>
        <w:t>اپنی بیوی کے ساتھ۔</w:t>
      </w:r>
    </w:p>
    <w:p>
      <w:r>
        <w:rPr>
          <w:b/>
        </w:rPr>
        <w:t xml:space="preserve">[41:56] </w:t>
      </w:r>
      <w:r>
        <w:t>aur wahi hua ke jab aankh khuli gul ki to mausam tha khazan ka.</w:t>
      </w:r>
    </w:p>
    <w:p>
      <w:pPr>
        <w:jc w:val="right"/>
      </w:pPr>
      <w:r>
        <w:t>اور وہی ہوا کہ جب آنکھ کھلی گل کی تو موسم تھا خزاں کا۔</w:t>
      </w:r>
    </w:p>
    <w:p>
      <w:r>
        <w:rPr>
          <w:b/>
        </w:rPr>
        <w:t xml:space="preserve">[42:02] </w:t>
      </w:r>
      <w:r>
        <w:t>jab woh complete hui to unhein pahunch jana pada doosri duniya mein.</w:t>
      </w:r>
    </w:p>
    <w:p>
      <w:pPr>
        <w:jc w:val="right"/>
      </w:pPr>
      <w:r>
        <w:t>جب وہ complete ہوئی تو انہیں پہنچ جانا پڑا دوسری دنیا میں۔</w:t>
      </w:r>
    </w:p>
    <w:p>
      <w:r>
        <w:rPr>
          <w:b/>
        </w:rPr>
        <w:t xml:space="preserve">[42:07] </w:t>
      </w:r>
      <w:r>
        <w:t>yani idhar woh building complete hui, idhar maut ne unhein pahuncha diya doosri duniya mein.</w:t>
      </w:r>
    </w:p>
    <w:p>
      <w:pPr>
        <w:jc w:val="right"/>
      </w:pPr>
      <w:r>
        <w:t>یعنی ادھر وہ بلڈنگ complete ہوئی، ادھر موت نے انہیں پہنچا دیا دوسری دنیا میں۔</w:t>
      </w:r>
    </w:p>
    <w:p>
      <w:r>
        <w:rPr>
          <w:b/>
        </w:rPr>
        <w:t xml:space="preserve">[42:13] </w:t>
      </w:r>
      <w:r>
        <w:t>jahan na kothi thi na jhonpdi thi.</w:t>
      </w:r>
    </w:p>
    <w:p>
      <w:pPr>
        <w:jc w:val="right"/>
      </w:pPr>
      <w:r>
        <w:t>جہاں نہ کوٹھی تھی نہ جھونپڑی تھی۔</w:t>
      </w:r>
    </w:p>
    <w:p>
      <w:r>
        <w:rPr>
          <w:b/>
        </w:rPr>
        <w:t xml:space="preserve">[42:16] </w:t>
      </w:r>
      <w:r>
        <w:t>to har aadmi ka yeh haal ho raha hai ke sari taqat laga kar aadmi apne liye ek</w:t>
      </w:r>
    </w:p>
    <w:p>
      <w:pPr>
        <w:jc w:val="right"/>
      </w:pPr>
      <w:r>
        <w:t>تو ہر آدمی کا یہ حال ہو رہا ہے کہ ساری طاقت لگا کر آدمی اپنے لیے ایک</w:t>
      </w:r>
    </w:p>
    <w:p>
      <w:r>
        <w:rPr>
          <w:b/>
        </w:rPr>
        <w:t xml:space="preserve">[42:24] </w:t>
      </w:r>
      <w:r>
        <w:t>duniya banata hai.</w:t>
      </w:r>
    </w:p>
    <w:p>
      <w:pPr>
        <w:jc w:val="right"/>
      </w:pPr>
      <w:r>
        <w:t>دنیا بناتا ہے۔</w:t>
      </w:r>
    </w:p>
    <w:p>
      <w:r>
        <w:rPr>
          <w:b/>
        </w:rPr>
        <w:t xml:space="preserve">[42:26] </w:t>
      </w:r>
      <w:r>
        <w:t>aur achaanak maut aati hai, use chhod kar chala jata hai woh.</w:t>
      </w:r>
    </w:p>
    <w:p>
      <w:pPr>
        <w:jc w:val="right"/>
      </w:pPr>
      <w:r>
        <w:t>اور اچانک موت آتی ہے، اسے چھوڑ کر چلا جاتا ہے وہ۔</w:t>
      </w:r>
    </w:p>
    <w:p>
      <w:r>
        <w:rPr>
          <w:b/>
        </w:rPr>
        <w:t xml:space="preserve">[42:31] </w:t>
      </w:r>
      <w:r>
        <w:t>iski duniya peeche aur aage jo hai eternal ek ek ek desert hai, eternal desert.</w:t>
      </w:r>
    </w:p>
    <w:p>
      <w:pPr>
        <w:jc w:val="right"/>
      </w:pPr>
      <w:r>
        <w:t>اس کی دنیا پیچھے اور آگے جو ہے eternal ایک ایک ایک desert ہے، eternal desert۔</w:t>
      </w:r>
    </w:p>
    <w:p>
      <w:r>
        <w:rPr>
          <w:b/>
        </w:rPr>
        <w:t xml:space="preserve">[42:38] </w:t>
      </w:r>
      <w:r>
        <w:t>to yeh yeh jo sher hai sab par apply ho raha hai ke jab aankh khuli gul ki</w:t>
      </w:r>
    </w:p>
    <w:p>
      <w:pPr>
        <w:jc w:val="right"/>
      </w:pPr>
      <w:r>
        <w:t>تو یہ یہ جو شعر ہے سب پر اپلائی ہو رہا ہے کہ جب آنکھ کھلی گل کی</w:t>
      </w:r>
    </w:p>
    <w:p>
      <w:r>
        <w:rPr>
          <w:b/>
        </w:rPr>
        <w:t xml:space="preserve">[42:45] </w:t>
      </w:r>
      <w:r>
        <w:t>to mausam tha khazan ka.</w:t>
      </w:r>
    </w:p>
    <w:p>
      <w:pPr>
        <w:jc w:val="right"/>
      </w:pPr>
      <w:r>
        <w:t>تو موسم تھا خزاں کا۔</w:t>
      </w:r>
    </w:p>
    <w:p>
      <w:r>
        <w:rPr>
          <w:b/>
        </w:rPr>
        <w:t xml:space="preserve">[42:48] </w:t>
      </w:r>
      <w:r>
        <w:t>ke jab aankh khulti hai to samne pathar ka mausam hai.</w:t>
      </w:r>
    </w:p>
    <w:p>
      <w:pPr>
        <w:jc w:val="right"/>
      </w:pPr>
      <w:r>
        <w:t>کہ جب آنکھ کھلتی ہے تو سامنے پتھر کا موسم ہے۔</w:t>
      </w:r>
    </w:p>
    <w:p>
      <w:r>
        <w:rPr>
          <w:b/>
        </w:rPr>
        <w:t xml:space="preserve">[42:52] </w:t>
      </w:r>
      <w:r>
        <w:t>spring ka mausam peeche chhoot gaya.</w:t>
      </w:r>
    </w:p>
    <w:p>
      <w:pPr>
        <w:jc w:val="right"/>
      </w:pPr>
      <w:r>
        <w:t>spring کا موسم پیچھے چھوٹ گیا۔</w:t>
      </w:r>
    </w:p>
    <w:p>
      <w:r>
        <w:rPr>
          <w:b/>
        </w:rPr>
        <w:t xml:space="preserve">[42:55] </w:t>
      </w:r>
      <w:r>
        <w:t>yahan par main yeh kahoon ga ke har aadmi ko bohat zyada sochna chahiye ke mujhe anti programming</w:t>
      </w:r>
    </w:p>
    <w:p>
      <w:pPr>
        <w:jc w:val="right"/>
      </w:pPr>
      <w:r>
        <w:t>یہاں پر میں یہ کہوں گا کہ ہر آدمی کو بہت زیادہ سوچنا چاہیے کہ مجھے anti programming</w:t>
      </w:r>
    </w:p>
    <w:p>
      <w:r>
        <w:rPr>
          <w:b/>
        </w:rPr>
        <w:t xml:space="preserve">[43:03] </w:t>
      </w:r>
      <w:r>
        <w:t>apne andar anti programming soch develop karna pare ga.</w:t>
      </w:r>
    </w:p>
    <w:p>
      <w:pPr>
        <w:jc w:val="right"/>
      </w:pPr>
      <w:r>
        <w:t>اپنے اندر anti programming سوچ develop کرنا پڑے گا۔</w:t>
      </w:r>
    </w:p>
    <w:p>
      <w:r>
        <w:rPr>
          <w:b/>
        </w:rPr>
        <w:t xml:space="preserve">[43:06] </w:t>
      </w:r>
      <w:r>
        <w:t>anti programming soch.</w:t>
      </w:r>
    </w:p>
    <w:p>
      <w:pPr>
        <w:jc w:val="right"/>
      </w:pPr>
      <w:r>
        <w:t>anti programming سوچ۔</w:t>
      </w:r>
    </w:p>
    <w:p>
      <w:r>
        <w:rPr>
          <w:b/>
        </w:rPr>
        <w:t xml:space="preserve">[43:08] </w:t>
      </w:r>
      <w:r>
        <w:t>jaise main apna ek qissa arz karoon.</w:t>
      </w:r>
    </w:p>
    <w:p>
      <w:pPr>
        <w:jc w:val="right"/>
      </w:pPr>
      <w:r>
        <w:t>جیسے میں اپنا ایک قصہ عرض کروں۔</w:t>
      </w:r>
    </w:p>
    <w:p>
      <w:r>
        <w:rPr>
          <w:b/>
        </w:rPr>
        <w:t xml:space="preserve">[43:11] </w:t>
      </w:r>
      <w:r>
        <w:t>ek baar main manchester gaya.</w:t>
      </w:r>
    </w:p>
    <w:p>
      <w:pPr>
        <w:jc w:val="right"/>
      </w:pPr>
      <w:r>
        <w:t>ایک بار میں مانچسٹر گیا۔</w:t>
      </w:r>
    </w:p>
    <w:p>
      <w:r>
        <w:rPr>
          <w:b/>
        </w:rPr>
        <w:t xml:space="preserve">[43:13] </w:t>
      </w:r>
      <w:r>
        <w:t>manchester mein hamari jaisi duniya nahi hai.</w:t>
      </w:r>
    </w:p>
    <w:p>
      <w:pPr>
        <w:jc w:val="right"/>
      </w:pPr>
      <w:r>
        <w:t>مانچسٹر میں ہماری جیسی دنیا نہیں ہے۔</w:t>
      </w:r>
    </w:p>
    <w:p>
      <w:r>
        <w:rPr>
          <w:b/>
        </w:rPr>
        <w:t xml:space="preserve">[43:16] </w:t>
      </w:r>
      <w:r>
        <w:t>wahan par kabhi raat bohat lambi, din bohat chhota.</w:t>
      </w:r>
    </w:p>
    <w:p>
      <w:pPr>
        <w:jc w:val="right"/>
      </w:pPr>
      <w:r>
        <w:t>وہاں پر کبھی رات بہت لمبی، دن بہت چھوٹا۔</w:t>
      </w:r>
    </w:p>
    <w:p>
      <w:r>
        <w:rPr>
          <w:b/>
        </w:rPr>
        <w:t xml:space="preserve">[43:20] </w:t>
      </w:r>
      <w:r>
        <w:t>kabhi din bohat lamba, raat bohat chhoti.</w:t>
      </w:r>
    </w:p>
    <w:p>
      <w:pPr>
        <w:jc w:val="right"/>
      </w:pPr>
      <w:r>
        <w:t>کبھی دن بہت لمبا، رات بہت چھوٹی۔</w:t>
      </w:r>
    </w:p>
    <w:p>
      <w:r>
        <w:rPr>
          <w:b/>
        </w:rPr>
        <w:t xml:space="preserve">[43:23] </w:t>
      </w:r>
      <w:r>
        <w:t>to jab main gaya tha manchester tab wahan par raat bohat chhoti hoti thi aur din bohat lamba</w:t>
      </w:r>
    </w:p>
    <w:p>
      <w:pPr>
        <w:jc w:val="right"/>
      </w:pPr>
      <w:r>
        <w:t>تو جب میں گیا تھا مانچسٹر تب وہاں پر رات بہت چھوٹی ہوتی تھی اور دن بہت لمبا</w:t>
      </w:r>
    </w:p>
    <w:p>
      <w:r>
        <w:rPr>
          <w:b/>
        </w:rPr>
        <w:t xml:space="preserve">[43:31] </w:t>
      </w:r>
      <w:r>
        <w:t>hota tha.</w:t>
      </w:r>
    </w:p>
    <w:p>
      <w:pPr>
        <w:jc w:val="right"/>
      </w:pPr>
      <w:r>
        <w:t>ہوتا تھا۔</w:t>
      </w:r>
    </w:p>
    <w:p>
      <w:r>
        <w:rPr>
          <w:b/>
        </w:rPr>
        <w:t xml:space="preserve">[43:32] </w:t>
      </w:r>
      <w:r>
        <w:t>to kiya hota tha ke hum log jo hai maghrib ki namaz parhi, thori dair baad isha ka</w:t>
      </w:r>
    </w:p>
    <w:p>
      <w:pPr>
        <w:jc w:val="right"/>
      </w:pPr>
      <w:r>
        <w:t>تو کیا ہوتا تھا کہ ہم لوگ جو ہے مغرب کی نماز پڑھی، تھوڑی دیر بعد عشاء کا</w:t>
      </w:r>
    </w:p>
    <w:p>
      <w:r>
        <w:rPr>
          <w:b/>
        </w:rPr>
        <w:t xml:space="preserve">[43:40] </w:t>
      </w:r>
      <w:r>
        <w:t>waqt ho gaya.</w:t>
      </w:r>
    </w:p>
    <w:p>
      <w:pPr>
        <w:jc w:val="right"/>
      </w:pPr>
      <w:r>
        <w:t>وقت ہو گیا۔</w:t>
      </w:r>
    </w:p>
    <w:p>
      <w:r>
        <w:rPr>
          <w:b/>
        </w:rPr>
        <w:t xml:space="preserve">[43:41] </w:t>
      </w:r>
      <w:r>
        <w:t>isha ki namaz parhi, thori dair baad maloom hua ke to fajar ka waqt ho gaya.</w:t>
      </w:r>
    </w:p>
    <w:p>
      <w:pPr>
        <w:jc w:val="right"/>
      </w:pPr>
      <w:r>
        <w:t>عشاء کی نماز پڑھی، تھوڑی دیر بعد معلوم ہوا کہ تو فجر کا وقت ہو گیا۔</w:t>
      </w:r>
    </w:p>
    <w:p>
      <w:r>
        <w:rPr>
          <w:b/>
        </w:rPr>
        <w:t xml:space="preserve">[43:48] </w:t>
      </w:r>
      <w:r>
        <w:t>to hum raat ko so nahi paate thay.</w:t>
      </w:r>
    </w:p>
    <w:p>
      <w:pPr>
        <w:jc w:val="right"/>
      </w:pPr>
      <w:r>
        <w:t>تو ہم رات کو سو نہیں پاتے تھے۔</w:t>
      </w:r>
    </w:p>
    <w:p>
      <w:r>
        <w:rPr>
          <w:b/>
        </w:rPr>
        <w:t xml:space="preserve">[43:52] </w:t>
      </w:r>
      <w:r>
        <w:t>yani maghrib parhi aur isha parhi aur fajar parhi aur idhar suraj nikal aaya.</w:t>
      </w:r>
    </w:p>
    <w:p>
      <w:pPr>
        <w:jc w:val="right"/>
      </w:pPr>
      <w:r>
        <w:t>یعنی مغرب پڑھی اور عشاء پڑھی اور فجر پڑھی اور ادھر سورج نکل آیا۔</w:t>
      </w:r>
    </w:p>
    <w:p>
      <w:r>
        <w:rPr>
          <w:b/>
        </w:rPr>
        <w:t xml:space="preserve">[43:58] </w:t>
      </w:r>
      <w:r>
        <w:t>to raat bohat choti aur din bohat lamba.</w:t>
      </w:r>
    </w:p>
    <w:p>
      <w:pPr>
        <w:jc w:val="right"/>
      </w:pPr>
      <w:r>
        <w:t>تو رات بہت چھوٹی اور دن بہت لمبا۔</w:t>
      </w:r>
    </w:p>
    <w:p>
      <w:r>
        <w:rPr>
          <w:b/>
        </w:rPr>
        <w:t xml:space="preserve">[44:01] </w:t>
      </w:r>
      <w:r>
        <w:t>to mein wahan par kuch ziyada din reh gaya tha chounka.</w:t>
      </w:r>
    </w:p>
    <w:p>
      <w:pPr>
        <w:jc w:val="right"/>
      </w:pPr>
      <w:r>
        <w:t>تو میں وہاں پر کچھ زیادہ دن رہ گیا تھا چونکہ۔</w:t>
      </w:r>
    </w:p>
    <w:p>
      <w:r>
        <w:rPr>
          <w:b/>
        </w:rPr>
        <w:t xml:space="preserve">[44:06] </w:t>
      </w:r>
      <w:r>
        <w:t>to meri programming badal gayi.</w:t>
      </w:r>
    </w:p>
    <w:p>
      <w:pPr>
        <w:jc w:val="right"/>
      </w:pPr>
      <w:r>
        <w:t>تو میری programming بدل گئی۔</w:t>
      </w:r>
    </w:p>
    <w:p>
      <w:r>
        <w:rPr>
          <w:b/>
        </w:rPr>
        <w:t xml:space="preserve">[44:08] </w:t>
      </w:r>
      <w:r>
        <w:t>neend ke baray mein.</w:t>
      </w:r>
    </w:p>
    <w:p>
      <w:pPr>
        <w:jc w:val="right"/>
      </w:pPr>
      <w:r>
        <w:t>نیند کے بارے میں۔</w:t>
      </w:r>
    </w:p>
    <w:p>
      <w:r>
        <w:rPr>
          <w:b/>
        </w:rPr>
        <w:t xml:space="preserve">[44:10] </w:t>
      </w:r>
      <w:r>
        <w:t>yahan hum rehte hain to suraj doobne ke baad jab raat aati hai to aap jante hain ke</w:t>
      </w:r>
    </w:p>
    <w:p>
      <w:pPr>
        <w:jc w:val="right"/>
      </w:pPr>
      <w:r>
        <w:t>یہاں ہم رہتے ہیں تو سورج ڈوبنے کے بعد جب رات آتی ہے تو آپ جانتے ہیں کہ</w:t>
      </w:r>
    </w:p>
    <w:p>
      <w:r>
        <w:rPr>
          <w:b/>
        </w:rPr>
        <w:t xml:space="preserve">[44:17] </w:t>
      </w:r>
      <w:r>
        <w:t>neend aane lagti hai hum logon ko, hum so jaate hain.</w:t>
      </w:r>
    </w:p>
    <w:p>
      <w:pPr>
        <w:jc w:val="right"/>
      </w:pPr>
      <w:r>
        <w:t>نیند آنے لگتی ہے ہم لوگوں کو، ہم سو جاتے ہیں۔</w:t>
      </w:r>
    </w:p>
    <w:p>
      <w:r>
        <w:rPr>
          <w:b/>
        </w:rPr>
        <w:t xml:space="preserve">[44:22] </w:t>
      </w:r>
      <w:r>
        <w:t>to wahan raat ko neend aane ki programming meri badal gayi.</w:t>
      </w:r>
    </w:p>
    <w:p>
      <w:pPr>
        <w:jc w:val="right"/>
      </w:pPr>
      <w:r>
        <w:t>تو وہاں رات کو نیند آنے کی programming میری بدل گئی۔</w:t>
      </w:r>
    </w:p>
    <w:p>
      <w:r>
        <w:rPr>
          <w:b/>
        </w:rPr>
        <w:t xml:space="preserve">[44:27] </w:t>
      </w:r>
      <w:r>
        <w:t>kyunke mein din ko sota tha wahan par.</w:t>
      </w:r>
    </w:p>
    <w:p>
      <w:pPr>
        <w:jc w:val="right"/>
      </w:pPr>
      <w:r>
        <w:t>کیونکہ میں دن کو سوتا تھا وہاں پر۔</w:t>
      </w:r>
    </w:p>
    <w:p>
      <w:r>
        <w:rPr>
          <w:b/>
        </w:rPr>
        <w:t xml:space="preserve">[44:30] </w:t>
      </w:r>
      <w:r>
        <w:t>jab yahan mein dilli wapas aaya to isi programming ke liye wapas aaya mein.</w:t>
      </w:r>
    </w:p>
    <w:p>
      <w:pPr>
        <w:jc w:val="right"/>
      </w:pPr>
      <w:r>
        <w:t>جب یہاں میں دلی واپس آیا تو اسی programming کے لیے واپس آیا میں۔</w:t>
      </w:r>
    </w:p>
    <w:p>
      <w:r>
        <w:rPr>
          <w:b/>
        </w:rPr>
        <w:t xml:space="preserve">[44:36] </w:t>
      </w:r>
      <w:r>
        <w:t>to yahan kiya hota tha ke din ko raat ko neend nahi aati thi.</w:t>
      </w:r>
    </w:p>
    <w:p>
      <w:pPr>
        <w:jc w:val="right"/>
      </w:pPr>
      <w:r>
        <w:t>تو یہاں کیا ہوتا تھا کہ دن کو رات کو نیند نہیں آتی تھی۔</w:t>
      </w:r>
    </w:p>
    <w:p>
      <w:r>
        <w:rPr>
          <w:b/>
        </w:rPr>
        <w:t xml:space="preserve">[44:42] </w:t>
      </w:r>
      <w:r>
        <w:t>din ko aati thi neend.</w:t>
      </w:r>
    </w:p>
    <w:p>
      <w:pPr>
        <w:jc w:val="right"/>
      </w:pPr>
      <w:r>
        <w:t>دن کو آتی تھی نیند۔</w:t>
      </w:r>
    </w:p>
    <w:p>
      <w:r>
        <w:rPr>
          <w:b/>
        </w:rPr>
        <w:t xml:space="preserve">[44:44] </w:t>
      </w:r>
      <w:r>
        <w:t>yani raat ko woh mujhe neend nahi aati thi mujhe yahan.</w:t>
      </w:r>
    </w:p>
    <w:p>
      <w:pPr>
        <w:jc w:val="right"/>
      </w:pPr>
      <w:r>
        <w:t>یعنی رات کو وہ مجھے نیند نہیں آتی تھی مجھے یہاں۔</w:t>
      </w:r>
    </w:p>
    <w:p>
      <w:r>
        <w:rPr>
          <w:b/>
        </w:rPr>
        <w:t xml:space="preserve">[44:49] </w:t>
      </w:r>
      <w:r>
        <w:t>din ko aati thi.</w:t>
      </w:r>
    </w:p>
    <w:p>
      <w:pPr>
        <w:jc w:val="right"/>
      </w:pPr>
      <w:r>
        <w:t>دن کو آتی تھی۔</w:t>
      </w:r>
    </w:p>
    <w:p>
      <w:r>
        <w:rPr>
          <w:b/>
        </w:rPr>
        <w:t xml:space="preserve">[44:51] </w:t>
      </w:r>
      <w:r>
        <w:t>to mujhe koi anti programming phir se mujhe apna plan karna para.</w:t>
      </w:r>
    </w:p>
    <w:p>
      <w:pPr>
        <w:jc w:val="right"/>
      </w:pPr>
      <w:r>
        <w:t>تو مجھے کوئی anti programming پھر سے مجھے اپنا plan کرنا پڑا۔</w:t>
      </w:r>
    </w:p>
    <w:p>
      <w:r>
        <w:rPr>
          <w:b/>
        </w:rPr>
        <w:t xml:space="preserve">[44:56] </w:t>
      </w:r>
      <w:r>
        <w:t>soch soch kar ke ke mujhe din ko nahi sona, raat ko sona hai.</w:t>
      </w:r>
    </w:p>
    <w:p>
      <w:pPr>
        <w:jc w:val="right"/>
      </w:pPr>
      <w:r>
        <w:t>سوچ سوچ کر کے کہ مجھے دن کو نہیں سونا، رات کو سونا ہے۔</w:t>
      </w:r>
    </w:p>
    <w:p>
      <w:r>
        <w:rPr>
          <w:b/>
        </w:rPr>
        <w:t xml:space="preserve">[45:02] </w:t>
      </w:r>
      <w:r>
        <w:t>yeh tha mere liye anti programming soch ka aik experience.</w:t>
      </w:r>
    </w:p>
    <w:p>
      <w:pPr>
        <w:jc w:val="right"/>
      </w:pPr>
      <w:r>
        <w:t>یہ تھا میرے لیے anti programming سوچ کا ایک experience۔</w:t>
      </w:r>
    </w:p>
    <w:p>
      <w:r>
        <w:rPr>
          <w:b/>
        </w:rPr>
        <w:t xml:space="preserve">[45:06] </w:t>
      </w:r>
      <w:r>
        <w:t>yeh soch soch kar ke apne aap ko badalna para mujhe ke mujhe haan raat ko sona hai.</w:t>
      </w:r>
    </w:p>
    <w:p>
      <w:pPr>
        <w:jc w:val="right"/>
      </w:pPr>
      <w:r>
        <w:t>یہ سوچ سوچ کر کے اپنے آپ کو بدلنا پڑا مجھے کہ مجھے ہاں رات کو سونا ہے۔</w:t>
      </w:r>
    </w:p>
    <w:p>
      <w:r>
        <w:rPr>
          <w:b/>
        </w:rPr>
        <w:t xml:space="preserve">[45:14] </w:t>
      </w:r>
      <w:r>
        <w:t>din ko nahi sona hai.</w:t>
      </w:r>
    </w:p>
    <w:p>
      <w:pPr>
        <w:jc w:val="right"/>
      </w:pPr>
      <w:r>
        <w:t>دن کو نہیں سونا ہے۔</w:t>
      </w:r>
    </w:p>
    <w:p>
      <w:r>
        <w:rPr>
          <w:b/>
        </w:rPr>
        <w:t xml:space="preserve">[45:16] </w:t>
      </w:r>
      <w:r>
        <w:t>isi tarah se har aadmi ko apne andar anti programming soch ko develop karna paray ga.</w:t>
      </w:r>
    </w:p>
    <w:p>
      <w:pPr>
        <w:jc w:val="right"/>
      </w:pPr>
      <w:r>
        <w:t>اسی طرح سے ہر آدمی کو اپنے اندر anti programming سوچ کو develop کرنا پڑے گا۔</w:t>
      </w:r>
    </w:p>
    <w:p>
      <w:r>
        <w:rPr>
          <w:b/>
        </w:rPr>
        <w:t xml:space="preserve">[45:23] </w:t>
      </w:r>
      <w:r>
        <w:t>taake woh maut ko yaad kare.</w:t>
      </w:r>
    </w:p>
    <w:p>
      <w:pPr>
        <w:jc w:val="right"/>
      </w:pPr>
      <w:r>
        <w:t>تاکہ وہ موت کو یاد کرے۔</w:t>
      </w:r>
    </w:p>
    <w:p>
      <w:r>
        <w:rPr>
          <w:b/>
        </w:rPr>
        <w:t xml:space="preserve">[45:25] </w:t>
      </w:r>
      <w:r>
        <w:t>aur is ka woh anjam na ho ke jab jab aankh khuli gul ki to mausam tha khazan</w:t>
      </w:r>
    </w:p>
    <w:p>
      <w:pPr>
        <w:jc w:val="right"/>
      </w:pPr>
      <w:r>
        <w:t>اور اس کا وہ انجام نہ ہو کہ جب جب آنکھ کھلی گل کی تو موسم تھا خزاں</w:t>
      </w:r>
    </w:p>
    <w:p>
      <w:r>
        <w:rPr>
          <w:b/>
        </w:rPr>
        <w:t xml:space="preserve">[45:33] </w:t>
      </w:r>
      <w:r>
        <w:t>ka.</w:t>
      </w:r>
    </w:p>
    <w:p>
      <w:pPr>
        <w:jc w:val="right"/>
      </w:pPr>
      <w:r>
        <w:t>کا۔</w:t>
      </w:r>
    </w:p>
    <w:p>
      <w:r>
        <w:rPr>
          <w:b/>
        </w:rPr>
        <w:t xml:space="preserve">[45:35] </w:t>
      </w:r>
      <w:r>
        <w:t>yeh yeh is ko na dekhna paray.</w:t>
      </w:r>
    </w:p>
    <w:p>
      <w:pPr>
        <w:jc w:val="right"/>
      </w:pPr>
      <w:r>
        <w:t>یہ یہ اس کو نہ دیکھنا پڑے۔</w:t>
      </w:r>
    </w:p>
    <w:p>
      <w:r>
        <w:rPr>
          <w:b/>
        </w:rPr>
        <w:t xml:space="preserve">[45:38] </w:t>
      </w:r>
      <w:r>
        <w:t>hum mein se har shakhs ko yeh karna hai, har shakhs ko yeh karna hai.</w:t>
      </w:r>
    </w:p>
    <w:p>
      <w:pPr>
        <w:jc w:val="right"/>
      </w:pPr>
      <w:r>
        <w:t>ہم میں سے ہر شخص کو یہ کرنا ہے، ہر شخص کو یہ کرنا ہے۔</w:t>
      </w:r>
    </w:p>
    <w:p>
      <w:r>
        <w:rPr>
          <w:b/>
        </w:rPr>
        <w:t xml:space="preserve">[45:44] </w:t>
      </w:r>
      <w:r>
        <w:t>dunya ka dunya ka karobar jari rakhnay ke liye khuda ne is cheez ko hamare unconscious mind mein</w:t>
      </w:r>
    </w:p>
    <w:p>
      <w:pPr>
        <w:jc w:val="right"/>
      </w:pPr>
      <w:r>
        <w:t>دنیا کا دنیا کا کاروبار جاری رکھنے کے لیے خدا نے اس چیز کو ہمارے unconscious mind میں</w:t>
      </w:r>
    </w:p>
    <w:p>
      <w:r>
        <w:rPr>
          <w:b/>
        </w:rPr>
        <w:t xml:space="preserve">[45:52] </w:t>
      </w:r>
      <w:r>
        <w:t>daal diya.</w:t>
      </w:r>
    </w:p>
    <w:p>
      <w:pPr>
        <w:jc w:val="right"/>
      </w:pPr>
      <w:r>
        <w:t>ڈال دیا۔</w:t>
      </w:r>
    </w:p>
    <w:p>
      <w:r>
        <w:rPr>
          <w:b/>
        </w:rPr>
        <w:t xml:space="preserve">[45:53] </w:t>
      </w:r>
      <w:r>
        <w:t>ke marna hai, marna hai, marna hai.</w:t>
      </w:r>
    </w:p>
    <w:p>
      <w:pPr>
        <w:jc w:val="right"/>
      </w:pPr>
      <w:r>
        <w:t>کہ مرنا ہے، مرنا ہے، مرنا ہے۔</w:t>
      </w:r>
    </w:p>
    <w:p>
      <w:r>
        <w:rPr>
          <w:b/>
        </w:rPr>
        <w:t xml:space="preserve">[45:56] </w:t>
      </w:r>
      <w:r>
        <w:t>agar na hota to dunya ka karobar thap ho jata.</w:t>
      </w:r>
    </w:p>
    <w:p>
      <w:pPr>
        <w:jc w:val="right"/>
      </w:pPr>
      <w:r>
        <w:t>اگر نہ ہوتا تو دنیا کا کاروبار ٹھپ ہو جاتا۔</w:t>
      </w:r>
    </w:p>
    <w:p>
      <w:r>
        <w:rPr>
          <w:b/>
        </w:rPr>
        <w:t xml:space="preserve">[46:01] </w:t>
      </w:r>
      <w:r>
        <w:t>lekin hamein agar is anjam se bachana hai apne aap ko ke marne ke baad hum aik aik</w:t>
      </w:r>
    </w:p>
    <w:p>
      <w:pPr>
        <w:jc w:val="right"/>
      </w:pPr>
      <w:r>
        <w:t>لیکن ہمیں اگر اس انجام سے بچانا ہے اپنے آپ کو کہ مرنے کے بعد ہم ایک ایک</w:t>
      </w:r>
    </w:p>
    <w:p>
      <w:r>
        <w:rPr>
          <w:b/>
        </w:rPr>
        <w:t xml:space="preserve">[46:08] </w:t>
      </w:r>
      <w:r>
        <w:t>desert mein payein apne aap ko.</w:t>
      </w:r>
    </w:p>
    <w:p>
      <w:pPr>
        <w:jc w:val="right"/>
      </w:pPr>
      <w:r>
        <w:t>desert میں پائیں اپنے آپ کو۔</w:t>
      </w:r>
    </w:p>
    <w:p>
      <w:r>
        <w:rPr>
          <w:b/>
        </w:rPr>
        <w:t xml:space="preserve">[46:11] </w:t>
      </w:r>
      <w:r>
        <w:t>marne ke baad hamein sab kuch chhoot jaye hum se.</w:t>
      </w:r>
    </w:p>
    <w:p>
      <w:pPr>
        <w:jc w:val="right"/>
      </w:pPr>
      <w:r>
        <w:t>مرنے کے بعد ہمیں سب کچھ چھوٹ جائے ہم سے۔</w:t>
      </w:r>
    </w:p>
    <w:p>
      <w:r>
        <w:rPr>
          <w:b/>
        </w:rPr>
        <w:t xml:space="preserve">[46:15] </w:t>
      </w:r>
      <w:r>
        <w:t>marne ke baad hum akele ho jayein.</w:t>
      </w:r>
    </w:p>
    <w:p>
      <w:pPr>
        <w:jc w:val="right"/>
      </w:pPr>
      <w:r>
        <w:t>مرنے کے بعد ہم اکیلے ہو جائیں۔</w:t>
      </w:r>
    </w:p>
    <w:p>
      <w:r>
        <w:rPr>
          <w:b/>
        </w:rPr>
        <w:t xml:space="preserve">[46:18] </w:t>
      </w:r>
      <w:r>
        <w:t>abhi tata ne jo nai gari nikali hai, jo cheapest gari mani jati hai.</w:t>
      </w:r>
    </w:p>
    <w:p>
      <w:pPr>
        <w:jc w:val="right"/>
      </w:pPr>
      <w:r>
        <w:t>ابھی ٹاٹا نے جو نئی گاڑی نکالی ہے، جو cheapest گاڑی مانی جاتی ہے۔</w:t>
      </w:r>
    </w:p>
    <w:p>
      <w:r>
        <w:rPr>
          <w:b/>
        </w:rPr>
        <w:t xml:space="preserve">[46:24] </w:t>
      </w:r>
      <w:r>
        <w:t>to bara kar nama un ka hai, akhbar mein bar bar chhapta hai ke cheapest car, cheapest car.</w:t>
      </w:r>
    </w:p>
    <w:p>
      <w:pPr>
        <w:jc w:val="right"/>
      </w:pPr>
      <w:r>
        <w:t>تو بڑا کارنامہ ان کا ہے، اخبار میں بار بار چھپتا ہے کہ cheapest car، cheapest car۔</w:t>
      </w:r>
    </w:p>
    <w:p>
      <w:r>
        <w:rPr>
          <w:b/>
        </w:rPr>
        <w:t xml:space="preserve">[46:31] </w:t>
      </w:r>
      <w:r>
        <w:t>lekin is ka apna aya hai is mein times of window, is mein akhbar mein mein ne parha.</w:t>
      </w:r>
    </w:p>
    <w:p>
      <w:pPr>
        <w:jc w:val="right"/>
      </w:pPr>
      <w:r>
        <w:t>لیکن اس کا اپنا آیا ہے اس میں ٹائمز آف ونڈو، اس میں اخبار میں میں نے پڑھا۔</w:t>
      </w:r>
    </w:p>
    <w:p>
      <w:r>
        <w:rPr>
          <w:b/>
        </w:rPr>
        <w:t xml:space="preserve">[46:39] </w:t>
      </w:r>
      <w:r>
        <w:t>angrezi akhbar mein.</w:t>
      </w:r>
    </w:p>
    <w:p>
      <w:pPr>
        <w:jc w:val="right"/>
      </w:pPr>
      <w:r>
        <w:t>انگریزی اخبار میں۔</w:t>
      </w:r>
    </w:p>
    <w:p>
      <w:r>
        <w:rPr>
          <w:b/>
        </w:rPr>
        <w:t xml:space="preserve">[46:41] </w:t>
      </w:r>
      <w:r>
        <w:t>ke mein apne aap ko akela pata hoon.</w:t>
      </w:r>
    </w:p>
    <w:p>
      <w:pPr>
        <w:jc w:val="right"/>
      </w:pPr>
      <w:r>
        <w:t>کہ میں اپنے آپ کو اکیلا پاتا ہوں۔</w:t>
      </w:r>
    </w:p>
    <w:p>
      <w:r>
        <w:rPr>
          <w:b/>
        </w:rPr>
        <w:t xml:space="preserve">[46:44] </w:t>
      </w:r>
      <w:r>
        <w:t>i am alone.</w:t>
      </w:r>
    </w:p>
    <w:p>
      <w:pPr>
        <w:jc w:val="right"/>
      </w:pPr>
      <w:r>
        <w:t>آئی ایم alone۔</w:t>
      </w:r>
    </w:p>
    <w:p>
      <w:r>
        <w:rPr>
          <w:b/>
        </w:rPr>
        <w:t xml:space="preserve">[46:46] </w:t>
      </w:r>
      <w:r>
        <w:t>yani itna bara kaam kar ke bhi woh akela hai.</w:t>
      </w:r>
    </w:p>
    <w:p>
      <w:pPr>
        <w:jc w:val="right"/>
      </w:pPr>
      <w:r>
        <w:t>یعنی اتنا بڑا کام کر کے بھی وہ اکیلا ہے۔</w:t>
      </w:r>
    </w:p>
    <w:p>
      <w:r>
        <w:rPr>
          <w:b/>
        </w:rPr>
        <w:t xml:space="preserve">[46:50] </w:t>
      </w:r>
      <w:r>
        <w:t>to mein ne socha ke aisa kyun hai? to mein ne socha is ne apne is eternity ko</w:t>
      </w:r>
    </w:p>
    <w:p>
      <w:pPr>
        <w:jc w:val="right"/>
      </w:pPr>
      <w:r>
        <w:t>تو میں نے سوچا کہ ایسا کیوں ہے؟ تو میں نے سوچا اس نے اپنے اس eternity کو</w:t>
      </w:r>
    </w:p>
    <w:p>
      <w:r>
        <w:rPr>
          <w:b/>
        </w:rPr>
        <w:t xml:space="preserve">[46:58] </w:t>
      </w:r>
      <w:r>
        <w:t>feed nahi kiya.</w:t>
      </w:r>
    </w:p>
    <w:p>
      <w:pPr>
        <w:jc w:val="right"/>
      </w:pPr>
      <w:r>
        <w:t>feed نہیں کیا۔</w:t>
      </w:r>
    </w:p>
    <w:p>
      <w:r>
        <w:rPr>
          <w:b/>
        </w:rPr>
        <w:t xml:space="preserve">[46:59] </w:t>
      </w:r>
      <w:r>
        <w:t>is ne feed jis ko kiya woh to is ki bohat superfluous, is ki personality ka superficial, superficial,</w:t>
      </w:r>
    </w:p>
    <w:p>
      <w:pPr>
        <w:jc w:val="right"/>
      </w:pPr>
      <w:r>
        <w:t>اس نے feed جس کو کیا وہ تو اس کی بہت superfluous، اس کی personality کا superficial، superficial،</w:t>
      </w:r>
    </w:p>
    <w:p>
      <w:r>
        <w:rPr>
          <w:b/>
        </w:rPr>
        <w:t xml:space="preserve">[47:07] </w:t>
      </w:r>
      <w:r>
        <w:t>superfluous woh hissa tha.</w:t>
      </w:r>
    </w:p>
    <w:p>
      <w:pPr>
        <w:jc w:val="right"/>
      </w:pPr>
      <w:r>
        <w:t>superfluous وہ حصہ تھا۔</w:t>
      </w:r>
    </w:p>
    <w:p>
      <w:r>
        <w:rPr>
          <w:b/>
        </w:rPr>
        <w:t xml:space="preserve">[47:09] </w:t>
      </w:r>
      <w:r>
        <w:t>apni real jo personality hai is is is ko car tum ne cheap car banai hai, na banai</w:t>
      </w:r>
    </w:p>
    <w:p>
      <w:pPr>
        <w:jc w:val="right"/>
      </w:pPr>
      <w:r>
        <w:t>اپنی real جو personality ہے اس اس اس کو car تم نے cheap car بنائی ہے، نہ بنائی</w:t>
      </w:r>
    </w:p>
    <w:p>
      <w:r>
        <w:rPr>
          <w:b/>
        </w:rPr>
        <w:t xml:space="preserve">[47:16] </w:t>
      </w:r>
      <w:r>
        <w:t>is se to koi lena dena nahi hai.</w:t>
      </w:r>
    </w:p>
    <w:p>
      <w:pPr>
        <w:jc w:val="right"/>
      </w:pPr>
      <w:r>
        <w:t>اس سے تو کوئی لینا دینا نہیں ہے۔</w:t>
      </w:r>
    </w:p>
    <w:p>
      <w:r>
        <w:rPr>
          <w:b/>
        </w:rPr>
        <w:t xml:space="preserve">[47:20] </w:t>
      </w:r>
      <w:r>
        <w:t>woh to eternal values ko le kar ke is ka is ki banawat hui hai.</w:t>
      </w:r>
    </w:p>
    <w:p>
      <w:pPr>
        <w:jc w:val="right"/>
      </w:pPr>
      <w:r>
        <w:t>وہ تو eternal values کو لے کر کے اس کا اس کی بناوٹ ہوئی ہے۔</w:t>
      </w:r>
    </w:p>
    <w:p>
      <w:r>
        <w:rPr>
          <w:b/>
        </w:rPr>
        <w:t xml:space="preserve">[47:26] </w:t>
      </w:r>
      <w:r>
        <w:t>to insan ke andar jo real hasti hai, jo jo dunya se le kar akhirat tak chali ja</w:t>
      </w:r>
    </w:p>
    <w:p>
      <w:pPr>
        <w:jc w:val="right"/>
      </w:pPr>
      <w:r>
        <w:t>تو انسان کے اندر جو real ہستی ہے، جو جو دنیا سے لے کر آخرت تک چلی جا</w:t>
      </w:r>
    </w:p>
    <w:p>
      <w:r>
        <w:rPr>
          <w:b/>
        </w:rPr>
        <w:t xml:space="preserve">[47:34] </w:t>
      </w:r>
      <w:r>
        <w:t>rahi hai, woh real hasti hai jo khuda ki yaad mein jeena chahti hai.</w:t>
      </w:r>
    </w:p>
    <w:p>
      <w:pPr>
        <w:jc w:val="right"/>
      </w:pPr>
      <w:r>
        <w:t>رہی ہے، وہ real ہستی ہے جو خدا کی یاد میں جینا چاہتی ہے۔</w:t>
      </w:r>
    </w:p>
    <w:p>
      <w:r>
        <w:rPr>
          <w:b/>
        </w:rPr>
        <w:t xml:space="preserve">[47:40] </w:t>
      </w:r>
      <w:r>
        <w:t>woh real hasti hai jo paradise mein apni seat hasil karna chahti hai.</w:t>
      </w:r>
    </w:p>
    <w:p>
      <w:pPr>
        <w:jc w:val="right"/>
      </w:pPr>
      <w:r>
        <w:t>وہ real ہستی ہے جو paradise میں اپنی seat حاصل کرنا چاہتی ہے۔</w:t>
      </w:r>
    </w:p>
    <w:p>
      <w:r>
        <w:rPr>
          <w:b/>
        </w:rPr>
        <w:t xml:space="preserve">[47:45] </w:t>
      </w:r>
      <w:r>
        <w:t>to is real hasti ko to is ne feed nahin kiya.</w:t>
      </w:r>
    </w:p>
    <w:p>
      <w:pPr>
        <w:jc w:val="right"/>
      </w:pPr>
      <w:r>
        <w:t>تو اس real ہستی کو تو اس نے feed نہیں کیا۔</w:t>
      </w:r>
    </w:p>
    <w:p>
      <w:r>
        <w:rPr>
          <w:b/>
        </w:rPr>
        <w:t xml:space="preserve">[47:50] </w:t>
      </w:r>
      <w:r>
        <w:t>is wajah se phir bhi akela parta hai apne aap ko.</w:t>
      </w:r>
    </w:p>
    <w:p>
      <w:pPr>
        <w:jc w:val="right"/>
      </w:pPr>
      <w:r>
        <w:t>اس وجہ سے پھر بھی اکیلا پڑتا ہے اپنے آپ کو۔</w:t>
      </w:r>
    </w:p>
    <w:p>
      <w:r>
        <w:rPr>
          <w:b/>
        </w:rPr>
        <w:t xml:space="preserve">[47:55] </w:t>
      </w:r>
      <w:r>
        <w:t>to behal main yeh kahoon ga ke hum mein se har shakhs ko yeh karna hai ke apne</w:t>
      </w:r>
    </w:p>
    <w:p>
      <w:pPr>
        <w:jc w:val="right"/>
      </w:pPr>
      <w:r>
        <w:t>تو بہرحال میں یہ کہوں گا کہ ہم میں سے ہر شخص کو یہ کرنا ہے کہ اپنے</w:t>
      </w:r>
    </w:p>
    <w:p>
      <w:r>
        <w:rPr>
          <w:b/>
        </w:rPr>
        <w:t xml:space="preserve">[48:03] </w:t>
      </w:r>
      <w:r>
        <w:t>andar anti programming soch develop karein.</w:t>
      </w:r>
    </w:p>
    <w:p>
      <w:pPr>
        <w:jc w:val="right"/>
      </w:pPr>
      <w:r>
        <w:t>اندر anti programming سوچ develop کرے۔</w:t>
      </w:r>
    </w:p>
    <w:p>
      <w:r>
        <w:rPr>
          <w:b/>
        </w:rPr>
        <w:t xml:space="preserve">[48:05] </w:t>
      </w:r>
      <w:r>
        <w:t>warna yahi hoga ke jab aankh khuli gul ki to mausam tha khizan ka.</w:t>
      </w:r>
    </w:p>
    <w:p>
      <w:pPr>
        <w:jc w:val="right"/>
      </w:pPr>
      <w:r>
        <w:t>ورنہ یہی ہوگا کہ جب آنکھ کھلی گل کی تو موسم تھا خزاں کا۔</w:t>
      </w:r>
    </w:p>
    <w:p>
      <w:r>
        <w:rPr>
          <w:b/>
        </w:rPr>
        <w:t xml:space="preserve">[48:11] </w:t>
      </w:r>
      <w:r>
        <w:t>to khulasa yeh ke insan jo nikala gaya tha jannat se to mind mein to phir bhi jannat</w:t>
      </w:r>
    </w:p>
    <w:p>
      <w:pPr>
        <w:jc w:val="right"/>
      </w:pPr>
      <w:r>
        <w:t>تو خلاصہ یہ کہ انسان جو نکالا گیا تھا جنت سے تو mind میں تو پھر بھی جنت</w:t>
      </w:r>
    </w:p>
    <w:p>
      <w:r>
        <w:rPr>
          <w:b/>
        </w:rPr>
        <w:t xml:space="preserve">[48:19] </w:t>
      </w:r>
      <w:r>
        <w:t>bhari hui thi is ke.</w:t>
      </w:r>
    </w:p>
    <w:p>
      <w:pPr>
        <w:jc w:val="right"/>
      </w:pPr>
      <w:r>
        <w:t>بھری ہوئی تھی اس کے۔</w:t>
      </w:r>
    </w:p>
    <w:p>
      <w:r>
        <w:rPr>
          <w:b/>
        </w:rPr>
        <w:t xml:space="preserve">[48:21] </w:t>
      </w:r>
      <w:r>
        <w:t>yani practical tor par woh jannat mein nahin reh raha tha lekin is ka mind jo tha woh</w:t>
      </w:r>
    </w:p>
    <w:p>
      <w:pPr>
        <w:jc w:val="right"/>
      </w:pPr>
      <w:r>
        <w:t>یعنی practical طور پر وہ جنت میں نہیں رہ رہا تھا لیکن اس کا mind جو تھا وہ</w:t>
      </w:r>
    </w:p>
    <w:p>
      <w:r>
        <w:rPr>
          <w:b/>
        </w:rPr>
        <w:t xml:space="preserve">[48:29] </w:t>
      </w:r>
      <w:r>
        <w:t>jannat se bhara hua tha.</w:t>
      </w:r>
    </w:p>
    <w:p>
      <w:pPr>
        <w:jc w:val="right"/>
      </w:pPr>
      <w:r>
        <w:t>جنت سے بھرا ہوا تھا۔</w:t>
      </w:r>
    </w:p>
    <w:p>
      <w:r>
        <w:rPr>
          <w:b/>
        </w:rPr>
        <w:t xml:space="preserve">[48:31] </w:t>
      </w:r>
      <w:r>
        <w:t>to isi ko phir se lene ke liye is ki sari struggle chali.</w:t>
      </w:r>
    </w:p>
    <w:p>
      <w:pPr>
        <w:jc w:val="right"/>
      </w:pPr>
      <w:r>
        <w:t>تو اسی کو پھر سے لینے کے لیے اس کی ساری struggle چلی۔</w:t>
      </w:r>
    </w:p>
    <w:p>
      <w:r>
        <w:rPr>
          <w:b/>
        </w:rPr>
        <w:t xml:space="preserve">[48:36] </w:t>
      </w:r>
      <w:r>
        <w:t>isi struggle ka naam hai civilization.</w:t>
      </w:r>
    </w:p>
    <w:p>
      <w:pPr>
        <w:jc w:val="right"/>
      </w:pPr>
      <w:r>
        <w:t>اسی struggle کا نام ہے civilization۔</w:t>
      </w:r>
    </w:p>
    <w:p>
      <w:r>
        <w:rPr>
          <w:b/>
        </w:rPr>
        <w:t xml:space="preserve">[48:39] </w:t>
      </w:r>
      <w:r>
        <w:t>civilization jo hai woh kya hai? woh aik journey hai from this world to the world hereafter.</w:t>
      </w:r>
    </w:p>
    <w:p>
      <w:pPr>
        <w:jc w:val="right"/>
      </w:pPr>
      <w:r>
        <w:t>Civilization جو ہے وہ کیا ہے؟ وہ ایک journey ہے from this world to the world hereafter۔</w:t>
      </w:r>
    </w:p>
    <w:p>
      <w:r>
        <w:rPr>
          <w:b/>
        </w:rPr>
        <w:t xml:space="preserve">[48:46] </w:t>
      </w:r>
      <w:r>
        <w:t>haqeeqat ke aitbar se.</w:t>
      </w:r>
    </w:p>
    <w:p>
      <w:pPr>
        <w:jc w:val="right"/>
      </w:pPr>
      <w:r>
        <w:t>حقیقت کے اعتبار سے۔</w:t>
      </w:r>
    </w:p>
    <w:p>
      <w:r>
        <w:rPr>
          <w:b/>
        </w:rPr>
        <w:t xml:space="preserve">[48:48] </w:t>
      </w:r>
      <w:r>
        <w:t>to civilization jo hai woh yeh thi ke hum is dunya mein phir jannat ko pa lein.</w:t>
      </w:r>
    </w:p>
    <w:p>
      <w:pPr>
        <w:jc w:val="right"/>
      </w:pPr>
      <w:r>
        <w:t>تو civilization جو ہے وہ یہ تھی کہ ہم اس دنیا میں پھر جنت کو پا لیں۔</w:t>
      </w:r>
    </w:p>
    <w:p>
      <w:r>
        <w:rPr>
          <w:b/>
        </w:rPr>
        <w:t xml:space="preserve">[48:55] </w:t>
      </w:r>
      <w:r>
        <w:t>lekin aap dekhte hain ke is dunya mein jannat ko pana mumkin nahin tha is ke liye.</w:t>
      </w:r>
    </w:p>
    <w:p>
      <w:pPr>
        <w:jc w:val="right"/>
      </w:pPr>
      <w:r>
        <w:t>لیکن آپ دیکھتے ہیں کہ اس دنیا میں جنت کو پانا ممکن نہیں تھا اس کے لیے۔</w:t>
      </w:r>
    </w:p>
    <w:p>
      <w:r>
        <w:rPr>
          <w:b/>
        </w:rPr>
        <w:t xml:space="preserve">[49:03] </w:t>
      </w:r>
      <w:r>
        <w:t>jo kyunke aik to is ki maut rukawat thi is ke liye.</w:t>
      </w:r>
    </w:p>
    <w:p>
      <w:pPr>
        <w:jc w:val="right"/>
      </w:pPr>
      <w:r>
        <w:t>جو کیونکہ ایک تو اس کی موت رکاوٹ تھی اس کے لیے۔</w:t>
      </w:r>
    </w:p>
    <w:p>
      <w:r>
        <w:rPr>
          <w:b/>
        </w:rPr>
        <w:t xml:space="preserve">[49:08] </w:t>
      </w:r>
      <w:r>
        <w:t>aur bhi kal parson dekh ke aaya hai rate is mein algore ka.</w:t>
      </w:r>
    </w:p>
    <w:p>
      <w:pPr>
        <w:jc w:val="right"/>
      </w:pPr>
      <w:r>
        <w:t>اور بھی کل پرسوں دیکھ کے آیا ہے rate اس میں الگور کا۔</w:t>
      </w:r>
    </w:p>
    <w:p>
      <w:r>
        <w:rPr>
          <w:b/>
        </w:rPr>
        <w:t xml:space="preserve">[49:13] </w:t>
      </w:r>
      <w:r>
        <w:t>algore jo ke bohat bara hissa is ka hai is mein.</w:t>
      </w:r>
    </w:p>
    <w:p>
      <w:pPr>
        <w:jc w:val="right"/>
      </w:pPr>
      <w:r>
        <w:t>الگور جو کہ بہت بڑا حصہ اس کا ہے اس میں۔</w:t>
      </w:r>
    </w:p>
    <w:p>
      <w:r>
        <w:rPr>
          <w:b/>
        </w:rPr>
        <w:t xml:space="preserve">[49:18] </w:t>
      </w:r>
      <w:r>
        <w:t>jo climate change jo hua dunya mein.</w:t>
      </w:r>
    </w:p>
    <w:p>
      <w:pPr>
        <w:jc w:val="right"/>
      </w:pPr>
      <w:r>
        <w:t>جو climate change جو ہوا دنیا میں۔</w:t>
      </w:r>
    </w:p>
    <w:p>
      <w:r>
        <w:rPr>
          <w:b/>
        </w:rPr>
        <w:t xml:space="preserve">[49:21] </w:t>
      </w:r>
      <w:r>
        <w:t>is mein is se bohat bara hissa is ka hai.</w:t>
      </w:r>
    </w:p>
    <w:p>
      <w:pPr>
        <w:jc w:val="right"/>
      </w:pPr>
      <w:r>
        <w:t>اس میں اس سے بہت بڑا حصہ اس کا ہے۔</w:t>
      </w:r>
    </w:p>
    <w:p>
      <w:r>
        <w:rPr>
          <w:b/>
        </w:rPr>
        <w:t xml:space="preserve">[49:25] </w:t>
      </w:r>
      <w:r>
        <w:t>hazaron scientists is mein lage hue hain.</w:t>
      </w:r>
    </w:p>
    <w:p>
      <w:pPr>
        <w:jc w:val="right"/>
      </w:pPr>
      <w:r>
        <w:t>ہزاروں scientists اس میں لگے ہوئے ہیں۔</w:t>
      </w:r>
    </w:p>
    <w:p>
      <w:r>
        <w:rPr>
          <w:b/>
        </w:rPr>
        <w:t xml:space="preserve">[49:28] </w:t>
      </w:r>
      <w:r>
        <w:t>is mein yeh aik A bhi hai jis ko Nobel Prize mila hai is ko Al Gore ko.</w:t>
      </w:r>
    </w:p>
    <w:p>
      <w:pPr>
        <w:jc w:val="right"/>
      </w:pPr>
      <w:r>
        <w:t>اس میں یہ ایک اے بھی ہے جس کو Nobel Prize ملا ہے اس کو الگور کو۔</w:t>
      </w:r>
    </w:p>
    <w:p>
      <w:r>
        <w:rPr>
          <w:b/>
        </w:rPr>
        <w:t xml:space="preserve">[49:36] </w:t>
      </w:r>
      <w:r>
        <w:t>is ne kaha ke jo north pole mein jo ice cap hai.</w:t>
      </w:r>
    </w:p>
    <w:p>
      <w:pPr>
        <w:jc w:val="right"/>
      </w:pPr>
      <w:r>
        <w:t>اس نے کہا کہ جو north pole میں جو آئس کیپ ہے۔</w:t>
      </w:r>
    </w:p>
    <w:p>
      <w:r>
        <w:rPr>
          <w:b/>
        </w:rPr>
        <w:t xml:space="preserve">[49:41] </w:t>
      </w:r>
      <w:r>
        <w:t>jo kai France ke barabar hai woh.</w:t>
      </w:r>
    </w:p>
    <w:p>
      <w:pPr>
        <w:jc w:val="right"/>
      </w:pPr>
      <w:r>
        <w:t>جو کئی فرانس کے برابر ہے وہ۔</w:t>
      </w:r>
    </w:p>
    <w:p>
      <w:r>
        <w:rPr>
          <w:b/>
        </w:rPr>
        <w:t xml:space="preserve">[49:44] </w:t>
      </w:r>
      <w:r>
        <w:t>bohat hi ziyada baray area mein.</w:t>
      </w:r>
    </w:p>
    <w:p>
      <w:pPr>
        <w:jc w:val="right"/>
      </w:pPr>
      <w:r>
        <w:t>بہت ہی زیادہ بڑے area میں۔</w:t>
      </w:r>
    </w:p>
    <w:p>
      <w:r>
        <w:rPr>
          <w:b/>
        </w:rPr>
        <w:t xml:space="preserve">[49:46] </w:t>
      </w:r>
      <w:r>
        <w:t>woh sab pighal rahi hai, pighal rahi hai, melt ho rahi hai.</w:t>
      </w:r>
    </w:p>
    <w:p>
      <w:pPr>
        <w:jc w:val="right"/>
      </w:pPr>
      <w:r>
        <w:t>وہ سب پگھل رہی ہے، پگھل رہی ہے، melt ہو رہی ہے۔</w:t>
      </w:r>
    </w:p>
    <w:p>
      <w:r>
        <w:rPr>
          <w:b/>
        </w:rPr>
        <w:t xml:space="preserve">[49:51] </w:t>
      </w:r>
      <w:r>
        <w:t>aur sirf panch saal ke andar woh disappear ho jaye gi.</w:t>
      </w:r>
    </w:p>
    <w:p>
      <w:pPr>
        <w:jc w:val="right"/>
      </w:pPr>
      <w:r>
        <w:t>اور صرف پانچ سال کے اندر وہ disappear ہو جائے گی۔</w:t>
      </w:r>
    </w:p>
    <w:p>
      <w:r>
        <w:rPr>
          <w:b/>
        </w:rPr>
        <w:t xml:space="preserve">[49:56] </w:t>
      </w:r>
      <w:r>
        <w:t>panch saal mein disappear ho jaye gi woh.</w:t>
      </w:r>
    </w:p>
    <w:p>
      <w:pPr>
        <w:jc w:val="right"/>
      </w:pPr>
      <w:r>
        <w:t>پانچ سال میں disappear ہو جائے گی وہ۔</w:t>
      </w:r>
    </w:p>
    <w:p>
      <w:r>
        <w:rPr>
          <w:b/>
        </w:rPr>
        <w:t xml:space="preserve">[50:00] </w:t>
      </w:r>
      <w:r>
        <w:t>dekh kya hoga woh panch saal ke baad duniya kya hoga? Kisi ne shair ne kaha tha ke</w:t>
      </w:r>
    </w:p>
    <w:p>
      <w:pPr>
        <w:jc w:val="right"/>
      </w:pPr>
      <w:r>
        <w:t>دیکھ کیا ہوگا وہ پانچ سال کے بعد دنیا کیا ہوگا؟ کسی نے شاعر نے کہا تھا کہ</w:t>
      </w:r>
    </w:p>
    <w:p>
      <w:r>
        <w:rPr>
          <w:b/>
        </w:rPr>
        <w:t xml:space="preserve">[50:07] </w:t>
      </w:r>
      <w:r>
        <w:t>maa be herat ho ke duniya kya se kya ho jaye gi.</w:t>
      </w:r>
    </w:p>
    <w:p>
      <w:pPr>
        <w:jc w:val="right"/>
      </w:pPr>
      <w:r>
        <w:t>ماں بے حیرت ہو کہ دنیا کیا سے کیا ہو جائے گی۔</w:t>
      </w:r>
    </w:p>
    <w:p>
      <w:r>
        <w:rPr>
          <w:b/>
        </w:rPr>
        <w:t xml:space="preserve">[50:12] </w:t>
      </w:r>
      <w:r>
        <w:t>kisi shair ne kaha tha aankh jo kuch dekhti hai lab pe aa sakta nahin.</w:t>
      </w:r>
    </w:p>
    <w:p>
      <w:pPr>
        <w:jc w:val="right"/>
      </w:pPr>
      <w:r>
        <w:t>کسی شاعر نے کہا تھا آنکھ جو کچھ دیکھتی ہے لب پہ آ سکتا نہیں۔</w:t>
      </w:r>
    </w:p>
    <w:p>
      <w:r>
        <w:rPr>
          <w:b/>
        </w:rPr>
        <w:t xml:space="preserve">[50:19] </w:t>
      </w:r>
      <w:r>
        <w:t>maa be herat ho ke duniya kya se kya ho jaye gi.</w:t>
      </w:r>
    </w:p>
    <w:p>
      <w:pPr>
        <w:jc w:val="right"/>
      </w:pPr>
      <w:r>
        <w:t>ماں بے حیرت ہو کہ دنیا کیا سے کیا ہو جائے گی۔</w:t>
      </w:r>
    </w:p>
    <w:p>
      <w:r>
        <w:rPr>
          <w:b/>
        </w:rPr>
        <w:t xml:space="preserve">[50:24] </w:t>
      </w:r>
      <w:r>
        <w:t>yeh to aik aik khayali baat thi.</w:t>
      </w:r>
    </w:p>
    <w:p>
      <w:pPr>
        <w:jc w:val="right"/>
      </w:pPr>
      <w:r>
        <w:t>یہ تو ایک ایک خیالی بات تھی۔</w:t>
      </w:r>
    </w:p>
    <w:p>
      <w:r>
        <w:rPr>
          <w:b/>
        </w:rPr>
        <w:t xml:space="preserve">[50:27] </w:t>
      </w:r>
      <w:r>
        <w:t>shair ko pata nahin tha ke duniya mein yeh sab ho raha hai.</w:t>
      </w:r>
    </w:p>
    <w:p>
      <w:pPr>
        <w:jc w:val="right"/>
      </w:pPr>
      <w:r>
        <w:t>شاعر کو پتہ نہیں تھا کہ دنیا میں یہ سب ہو رہا ہے۔</w:t>
      </w:r>
    </w:p>
    <w:p>
      <w:r>
        <w:rPr>
          <w:b/>
        </w:rPr>
        <w:t xml:space="preserve">[50:33] </w:t>
      </w:r>
      <w:r>
        <w:t>ke ab jo science bata rahi hai science.</w:t>
      </w:r>
    </w:p>
    <w:p>
      <w:pPr>
        <w:jc w:val="right"/>
      </w:pPr>
      <w:r>
        <w:t>کہ اب جو سائنس بتا رہی ہے سائنس۔</w:t>
      </w:r>
    </w:p>
    <w:p>
      <w:r>
        <w:rPr>
          <w:b/>
        </w:rPr>
        <w:t xml:space="preserve">[50:36] </w:t>
      </w:r>
      <w:r>
        <w:t>woh to bohat hi ziyada bhayanak discoveries hain.</w:t>
      </w:r>
    </w:p>
    <w:p>
      <w:pPr>
        <w:jc w:val="right"/>
      </w:pPr>
      <w:r>
        <w:t>وہ تو بہت ہی زیادہ بھیانک discoveries ہیں۔</w:t>
      </w:r>
    </w:p>
    <w:p>
      <w:r>
        <w:rPr>
          <w:b/>
        </w:rPr>
        <w:t xml:space="preserve">[50:39] </w:t>
      </w:r>
      <w:r>
        <w:t>aap ghor kijiye ke north pole ki ice cap jo hai woh melt ho jaye.</w:t>
      </w:r>
    </w:p>
    <w:p>
      <w:pPr>
        <w:jc w:val="right"/>
      </w:pPr>
      <w:r>
        <w:t>آپ غور کیجیے کہ north pole کی آئس کیپ جو ہے وہ melt ہو جائے۔</w:t>
      </w:r>
    </w:p>
    <w:p>
      <w:r>
        <w:rPr>
          <w:b/>
        </w:rPr>
        <w:t xml:space="preserve">[50:46] </w:t>
      </w:r>
      <w:r>
        <w:t>to kya hoga? Aik dam mein aik aik nai situation paida ho jaye gi.</w:t>
      </w:r>
    </w:p>
    <w:p>
      <w:pPr>
        <w:jc w:val="right"/>
      </w:pPr>
      <w:r>
        <w:t>تو کیا ہوگا؟ ایک دم میں ایک ایک نئی situation پیدا ہو جائے گی۔</w:t>
      </w:r>
    </w:p>
    <w:p>
      <w:r>
        <w:rPr>
          <w:b/>
        </w:rPr>
        <w:t xml:space="preserve">[50:52] </w:t>
      </w:r>
      <w:r>
        <w:t>aik sahib mujh se milay aur un ko beta paida ho gaya un ke haan.</w:t>
      </w:r>
    </w:p>
    <w:p>
      <w:pPr>
        <w:jc w:val="right"/>
      </w:pPr>
      <w:r>
        <w:t>ایک صاحب مجھ سے ملے اور ان کو بیٹا پیدا ہو گیا ان کے ہاں۔</w:t>
      </w:r>
    </w:p>
    <w:p>
      <w:r>
        <w:rPr>
          <w:b/>
        </w:rPr>
        <w:t xml:space="preserve">[50:58] </w:t>
      </w:r>
      <w:r>
        <w:t>aur khushi se yaani un ko jis ko urdu mein kehte hain khushi se phoolay nahin samatay thay</w:t>
      </w:r>
    </w:p>
    <w:p>
      <w:pPr>
        <w:jc w:val="right"/>
      </w:pPr>
      <w:r>
        <w:t>اور خوشی سے یعنی ان کو جس کو اردو میں کہتے ہیں خوشی سے پھولے نہیں سنواتے تھے</w:t>
      </w:r>
    </w:p>
    <w:p>
      <w:r>
        <w:rPr>
          <w:b/>
        </w:rPr>
        <w:t xml:space="preserve">[51:06]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[51:07] </w:t>
      </w:r>
      <w:r>
        <w:t>woh laye thay mithai khushiyon mein.</w:t>
      </w:r>
    </w:p>
    <w:p>
      <w:pPr>
        <w:jc w:val="right"/>
      </w:pPr>
      <w:r>
        <w:t>وہ لائے تھے مٹھائی خوشیوں میں۔</w:t>
      </w:r>
    </w:p>
    <w:p>
      <w:r>
        <w:rPr>
          <w:b/>
        </w:rPr>
        <w:t xml:space="preserve">[51:10] </w:t>
      </w:r>
      <w:r>
        <w:t>aik dam un ki un ke pura jo tha khushi se jaisay nahaye hue hon.</w:t>
      </w:r>
    </w:p>
    <w:p>
      <w:pPr>
        <w:jc w:val="right"/>
      </w:pPr>
      <w:r>
        <w:t>ایک دم ان کی ان کے پورا جو تھا خوشی سے جیسے نہائے ہوئے ہوں۔</w:t>
      </w:r>
    </w:p>
    <w:p>
      <w:r>
        <w:rPr>
          <w:b/>
        </w:rPr>
        <w:t xml:space="preserve">[51:16] </w:t>
      </w:r>
      <w:r>
        <w:t>to mein ne kaha ke dekhiye duniya aisi tezi se badal rahi hai.</w:t>
      </w:r>
    </w:p>
    <w:p>
      <w:pPr>
        <w:jc w:val="right"/>
      </w:pPr>
      <w:r>
        <w:t>تو میں نے کہا کہ دیکھیے دنیا ایسی تیزی سے بدل رہی ہے۔</w:t>
      </w:r>
    </w:p>
    <w:p>
      <w:r>
        <w:rPr>
          <w:b/>
        </w:rPr>
        <w:t xml:space="preserve">[51:22] </w:t>
      </w:r>
      <w:r>
        <w:t>aur panch saal ke baad hi aisi duniya hogi jahan aap ka bacha jo hai us ko khushiyan</w:t>
      </w:r>
    </w:p>
    <w:p>
      <w:pPr>
        <w:jc w:val="right"/>
      </w:pPr>
      <w:r>
        <w:t>اور پانچ سال کے بعد ہی ایسی دنیا ہوگی جہاں آپ کا بچہ جو ہے اس کو خوشیاں</w:t>
      </w:r>
    </w:p>
    <w:p>
      <w:r>
        <w:rPr>
          <w:b/>
        </w:rPr>
        <w:t xml:space="preserve">[51:30] </w:t>
      </w:r>
      <w:r>
        <w:t>nahin milen gi.</w:t>
      </w:r>
    </w:p>
    <w:p>
      <w:pPr>
        <w:jc w:val="right"/>
      </w:pPr>
      <w:r>
        <w:t>نہیں ملیں گی۔</w:t>
      </w:r>
    </w:p>
    <w:p>
      <w:r>
        <w:rPr>
          <w:b/>
        </w:rPr>
        <w:t xml:space="preserve">[51:31] </w:t>
      </w:r>
      <w:r>
        <w:t>climate change itni tez aa raha hai, tez se aa raha hai ke bilkul dunya kuch se kuch</w:t>
      </w:r>
    </w:p>
    <w:p>
      <w:pPr>
        <w:jc w:val="right"/>
      </w:pPr>
      <w:r>
        <w:t>climate change اتنی تیز آ رہا ہے، تیز سے آ رہا ہے کہ بالکل دنیا کچھ سے کچھ</w:t>
      </w:r>
    </w:p>
    <w:p>
      <w:r>
        <w:rPr>
          <w:b/>
        </w:rPr>
        <w:t xml:space="preserve">[51:39] </w:t>
      </w:r>
      <w:r>
        <w:t>ho jayegi.</w:t>
      </w:r>
    </w:p>
    <w:p>
      <w:pPr>
        <w:jc w:val="right"/>
      </w:pPr>
      <w:r>
        <w:t>ہو جائے گی۔</w:t>
      </w:r>
    </w:p>
    <w:p>
      <w:r>
        <w:rPr>
          <w:b/>
        </w:rPr>
        <w:t xml:space="preserve">[51:40] </w:t>
      </w:r>
      <w:r>
        <w:t>kis kis dunya ke liye bachcha paida kar ke aap khush ho rahe hain? desert mein rehne ke</w:t>
      </w:r>
    </w:p>
    <w:p>
      <w:pPr>
        <w:jc w:val="right"/>
      </w:pPr>
      <w:r>
        <w:t>کس کس دنیا کے لیے بچہ پیدا کر کے آپ خوش ہو رہے ہیں؟ desert میں رہنے کے</w:t>
      </w:r>
    </w:p>
    <w:p>
      <w:r>
        <w:rPr>
          <w:b/>
        </w:rPr>
        <w:t xml:space="preserve">[51:48] </w:t>
      </w:r>
      <w:r>
        <w:t>liye? flood mein rehne ke liye? unbearable garmi mein rehne ke liye? ab to waqt hai ke insaan</w:t>
      </w:r>
    </w:p>
    <w:p>
      <w:pPr>
        <w:jc w:val="right"/>
      </w:pPr>
      <w:r>
        <w:t>لیے؟ flood میں رہنے کے لیے؟ unbearable گرمی میں رہنے کے لیے؟ اب تو وقت ہے کہ انسان</w:t>
      </w:r>
    </w:p>
    <w:p>
      <w:r>
        <w:rPr>
          <w:b/>
        </w:rPr>
        <w:t xml:space="preserve">[51:56] </w:t>
      </w:r>
      <w:r>
        <w:t>jo hai Allah Allah kare, jannat ke liye kaam kare.</w:t>
      </w:r>
    </w:p>
    <w:p>
      <w:pPr>
        <w:jc w:val="right"/>
      </w:pPr>
      <w:r>
        <w:t>جو ہے اللہ اللہ کرے، جنت کے لیے کام کرے۔</w:t>
      </w:r>
    </w:p>
    <w:p>
      <w:r>
        <w:rPr>
          <w:b/>
        </w:rPr>
        <w:t xml:space="preserve">[52:00] </w:t>
      </w:r>
      <w:r>
        <w:t>aur dua o work kare.</w:t>
      </w:r>
    </w:p>
    <w:p>
      <w:pPr>
        <w:jc w:val="right"/>
      </w:pPr>
      <w:r>
        <w:t>اور دعا و work کرے۔</w:t>
      </w:r>
    </w:p>
    <w:p>
      <w:r>
        <w:rPr>
          <w:b/>
        </w:rPr>
        <w:t xml:space="preserve">[52:02] </w:t>
      </w:r>
      <w:r>
        <w:t>main kahunga ke aakhir waqt aa gaya hai ke hum aap jin ko is baat ka gyaan hai,</w:t>
      </w:r>
    </w:p>
    <w:p>
      <w:pPr>
        <w:jc w:val="right"/>
      </w:pPr>
      <w:r>
        <w:t>میں کہوں گا کہ آخر وقت آگیا ہے کہ ہم آپ جن کو اس بات کا گیان ہے،</w:t>
      </w:r>
    </w:p>
    <w:p>
      <w:r>
        <w:rPr>
          <w:b/>
        </w:rPr>
        <w:t xml:space="preserve">[52:10] </w:t>
      </w:r>
      <w:r>
        <w:t>is baat ki samajh hai.</w:t>
      </w:r>
    </w:p>
    <w:p>
      <w:pPr>
        <w:jc w:val="right"/>
      </w:pPr>
      <w:r>
        <w:t>اس بات کی سمجھ ہے۔</w:t>
      </w:r>
    </w:p>
    <w:p>
      <w:r>
        <w:rPr>
          <w:b/>
        </w:rPr>
        <w:t xml:space="preserve">[52:12] </w:t>
      </w:r>
      <w:r>
        <w:t>woh apne aap ko dua o work mein laga dein.</w:t>
      </w:r>
    </w:p>
    <w:p>
      <w:pPr>
        <w:jc w:val="right"/>
      </w:pPr>
      <w:r>
        <w:t>وہ اپنے آپ کو دعا و work میں لگا دیں۔</w:t>
      </w:r>
    </w:p>
    <w:p>
      <w:r>
        <w:rPr>
          <w:b/>
        </w:rPr>
        <w:t xml:space="preserve">[52:16] </w:t>
      </w:r>
      <w:r>
        <w:t>dua o work mein laga dein.</w:t>
      </w:r>
    </w:p>
    <w:p>
      <w:pPr>
        <w:jc w:val="right"/>
      </w:pPr>
      <w:r>
        <w:t>دعا و work میں لگا دیں۔</w:t>
      </w:r>
    </w:p>
    <w:p>
      <w:r>
        <w:rPr>
          <w:b/>
        </w:rPr>
        <w:t xml:space="preserve">[52:19] </w:t>
      </w:r>
      <w:r>
        <w:t>insaan ko is bhool se nikalna hai ke tum civilization ke zariye isi dunya mein paradise bana sakte</w:t>
      </w:r>
    </w:p>
    <w:p>
      <w:pPr>
        <w:jc w:val="right"/>
      </w:pPr>
      <w:r>
        <w:t>انسان کو اس بھول سے نکالنا ہے کہ تم civilization کے ذریعے اسی دنیا میں paradise بنا سکتے</w:t>
      </w:r>
    </w:p>
    <w:p>
      <w:r>
        <w:rPr>
          <w:b/>
        </w:rPr>
        <w:t xml:space="preserve">[52:27]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[52:28] </w:t>
      </w:r>
      <w:r>
        <w:t>nahi, paradise yahan banne wali nahi hai.</w:t>
      </w:r>
    </w:p>
    <w:p>
      <w:pPr>
        <w:jc w:val="right"/>
      </w:pPr>
      <w:r>
        <w:t>نہیں، paradise یہاں بننے والی نہیں ہے۔</w:t>
      </w:r>
    </w:p>
    <w:p>
      <w:r>
        <w:rPr>
          <w:b/>
        </w:rPr>
        <w:t xml:space="preserve">[52:31] </w:t>
      </w:r>
      <w:r>
        <w:t>apni apni maut ko le kar socho tab bhi nahi banne wali hai.</w:t>
      </w:r>
    </w:p>
    <w:p>
      <w:pPr>
        <w:jc w:val="right"/>
      </w:pPr>
      <w:r>
        <w:t>اپنی اپنی موت کو لے کر سوچو تب بھی نہیں بننے والی ہے۔</w:t>
      </w:r>
    </w:p>
    <w:p>
      <w:r>
        <w:rPr>
          <w:b/>
        </w:rPr>
        <w:t xml:space="preserve">[52:37] </w:t>
      </w:r>
      <w:r>
        <w:t>aur dunya mein jo life support system hai woh bhi eternal nahi hai.</w:t>
      </w:r>
    </w:p>
    <w:p>
      <w:pPr>
        <w:jc w:val="right"/>
      </w:pPr>
      <w:r>
        <w:t>اور دنیا میں جو life support system ہے وہ بھی eternal نہیں ہے۔</w:t>
      </w:r>
    </w:p>
    <w:p>
      <w:r>
        <w:rPr>
          <w:b/>
        </w:rPr>
        <w:t xml:space="preserve">[52:42] </w:t>
      </w:r>
      <w:r>
        <w:t>is is raah se bhi nahi banne wali hai.</w:t>
      </w:r>
    </w:p>
    <w:p>
      <w:pPr>
        <w:jc w:val="right"/>
      </w:pPr>
      <w:r>
        <w:t>اس اس راہ سے بھی نہیں بننے والی ہے۔</w:t>
      </w:r>
    </w:p>
    <w:p>
      <w:r>
        <w:rPr>
          <w:b/>
        </w:rPr>
        <w:t xml:space="preserve">[52:46] </w:t>
      </w:r>
      <w:r>
        <w:t>global warming ke lehaz to kuch socho tab bhi nahi banne wali hai.</w:t>
      </w:r>
    </w:p>
    <w:p>
      <w:pPr>
        <w:jc w:val="right"/>
      </w:pPr>
      <w:r>
        <w:t>گلوبل وارمنگ کے لحاظ تو کچھ سوچو تب بھی نہیں بننے والی ہے۔</w:t>
      </w:r>
    </w:p>
    <w:p>
      <w:r>
        <w:rPr>
          <w:b/>
        </w:rPr>
        <w:t xml:space="preserve">[52:52] </w:t>
      </w:r>
      <w:r>
        <w:t>to hamein yeh batana hai ke jo tumhari programming hui hai woh real paradise ko le kar hui</w:t>
      </w:r>
    </w:p>
    <w:p>
      <w:pPr>
        <w:jc w:val="right"/>
      </w:pPr>
      <w:r>
        <w:t>تو ہمیں یہ بتانا ہے کہ جو تمہاری programming ہوئی ہے وہ real paradise کو لے کر ہوئی</w:t>
      </w:r>
    </w:p>
    <w:p>
      <w:r>
        <w:rPr>
          <w:b/>
        </w:rPr>
        <w:t xml:space="preserve">[53:00]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[53:01] </w:t>
      </w:r>
      <w:r>
        <w:t>is false paradise ko le kar nahi hui hai.</w:t>
      </w:r>
    </w:p>
    <w:p>
      <w:pPr>
        <w:jc w:val="right"/>
      </w:pPr>
      <w:r>
        <w:t>اس false paradise کو لے کر نہیں ہوئی ہے۔</w:t>
      </w:r>
    </w:p>
    <w:p>
      <w:r>
        <w:rPr>
          <w:b/>
        </w:rPr>
        <w:t xml:space="preserve">[53:05] </w:t>
      </w:r>
      <w:r>
        <w:t>is baat ko batana hai.</w:t>
      </w:r>
    </w:p>
    <w:p>
      <w:pPr>
        <w:jc w:val="right"/>
      </w:pPr>
      <w:r>
        <w:t>اس بات کو بتانا ہے۔</w:t>
      </w:r>
    </w:p>
    <w:p>
      <w:r>
        <w:rPr>
          <w:b/>
        </w:rPr>
        <w:t xml:space="preserve">[53:07] </w:t>
      </w:r>
      <w:r>
        <w:t>ke tumhari jo programming hui hai woh real paradise ko le kar hui hai.</w:t>
      </w:r>
    </w:p>
    <w:p>
      <w:pPr>
        <w:jc w:val="right"/>
      </w:pPr>
      <w:r>
        <w:t>کہ تمہاری جو programming ہوئی ہے وہ real paradise کو لے کر ہوئی ہے۔</w:t>
      </w:r>
    </w:p>
    <w:p>
      <w:r>
        <w:rPr>
          <w:b/>
        </w:rPr>
        <w:t xml:space="preserve">[53:13] </w:t>
      </w:r>
      <w:r>
        <w:t>is false paradise ko le kar nahi hui hai jo tum banana chahte ho aur ban nahi paati</w:t>
      </w:r>
    </w:p>
    <w:p>
      <w:pPr>
        <w:jc w:val="right"/>
      </w:pPr>
      <w:r>
        <w:t>اس false paradise کو لے کر نہیں ہوئی ہے جو تم بنانا چاہتے ہو اور بن نہیں پاتی</w:t>
      </w:r>
    </w:p>
    <w:p>
      <w:r>
        <w:rPr>
          <w:b/>
        </w:rPr>
        <w:t xml:space="preserve">[53:21]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[53:22] </w:t>
      </w:r>
      <w:r>
        <w:t>agar is is false foods nahi nikle, is false foods nahi nikle to kya hoga? wohi jo main</w:t>
      </w:r>
    </w:p>
    <w:p>
      <w:pPr>
        <w:jc w:val="right"/>
      </w:pPr>
      <w:r>
        <w:t>اگر اس اس false foods نہیں نکلے، اس false foods نہیں نکلے تو کیا ہوگا؟ وہی جو میں</w:t>
      </w:r>
    </w:p>
    <w:p>
      <w:r>
        <w:rPr>
          <w:b/>
        </w:rPr>
        <w:t xml:space="preserve">[53:30] </w:t>
      </w:r>
      <w:r>
        <w:t>ne arz kiya ke jab aankh khuli gul ki to mausam tha khizan ka.</w:t>
      </w:r>
    </w:p>
    <w:p>
      <w:pPr>
        <w:jc w:val="right"/>
      </w:pPr>
      <w:r>
        <w:t>نے عرض کیا کہ جب آنکھ کھلی گل کی تو موسم تھا خزاں کا۔</w:t>
      </w:r>
    </w:p>
    <w:p>
      <w:r>
        <w:rPr>
          <w:b/>
        </w:rPr>
        <w:t xml:space="preserve">[53:36] </w:t>
      </w:r>
      <w:r>
        <w:t>maut aayegi to aage pathar ka mausam hoga.</w:t>
      </w:r>
    </w:p>
    <w:p>
      <w:pPr>
        <w:jc w:val="right"/>
      </w:pPr>
      <w:r>
        <w:t>موت آئے گی تو آگے پتھر کا موسم ہوگا۔</w:t>
      </w:r>
    </w:p>
    <w:p>
      <w:r>
        <w:rPr>
          <w:b/>
        </w:rPr>
        <w:t xml:space="preserve">[53:40] </w:t>
      </w:r>
      <w:r>
        <w:t>aage desert hoga.</w:t>
      </w:r>
    </w:p>
    <w:p>
      <w:pPr>
        <w:jc w:val="right"/>
      </w:pPr>
      <w:r>
        <w:t>آگے desert ہوگا۔</w:t>
      </w:r>
    </w:p>
    <w:p>
      <w:r>
        <w:rPr>
          <w:b/>
        </w:rPr>
        <w:t xml:space="preserve">[53:41] </w:t>
      </w:r>
      <w:r>
        <w:t>kuch bhi nahi hoga.</w:t>
      </w:r>
    </w:p>
    <w:p>
      <w:pPr>
        <w:jc w:val="right"/>
      </w:pPr>
      <w:r>
        <w:t>کچھ بھی نہیں ہوگا۔</w:t>
      </w:r>
    </w:p>
    <w:p>
      <w:r>
        <w:rPr>
          <w:b/>
        </w:rPr>
        <w:t xml:space="preserve">[53:43] </w:t>
      </w:r>
      <w:r>
        <w:t>yeh baatein aaj belief nahi rahi hain, aqeedah nahi raha hai balkeh yeh to sainsi, sainsi fact ban</w:t>
      </w:r>
    </w:p>
    <w:p>
      <w:pPr>
        <w:jc w:val="right"/>
      </w:pPr>
      <w:r>
        <w:t>یہ باتیں آج belief نہیں رہی ہیں، عقیدہ نہیں رہا ہے بلکہ یہ تو سائنسی، سائنسی فیکٹ بن</w:t>
      </w:r>
    </w:p>
    <w:p>
      <w:r>
        <w:rPr>
          <w:b/>
        </w:rPr>
        <w:t xml:space="preserve">[53:51] </w:t>
      </w:r>
      <w:r>
        <w:t>chuka hai yeh sab.</w:t>
      </w:r>
    </w:p>
    <w:p>
      <w:pPr>
        <w:jc w:val="right"/>
      </w:pPr>
      <w:r>
        <w:t>چکا ہے یہ سب۔</w:t>
      </w:r>
    </w:p>
    <w:p>
      <w:r>
        <w:rPr>
          <w:b/>
        </w:rPr>
        <w:t xml:space="preserve">[53:52] </w:t>
      </w:r>
      <w:r>
        <w:t>to yeh bohat bari baat hai jis se insan bekhabar hai.</w:t>
      </w:r>
    </w:p>
    <w:p>
      <w:pPr>
        <w:jc w:val="right"/>
      </w:pPr>
      <w:r>
        <w:t>تو یہ بہت بڑی بات ہے جس سے انسان بے خبر ہے۔</w:t>
      </w:r>
    </w:p>
    <w:p>
      <w:r>
        <w:rPr>
          <w:b/>
        </w:rPr>
        <w:t xml:space="preserve">[53:58] </w:t>
      </w:r>
      <w:r>
        <w:t>ke aadmi ki jo programming hui hai woh eternity ko le kar ke hai.</w:t>
      </w:r>
    </w:p>
    <w:p>
      <w:pPr>
        <w:jc w:val="right"/>
      </w:pPr>
      <w:r>
        <w:t>کہ آدمی کی جو programming ہوئی ہے وہ eternity کو لے کر کے ہے۔</w:t>
      </w:r>
    </w:p>
    <w:p>
      <w:r>
        <w:rPr>
          <w:b/>
        </w:rPr>
        <w:t xml:space="preserve">[54:04] </w:t>
      </w:r>
      <w:r>
        <w:t>aadmi ki jo programming hui hai woh eternity ko le kar hui hai.</w:t>
      </w:r>
    </w:p>
    <w:p>
      <w:pPr>
        <w:jc w:val="right"/>
      </w:pPr>
      <w:r>
        <w:t>آدمی کی جو programming ہوئی ہے وہ eternity کو لے کر ہوئی ہے۔</w:t>
      </w:r>
    </w:p>
    <w:p>
      <w:r>
        <w:rPr>
          <w:b/>
        </w:rPr>
        <w:t xml:space="preserve">[54:09] </w:t>
      </w:r>
      <w:r>
        <w:t>lekin woh is temporary period mein chahta hai apne liye woh dunya banana jis dunya ko mein rehna</w:t>
      </w:r>
    </w:p>
    <w:p>
      <w:pPr>
        <w:jc w:val="right"/>
      </w:pPr>
      <w:r>
        <w:t>لیکن وہ اس temporary period میں چاہتا ہے اپنے لیے وہ دنیا بنانا جس دنیا کو میں رہنا</w:t>
      </w:r>
    </w:p>
    <w:p>
      <w:r>
        <w:rPr>
          <w:b/>
        </w:rPr>
        <w:t xml:space="preserve">[54:17] </w:t>
      </w:r>
      <w:r>
        <w:t>chahta hai woh.</w:t>
      </w:r>
    </w:p>
    <w:p>
      <w:pPr>
        <w:jc w:val="right"/>
      </w:pPr>
      <w:r>
        <w:t>چاہتا ہے وہ۔</w:t>
      </w:r>
    </w:p>
    <w:p>
      <w:r>
        <w:rPr>
          <w:b/>
        </w:rPr>
        <w:t xml:space="preserve">[54:18] </w:t>
      </w:r>
      <w:r>
        <w:t>to yeh to temporary phase hai.</w:t>
      </w:r>
    </w:p>
    <w:p>
      <w:pPr>
        <w:jc w:val="right"/>
      </w:pPr>
      <w:r>
        <w:t>تو یہ تو temporary phase ہے۔</w:t>
      </w:r>
    </w:p>
    <w:p>
      <w:r>
        <w:rPr>
          <w:b/>
        </w:rPr>
        <w:t xml:space="preserve">[54:21] </w:t>
      </w:r>
      <w:r>
        <w:t>mere mind mein jo dunya basi hui hai woh is temporary phase mein nahi ban sakti hai woh.</w:t>
      </w:r>
    </w:p>
    <w:p>
      <w:pPr>
        <w:jc w:val="right"/>
      </w:pPr>
      <w:r>
        <w:t>میرے mind میں جو دنیا بسی ہوئی ہے وہ اس temporary phase میں نہیں بن سکتی ہے وہ۔</w:t>
      </w:r>
    </w:p>
    <w:p>
      <w:r>
        <w:rPr>
          <w:b/>
        </w:rPr>
        <w:t xml:space="preserve">[54:29] </w:t>
      </w:r>
      <w:r>
        <w:t>yahan to aadmi apne aap ko sirf is liye yahan to ek chance hai diya gaya hamein ke</w:t>
      </w:r>
    </w:p>
    <w:p>
      <w:pPr>
        <w:jc w:val="right"/>
      </w:pPr>
      <w:r>
        <w:t>یہاں تو آدمی اپنے آپ کو صرف اس لیے یہاں تو ایک chance ہے دیا گیا ہمیں کہ</w:t>
      </w:r>
    </w:p>
    <w:p>
      <w:r>
        <w:rPr>
          <w:b/>
        </w:rPr>
        <w:t xml:space="preserve">[54:36] </w:t>
      </w:r>
      <w:r>
        <w:t>apne aap ko tum qualify karo.</w:t>
      </w:r>
    </w:p>
    <w:p>
      <w:pPr>
        <w:jc w:val="right"/>
      </w:pPr>
      <w:r>
        <w:t>اپنے آپ کو تم qualify کرو۔</w:t>
      </w:r>
    </w:p>
    <w:p>
      <w:r>
        <w:rPr>
          <w:b/>
        </w:rPr>
        <w:t xml:space="preserve">[54:39] </w:t>
      </w:r>
      <w:r>
        <w:t>tum taake tum is is dunya ke liye deserving candidate ban sako.</w:t>
      </w:r>
    </w:p>
    <w:p>
      <w:pPr>
        <w:jc w:val="right"/>
      </w:pPr>
      <w:r>
        <w:t>تم تاکہ تم اس اس دنیا کے لیے deserving candidate بن سکو۔</w:t>
      </w:r>
    </w:p>
    <w:p>
      <w:r>
        <w:rPr>
          <w:b/>
        </w:rPr>
        <w:t xml:space="preserve">[54:44] </w:t>
      </w:r>
      <w:r>
        <w:t>to paradise oriented thinking ki zaroorat hai.</w:t>
      </w:r>
    </w:p>
    <w:p>
      <w:pPr>
        <w:jc w:val="right"/>
      </w:pPr>
      <w:r>
        <w:t>تو paradise oriented thinking کی ضرورت ہے۔</w:t>
      </w:r>
    </w:p>
    <w:p>
      <w:r>
        <w:rPr>
          <w:b/>
        </w:rPr>
        <w:t xml:space="preserve">[54:47] </w:t>
      </w:r>
      <w:r>
        <w:t>paradise oriented activities ki zaroorat hai.</w:t>
      </w:r>
    </w:p>
    <w:p>
      <w:pPr>
        <w:jc w:val="right"/>
      </w:pPr>
      <w:r>
        <w:t>paradise oriented activities کی ضرورت ہے۔</w:t>
      </w:r>
    </w:p>
    <w:p>
      <w:r>
        <w:rPr>
          <w:b/>
        </w:rPr>
        <w:t xml:space="preserve">[54:50] </w:t>
      </w:r>
      <w:r>
        <w:t>paradise oriented soch ki zaroorat hai.</w:t>
      </w:r>
    </w:p>
    <w:p>
      <w:pPr>
        <w:jc w:val="right"/>
      </w:pPr>
      <w:r>
        <w:t>paradise oriented سوچ کی ضرورت ہے۔</w:t>
      </w:r>
    </w:p>
    <w:p>
      <w:r>
        <w:rPr>
          <w:b/>
        </w:rPr>
        <w:t xml:space="preserve">[54:52] </w:t>
      </w:r>
      <w:r>
        <w:t>aur anti programming soch laani padegi hamein tab ja kar hum is tarah ki planning kar payein</w:t>
      </w:r>
    </w:p>
    <w:p>
      <w:pPr>
        <w:jc w:val="right"/>
      </w:pPr>
      <w:r>
        <w:t>اور anti programming سوچ لانی پڑے گی ہمیں تب جا کر ہم اس طرح کی planning کر پائیں</w:t>
      </w:r>
    </w:p>
    <w:p>
      <w:r>
        <w:rPr>
          <w:b/>
        </w:rPr>
        <w:t xml:space="preserve">[55:00]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[55:01] </w:t>
      </w:r>
      <w:r>
        <w:t>magar anti programming soch ke hum is tarah ki is ki is tarah ka is mein hum stand</w:t>
      </w:r>
    </w:p>
    <w:p>
      <w:pPr>
        <w:jc w:val="right"/>
      </w:pPr>
      <w:r>
        <w:t>مگر anti programming سوچ کے ہم اس طرح کی اس کی اس طرح کا اس میں ہم stand</w:t>
      </w:r>
    </w:p>
    <w:p>
      <w:r>
        <w:rPr>
          <w:b/>
        </w:rPr>
        <w:t xml:space="preserve">[55:09] </w:t>
      </w:r>
      <w:r>
        <w:t>nahi kar payenge.</w:t>
      </w:r>
    </w:p>
    <w:p>
      <w:pPr>
        <w:jc w:val="right"/>
      </w:pPr>
      <w:r>
        <w:t>نہیں کر پائیں گے۔</w:t>
      </w:r>
    </w:p>
    <w:p>
      <w:r>
        <w:rPr>
          <w:b/>
        </w:rPr>
        <w:t xml:space="preserve">[55:11] </w:t>
      </w:r>
      <w:r>
        <w:t>to behrahal yeh bohat ziyada sochne ki baat hai.</w:t>
      </w:r>
    </w:p>
    <w:p>
      <w:pPr>
        <w:jc w:val="right"/>
      </w:pPr>
      <w:r>
        <w:t>تو بہرحال یہ بہت زیادہ سوچنے کی بات ہے۔</w:t>
      </w:r>
    </w:p>
    <w:p>
      <w:r>
        <w:rPr>
          <w:b/>
        </w:rPr>
        <w:t xml:space="preserve">[55:15] </w:t>
      </w:r>
      <w:r>
        <w:t>phir se reassess kijiye apni zindagi ko.</w:t>
      </w:r>
    </w:p>
    <w:p>
      <w:pPr>
        <w:jc w:val="right"/>
      </w:pPr>
      <w:r>
        <w:t>پھر سے reassess کیجیے اپنی زندگی کو۔</w:t>
      </w:r>
    </w:p>
    <w:p>
      <w:r>
        <w:rPr>
          <w:b/>
        </w:rPr>
        <w:t xml:space="preserve">[55:18] </w:t>
      </w:r>
      <w:r>
        <w:t>phir se revise keejiye apni zindagi ko.</w:t>
      </w:r>
    </w:p>
    <w:p>
      <w:pPr>
        <w:jc w:val="right"/>
      </w:pPr>
      <w:r>
        <w:t>پھر سے revise کیجیے اپنی زندگی کو۔</w:t>
      </w:r>
    </w:p>
    <w:p>
      <w:r>
        <w:rPr>
          <w:b/>
        </w:rPr>
        <w:t xml:space="preserve">[55:21] </w:t>
      </w:r>
      <w:r>
        <w:t>phir se apne aap ko discover keejiye.</w:t>
      </w:r>
    </w:p>
    <w:p>
      <w:pPr>
        <w:jc w:val="right"/>
      </w:pPr>
      <w:r>
        <w:t>پھر سے اپنے آپ کو discover کیجیے۔</w:t>
      </w:r>
    </w:p>
    <w:p>
      <w:r>
        <w:rPr>
          <w:b/>
        </w:rPr>
        <w:t xml:space="preserve">[55:24] </w:t>
      </w:r>
      <w:r>
        <w:t>phir se Khuda ke creation plan ko samjhiye.</w:t>
      </w:r>
    </w:p>
    <w:p>
      <w:pPr>
        <w:jc w:val="right"/>
      </w:pPr>
      <w:r>
        <w:t>پھر سے خدا کے creation plan کو سمجھیے۔</w:t>
      </w:r>
    </w:p>
    <w:p>
      <w:r>
        <w:rPr>
          <w:b/>
        </w:rPr>
        <w:t xml:space="preserve">[55:27] </w:t>
      </w:r>
      <w:r>
        <w:t>apne aap ko samjhaiye aur doosron ko bataiye.</w:t>
      </w:r>
    </w:p>
    <w:p>
      <w:pPr>
        <w:jc w:val="right"/>
      </w:pPr>
      <w:r>
        <w:t>اپنے آپ کو سمجھائیے اور دوسروں کو بتائیے۔</w:t>
      </w:r>
    </w:p>
    <w:p>
      <w:r>
        <w:rPr>
          <w:b/>
        </w:rPr>
        <w:t xml:space="preserve">[55:31] </w:t>
      </w:r>
      <w:r>
        <w:t>apne aap ko samjhaiye aur doosron ko bataiye.</w:t>
      </w:r>
    </w:p>
    <w:p>
      <w:pPr>
        <w:jc w:val="right"/>
      </w:pPr>
      <w:r>
        <w:t>اپنے آپ کو سمجھائیے اور دوسروں کو بتائیے۔</w:t>
      </w:r>
    </w:p>
    <w:p>
      <w:r>
        <w:rPr>
          <w:b/>
        </w:rPr>
        <w:t xml:space="preserve">[55:34] </w:t>
      </w:r>
      <w:r>
        <w:t>yahi hamara kaam hai.</w:t>
      </w:r>
    </w:p>
    <w:p>
      <w:pPr>
        <w:jc w:val="right"/>
      </w:pPr>
      <w:r>
        <w:t>یہی ہمارا کام ہے۔</w:t>
      </w:r>
    </w:p>
    <w:p>
      <w:r>
        <w:rPr>
          <w:b/>
        </w:rPr>
        <w:t xml:space="preserve">[55:36] </w:t>
      </w:r>
      <w:r>
        <w:t>ab time bohat kam reh gaya hai.</w:t>
      </w:r>
    </w:p>
    <w:p>
      <w:pPr>
        <w:jc w:val="right"/>
      </w:pPr>
      <w:r>
        <w:t>اب ٹائم بہت کم رہ گیا ہے۔</w:t>
      </w:r>
    </w:p>
    <w:p>
      <w:r>
        <w:rPr>
          <w:b/>
        </w:rPr>
        <w:t xml:space="preserve">[55:39] </w:t>
      </w:r>
      <w:r>
        <w:t>climate climate change ho unbelievable speed se ho rahe hain.</w:t>
      </w:r>
    </w:p>
    <w:p>
      <w:pPr>
        <w:jc w:val="right"/>
      </w:pPr>
      <w:r>
        <w:t>climate climate change ہو unbelievable سپیڈ سے ہو رہے ہیں۔</w:t>
      </w:r>
    </w:p>
    <w:p>
      <w:r>
        <w:rPr>
          <w:b/>
        </w:rPr>
        <w:t xml:space="preserve">[55:43] </w:t>
      </w:r>
      <w:r>
        <w:t>to time bohat kam hai.</w:t>
      </w:r>
    </w:p>
    <w:p>
      <w:pPr>
        <w:jc w:val="right"/>
      </w:pPr>
      <w:r>
        <w:t>تو ٹائم بہت کم ہے۔</w:t>
      </w:r>
    </w:p>
    <w:p>
      <w:r>
        <w:rPr>
          <w:b/>
        </w:rPr>
        <w:t xml:space="preserve">[55:45] </w:t>
      </w:r>
      <w:r>
        <w:t>aur ek second bhi hamein waste karne ka mauqa nahi hai.</w:t>
      </w:r>
    </w:p>
    <w:p>
      <w:pPr>
        <w:jc w:val="right"/>
      </w:pPr>
      <w:r>
        <w:t>اور ایک سیکنڈ بھی ہمیں waste کرنے کا موقع نہیں ہے۔</w:t>
      </w:r>
    </w:p>
    <w:p>
      <w:r>
        <w:rPr>
          <w:b/>
        </w:rPr>
        <w:t xml:space="preserve">[55:50] </w:t>
      </w:r>
      <w:r>
        <w:t>Allah taala mujh ko aur aap ko tofeeq de ke hum is maamle mein sahi planning kar saken.</w:t>
      </w:r>
    </w:p>
    <w:p>
      <w:pPr>
        <w:jc w:val="right"/>
      </w:pPr>
      <w:r>
        <w:t>اللہ تعالی مجھ کو اور آپ کو توفیق دے کہ ہم اس معاملے میں صحیح planning کر سکیں۔</w:t>
      </w:r>
    </w:p>
    <w:p>
      <w:r>
        <w:rPr>
          <w:b/>
        </w:rPr>
        <w:t xml:space="preserve">[55:58] </w:t>
      </w:r>
      <w:r>
        <w:t>aqool qooli haza wastaghfirullah li walakum ajmaeen.</w:t>
      </w:r>
    </w:p>
    <w:p>
      <w:pPr>
        <w:jc w:val="right"/>
      </w:pPr>
      <w:r>
        <w:t>أقول قولي هذا واستغفرالله لي ولكم أجمعين.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