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Some issue in Modern Islam-6th March 08</w:t>
      </w:r>
    </w:p>
    <w:p>
      <w:r>
        <w:t>https://www.youtube.com/watch?v=-e9_O_zaCI0</w:t>
      </w:r>
    </w:p>
    <w:p>
      <w:r>
        <w:rPr>
          <w:b/>
        </w:rPr>
        <w:t xml:space="preserve">[00:06] </w:t>
      </w:r>
      <w:r>
        <w:t>bismillah rahman rahim, wasalli Allah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 ishrah li sadri, wa yassir li amri, wah 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[00:15] </w:t>
      </w:r>
      <w:r>
        <w:t>aaj ki jo talk hai, is ki theme hai "Some Issues in Islam".</w:t>
      </w:r>
    </w:p>
    <w:p>
      <w:pPr>
        <w:jc w:val="right"/>
      </w:pPr>
      <w:r>
        <w:t>آج کی جو ٹاک ہے، اس کی تھیم ہے "Some Issues in Islam"۔</w:t>
      </w:r>
    </w:p>
    <w:p>
      <w:r>
        <w:rPr>
          <w:b/>
        </w:rPr>
        <w:t xml:space="preserve">[00:21] </w:t>
      </w:r>
      <w:r>
        <w:t>is taraf mera dhyan is liye aaya ke aaj mujhe ek letter mila, ek english paper ki taraf</w:t>
      </w:r>
    </w:p>
    <w:p>
      <w:pPr>
        <w:jc w:val="right"/>
      </w:pPr>
      <w:r>
        <w:t>اس طرف میرا دھیان اس لیے آیا کہ آج مجھے ایک لیٹر ملا، ایک انگلش پیپر کی طرف</w:t>
      </w:r>
    </w:p>
    <w:p>
      <w:r>
        <w:rPr>
          <w:b/>
        </w:rPr>
        <w:t xml:space="preserve">[00:28] </w:t>
      </w:r>
      <w:r>
        <w:t>s.e.</w:t>
      </w:r>
    </w:p>
    <w:p>
      <w:pPr>
        <w:jc w:val="right"/>
      </w:pPr>
      <w:r>
        <w:t>سے۔</w:t>
      </w:r>
    </w:p>
    <w:p>
      <w:r>
        <w:rPr>
          <w:b/>
        </w:rPr>
        <w:t xml:space="preserve">[00:30] </w:t>
      </w:r>
      <w:r>
        <w:t>is mein unhon ne kaha tha ke woh mujh se aise article chahte hain jis ko woh chhapen</w:t>
      </w:r>
    </w:p>
    <w:p>
      <w:pPr>
        <w:jc w:val="right"/>
      </w:pPr>
      <w:r>
        <w:t>اس میں انہوں نے کہا تھا کہ وہ مجھ سے ایسے آرٹیکل چاہتے ہیں جس کو وہ چھاپیں</w:t>
      </w:r>
    </w:p>
    <w:p>
      <w:r>
        <w:rPr>
          <w:b/>
        </w:rPr>
        <w:t xml:space="preserve">[00:37] </w:t>
      </w:r>
      <w:r>
        <w:t>ge, to woh chahte hain ke woh "Liberal Interpretation of Islam" is par.</w:t>
      </w:r>
    </w:p>
    <w:p>
      <w:pPr>
        <w:jc w:val="right"/>
      </w:pPr>
      <w:r>
        <w:t>گے، تو وہ چاہتے ہیں کہ وہ "Liberal Interpretation of Islam" اس پر۔</w:t>
      </w:r>
    </w:p>
    <w:p>
      <w:r>
        <w:rPr>
          <w:b/>
        </w:rPr>
        <w:t xml:space="preserve">[00:43] </w:t>
      </w:r>
      <w:r>
        <w:t>yeh baat kisi ek letter ki nahi hai, kisi ek newspaper ki nahi hai.</w:t>
      </w:r>
    </w:p>
    <w:p>
      <w:pPr>
        <w:jc w:val="right"/>
      </w:pPr>
      <w:r>
        <w:t>یہ بات کسی ایک لیٹر کی نہیں ہے، کسی ایک نیوز پیپر کی نہیں ہے۔</w:t>
      </w:r>
    </w:p>
    <w:p>
      <w:r>
        <w:rPr>
          <w:b/>
        </w:rPr>
        <w:t xml:space="preserve">[00:49] </w:t>
      </w:r>
      <w:r>
        <w:t>آج کل یہ بات بہت دہرائی جاتی ہے کہ آج اسلام کی ضرورت ہے کہ اسلام کا "liberal"</w:t>
      </w:r>
    </w:p>
    <w:p>
      <w:pPr>
        <w:jc w:val="right"/>
      </w:pPr>
      <w:r>
        <w:t>آج کل یہ بات بہت دہرائی جاتی ہے کہ آج اسلام کی ضرورت ہے کہ اسلام کا "Liberal</w:t>
      </w:r>
    </w:p>
    <w:p>
      <w:r>
        <w:rPr>
          <w:b/>
        </w:rPr>
        <w:t xml:space="preserve">[00:57] </w:t>
      </w:r>
      <w:r>
        <w:t>Interpretation" diya jae.</w:t>
      </w:r>
    </w:p>
    <w:p>
      <w:pPr>
        <w:jc w:val="right"/>
      </w:pPr>
      <w:r>
        <w:t>Interpretation" دیا جائے۔</w:t>
      </w:r>
    </w:p>
    <w:p>
      <w:r>
        <w:rPr>
          <w:b/>
        </w:rPr>
        <w:t xml:space="preserve">[00:59] </w:t>
      </w:r>
      <w:r>
        <w:t>main ne is par bohat socha, bohat se logon se baat bhi ki, bohat se is subject par</w:t>
      </w:r>
    </w:p>
    <w:p>
      <w:pPr>
        <w:jc w:val="right"/>
      </w:pPr>
      <w:r>
        <w:t>میں نے اس پر بہت سوچا، بہت سے لوگوں سے بات بھی کی، بہت سے اس سبجیکٹ پر</w:t>
      </w:r>
    </w:p>
    <w:p>
      <w:r>
        <w:rPr>
          <w:b/>
        </w:rPr>
        <w:t xml:space="preserve">[01:06] </w:t>
      </w:r>
      <w:r>
        <w:t>bohat si cheezen parhin.</w:t>
      </w:r>
    </w:p>
    <w:p>
      <w:pPr>
        <w:jc w:val="right"/>
      </w:pPr>
      <w:r>
        <w:t>بہت سی چیزیں پڑھیں۔</w:t>
      </w:r>
    </w:p>
    <w:p>
      <w:r>
        <w:rPr>
          <w:b/>
        </w:rPr>
        <w:t xml:space="preserve">[01:08] </w:t>
      </w:r>
      <w:r>
        <w:t>to jo baat meri samajh mein aayi woh yeh hai ke Islam to apne aap mein liberal hai,</w:t>
      </w:r>
    </w:p>
    <w:p>
      <w:pPr>
        <w:jc w:val="right"/>
      </w:pPr>
      <w:r>
        <w:t>تو جو بات میری سمجھ میں آئی وہ یہ ہے کہ اسلام تو اپنے آپ میں لبرل ہے،</w:t>
      </w:r>
    </w:p>
    <w:p>
      <w:r>
        <w:rPr>
          <w:b/>
        </w:rPr>
        <w:t xml:space="preserve">[01:16] </w:t>
      </w:r>
      <w:r>
        <w:t>is ko "Liberal Interpretation" ki zaroorat kya hai? Islam jo original Islam hai, jo scriptural Islam hai, yani</w:t>
      </w:r>
    </w:p>
    <w:p>
      <w:pPr>
        <w:jc w:val="right"/>
      </w:pPr>
      <w:r>
        <w:t>اس کو "Liberal Interpretation" کی ضرورت کیا ہے؟ اسلام جو اوریجنل اسلام ہے، جو سکرپچرل اسلام ہے، یعنی</w:t>
      </w:r>
    </w:p>
    <w:p>
      <w:r>
        <w:rPr>
          <w:b/>
        </w:rPr>
        <w:t xml:space="preserve">[01:23] </w:t>
      </w:r>
      <w:r>
        <w:t>woh Islam jo prophet ne pesh kiya, jis ko sahaba ne follow kiya, is mein to koi aisi</w:t>
      </w:r>
    </w:p>
    <w:p>
      <w:pPr>
        <w:jc w:val="right"/>
      </w:pPr>
      <w:r>
        <w:t>وہ اسلام جو پرافٹ نے پیش کیا، جس کو صحابہ نے فالو کیا، اس میں تو کوئی ایسی</w:t>
      </w:r>
    </w:p>
    <w:p>
      <w:r>
        <w:rPr>
          <w:b/>
        </w:rPr>
        <w:t xml:space="preserve">[01:31] </w:t>
      </w:r>
      <w:r>
        <w:t>baat hi nahi hai ke is ko liberalize kiya jae.</w:t>
      </w:r>
    </w:p>
    <w:p>
      <w:pPr>
        <w:jc w:val="right"/>
      </w:pPr>
      <w:r>
        <w:t>بات ہی نہیں ہے کہ اس کو لبرلائز کیا جائے۔</w:t>
      </w:r>
    </w:p>
    <w:p>
      <w:r>
        <w:rPr>
          <w:b/>
        </w:rPr>
        <w:t xml:space="preserve">[01:35] </w:t>
      </w:r>
      <w:r>
        <w:t>all ready woh liberal hai, is mein na rituals hain, is mein na extremism hai, is mein na</w:t>
      </w:r>
    </w:p>
    <w:p>
      <w:pPr>
        <w:jc w:val="right"/>
      </w:pPr>
      <w:r>
        <w:t>آل ریڈی وہ لبرل ہے، اس میں نہ ریچولز ہیں، اس میں نہ ایکسٹریمزم ہے، اس میں نہ</w:t>
      </w:r>
    </w:p>
    <w:p>
      <w:r>
        <w:rPr>
          <w:b/>
        </w:rPr>
        <w:t xml:space="preserve">[01:43] </w:t>
      </w:r>
      <w:r>
        <w:t>customs hain, is mein na form par bohat ziyada sakhti hai.</w:t>
      </w:r>
    </w:p>
    <w:p>
      <w:pPr>
        <w:jc w:val="right"/>
      </w:pPr>
      <w:r>
        <w:t>کسٹمز ہیں، اس میں نہ فارم پر بہت زیادہ سختی ہے۔</w:t>
      </w:r>
    </w:p>
    <w:p>
      <w:r>
        <w:rPr>
          <w:b/>
        </w:rPr>
        <w:t xml:space="preserve">[01:48] </w:t>
      </w:r>
      <w:r>
        <w:t>woh sari cheezen jis ko aaj Islam samjha jata hai, woh musalmanon ki apni practice hain, musalmanon ke</w:t>
      </w:r>
    </w:p>
    <w:p>
      <w:pPr>
        <w:jc w:val="right"/>
      </w:pPr>
      <w:r>
        <w:t>وہ ساری چیزیں جس کو آج اسلام سمجھا جاتا ہے، وہ مسلمانوں کی اپنی پریکٹس ہیں، مسلمانوں کے</w:t>
      </w:r>
    </w:p>
    <w:p>
      <w:r>
        <w:rPr>
          <w:b/>
        </w:rPr>
        <w:t xml:space="preserve">[01:56] </w:t>
      </w:r>
      <w:r>
        <w:t>apne innovations hain.</w:t>
      </w:r>
    </w:p>
    <w:p>
      <w:pPr>
        <w:jc w:val="right"/>
      </w:pPr>
      <w:r>
        <w:t>اپنے انویشنز ہیں۔</w:t>
      </w:r>
    </w:p>
    <w:p>
      <w:r>
        <w:rPr>
          <w:b/>
        </w:rPr>
        <w:t xml:space="preserve">[01:57] </w:t>
      </w:r>
      <w:r>
        <w:t>original Islam ka is se koi ta'alluq nahi hai.</w:t>
      </w:r>
    </w:p>
    <w:p>
      <w:pPr>
        <w:jc w:val="right"/>
      </w:pPr>
      <w:r>
        <w:t>اوریجنل اسلام کا اس سے کوئی تعلق نہیں ہے۔</w:t>
      </w:r>
    </w:p>
    <w:p>
      <w:r>
        <w:rPr>
          <w:b/>
        </w:rPr>
        <w:t xml:space="preserve">[02:01] </w:t>
      </w:r>
      <w:r>
        <w:t>to is par main ne socha to mujhe samajh mein aaya ke Islam to apne aap mein ek</w:t>
      </w:r>
    </w:p>
    <w:p>
      <w:pPr>
        <w:jc w:val="right"/>
      </w:pPr>
      <w:r>
        <w:t>تو اس پر میں نے سوچا تو مجھے سمجھ میں آیا کہ اسلام تو اپنے آپ میں ایک</w:t>
      </w:r>
    </w:p>
    <w:p>
      <w:r>
        <w:rPr>
          <w:b/>
        </w:rPr>
        <w:t xml:space="preserve">[02:09] </w:t>
      </w:r>
      <w:r>
        <w:t>liberal outlook rakhta hai, phir yeh kyun? asal baat yeh hai ke log bolte hain "Liberal Interpretation",</w:t>
      </w:r>
    </w:p>
    <w:p>
      <w:pPr>
        <w:jc w:val="right"/>
      </w:pPr>
      <w:r>
        <w:t>لبرل آؤٹ لوک رکھتا ہے، پھر یہ کیوں؟ اصل بات یہ ہے کہ لوگ بولتے ہیں "Liberal Interpretation"،</w:t>
      </w:r>
    </w:p>
    <w:p>
      <w:r>
        <w:rPr>
          <w:b/>
        </w:rPr>
        <w:t xml:space="preserve">[02:16] </w:t>
      </w:r>
      <w:r>
        <w:t>is ka matlab kya hota hai? is ka matlab hota hai "Non-Extremist Interpretation".</w:t>
      </w:r>
    </w:p>
    <w:p>
      <w:pPr>
        <w:jc w:val="right"/>
      </w:pPr>
      <w:r>
        <w:t>اس کا مطلب کیا ہوتا ہے؟ اس کا مطلب ہوتا ہے "Non-Extremist Interpretation"۔</w:t>
      </w:r>
    </w:p>
    <w:p>
      <w:r>
        <w:rPr>
          <w:b/>
        </w:rPr>
        <w:t xml:space="preserve">[02:22] </w:t>
      </w:r>
      <w:r>
        <w:t>yeh meri samajh mein aaya.</w:t>
      </w:r>
    </w:p>
    <w:p>
      <w:pPr>
        <w:jc w:val="right"/>
      </w:pPr>
      <w:r>
        <w:t>یہ میری سمجھ میں آیا۔</w:t>
      </w:r>
    </w:p>
    <w:p>
      <w:r>
        <w:rPr>
          <w:b/>
        </w:rPr>
        <w:t xml:space="preserve">[02:24] </w:t>
      </w:r>
      <w:r>
        <w:t>kyunke aaj kal musalman jagah jagah ek aisa Islam pesh kar rahe hain jis mein ghalu hota hai,</w:t>
      </w:r>
    </w:p>
    <w:p>
      <w:pPr>
        <w:jc w:val="right"/>
      </w:pPr>
      <w:r>
        <w:t>کیونکہ آج کل مسلمان جگہ جگہ ایک ایسا اسلام پیش کر رہے ہیں جس میں غلو ہوتا ہے،</w:t>
      </w:r>
    </w:p>
    <w:p>
      <w:r>
        <w:rPr>
          <w:b/>
        </w:rPr>
        <w:t xml:space="preserve">[02:32] </w:t>
      </w:r>
      <w:r>
        <w:t>extremism hota hai, inteha pasandi hoti hai.</w:t>
      </w:r>
    </w:p>
    <w:p>
      <w:pPr>
        <w:jc w:val="right"/>
      </w:pPr>
      <w:r>
        <w:t>ایکسٹریمزم ہوتا ہے، انتہا پسندی ہوتی ہے۔</w:t>
      </w:r>
    </w:p>
    <w:p>
      <w:r>
        <w:rPr>
          <w:b/>
        </w:rPr>
        <w:t xml:space="preserve">[02:35] </w:t>
      </w:r>
      <w:r>
        <w:t>to log samajhte hain ke yahi Islam hai.</w:t>
      </w:r>
    </w:p>
    <w:p>
      <w:pPr>
        <w:jc w:val="right"/>
      </w:pPr>
      <w:r>
        <w:t>تو لوگ سمجھتے ہیں کہ یہی اسلام ہے۔</w:t>
      </w:r>
    </w:p>
    <w:p>
      <w:r>
        <w:rPr>
          <w:b/>
        </w:rPr>
        <w:t xml:space="preserve">[02:38] </w:t>
      </w:r>
      <w:r>
        <w:t>misal ke taur par koi aurat jana chahe gi masjid mein, to wahan jo imam muazzin hai us ko roken ge</w:t>
      </w:r>
    </w:p>
    <w:p>
      <w:pPr>
        <w:jc w:val="right"/>
      </w:pPr>
      <w:r>
        <w:t>مثلاً کوئی عورت جانا چاہے گی مسجد میں، تو وہاں جو امام موذن ہے اس کو روکیں گے</w:t>
      </w:r>
    </w:p>
    <w:p>
      <w:r>
        <w:rPr>
          <w:b/>
        </w:rPr>
        <w:t xml:space="preserve">[02:46] </w:t>
      </w:r>
      <w:r>
        <w:t>ke nahi nahi, masjid mein auraton ko aana mana hai.</w:t>
      </w:r>
    </w:p>
    <w:p>
      <w:pPr>
        <w:jc w:val="right"/>
      </w:pPr>
      <w:r>
        <w:t>کہ نہیں نہیں، مسجد میں عورتوں کو آنا منع ہے۔</w:t>
      </w:r>
    </w:p>
    <w:p>
      <w:r>
        <w:rPr>
          <w:b/>
        </w:rPr>
        <w:t xml:space="preserve">[02:50] </w:t>
      </w:r>
      <w:r>
        <w:t>to log samajhte hain ke yahi islam hai.</w:t>
      </w:r>
    </w:p>
    <w:p>
      <w:pPr>
        <w:jc w:val="right"/>
      </w:pPr>
      <w:r>
        <w:t>تو لوگ سمجھتے ہیں کہ یہی اسلام ہے۔</w:t>
      </w:r>
    </w:p>
    <w:p>
      <w:r>
        <w:rPr>
          <w:b/>
        </w:rPr>
        <w:t xml:space="preserve">[02:54] </w:t>
      </w:r>
      <w:r>
        <w:t>halanke yeh extremism hai, islam nahi hai.</w:t>
      </w:r>
    </w:p>
    <w:p>
      <w:pPr>
        <w:jc w:val="right"/>
      </w:pPr>
      <w:r>
        <w:t>حالانکہ یہ ایکسٹریمزم ہے، اسلام نہیں ہے۔</w:t>
      </w:r>
    </w:p>
    <w:p>
      <w:r>
        <w:rPr>
          <w:b/>
        </w:rPr>
        <w:t xml:space="preserve">[02:57] </w:t>
      </w:r>
      <w:r>
        <w:t>fatwe dete hain aaj kal.</w:t>
      </w:r>
    </w:p>
    <w:p>
      <w:pPr>
        <w:jc w:val="right"/>
      </w:pPr>
      <w:r>
        <w:t>فتوے دیتے ہیں آج کل۔</w:t>
      </w:r>
    </w:p>
    <w:p>
      <w:r>
        <w:rPr>
          <w:b/>
        </w:rPr>
        <w:t xml:space="preserve">[02:59] </w:t>
      </w:r>
      <w:r>
        <w:t>yeh sani mirza ka dress par fatwa de diya ke islamic hai.</w:t>
      </w:r>
    </w:p>
    <w:p>
      <w:pPr>
        <w:jc w:val="right"/>
      </w:pPr>
      <w:r>
        <w:t>یہ ثانی مرزا کا ڈریس پر فتویٰ دے دیا کہ انسلامک ہے۔</w:t>
      </w:r>
    </w:p>
    <w:p>
      <w:r>
        <w:rPr>
          <w:b/>
        </w:rPr>
        <w:t xml:space="preserve">[03:04] </w:t>
      </w:r>
      <w:r>
        <w:t>yeh fatwa khud islamic hai.</w:t>
      </w:r>
    </w:p>
    <w:p>
      <w:pPr>
        <w:jc w:val="right"/>
      </w:pPr>
      <w:r>
        <w:t>یہ فتویٰ خود انسلامک ہے۔</w:t>
      </w:r>
    </w:p>
    <w:p>
      <w:r>
        <w:rPr>
          <w:b/>
        </w:rPr>
        <w:t xml:space="preserve">[03:06] </w:t>
      </w:r>
      <w:r>
        <w:t>kyunke dekhen fatwa ka matlab hota hai "opinion".</w:t>
      </w:r>
    </w:p>
    <w:p>
      <w:pPr>
        <w:jc w:val="right"/>
      </w:pPr>
      <w:r>
        <w:t>کیونکہ دیکھیں فتویٰ کا مطلب ہوتا ہے "Opinion"۔</w:t>
      </w:r>
    </w:p>
    <w:p>
      <w:r>
        <w:rPr>
          <w:b/>
        </w:rPr>
        <w:t xml:space="preserve">[03:10] </w:t>
      </w:r>
      <w:r>
        <w:t>fatwa jo hai is ka matlab kya hai? ek aadmi apne personal koi is ko problem ho, koi</w:t>
      </w:r>
    </w:p>
    <w:p>
      <w:pPr>
        <w:jc w:val="right"/>
      </w:pPr>
      <w:r>
        <w:t>فتویٰ جو ہے اس کا مطلب کیا ہے؟ ایک آدمی اپنے پرسنل کوئی اس کو پرابلم ہو، کوئی</w:t>
      </w:r>
    </w:p>
    <w:p>
      <w:r>
        <w:rPr>
          <w:b/>
        </w:rPr>
        <w:t xml:space="preserve">[03:17] </w:t>
      </w:r>
      <w:r>
        <w:t>baat ho, woh ja kar pooche mufti se.</w:t>
      </w:r>
    </w:p>
    <w:p>
      <w:pPr>
        <w:jc w:val="right"/>
      </w:pPr>
      <w:r>
        <w:t>بات ہو، وہ جا کر پوچھے مفتی سے۔</w:t>
      </w:r>
    </w:p>
    <w:p>
      <w:r>
        <w:rPr>
          <w:b/>
        </w:rPr>
        <w:t xml:space="preserve">[03:21] </w:t>
      </w:r>
      <w:r>
        <w:t>aur mufti apni opinion de.</w:t>
      </w:r>
    </w:p>
    <w:p>
      <w:pPr>
        <w:jc w:val="right"/>
      </w:pPr>
      <w:r>
        <w:t>اور مفتی اپنی اوپینین دے۔</w:t>
      </w:r>
    </w:p>
    <w:p>
      <w:r>
        <w:rPr>
          <w:b/>
        </w:rPr>
        <w:t xml:space="preserve">[03:23] </w:t>
      </w:r>
      <w:r>
        <w:t>yeh fatwa ek shakhs ki opinion hoti hai.</w:t>
      </w:r>
    </w:p>
    <w:p>
      <w:pPr>
        <w:jc w:val="right"/>
      </w:pPr>
      <w:r>
        <w:t>یہ فتویٰ ایک شخص کی اوپینین ہوتی ہے۔</w:t>
      </w:r>
    </w:p>
    <w:p>
      <w:r>
        <w:rPr>
          <w:b/>
        </w:rPr>
        <w:t xml:space="preserve">[03:26] </w:t>
      </w:r>
      <w:r>
        <w:t>to ek poochne wala ho, ek batane wala ho, tab woh fatwa hai.</w:t>
      </w:r>
    </w:p>
    <w:p>
      <w:pPr>
        <w:jc w:val="right"/>
      </w:pPr>
      <w:r>
        <w:t>تو ایک پوچھنے والا ہو، ایک بتانے والا ہو، تب وہ فتویٰ ہے۔</w:t>
      </w:r>
    </w:p>
    <w:p>
      <w:r>
        <w:rPr>
          <w:b/>
        </w:rPr>
        <w:t xml:space="preserve">[03:32] </w:t>
      </w:r>
      <w:r>
        <w:t>yahan to koi poochne wala hai hi nahi.</w:t>
      </w:r>
    </w:p>
    <w:p>
      <w:pPr>
        <w:jc w:val="right"/>
      </w:pPr>
      <w:r>
        <w:t>یہاں تو کوئی پوچھنے والا ہے ہی نہیں۔</w:t>
      </w:r>
    </w:p>
    <w:p>
      <w:r>
        <w:rPr>
          <w:b/>
        </w:rPr>
        <w:t xml:space="preserve">[03:35] </w:t>
      </w:r>
      <w:r>
        <w:t>sani mirza ne to kabhi nahi poocha ke mera dress jo hai islamic hai ya unislamic hai.</w:t>
      </w:r>
    </w:p>
    <w:p>
      <w:pPr>
        <w:jc w:val="right"/>
      </w:pPr>
      <w:r>
        <w:t>ثانی مرزا نے تو کبھی نہیں پوچھا کہ میرا ڈریس جو ہے اسلامک ہے یا انسلامک ہے۔</w:t>
      </w:r>
    </w:p>
    <w:p>
      <w:r>
        <w:rPr>
          <w:b/>
        </w:rPr>
        <w:t xml:space="preserve">[03:43] </w:t>
      </w:r>
      <w:r>
        <w:t>to fatwa yeh irrelevant hai, fatwa unislamic hai.</w:t>
      </w:r>
    </w:p>
    <w:p>
      <w:pPr>
        <w:jc w:val="right"/>
      </w:pPr>
      <w:r>
        <w:t>تو فتویٰ یہ اریلیونٹ ہے، فتویٰ انسلامک ہے۔</w:t>
      </w:r>
    </w:p>
    <w:p>
      <w:r>
        <w:rPr>
          <w:b/>
        </w:rPr>
        <w:t xml:space="preserve">[03:46] </w:t>
      </w:r>
      <w:r>
        <w:t>to aisi cheezen jo hain logon ko lagti hain ke yeh to extremism hai islam mein.</w:t>
      </w:r>
    </w:p>
    <w:p>
      <w:pPr>
        <w:jc w:val="right"/>
      </w:pPr>
      <w:r>
        <w:t>تو ایسی چیزیں جو ہیں لوگوں کو لگتی ہیں کہ یہ تو ایکسٹریمزم ہے اسلام میں۔</w:t>
      </w:r>
    </w:p>
    <w:p>
      <w:r>
        <w:rPr>
          <w:b/>
        </w:rPr>
        <w:t xml:space="preserve">[03:53] </w:t>
      </w:r>
      <w:r>
        <w:t>to bilashuba yeh fatwa activism jo hai yeh extremism hai.</w:t>
      </w:r>
    </w:p>
    <w:p>
      <w:pPr>
        <w:jc w:val="right"/>
      </w:pPr>
      <w:r>
        <w:t>تو بلاشبہ یہ فتویٰ ایکٹیوزم جو ہے یہ ایکسٹریمزم ہے۔</w:t>
      </w:r>
    </w:p>
    <w:p>
      <w:r>
        <w:rPr>
          <w:b/>
        </w:rPr>
        <w:t xml:space="preserve">[03:57] </w:t>
      </w:r>
      <w:r>
        <w:t>masjido se auraton ko rokna yeh extremism hai.</w:t>
      </w:r>
    </w:p>
    <w:p>
      <w:pPr>
        <w:jc w:val="right"/>
      </w:pPr>
      <w:r>
        <w:t>مسجدوں سے عورتوں کو روکنا یہ ایکسٹریمزم ہے۔</w:t>
      </w:r>
    </w:p>
    <w:p>
      <w:r>
        <w:rPr>
          <w:b/>
        </w:rPr>
        <w:t xml:space="preserve">[04:01] </w:t>
      </w:r>
      <w:r>
        <w:t>ya auraton ko talaq dete hain, talaq talaq talaq kar ke ek hi din mein is ko ghalib</w:t>
      </w:r>
    </w:p>
    <w:p>
      <w:pPr>
        <w:jc w:val="right"/>
      </w:pPr>
      <w:r>
        <w:t>یا عورتوں کو طلاق دیتے ہیں، طلاق طلاق طلاق کر کے ایک ہی دن میں اس کو غالب</w:t>
      </w:r>
    </w:p>
    <w:p>
      <w:r>
        <w:rPr>
          <w:b/>
        </w:rPr>
        <w:t xml:space="preserve">[04:08] </w:t>
      </w:r>
      <w:r>
        <w:t>kar dete hain, yeh extremism hai, yeh islam nahi hai.</w:t>
      </w:r>
    </w:p>
    <w:p>
      <w:pPr>
        <w:jc w:val="right"/>
      </w:pPr>
      <w:r>
        <w:t>کر دیتے ہیں، یہ ایکسٹریمزم ہے، یہ اسلام نہیں ہے۔</w:t>
      </w:r>
    </w:p>
    <w:p>
      <w:r>
        <w:rPr>
          <w:b/>
        </w:rPr>
        <w:t xml:space="preserve">[04:13] </w:t>
      </w:r>
      <w:r>
        <w:t>abhi jo jihad ke naam se jo jagah jagah violence ho raha hai, woh sab extremism hai, woh</w:t>
      </w:r>
    </w:p>
    <w:p>
      <w:pPr>
        <w:jc w:val="right"/>
      </w:pPr>
      <w:r>
        <w:t>ابھی جو جہاد کے نام سے جو جگہ جگہ وائلنس ہو رہا ہے، وہ سب ایکسٹریمزم ہے، وہ</w:t>
      </w:r>
    </w:p>
    <w:p>
      <w:r>
        <w:rPr>
          <w:b/>
        </w:rPr>
        <w:t xml:space="preserve">[04:20] </w:t>
      </w:r>
      <w:r>
        <w:t>islam nahi hai.</w:t>
      </w:r>
    </w:p>
    <w:p>
      <w:pPr>
        <w:jc w:val="right"/>
      </w:pPr>
      <w:r>
        <w:t>اسلام نہیں ہے۔</w:t>
      </w:r>
    </w:p>
    <w:p>
      <w:r>
        <w:rPr>
          <w:b/>
        </w:rPr>
        <w:t xml:space="preserve">[04:22] </w:t>
      </w:r>
      <w:r>
        <w:t>So you have to differentiate between extremism and Islam.</w:t>
      </w:r>
    </w:p>
    <w:p>
      <w:pPr>
        <w:jc w:val="right"/>
      </w:pPr>
      <w:r>
        <w:t>سو یو ہیو ٹو ڈیفرنشیٹ بٹوین ایکسٹریمزم اینڈ اسلام۔</w:t>
      </w:r>
    </w:p>
    <w:p>
      <w:r>
        <w:rPr>
          <w:b/>
        </w:rPr>
        <w:t xml:space="preserve">[04:26] </w:t>
      </w:r>
      <w:r>
        <w:t>log pareshan ho gaye hain is islam se.</w:t>
      </w:r>
    </w:p>
    <w:p>
      <w:pPr>
        <w:jc w:val="right"/>
      </w:pPr>
      <w:r>
        <w:t>لوگ پریشان ہو گئے ہیں اس اسلام سے۔</w:t>
      </w:r>
    </w:p>
    <w:p>
      <w:r>
        <w:rPr>
          <w:b/>
        </w:rPr>
        <w:t xml:space="preserve">[04:29] </w:t>
      </w:r>
      <w:r>
        <w:t>woh un ko aaj ke lehaz se irrelevant maloom hota hai.</w:t>
      </w:r>
    </w:p>
    <w:p>
      <w:pPr>
        <w:jc w:val="right"/>
      </w:pPr>
      <w:r>
        <w:t>وہ ان کو آج کے لحاظ سے اریلیونٹ معلوم ہوتا ہے۔</w:t>
      </w:r>
    </w:p>
    <w:p>
      <w:r>
        <w:rPr>
          <w:b/>
        </w:rPr>
        <w:t xml:space="preserve">[04:34] </w:t>
      </w:r>
      <w:r>
        <w:t>to kehte hain ke islam ko revise karo, islam ka liberal interpretation do.</w:t>
      </w:r>
    </w:p>
    <w:p>
      <w:pPr>
        <w:jc w:val="right"/>
      </w:pPr>
      <w:r>
        <w:t>تو کہتے ہیں کہ اسلام کو ریوائز کرو، اسلام کا لبرل انٹرپریشن دو۔</w:t>
      </w:r>
    </w:p>
    <w:p>
      <w:r>
        <w:rPr>
          <w:b/>
        </w:rPr>
        <w:t xml:space="preserve">[04:39] </w:t>
      </w:r>
      <w:r>
        <w:t>kehna yeh chahiye ke islam ka true interpretation do, true, jo asal hai.</w:t>
      </w:r>
    </w:p>
    <w:p>
      <w:pPr>
        <w:jc w:val="right"/>
      </w:pPr>
      <w:r>
        <w:t>کہنا یہ چاہیے کہ اسلام کا ٹرو انٹرپریشن دو، ٹرو، جو اصل ہے۔</w:t>
      </w:r>
    </w:p>
    <w:p>
      <w:r>
        <w:rPr>
          <w:b/>
        </w:rPr>
        <w:t xml:space="preserve">[04:45] </w:t>
      </w:r>
      <w:r>
        <w:t>jo asal hai.</w:t>
      </w:r>
    </w:p>
    <w:p>
      <w:pPr>
        <w:jc w:val="right"/>
      </w:pPr>
      <w:r>
        <w:t>جو اصل ہے۔</w:t>
      </w:r>
    </w:p>
    <w:p>
      <w:r>
        <w:rPr>
          <w:b/>
        </w:rPr>
        <w:t xml:space="preserve">[04:46] </w:t>
      </w:r>
      <w:r>
        <w:t>dekhen quran mein hai ke "la taghlu fi deenikum".</w:t>
      </w:r>
    </w:p>
    <w:p>
      <w:pPr>
        <w:jc w:val="right"/>
      </w:pPr>
      <w:r>
        <w:t>دیکھیں قرآن میں ہے کہ "لا تغلو فی دینکم"۔</w:t>
      </w:r>
    </w:p>
    <w:p>
      <w:r>
        <w:rPr>
          <w:b/>
        </w:rPr>
        <w:t xml:space="preserve">[04:50] </w:t>
      </w:r>
      <w:r>
        <w:t>deen mein ghulu na karo.</w:t>
      </w:r>
    </w:p>
    <w:p>
      <w:pPr>
        <w:jc w:val="right"/>
      </w:pPr>
      <w:r>
        <w:t>دین میں غلو نہ کرو۔</w:t>
      </w:r>
    </w:p>
    <w:p>
      <w:r>
        <w:rPr>
          <w:b/>
        </w:rPr>
        <w:t xml:space="preserve">[04:52] </w:t>
      </w:r>
      <w:r>
        <w:t>ghulu ka matlab hai extremism.</w:t>
      </w:r>
    </w:p>
    <w:p>
      <w:pPr>
        <w:jc w:val="right"/>
      </w:pPr>
      <w:r>
        <w:t>غلو کا مطلب ہے ایکسٹریمزم۔</w:t>
      </w:r>
    </w:p>
    <w:p>
      <w:r>
        <w:rPr>
          <w:b/>
        </w:rPr>
        <w:t xml:space="preserve">[04:55] </w:t>
      </w:r>
      <w:r>
        <w:t>yani deen ke mamle mein extremist na bano.</w:t>
      </w:r>
    </w:p>
    <w:p>
      <w:pPr>
        <w:jc w:val="right"/>
      </w:pPr>
      <w:r>
        <w:t>یعنی دین کے معاملے میں ایکسٹریمسٹ نہ بنو۔</w:t>
      </w:r>
    </w:p>
    <w:p>
      <w:r>
        <w:rPr>
          <w:b/>
        </w:rPr>
        <w:t xml:space="preserve">[04:58] </w:t>
      </w:r>
      <w:r>
        <w:t>aisi hadith mein hai dekhen "iyakum walghulu fiddeen".</w:t>
      </w:r>
    </w:p>
    <w:p>
      <w:pPr>
        <w:jc w:val="right"/>
      </w:pPr>
      <w:r>
        <w:t>ایسی حدیث میں ہے دیکھیں "ایاکم والغلو فی الدین"۔</w:t>
      </w:r>
    </w:p>
    <w:p>
      <w:r>
        <w:rPr>
          <w:b/>
        </w:rPr>
        <w:t xml:space="preserve">[05:02] </w:t>
      </w:r>
      <w:r>
        <w:t>deen mein ghulu na karo.</w:t>
      </w:r>
    </w:p>
    <w:p>
      <w:pPr>
        <w:jc w:val="right"/>
      </w:pPr>
      <w:r>
        <w:t>دین میں غلو نہ کرو۔</w:t>
      </w:r>
    </w:p>
    <w:p>
      <w:r>
        <w:rPr>
          <w:b/>
        </w:rPr>
        <w:t xml:space="preserve">[05:04] </w:t>
      </w:r>
      <w:r>
        <w:t>Don't be extremist in the religion.</w:t>
      </w:r>
    </w:p>
    <w:p>
      <w:pPr>
        <w:jc w:val="right"/>
      </w:pPr>
      <w:r>
        <w:t>ڈونٹ بی ایکسٹریمسٹ ان دا ریلیجن۔</w:t>
      </w:r>
    </w:p>
    <w:p>
      <w:r>
        <w:rPr>
          <w:b/>
        </w:rPr>
        <w:t xml:space="preserve">[05:07] </w:t>
      </w:r>
      <w:r>
        <w:t>to extremism to islam mein hai hi nahin.</w:t>
      </w:r>
    </w:p>
    <w:p>
      <w:pPr>
        <w:jc w:val="right"/>
      </w:pPr>
      <w:r>
        <w:t>تو ایکسٹریمزم تو اسلام میں ہے ہی نہیں۔</w:t>
      </w:r>
    </w:p>
    <w:p>
      <w:r>
        <w:rPr>
          <w:b/>
        </w:rPr>
        <w:t xml:space="preserve">[05:10] </w:t>
      </w:r>
      <w:r>
        <w:t>aur aaj kal log jo hain, jo apne ko muslim samajhte hain, kehte hain woh ban gaye extremist.</w:t>
      </w:r>
    </w:p>
    <w:p>
      <w:pPr>
        <w:jc w:val="right"/>
      </w:pPr>
      <w:r>
        <w:t>اور آج کل لوگ جو ہیں، جو اپنے کو مسلم سمجھتے ہیں، کہتے ہیں وہ بن گئے ایکسٹریمسٹ۔</w:t>
      </w:r>
    </w:p>
    <w:p>
      <w:r>
        <w:rPr>
          <w:b/>
        </w:rPr>
        <w:t xml:space="preserve">[05:18] </w:t>
      </w:r>
      <w:r>
        <w:t>to log yeh to pata nahin hai logon ko ke pehle islam kya tha? quran mein islam kya</w:t>
      </w:r>
    </w:p>
    <w:p>
      <w:pPr>
        <w:jc w:val="right"/>
      </w:pPr>
      <w:r>
        <w:t>تو لوگ یہ تو پتہ نہیں ہے لوگوں کو کہ پہلے اسلام کیا تھا؟ قرآن میں اسلام کیا</w:t>
      </w:r>
    </w:p>
    <w:p>
      <w:r>
        <w:rPr>
          <w:b/>
        </w:rPr>
        <w:t xml:space="preserve">[05:25] </w:t>
      </w:r>
      <w:r>
        <w:t>hai? prophet aur companion ke zamane mein islam ko kis tarah se practice kiya jata tha? yeh to</w:t>
      </w:r>
    </w:p>
    <w:p>
      <w:pPr>
        <w:jc w:val="right"/>
      </w:pPr>
      <w:r>
        <w:t>ہے؟ پرافٹ اور کمپینین کے زمانے میں اسلام کو کس طرح سے پریکٹس کیا جاتا تھا؟ یہ تو</w:t>
      </w:r>
    </w:p>
    <w:p>
      <w:r>
        <w:rPr>
          <w:b/>
        </w:rPr>
        <w:t xml:space="preserve">[05:33] </w:t>
      </w:r>
      <w:r>
        <w:t>woh dekhte nahin, yeh to woh jante nahin.</w:t>
      </w:r>
    </w:p>
    <w:p>
      <w:pPr>
        <w:jc w:val="right"/>
      </w:pPr>
      <w:r>
        <w:t>وہ دیکھتے نہیں، یہ تو وہ جانتے نہیں۔</w:t>
      </w:r>
    </w:p>
    <w:p>
      <w:r>
        <w:rPr>
          <w:b/>
        </w:rPr>
        <w:t xml:space="preserve">[05:37] </w:t>
      </w:r>
      <w:r>
        <w:t>to abhi samne jo muslim hain un ko jo dikhaye padte hain, lagta hai ke yahi islam hai.</w:t>
      </w:r>
    </w:p>
    <w:p>
      <w:pPr>
        <w:jc w:val="right"/>
      </w:pPr>
      <w:r>
        <w:t>تو ابھی سامنے جو مسلم ہیں ان کو جو دکھائے پڑتے ہیں، لگتا ہے کہ یہی اسلام ہے۔</w:t>
      </w:r>
    </w:p>
    <w:p>
      <w:r>
        <w:rPr>
          <w:b/>
        </w:rPr>
        <w:t xml:space="preserve">[05:44] </w:t>
      </w:r>
      <w:r>
        <w:t>kyun ke aaj kal ke musalmanon ka haal kya hai? koi cartoon chhaap de jis mein samjhein woh ke</w:t>
      </w:r>
    </w:p>
    <w:p>
      <w:pPr>
        <w:jc w:val="right"/>
      </w:pPr>
      <w:r>
        <w:t>کیونکہ آج کل کے مسلمانوں کا حال کیا ہے؟ کوئی کارٹون چھاپ دے جس میں سمجھیں وہ کہ</w:t>
      </w:r>
    </w:p>
    <w:p>
      <w:r>
        <w:rPr>
          <w:b/>
        </w:rPr>
        <w:t xml:space="preserve">[05:52] </w:t>
      </w:r>
      <w:r>
        <w:t>rasool Allah ki toheen hai, to gann le ke khade ho jayen ke us ko maro.</w:t>
      </w:r>
    </w:p>
    <w:p>
      <w:pPr>
        <w:jc w:val="right"/>
      </w:pPr>
      <w:r>
        <w:t>رسول اللہ کی توہین ہے، تو گن لے کے کھڑے ہو جائیں کہ اس کو مارو۔</w:t>
      </w:r>
    </w:p>
    <w:p>
      <w:r>
        <w:rPr>
          <w:b/>
        </w:rPr>
        <w:t xml:space="preserve">[05:59] </w:t>
      </w:r>
      <w:r>
        <w:t>koi book chhaap de jis ko yeh samjhein ke islam mein ke is mein rasool Allah ko toheen</w:t>
      </w:r>
    </w:p>
    <w:p>
      <w:pPr>
        <w:jc w:val="right"/>
      </w:pPr>
      <w:r>
        <w:t>کوئی بک چھاپ دے جس کو یہ سمجھیں کہ اسلام میں کہ اس میں رسول اللہ کو توہین</w:t>
      </w:r>
    </w:p>
    <w:p>
      <w:r>
        <w:rPr>
          <w:b/>
        </w:rPr>
        <w:t xml:space="preserve">[06:07] </w:t>
      </w:r>
      <w:r>
        <w:t>hai, to wahan gann le ke khade ho jayen ke maro us ko.</w:t>
      </w:r>
    </w:p>
    <w:p>
      <w:pPr>
        <w:jc w:val="right"/>
      </w:pPr>
      <w:r>
        <w:t>ہے، تو وہاں گن لے کے کھڑے ہو جائیں کہ مارو اس کو۔</w:t>
      </w:r>
    </w:p>
    <w:p>
      <w:r>
        <w:rPr>
          <w:b/>
        </w:rPr>
        <w:t xml:space="preserve">[06:12] </w:t>
      </w:r>
      <w:r>
        <w:t>abhi maine ek article padha ek english paper mein, to is mein ek word use kiya gaya</w:t>
      </w:r>
    </w:p>
    <w:p>
      <w:pPr>
        <w:jc w:val="right"/>
      </w:pPr>
      <w:r>
        <w:t>ابھی میں نے ایک آرٹیکل پڑھا ایک انگلش پیپر میں، تو اس میں ایک ورڈ یوز کیا گیا</w:t>
      </w:r>
    </w:p>
    <w:p>
      <w:r>
        <w:rPr>
          <w:b/>
        </w:rPr>
        <w:t xml:space="preserve">[06:20] </w:t>
      </w:r>
      <w:r>
        <w:t>tha "imaginary insult".</w:t>
      </w:r>
    </w:p>
    <w:p>
      <w:pPr>
        <w:jc w:val="right"/>
      </w:pPr>
      <w:r>
        <w:t>تھا "ایمیجنری انسلٹ"۔</w:t>
      </w:r>
    </w:p>
    <w:p>
      <w:r>
        <w:rPr>
          <w:b/>
        </w:rPr>
        <w:t xml:space="preserve">[06:21] </w:t>
      </w:r>
      <w:r>
        <w:t>ke musalman imaginary insult mein pade hue hain.</w:t>
      </w:r>
    </w:p>
    <w:p>
      <w:pPr>
        <w:jc w:val="right"/>
      </w:pPr>
      <w:r>
        <w:t>کہ مسلمان امیجنری انسلٹ میں پڑے ہوئے ہیں۔</w:t>
      </w:r>
    </w:p>
    <w:p>
      <w:r>
        <w:rPr>
          <w:b/>
        </w:rPr>
        <w:t xml:space="preserve">[06:25] </w:t>
      </w:r>
      <w:r>
        <w:t>baat baat mein unhein lagta hai ke yeh yeh to insult ho gayi hamari, hamare islam ki, hamare</w:t>
      </w:r>
    </w:p>
    <w:p>
      <w:pPr>
        <w:jc w:val="right"/>
      </w:pPr>
      <w:r>
        <w:t>بات بات میں انہیں لگتا ہے کہ یہ یہ تو انسلٹ ہو گئی ہماری، ہمارے اسلام کی، ہمارے</w:t>
      </w:r>
    </w:p>
    <w:p>
      <w:r>
        <w:rPr>
          <w:b/>
        </w:rPr>
        <w:t xml:space="preserve">[06:32] </w:t>
      </w:r>
      <w:r>
        <w:t>paighambar ki.</w:t>
      </w:r>
    </w:p>
    <w:p>
      <w:pPr>
        <w:jc w:val="right"/>
      </w:pPr>
      <w:r>
        <w:t>پیغمبر کی۔</w:t>
      </w:r>
    </w:p>
    <w:p>
      <w:r>
        <w:rPr>
          <w:b/>
        </w:rPr>
        <w:t xml:space="preserve">[06:34] </w:t>
      </w:r>
      <w:r>
        <w:t>to bas khade ho jate hain ladne ke liye, marne ke liye.</w:t>
      </w:r>
    </w:p>
    <w:p>
      <w:pPr>
        <w:jc w:val="right"/>
      </w:pPr>
      <w:r>
        <w:t>تو بس کھڑے ہو جاتے ہیں لڑنے کے لیے، مارنے کے لیے۔</w:t>
      </w:r>
    </w:p>
    <w:p>
      <w:r>
        <w:rPr>
          <w:b/>
        </w:rPr>
        <w:t xml:space="preserve">[06:39] </w:t>
      </w:r>
      <w:r>
        <w:t>to imaginary insult jo hai woh islam mein nahin hai.</w:t>
      </w:r>
    </w:p>
    <w:p>
      <w:pPr>
        <w:jc w:val="right"/>
      </w:pPr>
      <w:r>
        <w:t>تو امیجنری انسلٹ جو ہے وہ اسلام میں نہیں ہے۔</w:t>
      </w:r>
    </w:p>
    <w:p>
      <w:r>
        <w:rPr>
          <w:b/>
        </w:rPr>
        <w:t xml:space="preserve">[06:43] </w:t>
      </w:r>
      <w:r>
        <w:t>yeh aaj kal ke musalman hain, jo letter generations hain islam ki, in mein aisa hoga ke woh</w:t>
      </w:r>
    </w:p>
    <w:p>
      <w:pPr>
        <w:jc w:val="right"/>
      </w:pPr>
      <w:r>
        <w:t>یہ آج کل کے مسلمان ہیں، جو لیٹر جنریشنز ہیں اسلام کی، ان میں ایسا ہوگا کہ وہ</w:t>
      </w:r>
    </w:p>
    <w:p>
      <w:r>
        <w:rPr>
          <w:b/>
        </w:rPr>
        <w:t xml:space="preserve">[06:51] </w:t>
      </w:r>
      <w:r>
        <w:t>is mein sensitive ho gaye hain in mamlaat mein.</w:t>
      </w:r>
    </w:p>
    <w:p>
      <w:pPr>
        <w:jc w:val="right"/>
      </w:pPr>
      <w:r>
        <w:t>اس میں سینسٹیو ہو گئے ہیں ان معاملات میں۔</w:t>
      </w:r>
    </w:p>
    <w:p>
      <w:r>
        <w:rPr>
          <w:b/>
        </w:rPr>
        <w:t xml:space="preserve">[06:55] </w:t>
      </w:r>
      <w:r>
        <w:t>to main samajhta hoon ke liberal interpretation koi cheez nahin.</w:t>
      </w:r>
    </w:p>
    <w:p>
      <w:pPr>
        <w:jc w:val="right"/>
      </w:pPr>
      <w:r>
        <w:t>تو میں سمجھتا ہوں کہ لبرل انٹرپریشن کوئی چیز نہیں۔</w:t>
      </w:r>
    </w:p>
    <w:p>
      <w:r>
        <w:rPr>
          <w:b/>
        </w:rPr>
        <w:t xml:space="preserve">[06:59] </w:t>
      </w:r>
      <w:r>
        <w:t>dekhen Islam mein ek cheez hai jis ko kehte hain "ehya".</w:t>
      </w:r>
    </w:p>
    <w:p>
      <w:pPr>
        <w:jc w:val="right"/>
      </w:pPr>
      <w:r>
        <w:t>دیکھیں اسلام میں ایک چیز ہے جس کو کہتے ہیں "احیاء"۔</w:t>
      </w:r>
    </w:p>
    <w:p>
      <w:r>
        <w:rPr>
          <w:b/>
        </w:rPr>
        <w:t xml:space="preserve">[07:04] </w:t>
      </w:r>
      <w:r>
        <w:t>ehya means revivalism.</w:t>
      </w:r>
    </w:p>
    <w:p>
      <w:pPr>
        <w:jc w:val="right"/>
      </w:pPr>
      <w:r>
        <w:t>احیاء مینز ریوائیولزم۔</w:t>
      </w:r>
    </w:p>
    <w:p>
      <w:r>
        <w:rPr>
          <w:b/>
        </w:rPr>
        <w:t xml:space="preserve">[07:05] </w:t>
      </w:r>
      <w:r>
        <w:t>hadees mein aata hai ke "in Allah yab'athu 'ala ra'si kulli mi'ati sanatin man yujaddidu laha deenaha".</w:t>
      </w:r>
    </w:p>
    <w:p>
      <w:pPr>
        <w:jc w:val="right"/>
      </w:pPr>
      <w:r>
        <w:t>حدیث میں آتا ہے کہ "إن الله يبعث على رأس كل مئة سنة من يجدد لها دينها"۔</w:t>
      </w:r>
    </w:p>
    <w:p>
      <w:r>
        <w:rPr>
          <w:b/>
        </w:rPr>
        <w:t xml:space="preserve">[07:13] </w:t>
      </w:r>
      <w:r>
        <w:t>yaani Khuda har sau saal mein ek aise shakhs ko paida karega jo Islam ko phir se</w:t>
      </w:r>
    </w:p>
    <w:p>
      <w:pPr>
        <w:jc w:val="right"/>
      </w:pPr>
      <w:r>
        <w:t>یعنی خدا ہر سو سال میں ایک ایسے شخص کو پیدا کرے گا جو اسلام کو پھر سے</w:t>
      </w:r>
    </w:p>
    <w:p>
      <w:r>
        <w:rPr>
          <w:b/>
        </w:rPr>
        <w:t xml:space="preserve">[07:20] </w:t>
      </w:r>
      <w:r>
        <w:t>zindah kare, Islam ko phir se revive kare.</w:t>
      </w:r>
    </w:p>
    <w:p>
      <w:pPr>
        <w:jc w:val="right"/>
      </w:pPr>
      <w:r>
        <w:t>زندہ کرے، اسلام کو پھر سے ریوائیو کرے۔</w:t>
      </w:r>
    </w:p>
    <w:p>
      <w:r>
        <w:rPr>
          <w:b/>
        </w:rPr>
        <w:t xml:space="preserve">[07:24] </w:t>
      </w:r>
      <w:r>
        <w:t>تو یہ کیوں ہے؟ "Why Islam needs to be revived after every hundred years".</w:t>
      </w:r>
    </w:p>
    <w:p>
      <w:pPr>
        <w:jc w:val="right"/>
      </w:pPr>
      <w:r>
        <w:t>تو یہ کیوں ہے؟ "وائی اسلام نیڈز ٹو بی ریوائیوڈ آفٹر ایوری ہنڈرڈ ایئرز"۔</w:t>
      </w:r>
    </w:p>
    <w:p>
      <w:r>
        <w:rPr>
          <w:b/>
        </w:rPr>
        <w:t xml:space="preserve">[07:30] </w:t>
      </w:r>
      <w:r>
        <w:t>is ka matlab kya hai? is ka matlab yeh hai ke letter generation mein hamesha aisa hota hai</w:t>
      </w:r>
    </w:p>
    <w:p>
      <w:pPr>
        <w:jc w:val="right"/>
      </w:pPr>
      <w:r>
        <w:t>اس کا مطلب کیا ہے؟ اس کا مطلب یہ ہے کہ لیٹر جنریشن میں ہمیشہ ایسا ہوتا ہے</w:t>
      </w:r>
    </w:p>
    <w:p>
      <w:r>
        <w:rPr>
          <w:b/>
        </w:rPr>
        <w:t xml:space="preserve">[07:38] </w:t>
      </w:r>
      <w:r>
        <w:t>ke Islam ki jo original picture hai woh bigad jaati hai.</w:t>
      </w:r>
    </w:p>
    <w:p>
      <w:pPr>
        <w:jc w:val="right"/>
      </w:pPr>
      <w:r>
        <w:t>کہ اسلام کی جو اوریجنل پکچر ہے وہ بگڑ جاتی ہے۔</w:t>
      </w:r>
    </w:p>
    <w:p>
      <w:r>
        <w:rPr>
          <w:b/>
        </w:rPr>
        <w:t xml:space="preserve">[07:42] </w:t>
      </w:r>
      <w:r>
        <w:t>aur log extremist ban jaate hain.</w:t>
      </w:r>
    </w:p>
    <w:p>
      <w:pPr>
        <w:jc w:val="right"/>
      </w:pPr>
      <w:r>
        <w:t>اور لوگ ایکسٹریمسٹ بن جاتے ہیں۔</w:t>
      </w:r>
    </w:p>
    <w:p>
      <w:r>
        <w:rPr>
          <w:b/>
        </w:rPr>
        <w:t xml:space="preserve">[07:45] </w:t>
      </w:r>
      <w:r>
        <w:t>dekhen extremist banna kya hai? form par zyada emphasis dena.</w:t>
      </w:r>
    </w:p>
    <w:p>
      <w:pPr>
        <w:jc w:val="right"/>
      </w:pPr>
      <w:r>
        <w:t>دیکھیں ایکسٹریمسٹ بننا کیا ہے؟ فارم پر زیادہ ایمفیسز دینا۔</w:t>
      </w:r>
    </w:p>
    <w:p>
      <w:r>
        <w:rPr>
          <w:b/>
        </w:rPr>
        <w:t xml:space="preserve">[07:49] </w:t>
      </w:r>
      <w:r>
        <w:t>hamesha yahi hota hai bigaad mein.</w:t>
      </w:r>
    </w:p>
    <w:p>
      <w:pPr>
        <w:jc w:val="right"/>
      </w:pPr>
      <w:r>
        <w:t>ہمیشہ یہی ہوتا ہے بگاڑ میں۔</w:t>
      </w:r>
    </w:p>
    <w:p>
      <w:r>
        <w:rPr>
          <w:b/>
        </w:rPr>
        <w:t xml:space="preserve">[07:52] </w:t>
      </w:r>
      <w:r>
        <w:t>spirit par emphasis diya jaaye to koi bigaad nahin hoga.</w:t>
      </w:r>
    </w:p>
    <w:p>
      <w:pPr>
        <w:jc w:val="right"/>
      </w:pPr>
      <w:r>
        <w:t>اسپرٹ پر ایمفیسز دیا جائے تو کوئی بگاڑ نہیں ہوگا۔</w:t>
      </w:r>
    </w:p>
    <w:p>
      <w:r>
        <w:rPr>
          <w:b/>
        </w:rPr>
        <w:t xml:space="preserve">[07:56] </w:t>
      </w:r>
      <w:r>
        <w:t>jaise ke log agar kahein ke khoob sach bolo, to is mein kya bigaad kya hai? ya itna</w:t>
      </w:r>
    </w:p>
    <w:p>
      <w:pPr>
        <w:jc w:val="right"/>
      </w:pPr>
      <w:r>
        <w:t>جیسے کہ لوگ اگر کہیں کہ خوب سچ بولو، تو اس میں کیا بگاڑ کیا ہے؟ یا اتنا</w:t>
      </w:r>
    </w:p>
    <w:p>
      <w:r>
        <w:rPr>
          <w:b/>
        </w:rPr>
        <w:t xml:space="preserve">[08:04] </w:t>
      </w:r>
      <w:r>
        <w:t>hi emphasize kiye aap? khoob sach bolo, is mein kitna hi kahiye, kitna hi emphasize kijiye, is mein</w:t>
      </w:r>
    </w:p>
    <w:p>
      <w:pPr>
        <w:jc w:val="right"/>
      </w:pPr>
      <w:r>
        <w:t>ہی ایمفیسائز کیے آپ؟ خوب سچ بولو، اس میں کتنا ہی کہیے، کتنا ہی ایمفیسائز کیجیے، اس میں</w:t>
      </w:r>
    </w:p>
    <w:p>
      <w:r>
        <w:rPr>
          <w:b/>
        </w:rPr>
        <w:t xml:space="preserve">[08:11] </w:t>
      </w:r>
      <w:r>
        <w:t>koi bigaad ki baat nahin hai.</w:t>
      </w:r>
    </w:p>
    <w:p>
      <w:pPr>
        <w:jc w:val="right"/>
      </w:pPr>
      <w:r>
        <w:t>کوئی بگاڑ کی بات نہیں ہے۔</w:t>
      </w:r>
    </w:p>
    <w:p>
      <w:r>
        <w:rPr>
          <w:b/>
        </w:rPr>
        <w:t xml:space="preserve">[08:14] </w:t>
      </w:r>
      <w:r>
        <w:t>aap kahein ke khoob honesty ke saath raho, is mein aap jitna chahein emphasize kijiye, koi bigaad nahin</w:t>
      </w:r>
    </w:p>
    <w:p>
      <w:pPr>
        <w:jc w:val="right"/>
      </w:pPr>
      <w:r>
        <w:t>آپ کہیں کہ خوب ہونیسٹی کے ساتھ رہو، اس میں آپ جتنا چاہیں ایمفیسائز کیجیے، کوئی بگاڑ نہیں</w:t>
      </w:r>
    </w:p>
    <w:p>
      <w:r>
        <w:rPr>
          <w:b/>
        </w:rPr>
        <w:t xml:space="preserve">[08:22] </w:t>
      </w:r>
      <w:r>
        <w:t>paida hoga.</w:t>
      </w:r>
    </w:p>
    <w:p>
      <w:pPr>
        <w:jc w:val="right"/>
      </w:pPr>
      <w:r>
        <w:t>پیدا ہوگا۔</w:t>
      </w:r>
    </w:p>
    <w:p>
      <w:r>
        <w:rPr>
          <w:b/>
        </w:rPr>
        <w:t xml:space="preserve">[08:23] </w:t>
      </w:r>
      <w:r>
        <w:t>aap kahein ke peaceful tareeqe se raho, to kitna hi kahiye, is mein koi bigaad nahin aayega</w:t>
      </w:r>
    </w:p>
    <w:p>
      <w:pPr>
        <w:jc w:val="right"/>
      </w:pPr>
      <w:r>
        <w:t>آپ کہیں کہ پیس فل طریقے سے رہو، تو کتنا ہی کہیے، اس میں کوئی بگاڑ نہیں آئے</w:t>
      </w:r>
    </w:p>
    <w:p>
      <w:r>
        <w:rPr>
          <w:b/>
        </w:rPr>
        <w:t xml:space="preserve">[08:31] </w:t>
      </w:r>
      <w:r>
        <w:t>ga, koi problem nahin paida hoga.</w:t>
      </w:r>
    </w:p>
    <w:p>
      <w:pPr>
        <w:jc w:val="right"/>
      </w:pPr>
      <w:r>
        <w:t>گا، کوئی پرابلم نہیں پیدا ہوگا۔</w:t>
      </w:r>
    </w:p>
    <w:p>
      <w:r>
        <w:rPr>
          <w:b/>
        </w:rPr>
        <w:t xml:space="preserve">[08:34] </w:t>
      </w:r>
      <w:r>
        <w:t>lekin jab aap form par zor dein, tab hi bigaad paida hota hai.</w:t>
      </w:r>
    </w:p>
    <w:p>
      <w:pPr>
        <w:jc w:val="right"/>
      </w:pPr>
      <w:r>
        <w:t>لیکن جب آپ فارم پر زور دیں، تب ہی بگاڑ پیدا ہوتا ہے۔</w:t>
      </w:r>
    </w:p>
    <w:p>
      <w:r>
        <w:rPr>
          <w:b/>
        </w:rPr>
        <w:t xml:space="preserve">[08:39] </w:t>
      </w:r>
      <w:r>
        <w:t>jaise main ek masjid mein namaz padhi, to namaz ke beech mein ek naujawan aaya aur namaz mein</w:t>
      </w:r>
    </w:p>
    <w:p>
      <w:pPr>
        <w:jc w:val="right"/>
      </w:pPr>
      <w:r>
        <w:t>جیسے میں ایک مسجد میں نماز پڑھی، تو نماز کے بیچ میں ایک نوجوان آیا اور نماز میں</w:t>
      </w:r>
    </w:p>
    <w:p>
      <w:r>
        <w:rPr>
          <w:b/>
        </w:rPr>
        <w:t xml:space="preserve">[08:47] </w:t>
      </w:r>
      <w:r>
        <w:t>sharik ho gaya.</w:t>
      </w:r>
    </w:p>
    <w:p>
      <w:pPr>
        <w:jc w:val="right"/>
      </w:pPr>
      <w:r>
        <w:t>شریک ہو گیا۔</w:t>
      </w:r>
    </w:p>
    <w:p>
      <w:r>
        <w:rPr>
          <w:b/>
        </w:rPr>
        <w:t xml:space="preserve">[08:48] </w:t>
      </w:r>
      <w:r>
        <w:t>achha is ke sar par topi nahin thi, khule sar se us ne namaz padh li.</w:t>
      </w:r>
    </w:p>
    <w:p>
      <w:pPr>
        <w:jc w:val="right"/>
      </w:pPr>
      <w:r>
        <w:t>اچھا اس کے سر پر ٹوپی نہیں تھی، کھلے سر سے اس نے نماز پڑھ لی۔</w:t>
      </w:r>
    </w:p>
    <w:p>
      <w:r>
        <w:rPr>
          <w:b/>
        </w:rPr>
        <w:t xml:space="preserve">[08:55] </w:t>
      </w:r>
      <w:r>
        <w:t>ab jab namaz khatm hui to kai namazi jo the us se ladne lage ke tum kaise namaz</w:t>
      </w:r>
    </w:p>
    <w:p>
      <w:pPr>
        <w:jc w:val="right"/>
      </w:pPr>
      <w:r>
        <w:t>اب جب نماز ختم ہوئی تو کئی نمازی جو تھے اس سے لڑنے لگے کہ تم کیسے نماز</w:t>
      </w:r>
    </w:p>
    <w:p>
      <w:r>
        <w:rPr>
          <w:b/>
        </w:rPr>
        <w:t xml:space="preserve">[09:03] </w:t>
      </w:r>
      <w:r>
        <w:t>mein aaye, sab ki namaz kharab kar di.</w:t>
      </w:r>
    </w:p>
    <w:p>
      <w:pPr>
        <w:jc w:val="right"/>
      </w:pPr>
      <w:r>
        <w:t>میں آئے، سب کی نماز خراب کر دی۔</w:t>
      </w:r>
    </w:p>
    <w:p>
      <w:r>
        <w:rPr>
          <w:b/>
        </w:rPr>
        <w:t xml:space="preserve">[09:06] </w:t>
      </w:r>
      <w:r>
        <w:t>baghair topi ke namaz parhne lage, tumhari namaz bhi kharab aur hamari namaz bhi kharab.</w:t>
      </w:r>
    </w:p>
    <w:p>
      <w:pPr>
        <w:jc w:val="right"/>
      </w:pPr>
      <w:r>
        <w:t>بغیر ٹوپی کے نماز پڑھنے لگے، تمہاری نماز بھی خراب اور ہماری نماز بھی خراب۔</w:t>
      </w:r>
    </w:p>
    <w:p>
      <w:r>
        <w:rPr>
          <w:b/>
        </w:rPr>
        <w:t xml:space="preserve">[09:13] </w:t>
      </w:r>
      <w:r>
        <w:t>yeh kya hai? extremism hai yeh.</w:t>
      </w:r>
    </w:p>
    <w:p>
      <w:pPr>
        <w:jc w:val="right"/>
      </w:pPr>
      <w:r>
        <w:t>یہ کیا ہے؟ ایکسٹریمزم ہے یہ۔</w:t>
      </w:r>
    </w:p>
    <w:p>
      <w:r>
        <w:rPr>
          <w:b/>
        </w:rPr>
        <w:t xml:space="preserve">[09:15] </w:t>
      </w:r>
      <w:r>
        <w:t>topi hone na hone se koi achhi namaz hoti hai na buri namaz hoti hai.</w:t>
      </w:r>
    </w:p>
    <w:p>
      <w:pPr>
        <w:jc w:val="right"/>
      </w:pPr>
      <w:r>
        <w:t>ٹوپی ہونے نہ ہونے سے کوئی اچھی نماز ہوتی ہے نہ بری نماز ہوتی ہے۔</w:t>
      </w:r>
    </w:p>
    <w:p>
      <w:r>
        <w:rPr>
          <w:b/>
        </w:rPr>
        <w:t xml:space="preserve">[09:22] </w:t>
      </w:r>
      <w:r>
        <w:t>lekin is form ko bohat zyada ahmiyat diya inhone.</w:t>
      </w:r>
    </w:p>
    <w:p>
      <w:pPr>
        <w:jc w:val="right"/>
      </w:pPr>
      <w:r>
        <w:t>لیکن اس فارم کو بہت زیادہ اہمیت دیا انہوں نے۔</w:t>
      </w:r>
    </w:p>
    <w:p>
      <w:r>
        <w:rPr>
          <w:b/>
        </w:rPr>
        <w:t xml:space="preserve">[09:26] </w:t>
      </w:r>
      <w:r>
        <w:t>that is extremism.</w:t>
      </w:r>
    </w:p>
    <w:p>
      <w:pPr>
        <w:jc w:val="right"/>
      </w:pPr>
      <w:r>
        <w:t>دیٹ از ایکسٹریمزم۔</w:t>
      </w:r>
    </w:p>
    <w:p>
      <w:r>
        <w:rPr>
          <w:b/>
        </w:rPr>
        <w:t xml:space="preserve">[09:28] </w:t>
      </w:r>
      <w:r>
        <w:t>to agar isprt par aap zor dein ke khoob dhyan laga kar namaz parho, mind ko concentrate kar</w:t>
      </w:r>
    </w:p>
    <w:p>
      <w:pPr>
        <w:jc w:val="right"/>
      </w:pPr>
      <w:r>
        <w:t>تو اگر اسپرٹ پر آپ زور دیں کہ خوب دھیان لگا کر نماز پڑھو، مائنڈ کو کنسنٹریٹ کر</w:t>
      </w:r>
    </w:p>
    <w:p>
      <w:r>
        <w:rPr>
          <w:b/>
        </w:rPr>
        <w:t xml:space="preserve">[09:35] </w:t>
      </w:r>
      <w:r>
        <w:t>ke namaz parho, to kitna hi kahiye, kitna hi kahiye, is mein koi to is mein to koi</w:t>
      </w:r>
    </w:p>
    <w:p>
      <w:pPr>
        <w:jc w:val="right"/>
      </w:pPr>
      <w:r>
        <w:t>کے نماز پڑھو، تو کتنا ہی کہیے، کتنا ہی کہیے، اس میں کوئی تو اس میں تو کوئی</w:t>
      </w:r>
    </w:p>
    <w:p>
      <w:r>
        <w:rPr>
          <w:b/>
        </w:rPr>
        <w:t xml:space="preserve">[09:43] </w:t>
      </w:r>
      <w:r>
        <w:t>burai ki baat nahi hai.</w:t>
      </w:r>
    </w:p>
    <w:p>
      <w:pPr>
        <w:jc w:val="right"/>
      </w:pPr>
      <w:r>
        <w:t>برائی کی بات نہیں ہے۔</w:t>
      </w:r>
    </w:p>
    <w:p>
      <w:r>
        <w:rPr>
          <w:b/>
        </w:rPr>
        <w:t xml:space="preserve">[09:45] </w:t>
      </w:r>
      <w:r>
        <w:t>is mein koi gadbad nahi hoga, koi ladai nahi chhad jayegi is par.</w:t>
      </w:r>
    </w:p>
    <w:p>
      <w:pPr>
        <w:jc w:val="right"/>
      </w:pPr>
      <w:r>
        <w:t>اس میں کوئی گڑبڑ نہیں ہوگا، کوئی لڑائی نہیں چھڑ جائے گی اس پر۔</w:t>
      </w:r>
    </w:p>
    <w:p>
      <w:r>
        <w:rPr>
          <w:b/>
        </w:rPr>
        <w:t xml:space="preserve">[09:51] </w:t>
      </w:r>
      <w:r>
        <w:t>form par zor dene se ladai hoti hai.</w:t>
      </w:r>
    </w:p>
    <w:p>
      <w:pPr>
        <w:jc w:val="right"/>
      </w:pPr>
      <w:r>
        <w:t>فارم پر زور دینے سے لڑائی ہوتی ہے۔</w:t>
      </w:r>
    </w:p>
    <w:p>
      <w:r>
        <w:rPr>
          <w:b/>
        </w:rPr>
        <w:t xml:space="preserve">[09:55] </w:t>
      </w:r>
      <w:r>
        <w:t>jaise ek masjid mein dekha mein ne ke imam ki dadi chhoti thi.</w:t>
      </w:r>
    </w:p>
    <w:p>
      <w:pPr>
        <w:jc w:val="right"/>
      </w:pPr>
      <w:r>
        <w:t>جیسے ایک مسجد میں دیکھا میں نے کہ امام کی داڑھی چھوٹی تھی۔</w:t>
      </w:r>
    </w:p>
    <w:p>
      <w:r>
        <w:rPr>
          <w:b/>
        </w:rPr>
        <w:t xml:space="preserve">[10:00] </w:t>
      </w:r>
      <w:r>
        <w:t>ab is par ladai ho gayi ke imam ki dadi chhoti hai to namaz nahi hui, saare muqaddas</w:t>
      </w:r>
    </w:p>
    <w:p>
      <w:pPr>
        <w:jc w:val="right"/>
      </w:pPr>
      <w:r>
        <w:t>اب اس پر لڑائی ہو گئی کہ امام کی داڑھی چھوٹی ہے تو نماز نہیں ہوئی، سارے مقدس</w:t>
      </w:r>
    </w:p>
    <w:p>
      <w:r>
        <w:rPr>
          <w:b/>
        </w:rPr>
        <w:t xml:space="preserve">[10:08] </w:t>
      </w:r>
      <w:r>
        <w:t>jo hain woh phir se namaz parhein.</w:t>
      </w:r>
    </w:p>
    <w:p>
      <w:pPr>
        <w:jc w:val="right"/>
      </w:pPr>
      <w:r>
        <w:t>جو ہیں وہ پھر سے نماز پڑھیں۔</w:t>
      </w:r>
    </w:p>
    <w:p>
      <w:r>
        <w:rPr>
          <w:b/>
        </w:rPr>
        <w:t xml:space="preserve">[10:11] </w:t>
      </w:r>
      <w:r>
        <w:t>to dadi chhoti ho ya badi ho, is ka islam se koi talluq nahi hai.</w:t>
      </w:r>
    </w:p>
    <w:p>
      <w:pPr>
        <w:jc w:val="right"/>
      </w:pPr>
      <w:r>
        <w:t>تو داڑھی چھوٹی ہو یا بڑی ہو، اس کا اسلام سے کوئی تعلق نہیں ہے۔</w:t>
      </w:r>
    </w:p>
    <w:p>
      <w:r>
        <w:rPr>
          <w:b/>
        </w:rPr>
        <w:t xml:space="preserve">[10:17] </w:t>
      </w:r>
      <w:r>
        <w:t>yeh bhi theek, woh bhi theek.</w:t>
      </w:r>
    </w:p>
    <w:p>
      <w:pPr>
        <w:jc w:val="right"/>
      </w:pPr>
      <w:r>
        <w:t>یہ بھی ٹھیک، وہ بھی ٹھیک۔</w:t>
      </w:r>
    </w:p>
    <w:p>
      <w:r>
        <w:rPr>
          <w:b/>
        </w:rPr>
        <w:t xml:space="preserve">[10:20] </w:t>
      </w:r>
      <w:r>
        <w:t>imam ki namaz se na to peeche walon ki namaz achhi hoti hai na buri hoti hai.</w:t>
      </w:r>
    </w:p>
    <w:p>
      <w:pPr>
        <w:jc w:val="right"/>
      </w:pPr>
      <w:r>
        <w:t>امام کی نماز سے نہ تو پیچھے والوں کی نماز اچھی ہوتی ہے نہ بری ہوتی ہے۔</w:t>
      </w:r>
    </w:p>
    <w:p>
      <w:r>
        <w:rPr>
          <w:b/>
        </w:rPr>
        <w:t xml:space="preserve">[10:27] </w:t>
      </w:r>
      <w:r>
        <w:t>har aadmi dekhiye apni namaz parhta hai.</w:t>
      </w:r>
    </w:p>
    <w:p>
      <w:pPr>
        <w:jc w:val="right"/>
      </w:pPr>
      <w:r>
        <w:t>ہر آدمی دیکھیے اپنی نماز پڑھتا ہے۔</w:t>
      </w:r>
    </w:p>
    <w:p>
      <w:r>
        <w:rPr>
          <w:b/>
        </w:rPr>
        <w:t xml:space="preserve">[10:30] </w:t>
      </w:r>
      <w:r>
        <w:t>koi aadmi doosre ki namaz nahi parhta.</w:t>
      </w:r>
    </w:p>
    <w:p>
      <w:pPr>
        <w:jc w:val="right"/>
      </w:pPr>
      <w:r>
        <w:t>کوئی آدمی دوسرے کی نماز نہیں پڑھتا۔</w:t>
      </w:r>
    </w:p>
    <w:p>
      <w:r>
        <w:rPr>
          <w:b/>
        </w:rPr>
        <w:t xml:space="preserve">[10:33] </w:t>
      </w:r>
      <w:r>
        <w:t>imam bhi doosre ki namaz nahi parhta.</w:t>
      </w:r>
    </w:p>
    <w:p>
      <w:pPr>
        <w:jc w:val="right"/>
      </w:pPr>
      <w:r>
        <w:t>امام بھی دوسرے کی نماز نہیں پڑھتا۔</w:t>
      </w:r>
    </w:p>
    <w:p>
      <w:r>
        <w:rPr>
          <w:b/>
        </w:rPr>
        <w:t xml:space="preserve">[10:36] </w:t>
      </w:r>
      <w:r>
        <w:t>lekin jab aap yeh kahein ke namaz yani imam ki dadi chhoti hai to namaz sab ki kharab</w:t>
      </w:r>
    </w:p>
    <w:p>
      <w:pPr>
        <w:jc w:val="right"/>
      </w:pPr>
      <w:r>
        <w:t>لیکن جب آپ یہ کہیں کہ نماز یعنی امام کی داڑھی چھوٹی ہے تو نماز سب کی خراب</w:t>
      </w:r>
    </w:p>
    <w:p>
      <w:r>
        <w:rPr>
          <w:b/>
        </w:rPr>
        <w:t xml:space="preserve">[10:44] </w:t>
      </w:r>
      <w:r>
        <w:t>ho gayi, yeh hai extremism.</w:t>
      </w:r>
    </w:p>
    <w:p>
      <w:pPr>
        <w:jc w:val="right"/>
      </w:pPr>
      <w:r>
        <w:t>ہو گئی، یہ ہے ایکسٹریمزم۔</w:t>
      </w:r>
    </w:p>
    <w:p>
      <w:r>
        <w:rPr>
          <w:b/>
        </w:rPr>
        <w:t xml:space="preserve">[10:46] </w:t>
      </w:r>
      <w:r>
        <w:t>isi par ladai jhagda paida hota hai.</w:t>
      </w:r>
    </w:p>
    <w:p>
      <w:pPr>
        <w:jc w:val="right"/>
      </w:pPr>
      <w:r>
        <w:t>اسی پر لڑائی جھگڑا پیدا ہوتا ہے۔</w:t>
      </w:r>
    </w:p>
    <w:p>
      <w:r>
        <w:rPr>
          <w:b/>
        </w:rPr>
        <w:t xml:space="preserve">[10:49] </w:t>
      </w:r>
      <w:r>
        <w:t>ایسے ہی دیکھیں کئی جگہ ایسا ہوا کہ مسلمانوں کو کچھ پرابلم آئے in their political power.</w:t>
      </w:r>
    </w:p>
    <w:p>
      <w:pPr>
        <w:jc w:val="right"/>
      </w:pPr>
      <w:r>
        <w:t>ایسے ہی دیکھیں کئی جگہ ایسا ہوا کہ مسلمانوں کو کچھ پرابلم آئے ان انٹر پولیٹیکل پاور۔</w:t>
      </w:r>
    </w:p>
    <w:p>
      <w:r>
        <w:rPr>
          <w:b/>
        </w:rPr>
        <w:t xml:space="preserve">[10:56] </w:t>
      </w:r>
      <w:r>
        <w:t>یعنی پولیٹیکل پرابلم آئے کچھ جگہوں پر، ڈیفرنٹ پلیسز پر۔</w:t>
      </w:r>
    </w:p>
    <w:p>
      <w:pPr>
        <w:jc w:val="right"/>
      </w:pPr>
      <w:r>
        <w:t>یعنی پولیٹیکل پرابلم آئے کچھ جگہوں پر، ڈفرنٹ پلیسز پر۔</w:t>
      </w:r>
    </w:p>
    <w:p>
      <w:r>
        <w:rPr>
          <w:b/>
        </w:rPr>
        <w:t xml:space="preserve">[11:01] </w:t>
      </w:r>
      <w:r>
        <w:t>to kya hua? gun le ke khade ho gaye, suicide bombing karne lage.</w:t>
      </w:r>
    </w:p>
    <w:p>
      <w:pPr>
        <w:jc w:val="right"/>
      </w:pPr>
      <w:r>
        <w:t>تو کیا ہوا؟ گن لے کے کھڑے ہو گئے، سوسائیڈ بمبنگ کرنے لگے۔</w:t>
      </w:r>
    </w:p>
    <w:p>
      <w:r>
        <w:rPr>
          <w:b/>
        </w:rPr>
        <w:t xml:space="preserve">[11:06] </w:t>
      </w:r>
      <w:r>
        <w:t>bhai problem agar aa gaye to aap peaceful method ko lete hue is ko solve kijiye.</w:t>
      </w:r>
    </w:p>
    <w:p>
      <w:pPr>
        <w:jc w:val="right"/>
      </w:pPr>
      <w:r>
        <w:t>بھئی پرابلم اگر آ گئے تو آپ پیس فل میتھڈ کو لیتے ہوئے اس کو سالو کیجیے۔</w:t>
      </w:r>
    </w:p>
    <w:p>
      <w:r>
        <w:rPr>
          <w:b/>
        </w:rPr>
        <w:t xml:space="preserve">[11:13] </w:t>
      </w:r>
      <w:r>
        <w:t>jaise mahatma gandhi ne india mein peaceful method chalaya.</w:t>
      </w:r>
    </w:p>
    <w:p>
      <w:pPr>
        <w:jc w:val="right"/>
      </w:pPr>
      <w:r>
        <w:t>جیسے مہاتما گاندھی نے انڈیا میں پیس فل میتھڈ چلایا۔</w:t>
      </w:r>
    </w:p>
    <w:p>
      <w:r>
        <w:rPr>
          <w:b/>
        </w:rPr>
        <w:t xml:space="preserve">[11:18] </w:t>
      </w:r>
      <w:r>
        <w:t>تو کئی جگہ ایسا آپ دیکھیں گے کہ political problem آئے in terms of land, in terms of</w:t>
      </w:r>
    </w:p>
    <w:p>
      <w:pPr>
        <w:jc w:val="right"/>
      </w:pPr>
      <w:r>
        <w:t>تو کئی جگہ ایسا آپ دیکھیں گے کہ پولیٹیکل پرابلم آئے ان ٹرم آف لینڈ، ان ٹرم آف</w:t>
      </w:r>
    </w:p>
    <w:p>
      <w:r>
        <w:rPr>
          <w:b/>
        </w:rPr>
        <w:t xml:space="preserve">[11:25] </w:t>
      </w:r>
      <w:r>
        <w:t>political power.</w:t>
      </w:r>
    </w:p>
    <w:p>
      <w:pPr>
        <w:jc w:val="right"/>
      </w:pPr>
      <w:r>
        <w:t>پولیٹیکل پاور۔</w:t>
      </w:r>
    </w:p>
    <w:p>
      <w:r>
        <w:rPr>
          <w:b/>
        </w:rPr>
        <w:t xml:space="preserve">[11:27] </w:t>
      </w:r>
      <w:r>
        <w:t>to wahan log lage gun culture chalane, bomb culture chalane, suicide bombing karne lage.</w:t>
      </w:r>
    </w:p>
    <w:p>
      <w:pPr>
        <w:jc w:val="right"/>
      </w:pPr>
      <w:r>
        <w:t>تو وہاں لوگ لگے گن کلچر چلانے، بم کلچر چلانے، سوسائیڈ بمبنگ کرنے لگے۔</w:t>
      </w:r>
    </w:p>
    <w:p>
      <w:r>
        <w:rPr>
          <w:b/>
        </w:rPr>
        <w:t xml:space="preserve">[11:33] </w:t>
      </w:r>
      <w:r>
        <w:t>to log samajhte hain ke yeh islam hai kyunke woh karte hain yeh kaam islam ke naam par.</w:t>
      </w:r>
    </w:p>
    <w:p>
      <w:pPr>
        <w:jc w:val="right"/>
      </w:pPr>
      <w:r>
        <w:t>تو لوگ سمجھتے ہیں کہ یہ اسلام ہے کیونکہ وہ کرتے ہیں یہ کام اسلام کے نام پر۔</w:t>
      </w:r>
    </w:p>
    <w:p>
      <w:r>
        <w:rPr>
          <w:b/>
        </w:rPr>
        <w:t xml:space="preserve">[11:41] </w:t>
      </w:r>
      <w:r>
        <w:t>jihad ke naam par.</w:t>
      </w:r>
    </w:p>
    <w:p>
      <w:pPr>
        <w:jc w:val="right"/>
      </w:pPr>
      <w:r>
        <w:t>جہاد کے نام پر۔</w:t>
      </w:r>
    </w:p>
    <w:p>
      <w:r>
        <w:rPr>
          <w:b/>
        </w:rPr>
        <w:t xml:space="preserve">[11:42] </w:t>
      </w:r>
      <w:r>
        <w:t>isko chahte hain yeh jihad hai, is se hamein jannat milegi, is se hamein paradise milegi</w:t>
      </w:r>
    </w:p>
    <w:p>
      <w:pPr>
        <w:jc w:val="right"/>
      </w:pPr>
      <w:r>
        <w:t>اس کو چاہتے ہیں یہ جہاد ہے، اس سے ہمیں جنت ملے گی، اس سے ہمیں پیراڈائز ملے</w:t>
      </w:r>
    </w:p>
    <w:p>
      <w:r>
        <w:rPr>
          <w:b/>
        </w:rPr>
        <w:t xml:space="preserve">[11:50]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[11:52] </w:t>
      </w:r>
      <w:r>
        <w:t>to chunke yeh kaam karte hain woh islam ke naam par.</w:t>
      </w:r>
    </w:p>
    <w:p>
      <w:pPr>
        <w:jc w:val="right"/>
      </w:pPr>
      <w:r>
        <w:t>تو چونکہ یہ کام کرتے ہیں وہ اسلام کے نام پر۔</w:t>
      </w:r>
    </w:p>
    <w:p>
      <w:r>
        <w:rPr>
          <w:b/>
        </w:rPr>
        <w:t xml:space="preserve">[11:56] </w:t>
      </w:r>
      <w:r>
        <w:t>agar woh yeh kaam karte lekin islam ka naam na lete to is mein islam beech mein na</w:t>
      </w:r>
    </w:p>
    <w:p>
      <w:pPr>
        <w:jc w:val="right"/>
      </w:pPr>
      <w:r>
        <w:t>اگر وہ یہ کام کرتے لیکن اسلام کا نام نہ لیتے تو اس میں اسلام بیچ میں نہ</w:t>
      </w:r>
    </w:p>
    <w:p>
      <w:r>
        <w:rPr>
          <w:b/>
        </w:rPr>
        <w:t xml:space="preserve">[12:04] </w:t>
      </w:r>
      <w:r>
        <w:t>aata.</w:t>
      </w:r>
    </w:p>
    <w:p>
      <w:pPr>
        <w:jc w:val="right"/>
      </w:pPr>
      <w:r>
        <w:t>آتا۔</w:t>
      </w:r>
    </w:p>
    <w:p>
      <w:r>
        <w:rPr>
          <w:b/>
        </w:rPr>
        <w:t xml:space="preserve">[12:05] </w:t>
      </w:r>
      <w:r>
        <w:t>isko log musalmanon se attribute karte na ke islam se.</w:t>
      </w:r>
    </w:p>
    <w:p>
      <w:pPr>
        <w:jc w:val="right"/>
      </w:pPr>
      <w:r>
        <w:t>اس کو لوگ مسلمانوں سے ایٹریبیوٹ کرتے نہ کہ اسلام سے۔</w:t>
      </w:r>
    </w:p>
    <w:p>
      <w:r>
        <w:rPr>
          <w:b/>
        </w:rPr>
        <w:t xml:space="preserve">[12:10] </w:t>
      </w:r>
      <w:r>
        <w:t>lekin jab woh yeh kehte hain ke yeh jihad hai, is se hum paradise mein jayenge, is</w:t>
      </w:r>
    </w:p>
    <w:p>
      <w:pPr>
        <w:jc w:val="right"/>
      </w:pPr>
      <w:r>
        <w:t>لیکن جب وہ یہ کہتے ہیں کہ یہ جہاد ہے، اس سے ہم پیراڈائز میں جائیں گے، اس</w:t>
      </w:r>
    </w:p>
    <w:p>
      <w:r>
        <w:rPr>
          <w:b/>
        </w:rPr>
        <w:t xml:space="preserve">[12:18] </w:t>
      </w:r>
      <w:r>
        <w:t>ko islam ka title de dete hain.</w:t>
      </w:r>
    </w:p>
    <w:p>
      <w:pPr>
        <w:jc w:val="right"/>
      </w:pPr>
      <w:r>
        <w:t>کو اسلام کا ٹائٹل دے دیتے ہیں۔</w:t>
      </w:r>
    </w:p>
    <w:p>
      <w:r>
        <w:rPr>
          <w:b/>
        </w:rPr>
        <w:t xml:space="preserve">[12:21] </w:t>
      </w:r>
      <w:r>
        <w:t>to that is extremism.</w:t>
      </w:r>
    </w:p>
    <w:p>
      <w:pPr>
        <w:jc w:val="right"/>
      </w:pPr>
      <w:r>
        <w:t>تو دیٹ از ایکسٹریمزم۔</w:t>
      </w:r>
    </w:p>
    <w:p>
      <w:r>
        <w:rPr>
          <w:b/>
        </w:rPr>
        <w:t xml:space="preserve">[12:23] </w:t>
      </w:r>
      <w:r>
        <w:t>aise har jagah par agar woh peaceful method se chalte, peaceful tareeqe se apne problem ko</w:t>
      </w:r>
    </w:p>
    <w:p>
      <w:pPr>
        <w:jc w:val="right"/>
      </w:pPr>
      <w:r>
        <w:t>ایسے ہر جگہ پر اگر وہ پیس فل میتھڈ سے چلتے، پیس فل طریقے سے اپنے پرابلم کو</w:t>
      </w:r>
    </w:p>
    <w:p>
      <w:r>
        <w:rPr>
          <w:b/>
        </w:rPr>
        <w:t xml:space="preserve">[12:30] </w:t>
      </w:r>
      <w:r>
        <w:t>solve karne ki koshish karte to koi na kehta ke islam ko liberalize karo.</w:t>
      </w:r>
    </w:p>
    <w:p>
      <w:pPr>
        <w:jc w:val="right"/>
      </w:pPr>
      <w:r>
        <w:t>سالو کرنے کی کوشش کرتے تو کوئی نہ کہتا کہ اسلام کو لبرلائز کرو۔</w:t>
      </w:r>
    </w:p>
    <w:p>
      <w:r>
        <w:rPr>
          <w:b/>
        </w:rPr>
        <w:t xml:space="preserve">[12:36] </w:t>
      </w:r>
      <w:r>
        <w:t>lekin jab woh dekhte hain ke musalman to problem create karte hain.</w:t>
      </w:r>
    </w:p>
    <w:p>
      <w:pPr>
        <w:jc w:val="right"/>
      </w:pPr>
      <w:r>
        <w:t>لیکن جب وہ دیکھتے ہیں کہ مسلمان تو پرابلم کریٹ کرتے ہیں۔</w:t>
      </w:r>
    </w:p>
    <w:p>
      <w:r>
        <w:rPr>
          <w:b/>
        </w:rPr>
        <w:t xml:space="preserve">[12:41] </w:t>
      </w:r>
      <w:r>
        <w:t>ek akhbar mein koi article chhap jaye to wahan ja kar koi patthar phenkte hain ke sahib hamare</w:t>
      </w:r>
    </w:p>
    <w:p>
      <w:pPr>
        <w:jc w:val="right"/>
      </w:pPr>
      <w:r>
        <w:t>ایک اخبار میں کوئی آرٹیکل چھپ جائے تو وہاں جا کر کوئی پتھر پھینکتے ہیں کہ صاحب ہمارے</w:t>
      </w:r>
    </w:p>
    <w:p>
      <w:r>
        <w:rPr>
          <w:b/>
        </w:rPr>
        <w:t xml:space="preserve">[12:49] </w:t>
      </w:r>
      <w:r>
        <w:t>insult hui hai hamare mazhab ki.</w:t>
      </w:r>
    </w:p>
    <w:p>
      <w:pPr>
        <w:jc w:val="right"/>
      </w:pPr>
      <w:r>
        <w:t>انسلٹ ہوئی ہے ہمارے مذہب کی۔</w:t>
      </w:r>
    </w:p>
    <w:p>
      <w:r>
        <w:rPr>
          <w:b/>
        </w:rPr>
        <w:t xml:space="preserve">[12:52] </w:t>
      </w:r>
      <w:r>
        <w:t>bhai insult hui ya nahi hui, agar aap ko pasand nahi hai woh article to aap bhi ek</w:t>
      </w:r>
    </w:p>
    <w:p>
      <w:pPr>
        <w:jc w:val="right"/>
      </w:pPr>
      <w:r>
        <w:t>بھئی انسلٹ ہوئی یا نہیں ہوئی، اگر آپ کو پسند نہیں ہے وہ آرٹیکل تو آپ بھی ایک</w:t>
      </w:r>
    </w:p>
    <w:p>
      <w:r>
        <w:rPr>
          <w:b/>
        </w:rPr>
        <w:t xml:space="preserve">[12:59] </w:t>
      </w:r>
      <w:r>
        <w:t>article likh dijiye.</w:t>
      </w:r>
    </w:p>
    <w:p>
      <w:pPr>
        <w:jc w:val="right"/>
      </w:pPr>
      <w:r>
        <w:t>آرٹیکل لکھ دیجیے۔</w:t>
      </w:r>
    </w:p>
    <w:p>
      <w:r>
        <w:rPr>
          <w:b/>
        </w:rPr>
        <w:t xml:space="preserve">[13:01] </w:t>
      </w:r>
      <w:r>
        <w:t>aap bhi letter likh ke bhej dijiye is paper ko, woh chhapne ga.</w:t>
      </w:r>
    </w:p>
    <w:p>
      <w:pPr>
        <w:jc w:val="right"/>
      </w:pPr>
      <w:r>
        <w:t>آپ بھی لیٹر لکھ کے بھیج دیجیے اس پیپر کو، وہ چھاپے گا۔</w:t>
      </w:r>
    </w:p>
    <w:p>
      <w:r>
        <w:rPr>
          <w:b/>
        </w:rPr>
        <w:t xml:space="preserve">[13:07] </w:t>
      </w:r>
      <w:r>
        <w:t>to agar ek paper koi aisa article chhapta hai jis mein musalman yeh samajhte hain ke unki</w:t>
      </w:r>
    </w:p>
    <w:p>
      <w:pPr>
        <w:jc w:val="right"/>
      </w:pPr>
      <w:r>
        <w:t>تو اگر ایک پیپر کوئی ایسا آرٹیکل چھاپتا ہے جس میں مسلمان یہ سمجھتے ہیں کہ ان کی</w:t>
      </w:r>
    </w:p>
    <w:p>
      <w:r>
        <w:rPr>
          <w:b/>
        </w:rPr>
        <w:t xml:space="preserve">[13:14] </w:t>
      </w:r>
      <w:r>
        <w:t>insult hui hai to unke liye khula hua rasta hai ke woh ek is ke ek ek</w:t>
      </w:r>
    </w:p>
    <w:p>
      <w:pPr>
        <w:jc w:val="right"/>
      </w:pPr>
      <w:r>
        <w:t>انسلٹ ہوئی ہے تو ان کے لیے کھلا ہوا راستہ ہے کہ وہ ایک اس کے ایک ایک</w:t>
      </w:r>
    </w:p>
    <w:p>
      <w:r>
        <w:rPr>
          <w:b/>
        </w:rPr>
        <w:t xml:space="preserve">[13:22] </w:t>
      </w:r>
      <w:r>
        <w:t>ek aur article likh kar bhej dein, ek letter likh kar bhej dein.</w:t>
      </w:r>
    </w:p>
    <w:p>
      <w:pPr>
        <w:jc w:val="right"/>
      </w:pPr>
      <w:r>
        <w:t>ایک اور آرٹیکل لکھ کر بھیج دیں، ایک لیٹر لکھ کر بھیج دیں۔</w:t>
      </w:r>
    </w:p>
    <w:p>
      <w:r>
        <w:rPr>
          <w:b/>
        </w:rPr>
        <w:t xml:space="preserve">[13:28] </w:t>
      </w:r>
      <w:r>
        <w:t>tab koi nahi kahega ke islam ko liberalize karo.</w:t>
      </w:r>
    </w:p>
    <w:p>
      <w:pPr>
        <w:jc w:val="right"/>
      </w:pPr>
      <w:r>
        <w:t>تب کوئی نہیں کہے گا کہ اسلام کو لبرلائز کرو۔</w:t>
      </w:r>
    </w:p>
    <w:p>
      <w:r>
        <w:rPr>
          <w:b/>
        </w:rPr>
        <w:t xml:space="preserve">[13:32] </w:t>
      </w:r>
      <w:r>
        <w:t>koi nahi kahega.</w:t>
      </w:r>
    </w:p>
    <w:p>
      <w:pPr>
        <w:jc w:val="right"/>
      </w:pPr>
      <w:r>
        <w:t>کوئی نہیں کہے گا۔</w:t>
      </w:r>
    </w:p>
    <w:p>
      <w:r>
        <w:rPr>
          <w:b/>
        </w:rPr>
        <w:t xml:space="preserve">[13:34] </w:t>
      </w:r>
      <w:r>
        <w:t>kyunke to accepted tareeqa hai.</w:t>
      </w:r>
    </w:p>
    <w:p>
      <w:pPr>
        <w:jc w:val="right"/>
      </w:pPr>
      <w:r>
        <w:t>کیونکہ تو ایکسیپٹڈ طریقہ ہے۔</w:t>
      </w:r>
    </w:p>
    <w:p>
      <w:r>
        <w:rPr>
          <w:b/>
        </w:rPr>
        <w:t xml:space="preserve">[13:36] </w:t>
      </w:r>
      <w:r>
        <w:t>yeh accepted tareeqa hai ke agar koi aisa article chapta hai jis mein aap ke nazdeek kuch objection</w:t>
      </w:r>
    </w:p>
    <w:p>
      <w:pPr>
        <w:jc w:val="right"/>
      </w:pPr>
      <w:r>
        <w:t>یہ ایکسیپٹڈ طریقہ ہے کہ اگر کوئی ایسا آرٹیکل چھپتا ہے جس میں آپ کے نزدیک کچھ ابجیکشن</w:t>
      </w:r>
    </w:p>
    <w:p>
      <w:r>
        <w:rPr>
          <w:b/>
        </w:rPr>
        <w:t xml:space="preserve">[13:43] </w:t>
      </w:r>
      <w:r>
        <w:t>able baat hai to aap ek aur article likh kar bhej dijiye, ek aur ek letter likh kar</w:t>
      </w:r>
    </w:p>
    <w:p>
      <w:pPr>
        <w:jc w:val="right"/>
      </w:pPr>
      <w:r>
        <w:t>ایبل بات ہے تو آپ ایک اور آرٹیکل لکھ کر بھیج دیجیے، ایک اور ایک لیٹر لکھ کر</w:t>
      </w:r>
    </w:p>
    <w:p>
      <w:r>
        <w:rPr>
          <w:b/>
        </w:rPr>
        <w:t xml:space="preserve">[13:51] </w:t>
      </w:r>
      <w:r>
        <w:t>bhej dijiye.</w:t>
      </w:r>
    </w:p>
    <w:p>
      <w:pPr>
        <w:jc w:val="right"/>
      </w:pPr>
      <w:r>
        <w:t>بھیج دیجیے۔</w:t>
      </w:r>
    </w:p>
    <w:p>
      <w:r>
        <w:rPr>
          <w:b/>
        </w:rPr>
        <w:t xml:space="preserve">[13:53] </w:t>
      </w:r>
      <w:r>
        <w:t>yeh acceptable hai.</w:t>
      </w:r>
    </w:p>
    <w:p>
      <w:pPr>
        <w:jc w:val="right"/>
      </w:pPr>
      <w:r>
        <w:t>یہ ایکسیپٹیبل ہے۔</w:t>
      </w:r>
    </w:p>
    <w:p>
      <w:r>
        <w:rPr>
          <w:b/>
        </w:rPr>
        <w:t xml:space="preserve">[13:54] </w:t>
      </w:r>
      <w:r>
        <w:t>is mein koi kisi ko aapti nahi hogi.</w:t>
      </w:r>
    </w:p>
    <w:p>
      <w:pPr>
        <w:jc w:val="right"/>
      </w:pPr>
      <w:r>
        <w:t>اس میں کوئی کسی کو آپتی نہیں ہوگی۔</w:t>
      </w:r>
    </w:p>
    <w:p>
      <w:r>
        <w:rPr>
          <w:b/>
        </w:rPr>
        <w:t xml:space="preserve">[13:58] </w:t>
      </w:r>
      <w:r>
        <w:t>lekin jab wahan ja kar ke aap un ki khirkiyon ke shishe torein, wahan ja kar ke aap</w:t>
      </w:r>
    </w:p>
    <w:p>
      <w:pPr>
        <w:jc w:val="right"/>
      </w:pPr>
      <w:r>
        <w:t>لیکن جب وہاں جا کر کے آپ ان کی کھڑکیوں کے شیشے توڑیں، وہاں جا کر کے آپ</w:t>
      </w:r>
    </w:p>
    <w:p>
      <w:r>
        <w:rPr>
          <w:b/>
        </w:rPr>
        <w:t xml:space="preserve">[14:05] </w:t>
      </w:r>
      <w:r>
        <w:t>car bomb khara kar dein aur dhamaka ho to log kahengay bhai kya islam hai yeh? Islam</w:t>
      </w:r>
    </w:p>
    <w:p>
      <w:pPr>
        <w:jc w:val="right"/>
      </w:pPr>
      <w:r>
        <w:t>کار بم کھڑا کر دیں اور دھماکہ ہو تو لوگ کہیں گے بھئی کیا اسلام ہے یہ؟ اسلام</w:t>
      </w:r>
    </w:p>
    <w:p>
      <w:r>
        <w:rPr>
          <w:b/>
        </w:rPr>
        <w:t xml:space="preserve">[14:13] </w:t>
      </w:r>
      <w:r>
        <w:t>to museebat hai.</w:t>
      </w:r>
    </w:p>
    <w:p>
      <w:pPr>
        <w:jc w:val="right"/>
      </w:pPr>
      <w:r>
        <w:t>تو مصیبت ہے۔</w:t>
      </w:r>
    </w:p>
    <w:p>
      <w:r>
        <w:rPr>
          <w:b/>
        </w:rPr>
        <w:t xml:space="preserve">[14:14] </w:t>
      </w:r>
      <w:r>
        <w:t>to asal cheez hai extremism na ke islam.</w:t>
      </w:r>
    </w:p>
    <w:p>
      <w:pPr>
        <w:jc w:val="right"/>
      </w:pPr>
      <w:r>
        <w:t>تو اصل چیز ہے ایکسٹریمزم نہ کہ اسلام۔</w:t>
      </w:r>
    </w:p>
    <w:p>
      <w:r>
        <w:rPr>
          <w:b/>
        </w:rPr>
        <w:t xml:space="preserve">[14:18] </w:t>
      </w:r>
      <w:r>
        <w:t>extremism islam nahi hai.</w:t>
      </w:r>
    </w:p>
    <w:p>
      <w:pPr>
        <w:jc w:val="right"/>
      </w:pPr>
      <w:r>
        <w:t>ایکسٹریمزم اسلام نہیں ہے۔</w:t>
      </w:r>
    </w:p>
    <w:p>
      <w:r>
        <w:rPr>
          <w:b/>
        </w:rPr>
        <w:t xml:space="preserve">[14:20] </w:t>
      </w:r>
      <w:r>
        <w:t>extremism jo hai woh islam ka distorted form hai.</w:t>
      </w:r>
    </w:p>
    <w:p>
      <w:pPr>
        <w:jc w:val="right"/>
      </w:pPr>
      <w:r>
        <w:t>ایکسٹریمزم جو ہے وہ اسلام کا پاورٹڈ فارم ہے۔</w:t>
      </w:r>
    </w:p>
    <w:p>
      <w:r>
        <w:rPr>
          <w:b/>
        </w:rPr>
        <w:t xml:space="preserve">[14:23] </w:t>
      </w:r>
      <w:r>
        <w:t>ek ek bidat hai, innovation hai woh islam mein.</w:t>
      </w:r>
    </w:p>
    <w:p>
      <w:pPr>
        <w:jc w:val="right"/>
      </w:pPr>
      <w:r>
        <w:t>ایک ایک بدعت ہے، انویشن ہے وہ اسلام میں۔</w:t>
      </w:r>
    </w:p>
    <w:p>
      <w:r>
        <w:rPr>
          <w:b/>
        </w:rPr>
        <w:t xml:space="preserve">[14:27] </w:t>
      </w:r>
      <w:r>
        <w:t>innovation.</w:t>
      </w:r>
    </w:p>
    <w:p>
      <w:pPr>
        <w:jc w:val="right"/>
      </w:pPr>
      <w:r>
        <w:t>انویشن۔</w:t>
      </w:r>
    </w:p>
    <w:p>
      <w:r>
        <w:rPr>
          <w:b/>
        </w:rPr>
        <w:t xml:space="preserve">[14:29] </w:t>
      </w:r>
      <w:r>
        <w:t>woh islam nahi hai woh.</w:t>
      </w:r>
    </w:p>
    <w:p>
      <w:pPr>
        <w:jc w:val="right"/>
      </w:pPr>
      <w:r>
        <w:t>وہ اسلام نہیں ہے وہ۔</w:t>
      </w:r>
    </w:p>
    <w:p>
      <w:r>
        <w:rPr>
          <w:b/>
        </w:rPr>
        <w:t xml:space="preserve">[14:31] </w:t>
      </w:r>
      <w:r>
        <w:t>to yeh hai is zamanay ka bohat bara problem.</w:t>
      </w:r>
    </w:p>
    <w:p>
      <w:pPr>
        <w:jc w:val="right"/>
      </w:pPr>
      <w:r>
        <w:t>تو یہ ہے اس زمانے کا بہت بڑا پرابلم۔</w:t>
      </w:r>
    </w:p>
    <w:p>
      <w:r>
        <w:rPr>
          <w:b/>
        </w:rPr>
        <w:t xml:space="preserve">[14:35] </w:t>
      </w:r>
      <w:r>
        <w:t>People fail to differentiate between Islam and Muslims.</w:t>
      </w:r>
    </w:p>
    <w:p>
      <w:pPr>
        <w:jc w:val="right"/>
      </w:pPr>
      <w:r>
        <w:t>پیپل فیل ٹو ڈیفرنشیٹ بٹوین اسلام اور مسلمز۔</w:t>
      </w:r>
    </w:p>
    <w:p>
      <w:r>
        <w:rPr>
          <w:b/>
        </w:rPr>
        <w:t xml:space="preserve">[14:38] </w:t>
      </w:r>
      <w:r>
        <w:t>islam aur musalman mein farq nahi kiya logon ne.</w:t>
      </w:r>
    </w:p>
    <w:p>
      <w:pPr>
        <w:jc w:val="right"/>
      </w:pPr>
      <w:r>
        <w:t>اسلام اور مسلمان میں فرق نہیں کیا لوگوں نے۔</w:t>
      </w:r>
    </w:p>
    <w:p>
      <w:r>
        <w:rPr>
          <w:b/>
        </w:rPr>
        <w:t xml:space="preserve">[14:42] </w:t>
      </w:r>
      <w:r>
        <w:t>aap kya kehte hain ke islam ko revise karo, islam ko badlo aur liberal interpretation do islam ka?</w:t>
      </w:r>
    </w:p>
    <w:p>
      <w:pPr>
        <w:jc w:val="right"/>
      </w:pPr>
      <w:r>
        <w:t>آپ کیا کہتے ہیں کہ اسلام کو ریوائز کرو، اسلام کو بدلو اور لبرل انٹرپریشن دو اسلام کا؟</w:t>
      </w:r>
    </w:p>
    <w:p>
      <w:r>
        <w:rPr>
          <w:b/>
        </w:rPr>
        <w:t xml:space="preserve">[14:50] </w:t>
      </w:r>
      <w:r>
        <w:t>yeh sab kehte hain.</w:t>
      </w:r>
    </w:p>
    <w:p>
      <w:pPr>
        <w:jc w:val="right"/>
      </w:pPr>
      <w:r>
        <w:t>یہ سب کہتے ہیں۔</w:t>
      </w:r>
    </w:p>
    <w:p>
      <w:r>
        <w:rPr>
          <w:b/>
        </w:rPr>
        <w:t xml:space="preserve">[14:52] </w:t>
      </w:r>
      <w:r>
        <w:t>halankay simple si baat hai ke agar woh do mein se ek baat agar ho jaye ke musalman</w:t>
      </w:r>
    </w:p>
    <w:p>
      <w:pPr>
        <w:jc w:val="right"/>
      </w:pPr>
      <w:r>
        <w:t>حالانکہ سمپل سی بات ہے کہ اگر وہ دو میں سے ایک بات اگر ہو جائے کہ مسلمان</w:t>
      </w:r>
    </w:p>
    <w:p>
      <w:r>
        <w:rPr>
          <w:b/>
        </w:rPr>
        <w:t xml:space="preserve">[14:59] </w:t>
      </w:r>
      <w:r>
        <w:t>apne in kamon ko islam ke naam par na karein, tab bhi yeh problem khatam ho jayega.</w:t>
      </w:r>
    </w:p>
    <w:p>
      <w:pPr>
        <w:jc w:val="right"/>
      </w:pPr>
      <w:r>
        <w:t>اپنے ان کاموں کو اسلام کے نام پر نہ کریں، تب بھی یہ پرابلم ختم ہو جائے گا۔</w:t>
      </w:r>
    </w:p>
    <w:p>
      <w:r>
        <w:rPr>
          <w:b/>
        </w:rPr>
        <w:t xml:space="preserve">[15:07] </w:t>
      </w:r>
      <w:r>
        <w:t>islam ke naam par na karein to problem khatam ho jayega.</w:t>
      </w:r>
    </w:p>
    <w:p>
      <w:pPr>
        <w:jc w:val="right"/>
      </w:pPr>
      <w:r>
        <w:t>اسلام کے نام پر نہ کریں تو پرابلم ختم ہو جائے گا۔</w:t>
      </w:r>
    </w:p>
    <w:p>
      <w:r>
        <w:rPr>
          <w:b/>
        </w:rPr>
        <w:t xml:space="preserve">[15:12] </w:t>
      </w:r>
      <w:r>
        <w:t>ya phir yeh karein doosre log ke woh yeh keh sakein ke bhai dekho yeh to musalmanon ka</w:t>
      </w:r>
    </w:p>
    <w:p>
      <w:pPr>
        <w:jc w:val="right"/>
      </w:pPr>
      <w:r>
        <w:t>یا پھر یہ کریں دوسرے لوگ کہ وہ یہ کہہ سکیں کہ بھئی دیکھو یہ تو مسلمانوں کا</w:t>
      </w:r>
    </w:p>
    <w:p>
      <w:r>
        <w:rPr>
          <w:b/>
        </w:rPr>
        <w:t xml:space="preserve">[15:20] </w:t>
      </w:r>
      <w:r>
        <w:t>kaam hai, islam mein to yeh hai nahin.</w:t>
      </w:r>
    </w:p>
    <w:p>
      <w:pPr>
        <w:jc w:val="right"/>
      </w:pPr>
      <w:r>
        <w:t>کام ہے، اسلام میں تو یہ ہے نہیں۔</w:t>
      </w:r>
    </w:p>
    <w:p>
      <w:r>
        <w:rPr>
          <w:b/>
        </w:rPr>
        <w:t xml:space="preserve">[15:23] </w:t>
      </w:r>
      <w:r>
        <w:t>yani woh difference ko jaan lein, woh differentiate karna seekh lein, tab bhi problem khatam ho jayega.</w:t>
      </w:r>
    </w:p>
    <w:p>
      <w:pPr>
        <w:jc w:val="right"/>
      </w:pPr>
      <w:r>
        <w:t>یعنی وہ ڈیفرنس کو جان لیں، وہ ڈیفرنشیٹ کرنا سیکھ لیں، تب بھی پرابلم ختم ہو جائے گا۔</w:t>
      </w:r>
    </w:p>
    <w:p>
      <w:r>
        <w:rPr>
          <w:b/>
        </w:rPr>
        <w:t xml:space="preserve">[15:31] </w:t>
      </w:r>
      <w:r>
        <w:t>lekin yeh ho raha hai na woh ho raha hai.</w:t>
      </w:r>
    </w:p>
    <w:p>
      <w:pPr>
        <w:jc w:val="right"/>
      </w:pPr>
      <w:r>
        <w:t>لیکن یہ ہو رہا ہے نہ وہ ہو رہا ہے۔</w:t>
      </w:r>
    </w:p>
    <w:p>
      <w:r>
        <w:rPr>
          <w:b/>
        </w:rPr>
        <w:t xml:space="preserve">[15:35] </w:t>
      </w:r>
      <w:r>
        <w:t>natija kya hai ke sabhi log, majority logon ki yeh ho gayi, educated logon ki ke woh samajhte</w:t>
      </w:r>
    </w:p>
    <w:p>
      <w:pPr>
        <w:jc w:val="right"/>
      </w:pPr>
      <w:r>
        <w:t>نتیجہ کیا ہے کہ سبھی لوگ، میجورٹی لوگوں کی یہ ہو گئی، ایجوکیٹڈ لوگوں کی کہ وہ سمجھتے</w:t>
      </w:r>
    </w:p>
    <w:p>
      <w:r>
        <w:rPr>
          <w:b/>
        </w:rPr>
        <w:t xml:space="preserve">[15:43] </w:t>
      </w:r>
      <w:r>
        <w:t>hain ke islam ek museebat hai.</w:t>
      </w:r>
    </w:p>
    <w:p>
      <w:pPr>
        <w:jc w:val="right"/>
      </w:pPr>
      <w:r>
        <w:t>ہیں کہ اسلام ایک مصیبت ہے۔</w:t>
      </w:r>
    </w:p>
    <w:p>
      <w:r>
        <w:rPr>
          <w:b/>
        </w:rPr>
        <w:t xml:space="preserve">[15:46] </w:t>
      </w:r>
      <w:r>
        <w:t>islam to problem create karta hai.</w:t>
      </w:r>
    </w:p>
    <w:p>
      <w:pPr>
        <w:jc w:val="right"/>
      </w:pPr>
      <w:r>
        <w:t>اسلام تو پرابلم کریٹ کرتا ہے۔</w:t>
      </w:r>
    </w:p>
    <w:p>
      <w:r>
        <w:rPr>
          <w:b/>
        </w:rPr>
        <w:t xml:space="preserve">[15:48] </w:t>
      </w:r>
      <w:r>
        <w:t>islam hamari civilization ko aage nahin badhne deta.</w:t>
      </w:r>
    </w:p>
    <w:p>
      <w:pPr>
        <w:jc w:val="right"/>
      </w:pPr>
      <w:r>
        <w:t>اسلام ہماری سویلائزیشن کو آگے نہیں بڑھنے دیتا۔</w:t>
      </w:r>
    </w:p>
    <w:p>
      <w:r>
        <w:rPr>
          <w:b/>
        </w:rPr>
        <w:t xml:space="preserve">[15:52] </w:t>
      </w:r>
      <w:r>
        <w:t>islam taraqqi ke rastay mein rukawat hai.</w:t>
      </w:r>
    </w:p>
    <w:p>
      <w:pPr>
        <w:jc w:val="right"/>
      </w:pPr>
      <w:r>
        <w:t>اسلام ترقی کے راستے میں رکاوٹ ہے۔</w:t>
      </w:r>
    </w:p>
    <w:p>
      <w:r>
        <w:rPr>
          <w:b/>
        </w:rPr>
        <w:t xml:space="preserve">[15:55] </w:t>
      </w:r>
      <w:r>
        <w:t>islam aaj ke liye relevant nahin raha hai.</w:t>
      </w:r>
    </w:p>
    <w:p>
      <w:pPr>
        <w:jc w:val="right"/>
      </w:pPr>
      <w:r>
        <w:t>اسلام آج کے لیے ریلیونٹ نہیں رہا ہے۔</w:t>
      </w:r>
    </w:p>
    <w:p>
      <w:r>
        <w:rPr>
          <w:b/>
        </w:rPr>
        <w:t xml:space="preserve">[15:58] </w:t>
      </w:r>
      <w:r>
        <w:t>yeh sab baatein.</w:t>
      </w:r>
    </w:p>
    <w:p>
      <w:pPr>
        <w:jc w:val="right"/>
      </w:pPr>
      <w:r>
        <w:t>یہ سب باتیں۔</w:t>
      </w:r>
    </w:p>
    <w:p>
      <w:r>
        <w:rPr>
          <w:b/>
        </w:rPr>
        <w:t xml:space="preserve">[15:59] </w:t>
      </w:r>
      <w:r>
        <w:t>to main yeh kahunga ke problem islam mein nahin hai, problem innovation mein hai.</w:t>
      </w:r>
    </w:p>
    <w:p>
      <w:pPr>
        <w:jc w:val="right"/>
      </w:pPr>
      <w:r>
        <w:t>تو میں یہ کہوں گا کہ پرابلم اسلام میں نہیں ہے، پرابلم انویشن میں ہے۔</w:t>
      </w:r>
    </w:p>
    <w:p>
      <w:r>
        <w:rPr>
          <w:b/>
        </w:rPr>
        <w:t xml:space="preserve">[16:06] </w:t>
      </w:r>
      <w:r>
        <w:t>woh addition jo baat ko kiye gaye hain us mein hai.</w:t>
      </w:r>
    </w:p>
    <w:p>
      <w:pPr>
        <w:jc w:val="right"/>
      </w:pPr>
      <w:r>
        <w:t>وہ ایڈیشن جو بات کو کیے گئے ہیں اس میں ہے۔</w:t>
      </w:r>
    </w:p>
    <w:p>
      <w:r>
        <w:rPr>
          <w:b/>
        </w:rPr>
        <w:t xml:space="preserve">[16:11] </w:t>
      </w:r>
      <w:r>
        <w:t>ab dekhiye auraton ke baray mein.</w:t>
      </w:r>
    </w:p>
    <w:p>
      <w:pPr>
        <w:jc w:val="right"/>
      </w:pPr>
      <w:r>
        <w:t>اب دیکھیے عورتوں کے بارے میں۔</w:t>
      </w:r>
    </w:p>
    <w:p>
      <w:r>
        <w:rPr>
          <w:b/>
        </w:rPr>
        <w:t xml:space="preserve">[16:13] </w:t>
      </w:r>
      <w:r>
        <w:t>yeh general impression yeh hai ke islam mein auraton ko koi right nahin hai.</w:t>
      </w:r>
    </w:p>
    <w:p>
      <w:pPr>
        <w:jc w:val="right"/>
      </w:pPr>
      <w:r>
        <w:t>یہ جنرل امپریشن یہ ہے کہ اسلام میں عورتوں کو کوئی رائٹ نہیں ہے۔</w:t>
      </w:r>
    </w:p>
    <w:p>
      <w:r>
        <w:rPr>
          <w:b/>
        </w:rPr>
        <w:t xml:space="preserve">[16:19] </w:t>
      </w:r>
      <w:r>
        <w:t>halankay bilkul galat baat hai, baseless baat hai.</w:t>
      </w:r>
    </w:p>
    <w:p>
      <w:pPr>
        <w:jc w:val="right"/>
      </w:pPr>
      <w:r>
        <w:t>حالانکہ بالکل غلط بات ہے، بیس لیس بات ہے۔</w:t>
      </w:r>
    </w:p>
    <w:p>
      <w:r>
        <w:rPr>
          <w:b/>
        </w:rPr>
        <w:t xml:space="preserve">[16:23] </w:t>
      </w:r>
      <w:r>
        <w:t>baseless baat hai.</w:t>
      </w:r>
    </w:p>
    <w:p>
      <w:pPr>
        <w:jc w:val="right"/>
      </w:pPr>
      <w:r>
        <w:t>بیس لیس بات ہے۔</w:t>
      </w:r>
    </w:p>
    <w:p>
      <w:r>
        <w:rPr>
          <w:b/>
        </w:rPr>
        <w:t xml:space="preserve">[16:25] </w:t>
      </w:r>
      <w:r>
        <w:t>islam mein auraton ko wohi right hai jo mardon ko hai.</w:t>
      </w:r>
    </w:p>
    <w:p>
      <w:pPr>
        <w:jc w:val="right"/>
      </w:pPr>
      <w:r>
        <w:t>اسلام میں عورتوں کو وہی رائٹ ہے جو مردوں کو ہے۔</w:t>
      </w:r>
    </w:p>
    <w:p>
      <w:r>
        <w:rPr>
          <w:b/>
        </w:rPr>
        <w:t xml:space="preserve">[16:29] </w:t>
      </w:r>
      <w:r>
        <w:t>wohi haq hai jo mardon ko hai.</w:t>
      </w:r>
    </w:p>
    <w:p>
      <w:pPr>
        <w:jc w:val="right"/>
      </w:pPr>
      <w:r>
        <w:t>وہی حق ہے جو مردوں کو ہے۔</w:t>
      </w:r>
    </w:p>
    <w:p>
      <w:r>
        <w:rPr>
          <w:b/>
        </w:rPr>
        <w:t xml:space="preserve">[16:32] </w:t>
      </w:r>
      <w:r>
        <w:t>there is no difference between the two, between, between men and women in terms of rights.</w:t>
      </w:r>
    </w:p>
    <w:p>
      <w:pPr>
        <w:jc w:val="right"/>
      </w:pPr>
      <w:r>
        <w:t>دیر از نو ڈیفرنس بٹوین دا ٹو، بٹوین، بٹوین مین اینڈ وومن ان ٹرم آف رائٹس۔</w:t>
      </w:r>
    </w:p>
    <w:p>
      <w:r>
        <w:rPr>
          <w:b/>
        </w:rPr>
        <w:t xml:space="preserve">[16:39] </w:t>
      </w:r>
      <w:r>
        <w:t>dekhiye main aap ko ek qissa sunata hoon.</w:t>
      </w:r>
    </w:p>
    <w:p>
      <w:pPr>
        <w:jc w:val="right"/>
      </w:pPr>
      <w:r>
        <w:t>دیکھیے میں آپ کو ایک قصہ سناتا ہوں۔</w:t>
      </w:r>
    </w:p>
    <w:p>
      <w:r>
        <w:rPr>
          <w:b/>
        </w:rPr>
        <w:t xml:space="preserve">[16:43] </w:t>
      </w:r>
      <w:r>
        <w:t>prophet ke zamanay mein madina mein ek lady thi, un ka naam tha juwairiya.</w:t>
      </w:r>
    </w:p>
    <w:p>
      <w:pPr>
        <w:jc w:val="right"/>
      </w:pPr>
      <w:r>
        <w:t>پرافٹ کے زمانے میں مدینہ میں ایک لیڈی تھی، ان کا نام تھا جویریا۔</w:t>
      </w:r>
    </w:p>
    <w:p>
      <w:r>
        <w:rPr>
          <w:b/>
        </w:rPr>
        <w:t xml:space="preserve">[16:49] </w:t>
      </w:r>
      <w:r>
        <w:t>unki shadi hui to husband ka naam tha mugeeth.</w:t>
      </w:r>
    </w:p>
    <w:p>
      <w:pPr>
        <w:jc w:val="right"/>
      </w:pPr>
      <w:r>
        <w:t>ان کی شادی ہوئی تو ہسبینڈ کا نام تھا مغیث۔</w:t>
      </w:r>
    </w:p>
    <w:p>
      <w:r>
        <w:rPr>
          <w:b/>
        </w:rPr>
        <w:t xml:space="preserve">[16:53] </w:t>
      </w:r>
      <w:r>
        <w:t>juwairiya aur mugeeth.</w:t>
      </w:r>
    </w:p>
    <w:p>
      <w:pPr>
        <w:jc w:val="right"/>
      </w:pPr>
      <w:r>
        <w:t>جویریا اور مغیث۔</w:t>
      </w:r>
    </w:p>
    <w:p>
      <w:r>
        <w:rPr>
          <w:b/>
        </w:rPr>
        <w:t xml:space="preserve">[16:55] </w:t>
      </w:r>
      <w:r>
        <w:t>to shadi ke baad dono mein khatpat hui.</w:t>
      </w:r>
    </w:p>
    <w:p>
      <w:pPr>
        <w:jc w:val="right"/>
      </w:pPr>
      <w:r>
        <w:t>تو شادی کے بعد دونوں میں کھٹپٹ ہوئی۔</w:t>
      </w:r>
    </w:p>
    <w:p>
      <w:r>
        <w:rPr>
          <w:b/>
        </w:rPr>
        <w:t xml:space="preserve">[16:58] </w:t>
      </w:r>
      <w:r>
        <w:t>juwairiya ne kaha ke main mugeeth ke sath nahin reh sakti, mujhe is se talaq chahiye.</w:t>
      </w:r>
    </w:p>
    <w:p>
      <w:pPr>
        <w:jc w:val="right"/>
      </w:pPr>
      <w:r>
        <w:t>جویریا نے کہا کہ میں مغیث کے ساتھ نہیں رہ سکتی، مجھے اس سے طلاق چاہیے۔</w:t>
      </w:r>
    </w:p>
    <w:p>
      <w:r>
        <w:rPr>
          <w:b/>
        </w:rPr>
        <w:t xml:space="preserve">[17:05] </w:t>
      </w:r>
      <w:r>
        <w:t>to joveria gayeen rasool Allah ke paas ke mujh ko talak dilwa dijiye mughais se, mujhe mughais ke</w:t>
      </w:r>
    </w:p>
    <w:p>
      <w:pPr>
        <w:jc w:val="right"/>
      </w:pPr>
      <w:r>
        <w:t>تو جویریا گئیں رسول اللہ کے پاس کہ مجھ کو طلاق دلوا دیجیے مغیث سے، مجھے مغیث کے</w:t>
      </w:r>
    </w:p>
    <w:p>
      <w:r>
        <w:rPr>
          <w:b/>
        </w:rPr>
        <w:t xml:space="preserve">[17:13] </w:t>
      </w:r>
      <w:r>
        <w:t>saath nahi rehna hai.</w:t>
      </w:r>
    </w:p>
    <w:p>
      <w:pPr>
        <w:jc w:val="right"/>
      </w:pPr>
      <w:r>
        <w:t>ساتھ نہیں رہنا ہے۔</w:t>
      </w:r>
    </w:p>
    <w:p>
      <w:r>
        <w:rPr>
          <w:b/>
        </w:rPr>
        <w:t xml:space="preserve">[17:14] </w:t>
      </w:r>
      <w:r>
        <w:t>to rasool Allah ne ab wahan par mughais bhi khare hue the, woh nahi chahte the talak ho.</w:t>
      </w:r>
    </w:p>
    <w:p>
      <w:pPr>
        <w:jc w:val="right"/>
      </w:pPr>
      <w:r>
        <w:t>تو رسول اللہ نے اب وہاں پر مغیث بھی کھڑے ہوئے تھے، وہ نہیں چاہتے تھے طلاق ہو۔</w:t>
      </w:r>
    </w:p>
    <w:p>
      <w:r>
        <w:rPr>
          <w:b/>
        </w:rPr>
        <w:t xml:space="preserve">[17:22] </w:t>
      </w:r>
      <w:r>
        <w:t>ke mughais chahte the ke saath saath rahen hum log, shadi ho gayi hai to ab rahen saath,</w:t>
      </w:r>
    </w:p>
    <w:p>
      <w:pPr>
        <w:jc w:val="right"/>
      </w:pPr>
      <w:r>
        <w:t>کہ مغیث چاہتے تھے کہ ساتھ ساتھ رہیں ہم لوگ، شادی ہو گئی ہے تو اب رہیں ساتھ،</w:t>
      </w:r>
    </w:p>
    <w:p>
      <w:r>
        <w:rPr>
          <w:b/>
        </w:rPr>
        <w:t xml:space="preserve">[17:30] </w:t>
      </w:r>
      <w:r>
        <w:t>talak nahi hona chahiye.</w:t>
      </w:r>
    </w:p>
    <w:p>
      <w:pPr>
        <w:jc w:val="right"/>
      </w:pPr>
      <w:r>
        <w:t>طلاق نہیں ہونا چاہیے۔</w:t>
      </w:r>
    </w:p>
    <w:p>
      <w:r>
        <w:rPr>
          <w:b/>
        </w:rPr>
        <w:t xml:space="preserve">[17:31] </w:t>
      </w:r>
      <w:r>
        <w:t>to rasool Allah ne joveria se kaha ke mughais chahte hain saath rehna hai, tum bhi saath rehne</w:t>
      </w:r>
    </w:p>
    <w:p>
      <w:pPr>
        <w:jc w:val="right"/>
      </w:pPr>
      <w:r>
        <w:t>تو رسول اللہ نے جویریا سے کہا کہ مغیث چاہتے ہیں ساتھ رہنا ہے، تم بھی ساتھ رہنے</w:t>
      </w:r>
    </w:p>
    <w:p>
      <w:r>
        <w:rPr>
          <w:b/>
        </w:rPr>
        <w:t xml:space="preserve">[17:39] </w:t>
      </w:r>
      <w:r>
        <w:t>par raazi ho jao.</w:t>
      </w:r>
    </w:p>
    <w:p>
      <w:pPr>
        <w:jc w:val="right"/>
      </w:pPr>
      <w:r>
        <w:t>پر راضی ہو جاؤ۔</w:t>
      </w:r>
    </w:p>
    <w:p>
      <w:r>
        <w:rPr>
          <w:b/>
        </w:rPr>
        <w:t xml:space="preserve">[17:41] </w:t>
      </w:r>
      <w:r>
        <w:t>mil kar raho dono aadmi.</w:t>
      </w:r>
    </w:p>
    <w:p>
      <w:pPr>
        <w:jc w:val="right"/>
      </w:pPr>
      <w:r>
        <w:t>مل کر رہو دونوں آدمی۔</w:t>
      </w:r>
    </w:p>
    <w:p>
      <w:r>
        <w:rPr>
          <w:b/>
        </w:rPr>
        <w:t xml:space="preserve">[17:43] </w:t>
      </w:r>
      <w:r>
        <w:t>to joveria ne kaha ke yeh jo aap advice hamein de rahe hain, yeh aap ki taraf se</w:t>
      </w:r>
    </w:p>
    <w:p>
      <w:pPr>
        <w:jc w:val="right"/>
      </w:pPr>
      <w:r>
        <w:t>تو جویریا نے کہا کہ یہ جو آپ ایڈوائس ہمیں دے رہے ہیں، یہ آپ کی طرف سے</w:t>
      </w:r>
    </w:p>
    <w:p>
      <w:r>
        <w:rPr>
          <w:b/>
        </w:rPr>
        <w:t xml:space="preserve">[17:51] </w:t>
      </w:r>
      <w:r>
        <w:t>hai ke Khuda ki taraf se hai? to aap ne kaha ke nahi, Khuda ki taraf se koi</w:t>
      </w:r>
    </w:p>
    <w:p>
      <w:pPr>
        <w:jc w:val="right"/>
      </w:pPr>
      <w:r>
        <w:t>ہے کہ خدا کی طرف سے ہے؟ تو آپ نے کہا کہ نہیں، خدا کی طرف سے کوئی</w:t>
      </w:r>
    </w:p>
    <w:p>
      <w:r>
        <w:rPr>
          <w:b/>
        </w:rPr>
        <w:t xml:space="preserve">[17:58] </w:t>
      </w:r>
      <w:r>
        <w:t>aisi baat nahi aayi hai.</w:t>
      </w:r>
    </w:p>
    <w:p>
      <w:pPr>
        <w:jc w:val="right"/>
      </w:pPr>
      <w:r>
        <w:t>ایسی بات نہیں آئی ہے۔</w:t>
      </w:r>
    </w:p>
    <w:p>
      <w:r>
        <w:rPr>
          <w:b/>
        </w:rPr>
        <w:t xml:space="preserve">[18:01] </w:t>
      </w:r>
      <w:r>
        <w:t>meri advice yeh hai tum ko.</w:t>
      </w:r>
    </w:p>
    <w:p>
      <w:pPr>
        <w:jc w:val="right"/>
      </w:pPr>
      <w:r>
        <w:t>میری ایڈوائس یہ ہے تم کو۔</w:t>
      </w:r>
    </w:p>
    <w:p>
      <w:r>
        <w:rPr>
          <w:b/>
        </w:rPr>
        <w:t xml:space="preserve">[18:03] </w:t>
      </w:r>
      <w:r>
        <w:t>to unhon ne keh diya ke fala haajat ilaih.</w:t>
      </w:r>
    </w:p>
    <w:p>
      <w:pPr>
        <w:jc w:val="right"/>
      </w:pPr>
      <w:r>
        <w:t>تو انہوں نے کہہ دیا کہ فلا حاجت الیہ۔</w:t>
      </w:r>
    </w:p>
    <w:p>
      <w:r>
        <w:rPr>
          <w:b/>
        </w:rPr>
        <w:t xml:space="preserve">[18:07] </w:t>
      </w:r>
      <w:r>
        <w:t>to mujhe is ki zaroorat nahi hai.</w:t>
      </w:r>
    </w:p>
    <w:p>
      <w:pPr>
        <w:jc w:val="right"/>
      </w:pPr>
      <w:r>
        <w:t>تو مجھے اس کی ضرورت نہیں ہے۔</w:t>
      </w:r>
    </w:p>
    <w:p>
      <w:r>
        <w:rPr>
          <w:b/>
        </w:rPr>
        <w:t xml:space="preserve">[18:10] </w:t>
      </w:r>
      <w:r>
        <w:t>yani aap ki advice par main mughais ke saath rehne par raazi nahi hoon.</w:t>
      </w:r>
    </w:p>
    <w:p>
      <w:pPr>
        <w:jc w:val="right"/>
      </w:pPr>
      <w:r>
        <w:t>یعنی آپ کی ایڈوائس پر میں مغیث کے ساتھ رہنے پر راضی نہیں ہوں۔</w:t>
      </w:r>
    </w:p>
    <w:p>
      <w:r>
        <w:rPr>
          <w:b/>
        </w:rPr>
        <w:t xml:space="preserve">[18:16] </w:t>
      </w:r>
      <w:r>
        <w:t>aap dekhiye, is aurat ko dekhiye ke agar Khuda ka koi hukum aa jata, tab to woh surrender</w:t>
      </w:r>
    </w:p>
    <w:p>
      <w:pPr>
        <w:jc w:val="right"/>
      </w:pPr>
      <w:r>
        <w:t>آپ دیکھیے، اس عورت کو دیکھیے کہ اگر خدا کا کوئی حکم آ جاتا، تب تو وہ سرینڈر</w:t>
      </w:r>
    </w:p>
    <w:p>
      <w:r>
        <w:rPr>
          <w:b/>
        </w:rPr>
        <w:t xml:space="preserve">[18:24] </w:t>
      </w:r>
      <w:r>
        <w:t>karne ko tayyar thi.</w:t>
      </w:r>
    </w:p>
    <w:p>
      <w:pPr>
        <w:jc w:val="right"/>
      </w:pPr>
      <w:r>
        <w:t>کرنے کو تیار تھی۔</w:t>
      </w:r>
    </w:p>
    <w:p>
      <w:r>
        <w:rPr>
          <w:b/>
        </w:rPr>
        <w:t xml:space="preserve">[18:25] </w:t>
      </w:r>
      <w:r>
        <w:t>lekin rasool Allah keh rahe hain, jo ke paighambar hain, prophet hain, madine ka jo state thi, us</w:t>
      </w:r>
    </w:p>
    <w:p>
      <w:pPr>
        <w:jc w:val="right"/>
      </w:pPr>
      <w:r>
        <w:t>لیکن رسول اللہ کہہ رہے ہیں، جو کہ پیغمبر ہیں، پرافٹ ہیں، مدینے کا جو اسٹیٹ تھی، اس</w:t>
      </w:r>
    </w:p>
    <w:p>
      <w:r>
        <w:rPr>
          <w:b/>
        </w:rPr>
        <w:t xml:space="preserve">[18:33] </w:t>
      </w:r>
      <w:r>
        <w:t>ke head hain, yeh sab baaten hain.</w:t>
      </w:r>
    </w:p>
    <w:p>
      <w:pPr>
        <w:jc w:val="right"/>
      </w:pPr>
      <w:r>
        <w:t>کے ہیڈ ہیں، یہ سب باتیں ہیں۔</w:t>
      </w:r>
    </w:p>
    <w:p>
      <w:r>
        <w:rPr>
          <w:b/>
        </w:rPr>
        <w:t xml:space="preserve">[18:36] </w:t>
      </w:r>
      <w:r>
        <w:t>to woh aurat keh rahi hai ke agar aap ki advice hai to main aap ki advice ko</w:t>
      </w:r>
    </w:p>
    <w:p>
      <w:pPr>
        <w:jc w:val="right"/>
      </w:pPr>
      <w:r>
        <w:t>تو وہ عورت کہہ رہی ہے کہ اگر آپ کی ایڈوائس ہے تو میں آپ کی ایڈوائس کو</w:t>
      </w:r>
    </w:p>
    <w:p>
      <w:r>
        <w:rPr>
          <w:b/>
        </w:rPr>
        <w:t xml:space="preserve">[18:44] </w:t>
      </w:r>
      <w:r>
        <w:t>maan kar ke mughais ke saath rehne ke liye tayyar nahi hoon.</w:t>
      </w:r>
    </w:p>
    <w:p>
      <w:pPr>
        <w:jc w:val="right"/>
      </w:pPr>
      <w:r>
        <w:t>مان کر کے مغیث کے ساتھ رہنے کے لیے تیار نہیں ہوں۔</w:t>
      </w:r>
    </w:p>
    <w:p>
      <w:r>
        <w:rPr>
          <w:b/>
        </w:rPr>
        <w:t xml:space="preserve">[18:49] </w:t>
      </w:r>
      <w:r>
        <w:t>to aap ne kaha ke acha theek hai, phir aap ne separation kar diya.</w:t>
      </w:r>
    </w:p>
    <w:p>
      <w:pPr>
        <w:jc w:val="right"/>
      </w:pPr>
      <w:r>
        <w:t>تو آپ نے کہا کہ اچھا ٹھیک ہے، پھر آپ نے سیپریشن کر دیا۔</w:t>
      </w:r>
    </w:p>
    <w:p>
      <w:r>
        <w:rPr>
          <w:b/>
        </w:rPr>
        <w:t xml:space="preserve">[18:55] </w:t>
      </w:r>
      <w:r>
        <w:t>ab dekhiye ke is is mein kya milta hai aap ko.</w:t>
      </w:r>
    </w:p>
    <w:p>
      <w:pPr>
        <w:jc w:val="right"/>
      </w:pPr>
      <w:r>
        <w:t>اب دیکھیے کہ اس اس میں کیا ملتا ہے آپ کو۔</w:t>
      </w:r>
    </w:p>
    <w:p>
      <w:r>
        <w:rPr>
          <w:b/>
        </w:rPr>
        <w:t xml:space="preserve">[19:00] </w:t>
      </w:r>
      <w:r>
        <w:t>yani aurat ko is se zyada aur kya freedom chahiye? main to samajhta hoon ke freedom ki aakhri</w:t>
      </w:r>
    </w:p>
    <w:p>
      <w:pPr>
        <w:jc w:val="right"/>
      </w:pPr>
      <w:r>
        <w:t>یعنی عورت کو اس سے زیادہ اور کیا فریڈم چاہیے؟ میں تو سمجھتا ہوں کہ فریڈم کی آخری</w:t>
      </w:r>
    </w:p>
    <w:p>
      <w:r>
        <w:rPr>
          <w:b/>
        </w:rPr>
        <w:t xml:space="preserve">[19:07] </w:t>
      </w:r>
      <w:r>
        <w:t>had hai yeh.</w:t>
      </w:r>
    </w:p>
    <w:p>
      <w:pPr>
        <w:jc w:val="right"/>
      </w:pPr>
      <w:r>
        <w:t>حد ہے یہ۔</w:t>
      </w:r>
    </w:p>
    <w:p>
      <w:r>
        <w:rPr>
          <w:b/>
        </w:rPr>
        <w:t xml:space="preserve">[19:09] </w:t>
      </w:r>
      <w:r>
        <w:t>to itni zyada freedom hai aurat ke liye islam mein.</w:t>
      </w:r>
    </w:p>
    <w:p>
      <w:pPr>
        <w:jc w:val="right"/>
      </w:pPr>
      <w:r>
        <w:t>تو اتنی زیادہ فریڈم ہے عورت کے لیے اسلام میں۔</w:t>
      </w:r>
    </w:p>
    <w:p>
      <w:r>
        <w:rPr>
          <w:b/>
        </w:rPr>
        <w:t xml:space="preserve">[19:13] </w:t>
      </w:r>
      <w:r>
        <w:t>lekin jo muslim samaj hai, jo muslim society hai, is mein kai baar hum aisi khabrein padhte hain</w:t>
      </w:r>
    </w:p>
    <w:p>
      <w:pPr>
        <w:jc w:val="right"/>
      </w:pPr>
      <w:r>
        <w:t>لیکن جو مسلم سماج ہے، جو مسلم سوسائٹی ہے، اس میں کئی بار ہم ایسی خبریں پڑھتے ہیں</w:t>
      </w:r>
    </w:p>
    <w:p>
      <w:r>
        <w:rPr>
          <w:b/>
        </w:rPr>
        <w:t xml:space="preserve">[19:21] </w:t>
      </w:r>
      <w:r>
        <w:t>ke ek muslim muslim husband ne aurat ko mara, nikaal diya, yeh kya, woh kiya.</w:t>
      </w:r>
    </w:p>
    <w:p>
      <w:pPr>
        <w:jc w:val="right"/>
      </w:pPr>
      <w:r>
        <w:t>کہ ایک مسلم مسلم ہسبینڈ نے عورت کو مارا، نکال دیا، یہ کیا، وہ کیا۔</w:t>
      </w:r>
    </w:p>
    <w:p>
      <w:r>
        <w:rPr>
          <w:b/>
        </w:rPr>
        <w:t xml:space="preserve">[19:27] </w:t>
      </w:r>
      <w:r>
        <w:t>isi ko samajhte hain ke yeh islam hai.</w:t>
      </w:r>
    </w:p>
    <w:p>
      <w:pPr>
        <w:jc w:val="right"/>
      </w:pPr>
      <w:r>
        <w:t>اسی کو سمجھتے ہیں کہ یہ اسلام ہے۔</w:t>
      </w:r>
    </w:p>
    <w:p>
      <w:r>
        <w:rPr>
          <w:b/>
        </w:rPr>
        <w:t xml:space="preserve">[19:31] </w:t>
      </w:r>
      <w:r>
        <w:t>to jab tak yeh baat clear na ho ke yeh saari cheezein musalmanon ki apni practice hain, musalmanon</w:t>
      </w:r>
    </w:p>
    <w:p>
      <w:pPr>
        <w:jc w:val="right"/>
      </w:pPr>
      <w:r>
        <w:t>تو جب تک یہ بات کلیئر نہ ہو کہ یہ ساری چیزیں مسلمانوں کی اپنی پریکٹس ہیں، مسلمانوں</w:t>
      </w:r>
    </w:p>
    <w:p>
      <w:r>
        <w:rPr>
          <w:b/>
        </w:rPr>
        <w:t xml:space="preserve">[19:38] </w:t>
      </w:r>
      <w:r>
        <w:t>ki innovation hai, musalmanon ke addition hain.</w:t>
      </w:r>
    </w:p>
    <w:p>
      <w:pPr>
        <w:jc w:val="right"/>
      </w:pPr>
      <w:r>
        <w:t>کی انویشن ہے، مسلمانوں کے ایڈیشن ہیں۔</w:t>
      </w:r>
    </w:p>
    <w:p>
      <w:r>
        <w:rPr>
          <w:b/>
        </w:rPr>
        <w:t xml:space="preserve">[19:41] </w:t>
      </w:r>
      <w:r>
        <w:t>aur islam jo hai woh woh hai jo scripture mein hai, jo prophet ne follow kiya, jo prophet</w:t>
      </w:r>
    </w:p>
    <w:p>
      <w:pPr>
        <w:jc w:val="right"/>
      </w:pPr>
      <w:r>
        <w:t>اور اسلام جو ہے وہ وہ ہے جو سکرپچر میں ہے، جو پرافٹ نے فالو کیا، جو پرافٹ</w:t>
      </w:r>
    </w:p>
    <w:p>
      <w:r>
        <w:rPr>
          <w:b/>
        </w:rPr>
        <w:t xml:space="preserve">[19:49] </w:t>
      </w:r>
      <w:r>
        <w:t>ke companion ne follow kiya.</w:t>
      </w:r>
    </w:p>
    <w:p>
      <w:pPr>
        <w:jc w:val="right"/>
      </w:pPr>
      <w:r>
        <w:t>کے کمپین نے فالو کیا۔</w:t>
      </w:r>
    </w:p>
    <w:p>
      <w:r>
        <w:rPr>
          <w:b/>
        </w:rPr>
        <w:t xml:space="preserve">[19:51] </w:t>
      </w:r>
      <w:r>
        <w:t>yaani first generation jo islam ki thi.</w:t>
      </w:r>
    </w:p>
    <w:p>
      <w:pPr>
        <w:jc w:val="right"/>
      </w:pPr>
      <w:r>
        <w:t>یعنی فرسٹ جنریشن جو اسلام کی تھی۔</w:t>
      </w:r>
    </w:p>
    <w:p>
      <w:r>
        <w:rPr>
          <w:b/>
        </w:rPr>
        <w:t xml:space="preserve">[19:54] </w:t>
      </w:r>
      <w:r>
        <w:t>to first generation jo hai wahi model hai.</w:t>
      </w:r>
    </w:p>
    <w:p>
      <w:pPr>
        <w:jc w:val="right"/>
      </w:pPr>
      <w:r>
        <w:t>تو فرسٹ جنریشن جو ہے وہی ماڈل ہے۔</w:t>
      </w:r>
    </w:p>
    <w:p>
      <w:r>
        <w:rPr>
          <w:b/>
        </w:rPr>
        <w:t xml:space="preserve">[19:58] </w:t>
      </w:r>
      <w:r>
        <w:t>ab baad ke log model nahi hain.</w:t>
      </w:r>
    </w:p>
    <w:p>
      <w:pPr>
        <w:jc w:val="right"/>
      </w:pPr>
      <w:r>
        <w:t>اب بعد کے لوگ ماڈل نہیں ہیں۔</w:t>
      </w:r>
    </w:p>
    <w:p>
      <w:r>
        <w:rPr>
          <w:b/>
        </w:rPr>
        <w:t xml:space="preserve">[20:01] </w:t>
      </w:r>
      <w:r>
        <w:t>is farq ko agar hum mind mein rakhein to koi sawal paida nahi hoga.</w:t>
      </w:r>
    </w:p>
    <w:p>
      <w:pPr>
        <w:jc w:val="right"/>
      </w:pPr>
      <w:r>
        <w:t>اس فرق کو اگر ہم مائنڈ میں رکھیں تو کوئی سوال پیدا نہیں ہوگا۔</w:t>
      </w:r>
    </w:p>
    <w:p>
      <w:r>
        <w:rPr>
          <w:b/>
        </w:rPr>
        <w:t xml:space="preserve">[20:07] </w:t>
      </w:r>
      <w:r>
        <w:t>dekhein yahan mein ek baat aur kehna chahunga.</w:t>
      </w:r>
    </w:p>
    <w:p>
      <w:pPr>
        <w:jc w:val="right"/>
      </w:pPr>
      <w:r>
        <w:t>دیکھیں یہاں میں ایک بات اور کہنا چاہوں گا۔</w:t>
      </w:r>
    </w:p>
    <w:p>
      <w:r>
        <w:rPr>
          <w:b/>
        </w:rPr>
        <w:t xml:space="preserve">[20:11] </w:t>
      </w:r>
      <w:r>
        <w:t>yeh koi islam aur musalmanon ka masla nahi hai.</w:t>
      </w:r>
    </w:p>
    <w:p>
      <w:pPr>
        <w:jc w:val="right"/>
      </w:pPr>
      <w:r>
        <w:t>یہ کوئی اسلام اور مسلمانوں کا مسئلہ نہیں ہے۔</w:t>
      </w:r>
    </w:p>
    <w:p>
      <w:r>
        <w:rPr>
          <w:b/>
        </w:rPr>
        <w:t xml:space="preserve">[20:14] </w:t>
      </w:r>
      <w:r>
        <w:t>yeh ek universal masla hai.</w:t>
      </w:r>
    </w:p>
    <w:p>
      <w:pPr>
        <w:jc w:val="right"/>
      </w:pPr>
      <w:r>
        <w:t>یہ ایک یونیورسل مسئلہ ہے۔</w:t>
      </w:r>
    </w:p>
    <w:p>
      <w:r>
        <w:rPr>
          <w:b/>
        </w:rPr>
        <w:t xml:space="preserve">[20:17] </w:t>
      </w:r>
      <w:r>
        <w:t>har religion mein, har mazhab mein, har jagah aap is ko dekh sakte hain.</w:t>
      </w:r>
    </w:p>
    <w:p>
      <w:pPr>
        <w:jc w:val="right"/>
      </w:pPr>
      <w:r>
        <w:t>ہر ریلیجن میں، ہر مذہب میں، ہر جگہ آپ اس کو دیکھ سکتے ہیں۔</w:t>
      </w:r>
    </w:p>
    <w:p>
      <w:r>
        <w:rPr>
          <w:b/>
        </w:rPr>
        <w:t xml:space="preserve">[20:23] </w:t>
      </w:r>
      <w:r>
        <w:t>religion hi nahi, aam society mein bhi aap is ko dekh sakte hain.</w:t>
      </w:r>
    </w:p>
    <w:p>
      <w:pPr>
        <w:jc w:val="right"/>
      </w:pPr>
      <w:r>
        <w:t>ریلیجن ہی نہیں، عام سوسائٹی میں بھی آپ اس کو دیکھ سکتے ہیں۔</w:t>
      </w:r>
    </w:p>
    <w:p>
      <w:r>
        <w:rPr>
          <w:b/>
        </w:rPr>
        <w:t xml:space="preserve">[20:28] </w:t>
      </w:r>
      <w:r>
        <w:t>jaise kisi country ka ek hota hai constitution, ek hoti hai wahan ki society.</w:t>
      </w:r>
    </w:p>
    <w:p>
      <w:pPr>
        <w:jc w:val="right"/>
      </w:pPr>
      <w:r>
        <w:t>جیسے کسی کنٹری کا ایک ہوتا ہے کانسٹیٹیوشن، ایک ہوتی ہے وہاں کی سوسائٹی۔</w:t>
      </w:r>
    </w:p>
    <w:p>
      <w:r>
        <w:rPr>
          <w:b/>
        </w:rPr>
        <w:t xml:space="preserve">[20:34] </w:t>
      </w:r>
      <w:r>
        <w:t>to kya aap aisa karenge ke wahan society ko dekh kar ke aap kahein yeh constitution mein</w:t>
      </w:r>
    </w:p>
    <w:p>
      <w:pPr>
        <w:jc w:val="right"/>
      </w:pPr>
      <w:r>
        <w:t>تو کیا آپ ایسا کریں گے کہ وہاں سوسائٹی کو دیکھ کر کے آپ کہیں یہ کانسٹیٹیوشن میں</w:t>
      </w:r>
    </w:p>
    <w:p>
      <w:r>
        <w:rPr>
          <w:b/>
        </w:rPr>
        <w:t xml:space="preserve">[20:42] </w:t>
      </w:r>
      <w:r>
        <w:t>likha hua hai? aisa aap nahi karenge.</w:t>
      </w:r>
    </w:p>
    <w:p>
      <w:pPr>
        <w:jc w:val="right"/>
      </w:pPr>
      <w:r>
        <w:t>لکھا ہوا ہے؟ ایسا آپ نہیں کریں گے۔</w:t>
      </w:r>
    </w:p>
    <w:p>
      <w:r>
        <w:rPr>
          <w:b/>
        </w:rPr>
        <w:t xml:space="preserve">[20:45] </w:t>
      </w:r>
      <w:r>
        <w:t>kyunki constitution to ek ideal hota hai, woh ek model hota hai.</w:t>
      </w:r>
    </w:p>
    <w:p>
      <w:pPr>
        <w:jc w:val="right"/>
      </w:pPr>
      <w:r>
        <w:t>کیونکہ کانسٹیٹیوشن تو ایک آئیڈیل ہوتا ہے، وہ ایک ماڈل ہوتا ہے۔</w:t>
      </w:r>
    </w:p>
    <w:p>
      <w:r>
        <w:rPr>
          <w:b/>
        </w:rPr>
        <w:t xml:space="preserve">[20:50] </w:t>
      </w:r>
      <w:r>
        <w:t>society mein to bigaad aate rehte hain.</w:t>
      </w:r>
    </w:p>
    <w:p>
      <w:pPr>
        <w:jc w:val="right"/>
      </w:pPr>
      <w:r>
        <w:t>سوسائٹی میں تو بگاڑ آتے رہتے ہیں۔</w:t>
      </w:r>
    </w:p>
    <w:p>
      <w:r>
        <w:rPr>
          <w:b/>
        </w:rPr>
        <w:t xml:space="preserve">[20:53] </w:t>
      </w:r>
      <w:r>
        <w:t>to society ko aap judge karenge constitution se.</w:t>
      </w:r>
    </w:p>
    <w:p>
      <w:pPr>
        <w:jc w:val="right"/>
      </w:pPr>
      <w:r>
        <w:t>تو سوسائٹی کو آپ جج کریں گے کانسٹیٹیوشن سے۔</w:t>
      </w:r>
    </w:p>
    <w:p>
      <w:r>
        <w:rPr>
          <w:b/>
        </w:rPr>
        <w:t xml:space="preserve">[20:57] </w:t>
      </w:r>
      <w:r>
        <w:t>constitution ka aap nahi karenge aisa ke constitution ko aap judge karne lagen society se.</w:t>
      </w:r>
    </w:p>
    <w:p>
      <w:pPr>
        <w:jc w:val="right"/>
      </w:pPr>
      <w:r>
        <w:t>کانسٹیٹیوشن کا آپ نہیں کریں گے ایسا کہ کانسٹیٹیوشن کو آپ جج کرنے لگیں سوسائٹی سے۔</w:t>
      </w:r>
    </w:p>
    <w:p>
      <w:r>
        <w:rPr>
          <w:b/>
        </w:rPr>
        <w:t xml:space="preserve">[21:04] </w:t>
      </w:r>
      <w:r>
        <w:t>aisi hai India mein, aisi hai Britain mein, aisi hai America mein, aisi hai har jagah hai.</w:t>
      </w:r>
    </w:p>
    <w:p>
      <w:pPr>
        <w:jc w:val="right"/>
      </w:pPr>
      <w:r>
        <w:t>ایسی ہے انڈیا میں، ایسی ہے برٹن میں، ایسی ہے امریکہ میں، ایسی ہے ہر جگہ ہے۔</w:t>
      </w:r>
    </w:p>
    <w:p>
      <w:r>
        <w:rPr>
          <w:b/>
        </w:rPr>
        <w:t xml:space="preserve">[21:11] </w:t>
      </w:r>
      <w:r>
        <w:t>to secular constitution mein bhi yahi baat hai.</w:t>
      </w:r>
    </w:p>
    <w:p>
      <w:pPr>
        <w:jc w:val="right"/>
      </w:pPr>
      <w:r>
        <w:t>تو سیکولر کانسٹیٹیوشن میں بھی یہی بات ہے۔</w:t>
      </w:r>
    </w:p>
    <w:p>
      <w:r>
        <w:rPr>
          <w:b/>
        </w:rPr>
        <w:t xml:space="preserve">[21:15] </w:t>
      </w:r>
      <w:r>
        <w:t>secular society mein bhi yahi baat hai.</w:t>
      </w:r>
    </w:p>
    <w:p>
      <w:pPr>
        <w:jc w:val="right"/>
      </w:pPr>
      <w:r>
        <w:t>سیکولر سوسائٹی میں بھی یہی بات ہے۔</w:t>
      </w:r>
    </w:p>
    <w:p>
      <w:r>
        <w:rPr>
          <w:b/>
        </w:rPr>
        <w:t xml:space="preserve">[21:18] </w:t>
      </w:r>
      <w:r>
        <w:t>yeh mamla religion mein bhi hai.</w:t>
      </w:r>
    </w:p>
    <w:p>
      <w:pPr>
        <w:jc w:val="right"/>
      </w:pPr>
      <w:r>
        <w:t>یہ معاملہ ریلیجن میں بھی ہے۔</w:t>
      </w:r>
    </w:p>
    <w:p>
      <w:r>
        <w:rPr>
          <w:b/>
        </w:rPr>
        <w:t xml:space="preserve">[21:20] </w:t>
      </w:r>
      <w:r>
        <w:t>ke religion jab shuru hota hai to woh ek ideology hota hai.</w:t>
      </w:r>
    </w:p>
    <w:p>
      <w:pPr>
        <w:jc w:val="right"/>
      </w:pPr>
      <w:r>
        <w:t>کہ ریلیجن جب شروع ہوتا ہے تو وہ ایک آئیڈیالوجی ہوتا ہے۔</w:t>
      </w:r>
    </w:p>
    <w:p>
      <w:r>
        <w:rPr>
          <w:b/>
        </w:rPr>
        <w:t xml:space="preserve">[21:26] </w:t>
      </w:r>
      <w:r>
        <w:t>woh pure hota hai.</w:t>
      </w:r>
    </w:p>
    <w:p>
      <w:pPr>
        <w:jc w:val="right"/>
      </w:pPr>
      <w:r>
        <w:t>وہ پیور ہوتا ہے۔</w:t>
      </w:r>
    </w:p>
    <w:p>
      <w:r>
        <w:rPr>
          <w:b/>
        </w:rPr>
        <w:t xml:space="preserve">[21:27] </w:t>
      </w:r>
      <w:r>
        <w:t>first generation mein woh bilkul apni pure halat mein hota hai.</w:t>
      </w:r>
    </w:p>
    <w:p>
      <w:pPr>
        <w:jc w:val="right"/>
      </w:pPr>
      <w:r>
        <w:t>فرسٹ جنریشن میں وہ بالکل اپنی پیور حالت میں ہوتا ہے۔</w:t>
      </w:r>
    </w:p>
    <w:p>
      <w:r>
        <w:rPr>
          <w:b/>
        </w:rPr>
        <w:t xml:space="preserve">[21:32] </w:t>
      </w:r>
      <w:r>
        <w:t>uske baad jab generation aage aati hai to later generations mein bigaad hone lagta hai.</w:t>
      </w:r>
    </w:p>
    <w:p>
      <w:pPr>
        <w:jc w:val="right"/>
      </w:pPr>
      <w:r>
        <w:t>اس کے بعد جب جنریشن آگے آتی ہے تو لیٹر جنریشنز میں بگاڑ ہونے لگتا ہے۔</w:t>
      </w:r>
    </w:p>
    <w:p>
      <w:r>
        <w:rPr>
          <w:b/>
        </w:rPr>
        <w:t xml:space="preserve">[21:39] </w:t>
      </w:r>
      <w:r>
        <w:t>phir corruption aata hai, misinterpretation aata hai.</w:t>
      </w:r>
    </w:p>
    <w:p>
      <w:pPr>
        <w:jc w:val="right"/>
      </w:pPr>
      <w:r>
        <w:t>پھر کرپشن آتا ہے، مس انٹرپریشن آتا ہے۔</w:t>
      </w:r>
    </w:p>
    <w:p>
      <w:r>
        <w:rPr>
          <w:b/>
        </w:rPr>
        <w:t xml:space="preserve">[21:42] </w:t>
      </w:r>
      <w:r>
        <w:t>aur naye naye cheezein add ki jaati hain.</w:t>
      </w:r>
    </w:p>
    <w:p>
      <w:pPr>
        <w:jc w:val="right"/>
      </w:pPr>
      <w:r>
        <w:t>اور نئے نئے چیزیں ایڈ کی جاتی ہیں۔</w:t>
      </w:r>
    </w:p>
    <w:p>
      <w:r>
        <w:rPr>
          <w:b/>
        </w:rPr>
        <w:t xml:space="preserve">[21:46] </w:t>
      </w:r>
      <w:r>
        <w:t>extremism aata hai.</w:t>
      </w:r>
    </w:p>
    <w:p>
      <w:pPr>
        <w:jc w:val="right"/>
      </w:pPr>
      <w:r>
        <w:t>ایکسٹریمزم آتا ہے۔</w:t>
      </w:r>
    </w:p>
    <w:p>
      <w:r>
        <w:rPr>
          <w:b/>
        </w:rPr>
        <w:t xml:space="preserve">[21:47] </w:t>
      </w:r>
      <w:r>
        <w:t>to isi liye Islam mein hai ke har sau saal mein is revive karo Islam ko.</w:t>
      </w:r>
    </w:p>
    <w:p>
      <w:pPr>
        <w:jc w:val="right"/>
      </w:pPr>
      <w:r>
        <w:t>تو اسی لیے اسلام میں ہے کہ ہر سو سال میں اس ریوائیو کرو اسلام کو۔</w:t>
      </w:r>
    </w:p>
    <w:p>
      <w:r>
        <w:rPr>
          <w:b/>
        </w:rPr>
        <w:t xml:space="preserve">[21:54] </w:t>
      </w:r>
      <w:r>
        <w:t>kyunke chand generation ke baad phir bigaad, phir bigaad, phir bigaad aata rahega.</w:t>
      </w:r>
    </w:p>
    <w:p>
      <w:pPr>
        <w:jc w:val="right"/>
      </w:pPr>
      <w:r>
        <w:t>کیونکہ چند جنریشن کے بعد پھر بگاڑ، پھر بگاڑ، پھر بگاڑ آتا رہے گا۔</w:t>
      </w:r>
    </w:p>
    <w:p>
      <w:r>
        <w:rPr>
          <w:b/>
        </w:rPr>
        <w:t xml:space="preserve">[22:00] </w:t>
      </w:r>
      <w:r>
        <w:t>to har sau saal par iski zaroorat hoti hai ke Islam ke yaani original form jo Islam</w:t>
      </w:r>
    </w:p>
    <w:p>
      <w:pPr>
        <w:jc w:val="right"/>
      </w:pPr>
      <w:r>
        <w:t>تو ہر سو سال پر اس کی ضرورت ہوتی ہے کہ اسلام کے یعنی اوریجنل فارم جو اسلام</w:t>
      </w:r>
    </w:p>
    <w:p>
      <w:r>
        <w:rPr>
          <w:b/>
        </w:rPr>
        <w:t xml:space="preserve">[22:08] </w:t>
      </w:r>
      <w:r>
        <w:t>ka hai, usko revive kiya jaaye.</w:t>
      </w:r>
    </w:p>
    <w:p>
      <w:pPr>
        <w:jc w:val="right"/>
      </w:pPr>
      <w:r>
        <w:t>کا ہے، اس کو ریوائیو کیا جائے۔</w:t>
      </w:r>
    </w:p>
    <w:p>
      <w:r>
        <w:rPr>
          <w:b/>
        </w:rPr>
        <w:t xml:space="preserve">[22:11] </w:t>
      </w:r>
      <w:r>
        <w:t>phir se usko zinda kiya jaaye, phir se usko laya jaaye.</w:t>
      </w:r>
    </w:p>
    <w:p>
      <w:pPr>
        <w:jc w:val="right"/>
      </w:pPr>
      <w:r>
        <w:t>پھر سے اس کو زندہ کیا جائے، پھر سے اس کو لایا جائے۔</w:t>
      </w:r>
    </w:p>
    <w:p>
      <w:r>
        <w:rPr>
          <w:b/>
        </w:rPr>
        <w:t xml:space="preserve">[22:16] </w:t>
      </w:r>
      <w:r>
        <w:t>to main kahunga ke Islam mein liberal interpretation ki zaroorat nahi hai, revivalism ki zaroorat hai.</w:t>
      </w:r>
    </w:p>
    <w:p>
      <w:pPr>
        <w:jc w:val="right"/>
      </w:pPr>
      <w:r>
        <w:t>تو میں کہوں گا کہ اسلام میں لبرل انٹرپریشن کی ضرورت نہیں ہے، ریوائیولزم کی ضرورت ہے۔</w:t>
      </w:r>
    </w:p>
    <w:p>
      <w:r>
        <w:rPr>
          <w:b/>
        </w:rPr>
        <w:t xml:space="preserve">[22:24] </w:t>
      </w:r>
      <w:r>
        <w:t>there is no need of liberal interpretation in Islam.</w:t>
      </w:r>
    </w:p>
    <w:p>
      <w:pPr>
        <w:jc w:val="right"/>
      </w:pPr>
      <w:r>
        <w:t>دیر از نو نیڈ آف لبرل انٹرپریشن ان اسلام۔</w:t>
      </w:r>
    </w:p>
    <w:p>
      <w:r>
        <w:rPr>
          <w:b/>
        </w:rPr>
        <w:t xml:space="preserve">[22:28] </w:t>
      </w:r>
      <w:r>
        <w:t>instead in Islam, there is need of revival in Islam.</w:t>
      </w:r>
    </w:p>
    <w:p>
      <w:pPr>
        <w:jc w:val="right"/>
      </w:pPr>
      <w:r>
        <w:t>انسٹیڈ ان اسلام، دیر از نیڈ آف ریوائیول ان اسلام۔</w:t>
      </w:r>
    </w:p>
    <w:p>
      <w:r>
        <w:rPr>
          <w:b/>
        </w:rPr>
        <w:t xml:space="preserve">[22:32] </w:t>
      </w:r>
      <w:r>
        <w:t>Islam mein misinterpretation, Islam mein liberal interpretation ki zaroorat nahi hai.</w:t>
      </w:r>
    </w:p>
    <w:p>
      <w:pPr>
        <w:jc w:val="right"/>
      </w:pPr>
      <w:r>
        <w:t>اسلام میں مس انٹرپریشن، اسلام میں لبرل انٹرپریشن کی ضرورت نہیں ہے۔</w:t>
      </w:r>
    </w:p>
    <w:p>
      <w:r>
        <w:rPr>
          <w:b/>
        </w:rPr>
        <w:t xml:space="preserve">[22:37] </w:t>
      </w:r>
      <w:r>
        <w:t>Islam mein revise karne ki zaroorat nahi hai.</w:t>
      </w:r>
    </w:p>
    <w:p>
      <w:pPr>
        <w:jc w:val="right"/>
      </w:pPr>
      <w:r>
        <w:t>اسلام میں ریوائز کرنے کی ضرورت نہیں ہے۔</w:t>
      </w:r>
    </w:p>
    <w:p>
      <w:r>
        <w:rPr>
          <w:b/>
        </w:rPr>
        <w:t xml:space="preserve">[22:40] </w:t>
      </w:r>
      <w:r>
        <w:t>Islam mein to bas yeh hai ke aap usko revive karein jo original Islam hai.</w:t>
      </w:r>
    </w:p>
    <w:p>
      <w:pPr>
        <w:jc w:val="right"/>
      </w:pPr>
      <w:r>
        <w:t>اسلام میں تو بس یہ ہے کہ آپ اس کو ریوائیو کریں جو اوریجنل اسلام ہے۔</w:t>
      </w:r>
    </w:p>
    <w:p>
      <w:r>
        <w:rPr>
          <w:b/>
        </w:rPr>
        <w:t xml:space="preserve">[22:47] </w:t>
      </w:r>
      <w:r>
        <w:t>usmein usmein poora aap ko azaadi hai, poori azaadi hai.</w:t>
      </w:r>
    </w:p>
    <w:p>
      <w:pPr>
        <w:jc w:val="right"/>
      </w:pPr>
      <w:r>
        <w:t>اس میں اس میں پورا آپ کو آزادی ہے، پوری آزادی ہے۔</w:t>
      </w:r>
    </w:p>
    <w:p>
      <w:r>
        <w:rPr>
          <w:b/>
        </w:rPr>
        <w:t xml:space="preserve">[22:52] </w:t>
      </w:r>
      <w:r>
        <w:t>jaise aaj kal jo hai ke agar koi is prophet ke khilaaf kitaab likh de ya article chhaap</w:t>
      </w:r>
    </w:p>
    <w:p>
      <w:pPr>
        <w:jc w:val="right"/>
      </w:pPr>
      <w:r>
        <w:t>جیسے آج کل جو ہے کہ اگر کوئی اس پرافٹ کے خلاف کتاب لکھ دے یا آرٹیکل چھاپ</w:t>
      </w:r>
    </w:p>
    <w:p>
      <w:r>
        <w:rPr>
          <w:b/>
        </w:rPr>
        <w:t xml:space="preserve">[23:00] </w:t>
      </w:r>
      <w:r>
        <w:t>de to foran fatwa lag jaata hai ke usko maaro.</w:t>
      </w:r>
    </w:p>
    <w:p>
      <w:pPr>
        <w:jc w:val="right"/>
      </w:pPr>
      <w:r>
        <w:t>دے تو فوراً فتویٰ لگ جاتا ہے کہ اس کو مارو۔</w:t>
      </w:r>
    </w:p>
    <w:p>
      <w:r>
        <w:rPr>
          <w:b/>
        </w:rPr>
        <w:t xml:space="preserve">[23:05] </w:t>
      </w:r>
      <w:r>
        <w:t>yeh Islam nahi hai.</w:t>
      </w:r>
    </w:p>
    <w:p>
      <w:pPr>
        <w:jc w:val="right"/>
      </w:pPr>
      <w:r>
        <w:t>یہ اسلام نہیں ہے۔</w:t>
      </w:r>
    </w:p>
    <w:p>
      <w:r>
        <w:rPr>
          <w:b/>
        </w:rPr>
        <w:t xml:space="preserve">[23:07] </w:t>
      </w:r>
      <w:r>
        <w:t>yeh to apna ghara hua fatwa hai.</w:t>
      </w:r>
    </w:p>
    <w:p>
      <w:pPr>
        <w:jc w:val="right"/>
      </w:pPr>
      <w:r>
        <w:t>یہ تو اپنا گھڑا ہوا فتویٰ ہے۔</w:t>
      </w:r>
    </w:p>
    <w:p>
      <w:r>
        <w:rPr>
          <w:b/>
        </w:rPr>
        <w:t xml:space="preserve">[23:10] </w:t>
      </w:r>
      <w:r>
        <w:t>islam mein kya hai? kitab ke jawab mein kitab.</w:t>
      </w:r>
    </w:p>
    <w:p>
      <w:pPr>
        <w:jc w:val="right"/>
      </w:pPr>
      <w:r>
        <w:t>اسلام میں کیا ہے؟ کتاب کے جواب میں کتاب۔</w:t>
      </w:r>
    </w:p>
    <w:p>
      <w:r>
        <w:rPr>
          <w:b/>
        </w:rPr>
        <w:t xml:space="preserve">[23:13] </w:t>
      </w:r>
      <w:r>
        <w:t>article ke jawab mein article.</w:t>
      </w:r>
    </w:p>
    <w:p>
      <w:pPr>
        <w:jc w:val="right"/>
      </w:pPr>
      <w:r>
        <w:t>آرٹیکل کے جواب میں آرٹیکل۔</w:t>
      </w:r>
    </w:p>
    <w:p>
      <w:r>
        <w:rPr>
          <w:b/>
        </w:rPr>
        <w:t xml:space="preserve">[23:16] </w:t>
      </w:r>
      <w:r>
        <w:t>jaisay madine mein kuch log islam ke khilaf bolte thay to is ka jawab dete thay hassan.</w:t>
      </w:r>
    </w:p>
    <w:p>
      <w:pPr>
        <w:jc w:val="right"/>
      </w:pPr>
      <w:r>
        <w:t>جیسے مدینے میں کچھ لوگ اسلام کے خلاف بولتے تھے تو اس کا جواب دیتے تھے حسان۔</w:t>
      </w:r>
    </w:p>
    <w:p>
      <w:r>
        <w:rPr>
          <w:b/>
        </w:rPr>
        <w:t xml:space="preserve">[23:23] </w:t>
      </w:r>
      <w:r>
        <w:t>hassan jawab dete thay.</w:t>
      </w:r>
    </w:p>
    <w:p>
      <w:pPr>
        <w:jc w:val="right"/>
      </w:pPr>
      <w:r>
        <w:t>حسان جواب دیتے تھے۔</w:t>
      </w:r>
    </w:p>
    <w:p>
      <w:r>
        <w:rPr>
          <w:b/>
        </w:rPr>
        <w:t xml:space="preserve">[23:25] </w:t>
      </w:r>
      <w:r>
        <w:t>wo log is zamane mein shairi ka riwaj tha.</w:t>
      </w:r>
    </w:p>
    <w:p>
      <w:pPr>
        <w:jc w:val="right"/>
      </w:pPr>
      <w:r>
        <w:t>وہ لوگ اس زمانے میں شاعری کا رواج تھا۔</w:t>
      </w:r>
    </w:p>
    <w:p>
      <w:r>
        <w:rPr>
          <w:b/>
        </w:rPr>
        <w:t xml:space="preserve">[23:28] </w:t>
      </w:r>
      <w:r>
        <w:t>is zamane mein aik journalism jo thi wo shairi samajh lijiye, poetry.</w:t>
      </w:r>
    </w:p>
    <w:p>
      <w:pPr>
        <w:jc w:val="right"/>
      </w:pPr>
      <w:r>
        <w:t>اس زمانے میں ایک جرنلزم جو تھی وہ شاعری سمجھ لیجئے، پوئٹری۔</w:t>
      </w:r>
    </w:p>
    <w:p>
      <w:r>
        <w:rPr>
          <w:b/>
        </w:rPr>
        <w:t xml:space="preserve">[23:34] </w:t>
      </w:r>
      <w:r>
        <w:t>to jo mukhaleef thay wo shairi mein islam ke khilaf bolte thay, paighambar ke khilaf bolte thay.</w:t>
      </w:r>
    </w:p>
    <w:p>
      <w:pPr>
        <w:jc w:val="right"/>
      </w:pPr>
      <w:r>
        <w:t>تو جو مخالف تھے وہ شاعری میں اسلام کے خلاف بولتے تھے، پیغمبر کے خلاف بولتے تھے۔</w:t>
      </w:r>
    </w:p>
    <w:p>
      <w:r>
        <w:rPr>
          <w:b/>
        </w:rPr>
        <w:t xml:space="preserve">[23:41] </w:t>
      </w:r>
      <w:r>
        <w:t>to hassan jo thay wo bhi shairi mein is ka jawab dete thay.</w:t>
      </w:r>
    </w:p>
    <w:p>
      <w:pPr>
        <w:jc w:val="right"/>
      </w:pPr>
      <w:r>
        <w:t>تو حسان جو تھے وہ بھی شاعری میں اس کا جواب دیتے تھے۔</w:t>
      </w:r>
    </w:p>
    <w:p>
      <w:r>
        <w:rPr>
          <w:b/>
        </w:rPr>
        <w:t xml:space="preserve">[23:46] </w:t>
      </w:r>
      <w:r>
        <w:t>to shairi ka jawab shairi, poetry ka jawab poetry, book ka jawab book.</w:t>
      </w:r>
    </w:p>
    <w:p>
      <w:pPr>
        <w:jc w:val="right"/>
      </w:pPr>
      <w:r>
        <w:t>تو شاعری کا جواب شاعری، پوئٹری کا جواب پوئٹری، بک کا جواب بک۔</w:t>
      </w:r>
    </w:p>
    <w:p>
      <w:r>
        <w:rPr>
          <w:b/>
        </w:rPr>
        <w:t xml:space="preserve">[23:52] </w:t>
      </w:r>
      <w:r>
        <w:t>yeh tareeqa hai islam ka.</w:t>
      </w:r>
    </w:p>
    <w:p>
      <w:pPr>
        <w:jc w:val="right"/>
      </w:pPr>
      <w:r>
        <w:t>یہ طریقہ ہے اسلام کا۔</w:t>
      </w:r>
    </w:p>
    <w:p>
      <w:r>
        <w:rPr>
          <w:b/>
        </w:rPr>
        <w:t xml:space="preserve">[23:54] </w:t>
      </w:r>
      <w:r>
        <w:t>kisi ko revive karna hoga.</w:t>
      </w:r>
    </w:p>
    <w:p>
      <w:pPr>
        <w:jc w:val="right"/>
      </w:pPr>
      <w:r>
        <w:t>کسی کو ریوائیو کرنا ہوگا۔</w:t>
      </w:r>
    </w:p>
    <w:p>
      <w:r>
        <w:rPr>
          <w:b/>
        </w:rPr>
        <w:t xml:space="preserve">[23:56] </w:t>
      </w:r>
      <w:r>
        <w:t>ab agar koi yeh karta hai ke marne ki baat karta hai aur jis ne hum tum ne</w:t>
      </w:r>
    </w:p>
    <w:p>
      <w:pPr>
        <w:jc w:val="right"/>
      </w:pPr>
      <w:r>
        <w:t>اب اگر کوئی یہ کرتا ہے کہ مارنے کی بات کرتا ہے اور جس نے ہم تم نے</w:t>
      </w:r>
    </w:p>
    <w:p>
      <w:r>
        <w:rPr>
          <w:b/>
        </w:rPr>
        <w:t xml:space="preserve">[24:04] </w:t>
      </w:r>
      <w:r>
        <w:t>hamari tum ne insult kiya hamare mazhab ke hum ko mar dalenge aisi baat karta hai to</w:t>
      </w:r>
    </w:p>
    <w:p>
      <w:pPr>
        <w:jc w:val="right"/>
      </w:pPr>
      <w:r>
        <w:t>ہماری تم نے انسلٹ کیا ہمارے مذہب کے ہم کو مار ڈالیں گے ایسی بات کرتا ہے تو</w:t>
      </w:r>
    </w:p>
    <w:p>
      <w:r>
        <w:rPr>
          <w:b/>
        </w:rPr>
        <w:t xml:space="preserve">[24:12] </w:t>
      </w:r>
      <w:r>
        <w:t>aap yeh na kahiye ke islam ko revise karo.</w:t>
      </w:r>
    </w:p>
    <w:p>
      <w:pPr>
        <w:jc w:val="right"/>
      </w:pPr>
      <w:r>
        <w:t>آپ یہ نہ کہیے کہ اسلام کو ریوائز کرو۔</w:t>
      </w:r>
    </w:p>
    <w:p>
      <w:r>
        <w:rPr>
          <w:b/>
        </w:rPr>
        <w:t xml:space="preserve">[24:16] </w:t>
      </w:r>
      <w:r>
        <w:t>nahi, aap yeh kahiye ke asal islam ko revive karo.</w:t>
      </w:r>
    </w:p>
    <w:p>
      <w:pPr>
        <w:jc w:val="right"/>
      </w:pPr>
      <w:r>
        <w:t>نہیں، آپ یہ کہیے کہ اصل اسلام کو ریوائیو کرو۔</w:t>
      </w:r>
    </w:p>
    <w:p>
      <w:r>
        <w:rPr>
          <w:b/>
        </w:rPr>
        <w:t xml:space="preserve">[24:20] </w:t>
      </w:r>
      <w:r>
        <w:t>jo original islam hai us ko revive karo.</w:t>
      </w:r>
    </w:p>
    <w:p>
      <w:pPr>
        <w:jc w:val="right"/>
      </w:pPr>
      <w:r>
        <w:t>جو اوریجنل اسلام ہے اس کو ریوائیو کرو۔</w:t>
      </w:r>
    </w:p>
    <w:p>
      <w:r>
        <w:rPr>
          <w:b/>
        </w:rPr>
        <w:t xml:space="preserve">[24:23] </w:t>
      </w:r>
      <w:r>
        <w:t>to islam mein liberal interpretation nahi hai balkay islam mein revivalism hai.</w:t>
      </w:r>
    </w:p>
    <w:p>
      <w:pPr>
        <w:jc w:val="right"/>
      </w:pPr>
      <w:r>
        <w:t>تو اسلام میں لبرل انٹرپریشن نہیں ہے بلکہ اسلام میں ریوائیولزم ہے۔</w:t>
      </w:r>
    </w:p>
    <w:p>
      <w:r>
        <w:rPr>
          <w:b/>
        </w:rPr>
        <w:t xml:space="preserve">[24:28] </w:t>
      </w:r>
      <w:r>
        <w:t>is farq ko samajhna bohat ziyada zaroori hai.</w:t>
      </w:r>
    </w:p>
    <w:p>
      <w:pPr>
        <w:jc w:val="right"/>
      </w:pPr>
      <w:r>
        <w:t>اس فرق کو سمجھنا بہت زیادہ ضروری ہے۔</w:t>
      </w:r>
    </w:p>
    <w:p>
      <w:r>
        <w:rPr>
          <w:b/>
        </w:rPr>
        <w:t xml:space="preserve">[24:32] </w:t>
      </w:r>
      <w:r>
        <w:t>aaj mere pas aik sahab aaye wo canadian thay.</w:t>
      </w:r>
    </w:p>
    <w:p>
      <w:pPr>
        <w:jc w:val="right"/>
      </w:pPr>
      <w:r>
        <w:t>آج میرے پاس ایک صاحب آئے وہ کینیڈین تھے۔</w:t>
      </w:r>
    </w:p>
    <w:p>
      <w:r>
        <w:rPr>
          <w:b/>
        </w:rPr>
        <w:t xml:space="preserve">[24:36] </w:t>
      </w:r>
      <w:r>
        <w:t>india mein kisi multi multinational company mein jo canadian based hai us mein kaam karte hain wo.</w:t>
      </w:r>
    </w:p>
    <w:p>
      <w:pPr>
        <w:jc w:val="right"/>
      </w:pPr>
      <w:r>
        <w:t>انڈیا میں کسی ملٹی ملٹی نیشنل کمپنی میں جو کینیڈین بیسڈ ہے اس میں کام کرتے ہیں وہ۔</w:t>
      </w:r>
    </w:p>
    <w:p>
      <w:r>
        <w:rPr>
          <w:b/>
        </w:rPr>
        <w:t xml:space="preserve">[24:43] </w:t>
      </w:r>
      <w:r>
        <w:t>to unhon ne jihad ke baray mein kaha ke islam mein jihad hai.</w:t>
      </w:r>
    </w:p>
    <w:p>
      <w:pPr>
        <w:jc w:val="right"/>
      </w:pPr>
      <w:r>
        <w:t>تو انہوں نے جہاد کے بارے میں کہا کہ اسلام میں جہاد ہے۔</w:t>
      </w:r>
    </w:p>
    <w:p>
      <w:r>
        <w:rPr>
          <w:b/>
        </w:rPr>
        <w:t xml:space="preserve">[24:49] </w:t>
      </w:r>
      <w:r>
        <w:t>to mein ne kaha jihad ka matlab hai peaceful struggle.</w:t>
      </w:r>
    </w:p>
    <w:p>
      <w:pPr>
        <w:jc w:val="right"/>
      </w:pPr>
      <w:r>
        <w:t>تو میں نے کہا جہاد کا مطلب ہے پیس فل سٹرگل۔</w:t>
      </w:r>
    </w:p>
    <w:p>
      <w:r>
        <w:rPr>
          <w:b/>
        </w:rPr>
        <w:t xml:space="preserve">[24:54] </w:t>
      </w:r>
      <w:r>
        <w:t>yani peaceful tareeqay se kisi kaam ke liye koshish karna.</w:t>
      </w:r>
    </w:p>
    <w:p>
      <w:pPr>
        <w:jc w:val="right"/>
      </w:pPr>
      <w:r>
        <w:t>یعنی پیس فل طریقے سے کسی کام کے لیے کوشش کرنا۔</w:t>
      </w:r>
    </w:p>
    <w:p>
      <w:r>
        <w:rPr>
          <w:b/>
        </w:rPr>
        <w:t xml:space="preserve">[24:58] </w:t>
      </w:r>
      <w:r>
        <w:t>to strive through peaceful means.</w:t>
      </w:r>
    </w:p>
    <w:p>
      <w:pPr>
        <w:jc w:val="right"/>
      </w:pPr>
      <w:r>
        <w:t>ٹو سٹرائیو تھرو پیس فل مینز۔</w:t>
      </w:r>
    </w:p>
    <w:p>
      <w:r>
        <w:rPr>
          <w:b/>
        </w:rPr>
        <w:t xml:space="preserve">[25:01] </w:t>
      </w:r>
      <w:r>
        <w:t>to jab aap islam jab jehad ka yeh matlab len to koi is mein is mein koi aisi</w:t>
      </w:r>
    </w:p>
    <w:p>
      <w:pPr>
        <w:jc w:val="right"/>
      </w:pPr>
      <w:r>
        <w:t>تو جب آپ اسلام جب جہاد کا یہ مطلب لیں تو کوئی اس میں اس میں کوئی ایسی</w:t>
      </w:r>
    </w:p>
    <w:p>
      <w:r>
        <w:rPr>
          <w:b/>
        </w:rPr>
        <w:t xml:space="preserve">[25:09] </w:t>
      </w:r>
      <w:r>
        <w:t>baat hi nahi dikhai pare gi aap ko jis mein aap question karen.</w:t>
      </w:r>
    </w:p>
    <w:p>
      <w:pPr>
        <w:jc w:val="right"/>
      </w:pPr>
      <w:r>
        <w:t>بات ہی نہیں دکھائی پڑے گی آپ کو جس میں آپ کوئسچن کریں۔</w:t>
      </w:r>
    </w:p>
    <w:p>
      <w:r>
        <w:rPr>
          <w:b/>
        </w:rPr>
        <w:t xml:space="preserve">[25:14] </w:t>
      </w:r>
      <w:r>
        <w:t>kyun ke peaceful struggle to sab hi mante hain.</w:t>
      </w:r>
    </w:p>
    <w:p>
      <w:pPr>
        <w:jc w:val="right"/>
      </w:pPr>
      <w:r>
        <w:t>کیونکہ پیس فل سٹرگل تو سب ہی مانتے ہیں۔</w:t>
      </w:r>
    </w:p>
    <w:p>
      <w:r>
        <w:rPr>
          <w:b/>
        </w:rPr>
        <w:t xml:space="preserve">[25:18] </w:t>
      </w:r>
      <w:r>
        <w:t>yani har aadmi ka yeh right hai ke peaceful tareeqe se woh apne liye koshish kare.</w:t>
      </w:r>
    </w:p>
    <w:p>
      <w:pPr>
        <w:jc w:val="right"/>
      </w:pPr>
      <w:r>
        <w:t>یعنی ہر آدمی کا یہ رائٹ ہے کہ پیس فل طریقے سے وہ اپنے لیے کوشش کرے۔</w:t>
      </w:r>
    </w:p>
    <w:p>
      <w:r>
        <w:rPr>
          <w:b/>
        </w:rPr>
        <w:t xml:space="preserve">[25:25] </w:t>
      </w:r>
      <w:r>
        <w:t>har aadmi ka yeh right hai.</w:t>
      </w:r>
    </w:p>
    <w:p>
      <w:pPr>
        <w:jc w:val="right"/>
      </w:pPr>
      <w:r>
        <w:t>ہر آدمی کا یہ رائٹ ہے۔</w:t>
      </w:r>
    </w:p>
    <w:p>
      <w:r>
        <w:rPr>
          <w:b/>
        </w:rPr>
        <w:t xml:space="preserve">[25:28] </w:t>
      </w:r>
      <w:r>
        <w:t>yani jab tak aap peace par hain tab tak aap ko poora right hai ke aap apna jo</w:t>
      </w:r>
    </w:p>
    <w:p>
      <w:pPr>
        <w:jc w:val="right"/>
      </w:pPr>
      <w:r>
        <w:t>یعنی جب تک آپ پیس پر ہیں تب تک آپ کو پورا رائٹ ہے کہ آپ اپنا جو</w:t>
      </w:r>
    </w:p>
    <w:p>
      <w:r>
        <w:rPr>
          <w:b/>
        </w:rPr>
        <w:t xml:space="preserve">[25:36] </w:t>
      </w:r>
      <w:r>
        <w:t>maqsad hai us ke liye koshish karen aap.</w:t>
      </w:r>
    </w:p>
    <w:p>
      <w:pPr>
        <w:jc w:val="right"/>
      </w:pPr>
      <w:r>
        <w:t>مقصد ہے اس کے لیے کوشش کریں آپ۔</w:t>
      </w:r>
    </w:p>
    <w:p>
      <w:r>
        <w:rPr>
          <w:b/>
        </w:rPr>
        <w:t xml:space="preserve">[25:39] </w:t>
      </w:r>
      <w:r>
        <w:t>to yahi islam hai.</w:t>
      </w:r>
    </w:p>
    <w:p>
      <w:pPr>
        <w:jc w:val="right"/>
      </w:pPr>
      <w:r>
        <w:t>تو یہی اسلام ہے۔</w:t>
      </w:r>
    </w:p>
    <w:p>
      <w:r>
        <w:rPr>
          <w:b/>
        </w:rPr>
        <w:t xml:space="preserve">[25:41] </w:t>
      </w:r>
      <w:r>
        <w:t>islam mein yeh hai hi nahi ke maro kaato.</w:t>
      </w:r>
    </w:p>
    <w:p>
      <w:pPr>
        <w:jc w:val="right"/>
      </w:pPr>
      <w:r>
        <w:t>اسلام میں یہ ہے ہی نہیں کہ مارو کاٹو۔</w:t>
      </w:r>
    </w:p>
    <w:p>
      <w:r>
        <w:rPr>
          <w:b/>
        </w:rPr>
        <w:t xml:space="preserve">[25:45] </w:t>
      </w:r>
      <w:r>
        <w:t>kisi bhi haal mein kisi bhi haal mein yeh nahi hai ke aap talwar utha len aur gun</w:t>
      </w:r>
    </w:p>
    <w:p>
      <w:pPr>
        <w:jc w:val="right"/>
      </w:pPr>
      <w:r>
        <w:t>کسی بھی حال میں کسی بھی حال میں یہ نہیں ہے کہ آپ تلوار اٹھا لیں اور گن</w:t>
      </w:r>
    </w:p>
    <w:p>
      <w:r>
        <w:rPr>
          <w:b/>
        </w:rPr>
        <w:t xml:space="preserve">[25:52] </w:t>
      </w:r>
      <w:r>
        <w:t>chalayen, suicide bomb bhi karen.</w:t>
      </w:r>
    </w:p>
    <w:p>
      <w:pPr>
        <w:jc w:val="right"/>
      </w:pPr>
      <w:r>
        <w:t>چلائیں، سوسائیڈ بم بھی کریں۔</w:t>
      </w:r>
    </w:p>
    <w:p>
      <w:r>
        <w:rPr>
          <w:b/>
        </w:rPr>
        <w:t xml:space="preserve">[25:55] </w:t>
      </w:r>
      <w:r>
        <w:t>یہ تو بالکل اسلام کے teaching کے خلاف ہے۔</w:t>
      </w:r>
    </w:p>
    <w:p>
      <w:pPr>
        <w:jc w:val="right"/>
      </w:pPr>
      <w:r>
        <w:t>یہ تو بالکل اسلام کے کی ٹیچنگ کے خلاف ہے۔</w:t>
      </w:r>
    </w:p>
    <w:p>
      <w:r>
        <w:rPr>
          <w:b/>
        </w:rPr>
        <w:t xml:space="preserve">[25:59] </w:t>
      </w:r>
      <w:r>
        <w:t>to isi ko mein keh raha hoon ke zaroorat jis cheez ki hai woh liberal interpretation nahi hai,</w:t>
      </w:r>
    </w:p>
    <w:p>
      <w:pPr>
        <w:jc w:val="right"/>
      </w:pPr>
      <w:r>
        <w:t>تو اسی کو میں کہہ رہا ہوں کہ ضرورت جس چیز کی ہے وہ لبرل انٹرپریشن نہیں ہے،</w:t>
      </w:r>
    </w:p>
    <w:p>
      <w:r>
        <w:rPr>
          <w:b/>
        </w:rPr>
        <w:t xml:space="preserve">[26:07] </w:t>
      </w:r>
      <w:r>
        <w:t>woh hai revivalism.</w:t>
      </w:r>
    </w:p>
    <w:p>
      <w:pPr>
        <w:jc w:val="right"/>
      </w:pPr>
      <w:r>
        <w:t>وہ ہے ریوائیولزم۔</w:t>
      </w:r>
    </w:p>
    <w:p>
      <w:r>
        <w:rPr>
          <w:b/>
        </w:rPr>
        <w:t xml:space="preserve">[26:08] </w:t>
      </w:r>
      <w:r>
        <w:t>asal islam ko pesh karna.</w:t>
      </w:r>
    </w:p>
    <w:p>
      <w:pPr>
        <w:jc w:val="right"/>
      </w:pPr>
      <w:r>
        <w:t>اصل اسلام کو پیش کرنا۔</w:t>
      </w:r>
    </w:p>
    <w:p>
      <w:r>
        <w:rPr>
          <w:b/>
        </w:rPr>
        <w:t xml:space="preserve">[26:10] </w:t>
      </w:r>
      <w:r>
        <w:t>ab dekhiye ke islam mein islam ka source kya hai? kis se jana jayega ke islam yeh</w:t>
      </w:r>
    </w:p>
    <w:p>
      <w:pPr>
        <w:jc w:val="right"/>
      </w:pPr>
      <w:r>
        <w:t>اب دیکھیے کہ اسلام میں اسلام کا سورس کیا ہے؟ کس سے جانا جائے گا کہ اسلام یہ</w:t>
      </w:r>
    </w:p>
    <w:p>
      <w:r>
        <w:rPr>
          <w:b/>
        </w:rPr>
        <w:t xml:space="preserve">[26:18] </w:t>
      </w:r>
      <w:r>
        <w:t>hai? to pehla jo source hai islam mein woh hai quran.</w:t>
      </w:r>
    </w:p>
    <w:p>
      <w:pPr>
        <w:jc w:val="right"/>
      </w:pPr>
      <w:r>
        <w:t>ہے؟ تو پہلا جو سورس ہے اسلام میں وہ ہے قرآن۔</w:t>
      </w:r>
    </w:p>
    <w:p>
      <w:r>
        <w:rPr>
          <w:b/>
        </w:rPr>
        <w:t xml:space="preserve">[26:23] </w:t>
      </w:r>
      <w:r>
        <w:t>jo word of god hai.</w:t>
      </w:r>
    </w:p>
    <w:p>
      <w:pPr>
        <w:jc w:val="right"/>
      </w:pPr>
      <w:r>
        <w:t>جو ورڈ آف گاڈ ہے۔</w:t>
      </w:r>
    </w:p>
    <w:p>
      <w:r>
        <w:rPr>
          <w:b/>
        </w:rPr>
        <w:t xml:space="preserve">[26:25] </w:t>
      </w:r>
      <w:r>
        <w:t>جو revolution ہے، جو revolution based ہے۔</w:t>
      </w:r>
    </w:p>
    <w:p>
      <w:pPr>
        <w:jc w:val="right"/>
      </w:pPr>
      <w:r>
        <w:t>جو ریولیوشن ہے، جو ریولیوشن بیسڈ ہے۔</w:t>
      </w:r>
    </w:p>
    <w:p>
      <w:r>
        <w:rPr>
          <w:b/>
        </w:rPr>
        <w:t xml:space="preserve">[26:28] </w:t>
      </w:r>
      <w:r>
        <w:t>to pehla authentic source islam mein jo hai woh quran hai.</w:t>
      </w:r>
    </w:p>
    <w:p>
      <w:pPr>
        <w:jc w:val="right"/>
      </w:pPr>
      <w:r>
        <w:t>تو پہلا اتھینٹک سورس اسلام میں جو ہے وہ قرآن ہے۔</w:t>
      </w:r>
    </w:p>
    <w:p>
      <w:r>
        <w:rPr>
          <w:b/>
        </w:rPr>
        <w:t xml:space="preserve">[26:33] </w:t>
      </w:r>
      <w:r>
        <w:t>phir jo hai is ko hum hadith kehte hain.</w:t>
      </w:r>
    </w:p>
    <w:p>
      <w:pPr>
        <w:jc w:val="right"/>
      </w:pPr>
      <w:r>
        <w:t>پھر جو ہے اس کو ہم حدیث کہتے ہیں۔</w:t>
      </w:r>
    </w:p>
    <w:p>
      <w:r>
        <w:rPr>
          <w:b/>
        </w:rPr>
        <w:t xml:space="preserve">[26:36] </w:t>
      </w:r>
      <w:r>
        <w:t>hadith means sayings of the prophet of islam.</w:t>
      </w:r>
    </w:p>
    <w:p>
      <w:pPr>
        <w:jc w:val="right"/>
      </w:pPr>
      <w:r>
        <w:t>حدیث مینز سینگز آف دا پرافٹ آف اسلام۔</w:t>
      </w:r>
    </w:p>
    <w:p>
      <w:r>
        <w:rPr>
          <w:b/>
        </w:rPr>
        <w:t xml:space="preserve">[26:40] </w:t>
      </w:r>
      <w:r>
        <w:t>to doosra jo source hai authentic woh hadith hai.</w:t>
      </w:r>
    </w:p>
    <w:p>
      <w:pPr>
        <w:jc w:val="right"/>
      </w:pPr>
      <w:r>
        <w:t>تو دوسرا جو سورس ہے اتھینٹک وہ حدیث ہے۔</w:t>
      </w:r>
    </w:p>
    <w:p>
      <w:r>
        <w:rPr>
          <w:b/>
        </w:rPr>
        <w:t xml:space="preserve">[26:44] </w:t>
      </w:r>
      <w:r>
        <w:t>is ke baad jo source hai woh hai prophet ki life.</w:t>
      </w:r>
    </w:p>
    <w:p>
      <w:pPr>
        <w:jc w:val="right"/>
      </w:pPr>
      <w:r>
        <w:t>اس کے بعد جو سورس ہے وہ ہے پرافٹ کی لائف۔</w:t>
      </w:r>
    </w:p>
    <w:p>
      <w:r>
        <w:rPr>
          <w:b/>
        </w:rPr>
        <w:t xml:space="preserve">[26:48] </w:t>
      </w:r>
      <w:r>
        <w:t>prophet ki life jo hai woh model hai, woh namoona hai, woh example hai.</w:t>
      </w:r>
    </w:p>
    <w:p>
      <w:pPr>
        <w:jc w:val="right"/>
      </w:pPr>
      <w:r>
        <w:t>پرافٹ کی لائف جو ہے وہ ماڈل ہے، وہ نمونہ ہے، وہ ایگزامپل ہے۔</w:t>
      </w:r>
    </w:p>
    <w:p>
      <w:r>
        <w:rPr>
          <w:b/>
        </w:rPr>
        <w:t xml:space="preserve">[26:54] </w:t>
      </w:r>
      <w:r>
        <w:t>woh dekhiye, is se aap apne islam ko janiye.</w:t>
      </w:r>
    </w:p>
    <w:p>
      <w:pPr>
        <w:jc w:val="right"/>
      </w:pPr>
      <w:r>
        <w:t>وہ دیکھیے، اس سے آپ اپنے اسلام کو جانیے۔</w:t>
      </w:r>
    </w:p>
    <w:p>
      <w:r>
        <w:rPr>
          <w:b/>
        </w:rPr>
        <w:t xml:space="preserve">[26:58] </w:t>
      </w:r>
      <w:r>
        <w:t>is tarah se dekhiye jo prophet ke sahaba hain, companion, unhon ne sahib unhon ne prophet ko dekha,</w:t>
      </w:r>
    </w:p>
    <w:p>
      <w:pPr>
        <w:jc w:val="right"/>
      </w:pPr>
      <w:r>
        <w:t>اس طرح سے دیکھیے جو پرافٹ کے صحابہ ہیں، کمپینین، انہوں نے صاحب انہوں نے پرافٹ کو دیکھا،</w:t>
      </w:r>
    </w:p>
    <w:p>
      <w:r>
        <w:rPr>
          <w:b/>
        </w:rPr>
        <w:t xml:space="preserve">[27:06] </w:t>
      </w:r>
      <w:r>
        <w:t>unho'n ne profit se namuna pakra, woh rasool Allah ke sath rahay.</w:t>
      </w:r>
    </w:p>
    <w:p>
      <w:pPr>
        <w:jc w:val="right"/>
      </w:pPr>
      <w:r>
        <w:t>انہوں نے پرافٹ سے نمونہ پکڑا، وہ رسول اللہ کے ساتھ رہے۔</w:t>
      </w:r>
    </w:p>
    <w:p>
      <w:r>
        <w:rPr>
          <w:b/>
        </w:rPr>
        <w:t xml:space="preserve">[27:11] </w:t>
      </w:r>
      <w:r>
        <w:t>rasool Allah se direct tor par seekha unho'n ne deen ko.</w:t>
      </w:r>
    </w:p>
    <w:p>
      <w:pPr>
        <w:jc w:val="right"/>
      </w:pPr>
      <w:r>
        <w:t>رسول اللہ سے ڈائریکٹ طور پر سیکھا انہوں نے دین کو۔</w:t>
      </w:r>
    </w:p>
    <w:p>
      <w:r>
        <w:rPr>
          <w:b/>
        </w:rPr>
        <w:t xml:space="preserve">[27:16] </w:t>
      </w:r>
      <w:r>
        <w:t>to wohi maane jatay hain model.</w:t>
      </w:r>
    </w:p>
    <w:p>
      <w:pPr>
        <w:jc w:val="right"/>
      </w:pPr>
      <w:r>
        <w:t>تو وہی مانے جاتے ہیں ماڈل۔</w:t>
      </w:r>
    </w:p>
    <w:p>
      <w:r>
        <w:rPr>
          <w:b/>
        </w:rPr>
        <w:t xml:space="preserve">[27:18] </w:t>
      </w:r>
      <w:r>
        <w:t>bas yani quran o hadees mein islam ko parhiye, rasool Allah ke model ko dekhiye, campaign ke model</w:t>
      </w:r>
    </w:p>
    <w:p>
      <w:pPr>
        <w:jc w:val="right"/>
      </w:pPr>
      <w:r>
        <w:t>بس یعنی قرآن و حدیث میں اسلام کو پڑھیے، رسول اللہ کے ماڈل کو دیکھیے، کمپینین کے ماڈل</w:t>
      </w:r>
    </w:p>
    <w:p>
      <w:r>
        <w:rPr>
          <w:b/>
        </w:rPr>
        <w:t xml:space="preserve">[27:26] </w:t>
      </w:r>
      <w:r>
        <w:t>ko dekhiye.</w:t>
      </w:r>
    </w:p>
    <w:p>
      <w:pPr>
        <w:jc w:val="right"/>
      </w:pPr>
      <w:r>
        <w:t>کو دیکھیے۔</w:t>
      </w:r>
    </w:p>
    <w:p>
      <w:r>
        <w:rPr>
          <w:b/>
        </w:rPr>
        <w:t xml:space="preserve">[27:28] </w:t>
      </w:r>
      <w:r>
        <w:t>bas yahi hai, is ke baad full stop hai.</w:t>
      </w:r>
    </w:p>
    <w:p>
      <w:pPr>
        <w:jc w:val="right"/>
      </w:pPr>
      <w:r>
        <w:t>بس یہی ہے، اس کے بعد فل سٹاپ ہے۔</w:t>
      </w:r>
    </w:p>
    <w:p>
      <w:r>
        <w:rPr>
          <w:b/>
        </w:rPr>
        <w:t xml:space="preserve">[27:31] </w:t>
      </w:r>
      <w:r>
        <w:t>isi se aap jan'nay ki koshish kijiye.</w:t>
      </w:r>
    </w:p>
    <w:p>
      <w:pPr>
        <w:jc w:val="right"/>
      </w:pPr>
      <w:r>
        <w:t>اسی سے آپ جاننے کی کوشش کیجئے۔</w:t>
      </w:r>
    </w:p>
    <w:p>
      <w:r>
        <w:rPr>
          <w:b/>
        </w:rPr>
        <w:t xml:space="preserve">[27:34] </w:t>
      </w:r>
      <w:r>
        <w:t>kal parson mujhe aik aik sahib ne bataya ke woh aik aik jagah thay, wahan kuch log thay.</w:t>
      </w:r>
    </w:p>
    <w:p>
      <w:pPr>
        <w:jc w:val="right"/>
      </w:pPr>
      <w:r>
        <w:t>کل پرسوں مجھے ایک ایک صاحب نے بتایا کہ وہ ایک ایک جگہ تھے، وہاں کچھ لوگ تھے۔</w:t>
      </w:r>
    </w:p>
    <w:p>
      <w:r>
        <w:rPr>
          <w:b/>
        </w:rPr>
        <w:t xml:space="preserve">[27:42] </w:t>
      </w:r>
      <w:r>
        <w:t>to aik aadmi jo mar chukay thay, us ko unho'n ne keh diya rehmatullah alaih.</w:t>
      </w:r>
    </w:p>
    <w:p>
      <w:pPr>
        <w:jc w:val="right"/>
      </w:pPr>
      <w:r>
        <w:t>تو ایک آدمی جو مر چکے تھے، اس کو انہوں نے کہہ دیا رحمتہ اللہ علیہ۔</w:t>
      </w:r>
    </w:p>
    <w:p>
      <w:r>
        <w:rPr>
          <w:b/>
        </w:rPr>
        <w:t xml:space="preserve">[27:49] </w:t>
      </w:r>
      <w:r>
        <w:t>ab is mein jhagra ho gaya wahan.</w:t>
      </w:r>
    </w:p>
    <w:p>
      <w:pPr>
        <w:jc w:val="right"/>
      </w:pPr>
      <w:r>
        <w:t>اب اس میں جھگڑا ہو گیا وہاں۔</w:t>
      </w:r>
    </w:p>
    <w:p>
      <w:r>
        <w:rPr>
          <w:b/>
        </w:rPr>
        <w:t xml:space="preserve">[27:52] </w:t>
      </w:r>
      <w:r>
        <w:t>aik ne kaha ke rehmatullah alaih kehna zaroori hai, aik kaha ke nahi, nahi zaroori hai.</w:t>
      </w:r>
    </w:p>
    <w:p>
      <w:pPr>
        <w:jc w:val="right"/>
      </w:pPr>
      <w:r>
        <w:t>ایک نے کہا کہ رحمتہ اللہ علیہ کہنا ضروری ہے، ایک کہا کہ نہیں، نہیں ضروری ہے۔</w:t>
      </w:r>
    </w:p>
    <w:p>
      <w:r>
        <w:rPr>
          <w:b/>
        </w:rPr>
        <w:t xml:space="preserve">[27:59] </w:t>
      </w:r>
      <w:r>
        <w:t>isi mein bhi jhagra ho gaya ke rehmatullah alaih kaha jaye ke na kaha jaye.</w:t>
      </w:r>
    </w:p>
    <w:p>
      <w:pPr>
        <w:jc w:val="right"/>
      </w:pPr>
      <w:r>
        <w:t>اسی میں بھی جھگڑا ہو گیا کہ رحمتہ اللہ علیہ کہا جائے کہ نہ کہا جائے۔</w:t>
      </w:r>
    </w:p>
    <w:p>
      <w:r>
        <w:rPr>
          <w:b/>
        </w:rPr>
        <w:t xml:space="preserve">[28:06] </w:t>
      </w:r>
      <w:r>
        <w:t>to mein ne kaha ke bhai dekhiye, aap yeh dekhiye ke sahaba ka tareeqa kya tha.</w:t>
      </w:r>
    </w:p>
    <w:p>
      <w:pPr>
        <w:jc w:val="right"/>
      </w:pPr>
      <w:r>
        <w:t>تو میں نے کہا کہ بھئی دیکھیے، آپ یہ دیکھیے کہ صحابہ کا طریقہ کیا تھا۔</w:t>
      </w:r>
    </w:p>
    <w:p>
      <w:r>
        <w:rPr>
          <w:b/>
        </w:rPr>
        <w:t xml:space="preserve">[28:13] </w:t>
      </w:r>
      <w:r>
        <w:t>wahan to kabhi yeh yeh yeh word bola hi nahi jata tha.</w:t>
      </w:r>
    </w:p>
    <w:p>
      <w:pPr>
        <w:jc w:val="right"/>
      </w:pPr>
      <w:r>
        <w:t>وہاں تو کبھی یہ یہ یہ ورڈ بولا ہی نہیں جاتا تھا۔</w:t>
      </w:r>
    </w:p>
    <w:p>
      <w:r>
        <w:rPr>
          <w:b/>
        </w:rPr>
        <w:t xml:space="preserve">[28:18] </w:t>
      </w:r>
      <w:r>
        <w:t>yeh jo riwaj hai ke marray hue ko aap kehte hain rehmatullah alaih, yeh to baad ka</w:t>
      </w:r>
    </w:p>
    <w:p>
      <w:pPr>
        <w:jc w:val="right"/>
      </w:pPr>
      <w:r>
        <w:t>یہ جو رواج ہے کہ مرے ہوئے کو آپ کہتے ہیں رحمتہ اللہ علیہ، یہ تو بعد کا</w:t>
      </w:r>
    </w:p>
    <w:p>
      <w:r>
        <w:rPr>
          <w:b/>
        </w:rPr>
        <w:t xml:space="preserve">[28:26] </w:t>
      </w:r>
      <w:r>
        <w:t>riwaj hai.</w:t>
      </w:r>
    </w:p>
    <w:p>
      <w:pPr>
        <w:jc w:val="right"/>
      </w:pPr>
      <w:r>
        <w:t>رواج ہے۔</w:t>
      </w:r>
    </w:p>
    <w:p>
      <w:r>
        <w:rPr>
          <w:b/>
        </w:rPr>
        <w:t xml:space="preserve">[28:27] </w:t>
      </w:r>
      <w:r>
        <w:t>yeh baad ka riwaj hai.</w:t>
      </w:r>
    </w:p>
    <w:p>
      <w:pPr>
        <w:jc w:val="right"/>
      </w:pPr>
      <w:r>
        <w:t>یہ بعد کا رواج ہے۔</w:t>
      </w:r>
    </w:p>
    <w:p>
      <w:r>
        <w:rPr>
          <w:b/>
        </w:rPr>
        <w:t xml:space="preserve">[28:30] </w:t>
      </w:r>
      <w:r>
        <w:t>jaisay hazrat abubakar khalifa thay, pehle jab un ki death ho gayi to baad ke log yeh nahi</w:t>
      </w:r>
    </w:p>
    <w:p>
      <w:pPr>
        <w:jc w:val="right"/>
      </w:pPr>
      <w:r>
        <w:t>جیسے حضرت ابوبکر خلیفہ تھے، پہلے جب ان کی ڈیتھ ہو گئی تو بعد کے لوگ یہ نہیں</w:t>
      </w:r>
    </w:p>
    <w:p>
      <w:r>
        <w:rPr>
          <w:b/>
        </w:rPr>
        <w:t xml:space="preserve">[28:37] </w:t>
      </w:r>
      <w:r>
        <w:t>kehte ke abubakar rehmatullah alaih, aisa nahi boltay thay.</w:t>
      </w:r>
    </w:p>
    <w:p>
      <w:pPr>
        <w:jc w:val="right"/>
      </w:pPr>
      <w:r>
        <w:t>کہتے کہ ابوبکر رحمتہ اللہ علیہ، ایسا نہیں بولتے تھے۔</w:t>
      </w:r>
    </w:p>
    <w:p>
      <w:r>
        <w:rPr>
          <w:b/>
        </w:rPr>
        <w:t xml:space="preserve">[28:42] </w:t>
      </w:r>
      <w:r>
        <w:t>to yeh jo chala hai aaj kal ke marray hue aadmi ke sath yeh lagatay hain rehmatullah</w:t>
      </w:r>
    </w:p>
    <w:p>
      <w:pPr>
        <w:jc w:val="right"/>
      </w:pPr>
      <w:r>
        <w:t>تو یہ جو چلا ہے آج کل کہ مرے ہوئے آدمی کے ساتھ یہ لگاتے ہیں رحمتہ اللہ</w:t>
      </w:r>
    </w:p>
    <w:p>
      <w:r>
        <w:rPr>
          <w:b/>
        </w:rPr>
        <w:t xml:space="preserve">[28:49] </w:t>
      </w:r>
      <w:r>
        <w:t>alaih, yeh sab baad ka hai.</w:t>
      </w:r>
    </w:p>
    <w:p>
      <w:pPr>
        <w:jc w:val="right"/>
      </w:pPr>
      <w:r>
        <w:t>علیہ، یہ سب بعد کا ہے۔</w:t>
      </w:r>
    </w:p>
    <w:p>
      <w:r>
        <w:rPr>
          <w:b/>
        </w:rPr>
        <w:t xml:space="preserve">[28:52] </w:t>
      </w:r>
      <w:r>
        <w:t>islam mein pehle zamanay mein yani yeh first generation mein sab nahi tha.</w:t>
      </w:r>
    </w:p>
    <w:p>
      <w:pPr>
        <w:jc w:val="right"/>
      </w:pPr>
      <w:r>
        <w:t>اسلام میں پہلے زمانے میں یعنی یہ فرسٹ جنریشن میں سب نہیں تھا۔</w:t>
      </w:r>
    </w:p>
    <w:p>
      <w:r>
        <w:rPr>
          <w:b/>
        </w:rPr>
        <w:t xml:space="preserve">[28:57] </w:t>
      </w:r>
      <w:r>
        <w:t>ab is par log jhagra kar rahay hain.</w:t>
      </w:r>
    </w:p>
    <w:p>
      <w:pPr>
        <w:jc w:val="right"/>
      </w:pPr>
      <w:r>
        <w:t>اب اس پر لوگ جھگڑا کر رہے ہیں۔</w:t>
      </w:r>
    </w:p>
    <w:p>
      <w:r>
        <w:rPr>
          <w:b/>
        </w:rPr>
        <w:t xml:space="preserve">[29:01] </w:t>
      </w:r>
      <w:r>
        <w:t>to mein samajhta hoon ke yeh basic baat yeh janna hai ke islam mein islam mein yani source</w:t>
      </w:r>
    </w:p>
    <w:p>
      <w:pPr>
        <w:jc w:val="right"/>
      </w:pPr>
      <w:r>
        <w:t>تو میں سمجھتا ہوں کہ یہ بیسک بات یہ جاننا ہے کہ اسلام میں اسلام میں یعنی سورس</w:t>
      </w:r>
    </w:p>
    <w:p>
      <w:r>
        <w:rPr>
          <w:b/>
        </w:rPr>
        <w:t xml:space="preserve">[29:09] </w:t>
      </w:r>
      <w:r>
        <w:t>book sirf quran hai aur hadees hai.</w:t>
      </w:r>
    </w:p>
    <w:p>
      <w:pPr>
        <w:jc w:val="right"/>
      </w:pPr>
      <w:r>
        <w:t>بک صرف قرآن ہے اور حدیث ہے۔</w:t>
      </w:r>
    </w:p>
    <w:p>
      <w:r>
        <w:rPr>
          <w:b/>
        </w:rPr>
        <w:t xml:space="preserve">[29:12] </w:t>
      </w:r>
      <w:r>
        <w:t>اسلام میں ماڈل کیسے صرف Prophet کی اور Companion کی ہے؟ اس بات کو جاننا۔</w:t>
      </w:r>
    </w:p>
    <w:p>
      <w:pPr>
        <w:jc w:val="right"/>
      </w:pPr>
      <w:r>
        <w:t>اسلام میں ماڈل کیسے صرف پرافٹ کی اور کمپینین کی ہے؟ اس بات کو جاننا۔</w:t>
      </w:r>
    </w:p>
    <w:p>
      <w:r>
        <w:rPr>
          <w:b/>
        </w:rPr>
        <w:t xml:space="preserve">[29:18] </w:t>
      </w:r>
      <w:r>
        <w:t>phir kya karen hum? jab bhi koi baat paida ho to hum wahan dekhen, quran mein dekhen, hadith</w:t>
      </w:r>
    </w:p>
    <w:p>
      <w:pPr>
        <w:jc w:val="right"/>
      </w:pPr>
      <w:r>
        <w:t>پھر کیا کریں ہم؟ جب بھی کوئی بات پیدا ہو تو ہم وہاں دیکھیں، قرآن میں دیکھیں، حدیث</w:t>
      </w:r>
    </w:p>
    <w:p>
      <w:r>
        <w:rPr>
          <w:b/>
        </w:rPr>
        <w:t xml:space="preserve">[29:26] </w:t>
      </w:r>
      <w:r>
        <w:t>mein dekhen, prophet ke namune mein dekhen, companion ke namune mein dekhen, is se tele karen.</w:t>
      </w:r>
    </w:p>
    <w:p>
      <w:pPr>
        <w:jc w:val="right"/>
      </w:pPr>
      <w:r>
        <w:t>میں دیکھیں، پرافٹ کے نمونے میں دیکھیں، کمپینین کے نمونے میں دیکھیں، اس سے ٹیلی کریں۔</w:t>
      </w:r>
    </w:p>
    <w:p>
      <w:r>
        <w:rPr>
          <w:b/>
        </w:rPr>
        <w:t xml:space="preserve">[29:33] </w:t>
      </w:r>
      <w:r>
        <w:t>jo wahan mile to sahi hai, wahan na mile to galat hai.</w:t>
      </w:r>
    </w:p>
    <w:p>
      <w:pPr>
        <w:jc w:val="right"/>
      </w:pPr>
      <w:r>
        <w:t>جو وہاں ملے تو صحیح ہے، وہاں نہ ملے تو غلط ہے۔</w:t>
      </w:r>
    </w:p>
    <w:p>
      <w:r>
        <w:rPr>
          <w:b/>
        </w:rPr>
        <w:t xml:space="preserve">[29:38] </w:t>
      </w:r>
      <w:r>
        <w:t>jab tak yeh soch na aaye, tab tak log yahi kehte rahenge ke islam ka liberal interpretation</w:t>
      </w:r>
    </w:p>
    <w:p>
      <w:pPr>
        <w:jc w:val="right"/>
      </w:pPr>
      <w:r>
        <w:t>جب تک یہ سوچ نہ آئے، تب تک لوگ یہی کہتے رہیں گے کہ اسلام کا لبرل انٹرپریشن</w:t>
      </w:r>
    </w:p>
    <w:p>
      <w:r>
        <w:rPr>
          <w:b/>
        </w:rPr>
        <w:t xml:space="preserve">[29:45] </w:t>
      </w:r>
      <w:r>
        <w:t>karen.</w:t>
      </w:r>
    </w:p>
    <w:p>
      <w:pPr>
        <w:jc w:val="right"/>
      </w:pPr>
      <w:r>
        <w:t>کرو۔</w:t>
      </w:r>
    </w:p>
    <w:p>
      <w:r>
        <w:rPr>
          <w:b/>
        </w:rPr>
        <w:t xml:space="preserve">[29:47] </w:t>
      </w:r>
      <w:r>
        <w:t>halanke liberal interpretation koi sawal hi nahi, islam already liberal hai.</w:t>
      </w:r>
    </w:p>
    <w:p>
      <w:pPr>
        <w:jc w:val="right"/>
      </w:pPr>
      <w:r>
        <w:t>حالانکہ لبرل انٹرپریشن کوئی سوال ہی نہیں، اسلام الریڈی لبرل ہے۔</w:t>
      </w:r>
    </w:p>
    <w:p>
      <w:r>
        <w:rPr>
          <w:b/>
        </w:rPr>
        <w:t xml:space="preserve">[29:52] </w:t>
      </w:r>
      <w:r>
        <w:t>already wahi hai jo aap chahte hain.</w:t>
      </w:r>
    </w:p>
    <w:p>
      <w:pPr>
        <w:jc w:val="right"/>
      </w:pPr>
      <w:r>
        <w:t>الریڈی وہی ہے جو آپ چاہتے ہیں۔</w:t>
      </w:r>
    </w:p>
    <w:p>
      <w:r>
        <w:rPr>
          <w:b/>
        </w:rPr>
        <w:t xml:space="preserve">[29:55] </w:t>
      </w:r>
      <w:r>
        <w:t>jab jab log yeh kehte hain ke islam ka liberal interpretation karen to matlab kya hota hai? dekhiye.</w:t>
      </w:r>
    </w:p>
    <w:p>
      <w:pPr>
        <w:jc w:val="right"/>
      </w:pPr>
      <w:r>
        <w:t>جب جب لوگ یہ کہتے ہیں کہ اسلام کا لبرل انٹرپریشن کرو تو مطلب کیا ہوتا ہے؟ دیکھیے۔</w:t>
      </w:r>
    </w:p>
    <w:p>
      <w:r>
        <w:rPr>
          <w:b/>
        </w:rPr>
        <w:t xml:space="preserve">[30:02] </w:t>
      </w:r>
      <w:r>
        <w:t>yani aisa islam jo aisa islam jis mein peace ho.</w:t>
      </w:r>
    </w:p>
    <w:p>
      <w:pPr>
        <w:jc w:val="right"/>
      </w:pPr>
      <w:r>
        <w:t>یعنی ایسا اسلام جو ایسا اسلام جس میں پیس ہو۔</w:t>
      </w:r>
    </w:p>
    <w:p>
      <w:r>
        <w:rPr>
          <w:b/>
        </w:rPr>
        <w:t xml:space="preserve">[30:07] </w:t>
      </w:r>
      <w:r>
        <w:t>aisa islam jis mein aman ki baaten kahi gayi hon.</w:t>
      </w:r>
    </w:p>
    <w:p>
      <w:pPr>
        <w:jc w:val="right"/>
      </w:pPr>
      <w:r>
        <w:t>ایسا اسلام جس میں امن کی باتیں کہی گئی ہوں۔</w:t>
      </w:r>
    </w:p>
    <w:p>
      <w:r>
        <w:rPr>
          <w:b/>
        </w:rPr>
        <w:t xml:space="preserve">[30:11] </w:t>
      </w:r>
      <w:r>
        <w:t>aisa islam jis mein azadi ho.</w:t>
      </w:r>
    </w:p>
    <w:p>
      <w:pPr>
        <w:jc w:val="right"/>
      </w:pPr>
      <w:r>
        <w:t>ایسا اسلام جس میں آزادی ہو۔</w:t>
      </w:r>
    </w:p>
    <w:p>
      <w:r>
        <w:rPr>
          <w:b/>
        </w:rPr>
        <w:t xml:space="preserve">[30:13] </w:t>
      </w:r>
      <w:r>
        <w:t>azadi azadi par record dali gayi ho.</w:t>
      </w:r>
    </w:p>
    <w:p>
      <w:pPr>
        <w:jc w:val="right"/>
      </w:pPr>
      <w:r>
        <w:t>آزادی آزادی پر ریکارڈ ڈالی گئی ہو۔</w:t>
      </w:r>
    </w:p>
    <w:p>
      <w:r>
        <w:rPr>
          <w:b/>
        </w:rPr>
        <w:t xml:space="preserve">[30:16] </w:t>
      </w:r>
      <w:r>
        <w:t>aisa islam jis mein tolerance ho.</w:t>
      </w:r>
    </w:p>
    <w:p>
      <w:pPr>
        <w:jc w:val="right"/>
      </w:pPr>
      <w:r>
        <w:t>ایسا اسلام جس میں ٹالرنس ہو۔</w:t>
      </w:r>
    </w:p>
    <w:p>
      <w:r>
        <w:rPr>
          <w:b/>
        </w:rPr>
        <w:t xml:space="preserve">[30:19] </w:t>
      </w:r>
      <w:r>
        <w:t>aisa aise islam jis mein ke jo intolerance ko na manta ho.</w:t>
      </w:r>
    </w:p>
    <w:p>
      <w:pPr>
        <w:jc w:val="right"/>
      </w:pPr>
      <w:r>
        <w:t>ایسا ایسے اسلام جس میں کہ جو ان ٹالرنس کو نہ مانتا ہو۔</w:t>
      </w:r>
    </w:p>
    <w:p>
      <w:r>
        <w:rPr>
          <w:b/>
        </w:rPr>
        <w:t xml:space="preserve">[30:25] </w:t>
      </w:r>
      <w:r>
        <w:t>to yahi to islam hai.</w:t>
      </w:r>
    </w:p>
    <w:p>
      <w:pPr>
        <w:jc w:val="right"/>
      </w:pPr>
      <w:r>
        <w:t>تو یہی تو اسلام ہے۔</w:t>
      </w:r>
    </w:p>
    <w:p>
      <w:r>
        <w:rPr>
          <w:b/>
        </w:rPr>
        <w:t xml:space="preserve">[30:27] </w:t>
      </w:r>
      <w:r>
        <w:t>yeh to baad ko yeh sab hua jis ko aaj aap dekhte hain.</w:t>
      </w:r>
    </w:p>
    <w:p>
      <w:pPr>
        <w:jc w:val="right"/>
      </w:pPr>
      <w:r>
        <w:t>یہ تو بعد کو یہ سب ہوا جس کو آج آپ دیکھتے ہیں۔</w:t>
      </w:r>
    </w:p>
    <w:p>
      <w:r>
        <w:rPr>
          <w:b/>
        </w:rPr>
        <w:t xml:space="preserve">[30:32] </w:t>
      </w:r>
      <w:r>
        <w:t>islam pure meaning ke sath religion of peace hai, religion of tolerance hai, religion of compassion hai, religion</w:t>
      </w:r>
    </w:p>
    <w:p>
      <w:pPr>
        <w:jc w:val="right"/>
      </w:pPr>
      <w:r>
        <w:t>اسلام پورے میننگ کے ساتھ ریلیجن آف پیس ہے، ریلیجن آف ٹالرنس ہے، ریلیجن آف کمپیشن ہے، ریلیجن</w:t>
      </w:r>
    </w:p>
    <w:p>
      <w:r>
        <w:rPr>
          <w:b/>
        </w:rPr>
        <w:t xml:space="preserve">[30:40] </w:t>
      </w:r>
      <w:r>
        <w:t>of justice hai.</w:t>
      </w:r>
    </w:p>
    <w:p>
      <w:pPr>
        <w:jc w:val="right"/>
      </w:pPr>
      <w:r>
        <w:t>آف جسٹس ہے۔</w:t>
      </w:r>
    </w:p>
    <w:p>
      <w:r>
        <w:rPr>
          <w:b/>
        </w:rPr>
        <w:t xml:space="preserve">[30:42] </w:t>
      </w:r>
      <w:r>
        <w:t>in in full sense of the word.</w:t>
      </w:r>
    </w:p>
    <w:p>
      <w:pPr>
        <w:jc w:val="right"/>
      </w:pPr>
      <w:r>
        <w:t>ان ان فل سینس آف دا ورڈ۔</w:t>
      </w:r>
    </w:p>
    <w:p>
      <w:r>
        <w:rPr>
          <w:b/>
        </w:rPr>
        <w:t xml:space="preserve">[30:45] </w:t>
      </w:r>
      <w:r>
        <w:t>to is mein is mein is mein naya interpretation dene ka matlab kya hai? kuch bhi nahi hai.</w:t>
      </w:r>
    </w:p>
    <w:p>
      <w:pPr>
        <w:jc w:val="right"/>
      </w:pPr>
      <w:r>
        <w:t>تو اس میں اس میں اس میں نیا انٹرپریشن دینے کا مطلب کیا ہے؟ کچھ بھی نہیں ہے۔</w:t>
      </w:r>
    </w:p>
    <w:p>
      <w:r>
        <w:rPr>
          <w:b/>
        </w:rPr>
        <w:t xml:space="preserve">[30:52] </w:t>
      </w:r>
      <w:r>
        <w:t>woh to revive karna hai bas.</w:t>
      </w:r>
    </w:p>
    <w:p>
      <w:pPr>
        <w:jc w:val="right"/>
      </w:pPr>
      <w:r>
        <w:t>وہ تو ریوائیو کرنا ہے بس۔</w:t>
      </w:r>
    </w:p>
    <w:p>
      <w:r>
        <w:rPr>
          <w:b/>
        </w:rPr>
        <w:t xml:space="preserve">[30:55] </w:t>
      </w:r>
      <w:r>
        <w:t>ek sahab ne mujh se kaha ke sahab islam mein itne differences kyun hain? to maine kaha</w:t>
      </w:r>
    </w:p>
    <w:p>
      <w:pPr>
        <w:jc w:val="right"/>
      </w:pPr>
      <w:r>
        <w:t>ایک صاحب نے مجھ سے کہا کہ صاحب اسلام میں اتنے ڈیفرنسز کیوں ہیں؟ تو میں نے کہا</w:t>
      </w:r>
    </w:p>
    <w:p>
      <w:r>
        <w:rPr>
          <w:b/>
        </w:rPr>
        <w:t xml:space="preserve">[31:03] </w:t>
      </w:r>
      <w:r>
        <w:t>dekhiye, difference to har cheez mein hota hai.</w:t>
      </w:r>
    </w:p>
    <w:p>
      <w:pPr>
        <w:jc w:val="right"/>
      </w:pPr>
      <w:r>
        <w:t>دیکھیے، ڈیفرنس تو ہر چیز میں ہوتا ہے۔</w:t>
      </w:r>
    </w:p>
    <w:p>
      <w:r>
        <w:rPr>
          <w:b/>
        </w:rPr>
        <w:t xml:space="preserve">[31:06] </w:t>
      </w:r>
      <w:r>
        <w:t>constitution mein bhi hota hai difference, law mein bhi difference hota hai.</w:t>
      </w:r>
    </w:p>
    <w:p>
      <w:pPr>
        <w:jc w:val="right"/>
      </w:pPr>
      <w:r>
        <w:t>کانسٹیٹیوشن میں بھی ہوتا ہے ڈیفرنس، لاء میں بھی ڈیفرنس ہوتا ہے۔</w:t>
      </w:r>
    </w:p>
    <w:p>
      <w:r>
        <w:rPr>
          <w:b/>
        </w:rPr>
        <w:t xml:space="preserve">[31:11] </w:t>
      </w:r>
      <w:r>
        <w:t>isi liye different judgment hote hain judgeon ke.</w:t>
      </w:r>
    </w:p>
    <w:p>
      <w:pPr>
        <w:jc w:val="right"/>
      </w:pPr>
      <w:r>
        <w:t>اسی لیے ڈفرنٹ ججمنٹ ہوتے ہیں ججوں کے۔</w:t>
      </w:r>
    </w:p>
    <w:p>
      <w:r>
        <w:rPr>
          <w:b/>
        </w:rPr>
        <w:t xml:space="preserve">[31:15] </w:t>
      </w:r>
      <w:r>
        <w:t>to difference to part of nature hai.</w:t>
      </w:r>
    </w:p>
    <w:p>
      <w:pPr>
        <w:jc w:val="right"/>
      </w:pPr>
      <w:r>
        <w:t>تو ڈیفرنس تو پارٹ آف نیچر ہے۔</w:t>
      </w:r>
    </w:p>
    <w:p>
      <w:r>
        <w:rPr>
          <w:b/>
        </w:rPr>
        <w:t xml:space="preserve">[31:18] </w:t>
      </w:r>
      <w:r>
        <w:t>difference jo hai wo part of nature hai.</w:t>
      </w:r>
    </w:p>
    <w:p>
      <w:pPr>
        <w:jc w:val="right"/>
      </w:pPr>
      <w:r>
        <w:t>ڈیفرنس جو ہے وہ پارٹ آف نیچر ہے۔</w:t>
      </w:r>
    </w:p>
    <w:p>
      <w:r>
        <w:rPr>
          <w:b/>
        </w:rPr>
        <w:t xml:space="preserve">[31:21] </w:t>
      </w:r>
      <w:r>
        <w:t>aur doosri baat yeh hai ke difference agar na ho to aap kis cheez par dialogue karenge?</w:t>
      </w:r>
    </w:p>
    <w:p>
      <w:pPr>
        <w:jc w:val="right"/>
      </w:pPr>
      <w:r>
        <w:t>اور دوسری بات یہ ہے کہ ڈیفرنس اگر نہ ہو تو آپ کس چیز پر ڈائیلاگ کریں گے؟</w:t>
      </w:r>
    </w:p>
    <w:p>
      <w:r>
        <w:rPr>
          <w:b/>
        </w:rPr>
        <w:t xml:space="preserve">[31:29] </w:t>
      </w:r>
      <w:r>
        <w:t>kis baat par discussion karenge? intellectual exchange ka topic kya hoga? to difference ka matlab hai do</w:t>
      </w:r>
    </w:p>
    <w:p>
      <w:pPr>
        <w:jc w:val="right"/>
      </w:pPr>
      <w:r>
        <w:t>کس بات پر ڈسکشن کریں گے؟ انٹلیکچول ایکسچینج کا ٹاپک کیا ہوگا؟ تو ڈیفرنس کا مطلب ہے دو</w:t>
      </w:r>
    </w:p>
    <w:p>
      <w:r>
        <w:rPr>
          <w:b/>
        </w:rPr>
        <w:t xml:space="preserve">[31:36] </w:t>
      </w:r>
      <w:r>
        <w:t>mind ka takrana.</w:t>
      </w:r>
    </w:p>
    <w:p>
      <w:pPr>
        <w:jc w:val="right"/>
      </w:pPr>
      <w:r>
        <w:t>مائنڈ کا ٹکرانا۔</w:t>
      </w:r>
    </w:p>
    <w:p>
      <w:r>
        <w:rPr>
          <w:b/>
        </w:rPr>
        <w:t xml:space="preserve">[31:38] </w:t>
      </w:r>
      <w:r>
        <w:t>jab difference hai tabhi to do mind takrayenge.</w:t>
      </w:r>
    </w:p>
    <w:p>
      <w:pPr>
        <w:jc w:val="right"/>
      </w:pPr>
      <w:r>
        <w:t>جب ڈیفرنس ہے تبھی تو دو مائنڈ ٹکرائیں گے۔</w:t>
      </w:r>
    </w:p>
    <w:p>
      <w:r>
        <w:rPr>
          <w:b/>
        </w:rPr>
        <w:t xml:space="preserve">[31:42] </w:t>
      </w:r>
      <w:r>
        <w:t>difference hai tabhi to do mind ke beech mein ek topic banega discussion ka.</w:t>
      </w:r>
    </w:p>
    <w:p>
      <w:pPr>
        <w:jc w:val="right"/>
      </w:pPr>
      <w:r>
        <w:t>ڈیفرنس ہے تبھی تو دو مائنڈ کے بیچ میں ایک ٹاپک بنے گا ڈسکشن کا۔</w:t>
      </w:r>
    </w:p>
    <w:p>
      <w:r>
        <w:rPr>
          <w:b/>
        </w:rPr>
        <w:t xml:space="preserve">[31:48] </w:t>
      </w:r>
      <w:r>
        <w:t>to difference to ek bahut achhi cheez hai, koi evil nahi hai.</w:t>
      </w:r>
    </w:p>
    <w:p>
      <w:pPr>
        <w:jc w:val="right"/>
      </w:pPr>
      <w:r>
        <w:t>تو ڈیفرنس تو ایک بہت اچھی چیز ہے، کوئی ایول نہیں ہے۔</w:t>
      </w:r>
    </w:p>
    <w:p>
      <w:r>
        <w:rPr>
          <w:b/>
        </w:rPr>
        <w:t xml:space="preserve">[31:53] </w:t>
      </w:r>
      <w:r>
        <w:t>difference is not an evil.</w:t>
      </w:r>
    </w:p>
    <w:p>
      <w:pPr>
        <w:jc w:val="right"/>
      </w:pPr>
      <w:r>
        <w:t>ڈیفرنس از ناٹ این ایول۔</w:t>
      </w:r>
    </w:p>
    <w:p>
      <w:r>
        <w:rPr>
          <w:b/>
        </w:rPr>
        <w:t xml:space="preserve">[31:55] </w:t>
      </w:r>
      <w:r>
        <w:t>difference is blessing.</w:t>
      </w:r>
    </w:p>
    <w:p>
      <w:pPr>
        <w:jc w:val="right"/>
      </w:pPr>
      <w:r>
        <w:t>ڈیفرنس از بلیسنگ۔</w:t>
      </w:r>
    </w:p>
    <w:p>
      <w:r>
        <w:rPr>
          <w:b/>
        </w:rPr>
        <w:t xml:space="preserve">[31:57] </w:t>
      </w:r>
      <w:r>
        <w:t>jo cheez buri hai wo kya hai? wo hai violence.</w:t>
      </w:r>
    </w:p>
    <w:p>
      <w:pPr>
        <w:jc w:val="right"/>
      </w:pPr>
      <w:r>
        <w:t>جو چیز بری ہے وہ کیا ہے؟ وہ ہے وائلنس۔</w:t>
      </w:r>
    </w:p>
    <w:p>
      <w:r>
        <w:rPr>
          <w:b/>
        </w:rPr>
        <w:t xml:space="preserve">[32:01] </w:t>
      </w:r>
      <w:r>
        <w:t>difference ko agar violence bana dein aap tab wo bura ho jata hai.</w:t>
      </w:r>
    </w:p>
    <w:p>
      <w:pPr>
        <w:jc w:val="right"/>
      </w:pPr>
      <w:r>
        <w:t>ڈیفرنس کو اگر وائلنس بنا دیں آپ تب وہ برا ہو جاتا ہے۔</w:t>
      </w:r>
    </w:p>
    <w:p>
      <w:r>
        <w:rPr>
          <w:b/>
        </w:rPr>
        <w:t xml:space="preserve">[32:07] </w:t>
      </w:r>
      <w:r>
        <w:t>aur difference ko agar aap yani peaceful limit ke andar rakhein to is mein koi burai nahi</w:t>
      </w:r>
    </w:p>
    <w:p>
      <w:pPr>
        <w:jc w:val="right"/>
      </w:pPr>
      <w:r>
        <w:t>اور ڈیفرنس کو اگر آپ یعنی پیس فل لمٹ کے اندر رکھیں تو اس میں کوئی برائی نہیں</w:t>
      </w:r>
    </w:p>
    <w:p>
      <w:r>
        <w:rPr>
          <w:b/>
        </w:rPr>
        <w:t xml:space="preserve">[32:15]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[32:16] </w:t>
      </w:r>
      <w:r>
        <w:t>to yeh baatein hain jis ko humein achhi tarah samajhna chahiye.</w:t>
      </w:r>
    </w:p>
    <w:p>
      <w:pPr>
        <w:jc w:val="right"/>
      </w:pPr>
      <w:r>
        <w:t>تو یہ باتیں ہیں جس کو ہمیں اچھی طرح سمجھنا چاہیے۔</w:t>
      </w:r>
    </w:p>
    <w:p>
      <w:r>
        <w:rPr>
          <w:b/>
        </w:rPr>
        <w:t xml:space="preserve">[32:21] </w:t>
      </w:r>
      <w:r>
        <w:t>achhi tarah samajhna chahiye.</w:t>
      </w:r>
    </w:p>
    <w:p>
      <w:pPr>
        <w:jc w:val="right"/>
      </w:pPr>
      <w:r>
        <w:t>اچھی طرح سمجھنا چاہیے۔</w:t>
      </w:r>
    </w:p>
    <w:p>
      <w:r>
        <w:rPr>
          <w:b/>
        </w:rPr>
        <w:t xml:space="preserve">[32:22] </w:t>
      </w:r>
      <w:r>
        <w:t>جب تک ہم اچھی طرح نہ سمجھیں، ہم right opinion form نہیں کر سکتے۔</w:t>
      </w:r>
    </w:p>
    <w:p>
      <w:pPr>
        <w:jc w:val="right"/>
      </w:pPr>
      <w:r>
        <w:t>جب تک ہم اچھی طرح نہ سمجھیں، ہم رائٹ اوپینین فارم نہیں کر سکتے۔</w:t>
      </w:r>
    </w:p>
    <w:p>
      <w:r>
        <w:rPr>
          <w:b/>
        </w:rPr>
        <w:t xml:space="preserve">[32:28] </w:t>
      </w:r>
      <w:r>
        <w:t>hum right hum sahi rai nahi bana sakte.</w:t>
      </w:r>
    </w:p>
    <w:p>
      <w:pPr>
        <w:jc w:val="right"/>
      </w:pPr>
      <w:r>
        <w:t>ہم رائٹ ہم صحیح رائے نہیں بنا سکتے۔</w:t>
      </w:r>
    </w:p>
    <w:p>
      <w:r>
        <w:rPr>
          <w:b/>
        </w:rPr>
        <w:t xml:space="preserve">[32:32] </w:t>
      </w:r>
      <w:r>
        <w:t>sahi banana tabhi possible hai jabke aap sochein, sochein, sochein aur poori sincerity ke sath sochein.</w:t>
      </w:r>
    </w:p>
    <w:p>
      <w:pPr>
        <w:jc w:val="right"/>
      </w:pPr>
      <w:r>
        <w:t>صحیح بنانا تبھی پاسیبل ہے جبکہ آپ سوچیں، سوچیں، سوچیں اور پوری سنسیرٹی کے ساتھ سوچیں۔</w:t>
      </w:r>
    </w:p>
    <w:p>
      <w:r>
        <w:rPr>
          <w:b/>
        </w:rPr>
        <w:t xml:space="preserve">[32:39] </w:t>
      </w:r>
      <w:r>
        <w:t>dekhein, sincerity bhi bahut zaroori hai.</w:t>
      </w:r>
    </w:p>
    <w:p>
      <w:pPr>
        <w:jc w:val="right"/>
      </w:pPr>
      <w:r>
        <w:t>دیکھیں، سنسیرٹی بھی بہت ضروری ہے۔</w:t>
      </w:r>
    </w:p>
    <w:p>
      <w:r>
        <w:rPr>
          <w:b/>
        </w:rPr>
        <w:t xml:space="preserve">[32:41] </w:t>
      </w:r>
      <w:r>
        <w:t>agar aap sincere na hon to kuch bhi keh sakte hain.</w:t>
      </w:r>
    </w:p>
    <w:p>
      <w:pPr>
        <w:jc w:val="right"/>
      </w:pPr>
      <w:r>
        <w:t>اگر آپ سنسیر نہ ہوں تو کچھ بھی کہہ سکتے ہیں۔</w:t>
      </w:r>
    </w:p>
    <w:p>
      <w:r>
        <w:rPr>
          <w:b/>
        </w:rPr>
        <w:t xml:space="preserve">[32:46] </w:t>
      </w:r>
      <w:r>
        <w:t>sirf sincere aadmi jo hai wo chup hona janta hai.</w:t>
      </w:r>
    </w:p>
    <w:p>
      <w:pPr>
        <w:jc w:val="right"/>
      </w:pPr>
      <w:r>
        <w:t>صرف سنسیر آدمی جو ہے وہ چپ ہونا جانتا ہے۔</w:t>
      </w:r>
    </w:p>
    <w:p>
      <w:r>
        <w:rPr>
          <w:b/>
        </w:rPr>
        <w:t xml:space="preserve">[32:50] </w:t>
      </w:r>
      <w:r>
        <w:t>sirf sincere aadmi jo hai wo apni ghalti ko manna janta hai.</w:t>
      </w:r>
    </w:p>
    <w:p>
      <w:pPr>
        <w:jc w:val="right"/>
      </w:pPr>
      <w:r>
        <w:t>صرف سنسیر آدمی جو ہے وہ اپنی غلطی کو ماننا جانتا ہے۔</w:t>
      </w:r>
    </w:p>
    <w:p>
      <w:r>
        <w:rPr>
          <w:b/>
        </w:rPr>
        <w:t xml:space="preserve">[32:55] </w:t>
      </w:r>
      <w:r>
        <w:t>sirf sincere aadmi kisi baat ko admit karna janta hai.</w:t>
      </w:r>
    </w:p>
    <w:p>
      <w:pPr>
        <w:jc w:val="right"/>
      </w:pPr>
      <w:r>
        <w:t>صرف سنسیر آدمی کسی بات کو ایڈمٹ کرنا جانتا ہے۔</w:t>
      </w:r>
    </w:p>
    <w:p>
      <w:r>
        <w:rPr>
          <w:b/>
        </w:rPr>
        <w:t xml:space="preserve">[33:00] </w:t>
      </w:r>
      <w:r>
        <w:t>nahi to wo bolta rahega, bolta rahega, bolta rahega.</w:t>
      </w:r>
    </w:p>
    <w:p>
      <w:pPr>
        <w:jc w:val="right"/>
      </w:pPr>
      <w:r>
        <w:t>نہیں تو وہ بولتا رہے گا، بولتا رہے گا، بولتا رہے گا۔</w:t>
      </w:r>
    </w:p>
    <w:p>
      <w:r>
        <w:rPr>
          <w:b/>
        </w:rPr>
        <w:t xml:space="preserve">[33:05] </w:t>
      </w:r>
      <w:r>
        <w:t>to sincerity bahut zaroori hai.</w:t>
      </w:r>
    </w:p>
    <w:p>
      <w:pPr>
        <w:jc w:val="right"/>
      </w:pPr>
      <w:r>
        <w:t>تو سنسیرٹی بہت ضروری ہے۔</w:t>
      </w:r>
    </w:p>
    <w:p>
      <w:r>
        <w:rPr>
          <w:b/>
        </w:rPr>
        <w:t xml:space="preserve">[33:07] </w:t>
      </w:r>
      <w:r>
        <w:t>sinsiriti bohat zaroori hai.</w:t>
      </w:r>
    </w:p>
    <w:p>
      <w:pPr>
        <w:jc w:val="right"/>
      </w:pPr>
      <w:r>
        <w:t>سنسیرٹی بہت ضروری ہے۔</w:t>
      </w:r>
    </w:p>
    <w:p>
      <w:r>
        <w:rPr>
          <w:b/>
        </w:rPr>
        <w:t xml:space="preserve">[33:09] </w:t>
      </w:r>
      <w:r>
        <w:t>sinsiriti woh aadmi kehta hai tab woh jaan lega ke hamesha ideal mein aur practice mein farq</w:t>
      </w:r>
    </w:p>
    <w:p>
      <w:pPr>
        <w:jc w:val="right"/>
      </w:pPr>
      <w:r>
        <w:t>سنسیرٹی وہ آدمی کہتا ہے تب وہ جان لے گا کہ ہمیشہ آئیڈیل میں اور پریکٹس میں فرق</w:t>
      </w:r>
    </w:p>
    <w:p>
      <w:r>
        <w:rPr>
          <w:b/>
        </w:rPr>
        <w:t xml:space="preserve">[33:16] </w:t>
      </w:r>
      <w:r>
        <w:t>hota hai.</w:t>
      </w:r>
    </w:p>
    <w:p>
      <w:pPr>
        <w:jc w:val="right"/>
      </w:pPr>
      <w:r>
        <w:t>ہوتا ہے۔</w:t>
      </w:r>
    </w:p>
    <w:p>
      <w:r>
        <w:rPr>
          <w:b/>
        </w:rPr>
        <w:t xml:space="preserve">[33:18] </w:t>
      </w:r>
      <w:r>
        <w:t>har system mein, har religion mein, yahan tak ke secular nizam mein bhi.</w:t>
      </w:r>
    </w:p>
    <w:p>
      <w:pPr>
        <w:jc w:val="right"/>
      </w:pPr>
      <w:r>
        <w:t>ہر سسٹم میں، ہر ریلیجن میں، یہاں تک کہ سیکولر نظام میں بھی۔</w:t>
      </w:r>
    </w:p>
    <w:p>
      <w:r>
        <w:rPr>
          <w:b/>
        </w:rPr>
        <w:t xml:space="preserve">[33:24] </w:t>
      </w:r>
      <w:r>
        <w:t>chahe secular system ho ya religious system ho.</w:t>
      </w:r>
    </w:p>
    <w:p>
      <w:pPr>
        <w:jc w:val="right"/>
      </w:pPr>
      <w:r>
        <w:t>چاہے سیکولر سسٹم ہو یا ریلیجس سسٹم ہو۔</w:t>
      </w:r>
    </w:p>
    <w:p>
      <w:r>
        <w:rPr>
          <w:b/>
        </w:rPr>
        <w:t xml:space="preserve">[33:27] </w:t>
      </w:r>
      <w:r>
        <w:t>hamesha ideology mein aur practice mein farq hota hai.</w:t>
      </w:r>
    </w:p>
    <w:p>
      <w:pPr>
        <w:jc w:val="right"/>
      </w:pPr>
      <w:r>
        <w:t>ہمیشہ آئیڈیالوجی میں اور پریکٹس میں فرق ہوتا ہے۔</w:t>
      </w:r>
    </w:p>
    <w:p>
      <w:r>
        <w:rPr>
          <w:b/>
        </w:rPr>
        <w:t xml:space="preserve">[33:31] </w:t>
      </w:r>
      <w:r>
        <w:t>toh aap ko agar yeh jaanna ho ke koi system kya hai true sense mein toh aap us</w:t>
      </w:r>
    </w:p>
    <w:p>
      <w:pPr>
        <w:jc w:val="right"/>
      </w:pPr>
      <w:r>
        <w:t>تو آپ کو اگر یہ جاننا ہو کہ کوئی سسٹم کیا ہے ٹرو سینس میں تو آپ اس</w:t>
      </w:r>
    </w:p>
    <w:p>
      <w:r>
        <w:rPr>
          <w:b/>
        </w:rPr>
        <w:t xml:space="preserve">[33:39] </w:t>
      </w:r>
      <w:r>
        <w:t>ki ideology dekhenge.</w:t>
      </w:r>
    </w:p>
    <w:p>
      <w:pPr>
        <w:jc w:val="right"/>
      </w:pPr>
      <w:r>
        <w:t>کی آئیڈیالوجی دیکھیں گے۔</w:t>
      </w:r>
    </w:p>
    <w:p>
      <w:r>
        <w:rPr>
          <w:b/>
        </w:rPr>
        <w:t xml:space="preserve">[33:40] </w:t>
      </w:r>
      <w:r>
        <w:t>practice ko nahi dekhenge.</w:t>
      </w:r>
    </w:p>
    <w:p>
      <w:pPr>
        <w:jc w:val="right"/>
      </w:pPr>
      <w:r>
        <w:t>پریکٹس کو نہیں دیکھیں گے۔</w:t>
      </w:r>
    </w:p>
    <w:p>
      <w:r>
        <w:rPr>
          <w:b/>
        </w:rPr>
        <w:t xml:space="preserve">[33:42] </w:t>
      </w:r>
      <w:r>
        <w:t>kyun ke practice mein agar bigaad aa jaye toh practice ko ideal se jaancha jayega.</w:t>
      </w:r>
    </w:p>
    <w:p>
      <w:pPr>
        <w:jc w:val="right"/>
      </w:pPr>
      <w:r>
        <w:t>کیونکہ پریکٹس میں اگر بگاڑ آ جائے تو پریکٹس کو آئیڈیل سے جانچا جائے گا۔</w:t>
      </w:r>
    </w:p>
    <w:p>
      <w:r>
        <w:rPr>
          <w:b/>
        </w:rPr>
        <w:t xml:space="preserve">[33:49] </w:t>
      </w:r>
      <w:r>
        <w:t>aur us ko ideal ke mutabiq banaya jayega.</w:t>
      </w:r>
    </w:p>
    <w:p>
      <w:pPr>
        <w:jc w:val="right"/>
      </w:pPr>
      <w:r>
        <w:t>اور اس کو آئیڈیل کے مطابق بنایا جائے گا۔</w:t>
      </w:r>
    </w:p>
    <w:p>
      <w:r>
        <w:rPr>
          <w:b/>
        </w:rPr>
        <w:t xml:space="preserve">[33:53] </w:t>
      </w:r>
      <w:r>
        <w:t>yaani ideal se judge kiya jayega practice ko.</w:t>
      </w:r>
    </w:p>
    <w:p>
      <w:pPr>
        <w:jc w:val="right"/>
      </w:pPr>
      <w:r>
        <w:t>یعنی آئیڈیل سے جج کیا جائے گا پریکٹس کو۔</w:t>
      </w:r>
    </w:p>
    <w:p>
      <w:r>
        <w:rPr>
          <w:b/>
        </w:rPr>
        <w:t xml:space="preserve">[33:57] </w:t>
      </w:r>
      <w:r>
        <w:t>na ke practice se judge kiya jaye ideal ko.</w:t>
      </w:r>
    </w:p>
    <w:p>
      <w:pPr>
        <w:jc w:val="right"/>
      </w:pPr>
      <w:r>
        <w:t>نہ کہ پریکٹس سے جج کیا جائے آئیڈیل کو۔</w:t>
      </w:r>
    </w:p>
    <w:p>
      <w:r>
        <w:rPr>
          <w:b/>
        </w:rPr>
        <w:t xml:space="preserve">[34:00] </w:t>
      </w:r>
      <w:r>
        <w:t>toh yeh sab baatein chahti hain bohat hi sinsiriti.</w:t>
      </w:r>
    </w:p>
    <w:p>
      <w:pPr>
        <w:jc w:val="right"/>
      </w:pPr>
      <w:r>
        <w:t>تو یہ سب باتیں چاہتی ہیں بہت ہی سنسیرٹی۔</w:t>
      </w:r>
    </w:p>
    <w:p>
      <w:r>
        <w:rPr>
          <w:b/>
        </w:rPr>
        <w:t xml:space="preserve">[34:04] </w:t>
      </w:r>
      <w:r>
        <w:t>sinsiriti ke baghair aap kuch samajh nahi sakte.</w:t>
      </w:r>
    </w:p>
    <w:p>
      <w:pPr>
        <w:jc w:val="right"/>
      </w:pPr>
      <w:r>
        <w:t>سنسیرٹی کے بغیر آپ کچھ سمجھ نہیں سکتے۔</w:t>
      </w:r>
    </w:p>
    <w:p>
      <w:r>
        <w:rPr>
          <w:b/>
        </w:rPr>
        <w:t xml:space="preserve">[34:08] </w:t>
      </w:r>
      <w:r>
        <w:t>main mazhab ki baat nahi hai, har jagah.</w:t>
      </w:r>
    </w:p>
    <w:p>
      <w:pPr>
        <w:jc w:val="right"/>
      </w:pPr>
      <w:r>
        <w:t>میں مذہب کی بات نہیں ہے، ہر جگہ۔</w:t>
      </w:r>
    </w:p>
    <w:p>
      <w:r>
        <w:rPr>
          <w:b/>
        </w:rPr>
        <w:t xml:space="preserve">[34:11] </w:t>
      </w:r>
      <w:r>
        <w:t>kisi bhi field ki baat ho.</w:t>
      </w:r>
    </w:p>
    <w:p>
      <w:pPr>
        <w:jc w:val="right"/>
      </w:pPr>
      <w:r>
        <w:t>کسی بھی فیلڈ کی بات ہو۔</w:t>
      </w:r>
    </w:p>
    <w:p>
      <w:r>
        <w:rPr>
          <w:b/>
        </w:rPr>
        <w:t xml:space="preserve">[34:14] </w:t>
      </w:r>
      <w:r>
        <w:t>agar aap ke andar sinsiriti nahi hai toh kabhi bhi aap baat ko samajh nahi sakte.</w:t>
      </w:r>
    </w:p>
    <w:p>
      <w:pPr>
        <w:jc w:val="right"/>
      </w:pPr>
      <w:r>
        <w:t>اگر آپ کے اندر سنسیرٹی نہیں ہے تو کبھی بھی آپ بات کو سمجھ نہیں سکتے۔</w:t>
      </w:r>
    </w:p>
    <w:p>
      <w:r>
        <w:rPr>
          <w:b/>
        </w:rPr>
        <w:t xml:space="preserve">[34:21] </w:t>
      </w:r>
      <w:r>
        <w:t>har aadmi ka rozana ka tajurba hai.</w:t>
      </w:r>
    </w:p>
    <w:p>
      <w:pPr>
        <w:jc w:val="right"/>
      </w:pPr>
      <w:r>
        <w:t>ہر آدمی کا روزانہ کا تجربہ ہے۔</w:t>
      </w:r>
    </w:p>
    <w:p>
      <w:r>
        <w:rPr>
          <w:b/>
        </w:rPr>
        <w:t xml:space="preserve">[34:24] </w:t>
      </w:r>
      <w:r>
        <w:t>har aadmi ko rozana kisi saath kisi se deal karna padta hai.</w:t>
      </w:r>
    </w:p>
    <w:p>
      <w:pPr>
        <w:jc w:val="right"/>
      </w:pPr>
      <w:r>
        <w:t>ہر آدمی کو روزانہ کسی ساتھ کسی سے ڈیل کرنا پڑتا ہے۔</w:t>
      </w:r>
    </w:p>
    <w:p>
      <w:r>
        <w:rPr>
          <w:b/>
        </w:rPr>
        <w:t xml:space="preserve">[34:29] </w:t>
      </w:r>
      <w:r>
        <w:t>toh har aadmi jaanta hai is baat ko ke agar doosri party sincere hai tab us ko aap</w:t>
      </w:r>
    </w:p>
    <w:p>
      <w:pPr>
        <w:jc w:val="right"/>
      </w:pPr>
      <w:r>
        <w:t>تو ہر آدمی جانتا ہے اس بات کو کہ اگر دوسری پارٹی سنسیر ہے تب اس کو آپ</w:t>
      </w:r>
    </w:p>
    <w:p>
      <w:r>
        <w:rPr>
          <w:b/>
        </w:rPr>
        <w:t xml:space="preserve">[34:36] </w:t>
      </w:r>
      <w:r>
        <w:t>bata sakte hain.</w:t>
      </w:r>
    </w:p>
    <w:p>
      <w:pPr>
        <w:jc w:val="right"/>
      </w:pPr>
      <w:r>
        <w:t>بتا سکتے ہیں۔</w:t>
      </w:r>
    </w:p>
    <w:p>
      <w:r>
        <w:rPr>
          <w:b/>
        </w:rPr>
        <w:t xml:space="preserve">[34:38] </w:t>
      </w:r>
      <w:r>
        <w:t>agar woh sincere nahi hai toh kuch bhi kehte rahey.</w:t>
      </w:r>
    </w:p>
    <w:p>
      <w:pPr>
        <w:jc w:val="right"/>
      </w:pPr>
      <w:r>
        <w:t>اگر وہ سنسیر نہیں ہے تو کچھ بھی کہتے رہیے۔</w:t>
      </w:r>
    </w:p>
    <w:p>
      <w:r>
        <w:rPr>
          <w:b/>
        </w:rPr>
        <w:t xml:space="preserve">[34:42] </w:t>
      </w:r>
      <w:r>
        <w:t>har baat ke jawab mein ek naya baat bol dega woh.</w:t>
      </w:r>
    </w:p>
    <w:p>
      <w:pPr>
        <w:jc w:val="right"/>
      </w:pPr>
      <w:r>
        <w:t>ہر بات کے جواب میں ایک نیا بات بول دے گا وہ۔</w:t>
      </w:r>
    </w:p>
    <w:p>
      <w:r>
        <w:rPr>
          <w:b/>
        </w:rPr>
        <w:t xml:space="preserve">[34:47] </w:t>
      </w:r>
      <w:r>
        <w:t>har baat ke jawab mein ek nayi baat woh bol dega.</w:t>
      </w:r>
    </w:p>
    <w:p>
      <w:pPr>
        <w:jc w:val="right"/>
      </w:pPr>
      <w:r>
        <w:t>ہر بات کے جواب میں ایک نئی بات وہ بول دے گا۔</w:t>
      </w:r>
    </w:p>
    <w:p>
      <w:r>
        <w:rPr>
          <w:b/>
        </w:rPr>
        <w:t xml:space="preserve">[34:52] </w:t>
      </w:r>
      <w:r>
        <w:t>aur baat kabhi khatm nahi hogi.</w:t>
      </w:r>
    </w:p>
    <w:p>
      <w:pPr>
        <w:jc w:val="right"/>
      </w:pPr>
      <w:r>
        <w:t>اور بات کبھی ختم نہیں ہوگی۔</w:t>
      </w:r>
    </w:p>
    <w:p>
      <w:r>
        <w:rPr>
          <w:b/>
        </w:rPr>
        <w:t xml:space="preserve">[34:55] </w:t>
      </w:r>
      <w:r>
        <w:t>to kisi bhi cheez mein jo basic issues hote hain us ko samajhna chahiye.</w:t>
      </w:r>
    </w:p>
    <w:p>
      <w:pPr>
        <w:jc w:val="right"/>
      </w:pPr>
      <w:r>
        <w:t>تو کسی بھی چیز میں جو بیسک ایشوز ہوتے ہیں اس کو سمجھنا چاہیے۔</w:t>
      </w:r>
    </w:p>
    <w:p>
      <w:r>
        <w:rPr>
          <w:b/>
        </w:rPr>
        <w:t xml:space="preserve">[35:01] </w:t>
      </w:r>
      <w:r>
        <w:t>jo basic principle hota hai usay samajhna chahiye.</w:t>
      </w:r>
    </w:p>
    <w:p>
      <w:pPr>
        <w:jc w:val="right"/>
      </w:pPr>
      <w:r>
        <w:t>جو بیسک پرنسپل ہوتا ہے اسے سمجھنا چاہیے۔</w:t>
      </w:r>
    </w:p>
    <w:p>
      <w:r>
        <w:rPr>
          <w:b/>
        </w:rPr>
        <w:t xml:space="preserve">[35:04] </w:t>
      </w:r>
      <w:r>
        <w:t>kisi bhi issues mein, kisi bhi maamle mein aik basic principle hota hai.</w:t>
      </w:r>
    </w:p>
    <w:p>
      <w:pPr>
        <w:jc w:val="right"/>
      </w:pPr>
      <w:r>
        <w:t>کسی بھی ایشوز میں، کسی بھی معاملے میں ایک بیسک پرنسپل ہوتا ہے۔</w:t>
      </w:r>
    </w:p>
    <w:p>
      <w:r>
        <w:rPr>
          <w:b/>
        </w:rPr>
        <w:t xml:space="preserve">[35:10] </w:t>
      </w:r>
      <w:r>
        <w:t>is principle ko agar aap achi tarah samajh lein tab poori baat ko samajh sakte hain.</w:t>
      </w:r>
    </w:p>
    <w:p>
      <w:pPr>
        <w:jc w:val="right"/>
      </w:pPr>
      <w:r>
        <w:t>اس پرنسپل کو اگر آپ اچھی طرح سمجھ لیں تب پوری بات کو سمجھ سکتے ہیں۔</w:t>
      </w:r>
    </w:p>
    <w:p>
      <w:r>
        <w:rPr>
          <w:b/>
        </w:rPr>
        <w:t xml:space="preserve">[35:17] </w:t>
      </w:r>
      <w:r>
        <w:t>agar principle aap ke upar clear na ho to bhi har baat aap ko i m b ko</w:t>
      </w:r>
    </w:p>
    <w:p>
      <w:pPr>
        <w:jc w:val="right"/>
      </w:pPr>
      <w:r>
        <w:t>اگر پرنسپل آپ کے اوپر کلیئر نہ ہو تو بھی ہر بات آپ کو آئی ایم بی کو</w:t>
      </w:r>
    </w:p>
    <w:p>
      <w:r>
        <w:rPr>
          <w:b/>
        </w:rPr>
        <w:t xml:space="preserve">[35:25] </w:t>
      </w:r>
      <w:r>
        <w:t>dikhai degi.</w:t>
      </w:r>
    </w:p>
    <w:p>
      <w:pPr>
        <w:jc w:val="right"/>
      </w:pPr>
      <w:r>
        <w:t>دکھائی دے گی۔</w:t>
      </w:r>
    </w:p>
    <w:p>
      <w:r>
        <w:rPr>
          <w:b/>
        </w:rPr>
        <w:t xml:space="preserve">[35:26] </w:t>
      </w:r>
      <w:r>
        <w:t>islam mein basic principle kya hai? revolution.</w:t>
      </w:r>
    </w:p>
    <w:p>
      <w:pPr>
        <w:jc w:val="right"/>
      </w:pPr>
      <w:r>
        <w:t>اسلام میں بیسک پرنسپل کیا ہے؟ ریولیوشن۔</w:t>
      </w:r>
    </w:p>
    <w:p>
      <w:r>
        <w:rPr>
          <w:b/>
        </w:rPr>
        <w:t xml:space="preserve">[35:29] </w:t>
      </w:r>
      <w:r>
        <w:t>yani islam naam hai aik revealed religion ka.</w:t>
      </w:r>
    </w:p>
    <w:p>
      <w:pPr>
        <w:jc w:val="right"/>
      </w:pPr>
      <w:r>
        <w:t>یعنی اسلام نام ہے ایک ریویلڈ ریلیجن کا۔</w:t>
      </w:r>
    </w:p>
    <w:p>
      <w:r>
        <w:rPr>
          <w:b/>
        </w:rPr>
        <w:t xml:space="preserve">[35:33] </w:t>
      </w:r>
      <w:r>
        <w:t>khuda ki taraf se bheje hue religion ka.</w:t>
      </w:r>
    </w:p>
    <w:p>
      <w:pPr>
        <w:jc w:val="right"/>
      </w:pPr>
      <w:r>
        <w:t>خدا کی طرف سے بھیجے ہوئے ریلیجن کا۔</w:t>
      </w:r>
    </w:p>
    <w:p>
      <w:r>
        <w:rPr>
          <w:b/>
        </w:rPr>
        <w:t xml:space="preserve">[35:36] </w:t>
      </w:r>
      <w:r>
        <w:t>islam is a revealed religion.</w:t>
      </w:r>
    </w:p>
    <w:p>
      <w:pPr>
        <w:jc w:val="right"/>
      </w:pPr>
      <w:r>
        <w:t>اسلام از اے ریویلڈ ریلیجن۔</w:t>
      </w:r>
    </w:p>
    <w:p>
      <w:r>
        <w:rPr>
          <w:b/>
        </w:rPr>
        <w:t xml:space="preserve">[35:38] </w:t>
      </w:r>
      <w:r>
        <w:t>it was revealed by god.</w:t>
      </w:r>
    </w:p>
    <w:p>
      <w:pPr>
        <w:jc w:val="right"/>
      </w:pPr>
      <w:r>
        <w:t>اٹ واز ریویلڈ بائی گاڈ۔</w:t>
      </w:r>
    </w:p>
    <w:p>
      <w:r>
        <w:rPr>
          <w:b/>
        </w:rPr>
        <w:t xml:space="preserve">[35:40] </w:t>
      </w:r>
      <w:r>
        <w:t>to basic principle kya hua? ke islam khuda se mila hai.</w:t>
      </w:r>
    </w:p>
    <w:p>
      <w:pPr>
        <w:jc w:val="right"/>
      </w:pPr>
      <w:r>
        <w:t>تو بیسک پرنسپل کیا ہوا؟ کہ اسلام خدا سے ملا ہے۔</w:t>
      </w:r>
    </w:p>
    <w:p>
      <w:r>
        <w:rPr>
          <w:b/>
        </w:rPr>
        <w:t xml:space="preserve">[35:45] </w:t>
      </w:r>
      <w:r>
        <w:t>ke is cheez kisi insaan ne nahi banaya hai.</w:t>
      </w:r>
    </w:p>
    <w:p>
      <w:pPr>
        <w:jc w:val="right"/>
      </w:pPr>
      <w:r>
        <w:t>کہ اس چیز کسی انسان نے نہیں بنایا ہے۔</w:t>
      </w:r>
    </w:p>
    <w:p>
      <w:r>
        <w:rPr>
          <w:b/>
        </w:rPr>
        <w:t xml:space="preserve">[35:49] </w:t>
      </w:r>
      <w:r>
        <w:t>to phir aisa jab manenge aap to is ke text ko aap dhoondhenge.</w:t>
      </w:r>
    </w:p>
    <w:p>
      <w:pPr>
        <w:jc w:val="right"/>
      </w:pPr>
      <w:r>
        <w:t>تو پھر ایسا جب مانیں گے آپ تو اس کے ٹیکسٹ کو آپ ڈھونڈیں گے۔</w:t>
      </w:r>
    </w:p>
    <w:p>
      <w:r>
        <w:rPr>
          <w:b/>
        </w:rPr>
        <w:t xml:space="preserve">[35:55] </w:t>
      </w:r>
      <w:r>
        <w:t>ke jab islam aaya hai khuda ki taraf se to is ka text kya hai? to sab se</w:t>
      </w:r>
    </w:p>
    <w:p>
      <w:pPr>
        <w:jc w:val="right"/>
      </w:pPr>
      <w:r>
        <w:t>کہ جب اسلام آیا ہے خدا کی طرف سے تو اس کا ٹیکسٹ کیا ہے؟ تو سب سے</w:t>
      </w:r>
    </w:p>
    <w:p>
      <w:r>
        <w:rPr>
          <w:b/>
        </w:rPr>
        <w:t xml:space="preserve">[36:03] </w:t>
      </w:r>
      <w:r>
        <w:t>pehlay aap text ko dekhenge.</w:t>
      </w:r>
    </w:p>
    <w:p>
      <w:pPr>
        <w:jc w:val="right"/>
      </w:pPr>
      <w:r>
        <w:t>پہلے آپ ٹیکسٹ کو دیکھیں گے۔</w:t>
      </w:r>
    </w:p>
    <w:p>
      <w:r>
        <w:rPr>
          <w:b/>
        </w:rPr>
        <w:t xml:space="preserve">[36:06] </w:t>
      </w:r>
      <w:r>
        <w:t>ke khud khuda ne jo bheja tha wo kya bheja tha? khud khuda ki taraf se jo aaya</w:t>
      </w:r>
    </w:p>
    <w:p>
      <w:pPr>
        <w:jc w:val="right"/>
      </w:pPr>
      <w:r>
        <w:t>کہ خود خدا نے جو بھیجا تھا وہ کیا بھیجا تھا؟ خود خدا کی طرف سے جو آیا</w:t>
      </w:r>
    </w:p>
    <w:p>
      <w:r>
        <w:rPr>
          <w:b/>
        </w:rPr>
        <w:t xml:space="preserve">[36:13] </w:t>
      </w:r>
      <w:r>
        <w:t>tha wo kya tha wo? to agar aap sincere honge to aap yahi karenge.</w:t>
      </w:r>
    </w:p>
    <w:p>
      <w:pPr>
        <w:jc w:val="right"/>
      </w:pPr>
      <w:r>
        <w:t>تھا وہ کیا تھا وہ؟ تو اگر آپ سنسیر ہوں گے تو آپ یہی کریں گے۔</w:t>
      </w:r>
    </w:p>
    <w:p>
      <w:r>
        <w:rPr>
          <w:b/>
        </w:rPr>
        <w:t xml:space="preserve">[36:20] </w:t>
      </w:r>
      <w:r>
        <w:t>ke jahan baat aayi to foran aap ko mind aik kar boley ga ke sab se pehle dekho</w:t>
      </w:r>
    </w:p>
    <w:p>
      <w:pPr>
        <w:jc w:val="right"/>
      </w:pPr>
      <w:r>
        <w:t>کہ جہاں بات آئی تو فوراً آپ کو مائنڈ ایک کر بولے گا کہ سب سے پہلے دیکھو</w:t>
      </w:r>
    </w:p>
    <w:p>
      <w:r>
        <w:rPr>
          <w:b/>
        </w:rPr>
        <w:t xml:space="preserve">[36:28] </w:t>
      </w:r>
      <w:r>
        <w:t>کہ central principle کیا ہے اسلام کا؟ وہاں سے چلو۔</w:t>
      </w:r>
    </w:p>
    <w:p>
      <w:pPr>
        <w:jc w:val="right"/>
      </w:pPr>
      <w:r>
        <w:t>کہ سینٹرل پرنسپل کیا ہے اسلام کا؟ وہاں سے چلو۔</w:t>
      </w:r>
    </w:p>
    <w:p>
      <w:r>
        <w:rPr>
          <w:b/>
        </w:rPr>
        <w:t xml:space="preserve">[36:32] </w:t>
      </w:r>
      <w:r>
        <w:t>that is the starting point.</w:t>
      </w:r>
    </w:p>
    <w:p>
      <w:pPr>
        <w:jc w:val="right"/>
      </w:pPr>
      <w:r>
        <w:t>دیٹ از دا سٹارٹنگ پوائنٹ۔</w:t>
      </w:r>
    </w:p>
    <w:p>
      <w:r>
        <w:rPr>
          <w:b/>
        </w:rPr>
        <w:t xml:space="preserve">[36:34] </w:t>
      </w:r>
      <w:r>
        <w:t>jab aap wahan se chalenge to kya hoga? phir sab baat theek hoti chali aayegi.</w:t>
      </w:r>
    </w:p>
    <w:p>
      <w:pPr>
        <w:jc w:val="right"/>
      </w:pPr>
      <w:r>
        <w:t>جب آپ وہاں سے چلیں گے تو کیا ہوگا؟ پھر سب بات ٹھیک ہوتی چلی آئے گی۔</w:t>
      </w:r>
    </w:p>
    <w:p>
      <w:r>
        <w:rPr>
          <w:b/>
        </w:rPr>
        <w:t xml:space="preserve">[36:42] </w:t>
      </w:r>
      <w:r>
        <w:t>sab baat.</w:t>
      </w:r>
    </w:p>
    <w:p>
      <w:pPr>
        <w:jc w:val="right"/>
      </w:pPr>
      <w:r>
        <w:t>سب بات۔</w:t>
      </w:r>
    </w:p>
    <w:p>
      <w:r>
        <w:rPr>
          <w:b/>
        </w:rPr>
        <w:t xml:space="preserve">[36:43] </w:t>
      </w:r>
      <w:r>
        <w:t>یوں کہتے ہیں everything falls into place.</w:t>
      </w:r>
    </w:p>
    <w:p>
      <w:pPr>
        <w:jc w:val="right"/>
      </w:pPr>
      <w:r>
        <w:t>یوں کہتے ہیں ایوری تھنگ فالس انٹو پلیس۔</w:t>
      </w:r>
    </w:p>
    <w:p>
      <w:r>
        <w:rPr>
          <w:b/>
        </w:rPr>
        <w:t xml:space="preserve">[36:46] </w:t>
      </w:r>
      <w:r>
        <w:t>har har cheez apni jagah par aa jayegi.</w:t>
      </w:r>
    </w:p>
    <w:p>
      <w:pPr>
        <w:jc w:val="right"/>
      </w:pPr>
      <w:r>
        <w:t>ہر ہر چیز اپنی جگہ پر آ جائے گی۔</w:t>
      </w:r>
    </w:p>
    <w:p>
      <w:r>
        <w:rPr>
          <w:b/>
        </w:rPr>
        <w:t xml:space="preserve">[36:50] </w:t>
      </w:r>
      <w:r>
        <w:t>central principle aap jaan lein to har cheez apni jagah par aa jati hai.</w:t>
      </w:r>
    </w:p>
    <w:p>
      <w:pPr>
        <w:jc w:val="right"/>
      </w:pPr>
      <w:r>
        <w:t>سینٹرل پرنسپل آپ جان لیں تو ہر چیز اپنی جگہ پر آ جاتی ہے۔</w:t>
      </w:r>
    </w:p>
    <w:p>
      <w:r>
        <w:rPr>
          <w:b/>
        </w:rPr>
        <w:t xml:space="preserve">[36:56] </w:t>
      </w:r>
      <w:r>
        <w:t>ہر چیز اپنی جگہ پر اپنی جو right place اس کا ہے وہاں پر آ جاتی ہے وہ۔</w:t>
      </w:r>
    </w:p>
    <w:p>
      <w:pPr>
        <w:jc w:val="right"/>
      </w:pPr>
      <w:r>
        <w:t>ہر چیز اپنی جگہ پر اپنی جو رائٹ پلیس اس کا ہے وہاں پر آ جاتی ہے وہ۔</w:t>
      </w:r>
    </w:p>
    <w:p>
      <w:r>
        <w:rPr>
          <w:b/>
        </w:rPr>
        <w:t xml:space="preserve">[37:04] </w:t>
      </w:r>
      <w:r>
        <w:t>Jab aur central place jo central principle hai wahi clear na ho tabhi is qism ki baatein hoti</w:t>
      </w:r>
    </w:p>
    <w:p>
      <w:pPr>
        <w:jc w:val="right"/>
      </w:pPr>
      <w:r>
        <w:t>جب اور سینٹرل پلیس جو سینٹرل پرنسپل ہے وہی کلیئر نہ ہو تبھی اس قسم کی باتیں ہوتی</w:t>
      </w:r>
    </w:p>
    <w:p>
      <w:r>
        <w:rPr>
          <w:b/>
        </w:rPr>
        <w:t xml:space="preserve">[37:12]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[37:13] </w:t>
      </w:r>
      <w:r>
        <w:t>is ka koi is ka koi end nahi hota.</w:t>
      </w:r>
    </w:p>
    <w:p>
      <w:pPr>
        <w:jc w:val="right"/>
      </w:pPr>
      <w:r>
        <w:t>اس کا کوئی اس کا کوئی اینڈ نہیں ہوتا۔</w:t>
      </w:r>
    </w:p>
    <w:p>
      <w:r>
        <w:rPr>
          <w:b/>
        </w:rPr>
        <w:t xml:space="preserve">[37:17] </w:t>
      </w:r>
      <w:r>
        <w:t>to mein samajhta hoon ke jo aadmi sincere ho us ko sab se pehle islam ka text parhna</w:t>
      </w:r>
    </w:p>
    <w:p>
      <w:pPr>
        <w:jc w:val="right"/>
      </w:pPr>
      <w:r>
        <w:t>تو میں سمجھتا ہوں کہ جو آدمی سنسیر ہو اس کو سب سے پہلے اسلام کا ٹیکسٹ پڑھنا</w:t>
      </w:r>
    </w:p>
    <w:p>
      <w:r>
        <w:rPr>
          <w:b/>
        </w:rPr>
        <w:t xml:space="preserve">[37:25] </w:t>
      </w:r>
      <w:r>
        <w:t>chahiye.</w:t>
      </w:r>
    </w:p>
    <w:p>
      <w:pPr>
        <w:jc w:val="right"/>
      </w:pPr>
      <w:r>
        <w:t>چاہیے۔</w:t>
      </w:r>
    </w:p>
    <w:p>
      <w:r>
        <w:rPr>
          <w:b/>
        </w:rPr>
        <w:t xml:space="preserve">[37:26] </w:t>
      </w:r>
      <w:r>
        <w:t>agar wo arabic language nahi janta hai to wo translation parhe.</w:t>
      </w:r>
    </w:p>
    <w:p>
      <w:pPr>
        <w:jc w:val="right"/>
      </w:pPr>
      <w:r>
        <w:t>اگر وہ عربک لینگویج نہیں جانتا ہے تو وہ ٹرانسلیشن پڑھے۔</w:t>
      </w:r>
    </w:p>
    <w:p>
      <w:r>
        <w:rPr>
          <w:b/>
        </w:rPr>
        <w:t xml:space="preserve">[37:31] </w:t>
      </w:r>
      <w:r>
        <w:t>koi zaroori nahi hai ke wo language janta ho.</w:t>
      </w:r>
    </w:p>
    <w:p>
      <w:pPr>
        <w:jc w:val="right"/>
      </w:pPr>
      <w:r>
        <w:t>کوئی ضروری نہیں ہے کہ وہ لینگویج جانتا ہو۔</w:t>
      </w:r>
    </w:p>
    <w:p>
      <w:r>
        <w:rPr>
          <w:b/>
        </w:rPr>
        <w:t xml:space="preserve">[37:35] </w:t>
      </w:r>
      <w:r>
        <w:t>دیکھیں میرا تجربہ یہ ہے، میرا experience یہ ہے کہ قرآن کو یا کسی بھی کتاب کو سمجھنے</w:t>
      </w:r>
    </w:p>
    <w:p>
      <w:pPr>
        <w:jc w:val="right"/>
      </w:pPr>
      <w:r>
        <w:t>دیکھیں میرا تجربہ یہ ہے، میرا ایکسپیرینس یہ ہے کہ قرآن کو یا کسی بھی کتاب کو سمجھنے</w:t>
      </w:r>
    </w:p>
    <w:p>
      <w:r>
        <w:rPr>
          <w:b/>
        </w:rPr>
        <w:t xml:space="preserve">[37:43] </w:t>
      </w:r>
      <w:r>
        <w:t>ke liye pehli shart language nahi hai.</w:t>
      </w:r>
    </w:p>
    <w:p>
      <w:pPr>
        <w:jc w:val="right"/>
      </w:pPr>
      <w:r>
        <w:t>کے لیے پہلی شرط لینگویج نہیں ہے۔</w:t>
      </w:r>
    </w:p>
    <w:p>
      <w:r>
        <w:rPr>
          <w:b/>
        </w:rPr>
        <w:t xml:space="preserve">[37:46] </w:t>
      </w:r>
      <w:r>
        <w:t>yani agarchay language zaroori hai, language ke baghair aap samjhenge nahi is baat ko.</w:t>
      </w:r>
    </w:p>
    <w:p>
      <w:pPr>
        <w:jc w:val="right"/>
      </w:pPr>
      <w:r>
        <w:t>یعنی اگرچہ لینگویج ضروری ہے، لینگویج کے بغیر آپ سمجھیں گے نہیں اس بات کو۔</w:t>
      </w:r>
    </w:p>
    <w:p>
      <w:r>
        <w:rPr>
          <w:b/>
        </w:rPr>
        <w:t xml:space="preserve">[37:52] </w:t>
      </w:r>
      <w:r>
        <w:t>lekin language sirf kafi nahi hai.</w:t>
      </w:r>
    </w:p>
    <w:p>
      <w:pPr>
        <w:jc w:val="right"/>
      </w:pPr>
      <w:r>
        <w:t>لیکن لینگویج صرف کافی نہیں ہے۔</w:t>
      </w:r>
    </w:p>
    <w:p>
      <w:r>
        <w:rPr>
          <w:b/>
        </w:rPr>
        <w:t xml:space="preserve">[37:55] </w:t>
      </w:r>
      <w:r>
        <w:t>sab se zyada zaroori jo cheez hai wo hai sincerity.</w:t>
      </w:r>
    </w:p>
    <w:p>
      <w:pPr>
        <w:jc w:val="right"/>
      </w:pPr>
      <w:r>
        <w:t>سب سے زیادہ ضروری جو چیز ہے وہ ہے سنسیرٹی۔</w:t>
      </w:r>
    </w:p>
    <w:p>
      <w:r>
        <w:rPr>
          <w:b/>
        </w:rPr>
        <w:t xml:space="preserve">[37:59] </w:t>
      </w:r>
      <w:r>
        <w:t>chahay koi bhi book ho, koi bhi mazhab ho, koi bhi religion ho, koi bhi system ho.</w:t>
      </w:r>
    </w:p>
    <w:p>
      <w:pPr>
        <w:jc w:val="right"/>
      </w:pPr>
      <w:r>
        <w:t>چاہے کوئی بھی بک ہو، کوئی بھی مذہب ہو، کوئی بھی ریلیجن ہو، کوئی بھی سسٹم ہو۔</w:t>
      </w:r>
    </w:p>
    <w:p>
      <w:r>
        <w:rPr>
          <w:b/>
        </w:rPr>
        <w:t xml:space="preserve">[38:06] </w:t>
      </w:r>
      <w:r>
        <w:t>us ko theek theek samajhne ke liye sab se pehli cheez jo chahiye wo sincerity hai.</w:t>
      </w:r>
    </w:p>
    <w:p>
      <w:pPr>
        <w:jc w:val="right"/>
      </w:pPr>
      <w:r>
        <w:t>اس کو ٹھیک ٹھیک سمجھنے کے لیے سب سے پہلی چیز جو چاہیے وہ سنسیرٹی ہے۔</w:t>
      </w:r>
    </w:p>
    <w:p>
      <w:r>
        <w:rPr>
          <w:b/>
        </w:rPr>
        <w:t xml:space="preserve">[38:13] </w:t>
      </w:r>
      <w:r>
        <w:t>سنسیر آدمی چیزوں کو right way میں دیکھتا ہے، right angle سے دیکھتا ہے۔</w:t>
      </w:r>
    </w:p>
    <w:p>
      <w:pPr>
        <w:jc w:val="right"/>
      </w:pPr>
      <w:r>
        <w:t>سنسیر آدمی چیزوں کو رائٹ وے میں دیکھتا ہے، رائٹ اینگل سے دیکھتا ہے۔</w:t>
      </w:r>
    </w:p>
    <w:p>
      <w:r>
        <w:rPr>
          <w:b/>
        </w:rPr>
        <w:t xml:space="preserve">[38:19] </w:t>
      </w:r>
      <w:r>
        <w:t>وہ کسی چیز کو exaggerate نہیں کرتا۔</w:t>
      </w:r>
    </w:p>
    <w:p>
      <w:pPr>
        <w:jc w:val="right"/>
      </w:pPr>
      <w:r>
        <w:t>وہ کسی چیز کو ایگزیجریٹ نہیں کرتا۔</w:t>
      </w:r>
    </w:p>
    <w:p>
      <w:r>
        <w:rPr>
          <w:b/>
        </w:rPr>
        <w:t xml:space="preserve">[38:22] </w:t>
      </w:r>
      <w:r>
        <w:t>wo khawamkhwah generalize nahi karta.</w:t>
      </w:r>
    </w:p>
    <w:p>
      <w:pPr>
        <w:jc w:val="right"/>
      </w:pPr>
      <w:r>
        <w:t>وہ خوامخواہ جنرلائز نہیں کرتا۔</w:t>
      </w:r>
    </w:p>
    <w:p>
      <w:r>
        <w:rPr>
          <w:b/>
        </w:rPr>
        <w:t xml:space="preserve">[38:24] </w:t>
      </w:r>
      <w:r>
        <w:t>وہ اس سے pointed decision کرنا ممکن ہوتا ہے۔</w:t>
      </w:r>
    </w:p>
    <w:p>
      <w:pPr>
        <w:jc w:val="right"/>
      </w:pPr>
      <w:r>
        <w:t>وہ اس سے پوائنٹڈ ڈسیژن کرنا ممکن ہوتا ہے۔</w:t>
      </w:r>
    </w:p>
    <w:p>
      <w:r>
        <w:rPr>
          <w:b/>
        </w:rPr>
        <w:t xml:space="preserve">[38:28] </w:t>
      </w:r>
      <w:r>
        <w:t>to yeh sab baatein us ke andar hoti hain.</w:t>
      </w:r>
    </w:p>
    <w:p>
      <w:pPr>
        <w:jc w:val="right"/>
      </w:pPr>
      <w:r>
        <w:t>تو یہ سب باتیں اس کے اندر ہوتی ہیں۔</w:t>
      </w:r>
    </w:p>
    <w:p>
      <w:r>
        <w:rPr>
          <w:b/>
        </w:rPr>
        <w:t xml:space="preserve">[38:32] </w:t>
      </w:r>
      <w:r>
        <w:t>aur jis aadmi ke andar yeh sab baatein hon wo zaroor sachai tak pohnch jayega.</w:t>
      </w:r>
    </w:p>
    <w:p>
      <w:pPr>
        <w:jc w:val="right"/>
      </w:pPr>
      <w:r>
        <w:t>اور جس آدمی کے اندر یہ سب باتیں ہوں وہ ضرور سچائی تک پہنچ جائے گا۔</w:t>
      </w:r>
    </w:p>
    <w:p>
      <w:r>
        <w:rPr>
          <w:b/>
        </w:rPr>
        <w:t xml:space="preserve">[38:39] </w:t>
      </w:r>
      <w:r>
        <w:t>ab dekhen aaj kal fiqah mein jo ikhtilafat hain, jo differences hain fiqah mein us ko bohat zyada</w:t>
      </w:r>
    </w:p>
    <w:p>
      <w:pPr>
        <w:jc w:val="right"/>
      </w:pPr>
      <w:r>
        <w:t>اب دیکھیں آج کل فقہ میں جو اختلافات ہیں، جو ڈیفرنسز ہیں فقہ میں اس کو بہت زیادہ</w:t>
      </w:r>
    </w:p>
    <w:p>
      <w:r>
        <w:rPr>
          <w:b/>
        </w:rPr>
        <w:t xml:space="preserve">[38:46] </w:t>
      </w:r>
      <w:r>
        <w:t>is par likha aur bola ja raha hai ke aik hi mazhab mein kai kai mazhab kyun? aik</w:t>
      </w:r>
    </w:p>
    <w:p>
      <w:pPr>
        <w:jc w:val="right"/>
      </w:pPr>
      <w:r>
        <w:t>اس پر لکھا اور بولا جا رہا ہے کہ ایک ہی مذہب میں کئی کئی مذہب کیوں؟ ایک</w:t>
      </w:r>
    </w:p>
    <w:p>
      <w:r>
        <w:rPr>
          <w:b/>
        </w:rPr>
        <w:t xml:space="preserve">[38:54] </w:t>
      </w:r>
      <w:r>
        <w:t>hi islam mein char mazhab kaise ban gaya? to yeh extremism hai.</w:t>
      </w:r>
    </w:p>
    <w:p>
      <w:pPr>
        <w:jc w:val="right"/>
      </w:pPr>
      <w:r>
        <w:t>ہی اسلام میں چار مذہب کیسے بن گیا؟ تو یہ ایکسٹریمزم ہے۔</w:t>
      </w:r>
    </w:p>
    <w:p>
      <w:r>
        <w:rPr>
          <w:b/>
        </w:rPr>
        <w:t xml:space="preserve">[38:59] </w:t>
      </w:r>
      <w:r>
        <w:t>extremism hai yeh.</w:t>
      </w:r>
    </w:p>
    <w:p>
      <w:pPr>
        <w:jc w:val="right"/>
      </w:pPr>
      <w:r>
        <w:t>ایکسٹریمزم ہے یہ۔</w:t>
      </w:r>
    </w:p>
    <w:p>
      <w:r>
        <w:rPr>
          <w:b/>
        </w:rPr>
        <w:t xml:space="preserve">[39:01] </w:t>
      </w:r>
      <w:r>
        <w:t>aap parhiye to bohat hi minor differences hain aik mein aur doosre mein.</w:t>
      </w:r>
    </w:p>
    <w:p>
      <w:pPr>
        <w:jc w:val="right"/>
      </w:pPr>
      <w:r>
        <w:t>آپ پڑھیے تو بہت ہی مائنر ڈیفرنسز ہیں ایک میں اور دوسرے میں۔</w:t>
      </w:r>
    </w:p>
    <w:p>
      <w:r>
        <w:rPr>
          <w:b/>
        </w:rPr>
        <w:t xml:space="preserve">[39:06] </w:t>
      </w:r>
      <w:r>
        <w:t>minor differences.</w:t>
      </w:r>
    </w:p>
    <w:p>
      <w:pPr>
        <w:jc w:val="right"/>
      </w:pPr>
      <w:r>
        <w:t>مائنر ڈیفرنسز۔</w:t>
      </w:r>
    </w:p>
    <w:p>
      <w:r>
        <w:rPr>
          <w:b/>
        </w:rPr>
        <w:t xml:space="preserve">[39:08] </w:t>
      </w:r>
      <w:r>
        <w:t>to aik shakal yeh hai ke aap samjhen ke minor differences jo hai wo un ki koi part</w:t>
      </w:r>
    </w:p>
    <w:p>
      <w:pPr>
        <w:jc w:val="right"/>
      </w:pPr>
      <w:r>
        <w:t>تو ایک شکل یہ ہے کہ آپ سمجھیں کہ مائنر ڈیفرنسز جو ہے وہ ان کی کوئی پارٹ</w:t>
      </w:r>
    </w:p>
    <w:p>
      <w:r>
        <w:rPr>
          <w:b/>
        </w:rPr>
        <w:t xml:space="preserve">[39:16] </w:t>
      </w:r>
      <w:r>
        <w:t>nahi hoti hai.</w:t>
      </w:r>
    </w:p>
    <w:p>
      <w:pPr>
        <w:jc w:val="right"/>
      </w:pPr>
      <w:r>
        <w:t>نہیں ہوتی ہے۔</w:t>
      </w:r>
    </w:p>
    <w:p>
      <w:r>
        <w:rPr>
          <w:b/>
        </w:rPr>
        <w:t xml:space="preserve">[39:17] </w:t>
      </w:r>
      <w:r>
        <w:t>yeh bhi theek, wo bhi theek.</w:t>
      </w:r>
    </w:p>
    <w:p>
      <w:pPr>
        <w:jc w:val="right"/>
      </w:pPr>
      <w:r>
        <w:t>یہ بھی ٹھیک، وہ بھی ٹھیک۔</w:t>
      </w:r>
    </w:p>
    <w:p>
      <w:r>
        <w:rPr>
          <w:b/>
        </w:rPr>
        <w:t xml:space="preserve">[39:20] </w:t>
      </w:r>
      <w:r>
        <w:t>jahan minor differences hon wahan par kya hota hai ke yeh bhi theek, wo bhi theek.</w:t>
      </w:r>
    </w:p>
    <w:p>
      <w:pPr>
        <w:jc w:val="right"/>
      </w:pPr>
      <w:r>
        <w:t>جہاں مائنر ڈیفرنسز ہوں وہاں پر کیا ہوتا ہے کہ یہ بھی ٹھیک، وہ بھی ٹھیک۔</w:t>
      </w:r>
    </w:p>
    <w:p>
      <w:r>
        <w:rPr>
          <w:b/>
        </w:rPr>
        <w:t xml:space="preserve">[39:27] </w:t>
      </w:r>
      <w:r>
        <w:t>is mein jhagre ki kya zaroorat hai? lekin is ko samjha samjha jata hai ke char mazhab, char</w:t>
      </w:r>
    </w:p>
    <w:p>
      <w:pPr>
        <w:jc w:val="right"/>
      </w:pPr>
      <w:r>
        <w:t>اس میں جھگڑے کی کیا ضرورت ہے؟ لیکن اس کو سمجھا سمجھا جاتا ہے کہ چار مذہب، چار</w:t>
      </w:r>
    </w:p>
    <w:p>
      <w:r>
        <w:rPr>
          <w:b/>
        </w:rPr>
        <w:t xml:space="preserve">[39:34] </w:t>
      </w:r>
      <w:r>
        <w:t>mazhab nahi hain.</w:t>
      </w:r>
    </w:p>
    <w:p>
      <w:pPr>
        <w:jc w:val="right"/>
      </w:pPr>
      <w:r>
        <w:t>مذہب نہیں ہیں۔</w:t>
      </w:r>
    </w:p>
    <w:p>
      <w:r>
        <w:rPr>
          <w:b/>
        </w:rPr>
        <w:t xml:space="preserve">[39:36] </w:t>
      </w:r>
      <w:r>
        <w:t>choti choti cheezon ko bohat zyada barhaya charhaya gaya to char ban gaye.</w:t>
      </w:r>
    </w:p>
    <w:p>
      <w:pPr>
        <w:jc w:val="right"/>
      </w:pPr>
      <w:r>
        <w:t>چھوٹی چھوٹی چیزوں کو بہت زیادہ بڑھایا چڑھایا گیا تو چار بن گئے۔</w:t>
      </w:r>
    </w:p>
    <w:p>
      <w:r>
        <w:rPr>
          <w:b/>
        </w:rPr>
        <w:t xml:space="preserve">[39:41] </w:t>
      </w:r>
      <w:r>
        <w:t>choti cheezein nazar andaz ki jati hain, ignore ki jati hain, tolerate kiya jata hai choti cheezon ko.</w:t>
      </w:r>
    </w:p>
    <w:p>
      <w:pPr>
        <w:jc w:val="right"/>
      </w:pPr>
      <w:r>
        <w:t>چھوٹی چیزیں نظر انداز کی جاتی ہیں، اگنور کی جاتی ہیں، ٹولریٹ کیا جاتا ہے چھوٹی چیزوں کو۔</w:t>
      </w:r>
    </w:p>
    <w:p>
      <w:r>
        <w:rPr>
          <w:b/>
        </w:rPr>
        <w:t xml:space="preserve">[39:49] </w:t>
      </w:r>
      <w:r>
        <w:t>ab bari cheezon ko dekha hai to koi ikhtilaf hi nahi hai, koi difference hi nahi hai.</w:t>
      </w:r>
    </w:p>
    <w:p>
      <w:pPr>
        <w:jc w:val="right"/>
      </w:pPr>
      <w:r>
        <w:t>اب بڑی چیزوں کو دیکھا ہے تو کوئی اختلاف ہی نہیں ہے، کوئی ڈیفرنس ہی نہیں ہے۔</w:t>
      </w:r>
    </w:p>
    <w:p>
      <w:r>
        <w:rPr>
          <w:b/>
        </w:rPr>
        <w:t xml:space="preserve">[39:56] </w:t>
      </w:r>
      <w:r>
        <w:t>islam ki dekhein jo basic teachings hain, basic is mein kuch bhi ikhtilaf nahi hai, kuch bhi difference</w:t>
      </w:r>
    </w:p>
    <w:p>
      <w:pPr>
        <w:jc w:val="right"/>
      </w:pPr>
      <w:r>
        <w:t>اسلام کی دیکھیں جو بیسک ٹیچنگز ہیں، بیسک اس میں کچھ بھی اختلاف نہیں ہے، کچھ بھی ڈیفرنس</w:t>
      </w:r>
    </w:p>
    <w:p>
      <w:r>
        <w:rPr>
          <w:b/>
        </w:rPr>
        <w:t xml:space="preserve">[40:04]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[40:06] </w:t>
      </w:r>
      <w:r>
        <w:t>ek aadmi wahi kehta hai jo doosra aadmi kehta hai.</w:t>
      </w:r>
    </w:p>
    <w:p>
      <w:pPr>
        <w:jc w:val="right"/>
      </w:pPr>
      <w:r>
        <w:t>ایک آدمی وہی کہتا ہے جو دوسرا آدمی کہتا ہے۔</w:t>
      </w:r>
    </w:p>
    <w:p>
      <w:r>
        <w:rPr>
          <w:b/>
        </w:rPr>
        <w:t xml:space="preserve">[40:10] </w:t>
      </w:r>
      <w:r>
        <w:t>main india se africa gaya, bohat hi interior mein.</w:t>
      </w:r>
    </w:p>
    <w:p>
      <w:pPr>
        <w:jc w:val="right"/>
      </w:pPr>
      <w:r>
        <w:t>میں انڈیا سے افریقہ گیا، بہت ہی انٹیریئر میں۔</w:t>
      </w:r>
    </w:p>
    <w:p>
      <w:r>
        <w:rPr>
          <w:b/>
        </w:rPr>
        <w:t xml:space="preserve">[40:14] </w:t>
      </w:r>
      <w:r>
        <w:t>wahan masjid mein gaya to wahan ke log bhi isi tarah namaz parh rahe thay jahan hum namaz</w:t>
      </w:r>
    </w:p>
    <w:p>
      <w:pPr>
        <w:jc w:val="right"/>
      </w:pPr>
      <w:r>
        <w:t>وہاں مسجد میں گیا تو وہاں کے لوگ بھی اسی طرح نماز پڑھ رہے تھے جہاں ہم نماز</w:t>
      </w:r>
    </w:p>
    <w:p>
      <w:r>
        <w:rPr>
          <w:b/>
        </w:rPr>
        <w:t xml:space="preserve">[40:21] </w:t>
      </w:r>
      <w:r>
        <w:t>parhte hain.</w:t>
      </w:r>
    </w:p>
    <w:p>
      <w:pPr>
        <w:jc w:val="right"/>
      </w:pPr>
      <w:r>
        <w:t>پڑھتے ہیں۔</w:t>
      </w:r>
    </w:p>
    <w:p>
      <w:r>
        <w:rPr>
          <w:b/>
        </w:rPr>
        <w:t xml:space="preserve">[40:23] </w:t>
      </w:r>
      <w:r>
        <w:t>wahan ke log bhi is tarah quran parh rahe thay jis tarah aap quran parhte hain.</w:t>
      </w:r>
    </w:p>
    <w:p>
      <w:pPr>
        <w:jc w:val="right"/>
      </w:pPr>
      <w:r>
        <w:t>وہاں کے لوگ بھی اس طرح قرآن پڑھ رہے تھے جس طرح آپ قرآن پڑھتے ہیں۔</w:t>
      </w:r>
    </w:p>
    <w:p>
      <w:r>
        <w:rPr>
          <w:b/>
        </w:rPr>
        <w:t xml:space="preserve">[40:30] </w:t>
      </w:r>
      <w:r>
        <w:t>to difference sirf kuch travel matters mein hota hai.</w:t>
      </w:r>
    </w:p>
    <w:p>
      <w:pPr>
        <w:jc w:val="right"/>
      </w:pPr>
      <w:r>
        <w:t>تو ڈیفرنس صرف کچھ ٹریول میٹرز میں ہوتا ہے۔</w:t>
      </w:r>
    </w:p>
    <w:p>
      <w:r>
        <w:rPr>
          <w:b/>
        </w:rPr>
        <w:t xml:space="preserve">[40:34] </w:t>
      </w:r>
      <w:r>
        <w:t>choti choti cheezon mein.</w:t>
      </w:r>
    </w:p>
    <w:p>
      <w:pPr>
        <w:jc w:val="right"/>
      </w:pPr>
      <w:r>
        <w:t>چھوٹی چھوٹی چیزوں میں۔</w:t>
      </w:r>
    </w:p>
    <w:p>
      <w:r>
        <w:rPr>
          <w:b/>
        </w:rPr>
        <w:t xml:space="preserve">[40:35] </w:t>
      </w:r>
      <w:r>
        <w:t>aksar hota hai yeh ke log chuke emotion ko manage karna nahi jante to choti baton par lar</w:t>
      </w:r>
    </w:p>
    <w:p>
      <w:pPr>
        <w:jc w:val="right"/>
      </w:pPr>
      <w:r>
        <w:t>اکثر ہوتا ہے یہ کہ لوگ چونکہ ایموشن کو مینج کرنا نہیں جانتے تو چھوٹی باتوں پر لڑ</w:t>
      </w:r>
    </w:p>
    <w:p>
      <w:r>
        <w:rPr>
          <w:b/>
        </w:rPr>
        <w:t xml:space="preserve">[40:43] </w:t>
      </w:r>
      <w:r>
        <w:t>jaate hain.</w:t>
      </w:r>
    </w:p>
    <w:p>
      <w:pPr>
        <w:jc w:val="right"/>
      </w:pPr>
      <w:r>
        <w:t>جاتے ہیں۔</w:t>
      </w:r>
    </w:p>
    <w:p>
      <w:r>
        <w:rPr>
          <w:b/>
        </w:rPr>
        <w:t xml:space="preserve">[40:45] </w:t>
      </w:r>
      <w:r>
        <w:t>ek choti baat samne aye gi, thora sa difference is ko le kar ghussa karein ge log.</w:t>
      </w:r>
    </w:p>
    <w:p>
      <w:pPr>
        <w:jc w:val="right"/>
      </w:pPr>
      <w:r>
        <w:t>ایک چھوٹی بات سامنے آئے گی، تھوڑا سا ڈیفرنس اس کو لے کر غصہ کریں گے لوگ۔</w:t>
      </w:r>
    </w:p>
    <w:p>
      <w:r>
        <w:rPr>
          <w:b/>
        </w:rPr>
        <w:t xml:space="preserve">[40:52] </w:t>
      </w:r>
      <w:r>
        <w:t>aur phir woh do ke beech mein bohat hi hate exchanges honge.</w:t>
      </w:r>
    </w:p>
    <w:p>
      <w:pPr>
        <w:jc w:val="right"/>
      </w:pPr>
      <w:r>
        <w:t>اور پھر وہ دو کے بیچ میں بہت ہی ہیٹ ایکسچینجز ہوں گے۔</w:t>
      </w:r>
    </w:p>
    <w:p>
      <w:r>
        <w:rPr>
          <w:b/>
        </w:rPr>
        <w:t xml:space="preserve">[40:57] </w:t>
      </w:r>
      <w:r>
        <w:t>hote hote lar jayenge.</w:t>
      </w:r>
    </w:p>
    <w:p>
      <w:pPr>
        <w:jc w:val="right"/>
      </w:pPr>
      <w:r>
        <w:t>ہوتے ہوتے لڑ جائیں گے۔</w:t>
      </w:r>
    </w:p>
    <w:p>
      <w:r>
        <w:rPr>
          <w:b/>
        </w:rPr>
        <w:t xml:space="preserve">[41:00] </w:t>
      </w:r>
      <w:r>
        <w:t>aur agar poochein ke bhai kya baat thi? to wahan woh kehte hain kuch bhi nahi tha, choti</w:t>
      </w:r>
    </w:p>
    <w:p>
      <w:pPr>
        <w:jc w:val="right"/>
      </w:pPr>
      <w:r>
        <w:t>اور اگر پوچھیں کہ بھئی کیا بات تھی؟ تو وہاں وہ کہتے ہیں کچھ بھی نہیں تھا، چھوٹی</w:t>
      </w:r>
    </w:p>
    <w:p>
      <w:r>
        <w:rPr>
          <w:b/>
        </w:rPr>
        <w:t xml:space="preserve">[41:07] </w:t>
      </w:r>
      <w:r>
        <w:t>si baat thi.</w:t>
      </w:r>
    </w:p>
    <w:p>
      <w:pPr>
        <w:jc w:val="right"/>
      </w:pPr>
      <w:r>
        <w:t>سی بات تھی۔</w:t>
      </w:r>
    </w:p>
    <w:p>
      <w:r>
        <w:rPr>
          <w:b/>
        </w:rPr>
        <w:t xml:space="preserve">[41:09] </w:t>
      </w:r>
      <w:r>
        <w:t>to is baat ko achi tarah samajh lijiye ke sincerity ke baghair kabhi aadmi kisi bhi baat ko</w:t>
      </w:r>
    </w:p>
    <w:p>
      <w:pPr>
        <w:jc w:val="right"/>
      </w:pPr>
      <w:r>
        <w:t>تو اس بات کو اچھی طرح سمجھ لیجیے کہ سنسیرٹی کے بغیر کبھی آدمی کسی بھی بات کو</w:t>
      </w:r>
    </w:p>
    <w:p>
      <w:r>
        <w:rPr>
          <w:b/>
        </w:rPr>
        <w:t xml:space="preserve">[41:16] </w:t>
      </w:r>
      <w:r>
        <w:t>samajh nahi sakta.</w:t>
      </w:r>
    </w:p>
    <w:p>
      <w:pPr>
        <w:jc w:val="right"/>
      </w:pPr>
      <w:r>
        <w:t>سمجھ نہیں سکتا۔</w:t>
      </w:r>
    </w:p>
    <w:p>
      <w:r>
        <w:rPr>
          <w:b/>
        </w:rPr>
        <w:t xml:space="preserve">[41:18] </w:t>
      </w:r>
      <w:r>
        <w:t>samajh nahi sakta.</w:t>
      </w:r>
    </w:p>
    <w:p>
      <w:pPr>
        <w:jc w:val="right"/>
      </w:pPr>
      <w:r>
        <w:t>سمجھ نہیں سکتا۔</w:t>
      </w:r>
    </w:p>
    <w:p>
      <w:r>
        <w:rPr>
          <w:b/>
        </w:rPr>
        <w:t xml:space="preserve">[41:19] </w:t>
      </w:r>
      <w:r>
        <w:t>aur sincere ho to foran samajh le ga.</w:t>
      </w:r>
    </w:p>
    <w:p>
      <w:pPr>
        <w:jc w:val="right"/>
      </w:pPr>
      <w:r>
        <w:t>اور سنسیر ہو تو فوراً سمجھ لے گا۔</w:t>
      </w:r>
    </w:p>
    <w:p>
      <w:r>
        <w:rPr>
          <w:b/>
        </w:rPr>
        <w:t xml:space="preserve">[41:23] </w:t>
      </w:r>
      <w:r>
        <w:t>ek baar aisa hua ke main yahan nizamuddin west mein apne ghar mein tha upar to ek</w:t>
      </w:r>
    </w:p>
    <w:p>
      <w:pPr>
        <w:jc w:val="right"/>
      </w:pPr>
      <w:r>
        <w:t>ایک بار ایسا ہوا کہ میں یہاں نظام الدین ویسٹ میں اپنے گھر میں تھا اوپر تو ایک</w:t>
      </w:r>
    </w:p>
    <w:p>
      <w:r>
        <w:rPr>
          <w:b/>
        </w:rPr>
        <w:t xml:space="preserve">[41:31] </w:t>
      </w:r>
      <w:r>
        <w:t>lady aaein milne ke liye.</w:t>
      </w:r>
    </w:p>
    <w:p>
      <w:pPr>
        <w:jc w:val="right"/>
      </w:pPr>
      <w:r>
        <w:t>لیڈی آئیں ملنے کے لیے۔</w:t>
      </w:r>
    </w:p>
    <w:p>
      <w:r>
        <w:rPr>
          <w:b/>
        </w:rPr>
        <w:t xml:space="preserve">[41:33] </w:t>
      </w:r>
      <w:r>
        <w:t>to woh south ki theen.</w:t>
      </w:r>
    </w:p>
    <w:p>
      <w:pPr>
        <w:jc w:val="right"/>
      </w:pPr>
      <w:r>
        <w:t>تو وہ ساؤتھ کی تھیں۔</w:t>
      </w:r>
    </w:p>
    <w:p>
      <w:r>
        <w:rPr>
          <w:b/>
        </w:rPr>
        <w:t xml:space="preserve">[41:35] </w:t>
      </w:r>
      <w:r>
        <w:t>to unhon ne kaha ke mere saath mere woh aaye hain.</w:t>
      </w:r>
    </w:p>
    <w:p>
      <w:pPr>
        <w:jc w:val="right"/>
      </w:pPr>
      <w:r>
        <w:t>تو انہوں نے کہا کہ میرے ساتھ میرے وہ آئے ہیں۔</w:t>
      </w:r>
    </w:p>
    <w:p>
      <w:r>
        <w:rPr>
          <w:b/>
        </w:rPr>
        <w:t xml:space="preserve">[41:40] </w:t>
      </w:r>
      <w:r>
        <w:t>yaani yun kehte hain father in Allah.</w:t>
      </w:r>
    </w:p>
    <w:p>
      <w:pPr>
        <w:jc w:val="right"/>
      </w:pPr>
      <w:r>
        <w:t>یعنی یوں کہتے ہیں فادر ان اللہ۔</w:t>
      </w:r>
    </w:p>
    <w:p>
      <w:r>
        <w:rPr>
          <w:b/>
        </w:rPr>
        <w:t xml:space="preserve">[41:43] </w:t>
      </w:r>
      <w:r>
        <w:t>to unhon ne pahunche, pahunchaye neeche tak.</w:t>
      </w:r>
    </w:p>
    <w:p>
      <w:pPr>
        <w:jc w:val="right"/>
      </w:pPr>
      <w:r>
        <w:t>تو انہوں نے پہنچے، پہنچائے نیچے تک۔</w:t>
      </w:r>
    </w:p>
    <w:p>
      <w:r>
        <w:rPr>
          <w:b/>
        </w:rPr>
        <w:t xml:space="preserve">[41:46] </w:t>
      </w:r>
      <w:r>
        <w:t>kaha ke bhai main is aadmi ko kaha main chehra nahin dekh sakta, yeh aadmi bohat hi ghalat</w:t>
      </w:r>
    </w:p>
    <w:p>
      <w:pPr>
        <w:jc w:val="right"/>
      </w:pPr>
      <w:r>
        <w:t>کہا کہ بھئی میں اس آدمی کو کہا میں چہرہ نہیں دیکھ سکتا، یہ آدمی بہت ہی غلط</w:t>
      </w:r>
    </w:p>
    <w:p>
      <w:r>
        <w:rPr>
          <w:b/>
        </w:rPr>
        <w:t xml:space="preserve">[41:53] </w:t>
      </w:r>
      <w:r>
        <w:t>aadmi hai.</w:t>
      </w:r>
    </w:p>
    <w:p>
      <w:pPr>
        <w:jc w:val="right"/>
      </w:pPr>
      <w:r>
        <w:t>آدمی ہے۔</w:t>
      </w:r>
    </w:p>
    <w:p>
      <w:r>
        <w:rPr>
          <w:b/>
        </w:rPr>
        <w:t xml:space="preserve">[41:55] </w:t>
      </w:r>
      <w:r>
        <w:t>tum ko milna hai to ja ke mil lo.</w:t>
      </w:r>
    </w:p>
    <w:p>
      <w:pPr>
        <w:jc w:val="right"/>
      </w:pPr>
      <w:r>
        <w:t>تم کو ملنا ہے تو جا کے مل لو۔</w:t>
      </w:r>
    </w:p>
    <w:p>
      <w:r>
        <w:rPr>
          <w:b/>
        </w:rPr>
        <w:t xml:space="preserve">[41:59] </w:t>
      </w:r>
      <w:r>
        <w:t>woh pahuncha ke chale gaye.</w:t>
      </w:r>
    </w:p>
    <w:p>
      <w:pPr>
        <w:jc w:val="right"/>
      </w:pPr>
      <w:r>
        <w:t>وہ پہنچا کے چلے گئے۔</w:t>
      </w:r>
    </w:p>
    <w:p>
      <w:r>
        <w:rPr>
          <w:b/>
        </w:rPr>
        <w:t xml:space="preserve">[42:01] </w:t>
      </w:r>
      <w:r>
        <w:t>yahan par nizamuddin basti mein ek hotel mein thehre hue the woh.</w:t>
      </w:r>
    </w:p>
    <w:p>
      <w:pPr>
        <w:jc w:val="right"/>
      </w:pPr>
      <w:r>
        <w:t>یہاں پر نظام الدین بستی میں ایک ہوٹل میں ٹھہرے ہوئے تھے وہ۔</w:t>
      </w:r>
    </w:p>
    <w:p>
      <w:r>
        <w:rPr>
          <w:b/>
        </w:rPr>
        <w:t xml:space="preserve">[42:06] </w:t>
      </w:r>
      <w:r>
        <w:t>jab mujhe mujhe maloom hua ke woh jin ke yeh father in Allah the woh wapas chale gaye.</w:t>
      </w:r>
    </w:p>
    <w:p>
      <w:pPr>
        <w:jc w:val="right"/>
      </w:pPr>
      <w:r>
        <w:t>جب مجھے مجھے معلوم ہوا کہ وہ جن کے یہ فادر ان اللہ تھے وہ واپس چلے گئے۔</w:t>
      </w:r>
    </w:p>
    <w:p>
      <w:r>
        <w:rPr>
          <w:b/>
        </w:rPr>
        <w:t xml:space="preserve">[42:14] </w:t>
      </w:r>
      <w:r>
        <w:t>nahin sun in Allah the shayad, haan sun in Allah thay.</w:t>
      </w:r>
    </w:p>
    <w:p>
      <w:pPr>
        <w:jc w:val="right"/>
      </w:pPr>
      <w:r>
        <w:t>نہیں سن ان اللہ تھے شاید، ہاں سن ان اللہ تھے۔</w:t>
      </w:r>
    </w:p>
    <w:p>
      <w:r>
        <w:rPr>
          <w:b/>
        </w:rPr>
        <w:t xml:space="preserve">[42:19] </w:t>
      </w:r>
      <w:r>
        <w:t>un ke sun in Allah ne un ko pahunchaya aur wapas chale gaye.</w:t>
      </w:r>
    </w:p>
    <w:p>
      <w:pPr>
        <w:jc w:val="right"/>
      </w:pPr>
      <w:r>
        <w:t>ان کے سن ان اللہ نے ان کو پہنچایا اور واپس چلے گئے۔</w:t>
      </w:r>
    </w:p>
    <w:p>
      <w:r>
        <w:rPr>
          <w:b/>
        </w:rPr>
        <w:t xml:space="preserve">[42:24] </w:t>
      </w:r>
      <w:r>
        <w:t>to sun in Allah ne kaha ke main is aadmi ka chehra nahin dekhoon ga.</w:t>
      </w:r>
    </w:p>
    <w:p>
      <w:pPr>
        <w:jc w:val="right"/>
      </w:pPr>
      <w:r>
        <w:t>تو سن ان اللہ نے کہا کہ میں اس آدمی کا چہرہ نہیں دیکھوں گا۔</w:t>
      </w:r>
    </w:p>
    <w:p>
      <w:r>
        <w:rPr>
          <w:b/>
        </w:rPr>
        <w:t xml:space="preserve">[42:31] </w:t>
      </w:r>
      <w:r>
        <w:t>woh aadmi sahi nahin hai.</w:t>
      </w:r>
    </w:p>
    <w:p>
      <w:pPr>
        <w:jc w:val="right"/>
      </w:pPr>
      <w:r>
        <w:t>وہ آدمی صحیح نہیں ہے۔</w:t>
      </w:r>
    </w:p>
    <w:p>
      <w:r>
        <w:rPr>
          <w:b/>
        </w:rPr>
        <w:t xml:space="preserve">[42:33] </w:t>
      </w:r>
      <w:r>
        <w:t>main pahunchane ko to koi pahuncha deta hoon.</w:t>
      </w:r>
    </w:p>
    <w:p>
      <w:pPr>
        <w:jc w:val="right"/>
      </w:pPr>
      <w:r>
        <w:t>میں پہنچانے کو تو کوئی پہنچا دیتا ہوں۔</w:t>
      </w:r>
    </w:p>
    <w:p>
      <w:r>
        <w:rPr>
          <w:b/>
        </w:rPr>
        <w:t xml:space="preserve">[42:36] </w:t>
      </w:r>
      <w:r>
        <w:t>to sun in Allah jo tha us ne apne mother in Allah ko pahunchaya.</w:t>
      </w:r>
    </w:p>
    <w:p>
      <w:pPr>
        <w:jc w:val="right"/>
      </w:pPr>
      <w:r>
        <w:t>تو سن ان اللہ جو تھا اس نے اپنے مدر ان اللہ کو پہنچایا۔</w:t>
      </w:r>
    </w:p>
    <w:p>
      <w:r>
        <w:rPr>
          <w:b/>
        </w:rPr>
        <w:t xml:space="preserve">[42:42] </w:t>
      </w:r>
      <w:r>
        <w:t>jab mujhe yeh maloom hua to hamare haan Maulana Zakwan Nadvi sahib thay.</w:t>
      </w:r>
    </w:p>
    <w:p>
      <w:pPr>
        <w:jc w:val="right"/>
      </w:pPr>
      <w:r>
        <w:t>جب مجھے یہ معلوم ہوا تو ہمارے ہاں مولانا ذکوان ندوی صاحب تھے۔</w:t>
      </w:r>
    </w:p>
    <w:p>
      <w:r>
        <w:rPr>
          <w:b/>
        </w:rPr>
        <w:t xml:space="preserve">[42:48] </w:t>
      </w:r>
      <w:r>
        <w:t>ise main ne kaha ke bhai jaiye.</w:t>
      </w:r>
    </w:p>
    <w:p>
      <w:pPr>
        <w:jc w:val="right"/>
      </w:pPr>
      <w:r>
        <w:t>اسے میں نے کہا کہ بھئی جائیے۔</w:t>
      </w:r>
    </w:p>
    <w:p>
      <w:r>
        <w:rPr>
          <w:b/>
        </w:rPr>
        <w:t xml:space="preserve">[42:51] </w:t>
      </w:r>
      <w:r>
        <w:t>yaani qareebi ek hotel mein thay woh.</w:t>
      </w:r>
    </w:p>
    <w:p>
      <w:pPr>
        <w:jc w:val="right"/>
      </w:pPr>
      <w:r>
        <w:t>یعنی قریبی ایک ہوٹل میں تھے وہ۔</w:t>
      </w:r>
    </w:p>
    <w:p>
      <w:r>
        <w:rPr>
          <w:b/>
        </w:rPr>
        <w:t xml:space="preserve">[42:54] </w:t>
      </w:r>
      <w:r>
        <w:t>ise jaiye, un ko le ke aaiye.</w:t>
      </w:r>
    </w:p>
    <w:p>
      <w:pPr>
        <w:jc w:val="right"/>
      </w:pPr>
      <w:r>
        <w:t>اسے جائیے، ان کو لے کے آئیے۔</w:t>
      </w:r>
    </w:p>
    <w:p>
      <w:r>
        <w:rPr>
          <w:b/>
        </w:rPr>
        <w:t xml:space="preserve">[42:57] </w:t>
      </w:r>
      <w:r>
        <w:t>to woh gaye to un se baat kar ke raazi kiya.</w:t>
      </w:r>
    </w:p>
    <w:p>
      <w:pPr>
        <w:jc w:val="right"/>
      </w:pPr>
      <w:r>
        <w:t>تو وہ گئے تو ان سے بات کر کے راضی کیا۔</w:t>
      </w:r>
    </w:p>
    <w:p>
      <w:r>
        <w:rPr>
          <w:b/>
        </w:rPr>
        <w:t xml:space="preserve">[43:02] </w:t>
      </w:r>
      <w:r>
        <w:t>woh aaye hamare paas.</w:t>
      </w:r>
    </w:p>
    <w:p>
      <w:pPr>
        <w:jc w:val="right"/>
      </w:pPr>
      <w:r>
        <w:t>وہ آئے ہمارے پاس۔</w:t>
      </w:r>
    </w:p>
    <w:p>
      <w:r>
        <w:rPr>
          <w:b/>
        </w:rPr>
        <w:t xml:space="preserve">[43:03] </w:t>
      </w:r>
      <w:r>
        <w:t>jab mere kamre mein aa kar sab mere saamne baithe to khud hi unhon ne kaha ke aap</w:t>
      </w:r>
    </w:p>
    <w:p>
      <w:pPr>
        <w:jc w:val="right"/>
      </w:pPr>
      <w:r>
        <w:t>جب میرے کمرے میں آ کر سب میرے سامنے بیٹھے تو خود ہی انہوں نے کہا کہ آپ</w:t>
      </w:r>
    </w:p>
    <w:p>
      <w:r>
        <w:rPr>
          <w:b/>
        </w:rPr>
        <w:t xml:space="preserve">[43:11] </w:t>
      </w:r>
      <w:r>
        <w:t>کو دیکھتے ہی میں آیا سب misunderstanding ختم ہو گئی۔</w:t>
      </w:r>
    </w:p>
    <w:p>
      <w:pPr>
        <w:jc w:val="right"/>
      </w:pPr>
      <w:r>
        <w:t>کو دیکھتے ہی میں آیا سب مس انڈرسٹینڈنگ ختم ہو گئی۔</w:t>
      </w:r>
    </w:p>
    <w:p>
      <w:r>
        <w:rPr>
          <w:b/>
        </w:rPr>
        <w:t xml:space="preserve">[43:16] </w:t>
      </w:r>
      <w:r>
        <w:t>aap ka chehra jo dekha, aap ka jo yeh roop dekha, aap ka jo kapra dekha, aap ka</w:t>
      </w:r>
    </w:p>
    <w:p>
      <w:pPr>
        <w:jc w:val="right"/>
      </w:pPr>
      <w:r>
        <w:t>آپ کا چہرہ جو دیکھا، آپ کا جو یہ روم دیکھا، آپ کا جو کپڑا دیکھا، آپ کا</w:t>
      </w:r>
    </w:p>
    <w:p>
      <w:r>
        <w:rPr>
          <w:b/>
        </w:rPr>
        <w:t xml:space="preserve">[43:24] </w:t>
      </w:r>
      <w:r>
        <w:t>jo rehan sehan dekha to mujhe laga ke woh sab jhooti baatein theen, bes les baatein theen.</w:t>
      </w:r>
    </w:p>
    <w:p>
      <w:pPr>
        <w:jc w:val="right"/>
      </w:pPr>
      <w:r>
        <w:t>جو رہن سہن دیکھا تو مجھے لگا کہ وہ سب جھوٹی باتیں تھیں، بیس لیس باتیں تھیں۔</w:t>
      </w:r>
    </w:p>
    <w:p>
      <w:r>
        <w:rPr>
          <w:b/>
        </w:rPr>
        <w:t xml:space="preserve">[43:31] </w:t>
      </w:r>
      <w:r>
        <w:t>yeh dekh kar hi in ka sab khatam ho gaya.</w:t>
      </w:r>
    </w:p>
    <w:p>
      <w:pPr>
        <w:jc w:val="right"/>
      </w:pPr>
      <w:r>
        <w:t>یہ دیکھ کر ہی ان کا سب ختم ہو گیا۔</w:t>
      </w:r>
    </w:p>
    <w:p>
      <w:r>
        <w:rPr>
          <w:b/>
        </w:rPr>
        <w:t xml:space="preserve">[43:35] </w:t>
      </w:r>
      <w:r>
        <w:t>aur der tak rahe hamare paas.</w:t>
      </w:r>
    </w:p>
    <w:p>
      <w:pPr>
        <w:jc w:val="right"/>
      </w:pPr>
      <w:r>
        <w:t>اور دیر تک رہے ہمارے پاس۔</w:t>
      </w:r>
    </w:p>
    <w:p>
      <w:r>
        <w:rPr>
          <w:b/>
        </w:rPr>
        <w:t xml:space="preserve">[43:38] </w:t>
      </w:r>
      <w:r>
        <w:t>تو دیکھیں sincerity اگر ہو تو آپ اسی طرح سے بات کو ختم کر سکتے ہیں۔</w:t>
      </w:r>
    </w:p>
    <w:p>
      <w:pPr>
        <w:jc w:val="right"/>
      </w:pPr>
      <w:r>
        <w:t>تو دیکھیں سنسیرٹی اگر ہو تو آپ اسی طرح سے بات کو ختم کر سکتے ہیں۔</w:t>
      </w:r>
    </w:p>
    <w:p>
      <w:r>
        <w:rPr>
          <w:b/>
        </w:rPr>
        <w:t xml:space="preserve">[43:45] </w:t>
      </w:r>
      <w:r>
        <w:t>haan jo sincerity nahin yahan hoti.</w:t>
      </w:r>
    </w:p>
    <w:p>
      <w:pPr>
        <w:jc w:val="right"/>
      </w:pPr>
      <w:r>
        <w:t>ہاں جو سنسیرٹی نہیں یہاں ہوتی۔</w:t>
      </w:r>
    </w:p>
    <w:p>
      <w:r>
        <w:rPr>
          <w:b/>
        </w:rPr>
        <w:t xml:space="preserve">[43:47] </w:t>
      </w:r>
      <w:r>
        <w:t>un sincere aadmi ko aap samjha nahin sakte.</w:t>
      </w:r>
    </w:p>
    <w:p>
      <w:pPr>
        <w:jc w:val="right"/>
      </w:pPr>
      <w:r>
        <w:t>ان سنسیر آدمی کو آپ سمجھا نہیں سکتے۔</w:t>
      </w:r>
    </w:p>
    <w:p>
      <w:r>
        <w:rPr>
          <w:b/>
        </w:rPr>
        <w:t xml:space="preserve">[43:51] </w:t>
      </w:r>
      <w:r>
        <w:t>woh toh tula rehta hai ke mujhe manna nahin hai.</w:t>
      </w:r>
    </w:p>
    <w:p>
      <w:pPr>
        <w:jc w:val="right"/>
      </w:pPr>
      <w:r>
        <w:t>وہ تو تلا رہتا ہے کہ مجھے ماننا نہیں ہے۔</w:t>
      </w:r>
    </w:p>
    <w:p>
      <w:r>
        <w:rPr>
          <w:b/>
        </w:rPr>
        <w:t xml:space="preserve">[43:55] </w:t>
      </w:r>
      <w:r>
        <w:t>aap kuch bhi kahiye, woh har baat ka ulta jawab deta rahega.</w:t>
      </w:r>
    </w:p>
    <w:p>
      <w:pPr>
        <w:jc w:val="right"/>
      </w:pPr>
      <w:r>
        <w:t>آپ کچھ بھی کہیے، وہ ہر بات کا الٹا جواب دیتا رہے گا۔</w:t>
      </w:r>
    </w:p>
    <w:p>
      <w:r>
        <w:rPr>
          <w:b/>
        </w:rPr>
        <w:t xml:space="preserve">[44:00] </w:t>
      </w:r>
      <w:r>
        <w:t>toh main samajhta hoon ke kisi bhi cheez ko samajhne ke liye sab se zaroori cheez jo hai</w:t>
      </w:r>
    </w:p>
    <w:p>
      <w:pPr>
        <w:jc w:val="right"/>
      </w:pPr>
      <w:r>
        <w:t>تو میں سمجھتا ہوں کہ کسی بھی چیز کو سمجھنے کے لیے سب سے ضروری چیز جو ہے</w:t>
      </w:r>
    </w:p>
    <w:p>
      <w:r>
        <w:rPr>
          <w:b/>
        </w:rPr>
        <w:t xml:space="preserve">[44:08] </w:t>
      </w:r>
      <w:r>
        <w:t>woh sincerity hai.</w:t>
      </w:r>
    </w:p>
    <w:p>
      <w:pPr>
        <w:jc w:val="right"/>
      </w:pPr>
      <w:r>
        <w:t>وہ سنسیرٹی ہے۔</w:t>
      </w:r>
    </w:p>
    <w:p>
      <w:r>
        <w:rPr>
          <w:b/>
        </w:rPr>
        <w:t xml:space="preserve">[44:10] </w:t>
      </w:r>
      <w:r>
        <w:t>sincerity ke baghair aap kisi baat ko samajh nahin sakte.</w:t>
      </w:r>
    </w:p>
    <w:p>
      <w:pPr>
        <w:jc w:val="right"/>
      </w:pPr>
      <w:r>
        <w:t>سنسیرٹی کے بغیر آپ کسی بات کو سمجھ نہیں سکتے۔</w:t>
      </w:r>
    </w:p>
    <w:p>
      <w:r>
        <w:rPr>
          <w:b/>
        </w:rPr>
        <w:t xml:space="preserve">[44:14] </w:t>
      </w:r>
      <w:r>
        <w:t>har baat aap ko ulti dikhai degi.</w:t>
      </w:r>
    </w:p>
    <w:p>
      <w:pPr>
        <w:jc w:val="right"/>
      </w:pPr>
      <w:r>
        <w:t>ہر بات آپ کو الٹی دکھائی دے گی۔</w:t>
      </w:r>
    </w:p>
    <w:p>
      <w:r>
        <w:rPr>
          <w:b/>
        </w:rPr>
        <w:t xml:space="preserve">[44:17] </w:t>
      </w:r>
      <w:r>
        <w:t>seedhi nahin dikhai degi.</w:t>
      </w:r>
    </w:p>
    <w:p>
      <w:pPr>
        <w:jc w:val="right"/>
      </w:pPr>
      <w:r>
        <w:t>سیدھی نہیں دکھائی دے گی۔</w:t>
      </w:r>
    </w:p>
    <w:p>
      <w:r>
        <w:rPr>
          <w:b/>
        </w:rPr>
        <w:t xml:space="preserve">[44:19] </w:t>
      </w:r>
      <w:r>
        <w:t>toh dekhiye maine aisi cheezein bohat padhi hain jis mein log Islam ke khilaf likhte bolte hain.</w:t>
      </w:r>
    </w:p>
    <w:p>
      <w:pPr>
        <w:jc w:val="right"/>
      </w:pPr>
      <w:r>
        <w:t>تو دیکھیے میں نے ایسی چیزیں بہت پڑھی ہیں جس میں لوگ اسلام کے خلاف لکھتے بولتے ہیں۔</w:t>
      </w:r>
    </w:p>
    <w:p>
      <w:r>
        <w:rPr>
          <w:b/>
        </w:rPr>
        <w:t xml:space="preserve">[44:27] </w:t>
      </w:r>
      <w:r>
        <w:t>bohat zyada aise logon se baatein ki hain.</w:t>
      </w:r>
    </w:p>
    <w:p>
      <w:pPr>
        <w:jc w:val="right"/>
      </w:pPr>
      <w:r>
        <w:t>بہت زیادہ ایسے لوگوں سے باتیں کی ہیں۔</w:t>
      </w:r>
    </w:p>
    <w:p>
      <w:r>
        <w:rPr>
          <w:b/>
        </w:rPr>
        <w:t xml:space="preserve">[44:31] </w:t>
      </w:r>
      <w:r>
        <w:t>toh maine paya hai ke yeh saare log jo hain parhe baghair hi shikayat le ke baith</w:t>
      </w:r>
    </w:p>
    <w:p>
      <w:pPr>
        <w:jc w:val="right"/>
      </w:pPr>
      <w:r>
        <w:t>تو میں نے پایا ہے کہ یہ سارے لوگ جو ہیں پڑھے بغیر ہی شکایت لے کے بیٹھ</w:t>
      </w:r>
    </w:p>
    <w:p>
      <w:r>
        <w:rPr>
          <w:b/>
        </w:rPr>
        <w:t xml:space="preserve">[44:38] </w:t>
      </w:r>
      <w:r>
        <w:t>jaate hain.</w:t>
      </w:r>
    </w:p>
    <w:p>
      <w:pPr>
        <w:jc w:val="right"/>
      </w:pPr>
      <w:r>
        <w:t>جاتے ہیں۔</w:t>
      </w:r>
    </w:p>
    <w:p>
      <w:r>
        <w:rPr>
          <w:b/>
        </w:rPr>
        <w:t xml:space="preserve">[44:40] </w:t>
      </w:r>
      <w:r>
        <w:t>پڑھے بغیر mis-understanding لے کے بیٹھ جاتے ہیں۔</w:t>
      </w:r>
    </w:p>
    <w:p>
      <w:pPr>
        <w:jc w:val="right"/>
      </w:pPr>
      <w:r>
        <w:t>پڑھے بغیر مس انڈرسٹینڈنگ لے کے بیٹھ جاتے ہیں۔</w:t>
      </w:r>
    </w:p>
    <w:p>
      <w:r>
        <w:rPr>
          <w:b/>
        </w:rPr>
        <w:t xml:space="preserve">[44:44] </w:t>
      </w:r>
      <w:r>
        <w:t>bas kisi wajah se un ko ek mind mein baat aa gayi ke sun liya kahin hairat se</w:t>
      </w:r>
    </w:p>
    <w:p>
      <w:pPr>
        <w:jc w:val="right"/>
      </w:pPr>
      <w:r>
        <w:t>بس کسی وجہ سے ان کو ایک مائنڈ میں بات آ گئی کہ سن لیا کہیں حیرت سے</w:t>
      </w:r>
    </w:p>
    <w:p>
      <w:r>
        <w:rPr>
          <w:b/>
        </w:rPr>
        <w:t xml:space="preserve">[44:51] </w:t>
      </w:r>
      <w:r>
        <w:t>ke taur par toh bas maan liya ke yahi Islam hai.</w:t>
      </w:r>
    </w:p>
    <w:p>
      <w:pPr>
        <w:jc w:val="right"/>
      </w:pPr>
      <w:r>
        <w:t>کے طور پر تو بس مان لیا کہ یہی اسلام ہے۔</w:t>
      </w:r>
    </w:p>
    <w:p>
      <w:r>
        <w:rPr>
          <w:b/>
        </w:rPr>
        <w:t xml:space="preserve">[44:56] </w:t>
      </w:r>
      <w:r>
        <w:t>hamare haan logon mein scrutiny karne ka riwaj nahin hai.</w:t>
      </w:r>
    </w:p>
    <w:p>
      <w:pPr>
        <w:jc w:val="right"/>
      </w:pPr>
      <w:r>
        <w:t>ہمارے ہاں لوگوں میں اسکرٹنی کرنے کا رواج نہیں ہے۔</w:t>
      </w:r>
    </w:p>
    <w:p>
      <w:r>
        <w:rPr>
          <w:b/>
        </w:rPr>
        <w:t xml:space="preserve">[45:00] </w:t>
      </w:r>
      <w:r>
        <w:t>ke ek baat sune toh us ki scrutiny karein.</w:t>
      </w:r>
    </w:p>
    <w:p>
      <w:pPr>
        <w:jc w:val="right"/>
      </w:pPr>
      <w:r>
        <w:t>کہ ایک بات سنیں تو اس کی اسکرٹنی کریں۔</w:t>
      </w:r>
    </w:p>
    <w:p>
      <w:r>
        <w:rPr>
          <w:b/>
        </w:rPr>
        <w:t xml:space="preserve">[45:04] </w:t>
      </w:r>
      <w:r>
        <w:t>us ka pata lagayein.</w:t>
      </w:r>
    </w:p>
    <w:p>
      <w:pPr>
        <w:jc w:val="right"/>
      </w:pPr>
      <w:r>
        <w:t>اس کا پتہ لگائیں۔</w:t>
      </w:r>
    </w:p>
    <w:p>
      <w:r>
        <w:rPr>
          <w:b/>
        </w:rPr>
        <w:t xml:space="preserve">[45:06] </w:t>
      </w:r>
      <w:r>
        <w:t>jo relevant log hain un se ja kar poochein.</w:t>
      </w:r>
    </w:p>
    <w:p>
      <w:pPr>
        <w:jc w:val="right"/>
      </w:pPr>
      <w:r>
        <w:t>جو ریلیونٹ لوگ ہیں ان سے جا کر پوچھیں۔</w:t>
      </w:r>
    </w:p>
    <w:p>
      <w:r>
        <w:rPr>
          <w:b/>
        </w:rPr>
        <w:t xml:space="preserve">[45:10] </w:t>
      </w:r>
      <w:r>
        <w:t>agar yahi ek baat logon ki aadat ban jaye jis ko main kehta hoon scrutiny, yeh baaton ki</w:t>
      </w:r>
    </w:p>
    <w:p>
      <w:pPr>
        <w:jc w:val="right"/>
      </w:pPr>
      <w:r>
        <w:t>اگر یہی ایک بات لوگوں کی عادت بن جائے جس کو میں کہتا ہوں اسکرٹنی، یہ باتوں کی</w:t>
      </w:r>
    </w:p>
    <w:p>
      <w:r>
        <w:rPr>
          <w:b/>
        </w:rPr>
        <w:t xml:space="preserve">[45:18] </w:t>
      </w:r>
      <w:r>
        <w:t>pooch gach karna.</w:t>
      </w:r>
    </w:p>
    <w:p>
      <w:pPr>
        <w:jc w:val="right"/>
      </w:pPr>
      <w:r>
        <w:t>پوچھ گچھ کرنا۔</w:t>
      </w:r>
    </w:p>
    <w:p>
      <w:r>
        <w:rPr>
          <w:b/>
        </w:rPr>
        <w:t xml:space="preserve">[45:19] </w:t>
      </w:r>
      <w:r>
        <w:t>to apnay aap sari baat khatm ho jaye.</w:t>
      </w:r>
    </w:p>
    <w:p>
      <w:pPr>
        <w:jc w:val="right"/>
      </w:pPr>
      <w:r>
        <w:t>تو اپنے آپ ساری بات ختم ہو جائے۔</w:t>
      </w:r>
    </w:p>
    <w:p>
      <w:r>
        <w:rPr>
          <w:b/>
        </w:rPr>
        <w:t xml:space="preserve">[45:22] </w:t>
      </w:r>
      <w:r>
        <w:t>تو make this your habit کہ اگر کوئی آدمی آپ سے کہتا ہے کوئی negative بات، کوئی الٹی</w:t>
      </w:r>
    </w:p>
    <w:p>
      <w:pPr>
        <w:jc w:val="right"/>
      </w:pPr>
      <w:r>
        <w:t>تو میک دس یور ہیبٹ کہ اگر کوئی آدمی آپ سے کہتا ہے کوئی نیگیٹیو بات، کوئی الٹی</w:t>
      </w:r>
    </w:p>
    <w:p>
      <w:r>
        <w:rPr>
          <w:b/>
        </w:rPr>
        <w:t xml:space="preserve">[45:30] </w:t>
      </w:r>
      <w:r>
        <w:t>baat to kabhi bhi sun kar na maan lijiye.</w:t>
      </w:r>
    </w:p>
    <w:p>
      <w:pPr>
        <w:jc w:val="right"/>
      </w:pPr>
      <w:r>
        <w:t>بات تو کبھی بھی سن کر نہ مان لیجیے۔</w:t>
      </w:r>
    </w:p>
    <w:p>
      <w:r>
        <w:rPr>
          <w:b/>
        </w:rPr>
        <w:t xml:space="preserve">[45:34] </w:t>
      </w:r>
      <w:r>
        <w:t>kabhi bhi aisa mat kijiye ke aap sun kar maan lein.</w:t>
      </w:r>
    </w:p>
    <w:p>
      <w:pPr>
        <w:jc w:val="right"/>
      </w:pPr>
      <w:r>
        <w:t>کبھی بھی ایسا مت کیجیے کہ آپ سن کر مان لیں۔</w:t>
      </w:r>
    </w:p>
    <w:p>
      <w:r>
        <w:rPr>
          <w:b/>
        </w:rPr>
        <w:t xml:space="preserve">[45:39] </w:t>
      </w:r>
      <w:r>
        <w:t>balkay is ko janchiye.</w:t>
      </w:r>
    </w:p>
    <w:p>
      <w:pPr>
        <w:jc w:val="right"/>
      </w:pPr>
      <w:r>
        <w:t>بلکہ اس کو جانچیے۔</w:t>
      </w:r>
    </w:p>
    <w:p>
      <w:r>
        <w:rPr>
          <w:b/>
        </w:rPr>
        <w:t xml:space="preserve">[45:40] </w:t>
      </w:r>
      <w:r>
        <w:t>janchiye.</w:t>
      </w:r>
    </w:p>
    <w:p>
      <w:pPr>
        <w:jc w:val="right"/>
      </w:pPr>
      <w:r>
        <w:t>جانچیے۔</w:t>
      </w:r>
    </w:p>
    <w:p>
      <w:r>
        <w:rPr>
          <w:b/>
        </w:rPr>
        <w:t xml:space="preserve">[45:42] </w:t>
      </w:r>
      <w:r>
        <w:t>janchne ke jo bhi tareeqay hon mislan box se janchiye, kitaab se ya relevant afraad se ja kar</w:t>
      </w:r>
    </w:p>
    <w:p>
      <w:pPr>
        <w:jc w:val="right"/>
      </w:pPr>
      <w:r>
        <w:t>جانچنے کے جو بھی طریقے ہوں مثلاً بکس سے جانچیے، کتاب سے یا ریلیونٹ افراد سے جا کر</w:t>
      </w:r>
    </w:p>
    <w:p>
      <w:r>
        <w:rPr>
          <w:b/>
        </w:rPr>
        <w:t xml:space="preserve">[45:50] </w:t>
      </w:r>
      <w:r>
        <w:t>pochhiye.</w:t>
      </w:r>
    </w:p>
    <w:p>
      <w:pPr>
        <w:jc w:val="right"/>
      </w:pPr>
      <w:r>
        <w:t>پوچھیے۔</w:t>
      </w:r>
    </w:p>
    <w:p>
      <w:r>
        <w:rPr>
          <w:b/>
        </w:rPr>
        <w:t xml:space="preserve">[45:51] </w:t>
      </w:r>
      <w:r>
        <w:t>ya isi aadmi se jo aadmi le kar aaya hai isi ki scrutiny kijiye.</w:t>
      </w:r>
    </w:p>
    <w:p>
      <w:pPr>
        <w:jc w:val="right"/>
      </w:pPr>
      <w:r>
        <w:t>یا اسی آدمی سے جو آدمی لے کر آیا ہے اسی کی اسکرٹنی کیجیے۔</w:t>
      </w:r>
    </w:p>
    <w:p>
      <w:r>
        <w:rPr>
          <w:b/>
        </w:rPr>
        <w:t xml:space="preserve">[45:57] </w:t>
      </w:r>
      <w:r>
        <w:t>mein to yahi karta hoon ke jo aadmi koi baat le kar aaya hai isi se scrutiny karta</w:t>
      </w:r>
    </w:p>
    <w:p>
      <w:pPr>
        <w:jc w:val="right"/>
      </w:pPr>
      <w:r>
        <w:t>میں تو یہی کرتا ہوں کہ جو آدمی کوئی بات لے کر آیا ہے اسی سے اسکرٹنی کرتا</w:t>
      </w:r>
    </w:p>
    <w:p>
      <w:r>
        <w:rPr>
          <w:b/>
        </w:rPr>
        <w:t xml:space="preserve">[46:05]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[46:06] </w:t>
      </w:r>
      <w:r>
        <w:t>aur wahin ke wahin pata pata chal jata hai ke yeh misunderstanding hai.</w:t>
      </w:r>
    </w:p>
    <w:p>
      <w:pPr>
        <w:jc w:val="right"/>
      </w:pPr>
      <w:r>
        <w:t>اور وہیں کہ وہیں پتہ پتہ چل جاتا ہے کہ یہ مس انڈرسٹینڈنگ ہے۔</w:t>
      </w:r>
    </w:p>
    <w:p>
      <w:r>
        <w:rPr>
          <w:b/>
        </w:rPr>
        <w:t xml:space="preserve">[46:12] </w:t>
      </w:r>
      <w:r>
        <w:t>wohin ke wohin.</w:t>
      </w:r>
    </w:p>
    <w:p>
      <w:pPr>
        <w:jc w:val="right"/>
      </w:pPr>
      <w:r>
        <w:t>وہیں کہ وہیں۔</w:t>
      </w:r>
    </w:p>
    <w:p>
      <w:r>
        <w:rPr>
          <w:b/>
        </w:rPr>
        <w:t xml:space="preserve">[46:14] </w:t>
      </w:r>
      <w:r>
        <w:t>to best tareeqa aur sab se aasan tareeqa hai scrutiny.</w:t>
      </w:r>
    </w:p>
    <w:p>
      <w:pPr>
        <w:jc w:val="right"/>
      </w:pPr>
      <w:r>
        <w:t>تو بیسٹ طریقہ اور سب سے آسان طریقہ ہے اسکرٹنی۔</w:t>
      </w:r>
    </w:p>
    <w:p>
      <w:r>
        <w:rPr>
          <w:b/>
        </w:rPr>
        <w:t xml:space="preserve">[46:18] </w:t>
      </w:r>
      <w:r>
        <w:t>scrutiny.</w:t>
      </w:r>
    </w:p>
    <w:p>
      <w:pPr>
        <w:jc w:val="right"/>
      </w:pPr>
      <w:r>
        <w:t>اسکرٹنی۔</w:t>
      </w:r>
    </w:p>
    <w:p>
      <w:r>
        <w:rPr>
          <w:b/>
        </w:rPr>
        <w:t xml:space="preserve">[46:20] </w:t>
      </w:r>
      <w:r>
        <w:t>yani aik aadmi aik aik aap ko aa kar aik baat batata hai.</w:t>
      </w:r>
    </w:p>
    <w:p>
      <w:pPr>
        <w:jc w:val="right"/>
      </w:pPr>
      <w:r>
        <w:t>یعنی ایک آدمی ایک ایک آپ کو آ کر ایک بات بتاتا ہے۔</w:t>
      </w:r>
    </w:p>
    <w:p>
      <w:r>
        <w:rPr>
          <w:b/>
        </w:rPr>
        <w:t xml:space="preserve">[46:25] </w:t>
      </w:r>
      <w:r>
        <w:t>aap poochhein ke usay kis kis se suna tum ne? ab woh kehta hai ke falan se suna.</w:t>
      </w:r>
    </w:p>
    <w:p>
      <w:pPr>
        <w:jc w:val="right"/>
      </w:pPr>
      <w:r>
        <w:t>آپ پوچھیں کہ اسے کس کس سے سنا تم نے؟ اب وہ کہتا ہے کہ فلاں سے سنا۔</w:t>
      </w:r>
    </w:p>
    <w:p>
      <w:r>
        <w:rPr>
          <w:b/>
        </w:rPr>
        <w:t xml:space="preserve">[46:33] </w:t>
      </w:r>
      <w:r>
        <w:t>to us se poochhein ke woh aadmi ne kahin jaana hai is baat ko? aur us ki exact</w:t>
      </w:r>
    </w:p>
    <w:p>
      <w:pPr>
        <w:jc w:val="right"/>
      </w:pPr>
      <w:r>
        <w:t>تو اس سے پوچھیں کہ وہ آدمی نے کہیں جانا ہے اس بات کو؟ اور اس کی ایگزیکٹ</w:t>
      </w:r>
    </w:p>
    <w:p>
      <w:r>
        <w:rPr>
          <w:b/>
        </w:rPr>
        <w:t xml:space="preserve">[46:41] </w:t>
      </w:r>
      <w:r>
        <w:t>wording kya thi? kis language mein us ne tum ko bataya? aur kab ki baat hai? aaj ki</w:t>
      </w:r>
    </w:p>
    <w:p>
      <w:pPr>
        <w:jc w:val="right"/>
      </w:pPr>
      <w:r>
        <w:t>ورڈنگ کیا تھی؟ کس لینگویج میں اس نے تم کو بتایا؟ اور کب کی بات ہے؟ آج کی</w:t>
      </w:r>
    </w:p>
    <w:p>
      <w:r>
        <w:rPr>
          <w:b/>
        </w:rPr>
        <w:t xml:space="preserve">[46:48] </w:t>
      </w:r>
      <w:r>
        <w:t>baat hai ke chaar baras pehlay ki baat hai? yeh sab scrutiny hai.</w:t>
      </w:r>
    </w:p>
    <w:p>
      <w:pPr>
        <w:jc w:val="right"/>
      </w:pPr>
      <w:r>
        <w:t>بات ہے کہ چار برس پہلے کی بات ہے؟ یہ سب اسکرٹنی ہے۔</w:t>
      </w:r>
    </w:p>
    <w:p>
      <w:r>
        <w:rPr>
          <w:b/>
        </w:rPr>
        <w:t xml:space="preserve">[46:54] </w:t>
      </w:r>
      <w:r>
        <w:t>to agar aap scrutiny karne ka art jaan lein yani art of scrutiny.</w:t>
      </w:r>
    </w:p>
    <w:p>
      <w:pPr>
        <w:jc w:val="right"/>
      </w:pPr>
      <w:r>
        <w:t>تو اگر آپ اسکرٹنی کرنے کا آرٹ جان لیں یعنی آرٹ آف اسکرٹنی۔</w:t>
      </w:r>
    </w:p>
    <w:p>
      <w:r>
        <w:rPr>
          <w:b/>
        </w:rPr>
        <w:t xml:space="preserve">[47:00] </w:t>
      </w:r>
      <w:r>
        <w:t>agar aap art of scrutiny jaan lein to wohin ke wohin der in der pata chal jaye ga</w:t>
      </w:r>
    </w:p>
    <w:p>
      <w:pPr>
        <w:jc w:val="right"/>
      </w:pPr>
      <w:r>
        <w:t>اگر آپ آرٹ آف اسکرٹنی جان لیں تو وہیں کہ وہیں دیر ان دیر پتہ چل جائے گا</w:t>
      </w:r>
    </w:p>
    <w:p>
      <w:r>
        <w:rPr>
          <w:b/>
        </w:rPr>
        <w:t xml:space="preserve">[47:07] </w:t>
      </w:r>
      <w:r>
        <w:t>ke yeh sab baatein jo hain baseless theen.</w:t>
      </w:r>
    </w:p>
    <w:p>
      <w:pPr>
        <w:jc w:val="right"/>
      </w:pPr>
      <w:r>
        <w:t>کہ یہ سب باتیں جو ہیں بیس لیس تھیں۔</w:t>
      </w:r>
    </w:p>
    <w:p>
      <w:r>
        <w:rPr>
          <w:b/>
        </w:rPr>
        <w:t xml:space="preserve">[47:11] </w:t>
      </w:r>
      <w:r>
        <w:t>baseless theen yeh.</w:t>
      </w:r>
    </w:p>
    <w:p>
      <w:pPr>
        <w:jc w:val="right"/>
      </w:pPr>
      <w:r>
        <w:t>بیس لیس تھیں یہ۔</w:t>
      </w:r>
    </w:p>
    <w:p>
      <w:r>
        <w:rPr>
          <w:b/>
        </w:rPr>
        <w:t xml:space="preserve">[47:13] </w:t>
      </w:r>
      <w:r>
        <w:t>to mera tareeqa to Khuda ke fazl se yahi hai ke isi waqt mein scrutiny karta hoon.</w:t>
      </w:r>
    </w:p>
    <w:p>
      <w:pPr>
        <w:jc w:val="right"/>
      </w:pPr>
      <w:r>
        <w:t>تو میرا طریقہ تو خدا کے فضل سے یہی ہے کہ اسی وقت میں اسکرٹنی کرتا ہوں۔</w:t>
      </w:r>
    </w:p>
    <w:p>
      <w:r>
        <w:rPr>
          <w:b/>
        </w:rPr>
        <w:t xml:space="preserve">[47:20] </w:t>
      </w:r>
      <w:r>
        <w:t>foran ke foran.</w:t>
      </w:r>
    </w:p>
    <w:p>
      <w:pPr>
        <w:jc w:val="right"/>
      </w:pPr>
      <w:r>
        <w:t>فوراً کے فوراً۔</w:t>
      </w:r>
    </w:p>
    <w:p>
      <w:r>
        <w:rPr>
          <w:b/>
        </w:rPr>
        <w:t xml:space="preserve">[47:22] </w:t>
      </w:r>
      <w:r>
        <w:t>aur pehli hi mulaqaat mein maloom ho jata hai ke aadmi jo bol raha hai woh kehta hai</w:t>
      </w:r>
    </w:p>
    <w:p>
      <w:pPr>
        <w:jc w:val="right"/>
      </w:pPr>
      <w:r>
        <w:t>اور پہلی ہی ملاقات میں معلوم ہو جاتا ہے کہ آدمی جو بول رہا ہے وہ کہتا ہے</w:t>
      </w:r>
    </w:p>
    <w:p>
      <w:r>
        <w:rPr>
          <w:b/>
        </w:rPr>
        <w:t xml:space="preserve">[47:29] </w:t>
      </w:r>
      <w:r>
        <w:t>theek kehta hai theek nahi hai.</w:t>
      </w:r>
    </w:p>
    <w:p>
      <w:pPr>
        <w:jc w:val="right"/>
      </w:pPr>
      <w:r>
        <w:t>ٹھیک کہتا ہے ٹھیک نہیں ہے۔</w:t>
      </w:r>
    </w:p>
    <w:p>
      <w:r>
        <w:rPr>
          <w:b/>
        </w:rPr>
        <w:t xml:space="preserve">[47:32] </w:t>
      </w:r>
      <w:r>
        <w:t>matlab suni sunai baatein hain ya koi thos baat hai.</w:t>
      </w:r>
    </w:p>
    <w:p>
      <w:pPr>
        <w:jc w:val="right"/>
      </w:pPr>
      <w:r>
        <w:t>مطلب سنی سنائی باتیں ہیں یا کوئی ٹھوس بات ہے۔</w:t>
      </w:r>
    </w:p>
    <w:p>
      <w:r>
        <w:rPr>
          <w:b/>
        </w:rPr>
        <w:t xml:space="preserve">[47:36] </w:t>
      </w:r>
      <w:r>
        <w:t>to zindagi ke kuch principle hain in ko pakadna chahiye aadmi ko.</w:t>
      </w:r>
    </w:p>
    <w:p>
      <w:pPr>
        <w:jc w:val="right"/>
      </w:pPr>
      <w:r>
        <w:t>تو زندگی کے کچھ پرنسپل ہیں ان کو پکڑنا چاہیے آدمی کو۔</w:t>
      </w:r>
    </w:p>
    <w:p>
      <w:r>
        <w:rPr>
          <w:b/>
        </w:rPr>
        <w:t xml:space="preserve">[47:41] </w:t>
      </w:r>
      <w:r>
        <w:t>isi mein se ek yeh bhi hai jis ko main scrutiny keh raha hoon.</w:t>
      </w:r>
    </w:p>
    <w:p>
      <w:pPr>
        <w:jc w:val="right"/>
      </w:pPr>
      <w:r>
        <w:t>اسی میں سے ایک یہ بھی ہے جس کو میں اسکرٹنی کہہ رہا ہوں۔</w:t>
      </w:r>
    </w:p>
    <w:p>
      <w:r>
        <w:rPr>
          <w:b/>
        </w:rPr>
        <w:t xml:space="preserve">[47:47] </w:t>
      </w:r>
      <w:r>
        <w:t>to jab tak aap zindagi ke principle ko na janen aur is ko na pakren aap hamesha ghaltiyon</w:t>
      </w:r>
    </w:p>
    <w:p>
      <w:pPr>
        <w:jc w:val="right"/>
      </w:pPr>
      <w:r>
        <w:t>تو جب تک آپ زندگی کے پرنسپل کو نہ جانیں اور اس کو نہ پکڑیں آپ ہمیشہ غلطیوں</w:t>
      </w:r>
    </w:p>
    <w:p>
      <w:r>
        <w:rPr>
          <w:b/>
        </w:rPr>
        <w:t xml:space="preserve">[47:55] </w:t>
      </w:r>
      <w:r>
        <w:t>ki duniya mein bhatke rahen ge.</w:t>
      </w:r>
    </w:p>
    <w:p>
      <w:pPr>
        <w:jc w:val="right"/>
      </w:pPr>
      <w:r>
        <w:t>کی دنیا میں بھٹکے رہیں گے۔</w:t>
      </w:r>
    </w:p>
    <w:p>
      <w:r>
        <w:rPr>
          <w:b/>
        </w:rPr>
        <w:t xml:space="preserve">[47:58] </w:t>
      </w:r>
      <w:r>
        <w:t>aap ghaltiyon se nikal nahi saken ge.</w:t>
      </w:r>
    </w:p>
    <w:p>
      <w:pPr>
        <w:jc w:val="right"/>
      </w:pPr>
      <w:r>
        <w:t>آپ غلطیوں سے نکل نہیں سکیں گے۔</w:t>
      </w:r>
    </w:p>
    <w:p>
      <w:r>
        <w:rPr>
          <w:b/>
        </w:rPr>
        <w:t xml:space="preserve">[48:01] </w:t>
      </w:r>
      <w:r>
        <w:t>dekhiye is qism ki baat koi simple baat nahi hai.</w:t>
      </w:r>
    </w:p>
    <w:p>
      <w:pPr>
        <w:jc w:val="right"/>
      </w:pPr>
      <w:r>
        <w:t>دیکھیے اس قسم کی بات کوئی سمپل بات نہیں ہے۔</w:t>
      </w:r>
    </w:p>
    <w:p>
      <w:r>
        <w:rPr>
          <w:b/>
        </w:rPr>
        <w:t xml:space="preserve">[48:05] </w:t>
      </w:r>
      <w:r>
        <w:t>har baat jab har baar jab aap koi ghalat baat kehte hain to aap kya karte hain? apni</w:t>
      </w:r>
    </w:p>
    <w:p>
      <w:pPr>
        <w:jc w:val="right"/>
      </w:pPr>
      <w:r>
        <w:t>ہر بات جب ہر بار جب آپ کوئی غلط بات کہتے ہیں تو آپ کیا کرتے ہیں؟ اپنی</w:t>
      </w:r>
    </w:p>
    <w:p>
      <w:r>
        <w:rPr>
          <w:b/>
        </w:rPr>
        <w:t xml:space="preserve">[48:13] </w:t>
      </w:r>
      <w:r>
        <w:t>personality banate hain.</w:t>
      </w:r>
    </w:p>
    <w:p>
      <w:pPr>
        <w:jc w:val="right"/>
      </w:pPr>
      <w:r>
        <w:t>پرسنیلٹی بناتے ہیں۔</w:t>
      </w:r>
    </w:p>
    <w:p>
      <w:r>
        <w:rPr>
          <w:b/>
        </w:rPr>
        <w:t xml:space="preserve">[48:14] </w:t>
      </w:r>
      <w:r>
        <w:t>اپنی personality وہ اس کو ڈالتے ہیں۔</w:t>
      </w:r>
    </w:p>
    <w:p>
      <w:pPr>
        <w:jc w:val="right"/>
      </w:pPr>
      <w:r>
        <w:t>اپنی پرسنیلٹی وہ اس کو ڈالتے ہیں۔</w:t>
      </w:r>
    </w:p>
    <w:p>
      <w:r>
        <w:rPr>
          <w:b/>
        </w:rPr>
        <w:t xml:space="preserve">[48:17] </w:t>
      </w:r>
      <w:r>
        <w:t>to is duniya mein hamare liye do hain.</w:t>
      </w:r>
    </w:p>
    <w:p>
      <w:pPr>
        <w:jc w:val="right"/>
      </w:pPr>
      <w:r>
        <w:t>تو اس دنیا میں ہمارے لیے دو ہیں۔</w:t>
      </w:r>
    </w:p>
    <w:p>
      <w:r>
        <w:rPr>
          <w:b/>
        </w:rPr>
        <w:t xml:space="preserve">[48:21] </w:t>
      </w:r>
      <w:r>
        <w:t>negative personality aur positive.</w:t>
      </w:r>
    </w:p>
    <w:p>
      <w:pPr>
        <w:jc w:val="right"/>
      </w:pPr>
      <w:r>
        <w:t>نیگیٹیو پرسنیلٹی اور پازیٹیو۔</w:t>
      </w:r>
    </w:p>
    <w:p>
      <w:r>
        <w:rPr>
          <w:b/>
        </w:rPr>
        <w:t xml:space="preserve">[48:22] </w:t>
      </w:r>
      <w:r>
        <w:t>negative personality and positive personality.</w:t>
      </w:r>
    </w:p>
    <w:p>
      <w:pPr>
        <w:jc w:val="right"/>
      </w:pPr>
      <w:r>
        <w:t>نیگیٹیو پرسنیلٹی اور پازیٹیو پرسنیلٹی۔</w:t>
      </w:r>
    </w:p>
    <w:p>
      <w:r>
        <w:rPr>
          <w:b/>
        </w:rPr>
        <w:t xml:space="preserve">[48:24] </w:t>
      </w:r>
      <w:r>
        <w:t>ہم ہر ہر ہر moment، ہر وقت یا تو اپنے آپ کو negative personality میں ڈھالتے ہیں یا</w:t>
      </w:r>
    </w:p>
    <w:p>
      <w:pPr>
        <w:jc w:val="right"/>
      </w:pPr>
      <w:r>
        <w:t>ہم ہر ہر ہر مومنٹ، ہر وقت یا تو اپنے آپ کو نیگیٹیو پرسنیلٹی میں ڈھالتے ہیں یا</w:t>
      </w:r>
    </w:p>
    <w:p>
      <w:r>
        <w:rPr>
          <w:b/>
        </w:rPr>
        <w:t xml:space="preserve">[48:32] </w:t>
      </w:r>
      <w:r>
        <w:t>positive personality mein.</w:t>
      </w:r>
    </w:p>
    <w:p>
      <w:pPr>
        <w:jc w:val="right"/>
      </w:pPr>
      <w:r>
        <w:t>پازیٹیو پرسنیلٹی میں۔</w:t>
      </w:r>
    </w:p>
    <w:p>
      <w:r>
        <w:rPr>
          <w:b/>
        </w:rPr>
        <w:t xml:space="preserve">[48:34] </w:t>
      </w:r>
      <w:r>
        <w:t>har waqt.</w:t>
      </w:r>
    </w:p>
    <w:p>
      <w:pPr>
        <w:jc w:val="right"/>
      </w:pPr>
      <w:r>
        <w:t>ہر وقت۔</w:t>
      </w:r>
    </w:p>
    <w:p>
      <w:r>
        <w:rPr>
          <w:b/>
        </w:rPr>
        <w:t xml:space="preserve">[48:35] </w:t>
      </w:r>
      <w:r>
        <w:t>to is ka matlab yeh hai ke baat to doosre ki hoti hai lekin is ki price khud</w:t>
      </w:r>
    </w:p>
    <w:p>
      <w:pPr>
        <w:jc w:val="right"/>
      </w:pPr>
      <w:r>
        <w:t>تو اس کا معنی یہ ہے کہ بات تو دوسرے کی ہوتی ہے لیکن اس کی پرائس خود</w:t>
      </w:r>
    </w:p>
    <w:p>
      <w:r>
        <w:rPr>
          <w:b/>
        </w:rPr>
        <w:t xml:space="preserve">[48:43] </w:t>
      </w:r>
      <w:r>
        <w:t>deni parti hai.</w:t>
      </w:r>
    </w:p>
    <w:p>
      <w:pPr>
        <w:jc w:val="right"/>
      </w:pPr>
      <w:r>
        <w:t>دینی پڑتی ہے۔</w:t>
      </w:r>
    </w:p>
    <w:p>
      <w:r>
        <w:rPr>
          <w:b/>
        </w:rPr>
        <w:t xml:space="preserve">[48:44] </w:t>
      </w:r>
      <w:r>
        <w:t>kisi aur ke bare mein aap ne baseless rai bana li to yeh baat kisi aur hi</w:t>
      </w:r>
    </w:p>
    <w:p>
      <w:pPr>
        <w:jc w:val="right"/>
      </w:pPr>
      <w:r>
        <w:t>کسی اور کے بارے میں آپ نے بیس لیس رائے بنا لی تو یہ بات کسی اور ہی</w:t>
      </w:r>
    </w:p>
    <w:p>
      <w:r>
        <w:rPr>
          <w:b/>
        </w:rPr>
        <w:t xml:space="preserve">[48:52] </w:t>
      </w:r>
      <w:r>
        <w:t>ki nahi hai.</w:t>
      </w:r>
    </w:p>
    <w:p>
      <w:pPr>
        <w:jc w:val="right"/>
      </w:pPr>
      <w:r>
        <w:t>کی نہیں ہے۔</w:t>
      </w:r>
    </w:p>
    <w:p>
      <w:r>
        <w:rPr>
          <w:b/>
        </w:rPr>
        <w:t xml:space="preserve">[48:54] </w:t>
      </w:r>
      <w:r>
        <w:t>aap ki bhi hai.</w:t>
      </w:r>
    </w:p>
    <w:p>
      <w:pPr>
        <w:jc w:val="right"/>
      </w:pPr>
      <w:r>
        <w:t>آپ کی بھی ہے۔</w:t>
      </w:r>
    </w:p>
    <w:p>
      <w:r>
        <w:rPr>
          <w:b/>
        </w:rPr>
        <w:t xml:space="preserve">[48:55] </w:t>
      </w:r>
      <w:r>
        <w:t>kyun ke aap ke andar phir ghalat personality bani.</w:t>
      </w:r>
    </w:p>
    <w:p>
      <w:pPr>
        <w:jc w:val="right"/>
      </w:pPr>
      <w:r>
        <w:t>کیونکہ آپ کے اندر پھر غلط پرسنیلٹی بنی۔</w:t>
      </w:r>
    </w:p>
    <w:p>
      <w:r>
        <w:rPr>
          <w:b/>
        </w:rPr>
        <w:t xml:space="preserve">[48:59] </w:t>
      </w:r>
      <w:r>
        <w:t>negative personality bani.</w:t>
      </w:r>
    </w:p>
    <w:p>
      <w:pPr>
        <w:jc w:val="right"/>
      </w:pPr>
      <w:r>
        <w:t>نیگیٹیو پرسنیلٹی بنی۔</w:t>
      </w:r>
    </w:p>
    <w:p>
      <w:r>
        <w:rPr>
          <w:b/>
        </w:rPr>
        <w:t xml:space="preserve">[49:00] </w:t>
      </w:r>
      <w:r>
        <w:t>aur jab aap scrutiny karen ge aur sirf us waqt manen ge kisi baat ko jab ke woh</w:t>
      </w:r>
    </w:p>
    <w:p>
      <w:pPr>
        <w:jc w:val="right"/>
      </w:pPr>
      <w:r>
        <w:t>اور جب آپ اسکرٹنی کریں گے اور صرف اس وقت مانیں گے کسی بات کو جب کہ وہ</w:t>
      </w:r>
    </w:p>
    <w:p>
      <w:r>
        <w:rPr>
          <w:b/>
        </w:rPr>
        <w:t xml:space="preserve">[49:08] </w:t>
      </w:r>
      <w:r>
        <w:t>proof ho jaye to aap ne apne andar positive personality banai.</w:t>
      </w:r>
    </w:p>
    <w:p>
      <w:pPr>
        <w:jc w:val="right"/>
      </w:pPr>
      <w:r>
        <w:t>پروف ہو جائے تو آپ نے اپنے اندر پازیٹیو پرسنیلٹی بنائی۔</w:t>
      </w:r>
    </w:p>
    <w:p>
      <w:r>
        <w:rPr>
          <w:b/>
        </w:rPr>
        <w:t xml:space="preserve">[49:13] </w:t>
      </w:r>
      <w:r>
        <w:t>to har waqt hum is do cheezon ke darmiyan hote hain.</w:t>
      </w:r>
    </w:p>
    <w:p>
      <w:pPr>
        <w:jc w:val="right"/>
      </w:pPr>
      <w:r>
        <w:t>تو ہر وقت ہم اس دو چیزوں کے درمیان ہوتے ہیں۔</w:t>
      </w:r>
    </w:p>
    <w:p>
      <w:r>
        <w:rPr>
          <w:b/>
        </w:rPr>
        <w:t xml:space="preserve">[49:17] </w:t>
      </w:r>
      <w:r>
        <w:t>ya to apne andar negative personality banayen ya apne andar positive personality banayen.</w:t>
      </w:r>
    </w:p>
    <w:p>
      <w:pPr>
        <w:jc w:val="right"/>
      </w:pPr>
      <w:r>
        <w:t>یا تو اپنے اندر نیگیٹیو پرسنیلٹی بنائیں یا اپنے اندر پازیٹیو پرسنیلٹی بنائیں۔</w:t>
      </w:r>
    </w:p>
    <w:p>
      <w:r>
        <w:rPr>
          <w:b/>
        </w:rPr>
        <w:t xml:space="preserve">[49:23] </w:t>
      </w:r>
      <w:r>
        <w:t>yeh har waqt ka masla hai.</w:t>
      </w:r>
    </w:p>
    <w:p>
      <w:pPr>
        <w:jc w:val="right"/>
      </w:pPr>
      <w:r>
        <w:t>یہ ہر وقت کا مسئلہ ہے۔</w:t>
      </w:r>
    </w:p>
    <w:p>
      <w:r>
        <w:rPr>
          <w:b/>
        </w:rPr>
        <w:t xml:space="preserve">[49:25] </w:t>
      </w:r>
      <w:r>
        <w:t>to aadmi ko chahiye ke woh kam az kam apna khair khwah bane.</w:t>
      </w:r>
    </w:p>
    <w:p>
      <w:pPr>
        <w:jc w:val="right"/>
      </w:pPr>
      <w:r>
        <w:t>تو آدمی کو چاہیے کہ وہ کم از کم اپنا خیر خواہ بنے۔</w:t>
      </w:r>
    </w:p>
    <w:p>
      <w:r>
        <w:rPr>
          <w:b/>
        </w:rPr>
        <w:t xml:space="preserve">[49:31] </w:t>
      </w:r>
      <w:r>
        <w:t>apna khair khwah bane.</w:t>
      </w:r>
    </w:p>
    <w:p>
      <w:pPr>
        <w:jc w:val="right"/>
      </w:pPr>
      <w:r>
        <w:t>اپنا خیر خواہ بنے۔</w:t>
      </w:r>
    </w:p>
    <w:p>
      <w:r>
        <w:rPr>
          <w:b/>
        </w:rPr>
        <w:t xml:space="preserve">[49:33] </w:t>
      </w:r>
      <w:r>
        <w:t>apne aap ko kisi galat raaste par na daale.</w:t>
      </w:r>
    </w:p>
    <w:p>
      <w:pPr>
        <w:jc w:val="right"/>
      </w:pPr>
      <w:r>
        <w:t>اپنے آپ کو کسی غلط راستے پر نہ ڈالے۔</w:t>
      </w:r>
    </w:p>
    <w:p>
      <w:r>
        <w:rPr>
          <w:b/>
        </w:rPr>
        <w:t xml:space="preserve">[49:37] </w:t>
      </w:r>
      <w:r>
        <w:t>Aqool qawli haza wastaghfirullaha li walakum ajmaeen.</w:t>
      </w:r>
    </w:p>
    <w:p>
      <w:pPr>
        <w:jc w:val="right"/>
      </w:pPr>
      <w:r>
        <w:t>اقول قولی ھذا واستغفراللہ لی 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