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DM Kashmir 2012 Maulana's Concluding Address I 2 Dec. 12</w:t>
      </w:r>
    </w:p>
    <w:p>
      <w:r>
        <w:t>https://www.youtube.com/watch?v=7dW18M0nJhc</w:t>
      </w:r>
    </w:p>
    <w:p>
      <w:r>
        <w:rPr>
          <w:b/>
        </w:rPr>
        <w:t xml:space="preserve">[00:06] </w:t>
      </w:r>
      <w:r>
        <w:t>bismillah rahman rahim, wa salallahu ala nabiyyil karim.</w:t>
      </w:r>
    </w:p>
    <w:p>
      <w:pPr>
        <w:jc w:val="right"/>
      </w:pPr>
      <w:r>
        <w:t>بسم اللہ الرحمن الرحیم، وصلی اللہ علی النبی الکریم۔</w:t>
      </w:r>
    </w:p>
    <w:p>
      <w:r>
        <w:rPr>
          <w:b/>
        </w:rPr>
        <w:t xml:space="preserve">[00:13] </w:t>
      </w:r>
      <w:r>
        <w:t>rab ishrah li sadri, wa yassir li amri, wahlul uqdatan min lisani, yafqahu qawli.</w:t>
      </w:r>
    </w:p>
    <w:p>
      <w:pPr>
        <w:jc w:val="right"/>
      </w:pPr>
      <w:r>
        <w:t>رب اشرح لی صدری، ویسر لی امری، واحل العقدۃ من لسانی، یفقہ قولی۔</w:t>
      </w:r>
    </w:p>
    <w:p>
      <w:r>
        <w:rPr>
          <w:b/>
        </w:rPr>
        <w:t xml:space="preserve">[00:20] </w:t>
      </w:r>
      <w:r>
        <w:t>yeh dawat meet jo kal shuru hui thi to aaj woh khatm ho gayi hai.</w:t>
      </w:r>
    </w:p>
    <w:p>
      <w:pPr>
        <w:jc w:val="right"/>
      </w:pPr>
      <w:r>
        <w:t>یہ دعوت میٹ جو کل شروع ہوئی تھی تو آج وہ ختم ہو گئی ہے۔</w:t>
      </w:r>
    </w:p>
    <w:p>
      <w:r>
        <w:rPr>
          <w:b/>
        </w:rPr>
        <w:t xml:space="preserve">[00:27] </w:t>
      </w:r>
      <w:r>
        <w:t>main kuch aakhri taassurat apne bayan karna chahunga.</w:t>
      </w:r>
    </w:p>
    <w:p>
      <w:pPr>
        <w:jc w:val="right"/>
      </w:pPr>
      <w:r>
        <w:t>میں کچھ آخری تاثرات اپنے بیان کرنا چاہوں گا۔</w:t>
      </w:r>
    </w:p>
    <w:p>
      <w:r>
        <w:rPr>
          <w:b/>
        </w:rPr>
        <w:t xml:space="preserve">[00:35] </w:t>
      </w:r>
      <w:r>
        <w:t>mere apne liye yeh bohat hi ajeeb, bohat anokhi baat hai.</w:t>
      </w:r>
    </w:p>
    <w:p>
      <w:pPr>
        <w:jc w:val="right"/>
      </w:pPr>
      <w:r>
        <w:t>میرے اپنے لیے یہ بہت ہی عجیب، بہت انوکھی بات ہے۔</w:t>
      </w:r>
    </w:p>
    <w:p>
      <w:r>
        <w:rPr>
          <w:b/>
        </w:rPr>
        <w:t xml:space="preserve">[00:42] </w:t>
      </w:r>
      <w:r>
        <w:t>kyun ke jab main paida hua to shuru se alag dhang ka aadmi tha.</w:t>
      </w:r>
    </w:p>
    <w:p>
      <w:pPr>
        <w:jc w:val="right"/>
      </w:pPr>
      <w:r>
        <w:t>کیونکہ جب میں پیدا ہوا تو شروع سے الگ ڈھنگ کا آدمی تھا۔</w:t>
      </w:r>
    </w:p>
    <w:p>
      <w:r>
        <w:rPr>
          <w:b/>
        </w:rPr>
        <w:t xml:space="preserve">[00:49] </w:t>
      </w:r>
      <w:r>
        <w:t>waai mind waaz different.</w:t>
      </w:r>
    </w:p>
    <w:p>
      <w:pPr>
        <w:jc w:val="right"/>
      </w:pPr>
      <w:r>
        <w:t>وائی مائنڈ واز ڈفرنٹ۔</w:t>
      </w:r>
    </w:p>
    <w:p>
      <w:r>
        <w:rPr>
          <w:b/>
        </w:rPr>
        <w:t xml:space="preserve">[00:57] </w:t>
      </w:r>
      <w:r>
        <w:t>koi kaam mein nahin kar paaya, koi job, koi business, koi bhi nahin.</w:t>
      </w:r>
    </w:p>
    <w:p>
      <w:pPr>
        <w:jc w:val="right"/>
      </w:pPr>
      <w:r>
        <w:t>کوئی کام میں نہیں کر پایا، کوئی جاب، کوئی بزنس، کوئی بھی نہیں۔</w:t>
      </w:r>
    </w:p>
    <w:p>
      <w:r>
        <w:rPr>
          <w:b/>
        </w:rPr>
        <w:t xml:space="preserve">[01:04] </w:t>
      </w:r>
      <w:r>
        <w:t>to mujh ko log samajhte thay ke yeh koi kaam kar nahin sakta hai.</w:t>
      </w:r>
    </w:p>
    <w:p>
      <w:pPr>
        <w:jc w:val="right"/>
      </w:pPr>
      <w:r>
        <w:t>تو مجھ کو لوگ سمجھتے تھے کہ یہ کوئی کام کر نہیں سکتا ہے۔</w:t>
      </w:r>
    </w:p>
    <w:p>
      <w:r>
        <w:rPr>
          <w:b/>
        </w:rPr>
        <w:t xml:space="preserve">[01:11] </w:t>
      </w:r>
      <w:r>
        <w:t>mein khud samajhta tha ke mein sochta hoon ke aakhir mein kyun paida hua.</w:t>
      </w:r>
    </w:p>
    <w:p>
      <w:pPr>
        <w:jc w:val="right"/>
      </w:pPr>
      <w:r>
        <w:t>میں خود سمجھتا تھا کہ میں سوچتا ہوں کہ آخر میں کیوں پیدا ہوا۔</w:t>
      </w:r>
    </w:p>
    <w:p>
      <w:r>
        <w:rPr>
          <w:b/>
        </w:rPr>
        <w:t xml:space="preserve">[01:19] </w:t>
      </w:r>
      <w:r>
        <w:t>bohat baad ko mujhe yeh dastakaari hui ke Allah taala ne mujhe paida kiya tha mission ke liye,</w:t>
      </w:r>
    </w:p>
    <w:p>
      <w:pPr>
        <w:jc w:val="right"/>
      </w:pPr>
      <w:r>
        <w:t>بہت بعد کو مجھے یہ دستکاری ہوئی کہ اللہ تعالیٰ نے مجھے پیدا کیا تھا مشن کے لیے،</w:t>
      </w:r>
    </w:p>
    <w:p>
      <w:r>
        <w:rPr>
          <w:b/>
        </w:rPr>
        <w:t xml:space="preserve">[01:26] </w:t>
      </w:r>
      <w:r>
        <w:t>to kisi doosre kaam mein jee lagna mere bas hi mein nahin tha ke mein kisi aur kaam</w:t>
      </w:r>
    </w:p>
    <w:p>
      <w:pPr>
        <w:jc w:val="right"/>
      </w:pPr>
      <w:r>
        <w:t>تو کسی دوسرے کام میں جی لگنا میرے بس ہی میں نہیں تھا کہ میں کسی اور کام</w:t>
      </w:r>
    </w:p>
    <w:p>
      <w:r>
        <w:rPr>
          <w:b/>
        </w:rPr>
        <w:t xml:space="preserve">[01:33] </w:t>
      </w:r>
      <w:r>
        <w:t>mein jee lagaon.</w:t>
      </w:r>
    </w:p>
    <w:p>
      <w:pPr>
        <w:jc w:val="right"/>
      </w:pPr>
      <w:r>
        <w:t>میں جی لگاؤں۔</w:t>
      </w:r>
    </w:p>
    <w:p>
      <w:r>
        <w:rPr>
          <w:b/>
        </w:rPr>
        <w:t xml:space="preserve">[01:41] </w:t>
      </w:r>
      <w:r>
        <w:t>phir mein Dilli aaya June 1967 mein.</w:t>
      </w:r>
    </w:p>
    <w:p>
      <w:pPr>
        <w:jc w:val="right"/>
      </w:pPr>
      <w:r>
        <w:t>پھر میں دلی آیا جون 1967 میں۔</w:t>
      </w:r>
    </w:p>
    <w:p>
      <w:r>
        <w:rPr>
          <w:b/>
        </w:rPr>
        <w:t xml:space="preserve">[01:48] </w:t>
      </w:r>
      <w:r>
        <w:t>yaani Dilli mein is mission ka aaghaaz ho raha hai June 1967 se.</w:t>
      </w:r>
    </w:p>
    <w:p>
      <w:pPr>
        <w:jc w:val="right"/>
      </w:pPr>
      <w:r>
        <w:t>یعنی دلی میں اس مشن کا آغاز ہو رہا ہے جون 1967 سے۔</w:t>
      </w:r>
    </w:p>
    <w:p>
      <w:r>
        <w:rPr>
          <w:b/>
        </w:rPr>
        <w:t xml:space="preserve">[01:55] </w:t>
      </w:r>
      <w:r>
        <w:t>is waqt mein Dilli mein akela tha. literally akela.</w:t>
      </w:r>
    </w:p>
    <w:p>
      <w:pPr>
        <w:jc w:val="right"/>
      </w:pPr>
      <w:r>
        <w:t>اس وقت میں دلی میں اکیلا تھا۔ لٹرلی اکیلا۔</w:t>
      </w:r>
    </w:p>
    <w:p>
      <w:r>
        <w:rPr>
          <w:b/>
        </w:rPr>
        <w:t xml:space="preserve">[02:03] </w:t>
      </w:r>
      <w:r>
        <w:t>lekin mera mizaj aisa tha ke mein kisi aur cheez mein, yaani da'wati mission ke saath kisi aur</w:t>
      </w:r>
    </w:p>
    <w:p>
      <w:pPr>
        <w:jc w:val="right"/>
      </w:pPr>
      <w:r>
        <w:t>لیکن میرا مزاج ایسا تھا کہ میں کسی اور چیز میں، یعنی دعوتی مشن کے ساتھ کسی اور</w:t>
      </w:r>
    </w:p>
    <w:p>
      <w:r>
        <w:rPr>
          <w:b/>
        </w:rPr>
        <w:t xml:space="preserve">[02:10] </w:t>
      </w:r>
      <w:r>
        <w:t>cheez mein, mera jee nahin lagta tha.</w:t>
      </w:r>
    </w:p>
    <w:p>
      <w:pPr>
        <w:jc w:val="right"/>
      </w:pPr>
      <w:r>
        <w:t>چیز میں، میرا جی نہیں لگتا تھا۔</w:t>
      </w:r>
    </w:p>
    <w:p>
      <w:r>
        <w:rPr>
          <w:b/>
        </w:rPr>
        <w:t xml:space="preserve">[02:17] </w:t>
      </w:r>
      <w:r>
        <w:t>mein is ko kar nahin sakta tha.</w:t>
      </w:r>
    </w:p>
    <w:p>
      <w:pPr>
        <w:jc w:val="right"/>
      </w:pPr>
      <w:r>
        <w:t>میں اس کو کر نہیں سکتا تھا۔</w:t>
      </w:r>
    </w:p>
    <w:p>
      <w:r>
        <w:rPr>
          <w:b/>
        </w:rPr>
        <w:t xml:space="preserve">[02:25] </w:t>
      </w:r>
      <w:r>
        <w:t>yun keh sakte hain ke mera mizaj aisa tha ke ya to da'wati kaam karna hai ya mar jaana hai.</w:t>
      </w:r>
    </w:p>
    <w:p>
      <w:pPr>
        <w:jc w:val="right"/>
      </w:pPr>
      <w:r>
        <w:t>یوں کہہ سکتے ہیں کہ میرا مزاج ایسا تھا کہ یا تو دعوتی کام کرنا ہے یا مر جانا ہے۔</w:t>
      </w:r>
    </w:p>
    <w:p>
      <w:r>
        <w:rPr>
          <w:b/>
        </w:rPr>
        <w:t xml:space="preserve">[02:32] </w:t>
      </w:r>
      <w:r>
        <w:t>kuch aur to karna hi nahin hai.</w:t>
      </w:r>
    </w:p>
    <w:p>
      <w:pPr>
        <w:jc w:val="right"/>
      </w:pPr>
      <w:r>
        <w:t>کچھ اور تو کرنا ہی نہیں ہے۔</w:t>
      </w:r>
    </w:p>
    <w:p>
      <w:r>
        <w:rPr>
          <w:b/>
        </w:rPr>
        <w:t xml:space="preserve">[02:39] </w:t>
      </w:r>
      <w:r>
        <w:t>is tarah se dheere dheere yeh mission barhta raha.</w:t>
      </w:r>
    </w:p>
    <w:p>
      <w:pPr>
        <w:jc w:val="right"/>
      </w:pPr>
      <w:r>
        <w:t>اس طرح سے دھیرے دھیرے یہ مشن بڑھتا رہا۔</w:t>
      </w:r>
    </w:p>
    <w:p>
      <w:r>
        <w:rPr>
          <w:b/>
        </w:rPr>
        <w:t xml:space="preserve">[02:47] </w:t>
      </w:r>
      <w:r>
        <w:t>to aaj jab mein dekhta hoon ke itne saare log yahan ekatha hain, to yaqeen kijiye ke yaani</w:t>
      </w:r>
    </w:p>
    <w:p>
      <w:pPr>
        <w:jc w:val="right"/>
      </w:pPr>
      <w:r>
        <w:t>تو آج جب میں دیکھتا ہوں کہ اتنے سارے لوگ یہاں اکٹھا ہیں، تو یقین کیجیے کہ یعنی</w:t>
      </w:r>
    </w:p>
    <w:p>
      <w:r>
        <w:rPr>
          <w:b/>
        </w:rPr>
        <w:t xml:space="preserve">[02:54] </w:t>
      </w:r>
      <w:r>
        <w:t>mujhe yaqeen nahin aata ke sach mein aisa ho raha hai.</w:t>
      </w:r>
    </w:p>
    <w:p>
      <w:pPr>
        <w:jc w:val="right"/>
      </w:pPr>
      <w:r>
        <w:t>مجھے یقین نہیں آتا کہ سچ میں ایسا ہو رہا ہے۔</w:t>
      </w:r>
    </w:p>
    <w:p>
      <w:r>
        <w:rPr>
          <w:b/>
        </w:rPr>
        <w:t xml:space="preserve">[03:01] </w:t>
      </w:r>
      <w:r>
        <w:t>meri maa tak mere baray mein sochti thi ke mein kuch kar nahin sakoon ga.</w:t>
      </w:r>
    </w:p>
    <w:p>
      <w:pPr>
        <w:jc w:val="right"/>
      </w:pPr>
      <w:r>
        <w:t>میری ماں تک میرے بارے میں سوچتی تھی کہ میں کچھ کر نہیں سکوں گا۔</w:t>
      </w:r>
    </w:p>
    <w:p>
      <w:r>
        <w:rPr>
          <w:b/>
        </w:rPr>
        <w:t xml:space="preserve">[03:08] </w:t>
      </w:r>
      <w:r>
        <w:t>yeh saratar, saratar se Allah ka fazal hai ke yeh mission itna bara.</w:t>
      </w:r>
    </w:p>
    <w:p>
      <w:pPr>
        <w:jc w:val="right"/>
      </w:pPr>
      <w:r>
        <w:t>یہ سرتر، سرتر سے اللہ کا فضل ہے کہ یہ مشن اتنا بڑا۔</w:t>
      </w:r>
    </w:p>
    <w:p>
      <w:r>
        <w:rPr>
          <w:b/>
        </w:rPr>
        <w:t xml:space="preserve">[03:16] </w:t>
      </w:r>
      <w:r>
        <w:t>is mein koi shakk nahin.</w:t>
      </w:r>
    </w:p>
    <w:p>
      <w:pPr>
        <w:jc w:val="right"/>
      </w:pPr>
      <w:r>
        <w:t>اس میں کوئی شک نہیں۔</w:t>
      </w:r>
    </w:p>
    <w:p>
      <w:r>
        <w:rPr>
          <w:b/>
        </w:rPr>
        <w:t xml:space="preserve">[03:23] </w:t>
      </w:r>
      <w:r>
        <w:t>aur mein keh sakta hoon ke aaj yeh mission saari duniya mein aise afraad hain jo is mission</w:t>
      </w:r>
    </w:p>
    <w:p>
      <w:pPr>
        <w:jc w:val="right"/>
      </w:pPr>
      <w:r>
        <w:t>اور میں کہہ سکتا ہوں کہ آج یہ مشن ساری دنیا میں ایسے افراد ہیں جو اس مشن</w:t>
      </w:r>
    </w:p>
    <w:p>
      <w:r>
        <w:rPr>
          <w:b/>
        </w:rPr>
        <w:t xml:space="preserve">[03:30] </w:t>
      </w:r>
      <w:r>
        <w:t>ko le kar har jagah kaam kar rahe hain.</w:t>
      </w:r>
    </w:p>
    <w:p>
      <w:pPr>
        <w:jc w:val="right"/>
      </w:pPr>
      <w:r>
        <w:t>کو لے کر ہر جگہ کام کر رہے ہیں۔</w:t>
      </w:r>
    </w:p>
    <w:p>
      <w:r>
        <w:rPr>
          <w:b/>
        </w:rPr>
        <w:t xml:space="preserve">[03:38] </w:t>
      </w:r>
      <w:r>
        <w:t>mere jo cheez, jo mere dil ki aag bani hui thi, woh sirf ek ek hi baat thi</w:t>
      </w:r>
    </w:p>
    <w:p>
      <w:pPr>
        <w:jc w:val="right"/>
      </w:pPr>
      <w:r>
        <w:t>میرے جو چیز، جو میرے دل کی آگ بنی ہوئی تھی، وہ صرف ایک ایک ہی بات تھی</w:t>
      </w:r>
    </w:p>
    <w:p>
      <w:r>
        <w:rPr>
          <w:b/>
        </w:rPr>
        <w:t xml:space="preserve">[03:45] </w:t>
      </w:r>
      <w:r>
        <w:t>ke daur-e-jadeed mein Islam ka izhaar.</w:t>
      </w:r>
    </w:p>
    <w:p>
      <w:pPr>
        <w:jc w:val="right"/>
      </w:pPr>
      <w:r>
        <w:t>کہ دورِ جدید میں اسلام کا اظہار۔</w:t>
      </w:r>
    </w:p>
    <w:p>
      <w:r>
        <w:rPr>
          <w:b/>
        </w:rPr>
        <w:t xml:space="preserve">[03:52] </w:t>
      </w:r>
      <w:r>
        <w:t>bas ye jo dore jadeed jis ko hum kehte hain, modern age, is mein islam ka izhaar ho.</w:t>
      </w:r>
    </w:p>
    <w:p>
      <w:pPr>
        <w:jc w:val="right"/>
      </w:pPr>
      <w:r>
        <w:t>بس یہ جو دورِ جدید جس کو ہم کہتے ہیں، ماڈرن ایج، اس میں اسلام کا اظہار ہو۔</w:t>
      </w:r>
    </w:p>
    <w:p>
      <w:r>
        <w:rPr>
          <w:b/>
        </w:rPr>
        <w:t xml:space="preserve">[04:00] </w:t>
      </w:r>
      <w:r>
        <w:t>bas yahi mere dil mein basa hua tha.</w:t>
      </w:r>
    </w:p>
    <w:p>
      <w:pPr>
        <w:jc w:val="right"/>
      </w:pPr>
      <w:r>
        <w:t>بس یہی میرے دل میں بسا ہوا تھا۔</w:t>
      </w:r>
    </w:p>
    <w:p>
      <w:r>
        <w:rPr>
          <w:b/>
        </w:rPr>
        <w:t xml:space="preserve">[04:07] </w:t>
      </w:r>
      <w:r>
        <w:t>isi ke liye maine study ki, isi ke liye maine arabi aur angrezi seekhi, isi ke</w:t>
      </w:r>
    </w:p>
    <w:p>
      <w:pPr>
        <w:jc w:val="right"/>
      </w:pPr>
      <w:r>
        <w:t>اسی کے لیے میں نے اسٹڈی کی، اسی کے لیے میں نے عربی اور انگریزی سیکھی، اسی کے</w:t>
      </w:r>
    </w:p>
    <w:p>
      <w:r>
        <w:rPr>
          <w:b/>
        </w:rPr>
        <w:t xml:space="preserve">[04:14] </w:t>
      </w:r>
      <w:r>
        <w:t>liye duaen keen.</w:t>
      </w:r>
    </w:p>
    <w:p>
      <w:pPr>
        <w:jc w:val="right"/>
      </w:pPr>
      <w:r>
        <w:t>لیے دعائیں کیں۔</w:t>
      </w:r>
    </w:p>
    <w:p>
      <w:r>
        <w:rPr>
          <w:b/>
        </w:rPr>
        <w:t xml:space="preserve">[04:22] </w:t>
      </w:r>
      <w:r>
        <w:t>main poori zindagi mein keh sakta hoon ke duaon mein guzri hai.</w:t>
      </w:r>
    </w:p>
    <w:p>
      <w:pPr>
        <w:jc w:val="right"/>
      </w:pPr>
      <w:r>
        <w:t>میں پوری زندگی میں کہہ سکتا ہوں کہ دعاؤں میں گزری ہے۔</w:t>
      </w:r>
    </w:p>
    <w:p>
      <w:r>
        <w:rPr>
          <w:b/>
        </w:rPr>
        <w:t xml:space="preserve">[04:29] </w:t>
      </w:r>
      <w:r>
        <w:t>bahut se aise lamhaat mujhe yaad aate hain.</w:t>
      </w:r>
    </w:p>
    <w:p>
      <w:pPr>
        <w:jc w:val="right"/>
      </w:pPr>
      <w:r>
        <w:t>بہت سے ایسے لمحات مجھے یاد آتے ہیں۔</w:t>
      </w:r>
    </w:p>
    <w:p>
      <w:r>
        <w:rPr>
          <w:b/>
        </w:rPr>
        <w:t xml:space="preserve">[04:36] </w:t>
      </w:r>
      <w:r>
        <w:t>misalan misaal ke taur par main rampur mein tha, 1960 ke aas paas, to wahan pe akela mashq</w:t>
      </w:r>
    </w:p>
    <w:p>
      <w:pPr>
        <w:jc w:val="right"/>
      </w:pPr>
      <w:r>
        <w:t>مثلاً مثال کے طور پر میں رامپور میں تھا، 1960 کے آس پاس، تو وہاں پہ اکیلا مشق</w:t>
      </w:r>
    </w:p>
    <w:p>
      <w:r>
        <w:rPr>
          <w:b/>
        </w:rPr>
        <w:t xml:space="preserve">[04:44] </w:t>
      </w:r>
      <w:r>
        <w:t>karta tha apne aap ko.</w:t>
      </w:r>
    </w:p>
    <w:p>
      <w:pPr>
        <w:jc w:val="right"/>
      </w:pPr>
      <w:r>
        <w:t>کرتا تھا اپنے آپ کو۔</w:t>
      </w:r>
    </w:p>
    <w:p>
      <w:r>
        <w:rPr>
          <w:b/>
        </w:rPr>
        <w:t xml:space="preserve">[04:51] </w:t>
      </w:r>
      <w:r>
        <w:t>to kai baar ja kar masjid mein duaen karta tha.</w:t>
      </w:r>
    </w:p>
    <w:p>
      <w:pPr>
        <w:jc w:val="right"/>
      </w:pPr>
      <w:r>
        <w:t>تو کئی بار جا کر مسجد میں دعائیں کرتا تھا۔</w:t>
      </w:r>
    </w:p>
    <w:p>
      <w:r>
        <w:rPr>
          <w:b/>
        </w:rPr>
        <w:t xml:space="preserve">[04:58] </w:t>
      </w:r>
      <w:r>
        <w:t>ek din aisa mujhe yaad aa raha hai ke wahan, wahan ki masjid jo hamare paas ki thi,</w:t>
      </w:r>
    </w:p>
    <w:p>
      <w:pPr>
        <w:jc w:val="right"/>
      </w:pPr>
      <w:r>
        <w:t>ایک دن ایسا مجھے یاد آ رہا ہے کہ وہاں، وہاں کی مسجد جو ہمارے پاس کی تھی،</w:t>
      </w:r>
    </w:p>
    <w:p>
      <w:r>
        <w:rPr>
          <w:b/>
        </w:rPr>
        <w:t xml:space="preserve">[05:06] </w:t>
      </w:r>
      <w:r>
        <w:t>is mein main gaya, yaani paanch waqt ki namaz ke taur par nahi, alag se.</w:t>
      </w:r>
    </w:p>
    <w:p>
      <w:pPr>
        <w:jc w:val="right"/>
      </w:pPr>
      <w:r>
        <w:t>اس میں میں گیا، یعنی پانچ وقت کی نماز کے طور پر نہیں، الگ سے۔</w:t>
      </w:r>
    </w:p>
    <w:p>
      <w:r>
        <w:rPr>
          <w:b/>
        </w:rPr>
        <w:t xml:space="preserve">[05:13] </w:t>
      </w:r>
      <w:r>
        <w:t>to wahan chatai bichi hui thi, pawaar ki jo chatai ko hum kehte hain.</w:t>
      </w:r>
    </w:p>
    <w:p>
      <w:pPr>
        <w:jc w:val="right"/>
      </w:pPr>
      <w:r>
        <w:t>تو وہاں چٹائی بشی ہوئی تھی، پوار کی جو چٹائی کو ہم کہتے ہیں۔</w:t>
      </w:r>
    </w:p>
    <w:p>
      <w:r>
        <w:rPr>
          <w:b/>
        </w:rPr>
        <w:t xml:space="preserve">[05:20] </w:t>
      </w:r>
      <w:r>
        <w:t>to main wazu kar ke khada hua, do rak'at namaz parhne ke liye.</w:t>
      </w:r>
    </w:p>
    <w:p>
      <w:pPr>
        <w:jc w:val="right"/>
      </w:pPr>
      <w:r>
        <w:t>تو میں وضو کر کے کھڑا ہوا، دو رکعت نماز پڑھنے کے لیے۔</w:t>
      </w:r>
    </w:p>
    <w:p>
      <w:r>
        <w:rPr>
          <w:b/>
        </w:rPr>
        <w:t xml:space="preserve">[05:28] </w:t>
      </w:r>
      <w:r>
        <w:t>to mujhe yaad hai ke main ruku mein tha aur mere aansu tap tap tap gir rahe the chatai par.</w:t>
      </w:r>
    </w:p>
    <w:p>
      <w:pPr>
        <w:jc w:val="right"/>
      </w:pPr>
      <w:r>
        <w:t>تو مجھے یاد ہے کہ میں رکوع میں تھا اور میرے آنسو ٹپک ٹپک ٹپک گر رہے تھے چٹائی پر۔</w:t>
      </w:r>
    </w:p>
    <w:p>
      <w:r>
        <w:rPr>
          <w:b/>
        </w:rPr>
        <w:t xml:space="preserve">[05:35] </w:t>
      </w:r>
      <w:r>
        <w:t>aawaz aati thi.</w:t>
      </w:r>
    </w:p>
    <w:p>
      <w:pPr>
        <w:jc w:val="right"/>
      </w:pPr>
      <w:r>
        <w:t>آواز آتی تھی۔</w:t>
      </w:r>
    </w:p>
    <w:p>
      <w:r>
        <w:rPr>
          <w:b/>
        </w:rPr>
        <w:t xml:space="preserve">[05:42] </w:t>
      </w:r>
      <w:r>
        <w:t>woh aawaz abhi tak mere kaanon mein guzar rahi hai.</w:t>
      </w:r>
    </w:p>
    <w:p>
      <w:pPr>
        <w:jc w:val="right"/>
      </w:pPr>
      <w:r>
        <w:t>وہ آواز ابھی تک میرے کانوں میں گزر رہی ہے۔</w:t>
      </w:r>
    </w:p>
    <w:p>
      <w:r>
        <w:rPr>
          <w:b/>
        </w:rPr>
        <w:t xml:space="preserve">[05:49] </w:t>
      </w:r>
      <w:r>
        <w:t>ek be-taabi thi, ek be-cheeni thi ke kya yeh mar jaunga main aur deen ka</w:t>
      </w:r>
    </w:p>
    <w:p>
      <w:pPr>
        <w:jc w:val="right"/>
      </w:pPr>
      <w:r>
        <w:t>ایک بے تابی تھی، ایک بے چینی تھی کہ کیا یہ مر جاؤں گا میں اور دین کا</w:t>
      </w:r>
    </w:p>
    <w:p>
      <w:r>
        <w:rPr>
          <w:b/>
        </w:rPr>
        <w:t xml:space="preserve">[05:57] </w:t>
      </w:r>
      <w:r>
        <w:t>izhaar nahi hoga dore jadeed mein.</w:t>
      </w:r>
    </w:p>
    <w:p>
      <w:pPr>
        <w:jc w:val="right"/>
      </w:pPr>
      <w:r>
        <w:t>اظہار نہیں ہوگا دورِ جدید میں۔</w:t>
      </w:r>
    </w:p>
    <w:p>
      <w:r>
        <w:rPr>
          <w:b/>
        </w:rPr>
        <w:t xml:space="preserve">[06:04] </w:t>
      </w:r>
      <w:r>
        <w:t>kabhi kabhi be-taabi mein main aisi baat keh jata tha jo yaani bande ko karne ka haq nahi hai.</w:t>
      </w:r>
    </w:p>
    <w:p>
      <w:pPr>
        <w:jc w:val="right"/>
      </w:pPr>
      <w:r>
        <w:t>کبھی کبھی بے تابی میں میں ایسی بات کہہ جاتا تھا جو یعنی بندے کو کرنے کا حق نہیں ہے۔</w:t>
      </w:r>
    </w:p>
    <w:p>
      <w:r>
        <w:rPr>
          <w:b/>
        </w:rPr>
        <w:t xml:space="preserve">[06:11] </w:t>
      </w:r>
      <w:r>
        <w:t>jaise rasool Allah salallahu alaihi wasallam ne badr ke mauqe par dua farmayi thi ke Allah mun</w:t>
      </w:r>
    </w:p>
    <w:p>
      <w:pPr>
        <w:jc w:val="right"/>
      </w:pPr>
      <w:r>
        <w:t>جیسے رسول اللہ صلی اللہ علیہ وسلم نے بدر کے موقع پر دعا فرمائی تھی کہ اللہ من</w:t>
      </w:r>
    </w:p>
    <w:p>
      <w:r>
        <w:rPr>
          <w:b/>
        </w:rPr>
        <w:t xml:space="preserve">[06:19] </w:t>
      </w:r>
      <w:r>
        <w:t>la tauba fi khudaaye is is giroh ko to halaak kar dega to qayamat tak teri ibaadat nahi hogi.</w:t>
      </w:r>
    </w:p>
    <w:p>
      <w:pPr>
        <w:jc w:val="right"/>
      </w:pPr>
      <w:r>
        <w:t>لا توبۃ فی خدائے اس اس گروہ کو تو ہلاک کر دے گا تو قیامت تک تیری عبادت نہیں ہوگی۔</w:t>
      </w:r>
    </w:p>
    <w:p>
      <w:r>
        <w:rPr>
          <w:b/>
        </w:rPr>
        <w:t xml:space="preserve">[06:26] </w:t>
      </w:r>
      <w:r>
        <w:t>zaahir hai ke Allah ke saari qudrat Allah ko haasil hai to ek bande ko yeh haq nahi</w:t>
      </w:r>
    </w:p>
    <w:p>
      <w:pPr>
        <w:jc w:val="right"/>
      </w:pPr>
      <w:r>
        <w:t>ظاہر ہے کہ اللہ کے ساری قدرت اللہ کو حاصل ہے تو ایک بندے کو یہ حق نہیں</w:t>
      </w:r>
    </w:p>
    <w:p>
      <w:r>
        <w:rPr>
          <w:b/>
        </w:rPr>
        <w:t xml:space="preserve">[06:33] </w:t>
      </w:r>
      <w:r>
        <w:t>hai keh sakta hai.</w:t>
      </w:r>
    </w:p>
    <w:p>
      <w:pPr>
        <w:jc w:val="right"/>
      </w:pPr>
      <w:r>
        <w:t>ہے کہہ سکتا ہے۔</w:t>
      </w:r>
    </w:p>
    <w:p>
      <w:r>
        <w:rPr>
          <w:b/>
        </w:rPr>
        <w:t xml:space="preserve">[06:41] </w:t>
      </w:r>
      <w:r>
        <w:t>rasool Allah bhi ek bande the, ek bashar the, ek insaan the.</w:t>
      </w:r>
    </w:p>
    <w:p>
      <w:pPr>
        <w:jc w:val="right"/>
      </w:pPr>
      <w:r>
        <w:t>رسول اللہ بھی ایک بندہ تھے، ایک بشر تھے، ایک انسان تھے۔</w:t>
      </w:r>
    </w:p>
    <w:p>
      <w:r>
        <w:rPr>
          <w:b/>
        </w:rPr>
        <w:t xml:space="preserve">[06:48] </w:t>
      </w:r>
      <w:r>
        <w:t>lekin jab aap kisi mission mein apne ko involve karte hain, aakhirat tak, aakhirat tak, aakhirat tak, tab</w:t>
      </w:r>
    </w:p>
    <w:p>
      <w:pPr>
        <w:jc w:val="right"/>
      </w:pPr>
      <w:r>
        <w:t>لیکن جب آپ کسی مشن میں اپنے کو انوالو کرتے ہیں، آخرت تک، آخرت تک، آخرت تک، تب</w:t>
      </w:r>
    </w:p>
    <w:p>
      <w:r>
        <w:rPr>
          <w:b/>
        </w:rPr>
        <w:t xml:space="preserve">[06:55] </w:t>
      </w:r>
      <w:r>
        <w:t>aise kalmat kal parhte hain.</w:t>
      </w:r>
    </w:p>
    <w:p>
      <w:pPr>
        <w:jc w:val="right"/>
      </w:pPr>
      <w:r>
        <w:t>ایسے کلمات کل پڑھتے ہیں۔</w:t>
      </w:r>
    </w:p>
    <w:p>
      <w:r>
        <w:rPr>
          <w:b/>
        </w:rPr>
        <w:t xml:space="preserve">[07:03] </w:t>
      </w:r>
      <w:r>
        <w:t>to mein bhi aisa aisa alfaaz bol parta tha ke khuda agar tu ne is bande ko istemal</w:t>
      </w:r>
    </w:p>
    <w:p>
      <w:pPr>
        <w:jc w:val="right"/>
      </w:pPr>
      <w:r>
        <w:t>تو میں بھی ایسا ایسا الفاظ بول پڑتا تھا کہ خدا اگر تو نے اس بندے کو استعمال</w:t>
      </w:r>
    </w:p>
    <w:p>
      <w:r>
        <w:rPr>
          <w:b/>
        </w:rPr>
        <w:t xml:space="preserve">[07:10] </w:t>
      </w:r>
      <w:r>
        <w:t>na kiya to kaun aanay wala hai qayamat tak jo modern jo daur-e-jadeed mein tere deen ka</w:t>
      </w:r>
    </w:p>
    <w:p>
      <w:pPr>
        <w:jc w:val="right"/>
      </w:pPr>
      <w:r>
        <w:t>نہ کیا تو کون آنے والا ہے قیامت تک جو ماڈرن جو دورِ جدید میں تیرے دین کا</w:t>
      </w:r>
    </w:p>
    <w:p>
      <w:r>
        <w:rPr>
          <w:b/>
        </w:rPr>
        <w:t xml:space="preserve">[07:17] </w:t>
      </w:r>
      <w:r>
        <w:t>izhaar kare? zaahir hai ke Allah taala hazaron insaan paida kar sakta hai, woh jarnay ko pathar ke</w:t>
      </w:r>
    </w:p>
    <w:p>
      <w:pPr>
        <w:jc w:val="right"/>
      </w:pPr>
      <w:r>
        <w:t>اظہار کرے؟ ظاہر ہے کہ اللہ تعالیٰ ہزاروں انسان پیدا کر سکتا ہے، وہ جرنے کو پتھر کے</w:t>
      </w:r>
    </w:p>
    <w:p>
      <w:r>
        <w:rPr>
          <w:b/>
        </w:rPr>
        <w:t xml:space="preserve">[07:25] </w:t>
      </w:r>
      <w:r>
        <w:t>patay ko zubaan de sakta hai, Allah chahe to pathar awaaz de.</w:t>
      </w:r>
    </w:p>
    <w:p>
      <w:pPr>
        <w:jc w:val="right"/>
      </w:pPr>
      <w:r>
        <w:t>پتے کو زبان دے سکتا ہے، اللہ چاہے تو پتھر آواز دے۔</w:t>
      </w:r>
    </w:p>
    <w:p>
      <w:r>
        <w:rPr>
          <w:b/>
        </w:rPr>
        <w:t xml:space="preserve">[07:32] </w:t>
      </w:r>
      <w:r>
        <w:t>lekin banda jab apne ko involve karta hai jab mujhe is baat ki tarap aati thi ke ek</w:t>
      </w:r>
    </w:p>
    <w:p>
      <w:pPr>
        <w:jc w:val="right"/>
      </w:pPr>
      <w:r>
        <w:t>لیکن بندہ جب اپنے کو انوالو کرتا ہے جب مجھے اس بات کی تڑپ آتی تھی کہ ایک</w:t>
      </w:r>
    </w:p>
    <w:p>
      <w:r>
        <w:rPr>
          <w:b/>
        </w:rPr>
        <w:t xml:space="preserve">[07:39] </w:t>
      </w:r>
      <w:r>
        <w:t>naya zamana hai, nayi tehzeeb hai, ek dam ek naya zamana hai, bilkul naya zamana aur kisi ko</w:t>
      </w:r>
    </w:p>
    <w:p>
      <w:pPr>
        <w:jc w:val="right"/>
      </w:pPr>
      <w:r>
        <w:t>نیا زمانہ ہے، نئی تہذیب ہے، ایک دم ایک نیا زمانہ ہے، بالکل نیا زمانہ اور کسی کو</w:t>
      </w:r>
    </w:p>
    <w:p>
      <w:r>
        <w:rPr>
          <w:b/>
        </w:rPr>
        <w:t xml:space="preserve">[07:47] </w:t>
      </w:r>
      <w:r>
        <w:t>khabar bhi nahin hai zamanay ki.</w:t>
      </w:r>
    </w:p>
    <w:p>
      <w:pPr>
        <w:jc w:val="right"/>
      </w:pPr>
      <w:r>
        <w:t>خبر بھی نہیں ہے زمانے کی۔</w:t>
      </w:r>
    </w:p>
    <w:p>
      <w:r>
        <w:rPr>
          <w:b/>
        </w:rPr>
        <w:t xml:space="preserve">[07:54] </w:t>
      </w:r>
      <w:r>
        <w:t>bohat hi ajeeb baat hai ke abhi bhi logon ko khabar nahin ke kaun sa naya zamana aa gaya hai.</w:t>
      </w:r>
    </w:p>
    <w:p>
      <w:pPr>
        <w:jc w:val="right"/>
      </w:pPr>
      <w:r>
        <w:t>بہت ہی عجیب بات ہے کہ ابھی بھی لوگوں کو خبر نہیں کہ کون سا نیا زمانہ آ گیا ہے۔</w:t>
      </w:r>
    </w:p>
    <w:p>
      <w:r>
        <w:rPr>
          <w:b/>
        </w:rPr>
        <w:t xml:space="preserve">[08:01] </w:t>
      </w:r>
      <w:r>
        <w:t>ek doosre qism ki activities bohat huin is beech mein, abhi bhi ho rahi hain.</w:t>
      </w:r>
    </w:p>
    <w:p>
      <w:pPr>
        <w:jc w:val="right"/>
      </w:pPr>
      <w:r>
        <w:t>ایک دوسرے قسم کی ایکٹیویٹیز بہت ہوئیں اس بیچ میں، ابھی بھی ہو رہی ہیں۔</w:t>
      </w:r>
    </w:p>
    <w:p>
      <w:r>
        <w:rPr>
          <w:b/>
        </w:rPr>
        <w:t xml:space="preserve">[08:09] </w:t>
      </w:r>
      <w:r>
        <w:t>lekin daur-e-jadeed mein Islam ka izhaar ho, is ke liye koi activity nahin.</w:t>
      </w:r>
    </w:p>
    <w:p>
      <w:pPr>
        <w:jc w:val="right"/>
      </w:pPr>
      <w:r>
        <w:t>لیکن دورِ جدید میں اسلام کا اظہار ہو، اس کے لیے کوئی ایکٹیویٹی نہیں۔</w:t>
      </w:r>
    </w:p>
    <w:p>
      <w:r>
        <w:rPr>
          <w:b/>
        </w:rPr>
        <w:t xml:space="preserve">[08:16] </w:t>
      </w:r>
      <w:r>
        <w:t>to mein kaha parta tha khuda.</w:t>
      </w:r>
    </w:p>
    <w:p>
      <w:pPr>
        <w:jc w:val="right"/>
      </w:pPr>
      <w:r>
        <w:t>تو میں کہا پڑھتا تھا خدا۔</w:t>
      </w:r>
    </w:p>
    <w:p>
      <w:r>
        <w:rPr>
          <w:b/>
        </w:rPr>
        <w:t xml:space="preserve">[08:23] </w:t>
      </w:r>
      <w:r>
        <w:t>agar tu ne is aajiz bande ko kho diya, is ko istemal nahin kiya to doosra kaun aaye</w:t>
      </w:r>
    </w:p>
    <w:p>
      <w:pPr>
        <w:jc w:val="right"/>
      </w:pPr>
      <w:r>
        <w:t>اگر تو نے اس عاجز بندے کو کھو دیا، اس کو استعمال نہیں کیا تو دوسرا کون آئے</w:t>
      </w:r>
    </w:p>
    <w:p>
      <w:r>
        <w:rPr>
          <w:b/>
        </w:rPr>
        <w:t xml:space="preserve">[08:30] </w:t>
      </w:r>
      <w:r>
        <w:t>ga jo tehzeeb ka izhaar kare maujooda zamanay mein? to dekhen, banda banda hai, woh Khuda nahin hai.</w:t>
      </w:r>
    </w:p>
    <w:p>
      <w:pPr>
        <w:jc w:val="right"/>
      </w:pPr>
      <w:r>
        <w:t>گا جو تہذیب کا اظہار کرے موجودہ زمانے میں؟ تو دیکھیں، بندہ بندہ ہے، وہ خدا نہیں ہے۔</w:t>
      </w:r>
    </w:p>
    <w:p>
      <w:r>
        <w:rPr>
          <w:b/>
        </w:rPr>
        <w:t xml:space="preserve">[08:38] </w:t>
      </w:r>
      <w:r>
        <w:t>lekin jab aap ne ko Allah ke mission mein involve karte hain aakhirat tak, tab aise kalmat nikaltay hain.</w:t>
      </w:r>
    </w:p>
    <w:p>
      <w:pPr>
        <w:jc w:val="right"/>
      </w:pPr>
      <w:r>
        <w:t>لیکن جب آپ نے کو اللہ کے مشن میں انوالو کرتے ہیں آخرت تک، تب ایسے کلمات نکلتے ہیں۔</w:t>
      </w:r>
    </w:p>
    <w:p>
      <w:r>
        <w:rPr>
          <w:b/>
        </w:rPr>
        <w:t xml:space="preserve">[08:45] </w:t>
      </w:r>
      <w:r>
        <w:t>mujhe yaad hai woh waqt ghaliban 1962 ka zamana tha.</w:t>
      </w:r>
    </w:p>
    <w:p>
      <w:pPr>
        <w:jc w:val="right"/>
      </w:pPr>
      <w:r>
        <w:t>مجھے یاد ہے وہ وقت غالباً 1962 کا زمانہ تھا۔</w:t>
      </w:r>
    </w:p>
    <w:p>
      <w:r>
        <w:rPr>
          <w:b/>
        </w:rPr>
        <w:t xml:space="preserve">[08:52] </w:t>
      </w:r>
      <w:r>
        <w:t>mein deewangi mein Lahore chala gaya partition se pehle.</w:t>
      </w:r>
    </w:p>
    <w:p>
      <w:pPr>
        <w:jc w:val="right"/>
      </w:pPr>
      <w:r>
        <w:t>میں دیوانگی میں لاہور چلا گیا پارٹیشن سے پہلے۔</w:t>
      </w:r>
    </w:p>
    <w:p>
      <w:r>
        <w:rPr>
          <w:b/>
        </w:rPr>
        <w:t xml:space="preserve">[09:00] </w:t>
      </w:r>
      <w:r>
        <w:t>to aise chal raha tha road par, makrooh road par chal raha tha mein.</w:t>
      </w:r>
    </w:p>
    <w:p>
      <w:pPr>
        <w:jc w:val="right"/>
      </w:pPr>
      <w:r>
        <w:t>تو ایسے چل رہا تھا روڈ پر، مکروہ روڈ پر چل رہا تھا میں۔</w:t>
      </w:r>
    </w:p>
    <w:p>
      <w:r>
        <w:rPr>
          <w:b/>
        </w:rPr>
        <w:t xml:space="preserve">[09:07] </w:t>
      </w:r>
      <w:r>
        <w:t>to ek ghar tha, us ke oopar takhti lagi hui thi Iqbal ki, Allama Iqbal ki takhti.</w:t>
      </w:r>
    </w:p>
    <w:p>
      <w:pPr>
        <w:jc w:val="right"/>
      </w:pPr>
      <w:r>
        <w:t>تو ایک گھر تھا، اس کے اوپر تختی لگی ہوئی تھی اقبال کی، علامہ اقبال کی تختی۔</w:t>
      </w:r>
    </w:p>
    <w:p>
      <w:r>
        <w:rPr>
          <w:b/>
        </w:rPr>
        <w:t xml:space="preserve">[09:14] </w:t>
      </w:r>
      <w:r>
        <w:t>wahan mein khara ho gaya.</w:t>
      </w:r>
    </w:p>
    <w:p>
      <w:pPr>
        <w:jc w:val="right"/>
      </w:pPr>
      <w:r>
        <w:t>وہاں میں کھڑا ہو گیا۔</w:t>
      </w:r>
    </w:p>
    <w:p>
      <w:r>
        <w:rPr>
          <w:b/>
        </w:rPr>
        <w:t xml:space="preserve">[09:22] </w:t>
      </w:r>
      <w:r>
        <w:t>to jo pole tha, us pole ko yani street ka jo pole tha, bijli ka pole shayad hoga</w:t>
      </w:r>
    </w:p>
    <w:p>
      <w:pPr>
        <w:jc w:val="right"/>
      </w:pPr>
      <w:r>
        <w:t>تو جو پول تھا، اس پول کو یعنی اسٹریٹ کا جو پول تھا، بجلی کا پول شاید ہوگا</w:t>
      </w:r>
    </w:p>
    <w:p>
      <w:r>
        <w:rPr>
          <w:b/>
        </w:rPr>
        <w:t xml:space="preserve">[09:29] </w:t>
      </w:r>
      <w:r>
        <w:t>ya telephone ka hoga, usi par peeth laga kar khara hua tha aur mere aansu tap tap</w:t>
      </w:r>
    </w:p>
    <w:p>
      <w:pPr>
        <w:jc w:val="right"/>
      </w:pPr>
      <w:r>
        <w:t>یا ٹیلی فون کا ہوگا، اسی پر پیٹھ لگا کر کھڑا ہوا تھا اور میرے آنسو ٹپ ٹپ</w:t>
      </w:r>
    </w:p>
    <w:p>
      <w:r>
        <w:rPr>
          <w:b/>
        </w:rPr>
        <w:t xml:space="preserve">[09:36] </w:t>
      </w:r>
      <w:r>
        <w:t>zameen par gir rahe thay.</w:t>
      </w:r>
    </w:p>
    <w:p>
      <w:pPr>
        <w:jc w:val="right"/>
      </w:pPr>
      <w:r>
        <w:t>زمین پر گر رہے تھے۔</w:t>
      </w:r>
    </w:p>
    <w:p>
      <w:r>
        <w:rPr>
          <w:b/>
        </w:rPr>
        <w:t xml:space="preserve">[09:44] </w:t>
      </w:r>
      <w:r>
        <w:t>aur zubaan se yeh alfaaz thay ke khawandand tu kab aaye ga, mein kab tak tere aanay ka</w:t>
      </w:r>
    </w:p>
    <w:p>
      <w:pPr>
        <w:jc w:val="right"/>
      </w:pPr>
      <w:r>
        <w:t>اور زبان سے یہ الفاظ تھے کہ خداوند تو کب آئے گا، میں کب تک تیرے آنے کا</w:t>
      </w:r>
    </w:p>
    <w:p>
      <w:r>
        <w:rPr>
          <w:b/>
        </w:rPr>
        <w:t xml:space="preserve">[09:51] </w:t>
      </w:r>
      <w:r>
        <w:t>intezar karoon? khawandand tu kab aaye ga, mein kab tak tere aanay ka intezar karoon? is tarah ki</w:t>
      </w:r>
    </w:p>
    <w:p>
      <w:pPr>
        <w:jc w:val="right"/>
      </w:pPr>
      <w:r>
        <w:t>انتظار کروں؟ خداوند تو کب آئے گا، میں کب تک تیرے آنے کا انتظار کروں؟ اس طرح کی</w:t>
      </w:r>
    </w:p>
    <w:p>
      <w:r>
        <w:rPr>
          <w:b/>
        </w:rPr>
        <w:t xml:space="preserve">[09:58] </w:t>
      </w:r>
      <w:r>
        <w:t>diwangi ke bahut lambe saal hain.</w:t>
      </w:r>
    </w:p>
    <w:p>
      <w:pPr>
        <w:jc w:val="right"/>
      </w:pPr>
      <w:r>
        <w:t>دیوانگی کے بہت لمبے سال ہیں۔</w:t>
      </w:r>
    </w:p>
    <w:p>
      <w:r>
        <w:rPr>
          <w:b/>
        </w:rPr>
        <w:t xml:space="preserve">[10:06] </w:t>
      </w:r>
      <w:r>
        <w:t>yahan tak ke dilli jab aaya to yahan par mission ka aaghaz hua.</w:t>
      </w:r>
    </w:p>
    <w:p>
      <w:pPr>
        <w:jc w:val="right"/>
      </w:pPr>
      <w:r>
        <w:t>یہاں تک کہ دلی جب آیا تو یہاں پر مشن کا آغاز ہوا۔</w:t>
      </w:r>
    </w:p>
    <w:p>
      <w:r>
        <w:rPr>
          <w:b/>
        </w:rPr>
        <w:t xml:space="preserve">[10:13] </w:t>
      </w:r>
      <w:r>
        <w:t>aur is saal jo nikla hai, main dilli mein aaya hoon 1967 mein, lekin al risala monthly jo nikla</w:t>
      </w:r>
    </w:p>
    <w:p>
      <w:pPr>
        <w:jc w:val="right"/>
      </w:pPr>
      <w:r>
        <w:t>اور اس سال جو نکلا ہے، میں دلی میں آیا ہوں 1967 میں، لیکن الرسالہ منتھلی جو نکلا</w:t>
      </w:r>
    </w:p>
    <w:p>
      <w:r>
        <w:rPr>
          <w:b/>
        </w:rPr>
        <w:t xml:space="preserve">[10:20] </w:t>
      </w:r>
      <w:r>
        <w:t>hai, woh to 1976 mein nikla hai.</w:t>
      </w:r>
    </w:p>
    <w:p>
      <w:pPr>
        <w:jc w:val="right"/>
      </w:pPr>
      <w:r>
        <w:t>ہے، وہ تو 1976 میں نکلا ہے۔</w:t>
      </w:r>
    </w:p>
    <w:p>
      <w:r>
        <w:rPr>
          <w:b/>
        </w:rPr>
        <w:t xml:space="preserve">[10:28] </w:t>
      </w:r>
      <w:r>
        <w:t>phir kaam badhta raha, badhta raha, badhta raha.</w:t>
      </w:r>
    </w:p>
    <w:p>
      <w:pPr>
        <w:jc w:val="right"/>
      </w:pPr>
      <w:r>
        <w:t>پھر کام بڑھتا رہا، بڑھتا رہا، بڑھتا رہا۔</w:t>
      </w:r>
    </w:p>
    <w:p>
      <w:r>
        <w:rPr>
          <w:b/>
        </w:rPr>
        <w:t xml:space="preserve">[10:35] </w:t>
      </w:r>
      <w:r>
        <w:t>aur mujhe har lamhe pe yeh mehsoos hota tha ke kaam mein to kuch bhi nahi kar raha</w:t>
      </w:r>
    </w:p>
    <w:p>
      <w:pPr>
        <w:jc w:val="right"/>
      </w:pPr>
      <w:r>
        <w:t>اور مجھے ہر لمحے پہ یہ محسوس ہوتا تھا کہ کام میں تو کچھ بھی نہیں کر رہا</w:t>
      </w:r>
    </w:p>
    <w:p>
      <w:r>
        <w:rPr>
          <w:b/>
        </w:rPr>
        <w:t xml:space="preserve">[10:42] </w:t>
      </w:r>
      <w:r>
        <w:t>hoon, sab farishte kar rahe hain.</w:t>
      </w:r>
    </w:p>
    <w:p>
      <w:pPr>
        <w:jc w:val="right"/>
      </w:pPr>
      <w:r>
        <w:t>ہوں، سب فرشتے کر رہے ہیں۔</w:t>
      </w:r>
    </w:p>
    <w:p>
      <w:r>
        <w:rPr>
          <w:b/>
        </w:rPr>
        <w:t xml:space="preserve">[10:50] </w:t>
      </w:r>
      <w:r>
        <w:t>yahan bhi dekhen, yeh jo meeting hui hai, iska management, iski planning, iske bare mein</w:t>
      </w:r>
    </w:p>
    <w:p>
      <w:pPr>
        <w:jc w:val="right"/>
      </w:pPr>
      <w:r>
        <w:t>یہاں بھی دیکھیں، یہ جو میٹنگ ہوئی ہے، اس کا مینجمنٹ، اس کی پلاننگ، اس کے بارے میں</w:t>
      </w:r>
    </w:p>
    <w:p>
      <w:r>
        <w:rPr>
          <w:b/>
        </w:rPr>
        <w:t xml:space="preserve">[10:57] </w:t>
      </w:r>
      <w:r>
        <w:t>jo kuch bhi karna tha, mera is mein koi one percent bhi hissa nahi.</w:t>
      </w:r>
    </w:p>
    <w:p>
      <w:pPr>
        <w:jc w:val="right"/>
      </w:pPr>
      <w:r>
        <w:t>جو کچھ بھی کرنا تھا، میرا اس میں کوئی ون پرسنٹ بھی حصہ نہیں۔</w:t>
      </w:r>
    </w:p>
    <w:p>
      <w:r>
        <w:rPr>
          <w:b/>
        </w:rPr>
        <w:t xml:space="preserve">[11:04] </w:t>
      </w:r>
      <w:r>
        <w:t>hamare saathi kar rahe hain.</w:t>
      </w:r>
    </w:p>
    <w:p>
      <w:pPr>
        <w:jc w:val="right"/>
      </w:pPr>
      <w:r>
        <w:t>ہمارے ساتھی کر رہے ہیں۔</w:t>
      </w:r>
    </w:p>
    <w:p>
      <w:r>
        <w:rPr>
          <w:b/>
        </w:rPr>
        <w:t xml:space="preserve">[11:11] </w:t>
      </w:r>
      <w:r>
        <w:t>aur saathiyon ko yeh mehsoos ho raha hai ke woh nahi kar rahe, koi aur kar raha hai.</w:t>
      </w:r>
    </w:p>
    <w:p>
      <w:pPr>
        <w:jc w:val="right"/>
      </w:pPr>
      <w:r>
        <w:t>اور ساتھیوں کو یہ محسوس ہو رہا ہے کہ وہ نہیں کر رہے، کوئی اور کر رہا ہے۔</w:t>
      </w:r>
    </w:p>
    <w:p>
      <w:r>
        <w:rPr>
          <w:b/>
        </w:rPr>
        <w:t xml:space="preserve">[11:19] </w:t>
      </w:r>
      <w:r>
        <w:t>to main samajhta hoon ke Allah ne farishton se kaha ke ab tum char log kuch human face</w:t>
      </w:r>
    </w:p>
    <w:p>
      <w:pPr>
        <w:jc w:val="right"/>
      </w:pPr>
      <w:r>
        <w:t>تو میں سمجھتا ہوں کہ اللہ نے فرشتوں سے کہا کہ اب تم چار لوگ کچھ ہیومن فیس</w:t>
      </w:r>
    </w:p>
    <w:p>
      <w:r>
        <w:rPr>
          <w:b/>
        </w:rPr>
        <w:t xml:space="preserve">[11:26] </w:t>
      </w:r>
      <w:r>
        <w:t>talash kar lo.</w:t>
      </w:r>
    </w:p>
    <w:p>
      <w:pPr>
        <w:jc w:val="right"/>
      </w:pPr>
      <w:r>
        <w:t>تلاش کر لو۔</w:t>
      </w:r>
    </w:p>
    <w:p>
      <w:r>
        <w:rPr>
          <w:b/>
        </w:rPr>
        <w:t xml:space="preserve">[11:33] </w:t>
      </w:r>
      <w:r>
        <w:t>to hum aap human face hain, sara kaam farishte kar rahe hain.</w:t>
      </w:r>
    </w:p>
    <w:p>
      <w:pPr>
        <w:jc w:val="right"/>
      </w:pPr>
      <w:r>
        <w:t>تو ہم آپ ہیومن فیس ہیں، سارا کام فرشتے کر رہے ہیں۔</w:t>
      </w:r>
    </w:p>
    <w:p>
      <w:r>
        <w:rPr>
          <w:b/>
        </w:rPr>
        <w:t xml:space="preserve">[11:41] </w:t>
      </w:r>
      <w:r>
        <w:t>is daur mein Allah taala ne bahut bada dabao paida kiya musalmanon mein, bahut bada dabao, hamare haan hi dabao.</w:t>
      </w:r>
    </w:p>
    <w:p>
      <w:pPr>
        <w:jc w:val="right"/>
      </w:pPr>
      <w:r>
        <w:t>اس دور میں اللہ تعالیٰ نے بہت بڑا دباؤ پیدا کیا مسلمانوں میں، بہت بڑا دباؤ، ہمارے ہاں ہی دباؤ۔</w:t>
      </w:r>
    </w:p>
    <w:p>
      <w:r>
        <w:rPr>
          <w:b/>
        </w:rPr>
        <w:t xml:space="preserve">[11:48] </w:t>
      </w:r>
      <w:r>
        <w:t>misal ke taur par ek the anbiya shirkiya wa rslan, arab duniya mein the.</w:t>
      </w:r>
    </w:p>
    <w:p>
      <w:pPr>
        <w:jc w:val="right"/>
      </w:pPr>
      <w:r>
        <w:t>مثال کے طور پر ایک تھے انبیاء شرکیہ ورسلان، عرب دنیا میں تھے۔</w:t>
      </w:r>
    </w:p>
    <w:p>
      <w:r>
        <w:rPr>
          <w:b/>
        </w:rPr>
        <w:t xml:space="preserve">[11:55] </w:t>
      </w:r>
      <w:r>
        <w:t>woh unko jab pehli baar dekha, jamaat jamaat al din abbai ne, syed jamaat al din abbai ne, to</w:t>
      </w:r>
    </w:p>
    <w:p>
      <w:pPr>
        <w:jc w:val="right"/>
      </w:pPr>
      <w:r>
        <w:t>وہ ان کو جب پہلی بار دیکھا، جماعت جماعت الدین عبائی نے، سید جماعت الدین عبائی نے، تو</w:t>
      </w:r>
    </w:p>
    <w:p>
      <w:r>
        <w:rPr>
          <w:b/>
        </w:rPr>
        <w:t xml:space="preserve">[12:03] </w:t>
      </w:r>
      <w:r>
        <w:t>itni shandar personality thi unki.</w:t>
      </w:r>
    </w:p>
    <w:p>
      <w:pPr>
        <w:jc w:val="right"/>
      </w:pPr>
      <w:r>
        <w:t>اتنی شاندار پرسنیلٹی تھی ان کی۔</w:t>
      </w:r>
    </w:p>
    <w:p>
      <w:r>
        <w:rPr>
          <w:b/>
        </w:rPr>
        <w:t xml:space="preserve">[12:10] </w:t>
      </w:r>
      <w:r>
        <w:t>kyun? unke dimagh se nikla ana ahnu ardh al islam allati anbatat ka.</w:t>
      </w:r>
    </w:p>
    <w:p>
      <w:pPr>
        <w:jc w:val="right"/>
      </w:pPr>
      <w:r>
        <w:t>کیوں؟ ان کے دماغ سے نکلا أنا أهن أرض الإسلام التي أنبتت کا۔</w:t>
      </w:r>
    </w:p>
    <w:p>
      <w:r>
        <w:rPr>
          <w:b/>
        </w:rPr>
        <w:t xml:space="preserve">[12:17] </w:t>
      </w:r>
      <w:r>
        <w:t>main sarzameen e islam ko mubarakbad deta hoon ke itne sare insanon se paida kiya.</w:t>
      </w:r>
    </w:p>
    <w:p>
      <w:pPr>
        <w:jc w:val="right"/>
      </w:pPr>
      <w:r>
        <w:t>میں سرزمین اسلام کو مبارکباد دیتا ہوں کہ اتنے سارے انسانوں سے پیدا کیا۔</w:t>
      </w:r>
    </w:p>
    <w:p>
      <w:r>
        <w:rPr>
          <w:b/>
        </w:rPr>
        <w:t xml:space="preserve">[12:25] </w:t>
      </w:r>
      <w:r>
        <w:t>unhone kaam kiya, kuch bhi nahi, koi dawat ka kaam nahi, bas millat ke qabristan par aadmi apne</w:t>
      </w:r>
    </w:p>
    <w:p>
      <w:pPr>
        <w:jc w:val="right"/>
      </w:pPr>
      <w:r>
        <w:t>انہوں نے کام کیا، کچھ بھی نہیں، کوئی دعوتی کام نہیں، بس ملت کے قبرستان پر آدمی اپنے</w:t>
      </w:r>
    </w:p>
    <w:p>
      <w:r>
        <w:rPr>
          <w:b/>
        </w:rPr>
        <w:t xml:space="preserve">[12:32] </w:t>
      </w:r>
      <w:r>
        <w:t>ko dafan karta raha.</w:t>
      </w:r>
    </w:p>
    <w:p>
      <w:pPr>
        <w:jc w:val="right"/>
      </w:pPr>
      <w:r>
        <w:t>کو دفن کرتا رہا۔</w:t>
      </w:r>
    </w:p>
    <w:p>
      <w:r>
        <w:rPr>
          <w:b/>
        </w:rPr>
        <w:t xml:space="preserve">[12:39] </w:t>
      </w:r>
      <w:r>
        <w:t>dawat ka matlab kya hai? naye zamane ko samajhna, naye zamane ke mind ko padhna, naye zamane ke</w:t>
      </w:r>
    </w:p>
    <w:p>
      <w:pPr>
        <w:jc w:val="right"/>
      </w:pPr>
      <w:r>
        <w:t>دعوت کا مطلب کیا ہے؟ نئے زمانے کو سمجھنا، نئے زمانے کے مائنڈ کو پڑھنا، نئے زمانے کے</w:t>
      </w:r>
    </w:p>
    <w:p>
      <w:r>
        <w:rPr>
          <w:b/>
        </w:rPr>
        <w:t xml:space="preserve">[12:47] </w:t>
      </w:r>
      <w:r>
        <w:t>jo opportunities hain, unko janna.</w:t>
      </w:r>
    </w:p>
    <w:p>
      <w:pPr>
        <w:jc w:val="right"/>
      </w:pPr>
      <w:r>
        <w:t>جو اپرچونیٹیز ہیں، ان کو جاننا۔</w:t>
      </w:r>
    </w:p>
    <w:p>
      <w:r>
        <w:rPr>
          <w:b/>
        </w:rPr>
        <w:t xml:space="preserve">[12:54] </w:t>
      </w:r>
      <w:r>
        <w:t>naya zamana, civilization, modern civilization, modern world, in sab ko janna.</w:t>
      </w:r>
    </w:p>
    <w:p>
      <w:pPr>
        <w:jc w:val="right"/>
      </w:pPr>
      <w:r>
        <w:t>نیا زمانہ، سویلائزیشن، ماڈرن سویلائزیشن، ماڈرن ورلڈ، ان سب کو جاننا۔</w:t>
      </w:r>
    </w:p>
    <w:p>
      <w:r>
        <w:rPr>
          <w:b/>
        </w:rPr>
        <w:t xml:space="preserve">[13:01] </w:t>
      </w:r>
      <w:r>
        <w:t>tabhi to aap dore jadeed mein kaam kar sakenge.</w:t>
      </w:r>
    </w:p>
    <w:p>
      <w:pPr>
        <w:jc w:val="right"/>
      </w:pPr>
      <w:r>
        <w:t>تبھی تو آپ دورِ جدید میں کام کر سکیں گے۔</w:t>
      </w:r>
    </w:p>
    <w:p>
      <w:r>
        <w:rPr>
          <w:b/>
        </w:rPr>
        <w:t xml:space="preserve">[13:09] </w:t>
      </w:r>
      <w:r>
        <w:t>to kisi ne na to kaam kiya dore jadeed ki nisbat se, yahan tak ke dore jadeed kya</w:t>
      </w:r>
    </w:p>
    <w:p>
      <w:pPr>
        <w:jc w:val="right"/>
      </w:pPr>
      <w:r>
        <w:t>تو کسی نے نہ تو کام کیا دورِ جدید کی نسبت سے، یہاں تک کہ دورِ جدید کیا</w:t>
      </w:r>
    </w:p>
    <w:p>
      <w:r>
        <w:rPr>
          <w:b/>
        </w:rPr>
        <w:t xml:space="preserve">[13:16] </w:t>
      </w:r>
      <w:r>
        <w:t>hai, is ko samajhne ki koshish nahi ki.</w:t>
      </w:r>
    </w:p>
    <w:p>
      <w:pPr>
        <w:jc w:val="right"/>
      </w:pPr>
      <w:r>
        <w:t>ہے، اس کو سمجھنے کی کوشش نہیں کی۔</w:t>
      </w:r>
    </w:p>
    <w:p>
      <w:r>
        <w:rPr>
          <w:b/>
        </w:rPr>
        <w:t xml:space="preserve">[13:23] </w:t>
      </w:r>
      <w:r>
        <w:t>har aadmi ki nazar mein dore jadeed kya hai? Islam dushman daur hai.</w:t>
      </w:r>
    </w:p>
    <w:p>
      <w:pPr>
        <w:jc w:val="right"/>
      </w:pPr>
      <w:r>
        <w:t>ہر آدمی کی نظر میں دورِ جدید کیا ہے؟ اسلام دشمن دور ہے۔</w:t>
      </w:r>
    </w:p>
    <w:p>
      <w:r>
        <w:rPr>
          <w:b/>
        </w:rPr>
        <w:t xml:space="preserve">[13:31] </w:t>
      </w:r>
      <w:r>
        <w:t>modern civilization kya hai? Islam dushman civilization hai.</w:t>
      </w:r>
    </w:p>
    <w:p>
      <w:pPr>
        <w:jc w:val="right"/>
      </w:pPr>
      <w:r>
        <w:t>ماڈرن سویلائزیشن کیا ہے؟ اسلام دشمن سویلائزیشن ہے۔</w:t>
      </w:r>
    </w:p>
    <w:p>
      <w:r>
        <w:rPr>
          <w:b/>
        </w:rPr>
        <w:t xml:space="preserve">[13:38] </w:t>
      </w:r>
      <w:r>
        <w:t>yeh sab, yeh sab pata hai logon ko.</w:t>
      </w:r>
    </w:p>
    <w:p>
      <w:pPr>
        <w:jc w:val="right"/>
      </w:pPr>
      <w:r>
        <w:t>یہ سب، یہ سب پتہ ہے لوگوں کو۔</w:t>
      </w:r>
    </w:p>
    <w:p>
      <w:r>
        <w:rPr>
          <w:b/>
        </w:rPr>
        <w:t xml:space="preserve">[13:45] </w:t>
      </w:r>
      <w:r>
        <w:t>mein khud yeh bhi koi daryaft nahi kar paya tha ke modern daur ek communication ka daur hai.</w:t>
      </w:r>
    </w:p>
    <w:p>
      <w:pPr>
        <w:jc w:val="right"/>
      </w:pPr>
      <w:r>
        <w:t>میں خود یہ بھی کوئی دریافت نہیں کر پایا تھا کہ ماڈرن دور ایک کمیونیکیشن کا دور ہے۔</w:t>
      </w:r>
    </w:p>
    <w:p>
      <w:r>
        <w:rPr>
          <w:b/>
        </w:rPr>
        <w:t xml:space="preserve">[13:52] </w:t>
      </w:r>
      <w:r>
        <w:t>aaj hamare jo program yahan hua, to aap ghor kijiye ke America mein sun rahe the Khalid Karam</w:t>
      </w:r>
    </w:p>
    <w:p>
      <w:pPr>
        <w:jc w:val="right"/>
      </w:pPr>
      <w:r>
        <w:t>آج ہمارے جو پروگرام یہاں ہوا، تو آپ غور کیجیے کہ امریکہ میں سن رہے تھے خالد کرم</w:t>
      </w:r>
    </w:p>
    <w:p>
      <w:r>
        <w:rPr>
          <w:b/>
        </w:rPr>
        <w:t xml:space="preserve">[14:00] </w:t>
      </w:r>
      <w:r>
        <w:t>aldeen sahib, yahan se bees hazar kilometer door.</w:t>
      </w:r>
    </w:p>
    <w:p>
      <w:pPr>
        <w:jc w:val="right"/>
      </w:pPr>
      <w:r>
        <w:t>الدین صاحب، یہاں سے بیس ہزار کلومیٹر دور۔</w:t>
      </w:r>
    </w:p>
    <w:p>
      <w:r>
        <w:rPr>
          <w:b/>
        </w:rPr>
        <w:t xml:space="preserve">[14:07] </w:t>
      </w:r>
      <w:r>
        <w:t>to un ka message aaya hai Mr. Zaid ke paas ke kaise ajeeb hai modern daur ki yeh</w:t>
      </w:r>
    </w:p>
    <w:p>
      <w:pPr>
        <w:jc w:val="right"/>
      </w:pPr>
      <w:r>
        <w:t>تو ان کا میسج آیا ہے مسٹر زید کے پاس کہ کیسے عجیب ہے ماڈرن دور کی یہ</w:t>
      </w:r>
    </w:p>
    <w:p>
      <w:r>
        <w:rPr>
          <w:b/>
        </w:rPr>
        <w:t xml:space="preserve">[14:14] </w:t>
      </w:r>
      <w:r>
        <w:t>technology ke ek program ho raha hai Delhi mein aur is ko mein sun raha hoon America mein.</w:t>
      </w:r>
    </w:p>
    <w:p>
      <w:pPr>
        <w:jc w:val="right"/>
      </w:pPr>
      <w:r>
        <w:t>ٹیکنالوجی کہ ایک پروگرام ہو رہا ہے دلی میں اور اس کو میں سن رہا ہوں امریکہ میں۔</w:t>
      </w:r>
    </w:p>
    <w:p>
      <w:r>
        <w:rPr>
          <w:b/>
        </w:rPr>
        <w:t xml:space="preserve">[14:22] </w:t>
      </w:r>
      <w:r>
        <w:t>dekhein, ek waqia aata hai tareekh mein ke Hazrat Umar Ibn e Khattab, jo Khalifa the, doosre Khalifa, ke</w:t>
      </w:r>
    </w:p>
    <w:p>
      <w:pPr>
        <w:jc w:val="right"/>
      </w:pPr>
      <w:r>
        <w:t>دیکھیں، ایک واقعہ آتا ہے تاریخ میں کہ حضرت عمر ابن خطاب، جو خلیفہ تھے، دوسرے خلیفہ، کہ</w:t>
      </w:r>
    </w:p>
    <w:p>
      <w:r>
        <w:rPr>
          <w:b/>
        </w:rPr>
        <w:t xml:space="preserve">[14:29] </w:t>
      </w:r>
      <w:r>
        <w:t>ek khutba de rahe the, woh Juma ka khutba.</w:t>
      </w:r>
    </w:p>
    <w:p>
      <w:pPr>
        <w:jc w:val="right"/>
      </w:pPr>
      <w:r>
        <w:t>ایک خطبہ دے رہے تھے، وہ جمعہ کا خطبہ۔</w:t>
      </w:r>
    </w:p>
    <w:p>
      <w:r>
        <w:rPr>
          <w:b/>
        </w:rPr>
        <w:t xml:space="preserve">[14:36] </w:t>
      </w:r>
      <w:r>
        <w:t>achanak ek un ke zuban se ek lafz nikla, anokha lafz, ya sari aljabal un ke khutbe se</w:t>
      </w:r>
    </w:p>
    <w:p>
      <w:pPr>
        <w:jc w:val="right"/>
      </w:pPr>
      <w:r>
        <w:t>اچانک ایک ان کے زبان سے ایک لفظ نکلا، انوکھا لفظ، يا ساري الجبل ان کے خطبے سے</w:t>
      </w:r>
    </w:p>
    <w:p>
      <w:r>
        <w:rPr>
          <w:b/>
        </w:rPr>
        <w:t xml:space="preserve">[14:44] </w:t>
      </w:r>
      <w:r>
        <w:t>koi talluq aisa nahi tha, ya sari aljabal to qissa kya tha ke is zamane mein ladai ho</w:t>
      </w:r>
    </w:p>
    <w:p>
      <w:pPr>
        <w:jc w:val="right"/>
      </w:pPr>
      <w:r>
        <w:t>کوئی تعلق ایسا نہیں تھا، يا ساري الجبل تو قصہ کیا تھا کہ اس زمانے میں لڑائی ہو</w:t>
      </w:r>
    </w:p>
    <w:p>
      <w:r>
        <w:rPr>
          <w:b/>
        </w:rPr>
        <w:t xml:space="preserve">[14:51] </w:t>
      </w:r>
      <w:r>
        <w:t>rahi thi Iranion se.</w:t>
      </w:r>
    </w:p>
    <w:p>
      <w:pPr>
        <w:jc w:val="right"/>
      </w:pPr>
      <w:r>
        <w:t>رہی تھی ایرانیوں سے۔</w:t>
      </w:r>
    </w:p>
    <w:p>
      <w:r>
        <w:rPr>
          <w:b/>
        </w:rPr>
        <w:t xml:space="preserve">[14:58] </w:t>
      </w:r>
      <w:r>
        <w:t>us waqt Iranion ka jo markaz tha, woh maujooda Iraq tha.</w:t>
      </w:r>
    </w:p>
    <w:p>
      <w:pPr>
        <w:jc w:val="right"/>
      </w:pPr>
      <w:r>
        <w:t>اس وقت ایرانیوں کا جو مرکز تھا، وہ موجودہ عراق تھا۔</w:t>
      </w:r>
    </w:p>
    <w:p>
      <w:r>
        <w:rPr>
          <w:b/>
        </w:rPr>
        <w:t xml:space="preserve">[15:06] </w:t>
      </w:r>
      <w:r>
        <w:t>to us ke commander the Saria.</w:t>
      </w:r>
    </w:p>
    <w:p>
      <w:pPr>
        <w:jc w:val="right"/>
      </w:pPr>
      <w:r>
        <w:t>تو اس کے کمانڈر تھے ساریہ۔</w:t>
      </w:r>
    </w:p>
    <w:p>
      <w:r>
        <w:rPr>
          <w:b/>
        </w:rPr>
        <w:t xml:space="preserve">[15:13] </w:t>
      </w:r>
      <w:r>
        <w:t>to un ko Allah Ta'ala ne shayad ek vision ke roop mein dikhaya ke pahad ke peeche se</w:t>
      </w:r>
    </w:p>
    <w:p>
      <w:pPr>
        <w:jc w:val="right"/>
      </w:pPr>
      <w:r>
        <w:t>تو ان کو اللہ تعالیٰ نے شاید ایک ویژن کے روپ میں دکھایا کہ پہاڑ کے پیچھے سے</w:t>
      </w:r>
    </w:p>
    <w:p>
      <w:r>
        <w:rPr>
          <w:b/>
        </w:rPr>
        <w:t xml:space="preserve">[15:20] </w:t>
      </w:r>
      <w:r>
        <w:t>ek dushman ki ek fauj aa rahi hai hamla karne ke liye.</w:t>
      </w:r>
    </w:p>
    <w:p>
      <w:pPr>
        <w:jc w:val="right"/>
      </w:pPr>
      <w:r>
        <w:t>ایک دشمن کی ایک فوج آ رہی ہے حملہ کرنے کے لیے۔</w:t>
      </w:r>
    </w:p>
    <w:p>
      <w:r>
        <w:rPr>
          <w:b/>
        </w:rPr>
        <w:t xml:space="preserve">[15:28] </w:t>
      </w:r>
      <w:r>
        <w:t>to unhone kaha ke Saria jabal ko dekho, pahad ko dekho, ya sari aljabal to logon ko</w:t>
      </w:r>
    </w:p>
    <w:p>
      <w:pPr>
        <w:jc w:val="right"/>
      </w:pPr>
      <w:r>
        <w:t>تو انہوں نے کہا کہ ساریہ جبل کو دیکھو، پہاڑ کو دیکھو، يا ساري الجبل تو لوگوں کو</w:t>
      </w:r>
    </w:p>
    <w:p>
      <w:r>
        <w:rPr>
          <w:b/>
        </w:rPr>
        <w:t xml:space="preserve">[15:35] </w:t>
      </w:r>
      <w:r>
        <w:t>bahut hairani hui ke yeh kya baat hai.</w:t>
      </w:r>
    </w:p>
    <w:p>
      <w:pPr>
        <w:jc w:val="right"/>
      </w:pPr>
      <w:r>
        <w:t>بہت حیرانی ہوئی کہ یہ کیا بات ہے۔</w:t>
      </w:r>
    </w:p>
    <w:p>
      <w:r>
        <w:rPr>
          <w:b/>
        </w:rPr>
        <w:t xml:space="preserve">[15:42] </w:t>
      </w:r>
      <w:r>
        <w:t>to unhone kaha ke aisa mujhe laga tha, tum ne bol diya.</w:t>
      </w:r>
    </w:p>
    <w:p>
      <w:pPr>
        <w:jc w:val="right"/>
      </w:pPr>
      <w:r>
        <w:t>تو انہوں نے کہا کہ ایسا مجھے لگا تھا، تم نے بول دیا۔</w:t>
      </w:r>
    </w:p>
    <w:p>
      <w:r>
        <w:rPr>
          <w:b/>
        </w:rPr>
        <w:t xml:space="preserve">[15:50] </w:t>
      </w:r>
      <w:r>
        <w:t>to mein sochta hoon ke Madina aur woh maqam jahan ladai ho rahi thi, is mein ek hazar</w:t>
      </w:r>
    </w:p>
    <w:p>
      <w:pPr>
        <w:jc w:val="right"/>
      </w:pPr>
      <w:r>
        <w:t>تو میں سوچتا ہوں کہ مدینہ اور وہ مقام جہاں لڑائی ہو رہی تھی، اس میں ایک ہزار</w:t>
      </w:r>
    </w:p>
    <w:p>
      <w:r>
        <w:rPr>
          <w:b/>
        </w:rPr>
        <w:t xml:space="preserve">[15:57] </w:t>
      </w:r>
      <w:r>
        <w:t>mile ka fasla tha, ek hazar mile.</w:t>
      </w:r>
    </w:p>
    <w:p>
      <w:pPr>
        <w:jc w:val="right"/>
      </w:pPr>
      <w:r>
        <w:t>میل کا فاصلہ تھا، ایک ہزار میل۔</w:t>
      </w:r>
    </w:p>
    <w:p>
      <w:r>
        <w:rPr>
          <w:b/>
        </w:rPr>
        <w:t xml:space="preserve">[16:04] </w:t>
      </w:r>
      <w:r>
        <w:t>aur aaj jo khalid karamuddin sahib ne hamari awaz suni, to hamare aur un ke darmiyan bes</w:t>
      </w:r>
    </w:p>
    <w:p>
      <w:pPr>
        <w:jc w:val="right"/>
      </w:pPr>
      <w:r>
        <w:t>اور آج جو خالد کرم الدین صاحب نے ہماری آواز سنی، تو ہمارے اور ان کے درمیان بیس</w:t>
      </w:r>
    </w:p>
    <w:p>
      <w:r>
        <w:rPr>
          <w:b/>
        </w:rPr>
        <w:t xml:space="preserve">[16:12] </w:t>
      </w:r>
      <w:r>
        <w:t>hazaar meil ka fasila hai, bes hazaar meil ka fasila hai.</w:t>
      </w:r>
    </w:p>
    <w:p>
      <w:pPr>
        <w:jc w:val="right"/>
      </w:pPr>
      <w:r>
        <w:t>ہزار میل کا فاصلہ ہے، بیس ہزار میل کا فاصلہ ہے۔</w:t>
      </w:r>
    </w:p>
    <w:p>
      <w:r>
        <w:rPr>
          <w:b/>
        </w:rPr>
        <w:t xml:space="preserve">[16:19] </w:t>
      </w:r>
      <w:r>
        <w:t>wahan to sirf ek jumla suna tha sariya ne, yahan poori taqreer suni khalid karamuddin sahib ne.</w:t>
      </w:r>
    </w:p>
    <w:p>
      <w:pPr>
        <w:jc w:val="right"/>
      </w:pPr>
      <w:r>
        <w:t>وہاں تو صرف ایک جملہ سنا تھا ساریہ نے، یہاں پوری تقریر سنی خالد کرم الدین صاحب نے۔</w:t>
      </w:r>
    </w:p>
    <w:p>
      <w:r>
        <w:rPr>
          <w:b/>
        </w:rPr>
        <w:t xml:space="preserve">[16:26] </w:t>
      </w:r>
      <w:r>
        <w:t>is ka matlab kya hai? Allah ne sari sooraton ko areel kiya, sailab bandh diya, sailab, sailab.</w:t>
      </w:r>
    </w:p>
    <w:p>
      <w:pPr>
        <w:jc w:val="right"/>
      </w:pPr>
      <w:r>
        <w:t>اس کا مطلب کیا ہے؟ اللہ نے ساری صورتوں کو اڑیل کیا، سیلاب باندھ دیا، سیلاب، سیلاب۔</w:t>
      </w:r>
    </w:p>
    <w:p>
      <w:r>
        <w:rPr>
          <w:b/>
        </w:rPr>
        <w:t xml:space="preserve">[16:33] </w:t>
      </w:r>
      <w:r>
        <w:t>yeh sooraton ka infijar ka zamana hai, yani explosion of of of facilities.</w:t>
      </w:r>
    </w:p>
    <w:p>
      <w:pPr>
        <w:jc w:val="right"/>
      </w:pPr>
      <w:r>
        <w:t>یہ صورتوں کا انفجار کا زمانہ ہے، یعنی ایکسپلوژن آف آف آف فیسلیٹیز۔</w:t>
      </w:r>
    </w:p>
    <w:p>
      <w:r>
        <w:rPr>
          <w:b/>
        </w:rPr>
        <w:t xml:space="preserve">[16:41] </w:t>
      </w:r>
      <w:r>
        <w:t>yeh daur jo hai, explosion of facilities ka zamana hai.</w:t>
      </w:r>
    </w:p>
    <w:p>
      <w:pPr>
        <w:jc w:val="right"/>
      </w:pPr>
      <w:r>
        <w:t>یہ دور جو ہے، ایکسپلوژن آف فیسلیٹیز کا زمانہ ہے۔</w:t>
      </w:r>
    </w:p>
    <w:p>
      <w:r>
        <w:rPr>
          <w:b/>
        </w:rPr>
        <w:t xml:space="preserve">[16:48] </w:t>
      </w:r>
      <w:r>
        <w:t>lekin hamare sare log kya woh jante rahe ke yeh dushman islam zamana hai? Islam ke khilaf sazishain</w:t>
      </w:r>
    </w:p>
    <w:p>
      <w:pPr>
        <w:jc w:val="right"/>
      </w:pPr>
      <w:r>
        <w:t>لیکن ہمارے سارے لوگ کیا وہ جانتے رہے کہ یہ دشمن اسلام زمانہ ہے؟ اسلام کے خلاف سازشیں</w:t>
      </w:r>
    </w:p>
    <w:p>
      <w:r>
        <w:rPr>
          <w:b/>
        </w:rPr>
        <w:t xml:space="preserve">[16:55] </w:t>
      </w:r>
      <w:r>
        <w:t>ho rahi hain.</w:t>
      </w:r>
    </w:p>
    <w:p>
      <w:pPr>
        <w:jc w:val="right"/>
      </w:pPr>
      <w:r>
        <w:t>ہو رہی ہیں۔</w:t>
      </w:r>
    </w:p>
    <w:p>
      <w:r>
        <w:rPr>
          <w:b/>
        </w:rPr>
        <w:t xml:space="preserve">[17:03] </w:t>
      </w:r>
      <w:r>
        <w:t>jis ko dekhen, jis musalman ko dekhen, negative boli bolta hai, us ko khabar hi nahi ke yeh</w:t>
      </w:r>
    </w:p>
    <w:p>
      <w:pPr>
        <w:jc w:val="right"/>
      </w:pPr>
      <w:r>
        <w:t>جس کو دیکھیں، جس مسلمان کو دیکھیں، نیگیٹیو بولی بولتا ہے، اس کو خبر ہی نہیں کہ یہ</w:t>
      </w:r>
    </w:p>
    <w:p>
      <w:r>
        <w:rPr>
          <w:b/>
        </w:rPr>
        <w:t xml:space="preserve">[17:10] </w:t>
      </w:r>
      <w:r>
        <w:t>zamana islam ki sooraton le kar aya hai.</w:t>
      </w:r>
    </w:p>
    <w:p>
      <w:pPr>
        <w:jc w:val="right"/>
      </w:pPr>
      <w:r>
        <w:t>زمانہ اسلام کی صورتوں لے کر آیا ہے۔</w:t>
      </w:r>
    </w:p>
    <w:p>
      <w:r>
        <w:rPr>
          <w:b/>
        </w:rPr>
        <w:t xml:space="preserve">[17:17] </w:t>
      </w:r>
      <w:r>
        <w:t>sooraten, yeh zamana explosion of facilities ka zamana hai.</w:t>
      </w:r>
    </w:p>
    <w:p>
      <w:pPr>
        <w:jc w:val="right"/>
      </w:pPr>
      <w:r>
        <w:t>صورتیں، یہ زمانہ ایکسپلوژن آف فیسلیٹیز کا زمانہ ہے۔</w:t>
      </w:r>
    </w:p>
    <w:p>
      <w:r>
        <w:rPr>
          <w:b/>
        </w:rPr>
        <w:t xml:space="preserve">[17:25] </w:t>
      </w:r>
      <w:r>
        <w:t>to Allah taala ko shayad meri diwangi par reham aya, us ne bator human face ke mujhe le liya.</w:t>
      </w:r>
    </w:p>
    <w:p>
      <w:pPr>
        <w:jc w:val="right"/>
      </w:pPr>
      <w:r>
        <w:t>تو اللہ تعالیٰ کو شاید میری دیوانگی پر رحم آیا، اس نے بطور ہیومن فیس کے مجھے لے لیا۔</w:t>
      </w:r>
    </w:p>
    <w:p>
      <w:r>
        <w:rPr>
          <w:b/>
        </w:rPr>
        <w:t xml:space="preserve">[17:32] </w:t>
      </w:r>
      <w:r>
        <w:t>aur farishton se kaha ke lag jao, is kaam ko aage barhao.</w:t>
      </w:r>
    </w:p>
    <w:p>
      <w:pPr>
        <w:jc w:val="right"/>
      </w:pPr>
      <w:r>
        <w:t>اور فرشتوں سے کہا کہ لگ جاؤ، اس کام کو آگے بڑھاؤ۔</w:t>
      </w:r>
    </w:p>
    <w:p>
      <w:r>
        <w:rPr>
          <w:b/>
        </w:rPr>
        <w:t xml:space="preserve">[17:39] </w:t>
      </w:r>
      <w:r>
        <w:t>aap sab log jo yahan hain, mujhe yaqeen hai ke aap sab log farishte aap ko le aaye</w:t>
      </w:r>
    </w:p>
    <w:p>
      <w:pPr>
        <w:jc w:val="right"/>
      </w:pPr>
      <w:r>
        <w:t>آپ سب لوگ جو یہاں ہیں، مجھے یقین ہے کہ آپ سب لوگ فرشتے آپ کو لے آئے</w:t>
      </w:r>
    </w:p>
    <w:p>
      <w:r>
        <w:rPr>
          <w:b/>
        </w:rPr>
        <w:t xml:space="preserve">[17:47] </w:t>
      </w:r>
      <w:r>
        <w:t>hain, yahan par warna koi taqat yahan aap ko nahi la sakti thi.</w:t>
      </w:r>
    </w:p>
    <w:p>
      <w:pPr>
        <w:jc w:val="right"/>
      </w:pPr>
      <w:r>
        <w:t>ہیں، یہاں پر ورنہ کوئی طاقت یہاں آپ کو نہیں لا سکتی تھی۔</w:t>
      </w:r>
    </w:p>
    <w:p>
      <w:r>
        <w:rPr>
          <w:b/>
        </w:rPr>
        <w:t xml:space="preserve">[17:54] </w:t>
      </w:r>
      <w:r>
        <w:t>kyun ke zamane mein kya hai? Qaumi idaron ke pehlu is daur pe hain, qaumi idara aur dushman ke</w:t>
      </w:r>
    </w:p>
    <w:p>
      <w:pPr>
        <w:jc w:val="right"/>
      </w:pPr>
      <w:r>
        <w:t>کیونکہ زمانے میں کیا ہے؟ قومی اداروں کے پہلو اس دور پہ ہیں، قومی ادارہ اور دشمن کے</w:t>
      </w:r>
    </w:p>
    <w:p>
      <w:r>
        <w:rPr>
          <w:b/>
        </w:rPr>
        <w:t xml:space="preserve">[18:01] </w:t>
      </w:r>
      <w:r>
        <w:t>khilaf hangame, us ke khilaf aisa hangama hota hai to bheer lagate hain wahan par.</w:t>
      </w:r>
    </w:p>
    <w:p>
      <w:pPr>
        <w:jc w:val="right"/>
      </w:pPr>
      <w:r>
        <w:t>خلاف ہنگامے، اس کے خلاف ایسا ہنگامہ ہوتا ہے تو بھیڑ لگاتے ہیں وہاں پر۔</w:t>
      </w:r>
    </w:p>
    <w:p>
      <w:r>
        <w:rPr>
          <w:b/>
        </w:rPr>
        <w:t xml:space="preserve">[18:09] </w:t>
      </w:r>
      <w:r>
        <w:t>yahan par jo khushk aamil phir kaun aata hai? To dekhiye, is mein ek bohat bari hope hai.</w:t>
      </w:r>
    </w:p>
    <w:p>
      <w:pPr>
        <w:jc w:val="right"/>
      </w:pPr>
      <w:r>
        <w:t>یہاں پر جو خشک عامل پھر کون آتا ہے؟ تو دیکھیے، اس میں ایک بہت بڑی ہوپ ہے۔</w:t>
      </w:r>
    </w:p>
    <w:p>
      <w:r>
        <w:rPr>
          <w:b/>
        </w:rPr>
        <w:t xml:space="preserve">[18:16] </w:t>
      </w:r>
      <w:r>
        <w:t>zero se kaam shuru hua tha, ab yahan tak pahuncha hai.</w:t>
      </w:r>
    </w:p>
    <w:p>
      <w:pPr>
        <w:jc w:val="right"/>
      </w:pPr>
      <w:r>
        <w:t>زیرو سے کام شروع ہوا تھا، اب یہاں تک پہنچا ہے۔</w:t>
      </w:r>
    </w:p>
    <w:p>
      <w:r>
        <w:rPr>
          <w:b/>
        </w:rPr>
        <w:t xml:space="preserve">[18:23] </w:t>
      </w:r>
      <w:r>
        <w:t>to kya aap samajhte hain ke Allah taala aap ko beech mein chhod dega? Aisa ho sakta hai.</w:t>
      </w:r>
    </w:p>
    <w:p>
      <w:pPr>
        <w:jc w:val="right"/>
      </w:pPr>
      <w:r>
        <w:t>تو کیا آپ سمجھتے ہیں کہ اللہ تعالیٰ آپ کو بیچ میں چھوڑ دے گا؟ ایسا ہو سکتا ہے۔</w:t>
      </w:r>
    </w:p>
    <w:p>
      <w:r>
        <w:rPr>
          <w:b/>
        </w:rPr>
        <w:t xml:space="preserve">[18:31] </w:t>
      </w:r>
      <w:r>
        <w:t>aap sochiye ke ek aadmi siri ghar mein aap se kehta hai ke mujhe bhi chalna hai, aur</w:t>
      </w:r>
    </w:p>
    <w:p>
      <w:pPr>
        <w:jc w:val="right"/>
      </w:pPr>
      <w:r>
        <w:t>آپ سوچیے کہ ایک آدمی سری گھر میں آپ سے کہتا ہے کہ مجھے بھی چلنا ہے، اور</w:t>
      </w:r>
    </w:p>
    <w:p>
      <w:r>
        <w:rPr>
          <w:b/>
        </w:rPr>
        <w:t xml:space="preserve">[18:38] </w:t>
      </w:r>
      <w:r>
        <w:t>aap kehte hain ke chalo hum tum ko le chalte hain.</w:t>
      </w:r>
    </w:p>
    <w:p>
      <w:pPr>
        <w:jc w:val="right"/>
      </w:pPr>
      <w:r>
        <w:t>آپ کہتے ہیں کہ چلو ہم تم کو لے چلتے ہیں۔</w:t>
      </w:r>
    </w:p>
    <w:p>
      <w:r>
        <w:rPr>
          <w:b/>
        </w:rPr>
        <w:t xml:space="preserve">[18:45] </w:t>
      </w:r>
      <w:r>
        <w:t>to kya aap us ko beech mein chhod dete hain? Aisa aap kar sakte hain? Ek sharif insan</w:t>
      </w:r>
    </w:p>
    <w:p>
      <w:pPr>
        <w:jc w:val="right"/>
      </w:pPr>
      <w:r>
        <w:t>تو کیا آپ اس کو بیچ میں چھوڑ دیتے ہیں؟ ایسا آپ کر سکتے ہیں؟ ایک شریف انسان</w:t>
      </w:r>
    </w:p>
    <w:p>
      <w:r>
        <w:rPr>
          <w:b/>
        </w:rPr>
        <w:t xml:space="preserve">[18:53] </w:t>
      </w:r>
      <w:r>
        <w:t>aisa nahi kar sakta ke beech mein kisi ko chhod de.</w:t>
      </w:r>
    </w:p>
    <w:p>
      <w:pPr>
        <w:jc w:val="right"/>
      </w:pPr>
      <w:r>
        <w:t>ایسا نہیں کر سکتا کہ بیچ میں کسی کو چھوڑ دے۔</w:t>
      </w:r>
    </w:p>
    <w:p>
      <w:r>
        <w:rPr>
          <w:b/>
        </w:rPr>
        <w:t xml:space="preserve">[19:00] </w:t>
      </w:r>
      <w:r>
        <w:t>kya ek blood mein aisa karega? Aap ghor kijiye, ek sharif islah, ek sharif insan aisa nahi</w:t>
      </w:r>
    </w:p>
    <w:p>
      <w:pPr>
        <w:jc w:val="right"/>
      </w:pPr>
      <w:r>
        <w:t>کیا ایک بلاڈ میں ایسا کرے گا؟ آپ غور کیجیے، ایک شریف اصلاح، ایک شریف انسان ایسا نہیں</w:t>
      </w:r>
    </w:p>
    <w:p>
      <w:r>
        <w:rPr>
          <w:b/>
        </w:rPr>
        <w:t xml:space="preserve">[19:07] </w:t>
      </w:r>
      <w:r>
        <w:t>kar sakta ke beech mein chhod de.</w:t>
      </w:r>
    </w:p>
    <w:p>
      <w:pPr>
        <w:jc w:val="right"/>
      </w:pPr>
      <w:r>
        <w:t>کر سکتا کہ بیچ میں چھوڑ دے۔</w:t>
      </w:r>
    </w:p>
    <w:p>
      <w:r>
        <w:rPr>
          <w:b/>
        </w:rPr>
        <w:t xml:space="preserve">[19:14] </w:t>
      </w:r>
      <w:r>
        <w:t>ek baap aisa nahi kar sakta ke beech mein apne bete ko chhod de.</w:t>
      </w:r>
    </w:p>
    <w:p>
      <w:pPr>
        <w:jc w:val="right"/>
      </w:pPr>
      <w:r>
        <w:t>ایک باپ ایسا نہیں کر سکتا کہ بیچ میں اپنے بیٹے کو چھوڑ دے۔</w:t>
      </w:r>
    </w:p>
    <w:p>
      <w:r>
        <w:rPr>
          <w:b/>
        </w:rPr>
        <w:t xml:space="preserve">[19:22] </w:t>
      </w:r>
      <w:r>
        <w:t>to yeh kaam zero se shuru hua, zero se.</w:t>
      </w:r>
    </w:p>
    <w:p>
      <w:pPr>
        <w:jc w:val="right"/>
      </w:pPr>
      <w:r>
        <w:t>تو یہ کام زیرو سے شروع ہوا، زیرو سے۔</w:t>
      </w:r>
    </w:p>
    <w:p>
      <w:r>
        <w:rPr>
          <w:b/>
        </w:rPr>
        <w:t xml:space="preserve">[19:29] </w:t>
      </w:r>
      <w:r>
        <w:t>aaj itna phaila hua hai yeh kaam, na sirf india mein balki duniya ke mukhtalif hisson mein.</w:t>
      </w:r>
    </w:p>
    <w:p>
      <w:pPr>
        <w:jc w:val="right"/>
      </w:pPr>
      <w:r>
        <w:t>آج اتنا پھیلا ہوا ہے یہ کام، نہ صرف انڈیا میں بلکہ دنیا کے مختلف حصوں میں۔</w:t>
      </w:r>
    </w:p>
    <w:p>
      <w:r>
        <w:rPr>
          <w:b/>
        </w:rPr>
        <w:t xml:space="preserve">[19:36] </w:t>
      </w:r>
      <w:r>
        <w:t>to dekhiye, yeh bilkul impossible hai, impossible ke Allah taala aap ko beech mein chhod de.</w:t>
      </w:r>
    </w:p>
    <w:p>
      <w:pPr>
        <w:jc w:val="right"/>
      </w:pPr>
      <w:r>
        <w:t>تو دیکھیے، یہ بالکل امپاسیبل ہے، امپاسیبل کہ اللہ تعالیٰ آپ کو بیچ میں چھوڑ دے۔</w:t>
      </w:r>
    </w:p>
    <w:p>
      <w:r>
        <w:rPr>
          <w:b/>
        </w:rPr>
        <w:t xml:space="preserve">[19:44] </w:t>
      </w:r>
      <w:r>
        <w:t>to yaqeenan yeh kaam badhega, yeh kaam badhega, yeh kaam badhega, yahan tak ke is</w:t>
      </w:r>
    </w:p>
    <w:p>
      <w:pPr>
        <w:jc w:val="right"/>
      </w:pPr>
      <w:r>
        <w:t>تو یقیناً یہ کام بڑھے گا، یہ کام بڑھے گا، یہ کام بڑھے گا، یہاں تک کہ اس</w:t>
      </w:r>
    </w:p>
    <w:p>
      <w:r>
        <w:rPr>
          <w:b/>
        </w:rPr>
        <w:t xml:space="preserve">[19:51] </w:t>
      </w:r>
      <w:r>
        <w:t>ka nishana poora ho jaye.</w:t>
      </w:r>
    </w:p>
    <w:p>
      <w:pPr>
        <w:jc w:val="right"/>
      </w:pPr>
      <w:r>
        <w:t>کا نشانہ پورا ہو جائے۔</w:t>
      </w:r>
    </w:p>
    <w:p>
      <w:r>
        <w:rPr>
          <w:b/>
        </w:rPr>
        <w:t xml:space="preserve">[19:58] </w:t>
      </w:r>
      <w:r>
        <w:t>yahan dekhiye, yeh hamara nishana koi nazamat ko qaim karna nahi hai, koi duniya mein hukoomat elahiya qaim</w:t>
      </w:r>
    </w:p>
    <w:p>
      <w:pPr>
        <w:jc w:val="right"/>
      </w:pPr>
      <w:r>
        <w:t>یہاں دیکھیے، یہ ہمارا نشانہ کوئی نظامات کو قائم کرنا نہیں ہے، کوئی دنیا میں حکومت الہیہ قائم</w:t>
      </w:r>
    </w:p>
    <w:p>
      <w:r>
        <w:rPr>
          <w:b/>
        </w:rPr>
        <w:t xml:space="preserve">[20:06] </w:t>
      </w:r>
      <w:r>
        <w:t>karna nahi hai.</w:t>
      </w:r>
    </w:p>
    <w:p>
      <w:pPr>
        <w:jc w:val="right"/>
      </w:pPr>
      <w:r>
        <w:t>کرنا نہیں ہے۔</w:t>
      </w:r>
    </w:p>
    <w:p>
      <w:r>
        <w:rPr>
          <w:b/>
        </w:rPr>
        <w:t xml:space="preserve">[20:13] </w:t>
      </w:r>
      <w:r>
        <w:t>yeh sab khud sakhta nishaniyan hain, logon ne khud se bana di hain.</w:t>
      </w:r>
    </w:p>
    <w:p>
      <w:pPr>
        <w:jc w:val="right"/>
      </w:pPr>
      <w:r>
        <w:t>یہ سب خود ساختہ نشانیاں ہیں، لوگوں نے خود سے بنا دی ہیں۔</w:t>
      </w:r>
    </w:p>
    <w:p>
      <w:r>
        <w:rPr>
          <w:b/>
        </w:rPr>
        <w:t xml:space="preserve">[20:20] </w:t>
      </w:r>
      <w:r>
        <w:t>nishaniyan, yeh nishana peghambar ka hota hi nahi hai.</w:t>
      </w:r>
    </w:p>
    <w:p>
      <w:pPr>
        <w:jc w:val="right"/>
      </w:pPr>
      <w:r>
        <w:t>نشانیاں، یہ نشانہ پیغمبر کا ہوتا ہی نہیں ہے۔</w:t>
      </w:r>
    </w:p>
    <w:p>
      <w:r>
        <w:rPr>
          <w:b/>
        </w:rPr>
        <w:t xml:space="preserve">[20:28] </w:t>
      </w:r>
      <w:r>
        <w:t>peghambar ka nishana hota hai duniya ko Allah ke, duniya Allah ke masjid ko pahuncha dena.</w:t>
      </w:r>
    </w:p>
    <w:p>
      <w:pPr>
        <w:jc w:val="right"/>
      </w:pPr>
      <w:r>
        <w:t>پیغمبر کا نشانہ ہوتا ہے دنیا کو اللہ کے، دنیا اللہ کے مسجد کو پہنچا دینا۔</w:t>
      </w:r>
    </w:p>
    <w:p>
      <w:r>
        <w:rPr>
          <w:b/>
        </w:rPr>
        <w:t xml:space="preserve">[20:35] </w:t>
      </w:r>
      <w:r>
        <w:t>abligh sare Quran mein aap padh sakte hain ke peghambar ka ishara hota hai ke woh sare insanon</w:t>
      </w:r>
    </w:p>
    <w:p>
      <w:pPr>
        <w:jc w:val="right"/>
      </w:pPr>
      <w:r>
        <w:t>ابلاغ سارے قرآن میں آپ پڑھ سکتے ہیں کہ پیغمبر کا اشارہ ہوتا ہے کہ وہ سارے انسانوں</w:t>
      </w:r>
    </w:p>
    <w:p>
      <w:r>
        <w:rPr>
          <w:b/>
        </w:rPr>
        <w:t xml:space="preserve">[20:42] </w:t>
      </w:r>
      <w:r>
        <w:t>tak Allah ka paigham pahuncha de taake koi, koi, koi bekhabar na rahe.</w:t>
      </w:r>
    </w:p>
    <w:p>
      <w:pPr>
        <w:jc w:val="right"/>
      </w:pPr>
      <w:r>
        <w:t>تک اللہ کا پیغام پہنچا دے تاکہ کوئی، کوئی، کوئی بے خبر نہ رہے۔</w:t>
      </w:r>
    </w:p>
    <w:p>
      <w:r>
        <w:rPr>
          <w:b/>
        </w:rPr>
        <w:t xml:space="preserve">[20:50] </w:t>
      </w:r>
      <w:r>
        <w:t>koi yeh na keh sake ke aaj sach mein Khuda ne tujhe paida kiya, ummat bekhabari mein</w:t>
      </w:r>
    </w:p>
    <w:p>
      <w:pPr>
        <w:jc w:val="right"/>
      </w:pPr>
      <w:r>
        <w:t>کوئی یہ نہ کہہ سکے کہ آج سچ میں خدا نے تجھے پیدا کیا، امت بے خبری میں</w:t>
      </w:r>
    </w:p>
    <w:p>
      <w:r>
        <w:rPr>
          <w:b/>
        </w:rPr>
        <w:t xml:space="preserve">[20:57] </w:t>
      </w:r>
      <w:r>
        <w:t>gaya, bekhabari mein mar gaya, ab to mujhe kis baat ki saza dega? to dawat mission</w:t>
      </w:r>
    </w:p>
    <w:p>
      <w:pPr>
        <w:jc w:val="right"/>
      </w:pPr>
      <w:r>
        <w:t>گیا، بے خبری میں مر گیا، اب تو مجھے کس بات کی سزا دے گا؟ تو دعوت مشن</w:t>
      </w:r>
    </w:p>
    <w:p>
      <w:r>
        <w:rPr>
          <w:b/>
        </w:rPr>
        <w:t xml:space="preserve">[21:04] </w:t>
      </w:r>
      <w:r>
        <w:t>hota hai is liye ke aap logon ki bekhabari ko toden, logon ko ghaflat se nikalein taake</w:t>
      </w:r>
    </w:p>
    <w:p>
      <w:pPr>
        <w:jc w:val="right"/>
      </w:pPr>
      <w:r>
        <w:t>ہوتا ہے اس لیے کہ آپ لوگوں کی بے خبری کو توڑیں، لوگوں کو غفلت سے نکالیں تاکہ</w:t>
      </w:r>
    </w:p>
    <w:p>
      <w:r>
        <w:rPr>
          <w:b/>
        </w:rPr>
        <w:t xml:space="preserve">[21:12] </w:t>
      </w:r>
      <w:r>
        <w:t>aakhirat mein koi yeh na keh sake ke hum bekhabar the.</w:t>
      </w:r>
    </w:p>
    <w:p>
      <w:pPr>
        <w:jc w:val="right"/>
      </w:pPr>
      <w:r>
        <w:t>آخرت میں کوئی یہ نہ کہہ سکے کہ ہم بے خبر تھے۔</w:t>
      </w:r>
    </w:p>
    <w:p>
      <w:r>
        <w:rPr>
          <w:b/>
        </w:rPr>
        <w:t xml:space="preserve">[21:19] </w:t>
      </w:r>
      <w:r>
        <w:t>to yeh ishara poora ho kar rahega, na hum kahein ke poora na ho.</w:t>
      </w:r>
    </w:p>
    <w:p>
      <w:pPr>
        <w:jc w:val="right"/>
      </w:pPr>
      <w:r>
        <w:t>تو یہ اشارہ پورا ہو کر رہے گا، نہ ہم کہیں کہ پورا نہ ہو۔</w:t>
      </w:r>
    </w:p>
    <w:p>
      <w:r>
        <w:rPr>
          <w:b/>
        </w:rPr>
        <w:t xml:space="preserve">[21:26] </w:t>
      </w:r>
      <w:r>
        <w:t>humein koi, humein koi system wala, system wala goal nahi hai ke koi adl ka nizam qaim karna,</w:t>
      </w:r>
    </w:p>
    <w:p>
      <w:pPr>
        <w:jc w:val="right"/>
      </w:pPr>
      <w:r>
        <w:t>ہمیں کوئی، ہمیں کوئی سسٹم والا، سسٹم والا گول نہیں ہے کہ کوئی عدل کا نظام قائم کرنا،</w:t>
      </w:r>
    </w:p>
    <w:p>
      <w:r>
        <w:rPr>
          <w:b/>
        </w:rPr>
        <w:t xml:space="preserve">[21:34] </w:t>
      </w:r>
      <w:r>
        <w:t>hukoomat elahiya qaim karna, almi inqalab barpa karna, yeh sab khud sakhta nishaniyan hain.</w:t>
      </w:r>
    </w:p>
    <w:p>
      <w:pPr>
        <w:jc w:val="right"/>
      </w:pPr>
      <w:r>
        <w:t>حکومت الہیہ قائم کرنا، عالمی انقلاب برپا کرنا، یہ سب خود ساختہ نشانیاں ہیں۔</w:t>
      </w:r>
    </w:p>
    <w:p>
      <w:r>
        <w:rPr>
          <w:b/>
        </w:rPr>
        <w:t xml:space="preserve">[21:41] </w:t>
      </w:r>
      <w:r>
        <w:t>Allah aur Rasool ne aisa nishana hum ko nahi diya hai.</w:t>
      </w:r>
    </w:p>
    <w:p>
      <w:pPr>
        <w:jc w:val="right"/>
      </w:pPr>
      <w:r>
        <w:t>اللہ اور رسول نے ایسا نشانہ ہم کو نہیں دیا ہے۔</w:t>
      </w:r>
    </w:p>
    <w:p>
      <w:r>
        <w:rPr>
          <w:b/>
        </w:rPr>
        <w:t xml:space="preserve">[21:48] </w:t>
      </w:r>
      <w:r>
        <w:t>jo Allah ne nishana diya hai, woh nishana kya hai? ke koi insan aisa na ho zameen par</w:t>
      </w:r>
    </w:p>
    <w:p>
      <w:pPr>
        <w:jc w:val="right"/>
      </w:pPr>
      <w:r>
        <w:t>جو اللہ نے نشانہ دیا ہے، وہ نشانہ کیا ہے؟ کہ کوئی انسان ایسا نہ ہو زمین پر</w:t>
      </w:r>
    </w:p>
    <w:p>
      <w:r>
        <w:rPr>
          <w:b/>
        </w:rPr>
        <w:t xml:space="preserve">[21:55] </w:t>
      </w:r>
      <w:r>
        <w:t>جو اس سے بے خبر رہے کہ what was the creation plan of God.</w:t>
      </w:r>
    </w:p>
    <w:p>
      <w:pPr>
        <w:jc w:val="right"/>
      </w:pPr>
      <w:r>
        <w:t>جو اس سے بے خبر رہے کہ واٹ واز دا کریشن پلان آف گاڈ۔</w:t>
      </w:r>
    </w:p>
    <w:p>
      <w:r>
        <w:rPr>
          <w:b/>
        </w:rPr>
        <w:t xml:space="preserve">[22:03] </w:t>
      </w:r>
      <w:r>
        <w:t>yeh nishana isi silsile mein mein keh raha hoon ke yeh nishana poora ho kar rahega, poora</w:t>
      </w:r>
    </w:p>
    <w:p>
      <w:pPr>
        <w:jc w:val="right"/>
      </w:pPr>
      <w:r>
        <w:t>یہ نشانہ اسی سلسلے میں میں کہہ رہا ہوں کہ یہ نشانہ پورا ہو کر رہے گا، پورا</w:t>
      </w:r>
    </w:p>
    <w:p>
      <w:r>
        <w:rPr>
          <w:b/>
        </w:rPr>
        <w:t xml:space="preserve">[22:10] </w:t>
      </w:r>
      <w:r>
        <w:t>ho kar rahega, poora ho kar rahega.</w:t>
      </w:r>
    </w:p>
    <w:p>
      <w:pPr>
        <w:jc w:val="right"/>
      </w:pPr>
      <w:r>
        <w:t>ہو کر رہے گا، پورا ہو کر رہے گا۔</w:t>
      </w:r>
    </w:p>
    <w:p>
      <w:r>
        <w:rPr>
          <w:b/>
        </w:rPr>
        <w:t xml:space="preserve">[22:17] </w:t>
      </w:r>
      <w:r>
        <w:t>aap log jo yahan aaye hain, to ittefaq se nahi aa gaye hain.</w:t>
      </w:r>
    </w:p>
    <w:p>
      <w:pPr>
        <w:jc w:val="right"/>
      </w:pPr>
      <w:r>
        <w:t>آپ لوگ جو یہاں آئے ہیں، تو اتفاق سے نہیں آگئے ہیں۔</w:t>
      </w:r>
    </w:p>
    <w:p>
      <w:r>
        <w:rPr>
          <w:b/>
        </w:rPr>
        <w:t xml:space="preserve">[22:25] </w:t>
      </w:r>
      <w:r>
        <w:t>yeh Allah aap ko yahan laya hai, Allah ke farishtay aap ko yahan laye hain.</w:t>
      </w:r>
    </w:p>
    <w:p>
      <w:pPr>
        <w:jc w:val="right"/>
      </w:pPr>
      <w:r>
        <w:t>یہ اللہ آپ کو یہاں لایا ہے، اللہ کے فرشتے آپ کو یہاں لائے ہیں۔</w:t>
      </w:r>
    </w:p>
    <w:p>
      <w:r>
        <w:rPr>
          <w:b/>
        </w:rPr>
        <w:t xml:space="preserve">[22:32] </w:t>
      </w:r>
      <w:r>
        <w:t>to yeh farishtay aap ko is waqt tak sath dete rahenge jab tak yeh nishana poora na</w:t>
      </w:r>
    </w:p>
    <w:p>
      <w:pPr>
        <w:jc w:val="right"/>
      </w:pPr>
      <w:r>
        <w:t>تو یہ فرشتے آپ کو اس وقت تک ساتھ دیتے رہیں گے جب تک یہ نشانہ پورا نہ</w:t>
      </w:r>
    </w:p>
    <w:p>
      <w:r>
        <w:rPr>
          <w:b/>
        </w:rPr>
        <w:t xml:space="preserve">[22:39] </w:t>
      </w:r>
      <w:r>
        <w:t>ho jaye, sari duniya ke tamam insanon tak Allah ka paigham na pohanchay.</w:t>
      </w:r>
    </w:p>
    <w:p>
      <w:pPr>
        <w:jc w:val="right"/>
      </w:pPr>
      <w:r>
        <w:t>ہو جائے، ساری دنیا کے تمام انسانوں تک اللہ کا پیغام نہ پہنچ جائے۔</w:t>
      </w:r>
    </w:p>
    <w:p>
      <w:r>
        <w:rPr>
          <w:b/>
        </w:rPr>
        <w:t xml:space="preserve">[22:47] </w:t>
      </w:r>
      <w:r>
        <w:t>yani Islam ke naam to sab sun chuke hain.</w:t>
      </w:r>
    </w:p>
    <w:p>
      <w:pPr>
        <w:jc w:val="right"/>
      </w:pPr>
      <w:r>
        <w:t>یعنی اسلام کے نام تو سب سن چکے ہیں۔</w:t>
      </w:r>
    </w:p>
    <w:p>
      <w:r>
        <w:rPr>
          <w:b/>
        </w:rPr>
        <w:t xml:space="preserve">[22:54] </w:t>
      </w:r>
      <w:r>
        <w:t>is daur mein koi aadmi aisa nahi hai jo Islam ka aur Quran ka naam na janta ho,</w:t>
      </w:r>
    </w:p>
    <w:p>
      <w:pPr>
        <w:jc w:val="right"/>
      </w:pPr>
      <w:r>
        <w:t>اس دور میں کوئی آدمی ایسا نہیں ہے جو اسلام کا اور قرآن کا نام نہ جانتا ہو،</w:t>
      </w:r>
    </w:p>
    <w:p>
      <w:r>
        <w:rPr>
          <w:b/>
        </w:rPr>
        <w:t xml:space="preserve">[23:01] </w:t>
      </w:r>
      <w:r>
        <w:t>lekin negative sense mein janta hai.</w:t>
      </w:r>
    </w:p>
    <w:p>
      <w:pPr>
        <w:jc w:val="right"/>
      </w:pPr>
      <w:r>
        <w:t>لیکن نیگیٹیو سینس میں جانتا ہے۔</w:t>
      </w:r>
    </w:p>
    <w:p>
      <w:r>
        <w:rPr>
          <w:b/>
        </w:rPr>
        <w:t xml:space="preserve">[23:09] </w:t>
      </w:r>
      <w:r>
        <w:t>musalmanon ne negative news di hai duniya ko ke Islam kya hai? woh version of violence hai.</w:t>
      </w:r>
    </w:p>
    <w:p>
      <w:pPr>
        <w:jc w:val="right"/>
      </w:pPr>
      <w:r>
        <w:t>مسلمانوں نے نیگیٹیو نیوز دی ہے دنیا کو کہ اسلام کیا ہے؟ وہ ورژن آف وائیلنس ہے۔</w:t>
      </w:r>
    </w:p>
    <w:p>
      <w:r>
        <w:rPr>
          <w:b/>
        </w:rPr>
        <w:t xml:space="preserve">[23:16] </w:t>
      </w:r>
      <w:r>
        <w:t>Quran kya hai? woh sikhata hai ke logon ko maar maar kar hukoomat qaim karo.</w:t>
      </w:r>
    </w:p>
    <w:p>
      <w:pPr>
        <w:jc w:val="right"/>
      </w:pPr>
      <w:r>
        <w:t>قرآن کیا ہے؟ وہ سکھاتا ہے کہ لوگوں کو مار مار کر حکومت قائم کرو۔</w:t>
      </w:r>
    </w:p>
    <w:p>
      <w:r>
        <w:rPr>
          <w:b/>
        </w:rPr>
        <w:t xml:space="preserve">[23:23] </w:t>
      </w:r>
      <w:r>
        <w:t>to aaj bhi yeh waqia ho chuka hai ke Islam aur Quran aur Muhammad yeh sab logon ke</w:t>
      </w:r>
    </w:p>
    <w:p>
      <w:pPr>
        <w:jc w:val="right"/>
      </w:pPr>
      <w:r>
        <w:t>تو آج بھی یہ واقعہ ہو چکا ہے کہ اسلام اور قرآن اور محمد یہ سب لوگوں کے</w:t>
      </w:r>
    </w:p>
    <w:p>
      <w:r>
        <w:rPr>
          <w:b/>
        </w:rPr>
        <w:t xml:space="preserve">[23:31] </w:t>
      </w:r>
      <w:r>
        <w:t>liye noon alfaaz hain, sab log jante hain, lekin negative sense mein.</w:t>
      </w:r>
    </w:p>
    <w:p>
      <w:pPr>
        <w:jc w:val="right"/>
      </w:pPr>
      <w:r>
        <w:t>لیے نون الفاظ ہیں، سب لوگ جانتے ہیں، لیکن نیگیٹیو سینس میں۔</w:t>
      </w:r>
    </w:p>
    <w:p>
      <w:r>
        <w:rPr>
          <w:b/>
        </w:rPr>
        <w:t xml:space="preserve">[23:38] </w:t>
      </w:r>
      <w:r>
        <w:t>aur is ki zimmedaar kaun hai? media nahi hai, har giz media nahi hai, is ki zimmedaar musalman hain.</w:t>
      </w:r>
    </w:p>
    <w:p>
      <w:pPr>
        <w:jc w:val="right"/>
      </w:pPr>
      <w:r>
        <w:t>اور اس کی ذمہ دار کون ہے؟ میڈیا نہیں ہے، ہرگز میڈیا نہیں ہے، اس کی ذمہ دار مسلمان ہیں۔</w:t>
      </w:r>
    </w:p>
    <w:p>
      <w:r>
        <w:rPr>
          <w:b/>
        </w:rPr>
        <w:t xml:space="preserve">[23:45] </w:t>
      </w:r>
      <w:r>
        <w:t>musalman negative, negative daawa to kiya hai? ab aap ko positive daawa karna hai.</w:t>
      </w:r>
    </w:p>
    <w:p>
      <w:pPr>
        <w:jc w:val="right"/>
      </w:pPr>
      <w:r>
        <w:t>مسلمان نیگیٹیو، نیگیٹیو دعویٰ تو کیا ہے؟ اب آپ کو پازیٹیو دعویٰ کرنا ہے۔</w:t>
      </w:r>
    </w:p>
    <w:p>
      <w:r>
        <w:rPr>
          <w:b/>
        </w:rPr>
        <w:t xml:space="preserve">[23:53] </w:t>
      </w:r>
      <w:r>
        <w:t>musalmanon ne duniya ko negative message diya hai, ab aap ko positive message dena hai.</w:t>
      </w:r>
    </w:p>
    <w:p>
      <w:pPr>
        <w:jc w:val="right"/>
      </w:pPr>
      <w:r>
        <w:t>مسلمانوں نے دنیا کو نیگیٹیو میسج دیا ہے، اب آپ کو پازیٹیو میسج دینا ہے۔</w:t>
      </w:r>
    </w:p>
    <w:p>
      <w:r>
        <w:rPr>
          <w:b/>
        </w:rPr>
        <w:t xml:space="preserve">[24:00] </w:t>
      </w:r>
      <w:r>
        <w:t>aur inshallah yeh kaam ho raha hai, jari hai.</w:t>
      </w:r>
    </w:p>
    <w:p>
      <w:pPr>
        <w:jc w:val="right"/>
      </w:pPr>
      <w:r>
        <w:t>اور انشاءاللہ یہ کام ہو رہا ہے، جاری ہے۔</w:t>
      </w:r>
    </w:p>
    <w:p>
      <w:r>
        <w:rPr>
          <w:b/>
        </w:rPr>
        <w:t xml:space="preserve">[24:07] </w:t>
      </w:r>
      <w:r>
        <w:t>aur jaisa ke maine arz kiya tha ke Kashmiron se mujhe ek hope hai ke Kashmir se</w:t>
      </w:r>
    </w:p>
    <w:p>
      <w:pPr>
        <w:jc w:val="right"/>
      </w:pPr>
      <w:r>
        <w:t>اور جیسا کہ میں نے عرض کیا تھا کہ کشمیروں سے مجھے ایک ہوپ ہے کہ کشمیر سے</w:t>
      </w:r>
    </w:p>
    <w:p>
      <w:r>
        <w:rPr>
          <w:b/>
        </w:rPr>
        <w:t xml:space="preserve">[24:15] </w:t>
      </w:r>
      <w:r>
        <w:t>woh waqia hoga jis ko maine kaha tha ke daawa explosion, daawa explosion.</w:t>
      </w:r>
    </w:p>
    <w:p>
      <w:pPr>
        <w:jc w:val="right"/>
      </w:pPr>
      <w:r>
        <w:t>وہ واقعہ ہوگا جس کو میں نے کہا تھا کہ دعویٰ ایکسپلوژن، دعویٰ ایکسپلوژن۔</w:t>
      </w:r>
    </w:p>
    <w:p>
      <w:r>
        <w:rPr>
          <w:b/>
        </w:rPr>
        <w:t xml:space="preserve">[24:22] </w:t>
      </w:r>
      <w:r>
        <w:t>ab ab tak Kashmir ne aur doosre ilaqay jo hain, unhon ne duniya ko khabar di hai ke</w:t>
      </w:r>
    </w:p>
    <w:p>
      <w:pPr>
        <w:jc w:val="right"/>
      </w:pPr>
      <w:r>
        <w:t>اب اب تک کشمیر نے اور دوسرے علاقے جو ہیں، انہوں نے دنیا کو خبر دی ہے کہ</w:t>
      </w:r>
    </w:p>
    <w:p>
      <w:r>
        <w:rPr>
          <w:b/>
        </w:rPr>
        <w:t xml:space="preserve">[24:29] </w:t>
      </w:r>
      <w:r>
        <w:t>hum larne wale log hain, hum jahadi log hain, hum is Islam ko mante hain jo violence mein</w:t>
      </w:r>
    </w:p>
    <w:p>
      <w:pPr>
        <w:jc w:val="right"/>
      </w:pPr>
      <w:r>
        <w:t>ہم لڑنے والے لوگ ہیں، ہم جہادی لوگ ہیں، ہم اس اسلام کو مانتے ہیں جو وائیلنس میں</w:t>
      </w:r>
    </w:p>
    <w:p>
      <w:r>
        <w:rPr>
          <w:b/>
        </w:rPr>
        <w:t xml:space="preserve">[24:36] </w:t>
      </w:r>
      <w:r>
        <w:t>believe karta hai.</w:t>
      </w:r>
    </w:p>
    <w:p>
      <w:pPr>
        <w:jc w:val="right"/>
      </w:pPr>
      <w:r>
        <w:t>بیلیو کرتا ہے۔</w:t>
      </w:r>
    </w:p>
    <w:p>
      <w:r>
        <w:rPr>
          <w:b/>
        </w:rPr>
        <w:t xml:space="preserve">[24:44] </w:t>
      </w:r>
      <w:r>
        <w:t>ab inshallah aik aik aur yahan se ek explosion hoga, ek aur message jayega duniya ko.</w:t>
      </w:r>
    </w:p>
    <w:p>
      <w:pPr>
        <w:jc w:val="right"/>
      </w:pPr>
      <w:r>
        <w:t>اب انشاءاللہ ایک ایک اور یہاں سے ایک ایکسپلوژن ہوگا، ایک اور میسج جائے گا دنیا کو۔</w:t>
      </w:r>
    </w:p>
    <w:p>
      <w:r>
        <w:rPr>
          <w:b/>
        </w:rPr>
        <w:t xml:space="preserve">[24:51] </w:t>
      </w:r>
      <w:r>
        <w:t>woh yeh hai ke yeh sab leaderon ki baatein thi, yeh Islam ki baatein nahi thi.</w:t>
      </w:r>
    </w:p>
    <w:p>
      <w:pPr>
        <w:jc w:val="right"/>
      </w:pPr>
      <w:r>
        <w:t>وہ یہ ہے کہ یہ سب لیڈروں کی باتیں تھیں، یہ اسلام کی باتیں نہیں تھیں۔</w:t>
      </w:r>
    </w:p>
    <w:p>
      <w:r>
        <w:rPr>
          <w:b/>
        </w:rPr>
        <w:t xml:space="preserve">[24:58] </w:t>
      </w:r>
      <w:r>
        <w:t>Islam ki baat to yeh hai ke Islam is peace.</w:t>
      </w:r>
    </w:p>
    <w:p>
      <w:pPr>
        <w:jc w:val="right"/>
      </w:pPr>
      <w:r>
        <w:t>اسلام کی بات تو یہ ہے کہ اسلام از پیس۔</w:t>
      </w:r>
    </w:p>
    <w:p>
      <w:r>
        <w:rPr>
          <w:b/>
        </w:rPr>
        <w:t xml:space="preserve">[25:06] </w:t>
      </w:r>
      <w:r>
        <w:t>to aap logon ka yahan aana aur yahan sari baaton ko sunna, jin jazbat ke sath aap log</w:t>
      </w:r>
    </w:p>
    <w:p>
      <w:pPr>
        <w:jc w:val="right"/>
      </w:pPr>
      <w:r>
        <w:t>تو آپ لوگوں کا یہاں آنا اور یہاں ساری باتوں کو سننا، جن جذبات کے ساتھ آپ لوگ</w:t>
      </w:r>
    </w:p>
    <w:p>
      <w:r>
        <w:rPr>
          <w:b/>
        </w:rPr>
        <w:t xml:space="preserve">[25:13] </w:t>
      </w:r>
      <w:r>
        <w:t>aaye hain, woh sahi baat hai.</w:t>
      </w:r>
    </w:p>
    <w:p>
      <w:pPr>
        <w:jc w:val="right"/>
      </w:pPr>
      <w:r>
        <w:t>آئے ہیں، وہ صحیح بات ہے۔</w:t>
      </w:r>
    </w:p>
    <w:p>
      <w:r>
        <w:rPr>
          <w:b/>
        </w:rPr>
        <w:t xml:space="preserve">[25:20] </w:t>
      </w:r>
      <w:r>
        <w:t>yeh sab is baat ke yani gawah hain ke inshallah yeh negative image badlegi Islam ki aur</w:t>
      </w:r>
    </w:p>
    <w:p>
      <w:pPr>
        <w:jc w:val="right"/>
      </w:pPr>
      <w:r>
        <w:t>یہ سب اس بات کے یعنی گواہ ہیں کہ انشاءاللہ یہ نیگیٹیو امیج بدلے گی اسلام کی اور</w:t>
      </w:r>
    </w:p>
    <w:p>
      <w:r>
        <w:rPr>
          <w:b/>
        </w:rPr>
        <w:t xml:space="preserve">[25:28] </w:t>
      </w:r>
      <w:r>
        <w:t>positive image banegi Islam ki.</w:t>
      </w:r>
    </w:p>
    <w:p>
      <w:pPr>
        <w:jc w:val="right"/>
      </w:pPr>
      <w:r>
        <w:t>پازیٹیو امیج بنے گی اسلام کی۔</w:t>
      </w:r>
    </w:p>
    <w:p>
      <w:r>
        <w:rPr>
          <w:b/>
        </w:rPr>
        <w:t xml:space="preserve">[25:35] </w:t>
      </w:r>
      <w:r>
        <w:t>Aur tab woh waqea hoga ke dunya jaan le ke Islam kya hai, Quran kya hai.</w:t>
      </w:r>
    </w:p>
    <w:p>
      <w:pPr>
        <w:jc w:val="right"/>
      </w:pPr>
      <w:r>
        <w:t>اور تب وہ واقعہ ہوگا کہ دنیا جان لے کہ اسلام کیا ہے، قرآن کیا ہے۔</w:t>
      </w:r>
    </w:p>
    <w:p>
      <w:r>
        <w:rPr>
          <w:b/>
        </w:rPr>
        <w:t xml:space="preserve">[25:42] </w:t>
      </w:r>
      <w:r>
        <w:t>Abhi to ulte wale bhi janta hai, log sab log jante hain Islam ko, lekin negative sense mein.</w:t>
      </w:r>
    </w:p>
    <w:p>
      <w:pPr>
        <w:jc w:val="right"/>
      </w:pPr>
      <w:r>
        <w:t>ابھی تو الٹے والے بھی جانتا ہے، لوگ سب لوگ جانتے ہیں اسلام کو، لیکن نیگیٹیو سینس میں۔</w:t>
      </w:r>
    </w:p>
    <w:p>
      <w:r>
        <w:rPr>
          <w:b/>
        </w:rPr>
        <w:t xml:space="preserve">[25:50] </w:t>
      </w:r>
      <w:r>
        <w:t>Ab main aap ko ek mashwara dena chahta hoon.</w:t>
      </w:r>
    </w:p>
    <w:p>
      <w:pPr>
        <w:jc w:val="right"/>
      </w:pPr>
      <w:r>
        <w:t>اب میں آپ کو ایک مشورہ دینا چاہتا ہوں۔</w:t>
      </w:r>
    </w:p>
    <w:p>
      <w:r>
        <w:rPr>
          <w:b/>
        </w:rPr>
        <w:t xml:space="preserve">[25:57] </w:t>
      </w:r>
      <w:r>
        <w:t>Dekhiye, aam taur par hamare literature mein jo kitabein aap padhein to us mein kya rehta hai? Sohbat,</w:t>
      </w:r>
    </w:p>
    <w:p>
      <w:pPr>
        <w:jc w:val="right"/>
      </w:pPr>
      <w:r>
        <w:t>دیکھیے، عام طور پر ہمارے لٹریچر میں جو کتابیں آپ پڑھیں تو اس میں کیا رہتا ہے؟ صحبت،</w:t>
      </w:r>
    </w:p>
    <w:p>
      <w:r>
        <w:rPr>
          <w:b/>
        </w:rPr>
        <w:t xml:space="preserve">[26:04] </w:t>
      </w:r>
      <w:r>
        <w:t>sohbat, sohbat ke sohbat ke baghair koi kaam nahi ho sakta.</w:t>
      </w:r>
    </w:p>
    <w:p>
      <w:pPr>
        <w:jc w:val="right"/>
      </w:pPr>
      <w:r>
        <w:t>صحبت، صحبت کہ صحبت کے بغیر کوئی کام نہیں ہو سکتا۔</w:t>
      </w:r>
    </w:p>
    <w:p>
      <w:r>
        <w:rPr>
          <w:b/>
        </w:rPr>
        <w:t xml:space="preserve">[26:12] </w:t>
      </w:r>
      <w:r>
        <w:t>Lekin yeh purani baat hai, yeh yeh yeh alag alag laurage mein hai.</w:t>
      </w:r>
    </w:p>
    <w:p>
      <w:pPr>
        <w:jc w:val="right"/>
      </w:pPr>
      <w:r>
        <w:t>لیکن یہ پرانی بات ہے، یہ یہ یہ الگ الگ لوریج میں ہے۔</w:t>
      </w:r>
    </w:p>
    <w:p>
      <w:r>
        <w:rPr>
          <w:b/>
        </w:rPr>
        <w:t xml:space="preserve">[26:19] </w:t>
      </w:r>
      <w:r>
        <w:t>Yeh ab daur badal chuka hai, is ko samajh lein aap.</w:t>
      </w:r>
    </w:p>
    <w:p>
      <w:pPr>
        <w:jc w:val="right"/>
      </w:pPr>
      <w:r>
        <w:t>یہ اب دور بدل چکا ہے، اس کو سمجھ لیں آپ۔</w:t>
      </w:r>
    </w:p>
    <w:p>
      <w:r>
        <w:rPr>
          <w:b/>
        </w:rPr>
        <w:t xml:space="preserve">[26:26] </w:t>
      </w:r>
      <w:r>
        <w:t>Aaj jo hai, aaj jo hai, kya kya zamana hai ke computer ne replace kiya hai sohbat ko.</w:t>
      </w:r>
    </w:p>
    <w:p>
      <w:pPr>
        <w:jc w:val="right"/>
      </w:pPr>
      <w:r>
        <w:t>آج جو ہے، آج جو ہے، کیا کیا زمانہ ہے کہ کمپیوٹر نے ریپلیس کیا ہے صحبت کو۔</w:t>
      </w:r>
    </w:p>
    <w:p>
      <w:r>
        <w:rPr>
          <w:b/>
        </w:rPr>
        <w:t xml:space="preserve">[26:34] </w:t>
      </w:r>
      <w:r>
        <w:t>Pichhle zamane mein jis cheez ko sohbat kehte the, yani kisi aalim ki sohbat, marbi ki sohbat, ya</w:t>
      </w:r>
    </w:p>
    <w:p>
      <w:pPr>
        <w:jc w:val="right"/>
      </w:pPr>
      <w:r>
        <w:t>پچھلے زمانے میں جس چیز کو صحبت کہتے تھے، یعنی کسی عالم کی صحبت، مربی کی صحبت، یا</w:t>
      </w:r>
    </w:p>
    <w:p>
      <w:r>
        <w:rPr>
          <w:b/>
        </w:rPr>
        <w:t xml:space="preserve">[26:41] </w:t>
      </w:r>
      <w:r>
        <w:t>physically aap us ke paas jayein, physically us ke paas baithein to aap ko sohbat milegi, to</w:t>
      </w:r>
    </w:p>
    <w:p>
      <w:pPr>
        <w:jc w:val="right"/>
      </w:pPr>
      <w:r>
        <w:t>فزیکلی آپ اس کے پاس جائیں، فزیکلی اس کے پاس بیٹھیں تو آپ کو صحبت ملے گی، تو</w:t>
      </w:r>
    </w:p>
    <w:p>
      <w:r>
        <w:rPr>
          <w:b/>
        </w:rPr>
        <w:t xml:space="preserve">[26:48] </w:t>
      </w:r>
      <w:r>
        <w:t>aap ki tarbiyat hogi, to aap ka tazkiya hoga.</w:t>
      </w:r>
    </w:p>
    <w:p>
      <w:pPr>
        <w:jc w:val="right"/>
      </w:pPr>
      <w:r>
        <w:t>آپ کی تربیت ہوگی، تو آپ کا تزکیہ ہوگا۔</w:t>
      </w:r>
    </w:p>
    <w:p>
      <w:r>
        <w:rPr>
          <w:b/>
        </w:rPr>
        <w:t xml:space="preserve">[26:56] </w:t>
      </w:r>
      <w:r>
        <w:t>To physical sense mein sohbat ka tasawwur sari tareekh mein chha raha hai, abhi tak chha raha hai.</w:t>
      </w:r>
    </w:p>
    <w:p>
      <w:pPr>
        <w:jc w:val="right"/>
      </w:pPr>
      <w:r>
        <w:t>تو فزیکل سینس میں صحبت کا تصور ساری تاریخ میں چھا رہا ہے، ابھی تک چھا رہا ہے۔</w:t>
      </w:r>
    </w:p>
    <w:p>
      <w:r>
        <w:rPr>
          <w:b/>
        </w:rPr>
        <w:t xml:space="preserve">[27:03] </w:t>
      </w:r>
      <w:r>
        <w:t>Abhi tak log samajhte hain ke sohbat ke baghair nahi kuch ho sakta.</w:t>
      </w:r>
    </w:p>
    <w:p>
      <w:pPr>
        <w:jc w:val="right"/>
      </w:pPr>
      <w:r>
        <w:t>ابھی تک لوگ سمجھتے ہیں کہ صحبت کے بغیر نہیں کچھ ہو سکتا۔</w:t>
      </w:r>
    </w:p>
    <w:p>
      <w:r>
        <w:rPr>
          <w:b/>
        </w:rPr>
        <w:t xml:space="preserve">[27:10] </w:t>
      </w:r>
      <w:r>
        <w:t>To sohbat ke ahmiyat to beshak hai, lekin sohbat ka concept badal gaya hai.</w:t>
      </w:r>
    </w:p>
    <w:p>
      <w:pPr>
        <w:jc w:val="right"/>
      </w:pPr>
      <w:r>
        <w:t>تو صحبت کے اہمیت تو بے شک ہے، لیکن صحبت کا کانسیپٹ بدل گیا ہے۔</w:t>
      </w:r>
    </w:p>
    <w:p>
      <w:r>
        <w:rPr>
          <w:b/>
        </w:rPr>
        <w:t xml:space="preserve">[27:17] </w:t>
      </w:r>
      <w:r>
        <w:t>Ab jo hai, electronic sohbat ka zamana hai, physical sohbat ka zamana nahi hai.</w:t>
      </w:r>
    </w:p>
    <w:p>
      <w:pPr>
        <w:jc w:val="right"/>
      </w:pPr>
      <w:r>
        <w:t>اب جو ہے، الیکٹرانک صحبت کا زمانہ ہے، فزیکل صحبت کا زمانہ نہیں ہے۔</w:t>
      </w:r>
    </w:p>
    <w:p>
      <w:r>
        <w:rPr>
          <w:b/>
        </w:rPr>
        <w:t xml:space="preserve">[27:25] </w:t>
      </w:r>
      <w:r>
        <w:t>Hamare bahut se saathi aise hain jo poori sohbatain un ko mil rahi hain, kaise? Computer ke zariye</w:t>
      </w:r>
    </w:p>
    <w:p>
      <w:pPr>
        <w:jc w:val="right"/>
      </w:pPr>
      <w:r>
        <w:t>ہمارے بہت سے ساتھی ایسے ہیں جو پوری صحبتیں ان کو مل رہی ہیں، کیسے؟ کمپیوٹر کے ذریعے</w:t>
      </w:r>
    </w:p>
    <w:p>
      <w:r>
        <w:rPr>
          <w:b/>
        </w:rPr>
        <w:t xml:space="preserve">[27:32] </w:t>
      </w:r>
      <w:r>
        <w:t>se, internet ke zariye se.</w:t>
      </w:r>
    </w:p>
    <w:p>
      <w:pPr>
        <w:jc w:val="right"/>
      </w:pPr>
      <w:r>
        <w:t>سے، انٹرنیٹ کے ذریعے سے۔</w:t>
      </w:r>
    </w:p>
    <w:p>
      <w:r>
        <w:rPr>
          <w:b/>
        </w:rPr>
        <w:t xml:space="preserve">[27:39] </w:t>
      </w:r>
      <w:r>
        <w:t>Jaise misaal ke taur par dekhiye, hamare ek saathi hain Dhampur mein, un ka naam kya hai? Sahib</w:t>
      </w:r>
    </w:p>
    <w:p>
      <w:pPr>
        <w:jc w:val="right"/>
      </w:pPr>
      <w:r>
        <w:t>جیسے مثال کے طور پر دیکھیے، ہمارے ایک ساتھی ہیں دھامپور میں، ان کا نام کیا ہے؟ صاحب</w:t>
      </w:r>
    </w:p>
    <w:p>
      <w:r>
        <w:rPr>
          <w:b/>
        </w:rPr>
        <w:t xml:space="preserve">[27:47] </w:t>
      </w:r>
      <w:r>
        <w:t>Mehtab, Mehtab sahib, Mehtab sahib.</w:t>
      </w:r>
    </w:p>
    <w:p>
      <w:pPr>
        <w:jc w:val="right"/>
      </w:pPr>
      <w:r>
        <w:t>مہتاب، مہتاب صاحب، مہتاب صاحب۔</w:t>
      </w:r>
    </w:p>
    <w:p>
      <w:r>
        <w:rPr>
          <w:b/>
        </w:rPr>
        <w:t xml:space="preserve">[27:54] </w:t>
      </w:r>
      <w:r>
        <w:t>Hamare ek saathi hain Dhampur mein, un ka naam hai Mehtab sahib.</w:t>
      </w:r>
    </w:p>
    <w:p>
      <w:pPr>
        <w:jc w:val="right"/>
      </w:pPr>
      <w:r>
        <w:t>ہمارے ایک ساتھی ہیں دھامپور میں، ان کا نام ہے مہتاب صاحب۔</w:t>
      </w:r>
    </w:p>
    <w:p>
      <w:r>
        <w:rPr>
          <w:b/>
        </w:rPr>
        <w:t xml:space="preserve">[28:01] </w:t>
      </w:r>
      <w:r>
        <w:t>Woh computer bilkul nahi jante the, bilkul nahi jante the.</w:t>
      </w:r>
    </w:p>
    <w:p>
      <w:pPr>
        <w:jc w:val="right"/>
      </w:pPr>
      <w:r>
        <w:t>وہ کمپیوٹر بالکل نہیں جانتے تھے، بالکل نہیں جانتے تھے۔</w:t>
      </w:r>
    </w:p>
    <w:p>
      <w:r>
        <w:rPr>
          <w:b/>
        </w:rPr>
        <w:t xml:space="preserve">[28:09] </w:t>
      </w:r>
      <w:r>
        <w:t>Unhon ne kitabein padhein, phir un ko shauq hua, unhon ne computer khareeda aur seekha is ko.</w:t>
      </w:r>
    </w:p>
    <w:p>
      <w:pPr>
        <w:jc w:val="right"/>
      </w:pPr>
      <w:r>
        <w:t>انہوں نے کتابیں پڑھیں، پھر ان کو شوق ہوا، انہوں نے کمپیوٹر خریدا اور سیکھا اس کو۔</w:t>
      </w:r>
    </w:p>
    <w:p>
      <w:r>
        <w:rPr>
          <w:b/>
        </w:rPr>
        <w:t xml:space="preserve">[28:16] </w:t>
      </w:r>
      <w:r>
        <w:t>Ab woh mashallah Dhampur mein baithe hue sara program sunte hain, aaj ka bhi sun rahe hain, Sunday</w:t>
      </w:r>
    </w:p>
    <w:p>
      <w:pPr>
        <w:jc w:val="right"/>
      </w:pPr>
      <w:r>
        <w:t>اب وہ ماشاءاللہ دھامپور میں بیٹھے ہوئے سارا پروگرام سنتے ہیں، آج کا بھی سن رہے ہیں، سنڈے</w:t>
      </w:r>
    </w:p>
    <w:p>
      <w:r>
        <w:rPr>
          <w:b/>
        </w:rPr>
        <w:t xml:space="preserve">[28:23] </w:t>
      </w:r>
      <w:r>
        <w:t>ka suntay hain.</w:t>
      </w:r>
    </w:p>
    <w:p>
      <w:pPr>
        <w:jc w:val="right"/>
      </w:pPr>
      <w:r>
        <w:t>کا سنتے ہیں۔</w:t>
      </w:r>
    </w:p>
    <w:p>
      <w:r>
        <w:rPr>
          <w:b/>
        </w:rPr>
        <w:t xml:space="preserve">[28:31] </w:t>
      </w:r>
      <w:r>
        <w:t>aur is ke ilawa aap jantay hain, aik hamari jo website hai, website mein sara literature</w:t>
      </w:r>
    </w:p>
    <w:p>
      <w:pPr>
        <w:jc w:val="right"/>
      </w:pPr>
      <w:r>
        <w:t>اور اس کے علاوہ آپ جانتے ہیں، ایک ہماری جو ویب سائٹ ہے، ویب سائٹ میں سارا لٹریچر</w:t>
      </w:r>
    </w:p>
    <w:p>
      <w:r>
        <w:rPr>
          <w:b/>
        </w:rPr>
        <w:t xml:space="preserve">[28:38] </w:t>
      </w:r>
      <w:r>
        <w:t>bhara hua hai, quran ka translation, baqi kitabein, sari books is mein bhari hui hain.</w:t>
      </w:r>
    </w:p>
    <w:p>
      <w:pPr>
        <w:jc w:val="right"/>
      </w:pPr>
      <w:r>
        <w:t>بھرا ہوا ہے، قرآن کا ٹرانسلیشن، باقی کتابیں، ساری بکس اس میں بھری ہوئی ہیں۔</w:t>
      </w:r>
    </w:p>
    <w:p>
      <w:r>
        <w:rPr>
          <w:b/>
        </w:rPr>
        <w:t xml:space="preserve">[28:45] </w:t>
      </w:r>
      <w:r>
        <w:t>is ke ilawa sainkaron ki tadad mein audio cassette, video cassette is mein bhara hua hai.</w:t>
      </w:r>
    </w:p>
    <w:p>
      <w:pPr>
        <w:jc w:val="right"/>
      </w:pPr>
      <w:r>
        <w:t>اس کے علاوہ سینکڑوں کی تعداد میں آڈیو کیسٹ، ویڈیو کیسٹ اس میں بھرا ہوا ہے۔</w:t>
      </w:r>
    </w:p>
    <w:p>
      <w:r>
        <w:rPr>
          <w:b/>
        </w:rPr>
        <w:t xml:space="preserve">[28:53] </w:t>
      </w:r>
      <w:r>
        <w:t>to aap apne kamray mein baith kar, apne kamray mein baith kar aap sohbat ka faida le saktay</w:t>
      </w:r>
    </w:p>
    <w:p>
      <w:pPr>
        <w:jc w:val="right"/>
      </w:pPr>
      <w:r>
        <w:t>تو آپ اپنے کمرے میں بیٹھ کر، اپنے کمرے میں بیٹھ کر آپ صحبت کا فائدہ لے سکتے</w:t>
      </w:r>
    </w:p>
    <w:p>
      <w:r>
        <w:rPr>
          <w:b/>
        </w:rPr>
        <w:t xml:space="preserve">[29:00] </w:t>
      </w:r>
      <w:r>
        <w:t>hain, jaisa ke dhampur mein mister mehtab le rahay hain, america mein khalid qadees aap le rahay hain,</w:t>
      </w:r>
    </w:p>
    <w:p>
      <w:pPr>
        <w:jc w:val="right"/>
      </w:pPr>
      <w:r>
        <w:t>ہیں، جیسا کہ دھامپور میں مسٹر مہتاب لے رہے ہیں، امریکہ میں خالد قدیس آپ لے رہے ہیں،</w:t>
      </w:r>
    </w:p>
    <w:p>
      <w:r>
        <w:rPr>
          <w:b/>
        </w:rPr>
        <w:t xml:space="preserve">[29:07] </w:t>
      </w:r>
      <w:r>
        <w:t>bangla mein sarah fatima le rahi hain, jagah jagah, jagah jagah.</w:t>
      </w:r>
    </w:p>
    <w:p>
      <w:pPr>
        <w:jc w:val="right"/>
      </w:pPr>
      <w:r>
        <w:t>بنگلہ میں سارہ فاطمہ لے رہی ہیں، جگہ جگہ، جگہ جگہ۔</w:t>
      </w:r>
    </w:p>
    <w:p>
      <w:r>
        <w:rPr>
          <w:b/>
        </w:rPr>
        <w:t xml:space="preserve">[29:15] </w:t>
      </w:r>
      <w:r>
        <w:t>to mein kahoon ga ke aap mein se har shakhs ko, agar woh computer janna janta hai to</w:t>
      </w:r>
    </w:p>
    <w:p>
      <w:pPr>
        <w:jc w:val="right"/>
      </w:pPr>
      <w:r>
        <w:t>تو میں کہوں گا کہ آپ میں سے ہر شخص کو، اگر وہ کمپیوٹر جاننا جانتا ہے تو</w:t>
      </w:r>
    </w:p>
    <w:p>
      <w:r>
        <w:rPr>
          <w:b/>
        </w:rPr>
        <w:t xml:space="preserve">[29:22] </w:t>
      </w:r>
      <w:r>
        <w:t>isko istemal kare, nahi janta hai to computer khareeday.</w:t>
      </w:r>
    </w:p>
    <w:p>
      <w:pPr>
        <w:jc w:val="right"/>
      </w:pPr>
      <w:r>
        <w:t>اس کو استعمال کرے، نہیں جانتا ہے تو کمپیوٹر خریدے۔</w:t>
      </w:r>
    </w:p>
    <w:p>
      <w:r>
        <w:rPr>
          <w:b/>
        </w:rPr>
        <w:t xml:space="preserve">[29:29] </w:t>
      </w:r>
      <w:r>
        <w:t>aap mein se har shakhs computer khareeday aur seekhay isko.</w:t>
      </w:r>
    </w:p>
    <w:p>
      <w:pPr>
        <w:jc w:val="right"/>
      </w:pPr>
      <w:r>
        <w:t>آپ میں سے ہر شخص کمپیوٹر خریدے اور سیکھے اس کو۔</w:t>
      </w:r>
    </w:p>
    <w:p>
      <w:r>
        <w:rPr>
          <w:b/>
        </w:rPr>
        <w:t xml:space="preserve">[29:37] </w:t>
      </w:r>
      <w:r>
        <w:t>aap ke jo bachay hain, school mein parhnay walay, woh computer jantay hain, woh un se madad lijiye,</w:t>
      </w:r>
    </w:p>
    <w:p>
      <w:pPr>
        <w:jc w:val="right"/>
      </w:pPr>
      <w:r>
        <w:t>آپ کے جو بچے ہیں، اسکول میں پڑھنے والے، وہ کمپیوٹر جانتے ہیں، وہ ان سے مدد لیجئے،</w:t>
      </w:r>
    </w:p>
    <w:p>
      <w:r>
        <w:rPr>
          <w:b/>
        </w:rPr>
        <w:t xml:space="preserve">[29:44] </w:t>
      </w:r>
      <w:r>
        <w:t>aap khud seekhiye.</w:t>
      </w:r>
    </w:p>
    <w:p>
      <w:pPr>
        <w:jc w:val="right"/>
      </w:pPr>
      <w:r>
        <w:t>آپ خود سیکھیے۔</w:t>
      </w:r>
    </w:p>
    <w:p>
      <w:r>
        <w:rPr>
          <w:b/>
        </w:rPr>
        <w:t xml:space="preserve">[29:51] </w:t>
      </w:r>
      <w:r>
        <w:t>har aadmi ko apne ghar ko sohbat ka maqam banana hai, physically, physical sense mein safar karna, physical</w:t>
      </w:r>
    </w:p>
    <w:p>
      <w:pPr>
        <w:jc w:val="right"/>
      </w:pPr>
      <w:r>
        <w:t>ہر آدمی کو اپنے گھر کو صحبت کا مقام بنانا ہے، فزیکلی، فزیکل سینس میں سفر کرنا، فزیکل</w:t>
      </w:r>
    </w:p>
    <w:p>
      <w:r>
        <w:rPr>
          <w:b/>
        </w:rPr>
        <w:t xml:space="preserve">[29:58] </w:t>
      </w:r>
      <w:r>
        <w:t>sense mein jana, wahan par jahan aap kisi se tariqat lena hai, kisi aap ko.</w:t>
      </w:r>
    </w:p>
    <w:p>
      <w:pPr>
        <w:jc w:val="right"/>
      </w:pPr>
      <w:r>
        <w:t>سینس میں جانا، وہاں پر جہاں آپ کسی سے طریقت لینا ہے، کسی آپ کو۔</w:t>
      </w:r>
    </w:p>
    <w:p>
      <w:r>
        <w:rPr>
          <w:b/>
        </w:rPr>
        <w:t xml:space="preserve">[30:06] </w:t>
      </w:r>
      <w:r>
        <w:t>log aaj zamanay mein practically yeh possible nahi hain.</w:t>
      </w:r>
    </w:p>
    <w:p>
      <w:pPr>
        <w:jc w:val="right"/>
      </w:pPr>
      <w:r>
        <w:t>لوگ آج زمانے میں پریکٹیکلی یہ پاسیبل نہیں ہیں۔</w:t>
      </w:r>
    </w:p>
    <w:p>
      <w:r>
        <w:rPr>
          <w:b/>
        </w:rPr>
        <w:t xml:space="preserve">[30:13] </w:t>
      </w:r>
      <w:r>
        <w:t>to aap mein se har shakhs ko mein kahoon ga, jo log yahan hain, woh bhi, jo doosray</w:t>
      </w:r>
    </w:p>
    <w:p>
      <w:pPr>
        <w:jc w:val="right"/>
      </w:pPr>
      <w:r>
        <w:t>تو آپ میں سے ہر شخص کو میں کہوں گا، جو لوگ یہاں ہیں، وہ بھی، جو دوسرے</w:t>
      </w:r>
    </w:p>
    <w:p>
      <w:r>
        <w:rPr>
          <w:b/>
        </w:rPr>
        <w:t xml:space="preserve">[30:20] </w:t>
      </w:r>
      <w:r>
        <w:t>log jo mere sath baat sun rahay hain, woh bhi, sab log jin ke pas computer hai, to</w:t>
      </w:r>
    </w:p>
    <w:p>
      <w:pPr>
        <w:jc w:val="right"/>
      </w:pPr>
      <w:r>
        <w:t>لوگ جو میرے ساتھ بات سن رہے ہیں، وہ بھی، سب لوگ جن کے پاس کمپیوٹر ہے، تو</w:t>
      </w:r>
    </w:p>
    <w:p>
      <w:r>
        <w:rPr>
          <w:b/>
        </w:rPr>
        <w:t xml:space="preserve">[30:28] </w:t>
      </w:r>
      <w:r>
        <w:t>bohat acha hai, nahi hai to computer khareedein, agar jantay hain to bohat acha hai, nahi jantay to</w:t>
      </w:r>
    </w:p>
    <w:p>
      <w:pPr>
        <w:jc w:val="right"/>
      </w:pPr>
      <w:r>
        <w:t>بہت اچھا ہے، نہیں ہے تو کمپیوٹر خریدیں، اگر جانتے ہیں تو بہت اچھا ہے، نہیں جانتے تو</w:t>
      </w:r>
    </w:p>
    <w:p>
      <w:r>
        <w:rPr>
          <w:b/>
        </w:rPr>
        <w:t xml:space="preserve">[30:35] </w:t>
      </w:r>
      <w:r>
        <w:t>seekhein apne bachon ke zariye se, kisi zariye se.</w:t>
      </w:r>
    </w:p>
    <w:p>
      <w:pPr>
        <w:jc w:val="right"/>
      </w:pPr>
      <w:r>
        <w:t>سیکھیں اپنے بچوں کے ذریعے سے، کسی ذریعے سے۔</w:t>
      </w:r>
    </w:p>
    <w:p>
      <w:r>
        <w:rPr>
          <w:b/>
        </w:rPr>
        <w:t xml:space="preserve">[30:42] </w:t>
      </w:r>
      <w:r>
        <w:t>aur har aadmi regularly internet ke zariye se hamare program ko sune, kitabon ko parhe.</w:t>
      </w:r>
    </w:p>
    <w:p>
      <w:pPr>
        <w:jc w:val="right"/>
      </w:pPr>
      <w:r>
        <w:t>اور ہر آدمی ریگولرلی انٹرنیٹ کے ذریعے سے ہمارے پروگرام کو سنے، کتابوں کو پڑھے۔</w:t>
      </w:r>
    </w:p>
    <w:p>
      <w:r>
        <w:rPr>
          <w:b/>
        </w:rPr>
        <w:t xml:space="preserve">[30:50] </w:t>
      </w:r>
      <w:r>
        <w:t>yeh hai electronic sohbat, yeh hai modern age ki sohbat.</w:t>
      </w:r>
    </w:p>
    <w:p>
      <w:pPr>
        <w:jc w:val="right"/>
      </w:pPr>
      <w:r>
        <w:t>یہ ہے الیکٹرانک صحبت، یہ ہے ماڈرن ایج کی صحبت۔</w:t>
      </w:r>
    </w:p>
    <w:p>
      <w:r>
        <w:rPr>
          <w:b/>
        </w:rPr>
        <w:t xml:space="preserve">[30:57] </w:t>
      </w:r>
      <w:r>
        <w:t>woh dor khatam ho gaya jab aap ko vote par baith ke jana ke jatay thay, tab sohbat</w:t>
      </w:r>
    </w:p>
    <w:p>
      <w:pPr>
        <w:jc w:val="right"/>
      </w:pPr>
      <w:r>
        <w:t>وہ دور ختم ہو گیا جب آپ کو ووٹ پر بیٹھ کے جانا کہ جاتے تھے، تب صحبت</w:t>
      </w:r>
    </w:p>
    <w:p>
      <w:r>
        <w:rPr>
          <w:b/>
        </w:rPr>
        <w:t xml:space="preserve">[31:04] </w:t>
      </w:r>
      <w:r>
        <w:t>milti thi kisi ki.</w:t>
      </w:r>
    </w:p>
    <w:p>
      <w:pPr>
        <w:jc w:val="right"/>
      </w:pPr>
      <w:r>
        <w:t>ملتی تھی کسی کی۔</w:t>
      </w:r>
    </w:p>
    <w:p>
      <w:r>
        <w:rPr>
          <w:b/>
        </w:rPr>
        <w:t xml:space="preserve">[31:12] </w:t>
      </w:r>
      <w:r>
        <w:t>yeh hai isi liye mein ne kaha ke yeh zamanay explosion of facilities ka zamanay hai, yeh yani</w:t>
      </w:r>
    </w:p>
    <w:p>
      <w:pPr>
        <w:jc w:val="right"/>
      </w:pPr>
      <w:r>
        <w:t>یہ ہے اسی لیے میں نے کہا کہ یہ زمانہ ایکسپلوژن آف فیسلیٹیز کا زمانہ ہے، یہ یعنی</w:t>
      </w:r>
    </w:p>
    <w:p>
      <w:r>
        <w:rPr>
          <w:b/>
        </w:rPr>
        <w:t xml:space="preserve">[31:19] </w:t>
      </w:r>
      <w:r>
        <w:t>sehulaton ka infijar.</w:t>
      </w:r>
    </w:p>
    <w:p>
      <w:pPr>
        <w:jc w:val="right"/>
      </w:pPr>
      <w:r>
        <w:t>سہولتوں کا انفجار۔</w:t>
      </w:r>
    </w:p>
    <w:p>
      <w:r>
        <w:rPr>
          <w:b/>
        </w:rPr>
        <w:t xml:space="preserve">[31:26] </w:t>
      </w:r>
      <w:r>
        <w:t>jaise aap kashmir se aaye hain, bade zamane mein kashmir se dilli pohnchne ke liye bohat time lagta</w:t>
      </w:r>
    </w:p>
    <w:p>
      <w:pPr>
        <w:jc w:val="right"/>
      </w:pPr>
      <w:r>
        <w:t>جیسے آپ کشمیر سے آئے ہیں، بڑے زمانے میں کشمیر سے دلی پہنچنے کے لیے بہت ٹائم لگتا</w:t>
      </w:r>
    </w:p>
    <w:p>
      <w:r>
        <w:rPr>
          <w:b/>
        </w:rPr>
        <w:t xml:space="preserve">[31:34] </w:t>
      </w:r>
      <w:r>
        <w:t xml:space="preserve">tha, ab aap wazeh se baithe aur ghar ja pohnche. </w:t>
      </w:r>
    </w:p>
    <w:p>
      <w:pPr>
        <w:jc w:val="right"/>
      </w:pPr>
      <w:r>
        <w:t>تھا، اب آپ واضح سے بیٹھے اور گھر جا پہنچ گئے۔</w:t>
      </w:r>
    </w:p>
    <w:p>
      <w:r>
        <w:rPr>
          <w:b/>
        </w:rPr>
        <w:t xml:space="preserve">[31:41] </w:t>
      </w:r>
      <w:r>
        <w:t>yeh hai sahoolaton ka infijar, explosion of facilities.</w:t>
      </w:r>
    </w:p>
    <w:p>
      <w:pPr>
        <w:jc w:val="right"/>
      </w:pPr>
      <w:r>
        <w:t>یہ ہے سہولتوں کا انفجار، ایکسپلوژن آف فیسلیٹیز۔</w:t>
      </w:r>
    </w:p>
    <w:p>
      <w:r>
        <w:rPr>
          <w:b/>
        </w:rPr>
        <w:t xml:space="preserve">[31:48] </w:t>
      </w:r>
      <w:r>
        <w:t>to har aitbar se yeh hua, har aitbar se yeh hua, aur sab se aham yeh hua Allah</w:t>
      </w:r>
    </w:p>
    <w:p>
      <w:pPr>
        <w:jc w:val="right"/>
      </w:pPr>
      <w:r>
        <w:t>تو ہر اعتبار سے یہ ہوا، ہر اعتبار سے یہ ہوا، اور سب سے اہم یہ ہوا اللہ</w:t>
      </w:r>
    </w:p>
    <w:p>
      <w:r>
        <w:rPr>
          <w:b/>
        </w:rPr>
        <w:t xml:space="preserve">[31:56] </w:t>
      </w:r>
      <w:r>
        <w:t>ke mission ke liye, aur log jo istemal kar rahe hain apne business ke liye, apne deeni faide</w:t>
      </w:r>
    </w:p>
    <w:p>
      <w:pPr>
        <w:jc w:val="right"/>
      </w:pPr>
      <w:r>
        <w:t>کے مشن کے لیے، اور لوگ جو استعمال کر رہے ہیں اپنے بزنس کے لیے، اپنے دینی فائدے</w:t>
      </w:r>
    </w:p>
    <w:p>
      <w:r>
        <w:rPr>
          <w:b/>
        </w:rPr>
        <w:t xml:space="preserve">[32:03] </w:t>
      </w:r>
      <w:r>
        <w:t>ke liye, to woh to mazeed istemal kar rahe hain.</w:t>
      </w:r>
    </w:p>
    <w:p>
      <w:pPr>
        <w:jc w:val="right"/>
      </w:pPr>
      <w:r>
        <w:t>کے لیے، تو وہ تو مزید استعمال کر رہے ہیں۔</w:t>
      </w:r>
    </w:p>
    <w:p>
      <w:r>
        <w:rPr>
          <w:b/>
        </w:rPr>
        <w:t xml:space="preserve">[32:10] </w:t>
      </w:r>
      <w:r>
        <w:t>asal mein yeh duniya mein yeh daur jo aaya hai, daur daaiyon ke liye aaya hai, islami mission</w:t>
      </w:r>
    </w:p>
    <w:p>
      <w:pPr>
        <w:jc w:val="right"/>
      </w:pPr>
      <w:r>
        <w:t>اصل میں یہ دنیا میں یہ دور جو آیا ہے، دور داعیوں کے لیے آیا ہے، اسلامی مشن</w:t>
      </w:r>
    </w:p>
    <w:p>
      <w:r>
        <w:rPr>
          <w:b/>
        </w:rPr>
        <w:t xml:space="preserve">[32:18] </w:t>
      </w:r>
      <w:r>
        <w:t>ke liye aaya hai, daawa work ke liye aaya hai.</w:t>
      </w:r>
    </w:p>
    <w:p>
      <w:pPr>
        <w:jc w:val="right"/>
      </w:pPr>
      <w:r>
        <w:t>کے لیے آیا ہے، دعویٰ ورک کے لیے آیا ہے۔</w:t>
      </w:r>
    </w:p>
    <w:p>
      <w:r>
        <w:rPr>
          <w:b/>
        </w:rPr>
        <w:t xml:space="preserve">[32:25] </w:t>
      </w:r>
      <w:r>
        <w:t>to aap sab mein se main kahunga ke aap log daur jadeed ko samjhiye aur bharpoor faida</w:t>
      </w:r>
    </w:p>
    <w:p>
      <w:pPr>
        <w:jc w:val="right"/>
      </w:pPr>
      <w:r>
        <w:t>تو آپ سب میں سے میں کہوں گا کہ آپ لوگ دور جدید کو سمجھئے اور بھرپور فائدہ</w:t>
      </w:r>
    </w:p>
    <w:p>
      <w:r>
        <w:rPr>
          <w:b/>
        </w:rPr>
        <w:t xml:space="preserve">[32:32] </w:t>
      </w:r>
      <w:r>
        <w:t>uthaein, is se bharpoor, computer age se bharpoor faida uthaiye. Allah o Akbar!</w:t>
      </w:r>
    </w:p>
    <w:p>
      <w:pPr>
        <w:jc w:val="right"/>
      </w:pPr>
      <w:r>
        <w:t>اٹھائیں، اس سے بھرپور، کمپیوٹر ایج سے بھرپور فائدہ اٹھائیے۔ اللہ اکبر!</w:t>
      </w:r>
    </w:p>
    <w:p>
      <w:r>
        <w:rPr>
          <w:b/>
        </w:rPr>
        <w:t xml:space="preserve">[32:40] </w:t>
      </w:r>
      <w:r>
        <w:t>se hamare jo sathi hain, unhon ne sara material bhar diya hai internet mein aur barabar is mein</w:t>
      </w:r>
    </w:p>
    <w:p>
      <w:pPr>
        <w:jc w:val="right"/>
      </w:pPr>
      <w:r>
        <w:t>سے ہمارے جو ساتھی ہیں، انہوں نے سارا مٹیریل بھر دیا ہے انٹرنیٹ میں اور برابر اس میں</w:t>
      </w:r>
    </w:p>
    <w:p>
      <w:r>
        <w:rPr>
          <w:b/>
        </w:rPr>
        <w:t xml:space="preserve">[32:46] </w:t>
      </w:r>
      <w:r>
        <w:t>daal rahe hain.</w:t>
      </w:r>
    </w:p>
    <w:p>
      <w:pPr>
        <w:jc w:val="right"/>
      </w:pPr>
      <w:r>
        <w:t>ڈال رہے ہیں۔</w:t>
      </w:r>
    </w:p>
    <w:p>
      <w:r>
        <w:rPr>
          <w:b/>
        </w:rPr>
        <w:t xml:space="preserve">[32:53] </w:t>
      </w:r>
      <w:r>
        <w:t>aap sunday class ko suniye, aap jo bhi waqt aap paas hai, is ke waqt mein baith jaein</w:t>
      </w:r>
    </w:p>
    <w:p>
      <w:pPr>
        <w:jc w:val="right"/>
      </w:pPr>
      <w:r>
        <w:t>آپ سنڈے کلاس کو سنیے، آپ جو بھی وقت آپ پاس ہے، اس کے وقت میں بیٹھ جائیں</w:t>
      </w:r>
    </w:p>
    <w:p>
      <w:r>
        <w:rPr>
          <w:b/>
        </w:rPr>
        <w:t xml:space="preserve">[33:00] </w:t>
      </w:r>
      <w:r>
        <w:t>computer ke samne aur download kar ke sari baatein suniye, parhiye.</w:t>
      </w:r>
    </w:p>
    <w:p>
      <w:pPr>
        <w:jc w:val="right"/>
      </w:pPr>
      <w:r>
        <w:t>کمپیوٹر کے سامنے اور ڈاؤن لوڈ کر کے ساری باتیں سنیے، پڑھیے۔</w:t>
      </w:r>
    </w:p>
    <w:p>
      <w:r>
        <w:rPr>
          <w:b/>
        </w:rPr>
        <w:t xml:space="preserve">[33:07] </w:t>
      </w:r>
      <w:r>
        <w:t>is tarah aap ki tarbiyat hogi, is tarah aap ka tazkiya hoga, is tarah se aap ek different</w:t>
      </w:r>
    </w:p>
    <w:p>
      <w:pPr>
        <w:jc w:val="right"/>
      </w:pPr>
      <w:r>
        <w:t>اس طرح آپ کی تربیت ہوگی، اس طرح آپ کا تزکیہ ہوگا، اس طرح سے آپ ایک ڈفرنٹ</w:t>
      </w:r>
    </w:p>
    <w:p>
      <w:r>
        <w:rPr>
          <w:b/>
        </w:rPr>
        <w:t xml:space="preserve">[33:14] </w:t>
      </w:r>
      <w:r>
        <w:t>mind banenge, is tarah se aap daawa work ko zyada behtar taur par kar sakenge.</w:t>
      </w:r>
    </w:p>
    <w:p>
      <w:pPr>
        <w:jc w:val="right"/>
      </w:pPr>
      <w:r>
        <w:t>مائنڈ بنیں گے، اس طرح سے آپ دعویٰ ورک کو زیادہ بہتر طور پر کر سکیں گے۔</w:t>
      </w:r>
    </w:p>
    <w:p>
      <w:r>
        <w:rPr>
          <w:b/>
        </w:rPr>
        <w:t xml:space="preserve">[33:21] </w:t>
      </w:r>
      <w:r>
        <w:t>to aap mein se har shakhs ka ghar khud makaan sohbat ban jayega, aap mein se har</w:t>
      </w:r>
    </w:p>
    <w:p>
      <w:pPr>
        <w:jc w:val="right"/>
      </w:pPr>
      <w:r>
        <w:t>تو آپ میں سے ہر شخص کا گھر خود مکان صحبت بن جائے گا، آپ میں سے ہر</w:t>
      </w:r>
    </w:p>
    <w:p>
      <w:r>
        <w:rPr>
          <w:b/>
        </w:rPr>
        <w:t xml:space="preserve">[33:28] </w:t>
      </w:r>
      <w:r>
        <w:t>shakhs ka kamra khud sohbat gaah ban jayega.</w:t>
      </w:r>
    </w:p>
    <w:p>
      <w:pPr>
        <w:jc w:val="right"/>
      </w:pPr>
      <w:r>
        <w:t>شخص کا کمرہ خود صحبت گاہ بن جائے گا۔</w:t>
      </w:r>
    </w:p>
    <w:p>
      <w:r>
        <w:rPr>
          <w:b/>
        </w:rPr>
        <w:t xml:space="preserve">[33:35] </w:t>
      </w:r>
      <w:r>
        <w:t>to yeh daur jo hai, is daur ko kaha jata hai age of communication.</w:t>
      </w:r>
    </w:p>
    <w:p>
      <w:pPr>
        <w:jc w:val="right"/>
      </w:pPr>
      <w:r>
        <w:t>تو یہ دور جو ہے، اس دور کو کہا جاتا ہے ایج آف کمیونیکیشن۔</w:t>
      </w:r>
    </w:p>
    <w:p>
      <w:r>
        <w:rPr>
          <w:b/>
        </w:rPr>
        <w:t xml:space="preserve">[33:42] </w:t>
      </w:r>
      <w:r>
        <w:t>age of communication kya hai? age of daawa hai.</w:t>
      </w:r>
    </w:p>
    <w:p>
      <w:pPr>
        <w:jc w:val="right"/>
      </w:pPr>
      <w:r>
        <w:t>ایج آف کمیونیکیشن کیا ہے؟ ایج آف دعویٰ ہے۔</w:t>
      </w:r>
    </w:p>
    <w:p>
      <w:r>
        <w:rPr>
          <w:b/>
        </w:rPr>
        <w:t xml:space="preserve">[33:49] </w:t>
      </w:r>
      <w:r>
        <w:t>dawat hi ke liye sab Allah taala ne yeh mauqa khole hain.</w:t>
      </w:r>
    </w:p>
    <w:p>
      <w:pPr>
        <w:jc w:val="right"/>
      </w:pPr>
      <w:r>
        <w:t>دعوت ہی کے لیے سب اللہ تعالیٰ نے یہ موقع کھولے ہیں۔</w:t>
      </w:r>
    </w:p>
    <w:p>
      <w:r>
        <w:rPr>
          <w:b/>
        </w:rPr>
        <w:t xml:space="preserve">[33:56] </w:t>
      </w:r>
      <w:r>
        <w:t>to is zamane mein aap ko Islam ka izhaar karna hai, to zamane ki facilities ko bhi istemal karna hai.</w:t>
      </w:r>
    </w:p>
    <w:p>
      <w:pPr>
        <w:jc w:val="right"/>
      </w:pPr>
      <w:r>
        <w:t>تو اس زمانے میں آپ کو اسلام کا اظہار کرنا ہے، تو زمانے کی فیسلیٹیز کو بھی استعمال کرنا ہے۔</w:t>
      </w:r>
    </w:p>
    <w:p>
      <w:r>
        <w:rPr>
          <w:b/>
        </w:rPr>
        <w:t xml:space="preserve">[34:03] </w:t>
      </w:r>
      <w:r>
        <w:t>to main aap mein se har ek se kahunga ke ek taraf to aap daawa work karein,</w:t>
      </w:r>
    </w:p>
    <w:p>
      <w:pPr>
        <w:jc w:val="right"/>
      </w:pPr>
      <w:r>
        <w:t>تو میں آپ میں سے ہر ایک سے کہوں گا کہ ایک طرف تو آپ دعویٰ ورک کریں،</w:t>
      </w:r>
    </w:p>
    <w:p>
      <w:r>
        <w:rPr>
          <w:b/>
        </w:rPr>
        <w:t xml:space="preserve">[34:10] </w:t>
      </w:r>
      <w:r>
        <w:t>logon tak pohnchayein, yani kitab pohnchayein, cassette pohnchayein, ek mustahkam kaam daawa work ka aap jo kar rahe</w:t>
      </w:r>
    </w:p>
    <w:p>
      <w:pPr>
        <w:jc w:val="right"/>
      </w:pPr>
      <w:r>
        <w:t>لوگوں تک پہنچائیں، یعنی کتاب پہنچائیں، کیسٹ پہنچائیں، ایک مستقل کام دعویٰ ورک کا آپ جو کر رہے</w:t>
      </w:r>
    </w:p>
    <w:p>
      <w:r>
        <w:rPr>
          <w:b/>
        </w:rPr>
        <w:t xml:space="preserve">[34:16] </w:t>
      </w:r>
      <w:r>
        <w:t>hain, us ko jari rakhein.</w:t>
      </w:r>
    </w:p>
    <w:p>
      <w:pPr>
        <w:jc w:val="right"/>
      </w:pPr>
      <w:r>
        <w:t>ہیں، اس کو جاری رکھیں۔</w:t>
      </w:r>
    </w:p>
    <w:p>
      <w:r>
        <w:rPr>
          <w:b/>
        </w:rPr>
        <w:t xml:space="preserve">[34:23] </w:t>
      </w:r>
      <w:r>
        <w:t>yani jis literature distribute karen, quran ka tarjuma distribute karen.</w:t>
      </w:r>
    </w:p>
    <w:p>
      <w:pPr>
        <w:jc w:val="right"/>
      </w:pPr>
      <w:r>
        <w:t>یعنی جس لٹریچر ڈسٹریبیوٹ کریں، قرآن کا ترجمہ ڈسٹریبیوٹ کریں۔</w:t>
      </w:r>
    </w:p>
    <w:p>
      <w:r>
        <w:rPr>
          <w:b/>
        </w:rPr>
        <w:t xml:space="preserve">[34:30] </w:t>
      </w:r>
      <w:r>
        <w:t>to wo yani modern age ki jo facilities hain, is ka aik istemal is tarah hoga daawa work</w:t>
      </w:r>
    </w:p>
    <w:p>
      <w:pPr>
        <w:jc w:val="right"/>
      </w:pPr>
      <w:r>
        <w:t>تو وہ یعنی ماڈرن ایج کی جو فیسلیٹیز ہیں، اس کا ایک استعمال اس طرح ہوگا دعویٰ ورک</w:t>
      </w:r>
    </w:p>
    <w:p>
      <w:r>
        <w:rPr>
          <w:b/>
        </w:rPr>
        <w:t xml:space="preserve">[34:37] </w:t>
      </w:r>
      <w:r>
        <w:t>ke liye, doosra istemal yeh hoga tarbiyat ke liye, tarbiyat ke liye.</w:t>
      </w:r>
    </w:p>
    <w:p>
      <w:pPr>
        <w:jc w:val="right"/>
      </w:pPr>
      <w:r>
        <w:t>کے لیے، دوسرا استعمال یہ ہوگا تربیت کے لیے، تربیت کے لیے۔</w:t>
      </w:r>
    </w:p>
    <w:p>
      <w:r>
        <w:rPr>
          <w:b/>
        </w:rPr>
        <w:t xml:space="preserve">[34:44] </w:t>
      </w:r>
      <w:r>
        <w:t>yani internet ke through aap sari cheezein parhiye, sari cheezein suniye taake aap apne aap ko prepare karte rahen barabar.</w:t>
      </w:r>
    </w:p>
    <w:p>
      <w:pPr>
        <w:jc w:val="right"/>
      </w:pPr>
      <w:r>
        <w:t>یعنی انٹرنیٹ کے تھرو آپ ساری چیزیں پڑھیے، ساری چیزیں سنیے تاکہ آپ اپنے آپ کو پریپیر کرتے رہیں برابر۔</w:t>
      </w:r>
    </w:p>
    <w:p>
      <w:r>
        <w:rPr>
          <w:b/>
        </w:rPr>
        <w:t xml:space="preserve">[34:51] </w:t>
      </w:r>
      <w:r>
        <w:t>to yeh main is waqt kehna chahta tha aap se.</w:t>
      </w:r>
    </w:p>
    <w:p>
      <w:pPr>
        <w:jc w:val="right"/>
      </w:pPr>
      <w:r>
        <w:t>تو یہ میں اس وقت کہنا چاہتا تھا آپ سے۔</w:t>
      </w:r>
    </w:p>
    <w:p>
      <w:r>
        <w:rPr>
          <w:b/>
        </w:rPr>
        <w:t xml:space="preserve">[34:58] </w:t>
      </w:r>
      <w:r>
        <w:t>main dua karta hoon ke Allah taala mujh ko aur aap ko dawat ke kaam ke liye qabool farmaye.</w:t>
      </w:r>
    </w:p>
    <w:p>
      <w:pPr>
        <w:jc w:val="right"/>
      </w:pPr>
      <w:r>
        <w:t>میں دعا کرتا ہوں کہ اللہ تعالیٰ مجھ کو اور آپ کو دعوت کے کام کے لیے قبول فرمائے۔</w:t>
      </w:r>
    </w:p>
    <w:p>
      <w:r>
        <w:rPr>
          <w:b/>
        </w:rPr>
        <w:t xml:space="preserve">[35:05] </w:t>
      </w:r>
      <w:r>
        <w:t>aakhir mein jab qaumein khadi hon to Khuda ki taraf se awaaz aayegi ke in logon ko</w:t>
      </w:r>
    </w:p>
    <w:p>
      <w:pPr>
        <w:jc w:val="right"/>
      </w:pPr>
      <w:r>
        <w:t>آخر میں جب قومیں کھڑی ہوں تو خدا کی طرف سے آواز آئے گی کہ ان لوگوں کو</w:t>
      </w:r>
    </w:p>
    <w:p>
      <w:r>
        <w:rPr>
          <w:b/>
        </w:rPr>
        <w:t xml:space="preserve">[35:12] </w:t>
      </w:r>
      <w:r>
        <w:t>bulao jinhon ne logon ke paas daawa work kiya tha.</w:t>
      </w:r>
    </w:p>
    <w:p>
      <w:pPr>
        <w:jc w:val="right"/>
      </w:pPr>
      <w:r>
        <w:t>بلاؤ جنہوں نے لوگوں کے پاس دعویٰ ورک کیا تھا۔</w:t>
      </w:r>
    </w:p>
    <w:p>
      <w:r>
        <w:rPr>
          <w:b/>
        </w:rPr>
        <w:t xml:space="preserve">[35:19] </w:t>
      </w:r>
      <w:r>
        <w:t>yeh ke nahi keh sakte ke woh bekhabar rahe.</w:t>
      </w:r>
    </w:p>
    <w:p>
      <w:pPr>
        <w:jc w:val="right"/>
      </w:pPr>
      <w:r>
        <w:t>یہ کہ نہیں کہہ سکتے کہ وہ بے خبر رہے۔</w:t>
      </w:r>
    </w:p>
    <w:p>
      <w:r>
        <w:rPr>
          <w:b/>
        </w:rPr>
        <w:t xml:space="preserve">[35:26] </w:t>
      </w:r>
      <w:r>
        <w:t>kaisa ajeeb andaaz hoga jab kuch log Allah ka ارسال qarar diye jayenge wahan.</w:t>
      </w:r>
    </w:p>
    <w:p>
      <w:pPr>
        <w:jc w:val="right"/>
      </w:pPr>
      <w:r>
        <w:t>کیسا عجیب انداز ہوگا جب کچھ لوگ اللہ کا ارسال قرار دیے جائیں گے وہاں۔</w:t>
      </w:r>
    </w:p>
    <w:p>
      <w:r>
        <w:rPr>
          <w:b/>
        </w:rPr>
        <w:t xml:space="preserve">[35:33] </w:t>
      </w:r>
      <w:r>
        <w:t>yeh bolenge ke unhon ne Allah ki baat logon tak pahunchayi thi.</w:t>
      </w:r>
    </w:p>
    <w:p>
      <w:pPr>
        <w:jc w:val="right"/>
      </w:pPr>
      <w:r>
        <w:t>یہ بولیں گے کہ انہوں نے اللہ کی بات لوگوں تک پہنچائی تھی۔</w:t>
      </w:r>
    </w:p>
    <w:p>
      <w:r>
        <w:rPr>
          <w:b/>
        </w:rPr>
        <w:t xml:space="preserve">[35:40] </w:t>
      </w:r>
      <w:r>
        <w:t>Allah kahega ke aye farishton!</w:t>
      </w:r>
    </w:p>
    <w:p>
      <w:pPr>
        <w:jc w:val="right"/>
      </w:pPr>
      <w:r>
        <w:t>اللہ کہے گا کہ اے فرشتوں!</w:t>
      </w:r>
    </w:p>
    <w:p>
      <w:r>
        <w:rPr>
          <w:b/>
        </w:rPr>
        <w:t xml:space="preserve">[35:47] </w:t>
      </w:r>
      <w:r>
        <w:t>jo baatein dein, un ko un ke upar nematon ki barish kar do kyunke unhon ne dunya mein mera kaam kiya tha. To main dua hai ke Allah taala mujh ko aur aap ko tofeeq de ke hum daur jadeed ko samjhein, daur jadeed ki opportunities ko dawat ke liye istemal karein, daur jadeed ki opportunities ko apni tarbiyat aur tazkiya ke liye istemal kar lein. Aur Allah ke haan hamara shumar un logon mein ho jinhon ne is daur mein Allah ka kaam kiya. Rabbana atina fi al-dunya hasanah wa fi al-akhirati hasanah wa qina 'adhab al-nar. Rabbana taqabbal minna innaka anta al-sami' al-'alim, wa tub 'alayna innaka anta al-tawwab al-rahim. Wa salla Allahu taala 'ala khayri khalqihi Muhammadin wa alihi wa sahbihi ajma'in bi rahmatika ya rab al-'alamin.</w:t>
      </w:r>
    </w:p>
    <w:p>
      <w:pPr>
        <w:jc w:val="right"/>
      </w:pPr>
      <w:r>
        <w:t>جو باتیں دیں، ان کو ان کے اوپر نعمتوں کی بارش کر دو کیونکہ انہوں نے دنیا میں میرا کام کیا تھا۔ تو میں دعا ہے کہ اللہ تعالیٰ مجھ کو اور آپ کو توفیق دے کہ ہم دور جدید کو سمجھیں، دور جدید کی اپرچونیٹیز کو دعوت کے لیے استعمال کریں، دور جدید کی اپرچونیٹیز کو اپنی تربیت اور تزکیہ کے لیے استعمال کر لیں۔ اور اللہ کے ہاں ہمارا شمار ان لوگوں میں ہو جنہوں نے اس دور میں اللہ کا کام کیا۔ ربنا آتنا فی الدنیا حسنہ وفی الآخرة حسنہ وقنا عذاب النار۔ ربنا تقبل منا عنک انت السلم العلیم وتب علینا عنک انت التواب الرحیم۔ وصلی اللہ تعالیٰ علی خیر خلقہ محمد وآلہ واصحابہ اجمعین برحمتک یا رب العالمین۔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