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Eid ul Zuha 27th October 2012</w:t>
      </w:r>
    </w:p>
    <w:p>
      <w:r>
        <w:t>https://www.youtube.com/watch?v=lxEJSIq7LL8</w:t>
      </w:r>
    </w:p>
    <w:p>
      <w:r>
        <w:rPr>
          <w:b/>
        </w:rPr>
        <w:t xml:space="preserve">[00:00] </w:t>
      </w:r>
      <w:r>
        <w:t>ji Maulana. Acha. Nana shuru karne ka time ho gaya. Acha. Lag bhag hazri hai. Ji Maulana, yahin hoon.</w:t>
      </w:r>
    </w:p>
    <w:p>
      <w:pPr>
        <w:jc w:val="right"/>
      </w:pPr>
      <w:r>
        <w:t>جی مولانا۔ اچھا۔ نانا شروع کرنے کا ٹائم ہو گیا۔ اچھا۔ لگ بھگ حاضری ہے۔ جی مولانا، یہیں ہوں۔</w:t>
      </w:r>
    </w:p>
    <w:p>
      <w:r>
        <w:rPr>
          <w:b/>
        </w:rPr>
        <w:t xml:space="preserve">[00:12] </w:t>
      </w:r>
      <w:r>
        <w:t>achha.</w:t>
      </w:r>
    </w:p>
    <w:p>
      <w:pPr>
        <w:jc w:val="right"/>
      </w:pPr>
      <w:r>
        <w:t>اچھا۔</w:t>
      </w:r>
    </w:p>
    <w:p>
      <w:r>
        <w:rPr>
          <w:b/>
        </w:rPr>
        <w:t xml:space="preserve">[00:19]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[00:26] </w:t>
      </w:r>
      <w:r>
        <w:t>wasalli 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[00:33] </w:t>
      </w:r>
      <w:r>
        <w:t>rab ishrah li sadri, wa yassir li amri, wah-l-uqdatan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[00:40] </w:t>
      </w:r>
      <w:r>
        <w:t>aaj october 2012 ki 27 tareekh hai, aur yeh Juma ka din hai.</w:t>
      </w:r>
    </w:p>
    <w:p>
      <w:pPr>
        <w:jc w:val="right"/>
      </w:pPr>
      <w:r>
        <w:t>آج اکتوبر 2012 کی 27 تاریخ ہے، اور یہ جیادہ کا دن ہے۔</w:t>
      </w:r>
    </w:p>
    <w:p>
      <w:r>
        <w:rPr>
          <w:b/>
        </w:rPr>
        <w:t xml:space="preserve">[00:47] </w:t>
      </w:r>
      <w:r>
        <w:t>aaj main Dilli mein apne CPS ke logon ke saath hoon.</w:t>
      </w:r>
    </w:p>
    <w:p>
      <w:pPr>
        <w:jc w:val="right"/>
      </w:pPr>
      <w:r>
        <w:t>آج میں دلی میں اپنے سی پی ایس کے لوگوں کے ساتھ ہوں۔</w:t>
      </w:r>
    </w:p>
    <w:p>
      <w:r>
        <w:rPr>
          <w:b/>
        </w:rPr>
        <w:t xml:space="preserve">[00:55] </w:t>
      </w:r>
      <w:r>
        <w:t>is waqt main apna aik latest experience aap ko batana chahta hoon.</w:t>
      </w:r>
    </w:p>
    <w:p>
      <w:pPr>
        <w:jc w:val="right"/>
      </w:pPr>
      <w:r>
        <w:t>اس وقت میں اپنا ایک لیٹسٹ ایکسپیرینس آپ کو بتانا چاہتا ہوں۔</w:t>
      </w:r>
    </w:p>
    <w:p>
      <w:r>
        <w:rPr>
          <w:b/>
        </w:rPr>
        <w:t xml:space="preserve">[01:02] </w:t>
      </w:r>
      <w:r>
        <w:t>dekhein, Quran ki aik surah hai, at-teen, jis ka number hai 95.</w:t>
      </w:r>
    </w:p>
    <w:p>
      <w:pPr>
        <w:jc w:val="right"/>
      </w:pPr>
      <w:r>
        <w:t>دیکھیں، قرآن کی ایک سورہ ہے، التین، جس کا نمبر ہے 95۔</w:t>
      </w:r>
    </w:p>
    <w:p>
      <w:r>
        <w:rPr>
          <w:b/>
        </w:rPr>
        <w:t xml:space="preserve">[01:09] </w:t>
      </w:r>
      <w:r>
        <w:t>main ne arz kiya Quran ki aik mushkil suraton mein se aik surah hai, kyunke tafseeron mein is</w:t>
      </w:r>
    </w:p>
    <w:p>
      <w:pPr>
        <w:jc w:val="right"/>
      </w:pPr>
      <w:r>
        <w:t>میں نے عرض کیا قرآن کی ایک مشکل سورتوں میں سے ایک سورہ ہے، کیونکہ تفسیروں میں اس</w:t>
      </w:r>
    </w:p>
    <w:p>
      <w:r>
        <w:rPr>
          <w:b/>
        </w:rPr>
        <w:t xml:space="preserve">[01:16] </w:t>
      </w:r>
      <w:r>
        <w:t>ki jo kami di gayi hai, us se is ki is ki jo yeh sabit nahi saamne aata</w:t>
      </w:r>
    </w:p>
    <w:p>
      <w:pPr>
        <w:jc w:val="right"/>
      </w:pPr>
      <w:r>
        <w:t>کی جو کمیٹی دی گئی ہے، اس سے اس کی اس کی جو یہ ثابت نہیں سامنے آتا</w:t>
      </w:r>
    </w:p>
    <w:p>
      <w:r>
        <w:rPr>
          <w:b/>
        </w:rPr>
        <w:t xml:space="preserve">[01:23] </w:t>
      </w:r>
      <w:r>
        <w:t>ke bohat meaningful baat is ke andar ho.</w:t>
      </w:r>
    </w:p>
    <w:p>
      <w:pPr>
        <w:jc w:val="right"/>
      </w:pPr>
      <w:r>
        <w:t>کہ بہت میننگ فل بات اس کے اندر ہو۔</w:t>
      </w:r>
    </w:p>
    <w:p>
      <w:r>
        <w:rPr>
          <w:b/>
        </w:rPr>
        <w:t xml:space="preserve">[01:31] </w:t>
      </w:r>
      <w:r>
        <w:t>to mere zehen mein bohat dinon se yeh sawal tha ke surah at-teen ka matlab kya hai.</w:t>
      </w:r>
    </w:p>
    <w:p>
      <w:pPr>
        <w:jc w:val="right"/>
      </w:pPr>
      <w:r>
        <w:t>تو میرے ذہن میں بہت دنوں سے یہ سوال تھا کہ سورہ التین کا مطلب کیا ہے۔</w:t>
      </w:r>
    </w:p>
    <w:p>
      <w:r>
        <w:rPr>
          <w:b/>
        </w:rPr>
        <w:t xml:space="preserve">[01:38] </w:t>
      </w:r>
      <w:r>
        <w:t>mera mizaj yeh hai ke kisi surah ko jab tak hum jo is ki deep meaning tak na</w:t>
      </w:r>
    </w:p>
    <w:p>
      <w:pPr>
        <w:jc w:val="right"/>
      </w:pPr>
      <w:r>
        <w:t>میرا مزاج یہ ہے کہ کسی سورہ کو جب تک ہم جو اس کی ڈیپ میننگ تک نہ</w:t>
      </w:r>
    </w:p>
    <w:p>
      <w:r>
        <w:rPr>
          <w:b/>
        </w:rPr>
        <w:t xml:space="preserve">[01:45] </w:t>
      </w:r>
      <w:r>
        <w:t>pehanch jaoon, tab tak mujhe itminan nahi hota.</w:t>
      </w:r>
    </w:p>
    <w:p>
      <w:pPr>
        <w:jc w:val="right"/>
      </w:pPr>
      <w:r>
        <w:t>پہنچ جاؤں، تب تک مجھے اطمینان نہیں ہوتا۔</w:t>
      </w:r>
    </w:p>
    <w:p>
      <w:r>
        <w:rPr>
          <w:b/>
        </w:rPr>
        <w:t xml:space="preserve">[01:52] </w:t>
      </w:r>
      <w:r>
        <w:t>phir abhi haal mein jab maine turki ka safar kiya to turki ke safar mein jo cheezein</w:t>
      </w:r>
    </w:p>
    <w:p>
      <w:pPr>
        <w:jc w:val="right"/>
      </w:pPr>
      <w:r>
        <w:t>پھر ابھی حال میں جب میں نے ترکی کا سفر کیا تو ترکی کے سفر میں جو چیزیں</w:t>
      </w:r>
    </w:p>
    <w:p>
      <w:r>
        <w:rPr>
          <w:b/>
        </w:rPr>
        <w:t xml:space="preserve">[01:59] </w:t>
      </w:r>
      <w:r>
        <w:t>maine padhin, un mein se ek yeh thi ke kamal ata turk, jo wahan kuch dino ke</w:t>
      </w:r>
    </w:p>
    <w:p>
      <w:pPr>
        <w:jc w:val="right"/>
      </w:pPr>
      <w:r>
        <w:t>میں نے پڑھیں، ان میں سے ایک یہ تھی کہ کمال عطا ترک، جو وہاں کچھ دنوں کے</w:t>
      </w:r>
    </w:p>
    <w:p>
      <w:r>
        <w:rPr>
          <w:b/>
        </w:rPr>
        <w:t xml:space="preserve">[02:07] </w:t>
      </w:r>
      <w:r>
        <w:t>liye dictator ban gaye the, unhone ek bahut hi galat remark kiya tha quran ke bare mein.</w:t>
      </w:r>
    </w:p>
    <w:p>
      <w:pPr>
        <w:jc w:val="right"/>
      </w:pPr>
      <w:r>
        <w:t>لیے ڈکٹیٹر بن گئے تھے، انہوں نے ایک بہت ہی غلط ریمارک کیا تھا قرآن کے بارے میں۔</w:t>
      </w:r>
    </w:p>
    <w:p>
      <w:r>
        <w:rPr>
          <w:b/>
        </w:rPr>
        <w:t xml:space="preserve">[02:14] </w:t>
      </w:r>
      <w:r>
        <w:t>kamal ata turk ki death hui hai 1938 mein.</w:t>
      </w:r>
    </w:p>
    <w:p>
      <w:pPr>
        <w:jc w:val="right"/>
      </w:pPr>
      <w:r>
        <w:t>کمال عطا ترک کی ڈیتھ ہوئی ہے 1938 میں۔</w:t>
      </w:r>
    </w:p>
    <w:p>
      <w:r>
        <w:rPr>
          <w:b/>
        </w:rPr>
        <w:t xml:space="preserve">[02:21] </w:t>
      </w:r>
      <w:r>
        <w:t>wo turki mein wo ek bahut hi dictator jaise ruler ban gaye the, aur 18 saal tak unhon</w:t>
      </w:r>
    </w:p>
    <w:p>
      <w:pPr>
        <w:jc w:val="right"/>
      </w:pPr>
      <w:r>
        <w:t>وہ ترکی میں وہ ایک بہت ہی ڈکٹیٹر جیسے رولر بن گئے تھے، اور 18 سال تک انہوں</w:t>
      </w:r>
    </w:p>
    <w:p>
      <w:r>
        <w:rPr>
          <w:b/>
        </w:rPr>
        <w:t xml:space="preserve">[02:28] </w:t>
      </w:r>
      <w:r>
        <w:t>ne rule kiya.</w:t>
      </w:r>
    </w:p>
    <w:p>
      <w:pPr>
        <w:jc w:val="right"/>
      </w:pPr>
      <w:r>
        <w:t>نے رول کیا۔</w:t>
      </w:r>
    </w:p>
    <w:p>
      <w:r>
        <w:rPr>
          <w:b/>
        </w:rPr>
        <w:t xml:space="preserve">[02:35] </w:t>
      </w:r>
      <w:r>
        <w:t>to unhone parliament mein ek baar taqreer karte hue kaha tha quran ke bare mein ke 20</w:t>
      </w:r>
    </w:p>
    <w:p>
      <w:pPr>
        <w:jc w:val="right"/>
      </w:pPr>
      <w:r>
        <w:t>تو انہوں نے پارلیمنٹ میں ایک بار تقریر کرتے ہوئے کہا تھا قرآن کے بارے میں کہ 20</w:t>
      </w:r>
    </w:p>
    <w:p>
      <w:r>
        <w:rPr>
          <w:b/>
        </w:rPr>
        <w:t xml:space="preserve">[02:43] </w:t>
      </w:r>
      <w:r>
        <w:t>century mein hum ko aisi kitab ki zaroorat nahi hai jis mein teen aur zaitoon ki baatein hon,</w:t>
      </w:r>
    </w:p>
    <w:p>
      <w:pPr>
        <w:jc w:val="right"/>
      </w:pPr>
      <w:r>
        <w:t>سینچری میں ہم کو ایسی کتاب کی ضرورت نہیں ہے جس میں تین اور زیتون کی باتیں ہوں،</w:t>
      </w:r>
    </w:p>
    <w:p>
      <w:r>
        <w:rPr>
          <w:b/>
        </w:rPr>
        <w:t xml:space="preserve">[02:50] </w:t>
      </w:r>
      <w:r>
        <w:t>yani fig aur olive ki baatein hon.</w:t>
      </w:r>
    </w:p>
    <w:p>
      <w:pPr>
        <w:jc w:val="right"/>
      </w:pPr>
      <w:r>
        <w:t>یعنی فگ اور اولیو کی باتیں ہوں۔</w:t>
      </w:r>
    </w:p>
    <w:p>
      <w:r>
        <w:rPr>
          <w:b/>
        </w:rPr>
        <w:t xml:space="preserve">[02:57] </w:t>
      </w:r>
      <w:r>
        <w:t>to yeh cheez bahut hi shocking thi mere liye, kyunke surah at-teen isi tarah se hai is ke</w:t>
      </w:r>
    </w:p>
    <w:p>
      <w:pPr>
        <w:jc w:val="right"/>
      </w:pPr>
      <w:r>
        <w:t>تو یہ چیز بہت ہی شاکنگ تھی میرے لیے، کیونکہ سورہ التین اسی طریقے سے ہے اس کے</w:t>
      </w:r>
    </w:p>
    <w:p>
      <w:r>
        <w:rPr>
          <w:b/>
        </w:rPr>
        <w:t xml:space="preserve">[03:04] </w:t>
      </w:r>
      <w:r>
        <w:t>andar ke watteen wazaitoon, watoori sineen, wahadul baladul ameen, laqad khalaqal insana fi taqweem, thumma radadnahu asfalas safileen.</w:t>
      </w:r>
    </w:p>
    <w:p>
      <w:pPr>
        <w:jc w:val="right"/>
      </w:pPr>
      <w:r>
        <w:t>اندر کہ وطین وزیتون، وطور سینین، وحد البلد الامین، لقد خلق الانسان فی تقویم، ثم رضی اللہ وسلم۔</w:t>
      </w:r>
    </w:p>
    <w:p>
      <w:r>
        <w:rPr>
          <w:b/>
        </w:rPr>
        <w:t xml:space="preserve">[03:11] </w:t>
      </w:r>
      <w:r>
        <w:t>yani qasam hai anjeer ki aur zaitoon ki, aur toor aur toor sineen ki, aur balad ameen ki</w:t>
      </w:r>
    </w:p>
    <w:p>
      <w:pPr>
        <w:jc w:val="right"/>
      </w:pPr>
      <w:r>
        <w:t>یعنی قسم ہے انجیل کی اور زیتون کی، اور تور اور تور سینین کی، اور بلد امین کی</w:t>
      </w:r>
    </w:p>
    <w:p>
      <w:r>
        <w:rPr>
          <w:b/>
        </w:rPr>
        <w:t xml:space="preserve">[03:19] </w:t>
      </w:r>
      <w:r>
        <w:t>ke insaan ko paida kiya hum ne behtareen banawat par, phir us ko hum ne daal diya asfalas safileen mein.</w:t>
      </w:r>
    </w:p>
    <w:p>
      <w:pPr>
        <w:jc w:val="right"/>
      </w:pPr>
      <w:r>
        <w:t>کہ انسان کو پیدا کیا ہم نے بہترین بناوٹ پر، پھر اس کو ہم نے ڈال دیا عصر ساقین میں۔</w:t>
      </w:r>
    </w:p>
    <w:p>
      <w:r>
        <w:rPr>
          <w:b/>
        </w:rPr>
        <w:t xml:space="preserve">[03:26] </w:t>
      </w:r>
      <w:r>
        <w:t>یعنی We created man in the best of mould, then we cast him down as the lowest of the low.</w:t>
      </w:r>
    </w:p>
    <w:p>
      <w:pPr>
        <w:jc w:val="right"/>
      </w:pPr>
      <w:r>
        <w:t>یعنی وی کریٹڈ مین ان دا بیسٹ اف ورلڈ، دین وی کاسٹ ہم ڈاؤن ایز دا لوویسٹ اف دا لو۔</w:t>
      </w:r>
    </w:p>
    <w:p>
      <w:r>
        <w:rPr>
          <w:b/>
        </w:rPr>
        <w:t xml:space="preserve">[03:33] </w:t>
      </w:r>
      <w:r>
        <w:t>to kya matlab hai is ka? teen aur is is context mein teen aur zaitoon ka matlab kya</w:t>
      </w:r>
    </w:p>
    <w:p>
      <w:pPr>
        <w:jc w:val="right"/>
      </w:pPr>
      <w:r>
        <w:t>تو کیا مطلب ہے اس کا؟ تین اور اس اس کنٹیکسٹ میں تین اور زیتون کا مطلب کیا</w:t>
      </w:r>
    </w:p>
    <w:p>
      <w:r>
        <w:rPr>
          <w:b/>
        </w:rPr>
        <w:t xml:space="preserve">[03:40] </w:t>
      </w:r>
      <w:r>
        <w:t>hai? anjeer aur zaitoon ka, ya fig olive ka? yeh bahut dinon se mere mind mein yeh sawal</w:t>
      </w:r>
    </w:p>
    <w:p>
      <w:pPr>
        <w:jc w:val="right"/>
      </w:pPr>
      <w:r>
        <w:t>ہے؟ انجیل اور زیتون کا، یا فگر اولیو کا؟ یہ بہت دنوں سے میرے مائنڈ میں یہ سوال</w:t>
      </w:r>
    </w:p>
    <w:p>
      <w:r>
        <w:rPr>
          <w:b/>
        </w:rPr>
        <w:t xml:space="preserve">[03:47] </w:t>
      </w:r>
      <w:r>
        <w:t>basa hua tha.</w:t>
      </w:r>
    </w:p>
    <w:p>
      <w:pPr>
        <w:jc w:val="right"/>
      </w:pPr>
      <w:r>
        <w:t>بسا ہوا تھا۔</w:t>
      </w:r>
    </w:p>
    <w:p>
      <w:r>
        <w:rPr>
          <w:b/>
        </w:rPr>
        <w:t xml:space="preserve">[03:55] </w:t>
      </w:r>
      <w:r>
        <w:t>yeh mind ajeeb o ghareeb cheez hai insaan ka.</w:t>
      </w:r>
    </w:p>
    <w:p>
      <w:pPr>
        <w:jc w:val="right"/>
      </w:pPr>
      <w:r>
        <w:t>یہ مائنڈ عجیب و غریب چیز ہے انسان کا۔</w:t>
      </w:r>
    </w:p>
    <w:p>
      <w:r>
        <w:rPr>
          <w:b/>
        </w:rPr>
        <w:t xml:space="preserve">[04:02] </w:t>
      </w:r>
      <w:r>
        <w:t>is mein aap koi cheez feed karte hain, jaise computer ke tarike se, to is mein wo process</w:t>
      </w:r>
    </w:p>
    <w:p>
      <w:pPr>
        <w:jc w:val="right"/>
      </w:pPr>
      <w:r>
        <w:t>اس میں آپ کوئی چیز فیڈ کرتے ہیں، جیسے کمپیوٹر کے طریقے سے، تو اس میں وہ پراسیس</w:t>
      </w:r>
    </w:p>
    <w:p>
      <w:r>
        <w:rPr>
          <w:b/>
        </w:rPr>
        <w:t xml:space="preserve">[04:09] </w:t>
      </w:r>
      <w:r>
        <w:t>karta rehta hai, process karta rehta hai.</w:t>
      </w:r>
    </w:p>
    <w:p>
      <w:pPr>
        <w:jc w:val="right"/>
      </w:pPr>
      <w:r>
        <w:t>کرتا رہتا ہے، پراسیس کرتا رہتا ہے۔</w:t>
      </w:r>
    </w:p>
    <w:p>
      <w:r>
        <w:rPr>
          <w:b/>
        </w:rPr>
        <w:t xml:space="preserve">[04:16] </w:t>
      </w:r>
      <w:r>
        <w:t>yahan tak ke waqt aata hai jab us ko process kar ke result de deta hai us ko.</w:t>
      </w:r>
    </w:p>
    <w:p>
      <w:pPr>
        <w:jc w:val="right"/>
      </w:pPr>
      <w:r>
        <w:t>یہاں تک کہ وقت آتا ہے جب اس کو پراسیس کر کے رزلٹ دے دیتا ہے اس کو۔</w:t>
      </w:r>
    </w:p>
    <w:p>
      <w:r>
        <w:rPr>
          <w:b/>
        </w:rPr>
        <w:t xml:space="preserve">[04:23] </w:t>
      </w:r>
      <w:r>
        <w:t>to aise hi hua.</w:t>
      </w:r>
    </w:p>
    <w:p>
      <w:pPr>
        <w:jc w:val="right"/>
      </w:pPr>
      <w:r>
        <w:t>تو ایسے ہی ہوا۔</w:t>
      </w:r>
    </w:p>
    <w:p>
      <w:r>
        <w:rPr>
          <w:b/>
        </w:rPr>
        <w:t xml:space="preserve">[04:30] </w:t>
      </w:r>
      <w:r>
        <w:t>aur aaj subah hi ko mujhe yeh baat clear hui ke kya matlab hai is ayat ka.</w:t>
      </w:r>
    </w:p>
    <w:p>
      <w:pPr>
        <w:jc w:val="right"/>
      </w:pPr>
      <w:r>
        <w:t>اور آج صبح ہی کو مجھے یہ بات کلیئر ہوئی کہ کیا مطلب ہے اس آیت کا۔</w:t>
      </w:r>
    </w:p>
    <w:p>
      <w:r>
        <w:rPr>
          <w:b/>
        </w:rPr>
        <w:t xml:space="preserve">[04:38] </w:t>
      </w:r>
      <w:r>
        <w:t>main apne bare mein arz karoon ke main bachpan se mera jo mind tha, wo newton type ka tha.</w:t>
      </w:r>
    </w:p>
    <w:p>
      <w:pPr>
        <w:jc w:val="right"/>
      </w:pPr>
      <w:r>
        <w:t>میں اپنے بارے میں عرض کروں کہ میں بچپن سے میرا جو مائنڈ تھا، وہ نیوٹن ٹائپ کا تھا۔</w:t>
      </w:r>
    </w:p>
    <w:p>
      <w:r>
        <w:rPr>
          <w:b/>
        </w:rPr>
        <w:t xml:space="preserve">[04:45] </w:t>
      </w:r>
      <w:r>
        <w:t>newton ke bare mein kaha jata hai ke wo us ko wool gatherer kaha jata hai.</w:t>
      </w:r>
    </w:p>
    <w:p>
      <w:pPr>
        <w:jc w:val="right"/>
      </w:pPr>
      <w:r>
        <w:t>نیوٹن کے بارے میں کہا جاتا ہے کہ وہ اس کو وول گیدرڈ کہا جاتا ہے۔</w:t>
      </w:r>
    </w:p>
    <w:p>
      <w:r>
        <w:rPr>
          <w:b/>
        </w:rPr>
        <w:t xml:space="preserve">[04:52] </w:t>
      </w:r>
      <w:r>
        <w:t>wul gidrd ka matlab hota hai absent mind.</w:t>
      </w:r>
    </w:p>
    <w:p>
      <w:pPr>
        <w:jc w:val="right"/>
      </w:pPr>
      <w:r>
        <w:t>وول گیدرڈ کا مطلب ہوتا ہے ایبسنٹ مائنڈ۔</w:t>
      </w:r>
    </w:p>
    <w:p>
      <w:r>
        <w:rPr>
          <w:b/>
        </w:rPr>
        <w:t xml:space="preserve">[04:59] </w:t>
      </w:r>
      <w:r>
        <w:t>yani khoya khoya aadmi jo hote hain, khoye khoye, un ko kehte hain wul gidrd ya absent mind.</w:t>
      </w:r>
    </w:p>
    <w:p>
      <w:pPr>
        <w:jc w:val="right"/>
      </w:pPr>
      <w:r>
        <w:t>یعنی کھویا کھویا آدمی جو ہوتے ہیں، کھوئے کھوئے، ان کو کہتے ہیں وول گیدرڈ یا ایبسنٹ مائنڈ۔</w:t>
      </w:r>
    </w:p>
    <w:p>
      <w:r>
        <w:rPr>
          <w:b/>
        </w:rPr>
        <w:t xml:space="preserve">[05:06] </w:t>
      </w:r>
      <w:r>
        <w:t>to main aisa hi tha, chup chap sochta rehta tha, bolta kam tha.</w:t>
      </w:r>
    </w:p>
    <w:p>
      <w:pPr>
        <w:jc w:val="right"/>
      </w:pPr>
      <w:r>
        <w:t>تو میں ایسا ہی تھا، چپ چاپ سوچتا رہتا تھا، بولتا کم تھا۔</w:t>
      </w:r>
    </w:p>
    <w:p>
      <w:r>
        <w:rPr>
          <w:b/>
        </w:rPr>
        <w:t xml:space="preserve">[05:14] </w:t>
      </w:r>
      <w:r>
        <w:t>aik bar main arab gaya to wahan par aik sheikh se baat karte hue unhon ne kaha ke</w:t>
      </w:r>
    </w:p>
    <w:p>
      <w:pPr>
        <w:jc w:val="right"/>
      </w:pPr>
      <w:r>
        <w:t>ایک بار میں عرب گیا تو وہاں پر ایک شیخ سے بات کرتے ہوئے انہوں نے کہا کہ</w:t>
      </w:r>
    </w:p>
    <w:p>
      <w:r>
        <w:rPr>
          <w:b/>
        </w:rPr>
        <w:t xml:space="preserve">[05:21] </w:t>
      </w:r>
      <w:r>
        <w:t>aap bohat chup rehte hain, kya baat hai? kyunke conference waghera mein bhi bohat kam bolta hoon main.</w:t>
      </w:r>
    </w:p>
    <w:p>
      <w:pPr>
        <w:jc w:val="right"/>
      </w:pPr>
      <w:r>
        <w:t>آپ بہت چپ رہتے ہیں، کیا بات ہے؟ کیونکہ کانفرنس وغیرہ میں بھی بہت کم بولتا ہوں میں۔</w:t>
      </w:r>
    </w:p>
    <w:p>
      <w:r>
        <w:rPr>
          <w:b/>
        </w:rPr>
        <w:t xml:space="preserve">[05:28] </w:t>
      </w:r>
      <w:r>
        <w:t>to main ne kaha ana rajul uhibbul uzlah, main aik tanhai pasand aadmi hoon.</w:t>
      </w:r>
    </w:p>
    <w:p>
      <w:pPr>
        <w:jc w:val="right"/>
      </w:pPr>
      <w:r>
        <w:t>تو میں نے کہا انا رجل احب العزلہ، میں ایک تنہائی پسند آدمی ہوں۔</w:t>
      </w:r>
    </w:p>
    <w:p>
      <w:r>
        <w:rPr>
          <w:b/>
        </w:rPr>
        <w:t xml:space="preserve">[05:35] </w:t>
      </w:r>
      <w:r>
        <w:t>aik bar to aik conference mein main chup tha to kisi ne kaha ke aap bolte nahin.</w:t>
      </w:r>
    </w:p>
    <w:p>
      <w:pPr>
        <w:jc w:val="right"/>
      </w:pPr>
      <w:r>
        <w:t>ایک بار تو ایک کانفرنس میں میں چپ تھا تو کسی نے کہا کہ آپ بولتے نہیں۔</w:t>
      </w:r>
    </w:p>
    <w:p>
      <w:r>
        <w:rPr>
          <w:b/>
        </w:rPr>
        <w:t xml:space="preserve">[05:42] </w:t>
      </w:r>
      <w:r>
        <w:t>تو میں نے کہا I am trying to be a good listener.</w:t>
      </w:r>
    </w:p>
    <w:p>
      <w:pPr>
        <w:jc w:val="right"/>
      </w:pPr>
      <w:r>
        <w:t>تو میں نے کہا آئی ایم ٹرائنگ ٹو بی ا گڈ لسنر۔</w:t>
      </w:r>
    </w:p>
    <w:p>
      <w:r>
        <w:rPr>
          <w:b/>
        </w:rPr>
        <w:t xml:space="preserve">[05:50] </w:t>
      </w:r>
      <w:r>
        <w:t>to us type ka aadmi main hoon, bolna kam, sochna zyada.</w:t>
      </w:r>
    </w:p>
    <w:p>
      <w:pPr>
        <w:jc w:val="right"/>
      </w:pPr>
      <w:r>
        <w:t>تو اس ٹائپ کا آدمی میں ہوں، بولنا کم، سوچنا زیادہ۔</w:t>
      </w:r>
    </w:p>
    <w:p>
      <w:r>
        <w:rPr>
          <w:b/>
        </w:rPr>
        <w:t xml:space="preserve">[05:57] </w:t>
      </w:r>
      <w:r>
        <w:t>to isi apne mizaj ke tehat main is ayat ke baray mein sochta raha aur apne mind mein</w:t>
      </w:r>
    </w:p>
    <w:p>
      <w:pPr>
        <w:jc w:val="right"/>
      </w:pPr>
      <w:r>
        <w:t>تو اسی اپنے مزاج کے تحت میں اس آیت کے بارے میں سوچتا رہا اور اپنے مائنڈ میں</w:t>
      </w:r>
    </w:p>
    <w:p>
      <w:r>
        <w:rPr>
          <w:b/>
        </w:rPr>
        <w:t xml:space="preserve">[06:04] </w:t>
      </w:r>
      <w:r>
        <w:t>mera mind is ko process karta raha.</w:t>
      </w:r>
    </w:p>
    <w:p>
      <w:pPr>
        <w:jc w:val="right"/>
      </w:pPr>
      <w:r>
        <w:t>میرا مائنڈ اس کو پراسیس کرتا رہا۔</w:t>
      </w:r>
    </w:p>
    <w:p>
      <w:r>
        <w:rPr>
          <w:b/>
        </w:rPr>
        <w:t xml:space="preserve">[06:11] </w:t>
      </w:r>
      <w:r>
        <w:t>mind ke baray mein dekhen, aik scientist ne kaha hai ke mind ki capacity jitna zyada hai, yani</w:t>
      </w:r>
    </w:p>
    <w:p>
      <w:pPr>
        <w:jc w:val="right"/>
      </w:pPr>
      <w:r>
        <w:t>مائنڈ کے بارے میں دیکھیں، ایک سائنٹسٹ نے کہا ہے کہ مائنڈ کی کیپیسٹی جتنا زیادہ ہے، یعنی</w:t>
      </w:r>
    </w:p>
    <w:p>
      <w:r>
        <w:rPr>
          <w:b/>
        </w:rPr>
        <w:t xml:space="preserve">[06:18] </w:t>
      </w:r>
      <w:r>
        <w:t>brain ki, ke mustard aik hota hai na, aap jante hain, hum sarson, us se bhi aik choti</w:t>
      </w:r>
    </w:p>
    <w:p>
      <w:pPr>
        <w:jc w:val="right"/>
      </w:pPr>
      <w:r>
        <w:t>برین کی، کہ مسٹرڈ ایک ہوتا ہے نا، آپ جانتے ہیں، ہم سرسوں، اس سے بھی ایک چھوٹی</w:t>
      </w:r>
    </w:p>
    <w:p>
      <w:r>
        <w:rPr>
          <w:b/>
        </w:rPr>
        <w:t xml:space="preserve">[06:26] </w:t>
      </w:r>
      <w:r>
        <w:t>cheez hoti hai, alsi.</w:t>
      </w:r>
    </w:p>
    <w:p>
      <w:pPr>
        <w:jc w:val="right"/>
      </w:pPr>
      <w:r>
        <w:t>چیز ہوتی ہے، السی۔</w:t>
      </w:r>
    </w:p>
    <w:p>
      <w:r>
        <w:rPr>
          <w:b/>
        </w:rPr>
        <w:t xml:space="preserve">[06:33] </w:t>
      </w:r>
      <w:r>
        <w:t>alsi ke aik danay ke barabar jagah mein brain ke andar aik second ke andar aik crore</w:t>
      </w:r>
    </w:p>
    <w:p>
      <w:pPr>
        <w:jc w:val="right"/>
      </w:pPr>
      <w:r>
        <w:t>السی کے ایک دانے کے برابر جگہ میں برین کے اندر ایک سیکنڈ کے اندر ایک سو کروڑ</w:t>
      </w:r>
    </w:p>
    <w:p>
      <w:r>
        <w:rPr>
          <w:b/>
        </w:rPr>
        <w:t xml:space="preserve">[06:40] </w:t>
      </w:r>
      <w:r>
        <w:t>ki tadad mein action aur interaction hota hai, itna sara.</w:t>
      </w:r>
    </w:p>
    <w:p>
      <w:pPr>
        <w:jc w:val="right"/>
      </w:pPr>
      <w:r>
        <w:t>کی تعداد میں ایکشن اور انٹریکشن ہوتا ہے، اتنا سارا۔</w:t>
      </w:r>
    </w:p>
    <w:p>
      <w:r>
        <w:rPr>
          <w:b/>
        </w:rPr>
        <w:t xml:space="preserve">[06:47] </w:t>
      </w:r>
      <w:r>
        <w:t>تو اس طرح سے میرا mind process کرتا رہا، process کرتا رہا۔</w:t>
      </w:r>
    </w:p>
    <w:p>
      <w:pPr>
        <w:jc w:val="right"/>
      </w:pPr>
      <w:r>
        <w:t>تو اس طرح سے میرا مائنڈ پراسیس کرتا رہا، پراسیس کرتا رہا۔</w:t>
      </w:r>
    </w:p>
    <w:p>
      <w:r>
        <w:rPr>
          <w:b/>
        </w:rPr>
        <w:t xml:space="preserve">[06:54] </w:t>
      </w:r>
      <w:r>
        <w:t>Allah ki tofeeq se aaj bhi samajh mein yeh baat aayi ke kya matlab hai is ka.</w:t>
      </w:r>
    </w:p>
    <w:p>
      <w:pPr>
        <w:jc w:val="right"/>
      </w:pPr>
      <w:r>
        <w:t>اللہ کی توفیق سے آج بھی سمجھ میں یہ بات آئی کہ کیا مطلب ہے اس کا۔</w:t>
      </w:r>
    </w:p>
    <w:p>
      <w:r>
        <w:rPr>
          <w:b/>
        </w:rPr>
        <w:t xml:space="preserve">[07:02] </w:t>
      </w:r>
      <w:r>
        <w:t>dekhen, pehli baat to yeh hai ke yeh teen aur zaitoon aur balad ameen, tur sineen, haqeeqat mein</w:t>
      </w:r>
    </w:p>
    <w:p>
      <w:pPr>
        <w:jc w:val="right"/>
      </w:pPr>
      <w:r>
        <w:t>دیکھیں، پہلی بات تو یہ ہے کہ یہ تین اور زیتون اور بلد امین، تور سینین، حقیقت میں</w:t>
      </w:r>
    </w:p>
    <w:p>
      <w:r>
        <w:rPr>
          <w:b/>
        </w:rPr>
        <w:t xml:space="preserve">[07:09] </w:t>
      </w:r>
      <w:r>
        <w:t>yeh symbolic sense mein isi dunya ke baray mein hai ke yeh earth, yeh yeh planet earth, yeh dunya.</w:t>
      </w:r>
    </w:p>
    <w:p>
      <w:pPr>
        <w:jc w:val="right"/>
      </w:pPr>
      <w:r>
        <w:t>یہ سمبولک سینس میں اسی دنیا کے بارے میں ہے کہ یہ ارتھ، یہ یہ پلینٹ ارتھ، یہ دنیا۔</w:t>
      </w:r>
    </w:p>
    <w:p>
      <w:r>
        <w:rPr>
          <w:b/>
        </w:rPr>
        <w:t xml:space="preserve">[07:16] </w:t>
      </w:r>
      <w:r>
        <w:t>yani Allah taala ne is planet earth ki gawahi ke tor par pesh kiya.</w:t>
      </w:r>
    </w:p>
    <w:p>
      <w:pPr>
        <w:jc w:val="right"/>
      </w:pPr>
      <w:r>
        <w:t>یعنی اللہ تعالی نے اس پلینٹ ارتھ کی گواہی کے طور پر پیش کیا۔</w:t>
      </w:r>
    </w:p>
    <w:p>
      <w:r>
        <w:rPr>
          <w:b/>
        </w:rPr>
        <w:t xml:space="preserve">[07:23] </w:t>
      </w:r>
      <w:r>
        <w:t>asal mein baat yeh hai, woh is tarah se hai ke insan ko Allah taala ne bohat hi</w:t>
      </w:r>
    </w:p>
    <w:p>
      <w:pPr>
        <w:jc w:val="right"/>
      </w:pPr>
      <w:r>
        <w:t>اصل میں بات یہ ہے، وہ اس طریقے سے ہے کہ انسان کو اللہ تعالی نے بہت ہی</w:t>
      </w:r>
    </w:p>
    <w:p>
      <w:r>
        <w:rPr>
          <w:b/>
        </w:rPr>
        <w:t xml:space="preserve">[07:30] </w:t>
      </w:r>
      <w:r>
        <w:t>aik unique aik hasti diya hai aur phir aik bohat unique dunya mujh ko rakha hai.</w:t>
      </w:r>
    </w:p>
    <w:p>
      <w:pPr>
        <w:jc w:val="right"/>
      </w:pPr>
      <w:r>
        <w:t>ایک یونیک ایک ہستی دیا ہے اور پھر ایک بہت یونیک دنیا مجھ کو رکھا ہے۔</w:t>
      </w:r>
    </w:p>
    <w:p>
      <w:r>
        <w:rPr>
          <w:b/>
        </w:rPr>
        <w:t xml:space="preserve">[07:38] </w:t>
      </w:r>
      <w:r>
        <w:t>star wars kehte hain ke poore universe mein anginat sitare hain, sayare hain, planetary systems hain, lekin zameen jaisa</w:t>
      </w:r>
    </w:p>
    <w:p>
      <w:pPr>
        <w:jc w:val="right"/>
      </w:pPr>
      <w:r>
        <w:t>اسٹارورس کہتے ہیں کہ پورے یونیورس میں انگنت ستارے ہیں، سیارے ہیں، پلینٹری سسٹمز ہیں، لیکن زمین جیسا</w:t>
      </w:r>
    </w:p>
    <w:p>
      <w:r>
        <w:rPr>
          <w:b/>
        </w:rPr>
        <w:t xml:space="preserve">[07:45] </w:t>
      </w:r>
      <w:r>
        <w:t>kura, jaise zameen jaisa planet, aaj tak kahin discover nahin hua.</w:t>
      </w:r>
    </w:p>
    <w:p>
      <w:pPr>
        <w:jc w:val="right"/>
      </w:pPr>
      <w:r>
        <w:t>کرہ، جیسے زمین جیسا پلینٹ، آج تک کہیں ڈسکور نہیں ہوا۔</w:t>
      </w:r>
    </w:p>
    <w:p>
      <w:r>
        <w:rPr>
          <w:b/>
        </w:rPr>
        <w:t xml:space="preserve">[07:52] </w:t>
      </w:r>
      <w:r>
        <w:t>kyunke zameen jo hai, is mein bohat hi zyada har cheez right proportion mein hai.</w:t>
      </w:r>
    </w:p>
    <w:p>
      <w:pPr>
        <w:jc w:val="right"/>
      </w:pPr>
      <w:r>
        <w:t>کیونکہ زمین جو ہے، اس میں بہت ہی زیادہ ہر چیز رائٹ پروپورشن میں ہے۔</w:t>
      </w:r>
    </w:p>
    <w:p>
      <w:r>
        <w:rPr>
          <w:b/>
        </w:rPr>
        <w:t xml:space="preserve">[07:59] </w:t>
      </w:r>
      <w:r>
        <w:t>pani hai yahan par, plant hai yahan par, yahan oxygen ka nizam yahan par hai, suraj se light</w:t>
      </w:r>
    </w:p>
    <w:p>
      <w:pPr>
        <w:jc w:val="right"/>
      </w:pPr>
      <w:r>
        <w:t>پانی ہے یہاں پر، پلانٹ ہے یہاں پر، یہاں اکسیجن کا نظام یہاں پر ہے، سورج سے لائٹ</w:t>
      </w:r>
    </w:p>
    <w:p>
      <w:r>
        <w:rPr>
          <w:b/>
        </w:rPr>
        <w:t xml:space="preserve">[08:06] </w:t>
      </w:r>
      <w:r>
        <w:t>aa rahi hai, har cheez hai, lekin bohat hi zyada right proportion mein jo ke insaan ke rehne</w:t>
      </w:r>
    </w:p>
    <w:p>
      <w:pPr>
        <w:jc w:val="right"/>
      </w:pPr>
      <w:r>
        <w:t>آ رہی ہے، ہر چیز ہے، لیکن بہت ہی زیادہ رائٹ پروپورشن میں جو کہ انسان کے رہنے</w:t>
      </w:r>
    </w:p>
    <w:p>
      <w:r>
        <w:rPr>
          <w:b/>
        </w:rPr>
        <w:t xml:space="preserve">[08:13] </w:t>
      </w:r>
      <w:r>
        <w:t>ke qabil ho.</w:t>
      </w:r>
    </w:p>
    <w:p>
      <w:pPr>
        <w:jc w:val="right"/>
      </w:pPr>
      <w:r>
        <w:t>کے قابل ہو۔</w:t>
      </w:r>
    </w:p>
    <w:p>
      <w:r>
        <w:rPr>
          <w:b/>
        </w:rPr>
        <w:t xml:space="preserve">[08:21] </w:t>
      </w:r>
      <w:r>
        <w:t>to Allah taala ne asal mein yeh bataya ke insaan ko paida kiya Allah ne ek behtareen makhlooq</w:t>
      </w:r>
    </w:p>
    <w:p>
      <w:pPr>
        <w:jc w:val="right"/>
      </w:pPr>
      <w:r>
        <w:t>تو اللہ تعالی نے اصل میں یہ بتایا کہ انسان کو پیدا کیا اللہ نے ایک بہترین مخلوق</w:t>
      </w:r>
    </w:p>
    <w:p>
      <w:r>
        <w:rPr>
          <w:b/>
        </w:rPr>
        <w:t xml:space="preserve">[08:28] </w:t>
      </w:r>
      <w:r>
        <w:t>ke taur par, phir rakh diya us ko zameen mein.</w:t>
      </w:r>
    </w:p>
    <w:p>
      <w:pPr>
        <w:jc w:val="right"/>
      </w:pPr>
      <w:r>
        <w:t>کے طور پر، پھر رکھ دیا اس کو زمین میں۔</w:t>
      </w:r>
    </w:p>
    <w:p>
      <w:r>
        <w:rPr>
          <w:b/>
        </w:rPr>
        <w:t xml:space="preserve">[08:35] </w:t>
      </w:r>
      <w:r>
        <w:t>zameen ko kaha gaya hai asfal safileen.</w:t>
      </w:r>
    </w:p>
    <w:p>
      <w:pPr>
        <w:jc w:val="right"/>
      </w:pPr>
      <w:r>
        <w:t>زمین کو کہا گیا ہے اصف سافرین۔</w:t>
      </w:r>
    </w:p>
    <w:p>
      <w:r>
        <w:rPr>
          <w:b/>
        </w:rPr>
        <w:t xml:space="preserve">[08:42] </w:t>
      </w:r>
      <w:r>
        <w:t>yeh kyun? meri samajh mein aaya ke is ka matlab hai ke insaan ko paida kiya ek idealist</w:t>
      </w:r>
    </w:p>
    <w:p>
      <w:pPr>
        <w:jc w:val="right"/>
      </w:pPr>
      <w:r>
        <w:t>یہ کیوں؟ میری سمجھ میں آیا کہ اس کا مطلب ہے کہ انسان کو پیدا کیا ایک آئیڈیلسٹ</w:t>
      </w:r>
    </w:p>
    <w:p>
      <w:r>
        <w:rPr>
          <w:b/>
        </w:rPr>
        <w:t xml:space="preserve">[08:49] </w:t>
      </w:r>
      <w:r>
        <w:t>ke taur par, aur zameen aisi cheez hai ke sab kuch hote hue bhi woh less than ideal hai.</w:t>
      </w:r>
    </w:p>
    <w:p>
      <w:pPr>
        <w:jc w:val="right"/>
      </w:pPr>
      <w:r>
        <w:t>کے طور پر، اور زمین ایسی چیز ہے کہ سب کچھ ہوتے ہوئے بھی وہ لیس دین آئیڈیل ہے۔</w:t>
      </w:r>
    </w:p>
    <w:p>
      <w:r>
        <w:rPr>
          <w:b/>
        </w:rPr>
        <w:t xml:space="preserve">[08:57] </w:t>
      </w:r>
      <w:r>
        <w:t>zameen mein agar sab kuch hai, phir woh less than ideal hai.</w:t>
      </w:r>
    </w:p>
    <w:p>
      <w:pPr>
        <w:jc w:val="right"/>
      </w:pPr>
      <w:r>
        <w:t>زمین میں اگر سب کچھ ہے، پھر وہ لیس دین آئیڈیل ہے۔</w:t>
      </w:r>
    </w:p>
    <w:p>
      <w:r>
        <w:rPr>
          <w:b/>
        </w:rPr>
        <w:t xml:space="preserve">[09:04] </w:t>
      </w:r>
      <w:r>
        <w:t>is liye insaan kabhi bhi mutmaeen nahi hota.</w:t>
      </w:r>
    </w:p>
    <w:p>
      <w:pPr>
        <w:jc w:val="right"/>
      </w:pPr>
      <w:r>
        <w:t>اس لیے انسان کبھی بھی مطمئن نہیں ہوتا۔</w:t>
      </w:r>
    </w:p>
    <w:p>
      <w:r>
        <w:rPr>
          <w:b/>
        </w:rPr>
        <w:t xml:space="preserve">[09:11] </w:t>
      </w:r>
      <w:r>
        <w:t>insaan ko kuch bhi mil jaye, aap jante hain, koi mutmaeen nahi hota.</w:t>
      </w:r>
    </w:p>
    <w:p>
      <w:pPr>
        <w:jc w:val="right"/>
      </w:pPr>
      <w:r>
        <w:t>انسان کو کچھ بھی مل جائے، آپ جانتے ہیں، کوئی مطمئن نہیں ہوتا۔</w:t>
      </w:r>
    </w:p>
    <w:p>
      <w:r>
        <w:rPr>
          <w:b/>
        </w:rPr>
        <w:t xml:space="preserve">[09:18] </w:t>
      </w:r>
      <w:r>
        <w:t>jo king the, jo bare bare wealthy log the, koi bhi bari bari poshahan wale log kabhi bhi</w:t>
      </w:r>
    </w:p>
    <w:p>
      <w:pPr>
        <w:jc w:val="right"/>
      </w:pPr>
      <w:r>
        <w:t>جو کنگ تھے، جو بڑے بڑے ویلدی لوگ تھے، کوئی بھی بڑی بڑی پوشاں والے لوگ کبھی بھی</w:t>
      </w:r>
    </w:p>
    <w:p>
      <w:r>
        <w:rPr>
          <w:b/>
        </w:rPr>
        <w:t xml:space="preserve">[09:25] </w:t>
      </w:r>
      <w:r>
        <w:t>andar se mutmaeen nahi hote.</w:t>
      </w:r>
    </w:p>
    <w:p>
      <w:pPr>
        <w:jc w:val="right"/>
      </w:pPr>
      <w:r>
        <w:t>اندر سے مطمئن نہیں ہوتے۔</w:t>
      </w:r>
    </w:p>
    <w:p>
      <w:r>
        <w:rPr>
          <w:b/>
        </w:rPr>
        <w:t xml:space="preserve">[09:33] </w:t>
      </w:r>
      <w:r>
        <w:t>kyun? woh khud to hain idealist, lekin jis duniya mein un ko rehna pad raha hai, woh hai</w:t>
      </w:r>
    </w:p>
    <w:p>
      <w:pPr>
        <w:jc w:val="right"/>
      </w:pPr>
      <w:r>
        <w:t>کیوں؟ وہ خود تو ہیں آئیڈیلسٹ، لیکن جس دنیا میں ان کو رہنا پڑ رہا ہے، وہ ہے</w:t>
      </w:r>
    </w:p>
    <w:p>
      <w:r>
        <w:rPr>
          <w:b/>
        </w:rPr>
        <w:t xml:space="preserve">[09:40] </w:t>
      </w:r>
      <w:r>
        <w:t>less than ideal.</w:t>
      </w:r>
    </w:p>
    <w:p>
      <w:pPr>
        <w:jc w:val="right"/>
      </w:pPr>
      <w:r>
        <w:t>لیس دین آئیڈیل۔</w:t>
      </w:r>
    </w:p>
    <w:p>
      <w:r>
        <w:rPr>
          <w:b/>
        </w:rPr>
        <w:t xml:space="preserve">[09:47] </w:t>
      </w:r>
      <w:r>
        <w:t>to un ko full fulfillment nahi milta.</w:t>
      </w:r>
    </w:p>
    <w:p>
      <w:pPr>
        <w:jc w:val="right"/>
      </w:pPr>
      <w:r>
        <w:t>تو ان کو فل فل بن نہیں ملتا۔</w:t>
      </w:r>
    </w:p>
    <w:p>
      <w:r>
        <w:rPr>
          <w:b/>
        </w:rPr>
        <w:t xml:space="preserve">[09:54] </w:t>
      </w:r>
      <w:r>
        <w:t>isi liye hadith mein aata hai ke insaan ko sari duniya ki daulat mil jaye, sab kuch mil</w:t>
      </w:r>
    </w:p>
    <w:p>
      <w:pPr>
        <w:jc w:val="right"/>
      </w:pPr>
      <w:r>
        <w:t>اسی لیے حدیث میں آتا ہے کہ انسان کو ساری دنیا کی دولت مل جائے، سب کچھ مل</w:t>
      </w:r>
    </w:p>
    <w:p>
      <w:r>
        <w:rPr>
          <w:b/>
        </w:rPr>
        <w:t xml:space="preserve">[10:01] </w:t>
      </w:r>
      <w:r>
        <w:t>jaye, tab bhi us ko tasalli nahi hogi.</w:t>
      </w:r>
    </w:p>
    <w:p>
      <w:pPr>
        <w:jc w:val="right"/>
      </w:pPr>
      <w:r>
        <w:t>جائے، تب بھی اس کو تسکین نہیں ہوگی۔</w:t>
      </w:r>
    </w:p>
    <w:p>
      <w:r>
        <w:rPr>
          <w:b/>
        </w:rPr>
        <w:t xml:space="preserve">[10:09] </w:t>
      </w:r>
      <w:r>
        <w:t>isi haal mein woh mar jaye ga, qabr mein chala jaye ga, aur dissatisfied rahe ga.</w:t>
      </w:r>
    </w:p>
    <w:p>
      <w:pPr>
        <w:jc w:val="right"/>
      </w:pPr>
      <w:r>
        <w:t>اسی حال میں وہ مر جائے گا، قبر میں چلا جائے گا، اور ڈس سیٹسفائیڈ رہے گا۔</w:t>
      </w:r>
    </w:p>
    <w:p>
      <w:r>
        <w:rPr>
          <w:b/>
        </w:rPr>
        <w:t xml:space="preserve">[10:16] </w:t>
      </w:r>
      <w:r>
        <w:t>khud Ataturk ka anjam yeh hua ke Ataturk bohat kam umar mein mar gaye, yani 57 mein.</w:t>
      </w:r>
    </w:p>
    <w:p>
      <w:pPr>
        <w:jc w:val="right"/>
      </w:pPr>
      <w:r>
        <w:t>خود عطا ترک کا انجام یہ ہوا کہ عطا ترک بہت کم عمر میں مر گئے، یعنی 57 میں۔</w:t>
      </w:r>
    </w:p>
    <w:p>
      <w:r>
        <w:rPr>
          <w:b/>
        </w:rPr>
        <w:t xml:space="preserve">[10:23] </w:t>
      </w:r>
      <w:r>
        <w:t>1938 mein jab maray to un ki umar thi sirf 57, aur aakhri zamane mein kai baras tak</w:t>
      </w:r>
    </w:p>
    <w:p>
      <w:pPr>
        <w:jc w:val="right"/>
      </w:pPr>
      <w:r>
        <w:t>1938 میں جب مرے تو ان کی عمر تھی صرف 57، اور آخری زمانے میں کئی برس تک</w:t>
      </w:r>
    </w:p>
    <w:p>
      <w:r>
        <w:rPr>
          <w:b/>
        </w:rPr>
        <w:t xml:space="preserve">[10:30] </w:t>
      </w:r>
      <w:r>
        <w:t>un ki health bohat kharab thi.</w:t>
      </w:r>
    </w:p>
    <w:p>
      <w:pPr>
        <w:jc w:val="right"/>
      </w:pPr>
      <w:r>
        <w:t>ان کی ہیلتھ بہت خراب تھی۔</w:t>
      </w:r>
    </w:p>
    <w:p>
      <w:r>
        <w:rPr>
          <w:b/>
        </w:rPr>
        <w:t xml:space="preserve">[10:37] </w:t>
      </w:r>
      <w:r>
        <w:t>encyclopedia mein mein ne dekha to us mein likha hua tha ke poor health aakhri zamane mein, aur</w:t>
      </w:r>
    </w:p>
    <w:p>
      <w:pPr>
        <w:jc w:val="right"/>
      </w:pPr>
      <w:r>
        <w:t>انسائیکلوپیڈیا میں میں نے دیکھا تو اس میں لکھا ہوا تھا کہ پور ہیلتھ آخری زمانے میں، اور</w:t>
      </w:r>
    </w:p>
    <w:p>
      <w:r>
        <w:rPr>
          <w:b/>
        </w:rPr>
        <w:t xml:space="preserve">[10:45] </w:t>
      </w:r>
      <w:r>
        <w:t>frustration mein maray woh.</w:t>
      </w:r>
    </w:p>
    <w:p>
      <w:pPr>
        <w:jc w:val="right"/>
      </w:pPr>
      <w:r>
        <w:t>فرسٹریشن میں مرے وہ۔</w:t>
      </w:r>
    </w:p>
    <w:p>
      <w:r>
        <w:rPr>
          <w:b/>
        </w:rPr>
        <w:t xml:space="preserve">[10:52] </w:t>
      </w:r>
      <w:r>
        <w:t>kyun ke agarche unhon ne wahan revolution kiya, woh dictator ban gaye, 18 saal tak woh dictator banay rahay</w:t>
      </w:r>
    </w:p>
    <w:p>
      <w:pPr>
        <w:jc w:val="right"/>
      </w:pPr>
      <w:r>
        <w:t>کیونکہ اگرچہ انہوں نے وہاں ریولوشن کیا، وہ ڈکٹیٹر بن گئے، 18 سال تک وہ ڈکٹیٹر بنے رہے</w:t>
      </w:r>
    </w:p>
    <w:p>
      <w:r>
        <w:rPr>
          <w:b/>
        </w:rPr>
        <w:t xml:space="preserve">[10:59] </w:t>
      </w:r>
      <w:r>
        <w:t>Turkey mein, lekin jo chahte thay, woh phir bhi nahi hua.</w:t>
      </w:r>
    </w:p>
    <w:p>
      <w:pPr>
        <w:jc w:val="right"/>
      </w:pPr>
      <w:r>
        <w:t>ترکی میں، لیکن جو چاہتے تھے، وہ پھر بھی نہیں ہوا۔</w:t>
      </w:r>
    </w:p>
    <w:p>
      <w:r>
        <w:rPr>
          <w:b/>
        </w:rPr>
        <w:t xml:space="preserve">[11:06] </w:t>
      </w:r>
      <w:r>
        <w:t>kyunke har cheez less than ideal thi un ke liye.</w:t>
      </w:r>
    </w:p>
    <w:p>
      <w:pPr>
        <w:jc w:val="right"/>
      </w:pPr>
      <w:r>
        <w:t>کیونکہ ہر چیز لیس دین آئیڈیل تھی ان کے لیے۔</w:t>
      </w:r>
    </w:p>
    <w:p>
      <w:r>
        <w:rPr>
          <w:b/>
        </w:rPr>
        <w:t xml:space="preserve">[11:13] </w:t>
      </w:r>
      <w:r>
        <w:t>jo chaha tha, jo un ke zehan mein naqsha tha, woh nahi bana paye.</w:t>
      </w:r>
    </w:p>
    <w:p>
      <w:pPr>
        <w:jc w:val="right"/>
      </w:pPr>
      <w:r>
        <w:t>جو چاہا تھا، جو ان کے ذہن میں نقشہ تھا، وہ نہیں بنا پائے۔</w:t>
      </w:r>
    </w:p>
    <w:p>
      <w:r>
        <w:rPr>
          <w:b/>
        </w:rPr>
        <w:t xml:space="preserve">[11:21] </w:t>
      </w:r>
      <w:r>
        <w:t>to natija kya hua? ke pressure mein mare.</w:t>
      </w:r>
    </w:p>
    <w:p>
      <w:pPr>
        <w:jc w:val="right"/>
      </w:pPr>
      <w:r>
        <w:t>تو نتیجہ کیا ہوا؟ کہ پریشر میں مرے۔</w:t>
      </w:r>
    </w:p>
    <w:p>
      <w:r>
        <w:rPr>
          <w:b/>
        </w:rPr>
        <w:t xml:space="preserve">[11:28] </w:t>
      </w:r>
      <w:r>
        <w:t>is ayat mein, quran ki is ayat mein bataya gaya hai ke jo insan is raat ko jaan</w:t>
      </w:r>
    </w:p>
    <w:p>
      <w:pPr>
        <w:jc w:val="right"/>
      </w:pPr>
      <w:r>
        <w:t>اس آیت میں، قرآن کی اس آیت میں بتایا گیا ہے کہ جو انسان اس رات کو جان</w:t>
      </w:r>
    </w:p>
    <w:p>
      <w:r>
        <w:rPr>
          <w:b/>
        </w:rPr>
        <w:t xml:space="preserve">[11:35] </w:t>
      </w:r>
      <w:r>
        <w:t>لے کہ میں ایک main ko ek contradiction mein jeena hai, is baat ko jaan le ke I</w:t>
      </w:r>
    </w:p>
    <w:p>
      <w:pPr>
        <w:jc w:val="right"/>
      </w:pPr>
      <w:r>
        <w:t>لے کہ میں ایک مین کو ایک کنٹراڈکشن میں جینا ہے، اس رات کو جان لے کہ آئی</w:t>
      </w:r>
    </w:p>
    <w:p>
      <w:r>
        <w:rPr>
          <w:b/>
        </w:rPr>
        <w:t xml:space="preserve">[11:42] </w:t>
      </w:r>
      <w:r>
        <w:t>I am an idealist, but I have to live in a in a world which is less than ideal.</w:t>
      </w:r>
    </w:p>
    <w:p>
      <w:pPr>
        <w:jc w:val="right"/>
      </w:pPr>
      <w:r>
        <w:t>ایم اینڈ آئیڈیلسٹ، بٹ آئی ہیو ٹو لیو ان اے ان اے ورلڈ وچ از لیس دین آئیڈیل۔</w:t>
      </w:r>
    </w:p>
    <w:p>
      <w:r>
        <w:rPr>
          <w:b/>
        </w:rPr>
        <w:t xml:space="preserve">[11:49] </w:t>
      </w:r>
      <w:r>
        <w:t>jo is raat ko jaan le, us ke liye jannat hai.</w:t>
      </w:r>
    </w:p>
    <w:p>
      <w:pPr>
        <w:jc w:val="right"/>
      </w:pPr>
      <w:r>
        <w:t>جو اس رات کو جان لے، اس کے لیے جنت ہے۔</w:t>
      </w:r>
    </w:p>
    <w:p>
      <w:r>
        <w:rPr>
          <w:b/>
        </w:rPr>
        <w:t xml:space="preserve">[11:56] </w:t>
      </w:r>
      <w:r>
        <w:t>dekhein, is is ayat ka tarjuma, is is yeh surah hai, is ka tarjuma yeh hai ke gawah</w:t>
      </w:r>
    </w:p>
    <w:p>
      <w:pPr>
        <w:jc w:val="right"/>
      </w:pPr>
      <w:r>
        <w:t>دیکھیں، اس اس آیت کا ترجمہ، اس اس یہ سورہ ہے، اس کا ترجمہ یہ ہے کہ گواہ</w:t>
      </w:r>
    </w:p>
    <w:p>
      <w:r>
        <w:rPr>
          <w:b/>
        </w:rPr>
        <w:t xml:space="preserve">[12:04] </w:t>
      </w:r>
      <w:r>
        <w:t>hai injeel aur zaitoon aur toor seenain aur balad ameen ke insan ko paida kiya Allah taala ne</w:t>
      </w:r>
    </w:p>
    <w:p>
      <w:pPr>
        <w:jc w:val="right"/>
      </w:pPr>
      <w:r>
        <w:t>ہے انجیل اور زیتون اور تور سینین اور بلد امین کہ انسان کو پیدا کیا اللہ تعالی نے</w:t>
      </w:r>
    </w:p>
    <w:p>
      <w:r>
        <w:rPr>
          <w:b/>
        </w:rPr>
        <w:t xml:space="preserve">[12:11] </w:t>
      </w:r>
      <w:r>
        <w:t>behtareen banawat ke sath, lekin phir is ko daal diya asfal safileen mein.</w:t>
      </w:r>
    </w:p>
    <w:p>
      <w:pPr>
        <w:jc w:val="right"/>
      </w:pPr>
      <w:r>
        <w:t>بہترین بناوٹ کے ساتھ، لیکن پھر اس کو ڈال دیا عصر سافرین میں۔</w:t>
      </w:r>
    </w:p>
    <w:p>
      <w:r>
        <w:rPr>
          <w:b/>
        </w:rPr>
        <w:t xml:space="preserve">[12:18] </w:t>
      </w:r>
      <w:r>
        <w:t>is mein exception un logon ka hai jo iman laye, behtar amal kiye, to un ko phir mile</w:t>
      </w:r>
    </w:p>
    <w:p>
      <w:pPr>
        <w:jc w:val="right"/>
      </w:pPr>
      <w:r>
        <w:t>اس میں ایکسیپشن ان لوگوں کا ہے جو ایمان لائے، بہتر عمل کیے، تو ان کو پھر ملے</w:t>
      </w:r>
    </w:p>
    <w:p>
      <w:r>
        <w:rPr>
          <w:b/>
        </w:rPr>
        <w:t xml:space="preserve">[12:25] </w:t>
      </w:r>
      <w:r>
        <w:t>ga ajr ghair mamnoo, yaani ideal world.</w:t>
      </w:r>
    </w:p>
    <w:p>
      <w:pPr>
        <w:jc w:val="right"/>
      </w:pPr>
      <w:r>
        <w:t>گا اجر غیر ممنوع، یعنی آئیڈیل ورلڈ۔</w:t>
      </w:r>
    </w:p>
    <w:p>
      <w:r>
        <w:rPr>
          <w:b/>
        </w:rPr>
        <w:t xml:space="preserve">[12:32] </w:t>
      </w:r>
      <w:r>
        <w:t>ideal world milega.</w:t>
      </w:r>
    </w:p>
    <w:p>
      <w:pPr>
        <w:jc w:val="right"/>
      </w:pPr>
      <w:r>
        <w:t>آئیڈیل ورلڈ ملے گا۔</w:t>
      </w:r>
    </w:p>
    <w:p>
      <w:r>
        <w:rPr>
          <w:b/>
        </w:rPr>
        <w:t xml:space="preserve">[12:40] </w:t>
      </w:r>
      <w:r>
        <w:t>to is is is quran ki is surah mein darasal yeh bataya gaya ke insan ka test kya</w:t>
      </w:r>
    </w:p>
    <w:p>
      <w:pPr>
        <w:jc w:val="right"/>
      </w:pPr>
      <w:r>
        <w:t>تو اس اس اس قرآن کی اس سورہ میں دراصل یہ بتایا گیا کہ انسان کا ٹیسٹ کیا</w:t>
      </w:r>
    </w:p>
    <w:p>
      <w:r>
        <w:rPr>
          <w:b/>
        </w:rPr>
        <w:t xml:space="preserve">[12:47] </w:t>
      </w:r>
      <w:r>
        <w:t>hai, real test kya hai.</w:t>
      </w:r>
    </w:p>
    <w:p>
      <w:pPr>
        <w:jc w:val="right"/>
      </w:pPr>
      <w:r>
        <w:t>ہے، ریئل ٹیسٹ کیا ہے۔</w:t>
      </w:r>
    </w:p>
    <w:p>
      <w:r>
        <w:rPr>
          <w:b/>
        </w:rPr>
        <w:t xml:space="preserve">[12:54] </w:t>
      </w:r>
      <w:r>
        <w:t>Real test yeh hai ke woh discover kare is baat ko.</w:t>
      </w:r>
    </w:p>
    <w:p>
      <w:pPr>
        <w:jc w:val="right"/>
      </w:pPr>
      <w:r>
        <w:t>ریئل ٹیسٹ یہ ہے کہ وہ ڈسکور کرے اس بات کو۔</w:t>
      </w:r>
    </w:p>
    <w:p>
      <w:r>
        <w:rPr>
          <w:b/>
        </w:rPr>
        <w:t xml:space="preserve">[13:01] </w:t>
      </w:r>
      <w:r>
        <w:t>aman ko mani yahan, aman ko mani koi formable tor par la ilaha kehna nahi hai.</w:t>
      </w:r>
    </w:p>
    <w:p>
      <w:pPr>
        <w:jc w:val="right"/>
      </w:pPr>
      <w:r>
        <w:t>امن کو معنی یہاں، امن کو معنی کوئی فارمبل طور پر لا اللہ کہنا نہیں ہے۔</w:t>
      </w:r>
    </w:p>
    <w:p>
      <w:r>
        <w:rPr>
          <w:b/>
        </w:rPr>
        <w:t xml:space="preserve">[13:08] </w:t>
      </w:r>
      <w:r>
        <w:t>اس سے مراد ہے وہ لوگ جو اس سچائی کو ڈسکور کر لیں کہ what is the creation</w:t>
      </w:r>
    </w:p>
    <w:p>
      <w:pPr>
        <w:jc w:val="right"/>
      </w:pPr>
      <w:r>
        <w:t>اس سے مراد ہے وہ لوگ جو اس سچائی کو ڈسکور کر لیں کہ واٹ از دا کریشن</w:t>
      </w:r>
    </w:p>
    <w:p>
      <w:r>
        <w:rPr>
          <w:b/>
        </w:rPr>
        <w:t xml:space="preserve">[13:16] </w:t>
      </w:r>
      <w:r>
        <w:t>plan of god.</w:t>
      </w:r>
    </w:p>
    <w:p>
      <w:pPr>
        <w:jc w:val="right"/>
      </w:pPr>
      <w:r>
        <w:t>پلان اف گاڈ۔</w:t>
      </w:r>
    </w:p>
    <w:p>
      <w:r>
        <w:rPr>
          <w:b/>
        </w:rPr>
        <w:t xml:space="preserve">[13:23] </w:t>
      </w:r>
      <w:r>
        <w:t>اس کو ڈسکور کر لیں کہ اگرچہ اللہ نے مجھے پیدا کیا idealist، مگر جو دنیا رہنے کو</w:t>
      </w:r>
    </w:p>
    <w:p>
      <w:pPr>
        <w:jc w:val="right"/>
      </w:pPr>
      <w:r>
        <w:t>اس کو ڈسکور کر لیں کہ اگرچہ اللہ نے مجھے پیدا کیا آئیڈیلسٹ، مگر جو دنیا رہنے کو</w:t>
      </w:r>
    </w:p>
    <w:p>
      <w:r>
        <w:rPr>
          <w:b/>
        </w:rPr>
        <w:t xml:space="preserve">[13:30] </w:t>
      </w:r>
      <w:r>
        <w:t>di hai, woh hai less than ideal.</w:t>
      </w:r>
    </w:p>
    <w:p>
      <w:pPr>
        <w:jc w:val="right"/>
      </w:pPr>
      <w:r>
        <w:t>دی ہے، وہ ہے لیس دین آئیڈیل۔</w:t>
      </w:r>
    </w:p>
    <w:p>
      <w:r>
        <w:rPr>
          <w:b/>
        </w:rPr>
        <w:t xml:space="preserve">[13:37] </w:t>
      </w:r>
      <w:r>
        <w:t>تو مجھے اس طرح، یعنی یہ جان کر رہنا ہے کہ مجھے fulfill ban milne wala nahi hai.</w:t>
      </w:r>
    </w:p>
    <w:p>
      <w:pPr>
        <w:jc w:val="right"/>
      </w:pPr>
      <w:r>
        <w:t>تو مجھے اس طرح، یعنی یہ جان کر رہنا ہے کہ مجھے فل فل بن ملنے والا نہیں ہے۔</w:t>
      </w:r>
    </w:p>
    <w:p>
      <w:r>
        <w:rPr>
          <w:b/>
        </w:rPr>
        <w:t xml:space="preserve">[13:44] </w:t>
      </w:r>
      <w:r>
        <w:t>to contentment mein raaz hai zindagi ki kamyabi ka, more aur more mein raaz nahi hai.</w:t>
      </w:r>
    </w:p>
    <w:p>
      <w:pPr>
        <w:jc w:val="right"/>
      </w:pPr>
      <w:r>
        <w:t>تو کنٹینمنٹ میں راز ہے زندگی کی کامیابی کا، مور اور مور میں راز نہیں ہے۔</w:t>
      </w:r>
    </w:p>
    <w:p>
      <w:r>
        <w:rPr>
          <w:b/>
        </w:rPr>
        <w:t xml:space="preserve">[13:52] </w:t>
      </w:r>
      <w:r>
        <w:t>yeh baat Allah taala ne awwal din bhi clear kar di thi Adam ki zindagi mein.</w:t>
      </w:r>
    </w:p>
    <w:p>
      <w:pPr>
        <w:jc w:val="right"/>
      </w:pPr>
      <w:r>
        <w:t>یہ بات اللہ تعالی نے اول دن بھی کلیئر کر دی تھی آدم کی زندگی میں۔</w:t>
      </w:r>
    </w:p>
    <w:p>
      <w:r>
        <w:rPr>
          <w:b/>
        </w:rPr>
        <w:t xml:space="preserve">[13:59] </w:t>
      </w:r>
      <w:r>
        <w:t>aap jante hain ke Adam ko Allah ne paida kiya to jannat mein rakha Adam ko, lekin yeh</w:t>
      </w:r>
    </w:p>
    <w:p>
      <w:pPr>
        <w:jc w:val="right"/>
      </w:pPr>
      <w:r>
        <w:t>آپ جانتے ہیں کہ آدم کو اللہ نے پیدا کیا تو جنت میں رکھا آدم کو، لیکن یہ</w:t>
      </w:r>
    </w:p>
    <w:p>
      <w:r>
        <w:rPr>
          <w:b/>
        </w:rPr>
        <w:t xml:space="preserve">[14:06] </w:t>
      </w:r>
      <w:r>
        <w:t>کہہ دیا کہ ایک درخت اس کا تمہارے لیے forbidden tree ہوگا، اس کا پھل تم نہیں کھا سکتے۔</w:t>
      </w:r>
    </w:p>
    <w:p>
      <w:pPr>
        <w:jc w:val="right"/>
      </w:pPr>
      <w:r>
        <w:t>کہہ دیا کہ ایک درخت اس کا تمہارے لیے فائبرنٹری ہوگا، اس کا پھل تم نہیں کھا سکتے۔</w:t>
      </w:r>
    </w:p>
    <w:p>
      <w:r>
        <w:rPr>
          <w:b/>
        </w:rPr>
        <w:t xml:space="preserve">[14:13] </w:t>
      </w:r>
      <w:r>
        <w:t>bas wohi cheez Adam ke liye pareshani ki sabab ban gayi.</w:t>
      </w:r>
    </w:p>
    <w:p>
      <w:pPr>
        <w:jc w:val="right"/>
      </w:pPr>
      <w:r>
        <w:t>بس وہی چیز آدم کے لیے پریشانی کی سبب بن گئی۔</w:t>
      </w:r>
    </w:p>
    <w:p>
      <w:r>
        <w:rPr>
          <w:b/>
        </w:rPr>
        <w:t xml:space="preserve">[14:20] </w:t>
      </w:r>
      <w:r>
        <w:t>agarche ek darakht ke sabab sab kuch mila hua tha, phir bhi woh tension mein pad gaye.</w:t>
      </w:r>
    </w:p>
    <w:p>
      <w:pPr>
        <w:jc w:val="right"/>
      </w:pPr>
      <w:r>
        <w:t>اگرچہ ایک درخت کے سبب سب کچھ ملا ہوا تھا، پھر بھی وہ ٹینشن میں پڑ گئے۔</w:t>
      </w:r>
    </w:p>
    <w:p>
      <w:r>
        <w:rPr>
          <w:b/>
        </w:rPr>
        <w:t xml:space="preserve">[14:28] </w:t>
      </w:r>
      <w:r>
        <w:t>kyun? is ko bhi unhein khana tha, is ko bhi janna tha, is ko bhi test tha, is</w:t>
      </w:r>
    </w:p>
    <w:p>
      <w:pPr>
        <w:jc w:val="right"/>
      </w:pPr>
      <w:r>
        <w:t>کیوں؟ اس کو بھی انہیں کھانا تھا، اس کو بھی جاننا تھا، اس کو بھی ٹیسٹ تھا، اس</w:t>
      </w:r>
    </w:p>
    <w:p>
      <w:r>
        <w:rPr>
          <w:b/>
        </w:rPr>
        <w:t xml:space="preserve">[14:35] </w:t>
      </w:r>
      <w:r>
        <w:t>ka bhi chakhna tha, is kya hai woh.</w:t>
      </w:r>
    </w:p>
    <w:p>
      <w:pPr>
        <w:jc w:val="right"/>
      </w:pPr>
      <w:r>
        <w:t>کا بھی چکھنا تھا، اس کیا ہے وہ۔</w:t>
      </w:r>
    </w:p>
    <w:p>
      <w:r>
        <w:rPr>
          <w:b/>
        </w:rPr>
        <w:t xml:space="preserve">[14:42] </w:t>
      </w:r>
      <w:r>
        <w:t>chunanche natija kya hua? ke woh ja kar unhon ne is ka phal kha liya aur phir jannat</w:t>
      </w:r>
    </w:p>
    <w:p>
      <w:pPr>
        <w:jc w:val="right"/>
      </w:pPr>
      <w:r>
        <w:t>چنانچہ نتیجہ کیا ہوا؟ کہ وہ جا کر انہوں نے اس کا پھل کھا لیا اور پھر جنت</w:t>
      </w:r>
    </w:p>
    <w:p>
      <w:r>
        <w:rPr>
          <w:b/>
        </w:rPr>
        <w:t xml:space="preserve">[14:49] </w:t>
      </w:r>
      <w:r>
        <w:t>se nikal diye gaye.</w:t>
      </w:r>
    </w:p>
    <w:p>
      <w:pPr>
        <w:jc w:val="right"/>
      </w:pPr>
      <w:r>
        <w:t>سے نکال دیے گئے۔</w:t>
      </w:r>
    </w:p>
    <w:p>
      <w:r>
        <w:rPr>
          <w:b/>
        </w:rPr>
        <w:t xml:space="preserve">[14:56] </w:t>
      </w:r>
      <w:r>
        <w:t>to poori jannat ya poori taskeen aadmi ko is dunya mein milne wali nahi hai.</w:t>
      </w:r>
    </w:p>
    <w:p>
      <w:pPr>
        <w:jc w:val="right"/>
      </w:pPr>
      <w:r>
        <w:t>تو پوری جنت یا پوری تسکین آدمی کو اس دنیا میں ملنے والی نہیں ہے۔</w:t>
      </w:r>
    </w:p>
    <w:p>
      <w:r>
        <w:rPr>
          <w:b/>
        </w:rPr>
        <w:t xml:space="preserve">[15:04] </w:t>
      </w:r>
      <w:r>
        <w:t>poori jannat ya poori taskeen ya poora satisfaction ya ideal world aadmi ko milega sirf akhirat mein,</w:t>
      </w:r>
    </w:p>
    <w:p>
      <w:pPr>
        <w:jc w:val="right"/>
      </w:pPr>
      <w:r>
        <w:t>پوری جنت یا پوری تسکین یا پورا سیٹسفیکشن یا آئیڈیل ورلڈ آدمی کو ملے گا صرف آخرت میں،</w:t>
      </w:r>
    </w:p>
    <w:p>
      <w:r>
        <w:rPr>
          <w:b/>
        </w:rPr>
        <w:t xml:space="preserve">[15:11] </w:t>
      </w:r>
      <w:r>
        <w:t>yaani jannat mein.</w:t>
      </w:r>
    </w:p>
    <w:p>
      <w:pPr>
        <w:jc w:val="right"/>
      </w:pPr>
      <w:r>
        <w:t>یعنی جنت میں۔</w:t>
      </w:r>
    </w:p>
    <w:p>
      <w:r>
        <w:rPr>
          <w:b/>
        </w:rPr>
        <w:t xml:space="preserve">[15:18] </w:t>
      </w:r>
      <w:r>
        <w:t>yeh hai is message, is is surah ka.</w:t>
      </w:r>
    </w:p>
    <w:p>
      <w:pPr>
        <w:jc w:val="right"/>
      </w:pPr>
      <w:r>
        <w:t>یہ ہے اس میسج، اس اس سورہ کا۔</w:t>
      </w:r>
    </w:p>
    <w:p>
      <w:r>
        <w:rPr>
          <w:b/>
        </w:rPr>
        <w:t xml:space="preserve">[15:25] </w:t>
      </w:r>
      <w:r>
        <w:t>aur main samajhta hoon ke yeh bohat hi important baat hai, yaani is ka khulasa yeh hai is</w:t>
      </w:r>
    </w:p>
    <w:p>
      <w:pPr>
        <w:jc w:val="right"/>
      </w:pPr>
      <w:r>
        <w:t>اور میں سمجھتا ہوں کہ یہ بہت ہی امپورٹنٹ بات ہے، یعنی اس کا خلاصہ یہ ہے اس</w:t>
      </w:r>
    </w:p>
    <w:p>
      <w:r>
        <w:rPr>
          <w:b/>
        </w:rPr>
        <w:t xml:space="preserve">[15:32] </w:t>
      </w:r>
      <w:r>
        <w:t>surah ka: aye insaan!</w:t>
      </w:r>
    </w:p>
    <w:p>
      <w:pPr>
        <w:jc w:val="right"/>
      </w:pPr>
      <w:r>
        <w:t>سورہ کا: اے انسان!</w:t>
      </w:r>
    </w:p>
    <w:p>
      <w:r>
        <w:rPr>
          <w:b/>
        </w:rPr>
        <w:t xml:space="preserve">[15:40] </w:t>
      </w:r>
      <w:r>
        <w:t>ہم نے تجھ کو پیدا کیا idealist کے طور پر۔</w:t>
      </w:r>
    </w:p>
    <w:p>
      <w:pPr>
        <w:jc w:val="right"/>
      </w:pPr>
      <w:r>
        <w:t>ہم نے تجھ کو پیدا کیا آئیڈیلسٹ کے طور پر۔</w:t>
      </w:r>
    </w:p>
    <w:p>
      <w:r>
        <w:rPr>
          <w:b/>
        </w:rPr>
        <w:t xml:space="preserve">[15:46] </w:t>
      </w:r>
      <w:r>
        <w:t>تمہارا سب، تمہارا mind جو ہے، وہ ideal انداز میں سوچتا ہے، ideal world کا طالب ہے، لیکن</w:t>
      </w:r>
    </w:p>
    <w:p>
      <w:pPr>
        <w:jc w:val="right"/>
      </w:pPr>
      <w:r>
        <w:t>تمہارا سب، تمہارا مائنڈ جو ہے، وہ آئیڈیل انداز میں سوچتا ہے، آئیڈیل ورلڈ کا طالب ہے، لیکن</w:t>
      </w:r>
    </w:p>
    <w:p>
      <w:r>
        <w:rPr>
          <w:b/>
        </w:rPr>
        <w:t xml:space="preserve">[15:52] </w:t>
      </w:r>
      <w:r>
        <w:t>wo ideal tum ko is dunya mein nahi milega.</w:t>
      </w:r>
    </w:p>
    <w:p>
      <w:pPr>
        <w:jc w:val="right"/>
      </w:pPr>
      <w:r>
        <w:t>وہ آئیڈیل تم کو اس دنیا میں نہیں ملے گا۔</w:t>
      </w:r>
    </w:p>
    <w:p>
      <w:r>
        <w:rPr>
          <w:b/>
        </w:rPr>
        <w:t xml:space="preserve">[15:59] </w:t>
      </w:r>
      <w:r>
        <w:t>کیونکہ یہ تو ہے less than ideal.</w:t>
      </w:r>
    </w:p>
    <w:p>
      <w:pPr>
        <w:jc w:val="right"/>
      </w:pPr>
      <w:r>
        <w:t>کیونکہ یہ تو ہے لیس دین آئیڈیل۔</w:t>
      </w:r>
    </w:p>
    <w:p>
      <w:r>
        <w:rPr>
          <w:b/>
        </w:rPr>
        <w:t xml:space="preserve">[16:05] </w:t>
      </w:r>
      <w:r>
        <w:t>جو آدمی یہ ثابت کرے کہ اللہ کے کریشن پلان پر راضی ہے، یعنی ایک temporary period کے</w:t>
      </w:r>
    </w:p>
    <w:p>
      <w:pPr>
        <w:jc w:val="right"/>
      </w:pPr>
      <w:r>
        <w:t>جو آدمی یہ ثابت کرے کہ اللہ کے کریشن پلان پر راضی ہے، یعنی ایک ٹیمپریری پیریڈ کے</w:t>
      </w:r>
    </w:p>
    <w:p>
      <w:r>
        <w:rPr>
          <w:b/>
        </w:rPr>
        <w:t xml:space="preserve">[16:12] </w:t>
      </w:r>
      <w:r>
        <w:t>لیے وہ less than ideal میں رہ سکتا ہے، پوری طریقے سے راضی ہو کر۔</w:t>
      </w:r>
    </w:p>
    <w:p>
      <w:pPr>
        <w:jc w:val="right"/>
      </w:pPr>
      <w:r>
        <w:t>لیے وہ لیس دین آئیڈیل میں رہ سکتا ہے، پوری طریقے سے راضی ہو کر۔</w:t>
      </w:r>
    </w:p>
    <w:p>
      <w:r>
        <w:rPr>
          <w:b/>
        </w:rPr>
        <w:t xml:space="preserve">[16:18] </w:t>
      </w:r>
      <w:r>
        <w:t>to isi razamandi ki bina par, isi containment ki bina par, Allah ke is creation plan ko maan</w:t>
      </w:r>
    </w:p>
    <w:p>
      <w:pPr>
        <w:jc w:val="right"/>
      </w:pPr>
      <w:r>
        <w:t>تو اسی رضامندی کی بنا پر، اسی کنٹینمنٹ کی بنا پر، اللہ کے اس کریشن پلان کو مان</w:t>
      </w:r>
    </w:p>
    <w:p>
      <w:r>
        <w:rPr>
          <w:b/>
        </w:rPr>
        <w:t xml:space="preserve">[16:25] </w:t>
      </w:r>
      <w:r>
        <w:t>lene ki, accept kar lene ki bina par, is ko jannat milegi.</w:t>
      </w:r>
    </w:p>
    <w:p>
      <w:pPr>
        <w:jc w:val="right"/>
      </w:pPr>
      <w:r>
        <w:t>لینے کی، ایکسیپٹ کر لینے کی بنا پر، اس کو جنت ملے گی۔</w:t>
      </w:r>
    </w:p>
    <w:p>
      <w:r>
        <w:rPr>
          <w:b/>
        </w:rPr>
        <w:t xml:space="preserve">[16:31] </w:t>
      </w:r>
      <w:r>
        <w:t>yeh hai is ka khulasa.</w:t>
      </w:r>
    </w:p>
    <w:p>
      <w:pPr>
        <w:jc w:val="right"/>
      </w:pPr>
      <w:r>
        <w:t>یہ ہے اس کا خلاصہ۔</w:t>
      </w:r>
    </w:p>
    <w:p>
      <w:r>
        <w:rPr>
          <w:b/>
        </w:rPr>
        <w:t xml:space="preserve">[16:38] </w:t>
      </w:r>
      <w:r>
        <w:t>ab aap poori is surah ko ghor kijiye: watteen wa zaitoon wa toor sineen wa zal baladul ameen laqad</w:t>
      </w:r>
    </w:p>
    <w:p>
      <w:pPr>
        <w:jc w:val="right"/>
      </w:pPr>
      <w:r>
        <w:t>اب آپ پوری اس سورہ کو غور کیجئے: وطین ویس و زیتون وطور سینین وعدل بدل امین لقد</w:t>
      </w:r>
    </w:p>
    <w:p>
      <w:r>
        <w:rPr>
          <w:b/>
        </w:rPr>
        <w:t xml:space="preserve">[16:44] </w:t>
      </w:r>
      <w:r>
        <w:t>khalaqal insaana fee ahsani taqweem.</w:t>
      </w:r>
    </w:p>
    <w:p>
      <w:pPr>
        <w:jc w:val="right"/>
      </w:pPr>
      <w:r>
        <w:t>خلق الانسان فی حسن تقویم۔</w:t>
      </w:r>
    </w:p>
    <w:p>
      <w:r>
        <w:rPr>
          <w:b/>
        </w:rPr>
        <w:t xml:space="preserve">[16:51] </w:t>
      </w:r>
      <w:r>
        <w:t>is ke baad kya tha? thumma radadnaahu asfala safileen illa allazeena aamanoo wa amilus saalihaat.</w:t>
      </w:r>
    </w:p>
    <w:p>
      <w:pPr>
        <w:jc w:val="right"/>
      </w:pPr>
      <w:r>
        <w:t>اس کے بعد کیا تھا؟ ثم ردنا وثناء واصف الاصافرین الا الذین آمنوا وعملوا الصالحات۔</w:t>
      </w:r>
    </w:p>
    <w:p>
      <w:r>
        <w:rPr>
          <w:b/>
        </w:rPr>
        <w:t xml:space="preserve">[16:57] </w:t>
      </w:r>
      <w:r>
        <w:t>hum ne daal diya is ko asfala safileen mein, yaani ek aisi dunya mein jo less than ideal</w:t>
      </w:r>
    </w:p>
    <w:p>
      <w:pPr>
        <w:jc w:val="right"/>
      </w:pPr>
      <w:r>
        <w:t>ہم نے ڈال دیا اس کو اصف الاصافرین میں، یعنی ایک ایسی دنیا میں جو لیس دین آئیڈیل</w:t>
      </w:r>
    </w:p>
    <w:p>
      <w:r>
        <w:rPr>
          <w:b/>
        </w:rPr>
        <w:t xml:space="preserve">[17:04] </w:t>
      </w:r>
      <w:r>
        <w:t>thi, jis mein aadmi ko full fulfillment milna nahi tha.</w:t>
      </w:r>
    </w:p>
    <w:p>
      <w:pPr>
        <w:jc w:val="right"/>
      </w:pPr>
      <w:r>
        <w:t>تھی، جس میں آدمی کو فل فلمنٹ ملنا نہیں تھا۔</w:t>
      </w:r>
    </w:p>
    <w:p>
      <w:r>
        <w:rPr>
          <w:b/>
        </w:rPr>
        <w:t xml:space="preserve">[17:10] </w:t>
      </w:r>
      <w:r>
        <w:t>theek hai? full fulfillment kab milega? jab woh itna ho jitna ke aap chahte hain.</w:t>
      </w:r>
    </w:p>
    <w:p>
      <w:pPr>
        <w:jc w:val="right"/>
      </w:pPr>
      <w:r>
        <w:t>ٹھیک ہے؟ فل فلمنٹ کب ملے گا؟ جب وہ اتنا ہو جتنا کہ آپ چاہتے ہیں۔</w:t>
      </w:r>
    </w:p>
    <w:p>
      <w:r>
        <w:rPr>
          <w:b/>
        </w:rPr>
        <w:t xml:space="preserve">[17:17] </w:t>
      </w:r>
      <w:r>
        <w:t>to aap chahte hain ideal mil raha hai, ideal se kam to full fulfillment nahi milega.</w:t>
      </w:r>
    </w:p>
    <w:p>
      <w:pPr>
        <w:jc w:val="right"/>
      </w:pPr>
      <w:r>
        <w:t>تو آپ چاہتے ہیں آئیڈیل مل رہا ہے، آئیڈیل سے کم تو فل فلمنٹ نہیں ملے گا۔</w:t>
      </w:r>
    </w:p>
    <w:p>
      <w:r>
        <w:rPr>
          <w:b/>
        </w:rPr>
        <w:t xml:space="preserve">[17:23] </w:t>
      </w:r>
      <w:r>
        <w:t>to full fulfillment na milne par raazi hona, yeh Quran mein yeh baat mukhtalif andaaz mein jagah</w:t>
      </w:r>
    </w:p>
    <w:p>
      <w:pPr>
        <w:jc w:val="right"/>
      </w:pPr>
      <w:r>
        <w:t>تو فل فل فلمنٹ نہ ملنے پر راضی ہونا، یہ قرآن میں یہ بات مختلف انداز میں جگہ</w:t>
      </w:r>
    </w:p>
    <w:p>
      <w:r>
        <w:rPr>
          <w:b/>
        </w:rPr>
        <w:t xml:space="preserve">[17:30] </w:t>
      </w:r>
      <w:r>
        <w:t>jagah kahi gayi hai.</w:t>
      </w:r>
    </w:p>
    <w:p>
      <w:pPr>
        <w:jc w:val="right"/>
      </w:pPr>
      <w:r>
        <w:t>جگہ کہی گئی ہے۔</w:t>
      </w:r>
    </w:p>
    <w:p>
      <w:r>
        <w:rPr>
          <w:b/>
        </w:rPr>
        <w:t xml:space="preserve">[17:36] </w:t>
      </w:r>
      <w:r>
        <w:t>misal ke taur par surah al fajr mein dekhiye ke: ya ayyatuhal nafsul mutma'innah, ya ayyat ya ayyatuhal nafsul mutma'innah, irji'ee ila rabbiki!</w:t>
      </w:r>
    </w:p>
    <w:p>
      <w:pPr>
        <w:jc w:val="right"/>
      </w:pPr>
      <w:r>
        <w:t>مثلاً سورہ الفجر میں دیکھیے کہ: یا ایت النفس المطمئنہ، یا ایت یا ایت النفس المطمئنہ، اے ربک!</w:t>
      </w:r>
    </w:p>
    <w:p>
      <w:r>
        <w:rPr>
          <w:b/>
        </w:rPr>
        <w:t xml:space="preserve">[17:43] </w:t>
      </w:r>
      <w:r>
        <w:t>raziyatam marziyah, fadkhulee fee ibadee wadkhulee jannee.</w:t>
      </w:r>
    </w:p>
    <w:p>
      <w:pPr>
        <w:jc w:val="right"/>
      </w:pPr>
      <w:r>
        <w:t>راضیت مرضیہ، فتخلی فی عبادی ودخلی جنتی۔</w:t>
      </w:r>
    </w:p>
    <w:p>
      <w:r>
        <w:rPr>
          <w:b/>
        </w:rPr>
        <w:t xml:space="preserve">[17:48] </w:t>
      </w:r>
      <w:r>
        <w:t>yaani aye nafs mutma'innah, aye satisfied soul, wapas ho Allah ki taraf aur dakhila pa jannat mein.</w:t>
      </w:r>
    </w:p>
    <w:p>
      <w:pPr>
        <w:jc w:val="right"/>
      </w:pPr>
      <w:r>
        <w:t>یعنی اے نفس مطمئن، اے سیٹسفائیڈ سول، واپس ہو اللہ کی طرف اور داخلہ پا جنت میں۔</w:t>
      </w:r>
    </w:p>
    <w:p>
      <w:r>
        <w:rPr>
          <w:b/>
        </w:rPr>
        <w:t xml:space="preserve">[17:54] </w:t>
      </w:r>
      <w:r>
        <w:t>to dakhil ho ja meri jannat mein.</w:t>
      </w:r>
    </w:p>
    <w:p>
      <w:pPr>
        <w:jc w:val="right"/>
      </w:pPr>
      <w:r>
        <w:t>تو داخل ہو جا میری جنت میں۔</w:t>
      </w:r>
    </w:p>
    <w:p>
      <w:r>
        <w:rPr>
          <w:b/>
        </w:rPr>
        <w:t xml:space="preserve">[18:00] </w:t>
      </w:r>
      <w:r>
        <w:t>to ghair jannat par jo raazi hoga, us ke liye jannat hai.</w:t>
      </w:r>
    </w:p>
    <w:p>
      <w:pPr>
        <w:jc w:val="right"/>
      </w:pPr>
      <w:r>
        <w:t>تو غیر جنت پر جو راضی ہوگا، اس کے لیے جنت ہے۔</w:t>
      </w:r>
    </w:p>
    <w:p>
      <w:r>
        <w:rPr>
          <w:b/>
        </w:rPr>
        <w:t xml:space="preserve">[18:06] </w:t>
      </w:r>
      <w:r>
        <w:t>yeh is ka khulasa hai.</w:t>
      </w:r>
    </w:p>
    <w:p>
      <w:pPr>
        <w:jc w:val="right"/>
      </w:pPr>
      <w:r>
        <w:t>یہ اس کا خلاصہ ہے۔</w:t>
      </w:r>
    </w:p>
    <w:p>
      <w:r>
        <w:rPr>
          <w:b/>
        </w:rPr>
        <w:t xml:space="preserve">[18:12] </w:t>
      </w:r>
      <w:r>
        <w:t>ghair jannat pe is liye raazi hona hai ke Allah ke plan ki bana par us ko Allah</w:t>
      </w:r>
    </w:p>
    <w:p>
      <w:pPr>
        <w:jc w:val="right"/>
      </w:pPr>
      <w:r>
        <w:t>غیر جنت پہ اس لیے راضی ہونا ہے کہ اللہ کے پلان کی بنا پر اس کو اللہ</w:t>
      </w:r>
    </w:p>
    <w:p>
      <w:r>
        <w:rPr>
          <w:b/>
        </w:rPr>
        <w:t xml:space="preserve">[18:18] </w:t>
      </w:r>
      <w:r>
        <w:t>ta'ala ne less din ideal banaya.</w:t>
      </w:r>
    </w:p>
    <w:p>
      <w:pPr>
        <w:jc w:val="right"/>
      </w:pPr>
      <w:r>
        <w:t>تعالی نے لیس دین آئیڈیل بنایا۔</w:t>
      </w:r>
    </w:p>
    <w:p>
      <w:r>
        <w:rPr>
          <w:b/>
        </w:rPr>
        <w:t xml:space="preserve">[18:24] </w:t>
      </w:r>
      <w:r>
        <w:t>kyunke yeh test test tha.</w:t>
      </w:r>
    </w:p>
    <w:p>
      <w:pPr>
        <w:jc w:val="right"/>
      </w:pPr>
      <w:r>
        <w:t>کیونکہ یہ ٹیسٹ ٹیسٹ تھا۔</w:t>
      </w:r>
    </w:p>
    <w:p>
      <w:r>
        <w:rPr>
          <w:b/>
        </w:rPr>
        <w:t xml:space="preserve">[18:30] </w:t>
      </w:r>
      <w:r>
        <w:t>to jo test period hai, test period mein Allah ne yeh muqaddar kiya hai ke insaan rahe kuch</w:t>
      </w:r>
    </w:p>
    <w:p>
      <w:pPr>
        <w:jc w:val="right"/>
      </w:pPr>
      <w:r>
        <w:t>تو جو ٹیسٹ پیریڈ ہے، ٹیسٹ پیریڈ میں اللہ نے یہ مقدر کیا ہے کہ انسان رہے کچھ</w:t>
      </w:r>
    </w:p>
    <w:p>
      <w:r>
        <w:rPr>
          <w:b/>
        </w:rPr>
        <w:t xml:space="preserve">[18:36] </w:t>
      </w:r>
      <w:r>
        <w:t>din tak, yaani 60 saal, 70 saal, 80 saal.</w:t>
      </w:r>
    </w:p>
    <w:p>
      <w:pPr>
        <w:jc w:val="right"/>
      </w:pPr>
      <w:r>
        <w:t>دن تک، یعنی 60 سال، 70 سال، 80 سال۔</w:t>
      </w:r>
    </w:p>
    <w:p>
      <w:r>
        <w:rPr>
          <w:b/>
        </w:rPr>
        <w:t xml:space="preserve">[18:42] </w:t>
      </w:r>
      <w:r>
        <w:t>agarche is is ki chahat to hogi ideal ki, is ka andar ki jo saari tamannaein hain, saari</w:t>
      </w:r>
    </w:p>
    <w:p>
      <w:pPr>
        <w:jc w:val="right"/>
      </w:pPr>
      <w:r>
        <w:t>اگرچہ اس اس کی چاہت تو ہوگی آئیڈیل کی، اس کا اندر کی جو ساری تمنائیں ہیں، ساری</w:t>
      </w:r>
    </w:p>
    <w:p>
      <w:r>
        <w:rPr>
          <w:b/>
        </w:rPr>
        <w:t xml:space="preserve">[18:48] </w:t>
      </w:r>
      <w:r>
        <w:t>desires hain, woh to ideal chah rahi hongi.</w:t>
      </w:r>
    </w:p>
    <w:p>
      <w:pPr>
        <w:jc w:val="right"/>
      </w:pPr>
      <w:r>
        <w:t>ڈیزائر ہیں، وہ تو آئیڈیل چاہ رہی ہوں گی۔</w:t>
      </w:r>
    </w:p>
    <w:p>
      <w:r>
        <w:rPr>
          <w:b/>
        </w:rPr>
        <w:t xml:space="preserve">[18:54] </w:t>
      </w:r>
      <w:r>
        <w:t>lekin aap logon ko control karna hai.</w:t>
      </w:r>
    </w:p>
    <w:p>
      <w:pPr>
        <w:jc w:val="right"/>
      </w:pPr>
      <w:r>
        <w:t>لیکن آپ لوگوں کو کنٹرول کرنا ہے۔</w:t>
      </w:r>
    </w:p>
    <w:p>
      <w:r>
        <w:rPr>
          <w:b/>
        </w:rPr>
        <w:t xml:space="preserve">[19:00] </w:t>
      </w:r>
      <w:r>
        <w:t>aap logon ko control karte hue, apne ko discipline rakhte hue, apne par qabu rakhte hue, raazi ho</w:t>
      </w:r>
    </w:p>
    <w:p>
      <w:pPr>
        <w:jc w:val="right"/>
      </w:pPr>
      <w:r>
        <w:t>آپ لوگوں کو کنٹرول کرتے ہوئے، اپنے کو ڈسپلن رکھتے ہوئے، اپنے پر قابو رکھتے ہوئے، راضی ہو</w:t>
      </w:r>
    </w:p>
    <w:p>
      <w:r>
        <w:rPr>
          <w:b/>
        </w:rPr>
        <w:t xml:space="preserve">[19:06] </w:t>
      </w:r>
      <w:r>
        <w:t>ja is baat par ke ek temporary period ke liye us ko Allah ki duniya mein rakhna hai,</w:t>
      </w:r>
    </w:p>
    <w:p>
      <w:pPr>
        <w:jc w:val="right"/>
      </w:pPr>
      <w:r>
        <w:t>جا اس بات پر کہ ایک ٹیمپریری پیریڈ کے لیے اس کو اللہ کی دنیا میں رکھنا ہے،</w:t>
      </w:r>
    </w:p>
    <w:p>
      <w:r>
        <w:rPr>
          <w:b/>
        </w:rPr>
        <w:t xml:space="preserve">[19:12] </w:t>
      </w:r>
      <w:r>
        <w:t>jahan tak us ko fulfillment nahi milega, fulfillment mil nahi milega.</w:t>
      </w:r>
    </w:p>
    <w:p>
      <w:pPr>
        <w:jc w:val="right"/>
      </w:pPr>
      <w:r>
        <w:t>جہاں تک اس کو فل فلمنٹ نہیں ملے گا، فل فلمنٹ مل نہیں ملے گا۔</w:t>
      </w:r>
    </w:p>
    <w:p>
      <w:r>
        <w:rPr>
          <w:b/>
        </w:rPr>
        <w:t xml:space="preserve">[19:18] </w:t>
      </w:r>
      <w:r>
        <w:t>to isi, yaani Allah ke Allah ke naqshe par raazi hona, yahi asal mein qeemat hai jo kisi</w:t>
      </w:r>
    </w:p>
    <w:p>
      <w:pPr>
        <w:jc w:val="right"/>
      </w:pPr>
      <w:r>
        <w:t>تو اسی، یعنی اللہ کے اللہ کے نقشے پر راضی ہونا، یہی اصل میں قیمت ہے جو کسی</w:t>
      </w:r>
    </w:p>
    <w:p>
      <w:r>
        <w:rPr>
          <w:b/>
        </w:rPr>
        <w:t xml:space="preserve">[19:24] </w:t>
      </w:r>
      <w:r>
        <w:t>ko jannat ka mustahiq banati hai.</w:t>
      </w:r>
    </w:p>
    <w:p>
      <w:pPr>
        <w:jc w:val="right"/>
      </w:pPr>
      <w:r>
        <w:t>کو جنت کا مستحق بناتی ہے۔</w:t>
      </w:r>
    </w:p>
    <w:p>
      <w:r>
        <w:rPr>
          <w:b/>
        </w:rPr>
        <w:t xml:space="preserve">[19:30] </w:t>
      </w:r>
      <w:r>
        <w:t>to is surah mein bohat bari baat kahi gayi hai, lekin mein Ata Turk ko akela blame nahi deta.</w:t>
      </w:r>
    </w:p>
    <w:p>
      <w:pPr>
        <w:jc w:val="right"/>
      </w:pPr>
      <w:r>
        <w:t>تو اس سورہ میں بہت بڑی بات کہی گئی ہے، لیکن میں عطا ترک کو اکیلا بلیم نہیں دیتا۔</w:t>
      </w:r>
    </w:p>
    <w:p>
      <w:r>
        <w:rPr>
          <w:b/>
        </w:rPr>
        <w:t xml:space="preserve">[19:35] </w:t>
      </w:r>
      <w:r>
        <w:t>is mein 50-50 ka maamla hai, yaani Kamal Ata Turk ne ne is ka translation parha.</w:t>
      </w:r>
    </w:p>
    <w:p>
      <w:pPr>
        <w:jc w:val="right"/>
      </w:pPr>
      <w:r>
        <w:t>اس میں 50-50 کا معاملہ ہے، یعنی کمال عطا ترک نے نے اس کا ٹرانسلیشن پڑھا۔</w:t>
      </w:r>
    </w:p>
    <w:p>
      <w:r>
        <w:rPr>
          <w:b/>
        </w:rPr>
        <w:t xml:space="preserve">[19:41] </w:t>
      </w:r>
      <w:r>
        <w:t>to translation mein yahi tha ke qasam hai teen ki aur zaitoon ki aur toor seenin ki aur</w:t>
      </w:r>
    </w:p>
    <w:p>
      <w:pPr>
        <w:jc w:val="right"/>
      </w:pPr>
      <w:r>
        <w:t>تو ٹرانسلیشن میں یہی تھا کہ قسم ہے تین کی اور زیتون کی اور طور سینین کی اور</w:t>
      </w:r>
    </w:p>
    <w:p>
      <w:r>
        <w:rPr>
          <w:b/>
        </w:rPr>
        <w:t xml:space="preserve">[19:47] </w:t>
      </w:r>
      <w:r>
        <w:t>baray ameen ki.</w:t>
      </w:r>
    </w:p>
    <w:p>
      <w:pPr>
        <w:jc w:val="right"/>
      </w:pPr>
      <w:r>
        <w:t>بڑے امین کی۔</w:t>
      </w:r>
    </w:p>
    <w:p>
      <w:r>
        <w:rPr>
          <w:b/>
        </w:rPr>
        <w:t xml:space="preserve">[19:53] </w:t>
      </w:r>
      <w:r>
        <w:t>تو literal tor par usne ye mantle le liya.</w:t>
      </w:r>
    </w:p>
    <w:p>
      <w:pPr>
        <w:jc w:val="right"/>
      </w:pPr>
      <w:r>
        <w:t>تو لٹرل طور پر اس نے یہ مانٹل لے لیا۔</w:t>
      </w:r>
    </w:p>
    <w:p>
      <w:r>
        <w:rPr>
          <w:b/>
        </w:rPr>
        <w:t xml:space="preserve">[19:59] </w:t>
      </w:r>
      <w:r>
        <w:t>acha, commentary jo hamari hai, kisi commentary mein yeh baat clear nahi hai.</w:t>
      </w:r>
    </w:p>
    <w:p>
      <w:pPr>
        <w:jc w:val="right"/>
      </w:pPr>
      <w:r>
        <w:t>اچھا، کمنٹری جو ہماری ہے، کسی کمنٹری میں یہ بات کلیئر نہیں ہے۔</w:t>
      </w:r>
    </w:p>
    <w:p>
      <w:r>
        <w:rPr>
          <w:b/>
        </w:rPr>
        <w:t xml:space="preserve">[20:05] </w:t>
      </w:r>
      <w:r>
        <w:t>kyunke log phanse hue hain isi teen zaitoon ke maamle mein.</w:t>
      </w:r>
    </w:p>
    <w:p>
      <w:pPr>
        <w:jc w:val="right"/>
      </w:pPr>
      <w:r>
        <w:t>کیونکہ لوگ پھنسے ہوئے ہیں اسی تین زیتون کے معاملے میں۔</w:t>
      </w:r>
    </w:p>
    <w:p>
      <w:r>
        <w:rPr>
          <w:b/>
        </w:rPr>
        <w:t xml:space="preserve">[20:11] </w:t>
      </w:r>
      <w:r>
        <w:t>mein samajhta hoon ke yeh symbolic words hain.</w:t>
      </w:r>
    </w:p>
    <w:p>
      <w:pPr>
        <w:jc w:val="right"/>
      </w:pPr>
      <w:r>
        <w:t>میں سمجھتا ہوں کہ یہ سمبولک ورڈز ہیں۔</w:t>
      </w:r>
    </w:p>
    <w:p>
      <w:r>
        <w:rPr>
          <w:b/>
        </w:rPr>
        <w:t xml:space="preserve">[20:17] </w:t>
      </w:r>
      <w:r>
        <w:t>symbolic, yeh poora jo planet earth hai hamara, us ko symbolize kar rahe hain ke yeh planet earth</w:t>
      </w:r>
    </w:p>
    <w:p>
      <w:pPr>
        <w:jc w:val="right"/>
      </w:pPr>
      <w:r>
        <w:t>سمبولک، یہ پورا جو پلینٹ ارتھ ہے ہمارا، اس کو سمبلائز کر رہے ہیں کہ یہ پلینٹ ارتھ</w:t>
      </w:r>
    </w:p>
    <w:p>
      <w:r>
        <w:rPr>
          <w:b/>
        </w:rPr>
        <w:t xml:space="preserve">[20:23] </w:t>
      </w:r>
      <w:r>
        <w:t>jo hai, is mein tum ko, yaani tumhare liye, is mein pani hai, jis ki wajah se aap</w:t>
      </w:r>
    </w:p>
    <w:p>
      <w:pPr>
        <w:jc w:val="right"/>
      </w:pPr>
      <w:r>
        <w:t>جو ہے، اس میں تم کو، یعنی تمہارے لیے، اس میں پانی ہے، جس کی وجہ سے آپ</w:t>
      </w:r>
    </w:p>
    <w:p>
      <w:r>
        <w:rPr>
          <w:b/>
        </w:rPr>
        <w:t xml:space="preserve">[20:29] </w:t>
      </w:r>
      <w:r>
        <w:t>plant ugte hain, darakht paida hote hain.</w:t>
      </w:r>
    </w:p>
    <w:p>
      <w:pPr>
        <w:jc w:val="right"/>
      </w:pPr>
      <w:r>
        <w:t>پلانٹ اگتے ہیں، درخت پیدا ہوتے ہیں۔</w:t>
      </w:r>
    </w:p>
    <w:p>
      <w:r>
        <w:rPr>
          <w:b/>
        </w:rPr>
        <w:t xml:space="preserve">[20:35] </w:t>
      </w:r>
      <w:r>
        <w:t>phir yeh bohat hi zyada, yaani doosre aise asbab hain jo is mein shehar banate ho, city planning</w:t>
      </w:r>
    </w:p>
    <w:p>
      <w:pPr>
        <w:jc w:val="right"/>
      </w:pPr>
      <w:r>
        <w:t>پھر یہ بہت ہی زیادہ، یعنی دوسرے ایسے اسباب ہیں جو اس میں شہر بناتے ہو، سٹی پلاننگ</w:t>
      </w:r>
    </w:p>
    <w:p>
      <w:r>
        <w:rPr>
          <w:b/>
        </w:rPr>
        <w:t xml:space="preserve">[20:41] </w:t>
      </w:r>
      <w:r>
        <w:t>karte ho, aur yahan par pahad hain.</w:t>
      </w:r>
    </w:p>
    <w:p>
      <w:pPr>
        <w:jc w:val="right"/>
      </w:pPr>
      <w:r>
        <w:t>کرتے ہو، اور یہاں پر پہاڑ ہیں۔</w:t>
      </w:r>
    </w:p>
    <w:p>
      <w:r>
        <w:rPr>
          <w:b/>
        </w:rPr>
        <w:t xml:space="preserve">[20:47] </w:t>
      </w:r>
      <w:r>
        <w:t>pahaar ka bohat bara role hai, kyunke pahaar agar na ho to zameen ka balance toot jayega.</w:t>
      </w:r>
    </w:p>
    <w:p>
      <w:pPr>
        <w:jc w:val="right"/>
      </w:pPr>
      <w:r>
        <w:t>پہاڑ کا بہت بڑا رول ہے، کیونکہ پہاڑ اگر نہ ہو تو زمین کا بیلنس ٹوٹ جائے گا۔</w:t>
      </w:r>
    </w:p>
    <w:p>
      <w:r>
        <w:rPr>
          <w:b/>
        </w:rPr>
        <w:t xml:space="preserve">[20:53] </w:t>
      </w:r>
      <w:r>
        <w:t>jis ko kehte hain isostasy.</w:t>
      </w:r>
    </w:p>
    <w:p>
      <w:pPr>
        <w:jc w:val="right"/>
      </w:pPr>
      <w:r>
        <w:t>جس کو کہتے ہیں اسوسٹیسی۔</w:t>
      </w:r>
    </w:p>
    <w:p>
      <w:r>
        <w:rPr>
          <w:b/>
        </w:rPr>
        <w:t xml:space="preserve">[20:59] </w:t>
      </w:r>
      <w:r>
        <w:t>اسوسٹیسی سے ثابت ہوا ہے کہ اس پہاڑ پر جو ہے، وہ balance کرنے کے لیے کہ زمین</w:t>
      </w:r>
    </w:p>
    <w:p>
      <w:pPr>
        <w:jc w:val="right"/>
      </w:pPr>
      <w:r>
        <w:t>اسوسٹیسی سے ثابت ہوا ہے کہ اس پہاڑ پر جو ہے، وہ بیلنس کرنے کے لیے کہ زمین</w:t>
      </w:r>
    </w:p>
    <w:p>
      <w:r>
        <w:rPr>
          <w:b/>
        </w:rPr>
        <w:t xml:space="preserve">[21:05] </w:t>
      </w:r>
      <w:r>
        <w:t>hilay nahi, bohat hi, bohat hi tawazun ke sath woh harkat karti rahe.</w:t>
      </w:r>
    </w:p>
    <w:p>
      <w:pPr>
        <w:jc w:val="right"/>
      </w:pPr>
      <w:r>
        <w:t>ہلے نہیں، بہت ہی، بہت ہی توازن کے ساتھ وہ حرکت کرتی رہے۔</w:t>
      </w:r>
    </w:p>
    <w:p>
      <w:r>
        <w:rPr>
          <w:b/>
        </w:rPr>
        <w:t xml:space="preserve">[21:11] </w:t>
      </w:r>
      <w:r>
        <w:t>to is ayat mein ghor kiye to maloom hua ke is mein wohi baatein hain ke aye insan!</w:t>
      </w:r>
    </w:p>
    <w:p>
      <w:pPr>
        <w:jc w:val="right"/>
      </w:pPr>
      <w:r>
        <w:t>تو اس آیت میں غور کیے تو معلوم ہوا کہ اس میں وہی باتیں ہیں کہ اے انسان!</w:t>
      </w:r>
    </w:p>
    <w:p>
      <w:r>
        <w:rPr>
          <w:b/>
        </w:rPr>
        <w:t xml:space="preserve">[21:17] </w:t>
      </w:r>
      <w:r>
        <w:t>is ko hum ne aisi zameen di jahan pani tha, jahan plant tha, jahan yeh possible tha ke</w:t>
      </w:r>
    </w:p>
    <w:p>
      <w:pPr>
        <w:jc w:val="right"/>
      </w:pPr>
      <w:r>
        <w:t>اس کو ہم نے ایسی زمین دی جہاں پانی تھا، جہاں پلانٹ تھا، جہاں یہ پاسیبل تھا کہ</w:t>
      </w:r>
    </w:p>
    <w:p>
      <w:r>
        <w:rPr>
          <w:b/>
        </w:rPr>
        <w:t xml:space="preserve">[21:24] </w:t>
      </w:r>
      <w:r>
        <w:t>tum apne shehar banao, apni bastiyan banao.</w:t>
      </w:r>
    </w:p>
    <w:p>
      <w:pPr>
        <w:jc w:val="right"/>
      </w:pPr>
      <w:r>
        <w:t>تم اپنے شہر بناؤ، اپنی بستیاں بناؤ۔</w:t>
      </w:r>
    </w:p>
    <w:p>
      <w:r>
        <w:rPr>
          <w:b/>
        </w:rPr>
        <w:t xml:space="preserve">[21:27] </w:t>
      </w:r>
      <w:r>
        <w:t>aise, aisi zameen di jo bohat hi, har cheez right proportion mein thi, jo tumhare liye rehne ke</w:t>
      </w:r>
    </w:p>
    <w:p>
      <w:pPr>
        <w:jc w:val="right"/>
      </w:pPr>
      <w:r>
        <w:t>ایسے، ایسی زمین دی جو بہت ہی، ہر چیز رائٹ پروپورشن میں تھی، جو تمہارے لیے رہنے کے</w:t>
      </w:r>
    </w:p>
    <w:p>
      <w:r>
        <w:rPr>
          <w:b/>
        </w:rPr>
        <w:t xml:space="preserve">[21:35] </w:t>
      </w:r>
      <w:r>
        <w:t>liye muwafiq thi.</w:t>
      </w:r>
    </w:p>
    <w:p>
      <w:pPr>
        <w:jc w:val="right"/>
      </w:pPr>
      <w:r>
        <w:t>لیے موافق تھی۔</w:t>
      </w:r>
    </w:p>
    <w:p>
      <w:r>
        <w:rPr>
          <w:b/>
        </w:rPr>
        <w:t xml:space="preserve">[21:36] </w:t>
      </w:r>
      <w:r>
        <w:t>In saare asbab wala ek ek planet earth tum ko diya, lekin phir bhi chuki test ke liye</w:t>
      </w:r>
    </w:p>
    <w:p>
      <w:pPr>
        <w:jc w:val="right"/>
      </w:pPr>
      <w:r>
        <w:t>ان سارے اسباب والا ایک ایک پلینٹ ارتھ تم کو دیا، لیکن پھر بھی چونکہ ٹیسٹ کے لیے</w:t>
      </w:r>
    </w:p>
    <w:p>
      <w:r>
        <w:rPr>
          <w:b/>
        </w:rPr>
        <w:t xml:space="preserve">[21:44] </w:t>
      </w:r>
      <w:r>
        <w:t>tha, yeh yeh yahan par insaan rakha gaya tha test ke liye, is liye yahan par Allah taala</w:t>
      </w:r>
    </w:p>
    <w:p>
      <w:pPr>
        <w:jc w:val="right"/>
      </w:pPr>
      <w:r>
        <w:t>تھا، یہ یہ یہاں پر انسان رکھا گیا تھا ٹیسٹ کے لیے، اس لیے یہاں پر اللہ تعالی</w:t>
      </w:r>
    </w:p>
    <w:p>
      <w:r>
        <w:rPr>
          <w:b/>
        </w:rPr>
        <w:t xml:space="preserve">[21:52] </w:t>
      </w:r>
      <w:r>
        <w:t>ne aadmi ke liye satisfaction ka saman nahi rakha, yaani fulfillment ka saman nahi rakha.</w:t>
      </w:r>
    </w:p>
    <w:p>
      <w:pPr>
        <w:jc w:val="right"/>
      </w:pPr>
      <w:r>
        <w:t>نے آدمی کے لیے سیٹسفیکشن کا سامان نہیں رکھا، یعنی فل فلمنٹ کا سامان نہیں رکھا۔</w:t>
      </w:r>
    </w:p>
    <w:p>
      <w:r>
        <w:rPr>
          <w:b/>
        </w:rPr>
        <w:t xml:space="preserve">[21:59] </w:t>
      </w:r>
      <w:r>
        <w:t>Jo insaan jo chahta tha, ideal world, woh aisa nahi hai, balkeh less than ideal hai.</w:t>
      </w:r>
    </w:p>
    <w:p>
      <w:pPr>
        <w:jc w:val="right"/>
      </w:pPr>
      <w:r>
        <w:t>جو انسان جو چاہتا تھا، آئیڈیل ورلڈ، وہ ایسا نہیں ہے، بلکہ لیس دین آئیڈیل ہے۔</w:t>
      </w:r>
    </w:p>
    <w:p>
      <w:r>
        <w:rPr>
          <w:b/>
        </w:rPr>
        <w:t xml:space="preserve">[22:06] </w:t>
      </w:r>
      <w:r>
        <w:t>Yahi, yahi test hai insaan ka.</w:t>
      </w:r>
    </w:p>
    <w:p>
      <w:pPr>
        <w:jc w:val="right"/>
      </w:pPr>
      <w:r>
        <w:t>یہی، یہی ٹیسٹ ہے انسان کا۔</w:t>
      </w:r>
    </w:p>
    <w:p>
      <w:r>
        <w:rPr>
          <w:b/>
        </w:rPr>
        <w:t xml:space="preserve">[22:08] </w:t>
      </w:r>
      <w:r>
        <w:t>Dekhiye, aam taur par log samajhte hain ke bas kalma padh lo to jannat hai, aur kuch rituals</w:t>
      </w:r>
    </w:p>
    <w:p>
      <w:pPr>
        <w:jc w:val="right"/>
      </w:pPr>
      <w:r>
        <w:t>دیکھیے، عام طور پر لوگ سمجھتے ہیں کہ بس کلمہ پڑھ لو تو جنت ہے، اور کچھ ریچولز</w:t>
      </w:r>
    </w:p>
    <w:p>
      <w:r>
        <w:rPr>
          <w:b/>
        </w:rPr>
        <w:t xml:space="preserve">[22:16] </w:t>
      </w:r>
      <w:r>
        <w:t>hain to kar lo to jannat hai, kuch khaas tarah ke woh hain مراسم hain, is ko ada</w:t>
      </w:r>
    </w:p>
    <w:p>
      <w:pPr>
        <w:jc w:val="right"/>
      </w:pPr>
      <w:r>
        <w:t>ہیں تو کر لو تو جنت ہے، کچھ خاص طرح کے وہ ہیں مراسم ہیں، اس کو ادا</w:t>
      </w:r>
    </w:p>
    <w:p>
      <w:r>
        <w:rPr>
          <w:b/>
        </w:rPr>
        <w:t xml:space="preserve">[22:24] </w:t>
      </w:r>
      <w:r>
        <w:t>kar lo to jannat hai.</w:t>
      </w:r>
    </w:p>
    <w:p>
      <w:pPr>
        <w:jc w:val="right"/>
      </w:pPr>
      <w:r>
        <w:t>کر لو تو جنت ہے۔</w:t>
      </w:r>
    </w:p>
    <w:p>
      <w:r>
        <w:rPr>
          <w:b/>
        </w:rPr>
        <w:t xml:space="preserve">[22:26] </w:t>
      </w:r>
      <w:r>
        <w:t>Yaani doosre lafzon pe unhon ne jannat ko ek ek cultural life ka, ka, ke, ka qeemat samajh</w:t>
      </w:r>
    </w:p>
    <w:p>
      <w:pPr>
        <w:jc w:val="right"/>
      </w:pPr>
      <w:r>
        <w:t>یعنی دوسرے لفظوں پہ انہوں نے جنت کو ایک ایک کلچرل لائف کا، کا، کے، کا قیمت سمجھ</w:t>
      </w:r>
    </w:p>
    <w:p>
      <w:r>
        <w:rPr>
          <w:b/>
        </w:rPr>
        <w:t xml:space="preserve">[22:33] </w:t>
      </w:r>
      <w:r>
        <w:t>rakha hai.</w:t>
      </w:r>
    </w:p>
    <w:p>
      <w:pPr>
        <w:jc w:val="right"/>
      </w:pPr>
      <w:r>
        <w:t>رکھا ہے۔</w:t>
      </w:r>
    </w:p>
    <w:p>
      <w:r>
        <w:rPr>
          <w:b/>
        </w:rPr>
        <w:t xml:space="preserve">[22:35] </w:t>
      </w:r>
      <w:r>
        <w:t>Yeh sab to cultural part hain.</w:t>
      </w:r>
    </w:p>
    <w:p>
      <w:pPr>
        <w:jc w:val="right"/>
      </w:pPr>
      <w:r>
        <w:t>یہ سب تو کلچرل پارٹ ہیں۔</w:t>
      </w:r>
    </w:p>
    <w:p>
      <w:r>
        <w:rPr>
          <w:b/>
        </w:rPr>
        <w:t xml:space="preserve">[22:38] </w:t>
      </w:r>
      <w:r>
        <w:t>Jannat jo hai, woh un ko milegi jinhon ne apne andar jannati personality develop ki ho.</w:t>
      </w:r>
    </w:p>
    <w:p>
      <w:pPr>
        <w:jc w:val="right"/>
      </w:pPr>
      <w:r>
        <w:t>جنت جو ہے، وہ ان کو ملے گی جنہوں نے اپنے اندر جنتی پرسنیلٹی ڈیویلپ کی ہو۔</w:t>
      </w:r>
    </w:p>
    <w:p>
      <w:r>
        <w:rPr>
          <w:b/>
        </w:rPr>
        <w:t xml:space="preserve">[22:45] </w:t>
      </w:r>
      <w:r>
        <w:t>Jannati personality, yeh kuch kharji taur par kuch rituals ada karne se nahi milne wali kisi ko.</w:t>
      </w:r>
    </w:p>
    <w:p>
      <w:pPr>
        <w:jc w:val="right"/>
      </w:pPr>
      <w:r>
        <w:t>جنتی پرسنیلٹی، یہ کچھ خارجی طور پر کچھ ریچولز ادا کرنے سے نہیں ملنے والی کسی کو۔</w:t>
      </w:r>
    </w:p>
    <w:p>
      <w:r>
        <w:rPr>
          <w:b/>
        </w:rPr>
        <w:t xml:space="preserve">[22:52] </w:t>
      </w:r>
      <w:r>
        <w:t>Woh personality jo Allah taala ka matloob hai, yaani wahi raziyat marziyah, aisi personality jo discover kare Allah</w:t>
      </w:r>
    </w:p>
    <w:p>
      <w:pPr>
        <w:jc w:val="right"/>
      </w:pPr>
      <w:r>
        <w:t>وہ پرسنیلٹی جو اللہ تعالی کا مطلوب ہے، یعنی وہی راضیت مرضیہ، ایسی پرسنیلٹی جو ڈسکور کرے اللہ</w:t>
      </w:r>
    </w:p>
    <w:p>
      <w:r>
        <w:rPr>
          <w:b/>
        </w:rPr>
        <w:t xml:space="preserve">[23:00] </w:t>
      </w:r>
      <w:r>
        <w:t>ko, jo discover kare Allah ke creation plan ko, jo discover kare Allah taala ke is, is, is,</w:t>
      </w:r>
    </w:p>
    <w:p>
      <w:pPr>
        <w:jc w:val="right"/>
      </w:pPr>
      <w:r>
        <w:t>کو، جو ڈسکور کرے اللہ کے کریشن پلان کو، جو ڈسکور کرے اللہ تعالی کے اس، اس، اس،</w:t>
      </w:r>
    </w:p>
    <w:p>
      <w:r>
        <w:rPr>
          <w:b/>
        </w:rPr>
        <w:t xml:space="preserve">[23:08] </w:t>
      </w:r>
      <w:r>
        <w:t>is scheme ko ke dunya mein Allah taala ne rakha hai insaan ko, magar is tareeqe se hai</w:t>
      </w:r>
    </w:p>
    <w:p>
      <w:pPr>
        <w:jc w:val="right"/>
      </w:pPr>
      <w:r>
        <w:t>اس اسکیم کو کہ دنیا میں اللہ تعالی نے رکھا ہے انسان کو، مگر اس طریقے سے ہے</w:t>
      </w:r>
    </w:p>
    <w:p>
      <w:r>
        <w:rPr>
          <w:b/>
        </w:rPr>
        <w:t xml:space="preserve">[23:15] </w:t>
      </w:r>
      <w:r>
        <w:t>ke insaan hai idealist.</w:t>
      </w:r>
    </w:p>
    <w:p>
      <w:pPr>
        <w:jc w:val="right"/>
      </w:pPr>
      <w:r>
        <w:t>کہ انسان ہے آئیڈیلسٹ۔</w:t>
      </w:r>
    </w:p>
    <w:p>
      <w:r>
        <w:rPr>
          <w:b/>
        </w:rPr>
        <w:t xml:space="preserve">[23:17] </w:t>
      </w:r>
      <w:r>
        <w:t>Rehna hai is ko less than ideal mein, tabhi to, tabhi to test hoga.</w:t>
      </w:r>
    </w:p>
    <w:p>
      <w:pPr>
        <w:jc w:val="right"/>
      </w:pPr>
      <w:r>
        <w:t>رہنا ہے اس کو لیس دین آئیڈیل میں، تبھی تو، تبھی تو ٹیسٹ ہوگا۔</w:t>
      </w:r>
    </w:p>
    <w:p>
      <w:r>
        <w:rPr>
          <w:b/>
        </w:rPr>
        <w:t xml:space="preserve">[23:23] </w:t>
      </w:r>
      <w:r>
        <w:t>Agar yeh na ho to test kis baat ka? Test kis baat ka hoga? Phir to test ki</w:t>
      </w:r>
    </w:p>
    <w:p>
      <w:pPr>
        <w:jc w:val="right"/>
      </w:pPr>
      <w:r>
        <w:t>اگر یہ نہ ہو تو ٹیسٹ کس بات کا؟ ٹیسٹ کس بات کا ہوگا؟ پھر تو ٹیسٹ کی</w:t>
      </w:r>
    </w:p>
    <w:p>
      <w:r>
        <w:rPr>
          <w:b/>
        </w:rPr>
        <w:t xml:space="preserve">[23:31] </w:t>
      </w:r>
      <w:r>
        <w:t>maslehat ki bina par Allah taala ne aisa kiya ke insaan ko paida to kiya, idealist ek dam</w:t>
      </w:r>
    </w:p>
    <w:p>
      <w:pPr>
        <w:jc w:val="right"/>
      </w:pPr>
      <w:r>
        <w:t>مصلحت کی بنا پر اللہ تعالی نے ایسا کیا کہ انسان کو پیدا تو کیا، آئیڈیلسٹ ایک دم</w:t>
      </w:r>
    </w:p>
    <w:p>
      <w:r>
        <w:rPr>
          <w:b/>
        </w:rPr>
        <w:t xml:space="preserve">[23:38] </w:t>
      </w:r>
      <w:r>
        <w:t>ideal mind is ko diya.</w:t>
      </w:r>
    </w:p>
    <w:p>
      <w:pPr>
        <w:jc w:val="right"/>
      </w:pPr>
      <w:r>
        <w:t>آئیڈیل مائنڈ اس کو دیا۔</w:t>
      </w:r>
    </w:p>
    <w:p>
      <w:r>
        <w:rPr>
          <w:b/>
        </w:rPr>
        <w:t xml:space="preserve">[23:41] </w:t>
      </w:r>
      <w:r>
        <w:t>Har cheez chahta hai insaan bilkul ideal, ideal, ideal, zyada se zyada, more and more, more and more.</w:t>
      </w:r>
    </w:p>
    <w:p>
      <w:pPr>
        <w:jc w:val="right"/>
      </w:pPr>
      <w:r>
        <w:t>ہر چیز چاہتا ہے انسان بالکل آئیڈیل، آئیڈیل، آئیڈیل، زیادہ سے زیادہ، مور اینڈ مور، مور اینڈ مور۔</w:t>
      </w:r>
    </w:p>
    <w:p>
      <w:r>
        <w:rPr>
          <w:b/>
        </w:rPr>
        <w:t xml:space="preserve">[23:48] </w:t>
      </w:r>
      <w:r>
        <w:t>Isi liye main ek baat yeh samajh paya hoon ke jannat mein aisa hoga ke use lagega</w:t>
      </w:r>
    </w:p>
    <w:p>
      <w:pPr>
        <w:jc w:val="right"/>
      </w:pPr>
      <w:r>
        <w:t>اسی لیے میں ایک بات یہ سمجھ پایا ہوں کہ جنت میں ایسا ہوگا کہ اسے لگے گا</w:t>
      </w:r>
    </w:p>
    <w:p>
      <w:r>
        <w:rPr>
          <w:b/>
        </w:rPr>
        <w:t xml:space="preserve">[23:56] </w:t>
      </w:r>
      <w:r>
        <w:t>ke saari jannat meri hai.</w:t>
      </w:r>
    </w:p>
    <w:p>
      <w:pPr>
        <w:jc w:val="right"/>
      </w:pPr>
      <w:r>
        <w:t>کہ ساری جنت میری ہے۔</w:t>
      </w:r>
    </w:p>
    <w:p>
      <w:r>
        <w:rPr>
          <w:b/>
        </w:rPr>
        <w:t xml:space="preserve">[23:58] </w:t>
      </w:r>
      <w:r>
        <w:t>har aadmi wahan is tarah rahega jaisa ke sari jannat isi ki hai.</w:t>
      </w:r>
    </w:p>
    <w:p>
      <w:pPr>
        <w:jc w:val="right"/>
      </w:pPr>
      <w:r>
        <w:t>ہر آدمی وہاں اس طرح رہے گا جیسا کہ ساری جنت اسی کی ہے۔</w:t>
      </w:r>
    </w:p>
    <w:p>
      <w:r>
        <w:rPr>
          <w:b/>
        </w:rPr>
        <w:t xml:space="preserve">[24:04] </w:t>
      </w:r>
      <w:r>
        <w:t>tabhi to poori taskeen hogi is ko.</w:t>
      </w:r>
    </w:p>
    <w:p>
      <w:pPr>
        <w:jc w:val="right"/>
      </w:pPr>
      <w:r>
        <w:t>تبھی تو پوری تسکین ہوگی اس کو۔</w:t>
      </w:r>
    </w:p>
    <w:p>
      <w:r>
        <w:rPr>
          <w:b/>
        </w:rPr>
        <w:t xml:space="preserve">[24:07] </w:t>
      </w:r>
      <w:r>
        <w:t>wahan yeh tasawwur nahi hoga ke mujhe kam mila hai to use zyada mila hai, aisa nahi hoga.</w:t>
      </w:r>
    </w:p>
    <w:p>
      <w:pPr>
        <w:jc w:val="right"/>
      </w:pPr>
      <w:r>
        <w:t>وہاں یہ تصور نہیں ہوگا کہ مجھے کم ملا ہے تو اسے زیادہ ملا ہے، ایسا نہیں ہوگا۔</w:t>
      </w:r>
    </w:p>
    <w:p>
      <w:r>
        <w:rPr>
          <w:b/>
        </w:rPr>
        <w:t xml:space="preserve">[24:15] </w:t>
      </w:r>
      <w:r>
        <w:t>wahan Allah taala insaan ka aisa tazkiya kar denge, insaan ke andar aisa mizaj bana denge</w:t>
      </w:r>
    </w:p>
    <w:p>
      <w:pPr>
        <w:jc w:val="right"/>
      </w:pPr>
      <w:r>
        <w:t>وہاں اللہ تعالی انسان کا ایسا تزکیہ کر دیں گے، انسان کے اندر ایسا مزاج بنا دیں گے</w:t>
      </w:r>
    </w:p>
    <w:p>
      <w:r>
        <w:rPr>
          <w:b/>
        </w:rPr>
        <w:t xml:space="preserve">[24:23] </w:t>
      </w:r>
      <w:r>
        <w:t>ke sare log samjhen ke sab, sab kuch mere liye is tarah rahenge.</w:t>
      </w:r>
    </w:p>
    <w:p>
      <w:pPr>
        <w:jc w:val="right"/>
      </w:pPr>
      <w:r>
        <w:t>کہ سارے لوگ سمجھیں کہ سب، سب کچھ میرے لیے اس طرح رہیں گے۔</w:t>
      </w:r>
    </w:p>
    <w:p>
      <w:r>
        <w:rPr>
          <w:b/>
        </w:rPr>
        <w:t xml:space="preserve">[24:29] </w:t>
      </w:r>
      <w:r>
        <w:t>wahan par to poora un ko satisfaction milega.</w:t>
      </w:r>
    </w:p>
    <w:p>
      <w:pPr>
        <w:jc w:val="right"/>
      </w:pPr>
      <w:r>
        <w:t>وہاں پر تو پورا ان کو سیٹسفیکشن ملے گا۔</w:t>
      </w:r>
    </w:p>
    <w:p>
      <w:r>
        <w:rPr>
          <w:b/>
        </w:rPr>
        <w:t xml:space="preserve">[24:32] </w:t>
      </w:r>
      <w:r>
        <w:t>yeh kis? yeh is baat ki qeemat hogi jab ke is dunya mein hum reh saken Allah ke</w:t>
      </w:r>
    </w:p>
    <w:p>
      <w:pPr>
        <w:jc w:val="right"/>
      </w:pPr>
      <w:r>
        <w:t>یہ کس؟ یہ اس بات کی قیمت ہوگی جب کہ اس دنیا میں ہم رہ سکیں اللہ کے</w:t>
      </w:r>
    </w:p>
    <w:p>
      <w:r>
        <w:rPr>
          <w:b/>
        </w:rPr>
        <w:t xml:space="preserve">[24:40] </w:t>
      </w:r>
      <w:r>
        <w:t>ki jo scheme of things hai, us par raazi ho kar.</w:t>
      </w:r>
    </w:p>
    <w:p>
      <w:pPr>
        <w:jc w:val="right"/>
      </w:pPr>
      <w:r>
        <w:t>کی جو اسکیم آف تھنگز ہے، اس پر راضی ہو کر۔</w:t>
      </w:r>
    </w:p>
    <w:p>
      <w:r>
        <w:rPr>
          <w:b/>
        </w:rPr>
        <w:t xml:space="preserve">[24:45] </w:t>
      </w:r>
      <w:r>
        <w:t>Allah ka jo mansooba hai, us par raazi ho kar.</w:t>
      </w:r>
    </w:p>
    <w:p>
      <w:pPr>
        <w:jc w:val="right"/>
      </w:pPr>
      <w:r>
        <w:t>اللہ کا جو منصوبہ ہے، اس پر راضی ہو کر۔</w:t>
      </w:r>
    </w:p>
    <w:p>
      <w:r>
        <w:rPr>
          <w:b/>
        </w:rPr>
        <w:t xml:space="preserve">[24:49] </w:t>
      </w:r>
      <w:r>
        <w:t>Allah ka jo creation plan hai, us par raazi ho kar.</w:t>
      </w:r>
    </w:p>
    <w:p>
      <w:pPr>
        <w:jc w:val="right"/>
      </w:pPr>
      <w:r>
        <w:t>اللہ کا جو کریشن پلان ہے، اس پر راضی ہو کر۔</w:t>
      </w:r>
    </w:p>
    <w:p>
      <w:r>
        <w:rPr>
          <w:b/>
        </w:rPr>
        <w:t xml:space="preserve">[24:54] </w:t>
      </w:r>
      <w:r>
        <w:t>so ahum tareen, sab se ahum cheez hai Allah ke creation plan par raazi hona.</w:t>
      </w:r>
    </w:p>
    <w:p>
      <w:pPr>
        <w:jc w:val="right"/>
      </w:pPr>
      <w:r>
        <w:t>سو اہم ترین، سب سے اہم چیز ہے اللہ کے کریشن پلان پر راضی ہونا۔</w:t>
      </w:r>
    </w:p>
    <w:p>
      <w:r>
        <w:rPr>
          <w:b/>
        </w:rPr>
        <w:t xml:space="preserve">[25:00] </w:t>
      </w:r>
      <w:r>
        <w:t>Allah ke creation plan par raazi hona.</w:t>
      </w:r>
    </w:p>
    <w:p>
      <w:pPr>
        <w:jc w:val="right"/>
      </w:pPr>
      <w:r>
        <w:t>اللہ کے کریشن پلان پر راضی ہونا۔</w:t>
      </w:r>
    </w:p>
    <w:p>
      <w:r>
        <w:rPr>
          <w:b/>
        </w:rPr>
        <w:t xml:space="preserve">[25:03] </w:t>
      </w:r>
      <w:r>
        <w:t>jaise quran mein hai ke: "alhaq al-taqasur hatta al-muqabil".</w:t>
      </w:r>
    </w:p>
    <w:p>
      <w:pPr>
        <w:jc w:val="right"/>
      </w:pPr>
      <w:r>
        <w:t>جیسے قرآن میں ہے کہ: "الحاق التقاصر حتی المقابل"۔</w:t>
      </w:r>
    </w:p>
    <w:p>
      <w:r>
        <w:rPr>
          <w:b/>
        </w:rPr>
        <w:t xml:space="preserve">[25:07] </w:t>
      </w:r>
      <w:r>
        <w:t>to bohat, bohat ke peeche daudte rahe, more and more ke peeche daudte rahe.</w:t>
      </w:r>
    </w:p>
    <w:p>
      <w:pPr>
        <w:jc w:val="right"/>
      </w:pPr>
      <w:r>
        <w:t>تو بہت، بہت کے پیچھے دوڑتے رہے، مور اینڈ مور کے پیچھے دوڑتے رہے۔</w:t>
      </w:r>
    </w:p>
    <w:p>
      <w:r>
        <w:rPr>
          <w:b/>
        </w:rPr>
        <w:t xml:space="preserve">[25:13] </w:t>
      </w:r>
      <w:r>
        <w:t>yahan tak to qaul pahunch gaye.</w:t>
      </w:r>
    </w:p>
    <w:p>
      <w:pPr>
        <w:jc w:val="right"/>
      </w:pPr>
      <w:r>
        <w:t>یہاں تک تو قول پہنچ گئے۔</w:t>
      </w:r>
    </w:p>
    <w:p>
      <w:r>
        <w:rPr>
          <w:b/>
        </w:rPr>
        <w:t xml:space="preserve">[25:16] </w:t>
      </w:r>
      <w:r>
        <w:t>jis insaan, us insaan ka zikr hai jo raazi nahi hua, more and more ke liye daudta raha,</w:t>
      </w:r>
    </w:p>
    <w:p>
      <w:pPr>
        <w:jc w:val="right"/>
      </w:pPr>
      <w:r>
        <w:t>جس انسان، اس انسان کا ذکر ہے جو راضی نہیں ہوا، مور اینڈ مور کے لیے دوڑتا رہا،</w:t>
      </w:r>
    </w:p>
    <w:p>
      <w:r>
        <w:rPr>
          <w:b/>
        </w:rPr>
        <w:t xml:space="preserve">[25:23] </w:t>
      </w:r>
      <w:r>
        <w:t>yaani content par nahi ruka.</w:t>
      </w:r>
    </w:p>
    <w:p>
      <w:pPr>
        <w:jc w:val="right"/>
      </w:pPr>
      <w:r>
        <w:t>یعنی کنٹینٹ پر نہیں رکا۔</w:t>
      </w:r>
    </w:p>
    <w:p>
      <w:r>
        <w:rPr>
          <w:b/>
        </w:rPr>
        <w:t xml:space="preserve">[25:26] </w:t>
      </w:r>
      <w:r>
        <w:t>woh ek hai, dekhiye, content culture.</w:t>
      </w:r>
    </w:p>
    <w:p>
      <w:pPr>
        <w:jc w:val="right"/>
      </w:pPr>
      <w:r>
        <w:t>وہ ایک ہے، دیکھیے، کنٹینٹ کلچر۔</w:t>
      </w:r>
    </w:p>
    <w:p>
      <w:r>
        <w:rPr>
          <w:b/>
        </w:rPr>
        <w:t xml:space="preserve">[25:28] </w:t>
      </w:r>
      <w:r>
        <w:t>ek hai, more and more culture.</w:t>
      </w:r>
    </w:p>
    <w:p>
      <w:pPr>
        <w:jc w:val="right"/>
      </w:pPr>
      <w:r>
        <w:t>ایک ہے، مور اینڈ مور کلچر۔</w:t>
      </w:r>
    </w:p>
    <w:p>
      <w:r>
        <w:rPr>
          <w:b/>
        </w:rPr>
        <w:t xml:space="preserve">[25:31] </w:t>
      </w:r>
      <w:r>
        <w:t>do culture hain: contentment ka aur more and more ka.</w:t>
      </w:r>
    </w:p>
    <w:p>
      <w:pPr>
        <w:jc w:val="right"/>
      </w:pPr>
      <w:r>
        <w:t>دو کلچر ہیں: کنٹینٹمنٹ کا اور مور اینڈ مور کا۔</w:t>
      </w:r>
    </w:p>
    <w:p>
      <w:r>
        <w:rPr>
          <w:b/>
        </w:rPr>
        <w:t xml:space="preserve">[25:35] </w:t>
      </w:r>
      <w:r>
        <w:t>to jo Allah ki scheme of things hai, woh yeh hai ke aap apne andar contentment paida karen,</w:t>
      </w:r>
    </w:p>
    <w:p>
      <w:pPr>
        <w:jc w:val="right"/>
      </w:pPr>
      <w:r>
        <w:t>تو جو اللہ کی اسکیم آف تھنگز ہے، وہ یہ ہے کہ آپ اپنے اندر کنٹینٹمنٹ پیدا کریں،</w:t>
      </w:r>
    </w:p>
    <w:p>
      <w:r>
        <w:rPr>
          <w:b/>
        </w:rPr>
        <w:t xml:space="preserve">[25:43] </w:t>
      </w:r>
      <w:r>
        <w:t>qanaat paida karen.</w:t>
      </w:r>
    </w:p>
    <w:p>
      <w:pPr>
        <w:jc w:val="right"/>
      </w:pPr>
      <w:r>
        <w:t>قناعت پیدا کریں۔</w:t>
      </w:r>
    </w:p>
    <w:p>
      <w:r>
        <w:rPr>
          <w:b/>
        </w:rPr>
        <w:t xml:space="preserve">[25:44] </w:t>
      </w:r>
      <w:r>
        <w:t>Allah ne jo, jo aap ko diya hai, us, us par raazi ho jayen.</w:t>
      </w:r>
    </w:p>
    <w:p>
      <w:pPr>
        <w:jc w:val="right"/>
      </w:pPr>
      <w:r>
        <w:t>اللہ نے جو، جو آپ کو دیا ہے، اس، اس پر راضی ہو جائیں۔</w:t>
      </w:r>
    </w:p>
    <w:p>
      <w:r>
        <w:rPr>
          <w:b/>
        </w:rPr>
        <w:t xml:space="preserve">[25:50] </w:t>
      </w:r>
      <w:r>
        <w:t>aap is, woh razamandi jo hai, yahi jannat ki qeemat hai.</w:t>
      </w:r>
    </w:p>
    <w:p>
      <w:pPr>
        <w:jc w:val="right"/>
      </w:pPr>
      <w:r>
        <w:t>آپ اس، وہ رضامندی جو ہے، یہی جنت کی قیمت ہے۔</w:t>
      </w:r>
    </w:p>
    <w:p>
      <w:r>
        <w:rPr>
          <w:b/>
        </w:rPr>
        <w:t xml:space="preserve">[25:55] </w:t>
      </w:r>
      <w:r>
        <w:t>raziyallahu anhum wa razu anhu, dhalika min khashya rabbihim.</w:t>
      </w:r>
    </w:p>
    <w:p>
      <w:pPr>
        <w:jc w:val="right"/>
      </w:pPr>
      <w:r>
        <w:t>رضی اللہ عنہ، ورضوان، ذالک من خش ربا۔</w:t>
      </w:r>
    </w:p>
    <w:p>
      <w:r>
        <w:rPr>
          <w:b/>
        </w:rPr>
        <w:t xml:space="preserve">[25:58] </w:t>
      </w:r>
      <w:r>
        <w:t>to yeh surah mein samajhta hoon ke bohat hi ahem surah hai aur is mein bohat hi important</w:t>
      </w:r>
    </w:p>
    <w:p>
      <w:pPr>
        <w:jc w:val="right"/>
      </w:pPr>
      <w:r>
        <w:t>تو یہ سورہ میں سمجھتا ہوں کہ بہت ہی اہم سورہ ہے اور اس میں بہت ہی امپورٹنٹ</w:t>
      </w:r>
    </w:p>
    <w:p>
      <w:r>
        <w:rPr>
          <w:b/>
        </w:rPr>
        <w:t xml:space="preserve">[26:06] </w:t>
      </w:r>
      <w:r>
        <w:t>baat kahi gayi hai.</w:t>
      </w:r>
    </w:p>
    <w:p>
      <w:pPr>
        <w:jc w:val="right"/>
      </w:pPr>
      <w:r>
        <w:t>بات کہی گئی ہے۔</w:t>
      </w:r>
    </w:p>
    <w:p>
      <w:r>
        <w:rPr>
          <w:b/>
        </w:rPr>
        <w:t xml:space="preserve">[26:08] </w:t>
      </w:r>
      <w:r>
        <w:t>log is ko is liye samajh paye ke ke woh teen aur zaitoon kal le liya unhon ne,</w:t>
      </w:r>
    </w:p>
    <w:p>
      <w:pPr>
        <w:jc w:val="right"/>
      </w:pPr>
      <w:r>
        <w:t>لوگ اس کو اس لیے سمجھ پائے کہ کہ وہ تین اور زیتون کل لے لیا انہوں نے،</w:t>
      </w:r>
    </w:p>
    <w:p>
      <w:r>
        <w:rPr>
          <w:b/>
        </w:rPr>
        <w:t xml:space="preserve">[26:15] </w:t>
      </w:r>
      <w:r>
        <w:t>halankay yeh asal mein yeh aik taabeer hai, aik, aik symbolic andaaz mein kehne ka.</w:t>
      </w:r>
    </w:p>
    <w:p>
      <w:pPr>
        <w:jc w:val="right"/>
      </w:pPr>
      <w:r>
        <w:t>حالانکہ یہ اصل میں یہ ایک تعبیر ہے، ایک، ایک سمبولک انداز میں کہنے کا۔</w:t>
      </w:r>
    </w:p>
    <w:p>
      <w:r>
        <w:rPr>
          <w:b/>
        </w:rPr>
        <w:t xml:space="preserve">[26:22] </w:t>
      </w:r>
      <w:r>
        <w:t>aur asal baat jo kehna maqsood hai, woh hai yeh planet earth.</w:t>
      </w:r>
    </w:p>
    <w:p>
      <w:pPr>
        <w:jc w:val="right"/>
      </w:pPr>
      <w:r>
        <w:t>اور اصل بات جو کہنا مقصود ہے، وہ ہے یہ پلینٹ ارتھ۔</w:t>
      </w:r>
    </w:p>
    <w:p>
      <w:r>
        <w:rPr>
          <w:b/>
        </w:rPr>
        <w:t xml:space="preserve">[26:27] </w:t>
      </w:r>
      <w:r>
        <w:t>yeh planet earth mein specially yeh, yeh Allah taala ne aisa rakha hai intezaam.</w:t>
      </w:r>
    </w:p>
    <w:p>
      <w:pPr>
        <w:jc w:val="right"/>
      </w:pPr>
      <w:r>
        <w:t>یہ پلینٹ ارتھ میں اسپیشلی یہ، یہ اللہ تعالی نے ایسا رکھا ہے انتظام۔</w:t>
      </w:r>
    </w:p>
    <w:p>
      <w:r>
        <w:rPr>
          <w:b/>
        </w:rPr>
        <w:t xml:space="preserve">[26:33] </w:t>
      </w:r>
      <w:r>
        <w:t>yahan par pani hai, yahan par, yahan par plant hai, yahan par hawa hai, yahan par oxygen hai.</w:t>
      </w:r>
    </w:p>
    <w:p>
      <w:pPr>
        <w:jc w:val="right"/>
      </w:pPr>
      <w:r>
        <w:t>یہاں پر پانی ہے، یہاں پر، یہاں پر پلانٹ ہے، یہاں پر ہوا ہے، یہاں پر اکسیجن ہے۔</w:t>
      </w:r>
    </w:p>
    <w:p>
      <w:r>
        <w:rPr>
          <w:b/>
        </w:rPr>
        <w:t xml:space="preserve">[26:41] </w:t>
      </w:r>
      <w:r>
        <w:t>yahan par mumkin hota hai ke aap shehar banayein, aap city planning karein.</w:t>
      </w:r>
    </w:p>
    <w:p>
      <w:pPr>
        <w:jc w:val="right"/>
      </w:pPr>
      <w:r>
        <w:t>یہاں پر ممکن ہوتا ہے کہ آپ شہر بنائیں، آپ سٹی پلاننگ کریں۔</w:t>
      </w:r>
    </w:p>
    <w:p>
      <w:r>
        <w:rPr>
          <w:b/>
        </w:rPr>
        <w:t xml:space="preserve">[26:46] </w:t>
      </w:r>
      <w:r>
        <w:t>to yeh sari cheezein is se bhi mumkin hoti hain.</w:t>
      </w:r>
    </w:p>
    <w:p>
      <w:pPr>
        <w:jc w:val="right"/>
      </w:pPr>
      <w:r>
        <w:t>تو یہ ساری چیزیں اس سے بھی ممکن ہوتی ہیں۔</w:t>
      </w:r>
    </w:p>
    <w:p>
      <w:r>
        <w:rPr>
          <w:b/>
        </w:rPr>
        <w:t xml:space="preserve">[26:51] </w:t>
      </w:r>
      <w:r>
        <w:t>to in, in, in alamati cheezon ko bata kar ke haqeeqat mein aap ko yeh kaha gaya hai</w:t>
      </w:r>
    </w:p>
    <w:p>
      <w:pPr>
        <w:jc w:val="right"/>
      </w:pPr>
      <w:r>
        <w:t>تو ان، ان، ان علامتی چیزوں کو بتا کر کے حقیقت میں آپ کو یہ کہا گیا ہے</w:t>
      </w:r>
    </w:p>
    <w:p>
      <w:r>
        <w:rPr>
          <w:b/>
        </w:rPr>
        <w:t xml:space="preserve">[26:58] </w:t>
      </w:r>
      <w:r>
        <w:t>ke tum ko hum ne planet earth diya, jo sari kainat mein kisi ko hasil nahi hai.</w:t>
      </w:r>
    </w:p>
    <w:p>
      <w:pPr>
        <w:jc w:val="right"/>
      </w:pPr>
      <w:r>
        <w:t>کہ تم کو ہم نے پلینٹ ارتھ دیا، جو ساری کائنات میں کسی کو حاصل نہیں ہے۔</w:t>
      </w:r>
    </w:p>
    <w:p>
      <w:r>
        <w:rPr>
          <w:b/>
        </w:rPr>
        <w:t xml:space="preserve">[27:06] </w:t>
      </w:r>
      <w:r>
        <w:t>itni bari university, bari university, bari university, lekin planet earth jaisa planet sari duniya mein kahin bhi nahi</w:t>
      </w:r>
    </w:p>
    <w:p>
      <w:pPr>
        <w:jc w:val="right"/>
      </w:pPr>
      <w:r>
        <w:t>اتنی بڑی یونیورسٹی، بڑی یونیورسٹی، بڑی یونیورسٹی، لیکن پلینٹ ارتھ جیسا پلینٹ ساری دنیا میں کہیں بھی نہیں</w:t>
      </w:r>
    </w:p>
    <w:p>
      <w:r>
        <w:rPr>
          <w:b/>
        </w:rPr>
        <w:t xml:space="preserve">[27:13] </w:t>
      </w:r>
      <w:r>
        <w:t>hai, yeh kaha gaya hai.</w:t>
      </w:r>
    </w:p>
    <w:p>
      <w:pPr>
        <w:jc w:val="right"/>
      </w:pPr>
      <w:r>
        <w:t>ہے، یہ کہا گیا ہے۔</w:t>
      </w:r>
    </w:p>
    <w:p>
      <w:r>
        <w:rPr>
          <w:b/>
        </w:rPr>
        <w:t xml:space="preserve">[27:15] </w:t>
      </w:r>
      <w:r>
        <w:t>phir yeh bataya gaya hai ke yeh agarche tum ko hum ne aik bohat unique planet diya, unique</w:t>
      </w:r>
    </w:p>
    <w:p>
      <w:pPr>
        <w:jc w:val="right"/>
      </w:pPr>
      <w:r>
        <w:t>پھر یہ بتایا گیا ہے کہ یہ اگرچہ تم کو ہم نے ایک بہت یونیک پلینٹ دیا، یونیک</w:t>
      </w:r>
    </w:p>
    <w:p>
      <w:r>
        <w:rPr>
          <w:b/>
        </w:rPr>
        <w:t xml:space="preserve">[27:23] </w:t>
      </w:r>
      <w:r>
        <w:t>planet, lekin sath sath yeh bhi hai ke is, is planet mein tumhare liye fulfillment nahi rakha</w:t>
      </w:r>
    </w:p>
    <w:p>
      <w:pPr>
        <w:jc w:val="right"/>
      </w:pPr>
      <w:r>
        <w:t>پلینٹ، لیکن ساتھ ساتھ یہ بھی ہے کہ اس، اس پلینٹ میں تمہارے لیے فل فلمنٹ نہیں رکھا</w:t>
      </w:r>
    </w:p>
    <w:p>
      <w:r>
        <w:rPr>
          <w:b/>
        </w:rPr>
        <w:t xml:space="preserve">[27:31] </w:t>
      </w:r>
      <w:r>
        <w:t>hai, total fulfillment nahi rakha hai.</w:t>
      </w:r>
    </w:p>
    <w:p>
      <w:pPr>
        <w:jc w:val="right"/>
      </w:pPr>
      <w:r>
        <w:t>ہے، ٹوٹل فل فلمنٹ نہیں رکھا ہے۔</w:t>
      </w:r>
    </w:p>
    <w:p>
      <w:r>
        <w:rPr>
          <w:b/>
        </w:rPr>
        <w:t xml:space="preserve">[27:34] </w:t>
      </w:r>
      <w:r>
        <w:t>to yeh bohat ajeeb o ghareeb soorat e haal hai, kyunke aadmi ko dekhiye, jo idealist banaya gaya hai, kyun?</w:t>
      </w:r>
    </w:p>
    <w:p>
      <w:pPr>
        <w:jc w:val="right"/>
      </w:pPr>
      <w:r>
        <w:t>تو یہ بہت عجیب و غریب صورتحال ہے، کیونکہ آدمی کو دیکھیے، جو آئیڈیلسٹ بنایا گیا ہے، کیوں؟</w:t>
      </w:r>
    </w:p>
    <w:p>
      <w:r>
        <w:rPr>
          <w:b/>
        </w:rPr>
        <w:t xml:space="preserve">[27:42] </w:t>
      </w:r>
      <w:r>
        <w:t>kyunke jannat mein rehne ke liye hum ko jannat mein rehne ke liye hamein aisi aik personality chahiye,</w:t>
      </w:r>
    </w:p>
    <w:p>
      <w:pPr>
        <w:jc w:val="right"/>
      </w:pPr>
      <w:r>
        <w:t>کیونکہ جنت میں رہنے کے لیے ہم کو جنت میں رہنے کے لیے ہمیں ایسی ایک پرسنیلٹی چاہیے،</w:t>
      </w:r>
    </w:p>
    <w:p>
      <w:r>
        <w:rPr>
          <w:b/>
        </w:rPr>
        <w:t xml:space="preserve">[27:49] </w:t>
      </w:r>
      <w:r>
        <w:t>perfect personality, ideal personality chahiye jannat mein rehne ke liye.</w:t>
      </w:r>
    </w:p>
    <w:p>
      <w:pPr>
        <w:jc w:val="right"/>
      </w:pPr>
      <w:r>
        <w:t>پرفیکٹ پرسنیلٹی، آئیڈیل پرسنیلٹی چاہیے جنت میں رہنے کے لیے۔</w:t>
      </w:r>
    </w:p>
    <w:p>
      <w:r>
        <w:rPr>
          <w:b/>
        </w:rPr>
        <w:t xml:space="preserve">[27:54] </w:t>
      </w:r>
      <w:r>
        <w:t>to hum ko banaya gaya aik jannati makhlooq ke taur par.</w:t>
      </w:r>
    </w:p>
    <w:p>
      <w:pPr>
        <w:jc w:val="right"/>
      </w:pPr>
      <w:r>
        <w:t>تو ہم کو بنایا گیا ایک جنتی مخلوق کے طور پر۔</w:t>
      </w:r>
    </w:p>
    <w:p>
      <w:r>
        <w:rPr>
          <w:b/>
        </w:rPr>
        <w:t xml:space="preserve">[27:58] </w:t>
      </w:r>
      <w:r>
        <w:t>purey maanon mein hamara test jannati test hai.</w:t>
      </w:r>
    </w:p>
    <w:p>
      <w:pPr>
        <w:jc w:val="right"/>
      </w:pPr>
      <w:r>
        <w:t>پورے معنوں میں ہمارا ٹیسٹ جنتی ٹیسٹ ہے۔</w:t>
      </w:r>
    </w:p>
    <w:p>
      <w:r>
        <w:rPr>
          <w:b/>
        </w:rPr>
        <w:t xml:space="preserve">[28:02] </w:t>
      </w:r>
      <w:r>
        <w:t>hamare jo jo desires hain, woh jannati desires hain.</w:t>
      </w:r>
    </w:p>
    <w:p>
      <w:pPr>
        <w:jc w:val="right"/>
      </w:pPr>
      <w:r>
        <w:t>ہمارے جو جو ڈیزائر ہیں، وہ جنتی ڈیزائر ہیں۔</w:t>
      </w:r>
    </w:p>
    <w:p>
      <w:r>
        <w:rPr>
          <w:b/>
        </w:rPr>
        <w:t xml:space="preserve">[28:06] </w:t>
      </w:r>
      <w:r>
        <w:t>jo jannat milne wala hai, woh, woh sab hamare mind mein hai.</w:t>
      </w:r>
    </w:p>
    <w:p>
      <w:pPr>
        <w:jc w:val="right"/>
      </w:pPr>
      <w:r>
        <w:t>جو جنت ملنے والا ہے، وہ، وہ سب ہمارے مائنڈ میں ہے۔</w:t>
      </w:r>
    </w:p>
    <w:p>
      <w:r>
        <w:rPr>
          <w:b/>
        </w:rPr>
        <w:t xml:space="preserve">[28:11] </w:t>
      </w:r>
      <w:r>
        <w:t>aap mind chahta hai in cheezon ko, lekin testing period jo hai, is, is ke liye Allah taala</w:t>
      </w:r>
    </w:p>
    <w:p>
      <w:pPr>
        <w:jc w:val="right"/>
      </w:pPr>
      <w:r>
        <w:t>آپ مائنڈ چاہتا ہے ان چیزوں کو، لیکن ٹیسٹنگ پیریڈ جو ہے، اس، اس کے لیے اللہ تعالی</w:t>
      </w:r>
    </w:p>
    <w:p>
      <w:r>
        <w:rPr>
          <w:b/>
        </w:rPr>
        <w:t xml:space="preserve">[28:18] </w:t>
      </w:r>
      <w:r>
        <w:t>ne rakh diya hum ko is duniya mein.</w:t>
      </w:r>
    </w:p>
    <w:p>
      <w:pPr>
        <w:jc w:val="right"/>
      </w:pPr>
      <w:r>
        <w:t>نے رکھ دیا ہم کو اس دنیا میں۔</w:t>
      </w:r>
    </w:p>
    <w:p>
      <w:r>
        <w:rPr>
          <w:b/>
        </w:rPr>
        <w:t xml:space="preserve">[28:22] </w:t>
      </w:r>
      <w:r>
        <w:t>to sach poochen to yeh wohi kahani dohrai ja rahi hai jo, jo adam ke sath pesh aai</w:t>
      </w:r>
    </w:p>
    <w:p>
      <w:pPr>
        <w:jc w:val="right"/>
      </w:pPr>
      <w:r>
        <w:t>تو سچ پوچھیں تو یہ وہی کہانی دہرائی جا رہی ہے جو، جو آدم کے ساتھ پیش آئی</w:t>
      </w:r>
    </w:p>
    <w:p>
      <w:r>
        <w:rPr>
          <w:b/>
        </w:rPr>
        <w:t xml:space="preserve">[28:30] </w:t>
      </w:r>
      <w:r>
        <w:t>thi.</w:t>
      </w:r>
    </w:p>
    <w:p>
      <w:pPr>
        <w:jc w:val="right"/>
      </w:pPr>
      <w:r>
        <w:t>تھی۔</w:t>
      </w:r>
    </w:p>
    <w:p>
      <w:r>
        <w:rPr>
          <w:b/>
        </w:rPr>
        <w:t xml:space="preserve">[28:31] </w:t>
      </w:r>
      <w:r>
        <w:t>wohi kahani dohrai ja rahi hai.</w:t>
      </w:r>
    </w:p>
    <w:p>
      <w:pPr>
        <w:jc w:val="right"/>
      </w:pPr>
      <w:r>
        <w:t>وہی کہانی دہرائی جا رہی ہے۔</w:t>
      </w:r>
    </w:p>
    <w:p>
      <w:r>
        <w:rPr>
          <w:b/>
        </w:rPr>
        <w:t xml:space="preserve">[28:34] </w:t>
      </w:r>
      <w:r>
        <w:t>adam ke sath aisa, aisa hua ke adam ko paida kiya allah taala ne ek, ek kamil insan</w:t>
      </w:r>
    </w:p>
    <w:p>
      <w:pPr>
        <w:jc w:val="right"/>
      </w:pPr>
      <w:r>
        <w:t>آدم کے ساتھ ایسا، ایسا ہوا کہ آدم کو پیدا کیا اللہ تعالی نے ایک، ایک کامل انسان</w:t>
      </w:r>
    </w:p>
    <w:p>
      <w:r>
        <w:rPr>
          <w:b/>
        </w:rPr>
        <w:t xml:space="preserve">[28:41] </w:t>
      </w:r>
      <w:r>
        <w:t>ke taur par.</w:t>
      </w:r>
    </w:p>
    <w:p>
      <w:pPr>
        <w:jc w:val="right"/>
      </w:pPr>
      <w:r>
        <w:t>کے طور پر۔</w:t>
      </w:r>
    </w:p>
    <w:p>
      <w:r>
        <w:rPr>
          <w:b/>
        </w:rPr>
        <w:t xml:space="preserve">[28:43] </w:t>
      </w:r>
      <w:r>
        <w:t>woh bhi ek hamare aap ke to idealist insan the, lekin jannat mein, jis jannat mein rakha gaya</w:t>
      </w:r>
    </w:p>
    <w:p>
      <w:pPr>
        <w:jc w:val="right"/>
      </w:pPr>
      <w:r>
        <w:t>وہ بھی ایک ہمارے آپ کے تو آئیڈیلسٹ انسان تھے، لیکن جنت میں، جس جنت میں رکھا گیا</w:t>
      </w:r>
    </w:p>
    <w:p>
      <w:r>
        <w:rPr>
          <w:b/>
        </w:rPr>
        <w:t xml:space="preserve">[28:51] </w:t>
      </w:r>
      <w:r>
        <w:t>tha un ko, wahan par un ko poori azadi nahi thi.</w:t>
      </w:r>
    </w:p>
    <w:p>
      <w:pPr>
        <w:jc w:val="right"/>
      </w:pPr>
      <w:r>
        <w:t>تھا ان کو، وہاں پر ان کو پوری آزادی نہیں تھی۔</w:t>
      </w:r>
    </w:p>
    <w:p>
      <w:r>
        <w:rPr>
          <w:b/>
        </w:rPr>
        <w:t xml:space="preserve">[28:55] </w:t>
      </w:r>
      <w:r>
        <w:t>ek darakht ke liye tha ke tum us ko chho nahi sakte.</w:t>
      </w:r>
    </w:p>
    <w:p>
      <w:pPr>
        <w:jc w:val="right"/>
      </w:pPr>
      <w:r>
        <w:t>ایک درخت کے لیے تھا کہ تم اس کو چھو نہیں سکتے۔</w:t>
      </w:r>
    </w:p>
    <w:p>
      <w:r>
        <w:rPr>
          <w:b/>
        </w:rPr>
        <w:t xml:space="preserve">[29:00] </w:t>
      </w:r>
      <w:r>
        <w:t>to yeh jo had bandi thi, yeh jo limitations, yeh jo limitation, limitations thin, yeh, yeh adam ko</w:t>
      </w:r>
    </w:p>
    <w:p>
      <w:pPr>
        <w:jc w:val="right"/>
      </w:pPr>
      <w:r>
        <w:t>تو یہ جو حد بندی تھی، یہ جو لیمیٹیشنز، یہ جو لیمیٹیشن، لیمیٹیشنز تھیں، یہ، یہ آدم کو</w:t>
      </w:r>
    </w:p>
    <w:p>
      <w:r>
        <w:rPr>
          <w:b/>
        </w:rPr>
        <w:t xml:space="preserve">[29:08] </w:t>
      </w:r>
      <w:r>
        <w:t>gawara nahi hui, kyunke adam the idealist, woh sab kuch chahte the apne liye.</w:t>
      </w:r>
    </w:p>
    <w:p>
      <w:pPr>
        <w:jc w:val="right"/>
      </w:pPr>
      <w:r>
        <w:t>گوارا نہیں ہوئی، کیونکہ آدم تھے آئیڈیلسٹ، وہ سب کچھ چاہتے تھے اپنے لیے۔</w:t>
      </w:r>
    </w:p>
    <w:p>
      <w:r>
        <w:rPr>
          <w:b/>
        </w:rPr>
        <w:t xml:space="preserve">[29:14] </w:t>
      </w:r>
      <w:r>
        <w:t>to wahan par woh fail ho gaye.</w:t>
      </w:r>
    </w:p>
    <w:p>
      <w:pPr>
        <w:jc w:val="right"/>
      </w:pPr>
      <w:r>
        <w:t>تو وہاں پر وہ فیل ہو گئے۔</w:t>
      </w:r>
    </w:p>
    <w:p>
      <w:r>
        <w:rPr>
          <w:b/>
        </w:rPr>
        <w:t xml:space="preserve">[29:17] </w:t>
      </w:r>
      <w:r>
        <w:t>to wohi kahani yahan dohrai ja rahi hai ke hum ko diya gaya hai ek planet jahan sab</w:t>
      </w:r>
    </w:p>
    <w:p>
      <w:pPr>
        <w:jc w:val="right"/>
      </w:pPr>
      <w:r>
        <w:t>تو وہی کہانی یہاں دہرائی جا رہی ہے کہ ہم کو دیا گیا ہے ایک پلینٹ جہاں سب</w:t>
      </w:r>
    </w:p>
    <w:p>
      <w:r>
        <w:rPr>
          <w:b/>
        </w:rPr>
        <w:t xml:space="preserve">[29:25] </w:t>
      </w:r>
      <w:r>
        <w:t>kuch tha, lekin pabandi kya hai ke hum fulfillment ki had tak cheezon ko nahi pa sakte.</w:t>
      </w:r>
    </w:p>
    <w:p>
      <w:pPr>
        <w:jc w:val="right"/>
      </w:pPr>
      <w:r>
        <w:t>کچھ تھا، لیکن پابندی کیا ہے کہ ہم فل فلمنٹ کی حد تک چیزوں کو نہیں پا سکتے۔</w:t>
      </w:r>
    </w:p>
    <w:p>
      <w:r>
        <w:rPr>
          <w:b/>
        </w:rPr>
        <w:t xml:space="preserve">[29:33] </w:t>
      </w:r>
      <w:r>
        <w:t>wahan jaise tha ke sari jannat ko aap nahi pa sakte, ek, ek, ek darakht ko aap ko</w:t>
      </w:r>
    </w:p>
    <w:p>
      <w:pPr>
        <w:jc w:val="right"/>
      </w:pPr>
      <w:r>
        <w:t>وہاں جیسے تھا کہ ساری جنت کو آپ نہیں پا سکتے، ایک، ایک، ایک درخت کو آپ کو</w:t>
      </w:r>
    </w:p>
    <w:p>
      <w:r>
        <w:rPr>
          <w:b/>
        </w:rPr>
        <w:t xml:space="preserve">[29:40] </w:t>
      </w:r>
      <w:r>
        <w:t>chhodna parega.</w:t>
      </w:r>
    </w:p>
    <w:p>
      <w:pPr>
        <w:jc w:val="right"/>
      </w:pPr>
      <w:r>
        <w:t>چھوڑنا پڑے گا۔</w:t>
      </w:r>
    </w:p>
    <w:p>
      <w:r>
        <w:rPr>
          <w:b/>
        </w:rPr>
        <w:t xml:space="preserve">[29:42] </w:t>
      </w:r>
      <w:r>
        <w:t>ایسے ہی یہاں بھی ہے کہ آپ fulfillment کے درجے میں چیزوں کو نہیں پا سکتے۔</w:t>
      </w:r>
    </w:p>
    <w:p>
      <w:pPr>
        <w:jc w:val="right"/>
      </w:pPr>
      <w:r>
        <w:t>ایسے ہی یہاں بھی ہے کہ آپ فل فلمنٹ کے درجے میں چیزوں کو نہیں پا سکتے۔</w:t>
      </w:r>
    </w:p>
    <w:p>
      <w:r>
        <w:rPr>
          <w:b/>
        </w:rPr>
        <w:t xml:space="preserve">[29:49] </w:t>
      </w:r>
      <w:r>
        <w:t>aap ko fulfillment se kam par razi hona parega.</w:t>
      </w:r>
    </w:p>
    <w:p>
      <w:pPr>
        <w:jc w:val="right"/>
      </w:pPr>
      <w:r>
        <w:t>آپ کو فل فلمنٹ سے کم پر راضی ہونا پڑے گا۔</w:t>
      </w:r>
    </w:p>
    <w:p>
      <w:r>
        <w:rPr>
          <w:b/>
        </w:rPr>
        <w:t xml:space="preserve">[29:54] </w:t>
      </w:r>
      <w:r>
        <w:t>یہ بہت ہی مشکل ٹیسٹ، ٹیسٹ، ٹیسٹ ہے، کیونکہ آدمی by nature تو idealist, by nature ہے perfectionist,</w:t>
      </w:r>
    </w:p>
    <w:p>
      <w:pPr>
        <w:jc w:val="right"/>
      </w:pPr>
      <w:r>
        <w:t>یہ بہت ہی مشکل ٹیسٹ، ٹیسٹ، ٹیسٹ ہے، کیونکہ آدمی بائی نیچر تو آئیڈیلسٹ، بائی نیچر ہے پرفیکشنسٹ،</w:t>
      </w:r>
    </w:p>
    <w:p>
      <w:r>
        <w:rPr>
          <w:b/>
        </w:rPr>
        <w:t xml:space="preserve">[30:02] </w:t>
      </w:r>
      <w:r>
        <w:t>لیکن رہنا پڑتا ہے اس کو imperfect world میں، ایک ایسے world میں جو less than ideal ہے۔</w:t>
      </w:r>
    </w:p>
    <w:p>
      <w:pPr>
        <w:jc w:val="right"/>
      </w:pPr>
      <w:r>
        <w:t>لیکن رہنا پڑتا ہے اس کو امپرفیکٹ ورلڈ میں، ایک ایسے ورلڈ میں جو لیس دین آئیڈیل ہے۔</w:t>
      </w:r>
    </w:p>
    <w:p>
      <w:r>
        <w:rPr>
          <w:b/>
        </w:rPr>
        <w:t xml:space="preserve">[30:09] </w:t>
      </w:r>
      <w:r>
        <w:t>تو اس contradiction کو adjust کرنا، اس contradiction کو پر راضی ہونا، یہی test ہے۔</w:t>
      </w:r>
    </w:p>
    <w:p>
      <w:pPr>
        <w:jc w:val="right"/>
      </w:pPr>
      <w:r>
        <w:t>تو اس کنٹراڈکشن کو ایڈجسٹ کرنا، اس کنٹراڈکشن کو پر راضی ہونا، یہی ٹیسٹ ہے۔</w:t>
      </w:r>
    </w:p>
    <w:p>
      <w:r>
        <w:rPr>
          <w:b/>
        </w:rPr>
        <w:t xml:space="preserve">[30:16] </w:t>
      </w:r>
      <w:r>
        <w:t>aur yahi baat is, is surah mein batai gayi hai jahan tak hamari samajh aaye.</w:t>
      </w:r>
    </w:p>
    <w:p>
      <w:pPr>
        <w:jc w:val="right"/>
      </w:pPr>
      <w:r>
        <w:t>اور یہی بات اس، اس سورہ میں بتائی گئی ہے جہاں تک ہماری سمجھ آئے۔</w:t>
      </w:r>
    </w:p>
    <w:p>
      <w:r>
        <w:rPr>
          <w:b/>
        </w:rPr>
        <w:t xml:space="preserve">[30:22] </w:t>
      </w:r>
      <w:r>
        <w:t>to yeh poore sach poochen to yeh poora is ka khulasa hai.</w:t>
      </w:r>
    </w:p>
    <w:p>
      <w:pPr>
        <w:jc w:val="right"/>
      </w:pPr>
      <w:r>
        <w:t>تو یہ پورے سچ پوچھیں تو یہ پورا اس کا خلاصہ ہے۔</w:t>
      </w:r>
    </w:p>
    <w:p>
      <w:r>
        <w:rPr>
          <w:b/>
        </w:rPr>
        <w:t xml:space="preserve">[30:27] </w:t>
      </w:r>
      <w:r>
        <w:t>quran mein ek khaas baat yeh hai ke kisi bhi page ko aap parhein to quran ka message</w:t>
      </w:r>
    </w:p>
    <w:p>
      <w:pPr>
        <w:jc w:val="right"/>
      </w:pPr>
      <w:r>
        <w:t>قرآن میں ایک خاص بات یہ ہے کہ کسی بھی پیج کو آپ پڑھیں تو قرآن کا میسج</w:t>
      </w:r>
    </w:p>
    <w:p>
      <w:r>
        <w:rPr>
          <w:b/>
        </w:rPr>
        <w:t xml:space="preserve">[30:35] </w:t>
      </w:r>
      <w:r>
        <w:t>aap us ko pa lenge.</w:t>
      </w:r>
    </w:p>
    <w:p>
      <w:pPr>
        <w:jc w:val="right"/>
      </w:pPr>
      <w:r>
        <w:t>آپ اس کو پا لیں گے۔</w:t>
      </w:r>
    </w:p>
    <w:p>
      <w:r>
        <w:rPr>
          <w:b/>
        </w:rPr>
        <w:t xml:space="preserve">[30:38] </w:t>
      </w:r>
      <w:r>
        <w:t>aap aisa nahi ke sara quran shuru se aakhir tak parhein, tab aap ko poora quran ka message</w:t>
      </w:r>
    </w:p>
    <w:p>
      <w:pPr>
        <w:jc w:val="right"/>
      </w:pPr>
      <w:r>
        <w:t>آپ ایسا نہیں کہ سارا قرآن شروع سے آخر تک پڑھیں، تب آپ کو پورا قرآن کا میسج</w:t>
      </w:r>
    </w:p>
    <w:p>
      <w:r>
        <w:rPr>
          <w:b/>
        </w:rPr>
        <w:t xml:space="preserve">[30:45] </w:t>
      </w:r>
      <w:r>
        <w:t>mile.</w:t>
      </w:r>
    </w:p>
    <w:p>
      <w:pPr>
        <w:jc w:val="right"/>
      </w:pPr>
      <w:r>
        <w:t>ملے۔</w:t>
      </w:r>
    </w:p>
    <w:p>
      <w:r>
        <w:rPr>
          <w:b/>
        </w:rPr>
        <w:t xml:space="preserve">[30:47] </w:t>
      </w:r>
      <w:r>
        <w:t>aap ko jaise ek kahani hoti hai, ek novel hoti hai, ek story hoti hai, to aap ko</w:t>
      </w:r>
    </w:p>
    <w:p>
      <w:pPr>
        <w:jc w:val="right"/>
      </w:pPr>
      <w:r>
        <w:t>آپ کو جیسے ایک کہانی ہوتی ہے، ایک ناول ہوتی ہے، ایک سٹوری ہوتی ہے، تو آپ کو</w:t>
      </w:r>
    </w:p>
    <w:p>
      <w:r>
        <w:rPr>
          <w:b/>
        </w:rPr>
        <w:t xml:space="preserve">[30:54] </w:t>
      </w:r>
      <w:r>
        <w:t>a se z tak padhna parta hai.</w:t>
      </w:r>
    </w:p>
    <w:p>
      <w:pPr>
        <w:jc w:val="right"/>
      </w:pPr>
      <w:r>
        <w:t>اے سے زیڈ تک پڑھنا پڑتا ہے۔</w:t>
      </w:r>
    </w:p>
    <w:p>
      <w:r>
        <w:rPr>
          <w:b/>
        </w:rPr>
        <w:t xml:space="preserve">[30:57] </w:t>
      </w:r>
      <w:r>
        <w:t>جب تک آپ A se Z tak na padhen, tab tak aap kuch samajh nahi paate.</w:t>
      </w:r>
    </w:p>
    <w:p>
      <w:pPr>
        <w:jc w:val="right"/>
      </w:pPr>
      <w:r>
        <w:t>جب تک آپ اے سے زیڈ تک نہ پڑھیں، تب تک آپ کچھ سمجھ نہیں پاتے۔</w:t>
      </w:r>
    </w:p>
    <w:p>
      <w:r>
        <w:rPr>
          <w:b/>
        </w:rPr>
        <w:t xml:space="preserve">[31:04] </w:t>
      </w:r>
      <w:r>
        <w:t>quran is andaz ki kitab nahi hai.</w:t>
      </w:r>
    </w:p>
    <w:p>
      <w:pPr>
        <w:jc w:val="right"/>
      </w:pPr>
      <w:r>
        <w:t>قرآن اس انداز کی کتاب نہیں ہے۔</w:t>
      </w:r>
    </w:p>
    <w:p>
      <w:r>
        <w:rPr>
          <w:b/>
        </w:rPr>
        <w:t xml:space="preserve">[31:07] </w:t>
      </w:r>
      <w:r>
        <w:t>quran mein aisa usloob hai ke koi bhi page aap kholain, aik page ko aap parhain, isi mein</w:t>
      </w:r>
    </w:p>
    <w:p>
      <w:pPr>
        <w:jc w:val="right"/>
      </w:pPr>
      <w:r>
        <w:t>قرآن میں ایسا اسلوب ہے کہ کوئی بھی پیج آپ کھولیں، ایک پیج کو آپ پڑھیں، اسی میں</w:t>
      </w:r>
    </w:p>
    <w:p>
      <w:r>
        <w:rPr>
          <w:b/>
        </w:rPr>
        <w:t xml:space="preserve">[31:15] </w:t>
      </w:r>
      <w:r>
        <w:t>aap ko quran ka message mil jaye ga.</w:t>
      </w:r>
    </w:p>
    <w:p>
      <w:pPr>
        <w:jc w:val="right"/>
      </w:pPr>
      <w:r>
        <w:t>آپ کو قرآن کا میسج مل جائے گا۔</w:t>
      </w:r>
    </w:p>
    <w:p>
      <w:r>
        <w:rPr>
          <w:b/>
        </w:rPr>
        <w:t xml:space="preserve">[31:18] </w:t>
      </w:r>
      <w:r>
        <w:t>to yeh jo surah hai, choti si surah hai, bilkul yani adhe page mein hai quran ke, adhe</w:t>
      </w:r>
    </w:p>
    <w:p>
      <w:pPr>
        <w:jc w:val="right"/>
      </w:pPr>
      <w:r>
        <w:t>تو یہ جو سورہ ہے، چھوٹی سی سورہ ہے، بالکل یعنی ادھے پیج میں ہے قرآن کے، ادھے</w:t>
      </w:r>
    </w:p>
    <w:p>
      <w:r>
        <w:rPr>
          <w:b/>
        </w:rPr>
        <w:t xml:space="preserve">[31:26] </w:t>
      </w:r>
      <w:r>
        <w:t>page mein isi mein poora, poora message quran ka maujood hai.</w:t>
      </w:r>
    </w:p>
    <w:p>
      <w:pPr>
        <w:jc w:val="right"/>
      </w:pPr>
      <w:r>
        <w:t>پیج میں اسی میں پورا، پورا میسج قرآن کا موجود ہے۔</w:t>
      </w:r>
    </w:p>
    <w:p>
      <w:r>
        <w:rPr>
          <w:b/>
        </w:rPr>
        <w:t xml:space="preserve">[31:31] </w:t>
      </w:r>
      <w:r>
        <w:t>لیکن دیکھیے، قرآن کا جو گہرا مفہوم ہے، وہ آپ صرف translation سے نہیں پا سکتے۔</w:t>
      </w:r>
    </w:p>
    <w:p>
      <w:pPr>
        <w:jc w:val="right"/>
      </w:pPr>
      <w:r>
        <w:t>لیکن دیکھیے، قرآن کا جو گہرا مفہوم ہے، وہ آپ صرف ٹرانسلیشن سے نہیں پا سکتے۔</w:t>
      </w:r>
    </w:p>
    <w:p>
      <w:r>
        <w:rPr>
          <w:b/>
        </w:rPr>
        <w:t xml:space="preserve">[31:38] </w:t>
      </w:r>
      <w:r>
        <w:t>aap kyunke quran mein khud yeh hai ke ke quran utara hum ne is liye ke log is</w:t>
      </w:r>
    </w:p>
    <w:p>
      <w:pPr>
        <w:jc w:val="right"/>
      </w:pPr>
      <w:r>
        <w:t>آپ کیونکہ قرآن میں خود یہ ہے کہ کہ قرآن اتارا ہم نے اس لیے کہ لوگ اس</w:t>
      </w:r>
    </w:p>
    <w:p>
      <w:r>
        <w:rPr>
          <w:b/>
        </w:rPr>
        <w:t xml:space="preserve">[31:45] </w:t>
      </w:r>
      <w:r>
        <w:t>ki ayaton par tadabbur karain.</w:t>
      </w:r>
    </w:p>
    <w:p>
      <w:pPr>
        <w:jc w:val="right"/>
      </w:pPr>
      <w:r>
        <w:t>کی آیتوں پر تدبر کریں۔</w:t>
      </w:r>
    </w:p>
    <w:p>
      <w:r>
        <w:rPr>
          <w:b/>
        </w:rPr>
        <w:t xml:space="preserve">[31:48] </w:t>
      </w:r>
      <w:r>
        <w:t>lidaabbar ayati, lidaabbar ayati, yani quran utara gaya is liye ke log is par tadabbur karain.</w:t>
      </w:r>
    </w:p>
    <w:p>
      <w:pPr>
        <w:jc w:val="right"/>
      </w:pPr>
      <w:r>
        <w:t>لیدبر آیتی، لیدبر آیتی، یعنی قرآن اتارا گیا اس لیے کہ لوگ اس پر تدبر کریں۔</w:t>
      </w:r>
    </w:p>
    <w:p>
      <w:r>
        <w:rPr>
          <w:b/>
        </w:rPr>
        <w:t xml:space="preserve">[31:54] </w:t>
      </w:r>
      <w:r>
        <w:t>to tadabbur jo hai, kis par karna parta hai? tarjuma ka.</w:t>
      </w:r>
    </w:p>
    <w:p>
      <w:pPr>
        <w:jc w:val="right"/>
      </w:pPr>
      <w:r>
        <w:t>تو تدبر جو ہے، کس پر کرنا پڑتا ہے؟ ترجمہ کا۔</w:t>
      </w:r>
    </w:p>
    <w:p>
      <w:r>
        <w:rPr>
          <w:b/>
        </w:rPr>
        <w:t xml:space="preserve">[31:59] </w:t>
      </w:r>
      <w:r>
        <w:t>tarjume mein tadabbur karne ka koi sawal hi nahi hai.</w:t>
      </w:r>
    </w:p>
    <w:p>
      <w:pPr>
        <w:jc w:val="right"/>
      </w:pPr>
      <w:r>
        <w:t>ترجمے میں تدبر کرنے کا کوئی سوال ہی نہیں ہے۔</w:t>
      </w:r>
    </w:p>
    <w:p>
      <w:r>
        <w:rPr>
          <w:b/>
        </w:rPr>
        <w:t xml:space="preserve">[32:03] </w:t>
      </w:r>
      <w:r>
        <w:t>translation to bas aap parh lijiyay aise hi simple tareeqay se.</w:t>
      </w:r>
    </w:p>
    <w:p>
      <w:pPr>
        <w:jc w:val="right"/>
      </w:pPr>
      <w:r>
        <w:t>ٹرانسلیشن تو بس آپ پڑھ لیجئے ایسے ہی سمپل طریقے سے۔</w:t>
      </w:r>
    </w:p>
    <w:p>
      <w:r>
        <w:rPr>
          <w:b/>
        </w:rPr>
        <w:t xml:space="preserve">[32:08] </w:t>
      </w:r>
      <w:r>
        <w:t>لیکن تدبر، یعنی اس میں غور و فکر جب کرنا پڑتا ہے، جب کہ اس میں translation کے</w:t>
      </w:r>
    </w:p>
    <w:p>
      <w:pPr>
        <w:jc w:val="right"/>
      </w:pPr>
      <w:r>
        <w:t>لیکن تدبر، یعنی اس میں غور و فکر جب کرنا پڑتا ہے، جب کہ اس میں ٹرانسلیشن کے</w:t>
      </w:r>
    </w:p>
    <w:p>
      <w:r>
        <w:rPr>
          <w:b/>
        </w:rPr>
        <w:t xml:space="preserve">[32:16] </w:t>
      </w:r>
      <w:r>
        <w:t>bayan kuch matlab is ke is mein ho.</w:t>
      </w:r>
    </w:p>
    <w:p>
      <w:pPr>
        <w:jc w:val="right"/>
      </w:pPr>
      <w:r>
        <w:t>بیان کچھ مطلب اس کے اس میں ہو۔</w:t>
      </w:r>
    </w:p>
    <w:p>
      <w:r>
        <w:rPr>
          <w:b/>
        </w:rPr>
        <w:t xml:space="preserve">[32:19] </w:t>
      </w:r>
      <w:r>
        <w:t>translation se zyada is ke kuch, is ko, is mein kuch matlab ho.</w:t>
      </w:r>
    </w:p>
    <w:p>
      <w:pPr>
        <w:jc w:val="right"/>
      </w:pPr>
      <w:r>
        <w:t>ٹرانسلیشن سے زیادہ اس کے کچھ، اس کو، اس میں کچھ مطلب ہو۔</w:t>
      </w:r>
    </w:p>
    <w:p>
      <w:r>
        <w:rPr>
          <w:b/>
        </w:rPr>
        <w:t xml:space="preserve">[32:25] </w:t>
      </w:r>
      <w:r>
        <w:t>to agarche quran ke har safhay mein poori baat aap ko mil jati hai, lekin woh milte hain</w:t>
      </w:r>
    </w:p>
    <w:p>
      <w:pPr>
        <w:jc w:val="right"/>
      </w:pPr>
      <w:r>
        <w:t>تو اگرچہ قرآن کے ہر صفحے میں پوری بات آپ کو مل جاتی ہے، لیکن وہ ملتے ہیں</w:t>
      </w:r>
    </w:p>
    <w:p>
      <w:r>
        <w:rPr>
          <w:b/>
        </w:rPr>
        <w:t xml:space="preserve">[32:33] </w:t>
      </w:r>
      <w:r>
        <w:t>kab? jab aap tadabbur karain, jab aap ghor o fikr karain.</w:t>
      </w:r>
    </w:p>
    <w:p>
      <w:pPr>
        <w:jc w:val="right"/>
      </w:pPr>
      <w:r>
        <w:t>کب؟ جب آپ تدبر کریں، جب آپ غور و فکر کریں۔</w:t>
      </w:r>
    </w:p>
    <w:p>
      <w:r>
        <w:rPr>
          <w:b/>
        </w:rPr>
        <w:t xml:space="preserve">[32:37] </w:t>
      </w:r>
      <w:r>
        <w:t>sirf translation se aap nahi pa sakte is ko.</w:t>
      </w:r>
    </w:p>
    <w:p>
      <w:pPr>
        <w:jc w:val="right"/>
      </w:pPr>
      <w:r>
        <w:t>صرف ٹرانسلیشن سے آپ نہیں پا سکتے اس کو۔</w:t>
      </w:r>
    </w:p>
    <w:p>
      <w:r>
        <w:rPr>
          <w:b/>
        </w:rPr>
        <w:t xml:space="preserve">[32:41] </w:t>
      </w:r>
      <w:r>
        <w:t>to abhi jo hamare paas jo, jo quran ki tafaseer hain, woh tafaseer likhi gayi theen ziyada tar</w:t>
      </w:r>
    </w:p>
    <w:p>
      <w:pPr>
        <w:jc w:val="right"/>
      </w:pPr>
      <w:r>
        <w:t>تو ابھی جو ہمارے پاس جو، جو قرآن کی تفسیریں ہیں، وہ تفسیریں لکھی گئی تھیں زیادہ تر</w:t>
      </w:r>
    </w:p>
    <w:p>
      <w:r>
        <w:rPr>
          <w:b/>
        </w:rPr>
        <w:t xml:space="preserve">[32:49] </w:t>
      </w:r>
      <w:r>
        <w:t>shaan e nuzool par base kar ke.</w:t>
      </w:r>
    </w:p>
    <w:p>
      <w:pPr>
        <w:jc w:val="right"/>
      </w:pPr>
      <w:r>
        <w:t>شان نزول پر بیس کر کے۔</w:t>
      </w:r>
    </w:p>
    <w:p>
      <w:r>
        <w:rPr>
          <w:b/>
        </w:rPr>
        <w:t xml:space="preserve">[32:51] </w:t>
      </w:r>
      <w:r>
        <w:t>hui shaan e nuzool par base kar ke.</w:t>
      </w:r>
    </w:p>
    <w:p>
      <w:pPr>
        <w:jc w:val="right"/>
      </w:pPr>
      <w:r>
        <w:t>ہوئی شان نزول پر بیس کر کے۔</w:t>
      </w:r>
    </w:p>
    <w:p>
      <w:r>
        <w:rPr>
          <w:b/>
        </w:rPr>
        <w:t xml:space="preserve">[32:54] </w:t>
      </w:r>
      <w:r>
        <w:t>hui yani barwaqt jo wajah thi is ayat ko utarne ki, is ko kehte hain shaan e nuzool ya</w:t>
      </w:r>
    </w:p>
    <w:p>
      <w:pPr>
        <w:jc w:val="right"/>
      </w:pPr>
      <w:r>
        <w:t>ہوئی یعنی بروقت جو وجہ تھی اس آیت کو اترنے کی، اس کو کہتے ہیں شان نزول یا</w:t>
      </w:r>
    </w:p>
    <w:p>
      <w:r>
        <w:rPr>
          <w:b/>
        </w:rPr>
        <w:t xml:space="preserve">[33:02] </w:t>
      </w:r>
      <w:r>
        <w:t>sabab e nuzool.</w:t>
      </w:r>
    </w:p>
    <w:p>
      <w:pPr>
        <w:jc w:val="right"/>
      </w:pPr>
      <w:r>
        <w:t>سبب نزول۔</w:t>
      </w:r>
    </w:p>
    <w:p>
      <w:r>
        <w:rPr>
          <w:b/>
        </w:rPr>
        <w:t xml:space="preserve">[33:04] </w:t>
      </w:r>
      <w:r>
        <w:t>to is ko le kar tafaseer likhi gayi hain ziyada tar.</w:t>
      </w:r>
    </w:p>
    <w:p>
      <w:pPr>
        <w:jc w:val="right"/>
      </w:pPr>
      <w:r>
        <w:t>تو اس کو لے کر تفسیریں لکھی گئی ہیں زیادہ تر۔</w:t>
      </w:r>
    </w:p>
    <w:p>
      <w:r>
        <w:rPr>
          <w:b/>
        </w:rPr>
        <w:t xml:space="preserve">[33:08] </w:t>
      </w:r>
      <w:r>
        <w:t>to aaj ka insaan jab parhta hai in tafaseer ko to is mein kuch is ko food nahi</w:t>
      </w:r>
    </w:p>
    <w:p>
      <w:pPr>
        <w:jc w:val="right"/>
      </w:pPr>
      <w:r>
        <w:t>تو آج کا انسان جب پڑھتا ہے ان تفسیروں کو تو اس میں کچھ اس کو فوڈ نہیں</w:t>
      </w:r>
    </w:p>
    <w:p>
      <w:r>
        <w:rPr>
          <w:b/>
        </w:rPr>
        <w:t xml:space="preserve">[33:16] </w:t>
      </w:r>
      <w:r>
        <w:t>milta, food nahi milta.</w:t>
      </w:r>
    </w:p>
    <w:p>
      <w:pPr>
        <w:jc w:val="right"/>
      </w:pPr>
      <w:r>
        <w:t>ملتا، فوڈ نہیں ملتا۔</w:t>
      </w:r>
    </w:p>
    <w:p>
      <w:r>
        <w:rPr>
          <w:b/>
        </w:rPr>
        <w:t xml:space="preserve">[33:18] </w:t>
      </w:r>
      <w:r>
        <w:t>isi liye main yeh, main yeh kaha karta hoon ke jo tafaseer hain quran ki, jo tafaseer likhi</w:t>
      </w:r>
    </w:p>
    <w:p>
      <w:pPr>
        <w:jc w:val="right"/>
      </w:pPr>
      <w:r>
        <w:t>اسی لیے میں یہ، میں یہ کہا کرتا ہوں کہ جو تفسیریں ہیں قرآن کی، جو تفسیریں لکھی</w:t>
      </w:r>
    </w:p>
    <w:p>
      <w:r>
        <w:rPr>
          <w:b/>
        </w:rPr>
        <w:t xml:space="preserve">[33:26] </w:t>
      </w:r>
      <w:r>
        <w:t>gayi hain, jo hadith ki sharahein likhi gayi hain, woh hamare classics ka bohat zabardast hissa hain.</w:t>
      </w:r>
    </w:p>
    <w:p>
      <w:pPr>
        <w:jc w:val="right"/>
      </w:pPr>
      <w:r>
        <w:t>گئی ہیں، جو حدیث کی شرحیں لکھی گئی ہیں، وہ ہمارے کلیکسز کا بہت زبردست حصہ ہیں۔</w:t>
      </w:r>
    </w:p>
    <w:p>
      <w:r>
        <w:rPr>
          <w:b/>
        </w:rPr>
        <w:t xml:space="preserve">[33:33] </w:t>
      </w:r>
      <w:r>
        <w:t>woh haqeeqat mein classical literature hain hamare, yani islam ka.</w:t>
      </w:r>
    </w:p>
    <w:p>
      <w:pPr>
        <w:jc w:val="right"/>
      </w:pPr>
      <w:r>
        <w:t>وہ حقیقت میں کلاسیکل لٹریچر ہیں ہمارے، یعنی اسلام کا۔</w:t>
      </w:r>
    </w:p>
    <w:p>
      <w:r>
        <w:rPr>
          <w:b/>
        </w:rPr>
        <w:t xml:space="preserve">[33:37] </w:t>
      </w:r>
      <w:r>
        <w:t>islam ka classical literature hai, woh bohat hi important hai.</w:t>
      </w:r>
    </w:p>
    <w:p>
      <w:pPr>
        <w:jc w:val="right"/>
      </w:pPr>
      <w:r>
        <w:t>اسلام کا کلاسیکل لٹریچر ہے، وہ بہت ہی امپورٹنٹ ہے۔</w:t>
      </w:r>
    </w:p>
    <w:p>
      <w:r>
        <w:rPr>
          <w:b/>
        </w:rPr>
        <w:t xml:space="preserve">[33:41] </w:t>
      </w:r>
      <w:r>
        <w:t>is mein koi shakk nahi, lekin woh kafi nahi hai, woh kafi nahi hai.</w:t>
      </w:r>
    </w:p>
    <w:p>
      <w:pPr>
        <w:jc w:val="right"/>
      </w:pPr>
      <w:r>
        <w:t>اس میں کوئی شک نہیں، لیکن وہ کافی نہیں ہے، وہ کافی نہیں ہے۔</w:t>
      </w:r>
    </w:p>
    <w:p>
      <w:r>
        <w:rPr>
          <w:b/>
        </w:rPr>
        <w:t xml:space="preserve">[33:47] </w:t>
      </w:r>
      <w:r>
        <w:t>classical literature bunyadi literature hota hai, lekin woh kafi nahi hota.</w:t>
      </w:r>
    </w:p>
    <w:p>
      <w:pPr>
        <w:jc w:val="right"/>
      </w:pPr>
      <w:r>
        <w:t>کلاسیکل لٹریچر بنیادی لٹریچر ہوتا ہے، لیکن وہ کافی نہیں ہوتا۔</w:t>
      </w:r>
    </w:p>
    <w:p>
      <w:r>
        <w:rPr>
          <w:b/>
        </w:rPr>
        <w:t xml:space="preserve">[33:52] </w:t>
      </w:r>
      <w:r>
        <w:t>aap ko phir sochna parta hai.</w:t>
      </w:r>
    </w:p>
    <w:p>
      <w:pPr>
        <w:jc w:val="right"/>
      </w:pPr>
      <w:r>
        <w:t>آپ کو پھر سوچنا پڑتا ہے۔</w:t>
      </w:r>
    </w:p>
    <w:p>
      <w:r>
        <w:rPr>
          <w:b/>
        </w:rPr>
        <w:t xml:space="preserve">[33:55] </w:t>
      </w:r>
      <w:r>
        <w:t>toh yeh jo quran ka andaaz hai ke is ko sochna parta hai janne ke liye, is ka</w:t>
      </w:r>
    </w:p>
    <w:p>
      <w:pPr>
        <w:jc w:val="right"/>
      </w:pPr>
      <w:r>
        <w:t>تو یہ جو قرآن کا انداز ہے کہ اس کو سوچنا پڑتا ہے جاننے کے لیے، اس کا</w:t>
      </w:r>
    </w:p>
    <w:p>
      <w:r>
        <w:rPr>
          <w:b/>
        </w:rPr>
        <w:t xml:space="preserve">[34:02] </w:t>
      </w:r>
      <w:r>
        <w:t>ek aur pehlu hai ke woh aap ko zariya ban jata hai intellectual development ka.</w:t>
      </w:r>
    </w:p>
    <w:p>
      <w:pPr>
        <w:jc w:val="right"/>
      </w:pPr>
      <w:r>
        <w:t>ایک اور پہلو ہے کہ وہ آپ کو ذریعہ بن جاتا ہے انٹلیکچول ڈیویلپمنٹ کا۔</w:t>
      </w:r>
    </w:p>
    <w:p>
      <w:r>
        <w:rPr>
          <w:b/>
        </w:rPr>
        <w:t xml:space="preserve">[34:09] </w:t>
      </w:r>
      <w:r>
        <w:t>agar sochna na pare toh phir intellectual development pe jao.</w:t>
      </w:r>
    </w:p>
    <w:p>
      <w:pPr>
        <w:jc w:val="right"/>
      </w:pPr>
      <w:r>
        <w:t>اگر سوچنا نہ پڑے تو پھر انٹلیکچول ڈیویلپمنٹ پہ جاؤ۔</w:t>
      </w:r>
    </w:p>
    <w:p>
      <w:r>
        <w:rPr>
          <w:b/>
        </w:rPr>
        <w:t xml:space="preserve">[34:13] </w:t>
      </w:r>
      <w:r>
        <w:t>misalan aap dekhiye, aap ko tajurba batata hoon.</w:t>
      </w:r>
    </w:p>
    <w:p>
      <w:pPr>
        <w:jc w:val="right"/>
      </w:pPr>
      <w:r>
        <w:t>مثلاً آپ دیکھیے، آپ کو تجربہ بتاتا ہوں۔</w:t>
      </w:r>
    </w:p>
    <w:p>
      <w:r>
        <w:rPr>
          <w:b/>
        </w:rPr>
        <w:t xml:space="preserve">[34:17] </w:t>
      </w:r>
      <w:r>
        <w:t>jo log novel bohat parhte hain, kahaniyan bohat parhte hain, un se aap miliye.</w:t>
      </w:r>
    </w:p>
    <w:p>
      <w:pPr>
        <w:jc w:val="right"/>
      </w:pPr>
      <w:r>
        <w:t>جو لوگ ناول بہت پڑھتے ہیں، کہانیاں بہت پڑھتے ہیں، ان سے آپ ملیے۔</w:t>
      </w:r>
    </w:p>
    <w:p>
      <w:r>
        <w:rPr>
          <w:b/>
        </w:rPr>
        <w:t xml:space="preserve">[34:23] </w:t>
      </w:r>
      <w:r>
        <w:t>mein bohat se logon se mila hoon jo bohat kahaniyan parhte hain, bohat novel parhte hain.</w:t>
      </w:r>
    </w:p>
    <w:p>
      <w:pPr>
        <w:jc w:val="right"/>
      </w:pPr>
      <w:r>
        <w:t>میں بہت سے لوگوں سے ملا ہوں جو بہت کہانیاں پڑھتے ہیں، بہت ناول پڑھتے ہیں۔</w:t>
      </w:r>
    </w:p>
    <w:p>
      <w:r>
        <w:rPr>
          <w:b/>
        </w:rPr>
        <w:t xml:space="preserve">[34:29] </w:t>
      </w:r>
      <w:r>
        <w:t>mein ne paya hai ke un ke andar kuch bhi intellectual development nahi.</w:t>
      </w:r>
    </w:p>
    <w:p>
      <w:pPr>
        <w:jc w:val="right"/>
      </w:pPr>
      <w:r>
        <w:t>میں نے پایا ہے کہ ان کے اندر کچھ بھی انٹلیکچول ڈیویلپمنٹ نہیں۔</w:t>
      </w:r>
    </w:p>
    <w:p>
      <w:r>
        <w:rPr>
          <w:b/>
        </w:rPr>
        <w:t xml:space="preserve">[34:35] </w:t>
      </w:r>
      <w:r>
        <w:t>yani sau sau novel, sau sau kahaniyan parhne walon se mila mein, lekin mein ne paya hai ke</w:t>
      </w:r>
    </w:p>
    <w:p>
      <w:pPr>
        <w:jc w:val="right"/>
      </w:pPr>
      <w:r>
        <w:t>یعنی سو سو ناول، سو سو کہانیاں پڑھنے والوں سے ملا میں، لیکن میں نے پایا ہے کہ</w:t>
      </w:r>
    </w:p>
    <w:p>
      <w:r>
        <w:rPr>
          <w:b/>
        </w:rPr>
        <w:t xml:space="preserve">[34:43] </w:t>
      </w:r>
      <w:r>
        <w:t>kuch bhi intellectual development un ke andar nahi.</w:t>
      </w:r>
    </w:p>
    <w:p>
      <w:pPr>
        <w:jc w:val="right"/>
      </w:pPr>
      <w:r>
        <w:t>کچھ بھی انٹلیکچول ڈیویلپمنٹ ان کے اندر نہیں۔</w:t>
      </w:r>
    </w:p>
    <w:p>
      <w:r>
        <w:rPr>
          <w:b/>
        </w:rPr>
        <w:t xml:space="preserve">[34:46] </w:t>
      </w:r>
      <w:r>
        <w:t>kyun? novel ya kahani aap ko sochne ke liye kuch matter nahi deti.</w:t>
      </w:r>
    </w:p>
    <w:p>
      <w:pPr>
        <w:jc w:val="right"/>
      </w:pPr>
      <w:r>
        <w:t>کیوں؟ ناول یا کہانی آپ کو سوچنے کے لیے کچھ میٹر نہیں دیتی۔</w:t>
      </w:r>
    </w:p>
    <w:p>
      <w:r>
        <w:rPr>
          <w:b/>
        </w:rPr>
        <w:t xml:space="preserve">[34:52] </w:t>
      </w:r>
      <w:r>
        <w:t>woh toh ek kahani hai, parhte jaiye, parhte jaiye, parhte jaiye.</w:t>
      </w:r>
    </w:p>
    <w:p>
      <w:pPr>
        <w:jc w:val="right"/>
      </w:pPr>
      <w:r>
        <w:t>وہ تو ایک کہانی ہے، پڑھتے جائیے، پڑھتے جائیے، پڑھتے جائیے۔</w:t>
      </w:r>
    </w:p>
    <w:p>
      <w:r>
        <w:rPr>
          <w:b/>
        </w:rPr>
        <w:t xml:space="preserve">[34:56] </w:t>
      </w:r>
      <w:r>
        <w:t>is mein sochne ki koi baat nahi hai, tadabbur karne ki koi baat nahi hai, contemplation ki koi</w:t>
      </w:r>
    </w:p>
    <w:p>
      <w:pPr>
        <w:jc w:val="right"/>
      </w:pPr>
      <w:r>
        <w:t>اس میں سوچنے کی کوئی بات نہیں ہے، تدبر کرنے کی کوئی بات نہیں ہے، کنٹمپلیشن کی کوئی</w:t>
      </w:r>
    </w:p>
    <w:p>
      <w:r>
        <w:rPr>
          <w:b/>
        </w:rPr>
        <w:t xml:space="preserve">[35:04] </w:t>
      </w:r>
      <w:r>
        <w:t>baat nahi hai.</w:t>
      </w:r>
    </w:p>
    <w:p>
      <w:pPr>
        <w:jc w:val="right"/>
      </w:pPr>
      <w:r>
        <w:t>بات نہیں ہے۔</w:t>
      </w:r>
    </w:p>
    <w:p>
      <w:r>
        <w:rPr>
          <w:b/>
        </w:rPr>
        <w:t xml:space="preserve">[35:06] </w:t>
      </w:r>
      <w:r>
        <w:t>toh novel aur story jo hoti hai, waqt pass karne ke liye bohat acha hai, lekin is mein</w:t>
      </w:r>
    </w:p>
    <w:p>
      <w:pPr>
        <w:jc w:val="right"/>
      </w:pPr>
      <w:r>
        <w:t>تو ناول اور سٹوری جو ہوتی ہے، وقت پاس کرنے کے لیے بہت اچھا ہے، لیکن اس میں</w:t>
      </w:r>
    </w:p>
    <w:p>
      <w:r>
        <w:rPr>
          <w:b/>
        </w:rPr>
        <w:t xml:space="preserve">[35:13] </w:t>
      </w:r>
      <w:r>
        <w:t>intellectual development nahi ho sakta.</w:t>
      </w:r>
    </w:p>
    <w:p>
      <w:pPr>
        <w:jc w:val="right"/>
      </w:pPr>
      <w:r>
        <w:t>انٹلیکچول ڈیویلپمنٹ نہیں ہو سکتا۔</w:t>
      </w:r>
    </w:p>
    <w:p>
      <w:r>
        <w:rPr>
          <w:b/>
        </w:rPr>
        <w:t xml:space="preserve">[35:15] </w:t>
      </w:r>
      <w:r>
        <w:t>aap ka intellectual development hoga aisi kitab se jo aap ko tadabbur kare, majboor kare, ghor o fikr</w:t>
      </w:r>
    </w:p>
    <w:p>
      <w:pPr>
        <w:jc w:val="right"/>
      </w:pPr>
      <w:r>
        <w:t>آپ کا انٹلیکچول ڈیویلپمنٹ ہوگا ایسی کتاب سے جو آپ کو تدبر کرے، مجبور کرے، غور و فکر</w:t>
      </w:r>
    </w:p>
    <w:p>
      <w:r>
        <w:rPr>
          <w:b/>
        </w:rPr>
        <w:t xml:space="preserve">[35:23] </w:t>
      </w:r>
      <w:r>
        <w:t>par majboor kare.</w:t>
      </w:r>
    </w:p>
    <w:p>
      <w:pPr>
        <w:jc w:val="right"/>
      </w:pPr>
      <w:r>
        <w:t>پر مجبور کرے۔</w:t>
      </w:r>
    </w:p>
    <w:p>
      <w:r>
        <w:rPr>
          <w:b/>
        </w:rPr>
        <w:t xml:space="preserve">[35:25] </w:t>
      </w:r>
      <w:r>
        <w:t>jo, jo aap se kahe ke socho, socho, socho, soch kar is ke mani nikalo.</w:t>
      </w:r>
    </w:p>
    <w:p>
      <w:pPr>
        <w:jc w:val="right"/>
      </w:pPr>
      <w:r>
        <w:t>جو، جو آپ سے کہے کہ سوچو، سوچو، سوچو، سوچ کر اس کے معنی نکالو۔</w:t>
      </w:r>
    </w:p>
    <w:p>
      <w:r>
        <w:rPr>
          <w:b/>
        </w:rPr>
        <w:t xml:space="preserve">[35:31] </w:t>
      </w:r>
      <w:r>
        <w:t>toh sochenge jab aap toh aap ki creativity barhe gi, creativity barhe gi, nayi nayi baatein aap</w:t>
      </w:r>
    </w:p>
    <w:p>
      <w:pPr>
        <w:jc w:val="right"/>
      </w:pPr>
      <w:r>
        <w:t>تو سوچیں گے جب آپ تو آپ کی کریٹیوٹی بڑھے گی، کریٹیوٹی بڑھے گی، نئی نئی باتیں آپ</w:t>
      </w:r>
    </w:p>
    <w:p>
      <w:r>
        <w:rPr>
          <w:b/>
        </w:rPr>
        <w:t xml:space="preserve">[35:39] </w:t>
      </w:r>
      <w:r>
        <w:t>ki zaban mein ayengi, aur is tarah se aap ka intellectual development hoga.</w:t>
      </w:r>
    </w:p>
    <w:p>
      <w:pPr>
        <w:jc w:val="right"/>
      </w:pPr>
      <w:r>
        <w:t>کی زبان میں آئیں گی، اور اس طریقے سے آپ کا انٹلیکچول ڈیویلپمنٹ ہوگا۔</w:t>
      </w:r>
    </w:p>
    <w:p>
      <w:r>
        <w:rPr>
          <w:b/>
        </w:rPr>
        <w:t xml:space="preserve">[35:45] </w:t>
      </w:r>
      <w:r>
        <w:t>toh quran isi tarah ki ek kitab hai jis mein aap ko tadabbur karna parta hai is gehre</w:t>
      </w:r>
    </w:p>
    <w:p>
      <w:pPr>
        <w:jc w:val="right"/>
      </w:pPr>
      <w:r>
        <w:t>تو قرآن اسی طرح کی ایک کتاب ہے جس میں آپ کو تدبر کرنا پڑتا ہے اس گہرے</w:t>
      </w:r>
    </w:p>
    <w:p>
      <w:r>
        <w:rPr>
          <w:b/>
        </w:rPr>
        <w:t xml:space="preserve">[35:53] </w:t>
      </w:r>
      <w:r>
        <w:t>maani ko janne ke liye, aur phir us ki wajah se aap ka musalsal intellectual development hota rehta</w:t>
      </w:r>
    </w:p>
    <w:p>
      <w:pPr>
        <w:jc w:val="right"/>
      </w:pPr>
      <w:r>
        <w:t>معنی کو جاننے کے لیے، اور پھر اس کی وجہ سے آپ کا مسلسل انٹلیکچول ڈیویلپمنٹ ہوتا رہتا</w:t>
      </w:r>
    </w:p>
    <w:p>
      <w:r>
        <w:rPr>
          <w:b/>
        </w:rPr>
        <w:t xml:space="preserve">[36:00]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[36:02] </w:t>
      </w:r>
      <w:r>
        <w:t>yani zehni irtaqa.</w:t>
      </w:r>
    </w:p>
    <w:p>
      <w:pPr>
        <w:jc w:val="right"/>
      </w:pPr>
      <w:r>
        <w:t>یعنی ذہنی ارتقاء۔</w:t>
      </w:r>
    </w:p>
    <w:p>
      <w:r>
        <w:rPr>
          <w:b/>
        </w:rPr>
        <w:t xml:space="preserve">[36:03] </w:t>
      </w:r>
      <w:r>
        <w:t>to yeh bohat bari hamare liye rehmat hai.</w:t>
      </w:r>
    </w:p>
    <w:p>
      <w:pPr>
        <w:jc w:val="right"/>
      </w:pPr>
      <w:r>
        <w:t>تو یہ بہت بڑی ہمارے لیے رحمت ہے۔</w:t>
      </w:r>
    </w:p>
    <w:p>
      <w:r>
        <w:rPr>
          <w:b/>
        </w:rPr>
        <w:t xml:space="preserve">[36:07] </w:t>
      </w:r>
      <w:r>
        <w:t>agar quran farz ki kahani ki zabaan mein hota, kahani aur novel ke andaaz mein hota to is</w:t>
      </w:r>
    </w:p>
    <w:p>
      <w:pPr>
        <w:jc w:val="right"/>
      </w:pPr>
      <w:r>
        <w:t>اگر قرآن فرض کی کہانی کی زبان میں ہوتا، کہانی اور ناول کے انداز میں ہوتا تو اس</w:t>
      </w:r>
    </w:p>
    <w:p>
      <w:r>
        <w:rPr>
          <w:b/>
        </w:rPr>
        <w:t xml:space="preserve">[36:14] </w:t>
      </w:r>
      <w:r>
        <w:t>mein hamare liye sochne ka kuch samaan na hota, tadabbur karne ka samaan na hota, to phir hamara</w:t>
      </w:r>
    </w:p>
    <w:p>
      <w:pPr>
        <w:jc w:val="right"/>
      </w:pPr>
      <w:r>
        <w:t>میں ہمارے لیے سوچنے کا کچھ سامان نہ ہوتا، تدبر کرنے کا سامان نہ ہوتا، تو پھر ہمارا</w:t>
      </w:r>
    </w:p>
    <w:p>
      <w:r>
        <w:rPr>
          <w:b/>
        </w:rPr>
        <w:t xml:space="preserve">[36:22] </w:t>
      </w:r>
      <w:r>
        <w:t>intellectual development bhi na hota hamara.</w:t>
      </w:r>
    </w:p>
    <w:p>
      <w:pPr>
        <w:jc w:val="right"/>
      </w:pPr>
      <w:r>
        <w:t>انٹلیکچول ڈیویلپمنٹ بھی نہ ہوتا ہمارا۔</w:t>
      </w:r>
    </w:p>
    <w:p>
      <w:r>
        <w:rPr>
          <w:b/>
        </w:rPr>
        <w:t xml:space="preserve">[36:25] </w:t>
      </w:r>
      <w:r>
        <w:t>to yeh to bohat hi bari baat hai ke hamare liye samaan hai is mein roohaniyat ka bhi,</w:t>
      </w:r>
    </w:p>
    <w:p>
      <w:pPr>
        <w:jc w:val="right"/>
      </w:pPr>
      <w:r>
        <w:t>تو یہ تو بہت ہی بڑی بات ہے کہ ہمارے لیے سامان ہے اس میں روحانیت کا بھی،</w:t>
      </w:r>
    </w:p>
    <w:p>
      <w:r>
        <w:rPr>
          <w:b/>
        </w:rPr>
        <w:t xml:space="preserve">[36:32] </w:t>
      </w:r>
      <w:r>
        <w:t>aur sath sath intellectual development ka bhi.</w:t>
      </w:r>
    </w:p>
    <w:p>
      <w:pPr>
        <w:jc w:val="right"/>
      </w:pPr>
      <w:r>
        <w:t>اور ساتھ ساتھ انٹلیکچول ڈیویلپمنٹ کا بھی۔</w:t>
      </w:r>
    </w:p>
    <w:p>
      <w:r>
        <w:rPr>
          <w:b/>
        </w:rPr>
        <w:t xml:space="preserve">[36:35] </w:t>
      </w:r>
      <w:r>
        <w:t>to jo choti si, choti si surah hain, surtein hain jaise surah teen, ek choti surah hai, lekin</w:t>
      </w:r>
    </w:p>
    <w:p>
      <w:pPr>
        <w:jc w:val="right"/>
      </w:pPr>
      <w:r>
        <w:t>تو جو چھوٹی سی، چھوٹی سی سورہ ہیں، سورتیں ہیں جیسے سورہ تین، ایک چھوٹی سورہ ہے، لیکن</w:t>
      </w:r>
    </w:p>
    <w:p>
      <w:r>
        <w:rPr>
          <w:b/>
        </w:rPr>
        <w:t xml:space="preserve">[36:43] </w:t>
      </w:r>
      <w:r>
        <w:t>is mein ek poora, yani yani maani ka ek poora samandar maujood hai jo ke aap soch kar</w:t>
      </w:r>
    </w:p>
    <w:p>
      <w:pPr>
        <w:jc w:val="right"/>
      </w:pPr>
      <w:r>
        <w:t>اس میں ایک پورا، یعنی یعنی معنی کا ایک پورا سمندر موجود ہے جو کہ آپ سوچ کر</w:t>
      </w:r>
    </w:p>
    <w:p>
      <w:r>
        <w:rPr>
          <w:b/>
        </w:rPr>
        <w:t xml:space="preserve">[36:51] </w:t>
      </w:r>
      <w:r>
        <w:t>ke jaan sakte hain.</w:t>
      </w:r>
    </w:p>
    <w:p>
      <w:pPr>
        <w:jc w:val="right"/>
      </w:pPr>
      <w:r>
        <w:t>کے جان سکتے ہیں۔</w:t>
      </w:r>
    </w:p>
    <w:p>
      <w:r>
        <w:rPr>
          <w:b/>
        </w:rPr>
        <w:t xml:space="preserve">[36:53] </w:t>
      </w:r>
      <w:r>
        <w:t>to main ek, ek, ek aur waqia yahan par arz karna chahunga is baat ko mazeed wazeh</w:t>
      </w:r>
    </w:p>
    <w:p>
      <w:pPr>
        <w:jc w:val="right"/>
      </w:pPr>
      <w:r>
        <w:t>تو میں ایک، ایک، ایک اور واقعہ یہاں پر عرض کرنا چاہوں گا اس بات کو مزید واضح</w:t>
      </w:r>
    </w:p>
    <w:p>
      <w:r>
        <w:rPr>
          <w:b/>
        </w:rPr>
        <w:t xml:space="preserve">[37:00] </w:t>
      </w:r>
      <w:r>
        <w:t>karne ke liye ke abhi ek waqia aaya tha media mein, aap jante honge isi mahine yani</w:t>
      </w:r>
    </w:p>
    <w:p>
      <w:pPr>
        <w:jc w:val="right"/>
      </w:pPr>
      <w:r>
        <w:t>کرنے کے لیے کہ ابھی ایک واقعہ آیا تھا میڈیا میں، آپ جانتے ہوں گے اسی مہینے یعنی</w:t>
      </w:r>
    </w:p>
    <w:p>
      <w:r>
        <w:rPr>
          <w:b/>
        </w:rPr>
        <w:t xml:space="preserve">[37:08] </w:t>
      </w:r>
      <w:r>
        <w:t>october mein ke ek naujawan jis ki umar thi 24 saal, dilli mein woh job karta tha, woh</w:t>
      </w:r>
    </w:p>
    <w:p>
      <w:pPr>
        <w:jc w:val="right"/>
      </w:pPr>
      <w:r>
        <w:t>اکتوبر میں کہ ایک نوجوان جس کی عمر تھی 24 سال، دلی میں وہ جاب کرتا تھا، وہ</w:t>
      </w:r>
    </w:p>
    <w:p>
      <w:r>
        <w:rPr>
          <w:b/>
        </w:rPr>
        <w:t xml:space="preserve">[37:16] </w:t>
      </w:r>
      <w:r>
        <w:t>MBA tha aur aur MBBS bhi kiya tha us ne.</w:t>
      </w:r>
    </w:p>
    <w:p>
      <w:pPr>
        <w:jc w:val="right"/>
      </w:pPr>
      <w:r>
        <w:t>ایم بی اے تھا اور اور ایم بی بی ایس بھی کیا تھا اس نے۔</w:t>
      </w:r>
    </w:p>
    <w:p>
      <w:r>
        <w:rPr>
          <w:b/>
        </w:rPr>
        <w:t xml:space="preserve">[37:22] </w:t>
      </w:r>
      <w:r>
        <w:t>woh yahan job kar raha tha dilli mein.</w:t>
      </w:r>
    </w:p>
    <w:p>
      <w:pPr>
        <w:jc w:val="right"/>
      </w:pPr>
      <w:r>
        <w:t>وہ یہاں جاب کر رہا تھا دلی میں۔</w:t>
      </w:r>
    </w:p>
    <w:p>
      <w:r>
        <w:rPr>
          <w:b/>
        </w:rPr>
        <w:t xml:space="preserve">[37:26] </w:t>
      </w:r>
      <w:r>
        <w:t>us ne apne office ki athveen manzil se chhalang laga kar suicide kar liya.</w:t>
      </w:r>
    </w:p>
    <w:p>
      <w:pPr>
        <w:jc w:val="right"/>
      </w:pPr>
      <w:r>
        <w:t>اس نے اپنے آفس کی اٹھویں منزل سے چھلانگ لگا کر سوسائیڈ کر لیا۔</w:t>
      </w:r>
    </w:p>
    <w:p>
      <w:r>
        <w:rPr>
          <w:b/>
        </w:rPr>
        <w:t xml:space="preserve">[37:32] </w:t>
      </w:r>
      <w:r>
        <w:t>us ka naam tha guru patel, nasik ke rehne wala tha guru patel.</w:t>
      </w:r>
    </w:p>
    <w:p>
      <w:pPr>
        <w:jc w:val="right"/>
      </w:pPr>
      <w:r>
        <w:t>اس کا نام تھا گورو پٹیل، ناسک کے رہنے والا تھا گورو پٹیل۔</w:t>
      </w:r>
    </w:p>
    <w:p>
      <w:r>
        <w:rPr>
          <w:b/>
        </w:rPr>
        <w:t xml:space="preserve">[37:37] </w:t>
      </w:r>
      <w:r>
        <w:t>to is jo suicide note us ne chhoda, woh internet pe aap dekh sakte hain, maine bhi internet</w:t>
      </w:r>
    </w:p>
    <w:p>
      <w:pPr>
        <w:jc w:val="right"/>
      </w:pPr>
      <w:r>
        <w:t>تو اس جو سوسائیڈ نوٹ اسے چھوڑا، وہ انٹرنیٹ پہ آپ دیکھ سکتے ہیں، میں نے بھی انٹرنیٹ</w:t>
      </w:r>
    </w:p>
    <w:p>
      <w:r>
        <w:rPr>
          <w:b/>
        </w:rPr>
        <w:t xml:space="preserve">[37:45] </w:t>
      </w:r>
      <w:r>
        <w:t>pe dekha hai.</w:t>
      </w:r>
    </w:p>
    <w:p>
      <w:pPr>
        <w:jc w:val="right"/>
      </w:pPr>
      <w:r>
        <w:t>پہ دیکھا ہے۔</w:t>
      </w:r>
    </w:p>
    <w:p>
      <w:r>
        <w:rPr>
          <w:b/>
        </w:rPr>
        <w:t xml:space="preserve">[37:46] </w:t>
      </w:r>
      <w:r>
        <w:t>do pages ka ek note us ne chhoda, us mein woh likhta hai ke mujhe sachai ki talash thi</w:t>
      </w:r>
    </w:p>
    <w:p>
      <w:pPr>
        <w:jc w:val="right"/>
      </w:pPr>
      <w:r>
        <w:t>دو پیجز کا ایک نوٹ اسے چھوڑا، اس میں وہ لکھتا ہے کہ مجھے سچائی کی تلاش تھی</w:t>
      </w:r>
    </w:p>
    <w:p>
      <w:r>
        <w:rPr>
          <w:b/>
        </w:rPr>
        <w:t xml:space="preserve">[37:54] </w:t>
      </w:r>
      <w:r>
        <w:t>aur main farasi ki kitabein padhta raha sachai ko janne ke liye.</w:t>
      </w:r>
    </w:p>
    <w:p>
      <w:pPr>
        <w:jc w:val="right"/>
      </w:pPr>
      <w:r>
        <w:t>اور میں فراسی کی کتابیں پڑھتا رہا سچائی کو جاننے کے لیے۔</w:t>
      </w:r>
    </w:p>
    <w:p>
      <w:r>
        <w:rPr>
          <w:b/>
        </w:rPr>
        <w:t xml:space="preserve">[37:59] </w:t>
      </w:r>
      <w:r>
        <w:t>us ke is ka jo room mate tha, woh ek kamre mein rehta tha, do naujawan.</w:t>
      </w:r>
    </w:p>
    <w:p>
      <w:pPr>
        <w:jc w:val="right"/>
      </w:pPr>
      <w:r>
        <w:t>اس کے اس کا جو روم میٹ تھا، وہ ایک کمرے میں رہتا تھا، دو نوجوان۔</w:t>
      </w:r>
    </w:p>
    <w:p>
      <w:r>
        <w:rPr>
          <w:b/>
        </w:rPr>
        <w:t xml:space="preserve">[38:06] </w:t>
      </w:r>
      <w:r>
        <w:t>to room mate ne bhi yahi baat batai ke woh farasi kitabein padhta rehta tha.</w:t>
      </w:r>
    </w:p>
    <w:p>
      <w:pPr>
        <w:jc w:val="right"/>
      </w:pPr>
      <w:r>
        <w:t>تو روم میٹ نے بھی یہی بات بتائی کہ وہ فراسی کتابیں پڑھتا رہتا تھا۔</w:t>
      </w:r>
    </w:p>
    <w:p>
      <w:r>
        <w:rPr>
          <w:b/>
        </w:rPr>
        <w:t xml:space="preserve">[38:12] </w:t>
      </w:r>
      <w:r>
        <w:t>to sosaiid not mein se likha tha ke frasi ki kitabon se mujhe sachai nahi mili, ab mein</w:t>
      </w:r>
    </w:p>
    <w:p>
      <w:pPr>
        <w:jc w:val="right"/>
      </w:pPr>
      <w:r>
        <w:t>تو سوسائیڈ نوٹ میں سے لکھا تھا کہ فراسی کی کتابوں سے مجھے سچائی نہیں ملی، اب میں</w:t>
      </w:r>
    </w:p>
    <w:p>
      <w:r>
        <w:rPr>
          <w:b/>
        </w:rPr>
        <w:t xml:space="preserve">[38:20] </w:t>
      </w:r>
      <w:r>
        <w:t>dusri dunya mein ja raha hoon, yaani yaani death ke baad jo dusri dunya hai, wahan ja raha</w:t>
      </w:r>
    </w:p>
    <w:p>
      <w:pPr>
        <w:jc w:val="right"/>
      </w:pPr>
      <w:r>
        <w:t>دوسری دنیا میں جا رہا ہوں، یعنی یعنی ڈیتھ کے بعد جو دوسری دنیا ہے، وہاں جا رہا</w:t>
      </w:r>
    </w:p>
    <w:p>
      <w:r>
        <w:rPr>
          <w:b/>
        </w:rPr>
        <w:t xml:space="preserve">[38:28] </w:t>
      </w:r>
      <w:r>
        <w:t>hoon taake mujhe pata chal jaye ke sachai hai kiya.</w:t>
      </w:r>
    </w:p>
    <w:p>
      <w:pPr>
        <w:jc w:val="right"/>
      </w:pPr>
      <w:r>
        <w:t>ہوں تاکہ مجھے پتہ چل جائے کہ سچائی ہے کیا۔</w:t>
      </w:r>
    </w:p>
    <w:p>
      <w:r>
        <w:rPr>
          <w:b/>
        </w:rPr>
        <w:t xml:space="preserve">[38:32] </w:t>
      </w:r>
      <w:r>
        <w:t>is ko jab mein ne parha to mujhe aik bohat bari baat samajh mein aai, woh yeh hai</w:t>
      </w:r>
    </w:p>
    <w:p>
      <w:pPr>
        <w:jc w:val="right"/>
      </w:pPr>
      <w:r>
        <w:t>اس کو جب میں نے پڑھا تو مجھے ایک بہت بڑی بات سمجھ میں آئی، وہ یہ ہے</w:t>
      </w:r>
    </w:p>
    <w:p>
      <w:r>
        <w:rPr>
          <w:b/>
        </w:rPr>
        <w:t xml:space="preserve">[38:40] </w:t>
      </w:r>
      <w:r>
        <w:t>ke philosophy jo hai, aap ko half truth batati hai, poori sachai nahi batati.</w:t>
      </w:r>
    </w:p>
    <w:p>
      <w:pPr>
        <w:jc w:val="right"/>
      </w:pPr>
      <w:r>
        <w:t>کہ فلاسفی جو ہے، آپ کو ہاف ٹروتھ بتاتی ہے، پوری سچائی نہیں بتاتی۔</w:t>
      </w:r>
    </w:p>
    <w:p>
      <w:r>
        <w:rPr>
          <w:b/>
        </w:rPr>
        <w:t xml:space="preserve">[38:46] </w:t>
      </w:r>
      <w:r>
        <w:t>philosophy kya hai? philosophy sach poochen to abstract truth ki talash karti hai.</w:t>
      </w:r>
    </w:p>
    <w:p>
      <w:pPr>
        <w:jc w:val="right"/>
      </w:pPr>
      <w:r>
        <w:t>فلاسفی کیا ہے؟ فلاسفی سچ پوچھیں تو ابسٹرکٹ ٹروتھ کی تلاش کرتی ہے۔</w:t>
      </w:r>
    </w:p>
    <w:p>
      <w:r>
        <w:rPr>
          <w:b/>
        </w:rPr>
        <w:t xml:space="preserve">[38:51] </w:t>
      </w:r>
      <w:r>
        <w:t>philosophy abstract truth jaise misaal ke tor par dekhiye, bohat bara philosopher tha german philosopher hegel, jis ki</w:t>
      </w:r>
    </w:p>
    <w:p>
      <w:pPr>
        <w:jc w:val="right"/>
      </w:pPr>
      <w:r>
        <w:t>فلاسفی ابسٹرکٹ ٹروتھ جیسے مثال کے طور پر دیکھیے، بہت بڑا فلاسفر تھا جرمن فلاسفر ہیگن، جس کی</w:t>
      </w:r>
    </w:p>
    <w:p>
      <w:r>
        <w:rPr>
          <w:b/>
        </w:rPr>
        <w:t xml:space="preserve">[38:59] </w:t>
      </w:r>
      <w:r>
        <w:t>death hui hai 1831 mein.</w:t>
      </w:r>
    </w:p>
    <w:p>
      <w:pPr>
        <w:jc w:val="right"/>
      </w:pPr>
      <w:r>
        <w:t>ڈیتھ ہوئی ہے 1831 میں۔</w:t>
      </w:r>
    </w:p>
    <w:p>
      <w:r>
        <w:rPr>
          <w:b/>
        </w:rPr>
        <w:t xml:space="preserve">[39:01] </w:t>
      </w:r>
      <w:r>
        <w:t>1831 mein to is ne kya likha hai sachai ke bare mein? is ka word hai, yaani world</w:t>
      </w:r>
    </w:p>
    <w:p>
      <w:pPr>
        <w:jc w:val="right"/>
      </w:pPr>
      <w:r>
        <w:t>1831 میں تو اس نے کیا لکھا ہے سچائی کے بارے میں؟ اس کا ورڈ ہے، یعنی ورلڈ</w:t>
      </w:r>
    </w:p>
    <w:p>
      <w:r>
        <w:rPr>
          <w:b/>
        </w:rPr>
        <w:t xml:space="preserve">[39:09] </w:t>
      </w:r>
      <w:r>
        <w:t>spirit.</w:t>
      </w:r>
    </w:p>
    <w:p>
      <w:pPr>
        <w:jc w:val="right"/>
      </w:pPr>
      <w:r>
        <w:t>سپرٹ۔</w:t>
      </w:r>
    </w:p>
    <w:p>
      <w:r>
        <w:rPr>
          <w:b/>
        </w:rPr>
        <w:t xml:space="preserve">[39:11] </w:t>
      </w:r>
      <w:r>
        <w:t>khuda ko aik nai, khuda ka word woh nahi bolta, is dunya mein aik world spirit kaam kar</w:t>
      </w:r>
    </w:p>
    <w:p>
      <w:pPr>
        <w:jc w:val="right"/>
      </w:pPr>
      <w:r>
        <w:t>خدا کو ایک نئی، خدا کا ورڈ وہ نہیں بولتا، اس دنیا میں ایک ورلڈ سپرٹ کام کر</w:t>
      </w:r>
    </w:p>
    <w:p>
      <w:r>
        <w:rPr>
          <w:b/>
        </w:rPr>
        <w:t xml:space="preserve">[39:18] </w:t>
      </w:r>
      <w:r>
        <w:t>rahi hai.</w:t>
      </w:r>
    </w:p>
    <w:p>
      <w:pPr>
        <w:jc w:val="right"/>
      </w:pPr>
      <w:r>
        <w:t>رہی ہے۔</w:t>
      </w:r>
    </w:p>
    <w:p>
      <w:r>
        <w:rPr>
          <w:b/>
        </w:rPr>
        <w:t xml:space="preserve">[39:20] </w:t>
      </w:r>
      <w:r>
        <w:t>to world spirit kya cheez hai? aik abstract idea hai.</w:t>
      </w:r>
    </w:p>
    <w:p>
      <w:pPr>
        <w:jc w:val="right"/>
      </w:pPr>
      <w:r>
        <w:t>تو ورلڈ سپرٹ کیا چیز ہے؟ ایک ابسٹرکٹ آئیڈیا ہے۔</w:t>
      </w:r>
    </w:p>
    <w:p>
      <w:r>
        <w:rPr>
          <w:b/>
        </w:rPr>
        <w:t xml:space="preserve">[39:24] </w:t>
      </w:r>
      <w:r>
        <w:t>world spirit se aap contact nahi kar sakte, world spirit se aap apni duaen nahi mang sakte, world</w:t>
      </w:r>
    </w:p>
    <w:p>
      <w:pPr>
        <w:jc w:val="right"/>
      </w:pPr>
      <w:r>
        <w:t>ورلڈ سپرٹ سے آپ کنٹیکٹ نہیں کر سکتے، ورلڈ سپرٹ سے آپ اپنی دعائیں نہیں مانگ سکتے، ورلڈ</w:t>
      </w:r>
    </w:p>
    <w:p>
      <w:r>
        <w:rPr>
          <w:b/>
        </w:rPr>
        <w:t xml:space="preserve">[39:32] </w:t>
      </w:r>
      <w:r>
        <w:t>spirit se aap ka companionship nahi ho sakti.</w:t>
      </w:r>
    </w:p>
    <w:p>
      <w:pPr>
        <w:jc w:val="right"/>
      </w:pPr>
      <w:r>
        <w:t>سپرٹ سے آپ کا کمپینرشپ نہیں ہو سکتی۔</w:t>
      </w:r>
    </w:p>
    <w:p>
      <w:r>
        <w:rPr>
          <w:b/>
        </w:rPr>
        <w:t xml:space="preserve">[39:35] </w:t>
      </w:r>
      <w:r>
        <w:t>world spirit aap ke jo andar jo arz hai, us ka jawab nahi hai.</w:t>
      </w:r>
    </w:p>
    <w:p>
      <w:pPr>
        <w:jc w:val="right"/>
      </w:pPr>
      <w:r>
        <w:t>ورلڈ سپرٹ آپ کے جو اندر جو عرض ہے، اس کا جواب نہیں ہے۔</w:t>
      </w:r>
    </w:p>
    <w:p>
      <w:r>
        <w:rPr>
          <w:b/>
        </w:rPr>
        <w:t xml:space="preserve">[39:41] </w:t>
      </w:r>
      <w:r>
        <w:t>to isi tarah ki baaten hoti hain philosophy ki kitabon mein.</w:t>
      </w:r>
    </w:p>
    <w:p>
      <w:pPr>
        <w:jc w:val="right"/>
      </w:pPr>
      <w:r>
        <w:t>تو اسی طرح کی باتیں ہوتی ہیں فلاسفی کی کتابوں میں۔</w:t>
      </w:r>
    </w:p>
    <w:p>
      <w:r>
        <w:rPr>
          <w:b/>
        </w:rPr>
        <w:t xml:space="preserve">[39:46] </w:t>
      </w:r>
      <w:r>
        <w:t>to philosophy ki kitaben parh parh ke is ka mind address nahi hua, is ke nature ko woh</w:t>
      </w:r>
    </w:p>
    <w:p>
      <w:pPr>
        <w:jc w:val="right"/>
      </w:pPr>
      <w:r>
        <w:t>تو فلاسفی کی کتابیں پڑھ پڑھ کے اس کا مائنڈ ایڈریس نہیں ہوا، اس کے نیچر کو وہ</w:t>
      </w:r>
    </w:p>
    <w:p>
      <w:r>
        <w:rPr>
          <w:b/>
        </w:rPr>
        <w:t xml:space="preserve">[39:54] </w:t>
      </w:r>
      <w:r>
        <w:t>jawab nahi mila jo woh chahta tha.</w:t>
      </w:r>
    </w:p>
    <w:p>
      <w:pPr>
        <w:jc w:val="right"/>
      </w:pPr>
      <w:r>
        <w:t>جواب نہیں ملا جو وہ چاہتا تھا۔</w:t>
      </w:r>
    </w:p>
    <w:p>
      <w:r>
        <w:rPr>
          <w:b/>
        </w:rPr>
        <w:t xml:space="preserve">[39:57] </w:t>
      </w:r>
      <w:r>
        <w:t>to is ne suicide kar liya.</w:t>
      </w:r>
    </w:p>
    <w:p>
      <w:pPr>
        <w:jc w:val="right"/>
      </w:pPr>
      <w:r>
        <w:t>تو اس نے سوسائیڈ کر لیا۔</w:t>
      </w:r>
    </w:p>
    <w:p>
      <w:r>
        <w:rPr>
          <w:b/>
        </w:rPr>
        <w:t xml:space="preserve">[39:59] </w:t>
      </w:r>
      <w:r>
        <w:t>to mein ne socha ke quran agar is ko pohncha hota to is mein is ka kam az</w:t>
      </w:r>
    </w:p>
    <w:p>
      <w:pPr>
        <w:jc w:val="right"/>
      </w:pPr>
      <w:r>
        <w:t>تو میں نے سوچا کہ قرآن اگر اس کو پہنچا ہوتا تو اس میں اس کا کم از</w:t>
      </w:r>
    </w:p>
    <w:p>
      <w:r>
        <w:rPr>
          <w:b/>
        </w:rPr>
        <w:t xml:space="preserve">[40:07] </w:t>
      </w:r>
      <w:r>
        <w:t>kam jawab to mil jata us ko ke kyunke quran total truth ko batata hai, yaani what is,</w:t>
      </w:r>
    </w:p>
    <w:p>
      <w:pPr>
        <w:jc w:val="right"/>
      </w:pPr>
      <w:r>
        <w:t>کم جواب تو مل جاتا اس کو کہ کیونکہ قرآن ٹوٹل ٹروتھ کو بتاتا ہے، یعنی واٹ از،</w:t>
      </w:r>
    </w:p>
    <w:p>
      <w:r>
        <w:rPr>
          <w:b/>
        </w:rPr>
        <w:t xml:space="preserve">[40:15] </w:t>
      </w:r>
      <w:r>
        <w:t>yaani what is, yaani pre death period mein kya hai aur post death period mein kya hai.</w:t>
      </w:r>
    </w:p>
    <w:p>
      <w:pPr>
        <w:jc w:val="right"/>
      </w:pPr>
      <w:r>
        <w:t>یعنی واٹ از، یعنی پری ڈیتھ پیریڈ میں کیا ہے اور پوسٹ ڈیتھ پیریڈ میں کیا ہے۔</w:t>
      </w:r>
    </w:p>
    <w:p>
      <w:r>
        <w:rPr>
          <w:b/>
        </w:rPr>
        <w:t xml:space="preserve">[40:22] </w:t>
      </w:r>
      <w:r>
        <w:t>sachai kya hai aur sachai ka end kya hai? purpose of life kya hai? aakhir mein hamein kya</w:t>
      </w:r>
    </w:p>
    <w:p>
      <w:pPr>
        <w:jc w:val="right"/>
      </w:pPr>
      <w:r>
        <w:t>سچائی کیا ہے اور سچائی کا اینڈ کیا ہے؟ پرپس آف لائف کیا ہے؟ آخر میں ہمیں کیا</w:t>
      </w:r>
    </w:p>
    <w:p>
      <w:r>
        <w:rPr>
          <w:b/>
        </w:rPr>
        <w:t xml:space="preserve">[40:30] </w:t>
      </w:r>
      <w:r>
        <w:t>pesh aanay wala hai hamare sath? to poora jo poori ideology jo hai, poora jo concept hai, jo</w:t>
      </w:r>
    </w:p>
    <w:p>
      <w:pPr>
        <w:jc w:val="right"/>
      </w:pPr>
      <w:r>
        <w:t>پیش آنے والا ہے ہمارے ساتھ؟ تو پورا جو پوری آئیڈیالوجی جو ہے، پورا جو کانسیپٹ ہے، جو</w:t>
      </w:r>
    </w:p>
    <w:p>
      <w:r>
        <w:rPr>
          <w:b/>
        </w:rPr>
        <w:t xml:space="preserve">[40:37] </w:t>
      </w:r>
      <w:r>
        <w:t>total truth jis ko mein keh raha hoon, woh sab quran mein is ko mil jati hai.</w:t>
      </w:r>
    </w:p>
    <w:p>
      <w:pPr>
        <w:jc w:val="right"/>
      </w:pPr>
      <w:r>
        <w:t>ٹوٹل ٹروتھ جس کو میں کہہ رہا ہوں، وہ سب قرآن میں اس کو مل جاتی ہے۔</w:t>
      </w:r>
    </w:p>
    <w:p>
      <w:r>
        <w:rPr>
          <w:b/>
        </w:rPr>
        <w:t xml:space="preserve">[40:45] </w:t>
      </w:r>
      <w:r>
        <w:t>to jab mein ne is ko parha, yaani is ke is ka qissa guru patel ka, to aik</w:t>
      </w:r>
    </w:p>
    <w:p>
      <w:pPr>
        <w:jc w:val="right"/>
      </w:pPr>
      <w:r>
        <w:t>تو جب میں نے اس کو پڑھا، یعنی اس کے اس کا قصہ گورو پٹیل کا، تو ایک</w:t>
      </w:r>
    </w:p>
    <w:p>
      <w:r>
        <w:rPr>
          <w:b/>
        </w:rPr>
        <w:t xml:space="preserve">[40:52] </w:t>
      </w:r>
      <w:r>
        <w:t>naya insaintu mere andar aaya hai ke quran ko waqeatan mein kaha karta tha pehle quran ko hamein</w:t>
      </w:r>
    </w:p>
    <w:p>
      <w:pPr>
        <w:jc w:val="right"/>
      </w:pPr>
      <w:r>
        <w:t>نیا انسینٹو میرے اندر آیا ہے کہ قرآن کو واقعتا میں کہا کرتا تھا پہلے قرآن کو ہمیں</w:t>
      </w:r>
    </w:p>
    <w:p>
      <w:r>
        <w:rPr>
          <w:b/>
        </w:rPr>
        <w:t xml:space="preserve">[41:00] </w:t>
      </w:r>
      <w:r>
        <w:t>flood kar dena chahiye.</w:t>
      </w:r>
    </w:p>
    <w:p>
      <w:pPr>
        <w:jc w:val="right"/>
      </w:pPr>
      <w:r>
        <w:t>فلڈ کر دینا چاہیے۔</w:t>
      </w:r>
    </w:p>
    <w:p>
      <w:r>
        <w:rPr>
          <w:b/>
        </w:rPr>
        <w:t xml:space="preserve">[41:02] </w:t>
      </w:r>
      <w:r>
        <w:t>quran ka translation jo hai, flood kar dena chahiye, shayad jo logon tak pohnch jaye.</w:t>
      </w:r>
    </w:p>
    <w:p>
      <w:pPr>
        <w:jc w:val="right"/>
      </w:pPr>
      <w:r>
        <w:t>قرآن کا ٹرانسلیشن جو ہے، فلڈ کر دینا چاہیے، شاید جو لوگوں تک پہنچ جائے۔</w:t>
      </w:r>
    </w:p>
    <w:p>
      <w:r>
        <w:rPr>
          <w:b/>
        </w:rPr>
        <w:t xml:space="preserve">[41:08] </w:t>
      </w:r>
      <w:r>
        <w:t>lekin is waqt mein bolta tha is sense mein ke quran khuda ki kitab hai, khuda baduton ko</w:t>
      </w:r>
    </w:p>
    <w:p>
      <w:pPr>
        <w:jc w:val="right"/>
      </w:pPr>
      <w:r>
        <w:t>لیکن اس وقت میں بولتا تھا اس سینس میں کہ قرآن خدا کی کتاب ہے، خدا بدوتوں کو</w:t>
      </w:r>
    </w:p>
    <w:p>
      <w:r>
        <w:rPr>
          <w:b/>
        </w:rPr>
        <w:t xml:space="preserve">[41:16] </w:t>
      </w:r>
      <w:r>
        <w:t>pohnch jaye.</w:t>
      </w:r>
    </w:p>
    <w:p>
      <w:pPr>
        <w:jc w:val="right"/>
      </w:pPr>
      <w:r>
        <w:t>پہنچ جائے۔</w:t>
      </w:r>
    </w:p>
    <w:p>
      <w:r>
        <w:rPr>
          <w:b/>
        </w:rPr>
        <w:t xml:space="preserve">[41:17] </w:t>
      </w:r>
      <w:r>
        <w:t>ab aik nai baat mujhe samajh aayi ke quran hi aik aisi kitab hai jo zindagi is ke</w:t>
      </w:r>
    </w:p>
    <w:p>
      <w:pPr>
        <w:jc w:val="right"/>
      </w:pPr>
      <w:r>
        <w:t>اب ایک نئی بات مجھے سمجھ آئی کہ قرآن ہی ایک ایسی کتاب ہے جو زندگی اس کے</w:t>
      </w:r>
    </w:p>
    <w:p>
      <w:r>
        <w:rPr>
          <w:b/>
        </w:rPr>
        <w:t xml:space="preserve">[41:25] </w:t>
      </w:r>
      <w:r>
        <w:t>baray mein batati hai, poore sawal ka jawab deti hai.</w:t>
      </w:r>
    </w:p>
    <w:p>
      <w:pPr>
        <w:jc w:val="right"/>
      </w:pPr>
      <w:r>
        <w:t>بارے میں بتاتی ہے، پورے سوال کا جواب دیتی ہے۔</w:t>
      </w:r>
    </w:p>
    <w:p>
      <w:r>
        <w:rPr>
          <w:b/>
        </w:rPr>
        <w:t xml:space="preserve">[41:29] </w:t>
      </w:r>
      <w:r>
        <w:t>woh jawab philosophy ki kitabon mein nahi, woh science ki kitabon mein nahi, woh doosre mazhab ki kitabon</w:t>
      </w:r>
    </w:p>
    <w:p>
      <w:pPr>
        <w:jc w:val="right"/>
      </w:pPr>
      <w:r>
        <w:t>وہ جواب فلاسفی کی کتابوں میں نہیں، وہ سائنس کی کتابوں میں نہیں، وہ دوسرے مذہب کی کتابوں</w:t>
      </w:r>
    </w:p>
    <w:p>
      <w:r>
        <w:rPr>
          <w:b/>
        </w:rPr>
        <w:t xml:space="preserve">[41:37] </w:t>
      </w:r>
      <w:r>
        <w:t>mein nahi, woh sirf quran mein hai.</w:t>
      </w:r>
    </w:p>
    <w:p>
      <w:pPr>
        <w:jc w:val="right"/>
      </w:pPr>
      <w:r>
        <w:t>میں نہیں، وہ صرف قرآن میں ہے۔</w:t>
      </w:r>
    </w:p>
    <w:p>
      <w:r>
        <w:rPr>
          <w:b/>
        </w:rPr>
        <w:t xml:space="preserve">[41:40] </w:t>
      </w:r>
      <w:r>
        <w:t>to aik to yeh hai ke quran khuda ki kitab hai, doosre yeh ke quran hi mein total</w:t>
      </w:r>
    </w:p>
    <w:p>
      <w:pPr>
        <w:jc w:val="right"/>
      </w:pPr>
      <w:r>
        <w:t>تو ایک تو یہ ہے کہ قرآن خدا کی کتاب ہے، دوسرے یہ کہ قرآن ہی میں ٹوٹل</w:t>
      </w:r>
    </w:p>
    <w:p>
      <w:r>
        <w:rPr>
          <w:b/>
        </w:rPr>
        <w:t xml:space="preserve">[41:48] </w:t>
      </w:r>
      <w:r>
        <w:t>truth ko bataya gaya hai, poori sachai ko.</w:t>
      </w:r>
    </w:p>
    <w:p>
      <w:pPr>
        <w:jc w:val="right"/>
      </w:pPr>
      <w:r>
        <w:t>ٹروتھ کو بتایا گیا ہے، پوری سچائی کو۔</w:t>
      </w:r>
    </w:p>
    <w:p>
      <w:r>
        <w:rPr>
          <w:b/>
        </w:rPr>
        <w:t xml:space="preserve">[41:51] </w:t>
      </w:r>
      <w:r>
        <w:t>to agar hum quran ko pohncha dein insanon tak to phir hamari aik bohat bari zimmedari ada</w:t>
      </w:r>
    </w:p>
    <w:p>
      <w:pPr>
        <w:jc w:val="right"/>
      </w:pPr>
      <w:r>
        <w:t>تو اگر ہم قرآن کو پہنچا دیں انسانوں تک تو پھر ہماری ایک بہت بڑی ذمہ داری ادا</w:t>
      </w:r>
    </w:p>
    <w:p>
      <w:r>
        <w:rPr>
          <w:b/>
        </w:rPr>
        <w:t xml:space="preserve">[41:59] </w:t>
      </w:r>
      <w:r>
        <w:t>ho jaye gi.</w:t>
      </w:r>
    </w:p>
    <w:p>
      <w:pPr>
        <w:jc w:val="right"/>
      </w:pPr>
      <w:r>
        <w:t>ہو جائے گی۔</w:t>
      </w:r>
    </w:p>
    <w:p>
      <w:r>
        <w:rPr>
          <w:b/>
        </w:rPr>
        <w:t xml:space="preserve">[42:00] </w:t>
      </w:r>
      <w:r>
        <w:t>woh zimmedari yeh hai ke quran mein yeh hai ke lasta alaihim bimushkil, anta muzakkir, lasta alaihim</w:t>
      </w:r>
    </w:p>
    <w:p>
      <w:pPr>
        <w:jc w:val="right"/>
      </w:pPr>
      <w:r>
        <w:t>وہ ذمہ داری یہ ہے کہ قرآن میں یہ ہے کہ لست علیہم بمشکل، انت مذکر، لست علیہم</w:t>
      </w:r>
    </w:p>
    <w:p>
      <w:r>
        <w:rPr>
          <w:b/>
        </w:rPr>
        <w:t xml:space="preserve">[42:08] </w:t>
      </w:r>
      <w:r>
        <w:t>bimushkil.</w:t>
      </w:r>
    </w:p>
    <w:p>
      <w:pPr>
        <w:jc w:val="right"/>
      </w:pPr>
      <w:r>
        <w:t>بمشکل۔</w:t>
      </w:r>
    </w:p>
    <w:p>
      <w:r>
        <w:rPr>
          <w:b/>
        </w:rPr>
        <w:t xml:space="preserve">[42:10] </w:t>
      </w:r>
      <w:r>
        <w:t>tumhara kaam hai pohncha dena, tum logon ke upar darogha nahi ho, in logon ko badal dalna, badal</w:t>
      </w:r>
    </w:p>
    <w:p>
      <w:pPr>
        <w:jc w:val="right"/>
      </w:pPr>
      <w:r>
        <w:t>تمہارا کام ہے پہنچا دینا، تم لوگوں کے اوپر داروغہ نہیں ہو، ان لوگوں کو بدل ڈالنا، بدل</w:t>
      </w:r>
    </w:p>
    <w:p>
      <w:r>
        <w:rPr>
          <w:b/>
        </w:rPr>
        <w:t xml:space="preserve">[42:17] </w:t>
      </w:r>
      <w:r>
        <w:t>dalna yeh tumhara kaam nahi hai.</w:t>
      </w:r>
    </w:p>
    <w:p>
      <w:pPr>
        <w:jc w:val="right"/>
      </w:pPr>
      <w:r>
        <w:t>ڈالنا یہ تمہارا کام نہیں ہے۔</w:t>
      </w:r>
    </w:p>
    <w:p>
      <w:r>
        <w:rPr>
          <w:b/>
        </w:rPr>
        <w:t xml:space="preserve">[42:20] </w:t>
      </w:r>
      <w:r>
        <w:t>to is ka matlab kya hai? is ka matlab hai ke logon ke in awareness ko khatam karna,</w:t>
      </w:r>
    </w:p>
    <w:p>
      <w:pPr>
        <w:jc w:val="right"/>
      </w:pPr>
      <w:r>
        <w:t>تو اس کا مطلب کیا ہے؟ اس کا مطلب ہے کہ لوگوں کے ان اویرنس کو ختم کرنا،</w:t>
      </w:r>
    </w:p>
    <w:p>
      <w:r>
        <w:rPr>
          <w:b/>
        </w:rPr>
        <w:t xml:space="preserve">[42:28] </w:t>
      </w:r>
      <w:r>
        <w:t>logon ki bekhabari ko todna.</w:t>
      </w:r>
    </w:p>
    <w:p>
      <w:pPr>
        <w:jc w:val="right"/>
      </w:pPr>
      <w:r>
        <w:t>لوگوں کی بے خبری کو توڑنا۔</w:t>
      </w:r>
    </w:p>
    <w:p>
      <w:r>
        <w:rPr>
          <w:b/>
        </w:rPr>
        <w:t xml:space="preserve">[42:30] </w:t>
      </w:r>
      <w:r>
        <w:t>allah taala ka yeh matlab hai ke marne se pehle aadmi jaan le ke meri meri zindagi ka</w:t>
      </w:r>
    </w:p>
    <w:p>
      <w:pPr>
        <w:jc w:val="right"/>
      </w:pPr>
      <w:r>
        <w:t>اللہ تعالیٰ کا یہ مطلوب ہے کہ مرنے سے پہلے آدمی جان لے کہ میری میری زندگی کا</w:t>
      </w:r>
    </w:p>
    <w:p>
      <w:r>
        <w:rPr>
          <w:b/>
        </w:rPr>
        <w:t xml:space="preserve">[42:38] </w:t>
      </w:r>
      <w:r>
        <w:t>purpose kya tha, mujhe kyun create kiya gaya? maut se pehle mera creator mujh se kya chahta hai?</w:t>
      </w:r>
    </w:p>
    <w:p>
      <w:pPr>
        <w:jc w:val="right"/>
      </w:pPr>
      <w:r>
        <w:t>پرپس کیا تھا، مجھے کیوں کریٹ کیا گیا؟ موت سے پہلے میرا کریٹر مجھ سے کیا چاہتا ہے؟</w:t>
      </w:r>
    </w:p>
    <w:p>
      <w:r>
        <w:rPr>
          <w:b/>
        </w:rPr>
        <w:t xml:space="preserve">[42:46] </w:t>
      </w:r>
      <w:r>
        <w:t>maut ke baad mere sath kya hone wala hai? yeh jo ideology of life jo hai, yeh quran</w:t>
      </w:r>
    </w:p>
    <w:p>
      <w:pPr>
        <w:jc w:val="right"/>
      </w:pPr>
      <w:r>
        <w:t>موت کے بعد میرے ساتھ کیا ہونے والا ہے؟ یہ جو آئیڈیالوجی آف لائف جو ہے، یہ قرآن</w:t>
      </w:r>
    </w:p>
    <w:p>
      <w:r>
        <w:rPr>
          <w:b/>
        </w:rPr>
        <w:t xml:space="preserve">[42:53] </w:t>
      </w:r>
      <w:r>
        <w:t>mein aap ko aik do safha parhein ge, tab bhi mil jaye gi.</w:t>
      </w:r>
    </w:p>
    <w:p>
      <w:pPr>
        <w:jc w:val="right"/>
      </w:pPr>
      <w:r>
        <w:t>میں آپ کو ایک دو صفحہ پڑھیں گے، تب بھی مل جائے گی۔</w:t>
      </w:r>
    </w:p>
    <w:p>
      <w:r>
        <w:rPr>
          <w:b/>
        </w:rPr>
        <w:t xml:space="preserve">[42:59] </w:t>
      </w:r>
      <w:r>
        <w:t>to is kitab ko hamein flood karna hai, ek ek insan tak pohncha dena hai, is ko har</w:t>
      </w:r>
    </w:p>
    <w:p>
      <w:pPr>
        <w:jc w:val="right"/>
      </w:pPr>
      <w:r>
        <w:t>تو اس کتاب کو ہمیں فلڈ کرنا ہے، ایک ایک انسان تک پہنچا دینا ہے، اس کو ہر</w:t>
      </w:r>
    </w:p>
    <w:p>
      <w:r>
        <w:rPr>
          <w:b/>
        </w:rPr>
        <w:t xml:space="preserve">[43:07] </w:t>
      </w:r>
      <w:r>
        <w:t>zaban mein is ka translation kar ke taake insan jab dunya mein se nikal kar wahan pohnche to</w:t>
      </w:r>
    </w:p>
    <w:p>
      <w:pPr>
        <w:jc w:val="right"/>
      </w:pPr>
      <w:r>
        <w:t>زبان میں اس کا ٹرانسلیشن کر کے تاکہ انسان جب دنیا میں سے نکل کر وہاں پہنچے تو</w:t>
      </w:r>
    </w:p>
    <w:p>
      <w:r>
        <w:rPr>
          <w:b/>
        </w:rPr>
        <w:t xml:space="preserve">[43:14] </w:t>
      </w:r>
      <w:r>
        <w:t>اس کے پاس یہ کہنے کو نہ ہو کہ ہم کو معلوم نہیں تھا کہ what is the</w:t>
      </w:r>
    </w:p>
    <w:p>
      <w:pPr>
        <w:jc w:val="right"/>
      </w:pPr>
      <w:r>
        <w:t>اس کے پاس یہ کہنے کو نہ ہو کہ ہم کو معلوم نہیں تھا کہ واٹ از دا</w:t>
      </w:r>
    </w:p>
    <w:p>
      <w:r>
        <w:rPr>
          <w:b/>
        </w:rPr>
        <w:t xml:space="preserve">[43:22] </w:t>
      </w:r>
      <w:r>
        <w:t>creation plan of God? What is the scheme of things of God? یہ یہ اس سے یعنی یہ</w:t>
      </w:r>
    </w:p>
    <w:p>
      <w:pPr>
        <w:jc w:val="right"/>
      </w:pPr>
      <w:r>
        <w:t>کرشن پلان آف گاڈ؟ واٹ از دا اسکیم آف تھنگز آف گاڈ؟ یہ یہ اس سے یعنی یہ</w:t>
      </w:r>
    </w:p>
    <w:p>
      <w:r>
        <w:rPr>
          <w:b/>
        </w:rPr>
        <w:t xml:space="preserve">[43:30] </w:t>
      </w:r>
      <w:r>
        <w:t>na keh saken ke hum to is se bekhabar the, hum ko is ka pata nahi tha.</w:t>
      </w:r>
    </w:p>
    <w:p>
      <w:pPr>
        <w:jc w:val="right"/>
      </w:pPr>
      <w:r>
        <w:t>نہ کہہ سکیں کہ ہم تو اس سے بے خبر تھے، ہم کو اس کا پتہ نہیں تھا۔</w:t>
      </w:r>
    </w:p>
    <w:p>
      <w:r>
        <w:rPr>
          <w:b/>
        </w:rPr>
        <w:t xml:space="preserve">[43:38] </w:t>
      </w:r>
      <w:r>
        <w:t>to quran mein koi safha, koi surah, koi is ka paragraph aap parhen to is mein aap ko</w:t>
      </w:r>
    </w:p>
    <w:p>
      <w:pPr>
        <w:jc w:val="right"/>
      </w:pPr>
      <w:r>
        <w:t>تو قرآن میں کوئی صفحہ، کوئی سورہ، کوئی اس کا پیراگراف آپ پڑھیں تو اس میں آپ کو</w:t>
      </w:r>
    </w:p>
    <w:p>
      <w:r>
        <w:rPr>
          <w:b/>
        </w:rPr>
        <w:t xml:space="preserve">[43:45] </w:t>
      </w:r>
      <w:r>
        <w:t>jo jo basic message quran ka hai, woh aap ko mil jata hai.</w:t>
      </w:r>
    </w:p>
    <w:p>
      <w:pPr>
        <w:jc w:val="right"/>
      </w:pPr>
      <w:r>
        <w:t>جو جو بیسک میسج قرآن کا ہے، وہ آپ کو مل جاتا ہے۔</w:t>
      </w:r>
    </w:p>
    <w:p>
      <w:r>
        <w:rPr>
          <w:b/>
        </w:rPr>
        <w:t xml:space="preserve">[43:51] </w:t>
      </w:r>
      <w:r>
        <w:t>jaise ke hamari is surah mein arz kiya ke surah waltin hi ko agar koi samajh kar parh</w:t>
      </w:r>
    </w:p>
    <w:p>
      <w:pPr>
        <w:jc w:val="right"/>
      </w:pPr>
      <w:r>
        <w:t>جیسے کہ ہماری اس سورہ میں عرض کیا کہ سورہ والتین ہی کو اگر کوئی سمجھ کر پڑھ</w:t>
      </w:r>
    </w:p>
    <w:p>
      <w:r>
        <w:rPr>
          <w:b/>
        </w:rPr>
        <w:t xml:space="preserve">[43:59] </w:t>
      </w:r>
      <w:r>
        <w:t>le, samajh kar to isi mein is ko poora poora jawab mil jayega.</w:t>
      </w:r>
    </w:p>
    <w:p>
      <w:pPr>
        <w:jc w:val="right"/>
      </w:pPr>
      <w:r>
        <w:t>لے، سمجھ کر تو اسی میں اس کو پورا پورا جواب مل جائے گا۔</w:t>
      </w:r>
    </w:p>
    <w:p>
      <w:r>
        <w:rPr>
          <w:b/>
        </w:rPr>
        <w:t xml:space="preserve">[44:05] </w:t>
      </w:r>
      <w:r>
        <w:t>poora jawab ab is ke baad is ka apna mamla hai ke woh is ko yani apna apnata</w:t>
      </w:r>
    </w:p>
    <w:p>
      <w:pPr>
        <w:jc w:val="right"/>
      </w:pPr>
      <w:r>
        <w:t>پورا جواب اب اس کے بعد اس کا اپنا معاملہ ہے کہ وہ اس کو یعنی اپنا اپناتا</w:t>
      </w:r>
    </w:p>
    <w:p>
      <w:r>
        <w:rPr>
          <w:b/>
        </w:rPr>
        <w:t xml:space="preserve">[44:12] </w:t>
      </w:r>
      <w:r>
        <w:t>hai ke nahi apnata, is ko follow karta hai ya nahi follow karta, yeh alag masla hai.</w:t>
      </w:r>
    </w:p>
    <w:p>
      <w:pPr>
        <w:jc w:val="right"/>
      </w:pPr>
      <w:r>
        <w:t>ہے کہ نہیں اپناتا، اس کو فالو کرتا ہے یا نہیں فالو کرتا، یہ الگ مسئلہ ہے۔</w:t>
      </w:r>
    </w:p>
    <w:p>
      <w:r>
        <w:rPr>
          <w:b/>
        </w:rPr>
        <w:t xml:space="preserve">[44:20] </w:t>
      </w:r>
      <w:r>
        <w:t>lekin woh yeh nahi keh sakta ke ke mein bekhabar tha qayamat mein.</w:t>
      </w:r>
    </w:p>
    <w:p>
      <w:pPr>
        <w:jc w:val="right"/>
      </w:pPr>
      <w:r>
        <w:t>لیکن وہ یہ نہیں کہہ سکتا کہ کہ میں بے خبر تھا قیامت میں۔</w:t>
      </w:r>
    </w:p>
    <w:p>
      <w:r>
        <w:rPr>
          <w:b/>
        </w:rPr>
        <w:t xml:space="preserve">[44:26] </w:t>
      </w:r>
      <w:r>
        <w:t>to hamara jo mission hai, woh insan ki bekhabari ko todna hai.</w:t>
      </w:r>
    </w:p>
    <w:p>
      <w:pPr>
        <w:jc w:val="right"/>
      </w:pPr>
      <w:r>
        <w:t>تو ہمارا جو مشن ہے، وہ انسان کی بے خبری کو توڑنا ہے۔</w:t>
      </w:r>
    </w:p>
    <w:p>
      <w:r>
        <w:rPr>
          <w:b/>
        </w:rPr>
        <w:t xml:space="preserve">[44:31] </w:t>
      </w:r>
      <w:r>
        <w:t>yaad rakhiye, insan ko badalna nahi hai.</w:t>
      </w:r>
    </w:p>
    <w:p>
      <w:pPr>
        <w:jc w:val="right"/>
      </w:pPr>
      <w:r>
        <w:t>یاد رکھیے، انسان کو بدلنا نہیں ہے۔</w:t>
      </w:r>
    </w:p>
    <w:p>
      <w:r>
        <w:rPr>
          <w:b/>
        </w:rPr>
        <w:t xml:space="preserve">[44:34] </w:t>
      </w:r>
      <w:r>
        <w:t>kal mein kisi se keh raha tha ke ek hi mission hai jis mein aap ke liye kahin</w:t>
      </w:r>
    </w:p>
    <w:p>
      <w:pPr>
        <w:jc w:val="right"/>
      </w:pPr>
      <w:r>
        <w:t>کل میں کسی سے کہہ رہا تھا کہ ایک ہی مشن ہے جس میں آپ کے لیے کہیں</w:t>
      </w:r>
    </w:p>
    <w:p>
      <w:r>
        <w:rPr>
          <w:b/>
        </w:rPr>
        <w:t xml:space="preserve">[44:42] </w:t>
      </w:r>
      <w:r>
        <w:t>frustration nahi aata, kahin tension nahi aata.</w:t>
      </w:r>
    </w:p>
    <w:p>
      <w:pPr>
        <w:jc w:val="right"/>
      </w:pPr>
      <w:r>
        <w:t>فرسٹریشن نہیں آتا، کہیں ٹینشن نہیں آتا۔</w:t>
      </w:r>
    </w:p>
    <w:p>
      <w:r>
        <w:rPr>
          <w:b/>
        </w:rPr>
        <w:t xml:space="preserve">[44:45] </w:t>
      </w:r>
      <w:r>
        <w:t>dusre jitne hain, mission sab mein tension aata hai, kahin kahin jaise mere pas ek calpur aaye, london</w:t>
      </w:r>
    </w:p>
    <w:p>
      <w:pPr>
        <w:jc w:val="right"/>
      </w:pPr>
      <w:r>
        <w:t>دوسرے جتنے ہیں، مشن سب میں ٹینشن آتا ہے، کہیں کہیں جیسے میرے پاس ایک کیلپور آئے، لندن</w:t>
      </w:r>
    </w:p>
    <w:p>
      <w:r>
        <w:rPr>
          <w:b/>
        </w:rPr>
        <w:t xml:space="preserve">[44:53] </w:t>
      </w:r>
      <w:r>
        <w:t>se ek sahab ka, unhone bataya ke mein social work karta hoon aur community work karta hoon,</w:t>
      </w:r>
    </w:p>
    <w:p>
      <w:pPr>
        <w:jc w:val="right"/>
      </w:pPr>
      <w:r>
        <w:t>سے ایک صاحب کا، انہوں نے بتایا کہ میں سوشل ورک کرتا ہوں اور کمیونٹی ورک کرتا ہوں،</w:t>
      </w:r>
    </w:p>
    <w:p>
      <w:r>
        <w:rPr>
          <w:b/>
        </w:rPr>
        <w:t xml:space="preserve">[45:00] </w:t>
      </w:r>
      <w:r>
        <w:t>yani musalmanon mein mili work.</w:t>
      </w:r>
    </w:p>
    <w:p>
      <w:pPr>
        <w:jc w:val="right"/>
      </w:pPr>
      <w:r>
        <w:t>یعنی مسلمانوں میں ملی ورک۔</w:t>
      </w:r>
    </w:p>
    <w:p>
      <w:r>
        <w:rPr>
          <w:b/>
        </w:rPr>
        <w:t xml:space="preserve">[45:02] </w:t>
      </w:r>
      <w:r>
        <w:t>lekin unko bari shikayaten theen, bohat tension mein the woh ke social work karen, tab bhi aap</w:t>
      </w:r>
    </w:p>
    <w:p>
      <w:pPr>
        <w:jc w:val="right"/>
      </w:pPr>
      <w:r>
        <w:t>لیکن ان کو بڑی شکایتیں تھیں، بہت ٹینشن میں تھے وہ کہ سوشل ورک کریں، تب بھی آپ</w:t>
      </w:r>
    </w:p>
    <w:p>
      <w:r>
        <w:rPr>
          <w:b/>
        </w:rPr>
        <w:t xml:space="preserve">[45:10] </w:t>
      </w:r>
      <w:r>
        <w:t>ko kuch na kuch problem dusre ki taraf se pesh aate hain.</w:t>
      </w:r>
    </w:p>
    <w:p>
      <w:pPr>
        <w:jc w:val="right"/>
      </w:pPr>
      <w:r>
        <w:t>کو کچھ نہ کچھ پرابلم دوسرے کی طرف سے پیش آتے ہیں۔</w:t>
      </w:r>
    </w:p>
    <w:p>
      <w:r>
        <w:rPr>
          <w:b/>
        </w:rPr>
        <w:t xml:space="preserve">[45:15] </w:t>
      </w:r>
      <w:r>
        <w:t>mili work karen, tab bhi kuch na kuch pesh aate hain kyunke dusre se aap kuch expect karte</w:t>
      </w:r>
    </w:p>
    <w:p>
      <w:pPr>
        <w:jc w:val="right"/>
      </w:pPr>
      <w:r>
        <w:t>ملی ورک کریں، تب بھی کچھ نہ کچھ پیش آتے ہیں کیونکہ دوسرے سے آپ کچھ ایکسپیکٹ کرتے</w:t>
      </w:r>
    </w:p>
    <w:p>
      <w:r>
        <w:rPr>
          <w:b/>
        </w:rPr>
        <w:t xml:space="preserve">[45:23] </w:t>
      </w:r>
      <w:r>
        <w:t>hain aur woh aap se kuch expect karta hai.</w:t>
      </w:r>
    </w:p>
    <w:p>
      <w:pPr>
        <w:jc w:val="right"/>
      </w:pPr>
      <w:r>
        <w:t>ہیں اور وہ آپ سے کچھ ایکسپیکٹ کرتا ہے۔</w:t>
      </w:r>
    </w:p>
    <w:p>
      <w:r>
        <w:rPr>
          <w:b/>
        </w:rPr>
        <w:t xml:space="preserve">[45:27] </w:t>
      </w:r>
      <w:r>
        <w:t>to kahin na kahin dono mein takrao ho jata hai.</w:t>
      </w:r>
    </w:p>
    <w:p>
      <w:pPr>
        <w:jc w:val="right"/>
      </w:pPr>
      <w:r>
        <w:t>تو کہیں نہ کہیں دونوں میں ٹکراؤ ہو جاتا ہے۔</w:t>
      </w:r>
    </w:p>
    <w:p>
      <w:r>
        <w:rPr>
          <w:b/>
        </w:rPr>
        <w:t xml:space="preserve">[45:31] </w:t>
      </w:r>
      <w:r>
        <w:t>lekin jo dawah work hai, dawah work to bilkul alag dhang ka kaam hai, yani Allah ki ek</w:t>
      </w:r>
    </w:p>
    <w:p>
      <w:pPr>
        <w:jc w:val="right"/>
      </w:pPr>
      <w:r>
        <w:t>لیکن جو دعویٰ ورک ہے، دعویٰ ورک تو بالکل الگ ڈھنگ کا کام ہے، یعنی اللہ کی ایک</w:t>
      </w:r>
    </w:p>
    <w:p>
      <w:r>
        <w:rPr>
          <w:b/>
        </w:rPr>
        <w:t xml:space="preserve">[45:39] </w:t>
      </w:r>
      <w:r>
        <w:t>duty hai jo aap anjam de rahe hain.</w:t>
      </w:r>
    </w:p>
    <w:p>
      <w:pPr>
        <w:jc w:val="right"/>
      </w:pPr>
      <w:r>
        <w:t>ڈیوٹی ہے جو آپ انجام دے رہے ہیں۔</w:t>
      </w:r>
    </w:p>
    <w:p>
      <w:r>
        <w:rPr>
          <w:b/>
        </w:rPr>
        <w:t xml:space="preserve">[45:42] </w:t>
      </w:r>
      <w:r>
        <w:t>is umeed mein ke Allah is ka hum ko reward dega, insan se koi lena dena nahi.</w:t>
      </w:r>
    </w:p>
    <w:p>
      <w:pPr>
        <w:jc w:val="right"/>
      </w:pPr>
      <w:r>
        <w:t>اس امید میں کہ اللہ اس کا ہم کو ریوارڈ دے گا، انسان سے کوئی لینا دینا نہیں۔</w:t>
      </w:r>
    </w:p>
    <w:p>
      <w:r>
        <w:rPr>
          <w:b/>
        </w:rPr>
        <w:t xml:space="preserve">[45:50] </w:t>
      </w:r>
      <w:r>
        <w:t>social work mein aur milli work mein, political work mein, har ek mein aap insaan se kuch expectations</w:t>
      </w:r>
    </w:p>
    <w:p>
      <w:pPr>
        <w:jc w:val="right"/>
      </w:pPr>
      <w:r>
        <w:t>سوشل ورک میں اور ملی ورک میں، پولیٹیکل ورک میں، ہر ایک میں آپ انسان سے کچھ ایکسپیکٹیشنز</w:t>
      </w:r>
    </w:p>
    <w:p>
      <w:r>
        <w:rPr>
          <w:b/>
        </w:rPr>
        <w:t xml:space="preserve">[45:58] </w:t>
      </w:r>
      <w:r>
        <w:t>hoti hain, aap ki woh na poori hon to aap tension par jatay hain.</w:t>
      </w:r>
    </w:p>
    <w:p>
      <w:pPr>
        <w:jc w:val="right"/>
      </w:pPr>
      <w:r>
        <w:t>ہوتی ہیں، آپ کی وہ نہ پوری ہوں تو آپ ٹینشن پڑ جاتے ہیں۔</w:t>
      </w:r>
    </w:p>
    <w:p>
      <w:r>
        <w:rPr>
          <w:b/>
        </w:rPr>
        <w:t xml:space="preserve">[46:04] </w:t>
      </w:r>
      <w:r>
        <w:t>lekin daawa work mein aisa nahin.</w:t>
      </w:r>
    </w:p>
    <w:p>
      <w:pPr>
        <w:jc w:val="right"/>
      </w:pPr>
      <w:r>
        <w:t>لیکن دعویٰ ورک میں ایسا نہیں۔</w:t>
      </w:r>
    </w:p>
    <w:p>
      <w:r>
        <w:rPr>
          <w:b/>
        </w:rPr>
        <w:t xml:space="preserve">[46:06] </w:t>
      </w:r>
      <w:r>
        <w:t>daawa work mein aap ki sari umeedain juri hui hain Allah taala se.</w:t>
      </w:r>
    </w:p>
    <w:p>
      <w:pPr>
        <w:jc w:val="right"/>
      </w:pPr>
      <w:r>
        <w:t>دعویٰ ورک میں آپ کی ساری امیدیں جڑی ہوئی ہیں اللہ تعالیٰ سے۔</w:t>
      </w:r>
    </w:p>
    <w:p>
      <w:r>
        <w:rPr>
          <w:b/>
        </w:rPr>
        <w:t xml:space="preserve">[46:12] </w:t>
      </w:r>
      <w:r>
        <w:t>to dunya mein aap Allah ki duty poori kar rahay hain aur umeed yeh rakhtay hain ke akhirat</w:t>
      </w:r>
    </w:p>
    <w:p>
      <w:pPr>
        <w:jc w:val="right"/>
      </w:pPr>
      <w:r>
        <w:t>تو دنیا میں آپ اللہ کی ڈیوٹی پوری کر رہے ہیں اور امید یہ رکھتے ہیں کہ آخرت</w:t>
      </w:r>
    </w:p>
    <w:p>
      <w:r>
        <w:rPr>
          <w:b/>
        </w:rPr>
        <w:t xml:space="preserve">[46:20] </w:t>
      </w:r>
      <w:r>
        <w:t>mein Allah taala hamein is ka ajar de ga.</w:t>
      </w:r>
    </w:p>
    <w:p>
      <w:pPr>
        <w:jc w:val="right"/>
      </w:pPr>
      <w:r>
        <w:t>میں اللہ تعالیٰ ہمیں اس کا اجر دے گا۔</w:t>
      </w:r>
    </w:p>
    <w:p>
      <w:r>
        <w:rPr>
          <w:b/>
        </w:rPr>
        <w:t xml:space="preserve">[46:23] </w:t>
      </w:r>
      <w:r>
        <w:t>to daawa work wahid ek aisa kaam hai jis mein tension nahin, jis mein koi complaint nahin, koi</w:t>
      </w:r>
    </w:p>
    <w:p>
      <w:pPr>
        <w:jc w:val="right"/>
      </w:pPr>
      <w:r>
        <w:t>تو دعویٰ ورک واحد ایک ایسا کام ہے جس میں ٹینشن نہیں، جس میں کوئی کمپلینٹ نہیں، کوئی</w:t>
      </w:r>
    </w:p>
    <w:p>
      <w:r>
        <w:rPr>
          <w:b/>
        </w:rPr>
        <w:t xml:space="preserve">[46:31] </w:t>
      </w:r>
      <w:r>
        <w:t>negativity nahin.</w:t>
      </w:r>
    </w:p>
    <w:p>
      <w:pPr>
        <w:jc w:val="right"/>
      </w:pPr>
      <w:r>
        <w:t>نیگیٹیوٹی نہیں۔</w:t>
      </w:r>
    </w:p>
    <w:p>
      <w:r>
        <w:rPr>
          <w:b/>
        </w:rPr>
        <w:t xml:space="preserve">[46:33] </w:t>
      </w:r>
      <w:r>
        <w:t>aap tajurba kar lijiye, jo log bhi social work karte hain ya community work karte hain, sab tension</w:t>
      </w:r>
    </w:p>
    <w:p>
      <w:pPr>
        <w:jc w:val="right"/>
      </w:pPr>
      <w:r>
        <w:t>آپ تجربہ کر لیجئے، جو لوگ بھی سوشل ورک کرتے ہیں یا کمیونٹی ورک کرتے ہیں، سب ٹینشن</w:t>
      </w:r>
    </w:p>
    <w:p>
      <w:r>
        <w:rPr>
          <w:b/>
        </w:rPr>
        <w:t xml:space="preserve">[46:40] </w:t>
      </w:r>
      <w:r>
        <w:t>mein rehtay hain, sab tension mein rehtay hain.</w:t>
      </w:r>
    </w:p>
    <w:p>
      <w:pPr>
        <w:jc w:val="right"/>
      </w:pPr>
      <w:r>
        <w:t>میں رہتے ہیں، سب ٹینشن میں رہتے ہیں۔</w:t>
      </w:r>
    </w:p>
    <w:p>
      <w:r>
        <w:rPr>
          <w:b/>
        </w:rPr>
        <w:t xml:space="preserve">[46:44] </w:t>
      </w:r>
      <w:r>
        <w:t>abhi mere paas wahan, wahan woh ke Maharashtra ke ek sahib aaye, woh musalmanon ke talib-e-ilm kaam karte</w:t>
      </w:r>
    </w:p>
    <w:p>
      <w:pPr>
        <w:jc w:val="right"/>
      </w:pPr>
      <w:r>
        <w:t>ابھی میرے پاس وہاں، وہاں وہ کہ مہاراشٹر کے ایک صاحب آئے، وہ مسلمانوں کے طالبان کام کرتے</w:t>
      </w:r>
    </w:p>
    <w:p>
      <w:r>
        <w:rPr>
          <w:b/>
        </w:rPr>
        <w:t xml:space="preserve">[46:51]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[46:53] </w:t>
      </w:r>
      <w:r>
        <w:t>unhon ne kaha ke main ne musalmanon ke liye kai college banaye hain, kai college, woh musalmanon ko</w:t>
      </w:r>
    </w:p>
    <w:p>
      <w:pPr>
        <w:jc w:val="right"/>
      </w:pPr>
      <w:r>
        <w:t>انہوں نے کہا کہ میں نے مسلمانوں کے لیے کئی کالج بنائے ہیں، کئی کالج، وہ مسلمانوں کو</w:t>
      </w:r>
    </w:p>
    <w:p>
      <w:r>
        <w:rPr>
          <w:b/>
        </w:rPr>
        <w:t xml:space="preserve">[47:01] </w:t>
      </w:r>
      <w:r>
        <w:t>is mein taleem dilanay ke liye.</w:t>
      </w:r>
    </w:p>
    <w:p>
      <w:pPr>
        <w:jc w:val="right"/>
      </w:pPr>
      <w:r>
        <w:t>اس میں تعلیم دلانے کے لیے۔</w:t>
      </w:r>
    </w:p>
    <w:p>
      <w:r>
        <w:rPr>
          <w:b/>
        </w:rPr>
        <w:t xml:space="preserve">[47:03] </w:t>
      </w:r>
      <w:r>
        <w:t>lekin un ko unhon ne kaha ke ke bohat si shikayatein theen un ko, aur is shikayaton ko</w:t>
      </w:r>
    </w:p>
    <w:p>
      <w:pPr>
        <w:jc w:val="right"/>
      </w:pPr>
      <w:r>
        <w:t>لیکن ان کو انہوں نے کہا کہ کہ بہت سی شکایتیں تھیں ان کو، اور اس شکایتوں کو</w:t>
      </w:r>
    </w:p>
    <w:p>
      <w:r>
        <w:rPr>
          <w:b/>
        </w:rPr>
        <w:t xml:space="preserve">[47:11] </w:t>
      </w:r>
      <w:r>
        <w:t>le ke woh tension mein jee rahay thay.</w:t>
      </w:r>
    </w:p>
    <w:p>
      <w:pPr>
        <w:jc w:val="right"/>
      </w:pPr>
      <w:r>
        <w:t>لے کے وہ ٹینشن میں جی رہے تھے۔</w:t>
      </w:r>
    </w:p>
    <w:p>
      <w:r>
        <w:rPr>
          <w:b/>
        </w:rPr>
        <w:t xml:space="preserve">[47:14] </w:t>
      </w:r>
      <w:r>
        <w:t>to aap tajurba kijiye, sab ka yahi haal hai, jo bhi social work karte hain, jo bhi political</w:t>
      </w:r>
    </w:p>
    <w:p>
      <w:pPr>
        <w:jc w:val="right"/>
      </w:pPr>
      <w:r>
        <w:t>تو آپ تجربہ کیجئے، سب کا یہی حال ہے، جو بھی سوشل ورک کرتے ہیں، جو بھی پولیٹیکل</w:t>
      </w:r>
    </w:p>
    <w:p>
      <w:r>
        <w:rPr>
          <w:b/>
        </w:rPr>
        <w:t xml:space="preserve">[47:22] </w:t>
      </w:r>
      <w:r>
        <w:t>work karte hain, jo bhi dawah work karte hain, sab complaint bhi jeetay hain, tension bhi jeetay hain,</w:t>
      </w:r>
    </w:p>
    <w:p>
      <w:pPr>
        <w:jc w:val="right"/>
      </w:pPr>
      <w:r>
        <w:t>ورک کرتے ہیں، جو بھی بلی ورک کرتے ہیں، سب کمپلینٹ بھی جیتے ہیں، ٹینشن بھی جیتے ہیں،</w:t>
      </w:r>
    </w:p>
    <w:p>
      <w:r>
        <w:rPr>
          <w:b/>
        </w:rPr>
        <w:t xml:space="preserve">[47:30] </w:t>
      </w:r>
      <w:r>
        <w:t>negativity bhi jeetay hain, kyunke un ka kaam insanon ke liye hota hai, insanon ke darmiyan hota hai.</w:t>
      </w:r>
    </w:p>
    <w:p>
      <w:pPr>
        <w:jc w:val="right"/>
      </w:pPr>
      <w:r>
        <w:t>نیگیٹیوٹی بھی جیتے ہیں، کیونکہ ان کا کام انسانوں کے لیے ہوتا ہے، انسانوں کے درمیان ہوتا ہے۔</w:t>
      </w:r>
    </w:p>
    <w:p>
      <w:r>
        <w:rPr>
          <w:b/>
        </w:rPr>
        <w:t xml:space="preserve">[47:38] </w:t>
      </w:r>
      <w:r>
        <w:t>insanon se kuch un ko umeed hoti hai ke hum insaan ki taraf hamein yeh response mile ga.</w:t>
      </w:r>
    </w:p>
    <w:p>
      <w:pPr>
        <w:jc w:val="right"/>
      </w:pPr>
      <w:r>
        <w:t>انسانوں سے کچھ ان کو امید ہوتی ہے کہ ہم انسان کی طرف ہمیں یہ رسپانس ملے گا۔</w:t>
      </w:r>
    </w:p>
    <w:p>
      <w:r>
        <w:rPr>
          <w:b/>
        </w:rPr>
        <w:t xml:space="preserve">[47:45] </w:t>
      </w:r>
      <w:r>
        <w:t>daawa work mein aap ko insaan se koi lena dena nahin hai, insaan ko to aap ko pohanchana</w:t>
      </w:r>
    </w:p>
    <w:p>
      <w:pPr>
        <w:jc w:val="right"/>
      </w:pPr>
      <w:r>
        <w:t>دعویٰ ورک میں آپ کو انسان سے کوئی لینا دینا نہیں ہے، انسان کو تو آپ کو پہنچانا</w:t>
      </w:r>
    </w:p>
    <w:p>
      <w:r>
        <w:rPr>
          <w:b/>
        </w:rPr>
        <w:t xml:space="preserve">[47:53] </w:t>
      </w:r>
      <w:r>
        <w:t>hai, bas sirf pohanchana hai, lena to Allah taala se hai aap ko.</w:t>
      </w:r>
    </w:p>
    <w:p>
      <w:pPr>
        <w:jc w:val="right"/>
      </w:pPr>
      <w:r>
        <w:t>ہے، بس صرف پہنچانا ہے، لینا تو اللہ تعالیٰ سے ہے آپ کو۔</w:t>
      </w:r>
    </w:p>
    <w:p>
      <w:r>
        <w:rPr>
          <w:b/>
        </w:rPr>
        <w:t xml:space="preserve">[47:59] </w:t>
      </w:r>
      <w:r>
        <w:t>to daawa work ek aisa work hai jo poore maanon mein tension free banata hai aap ko, negativity</w:t>
      </w:r>
    </w:p>
    <w:p>
      <w:pPr>
        <w:jc w:val="right"/>
      </w:pPr>
      <w:r>
        <w:t>تو دعویٰ ورک ایک ایسا ورک ہے جو پورے معنوں میں ٹینشن فری بناتا ہے آپ کو، نیگیٹیوٹی</w:t>
      </w:r>
    </w:p>
    <w:p>
      <w:r>
        <w:rPr>
          <w:b/>
        </w:rPr>
        <w:t xml:space="preserve">[48:06] </w:t>
      </w:r>
      <w:r>
        <w:t>se pak karta hai aap ko, aap ko complaint free banata hai.</w:t>
      </w:r>
    </w:p>
    <w:p>
      <w:pPr>
        <w:jc w:val="right"/>
      </w:pPr>
      <w:r>
        <w:t>سے پاک کرتا ہے آپ کو، آپ کو کمپلینٹ فری بناتا ہے۔</w:t>
      </w:r>
    </w:p>
    <w:p>
      <w:r>
        <w:rPr>
          <w:b/>
        </w:rPr>
        <w:t xml:space="preserve">[48:11] </w:t>
      </w:r>
      <w:r>
        <w:t>aur doosri baat yeh hai ke Quran hi ek aisi kitab hai jo poore maanon mein jis ke</w:t>
      </w:r>
    </w:p>
    <w:p>
      <w:pPr>
        <w:jc w:val="right"/>
      </w:pPr>
      <w:r>
        <w:t>اور دوسری بات یہ ہے کہ قرآن ہی ایک ایسی کتاب ہے جو پورے معنوں میں جس کے</w:t>
      </w:r>
    </w:p>
    <w:p>
      <w:r>
        <w:rPr>
          <w:b/>
        </w:rPr>
        <w:t xml:space="preserve">[48:19] </w:t>
      </w:r>
      <w:r>
        <w:t>andar sachai hai, jis ke andar total truth hai, jo is mein poore maanon mein Allah ka jo</w:t>
      </w:r>
    </w:p>
    <w:p>
      <w:pPr>
        <w:jc w:val="right"/>
      </w:pPr>
      <w:r>
        <w:t>اندر سچائی ہے، جس کے اندر ٹوٹل ٹروتھ ہے، جو اس میں پورے معنوں میں اللہ کا جو</w:t>
      </w:r>
    </w:p>
    <w:p>
      <w:r>
        <w:rPr>
          <w:b/>
        </w:rPr>
        <w:t xml:space="preserve">[48:27] </w:t>
      </w:r>
      <w:r>
        <w:t>plan hai, Allah ka jo jo scheme of things hai Allah ki, woh is mein bayan hui hai.</w:t>
      </w:r>
    </w:p>
    <w:p>
      <w:pPr>
        <w:jc w:val="right"/>
      </w:pPr>
      <w:r>
        <w:t>پلان ہے، اللہ کا جو جو اسکیم آف تھنگز ہے اللہ کی، وہ اس میں بیان ہوئی ہے۔</w:t>
      </w:r>
    </w:p>
    <w:p>
      <w:r>
        <w:rPr>
          <w:b/>
        </w:rPr>
        <w:t xml:space="preserve">[48:35] </w:t>
      </w:r>
      <w:r>
        <w:t>ek kitaab agar pahuncha do logon ko aap to aap ka dil mutmaen ho jata hai ke mein</w:t>
      </w:r>
    </w:p>
    <w:p>
      <w:pPr>
        <w:jc w:val="right"/>
      </w:pPr>
      <w:r>
        <w:t>ایک کتاب اگر پہنچا دو لوگوں کو آپ تو آپ کا دل مطمئن ہو جاتا ہے کہ میں</w:t>
      </w:r>
    </w:p>
    <w:p>
      <w:r>
        <w:rPr>
          <w:b/>
        </w:rPr>
        <w:t xml:space="preserve">[48:42] </w:t>
      </w:r>
      <w:r>
        <w:t>ne jo kaam tha, mujhe jo meri duty thi, woh mein ne poora kar diya, woh mein ne</w:t>
      </w:r>
    </w:p>
    <w:p>
      <w:pPr>
        <w:jc w:val="right"/>
      </w:pPr>
      <w:r>
        <w:t>نے جو کام تھا، مجھے جو میری ڈیوٹی تھی، وہ میں نے پورا کر دیا، وہ میں نے</w:t>
      </w:r>
    </w:p>
    <w:p>
      <w:r>
        <w:rPr>
          <w:b/>
        </w:rPr>
        <w:t xml:space="preserve">[48:50] </w:t>
      </w:r>
      <w:r>
        <w:t>pahuncha diya.</w:t>
      </w:r>
    </w:p>
    <w:p>
      <w:pPr>
        <w:jc w:val="right"/>
      </w:pPr>
      <w:r>
        <w:t>پہنچا دیا۔</w:t>
      </w:r>
    </w:p>
    <w:p>
      <w:r>
        <w:rPr>
          <w:b/>
        </w:rPr>
        <w:t xml:space="preserve">[48:51] </w:t>
      </w:r>
      <w:r>
        <w:t>to yeh kitni bari nemat hai, yaani ek Quran jo hai hamare liye kitni bari nemat hai.</w:t>
      </w:r>
    </w:p>
    <w:p>
      <w:pPr>
        <w:jc w:val="right"/>
      </w:pPr>
      <w:r>
        <w:t>تو یہ کتنی بڑی نعمت ہے، یعنی ایک قرآن جو ہے ہمارے لیے کتنی بڑی نعمت ہے۔</w:t>
      </w:r>
    </w:p>
    <w:p>
      <w:r>
        <w:rPr>
          <w:b/>
        </w:rPr>
        <w:t xml:space="preserve">[48:59] </w:t>
      </w:r>
      <w:r>
        <w:t>mein bas kahoon ke koi bhi doosra kaam, koi bhi doosri kitaab aisi nahi hai jis mein aap</w:t>
      </w:r>
    </w:p>
    <w:p>
      <w:pPr>
        <w:jc w:val="right"/>
      </w:pPr>
      <w:r>
        <w:t>میں بس کہوں کہ کوئی بھی دوسرا کام، کوئی بھی دوسری کتاب ایسی نہیں ہے جس میں آپ</w:t>
      </w:r>
    </w:p>
    <w:p>
      <w:r>
        <w:rPr>
          <w:b/>
        </w:rPr>
        <w:t xml:space="preserve">[49:06] </w:t>
      </w:r>
      <w:r>
        <w:t>ko is tarah ka, yaani is tarah ka rizq milta ho, jo rizq aap ko Quran ki shakal</w:t>
      </w:r>
    </w:p>
    <w:p>
      <w:pPr>
        <w:jc w:val="right"/>
      </w:pPr>
      <w:r>
        <w:t>کو اس طرح کا، یعنی اس طرح کا رزق ملتا ہو، جو رزق آپ کو قرآن کی شکل</w:t>
      </w:r>
    </w:p>
    <w:p>
      <w:r>
        <w:rPr>
          <w:b/>
        </w:rPr>
        <w:t xml:space="preserve">[49:14] </w:t>
      </w:r>
      <w:r>
        <w:t>mein milta hai.</w:t>
      </w:r>
    </w:p>
    <w:p>
      <w:pPr>
        <w:jc w:val="right"/>
      </w:pPr>
      <w:r>
        <w:t>میں ملتا ہے۔</w:t>
      </w:r>
    </w:p>
    <w:p>
      <w:r>
        <w:rPr>
          <w:b/>
        </w:rPr>
        <w:t xml:space="preserve">[49:16] </w:t>
      </w:r>
      <w:r>
        <w:t>to yeh sab baaten jo hain, mein chahta hoon ke hamare saathi jo ke hamare mission mein jure</w:t>
      </w:r>
    </w:p>
    <w:p>
      <w:pPr>
        <w:jc w:val="right"/>
      </w:pPr>
      <w:r>
        <w:t>تو یہ سب باتیں جو ہیں، میں چاہتا ہوں کہ ہمارے ساتھی جو کہ ہمارے مشن میں جڑے</w:t>
      </w:r>
    </w:p>
    <w:p>
      <w:r>
        <w:rPr>
          <w:b/>
        </w:rPr>
        <w:t xml:space="preserve">[49:23] </w:t>
      </w:r>
      <w:r>
        <w:t>hue hain, is baat ko samjhein aur doosron ko bataen.</w:t>
      </w:r>
    </w:p>
    <w:p>
      <w:pPr>
        <w:jc w:val="right"/>
      </w:pPr>
      <w:r>
        <w:t>ہوئے ہیں، اس بات کو سمجھیں اور دوسروں کو بتائیں۔</w:t>
      </w:r>
    </w:p>
    <w:p>
      <w:r>
        <w:rPr>
          <w:b/>
        </w:rPr>
        <w:t xml:space="preserve">[49:28] </w:t>
      </w:r>
      <w:r>
        <w:t>bohat zaroori hai ke aap khud apne aap ko prepare karen, apne aap ko poori tarah se.</w:t>
      </w:r>
    </w:p>
    <w:p>
      <w:pPr>
        <w:jc w:val="right"/>
      </w:pPr>
      <w:r>
        <w:t>بہت ضروری ہے کہ آپ خود اپنے آپ کو پریپیئر کریں، اپنے آپ کو پوری طریقے سے۔</w:t>
      </w:r>
    </w:p>
    <w:p>
      <w:r>
        <w:rPr>
          <w:b/>
        </w:rPr>
        <w:t xml:space="preserve">[49:35] </w:t>
      </w:r>
      <w:r>
        <w:t>jaise kal mere paas ek sahab ka telepor aaya, unhon ne kaha ke mein aap ka risala</w:t>
      </w:r>
    </w:p>
    <w:p>
      <w:pPr>
        <w:jc w:val="right"/>
      </w:pPr>
      <w:r>
        <w:t>جیسے کل میرے پاس ایک صاحب کا ٹیل پور آیا، انہوں نے کہا کہ میں آپ کا رسالہ</w:t>
      </w:r>
    </w:p>
    <w:p>
      <w:r>
        <w:rPr>
          <w:b/>
        </w:rPr>
        <w:t xml:space="preserve">[49:43] </w:t>
      </w:r>
      <w:r>
        <w:t>parhta hoon aur kitaaben padhi hain waghera, aur mein aap ke mission mein aap ke saath hoon.</w:t>
      </w:r>
    </w:p>
    <w:p>
      <w:pPr>
        <w:jc w:val="right"/>
      </w:pPr>
      <w:r>
        <w:t>پڑھتا ہوں اور کتابیں پڑھی ہیں وغیرہ، اور میں آپ کے مشن میں آپ کے ساتھ ہوں۔</w:t>
      </w:r>
    </w:p>
    <w:p>
      <w:r>
        <w:rPr>
          <w:b/>
        </w:rPr>
        <w:t xml:space="preserve">[49:50] </w:t>
      </w:r>
      <w:r>
        <w:t>lekin woh bhi, yaani mukhtalif qism ki shikayat wali baaten bolne lage.</w:t>
      </w:r>
    </w:p>
    <w:p>
      <w:pPr>
        <w:jc w:val="right"/>
      </w:pPr>
      <w:r>
        <w:t>لیکن وہ بھی، یعنی مختلف قسم کے شکایت والی باتیں بولنے لگے۔</w:t>
      </w:r>
    </w:p>
    <w:p>
      <w:r>
        <w:rPr>
          <w:b/>
        </w:rPr>
        <w:t xml:space="preserve">[49:55] </w:t>
      </w:r>
      <w:r>
        <w:t>to mein ne kaha ke aap ne hamari kitaaben ghaur se nahi padhi hain, aap bar bar padhiye,</w:t>
      </w:r>
    </w:p>
    <w:p>
      <w:pPr>
        <w:jc w:val="right"/>
      </w:pPr>
      <w:r>
        <w:t>تو میں نے کہا کہ آپ نے ہماری کتابیں غور سے نہیں پڑھی ہیں، آپ بار بار پڑھیے،</w:t>
      </w:r>
    </w:p>
    <w:p>
      <w:r>
        <w:rPr>
          <w:b/>
        </w:rPr>
        <w:t xml:space="preserve">[50:03] </w:t>
      </w:r>
      <w:r>
        <w:t>bar bar padhiye, aur lecture jo hamara hota hai, us ko suniye, apne ko prepare kijiye.</w:t>
      </w:r>
    </w:p>
    <w:p>
      <w:pPr>
        <w:jc w:val="right"/>
      </w:pPr>
      <w:r>
        <w:t>بار بار پڑھیے، اور لیکچر جو ہمارا ہوتا ہے، اس کو سنیے، اپنے کو پریپیئر کیجئے۔</w:t>
      </w:r>
    </w:p>
    <w:p>
      <w:r>
        <w:rPr>
          <w:b/>
        </w:rPr>
        <w:t xml:space="preserve">[50:10] </w:t>
      </w:r>
      <w:r>
        <w:t>jab aap apne ko prepare kar ke daawa field mein aayenge to aap ko koi complaint nahi</w:t>
      </w:r>
    </w:p>
    <w:p>
      <w:pPr>
        <w:jc w:val="right"/>
      </w:pPr>
      <w:r>
        <w:t>جب آپ اپنے کو پریپیئر کر کے دعویٰ فیلڈ میں آئیں گے تو آپ کو کوئی کمپلینٹ نہیں</w:t>
      </w:r>
    </w:p>
    <w:p>
      <w:r>
        <w:rPr>
          <w:b/>
        </w:rPr>
        <w:t xml:space="preserve">[50:17] </w:t>
      </w:r>
      <w:r>
        <w:t>hogi, koi shikayat nahi hogi.</w:t>
      </w:r>
    </w:p>
    <w:p>
      <w:pPr>
        <w:jc w:val="right"/>
      </w:pPr>
      <w:r>
        <w:t>ہوگی، کوئی شکایت نہیں ہوگی۔</w:t>
      </w:r>
    </w:p>
    <w:p>
      <w:r>
        <w:rPr>
          <w:b/>
        </w:rPr>
        <w:t xml:space="preserve">[50:20] </w:t>
      </w:r>
      <w:r>
        <w:t>an unprepared mind لے کر کا اگر دعویٰ work شروع کر دیں گے، کر دیں گے</w:t>
      </w:r>
    </w:p>
    <w:p>
      <w:pPr>
        <w:jc w:val="right"/>
      </w:pPr>
      <w:r>
        <w:t>ان پریپیئرڈ مائنڈ لے کر کا اگر دعویٰ ورک شروع کر دیں گے، کر دیں گے آپ تو</w:t>
      </w:r>
    </w:p>
    <w:p>
      <w:r>
        <w:rPr>
          <w:b/>
        </w:rPr>
        <w:t xml:space="preserve">[50:27] </w:t>
      </w:r>
      <w:r>
        <w:t>yahi sab hoga aap ke saath.</w:t>
      </w:r>
    </w:p>
    <w:p>
      <w:pPr>
        <w:jc w:val="right"/>
      </w:pPr>
      <w:r>
        <w:t>یہی سب ہوگا آپ کے ساتھ۔</w:t>
      </w:r>
    </w:p>
    <w:p>
      <w:r>
        <w:rPr>
          <w:b/>
        </w:rPr>
        <w:t xml:space="preserve">[50:30] </w:t>
      </w:r>
      <w:r>
        <w:t>to mein samajhta hoon, mein chahta hoon ke hamare jo saathi hain, yeh jaanen is baat ko ke</w:t>
      </w:r>
    </w:p>
    <w:p>
      <w:pPr>
        <w:jc w:val="right"/>
      </w:pPr>
      <w:r>
        <w:t>تو میں سمجھتا ہوں، میں چاہتا ہوں کہ ہمارے جو ساتھی ہیں، یہ جانیں اس بات کو کہ</w:t>
      </w:r>
    </w:p>
    <w:p>
      <w:r>
        <w:rPr>
          <w:b/>
        </w:rPr>
        <w:t xml:space="preserve">[50:38] </w:t>
      </w:r>
      <w:r>
        <w:t>First of all, you have to prepare yourself, اپنے آپ کو بنانا ہے۔</w:t>
      </w:r>
    </w:p>
    <w:p>
      <w:pPr>
        <w:jc w:val="right"/>
      </w:pPr>
      <w:r>
        <w:t>فرسٹ آف آل، یو ہیو ٹو پریپیئر یور یور سیلف، اپنے آپ کو بنانا ہے۔</w:t>
      </w:r>
    </w:p>
    <w:p>
      <w:r>
        <w:rPr>
          <w:b/>
        </w:rPr>
        <w:t xml:space="preserve">[50:44] </w:t>
      </w:r>
      <w:r>
        <w:t>یعنی اگر آپ اب جا کے prepare نہیں کیا ہے اور jump کر دیا آپ نے دعوت دعوت</w:t>
      </w:r>
    </w:p>
    <w:p>
      <w:pPr>
        <w:jc w:val="right"/>
      </w:pPr>
      <w:r>
        <w:t>یعنی اگر آپ اب جا کے پریپیئر نہیں کیا ہے اور جمپ کر دیا آپ نے دعوت دعوت</w:t>
      </w:r>
    </w:p>
    <w:p>
      <w:r>
        <w:rPr>
          <w:b/>
        </w:rPr>
        <w:t xml:space="preserve">[50:52] </w:t>
      </w:r>
      <w:r>
        <w:t>ki field mein to aap bhi tension ka shikar ho jayenge, jaisa ke tajurba batata hai.</w:t>
      </w:r>
    </w:p>
    <w:p>
      <w:pPr>
        <w:jc w:val="right"/>
      </w:pPr>
      <w:r>
        <w:t>کی فیلڈ میں تو آپ بھی ٹینشن کا شکار ہو جائیں گے، جیسا کہ تجربہ بتاتا ہے۔</w:t>
      </w:r>
    </w:p>
    <w:p>
      <w:r>
        <w:rPr>
          <w:b/>
        </w:rPr>
        <w:t xml:space="preserve">[50:59] </w:t>
      </w:r>
      <w:r>
        <w:t>to daawa work mein pehle apne ko tayyar karna hai, phir doosron ke darmiyan ja kar ke dawat</w:t>
      </w:r>
    </w:p>
    <w:p>
      <w:pPr>
        <w:jc w:val="right"/>
      </w:pPr>
      <w:r>
        <w:t>تو دعویٰ ورک میں پہلے اپنے کو تیار کرنا ہے، پھر دوسروں کے درمیان جا کر کے دعوت</w:t>
      </w:r>
    </w:p>
    <w:p>
      <w:r>
        <w:rPr>
          <w:b/>
        </w:rPr>
        <w:t xml:space="preserve">[51:07] </w:t>
      </w:r>
      <w:r>
        <w:t>ka kaam karna hai.</w:t>
      </w:r>
    </w:p>
    <w:p>
      <w:pPr>
        <w:jc w:val="right"/>
      </w:pPr>
      <w:r>
        <w:t>کا کام کرنا ہے۔</w:t>
      </w:r>
    </w:p>
    <w:p>
      <w:r>
        <w:rPr>
          <w:b/>
        </w:rPr>
        <w:t xml:space="preserve">[51:08] </w:t>
      </w:r>
      <w:r>
        <w:t>jitna zyada aap apne ko tayyar karenge, utni zyada aap dawat ke kaam ko zyada behtar taur</w:t>
      </w:r>
    </w:p>
    <w:p>
      <w:pPr>
        <w:jc w:val="right"/>
      </w:pPr>
      <w:r>
        <w:t>جتنا زیادہ آپ اپنے کو تیار کریں گے، اتنی زیادہ آپ دعوت کے کام کو زیادہ بہتر طور</w:t>
      </w:r>
    </w:p>
    <w:p>
      <w:r>
        <w:rPr>
          <w:b/>
        </w:rPr>
        <w:t xml:space="preserve">[51:16] </w:t>
      </w:r>
      <w:r>
        <w:t>par kar payenge.</w:t>
      </w:r>
    </w:p>
    <w:p>
      <w:pPr>
        <w:jc w:val="right"/>
      </w:pPr>
      <w:r>
        <w:t>پر کر پائیں گے۔</w:t>
      </w:r>
    </w:p>
    <w:p>
      <w:r>
        <w:rPr>
          <w:b/>
        </w:rPr>
        <w:t xml:space="preserve">[51:18] </w:t>
      </w:r>
      <w:r>
        <w:t>abhi hamare kuch saathi gaye thay Germany breckport mein, book fair thi wahan par, to wahan par</w:t>
      </w:r>
    </w:p>
    <w:p>
      <w:pPr>
        <w:jc w:val="right"/>
      </w:pPr>
      <w:r>
        <w:t>ابھی ہمارے کچھ ساتھی گئے تھے جرمنی بریک پورٹ میں، بک فیئر تھی وہاں پر، تو وہاں پر</w:t>
      </w:r>
    </w:p>
    <w:p>
      <w:r>
        <w:rPr>
          <w:b/>
        </w:rPr>
        <w:t xml:space="preserve">[51:26] </w:t>
      </w:r>
      <w:r>
        <w:t>quran ka translation German zaban mein rakha gaya tha.</w:t>
      </w:r>
    </w:p>
    <w:p>
      <w:pPr>
        <w:jc w:val="right"/>
      </w:pPr>
      <w:r>
        <w:t>قرآن کا ٹرانسلیشن جرمن زبان میں رکھا گیا تھا۔</w:t>
      </w:r>
    </w:p>
    <w:p>
      <w:r>
        <w:rPr>
          <w:b/>
        </w:rPr>
        <w:t xml:space="preserve">[51:29] </w:t>
      </w:r>
      <w:r>
        <w:t>logon ne bohat shauq se sun liya, log is tarah lete thay jaisay ke pehle se isi intezar</w:t>
      </w:r>
    </w:p>
    <w:p>
      <w:pPr>
        <w:jc w:val="right"/>
      </w:pPr>
      <w:r>
        <w:t>لوگوں نے بہت شوق سے سن لیا، لوگ اس طرح لیتے تھے جیسے کہ پہلے سے اسی انتظار</w:t>
      </w:r>
    </w:p>
    <w:p>
      <w:r>
        <w:rPr>
          <w:b/>
        </w:rPr>
        <w:t xml:space="preserve">[51:37] </w:t>
      </w:r>
      <w:r>
        <w:t>mein thay ke hamein mile quran mile hamein.</w:t>
      </w:r>
    </w:p>
    <w:p>
      <w:pPr>
        <w:jc w:val="right"/>
      </w:pPr>
      <w:r>
        <w:t>میں تھے کہ ہمیں ملے قرآن ملے ہمیں۔</w:t>
      </w:r>
    </w:p>
    <w:p>
      <w:r>
        <w:rPr>
          <w:b/>
        </w:rPr>
        <w:t xml:space="preserve">[51:41] </w:t>
      </w:r>
      <w:r>
        <w:t>to mein socha ke aisa kyun hai, kyun intezar mein thay woh? to mujhe samajh mein aaya ke</w:t>
      </w:r>
    </w:p>
    <w:p>
      <w:pPr>
        <w:jc w:val="right"/>
      </w:pPr>
      <w:r>
        <w:t>تو میں سوچا کہ ایسا کیوں ہے، کیوں انتظار میں تھے وہ؟ تو مجھے سمجھ میں آیا کہ</w:t>
      </w:r>
    </w:p>
    <w:p>
      <w:r>
        <w:rPr>
          <w:b/>
        </w:rPr>
        <w:t xml:space="preserve">[51:48] </w:t>
      </w:r>
      <w:r>
        <w:t>Allah taala ne quran ke liye aik aik naya maidan khol diya hai quran ki dawat ke liye.</w:t>
      </w:r>
    </w:p>
    <w:p>
      <w:pPr>
        <w:jc w:val="right"/>
      </w:pPr>
      <w:r>
        <w:t>اللہ تعالیٰ نے قرآن کے لیے ایک ایک نیا میدان کھول دیا ہے قرآن کی دعوت کے لیے۔</w:t>
      </w:r>
    </w:p>
    <w:p>
      <w:r>
        <w:rPr>
          <w:b/>
        </w:rPr>
        <w:t xml:space="preserve">[51:56] </w:t>
      </w:r>
      <w:r>
        <w:t>yeh jo negative news aa rahi hain rozana media mein ke kisi ne mislan quran ko khabar aik</w:t>
      </w:r>
    </w:p>
    <w:p>
      <w:pPr>
        <w:jc w:val="right"/>
      </w:pPr>
      <w:r>
        <w:t>یہ جو نیگیٹیو نیوز آ رہی ہیں روزانہ میڈیا میں کہ کسی نے مثلاً قرآن کو خبر ایک</w:t>
      </w:r>
    </w:p>
    <w:p>
      <w:r>
        <w:rPr>
          <w:b/>
        </w:rPr>
        <w:t xml:space="preserve">[52:04] </w:t>
      </w:r>
      <w:r>
        <w:t>river uthi ke filanay quran ko jala jala diya, ab woh hungama khara ho gaya, kisi ne gustakhi</w:t>
      </w:r>
    </w:p>
    <w:p>
      <w:pPr>
        <w:jc w:val="right"/>
      </w:pPr>
      <w:r>
        <w:t>ریور اٹھی کہ فلانے قرآن کو جلا جلا دیا، اب وہ ہنگامہ کھڑا ہو گیا، کسی نے گستاخی</w:t>
      </w:r>
    </w:p>
    <w:p>
      <w:r>
        <w:rPr>
          <w:b/>
        </w:rPr>
        <w:t xml:space="preserve">[52:11] </w:t>
      </w:r>
      <w:r>
        <w:t>gustakhi kar di to jaloos nikalne lage, protest hone laga.</w:t>
      </w:r>
    </w:p>
    <w:p>
      <w:pPr>
        <w:jc w:val="right"/>
      </w:pPr>
      <w:r>
        <w:t>گستاخی کر دی تو جلوس نکلنے لگے، پروٹیسٹ ہونے لگا۔</w:t>
      </w:r>
    </w:p>
    <w:p>
      <w:r>
        <w:rPr>
          <w:b/>
        </w:rPr>
        <w:t xml:space="preserve">[52:16] </w:t>
      </w:r>
      <w:r>
        <w:t>in cheezon se quran news mein aa gaya, quran news mein aa gaya.</w:t>
      </w:r>
    </w:p>
    <w:p>
      <w:pPr>
        <w:jc w:val="right"/>
      </w:pPr>
      <w:r>
        <w:t>ان چیزوں سے قرآن نیوز میں آ گیا، قرآن نیوز میں آ گیا۔</w:t>
      </w:r>
    </w:p>
    <w:p>
      <w:r>
        <w:rPr>
          <w:b/>
        </w:rPr>
        <w:t xml:space="preserve">[52:21] </w:t>
      </w:r>
      <w:r>
        <w:t>agar aisa na hota to quran news mein aata, na aata.</w:t>
      </w:r>
    </w:p>
    <w:p>
      <w:pPr>
        <w:jc w:val="right"/>
      </w:pPr>
      <w:r>
        <w:t>اگر ایسا نہ ہوتا تو قرآن نیوز میں آتا، نہ آتا۔</w:t>
      </w:r>
    </w:p>
    <w:p>
      <w:r>
        <w:rPr>
          <w:b/>
        </w:rPr>
        <w:t xml:space="preserve">[52:26] </w:t>
      </w:r>
      <w:r>
        <w:t>to mein samajhta hoon ke yeh jo hungame ho rahe hain, is ka bhi aik aik plus point</w:t>
      </w:r>
    </w:p>
    <w:p>
      <w:pPr>
        <w:jc w:val="right"/>
      </w:pPr>
      <w:r>
        <w:t>تو میں سمجھتا ہوں کہ یہ جو ہنگامے ہو رہے ہیں، اس کا بھی ایک ایک پلس پوائنٹ</w:t>
      </w:r>
    </w:p>
    <w:p>
      <w:r>
        <w:rPr>
          <w:b/>
        </w:rPr>
        <w:t xml:space="preserve">[52:34] </w:t>
      </w:r>
      <w:r>
        <w:t>hai ke is ki wajah se quran news mein aa raha hai.</w:t>
      </w:r>
    </w:p>
    <w:p>
      <w:pPr>
        <w:jc w:val="right"/>
      </w:pPr>
      <w:r>
        <w:t>ہے کہ اس کی وجہ سے قرآن نیوز میں آ رہا ہے۔</w:t>
      </w:r>
    </w:p>
    <w:p>
      <w:r>
        <w:rPr>
          <w:b/>
        </w:rPr>
        <w:t xml:space="preserve">[52:39] </w:t>
      </w:r>
      <w:r>
        <w:t>to news mein aane ka matlab kya hua? is ke mani hain ke logon ke andar tajassus paida</w:t>
      </w:r>
    </w:p>
    <w:p>
      <w:pPr>
        <w:jc w:val="right"/>
      </w:pPr>
      <w:r>
        <w:t>تو نیوز میں آنے کا مطلب کیا ہوا؟ اس کے معنی ہیں کہ لوگوں کے اندر تجسس پیدا</w:t>
      </w:r>
    </w:p>
    <w:p>
      <w:r>
        <w:rPr>
          <w:b/>
        </w:rPr>
        <w:t xml:space="preserve">[52:47] </w:t>
      </w:r>
      <w:r>
        <w:t>ho jana, curiosity paida ho jana.</w:t>
      </w:r>
    </w:p>
    <w:p>
      <w:pPr>
        <w:jc w:val="right"/>
      </w:pPr>
      <w:r>
        <w:t>ہو جانا، کیوریسٹی پیدا ہو جانا۔</w:t>
      </w:r>
    </w:p>
    <w:p>
      <w:r>
        <w:rPr>
          <w:b/>
        </w:rPr>
        <w:t xml:space="preserve">[52:49] </w:t>
      </w:r>
      <w:r>
        <w:t>to Allah taala ne aap ke liye bohat hi aik bohat hi muafiq faza bana di hai.</w:t>
      </w:r>
    </w:p>
    <w:p>
      <w:pPr>
        <w:jc w:val="right"/>
      </w:pPr>
      <w:r>
        <w:t>تو اللہ تعالیٰ نے آپ کے لیے بہت ہی ایک بہت ہی موافق فضا بنا دی ہے۔</w:t>
      </w:r>
    </w:p>
    <w:p>
      <w:r>
        <w:rPr>
          <w:b/>
        </w:rPr>
        <w:t xml:space="preserve">[52:56] </w:t>
      </w:r>
      <w:r>
        <w:t>shayad dunya mein aisa ho gaya hai ke log quran ke talib ban gaye hain, quran ki talash</w:t>
      </w:r>
    </w:p>
    <w:p>
      <w:pPr>
        <w:jc w:val="right"/>
      </w:pPr>
      <w:r>
        <w:t>شاید دنیا میں ایسا ہو گیا ہے کہ لوگ قرآن کے طالب بن گئے ہیں، قرآن کی تلاش</w:t>
      </w:r>
    </w:p>
    <w:p>
      <w:r>
        <w:rPr>
          <w:b/>
        </w:rPr>
        <w:t xml:space="preserve">[53:04] </w:t>
      </w:r>
      <w:r>
        <w:t>mein hain ke quran hamein mile, woh woh parhein is ko.</w:t>
      </w:r>
    </w:p>
    <w:p>
      <w:pPr>
        <w:jc w:val="right"/>
      </w:pPr>
      <w:r>
        <w:t>میں ہیں کہ قرآن انہیں ملے، وہ وہ پڑھیں اس کو۔</w:t>
      </w:r>
    </w:p>
    <w:p>
      <w:r>
        <w:rPr>
          <w:b/>
        </w:rPr>
        <w:t xml:space="preserve">[53:09] </w:t>
      </w:r>
      <w:r>
        <w:t>to aap ke kaam ke liye yeh aik bohat Allah taala ne is ko madadgar bana diya.</w:t>
      </w:r>
    </w:p>
    <w:p>
      <w:pPr>
        <w:jc w:val="right"/>
      </w:pPr>
      <w:r>
        <w:t>تو آپ کے کام کے لیے یہ ایک بہت اللہ تعالیٰ نے اس کو مددگار بنا دیا۔</w:t>
      </w:r>
    </w:p>
    <w:p>
      <w:r>
        <w:rPr>
          <w:b/>
        </w:rPr>
        <w:t xml:space="preserve">[53:16] </w:t>
      </w:r>
      <w:r>
        <w:t>bataur aik aik negative waqea tha, yani protest aur jalsay, jaloos, nare aur jhanday, bator negative waqea tha.</w:t>
      </w:r>
    </w:p>
    <w:p>
      <w:pPr>
        <w:jc w:val="right"/>
      </w:pPr>
      <w:r>
        <w:t>بظاہر ایک ایک نیگیٹیو واقعہ تھا، یعنی پروٹیسٹ اور جلسے، جلوس، نعرے اور جھنڈے، بظاہر نیگیٹیو واقعہ تھا۔</w:t>
      </w:r>
    </w:p>
    <w:p>
      <w:r>
        <w:rPr>
          <w:b/>
        </w:rPr>
        <w:t xml:space="preserve">[53:24] </w:t>
      </w:r>
      <w:r>
        <w:t>lekin quran ka jo jo log kaam kar rahe hain, un ke liye Allah taala ne is ko</w:t>
      </w:r>
    </w:p>
    <w:p>
      <w:pPr>
        <w:jc w:val="right"/>
      </w:pPr>
      <w:r>
        <w:t>لیکن قرآن کا جو جو لوگ کام کر رہے ہیں، ان کے لیے اللہ تعالیٰ نے اس کو</w:t>
      </w:r>
    </w:p>
    <w:p>
      <w:r>
        <w:rPr>
          <w:b/>
        </w:rPr>
        <w:t xml:space="preserve">[53:32] </w:t>
      </w:r>
      <w:r>
        <w:t>aik positive waqea bana diya, is mein aik aik plus point paida kar diya.</w:t>
      </w:r>
    </w:p>
    <w:p>
      <w:pPr>
        <w:jc w:val="right"/>
      </w:pPr>
      <w:r>
        <w:t>ایک پازیٹیو واقعہ بنا دیا، اس میں ایک ایک پلس پوائنٹ پیدا کر دیا۔</w:t>
      </w:r>
    </w:p>
    <w:p>
      <w:r>
        <w:rPr>
          <w:b/>
        </w:rPr>
        <w:t xml:space="preserve">[53:38] </w:t>
      </w:r>
      <w:r>
        <w:t>woh yeh ke logon ko talash ho gayi ke quran kya hai, quran kya hai, pata karo, parho</w:t>
      </w:r>
    </w:p>
    <w:p>
      <w:pPr>
        <w:jc w:val="right"/>
      </w:pPr>
      <w:r>
        <w:t>وہ یہ کہ لوگوں کو تلاش ہو گئی کہ قرآن کیا ہے، قرآن کیا ہے، پتہ کرو، پڑھو</w:t>
      </w:r>
    </w:p>
    <w:p>
      <w:r>
        <w:rPr>
          <w:b/>
        </w:rPr>
        <w:t xml:space="preserve">[53:45] </w:t>
      </w:r>
      <w:r>
        <w:t>is ko.</w:t>
      </w:r>
    </w:p>
    <w:p>
      <w:pPr>
        <w:jc w:val="right"/>
      </w:pPr>
      <w:r>
        <w:t>اس کو۔</w:t>
      </w:r>
    </w:p>
    <w:p>
      <w:r>
        <w:rPr>
          <w:b/>
        </w:rPr>
        <w:t xml:space="preserve">[53:47] </w:t>
      </w:r>
      <w:r>
        <w:t>to hamare liye ek, hamare liye yeh bohat hi bari news hai.</w:t>
      </w:r>
    </w:p>
    <w:p>
      <w:pPr>
        <w:jc w:val="right"/>
      </w:pPr>
      <w:r>
        <w:t>تو ہمارے لیے ایک، ہمارے لیے یہ بہت ہی بڑی نیوز ہے۔</w:t>
      </w:r>
    </w:p>
    <w:p>
      <w:r>
        <w:rPr>
          <w:b/>
        </w:rPr>
        <w:t xml:space="preserve">[53:52] </w:t>
      </w:r>
      <w:r>
        <w:t>yeh to meri dua hai ke Allah taala mujh ko aur aap ko qabool farmaye is daawa work</w:t>
      </w:r>
    </w:p>
    <w:p>
      <w:pPr>
        <w:jc w:val="right"/>
      </w:pPr>
      <w:r>
        <w:t>یہ تو میری دعا ہے کہ اللہ تعالیٰ مجھ کو اور آپ کو قبول فرمائے اس دعویٰ ورک</w:t>
      </w:r>
    </w:p>
    <w:p>
      <w:r>
        <w:rPr>
          <w:b/>
        </w:rPr>
        <w:t xml:space="preserve">[54:00] </w:t>
      </w:r>
      <w:r>
        <w:t>ke liye aur hum ko tofeeq de ke hum daawa work ka yeh kaam khaas tor par quran</w:t>
      </w:r>
    </w:p>
    <w:p>
      <w:pPr>
        <w:jc w:val="right"/>
      </w:pPr>
      <w:r>
        <w:t>کے لیے اور ہم کو توفیق دے کہ ہم دعویٰ ورک کا یہ کام خاص طور پر قرآن</w:t>
      </w:r>
    </w:p>
    <w:p>
      <w:r>
        <w:rPr>
          <w:b/>
        </w:rPr>
        <w:t xml:space="preserve">[54:07] </w:t>
      </w:r>
      <w:r>
        <w:t>ko distribute karne ka jo kaam hai, is ko bharpoor tor par anjaam de saken.</w:t>
      </w:r>
    </w:p>
    <w:p>
      <w:pPr>
        <w:jc w:val="right"/>
      </w:pPr>
      <w:r>
        <w:t>کو ڈسٹریبیوٹ کرنے کا جو کام ہے، اس کو بھرپور طور پر انجام دے سکیں۔</w:t>
      </w:r>
    </w:p>
    <w:p>
      <w:r>
        <w:rPr>
          <w:b/>
        </w:rPr>
        <w:t xml:space="preserve">[54:14] </w:t>
      </w:r>
      <w:r>
        <w:t>aur Allah hum se raazi ho aur Allah taala hamare liye dunya ki jo blessing hai, Allah ki</w:t>
      </w:r>
    </w:p>
    <w:p>
      <w:pPr>
        <w:jc w:val="right"/>
      </w:pPr>
      <w:r>
        <w:t>اور اللہ ہم سے راضی ہو اور اللہ تعالیٰ ہمارے لیے دنیا کی جو بلیسنگ ہے، اللہ کی</w:t>
      </w:r>
    </w:p>
    <w:p>
      <w:r>
        <w:rPr>
          <w:b/>
        </w:rPr>
        <w:t xml:space="preserve">[54:21] </w:t>
      </w:r>
      <w:r>
        <w:t>taraf hai, dunya ki jo sa'adat hai aur aakhirat ki jo blessing hai, Allah aakhirat ki jo sa'adat</w:t>
      </w:r>
    </w:p>
    <w:p>
      <w:pPr>
        <w:jc w:val="right"/>
      </w:pPr>
      <w:r>
        <w:t>طرف ہے، دنیا کی جو سعادت ہے اور آخرت کی جو بلیسنگ ہے، اللہ آخرت کی جو سعادت</w:t>
      </w:r>
    </w:p>
    <w:p>
      <w:r>
        <w:rPr>
          <w:b/>
        </w:rPr>
        <w:t xml:space="preserve">[54:29] </w:t>
      </w:r>
      <w:r>
        <w:t>hai, woh sab hamare likh de.</w:t>
      </w:r>
    </w:p>
    <w:p>
      <w:pPr>
        <w:jc w:val="right"/>
      </w:pPr>
      <w:r>
        <w:t>ہے، وہ سب ہمارے لکھ دے۔</w:t>
      </w:r>
    </w:p>
    <w:p>
      <w:r>
        <w:rPr>
          <w:b/>
        </w:rPr>
        <w:t xml:space="preserve">[54:32] </w:t>
      </w:r>
      <w:r>
        <w:t>meri dua hai ke Allah taala mujh ko aur aap ko qabool farmaye is naik kaam ke liye</w:t>
      </w:r>
    </w:p>
    <w:p>
      <w:pPr>
        <w:jc w:val="right"/>
      </w:pPr>
      <w:r>
        <w:t>میری دعا ہے کہ اللہ تعالیٰ مجھ کو اور آپ کو قبول فرمائے اس نیک کام کے لیے</w:t>
      </w:r>
    </w:p>
    <w:p>
      <w:r>
        <w:rPr>
          <w:b/>
        </w:rPr>
        <w:t xml:space="preserve">[54:39] </w:t>
      </w:r>
      <w:r>
        <w:t>dunya mein aur aakhirat mein bhi.</w:t>
      </w:r>
    </w:p>
    <w:p>
      <w:pPr>
        <w:jc w:val="right"/>
      </w:pPr>
      <w:r>
        <w:t>دنیا میں اور آخرت میں بھی۔</w:t>
      </w:r>
    </w:p>
    <w:p>
      <w:r>
        <w:rPr>
          <w:b/>
        </w:rPr>
        <w:t xml:space="preserve">[54:42] </w:t>
      </w:r>
      <w:r>
        <w:t>aqool qaul haza wastaghfirullaha lakum walil bain.</w:t>
      </w:r>
    </w:p>
    <w:p>
      <w:pPr>
        <w:jc w:val="right"/>
      </w:pPr>
      <w:r>
        <w:t>اقول قول ھذا واستغفراللہ لیلکم البین۔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