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Revival of Ibrahimi Mission-28th October 2012</w:t>
      </w:r>
    </w:p>
    <w:p>
      <w:r>
        <w:t>https://www.youtube.com/watch?v=kniEYfMCz9w</w:t>
      </w:r>
    </w:p>
    <w:p>
      <w:r>
        <w:rPr>
          <w:b/>
        </w:rPr>
        <w:t xml:space="preserve">[00:04] </w:t>
      </w:r>
      <w:r>
        <w:t>bismillah rahman rahim, wa sali Allah ala nabi al karim.</w:t>
      </w:r>
    </w:p>
    <w:p>
      <w:pPr>
        <w:jc w:val="right"/>
      </w:pPr>
      <w:r>
        <w:t>بسم اللہ الرحمن الرحیم، وصلی اللہ علی النبی الکریم۔</w:t>
      </w:r>
    </w:p>
    <w:p>
      <w:r>
        <w:rPr>
          <w:b/>
        </w:rPr>
        <w:t xml:space="preserve">[00:10] </w:t>
      </w:r>
      <w:r>
        <w:t>rab ishrah li sadri, wa yassir li amri, wah al uqdatan min lisani, yafqahu qawli.</w:t>
      </w:r>
    </w:p>
    <w:p>
      <w:pPr>
        <w:jc w:val="right"/>
      </w:pPr>
      <w:r>
        <w:t>رب اشرح لی صدری، ویسر لی امری، واحل العقدۃ من لسانی، یفقہ قولی۔</w:t>
      </w:r>
    </w:p>
    <w:p>
      <w:r>
        <w:rPr>
          <w:b/>
        </w:rPr>
        <w:t xml:space="preserve">[00:17] </w:t>
      </w:r>
      <w:r>
        <w:t>aj ka topic hai "revival of ibrahimi mission", yani Hazrat Ibrahim ke mission ka ahya.</w:t>
      </w:r>
    </w:p>
    <w:p>
      <w:pPr>
        <w:jc w:val="right"/>
      </w:pPr>
      <w:r>
        <w:t>آج کا ٹاپک ہے "ریوائیول آف ابراہیمی مشن"، یعنی حضرت ابراہیم کے مشن کا احیاء۔</w:t>
      </w:r>
    </w:p>
    <w:p>
      <w:r>
        <w:rPr>
          <w:b/>
        </w:rPr>
        <w:t xml:space="preserve">[00:24] </w:t>
      </w:r>
      <w:r>
        <w:t>yeh topic mein ne liya hai is talluq se ke kal hamare haan aur sare India mein Eid</w:t>
      </w:r>
    </w:p>
    <w:p>
      <w:pPr>
        <w:jc w:val="right"/>
      </w:pPr>
      <w:r>
        <w:t>یہ ٹاپک میں نے لیا ہے اس تعلق سے کہ کل ہمارے ہاں اور سارے انڈیا میں عید</w:t>
      </w:r>
    </w:p>
    <w:p>
      <w:r>
        <w:rPr>
          <w:b/>
        </w:rPr>
        <w:t xml:space="preserve">[00:31] </w:t>
      </w:r>
      <w:r>
        <w:t>al adha ka din tha.</w:t>
      </w:r>
    </w:p>
    <w:p>
      <w:pPr>
        <w:jc w:val="right"/>
      </w:pPr>
      <w:r>
        <w:t>الاضحی کا دن تھا۔</w:t>
      </w:r>
    </w:p>
    <w:p>
      <w:r>
        <w:rPr>
          <w:b/>
        </w:rPr>
        <w:t xml:space="preserve">[00:38] </w:t>
      </w:r>
      <w:r>
        <w:t>Eid al adha ki ahmiyat kya hai? dekhiye, Eid al adha darasal Hajj ka extended chapter hai.</w:t>
      </w:r>
    </w:p>
    <w:p>
      <w:pPr>
        <w:jc w:val="right"/>
      </w:pPr>
      <w:r>
        <w:t>عید الاضحی کی اہمیت کیا ہے؟ دیکھیے، عید الاضحی دراصل حج کا ایکسٹینڈڈ چیپٹر ہے۔</w:t>
      </w:r>
    </w:p>
    <w:p>
      <w:r>
        <w:rPr>
          <w:b/>
        </w:rPr>
        <w:t xml:space="preserve">[00:45] </w:t>
      </w:r>
      <w:r>
        <w:t>ap jante hain ke inhi dinon mein jab ke hum Eid al adha manate hain, inhi dinon mein Makkah</w:t>
      </w:r>
    </w:p>
    <w:p>
      <w:pPr>
        <w:jc w:val="right"/>
      </w:pPr>
      <w:r>
        <w:t>آپ جانتے ہیں کہ انہی دنوں میں جب کہ ہم عید الاضحی مناتے ہیں، انہی دنوں میں مکہ</w:t>
      </w:r>
    </w:p>
    <w:p>
      <w:r>
        <w:rPr>
          <w:b/>
        </w:rPr>
        <w:t xml:space="preserve">[00:52] </w:t>
      </w:r>
      <w:r>
        <w:t>mein Hajj ki international ibadat hoti hai.</w:t>
      </w:r>
    </w:p>
    <w:p>
      <w:pPr>
        <w:jc w:val="right"/>
      </w:pPr>
      <w:r>
        <w:t>میں حج کی انٹرنیشنل عبادت ہوتی ہے۔</w:t>
      </w:r>
    </w:p>
    <w:p>
      <w:r>
        <w:rPr>
          <w:b/>
        </w:rPr>
        <w:t xml:space="preserve">[00:58] </w:t>
      </w:r>
      <w:r>
        <w:t>to is se andaza hota hai ke dono ke darmiyan bohat gehra talluq hai.</w:t>
      </w:r>
    </w:p>
    <w:p>
      <w:pPr>
        <w:jc w:val="right"/>
      </w:pPr>
      <w:r>
        <w:t>تو اس سے اندازہ ہوتا ہے کہ دونوں کے درمیان بہت گہرا تعلق ہے۔</w:t>
      </w:r>
    </w:p>
    <w:p>
      <w:r>
        <w:rPr>
          <w:b/>
        </w:rPr>
        <w:t xml:space="preserve">[01:05] </w:t>
      </w:r>
      <w:r>
        <w:t>wo talluq yahi hai ke jo ibadat Makkah mein ki jati hai, sare log jama ho kar wahan</w:t>
      </w:r>
    </w:p>
    <w:p>
      <w:pPr>
        <w:jc w:val="right"/>
      </w:pPr>
      <w:r>
        <w:t>وہ تعلق یہی ہے کہ جو عبادت مکہ میں کی جاتی ہے، سارے لوگ جمع ہو کر وہاں</w:t>
      </w:r>
    </w:p>
    <w:p>
      <w:r>
        <w:rPr>
          <w:b/>
        </w:rPr>
        <w:t xml:space="preserve">[01:12] </w:t>
      </w:r>
      <w:r>
        <w:t>ibadat karte hain.</w:t>
      </w:r>
    </w:p>
    <w:p>
      <w:pPr>
        <w:jc w:val="right"/>
      </w:pPr>
      <w:r>
        <w:t>عبادت کرتے ہیں۔</w:t>
      </w:r>
    </w:p>
    <w:p>
      <w:r>
        <w:rPr>
          <w:b/>
        </w:rPr>
        <w:t xml:space="preserve">[01:19] </w:t>
      </w:r>
      <w:r>
        <w:t>to isi din sari duniya ke musalman har jagah is ka partial sense mein is ko dohrate hain.</w:t>
      </w:r>
    </w:p>
    <w:p>
      <w:pPr>
        <w:jc w:val="right"/>
      </w:pPr>
      <w:r>
        <w:t>تو اسی دن ساری دنیا کے مسلمان ہر جگہ اس کا پارشل سینس میں اس کو دہراتے ہیں۔</w:t>
      </w:r>
    </w:p>
    <w:p>
      <w:r>
        <w:rPr>
          <w:b/>
        </w:rPr>
        <w:t xml:space="preserve">[01:26] </w:t>
      </w:r>
      <w:r>
        <w:t>is se andaza hota hai ke Hajj ki ibadat kitni zyada aham hai.</w:t>
      </w:r>
    </w:p>
    <w:p>
      <w:pPr>
        <w:jc w:val="right"/>
      </w:pPr>
      <w:r>
        <w:t>اس سے اندازہ ہوتا ہے کہ حج کی عبادت کتنی زیادہ اہم ہے۔</w:t>
      </w:r>
    </w:p>
    <w:p>
      <w:r>
        <w:rPr>
          <w:b/>
        </w:rPr>
        <w:t xml:space="preserve">[01:33] </w:t>
      </w:r>
      <w:r>
        <w:t>kitni zyada aham hai.</w:t>
      </w:r>
    </w:p>
    <w:p>
      <w:pPr>
        <w:jc w:val="right"/>
      </w:pPr>
      <w:r>
        <w:t>کتنی زیادہ اہم ہے۔</w:t>
      </w:r>
    </w:p>
    <w:p>
      <w:r>
        <w:rPr>
          <w:b/>
        </w:rPr>
        <w:t xml:space="preserve">[01:40] </w:t>
      </w:r>
      <w:r>
        <w:t>is liye zaroori hai ke hum Hajj ke bare mein samjhein ke Hajj kya hai? Hajj ka maqsad</w:t>
      </w:r>
    </w:p>
    <w:p>
      <w:pPr>
        <w:jc w:val="right"/>
      </w:pPr>
      <w:r>
        <w:t>اس لیے ضروری ہے کہ ہم حج کے بارے میں سمجھیں کہ حج کیا ہے؟ حج کا مقصد</w:t>
      </w:r>
    </w:p>
    <w:p>
      <w:r>
        <w:rPr>
          <w:b/>
        </w:rPr>
        <w:t xml:space="preserve">[01:46] </w:t>
      </w:r>
      <w:r>
        <w:t>kya hai? dekhiye, ap ne reporton par dekha hoga ke is sal Hajj ke liye jo log jama</w:t>
      </w:r>
    </w:p>
    <w:p>
      <w:pPr>
        <w:jc w:val="right"/>
      </w:pPr>
      <w:r>
        <w:t>کیا ہے؟ دیکھیے، آپ نے رپورٹوں پر دیکھا ہوگا کہ اس سال حج کے لیے جو لوگ جمع</w:t>
      </w:r>
    </w:p>
    <w:p>
      <w:r>
        <w:rPr>
          <w:b/>
        </w:rPr>
        <w:t xml:space="preserve">[01:53] </w:t>
      </w:r>
      <w:r>
        <w:t>hue, woh taqreeban 40 lakh musalman the.</w:t>
      </w:r>
    </w:p>
    <w:p>
      <w:pPr>
        <w:jc w:val="right"/>
      </w:pPr>
      <w:r>
        <w:t>ہوئے، وہ تقریباً 40 لاکھ مسلمان تھے۔</w:t>
      </w:r>
    </w:p>
    <w:p>
      <w:r>
        <w:rPr>
          <w:b/>
        </w:rPr>
        <w:t xml:space="preserve">[02:00] </w:t>
      </w:r>
      <w:r>
        <w:t>yani bahar wale local mila kar.</w:t>
      </w:r>
    </w:p>
    <w:p>
      <w:pPr>
        <w:jc w:val="right"/>
      </w:pPr>
      <w:r>
        <w:t>یعنی باہر والے لوکل ملا کر۔</w:t>
      </w:r>
    </w:p>
    <w:p>
      <w:r>
        <w:rPr>
          <w:b/>
        </w:rPr>
        <w:t xml:space="preserve">[02:07] </w:t>
      </w:r>
      <w:r>
        <w:t>reporton mein bataya gaya hai ke duniya ke 198 mulkon ke log wahan the.</w:t>
      </w:r>
    </w:p>
    <w:p>
      <w:pPr>
        <w:jc w:val="right"/>
      </w:pPr>
      <w:r>
        <w:t>رپورٹوں میں بتایا گیا ہے کہ دنیا کے 198 ملکوں کے لوگ وہاں تھے۔</w:t>
      </w:r>
    </w:p>
    <w:p>
      <w:r>
        <w:rPr>
          <w:b/>
        </w:rPr>
        <w:t xml:space="preserve">[02:14] </w:t>
      </w:r>
      <w:r>
        <w:t>ap jante hain ke United Nations mein jo mulk member hain, un ki tadad yahi hai.</w:t>
      </w:r>
    </w:p>
    <w:p>
      <w:pPr>
        <w:jc w:val="right"/>
      </w:pPr>
      <w:r>
        <w:t>آپ جانتے ہیں کہ یونائٹڈ نیشنز میں جو ملک ممبر ہیں، ان کی تعداد یہی ہے۔</w:t>
      </w:r>
    </w:p>
    <w:p>
      <w:r>
        <w:rPr>
          <w:b/>
        </w:rPr>
        <w:t xml:space="preserve">[02:21] </w:t>
      </w:r>
      <w:r>
        <w:t>yani 198 mulk member hain United Nations ke.</w:t>
      </w:r>
    </w:p>
    <w:p>
      <w:pPr>
        <w:jc w:val="right"/>
      </w:pPr>
      <w:r>
        <w:t>یعنی 198 ملک ممبر ہیں یونائٹڈ نیشنز کے۔</w:t>
      </w:r>
    </w:p>
    <w:p>
      <w:r>
        <w:rPr>
          <w:b/>
        </w:rPr>
        <w:t xml:space="preserve">[02:28] </w:t>
      </w:r>
      <w:r>
        <w:t>to goya ke sare hi musalman wahan ikattha ho gaye.</w:t>
      </w:r>
    </w:p>
    <w:p>
      <w:pPr>
        <w:jc w:val="right"/>
      </w:pPr>
      <w:r>
        <w:t>تو گویا کہ سارے ہی مسلمان وہاں اکٹھا ہو گئے۔</w:t>
      </w:r>
    </w:p>
    <w:p>
      <w:r>
        <w:rPr>
          <w:b/>
        </w:rPr>
        <w:t xml:space="preserve">[02:34] </w:t>
      </w:r>
      <w:r>
        <w:t>sab ka wahan par representation tha.</w:t>
      </w:r>
    </w:p>
    <w:p>
      <w:pPr>
        <w:jc w:val="right"/>
      </w:pPr>
      <w:r>
        <w:t>سب کا وہاں پر ریپریزنٹیشن تھا۔</w:t>
      </w:r>
    </w:p>
    <w:p>
      <w:r>
        <w:rPr>
          <w:b/>
        </w:rPr>
        <w:t xml:space="preserve">[02:41] </w:t>
      </w:r>
      <w:r>
        <w:t>aur isi ki taqleed mein sari dunya ke musalman same din partial sense mein is jamaat mein shareek hue.</w:t>
      </w:r>
    </w:p>
    <w:p>
      <w:pPr>
        <w:jc w:val="right"/>
      </w:pPr>
      <w:r>
        <w:t>اور اسی کی تقلید میں ساری دنیا کے مسلمان سیم دن پارشل سینس میں اس جماعت میں شریک ہوئے۔</w:t>
      </w:r>
    </w:p>
    <w:p>
      <w:r>
        <w:rPr>
          <w:b/>
        </w:rPr>
        <w:t xml:space="preserve">[02:48] </w:t>
      </w:r>
      <w:r>
        <w:t>is ka matlab kya hai? is ka matlab yeh hai ke sare dunya ke musalmanon ne hajj mein shirkat ki.</w:t>
      </w:r>
    </w:p>
    <w:p>
      <w:pPr>
        <w:jc w:val="right"/>
      </w:pPr>
      <w:r>
        <w:t>اس کا مطلب کیا ہے؟ اس کا مطلب یہ ہے کہ سارے دنیا کے مسلمانوں نے حج میں شرکت کی۔</w:t>
      </w:r>
    </w:p>
    <w:p>
      <w:r>
        <w:rPr>
          <w:b/>
        </w:rPr>
        <w:t xml:space="preserve">[02:55] </w:t>
      </w:r>
      <w:r>
        <w:t>kisi ne direct, kisi ne indirect.</w:t>
      </w:r>
    </w:p>
    <w:p>
      <w:pPr>
        <w:jc w:val="right"/>
      </w:pPr>
      <w:r>
        <w:t>کسی نے ڈائریکٹ، کسی نے ان ڈائریکٹ۔</w:t>
      </w:r>
    </w:p>
    <w:p>
      <w:r>
        <w:rPr>
          <w:b/>
        </w:rPr>
        <w:t xml:space="preserve">[03:02] </w:t>
      </w:r>
      <w:r>
        <w:t>kaisi ajeeb baat hai.</w:t>
      </w:r>
    </w:p>
    <w:p>
      <w:pPr>
        <w:jc w:val="right"/>
      </w:pPr>
      <w:r>
        <w:t>کیسی عجیب بات ہے۔</w:t>
      </w:r>
    </w:p>
    <w:p>
      <w:r>
        <w:rPr>
          <w:b/>
        </w:rPr>
        <w:t xml:space="preserve">[03:09] </w:t>
      </w:r>
      <w:r>
        <w:t>aap phir jante hain ke ab hum ek aise daur mein hain jab ke dunya mein communication ka</w:t>
      </w:r>
    </w:p>
    <w:p>
      <w:pPr>
        <w:jc w:val="right"/>
      </w:pPr>
      <w:r>
        <w:t>آپ پھر جانتے ہیں کہ اب ہم ایک ایسے دور میں ہیں جب کہ دنیا میں کمیونیکیشن کا</w:t>
      </w:r>
    </w:p>
    <w:p>
      <w:r>
        <w:rPr>
          <w:b/>
        </w:rPr>
        <w:t xml:space="preserve">[03:16] </w:t>
      </w:r>
      <w:r>
        <w:t>zamana aa chuka hai.</w:t>
      </w:r>
    </w:p>
    <w:p>
      <w:pPr>
        <w:jc w:val="right"/>
      </w:pPr>
      <w:r>
        <w:t>زمانہ آ چکا ہے۔</w:t>
      </w:r>
    </w:p>
    <w:p>
      <w:r>
        <w:rPr>
          <w:b/>
        </w:rPr>
        <w:t xml:space="preserve">[03:22] </w:t>
      </w:r>
      <w:r>
        <w:t>chuna che jaisa ke aap jante hain, hajj ke sare rasoom TVize kiye gaye.</w:t>
      </w:r>
    </w:p>
    <w:p>
      <w:pPr>
        <w:jc w:val="right"/>
      </w:pPr>
      <w:r>
        <w:t>چنانچہ جیسا کہ آپ جانتے ہیں، حج کے سارے مراسم ٹیلی وائز کیے گئے۔</w:t>
      </w:r>
    </w:p>
    <w:p>
      <w:r>
        <w:rPr>
          <w:b/>
        </w:rPr>
        <w:t xml:space="preserve">[03:29] </w:t>
      </w:r>
      <w:r>
        <w:t>sari dunya ke musalmanon ne TV par dekha ke kis tarah log hajj kar rahe hain.</w:t>
      </w:r>
    </w:p>
    <w:p>
      <w:pPr>
        <w:jc w:val="right"/>
      </w:pPr>
      <w:r>
        <w:t>ساری دنیا کے مسلمانوں نے ٹی وی پر دیکھا کہ کس طرح لوگ حج کر رہے ہیں۔</w:t>
      </w:r>
    </w:p>
    <w:p>
      <w:r>
        <w:rPr>
          <w:b/>
        </w:rPr>
        <w:t xml:space="preserve">[03:36] </w:t>
      </w:r>
      <w:r>
        <w:t>goya ke sari dunya ke musalman har aitbar se hajj mein shareek ho gaye.</w:t>
      </w:r>
    </w:p>
    <w:p>
      <w:pPr>
        <w:jc w:val="right"/>
      </w:pPr>
      <w:r>
        <w:t>گویا کہ ساری دنیا کے مسلمان ہر اعتبار سے حج میں شریک ہو گئے۔</w:t>
      </w:r>
    </w:p>
    <w:p>
      <w:r>
        <w:rPr>
          <w:b/>
        </w:rPr>
        <w:t xml:space="preserve">[03:43] </w:t>
      </w:r>
      <w:r>
        <w:t>ab ghaur kijiye ke itni badi ibadat, itni badi ibadat ka kya purpose hai? is ka kya maqsad</w:t>
      </w:r>
    </w:p>
    <w:p>
      <w:pPr>
        <w:jc w:val="right"/>
      </w:pPr>
      <w:r>
        <w:t>اب غور کیجئے کہ اتنی بڑی عبادت، اتنی بڑی عبادت کا کیا پرپس ہے؟ اس کا کیا مقصد</w:t>
      </w:r>
    </w:p>
    <w:p>
      <w:r>
        <w:rPr>
          <w:b/>
        </w:rPr>
        <w:t xml:space="preserve">[03:50] </w:t>
      </w:r>
      <w:r>
        <w:t>hai? yeh janna chahiye.</w:t>
      </w:r>
    </w:p>
    <w:p>
      <w:pPr>
        <w:jc w:val="right"/>
      </w:pPr>
      <w:r>
        <w:t>ہے؟ یہ جاننا چاہیے۔</w:t>
      </w:r>
    </w:p>
    <w:p>
      <w:r>
        <w:rPr>
          <w:b/>
        </w:rPr>
        <w:t xml:space="preserve">[03:57] </w:t>
      </w:r>
      <w:r>
        <w:t>aur kya woh hasil ho raha hai? pehle zamane mein is tarah almi satah par hajj nahi ada</w:t>
      </w:r>
    </w:p>
    <w:p>
      <w:pPr>
        <w:jc w:val="right"/>
      </w:pPr>
      <w:r>
        <w:t>اور کیا وہ حاصل ہو رہا ہے؟ پہلے زمانے میں اس طرح عالمی سطح پر حج نہیں ادا</w:t>
      </w:r>
    </w:p>
    <w:p>
      <w:r>
        <w:rPr>
          <w:b/>
        </w:rPr>
        <w:t xml:space="preserve">[04:04] </w:t>
      </w:r>
      <w:r>
        <w:t>kiya ja sakta tha.</w:t>
      </w:r>
    </w:p>
    <w:p>
      <w:pPr>
        <w:jc w:val="right"/>
      </w:pPr>
      <w:r>
        <w:t>کیا جا سکتا تھا۔</w:t>
      </w:r>
    </w:p>
    <w:p>
      <w:r>
        <w:rPr>
          <w:b/>
        </w:rPr>
        <w:t xml:space="preserve">[04:10] </w:t>
      </w:r>
      <w:r>
        <w:t>lekin maujooda zamane mein jo tarqqiyan hui hain, yeh jab communication jo aaya hai aur safar aasan ho</w:t>
      </w:r>
    </w:p>
    <w:p>
      <w:pPr>
        <w:jc w:val="right"/>
      </w:pPr>
      <w:r>
        <w:t>لیکن موجودہ زمانے میں جو ترقیاں ہوئی ہیں، یہ جب کمیونیکیشن جو آیا ہے اور سفر آسان ہو</w:t>
      </w:r>
    </w:p>
    <w:p>
      <w:r>
        <w:rPr>
          <w:b/>
        </w:rPr>
        <w:t xml:space="preserve">[04:17] </w:t>
      </w:r>
      <w:r>
        <w:t>gaya, jab log onthon par safar karte the to kitna kam log hajj mein shareek hote the.</w:t>
      </w:r>
    </w:p>
    <w:p>
      <w:pPr>
        <w:jc w:val="right"/>
      </w:pPr>
      <w:r>
        <w:t>گیا، جب لوگ اونٹوں پر سفر کرتے تھے تو کتنا کم لوگ حج میں شریک ہوتے تھے۔</w:t>
      </w:r>
    </w:p>
    <w:p>
      <w:r>
        <w:rPr>
          <w:b/>
        </w:rPr>
        <w:t xml:space="preserve">[04:24] </w:t>
      </w:r>
      <w:r>
        <w:t>ab log hawa jahazon par safar karte hain, TV par dekhte hain, aur sari dunya ke musalman</w:t>
      </w:r>
    </w:p>
    <w:p>
      <w:pPr>
        <w:jc w:val="right"/>
      </w:pPr>
      <w:r>
        <w:t>اب لوگ ہوا جہازوں پر سفر کرتے ہیں، ٹی وی پر دیکھتے ہیں، اور ساری دنیا کے مسلمان</w:t>
      </w:r>
    </w:p>
    <w:p>
      <w:r>
        <w:rPr>
          <w:b/>
        </w:rPr>
        <w:t xml:space="preserve">[04:31] </w:t>
      </w:r>
      <w:r>
        <w:t>isi time, inhi dinon mein hajj ke rasoom juzwi taur par ada karte hain.</w:t>
      </w:r>
    </w:p>
    <w:p>
      <w:pPr>
        <w:jc w:val="right"/>
      </w:pPr>
      <w:r>
        <w:t>اسی ٹائم، انہی دنوں میں حج کے مراسم جزوی طور پر ادا کرتے ہیں۔</w:t>
      </w:r>
    </w:p>
    <w:p>
      <w:r>
        <w:rPr>
          <w:b/>
        </w:rPr>
        <w:t xml:space="preserve">[04:38] </w:t>
      </w:r>
      <w:r>
        <w:t>to jis hajj ke liye Allah taala ne itna zyada intezam kiya ho, zaroori hai ke is ka</w:t>
      </w:r>
    </w:p>
    <w:p>
      <w:pPr>
        <w:jc w:val="right"/>
      </w:pPr>
      <w:r>
        <w:t>تو جس حج کے لیے اللہ تعالیٰ نے اتنا زیادہ اہتمام کیا ہو، ضروری ہے کہ اس کا</w:t>
      </w:r>
    </w:p>
    <w:p>
      <w:r>
        <w:rPr>
          <w:b/>
        </w:rPr>
        <w:t xml:space="preserve">[04:45] </w:t>
      </w:r>
      <w:r>
        <w:t>koi bohat bada maqsad ho.</w:t>
      </w:r>
    </w:p>
    <w:p>
      <w:pPr>
        <w:jc w:val="right"/>
      </w:pPr>
      <w:r>
        <w:t>کوئی بہت بڑا مقصد ہو۔</w:t>
      </w:r>
    </w:p>
    <w:p>
      <w:r>
        <w:rPr>
          <w:b/>
        </w:rPr>
        <w:t xml:space="preserve">[04:52] </w:t>
      </w:r>
      <w:r>
        <w:t>bohat bada maqsad.</w:t>
      </w:r>
    </w:p>
    <w:p>
      <w:pPr>
        <w:jc w:val="right"/>
      </w:pPr>
      <w:r>
        <w:t>بہت بڑا مقصد۔</w:t>
      </w:r>
    </w:p>
    <w:p>
      <w:r>
        <w:rPr>
          <w:b/>
        </w:rPr>
        <w:t xml:space="preserve">[04:58] </w:t>
      </w:r>
      <w:r>
        <w:t>yeh maqsad kya hai? hadith mein aata hai ke sahaba ne poocha Rasool Allah Sal Allahu Alaihi Wasallam</w:t>
      </w:r>
    </w:p>
    <w:p>
      <w:pPr>
        <w:jc w:val="right"/>
      </w:pPr>
      <w:r>
        <w:t>یہ مقصد کیا ہے؟ حدیث میں آتا ہے کہ صحابہ نے پوچھا رسول اللہ صلی اللہ علیہ وسلم</w:t>
      </w:r>
    </w:p>
    <w:p>
      <w:r>
        <w:rPr>
          <w:b/>
        </w:rPr>
        <w:t xml:space="preserve">[05:05] </w:t>
      </w:r>
      <w:r>
        <w:t>se qurbani ke bare mein ke qurbaniyan kya hain? aap ne farmaya ke sunnat abikum Ibrahim.</w:t>
      </w:r>
    </w:p>
    <w:p>
      <w:pPr>
        <w:jc w:val="right"/>
      </w:pPr>
      <w:r>
        <w:t>سے قربانی کے بارے میں کہ قربانیاں کیا ہیں؟ آپ نے فرمایا کہ سنت ابیکم ابراہیم۔</w:t>
      </w:r>
    </w:p>
    <w:p>
      <w:r>
        <w:rPr>
          <w:b/>
        </w:rPr>
        <w:t xml:space="preserve">[05:12] </w:t>
      </w:r>
      <w:r>
        <w:t>tumhare baap Ibrahim ki sunnat.</w:t>
      </w:r>
    </w:p>
    <w:p>
      <w:pPr>
        <w:jc w:val="right"/>
      </w:pPr>
      <w:r>
        <w:t>تمہارے باپ ابراہیم کی سنت۔</w:t>
      </w:r>
    </w:p>
    <w:p>
      <w:r>
        <w:rPr>
          <w:b/>
        </w:rPr>
        <w:t xml:space="preserve">[05:19] </w:t>
      </w:r>
      <w:r>
        <w:t>to aap ghhor kijiye ke kya sirf janwar ko zabah karna yahi sunnat hai? yaani janwar ko ek</w:t>
      </w:r>
    </w:p>
    <w:p>
      <w:pPr>
        <w:jc w:val="right"/>
      </w:pPr>
      <w:r>
        <w:t>تو آپ غور کیجئے کہ کیا صرف جانور کو ذبح کرنا یہی سنت ہے؟ یعنی جانور کو ایک</w:t>
      </w:r>
    </w:p>
    <w:p>
      <w:r>
        <w:rPr>
          <w:b/>
        </w:rPr>
        <w:t xml:space="preserve">[05:26] </w:t>
      </w:r>
      <w:r>
        <w:t>khaas din aap zabah kar dein to yahi peghambar ki sunnat ho gayi? is ke liye itna eh-te-mam</w:t>
      </w:r>
    </w:p>
    <w:p>
      <w:pPr>
        <w:jc w:val="right"/>
      </w:pPr>
      <w:r>
        <w:t>خاص دن آپ ذبح کر دیں تو یہی پیغمبر کی سنت ہو گئی؟ اس کے لیے اتنا اہتمام</w:t>
      </w:r>
    </w:p>
    <w:p>
      <w:r>
        <w:rPr>
          <w:b/>
        </w:rPr>
        <w:t xml:space="preserve">[05:33] </w:t>
      </w:r>
      <w:r>
        <w:t>hai? yeh hajj ko under estimate karna hai.</w:t>
      </w:r>
    </w:p>
    <w:p>
      <w:pPr>
        <w:jc w:val="right"/>
      </w:pPr>
      <w:r>
        <w:t>ہے؟ یہ حج کو انڈر اسٹیمیٹ کرنا ہے۔</w:t>
      </w:r>
    </w:p>
    <w:p>
      <w:r>
        <w:rPr>
          <w:b/>
        </w:rPr>
        <w:t xml:space="preserve">[05:40] </w:t>
      </w:r>
      <w:r>
        <w:t>hajj ko under estimate karna hai ke aap yeh samjhein ke ek janwar le kar is ko zabah</w:t>
      </w:r>
    </w:p>
    <w:p>
      <w:pPr>
        <w:jc w:val="right"/>
      </w:pPr>
      <w:r>
        <w:t>حج کو انڈر اسٹیمیٹ کرنا ہے کہ آپ یہ سمجھیں کہ ایک جانور لے کر اس کو ذبح</w:t>
      </w:r>
    </w:p>
    <w:p>
      <w:r>
        <w:rPr>
          <w:b/>
        </w:rPr>
        <w:t xml:space="preserve">[05:46] </w:t>
      </w:r>
      <w:r>
        <w:t>kar diya to aap ne hazrat ibrahim ki sunnat par qaim ho gaye.</w:t>
      </w:r>
    </w:p>
    <w:p>
      <w:pPr>
        <w:jc w:val="right"/>
      </w:pPr>
      <w:r>
        <w:t>کر دیا تو آپ نے حضرت ابراہیم کی سنت پر قائم ہو گئے۔</w:t>
      </w:r>
    </w:p>
    <w:p>
      <w:r>
        <w:rPr>
          <w:b/>
        </w:rPr>
        <w:t xml:space="preserve">[05:53] </w:t>
      </w:r>
      <w:r>
        <w:t>yeh hajj ka under estimation hai.</w:t>
      </w:r>
    </w:p>
    <w:p>
      <w:pPr>
        <w:jc w:val="right"/>
      </w:pPr>
      <w:r>
        <w:t>یہ حج کا انڈر اسٹیمیشن ہے۔</w:t>
      </w:r>
    </w:p>
    <w:p>
      <w:r>
        <w:rPr>
          <w:b/>
        </w:rPr>
        <w:t xml:space="preserve">[06:00] </w:t>
      </w:r>
      <w:r>
        <w:t>ab aap ek ayat ko le kar sochiye to baat zyada wazeh ho jati hai.</w:t>
      </w:r>
    </w:p>
    <w:p>
      <w:pPr>
        <w:jc w:val="right"/>
      </w:pPr>
      <w:r>
        <w:t>اب آپ ایک آیت کو لے کر سوچیے تو بات زیادہ واضح ہو جاتی ہے۔</w:t>
      </w:r>
    </w:p>
    <w:p>
      <w:r>
        <w:rPr>
          <w:b/>
        </w:rPr>
        <w:t xml:space="preserve">[06:07] </w:t>
      </w:r>
      <w:r>
        <w:t>dekhiye, quran mein surah hajj hai, al hajj, jo ke surah jo ke quran ki surah number 22 hai.</w:t>
      </w:r>
    </w:p>
    <w:p>
      <w:pPr>
        <w:jc w:val="right"/>
      </w:pPr>
      <w:r>
        <w:t>دیکھیے، قرآن میں سورہ حج ہے، الحج، جو کہ سورہ جو کہ قرآن کی سورہ نمبر 22 ہے۔</w:t>
      </w:r>
    </w:p>
    <w:p>
      <w:r>
        <w:rPr>
          <w:b/>
        </w:rPr>
        <w:t xml:space="preserve">[06:14] </w:t>
      </w:r>
      <w:r>
        <w:t>is mein jo ayat hai, ayat number 37, is ko aap parhiye.</w:t>
      </w:r>
    </w:p>
    <w:p>
      <w:pPr>
        <w:jc w:val="right"/>
      </w:pPr>
      <w:r>
        <w:t>اس میں جو آیت ہے، آیت نمبر 37، اس کو آپ پڑھیے۔</w:t>
      </w:r>
    </w:p>
    <w:p>
      <w:r>
        <w:rPr>
          <w:b/>
        </w:rPr>
        <w:t xml:space="preserve">[06:21] </w:t>
      </w:r>
      <w:r>
        <w:t>is mein hai ke wajhadu fillahi haqq jahadihi wajtabakum wama ja'ala alaikum fid-deeni min haraj milat</w:t>
      </w:r>
    </w:p>
    <w:p>
      <w:pPr>
        <w:jc w:val="right"/>
      </w:pPr>
      <w:r>
        <w:t>اس میں ہے کہ وجاہدوا فی اللہ حق جہادی واجتباکم وما جعل علیکم فی الدین من حرج ملت</w:t>
      </w:r>
    </w:p>
    <w:p>
      <w:r>
        <w:rPr>
          <w:b/>
        </w:rPr>
        <w:t xml:space="preserve">[06:28] </w:t>
      </w:r>
      <w:r>
        <w:t>abikum ibrahim huwa sammakumul muslimeena min qablu wa fi hadha liyakunar rasoolu shaheedan alaikum wa takunu shuhada'an linnas is</w:t>
      </w:r>
    </w:p>
    <w:p>
      <w:pPr>
        <w:jc w:val="right"/>
      </w:pPr>
      <w:r>
        <w:t>ابیکم ابراہیم ہوا سماکم المسلمین من قبل و فی ھذا لیکون الرسول شہیدا علیکم وتکون شہداء الناس اس</w:t>
      </w:r>
    </w:p>
    <w:p>
      <w:r>
        <w:rPr>
          <w:b/>
        </w:rPr>
        <w:t xml:space="preserve">[06:34] </w:t>
      </w:r>
      <w:r>
        <w:t>ayat mein bataya gaya hai ke Allah ke liye jihad karo, jaisa ke jihad kiya hazrat ibrahim ne.</w:t>
      </w:r>
    </w:p>
    <w:p>
      <w:pPr>
        <w:jc w:val="right"/>
      </w:pPr>
      <w:r>
        <w:t>آیت میں بتایا گیا ہے کہ اللہ کے لیے جہاد کرو، جیسا کہ جہاد کیا حضرت ابراہیم نے۔</w:t>
      </w:r>
    </w:p>
    <w:p>
      <w:r>
        <w:rPr>
          <w:b/>
        </w:rPr>
        <w:t xml:space="preserve">[06:41] </w:t>
      </w:r>
      <w:r>
        <w:t>Allah ke liye jihad karo, jaisa ke jihad kiya hazrat ibrahim ne.</w:t>
      </w:r>
    </w:p>
    <w:p>
      <w:pPr>
        <w:jc w:val="right"/>
      </w:pPr>
      <w:r>
        <w:t>اللہ کے لیے جہاد کرو، جیسا کہ جہاد کیا حضرت ابراہیم نے۔</w:t>
      </w:r>
    </w:p>
    <w:p>
      <w:r>
        <w:rPr>
          <w:b/>
        </w:rPr>
        <w:t xml:space="preserve">[06:48] </w:t>
      </w:r>
      <w:r>
        <w:t>isi ke liye Allah taala ne tum ko muntakhib kar liya hai.</w:t>
      </w:r>
    </w:p>
    <w:p>
      <w:pPr>
        <w:jc w:val="right"/>
      </w:pPr>
      <w:r>
        <w:t>اسی کے لیے اللہ تعالیٰ نے تم کو منتخب کر لیا ہے۔</w:t>
      </w:r>
    </w:p>
    <w:p>
      <w:r>
        <w:rPr>
          <w:b/>
        </w:rPr>
        <w:t xml:space="preserve">[06:55] </w:t>
      </w:r>
      <w:r>
        <w:t>ab bataiye ke hazrat ibrahim ne kaun sa jihad kiya? is ka koi saboot nahi hai ke hazrat</w:t>
      </w:r>
    </w:p>
    <w:p>
      <w:pPr>
        <w:jc w:val="right"/>
      </w:pPr>
      <w:r>
        <w:t>اب بتائیے کہ حضرت ابراہیم نے کون سا جہاد کیا؟ اس کا کوئی ثبوت نہیں ہے کہ حضرت</w:t>
      </w:r>
    </w:p>
    <w:p>
      <w:r>
        <w:rPr>
          <w:b/>
        </w:rPr>
        <w:t xml:space="preserve">[07:02] </w:t>
      </w:r>
      <w:r>
        <w:t>ibrahim ne kabhi talwar chalayi, kabhi kisi ko mara, kisi ke khilaf jang chhedi.</w:t>
      </w:r>
    </w:p>
    <w:p>
      <w:pPr>
        <w:jc w:val="right"/>
      </w:pPr>
      <w:r>
        <w:t>ابراہیم نے کبھی تلوار چلائی، کبھی کسی کو مارا، کسی کے خلاف جنگ چھیڑی۔</w:t>
      </w:r>
    </w:p>
    <w:p>
      <w:r>
        <w:rPr>
          <w:b/>
        </w:rPr>
        <w:t xml:space="preserve">[07:09] </w:t>
      </w:r>
      <w:r>
        <w:t>aisa koi saboot nahi hai.</w:t>
      </w:r>
    </w:p>
    <w:p>
      <w:pPr>
        <w:jc w:val="right"/>
      </w:pPr>
      <w:r>
        <w:t>ایسا کوئی ثبوت نہیں ہے۔</w:t>
      </w:r>
    </w:p>
    <w:p>
      <w:r>
        <w:rPr>
          <w:b/>
        </w:rPr>
        <w:t xml:space="preserve">[07:16] </w:t>
      </w:r>
      <w:r>
        <w:t>to yahan par jihad se murad wahi amal hoga jo hazrat ibrahim ne amalan ada kiya tha.</w:t>
      </w:r>
    </w:p>
    <w:p>
      <w:pPr>
        <w:jc w:val="right"/>
      </w:pPr>
      <w:r>
        <w:t>تو یہاں پر جہاد سے مراد وہی عمل ہوگا جو حضرت ابراہیم نے عملاً ادا کیا تھا۔</w:t>
      </w:r>
    </w:p>
    <w:p>
      <w:r>
        <w:rPr>
          <w:b/>
        </w:rPr>
        <w:t xml:space="preserve">[07:22] </w:t>
      </w:r>
      <w:r>
        <w:t>woh kya tha? woh sirf ek tha.</w:t>
      </w:r>
    </w:p>
    <w:p>
      <w:pPr>
        <w:jc w:val="right"/>
      </w:pPr>
      <w:r>
        <w:t>وہ کیا تھا؟ وہ صرف ایک تھا۔</w:t>
      </w:r>
    </w:p>
    <w:p>
      <w:r>
        <w:rPr>
          <w:b/>
        </w:rPr>
        <w:t xml:space="preserve">[07:29] </w:t>
      </w:r>
      <w:r>
        <w:t>ab woh hai dawat ilal Allah.</w:t>
      </w:r>
    </w:p>
    <w:p>
      <w:pPr>
        <w:jc w:val="right"/>
      </w:pPr>
      <w:r>
        <w:t>اب وہ ہے دعوت الی اللہ۔</w:t>
      </w:r>
    </w:p>
    <w:p>
      <w:r>
        <w:rPr>
          <w:b/>
        </w:rPr>
        <w:t xml:space="preserve">[07:36] </w:t>
      </w:r>
      <w:r>
        <w:t>hazrat ibrahim ne dawat ka kaam kiya pehle iraq mein.</w:t>
      </w:r>
    </w:p>
    <w:p>
      <w:pPr>
        <w:jc w:val="right"/>
      </w:pPr>
      <w:r>
        <w:t>حضرت ابراہیم نے دعوت کا کام کیا پہلے عراق میں۔</w:t>
      </w:r>
    </w:p>
    <w:p>
      <w:r>
        <w:rPr>
          <w:b/>
        </w:rPr>
        <w:t xml:space="preserve">[07:43] </w:t>
      </w:r>
      <w:r>
        <w:t>iraq mein ek qadeem shehar tha jis ka naam tha ur yu ar.</w:t>
      </w:r>
    </w:p>
    <w:p>
      <w:pPr>
        <w:jc w:val="right"/>
      </w:pPr>
      <w:r>
        <w:t>عراق میں ایک قدیم شہر تھا جس کا نام تھا عر یو آر۔</w:t>
      </w:r>
    </w:p>
    <w:p>
      <w:r>
        <w:rPr>
          <w:b/>
        </w:rPr>
        <w:t xml:space="preserve">[07:50] </w:t>
      </w:r>
      <w:r>
        <w:t>yeh shehar zameen ke neeche dab gaya tha.</w:t>
      </w:r>
    </w:p>
    <w:p>
      <w:pPr>
        <w:jc w:val="right"/>
      </w:pPr>
      <w:r>
        <w:t>یہ شہر زمین کے نیچے دب گیا تھا۔</w:t>
      </w:r>
    </w:p>
    <w:p>
      <w:r>
        <w:rPr>
          <w:b/>
        </w:rPr>
        <w:t xml:space="preserve">[07:57] </w:t>
      </w:r>
      <w:r>
        <w:t>ab woh khodai kar ke maloom ho gaya hai.</w:t>
      </w:r>
    </w:p>
    <w:p>
      <w:pPr>
        <w:jc w:val="right"/>
      </w:pPr>
      <w:r>
        <w:t>اب وہ کھدائی کر کے معلوم ہو گیا ہے۔</w:t>
      </w:r>
    </w:p>
    <w:p>
      <w:r>
        <w:rPr>
          <w:b/>
        </w:rPr>
        <w:t xml:space="preserve">[08:04] </w:t>
      </w:r>
      <w:r>
        <w:t>aap is ko internet par dekh sakte hain.</w:t>
      </w:r>
    </w:p>
    <w:p>
      <w:pPr>
        <w:jc w:val="right"/>
      </w:pPr>
      <w:r>
        <w:t>آپ اس کو انٹرنیٹ پر دیکھ سکتے ہیں۔</w:t>
      </w:r>
    </w:p>
    <w:p>
      <w:r>
        <w:rPr>
          <w:b/>
        </w:rPr>
        <w:t xml:space="preserve">[08:10] </w:t>
      </w:r>
      <w:r>
        <w:t>to yahan par aap ne dawat ilallah ka kaam kiya.</w:t>
      </w:r>
    </w:p>
    <w:p>
      <w:pPr>
        <w:jc w:val="right"/>
      </w:pPr>
      <w:r>
        <w:t>تو یہاں پر آپ نے دعوت الی اللہ کا کام کیا۔</w:t>
      </w:r>
    </w:p>
    <w:p>
      <w:r>
        <w:rPr>
          <w:b/>
        </w:rPr>
        <w:t xml:space="preserve">[08:17] </w:t>
      </w:r>
      <w:r>
        <w:t>wahan ke logon ne aap ki baat ko nahin mana.</w:t>
      </w:r>
    </w:p>
    <w:p>
      <w:pPr>
        <w:jc w:val="right"/>
      </w:pPr>
      <w:r>
        <w:t>وہاں کے لوگوں نے آپ کی بات کو نہیں مانا۔</w:t>
      </w:r>
    </w:p>
    <w:p>
      <w:r>
        <w:rPr>
          <w:b/>
        </w:rPr>
        <w:t xml:space="preserve">[08:24] </w:t>
      </w:r>
      <w:r>
        <w:t>to aap iraq se nikle.</w:t>
      </w:r>
    </w:p>
    <w:p>
      <w:pPr>
        <w:jc w:val="right"/>
      </w:pPr>
      <w:r>
        <w:t>تو آپ عراق سے نکلے۔</w:t>
      </w:r>
    </w:p>
    <w:p>
      <w:r>
        <w:rPr>
          <w:b/>
        </w:rPr>
        <w:t xml:space="preserve">[08:31] </w:t>
      </w:r>
      <w:r>
        <w:t>aap misr gae.</w:t>
      </w:r>
    </w:p>
    <w:p>
      <w:pPr>
        <w:jc w:val="right"/>
      </w:pPr>
      <w:r>
        <w:t>آپ مصر گئے۔</w:t>
      </w:r>
    </w:p>
    <w:p>
      <w:r>
        <w:rPr>
          <w:b/>
        </w:rPr>
        <w:t xml:space="preserve">[08:38] </w:t>
      </w:r>
      <w:r>
        <w:t>aap falasteen gae.</w:t>
      </w:r>
    </w:p>
    <w:p>
      <w:pPr>
        <w:jc w:val="right"/>
      </w:pPr>
      <w:r>
        <w:t>آپ فلسطین گئے۔</w:t>
      </w:r>
    </w:p>
    <w:p>
      <w:r>
        <w:rPr>
          <w:b/>
        </w:rPr>
        <w:t xml:space="preserve">[08:45] </w:t>
      </w:r>
      <w:r>
        <w:t>aap sham aaye.</w:t>
      </w:r>
    </w:p>
    <w:p>
      <w:pPr>
        <w:jc w:val="right"/>
      </w:pPr>
      <w:r>
        <w:t>آپ شام آئے۔</w:t>
      </w:r>
    </w:p>
    <w:p>
      <w:r>
        <w:rPr>
          <w:b/>
        </w:rPr>
        <w:t xml:space="preserve">[08:52] </w:t>
      </w:r>
      <w:r>
        <w:t>aakhir mein aap ne makkah ke maqam par, jahan us waqt desert tha, apni biwi hajra aur ismail ko basaya.</w:t>
      </w:r>
    </w:p>
    <w:p>
      <w:pPr>
        <w:jc w:val="right"/>
      </w:pPr>
      <w:r>
        <w:t>آخر میں آپ نے مکہ کے مقام پر، جہاں اس وقت ڈیزرٹ تھا، اپنی بیوی ہاجرہ اور اسماعیل کو بسایا۔</w:t>
      </w:r>
    </w:p>
    <w:p>
      <w:r>
        <w:rPr>
          <w:b/>
        </w:rPr>
        <w:t xml:space="preserve">[08:58] </w:t>
      </w:r>
      <w:r>
        <w:t>kis liye? ke aap ne dekha ke is waqt ke log jo hain, conditioned ho gaye hain shirk</w:t>
      </w:r>
    </w:p>
    <w:p>
      <w:pPr>
        <w:jc w:val="right"/>
      </w:pPr>
      <w:r>
        <w:t>کس لیے؟ کہ آپ نے دیکھا کہ اس وقت کے لوگ جو ہیں، کنڈیشنڈ ہو گئے ہیں شرک</w:t>
      </w:r>
    </w:p>
    <w:p>
      <w:r>
        <w:rPr>
          <w:b/>
        </w:rPr>
        <w:t xml:space="preserve">[09:05] </w:t>
      </w:r>
      <w:r>
        <w:t>mein, ghairullah ki ibadat mein.</w:t>
      </w:r>
    </w:p>
    <w:p>
      <w:pPr>
        <w:jc w:val="right"/>
      </w:pPr>
      <w:r>
        <w:t>میں، غیر اللہ کی عبادت میں۔</w:t>
      </w:r>
    </w:p>
    <w:p>
      <w:r>
        <w:rPr>
          <w:b/>
        </w:rPr>
        <w:t xml:space="preserve">[09:12] </w:t>
      </w:r>
      <w:r>
        <w:t>to aap ne Allah ke hukum se ek naya, ek nayi planning ki.</w:t>
      </w:r>
    </w:p>
    <w:p>
      <w:pPr>
        <w:jc w:val="right"/>
      </w:pPr>
      <w:r>
        <w:t>تو آپ نے اللہ کے حکم سے ایک نیا، ایک نئی پلاننگ کی۔</w:t>
      </w:r>
    </w:p>
    <w:p>
      <w:r>
        <w:rPr>
          <w:b/>
        </w:rPr>
        <w:t xml:space="preserve">[09:19] </w:t>
      </w:r>
      <w:r>
        <w:t>wo planning kya thi? ek nayi generation banana jo conditioning se pak ho.</w:t>
      </w:r>
    </w:p>
    <w:p>
      <w:pPr>
        <w:jc w:val="right"/>
      </w:pPr>
      <w:r>
        <w:t>وہ پلاننگ کیا تھی؟ ایک نئی جنریشن بنانا جو کنڈیشننگ سے پاک ہو۔</w:t>
      </w:r>
    </w:p>
    <w:p>
      <w:r>
        <w:rPr>
          <w:b/>
        </w:rPr>
        <w:t xml:space="preserve">[09:26] </w:t>
      </w:r>
      <w:r>
        <w:t>hazrat ibrahim ne dekha ke iraq ke log, misr ke log, sham ke log, falasteen ke log, har</w:t>
      </w:r>
    </w:p>
    <w:p>
      <w:pPr>
        <w:jc w:val="right"/>
      </w:pPr>
      <w:r>
        <w:t>حضرت ابراہیم نے دیکھا کہ عراق کے لوگ، مصر کے لوگ، شام کے لوگ، فلسطین کے لوگ، ہر</w:t>
      </w:r>
    </w:p>
    <w:p>
      <w:r>
        <w:rPr>
          <w:b/>
        </w:rPr>
        <w:t xml:space="preserve">[09:33] </w:t>
      </w:r>
      <w:r>
        <w:t>jagah ke log shirk culture mein aakhri had tak conditioned ho gaye hain.</w:t>
      </w:r>
    </w:p>
    <w:p>
      <w:pPr>
        <w:jc w:val="right"/>
      </w:pPr>
      <w:r>
        <w:t>جگہ کے لوگ شرک کلچر میں آخری حد تک کنڈیشنڈ ہو گئے ہیں۔</w:t>
      </w:r>
    </w:p>
    <w:p>
      <w:r>
        <w:rPr>
          <w:b/>
        </w:rPr>
        <w:t xml:space="preserve">[09:40] </w:t>
      </w:r>
      <w:r>
        <w:t>unki samajh mein baat aati nahin hai.</w:t>
      </w:r>
    </w:p>
    <w:p>
      <w:pPr>
        <w:jc w:val="right"/>
      </w:pPr>
      <w:r>
        <w:t>ان کی سمجھ میں بات آتی نہیں ہے۔</w:t>
      </w:r>
    </w:p>
    <w:p>
      <w:r>
        <w:rPr>
          <w:b/>
        </w:rPr>
        <w:t xml:space="preserve">[09:46] </w:t>
      </w:r>
      <w:r>
        <w:t>due to their conditioning.</w:t>
      </w:r>
    </w:p>
    <w:p>
      <w:pPr>
        <w:jc w:val="right"/>
      </w:pPr>
      <w:r>
        <w:t>ڈیو ٹو دیر کنڈیشننگ۔</w:t>
      </w:r>
    </w:p>
    <w:p>
      <w:r>
        <w:rPr>
          <w:b/>
        </w:rPr>
        <w:t xml:space="preserve">[09:53] </w:t>
      </w:r>
      <w:r>
        <w:t>to yeh Allah ka ishara hua ke tum ek nayi generation banao.</w:t>
      </w:r>
    </w:p>
    <w:p>
      <w:pPr>
        <w:jc w:val="right"/>
      </w:pPr>
      <w:r>
        <w:t>تو یہ اللہ کا اشارہ ہوا کہ تم ایک نئی جنریشن بناؤ۔</w:t>
      </w:r>
    </w:p>
    <w:p>
      <w:r>
        <w:rPr>
          <w:b/>
        </w:rPr>
        <w:t xml:space="preserve">[10:00] </w:t>
      </w:r>
      <w:r>
        <w:t>insani abadiyon se door, shehron se door, mushrikana culture se door.</w:t>
      </w:r>
    </w:p>
    <w:p>
      <w:pPr>
        <w:jc w:val="right"/>
      </w:pPr>
      <w:r>
        <w:t>انسانی آبادیوں سے دور، شہروں سے دور، مشرکانہ کلچر سے دور۔</w:t>
      </w:r>
    </w:p>
    <w:p>
      <w:r>
        <w:rPr>
          <w:b/>
        </w:rPr>
        <w:t xml:space="preserve">[10:07] </w:t>
      </w:r>
      <w:r>
        <w:t>to is ka intikhab hua ke desert mein aap basayen apni ahliya ko aur apne farzand ko.</w:t>
      </w:r>
    </w:p>
    <w:p>
      <w:pPr>
        <w:jc w:val="right"/>
      </w:pPr>
      <w:r>
        <w:t>تو اس کا انتخاب ہوا کہ ڈیزرٹ میں آپ بسائیں اپنی اہلیہ کو اور اپنے فرزند کو۔</w:t>
      </w:r>
    </w:p>
    <w:p>
      <w:r>
        <w:rPr>
          <w:b/>
        </w:rPr>
        <w:t xml:space="preserve">[10:14] </w:t>
      </w:r>
      <w:r>
        <w:t>to jo qissa jo aap jante hain, mashhoor hai ke aap ne khwab dekha ke apne bete ko</w:t>
      </w:r>
    </w:p>
    <w:p>
      <w:pPr>
        <w:jc w:val="right"/>
      </w:pPr>
      <w:r>
        <w:t>تو جو قصہ جو آپ جانتے ہیں، مشہور ہے کہ آپ نے خواب دیکھا کہ اپنے بیٹے کو</w:t>
      </w:r>
    </w:p>
    <w:p>
      <w:r>
        <w:rPr>
          <w:b/>
        </w:rPr>
        <w:t xml:space="preserve">[10:21] </w:t>
      </w:r>
      <w:r>
        <w:t>zibah kar raha hoon.</w:t>
      </w:r>
    </w:p>
    <w:p>
      <w:pPr>
        <w:jc w:val="right"/>
      </w:pPr>
      <w:r>
        <w:t>ذبح کر رہا ہوں۔</w:t>
      </w:r>
    </w:p>
    <w:p>
      <w:r>
        <w:rPr>
          <w:b/>
        </w:rPr>
        <w:t xml:space="preserve">[10:28] </w:t>
      </w:r>
      <w:r>
        <w:t>to wo bete ko zibah karne ke liye tayyar ho gae.</w:t>
      </w:r>
    </w:p>
    <w:p>
      <w:pPr>
        <w:jc w:val="right"/>
      </w:pPr>
      <w:r>
        <w:t>تو وہ بیٹے کو ذبح کرنے کے لیے تیار ہو گئے۔</w:t>
      </w:r>
    </w:p>
    <w:p>
      <w:r>
        <w:rPr>
          <w:b/>
        </w:rPr>
        <w:t xml:space="preserve">[10:34] </w:t>
      </w:r>
      <w:r>
        <w:t>lekin phir aakhir waqt mein, aindah waqt par farishta aaya.</w:t>
      </w:r>
    </w:p>
    <w:p>
      <w:pPr>
        <w:jc w:val="right"/>
      </w:pPr>
      <w:r>
        <w:t>لیکن پھر آخر وقت میں، آئندہ وقت پر فرشتہ آیا۔</w:t>
      </w:r>
    </w:p>
    <w:p>
      <w:r>
        <w:rPr>
          <w:b/>
        </w:rPr>
        <w:t xml:space="preserve">[10:41] </w:t>
      </w:r>
      <w:r>
        <w:t>us ne kaha ke nahin, aap meethe ko zibah kijiye, bete ko nahin.</w:t>
      </w:r>
    </w:p>
    <w:p>
      <w:pPr>
        <w:jc w:val="right"/>
      </w:pPr>
      <w:r>
        <w:t>اس نے کہا کہ نہیں، آپ میٹھے کو ذبح کیجئے، بیٹے کو نہیں۔</w:t>
      </w:r>
    </w:p>
    <w:p>
      <w:r>
        <w:rPr>
          <w:b/>
        </w:rPr>
        <w:t xml:space="preserve">[10:48] </w:t>
      </w:r>
      <w:r>
        <w:t>to quran mein hai ke wafadna bizibhin azeem yahan zibah azeem se murad beda nahin hai, janwar nahin hai.</w:t>
      </w:r>
    </w:p>
    <w:p>
      <w:pPr>
        <w:jc w:val="right"/>
      </w:pPr>
      <w:r>
        <w:t>تو قرآن میں ہے کہ وفدنا بذبح عظیم یہاں ذبح عظیم سے مراد بیڑا نہیں ہے، جانور نہیں ہے۔</w:t>
      </w:r>
    </w:p>
    <w:p>
      <w:r>
        <w:rPr>
          <w:b/>
        </w:rPr>
        <w:t xml:space="preserve">[10:55] </w:t>
      </w:r>
      <w:r>
        <w:t>hazrat ismail hain.</w:t>
      </w:r>
    </w:p>
    <w:p>
      <w:pPr>
        <w:jc w:val="right"/>
      </w:pPr>
      <w:r>
        <w:t>حضرت اسماعیل ہیں۔</w:t>
      </w:r>
    </w:p>
    <w:p>
      <w:r>
        <w:rPr>
          <w:b/>
        </w:rPr>
        <w:t xml:space="preserve">[11:02] </w:t>
      </w:r>
      <w:r>
        <w:t>عظیم ذبح عظیم کا مطلب ہے Great Sacrifice، یعنی greater than the animal sacrifice.</w:t>
      </w:r>
    </w:p>
    <w:p>
      <w:pPr>
        <w:jc w:val="right"/>
      </w:pPr>
      <w:r>
        <w:t>عظیم ذبح عظیم کا مطلب ہے گریٹ سیکریفائس، یعنی گریٹر دین دی اینیمل سیکریفائس۔</w:t>
      </w:r>
    </w:p>
    <w:p>
      <w:r>
        <w:rPr>
          <w:b/>
        </w:rPr>
        <w:t xml:space="preserve">[11:09] </w:t>
      </w:r>
      <w:r>
        <w:t>aik hai animal ki qurbani, woh aik saada qurbani hai, mamooli qurbani hai, ordinary qurbani hai.</w:t>
      </w:r>
    </w:p>
    <w:p>
      <w:pPr>
        <w:jc w:val="right"/>
      </w:pPr>
      <w:r>
        <w:t>ایک ہے اینیمل کی قربانی، وہ ایک سادہ قربانی ہے، معمولی قربانی ہے، آرڈنری قربانی ہے۔</w:t>
      </w:r>
    </w:p>
    <w:p>
      <w:r>
        <w:rPr>
          <w:b/>
        </w:rPr>
        <w:t xml:space="preserve">[11:16] </w:t>
      </w:r>
      <w:r>
        <w:t>to Allah ko matlab hua ke aik greater qurbani ki jaye.</w:t>
      </w:r>
    </w:p>
    <w:p>
      <w:pPr>
        <w:jc w:val="right"/>
      </w:pPr>
      <w:r>
        <w:t>تو اللہ کو مطلوب ہوا کہ ایک گریٹر قربانی کی جائے۔</w:t>
      </w:r>
    </w:p>
    <w:p>
      <w:r>
        <w:rPr>
          <w:b/>
        </w:rPr>
        <w:t xml:space="preserve">[11:22] </w:t>
      </w:r>
      <w:r>
        <w:t>وہ کیا تھا؟ اپنے بیٹے کو تم dedicate کرو اس اس مشن کے لیے کہ ایک نئی جنریشن</w:t>
      </w:r>
    </w:p>
    <w:p>
      <w:pPr>
        <w:jc w:val="right"/>
      </w:pPr>
      <w:r>
        <w:t>وہ کیا تھا؟ اپنے بیٹے کو تم ڈیڈیکیٹ کرو اس اس مشن کے لیے کہ ایک نئی جنریشن</w:t>
      </w:r>
    </w:p>
    <w:p>
      <w:r>
        <w:rPr>
          <w:b/>
        </w:rPr>
        <w:t xml:space="preserve">[11:29] </w:t>
      </w:r>
      <w:r>
        <w:t>banai jaye desert mein, jahan nature ke siwa kuch bhi na ho.</w:t>
      </w:r>
    </w:p>
    <w:p>
      <w:pPr>
        <w:jc w:val="right"/>
      </w:pPr>
      <w:r>
        <w:t>بنائی جائے ڈیزرٹ میں، جہاں نیچر کے سوا کچھ بھی نہ ہو۔</w:t>
      </w:r>
    </w:p>
    <w:p>
      <w:r>
        <w:rPr>
          <w:b/>
        </w:rPr>
        <w:t xml:space="preserve">[11:36] </w:t>
      </w:r>
      <w:r>
        <w:t>woh desert door door tak wahan kuch bhi nahi tha.</w:t>
      </w:r>
    </w:p>
    <w:p>
      <w:pPr>
        <w:jc w:val="right"/>
      </w:pPr>
      <w:r>
        <w:t>وہ ڈیزرٹ دور دور تک وہاں کچھ بھی نہیں تھا۔</w:t>
      </w:r>
    </w:p>
    <w:p>
      <w:r>
        <w:rPr>
          <w:b/>
        </w:rPr>
        <w:t xml:space="preserve">[11:43] </w:t>
      </w:r>
      <w:r>
        <w:t>na insani abadi thi, na koi, na koi wahan par agriculture tha, kuch bhi nahi tha.</w:t>
      </w:r>
    </w:p>
    <w:p>
      <w:pPr>
        <w:jc w:val="right"/>
      </w:pPr>
      <w:r>
        <w:t>نہ انسانی آبادی تھی، نہ کوئی، نہ کوئی وہاں پر ایگریکلچر تھا، کچھ بھی نہیں تھا۔</w:t>
      </w:r>
    </w:p>
    <w:p>
      <w:r>
        <w:rPr>
          <w:b/>
        </w:rPr>
        <w:t xml:space="preserve">[11:50] </w:t>
      </w:r>
      <w:r>
        <w:t>to wahan par nature ke siwa aur kuch bhi nahi tha.</w:t>
      </w:r>
    </w:p>
    <w:p>
      <w:pPr>
        <w:jc w:val="right"/>
      </w:pPr>
      <w:r>
        <w:t>تو وہاں پر نیچر کے سوا اور کچھ بھی نہیں تھا۔</w:t>
      </w:r>
    </w:p>
    <w:p>
      <w:r>
        <w:rPr>
          <w:b/>
        </w:rPr>
        <w:t xml:space="preserve">[11:57] </w:t>
      </w:r>
      <w:r>
        <w:t>sirf nature hi nature charon taraf tha.</w:t>
      </w:r>
    </w:p>
    <w:p>
      <w:pPr>
        <w:jc w:val="right"/>
      </w:pPr>
      <w:r>
        <w:t>صرف نیچر ہی نیچر چاروں طرف تھا۔</w:t>
      </w:r>
    </w:p>
    <w:p>
      <w:r>
        <w:rPr>
          <w:b/>
        </w:rPr>
        <w:t xml:space="preserve">[12:04] </w:t>
      </w:r>
      <w:r>
        <w:t>wahan par aik nasal banai gayi jis mein tawallud aur tanasul ke zariye aik aik poori nasal banne</w:t>
      </w:r>
    </w:p>
    <w:p>
      <w:pPr>
        <w:jc w:val="right"/>
      </w:pPr>
      <w:r>
        <w:t>وہاں پر ایک نسل بنائی گئی جس میں توالد اور تناسل کے ذریعے ایک ایک پوری نسل بننے</w:t>
      </w:r>
    </w:p>
    <w:p>
      <w:r>
        <w:rPr>
          <w:b/>
        </w:rPr>
        <w:t xml:space="preserve">[12:10] </w:t>
      </w:r>
      <w:r>
        <w:t>mein dhai hazar saal lag gaye.</w:t>
      </w:r>
    </w:p>
    <w:p>
      <w:pPr>
        <w:jc w:val="right"/>
      </w:pPr>
      <w:r>
        <w:t>میں ڈھائی ہزار سال لگ گئے۔</w:t>
      </w:r>
    </w:p>
    <w:p>
      <w:r>
        <w:rPr>
          <w:b/>
        </w:rPr>
        <w:t xml:space="preserve">[12:17] </w:t>
      </w:r>
      <w:r>
        <w:t>to yeh thi daawa planning.</w:t>
      </w:r>
    </w:p>
    <w:p>
      <w:pPr>
        <w:jc w:val="right"/>
      </w:pPr>
      <w:r>
        <w:t>تو یہ تھی دعویٰ پلاننگ۔</w:t>
      </w:r>
    </w:p>
    <w:p>
      <w:r>
        <w:rPr>
          <w:b/>
        </w:rPr>
        <w:t xml:space="preserve">[12:24] </w:t>
      </w:r>
      <w:r>
        <w:t>yani Hazrat Ibrahim ne pehle daawa work kiya bohat dinon tak.</w:t>
      </w:r>
    </w:p>
    <w:p>
      <w:pPr>
        <w:jc w:val="right"/>
      </w:pPr>
      <w:r>
        <w:t>یعنی حضرت ابراہیم نے پہلے دعویٰ ورک کیا بہت دنوں تک۔</w:t>
      </w:r>
    </w:p>
    <w:p>
      <w:r>
        <w:rPr>
          <w:b/>
        </w:rPr>
        <w:t xml:space="preserve">[12:31] </w:t>
      </w:r>
      <w:r>
        <w:t>kyunke Hazrat Ibrahim ko Allah taala ne bohat lambi umar di thi, so saal se zyada jiye aap.</w:t>
      </w:r>
    </w:p>
    <w:p>
      <w:pPr>
        <w:jc w:val="right"/>
      </w:pPr>
      <w:r>
        <w:t>کیونکہ حضرت ابراہیم کو اللہ تعالیٰ نے بہت لمبی عمر دی تھی، سو سال سے زیادہ جیے آپ۔</w:t>
      </w:r>
    </w:p>
    <w:p>
      <w:r>
        <w:rPr>
          <w:b/>
        </w:rPr>
        <w:t xml:space="preserve">[12:38] </w:t>
      </w:r>
      <w:r>
        <w:t>to pehle daawa work kiya.</w:t>
      </w:r>
    </w:p>
    <w:p>
      <w:pPr>
        <w:jc w:val="right"/>
      </w:pPr>
      <w:r>
        <w:t>تو پہلے دعویٰ ورک کیا۔</w:t>
      </w:r>
    </w:p>
    <w:p>
      <w:r>
        <w:rPr>
          <w:b/>
        </w:rPr>
        <w:t xml:space="preserve">[12:45] </w:t>
      </w:r>
      <w:r>
        <w:t>lekin logon ne jab aap ki awaaz par labbaik nahi kaha to aap ne dawat ke kaam ko</w:t>
      </w:r>
    </w:p>
    <w:p>
      <w:pPr>
        <w:jc w:val="right"/>
      </w:pPr>
      <w:r>
        <w:t>لیکن لوگوں نے جب آپ کی آواز پر لبیک نہیں کہا تو آپ نے دعوت کے کام کو</w:t>
      </w:r>
    </w:p>
    <w:p>
      <w:r>
        <w:rPr>
          <w:b/>
        </w:rPr>
        <w:t xml:space="preserve">[12:52] </w:t>
      </w:r>
      <w:r>
        <w:t>chhor nahi diya.</w:t>
      </w:r>
    </w:p>
    <w:p>
      <w:pPr>
        <w:jc w:val="right"/>
      </w:pPr>
      <w:r>
        <w:t>چھوڑ نہیں دیا۔</w:t>
      </w:r>
    </w:p>
    <w:p>
      <w:r>
        <w:rPr>
          <w:b/>
        </w:rPr>
        <w:t xml:space="preserve">[12:58] </w:t>
      </w:r>
      <w:r>
        <w:t>khaas baat sochne ki yeh hai ke Hazrat Ibrahim ne dawat ke kaam ko chhor nahi diya ke</w:t>
      </w:r>
    </w:p>
    <w:p>
      <w:pPr>
        <w:jc w:val="right"/>
      </w:pPr>
      <w:r>
        <w:t>خاص بات سوچنے کی یہ ہے کہ حضرت ابراہیم نے دعوت کے کام کو چھوڑ نہیں دیا کہ</w:t>
      </w:r>
    </w:p>
    <w:p>
      <w:r>
        <w:rPr>
          <w:b/>
        </w:rPr>
        <w:t xml:space="preserve">[13:05] </w:t>
      </w:r>
      <w:r>
        <w:t>log bhaad mein jayein, nahi mante to na manen.</w:t>
      </w:r>
    </w:p>
    <w:p>
      <w:pPr>
        <w:jc w:val="right"/>
      </w:pPr>
      <w:r>
        <w:t>لوگ بھاڑ میں جائیں، نہیں مانتے تو نہ مانیں۔</w:t>
      </w:r>
    </w:p>
    <w:p>
      <w:r>
        <w:rPr>
          <w:b/>
        </w:rPr>
        <w:t xml:space="preserve">[13:12] </w:t>
      </w:r>
      <w:r>
        <w:t>nahi, aap ne dawat ke kaam ki re-planning ki. re-planning.</w:t>
      </w:r>
    </w:p>
    <w:p>
      <w:pPr>
        <w:jc w:val="right"/>
      </w:pPr>
      <w:r>
        <w:t>نہیں، آپ نے دعوت کے کام کی ری پلاننگ کی۔ ری پلاننگ۔</w:t>
      </w:r>
    </w:p>
    <w:p>
      <w:r>
        <w:rPr>
          <w:b/>
        </w:rPr>
        <w:t xml:space="preserve">[13:19] </w:t>
      </w:r>
      <w:r>
        <w:t>yani is ko kahenge creative daawa. creative daawa.</w:t>
      </w:r>
    </w:p>
    <w:p>
      <w:pPr>
        <w:jc w:val="right"/>
      </w:pPr>
      <w:r>
        <w:t>یعنی اس کو کہیں گے کریٹیو دعویٰ۔ کریٹیو دعویٰ۔</w:t>
      </w:r>
    </w:p>
    <w:p>
      <w:r>
        <w:rPr>
          <w:b/>
        </w:rPr>
        <w:t xml:space="preserve">[13:26] </w:t>
      </w:r>
      <w:r>
        <w:t>aur woh yeh hai ke aik nai nasal banao aur pesh chalo.</w:t>
      </w:r>
    </w:p>
    <w:p>
      <w:pPr>
        <w:jc w:val="right"/>
      </w:pPr>
      <w:r>
        <w:t>اور وہ یہ ہے کہ ایک نئی نسل بناؤ اور پیش چلو۔</w:t>
      </w:r>
    </w:p>
    <w:p>
      <w:r>
        <w:rPr>
          <w:b/>
        </w:rPr>
        <w:t xml:space="preserve">[13:33] </w:t>
      </w:r>
      <w:r>
        <w:t>jin insanon ko doosre maon aur baapon ne paida kiya hai, un mein agar nahi mil rahe hain</w:t>
      </w:r>
    </w:p>
    <w:p>
      <w:pPr>
        <w:jc w:val="right"/>
      </w:pPr>
      <w:r>
        <w:t>جن انسانوں کو دوسرے ماؤں اور باپوں نے پیدا کیا ہے، ان میں اگر نہیں مل رہے ہیں</w:t>
      </w:r>
    </w:p>
    <w:p>
      <w:r>
        <w:rPr>
          <w:b/>
        </w:rPr>
        <w:t xml:space="preserve">[13:40] </w:t>
      </w:r>
      <w:r>
        <w:t>labbaik kehne wale to tum khud aik nasal banao. pesh chalo.</w:t>
      </w:r>
    </w:p>
    <w:p>
      <w:pPr>
        <w:jc w:val="right"/>
      </w:pPr>
      <w:r>
        <w:t>لبیک کہنے والے تو تم خود ایک نسل بناؤ۔ پیش چلو۔</w:t>
      </w:r>
    </w:p>
    <w:p>
      <w:r>
        <w:rPr>
          <w:b/>
        </w:rPr>
        <w:t xml:space="preserve">[13:46] </w:t>
      </w:r>
      <w:r>
        <w:t>yani paida shuda insanon se chalne ke bajaye aur pesh chalo.</w:t>
      </w:r>
    </w:p>
    <w:p>
      <w:pPr>
        <w:jc w:val="right"/>
      </w:pPr>
      <w:r>
        <w:t>یعنی پیدا شدہ انسانوں سے چلنے کے بجائے اور پیش چلو۔</w:t>
      </w:r>
    </w:p>
    <w:p>
      <w:r>
        <w:rPr>
          <w:b/>
        </w:rPr>
        <w:t xml:space="preserve">[13:53] </w:t>
      </w:r>
      <w:r>
        <w:t>kaisi ajeeb thi yeh planning. pesh chalo.</w:t>
      </w:r>
    </w:p>
    <w:p>
      <w:pPr>
        <w:jc w:val="right"/>
      </w:pPr>
      <w:r>
        <w:t>کیسی عجیب تھی یہ پلاننگ۔ پیش چلو۔</w:t>
      </w:r>
    </w:p>
    <w:p>
      <w:r>
        <w:rPr>
          <w:b/>
        </w:rPr>
        <w:t xml:space="preserve">[14:00] </w:t>
      </w:r>
      <w:r>
        <w:t>yani aise insan banao.</w:t>
      </w:r>
    </w:p>
    <w:p>
      <w:pPr>
        <w:jc w:val="right"/>
      </w:pPr>
      <w:r>
        <w:t>یعنی ایسے انسان بناؤ۔</w:t>
      </w:r>
    </w:p>
    <w:p>
      <w:r>
        <w:rPr>
          <w:b/>
        </w:rPr>
        <w:t xml:space="preserve">[14:07] </w:t>
      </w:r>
      <w:r>
        <w:t>bane hue insanon mein agar response nahi mil raha hai to tum peechhe jao, peechhe jao, peechhe jao.</w:t>
      </w:r>
    </w:p>
    <w:p>
      <w:pPr>
        <w:jc w:val="right"/>
      </w:pPr>
      <w:r>
        <w:t>بنے ہوئے انسانوں میں اگر رسپانس نہیں مل رہا ہے تو تم پیچھے جاؤ، پیچھے جاؤ، پیچھے جاؤ۔</w:t>
      </w:r>
    </w:p>
    <w:p>
      <w:r>
        <w:rPr>
          <w:b/>
        </w:rPr>
        <w:t xml:space="preserve">[14:14] </w:t>
      </w:r>
      <w:r>
        <w:t>naye insan, naye qism ke insan paida karo.</w:t>
      </w:r>
    </w:p>
    <w:p>
      <w:pPr>
        <w:jc w:val="right"/>
      </w:pPr>
      <w:r>
        <w:t>نئے انسان، نئے قسم کے انسان پیدا کرو۔</w:t>
      </w:r>
    </w:p>
    <w:p>
      <w:r>
        <w:rPr>
          <w:b/>
        </w:rPr>
        <w:t xml:space="preserve">[14:21] </w:t>
      </w:r>
      <w:r>
        <w:t>yeh thi Hazrat Ibrahim ki planning jo unhon ne Makkah ke paas desert mein ki.</w:t>
      </w:r>
    </w:p>
    <w:p>
      <w:pPr>
        <w:jc w:val="right"/>
      </w:pPr>
      <w:r>
        <w:t>یہ تھی حضرت ابراہیم کی پلاننگ جو انہوں نے مکہ کے پاس ڈیزرٹ میں کی۔</w:t>
      </w:r>
    </w:p>
    <w:p>
      <w:r>
        <w:rPr>
          <w:b/>
        </w:rPr>
        <w:t xml:space="preserve">[14:28] </w:t>
      </w:r>
      <w:r>
        <w:t>isi mein se, isi nasal mein se paida hue woh saare log jin ko hum Ashab-e-Rasool kehte hain.</w:t>
      </w:r>
    </w:p>
    <w:p>
      <w:pPr>
        <w:jc w:val="right"/>
      </w:pPr>
      <w:r>
        <w:t>اسی میں سے، اسی نسل میں سے پیدا ہوئے وہ سارے لوگ جن کو ہم اصحاب رسول کہتے ہیں۔</w:t>
      </w:r>
    </w:p>
    <w:p>
      <w:r>
        <w:rPr>
          <w:b/>
        </w:rPr>
        <w:t xml:space="preserve">[14:34] </w:t>
      </w:r>
      <w:r>
        <w:t>khud Rasool Allah Sal Allahu Alaihi Wasallam isi mein paida hue.</w:t>
      </w:r>
    </w:p>
    <w:p>
      <w:pPr>
        <w:jc w:val="right"/>
      </w:pPr>
      <w:r>
        <w:t>خود رسول اللہ صلی اللہ علیہ وسلم اسی میں پیدا ہوئے۔</w:t>
      </w:r>
    </w:p>
    <w:p>
      <w:r>
        <w:rPr>
          <w:b/>
        </w:rPr>
        <w:t xml:space="preserve">[14:41] </w:t>
      </w:r>
      <w:r>
        <w:t>to yeh log jo the, in mein yeh conditioning se pak the.</w:t>
      </w:r>
    </w:p>
    <w:p>
      <w:pPr>
        <w:jc w:val="right"/>
      </w:pPr>
      <w:r>
        <w:t>تو یہ لوگ جو تھے، ان میں یہ کنڈیشننگ سے پاک تھے۔</w:t>
      </w:r>
    </w:p>
    <w:p>
      <w:r>
        <w:rPr>
          <w:b/>
        </w:rPr>
        <w:t xml:space="preserve">[14:48] </w:t>
      </w:r>
      <w:r>
        <w:t>yeh wajah hai ke bohat jald unhon ne sachai ko samajh liya.</w:t>
      </w:r>
    </w:p>
    <w:p>
      <w:pPr>
        <w:jc w:val="right"/>
      </w:pPr>
      <w:r>
        <w:t>یہ وجہ ہے کہ بہت جلد انہوں نے سچائی کو سمجھ لیا۔</w:t>
      </w:r>
    </w:p>
    <w:p>
      <w:r>
        <w:rPr>
          <w:b/>
        </w:rPr>
        <w:t xml:space="preserve">[14:55] </w:t>
      </w:r>
      <w:r>
        <w:t>ek bada group bana.</w:t>
      </w:r>
    </w:p>
    <w:p>
      <w:pPr>
        <w:jc w:val="right"/>
      </w:pPr>
      <w:r>
        <w:t>ایک بڑا گروپ بنا۔</w:t>
      </w:r>
    </w:p>
    <w:p>
      <w:r>
        <w:rPr>
          <w:b/>
        </w:rPr>
        <w:t xml:space="preserve">[15:02] </w:t>
      </w:r>
      <w:r>
        <w:t>kaha jata hai ke aap ke saahibiyon ki tadad jab aap ki wafat hui, taqreeban do lakh thi.</w:t>
      </w:r>
    </w:p>
    <w:p>
      <w:pPr>
        <w:jc w:val="right"/>
      </w:pPr>
      <w:r>
        <w:t>کہا جاتا ہے کہ آپ کے ساتھیوں کی تعداد جب آپ کی وفات ہوئی، تقریباً دو لاکھ تھی۔</w:t>
      </w:r>
    </w:p>
    <w:p>
      <w:r>
        <w:rPr>
          <w:b/>
        </w:rPr>
        <w:t xml:space="preserve">[15:09] </w:t>
      </w:r>
      <w:r>
        <w:t>yeh hai qissa.</w:t>
      </w:r>
    </w:p>
    <w:p>
      <w:pPr>
        <w:jc w:val="right"/>
      </w:pPr>
      <w:r>
        <w:t>یہ ہے قصہ۔</w:t>
      </w:r>
    </w:p>
    <w:p>
      <w:r>
        <w:rPr>
          <w:b/>
        </w:rPr>
        <w:t xml:space="preserve">[15:16] </w:t>
      </w:r>
      <w:r>
        <w:t>to Rasool Allah Sal Allahu Alaihi Wasallam ne jo Hajj kiya tha, jis ko hum kehte hain Hajjat</w:t>
      </w:r>
    </w:p>
    <w:p>
      <w:pPr>
        <w:jc w:val="right"/>
      </w:pPr>
      <w:r>
        <w:t>تو رسول اللہ صلی اللہ علیہ وسلم نے جو حج کیا تھا، جس کو ہم کہتے ہیں حجۃ</w:t>
      </w:r>
    </w:p>
    <w:p>
      <w:r>
        <w:rPr>
          <w:b/>
        </w:rPr>
        <w:t xml:space="preserve">[15:22] </w:t>
      </w:r>
      <w:r>
        <w:t>ul Wida, aap ne apni wafat se taqreeban do mahine pehle, is mauqe par aap ne woh saare مراسم</w:t>
      </w:r>
    </w:p>
    <w:p>
      <w:pPr>
        <w:jc w:val="right"/>
      </w:pPr>
      <w:r>
        <w:t>الوداع، آپ نے اپنی وفات سے تقریباً دو مہینے پہلے، اس موقع پر آپ نے وہ سارے مراسم</w:t>
      </w:r>
    </w:p>
    <w:p>
      <w:r>
        <w:rPr>
          <w:b/>
        </w:rPr>
        <w:t xml:space="preserve">[15:29] </w:t>
      </w:r>
      <w:r>
        <w:t>jo ada kiye, isi ko haaliya log ada karte hain.</w:t>
      </w:r>
    </w:p>
    <w:p>
      <w:pPr>
        <w:jc w:val="right"/>
      </w:pPr>
      <w:r>
        <w:t>جو ادا کیے، اسی کو حالیہ لوگ ادا کرتے ہیں۔</w:t>
      </w:r>
    </w:p>
    <w:p>
      <w:r>
        <w:rPr>
          <w:b/>
        </w:rPr>
        <w:t xml:space="preserve">[15:36] </w:t>
      </w:r>
      <w:r>
        <w:t>isi ko partial sense mein hum Eid al-Adha ke mauqe par ada karte hain.</w:t>
      </w:r>
    </w:p>
    <w:p>
      <w:pPr>
        <w:jc w:val="right"/>
      </w:pPr>
      <w:r>
        <w:t>اسی کو پارشل سینس میں ہم عید الاضحی کے موقع پر ادا کرتے ہیں۔</w:t>
      </w:r>
    </w:p>
    <w:p>
      <w:r>
        <w:rPr>
          <w:b/>
        </w:rPr>
        <w:t xml:space="preserve">[15:43] </w:t>
      </w:r>
      <w:r>
        <w:t>to woh kya tha? woh kya tha? dekhiye, Rasool Allah Sal Allahu Alaihi Wasallam ne tawaf kiya, saaye</w:t>
      </w:r>
    </w:p>
    <w:p>
      <w:pPr>
        <w:jc w:val="right"/>
      </w:pPr>
      <w:r>
        <w:t>تو وہ کیا تھا؟ وہ کیا تھا؟ دیکھیے، رسول اللہ صلی اللہ علیہ وسلم نے طواف کیا، سائے</w:t>
      </w:r>
    </w:p>
    <w:p>
      <w:r>
        <w:rPr>
          <w:b/>
        </w:rPr>
        <w:t xml:space="preserve">[15:50] </w:t>
      </w:r>
      <w:r>
        <w:t>ki, shaitan ko kankariyan maari waghera waghera hote hue aap Arafat mein waqoof kiya.</w:t>
      </w:r>
    </w:p>
    <w:p>
      <w:pPr>
        <w:jc w:val="right"/>
      </w:pPr>
      <w:r>
        <w:t>کی، شیطان کو کنکریاں ماری وغیرہ وغیرہ ہوتے ہوئے آپ عرفات میں وقوف کیا۔</w:t>
      </w:r>
    </w:p>
    <w:p>
      <w:r>
        <w:rPr>
          <w:b/>
        </w:rPr>
        <w:t xml:space="preserve">[15:57] </w:t>
      </w:r>
      <w:r>
        <w:t>aap ne jis ko Hajj ka rukn-e-azam mana jata hai.</w:t>
      </w:r>
    </w:p>
    <w:p>
      <w:pPr>
        <w:jc w:val="right"/>
      </w:pPr>
      <w:r>
        <w:t>آپ نے جس کو حج کا رکن اعظم مانا جاتا ہے۔</w:t>
      </w:r>
    </w:p>
    <w:p>
      <w:r>
        <w:rPr>
          <w:b/>
        </w:rPr>
        <w:t xml:space="preserve">[16:04] </w:t>
      </w:r>
      <w:r>
        <w:t>hadees mein aata hai ke al-Hajj Arafah yani Arafah mein agar aap ne qiyam kar liya to aap</w:t>
      </w:r>
    </w:p>
    <w:p>
      <w:pPr>
        <w:jc w:val="right"/>
      </w:pPr>
      <w:r>
        <w:t>حدیث میں آتا ہے کہ الحج عرفہ یعنی عرفہ میں اگر آپ نے قیام کر لیا تو آپ</w:t>
      </w:r>
    </w:p>
    <w:p>
      <w:r>
        <w:rPr>
          <w:b/>
        </w:rPr>
        <w:t xml:space="preserve">[16:10] </w:t>
      </w:r>
      <w:r>
        <w:t>ka Hajj ho gaya.</w:t>
      </w:r>
    </w:p>
    <w:p>
      <w:pPr>
        <w:jc w:val="right"/>
      </w:pPr>
      <w:r>
        <w:t>کا حج ہو گیا۔</w:t>
      </w:r>
    </w:p>
    <w:p>
      <w:r>
        <w:rPr>
          <w:b/>
        </w:rPr>
        <w:t xml:space="preserve">[16:17] </w:t>
      </w:r>
      <w:r>
        <w:t>to is ka culmination hota hai Arafah mein qiyam.</w:t>
      </w:r>
    </w:p>
    <w:p>
      <w:pPr>
        <w:jc w:val="right"/>
      </w:pPr>
      <w:r>
        <w:t>تو اس کا کلمیشن ہوتا ہے عرفہ میں قیام۔</w:t>
      </w:r>
    </w:p>
    <w:p>
      <w:r>
        <w:rPr>
          <w:b/>
        </w:rPr>
        <w:t xml:space="preserve">[16:24] </w:t>
      </w:r>
      <w:r>
        <w:t>poora Hajj ka jo مراسم hai, is ka culmination hai Arafah.</w:t>
      </w:r>
    </w:p>
    <w:p>
      <w:pPr>
        <w:jc w:val="right"/>
      </w:pPr>
      <w:r>
        <w:t>پورا حج کا جو مراسم ہے، اس کا کلمیشن ہے عرفہ۔</w:t>
      </w:r>
    </w:p>
    <w:p>
      <w:r>
        <w:rPr>
          <w:b/>
        </w:rPr>
        <w:t xml:space="preserve">[16:31] </w:t>
      </w:r>
      <w:r>
        <w:t>Arafah mein qiyam isi liye hai ke al-Hajj Arafah.</w:t>
      </w:r>
    </w:p>
    <w:p>
      <w:pPr>
        <w:jc w:val="right"/>
      </w:pPr>
      <w:r>
        <w:t>عرفہ میں قیام اسی لیے ہے کہ الحج عرفہ ۔</w:t>
      </w:r>
    </w:p>
    <w:p>
      <w:r>
        <w:rPr>
          <w:b/>
        </w:rPr>
        <w:t xml:space="preserve">[16:38] </w:t>
      </w:r>
      <w:r>
        <w:t>ab dekhiye ke aap ne yeh sab jo kiya to kya is se yeh kuch rituals the? koi</w:t>
      </w:r>
    </w:p>
    <w:p>
      <w:pPr>
        <w:jc w:val="right"/>
      </w:pPr>
      <w:r>
        <w:t>اب دیکھیے کہ آپ نے یہ سب جو کیا تو کیا اس سے یہ کچھ ریچولز تھے؟ کوئی</w:t>
      </w:r>
    </w:p>
    <w:p>
      <w:r>
        <w:rPr>
          <w:b/>
        </w:rPr>
        <w:t xml:space="preserve">[16:45] </w:t>
      </w:r>
      <w:r>
        <w:t>rasmein thin? nahi, yeh aap ne illustrate kiya is baat ko ke Allah ke sachche manne wale ko</w:t>
      </w:r>
    </w:p>
    <w:p>
      <w:pPr>
        <w:jc w:val="right"/>
      </w:pPr>
      <w:r>
        <w:t>رسمیں تھیں؟ نہیں، یہ آپ نے ایلسٹریٹ کیا اس بات کو کہ اللہ کے سچے ماننے والے کو</w:t>
      </w:r>
    </w:p>
    <w:p>
      <w:r>
        <w:rPr>
          <w:b/>
        </w:rPr>
        <w:t xml:space="preserve">[16:52] </w:t>
      </w:r>
      <w:r>
        <w:t>kya karna hai.</w:t>
      </w:r>
    </w:p>
    <w:p>
      <w:pPr>
        <w:jc w:val="right"/>
      </w:pPr>
      <w:r>
        <w:t>کیا کرنا ہے۔</w:t>
      </w:r>
    </w:p>
    <w:p>
      <w:r>
        <w:rPr>
          <w:b/>
        </w:rPr>
        <w:t xml:space="preserve">[16:58] </w:t>
      </w:r>
      <w:r>
        <w:t>is ko Allah ke gard tawaf karna hai, Allah ke mission ke liye dorna hai, Allah ke liye</w:t>
      </w:r>
    </w:p>
    <w:p>
      <w:pPr>
        <w:jc w:val="right"/>
      </w:pPr>
      <w:r>
        <w:t>اس کو اللہ کے گرد طواف کرنا ہے، اللہ کے مشن کے لیے دوڑنا ہے، اللہ کے لیے</w:t>
      </w:r>
    </w:p>
    <w:p>
      <w:r>
        <w:rPr>
          <w:b/>
        </w:rPr>
        <w:t xml:space="preserve">[17:05] </w:t>
      </w:r>
      <w:r>
        <w:t>qurbaniyan dena hai, Allah ke liye sona hai, Allah ke liye jaagna hai, Allah ke liye theharna hai,</w:t>
      </w:r>
    </w:p>
    <w:p>
      <w:pPr>
        <w:jc w:val="right"/>
      </w:pPr>
      <w:r>
        <w:t>قربانیاں دینا ہے، اللہ کے لیے سونا ہے، اللہ کے لیے جاگنا ہے، اللہ کے لیے ٹھہرنا ہے،</w:t>
      </w:r>
    </w:p>
    <w:p>
      <w:r>
        <w:rPr>
          <w:b/>
        </w:rPr>
        <w:t xml:space="preserve">[17:12] </w:t>
      </w:r>
      <w:r>
        <w:t>Allah ke liye safar karna hai.</w:t>
      </w:r>
    </w:p>
    <w:p>
      <w:pPr>
        <w:jc w:val="right"/>
      </w:pPr>
      <w:r>
        <w:t>اللہ کے لیے سفر کرنا ہے۔</w:t>
      </w:r>
    </w:p>
    <w:p>
      <w:r>
        <w:rPr>
          <w:b/>
        </w:rPr>
        <w:t xml:space="preserve">[17:19] </w:t>
      </w:r>
      <w:r>
        <w:t>yani dawat Allah ke liye.</w:t>
      </w:r>
    </w:p>
    <w:p>
      <w:pPr>
        <w:jc w:val="right"/>
      </w:pPr>
      <w:r>
        <w:t>یعنی دعوت اللہ کے لیے۔</w:t>
      </w:r>
    </w:p>
    <w:p>
      <w:r>
        <w:rPr>
          <w:b/>
        </w:rPr>
        <w:t xml:space="preserve">[17:26] </w:t>
      </w:r>
      <w:r>
        <w:t>yeh sari sargharmiyan dawat Allah ke liye.</w:t>
      </w:r>
    </w:p>
    <w:p>
      <w:pPr>
        <w:jc w:val="right"/>
      </w:pPr>
      <w:r>
        <w:t>یہ ساری سرگرمیاں دعوت اللہ کے لیے۔</w:t>
      </w:r>
    </w:p>
    <w:p>
      <w:r>
        <w:rPr>
          <w:b/>
        </w:rPr>
        <w:t xml:space="preserve">[17:33] </w:t>
      </w:r>
      <w:r>
        <w:t>ek sahib ne likha hai, ek mufassir ne ke haj, haj jihad ki mashq hai.</w:t>
      </w:r>
    </w:p>
    <w:p>
      <w:pPr>
        <w:jc w:val="right"/>
      </w:pPr>
      <w:r>
        <w:t>ایک صاحب نے لکھا ہے، ایک مفسر نے کہ حج، حج جہاد کی مشق ہے۔</w:t>
      </w:r>
    </w:p>
    <w:p>
      <w:r>
        <w:rPr>
          <w:b/>
        </w:rPr>
        <w:t xml:space="preserve">[17:40] </w:t>
      </w:r>
      <w:r>
        <w:t>magar yeh baat sahi nahi hai.</w:t>
      </w:r>
    </w:p>
    <w:p>
      <w:pPr>
        <w:jc w:val="right"/>
      </w:pPr>
      <w:r>
        <w:t>مگر یہ بات صحیح نہیں ہے۔</w:t>
      </w:r>
    </w:p>
    <w:p>
      <w:r>
        <w:rPr>
          <w:b/>
        </w:rPr>
        <w:t xml:space="preserve">[17:46] </w:t>
      </w:r>
      <w:r>
        <w:t>haj dawat Allah ki mashq hai.</w:t>
      </w:r>
    </w:p>
    <w:p>
      <w:pPr>
        <w:jc w:val="right"/>
      </w:pPr>
      <w:r>
        <w:t>حج دعوت اللہ کی مشق ہے۔</w:t>
      </w:r>
    </w:p>
    <w:p>
      <w:r>
        <w:rPr>
          <w:b/>
        </w:rPr>
        <w:t xml:space="preserve">[17:53] </w:t>
      </w:r>
      <w:r>
        <w:t>dawat Allah ki mashq hai.</w:t>
      </w:r>
    </w:p>
    <w:p>
      <w:pPr>
        <w:jc w:val="right"/>
      </w:pPr>
      <w:r>
        <w:t>دعوت اللہ کی مشق ہے۔</w:t>
      </w:r>
    </w:p>
    <w:p>
      <w:r>
        <w:rPr>
          <w:b/>
        </w:rPr>
        <w:t xml:space="preserve">[18:00] </w:t>
      </w:r>
      <w:r>
        <w:t>jihad sari jo karrawaiyan hoti hain, haqiqatan woh ajza hain ek daai ke.</w:t>
      </w:r>
    </w:p>
    <w:p>
      <w:pPr>
        <w:jc w:val="right"/>
      </w:pPr>
      <w:r>
        <w:t>جہاد ساری جو کارروائیاں ہوتی ہیں، حقیقتاً وہ اجزاء ہیں ایک داعی کے۔</w:t>
      </w:r>
    </w:p>
    <w:p>
      <w:r>
        <w:rPr>
          <w:b/>
        </w:rPr>
        <w:t xml:space="preserve">[18:07] </w:t>
      </w:r>
      <w:r>
        <w:t>phir aap dekhiye, Arafa, Arafaat ke maidan mein Rasool Allah aaye, sare sahaba aaye to wahan par ek</w:t>
      </w:r>
    </w:p>
    <w:p>
      <w:pPr>
        <w:jc w:val="right"/>
      </w:pPr>
      <w:r>
        <w:t>پھر آپ دیکھیے، عرفہ، عرفات کے میدان میں رسول اللہ آئے، سارے صحابہ آئے تو وہاں پر ایک</w:t>
      </w:r>
    </w:p>
    <w:p>
      <w:r>
        <w:rPr>
          <w:b/>
        </w:rPr>
        <w:t xml:space="preserve">[18:14] </w:t>
      </w:r>
      <w:r>
        <w:t>ek pahari hai jis ko kehte hain jabal rehmat.</w:t>
      </w:r>
    </w:p>
    <w:p>
      <w:pPr>
        <w:jc w:val="right"/>
      </w:pPr>
      <w:r>
        <w:t>ایک پہاڑی ہے جس کو کہتے ہیں جبر رحمت۔</w:t>
      </w:r>
    </w:p>
    <w:p>
      <w:r>
        <w:rPr>
          <w:b/>
        </w:rPr>
        <w:t xml:space="preserve">[18:21] </w:t>
      </w:r>
      <w:r>
        <w:t>wahan par khare ho kar aap ne ek khutba diya.</w:t>
      </w:r>
    </w:p>
    <w:p>
      <w:pPr>
        <w:jc w:val="right"/>
      </w:pPr>
      <w:r>
        <w:t>وہاں پر کھڑے ہو کر آپ نے ایک خطبہ دیا۔</w:t>
      </w:r>
    </w:p>
    <w:p>
      <w:r>
        <w:rPr>
          <w:b/>
        </w:rPr>
        <w:t xml:space="preserve">[18:28] </w:t>
      </w:r>
      <w:r>
        <w:t>dekhiye, itne sare Rum mein ek lakh 24 hazar wahan par thay maujood.</w:t>
      </w:r>
    </w:p>
    <w:p>
      <w:pPr>
        <w:jc w:val="right"/>
      </w:pPr>
      <w:r>
        <w:t>دیکھیے، اتنے سارے روم میں ایک لاکھ 24 ہزار وہاں پر تھے موجود۔</w:t>
      </w:r>
    </w:p>
    <w:p>
      <w:r>
        <w:rPr>
          <w:b/>
        </w:rPr>
        <w:t xml:space="preserve">[18:34] </w:t>
      </w:r>
      <w:r>
        <w:t>sab tak aap ki awaz nahi pahunch sakti thi.</w:t>
      </w:r>
    </w:p>
    <w:p>
      <w:pPr>
        <w:jc w:val="right"/>
      </w:pPr>
      <w:r>
        <w:t>سب تک آپ کی آواز نہیں پہنچ سکتی تھی۔</w:t>
      </w:r>
    </w:p>
    <w:p>
      <w:r>
        <w:rPr>
          <w:b/>
        </w:rPr>
        <w:t xml:space="preserve">[18:41] </w:t>
      </w:r>
      <w:r>
        <w:t>to is ki shakal yeh hui.</w:t>
      </w:r>
    </w:p>
    <w:p>
      <w:pPr>
        <w:jc w:val="right"/>
      </w:pPr>
      <w:r>
        <w:t>تو اس کی شکل یہ ہوئی۔</w:t>
      </w:r>
    </w:p>
    <w:p>
      <w:r>
        <w:rPr>
          <w:b/>
        </w:rPr>
        <w:t xml:space="preserve">[18:48] </w:t>
      </w:r>
      <w:r>
        <w:t>kaha jata hai ke Abbas, jo aap ke chacha thay, woh jaheer-us-saud thay.</w:t>
      </w:r>
    </w:p>
    <w:p>
      <w:pPr>
        <w:jc w:val="right"/>
      </w:pPr>
      <w:r>
        <w:t>کہا جاتا ہے کہ عباس، جو آپ کے چچا تھے، وہ جہیر السعود تھے۔</w:t>
      </w:r>
    </w:p>
    <w:p>
      <w:r>
        <w:rPr>
          <w:b/>
        </w:rPr>
        <w:t xml:space="preserve">[18:55] </w:t>
      </w:r>
      <w:r>
        <w:t>yani un ki awaz bohat buland hoti thi.</w:t>
      </w:r>
    </w:p>
    <w:p>
      <w:pPr>
        <w:jc w:val="right"/>
      </w:pPr>
      <w:r>
        <w:t>یعنی ان کی آواز بہت بلند ہوتی تھی۔</w:t>
      </w:r>
    </w:p>
    <w:p>
      <w:r>
        <w:rPr>
          <w:b/>
        </w:rPr>
        <w:t xml:space="preserve">[19:02] </w:t>
      </w:r>
      <w:r>
        <w:t>to wahan shakal yeh thi ke Rasool Allah bolte thay.</w:t>
      </w:r>
    </w:p>
    <w:p>
      <w:pPr>
        <w:jc w:val="right"/>
      </w:pPr>
      <w:r>
        <w:t>تو وہاں شکل یہ تھی کہ رسول اللہ بولتے تھے۔</w:t>
      </w:r>
    </w:p>
    <w:p>
      <w:r>
        <w:rPr>
          <w:b/>
        </w:rPr>
        <w:t xml:space="preserve">[19:09] </w:t>
      </w:r>
      <w:r>
        <w:t>phir Hazrat Abbas is ko zyada buland awaz se bolte thay taake logon tak baat pahunche.</w:t>
      </w:r>
    </w:p>
    <w:p>
      <w:pPr>
        <w:jc w:val="right"/>
      </w:pPr>
      <w:r>
        <w:t>پھر حضرت عباس اس کو زیادہ بلند آواز سے بولتے تھے تاکہ لوگوں تک بات پہنچے۔</w:t>
      </w:r>
    </w:p>
    <w:p>
      <w:r>
        <w:rPr>
          <w:b/>
        </w:rPr>
        <w:t xml:space="preserve">[19:16] </w:t>
      </w:r>
      <w:r>
        <w:t>is tarah hua yeh sab.</w:t>
      </w:r>
    </w:p>
    <w:p>
      <w:pPr>
        <w:jc w:val="right"/>
      </w:pPr>
      <w:r>
        <w:t>اس طرح ہوا یہ سب۔</w:t>
      </w:r>
    </w:p>
    <w:p>
      <w:r>
        <w:rPr>
          <w:b/>
        </w:rPr>
        <w:t xml:space="preserve">[19:22] </w:t>
      </w:r>
      <w:r>
        <w:t>is Hajjat-ul-Wida mein Rasool Allah ne jo baatein kahi thin, is ke liye logon ne ek bohat</w:t>
      </w:r>
    </w:p>
    <w:p>
      <w:pPr>
        <w:jc w:val="right"/>
      </w:pPr>
      <w:r>
        <w:t>اس حجۃ الوداع میں رسول اللہ نے جو باتیں کہی تھیں، اس کے لیے لوگوں نے ایک بہت</w:t>
      </w:r>
    </w:p>
    <w:p>
      <w:r>
        <w:rPr>
          <w:b/>
        </w:rPr>
        <w:t xml:space="preserve">[19:29] </w:t>
      </w:r>
      <w:r>
        <w:t>bara lafz daryaft kiya hai ke woh hai huqooq-e-insani ka manshoor.</w:t>
      </w:r>
    </w:p>
    <w:p>
      <w:pPr>
        <w:jc w:val="right"/>
      </w:pPr>
      <w:r>
        <w:t>بڑا لفظ دریافت کیا ہے کہ وہ ہے حقوق انسانی کا منشور۔</w:t>
      </w:r>
    </w:p>
    <w:p>
      <w:r>
        <w:rPr>
          <w:b/>
        </w:rPr>
        <w:t xml:space="preserve">[19:36] </w:t>
      </w:r>
      <w:r>
        <w:t>mein is se ittefaq nahi karta.</w:t>
      </w:r>
    </w:p>
    <w:p>
      <w:pPr>
        <w:jc w:val="right"/>
      </w:pPr>
      <w:r>
        <w:t>میں اس سے اتفاق نہیں کرتا۔</w:t>
      </w:r>
    </w:p>
    <w:p>
      <w:r>
        <w:rPr>
          <w:b/>
        </w:rPr>
        <w:t xml:space="preserve">[19:43] </w:t>
      </w:r>
      <w:r>
        <w:t>huqooq-e-insani ka manshoor, manshoor to ek bohat choti cheez hai.</w:t>
      </w:r>
    </w:p>
    <w:p>
      <w:pPr>
        <w:jc w:val="right"/>
      </w:pPr>
      <w:r>
        <w:t>حقوق انسانی کا منشور، منشور تو ایک بہت چھوٹی چیز ہے۔</w:t>
      </w:r>
    </w:p>
    <w:p>
      <w:r>
        <w:rPr>
          <w:b/>
        </w:rPr>
        <w:t xml:space="preserve">[19:50] </w:t>
      </w:r>
      <w:r>
        <w:t>nahi, woh dawat-e-Allah ki planning thi. Abdi zindagi.</w:t>
      </w:r>
    </w:p>
    <w:p>
      <w:pPr>
        <w:jc w:val="right"/>
      </w:pPr>
      <w:r>
        <w:t>نہیں، وہ دعوت اللہ کی پلاننگ تھی۔ ابدی زندگی۔</w:t>
      </w:r>
    </w:p>
    <w:p>
      <w:r>
        <w:rPr>
          <w:b/>
        </w:rPr>
        <w:t xml:space="preserve">[19:57] </w:t>
      </w:r>
      <w:r>
        <w:t>Huqooq-e-insani ka manshoor kya hai? Manshoor ka matlab hota hai declaration.</w:t>
      </w:r>
    </w:p>
    <w:p>
      <w:pPr>
        <w:jc w:val="right"/>
      </w:pPr>
      <w:r>
        <w:t>حقوق انسانی کا منشور کیا ہے؟ منشور کا مطلب ہوتا ہے ڈیکلریشن۔</w:t>
      </w:r>
    </w:p>
    <w:p>
      <w:r>
        <w:rPr>
          <w:b/>
        </w:rPr>
        <w:t xml:space="preserve">[20:04] </w:t>
      </w:r>
      <w:r>
        <w:t>Yaani declaration of human rights.</w:t>
      </w:r>
    </w:p>
    <w:p>
      <w:pPr>
        <w:jc w:val="right"/>
      </w:pPr>
      <w:r>
        <w:t>یعنی ڈیکلریشن آف ہیومن رائٹس۔</w:t>
      </w:r>
    </w:p>
    <w:p>
      <w:r>
        <w:rPr>
          <w:b/>
        </w:rPr>
        <w:t xml:space="preserve">[20:10] </w:t>
      </w:r>
      <w:r>
        <w:t>Huqooq-e-insani ka manshoor kya hai? Dunya ki zindagi mein jo insaan ke rights hain, uska ailaan.</w:t>
      </w:r>
    </w:p>
    <w:p>
      <w:pPr>
        <w:jc w:val="right"/>
      </w:pPr>
      <w:r>
        <w:t>حقوق انسانی کا منشور کیا ہے؟ دنیا کی زندگی میں جو انسان کے رائٹس ہیں، اس کا اعلان۔</w:t>
      </w:r>
    </w:p>
    <w:p>
      <w:r>
        <w:rPr>
          <w:b/>
        </w:rPr>
        <w:t xml:space="preserve">[20:17] </w:t>
      </w:r>
      <w:r>
        <w:t>Yeh toh bohat choti cheez hai.</w:t>
      </w:r>
    </w:p>
    <w:p>
      <w:pPr>
        <w:jc w:val="right"/>
      </w:pPr>
      <w:r>
        <w:t>یہ تو بہت چھوٹی چیز ہے۔</w:t>
      </w:r>
    </w:p>
    <w:p>
      <w:r>
        <w:rPr>
          <w:b/>
        </w:rPr>
        <w:t xml:space="preserve">[20:24] </w:t>
      </w:r>
      <w:r>
        <w:t>Rasool Allah is liye aaye thay ke insaan ko abdi kamyabi ka raasta dikhaein.</w:t>
      </w:r>
    </w:p>
    <w:p>
      <w:pPr>
        <w:jc w:val="right"/>
      </w:pPr>
      <w:r>
        <w:t>رسول اللہ اس لیے آئے تھے کہ انسان کو ابدی کامیابی کا راستہ دکھائیں۔</w:t>
      </w:r>
    </w:p>
    <w:p>
      <w:r>
        <w:rPr>
          <w:b/>
        </w:rPr>
        <w:t xml:space="preserve">[20:31] </w:t>
      </w:r>
      <w:r>
        <w:t>Aap jante hain ke insaan ki zindagi dunya mein shuru hoti hai, lekin phir usko eternity tak</w:t>
      </w:r>
    </w:p>
    <w:p>
      <w:pPr>
        <w:jc w:val="right"/>
      </w:pPr>
      <w:r>
        <w:t>آپ جانتے ہیں کہ انسان کی زندگی دنیا میں شروع ہوتی ہے، لیکن پھر اس کو ایٹرنیٹی تک</w:t>
      </w:r>
    </w:p>
    <w:p>
      <w:r>
        <w:rPr>
          <w:b/>
        </w:rPr>
        <w:t xml:space="preserve">[20:38] </w:t>
      </w:r>
      <w:r>
        <w:t>jaari rehti hai.</w:t>
      </w:r>
    </w:p>
    <w:p>
      <w:pPr>
        <w:jc w:val="right"/>
      </w:pPr>
      <w:r>
        <w:t>جاری رہتی ہے۔</w:t>
      </w:r>
    </w:p>
    <w:p>
      <w:r>
        <w:rPr>
          <w:b/>
        </w:rPr>
        <w:t xml:space="preserve">[20:45] </w:t>
      </w:r>
      <w:r>
        <w:t>Abdi taur par.</w:t>
      </w:r>
    </w:p>
    <w:p>
      <w:pPr>
        <w:jc w:val="right"/>
      </w:pPr>
      <w:r>
        <w:t>ابدی طور پر۔</w:t>
      </w:r>
    </w:p>
    <w:p>
      <w:r>
        <w:rPr>
          <w:b/>
        </w:rPr>
        <w:t xml:space="preserve">[20:52] </w:t>
      </w:r>
      <w:r>
        <w:t>Toh is poori zindagi mein guide karne ke liye Rasool Allah aaye thay.</w:t>
      </w:r>
    </w:p>
    <w:p>
      <w:pPr>
        <w:jc w:val="right"/>
      </w:pPr>
      <w:r>
        <w:t>تو اس پوری زندگی میں گائیڈ کرنے کے لیے رسول اللہ آئے تھے۔</w:t>
      </w:r>
    </w:p>
    <w:p>
      <w:r>
        <w:rPr>
          <w:b/>
        </w:rPr>
        <w:t xml:space="preserve">[20:58] </w:t>
      </w:r>
      <w:r>
        <w:t>Toh Hajjat-ul-Wida ka jo khutba hai, woh mere nazdeek iska yeh sahi taabeer nahi ke huqooq</w:t>
      </w:r>
    </w:p>
    <w:p>
      <w:pPr>
        <w:jc w:val="right"/>
      </w:pPr>
      <w:r>
        <w:t>تو حجۃ الوداع کا جو خطبہ ہے، وہ میرے نزدیک اس کا یہ صحیح تعبیر نہیں کہ حقوق</w:t>
      </w:r>
    </w:p>
    <w:p>
      <w:r>
        <w:rPr>
          <w:b/>
        </w:rPr>
        <w:t xml:space="preserve">[21:05] </w:t>
      </w:r>
      <w:r>
        <w:t>insan ka manshoor tha.</w:t>
      </w:r>
    </w:p>
    <w:p>
      <w:pPr>
        <w:jc w:val="right"/>
      </w:pPr>
      <w:r>
        <w:t>انسان کا منشور تھا۔</w:t>
      </w:r>
    </w:p>
    <w:p>
      <w:r>
        <w:rPr>
          <w:b/>
        </w:rPr>
        <w:t xml:space="preserve">[21:12] </w:t>
      </w:r>
      <w:r>
        <w:t>Woh nahi, is mein jo baatein hain ke woh ek daur ka khatma aur doosre daur ka aaghaz,</w:t>
      </w:r>
    </w:p>
    <w:p>
      <w:pPr>
        <w:jc w:val="right"/>
      </w:pPr>
      <w:r>
        <w:t>وہ نہیں، اس میں جو باتیں ہیں کہ وہ ایک دور کا خاتمہ اور دوسرے دور کا آغاز،</w:t>
      </w:r>
    </w:p>
    <w:p>
      <w:r>
        <w:rPr>
          <w:b/>
        </w:rPr>
        <w:t xml:space="preserve">[21:19] </w:t>
      </w:r>
      <w:r>
        <w:t>iska ailaan kiya aap ne.</w:t>
      </w:r>
    </w:p>
    <w:p>
      <w:pPr>
        <w:jc w:val="right"/>
      </w:pPr>
      <w:r>
        <w:t>اس کا اعلان کیا آپ نے۔</w:t>
      </w:r>
    </w:p>
    <w:p>
      <w:r>
        <w:rPr>
          <w:b/>
        </w:rPr>
        <w:t xml:space="preserve">[21:26] </w:t>
      </w:r>
      <w:r>
        <w:t>Yaani woh daur jo ladai bhidai par chalta tha, jo maal ki cheen chapat par chalta tha, us</w:t>
      </w:r>
    </w:p>
    <w:p>
      <w:pPr>
        <w:jc w:val="right"/>
      </w:pPr>
      <w:r>
        <w:t>یعنی وہ دور جو لڑائی بھڑائی پر چلتا تھا، جو مال کی چھین چھپٹ پر چلتا تھا، اس</w:t>
      </w:r>
    </w:p>
    <w:p>
      <w:r>
        <w:rPr>
          <w:b/>
        </w:rPr>
        <w:t xml:space="preserve">[21:33] </w:t>
      </w:r>
      <w:r>
        <w:t>mein yahi sab baatein hain.</w:t>
      </w:r>
    </w:p>
    <w:p>
      <w:pPr>
        <w:jc w:val="right"/>
      </w:pPr>
      <w:r>
        <w:t>میں یہی سب باتیں ہیں۔</w:t>
      </w:r>
    </w:p>
    <w:p>
      <w:r>
        <w:rPr>
          <w:b/>
        </w:rPr>
        <w:t xml:space="preserve">[21:40] </w:t>
      </w:r>
      <w:r>
        <w:t>Toh yeh jo hota tha qabaili daur mein, aap ne ailaan kiya ke aaj se sab cheezein khatam.</w:t>
      </w:r>
    </w:p>
    <w:p>
      <w:pPr>
        <w:jc w:val="right"/>
      </w:pPr>
      <w:r>
        <w:t>تو یہ جو ہوتا تھا قبائلی دور میں، آپ نے اعلان کیا کہ آج سے سب چیزیں ختم۔</w:t>
      </w:r>
    </w:p>
    <w:p>
      <w:r>
        <w:rPr>
          <w:b/>
        </w:rPr>
        <w:t xml:space="preserve">[21:46] </w:t>
      </w:r>
      <w:r>
        <w:t>Ab ek naya daur shuru hoga.</w:t>
      </w:r>
    </w:p>
    <w:p>
      <w:pPr>
        <w:jc w:val="right"/>
      </w:pPr>
      <w:r>
        <w:t>اب ایک نیا دور شروع ہوگا۔</w:t>
      </w:r>
    </w:p>
    <w:p>
      <w:r>
        <w:rPr>
          <w:b/>
        </w:rPr>
        <w:t xml:space="preserve">[21:53] </w:t>
      </w:r>
      <w:r>
        <w:t>Woh daur hoga Khuda rakhi daur, aakhirat rakhi daur, God oriented daur.</w:t>
      </w:r>
    </w:p>
    <w:p>
      <w:pPr>
        <w:jc w:val="right"/>
      </w:pPr>
      <w:r>
        <w:t>وہ دور ہوگا خدا رخی دور، آخرت رخی دور، گاڈ اورینٹڈ دور۔</w:t>
      </w:r>
    </w:p>
    <w:p>
      <w:r>
        <w:rPr>
          <w:b/>
        </w:rPr>
        <w:t xml:space="preserve">[22:00] </w:t>
      </w:r>
      <w:r>
        <w:t>Yeh daur hoga.</w:t>
      </w:r>
    </w:p>
    <w:p>
      <w:pPr>
        <w:jc w:val="right"/>
      </w:pPr>
      <w:r>
        <w:t>یہ دور ہوگا۔</w:t>
      </w:r>
    </w:p>
    <w:p>
      <w:r>
        <w:rPr>
          <w:b/>
        </w:rPr>
        <w:t xml:space="preserve">[22:07] </w:t>
      </w:r>
      <w:r>
        <w:t>Aur jo ahl-e-imaan hain, hamesha ke liye iske messenger banenge, dawat-e-Allah ka kaam karenge.</w:t>
      </w:r>
    </w:p>
    <w:p>
      <w:pPr>
        <w:jc w:val="right"/>
      </w:pPr>
      <w:r>
        <w:t>اور جو اہل ایمان ہیں، ہمیشہ کے لیے اس کے میسنجر بنیں گے، دعوت اللہ کا کام کریں گے۔</w:t>
      </w:r>
    </w:p>
    <w:p>
      <w:r>
        <w:rPr>
          <w:b/>
        </w:rPr>
        <w:t xml:space="preserve">[22:14] </w:t>
      </w:r>
      <w:r>
        <w:t>Aap padhiye jo baatein aap ne farmayi thi is mauqe par.</w:t>
      </w:r>
    </w:p>
    <w:p>
      <w:pPr>
        <w:jc w:val="right"/>
      </w:pPr>
      <w:r>
        <w:t>آپ پڑھیے جو باتیں آپ نے فرمائی تھیں اس موقع پر۔</w:t>
      </w:r>
    </w:p>
    <w:p>
      <w:r>
        <w:rPr>
          <w:b/>
        </w:rPr>
        <w:t xml:space="preserve">[22:21] </w:t>
      </w:r>
      <w:r>
        <w:t>Toh is mein yeh hai ke aap ne khitaab karte hue kaha.</w:t>
      </w:r>
    </w:p>
    <w:p>
      <w:pPr>
        <w:jc w:val="right"/>
      </w:pPr>
      <w:r>
        <w:t>تو اس میں یہ ہے کہ آپ نے خطاب کرتے ہوئے کہا۔</w:t>
      </w:r>
    </w:p>
    <w:p>
      <w:r>
        <w:rPr>
          <w:b/>
        </w:rPr>
        <w:t xml:space="preserve">[22:28] </w:t>
      </w:r>
      <w:r>
        <w:t>Kaha jata hai ke is waqt ek lakh 24 hazar sahaba wahan maujood thay.</w:t>
      </w:r>
    </w:p>
    <w:p>
      <w:pPr>
        <w:jc w:val="right"/>
      </w:pPr>
      <w:r>
        <w:t>کہا جاتا ہے کہ اس وقت ایک لاکھ 24 ہزار صحابہ وہاں موجود تھے۔</w:t>
      </w:r>
    </w:p>
    <w:p>
      <w:r>
        <w:rPr>
          <w:b/>
        </w:rPr>
        <w:t xml:space="preserve">[22:34] </w:t>
      </w:r>
      <w:r>
        <w:t>Kul tadad agarche do lakh thi, lekin bohat se log jo boodhe thay, bachche thay, auratein thi, wahan</w:t>
      </w:r>
    </w:p>
    <w:p>
      <w:pPr>
        <w:jc w:val="right"/>
      </w:pPr>
      <w:r>
        <w:t>کل تعداد اگرچہ دو لاکھ تھی، لیکن بہت سے لوگ جو بوڑھے تھے، بچے تھے، عورتیں تھیں، وہاں</w:t>
      </w:r>
    </w:p>
    <w:p>
      <w:r>
        <w:rPr>
          <w:b/>
        </w:rPr>
        <w:t xml:space="preserve">[22:41] </w:t>
      </w:r>
      <w:r>
        <w:t>nahi pahunche the.</w:t>
      </w:r>
    </w:p>
    <w:p>
      <w:pPr>
        <w:jc w:val="right"/>
      </w:pPr>
      <w:r>
        <w:t>نہیں پہنچے تھے۔</w:t>
      </w:r>
    </w:p>
    <w:p>
      <w:r>
        <w:rPr>
          <w:b/>
        </w:rPr>
        <w:t xml:space="preserve">[22:48] </w:t>
      </w:r>
      <w:r>
        <w:t>Is lihaz se ek lakh 24 hazar the wo log.</w:t>
      </w:r>
    </w:p>
    <w:p>
      <w:pPr>
        <w:jc w:val="right"/>
      </w:pPr>
      <w:r>
        <w:t>اس لحاظ سے ایک لاکھ 24 ہزار تھے وہ لوگ۔</w:t>
      </w:r>
    </w:p>
    <w:p>
      <w:r>
        <w:rPr>
          <w:b/>
        </w:rPr>
        <w:t xml:space="preserve">[22:55] </w:t>
      </w:r>
      <w:r>
        <w:t>To aap ne kaha is waqt, yani aap ki awaz goonji wahan par, aap ki zuban se, phir</w:t>
      </w:r>
    </w:p>
    <w:p>
      <w:pPr>
        <w:jc w:val="right"/>
      </w:pPr>
      <w:r>
        <w:t>تو آپ نے کہا اس وقت، یعنی آپ کی آواز گونجی وہاں پر، آپ کی زبان سے، پھر</w:t>
      </w:r>
    </w:p>
    <w:p>
      <w:r>
        <w:rPr>
          <w:b/>
        </w:rPr>
        <w:t xml:space="preserve">[23:02] </w:t>
      </w:r>
      <w:r>
        <w:t>Abbas ki zuban se, wahan ki fazaon mein.</w:t>
      </w:r>
    </w:p>
    <w:p>
      <w:pPr>
        <w:jc w:val="right"/>
      </w:pPr>
      <w:r>
        <w:t>عباس کی زبان سے، وہاں کی فضاؤں میں۔</w:t>
      </w:r>
    </w:p>
    <w:p>
      <w:r>
        <w:rPr>
          <w:b/>
        </w:rPr>
        <w:t xml:space="preserve">[23:09] </w:t>
      </w:r>
      <w:r>
        <w:t>Eha nas, an Allah basni ka alfaz hain, an Allah basni rehmat lil nas kafta, an Allah basni rehmat</w:t>
      </w:r>
    </w:p>
    <w:p>
      <w:pPr>
        <w:jc w:val="right"/>
      </w:pPr>
      <w:r>
        <w:t>ایہا الناس، ان اللہ باسنی کا الفاظ ہیں، ان اللہ باسنی رحمت للناس کافتا، ان اللہ باسنی رحمت</w:t>
      </w:r>
    </w:p>
    <w:p>
      <w:r>
        <w:rPr>
          <w:b/>
        </w:rPr>
        <w:t xml:space="preserve">[23:16] </w:t>
      </w:r>
      <w:r>
        <w:t>lil nas kafta, faduni ye hai ji, aey logo!</w:t>
      </w:r>
    </w:p>
    <w:p>
      <w:pPr>
        <w:jc w:val="right"/>
      </w:pPr>
      <w:r>
        <w:t>للناس کافتا، فدونی یہ ہے جی، اے لوگوں!</w:t>
      </w:r>
    </w:p>
    <w:p>
      <w:r>
        <w:rPr>
          <w:b/>
        </w:rPr>
        <w:t xml:space="preserve">[23:23] </w:t>
      </w:r>
      <w:r>
        <w:t>Allah ne mujh ko sari dunya ke liye rehmat bana kar bheja hai.</w:t>
      </w:r>
    </w:p>
    <w:p>
      <w:pPr>
        <w:jc w:val="right"/>
      </w:pPr>
      <w:r>
        <w:t>اللہ نے مجھ کو ساری دنیا کے لیے رحمت بنا کر بھیجا ہے۔</w:t>
      </w:r>
    </w:p>
    <w:p>
      <w:r>
        <w:rPr>
          <w:b/>
        </w:rPr>
        <w:t xml:space="preserve">[23:30] </w:t>
      </w:r>
      <w:r>
        <w:t>To ye paigham tum sare insanon tak pahuncha do.</w:t>
      </w:r>
    </w:p>
    <w:p>
      <w:pPr>
        <w:jc w:val="right"/>
      </w:pPr>
      <w:r>
        <w:t>تو یہ پیغام تم سارے انسانوں تک پہنچا دو۔</w:t>
      </w:r>
    </w:p>
    <w:p>
      <w:r>
        <w:rPr>
          <w:b/>
        </w:rPr>
        <w:t xml:space="preserve">[23:37] </w:t>
      </w:r>
      <w:r>
        <w:t>Ye awaz aap ne kahi aur ek lakh 24 hazar insanon ne suni.</w:t>
      </w:r>
    </w:p>
    <w:p>
      <w:pPr>
        <w:jc w:val="right"/>
      </w:pPr>
      <w:r>
        <w:t>یہ آواز آپ نے کہی اور ایک لاکھ 24 ہزار انسانوں نے سنی۔</w:t>
      </w:r>
    </w:p>
    <w:p>
      <w:r>
        <w:rPr>
          <w:b/>
        </w:rPr>
        <w:t xml:space="preserve">[23:44] </w:t>
      </w:r>
      <w:r>
        <w:t>Ab aap ghor farmaye ke Rasool Allah sal Allah alaih wasallam to qayamat tak ke nabi hain.</w:t>
      </w:r>
    </w:p>
    <w:p>
      <w:pPr>
        <w:jc w:val="right"/>
      </w:pPr>
      <w:r>
        <w:t>اب آپ غور فرمائیے کہ رسول اللہ صلی اللہ علیہ وسلم تو قیامت تک کے نبی ہیں۔</w:t>
      </w:r>
    </w:p>
    <w:p>
      <w:r>
        <w:rPr>
          <w:b/>
        </w:rPr>
        <w:t xml:space="preserve">[23:51] </w:t>
      </w:r>
      <w:r>
        <w:t>Aur ye bhi hai ke Quran mein aya hai ke likon lil alameen al nadhira sare insanon ke liye wo</w:t>
      </w:r>
    </w:p>
    <w:p>
      <w:pPr>
        <w:jc w:val="right"/>
      </w:pPr>
      <w:r>
        <w:t>اور یہ بھی ہے کہ قرآن میں آیا ہے کہ لیکون للعالمین النذیرا سارے انسانوں کے لیے وہ</w:t>
      </w:r>
    </w:p>
    <w:p>
      <w:r>
        <w:rPr>
          <w:b/>
        </w:rPr>
        <w:t xml:space="preserve">[23:58] </w:t>
      </w:r>
      <w:r>
        <w:t>warner bane, aagah karne wale bane.</w:t>
      </w:r>
    </w:p>
    <w:p>
      <w:pPr>
        <w:jc w:val="right"/>
      </w:pPr>
      <w:r>
        <w:t>وارنر بنے، آگاہ کرنے والے بنے۔</w:t>
      </w:r>
    </w:p>
    <w:p>
      <w:r>
        <w:rPr>
          <w:b/>
        </w:rPr>
        <w:t xml:space="preserve">[24:05] </w:t>
      </w:r>
      <w:r>
        <w:t>To kya Rasool Allah ki awaz bas wahin par khatam ho gayi? Haji jo ate hain, wahan labbaik labbaik</w:t>
      </w:r>
    </w:p>
    <w:p>
      <w:pPr>
        <w:jc w:val="right"/>
      </w:pPr>
      <w:r>
        <w:t>تو کیا رسول اللہ کی آواز بس وہیں پر ختم ہوگئی؟ حاجی جو آتے ہیں، وہاں لبیک لبیک</w:t>
      </w:r>
    </w:p>
    <w:p>
      <w:r>
        <w:rPr>
          <w:b/>
        </w:rPr>
        <w:t xml:space="preserve">[24:12] </w:t>
      </w:r>
      <w:r>
        <w:t>kehte hue hazir hote hain.</w:t>
      </w:r>
    </w:p>
    <w:p>
      <w:pPr>
        <w:jc w:val="right"/>
      </w:pPr>
      <w:r>
        <w:t>کہتے ہوئے حاضر ہوتے ہیں۔</w:t>
      </w:r>
    </w:p>
    <w:p>
      <w:r>
        <w:rPr>
          <w:b/>
        </w:rPr>
        <w:t xml:space="preserve">[24:19] </w:t>
      </w:r>
      <w:r>
        <w:t>Wahan par is ka matlab kya hota hai? Is ko samjhiye.</w:t>
      </w:r>
    </w:p>
    <w:p>
      <w:pPr>
        <w:jc w:val="right"/>
      </w:pPr>
      <w:r>
        <w:t>وہاں پر اس کا مطلب کیا ہوتا ہے؟ اس کو سمجھیے۔</w:t>
      </w:r>
    </w:p>
    <w:p>
      <w:r>
        <w:rPr>
          <w:b/>
        </w:rPr>
        <w:t xml:space="preserve">[24:26] </w:t>
      </w:r>
      <w:r>
        <w:t>Yani wahan par tamam haji ye kehte hue wo pahunchte hain ke labbaik Allahumma labbaik labbaik Allahumma labbaik aey Allah!</w:t>
      </w:r>
    </w:p>
    <w:p>
      <w:pPr>
        <w:jc w:val="right"/>
      </w:pPr>
      <w:r>
        <w:t>یعنی وہاں پر تمام حاجی یہ کہتے ہوئے وہ پہنچتے ہیں کہ لبیک اللہم لبیک لبیک اللہم لبیک اے اللہ!</w:t>
      </w:r>
    </w:p>
    <w:p>
      <w:r>
        <w:rPr>
          <w:b/>
        </w:rPr>
        <w:t xml:space="preserve">[24:33] </w:t>
      </w:r>
      <w:r>
        <w:t>Main hazir hoon. Aey Allah!</w:t>
      </w:r>
    </w:p>
    <w:p>
      <w:pPr>
        <w:jc w:val="right"/>
      </w:pPr>
      <w:r>
        <w:t>میں حاضر ہوں۔ اے اللہ!</w:t>
      </w:r>
    </w:p>
    <w:p>
      <w:r>
        <w:rPr>
          <w:b/>
        </w:rPr>
        <w:t xml:space="preserve">[24:39] </w:t>
      </w:r>
      <w:r>
        <w:t>Main hazir hoon.</w:t>
      </w:r>
    </w:p>
    <w:p>
      <w:pPr>
        <w:jc w:val="right"/>
      </w:pPr>
      <w:r>
        <w:t>میں حاضر ہوں۔</w:t>
      </w:r>
    </w:p>
    <w:p>
      <w:r>
        <w:rPr>
          <w:b/>
        </w:rPr>
        <w:t xml:space="preserve">[24:46] </w:t>
      </w:r>
      <w:r>
        <w:t>To hazir kis baat ke liye? Hazir kis baat ke liye? Is baat ke liye ke Allah ke</w:t>
      </w:r>
    </w:p>
    <w:p>
      <w:pPr>
        <w:jc w:val="right"/>
      </w:pPr>
      <w:r>
        <w:t>تو حاضر کس بات کے لیے؟ حاضر کس بات کے لیے؟ اس بات کے لیے کہ اللہ کے</w:t>
      </w:r>
    </w:p>
    <w:p>
      <w:r>
        <w:rPr>
          <w:b/>
        </w:rPr>
        <w:t xml:space="preserve">[24:53] </w:t>
      </w:r>
      <w:r>
        <w:t>Paighambar ne jo mission diya tha, wo mission khatam nahi ho gaya.</w:t>
      </w:r>
    </w:p>
    <w:p>
      <w:pPr>
        <w:jc w:val="right"/>
      </w:pPr>
      <w:r>
        <w:t>پیغمبر نے جو مشن دیا تھا، وہ مشن ختم نہیں ہوگیا۔</w:t>
      </w:r>
    </w:p>
    <w:p>
      <w:r>
        <w:rPr>
          <w:b/>
        </w:rPr>
        <w:t xml:space="preserve">[25:00] </w:t>
      </w:r>
      <w:r>
        <w:t>In ek lakh 24 hazar insanon par haji ye kehta hai ke aey Allah!</w:t>
      </w:r>
    </w:p>
    <w:p>
      <w:pPr>
        <w:jc w:val="right"/>
      </w:pPr>
      <w:r>
        <w:t>ان ایک لاکھ 24 ہزار انسانوں پر حاجی یہ کہتا ہے کہ اے اللہ!</w:t>
      </w:r>
    </w:p>
    <w:p>
      <w:r>
        <w:rPr>
          <w:b/>
        </w:rPr>
        <w:t xml:space="preserve">[25:07] </w:t>
      </w:r>
      <w:r>
        <w:t>Main hazir hoon ke main dobara yahan ehad karoon ya parhez loon ke is mission ko main aage badhaunga.</w:t>
      </w:r>
    </w:p>
    <w:p>
      <w:pPr>
        <w:jc w:val="right"/>
      </w:pPr>
      <w:r>
        <w:t>میں حاضر ہوں کہ میں دوبارہ یہاں عہد کروں یا پرہیز لوں کہ اس مشن کو میں آگے بڑھاؤں گا۔</w:t>
      </w:r>
    </w:p>
    <w:p>
      <w:r>
        <w:rPr>
          <w:b/>
        </w:rPr>
        <w:t xml:space="preserve">[25:14] </w:t>
      </w:r>
      <w:r>
        <w:t>Mission ruka nahi hai, is ka tasalsul jari hai, wo continue hai.</w:t>
      </w:r>
    </w:p>
    <w:p>
      <w:pPr>
        <w:jc w:val="right"/>
      </w:pPr>
      <w:r>
        <w:t>مشن رکا نہیں ہے، اس کا تسلسل جاری ہے، وہ کنٹینیو ہے۔</w:t>
      </w:r>
    </w:p>
    <w:p>
      <w:r>
        <w:rPr>
          <w:b/>
        </w:rPr>
        <w:t xml:space="preserve">[25:22] </w:t>
      </w:r>
      <w:r>
        <w:t>Ye hai matlab labbaik Allahumma labbaik ka.</w:t>
      </w:r>
    </w:p>
    <w:p>
      <w:pPr>
        <w:jc w:val="right"/>
      </w:pPr>
      <w:r>
        <w:t>یہ ہے مطلب لبیک اللہم لبیک کا۔</w:t>
      </w:r>
    </w:p>
    <w:p>
      <w:r>
        <w:rPr>
          <w:b/>
        </w:rPr>
        <w:t xml:space="preserve">[25:30] </w:t>
      </w:r>
      <w:r>
        <w:t>To haj mein jo log jate hain, wo marasim ada karne nahi ate, balke Arafat ke maidan mein</w:t>
      </w:r>
    </w:p>
    <w:p>
      <w:pPr>
        <w:jc w:val="right"/>
      </w:pPr>
      <w:r>
        <w:t>تو حج میں جو لوگ جاتے ہیں، وہ مراسم ادا کرنے نہیں آتے، بلکہ عرفات کے میدان میں</w:t>
      </w:r>
    </w:p>
    <w:p>
      <w:r>
        <w:rPr>
          <w:b/>
        </w:rPr>
        <w:t xml:space="preserve">[25:38] </w:t>
      </w:r>
      <w:r>
        <w:t>jam ho kar goya ke dobara rasool ki awaz khud sunne ke liye jate hain.</w:t>
      </w:r>
    </w:p>
    <w:p>
      <w:pPr>
        <w:jc w:val="right"/>
      </w:pPr>
      <w:r>
        <w:t>جمع ہو کر گویا کہ دوبارہ رسول کی آواز خود سننے کے لیے جاتے ہیں۔</w:t>
      </w:r>
    </w:p>
    <w:p>
      <w:r>
        <w:rPr>
          <w:b/>
        </w:rPr>
        <w:t xml:space="preserve">[25:46] </w:t>
      </w:r>
      <w:r>
        <w:t>mein jab yeh baatein soch raha hoon to aisa lagta hai ke woh awaz goonjti hui mujh tak</w:t>
      </w:r>
    </w:p>
    <w:p>
      <w:pPr>
        <w:jc w:val="right"/>
      </w:pPr>
      <w:r>
        <w:t>میں جب یہ باتیں سوچ رہا ہوں تو ایسا لگتا ہے کہ وہ آواز گونجتی ہوئی مجھ تک</w:t>
      </w:r>
    </w:p>
    <w:p>
      <w:r>
        <w:rPr>
          <w:b/>
        </w:rPr>
        <w:t xml:space="preserve">[25:54] </w:t>
      </w:r>
      <w:r>
        <w:t>pehanch rahi thi.</w:t>
      </w:r>
    </w:p>
    <w:p>
      <w:pPr>
        <w:jc w:val="right"/>
      </w:pPr>
      <w:r>
        <w:t>پہنچ رہی تھی۔</w:t>
      </w:r>
    </w:p>
    <w:p>
      <w:r>
        <w:rPr>
          <w:b/>
        </w:rPr>
        <w:t xml:space="preserve">[26:02] </w:t>
      </w:r>
      <w:r>
        <w:t>rasool Allah jo awaz bole the, woh faza mein goonjti hui mujh tak pehanch rahi thi.</w:t>
      </w:r>
    </w:p>
    <w:p>
      <w:pPr>
        <w:jc w:val="right"/>
      </w:pPr>
      <w:r>
        <w:t>رسول اللہ جو آواز بولے تھے، وہ فضا میں گونجتی ہوئی مجھ تک پہنچ رہی تھی۔</w:t>
      </w:r>
    </w:p>
    <w:p>
      <w:r>
        <w:rPr>
          <w:b/>
        </w:rPr>
        <w:t xml:space="preserve">[26:10] </w:t>
      </w:r>
      <w:r>
        <w:t>aur yeh keh rahi hai ke yeh mission seventh century 18 mein khatam nahi ho gaya, is ko pahunchna</w:t>
      </w:r>
    </w:p>
    <w:p>
      <w:pPr>
        <w:jc w:val="right"/>
      </w:pPr>
      <w:r>
        <w:t>اور یہ کہہ رہی ہے کہ یہ مشن سیونتھ سینچری 18 میں ختم نہیں ہوگیا، اس کو پہنچنا</w:t>
      </w:r>
    </w:p>
    <w:p>
      <w:r>
        <w:rPr>
          <w:b/>
        </w:rPr>
        <w:t xml:space="preserve">[26:18] </w:t>
      </w:r>
      <w:r>
        <w:t>hai 21 century tak.</w:t>
      </w:r>
    </w:p>
    <w:p>
      <w:pPr>
        <w:jc w:val="right"/>
      </w:pPr>
      <w:r>
        <w:t>ہے 21 سینچری تک۔</w:t>
      </w:r>
    </w:p>
    <w:p>
      <w:r>
        <w:rPr>
          <w:b/>
        </w:rPr>
        <w:t xml:space="preserve">[26:26] </w:t>
      </w:r>
      <w:r>
        <w:t>to jab haji wahan jata hai to haqeeqatan woh yeh pledge lene ke liye jata hai. Pledge!</w:t>
      </w:r>
    </w:p>
    <w:p>
      <w:pPr>
        <w:jc w:val="right"/>
      </w:pPr>
      <w:r>
        <w:t>تو جب حاجی وہاں جاتا ہے تو حقیقتاً وہ یہ پلیج لینے کے لیے جاتا ہے۔ پلیج!</w:t>
      </w:r>
    </w:p>
    <w:p>
      <w:r>
        <w:rPr>
          <w:b/>
        </w:rPr>
        <w:t xml:space="preserve">[26:34] </w:t>
      </w:r>
      <w:r>
        <w:t>aisa kyun nahi hota ke haji lotte hain to woh mission zinda kyun nahi hota? Ibrahimi mission zinda</w:t>
      </w:r>
    </w:p>
    <w:p>
      <w:pPr>
        <w:jc w:val="right"/>
      </w:pPr>
      <w:r>
        <w:t>ایسا کیوں نہیں ہوتا کہ حاجی لوٹتے ہیں تو وہ مشن زندہ کیوں نہیں ہوتا؟ ابراہیمی مشن زندہ</w:t>
      </w:r>
    </w:p>
    <w:p>
      <w:r>
        <w:rPr>
          <w:b/>
        </w:rPr>
        <w:t xml:space="preserve">[26:41] </w:t>
      </w:r>
      <w:r>
        <w:t>کیوں نہیں ہوتا؟ اس لیے کہ without preparation جاتے ہیں۔</w:t>
      </w:r>
    </w:p>
    <w:p>
      <w:pPr>
        <w:jc w:val="right"/>
      </w:pPr>
      <w:r>
        <w:t>کیوں نہیں ہوتا؟ اس لیے کہ ودا آؤٹ پریپریشن جاتے ہیں۔</w:t>
      </w:r>
    </w:p>
    <w:p>
      <w:r>
        <w:rPr>
          <w:b/>
        </w:rPr>
        <w:t xml:space="preserve">[26:48] </w:t>
      </w:r>
      <w:r>
        <w:t>وہ وہ prepared mind کے ساتھ وہاں نہیں جاتے۔</w:t>
      </w:r>
    </w:p>
    <w:p>
      <w:pPr>
        <w:jc w:val="right"/>
      </w:pPr>
      <w:r>
        <w:t>وہ وہ پریپیرڈ مائنڈ کے ساتھ وہاں نہیں جاتے۔</w:t>
      </w:r>
    </w:p>
    <w:p>
      <w:r>
        <w:rPr>
          <w:b/>
        </w:rPr>
        <w:t xml:space="preserve">[26:55] </w:t>
      </w:r>
      <w:r>
        <w:t>without preparation. Hajjis ko zaroorat hai ke bataya jaye ke tum jo ja rahe ho, kis liye</w:t>
      </w:r>
    </w:p>
    <w:p>
      <w:pPr>
        <w:jc w:val="right"/>
      </w:pPr>
      <w:r>
        <w:t>ودا آؤٹ پریپریشن حاجیوں کو ضرورت ہے کہ بتایا جائے کہ تم جو جا رہے ہو، کس لیے</w:t>
      </w:r>
    </w:p>
    <w:p>
      <w:r>
        <w:rPr>
          <w:b/>
        </w:rPr>
        <w:t xml:space="preserve">[27:02] </w:t>
      </w:r>
      <w:r>
        <w:t>ja rahe ho.</w:t>
      </w:r>
    </w:p>
    <w:p>
      <w:pPr>
        <w:jc w:val="right"/>
      </w:pPr>
      <w:r>
        <w:t>جا رہے ہو۔</w:t>
      </w:r>
    </w:p>
    <w:p>
      <w:r>
        <w:rPr>
          <w:b/>
        </w:rPr>
        <w:t xml:space="preserve">[27:09] </w:t>
      </w:r>
      <w:r>
        <w:t>un ko yeh ayat batai jaye Quran majeed ki jo Surah Al-Hajj mein hai ke jahidu fi Allah</w:t>
      </w:r>
    </w:p>
    <w:p>
      <w:pPr>
        <w:jc w:val="right"/>
      </w:pPr>
      <w:r>
        <w:t>ان کو یہ آیت بتائی جائے قرآن مجید کی جو سورہ الحج میں ہے کہ جاہدوا فی اللہ</w:t>
      </w:r>
    </w:p>
    <w:p>
      <w:r>
        <w:rPr>
          <w:b/>
        </w:rPr>
        <w:t xml:space="preserve">[27:16] </w:t>
      </w:r>
      <w:r>
        <w:t>haq jihadi ke jihad ka matlab kya hai? Yahan aage ke jo alfaaz hain, woh yeh hain ke</w:t>
      </w:r>
    </w:p>
    <w:p>
      <w:pPr>
        <w:jc w:val="right"/>
      </w:pPr>
      <w:r>
        <w:t>حق جہادی کہ جہاد کا مطلب کیا ہے؟ یہاں آگے کے جو الفاظ ہیں، وہ یہ ہیں کہ</w:t>
      </w:r>
    </w:p>
    <w:p>
      <w:r>
        <w:rPr>
          <w:b/>
        </w:rPr>
        <w:t xml:space="preserve">[27:23] </w:t>
      </w:r>
      <w:r>
        <w:t>lakon al-rasool shaheeda alaikum wa takun al-shuhada al-nas ek aur jagah yahi ayat aayi hai, is mein yeh</w:t>
      </w:r>
    </w:p>
    <w:p>
      <w:pPr>
        <w:jc w:val="right"/>
      </w:pPr>
      <w:r>
        <w:t>لیکون الرسول شہیدا علیکم وتكون الشہداء علی الناس ایک اور جگہ یہی آیت آئی ہے، اس میں یہ</w:t>
      </w:r>
    </w:p>
    <w:p>
      <w:r>
        <w:rPr>
          <w:b/>
        </w:rPr>
        <w:t xml:space="preserve">[27:30] </w:t>
      </w:r>
      <w:r>
        <w:t>alfaaz hain ke wa kadhalika ja'alnakum ummatan wasatan li takunu shuhada al-nas wa yakun al-rasool alaikum shaheeda dekhiye, wasat ke</w:t>
      </w:r>
    </w:p>
    <w:p>
      <w:pPr>
        <w:jc w:val="right"/>
      </w:pPr>
      <w:r>
        <w:t>لفظ ہیں کہ وكذلك جعلناکم امت وسطا لتكونوا شہداء علی الناس ويكون الرسول علیکم شہیدا دیکھیے، وسط کے</w:t>
      </w:r>
    </w:p>
    <w:p>
      <w:r>
        <w:rPr>
          <w:b/>
        </w:rPr>
        <w:t xml:space="preserve">[27:37] </w:t>
      </w:r>
      <w:r>
        <w:t>ma'ani hote hain beech.</w:t>
      </w:r>
    </w:p>
    <w:p>
      <w:pPr>
        <w:jc w:val="right"/>
      </w:pPr>
      <w:r>
        <w:t>معنی ہوتے ہیں بیچ۔</w:t>
      </w:r>
    </w:p>
    <w:p>
      <w:r>
        <w:rPr>
          <w:b/>
        </w:rPr>
        <w:t xml:space="preserve">[27:44] </w:t>
      </w:r>
      <w:r>
        <w:t>beech to paighambar jo tha, woh middle man bana Allah ke aur insano ke darmiyan.</w:t>
      </w:r>
    </w:p>
    <w:p>
      <w:pPr>
        <w:jc w:val="right"/>
      </w:pPr>
      <w:r>
        <w:t>بیچ تو پیغمبر جو تھا، وہ مڈل مین بنا اللہ کے اور انسانوں کے درمیان۔</w:t>
      </w:r>
    </w:p>
    <w:p>
      <w:r>
        <w:rPr>
          <w:b/>
        </w:rPr>
        <w:t xml:space="preserve">[27:51] </w:t>
      </w:r>
      <w:r>
        <w:t>Allah aur insano ke darmiyan paighambar middle man tha ke Allah se jo paigham mila, us ko insano tak pahunchaya.</w:t>
      </w:r>
    </w:p>
    <w:p>
      <w:pPr>
        <w:jc w:val="right"/>
      </w:pPr>
      <w:r>
        <w:t>اللہ اور انسانوں کے درمیان پیغمبر مڈل مین تھا کہ اللہ سے جو پیغام ملا، اس کو انسانوں تک پہنچایا۔</w:t>
      </w:r>
    </w:p>
    <w:p>
      <w:r>
        <w:rPr>
          <w:b/>
        </w:rPr>
        <w:t xml:space="preserve">[27:58] </w:t>
      </w:r>
      <w:r>
        <w:t>ab yeh ummat middle ummat hai ke rasool se jo mila, us ko insano tak pahunchana hai.</w:t>
      </w:r>
    </w:p>
    <w:p>
      <w:pPr>
        <w:jc w:val="right"/>
      </w:pPr>
      <w:r>
        <w:t>اب یہ امت مڈل امت ہے کہ رسول سے جو ملا، اس کو انسانوں تک پہنچانا ہے۔</w:t>
      </w:r>
    </w:p>
    <w:p>
      <w:r>
        <w:rPr>
          <w:b/>
        </w:rPr>
        <w:t xml:space="preserve">[28:05] </w:t>
      </w:r>
      <w:r>
        <w:t>ab ayat ke is juz ko le kar sochiye, aap lakon al-rasool shaheeda alaikum wa takunu shuhada al-nas</w:t>
      </w:r>
    </w:p>
    <w:p>
      <w:pPr>
        <w:jc w:val="right"/>
      </w:pPr>
      <w:r>
        <w:t>اب آیت کے اس جز کو لے کر سوچیے، آپ لیکون الرسول شہیدا علیکم وتكونوا شہداء علی الناس</w:t>
      </w:r>
    </w:p>
    <w:p>
      <w:r>
        <w:rPr>
          <w:b/>
        </w:rPr>
        <w:t xml:space="preserve">[28:12] </w:t>
      </w:r>
      <w:r>
        <w:t>tab aap ko samajh aayega ke yahan jihad ka matlab kya hai.</w:t>
      </w:r>
    </w:p>
    <w:p>
      <w:pPr>
        <w:jc w:val="right"/>
      </w:pPr>
      <w:r>
        <w:t>تب آپ کو سمجھ آئے گا کہ یہاں جہاد کا مطلب کیا ہے۔</w:t>
      </w:r>
    </w:p>
    <w:p>
      <w:r>
        <w:rPr>
          <w:b/>
        </w:rPr>
        <w:t xml:space="preserve">[28:19] </w:t>
      </w:r>
      <w:r>
        <w:t>jihad ka matlab na to ladna bhadna hai, na qital karna hai, yeh sab nahi hai.</w:t>
      </w:r>
    </w:p>
    <w:p>
      <w:pPr>
        <w:jc w:val="right"/>
      </w:pPr>
      <w:r>
        <w:t>جہاد کا مطلب نہ تو لڑنا بھڑنا ہے، نہ قتال کرنا ہے، یہ سب نہیں ہے۔</w:t>
      </w:r>
    </w:p>
    <w:p>
      <w:r>
        <w:rPr>
          <w:b/>
        </w:rPr>
        <w:t xml:space="preserve">[28:26] </w:t>
      </w:r>
      <w:r>
        <w:t>jihad ka matlab agla lafz wazeh kar raha hai.</w:t>
      </w:r>
    </w:p>
    <w:p>
      <w:pPr>
        <w:jc w:val="right"/>
      </w:pPr>
      <w:r>
        <w:t>جہاد کا مطلب اگلا لفظ واضح کر رہا ہے۔</w:t>
      </w:r>
    </w:p>
    <w:p>
      <w:r>
        <w:rPr>
          <w:b/>
        </w:rPr>
        <w:t xml:space="preserve">[28:33] </w:t>
      </w:r>
      <w:r>
        <w:t>jihad ka matlab jihad shahadat hai.</w:t>
      </w:r>
    </w:p>
    <w:p>
      <w:pPr>
        <w:jc w:val="right"/>
      </w:pPr>
      <w:r>
        <w:t>جہاد کا مطلب جہاد شہادت ہے۔</w:t>
      </w:r>
    </w:p>
    <w:p>
      <w:r>
        <w:rPr>
          <w:b/>
        </w:rPr>
        <w:t xml:space="preserve">[28:40] </w:t>
      </w:r>
      <w:r>
        <w:t>yahan par lakon al-rasool shaheeda alaikum wa takunu shuhada al-nas jihad se murad jihad shahadat hai, jihad dawat</w:t>
      </w:r>
    </w:p>
    <w:p>
      <w:pPr>
        <w:jc w:val="right"/>
      </w:pPr>
      <w:r>
        <w:t>یہاں پر لیکون الرسول شہیدا علیکم وتكونوا شہداء علی الناس جہاد سے مراد جہاد شہادت ہے، جہاد دعوت</w:t>
      </w:r>
    </w:p>
    <w:p>
      <w:r>
        <w:rPr>
          <w:b/>
        </w:rPr>
        <w:t xml:space="preserve">[28:47] </w:t>
      </w:r>
      <w:r>
        <w:t>hai, jihad tabligh hai.</w:t>
      </w:r>
    </w:p>
    <w:p>
      <w:pPr>
        <w:jc w:val="right"/>
      </w:pPr>
      <w:r>
        <w:t>ہے، جہاد تبلیغ ہے۔</w:t>
      </w:r>
    </w:p>
    <w:p>
      <w:r>
        <w:rPr>
          <w:b/>
        </w:rPr>
        <w:t xml:space="preserve">[28:54] </w:t>
      </w:r>
      <w:r>
        <w:t>khud ayat ke alfaaz yeh mutayyan kar rahe hain ke yahan jihad se matlab kya hai.</w:t>
      </w:r>
    </w:p>
    <w:p>
      <w:pPr>
        <w:jc w:val="right"/>
      </w:pPr>
      <w:r>
        <w:t>خود آیت کے الفاظ یہ متعین کر رہے ہیں کہ یہاں جہاد سے مطلب کیا ہے۔</w:t>
      </w:r>
    </w:p>
    <w:p>
      <w:r>
        <w:rPr>
          <w:b/>
        </w:rPr>
        <w:t xml:space="preserve">[29:01] </w:t>
      </w:r>
      <w:r>
        <w:t>dekhiye, jahad ka mani hai jad o jehad, at most struggle.</w:t>
      </w:r>
    </w:p>
    <w:p>
      <w:pPr>
        <w:jc w:val="right"/>
      </w:pPr>
      <w:r>
        <w:t>دیکھیے، جہاد کا معنی ہے جدوجہد، ایٹ موسٹ اسٹرگل۔</w:t>
      </w:r>
    </w:p>
    <w:p>
      <w:r>
        <w:rPr>
          <w:b/>
        </w:rPr>
        <w:t xml:space="preserve">[29:08] </w:t>
      </w:r>
      <w:r>
        <w:t>yeh hai jahad.</w:t>
      </w:r>
    </w:p>
    <w:p>
      <w:pPr>
        <w:jc w:val="right"/>
      </w:pPr>
      <w:r>
        <w:t>یہ ہے جہاد۔</w:t>
      </w:r>
    </w:p>
    <w:p>
      <w:r>
        <w:rPr>
          <w:b/>
        </w:rPr>
        <w:t xml:space="preserve">[29:15] </w:t>
      </w:r>
      <w:r>
        <w:t>to kaha ke dawat ke liye, shahadat ke liye, tablegh ke liye tum apni sari taqat laga do,</w:t>
      </w:r>
    </w:p>
    <w:p>
      <w:pPr>
        <w:jc w:val="right"/>
      </w:pPr>
      <w:r>
        <w:t>تو کہا کہ دعوت کے لیے، شہادت کے لیے، تبلیغ کے لیے تم اپنی ساری طاقت لگا دو،</w:t>
      </w:r>
    </w:p>
    <w:p>
      <w:r>
        <w:rPr>
          <w:b/>
        </w:rPr>
        <w:t xml:space="preserve">[29:22] </w:t>
      </w:r>
      <w:r>
        <w:t>koi insan be khabar na rahe Allah ke paigham se.</w:t>
      </w:r>
    </w:p>
    <w:p>
      <w:pPr>
        <w:jc w:val="right"/>
      </w:pPr>
      <w:r>
        <w:t>کوئی انسان بے خبر نہ رہے اللہ کے پیغام سے۔</w:t>
      </w:r>
    </w:p>
    <w:p>
      <w:r>
        <w:rPr>
          <w:b/>
        </w:rPr>
        <w:t xml:space="preserve">[29:29] </w:t>
      </w:r>
      <w:r>
        <w:t>to yeh hai woh, yeh hai woh mission jis ke, jis ke, jis ka paigham lene ke liye</w:t>
      </w:r>
    </w:p>
    <w:p>
      <w:pPr>
        <w:jc w:val="right"/>
      </w:pPr>
      <w:r>
        <w:t>تو یہ ہے وہ، یہ ہے وہ مشن جس کے، جس کے، جس کا پیغام لینے کے لیے</w:t>
      </w:r>
    </w:p>
    <w:p>
      <w:r>
        <w:rPr>
          <w:b/>
        </w:rPr>
        <w:t xml:space="preserve">[29:37] </w:t>
      </w:r>
      <w:r>
        <w:t>haji wahan jata hai.</w:t>
      </w:r>
    </w:p>
    <w:p>
      <w:pPr>
        <w:jc w:val="right"/>
      </w:pPr>
      <w:r>
        <w:t>حاجی وہاں جاتا ہے۔</w:t>
      </w:r>
    </w:p>
    <w:p>
      <w:r>
        <w:rPr>
          <w:b/>
        </w:rPr>
        <w:t xml:space="preserve">[29:44] </w:t>
      </w:r>
      <w:r>
        <w:t>mein akhbar mein parh raha tha ke wahan par jo imam e haram hain, jo wahan mufti e aazam hain,</w:t>
      </w:r>
    </w:p>
    <w:p>
      <w:pPr>
        <w:jc w:val="right"/>
      </w:pPr>
      <w:r>
        <w:t>میں اخبار میں پڑھ رہا تھا کہ وہاں پر جو امام حرم ہیں، جو وہاں مفتی اعظم ہیں،</w:t>
      </w:r>
    </w:p>
    <w:p>
      <w:r>
        <w:rPr>
          <w:b/>
        </w:rPr>
        <w:t xml:space="preserve">[29:51] </w:t>
      </w:r>
      <w:r>
        <w:t>unki taqreeren hain to us mein unhon ne zor diya ittehad par ke sari dunya ke musalman</w:t>
      </w:r>
    </w:p>
    <w:p>
      <w:pPr>
        <w:jc w:val="right"/>
      </w:pPr>
      <w:r>
        <w:t>ان کی تقریریں ہیں تو اس میں انہوں نے زور دیا اتحاد پر کہ ساری دنیا کے مسلمان</w:t>
      </w:r>
    </w:p>
    <w:p>
      <w:r>
        <w:rPr>
          <w:b/>
        </w:rPr>
        <w:t xml:space="preserve">[29:58] </w:t>
      </w:r>
      <w:r>
        <w:t>ittehad ho jayen.</w:t>
      </w:r>
    </w:p>
    <w:p>
      <w:pPr>
        <w:jc w:val="right"/>
      </w:pPr>
      <w:r>
        <w:t>متحد ہو جائیں۔</w:t>
      </w:r>
    </w:p>
    <w:p>
      <w:r>
        <w:rPr>
          <w:b/>
        </w:rPr>
        <w:t xml:space="preserve">[30:05] </w:t>
      </w:r>
      <w:r>
        <w:t>dekhiye, ittehad ki baat mein apne bachpan se sunta aya hoon.</w:t>
      </w:r>
    </w:p>
    <w:p>
      <w:pPr>
        <w:jc w:val="right"/>
      </w:pPr>
      <w:r>
        <w:t>دیکھیے، اتحاد کی بات میں اپنے بچپن سے سنتا آیا ہوں۔</w:t>
      </w:r>
    </w:p>
    <w:p>
      <w:r>
        <w:rPr>
          <w:b/>
        </w:rPr>
        <w:t xml:space="preserve">[30:12] </w:t>
      </w:r>
      <w:r>
        <w:t>har jalse mein, har hajj mein, har moqa par ittehad, ittehad, ittehad.</w:t>
      </w:r>
    </w:p>
    <w:p>
      <w:pPr>
        <w:jc w:val="right"/>
      </w:pPr>
      <w:r>
        <w:t>ہر جلسے میں، ہر حج میں، ہر موقع پر اتحاد، اتحاد، اتحاد۔</w:t>
      </w:r>
    </w:p>
    <w:p>
      <w:r>
        <w:rPr>
          <w:b/>
        </w:rPr>
        <w:t xml:space="preserve">[30:19] </w:t>
      </w:r>
      <w:r>
        <w:t>lekin aaj tak musalmanon mein ittehad nahi aya.</w:t>
      </w:r>
    </w:p>
    <w:p>
      <w:pPr>
        <w:jc w:val="right"/>
      </w:pPr>
      <w:r>
        <w:t>لیکن آج تک مسلمانوں میں اتحاد نہیں آیا۔</w:t>
      </w:r>
    </w:p>
    <w:p>
      <w:r>
        <w:rPr>
          <w:b/>
        </w:rPr>
        <w:t xml:space="preserve">[30:26] </w:t>
      </w:r>
      <w:r>
        <w:t>yeh baat har hajj mein wahan jo imam taqreer karta, jo khutba deta, us mein yeh baat kahi</w:t>
      </w:r>
    </w:p>
    <w:p>
      <w:pPr>
        <w:jc w:val="right"/>
      </w:pPr>
      <w:r>
        <w:t>یہ بات ہر حج میں وہاں جو امام تقریر کرتا، جو خطبہ دیتا، اس میں یہ بات کہی</w:t>
      </w:r>
    </w:p>
    <w:p>
      <w:r>
        <w:rPr>
          <w:b/>
        </w:rPr>
        <w:t xml:space="preserve">[30:33] </w:t>
      </w:r>
      <w:r>
        <w:t>jati hai ke sab log ittehad ho jao.</w:t>
      </w:r>
    </w:p>
    <w:p>
      <w:pPr>
        <w:jc w:val="right"/>
      </w:pPr>
      <w:r>
        <w:t>جاتی ہے کہ سب لوگ متحد ہو جاؤ۔</w:t>
      </w:r>
    </w:p>
    <w:p>
      <w:r>
        <w:rPr>
          <w:b/>
        </w:rPr>
        <w:t xml:space="preserve">[30:40] </w:t>
      </w:r>
      <w:r>
        <w:t>to ittehad kyun nahi? kyun musalman ittehad nahi? is ki wajah kya hai? dekhiye, ittehad wahan sermon se nahi ata.</w:t>
      </w:r>
    </w:p>
    <w:p>
      <w:pPr>
        <w:jc w:val="right"/>
      </w:pPr>
      <w:r>
        <w:t>تو اتحاد کیوں نہیں؟ کیوں مسلمان متحد نہیں؟ اس کی وجہ کیا ہے؟ دیکھیے، اتحاد وہاں سرمن سے نہیں آتا۔</w:t>
      </w:r>
    </w:p>
    <w:p>
      <w:r>
        <w:rPr>
          <w:b/>
        </w:rPr>
        <w:t xml:space="preserve">[30:47] </w:t>
      </w:r>
      <w:r>
        <w:t>aap sermon dete hain to ittehad paida ho jaye.</w:t>
      </w:r>
    </w:p>
    <w:p>
      <w:pPr>
        <w:jc w:val="right"/>
      </w:pPr>
      <w:r>
        <w:t>آپ سرمن دیتے ہیں تو اتحاد پیدا ہو جائے۔</w:t>
      </w:r>
    </w:p>
    <w:p>
      <w:r>
        <w:rPr>
          <w:b/>
        </w:rPr>
        <w:t xml:space="preserve">[30:54] </w:t>
      </w:r>
      <w:r>
        <w:t>It is quite impossible. آپ کو مسلمانوں کو ایک مشن دینا ہوگا۔</w:t>
      </w:r>
    </w:p>
    <w:p>
      <w:pPr>
        <w:jc w:val="right"/>
      </w:pPr>
      <w:r>
        <w:t>It is quite impossible آپ کو مسلمانوں کو ایک مشن دینا ہوگا۔</w:t>
      </w:r>
    </w:p>
    <w:p>
      <w:r>
        <w:rPr>
          <w:b/>
        </w:rPr>
        <w:t xml:space="preserve">[31:01] </w:t>
      </w:r>
      <w:r>
        <w:t>mission yeh mission hai jo logon ko ittehad karta hai.</w:t>
      </w:r>
    </w:p>
    <w:p>
      <w:pPr>
        <w:jc w:val="right"/>
      </w:pPr>
      <w:r>
        <w:t>مشن یہ مشن ہے جو لوگوں کو متحد کرتا ہے۔</w:t>
      </w:r>
    </w:p>
    <w:p>
      <w:r>
        <w:rPr>
          <w:b/>
        </w:rPr>
        <w:t xml:space="preserve">[31:08] </w:t>
      </w:r>
      <w:r>
        <w:t>sermon nahi, woh sermon jo aap haram e Makkah mein dein, haram e Madinah mein dein ya kahin bhi dein,</w:t>
      </w:r>
    </w:p>
    <w:p>
      <w:pPr>
        <w:jc w:val="right"/>
      </w:pPr>
      <w:r>
        <w:t>سرمن نہیں، وہ سرمن جو آپ حرم مکہ میں دیں، حرم مدینہ میں دیں یا کہیں بھی دیں،</w:t>
      </w:r>
    </w:p>
    <w:p>
      <w:r>
        <w:rPr>
          <w:b/>
        </w:rPr>
        <w:t xml:space="preserve">[31:15] </w:t>
      </w:r>
      <w:r>
        <w:t>aap hamare pahaar par khare ho ke dein, jabal e rehmat par khare ho ke dein.</w:t>
      </w:r>
    </w:p>
    <w:p>
      <w:pPr>
        <w:jc w:val="right"/>
      </w:pPr>
      <w:r>
        <w:t>آپ ہمارے پہاڑ پر کھڑے ہو کے دیں، جبر رحمت پر کھڑے ہو کے دیں۔</w:t>
      </w:r>
    </w:p>
    <w:p>
      <w:r>
        <w:rPr>
          <w:b/>
        </w:rPr>
        <w:t xml:space="preserve">[31:22] </w:t>
      </w:r>
      <w:r>
        <w:t>agar aap ittehad, ittehad, ittehad kahenge to yeh ittehad nahi ata.</w:t>
      </w:r>
    </w:p>
    <w:p>
      <w:pPr>
        <w:jc w:val="right"/>
      </w:pPr>
      <w:r>
        <w:t>اگر آپ اتحاد، اتحاد، اتحاد کہیں گے تو یہ اتحاد نہیں آتا۔</w:t>
      </w:r>
    </w:p>
    <w:p>
      <w:r>
        <w:rPr>
          <w:b/>
        </w:rPr>
        <w:t xml:space="preserve">[31:29] </w:t>
      </w:r>
      <w:r>
        <w:t>is se aap ko ek mission dena hoga.</w:t>
      </w:r>
    </w:p>
    <w:p>
      <w:pPr>
        <w:jc w:val="right"/>
      </w:pPr>
      <w:r>
        <w:t>اس سے آپ کو ایک مشن دینا ہوگا۔</w:t>
      </w:r>
    </w:p>
    <w:p>
      <w:r>
        <w:rPr>
          <w:b/>
        </w:rPr>
        <w:t xml:space="preserve">[31:36] </w:t>
      </w:r>
      <w:r>
        <w:t>mission tab log ittehad ho kar woh mission mein lagen ge.</w:t>
      </w:r>
    </w:p>
    <w:p>
      <w:pPr>
        <w:jc w:val="right"/>
      </w:pPr>
      <w:r>
        <w:t>مشن تب لوگ متحد ہو کر وہ مشن میں لگیں گے۔</w:t>
      </w:r>
    </w:p>
    <w:p>
      <w:r>
        <w:rPr>
          <w:b/>
        </w:rPr>
        <w:t xml:space="preserve">[31:43] </w:t>
      </w:r>
      <w:r>
        <w:t>woh mission kya hai? woh mission hai dawat, dawat e Allah.</w:t>
      </w:r>
    </w:p>
    <w:p>
      <w:pPr>
        <w:jc w:val="right"/>
      </w:pPr>
      <w:r>
        <w:t>وہ مشن کیا ہے؟ وہ مشن ہے دعوت، دعوت اللہ۔</w:t>
      </w:r>
    </w:p>
    <w:p>
      <w:r>
        <w:rPr>
          <w:b/>
        </w:rPr>
        <w:t xml:space="preserve">[31:50] </w:t>
      </w:r>
      <w:r>
        <w:t>yani sare insanon ko Allah ke creation plan se agah karna, jaisa ke paighambar e Islam ne agah kiya.</w:t>
      </w:r>
    </w:p>
    <w:p>
      <w:pPr>
        <w:jc w:val="right"/>
      </w:pPr>
      <w:r>
        <w:t>یعنی سارے انسانوں کو اللہ کے کریشن پلان سے آگاہ کرنا، جیسا کہ پیغمبر اسلام نے آگاہ کیا۔</w:t>
      </w:r>
    </w:p>
    <w:p>
      <w:r>
        <w:rPr>
          <w:b/>
        </w:rPr>
        <w:t xml:space="preserve">[31:57] </w:t>
      </w:r>
      <w:r>
        <w:t>yeh mission aur yeh batana parega ke isi mission par tum ko jannat milne wali hai.</w:t>
      </w:r>
    </w:p>
    <w:p>
      <w:pPr>
        <w:jc w:val="right"/>
      </w:pPr>
      <w:r>
        <w:t>یہ مشن اور یہ بتانا پڑے گا کہ اسی مشن پر تم کو جنت ملنے والی ہے۔</w:t>
      </w:r>
    </w:p>
    <w:p>
      <w:r>
        <w:rPr>
          <w:b/>
        </w:rPr>
        <w:t xml:space="preserve">[32:04] </w:t>
      </w:r>
      <w:r>
        <w:t>sirf janwar zabah kar diya to is par jannat nahi milegi.</w:t>
      </w:r>
    </w:p>
    <w:p>
      <w:pPr>
        <w:jc w:val="right"/>
      </w:pPr>
      <w:r>
        <w:t>صرف جانور ذبح کر دیا تو اس پر جنت نہیں ملے گی۔</w:t>
      </w:r>
    </w:p>
    <w:p>
      <w:r>
        <w:rPr>
          <w:b/>
        </w:rPr>
        <w:t xml:space="preserve">[32:11] </w:t>
      </w:r>
      <w:r>
        <w:t>yeh kehna parega ke aap ne wahan ja kar janwar zabah kar diya to aap jannat mil gayi.</w:t>
      </w:r>
    </w:p>
    <w:p>
      <w:pPr>
        <w:jc w:val="right"/>
      </w:pPr>
      <w:r>
        <w:t>یہ کہنا پڑے گا کہ آپ نے وہاں جا کر جانور ذبح کر دیا تو آپ جنت مل گئی۔</w:t>
      </w:r>
    </w:p>
    <w:p>
      <w:r>
        <w:rPr>
          <w:b/>
        </w:rPr>
        <w:t xml:space="preserve">[32:18] </w:t>
      </w:r>
      <w:r>
        <w:t>yeh impossible hai, yeh namumkin hai.</w:t>
      </w:r>
    </w:p>
    <w:p>
      <w:pPr>
        <w:jc w:val="right"/>
      </w:pPr>
      <w:r>
        <w:t>یہ امپاسیبل ہے، یہ ناممکن ہے۔</w:t>
      </w:r>
    </w:p>
    <w:p>
      <w:r>
        <w:rPr>
          <w:b/>
        </w:rPr>
        <w:t xml:space="preserve">[32:25] </w:t>
      </w:r>
      <w:r>
        <w:t>jannat milegi rasool Allah ke mission ko poora karne par, yani dawat Allah ke liye jahad karne par.</w:t>
      </w:r>
    </w:p>
    <w:p>
      <w:pPr>
        <w:jc w:val="right"/>
      </w:pPr>
      <w:r>
        <w:t>جنت ملے گی رسول اللہ کے مشن کو پورا کرنے پر، یعنی دعوت اللہ کے لیے جدوجہد کرنے پر۔</w:t>
      </w:r>
    </w:p>
    <w:p>
      <w:r>
        <w:rPr>
          <w:b/>
        </w:rPr>
        <w:t xml:space="preserve">[32:32] </w:t>
      </w:r>
      <w:r>
        <w:t>warna jannat milne wali nahi hai.</w:t>
      </w:r>
    </w:p>
    <w:p>
      <w:pPr>
        <w:jc w:val="right"/>
      </w:pPr>
      <w:r>
        <w:t>ورنہ جنت ملنے والی نہیں ہے۔</w:t>
      </w:r>
    </w:p>
    <w:p>
      <w:r>
        <w:rPr>
          <w:b/>
        </w:rPr>
        <w:t xml:space="preserve">[32:40] </w:t>
      </w:r>
      <w:r>
        <w:t>تو جب تک آپ مشن کا تصور نہ دیں، اس مشن کو لوگوں کے mind میں inculcate نہ</w:t>
      </w:r>
    </w:p>
    <w:p>
      <w:pPr>
        <w:jc w:val="right"/>
      </w:pPr>
      <w:r>
        <w:t>تو جب تک آپ مشن کا تصور نہ دیں، اس مشن کو لوگوں کے مائنڈ میں انکلکیٹ نہ</w:t>
      </w:r>
    </w:p>
    <w:p>
      <w:r>
        <w:rPr>
          <w:b/>
        </w:rPr>
        <w:t xml:space="preserve">[32:47] </w:t>
      </w:r>
      <w:r>
        <w:t>kar dein, tab tak yaad rakhiye, kabhi ittehad paida nahi ho sakta hai.</w:t>
      </w:r>
    </w:p>
    <w:p>
      <w:pPr>
        <w:jc w:val="right"/>
      </w:pPr>
      <w:r>
        <w:t>کر دیں، تب تک یاد رکھیے، کبھی اتحاد پیدا نہیں ہو سکتا ہے۔</w:t>
      </w:r>
    </w:p>
    <w:p>
      <w:r>
        <w:rPr>
          <w:b/>
        </w:rPr>
        <w:t xml:space="preserve">[32:54] </w:t>
      </w:r>
      <w:r>
        <w:t>tab tak ittehad paida nahi ho sakta hai.</w:t>
      </w:r>
    </w:p>
    <w:p>
      <w:pPr>
        <w:jc w:val="right"/>
      </w:pPr>
      <w:r>
        <w:t>تب تک اتحاد پیدا نہیں ہو سکتا ہے۔</w:t>
      </w:r>
    </w:p>
    <w:p>
      <w:r>
        <w:rPr>
          <w:b/>
        </w:rPr>
        <w:t xml:space="preserve">[33:01] </w:t>
      </w:r>
      <w:r>
        <w:t>wahan par aap ko yeh kehna hai ke dekho, yahan par 198 countries ko log ekhatta hain aur</w:t>
      </w:r>
    </w:p>
    <w:p>
      <w:pPr>
        <w:jc w:val="right"/>
      </w:pPr>
      <w:r>
        <w:t>وہاں پر آپ کو یہ کہنا ہے کہ دیکھو، یہاں پر 198 کنٹریز کو لوگ اکٹھا ہیں اور</w:t>
      </w:r>
    </w:p>
    <w:p>
      <w:r>
        <w:rPr>
          <w:b/>
        </w:rPr>
        <w:t xml:space="preserve">[33:08] </w:t>
      </w:r>
      <w:r>
        <w:t>جو نہیں ہیں، وہ بھی communal modern communication جو ہے، اس کے ذریعے سے ہماری آواز سن رہے ہیں۔</w:t>
      </w:r>
    </w:p>
    <w:p>
      <w:pPr>
        <w:jc w:val="right"/>
      </w:pPr>
      <w:r>
        <w:t>جو نہیں ہیں، وہ بھی کمیونل ماڈرن کمیونیکیشن جو ہے، اس کے ذریعے سے ہماری آواز سن رہے ہیں۔</w:t>
      </w:r>
    </w:p>
    <w:p>
      <w:r>
        <w:rPr>
          <w:b/>
        </w:rPr>
        <w:t xml:space="preserve">[33:15] </w:t>
      </w:r>
      <w:r>
        <w:t>yani sari dunya ke log sun rahe hain is awaz ko jo ek jagah se buland ho rahi hai.</w:t>
      </w:r>
    </w:p>
    <w:p>
      <w:pPr>
        <w:jc w:val="right"/>
      </w:pPr>
      <w:r>
        <w:t>یعنی ساری دنیا کے لوگ سن رہے ہیں اس آواز کو جو ایک جگہ سے بلند ہو رہی ہے۔</w:t>
      </w:r>
    </w:p>
    <w:p>
      <w:r>
        <w:rPr>
          <w:b/>
        </w:rPr>
        <w:t xml:space="preserve">[33:22] </w:t>
      </w:r>
      <w:r>
        <w:t>تو اللہ تعالی نے یہ کمیونیکیشن کے زمانے میں کیوں پیدا کیا؟ What is the purpose of this</w:t>
      </w:r>
    </w:p>
    <w:p>
      <w:pPr>
        <w:jc w:val="right"/>
      </w:pPr>
      <w:r>
        <w:t>تو اللہ تعالی نے یہ کمیونیکیشن کے زمانے میں کیوں پیدا کیا؟ واٹ از دا پرپس اف دس</w:t>
      </w:r>
    </w:p>
    <w:p>
      <w:r>
        <w:rPr>
          <w:b/>
        </w:rPr>
        <w:t xml:space="preserve">[33:29] </w:t>
      </w:r>
      <w:r>
        <w:t>age of communication? وہ ہے کہ پیغمبر اسلام کے مشن کو انٹرنیشنل لیول پر پہنچایا جائے۔</w:t>
      </w:r>
    </w:p>
    <w:p>
      <w:pPr>
        <w:jc w:val="right"/>
      </w:pPr>
      <w:r>
        <w:t>ایج اف کمیونیکیشن؟ وہ ہے کہ پیغمبر اسلام کے مشن کو انٹرنیشنل لیول پر پہنچایا جائے۔</w:t>
      </w:r>
    </w:p>
    <w:p>
      <w:r>
        <w:rPr>
          <w:b/>
        </w:rPr>
        <w:t xml:space="preserve">[33:36] </w:t>
      </w:r>
      <w:r>
        <w:t>rasool Allah ke mission ko internationalize karne ke liye hai.</w:t>
      </w:r>
    </w:p>
    <w:p>
      <w:pPr>
        <w:jc w:val="right"/>
      </w:pPr>
      <w:r>
        <w:t>رسول اللہ کے مشن کو انٹرنیشنلائز کرنے کے لیے ہے۔</w:t>
      </w:r>
    </w:p>
    <w:p>
      <w:r>
        <w:rPr>
          <w:b/>
        </w:rPr>
        <w:t xml:space="preserve">[33:43] </w:t>
      </w:r>
      <w:r>
        <w:t>yeh yeh sab diya jaye.</w:t>
      </w:r>
    </w:p>
    <w:p>
      <w:pPr>
        <w:jc w:val="right"/>
      </w:pPr>
      <w:r>
        <w:t>یہ یہ سب دیا جائے۔</w:t>
      </w:r>
    </w:p>
    <w:p>
      <w:r>
        <w:rPr>
          <w:b/>
        </w:rPr>
        <w:t xml:space="preserve">[33:50] </w:t>
      </w:r>
      <w:r>
        <w:t>تو جب اس طرح سے prepared mind ہو کر کے جائیں گے لوگ حج کرنے، یعنی حاجی prepared</w:t>
      </w:r>
    </w:p>
    <w:p>
      <w:pPr>
        <w:jc w:val="right"/>
      </w:pPr>
      <w:r>
        <w:t>تو جب اس طرح سے پریپیرڈ مائنڈ ہو کر کے جائیں گے لوگ حج کرنے، یعنی حاجی پریپیرڈ</w:t>
      </w:r>
    </w:p>
    <w:p>
      <w:r>
        <w:rPr>
          <w:b/>
        </w:rPr>
        <w:t xml:space="preserve">[33:57] </w:t>
      </w:r>
      <w:r>
        <w:t>mind ho, wahan par jo aadmi bol raha hai, jo khutba de raha hai, woh khud bohat zyada</w:t>
      </w:r>
    </w:p>
    <w:p>
      <w:pPr>
        <w:jc w:val="right"/>
      </w:pPr>
      <w:r>
        <w:t>مائنڈ ہو، وہاں پر جو آدمی بول رہا ہے، جو خطبہ دے رہا ہے، وہ خود بہت زیادہ</w:t>
      </w:r>
    </w:p>
    <w:p>
      <w:r>
        <w:rPr>
          <w:b/>
        </w:rPr>
        <w:t xml:space="preserve">[34:04] </w:t>
      </w:r>
      <w:r>
        <w:t>bashaoor ho, us ko pata ho ke kya mujhe kehna hai, kya baat, konsi baat logon ke</w:t>
      </w:r>
    </w:p>
    <w:p>
      <w:pPr>
        <w:jc w:val="right"/>
      </w:pPr>
      <w:r>
        <w:t>باشعور ہو، اس کو پتہ ہو کہ کیا مجھے کہنا ہے، کیا بات، کون سی بات لوگوں کے</w:t>
      </w:r>
    </w:p>
    <w:p>
      <w:r>
        <w:rPr>
          <w:b/>
        </w:rPr>
        <w:t xml:space="preserve">[34:11] </w:t>
      </w:r>
      <w:r>
        <w:t>mind ko address karegi, konsi baat logon ko mission ka tasawwur degi.</w:t>
      </w:r>
    </w:p>
    <w:p>
      <w:pPr>
        <w:jc w:val="right"/>
      </w:pPr>
      <w:r>
        <w:t>مائنڈ کو ایڈریس کرے گی، کون سی بات لوگوں کو مشن کا تصور دے گی۔</w:t>
      </w:r>
    </w:p>
    <w:p>
      <w:r>
        <w:rPr>
          <w:b/>
        </w:rPr>
        <w:t xml:space="preserve">[34:18] </w:t>
      </w:r>
      <w:r>
        <w:t>tab ja kar ke yeh mumkin hai ke ittehad paida ho, mission ka tasawwur paida ho aur log</w:t>
      </w:r>
    </w:p>
    <w:p>
      <w:pPr>
        <w:jc w:val="right"/>
      </w:pPr>
      <w:r>
        <w:t>تب جا کر کے یہ ممکن ہے کہ اتحاد پیدا ہو، مشن کا تصور پیدا ہو اور لوگ</w:t>
      </w:r>
    </w:p>
    <w:p>
      <w:r>
        <w:rPr>
          <w:b/>
        </w:rPr>
        <w:t xml:space="preserve">[34:25] </w:t>
      </w:r>
      <w:r>
        <w:t>is mission ke liye, jis ke liye labbaik labbaik keh kar ke laut te hain, us par woh amal</w:t>
      </w:r>
    </w:p>
    <w:p>
      <w:pPr>
        <w:jc w:val="right"/>
      </w:pPr>
      <w:r>
        <w:t>اس مشن کے لیے، جس کے لیے لبیک لبیک کہہ کر کے لوٹتے ہیں، اس پر وہ عمل</w:t>
      </w:r>
    </w:p>
    <w:p>
      <w:r>
        <w:rPr>
          <w:b/>
        </w:rPr>
        <w:t xml:space="preserve">[34:32] </w:t>
      </w:r>
      <w:r>
        <w:t>karna shuru kar dein.</w:t>
      </w:r>
    </w:p>
    <w:p>
      <w:pPr>
        <w:jc w:val="right"/>
      </w:pPr>
      <w:r>
        <w:t>کرنا شروع کر دیں۔</w:t>
      </w:r>
    </w:p>
    <w:p>
      <w:r>
        <w:rPr>
          <w:b/>
        </w:rPr>
        <w:t xml:space="preserve">[34:39] </w:t>
      </w:r>
      <w:r>
        <w:t>sermon se nahi ho sakta, kabhi bhi na hua hai, na aaj ho sakta hai.</w:t>
      </w:r>
    </w:p>
    <w:p>
      <w:pPr>
        <w:jc w:val="right"/>
      </w:pPr>
      <w:r>
        <w:t>سرمن سے نہیں ہو سکتا، کبھی بھی نہ ہوا ہے، نہ آج ہو سکتا ہے۔</w:t>
      </w:r>
    </w:p>
    <w:p>
      <w:r>
        <w:rPr>
          <w:b/>
        </w:rPr>
        <w:t xml:space="preserve">[34:46] </w:t>
      </w:r>
      <w:r>
        <w:t>natija yeh hai ke hamein ek daai banne ke liye creative banna parega.</w:t>
      </w:r>
    </w:p>
    <w:p>
      <w:pPr>
        <w:jc w:val="right"/>
      </w:pPr>
      <w:r>
        <w:t>نتیجہ یہ ہے کہ ہمیں ایک داعی بننے کے لیے کریٹیو بننا پڑے گا۔</w:t>
      </w:r>
    </w:p>
    <w:p>
      <w:r>
        <w:rPr>
          <w:b/>
        </w:rPr>
        <w:t xml:space="preserve">[34:53] </w:t>
      </w:r>
      <w:r>
        <w:t>creative, creative matlab kya hai? naye naye ideas nikalna, nayi nayi baatein sochna.</w:t>
      </w:r>
    </w:p>
    <w:p>
      <w:pPr>
        <w:jc w:val="right"/>
      </w:pPr>
      <w:r>
        <w:t>کریٹیو، کریٹیو مطلب کیا ہے؟ نئے نئے آئیڈیاز نکالنا، نئی نئی باتیں سوچنا۔</w:t>
      </w:r>
    </w:p>
    <w:p>
      <w:r>
        <w:rPr>
          <w:b/>
        </w:rPr>
        <w:t xml:space="preserve">[35:00] </w:t>
      </w:r>
      <w:r>
        <w:t>ek tareeqe se kaam na banaye, doosra kaam karna.</w:t>
      </w:r>
    </w:p>
    <w:p>
      <w:pPr>
        <w:jc w:val="right"/>
      </w:pPr>
      <w:r>
        <w:t>ایک طریقے سے کام نہ بنائے، دوسرا کام کرنا۔</w:t>
      </w:r>
    </w:p>
    <w:p>
      <w:r>
        <w:rPr>
          <w:b/>
        </w:rPr>
        <w:t xml:space="preserve">[35:07] </w:t>
      </w:r>
      <w:r>
        <w:t>ab dekhiye, Hazrat Ibrahim ne kya kiya? Hazrat Ibrahim ne Iraq ka jo us waqt capital city tha,</w:t>
      </w:r>
    </w:p>
    <w:p>
      <w:pPr>
        <w:jc w:val="right"/>
      </w:pPr>
      <w:r>
        <w:t>اب دیکھیے، حضرت ابراہیم نے کیا کیا؟ حضرت ابراہیم نے عراق کا جو اس وقت کیپیٹل سٹی تھا،</w:t>
      </w:r>
    </w:p>
    <w:p>
      <w:r>
        <w:rPr>
          <w:b/>
        </w:rPr>
        <w:t xml:space="preserve">[35:14] </w:t>
      </w:r>
      <w:r>
        <w:t>Ur jo tha, us waqt woh Iraq ka, Iraq ka naam us waqt Babyl hua karta tha.</w:t>
      </w:r>
    </w:p>
    <w:p>
      <w:pPr>
        <w:jc w:val="right"/>
      </w:pPr>
      <w:r>
        <w:t>عر جو تھا، اس وقت وہ عراق کا، عراق کا نام اس وقت بابل ہوا کرتا تھا۔</w:t>
      </w:r>
    </w:p>
    <w:p>
      <w:r>
        <w:rPr>
          <w:b/>
        </w:rPr>
        <w:t xml:space="preserve">[35:21] </w:t>
      </w:r>
      <w:r>
        <w:t>to wahan par aap ne dawat ki, wahan par logon ki taraf se response nahi mila.</w:t>
      </w:r>
    </w:p>
    <w:p>
      <w:pPr>
        <w:jc w:val="right"/>
      </w:pPr>
      <w:r>
        <w:t>تو وہاں پر آپ نے دعوت کی، وہاں پر لوگوں کی طرف سے رسپانس نہیں ملا۔</w:t>
      </w:r>
    </w:p>
    <w:p>
      <w:r>
        <w:rPr>
          <w:b/>
        </w:rPr>
        <w:t xml:space="preserve">[35:28] </w:t>
      </w:r>
      <w:r>
        <w:t>to aap atraf ke mulkon mein gaye, yani Misr gaye, Falasteen gaye, Sham gaye.</w:t>
      </w:r>
    </w:p>
    <w:p>
      <w:pPr>
        <w:jc w:val="right"/>
      </w:pPr>
      <w:r>
        <w:t>تو آپ اطراف کے ملکوں میں گئے، یعنی مصر گئے، فلسطین گئے، شام گئے۔</w:t>
      </w:r>
    </w:p>
    <w:p>
      <w:r>
        <w:rPr>
          <w:b/>
        </w:rPr>
        <w:t xml:space="preserve">[35:36] </w:t>
      </w:r>
      <w:r>
        <w:t>yani aap ghhor kijiye ke Asia aur Africa ke darmiyan woh safar karte rahe, yani Misr rahe Africa</w:t>
      </w:r>
    </w:p>
    <w:p>
      <w:pPr>
        <w:jc w:val="right"/>
      </w:pPr>
      <w:r>
        <w:t>یعنی آپ غور کیجئے کہ ایشیا اور افریقہ کے درمیان وہ سفر کرتے رہے، یعنی مصر رہے افریقہ</w:t>
      </w:r>
    </w:p>
    <w:p>
      <w:r>
        <w:rPr>
          <w:b/>
        </w:rPr>
        <w:t xml:space="preserve">[35:43] </w:t>
      </w:r>
      <w:r>
        <w:t>mein, Sham Asia mein.</w:t>
      </w:r>
    </w:p>
    <w:p>
      <w:pPr>
        <w:jc w:val="right"/>
      </w:pPr>
      <w:r>
        <w:t>میں، شام ایشیا میں۔</w:t>
      </w:r>
    </w:p>
    <w:p>
      <w:r>
        <w:rPr>
          <w:b/>
        </w:rPr>
        <w:t xml:space="preserve">[35:50] </w:t>
      </w:r>
      <w:r>
        <w:t>toh is ka matlab hai ke Hazrat Ibrahim ne ek ek almi safar kiya dhoondne ke liye kahan</w:t>
      </w:r>
    </w:p>
    <w:p>
      <w:pPr>
        <w:jc w:val="right"/>
      </w:pPr>
      <w:r>
        <w:t>تو اس کا مطلب ہے کہ حضرت ابراہیم نے ایک ایک عالمی سفر کیا ڈھونڈنے کے لیے کہاں</w:t>
      </w:r>
    </w:p>
    <w:p>
      <w:r>
        <w:rPr>
          <w:b/>
        </w:rPr>
        <w:t xml:space="preserve">[35:57] </w:t>
      </w:r>
      <w:r>
        <w:t>insaan milte hain.</w:t>
      </w:r>
    </w:p>
    <w:p>
      <w:pPr>
        <w:jc w:val="right"/>
      </w:pPr>
      <w:r>
        <w:t>انسان ملتے ہیں۔</w:t>
      </w:r>
    </w:p>
    <w:p>
      <w:r>
        <w:rPr>
          <w:b/>
        </w:rPr>
        <w:t xml:space="preserve">[36:04] </w:t>
      </w:r>
      <w:r>
        <w:t>جب آپ نے دیکھا کہ انسان due to their conditioning ملنے والے ہیں، نہیں، اتنے پختہ ہو چکے</w:t>
      </w:r>
    </w:p>
    <w:p>
      <w:pPr>
        <w:jc w:val="right"/>
      </w:pPr>
      <w:r>
        <w:t>جب آپ نے دیکھا کہ انسان ڈیو ٹو دیر کنڈیشننگ ملنے والے ہیں، نہیں، اتنے پختہ ہو چکے</w:t>
      </w:r>
    </w:p>
    <w:p>
      <w:r>
        <w:rPr>
          <w:b/>
        </w:rPr>
        <w:t xml:space="preserve">[36:11] </w:t>
      </w:r>
      <w:r>
        <w:t>hain apni conditioning mein jo chali aa rahi hai hazaron saal se, nasal dar nasal ke Hazrat Ibrahim</w:t>
      </w:r>
    </w:p>
    <w:p>
      <w:pPr>
        <w:jc w:val="right"/>
      </w:pPr>
      <w:r>
        <w:t>ہیں اپنی کنڈیشننگ میں جو چلی آ رہی ہے ہزاروں سال سے، نسل در نسل کہ حضرت ابراہیم</w:t>
      </w:r>
    </w:p>
    <w:p>
      <w:r>
        <w:rPr>
          <w:b/>
        </w:rPr>
        <w:t xml:space="preserve">[36:18] </w:t>
      </w:r>
      <w:r>
        <w:t>ki baat un ke samajh mein nahi aayi.</w:t>
      </w:r>
    </w:p>
    <w:p>
      <w:pPr>
        <w:jc w:val="right"/>
      </w:pPr>
      <w:r>
        <w:t>کی بات ان کے سمجھ میں نہیں آئی۔</w:t>
      </w:r>
    </w:p>
    <w:p>
      <w:r>
        <w:rPr>
          <w:b/>
        </w:rPr>
        <w:t xml:space="preserve">[36:25] </w:t>
      </w:r>
      <w:r>
        <w:t>woh jo Hazrat Ibrahim ka jumla aaya hai Quran mein Rabb annahum adlalan katheera is ka matlab yahi</w:t>
      </w:r>
    </w:p>
    <w:p>
      <w:pPr>
        <w:jc w:val="right"/>
      </w:pPr>
      <w:r>
        <w:t>وہ جو حضرت ابراہیم کا جملہ آیا ہے قرآن میں رب انہن اذلن کثیرا اس کا مطلب یہی</w:t>
      </w:r>
    </w:p>
    <w:p>
      <w:r>
        <w:rPr>
          <w:b/>
        </w:rPr>
        <w:t xml:space="preserve">[36:32] </w:t>
      </w:r>
      <w:r>
        <w:t>hai ke yeh log poori tarah conditioned ho chuke hain.</w:t>
      </w:r>
    </w:p>
    <w:p>
      <w:pPr>
        <w:jc w:val="right"/>
      </w:pPr>
      <w:r>
        <w:t>ہے کہ یہ لوگ پوری طرح کنڈیشنڈ ہو چکے ہیں۔</w:t>
      </w:r>
    </w:p>
    <w:p>
      <w:r>
        <w:rPr>
          <w:b/>
        </w:rPr>
        <w:t xml:space="preserve">[36:39] </w:t>
      </w:r>
      <w:r>
        <w:t>Rabb annahum adlalan katheera is ka matlab yahi hai ke Khuda yeh log poori tarah conditioned ho chuke hain.</w:t>
      </w:r>
    </w:p>
    <w:p>
      <w:pPr>
        <w:jc w:val="right"/>
      </w:pPr>
      <w:r>
        <w:t>رب انہن اذلن کثیرا اس کا مطلب یہی ہے کہ خدا یہ لوگ پوری طرح کنڈیشنڈ ہو چکے ہیں۔</w:t>
      </w:r>
    </w:p>
    <w:p>
      <w:r>
        <w:rPr>
          <w:b/>
        </w:rPr>
        <w:t xml:space="preserve">[36:46] </w:t>
      </w:r>
      <w:r>
        <w:t>tab Allah ne Hazrat Ibrahim ko naya rasta bataya, wahi ke nayi nasal banao, mayoos na mayoos ho</w:t>
      </w:r>
    </w:p>
    <w:p>
      <w:pPr>
        <w:jc w:val="right"/>
      </w:pPr>
      <w:r>
        <w:t>تب اللہ نے حضرت ابراہیم کو نیا راستہ بتایا، وہی کہ نئی نسل بناؤ، مایوس نہ مایوس ہو</w:t>
      </w:r>
    </w:p>
    <w:p>
      <w:r>
        <w:rPr>
          <w:b/>
        </w:rPr>
        <w:t xml:space="preserve">[36:53] </w:t>
      </w:r>
      <w:r>
        <w:t>jao, na un ke khilaaf ladai karo, na talwarein nikalo, na na un ki gardanein kaato, nayi planning karo.</w:t>
      </w:r>
    </w:p>
    <w:p>
      <w:pPr>
        <w:jc w:val="right"/>
      </w:pPr>
      <w:r>
        <w:t>جاؤ، نہ ان کے خلاف لڑائی کرو، نہ تلواریں نکالو، نہ نہ ان کی گردنیں کاٹو، نئی پلاننگ کرو۔</w:t>
      </w:r>
    </w:p>
    <w:p>
      <w:r>
        <w:rPr>
          <w:b/>
        </w:rPr>
        <w:t xml:space="preserve">[37:00] </w:t>
      </w:r>
      <w:r>
        <w:t>toh yeh bhi sunnat Ibrahim hai ke dawat ka kaam hum jab karein toh hamein creative banna padega.</w:t>
      </w:r>
    </w:p>
    <w:p>
      <w:pPr>
        <w:jc w:val="right"/>
      </w:pPr>
      <w:r>
        <w:t>تو یہ بھی سنت ابراہیم ہے کہ دعوت کا کام ہم جب کریں تو ہمیں کریٹیو بننا پڑے گا۔</w:t>
      </w:r>
    </w:p>
    <w:p>
      <w:r>
        <w:rPr>
          <w:b/>
        </w:rPr>
        <w:t xml:space="preserve">[37:07] </w:t>
      </w:r>
      <w:r>
        <w:t>ek tareeqe se nahi toh doosre tareeqe se, doosre tareeqe se, teesre tareeqe se.</w:t>
      </w:r>
    </w:p>
    <w:p>
      <w:pPr>
        <w:jc w:val="right"/>
      </w:pPr>
      <w:r>
        <w:t>ایک طریقے سے نہیں تو دوسرے طریقے سے، دوسرے طریقے سے، تیسرے طریقے سے۔</w:t>
      </w:r>
    </w:p>
    <w:p>
      <w:r>
        <w:rPr>
          <w:b/>
        </w:rPr>
        <w:t xml:space="preserve">[37:14] </w:t>
      </w:r>
      <w:r>
        <w:t>ab toh Allah taala ne sari sooraten paida kar di hain.</w:t>
      </w:r>
    </w:p>
    <w:p>
      <w:pPr>
        <w:jc w:val="right"/>
      </w:pPr>
      <w:r>
        <w:t>اب تو اللہ تعالی نے ساری صورتیں پیدا کر دی ہیں۔</w:t>
      </w:r>
    </w:p>
    <w:p>
      <w:r>
        <w:rPr>
          <w:b/>
        </w:rPr>
        <w:t xml:space="preserve">[37:21] </w:t>
      </w:r>
      <w:r>
        <w:t>ab Quran ek mehfooz kitaab ban chuka hai, printing press ke zamane mein woh chhap chuka hai.</w:t>
      </w:r>
    </w:p>
    <w:p>
      <w:pPr>
        <w:jc w:val="right"/>
      </w:pPr>
      <w:r>
        <w:t>اب قرآن ایک محفوظ کتاب بن چکا ہے، پرنٹنگ پریس کے زمانے میں وہ چھپ چکا ہے۔</w:t>
      </w:r>
    </w:p>
    <w:p>
      <w:r>
        <w:rPr>
          <w:b/>
        </w:rPr>
        <w:t xml:space="preserve">[37:28] </w:t>
      </w:r>
      <w:r>
        <w:t>duniya bhar mein communication ka zamana aa chuka hai.</w:t>
      </w:r>
    </w:p>
    <w:p>
      <w:pPr>
        <w:jc w:val="right"/>
      </w:pPr>
      <w:r>
        <w:t>دنیا بھر میں کمیونیکیشن کا زمانہ آ چکا ہے۔</w:t>
      </w:r>
    </w:p>
    <w:p>
      <w:r>
        <w:rPr>
          <w:b/>
        </w:rPr>
        <w:t xml:space="preserve">[37:35] </w:t>
      </w:r>
      <w:r>
        <w:t>toh aap Quran ko distribute karein.</w:t>
      </w:r>
    </w:p>
    <w:p>
      <w:pPr>
        <w:jc w:val="right"/>
      </w:pPr>
      <w:r>
        <w:t>تو آپ قرآن کو ڈسٹریبیوٹ کریں۔</w:t>
      </w:r>
    </w:p>
    <w:p>
      <w:r>
        <w:rPr>
          <w:b/>
        </w:rPr>
        <w:t xml:space="preserve">[37:42] </w:t>
      </w:r>
      <w:r>
        <w:t>main samajhta hoon ke sab se bada, yani sunnat azam hai is waqt Hazrat Ibrahim ki.</w:t>
      </w:r>
    </w:p>
    <w:p>
      <w:pPr>
        <w:jc w:val="right"/>
      </w:pPr>
      <w:r>
        <w:t>میں سمجھتا ہوں کہ سب سے بڑا، یعنی سنت اعظم ہے اس وقت حضرت ابراہیم کی۔</w:t>
      </w:r>
    </w:p>
    <w:p>
      <w:r>
        <w:rPr>
          <w:b/>
        </w:rPr>
        <w:t xml:space="preserve">[37:49] </w:t>
      </w:r>
      <w:r>
        <w:t>Quran ki ek ahmiyat abhi haal mein mujhe samajh mein aayi.</w:t>
      </w:r>
    </w:p>
    <w:p>
      <w:pPr>
        <w:jc w:val="right"/>
      </w:pPr>
      <w:r>
        <w:t>قرآن کی ایک اہمیت ابھی حال میں مجھے سمجھ میں آئی۔</w:t>
      </w:r>
    </w:p>
    <w:p>
      <w:r>
        <w:rPr>
          <w:b/>
        </w:rPr>
        <w:t xml:space="preserve">[37:56] </w:t>
      </w:r>
      <w:r>
        <w:t>aap ko maloom hai ke Delhi mein ek ek naujawan, jis ki umar sirf 24 saal thi, us</w:t>
      </w:r>
    </w:p>
    <w:p>
      <w:pPr>
        <w:jc w:val="right"/>
      </w:pPr>
      <w:r>
        <w:t>آپ کو معلوم ہے کہ دلی میں ایک ایک نوجوان، جس کی عمر صرف 24 سال تھی، اس</w:t>
      </w:r>
    </w:p>
    <w:p>
      <w:r>
        <w:rPr>
          <w:b/>
        </w:rPr>
        <w:t xml:space="preserve">[38:03] </w:t>
      </w:r>
      <w:r>
        <w:t>ne suicide kar liya.</w:t>
      </w:r>
    </w:p>
    <w:p>
      <w:pPr>
        <w:jc w:val="right"/>
      </w:pPr>
      <w:r>
        <w:t>نے سوسائیڈ کر لیا۔</w:t>
      </w:r>
    </w:p>
    <w:p>
      <w:r>
        <w:rPr>
          <w:b/>
        </w:rPr>
        <w:t xml:space="preserve">[38:10] </w:t>
      </w:r>
      <w:r>
        <w:t>Delhi ki ek multi-storey building mein aathveen manzil par us ka office tha, wahan chhalang laga kar</w:t>
      </w:r>
    </w:p>
    <w:p>
      <w:pPr>
        <w:jc w:val="right"/>
      </w:pPr>
      <w:r>
        <w:t>دلی کی ایک ملٹی سٹوری بلڈنگ میں اٹھویں منزل پر اس کا آفس تھا، وہاں چھلانگ لگا کر</w:t>
      </w:r>
    </w:p>
    <w:p>
      <w:r>
        <w:rPr>
          <w:b/>
        </w:rPr>
        <w:t xml:space="preserve">[38:17] </w:t>
      </w:r>
      <w:r>
        <w:t>apna koi halaak kar liya us ne.</w:t>
      </w:r>
    </w:p>
    <w:p>
      <w:pPr>
        <w:jc w:val="right"/>
      </w:pPr>
      <w:r>
        <w:t>اپنا کوئی ہلاک کر لیا اس نے۔</w:t>
      </w:r>
    </w:p>
    <w:p>
      <w:r>
        <w:rPr>
          <w:b/>
        </w:rPr>
        <w:t xml:space="preserve">[38:24] </w:t>
      </w:r>
      <w:r>
        <w:t>toh us ke marne ke baad jo suicide note nikla, us mein likha tha us ne ke mujhe</w:t>
      </w:r>
    </w:p>
    <w:p>
      <w:pPr>
        <w:jc w:val="right"/>
      </w:pPr>
      <w:r>
        <w:t>تو اس کے مرنے کے بعد جو سوسائیڈ نوٹ نکلا، اس میں لکھا تھا اس نے کہ مجھے</w:t>
      </w:r>
    </w:p>
    <w:p>
      <w:r>
        <w:rPr>
          <w:b/>
        </w:rPr>
        <w:t xml:space="preserve">[38:31] </w:t>
      </w:r>
      <w:r>
        <w:t>sachai ki talash thi.</w:t>
      </w:r>
    </w:p>
    <w:p>
      <w:pPr>
        <w:jc w:val="right"/>
      </w:pPr>
      <w:r>
        <w:t>سچائی کی تلاش تھی۔</w:t>
      </w:r>
    </w:p>
    <w:p>
      <w:r>
        <w:rPr>
          <w:b/>
        </w:rPr>
        <w:t xml:space="preserve">[38:39] </w:t>
      </w:r>
      <w:r>
        <w:t>mein ne kitabon mein parha to mujhe nahi mili sachai, mili nahi.</w:t>
      </w:r>
    </w:p>
    <w:p>
      <w:pPr>
        <w:jc w:val="right"/>
      </w:pPr>
      <w:r>
        <w:t>میں نے کتابوں میں پڑھا تو مجھے نہیں ملی سچائی، ملی نہیں۔</w:t>
      </w:r>
    </w:p>
    <w:p>
      <w:r>
        <w:rPr>
          <w:b/>
        </w:rPr>
        <w:t xml:space="preserve">[38:46] </w:t>
      </w:r>
      <w:r>
        <w:t>ab mein ja raha hoon ke maut ke is paar jo dunya hai, wahan shayad mujhe sachai mil jaye.</w:t>
      </w:r>
    </w:p>
    <w:p>
      <w:pPr>
        <w:jc w:val="right"/>
      </w:pPr>
      <w:r>
        <w:t>اب میں جا رہا ہوں کہ موت کے اس پار جو دنیا ہے، وہاں شاید مجھے سچائی مل جائے۔</w:t>
      </w:r>
    </w:p>
    <w:p>
      <w:r>
        <w:rPr>
          <w:b/>
        </w:rPr>
        <w:t xml:space="preserve">[38:53] </w:t>
      </w:r>
      <w:r>
        <w:t>woh Dilli mein ek kamre mein rehta tha, uska jo room mate tha, us ne kaha ke</w:t>
      </w:r>
    </w:p>
    <w:p>
      <w:pPr>
        <w:jc w:val="right"/>
      </w:pPr>
      <w:r>
        <w:t>وہ دلی میں ایک کمرے میں رہتا تھا، اس کا جو روم میٹ تھا، اس نے کہا کہ</w:t>
      </w:r>
    </w:p>
    <w:p>
      <w:r>
        <w:rPr>
          <w:b/>
        </w:rPr>
        <w:t xml:space="preserve">[39:00] </w:t>
      </w:r>
      <w:r>
        <w:t>aaj kal woh philosophy ki kitabein parhta tha, bohat philosophy ki kitabein.</w:t>
      </w:r>
    </w:p>
    <w:p>
      <w:pPr>
        <w:jc w:val="right"/>
      </w:pPr>
      <w:r>
        <w:t>آج کل وہ فلاسفی کی کتابیں پڑھتا تھا، بہت فلاسفی کی کتابیں۔</w:t>
      </w:r>
    </w:p>
    <w:p>
      <w:r>
        <w:rPr>
          <w:b/>
        </w:rPr>
        <w:t xml:space="preserve">[39:07] </w:t>
      </w:r>
      <w:r>
        <w:t>to philosophy kya hai? philosophy to confusion mein hota hai.</w:t>
      </w:r>
    </w:p>
    <w:p>
      <w:pPr>
        <w:jc w:val="right"/>
      </w:pPr>
      <w:r>
        <w:t>تو فلاسفی کیا ہے؟ فلاسفی تو کنفیوژن میں ہوتا ہے۔</w:t>
      </w:r>
    </w:p>
    <w:p>
      <w:r>
        <w:rPr>
          <w:b/>
        </w:rPr>
        <w:t xml:space="preserve">[39:14] </w:t>
      </w:r>
      <w:r>
        <w:t>اس میں فلاسفی میں، philosophy is a knowledge of confusion.</w:t>
      </w:r>
    </w:p>
    <w:p>
      <w:pPr>
        <w:jc w:val="right"/>
      </w:pPr>
      <w:r>
        <w:t>اس میں فلاسفی میں، فلاسفی از ا نالج اف کنفیوژن۔</w:t>
      </w:r>
    </w:p>
    <w:p>
      <w:r>
        <w:rPr>
          <w:b/>
        </w:rPr>
        <w:t xml:space="preserve">[39:21] </w:t>
      </w:r>
      <w:r>
        <w:t>jo bhi philosophy parhta hai, woh aap dekh lijiye, tajurba kar ke, woh confusion mein jeeta hai.</w:t>
      </w:r>
    </w:p>
    <w:p>
      <w:pPr>
        <w:jc w:val="right"/>
      </w:pPr>
      <w:r>
        <w:t>جو بھی فلاسفی پڑھتا ہے، وہ آپ دیکھ لیجئے، تجربہ کر کے، وہ کنفیوژن میں جیتا ہے۔</w:t>
      </w:r>
    </w:p>
    <w:p>
      <w:r>
        <w:rPr>
          <w:b/>
        </w:rPr>
        <w:t xml:space="preserve">[39:28] </w:t>
      </w:r>
      <w:r>
        <w:t>philosophy mein kabhi bhi mujhe nahi mila koi aadmi aisa jo confusion ke siwa us ne kuch paya ho.</w:t>
      </w:r>
    </w:p>
    <w:p>
      <w:pPr>
        <w:jc w:val="right"/>
      </w:pPr>
      <w:r>
        <w:t>فلاسفی میں کبھی بھی مجھے نہیں ملا کوئی آدمی ایسا جو کنفیوژن کے سوا اس نے کچھ پایا ہو۔</w:t>
      </w:r>
    </w:p>
    <w:p>
      <w:r>
        <w:rPr>
          <w:b/>
        </w:rPr>
        <w:t xml:space="preserve">[39:35] </w:t>
      </w:r>
      <w:r>
        <w:t>to philosophy mein dhoondh raha tha woh sachai, is mein hai confusion.</w:t>
      </w:r>
    </w:p>
    <w:p>
      <w:pPr>
        <w:jc w:val="right"/>
      </w:pPr>
      <w:r>
        <w:t>تو فلاسفی میں ڈھونڈ رہا تھا وہ سچائی، اس میں ہے کنفیوژن۔</w:t>
      </w:r>
    </w:p>
    <w:p>
      <w:r>
        <w:rPr>
          <w:b/>
        </w:rPr>
        <w:t xml:space="preserve">[39:42] </w:t>
      </w:r>
      <w:r>
        <w:t>to dekhiye, ek hi kitab hai is aasman ke neeche, jis mein sachai poore maanon mein batai gayi</w:t>
      </w:r>
    </w:p>
    <w:p>
      <w:pPr>
        <w:jc w:val="right"/>
      </w:pPr>
      <w:r>
        <w:t>تو دیکھیے، ایک ہی کتاب ہے اس آسمان کے نیچے، جس میں سچائی پورے معنوں میں بتائی گئی</w:t>
      </w:r>
    </w:p>
    <w:p>
      <w:r>
        <w:rPr>
          <w:b/>
        </w:rPr>
        <w:t xml:space="preserve">[39:49] </w:t>
      </w:r>
      <w:r>
        <w:t>hai, aur is mein is mein clarity paar ek salah hai.</w:t>
      </w:r>
    </w:p>
    <w:p>
      <w:pPr>
        <w:jc w:val="right"/>
      </w:pPr>
      <w:r>
        <w:t>ہے، اور اس میں اس میں کلیرٹی پار ایک صلاح ہے۔</w:t>
      </w:r>
    </w:p>
    <w:p>
      <w:r>
        <w:rPr>
          <w:b/>
        </w:rPr>
        <w:t xml:space="preserve">[39:56] </w:t>
      </w:r>
      <w:r>
        <w:t>clarity is ke andar paar ek salah hai, woh hai Quran.</w:t>
      </w:r>
    </w:p>
    <w:p>
      <w:pPr>
        <w:jc w:val="right"/>
      </w:pPr>
      <w:r>
        <w:t>کلیرٹی اس کے اندر پار ایک صلاح ہے، وہ ہے قرآن۔</w:t>
      </w:r>
    </w:p>
    <w:p>
      <w:r>
        <w:rPr>
          <w:b/>
        </w:rPr>
        <w:t xml:space="preserve">[40:03] </w:t>
      </w:r>
      <w:r>
        <w:t>Quran mein khud yeh ayat hai ke walaqad yassarna alquranu lizzikri afalain mata.</w:t>
      </w:r>
    </w:p>
    <w:p>
      <w:pPr>
        <w:jc w:val="right"/>
      </w:pPr>
      <w:r>
        <w:t>قرآن میں خود یہ آیت ہے کہ ولقد یسرنا القرآن للذکر افعال میں متق۔</w:t>
      </w:r>
    </w:p>
    <w:p>
      <w:r>
        <w:rPr>
          <w:b/>
        </w:rPr>
        <w:t xml:space="preserve">[40:10] </w:t>
      </w:r>
      <w:r>
        <w:t>yahan yassarna ke lafzi tarjuma to hai ke hum ne aasan bana diya, lekin aasan ka matlab kya</w:t>
      </w:r>
    </w:p>
    <w:p>
      <w:pPr>
        <w:jc w:val="right"/>
      </w:pPr>
      <w:r>
        <w:t>یہاں یسرنا کے لفظی ترجمہ تو ہے کہ ہم نے آسان بنا دیا، لیکن آسان کا مطلب کیا</w:t>
      </w:r>
    </w:p>
    <w:p>
      <w:r>
        <w:rPr>
          <w:b/>
        </w:rPr>
        <w:t xml:space="preserve">[40:17] </w:t>
      </w:r>
      <w:r>
        <w:t>hai? woh yeh to yahi matlab hai ke is mein clarity bohat zyada hai.</w:t>
      </w:r>
    </w:p>
    <w:p>
      <w:pPr>
        <w:jc w:val="right"/>
      </w:pPr>
      <w:r>
        <w:t>ہے؟ وہ یہ تو یہی مطلب ہے کہ اس میں کلیرٹی بہت زیادہ ہے۔</w:t>
      </w:r>
    </w:p>
    <w:p>
      <w:r>
        <w:rPr>
          <w:b/>
        </w:rPr>
        <w:t xml:space="preserve">[40:24] </w:t>
      </w:r>
      <w:r>
        <w:t>parhte jao, samajhte jao, parhte jao, samajhte jao.</w:t>
      </w:r>
    </w:p>
    <w:p>
      <w:pPr>
        <w:jc w:val="right"/>
      </w:pPr>
      <w:r>
        <w:t>پڑھتے جاؤ، سمجھتے جاؤ، پڑھتے جاؤ، سمجھتے جاؤ۔</w:t>
      </w:r>
    </w:p>
    <w:p>
      <w:r>
        <w:rPr>
          <w:b/>
        </w:rPr>
        <w:t xml:space="preserve">[40:31] </w:t>
      </w:r>
      <w:r>
        <w:t>to Guru Patel ka jo waqia hai, mein samajhta hoon ke woh sari dunya ka waqia hai.</w:t>
      </w:r>
    </w:p>
    <w:p>
      <w:pPr>
        <w:jc w:val="right"/>
      </w:pPr>
      <w:r>
        <w:t>تو گورو پٹیل کا جو واقعہ ہے، میں سمجھتا ہوں کہ وہ ساری دنیا کا واقعہ ہے۔</w:t>
      </w:r>
    </w:p>
    <w:p>
      <w:r>
        <w:rPr>
          <w:b/>
        </w:rPr>
        <w:t xml:space="preserve">[40:38] </w:t>
      </w:r>
      <w:r>
        <w:t>ہر انسان جو ہے، سچائی کا طالب ہے، کیونکہ انسان کے نیچر میں pursuit سچائی کی interwoven ہے۔</w:t>
      </w:r>
    </w:p>
    <w:p>
      <w:pPr>
        <w:jc w:val="right"/>
      </w:pPr>
      <w:r>
        <w:t>ہر انسان جو ہے، سچائی کا طالب ہے، کیونکہ انسان کے نیچر میں پرسوٹ سچائی کی انٹر وون ہے۔</w:t>
      </w:r>
    </w:p>
    <w:p>
      <w:r>
        <w:rPr>
          <w:b/>
        </w:rPr>
        <w:t xml:space="preserve">[40:45] </w:t>
      </w:r>
      <w:r>
        <w:t>har insaan by birth chahta hai ke us ko sachai milay.</w:t>
      </w:r>
    </w:p>
    <w:p>
      <w:pPr>
        <w:jc w:val="right"/>
      </w:pPr>
      <w:r>
        <w:t>ہر انسان بائی برتھ چاہتا ہے کہ اس کو سچائی ملے۔</w:t>
      </w:r>
    </w:p>
    <w:p>
      <w:r>
        <w:rPr>
          <w:b/>
        </w:rPr>
        <w:t xml:space="preserve">[40:52] </w:t>
      </w:r>
      <w:r>
        <w:t>تو کہا potential sense میں ہر آدمی seeker ہے، seeker۔</w:t>
      </w:r>
    </w:p>
    <w:p>
      <w:pPr>
        <w:jc w:val="right"/>
      </w:pPr>
      <w:r>
        <w:t>تو کہا پوٹینشل سینس میں ہر آدمی سیکھر ہے، سیکھر۔</w:t>
      </w:r>
    </w:p>
    <w:p>
      <w:r>
        <w:rPr>
          <w:b/>
        </w:rPr>
        <w:t xml:space="preserve">[40:59] </w:t>
      </w:r>
      <w:r>
        <w:t>to woh parhta hai yeh sab cheezein idhar udhar, lekin us ko milta nahi.</w:t>
      </w:r>
    </w:p>
    <w:p>
      <w:pPr>
        <w:jc w:val="right"/>
      </w:pPr>
      <w:r>
        <w:t>تو وہ پڑھتا ہے یہ سب چیزیں ادھر ادھر، لیکن اس کو ملتا نہیں۔</w:t>
      </w:r>
    </w:p>
    <w:p>
      <w:r>
        <w:rPr>
          <w:b/>
        </w:rPr>
        <w:t xml:space="preserve">[41:06] </w:t>
      </w:r>
      <w:r>
        <w:t>natija hai ke woh first jeeta hai, first marta hai.</w:t>
      </w:r>
    </w:p>
    <w:p>
      <w:pPr>
        <w:jc w:val="right"/>
      </w:pPr>
      <w:r>
        <w:t>نتیجہ ہے کہ وہ فرسٹ جیتا ہے، فرسٹ مرتا ہے۔</w:t>
      </w:r>
    </w:p>
    <w:p>
      <w:r>
        <w:rPr>
          <w:b/>
        </w:rPr>
        <w:t xml:space="preserve">[41:13] </w:t>
      </w:r>
      <w:r>
        <w:t>ab aisi halat mein dekhiye, jo ek hi kitab, jis mein guidance hai, jis mein sachai ko bataya</w:t>
      </w:r>
    </w:p>
    <w:p>
      <w:pPr>
        <w:jc w:val="right"/>
      </w:pPr>
      <w:r>
        <w:t>اب ایسی حالت میں دیکھیے، جو ایک ہی کتاب، جس میں گائیڈنس ہے، جس میں سچائی کو بتایا</w:t>
      </w:r>
    </w:p>
    <w:p>
      <w:r>
        <w:rPr>
          <w:b/>
        </w:rPr>
        <w:t xml:space="preserve">[41:20] </w:t>
      </w:r>
      <w:r>
        <w:t>gaya hai, woh Quran hai, aur Quran ke haamil musalman hain.</w:t>
      </w:r>
    </w:p>
    <w:p>
      <w:pPr>
        <w:jc w:val="right"/>
      </w:pPr>
      <w:r>
        <w:t>گیا ہے، وہ قرآن ہے، اور قرآن کے حامل مسلمان ہیں۔</w:t>
      </w:r>
    </w:p>
    <w:p>
      <w:r>
        <w:rPr>
          <w:b/>
        </w:rPr>
        <w:t xml:space="preserve">[41:27] </w:t>
      </w:r>
      <w:r>
        <w:t>ab bataiye ke aisi halat mein kya farz hai musalmanon ka ke janwar zabah kar dein? bas ho</w:t>
      </w:r>
    </w:p>
    <w:p>
      <w:pPr>
        <w:jc w:val="right"/>
      </w:pPr>
      <w:r>
        <w:t>اب بتائیے کہ ایسی حالت میں کیا فرض ہے مسلمانوں کا کہ جانور ذبح کر دیں؟ بس ہو</w:t>
      </w:r>
    </w:p>
    <w:p>
      <w:r>
        <w:rPr>
          <w:b/>
        </w:rPr>
        <w:t xml:space="preserve">[41:34] </w:t>
      </w:r>
      <w:r>
        <w:t>gaya farz ada un ka.</w:t>
      </w:r>
    </w:p>
    <w:p>
      <w:pPr>
        <w:jc w:val="right"/>
      </w:pPr>
      <w:r>
        <w:t>گیا فرض ادا ان کا۔</w:t>
      </w:r>
    </w:p>
    <w:p>
      <w:r>
        <w:rPr>
          <w:b/>
        </w:rPr>
        <w:t xml:space="preserve">[41:42] </w:t>
      </w:r>
      <w:r>
        <w:t>shadiyon mein bare bare kharcha kar ke dhoom machayein, is se kaam ban gaya un ka.</w:t>
      </w:r>
    </w:p>
    <w:p>
      <w:pPr>
        <w:jc w:val="right"/>
      </w:pPr>
      <w:r>
        <w:t>شادیوں میں بڑے بڑے خرچہ کر کے دھوم مچائیں، اس سے کام بن گیا ان کا۔</w:t>
      </w:r>
    </w:p>
    <w:p>
      <w:r>
        <w:rPr>
          <w:b/>
        </w:rPr>
        <w:t xml:space="preserve">[41:49] </w:t>
      </w:r>
      <w:r>
        <w:t>yaqeen kijiye, farz se bhi zyada bara farz hai musalman ke upar ke woh Quran ko tamam insanon</w:t>
      </w:r>
    </w:p>
    <w:p>
      <w:pPr>
        <w:jc w:val="right"/>
      </w:pPr>
      <w:r>
        <w:t>یقین کیجئے، فرض سے بھی زیادہ بڑا فرض ہے مسلمان کے اوپر کہ وہ قرآن کو تمام انسانوں</w:t>
      </w:r>
    </w:p>
    <w:p>
      <w:r>
        <w:rPr>
          <w:b/>
        </w:rPr>
        <w:t xml:space="preserve">[41:56] </w:t>
      </w:r>
      <w:r>
        <w:t>tak pahunchayen, har zaban mein tarjuma tayyar karen, har zaban mein is ko chhapen, aur is ko sari</w:t>
      </w:r>
    </w:p>
    <w:p>
      <w:pPr>
        <w:jc w:val="right"/>
      </w:pPr>
      <w:r>
        <w:t>تک پہنچائیں، ہر زبان میں ترجمہ تیار کریں، ہر زبان میں اس کو چھاپیں، اور اس کو ساری</w:t>
      </w:r>
    </w:p>
    <w:p>
      <w:r>
        <w:rPr>
          <w:b/>
        </w:rPr>
        <w:t xml:space="preserve">[42:03] </w:t>
      </w:r>
      <w:r>
        <w:t>duniya mein distribute karen.</w:t>
      </w:r>
    </w:p>
    <w:p>
      <w:pPr>
        <w:jc w:val="right"/>
      </w:pPr>
      <w:r>
        <w:t>دنیا میں ڈسٹریبیوٹ کریں۔</w:t>
      </w:r>
    </w:p>
    <w:p>
      <w:r>
        <w:rPr>
          <w:b/>
        </w:rPr>
        <w:t xml:space="preserve">[42:10] </w:t>
      </w:r>
      <w:r>
        <w:t>Musalmanon ka har paisa is waqt tak jaiz nahin hai un ko istemal karna jab tak ke woh</w:t>
      </w:r>
    </w:p>
    <w:p>
      <w:pPr>
        <w:jc w:val="right"/>
      </w:pPr>
      <w:r>
        <w:t>مسلمانوں کا ہر پیسہ اس وقت تک جائز نہیں ہے ان کو استعمال کرنا جب تک کہ وہ</w:t>
      </w:r>
    </w:p>
    <w:p>
      <w:r>
        <w:rPr>
          <w:b/>
        </w:rPr>
        <w:t xml:space="preserve">[42:17] </w:t>
      </w:r>
      <w:r>
        <w:t>dawat ke kaam mein is ko istemal na kar chuke hon.</w:t>
      </w:r>
    </w:p>
    <w:p>
      <w:pPr>
        <w:jc w:val="right"/>
      </w:pPr>
      <w:r>
        <w:t>دعوت کے کام میں اس کو استعمال نہ کر چکے ہوں۔</w:t>
      </w:r>
    </w:p>
    <w:p>
      <w:r>
        <w:rPr>
          <w:b/>
        </w:rPr>
        <w:t xml:space="preserve">[42:24] </w:t>
      </w:r>
      <w:r>
        <w:t>Ek dawat ke kaam mein agar aap ka paisa nahin lag raha hai to aap apne paise apne</w:t>
      </w:r>
    </w:p>
    <w:p>
      <w:pPr>
        <w:jc w:val="right"/>
      </w:pPr>
      <w:r>
        <w:t>ایک دعوت کے کام میں اگر آپ کا پیسہ نہیں لگ رہا ہے تو آپ اپنے پیسے اپنے</w:t>
      </w:r>
    </w:p>
    <w:p>
      <w:r>
        <w:rPr>
          <w:b/>
        </w:rPr>
        <w:t xml:space="preserve">[42:31] </w:t>
      </w:r>
      <w:r>
        <w:t>liye istemal kar rahe hain, apni family ke liye.</w:t>
      </w:r>
    </w:p>
    <w:p>
      <w:pPr>
        <w:jc w:val="right"/>
      </w:pPr>
      <w:r>
        <w:t>لیے استعمال کر رہے ہیں، اپنی فیملی کے لیے۔</w:t>
      </w:r>
    </w:p>
    <w:p>
      <w:r>
        <w:rPr>
          <w:b/>
        </w:rPr>
        <w:t xml:space="preserve">[42:38] </w:t>
      </w:r>
      <w:r>
        <w:t>To yaqeen kijiye ke woh jaiz hi nahin.</w:t>
      </w:r>
    </w:p>
    <w:p>
      <w:pPr>
        <w:jc w:val="right"/>
      </w:pPr>
      <w:r>
        <w:t>تو یقین کیجئے کہ وہ جائز ہی نہیں۔</w:t>
      </w:r>
    </w:p>
    <w:p>
      <w:r>
        <w:rPr>
          <w:b/>
        </w:rPr>
        <w:t xml:space="preserve">[42:45] </w:t>
      </w:r>
      <w:r>
        <w:t>Jab aap dawat ke liye kharch koi kar chuke hon, tab ja kar ke family ke liye kharch</w:t>
      </w:r>
    </w:p>
    <w:p>
      <w:pPr>
        <w:jc w:val="right"/>
      </w:pPr>
      <w:r>
        <w:t>جب آپ دعوت کے لیے خرچ کوئی کر چکے ہوں، تب جا کر کے فیملی کے لیے خرچ</w:t>
      </w:r>
    </w:p>
    <w:p>
      <w:r>
        <w:rPr>
          <w:b/>
        </w:rPr>
        <w:t xml:space="preserve">[42:52] </w:t>
      </w:r>
      <w:r>
        <w:t>karna jaiz hoga.</w:t>
      </w:r>
    </w:p>
    <w:p>
      <w:pPr>
        <w:jc w:val="right"/>
      </w:pPr>
      <w:r>
        <w:t>کرنا جائز ہوگا۔</w:t>
      </w:r>
    </w:p>
    <w:p>
      <w:r>
        <w:rPr>
          <w:b/>
        </w:rPr>
        <w:t xml:space="preserve">[42:59] </w:t>
      </w:r>
      <w:r>
        <w:t>Yeh bohat ajeeb baat hai, bohat ajeeb baat hai.</w:t>
      </w:r>
    </w:p>
    <w:p>
      <w:pPr>
        <w:jc w:val="right"/>
      </w:pPr>
      <w:r>
        <w:t>یہ بہت عجیب بات ہے، بہت عجیب بات ہے۔</w:t>
      </w:r>
    </w:p>
    <w:p>
      <w:r>
        <w:rPr>
          <w:b/>
        </w:rPr>
        <w:t xml:space="preserve">[43:06] </w:t>
      </w:r>
      <w:r>
        <w:t>Isi liye Quran mein hai ke yas'aluka ma yutfiqoon qul af log poochte hain ke hum kya</w:t>
      </w:r>
    </w:p>
    <w:p>
      <w:pPr>
        <w:jc w:val="right"/>
      </w:pPr>
      <w:r>
        <w:t>اسی لیے قرآن میں ہے کہ یسلو کا مادہ ینفقون قل اف لوگ پوچھتے ہیں کہ ہم کیا</w:t>
      </w:r>
    </w:p>
    <w:p>
      <w:r>
        <w:rPr>
          <w:b/>
        </w:rPr>
        <w:t xml:space="preserve">[43:13] </w:t>
      </w:r>
      <w:r>
        <w:t>kharch karen? To farmaya ke jo kuch bhi tumhari real need se zyada ho.</w:t>
      </w:r>
    </w:p>
    <w:p>
      <w:pPr>
        <w:jc w:val="right"/>
      </w:pPr>
      <w:r>
        <w:t>خرچ کریں؟ تو فرمایا کہ جو کچھ بھی تمہاری ریئل نیڈ سے زیادہ ہو۔</w:t>
      </w:r>
    </w:p>
    <w:p>
      <w:r>
        <w:rPr>
          <w:b/>
        </w:rPr>
        <w:t xml:space="preserve">[43:20] </w:t>
      </w:r>
      <w:r>
        <w:t>Af af ka matlab hota hai real need, haqeeqi zaroorat.</w:t>
      </w:r>
    </w:p>
    <w:p>
      <w:pPr>
        <w:jc w:val="right"/>
      </w:pPr>
      <w:r>
        <w:t>اف اف کا مطلب ہوتا ہے ریئل نیڈ، حقیقی ضرورت۔</w:t>
      </w:r>
    </w:p>
    <w:p>
      <w:r>
        <w:rPr>
          <w:b/>
        </w:rPr>
        <w:t xml:space="preserve">[43:27] </w:t>
      </w:r>
      <w:r>
        <w:t>Yeh ayat kya bata rahi hai ke aap ki kamai mein aap ka hissa sirf baqadr zaroorat hai,</w:t>
      </w:r>
    </w:p>
    <w:p>
      <w:pPr>
        <w:jc w:val="right"/>
      </w:pPr>
      <w:r>
        <w:t>یہ آیت کیا بتا رہی ہے کہ آپ کی کمائی میں آپ کا حصہ صرف بقدر ضرورت ہے،</w:t>
      </w:r>
    </w:p>
    <w:p>
      <w:r>
        <w:rPr>
          <w:b/>
        </w:rPr>
        <w:t xml:space="preserve">[43:34] </w:t>
      </w:r>
      <w:r>
        <w:t>jo real need hai, us ke baqadr aap ka hissa hai.</w:t>
      </w:r>
    </w:p>
    <w:p>
      <w:pPr>
        <w:jc w:val="right"/>
      </w:pPr>
      <w:r>
        <w:t>جو ریئل نیڈ ہے، اس کے بقدر آپ کا حصہ ہے۔</w:t>
      </w:r>
    </w:p>
    <w:p>
      <w:r>
        <w:rPr>
          <w:b/>
        </w:rPr>
        <w:t xml:space="preserve">[43:41] </w:t>
      </w:r>
      <w:r>
        <w:t>Baqi sab dawat hai Allah ke liye, baqi sab shaad aur naaz ke liye.</w:t>
      </w:r>
    </w:p>
    <w:p>
      <w:pPr>
        <w:jc w:val="right"/>
      </w:pPr>
      <w:r>
        <w:t>باقی سب دعوت ہے اللہ کے لیے، باقی سب شاد اور ناز کے لیے۔</w:t>
      </w:r>
    </w:p>
    <w:p>
      <w:r>
        <w:rPr>
          <w:b/>
        </w:rPr>
        <w:t xml:space="preserve">[43:48] </w:t>
      </w:r>
      <w:r>
        <w:t>Yeh sabaq lene ke liye aadmi jata hai haj karne, magar us waqt le kar lotte nahin log.</w:t>
      </w:r>
    </w:p>
    <w:p>
      <w:pPr>
        <w:jc w:val="right"/>
      </w:pPr>
      <w:r>
        <w:t>یہ سبق لینے کے لیے آدمی جاتا ہے حج کرنے، مگر اس وقت لے کر لوٹتے نہیں لوگ۔</w:t>
      </w:r>
    </w:p>
    <w:p>
      <w:r>
        <w:rPr>
          <w:b/>
        </w:rPr>
        <w:t xml:space="preserve">[43:55] </w:t>
      </w:r>
      <w:r>
        <w:t>Kyun? Chunke woh prepared mind nahin hote, aise hi chalate hain.</w:t>
      </w:r>
    </w:p>
    <w:p>
      <w:pPr>
        <w:jc w:val="right"/>
      </w:pPr>
      <w:r>
        <w:t>کیوں؟ چونکہ وہ پریپیرڈ مائنڈ نہیں ہوتے، ایسے ہی چلاتے ہیں۔</w:t>
      </w:r>
    </w:p>
    <w:p>
      <w:r>
        <w:rPr>
          <w:b/>
        </w:rPr>
        <w:t xml:space="preserve">[44:02] </w:t>
      </w:r>
      <w:r>
        <w:t>Mas'ale mas'ale yaad kar ke bas mas'ale mas'ale yaad karte hue jate hain, aur mas'ale mas'ale yaad karte</w:t>
      </w:r>
    </w:p>
    <w:p>
      <w:pPr>
        <w:jc w:val="right"/>
      </w:pPr>
      <w:r>
        <w:t>مسئلے مسائل یاد کر کے بس مسئلے مسائل یاد کرتے ہوئے جاتے ہیں، اور مسئلے مسائل یاد کرتے</w:t>
      </w:r>
    </w:p>
    <w:p>
      <w:r>
        <w:rPr>
          <w:b/>
        </w:rPr>
        <w:t xml:space="preserve">[44:09] </w:t>
      </w:r>
      <w:r>
        <w:t>hue wapas aa jate hain.</w:t>
      </w:r>
    </w:p>
    <w:p>
      <w:pPr>
        <w:jc w:val="right"/>
      </w:pPr>
      <w:r>
        <w:t>ہوئے واپس آ جاتے ہیں۔</w:t>
      </w:r>
    </w:p>
    <w:p>
      <w:r>
        <w:rPr>
          <w:b/>
        </w:rPr>
        <w:t xml:space="preserve">[44:16] </w:t>
      </w:r>
      <w:r>
        <w:t>Aur wahan jo taqreeren hoti hain, jo khutbe diye jate hain, us mein bhi baat clear taur par</w:t>
      </w:r>
    </w:p>
    <w:p>
      <w:pPr>
        <w:jc w:val="right"/>
      </w:pPr>
      <w:r>
        <w:t>اور وہاں جو تقریریں ہوتی ہیں، جو خطبے دیے جاتے ہیں، اس میں بھی بات کلیئر طور پر</w:t>
      </w:r>
    </w:p>
    <w:p>
      <w:r>
        <w:rPr>
          <w:b/>
        </w:rPr>
        <w:t xml:space="preserve">[44:23] </w:t>
      </w:r>
      <w:r>
        <w:t>nahin batate woh log.</w:t>
      </w:r>
    </w:p>
    <w:p>
      <w:pPr>
        <w:jc w:val="right"/>
      </w:pPr>
      <w:r>
        <w:t>نہیں بتاتے وہ لوگ۔</w:t>
      </w:r>
    </w:p>
    <w:p>
      <w:r>
        <w:rPr>
          <w:b/>
        </w:rPr>
        <w:t xml:space="preserve">[44:30] </w:t>
      </w:r>
      <w:r>
        <w:t>Main samajhta hoon yeh baat sari duniya mein boli jani chahiye, haram se bhi aur har jagah ke a musalmanon!</w:t>
      </w:r>
    </w:p>
    <w:p>
      <w:pPr>
        <w:jc w:val="right"/>
      </w:pPr>
      <w:r>
        <w:t>میں سمجھتا ہوں یہ بات ساری دنیا میں بولی جانی چاہیے، حرم سے بھی اور ہر جگہ کہ اے مسلمانوں!</w:t>
      </w:r>
    </w:p>
    <w:p>
      <w:r>
        <w:rPr>
          <w:b/>
        </w:rPr>
        <w:t xml:space="preserve">[44:38] </w:t>
      </w:r>
      <w:r>
        <w:t>Tum par farz hai ke tum Quran ko sari duniya tak pahunchao.</w:t>
      </w:r>
    </w:p>
    <w:p>
      <w:pPr>
        <w:jc w:val="right"/>
      </w:pPr>
      <w:r>
        <w:t>تم پر فرض ہے کہ تم قرآن کو ساری دنیا تک پہنچاؤ۔</w:t>
      </w:r>
    </w:p>
    <w:p>
      <w:r>
        <w:rPr>
          <w:b/>
        </w:rPr>
        <w:t xml:space="preserve">[44:46] </w:t>
      </w:r>
      <w:r>
        <w:t>Tumhara paisa Quran ke liye hai, tumhara waqt Quran ke liye hai, tumhari energy Quran ke liye.</w:t>
      </w:r>
    </w:p>
    <w:p>
      <w:pPr>
        <w:jc w:val="right"/>
      </w:pPr>
      <w:r>
        <w:t>تمہارا پیسہ قرآن کے لیے ہے، تمہارا وقت قرآن کے لیے ہے، تمہاری انرجی قرآن کے لیے۔</w:t>
      </w:r>
    </w:p>
    <w:p>
      <w:r>
        <w:rPr>
          <w:b/>
        </w:rPr>
        <w:t xml:space="preserve">[44:54] </w:t>
      </w:r>
      <w:r>
        <w:t>Kyun? Dekhiye, yeh bab bada saada nahin hai.</w:t>
      </w:r>
    </w:p>
    <w:p>
      <w:pPr>
        <w:jc w:val="right"/>
      </w:pPr>
      <w:r>
        <w:t>کیوں؟ دیکھیے، یہ باب بڑا سادہ نہیں ہے۔</w:t>
      </w:r>
    </w:p>
    <w:p>
      <w:r>
        <w:rPr>
          <w:b/>
        </w:rPr>
        <w:t xml:space="preserve">[45:02] </w:t>
      </w:r>
      <w:r>
        <w:t>rasool Allah sal Allah alihay wasallam ne jab haj kiya tha, aur aap ne wahan par jo khutba</w:t>
      </w:r>
    </w:p>
    <w:p>
      <w:pPr>
        <w:jc w:val="right"/>
      </w:pPr>
      <w:r>
        <w:t>رسول اللہ صلی اللہ علیہ وسلم نے جب حج کیا تھا، اور آپ نے وہاں پر جو خطبہ</w:t>
      </w:r>
    </w:p>
    <w:p>
      <w:r>
        <w:rPr>
          <w:b/>
        </w:rPr>
        <w:t xml:space="preserve">[45:11] </w:t>
      </w:r>
      <w:r>
        <w:t>diya tha jibr rehmat par, tamam sahaba ki maujoodgi mein, to khutba dene ke baad aap ne farmaya</w:t>
      </w:r>
    </w:p>
    <w:p>
      <w:pPr>
        <w:jc w:val="right"/>
      </w:pPr>
      <w:r>
        <w:t>دیا تھا جبر رحمت پر، تمام صحابہ کی موجودگی میں، تو خطبہ دینے کے بعد آپ نے فرمایا</w:t>
      </w:r>
    </w:p>
    <w:p>
      <w:r>
        <w:rPr>
          <w:b/>
        </w:rPr>
        <w:t xml:space="preserve">[45:19] </w:t>
      </w:r>
      <w:r>
        <w:t>tha ila ballaght ila ballaght kiya mein ne pohancha diya? kiya mein ne pohancha diya? to jo log</w:t>
      </w:r>
    </w:p>
    <w:p>
      <w:pPr>
        <w:jc w:val="right"/>
      </w:pPr>
      <w:r>
        <w:t>تھا الا بلغت الا بلغت کیا میں نے پہنچا دیا؟ کیا میں نے پہنچا دیا؟ تو جو لوگ</w:t>
      </w:r>
    </w:p>
    <w:p>
      <w:r>
        <w:rPr>
          <w:b/>
        </w:rPr>
        <w:t xml:space="preserve">[45:27] </w:t>
      </w:r>
      <w:r>
        <w:t>wahan hazir thay, unhon ne kaha haan, aey Khuda ke rasool!</w:t>
      </w:r>
    </w:p>
    <w:p>
      <w:pPr>
        <w:jc w:val="right"/>
      </w:pPr>
      <w:r>
        <w:t>وہاں حاضر تھے، انہوں نے کہا ہاں، اے خدا کے رسول!</w:t>
      </w:r>
    </w:p>
    <w:p>
      <w:r>
        <w:rPr>
          <w:b/>
        </w:rPr>
        <w:t xml:space="preserve">[45:36] </w:t>
      </w:r>
      <w:r>
        <w:t>aap ne pahuncha diya. To Rasool Allah ne hath utha kar farmaya ke ae Allah! Gawah raha, ae Allah! Gawah raha, ae Allah!</w:t>
      </w:r>
    </w:p>
    <w:p>
      <w:pPr>
        <w:jc w:val="right"/>
      </w:pPr>
      <w:r>
        <w:t>آپ نے پہنچا دیا۔ تو رسول اللہ نے ہاتھ اٹھا کر فرمایا کہ اے اللہ! گواہ رہا، اے اللہ! گواہ رہا، اے اللہ!</w:t>
      </w:r>
    </w:p>
    <w:p>
      <w:r>
        <w:rPr>
          <w:b/>
        </w:rPr>
        <w:t xml:space="preserve">[45:46] </w:t>
      </w:r>
      <w:r>
        <w:t>gawah raha.</w:t>
      </w:r>
    </w:p>
    <w:p>
      <w:pPr>
        <w:jc w:val="right"/>
      </w:pPr>
      <w:r>
        <w:t>گواہ رہا۔</w:t>
      </w:r>
    </w:p>
    <w:p>
      <w:r>
        <w:rPr>
          <w:b/>
        </w:rPr>
        <w:t xml:space="preserve">[45:54] </w:t>
      </w:r>
      <w:r>
        <w:t>yeh baat wahin khatam nahi hogi.</w:t>
      </w:r>
    </w:p>
    <w:p>
      <w:pPr>
        <w:jc w:val="right"/>
      </w:pPr>
      <w:r>
        <w:t>یہ بات وہیں ختم نہیں ہوگی۔</w:t>
      </w:r>
    </w:p>
    <w:p>
      <w:r>
        <w:rPr>
          <w:b/>
        </w:rPr>
        <w:t xml:space="preserve">[46:02] </w:t>
      </w:r>
      <w:r>
        <w:t>tamam musalmanon par farz hai ke yeh is sunnat ko dohraen, tamam insanon ke samne Allah ke paigham</w:t>
      </w:r>
    </w:p>
    <w:p>
      <w:pPr>
        <w:jc w:val="right"/>
      </w:pPr>
      <w:r>
        <w:t>تمام مسلمانوں پر فرض ہے کہ یہ اس سنت کو دہرائیں، تمام انسانوں کے سامنے اللہ کے پیغام</w:t>
      </w:r>
    </w:p>
    <w:p>
      <w:r>
        <w:rPr>
          <w:b/>
        </w:rPr>
        <w:t xml:space="preserve">[46:10] </w:t>
      </w:r>
      <w:r>
        <w:t>pohanchayen, aur pohancha kar yeh, yani lafzon mein chahe na kahen, lekin bila bolay hue yeh waqia phir dohraya jae. aey insanon!</w:t>
      </w:r>
    </w:p>
    <w:p>
      <w:pPr>
        <w:jc w:val="right"/>
      </w:pPr>
      <w:r>
        <w:t>پہنچائیں، اور پہنچا کر یہ، یعنی لفظوں میں چاہے نہ کہیں، لیکن بلا بولے ہوئے یہ واقعہ پھر دہرایا جائے۔ اے انسانوں!</w:t>
      </w:r>
    </w:p>
    <w:p>
      <w:r>
        <w:rPr>
          <w:b/>
        </w:rPr>
        <w:t xml:space="preserve">[46:19] </w:t>
      </w:r>
      <w:r>
        <w:t>kya maine tum ko pahuncha diya? Jis tarah Rasool Allah ne wahan jo maujood the, un se poocha ke hum ne pahuncha diya? To aaj dobara yeh waqia hona chahiye, chahe munh se bol kar na ho, waqia ho, amalan yeh waqia hona chahiye taake farishte dekhein, farishte likhein, farishte sunein ke kahan hum, ae insano! Ke hum ne pahuncha diya? Ae insano!</w:t>
      </w:r>
    </w:p>
    <w:p>
      <w:pPr>
        <w:jc w:val="right"/>
      </w:pPr>
      <w:r>
        <w:t>کیا میں نے تم کو پہنچا دیا؟ جس طرح رسول اللہ نے وہاں جو موجود تھے، ان سے پوچھا کہ ہم نے پہنچا دیا؟ تو آج دوبارہ یہ واقعہ ہونا چاہیے، چاہے منہ سے بول کر نہ ہو، واقعہ ہو، عملاً یہ واقعہ ہونا چاہیے تاکہ فرشتے دیکھیں، فرشتے لکھیں، فرشتے سنیں کہ کہاں ہم، اے انسانوں! کہ ہم نے پہنچا دیا؟ اے انسانوں!</w:t>
      </w:r>
    </w:p>
    <w:p>
      <w:r>
        <w:rPr>
          <w:b/>
        </w:rPr>
        <w:t xml:space="preserve">[46:48] </w:t>
      </w:r>
      <w:r>
        <w:t>ke hum ne pahuncha diya? Ae insano! Ke hum ne pahuncha diya? To qayamat aanay wali hai, aur qayamat mein yeh waqia dohraya jane wala hai. Wahan Allah taala poochega logon se: ae bando!</w:t>
      </w:r>
    </w:p>
    <w:p>
      <w:pPr>
        <w:jc w:val="right"/>
      </w:pPr>
      <w:r>
        <w:t>کہ ہم نے پہنچا دیا؟ اے انسانوں! کہ ہم نے پہنچا دیا؟ تو قیامت آنے والی ہے، اور قیامت میں یہ واقعہ دہرایا جانے والا ہے۔ وہاں اللہ تعالیٰ پوچھے گا لوگوں سے: اے بندوں!</w:t>
      </w:r>
    </w:p>
    <w:p>
      <w:r>
        <w:rPr>
          <w:b/>
        </w:rPr>
        <w:t xml:space="preserve">[47:07] </w:t>
      </w:r>
      <w:r>
        <w:t>kya tum ko mera kalam pohancha diya gaya tha? hashar mein sare insan akatha honge.</w:t>
      </w:r>
    </w:p>
    <w:p>
      <w:pPr>
        <w:jc w:val="right"/>
      </w:pPr>
      <w:r>
        <w:t>کیا تم کو میرا کلام پہنچا دیا گیا تھا؟ حشر میں سارے انسان اکٹھا ہوں گے۔</w:t>
      </w:r>
    </w:p>
    <w:p>
      <w:r>
        <w:rPr>
          <w:b/>
        </w:rPr>
        <w:t xml:space="preserve">[47:14] </w:t>
      </w:r>
      <w:r>
        <w:t>quran mein hai ke rasool mubashireen o munzireen la Allah yakoon lil nas illa Allah hujja baad ar rusul aap</w:t>
      </w:r>
    </w:p>
    <w:p>
      <w:pPr>
        <w:jc w:val="right"/>
      </w:pPr>
      <w:r>
        <w:t>قرآن میں ہے کہ رسول مبشرین و منذرین لا اللہ یکون للناس الا اللہ حجۃ بعد الرسل آپ</w:t>
      </w:r>
    </w:p>
    <w:p>
      <w:r>
        <w:rPr>
          <w:b/>
        </w:rPr>
        <w:t xml:space="preserve">[47:22] </w:t>
      </w:r>
      <w:r>
        <w:t>yaqeen kijiye, qayamat mein yeh waqia dobara dohraya jane wala hai.</w:t>
      </w:r>
    </w:p>
    <w:p>
      <w:pPr>
        <w:jc w:val="right"/>
      </w:pPr>
      <w:r>
        <w:t>یقین کیجئے، قیامت میں یہ واقعہ دوبارہ دہرایا جانے والا ہے۔</w:t>
      </w:r>
    </w:p>
    <w:p>
      <w:r>
        <w:rPr>
          <w:b/>
        </w:rPr>
        <w:t xml:space="preserve">[47:29] </w:t>
      </w:r>
      <w:r>
        <w:t>sare insan, billion trillion jo bhi paida hue, sab akatha honge.</w:t>
      </w:r>
    </w:p>
    <w:p>
      <w:pPr>
        <w:jc w:val="right"/>
      </w:pPr>
      <w:r>
        <w:t>سارے انسان، بلین ٹریلین جو بھی پیدا ہوئے، سب اکٹھا ہوں گے۔</w:t>
      </w:r>
    </w:p>
    <w:p>
      <w:r>
        <w:rPr>
          <w:b/>
        </w:rPr>
        <w:t xml:space="preserve">[47:37] </w:t>
      </w:r>
      <w:r>
        <w:t>Allah poochega: aey insanon!</w:t>
      </w:r>
    </w:p>
    <w:p>
      <w:pPr>
        <w:jc w:val="right"/>
      </w:pPr>
      <w:r>
        <w:t>اللہ پوچھے گا: اے انسانوں!</w:t>
      </w:r>
    </w:p>
    <w:p>
      <w:r>
        <w:rPr>
          <w:b/>
        </w:rPr>
        <w:t xml:space="preserve">[47:45] </w:t>
      </w:r>
      <w:r>
        <w:t>kya tum ko mera kalam pohancha diya gaya tha? to is daur ke log jin ko Allah rasool</w:t>
      </w:r>
    </w:p>
    <w:p>
      <w:pPr>
        <w:jc w:val="right"/>
      </w:pPr>
      <w:r>
        <w:t>کیا تم کو میرا کلام پہنچا دیا گیا تھا؟ تو اس دور کے لوگ جن کو اللہ رسول</w:t>
      </w:r>
    </w:p>
    <w:p>
      <w:r>
        <w:rPr>
          <w:b/>
        </w:rPr>
        <w:t xml:space="preserve">[47:52] </w:t>
      </w:r>
      <w:r>
        <w:t>Allah ne pohanchaya tha, woh to keh denge: haan, pohancha diya gaya tha.</w:t>
      </w:r>
    </w:p>
    <w:p>
      <w:pPr>
        <w:jc w:val="right"/>
      </w:pPr>
      <w:r>
        <w:t>اللہ نے پہنچایا تھا، وہ تو کہہ دیں گے: ہاں، پہنچا دیا گیا تھا۔</w:t>
      </w:r>
    </w:p>
    <w:p>
      <w:r>
        <w:rPr>
          <w:b/>
        </w:rPr>
        <w:t xml:space="preserve">[48:00] </w:t>
      </w:r>
      <w:r>
        <w:t>ab ke zamane ke jo log hain, seven billion, kya woh bhi yahi kahenge? aaj duniya mein</w:t>
      </w:r>
    </w:p>
    <w:p>
      <w:pPr>
        <w:jc w:val="right"/>
      </w:pPr>
      <w:r>
        <w:t>اب کے زمانے کے جو لوگ ہیں، سیون بلین، کیا وہ بھی یہی کہیں گے؟ آج دنیا میں</w:t>
      </w:r>
    </w:p>
    <w:p>
      <w:r>
        <w:rPr>
          <w:b/>
        </w:rPr>
        <w:t xml:space="preserve">[48:08] </w:t>
      </w:r>
      <w:r>
        <w:t>seven billion insan hain.</w:t>
      </w:r>
    </w:p>
    <w:p>
      <w:pPr>
        <w:jc w:val="right"/>
      </w:pPr>
      <w:r>
        <w:t>سیون بلین انسان ہیں۔</w:t>
      </w:r>
    </w:p>
    <w:p>
      <w:r>
        <w:rPr>
          <w:b/>
        </w:rPr>
        <w:t xml:space="preserve">[48:16] </w:t>
      </w:r>
      <w:r>
        <w:t>jab Allah poochega in seven billion insanon se ke kya tum ko mera kalam pohancha diya gaya</w:t>
      </w:r>
    </w:p>
    <w:p>
      <w:pPr>
        <w:jc w:val="right"/>
      </w:pPr>
      <w:r>
        <w:t>جب اللہ پوچھے گا ان سیون بلین انسانوں سے کہ کیا تم کو میرا کلام پہنچا دیا گیا</w:t>
      </w:r>
    </w:p>
    <w:p>
      <w:r>
        <w:rPr>
          <w:b/>
        </w:rPr>
        <w:t xml:space="preserve">[48:24] </w:t>
      </w:r>
      <w:r>
        <w:t>tha? to kya aap samajhte hain? woh kahenge: haan, musalmanon ne pohancha diya tha.</w:t>
      </w:r>
    </w:p>
    <w:p>
      <w:pPr>
        <w:jc w:val="right"/>
      </w:pPr>
      <w:r>
        <w:t>تھا؟ تو کیا آپ سمجھتے ہیں؟ وہ کہیں گے: ہاں، مسلمانوں نے پہنچا دیا تھا۔</w:t>
      </w:r>
    </w:p>
    <w:p>
      <w:r>
        <w:rPr>
          <w:b/>
        </w:rPr>
        <w:t xml:space="preserve">[48:32] </w:t>
      </w:r>
      <w:r>
        <w:t>woh musalman jo Allah ke rasool ki numaindagi kar rahe hain, jo rasool Allah ke maqam hain, to</w:t>
      </w:r>
    </w:p>
    <w:p>
      <w:pPr>
        <w:jc w:val="right"/>
      </w:pPr>
      <w:r>
        <w:t>وہ مسلمان جو اللہ کے رسول کی نمائندگی کر رہے ہیں، جو رسول اللہ کے مقام ہیں، تو</w:t>
      </w:r>
    </w:p>
    <w:p>
      <w:r>
        <w:rPr>
          <w:b/>
        </w:rPr>
        <w:t xml:space="preserve">[48:40] </w:t>
      </w:r>
      <w:r>
        <w:t>kya aap samajhte hain ke log gawahi denge ke haan, yeh musalman jo hamare zamane ke thay,</w:t>
      </w:r>
    </w:p>
    <w:p>
      <w:pPr>
        <w:jc w:val="right"/>
      </w:pPr>
      <w:r>
        <w:t>کیا آپ سمجھتے ہیں کہ لوگ گواہی دیں گے کہ ہاں، یہ مسلمان جو ہمارے زمانے کے تھے،</w:t>
      </w:r>
    </w:p>
    <w:p>
      <w:r>
        <w:rPr>
          <w:b/>
        </w:rPr>
        <w:t xml:space="preserve">[48:48] </w:t>
      </w:r>
      <w:r>
        <w:t>unhon ne pohancha diya tha? nahi, woh kahenge: nahi pohanchaya tha, nahi pohanchaya tha, nahi pohanchaya tha.</w:t>
      </w:r>
    </w:p>
    <w:p>
      <w:pPr>
        <w:jc w:val="right"/>
      </w:pPr>
      <w:r>
        <w:t>انہوں نے پہنچا دیا تھا؟ نہیں، وہ کہیں گے: نہیں پہنچایا تھا، نہیں پہنچایا تھا، نہیں پہنچایا تھا۔</w:t>
      </w:r>
    </w:p>
    <w:p>
      <w:r>
        <w:rPr>
          <w:b/>
        </w:rPr>
        <w:t xml:space="preserve">[48:56] </w:t>
      </w:r>
      <w:r>
        <w:t>to kya aap samajhte hain ke Khuda kahega: in musalmanon ko jannat mein le jao, in ka</w:t>
      </w:r>
    </w:p>
    <w:p>
      <w:pPr>
        <w:jc w:val="right"/>
      </w:pPr>
      <w:r>
        <w:t>تو کیا آپ سمجھتے ہیں کہ خدا کہے گا: ان مسلمانوں کو جنت میں لے جاؤ، ان کا</w:t>
      </w:r>
    </w:p>
    <w:p>
      <w:r>
        <w:rPr>
          <w:b/>
        </w:rPr>
        <w:t xml:space="preserve">[49:04] </w:t>
      </w:r>
      <w:r>
        <w:t>jahannum uthe karo? kya Khuda ka tasawwur aap ka yahi hai jo rab ul alameen hai? Khuda jo rab</w:t>
      </w:r>
    </w:p>
    <w:p>
      <w:pPr>
        <w:jc w:val="right"/>
      </w:pPr>
      <w:r>
        <w:t>جہنم اٹھے کرو؟ کیا خدا کا تصور آپ کا یہی ہے جو رب العالمین ہے؟ خدا جو رب</w:t>
      </w:r>
    </w:p>
    <w:p>
      <w:r>
        <w:rPr>
          <w:b/>
        </w:rPr>
        <w:t xml:space="preserve">[49:12] </w:t>
      </w:r>
      <w:r>
        <w:t>ul alameen hai, jo kisi ke upar zalim nahi hai, kya aap samajhte hain kahega Khuda: aey farishton!</w:t>
      </w:r>
    </w:p>
    <w:p>
      <w:pPr>
        <w:jc w:val="right"/>
      </w:pPr>
      <w:r>
        <w:t>العالمین ہے، جو کسی کے اوپر ظالم نہیں ہے، کیا آپ سمجھتے ہیں کہے گا خدا: اے فرشتوں!</w:t>
      </w:r>
    </w:p>
    <w:p>
      <w:r>
        <w:rPr>
          <w:b/>
        </w:rPr>
        <w:t xml:space="preserve">[49:20] </w:t>
      </w:r>
      <w:r>
        <w:t>musalmanon ko le jao jannat mein, aur sab log jahannam mein theek kar do? mujhe to dar rehta hai ke wo Khuda kahe ga: sab ko le jao jahannam mein, un ko bhi le jao, un ko bhi le jao. mujhe aisa insan nahi chahiye. ab kai din subah sham mein ye sochta rehta hoon ke kahin aisa Khuda na kahe de: un ko bhi le jao, un ko bhi le jao jahannam mein. sab!</w:t>
      </w:r>
    </w:p>
    <w:p>
      <w:pPr>
        <w:jc w:val="right"/>
      </w:pPr>
      <w:r>
        <w:t>مسلمانوں کو لے جاؤ جنت میں، اور سب لوگ جہنم میں ٹھیک کر دو؟ مجھے تو ڈر رہتا ہے کہ وہ خدا کہے گا: سب کو لے جاؤ جہنم میں، ان کو بھی لے جاؤ، ان کو بھی لے جاؤ۔ مجھے ایسا انسان نہیں چاہیے۔ اب کئی دن صبح شام میں یہ سوچتا رہتا ہوں کہ کہیں ایسا خدا نہ کہہ دے: ان کو بھی لے جاؤ، ان کو بھی لے جاؤ جہنم میں۔ سب!</w:t>
      </w:r>
    </w:p>
    <w:p>
      <w:r>
        <w:rPr>
          <w:b/>
        </w:rPr>
        <w:t xml:space="preserve">[49:48] </w:t>
      </w:r>
      <w:r>
        <w:t>mujhe aisa aisa insaan nahi chahiye.</w:t>
      </w:r>
    </w:p>
    <w:p>
      <w:pPr>
        <w:jc w:val="right"/>
      </w:pPr>
      <w:r>
        <w:t>مجھے ایسا ایسا انسان نہیں چاہیے۔</w:t>
      </w:r>
    </w:p>
    <w:p>
      <w:r>
        <w:rPr>
          <w:b/>
        </w:rPr>
        <w:t xml:space="preserve">[49:54] </w:t>
      </w:r>
      <w:r>
        <w:t>aise insaan jo apne paise ko shadiyon mein kharch kiya, aise insaan jinhon ne apne waqt ko family</w:t>
      </w:r>
    </w:p>
    <w:p>
      <w:pPr>
        <w:jc w:val="right"/>
      </w:pPr>
      <w:r>
        <w:t>ایسے انسان جو اپنے پیسے کو شادیوں میں خرچ کیا، ایسے انسان جنہوں نے اپنے وقت کو فیملی</w:t>
      </w:r>
    </w:p>
    <w:p>
      <w:r>
        <w:rPr>
          <w:b/>
        </w:rPr>
        <w:t xml:space="preserve">[50:01] </w:t>
      </w:r>
      <w:r>
        <w:t>mein kharch kiya, aur aise insaan jinhon ne apni sari tawajjuh apni zaati khwahish mein laga laga laga rakha.</w:t>
      </w:r>
    </w:p>
    <w:p>
      <w:pPr>
        <w:jc w:val="right"/>
      </w:pPr>
      <w:r>
        <w:t>میں خرچ کیا، اور ایسے انسان جنہوں نے اپنی ساری توجہ اپنی ذاتی خواہش میں لگا لگا لگا رکھا۔</w:t>
      </w:r>
    </w:p>
    <w:p>
      <w:r>
        <w:rPr>
          <w:b/>
        </w:rPr>
        <w:t xml:space="preserve">[50:08] </w:t>
      </w:r>
      <w:r>
        <w:t>mere mission ke liye unhon ne kaam nahi kiya, mere bando tak mera paigham nahi pohanchaya.</w:t>
      </w:r>
    </w:p>
    <w:p>
      <w:pPr>
        <w:jc w:val="right"/>
      </w:pPr>
      <w:r>
        <w:t>میرے مشن کے لیے انہوں نے کام نہیں کیا، میرے بندوں تک میرا پیغام نہیں پہنچایا۔</w:t>
      </w:r>
    </w:p>
    <w:p>
      <w:r>
        <w:rPr>
          <w:b/>
        </w:rPr>
        <w:t xml:space="preserve">[50:15] </w:t>
      </w:r>
      <w:r>
        <w:t>un ko bhi le jao, un ko bhi le jao, le jao sab ko jahannum mein.</w:t>
      </w:r>
    </w:p>
    <w:p>
      <w:pPr>
        <w:jc w:val="right"/>
      </w:pPr>
      <w:r>
        <w:t>ان کو بھی لے جاؤ، ان کو بھی لے جاؤ، لے جاؤ سب کو جہنم میں۔</w:t>
      </w:r>
    </w:p>
    <w:p>
      <w:r>
        <w:rPr>
          <w:b/>
        </w:rPr>
        <w:t xml:space="preserve">[50:21] </w:t>
      </w:r>
      <w:r>
        <w:t>to kya hoga? is waqt is ka kya haal hoga? kaun sa zameen o aasman hoga jo aap</w:t>
      </w:r>
    </w:p>
    <w:p>
      <w:pPr>
        <w:jc w:val="right"/>
      </w:pPr>
      <w:r>
        <w:t>تو کیا ہوگا؟ اس وقت اس کا کیا حال ہوگا؟ کون سا زمین و آسمان ہوگا جو آپ</w:t>
      </w:r>
    </w:p>
    <w:p>
      <w:r>
        <w:rPr>
          <w:b/>
        </w:rPr>
        <w:t xml:space="preserve">[50:28] </w:t>
      </w:r>
      <w:r>
        <w:t>ko bachaye? kaun si kainaat hogi jahan aap ja ke chhupe? yaqeen ki jiye, koi ghar bhi nahi hoga</w:t>
      </w:r>
    </w:p>
    <w:p>
      <w:pPr>
        <w:jc w:val="right"/>
      </w:pPr>
      <w:r>
        <w:t>کو بچائے؟ کون سی کائنات ہوگی جہاں آپ جا کے چھپے؟ یقین کیجئے، کوئی غار بھی نہیں ہوگا</w:t>
      </w:r>
    </w:p>
    <w:p>
      <w:r>
        <w:rPr>
          <w:b/>
        </w:rPr>
        <w:t xml:space="preserve">[50:35] </w:t>
      </w:r>
      <w:r>
        <w:t>jo hamein chhupaye.</w:t>
      </w:r>
    </w:p>
    <w:p>
      <w:pPr>
        <w:jc w:val="right"/>
      </w:pPr>
      <w:r>
        <w:t>جو ہمیں چھپائے۔</w:t>
      </w:r>
    </w:p>
    <w:p>
      <w:r>
        <w:rPr>
          <w:b/>
        </w:rPr>
        <w:t xml:space="preserve">[50:42] </w:t>
      </w:r>
      <w:r>
        <w:t>kaun hai jo Khuda ke muqable mein khada ho aur Khuda ke faislon ko undo kar de?</w:t>
      </w:r>
    </w:p>
    <w:p>
      <w:pPr>
        <w:jc w:val="right"/>
      </w:pPr>
      <w:r>
        <w:t>کون ہے جو خدا کے مقابلے میں کھڑا ہو اور خدا کے فیصلوں کو ان ڈو کر دے؟</w:t>
      </w:r>
    </w:p>
    <w:p>
      <w:r>
        <w:rPr>
          <w:b/>
        </w:rPr>
        <w:t xml:space="preserve">[50:49] </w:t>
      </w:r>
      <w:r>
        <w:t>kaun hai? to jo log hajj mein ja kar ke wahan labbaik labbaik kehte hain, wo be sochi</w:t>
      </w:r>
    </w:p>
    <w:p>
      <w:pPr>
        <w:jc w:val="right"/>
      </w:pPr>
      <w:r>
        <w:t>کون ہے؟ تو جو لوگ حج میں جا کر کے وہاں لبیک لبیک کہتے ہیں، وہ بے سوچ</w:t>
      </w:r>
    </w:p>
    <w:p>
      <w:r>
        <w:rPr>
          <w:b/>
        </w:rPr>
        <w:t xml:space="preserve">[50:55] </w:t>
      </w:r>
      <w:r>
        <w:t>samjhe kehte hain.</w:t>
      </w:r>
    </w:p>
    <w:p>
      <w:pPr>
        <w:jc w:val="right"/>
      </w:pPr>
      <w:r>
        <w:t>سمجھے کہتے ہیں۔</w:t>
      </w:r>
    </w:p>
    <w:p>
      <w:r>
        <w:rPr>
          <w:b/>
        </w:rPr>
        <w:t xml:space="preserve">[51:02] </w:t>
      </w:r>
      <w:r>
        <w:t>main jab gaya tha hajj karne ke liye to yeh manzar dekha tha maine apni aankhon se.</w:t>
      </w:r>
    </w:p>
    <w:p>
      <w:pPr>
        <w:jc w:val="right"/>
      </w:pPr>
      <w:r>
        <w:t>میں جب گیا تھا حج کرنے کے لیے تو یہ منظر دیکھا تھا میں نے اپنی آنکھوں سے۔</w:t>
      </w:r>
    </w:p>
    <w:p>
      <w:r>
        <w:rPr>
          <w:b/>
        </w:rPr>
        <w:t xml:space="preserve">[51:09] </w:t>
      </w:r>
      <w:r>
        <w:t>idhar se la rahe hain, idhar se musalman hain, idhar se musalman rahe hain.</w:t>
      </w:r>
    </w:p>
    <w:p>
      <w:pPr>
        <w:jc w:val="right"/>
      </w:pPr>
      <w:r>
        <w:t>ادھر سے لا رہے ہیں، ادھر سے مسلمان ہیں، ادھر سے مسلمان رہے ہیں۔</w:t>
      </w:r>
    </w:p>
    <w:p>
      <w:r>
        <w:rPr>
          <w:b/>
        </w:rPr>
        <w:t xml:space="preserve">[51:16] </w:t>
      </w:r>
      <w:r>
        <w:t>labbaik Allahumma labbaik, Allahumma labbaik, Allahumma labbaik.</w:t>
      </w:r>
    </w:p>
    <w:p>
      <w:pPr>
        <w:jc w:val="right"/>
      </w:pPr>
      <w:r>
        <w:t>لبیک اللہم لبیک، اللہم لبیک، اللہم لبیک۔</w:t>
      </w:r>
    </w:p>
    <w:p>
      <w:r>
        <w:rPr>
          <w:b/>
        </w:rPr>
        <w:t xml:space="preserve">[51:23] </w:t>
      </w:r>
      <w:r>
        <w:t>is waqt bhi roya tha, main aaj bhi ro raha hoon ke kya matlab hai labbaik ka? kya</w:t>
      </w:r>
    </w:p>
    <w:p>
      <w:pPr>
        <w:jc w:val="right"/>
      </w:pPr>
      <w:r>
        <w:t>اس وقت بھی رویا تھا، میں آج بھی رو رہا ہوں کہ کیا مطلب ہے لبیک کا؟ کیا</w:t>
      </w:r>
    </w:p>
    <w:p>
      <w:r>
        <w:rPr>
          <w:b/>
        </w:rPr>
        <w:t xml:space="preserve">[51:29] </w:t>
      </w:r>
      <w:r>
        <w:t>kuch alfaaz hain? laam, bay, yay, kaf ke dohra diya to kaam ban gaya.</w:t>
      </w:r>
    </w:p>
    <w:p>
      <w:pPr>
        <w:jc w:val="right"/>
      </w:pPr>
      <w:r>
        <w:t>کچھ الفاظ ہیں؟ لام، بے، ی، کف کے دہرا دیا تو کام بن گیا۔</w:t>
      </w:r>
    </w:p>
    <w:p>
      <w:r>
        <w:rPr>
          <w:b/>
        </w:rPr>
        <w:t xml:space="preserve">[51:36] </w:t>
      </w:r>
      <w:r>
        <w:t>kuch tilasmaati alfaaz hain, yeh laam, bay, yay, kaf kuch tilasmaati lafz hain.</w:t>
      </w:r>
    </w:p>
    <w:p>
      <w:pPr>
        <w:jc w:val="right"/>
      </w:pPr>
      <w:r>
        <w:t>کچھ طلسماتی الفاظ ہیں، یہ لام، بے، ی، کف کچھ طلسماتی لفظ ہیں۔</w:t>
      </w:r>
    </w:p>
    <w:p>
      <w:r>
        <w:rPr>
          <w:b/>
        </w:rPr>
        <w:t xml:space="preserve">[51:43] </w:t>
      </w:r>
      <w:r>
        <w:t>dohra diya to kaam ban gaya.</w:t>
      </w:r>
    </w:p>
    <w:p>
      <w:pPr>
        <w:jc w:val="right"/>
      </w:pPr>
      <w:r>
        <w:t>دہرا دیا تو کام بن گیا۔</w:t>
      </w:r>
    </w:p>
    <w:p>
      <w:r>
        <w:rPr>
          <w:b/>
        </w:rPr>
        <w:t xml:space="preserve">[51:50] </w:t>
      </w:r>
      <w:r>
        <w:t>labbaik Allahumma labbaik ka matlab hai: Khuda ya!</w:t>
      </w:r>
    </w:p>
    <w:p>
      <w:pPr>
        <w:jc w:val="right"/>
      </w:pPr>
      <w:r>
        <w:t>لبیک اللہم لبیک کا مطلب ہے: خدایا!</w:t>
      </w:r>
    </w:p>
    <w:p>
      <w:r>
        <w:rPr>
          <w:b/>
        </w:rPr>
        <w:t xml:space="preserve">[51:57] </w:t>
      </w:r>
      <w:r>
        <w:t>hum hazir hain, Khuda ya! hum hazir hain. to hazir hota hai aadmi kisi kaam ke liye, kisi mission ke liye, kisi purpose ke liye. wo kya hai? wo purpose kya hai? wo yahi hai ke Khuda ya!</w:t>
      </w:r>
    </w:p>
    <w:p>
      <w:pPr>
        <w:jc w:val="right"/>
      </w:pPr>
      <w:r>
        <w:t>ہم حاضر ہیں، خدایا! ہم حاضر ہیں۔ تو حاضر ہوتا ہے آدمی کسی کام کے لیے، کسی مشن کے لیے، کسی پرپس کے لیے۔ وہ کیا ہے؟ وہ پرپس کیا ہے؟ وہ یہی ہے کہ خدایا!</w:t>
      </w:r>
    </w:p>
    <w:p>
      <w:r>
        <w:rPr>
          <w:b/>
        </w:rPr>
        <w:t xml:space="preserve">[52:10] </w:t>
      </w:r>
      <w:r>
        <w:t>hum hazir hain Allah ke rasool ki awaz ko dobara yahan sunne ke liye, jo abhi tak goonj nahi ja raha ho alfaaz ke maidan mein. labbaik Allahumma labbaik ka matlab ye hai ke Khuda ya!</w:t>
      </w:r>
    </w:p>
    <w:p>
      <w:pPr>
        <w:jc w:val="right"/>
      </w:pPr>
      <w:r>
        <w:t>ہم حاضر ہیں اللہ کے رسول کی آواز کو دوبارہ یہاں سننے کے لیے، جو ابھی تک گونج نہیں جا رہا ہو الفاظ کے میدان میں۔ لبیک اللہم لبیک کا مطلب یہ ہے کہ خدایا!</w:t>
      </w:r>
    </w:p>
    <w:p>
      <w:r>
        <w:rPr>
          <w:b/>
        </w:rPr>
        <w:t xml:space="preserve">[52:31] </w:t>
      </w:r>
      <w:r>
        <w:t>hum hazir hain yahan taake is awaz ko dobara sunein jo abhi tak Arafat ke maidan mein goonj rahi thi ke: ae mere ummatio!</w:t>
      </w:r>
    </w:p>
    <w:p>
      <w:pPr>
        <w:jc w:val="right"/>
      </w:pPr>
      <w:r>
        <w:t>ہم حاضر ہیں یہاں تاکہ اس آواز کو دوبارہ سنیں جو ابھی تک عرفات کے میدان میں گونج رہی تھی کہ: اے میرے امتیوں!</w:t>
      </w:r>
    </w:p>
    <w:p>
      <w:r>
        <w:rPr>
          <w:b/>
        </w:rPr>
        <w:t xml:space="preserve">[52:43] </w:t>
      </w:r>
      <w:r>
        <w:t>mere paigham ko pohancha do.</w:t>
      </w:r>
    </w:p>
    <w:p>
      <w:pPr>
        <w:jc w:val="right"/>
      </w:pPr>
      <w:r>
        <w:t>میرے پیغام کو پہنچا دو۔</w:t>
      </w:r>
    </w:p>
    <w:p>
      <w:r>
        <w:rPr>
          <w:b/>
        </w:rPr>
        <w:t xml:space="preserve">[52:51] </w:t>
      </w:r>
      <w:r>
        <w:t>saare insaan hote hain aur aap jahan yeh ahad kar ke jate hain, yeh pledge le kar jate hain.</w:t>
      </w:r>
    </w:p>
    <w:p>
      <w:pPr>
        <w:jc w:val="right"/>
      </w:pPr>
      <w:r>
        <w:t>سارے انسان ہوتے ہیں اور آپ جہاں یہ عہد کر کے جاتے ہیں، یہ پلیج لے کر جاتے ہیں۔</w:t>
      </w:r>
    </w:p>
    <w:p>
      <w:r>
        <w:rPr>
          <w:b/>
        </w:rPr>
        <w:t xml:space="preserve">[52:59] </w:t>
      </w:r>
      <w:r>
        <w:t>pledge yeh kitabon mein likha hua hai ke jab Rasool Allah ne ek farmaya Sahaba se ke: mere</w:t>
      </w:r>
    </w:p>
    <w:p>
      <w:pPr>
        <w:jc w:val="right"/>
      </w:pPr>
      <w:r>
        <w:t>پلیج یہ کتابوں میں لکھا ہوا ہے کہ جب رسول اللہ نے ایک فرمایا صحابہ سے کہ: میرے</w:t>
      </w:r>
    </w:p>
    <w:p>
      <w:r>
        <w:rPr>
          <w:b/>
        </w:rPr>
        <w:t xml:space="preserve">[53:07] </w:t>
      </w:r>
      <w:r>
        <w:t>paigham ko dunya tak pohancha do.</w:t>
      </w:r>
    </w:p>
    <w:p>
      <w:pPr>
        <w:jc w:val="right"/>
      </w:pPr>
      <w:r>
        <w:t>پیغام کو دنیا تک پہنچا دو۔</w:t>
      </w:r>
    </w:p>
    <w:p>
      <w:r>
        <w:rPr>
          <w:b/>
        </w:rPr>
        <w:t xml:space="preserve">[53:15] </w:t>
      </w:r>
      <w:r>
        <w:t>to kya hua? kitabon mein likha hai ke jis sawari idhar khadi thi, idhar hi raunaq ho gaya.</w:t>
      </w:r>
    </w:p>
    <w:p>
      <w:pPr>
        <w:jc w:val="right"/>
      </w:pPr>
      <w:r>
        <w:t>تو کیا ہوا؟ کتابوں میں لکھا ہے کہ جس سواری ادھر کھڑی تھی، ادھر ہی رونق ہو گیا۔</w:t>
      </w:r>
    </w:p>
    <w:p>
      <w:r>
        <w:rPr>
          <w:b/>
        </w:rPr>
        <w:t xml:space="preserve">[53:24] </w:t>
      </w:r>
      <w:r>
        <w:t>woh bari ajeeb baat hai jis ki sawari jidhar khadi thi, jis ki sawari jidhar khadi thi, idhar</w:t>
      </w:r>
    </w:p>
    <w:p>
      <w:pPr>
        <w:jc w:val="right"/>
      </w:pPr>
      <w:r>
        <w:t>وہ بڑی عجیب بات ہے جس کی سواری جدھر کھڑی تھی، جس کی سواری جدھر کھڑی تھی، ادھر</w:t>
      </w:r>
    </w:p>
    <w:p>
      <w:r>
        <w:rPr>
          <w:b/>
        </w:rPr>
        <w:t xml:space="preserve">[53:32] </w:t>
      </w:r>
      <w:r>
        <w:t>he rawana ho gaya.</w:t>
      </w:r>
    </w:p>
    <w:p>
      <w:pPr>
        <w:jc w:val="right"/>
      </w:pPr>
      <w:r>
        <w:t>ہی روانہ ہو گیا۔</w:t>
      </w:r>
    </w:p>
    <w:p>
      <w:r>
        <w:rPr>
          <w:b/>
        </w:rPr>
        <w:t xml:space="preserve">[53:40] </w:t>
      </w:r>
      <w:r>
        <w:t>woh aap jante hain ke esia aur afreeqa mein unhon ne aik baray raqbay mein islam phaila diya,</w:t>
      </w:r>
    </w:p>
    <w:p>
      <w:pPr>
        <w:jc w:val="right"/>
      </w:pPr>
      <w:r>
        <w:t>وہ آپ جانتے ہیں کہ ایشیا اور افریقہ میں انہوں نے ایک بڑے رقبے میں اسلام پھیلا دیا،</w:t>
      </w:r>
    </w:p>
    <w:p>
      <w:r>
        <w:rPr>
          <w:b/>
        </w:rPr>
        <w:t xml:space="preserve">[53:48] </w:t>
      </w:r>
      <w:r>
        <w:t>allah ke paigham ko pohancha diya.</w:t>
      </w:r>
    </w:p>
    <w:p>
      <w:pPr>
        <w:jc w:val="right"/>
      </w:pPr>
      <w:r>
        <w:t>اللہ کے پیغام کو پہنچا دیا۔</w:t>
      </w:r>
    </w:p>
    <w:p>
      <w:r>
        <w:rPr>
          <w:b/>
        </w:rPr>
        <w:t xml:space="preserve">[53:56] </w:t>
      </w:r>
      <w:r>
        <w:t>toh aaj bhi wohi spirit darkar hai, wohi spirit.</w:t>
      </w:r>
    </w:p>
    <w:p>
      <w:pPr>
        <w:jc w:val="right"/>
      </w:pPr>
      <w:r>
        <w:t>تو آج بھی وہی اسپرٹ درکار ہے، وہی اسپرٹ۔</w:t>
      </w:r>
    </w:p>
    <w:p>
      <w:r>
        <w:rPr>
          <w:b/>
        </w:rPr>
        <w:t xml:space="preserve">[54:05] </w:t>
      </w:r>
      <w:r>
        <w:t>jabke aaj pehle se qabil bohat hi asan ho chuka hai dawat ka kaam karna.</w:t>
      </w:r>
    </w:p>
    <w:p>
      <w:pPr>
        <w:jc w:val="right"/>
      </w:pPr>
      <w:r>
        <w:t>جبکہ آج پہلے سے قابل بہت ہی آسان ہو چکا ہے دعوت کا کام کرنا۔</w:t>
      </w:r>
    </w:p>
    <w:p>
      <w:r>
        <w:rPr>
          <w:b/>
        </w:rPr>
        <w:t xml:space="preserve">[54:13] </w:t>
      </w:r>
      <w:r>
        <w:t>toh aap yaqeen kijiye ke mein is mein zara bhi mubalgha nahi kar raha hoon ke aap ka</w:t>
      </w:r>
    </w:p>
    <w:p>
      <w:pPr>
        <w:jc w:val="right"/>
      </w:pPr>
      <w:r>
        <w:t>تو آپ یقین کیجئے کہ میں اس میں ذرا بھی مبالغہ نہیں کر رہا ہوں کہ آپ کا</w:t>
      </w:r>
    </w:p>
    <w:p>
      <w:r>
        <w:rPr>
          <w:b/>
        </w:rPr>
        <w:t xml:space="preserve">[54:21] </w:t>
      </w:r>
      <w:r>
        <w:t>waqt, aap ki energy, aap ka paisa, sab kuch is waqt tak aap ke liye najayaz hai jab</w:t>
      </w:r>
    </w:p>
    <w:p>
      <w:pPr>
        <w:jc w:val="right"/>
      </w:pPr>
      <w:r>
        <w:t>وقت، آپ کی انرجی، آپ کا پیسہ، سب کچھ اس وقت تک آپ کے لیے ناجائز ہے جب</w:t>
      </w:r>
    </w:p>
    <w:p>
      <w:r>
        <w:rPr>
          <w:b/>
        </w:rPr>
        <w:t xml:space="preserve">[54:29] </w:t>
      </w:r>
      <w:r>
        <w:t>tak ke is mein aap allah ke hissay na de chuke hon.</w:t>
      </w:r>
    </w:p>
    <w:p>
      <w:pPr>
        <w:jc w:val="right"/>
      </w:pPr>
      <w:r>
        <w:t>تک کہ اس میں آپ اللہ کے حصہ نہ دے چکے ہوں۔</w:t>
      </w:r>
    </w:p>
    <w:p>
      <w:r>
        <w:rPr>
          <w:b/>
        </w:rPr>
        <w:t xml:space="preserve">[54:38] </w:t>
      </w:r>
      <w:r>
        <w:t>quran mein hai ke wa'atu haqqahu yawma hasadin toh yeh masla bataya jata hai ke aap ne ziraat</w:t>
      </w:r>
    </w:p>
    <w:p>
      <w:pPr>
        <w:jc w:val="right"/>
      </w:pPr>
      <w:r>
        <w:t>قرآن میں ہے کہ وَأَتُوا حَقَّهُ يَوْمَ حَسَادٍ تو یہ مسئلہ بتایا جاتا ہے کہ آپ نے زراعت</w:t>
      </w:r>
    </w:p>
    <w:p>
      <w:r>
        <w:rPr>
          <w:b/>
        </w:rPr>
        <w:t xml:space="preserve">[54:46] </w:t>
      </w:r>
      <w:r>
        <w:t>ki, ziraat mein ghalla paida hua.</w:t>
      </w:r>
    </w:p>
    <w:p>
      <w:pPr>
        <w:jc w:val="right"/>
      </w:pPr>
      <w:r>
        <w:t>کی، زراعت میں غلہ پیدا ہوا۔</w:t>
      </w:r>
    </w:p>
    <w:p>
      <w:r>
        <w:rPr>
          <w:b/>
        </w:rPr>
        <w:t xml:space="preserve">[54:54] </w:t>
      </w:r>
      <w:r>
        <w:t>is ghalle mein allah ka hissa hai.</w:t>
      </w:r>
    </w:p>
    <w:p>
      <w:pPr>
        <w:jc w:val="right"/>
      </w:pPr>
      <w:r>
        <w:t>اس غلے میں اللہ کا حصہ ہے۔</w:t>
      </w:r>
    </w:p>
    <w:p>
      <w:r>
        <w:rPr>
          <w:b/>
        </w:rPr>
        <w:t xml:space="preserve">[55:02] </w:t>
      </w:r>
      <w:r>
        <w:t>wa'atu haqqahu yawma hasadin yaani kheti kaatne ke din allah ka hissa ada karo.</w:t>
      </w:r>
    </w:p>
    <w:p>
      <w:pPr>
        <w:jc w:val="right"/>
      </w:pPr>
      <w:r>
        <w:t>وَأَتُوا حَقَّهُ يَوْمَ حَسَادٍ یعنی کھیتی کاٹنے کے دن اللہ کا حصہ ادا کرو۔</w:t>
      </w:r>
    </w:p>
    <w:p>
      <w:r>
        <w:rPr>
          <w:b/>
        </w:rPr>
        <w:t xml:space="preserve">[55:10] </w:t>
      </w:r>
      <w:r>
        <w:t>toh yeh masla hai ke jab tak aap allah ka hissa na de lein, tab tak baqi hissa</w:t>
      </w:r>
    </w:p>
    <w:p>
      <w:pPr>
        <w:jc w:val="right"/>
      </w:pPr>
      <w:r>
        <w:t>تو یہ مسئلہ ہے کہ جب تک آپ اللہ کا حصہ نہ دے لیں، تب تک بقیہ حصہ</w:t>
      </w:r>
    </w:p>
    <w:p>
      <w:r>
        <w:rPr>
          <w:b/>
        </w:rPr>
        <w:t xml:space="preserve">[55:19] </w:t>
      </w:r>
      <w:r>
        <w:t>aap ke liye jaayaz nahi.</w:t>
      </w:r>
    </w:p>
    <w:p>
      <w:pPr>
        <w:jc w:val="right"/>
      </w:pPr>
      <w:r>
        <w:t>آپ کے لیے جائز نہیں۔</w:t>
      </w:r>
    </w:p>
    <w:p>
      <w:r>
        <w:rPr>
          <w:b/>
        </w:rPr>
        <w:t xml:space="preserve">[55:27] </w:t>
      </w:r>
      <w:r>
        <w:t>jab tak allah ka hissa aap na de lein, tab tak aap ke liye is ki pedawar jaayaz nahi.</w:t>
      </w:r>
    </w:p>
    <w:p>
      <w:pPr>
        <w:jc w:val="right"/>
      </w:pPr>
      <w:r>
        <w:t>جب تک اللہ کا حصہ آپ نہ دے لیں، تب تک آپ کے لیے اس کی پیداوار جائز نہیں۔</w:t>
      </w:r>
    </w:p>
    <w:p>
      <w:r>
        <w:rPr>
          <w:b/>
        </w:rPr>
        <w:t xml:space="preserve">[55:35] </w:t>
      </w:r>
      <w:r>
        <w:t>toh yeh maamla sirf kheti ke liye nahi hai, poori zindagi ke liye.</w:t>
      </w:r>
    </w:p>
    <w:p>
      <w:pPr>
        <w:jc w:val="right"/>
      </w:pPr>
      <w:r>
        <w:t>تو یہ معاملہ صرف کھیتی کے لیے نہیں ہے، پوری زندگی کے لیے۔</w:t>
      </w:r>
    </w:p>
    <w:p>
      <w:r>
        <w:rPr>
          <w:b/>
        </w:rPr>
        <w:t xml:space="preserve">[55:43] </w:t>
      </w:r>
      <w:r>
        <w:t>toh ahle iman ka mission hai sa'atu alnnasi tabligh iman allah, dawat allah, yeh mission hai.</w:t>
      </w:r>
    </w:p>
    <w:p>
      <w:pPr>
        <w:jc w:val="right"/>
      </w:pPr>
      <w:r>
        <w:t>تو اہل ایمان کا مشن ہے سَاعَةُ أَلَنَّاسِ تبلیغ ایمان اللہ، دعوت اللہ، یہ مشن ہے۔</w:t>
      </w:r>
    </w:p>
    <w:p>
      <w:r>
        <w:rPr>
          <w:b/>
        </w:rPr>
        <w:t xml:space="preserve">[55:52] </w:t>
      </w:r>
      <w:r>
        <w:t>yaad rakhiye, jab tak jo log momin iman ke da'wedar hain, jab tak is mission mein woh apna</w:t>
      </w:r>
    </w:p>
    <w:p>
      <w:pPr>
        <w:jc w:val="right"/>
      </w:pPr>
      <w:r>
        <w:t>یاد رکھیے، جب تک جو لوگ مومن ایمان کے دعویدار ہیں، جب تک اس مشن میں وہ اپنا</w:t>
      </w:r>
    </w:p>
    <w:p>
      <w:r>
        <w:rPr>
          <w:b/>
        </w:rPr>
        <w:t xml:space="preserve">[56:00] </w:t>
      </w:r>
      <w:r>
        <w:t>hissa na ada kar lein, tab tak har cheez najayaz hai un ke liye.</w:t>
      </w:r>
    </w:p>
    <w:p>
      <w:pPr>
        <w:jc w:val="right"/>
      </w:pPr>
      <w:r>
        <w:t>حصہ نہ ادا کر لیں، تب تک ہر چیز ناجائز ہے ان کے لیے۔</w:t>
      </w:r>
    </w:p>
    <w:p>
      <w:r>
        <w:rPr>
          <w:b/>
        </w:rPr>
        <w:t xml:space="preserve">[56:08] </w:t>
      </w:r>
      <w:r>
        <w:t>un ka waqt, un ki, un ka paisa, sab kuch mein jeete hain.</w:t>
      </w:r>
    </w:p>
    <w:p>
      <w:pPr>
        <w:jc w:val="right"/>
      </w:pPr>
      <w:r>
        <w:t>ان کا وقت، ان کی، ان کا پیسہ، سب کچھ میں جیتے ہیں۔</w:t>
      </w:r>
    </w:p>
    <w:p>
      <w:r>
        <w:rPr>
          <w:b/>
        </w:rPr>
        <w:t xml:space="preserve">[56:16] </w:t>
      </w:r>
      <w:r>
        <w:t>woh toh aik najayaz zindagi jeete hain, woh jaayaz zindagi nahi jeete hain.</w:t>
      </w:r>
    </w:p>
    <w:p>
      <w:pPr>
        <w:jc w:val="right"/>
      </w:pPr>
      <w:r>
        <w:t>وہ تو ایک ناجائز زندگی جیتے ہیں، وہ جائز زندگی نہیں جیتے ہیں۔</w:t>
      </w:r>
    </w:p>
    <w:p>
      <w:r>
        <w:rPr>
          <w:b/>
        </w:rPr>
        <w:t xml:space="preserve">[56:24] </w:t>
      </w:r>
      <w:r>
        <w:t>toh dawat allah koi sadah baat nahi hai.</w:t>
      </w:r>
    </w:p>
    <w:p>
      <w:pPr>
        <w:jc w:val="right"/>
      </w:pPr>
      <w:r>
        <w:t>تو دعوت اللہ کوئی سادہ بات نہیں ہے۔</w:t>
      </w:r>
    </w:p>
    <w:p>
      <w:r>
        <w:rPr>
          <w:b/>
        </w:rPr>
        <w:t xml:space="preserve">[56:33] </w:t>
      </w:r>
      <w:r>
        <w:t>labbaik allahumma labbaik kehna koi rasmi kalma nahi hai.</w:t>
      </w:r>
    </w:p>
    <w:p>
      <w:pPr>
        <w:jc w:val="right"/>
      </w:pPr>
      <w:r>
        <w:t>لبیک اللہم لبیک کہنا کوئی رسمی کلمہ نہیں ہے۔</w:t>
      </w:r>
    </w:p>
    <w:p>
      <w:r>
        <w:rPr>
          <w:b/>
        </w:rPr>
        <w:t xml:space="preserve">[56:41] </w:t>
      </w:r>
      <w:r>
        <w:t>hajj koi yeh nahi ke ja kar janwar zabah kar do toh bachcha hajj ho gaya.</w:t>
      </w:r>
    </w:p>
    <w:p>
      <w:pPr>
        <w:jc w:val="right"/>
      </w:pPr>
      <w:r>
        <w:t>حج کوئی یہ نہیں کہ جا کر جانور ذبح کر دو تو بچہ حج ہو گیا۔</w:t>
      </w:r>
    </w:p>
    <w:p>
      <w:r>
        <w:rPr>
          <w:b/>
        </w:rPr>
        <w:t xml:space="preserve">[56:49] </w:t>
      </w:r>
      <w:r>
        <w:t>yeh hazrat ibrahim ke mission ko zinda karne ka ahad lena hai.</w:t>
      </w:r>
    </w:p>
    <w:p>
      <w:pPr>
        <w:jc w:val="right"/>
      </w:pPr>
      <w:r>
        <w:t>یہ حضرت ابراہیم کے مشن کو زندہ کرنے کا عہد لینا ہے۔</w:t>
      </w:r>
    </w:p>
    <w:p>
      <w:r>
        <w:rPr>
          <w:b/>
        </w:rPr>
        <w:t xml:space="preserve">[56:57] </w:t>
      </w:r>
      <w:r>
        <w:t>sunnat ibrahim ke ibrahim paane hain ke tumhare baap ibrahim ka mission sunnat ka lafz yahan koi purasrar</w:t>
      </w:r>
    </w:p>
    <w:p>
      <w:pPr>
        <w:jc w:val="right"/>
      </w:pPr>
      <w:r>
        <w:t>سنت ابراہیم کے ابراہیم پانے ہیں کہ تمہارے باپ ابراہیم کا مشن سنت کا لفظ یہاں کوئی پراسرار</w:t>
      </w:r>
    </w:p>
    <w:p>
      <w:r>
        <w:rPr>
          <w:b/>
        </w:rPr>
        <w:t xml:space="preserve">[57:06] </w:t>
      </w:r>
      <w:r>
        <w:t>lafz nahin hai.</w:t>
      </w:r>
    </w:p>
    <w:p>
      <w:pPr>
        <w:jc w:val="right"/>
      </w:pPr>
      <w:r>
        <w:t>لفظ نہیں ہے۔</w:t>
      </w:r>
    </w:p>
    <w:p>
      <w:r>
        <w:rPr>
          <w:b/>
        </w:rPr>
        <w:t xml:space="preserve">[57:14] </w:t>
      </w:r>
      <w:r>
        <w:t>jo mission tha hazrat ibrahim ka jin ko abu al anbiya kaha jata hai, to har saal wahan ja</w:t>
      </w:r>
    </w:p>
    <w:p>
      <w:pPr>
        <w:jc w:val="right"/>
      </w:pPr>
      <w:r>
        <w:t>جو مشن تھا حضرت ابراہیم کا جن کو ابو الانبیاء کہا جاتا ہے، تو ہر سال وہاں جا</w:t>
      </w:r>
    </w:p>
    <w:p>
      <w:r>
        <w:rPr>
          <w:b/>
        </w:rPr>
        <w:t xml:space="preserve">[57:22] </w:t>
      </w:r>
      <w:r>
        <w:t>kar ke is baat ko apne mind mein dohrata hai insan ke hum is mission ko le kar</w:t>
      </w:r>
    </w:p>
    <w:p>
      <w:pPr>
        <w:jc w:val="right"/>
      </w:pPr>
      <w:r>
        <w:t>کر کے اس بات کو اپنے مائنڈ میں دہراتا ہے انسان کہ ہم اس مشن کو لے کر</w:t>
      </w:r>
    </w:p>
    <w:p>
      <w:r>
        <w:rPr>
          <w:b/>
        </w:rPr>
        <w:t xml:space="preserve">[57:30] </w:t>
      </w:r>
      <w:r>
        <w:t>zinda hon, isi par zinda rahenge, isi par maut aayegi.</w:t>
      </w:r>
    </w:p>
    <w:p>
      <w:pPr>
        <w:jc w:val="right"/>
      </w:pPr>
      <w:r>
        <w:t>زندہ ہوں، اسی پر زندہ رہیں گے، اسی پر موت آئے گی۔</w:t>
      </w:r>
    </w:p>
    <w:p>
      <w:r>
        <w:rPr>
          <w:b/>
        </w:rPr>
        <w:t xml:space="preserve">[57:38] </w:t>
      </w:r>
      <w:r>
        <w:t>ab ko woh mission kiya tha? dawat allah ka mission tha.</w:t>
      </w:r>
    </w:p>
    <w:p>
      <w:pPr>
        <w:jc w:val="right"/>
      </w:pPr>
      <w:r>
        <w:t>اب کو وہ مشن کیا تھا؟ دعوت اللہ کا مشن تھا۔</w:t>
      </w:r>
    </w:p>
    <w:p>
      <w:r>
        <w:rPr>
          <w:b/>
        </w:rPr>
        <w:t xml:space="preserve">[57:47] </w:t>
      </w:r>
      <w:r>
        <w:t>hazrat ibrahim ka koi doosra kaam hi nahin tha siwaye dawat allah ke.</w:t>
      </w:r>
    </w:p>
    <w:p>
      <w:pPr>
        <w:jc w:val="right"/>
      </w:pPr>
      <w:r>
        <w:t>حضرت ابراہیم کا کوئی دوسرا کام ہی نہیں تھا سوائے دعوت اللہ کے۔</w:t>
      </w:r>
    </w:p>
    <w:p>
      <w:r>
        <w:rPr>
          <w:b/>
        </w:rPr>
        <w:t xml:space="preserve">[57:55] </w:t>
      </w:r>
      <w:r>
        <w:t>to isi mission ko har saal taza karne ke liye, is ko revive karne ke liye hajj ka</w:t>
      </w:r>
    </w:p>
    <w:p>
      <w:pPr>
        <w:jc w:val="right"/>
      </w:pPr>
      <w:r>
        <w:t>تو اسی مشن کو ہر سال تازہ کرنے کے لیے، اس کو ریوائیو کرنے کے لیے حج کا</w:t>
      </w:r>
    </w:p>
    <w:p>
      <w:r>
        <w:rPr>
          <w:b/>
        </w:rPr>
        <w:t xml:space="preserve">[58:03] </w:t>
      </w:r>
      <w:r>
        <w:t>hajj ki awaz muqarrar ki gayi hai.</w:t>
      </w:r>
    </w:p>
    <w:p>
      <w:pPr>
        <w:jc w:val="right"/>
      </w:pPr>
      <w:r>
        <w:t>حج کی آواز مقرر کی گئی ہے۔</w:t>
      </w:r>
    </w:p>
    <w:p>
      <w:r>
        <w:rPr>
          <w:b/>
        </w:rPr>
        <w:t xml:space="preserve">[58:11] </w:t>
      </w:r>
      <w:r>
        <w:t>to yeh maqamat hajj hain, woh kaun se maqamat hajj hain? wohi to hain jahan hazrat ibrahim aur</w:t>
      </w:r>
    </w:p>
    <w:p>
      <w:pPr>
        <w:jc w:val="right"/>
      </w:pPr>
      <w:r>
        <w:t>تو یہ مقامات حج ہیں، وہ کون سے مقامات حج ہیں؟ وہی تو ہیں جہاں حضرت ابراہیم اور</w:t>
      </w:r>
    </w:p>
    <w:p>
      <w:r>
        <w:rPr>
          <w:b/>
        </w:rPr>
        <w:t xml:space="preserve">[58:19] </w:t>
      </w:r>
      <w:r>
        <w:t>hazrat ismail ne zindagi guzari thi.</w:t>
      </w:r>
    </w:p>
    <w:p>
      <w:pPr>
        <w:jc w:val="right"/>
      </w:pPr>
      <w:r>
        <w:t>حضرت اسماعیل نے زندگی گزاری تھی۔</w:t>
      </w:r>
    </w:p>
    <w:p>
      <w:r>
        <w:rPr>
          <w:b/>
        </w:rPr>
        <w:t xml:space="preserve">[58:28] </w:t>
      </w:r>
      <w:r>
        <w:t>jo kuch bhi aap karte hain, woh haqeeqatan hazrat ibrahim ke ne jo kiya, isi ko dohrate hain.</w:t>
      </w:r>
    </w:p>
    <w:p>
      <w:pPr>
        <w:jc w:val="right"/>
      </w:pPr>
      <w:r>
        <w:t>جو کچھ بھی آپ کرتے ہیں، وہ حقیقتاً حضرت ابراہیم کے نے جو کیا، اسی کو دہراتے ہیں۔</w:t>
      </w:r>
    </w:p>
    <w:p>
      <w:r>
        <w:rPr>
          <w:b/>
        </w:rPr>
        <w:t xml:space="preserve">[58:36] </w:t>
      </w:r>
      <w:r>
        <w:t>aap wahan dohrate hain, aap tafseeli tor par wapas aa kar ke haqeeqi tor par dohrate hain, dohrana.</w:t>
      </w:r>
    </w:p>
    <w:p>
      <w:pPr>
        <w:jc w:val="right"/>
      </w:pPr>
      <w:r>
        <w:t>آپ وہاں دہراتے ہیں، آپ تفصیلی طور پر واپس آ کر کے حقیقی طور پر دہراتے ہیں، دہرانا۔</w:t>
      </w:r>
    </w:p>
    <w:p>
      <w:r>
        <w:rPr>
          <w:b/>
        </w:rPr>
        <w:t xml:space="preserve">[58:44] </w:t>
      </w:r>
      <w:r>
        <w:t>aur janwaron ko zabah karne ka matlab hai ke apne aap ko dedicate karna.</w:t>
      </w:r>
    </w:p>
    <w:p>
      <w:pPr>
        <w:jc w:val="right"/>
      </w:pPr>
      <w:r>
        <w:t>اور جانوروں کو ذبح کرنے کا معنی ہے کہ اپنے آپ کو ڈیڈیکیٹ کرنا۔</w:t>
      </w:r>
    </w:p>
    <w:p>
      <w:r>
        <w:rPr>
          <w:b/>
        </w:rPr>
        <w:t xml:space="preserve">[58:52] </w:t>
      </w:r>
      <w:r>
        <w:t>wahan parha jata hai zabah ke waqt ke inna salati wa nasuki wa mahyaya wa mamati lillahi rabbil alameen to janwar</w:t>
      </w:r>
    </w:p>
    <w:p>
      <w:pPr>
        <w:jc w:val="right"/>
      </w:pPr>
      <w:r>
        <w:t>وہاں پڑھا جاتا ہے ذبح کے وقت کہ إِنَّ الصَّلَاةِ وَنَسِكِ وَمَحْيَى وَمَمَاتِي لِلَّهِ رَبِّ الْعَالَمِينَ تو جانور</w:t>
      </w:r>
    </w:p>
    <w:p>
      <w:r>
        <w:rPr>
          <w:b/>
        </w:rPr>
        <w:t xml:space="preserve">[59:01] </w:t>
      </w:r>
      <w:r>
        <w:t>ka zabiha haqeeqatan apne aap ko dedicate karne ka ahad lena hai.</w:t>
      </w:r>
    </w:p>
    <w:p>
      <w:pPr>
        <w:jc w:val="right"/>
      </w:pPr>
      <w:r>
        <w:t>کا ذبیحہ حقیقتاً اپنے آپ کو ڈیڈیکیٹ کرنے کا عہد لینا ہے۔</w:t>
      </w:r>
    </w:p>
    <w:p>
      <w:r>
        <w:rPr>
          <w:b/>
        </w:rPr>
        <w:t xml:space="preserve">[59:09] </w:t>
      </w:r>
      <w:r>
        <w:t>dedicate karna kis cheez mein? hazrat ibrahim ke mission mein.</w:t>
      </w:r>
    </w:p>
    <w:p>
      <w:pPr>
        <w:jc w:val="right"/>
      </w:pPr>
      <w:r>
        <w:t>ڈیڈیکیٹ کرنا کس چیز میں؟ حضرت ابراہیم کے مشن میں۔</w:t>
      </w:r>
    </w:p>
    <w:p>
      <w:r>
        <w:rPr>
          <w:b/>
        </w:rPr>
        <w:t xml:space="preserve">[59:17] </w:t>
      </w:r>
      <w:r>
        <w:t>hazrat ibrahim ka mission kiya tha? dawat allah.</w:t>
      </w:r>
    </w:p>
    <w:p>
      <w:pPr>
        <w:jc w:val="right"/>
      </w:pPr>
      <w:r>
        <w:t>حضرت ابراہیم کا مشن کیا تھا؟ دعوت اللہ۔</w:t>
      </w:r>
    </w:p>
    <w:p>
      <w:r>
        <w:rPr>
          <w:b/>
        </w:rPr>
        <w:t xml:space="preserve">[59:25] </w:t>
      </w:r>
      <w:r>
        <w:t>yeh hajj, yeh hai qurbani, yeh hai hazrat ibrahim ka mission.</w:t>
      </w:r>
    </w:p>
    <w:p>
      <w:pPr>
        <w:jc w:val="right"/>
      </w:pPr>
      <w:r>
        <w:t>یہ حج، یہ ہے قربانی، یہ ہے حضرت ابراہیم کا مشن۔</w:t>
      </w:r>
    </w:p>
    <w:p>
      <w:r>
        <w:rPr>
          <w:b/>
        </w:rPr>
        <w:t xml:space="preserve">[59:33] </w:t>
      </w:r>
      <w:r>
        <w:t>is mission ko poore maanon mein dohrata hai hajj ke mauqe par, juzwi tor par dohrata hai</w:t>
      </w:r>
    </w:p>
    <w:p>
      <w:pPr>
        <w:jc w:val="right"/>
      </w:pPr>
      <w:r>
        <w:t>اس مشن کو پورے معنوں میں دہرایا جاتا ہے حج کے موقع پر، جزوی طور پر دہرایا جاتا</w:t>
      </w:r>
    </w:p>
    <w:p>
      <w:r>
        <w:rPr>
          <w:b/>
        </w:rPr>
        <w:t xml:space="preserve">[59:42] </w:t>
      </w:r>
      <w:r>
        <w:t>sari duniya mein.</w:t>
      </w:r>
    </w:p>
    <w:p>
      <w:pPr>
        <w:jc w:val="right"/>
      </w:pPr>
      <w:r>
        <w:t>ہے ساری دنیا میں۔</w:t>
      </w:r>
    </w:p>
    <w:p>
      <w:r>
        <w:rPr>
          <w:b/>
        </w:rPr>
        <w:t xml:space="preserve">[59:50] </w:t>
      </w:r>
      <w:r>
        <w:t>idhar eid al adha ke mauqe par kaisa ajeeb nizam allah taala ne qaim kiya, ajeeb nizam.</w:t>
      </w:r>
    </w:p>
    <w:p>
      <w:pPr>
        <w:jc w:val="right"/>
      </w:pPr>
      <w:r>
        <w:t>ادھر عید الاضحی کے موقع پر کیسا عجیب نظام اللہ تعالی نے قائم کیا، عجیب نظام۔</w:t>
      </w:r>
    </w:p>
    <w:p>
      <w:r>
        <w:rPr>
          <w:b/>
        </w:rPr>
        <w:t xml:space="preserve">[59:58] </w:t>
      </w:r>
      <w:r>
        <w:t>lekin log be soche samjhe hajj karte hain, un prepared mind ke sath wahan jate hain.</w:t>
      </w:r>
    </w:p>
    <w:p>
      <w:pPr>
        <w:jc w:val="right"/>
      </w:pPr>
      <w:r>
        <w:t>لیکن لوگ بے سوچ سمجھے حج کرتے ہیں، ان پریپیرڈ مائنڈ کے ساتھ وہاں جاتے ہیں۔</w:t>
      </w:r>
    </w:p>
    <w:p>
      <w:r>
        <w:rPr>
          <w:b/>
        </w:rPr>
        <w:t xml:space="preserve">[1:00:06] </w:t>
      </w:r>
      <w:r>
        <w:t>jaise jate hain, waise hi laut aate hain.</w:t>
      </w:r>
    </w:p>
    <w:p>
      <w:pPr>
        <w:jc w:val="right"/>
      </w:pPr>
      <w:r>
        <w:t>جیسے جاتے ہیں، ویسے ہی لوٹ آتے ہیں۔</w:t>
      </w:r>
    </w:p>
    <w:p>
      <w:r>
        <w:rPr>
          <w:b/>
        </w:rPr>
        <w:t xml:space="preserve">[1:00:15] </w:t>
      </w:r>
      <w:r>
        <w:t>to durust hai ke logon ki tashhoor zinda kiya jaye, logon ko prepare kiya jaye, logon ko hajj</w:t>
      </w:r>
    </w:p>
    <w:p>
      <w:pPr>
        <w:jc w:val="right"/>
      </w:pPr>
      <w:r>
        <w:t>تو درست ہے کہ لوگوں کی تشہور زندہ کیا جائے، لوگوں کو پریپیئر کیا جائے، لوگوں کو حج</w:t>
      </w:r>
    </w:p>
    <w:p>
      <w:r>
        <w:rPr>
          <w:b/>
        </w:rPr>
        <w:t xml:space="preserve">[1:00:23] </w:t>
      </w:r>
      <w:r>
        <w:t>aur qurbani aur hazrat ibrahim ke mission ke baray mein bataya jaye un logon ko taake jis cheez</w:t>
      </w:r>
    </w:p>
    <w:p>
      <w:pPr>
        <w:jc w:val="right"/>
      </w:pPr>
      <w:r>
        <w:t>اور قربانی اور حضرت ابراہیم کے مشن کے بارے میں بتایا جائے ان لوگوں کو تاکہ جس چیز</w:t>
      </w:r>
    </w:p>
    <w:p>
      <w:r>
        <w:rPr>
          <w:b/>
        </w:rPr>
        <w:t xml:space="preserve">[1:00:31] </w:t>
      </w:r>
      <w:r>
        <w:t>ko woh rasman kehte hain, us ko haqeeqi maloom karne lagen.</w:t>
      </w:r>
    </w:p>
    <w:p>
      <w:pPr>
        <w:jc w:val="right"/>
      </w:pPr>
      <w:r>
        <w:t>کو وہ رسماً کہتے ہیں، اس کو حقیقی معلوم کرنے لگیں۔</w:t>
      </w:r>
    </w:p>
    <w:p>
      <w:r>
        <w:rPr>
          <w:b/>
        </w:rPr>
        <w:t xml:space="preserve">[1:00:39] </w:t>
      </w:r>
      <w:r>
        <w:t>abhi to rasmi hajj kiya jata hai.</w:t>
      </w:r>
    </w:p>
    <w:p>
      <w:pPr>
        <w:jc w:val="right"/>
      </w:pPr>
      <w:r>
        <w:t>ابھی تو رسمی حج کیا جاتا ہے۔</w:t>
      </w:r>
    </w:p>
    <w:p>
      <w:r>
        <w:rPr>
          <w:b/>
        </w:rPr>
        <w:t xml:space="preserve">[1:00:47] </w:t>
      </w:r>
      <w:r>
        <w:t>haqeeqi hajj, haqeeqi haji banne ke liye zaroorat hai ke koi bashaoor banaya jaye.</w:t>
      </w:r>
    </w:p>
    <w:p>
      <w:pPr>
        <w:jc w:val="right"/>
      </w:pPr>
      <w:r>
        <w:t>حقیقی حج، حقیقی حاجی بننے کے لیے ضرورت ہے کہ کوئی باشعور بنایا جائے۔</w:t>
      </w:r>
    </w:p>
    <w:p>
      <w:r>
        <w:rPr>
          <w:b/>
        </w:rPr>
        <w:t xml:space="preserve">[1:00:56] </w:t>
      </w:r>
      <w:r>
        <w:t>meri dua hai ke Allah taala mujh ko aur aap ko tofeeq de ke hum Allah ke haan</w:t>
      </w:r>
    </w:p>
    <w:p>
      <w:pPr>
        <w:jc w:val="right"/>
      </w:pPr>
      <w:r>
        <w:t>میری دعا ہے کہ اللہ تعالی مجھ کو اور آپ کو توفیق دے کہ ہم اللہ کے ہاں</w:t>
      </w:r>
    </w:p>
    <w:p>
      <w:r>
        <w:rPr>
          <w:b/>
        </w:rPr>
        <w:t xml:space="preserve">[1:01:04] </w:t>
      </w:r>
      <w:r>
        <w:t>qubool kiye jayen aur Allah hum ko dunya o akhirat ke sath hissa ata farmaye.</w:t>
      </w:r>
    </w:p>
    <w:p>
      <w:pPr>
        <w:jc w:val="right"/>
      </w:pPr>
      <w:r>
        <w:t>قبول کیے جائیں اور اللہ ہم کو دنیا و آخرت کے ساتھ حصہ عطا فرمائے۔</w:t>
      </w:r>
    </w:p>
    <w:p>
      <w:r>
        <w:rPr>
          <w:b/>
        </w:rPr>
        <w:t xml:space="preserve">[1:01:12] </w:t>
      </w:r>
      <w:r>
        <w:t>aqool qawli hadha wastaghfirullaha li walakum ajmaeen qazi sahib hain ji ji Okay, we'll be starting with the</w:t>
      </w:r>
    </w:p>
    <w:p>
      <w:pPr>
        <w:jc w:val="right"/>
      </w:pPr>
      <w:r>
        <w:t>أقول قولي هذا واستغفراللہ لي ولكم اجمعین قاضی صاحب ہیں جی جی Okay, we'll be starting with the</w:t>
      </w:r>
    </w:p>
    <w:p>
      <w:r>
        <w:rPr>
          <w:b/>
        </w:rPr>
        <w:t xml:space="preserve">[1:01:20] </w:t>
      </w:r>
      <w:r>
        <w:t>question and answer session now.</w:t>
      </w:r>
    </w:p>
    <w:p>
      <w:pPr>
        <w:jc w:val="right"/>
      </w:pPr>
      <w:r>
        <w:t>question and answer session now.</w:t>
      </w:r>
    </w:p>
    <w:p>
      <w:r>
        <w:rPr>
          <w:b/>
        </w:rPr>
        <w:t xml:space="preserve">[1:01:29] </w:t>
      </w:r>
      <w:r>
        <w:t>we request the online viewers to send their questions on info@cpsglobal.org. i repeat, info@cpsglobal.org.</w:t>
      </w:r>
    </w:p>
    <w:p>
      <w:pPr>
        <w:jc w:val="right"/>
      </w:pPr>
      <w:r>
        <w:t>We request the online viewers to send their questions on info@cpsglobal.org. I repeat, info@cpsglobal.org.</w:t>
      </w:r>
    </w:p>
    <w:p>
      <w:r>
        <w:rPr>
          <w:b/>
        </w:rPr>
        <w:t xml:space="preserve">[1:01:43] </w:t>
      </w:r>
      <w:r>
        <w:t>maulana, yeh sawal aaya hai karachi pakistan se miss saira latif ka.</w:t>
      </w:r>
    </w:p>
    <w:p>
      <w:pPr>
        <w:jc w:val="right"/>
      </w:pPr>
      <w:r>
        <w:t>مولانا، یہ سوال آیا ہے کراچی پاکستان سے مس سائرہ لطیف کا۔</w:t>
      </w:r>
    </w:p>
    <w:p>
      <w:r>
        <w:rPr>
          <w:b/>
        </w:rPr>
        <w:t xml:space="preserve">[1:01:49] </w:t>
      </w:r>
      <w:r>
        <w:t>unhon ne likha hai: "eid al-adha ke din qurbani karne ki sharai hesiyat kya hai? kya qurbani karna</w:t>
      </w:r>
    </w:p>
    <w:p>
      <w:pPr>
        <w:jc w:val="right"/>
      </w:pPr>
      <w:r>
        <w:t>انہوں نے لکھا ہے: "عید الاضحی کے دن قربانی کرنے کی شرعی حیثیت کیا ہے؟ کیا قربانی کرنا</w:t>
      </w:r>
    </w:p>
    <w:p>
      <w:r>
        <w:rPr>
          <w:b/>
        </w:rPr>
        <w:t xml:space="preserve">[1:01:56] </w:t>
      </w:r>
      <w:r>
        <w:t>farz hai ya sunnat hai ya nafl? kya ek qarzdaar qurbani kar sakta hai? hadith mein aaya</w:t>
      </w:r>
    </w:p>
    <w:p>
      <w:pPr>
        <w:jc w:val="right"/>
      </w:pPr>
      <w:r>
        <w:t>فرض ہے یا سنت ہے یا نفل؟ کیا ایک قرض دار قربانی کر سکتا ہے؟ حدیث میں آیا</w:t>
      </w:r>
    </w:p>
    <w:p>
      <w:r>
        <w:rPr>
          <w:b/>
        </w:rPr>
        <w:t xml:space="preserve">[1:02:02] </w:t>
      </w:r>
      <w:r>
        <w:t>hai ke jo shakhs qurbani na kare, woh hamare eidgah mein na aaye.</w:t>
      </w:r>
    </w:p>
    <w:p>
      <w:pPr>
        <w:jc w:val="right"/>
      </w:pPr>
      <w:r>
        <w:t>ہے کہ جو شخص قربانی نہ کرے، وہ ہمارے عید گاہ میں نہ آئے۔</w:t>
      </w:r>
    </w:p>
    <w:p>
      <w:r>
        <w:rPr>
          <w:b/>
        </w:rPr>
        <w:t xml:space="preserve">[1:02:09] </w:t>
      </w:r>
      <w:r>
        <w:t>is hadith ka matlab kya hai? wazahat karen." dekhiye, aaj mein ne jo baatein kahi hain, woh isi</w:t>
      </w:r>
    </w:p>
    <w:p>
      <w:pPr>
        <w:jc w:val="right"/>
      </w:pPr>
      <w:r>
        <w:t>اس حدیث کا مطلب کیا ہے؟ وضاحت کریں۔" دیکھیے، آج میں نے جو باتیں کہی ہیں، وہ اسی</w:t>
      </w:r>
    </w:p>
    <w:p>
      <w:r>
        <w:rPr>
          <w:b/>
        </w:rPr>
        <w:t xml:space="preserve">[1:02:15] </w:t>
      </w:r>
      <w:r>
        <w:t>mozu par theen.</w:t>
      </w:r>
    </w:p>
    <w:p>
      <w:pPr>
        <w:jc w:val="right"/>
      </w:pPr>
      <w:r>
        <w:t>موضوع پر تھیں۔</w:t>
      </w:r>
    </w:p>
    <w:p>
      <w:r>
        <w:rPr>
          <w:b/>
        </w:rPr>
        <w:t xml:space="preserve">[1:02:22] </w:t>
      </w:r>
      <w:r>
        <w:t>aaj meri jo taqreer hai, is ko aap dobara suniye aur meri kitab hai "haqeeqat hajj", is ko parhiye.</w:t>
      </w:r>
    </w:p>
    <w:p>
      <w:pPr>
        <w:jc w:val="right"/>
      </w:pPr>
      <w:r>
        <w:t>آج میری جو تقریر ہے، اس کو آپ دوبارہ سنیے اور میری کتاب ہے "حقیقت حج"، اس کو پڑھیے۔</w:t>
      </w:r>
    </w:p>
    <w:p>
      <w:r>
        <w:rPr>
          <w:b/>
        </w:rPr>
        <w:t xml:space="preserve">[1:02:29] </w:t>
      </w:r>
      <w:r>
        <w:t>phir is ke baad ayenda aap sawal kijiye.</w:t>
      </w:r>
    </w:p>
    <w:p>
      <w:pPr>
        <w:jc w:val="right"/>
      </w:pPr>
      <w:r>
        <w:t>پھر اس کے بعد آئندہ آپ سوال کیجئے۔</w:t>
      </w:r>
    </w:p>
    <w:p>
      <w:r>
        <w:rPr>
          <w:b/>
        </w:rPr>
        <w:t xml:space="preserve">[1:02:35] </w:t>
      </w:r>
      <w:r>
        <w:t>aaj ki taqreer ko dobara suniye aur "haqeeqat hajj" ka mutala kijiye.</w:t>
      </w:r>
    </w:p>
    <w:p>
      <w:pPr>
        <w:jc w:val="right"/>
      </w:pPr>
      <w:r>
        <w:t>آج کی تقریر کو دوبارہ سنیے اور "حقیقت حج" کا مطالعہ کیجئے۔</w:t>
      </w:r>
    </w:p>
    <w:p>
      <w:r>
        <w:rPr>
          <w:b/>
        </w:rPr>
        <w:t xml:space="preserve">[1:02:42] </w:t>
      </w:r>
      <w:r>
        <w:t>is ke baad jo aap ke zehn mein sawal hai, woh agle ijtima, agle sunday mein kijiye.</w:t>
      </w:r>
    </w:p>
    <w:p>
      <w:pPr>
        <w:jc w:val="right"/>
      </w:pPr>
      <w:r>
        <w:t>اس کے بعد جو آپ کے ذہن میں سوال ہے، وہ اگلے اجتماع، اگلے سنڈے میں کیجئے۔</w:t>
      </w:r>
    </w:p>
    <w:p>
      <w:r>
        <w:rPr>
          <w:b/>
        </w:rPr>
        <w:t xml:space="preserve">[1:02:48] </w:t>
      </w:r>
      <w:r>
        <w:t>maulana, agla sawal aaya hai mister ramesh krishnan ka bangalore se.</w:t>
      </w:r>
    </w:p>
    <w:p>
      <w:pPr>
        <w:jc w:val="right"/>
      </w:pPr>
      <w:r>
        <w:t>مولانا، اگلا سوال آیا ہے مسٹر رمیش کرشنن کا بنگلور سے۔</w:t>
      </w:r>
    </w:p>
    <w:p>
      <w:r>
        <w:rPr>
          <w:b/>
        </w:rPr>
        <w:t xml:space="preserve">[1:02:55] </w:t>
      </w:r>
      <w:r>
        <w:t>unhon ne likha hai: "What is the significance of the CPS Sunday lectures?</w:t>
      </w:r>
    </w:p>
    <w:p>
      <w:pPr>
        <w:jc w:val="right"/>
      </w:pPr>
      <w:r>
        <w:t>انہوں نے لکھا ہے: "What is the significance of the CPS Sunday lectures?</w:t>
      </w:r>
    </w:p>
    <w:p>
      <w:r>
        <w:rPr>
          <w:b/>
        </w:rPr>
        <w:t xml:space="preserve">[1:03:02] </w:t>
      </w:r>
      <w:r>
        <w:t>Kindly let me know." ab mein is ke baray mein kya kahoon? yahi keh sakta hoon ke aap</w:t>
      </w:r>
    </w:p>
    <w:p>
      <w:pPr>
        <w:jc w:val="right"/>
      </w:pPr>
      <w:r>
        <w:t>Kindly let me know." اب میں اس کے بارے میں کیا کہوں؟ یہی کہہ سکتا ہوں کہ آپ</w:t>
      </w:r>
    </w:p>
    <w:p>
      <w:r>
        <w:rPr>
          <w:b/>
        </w:rPr>
        <w:t xml:space="preserve">[1:03:07] </w:t>
      </w:r>
      <w:r>
        <w:t>ya to is mein shareek huiye ya aap internet se suniye.</w:t>
      </w:r>
    </w:p>
    <w:p>
      <w:pPr>
        <w:jc w:val="right"/>
      </w:pPr>
      <w:r>
        <w:t>یا تو اس میں شریک ہوئیے یا آپ انٹرنیٹ سے سنیے۔</w:t>
      </w:r>
    </w:p>
    <w:p>
      <w:r>
        <w:rPr>
          <w:b/>
        </w:rPr>
        <w:t xml:space="preserve">[1:03:13] </w:t>
      </w:r>
      <w:r>
        <w:t>kam se kam ek mahina regular tareeqay se a se z tak suniye aur do bar suniye.</w:t>
      </w:r>
    </w:p>
    <w:p>
      <w:pPr>
        <w:jc w:val="right"/>
      </w:pPr>
      <w:r>
        <w:t>کم سے کم ایک مہینہ ریگولر طریقے سے اے سے زیڈ تک سنیے اور دو بار سنیے۔</w:t>
      </w:r>
    </w:p>
    <w:p>
      <w:r>
        <w:rPr>
          <w:b/>
        </w:rPr>
        <w:t xml:space="preserve">[1:03:19] </w:t>
      </w:r>
      <w:r>
        <w:t>jab lecture hota hai, tab suniye aur phir is ko dobara suniye.</w:t>
      </w:r>
    </w:p>
    <w:p>
      <w:pPr>
        <w:jc w:val="right"/>
      </w:pPr>
      <w:r>
        <w:t>جب لیکچر ہوتا ہے، تب سنیے اور پھر اس کو دوبارہ سنیے۔</w:t>
      </w:r>
    </w:p>
    <w:p>
      <w:r>
        <w:rPr>
          <w:b/>
        </w:rPr>
        <w:t xml:space="preserve">[1:03:25] </w:t>
      </w:r>
      <w:r>
        <w:t>to ek mahine ka jo lecture hai, woh aath bar suniye, yani char bar direct aur aur char</w:t>
      </w:r>
    </w:p>
    <w:p>
      <w:pPr>
        <w:jc w:val="right"/>
      </w:pPr>
      <w:r>
        <w:t>تو ایک مہینے کا جو لیکچر ہے، وہ آٹھ بار سنیے، یعنی چار بار ڈائریکٹ اور اور چار</w:t>
      </w:r>
    </w:p>
    <w:p>
      <w:r>
        <w:rPr>
          <w:b/>
        </w:rPr>
        <w:t xml:space="preserve">[1:03:31] </w:t>
      </w:r>
      <w:r>
        <w:t>baar is ka dobara.</w:t>
      </w:r>
    </w:p>
    <w:p>
      <w:pPr>
        <w:jc w:val="right"/>
      </w:pPr>
      <w:r>
        <w:t>بار اس کا دوبارہ۔</w:t>
      </w:r>
    </w:p>
    <w:p>
      <w:r>
        <w:rPr>
          <w:b/>
        </w:rPr>
        <w:t xml:space="preserve">[1:03:37] </w:t>
      </w:r>
      <w:r>
        <w:t>is ke baad aap ke samne agar yeh wazeh na ho, phir mujh se sawal kijiye.</w:t>
      </w:r>
    </w:p>
    <w:p>
      <w:pPr>
        <w:jc w:val="right"/>
      </w:pPr>
      <w:r>
        <w:t>اس کے بعد آپ کے سامنے اگر یہ واضح نہ ہو، پھر مجھ سے سوال کیجئے۔</w:t>
      </w:r>
    </w:p>
    <w:p>
      <w:r>
        <w:rPr>
          <w:b/>
        </w:rPr>
        <w:t xml:space="preserve">[1:03:43] </w:t>
      </w:r>
      <w:r>
        <w:t>ghaaliban aap ne yeh regular tor par suna nahi hai ya suna hai to is ko poore tareeqe</w:t>
      </w:r>
    </w:p>
    <w:p>
      <w:pPr>
        <w:jc w:val="right"/>
      </w:pPr>
      <w:r>
        <w:t>غالباً آپ نے یہ ریگولر طور پر سنا نہیں ہے یا سنا ہے تو اس کو پورے طریقے</w:t>
      </w:r>
    </w:p>
    <w:p>
      <w:r>
        <w:rPr>
          <w:b/>
        </w:rPr>
        <w:t xml:space="preserve">[1:03:48] </w:t>
      </w:r>
      <w:r>
        <w:t>se nahi suna hai, aadha suna, aadha nahi suna.</w:t>
      </w:r>
    </w:p>
    <w:p>
      <w:pPr>
        <w:jc w:val="right"/>
      </w:pPr>
      <w:r>
        <w:t>سے نہیں سنا ہے، آدھا سنا، آدھا نہیں سنا۔</w:t>
      </w:r>
    </w:p>
    <w:p>
      <w:r>
        <w:rPr>
          <w:b/>
        </w:rPr>
        <w:t xml:space="preserve">[1:03:54] </w:t>
      </w:r>
      <w:r>
        <w:t>is tarah ke lecture dekhiye, A se Z tak sunna parta hai.</w:t>
      </w:r>
    </w:p>
    <w:p>
      <w:pPr>
        <w:jc w:val="right"/>
      </w:pPr>
      <w:r>
        <w:t>اس طرح کے لیکچر دیکھیے، اے سے زیڈ تک سننا پڑتا ہے۔</w:t>
      </w:r>
    </w:p>
    <w:p>
      <w:r>
        <w:rPr>
          <w:b/>
        </w:rPr>
        <w:t xml:space="preserve">[1:04:00] </w:t>
      </w:r>
      <w:r>
        <w:t>misalan yahan bhi jo log der mein aate hain, mere had tak woh nahi aate.</w:t>
      </w:r>
    </w:p>
    <w:p>
      <w:pPr>
        <w:jc w:val="right"/>
      </w:pPr>
      <w:r>
        <w:t>مثلاً یہاں بھی جو لوگ دیر میں آتے ہیں، میرے حد تک وہ نہیں آتے۔</w:t>
      </w:r>
    </w:p>
    <w:p>
      <w:r>
        <w:rPr>
          <w:b/>
        </w:rPr>
        <w:t xml:space="preserve">[1:04:06] </w:t>
      </w:r>
      <w:r>
        <w:t>der mein aana aur na aana dono barabar hain.</w:t>
      </w:r>
    </w:p>
    <w:p>
      <w:pPr>
        <w:jc w:val="right"/>
      </w:pPr>
      <w:r>
        <w:t>دیر میں آنا اور نہ آنا دونوں برابر ہیں۔</w:t>
      </w:r>
    </w:p>
    <w:p>
      <w:r>
        <w:rPr>
          <w:b/>
        </w:rPr>
        <w:t xml:space="preserve">[1:04:12] </w:t>
      </w:r>
      <w:r>
        <w:t>khud yahan pe jo log aate hain, un mein jo shakhs der mein aata hai, mere had tak</w:t>
      </w:r>
    </w:p>
    <w:p>
      <w:pPr>
        <w:jc w:val="right"/>
      </w:pPr>
      <w:r>
        <w:t>خود یہاں پہ جو لوگ آتے ہیں، ان میں جو شخص دیر میں آتا ہے، میرے حد تک</w:t>
      </w:r>
    </w:p>
    <w:p>
      <w:r>
        <w:rPr>
          <w:b/>
        </w:rPr>
        <w:t xml:space="preserve">[1:04:18] </w:t>
      </w:r>
      <w:r>
        <w:t>woh nahi aata.</w:t>
      </w:r>
    </w:p>
    <w:p>
      <w:pPr>
        <w:jc w:val="right"/>
      </w:pPr>
      <w:r>
        <w:t>وہ نہیں آتا۔</w:t>
      </w:r>
    </w:p>
    <w:p>
      <w:r>
        <w:rPr>
          <w:b/>
        </w:rPr>
        <w:t xml:space="preserve">[1:04:24] </w:t>
      </w:r>
      <w:r>
        <w:t>jo der mein aata hai, woh nahi aata.</w:t>
      </w:r>
    </w:p>
    <w:p>
      <w:pPr>
        <w:jc w:val="right"/>
      </w:pPr>
      <w:r>
        <w:t>جو دیر میں آتا ہے، وہ نہیں آتا۔</w:t>
      </w:r>
    </w:p>
    <w:p>
      <w:r>
        <w:rPr>
          <w:b/>
        </w:rPr>
        <w:t xml:space="preserve">[1:04:30] </w:t>
      </w:r>
      <w:r>
        <w:t>is ka aana, na aana dono woh kuch nahi samjhe ga.</w:t>
      </w:r>
    </w:p>
    <w:p>
      <w:pPr>
        <w:jc w:val="right"/>
      </w:pPr>
      <w:r>
        <w:t>اس کا آنا، نہ آنا دونوں وہ کچھ نہیں سمجھے گا۔</w:t>
      </w:r>
    </w:p>
    <w:p>
      <w:r>
        <w:rPr>
          <w:b/>
        </w:rPr>
        <w:t xml:space="preserve">[1:04:35] </w:t>
      </w:r>
      <w:r>
        <w:t>woh kuch bhi nahi samjhe ga.</w:t>
      </w:r>
    </w:p>
    <w:p>
      <w:pPr>
        <w:jc w:val="right"/>
      </w:pPr>
      <w:r>
        <w:t>وہ کچھ بھی نہیں سمجھے گا۔</w:t>
      </w:r>
    </w:p>
    <w:p>
      <w:r>
        <w:rPr>
          <w:b/>
        </w:rPr>
        <w:t xml:space="preserve">[1:04:41] </w:t>
      </w:r>
      <w:r>
        <w:t>woh is wajah se poora lecture sunna aur dobara aik baar aur sunna, tab ja kar aadmi samjhe</w:t>
      </w:r>
    </w:p>
    <w:p>
      <w:pPr>
        <w:jc w:val="right"/>
      </w:pPr>
      <w:r>
        <w:t>وہ اس وجہ سے پورا لیکچر سننا اور دوبارہ ایک بار اور سننا، تب جا کر آدمی سمجھے</w:t>
      </w:r>
    </w:p>
    <w:p>
      <w:r>
        <w:rPr>
          <w:b/>
        </w:rPr>
        <w:t xml:space="preserve">[1:04:47] </w:t>
      </w:r>
      <w:r>
        <w:t>ga ke kia mission hai, kia purpose hai.</w:t>
      </w:r>
    </w:p>
    <w:p>
      <w:pPr>
        <w:jc w:val="right"/>
      </w:pPr>
      <w:r>
        <w:t>گا کہ کیا مشن ہے، کیا پرپس ہے۔</w:t>
      </w:r>
    </w:p>
    <w:p>
      <w:r>
        <w:rPr>
          <w:b/>
        </w:rPr>
        <w:t xml:space="preserve">[1:04:53] </w:t>
      </w:r>
      <w:r>
        <w:t>to yeh sawal abhi mere nazdeek complete nahi hai.</w:t>
      </w:r>
    </w:p>
    <w:p>
      <w:pPr>
        <w:jc w:val="right"/>
      </w:pPr>
      <w:r>
        <w:t>تو یہ سوال ابھی میرے نزدیک کمپلیٹ نہیں ہے۔</w:t>
      </w:r>
    </w:p>
    <w:p>
      <w:r>
        <w:rPr>
          <w:b/>
        </w:rPr>
        <w:t xml:space="preserve">[1:04:59] </w:t>
      </w:r>
      <w:r>
        <w:t>is tareeqe se jis tarah mein arz kar raha hoon, is tarah se is ki shart poori kijiye,</w:t>
      </w:r>
    </w:p>
    <w:p>
      <w:pPr>
        <w:jc w:val="right"/>
      </w:pPr>
      <w:r>
        <w:t>اس طریقے سے جس طرح میں عرض کر رہا ہوں، اس طرح سے اس کی شرط پوری کیجئے،</w:t>
      </w:r>
    </w:p>
    <w:p>
      <w:r>
        <w:rPr>
          <w:b/>
        </w:rPr>
        <w:t xml:space="preserve">[1:05:05] </w:t>
      </w:r>
      <w:r>
        <w:t>phir sawal kijiye.</w:t>
      </w:r>
    </w:p>
    <w:p>
      <w:pPr>
        <w:jc w:val="right"/>
      </w:pPr>
      <w:r>
        <w:t>پھر سوال کیجئے۔</w:t>
      </w:r>
    </w:p>
    <w:p>
      <w:r>
        <w:rPr>
          <w:b/>
        </w:rPr>
        <w:t xml:space="preserve">[1:05:11] </w:t>
      </w:r>
      <w:r>
        <w:t>aap Maulana, agla aik comment aur sawal hai jo Karachi Pakistan se hai.</w:t>
      </w:r>
    </w:p>
    <w:p>
      <w:pPr>
        <w:jc w:val="right"/>
      </w:pPr>
      <w:r>
        <w:t>آپ مولانا، اگلا ایک کمنٹ اور سوال ہے جو کراچی پاکستان سے ہے۔</w:t>
      </w:r>
    </w:p>
    <w:p>
      <w:r>
        <w:rPr>
          <w:b/>
        </w:rPr>
        <w:t xml:space="preserve">[1:05:16] </w:t>
      </w:r>
      <w:r>
        <w:t>Abdul Latif sahib ne bheja hai.</w:t>
      </w:r>
    </w:p>
    <w:p>
      <w:pPr>
        <w:jc w:val="right"/>
      </w:pPr>
      <w:r>
        <w:t>عبداللطیف صاحب نے بھیجا ہے۔</w:t>
      </w:r>
    </w:p>
    <w:p>
      <w:r>
        <w:rPr>
          <w:b/>
        </w:rPr>
        <w:t xml:space="preserve">[1:05:22] </w:t>
      </w:r>
      <w:r>
        <w:t>unhon ne likha hai: "main kon hoon? meri zindagi ka maqsad kia hai? mujhe kyun paida kiya gaya</w:t>
      </w:r>
    </w:p>
    <w:p>
      <w:pPr>
        <w:jc w:val="right"/>
      </w:pPr>
      <w:r>
        <w:t>انہوں نے لکھا ہے: "میں کون ہوں؟ میری زندگی کا مقصد کیا ہے؟ مجھے کیوں پیدا کیا گیا</w:t>
      </w:r>
    </w:p>
    <w:p>
      <w:r>
        <w:rPr>
          <w:b/>
        </w:rPr>
        <w:t xml:space="preserve">[1:05:28] </w:t>
      </w:r>
      <w:r>
        <w:t>hai? maut kia hai? jannat aur jahannum ki haqeeqat kia hai?" yeh woh sawal hai jis se aaj</w:t>
      </w:r>
    </w:p>
    <w:p>
      <w:pPr>
        <w:jc w:val="right"/>
      </w:pPr>
      <w:r>
        <w:t>ہے؟ موت کیا ہے؟ جنت اور جہنم کی حقیقت کیا ہے؟" یہ وہ سوال ہے جس سے آج</w:t>
      </w:r>
    </w:p>
    <w:p>
      <w:r>
        <w:rPr>
          <w:b/>
        </w:rPr>
        <w:t xml:space="preserve">[1:05:34] </w:t>
      </w:r>
      <w:r>
        <w:t>ka insaan, chahe musalman ho ya non-muslim, ghafil hai.</w:t>
      </w:r>
    </w:p>
    <w:p>
      <w:pPr>
        <w:jc w:val="right"/>
      </w:pPr>
      <w:r>
        <w:t>کا انسان، چاہے مسلمان ہو یا نان مسلم، غافل ہے۔</w:t>
      </w:r>
    </w:p>
    <w:p>
      <w:r>
        <w:rPr>
          <w:b/>
        </w:rPr>
        <w:t xml:space="preserve">[1:05:40] </w:t>
      </w:r>
      <w:r>
        <w:t>yeh sirf CPS hai jo aaj ke daur mein dawat ke zariye in sawalat se duniya</w:t>
      </w:r>
    </w:p>
    <w:p>
      <w:pPr>
        <w:jc w:val="right"/>
      </w:pPr>
      <w:r>
        <w:t>یہ صرف سی پی ایس ہے جو آج کے دور میں دعوت کے ذریعے ان سوالات سے دنیا</w:t>
      </w:r>
    </w:p>
    <w:p>
      <w:r>
        <w:rPr>
          <w:b/>
        </w:rPr>
        <w:t xml:space="preserve">[1:05:46] </w:t>
      </w:r>
      <w:r>
        <w:t>ko, duniya ke tamam insanon ko ba-khabar kar raha hai.</w:t>
      </w:r>
    </w:p>
    <w:p>
      <w:pPr>
        <w:jc w:val="right"/>
      </w:pPr>
      <w:r>
        <w:t>کو، دنیا کے تمام انسانوں کو باخبر کر رہا ہے۔</w:t>
      </w:r>
    </w:p>
    <w:p>
      <w:r>
        <w:rPr>
          <w:b/>
        </w:rPr>
        <w:t xml:space="preserve">[1:05:52] </w:t>
      </w:r>
      <w:r>
        <w:t>mujhe maloom nahi hai ke kyun ummat, ummat ulma is mission ki mukhalifat kar raha hai.</w:t>
      </w:r>
    </w:p>
    <w:p>
      <w:pPr>
        <w:jc w:val="right"/>
      </w:pPr>
      <w:r>
        <w:t>مجھے معلوم نہیں ہے کہ کیوں امت، امت علماء اس مشن کی مخالفت کر رہا ہے۔</w:t>
      </w:r>
    </w:p>
    <w:p>
      <w:r>
        <w:rPr>
          <w:b/>
        </w:rPr>
        <w:t xml:space="preserve">[1:05:58] </w:t>
      </w:r>
      <w:r>
        <w:t>haan, theek kaha hai unhon ne.</w:t>
      </w:r>
    </w:p>
    <w:p>
      <w:pPr>
        <w:jc w:val="right"/>
      </w:pPr>
      <w:r>
        <w:t>ہاں، ٹھیک کہا ہے انہوں نے۔</w:t>
      </w:r>
    </w:p>
    <w:p>
      <w:r>
        <w:rPr>
          <w:b/>
        </w:rPr>
        <w:t xml:space="preserve">[1:06:03] </w:t>
      </w:r>
      <w:r>
        <w:t>is ka jo nature hai, is ko sahi tor par bataya hi nahin hai.</w:t>
      </w:r>
    </w:p>
    <w:p>
      <w:pPr>
        <w:jc w:val="right"/>
      </w:pPr>
      <w:r>
        <w:t>اس کا جو نیچر ہے، اس کو صحیح طور پر بتایا ہی نہیں ہے۔</w:t>
      </w:r>
    </w:p>
    <w:p>
      <w:r>
        <w:rPr>
          <w:b/>
        </w:rPr>
        <w:t xml:space="preserve">[1:06:09] </w:t>
      </w:r>
      <w:r>
        <w:t>mujhe is se ittefaq hai.</w:t>
      </w:r>
    </w:p>
    <w:p>
      <w:pPr>
        <w:jc w:val="right"/>
      </w:pPr>
      <w:r>
        <w:t>مجھے اس سے اتفاق ہے۔</w:t>
      </w:r>
    </w:p>
    <w:p>
      <w:r>
        <w:rPr>
          <w:b/>
        </w:rPr>
        <w:t xml:space="preserve">[1:06:15] </w:t>
      </w:r>
      <w:r>
        <w:t>maulana, agla sawal dilli se hai.</w:t>
      </w:r>
    </w:p>
    <w:p>
      <w:pPr>
        <w:jc w:val="right"/>
      </w:pPr>
      <w:r>
        <w:t>مولانا، اگلا سوال دلی سے ہے۔</w:t>
      </w:r>
    </w:p>
    <w:p>
      <w:r>
        <w:rPr>
          <w:b/>
        </w:rPr>
        <w:t xml:space="preserve">[1:06:21] </w:t>
      </w:r>
      <w:r>
        <w:t>miss naghma siddiqui ka.</w:t>
      </w:r>
    </w:p>
    <w:p>
      <w:pPr>
        <w:jc w:val="right"/>
      </w:pPr>
      <w:r>
        <w:t>مس نغمہ صدیقی کا۔</w:t>
      </w:r>
    </w:p>
    <w:p>
      <w:r>
        <w:rPr>
          <w:b/>
        </w:rPr>
        <w:t xml:space="preserve">[1:06:27] </w:t>
      </w:r>
      <w:r>
        <w:t>unhon ne likha hai: "When we explain to Muslims that دعویٰ الا اللہ is the responsibility, it does</w:t>
      </w:r>
    </w:p>
    <w:p>
      <w:pPr>
        <w:jc w:val="right"/>
      </w:pPr>
      <w:r>
        <w:t>انہوں نے لکھا ہے: "When we explain to Muslims that دعویٰ الا اللہ is the responsibility, it does</w:t>
      </w:r>
    </w:p>
    <w:p>
      <w:r>
        <w:rPr>
          <w:b/>
        </w:rPr>
        <w:t xml:space="preserve">[1:06:33] </w:t>
      </w:r>
      <w:r>
        <w:t>not get any positive response.</w:t>
      </w:r>
    </w:p>
    <w:p>
      <w:pPr>
        <w:jc w:val="right"/>
      </w:pPr>
      <w:r>
        <w:t>not get any positive response.</w:t>
      </w:r>
    </w:p>
    <w:p>
      <w:r>
        <w:rPr>
          <w:b/>
        </w:rPr>
        <w:t xml:space="preserve">[1:06:39] </w:t>
      </w:r>
      <w:r>
        <w:t>They say yes, it is good, but continue to do either their social or milli work.</w:t>
      </w:r>
    </w:p>
    <w:p>
      <w:pPr>
        <w:jc w:val="right"/>
      </w:pPr>
      <w:r>
        <w:t>They say yes, it is good, but continue to do either their social or milli work.</w:t>
      </w:r>
    </w:p>
    <w:p>
      <w:r>
        <w:rPr>
          <w:b/>
        </w:rPr>
        <w:t xml:space="preserve">[1:06:45] </w:t>
      </w:r>
      <w:r>
        <w:t>molana, when the task is so big and Muslims are not giving a positive response, what should we do?</w:t>
      </w:r>
    </w:p>
    <w:p>
      <w:pPr>
        <w:jc w:val="right"/>
      </w:pPr>
      <w:r>
        <w:t>مولانا، when the task is so big and Muslims are not giving a positive response, what should we do?</w:t>
      </w:r>
    </w:p>
    <w:p>
      <w:r>
        <w:rPr>
          <w:b/>
        </w:rPr>
        <w:t xml:space="preserve">[1:06:50] </w:t>
      </w:r>
      <w:r>
        <w:t>"dekhen, social work, milli work, yeh to koi kaam nahin hai mere nazdeek, na islami aitbaar se</w:t>
      </w:r>
    </w:p>
    <w:p>
      <w:pPr>
        <w:jc w:val="right"/>
      </w:pPr>
      <w:r>
        <w:t>" دیکھیں، سوشل ورک، مللی ورک، یہ تو کوئی کام نہیں ہے میرے نزدیک، نہ اسلامی اعتبار سے</w:t>
      </w:r>
    </w:p>
    <w:p>
      <w:r>
        <w:rPr>
          <w:b/>
        </w:rPr>
        <w:t xml:space="preserve">[1:06:55] </w:t>
      </w:r>
      <w:r>
        <w:t>aur na aqal ke aitbaar se.</w:t>
      </w:r>
    </w:p>
    <w:p>
      <w:pPr>
        <w:jc w:val="right"/>
      </w:pPr>
      <w:r>
        <w:t>اور نہ عقل کے اعتبار سے۔</w:t>
      </w:r>
    </w:p>
    <w:p>
      <w:r>
        <w:rPr>
          <w:b/>
        </w:rPr>
        <w:t xml:space="preserve">[1:07:00] </w:t>
      </w:r>
      <w:r>
        <w:t>is liye hamara islami aitbaar se yeh hai ke rasool Allah ki zindagi mein hamein koi aisa namoona</w:t>
      </w:r>
    </w:p>
    <w:p>
      <w:pPr>
        <w:jc w:val="right"/>
      </w:pPr>
      <w:r>
        <w:t>اس لیے ہمارا اسلامی اعتبار سے یہ ہے کہ رسول اللہ کی زندگی میں ہمیں کوئی ایسا نمونہ</w:t>
      </w:r>
    </w:p>
    <w:p>
      <w:r>
        <w:rPr>
          <w:b/>
        </w:rPr>
        <w:t xml:space="preserve">[1:07:05] </w:t>
      </w:r>
      <w:r>
        <w:t>nahin milta ke aap ne social work kiya, milli work kiya ho, aap ne sirf دعویٰ work kiya.</w:t>
      </w:r>
    </w:p>
    <w:p>
      <w:pPr>
        <w:jc w:val="right"/>
      </w:pPr>
      <w:r>
        <w:t>نہیں ملتا کہ آپ نے سوشل ورک کیا، مللی ورک کیا ہو، آپ نے صرف دعویٰ ورک کیا۔</w:t>
      </w:r>
    </w:p>
    <w:p>
      <w:r>
        <w:rPr>
          <w:b/>
        </w:rPr>
        <w:t xml:space="preserve">[1:07:10] </w:t>
      </w:r>
      <w:r>
        <w:t>is ke baray mein main likh chuka hoon tafseel se, aap parh sakte hain ke rasool Allah ne</w:t>
      </w:r>
    </w:p>
    <w:p>
      <w:pPr>
        <w:jc w:val="right"/>
      </w:pPr>
      <w:r>
        <w:t>اس کے بارے میں میں لکھ چکا ہوں تفصیل سے، آپ پڑھ سکتے ہیں کہ رسول اللہ نے</w:t>
      </w:r>
    </w:p>
    <w:p>
      <w:r>
        <w:rPr>
          <w:b/>
        </w:rPr>
        <w:t xml:space="preserve">[1:07:15] </w:t>
      </w:r>
      <w:r>
        <w:t>kabhi bhi yeh kaam nahin kiya.</w:t>
      </w:r>
    </w:p>
    <w:p>
      <w:pPr>
        <w:jc w:val="right"/>
      </w:pPr>
      <w:r>
        <w:t>کبھی بھی یہ کام نہیں کیا۔</w:t>
      </w:r>
    </w:p>
    <w:p>
      <w:r>
        <w:rPr>
          <w:b/>
        </w:rPr>
        <w:t xml:space="preserve">[1:07:20] </w:t>
      </w:r>
      <w:r>
        <w:t>hata ke aap ko yeh kaam karne ke liye kaha gaya, is tarah ka kaam to aap ne</w:t>
      </w:r>
    </w:p>
    <w:p>
      <w:pPr>
        <w:jc w:val="right"/>
      </w:pPr>
      <w:r>
        <w:t>حتیٰ کہ آپ کو یہ کام کرنے کے لیے کہا گیا، اس طرح کا کام تو آپ نے</w:t>
      </w:r>
    </w:p>
    <w:p>
      <w:r>
        <w:rPr>
          <w:b/>
        </w:rPr>
        <w:t xml:space="preserve">[1:07:25] </w:t>
      </w:r>
      <w:r>
        <w:t>kaha ke ma lihaza buis'tum alaikum main is ke liye nahin bheja gaya hoon.</w:t>
      </w:r>
    </w:p>
    <w:p>
      <w:pPr>
        <w:jc w:val="right"/>
      </w:pPr>
      <w:r>
        <w:t>کہا کہ ما لہذا بعثت علیکم میں اس کے لیے نہیں بھیجا گیا ہوں۔</w:t>
      </w:r>
    </w:p>
    <w:p>
      <w:r>
        <w:rPr>
          <w:b/>
        </w:rPr>
        <w:t xml:space="preserve">[1:07:30] </w:t>
      </w:r>
      <w:r>
        <w:t>yeh yeh mera kaam to da'wat Allah hai.</w:t>
      </w:r>
    </w:p>
    <w:p>
      <w:pPr>
        <w:jc w:val="right"/>
      </w:pPr>
      <w:r>
        <w:t>یہ یہ میرا کام تو دعوت اللہ ہے۔</w:t>
      </w:r>
    </w:p>
    <w:p>
      <w:r>
        <w:rPr>
          <w:b/>
        </w:rPr>
        <w:t xml:space="preserve">[1:07:35] </w:t>
      </w:r>
      <w:r>
        <w:t>aqal ka mamla yeh hai ke main aqli tor par bhi is ko absurd samajhta hoon.</w:t>
      </w:r>
    </w:p>
    <w:p>
      <w:pPr>
        <w:jc w:val="right"/>
      </w:pPr>
      <w:r>
        <w:t>عقل کا معاملہ یہ ہے کہ میں عقلی طور پر بھی اس کو ابسورٹ سمجھتا ہوں۔</w:t>
      </w:r>
    </w:p>
    <w:p>
      <w:r>
        <w:rPr>
          <w:b/>
        </w:rPr>
        <w:t xml:space="preserve">[1:07:40] </w:t>
      </w:r>
      <w:r>
        <w:t>is liye ke sab se bari cheez dekhiye, yeh nahin ke aap un ki help karen.</w:t>
      </w:r>
    </w:p>
    <w:p>
      <w:pPr>
        <w:jc w:val="right"/>
      </w:pPr>
      <w:r>
        <w:t>اس لیے کہ سب سے بڑی چیز دیکھیے، یہ نہیں کہ آپ ان کی ہیلپ کریں۔</w:t>
      </w:r>
    </w:p>
    <w:p>
      <w:r>
        <w:rPr>
          <w:b/>
        </w:rPr>
        <w:t xml:space="preserve">[1:07:45] </w:t>
      </w:r>
      <w:r>
        <w:t>sab se bari cheez aap ko incentive den, challenge ko face karne ki taqat paida karen.</w:t>
      </w:r>
    </w:p>
    <w:p>
      <w:pPr>
        <w:jc w:val="right"/>
      </w:pPr>
      <w:r>
        <w:t>سب سے بڑی چیز آپ کو انسنٹیو دیں، چیلنج کو فیس کرنے کی طاقت پیدا کریں۔</w:t>
      </w:r>
    </w:p>
    <w:p>
      <w:r>
        <w:rPr>
          <w:b/>
        </w:rPr>
        <w:t xml:space="preserve">[1:07:50] </w:t>
      </w:r>
      <w:r>
        <w:t>un ke andar aaj kal jo chala hua hai, muslim empowerment aur community empowerment, falan empowerment, yeh sab</w:t>
      </w:r>
    </w:p>
    <w:p>
      <w:pPr>
        <w:jc w:val="right"/>
      </w:pPr>
      <w:r>
        <w:t>ان کے اندر آج کل جو چلا ہوا ہے، مسلم ایمپاورمنٹ اور کمیونٹی ایمپاورمنٹ، فلاں ایمپاورمنٹ، یہ سب</w:t>
      </w:r>
    </w:p>
    <w:p>
      <w:r>
        <w:rPr>
          <w:b/>
        </w:rPr>
        <w:t xml:space="preserve">[1:07:56] </w:t>
      </w:r>
      <w:r>
        <w:t>bilkul absurd main samajhta hoon.</w:t>
      </w:r>
    </w:p>
    <w:p>
      <w:pPr>
        <w:jc w:val="right"/>
      </w:pPr>
      <w:r>
        <w:t>بالکل ایبسورٹ میں سمجھتا ہوں۔</w:t>
      </w:r>
    </w:p>
    <w:p>
      <w:r>
        <w:rPr>
          <w:b/>
        </w:rPr>
        <w:t xml:space="preserve">[1:08:01] </w:t>
      </w:r>
      <w:r>
        <w:t>is ko woh saare log jin ko kaha jata hai ke he was born with a silver spoon</w:t>
      </w:r>
    </w:p>
    <w:p>
      <w:pPr>
        <w:jc w:val="right"/>
      </w:pPr>
      <w:r>
        <w:t>اس کو وہ سارے لوگ جن کو کہا جاتا ہے کہ he was born with a silver spoon</w:t>
      </w:r>
    </w:p>
    <w:p>
      <w:r>
        <w:rPr>
          <w:b/>
        </w:rPr>
        <w:t xml:space="preserve">[1:08:06] </w:t>
      </w:r>
      <w:r>
        <w:t>in his mouth, mere to woh sab se zyada fail thay zindagi mein kyunke unhon ne challenge ko</w:t>
      </w:r>
    </w:p>
    <w:p>
      <w:pPr>
        <w:jc w:val="right"/>
      </w:pPr>
      <w:r>
        <w:t>in his باؤتھ، میرے تو وہ سب سے زیادہ فیل تھے زندگی میں کیونکہ انہوں نے چیلنج کو</w:t>
      </w:r>
    </w:p>
    <w:p>
      <w:r>
        <w:rPr>
          <w:b/>
        </w:rPr>
        <w:t xml:space="preserve">[1:08:11] </w:t>
      </w:r>
      <w:r>
        <w:t>face nahin kiya.</w:t>
      </w:r>
    </w:p>
    <w:p>
      <w:pPr>
        <w:jc w:val="right"/>
      </w:pPr>
      <w:r>
        <w:t>فیس نہیں کیا۔</w:t>
      </w:r>
    </w:p>
    <w:p>
      <w:r>
        <w:rPr>
          <w:b/>
        </w:rPr>
        <w:t xml:space="preserve">[1:08:16] </w:t>
      </w:r>
      <w:r>
        <w:t>un ke andar personality nahi bani, un ke andar incentive nahi ubhra.</w:t>
      </w:r>
    </w:p>
    <w:p>
      <w:pPr>
        <w:jc w:val="right"/>
      </w:pPr>
      <w:r>
        <w:t>ان کے اندر پرسنیلٹی نہیں بنی، ان کے اندر انسنٹیو نہیں ابھرا۔</w:t>
      </w:r>
    </w:p>
    <w:p>
      <w:r>
        <w:rPr>
          <w:b/>
        </w:rPr>
        <w:t xml:space="preserve">[1:08:21] </w:t>
      </w:r>
      <w:r>
        <w:t>to main is ko koi kaam nahi samajhta.</w:t>
      </w:r>
    </w:p>
    <w:p>
      <w:pPr>
        <w:jc w:val="right"/>
      </w:pPr>
      <w:r>
        <w:t>تو میں اس کو کوئی کام نہیں سمجھتا۔</w:t>
      </w:r>
    </w:p>
    <w:p>
      <w:r>
        <w:rPr>
          <w:b/>
        </w:rPr>
        <w:t xml:space="preserve">[1:08:26] </w:t>
      </w:r>
      <w:r>
        <w:t>jo kaam ko aik hi kaam ko main kaam samajhta hoon ke education, intehai aala mayar ki education,</w:t>
      </w:r>
    </w:p>
    <w:p>
      <w:pPr>
        <w:jc w:val="right"/>
      </w:pPr>
      <w:r>
        <w:t>جو کام کو ایک ہی کام کو میں کام سمجھتا ہوں کہ ایجوکیشن، انتہائی اعلیٰ معیار کی ایجوکیشن،</w:t>
      </w:r>
    </w:p>
    <w:p>
      <w:r>
        <w:rPr>
          <w:b/>
        </w:rPr>
        <w:t xml:space="preserve">[1:08:31] </w:t>
      </w:r>
      <w:r>
        <w:t>abhi bhi hamare mulk mein aala mayar ki education nahi hai.</w:t>
      </w:r>
    </w:p>
    <w:p>
      <w:pPr>
        <w:jc w:val="right"/>
      </w:pPr>
      <w:r>
        <w:t>ابھی بھی ہمارے ملک میں اعلیٰ معیار کی ایجوکیشن نہیں ہے۔</w:t>
      </w:r>
    </w:p>
    <w:p>
      <w:r>
        <w:rPr>
          <w:b/>
        </w:rPr>
        <w:t xml:space="preserve">[1:08:36] </w:t>
      </w:r>
      <w:r>
        <w:t>halankay beshumar log social work kar rahay hain, milli work kar rahay hain, is mein arbon kharbon</w:t>
      </w:r>
    </w:p>
    <w:p>
      <w:pPr>
        <w:jc w:val="right"/>
      </w:pPr>
      <w:r>
        <w:t>حالانکہ بے شمار لوگ سوشل ورک کر رہے ہیں، مللی ورک کر رہے ہیں، اس میں اربوں کھربوں</w:t>
      </w:r>
    </w:p>
    <w:p>
      <w:r>
        <w:rPr>
          <w:b/>
        </w:rPr>
        <w:t xml:space="preserve">[1:08:41] </w:t>
      </w:r>
      <w:r>
        <w:t>roopay kharch kar rahay hain.</w:t>
      </w:r>
    </w:p>
    <w:p>
      <w:pPr>
        <w:jc w:val="right"/>
      </w:pPr>
      <w:r>
        <w:t>روپے خرچ کر رہے ہیں۔</w:t>
      </w:r>
    </w:p>
    <w:p>
      <w:r>
        <w:rPr>
          <w:b/>
        </w:rPr>
        <w:t xml:space="preserve">[1:08:46] </w:t>
      </w:r>
      <w:r>
        <w:t>yeh sab mere nazdeek bilkul bekar kaam hai.</w:t>
      </w:r>
    </w:p>
    <w:p>
      <w:pPr>
        <w:jc w:val="right"/>
      </w:pPr>
      <w:r>
        <w:t>یہ سب میرے نزدیک بالکل بیکار کام ہے۔</w:t>
      </w:r>
    </w:p>
    <w:p>
      <w:r>
        <w:rPr>
          <w:b/>
        </w:rPr>
        <w:t xml:space="preserve">[1:08:51] </w:t>
      </w:r>
      <w:r>
        <w:t>islami aitbar se bhi, aqli aitbar se bhi, bohat aala darjay ka school kholain, lakhon ki tadad mein</w:t>
      </w:r>
    </w:p>
    <w:p>
      <w:pPr>
        <w:jc w:val="right"/>
      </w:pPr>
      <w:r>
        <w:t>اسلامی اعتبار سے بھی، عقلی اعتبار سے بھی، بہت اعلیٰ درجے کا اسکول کھولیں، لاکھوں کی تعداد میں</w:t>
      </w:r>
    </w:p>
    <w:p>
      <w:r>
        <w:rPr>
          <w:b/>
        </w:rPr>
        <w:t xml:space="preserve">[1:08:57] </w:t>
      </w:r>
      <w:r>
        <w:t>saaray mulk mein sara paisa is mein laga dain.</w:t>
      </w:r>
    </w:p>
    <w:p>
      <w:pPr>
        <w:jc w:val="right"/>
      </w:pPr>
      <w:r>
        <w:t>سارے ملک میں سارا پیسہ اس میں لگا دیں۔</w:t>
      </w:r>
    </w:p>
    <w:p>
      <w:r>
        <w:rPr>
          <w:b/>
        </w:rPr>
        <w:t xml:space="preserve">[1:09:02] </w:t>
      </w:r>
      <w:r>
        <w:t>yeh hai kaam.</w:t>
      </w:r>
    </w:p>
    <w:p>
      <w:pPr>
        <w:jc w:val="right"/>
      </w:pPr>
      <w:r>
        <w:t>یہ ہے کام۔</w:t>
      </w:r>
    </w:p>
    <w:p>
      <w:r>
        <w:rPr>
          <w:b/>
        </w:rPr>
        <w:t xml:space="preserve">[1:09:07] </w:t>
      </w:r>
      <w:r>
        <w:t>abhi bhi aala darjay ke school hamare mulk mein mojood nahi hain aur social work ki dhoom hai,</w:t>
      </w:r>
    </w:p>
    <w:p>
      <w:pPr>
        <w:jc w:val="right"/>
      </w:pPr>
      <w:r>
        <w:t>ابھی بھی اعلیٰ درجے کے اسکول ہمارے ملک میں موجود نہیں ہیں اور سوشل ورک کی دھوم ہے،</w:t>
      </w:r>
    </w:p>
    <w:p>
      <w:r>
        <w:rPr>
          <w:b/>
        </w:rPr>
        <w:t xml:space="preserve">[1:09:12] </w:t>
      </w:r>
      <w:r>
        <w:t>milli work ki dhoom hai.</w:t>
      </w:r>
    </w:p>
    <w:p>
      <w:pPr>
        <w:jc w:val="right"/>
      </w:pPr>
      <w:r>
        <w:t>مللی ورک کی دھوم ہے۔</w:t>
      </w:r>
    </w:p>
    <w:p>
      <w:r>
        <w:rPr>
          <w:b/>
        </w:rPr>
        <w:t xml:space="preserve">[1:09:17] </w:t>
      </w:r>
      <w:r>
        <w:t>to main is mamlay mein bohat hi sakht rai rakhta hoon.</w:t>
      </w:r>
    </w:p>
    <w:p>
      <w:pPr>
        <w:jc w:val="right"/>
      </w:pPr>
      <w:r>
        <w:t>تو میں اس معاملے میں بہت ہی سخت رائے رکھتا ہوں۔</w:t>
      </w:r>
    </w:p>
    <w:p>
      <w:r>
        <w:rPr>
          <w:b/>
        </w:rPr>
        <w:t xml:space="preserve">[1:09:22] </w:t>
      </w:r>
      <w:r>
        <w:t>un kaamoun ko main kaam nahi samajhta.</w:t>
      </w:r>
    </w:p>
    <w:p>
      <w:pPr>
        <w:jc w:val="right"/>
      </w:pPr>
      <w:r>
        <w:t>ان کاموں کو میں کام نہیں سمجھتا۔</w:t>
      </w:r>
    </w:p>
    <w:p>
      <w:r>
        <w:rPr>
          <w:b/>
        </w:rPr>
        <w:t xml:space="preserve">[1:09:27] </w:t>
      </w:r>
      <w:r>
        <w:t>main aik kaam samajhta hoon ke is is baat ko ke insan ka incentive jagaya jaye, motivate kiya jaye.</w:t>
      </w:r>
    </w:p>
    <w:p>
      <w:pPr>
        <w:jc w:val="right"/>
      </w:pPr>
      <w:r>
        <w:t>میں ایک کام سمجھتا ہوں کہ اس اس بات کو کہ انسان کا انسنٹیو جگایا جائے، موٹیویٹ کیا جائے۔</w:t>
      </w:r>
    </w:p>
    <w:p>
      <w:r>
        <w:rPr>
          <w:b/>
        </w:rPr>
        <w:t xml:space="preserve">[1:09:32] </w:t>
      </w:r>
      <w:r>
        <w:t>aur doosri baat yeh ke bohat hi high standard ki education di jaye is ko.</w:t>
      </w:r>
    </w:p>
    <w:p>
      <w:pPr>
        <w:jc w:val="right"/>
      </w:pPr>
      <w:r>
        <w:t>اور دوسری بات یہ کہ بہت ہی ہائی سٹینڈرڈ کی ایجوکیشن دی جائے اس کو۔</w:t>
      </w:r>
    </w:p>
    <w:p>
      <w:r>
        <w:rPr>
          <w:b/>
        </w:rPr>
        <w:t xml:space="preserve">[1:09:37] </w:t>
      </w:r>
      <w:r>
        <w:t>isi ko main kaam samajhta hoon.</w:t>
      </w:r>
    </w:p>
    <w:p>
      <w:pPr>
        <w:jc w:val="right"/>
      </w:pPr>
      <w:r>
        <w:t>اسی کو میں کام سمجھتا ہوں۔</w:t>
      </w:r>
    </w:p>
    <w:p>
      <w:r>
        <w:rPr>
          <w:b/>
        </w:rPr>
        <w:t xml:space="preserve">[1:09:42] </w:t>
      </w:r>
      <w:r>
        <w:t>baqi sab ledaery hai, ledaery.</w:t>
      </w:r>
    </w:p>
    <w:p>
      <w:pPr>
        <w:jc w:val="right"/>
      </w:pPr>
      <w:r>
        <w:t>باقی سب لیڈری ہے، لیڈری۔</w:t>
      </w:r>
    </w:p>
    <w:p>
      <w:r>
        <w:rPr>
          <w:b/>
        </w:rPr>
        <w:t xml:space="preserve">[1:09:47] </w:t>
      </w:r>
      <w:r>
        <w:t>maulana, dilli se sawal hai muhammad noor sahib ka.</w:t>
      </w:r>
    </w:p>
    <w:p>
      <w:pPr>
        <w:jc w:val="right"/>
      </w:pPr>
      <w:r>
        <w:t>مولانا، دلی سے سوال ہے محمد نور صاحب کا۔</w:t>
      </w:r>
    </w:p>
    <w:p>
      <w:r>
        <w:rPr>
          <w:b/>
        </w:rPr>
        <w:t xml:space="preserve">[1:09:52] </w:t>
      </w:r>
      <w:r>
        <w:t>unhon ne likha hai: "If I have discovered truth, will I never experience frustration?</w:t>
      </w:r>
    </w:p>
    <w:p>
      <w:pPr>
        <w:jc w:val="right"/>
      </w:pPr>
      <w:r>
        <w:t>انہوں نے لکھا ہے: "If I have discovered truth, will I never experience frustration?</w:t>
      </w:r>
    </w:p>
    <w:p>
      <w:r>
        <w:rPr>
          <w:b/>
        </w:rPr>
        <w:t xml:space="preserve">[1:09:58] </w:t>
      </w:r>
      <w:r>
        <w:t>What is your comment on this?</w:t>
      </w:r>
    </w:p>
    <w:p>
      <w:pPr>
        <w:jc w:val="right"/>
      </w:pPr>
      <w:r>
        <w:t>What is your comment on this?</w:t>
      </w:r>
    </w:p>
    <w:p>
      <w:r>
        <w:rPr>
          <w:b/>
        </w:rPr>
        <w:t xml:space="preserve">[1:10:04] </w:t>
      </w:r>
      <w:r>
        <w:t>" mera tajurba to yahi hai.</w:t>
      </w:r>
    </w:p>
    <w:p>
      <w:pPr>
        <w:jc w:val="right"/>
      </w:pPr>
      <w:r>
        <w:t>" میرا تجربہ تو یہی ہے۔</w:t>
      </w:r>
    </w:p>
    <w:p>
      <w:r>
        <w:rPr>
          <w:b/>
        </w:rPr>
        <w:t xml:space="preserve">[1:10:10] </w:t>
      </w:r>
      <w:r>
        <w:t>mera tajurba yeh hai ke main Allah ke fazal se tension free rehta hoon.</w:t>
      </w:r>
    </w:p>
    <w:p>
      <w:pPr>
        <w:jc w:val="right"/>
      </w:pPr>
      <w:r>
        <w:t>میرا تجربہ یہ ہے کہ میں اللہ کے فضل سے ٹینشن فری رہتا ہوں۔</w:t>
      </w:r>
    </w:p>
    <w:p>
      <w:r>
        <w:rPr>
          <w:b/>
        </w:rPr>
        <w:t xml:space="preserve">[1:10:17] </w:t>
      </w:r>
      <w:r>
        <w:t>mujhe akhirat ke fikr to zaroor hain, lekin dunya tension hota hai.</w:t>
      </w:r>
    </w:p>
    <w:p>
      <w:pPr>
        <w:jc w:val="right"/>
      </w:pPr>
      <w:r>
        <w:t>مجھے آخرت کے فکر تو ضرور ہیں، لیکن دنیا ٹینشن ہوتا ہے۔</w:t>
      </w:r>
    </w:p>
    <w:p>
      <w:r>
        <w:rPr>
          <w:b/>
        </w:rPr>
        <w:t xml:space="preserve">[1:10:23] </w:t>
      </w:r>
      <w:r>
        <w:t>dunya ko lay kar ke, dunya ko lay kar tension hota hai.</w:t>
      </w:r>
    </w:p>
    <w:p>
      <w:pPr>
        <w:jc w:val="right"/>
      </w:pPr>
      <w:r>
        <w:t>دنیا کو لے کر کے، دنیا کو لے کر ٹینشن ہوتا ہے۔</w:t>
      </w:r>
    </w:p>
    <w:p>
      <w:r>
        <w:rPr>
          <w:b/>
        </w:rPr>
        <w:t xml:space="preserve">[1:10:29] </w:t>
      </w:r>
      <w:r>
        <w:t>to dunya ke mamlaat mein insaan tension free ban jaata hai, is mein koi shakk nahi hai.</w:t>
      </w:r>
    </w:p>
    <w:p>
      <w:pPr>
        <w:jc w:val="right"/>
      </w:pPr>
      <w:r>
        <w:t>تو دنیا کے معاملات میں انسان ٹینشن فری بن جاتا ہے، اس میں کوئی شک نہیں ہے۔</w:t>
      </w:r>
    </w:p>
    <w:p>
      <w:r>
        <w:rPr>
          <w:b/>
        </w:rPr>
        <w:t xml:space="preserve">[1:10:36] </w:t>
      </w:r>
      <w:r>
        <w:t>agar is ko woh sachai mil jaye jo Allah ke nazdeek sachai hai, yeh bhi samajh lijiye.</w:t>
      </w:r>
    </w:p>
    <w:p>
      <w:pPr>
        <w:jc w:val="right"/>
      </w:pPr>
      <w:r>
        <w:t>اگر اس کو وہ سچائی مل جائے جو اللہ کے نزدیک سچائی ہے، یہ بھی سمجھ لیجئے۔</w:t>
      </w:r>
    </w:p>
    <w:p>
      <w:r>
        <w:rPr>
          <w:b/>
        </w:rPr>
        <w:t xml:space="preserve">[1:10:42] </w:t>
      </w:r>
      <w:r>
        <w:t>self style sachai se nahi aisa hoga, kyunke jab woh sachai mil jaye aap ko jo Allah ke</w:t>
      </w:r>
    </w:p>
    <w:p>
      <w:pPr>
        <w:jc w:val="right"/>
      </w:pPr>
      <w:r>
        <w:t>سیلف اسٹائل سچائی سے نہیں ایسا ہوگا، کیونکہ جب وہ سچائی مل جائے آپ کو جو اللہ کے</w:t>
      </w:r>
    </w:p>
    <w:p>
      <w:r>
        <w:rPr>
          <w:b/>
        </w:rPr>
        <w:t xml:space="preserve">[1:10:48] </w:t>
      </w:r>
      <w:r>
        <w:t>nazdeek sachai hai, to aap ka aap ka talluq Allah se qaim ho gaya.</w:t>
      </w:r>
    </w:p>
    <w:p>
      <w:pPr>
        <w:jc w:val="right"/>
      </w:pPr>
      <w:r>
        <w:t>نزدیک سچائی ہے، تو آپ کا آپ کا تعلق اللہ سے قائم ہو گیا۔</w:t>
      </w:r>
    </w:p>
    <w:p>
      <w:r>
        <w:rPr>
          <w:b/>
        </w:rPr>
        <w:t xml:space="preserve">[1:10:55] </w:t>
      </w:r>
      <w:r>
        <w:t>aap phir, yaani Allah se aap ka communication hoga.</w:t>
      </w:r>
    </w:p>
    <w:p>
      <w:pPr>
        <w:jc w:val="right"/>
      </w:pPr>
      <w:r>
        <w:t>آپ پھر، یعنی اللہ سے آپ کا کمیونیکیشن ہوگا۔</w:t>
      </w:r>
    </w:p>
    <w:p>
      <w:r>
        <w:rPr>
          <w:b/>
        </w:rPr>
        <w:t xml:space="preserve">[1:11:01] </w:t>
      </w:r>
      <w:r>
        <w:t>Allah ki help aap tak pohnchegi, Allah ka inspiration milega aap ko.</w:t>
      </w:r>
    </w:p>
    <w:p>
      <w:pPr>
        <w:jc w:val="right"/>
      </w:pPr>
      <w:r>
        <w:t>اللہ کی ہیلپ آپ تک پہنچے گی، اللہ کا انسپیریشن ملے گا آپ کو۔</w:t>
      </w:r>
    </w:p>
    <w:p>
      <w:r>
        <w:rPr>
          <w:b/>
        </w:rPr>
        <w:t xml:space="preserve">[1:11:08] </w:t>
      </w:r>
      <w:r>
        <w:t>to yeh saare faayde is sachai ke liye hain jo Allah ke nazdeek sachai ho.</w:t>
      </w:r>
    </w:p>
    <w:p>
      <w:pPr>
        <w:jc w:val="right"/>
      </w:pPr>
      <w:r>
        <w:t>تو یہ سارے فائدے اس سچائی کے لیے ہیں جو اللہ کے نزدیک سچائی ہو۔</w:t>
      </w:r>
    </w:p>
    <w:p>
      <w:r>
        <w:rPr>
          <w:b/>
        </w:rPr>
        <w:t xml:space="preserve">[1:11:14] </w:t>
      </w:r>
      <w:r>
        <w:t>kisi bhi self self style sachai ke liye yeh faayde nahi hain.</w:t>
      </w:r>
    </w:p>
    <w:p>
      <w:pPr>
        <w:jc w:val="right"/>
      </w:pPr>
      <w:r>
        <w:t>کسی بھی سیلف سیلف اسٹائل سچائی کے لیے یہ فائدے نہیں ہیں۔</w:t>
      </w:r>
    </w:p>
    <w:p>
      <w:r>
        <w:rPr>
          <w:b/>
        </w:rPr>
        <w:t xml:space="preserve">[1:11:20] </w:t>
      </w:r>
      <w:r>
        <w:t>khud hi khud log daal lete hain ke yeh sachai hai, yeh sachai hai.</w:t>
      </w:r>
    </w:p>
    <w:p>
      <w:pPr>
        <w:jc w:val="right"/>
      </w:pPr>
      <w:r>
        <w:t>خود ہی خود لوگ ڈال لیتے ہیں کہ یہ سچائی ہے، یہ سچائی ہے۔</w:t>
      </w:r>
    </w:p>
    <w:p>
      <w:r>
        <w:rPr>
          <w:b/>
        </w:rPr>
        <w:t xml:space="preserve">[1:11:27] </w:t>
      </w:r>
      <w:r>
        <w:t>to is mein yeh faayde kahan se milenge? Allah ne jis cheez ko sachai bataya hai, Allah</w:t>
      </w:r>
    </w:p>
    <w:p>
      <w:pPr>
        <w:jc w:val="right"/>
      </w:pPr>
      <w:r>
        <w:t>تو اس میں یہ فائدے کہاں سے ملیں گے؟ اللہ نے جس چیز کو سچائی بتایا ہے، اللہ</w:t>
      </w:r>
    </w:p>
    <w:p>
      <w:r>
        <w:rPr>
          <w:b/>
        </w:rPr>
        <w:t xml:space="preserve">[1:11:33] </w:t>
      </w:r>
      <w:r>
        <w:t>ke nazdeek jo jo sachai hai, jab woh mil jaye aap ko to aap Allah se jud gaye.</w:t>
      </w:r>
    </w:p>
    <w:p>
      <w:pPr>
        <w:jc w:val="right"/>
      </w:pPr>
      <w:r>
        <w:t>کے نزدیک جو جو سچائی ہے، جب وہ مل جائے آپ کو تو آپ اللہ سے جڑ گئے۔</w:t>
      </w:r>
    </w:p>
    <w:p>
      <w:r>
        <w:rPr>
          <w:b/>
        </w:rPr>
        <w:t xml:space="preserve">[1:11:39] </w:t>
      </w:r>
      <w:r>
        <w:t>jab Allah se jud gaye to phir tension, tension kahan? phir to tension khatam.</w:t>
      </w:r>
    </w:p>
    <w:p>
      <w:pPr>
        <w:jc w:val="right"/>
      </w:pPr>
      <w:r>
        <w:t>جب اللہ سے جڑ گئے تو پھر ٹینشن، ٹینشن کہاں؟ پھر تو ٹینشن ختم۔</w:t>
      </w:r>
    </w:p>
    <w:p>
      <w:r>
        <w:rPr>
          <w:b/>
        </w:rPr>
        <w:t xml:space="preserve">[1:11:46] </w:t>
      </w:r>
      <w:r>
        <w:t>Maulana, Mr Sanjeeb ne Delhi se sawal kiya hai.</w:t>
      </w:r>
    </w:p>
    <w:p>
      <w:pPr>
        <w:jc w:val="right"/>
      </w:pPr>
      <w:r>
        <w:t>مولانا، مسٹر سنجیب نے دلی سے سوال کیا ہے۔</w:t>
      </w:r>
    </w:p>
    <w:p>
      <w:r>
        <w:rPr>
          <w:b/>
        </w:rPr>
        <w:t xml:space="preserve">[1:11:52] </w:t>
      </w:r>
      <w:r>
        <w:t>unhon ne unhon ne poocha hai: "What is the limit of applying mind in religion?</w:t>
      </w:r>
    </w:p>
    <w:p>
      <w:pPr>
        <w:jc w:val="right"/>
      </w:pPr>
      <w:r>
        <w:t>انہوں نے انہوں نے پوچھا ہے: "What is the limit of applying mind in religion?</w:t>
      </w:r>
    </w:p>
    <w:p>
      <w:r>
        <w:rPr>
          <w:b/>
        </w:rPr>
        <w:t xml:space="preserve">[1:11:59] </w:t>
      </w:r>
      <w:r>
        <w:t>" Mr ne kaha: "matlab is ka?" Maulana ki: "limit ki?" limit kya sawal hai? bhai, humm hain</w:t>
      </w:r>
    </w:p>
    <w:p>
      <w:pPr>
        <w:jc w:val="right"/>
      </w:pPr>
      <w:r>
        <w:t>" مسٹر نے کہا: "متلب اس کا؟" مولانا کی: "لمٹ کی؟" لمٹ کیا سوال ہے؟ بھئی، ہمم ہیں</w:t>
      </w:r>
    </w:p>
    <w:p>
      <w:r>
        <w:rPr>
          <w:b/>
        </w:rPr>
        <w:t xml:space="preserve">[1:12:04] </w:t>
      </w:r>
      <w:r>
        <w:t>jin religion to zindagi hai.</w:t>
      </w:r>
    </w:p>
    <w:p>
      <w:pPr>
        <w:jc w:val="right"/>
      </w:pPr>
      <w:r>
        <w:t>جن ریلیجن تو زندگی ہے۔</w:t>
      </w:r>
    </w:p>
    <w:p>
      <w:r>
        <w:rPr>
          <w:b/>
        </w:rPr>
        <w:t xml:space="preserve">[1:12:10] </w:t>
      </w:r>
      <w:r>
        <w:t>aap shayad religion ka matlab samajhte hain rituals.</w:t>
      </w:r>
    </w:p>
    <w:p>
      <w:pPr>
        <w:jc w:val="right"/>
      </w:pPr>
      <w:r>
        <w:t>آپ شاید ریلیجن کا مطلب سمجھتے ہیں ریچولز۔</w:t>
      </w:r>
    </w:p>
    <w:p>
      <w:r>
        <w:rPr>
          <w:b/>
        </w:rPr>
        <w:t xml:space="preserve">[1:12:16] </w:t>
      </w:r>
      <w:r>
        <w:t>rituals hona religion nahi hai.</w:t>
      </w:r>
    </w:p>
    <w:p>
      <w:pPr>
        <w:jc w:val="right"/>
      </w:pPr>
      <w:r>
        <w:t>ریچولز ہونا ریلیجن نہیں ہے۔</w:t>
      </w:r>
    </w:p>
    <w:p>
      <w:r>
        <w:rPr>
          <w:b/>
        </w:rPr>
        <w:t xml:space="preserve">[1:12:22] </w:t>
      </w:r>
      <w:r>
        <w:t>religion to, yaani yaani intellectual activities ka higher form hai.</w:t>
      </w:r>
    </w:p>
    <w:p>
      <w:pPr>
        <w:jc w:val="right"/>
      </w:pPr>
      <w:r>
        <w:t>ریلیجن تو، یعنی یعنی انٹلیکچول ایکٹیویٹیز کا ہائیر فارم ہے۔</w:t>
      </w:r>
    </w:p>
    <w:p>
      <w:r>
        <w:rPr>
          <w:b/>
        </w:rPr>
        <w:t xml:space="preserve">[1:12:28] </w:t>
      </w:r>
      <w:r>
        <w:t>intellectual activities ka higher form hai.</w:t>
      </w:r>
    </w:p>
    <w:p>
      <w:pPr>
        <w:jc w:val="right"/>
      </w:pPr>
      <w:r>
        <w:t>انٹلیکچول ایکٹیویٹیز کا ہائیر فارم ہے۔</w:t>
      </w:r>
    </w:p>
    <w:p>
      <w:r>
        <w:rPr>
          <w:b/>
        </w:rPr>
        <w:t xml:space="preserve">[1:12:34] </w:t>
      </w:r>
      <w:r>
        <w:t>to sab se zyada aap ko, aap ka mind jo hai, jis cheez mein religion aap ke mind</w:t>
      </w:r>
    </w:p>
    <w:p>
      <w:pPr>
        <w:jc w:val="right"/>
      </w:pPr>
      <w:r>
        <w:t>تو سب سے زیادہ آپ کو، آپ کا مائنڈ جو ہے، جس چیز میں ریلیجن آپ کے مائنڈ</w:t>
      </w:r>
    </w:p>
    <w:p>
      <w:r>
        <w:rPr>
          <w:b/>
        </w:rPr>
        <w:t xml:space="preserve">[1:12:40] </w:t>
      </w:r>
      <w:r>
        <w:t>ko sab se zyada develop karta hai, sab se zyada engage karta hai, sab se zyada taraqqi ki</w:t>
      </w:r>
    </w:p>
    <w:p>
      <w:pPr>
        <w:jc w:val="right"/>
      </w:pPr>
      <w:r>
        <w:t>کو سب سے زیادہ ڈیولپ کرتا ہے، سب سے زیادہ انگیج کرتا ہے، سب سے زیادہ ترقی کی</w:t>
      </w:r>
    </w:p>
    <w:p>
      <w:r>
        <w:rPr>
          <w:b/>
        </w:rPr>
        <w:t xml:space="preserve">[1:12:45] </w:t>
      </w:r>
      <w:r>
        <w:t>taraf le aata hai, to is mein limit ka kya sawal hai? limit ka zehan is waqt aata</w:t>
      </w:r>
    </w:p>
    <w:p>
      <w:pPr>
        <w:jc w:val="right"/>
      </w:pPr>
      <w:r>
        <w:t>طرف لے آتا ہے، تو اس میں لمٹ کا کیا سوال ہے؟ لمٹ کا ذہن اس وقت آتا</w:t>
      </w:r>
    </w:p>
    <w:p>
      <w:r>
        <w:rPr>
          <w:b/>
        </w:rPr>
        <w:t xml:space="preserve">[1:12:51] </w:t>
      </w:r>
      <w:r>
        <w:t>hai jab aap jab religion ka matlab samjhein aap rituals.</w:t>
      </w:r>
    </w:p>
    <w:p>
      <w:pPr>
        <w:jc w:val="right"/>
      </w:pPr>
      <w:r>
        <w:t>ہے جب آپ جب ریلیجن کا مطلب سمجھیں آپ ریچولز۔</w:t>
      </w:r>
    </w:p>
    <w:p>
      <w:r>
        <w:rPr>
          <w:b/>
        </w:rPr>
        <w:t xml:space="preserve">[1:12:57] </w:t>
      </w:r>
      <w:r>
        <w:t>to ritual to mazhab hai hi nahi, woh to culture hai.</w:t>
      </w:r>
    </w:p>
    <w:p>
      <w:pPr>
        <w:jc w:val="right"/>
      </w:pPr>
      <w:r>
        <w:t>تو ریچول تو مذہب ہے ہی نہیں، وہ تو کلچر ہے۔</w:t>
      </w:r>
    </w:p>
    <w:p>
      <w:r>
        <w:rPr>
          <w:b/>
        </w:rPr>
        <w:t xml:space="preserve">[1:13:03] </w:t>
      </w:r>
      <w:r>
        <w:t>maulana, agla sawal karachi pakistan se aya hai mrs abdul latif ka.</w:t>
      </w:r>
    </w:p>
    <w:p>
      <w:pPr>
        <w:jc w:val="right"/>
      </w:pPr>
      <w:r>
        <w:t>مولانا، اگلا سوال کراچی پاکستان سے آیا ہے مسز عبداللطیف کا۔</w:t>
      </w:r>
    </w:p>
    <w:p>
      <w:r>
        <w:rPr>
          <w:b/>
        </w:rPr>
        <w:t xml:space="preserve">[1:13:09] </w:t>
      </w:r>
      <w:r>
        <w:t>unhon ne likha hai: "musalmanon mein se kuch log kehte hain ke qurbani par jo raqam kharch ki</w:t>
      </w:r>
    </w:p>
    <w:p>
      <w:pPr>
        <w:jc w:val="right"/>
      </w:pPr>
      <w:r>
        <w:t>انہوں نے لکھا ہے: "مسلمانوں میں سے کچھ لوگ کہتے ہیں کہ قربانی پر جو رقم خرچ کی</w:t>
      </w:r>
    </w:p>
    <w:p>
      <w:r>
        <w:rPr>
          <w:b/>
        </w:rPr>
        <w:t xml:space="preserve">[1:13:15] </w:t>
      </w:r>
      <w:r>
        <w:t>jati hai, is ka koi faida nahi.</w:t>
      </w:r>
    </w:p>
    <w:p>
      <w:pPr>
        <w:jc w:val="right"/>
      </w:pPr>
      <w:r>
        <w:t>جاتی ہے، اس کا کوئی فائدہ نہیں۔</w:t>
      </w:r>
    </w:p>
    <w:p>
      <w:r>
        <w:rPr>
          <w:b/>
        </w:rPr>
        <w:t xml:space="preserve">[1:13:21] </w:t>
      </w:r>
      <w:r>
        <w:t>is ke bajaye agar is raqam ko kisi rifahi kaam mein lagaya jaye to is ka bohat faida</w:t>
      </w:r>
    </w:p>
    <w:p>
      <w:pPr>
        <w:jc w:val="right"/>
      </w:pPr>
      <w:r>
        <w:t>اس کے بجائے اگر اس رقم کو کسی رفاعی کام میں لگایا جائے تو اس کا بہت فائدہ</w:t>
      </w:r>
    </w:p>
    <w:p>
      <w:r>
        <w:rPr>
          <w:b/>
        </w:rPr>
        <w:t xml:space="preserve">[1:13:26] </w:t>
      </w:r>
      <w:r>
        <w:t>ہوگا۔" مولانا صاحب، یہ بات کس حد تک صحیح ہے؟ نہیں، بالکل absurd ہے۔</w:t>
      </w:r>
    </w:p>
    <w:p>
      <w:pPr>
        <w:jc w:val="right"/>
      </w:pPr>
      <w:r>
        <w:t>ہوگا۔" مولانا صاحب، یہ بات کس حد تک صحیح ہے؟ نہیں، بالکل ابسورٹ ہے۔</w:t>
      </w:r>
    </w:p>
    <w:p>
      <w:r>
        <w:rPr>
          <w:b/>
        </w:rPr>
        <w:t xml:space="preserve">[1:13:32] </w:t>
      </w:r>
      <w:r>
        <w:t>bilkul absort baat hai.</w:t>
      </w:r>
    </w:p>
    <w:p>
      <w:pPr>
        <w:jc w:val="right"/>
      </w:pPr>
      <w:r>
        <w:t>بالکل ابسورٹ بات ہے۔</w:t>
      </w:r>
    </w:p>
    <w:p>
      <w:r>
        <w:rPr>
          <w:b/>
        </w:rPr>
        <w:t xml:space="preserve">[1:13:38] </w:t>
      </w:r>
      <w:r>
        <w:t>mein is se har giz ittefaq nahi karta.</w:t>
      </w:r>
    </w:p>
    <w:p>
      <w:pPr>
        <w:jc w:val="right"/>
      </w:pPr>
      <w:r>
        <w:t>میں اس سے ہرگز اتفاق نہیں کرتا۔</w:t>
      </w:r>
    </w:p>
    <w:p>
      <w:r>
        <w:rPr>
          <w:b/>
        </w:rPr>
        <w:t xml:space="preserve">[1:13:44] </w:t>
      </w:r>
      <w:r>
        <w:t>یہ بہت ایسی سوچ لوگوں میں پائی جاتی ہے، لیکن بالکل یہ یہ بالکل absurd بات ہے۔</w:t>
      </w:r>
    </w:p>
    <w:p>
      <w:pPr>
        <w:jc w:val="right"/>
      </w:pPr>
      <w:r>
        <w:t>یہ بہت ایسی سوچ لوگوں میں پائی جاتی ہے، لیکن بالکل یہ یہ بالکل ابسورٹ بات ہے۔</w:t>
      </w:r>
    </w:p>
    <w:p>
      <w:r>
        <w:rPr>
          <w:b/>
        </w:rPr>
        <w:t xml:space="preserve">[1:13:50] </w:t>
      </w:r>
      <w:r>
        <w:t>is ka koi haqeeqat is ki nahi hai.</w:t>
      </w:r>
    </w:p>
    <w:p>
      <w:pPr>
        <w:jc w:val="right"/>
      </w:pPr>
      <w:r>
        <w:t>اس کا کوئی حقیقت اس کی نہیں ہے۔</w:t>
      </w:r>
    </w:p>
    <w:p>
      <w:r>
        <w:rPr>
          <w:b/>
        </w:rPr>
        <w:t xml:space="preserve">[1:13:56] </w:t>
      </w:r>
      <w:r>
        <w:t>maulana, agla sawal dilli se hai shah imran hasan sahab ka.</w:t>
      </w:r>
    </w:p>
    <w:p>
      <w:pPr>
        <w:jc w:val="right"/>
      </w:pPr>
      <w:r>
        <w:t>مولانا، اگلا سوال دلی سے ہے شاہ عمران حسن صاحب کا۔</w:t>
      </w:r>
    </w:p>
    <w:p>
      <w:r>
        <w:rPr>
          <w:b/>
        </w:rPr>
        <w:t xml:space="preserve">[1:14:02] </w:t>
      </w:r>
      <w:r>
        <w:t>unhon ne likha hai: "logon ke andar jis insentive ke paida karne ke liye aap kehte hain, is</w:t>
      </w:r>
    </w:p>
    <w:p>
      <w:pPr>
        <w:jc w:val="right"/>
      </w:pPr>
      <w:r>
        <w:t>انہوں نے لکھا ہے: "لوگوں کے اندر جس انسنٹیو کے پیدا کرنے کے لیے آپ کہتے ہیں، اس</w:t>
      </w:r>
    </w:p>
    <w:p>
      <w:r>
        <w:rPr>
          <w:b/>
        </w:rPr>
        <w:t xml:space="preserve">[1:14:07] </w:t>
      </w:r>
      <w:r>
        <w:t>ka tareeqa kya hai?" logon ko kitabein parhwaiye aur yeh jo hamare lecture hote hain, jo sainkaron ki</w:t>
      </w:r>
    </w:p>
    <w:p>
      <w:pPr>
        <w:jc w:val="right"/>
      </w:pPr>
      <w:r>
        <w:t>کا طریقہ کیا ہے؟" لوگوں کو کتابیں پڑھوائیے اور یہ جو ہمارے لیکچر ہوتے ہیں، جو سینکڑوں کی</w:t>
      </w:r>
    </w:p>
    <w:p>
      <w:r>
        <w:rPr>
          <w:b/>
        </w:rPr>
        <w:t xml:space="preserve">[1:14:13] </w:t>
      </w:r>
      <w:r>
        <w:t>tadad mein maujood hain, un ko sunwaiye.</w:t>
      </w:r>
    </w:p>
    <w:p>
      <w:pPr>
        <w:jc w:val="right"/>
      </w:pPr>
      <w:r>
        <w:t>تعداد میں موجود ہیں، ان کو سنوائیے۔</w:t>
      </w:r>
    </w:p>
    <w:p>
      <w:r>
        <w:rPr>
          <w:b/>
        </w:rPr>
        <w:t xml:space="preserve">[1:14:19] </w:t>
      </w:r>
      <w:r>
        <w:t>yahi sab kijiye.</w:t>
      </w:r>
    </w:p>
    <w:p>
      <w:pPr>
        <w:jc w:val="right"/>
      </w:pPr>
      <w:r>
        <w:t>یہی سب کیجئے۔</w:t>
      </w:r>
    </w:p>
    <w:p>
      <w:r>
        <w:rPr>
          <w:b/>
        </w:rPr>
        <w:t xml:space="preserve">[1:14:25] </w:t>
      </w:r>
      <w:r>
        <w:t>mein to samajhta hoon ke yahi tareeqa hai aur koi tareeqa to mujhe maloom nahi hai.</w:t>
      </w:r>
    </w:p>
    <w:p>
      <w:pPr>
        <w:jc w:val="right"/>
      </w:pPr>
      <w:r>
        <w:t>میں تو سمجھتا ہوں کہ یہی طریقہ ہے اور کوئی طریقہ تو مجھے معلوم نہیں ہے۔</w:t>
      </w:r>
    </w:p>
    <w:p>
      <w:r>
        <w:rPr>
          <w:b/>
        </w:rPr>
        <w:t xml:space="preserve">[1:14:31] </w:t>
      </w:r>
      <w:r>
        <w:t>maulana, agla sawal roorkee se hai sajid anwar sahab ka.</w:t>
      </w:r>
    </w:p>
    <w:p>
      <w:pPr>
        <w:jc w:val="right"/>
      </w:pPr>
      <w:r>
        <w:t>مولانا، اگلا سوال روڑکی سے ہے ساجد انور صاحب کا۔</w:t>
      </w:r>
    </w:p>
    <w:p>
      <w:r>
        <w:rPr>
          <w:b/>
        </w:rPr>
        <w:t xml:space="preserve">[1:14:37] </w:t>
      </w:r>
      <w:r>
        <w:t>unhon ne likha hai: "maulana, What are the signs that a person loves God and also what are</w:t>
      </w:r>
    </w:p>
    <w:p>
      <w:pPr>
        <w:jc w:val="right"/>
      </w:pPr>
      <w:r>
        <w:t>انہوں نے لکھا ہے: "مولانا، What are the signs that a person loves God and also what are</w:t>
      </w:r>
    </w:p>
    <w:p>
      <w:r>
        <w:rPr>
          <w:b/>
        </w:rPr>
        <w:t xml:space="preserve">[1:14:43] </w:t>
      </w:r>
      <w:r>
        <w:t>the signs that God loves a person?</w:t>
      </w:r>
    </w:p>
    <w:p>
      <w:pPr>
        <w:jc w:val="right"/>
      </w:pPr>
      <w:r>
        <w:t>the signs that God loves a person?</w:t>
      </w:r>
    </w:p>
    <w:p>
      <w:r>
        <w:rPr>
          <w:b/>
        </w:rPr>
        <w:t xml:space="preserve">[1:14:49] </w:t>
      </w:r>
      <w:r>
        <w:t>" is ke baray mein batayein.</w:t>
      </w:r>
    </w:p>
    <w:p>
      <w:pPr>
        <w:jc w:val="right"/>
      </w:pPr>
      <w:r>
        <w:t>" اس کے بارے میں بتائیں۔</w:t>
      </w:r>
    </w:p>
    <w:p>
      <w:r>
        <w:rPr>
          <w:b/>
        </w:rPr>
        <w:t xml:space="preserve">[1:14:56] </w:t>
      </w:r>
      <w:r>
        <w:t>دیکھیے، اس کا کوئی objective criteria تو میں نہیں بتا سکتا۔</w:t>
      </w:r>
    </w:p>
    <w:p>
      <w:pPr>
        <w:jc w:val="right"/>
      </w:pPr>
      <w:r>
        <w:t>دیکھیے، اس کا کوئی ابجیکٹو کرائٹیریا تو میں نہیں بتا سکتا۔</w:t>
      </w:r>
    </w:p>
    <w:p>
      <w:r>
        <w:rPr>
          <w:b/>
        </w:rPr>
        <w:t xml:space="preserve">[1:15:03] </w:t>
      </w:r>
      <w:r>
        <w:t>subjective criteria bata sakta hoon.</w:t>
      </w:r>
    </w:p>
    <w:p>
      <w:pPr>
        <w:jc w:val="right"/>
      </w:pPr>
      <w:r>
        <w:t>سبجیکٹو کرائٹیریا بتا سکتا ہوں۔</w:t>
      </w:r>
    </w:p>
    <w:p>
      <w:r>
        <w:rPr>
          <w:b/>
        </w:rPr>
        <w:t xml:space="preserve">[1:15:10] </w:t>
      </w:r>
      <w:r>
        <w:t>Subjective criteria yeh hai ke jab aadmi yeh paaye ke mera soul concern Allah ban gaya hai, soul</w:t>
      </w:r>
    </w:p>
    <w:p>
      <w:pPr>
        <w:jc w:val="right"/>
      </w:pPr>
      <w:r>
        <w:t>سبجیکٹو کرائٹیریا یہ ہے کہ جب آدمی یہ پائے کہ میرا سول کرسن اللہ بن گیا ہے، سول</w:t>
      </w:r>
    </w:p>
    <w:p>
      <w:r>
        <w:rPr>
          <w:b/>
        </w:rPr>
        <w:t xml:space="preserve">[1:15:17] </w:t>
      </w:r>
      <w:r>
        <w:t>karson, to is ke mani hain ke woh is darjay ko pohanch gaya.</w:t>
      </w:r>
    </w:p>
    <w:p>
      <w:pPr>
        <w:jc w:val="right"/>
      </w:pPr>
      <w:r>
        <w:t>کرسن، تو اس کے معنی ہیں کہ وہ اس درجے کو پہنچ گیا۔</w:t>
      </w:r>
    </w:p>
    <w:p>
      <w:r>
        <w:rPr>
          <w:b/>
        </w:rPr>
        <w:t xml:space="preserve">[1:15:25] </w:t>
      </w:r>
      <w:r>
        <w:t>mein is ko, yani samajhne ke liye, quran ki do ayatein aap ko batata hoon.</w:t>
      </w:r>
    </w:p>
    <w:p>
      <w:pPr>
        <w:jc w:val="right"/>
      </w:pPr>
      <w:r>
        <w:t>میں اس کو، یعنی سمجھنے کے لیے، قرآن کی دو آیتیں آپ کو بتاتا ہوں۔</w:t>
      </w:r>
    </w:p>
    <w:p>
      <w:r>
        <w:rPr>
          <w:b/>
        </w:rPr>
        <w:t xml:space="preserve">[1:15:32] </w:t>
      </w:r>
      <w:r>
        <w:t>quran ke, yani do ayatein batati hain ke kis ne Allah se taaluq paida hua, kis ka, kis</w:t>
      </w:r>
    </w:p>
    <w:p>
      <w:pPr>
        <w:jc w:val="right"/>
      </w:pPr>
      <w:r>
        <w:t>قرآن کے، یعنی دو آیتیں بتاتی ہیں کہ کس نے اللہ سے تعلق پیدا ہوا، کس کا، کس</w:t>
      </w:r>
    </w:p>
    <w:p>
      <w:r>
        <w:rPr>
          <w:b/>
        </w:rPr>
        <w:t xml:space="preserve">[1:15:39] </w:t>
      </w:r>
      <w:r>
        <w:t>ka paida nahi hua.</w:t>
      </w:r>
    </w:p>
    <w:p>
      <w:pPr>
        <w:jc w:val="right"/>
      </w:pPr>
      <w:r>
        <w:t>کا پیدا نہیں ہوا۔</w:t>
      </w:r>
    </w:p>
    <w:p>
      <w:r>
        <w:rPr>
          <w:b/>
        </w:rPr>
        <w:t xml:space="preserve">[1:15:46] </w:t>
      </w:r>
      <w:r>
        <w:t>ek ayat hai un logon ke baray mein jo akhirat mein nakaam honge, akhirat mein un ko</w:t>
      </w:r>
    </w:p>
    <w:p>
      <w:pPr>
        <w:jc w:val="right"/>
      </w:pPr>
      <w:r>
        <w:t>ایک آیت ہے ان لوگوں کے بارے میں جو آخرت میں ناکام ہوں گے، آخرت میں ان کو</w:t>
      </w:r>
    </w:p>
    <w:p>
      <w:r>
        <w:rPr>
          <w:b/>
        </w:rPr>
        <w:t xml:space="preserve">[1:15:53] </w:t>
      </w:r>
      <w:r>
        <w:t>reward nahi milega.</w:t>
      </w:r>
    </w:p>
    <w:p>
      <w:pPr>
        <w:jc w:val="right"/>
      </w:pPr>
      <w:r>
        <w:t>ریوارڈ نہیں ملے گا۔</w:t>
      </w:r>
    </w:p>
    <w:p>
      <w:r>
        <w:rPr>
          <w:b/>
        </w:rPr>
        <w:t xml:space="preserve">[1:16:01] </w:t>
      </w:r>
      <w:r>
        <w:t>is mein hai ke وَكَانَ فِي أَهْلِهِ مَسْرُورًا apni family mein woh khoob khush rehta tha.</w:t>
      </w:r>
    </w:p>
    <w:p>
      <w:pPr>
        <w:jc w:val="right"/>
      </w:pPr>
      <w:r>
        <w:t>اس میں ہے کہ وَكَانَ فِي أَهْلِهِ مَسْرُورًا اپنی فیملی میں وہ خوب خوش رہتا تھا۔</w:t>
      </w:r>
    </w:p>
    <w:p>
      <w:r>
        <w:rPr>
          <w:b/>
        </w:rPr>
        <w:t xml:space="preserve">[1:16:08] </w:t>
      </w:r>
      <w:r>
        <w:t>wa kane fi ahlihi masrooran to yeh ek criteria hai ke jo logon ko aap ke paein ke khoob</w:t>
      </w:r>
    </w:p>
    <w:p>
      <w:pPr>
        <w:jc w:val="right"/>
      </w:pPr>
      <w:r>
        <w:t>وَكَانَ فِي أَهْلِهِ مَسْرُورًا تو یہ ایک کرائٹیریا ہے کہ جو لوگوں کو آپ کے پائیں کہ خوب</w:t>
      </w:r>
    </w:p>
    <w:p>
      <w:r>
        <w:rPr>
          <w:b/>
        </w:rPr>
        <w:t xml:space="preserve">[1:16:15] </w:t>
      </w:r>
      <w:r>
        <w:t>family mein hua karte hain, woh khoob khush rehte hain.</w:t>
      </w:r>
    </w:p>
    <w:p>
      <w:pPr>
        <w:jc w:val="right"/>
      </w:pPr>
      <w:r>
        <w:t>فیملی میں ہوا کرتے ہیں، وہ خوب خوش رہتے ہیں۔</w:t>
      </w:r>
    </w:p>
    <w:p>
      <w:r>
        <w:rPr>
          <w:b/>
        </w:rPr>
        <w:t xml:space="preserve">[1:16:22] </w:t>
      </w:r>
      <w:r>
        <w:t>woh family un ka concern bane bane bhi bani hui hai.</w:t>
      </w:r>
    </w:p>
    <w:p>
      <w:pPr>
        <w:jc w:val="right"/>
      </w:pPr>
      <w:r>
        <w:t>وہ فیملی ان کا کنسرن بنے بنے بھی بنی ہوئی ہے۔</w:t>
      </w:r>
    </w:p>
    <w:p>
      <w:r>
        <w:rPr>
          <w:b/>
        </w:rPr>
        <w:t xml:space="preserve">[1:16:29] </w:t>
      </w:r>
      <w:r>
        <w:t>family ke liye kamara, family ke liye kharch karna, sari un ki planning family ko le kar hoti hai.</w:t>
      </w:r>
    </w:p>
    <w:p>
      <w:pPr>
        <w:jc w:val="right"/>
      </w:pPr>
      <w:r>
        <w:t>فیملی کے لیے کمارا، فیملی کے لیے خرچ کرنا، ساری ان کی پلاننگ فیملی کو لے کر ہوتی ہے۔</w:t>
      </w:r>
    </w:p>
    <w:p>
      <w:r>
        <w:rPr>
          <w:b/>
        </w:rPr>
        <w:t xml:space="preserve">[1:16:37] </w:t>
      </w:r>
      <w:r>
        <w:t>to kane fi ahlihi masrooran to is ke mani kuch to Khuda ko nahi paya hai, family ko paya hai.</w:t>
      </w:r>
    </w:p>
    <w:p>
      <w:pPr>
        <w:jc w:val="right"/>
      </w:pPr>
      <w:r>
        <w:t>تو كَانَ فِي أَهْلِهِ مَسْرُورًا تو اس کے معنی کچھ تو خدا کو نہیں پایا ہے، فیملی کو پایا ہے۔</w:t>
      </w:r>
    </w:p>
    <w:p>
      <w:r>
        <w:rPr>
          <w:b/>
        </w:rPr>
        <w:t xml:space="preserve">[1:16:44] </w:t>
      </w:r>
      <w:r>
        <w:t>is ki yaft jo hai, is ki yaft is ki family hai, Khuda nahi hai.</w:t>
      </w:r>
    </w:p>
    <w:p>
      <w:pPr>
        <w:jc w:val="right"/>
      </w:pPr>
      <w:r>
        <w:t>اس کی یافت جو ہے، اس کی یافت اس کی فیملی ہے، خدا نہیں ہے۔</w:t>
      </w:r>
    </w:p>
    <w:p>
      <w:r>
        <w:rPr>
          <w:b/>
        </w:rPr>
        <w:t xml:space="preserve">[1:16:51] </w:t>
      </w:r>
      <w:r>
        <w:t>to ek case yeh hai.</w:t>
      </w:r>
    </w:p>
    <w:p>
      <w:pPr>
        <w:jc w:val="right"/>
      </w:pPr>
      <w:r>
        <w:t>تو ایک کیس یہ ہے۔</w:t>
      </w:r>
    </w:p>
    <w:p>
      <w:r>
        <w:rPr>
          <w:b/>
        </w:rPr>
        <w:t xml:space="preserve">[1:16:58] </w:t>
      </w:r>
      <w:r>
        <w:t>doosra case yeh hai ke Quran mein hai ke jo logon ko aakhirat mein jannat milegi, un</w:t>
      </w:r>
    </w:p>
    <w:p>
      <w:pPr>
        <w:jc w:val="right"/>
      </w:pPr>
      <w:r>
        <w:t>دوسرا کیس یہ ہے کہ قرآن میں ہے کہ جو لوگوں کو آخرت میں جنت ملے گی، ان</w:t>
      </w:r>
    </w:p>
    <w:p>
      <w:r>
        <w:rPr>
          <w:b/>
        </w:rPr>
        <w:t xml:space="preserve">[1:17:05] </w:t>
      </w:r>
      <w:r>
        <w:t>ke bare mein hai ke kunna fi ahlinaa mushriqeen khud jannat wala kehta hai kunna fi ahlinaa mushriqeen</w:t>
      </w:r>
    </w:p>
    <w:p>
      <w:pPr>
        <w:jc w:val="right"/>
      </w:pPr>
      <w:r>
        <w:t>کے بارے میں ہے کہ كُنَّا فِي أَهْلِنَا مُشْرِقِينَ خود جنت والا کہتا ہے كُنَّا فِي أَهْلِنَا مُشْرِقِينَ</w:t>
      </w:r>
    </w:p>
    <w:p>
      <w:r>
        <w:rPr>
          <w:b/>
        </w:rPr>
        <w:t xml:space="preserve">[1:17:13] </w:t>
      </w:r>
      <w:r>
        <w:t>khud jannat wala kehta hai ke kunna fi ahlinaa mushriqeen hum apne family mein dar kar rehte the,</w:t>
      </w:r>
    </w:p>
    <w:p>
      <w:pPr>
        <w:jc w:val="right"/>
      </w:pPr>
      <w:r>
        <w:t>خود جنت والا کہتا ہے کہ كُنَّا فِي أَهْلِنَا مُشْرِقِينَ ہم اپنے فیملی میں ڈر کر رہتے تھے،</w:t>
      </w:r>
    </w:p>
    <w:p>
      <w:r>
        <w:rPr>
          <w:b/>
        </w:rPr>
        <w:t xml:space="preserve">[1:17:20] </w:t>
      </w:r>
      <w:r>
        <w:t>yani family mein humein family mein hum hote the, lekin hum ko Allah ki accountability ka ehsas tha,</w:t>
      </w:r>
    </w:p>
    <w:p>
      <w:pPr>
        <w:jc w:val="right"/>
      </w:pPr>
      <w:r>
        <w:t>یعنی فیملی میں ہمیں فیملی میں ہم ہوتے تھے، لیکن ہم کو اللہ کی اکاؤنٹیبلٹی کا احساس تھا،</w:t>
      </w:r>
    </w:p>
    <w:p>
      <w:r>
        <w:rPr>
          <w:b/>
        </w:rPr>
        <w:t xml:space="preserve">[1:17:27] </w:t>
      </w:r>
      <w:r>
        <w:t>humein dar bichaya rehta tha.</w:t>
      </w:r>
    </w:p>
    <w:p>
      <w:pPr>
        <w:jc w:val="right"/>
      </w:pPr>
      <w:r>
        <w:t>ہمیں ڈر بچھایا رہتا تھا۔</w:t>
      </w:r>
    </w:p>
    <w:p>
      <w:r>
        <w:rPr>
          <w:b/>
        </w:rPr>
        <w:t xml:space="preserve">[1:17:34] </w:t>
      </w:r>
      <w:r>
        <w:t>to ek hai case kunna fi ahlinaa mushriqeen ka ke aadmi family ho, lekin is ka is ka</w:t>
      </w:r>
    </w:p>
    <w:p>
      <w:pPr>
        <w:jc w:val="right"/>
      </w:pPr>
      <w:r>
        <w:t>تو ایک ہے کیس كُنَّا فِي أَهْلِنَا مُشْرِقِينَ کا کہ آدمی فیملی ہو، لیکن اس کا اس کا</w:t>
      </w:r>
    </w:p>
    <w:p>
      <w:r>
        <w:rPr>
          <w:b/>
        </w:rPr>
        <w:t xml:space="preserve">[1:17:41] </w:t>
      </w:r>
      <w:r>
        <w:t>zehan laga hua Allah ki taraf, accountability ki taraf, aakhirat ki taraf.</w:t>
      </w:r>
    </w:p>
    <w:p>
      <w:pPr>
        <w:jc w:val="right"/>
      </w:pPr>
      <w:r>
        <w:t>ذہن لگا ہوا اللہ کی طرف، اکاؤنٹیبلٹی کی طرف، آخرت کی طرف۔</w:t>
      </w:r>
    </w:p>
    <w:p>
      <w:r>
        <w:rPr>
          <w:b/>
        </w:rPr>
        <w:t xml:space="preserve">[1:17:49] </w:t>
      </w:r>
      <w:r>
        <w:t>ek woh hai ke woh family mein hai, to bas family mein magan hai, family mein hai, khush hai.</w:t>
      </w:r>
    </w:p>
    <w:p>
      <w:pPr>
        <w:jc w:val="right"/>
      </w:pPr>
      <w:r>
        <w:t>ایک وہ ہے کہ وہ فیملی میں ہے، تو بس فیملی میں مگن ہے، فیملی میں ہے، خوش ہے۔</w:t>
      </w:r>
    </w:p>
    <w:p>
      <w:r>
        <w:rPr>
          <w:b/>
        </w:rPr>
        <w:t xml:space="preserve">[1:17:56] </w:t>
      </w:r>
      <w:r>
        <w:t>to yeh do ka pehchan hai bazahir ke kis ne Allah se taluq paida kiya aur kis kis</w:t>
      </w:r>
    </w:p>
    <w:p>
      <w:pPr>
        <w:jc w:val="right"/>
      </w:pPr>
      <w:r>
        <w:t>تو یہ دو کا پہچان ہے بظاہر کہ کس نے اللہ سے تعلق پیدا کیا اور کس کس</w:t>
      </w:r>
    </w:p>
    <w:p>
      <w:r>
        <w:rPr>
          <w:b/>
        </w:rPr>
        <w:t xml:space="preserve">[1:18:03] </w:t>
      </w:r>
      <w:r>
        <w:t>ka taluq Allah se paida nahi hua.</w:t>
      </w:r>
    </w:p>
    <w:p>
      <w:pPr>
        <w:jc w:val="right"/>
      </w:pPr>
      <w:r>
        <w:t>کا تعلق اللہ سے پیدا نہیں ہوا۔</w:t>
      </w:r>
    </w:p>
    <w:p>
      <w:r>
        <w:rPr>
          <w:b/>
        </w:rPr>
        <w:t xml:space="preserve">[1:18:10] </w:t>
      </w:r>
      <w:r>
        <w:t>Maulana, agla sawal Karnataka se hai Shehzad Sahab ka.</w:t>
      </w:r>
    </w:p>
    <w:p>
      <w:pPr>
        <w:jc w:val="right"/>
      </w:pPr>
      <w:r>
        <w:t>مولانا، اگلا سوال کرناٹکا سے ہے شہزاد صاحب کا۔</w:t>
      </w:r>
    </w:p>
    <w:p>
      <w:r>
        <w:rPr>
          <w:b/>
        </w:rPr>
        <w:t xml:space="preserve">[1:18:17] </w:t>
      </w:r>
      <w:r>
        <w:t>unhone pucha hai: "What is the what is a good character according to you?</w:t>
      </w:r>
    </w:p>
    <w:p>
      <w:pPr>
        <w:jc w:val="right"/>
      </w:pPr>
      <w:r>
        <w:t>انہوں نے پوچھا ہے: "What is the what is a good character according to you?</w:t>
      </w:r>
    </w:p>
    <w:p>
      <w:r>
        <w:rPr>
          <w:b/>
        </w:rPr>
        <w:t xml:space="preserve">[1:18:25] </w:t>
      </w:r>
      <w:r>
        <w:t>bhai, social sense mein is ka matlab main ye samajhta hoon ke is ko main kaha karta hoon predictable character. aap ek samaj mein hain to is ke andar aap ka character jo hai predictable ho, yani doosre log peshgi taur par jan saken ke aap kis mauqe par kaisa response den ge. peshgi taur par jan saken, mislan log jan saken ke agar wo tanqeed karen ge aap ke upar to aap ghussa nahi hon ge. to tanqeed karte hue wo unhein itminan ho ke aadmi sune ga, soche ga, ghussa nahi hoga. kisi se paise ka len den ho to peshgi taur par wo samajh sake ke jo wada kare ga, us ko poora kare ga, kabhi wade ke khilaf nahi jayega. to is ko main kahoon ga ke predictable character. to social term mein yahi mere nazdeek is ki definition hai. okay, we will end the session now. thank you. okay sir, maine un se poocha ke bhai sahib aaye ke nahi aaye? ji haan, bilkul time pe pohnch gaye. ji bilkul, waqt pe pohnch gaye molana. mashallah, mashallah, alhamdulillah.</w:t>
      </w:r>
    </w:p>
    <w:p>
      <w:pPr>
        <w:jc w:val="right"/>
      </w:pPr>
      <w:r>
        <w:t>" بھئی، سوشل سینس میں اس کا مطلب میں یہ سمجھتا ہوں کہ اس کو میں کہا کرتا ہوں پریڈکٹیبل کریکٹر۔ آپ ایک سماج میں ہیں تو اس کے اندر آپ کا کریکٹر جو ہے پریڈکٹیبل ہو، یعنی دوسرے لوگ پیشگی طور پر جان سکیں کہ آپ کس موقع پر کیسا رسپانس دیں گے۔ پیشگی طور پر جان سکیں، مثلاً لوگ جان سکیں کہ اگر وہ تنقید کریں گے آپ کے اوپر تو آپ غصہ نہیں ہوں گے۔ تو تنقید کرتے ہوئے وہ انہیں اطمینان ہو کہ آدمی سنے گا، سوچے گا، غصہ نہیں ہوگا۔ کسی سے پیسے کا لین دین ہو تو پیشگی طور پر وہ سمجھ سکے کہ جو وعدہ کرے گا، اس کو پورا کرے گا، کبھی وعدے کے خلاف نہیں جائے گا۔ تو اس کو میں کہوں گا کہ پریڈکٹیبل کریکٹر۔ تو سوشل ٹرم میں یہی میرا نزدیک اس کی ڈیفینیشن ہے۔ اوکے، وی ویل اینڈ دی سیشن ناو۔ تھینک یو۔ اوکے سر، میں نے ان سے پوچھا کہ بھائی صاحب آئے کہ نہیں آئے؟ جی ہاں، بالکل ٹائم پہ پہنچ گئے۔ جی بالکل، وقت پہ پہنچ گئے مولانا۔ ماشاءاللہ، ماشاءاللہ، الحمدللہ۔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