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Prophet of Islam 21st October 2012</w:t>
      </w:r>
    </w:p>
    <w:p>
      <w:r>
        <w:t>https://www.youtube.com/watch?v=pg1Malshh6Y</w:t>
      </w:r>
    </w:p>
    <w:p>
      <w:r>
        <w:rPr>
          <w:b/>
        </w:rPr>
        <w:t xml:space="preserve">[00:01] </w:t>
      </w:r>
      <w:r>
        <w:t>Bismillah Rehman Rahim, wa Salla Allahu ala Nabi al-Kareem.</w:t>
      </w:r>
    </w:p>
    <w:p>
      <w:pPr>
        <w:jc w:val="right"/>
      </w:pPr>
      <w:r>
        <w:t>بسم اللہ الرحمن الرحیم، وصلی اللہ علی النبی الکریم۔</w:t>
      </w:r>
    </w:p>
    <w:p>
      <w:r>
        <w:rPr>
          <w:b/>
        </w:rPr>
        <w:t xml:space="preserve">[00:07]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[00:14] </w:t>
      </w:r>
      <w:r>
        <w:t>aaj ka topic hai: Islam and the Prophet of Islam, yani Islam aur Paighambar Islam.</w:t>
      </w:r>
    </w:p>
    <w:p>
      <w:pPr>
        <w:jc w:val="right"/>
      </w:pPr>
      <w:r>
        <w:t>آج کا ٹاپک ہے: اسلام اینڈ دی پرافٹ آف اسلام، یعنی اسلام اور پیغمبر اسلام۔</w:t>
      </w:r>
    </w:p>
    <w:p>
      <w:r>
        <w:rPr>
          <w:b/>
        </w:rPr>
        <w:t xml:space="preserve">[00:20] </w:t>
      </w:r>
      <w:r>
        <w:t>Quran mein Surah Al-Maidah mein ek ayat hai: "Al yawma akmaltu lakum deenakum wa atmamtu alaikum ni'mati wa raziytu lakumul Islaama deena" .</w:t>
      </w:r>
    </w:p>
    <w:p>
      <w:pPr>
        <w:jc w:val="right"/>
      </w:pPr>
      <w:r>
        <w:t>قرآن میں سورہ المائدہ میں ایک آیت ہے: "اليوم اکملت لکم دینکم واتممت علیکم نعمتي ورزیت لکم الاسلام دینا" ۔</w:t>
      </w:r>
    </w:p>
    <w:p>
      <w:r>
        <w:rPr>
          <w:b/>
        </w:rPr>
        <w:t xml:space="preserve">[00:27] </w:t>
      </w:r>
      <w:r>
        <w:t>is ka matlab hai ke aaj mein ne, yani Allah ne, complete kar diya tumhara deen aur razi</w:t>
      </w:r>
    </w:p>
    <w:p>
      <w:pPr>
        <w:jc w:val="right"/>
      </w:pPr>
      <w:r>
        <w:t>اس کا مطلب ہے کہ آج میں نے، یعنی اللہ نے، کمپلیٹ کر دیا تمہارا دین اور راضی</w:t>
      </w:r>
    </w:p>
    <w:p>
      <w:r>
        <w:rPr>
          <w:b/>
        </w:rPr>
        <w:t xml:space="preserve">[00:34] </w:t>
      </w:r>
      <w:r>
        <w:t>ho gaya tumhare deen par.</w:t>
      </w:r>
    </w:p>
    <w:p>
      <w:pPr>
        <w:jc w:val="right"/>
      </w:pPr>
      <w:r>
        <w:t>ہو گیا تمہارے دین پر۔</w:t>
      </w:r>
    </w:p>
    <w:p>
      <w:r>
        <w:rPr>
          <w:b/>
        </w:rPr>
        <w:t xml:space="preserve">[00:40] </w:t>
      </w:r>
      <w:r>
        <w:t>to yeh jo lafz hai "complete kar diya" ya "ikmal" ya "takmeel", is ka matlab yeh nahi hai</w:t>
      </w:r>
    </w:p>
    <w:p>
      <w:pPr>
        <w:jc w:val="right"/>
      </w:pPr>
      <w:r>
        <w:t>تو یہ جو لفظ ہے "کمپلیٹ کر دیا" یا "اکمال" یا "تکمیل"، اس کا مطلب یہ نہیں ہے</w:t>
      </w:r>
    </w:p>
    <w:p>
      <w:r>
        <w:rPr>
          <w:b/>
        </w:rPr>
        <w:t xml:space="preserve">[00:47] </w:t>
      </w:r>
      <w:r>
        <w:t>ke deen ke jo teachings hain, deen ke jo ahkam hain, un ki list complete kar di.</w:t>
      </w:r>
    </w:p>
    <w:p>
      <w:pPr>
        <w:jc w:val="right"/>
      </w:pPr>
      <w:r>
        <w:t>کہ دین کے جو ٹیچنگز ہیں، دین کے جو احکام ہیں، ان کی لسٹ کمپلیٹ کر دی۔</w:t>
      </w:r>
    </w:p>
    <w:p>
      <w:r>
        <w:rPr>
          <w:b/>
        </w:rPr>
        <w:t xml:space="preserve">[00:53] </w:t>
      </w:r>
      <w:r>
        <w:t>yeh completion of list ka mamla nahi hai.</w:t>
      </w:r>
    </w:p>
    <w:p>
      <w:pPr>
        <w:jc w:val="right"/>
      </w:pPr>
      <w:r>
        <w:t>یہ کمپلیشن آف لسٹ کا معاملہ نہیں ہے۔</w:t>
      </w:r>
    </w:p>
    <w:p>
      <w:r>
        <w:rPr>
          <w:b/>
        </w:rPr>
        <w:t xml:space="preserve">[01:00] </w:t>
      </w:r>
      <w:r>
        <w:t>dekhiye, quran ke mutabiq Allah ne pichle tamam zabanon mein barabar apne prophet bheje: "ثم أرسلنا رسلنا تترًا" ۔</w:t>
      </w:r>
    </w:p>
    <w:p>
      <w:pPr>
        <w:jc w:val="right"/>
      </w:pPr>
      <w:r>
        <w:t>دیکھیے، قرآن کے مطابق اللہ نے پچھلے تمام زبانوں میں برابر اپنے پرافٹ بھیجے: "ثم أرسلنا رسلنا تترًا" ۔</w:t>
      </w:r>
    </w:p>
    <w:p>
      <w:r>
        <w:rPr>
          <w:b/>
        </w:rPr>
        <w:t xml:space="preserve">[01:07] </w:t>
      </w:r>
      <w:r>
        <w:t>tamam prophet surah shura mein jo ayat hai, us ke mutabiq ek hi deen le kar aaye, yaani</w:t>
      </w:r>
    </w:p>
    <w:p>
      <w:pPr>
        <w:jc w:val="right"/>
      </w:pPr>
      <w:r>
        <w:t>تمام پرافٹ سورہ شوریٰ میں جو آیت ہے، اس کے مطابق ایک ہی دین لے کر آئے، یعنی</w:t>
      </w:r>
    </w:p>
    <w:p>
      <w:r>
        <w:rPr>
          <w:b/>
        </w:rPr>
        <w:t xml:space="preserve">[01:13] </w:t>
      </w:r>
      <w:r>
        <w:t>hazrat nooh ka jo deen tha, wahi hazrat Muhammad ka deen tha.</w:t>
      </w:r>
    </w:p>
    <w:p>
      <w:pPr>
        <w:jc w:val="right"/>
      </w:pPr>
      <w:r>
        <w:t>حضرت نوح کا جو دین تھا، وہی حضرت محمد کا دین تھا۔</w:t>
      </w:r>
    </w:p>
    <w:p>
      <w:r>
        <w:rPr>
          <w:b/>
        </w:rPr>
        <w:t xml:space="preserve">[01:20] </w:t>
      </w:r>
      <w:r>
        <w:t>koi farq nahi tha dono ke deen mein.</w:t>
      </w:r>
    </w:p>
    <w:p>
      <w:pPr>
        <w:jc w:val="right"/>
      </w:pPr>
      <w:r>
        <w:t>کوئی فرق نہیں تھا دونوں کے دین میں۔</w:t>
      </w:r>
    </w:p>
    <w:p>
      <w:r>
        <w:rPr>
          <w:b/>
        </w:rPr>
        <w:t xml:space="preserve">[01:26] </w:t>
      </w:r>
      <w:r>
        <w:t>to ab sawal yeh hai ke yeh deen ko complete karne ka matlab kya hai? to deen ko</w:t>
      </w:r>
    </w:p>
    <w:p>
      <w:pPr>
        <w:jc w:val="right"/>
      </w:pPr>
      <w:r>
        <w:t>تو اب سوال یہ ہے کہ یہ دین کو کمپلیٹ کرنے کا مطلب کیا ہے؟ تو دین کو</w:t>
      </w:r>
    </w:p>
    <w:p>
      <w:r>
        <w:rPr>
          <w:b/>
        </w:rPr>
        <w:t xml:space="preserve">[01:33] </w:t>
      </w:r>
      <w:r>
        <w:t>complete karne ka yeh matlab nahi hai ke quran mein, ya pichle quran mein, complete kar diya pichle</w:t>
      </w:r>
    </w:p>
    <w:p>
      <w:pPr>
        <w:jc w:val="right"/>
      </w:pPr>
      <w:r>
        <w:t>کمپلیٹ کرنے کا یہ مطلب نہیں ہے کہ قرآن میں، یا پچھلے قرآن میں، کمپلیٹ کر دیا پچھلے</w:t>
      </w:r>
    </w:p>
    <w:p>
      <w:r>
        <w:rPr>
          <w:b/>
        </w:rPr>
        <w:t xml:space="preserve">[01:40] </w:t>
      </w:r>
      <w:r>
        <w:t>deen ke ahkam ko.</w:t>
      </w:r>
    </w:p>
    <w:p>
      <w:pPr>
        <w:jc w:val="right"/>
      </w:pPr>
      <w:r>
        <w:t>دین کے احکام کو۔</w:t>
      </w:r>
    </w:p>
    <w:p>
      <w:r>
        <w:rPr>
          <w:b/>
        </w:rPr>
        <w:t xml:space="preserve">[01:46] </w:t>
      </w:r>
      <w:r>
        <w:t>nahi, quran mein wahi deen hai jo pichle nabiyon ki kitabon mein jo deen tha.</w:t>
      </w:r>
    </w:p>
    <w:p>
      <w:pPr>
        <w:jc w:val="right"/>
      </w:pPr>
      <w:r>
        <w:t>نہیں، قرآن میں وہی دین ہے جو پچھلے نبیوں کی کتابوں میں جو دین تھا۔</w:t>
      </w:r>
    </w:p>
    <w:p>
      <w:r>
        <w:rPr>
          <w:b/>
        </w:rPr>
        <w:t xml:space="preserve">[01:53] </w:t>
      </w:r>
      <w:r>
        <w:t>یہاں پر کمپلیٹ کرنے کا مطلب یہ ہے: supporting element, supporting elements کا ایڈ کرنا۔</w:t>
      </w:r>
    </w:p>
    <w:p>
      <w:pPr>
        <w:jc w:val="right"/>
      </w:pPr>
      <w:r>
        <w:t>یہاں پر کمپلیٹ کرنے کا مطلب یہ ہے: سپورٹنگ ایلیمنٹ، سپورٹنگ ایلیمنٹس کا ایڈ کرنا۔</w:t>
      </w:r>
    </w:p>
    <w:p>
      <w:r>
        <w:rPr>
          <w:b/>
        </w:rPr>
        <w:t xml:space="preserve">[01:59] </w:t>
      </w:r>
      <w:r>
        <w:t>yaani Allah taala ne deen mein ek cheez ko add kiya, ek cheez ka izafa kiya.</w:t>
      </w:r>
    </w:p>
    <w:p>
      <w:pPr>
        <w:jc w:val="right"/>
      </w:pPr>
      <w:r>
        <w:t>یعنی اللہ تعالیٰ نے دین میں ایک چیز کو ایڈ کیا، ایک چیز کا اضافہ کیا۔</w:t>
      </w:r>
    </w:p>
    <w:p>
      <w:r>
        <w:rPr>
          <w:b/>
        </w:rPr>
        <w:t xml:space="preserve">[02:06] </w:t>
      </w:r>
      <w:r>
        <w:t>is ko mein kahunga supporting elements, yaani taayidi anasir.</w:t>
      </w:r>
    </w:p>
    <w:p>
      <w:pPr>
        <w:jc w:val="right"/>
      </w:pPr>
      <w:r>
        <w:t>اس کو میں کہوں گا سپورٹنگ ایلیمنٹس، یعنی تائیدی عناصر۔</w:t>
      </w:r>
    </w:p>
    <w:p>
      <w:r>
        <w:rPr>
          <w:b/>
        </w:rPr>
        <w:t xml:space="preserve">[02:13] </w:t>
      </w:r>
      <w:r>
        <w:t>dekhiye, aap mazahib ki tareekh padhein to ek bohat ajeeb cheez yeh nazar aati hai ke pichle mazahib</w:t>
      </w:r>
    </w:p>
    <w:p>
      <w:pPr>
        <w:jc w:val="right"/>
      </w:pPr>
      <w:r>
        <w:t>دیکھیے، آپ مذاہب کی تاریخ پڑھیں تو ایک بہت عجیب چیز یہ نظر آتی ہے کہ پچھلے مذاہب</w:t>
      </w:r>
    </w:p>
    <w:p>
      <w:r>
        <w:rPr>
          <w:b/>
        </w:rPr>
        <w:t xml:space="preserve">[02:19] </w:t>
      </w:r>
      <w:r>
        <w:t>ya pichle peghambaron ke laye hue deen apne original halaat mein baqi nahi rahe.</w:t>
      </w:r>
    </w:p>
    <w:p>
      <w:pPr>
        <w:jc w:val="right"/>
      </w:pPr>
      <w:r>
        <w:t>یا پچھلے پیغمبروں کے لائے ہوئے دین اپنے اوریجنل حالات میں باقی نہیں رہے۔</w:t>
      </w:r>
    </w:p>
    <w:p>
      <w:r>
        <w:rPr>
          <w:b/>
        </w:rPr>
        <w:t xml:space="preserve">[02:26] </w:t>
      </w:r>
      <w:r>
        <w:t>ان میں بہت زیادہ فرق آ گیا، alteration ہوا، distortion ہوا، اور ہر ایک کی history، historical authenticity</w:t>
      </w:r>
    </w:p>
    <w:p>
      <w:pPr>
        <w:jc w:val="right"/>
      </w:pPr>
      <w:r>
        <w:t>ان میں بہت زیادہ فرق آ گیا، الٹریشن ہوا، ڈسٹارشن ہوا، اور ہر ایک کی ہسٹوری، ہسٹوریکل اتھنٹیسٹی</w:t>
      </w:r>
    </w:p>
    <w:p>
      <w:r>
        <w:rPr>
          <w:b/>
        </w:rPr>
        <w:t xml:space="preserve">[02:32] </w:t>
      </w:r>
      <w:r>
        <w:t>khatm ho gayi.</w:t>
      </w:r>
    </w:p>
    <w:p>
      <w:pPr>
        <w:jc w:val="right"/>
      </w:pPr>
      <w:r>
        <w:t>ختم ہو گئی۔</w:t>
      </w:r>
    </w:p>
    <w:p>
      <w:r>
        <w:rPr>
          <w:b/>
        </w:rPr>
        <w:t xml:space="preserve">[02:39] </w:t>
      </w:r>
      <w:r>
        <w:t>to pichle tamam deen jo hain, un ki history nahi bani, woh recorded history mein un ka mention nahi hua.</w:t>
      </w:r>
    </w:p>
    <w:p>
      <w:pPr>
        <w:jc w:val="right"/>
      </w:pPr>
      <w:r>
        <w:t>تو پچھلے تمام دین جو ہیں، ان کی ہسٹری نہیں بنی، وہ ریکارڈڈ ہسٹری میں ان کا مینشن نہیں ہوا۔</w:t>
      </w:r>
    </w:p>
    <w:p>
      <w:r>
        <w:rPr>
          <w:b/>
        </w:rPr>
        <w:t xml:space="preserve">[02:46] </w:t>
      </w:r>
      <w:r>
        <w:t>yeh masla tha.</w:t>
      </w:r>
    </w:p>
    <w:p>
      <w:pPr>
        <w:jc w:val="right"/>
      </w:pPr>
      <w:r>
        <w:t>یہ مسئلہ تھا۔</w:t>
      </w:r>
    </w:p>
    <w:p>
      <w:r>
        <w:rPr>
          <w:b/>
        </w:rPr>
        <w:t xml:space="preserve">[02:52] </w:t>
      </w:r>
      <w:r>
        <w:t>to Allah taala ko yeh matloob tha ke peghambari ka silsila khatm ho.</w:t>
      </w:r>
    </w:p>
    <w:p>
      <w:pPr>
        <w:jc w:val="right"/>
      </w:pPr>
      <w:r>
        <w:t>تو اللہ تعالیٰ کو یہ مطلوب تھا کہ پیغمبری کا سلسلہ ختم ہو۔</w:t>
      </w:r>
    </w:p>
    <w:p>
      <w:r>
        <w:rPr>
          <w:b/>
        </w:rPr>
        <w:t xml:space="preserve">[02:59] </w:t>
      </w:r>
      <w:r>
        <w:t>to lekin is ke liye zaroori tha ke Allah ke deen ka, yaani Allah ki guidance ka, ek</w:t>
      </w:r>
    </w:p>
    <w:p>
      <w:pPr>
        <w:jc w:val="right"/>
      </w:pPr>
      <w:r>
        <w:t>تو لیکن اس کے لیے ضروری تھا کہ اللہ کے دین کا، یعنی اللہ کی گائیڈنس کا، ایک</w:t>
      </w:r>
    </w:p>
    <w:p>
      <w:r>
        <w:rPr>
          <w:b/>
        </w:rPr>
        <w:t xml:space="preserve">[03:05] </w:t>
      </w:r>
      <w:r>
        <w:t>authentic version preserve ho jaye.</w:t>
      </w:r>
    </w:p>
    <w:p>
      <w:pPr>
        <w:jc w:val="right"/>
      </w:pPr>
      <w:r>
        <w:t>اتھینٹک ورژن پریزرو ہو جائے۔</w:t>
      </w:r>
    </w:p>
    <w:p>
      <w:r>
        <w:rPr>
          <w:b/>
        </w:rPr>
        <w:t xml:space="preserve">[03:12] </w:t>
      </w:r>
      <w:r>
        <w:t>preserve ho jaye.</w:t>
      </w:r>
    </w:p>
    <w:p>
      <w:pPr>
        <w:jc w:val="right"/>
      </w:pPr>
      <w:r>
        <w:t>پریزرو ہو جائے۔</w:t>
      </w:r>
    </w:p>
    <w:p>
      <w:r>
        <w:rPr>
          <w:b/>
        </w:rPr>
        <w:t xml:space="preserve">[03:19] </w:t>
      </w:r>
      <w:r>
        <w:t>to preserve hone ke liye zaroori tha ke kuch aise asbab jama hon.</w:t>
      </w:r>
    </w:p>
    <w:p>
      <w:pPr>
        <w:jc w:val="right"/>
      </w:pPr>
      <w:r>
        <w:t>تو پریزرو ہونے کے لیے ضروری تھا کہ کچھ ایسے اسباب جمع ہوں۔</w:t>
      </w:r>
    </w:p>
    <w:p>
      <w:r>
        <w:rPr>
          <w:b/>
        </w:rPr>
        <w:t xml:space="preserve">[03:25] </w:t>
      </w:r>
      <w:r>
        <w:t>preserve hone ke liye asbab darkar the.</w:t>
      </w:r>
    </w:p>
    <w:p>
      <w:pPr>
        <w:jc w:val="right"/>
      </w:pPr>
      <w:r>
        <w:t>پریزرو ہونے کے لیے اسباب درکار تھے۔</w:t>
      </w:r>
    </w:p>
    <w:p>
      <w:r>
        <w:rPr>
          <w:b/>
        </w:rPr>
        <w:t xml:space="preserve">[03:32] </w:t>
      </w:r>
      <w:r>
        <w:t>isi ko mein keh raha hoon ke supporting elements.</w:t>
      </w:r>
    </w:p>
    <w:p>
      <w:pPr>
        <w:jc w:val="right"/>
      </w:pPr>
      <w:r>
        <w:t>اسی کو میں کہہ رہا ہوں کہ سپورٹنگ ایلیمنٹس۔</w:t>
      </w:r>
    </w:p>
    <w:p>
      <w:r>
        <w:rPr>
          <w:b/>
        </w:rPr>
        <w:t xml:space="preserve">[03:38] </w:t>
      </w:r>
      <w:r>
        <w:t>ek misaal lijiye, aap pichhle paighambaron ki jo zindagi thi, ya unka jo life thi, woh history</w:t>
      </w:r>
    </w:p>
    <w:p>
      <w:pPr>
        <w:jc w:val="right"/>
      </w:pPr>
      <w:r>
        <w:t>ایک مثال لیجئے، آپ پچھلے پیغمبروں کی جو زندگی تھی، یا ان کا جو لائف تھی، وہ ہسٹری</w:t>
      </w:r>
    </w:p>
    <w:p>
      <w:r>
        <w:rPr>
          <w:b/>
        </w:rPr>
        <w:t xml:space="preserve">[03:45] </w:t>
      </w:r>
      <w:r>
        <w:t>mein record kyon nahin hui? aap dekhiye, Hazrat Musa paighambar the, Hazrat Ibrahim paighambar the, is tarah bohat</w:t>
      </w:r>
    </w:p>
    <w:p>
      <w:pPr>
        <w:jc w:val="right"/>
      </w:pPr>
      <w:r>
        <w:t>میں ریکارڈ کیوں نہیں ہوئی؟ آپ دیکھیے، حضرت موسیٰ پیغمبر تھے، حضرت ابراہیم پیغمبر تھے، اس طرح بہت</w:t>
      </w:r>
    </w:p>
    <w:p>
      <w:r>
        <w:rPr>
          <w:b/>
        </w:rPr>
        <w:t xml:space="preserve">[03:52] </w:t>
      </w:r>
      <w:r>
        <w:t>se paighambar the.</w:t>
      </w:r>
    </w:p>
    <w:p>
      <w:pPr>
        <w:jc w:val="right"/>
      </w:pPr>
      <w:r>
        <w:t>سے پیغمبر تھے۔</w:t>
      </w:r>
    </w:p>
    <w:p>
      <w:r>
        <w:rPr>
          <w:b/>
        </w:rPr>
        <w:t xml:space="preserve">[03:58] </w:t>
      </w:r>
      <w:r>
        <w:t>kisi ka mention recorded history mein nahin hai.</w:t>
      </w:r>
    </w:p>
    <w:p>
      <w:pPr>
        <w:jc w:val="right"/>
      </w:pPr>
      <w:r>
        <w:t>کسی کا مینشن ریکارڈڈ ہسٹری میں نہیں ہے۔</w:t>
      </w:r>
    </w:p>
    <w:p>
      <w:r>
        <w:rPr>
          <w:b/>
        </w:rPr>
        <w:t xml:space="preserve">[04:05] </w:t>
      </w:r>
      <w:r>
        <w:t>kisi ka bhi nahin.</w:t>
      </w:r>
    </w:p>
    <w:p>
      <w:pPr>
        <w:jc w:val="right"/>
      </w:pPr>
      <w:r>
        <w:t>کسی کا بھی نہیں۔</w:t>
      </w:r>
    </w:p>
    <w:p>
      <w:r>
        <w:rPr>
          <w:b/>
        </w:rPr>
        <w:t xml:space="preserve">[04:11] </w:t>
      </w:r>
      <w:r>
        <w:t>mazhabi kitabon mein hum ko parhte hain, history mein nahin parhte un ko.</w:t>
      </w:r>
    </w:p>
    <w:p>
      <w:pPr>
        <w:jc w:val="right"/>
      </w:pPr>
      <w:r>
        <w:t>مذہبی کتابوں میں ہم کو پڑھتے ہیں، ہسٹری میں نہیں پڑھتے ان کو۔</w:t>
      </w:r>
    </w:p>
    <w:p>
      <w:r>
        <w:rPr>
          <w:b/>
        </w:rPr>
        <w:t xml:space="preserve">[04:18] </w:t>
      </w:r>
      <w:r>
        <w:t>yahan tak ke Rasool Allah se jo jo last bit one prophet hain, Hazrat Masih, yani Rasool Allah</w:t>
      </w:r>
    </w:p>
    <w:p>
      <w:pPr>
        <w:jc w:val="right"/>
      </w:pPr>
      <w:r>
        <w:t>یہاں تک کہ رسول اللہ سے جو جو لاسٹ بٹ ون پرافٹ ہیں، حضرت مسیح، یعنی رسول اللہ</w:t>
      </w:r>
    </w:p>
    <w:p>
      <w:r>
        <w:rPr>
          <w:b/>
        </w:rPr>
        <w:t xml:space="preserve">[04:25] </w:t>
      </w:r>
      <w:r>
        <w:t>se pehle paanch sau saal pehle aane wale, un ka bhi history mein record nahin, jo ke last</w:t>
      </w:r>
    </w:p>
    <w:p>
      <w:pPr>
        <w:jc w:val="right"/>
      </w:pPr>
      <w:r>
        <w:t>سے پہلے پانچ سو سال پہلے آنے والے، ان کا بھی ہسٹری میں ریکارڈ نہیں، جو کہ لاسٹ</w:t>
      </w:r>
    </w:p>
    <w:p>
      <w:r>
        <w:rPr>
          <w:b/>
        </w:rPr>
        <w:t xml:space="preserve">[04:31] </w:t>
      </w:r>
      <w:r>
        <w:t>bit one hain.</w:t>
      </w:r>
    </w:p>
    <w:p>
      <w:pPr>
        <w:jc w:val="right"/>
      </w:pPr>
      <w:r>
        <w:t>بٹ ون ہیں۔</w:t>
      </w:r>
    </w:p>
    <w:p>
      <w:r>
        <w:rPr>
          <w:b/>
        </w:rPr>
        <w:t xml:space="preserve">[04:38] </w:t>
      </w:r>
      <w:r>
        <w:t>Burton Russell ne likha hai Hazrat Masih ke bare mein ke "historically it is quite doubtful whether Christ</w:t>
      </w:r>
    </w:p>
    <w:p>
      <w:pPr>
        <w:jc w:val="right"/>
      </w:pPr>
      <w:r>
        <w:t>برٹن ارسل نے لکھا ہے حضرت مسیح کے بارے میں کہ "historically it is quite doubtful whether Christ</w:t>
      </w:r>
    </w:p>
    <w:p>
      <w:r>
        <w:rPr>
          <w:b/>
        </w:rPr>
        <w:t xml:space="preserve">[04:44] </w:t>
      </w:r>
      <w:r>
        <w:t>ever existed at all" .</w:t>
      </w:r>
    </w:p>
    <w:p>
      <w:pPr>
        <w:jc w:val="right"/>
      </w:pPr>
      <w:r>
        <w:t>ever existed at all" ۔</w:t>
      </w:r>
    </w:p>
    <w:p>
      <w:r>
        <w:rPr>
          <w:b/>
        </w:rPr>
        <w:t xml:space="preserve">[04:51] </w:t>
      </w:r>
      <w:r>
        <w:t>to sawal yeh hai ke jis jin paighambaron ka history mein record na ho, jin paighambaron ki taleemat</w:t>
      </w:r>
    </w:p>
    <w:p>
      <w:pPr>
        <w:jc w:val="right"/>
      </w:pPr>
      <w:r>
        <w:t>تو سوال یہ ہے کہ جس جن پیغمبروں کا ہسٹری میں ریکارڈ نہ ہو، جن پیغمبروں کی تعلیمات</w:t>
      </w:r>
    </w:p>
    <w:p>
      <w:r>
        <w:rPr>
          <w:b/>
        </w:rPr>
        <w:t xml:space="preserve">[04:58] </w:t>
      </w:r>
      <w:r>
        <w:t>ko authenticity hasil na ho, historical authenticity, to insaan kaise maane un ko? kaise maane? to Allah Ta'ala</w:t>
      </w:r>
    </w:p>
    <w:p>
      <w:pPr>
        <w:jc w:val="right"/>
      </w:pPr>
      <w:r>
        <w:t>کو اتھنٹیسٹی حاصل نہ ہو، ہسٹوریکل اتھنٹیسٹی، تو انسان کیسے مانے ان کو؟ کیسے مانے؟ تو اللہ تعالیٰ</w:t>
      </w:r>
    </w:p>
    <w:p>
      <w:r>
        <w:rPr>
          <w:b/>
        </w:rPr>
        <w:t xml:space="preserve">[05:04] </w:t>
      </w:r>
      <w:r>
        <w:t>ko yeh matloob hua ke aakhri paighambar, yani Muhammad (SAW), ke saath aise asbab jama</w:t>
      </w:r>
    </w:p>
    <w:p>
      <w:pPr>
        <w:jc w:val="right"/>
      </w:pPr>
      <w:r>
        <w:t>کو یہ مطلوب ہوا کہ آخری پیغمبر، یعنی محمد صلی اللہ علیہ وسلم، کے ساتھ ایسے اسباب جمع</w:t>
      </w:r>
    </w:p>
    <w:p>
      <w:r>
        <w:rPr>
          <w:b/>
        </w:rPr>
        <w:t xml:space="preserve">[05:11] </w:t>
      </w:r>
      <w:r>
        <w:t>kiye jayen, aise supporting elements jama kiye jayen ke aap ka la ilaha illallah history mein record ho jaye.</w:t>
      </w:r>
    </w:p>
    <w:p>
      <w:pPr>
        <w:jc w:val="right"/>
      </w:pPr>
      <w:r>
        <w:t>کیے جائیں، ایسے سپورٹنگ ایلیمنٹس جمع کیے جائیں کہ آپ کا لا ایوا دین ہسٹری میں ریکارڈ ہو جائے۔</w:t>
      </w:r>
    </w:p>
    <w:p>
      <w:r>
        <w:rPr>
          <w:b/>
        </w:rPr>
        <w:t xml:space="preserve">[05:17] </w:t>
      </w:r>
      <w:r>
        <w:t>dekhiye, ek scholar tha, uska uska uska us ne likha hai Hazrat Rasool Allah (SAW) ke bare mein ke ek European scholar, woh likhta hai ke "unlike other founders of</w:t>
      </w:r>
    </w:p>
    <w:p>
      <w:pPr>
        <w:jc w:val="right"/>
      </w:pPr>
      <w:r>
        <w:t>دیکھیے، ایک اسکالر تھا، اس کا اس کا اس کی اس نے لکھا ہے حضرت رسول اللہ صلی</w:t>
      </w:r>
    </w:p>
    <w:p>
      <w:r>
        <w:rPr>
          <w:b/>
        </w:rPr>
        <w:t xml:space="preserve">[05:24] </w:t>
      </w:r>
      <w:r>
        <w:t>religion, Prophet Muhammad was born within the full light of history" .</w:t>
      </w:r>
    </w:p>
    <w:p>
      <w:pPr>
        <w:jc w:val="right"/>
      </w:pPr>
      <w:r>
        <w:t>اللہ علیہ وسلم کے بارے میں کہ ایک یورپین اسکالر، وہ لکھتا ہے کہ "unlike other founders of</w:t>
      </w:r>
    </w:p>
    <w:p>
      <w:r>
        <w:rPr>
          <w:b/>
        </w:rPr>
        <w:t xml:space="preserve">[05:31] </w:t>
      </w:r>
      <w:r>
        <w:t>kai scholars ne aisi baat likhi hai to ke pichhle founders jo the mazhabon ke, woh to history</w:t>
      </w:r>
    </w:p>
    <w:p>
      <w:pPr>
        <w:jc w:val="right"/>
      </w:pPr>
      <w:r>
        <w:t>religion, Prophet Muhammad was born within the full light of history" ۔</w:t>
      </w:r>
    </w:p>
    <w:p>
      <w:r>
        <w:rPr>
          <w:b/>
        </w:rPr>
        <w:t xml:space="preserve">[05:37] </w:t>
      </w:r>
      <w:r>
        <w:t>mein record nahin hue, lekin paighambar-e-Islam jo hain, poori tarah se woh history mein record hain aur</w:t>
      </w:r>
    </w:p>
    <w:p>
      <w:pPr>
        <w:jc w:val="right"/>
      </w:pPr>
      <w:r>
        <w:t>کئی اسکالرز نے ایسی بات لکھی ہے تو کہ پچھلے فاؤنڈرز جو تھے مذہبوں کے، وہ تو ہسٹری</w:t>
      </w:r>
    </w:p>
    <w:p>
      <w:r>
        <w:rPr>
          <w:b/>
        </w:rPr>
        <w:t xml:space="preserve">[05:44] </w:t>
      </w:r>
      <w:r>
        <w:t>woh historical prophet ki hesiyat rakhte hain.</w:t>
      </w:r>
    </w:p>
    <w:p>
      <w:pPr>
        <w:jc w:val="right"/>
      </w:pPr>
      <w:r>
        <w:t>میں ریکارڈ نہیں ہوئے، لیکن پیغمبر اسلام جو ہیں، پوری طریقے سے وہ ہسٹری میں ریکارڈ ہیں اور</w:t>
      </w:r>
    </w:p>
    <w:p>
      <w:r>
        <w:rPr>
          <w:b/>
        </w:rPr>
        <w:t xml:space="preserve">[05:50] </w:t>
      </w:r>
      <w:r>
        <w:t>magar yeh kaise hua? yeh Allah Ta'ala ne ek un ke ek special intezam ke zariye hua.</w:t>
      </w:r>
    </w:p>
    <w:p>
      <w:pPr>
        <w:jc w:val="right"/>
      </w:pPr>
      <w:r>
        <w:t>وہ ہسٹوریکل پرافٹ کی حیثیت رکھتے ہیں۔</w:t>
      </w:r>
    </w:p>
    <w:p>
      <w:r>
        <w:rPr>
          <w:b/>
        </w:rPr>
        <w:t xml:space="preserve">[05:57] </w:t>
      </w:r>
      <w:r>
        <w:t>dekhiye, aap jo historiography ki jo tareekh hai, us ko parhen aap to pichhle zamane mein, yani</w:t>
      </w:r>
    </w:p>
    <w:p>
      <w:pPr>
        <w:jc w:val="right"/>
      </w:pPr>
      <w:r>
        <w:t>مگر یہ کیسے ہوا؟ یہ اللہ تعالیٰ نے ایک ان کے ایک اسپیشل انتظام کے ذریعے ہوا۔</w:t>
      </w:r>
    </w:p>
    <w:p>
      <w:r>
        <w:rPr>
          <w:b/>
        </w:rPr>
        <w:t xml:space="preserve">[06:04] </w:t>
      </w:r>
      <w:r>
        <w:t>Ibn Khaldun se pehle, tareekh likhne ka yeh tareeqa tha ke sirf badshahon ki tareekh likhi jati thi.</w:t>
      </w:r>
    </w:p>
    <w:p>
      <w:pPr>
        <w:jc w:val="right"/>
      </w:pPr>
      <w:r>
        <w:t>دیکھیے، آپ جو ہسٹوریو گرافی کی جو تاریخ ہے، اس کو پڑھیں آپ تو پچھلے زمانے میں، یعنی</w:t>
      </w:r>
    </w:p>
    <w:p>
      <w:r>
        <w:rPr>
          <w:b/>
        </w:rPr>
        <w:t xml:space="preserve">[06:10] </w:t>
      </w:r>
      <w:r>
        <w:t>badshah aur general jo hua karte the, yani political importance ke log, unhi ki history likhte the.</w:t>
      </w:r>
    </w:p>
    <w:p>
      <w:pPr>
        <w:jc w:val="right"/>
      </w:pPr>
      <w:r>
        <w:t>ابن خلدون سے پہلے، تاریخ لکھنے کا یہ طریقہ تھا کہ صرف بادشاہوں کی تاریخ لکھی جاتی تھی۔</w:t>
      </w:r>
    </w:p>
    <w:p>
      <w:r>
        <w:rPr>
          <w:b/>
        </w:rPr>
        <w:t xml:space="preserve">[06:17] </w:t>
      </w:r>
      <w:r>
        <w:t>badshah aur general jo hua karte the, yani political importance ke log, unhi ki history likhte the.</w:t>
      </w:r>
    </w:p>
    <w:p>
      <w:pPr>
        <w:jc w:val="right"/>
      </w:pPr>
      <w:r>
        <w:t>بادشاہ اور جنرل جو ہوا کرتے تھے، یعنی پولیٹیکل امپورٹنس کے لوگ، انہی کی ہسٹری لکھتے تھے۔</w:t>
      </w:r>
    </w:p>
    <w:p>
      <w:r>
        <w:rPr>
          <w:b/>
        </w:rPr>
        <w:t xml:space="preserve">[06:24] </w:t>
      </w:r>
      <w:r>
        <w:t>log doosri history in ke liye, yaani wordy of recording hi nahi thi.</w:t>
      </w:r>
    </w:p>
    <w:p>
      <w:pPr>
        <w:jc w:val="right"/>
      </w:pPr>
      <w:r>
        <w:t>لوگ دوسری ہسٹری ان کے لیے، یعنی وردی آف ریکارڈنگ ہی نہیں تھی۔</w:t>
      </w:r>
    </w:p>
    <w:p>
      <w:r>
        <w:rPr>
          <w:b/>
        </w:rPr>
        <w:t xml:space="preserve">[06:30] </w:t>
      </w:r>
      <w:r>
        <w:t>yeh tha historians ka test, jis ki wajah se jisay pichlay paighambar recorded history mein likhay na na sakay.</w:t>
      </w:r>
    </w:p>
    <w:p>
      <w:pPr>
        <w:jc w:val="right"/>
      </w:pPr>
      <w:r>
        <w:t>یہ تھا ہسٹورینز کا ٹیسٹ، جس کی وجہ سے جسے پچھلے پیغمبر ریکارڈڈ ہسٹری میں لکھے نہ نہ جا سکے۔</w:t>
      </w:r>
    </w:p>
    <w:p>
      <w:r>
        <w:rPr>
          <w:b/>
        </w:rPr>
        <w:t xml:space="preserve">[06:37] </w:t>
      </w:r>
      <w:r>
        <w:t>to Allah taala ne kya kiya? Allah taala ne historians ki ek nayi generation paida ki Rasool Allah ke liye.</w:t>
      </w:r>
    </w:p>
    <w:p>
      <w:pPr>
        <w:jc w:val="right"/>
      </w:pPr>
      <w:r>
        <w:t>تو اللہ تعالیٰ نے کیا کیا؟ اللہ تعالیٰ نے ہسٹورینز کی ایک نئی جنریشن پیدا کی رسول اللہ کے لیے۔</w:t>
      </w:r>
    </w:p>
    <w:p>
      <w:r>
        <w:rPr>
          <w:b/>
        </w:rPr>
        <w:t xml:space="preserve">[06:43] </w:t>
      </w:r>
      <w:r>
        <w:t>yeh Rasool Allah ke jo sahabi thay, sahaba companions, woh sab ke sab unhi ko mein keh raha</w:t>
      </w:r>
    </w:p>
    <w:p>
      <w:pPr>
        <w:jc w:val="right"/>
      </w:pPr>
      <w:r>
        <w:t>یہ رسول اللہ کے جو صحابی تھے، صحابہ کمپینینس، وہ سب کے سب انہی کو میں کہہ رہا</w:t>
      </w:r>
    </w:p>
    <w:p>
      <w:r>
        <w:rPr>
          <w:b/>
        </w:rPr>
        <w:t xml:space="preserve">[06:50] </w:t>
      </w:r>
      <w:r>
        <w:t>hoon ke woh ek historian ki ek nayi generation thi.</w:t>
      </w:r>
    </w:p>
    <w:p>
      <w:pPr>
        <w:jc w:val="right"/>
      </w:pPr>
      <w:r>
        <w:t>ہوں کہ وہ ایک ہسٹورین کی ایک نئی جنریشن تھی۔</w:t>
      </w:r>
    </w:p>
    <w:p>
      <w:r>
        <w:rPr>
          <w:b/>
        </w:rPr>
        <w:t xml:space="preserve">[06:57] </w:t>
      </w:r>
      <w:r>
        <w:t>yeh paida kiye gaye desert mein Hazrat Hajra ke, Hazrat Hajra, Hazrat Ismail, Hazrat Ibrahim ne wahan par</w:t>
      </w:r>
    </w:p>
    <w:p>
      <w:pPr>
        <w:jc w:val="right"/>
      </w:pPr>
      <w:r>
        <w:t>یہ پیدا کیے گئے ڈیزرٹ میں حضرت ہاجرہ کے، حضرت ہاجرہ، حضرت اسماعیل، حضرت ابراہیم نے وہاں پر</w:t>
      </w:r>
    </w:p>
    <w:p>
      <w:r>
        <w:rPr>
          <w:b/>
        </w:rPr>
        <w:t xml:space="preserve">[07:03] </w:t>
      </w:r>
      <w:r>
        <w:t>ek ek bohat baray mansoobay ke tehat wahan basaya aur wahan do hazar saal se ziyada muddat tak</w:t>
      </w:r>
    </w:p>
    <w:p>
      <w:pPr>
        <w:jc w:val="right"/>
      </w:pPr>
      <w:r>
        <w:t>ایک ایک بہت بڑے منصوبے کے تحت وہاں بسایا اور وہاں دو ہزار سال سے زیادہ مدت تک</w:t>
      </w:r>
    </w:p>
    <w:p>
      <w:r>
        <w:rPr>
          <w:b/>
        </w:rPr>
        <w:t xml:space="preserve">[07:10] </w:t>
      </w:r>
      <w:r>
        <w:t>log wahan ek ke douran ek qaum paida hui jis ko hum kehte hain Bano Ismail.</w:t>
      </w:r>
    </w:p>
    <w:p>
      <w:pPr>
        <w:jc w:val="right"/>
      </w:pPr>
      <w:r>
        <w:t>لوگ وہاں ایک کے دوران ایک قوم پیدا ہوئی جس کو ہم کہتے ہیں بنو اسماعیل۔</w:t>
      </w:r>
    </w:p>
    <w:p>
      <w:r>
        <w:rPr>
          <w:b/>
        </w:rPr>
        <w:t xml:space="preserve">[07:16] </w:t>
      </w:r>
      <w:r>
        <w:t>unhi mein prophet Muhammad aaye aur phir unhi mein kaam kar ke aap ne aap ke saathi banay.</w:t>
      </w:r>
    </w:p>
    <w:p>
      <w:pPr>
        <w:jc w:val="right"/>
      </w:pPr>
      <w:r>
        <w:t>انہی میں پرافٹ محمد آئے اور پھر انہی میں کام کر کے آپ نے آپ کے ساتھی بنے۔</w:t>
      </w:r>
    </w:p>
    <w:p>
      <w:r>
        <w:rPr>
          <w:b/>
        </w:rPr>
        <w:t xml:space="preserve">[07:23] </w:t>
      </w:r>
      <w:r>
        <w:t>aap ke saahiyon ki tadad ke baray mein kaha jata hai ke un ka total number jo tha</w:t>
      </w:r>
    </w:p>
    <w:p>
      <w:pPr>
        <w:jc w:val="right"/>
      </w:pPr>
      <w:r>
        <w:t>آپ کے ساتھیوں کی تعداد کے بارے میں کہا جاتا ہے کہ ان کا ٹوٹل نمبر جو تھا</w:t>
      </w:r>
    </w:p>
    <w:p>
      <w:r>
        <w:rPr>
          <w:b/>
        </w:rPr>
        <w:t xml:space="preserve">[07:30] </w:t>
      </w:r>
      <w:r>
        <w:t>woh taqreeban do lakh tha.</w:t>
      </w:r>
    </w:p>
    <w:p>
      <w:pPr>
        <w:jc w:val="right"/>
      </w:pPr>
      <w:r>
        <w:t>وہ تقریباً دو لاکھ تھا۔</w:t>
      </w:r>
    </w:p>
    <w:p>
      <w:r>
        <w:rPr>
          <w:b/>
        </w:rPr>
        <w:t xml:space="preserve">[07:36] </w:t>
      </w:r>
      <w:r>
        <w:t>aap companion jo thay, companion aur Hajjat ul Wida ke waqt, abhi aap ki death se do do mahinay</w:t>
      </w:r>
    </w:p>
    <w:p>
      <w:pPr>
        <w:jc w:val="right"/>
      </w:pPr>
      <w:r>
        <w:t>آپ کمپینین جو تھے، کمپینین اور حجۃ الوداع کے وقت، ابھی آپ کی ڈیتھ سے دو دو مہینے</w:t>
      </w:r>
    </w:p>
    <w:p>
      <w:r>
        <w:rPr>
          <w:b/>
        </w:rPr>
        <w:t xml:space="preserve">[07:43] </w:t>
      </w:r>
      <w:r>
        <w:t>pehlay taqreeban, jo log Arafat ke maidan mein aap ki aap ki final statement jo diya tha aap</w:t>
      </w:r>
    </w:p>
    <w:p>
      <w:pPr>
        <w:jc w:val="right"/>
      </w:pPr>
      <w:r>
        <w:t>پہلے تقریباً، جو لوگ عرفات کے میدان میں آپ کی آپ کی فائنل سٹیٹمنٹ جو دیا تھا آپ</w:t>
      </w:r>
    </w:p>
    <w:p>
      <w:r>
        <w:rPr>
          <w:b/>
        </w:rPr>
        <w:t xml:space="preserve">[07:49] </w:t>
      </w:r>
      <w:r>
        <w:t>ne wahan us ko sunnay ke liye maujood thay, jo un ki tadad thi ek lakh 24 hazar.</w:t>
      </w:r>
    </w:p>
    <w:p>
      <w:pPr>
        <w:jc w:val="right"/>
      </w:pPr>
      <w:r>
        <w:t>نے وہاں اس کو سننے کے لیے موجود تھے، جو ان کی تعداد تھی ایک لاکھ 24 ہزار۔</w:t>
      </w:r>
    </w:p>
    <w:p>
      <w:r>
        <w:rPr>
          <w:b/>
        </w:rPr>
        <w:t xml:space="preserve">[07:56] </w:t>
      </w:r>
      <w:r>
        <w:t>to yeh kya? Yeh yeh log kon thay? Yeh sab historians ki ek nayi generation thi.</w:t>
      </w:r>
    </w:p>
    <w:p>
      <w:pPr>
        <w:jc w:val="right"/>
      </w:pPr>
      <w:r>
        <w:t>تو یہ کیا؟ یہ یہ لوگ کون تھے؟ یہ سب ہسٹورینز کی ایک نئی جنریشن تھی۔</w:t>
      </w:r>
    </w:p>
    <w:p>
      <w:r>
        <w:rPr>
          <w:b/>
        </w:rPr>
        <w:t xml:space="preserve">[08:03] </w:t>
      </w:r>
      <w:r>
        <w:t>kyun ke wahan par kya hua? Rasool Allah sal Allah alayhi wasallam par jo wahi aati thi Quran ki</w:t>
      </w:r>
    </w:p>
    <w:p>
      <w:pPr>
        <w:jc w:val="right"/>
      </w:pPr>
      <w:r>
        <w:t>کیونکہ وہاں پر کیا ہوا؟ رسول اللہ صلی اللہ علیہ وسلم پر جو وحی آتی تھی قرآن کی</w:t>
      </w:r>
    </w:p>
    <w:p>
      <w:r>
        <w:rPr>
          <w:b/>
        </w:rPr>
        <w:t xml:space="preserve">[08:09] </w:t>
      </w:r>
      <w:r>
        <w:t>shakal mein, to yeh saaray log usay yaad karte thay.</w:t>
      </w:r>
    </w:p>
    <w:p>
      <w:pPr>
        <w:jc w:val="right"/>
      </w:pPr>
      <w:r>
        <w:t>شکل میں، تو یہ سارے لوگ اسے یاد کرتے تھے۔</w:t>
      </w:r>
    </w:p>
    <w:p>
      <w:r>
        <w:rPr>
          <w:b/>
        </w:rPr>
        <w:t xml:space="preserve">[08:16] </w:t>
      </w:r>
      <w:r>
        <w:t>do do dozen aisay log thay jo har waqt Rasool Allah ke sath rehte thay, bari bari.</w:t>
      </w:r>
    </w:p>
    <w:p>
      <w:pPr>
        <w:jc w:val="right"/>
      </w:pPr>
      <w:r>
        <w:t>دو دو ڈزن ایسے لوگ تھے جو ہر وقت رسول اللہ کے ساتھ رہتے تھے، باری باری۔</w:t>
      </w:r>
    </w:p>
    <w:p>
      <w:r>
        <w:rPr>
          <w:b/>
        </w:rPr>
        <w:t xml:space="preserve">[08:22] </w:t>
      </w:r>
      <w:r>
        <w:t>is liye ke jab bhi koi wahi aaye to foran woh likh len.</w:t>
      </w:r>
    </w:p>
    <w:p>
      <w:pPr>
        <w:jc w:val="right"/>
      </w:pPr>
      <w:r>
        <w:t>اس لیے کہ جب بھی کوئی وحی آئے تو فوراً وہ لکھ لیں۔</w:t>
      </w:r>
    </w:p>
    <w:p>
      <w:r>
        <w:rPr>
          <w:b/>
        </w:rPr>
        <w:t xml:space="preserve">[08:29] </w:t>
      </w:r>
      <w:r>
        <w:t>woh to do darjan to aisay log thay jo baqayda aap ke secretary thay, aap keh saktay hain</w:t>
      </w:r>
    </w:p>
    <w:p>
      <w:pPr>
        <w:jc w:val="right"/>
      </w:pPr>
      <w:r>
        <w:t>وہ تو دو درجن تو ایسے لوگ تھے جو باقاعدہ آپ کے سیکرٹری تھے، آپ کہہ سکتے ہیں</w:t>
      </w:r>
    </w:p>
    <w:p>
      <w:r>
        <w:rPr>
          <w:b/>
        </w:rPr>
        <w:t xml:space="preserve">[08:36] </w:t>
      </w:r>
      <w:r>
        <w:t>aaj kal ki zaban mein.</w:t>
      </w:r>
    </w:p>
    <w:p>
      <w:pPr>
        <w:jc w:val="right"/>
      </w:pPr>
      <w:r>
        <w:t>آج کل کی زبان میں۔</w:t>
      </w:r>
    </w:p>
    <w:p>
      <w:r>
        <w:rPr>
          <w:b/>
        </w:rPr>
        <w:t xml:space="preserve">[08:42] </w:t>
      </w:r>
      <w:r>
        <w:t>lekin saaray hi sahaba Quran ko yaad karte thay.</w:t>
      </w:r>
    </w:p>
    <w:p>
      <w:pPr>
        <w:jc w:val="right"/>
      </w:pPr>
      <w:r>
        <w:t>لیکن سارے ہی صحابہ قرآن کو یاد کرتے تھے۔</w:t>
      </w:r>
    </w:p>
    <w:p>
      <w:r>
        <w:rPr>
          <w:b/>
        </w:rPr>
        <w:t xml:space="preserve">[08:49] </w:t>
      </w:r>
      <w:r>
        <w:t>to jab Quran utra, usi waqt record bhi ho gaya.</w:t>
      </w:r>
    </w:p>
    <w:p>
      <w:pPr>
        <w:jc w:val="right"/>
      </w:pPr>
      <w:r>
        <w:t>تو جب قرآن اترا، اسی وقت ریکارڈ بھی ہو گیا۔</w:t>
      </w:r>
    </w:p>
    <w:p>
      <w:r>
        <w:rPr>
          <w:b/>
        </w:rPr>
        <w:t xml:space="preserve">[08:55] </w:t>
      </w:r>
      <w:r>
        <w:t>woh pehlay member mein, phir kaghaz par.</w:t>
      </w:r>
    </w:p>
    <w:p>
      <w:pPr>
        <w:jc w:val="right"/>
      </w:pPr>
      <w:r>
        <w:t>وہ پہلے ممبر میں، پھر کاغذ پر۔</w:t>
      </w:r>
    </w:p>
    <w:p>
      <w:r>
        <w:rPr>
          <w:b/>
        </w:rPr>
        <w:t xml:space="preserve">[09:02] </w:t>
      </w:r>
      <w:r>
        <w:t>pichlay zamanay mein jo nabi aaye, un ke sath aisa nahi hua.</w:t>
      </w:r>
    </w:p>
    <w:p>
      <w:pPr>
        <w:jc w:val="right"/>
      </w:pPr>
      <w:r>
        <w:t>پچھلے زمانے میں جو نبی آئے، ان کے ساتھ ایسا نہیں ہوا۔</w:t>
      </w:r>
    </w:p>
    <w:p>
      <w:r>
        <w:rPr>
          <w:b/>
        </w:rPr>
        <w:t xml:space="preserve">[09:09] </w:t>
      </w:r>
      <w:r>
        <w:t>to nabi chala gaya to us ki us ki kitab bhi chali gai.</w:t>
      </w:r>
    </w:p>
    <w:p>
      <w:pPr>
        <w:jc w:val="right"/>
      </w:pPr>
      <w:r>
        <w:t>تو نبی چلا گیا تو اس کی اس کی کتاب بھی چلی گئی۔</w:t>
      </w:r>
    </w:p>
    <w:p>
      <w:r>
        <w:rPr>
          <w:b/>
        </w:rPr>
        <w:t xml:space="preserve">[09:15] </w:t>
      </w:r>
      <w:r>
        <w:t>isi ke sath kya hua ke rasool Allah sal Allah alaihi wasallam jo bolte the, jo karte the,</w:t>
      </w:r>
    </w:p>
    <w:p>
      <w:pPr>
        <w:jc w:val="right"/>
      </w:pPr>
      <w:r>
        <w:t>اسی کے ساتھ کیا ہوا کہ رسول اللہ صلی اللہ علیہ وسلم جو بولتے تھے، جو کرتے تھے،</w:t>
      </w:r>
    </w:p>
    <w:p>
      <w:r>
        <w:rPr>
          <w:b/>
        </w:rPr>
        <w:t xml:space="preserve">[09:22] </w:t>
      </w:r>
      <w:r>
        <w:t>jo aap ke mamlaat the, wo sab ko log dekhte the aur is ko bhi record karte the.</w:t>
      </w:r>
    </w:p>
    <w:p>
      <w:pPr>
        <w:jc w:val="right"/>
      </w:pPr>
      <w:r>
        <w:t>جو آپ کے معاملات تھے، وہ سب کو لوگ دیکھتے تھے اور اس کو بھی ریکارڈ کرتے تھے۔</w:t>
      </w:r>
    </w:p>
    <w:p>
      <w:r>
        <w:rPr>
          <w:b/>
        </w:rPr>
        <w:t xml:space="preserve">[09:28] </w:t>
      </w:r>
      <w:r>
        <w:t>wo rasool Allah ke baad, yani quran to rasool Allah ki zabani bhi likha ja chuka tha aur</w:t>
      </w:r>
    </w:p>
    <w:p>
      <w:pPr>
        <w:jc w:val="right"/>
      </w:pPr>
      <w:r>
        <w:t>وہ رسول اللہ کے بعد، یعنی قرآن تو رسول اللہ کی زبانی بھی لکھا جا چکا تھا اور</w:t>
      </w:r>
    </w:p>
    <w:p>
      <w:r>
        <w:rPr>
          <w:b/>
        </w:rPr>
        <w:t xml:space="preserve">[09:35] </w:t>
      </w:r>
      <w:r>
        <w:t>phir is ki copy kar kar ke jagah jagah bheji jati thi.</w:t>
      </w:r>
    </w:p>
    <w:p>
      <w:pPr>
        <w:jc w:val="right"/>
      </w:pPr>
      <w:r>
        <w:t>پھر اس کی کاپی کر کر کے جگہ جگہ بھیجی جاتی تھی۔</w:t>
      </w:r>
    </w:p>
    <w:p>
      <w:r>
        <w:rPr>
          <w:b/>
        </w:rPr>
        <w:t xml:space="preserve">[09:42] </w:t>
      </w:r>
      <w:r>
        <w:t>to quran record ho gaya tha rasool Allah ki zabani mein.</w:t>
      </w:r>
    </w:p>
    <w:p>
      <w:pPr>
        <w:jc w:val="right"/>
      </w:pPr>
      <w:r>
        <w:t>تو قرآن ریکارڈ ہو گیا تھا رسول اللہ کی زبانی میں۔</w:t>
      </w:r>
    </w:p>
    <w:p>
      <w:r>
        <w:rPr>
          <w:b/>
        </w:rPr>
        <w:t xml:space="preserve">[09:48] </w:t>
      </w:r>
      <w:r>
        <w:t>lekin is ke baad kya hua? ke ek ek aur ilm paida hua jis ko kehte hain hadith.</w:t>
      </w:r>
    </w:p>
    <w:p>
      <w:pPr>
        <w:jc w:val="right"/>
      </w:pPr>
      <w:r>
        <w:t>لیکن اس کے بعد کیا ہوا؟ کہ ایک ایک اور علم پیدا ہوا جس کو کہتے ہیں حدیث۔</w:t>
      </w:r>
    </w:p>
    <w:p>
      <w:r>
        <w:rPr>
          <w:b/>
        </w:rPr>
        <w:t xml:space="preserve">[09:55] </w:t>
      </w:r>
      <w:r>
        <w:t>to rasool Allah ki tamam baatein, jo bhi aap ne kaha, jo bhi aap ne kiya, jab bhi</w:t>
      </w:r>
    </w:p>
    <w:p>
      <w:pPr>
        <w:jc w:val="right"/>
      </w:pPr>
      <w:r>
        <w:t>تو رسول اللہ کی تمام باتیں، جو بھی آپ نے کہا، جو بھی آپ نے کیا، جب بھی</w:t>
      </w:r>
    </w:p>
    <w:p>
      <w:r>
        <w:rPr>
          <w:b/>
        </w:rPr>
        <w:t xml:space="preserve">[10:01] </w:t>
      </w:r>
      <w:r>
        <w:t>aap bole, wo sab hadith mein record kiya gaya.</w:t>
      </w:r>
    </w:p>
    <w:p>
      <w:pPr>
        <w:jc w:val="right"/>
      </w:pPr>
      <w:r>
        <w:t>آپ بولے، وہ سب حدیث میں ریکارڈ کیا گیا۔</w:t>
      </w:r>
    </w:p>
    <w:p>
      <w:r>
        <w:rPr>
          <w:b/>
        </w:rPr>
        <w:t xml:space="preserve">[10:08] </w:t>
      </w:r>
      <w:r>
        <w:t>hadithon ki tadad taqreeban pachas hazar hai.</w:t>
      </w:r>
    </w:p>
    <w:p>
      <w:pPr>
        <w:jc w:val="right"/>
      </w:pPr>
      <w:r>
        <w:t>حدیثوں کی تعداد تقریباً پچاس ہزار ہے۔</w:t>
      </w:r>
    </w:p>
    <w:p>
      <w:r>
        <w:rPr>
          <w:b/>
        </w:rPr>
        <w:t xml:space="preserve">[10:15] </w:t>
      </w:r>
      <w:r>
        <w:t>to wo kya hai? wo rasool Allah ki zindagi ka record hai.</w:t>
      </w:r>
    </w:p>
    <w:p>
      <w:pPr>
        <w:jc w:val="right"/>
      </w:pPr>
      <w:r>
        <w:t>تو وہ کیا ہے؟ وہ رسول اللہ کی زندگی کا ریکارڈ ہے۔</w:t>
      </w:r>
    </w:p>
    <w:p>
      <w:r>
        <w:rPr>
          <w:b/>
        </w:rPr>
        <w:t xml:space="preserve">[10:21] </w:t>
      </w:r>
      <w:r>
        <w:t>jo revelation aaya Allah ki taraf se, is ka record hai quran.</w:t>
      </w:r>
    </w:p>
    <w:p>
      <w:pPr>
        <w:jc w:val="right"/>
      </w:pPr>
      <w:r>
        <w:t>جو ریولیشن آیا اللہ کی طرف سے، اس کا ریکارڈ ہے قرآن۔</w:t>
      </w:r>
    </w:p>
    <w:p>
      <w:r>
        <w:rPr>
          <w:b/>
        </w:rPr>
        <w:t xml:space="preserve">[10:28] </w:t>
      </w:r>
      <w:r>
        <w:t>aur rasool Allah ne jo kar ke dikhaya apni zindagi se, is ka record hai hadith.</w:t>
      </w:r>
    </w:p>
    <w:p>
      <w:pPr>
        <w:jc w:val="right"/>
      </w:pPr>
      <w:r>
        <w:t>اور رسول اللہ نے جو کر کے دکھایا اپنی زندگی سے، اس کا ریکارڈ ہے حدیث۔</w:t>
      </w:r>
    </w:p>
    <w:p>
      <w:r>
        <w:rPr>
          <w:b/>
        </w:rPr>
        <w:t xml:space="preserve">[10:34] </w:t>
      </w:r>
      <w:r>
        <w:t>to quran mein hai ke nahnu nazzalna zikra wa inna lahu hafizoon yani hum ne bheja hai ye kitab</w:t>
      </w:r>
    </w:p>
    <w:p>
      <w:pPr>
        <w:jc w:val="right"/>
      </w:pPr>
      <w:r>
        <w:t>تو قرآن میں ہے کہ نحن نزلنا ذکرا وانا لہ حافظون یعنی ہم نے بھیجا ہے یہ کتاب</w:t>
      </w:r>
    </w:p>
    <w:p>
      <w:r>
        <w:rPr>
          <w:b/>
        </w:rPr>
        <w:t xml:space="preserve">[10:41] </w:t>
      </w:r>
      <w:r>
        <w:t>quran aur hum is ko zaroor mehfooz rakhen ge.</w:t>
      </w:r>
    </w:p>
    <w:p>
      <w:pPr>
        <w:jc w:val="right"/>
      </w:pPr>
      <w:r>
        <w:t>قرآن اور ہم اس کو ضرور محفوظ رکھیں گے۔</w:t>
      </w:r>
    </w:p>
    <w:p>
      <w:r>
        <w:rPr>
          <w:b/>
        </w:rPr>
        <w:t xml:space="preserve">[10:48] </w:t>
      </w:r>
      <w:r>
        <w:t>to quran ek taraf Allah taala ne zimmedari le li quran ki hifazat ki aur doosri taraf</w:t>
      </w:r>
    </w:p>
    <w:p>
      <w:pPr>
        <w:jc w:val="right"/>
      </w:pPr>
      <w:r>
        <w:t>تو قرآن ایک طرف اللہ تعالیٰ نے ذمہ داری لے لی قرآن کی حفاظت کی اور دوسری طرف</w:t>
      </w:r>
    </w:p>
    <w:p>
      <w:r>
        <w:rPr>
          <w:b/>
        </w:rPr>
        <w:t xml:space="preserve">[10:54] </w:t>
      </w:r>
      <w:r>
        <w:t>hadith quran mein hai ke laqad kana lakum fi rasool Allah uswa hasana to rasool Allah ka uswa</w:t>
      </w:r>
    </w:p>
    <w:p>
      <w:pPr>
        <w:jc w:val="right"/>
      </w:pPr>
      <w:r>
        <w:t>حدیث قرآن میں ہے کہ لقد کان لکم فی رسول اللہ اسوۃ حسنہ تو رسول اللہ کا اسوہ</w:t>
      </w:r>
    </w:p>
    <w:p>
      <w:r>
        <w:rPr>
          <w:b/>
        </w:rPr>
        <w:t xml:space="preserve">[11:01] </w:t>
      </w:r>
      <w:r>
        <w:t>jo tha, aap ki jo life thi, aap ki zindagi ke jo namune the, wo sab hadith mein</w:t>
      </w:r>
    </w:p>
    <w:p>
      <w:pPr>
        <w:jc w:val="right"/>
      </w:pPr>
      <w:r>
        <w:t>جو تھا، آپ کی جو لائف تھی، آپ کی زندگی کے جو نمونے تھے، وہ سب حدیث میں</w:t>
      </w:r>
    </w:p>
    <w:p>
      <w:r>
        <w:rPr>
          <w:b/>
        </w:rPr>
        <w:t xml:space="preserve">[11:07] </w:t>
      </w:r>
      <w:r>
        <w:t>jama hote rahe.</w:t>
      </w:r>
    </w:p>
    <w:p>
      <w:pPr>
        <w:jc w:val="right"/>
      </w:pPr>
      <w:r>
        <w:t>جمع ہوتے رہے۔</w:t>
      </w:r>
    </w:p>
    <w:p>
      <w:r>
        <w:rPr>
          <w:b/>
        </w:rPr>
        <w:t xml:space="preserve">[11:14] </w:t>
      </w:r>
      <w:r>
        <w:t>to sari hadithain likhi gain.</w:t>
      </w:r>
    </w:p>
    <w:p>
      <w:pPr>
        <w:jc w:val="right"/>
      </w:pPr>
      <w:r>
        <w:t>تو ساری حدیثیں لکھی گئیں۔</w:t>
      </w:r>
    </w:p>
    <w:p>
      <w:r>
        <w:rPr>
          <w:b/>
        </w:rPr>
        <w:t xml:space="preserve">[11:21] </w:t>
      </w:r>
      <w:r>
        <w:t>is ko kehte hain hadithon ki tadween, hadithon ka badobun karna.</w:t>
      </w:r>
    </w:p>
    <w:p>
      <w:pPr>
        <w:jc w:val="right"/>
      </w:pPr>
      <w:r>
        <w:t>اس کو کہتے ہیں حدیثوں کی تدوین، حدیثوں کا بدوبن کرنا۔</w:t>
      </w:r>
    </w:p>
    <w:p>
      <w:r>
        <w:rPr>
          <w:b/>
        </w:rPr>
        <w:t xml:space="preserve">[11:27] </w:t>
      </w:r>
      <w:r>
        <w:t>to ye kaun log the? ye ek nai generation thi historians ki jinho ne ek taraf rasool Allah</w:t>
      </w:r>
    </w:p>
    <w:p>
      <w:pPr>
        <w:jc w:val="right"/>
      </w:pPr>
      <w:r>
        <w:t>تو یہ کون لوگ تھے؟ یہ ایک نئی جنریشن تھی ہسٹورینز کی جنہوں نے ایک طرف رسول اللہ</w:t>
      </w:r>
    </w:p>
    <w:p>
      <w:r>
        <w:rPr>
          <w:b/>
        </w:rPr>
        <w:t xml:space="preserve">[11:34] </w:t>
      </w:r>
      <w:r>
        <w:t>ki wahi ko likha, doosri taraf rasool Allah ke apne baaton ko likha.</w:t>
      </w:r>
    </w:p>
    <w:p>
      <w:pPr>
        <w:jc w:val="right"/>
      </w:pPr>
      <w:r>
        <w:t>کی وحی کو لکھا، دوسری طرف رسول اللہ کے اپنے باتوں کو لکھا۔</w:t>
      </w:r>
    </w:p>
    <w:p>
      <w:r>
        <w:rPr>
          <w:b/>
        </w:rPr>
        <w:t xml:space="preserve">[11:40] </w:t>
      </w:r>
      <w:r>
        <w:t>to dono cheezon, dono cheezon ka record ban gaya yani kitab ka bhi aur rasool Allah ke namune ka bhi.</w:t>
      </w:r>
    </w:p>
    <w:p>
      <w:pPr>
        <w:jc w:val="right"/>
      </w:pPr>
      <w:r>
        <w:t>تو دونوں چیزوں، دونوں چیزوں کا ریکارڈ بن گیا یعنی کتاب کا بھی اور رسول اللہ کے نمونے کا بھی۔</w:t>
      </w:r>
    </w:p>
    <w:p>
      <w:r>
        <w:rPr>
          <w:b/>
        </w:rPr>
        <w:t xml:space="preserve">[11:47] </w:t>
      </w:r>
      <w:r>
        <w:t>to Allah taala ka matlab tha ke do cheezon ka authentic record tareekh mein mehfooz ho jaye yani</w:t>
      </w:r>
    </w:p>
    <w:p>
      <w:pPr>
        <w:jc w:val="right"/>
      </w:pPr>
      <w:r>
        <w:t>تو اللہ تعالیٰ کا مطلوب تھا کہ دو چیزوں کا اتھینٹک ریکارڈ تاریخ میں محفوظ ہو جائے یعنی</w:t>
      </w:r>
    </w:p>
    <w:p>
      <w:r>
        <w:rPr>
          <w:b/>
        </w:rPr>
        <w:t xml:space="preserve">[11:54] </w:t>
      </w:r>
      <w:r>
        <w:t>aik kitab ka, doosre uswa ka yaani model ka, peghambar ka model, practical model.</w:t>
      </w:r>
    </w:p>
    <w:p>
      <w:pPr>
        <w:jc w:val="right"/>
      </w:pPr>
      <w:r>
        <w:t>ایک کتاب کا، دوسرے اسوہ کا یعنی ماڈل کا، پیغمبر کا ماڈل، پریکٹیکل ماڈل۔</w:t>
      </w:r>
    </w:p>
    <w:p>
      <w:r>
        <w:rPr>
          <w:b/>
        </w:rPr>
        <w:t xml:space="preserve">[12:00] </w:t>
      </w:r>
      <w:r>
        <w:t>to aaj audiological sense mein quran woh source hai Allah ki hidayat ko janne ka aur practical sense</w:t>
      </w:r>
    </w:p>
    <w:p>
      <w:pPr>
        <w:jc w:val="right"/>
      </w:pPr>
      <w:r>
        <w:t>تو آج آڈیلوجیکل سینس میں قرآن وہ سورس ہے اللہ کی ہدایت کو جاننے کا اور پریکٹیکل سینس</w:t>
      </w:r>
    </w:p>
    <w:p>
      <w:r>
        <w:rPr>
          <w:b/>
        </w:rPr>
        <w:t xml:space="preserve">[12:07] </w:t>
      </w:r>
      <w:r>
        <w:t>mein source hai hadith jis se hum rasool Allah ke model ko jante hain.</w:t>
      </w:r>
    </w:p>
    <w:p>
      <w:pPr>
        <w:jc w:val="right"/>
      </w:pPr>
      <w:r>
        <w:t>میں سورس ہے حدیث جس سے ہم رسول اللہ کے ماڈل کو جانتے ہیں۔</w:t>
      </w:r>
    </w:p>
    <w:p>
      <w:r>
        <w:rPr>
          <w:b/>
        </w:rPr>
        <w:t xml:space="preserve">[12:13] </w:t>
      </w:r>
      <w:r>
        <w:t>to yeh do cheez Allah ke khusoosi intezam ke tehat record ho gayi aur woh aaj tak record hai.</w:t>
      </w:r>
    </w:p>
    <w:p>
      <w:pPr>
        <w:jc w:val="right"/>
      </w:pPr>
      <w:r>
        <w:t>تو یہ دو چیز اللہ کے خصوصی انتظام کے تحت ریکارڈ ہو گئی اور وہ آج تک ریکارڈ ہے۔</w:t>
      </w:r>
    </w:p>
    <w:p>
      <w:r>
        <w:rPr>
          <w:b/>
        </w:rPr>
        <w:t xml:space="preserve">[12:20] </w:t>
      </w:r>
      <w:r>
        <w:t>yeh woh aik, yeh aik aik aik British scholar tha, is ka naam hai Moore William Moore.</w:t>
      </w:r>
    </w:p>
    <w:p>
      <w:pPr>
        <w:jc w:val="right"/>
      </w:pPr>
      <w:r>
        <w:t>یہ وہ ایک، یہ ایک ایک ایک برٹش سکالر تھا، اس کا نام ہے مور ولیم مور۔</w:t>
      </w:r>
    </w:p>
    <w:p>
      <w:r>
        <w:rPr>
          <w:b/>
        </w:rPr>
        <w:t xml:space="preserve">[12:27] </w:t>
      </w:r>
      <w:r>
        <w:t>William Moore ne aik kitab likhi hai "Life of the Prophet".</w:t>
      </w:r>
    </w:p>
    <w:p>
      <w:pPr>
        <w:jc w:val="right"/>
      </w:pPr>
      <w:r>
        <w:t>ولیم مور نے ایک کتاب لکھی ہے "لائف آف دا پرافٹ"۔</w:t>
      </w:r>
    </w:p>
    <w:p>
      <w:r>
        <w:rPr>
          <w:b/>
        </w:rPr>
        <w:t xml:space="preserve">[12:33] </w:t>
      </w:r>
      <w:r>
        <w:t>"Life of Prophet Muhammad" is mein us ne likha hai ke yeh jo quran hai jo Muhammad ne</w:t>
      </w:r>
    </w:p>
    <w:p>
      <w:pPr>
        <w:jc w:val="right"/>
      </w:pPr>
      <w:r>
        <w:t>"لائف آف پرافٹ محمد" اس میں اس نے لکھا ہے کہ یہ جو قرآن ہے جو محمد نے</w:t>
      </w:r>
    </w:p>
    <w:p>
      <w:r>
        <w:rPr>
          <w:b/>
        </w:rPr>
        <w:t xml:space="preserve">[12:40] </w:t>
      </w:r>
      <w:r>
        <w:t>pesh kiya, to quran wahid kitab hai deegar tamam mazhabi kitabon mein jis ka text, jis ka matan</w:t>
      </w:r>
    </w:p>
    <w:p>
      <w:pPr>
        <w:jc w:val="right"/>
      </w:pPr>
      <w:r>
        <w:t>پیش کیا، تو قرآن واحد کتاب ہے دیگر تمام مذہبی کتابوں میں جس کا ٹیکسٹ، جس کا متن</w:t>
      </w:r>
    </w:p>
    <w:p>
      <w:r>
        <w:rPr>
          <w:b/>
        </w:rPr>
        <w:t xml:space="preserve">[12:47] </w:t>
      </w:r>
      <w:r>
        <w:t>aaj bhi poori tarah mehfooz hai.</w:t>
      </w:r>
    </w:p>
    <w:p>
      <w:pPr>
        <w:jc w:val="right"/>
      </w:pPr>
      <w:r>
        <w:t>آج بھی پوری طرح محفوظ ہے۔</w:t>
      </w:r>
    </w:p>
    <w:p>
      <w:r>
        <w:rPr>
          <w:b/>
        </w:rPr>
        <w:t xml:space="preserve">[12:53] </w:t>
      </w:r>
      <w:r>
        <w:t>aap jante hain ke chaudah so saal beet gaye quran ko utre hue to koi bhi kitab jo</w:t>
      </w:r>
    </w:p>
    <w:p>
      <w:pPr>
        <w:jc w:val="right"/>
      </w:pPr>
      <w:r>
        <w:t>آپ جانتے ہیں کہ چودہ سو سال بیت گئے قرآن کو اترے ہوئے تو کوئی بھی کتاب جو</w:t>
      </w:r>
    </w:p>
    <w:p>
      <w:r>
        <w:rPr>
          <w:b/>
        </w:rPr>
        <w:t xml:space="preserve">[13:00] </w:t>
      </w:r>
      <w:r>
        <w:t>chaudah so saal jis mein beet gaye hon, is ka text aaj mehfooz nahi hai kyunke printing press</w:t>
      </w:r>
    </w:p>
    <w:p>
      <w:pPr>
        <w:jc w:val="right"/>
      </w:pPr>
      <w:r>
        <w:t>چودہ سو سال جس میں بیت گئے ہوں، اس کا ٹیکسٹ آج محفوظ نہیں ہے کیونکہ پرنٹنگ پریس</w:t>
      </w:r>
    </w:p>
    <w:p>
      <w:r>
        <w:rPr>
          <w:b/>
        </w:rPr>
        <w:t xml:space="preserve">[13:06] </w:t>
      </w:r>
      <w:r>
        <w:t>pehle se pehle ka zamana tha, woh to koi cheez mehfooz rehti nahi thi.</w:t>
      </w:r>
    </w:p>
    <w:p>
      <w:pPr>
        <w:jc w:val="right"/>
      </w:pPr>
      <w:r>
        <w:t>پہلے سے پہلے کا زمانہ تھا، وہ تو کوئی چیز محفوظ رہتی نہیں تھی۔</w:t>
      </w:r>
    </w:p>
    <w:p>
      <w:r>
        <w:rPr>
          <w:b/>
        </w:rPr>
        <w:t xml:space="preserve">[13:13] </w:t>
      </w:r>
      <w:r>
        <w:t>to William Moore ne bohat hi, yaani aur yeh William Moore ki baat nahi hai, bohat se scholar</w:t>
      </w:r>
    </w:p>
    <w:p>
      <w:pPr>
        <w:jc w:val="right"/>
      </w:pPr>
      <w:r>
        <w:t>تو ولیم مور نے بہت ہی، یعنی اور یہ ولیم مور کی بات نہیں ہے، بہت سے سکالر</w:t>
      </w:r>
    </w:p>
    <w:p>
      <w:r>
        <w:rPr>
          <w:b/>
        </w:rPr>
        <w:t xml:space="preserve">[13:20] </w:t>
      </w:r>
      <w:r>
        <w:t>ne is ko mana hai jinhon ne is ki tehqeeq ki hai ke quran ka jo text hai,</w:t>
      </w:r>
    </w:p>
    <w:p>
      <w:pPr>
        <w:jc w:val="right"/>
      </w:pPr>
      <w:r>
        <w:t>نے اس کو مانا ہے جنہوں نے اس کی تحقیق کی ہے کہ قرآن کا جو ٹیکسٹ ہے،</w:t>
      </w:r>
    </w:p>
    <w:p>
      <w:r>
        <w:rPr>
          <w:b/>
        </w:rPr>
        <w:t xml:space="preserve">[13:26] </w:t>
      </w:r>
      <w:r>
        <w:t>woh poori tarike se mehfooz hai.</w:t>
      </w:r>
    </w:p>
    <w:p>
      <w:pPr>
        <w:jc w:val="right"/>
      </w:pPr>
      <w:r>
        <w:t>وہ پوری طریقے سے محفوظ ہے۔</w:t>
      </w:r>
    </w:p>
    <w:p>
      <w:r>
        <w:rPr>
          <w:b/>
        </w:rPr>
        <w:t xml:space="preserve">[13:33] </w:t>
      </w:r>
      <w:r>
        <w:t>to is mein us ne likha hai ke quran ke bare mein "whose text has remained totally pure".</w:t>
      </w:r>
    </w:p>
    <w:p>
      <w:pPr>
        <w:jc w:val="right"/>
      </w:pPr>
      <w:r>
        <w:t>تو اس میں اس نے لکھا ہے کہ قرآن کے بارے میں "ہوز ٹیکسٹ ہیز ریمین ٹوٹلی پیور"۔</w:t>
      </w:r>
    </w:p>
    <w:p>
      <w:r>
        <w:rPr>
          <w:b/>
        </w:rPr>
        <w:t xml:space="preserve">[13:39] </w:t>
      </w:r>
      <w:r>
        <w:t>is ka text poori tarike se aaj bhi waise hi ke waise hi hai jaisa ke us waqt tha.</w:t>
      </w:r>
    </w:p>
    <w:p>
      <w:pPr>
        <w:jc w:val="right"/>
      </w:pPr>
      <w:r>
        <w:t>اس کا ٹیکسٹ پوری طریقے سے آج بھی ویسے ہی کی ویسے ہی ہے جیسا کہ اس وقت تھا۔</w:t>
      </w:r>
    </w:p>
    <w:p>
      <w:r>
        <w:rPr>
          <w:b/>
        </w:rPr>
        <w:t xml:space="preserve">[13:46] </w:t>
      </w:r>
      <w:r>
        <w:t>to do cheezen maine arz keen ke Allah taala ka matlab tha ke Allah ki guidance ka</w:t>
      </w:r>
    </w:p>
    <w:p>
      <w:pPr>
        <w:jc w:val="right"/>
      </w:pPr>
      <w:r>
        <w:t>تو دو چیزیں میں نے عرض کیں کہ اللہ تعالیٰ کا مطلوب تھا کہ اللہ کی گائیڈنس کا</w:t>
      </w:r>
    </w:p>
    <w:p>
      <w:r>
        <w:rPr>
          <w:b/>
        </w:rPr>
        <w:t xml:space="preserve">[13:53] </w:t>
      </w:r>
      <w:r>
        <w:t>authentic version history mein record ho jaye, aik quran ki shakal mein, doosre rasool Allah ke model ki shakal mein.</w:t>
      </w:r>
    </w:p>
    <w:p>
      <w:pPr>
        <w:jc w:val="right"/>
      </w:pPr>
      <w:r>
        <w:t>اتھینٹک ورژن ہسٹری میں ریکارڈ ہو جائے، ایک قرآن کی شکل میں، دوسرے رسول اللہ کے ماڈل کی شکل میں۔</w:t>
      </w:r>
    </w:p>
    <w:p>
      <w:r>
        <w:rPr>
          <w:b/>
        </w:rPr>
        <w:t xml:space="preserve">[13:59] </w:t>
      </w:r>
      <w:r>
        <w:t>agar aap ko ideological sense mein janna hai ke Allah ki guidance kya hai to quran ko parhiye.</w:t>
      </w:r>
    </w:p>
    <w:p>
      <w:pPr>
        <w:jc w:val="right"/>
      </w:pPr>
      <w:r>
        <w:t>اگر آپ کو آئیڈیالوجیکل سینس میں جاننا ہے کہ اللہ کی گائیڈنس کیا ہے تو قرآن کو پڑھیے۔</w:t>
      </w:r>
    </w:p>
    <w:p>
      <w:r>
        <w:rPr>
          <w:b/>
        </w:rPr>
        <w:t xml:space="preserve">[14:06] </w:t>
      </w:r>
      <w:r>
        <w:t>agar aap is ka namuna dekhna hai to peghambar ko dekhiye.</w:t>
      </w:r>
    </w:p>
    <w:p>
      <w:pPr>
        <w:jc w:val="right"/>
      </w:pPr>
      <w:r>
        <w:t>اگر آپ اس کا نمونہ دیکھنا ہے تو پیغمبر کو دیکھیے۔</w:t>
      </w:r>
    </w:p>
    <w:p>
      <w:r>
        <w:rPr>
          <w:b/>
        </w:rPr>
        <w:t xml:space="preserve">[14:12] </w:t>
      </w:r>
      <w:r>
        <w:t>to dono cheezen poori tarike se preserve ho gayeen aur aik in ka authentic version tayyar ho gaya.</w:t>
      </w:r>
    </w:p>
    <w:p>
      <w:pPr>
        <w:jc w:val="right"/>
      </w:pPr>
      <w:r>
        <w:t>تو دونوں چیزیں پوری طریقے سے پریزرو ہو گئیں اور ایک ان کا اتھینٹک ورژن تیار ہو گیا۔</w:t>
      </w:r>
    </w:p>
    <w:p>
      <w:r>
        <w:rPr>
          <w:b/>
        </w:rPr>
        <w:t xml:space="preserve">[14:19] </w:t>
      </w:r>
      <w:r>
        <w:t>to pichle zamane mein chunke historian jo the, woh is tarah ki cheezon ko likhte nahi the, badshahon</w:t>
      </w:r>
    </w:p>
    <w:p>
      <w:pPr>
        <w:jc w:val="right"/>
      </w:pPr>
      <w:r>
        <w:t>تو پچھلے زمانے میں چونکہ ہسٹورین جو تھے، وہ اس طرح کی چیزوں کو لکھتے نہیں تھے، بادشاہوں</w:t>
      </w:r>
    </w:p>
    <w:p>
      <w:r>
        <w:rPr>
          <w:b/>
        </w:rPr>
        <w:t xml:space="preserve">[14:26] </w:t>
      </w:r>
      <w:r>
        <w:t>ki baaten likhte the, is se un ki history nahi banti thi.</w:t>
      </w:r>
    </w:p>
    <w:p>
      <w:pPr>
        <w:jc w:val="right"/>
      </w:pPr>
      <w:r>
        <w:t>کی باتیں لکھتے تھے، اس سے ان کی ہسٹری نہیں بنتی تھی۔</w:t>
      </w:r>
    </w:p>
    <w:p>
      <w:r>
        <w:rPr>
          <w:b/>
        </w:rPr>
        <w:t xml:space="preserve">[14:32] </w:t>
      </w:r>
      <w:r>
        <w:t>lekin Allah taala ne peghambar Islam ke liye intezam kiya Arab mein ke poori aik generation tayyar ki</w:t>
      </w:r>
    </w:p>
    <w:p>
      <w:pPr>
        <w:jc w:val="right"/>
      </w:pPr>
      <w:r>
        <w:t>لیکن اللہ تعالیٰ نے پیغمبر اسلام کے لیے انتظام کیا عرب میں کہ پوری ایک جنریشن تیار کی</w:t>
      </w:r>
    </w:p>
    <w:p>
      <w:r>
        <w:rPr>
          <w:b/>
        </w:rPr>
        <w:t xml:space="preserve">[14:39] </w:t>
      </w:r>
      <w:r>
        <w:t>jin ko main kehta hoon ke historians ki generation, unhon ne yeh sab kaam kar dala.</w:t>
      </w:r>
    </w:p>
    <w:p>
      <w:pPr>
        <w:jc w:val="right"/>
      </w:pPr>
      <w:r>
        <w:t>جن کو میں کہتا ہوں کہ ہسٹورینز کی جنریشن، انہوں نے یہ سب کام کر ڈالا۔</w:t>
      </w:r>
    </w:p>
    <w:p>
      <w:r>
        <w:rPr>
          <w:b/>
        </w:rPr>
        <w:t xml:space="preserve">[14:45] </w:t>
      </w:r>
      <w:r>
        <w:t>to yeh kaam sahaba ke zamanay mein hua, phir tabeen ke zamanay mein hua, phir tabe tabeen ke</w:t>
      </w:r>
    </w:p>
    <w:p>
      <w:pPr>
        <w:jc w:val="right"/>
      </w:pPr>
      <w:r>
        <w:t>تو یہ کام صحابہ کے زمانے میں ہوا، پھر تابعین کے زمانے میں ہوا، پھر تبع تابعین کے</w:t>
      </w:r>
    </w:p>
    <w:p>
      <w:r>
        <w:rPr>
          <w:b/>
        </w:rPr>
        <w:t xml:space="preserve">[14:52] </w:t>
      </w:r>
      <w:r>
        <w:t>zamanay mein hua, yahan tak ke press ka daur aa gaya.</w:t>
      </w:r>
    </w:p>
    <w:p>
      <w:pPr>
        <w:jc w:val="right"/>
      </w:pPr>
      <w:r>
        <w:t>زمانے میں ہوا، یہاں تک کہ پریس کا دور آ گیا۔</w:t>
      </w:r>
    </w:p>
    <w:p>
      <w:r>
        <w:rPr>
          <w:b/>
        </w:rPr>
        <w:t xml:space="preserve">[14:59] </w:t>
      </w:r>
      <w:r>
        <w:t>to press ke daur mein woh cheezen chhap chhap kar, chhap chhap kar libraries mein maujood ho gaein.</w:t>
      </w:r>
    </w:p>
    <w:p>
      <w:pPr>
        <w:jc w:val="right"/>
      </w:pPr>
      <w:r>
        <w:t>تو پریس کے دور میں وہ چیزیں چھپ چھپ کر، چھپ چھپ کر لائبریریوں میں موجود ہو گئیں۔</w:t>
      </w:r>
    </w:p>
    <w:p>
      <w:r>
        <w:rPr>
          <w:b/>
        </w:rPr>
        <w:t xml:space="preserve">[15:05] </w:t>
      </w:r>
      <w:r>
        <w:t>aik baat yeh hai, ab main aap ko quran ki aik aur ayat ki taraf le chalta hoon.</w:t>
      </w:r>
    </w:p>
    <w:p>
      <w:pPr>
        <w:jc w:val="right"/>
      </w:pPr>
      <w:r>
        <w:t>ایک بات یہ ہے، اب میں آپ کو قرآن کی ایک اور آیت کی طرف لے چلتا ہوں۔</w:t>
      </w:r>
    </w:p>
    <w:p>
      <w:r>
        <w:rPr>
          <w:b/>
        </w:rPr>
        <w:t xml:space="preserve">[15:12] </w:t>
      </w:r>
      <w:r>
        <w:t>quran mein aik ayat teen jagah aai hai, yaani surah altauba mein, surah al fatah mein aur surah al saff mein.</w:t>
      </w:r>
    </w:p>
    <w:p>
      <w:pPr>
        <w:jc w:val="right"/>
      </w:pPr>
      <w:r>
        <w:t>قرآن میں ایک آیت تین جگہ آئی ہے، یعنی سورہ التوبہ میں، سورہ الفتح میں اور سورہ الصف میں۔</w:t>
      </w:r>
    </w:p>
    <w:p>
      <w:r>
        <w:rPr>
          <w:b/>
        </w:rPr>
        <w:t xml:space="preserve">[15:18] </w:t>
      </w:r>
      <w:r>
        <w:t>woh yeh hai ke hu allazi arsal rasulahu bil huda wa deen al haqq li yudhirahu al deen kullihi bil lahi shaheeda aur</w:t>
      </w:r>
    </w:p>
    <w:p>
      <w:pPr>
        <w:jc w:val="right"/>
      </w:pPr>
      <w:r>
        <w:t>وہ یہ ہے کہ هو الذي أرسل رسوله بالهدی ودین الحق لیدھر والدین کلی وقف باللہ شہیدا اور</w:t>
      </w:r>
    </w:p>
    <w:p>
      <w:r>
        <w:rPr>
          <w:b/>
        </w:rPr>
        <w:t xml:space="preserve">[15:25] </w:t>
      </w:r>
      <w:r>
        <w:t>do jagah aik aur ayat is mein shamil hai ke noorullahi wa kafabillahi munawwara wa kafabillahi illa</w:t>
      </w:r>
    </w:p>
    <w:p>
      <w:pPr>
        <w:jc w:val="right"/>
      </w:pPr>
      <w:r>
        <w:t>دو جگہ ایک اور آیت اس میں شامل ہے کہ نور اللہ وجاب اللہ منورہ وجاب اللہ الا</w:t>
      </w:r>
    </w:p>
    <w:p>
      <w:r>
        <w:rPr>
          <w:b/>
        </w:rPr>
        <w:t xml:space="preserve">[15:32] </w:t>
      </w:r>
      <w:r>
        <w:t>munawwara al mushrikoon dekhen, is ayat mein bataya gaya hai ke rasool peghamabar e islam ko Allah taala ne do</w:t>
      </w:r>
    </w:p>
    <w:p>
      <w:pPr>
        <w:jc w:val="right"/>
      </w:pPr>
      <w:r>
        <w:t>منورہ المشرکون دیکھیں، اس آیت میں بتایا گیا ہے کہ رسول پیغمبر اسلام کو اللہ تعالیٰ نے دو</w:t>
      </w:r>
    </w:p>
    <w:p>
      <w:r>
        <w:rPr>
          <w:b/>
        </w:rPr>
        <w:t xml:space="preserve">[15:38] </w:t>
      </w:r>
      <w:r>
        <w:t>cheezen deen: huda aur deen.</w:t>
      </w:r>
    </w:p>
    <w:p>
      <w:pPr>
        <w:jc w:val="right"/>
      </w:pPr>
      <w:r>
        <w:t>چیزیں دیں: ہدی اور دین۔</w:t>
      </w:r>
    </w:p>
    <w:p>
      <w:r>
        <w:rPr>
          <w:b/>
        </w:rPr>
        <w:t xml:space="preserve">[15:45] </w:t>
      </w:r>
      <w:r>
        <w:t>huda aur deen do cheezon ke sath bheja.</w:t>
      </w:r>
    </w:p>
    <w:p>
      <w:pPr>
        <w:jc w:val="right"/>
      </w:pPr>
      <w:r>
        <w:t>ہدی اور دین دو چیزوں کے ساتھ بھیجا۔</w:t>
      </w:r>
    </w:p>
    <w:p>
      <w:r>
        <w:rPr>
          <w:b/>
        </w:rPr>
        <w:t xml:space="preserve">[15:51] </w:t>
      </w:r>
      <w:r>
        <w:t>lekin is ayat mein agla jo hissa hai, wahan par aik cheez ki lafz badal gaya hai, yaani</w:t>
      </w:r>
    </w:p>
    <w:p>
      <w:pPr>
        <w:jc w:val="right"/>
      </w:pPr>
      <w:r>
        <w:t>لیکن اس آیت میں اگلا جو حصہ ہے، وہاں پر ایک چیز کی لفظ بدل گیا ہے، یعنی</w:t>
      </w:r>
    </w:p>
    <w:p>
      <w:r>
        <w:rPr>
          <w:b/>
        </w:rPr>
        <w:t xml:space="preserve">[15:58] </w:t>
      </w:r>
      <w:r>
        <w:t>hu allazi arsal rasulahu bil huda wa deen al haqq li yudhirahu al deen kullihi jo deen ke mani mein izhaar matloob tha,</w:t>
      </w:r>
    </w:p>
    <w:p>
      <w:pPr>
        <w:jc w:val="right"/>
      </w:pPr>
      <w:r>
        <w:t>هو الذي أرسل رسوله بالهدی ودین الحق لیدھر والدین کلی جو دین کے معنی میں اظہار مطلوب تھا،</w:t>
      </w:r>
    </w:p>
    <w:p>
      <w:r>
        <w:rPr>
          <w:b/>
        </w:rPr>
        <w:t xml:space="preserve">[16:05] </w:t>
      </w:r>
      <w:r>
        <w:t>huda ke liye woh lafz nahi bola gaya.</w:t>
      </w:r>
    </w:p>
    <w:p>
      <w:pPr>
        <w:jc w:val="right"/>
      </w:pPr>
      <w:r>
        <w:t>ہدی کے لیے وہ لفظ نہیں بولا گیا۔</w:t>
      </w:r>
    </w:p>
    <w:p>
      <w:r>
        <w:rPr>
          <w:b/>
        </w:rPr>
        <w:t xml:space="preserve">[16:11] </w:t>
      </w:r>
      <w:r>
        <w:t>yeh yeh farq bohat hi important hai ke teenon jagah yeh lafz ke ke is ka izhaar mani</w:t>
      </w:r>
    </w:p>
    <w:p>
      <w:pPr>
        <w:jc w:val="right"/>
      </w:pPr>
      <w:r>
        <w:t>یہ یہ فرق بہت ہی امپورٹنٹ ہے کہ تینوں جگہ یہ لفظ کہ کہ اس کا اظہار معنی</w:t>
      </w:r>
    </w:p>
    <w:p>
      <w:r>
        <w:rPr>
          <w:b/>
        </w:rPr>
        <w:t xml:space="preserve">[16:18] </w:t>
      </w:r>
      <w:r>
        <w:t>ghalaba ke taake Allah ghalib kar de, taake Allah ghalib kar de.</w:t>
      </w:r>
    </w:p>
    <w:p>
      <w:pPr>
        <w:jc w:val="right"/>
      </w:pPr>
      <w:r>
        <w:t>غلبہ کہ تاکہ اللہ غالب کر دے، تاکہ اللہ غالب کر دے۔</w:t>
      </w:r>
    </w:p>
    <w:p>
      <w:r>
        <w:rPr>
          <w:b/>
        </w:rPr>
        <w:t xml:space="preserve">[16:24] </w:t>
      </w:r>
      <w:r>
        <w:t>to ghalib karne ka muamla deen ke liye aaya hai, huda ke liye nahi aaya hai.</w:t>
      </w:r>
    </w:p>
    <w:p>
      <w:pPr>
        <w:jc w:val="right"/>
      </w:pPr>
      <w:r>
        <w:t>تو غالب کرنے کا معاملہ دین کے لیے آیا ہے، ہدی کے لیے نہیں آیا ہے۔</w:t>
      </w:r>
    </w:p>
    <w:p>
      <w:r>
        <w:rPr>
          <w:b/>
        </w:rPr>
        <w:t xml:space="preserve">[16:31] </w:t>
      </w:r>
      <w:r>
        <w:t>hu allazi arsal rasulahu bil huda wa deen al haqq li yudhirahu al kullihi to Allah ne bheja peghamabar ko huda ke sath,</w:t>
      </w:r>
    </w:p>
    <w:p>
      <w:pPr>
        <w:jc w:val="right"/>
      </w:pPr>
      <w:r>
        <w:t>هو الذي أرسل رسوله بالهدی ودین الحق لیدھر کلی تو اللہ نے بھیجا پیغمبر کو ہدی کے ساتھ،</w:t>
      </w:r>
    </w:p>
    <w:p>
      <w:r>
        <w:rPr>
          <w:b/>
        </w:rPr>
        <w:t xml:space="preserve">[16:38] </w:t>
      </w:r>
      <w:r>
        <w:t>yaani hidayat ke sath, guidance ke sath aur deen ke sath taake deen ko ghalib kar de tamam</w:t>
      </w:r>
    </w:p>
    <w:p>
      <w:pPr>
        <w:jc w:val="right"/>
      </w:pPr>
      <w:r>
        <w:t>یعنی ہدایت کے ساتھ، گائیڈن کے ساتھ اور دین کے ساتھ تاکہ دین کو غالب کر دے تمام</w:t>
      </w:r>
    </w:p>
    <w:p>
      <w:r>
        <w:rPr>
          <w:b/>
        </w:rPr>
        <w:t xml:space="preserve">[16:44] </w:t>
      </w:r>
      <w:r>
        <w:t>doosre deenon par.</w:t>
      </w:r>
    </w:p>
    <w:p>
      <w:pPr>
        <w:jc w:val="right"/>
      </w:pPr>
      <w:r>
        <w:t>دوسرے دینوں پر۔</w:t>
      </w:r>
    </w:p>
    <w:p>
      <w:r>
        <w:rPr>
          <w:b/>
        </w:rPr>
        <w:t xml:space="preserve">[16:51] </w:t>
      </w:r>
      <w:r>
        <w:t>yahan par sochne ki baat yeh hai ke deen ke muamle mein in alfaz se maloom hota hai</w:t>
      </w:r>
    </w:p>
    <w:p>
      <w:pPr>
        <w:jc w:val="right"/>
      </w:pPr>
      <w:r>
        <w:t>یہاں پر سوچنے کی بات یہ ہے کہ دین کے معاملے میں ان الفاظ سے معلوم ہوتا ہے</w:t>
      </w:r>
    </w:p>
    <w:p>
      <w:r>
        <w:rPr>
          <w:b/>
        </w:rPr>
        <w:t xml:space="preserve">[16:57] </w:t>
      </w:r>
      <w:r>
        <w:t>ke deen ke muamle mein yeh hai ke woh ghalib ho, aik waqia bane, sirf kahani sunne ki</w:t>
      </w:r>
    </w:p>
    <w:p>
      <w:pPr>
        <w:jc w:val="right"/>
      </w:pPr>
      <w:r>
        <w:t>کہ دین کے معاملے میں یہ ہے کہ وہ غالب ہو، ایک واقعہ بنے، صرف کہانی سننے کی</w:t>
      </w:r>
    </w:p>
    <w:p>
      <w:r>
        <w:rPr>
          <w:b/>
        </w:rPr>
        <w:t xml:space="preserve">[17:04] </w:t>
      </w:r>
      <w:r>
        <w:t>hadd tak na rahe.</w:t>
      </w:r>
    </w:p>
    <w:p>
      <w:pPr>
        <w:jc w:val="right"/>
      </w:pPr>
      <w:r>
        <w:t>حد تک نہ رہے۔</w:t>
      </w:r>
    </w:p>
    <w:p>
      <w:r>
        <w:rPr>
          <w:b/>
        </w:rPr>
        <w:t xml:space="preserve">[17:11] </w:t>
      </w:r>
      <w:r>
        <w:t>وہ تو ہم کو اس کی ایسی ایسی ایسا interpretation دینا ہوگا، ایسا ایسا اس کی تعبیر کرنی</w:t>
      </w:r>
    </w:p>
    <w:p>
      <w:pPr>
        <w:jc w:val="right"/>
      </w:pPr>
      <w:r>
        <w:t>وہ تو ہم کو اس کی ایسی ایسی ایسا انٹرپریٹیشن دینا ہوگا، ایسا ایسا اس کی تعبیر کرنی</w:t>
      </w:r>
    </w:p>
    <w:p>
      <w:r>
        <w:rPr>
          <w:b/>
        </w:rPr>
        <w:t xml:space="preserve">[17:17] </w:t>
      </w:r>
      <w:r>
        <w:t>ہوگی جس میں کہ واقعتا وہ بالفعل ہو گیا ہو، یعنی practically وہ غالب ہوا ہو، practically وہ</w:t>
      </w:r>
    </w:p>
    <w:p>
      <w:pPr>
        <w:jc w:val="right"/>
      </w:pPr>
      <w:r>
        <w:t>ہوگی جس میں کہ واقعتا وہ بالفعل ہو گیا ہو، یعنی پریکٹیکلی وہ غالب ہوا ہو، پریکٹیکلی وہ</w:t>
      </w:r>
    </w:p>
    <w:p>
      <w:r>
        <w:rPr>
          <w:b/>
        </w:rPr>
        <w:t xml:space="preserve">[17:24] </w:t>
      </w:r>
      <w:r>
        <w:t>naafiz hua ho.</w:t>
      </w:r>
    </w:p>
    <w:p>
      <w:pPr>
        <w:jc w:val="right"/>
      </w:pPr>
      <w:r>
        <w:t>نافذ ہوا ہو۔</w:t>
      </w:r>
    </w:p>
    <w:p>
      <w:r>
        <w:rPr>
          <w:b/>
        </w:rPr>
        <w:t xml:space="preserve">[17:30] </w:t>
      </w:r>
      <w:r>
        <w:t>woh lena pare ga.</w:t>
      </w:r>
    </w:p>
    <w:p>
      <w:pPr>
        <w:jc w:val="right"/>
      </w:pPr>
      <w:r>
        <w:t>وہ لینا پڑے گا۔</w:t>
      </w:r>
    </w:p>
    <w:p>
      <w:r>
        <w:rPr>
          <w:b/>
        </w:rPr>
        <w:t xml:space="preserve">[17:37] </w:t>
      </w:r>
      <w:r>
        <w:t>to jo log is ke mani lete hain, islami nizam, islami qanoon to islami nizam, islam o qanoon</w:t>
      </w:r>
    </w:p>
    <w:p>
      <w:pPr>
        <w:jc w:val="right"/>
      </w:pPr>
      <w:r>
        <w:t>تو جو لوگ اس کے معنی لیتے ہیں، اسلامی نظام، اسلامی قانون تو اسلامی نظام، اسلام و قانون</w:t>
      </w:r>
    </w:p>
    <w:p>
      <w:r>
        <w:rPr>
          <w:b/>
        </w:rPr>
        <w:t xml:space="preserve">[17:44] </w:t>
      </w:r>
      <w:r>
        <w:t>to kabhi nafiz hi nahi hua, purey manon mein na rasool Allah ke zamane mein na khilafat ke</w:t>
      </w:r>
    </w:p>
    <w:p>
      <w:pPr>
        <w:jc w:val="right"/>
      </w:pPr>
      <w:r>
        <w:t>تو کبھی نافذ ہی نہیں ہوا، پورے معنوں میں نہ رسول اللہ کے زمانے میں نہ خلافت کے</w:t>
      </w:r>
    </w:p>
    <w:p>
      <w:r>
        <w:rPr>
          <w:b/>
        </w:rPr>
        <w:t xml:space="preserve">[17:50] </w:t>
      </w:r>
      <w:r>
        <w:t>zamane mein kabhi bhi.</w:t>
      </w:r>
    </w:p>
    <w:p>
      <w:pPr>
        <w:jc w:val="right"/>
      </w:pPr>
      <w:r>
        <w:t>زمانے میں کبھی بھی۔</w:t>
      </w:r>
    </w:p>
    <w:p>
      <w:r>
        <w:rPr>
          <w:b/>
        </w:rPr>
        <w:t xml:space="preserve">[17:57] </w:t>
      </w:r>
      <w:r>
        <w:t>jis cheez ko hum kehte hain nizam, is mani mein jis cheez ko hum hukoomat elahiya, is mani</w:t>
      </w:r>
    </w:p>
    <w:p>
      <w:pPr>
        <w:jc w:val="right"/>
      </w:pPr>
      <w:r>
        <w:t>جس چیز کو ہم کہتے ہیں نظام، اس معنی میں جس چیز کو ہم حکومت الہیہ، اس معنی</w:t>
      </w:r>
    </w:p>
    <w:p>
      <w:r>
        <w:rPr>
          <w:b/>
        </w:rPr>
        <w:t xml:space="preserve">[18:03] </w:t>
      </w:r>
      <w:r>
        <w:t>mein sari dunya mein kiya makka madina bhi nahi hua.</w:t>
      </w:r>
    </w:p>
    <w:p>
      <w:pPr>
        <w:jc w:val="right"/>
      </w:pPr>
      <w:r>
        <w:t>میں ساری دنیا میں کیا مکہ مدینہ بھی نہیں ہوا۔</w:t>
      </w:r>
    </w:p>
    <w:p>
      <w:r>
        <w:rPr>
          <w:b/>
        </w:rPr>
        <w:t xml:space="preserve">[18:10] </w:t>
      </w:r>
      <w:r>
        <w:t>woh to is ke mani ke Allah ka yeh yani jo target tha, woh poora hi nahi hua.</w:t>
      </w:r>
    </w:p>
    <w:p>
      <w:pPr>
        <w:jc w:val="right"/>
      </w:pPr>
      <w:r>
        <w:t>وہ تو اس کے معنی کہ اللہ کا یہ یعنی جو ٹارگٹ تھا، وہ پورا ہی نہیں ہوا۔</w:t>
      </w:r>
    </w:p>
    <w:p>
      <w:r>
        <w:rPr>
          <w:b/>
        </w:rPr>
        <w:t xml:space="preserve">[18:17] </w:t>
      </w:r>
      <w:r>
        <w:t>to hum ko aisa is ki taabeer karni paregi jis mein ke Allah ka nishana poora hua</w:t>
      </w:r>
    </w:p>
    <w:p>
      <w:pPr>
        <w:jc w:val="right"/>
      </w:pPr>
      <w:r>
        <w:t>تو ہم کو ایسا اس کی تعبیر کرنی پڑے گی جس میں کہ اللہ کا نشانہ پورا ہوا</w:t>
      </w:r>
    </w:p>
    <w:p>
      <w:r>
        <w:rPr>
          <w:b/>
        </w:rPr>
        <w:t xml:space="preserve">[18:23] </w:t>
      </w:r>
      <w:r>
        <w:t>ho, Allah ka target poora hua ho.</w:t>
      </w:r>
    </w:p>
    <w:p>
      <w:pPr>
        <w:jc w:val="right"/>
      </w:pPr>
      <w:r>
        <w:t>ہو، اللہ کا ٹارگٹ پورا ہوا ہو۔</w:t>
      </w:r>
    </w:p>
    <w:p>
      <w:r>
        <w:rPr>
          <w:b/>
        </w:rPr>
        <w:t xml:space="preserve">[18:30] </w:t>
      </w:r>
      <w:r>
        <w:t>اس پر غور کرتے ہوئے میرے سامنے یہ بات آتی ہے کہ Prophet alaihi salam ka mission jo</w:t>
      </w:r>
    </w:p>
    <w:p>
      <w:pPr>
        <w:jc w:val="right"/>
      </w:pPr>
      <w:r>
        <w:t>اس پر غور کرتے ہوئے میرے سامنے یہ بات آتی ہے کہ پرافٹ علیہ السلام کا مشن جو</w:t>
      </w:r>
    </w:p>
    <w:p>
      <w:r>
        <w:rPr>
          <w:b/>
        </w:rPr>
        <w:t xml:space="preserve">[18:37] </w:t>
      </w:r>
      <w:r>
        <w:t>tha, to fold mission tha.</w:t>
      </w:r>
    </w:p>
    <w:p>
      <w:pPr>
        <w:jc w:val="right"/>
      </w:pPr>
      <w:r>
        <w:t>تھا، ٹو فولڈ مشن تھا۔</w:t>
      </w:r>
    </w:p>
    <w:p>
      <w:r>
        <w:rPr>
          <w:b/>
        </w:rPr>
        <w:t xml:space="preserve">[18:43] </w:t>
      </w:r>
      <w:r>
        <w:t>Prophet alaihis salam ka mission jo tha, twofold mission tha.</w:t>
      </w:r>
    </w:p>
    <w:p>
      <w:pPr>
        <w:jc w:val="right"/>
      </w:pPr>
      <w:r>
        <w:t>پرافٹ علیہ السلام کا مشن جو تھا، ٹو فولڈ مشن تھا۔</w:t>
      </w:r>
    </w:p>
    <w:p>
      <w:r>
        <w:rPr>
          <w:b/>
        </w:rPr>
        <w:t xml:space="preserve">[18:50] </w:t>
      </w:r>
      <w:r>
        <w:t>ek mission, ek pehlu jo tha, hida ka pehlu tha.</w:t>
      </w:r>
    </w:p>
    <w:p>
      <w:pPr>
        <w:jc w:val="right"/>
      </w:pPr>
      <w:r>
        <w:t>ایک مشن، ایک پہلو جو تھا، ہدی کا پہلو تھا۔</w:t>
      </w:r>
    </w:p>
    <w:p>
      <w:r>
        <w:rPr>
          <w:b/>
        </w:rPr>
        <w:t xml:space="preserve">[18:56] </w:t>
      </w:r>
      <w:r>
        <w:t>ہدی کے پہلو سے صرف یہ مطلوب تھا کہ authentic version جو ہے، وہ preserve ہو جائے۔</w:t>
      </w:r>
    </w:p>
    <w:p>
      <w:pPr>
        <w:jc w:val="right"/>
      </w:pPr>
      <w:r>
        <w:t>ہدی کے پہلو سے صرف یہ مطلوب تھا کہ اتھینٹک ورژن جو ہے، وہ پریزرو ہو جائے۔</w:t>
      </w:r>
    </w:p>
    <w:p>
      <w:r>
        <w:rPr>
          <w:b/>
        </w:rPr>
        <w:t xml:space="preserve">[19:03] </w:t>
      </w:r>
      <w:r>
        <w:t>ہدی کا مطلب ہے guidance، یعنی guidance، divine guidance کا جو authentic version ہے، وہ preserve ہو جائے</w:t>
      </w:r>
    </w:p>
    <w:p>
      <w:pPr>
        <w:jc w:val="right"/>
      </w:pPr>
      <w:r>
        <w:t>ہدی کا مطلب ہے گائیڈنس، یعنی گائیڈنس، ڈیوائن گائیڈنس کا جو اتھینٹک ورژن ہے، وہ پریزرو ہو جائے</w:t>
      </w:r>
    </w:p>
    <w:p>
      <w:r>
        <w:rPr>
          <w:b/>
        </w:rPr>
        <w:t xml:space="preserve">[19:10] </w:t>
      </w:r>
      <w:r>
        <w:t>ke koi bhi insan agar janna chahe ke Allah ki guidance kiya hai to woh dekh kar jaan le.</w:t>
      </w:r>
    </w:p>
    <w:p>
      <w:pPr>
        <w:jc w:val="right"/>
      </w:pPr>
      <w:r>
        <w:t>کہ کوئی بھی انسان اگر جاننا چاہے کہ اللہ کی گائیڈنس کیا ہے تو وہ دیکھ کر جان لے۔</w:t>
      </w:r>
    </w:p>
    <w:p>
      <w:r>
        <w:rPr>
          <w:b/>
        </w:rPr>
        <w:t xml:space="preserve">[19:16] </w:t>
      </w:r>
      <w:r>
        <w:t>to yahan par jo matloob tha hida ke muamle mein, woh sirf yeh tha ke woh preserve ho jaye.</w:t>
      </w:r>
    </w:p>
    <w:p>
      <w:pPr>
        <w:jc w:val="right"/>
      </w:pPr>
      <w:r>
        <w:t>تو یہاں پر جو مطلوب تھا ہدی کے معاملے میں، وہ صرف یہ تھا کہ وہ پریزرو ہو جائے۔</w:t>
      </w:r>
    </w:p>
    <w:p>
      <w:r>
        <w:rPr>
          <w:b/>
        </w:rPr>
        <w:t xml:space="preserve">[19:23] </w:t>
      </w:r>
      <w:r>
        <w:t>to chunancha quran o hadith preserve ho gaye, mehfooz ho gaye.</w:t>
      </w:r>
    </w:p>
    <w:p>
      <w:pPr>
        <w:jc w:val="right"/>
      </w:pPr>
      <w:r>
        <w:t>تو چنانچہ قرآن و حدیث پریزرو ہو گئے، محفوظ ہو گئے۔</w:t>
      </w:r>
    </w:p>
    <w:p>
      <w:r>
        <w:rPr>
          <w:b/>
        </w:rPr>
        <w:t xml:space="preserve">[19:29] </w:t>
      </w:r>
      <w:r>
        <w:t>to hida se murad hai quran o hadith, ya is ko qaim karna, nafiz karna murad nahi hai.</w:t>
      </w:r>
    </w:p>
    <w:p>
      <w:pPr>
        <w:jc w:val="right"/>
      </w:pPr>
      <w:r>
        <w:t>تو ہدی سے مراد ہے قرآن و حدیث، یا اس کو قائم کرنا، نافذ کرنا مراد نہیں ہے۔</w:t>
      </w:r>
    </w:p>
    <w:p>
      <w:r>
        <w:rPr>
          <w:b/>
        </w:rPr>
        <w:t xml:space="preserve">[19:36] </w:t>
      </w:r>
      <w:r>
        <w:t>kyun ke jab yeh aap lein, agar to aap ko sabit karna parega ke kab nafiz hua.</w:t>
      </w:r>
    </w:p>
    <w:p>
      <w:pPr>
        <w:jc w:val="right"/>
      </w:pPr>
      <w:r>
        <w:t>کیونکہ جب یہ آپ لیں، اگر تو آپ کو ثابت کرنا پڑے گا کہ کب نافذ ہوا۔</w:t>
      </w:r>
    </w:p>
    <w:p>
      <w:r>
        <w:rPr>
          <w:b/>
        </w:rPr>
        <w:t xml:space="preserve">[19:43] </w:t>
      </w:r>
      <w:r>
        <w:t>woh kabhi bhi nafiz nahi hua.</w:t>
      </w:r>
    </w:p>
    <w:p>
      <w:pPr>
        <w:jc w:val="right"/>
      </w:pPr>
      <w:r>
        <w:t>وہ کبھی بھی نافذ نہیں ہوا۔</w:t>
      </w:r>
    </w:p>
    <w:p>
      <w:r>
        <w:rPr>
          <w:b/>
        </w:rPr>
        <w:t xml:space="preserve">[19:49] </w:t>
      </w:r>
      <w:r>
        <w:t>maine apni kitabon mein yeh baat dikhai hai ke jo log is ko samajhte hain ke koi</w:t>
      </w:r>
    </w:p>
    <w:p>
      <w:pPr>
        <w:jc w:val="right"/>
      </w:pPr>
      <w:r>
        <w:t>میں نے اپنی کتابوں میں یہ بات دکھائی ہے کہ جو لوگ اس کو سمجھتے ہیں کہ کوئی</w:t>
      </w:r>
    </w:p>
    <w:p>
      <w:r>
        <w:rPr>
          <w:b/>
        </w:rPr>
        <w:t xml:space="preserve">[19:56] </w:t>
      </w:r>
      <w:r>
        <w:t>wahan nizam qaim ho gaya tha, hukoomat qaim ho gayi thi islami, woh to kabhi hua hi nahi.</w:t>
      </w:r>
    </w:p>
    <w:p>
      <w:pPr>
        <w:jc w:val="right"/>
      </w:pPr>
      <w:r>
        <w:t>وہاں نظام قائم ہو گیا تھا، حکومت قائم ہو گئی تھی اسلامی، وہ تو کبھی ہوا ہی نہیں۔</w:t>
      </w:r>
    </w:p>
    <w:p>
      <w:r>
        <w:rPr>
          <w:b/>
        </w:rPr>
        <w:t xml:space="preserve">[20:02] </w:t>
      </w:r>
      <w:r>
        <w:t>yeh ek farzi baat hai.</w:t>
      </w:r>
    </w:p>
    <w:p>
      <w:pPr>
        <w:jc w:val="right"/>
      </w:pPr>
      <w:r>
        <w:t>یہ ایک فرضی بات ہے۔</w:t>
      </w:r>
    </w:p>
    <w:p>
      <w:r>
        <w:rPr>
          <w:b/>
        </w:rPr>
        <w:t xml:space="preserve">[20:09] </w:t>
      </w:r>
      <w:r>
        <w:t>to to dono ko alag karna parega.</w:t>
      </w:r>
    </w:p>
    <w:p>
      <w:pPr>
        <w:jc w:val="right"/>
      </w:pPr>
      <w:r>
        <w:t>تو تو دونوں کو الگ کرنا پڑے گا۔</w:t>
      </w:r>
    </w:p>
    <w:p>
      <w:r>
        <w:rPr>
          <w:b/>
        </w:rPr>
        <w:t xml:space="preserve">[20:16] </w:t>
      </w:r>
      <w:r>
        <w:t>to main arz kar raha hoon ke hida se murad hai, yani divine guidance ka preserve ho jana</w:t>
      </w:r>
    </w:p>
    <w:p>
      <w:pPr>
        <w:jc w:val="right"/>
      </w:pPr>
      <w:r>
        <w:t>تو میں عرض کر رہا ہوں کہ ہدی سے مراد ہے، یعنی ڈیوائن گائیڈنس کا پریزرو ہو جانا</w:t>
      </w:r>
    </w:p>
    <w:p>
      <w:r>
        <w:rPr>
          <w:b/>
        </w:rPr>
        <w:t xml:space="preserve">[20:22] </w:t>
      </w:r>
      <w:r>
        <w:t>hamesha ke liye taake jab bhi koi insan janna chahe ke Allah ki marzi kiya hai to woh</w:t>
      </w:r>
    </w:p>
    <w:p>
      <w:pPr>
        <w:jc w:val="right"/>
      </w:pPr>
      <w:r>
        <w:t>ہمیشہ کے لیے تاکہ جب بھی کوئی انسان جاننا چاہے کہ اللہ کی مرضی کیا ہے تو وہ</w:t>
      </w:r>
    </w:p>
    <w:p>
      <w:r>
        <w:rPr>
          <w:b/>
        </w:rPr>
        <w:t xml:space="preserve">[20:29] </w:t>
      </w:r>
      <w:r>
        <w:t>dekh ke jaan sake.</w:t>
      </w:r>
    </w:p>
    <w:p>
      <w:pPr>
        <w:jc w:val="right"/>
      </w:pPr>
      <w:r>
        <w:t>دیکھ کے جان سکے۔</w:t>
      </w:r>
    </w:p>
    <w:p>
      <w:r>
        <w:rPr>
          <w:b/>
        </w:rPr>
        <w:t xml:space="preserve">[20:35] </w:t>
      </w:r>
      <w:r>
        <w:t>woh hai quran o hadith.</w:t>
      </w:r>
    </w:p>
    <w:p>
      <w:pPr>
        <w:jc w:val="right"/>
      </w:pPr>
      <w:r>
        <w:t>وہ ہے قرآن و حدیث۔</w:t>
      </w:r>
    </w:p>
    <w:p>
      <w:r>
        <w:rPr>
          <w:b/>
        </w:rPr>
        <w:t xml:space="preserve">[20:42] </w:t>
      </w:r>
      <w:r>
        <w:t>ab ab dekhiye ke deen deen se kiya matlab hai jis ko ke Allah taala ko matloob tha</w:t>
      </w:r>
    </w:p>
    <w:p>
      <w:pPr>
        <w:jc w:val="right"/>
      </w:pPr>
      <w:r>
        <w:t>اب اب دیکھیے کہ دین دین سے کیا مطلب ہے جس کو کہ اللہ تعالیٰ کو مطلوب تھا</w:t>
      </w:r>
    </w:p>
    <w:p>
      <w:r>
        <w:rPr>
          <w:b/>
        </w:rPr>
        <w:t xml:space="preserve">[20:49] </w:t>
      </w:r>
      <w:r>
        <w:t>keh is ko ghalib hona hai, is ko na is ko ghalba tak pohanchana hai.</w:t>
      </w:r>
    </w:p>
    <w:p>
      <w:pPr>
        <w:jc w:val="right"/>
      </w:pPr>
      <w:r>
        <w:t>کہ اس کو غالب ہونا ہے، اس کو نہ اس کو غلبہ تک پہنچانا ہے۔</w:t>
      </w:r>
    </w:p>
    <w:p>
      <w:r>
        <w:rPr>
          <w:b/>
        </w:rPr>
        <w:t xml:space="preserve">[20:55] </w:t>
      </w:r>
      <w:r>
        <w:t>to yahan deen se murad religion nahi hai.</w:t>
      </w:r>
    </w:p>
    <w:p>
      <w:pPr>
        <w:jc w:val="right"/>
      </w:pPr>
      <w:r>
        <w:t>تو یہاں دین سے مراد ریلیجن نہیں ہے۔</w:t>
      </w:r>
    </w:p>
    <w:p>
      <w:r>
        <w:rPr>
          <w:b/>
        </w:rPr>
        <w:t xml:space="preserve">[21:02] </w:t>
      </w:r>
      <w:r>
        <w:t>is par main ne ghor karte hue yeh samjha hai keh deen se murad religion nahi hai balkeh</w:t>
      </w:r>
    </w:p>
    <w:p>
      <w:pPr>
        <w:jc w:val="right"/>
      </w:pPr>
      <w:r>
        <w:t>اس پر میں نے غور کرتے ہوئے یہ سمجھا ہے کہ دین سے مراد ریلیجن نہیں ہے بلکہ</w:t>
      </w:r>
    </w:p>
    <w:p>
      <w:r>
        <w:rPr>
          <w:b/>
        </w:rPr>
        <w:t xml:space="preserve">[21:08] </w:t>
      </w:r>
      <w:r>
        <w:t>deen se murad hai halat-e-fitri.</w:t>
      </w:r>
    </w:p>
    <w:p>
      <w:pPr>
        <w:jc w:val="right"/>
      </w:pPr>
      <w:r>
        <w:t>دین سے مراد ہے حالت فطری۔</w:t>
      </w:r>
    </w:p>
    <w:p>
      <w:r>
        <w:rPr>
          <w:b/>
        </w:rPr>
        <w:t xml:space="preserve">[21:15] </w:t>
      </w:r>
      <w:r>
        <w:t>dekhiye, ek aur ayat hai, is se is mein madad milti hai samajhne mein af ghair deen Allah</w:t>
      </w:r>
    </w:p>
    <w:p>
      <w:pPr>
        <w:jc w:val="right"/>
      </w:pPr>
      <w:r>
        <w:t>دیکھیے، ایک اور آیت ہے، اس سے اس میں مدد ملتی ہے سمجھنے میں اف غیر دین اللہ</w:t>
      </w:r>
    </w:p>
    <w:p>
      <w:r>
        <w:rPr>
          <w:b/>
        </w:rPr>
        <w:t xml:space="preserve">[21:22] </w:t>
      </w:r>
      <w:r>
        <w:t>yabghoon wa lahu asraba marfi al-samawat wa ta'u karah wa lahu arjun kiya woh chahte hain Allah ke deen ke</w:t>
      </w:r>
    </w:p>
    <w:p>
      <w:pPr>
        <w:jc w:val="right"/>
      </w:pPr>
      <w:r>
        <w:t>یبغون ولہ اسربا مرفی السماوات و تعو کرہ ولہ ارجون کیا وہ چاہتے ہیں اللہ کے دین کے</w:t>
      </w:r>
    </w:p>
    <w:p>
      <w:r>
        <w:rPr>
          <w:b/>
        </w:rPr>
        <w:t xml:space="preserve">[21:28] </w:t>
      </w:r>
      <w:r>
        <w:t>saath koi aur deen? halankeh saare zameen o aasman mein isi ka deen qaim hai.</w:t>
      </w:r>
    </w:p>
    <w:p>
      <w:pPr>
        <w:jc w:val="right"/>
      </w:pPr>
      <w:r>
        <w:t>ساتھ کوئی اور دین؟ حالانکہ سارے زمین و آسمان میں اسی کا دین قائم ہے۔</w:t>
      </w:r>
    </w:p>
    <w:p>
      <w:r>
        <w:rPr>
          <w:b/>
        </w:rPr>
        <w:t xml:space="preserve">[21:35] </w:t>
      </w:r>
      <w:r>
        <w:t>to zahir hai keh saare zameen o aasman mein Islam to qaim hai hi nahi, Islam mein qanoon</w:t>
      </w:r>
    </w:p>
    <w:p>
      <w:pPr>
        <w:jc w:val="right"/>
      </w:pPr>
      <w:r>
        <w:t>تو ظاہر ہے کہ سارے زمین و آسمان میں اسلام تو قائم ہے ہی نہیں، اسلام میں قانون</w:t>
      </w:r>
    </w:p>
    <w:p>
      <w:r>
        <w:rPr>
          <w:b/>
        </w:rPr>
        <w:t xml:space="preserve">[21:41] </w:t>
      </w:r>
      <w:r>
        <w:t>to nafiz nahi hai.</w:t>
      </w:r>
    </w:p>
    <w:p>
      <w:pPr>
        <w:jc w:val="right"/>
      </w:pPr>
      <w:r>
        <w:t>تو نافذ نہیں ہے۔</w:t>
      </w:r>
    </w:p>
    <w:p>
      <w:r>
        <w:rPr>
          <w:b/>
        </w:rPr>
        <w:t xml:space="preserve">[21:48] </w:t>
      </w:r>
      <w:r>
        <w:t>woh hai halat-e-fitri, natural law.</w:t>
      </w:r>
    </w:p>
    <w:p>
      <w:pPr>
        <w:jc w:val="right"/>
      </w:pPr>
      <w:r>
        <w:t>وہ ہے حالت فطری، نیچرل لاء۔</w:t>
      </w:r>
    </w:p>
    <w:p>
      <w:r>
        <w:rPr>
          <w:b/>
        </w:rPr>
        <w:t xml:space="preserve">[21:55] </w:t>
      </w:r>
      <w:r>
        <w:t>woh kya hai? Allah taala ne jo paida kiya hai insaan ko, to paida kiya hai Quran ke</w:t>
      </w:r>
    </w:p>
    <w:p>
      <w:pPr>
        <w:jc w:val="right"/>
      </w:pPr>
      <w:r>
        <w:t>وہ کیا ہے؟ اللہ تعالیٰ نے جو پیدا کیا ہے انسان کو، تو پیدا کیا ہے قرآن کے</w:t>
      </w:r>
    </w:p>
    <w:p>
      <w:r>
        <w:rPr>
          <w:b/>
        </w:rPr>
        <w:t xml:space="preserve">[22:01] </w:t>
      </w:r>
      <w:r>
        <w:t>mutabiq dunya mein azadi de kar in ko test liya ja raha hai.</w:t>
      </w:r>
    </w:p>
    <w:p>
      <w:pPr>
        <w:jc w:val="right"/>
      </w:pPr>
      <w:r>
        <w:t>مطابق دنیا میں آزادی دے کر ان کو ٹیسٹ لیا جا رہا ہے۔</w:t>
      </w:r>
    </w:p>
    <w:p>
      <w:r>
        <w:rPr>
          <w:b/>
        </w:rPr>
        <w:t xml:space="preserve">[22:08] </w:t>
      </w:r>
      <w:r>
        <w:t>kaun azadi ko misuse karta hai? kaun azadi ko theek use karta hai? is ka test ho raha hai.</w:t>
      </w:r>
    </w:p>
    <w:p>
      <w:pPr>
        <w:jc w:val="right"/>
      </w:pPr>
      <w:r>
        <w:t>کون آزادی کو مس یوز کرتا ہے؟ کون آزادی کو ٹھیک یوز کرتا ہے؟ اس کا ٹیسٹ ہو رہا ہے۔</w:t>
      </w:r>
    </w:p>
    <w:p>
      <w:r>
        <w:rPr>
          <w:b/>
        </w:rPr>
        <w:t xml:space="preserve">[22:14] </w:t>
      </w:r>
      <w:r>
        <w:t>to khalq al-mawt wal hayat li yablakum aikum asnam yani insaan paida kiya gaya hai dunya mein azadi ke saath.</w:t>
      </w:r>
    </w:p>
    <w:p>
      <w:pPr>
        <w:jc w:val="right"/>
      </w:pPr>
      <w:r>
        <w:t>تو خلق الموت والحیات لیبلکم ایکم اعصنام یعنی انسان پیدا کیا گیا ہے دنیا میں آزادی کے ساتھ۔</w:t>
      </w:r>
    </w:p>
    <w:p>
      <w:r>
        <w:rPr>
          <w:b/>
        </w:rPr>
        <w:t xml:space="preserve">[22:21] </w:t>
      </w:r>
      <w:r>
        <w:t>azadi jo hai, test ke liye hai.</w:t>
      </w:r>
    </w:p>
    <w:p>
      <w:pPr>
        <w:jc w:val="right"/>
      </w:pPr>
      <w:r>
        <w:t>آزادی جو ہے، ٹیسٹ کے لیے ہے۔</w:t>
      </w:r>
    </w:p>
    <w:p>
      <w:r>
        <w:rPr>
          <w:b/>
        </w:rPr>
        <w:t xml:space="preserve">[22:28] </w:t>
      </w:r>
      <w:r>
        <w:t>Allah taala dekh raha hai, farishte record kar rahe hain keh kaun apni azadi ko yani misuse</w:t>
      </w:r>
    </w:p>
    <w:p>
      <w:pPr>
        <w:jc w:val="right"/>
      </w:pPr>
      <w:r>
        <w:t>اللہ تعالیٰ دیکھ رہا ہے، فرشتے ریکارڈ کر رہے ہیں کہ کون اپنی آزادی کو یعنی مس یوز</w:t>
      </w:r>
    </w:p>
    <w:p>
      <w:r>
        <w:rPr>
          <w:b/>
        </w:rPr>
        <w:t xml:space="preserve">[22:34] </w:t>
      </w:r>
      <w:r>
        <w:t>karta hai aur is ka proper use karta hai.</w:t>
      </w:r>
    </w:p>
    <w:p>
      <w:pPr>
        <w:jc w:val="right"/>
      </w:pPr>
      <w:r>
        <w:t>کرتا ہے اور اس کا پراپر یوز کرتا ہے۔</w:t>
      </w:r>
    </w:p>
    <w:p>
      <w:r>
        <w:rPr>
          <w:b/>
        </w:rPr>
        <w:t xml:space="preserve">[22:41] </w:t>
      </w:r>
      <w:r>
        <w:t>is ke liye azadi di gayi hai.</w:t>
      </w:r>
    </w:p>
    <w:p>
      <w:pPr>
        <w:jc w:val="right"/>
      </w:pPr>
      <w:r>
        <w:t>اس کے لیے آزادی دی گئی ہے۔</w:t>
      </w:r>
    </w:p>
    <w:p>
      <w:r>
        <w:rPr>
          <w:b/>
        </w:rPr>
        <w:t xml:space="preserve">[22:47] </w:t>
      </w:r>
      <w:r>
        <w:t>to Allah taala ko matlab hai keh yeh azadi barqarar rakhe, is azadi ko koi abhaish na kare,</w:t>
      </w:r>
    </w:p>
    <w:p>
      <w:pPr>
        <w:jc w:val="right"/>
      </w:pPr>
      <w:r>
        <w:t>تو اللہ تعالیٰ کو مطلوب ہے کہ یہ آزادی برقرار رکھے، اس آزادی کو کوئی ابائش نہ کرے،</w:t>
      </w:r>
    </w:p>
    <w:p>
      <w:r>
        <w:rPr>
          <w:b/>
        </w:rPr>
        <w:t xml:space="preserve">[22:54] </w:t>
      </w:r>
      <w:r>
        <w:t>azadi ko koi koi khatam na kare.</w:t>
      </w:r>
    </w:p>
    <w:p>
      <w:pPr>
        <w:jc w:val="right"/>
      </w:pPr>
      <w:r>
        <w:t>آزادی کو کوئی کوئی ختم نہ کرے۔</w:t>
      </w:r>
    </w:p>
    <w:p>
      <w:r>
        <w:rPr>
          <w:b/>
        </w:rPr>
        <w:t xml:space="preserve">[23:01] </w:t>
      </w:r>
      <w:r>
        <w:t>to yeh jo ayat hai, ayat ka jo doosra hissa hai, is ayat ka matlab yeh hai keh</w:t>
      </w:r>
    </w:p>
    <w:p>
      <w:pPr>
        <w:jc w:val="right"/>
      </w:pPr>
      <w:r>
        <w:t>تو یہ جو آیت ہے، آیت کا جو دوسرا حصہ ہے، اس آیت کا مطلب یہ ہے کہ</w:t>
      </w:r>
    </w:p>
    <w:p>
      <w:r>
        <w:rPr>
          <w:b/>
        </w:rPr>
        <w:t xml:space="preserve">[23:07] </w:t>
      </w:r>
      <w:r>
        <w:t>Allah ka yeh jo nizam-e-fitri hai, is ko dobara qaim kiya jaye tareekh mein.</w:t>
      </w:r>
    </w:p>
    <w:p>
      <w:pPr>
        <w:jc w:val="right"/>
      </w:pPr>
      <w:r>
        <w:t>اللہ کا یہ جو نظام فطری ہے، اس کو دوبارہ قائم کیا جائے تاریخ میں۔</w:t>
      </w:r>
    </w:p>
    <w:p>
      <w:r>
        <w:rPr>
          <w:b/>
        </w:rPr>
        <w:t xml:space="preserve">[23:14] </w:t>
      </w:r>
      <w:r>
        <w:t>ab ab aap dekhiye keh kya soorat-e-haal thi Rasool Allah ke zamane mein.</w:t>
      </w:r>
    </w:p>
    <w:p>
      <w:pPr>
        <w:jc w:val="right"/>
      </w:pPr>
      <w:r>
        <w:t>اب اب آپ دیکھیے کہ کیا صورتحال تھی رسول اللہ کے زمانے میں۔</w:t>
      </w:r>
    </w:p>
    <w:p>
      <w:r>
        <w:rPr>
          <w:b/>
        </w:rPr>
        <w:t xml:space="preserve">[23:20] </w:t>
      </w:r>
      <w:r>
        <w:t>Rasool Allah ke zamane mein hazaron saal se kingship ka dauraniya chal raha tha.</w:t>
      </w:r>
    </w:p>
    <w:p>
      <w:pPr>
        <w:jc w:val="right"/>
      </w:pPr>
      <w:r>
        <w:t>رسول اللہ کے زمانے میں ہزاروں سال سے کنگ شپ کا دورانیہ چل رہا تھا۔</w:t>
      </w:r>
    </w:p>
    <w:p>
      <w:r>
        <w:rPr>
          <w:b/>
        </w:rPr>
        <w:t xml:space="preserve">[23:27] </w:t>
      </w:r>
      <w:r>
        <w:t>kingship, kingship ka dauraniya chal raha tha.</w:t>
      </w:r>
    </w:p>
    <w:p>
      <w:pPr>
        <w:jc w:val="right"/>
      </w:pPr>
      <w:r>
        <w:t>کنگ شپ، کنگ شپ کا دورانیہ چل رہا تھا۔</w:t>
      </w:r>
    </w:p>
    <w:p>
      <w:r>
        <w:rPr>
          <w:b/>
        </w:rPr>
        <w:t xml:space="preserve">[23:34] </w:t>
      </w:r>
      <w:r>
        <w:t>kingship ke dwraniye mein sara power ek badshah ke hath mein, sara hukum badshah ka, yani badshah</w:t>
      </w:r>
    </w:p>
    <w:p>
      <w:pPr>
        <w:jc w:val="right"/>
      </w:pPr>
      <w:r>
        <w:t>کنگ شپ کے دورانیے میں سارا پاور ایک بادشاہ کے ہاتھ میں، سارا حکم بادشاہ کا، یعنی بادشاہ</w:t>
      </w:r>
    </w:p>
    <w:p>
      <w:r>
        <w:rPr>
          <w:b/>
        </w:rPr>
        <w:t xml:space="preserve">[23:40] </w:t>
      </w:r>
      <w:r>
        <w:t>jo kar de, wahi qanoon hai.</w:t>
      </w:r>
    </w:p>
    <w:p>
      <w:pPr>
        <w:jc w:val="right"/>
      </w:pPr>
      <w:r>
        <w:t>جو کر دے، وہی قانون ہے۔</w:t>
      </w:r>
    </w:p>
    <w:p>
      <w:r>
        <w:rPr>
          <w:b/>
        </w:rPr>
        <w:t xml:space="preserve">[23:47] </w:t>
      </w:r>
      <w:r>
        <w:t>aam insan ko koi azadi nahi thi.</w:t>
      </w:r>
    </w:p>
    <w:p>
      <w:pPr>
        <w:jc w:val="right"/>
      </w:pPr>
      <w:r>
        <w:t>عام انسان کو کوئی آزادی نہیں تھی۔</w:t>
      </w:r>
    </w:p>
    <w:p>
      <w:r>
        <w:rPr>
          <w:b/>
        </w:rPr>
        <w:t xml:space="preserve">[23:53] </w:t>
      </w:r>
      <w:r>
        <w:t>is ka matlab hai ke jo deen fitri tha, us ko khatm kar rakha tha unhon ne.</w:t>
      </w:r>
    </w:p>
    <w:p>
      <w:pPr>
        <w:jc w:val="right"/>
      </w:pPr>
      <w:r>
        <w:t>اس کا معنی ہے کہ جو دین فطری تھا، اس کو ختم کر رکھا تھا انہوں نے۔</w:t>
      </w:r>
    </w:p>
    <w:p>
      <w:r>
        <w:rPr>
          <w:b/>
        </w:rPr>
        <w:t xml:space="preserve">[24:00] </w:t>
      </w:r>
      <w:r>
        <w:t>yani Allah taala chahta hai ke log azad rahein taake jaancha jaye ke kis ne azadi ko mis</w:t>
      </w:r>
    </w:p>
    <w:p>
      <w:pPr>
        <w:jc w:val="right"/>
      </w:pPr>
      <w:r>
        <w:t>یعنی اللہ تعالیٰ چاہتا ہے کہ لوگ آزادی رہے تاکہ جانچا جائے کہ کس نے آزادی کو مس</w:t>
      </w:r>
    </w:p>
    <w:p>
      <w:r>
        <w:rPr>
          <w:b/>
        </w:rPr>
        <w:t xml:space="preserve">[24:07] </w:t>
      </w:r>
      <w:r>
        <w:t>use kiya, kis ne is ko proper use kiya.</w:t>
      </w:r>
    </w:p>
    <w:p>
      <w:pPr>
        <w:jc w:val="right"/>
      </w:pPr>
      <w:r>
        <w:t>یوز کیا، کس نے اس کو پراپر یوز کیا۔</w:t>
      </w:r>
    </w:p>
    <w:p>
      <w:r>
        <w:rPr>
          <w:b/>
        </w:rPr>
        <w:t xml:space="preserve">[24:13] </w:t>
      </w:r>
      <w:r>
        <w:t>to dekha kar jayega jab aap azadi ko abrish kar dein.</w:t>
      </w:r>
    </w:p>
    <w:p>
      <w:pPr>
        <w:jc w:val="right"/>
      </w:pPr>
      <w:r>
        <w:t>تو دیکھا کر جائے گا جب آپ آزادی کو ابائش کر دیں۔</w:t>
      </w:r>
    </w:p>
    <w:p>
      <w:r>
        <w:rPr>
          <w:b/>
        </w:rPr>
        <w:t xml:space="preserve">[24:20] </w:t>
      </w:r>
      <w:r>
        <w:t>to kingship ka jo nizam tha hazaron saal se, is mein Allah taala ke nizam fitri ko</w:t>
      </w:r>
    </w:p>
    <w:p>
      <w:pPr>
        <w:jc w:val="right"/>
      </w:pPr>
      <w:r>
        <w:t>تو کنگ شپ کا جو نظام تھا ہزاروں سال سے، اس میں اللہ تعالیٰ کے نظام فطری کو</w:t>
      </w:r>
    </w:p>
    <w:p>
      <w:r>
        <w:rPr>
          <w:b/>
        </w:rPr>
        <w:t xml:space="preserve">[24:26] </w:t>
      </w:r>
      <w:r>
        <w:t>unhon ne abrish kar rakha tha, us ko khatm karna tha.</w:t>
      </w:r>
    </w:p>
    <w:p>
      <w:pPr>
        <w:jc w:val="right"/>
      </w:pPr>
      <w:r>
        <w:t>انہوں نے ابائش کر رکھا تھا، اس کو ختم کرنا تھا۔</w:t>
      </w:r>
    </w:p>
    <w:p>
      <w:r>
        <w:rPr>
          <w:b/>
        </w:rPr>
        <w:t xml:space="preserve">[24:33] </w:t>
      </w:r>
      <w:r>
        <w:t>is baat ko ek historian ne bohat achhi tarah se samjha aur likha hai.</w:t>
      </w:r>
    </w:p>
    <w:p>
      <w:pPr>
        <w:jc w:val="right"/>
      </w:pPr>
      <w:r>
        <w:t>اس بات کو ایک ہسٹورین نے بہت اچھی طرح سے سمجھا اور لکھا ہے۔</w:t>
      </w:r>
    </w:p>
    <w:p>
      <w:r>
        <w:rPr>
          <w:b/>
        </w:rPr>
        <w:t xml:space="preserve">[24:40] </w:t>
      </w:r>
      <w:r>
        <w:t>yeh historian tha, yani Henry Pirenne, woh Belgium mein paida hua aur is ki kitab mein French zaban mein hai.</w:t>
      </w:r>
    </w:p>
    <w:p>
      <w:pPr>
        <w:jc w:val="right"/>
      </w:pPr>
      <w:r>
        <w:t>یہ ہسٹورین تھا، یعنی ہنری پرین، وہ بیلجیم میں پیدا ہوا اور اس کی کتاب میں فرنچ زبان میں ہے۔</w:t>
      </w:r>
    </w:p>
    <w:p>
      <w:r>
        <w:rPr>
          <w:b/>
        </w:rPr>
        <w:t xml:space="preserve">[24:46] </w:t>
      </w:r>
      <w:r>
        <w:t>to is ne likha hai ke is zamane mein, yani paighambar Islam ke zamane tak jo halat thi,</w:t>
      </w:r>
    </w:p>
    <w:p>
      <w:pPr>
        <w:jc w:val="right"/>
      </w:pPr>
      <w:r>
        <w:t>تو اس نے لکھا ہے کہ اس زمانے میں، یعنی پیغمبر اسلام کے زمانے تک جو حالت تھی،</w:t>
      </w:r>
    </w:p>
    <w:p>
      <w:r>
        <w:rPr>
          <w:b/>
        </w:rPr>
        <w:t xml:space="preserve">[24:53] </w:t>
      </w:r>
      <w:r>
        <w:t>وہی تھی کہ اس کے الفاظ ہیں: "Monarchical absolutism قائم ہو گیا تھا دنیا میں۔" Monarchical absolutism یعنی</w:t>
      </w:r>
    </w:p>
    <w:p>
      <w:pPr>
        <w:jc w:val="right"/>
      </w:pPr>
      <w:r>
        <w:t>وہی تھی کہ اس کے الفاظ ہیں: "منارکیکل ایبسولیوٹزم قائم ہو گیا تھا دنیا میں۔" منارکیکل ایبسولیوٹزم یعنی</w:t>
      </w:r>
    </w:p>
    <w:p>
      <w:r>
        <w:rPr>
          <w:b/>
        </w:rPr>
        <w:t xml:space="preserve">[25:00] </w:t>
      </w:r>
      <w:r>
        <w:t>mutlaq shahanshahiyat, mutlaq shahanshahiyat, monarchical absolutism, us ko khatm kiya Muhammad ne aur un ke پیروؤں ne.</w:t>
      </w:r>
    </w:p>
    <w:p>
      <w:pPr>
        <w:jc w:val="right"/>
      </w:pPr>
      <w:r>
        <w:t>مطلق شہنشاہیت، مطلق شہنشاہیت، منارکیکل ایبسولیوٹزم، اس کو ختم کیا محمد نے اور ان کے پیروؤں نے۔</w:t>
      </w:r>
    </w:p>
    <w:p>
      <w:r>
        <w:rPr>
          <w:b/>
        </w:rPr>
        <w:t xml:space="preserve">[25:06] </w:t>
      </w:r>
      <w:r>
        <w:t>yeh kehta hai woh Henry Pirenne, is ne bohat zabardast taur par is ka etraf kiya hai.</w:t>
      </w:r>
    </w:p>
    <w:p>
      <w:pPr>
        <w:jc w:val="right"/>
      </w:pPr>
      <w:r>
        <w:t>یہ کہتا ہے وہ ہنری پرین، اس نے بہت زبردست طور پر اس کا اعتراف کیا ہے۔</w:t>
      </w:r>
    </w:p>
    <w:p>
      <w:r>
        <w:rPr>
          <w:b/>
        </w:rPr>
        <w:t xml:space="preserve">[25:13] </w:t>
      </w:r>
      <w:r>
        <w:t>اس نے لکھا ہے کہ اس اس کا بتاتے ہوئے یہ بات کہ "Islam changed the face of the globe."</w:t>
      </w:r>
    </w:p>
    <w:p>
      <w:pPr>
        <w:jc w:val="right"/>
      </w:pPr>
      <w:r>
        <w:t>اس نے لکھا ہے کہ اس اس کا بتاتے ہوئے یہ بات کہ "اسلام چینج دا فیس اف دا گلوب۔</w:t>
      </w:r>
    </w:p>
    <w:p>
      <w:r>
        <w:rPr>
          <w:b/>
        </w:rPr>
        <w:t xml:space="preserve">[25:19] </w:t>
      </w:r>
      <w:r>
        <w:t>"The treasured order of history was overthrown." Yeh kaise hua? Yeh aise hua ke Rasulullah ne</w:t>
      </w:r>
    </w:p>
    <w:p>
      <w:pPr>
        <w:jc w:val="right"/>
      </w:pPr>
      <w:r>
        <w:t>دا ٹریژرڈ آرڈر اف ہسٹری واز اوور تھرونڈ۔" یہ کیسے ہوا؟ یہ ایسے ہوا کہ رسول اللہ نے</w:t>
      </w:r>
    </w:p>
    <w:p>
      <w:r>
        <w:rPr>
          <w:b/>
        </w:rPr>
        <w:t xml:space="preserve">[25:26] </w:t>
      </w:r>
      <w:r>
        <w:t>aur aap ke پیروؤں ne yeh jo jo monarchical absolutism, us ko khatm kiya.</w:t>
      </w:r>
    </w:p>
    <w:p>
      <w:pPr>
        <w:jc w:val="right"/>
      </w:pPr>
      <w:r>
        <w:t>اور آپ کے پیروؤں نے یہ جو جو منارکیکل ایبسولیوٹزم، اس کو ختم کیا۔</w:t>
      </w:r>
    </w:p>
    <w:p>
      <w:r>
        <w:rPr>
          <w:b/>
        </w:rPr>
        <w:t xml:space="preserve">[25:33] </w:t>
      </w:r>
      <w:r>
        <w:t>is zamane mein aap jante hain ke do bare empire qaim the seventh century mein, jo chale aa</w:t>
      </w:r>
    </w:p>
    <w:p>
      <w:pPr>
        <w:jc w:val="right"/>
      </w:pPr>
      <w:r>
        <w:t>اس زمانے میں آپ جانتے ہیں کہ دو بڑے ایمپائر قائم تھے سیونتھ سینچری میں، جو چلے آ</w:t>
      </w:r>
    </w:p>
    <w:p>
      <w:r>
        <w:rPr>
          <w:b/>
        </w:rPr>
        <w:t xml:space="preserve">[25:39] </w:t>
      </w:r>
      <w:r>
        <w:t>rahe the bohat pehle se.</w:t>
      </w:r>
    </w:p>
    <w:p>
      <w:pPr>
        <w:jc w:val="right"/>
      </w:pPr>
      <w:r>
        <w:t>رہے تھے بہت پہلے سے۔</w:t>
      </w:r>
    </w:p>
    <w:p>
      <w:r>
        <w:rPr>
          <w:b/>
        </w:rPr>
        <w:t xml:space="preserve">[25:46] </w:t>
      </w:r>
      <w:r>
        <w:t>ek tha Sasani Empire, ek tha Byzantine Empire, jo Roman Empire ka eastern part tha.</w:t>
      </w:r>
    </w:p>
    <w:p>
      <w:pPr>
        <w:jc w:val="right"/>
      </w:pPr>
      <w:r>
        <w:t>ایک تھا ساسانی ایمپائر، ایک تھا بایزنطین ایمپائر، جو رومن ایمپائر کا ایسٹرن پارٹ تھا۔</w:t>
      </w:r>
    </w:p>
    <w:p>
      <w:r>
        <w:rPr>
          <w:b/>
        </w:rPr>
        <w:t xml:space="preserve">[25:52] </w:t>
      </w:r>
      <w:r>
        <w:t>to yeh jo do empire the, is zamane ka jo nizam jo chala raha tha, yani monarchical absolutism</w:t>
      </w:r>
    </w:p>
    <w:p>
      <w:pPr>
        <w:jc w:val="right"/>
      </w:pPr>
      <w:r>
        <w:t>تو یہ جو دو ایمپائر تھے، اس زمانے کا جو نظام جو چلا رہا تھا، یعنی منارکیکل ایبسولیوٹزم</w:t>
      </w:r>
    </w:p>
    <w:p>
      <w:r>
        <w:rPr>
          <w:b/>
        </w:rPr>
        <w:t xml:space="preserve">[25:59] </w:t>
      </w:r>
      <w:r>
        <w:t>ka, us ke yeh in ka khamb the, is ke pillars the, pillars, is ke pillars the.</w:t>
      </w:r>
    </w:p>
    <w:p>
      <w:pPr>
        <w:jc w:val="right"/>
      </w:pPr>
      <w:r>
        <w:t>کا، اس کے یہ ان کا کھمب تھے، اس کے پلرز تھے، پلرز، اس کے پلرز تھے۔</w:t>
      </w:r>
    </w:p>
    <w:p>
      <w:r>
        <w:rPr>
          <w:b/>
        </w:rPr>
        <w:t xml:space="preserve">[26:06] </w:t>
      </w:r>
      <w:r>
        <w:t>to yeh dono isi area mein the, yani Asia aur Africa ke area mein.</w:t>
      </w:r>
    </w:p>
    <w:p>
      <w:pPr>
        <w:jc w:val="right"/>
      </w:pPr>
      <w:r>
        <w:t>تو یہ دونوں اسی ایریا میں تھے، یعنی ایشیا اور افریقہ کے ایریا میں۔</w:t>
      </w:r>
    </w:p>
    <w:p>
      <w:r>
        <w:rPr>
          <w:b/>
        </w:rPr>
        <w:t xml:space="preserve">[26:12] </w:t>
      </w:r>
      <w:r>
        <w:t>to Allah taala ko matlab tha ke yeh pillars tode jayein taake yeh daur khatm ho, yani monarchical</w:t>
      </w:r>
    </w:p>
    <w:p>
      <w:pPr>
        <w:jc w:val="right"/>
      </w:pPr>
      <w:r>
        <w:t>تو اللہ تعالیٰ کو مطلوب تھا کہ یہ پلرز توڑے جائیں تاکہ یہ دور ختم ہو، یعنی منارکیکل</w:t>
      </w:r>
    </w:p>
    <w:p>
      <w:r>
        <w:rPr>
          <w:b/>
        </w:rPr>
        <w:t xml:space="preserve">[26:19] </w:t>
      </w:r>
      <w:r>
        <w:t>absolutism khatm ho, kingship khatm ho, ek naya daur shuru ho jis mein insan azad rahe.</w:t>
      </w:r>
    </w:p>
    <w:p>
      <w:pPr>
        <w:jc w:val="right"/>
      </w:pPr>
      <w:r>
        <w:t>ایبسولیوٹزم ختم ہو، کنگ شپ ختم ہو، ایک نیا دور شروع ہو جس میں انسان آزاد رہے۔</w:t>
      </w:r>
    </w:p>
    <w:p>
      <w:r>
        <w:rPr>
          <w:b/>
        </w:rPr>
        <w:t xml:space="preserve">[26:25] </w:t>
      </w:r>
      <w:r>
        <w:t>yani yeh despotism ya monarchical absolutism ya badshahat, yeh Allah ke karishchan plan ke khilaf tha.</w:t>
      </w:r>
    </w:p>
    <w:p>
      <w:pPr>
        <w:jc w:val="right"/>
      </w:pPr>
      <w:r>
        <w:t>یعنی یہ ڈسپارٹزم یا منارکیکل ایبسولیوٹزم یا بادشاہت، یہ اللہ کے کہ کرسچن پلان کے خلاف تھا۔</w:t>
      </w:r>
    </w:p>
    <w:p>
      <w:r>
        <w:rPr>
          <w:b/>
        </w:rPr>
        <w:t xml:space="preserve">[26:32] </w:t>
      </w:r>
      <w:r>
        <w:t>Allah ka jo karishchan plan hai, is mein keh raha hai insan ko azadi rahe taake dekha jaye</w:t>
      </w:r>
    </w:p>
    <w:p>
      <w:pPr>
        <w:jc w:val="right"/>
      </w:pPr>
      <w:r>
        <w:t>اللہ کا جو کرسچن پلان ہے، اس میں کہہ رہا ہے انسان کو آزادی رہے تاکہ دیکھا جائے</w:t>
      </w:r>
    </w:p>
    <w:p>
      <w:r>
        <w:rPr>
          <w:b/>
        </w:rPr>
        <w:t xml:space="preserve">[26:39] </w:t>
      </w:r>
      <w:r>
        <w:t>kis ne kiya kiya, kis ne kiya kiya, kis ne azadi ko misuse kiya, kis ne azadi</w:t>
      </w:r>
    </w:p>
    <w:p>
      <w:pPr>
        <w:jc w:val="right"/>
      </w:pPr>
      <w:r>
        <w:t>کس نے کیا کیا، کس نے کیا کیا، کس نے آزادی کو مس یوز کیا، کس نے آزادی</w:t>
      </w:r>
    </w:p>
    <w:p>
      <w:r>
        <w:rPr>
          <w:b/>
        </w:rPr>
        <w:t xml:space="preserve">[26:45] </w:t>
      </w:r>
      <w:r>
        <w:t>ko proper use kiya taake aakhirat mein insaan ke liye faisla kiya jaaye ke kaun jannat qabil hai,</w:t>
      </w:r>
    </w:p>
    <w:p>
      <w:pPr>
        <w:jc w:val="right"/>
      </w:pPr>
      <w:r>
        <w:t>کو پراپر یوز کیا تاکہ آخرت میں انسان کے لیے فیصلہ کیا جائے کہ کون جنت قابل ہے،</w:t>
      </w:r>
    </w:p>
    <w:p>
      <w:r>
        <w:rPr>
          <w:b/>
        </w:rPr>
        <w:t xml:space="preserve">[26:52] </w:t>
      </w:r>
      <w:r>
        <w:t>kaun jannat qabil nahi hai, is ka faisla kiya jaaye.</w:t>
      </w:r>
    </w:p>
    <w:p>
      <w:pPr>
        <w:jc w:val="right"/>
      </w:pPr>
      <w:r>
        <w:t>کون جنت قابل نہیں ہے، اس کا فیصلہ کیا جائے۔</w:t>
      </w:r>
    </w:p>
    <w:p>
      <w:r>
        <w:rPr>
          <w:b/>
        </w:rPr>
        <w:t xml:space="preserve">[26:58] </w:t>
      </w:r>
      <w:r>
        <w:t>to yeh log jo the, yaani badshah log, Allah ke nizam fitri ko unhone badal badal rakha</w:t>
      </w:r>
    </w:p>
    <w:p>
      <w:pPr>
        <w:jc w:val="right"/>
      </w:pPr>
      <w:r>
        <w:t>تو یہ لوگ جو تھے، یعنی بادشاہ لوگ، اللہ کے نظام فطری کو انہوں نے بدل بدل رکھا</w:t>
      </w:r>
    </w:p>
    <w:p>
      <w:r>
        <w:rPr>
          <w:b/>
        </w:rPr>
        <w:t xml:space="preserve">[27:05] </w:t>
      </w:r>
      <w:r>
        <w:t>tha, badal dala tha.</w:t>
      </w:r>
    </w:p>
    <w:p>
      <w:pPr>
        <w:jc w:val="right"/>
      </w:pPr>
      <w:r>
        <w:t>تھا، بدل ڈالا تھا۔</w:t>
      </w:r>
    </w:p>
    <w:p>
      <w:r>
        <w:rPr>
          <w:b/>
        </w:rPr>
        <w:t xml:space="preserve">[27:12] </w:t>
      </w:r>
      <w:r>
        <w:t>insaan ko azadi haasil nahi thi.</w:t>
      </w:r>
    </w:p>
    <w:p>
      <w:pPr>
        <w:jc w:val="right"/>
      </w:pPr>
      <w:r>
        <w:t>انسان کو آزادی حاصل نہیں تھی۔</w:t>
      </w:r>
    </w:p>
    <w:p>
      <w:r>
        <w:rPr>
          <w:b/>
        </w:rPr>
        <w:t xml:space="preserve">[27:18] </w:t>
      </w:r>
      <w:r>
        <w:t>to Allah taala ka matlab tha ke is system ko tod diya jaaye.</w:t>
      </w:r>
    </w:p>
    <w:p>
      <w:pPr>
        <w:jc w:val="right"/>
      </w:pPr>
      <w:r>
        <w:t>تو اللہ تعالیٰ کا مطلوب تھا کہ اس سسٹم کو توڑ دیا جائے۔</w:t>
      </w:r>
    </w:p>
    <w:p>
      <w:r>
        <w:rPr>
          <w:b/>
        </w:rPr>
        <w:t xml:space="preserve">[27:25] </w:t>
      </w:r>
      <w:r>
        <w:t>is ke bare mein agar aap bible ko padhein to bible mein is ki prediction maujood thi, is</w:t>
      </w:r>
    </w:p>
    <w:p>
      <w:pPr>
        <w:jc w:val="right"/>
      </w:pPr>
      <w:r>
        <w:t>اس کے بارے میں اگر آپ بائبل کو پڑھیں تو بائبل میں اس کی پریڈکشن موجود تھی، اس</w:t>
      </w:r>
    </w:p>
    <w:p>
      <w:r>
        <w:rPr>
          <w:b/>
        </w:rPr>
        <w:t xml:space="preserve">[27:31] </w:t>
      </w:r>
      <w:r>
        <w:t>ki is ki peshangoi maujood thi.</w:t>
      </w:r>
    </w:p>
    <w:p>
      <w:pPr>
        <w:jc w:val="right"/>
      </w:pPr>
      <w:r>
        <w:t>کی اس کی پیشنگوئی موجود تھی۔</w:t>
      </w:r>
    </w:p>
    <w:p>
      <w:r>
        <w:rPr>
          <w:b/>
        </w:rPr>
        <w:t xml:space="preserve">[27:38] </w:t>
      </w:r>
      <w:r>
        <w:t>aap Habquq ko padhiye, bible ka Habquq is ek israeli paighambar the.</w:t>
      </w:r>
    </w:p>
    <w:p>
      <w:pPr>
        <w:jc w:val="right"/>
      </w:pPr>
      <w:r>
        <w:t>آپ حبقوق کو پڑھیے، بائبل کا حبقوق اس ایک اسرائیلی پیغمبر تھے۔</w:t>
      </w:r>
    </w:p>
    <w:p>
      <w:r>
        <w:rPr>
          <w:b/>
        </w:rPr>
        <w:t xml:space="preserve">[27:45] </w:t>
      </w:r>
      <w:r>
        <w:t>to un ka jo un ki jo book hai bible mein, us ko kehte hain Habquq.</w:t>
      </w:r>
    </w:p>
    <w:p>
      <w:pPr>
        <w:jc w:val="right"/>
      </w:pPr>
      <w:r>
        <w:t>تو ان کا جو ان کی جو بک ہے بائبل میں، اس کو کہتے ہیں حبقوق۔</w:t>
      </w:r>
    </w:p>
    <w:p>
      <w:r>
        <w:rPr>
          <w:b/>
        </w:rPr>
        <w:t xml:space="preserve">[27:51] </w:t>
      </w:r>
      <w:r>
        <w:t>to is mein ek peshangoi un alfaaz mein aayi hai ke woh aaya, woh utha, us ne dekha</w:t>
      </w:r>
    </w:p>
    <w:p>
      <w:pPr>
        <w:jc w:val="right"/>
      </w:pPr>
      <w:r>
        <w:t>تو اس میں ایک پیشنگوئی ان الفاظ میں آئی ہے کہ وہ آیا، وہ اٹھا، اس نے دیکھا</w:t>
      </w:r>
    </w:p>
    <w:p>
      <w:r>
        <w:rPr>
          <w:b/>
        </w:rPr>
        <w:t xml:space="preserve">[27:58] </w:t>
      </w:r>
      <w:r>
        <w:t>aur qaumein praganda ho gayin, chattanen choor choor ho gayin, pahaad reza reza ho gaye.</w:t>
      </w:r>
    </w:p>
    <w:p>
      <w:pPr>
        <w:jc w:val="right"/>
      </w:pPr>
      <w:r>
        <w:t>اور قومیں پراگندہ ہو گئیں، چٹانیں چور چور ہو گئیں، پہاڑ ریزہ ریزہ ہو گئے۔</w:t>
      </w:r>
    </w:p>
    <w:p>
      <w:r>
        <w:rPr>
          <w:b/>
        </w:rPr>
        <w:t xml:space="preserve">[28:04] </w:t>
      </w:r>
      <w:r>
        <w:t>ek ek abadi tor par is is ne ek ek naya duniya mein daur qaim kiya.</w:t>
      </w:r>
    </w:p>
    <w:p>
      <w:pPr>
        <w:jc w:val="right"/>
      </w:pPr>
      <w:r>
        <w:t>ایک ایک ابدی طور پر اس اس نے ایک ایک نیا دنیا میں دور قائم کیا۔</w:t>
      </w:r>
    </w:p>
    <w:p>
      <w:r>
        <w:rPr>
          <w:b/>
        </w:rPr>
        <w:t xml:space="preserve">[28:11] </w:t>
      </w:r>
      <w:r>
        <w:t>to yeh kaun hai jis ne aisa kiya? to agarche bible ke jo morkheen hain, woh nahi mante</w:t>
      </w:r>
    </w:p>
    <w:p>
      <w:pPr>
        <w:jc w:val="right"/>
      </w:pPr>
      <w:r>
        <w:t>تو یہ کون ہے جس نے ایسا کیا؟ تو اگرچہ بائبل کے جو مورخین ہیں، وہ نہیں مانتے</w:t>
      </w:r>
    </w:p>
    <w:p>
      <w:r>
        <w:rPr>
          <w:b/>
        </w:rPr>
        <w:t xml:space="preserve">[28:18] </w:t>
      </w:r>
      <w:r>
        <w:t>Rasool Allah ko, lekin agar aap mutala karen to yeh alfaaz sirf chipak te hain Rasool Allah ke</w:t>
      </w:r>
    </w:p>
    <w:p>
      <w:pPr>
        <w:jc w:val="right"/>
      </w:pPr>
      <w:r>
        <w:t>رسول اللہ کو، لیکن اگر آپ مطالعہ کریں تو یہ الفاظ صرف چسپہ ہوتے ہیں رسول اللہ کے</w:t>
      </w:r>
    </w:p>
    <w:p>
      <w:r>
        <w:rPr>
          <w:b/>
        </w:rPr>
        <w:t xml:space="preserve">[28:24] </w:t>
      </w:r>
      <w:r>
        <w:t>upar, aap ke ashaab ke upar.</w:t>
      </w:r>
    </w:p>
    <w:p>
      <w:pPr>
        <w:jc w:val="right"/>
      </w:pPr>
      <w:r>
        <w:t>اوپر، آپ کے اصحاب کے اوپر۔</w:t>
      </w:r>
    </w:p>
    <w:p>
      <w:r>
        <w:rPr>
          <w:b/>
        </w:rPr>
        <w:t xml:space="preserve">[28:31] </w:t>
      </w:r>
      <w:r>
        <w:t>اس میں ایک جو ایک جملہ میں آپ کو بتاتا ہوں: "everlasting mountains were escorted" جو جو</w:t>
      </w:r>
    </w:p>
    <w:p>
      <w:pPr>
        <w:jc w:val="right"/>
      </w:pPr>
      <w:r>
        <w:t>اس میں ایک جو ایک جملہ میں آپ کو بتاتا ہوں: "ایور لاسٹنگ ماؤنٹینز ویئر اسکارٹڈ" جو جو</w:t>
      </w:r>
    </w:p>
    <w:p>
      <w:r>
        <w:rPr>
          <w:b/>
        </w:rPr>
        <w:t xml:space="preserve">[28:37] </w:t>
      </w:r>
      <w:r>
        <w:t>ایک چیپٹر ہے، اس کا ایک ورڈ ہے: "everlasting mountains were escorted"۔</w:t>
      </w:r>
    </w:p>
    <w:p>
      <w:pPr>
        <w:jc w:val="right"/>
      </w:pPr>
      <w:r>
        <w:t>ایک چیپٹر ہے، اس کا ایک ورڈ ہے: "ایور لاسٹنگ ماؤنٹینز ویئر اسکارٹڈ"۔</w:t>
      </w:r>
    </w:p>
    <w:p>
      <w:r>
        <w:rPr>
          <w:b/>
        </w:rPr>
        <w:t xml:space="preserve">[28:44] </w:t>
      </w:r>
      <w:r>
        <w:t>to yeh kis ne kiya? yeh dekhen, yahan par jo chattan ka word hai, jo mountain ka word</w:t>
      </w:r>
    </w:p>
    <w:p>
      <w:pPr>
        <w:jc w:val="right"/>
      </w:pPr>
      <w:r>
        <w:t>تو یہ کس نے کیا؟ یہ دیکھیں، یہاں پر جو چٹان کا ورڈ ہے، جو ماؤنٹین کا ورڈ</w:t>
      </w:r>
    </w:p>
    <w:p>
      <w:r>
        <w:rPr>
          <w:b/>
        </w:rPr>
        <w:t xml:space="preserve">[28:51] </w:t>
      </w:r>
      <w:r>
        <w:t>hai, yeh isi isi ke liye hai.</w:t>
      </w:r>
    </w:p>
    <w:p>
      <w:pPr>
        <w:jc w:val="right"/>
      </w:pPr>
      <w:r>
        <w:t>ہے، یہ اسی اسی کے لیے ہے۔</w:t>
      </w:r>
    </w:p>
    <w:p>
      <w:r>
        <w:rPr>
          <w:b/>
        </w:rPr>
        <w:t xml:space="preserve">[28:57] </w:t>
      </w:r>
      <w:r>
        <w:t>yaani woh jo jo jo yaani jo imperialism tha, jo badshahat thi, jis jo monarchical jo absolutism tha,</w:t>
      </w:r>
    </w:p>
    <w:p>
      <w:pPr>
        <w:jc w:val="right"/>
      </w:pPr>
      <w:r>
        <w:t>یعنی وہ جو جو جو یعنی جو ایمپیریلزم تھا، جو بادشاہت تھی، جس جو منارکیکل جو ایبسولیوٹزم تھا،</w:t>
      </w:r>
    </w:p>
    <w:p>
      <w:r>
        <w:rPr>
          <w:b/>
        </w:rPr>
        <w:t xml:space="preserve">[29:04] </w:t>
      </w:r>
      <w:r>
        <w:t>isi ke liye hai.</w:t>
      </w:r>
    </w:p>
    <w:p>
      <w:pPr>
        <w:jc w:val="right"/>
      </w:pPr>
      <w:r>
        <w:t>اسی کے لیے ہے۔</w:t>
      </w:r>
    </w:p>
    <w:p>
      <w:r>
        <w:rPr>
          <w:b/>
        </w:rPr>
        <w:t xml:space="preserve">[29:10] </w:t>
      </w:r>
      <w:r>
        <w:t>yaani political chattanen, is se murad hai political chattanen, political mountain.</w:t>
      </w:r>
    </w:p>
    <w:p>
      <w:pPr>
        <w:jc w:val="right"/>
      </w:pPr>
      <w:r>
        <w:t>یعنی پولیٹیکل چٹانیں، اس سے مراد ہے پولیٹیکل چٹانیں، پولیٹیکل ماؤنٹین۔</w:t>
      </w:r>
    </w:p>
    <w:p>
      <w:r>
        <w:rPr>
          <w:b/>
        </w:rPr>
        <w:t xml:space="preserve">[29:17] </w:t>
      </w:r>
      <w:r>
        <w:t>to saatvi sadi mein paighambar Islam ke jo پیرو the, un ka takrao hua un logon se, yaani</w:t>
      </w:r>
    </w:p>
    <w:p>
      <w:pPr>
        <w:jc w:val="right"/>
      </w:pPr>
      <w:r>
        <w:t>تو ساتویں صدی میں پیغمبر اسلام کے جو پیرو تھے، ان کا ٹکراؤ ہوا ان لوگوں سے، یعنی</w:t>
      </w:r>
    </w:p>
    <w:p>
      <w:r>
        <w:rPr>
          <w:b/>
        </w:rPr>
        <w:t xml:space="preserve">[29:24] </w:t>
      </w:r>
      <w:r>
        <w:t>Sasani Empire se, Byzantine Empire se, aur pachaas saal ke andar andar un ka khatma ho gaya.</w:t>
      </w:r>
    </w:p>
    <w:p>
      <w:pPr>
        <w:jc w:val="right"/>
      </w:pPr>
      <w:r>
        <w:t>ساسانی ایمپائر سے، بازنطینی ایمپائر سے، اور پچاس سال کے اندر اندر ان کا خاتمہ ہو گیا۔</w:t>
      </w:r>
    </w:p>
    <w:p>
      <w:r>
        <w:rPr>
          <w:b/>
        </w:rPr>
        <w:t xml:space="preserve">[29:30] </w:t>
      </w:r>
      <w:r>
        <w:t>tab ja kar yeh hua ke duniya mein azadi aayi.</w:t>
      </w:r>
    </w:p>
    <w:p>
      <w:pPr>
        <w:jc w:val="right"/>
      </w:pPr>
      <w:r>
        <w:t>تب جا کر یہ ہوا کہ دنیا میں آزادی آئی۔</w:t>
      </w:r>
    </w:p>
    <w:p>
      <w:r>
        <w:rPr>
          <w:b/>
        </w:rPr>
        <w:t xml:space="preserve">[29:37] </w:t>
      </w:r>
      <w:r>
        <w:t>dekhiye, yeh freedom jis ko hum kehte hain, aaj kal ke musalman jis ko samajhte nahin, jo idhar</w:t>
      </w:r>
    </w:p>
    <w:p>
      <w:pPr>
        <w:jc w:val="right"/>
      </w:pPr>
      <w:r>
        <w:t>دیکھیے، یہ فریڈم جس کو ہم کہتے ہیں، آج کل کے مسلمان جس کو سمجھتے نہیں، جو ادھر</w:t>
      </w:r>
    </w:p>
    <w:p>
      <w:r>
        <w:rPr>
          <w:b/>
        </w:rPr>
        <w:t xml:space="preserve">[29:43] </w:t>
      </w:r>
      <w:r>
        <w:t>idhar shorgol kar rahe hain ke freedom is cheez ko khatam karo, freedom to Allah taala ne dunya</w:t>
      </w:r>
    </w:p>
    <w:p>
      <w:pPr>
        <w:jc w:val="right"/>
      </w:pPr>
      <w:r>
        <w:t>ادھر شورگول کر رہے ہیں کہ فریڈم اس چیز کو ختم کرو، فریڈم تو اللہ تعالیٰ نے دنیا</w:t>
      </w:r>
    </w:p>
    <w:p>
      <w:r>
        <w:rPr>
          <w:b/>
        </w:rPr>
        <w:t xml:space="preserve">[29:50] </w:t>
      </w:r>
      <w:r>
        <w:t>mein paida di hai insaan ko, aap kaise khatam karenge is ko? Yani musalman shorgol kar rahe</w:t>
      </w:r>
    </w:p>
    <w:p>
      <w:pPr>
        <w:jc w:val="right"/>
      </w:pPr>
      <w:r>
        <w:t>میں پیدا دی ہے انسان کو، آپ کیسے ختم کریں گے اس کو؟ یعنی مسلمان شورگول کر رہے</w:t>
      </w:r>
    </w:p>
    <w:p>
      <w:r>
        <w:rPr>
          <w:b/>
        </w:rPr>
        <w:t xml:space="preserve">[29:57] </w:t>
      </w:r>
      <w:r>
        <w:t>hain aath so saal se ke Rasool Allah ke khilaf gustakhi na ki jaye, aur in lekin woh</w:t>
      </w:r>
    </w:p>
    <w:p>
      <w:pPr>
        <w:jc w:val="right"/>
      </w:pPr>
      <w:r>
        <w:t>ہیں آٹھ سو سال سے کہ رسول اللہ کے خلاف گستاخی نہ کی جائے، اور ان لیکن وہ</w:t>
      </w:r>
    </w:p>
    <w:p>
      <w:r>
        <w:rPr>
          <w:b/>
        </w:rPr>
        <w:t xml:space="preserve">[30:03] </w:t>
      </w:r>
      <w:r>
        <w:t>nakam hain, nakam hain.</w:t>
      </w:r>
    </w:p>
    <w:p>
      <w:pPr>
        <w:jc w:val="right"/>
      </w:pPr>
      <w:r>
        <w:t>ناکام ہیں، ناکام ہیں۔</w:t>
      </w:r>
    </w:p>
    <w:p>
      <w:r>
        <w:rPr>
          <w:b/>
        </w:rPr>
        <w:t xml:space="preserve">[30:10] </w:t>
      </w:r>
      <w:r>
        <w:t>Yani jo log ke unhein natije ko le kar sochna chahiye ke kyun hum nakam hain? Agar yeh</w:t>
      </w:r>
    </w:p>
    <w:p>
      <w:pPr>
        <w:jc w:val="right"/>
      </w:pPr>
      <w:r>
        <w:t>یعنی جو لوگ کہ انہیں نتیجے کو لے کر سوچنا چاہیے کہ کیوں ہم ناکام ہیں؟ اگر یہ</w:t>
      </w:r>
    </w:p>
    <w:p>
      <w:r>
        <w:rPr>
          <w:b/>
        </w:rPr>
        <w:t xml:space="preserve">[30:16] </w:t>
      </w:r>
      <w:r>
        <w:t>matloob hai ke peghambar ke khilaf koi insaan mein koi gustakhi na kare, to kyun gustakhiyan barhti chali</w:t>
      </w:r>
    </w:p>
    <w:p>
      <w:pPr>
        <w:jc w:val="right"/>
      </w:pPr>
      <w:r>
        <w:t>مطلوب ہے کہ پیغمبر کے خلاف کوئی انسان میں کوئی گستاخی نہ کرے، تو کیوں گستاخیاں بڑھتی چلی</w:t>
      </w:r>
    </w:p>
    <w:p>
      <w:r>
        <w:rPr>
          <w:b/>
        </w:rPr>
        <w:t xml:space="preserve">[30:23] </w:t>
      </w:r>
      <w:r>
        <w:t>ja rahi hain? Aath so saal pehle Ibn Taybah ne ek kitaab likhi thi: "Al-Sarim Al-Masoor ala Shatim Al-Rasool".</w:t>
      </w:r>
    </w:p>
    <w:p>
      <w:pPr>
        <w:jc w:val="right"/>
      </w:pPr>
      <w:r>
        <w:t>جا رہی ہیں؟ آٹھ سو سال پہلے ابن طیبہ نے ایک کتاب لکھی تھی: "الصارب المسور مسور علی شاطب الرسول"۔</w:t>
      </w:r>
    </w:p>
    <w:p>
      <w:r>
        <w:rPr>
          <w:b/>
        </w:rPr>
        <w:t xml:space="preserve">[30:30] </w:t>
      </w:r>
      <w:r>
        <w:t>Jo jo Rasool Allah ke shan gustakhi kare, us ko gardan maar do.</w:t>
      </w:r>
    </w:p>
    <w:p>
      <w:pPr>
        <w:jc w:val="right"/>
      </w:pPr>
      <w:r>
        <w:t>جو جو رسول اللہ کے شان گستاخی کرے، اس کو گردن مار دو۔</w:t>
      </w:r>
    </w:p>
    <w:p>
      <w:r>
        <w:rPr>
          <w:b/>
        </w:rPr>
        <w:t xml:space="preserve">[30:36] </w:t>
      </w:r>
      <w:r>
        <w:t>Us waqt jab yani ek insaan ne aisa kiya tha, us par unhon ne kitaab likhi thi.</w:t>
      </w:r>
    </w:p>
    <w:p>
      <w:pPr>
        <w:jc w:val="right"/>
      </w:pPr>
      <w:r>
        <w:t>اس وقت جب یعنی ایک انسان نے ایسا کیا تھا، اس پر انہوں نے کتاب لکھی تھی۔</w:t>
      </w:r>
    </w:p>
    <w:p>
      <w:r>
        <w:rPr>
          <w:b/>
        </w:rPr>
        <w:t xml:space="preserve">[30:43] </w:t>
      </w:r>
      <w:r>
        <w:t>Aaj jab poora poora daur khatam kar raha hai, aaj poora poora daur Rasool Allah ke shan gustakhi</w:t>
      </w:r>
    </w:p>
    <w:p>
      <w:pPr>
        <w:jc w:val="right"/>
      </w:pPr>
      <w:r>
        <w:t>آج جب پورا پورا دور ختم کر رہا ہے، آج پورا پورا دور رسول اللہ کے شان گستاخی</w:t>
      </w:r>
    </w:p>
    <w:p>
      <w:r>
        <w:rPr>
          <w:b/>
        </w:rPr>
        <w:t xml:space="preserve">[30:50] </w:t>
      </w:r>
      <w:r>
        <w:t>کر رہا ہے، یعنی thousand time بڑھ گئی ہے گستاخی۔</w:t>
      </w:r>
    </w:p>
    <w:p>
      <w:pPr>
        <w:jc w:val="right"/>
      </w:pPr>
      <w:r>
        <w:t>کر رہا ہے، یعنی تھاؤزنڈ ٹائم بڑھ گئی ہے گستاخی۔</w:t>
      </w:r>
    </w:p>
    <w:p>
      <w:r>
        <w:rPr>
          <w:b/>
        </w:rPr>
        <w:t xml:space="preserve">[30:56] </w:t>
      </w:r>
      <w:r>
        <w:t>to yeh kya hai? Musalman Allah ke qanoon ke khilaf lar rahe hain.</w:t>
      </w:r>
    </w:p>
    <w:p>
      <w:pPr>
        <w:jc w:val="right"/>
      </w:pPr>
      <w:r>
        <w:t>تو یہ کیا ہے؟ مسلمان اللہ کے قانون کے خلاف لڑ رہے ہیں۔</w:t>
      </w:r>
    </w:p>
    <w:p>
      <w:r>
        <w:rPr>
          <w:b/>
        </w:rPr>
        <w:t xml:space="preserve">[31:03] </w:t>
      </w:r>
      <w:r>
        <w:t>اللہ نے انسان کو آزادی دی ہے، freedom of expression اللہ کی دی ہوئی چیز ہے، اور جب بھی</w:t>
      </w:r>
    </w:p>
    <w:p>
      <w:pPr>
        <w:jc w:val="right"/>
      </w:pPr>
      <w:r>
        <w:t>اللہ نے انسان کو آزادی دی ہے، فریڈم ایکسپریشن اللہ کی دی ہوئی چیز ہے، اور جب بھی</w:t>
      </w:r>
    </w:p>
    <w:p>
      <w:r>
        <w:rPr>
          <w:b/>
        </w:rPr>
        <w:t xml:space="preserve">[31:09] </w:t>
      </w:r>
      <w:r>
        <w:t>Koi freedom ko khatam karta hai, to Khuda us ko tod deta hai.</w:t>
      </w:r>
    </w:p>
    <w:p>
      <w:pPr>
        <w:jc w:val="right"/>
      </w:pPr>
      <w:r>
        <w:t>کوئی فریڈم کو ختم کرتا ہے، تو خدا اس کو توڑ دیتا ہے۔</w:t>
      </w:r>
    </w:p>
    <w:p>
      <w:r>
        <w:rPr>
          <w:b/>
        </w:rPr>
        <w:t xml:space="preserve">[31:16] </w:t>
      </w:r>
      <w:r>
        <w:t>کوئی بھی بادشاہ، کوئی بھی سسٹم ایسا اگر دنیا میں بنا جاتا ہے جو انسان کے freedom کو</w:t>
      </w:r>
    </w:p>
    <w:p>
      <w:pPr>
        <w:jc w:val="right"/>
      </w:pPr>
      <w:r>
        <w:t>کوئی بھی بادشاہ، کوئی بھی سسٹم ایسا اگر دنیا میں بنا جاتا ہے جو انسان کے فریڈم کو</w:t>
      </w:r>
    </w:p>
    <w:p>
      <w:r>
        <w:rPr>
          <w:b/>
        </w:rPr>
        <w:t xml:space="preserve">[31:23] </w:t>
      </w:r>
      <w:r>
        <w:t>Khatam kare, to Khuda us ko tod deta hai.</w:t>
      </w:r>
    </w:p>
    <w:p>
      <w:pPr>
        <w:jc w:val="right"/>
      </w:pPr>
      <w:r>
        <w:t>ختم کرے، تو خدا اس کو توڑ دیتا ہے۔</w:t>
      </w:r>
    </w:p>
    <w:p>
      <w:r>
        <w:rPr>
          <w:b/>
        </w:rPr>
        <w:t xml:space="preserve">[31:29] </w:t>
      </w:r>
      <w:r>
        <w:t>Is ki ek misaal thi pehle zamane ki, yani Sasani Empire ko toda gaya, Bizantini Empire ko toda</w:t>
      </w:r>
    </w:p>
    <w:p>
      <w:pPr>
        <w:jc w:val="right"/>
      </w:pPr>
      <w:r>
        <w:t>اس کی ایک مثال تھی پہلے زمانے کی، یعنی ساسانی ایمپائر کو توڑا گیا، بازنطینی ایمپائر کو توڑا</w:t>
      </w:r>
    </w:p>
    <w:p>
      <w:r>
        <w:rPr>
          <w:b/>
        </w:rPr>
        <w:t xml:space="preserve">[31:36] </w:t>
      </w:r>
      <w:r>
        <w:t>gaya, Roman Empire ko toda gaya, kyunke un logon ne insaan ki azadi ko khatam kar rakha tha.</w:t>
      </w:r>
    </w:p>
    <w:p>
      <w:pPr>
        <w:jc w:val="right"/>
      </w:pPr>
      <w:r>
        <w:t>گیا، رومن ایمپائر کو توڑا گیا، کیونکہ ان لوگوں نے انسان کی آزادی کو ختم کر رکھا تھا۔</w:t>
      </w:r>
    </w:p>
    <w:p>
      <w:r>
        <w:rPr>
          <w:b/>
        </w:rPr>
        <w:t xml:space="preserve">[31:42] </w:t>
      </w:r>
      <w:r>
        <w:t>Is ke baad jab yeh Communism aaya, aur aur yeh Communist state bani ek Russia mein, aur aur</w:t>
      </w:r>
    </w:p>
    <w:p>
      <w:pPr>
        <w:jc w:val="right"/>
      </w:pPr>
      <w:r>
        <w:t>اس کے بعد جب یہ کمیونزم آیا، اور اور یہ کمیونسٹ اسٹیٹ بنی ایک رشیا میں، اور اور</w:t>
      </w:r>
    </w:p>
    <w:p>
      <w:r>
        <w:rPr>
          <w:b/>
        </w:rPr>
        <w:t xml:space="preserve">[31:49] </w:t>
      </w:r>
      <w:r>
        <w:t>ek poore ilaqe mein, wahan bhi insaan ki azadi ko unhon ne khatam kar diya tha.</w:t>
      </w:r>
    </w:p>
    <w:p>
      <w:pPr>
        <w:jc w:val="right"/>
      </w:pPr>
      <w:r>
        <w:t>ایک پورے علاقے میں، وہاں بھی انسان کی آزادی کو انہوں نے ختم کر دیا تھا۔</w:t>
      </w:r>
    </w:p>
    <w:p>
      <w:r>
        <w:rPr>
          <w:b/>
        </w:rPr>
        <w:t xml:space="preserve">[31:56] </w:t>
      </w:r>
      <w:r>
        <w:t>Us ko bhi Khuda ne tod diya.</w:t>
      </w:r>
    </w:p>
    <w:p>
      <w:pPr>
        <w:jc w:val="right"/>
      </w:pPr>
      <w:r>
        <w:t>اس کو بھی خدا نے توڑ دیا۔</w:t>
      </w:r>
    </w:p>
    <w:p>
      <w:r>
        <w:rPr>
          <w:b/>
        </w:rPr>
        <w:t xml:space="preserve">[32:02] </w:t>
      </w:r>
      <w:r>
        <w:t>Is bare mein Allah ne istemal kiya America ko.</w:t>
      </w:r>
    </w:p>
    <w:p>
      <w:pPr>
        <w:jc w:val="right"/>
      </w:pPr>
      <w:r>
        <w:t>اس بارے میں اللہ نے استعمال کیا امریکہ کو۔</w:t>
      </w:r>
    </w:p>
    <w:p>
      <w:r>
        <w:rPr>
          <w:b/>
        </w:rPr>
        <w:t xml:space="preserve">[32:09] </w:t>
      </w:r>
      <w:r>
        <w:t>Us waqt Allah ne istemal kiya tha, yani Rasool Allah ke پیروؤں ko.</w:t>
      </w:r>
    </w:p>
    <w:p>
      <w:pPr>
        <w:jc w:val="right"/>
      </w:pPr>
      <w:r>
        <w:t>اس وقت اللہ نے استعمال کیا تھا، یعنی رسول اللہ کے پیروؤں کو۔</w:t>
      </w:r>
    </w:p>
    <w:p>
      <w:r>
        <w:rPr>
          <w:b/>
        </w:rPr>
        <w:t xml:space="preserve">[32:15] </w:t>
      </w:r>
      <w:r>
        <w:t>seventh century mein Allah ne istemal kiya, woh that was a divine operation.</w:t>
      </w:r>
    </w:p>
    <w:p>
      <w:pPr>
        <w:jc w:val="right"/>
      </w:pPr>
      <w:r>
        <w:t>سیونتھ سینچری میں اللہ نے استعمال کیا، وہ دیٹ واز ا ڈیوائن آپریشن۔</w:t>
      </w:r>
    </w:p>
    <w:p>
      <w:r>
        <w:rPr>
          <w:b/>
        </w:rPr>
        <w:t xml:space="preserve">[32:22] </w:t>
      </w:r>
      <w:r>
        <w:t>وہ جو اس بعد میں ہوا seventh century میں، وہ ایک divine operation تھا۔</w:t>
      </w:r>
    </w:p>
    <w:p>
      <w:pPr>
        <w:jc w:val="right"/>
      </w:pPr>
      <w:r>
        <w:t>وہ جو اس بعد میں ہوا سیونتھ سینچری میں، وہ ایک ڈیوائن آپریشن تھا۔</w:t>
      </w:r>
    </w:p>
    <w:p>
      <w:r>
        <w:rPr>
          <w:b/>
        </w:rPr>
        <w:t xml:space="preserve">[32:29] </w:t>
      </w:r>
      <w:r>
        <w:t>Allah taala ne ek operation kiya, jis ke nateeje mein us waqt jo Empire qaim thi, Roman Empire,</w:t>
      </w:r>
    </w:p>
    <w:p>
      <w:pPr>
        <w:jc w:val="right"/>
      </w:pPr>
      <w:r>
        <w:t>اللہ تعالیٰ نے ایک آپریشن کیا، جس کے نتیجے میں اس وقت جو ایمپائر قائم تھی، رومن ایمپائر،</w:t>
      </w:r>
    </w:p>
    <w:p>
      <w:r>
        <w:rPr>
          <w:b/>
        </w:rPr>
        <w:t xml:space="preserve">[32:35] </w:t>
      </w:r>
      <w:r>
        <w:t>Bizantini Empire, Sasani Empire, us ko Allah taala ne us ke khilaf ek operation karwaya.</w:t>
      </w:r>
    </w:p>
    <w:p>
      <w:pPr>
        <w:jc w:val="right"/>
      </w:pPr>
      <w:r>
        <w:t>بازنطینی ایمپائر، ساسانی ایمپائر، اس کو اللہ تعالیٰ نے اس کے خلاف ایک آپریشن کروایا۔</w:t>
      </w:r>
    </w:p>
    <w:p>
      <w:r>
        <w:rPr>
          <w:b/>
        </w:rPr>
        <w:t xml:space="preserve">[32:42] </w:t>
      </w:r>
      <w:r>
        <w:t>Woh operation karwaya Rasool Allah ke پیروؤں ke zariye se, us ko khatam kar diya.</w:t>
      </w:r>
    </w:p>
    <w:p>
      <w:pPr>
        <w:jc w:val="right"/>
      </w:pPr>
      <w:r>
        <w:t>وہ آپریشن کروایا رسول اللہ کے پیروؤں کے ذریعے سے، اس کو ختم کر دیا۔</w:t>
      </w:r>
    </w:p>
    <w:p>
      <w:r>
        <w:rPr>
          <w:b/>
        </w:rPr>
        <w:t xml:space="preserve">[32:48] </w:t>
      </w:r>
      <w:r>
        <w:t>Us zamane mein jo Communist Empire khara hua, jis mein insaan ki azadi khatam kar di thi, un</w:t>
      </w:r>
    </w:p>
    <w:p>
      <w:pPr>
        <w:jc w:val="right"/>
      </w:pPr>
      <w:r>
        <w:t>اس زمانے میں جو کمیونسٹ ایمپائر کھڑا ہوا، جس میں انسان کی آزادی ختم کر دی تھی، ان</w:t>
      </w:r>
    </w:p>
    <w:p>
      <w:r>
        <w:rPr>
          <w:b/>
        </w:rPr>
        <w:t xml:space="preserve">[32:55] </w:t>
      </w:r>
      <w:r>
        <w:t>logon ne to amreeka ko Allah ne istemal kiya, is ko tor diya 75 sal ke baad.</w:t>
      </w:r>
    </w:p>
    <w:p>
      <w:pPr>
        <w:jc w:val="right"/>
      </w:pPr>
      <w:r>
        <w:t>لوگوں نے تو امریکہ کو اللہ نے استعمال کیا، اس کو توڑ دیا 75 سال کے بعد۔</w:t>
      </w:r>
    </w:p>
    <w:p>
      <w:r>
        <w:rPr>
          <w:b/>
        </w:rPr>
        <w:t xml:space="preserve">[33:02] </w:t>
      </w:r>
      <w:r>
        <w:t>to dekhiye, yaad rakhiye, azadi jo hai, azadi Allah ko matloob hai.</w:t>
      </w:r>
    </w:p>
    <w:p>
      <w:pPr>
        <w:jc w:val="right"/>
      </w:pPr>
      <w:r>
        <w:t>تو دیکھیے، یاد رکھیے، آزادی جو ہے، آزادی اللہ کو مطلوب ہے۔</w:t>
      </w:r>
    </w:p>
    <w:p>
      <w:r>
        <w:rPr>
          <w:b/>
        </w:rPr>
        <w:t xml:space="preserve">[33:08] </w:t>
      </w:r>
      <w:r>
        <w:t>kyon azadi? kyon matloob hai? is ke do bohat hi aham sabab hain.</w:t>
      </w:r>
    </w:p>
    <w:p>
      <w:pPr>
        <w:jc w:val="right"/>
      </w:pPr>
      <w:r>
        <w:t>کیوں آزادی؟ کیوں مطلوب ہے؟ اس کے دو بہت ہی اہم سبب ہیں۔</w:t>
      </w:r>
    </w:p>
    <w:p>
      <w:r>
        <w:rPr>
          <w:b/>
        </w:rPr>
        <w:t xml:space="preserve">[33:15] </w:t>
      </w:r>
      <w:r>
        <w:t>do: ek to yeh hai ke agar azadi nahi to test kis baat ka hoga? agar insan ko</w:t>
      </w:r>
    </w:p>
    <w:p>
      <w:pPr>
        <w:jc w:val="right"/>
      </w:pPr>
      <w:r>
        <w:t>دو: ایک تو یہ ہے کہ اگر آزادی نہیں تو ٹیسٹ کس بات کا ہوگا؟ اگر انسان کو</w:t>
      </w:r>
    </w:p>
    <w:p>
      <w:r>
        <w:rPr>
          <w:b/>
        </w:rPr>
        <w:t xml:space="preserve">[33:21] </w:t>
      </w:r>
      <w:r>
        <w:t>azadi na ho to test kis baat ka hoga? to ek hai ke test ki halat baqi rakhne</w:t>
      </w:r>
    </w:p>
    <w:p>
      <w:pPr>
        <w:jc w:val="right"/>
      </w:pPr>
      <w:r>
        <w:t>آزادی نہ ہو تو ٹیسٹ کس بات کا ہوگا؟ تو ایک ہے کہ ٹیسٹ کی حالت باقی رکھنے</w:t>
      </w:r>
    </w:p>
    <w:p>
      <w:r>
        <w:rPr>
          <w:b/>
        </w:rPr>
        <w:t xml:space="preserve">[33:28] </w:t>
      </w:r>
      <w:r>
        <w:t>ke liye insan ko azadi de di gayi hai, woh baqi rahi, kabhi is ko aap tor nahi sakte.</w:t>
      </w:r>
    </w:p>
    <w:p>
      <w:pPr>
        <w:jc w:val="right"/>
      </w:pPr>
      <w:r>
        <w:t>کے لیے انسان کو آزادی دے دی گئی ہے، وہ باقی رہی، کبھی اس کو آپ توڑ نہیں سکتے۔</w:t>
      </w:r>
    </w:p>
    <w:p>
      <w:r>
        <w:rPr>
          <w:b/>
        </w:rPr>
        <w:t xml:space="preserve">[33:35] </w:t>
      </w:r>
      <w:r>
        <w:t>doosri baat yeh hai ke Allah taala ne is dunya mein bohat si cheezein potential tor par rakhi theen.</w:t>
      </w:r>
    </w:p>
    <w:p>
      <w:pPr>
        <w:jc w:val="right"/>
      </w:pPr>
      <w:r>
        <w:t>دوسری بات یہ ہے کہ اللہ تعالیٰ نے اس دنیا میں بہت سی چیزیں پوٹینشل طور پر رکھی تھیں۔</w:t>
      </w:r>
    </w:p>
    <w:p>
      <w:r>
        <w:rPr>
          <w:b/>
        </w:rPr>
        <w:t xml:space="preserve">[33:41] </w:t>
      </w:r>
      <w:r>
        <w:t>potential yani Allah taala ne sawari ke liye ghore to animal ki surat mein de diye, lekin car</w:t>
      </w:r>
    </w:p>
    <w:p>
      <w:pPr>
        <w:jc w:val="right"/>
      </w:pPr>
      <w:r>
        <w:t>پوٹینشل یعنی اللہ تعالیٰ نے سواری کے لیے گھوڑے تو اینیمل کی صورت میں دے دیے، لیکن کار</w:t>
      </w:r>
    </w:p>
    <w:p>
      <w:r>
        <w:rPr>
          <w:b/>
        </w:rPr>
        <w:t xml:space="preserve">[33:48] </w:t>
      </w:r>
      <w:r>
        <w:t>aur hawai jahaz potential ke tor par rakh diye.</w:t>
      </w:r>
    </w:p>
    <w:p>
      <w:pPr>
        <w:jc w:val="right"/>
      </w:pPr>
      <w:r>
        <w:t>اور ہوائی جہاز پوٹینشل کے طور پر رکھ دیے۔</w:t>
      </w:r>
    </w:p>
    <w:p>
      <w:r>
        <w:rPr>
          <w:b/>
        </w:rPr>
        <w:t xml:space="preserve">[33:54] </w:t>
      </w:r>
      <w:r>
        <w:t>is is is is dunya mein is ko is par ghor farmaiye aap ke Allah taala ne shuru</w:t>
      </w:r>
    </w:p>
    <w:p>
      <w:pPr>
        <w:jc w:val="right"/>
      </w:pPr>
      <w:r>
        <w:t>اس اس اس اس دنیا میں اس کو اس پر غور فرمائیے آپ کہ اللہ تعالیٰ نے شروع</w:t>
      </w:r>
    </w:p>
    <w:p>
      <w:r>
        <w:rPr>
          <w:b/>
        </w:rPr>
        <w:t xml:space="preserve">[34:01] </w:t>
      </w:r>
      <w:r>
        <w:t>mein kuch cheezon ko apni taraf se de diya ke is tarah is ko istemal karo, is ko</w:t>
      </w:r>
    </w:p>
    <w:p>
      <w:pPr>
        <w:jc w:val="right"/>
      </w:pPr>
      <w:r>
        <w:t>میں کچھ چیزوں کو اپنی طرف سے دے دیا کہ اس طرح اس کو استعمال کرو، اس کو</w:t>
      </w:r>
    </w:p>
    <w:p>
      <w:r>
        <w:rPr>
          <w:b/>
        </w:rPr>
        <w:t xml:space="preserve">[34:08] </w:t>
      </w:r>
      <w:r>
        <w:t>misalan ghora sawari ke liye.</w:t>
      </w:r>
    </w:p>
    <w:p>
      <w:pPr>
        <w:jc w:val="right"/>
      </w:pPr>
      <w:r>
        <w:t>مثلاً گھوڑا سواری کے لیے۔</w:t>
      </w:r>
    </w:p>
    <w:p>
      <w:r>
        <w:rPr>
          <w:b/>
        </w:rPr>
        <w:t xml:space="preserve">[34:14] </w:t>
      </w:r>
      <w:r>
        <w:t>to sawari ke liye ek animal de diya ke is par sawari karo, lekin Allah taala ko matloob</w:t>
      </w:r>
    </w:p>
    <w:p>
      <w:pPr>
        <w:jc w:val="right"/>
      </w:pPr>
      <w:r>
        <w:t>تو سواری کے لیے ایک اینیمل دے دیا کہ اس پر سواری کرو، لیکن اللہ تعالیٰ کو مطلوب</w:t>
      </w:r>
    </w:p>
    <w:p>
      <w:r>
        <w:rPr>
          <w:b/>
        </w:rPr>
        <w:t xml:space="preserve">[34:21] </w:t>
      </w:r>
      <w:r>
        <w:t>tha ke insan steam power ko daryaft kare, insan car banaye, insan hawai jahaz banaye.</w:t>
      </w:r>
    </w:p>
    <w:p>
      <w:pPr>
        <w:jc w:val="right"/>
      </w:pPr>
      <w:r>
        <w:t>تھا کہ انسان اسٹیم پاور کو دریافت کرے، انسان کار بنائے، انسان ہوائی جہاز بنائے۔</w:t>
      </w:r>
    </w:p>
    <w:p>
      <w:r>
        <w:rPr>
          <w:b/>
        </w:rPr>
        <w:t xml:space="preserve">[34:27] </w:t>
      </w:r>
      <w:r>
        <w:t>lekin yeh tha potential ke tor par, woh woh daryaft karne ke liye zaroori thi ke azadi ho.</w:t>
      </w:r>
    </w:p>
    <w:p>
      <w:pPr>
        <w:jc w:val="right"/>
      </w:pPr>
      <w:r>
        <w:t>لیکن یہ تھا پوٹینشل کے طور پر، وہ وہ دریافت کرنے کے لیے ضروری تھی کہ آزادی ہو۔</w:t>
      </w:r>
    </w:p>
    <w:p>
      <w:r>
        <w:rPr>
          <w:b/>
        </w:rPr>
        <w:t xml:space="preserve">[34:34] </w:t>
      </w:r>
      <w:r>
        <w:t>jab tak azadi na ho, tab tak is potential ko aap unfold nahi kar sakte, is potential</w:t>
      </w:r>
    </w:p>
    <w:p>
      <w:pPr>
        <w:jc w:val="right"/>
      </w:pPr>
      <w:r>
        <w:t>جب تک آزادی نہ ہو، تب تک اس پوٹینشل کو آپ ان فولڈ نہیں کر سکتے، اس پوٹینشل</w:t>
      </w:r>
    </w:p>
    <w:p>
      <w:r>
        <w:rPr>
          <w:b/>
        </w:rPr>
        <w:t xml:space="preserve">[34:41] </w:t>
      </w:r>
      <w:r>
        <w:t>ko aap actual nahi bana sakte.</w:t>
      </w:r>
    </w:p>
    <w:p>
      <w:pPr>
        <w:jc w:val="right"/>
      </w:pPr>
      <w:r>
        <w:t>کو آپ ایکچول نہیں بنا سکتے۔</w:t>
      </w:r>
    </w:p>
    <w:p>
      <w:r>
        <w:rPr>
          <w:b/>
        </w:rPr>
        <w:t xml:space="preserve">[34:47] </w:t>
      </w:r>
      <w:r>
        <w:t>to hazaron sal se yeh potential pada hua tha, unfold nahi ho raha tha.</w:t>
      </w:r>
    </w:p>
    <w:p>
      <w:pPr>
        <w:jc w:val="right"/>
      </w:pPr>
      <w:r>
        <w:t>تو ہزاروں سال سے یہ پوٹینشل پڑا ہوا تھا، ان فولڈ نہیں ہو رہا تھا۔</w:t>
      </w:r>
    </w:p>
    <w:p>
      <w:r>
        <w:rPr>
          <w:b/>
        </w:rPr>
        <w:t xml:space="preserve">[34:54] </w:t>
      </w:r>
      <w:r>
        <w:t>yani log oont par sawar kar kar sawari karte thay, ghore par sawari karte thay, khachar par sawari</w:t>
      </w:r>
    </w:p>
    <w:p>
      <w:pPr>
        <w:jc w:val="right"/>
      </w:pPr>
      <w:r>
        <w:t>یعنی لوگ اونٹ پر سوار کر کر سواری کرتے تھے، گھوڑے پر سواری کرتے تھے، خچر پر سواری</w:t>
      </w:r>
    </w:p>
    <w:p>
      <w:r>
        <w:rPr>
          <w:b/>
        </w:rPr>
        <w:t xml:space="preserve">[35:00] </w:t>
      </w:r>
      <w:r>
        <w:t>karte thay, jab ke potentialy sab kuch mojood tha is zameen mein.</w:t>
      </w:r>
    </w:p>
    <w:p>
      <w:pPr>
        <w:jc w:val="right"/>
      </w:pPr>
      <w:r>
        <w:t>کرتے تھے، جبکہ پوٹینشلی سب کچھ موجود تھا اس زمین میں۔</w:t>
      </w:r>
    </w:p>
    <w:p>
      <w:r>
        <w:rPr>
          <w:b/>
        </w:rPr>
        <w:t xml:space="preserve">[35:07] </w:t>
      </w:r>
      <w:r>
        <w:t>yani car bhi potentialy mojood thi, hawai jahaz bhi mojood tha, telephone bhi mojood tha, sara communication</w:t>
      </w:r>
    </w:p>
    <w:p>
      <w:pPr>
        <w:jc w:val="right"/>
      </w:pPr>
      <w:r>
        <w:t>یعنی کار بھی پوٹینشلی موجود تھی، ہوائی جہاز بھی موجود تھا، ٹیلی فون بھی موجود تھا، سارا کمیونیکیشن</w:t>
      </w:r>
    </w:p>
    <w:p>
      <w:r>
        <w:rPr>
          <w:b/>
        </w:rPr>
        <w:t xml:space="preserve">[35:14] </w:t>
      </w:r>
      <w:r>
        <w:t>mojood tha potential sense mein, lekin woh pada hua tha unfold.</w:t>
      </w:r>
    </w:p>
    <w:p>
      <w:pPr>
        <w:jc w:val="right"/>
      </w:pPr>
      <w:r>
        <w:t>موجود تھا پوٹینشل سینس میں، لیکن وہ پڑا ہوا تھا ان فولڈ۔</w:t>
      </w:r>
    </w:p>
    <w:p>
      <w:r>
        <w:rPr>
          <w:b/>
        </w:rPr>
        <w:t xml:space="preserve">[35:20] </w:t>
      </w:r>
      <w:r>
        <w:t>kyon? is ko azadi chahiye thi.</w:t>
      </w:r>
    </w:p>
    <w:p>
      <w:pPr>
        <w:jc w:val="right"/>
      </w:pPr>
      <w:r>
        <w:t>کیوں؟ اس کو آزادی چاہیے تھی۔</w:t>
      </w:r>
    </w:p>
    <w:p>
      <w:r>
        <w:rPr>
          <w:b/>
        </w:rPr>
        <w:t xml:space="preserve">[35:27] </w:t>
      </w:r>
      <w:r>
        <w:t>to jo empire theen, jo kingship theen, woh azadi ki dushman theen, kyunke unhein apne apne empire</w:t>
      </w:r>
    </w:p>
    <w:p>
      <w:pPr>
        <w:jc w:val="right"/>
      </w:pPr>
      <w:r>
        <w:t>تو جو ایمپائر تھیں، جو کنگ شپ تھیں، وہ آزادی کی دشمن تھیں، کیونکہ انہیں اپنے اپنے ایمپائر</w:t>
      </w:r>
    </w:p>
    <w:p>
      <w:r>
        <w:rPr>
          <w:b/>
        </w:rPr>
        <w:t xml:space="preserve">[35:33] </w:t>
      </w:r>
      <w:r>
        <w:t>ko bachane ke liye zaroori tha ke logon ko azadi na ho.</w:t>
      </w:r>
    </w:p>
    <w:p>
      <w:pPr>
        <w:jc w:val="right"/>
      </w:pPr>
      <w:r>
        <w:t>کو بچانے کے لیے ضروری تھا کہ لوگوں کو آزادی نہ ہو۔</w:t>
      </w:r>
    </w:p>
    <w:p>
      <w:r>
        <w:rPr>
          <w:b/>
        </w:rPr>
        <w:t xml:space="preserve">[35:40] </w:t>
      </w:r>
      <w:r>
        <w:t>log bilkul subject ban kar rahen, subject raja parja ban kar ke.</w:t>
      </w:r>
    </w:p>
    <w:p>
      <w:pPr>
        <w:jc w:val="right"/>
      </w:pPr>
      <w:r>
        <w:t>لوگ بالکل سبجیکٹ بن کر رہیں، سبجیکٹ راجہ پرجا بن کر کے۔</w:t>
      </w:r>
    </w:p>
    <w:p>
      <w:r>
        <w:rPr>
          <w:b/>
        </w:rPr>
        <w:t xml:space="preserve">[35:47] </w:t>
      </w:r>
      <w:r>
        <w:t>to jis ko kehte hain pichhla jo culture tha, wo parja culture tha, wo subject culture tha, wo</w:t>
      </w:r>
    </w:p>
    <w:p>
      <w:pPr>
        <w:jc w:val="right"/>
      </w:pPr>
      <w:r>
        <w:t>تو جس کو کہتے ہیں پچھلا جو کلچر تھا، وہ پرجا کلچر تھا، وہ سبجیکٹ کلچر تھا، وہ</w:t>
      </w:r>
    </w:p>
    <w:p>
      <w:r>
        <w:rPr>
          <w:b/>
        </w:rPr>
        <w:t xml:space="preserve">[35:53] </w:t>
      </w:r>
      <w:r>
        <w:t>ghulami, wo azadi culture nahi tha.</w:t>
      </w:r>
    </w:p>
    <w:p>
      <w:pPr>
        <w:jc w:val="right"/>
      </w:pPr>
      <w:r>
        <w:t>غلامی، وہ آزادی کلچر نہیں تھا۔</w:t>
      </w:r>
    </w:p>
    <w:p>
      <w:r>
        <w:rPr>
          <w:b/>
        </w:rPr>
        <w:t xml:space="preserve">[36:00] </w:t>
      </w:r>
      <w:r>
        <w:t>to Allah taala ko matlab tha ke ye ye daur khatm ho, insan ko dobara azadi mile taake</w:t>
      </w:r>
    </w:p>
    <w:p>
      <w:pPr>
        <w:jc w:val="right"/>
      </w:pPr>
      <w:r>
        <w:t>تو اللہ تعالیٰ کو مطلوب تھا کہ یہ یہ دور ختم ہو، انسان کو دوبارہ آزادی ملے تاکہ</w:t>
      </w:r>
    </w:p>
    <w:p>
      <w:r>
        <w:rPr>
          <w:b/>
        </w:rPr>
        <w:t xml:space="preserve">[36:06] </w:t>
      </w:r>
      <w:r>
        <w:t>is ka trust liya sake.</w:t>
      </w:r>
    </w:p>
    <w:p>
      <w:pPr>
        <w:jc w:val="right"/>
      </w:pPr>
      <w:r>
        <w:t>اس کا ٹرسٹ لیا سکے۔</w:t>
      </w:r>
    </w:p>
    <w:p>
      <w:r>
        <w:rPr>
          <w:b/>
        </w:rPr>
        <w:t xml:space="preserve">[36:13] </w:t>
      </w:r>
      <w:r>
        <w:t>aur doosri baat ye hai ke cheezen yani uth fold hon, cheezen niklen.</w:t>
      </w:r>
    </w:p>
    <w:p>
      <w:pPr>
        <w:jc w:val="right"/>
      </w:pPr>
      <w:r>
        <w:t>اور دوسری بات یہ ہے کہ چیزیں یعنی اٹھ فولڈ ہوں، چیزیں نکلیں۔</w:t>
      </w:r>
    </w:p>
    <w:p>
      <w:r>
        <w:rPr>
          <w:b/>
        </w:rPr>
        <w:t xml:space="preserve">[36:20] </w:t>
      </w:r>
      <w:r>
        <w:t>agar ye daur na aata to hum aap yahan baithe hue hain, hum baaten kar rahe hain, aur</w:t>
      </w:r>
    </w:p>
    <w:p>
      <w:pPr>
        <w:jc w:val="right"/>
      </w:pPr>
      <w:r>
        <w:t>اگر یہ دور نہ آتا تو ہم آپ یہاں بیٹھے ہوئے ہیں، ہم باتیں کر رہے ہیں، اور</w:t>
      </w:r>
    </w:p>
    <w:p>
      <w:r>
        <w:rPr>
          <w:b/>
        </w:rPr>
        <w:t xml:space="preserve">[36:26] </w:t>
      </w:r>
      <w:r>
        <w:t>sari duniya ke log sun rahe hain, is ko ye na hota, kabhi na hota.</w:t>
      </w:r>
    </w:p>
    <w:p>
      <w:pPr>
        <w:jc w:val="right"/>
      </w:pPr>
      <w:r>
        <w:t>ساری دنیا کے لوگ سن رہے ہیں، اس کو یہ نہ ہوتا، کبھی نہ ہوتا۔</w:t>
      </w:r>
    </w:p>
    <w:p>
      <w:r>
        <w:rPr>
          <w:b/>
        </w:rPr>
        <w:t xml:space="preserve">[36:33] </w:t>
      </w:r>
      <w:r>
        <w:t>na bailey hoti, na telephone hota, na electronics hote, na computer hota, na car hoti, na hawa</w:t>
      </w:r>
    </w:p>
    <w:p>
      <w:pPr>
        <w:jc w:val="right"/>
      </w:pPr>
      <w:r>
        <w:t>نہ بیلی ہوتی، نہ ٹیلی فون ہوتا، نہ الیکٹرانکس ہوتے، نہ کمپیوٹر ہوتا، نہ کار ہوتی، نہ ہوا</w:t>
      </w:r>
    </w:p>
    <w:p>
      <w:r>
        <w:rPr>
          <w:b/>
        </w:rPr>
        <w:t xml:space="preserve">[36:39] </w:t>
      </w:r>
      <w:r>
        <w:t>jari hota, kuch bhi na hota.</w:t>
      </w:r>
    </w:p>
    <w:p>
      <w:pPr>
        <w:jc w:val="right"/>
      </w:pPr>
      <w:r>
        <w:t>جاری ہوتا، کچھ بھی نہ ہوتا۔</w:t>
      </w:r>
    </w:p>
    <w:p>
      <w:r>
        <w:rPr>
          <w:b/>
        </w:rPr>
        <w:t xml:space="preserve">[36:46] </w:t>
      </w:r>
      <w:r>
        <w:t>ye azadi ke zariye se ye cheezen aayen.</w:t>
      </w:r>
    </w:p>
    <w:p>
      <w:pPr>
        <w:jc w:val="right"/>
      </w:pPr>
      <w:r>
        <w:t>یہ آزادی کے ذریعے سے یہ چیزیں آئیں۔</w:t>
      </w:r>
    </w:p>
    <w:p>
      <w:r>
        <w:rPr>
          <w:b/>
        </w:rPr>
        <w:t xml:space="preserve">[36:53] </w:t>
      </w:r>
      <w:r>
        <w:t>is ki tareekh agar aap ko parhna ho to aap is ki kitab padh lijiye, Draper ki kitab</w:t>
      </w:r>
    </w:p>
    <w:p>
      <w:pPr>
        <w:jc w:val="right"/>
      </w:pPr>
      <w:r>
        <w:t>اس کی تاریخ اگر آپ کو پڑھنا ہو تو آپ اس کی کتاب پڑھ لیجئے، ڈریپر کی کتاب</w:t>
      </w:r>
    </w:p>
    <w:p>
      <w:r>
        <w:rPr>
          <w:b/>
        </w:rPr>
        <w:t xml:space="preserve">[36:59] </w:t>
      </w:r>
      <w:r>
        <w:t>jo hai "Confed Between Science and Religion".</w:t>
      </w:r>
    </w:p>
    <w:p>
      <w:pPr>
        <w:jc w:val="right"/>
      </w:pPr>
      <w:r>
        <w:t>جو ہے "کانفیڈ بٹوین سائنس اینڈ ریلیجن"۔</w:t>
      </w:r>
    </w:p>
    <w:p>
      <w:r>
        <w:rPr>
          <w:b/>
        </w:rPr>
        <w:t xml:space="preserve">[37:06] </w:t>
      </w:r>
      <w:r>
        <w:t>to bohat zabardast ek ek operation hua Allah taala ka, tab auqat zinda hai.</w:t>
      </w:r>
    </w:p>
    <w:p>
      <w:pPr>
        <w:jc w:val="right"/>
      </w:pPr>
      <w:r>
        <w:t>تو بہت زبردست ایک ایک آپریشن ہوا اللہ تعالیٰ کا، تب اوقات زندہ ہے۔</w:t>
      </w:r>
    </w:p>
    <w:p>
      <w:r>
        <w:rPr>
          <w:b/>
        </w:rPr>
        <w:t xml:space="preserve">[37:13] </w:t>
      </w:r>
      <w:r>
        <w:t>ab aap dekhiye ke tareekh mein kis tarah se ye process jari hua.</w:t>
      </w:r>
    </w:p>
    <w:p>
      <w:pPr>
        <w:jc w:val="right"/>
      </w:pPr>
      <w:r>
        <w:t>اب آپ دیکھیے کہ تاریخ میں کس طرح سے یہ پروسیس جاری ہوا۔</w:t>
      </w:r>
    </w:p>
    <w:p>
      <w:r>
        <w:rPr>
          <w:b/>
        </w:rPr>
        <w:t xml:space="preserve">[37:19] </w:t>
      </w:r>
      <w:r>
        <w:t>do baaton ka main hawala doon ga aap ko.</w:t>
      </w:r>
    </w:p>
    <w:p>
      <w:pPr>
        <w:jc w:val="right"/>
      </w:pPr>
      <w:r>
        <w:t>دو باتوں کا میں حوالہ دوں گا آپ کو۔</w:t>
      </w:r>
    </w:p>
    <w:p>
      <w:r>
        <w:rPr>
          <w:b/>
        </w:rPr>
        <w:t xml:space="preserve">[37:26] </w:t>
      </w:r>
      <w:r>
        <w:t>Rasool Allah ke zamane mein, Rasool Allah ke zariye se jo Quran utra tha, us mein ye ayat</w:t>
      </w:r>
    </w:p>
    <w:p>
      <w:pPr>
        <w:jc w:val="right"/>
      </w:pPr>
      <w:r>
        <w:t>رسول اللہ کے زمانے میں، رسول اللہ کے ذریعے سے جو قرآن اترا تھا، اس میں یہ آیت</w:t>
      </w:r>
    </w:p>
    <w:p>
      <w:r>
        <w:rPr>
          <w:b/>
        </w:rPr>
        <w:t xml:space="preserve">[37:32] </w:t>
      </w:r>
      <w:r>
        <w:t>thi ke "amruho shura bain".</w:t>
      </w:r>
    </w:p>
    <w:p>
      <w:pPr>
        <w:jc w:val="right"/>
      </w:pPr>
      <w:r>
        <w:t>تھی کہ "امروہ شورہ بین"۔</w:t>
      </w:r>
    </w:p>
    <w:p>
      <w:r>
        <w:rPr>
          <w:b/>
        </w:rPr>
        <w:t xml:space="preserve">[37:39] </w:t>
      </w:r>
      <w:r>
        <w:t>yani log, yani us mein wahi baat kahi gayi jis ko hum kehte hain democracy.</w:t>
      </w:r>
    </w:p>
    <w:p>
      <w:pPr>
        <w:jc w:val="right"/>
      </w:pPr>
      <w:r>
        <w:t>یعنی لوگ، یعنی اس میں وہی بات کہی گئی جس کو ہم کہتے ہیں ڈیموکریسی۔</w:t>
      </w:r>
    </w:p>
    <w:p>
      <w:r>
        <w:rPr>
          <w:b/>
        </w:rPr>
        <w:t xml:space="preserve">[37:46] </w:t>
      </w:r>
      <w:r>
        <w:t>yani democracy ke zariye baaten tay hon, logon ki rai se baaten tay hon.</w:t>
      </w:r>
    </w:p>
    <w:p>
      <w:pPr>
        <w:jc w:val="right"/>
      </w:pPr>
      <w:r>
        <w:t>یعنی ڈیموکریسی کے ذریعے باتیں طے ہوں، لوگوں کی رائے سے باتیں طے ہوں۔</w:t>
      </w:r>
    </w:p>
    <w:p>
      <w:r>
        <w:rPr>
          <w:b/>
        </w:rPr>
        <w:t xml:space="preserve">[37:52] </w:t>
      </w:r>
      <w:r>
        <w:t>is ayat ka tarjuma hai ke un ka maamla mashware se tay hota hai, consultancy se tay hota</w:t>
      </w:r>
    </w:p>
    <w:p>
      <w:pPr>
        <w:jc w:val="right"/>
      </w:pPr>
      <w:r>
        <w:t>اس آیت کا ترجمہ ہے کہ ان کا معاملہ مشورے سے طے ہوتا ہے، کنسلٹنسی سے طے ہوتا</w:t>
      </w:r>
    </w:p>
    <w:p>
      <w:r>
        <w:rPr>
          <w:b/>
        </w:rPr>
        <w:t xml:space="preserve">[37:59] </w:t>
      </w:r>
      <w:r>
        <w:t>hai, yani democratic way mein tay hota hai.</w:t>
      </w:r>
    </w:p>
    <w:p>
      <w:pPr>
        <w:jc w:val="right"/>
      </w:pPr>
      <w:r>
        <w:t>ہے، یعنی ڈیموکریٹک وے میں طے ہوتا ہے۔</w:t>
      </w:r>
    </w:p>
    <w:p>
      <w:r>
        <w:rPr>
          <w:b/>
        </w:rPr>
        <w:t xml:space="preserve">[38:05] </w:t>
      </w:r>
      <w:r>
        <w:t>to Rasool Allah se pehle jo daur tha, us mein democracy nahi thi, consultation nahi tha, bas ek</w:t>
      </w:r>
    </w:p>
    <w:p>
      <w:pPr>
        <w:jc w:val="right"/>
      </w:pPr>
      <w:r>
        <w:t>تو رسول اللہ سے پہلے جو دور تھا، اس میں ڈیموکریسی نہیں تھی، کنسلٹیشن نہیں تھا، بس ایک</w:t>
      </w:r>
    </w:p>
    <w:p>
      <w:r>
        <w:rPr>
          <w:b/>
        </w:rPr>
        <w:t xml:space="preserve">[38:12] </w:t>
      </w:r>
      <w:r>
        <w:t>badshah hota tha, jo us ne keh diya wahi qanoon hai.</w:t>
      </w:r>
    </w:p>
    <w:p>
      <w:pPr>
        <w:jc w:val="right"/>
      </w:pPr>
      <w:r>
        <w:t>بادشاہ ہوتا تھا، جو اس نے کہہ دیا وہی قانون ہے۔</w:t>
      </w:r>
    </w:p>
    <w:p>
      <w:r>
        <w:rPr>
          <w:b/>
        </w:rPr>
        <w:t xml:space="preserve">[38:19] </w:t>
      </w:r>
      <w:r>
        <w:t>Rasool Allah ke baad jo nizam bane, yani Khilafat e Rashida bani, Umayyad period aaya, Abbas period aaya, uth</w:t>
      </w:r>
    </w:p>
    <w:p>
      <w:pPr>
        <w:jc w:val="right"/>
      </w:pPr>
      <w:r>
        <w:t>رسول اللہ کے بعد جو نظام بنے، یعنی خلافت راشدہ بنی، امیہ پیریڈ آیا، عباس پیریڈ آیا، اٹھ</w:t>
      </w:r>
    </w:p>
    <w:p>
      <w:r>
        <w:rPr>
          <w:b/>
        </w:rPr>
        <w:t xml:space="preserve">[38:25] </w:t>
      </w:r>
      <w:r>
        <w:t>bar empire bana, uth khilafat, uth bar khilafat usmani khilafat bani, abbasi khilafat bani.</w:t>
      </w:r>
    </w:p>
    <w:p>
      <w:pPr>
        <w:jc w:val="right"/>
      </w:pPr>
      <w:r>
        <w:t>بار ایمپائر بنا، اٹھ خلافت، اٹھ بار خلافت عثمانی خلافت بنی، عباسی خلافت بنی۔</w:t>
      </w:r>
    </w:p>
    <w:p>
      <w:r>
        <w:rPr>
          <w:b/>
        </w:rPr>
        <w:t xml:space="preserve">[38:32] </w:t>
      </w:r>
      <w:r>
        <w:t>in sab pe agarchay dynasty aa gayi thi, lekin is ke bawajood democracy maujood thi is mein.</w:t>
      </w:r>
    </w:p>
    <w:p>
      <w:pPr>
        <w:jc w:val="right"/>
      </w:pPr>
      <w:r>
        <w:t>ان سب پہ اگرچہ ڈائنسٹی آ گئی تھی، لیکن اس کے باوجود ڈیموکریسی موجود تھی اس میں۔</w:t>
      </w:r>
    </w:p>
    <w:p>
      <w:r>
        <w:rPr>
          <w:b/>
        </w:rPr>
        <w:t xml:space="preserve">[38:38] </w:t>
      </w:r>
      <w:r>
        <w:t>یعنی that was a democratic caliphate, democratic caliphate تھی، وہ kingship نہیں تھی، وہ kingship نہیں تھی۔</w:t>
      </w:r>
    </w:p>
    <w:p>
      <w:pPr>
        <w:jc w:val="right"/>
      </w:pPr>
      <w:r>
        <w:t>یعنی دیٹ واز ا ڈیموکریٹک خلافت، ڈیموکریٹک خلافت تھی، وہ کنگ شپ نہیں تھی، وہ کنگ شپ نہیں تھی۔</w:t>
      </w:r>
    </w:p>
    <w:p>
      <w:r>
        <w:rPr>
          <w:b/>
        </w:rPr>
        <w:t xml:space="preserve">[38:45] </w:t>
      </w:r>
      <w:r>
        <w:t>mein aap ko do misaal deta hoon.</w:t>
      </w:r>
    </w:p>
    <w:p>
      <w:pPr>
        <w:jc w:val="right"/>
      </w:pPr>
      <w:r>
        <w:t>میں آپ کو دو مثال دیتا ہوں۔</w:t>
      </w:r>
    </w:p>
    <w:p>
      <w:r>
        <w:rPr>
          <w:b/>
        </w:rPr>
        <w:t xml:space="preserve">[38:52] </w:t>
      </w:r>
      <w:r>
        <w:t>hazrat umar khalifa thay, yani second khalifa thay aap khilafat rashida ke.</w:t>
      </w:r>
    </w:p>
    <w:p>
      <w:pPr>
        <w:jc w:val="right"/>
      </w:pPr>
      <w:r>
        <w:t>حضرت عمر خلیفہ تھے، یعنی سیکنڈ خلیفہ تھے آپ خلافت راشدہ کے۔</w:t>
      </w:r>
    </w:p>
    <w:p>
      <w:r>
        <w:rPr>
          <w:b/>
        </w:rPr>
        <w:t xml:space="preserve">[38:58] </w:t>
      </w:r>
      <w:r>
        <w:t>hazrat umar ke zamanay mein misr mein aik waqea hua ke aik ghore daur hui.</w:t>
      </w:r>
    </w:p>
    <w:p>
      <w:pPr>
        <w:jc w:val="right"/>
      </w:pPr>
      <w:r>
        <w:t>حضرت عمر کے زمانے میں مصر میں ایک واقعہ ہوا کہ ایک گھوڑ دوڑ ہوئی۔</w:t>
      </w:r>
    </w:p>
    <w:p>
      <w:r>
        <w:rPr>
          <w:b/>
        </w:rPr>
        <w:t xml:space="preserve">[39:05] </w:t>
      </w:r>
      <w:r>
        <w:t>is ghore daud mein governor ka beta tha, jo ke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abdul abdal a'as thay.</w:t>
      </w:r>
    </w:p>
    <w:p>
      <w:pPr>
        <w:jc w:val="right"/>
      </w:pPr>
      <w:r>
        <w:t>اس گھوڑ دوڑ میں گورنر کا بیٹا تھا، جو کہ عبدالعبدالعبدالعبدالعبدالعبدالعبدالعبدالعبد العاص تھے۔</w:t>
      </w:r>
    </w:p>
    <w:p>
      <w:r>
        <w:rPr>
          <w:b/>
        </w:rPr>
        <w:t xml:space="preserve">[39:11] </w:t>
      </w:r>
      <w:r>
        <w:t>governor is bete ne hissa liya, aur ek kibtī tha, yaani qibti, jo misr ka yaani bashinda tha.</w:t>
      </w:r>
    </w:p>
    <w:p>
      <w:pPr>
        <w:jc w:val="right"/>
      </w:pPr>
      <w:r>
        <w:t>گورنر اس کے بیٹے نے حصہ لیا، اور ایک کپٹک تھا، یعنی قبطی، جو مصر کا یعنی باشندہ تھا۔</w:t>
      </w:r>
    </w:p>
    <w:p>
      <w:r>
        <w:rPr>
          <w:b/>
        </w:rPr>
        <w:t xml:space="preserve">[39:18] </w:t>
      </w:r>
      <w:r>
        <w:t>tu aisa hua ke misri bashinday ka jo ghora tha, woh aagay barh gaya, aur governor ke bete</w:t>
      </w:r>
    </w:p>
    <w:p>
      <w:pPr>
        <w:jc w:val="right"/>
      </w:pPr>
      <w:r>
        <w:t>تو ایسا ہوا کہ مصری باشندے کا جو گھوڑا تھا، وہ آگے بڑھ گیا، اور گورنر کے بیٹے</w:t>
      </w:r>
    </w:p>
    <w:p>
      <w:r>
        <w:rPr>
          <w:b/>
        </w:rPr>
        <w:t xml:space="preserve">[39:25] </w:t>
      </w:r>
      <w:r>
        <w:t>ka ghora peechay reh gaya.</w:t>
      </w:r>
    </w:p>
    <w:p>
      <w:pPr>
        <w:jc w:val="right"/>
      </w:pPr>
      <w:r>
        <w:t>کا گھوڑا پیچھے رہ گیا۔</w:t>
      </w:r>
    </w:p>
    <w:p>
      <w:r>
        <w:rPr>
          <w:b/>
        </w:rPr>
        <w:t xml:space="preserve">[39:31] </w:t>
      </w:r>
      <w:r>
        <w:t>tu governor ke bete ne is qibti ko kode se mara ke "tumhari bajaye ke tum apne ghore</w:t>
      </w:r>
    </w:p>
    <w:p>
      <w:pPr>
        <w:jc w:val="right"/>
      </w:pPr>
      <w:r>
        <w:t>تو گورنر کے بیٹے نے اس قبطی کو کوڑے سے مارا کہ "تمہاری بجائے کہ تم اپنے گھوڑے</w:t>
      </w:r>
    </w:p>
    <w:p>
      <w:r>
        <w:rPr>
          <w:b/>
        </w:rPr>
        <w:t xml:space="preserve">[39:38] </w:t>
      </w:r>
      <w:r>
        <w:t>ko mujh se aagay barha do, main governor ka beta hoon." to jo qibti tha, us ne kiya</w:t>
      </w:r>
    </w:p>
    <w:p>
      <w:pPr>
        <w:jc w:val="right"/>
      </w:pPr>
      <w:r>
        <w:t>کو مجھ سے آگے بڑھا دو، میں گورنر کا بیٹا ہوں۔" تو جو قبطی تھا، اس نے کیا</w:t>
      </w:r>
    </w:p>
    <w:p>
      <w:r>
        <w:rPr>
          <w:b/>
        </w:rPr>
        <w:t xml:space="preserve">[39:44] </w:t>
      </w:r>
      <w:r>
        <w:t>kya? misr se chal kar woh aaya madina, madina aaya, hazrat umar se shikayat ki ke "aap ke</w:t>
      </w:r>
    </w:p>
    <w:p>
      <w:pPr>
        <w:jc w:val="right"/>
      </w:pPr>
      <w:r>
        <w:t>کیا؟ مصر سے چل کر وہ آیا مدینہ، مدینہ آیا، حضرت عمر سے شکایت کی کہ "آپ کے</w:t>
      </w:r>
    </w:p>
    <w:p>
      <w:r>
        <w:rPr>
          <w:b/>
        </w:rPr>
        <w:t xml:space="preserve">[39:51] </w:t>
      </w:r>
      <w:r>
        <w:t>governor ke bete ne mere saath aisa kiya hai." to Hazrat Umar, jo ke khaleefa the, unhon ne</w:t>
      </w:r>
    </w:p>
    <w:p>
      <w:pPr>
        <w:jc w:val="right"/>
      </w:pPr>
      <w:r>
        <w:t>گورنر کے بیٹے نے میرے ساتھ ایسا کیا ہے۔" تو حضرت عمر، جو کہ خلیفہ تھے، انہوں نے</w:t>
      </w:r>
    </w:p>
    <w:p>
      <w:r>
        <w:rPr>
          <w:b/>
        </w:rPr>
        <w:t xml:space="preserve">[39:58] </w:t>
      </w:r>
      <w:r>
        <w:t>fauran ek aadmi bheja ke "misr mein, misr mein ja ke lao is ko, is is ladke ko</w:t>
      </w:r>
    </w:p>
    <w:p>
      <w:pPr>
        <w:jc w:val="right"/>
      </w:pPr>
      <w:r>
        <w:t>فوراً ایک آدمی بھیجا کہ "مصر میں، مصر میں جا کے لاؤ اس کو، اس اس لڑکے کو</w:t>
      </w:r>
    </w:p>
    <w:p>
      <w:r>
        <w:rPr>
          <w:b/>
        </w:rPr>
        <w:t xml:space="preserve">[40:04] </w:t>
      </w:r>
      <w:r>
        <w:t>lao yahan, aur is ke baap ko bhi lao, yani governor aur un ke bete dono ko madina</w:t>
      </w:r>
    </w:p>
    <w:p>
      <w:pPr>
        <w:jc w:val="right"/>
      </w:pPr>
      <w:r>
        <w:t>لاؤ یہاں، اور اس کے باپ کو بھی لاؤ، یعنی گورنر اور ان کے بیٹے دونوں کو مدینہ</w:t>
      </w:r>
    </w:p>
    <w:p>
      <w:r>
        <w:rPr>
          <w:b/>
        </w:rPr>
        <w:t xml:space="preserve">[40:11] </w:t>
      </w:r>
      <w:r>
        <w:t>lao." to ek sahabi gaye, aur wahan unhon ne dono ko liya, sath le kar madina aa gaye.</w:t>
      </w:r>
    </w:p>
    <w:p>
      <w:pPr>
        <w:jc w:val="right"/>
      </w:pPr>
      <w:r>
        <w:t>لاؤ۔" تو ایک صحابی گئے، اور وہاں انہوں نے دونوں کو لیا، ساتھ لے کر مدینہ آئے۔</w:t>
      </w:r>
    </w:p>
    <w:p>
      <w:r>
        <w:rPr>
          <w:b/>
        </w:rPr>
        <w:t xml:space="preserve">[40:17] </w:t>
      </w:r>
      <w:r>
        <w:t>jab madina aa gaye dono to hazrat umar ne bulaya qabti ko, us kaptak ko, us ko us ko</w:t>
      </w:r>
    </w:p>
    <w:p>
      <w:pPr>
        <w:jc w:val="right"/>
      </w:pPr>
      <w:r>
        <w:t>جب مدینہ آگئے دونوں تو حضرت عمر نے بلایا قبطی کو، اس کپٹک کو، اس کو اس کو</w:t>
      </w:r>
    </w:p>
    <w:p>
      <w:r>
        <w:rPr>
          <w:b/>
        </w:rPr>
        <w:t xml:space="preserve">[40:24] </w:t>
      </w:r>
      <w:r>
        <w:t>koda diya, to kaha ke "maro in ke bete ko, governor ke bete ko maro." woh marta raha,</w:t>
      </w:r>
    </w:p>
    <w:p>
      <w:pPr>
        <w:jc w:val="right"/>
      </w:pPr>
      <w:r>
        <w:t>کوڑا دیا، تو کہا کہ "مارو ان کے بیٹے کو، گورنر کے بیٹے کو مارو۔" وہ مارتا رہا،</w:t>
      </w:r>
    </w:p>
    <w:p>
      <w:r>
        <w:rPr>
          <w:b/>
        </w:rPr>
        <w:t xml:space="preserve">[40:31] </w:t>
      </w:r>
      <w:r>
        <w:t>marta raha, marta raha, yahan tak ke kaha ke "ab ho gaya, ab maine badla le liya</w:t>
      </w:r>
    </w:p>
    <w:p>
      <w:pPr>
        <w:jc w:val="right"/>
      </w:pPr>
      <w:r>
        <w:t>مارتا رہا، مارتا رہا، یہاں تک کہ کہا کہ "اب ہو گیا، اب میں نے بدلہ لے لیا</w:t>
      </w:r>
    </w:p>
    <w:p>
      <w:r>
        <w:rPr>
          <w:b/>
        </w:rPr>
        <w:t xml:space="preserve">[40:37] </w:t>
      </w:r>
      <w:r>
        <w:t>apna." kaha ke "in ke baap ko bhi maro, kyunke wallah ma daraba hadha illa bisaltani." yani apne baap</w:t>
      </w:r>
    </w:p>
    <w:p>
      <w:pPr>
        <w:jc w:val="right"/>
      </w:pPr>
      <w:r>
        <w:t>اپنا۔" کہا کہ "ان کے باپ کو بھی مارو، کیونکہ واللہ ما ضربھذا الا بسلطانی۔" یعنی اپنے باپ</w:t>
      </w:r>
    </w:p>
    <w:p>
      <w:r>
        <w:rPr>
          <w:b/>
        </w:rPr>
        <w:t xml:space="preserve">[40:44] </w:t>
      </w:r>
      <w:r>
        <w:t>ke zor par us ne to kapa raha tha, to us ne kaha ke "nahi, mujhe baap ko</w:t>
      </w:r>
    </w:p>
    <w:p>
      <w:pPr>
        <w:jc w:val="right"/>
      </w:pPr>
      <w:r>
        <w:t>کے زور پر اس نے تو کپا رہا تھا، تو اس نے کہا کہ "نہیں، مجھے باپ کو</w:t>
      </w:r>
    </w:p>
    <w:p>
      <w:r>
        <w:rPr>
          <w:b/>
        </w:rPr>
        <w:t xml:space="preserve">[40:50] </w:t>
      </w:r>
      <w:r>
        <w:t>nahi marna hai, mujhe bete se mera badla poora ho gaya." yeh jo hazrat umar ne kiya tha,</w:t>
      </w:r>
    </w:p>
    <w:p>
      <w:pPr>
        <w:jc w:val="right"/>
      </w:pPr>
      <w:r>
        <w:t>نہیں مارنا ہے، مجھے بیٹے سے میرا بدلہ پورا ہو گیا۔" یہ جو حضرت عمر نے کیا تھا،</w:t>
      </w:r>
    </w:p>
    <w:p>
      <w:r>
        <w:rPr>
          <w:b/>
        </w:rPr>
        <w:t xml:space="preserve">[40:57] </w:t>
      </w:r>
      <w:r>
        <w:t>isi ka repercussion hai jo us ki jo kitab hai russo ki, yani jiska naam hai woh</w:t>
      </w:r>
    </w:p>
    <w:p>
      <w:pPr>
        <w:jc w:val="right"/>
      </w:pPr>
      <w:r>
        <w:t>اسی کا ریپرکشن ہے جو اس کی جو کتاب ہے روسو کی، یعنی جس کا نام ہے وہ</w:t>
      </w:r>
    </w:p>
    <w:p>
      <w:r>
        <w:rPr>
          <w:b/>
        </w:rPr>
        <w:t xml:space="preserve">[41:04] </w:t>
      </w:r>
      <w:r>
        <w:t>social justice, woh isi se shuru karta hai, isi kitab se hai.</w:t>
      </w:r>
    </w:p>
    <w:p>
      <w:pPr>
        <w:jc w:val="right"/>
      </w:pPr>
      <w:r>
        <w:t>سوشل جسٹس، وہ اسی سے شروع کرتا ہے، اسی کتاب سے ہے۔</w:t>
      </w:r>
    </w:p>
    <w:p>
      <w:r>
        <w:rPr>
          <w:b/>
        </w:rPr>
        <w:t xml:space="preserve">[41:10] </w:t>
      </w:r>
      <w:r>
        <w:t>hazrat umar ne kaha tha ke hazrat umar ne kaha tha us waqt yeh jumla governor se ke</w:t>
      </w:r>
    </w:p>
    <w:p>
      <w:pPr>
        <w:jc w:val="right"/>
      </w:pPr>
      <w:r>
        <w:t>حضرت عمر نے کہا تھا کہ حضرت عمر نے کہا تھا اس وقت یہ جملہ گورنر سے کہ</w:t>
      </w:r>
    </w:p>
    <w:p>
      <w:r>
        <w:rPr>
          <w:b/>
        </w:rPr>
        <w:t xml:space="preserve">[41:17] </w:t>
      </w:r>
      <w:r>
        <w:t>allah ne logon ko aazad paida kiya tha, tum ne kab se in ko ghulam bana liya?" hazrat</w:t>
      </w:r>
    </w:p>
    <w:p>
      <w:pPr>
        <w:jc w:val="right"/>
      </w:pPr>
      <w:r>
        <w:t>"اللہ نے لوگوں کو آزاد پیدا کیا تھا، تم نے کب سے ان کو غلام بنا لیا؟" حضرت</w:t>
      </w:r>
    </w:p>
    <w:p>
      <w:r>
        <w:rPr>
          <w:b/>
        </w:rPr>
        <w:t xml:space="preserve">[41:23] </w:t>
      </w:r>
      <w:r>
        <w:t>umar ne is waqt kaha tha ke "allah ne insanon ko aazad paida kiya tha, tum ne kab</w:t>
      </w:r>
    </w:p>
    <w:p>
      <w:pPr>
        <w:jc w:val="right"/>
      </w:pPr>
      <w:r>
        <w:t>عمر نے اس وقت کہا تھا کہ "اللہ نے انسانوں کو آزاد پیدا کیا تھا، تم نے کب</w:t>
      </w:r>
    </w:p>
    <w:p>
      <w:r>
        <w:rPr>
          <w:b/>
        </w:rPr>
        <w:t xml:space="preserve">[41:30] </w:t>
      </w:r>
      <w:r>
        <w:t>se in ko ghulam bana liya?" yahi cheez dekhen, russo ne dohrai hai apni kitab mein, is ki</w:t>
      </w:r>
    </w:p>
    <w:p>
      <w:pPr>
        <w:jc w:val="right"/>
      </w:pPr>
      <w:r>
        <w:t>سے ان کو غلام بنا لیا؟" یہی چیز دیکھیں، روسو نے دہرائی ہے اپنی کتاب میں، اس کی</w:t>
      </w:r>
    </w:p>
    <w:p>
      <w:r>
        <w:rPr>
          <w:b/>
        </w:rPr>
        <w:t xml:space="preserve">[41:37] </w:t>
      </w:r>
      <w:r>
        <w:t>kitab jo hai "fred social social justice" ke "social contract".</w:t>
      </w:r>
    </w:p>
    <w:p>
      <w:pPr>
        <w:jc w:val="right"/>
      </w:pPr>
      <w:r>
        <w:t>کتاب جو ہے "فریڈ سوشل سوشل جسٹس" کہ "سوشل کانٹریکٹ"۔</w:t>
      </w:r>
    </w:p>
    <w:p>
      <w:r>
        <w:rPr>
          <w:b/>
        </w:rPr>
        <w:t xml:space="preserve">[41:43] </w:t>
      </w:r>
      <w:r>
        <w:t>haan, "social contract" kitab ka naam hai "social contract" ke "main was born free, but i see in chains".</w:t>
      </w:r>
    </w:p>
    <w:p>
      <w:pPr>
        <w:jc w:val="right"/>
      </w:pPr>
      <w:r>
        <w:t>ہاں، "سوشل کانٹریکٹ" کتاب کا نام ہے "سوشل کانٹریکٹ" کہ "مین واز بورن فری، بٹ آئی سیو ان چینز"۔</w:t>
      </w:r>
    </w:p>
    <w:p>
      <w:r>
        <w:rPr>
          <w:b/>
        </w:rPr>
        <w:t xml:space="preserve">[41:50] </w:t>
      </w:r>
      <w:r>
        <w:t>yeh hai wahi woh awaz jo democracy ki hai, wahi aa kar isi culmination tha jo europe mein poora hua.</w:t>
      </w:r>
    </w:p>
    <w:p>
      <w:pPr>
        <w:jc w:val="right"/>
      </w:pPr>
      <w:r>
        <w:t>یہ ہے وہی وہ آواز جو ڈیموکریسی کی ہے، وہی آ کر اسی کلمیشن تھا جو یورپ میں پورا ہوا۔</w:t>
      </w:r>
    </w:p>
    <w:p>
      <w:r>
        <w:rPr>
          <w:b/>
        </w:rPr>
        <w:t xml:space="preserve">[41:56] </w:t>
      </w:r>
      <w:r>
        <w:t>phir ek aur waqea mein arz karunga ke muslim khilafat democratic khilafat thi, hargiz woh badshahi khilafat nahi thi.</w:t>
      </w:r>
    </w:p>
    <w:p>
      <w:pPr>
        <w:jc w:val="right"/>
      </w:pPr>
      <w:r>
        <w:t>پھر ایک اور واقعہ میں عرض کروں گا کہ مسلم خلافت ڈیموکریٹک خلافت تھی، ہرگز وہ بادشاہی خلافت نہیں تھی۔</w:t>
      </w:r>
    </w:p>
    <w:p>
      <w:r>
        <w:rPr>
          <w:b/>
        </w:rPr>
        <w:t xml:space="preserve">[42:03] </w:t>
      </w:r>
      <w:r>
        <w:t>dekhiye, haroon rasheed jo hai, woh abbasid period ka panchwan khalifa hai jo baghdad mein rehta tha.</w:t>
      </w:r>
    </w:p>
    <w:p>
      <w:pPr>
        <w:jc w:val="right"/>
      </w:pPr>
      <w:r>
        <w:t>دیکھیے، ہارون رشید جو ہے، وہ عباسید پیریڈ کا پانچواں خلیفہ ہے جو بغداد میں رہتا تھا۔</w:t>
      </w:r>
    </w:p>
    <w:p>
      <w:r>
        <w:rPr>
          <w:b/>
        </w:rPr>
        <w:t xml:space="preserve">[42:10] </w:t>
      </w:r>
      <w:r>
        <w:t>panchwan khalifa abbasid period ka to ek yahudi tha wahan baghdad mein, woh apne kisi kaam ke liye</w:t>
      </w:r>
    </w:p>
    <w:p>
      <w:pPr>
        <w:jc w:val="right"/>
      </w:pPr>
      <w:r>
        <w:t>پانچواں خلیفہ عباسید پیریڈ کا تو ایک یہودی تھا وہاں بغداد میں، وہ اپنے کسی کام کے لیے</w:t>
      </w:r>
    </w:p>
    <w:p>
      <w:r>
        <w:rPr>
          <w:b/>
        </w:rPr>
        <w:t xml:space="preserve">[42:16] </w:t>
      </w:r>
      <w:r>
        <w:t>aaya khalifa haroon rasheed ke paas, to haroon rasheed ne us ko us ka kaam nahi kiya.</w:t>
      </w:r>
    </w:p>
    <w:p>
      <w:pPr>
        <w:jc w:val="right"/>
      </w:pPr>
      <w:r>
        <w:t>آیا خلیفہ ہارون رشید کے پاس، تو ہارون رشید نے اس کو اس کا کام نہیں کیا۔</w:t>
      </w:r>
    </w:p>
    <w:p>
      <w:r>
        <w:rPr>
          <w:b/>
        </w:rPr>
        <w:t xml:space="preserve">[42:23] </w:t>
      </w:r>
      <w:r>
        <w:t>ek saal tak woh aata raha bar bar, lekin us ne kaam nahi kiya.</w:t>
      </w:r>
    </w:p>
    <w:p>
      <w:pPr>
        <w:jc w:val="right"/>
      </w:pPr>
      <w:r>
        <w:t>ایک سال تک وہ آتا رہا بار بار، لیکن اس نے کام نہیں کیا۔</w:t>
      </w:r>
    </w:p>
    <w:p>
      <w:r>
        <w:rPr>
          <w:b/>
        </w:rPr>
        <w:t xml:space="preserve">[42:29] </w:t>
      </w:r>
      <w:r>
        <w:t>phir kya hua ke ek din jab badshah nikla apne mahal se, gate par se nikla, woh ghore</w:t>
      </w:r>
    </w:p>
    <w:p>
      <w:pPr>
        <w:jc w:val="right"/>
      </w:pPr>
      <w:r>
        <w:t>پھر کیا ہوا کہ ایک دن جب بادشاہ نکلا اپنے محل سے، گیٹ پر سے نکلا، وہ گھوڑے</w:t>
      </w:r>
    </w:p>
    <w:p>
      <w:r>
        <w:rPr>
          <w:b/>
        </w:rPr>
        <w:t xml:space="preserve">[42:36] </w:t>
      </w:r>
      <w:r>
        <w:t>ghore par baitha hua tha.</w:t>
      </w:r>
    </w:p>
    <w:p>
      <w:pPr>
        <w:jc w:val="right"/>
      </w:pPr>
      <w:r>
        <w:t>گھوڑے پر بیٹھا ہوا تھا۔</w:t>
      </w:r>
    </w:p>
    <w:p>
      <w:r>
        <w:rPr>
          <w:b/>
        </w:rPr>
        <w:t xml:space="preserve">[42:43] </w:t>
      </w:r>
      <w:r>
        <w:t>to jab gate ke bahir aaya aur woh apne abhi apne ghore par tha, to samne aa kar</w:t>
      </w:r>
    </w:p>
    <w:p>
      <w:pPr>
        <w:jc w:val="right"/>
      </w:pPr>
      <w:r>
        <w:t>تو جب گیٹ کے باہر آیا اور وہ اپنے ابھی اپنے گھوڑے پر تھا، تو سامنے آ کر</w:t>
      </w:r>
    </w:p>
    <w:p>
      <w:r>
        <w:rPr>
          <w:b/>
        </w:rPr>
        <w:t xml:space="preserve">[42:49] </w:t>
      </w:r>
      <w:r>
        <w:t>khara hoga woh woh yahudi.</w:t>
      </w:r>
    </w:p>
    <w:p>
      <w:pPr>
        <w:jc w:val="right"/>
      </w:pPr>
      <w:r>
        <w:t>کھڑا ہوگا وہ وہ یہودی۔</w:t>
      </w:r>
    </w:p>
    <w:p>
      <w:r>
        <w:rPr>
          <w:b/>
        </w:rPr>
        <w:t xml:space="preserve">[42:56] </w:t>
      </w:r>
      <w:r>
        <w:t>us ne kaha ke "ameer ul momineen, allah se daro!</w:t>
      </w:r>
    </w:p>
    <w:p>
      <w:pPr>
        <w:jc w:val="right"/>
      </w:pPr>
      <w:r>
        <w:t>اس نے کہا کہ "امیرالمومنین، اللہ سے ڈرو!</w:t>
      </w:r>
    </w:p>
    <w:p>
      <w:r>
        <w:rPr>
          <w:b/>
        </w:rPr>
        <w:t xml:space="preserve">[43:03] </w:t>
      </w:r>
      <w:r>
        <w:t>ae amir ul momineen, allah se daro! " to jab is ne yeh keh diya ke "ae momineen, allah se daro!</w:t>
      </w:r>
    </w:p>
    <w:p>
      <w:pPr>
        <w:jc w:val="right"/>
      </w:pPr>
      <w:r>
        <w:t>اے امیرالمومنین، اللہ سے ڈرو! " تو جب اس نے یہ کہہ دیا کہ "اے مومنین، اللہ سے ڈرو!</w:t>
      </w:r>
    </w:p>
    <w:p>
      <w:r>
        <w:rPr>
          <w:b/>
        </w:rPr>
        <w:t xml:space="preserve">[43:12] </w:t>
      </w:r>
      <w:r>
        <w:t>" to hum haroon rasheed ro pada, woh ghore utar pada, usi waqt sajde mein gir pada.</w:t>
      </w:r>
    </w:p>
    <w:p>
      <w:pPr>
        <w:jc w:val="right"/>
      </w:pPr>
      <w:r>
        <w:t>" تو ہم ہارون رشید رو پڑا، وہ گھوڑے اتر پڑا، اسی وقت سجدے میں گر پڑا۔</w:t>
      </w:r>
    </w:p>
    <w:p>
      <w:r>
        <w:rPr>
          <w:b/>
        </w:rPr>
        <w:t xml:space="preserve">[43:19] </w:t>
      </w:r>
      <w:r>
        <w:t>woh to is tarah ke bohat se waqiat hain, is se main le kar yeh kehta hoon ke</w:t>
      </w:r>
    </w:p>
    <w:p>
      <w:pPr>
        <w:jc w:val="right"/>
      </w:pPr>
      <w:r>
        <w:t>وہ تو اس طرح کے بہت سے واقعات ہیں، اس سے میں لے کر یہ کہتا ہوں کہ</w:t>
      </w:r>
    </w:p>
    <w:p>
      <w:r>
        <w:rPr>
          <w:b/>
        </w:rPr>
        <w:t xml:space="preserve">[43:27] </w:t>
      </w:r>
      <w:r>
        <w:t>muslim khilafat jo thi, woh badshahi khilafat harghiz nahi thi.</w:t>
      </w:r>
    </w:p>
    <w:p>
      <w:pPr>
        <w:jc w:val="right"/>
      </w:pPr>
      <w:r>
        <w:t>مسلم خلافت جو تھی، وہ بادشاہی خلافت ہرگز نہیں تھی۔</w:t>
      </w:r>
    </w:p>
    <w:p>
      <w:r>
        <w:rPr>
          <w:b/>
        </w:rPr>
        <w:t xml:space="preserve">[43:31] </w:t>
      </w:r>
      <w:r>
        <w:t>agarche is mein dynasty thi, woh democratic khilafat thi.</w:t>
      </w:r>
    </w:p>
    <w:p>
      <w:pPr>
        <w:jc w:val="right"/>
      </w:pPr>
      <w:r>
        <w:t>اگرچہ اس میں ڈائنسٹی تھی، وہ ڈیموکریٹک خلافت تھی۔</w:t>
      </w:r>
    </w:p>
    <w:p>
      <w:r>
        <w:rPr>
          <w:b/>
        </w:rPr>
        <w:t xml:space="preserve">[43:35] </w:t>
      </w:r>
      <w:r>
        <w:t>farq sirf yeh tha ke democracy mein jo check hota hai, woh voters ke zariye hota, voters ke</w:t>
      </w:r>
    </w:p>
    <w:p>
      <w:pPr>
        <w:jc w:val="right"/>
      </w:pPr>
      <w:r>
        <w:t>فرق صرف یہ تھا کہ ڈیموکریسی میں جو چیک ہوتا ہے، وہ ووٹرز کے ذریعے ہوتا، ووٹرز کے</w:t>
      </w:r>
    </w:p>
    <w:p>
      <w:r>
        <w:rPr>
          <w:b/>
        </w:rPr>
        <w:t xml:space="preserve">[43:42] </w:t>
      </w:r>
      <w:r>
        <w:t>zariye, aur muslim khilafat mein jo check tha, woh Allah ka ka ka khauf tha.</w:t>
      </w:r>
    </w:p>
    <w:p>
      <w:pPr>
        <w:jc w:val="right"/>
      </w:pPr>
      <w:r>
        <w:t>ذریعے، اور مسلم خلافت میں جو چیک تھا، وہ اللہ کا کا کا خوف تھا۔</w:t>
      </w:r>
    </w:p>
    <w:p>
      <w:r>
        <w:rPr>
          <w:b/>
        </w:rPr>
        <w:t xml:space="preserve">[43:49] </w:t>
      </w:r>
      <w:r>
        <w:t>yani Allah ka aqeeda muslim khilafat ko check karta tha, is ko control karta tha, aur democracy mein</w:t>
      </w:r>
    </w:p>
    <w:p>
      <w:pPr>
        <w:jc w:val="right"/>
      </w:pPr>
      <w:r>
        <w:t>یعنی اللہ کا عقیدہ مسلم خلافت کو چیک کرتا تھا، اس کو کنٹرول کرتا تھا، اور ڈیموکریسی میں</w:t>
      </w:r>
    </w:p>
    <w:p>
      <w:r>
        <w:rPr>
          <w:b/>
        </w:rPr>
        <w:t xml:space="preserve">[43:57] </w:t>
      </w:r>
      <w:r>
        <w:t>voter ka dar check karta hai ke agle agle election mein woh voter mujhe vote nahi dega,</w:t>
      </w:r>
    </w:p>
    <w:p>
      <w:pPr>
        <w:jc w:val="right"/>
      </w:pPr>
      <w:r>
        <w:t>ووٹر کا ڈر چیک کرتا ہے کہ اگلے اگلے الیکشن میں وہ ووٹر مجھے ووٹ نہیں دے گا،</w:t>
      </w:r>
    </w:p>
    <w:p>
      <w:r>
        <w:rPr>
          <w:b/>
        </w:rPr>
        <w:t xml:space="preserve">[44:04] </w:t>
      </w:r>
      <w:r>
        <w:t>main haar jaunga.</w:t>
      </w:r>
    </w:p>
    <w:p>
      <w:pPr>
        <w:jc w:val="right"/>
      </w:pPr>
      <w:r>
        <w:t>میں ہار جاؤں گا۔</w:t>
      </w:r>
    </w:p>
    <w:p>
      <w:r>
        <w:rPr>
          <w:b/>
        </w:rPr>
        <w:t xml:space="preserve">[44:06] </w:t>
      </w:r>
      <w:r>
        <w:t>to yeh yani jo inqalab rasool Allah ke baad jo inqalab aaya, to woh agarche democracy ka word</w:t>
      </w:r>
    </w:p>
    <w:p>
      <w:pPr>
        <w:jc w:val="right"/>
      </w:pPr>
      <w:r>
        <w:t>تو یہ یعنی جو انقلاب رسول اللہ کے بعد جو انقلاب آیا، تو وہ اگرچہ ڈیموکریسی کا ورڈ</w:t>
      </w:r>
    </w:p>
    <w:p>
      <w:r>
        <w:rPr>
          <w:b/>
        </w:rPr>
        <w:t xml:space="preserve">[44:14] </w:t>
      </w:r>
      <w:r>
        <w:t>use nahi hota tha is zamane mein, lekin lekin haqeeqatan woh democracy tha.</w:t>
      </w:r>
    </w:p>
    <w:p>
      <w:pPr>
        <w:jc w:val="right"/>
      </w:pPr>
      <w:r>
        <w:t>یوز نہیں ہوتا تھا اس زمانے میں، لیکن لیکن حقیقتاً وہ ڈیموکریسی تھا۔</w:t>
      </w:r>
    </w:p>
    <w:p>
      <w:r>
        <w:rPr>
          <w:b/>
        </w:rPr>
        <w:t xml:space="preserve">[44:19] </w:t>
      </w:r>
      <w:r>
        <w:t>to democratic process jaari hua hai.</w:t>
      </w:r>
    </w:p>
    <w:p>
      <w:pPr>
        <w:jc w:val="right"/>
      </w:pPr>
      <w:r>
        <w:t>تو ڈیموکریٹک پروسیس جاری ہوا ہے۔</w:t>
      </w:r>
    </w:p>
    <w:p>
      <w:r>
        <w:rPr>
          <w:b/>
        </w:rPr>
        <w:t xml:space="preserve">[44:22] </w:t>
      </w:r>
      <w:r>
        <w:t>yani madine mein jo inqalab aaya tha, aur arab mein jo inqalab aaya tha rasool Allah ke zamane</w:t>
      </w:r>
    </w:p>
    <w:p>
      <w:pPr>
        <w:jc w:val="right"/>
      </w:pPr>
      <w:r>
        <w:t>یعنی مدینے میں جو انقلاب آیا تھا، اور عرب میں جو انقلاب آیا تھا رسول اللہ کے زمانے</w:t>
      </w:r>
    </w:p>
    <w:p>
      <w:r>
        <w:rPr>
          <w:b/>
        </w:rPr>
        <w:t xml:space="preserve">[44:30] </w:t>
      </w:r>
      <w:r>
        <w:t>mein, woh ek democratic process ke roop mein chalta raha.</w:t>
      </w:r>
    </w:p>
    <w:p>
      <w:pPr>
        <w:jc w:val="right"/>
      </w:pPr>
      <w:r>
        <w:t>میں، وہ ایک ڈیموکریٹک پروسیس کے روپ میں چلتا رہا۔</w:t>
      </w:r>
    </w:p>
    <w:p>
      <w:r>
        <w:rPr>
          <w:b/>
        </w:rPr>
        <w:t xml:space="preserve">[44:34] </w:t>
      </w:r>
      <w:r>
        <w:t>yani umayyad period, abbasi period, aur saare jo muslim hukumatain qaim huien, jin ko main keh raha hoon</w:t>
      </w:r>
    </w:p>
    <w:p>
      <w:pPr>
        <w:jc w:val="right"/>
      </w:pPr>
      <w:r>
        <w:t>یعنی امیہ پیریڈ، عباسی پیریڈ، اور سارے جو مسلم حکومتیں قائم ہوئیں، جن کو میں کہہ رہا ہوں</w:t>
      </w:r>
    </w:p>
    <w:p>
      <w:r>
        <w:rPr>
          <w:b/>
        </w:rPr>
        <w:t xml:space="preserve">[44:42] </w:t>
      </w:r>
      <w:r>
        <w:t>keh democratic khilafat thi, woh phir pohancha woh Europe tak, aur France ka inqilab jo satraween sadi mein</w:t>
      </w:r>
    </w:p>
    <w:p>
      <w:pPr>
        <w:jc w:val="right"/>
      </w:pPr>
      <w:r>
        <w:t>کہ ڈیموکریٹک خلافت تھی، وہ پھر پہنچا وہ یورپ تک، اور فرانس کا انقلاب جو سترویں صدی میں</w:t>
      </w:r>
    </w:p>
    <w:p>
      <w:r>
        <w:rPr>
          <w:b/>
        </w:rPr>
        <w:t xml:space="preserve">[44:49] </w:t>
      </w:r>
      <w:r>
        <w:t>aaya, democratic inqilab, woh haqeeqat isi culmination tha isi ka.</w:t>
      </w:r>
    </w:p>
    <w:p>
      <w:pPr>
        <w:jc w:val="right"/>
      </w:pPr>
      <w:r>
        <w:t>آیا، ڈیموکریٹک انقلاب، وہ حقیقت اسی کلمنیشن تھا اسی کا۔</w:t>
      </w:r>
    </w:p>
    <w:p>
      <w:r>
        <w:rPr>
          <w:b/>
        </w:rPr>
        <w:t xml:space="preserve">[44:54] </w:t>
      </w:r>
      <w:r>
        <w:t>to dekhen, ek view yeh thi, yaani democratic view, yaani azadana nizam ki view.</w:t>
      </w:r>
    </w:p>
    <w:p>
      <w:pPr>
        <w:jc w:val="right"/>
      </w:pPr>
      <w:r>
        <w:t>تو دیکھیں، ایک ویو یہ تھی، یعنی ڈیموکریٹک ویو، یعنی آزادانہ نظام کی ویو۔</w:t>
      </w:r>
    </w:p>
    <w:p>
      <w:r>
        <w:rPr>
          <w:b/>
        </w:rPr>
        <w:t xml:space="preserve">[45:00] </w:t>
      </w:r>
      <w:r>
        <w:t>doosri view thi, woh scientific view thi.</w:t>
      </w:r>
    </w:p>
    <w:p>
      <w:pPr>
        <w:jc w:val="right"/>
      </w:pPr>
      <w:r>
        <w:t>دوسری ویو تھی، وہ سائنٹیفک ویو تھی۔</w:t>
      </w:r>
    </w:p>
    <w:p>
      <w:r>
        <w:rPr>
          <w:b/>
        </w:rPr>
        <w:t xml:space="preserve">[45:03] </w:t>
      </w:r>
      <w:r>
        <w:t>Islam ne yeh kiya tha keh nature ko, nature ko woh kiya tha, yaani is ke worship ke</w:t>
      </w:r>
    </w:p>
    <w:p>
      <w:pPr>
        <w:jc w:val="right"/>
      </w:pPr>
      <w:r>
        <w:t>اسلام نے یہ کیا تھا کہ نیچر کو، نیچر کو وہ کیا تھا، یعنی اس کے ورشپ کے</w:t>
      </w:r>
    </w:p>
    <w:p>
      <w:r>
        <w:rPr>
          <w:b/>
        </w:rPr>
        <w:t xml:space="preserve">[45:10] </w:t>
      </w:r>
      <w:r>
        <w:t>maqam se hataya tha.</w:t>
      </w:r>
    </w:p>
    <w:p>
      <w:pPr>
        <w:jc w:val="right"/>
      </w:pPr>
      <w:r>
        <w:t>مقام سے ہٹایا تھا۔</w:t>
      </w:r>
    </w:p>
    <w:p>
      <w:r>
        <w:rPr>
          <w:b/>
        </w:rPr>
        <w:t xml:space="preserve">[45:12] </w:t>
      </w:r>
      <w:r>
        <w:t>aap jante hain keh pichla poora zamana jo guzra hai, to insan nature ko poojta raha hai, yaani</w:t>
      </w:r>
    </w:p>
    <w:p>
      <w:pPr>
        <w:jc w:val="right"/>
      </w:pPr>
      <w:r>
        <w:t>آپ جانتے ہیں کہ پچھلا پورا زمانہ جو گزرا ہے، تو انسان نیچر کو پوجتا رہا ہے، یعنی</w:t>
      </w:r>
    </w:p>
    <w:p>
      <w:r>
        <w:rPr>
          <w:b/>
        </w:rPr>
        <w:t xml:space="preserve">[45:20] </w:t>
      </w:r>
      <w:r>
        <w:t>sooraj ko, chand ko, darya ko, pahaad ko, samandar ko, is ko maabood bana liya tha woh.</w:t>
      </w:r>
    </w:p>
    <w:p>
      <w:pPr>
        <w:jc w:val="right"/>
      </w:pPr>
      <w:r>
        <w:t>سورج کو، چاند کو، دریا کو، پہاڑ کو، سمندر کو، اس کو معبود بنا لیا تھا وہ۔</w:t>
      </w:r>
    </w:p>
    <w:p>
      <w:r>
        <w:rPr>
          <w:b/>
        </w:rPr>
        <w:t xml:space="preserve">[45:27] </w:t>
      </w:r>
      <w:r>
        <w:t>to Islam ne in ko divinity ka maqam se hataya, aur yeh bataya insan ko keh sirf khudai</w:t>
      </w:r>
    </w:p>
    <w:p>
      <w:pPr>
        <w:jc w:val="right"/>
      </w:pPr>
      <w:r>
        <w:t>تو اسلام نے ان کو ڈیوینیٹی کا مقام سے ہٹایا، اور یہ بتایا انسان کو کہ صرف خدائی</w:t>
      </w:r>
    </w:p>
    <w:p>
      <w:r>
        <w:rPr>
          <w:b/>
        </w:rPr>
        <w:t xml:space="preserve">[45:35] </w:t>
      </w:r>
      <w:r>
        <w:t>jo hai, wahi God hai, koi cheez God nahi hai.</w:t>
      </w:r>
    </w:p>
    <w:p>
      <w:pPr>
        <w:jc w:val="right"/>
      </w:pPr>
      <w:r>
        <w:t>جو ہے، وہی گاڈ ہے، کوئی چیز گاڈ نہیں ہے۔</w:t>
      </w:r>
    </w:p>
    <w:p>
      <w:r>
        <w:rPr>
          <w:b/>
        </w:rPr>
        <w:t xml:space="preserve">[45:39] </w:t>
      </w:r>
      <w:r>
        <w:t>yeh sab cheezen maabood nahi hain, balkeh makhlooq hain.</w:t>
      </w:r>
    </w:p>
    <w:p>
      <w:pPr>
        <w:jc w:val="right"/>
      </w:pPr>
      <w:r>
        <w:t>یہ سب چیزیں معبود نہیں ہیں، بلکہ مخلوق ہیں۔</w:t>
      </w:r>
    </w:p>
    <w:p>
      <w:r>
        <w:rPr>
          <w:b/>
        </w:rPr>
        <w:t xml:space="preserve">[45:43] </w:t>
      </w:r>
      <w:r>
        <w:t>to is ke baad kya hua keh woh mizaj aaya jis ko hum kehte hain scientific mizaj, yaani</w:t>
      </w:r>
    </w:p>
    <w:p>
      <w:pPr>
        <w:jc w:val="right"/>
      </w:pPr>
      <w:r>
        <w:t>تو اس کے بعد کیا ہوا کہ وہ مزاج آیا جس کو ہم کہتے ہیں سائنٹیفک مزاج، یعنی</w:t>
      </w:r>
    </w:p>
    <w:p>
      <w:r>
        <w:rPr>
          <w:b/>
        </w:rPr>
        <w:t xml:space="preserve">[45:51] </w:t>
      </w:r>
      <w:r>
        <w:t>nature ko explore karo.</w:t>
      </w:r>
    </w:p>
    <w:p>
      <w:pPr>
        <w:jc w:val="right"/>
      </w:pPr>
      <w:r>
        <w:t>نیچر کو ایکسپلور کرو۔</w:t>
      </w:r>
    </w:p>
    <w:p>
      <w:r>
        <w:rPr>
          <w:b/>
        </w:rPr>
        <w:t xml:space="preserve">[45:52] </w:t>
      </w:r>
      <w:r>
        <w:t>nature ko, yaani nature ko poojne ke bajaye, nature ko explore karo, yeh mizaj paida hua.</w:t>
      </w:r>
    </w:p>
    <w:p>
      <w:pPr>
        <w:jc w:val="right"/>
      </w:pPr>
      <w:r>
        <w:t>نیچر کو، یعنی نیچر کو پوجنے کے بجائے، نیچر کو ایکسپلور کرو، یہ مزاج پیدا ہوا۔</w:t>
      </w:r>
    </w:p>
    <w:p>
      <w:r>
        <w:rPr>
          <w:b/>
        </w:rPr>
        <w:t xml:space="preserve">[45:59] </w:t>
      </w:r>
      <w:r>
        <w:t>chunaanche yeh is mizaj ke tehat aap aap aap woh ek daur paida hua jis ka aaghaz hua</w:t>
      </w:r>
    </w:p>
    <w:p>
      <w:pPr>
        <w:jc w:val="right"/>
      </w:pPr>
      <w:r>
        <w:t>چنانچہ یہ اس مزاج کے تحت آپ آپ آپ وہ ایک دور پیدا ہوا جس کا آغاز ہوا</w:t>
      </w:r>
    </w:p>
    <w:p>
      <w:r>
        <w:rPr>
          <w:b/>
        </w:rPr>
        <w:t xml:space="preserve">[46:07] </w:t>
      </w:r>
      <w:r>
        <w:t>Baghdad mein, yaani Muslim science jis ko hum kehte hain.</w:t>
      </w:r>
    </w:p>
    <w:p>
      <w:pPr>
        <w:jc w:val="right"/>
      </w:pPr>
      <w:r>
        <w:t>بغداد میں، یعنی مسلم سائنس جس کو ہم کہتے ہیں۔</w:t>
      </w:r>
    </w:p>
    <w:p>
      <w:r>
        <w:rPr>
          <w:b/>
        </w:rPr>
        <w:t xml:space="preserve">[46:11] </w:t>
      </w:r>
      <w:r>
        <w:t>to ek Muslim science wajood mein aayi jo Baghdad mein aur Qurtuba mein shuru hui, phir dheere dheere</w:t>
      </w:r>
    </w:p>
    <w:p>
      <w:pPr>
        <w:jc w:val="right"/>
      </w:pPr>
      <w:r>
        <w:t>تو ایک مسلم سائنس وجود میں آئی جو بغداد میں اور قرطبہ میں شروع ہوئی، پھر دھیرے دھیرے</w:t>
      </w:r>
    </w:p>
    <w:p>
      <w:r>
        <w:rPr>
          <w:b/>
        </w:rPr>
        <w:t xml:space="preserve">[46:19] </w:t>
      </w:r>
      <w:r>
        <w:t>woh Spain pohanchi.</w:t>
      </w:r>
    </w:p>
    <w:p>
      <w:pPr>
        <w:jc w:val="right"/>
      </w:pPr>
      <w:r>
        <w:t>وہ اسپین پہنچی۔</w:t>
      </w:r>
    </w:p>
    <w:p>
      <w:r>
        <w:rPr>
          <w:b/>
        </w:rPr>
        <w:t xml:space="preserve">[46:20] </w:t>
      </w:r>
      <w:r>
        <w:t>Spain ke Musalmanon ne, yaani Arabon ne, bohat bara kaam kiya is zamane mein science ke maidan mein.</w:t>
      </w:r>
    </w:p>
    <w:p>
      <w:pPr>
        <w:jc w:val="right"/>
      </w:pPr>
      <w:r>
        <w:t>اسپین کے مسلمانوں نے، یعنی عربوں نے، بہت بڑا کام کیا اس زمانے میں سائنس کے میدان میں۔</w:t>
      </w:r>
    </w:p>
    <w:p>
      <w:r>
        <w:rPr>
          <w:b/>
        </w:rPr>
        <w:t xml:space="preserve">[46:28] </w:t>
      </w:r>
      <w:r>
        <w:t>abhi mein gaya tha is Turkey to wahan par Istanbul mein ek bohat bara museum banaya gaya hai</w:t>
      </w:r>
    </w:p>
    <w:p>
      <w:pPr>
        <w:jc w:val="right"/>
      </w:pPr>
      <w:r>
        <w:t>ابھی میں گیا تھا اس ترکی تو وہاں پر استنبول میں ایک بہت بڑا میوزیم بنایا گیا ہے</w:t>
      </w:r>
    </w:p>
    <w:p>
      <w:r>
        <w:rPr>
          <w:b/>
        </w:rPr>
        <w:t xml:space="preserve">[46:36] </w:t>
      </w:r>
      <w:r>
        <w:t>jis mein Musalmanon ke is daur mein jo Musalmanon ne science mein taraqqi ki thi, us ke sab</w:t>
      </w:r>
    </w:p>
    <w:p>
      <w:pPr>
        <w:jc w:val="right"/>
      </w:pPr>
      <w:r>
        <w:t>جس میں مسلمانوں کے اس دور میں جو مسلمانوں نے سائنس میں ترقی کی تھی، اس کے سب</w:t>
      </w:r>
    </w:p>
    <w:p>
      <w:r>
        <w:rPr>
          <w:b/>
        </w:rPr>
        <w:t xml:space="preserve">[46:43] </w:t>
      </w:r>
      <w:r>
        <w:t>namoonay wahan rakhe hue hain.</w:t>
      </w:r>
    </w:p>
    <w:p>
      <w:pPr>
        <w:jc w:val="right"/>
      </w:pPr>
      <w:r>
        <w:t>نمونے وہاں رکھے ہوئے ہیں۔</w:t>
      </w:r>
    </w:p>
    <w:p>
      <w:r>
        <w:rPr>
          <w:b/>
        </w:rPr>
        <w:t xml:space="preserve">[46:46] </w:t>
      </w:r>
      <w:r>
        <w:t>to Arabon ne gaya Quran se inspire ho kar ke science ka daur paida kiya, aur woh daur</w:t>
      </w:r>
    </w:p>
    <w:p>
      <w:pPr>
        <w:jc w:val="right"/>
      </w:pPr>
      <w:r>
        <w:t>تو عربوں نے گیا قرآن سے انسپائر ہو کر کے سائنس کا دور پیدا کیا، اور وہ دور</w:t>
      </w:r>
    </w:p>
    <w:p>
      <w:r>
        <w:rPr>
          <w:b/>
        </w:rPr>
        <w:t xml:space="preserve">[46:53] </w:t>
      </w:r>
      <w:r>
        <w:t>phir yaani ek process ke roop mein chalte hue pohancha Europe mein.</w:t>
      </w:r>
    </w:p>
    <w:p>
      <w:pPr>
        <w:jc w:val="right"/>
      </w:pPr>
      <w:r>
        <w:t>پھر یعنی ایک پروسیس کے روپ میں چلتے ہوئے پہنچا یورپ میں۔</w:t>
      </w:r>
    </w:p>
    <w:p>
      <w:r>
        <w:rPr>
          <w:b/>
        </w:rPr>
        <w:t xml:space="preserve">[46:58] </w:t>
      </w:r>
      <w:r>
        <w:t>aap jante hain keh Spain mein jo Moorish empire thi, Moorish jo rulers the, un ka khatma hua</w:t>
      </w:r>
    </w:p>
    <w:p>
      <w:pPr>
        <w:jc w:val="right"/>
      </w:pPr>
      <w:r>
        <w:t>آپ جانتے ہیں کہ اسپین میں جو مورش ایمپائر تھی، مورش جو رولرز تھے، ان کا خاتمہ ہوا</w:t>
      </w:r>
    </w:p>
    <w:p>
      <w:r>
        <w:rPr>
          <w:b/>
        </w:rPr>
        <w:t xml:space="preserve">[47:06] </w:t>
      </w:r>
      <w:r>
        <w:t>pandrahveen sadi mein.</w:t>
      </w:r>
    </w:p>
    <w:p>
      <w:pPr>
        <w:jc w:val="right"/>
      </w:pPr>
      <w:r>
        <w:t>پندرہویں صدی میں۔</w:t>
      </w:r>
    </w:p>
    <w:p>
      <w:r>
        <w:rPr>
          <w:b/>
        </w:rPr>
        <w:t xml:space="preserve">[47:08] </w:t>
      </w:r>
      <w:r>
        <w:t>pandrahveen sadi ke baad solahveen sadi mein aa kar ke woh woh daur is ka yaani yahan par</w:t>
      </w:r>
    </w:p>
    <w:p>
      <w:pPr>
        <w:jc w:val="right"/>
      </w:pPr>
      <w:r>
        <w:t>پندرہویں صدی کے بعد سولہویں صدی میں آ کر کے وہ وہ دور اس کا یعنی یہاں پر</w:t>
      </w:r>
    </w:p>
    <w:p>
      <w:r>
        <w:rPr>
          <w:b/>
        </w:rPr>
        <w:t xml:space="preserve">[47:15] </w:t>
      </w:r>
      <w:r>
        <w:t>shuru hua dobara.</w:t>
      </w:r>
    </w:p>
    <w:p>
      <w:pPr>
        <w:jc w:val="right"/>
      </w:pPr>
      <w:r>
        <w:t>شروع ہوا دوبارہ۔</w:t>
      </w:r>
    </w:p>
    <w:p>
      <w:r>
        <w:rPr>
          <w:b/>
        </w:rPr>
        <w:t xml:space="preserve">[47:17] </w:t>
      </w:r>
      <w:r>
        <w:t>yaani science ke irtaqa ka jo daur shuru hua tha muslim hukumat ke zamanay mein, muslim mulkon mein</w:t>
      </w:r>
    </w:p>
    <w:p>
      <w:pPr>
        <w:jc w:val="right"/>
      </w:pPr>
      <w:r>
        <w:t>یعنی سائنس کے ارتقاء کا جو دور شروع ہوا تھا مسلم حکومت کے زمانے میں، مسلم ملکوں میں</w:t>
      </w:r>
    </w:p>
    <w:p>
      <w:r>
        <w:rPr>
          <w:b/>
        </w:rPr>
        <w:t xml:space="preserve">[47:25] </w:t>
      </w:r>
      <w:r>
        <w:t>jab spain mein saltanat khatam hui pandrahveen sadi mein, to solahveen sadi mein aa kar ke yahan shuru</w:t>
      </w:r>
    </w:p>
    <w:p>
      <w:pPr>
        <w:jc w:val="right"/>
      </w:pPr>
      <w:r>
        <w:t>جب اسپین میں سلطنت ختم ہوئی پندرہویں صدی میں، تو سولہویں صدی میں آ کر کے یہاں شروع</w:t>
      </w:r>
    </w:p>
    <w:p>
      <w:r>
        <w:rPr>
          <w:b/>
        </w:rPr>
        <w:t xml:space="preserve">[47:32] </w:t>
      </w:r>
      <w:r>
        <w:t>hui.</w:t>
      </w:r>
    </w:p>
    <w:p>
      <w:pPr>
        <w:jc w:val="right"/>
      </w:pPr>
      <w:r>
        <w:t>ہوئی۔</w:t>
      </w:r>
    </w:p>
    <w:p>
      <w:r>
        <w:rPr>
          <w:b/>
        </w:rPr>
        <w:t xml:space="preserve">[47:34] </w:t>
      </w:r>
      <w:r>
        <w:t>wohi wahi woh woh woh woh is woh woh dhara yahan pohancha, woh dhara europe pohancha, phir</w:t>
      </w:r>
    </w:p>
    <w:p>
      <w:pPr>
        <w:jc w:val="right"/>
      </w:pPr>
      <w:r>
        <w:t>وہی وہی وہ وہ وہ وہ وہ اس وہ وہ دھارا یہاں پہنچا، وہ دھارا یورپ پہنچا، پھر</w:t>
      </w:r>
    </w:p>
    <w:p>
      <w:r>
        <w:rPr>
          <w:b/>
        </w:rPr>
        <w:t xml:space="preserve">[47:42] </w:t>
      </w:r>
      <w:r>
        <w:t>yahan taraqqi hui.</w:t>
      </w:r>
    </w:p>
    <w:p>
      <w:pPr>
        <w:jc w:val="right"/>
      </w:pPr>
      <w:r>
        <w:t>یہاں ترقی ہوئی۔</w:t>
      </w:r>
    </w:p>
    <w:p>
      <w:r>
        <w:rPr>
          <w:b/>
        </w:rPr>
        <w:t xml:space="preserve">[47:43] </w:t>
      </w:r>
      <w:r>
        <w:t>to europe mein jo sainsi taraqqi hui hai, woh gaya ke arbon ki sainsi taraqqi culmination hai.</w:t>
      </w:r>
    </w:p>
    <w:p>
      <w:pPr>
        <w:jc w:val="right"/>
      </w:pPr>
      <w:r>
        <w:t>تو یورپ میں جو سائنسی ترقی ہوئی ہے، وہ گیا کہ عربوں کی سائنسی ترقی کلمنیشن ہے۔</w:t>
      </w:r>
    </w:p>
    <w:p>
      <w:r>
        <w:rPr>
          <w:b/>
        </w:rPr>
        <w:t xml:space="preserve">[47:50] </w:t>
      </w:r>
      <w:r>
        <w:t>is ka etiraf baray baray scholars ne kiya hai.</w:t>
      </w:r>
    </w:p>
    <w:p>
      <w:pPr>
        <w:jc w:val="right"/>
      </w:pPr>
      <w:r>
        <w:t>اس کا اعتراف بڑے بڑے اسکارٹس نے کیا ہے۔</w:t>
      </w:r>
    </w:p>
    <w:p>
      <w:r>
        <w:rPr>
          <w:b/>
        </w:rPr>
        <w:t xml:space="preserve">[47:54] </w:t>
      </w:r>
      <w:r>
        <w:t>misal ke taur par dekhiye, aik bre fault aik scholar hai, bre fault, us ne likha hai apni</w:t>
      </w:r>
    </w:p>
    <w:p>
      <w:pPr>
        <w:jc w:val="right"/>
      </w:pPr>
      <w:r>
        <w:t>مثال کے طور پر دیکھیے، ایک بری فالٹ ایک اسکالر ہے، بری فالٹ، اس نے لکھا ہے اپنی</w:t>
      </w:r>
    </w:p>
    <w:p>
      <w:r>
        <w:rPr>
          <w:b/>
        </w:rPr>
        <w:t xml:space="preserve">[48:02] </w:t>
      </w:r>
      <w:r>
        <w:t>کتاب میں کہ "But for the Arabs, Western civilization never would never have arisen at all, but for</w:t>
      </w:r>
    </w:p>
    <w:p>
      <w:pPr>
        <w:jc w:val="right"/>
      </w:pPr>
      <w:r>
        <w:t>کتاب میں کہ "بٹ فار دی عربز، ویسٹرن سویلائزیشن نیور وڈ نیور ہیو ایریزن ایٹ آل، بٹ فار</w:t>
      </w:r>
    </w:p>
    <w:p>
      <w:r>
        <w:rPr>
          <w:b/>
        </w:rPr>
        <w:t xml:space="preserve">[48:10] </w:t>
      </w:r>
      <w:r>
        <w:t>"The Arabs, Western industrial civilization would never have arisen at all" کہ عربوں نے جو سائنس میں ارتقاء،</w:t>
      </w:r>
    </w:p>
    <w:p>
      <w:pPr>
        <w:jc w:val="right"/>
      </w:pPr>
      <w:r>
        <w:t>دی عربز، ویسٹرن انڈسٹریل سویلائزیشن وڈ نیور ہیو ایریزن ایٹ آل" کہ عربوں نے جو سائنس میں ارتقاء،</w:t>
      </w:r>
    </w:p>
    <w:p>
      <w:r>
        <w:rPr>
          <w:b/>
        </w:rPr>
        <w:t xml:space="preserve">[48:17] </w:t>
      </w:r>
      <w:r>
        <w:t>science mein jo kaam kiya, woh kaam agar na mila hota europe walon ko to phir europe mein</w:t>
      </w:r>
    </w:p>
    <w:p>
      <w:pPr>
        <w:jc w:val="right"/>
      </w:pPr>
      <w:r>
        <w:t>سائنس میں جو کام کیا، وہ کام اگر نہ ملا ہوتا یورپ والوں کو تو پھر یورپ میں</w:t>
      </w:r>
    </w:p>
    <w:p>
      <w:r>
        <w:rPr>
          <w:b/>
        </w:rPr>
        <w:t xml:space="preserve">[48:25] </w:t>
      </w:r>
      <w:r>
        <w:t>phir sainsi انقلاب na aata, yahan industrial revolution na aata.</w:t>
      </w:r>
    </w:p>
    <w:p>
      <w:pPr>
        <w:jc w:val="right"/>
      </w:pPr>
      <w:r>
        <w:t>پھر سائنسی انقلاب نہ آتا، یہاں انڈسٹریل ریولوشن نہ آتا۔</w:t>
      </w:r>
    </w:p>
    <w:p>
      <w:r>
        <w:rPr>
          <w:b/>
        </w:rPr>
        <w:t xml:space="preserve">[48:29] </w:t>
      </w:r>
      <w:r>
        <w:t>to ab ab aap in in in in ayaton ko le kar ghor farmaiye jo main ne shuru</w:t>
      </w:r>
    </w:p>
    <w:p>
      <w:pPr>
        <w:jc w:val="right"/>
      </w:pPr>
      <w:r>
        <w:t>تو اب اب آپ ان ان ان ان آیتوں کو لے کر غور فرمائیے جو میں نے شروع</w:t>
      </w:r>
    </w:p>
    <w:p>
      <w:r>
        <w:rPr>
          <w:b/>
        </w:rPr>
        <w:t xml:space="preserve">[48:37] </w:t>
      </w:r>
      <w:r>
        <w:t>mein kaha tha ke Rasool Allah Sal Allahu Alaihi Wasallam ko jo kaam diya gaya tha, woh yeh</w:t>
      </w:r>
    </w:p>
    <w:p>
      <w:pPr>
        <w:jc w:val="right"/>
      </w:pPr>
      <w:r>
        <w:t>میں کہا تھا کہ رسول اللہ صلی اللہ علیہ وسلم کو جو کام دیا گیا تھا، وہ یہ</w:t>
      </w:r>
    </w:p>
    <w:p>
      <w:r>
        <w:rPr>
          <w:b/>
        </w:rPr>
        <w:t xml:space="preserve">[48:45] </w:t>
      </w:r>
      <w:r>
        <w:t>tha ke aik taraf Khuda yaani divine guidance ko preserve kar dein, is ka authentic version dunya mein</w:t>
      </w:r>
    </w:p>
    <w:p>
      <w:pPr>
        <w:jc w:val="right"/>
      </w:pPr>
      <w:r>
        <w:t>تھا کہ ایک طرف خدا یعنی ڈیوائن گائیڈنس کو پریزرو کر دیں، اس کا اتھینٹک ورژن دنیا میں</w:t>
      </w:r>
    </w:p>
    <w:p>
      <w:r>
        <w:rPr>
          <w:b/>
        </w:rPr>
        <w:t xml:space="preserve">[48:52] </w:t>
      </w:r>
      <w:r>
        <w:t>maujood ho jaye.</w:t>
      </w:r>
    </w:p>
    <w:p>
      <w:pPr>
        <w:jc w:val="right"/>
      </w:pPr>
      <w:r>
        <w:t>موجود ہو جائے۔</w:t>
      </w:r>
    </w:p>
    <w:p>
      <w:r>
        <w:rPr>
          <w:b/>
        </w:rPr>
        <w:t xml:space="preserve">[48:54] </w:t>
      </w:r>
      <w:r>
        <w:t>woh Quran aur sunnat ki shakal mein maujood ho gaya.</w:t>
      </w:r>
    </w:p>
    <w:p>
      <w:pPr>
        <w:jc w:val="right"/>
      </w:pPr>
      <w:r>
        <w:t>وہ قرآن اور سنت کی شکل میں موجود ہو گیا۔</w:t>
      </w:r>
    </w:p>
    <w:p>
      <w:r>
        <w:rPr>
          <w:b/>
        </w:rPr>
        <w:t xml:space="preserve">[48:58] </w:t>
      </w:r>
      <w:r>
        <w:t>woh aik aik aik peaceful kaam tha ya ideological kaam tha, is ka party se koi matlab</w:t>
      </w:r>
    </w:p>
    <w:p>
      <w:pPr>
        <w:jc w:val="right"/>
      </w:pPr>
      <w:r>
        <w:t>وہ ایک ایک ایک پیس فل کام تھا یا آئیڈیالوجیکل کام تھا، اس کا پارٹی سے کوئی مطلب</w:t>
      </w:r>
    </w:p>
    <w:p>
      <w:r>
        <w:rPr>
          <w:b/>
        </w:rPr>
        <w:t xml:space="preserve">[49:06] </w:t>
      </w:r>
      <w:r>
        <w:t>nahi tha.</w:t>
      </w:r>
    </w:p>
    <w:p>
      <w:pPr>
        <w:jc w:val="right"/>
      </w:pPr>
      <w:r>
        <w:t>نہیں تھا۔</w:t>
      </w:r>
    </w:p>
    <w:p>
      <w:r>
        <w:rPr>
          <w:b/>
        </w:rPr>
        <w:t xml:space="preserve">[49:07] </w:t>
      </w:r>
      <w:r>
        <w:t>is ka is ka matlab sirf yeh tha ke Allah ne jo insan ko paida kiya hai, to</w:t>
      </w:r>
    </w:p>
    <w:p>
      <w:pPr>
        <w:jc w:val="right"/>
      </w:pPr>
      <w:r>
        <w:t>اس کا اس کا مطلب صرف یہ تھا کہ اللہ نے جو انسان کو پیدا کیا ہے، تو</w:t>
      </w:r>
    </w:p>
    <w:p>
      <w:r>
        <w:rPr>
          <w:b/>
        </w:rPr>
        <w:t xml:space="preserve">[49:15] </w:t>
      </w:r>
      <w:r>
        <w:t>is Allah ke naqsha takhleeq kiya hai, Allah ka creation plan kiya hai, Allah ki scheme of things</w:t>
      </w:r>
    </w:p>
    <w:p>
      <w:pPr>
        <w:jc w:val="right"/>
      </w:pPr>
      <w:r>
        <w:t>اس اللہ کے نقشہ تخلیق کیا ہے، اللہ کا کریشن پلان کیا ہے، اللہ کی سکیم آف تھنگز</w:t>
      </w:r>
    </w:p>
    <w:p>
      <w:r>
        <w:rPr>
          <w:b/>
        </w:rPr>
        <w:t xml:space="preserve">[49:23] </w:t>
      </w:r>
      <w:r>
        <w:t>kya hai, us ko jananay ke liye aik authentic source ho.</w:t>
      </w:r>
    </w:p>
    <w:p>
      <w:pPr>
        <w:jc w:val="right"/>
      </w:pPr>
      <w:r>
        <w:t>کیا ہے، اس کو جاننے کے لیے ایک اتھینٹک سورس ہو۔</w:t>
      </w:r>
    </w:p>
    <w:p>
      <w:r>
        <w:rPr>
          <w:b/>
        </w:rPr>
        <w:t xml:space="preserve">[49:28] </w:t>
      </w:r>
      <w:r>
        <w:t>woh Rasool Allah ke zariye se Quran o Hadees shakal mein mehfooz ho gaya jis ko hum Khuda</w:t>
      </w:r>
    </w:p>
    <w:p>
      <w:pPr>
        <w:jc w:val="right"/>
      </w:pPr>
      <w:r>
        <w:t>وہ رسول اللہ کے ذریعے سے قرآن و حدیث شکل میں محفوظ ہو گیا جس کو ہم خدا</w:t>
      </w:r>
    </w:p>
    <w:p>
      <w:r>
        <w:rPr>
          <w:b/>
        </w:rPr>
        <w:t xml:space="preserve">[49:35] </w:t>
      </w:r>
      <w:r>
        <w:t>kehtay hain.</w:t>
      </w:r>
    </w:p>
    <w:p>
      <w:pPr>
        <w:jc w:val="right"/>
      </w:pPr>
      <w:r>
        <w:t>کہتے ہیں۔</w:t>
      </w:r>
    </w:p>
    <w:p>
      <w:r>
        <w:rPr>
          <w:b/>
        </w:rPr>
        <w:t xml:space="preserve">[49:37] </w:t>
      </w:r>
      <w:r>
        <w:t>ab jo doosri cheez thi deen, to deen ka matlab tha ke is halat-e-fitri ka qaim ho</w:t>
      </w:r>
    </w:p>
    <w:p>
      <w:pPr>
        <w:jc w:val="right"/>
      </w:pPr>
      <w:r>
        <w:t>اب جو دوسری چیز تھی دین، تو دین کا معنی تھا کہ اس حالت فطری کا قائم ہو</w:t>
      </w:r>
    </w:p>
    <w:p>
      <w:r>
        <w:rPr>
          <w:b/>
        </w:rPr>
        <w:t xml:space="preserve">[49:45] </w:t>
      </w:r>
      <w:r>
        <w:t>jana jis par Allah ne takhleeq kiya hai duniya ko.</w:t>
      </w:r>
    </w:p>
    <w:p>
      <w:pPr>
        <w:jc w:val="right"/>
      </w:pPr>
      <w:r>
        <w:t>جانا جس پر اللہ نے تخلیق کیا ہے دنیا کو۔</w:t>
      </w:r>
    </w:p>
    <w:p>
      <w:r>
        <w:rPr>
          <w:b/>
        </w:rPr>
        <w:t xml:space="preserve">[49:49] </w:t>
      </w:r>
      <w:r>
        <w:t>wo halat-e-fitri yahi hai ke duniya mein azadi aa jaye to empire ko khatm kar ke is</w:t>
      </w:r>
    </w:p>
    <w:p>
      <w:pPr>
        <w:jc w:val="right"/>
      </w:pPr>
      <w:r>
        <w:t>وہ حالت فطری یہی ہے کہ دنیا میں آزادی آ جائے تو ایمپائر کو ختم کر کے اس</w:t>
      </w:r>
    </w:p>
    <w:p>
      <w:r>
        <w:rPr>
          <w:b/>
        </w:rPr>
        <w:t xml:space="preserve">[49:57] </w:t>
      </w:r>
      <w:r>
        <w:t>azadi ka daur shuru kiya gaya.</w:t>
      </w:r>
    </w:p>
    <w:p>
      <w:pPr>
        <w:jc w:val="right"/>
      </w:pPr>
      <w:r>
        <w:t>آزادی کا دور شروع کیا گیا۔</w:t>
      </w:r>
    </w:p>
    <w:p>
      <w:r>
        <w:rPr>
          <w:b/>
        </w:rPr>
        <w:t xml:space="preserve">[49:59] </w:t>
      </w:r>
      <w:r>
        <w:t>is ka to yeh yeh yeh koi religious baat nahi thi.</w:t>
      </w:r>
    </w:p>
    <w:p>
      <w:pPr>
        <w:jc w:val="right"/>
      </w:pPr>
      <w:r>
        <w:t>اس کا تو یہ یہ یہ کوئی ریلیجیس بات نہیں تھی۔</w:t>
      </w:r>
    </w:p>
    <w:p>
      <w:r>
        <w:rPr>
          <w:b/>
        </w:rPr>
        <w:t xml:space="preserve">[50:04] </w:t>
      </w:r>
      <w:r>
        <w:t>isi ko main kehta hoon ke yeh yeh tha yani supporting element mazhab ke liye.</w:t>
      </w:r>
    </w:p>
    <w:p>
      <w:pPr>
        <w:jc w:val="right"/>
      </w:pPr>
      <w:r>
        <w:t>اسی کو میں کہتا ہوں کہ یہ یہ تھا یعنی سپورٹنگ ایلیمنٹ مذہب کے لیے۔</w:t>
      </w:r>
    </w:p>
    <w:p>
      <w:r>
        <w:rPr>
          <w:b/>
        </w:rPr>
        <w:t xml:space="preserve">[50:10] </w:t>
      </w:r>
      <w:r>
        <w:t>taayidi un ins ki hesiyat is ki thi.</w:t>
      </w:r>
    </w:p>
    <w:p>
      <w:pPr>
        <w:jc w:val="right"/>
      </w:pPr>
      <w:r>
        <w:t>تائیدی ان انس کی حیثیت اس کی تھی۔</w:t>
      </w:r>
    </w:p>
    <w:p>
      <w:r>
        <w:rPr>
          <w:b/>
        </w:rPr>
        <w:t xml:space="preserve">[50:14] </w:t>
      </w:r>
      <w:r>
        <w:t>mazhab to wohi hai, Quran o Hadees shakal mein jo cheez hai, wohi mazhab hai.</w:t>
      </w:r>
    </w:p>
    <w:p>
      <w:pPr>
        <w:jc w:val="right"/>
      </w:pPr>
      <w:r>
        <w:t>مذہب تو وہی ہے، قرآن و حدیث شکل میں جو چیز ہے، وہی مذہب ہے۔</w:t>
      </w:r>
    </w:p>
    <w:p>
      <w:r>
        <w:rPr>
          <w:b/>
        </w:rPr>
        <w:t xml:space="preserve">[50:20] </w:t>
      </w:r>
      <w:r>
        <w:t>asal mazhab wohi hai, aur yeh jo hai ke jo duniya mein azadi layi gayi, azadi lane ke</w:t>
      </w:r>
    </w:p>
    <w:p>
      <w:pPr>
        <w:jc w:val="right"/>
      </w:pPr>
      <w:r>
        <w:t>اصل مذہب وہی ہے، اور یہ جو ہے کہ جو دنیا میں آزادی لائی گئی، آزادی لانے کے</w:t>
      </w:r>
    </w:p>
    <w:p>
      <w:r>
        <w:rPr>
          <w:b/>
        </w:rPr>
        <w:t xml:space="preserve">[50:28] </w:t>
      </w:r>
      <w:r>
        <w:t>baad phir science ka daur aaya, aur phir sari cheezein daryaft huin, aur yeh sari cheezein jo communication</w:t>
      </w:r>
    </w:p>
    <w:p>
      <w:pPr>
        <w:jc w:val="right"/>
      </w:pPr>
      <w:r>
        <w:t>بعد پھر سائنس کا دور آیا، اور پھر ساری چیزیں دریافت ہوئیں، اور یہ ساری چیزیں جو کمیونیکیشن</w:t>
      </w:r>
    </w:p>
    <w:p>
      <w:r>
        <w:rPr>
          <w:b/>
        </w:rPr>
        <w:t xml:space="preserve">[50:36] </w:t>
      </w:r>
      <w:r>
        <w:t>jis ko hum kehte hain, wajood mein aayin, aur hum aap is position mein ho gaye ke hum</w:t>
      </w:r>
    </w:p>
    <w:p>
      <w:pPr>
        <w:jc w:val="right"/>
      </w:pPr>
      <w:r>
        <w:t>جس کو ہم کہتے ہیں، وجود میں آئیں، اور ہم آپ اس پوزیشن میں ہو گئے کہ ہم</w:t>
      </w:r>
    </w:p>
    <w:p>
      <w:r>
        <w:rPr>
          <w:b/>
        </w:rPr>
        <w:t xml:space="preserve">[50:43] </w:t>
      </w:r>
      <w:r>
        <w:t>sachai ke paigham ko sari duniya mein pahuncha sakein.</w:t>
      </w:r>
    </w:p>
    <w:p>
      <w:pPr>
        <w:jc w:val="right"/>
      </w:pPr>
      <w:r>
        <w:t>سچائی کے پیغام کو ساری دنیا میں پہنچا سکیں۔</w:t>
      </w:r>
    </w:p>
    <w:p>
      <w:r>
        <w:rPr>
          <w:b/>
        </w:rPr>
        <w:t xml:space="preserve">[50:47] </w:t>
      </w:r>
      <w:r>
        <w:t>hum yahan bolein, aur sari duniya hum is ki awaz ko sunein.</w:t>
      </w:r>
    </w:p>
    <w:p>
      <w:pPr>
        <w:jc w:val="right"/>
      </w:pPr>
      <w:r>
        <w:t>ہم یہاں بولیں، اور ساری دنیا ہم اس کی آواز کو سنیں۔</w:t>
      </w:r>
    </w:p>
    <w:p>
      <w:r>
        <w:rPr>
          <w:b/>
        </w:rPr>
        <w:t xml:space="preserve">[50:52] </w:t>
      </w:r>
      <w:r>
        <w:t>yeh sab kaise mumkin hua? yeh ek hazar saala process ke zariye mumkin hua.</w:t>
      </w:r>
    </w:p>
    <w:p>
      <w:pPr>
        <w:jc w:val="right"/>
      </w:pPr>
      <w:r>
        <w:t>یہ سب کیسے ممکن ہوا؟ یہ ایک ہزار سالہ پروسیس کے ذریعے ممکن ہوا۔</w:t>
      </w:r>
    </w:p>
    <w:p>
      <w:r>
        <w:rPr>
          <w:b/>
        </w:rPr>
        <w:t xml:space="preserve">[50:58] </w:t>
      </w:r>
      <w:r>
        <w:t>to Allah taala ko matlab tha ke ek taraf yeh kaam ho ke Allah ki jo guidance hai,</w:t>
      </w:r>
    </w:p>
    <w:p>
      <w:pPr>
        <w:jc w:val="right"/>
      </w:pPr>
      <w:r>
        <w:t>تو اللہ تعالیٰ کو مطلوب تھا کہ ایک طرف یہ کام ہو کہ اللہ کی جو گائیڈنس ہے،</w:t>
      </w:r>
    </w:p>
    <w:p>
      <w:r>
        <w:rPr>
          <w:b/>
        </w:rPr>
        <w:t xml:space="preserve">[51:06] </w:t>
      </w:r>
      <w:r>
        <w:t>woh apni pure shakal mein mehfooz ho jaye ke jo Allah ka banda chahe janna ke Allah ki</w:t>
      </w:r>
    </w:p>
    <w:p>
      <w:pPr>
        <w:jc w:val="right"/>
      </w:pPr>
      <w:r>
        <w:t>وہ اپنی پیور شکل میں محفوظ ہو جائے کہ جو اللہ کا بندہ چاہے جاننا کہ اللہ کی</w:t>
      </w:r>
    </w:p>
    <w:p>
      <w:r>
        <w:rPr>
          <w:b/>
        </w:rPr>
        <w:t xml:space="preserve">[51:14] </w:t>
      </w:r>
      <w:r>
        <w:t>marzi kya hai, woh is ko parh kar jaan le.</w:t>
      </w:r>
    </w:p>
    <w:p>
      <w:pPr>
        <w:jc w:val="right"/>
      </w:pPr>
      <w:r>
        <w:t>مرضی کیا ہے، وہ اس کو پڑھ کر جان لے۔</w:t>
      </w:r>
    </w:p>
    <w:p>
      <w:r>
        <w:rPr>
          <w:b/>
        </w:rPr>
        <w:t xml:space="preserve">[51:18] </w:t>
      </w:r>
      <w:r>
        <w:t>yeh ek peaceful kaam tha, ek non-political kaam tha.</w:t>
      </w:r>
    </w:p>
    <w:p>
      <w:pPr>
        <w:jc w:val="right"/>
      </w:pPr>
      <w:r>
        <w:t>یہ ایک پیس فل کام تھا، ایک نان پولیٹیکل کام تھا۔</w:t>
      </w:r>
    </w:p>
    <w:p>
      <w:r>
        <w:rPr>
          <w:b/>
        </w:rPr>
        <w:t xml:space="preserve">[51:23] </w:t>
      </w:r>
      <w:r>
        <w:t>is ka koi talluq politics se nahi tha.</w:t>
      </w:r>
    </w:p>
    <w:p>
      <w:pPr>
        <w:jc w:val="right"/>
      </w:pPr>
      <w:r>
        <w:t>اس کا کوئی تعلق پولیٹکس سے نہیں تھا۔</w:t>
      </w:r>
    </w:p>
    <w:p>
      <w:r>
        <w:rPr>
          <w:b/>
        </w:rPr>
        <w:t xml:space="preserve">[51:26] </w:t>
      </w:r>
      <w:r>
        <w:t>woh sirf yeh hai ke aap aadmi apni azadi ko kis tarah istemal kare, is ko janne ke</w:t>
      </w:r>
    </w:p>
    <w:p>
      <w:pPr>
        <w:jc w:val="right"/>
      </w:pPr>
      <w:r>
        <w:t>وہ صرف یہ ہے کہ آپ آدمی اپنی آزادی کو کس طرح استعمال کرے، اس کو جاننے کے</w:t>
      </w:r>
    </w:p>
    <w:p>
      <w:r>
        <w:rPr>
          <w:b/>
        </w:rPr>
        <w:t xml:space="preserve">[51:34] </w:t>
      </w:r>
      <w:r>
        <w:t>liye is ko ek authentic text mil jaye.</w:t>
      </w:r>
    </w:p>
    <w:p>
      <w:pPr>
        <w:jc w:val="right"/>
      </w:pPr>
      <w:r>
        <w:t>لیے اس کو ایک اتھینٹک ٹیکسٹ مل جائے۔</w:t>
      </w:r>
    </w:p>
    <w:p>
      <w:r>
        <w:rPr>
          <w:b/>
        </w:rPr>
        <w:t xml:space="preserve">[51:37] </w:t>
      </w:r>
      <w:r>
        <w:t>yeh tha.</w:t>
      </w:r>
    </w:p>
    <w:p>
      <w:pPr>
        <w:jc w:val="right"/>
      </w:pPr>
      <w:r>
        <w:t>یہ تھا۔</w:t>
      </w:r>
    </w:p>
    <w:p>
      <w:r>
        <w:rPr>
          <w:b/>
        </w:rPr>
        <w:t xml:space="preserve">[51:39] </w:t>
      </w:r>
      <w:r>
        <w:t>doosri cheez thi, woh thi supporting element jis ko main ne kaha ke yeh jo cheez hai, is</w:t>
      </w:r>
    </w:p>
    <w:p>
      <w:pPr>
        <w:jc w:val="right"/>
      </w:pPr>
      <w:r>
        <w:t>دوسری چیز تھی، وہ تھی سپورٹنگ ایلیمنٹ جس کو میں نے کہا کہ یہ جو چیز ہے، اس</w:t>
      </w:r>
    </w:p>
    <w:p>
      <w:r>
        <w:rPr>
          <w:b/>
        </w:rPr>
        <w:t xml:space="preserve">[51:46] </w:t>
      </w:r>
      <w:r>
        <w:t>ke liye kuch support karne wali cheezein chahiye.</w:t>
      </w:r>
    </w:p>
    <w:p>
      <w:pPr>
        <w:jc w:val="right"/>
      </w:pPr>
      <w:r>
        <w:t>کے لیے کچھ سپورٹ کرنے والی چیزیں چاہیے۔</w:t>
      </w:r>
    </w:p>
    <w:p>
      <w:r>
        <w:rPr>
          <w:b/>
        </w:rPr>
        <w:t xml:space="preserve">[51:50] </w:t>
      </w:r>
      <w:r>
        <w:t>woh kya? duniya mein azadi ho, duniya mein scientific taraqqi ho, duniya mein communication ho, duniya mein mobility</w:t>
      </w:r>
    </w:p>
    <w:p>
      <w:pPr>
        <w:jc w:val="right"/>
      </w:pPr>
      <w:r>
        <w:t>وہ کیا؟ دنیا میں آزادی ہو، دنیا میں سائنسی ترقی ہو، دنیا میں کمیونیکیشن ہو، دنیا میں موبیلٹی</w:t>
      </w:r>
    </w:p>
    <w:p>
      <w:r>
        <w:rPr>
          <w:b/>
        </w:rPr>
        <w:t xml:space="preserve">[51:58] </w:t>
      </w:r>
      <w:r>
        <w:t>ho, dunya mein yeh mumkin ho ke hum printing press aayen.</w:t>
      </w:r>
    </w:p>
    <w:p>
      <w:pPr>
        <w:jc w:val="right"/>
      </w:pPr>
      <w:r>
        <w:t>ہو، دنیا میں یہ ممکن ہو کہ ہم پرنٹنگ پریس آئیں۔</w:t>
      </w:r>
    </w:p>
    <w:p>
      <w:r>
        <w:rPr>
          <w:b/>
        </w:rPr>
        <w:t xml:space="preserve">[52:02] </w:t>
      </w:r>
      <w:r>
        <w:t>saari woh cheezen wajood mein aayen jis ko le kar ke hum Allah ke paigham ko dunya mein</w:t>
      </w:r>
    </w:p>
    <w:p>
      <w:pPr>
        <w:jc w:val="right"/>
      </w:pPr>
      <w:r>
        <w:t>ساری وہ چیزیں وجود میں آئیں جس کو لے کر کے ہم اللہ کے پیغام کو دنیا میں</w:t>
      </w:r>
    </w:p>
    <w:p>
      <w:r>
        <w:rPr>
          <w:b/>
        </w:rPr>
        <w:t xml:space="preserve">[52:10] </w:t>
      </w:r>
      <w:r>
        <w:t>pohancha saken peaceful tareeqe se.</w:t>
      </w:r>
    </w:p>
    <w:p>
      <w:pPr>
        <w:jc w:val="right"/>
      </w:pPr>
      <w:r>
        <w:t>پہنچا سکیں پیس فل طریقے سے۔</w:t>
      </w:r>
    </w:p>
    <w:p>
      <w:r>
        <w:rPr>
          <w:b/>
        </w:rPr>
        <w:t xml:space="preserve">[52:13] </w:t>
      </w:r>
      <w:r>
        <w:t>to yeh hai supporting element.</w:t>
      </w:r>
    </w:p>
    <w:p>
      <w:pPr>
        <w:jc w:val="right"/>
      </w:pPr>
      <w:r>
        <w:t>تو یہ ہے سپورٹنگ ایلیمنٹ۔</w:t>
      </w:r>
    </w:p>
    <w:p>
      <w:r>
        <w:rPr>
          <w:b/>
        </w:rPr>
        <w:t xml:space="preserve">[52:15] </w:t>
      </w:r>
      <w:r>
        <w:t>to woh jo ayat hai Quran majeed ki, us ayat mein Khuda se muraad hai yani authentic version</w:t>
      </w:r>
    </w:p>
    <w:p>
      <w:pPr>
        <w:jc w:val="right"/>
      </w:pPr>
      <w:r>
        <w:t>تو وہ جو آیت ہے قرآن مجید کی، اس آیت میں خدا سے مراد ہے یعنی اتھینٹک ورژن</w:t>
      </w:r>
    </w:p>
    <w:p>
      <w:r>
        <w:rPr>
          <w:b/>
        </w:rPr>
        <w:t xml:space="preserve">[52:22] </w:t>
      </w:r>
      <w:r>
        <w:t>of Divine Guidance ka preserve ho jana.</w:t>
      </w:r>
    </w:p>
    <w:p>
      <w:pPr>
        <w:jc w:val="right"/>
      </w:pPr>
      <w:r>
        <w:t>آف ڈیوائن گائیڈنس کا پریزرو ہو جانا۔</w:t>
      </w:r>
    </w:p>
    <w:p>
      <w:r>
        <w:rPr>
          <w:b/>
        </w:rPr>
        <w:t xml:space="preserve">[52:25] </w:t>
      </w:r>
      <w:r>
        <w:t>yeh muraad hai, aur woh jo jo izhaar deen jis ko kaha gaya hai, izhaar deen se muraad</w:t>
      </w:r>
    </w:p>
    <w:p>
      <w:pPr>
        <w:jc w:val="right"/>
      </w:pPr>
      <w:r>
        <w:t>یہ مراد ہے، اور وہ جو جو اظہار دین جس کو کہا گیا ہے، اظہار دین سے مراد</w:t>
      </w:r>
    </w:p>
    <w:p>
      <w:r>
        <w:rPr>
          <w:b/>
        </w:rPr>
        <w:t xml:space="preserve">[52:33] </w:t>
      </w:r>
      <w:r>
        <w:t>yeh hai ke dunya mein woh taaqaten khatm hon jinhone azaadi ko abash kar rakha hai taake</w:t>
      </w:r>
    </w:p>
    <w:p>
      <w:pPr>
        <w:jc w:val="right"/>
      </w:pPr>
      <w:r>
        <w:t>یہ ہے کہ دنیا میں وہ طاقتیں ختم ہوں جنہوں نے آزادی کو ابائش کر رکھا ہے تاکہ</w:t>
      </w:r>
    </w:p>
    <w:p>
      <w:r>
        <w:rPr>
          <w:b/>
        </w:rPr>
        <w:t xml:space="preserve">[52:41] </w:t>
      </w:r>
      <w:r>
        <w:t>insaan azaadaana mahaul mein soche, azaadaana mahaul mein apna test de sake, aur phir azaadaana mahaul mein nature</w:t>
      </w:r>
    </w:p>
    <w:p>
      <w:pPr>
        <w:jc w:val="right"/>
      </w:pPr>
      <w:r>
        <w:t>انسان آزادانہ ماحول میں سوچے، آزادانہ ماحول میں اپنا ٹیسٹ دے سکے، اور پھر آزادانہ ماحول میں نیچر</w:t>
      </w:r>
    </w:p>
    <w:p>
      <w:r>
        <w:rPr>
          <w:b/>
        </w:rPr>
        <w:t xml:space="preserve">[52:49] </w:t>
      </w:r>
      <w:r>
        <w:t>ki unfolding ho, aur saari baaten insaan jaanta jaanta sake.</w:t>
      </w:r>
    </w:p>
    <w:p>
      <w:pPr>
        <w:jc w:val="right"/>
      </w:pPr>
      <w:r>
        <w:t>کی انفولڈنگ ہو، اور ساری باتیں انسان جانتا جان سکے۔</w:t>
      </w:r>
    </w:p>
    <w:p>
      <w:r>
        <w:rPr>
          <w:b/>
        </w:rPr>
        <w:t xml:space="preserve">[52:53] </w:t>
      </w:r>
      <w:r>
        <w:t>ab dekhiye ke aaj kal jo musalman shorgul kar rahe hain mukhtalif issues ko le kar ke, aur</w:t>
      </w:r>
    </w:p>
    <w:p>
      <w:pPr>
        <w:jc w:val="right"/>
      </w:pPr>
      <w:r>
        <w:t>اب دیکھیے کہ آج کل جو مسلمان شورگل کر رہے ہیں مختلف ایشوز کو لے کر کے، اور</w:t>
      </w:r>
    </w:p>
    <w:p>
      <w:r>
        <w:rPr>
          <w:b/>
        </w:rPr>
        <w:t xml:space="preserve">[53:01] </w:t>
      </w:r>
      <w:r>
        <w:t>aaj kal to woh issue bana hua hai ke innocence of Muslims wali jo film hai, us ko</w:t>
      </w:r>
    </w:p>
    <w:p>
      <w:pPr>
        <w:jc w:val="right"/>
      </w:pPr>
      <w:r>
        <w:t>آج کل تو وہ ایشو بنا ہوا ہے کہ انوسنس آف مسلمز والی جو فلم ہے، اس کو</w:t>
      </w:r>
    </w:p>
    <w:p>
      <w:r>
        <w:rPr>
          <w:b/>
        </w:rPr>
        <w:t xml:space="preserve">[53:08] </w:t>
      </w:r>
      <w:r>
        <w:t>le kar ke saari dunya hangama hai.</w:t>
      </w:r>
    </w:p>
    <w:p>
      <w:pPr>
        <w:jc w:val="right"/>
      </w:pPr>
      <w:r>
        <w:t>لے کر کے ساری دنیا ہنگامہ ہے۔</w:t>
      </w:r>
    </w:p>
    <w:p>
      <w:r>
        <w:rPr>
          <w:b/>
        </w:rPr>
        <w:t xml:space="preserve">[53:11] </w:t>
      </w:r>
      <w:r>
        <w:t>saari dunya musalman hangama kar rahe hain ke humein freedom of expression nahi chahiye, hum azaadi nahi chahiye</w:t>
      </w:r>
    </w:p>
    <w:p>
      <w:pPr>
        <w:jc w:val="right"/>
      </w:pPr>
      <w:r>
        <w:t>ساری دنیا مسلمان ہنگامہ کر رہے ہیں کہ ہمیں فریڈم آف ایکسپریشن نہیں چاہیے، ہم آزادی نہیں چاہیے</w:t>
      </w:r>
    </w:p>
    <w:p>
      <w:r>
        <w:rPr>
          <w:b/>
        </w:rPr>
        <w:t xml:space="preserve">[53:19] </w:t>
      </w:r>
      <w:r>
        <w:t>jis azaadi se hamare paighambar ko gustakhi ki jaati ho.</w:t>
      </w:r>
    </w:p>
    <w:p>
      <w:pPr>
        <w:jc w:val="right"/>
      </w:pPr>
      <w:r>
        <w:t>جس آزادی سے ہمارے پیغمبر کو گستاخی کی جاتی ہو۔</w:t>
      </w:r>
    </w:p>
    <w:p>
      <w:r>
        <w:rPr>
          <w:b/>
        </w:rPr>
        <w:t xml:space="preserve">[53:23] </w:t>
      </w:r>
      <w:r>
        <w:t>hamein hamein azaadi azaadi nahi chahiye.</w:t>
      </w:r>
    </w:p>
    <w:p>
      <w:pPr>
        <w:jc w:val="right"/>
      </w:pPr>
      <w:r>
        <w:t>ہمیں ہمیں آزادی آزادی نہیں چاہیے۔</w:t>
      </w:r>
    </w:p>
    <w:p>
      <w:r>
        <w:rPr>
          <w:b/>
        </w:rPr>
        <w:t xml:space="preserve">[53:26] </w:t>
      </w:r>
      <w:r>
        <w:t>یہ بالکل ہی یعنی میں اس کو کہوں گا ridiculously wrong ہے۔</w:t>
      </w:r>
    </w:p>
    <w:p>
      <w:pPr>
        <w:jc w:val="right"/>
      </w:pPr>
      <w:r>
        <w:t>یہ بالکل ہی یعنی میں اس کو کہوں گا ریڈوکریسلی رونگ ہے۔</w:t>
      </w:r>
    </w:p>
    <w:p>
      <w:r>
        <w:rPr>
          <w:b/>
        </w:rPr>
        <w:t xml:space="preserve">[53:31] </w:t>
      </w:r>
      <w:r>
        <w:t>yeh mazhab ka khiss had tak galat hai.</w:t>
      </w:r>
    </w:p>
    <w:p>
      <w:pPr>
        <w:jc w:val="right"/>
      </w:pPr>
      <w:r>
        <w:t>یہ مذہب کا خیس حد تک غلطی ہے۔</w:t>
      </w:r>
    </w:p>
    <w:p>
      <w:r>
        <w:rPr>
          <w:b/>
        </w:rPr>
        <w:t xml:space="preserve">[53:34] </w:t>
      </w:r>
      <w:r>
        <w:t>مسلمانوں کا جو اسٹینڈ ہے، یہ that is ridiculously wrong stand.</w:t>
      </w:r>
    </w:p>
    <w:p>
      <w:pPr>
        <w:jc w:val="right"/>
      </w:pPr>
      <w:r>
        <w:t>مسلمانوں کا جو اسٹینڈ ہے، یہ دیٹ از ریڈوکریسلی رونگ اسٹینڈ۔</w:t>
      </w:r>
    </w:p>
    <w:p>
      <w:r>
        <w:rPr>
          <w:b/>
        </w:rPr>
        <w:t xml:space="preserve">[53:39] </w:t>
      </w:r>
      <w:r>
        <w:t>stand mazhab ka khiss had tak galat stand hai.</w:t>
      </w:r>
    </w:p>
    <w:p>
      <w:pPr>
        <w:jc w:val="right"/>
      </w:pPr>
      <w:r>
        <w:t>اسٹینڈ مذہب کا خیس حد تک غلط اسٹینڈ ہے۔</w:t>
      </w:r>
    </w:p>
    <w:p>
      <w:r>
        <w:rPr>
          <w:b/>
        </w:rPr>
        <w:t xml:space="preserve">[53:43] </w:t>
      </w:r>
      <w:r>
        <w:t>kyun? is liye ke Allah kis ke khilaaf hai? musalmanon ka yeh stand Allah ki scheme ke khilaaf</w:t>
      </w:r>
    </w:p>
    <w:p>
      <w:pPr>
        <w:jc w:val="right"/>
      </w:pPr>
      <w:r>
        <w:t>کیوں؟ اس لیے کہ اللہ کس کے خلاف ہے؟ مسلمانوں کا یہ اسٹینڈ اللہ کی سکیم کے خلاف</w:t>
      </w:r>
    </w:p>
    <w:p>
      <w:r>
        <w:rPr>
          <w:b/>
        </w:rPr>
        <w:t xml:space="preserve">[53:51] </w:t>
      </w:r>
      <w:r>
        <w:t>hai.</w:t>
      </w:r>
    </w:p>
    <w:p>
      <w:pPr>
        <w:jc w:val="right"/>
      </w:pPr>
      <w:r>
        <w:t>ہے۔</w:t>
      </w:r>
    </w:p>
    <w:p>
      <w:r>
        <w:rPr>
          <w:b/>
        </w:rPr>
        <w:t xml:space="preserve">[53:52] </w:t>
      </w:r>
      <w:r>
        <w:t>dekhen, jab azaadi aaye gi to koi misuse bhi kare ga.</w:t>
      </w:r>
    </w:p>
    <w:p>
      <w:pPr>
        <w:jc w:val="right"/>
      </w:pPr>
      <w:r>
        <w:t>دیکھیں، جب آزادی آئے گی تو کوئی مس یوز بھی کرے گا۔</w:t>
      </w:r>
    </w:p>
    <w:p>
      <w:r>
        <w:rPr>
          <w:b/>
        </w:rPr>
        <w:t xml:space="preserve">[53:57] </w:t>
      </w:r>
      <w:r>
        <w:t>to yeh yeh jo jis ko musalman keh rahe hain ke is ka aakhri rasool, woh kya hai?</w:t>
      </w:r>
    </w:p>
    <w:p>
      <w:pPr>
        <w:jc w:val="right"/>
      </w:pPr>
      <w:r>
        <w:t>تو یہ یہ جو جس کو مسلمان کہہ رہے ہیں کہ اس کا آخری رسول، وہ کیا ہے؟</w:t>
      </w:r>
    </w:p>
    <w:p>
      <w:r>
        <w:rPr>
          <w:b/>
        </w:rPr>
        <w:t xml:space="preserve">[54:05] </w:t>
      </w:r>
      <w:r>
        <w:t>woh azaadi ko misuse karna hai.</w:t>
      </w:r>
    </w:p>
    <w:p>
      <w:pPr>
        <w:jc w:val="right"/>
      </w:pPr>
      <w:r>
        <w:t>وہ آزادی کو مس یوز کرنا ہے۔</w:t>
      </w:r>
    </w:p>
    <w:p>
      <w:r>
        <w:rPr>
          <w:b/>
        </w:rPr>
        <w:t xml:space="preserve">[54:08] </w:t>
      </w:r>
      <w:r>
        <w:t>woh bhi hoga, woh bhi hoga.</w:t>
      </w:r>
    </w:p>
    <w:p>
      <w:pPr>
        <w:jc w:val="right"/>
      </w:pPr>
      <w:r>
        <w:t>وہ بھی ہوگا، وہ بھی ہوگا۔</w:t>
      </w:r>
    </w:p>
    <w:p>
      <w:r>
        <w:rPr>
          <w:b/>
        </w:rPr>
        <w:t xml:space="preserve">[54:11] </w:t>
      </w:r>
      <w:r>
        <w:t>Allah taala yeh nahi karne wala hai ke azaadi ko abash kar de sirf is liye ke log</w:t>
      </w:r>
    </w:p>
    <w:p>
      <w:pPr>
        <w:jc w:val="right"/>
      </w:pPr>
      <w:r>
        <w:t>اللہ تعالیٰ یہ نہیں کرنے والا ہے کہ آزادی کو ابالش کر دے صرف اس لیے کہ لوگ</w:t>
      </w:r>
    </w:p>
    <w:p>
      <w:r>
        <w:rPr>
          <w:b/>
        </w:rPr>
        <w:t xml:space="preserve">[54:18] </w:t>
      </w:r>
      <w:r>
        <w:t>misuse karen ge.</w:t>
      </w:r>
    </w:p>
    <w:p>
      <w:pPr>
        <w:jc w:val="right"/>
      </w:pPr>
      <w:r>
        <w:t>مس یوز کریں گے۔</w:t>
      </w:r>
    </w:p>
    <w:p>
      <w:r>
        <w:rPr>
          <w:b/>
        </w:rPr>
        <w:t xml:space="preserve">[54:20] </w:t>
      </w:r>
      <w:r>
        <w:t>yeh nahi karne wala hai.</w:t>
      </w:r>
    </w:p>
    <w:p>
      <w:pPr>
        <w:jc w:val="right"/>
      </w:pPr>
      <w:r>
        <w:t>یہ نہیں کرنے والا ہے۔</w:t>
      </w:r>
    </w:p>
    <w:p>
      <w:r>
        <w:rPr>
          <w:b/>
        </w:rPr>
        <w:t xml:space="preserve">[54:22] </w:t>
      </w:r>
      <w:r>
        <w:t>allah ta'ala qayamat se pehle misuse karta hai to koi kare, koi proper use karta hai to</w:t>
      </w:r>
    </w:p>
    <w:p>
      <w:pPr>
        <w:jc w:val="right"/>
      </w:pPr>
      <w:r>
        <w:t>اللہ تعالیٰ قیامت سے پہلے مس یوز کرتا ہے تو کوئی کرے، کوئی پراپر یوز کرتا ہے تو</w:t>
      </w:r>
    </w:p>
    <w:p>
      <w:r>
        <w:rPr>
          <w:b/>
        </w:rPr>
        <w:t xml:space="preserve">[54:30] </w:t>
      </w:r>
      <w:r>
        <w:t>theek hai.</w:t>
      </w:r>
    </w:p>
    <w:p>
      <w:pPr>
        <w:jc w:val="right"/>
      </w:pPr>
      <w:r>
        <w:t>ٹھیک ہے۔</w:t>
      </w:r>
    </w:p>
    <w:p>
      <w:r>
        <w:rPr>
          <w:b/>
        </w:rPr>
        <w:t xml:space="preserve">[54:31] </w:t>
      </w:r>
      <w:r>
        <w:t>to koi agar misuse kar raha hai to allah ki di hui azadi ki bina par mis</w:t>
      </w:r>
    </w:p>
    <w:p>
      <w:pPr>
        <w:jc w:val="right"/>
      </w:pPr>
      <w:r>
        <w:t>تو کوئی اگر مس یوز کر رہا ہے تو اللہ کی دی ہوئی آزادی کی بنا پر مس</w:t>
      </w:r>
    </w:p>
    <w:p>
      <w:r>
        <w:rPr>
          <w:b/>
        </w:rPr>
        <w:t xml:space="preserve">[54:39] </w:t>
      </w:r>
      <w:r>
        <w:t>use kar raha hai.</w:t>
      </w:r>
    </w:p>
    <w:p>
      <w:pPr>
        <w:jc w:val="right"/>
      </w:pPr>
      <w:r>
        <w:t>یوز کر رہا ہے۔</w:t>
      </w:r>
    </w:p>
    <w:p>
      <w:r>
        <w:rPr>
          <w:b/>
        </w:rPr>
        <w:t xml:space="preserve">[54:41] </w:t>
      </w:r>
      <w:r>
        <w:t>to jis cheez ko musalman kehte hain rasool allah ke shan mein gustakhi, woh gustakhi nahi hai.</w:t>
      </w:r>
    </w:p>
    <w:p>
      <w:pPr>
        <w:jc w:val="right"/>
      </w:pPr>
      <w:r>
        <w:t>تو جس چیز کو مسلمان کہتے ہیں رسول اللہ کے شان میں گستاخی، وہ گستاخی نہیں ہے۔</w:t>
      </w:r>
    </w:p>
    <w:p>
      <w:r>
        <w:rPr>
          <w:b/>
        </w:rPr>
        <w:t xml:space="preserve">[54:48] </w:t>
      </w:r>
      <w:r>
        <w:t>woh azadi ka misuse karna hai, aur jo allah ke creation plan ki wajah se hai, kisi</w:t>
      </w:r>
    </w:p>
    <w:p>
      <w:pPr>
        <w:jc w:val="right"/>
      </w:pPr>
      <w:r>
        <w:t>وہ آزادی کا مس یوز کرنا ہے، اور جو اللہ کے کریشن پلان کی وجہ سے ہے، کسی</w:t>
      </w:r>
    </w:p>
    <w:p>
      <w:r>
        <w:rPr>
          <w:b/>
        </w:rPr>
        <w:t xml:space="preserve">[54:56] </w:t>
      </w:r>
      <w:r>
        <w:t>aur wajah se nahi hai.</w:t>
      </w:r>
    </w:p>
    <w:p>
      <w:pPr>
        <w:jc w:val="right"/>
      </w:pPr>
      <w:r>
        <w:t>اور وجہ سے نہیں ہے۔</w:t>
      </w:r>
    </w:p>
    <w:p>
      <w:r>
        <w:rPr>
          <w:b/>
        </w:rPr>
        <w:t xml:space="preserve">[54:58] </w:t>
      </w:r>
      <w:r>
        <w:t>is mein na koi conspiracy hai, na koi sazish hai, na koi dushmani hai kisi ki.</w:t>
      </w:r>
    </w:p>
    <w:p>
      <w:pPr>
        <w:jc w:val="right"/>
      </w:pPr>
      <w:r>
        <w:t>اس میں نہ کوئی کانسپریسی ہے، نہ کوئی سازش ہے، نہ کوئی دشمنی ہے کسی کی۔</w:t>
      </w:r>
    </w:p>
    <w:p>
      <w:r>
        <w:rPr>
          <w:b/>
        </w:rPr>
        <w:t xml:space="preserve">[55:05] </w:t>
      </w:r>
      <w:r>
        <w:t>yeh sab kuch bhi nahi hai.</w:t>
      </w:r>
    </w:p>
    <w:p>
      <w:pPr>
        <w:jc w:val="right"/>
      </w:pPr>
      <w:r>
        <w:t>یہ سب کچھ بھی نہیں ہے۔</w:t>
      </w:r>
    </w:p>
    <w:p>
      <w:r>
        <w:rPr>
          <w:b/>
        </w:rPr>
        <w:t xml:space="preserve">[55:07] </w:t>
      </w:r>
      <w:r>
        <w:t>yeh jo musalman samajhte hain ke sazishain ho rahi hain, dushmaniyan ho rahi hain, islam ko mitane ki</w:t>
      </w:r>
    </w:p>
    <w:p>
      <w:pPr>
        <w:jc w:val="right"/>
      </w:pPr>
      <w:r>
        <w:t>یہ جو مسلمان سمجھتے ہیں کہ سازشیں ہو رہی ہیں، دشمنیاں ہو رہی ہیں، اسلام کو مٹانے کی</w:t>
      </w:r>
    </w:p>
    <w:p>
      <w:r>
        <w:rPr>
          <w:b/>
        </w:rPr>
        <w:t xml:space="preserve">[55:15] </w:t>
      </w:r>
      <w:r>
        <w:t>ki mansoobe ban rahi hain, yeh sab bilkul galat baat hai.</w:t>
      </w:r>
    </w:p>
    <w:p>
      <w:pPr>
        <w:jc w:val="right"/>
      </w:pPr>
      <w:r>
        <w:t>کی منصوبے بن رہی ہیں، یہ سب بالکل غلط بات ہے۔</w:t>
      </w:r>
    </w:p>
    <w:p>
      <w:r>
        <w:rPr>
          <w:b/>
        </w:rPr>
        <w:t xml:space="preserve">[55:20] </w:t>
      </w:r>
      <w:r>
        <w:t>yeh sab bilkul galat baat hai.</w:t>
      </w:r>
    </w:p>
    <w:p>
      <w:pPr>
        <w:jc w:val="right"/>
      </w:pPr>
      <w:r>
        <w:t>یہ سب بالکل غلط بات ہے۔</w:t>
      </w:r>
    </w:p>
    <w:p>
      <w:r>
        <w:rPr>
          <w:b/>
        </w:rPr>
        <w:t xml:space="preserve">[55:22] </w:t>
      </w:r>
      <w:r>
        <w:t>saare musalman, ek ek billion musalman mil kar koshish karein, tab bhi woh khuda ki scheme ko khatam</w:t>
      </w:r>
    </w:p>
    <w:p>
      <w:pPr>
        <w:jc w:val="right"/>
      </w:pPr>
      <w:r>
        <w:t>سارے مسلمان، ایک ایک بلین مسلمان مل کر کوشش کریں، تب بھی وہ خدا کی سکیم کو ختم</w:t>
      </w:r>
    </w:p>
    <w:p>
      <w:r>
        <w:rPr>
          <w:b/>
        </w:rPr>
        <w:t xml:space="preserve">[55:30] </w:t>
      </w:r>
      <w:r>
        <w:t>nahi kar sakte, jaisa ke ab tak khatam nahi kar sake.</w:t>
      </w:r>
    </w:p>
    <w:p>
      <w:pPr>
        <w:jc w:val="right"/>
      </w:pPr>
      <w:r>
        <w:t>نہیں کر سکتے، جیسا کہ اب تک ختم نہیں کر سکے۔</w:t>
      </w:r>
    </w:p>
    <w:p>
      <w:r>
        <w:rPr>
          <w:b/>
        </w:rPr>
        <w:t xml:space="preserve">[55:35] </w:t>
      </w:r>
      <w:r>
        <w:t>you cant abuse the freedom.</w:t>
      </w:r>
    </w:p>
    <w:p>
      <w:pPr>
        <w:jc w:val="right"/>
      </w:pPr>
      <w:r>
        <w:t>یو کانٹ ابائس دا فریڈم۔</w:t>
      </w:r>
    </w:p>
    <w:p>
      <w:r>
        <w:rPr>
          <w:b/>
        </w:rPr>
        <w:t xml:space="preserve">[55:37] </w:t>
      </w:r>
      <w:r>
        <w:t>yeh use impossible hai.</w:t>
      </w:r>
    </w:p>
    <w:p>
      <w:pPr>
        <w:jc w:val="right"/>
      </w:pPr>
      <w:r>
        <w:t>یہ اسے امپاسیبل ہے۔</w:t>
      </w:r>
    </w:p>
    <w:p>
      <w:r>
        <w:rPr>
          <w:b/>
        </w:rPr>
        <w:t xml:space="preserve">[55:39] </w:t>
      </w:r>
      <w:r>
        <w:t>jab aap freedom ko abuse nahi kar sakte to misuse bhi baqi rahega.</w:t>
      </w:r>
    </w:p>
    <w:p>
      <w:pPr>
        <w:jc w:val="right"/>
      </w:pPr>
      <w:r>
        <w:t>جب آپ فریڈم کو ابائس نہیں کر سکتے تو مسوز بھی باقی رہے گا۔</w:t>
      </w:r>
    </w:p>
    <w:p>
      <w:r>
        <w:rPr>
          <w:b/>
        </w:rPr>
        <w:t xml:space="preserve">[55:45] </w:t>
      </w:r>
      <w:r>
        <w:t>to aap ko chahiye ke yeh option galat, yeh yeh option galat rakha le rakha hai aap ne</w:t>
      </w:r>
    </w:p>
    <w:p>
      <w:pPr>
        <w:jc w:val="right"/>
      </w:pPr>
      <w:r>
        <w:t>تو آپ کو چاہیے کہ یہ آپشن غلط، یہ یہ آپشن غلط رکھا لے رکھا ہے آپ نے</w:t>
      </w:r>
    </w:p>
    <w:p>
      <w:r>
        <w:rPr>
          <w:b/>
        </w:rPr>
        <w:t xml:space="preserve">[55:52] </w:t>
      </w:r>
      <w:r>
        <w:t>ke aap chahte hain ke log misuse na karein.</w:t>
      </w:r>
    </w:p>
    <w:p>
      <w:pPr>
        <w:jc w:val="right"/>
      </w:pPr>
      <w:r>
        <w:t>کہ آپ چاہتے ہیں کہ لوگ مس یوز نہ کریں۔</w:t>
      </w:r>
    </w:p>
    <w:p>
      <w:r>
        <w:rPr>
          <w:b/>
        </w:rPr>
        <w:t xml:space="preserve">[55:57] </w:t>
      </w:r>
      <w:r>
        <w:t>nahi, in ko misuse karna hai to karne dijiye.</w:t>
      </w:r>
    </w:p>
    <w:p>
      <w:pPr>
        <w:jc w:val="right"/>
      </w:pPr>
      <w:r>
        <w:t>نہیں، ان کو مس یوز کرنا ہے تو کرنے دیجیے۔</w:t>
      </w:r>
    </w:p>
    <w:p>
      <w:r>
        <w:rPr>
          <w:b/>
        </w:rPr>
        <w:t xml:space="preserve">[56:01] </w:t>
      </w:r>
      <w:r>
        <w:t>aap tablegh kijiye, dawat pahunchaiye, in ko islam ki baatein pahunchaiye.</w:t>
      </w:r>
    </w:p>
    <w:p>
      <w:pPr>
        <w:jc w:val="right"/>
      </w:pPr>
      <w:r>
        <w:t>آپ تبلیغ کیجئے، دعوت پہنچائیے، ان کو اسلام کی باتیں پہنچائیے۔</w:t>
      </w:r>
    </w:p>
    <w:p>
      <w:r>
        <w:rPr>
          <w:b/>
        </w:rPr>
        <w:t xml:space="preserve">[56:06] </w:t>
      </w:r>
      <w:r>
        <w:t>abhi dekhein, hamare saathi gaye thay germany, wahan ke wahan ke book fair mein to literature le kar</w:t>
      </w:r>
    </w:p>
    <w:p>
      <w:pPr>
        <w:jc w:val="right"/>
      </w:pPr>
      <w:r>
        <w:t>ابھی دیکھیں، ہمارے ساتھی گئے تھے جرمنی، وہاں کے وہاں کے بک فیر میں تو لٹریچر لے کر</w:t>
      </w:r>
    </w:p>
    <w:p>
      <w:r>
        <w:rPr>
          <w:b/>
        </w:rPr>
        <w:t xml:space="preserve">[56:13] </w:t>
      </w:r>
      <w:r>
        <w:t>ke.</w:t>
      </w:r>
    </w:p>
    <w:p>
      <w:pPr>
        <w:jc w:val="right"/>
      </w:pPr>
      <w:r>
        <w:t>کے۔</w:t>
      </w:r>
    </w:p>
    <w:p>
      <w:r>
        <w:rPr>
          <w:b/>
        </w:rPr>
        <w:t xml:space="preserve">[56:15] </w:t>
      </w:r>
      <w:r>
        <w:t>wahan jitne log mile, sab ne bohat hi is ko pasand kiya ke peaceful version islam ka</w:t>
      </w:r>
    </w:p>
    <w:p>
      <w:pPr>
        <w:jc w:val="right"/>
      </w:pPr>
      <w:r>
        <w:t>وہاں جتنے لوگ ملے، سب نے بہت ہی اس کو پسند کیا کہ پیس فل ورژن اسلام کا</w:t>
      </w:r>
    </w:p>
    <w:p>
      <w:r>
        <w:rPr>
          <w:b/>
        </w:rPr>
        <w:t xml:space="preserve">[56:23] </w:t>
      </w:r>
      <w:r>
        <w:t>jo hai, yeh yeh to hum chahtay hain.</w:t>
      </w:r>
    </w:p>
    <w:p>
      <w:pPr>
        <w:jc w:val="right"/>
      </w:pPr>
      <w:r>
        <w:t>جو ہے، یہ یہ تو ہم چاہتے ہیں۔</w:t>
      </w:r>
    </w:p>
    <w:p>
      <w:r>
        <w:rPr>
          <w:b/>
        </w:rPr>
        <w:t xml:space="preserve">[56:26] </w:t>
      </w:r>
      <w:r>
        <w:t>to logon ke logon ke andar nai soch aai, logon ko naya naya dhung se sochne ka moqa</w:t>
      </w:r>
    </w:p>
    <w:p>
      <w:pPr>
        <w:jc w:val="right"/>
      </w:pPr>
      <w:r>
        <w:t>تو لوگوں کے لوگوں کے اندر نئی سوچ آئی، لوگوں کو نیا نیا ڈھنگ سے سوچنے کا موقع</w:t>
      </w:r>
    </w:p>
    <w:p>
      <w:r>
        <w:rPr>
          <w:b/>
        </w:rPr>
        <w:t xml:space="preserve">[56:34] </w:t>
      </w:r>
      <w:r>
        <w:t>mila.</w:t>
      </w:r>
    </w:p>
    <w:p>
      <w:pPr>
        <w:jc w:val="right"/>
      </w:pPr>
      <w:r>
        <w:t>ملا۔</w:t>
      </w:r>
    </w:p>
    <w:p>
      <w:r>
        <w:rPr>
          <w:b/>
        </w:rPr>
        <w:t xml:space="preserve">[56:35] </w:t>
      </w:r>
      <w:r>
        <w:t>to karne ka kaam yeh nahi hai ke aap aap yeh chahen ke log misuse na karen.</w:t>
      </w:r>
    </w:p>
    <w:p>
      <w:pPr>
        <w:jc w:val="right"/>
      </w:pPr>
      <w:r>
        <w:t>تو کرنے کا کام یہ نہیں ہے کہ آپ آپ یہ چاہیں کہ لوگ مس یوز نہ کریں۔</w:t>
      </w:r>
    </w:p>
    <w:p>
      <w:r>
        <w:rPr>
          <w:b/>
        </w:rPr>
        <w:t xml:space="preserve">[56:43] </w:t>
      </w:r>
      <w:r>
        <w:t>karne ka kaam yeh hai ke aap aap Islam ka paigham pohnchaiye, Allah ki jo jo aap ke</w:t>
      </w:r>
    </w:p>
    <w:p>
      <w:pPr>
        <w:jc w:val="right"/>
      </w:pPr>
      <w:r>
        <w:t>کرنے کا کام یہ ہے کہ آپ آپ اسلام کا پیغام پہنچائیے، اللہ کی جو جو آپ کے</w:t>
      </w:r>
    </w:p>
    <w:p>
      <w:r>
        <w:rPr>
          <w:b/>
        </w:rPr>
        <w:t xml:space="preserve">[56:51] </w:t>
      </w:r>
      <w:r>
        <w:t>paas dawat hai, us ko pohnchaiye, jo Allah ka kalam hai, us ko pohnchaiye, Quran ko har zaban</w:t>
      </w:r>
    </w:p>
    <w:p>
      <w:pPr>
        <w:jc w:val="right"/>
      </w:pPr>
      <w:r>
        <w:t>پاس دعوت ہے، اس کو پہنچائیے، جو اللہ کا کلام ہے، اس کو پہنچائیے، قرآن کو ہر زبان</w:t>
      </w:r>
    </w:p>
    <w:p>
      <w:r>
        <w:rPr>
          <w:b/>
        </w:rPr>
        <w:t xml:space="preserve">[56:58] </w:t>
      </w:r>
      <w:r>
        <w:t>mein tarjuma kar ke pohnchaiye.</w:t>
      </w:r>
    </w:p>
    <w:p>
      <w:pPr>
        <w:jc w:val="right"/>
      </w:pPr>
      <w:r>
        <w:t>میں ترجمہ کر کے پہنچائیے۔</w:t>
      </w:r>
    </w:p>
    <w:p>
      <w:r>
        <w:rPr>
          <w:b/>
        </w:rPr>
        <w:t xml:space="preserve">[57:01] </w:t>
      </w:r>
      <w:r>
        <w:t>jitni yani Arabi zaban to sab log samajh nahi sakte, yeh mumkin nahi hai ke sab log Arabi</w:t>
      </w:r>
    </w:p>
    <w:p>
      <w:pPr>
        <w:jc w:val="right"/>
      </w:pPr>
      <w:r>
        <w:t>جتنی یعنی عربی زبان تو سب لوگ سمجھ نہیں سکتے، یہ ممکن نہیں ہے کہ سب لوگ عربی</w:t>
      </w:r>
    </w:p>
    <w:p>
      <w:r>
        <w:rPr>
          <w:b/>
        </w:rPr>
        <w:t xml:space="preserve">[57:08] </w:t>
      </w:r>
      <w:r>
        <w:t>parhen.</w:t>
      </w:r>
    </w:p>
    <w:p>
      <w:pPr>
        <w:jc w:val="right"/>
      </w:pPr>
      <w:r>
        <w:t>پڑھیں۔</w:t>
      </w:r>
    </w:p>
    <w:p>
      <w:r>
        <w:rPr>
          <w:b/>
        </w:rPr>
        <w:t xml:space="preserve">[57:10] </w:t>
      </w:r>
      <w:r>
        <w:t>to aap ko har zaban mein Quran ka tarjuma unhen pohnchana chahiye taake jaane ke Allah kya chahta</w:t>
      </w:r>
    </w:p>
    <w:p>
      <w:pPr>
        <w:jc w:val="right"/>
      </w:pPr>
      <w:r>
        <w:t>تو آپ کو ہر زبان میں قرآن کا ترجمہ انہیں پہنچانا چاہیے تاکہ جانے کہ اللہ کیا چاہتا</w:t>
      </w:r>
    </w:p>
    <w:p>
      <w:r>
        <w:rPr>
          <w:b/>
        </w:rPr>
        <w:t xml:space="preserve">[57:18] </w:t>
      </w:r>
      <w:r>
        <w:t>hai aap se.</w:t>
      </w:r>
    </w:p>
    <w:p>
      <w:pPr>
        <w:jc w:val="right"/>
      </w:pPr>
      <w:r>
        <w:t>ہے آپ سے۔</w:t>
      </w:r>
    </w:p>
    <w:p>
      <w:r>
        <w:rPr>
          <w:b/>
        </w:rPr>
        <w:t xml:space="preserve">[57:19] </w:t>
      </w:r>
      <w:r>
        <w:t>to yeh galat option aap musalmanon ne likha.</w:t>
      </w:r>
    </w:p>
    <w:p>
      <w:pPr>
        <w:jc w:val="right"/>
      </w:pPr>
      <w:r>
        <w:t>تو یہ غلط آپشن آپ مسلمانوں نے لکھا۔</w:t>
      </w:r>
    </w:p>
    <w:p>
      <w:r>
        <w:rPr>
          <w:b/>
        </w:rPr>
        <w:t xml:space="preserve">[57:22] </w:t>
      </w:r>
      <w:r>
        <w:t>آپشن یہ آپشن غلط ہے کہ آپ misuse of misuse misuse of freedom کو</w:t>
      </w:r>
    </w:p>
    <w:p>
      <w:pPr>
        <w:jc w:val="right"/>
      </w:pPr>
      <w:r>
        <w:t>آپشن یہ آپشن غلط ہے کہ آپ مس یوز آف آف مس یوز مس یوز آف فریڈم کو</w:t>
      </w:r>
    </w:p>
    <w:p>
      <w:r>
        <w:rPr>
          <w:b/>
        </w:rPr>
        <w:t xml:space="preserve">[57:30] </w:t>
      </w:r>
      <w:r>
        <w:t>khatam karna chahtay hain.</w:t>
      </w:r>
    </w:p>
    <w:p>
      <w:pPr>
        <w:jc w:val="right"/>
      </w:pPr>
      <w:r>
        <w:t>ختم کرنا چاہتے ہیں۔</w:t>
      </w:r>
    </w:p>
    <w:p>
      <w:r>
        <w:rPr>
          <w:b/>
        </w:rPr>
        <w:t xml:space="preserve">[57:32] </w:t>
      </w:r>
      <w:r>
        <w:t>nahi, aap ka option yeh hona chahiye ke aap logon ko Allah ki guidance faraham karen, har zaban</w:t>
      </w:r>
    </w:p>
    <w:p>
      <w:pPr>
        <w:jc w:val="right"/>
      </w:pPr>
      <w:r>
        <w:t>نہیں، آپ کا آپشن یہ ہونا چاہیے کہ آپ لوگوں کو اللہ کی گائیڈنس فراہم کریں، ہر زبان</w:t>
      </w:r>
    </w:p>
    <w:p>
      <w:r>
        <w:rPr>
          <w:b/>
        </w:rPr>
        <w:t xml:space="preserve">[57:40] </w:t>
      </w:r>
      <w:r>
        <w:t>mein, har zaban mein logon ko batayen ke Allah kya chahta hai.</w:t>
      </w:r>
    </w:p>
    <w:p>
      <w:pPr>
        <w:jc w:val="right"/>
      </w:pPr>
      <w:r>
        <w:t>میں، ہر زبان میں لوگوں کو بتائیں کہ اللہ کیا چاہتا ہے۔</w:t>
      </w:r>
    </w:p>
    <w:p>
      <w:r>
        <w:rPr>
          <w:b/>
        </w:rPr>
        <w:t xml:space="preserve">[57:45] </w:t>
      </w:r>
      <w:r>
        <w:t>to Quran ke pohnchaiye, Rasool Allah ki seerat ko pohnchaiye, hadith ko pohnchaiye, kitab literature ko pohnchaiye.</w:t>
      </w:r>
    </w:p>
    <w:p>
      <w:pPr>
        <w:jc w:val="right"/>
      </w:pPr>
      <w:r>
        <w:t>تو قرآن کے پہنچائیں، رسول اللہ کی سیرت کو پہنچائیں، حدیث کو پہنچائیں، کتاب لٹریچر کو پہنچائیں۔</w:t>
      </w:r>
    </w:p>
    <w:p>
      <w:r>
        <w:rPr>
          <w:b/>
        </w:rPr>
        <w:t xml:space="preserve">[57:52] </w:t>
      </w:r>
      <w:r>
        <w:t>yeh yeh hai.</w:t>
      </w:r>
    </w:p>
    <w:p>
      <w:pPr>
        <w:jc w:val="right"/>
      </w:pPr>
      <w:r>
        <w:t>یہ یہ ہے۔</w:t>
      </w:r>
    </w:p>
    <w:p>
      <w:r>
        <w:rPr>
          <w:b/>
        </w:rPr>
        <w:t xml:space="preserve">[57:54] </w:t>
      </w:r>
      <w:r>
        <w:t>to basic baat yeh hai ke is dunya mein hum hum aik aisi dunya mein hain jo hum</w:t>
      </w:r>
    </w:p>
    <w:p>
      <w:pPr>
        <w:jc w:val="right"/>
      </w:pPr>
      <w:r>
        <w:t>تو بیسک بات یہ ہے کہ اس دنیا میں ہم ہم ایک ایسی دنیا میں ہیں جو ہم</w:t>
      </w:r>
    </w:p>
    <w:p>
      <w:r>
        <w:rPr>
          <w:b/>
        </w:rPr>
        <w:t xml:space="preserve">[58:01] </w:t>
      </w:r>
      <w:r>
        <w:t>ne khud nahi banaya hai.</w:t>
      </w:r>
    </w:p>
    <w:p>
      <w:pPr>
        <w:jc w:val="right"/>
      </w:pPr>
      <w:r>
        <w:t>نے خود نہیں بنایا ہے۔</w:t>
      </w:r>
    </w:p>
    <w:p>
      <w:r>
        <w:rPr>
          <w:b/>
        </w:rPr>
        <w:t xml:space="preserve">[58:03] </w:t>
      </w:r>
      <w:r>
        <w:t>yeh dunya ko hum ne create nahi kiya hai.</w:t>
      </w:r>
    </w:p>
    <w:p>
      <w:pPr>
        <w:jc w:val="right"/>
      </w:pPr>
      <w:r>
        <w:t>یہ دنیا کو ہم نے کریٹ نہیں کیا ہے۔</w:t>
      </w:r>
    </w:p>
    <w:p>
      <w:r>
        <w:rPr>
          <w:b/>
        </w:rPr>
        <w:t xml:space="preserve">[58:07] </w:t>
      </w:r>
      <w:r>
        <w:t>agar hum chahen ke dunya ko apne apne marzi ke mutabiq chalayen to impossible hai.</w:t>
      </w:r>
    </w:p>
    <w:p>
      <w:pPr>
        <w:jc w:val="right"/>
      </w:pPr>
      <w:r>
        <w:t>اگر ہم چاہیں کہ دنیا کو اپنے اپنے مرضی کے مطابق چلائیں تو امپاسیبل ہے۔</w:t>
      </w:r>
    </w:p>
    <w:p>
      <w:r>
        <w:rPr>
          <w:b/>
        </w:rPr>
        <w:t xml:space="preserve">[58:14] </w:t>
      </w:r>
      <w:r>
        <w:t>woh Khuda chale, dunya chale ke is naqshay par jo Khuda ne is ko banaya hai, hamare naqshay</w:t>
      </w:r>
    </w:p>
    <w:p>
      <w:pPr>
        <w:jc w:val="right"/>
      </w:pPr>
      <w:r>
        <w:t>وہ خدا چلے، دنیا چلے کہ اس نقشے پر جو خدا نے اس کو بنایا ہے، ہمارے نقشے</w:t>
      </w:r>
    </w:p>
    <w:p>
      <w:r>
        <w:rPr>
          <w:b/>
        </w:rPr>
        <w:t xml:space="preserve">[58:21] </w:t>
      </w:r>
      <w:r>
        <w:t>par nahi chal sakti dunya.</w:t>
      </w:r>
    </w:p>
    <w:p>
      <w:pPr>
        <w:jc w:val="right"/>
      </w:pPr>
      <w:r>
        <w:t>پر نہیں چل سکتی دنیا۔</w:t>
      </w:r>
    </w:p>
    <w:p>
      <w:r>
        <w:rPr>
          <w:b/>
        </w:rPr>
        <w:t xml:space="preserve">[58:24] </w:t>
      </w:r>
      <w:r>
        <w:t>to Allah ne dunya walon ko azadi di hai, woh azadi baqi rahe gi qayamat tak.</w:t>
      </w:r>
    </w:p>
    <w:p>
      <w:pPr>
        <w:jc w:val="right"/>
      </w:pPr>
      <w:r>
        <w:t>تو اللہ نے دنیا والوں کو آزادی دی ہے، وہ آزادی باقی رہے گی قیامت تک۔</w:t>
      </w:r>
    </w:p>
    <w:p>
      <w:r>
        <w:rPr>
          <w:b/>
        </w:rPr>
        <w:t xml:space="preserve">[58:30] </w:t>
      </w:r>
      <w:r>
        <w:t>woh woh misuse karen ge, tab bhi Khuda un ko un ko pakre ga nahi qayamat se</w:t>
      </w:r>
    </w:p>
    <w:p>
      <w:pPr>
        <w:jc w:val="right"/>
      </w:pPr>
      <w:r>
        <w:t>وہ وہ مس یوز کریں گے، تب بھی خدا ان کو ان کو پکڑے گا نہیں قیامت سے</w:t>
      </w:r>
    </w:p>
    <w:p>
      <w:r>
        <w:rPr>
          <w:b/>
        </w:rPr>
        <w:t xml:space="preserve">[58:38] </w:t>
      </w:r>
      <w:r>
        <w:t>pehlay.</w:t>
      </w:r>
    </w:p>
    <w:p>
      <w:pPr>
        <w:jc w:val="right"/>
      </w:pPr>
      <w:r>
        <w:t>پہلے۔</w:t>
      </w:r>
    </w:p>
    <w:p>
      <w:r>
        <w:rPr>
          <w:b/>
        </w:rPr>
        <w:t xml:space="preserve">[58:40] </w:t>
      </w:r>
      <w:r>
        <w:t>Allah ki pakar qayamat mein zahir hogi.</w:t>
      </w:r>
    </w:p>
    <w:p>
      <w:pPr>
        <w:jc w:val="right"/>
      </w:pPr>
      <w:r>
        <w:t>اللہ کی پکڑ قیامت میں ظاہر ہوگی۔</w:t>
      </w:r>
    </w:p>
    <w:p>
      <w:r>
        <w:rPr>
          <w:b/>
        </w:rPr>
        <w:t xml:space="preserve">[58:43] </w:t>
      </w:r>
      <w:r>
        <w:t>to musalmanon ko sahi option yeh hai ke woh dawat o tablegh ka kaam karein, bajaye is ke</w:t>
      </w:r>
    </w:p>
    <w:p>
      <w:pPr>
        <w:jc w:val="right"/>
      </w:pPr>
      <w:r>
        <w:t>تو مسلمانوں کو صحیح آپشن یہ ہے کہ وہ دعوت و تبلیغ کا کام کریں، بجائے اس کے</w:t>
      </w:r>
    </w:p>
    <w:p>
      <w:r>
        <w:rPr>
          <w:b/>
        </w:rPr>
        <w:t xml:space="preserve">[58:50] </w:t>
      </w:r>
      <w:r>
        <w:t>ke protest karein.</w:t>
      </w:r>
    </w:p>
    <w:p>
      <w:pPr>
        <w:jc w:val="right"/>
      </w:pPr>
      <w:r>
        <w:t>کہ پروٹیسٹ کریں۔</w:t>
      </w:r>
    </w:p>
    <w:p>
      <w:r>
        <w:rPr>
          <w:b/>
        </w:rPr>
        <w:t xml:space="preserve">[58:52] </w:t>
      </w:r>
      <w:r>
        <w:t>protest galat option hai, dawat sahi option hai.</w:t>
      </w:r>
    </w:p>
    <w:p>
      <w:pPr>
        <w:jc w:val="right"/>
      </w:pPr>
      <w:r>
        <w:t>پروٹیسٹ غلط آپشن ہے، دعوت صحیح آپشن ہے۔</w:t>
      </w:r>
    </w:p>
    <w:p>
      <w:r>
        <w:rPr>
          <w:b/>
        </w:rPr>
        <w:t xml:space="preserve">[58:55] </w:t>
      </w:r>
      <w:r>
        <w:t>saara khulasa meri baat ka yeh hai ke is waqt musalmanon ne saari duniya mein jo option le</w:t>
      </w:r>
    </w:p>
    <w:p>
      <w:pPr>
        <w:jc w:val="right"/>
      </w:pPr>
      <w:r>
        <w:t>سارا خلاصہ میری بات کا یہ ہے کہ اس وقت مسلمانوں نے ساری دنیا میں جو آپشن لے</w:t>
      </w:r>
    </w:p>
    <w:p>
      <w:r>
        <w:rPr>
          <w:b/>
        </w:rPr>
        <w:t xml:space="preserve">[59:03] </w:t>
      </w:r>
      <w:r>
        <w:t>rakha hai, woh protest ka option hai.</w:t>
      </w:r>
    </w:p>
    <w:p>
      <w:pPr>
        <w:jc w:val="right"/>
      </w:pPr>
      <w:r>
        <w:t>رکھا ہے، وہ پروٹیسٹ کا آپشن ہے۔</w:t>
      </w:r>
    </w:p>
    <w:p>
      <w:r>
        <w:rPr>
          <w:b/>
        </w:rPr>
        <w:t xml:space="preserve">[59:06] </w:t>
      </w:r>
      <w:r>
        <w:t>woh option hai hi nahi, is ki koi feasibility nahi hai, woh work nahi karega.</w:t>
      </w:r>
    </w:p>
    <w:p>
      <w:pPr>
        <w:jc w:val="right"/>
      </w:pPr>
      <w:r>
        <w:t>وہ آپشن ہے ہی نہیں، اس کی کوئی فیزیبلٹی نہیں ہے، وہ ورک نہیں کرے گا۔</w:t>
      </w:r>
    </w:p>
    <w:p>
      <w:r>
        <w:rPr>
          <w:b/>
        </w:rPr>
        <w:t xml:space="preserve">[59:13] </w:t>
      </w:r>
      <w:r>
        <w:t>woh to hamein jo option lena hai, woh dawat ka option hai, yani Allah ki baat ko insanon</w:t>
      </w:r>
    </w:p>
    <w:p>
      <w:pPr>
        <w:jc w:val="right"/>
      </w:pPr>
      <w:r>
        <w:t>وہ تو ہمیں جو آپشن لینا ہے، وہ دعوت کا آپشن ہے، یعنی اللہ کی بات کو انسانوں</w:t>
      </w:r>
    </w:p>
    <w:p>
      <w:r>
        <w:rPr>
          <w:b/>
        </w:rPr>
        <w:t xml:space="preserve">[59:21] </w:t>
      </w:r>
      <w:r>
        <w:t>tak pahunchana.</w:t>
      </w:r>
    </w:p>
    <w:p>
      <w:pPr>
        <w:jc w:val="right"/>
      </w:pPr>
      <w:r>
        <w:t>تک پہنچانا۔</w:t>
      </w:r>
    </w:p>
    <w:p>
      <w:r>
        <w:rPr>
          <w:b/>
        </w:rPr>
        <w:t xml:space="preserve">[59:22] </w:t>
      </w:r>
      <w:r>
        <w:t>yeh yeh yeh option hamein lena hai.</w:t>
      </w:r>
    </w:p>
    <w:p>
      <w:pPr>
        <w:jc w:val="right"/>
      </w:pPr>
      <w:r>
        <w:t>یہ یہ یہ آپشن ہمیں لینا ہے۔</w:t>
      </w:r>
    </w:p>
    <w:p>
      <w:r>
        <w:rPr>
          <w:b/>
        </w:rPr>
        <w:t xml:space="preserve">[59:25] </w:t>
      </w:r>
      <w:r>
        <w:t>to apne aap apne aap option ko durust kijiye, bajaye is ke ke doosron ko aap kahein ke tum</w:t>
      </w:r>
    </w:p>
    <w:p>
      <w:pPr>
        <w:jc w:val="right"/>
      </w:pPr>
      <w:r>
        <w:t>تو اپنے آپ اپنے آپشن کو درست کیجئے، بجائے اس کے کہ دوسروں کو آپ کہیں کہ تم</w:t>
      </w:r>
    </w:p>
    <w:p>
      <w:r>
        <w:rPr>
          <w:b/>
        </w:rPr>
        <w:t xml:space="preserve">[59:33] </w:t>
      </w:r>
      <w:r>
        <w:t>durust karo.</w:t>
      </w:r>
    </w:p>
    <w:p>
      <w:pPr>
        <w:jc w:val="right"/>
      </w:pPr>
      <w:r>
        <w:t>درست کرو۔</w:t>
      </w:r>
    </w:p>
    <w:p>
      <w:r>
        <w:rPr>
          <w:b/>
        </w:rPr>
        <w:t xml:space="preserve">[59:34] </w:t>
      </w:r>
      <w:r>
        <w:t>doosra durust nahi karne wala hai.</w:t>
      </w:r>
    </w:p>
    <w:p>
      <w:pPr>
        <w:jc w:val="right"/>
      </w:pPr>
      <w:r>
        <w:t>دوسرا درست نہیں کرنے والا ہے۔</w:t>
      </w:r>
    </w:p>
    <w:p>
      <w:r>
        <w:rPr>
          <w:b/>
        </w:rPr>
        <w:t xml:space="preserve">[59:37] </w:t>
      </w:r>
      <w:r>
        <w:t>doosra to Allah ki di hui azadi ko istemal karega, chahe galat ya sahi.</w:t>
      </w:r>
    </w:p>
    <w:p>
      <w:pPr>
        <w:jc w:val="right"/>
      </w:pPr>
      <w:r>
        <w:t>دوسرا تو اللہ کی دی ہوئی آزادی کو استعمال کرے گا، چاہے غلط یا صحیح۔</w:t>
      </w:r>
    </w:p>
    <w:p>
      <w:r>
        <w:rPr>
          <w:b/>
        </w:rPr>
        <w:t xml:space="preserve">[59:43] </w:t>
      </w:r>
      <w:r>
        <w:t>Allah cheen sakta hai to cheenna cheen sakta hai, lekin Allah ka faisla yeh hai ke woh qayamat</w:t>
      </w:r>
    </w:p>
    <w:p>
      <w:pPr>
        <w:jc w:val="right"/>
      </w:pPr>
      <w:r>
        <w:t>اللہ چھین سکتا ہے تو چھیننا چھین سکتا ہے، لیکن اللہ کا فیصلہ یہ ہے کہ وہ قیامت</w:t>
      </w:r>
    </w:p>
    <w:p>
      <w:r>
        <w:rPr>
          <w:b/>
        </w:rPr>
        <w:t xml:space="preserve">[59:51] </w:t>
      </w:r>
      <w:r>
        <w:t>se pehle kisi ki azadi nahi chehega.</w:t>
      </w:r>
    </w:p>
    <w:p>
      <w:pPr>
        <w:jc w:val="right"/>
      </w:pPr>
      <w:r>
        <w:t>سے پہلے کسی کی آزادی نہیں چھینے گا۔</w:t>
      </w:r>
    </w:p>
    <w:p>
      <w:r>
        <w:rPr>
          <w:b/>
        </w:rPr>
        <w:t xml:space="preserve">[59:54] </w:t>
      </w:r>
      <w:r>
        <w:t>qayamat se pehle Allah kisi ki azadi nahi chehne wala hai.</w:t>
      </w:r>
    </w:p>
    <w:p>
      <w:pPr>
        <w:jc w:val="right"/>
      </w:pPr>
      <w:r>
        <w:t>قیامت سے پہلے اللہ کسی کی آزادی نہیں چھیننے والا ہے۔</w:t>
      </w:r>
    </w:p>
    <w:p>
      <w:r>
        <w:rPr>
          <w:b/>
        </w:rPr>
        <w:t xml:space="preserve">[59:59] </w:t>
      </w:r>
      <w:r>
        <w:t>to aap kaise cheen sakte hain? to yeh Allah ke domain mein dakhil hona chahte hain.</w:t>
      </w:r>
    </w:p>
    <w:p>
      <w:pPr>
        <w:jc w:val="right"/>
      </w:pPr>
      <w:r>
        <w:t>تو آپ کیسے چھین سکتے ہیں؟ تو یہ اللہ کے ڈومین میں داخل ہونا چاہتے ہیں۔</w:t>
      </w:r>
    </w:p>
    <w:p>
      <w:r>
        <w:rPr>
          <w:b/>
        </w:rPr>
        <w:t xml:space="preserve">[1:00:06] </w:t>
      </w:r>
      <w:r>
        <w:t>yeh log jo chahte hain ke log azadi ko sahi azadi ko apni pasand ke mutabiq istemal na</w:t>
      </w:r>
    </w:p>
    <w:p>
      <w:pPr>
        <w:jc w:val="right"/>
      </w:pPr>
      <w:r>
        <w:t>یہ لوگ جو چاہتے ہیں کہ لوگ آزادی کو صحیح آزادی کو اپنی پسند کے مطابق استعمال نہ</w:t>
      </w:r>
    </w:p>
    <w:p>
      <w:r>
        <w:rPr>
          <w:b/>
        </w:rPr>
        <w:t xml:space="preserve">[1:00:14] </w:t>
      </w:r>
      <w:r>
        <w:t>karein, yeh aap Allah ke domain mein dakhil ho rahe hain, jo mumkin nahi hai.</w:t>
      </w:r>
    </w:p>
    <w:p>
      <w:pPr>
        <w:jc w:val="right"/>
      </w:pPr>
      <w:r>
        <w:t>کریں، یہ آپ اللہ کے ڈومین میں داخل ہو رہے ہیں، جو ممکن نہیں ہے۔</w:t>
      </w:r>
    </w:p>
    <w:p>
      <w:r>
        <w:rPr>
          <w:b/>
        </w:rPr>
        <w:t xml:space="preserve">[1:00:20] </w:t>
      </w:r>
      <w:r>
        <w:t>meri dua hai ke Allah taala hum ko aur aap ko sahi rasta dikhaye aur aakhirat mein hamein</w:t>
      </w:r>
    </w:p>
    <w:p>
      <w:pPr>
        <w:jc w:val="right"/>
      </w:pPr>
      <w:r>
        <w:t>میری دعا ہے کہ اللہ تعالیٰ ہم کو اور آپ کو صحیح راستہ دکھائے اور آخرت میں ہمیں</w:t>
      </w:r>
    </w:p>
    <w:p>
      <w:r>
        <w:rPr>
          <w:b/>
        </w:rPr>
        <w:t xml:space="preserve">[1:00:28] </w:t>
      </w:r>
      <w:r>
        <w:t>jannat naseeb kare.</w:t>
      </w:r>
    </w:p>
    <w:p>
      <w:pPr>
        <w:jc w:val="right"/>
      </w:pPr>
      <w:r>
        <w:t>جنت نصیب کرے۔</w:t>
      </w:r>
    </w:p>
    <w:p>
      <w:r>
        <w:rPr>
          <w:b/>
        </w:rPr>
        <w:t xml:space="preserve">[1:00:29] </w:t>
      </w:r>
      <w:r>
        <w:t>aqool qooli haza wastaghfirullah lahu al-ilmi ajmaeen.</w:t>
      </w:r>
    </w:p>
    <w:p>
      <w:pPr>
        <w:jc w:val="right"/>
      </w:pPr>
      <w:r>
        <w:t>اقول قولی ھذا واستغفراللہ لہ العلم اجمعین۔</w:t>
      </w:r>
    </w:p>
    <w:p>
      <w:r>
        <w:rPr>
          <w:b/>
        </w:rPr>
        <w:t xml:space="preserve">[1:00:32] </w:t>
      </w:r>
      <w:r>
        <w:t>تو okay, we'll be starting with the question answer session now.</w:t>
      </w:r>
    </w:p>
    <w:p>
      <w:pPr>
        <w:jc w:val="right"/>
      </w:pPr>
      <w:r>
        <w:t>تو اوکے، ویل بی سٹارٹنگ ود دی کوئسچن انسر سیشن ناو۔</w:t>
      </w:r>
    </w:p>
    <w:p>
      <w:r>
        <w:rPr>
          <w:b/>
        </w:rPr>
        <w:t xml:space="preserve">[1:00:37] </w:t>
      </w:r>
      <w:r>
        <w:t>All the online viewers are requested to send their questions on info@cpsglobal.</w:t>
      </w:r>
    </w:p>
    <w:p>
      <w:pPr>
        <w:jc w:val="right"/>
      </w:pPr>
      <w:r>
        <w:t>ال دی ان لائن ویوورز ار ریکویسٹڈ ٹو سینڈ دیر کوئسچنز ان انفو ایٹ سی پی ایس گلوبل</w:t>
      </w:r>
    </w:p>
    <w:p>
      <w:r>
        <w:rPr>
          <w:b/>
        </w:rPr>
        <w:t xml:space="preserve">[1:00:45] </w:t>
      </w:r>
      <w:r>
        <w:t>dot org.</w:t>
      </w:r>
    </w:p>
    <w:p>
      <w:pPr>
        <w:jc w:val="right"/>
      </w:pPr>
      <w:r>
        <w:t>ڈاٹ او آر جی۔</w:t>
      </w:r>
    </w:p>
    <w:p>
      <w:r>
        <w:rPr>
          <w:b/>
        </w:rPr>
        <w:t xml:space="preserve">[1:00:46] </w:t>
      </w:r>
      <w:r>
        <w:t>I repeat, info@cpsglobal.org.</w:t>
      </w:r>
    </w:p>
    <w:p>
      <w:pPr>
        <w:jc w:val="right"/>
      </w:pPr>
      <w:r>
        <w:t>ائی ریپیٹ، انفو ایٹ سی پی ایس گلوبل ڈاٹ او آر جی۔</w:t>
      </w:r>
    </w:p>
    <w:p>
      <w:r>
        <w:rPr>
          <w:b/>
        </w:rPr>
        <w:t xml:space="preserve">[1:00:52] </w:t>
      </w:r>
      <w:r>
        <w:t>maulana, yeh sawal aaya hai karachi pakistan se miss saira lateef ka.</w:t>
      </w:r>
    </w:p>
    <w:p>
      <w:pPr>
        <w:jc w:val="right"/>
      </w:pPr>
      <w:r>
        <w:t>مولانا، یہ سوال آیا ہے کراچی پاکستان سے مس سائرہ لطیف کا۔</w:t>
      </w:r>
    </w:p>
    <w:p>
      <w:r>
        <w:rPr>
          <w:b/>
        </w:rPr>
        <w:t xml:space="preserve">[1:00:57] </w:t>
      </w:r>
      <w:r>
        <w:t>unhon ne likha hai: "aap kehte hain ke murtad ki saza qatl nahi hai, jabke ek hadith mein</w:t>
      </w:r>
    </w:p>
    <w:p>
      <w:pPr>
        <w:jc w:val="right"/>
      </w:pPr>
      <w:r>
        <w:t>انہوں نے لکھا ہے: "آپ کہتے ہیں کہ مرتد کی سزا قتل نہیں ہے، جبکہ ایک حدیث میں</w:t>
      </w:r>
    </w:p>
    <w:p>
      <w:r>
        <w:rPr>
          <w:b/>
        </w:rPr>
        <w:t xml:space="preserve">[1:01:04] </w:t>
      </w:r>
      <w:r>
        <w:t>aaya hai ke jo koi apne deen ko badal dale to use qatl kar do." maulana sahib, phir</w:t>
      </w:r>
    </w:p>
    <w:p>
      <w:pPr>
        <w:jc w:val="right"/>
      </w:pPr>
      <w:r>
        <w:t>آیا ہے کہ جو کوئی اپنے دین کو بدل ڈالے تو اسے قتل کر دو۔" مولانا صاحب، پھر</w:t>
      </w:r>
    </w:p>
    <w:p>
      <w:r>
        <w:rPr>
          <w:b/>
        </w:rPr>
        <w:t xml:space="preserve">[1:01:12] </w:t>
      </w:r>
      <w:r>
        <w:t>is hadith ka matlab kya hai? is ke bare mein bataein.</w:t>
      </w:r>
    </w:p>
    <w:p>
      <w:pPr>
        <w:jc w:val="right"/>
      </w:pPr>
      <w:r>
        <w:t>اس حدیث کا مطلب کیا ہے؟ اس کے بارے میں بتائیں۔</w:t>
      </w:r>
    </w:p>
    <w:p>
      <w:r>
        <w:rPr>
          <w:b/>
        </w:rPr>
        <w:t xml:space="preserve">[1:01:17] </w:t>
      </w:r>
      <w:r>
        <w:t>haan, dekhiye, meri kitab hai, is ka naam hai "hikmat-e-islam".</w:t>
      </w:r>
    </w:p>
    <w:p>
      <w:pPr>
        <w:jc w:val="right"/>
      </w:pPr>
      <w:r>
        <w:t>ہاں، دیکھیے، میری کتاب ہے، اس کا نام ہے "حکمت اسلام"۔</w:t>
      </w:r>
    </w:p>
    <w:p>
      <w:r>
        <w:rPr>
          <w:b/>
        </w:rPr>
        <w:t xml:space="preserve">[1:01:22] </w:t>
      </w:r>
      <w:r>
        <w:t>to is mein maine is maamle mein, yaani jis ko kaha jata hai "ijtehad ki saza", is</w:t>
      </w:r>
    </w:p>
    <w:p>
      <w:pPr>
        <w:jc w:val="right"/>
      </w:pPr>
      <w:r>
        <w:t>تو اس میں میں نے اس معاملے میں، یعنی جس کو کہا جاتا ہے "اجتہاد کی سزا"، اس</w:t>
      </w:r>
    </w:p>
    <w:p>
      <w:r>
        <w:rPr>
          <w:b/>
        </w:rPr>
        <w:t xml:space="preserve">[1:01:29] </w:t>
      </w:r>
      <w:r>
        <w:t>ke maamle mein 30 safhe ka ek ek chapter likha hai, thirty page ka.</w:t>
      </w:r>
    </w:p>
    <w:p>
      <w:pPr>
        <w:jc w:val="right"/>
      </w:pPr>
      <w:r>
        <w:t>کے معاملے میں 30 صفحے کا ایک ایک چیپٹر لکھا ہے، تھرٹی پیج کا۔</w:t>
      </w:r>
    </w:p>
    <w:p>
      <w:r>
        <w:rPr>
          <w:b/>
        </w:rPr>
        <w:t xml:space="preserve">[1:01:35] </w:t>
      </w:r>
      <w:r>
        <w:t>to aap is kitab ko parhiye, is mein is thirty page ko parhiye, is mein is hadith ko</w:t>
      </w:r>
    </w:p>
    <w:p>
      <w:pPr>
        <w:jc w:val="right"/>
      </w:pPr>
      <w:r>
        <w:t>تو آپ اس کتاب کو پڑھیے، اس میں اس تھرٹی پیج کو پڑھیے، اس میں اس حدیث کو</w:t>
      </w:r>
    </w:p>
    <w:p>
      <w:r>
        <w:rPr>
          <w:b/>
        </w:rPr>
        <w:t xml:space="preserve">[1:01:43] </w:t>
      </w:r>
      <w:r>
        <w:t>maine baqayda le kar ke is par guftagu ki hai, is ka tajziya kiya hai.</w:t>
      </w:r>
    </w:p>
    <w:p>
      <w:pPr>
        <w:jc w:val="right"/>
      </w:pPr>
      <w:r>
        <w:t>میں نے باقاعدہ لے کر کے اس پر گفتگو کی ہے، اس کا تجزیہ کیا ہے۔</w:t>
      </w:r>
    </w:p>
    <w:p>
      <w:r>
        <w:rPr>
          <w:b/>
        </w:rPr>
        <w:t xml:space="preserve">[1:01:50] </w:t>
      </w:r>
      <w:r>
        <w:t>is ko pehle parhiye, is ke baad bhi agar aap ishkāl baqi rahe to aap dobara ek sawal</w:t>
      </w:r>
    </w:p>
    <w:p>
      <w:pPr>
        <w:jc w:val="right"/>
      </w:pPr>
      <w:r>
        <w:t>اس کو پہلے پڑھیے، اس کے بعد بھی اگر آپ اشکال باقی رہے تو آپ دوبارہ ایک سوال</w:t>
      </w:r>
    </w:p>
    <w:p>
      <w:r>
        <w:rPr>
          <w:b/>
        </w:rPr>
        <w:t xml:space="preserve">[1:01:58] </w:t>
      </w:r>
      <w:r>
        <w:t>kar sakte hain.</w:t>
      </w:r>
    </w:p>
    <w:p>
      <w:pPr>
        <w:jc w:val="right"/>
      </w:pPr>
      <w:r>
        <w:t>کر سکتے ہیں۔</w:t>
      </w:r>
    </w:p>
    <w:p>
      <w:r>
        <w:rPr>
          <w:b/>
        </w:rPr>
        <w:t xml:space="preserve">[1:01:59] </w:t>
      </w:r>
      <w:r>
        <w:t>filhal main yahi kahunga ke aap "hikmat-e-islam" ke is bab ko parhiye jis ka unwan</w:t>
      </w:r>
    </w:p>
    <w:p>
      <w:pPr>
        <w:jc w:val="right"/>
      </w:pPr>
      <w:r>
        <w:t>فی الحال میں یہی کہوں گا کہ آپ "حکمت اسلام" کے اس باب کو پڑھیے جس کا عنوان</w:t>
      </w:r>
    </w:p>
    <w:p>
      <w:r>
        <w:rPr>
          <w:b/>
        </w:rPr>
        <w:t xml:space="preserve">[1:02:07] </w:t>
      </w:r>
      <w:r>
        <w:t>hai "irtidad ki saza".</w:t>
      </w:r>
    </w:p>
    <w:p>
      <w:pPr>
        <w:jc w:val="right"/>
      </w:pPr>
      <w:r>
        <w:t>ہے "ارتداد کی سزا"۔</w:t>
      </w:r>
    </w:p>
    <w:p>
      <w:r>
        <w:rPr>
          <w:b/>
        </w:rPr>
        <w:t xml:space="preserve">[1:02:09] </w:t>
      </w:r>
      <w:r>
        <w:t>kya tha unwan? kya hai? "murtad aur irtidad".</w:t>
      </w:r>
    </w:p>
    <w:p>
      <w:pPr>
        <w:jc w:val="right"/>
      </w:pPr>
      <w:r>
        <w:t>کیا تھا عنوان؟ کیا ہے؟ "مرتد اور ارتداد"۔</w:t>
      </w:r>
    </w:p>
    <w:p>
      <w:r>
        <w:rPr>
          <w:b/>
        </w:rPr>
        <w:t xml:space="preserve">[1:02:12] </w:t>
      </w:r>
      <w:r>
        <w:t>hain "murtad aur irtidad".</w:t>
      </w:r>
    </w:p>
    <w:p>
      <w:pPr>
        <w:jc w:val="right"/>
      </w:pPr>
      <w:r>
        <w:t>ہیں "مرتد اور ارتداد"۔</w:t>
      </w:r>
    </w:p>
    <w:p>
      <w:r>
        <w:rPr>
          <w:b/>
        </w:rPr>
        <w:t xml:space="preserve">[1:02:14] </w:t>
      </w:r>
      <w:r>
        <w:t>"murtad aur irtidad" yeh hai is ka unwan.</w:t>
      </w:r>
    </w:p>
    <w:p>
      <w:pPr>
        <w:jc w:val="right"/>
      </w:pPr>
      <w:r>
        <w:t>"مرتد اور ارتداد" یہ ہے اس کا عنوان۔</w:t>
      </w:r>
    </w:p>
    <w:p>
      <w:r>
        <w:rPr>
          <w:b/>
        </w:rPr>
        <w:t xml:space="preserve">[1:02:17] </w:t>
      </w:r>
      <w:r>
        <w:t>maulana, agla sawal bhi karachi pakistan se hai abdul lateef sahib ka.</w:t>
      </w:r>
    </w:p>
    <w:p>
      <w:pPr>
        <w:jc w:val="right"/>
      </w:pPr>
      <w:r>
        <w:t>مولانا، اگلا سوال بھی کراچی پاکستان سے ہے عبداللطیف صاحب کا۔</w:t>
      </w:r>
    </w:p>
    <w:p>
      <w:r>
        <w:rPr>
          <w:b/>
        </w:rPr>
        <w:t xml:space="preserve">[1:02:22] </w:t>
      </w:r>
      <w:r>
        <w:t>unhon ne likha hai: "maulana sahib, is maadi daur mein ek insaan apne aap ko hiras se kis</w:t>
      </w:r>
    </w:p>
    <w:p>
      <w:pPr>
        <w:jc w:val="right"/>
      </w:pPr>
      <w:r>
        <w:t>انہوں نے لکھا ہے: "مولانا صاحب، اس مادی دور میں ایک انسان اپنے آپ کو حرص سے کس</w:t>
      </w:r>
    </w:p>
    <w:p>
      <w:r>
        <w:rPr>
          <w:b/>
        </w:rPr>
        <w:t xml:space="preserve">[1:02:30] </w:t>
      </w:r>
      <w:r>
        <w:t>tarah bachaye? kyunke aaj insaan ki zaroorat zaroorat itni zyada ho chuki hai ke qana'at wali zindagi guzarna</w:t>
      </w:r>
    </w:p>
    <w:p>
      <w:pPr>
        <w:jc w:val="right"/>
      </w:pPr>
      <w:r>
        <w:t>طرح بچائے؟ کیونکہ آج انسان کی ضرورت ضرورت اتنی زیادہ ہو چکی ہے کہ قناعت والی زندگی گزارنا</w:t>
      </w:r>
    </w:p>
    <w:p>
      <w:r>
        <w:rPr>
          <w:b/>
        </w:rPr>
        <w:t xml:space="preserve">[1:02:37] </w:t>
      </w:r>
      <w:r>
        <w:t>mushkil ho gaya hai." is ke bare mein bataein.</w:t>
      </w:r>
    </w:p>
    <w:p>
      <w:pPr>
        <w:jc w:val="right"/>
      </w:pPr>
      <w:r>
        <w:t>مشکل ہو گیا ہے۔" اس کے بارے میں بتائیں۔</w:t>
      </w:r>
    </w:p>
    <w:p>
      <w:r>
        <w:rPr>
          <w:b/>
        </w:rPr>
        <w:t xml:space="preserve">[1:02:41] </w:t>
      </w:r>
      <w:r>
        <w:t>main samajhta hoon ke hiras se bachane ke liye sirf yeh hai ke aap apni aql ko istemal</w:t>
      </w:r>
    </w:p>
    <w:p>
      <w:pPr>
        <w:jc w:val="right"/>
      </w:pPr>
      <w:r>
        <w:t>میں سمجھتا ہوں کہ حرص سے بچانے کے لیے صرف یہ ہے کہ آپ اپنی عقل کو استعمال</w:t>
      </w:r>
    </w:p>
    <w:p>
      <w:r>
        <w:rPr>
          <w:b/>
        </w:rPr>
        <w:t xml:space="preserve">[1:02:49] </w:t>
      </w:r>
      <w:r>
        <w:t>karein, aql ko istemal karein.</w:t>
      </w:r>
    </w:p>
    <w:p>
      <w:pPr>
        <w:jc w:val="right"/>
      </w:pPr>
      <w:r>
        <w:t>کریں، عقل کو استعمال کریں۔</w:t>
      </w:r>
    </w:p>
    <w:p>
      <w:r>
        <w:rPr>
          <w:b/>
        </w:rPr>
        <w:t xml:space="preserve">[1:02:51] </w:t>
      </w:r>
      <w:r>
        <w:t>abhi dekhiye, aaj kal khabron mein aa rahi hain "kingfisher airline" ke bare mein.</w:t>
      </w:r>
    </w:p>
    <w:p>
      <w:pPr>
        <w:jc w:val="right"/>
      </w:pPr>
      <w:r>
        <w:t>ابھی دیکھیے، آج کل خبروں میں آ رہی ہیں "کنگ فشر ایئر لائن" کے بارے میں۔</w:t>
      </w:r>
    </w:p>
    <w:p>
      <w:r>
        <w:rPr>
          <w:b/>
        </w:rPr>
        <w:t xml:space="preserve">[1:02:58] </w:t>
      </w:r>
      <w:r>
        <w:t>bahut zyada badhaya aur kaam ko unhon ne, yaani hiras ko apni akhirat tak pahuncha diya.</w:t>
      </w:r>
    </w:p>
    <w:p>
      <w:pPr>
        <w:jc w:val="right"/>
      </w:pPr>
      <w:r>
        <w:t>بہت زیادہ بڑھایا اور کام کو انہوں نے، یعنی حرص کو اپنی آخرت تک پہنچا دیا۔</w:t>
      </w:r>
    </w:p>
    <w:p>
      <w:r>
        <w:rPr>
          <w:b/>
        </w:rPr>
        <w:t xml:space="preserve">[1:03:05] </w:t>
      </w:r>
      <w:r>
        <w:t>natija kya hua? ke bilkul dham se gir gaye.</w:t>
      </w:r>
    </w:p>
    <w:p>
      <w:pPr>
        <w:jc w:val="right"/>
      </w:pPr>
      <w:r>
        <w:t>نتیجہ کیا ہوا؟ کہ بالکل ڈھام سے گر گئے۔</w:t>
      </w:r>
    </w:p>
    <w:p>
      <w:r>
        <w:rPr>
          <w:b/>
        </w:rPr>
        <w:t xml:space="preserve">[1:03:09] </w:t>
      </w:r>
      <w:r>
        <w:t>aap khabron mein parhte honge, tafseel ki zaroorat nahi hai batane ki.</w:t>
      </w:r>
    </w:p>
    <w:p>
      <w:pPr>
        <w:jc w:val="right"/>
      </w:pPr>
      <w:r>
        <w:t>آپ خبروں میں پڑھتے ہوں گے، تفصیل کی ضرورت نہیں ہے بتانے کی۔</w:t>
      </w:r>
    </w:p>
    <w:p>
      <w:r>
        <w:rPr>
          <w:b/>
        </w:rPr>
        <w:t xml:space="preserve">[1:03:14] </w:t>
      </w:r>
      <w:r>
        <w:t>aise waqeat rozana hote rehte hain.</w:t>
      </w:r>
    </w:p>
    <w:p>
      <w:pPr>
        <w:jc w:val="right"/>
      </w:pPr>
      <w:r>
        <w:t>ایسے واقعات روزانہ ہوتے رہتے ہیں۔</w:t>
      </w:r>
    </w:p>
    <w:p>
      <w:r>
        <w:rPr>
          <w:b/>
        </w:rPr>
        <w:t xml:space="preserve">[1:03:17] </w:t>
      </w:r>
      <w:r>
        <w:t>yani hirs mein aakhir mein kya hai? frustration.</w:t>
      </w:r>
    </w:p>
    <w:p>
      <w:pPr>
        <w:jc w:val="right"/>
      </w:pPr>
      <w:r>
        <w:t>یعنی حرص میں آخر میں کیا ہے؟ فرسٹریشن۔</w:t>
      </w:r>
    </w:p>
    <w:p>
      <w:r>
        <w:rPr>
          <w:b/>
        </w:rPr>
        <w:t xml:space="preserve">[1:03:20] </w:t>
      </w:r>
      <w:r>
        <w:t>qanaat mein kya hai? sukoon, itminan.</w:t>
      </w:r>
    </w:p>
    <w:p>
      <w:pPr>
        <w:jc w:val="right"/>
      </w:pPr>
      <w:r>
        <w:t>قناعت میں کیا ہے؟ سکون، اطمینان۔</w:t>
      </w:r>
    </w:p>
    <w:p>
      <w:r>
        <w:rPr>
          <w:b/>
        </w:rPr>
        <w:t xml:space="preserve">[1:03:23] </w:t>
      </w:r>
      <w:r>
        <w:t>to natije ko dekh kar faisla kijiye ke hirs mein aadmi ko sukoon milta hai ya qanaat mein</w:t>
      </w:r>
    </w:p>
    <w:p>
      <w:pPr>
        <w:jc w:val="right"/>
      </w:pPr>
      <w:r>
        <w:t>تو نتیجے کو دیکھ کر فیصلہ کیجئے کہ حرص میں آدمی کو سکون ملتا ہے یا قناعت میں</w:t>
      </w:r>
    </w:p>
    <w:p>
      <w:r>
        <w:rPr>
          <w:b/>
        </w:rPr>
        <w:t xml:space="preserve">[1:03:30] </w:t>
      </w:r>
      <w:r>
        <w:t>milta hai.</w:t>
      </w:r>
    </w:p>
    <w:p>
      <w:pPr>
        <w:jc w:val="right"/>
      </w:pPr>
      <w:r>
        <w:t>ملتا ہے۔</w:t>
      </w:r>
    </w:p>
    <w:p>
      <w:r>
        <w:rPr>
          <w:b/>
        </w:rPr>
        <w:t xml:space="preserve">[1:03:32] </w:t>
      </w:r>
      <w:r>
        <w:t>jitne log hirs mein daudte hain, yani takathur ka rasta ikhtiyar karte hain, aakhir mein unke hisse</w:t>
      </w:r>
    </w:p>
    <w:p>
      <w:pPr>
        <w:jc w:val="right"/>
      </w:pPr>
      <w:r>
        <w:t>جتنے لوگ حرص میں دوڑتے ہیں، یعنی تکاثر کا راستہ اختیار کرتے ہیں، آخر میں ان کے حصے</w:t>
      </w:r>
    </w:p>
    <w:p>
      <w:r>
        <w:rPr>
          <w:b/>
        </w:rPr>
        <w:t xml:space="preserve">[1:03:40] </w:t>
      </w:r>
      <w:r>
        <w:t>mein sawab, first side ka kuch bhi nahi aata.</w:t>
      </w:r>
    </w:p>
    <w:p>
      <w:pPr>
        <w:jc w:val="right"/>
      </w:pPr>
      <w:r>
        <w:t>میں ثواب، فرسٹ سائیڈ کا کچھ بھی نہیں آتا۔</w:t>
      </w:r>
    </w:p>
    <w:p>
      <w:r>
        <w:rPr>
          <w:b/>
        </w:rPr>
        <w:t xml:space="preserve">[1:03:43] </w:t>
      </w:r>
      <w:r>
        <w:t>kitne log to khud khushi kar lete hain.</w:t>
      </w:r>
    </w:p>
    <w:p>
      <w:pPr>
        <w:jc w:val="right"/>
      </w:pPr>
      <w:r>
        <w:t>کتنے لوگ تو خود خوشی کر لیتے ہیں۔</w:t>
      </w:r>
    </w:p>
    <w:p>
      <w:r>
        <w:rPr>
          <w:b/>
        </w:rPr>
        <w:t xml:space="preserve">[1:03:47] </w:t>
      </w:r>
      <w:r>
        <w:t>to asal cheez yeh hai ke natije ko, natije ko samne le kar log nahi sochte.</w:t>
      </w:r>
    </w:p>
    <w:p>
      <w:pPr>
        <w:jc w:val="right"/>
      </w:pPr>
      <w:r>
        <w:t>تو اصل چیز یہ ہے کہ نتیجے کو، نتیجے کو سامنے لے کر لوگ نہیں سوچتے۔</w:t>
      </w:r>
    </w:p>
    <w:p>
      <w:r>
        <w:rPr>
          <w:b/>
        </w:rPr>
        <w:t xml:space="preserve">[1:03:54] </w:t>
      </w:r>
      <w:r>
        <w:t>natije ko samne le kar sochein to bohat aasani se masla samajh mein aa jaye ke is dunya</w:t>
      </w:r>
    </w:p>
    <w:p>
      <w:pPr>
        <w:jc w:val="right"/>
      </w:pPr>
      <w:r>
        <w:t>نتیجے کو سامنے لے کر سوچیں تو بہت آسانی سے مسئلہ سمجھ میں آ جائے کہ اس دنیا</w:t>
      </w:r>
    </w:p>
    <w:p>
      <w:r>
        <w:rPr>
          <w:b/>
        </w:rPr>
        <w:t xml:space="preserve">[1:04:01] </w:t>
      </w:r>
      <w:r>
        <w:t>میں ممکن نہیں ہے کہ آپ حرص کے راستے پر چل کر کے، یعنی peace of mind ملے،</w:t>
      </w:r>
    </w:p>
    <w:p>
      <w:pPr>
        <w:jc w:val="right"/>
      </w:pPr>
      <w:r>
        <w:t>میں ممکن نہیں ہے کہ آپ حرص کے راستے پر چل کر کے، یعنی پیس آف مائنڈ ملے،</w:t>
      </w:r>
    </w:p>
    <w:p>
      <w:r>
        <w:rPr>
          <w:b/>
        </w:rPr>
        <w:t xml:space="preserve">[1:04:09] </w:t>
      </w:r>
      <w:r>
        <w:t>aap ko sukoon mile.</w:t>
      </w:r>
    </w:p>
    <w:p>
      <w:pPr>
        <w:jc w:val="right"/>
      </w:pPr>
      <w:r>
        <w:t>آپ کو سکون ملے۔</w:t>
      </w:r>
    </w:p>
    <w:p>
      <w:r>
        <w:rPr>
          <w:b/>
        </w:rPr>
        <w:t xml:space="preserve">[1:04:11] </w:t>
      </w:r>
      <w:r>
        <w:t>qanaat ke raste par chal kar ke aap ko peace of mind milega.</w:t>
      </w:r>
    </w:p>
    <w:p>
      <w:pPr>
        <w:jc w:val="right"/>
      </w:pPr>
      <w:r>
        <w:t>قناعت کے راستے پر چل کر کے آپ کو پیس آف مائنڈ ملے گا۔</w:t>
      </w:r>
    </w:p>
    <w:p>
      <w:r>
        <w:rPr>
          <w:b/>
        </w:rPr>
        <w:t xml:space="preserve">[1:04:17] </w:t>
      </w:r>
      <w:r>
        <w:t>to agar natije ko le kar socha jaye to bohat aasani se aap is mamle mein ek sahi</w:t>
      </w:r>
    </w:p>
    <w:p>
      <w:pPr>
        <w:jc w:val="right"/>
      </w:pPr>
      <w:r>
        <w:t>تو اگر نتیجے کو لے کر سوچا جائے تو بہت آسانی سے آپ اس معاملے میں ایک صحیح</w:t>
      </w:r>
    </w:p>
    <w:p>
      <w:r>
        <w:rPr>
          <w:b/>
        </w:rPr>
        <w:t xml:space="preserve">[1:04:25] </w:t>
      </w:r>
      <w:r>
        <w:t>faisla le sakte hain.</w:t>
      </w:r>
    </w:p>
    <w:p>
      <w:pPr>
        <w:jc w:val="right"/>
      </w:pPr>
      <w:r>
        <w:t>فیصلہ لے سکتے ہیں۔</w:t>
      </w:r>
    </w:p>
    <w:p>
      <w:r>
        <w:rPr>
          <w:b/>
        </w:rPr>
        <w:t xml:space="preserve">[1:04:26] </w:t>
      </w:r>
      <w:r>
        <w:t>maulana, agla sawal ali garh se aya hai doctor muhammad qamar sahab ka.</w:t>
      </w:r>
    </w:p>
    <w:p>
      <w:pPr>
        <w:jc w:val="right"/>
      </w:pPr>
      <w:r>
        <w:t>مولانا، اگلا سوال علی گڑھ سے آیا ہے ڈاکٹر محمد قمر صاحب کا۔</w:t>
      </w:r>
    </w:p>
    <w:p>
      <w:r>
        <w:rPr>
          <w:b/>
        </w:rPr>
        <w:t xml:space="preserve">[1:04:32] </w:t>
      </w:r>
      <w:r>
        <w:t>unhone likha hai: "maulana sahab, diary mein aap ka ek waqea parha." parhne ke baad maulana phir</w:t>
      </w:r>
    </w:p>
    <w:p>
      <w:pPr>
        <w:jc w:val="right"/>
      </w:pPr>
      <w:r>
        <w:t>انہوں نے لکھا ہے: "مولانا صاحب، ڈائری میں آپ کا ایک واقعہ پڑھا۔" پڑھنے کے بعد مولانا پھر</w:t>
      </w:r>
    </w:p>
    <w:p>
      <w:r>
        <w:rPr>
          <w:b/>
        </w:rPr>
        <w:t xml:space="preserve">[1:04:40] </w:t>
      </w:r>
      <w:r>
        <w:t>se repeat karte hain, yeh ali garh se sawal hai doctor muhammad qamar sahab ka.</w:t>
      </w:r>
    </w:p>
    <w:p>
      <w:pPr>
        <w:jc w:val="right"/>
      </w:pPr>
      <w:r>
        <w:t>سے ریپیٹ کرتے ہیں، یہ علی گڑھ سے سوال ہے ڈاکٹر محمد قمر صاحب کا۔</w:t>
      </w:r>
    </w:p>
    <w:p>
      <w:r>
        <w:rPr>
          <w:b/>
        </w:rPr>
        <w:t xml:space="preserve">[1:04:46] </w:t>
      </w:r>
      <w:r>
        <w:t>unhone likha hai: "diary mein aap ka ek waqea parha ke aap ke paas ek aadmi hamla</w:t>
      </w:r>
    </w:p>
    <w:p>
      <w:pPr>
        <w:jc w:val="right"/>
      </w:pPr>
      <w:r>
        <w:t>انہوں نے لکھا ہے: "ڈائری میں آپ کا ایک واقعہ پڑھا کہ آپ کے پاس ایک آدمی حملہ</w:t>
      </w:r>
    </w:p>
    <w:p>
      <w:r>
        <w:rPr>
          <w:b/>
        </w:rPr>
        <w:t xml:space="preserve">[1:04:54] </w:t>
      </w:r>
      <w:r>
        <w:t>karne ki niyat se aya tha.</w:t>
      </w:r>
    </w:p>
    <w:p>
      <w:pPr>
        <w:jc w:val="right"/>
      </w:pPr>
      <w:r>
        <w:t>کرنے کی نیت سے آیا تھا۔</w:t>
      </w:r>
    </w:p>
    <w:p>
      <w:r>
        <w:rPr>
          <w:b/>
        </w:rPr>
        <w:t xml:space="preserve">[1:04:56] </w:t>
      </w:r>
      <w:r>
        <w:t>aap us ko zameen par patak kar us ke sine par charh gaye.</w:t>
      </w:r>
    </w:p>
    <w:p>
      <w:pPr>
        <w:jc w:val="right"/>
      </w:pPr>
      <w:r>
        <w:t>آپ اس کو زمین پر پٹک کر اس کے سینے پر چڑھ گئے۔</w:t>
      </w:r>
    </w:p>
    <w:p>
      <w:r>
        <w:rPr>
          <w:b/>
        </w:rPr>
        <w:t xml:space="preserve">[1:05:02] </w:t>
      </w:r>
      <w:r>
        <w:t>is aadmi ko dawat dene ki bajaye aap ne us ke sath aisa kyun kiya? yeh to aap</w:t>
      </w:r>
    </w:p>
    <w:p>
      <w:pPr>
        <w:jc w:val="right"/>
      </w:pPr>
      <w:r>
        <w:t>اس آدمی کو دعوت دینے کی بجائے آپ نے اس کے ساتھ ایسا کیوں کیا؟ یہ تو آپ</w:t>
      </w:r>
    </w:p>
    <w:p>
      <w:r>
        <w:rPr>
          <w:b/>
        </w:rPr>
        <w:t xml:space="preserve">[1:05:10] </w:t>
      </w:r>
      <w:r>
        <w:t>ke mission ke khilaf tha." maulana sahab, is ki kya wajah thi? main woh to khul gaya tha,</w:t>
      </w:r>
    </w:p>
    <w:p>
      <w:pPr>
        <w:jc w:val="right"/>
      </w:pPr>
      <w:r>
        <w:t>کے مشن کے خلاف تھا۔" مولانا صاحب، اس کی کیا وجہ تھی؟ میں وہ تو کھل گیا تھا،</w:t>
      </w:r>
    </w:p>
    <w:p>
      <w:r>
        <w:rPr>
          <w:b/>
        </w:rPr>
        <w:t xml:space="preserve">[1:05:17] </w:t>
      </w:r>
      <w:r>
        <w:t>main ne us ko main ne mana kiya.</w:t>
      </w:r>
    </w:p>
    <w:p>
      <w:pPr>
        <w:jc w:val="right"/>
      </w:pPr>
      <w:r>
        <w:t>میں نے اس کو میں نے منع کیا۔</w:t>
      </w:r>
    </w:p>
    <w:p>
      <w:r>
        <w:rPr>
          <w:b/>
        </w:rPr>
        <w:t xml:space="preserve">[1:05:21] </w:t>
      </w:r>
      <w:r>
        <w:t>pehlay neeche neeche tha, phir main ne kaha ke aap neeche rakhiye, main aata hoon.</w:t>
      </w:r>
    </w:p>
    <w:p>
      <w:pPr>
        <w:jc w:val="right"/>
      </w:pPr>
      <w:r>
        <w:t>پہلے نیچے نیچے تھا، پھر میں نے کہا کہ آپ نیچے رکھیے، میں آتا ہوں۔</w:t>
      </w:r>
    </w:p>
    <w:p>
      <w:r>
        <w:rPr>
          <w:b/>
        </w:rPr>
        <w:t xml:space="preserve">[1:05:27] </w:t>
      </w:r>
      <w:r>
        <w:t>phir oopar aa gaya, main ne kaha aap yahan oopar kyon aa gaye? aap neeche baithiye, phir charh</w:t>
      </w:r>
    </w:p>
    <w:p>
      <w:pPr>
        <w:jc w:val="right"/>
      </w:pPr>
      <w:r>
        <w:t>پھر اوپر آ گیا، میں نے کہا آپ یہاں اوپر کیوں آ گئے؟ آپ نیچے بیٹھیے، پھر چڑھ</w:t>
      </w:r>
    </w:p>
    <w:p>
      <w:r>
        <w:rPr>
          <w:b/>
        </w:rPr>
        <w:t xml:space="preserve">[1:05:35] </w:t>
      </w:r>
      <w:r>
        <w:t>raha tha, woh charhata ja raha tha oopar.</w:t>
      </w:r>
    </w:p>
    <w:p>
      <w:pPr>
        <w:jc w:val="right"/>
      </w:pPr>
      <w:r>
        <w:t>رہا تھا، وہ چڑھاتا جا رہا تھا اوپر۔</w:t>
      </w:r>
    </w:p>
    <w:p>
      <w:r>
        <w:rPr>
          <w:b/>
        </w:rPr>
        <w:t xml:space="preserve">[1:05:38] </w:t>
      </w:r>
      <w:r>
        <w:t>to us ko to humein yahi karna tha.</w:t>
      </w:r>
    </w:p>
    <w:p>
      <w:pPr>
        <w:jc w:val="right"/>
      </w:pPr>
      <w:r>
        <w:t>تو اس کو تو ہمیں یہی کرنا تھا۔</w:t>
      </w:r>
    </w:p>
    <w:p>
      <w:r>
        <w:rPr>
          <w:b/>
        </w:rPr>
        <w:t xml:space="preserve">[1:05:42] </w:t>
      </w:r>
      <w:r>
        <w:t>woh garebaan garebaan pakar liya tha aap ka.</w:t>
      </w:r>
    </w:p>
    <w:p>
      <w:pPr>
        <w:jc w:val="right"/>
      </w:pPr>
      <w:r>
        <w:t>وہ گریبان گریبان پکڑ لیا تھا آپ کا۔</w:t>
      </w:r>
    </w:p>
    <w:p>
      <w:r>
        <w:rPr>
          <w:b/>
        </w:rPr>
        <w:t xml:space="preserve">[1:05:45] </w:t>
      </w:r>
      <w:r>
        <w:t>ji, aap ka garebaan pakar liya tha.</w:t>
      </w:r>
    </w:p>
    <w:p>
      <w:pPr>
        <w:jc w:val="right"/>
      </w:pPr>
      <w:r>
        <w:t>جی، آپ کا گریبان پکڑ لیا تھا۔</w:t>
      </w:r>
    </w:p>
    <w:p>
      <w:r>
        <w:rPr>
          <w:b/>
        </w:rPr>
        <w:t xml:space="preserve">[1:05:48] </w:t>
      </w:r>
      <w:r>
        <w:t>is ne abhi main ne garebaan pakar liya to main kya karta? us ko main ne garebaan pakar</w:t>
      </w:r>
    </w:p>
    <w:p>
      <w:pPr>
        <w:jc w:val="right"/>
      </w:pPr>
      <w:r>
        <w:t>اس نے ابھی میں نے گریبان پکڑ لیا تو میں کیا کرتا؟ اس کو میں نے گریبان پکڑ</w:t>
      </w:r>
    </w:p>
    <w:p>
      <w:r>
        <w:rPr>
          <w:b/>
        </w:rPr>
        <w:t xml:space="preserve">[1:05:56] </w:t>
      </w:r>
      <w:r>
        <w:t>liya.</w:t>
      </w:r>
    </w:p>
    <w:p>
      <w:pPr>
        <w:jc w:val="right"/>
      </w:pPr>
      <w:r>
        <w:t>لیا۔</w:t>
      </w:r>
    </w:p>
    <w:p>
      <w:r>
        <w:rPr>
          <w:b/>
        </w:rPr>
        <w:t xml:space="preserve">[1:05:57] </w:t>
      </w:r>
      <w:r>
        <w:t>bilkul aik aik bohat hi critical position thi.</w:t>
      </w:r>
    </w:p>
    <w:p>
      <w:pPr>
        <w:jc w:val="right"/>
      </w:pPr>
      <w:r>
        <w:t>بالکل ایک ایک بہت ہی کریٹیکل پوزیشن تھی۔</w:t>
      </w:r>
    </w:p>
    <w:p>
      <w:r>
        <w:rPr>
          <w:b/>
        </w:rPr>
        <w:t xml:space="preserve">[1:06:01] </w:t>
      </w:r>
      <w:r>
        <w:t>is waqt har aadmi yahi karega, is waqt har aadmi yahi karega.</w:t>
      </w:r>
    </w:p>
    <w:p>
      <w:pPr>
        <w:jc w:val="right"/>
      </w:pPr>
      <w:r>
        <w:t>اس وقت ہر آدمی یہی کرے گا، اس وقت ہر آدمی یہی کرے گا۔</w:t>
      </w:r>
    </w:p>
    <w:p>
      <w:r>
        <w:rPr>
          <w:b/>
        </w:rPr>
        <w:t xml:space="preserve">[1:06:07] </w:t>
      </w:r>
      <w:r>
        <w:t>is mein shakk liya hai is ka muamla ke main fajar ki namaz parh kar ke masjid se</w:t>
      </w:r>
    </w:p>
    <w:p>
      <w:pPr>
        <w:jc w:val="right"/>
      </w:pPr>
      <w:r>
        <w:t>اس میں شک لیا ہے اس کا معاملہ کہ میں فجر کی نماز پڑھ کر کے مسجد سے</w:t>
      </w:r>
    </w:p>
    <w:p>
      <w:r>
        <w:rPr>
          <w:b/>
        </w:rPr>
        <w:t xml:space="preserve">[1:06:15] </w:t>
      </w:r>
      <w:r>
        <w:t>ghar lauta to wahan aik sahib maujood thay.</w:t>
      </w:r>
    </w:p>
    <w:p>
      <w:pPr>
        <w:jc w:val="right"/>
      </w:pPr>
      <w:r>
        <w:t>گھر لوٹا تو وہاں ایک صاحب موجود تھے۔</w:t>
      </w:r>
    </w:p>
    <w:p>
      <w:r>
        <w:rPr>
          <w:b/>
        </w:rPr>
        <w:t xml:space="preserve">[1:06:18] </w:t>
      </w:r>
      <w:r>
        <w:t>to main ne kaha ke aap un ka ke aap yahan neeche baithiye, main abhi aata hoon, oopar</w:t>
      </w:r>
    </w:p>
    <w:p>
      <w:pPr>
        <w:jc w:val="right"/>
      </w:pPr>
      <w:r>
        <w:t>تو میں نے کہا کہ آپ ان کا کہ آپ یہاں نیچے بیٹھیے، میں ابھی آتا ہوں، اوپر</w:t>
      </w:r>
    </w:p>
    <w:p>
      <w:r>
        <w:rPr>
          <w:b/>
        </w:rPr>
        <w:t xml:space="preserve">[1:06:26] </w:t>
      </w:r>
      <w:r>
        <w:t>oopar ja kar ke abhi wapas aaunga.</w:t>
      </w:r>
    </w:p>
    <w:p>
      <w:pPr>
        <w:jc w:val="right"/>
      </w:pPr>
      <w:r>
        <w:t>اوپر جا کر کے ابھی واپس آؤں گا۔</w:t>
      </w:r>
    </w:p>
    <w:p>
      <w:r>
        <w:rPr>
          <w:b/>
        </w:rPr>
        <w:t xml:space="preserve">[1:06:29] </w:t>
      </w:r>
      <w:r>
        <w:t>to baithe nahin, woh phir charhne lage, charh ke oopar tak pohanche.</w:t>
      </w:r>
    </w:p>
    <w:p>
      <w:pPr>
        <w:jc w:val="right"/>
      </w:pPr>
      <w:r>
        <w:t>تو بیٹھے نہیں، وہ پھر چڑھنے لگے، چڑھ کے اوپر تک پہنچے۔</w:t>
      </w:r>
    </w:p>
    <w:p>
      <w:r>
        <w:rPr>
          <w:b/>
        </w:rPr>
        <w:t xml:space="preserve">[1:06:34] </w:t>
      </w:r>
      <w:r>
        <w:t>main ne kaha aap oopar kaise aa gaye? main ne kaha tha aap baithiye.</w:t>
      </w:r>
    </w:p>
    <w:p>
      <w:pPr>
        <w:jc w:val="right"/>
      </w:pPr>
      <w:r>
        <w:t>میں نے کہا آپ اوپر کیسے آ گئے؟ میں نے کہا تھا آپ بیٹھیے۔</w:t>
      </w:r>
    </w:p>
    <w:p>
      <w:r>
        <w:rPr>
          <w:b/>
        </w:rPr>
        <w:t xml:space="preserve">[1:06:40] </w:t>
      </w:r>
      <w:r>
        <w:t>to kya kiya unhon ne ke mera garebaan pakar liya.</w:t>
      </w:r>
    </w:p>
    <w:p>
      <w:pPr>
        <w:jc w:val="right"/>
      </w:pPr>
      <w:r>
        <w:t>تو کیا کیا انہوں نے کہ میرا گریبان پکڑ لیا۔</w:t>
      </w:r>
    </w:p>
    <w:p>
      <w:r>
        <w:rPr>
          <w:b/>
        </w:rPr>
        <w:t xml:space="preserve">[1:06:45] </w:t>
      </w:r>
      <w:r>
        <w:t>to is waqt zahiri kaam mein kya karta? aur to kuch nahin kar sakta tha.</w:t>
      </w:r>
    </w:p>
    <w:p>
      <w:pPr>
        <w:jc w:val="right"/>
      </w:pPr>
      <w:r>
        <w:t>تو اس وقت ظاہری کام میں کیا کرتا؟ اور تو کچھ نہیں کر سکتا تھا۔</w:t>
      </w:r>
    </w:p>
    <w:p>
      <w:r>
        <w:rPr>
          <w:b/>
        </w:rPr>
        <w:t xml:space="preserve">[1:06:51] </w:t>
      </w:r>
      <w:r>
        <w:t>phir jo shorgul hua to woh aa gaye hamare colony ke jo woh hain, jo chaukidar log, guard</w:t>
      </w:r>
    </w:p>
    <w:p>
      <w:pPr>
        <w:jc w:val="right"/>
      </w:pPr>
      <w:r>
        <w:t>پھر جو شورغل ہوا تو وہ آ گئے ہمارے کالونی کے جو وہ ہیں، جو چوکیدار لوگ، گارڈ</w:t>
      </w:r>
    </w:p>
    <w:p>
      <w:r>
        <w:rPr>
          <w:b/>
        </w:rPr>
        <w:t xml:space="preserve">[1:06:59] </w:t>
      </w:r>
      <w:r>
        <w:t>log, to us ko pakar le gaye.</w:t>
      </w:r>
    </w:p>
    <w:p>
      <w:pPr>
        <w:jc w:val="right"/>
      </w:pPr>
      <w:r>
        <w:t>لوگ، تو اس کو پکڑ لے گئے۔</w:t>
      </w:r>
    </w:p>
    <w:p>
      <w:r>
        <w:rPr>
          <w:b/>
        </w:rPr>
        <w:t xml:space="preserve">[1:07:02] </w:t>
      </w:r>
      <w:r>
        <w:t>yeh ab bohat ajeeb ghareeb aap ka, ab main samajhta hoon ke aap ne soche baghair yeh yeh</w:t>
      </w:r>
    </w:p>
    <w:p>
      <w:pPr>
        <w:jc w:val="right"/>
      </w:pPr>
      <w:r>
        <w:t>یہ اب بہت عجیب غریب آپ کا، اب میں سمجھتا ہوں کہ آپ نے سوچے بغیر یہ یہ</w:t>
      </w:r>
    </w:p>
    <w:p>
      <w:r>
        <w:rPr>
          <w:b/>
        </w:rPr>
        <w:t xml:space="preserve">[1:07:09] </w:t>
      </w:r>
      <w:r>
        <w:t>likh diya apna sawal.</w:t>
      </w:r>
    </w:p>
    <w:p>
      <w:pPr>
        <w:jc w:val="right"/>
      </w:pPr>
      <w:r>
        <w:t>لکھ دیا اپنا سوال۔</w:t>
      </w:r>
    </w:p>
    <w:p>
      <w:r>
        <w:rPr>
          <w:b/>
        </w:rPr>
        <w:t xml:space="preserve">[1:07:11] </w:t>
      </w:r>
      <w:r>
        <w:t>maulana, agla sawal aaya hai dilli se mister mityunje pandey sahib ka.</w:t>
      </w:r>
    </w:p>
    <w:p>
      <w:pPr>
        <w:jc w:val="right"/>
      </w:pPr>
      <w:r>
        <w:t>مولانا، اگلا سوال آیا ہے دلی سے مسٹر متیونجے پانڈے صاحب کا۔</w:t>
      </w:r>
    </w:p>
    <w:p>
      <w:r>
        <w:rPr>
          <w:b/>
        </w:rPr>
        <w:t xml:space="preserve">[1:07:16] </w:t>
      </w:r>
      <w:r>
        <w:t>انہوں نے لکھا ہے: "What is the need for God to put us to test? Can this be</w:t>
      </w:r>
    </w:p>
    <w:p>
      <w:pPr>
        <w:jc w:val="right"/>
      </w:pPr>
      <w:r>
        <w:t>انہوں نے لکھا ہے: "واٹ از دا نیڈ فار گاڈ ٹو پٹ اس ٹو ٹیسٹ؟ کین دس بی</w:t>
      </w:r>
    </w:p>
    <w:p>
      <w:r>
        <w:rPr>
          <w:b/>
        </w:rPr>
        <w:t xml:space="preserve">[1:07:24] </w:t>
      </w:r>
      <w:r>
        <w:t>avoided? If it is not avoidable, then what is the best way to prepare for the test?"</w:t>
      </w:r>
    </w:p>
    <w:p>
      <w:pPr>
        <w:jc w:val="right"/>
      </w:pPr>
      <w:r>
        <w:t>اوائڈڈ؟ اف اٹ از ناٹ اوائڈیبل، دین واٹ از دا بیسٹ وے ٹو پریپیئر فار فار دا ٹیسٹ؟"</w:t>
      </w:r>
    </w:p>
    <w:p>
      <w:r>
        <w:rPr>
          <w:b/>
        </w:rPr>
        <w:t xml:space="preserve">[1:07:32] </w:t>
      </w:r>
      <w:r>
        <w:t>please comment.</w:t>
      </w:r>
    </w:p>
    <w:p>
      <w:pPr>
        <w:jc w:val="right"/>
      </w:pPr>
      <w:r>
        <w:t>پلیز کمنٹ۔</w:t>
      </w:r>
    </w:p>
    <w:p>
      <w:r>
        <w:rPr>
          <w:b/>
        </w:rPr>
        <w:t xml:space="preserve">[1:07:33] </w:t>
      </w:r>
      <w:r>
        <w:t>dekhein, test ka jo muamla hai woh juda hua hai Allah taala ki poori jo scheme of things</w:t>
      </w:r>
    </w:p>
    <w:p>
      <w:pPr>
        <w:jc w:val="right"/>
      </w:pPr>
      <w:r>
        <w:t>دیکھیں، ٹیسٹ کا جو معاملہ ہے وہ جڑا ہوا ہے اللہ تعالی کی پوری جو اسکیم آف تھنگز</w:t>
      </w:r>
    </w:p>
    <w:p>
      <w:r>
        <w:rPr>
          <w:b/>
        </w:rPr>
        <w:t xml:space="preserve">[1:07:41] </w:t>
      </w:r>
      <w:r>
        <w:t>hai, is se.</w:t>
      </w:r>
    </w:p>
    <w:p>
      <w:pPr>
        <w:jc w:val="right"/>
      </w:pPr>
      <w:r>
        <w:t>ہے، اس سے۔</w:t>
      </w:r>
    </w:p>
    <w:p>
      <w:r>
        <w:rPr>
          <w:b/>
        </w:rPr>
        <w:t xml:space="preserve">[1:07:42] </w:t>
      </w:r>
      <w:r>
        <w:t>askim of things kya hai? woh yeh hai ke Allah taala ne ek duniya banai jis ko hum</w:t>
      </w:r>
    </w:p>
    <w:p>
      <w:pPr>
        <w:jc w:val="right"/>
      </w:pPr>
      <w:r>
        <w:t>اسکیم آف تھنگز کیا ہے؟ وہ یہ ہے کہ اللہ تعالی نے ایک دنیا بنائی جس کو ہم</w:t>
      </w:r>
    </w:p>
    <w:p>
      <w:r>
        <w:rPr>
          <w:b/>
        </w:rPr>
        <w:t xml:space="preserve">[1:07:50] </w:t>
      </w:r>
      <w:r>
        <w:t>kehte hain paradise, ek ideal world, ek perfect world.</w:t>
      </w:r>
    </w:p>
    <w:p>
      <w:pPr>
        <w:jc w:val="right"/>
      </w:pPr>
      <w:r>
        <w:t>کہتے ہیں پیراڈائز، ایک آئیڈیل ورلڈ، ایک پرفیکٹ ورلڈ۔</w:t>
      </w:r>
    </w:p>
    <w:p>
      <w:r>
        <w:rPr>
          <w:b/>
        </w:rPr>
        <w:t xml:space="preserve">[1:07:54] </w:t>
      </w:r>
      <w:r>
        <w:t>wahan har har woh cheez hai jo insan chahta hai.</w:t>
      </w:r>
    </w:p>
    <w:p>
      <w:pPr>
        <w:jc w:val="right"/>
      </w:pPr>
      <w:r>
        <w:t>وہاں ہر ہر وہ چیز ہے جو انسان چاہتا ہے۔</w:t>
      </w:r>
    </w:p>
    <w:p>
      <w:r>
        <w:rPr>
          <w:b/>
        </w:rPr>
        <w:t xml:space="preserve">[1:07:58] </w:t>
      </w:r>
      <w:r>
        <w:t>quran mein hai ke: "walakum fiha ma tashtahi anfusukum".</w:t>
      </w:r>
    </w:p>
    <w:p>
      <w:pPr>
        <w:jc w:val="right"/>
      </w:pPr>
      <w:r>
        <w:t>قرآن میں ہے کہ: "ولکم فیہا ما تشتی انفسکم"۔</w:t>
      </w:r>
    </w:p>
    <w:p>
      <w:r>
        <w:rPr>
          <w:b/>
        </w:rPr>
        <w:t xml:space="preserve">[1:08:02] </w:t>
      </w:r>
      <w:r>
        <w:t>wohan sab kuch hai jo tum chaho.</w:t>
      </w:r>
    </w:p>
    <w:p>
      <w:pPr>
        <w:jc w:val="right"/>
      </w:pPr>
      <w:r>
        <w:t>وہاں سب کچھ ہے جو تم چاہو۔</w:t>
      </w:r>
    </w:p>
    <w:p>
      <w:r>
        <w:rPr>
          <w:b/>
        </w:rPr>
        <w:t xml:space="preserve">[1:08:05] </w:t>
      </w:r>
      <w:r>
        <w:t>to ek bohat hi beautiful world, perfect world, ideal world banai.</w:t>
      </w:r>
    </w:p>
    <w:p>
      <w:pPr>
        <w:jc w:val="right"/>
      </w:pPr>
      <w:r>
        <w:t>تو ایک بہت ہی بیوٹی فل ورلڈ، پرفیکٹ ورلڈ، آئیڈیل ورلڈ بنائی۔</w:t>
      </w:r>
    </w:p>
    <w:p>
      <w:r>
        <w:rPr>
          <w:b/>
        </w:rPr>
        <w:t xml:space="preserve">[1:08:10] </w:t>
      </w:r>
      <w:r>
        <w:t>ab Allah taala ko yeh matloob hai ke wahan par settle karne ke liye insan to kis ko</w:t>
      </w:r>
    </w:p>
    <w:p>
      <w:pPr>
        <w:jc w:val="right"/>
      </w:pPr>
      <w:r>
        <w:t>اب اللہ تعالی کو یہ مطلوب ہے کہ وہاں پر سیٹل کرنے کے لیے انسان تو کس کو</w:t>
      </w:r>
    </w:p>
    <w:p>
      <w:r>
        <w:rPr>
          <w:b/>
        </w:rPr>
        <w:t xml:space="preserve">[1:08:18] </w:t>
      </w:r>
      <w:r>
        <w:t>settle kiya jaye? wahan kis ko wahan rehne ka mauqa diya jaye? is ke liye yeh duniya banai,</w:t>
      </w:r>
    </w:p>
    <w:p>
      <w:pPr>
        <w:jc w:val="right"/>
      </w:pPr>
      <w:r>
        <w:t>سیٹل کیا جائے؟ وہاں کس کو وہاں رہنے کا موقع دیا جائے؟ اس کے لیے یہ دنیا بنائی،</w:t>
      </w:r>
    </w:p>
    <w:p>
      <w:r>
        <w:rPr>
          <w:b/>
        </w:rPr>
        <w:t xml:space="preserve">[1:08:26] </w:t>
      </w:r>
      <w:r>
        <w:t>yahan pe logon ko test ke liye rakha.</w:t>
      </w:r>
    </w:p>
    <w:p>
      <w:pPr>
        <w:jc w:val="right"/>
      </w:pPr>
      <w:r>
        <w:t>یہاں پہ لوگوں کو ٹیسٹ کے لیے رکھا۔</w:t>
      </w:r>
    </w:p>
    <w:p>
      <w:r>
        <w:rPr>
          <w:b/>
        </w:rPr>
        <w:t xml:space="preserve">[1:08:29] </w:t>
      </w:r>
      <w:r>
        <w:t>to azadi ke baghair test ho nahi sakta.</w:t>
      </w:r>
    </w:p>
    <w:p>
      <w:pPr>
        <w:jc w:val="right"/>
      </w:pPr>
      <w:r>
        <w:t>تو آزادی کے بغیر ٹیسٹ ہو نہیں سکتا۔</w:t>
      </w:r>
    </w:p>
    <w:p>
      <w:r>
        <w:rPr>
          <w:b/>
        </w:rPr>
        <w:t xml:space="preserve">[1:08:33] </w:t>
      </w:r>
      <w:r>
        <w:t>jahan test hai, wahan jahan azadi hai, wahan test hai.</w:t>
      </w:r>
    </w:p>
    <w:p>
      <w:pPr>
        <w:jc w:val="right"/>
      </w:pPr>
      <w:r>
        <w:t>جہاں ٹیسٹ ہے، وہاں جہاں آزادی ہے، وہاں ٹیسٹ ہے۔</w:t>
      </w:r>
    </w:p>
    <w:p>
      <w:r>
        <w:rPr>
          <w:b/>
        </w:rPr>
        <w:t xml:space="preserve">[1:08:37] </w:t>
      </w:r>
      <w:r>
        <w:t>to Allah taala ne asal jo hai, jo jo Allah taala ki jo askim of things hai, is</w:t>
      </w:r>
    </w:p>
    <w:p>
      <w:pPr>
        <w:jc w:val="right"/>
      </w:pPr>
      <w:r>
        <w:t>تو اللہ تعالی نے اصل جو ہے، جو جو اللہ تعالی کی جو اسکیم آف تھنگز ہے، اس</w:t>
      </w:r>
    </w:p>
    <w:p>
      <w:r>
        <w:rPr>
          <w:b/>
        </w:rPr>
        <w:t xml:space="preserve">[1:08:45] </w:t>
      </w:r>
      <w:r>
        <w:t>ke mutabiq asal jo cheez hai woh yeh hai ke paradise mein settle karne ke liye, paradise ka</w:t>
      </w:r>
    </w:p>
    <w:p>
      <w:pPr>
        <w:jc w:val="right"/>
      </w:pPr>
      <w:r>
        <w:t>کے مطابق اصل جو چیز ہے وہ یہ ہے کہ پیراڈائز میں سیٹل کرنے کے لیے، پیراڈائز کا</w:t>
      </w:r>
    </w:p>
    <w:p>
      <w:r>
        <w:rPr>
          <w:b/>
        </w:rPr>
        <w:t xml:space="preserve">[1:08:52] </w:t>
      </w:r>
      <w:r>
        <w:t>inaam dene ke liye, paradise ke reward dene ke liye Allah taala ko insanon ka intikhab karna hai.</w:t>
      </w:r>
    </w:p>
    <w:p>
      <w:pPr>
        <w:jc w:val="right"/>
      </w:pPr>
      <w:r>
        <w:t>انعام دینے کے لیے، پیراڈائز کے ریوارڈ دینے کے لیے اللہ تعالی کو انسانوں کا انتخاب کرنا ہے۔</w:t>
      </w:r>
    </w:p>
    <w:p>
      <w:r>
        <w:rPr>
          <w:b/>
        </w:rPr>
        <w:t xml:space="preserve">[1:09:00] </w:t>
      </w:r>
      <w:r>
        <w:t>is duniya ko Allah taala ne rakha isi liye ke testing ground yeh hai.</w:t>
      </w:r>
    </w:p>
    <w:p>
      <w:pPr>
        <w:jc w:val="right"/>
      </w:pPr>
      <w:r>
        <w:t>اس دنیا کو اللہ تعالی نے رکھا اسی لیے کہ ٹیسٹنگ گراؤنڈ یہ ہے۔</w:t>
      </w:r>
    </w:p>
    <w:p>
      <w:r>
        <w:rPr>
          <w:b/>
        </w:rPr>
        <w:t xml:space="preserve">[1:09:06] </w:t>
      </w:r>
      <w:r>
        <w:t>to yahan jo log is par poore utren ge, un ko select kar liya jaye ga.</w:t>
      </w:r>
    </w:p>
    <w:p>
      <w:pPr>
        <w:jc w:val="right"/>
      </w:pPr>
      <w:r>
        <w:t>تو یہاں جو لوگ اس پر پورے اتریں گے، ان کو سلیکٹ کر لیا جائے گا۔</w:t>
      </w:r>
    </w:p>
    <w:p>
      <w:r>
        <w:rPr>
          <w:b/>
        </w:rPr>
        <w:t xml:space="preserve">[1:09:13] </w:t>
      </w:r>
      <w:r>
        <w:t>poori history se selectd log jo hon ge, woh jannat ke liye muntakhib kiye jayen ge.</w:t>
      </w:r>
    </w:p>
    <w:p>
      <w:pPr>
        <w:jc w:val="right"/>
      </w:pPr>
      <w:r>
        <w:t>پوری ہسٹری سے سلیکٹڈ لوگ جو ہوں گے، وہ جنت کے لیے منتخب کیے جائیں گے۔</w:t>
      </w:r>
    </w:p>
    <w:p>
      <w:r>
        <w:rPr>
          <w:b/>
        </w:rPr>
        <w:t xml:space="preserve">[1:09:20] </w:t>
      </w:r>
      <w:r>
        <w:t>poori history se, yani jannat ka faisla group wise nahi hoga, individual wise hoga.</w:t>
      </w:r>
    </w:p>
    <w:p>
      <w:pPr>
        <w:jc w:val="right"/>
      </w:pPr>
      <w:r>
        <w:t>پوری ہسٹری سے، یعنی جنت کا فیصلہ گروپ وائز نہیں ہوگا، انڈیویجول وائز ہوگا۔</w:t>
      </w:r>
    </w:p>
    <w:p>
      <w:r>
        <w:rPr>
          <w:b/>
        </w:rPr>
        <w:t xml:space="preserve">[1:09:26] </w:t>
      </w:r>
      <w:r>
        <w:t>koi bhi group, koi bhi group as a group wahan dakhil nahi kiya jaye ga, balkeh poori history</w:t>
      </w:r>
    </w:p>
    <w:p>
      <w:pPr>
        <w:jc w:val="right"/>
      </w:pPr>
      <w:r>
        <w:t>کوئی بھی گروپ، کوئی بھی گروپ ایز ا گروپ وہاں داخل نہیں کیا جائے گا، بلکہ پوری ہسٹری</w:t>
      </w:r>
    </w:p>
    <w:p>
      <w:r>
        <w:rPr>
          <w:b/>
        </w:rPr>
        <w:t xml:space="preserve">[1:09:33] </w:t>
      </w:r>
      <w:r>
        <w:t>se individual chune jayen ge.</w:t>
      </w:r>
    </w:p>
    <w:p>
      <w:pPr>
        <w:jc w:val="right"/>
      </w:pPr>
      <w:r>
        <w:t>سے انڈیویجول چنے جائیں گے۔</w:t>
      </w:r>
    </w:p>
    <w:p>
      <w:r>
        <w:rPr>
          <w:b/>
        </w:rPr>
        <w:t xml:space="preserve">[1:09:36] </w:t>
      </w:r>
      <w:r>
        <w:t>individual un ko wahan par mauqa diya jaye ga rehne ka.</w:t>
      </w:r>
    </w:p>
    <w:p>
      <w:pPr>
        <w:jc w:val="right"/>
      </w:pPr>
      <w:r>
        <w:t>انڈیویجول ان کو وہاں پر موقع دیا جائے گا رہنے کا۔</w:t>
      </w:r>
    </w:p>
    <w:p>
      <w:r>
        <w:rPr>
          <w:b/>
        </w:rPr>
        <w:t xml:space="preserve">[1:09:40] </w:t>
      </w:r>
      <w:r>
        <w:t>to baqi logon ko main samajhta hoon ke doosre logon ko ek universal letter bhi nahi hoga, is</w:t>
      </w:r>
    </w:p>
    <w:p>
      <w:pPr>
        <w:jc w:val="right"/>
      </w:pPr>
      <w:r>
        <w:t>تو باقی لوگوں کو میں سمجھتا ہوں کہ دوسرے لوگوں کو ایک یونیورسل لیٹر بھی نہیں ہوگا، اس</w:t>
      </w:r>
    </w:p>
    <w:p>
      <w:r>
        <w:rPr>
          <w:b/>
        </w:rPr>
        <w:t xml:space="preserve">[1:09:48] </w:t>
      </w:r>
      <w:r>
        <w:t>mein dakhil nahi hon ge.</w:t>
      </w:r>
    </w:p>
    <w:p>
      <w:pPr>
        <w:jc w:val="right"/>
      </w:pPr>
      <w:r>
        <w:t>میں داخل نہیں ہوں گے۔</w:t>
      </w:r>
    </w:p>
    <w:p>
      <w:r>
        <w:rPr>
          <w:b/>
        </w:rPr>
        <w:t xml:space="preserve">[1:09:50] </w:t>
      </w:r>
      <w:r>
        <w:t>ek kainaati kooda kooda khana yeh hai askim.</w:t>
      </w:r>
    </w:p>
    <w:p>
      <w:pPr>
        <w:jc w:val="right"/>
      </w:pPr>
      <w:r>
        <w:t>ایک کائناتی کوڑا کوڑا خانہ یہ ہے اسکیم۔</w:t>
      </w:r>
    </w:p>
    <w:p>
      <w:r>
        <w:rPr>
          <w:b/>
        </w:rPr>
        <w:t xml:space="preserve">[1:09:54] </w:t>
      </w:r>
      <w:r>
        <w:t>to aap aap sochne ka mamla test se shuru kijiye, paradise se shuru kijiye.</w:t>
      </w:r>
    </w:p>
    <w:p>
      <w:pPr>
        <w:jc w:val="right"/>
      </w:pPr>
      <w:r>
        <w:t>تو آپ آپ سوچنے کا معاملہ ٹیسٹ سے شروع کیجئے، پیراڈائز سے شروع کیجئے۔</w:t>
      </w:r>
    </w:p>
    <w:p>
      <w:r>
        <w:rPr>
          <w:b/>
        </w:rPr>
        <w:t xml:space="preserve">[1:10:00] </w:t>
      </w:r>
      <w:r>
        <w:t>jab aap paradise ko, paradise ko jab sochen ge to is baat ka, is sawal ka jawab aap</w:t>
      </w:r>
    </w:p>
    <w:p>
      <w:pPr>
        <w:jc w:val="right"/>
      </w:pPr>
      <w:r>
        <w:t>جب آپ پیراڈائز کو، پیراڈائز کو جب سوچیں گے تو اس بات کا، اس سوال کا جواب آپ</w:t>
      </w:r>
    </w:p>
    <w:p>
      <w:r>
        <w:rPr>
          <w:b/>
        </w:rPr>
        <w:t xml:space="preserve">[1:10:07] </w:t>
      </w:r>
      <w:r>
        <w:t>ko mil jaye ga.</w:t>
      </w:r>
    </w:p>
    <w:p>
      <w:pPr>
        <w:jc w:val="right"/>
      </w:pPr>
      <w:r>
        <w:t>کو مل جائے گا۔</w:t>
      </w:r>
    </w:p>
    <w:p>
      <w:r>
        <w:rPr>
          <w:b/>
        </w:rPr>
        <w:t xml:space="preserve">[1:10:09] </w:t>
      </w:r>
      <w:r>
        <w:t>maulana, agla sawal karachi pakistan se aya hai miss abdul lateef ka.</w:t>
      </w:r>
    </w:p>
    <w:p>
      <w:pPr>
        <w:jc w:val="right"/>
      </w:pPr>
      <w:r>
        <w:t>مولانا، اگلا سوال کراچی پاکستان سے آیا ہے مس عبداللطیف کا۔</w:t>
      </w:r>
    </w:p>
    <w:p>
      <w:r>
        <w:rPr>
          <w:b/>
        </w:rPr>
        <w:t xml:space="preserve">[1:10:14] </w:t>
      </w:r>
      <w:r>
        <w:t>unhon ne likha hai: "aaj ke daur mein darhi cutter pan ki aik alamat ban chuki hai.</w:t>
      </w:r>
    </w:p>
    <w:p>
      <w:pPr>
        <w:jc w:val="right"/>
      </w:pPr>
      <w:r>
        <w:t>انہوں نے لکھا ہے: "آج کے دور میں داڑھی کٹر پن کی ایک علامت بن چکی ہے۔</w:t>
      </w:r>
    </w:p>
    <w:p>
      <w:r>
        <w:rPr>
          <w:b/>
        </w:rPr>
        <w:t xml:space="preserve">[1:10:21] </w:t>
      </w:r>
      <w:r>
        <w:t>to kya aik daai apni darhi khatam kar de ya usay modern darhi bana de?" is ke bare</w:t>
      </w:r>
    </w:p>
    <w:p>
      <w:pPr>
        <w:jc w:val="right"/>
      </w:pPr>
      <w:r>
        <w:t>تو کیا ایک داعی اپنی داڑھی ختم کر دے یا اسے ماڈرن داڑھی بنا دے؟" اس کے بارے</w:t>
      </w:r>
    </w:p>
    <w:p>
      <w:r>
        <w:rPr>
          <w:b/>
        </w:rPr>
        <w:t xml:space="preserve">[1:10:29] </w:t>
      </w:r>
      <w:r>
        <w:t>mein aap batayen.</w:t>
      </w:r>
    </w:p>
    <w:p>
      <w:pPr>
        <w:jc w:val="right"/>
      </w:pPr>
      <w:r>
        <w:t>میں آپ بتائیں۔</w:t>
      </w:r>
    </w:p>
    <w:p>
      <w:r>
        <w:rPr>
          <w:b/>
        </w:rPr>
        <w:t xml:space="preserve">[1:10:30] </w:t>
      </w:r>
      <w:r>
        <w:t>mein darhi rakhta hoon, dekhiye, mein kabhi kaat ta hi nahin.</w:t>
      </w:r>
    </w:p>
    <w:p>
      <w:pPr>
        <w:jc w:val="right"/>
      </w:pPr>
      <w:r>
        <w:t>میں داڑھی رکھتا ہوں، دیکھیے، میں کبھی کاٹتا ہی نہیں۔</w:t>
      </w:r>
    </w:p>
    <w:p>
      <w:r>
        <w:rPr>
          <w:b/>
        </w:rPr>
        <w:t xml:space="preserve">[1:10:34] </w:t>
      </w:r>
      <w:r>
        <w:t>yani pachas baras ho gaye hon ge be darhi, kachi nahin lagaya maine.</w:t>
      </w:r>
    </w:p>
    <w:p>
      <w:pPr>
        <w:jc w:val="right"/>
      </w:pPr>
      <w:r>
        <w:t>یعنی پچاس برس ہو گئے ہوں گے بے داڑھی، کچی نہیں لگایا میں نے۔</w:t>
      </w:r>
    </w:p>
    <w:p>
      <w:r>
        <w:rPr>
          <w:b/>
        </w:rPr>
        <w:t xml:space="preserve">[1:10:40] </w:t>
      </w:r>
      <w:r>
        <w:t>to mujhe to koi cutter nahin sochta.</w:t>
      </w:r>
    </w:p>
    <w:p>
      <w:pPr>
        <w:jc w:val="right"/>
      </w:pPr>
      <w:r>
        <w:t>تو مجھے تو کوئی کٹر نہیں سوچتا۔</w:t>
      </w:r>
    </w:p>
    <w:p>
      <w:r>
        <w:rPr>
          <w:b/>
        </w:rPr>
        <w:t xml:space="preserve">[1:10:43] </w:t>
      </w:r>
      <w:r>
        <w:t>cutter pan aap ke rawaiye, aap ke apne rawaiye se cutter pan bante hain, aap ki boli se</w:t>
      </w:r>
    </w:p>
    <w:p>
      <w:pPr>
        <w:jc w:val="right"/>
      </w:pPr>
      <w:r>
        <w:t>کٹر پن آپ کے رویہ، آپ کے اپنے رویے سے کٹر پن بنتے ہیں، آپ کی بولی سے</w:t>
      </w:r>
    </w:p>
    <w:p>
      <w:r>
        <w:rPr>
          <w:b/>
        </w:rPr>
        <w:t xml:space="preserve">[1:10:51] </w:t>
      </w:r>
      <w:r>
        <w:t>cutter pan bante hain, darhi se nahin.</w:t>
      </w:r>
    </w:p>
    <w:p>
      <w:pPr>
        <w:jc w:val="right"/>
      </w:pPr>
      <w:r>
        <w:t>کٹر پن بنتے ہیں، داڑھی سے نہیں۔</w:t>
      </w:r>
    </w:p>
    <w:p>
      <w:r>
        <w:rPr>
          <w:b/>
        </w:rPr>
        <w:t xml:space="preserve">[1:10:54] </w:t>
      </w:r>
      <w:r>
        <w:t>yeh galat khayal hai ke darhi hai to cutter pan ho gaya.</w:t>
      </w:r>
    </w:p>
    <w:p>
      <w:pPr>
        <w:jc w:val="right"/>
      </w:pPr>
      <w:r>
        <w:t>یہ غلط خیال ہے کہ داڑھی ہے تو کٹر پن ہو گیا۔</w:t>
      </w:r>
    </w:p>
    <w:p>
      <w:r>
        <w:rPr>
          <w:b/>
        </w:rPr>
        <w:t xml:space="preserve">[1:10:59] </w:t>
      </w:r>
      <w:r>
        <w:t>yeh jo log hain jo cutter pan ki boli bolte hain, matlab nafrat ki boli, we and they</w:t>
      </w:r>
    </w:p>
    <w:p>
      <w:pPr>
        <w:jc w:val="right"/>
      </w:pPr>
      <w:r>
        <w:t>یہ جو لوگ ہیں جو کٹر پن کی بولی بولتے ہیں، مطلب نفرت کی بولی، وی اینڈ دے</w:t>
      </w:r>
    </w:p>
    <w:p>
      <w:r>
        <w:rPr>
          <w:b/>
        </w:rPr>
        <w:t xml:space="preserve">[1:11:07] </w:t>
      </w:r>
      <w:r>
        <w:t>ka concept le ke chalte hain ke doosre log ghair hain, hum aur yeh hamare apne hain.</w:t>
      </w:r>
    </w:p>
    <w:p>
      <w:pPr>
        <w:jc w:val="right"/>
      </w:pPr>
      <w:r>
        <w:t>کا کانسیپٹ لے کے چلتے ہیں کہ دوسرے لوگ غیر ہیں، ہم اور یہ ہمارے اپنے ہیں۔</w:t>
      </w:r>
    </w:p>
    <w:p>
      <w:r>
        <w:rPr>
          <w:b/>
        </w:rPr>
        <w:t xml:space="preserve">[1:11:14] </w:t>
      </w:r>
      <w:r>
        <w:t>to yeh sab cheezen jo log chalte hain, is se cutter pan aata hai, is se hate paida</w:t>
      </w:r>
    </w:p>
    <w:p>
      <w:pPr>
        <w:jc w:val="right"/>
      </w:pPr>
      <w:r>
        <w:t>تو یہ سب چیزیں جو لوگ چلتے ہیں، اس سے کٹر پن آتا ہے، اس سے ہیٹ پیدا</w:t>
      </w:r>
    </w:p>
    <w:p>
      <w:r>
        <w:rPr>
          <w:b/>
        </w:rPr>
        <w:t xml:space="preserve">[1:11:22] </w:t>
      </w:r>
      <w:r>
        <w:t>hoti hai.</w:t>
      </w:r>
    </w:p>
    <w:p>
      <w:pPr>
        <w:jc w:val="right"/>
      </w:pPr>
      <w:r>
        <w:t>ہوتی ہے۔</w:t>
      </w:r>
    </w:p>
    <w:p>
      <w:r>
        <w:rPr>
          <w:b/>
        </w:rPr>
        <w:t xml:space="preserve">[1:11:24] </w:t>
      </w:r>
      <w:r>
        <w:t>darhi se nahin.</w:t>
      </w:r>
    </w:p>
    <w:p>
      <w:pPr>
        <w:jc w:val="right"/>
      </w:pPr>
      <w:r>
        <w:t>داڑھی سے نہیں۔</w:t>
      </w:r>
    </w:p>
    <w:p>
      <w:r>
        <w:rPr>
          <w:b/>
        </w:rPr>
        <w:t xml:space="preserve">[1:11:25] </w:t>
      </w:r>
      <w:r>
        <w:t>mein isi darhi ke sath dunya bhar mein jata hoon aur mujhe koi cutter nahin sochta kyunke wohi</w:t>
      </w:r>
    </w:p>
    <w:p>
      <w:pPr>
        <w:jc w:val="right"/>
      </w:pPr>
      <w:r>
        <w:t>میں اسی داڑھی کے ساتھ دنیا بھر میں جاتا ہوں اور مجھے کوئی کٹر نہیں سوچتا کیونکہ وہی</w:t>
      </w:r>
    </w:p>
    <w:p>
      <w:r>
        <w:rPr>
          <w:b/>
        </w:rPr>
        <w:t xml:space="preserve">[1:11:33] </w:t>
      </w:r>
      <w:r>
        <w:t>boli jo hai, us mein mohabbat hoti hai, khair khwahi hoti hai.</w:t>
      </w:r>
    </w:p>
    <w:p>
      <w:pPr>
        <w:jc w:val="right"/>
      </w:pPr>
      <w:r>
        <w:t>بولی جو ہے، اس میں محبت ہوتی ہے، خیر خواہی ہوتی ہے۔</w:t>
      </w:r>
    </w:p>
    <w:p>
      <w:r>
        <w:rPr>
          <w:b/>
        </w:rPr>
        <w:t xml:space="preserve">[1:11:38] </w:t>
      </w:r>
      <w:r>
        <w:t>asal cheez aap ke dil mein, aap insanon ke liye wishful thinking, shayad insanon ke liye khair</w:t>
      </w:r>
    </w:p>
    <w:p>
      <w:pPr>
        <w:jc w:val="right"/>
      </w:pPr>
      <w:r>
        <w:t>اصل چیز آپ کے دل میں، آپ انسانوں کے لیے وش فل تھنکنگ، شاید انسانوں کے لیے خیر</w:t>
      </w:r>
    </w:p>
    <w:p>
      <w:r>
        <w:rPr>
          <w:b/>
        </w:rPr>
        <w:t xml:space="preserve">[1:11:46] </w:t>
      </w:r>
      <w:r>
        <w:t>khwah baniye, shayad dunya ke liye, yani aap ke dil mein pyar ho to phir aap ki boli</w:t>
      </w:r>
    </w:p>
    <w:p>
      <w:pPr>
        <w:jc w:val="right"/>
      </w:pPr>
      <w:r>
        <w:t>خواہ بنیے، شاید دنیا کے لیے، یعنی آپ کے دل میں پیار ہو تو پھر آپ کی بولی</w:t>
      </w:r>
    </w:p>
    <w:p>
      <w:r>
        <w:rPr>
          <w:b/>
        </w:rPr>
        <w:t xml:space="preserve">[1:11:53] </w:t>
      </w:r>
      <w:r>
        <w:t>mein pyar hoga, aap ke har cheez mein pyar ka andaz jhal ke ga.</w:t>
      </w:r>
    </w:p>
    <w:p>
      <w:pPr>
        <w:jc w:val="right"/>
      </w:pPr>
      <w:r>
        <w:t>میں پیار ہوگا، آپ کے ہر چیز میں پیار کا انداز جھلکے گا۔</w:t>
      </w:r>
    </w:p>
    <w:p>
      <w:r>
        <w:rPr>
          <w:b/>
        </w:rPr>
        <w:t xml:space="preserve">[1:11:59] </w:t>
      </w:r>
      <w:r>
        <w:t>to koi cutter nahin samjhe ga aap ko, chahe darhi ho ya darhi na ho.</w:t>
      </w:r>
    </w:p>
    <w:p>
      <w:pPr>
        <w:jc w:val="right"/>
      </w:pPr>
      <w:r>
        <w:t>تو کوئی کٹر نہیں سمجھے گا آپ کو، چاہے داڑھی ہو یا داڑھی نہ ہو۔</w:t>
      </w:r>
    </w:p>
    <w:p>
      <w:r>
        <w:rPr>
          <w:b/>
        </w:rPr>
        <w:t xml:space="preserve">[1:12:05] </w:t>
      </w:r>
      <w:r>
        <w:t>yeh bilkul aik galat tasawwur hai.</w:t>
      </w:r>
    </w:p>
    <w:p>
      <w:pPr>
        <w:jc w:val="right"/>
      </w:pPr>
      <w:r>
        <w:t>یہ بالکل ایک غلط تصور ہے۔</w:t>
      </w:r>
    </w:p>
    <w:p>
      <w:r>
        <w:rPr>
          <w:b/>
        </w:rPr>
        <w:t xml:space="preserve">[1:12:08] </w:t>
      </w:r>
      <w:r>
        <w:t>maulana, agla sawal kashmir se hai hamidullah hameed sahib ka.</w:t>
      </w:r>
    </w:p>
    <w:p>
      <w:pPr>
        <w:jc w:val="right"/>
      </w:pPr>
      <w:r>
        <w:t>مولانا، اگلا سوال کشمیر سے ہے حامد اللہ حمید صاحب کا۔</w:t>
      </w:r>
    </w:p>
    <w:p>
      <w:r>
        <w:rPr>
          <w:b/>
        </w:rPr>
        <w:t xml:space="preserve">[1:12:13] </w:t>
      </w:r>
      <w:r>
        <w:t>unho'n ne likha hai: "lo islam hate america.</w:t>
      </w:r>
    </w:p>
    <w:p>
      <w:pPr>
        <w:jc w:val="right"/>
      </w:pPr>
      <w:r>
        <w:t>انہوں نے لکھا ہے: "لو اسلام ہیٹ امریکہ۔</w:t>
      </w:r>
    </w:p>
    <w:p>
      <w:r>
        <w:rPr>
          <w:b/>
        </w:rPr>
        <w:t xml:space="preserve">[1:12:16] </w:t>
      </w:r>
      <w:r>
        <w:t>These hoardings were placed in tourist spots in reaction of recent movie produced in America.</w:t>
      </w:r>
    </w:p>
    <w:p>
      <w:pPr>
        <w:jc w:val="right"/>
      </w:pPr>
      <w:r>
        <w:t>دیز ہولڈنگز وار پلیسڈ ان ٹورسٹ سپورٹس ان ری ایکشن آف ریسنٹ مووی پروڈیوسڈ ان امریکہ۔</w:t>
      </w:r>
    </w:p>
    <w:p>
      <w:r>
        <w:rPr>
          <w:b/>
        </w:rPr>
        <w:t xml:space="preserve">[1:12:23] </w:t>
      </w:r>
      <w:r>
        <w:t>"Can a Muslim hate a non-believer because of any excuse?" Dekhiye, law Islam bhi ek ek ek</w:t>
      </w:r>
    </w:p>
    <w:p>
      <w:pPr>
        <w:jc w:val="right"/>
      </w:pPr>
      <w:r>
        <w:t>کین ا مسلم ہیٹ ا نان بیلیور بیکاز آف اینی ایکسکیوز؟" دیکھیے، لو اسلام بھی ایک ایک ایک</w:t>
      </w:r>
    </w:p>
    <w:p>
      <w:r>
        <w:rPr>
          <w:b/>
        </w:rPr>
        <w:t xml:space="preserve">[1:12:31] </w:t>
      </w:r>
      <w:r>
        <w:t>aik ya'ni aik bilkul galat hai.</w:t>
      </w:r>
    </w:p>
    <w:p>
      <w:pPr>
        <w:jc w:val="right"/>
      </w:pPr>
      <w:r>
        <w:t>ایک یعنی ایک بالکل غلط ہے۔</w:t>
      </w:r>
    </w:p>
    <w:p>
      <w:r>
        <w:rPr>
          <w:b/>
        </w:rPr>
        <w:t xml:space="preserve">[1:12:33] </w:t>
      </w:r>
      <w:r>
        <w:t>agar aap islam se love karein ge to logon se hate kar nahin sakte.</w:t>
      </w:r>
    </w:p>
    <w:p>
      <w:pPr>
        <w:jc w:val="right"/>
      </w:pPr>
      <w:r>
        <w:t>اگر آپ اسلام سے لو کریں گے تو لوگوں سے ہیٹ کر نہیں سکتے۔</w:t>
      </w:r>
    </w:p>
    <w:p>
      <w:r>
        <w:rPr>
          <w:b/>
        </w:rPr>
        <w:t xml:space="preserve">[1:12:39] </w:t>
      </w:r>
      <w:r>
        <w:t>aap yeh namumkin hai ke aap islam se love karein, aap logon se hate karein.</w:t>
      </w:r>
    </w:p>
    <w:p>
      <w:pPr>
        <w:jc w:val="right"/>
      </w:pPr>
      <w:r>
        <w:t>آپ یہ ناممکن ہے کہ آپ اسلام سے لو کریں، آپ لوگوں سے ہیٹ کریں۔</w:t>
      </w:r>
    </w:p>
    <w:p>
      <w:r>
        <w:rPr>
          <w:b/>
        </w:rPr>
        <w:t xml:space="preserve">[1:12:46] </w:t>
      </w:r>
      <w:r>
        <w:t>aap islam se love karna aap ko doosron se mohabbat sikhaye ga.</w:t>
      </w:r>
    </w:p>
    <w:p>
      <w:pPr>
        <w:jc w:val="right"/>
      </w:pPr>
      <w:r>
        <w:t>آپ اسلام سے لو کرنا آپ کو دوسروں سے محبت سکھائے گا۔</w:t>
      </w:r>
    </w:p>
    <w:p>
      <w:r>
        <w:rPr>
          <w:b/>
        </w:rPr>
        <w:t xml:space="preserve">[1:12:51] </w:t>
      </w:r>
      <w:r>
        <w:t>kyun? aap quran ko parhiye, chapter 41 jo hai, hami alsajdah, is mein yeh ayat hai ke is</w:t>
      </w:r>
    </w:p>
    <w:p>
      <w:pPr>
        <w:jc w:val="right"/>
      </w:pPr>
      <w:r>
        <w:t>کیوں؟ آپ قرآن کو پڑھیے، چیپٹر 41 جو ہے، حامی السجدہ، اس میں یہ آیت ہے کہ اس</w:t>
      </w:r>
    </w:p>
    <w:p>
      <w:r>
        <w:rPr>
          <w:b/>
        </w:rPr>
        <w:t xml:space="preserve">[1:12:58] </w:t>
      </w:r>
      <w:r>
        <w:t>mein yeh ayat hai ke: "la tastaab al hasarat bil husn faiz alladhi baina ka bin wada kun wali hameem".</w:t>
      </w:r>
    </w:p>
    <w:p>
      <w:pPr>
        <w:jc w:val="right"/>
      </w:pPr>
      <w:r>
        <w:t>میں یہ آیت ہے کہ: "لا تستب الحسرت بالحسن فیض الذی بین کا بن ودا کن ولی حمیم"۔</w:t>
      </w:r>
    </w:p>
    <w:p>
      <w:r>
        <w:rPr>
          <w:b/>
        </w:rPr>
        <w:t xml:space="preserve">[1:13:06] </w:t>
      </w:r>
      <w:r>
        <w:t>yani kisi ko agar tum pao ke tumhare sath uska sulook dushman wala sulook hai to tum</w:t>
      </w:r>
    </w:p>
    <w:p>
      <w:pPr>
        <w:jc w:val="right"/>
      </w:pPr>
      <w:r>
        <w:t>یعنی کسی کو اگر تم پاؤ کہ تمہارے ساتھ اس کا سلوک دشمن والا سلوک ہے تو تم</w:t>
      </w:r>
    </w:p>
    <w:p>
      <w:r>
        <w:rPr>
          <w:b/>
        </w:rPr>
        <w:t xml:space="preserve">[1:13:14] </w:t>
      </w:r>
      <w:r>
        <w:t>us ke sath dosti karo, tum uska acha sulook karo, phir woh dushman tumhara dost ban jayega</w:t>
      </w:r>
    </w:p>
    <w:p>
      <w:pPr>
        <w:jc w:val="right"/>
      </w:pPr>
      <w:r>
        <w:t>اس کے ساتھ دوستی کرو، تم اس کا اچھا سلوک کرو، پھر وہ دشمن تمہارا دوست بن جائے</w:t>
      </w:r>
    </w:p>
    <w:p>
      <w:r>
        <w:rPr>
          <w:b/>
        </w:rPr>
        <w:t xml:space="preserve">[1:13:22] </w:t>
      </w:r>
      <w:r>
        <w:t>ga.</w:t>
      </w:r>
    </w:p>
    <w:p>
      <w:pPr>
        <w:jc w:val="right"/>
      </w:pPr>
      <w:r>
        <w:t>گا۔</w:t>
      </w:r>
    </w:p>
    <w:p>
      <w:r>
        <w:rPr>
          <w:b/>
        </w:rPr>
        <w:t xml:space="preserve">[1:13:23] </w:t>
      </w:r>
      <w:r>
        <w:t>Faiz alladhi bayna ka wabayna ka wali humim.</w:t>
      </w:r>
    </w:p>
    <w:p>
      <w:pPr>
        <w:jc w:val="right"/>
      </w:pPr>
      <w:r>
        <w:t>فیض الذی بین کا بن ودا کن ولی حمیم۔</w:t>
      </w:r>
    </w:p>
    <w:p>
      <w:r>
        <w:rPr>
          <w:b/>
        </w:rPr>
        <w:t xml:space="preserve">[1:13:27] </w:t>
      </w:r>
      <w:r>
        <w:t>us ke mutaliq dushman ko potential friend ke roop mein dekhna yeh hai Islam.</w:t>
      </w:r>
    </w:p>
    <w:p>
      <w:pPr>
        <w:jc w:val="right"/>
      </w:pPr>
      <w:r>
        <w:t>اس کے متعلق دشمن کو پوٹینشیل فرینڈ کے روپ میں دیکھنا یہ ہے اسلام۔</w:t>
      </w:r>
    </w:p>
    <w:p>
      <w:r>
        <w:rPr>
          <w:b/>
        </w:rPr>
        <w:t xml:space="preserve">[1:13:33] </w:t>
      </w:r>
      <w:r>
        <w:t>یعنی you have to see the your enemy enter enter, یعنی as a potential friend.</w:t>
      </w:r>
    </w:p>
    <w:p>
      <w:pPr>
        <w:jc w:val="right"/>
      </w:pPr>
      <w:r>
        <w:t>یعنی یو ہیو ٹو سی دا یور اینمی انٹر انٹر، یعنی ایز ا پوٹینشل فرینڈ۔</w:t>
      </w:r>
    </w:p>
    <w:p>
      <w:r>
        <w:rPr>
          <w:b/>
        </w:rPr>
        <w:t xml:space="preserve">[1:13:39] </w:t>
      </w:r>
      <w:r>
        <w:t>apne dushman ko potential friend ke roop mein dikhaiye, Islam hai.</w:t>
      </w:r>
    </w:p>
    <w:p>
      <w:pPr>
        <w:jc w:val="right"/>
      </w:pPr>
      <w:r>
        <w:t>اپنے دشمن کو پوٹینشل فرینڈ کے روپ میں دکھائیے، اسلام ہے۔</w:t>
      </w:r>
    </w:p>
    <w:p>
      <w:r>
        <w:rPr>
          <w:b/>
        </w:rPr>
        <w:t xml:space="preserve">[1:13:44] </w:t>
      </w:r>
      <w:r>
        <w:t>toh jo log kehte hain ke lo Islam, yeh yeh bilkul galat keh rahe hain.</w:t>
      </w:r>
    </w:p>
    <w:p>
      <w:pPr>
        <w:jc w:val="right"/>
      </w:pPr>
      <w:r>
        <w:t>تو جو لوگ کہتے ہیں کہ لو اسلام، یہ یہ بالکل غلط کہہ رہے ہیں۔</w:t>
      </w:r>
    </w:p>
    <w:p>
      <w:r>
        <w:rPr>
          <w:b/>
        </w:rPr>
        <w:t xml:space="preserve">[1:13:51] </w:t>
      </w:r>
      <w:r>
        <w:t>woh woh hate Islam ke in ke dilon mein hai.</w:t>
      </w:r>
    </w:p>
    <w:p>
      <w:pPr>
        <w:jc w:val="right"/>
      </w:pPr>
      <w:r>
        <w:t>وہ وہ ہیٹ اسلام کے ان کے دلوں میں ہے۔</w:t>
      </w:r>
    </w:p>
    <w:p>
      <w:r>
        <w:rPr>
          <w:b/>
        </w:rPr>
        <w:t xml:space="preserve">[1:13:55] </w:t>
      </w:r>
      <w:r>
        <w:t>Islam se mohabbat toh un ko nahi hai.</w:t>
      </w:r>
    </w:p>
    <w:p>
      <w:pPr>
        <w:jc w:val="right"/>
      </w:pPr>
      <w:r>
        <w:t>اسلام سے محبت تو ان کو نہیں ہے۔</w:t>
      </w:r>
    </w:p>
    <w:p>
      <w:r>
        <w:rPr>
          <w:b/>
        </w:rPr>
        <w:t xml:space="preserve">[1:13:58] </w:t>
      </w:r>
      <w:r>
        <w:t>mohabbat hoti toh woh Quran se lete rahe ke kya karna chahiye humein.</w:t>
      </w:r>
    </w:p>
    <w:p>
      <w:pPr>
        <w:jc w:val="right"/>
      </w:pPr>
      <w:r>
        <w:t>محبت ہوتی تو وہ قرآن سے لیتے رہے کہ کیا کرنا چاہیے ہمیں۔</w:t>
      </w:r>
    </w:p>
    <w:p>
      <w:r>
        <w:rPr>
          <w:b/>
        </w:rPr>
        <w:t xml:space="preserve">[1:14:04] </w:t>
      </w:r>
      <w:r>
        <w:t>Quran ko dekhte, padhte, Quran ko jab Quran mein saaf saaf hai ke tum dushman ko apna potential</w:t>
      </w:r>
    </w:p>
    <w:p>
      <w:pPr>
        <w:jc w:val="right"/>
      </w:pPr>
      <w:r>
        <w:t>قرآن کو دیکھتے، پڑھتے، قرآن کو جب قرآن میں صاف صاف ہے کہ تم دشمن کو اپنا پوٹینشل</w:t>
      </w:r>
    </w:p>
    <w:p>
      <w:r>
        <w:rPr>
          <w:b/>
        </w:rPr>
        <w:t xml:space="preserve">[1:14:12] </w:t>
      </w:r>
      <w:r>
        <w:t>friend samjho toh aap keh sakte hain, aisa kar sakte hain.</w:t>
      </w:r>
    </w:p>
    <w:p>
      <w:pPr>
        <w:jc w:val="right"/>
      </w:pPr>
      <w:r>
        <w:t>فرینڈ سمجھو تو آپ کہہ سکتے ہیں، ایسا کر سکتے ہیں۔</w:t>
      </w:r>
    </w:p>
    <w:p>
      <w:r>
        <w:rPr>
          <w:b/>
        </w:rPr>
        <w:t xml:space="preserve">[1:14:16] </w:t>
      </w:r>
      <w:r>
        <w:t>mein wahan gaya tha America toh wahan pe ek church mein mujhe bulaya gaya toh unhon ne kaha</w:t>
      </w:r>
    </w:p>
    <w:p>
      <w:pPr>
        <w:jc w:val="right"/>
      </w:pPr>
      <w:r>
        <w:t>میں وہاں گیا تھا امریکہ تو وہاں پہ ایک چرچ میں مجھے بلایا گیا تو انہوں نے کہا</w:t>
      </w:r>
    </w:p>
    <w:p>
      <w:r>
        <w:rPr>
          <w:b/>
        </w:rPr>
        <w:t xml:space="preserve">[1:14:24] </w:t>
      </w:r>
      <w:r>
        <w:t>کہ بائبل میں حضرت مسیح نے یہ کہا تھا کہ: "Love your enemy"۔</w:t>
      </w:r>
    </w:p>
    <w:p>
      <w:pPr>
        <w:jc w:val="right"/>
      </w:pPr>
      <w:r>
        <w:t>کہ بائبل میں حضرت مسیح نے یہ کہا تھا کہ: "لو یور اینمی"۔</w:t>
      </w:r>
    </w:p>
    <w:p>
      <w:r>
        <w:rPr>
          <w:b/>
        </w:rPr>
        <w:t xml:space="preserve">[1:14:30] </w:t>
      </w:r>
      <w:r>
        <w:t>toh kya aap ke Quran mein bhi aisi taleem hai? Toh maine yeh ayat padhi, un ko</w:t>
      </w:r>
    </w:p>
    <w:p>
      <w:pPr>
        <w:jc w:val="right"/>
      </w:pPr>
      <w:r>
        <w:t>تو کیا آپ کے قرآن میں بھی ایسی تعلیم ہے؟ تو میں نے یہ آیت پڑھی، ان کو</w:t>
      </w:r>
    </w:p>
    <w:p>
      <w:r>
        <w:rPr>
          <w:b/>
        </w:rPr>
        <w:t xml:space="preserve">[1:14:37] </w:t>
      </w:r>
      <w:r>
        <w:t>samne toh bohat khush hue woh ke Quran mein bhi yahi taleem hai.</w:t>
      </w:r>
    </w:p>
    <w:p>
      <w:pPr>
        <w:jc w:val="right"/>
      </w:pPr>
      <w:r>
        <w:t>سامنے تو بہت خوش ہوئے وہ کہ قرآن میں بھی یہی تعلیم ہے۔</w:t>
      </w:r>
    </w:p>
    <w:p>
      <w:r>
        <w:rPr>
          <w:b/>
        </w:rPr>
        <w:t xml:space="preserve">[1:14:43] </w:t>
      </w:r>
      <w:r>
        <w:t>is ayat ko aap ghor kijiye ke kitni zabardast zabardast ayat hai ke agar aap sach much Muslim</w:t>
      </w:r>
    </w:p>
    <w:p>
      <w:pPr>
        <w:jc w:val="right"/>
      </w:pPr>
      <w:r>
        <w:t>اس آیت کو آپ غور کیجئے کہ کتنی زبردست زبردست آیت ہے کہ اگر آپ سچ مچ مسلم</w:t>
      </w:r>
    </w:p>
    <w:p>
      <w:r>
        <w:rPr>
          <w:b/>
        </w:rPr>
        <w:t xml:space="preserve">[1:14:51] </w:t>
      </w:r>
      <w:r>
        <w:t>hain, sach much momin hain, sach much Quran ko manne wale hain toh aap ko chahiye ke aap</w:t>
      </w:r>
    </w:p>
    <w:p>
      <w:pPr>
        <w:jc w:val="right"/>
      </w:pPr>
      <w:r>
        <w:t>ہیں، سچ مچ مومن ہیں، سچ مچ قرآن کو ماننے والے ہیں تو آپ کو چاہیے کہ آپ</w:t>
      </w:r>
    </w:p>
    <w:p>
      <w:r>
        <w:rPr>
          <w:b/>
        </w:rPr>
        <w:t xml:space="preserve">[1:14:58] </w:t>
      </w:r>
      <w:r>
        <w:t>dushman ko potential friend ke roop mein dekhein, nahi toh aap Muslim nahi hain, nahi toh aap Quran</w:t>
      </w:r>
    </w:p>
    <w:p>
      <w:pPr>
        <w:jc w:val="right"/>
      </w:pPr>
      <w:r>
        <w:t>دشمن کو پوٹینشل فرینڈ کے روپ میں دیکھیں، نہیں تو آپ مسلم نہیں ہیں، نہیں تو آپ قرآن</w:t>
      </w:r>
    </w:p>
    <w:p>
      <w:r>
        <w:rPr>
          <w:b/>
        </w:rPr>
        <w:t xml:space="preserve">[1:15:06] </w:t>
      </w:r>
      <w:r>
        <w:t>ko nahi mante.</w:t>
      </w:r>
    </w:p>
    <w:p>
      <w:pPr>
        <w:jc w:val="right"/>
      </w:pPr>
      <w:r>
        <w:t>کو نہیں مانتے۔</w:t>
      </w:r>
    </w:p>
    <w:p>
      <w:r>
        <w:rPr>
          <w:b/>
        </w:rPr>
        <w:t xml:space="preserve">[1:15:07] </w:t>
      </w:r>
      <w:r>
        <w:t>maulana, agla sawal aya hai doha qatar se maulana abdul basit umri sahib ka.</w:t>
      </w:r>
    </w:p>
    <w:p>
      <w:pPr>
        <w:jc w:val="right"/>
      </w:pPr>
      <w:r>
        <w:t>مولانا، اگلا سوال آیا ہے دوحہ قطر سے مولانا عبدالباسط عمری صاحب کا۔</w:t>
      </w:r>
    </w:p>
    <w:p>
      <w:r>
        <w:rPr>
          <w:b/>
        </w:rPr>
        <w:t xml:space="preserve">[1:15:13] </w:t>
      </w:r>
      <w:r>
        <w:t>unhon ne likha hai: "maulana, shaitan har ek ko alag alag andaz se behkata hai.</w:t>
      </w:r>
    </w:p>
    <w:p>
      <w:pPr>
        <w:jc w:val="right"/>
      </w:pPr>
      <w:r>
        <w:t>انہوں نے لکھا ہے: "مولانا، شیطان ہر ایک کو الگ الگ انداز سے بہکاتا ہے۔</w:t>
      </w:r>
    </w:p>
    <w:p>
      <w:r>
        <w:rPr>
          <w:b/>
        </w:rPr>
        <w:t xml:space="preserve">[1:15:19] </w:t>
      </w:r>
      <w:r>
        <w:t>to maulana, tazeen shaitan ko pehchanne ka koi formula agar hai to aap hamein bataiye taake main apne</w:t>
      </w:r>
    </w:p>
    <w:p>
      <w:pPr>
        <w:jc w:val="right"/>
      </w:pPr>
      <w:r>
        <w:t>تو مولانا، تزین شیطان کو پہچاننے کا کوئی فارمولا اگر ہے تو آپ ہمیں بتائیے تاکہ میں اپنے</w:t>
      </w:r>
    </w:p>
    <w:p>
      <w:r>
        <w:rPr>
          <w:b/>
        </w:rPr>
        <w:t xml:space="preserve">[1:15:27] </w:t>
      </w:r>
      <w:r>
        <w:t>aap ko is se bacha sakoon." dekhiye ke is ka koi formula nahi hota, is ka formula hai</w:t>
      </w:r>
    </w:p>
    <w:p>
      <w:pPr>
        <w:jc w:val="right"/>
      </w:pPr>
      <w:r>
        <w:t>آپ کو اس سے بچا سکوں۔" دیکھیے کہ اس کا کوئی فارمولا نہیں ہوتا، اس کا فارمولا ہے</w:t>
      </w:r>
    </w:p>
    <w:p>
      <w:r>
        <w:rPr>
          <w:b/>
        </w:rPr>
        <w:t xml:space="preserve">[1:15:35] </w:t>
      </w:r>
      <w:r>
        <w:t>dua.</w:t>
      </w:r>
    </w:p>
    <w:p>
      <w:pPr>
        <w:jc w:val="right"/>
      </w:pPr>
      <w:r>
        <w:t>دعا۔</w:t>
      </w:r>
    </w:p>
    <w:p>
      <w:r>
        <w:rPr>
          <w:b/>
        </w:rPr>
        <w:t xml:space="preserve">[1:15:36] </w:t>
      </w:r>
      <w:r>
        <w:t>jab bhi aisi koi cheez aap ke dil mein aati hai to foran padhiye: "allahumma inni aoozu bik</w:t>
      </w:r>
    </w:p>
    <w:p>
      <w:pPr>
        <w:jc w:val="right"/>
      </w:pPr>
      <w:r>
        <w:t>جب بھی ایسی کوئی چیز آپ کے دل میں آتی ہے تو فوراً پڑھیے: "اللہم انی اعوذ بک</w:t>
      </w:r>
    </w:p>
    <w:p>
      <w:r>
        <w:rPr>
          <w:b/>
        </w:rPr>
        <w:t xml:space="preserve">[1:15:44] </w:t>
      </w:r>
      <w:r>
        <w:t>min hamadat al-shaitan".</w:t>
      </w:r>
    </w:p>
    <w:p>
      <w:pPr>
        <w:jc w:val="right"/>
      </w:pPr>
      <w:r>
        <w:t>من حمدات الشیطان"۔</w:t>
      </w:r>
    </w:p>
    <w:p>
      <w:r>
        <w:rPr>
          <w:b/>
        </w:rPr>
        <w:t xml:space="preserve">[1:15:46] </w:t>
      </w:r>
      <w:r>
        <w:t>foran padhiye: "allahumma inni aoozu bik min hamadat al-shaitan" aur koi doosra formula nahi.</w:t>
      </w:r>
    </w:p>
    <w:p>
      <w:pPr>
        <w:jc w:val="right"/>
      </w:pPr>
      <w:r>
        <w:t>فوراً پڑھیے: "اللہم انی اعوذ بک من حمدات الشیطان" اور کوئی دوسرا فارمولا نہیں۔</w:t>
      </w:r>
    </w:p>
    <w:p>
      <w:r>
        <w:rPr>
          <w:b/>
        </w:rPr>
        <w:t xml:space="preserve">[1:15:52] </w:t>
      </w:r>
      <w:r>
        <w:t>is waqt allah ki taraf se aap ko madad milegi, allah ki taraf se aap ke dil</w:t>
      </w:r>
    </w:p>
    <w:p>
      <w:pPr>
        <w:jc w:val="right"/>
      </w:pPr>
      <w:r>
        <w:t>اس وقت اللہ کی طرف سے آپ کو مدد ملے گی، اللہ کی طرف سے آپ کے دل</w:t>
      </w:r>
    </w:p>
    <w:p>
      <w:r>
        <w:rPr>
          <w:b/>
        </w:rPr>
        <w:t xml:space="preserve">[1:15:59] </w:t>
      </w:r>
      <w:r>
        <w:t>se parda hatega aur aap ko sahi rehnumai allah ki taraf se hasil hogi.</w:t>
      </w:r>
    </w:p>
    <w:p>
      <w:pPr>
        <w:jc w:val="right"/>
      </w:pPr>
      <w:r>
        <w:t>سے پردہ ہٹے گا اور آپ کو صحیح رہنمائی اللہ کی طرف سے حاصل ہوگی۔</w:t>
      </w:r>
    </w:p>
    <w:p>
      <w:r>
        <w:rPr>
          <w:b/>
        </w:rPr>
        <w:t xml:space="preserve">[1:16:06] </w:t>
      </w:r>
      <w:r>
        <w:t>bas yahi formula hai aur koi doosra formula nahi.</w:t>
      </w:r>
    </w:p>
    <w:p>
      <w:pPr>
        <w:jc w:val="right"/>
      </w:pPr>
      <w:r>
        <w:t>بس یہی فارمولا ہے اور کوئی دوسرا فارمولا نہیں۔</w:t>
      </w:r>
    </w:p>
    <w:p>
      <w:r>
        <w:rPr>
          <w:b/>
        </w:rPr>
        <w:t xml:space="preserve">[1:16:10] </w:t>
      </w:r>
      <w:r>
        <w:t>maulana, agla sawal aya hai gulbarga se maulana yaqoob umri ka.</w:t>
      </w:r>
    </w:p>
    <w:p>
      <w:pPr>
        <w:jc w:val="right"/>
      </w:pPr>
      <w:r>
        <w:t>مولانا، اگلا سوال آیا ہے گلبرگہ سے مولانا یعقوب عمری کا۔</w:t>
      </w:r>
    </w:p>
    <w:p>
      <w:r>
        <w:rPr>
          <w:b/>
        </w:rPr>
        <w:t xml:space="preserve">[1:16:14] </w:t>
      </w:r>
      <w:r>
        <w:t>unhon ne likha hai: "maulana, ek sahib ne kaha ke mazhab insaan ki azadi par rok lagata hai,</w:t>
      </w:r>
    </w:p>
    <w:p>
      <w:pPr>
        <w:jc w:val="right"/>
      </w:pPr>
      <w:r>
        <w:t>انہوں نے لکھا ہے: "مولانا، ایک صاحب نے کہا کہ مذہب انسان کی آزادی پر روک لگاتا ہے،</w:t>
      </w:r>
    </w:p>
    <w:p>
      <w:r>
        <w:rPr>
          <w:b/>
        </w:rPr>
        <w:t xml:space="preserve">[1:16:22] </w:t>
      </w:r>
      <w:r>
        <w:t>is liye hum ko mazhab nahi chahiye."</w:t>
      </w:r>
    </w:p>
    <w:p>
      <w:pPr>
        <w:jc w:val="right"/>
      </w:pPr>
      <w:r>
        <w:t>اس لیے ہم کو مذہب نہیں چاہیے۔"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