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 Introduction of the Quran I 24th July 07</w:t>
      </w:r>
    </w:p>
    <w:p>
      <w:r>
        <w:t>https://www.youtube.com/watch?v=kp6NjFcUTZw</w:t>
      </w:r>
    </w:p>
    <w:p>
      <w:r>
        <w:rPr>
          <w:b/>
        </w:rPr>
        <w:t xml:space="preserve">[00:21]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[00:26] </w:t>
      </w:r>
      <w:r>
        <w:t>The theme for the present talk is Introduction to the Quran.</w:t>
      </w:r>
    </w:p>
    <w:p>
      <w:pPr>
        <w:jc w:val="right"/>
      </w:pPr>
      <w:r>
        <w:t>دا تھیم فار دا پریزنٹ ٹاک از انٹروڈکشن ٹو دی قرآن۔</w:t>
      </w:r>
    </w:p>
    <w:p>
      <w:r>
        <w:rPr>
          <w:b/>
        </w:rPr>
        <w:t xml:space="preserve">[00:31] </w:t>
      </w:r>
      <w:r>
        <w:t>You know, Quran is believed to be a word of God, a book of God.</w:t>
      </w:r>
    </w:p>
    <w:p>
      <w:pPr>
        <w:jc w:val="right"/>
      </w:pPr>
      <w:r>
        <w:t>یو نو، قرآن از بیلیو ٹو بی ا ورڈ اف گاڈ، ا بک اف گاڈ۔</w:t>
      </w:r>
    </w:p>
    <w:p>
      <w:r>
        <w:rPr>
          <w:b/>
        </w:rPr>
        <w:t xml:space="preserve">[00:37] </w:t>
      </w:r>
      <w:r>
        <w:t>It was revealed upon Muhammad sallallahu alaihi wasallam in the first quarter of seventh century, during 23</w:t>
      </w:r>
    </w:p>
    <w:p>
      <w:pPr>
        <w:jc w:val="right"/>
      </w:pPr>
      <w:r>
        <w:t>اٹ واز ریویلڈ اپان محمد صلی اللہ علیہ وسلم ان دی فرسٹ کوارٹر اف سیونتھ سینچری، ڈیورنگ 23</w:t>
      </w:r>
    </w:p>
    <w:p>
      <w:r>
        <w:rPr>
          <w:b/>
        </w:rPr>
        <w:t xml:space="preserve">[00:45] </w:t>
      </w:r>
      <w:r>
        <w:t>years of his prophethood.</w:t>
      </w:r>
    </w:p>
    <w:p>
      <w:pPr>
        <w:jc w:val="right"/>
      </w:pPr>
      <w:r>
        <w:t>ایئرز اف ہز پرافٹ ہڈ۔</w:t>
      </w:r>
    </w:p>
    <w:p>
      <w:r>
        <w:rPr>
          <w:b/>
        </w:rPr>
        <w:t xml:space="preserve">[00:47] </w:t>
      </w:r>
      <w:r>
        <w:t>Quran was not sent as a complete book at a time, but it was sent in a fragmentary</w:t>
      </w:r>
    </w:p>
    <w:p>
      <w:pPr>
        <w:jc w:val="right"/>
      </w:pPr>
      <w:r>
        <w:t>قرآن واز ناٹ سینڈ ایز ا کمپلیٹ بک ایٹ ا ٹائم، بٹ اٹ واز سینڈ ان ا فریگمنٹری</w:t>
      </w:r>
    </w:p>
    <w:p>
      <w:r>
        <w:rPr>
          <w:b/>
        </w:rPr>
        <w:t xml:space="preserve">[00:55] </w:t>
      </w:r>
      <w:r>
        <w:t>way, according to the occasion, according to the situation.</w:t>
      </w:r>
    </w:p>
    <w:p>
      <w:pPr>
        <w:jc w:val="right"/>
      </w:pPr>
      <w:r>
        <w:t>وے، اکارڈنگ ٹو دا اوکیژن، اکارڈنگ ٹو دا سچویشن۔</w:t>
      </w:r>
    </w:p>
    <w:p>
      <w:r>
        <w:rPr>
          <w:b/>
        </w:rPr>
        <w:t xml:space="preserve">[00:59] </w:t>
      </w:r>
      <w:r>
        <w:t>The Prophet of Islam died in 632.</w:t>
      </w:r>
    </w:p>
    <w:p>
      <w:pPr>
        <w:jc w:val="right"/>
      </w:pPr>
      <w:r>
        <w:t>پرافٹ اف اسلام ڈائیڈ ان 632۔</w:t>
      </w:r>
    </w:p>
    <w:p>
      <w:r>
        <w:rPr>
          <w:b/>
        </w:rPr>
        <w:t xml:space="preserve">[01:01] </w:t>
      </w:r>
      <w:r>
        <w:t>Before his death, he compiled all those verses and chapters revealed upon him.</w:t>
      </w:r>
    </w:p>
    <w:p>
      <w:pPr>
        <w:jc w:val="right"/>
      </w:pPr>
      <w:r>
        <w:t>بیفور ہز ڈیتھ، ہی کمپائلڈ ال دوز ورسز اینڈ چیپٹرز ریویلڈ اپان ہم۔</w:t>
      </w:r>
    </w:p>
    <w:p>
      <w:r>
        <w:rPr>
          <w:b/>
        </w:rPr>
        <w:t xml:space="preserve">[01:07] </w:t>
      </w:r>
      <w:r>
        <w:t>So, present Quran in the book form was compiled by the Prophet himself.</w:t>
      </w:r>
    </w:p>
    <w:p>
      <w:pPr>
        <w:jc w:val="right"/>
      </w:pPr>
      <w:r>
        <w:t>سو، پریزنٹ قرآن ان دا بک فارم واز کمپائلڈ بائی دی پرافٹ ہم سیلف۔</w:t>
      </w:r>
    </w:p>
    <w:p>
      <w:r>
        <w:rPr>
          <w:b/>
        </w:rPr>
        <w:t xml:space="preserve">[01:13] </w:t>
      </w:r>
      <w:r>
        <w:t>After the death of the Prophet, people copied this compiled book.</w:t>
      </w:r>
    </w:p>
    <w:p>
      <w:pPr>
        <w:jc w:val="right"/>
      </w:pPr>
      <w:r>
        <w:t>افٹر دی ڈیتھ اف دا پرافٹ، پیپل کاپیڈ دس کمپائلڈ بک۔</w:t>
      </w:r>
    </w:p>
    <w:p>
      <w:r>
        <w:rPr>
          <w:b/>
        </w:rPr>
        <w:t xml:space="preserve">[01:18] </w:t>
      </w:r>
      <w:r>
        <w:t>سو، it must be understood that Quran was compiled in the present form, during the Prophet Muhammad</w:t>
      </w:r>
    </w:p>
    <w:p>
      <w:pPr>
        <w:jc w:val="right"/>
      </w:pPr>
      <w:r>
        <w:t>سو، اٹ مسٹ بی انڈرسٹڈ دیٹ قرآن واز کمپائلڈ ان دی پریزنٹ فارم، ڈیورنگ دا پرافٹ محمد ہم</w:t>
      </w:r>
    </w:p>
    <w:p>
      <w:r>
        <w:rPr>
          <w:b/>
        </w:rPr>
        <w:t xml:space="preserve">[01:25] </w:t>
      </w:r>
      <w:r>
        <w:t>Self.</w:t>
      </w:r>
    </w:p>
    <w:p>
      <w:pPr>
        <w:jc w:val="right"/>
      </w:pPr>
      <w:r>
        <w:t>سیلف۔</w:t>
      </w:r>
    </w:p>
    <w:p>
      <w:r>
        <w:rPr>
          <w:b/>
        </w:rPr>
        <w:t xml:space="preserve">[01:27] </w:t>
      </w:r>
      <w:r>
        <w:t>Quran, there are 114 chapters in the Quran, some small chapters, some large chapters, and there are.</w:t>
      </w:r>
    </w:p>
    <w:p>
      <w:pPr>
        <w:jc w:val="right"/>
      </w:pPr>
      <w:r>
        <w:t>قرآن، دیر ار 114 چیپٹرز ان دا قرآن، سم اسمال چیپٹرز، سم لارج چیپٹرز، اینڈ دیر ار۔</w:t>
      </w:r>
    </w:p>
    <w:p>
      <w:r>
        <w:rPr>
          <w:b/>
        </w:rPr>
        <w:t xml:space="preserve">[01:34] </w:t>
      </w:r>
      <w:r>
        <w:t>There are 6000 and some 500 verses in the Quran.</w:t>
      </w:r>
    </w:p>
    <w:p>
      <w:pPr>
        <w:jc w:val="right"/>
      </w:pPr>
      <w:r>
        <w:t>دیر ار 6000 اینڈ سم 500 ورسز ان دا قرآن۔</w:t>
      </w:r>
    </w:p>
    <w:p>
      <w:r>
        <w:rPr>
          <w:b/>
        </w:rPr>
        <w:t xml:space="preserve">[01:38] </w:t>
      </w:r>
      <w:r>
        <w:t>Deen, if you take a copy of the Quran and you start reading it, you will find that</w:t>
      </w:r>
    </w:p>
    <w:p>
      <w:pPr>
        <w:jc w:val="right"/>
      </w:pPr>
      <w:r>
        <w:t>دین، اف یو ٹیک ا کاپی اف دا قرآن اینڈ یو سٹارٹ ریڈنگ اٹ، یو ویل فائنڈ کہ</w:t>
      </w:r>
    </w:p>
    <w:p>
      <w:r>
        <w:rPr>
          <w:b/>
        </w:rPr>
        <w:t xml:space="preserve">[01:46] </w:t>
      </w:r>
      <w:r>
        <w:t>The first verse of the Quran is Bismillah-ir-Rahman-ir-Rahim.</w:t>
      </w:r>
    </w:p>
    <w:p>
      <w:pPr>
        <w:jc w:val="right"/>
      </w:pPr>
      <w:r>
        <w:t>دا فرسٹ ورس اف دا قرآن از بسم اللہ الرحمن الرحیم۔</w:t>
      </w:r>
    </w:p>
    <w:p>
      <w:r>
        <w:rPr>
          <w:b/>
        </w:rPr>
        <w:t xml:space="preserve">[01:51] </w:t>
      </w:r>
      <w:r>
        <w:t>This verse is repeated in the Quran no less than 114 times.</w:t>
      </w:r>
    </w:p>
    <w:p>
      <w:pPr>
        <w:jc w:val="right"/>
      </w:pPr>
      <w:r>
        <w:t>دس ورس از ریپیٹڈ ان دا قرآن نو لیس دین 114 ٹائمز۔</w:t>
      </w:r>
    </w:p>
    <w:p>
      <w:r>
        <w:rPr>
          <w:b/>
        </w:rPr>
        <w:t xml:space="preserve">[01:56] </w:t>
      </w:r>
      <w:r>
        <w:t>It shows the importance of this verse.</w:t>
      </w:r>
    </w:p>
    <w:p>
      <w:pPr>
        <w:jc w:val="right"/>
      </w:pPr>
      <w:r>
        <w:t>اٹ شوز دا امپورٹنس اف دس ورس۔</w:t>
      </w:r>
    </w:p>
    <w:p>
      <w:r>
        <w:rPr>
          <w:b/>
        </w:rPr>
        <w:t xml:space="preserve">[01:59] </w:t>
      </w:r>
      <w:r>
        <w:t>It means in the name of God, Most Merciful, Most Compassionate.</w:t>
      </w:r>
    </w:p>
    <w:p>
      <w:pPr>
        <w:jc w:val="right"/>
      </w:pPr>
      <w:r>
        <w:t>اٹ مینز ان دا نیم اف گاڈ، موسٹ مرسی فل، موسٹ کمپیشنیٹ۔</w:t>
      </w:r>
    </w:p>
    <w:p>
      <w:r>
        <w:rPr>
          <w:b/>
        </w:rPr>
        <w:t xml:space="preserve">[02:04] </w:t>
      </w:r>
      <w:r>
        <w:t>So, this verse introduces God as a merciful, as a compassionate.</w:t>
      </w:r>
    </w:p>
    <w:p>
      <w:pPr>
        <w:jc w:val="right"/>
      </w:pPr>
      <w:r>
        <w:t>سو، دس ورس انٹروڈیوسز گاڈ ایز ا مرسی فل، ایز ا کمپیشنیٹ۔</w:t>
      </w:r>
    </w:p>
    <w:p>
      <w:r>
        <w:rPr>
          <w:b/>
        </w:rPr>
        <w:t xml:space="preserve">[02:09] </w:t>
      </w:r>
      <w:r>
        <w:t>It means that Quran, it means that God wants to promote culture of mercy and compassion among people.</w:t>
      </w:r>
    </w:p>
    <w:p>
      <w:pPr>
        <w:jc w:val="right"/>
      </w:pPr>
      <w:r>
        <w:t>اٹ مینز دیٹ قرآن، اٹ مینز دیٹ گاڈ وانٹس ٹو پروموٹ کلچر اف مرسی اینڈ کمپیشن امنگ پیپل۔</w:t>
      </w:r>
    </w:p>
    <w:p>
      <w:r>
        <w:rPr>
          <w:b/>
        </w:rPr>
        <w:t xml:space="preserve">[02:17] </w:t>
      </w:r>
      <w:r>
        <w:t>God is compassionate, and God wants people to be compassionate to other.</w:t>
      </w:r>
    </w:p>
    <w:p>
      <w:pPr>
        <w:jc w:val="right"/>
      </w:pPr>
      <w:r>
        <w:t>گاڈ از کمپیشنیٹ، اینڈ گاڈ وانٹس پیپل ٹو بی کمپیشنیٹ ٹو ادر۔</w:t>
      </w:r>
    </w:p>
    <w:p>
      <w:r>
        <w:rPr>
          <w:b/>
        </w:rPr>
        <w:t xml:space="preserve">[02:22] </w:t>
      </w:r>
      <w:r>
        <w:t>Every believer is required to be well-wisher to all mankind, not only to other believers, but</w:t>
      </w:r>
    </w:p>
    <w:p>
      <w:pPr>
        <w:jc w:val="right"/>
      </w:pPr>
      <w:r>
        <w:t>ایوری بیلیور از ریکوائرڈ ٹو بی ویل وشر ٹو ال مین کائنڈ، ناٹ اونلی ٹو ادر بیلیورز، بٹ</w:t>
      </w:r>
    </w:p>
    <w:p>
      <w:r>
        <w:rPr>
          <w:b/>
        </w:rPr>
        <w:t xml:space="preserve">[02:30] </w:t>
      </w:r>
      <w:r>
        <w:t>all mankind.</w:t>
      </w:r>
    </w:p>
    <w:p>
      <w:pPr>
        <w:jc w:val="right"/>
      </w:pPr>
      <w:r>
        <w:t>ال مین کائنڈ۔</w:t>
      </w:r>
    </w:p>
    <w:p>
      <w:r>
        <w:rPr>
          <w:b/>
        </w:rPr>
        <w:t xml:space="preserve">[02:31] </w:t>
      </w:r>
      <w:r>
        <w:t>So, well-wishing and compassion is the universal culture of Islam.</w:t>
      </w:r>
    </w:p>
    <w:p>
      <w:pPr>
        <w:jc w:val="right"/>
      </w:pPr>
      <w:r>
        <w:t>سو، ویل وشنگ اور کمپیشن از دی یونیورسل کلچر اف اسلام۔</w:t>
      </w:r>
    </w:p>
    <w:p>
      <w:r>
        <w:rPr>
          <w:b/>
        </w:rPr>
        <w:t xml:space="preserve">[02:36] </w:t>
      </w:r>
      <w:r>
        <w:t>Deen, the first chapter of the Quran is Al-Fatiha.</w:t>
      </w:r>
    </w:p>
    <w:p>
      <w:pPr>
        <w:jc w:val="right"/>
      </w:pPr>
      <w:r>
        <w:t>دین، دا فرسٹ چیپٹر اف دی قرآن از الفاتحہ۔</w:t>
      </w:r>
    </w:p>
    <w:p>
      <w:r>
        <w:rPr>
          <w:b/>
        </w:rPr>
        <w:t xml:space="preserve">[02:40] </w:t>
      </w:r>
      <w:r>
        <w:t>alhamdulillah rabbil alameen, al-rahman al-raheem, malik yawmid deen, iyyaka na'budu wa iyyaka nasta'een, ihdina al-sirat al-mustaqeem, sirat allatheena an'amta</w:t>
      </w:r>
    </w:p>
    <w:p>
      <w:pPr>
        <w:jc w:val="right"/>
      </w:pPr>
      <w:r>
        <w:t>الحمدللہ رب العالمین، الرحمن الرحیم، مالک یوم الدین، ایاک نعبد وایاک نستعین، اہدنا الصراط المستقیم، صراط الذین انعمت</w:t>
      </w:r>
    </w:p>
    <w:p>
      <w:r>
        <w:rPr>
          <w:b/>
        </w:rPr>
        <w:t xml:space="preserve">[02:48] </w:t>
      </w:r>
      <w:r>
        <w:t>alayhim, ghairil maghdubi alayhim wa la al-dal-leen.</w:t>
      </w:r>
    </w:p>
    <w:p>
      <w:pPr>
        <w:jc w:val="right"/>
      </w:pPr>
      <w:r>
        <w:t>علیہم، غیر المغضوب علیہم ولا الضالین۔</w:t>
      </w:r>
    </w:p>
    <w:p>
      <w:r>
        <w:rPr>
          <w:b/>
        </w:rPr>
        <w:t xml:space="preserve">[02:50] </w:t>
      </w:r>
      <w:r>
        <w:t>In this chapter, in this first chapter, there are basically four teachings, four tenets of Islam, four important</w:t>
      </w:r>
    </w:p>
    <w:p>
      <w:pPr>
        <w:jc w:val="right"/>
      </w:pPr>
      <w:r>
        <w:t>ان دس چیپٹر، ان دس فرسٹ چیپٹر، دیر ار بیسیکلی فور ٹیچنگز، فور ٹیننٹس اف اسلام، فور امپورٹنٹ</w:t>
      </w:r>
    </w:p>
    <w:p>
      <w:r>
        <w:rPr>
          <w:b/>
        </w:rPr>
        <w:t xml:space="preserve">[02:58] </w:t>
      </w:r>
      <w:r>
        <w:t>tenants.</w:t>
      </w:r>
    </w:p>
    <w:p>
      <w:pPr>
        <w:jc w:val="right"/>
      </w:pPr>
      <w:r>
        <w:t>ٹیننٹس۔</w:t>
      </w:r>
    </w:p>
    <w:p>
      <w:r>
        <w:rPr>
          <w:b/>
        </w:rPr>
        <w:t xml:space="preserve">[02:59] </w:t>
      </w:r>
      <w:r>
        <w:t>First is Alhamdulillah, saying Alhamdulillah, thanks to God.</w:t>
      </w:r>
    </w:p>
    <w:p>
      <w:pPr>
        <w:jc w:val="right"/>
      </w:pPr>
      <w:r>
        <w:t>فرسٹ از الحمدللہ، سینگ الحمدللہ، تھینکس ٹو گاڈ۔</w:t>
      </w:r>
    </w:p>
    <w:p>
      <w:r>
        <w:rPr>
          <w:b/>
        </w:rPr>
        <w:t xml:space="preserve">[03:03] </w:t>
      </w:r>
      <w:r>
        <w:t>الحمد means shukr and thanks, thanks to God.</w:t>
      </w:r>
    </w:p>
    <w:p>
      <w:pPr>
        <w:jc w:val="right"/>
      </w:pPr>
      <w:r>
        <w:t>الحمد مینز شکر اور تھینکس، تھینکس ٹو گاڈ۔</w:t>
      </w:r>
    </w:p>
    <w:p>
      <w:r>
        <w:rPr>
          <w:b/>
        </w:rPr>
        <w:t xml:space="preserve">[03:06] </w:t>
      </w:r>
      <w:r>
        <w:t>This is the most important aspect of Islamic teachings.</w:t>
      </w:r>
    </w:p>
    <w:p>
      <w:pPr>
        <w:jc w:val="right"/>
      </w:pPr>
      <w:r>
        <w:t>دس از دا موسٹ امپورٹنٹ اسپیکٹ اف اسلامک ٹیچنگز۔</w:t>
      </w:r>
    </w:p>
    <w:p>
      <w:r>
        <w:rPr>
          <w:b/>
        </w:rPr>
        <w:t xml:space="preserve">[03:10] </w:t>
      </w:r>
      <w:r>
        <w:t>God is the creator, God is the sustainer, God is the giver.</w:t>
      </w:r>
    </w:p>
    <w:p>
      <w:pPr>
        <w:jc w:val="right"/>
      </w:pPr>
      <w:r>
        <w:t>گاڈ از دا کریٹر، گاڈ از دی سسٹینر، گاڈ از دا گیور۔</w:t>
      </w:r>
    </w:p>
    <w:p>
      <w:r>
        <w:rPr>
          <w:b/>
        </w:rPr>
        <w:t xml:space="preserve">[03:15] </w:t>
      </w:r>
      <w:r>
        <w:t>All those things we enjoy in this world was given by God.</w:t>
      </w:r>
    </w:p>
    <w:p>
      <w:pPr>
        <w:jc w:val="right"/>
      </w:pPr>
      <w:r>
        <w:t>ال دوز تھنگز وی انجوائے ان دس ورلڈ واز گیون بائی گاڈ۔</w:t>
      </w:r>
    </w:p>
    <w:p>
      <w:r>
        <w:rPr>
          <w:b/>
        </w:rPr>
        <w:t xml:space="preserve">[03:20] </w:t>
      </w:r>
      <w:r>
        <w:t>Everything is blessing from God.</w:t>
      </w:r>
    </w:p>
    <w:p>
      <w:pPr>
        <w:jc w:val="right"/>
      </w:pPr>
      <w:r>
        <w:t>ایوری تھنگ از بلیسنگ فرام گاڈ۔</w:t>
      </w:r>
    </w:p>
    <w:p>
      <w:r>
        <w:rPr>
          <w:b/>
        </w:rPr>
        <w:t xml:space="preserve">[03:23] </w:t>
      </w:r>
      <w:r>
        <w:t>So, we have to acknowledge God by saying Al-hamdu lillahi Rabbil 'alamin.</w:t>
      </w:r>
    </w:p>
    <w:p>
      <w:pPr>
        <w:jc w:val="right"/>
      </w:pPr>
      <w:r>
        <w:t>سو، وی ہیو ٹو اکنالج گاڈ بائی سینگ الحمدللہ رب العالمین۔</w:t>
      </w:r>
    </w:p>
    <w:p>
      <w:r>
        <w:rPr>
          <w:b/>
        </w:rPr>
        <w:t xml:space="preserve">[03:28] </w:t>
      </w:r>
      <w:r>
        <w:t>"Alhamdulillah" is not simply a lip service, is not uttering some words.</w:t>
      </w:r>
    </w:p>
    <w:p>
      <w:pPr>
        <w:jc w:val="right"/>
      </w:pPr>
      <w:r>
        <w:t>الحمدللہ از ناٹ سمپلی ا لپ سروس، از ناٹ اٹرنگ سم ورڈز۔</w:t>
      </w:r>
    </w:p>
    <w:p>
      <w:r>
        <w:rPr>
          <w:b/>
        </w:rPr>
        <w:t xml:space="preserve">[03:33] </w:t>
      </w:r>
      <w:r>
        <w:t>Alhamdulillah, it's a storm in one's soul, it is a, it is a thrill.</w:t>
      </w:r>
    </w:p>
    <w:p>
      <w:pPr>
        <w:jc w:val="right"/>
      </w:pPr>
      <w:r>
        <w:t>الحمدللہ از ا سٹارم ان ون سول، اٹ از ا، اٹ از ا تھرل۔</w:t>
      </w:r>
    </w:p>
    <w:p>
      <w:r>
        <w:rPr>
          <w:b/>
        </w:rPr>
        <w:t xml:space="preserve">[03:39] </w:t>
      </w:r>
      <w:r>
        <w:t>So, when you think about the blessings of God, you are thrilled.</w:t>
      </w:r>
    </w:p>
    <w:p>
      <w:pPr>
        <w:jc w:val="right"/>
      </w:pPr>
      <w:r>
        <w:t>سو، وین یو تھنک اباؤٹ دا بلیسنگز اف گاڈ، یو ار تھرلڈ۔</w:t>
      </w:r>
    </w:p>
    <w:p>
      <w:r>
        <w:rPr>
          <w:b/>
        </w:rPr>
        <w:t xml:space="preserve">[03:44] </w:t>
      </w:r>
      <w:r>
        <w:t>So, under this thrilling experience, you say Alhamdulillah.</w:t>
      </w:r>
    </w:p>
    <w:p>
      <w:pPr>
        <w:jc w:val="right"/>
      </w:pPr>
      <w:r>
        <w:t>سو، انڈر دس تھرلنگ ایکسپیرینس، یو سے الحمدللہ۔</w:t>
      </w:r>
    </w:p>
    <w:p>
      <w:r>
        <w:rPr>
          <w:b/>
        </w:rPr>
        <w:t xml:space="preserve">[03:47] </w:t>
      </w:r>
      <w:r>
        <w:t>This is the first requirement by the believers.</w:t>
      </w:r>
    </w:p>
    <w:p>
      <w:pPr>
        <w:jc w:val="right"/>
      </w:pPr>
      <w:r>
        <w:t>دس از دا فرسٹ ریکوائرمنٹ بائی دا بیلیورز۔</w:t>
      </w:r>
    </w:p>
    <w:p>
      <w:r>
        <w:rPr>
          <w:b/>
        </w:rPr>
        <w:t xml:space="preserve">[03:51] </w:t>
      </w:r>
      <w:r>
        <w:t>Deen, Malik Yaumid Deen.</w:t>
      </w:r>
    </w:p>
    <w:p>
      <w:pPr>
        <w:jc w:val="right"/>
      </w:pPr>
      <w:r>
        <w:t>دین، مالک یوم الدین۔</w:t>
      </w:r>
    </w:p>
    <w:p>
      <w:r>
        <w:rPr>
          <w:b/>
        </w:rPr>
        <w:t xml:space="preserve">[03:52] </w:t>
      </w:r>
      <w:r>
        <w:t>مالک یوم الدین means Lord of the Day of Judgment.</w:t>
      </w:r>
    </w:p>
    <w:p>
      <w:pPr>
        <w:jc w:val="right"/>
      </w:pPr>
      <w:r>
        <w:t>مالک یوم الدین مینز لارڈ اف دا ڈے اف ججمنٹ۔</w:t>
      </w:r>
    </w:p>
    <w:p>
      <w:r>
        <w:rPr>
          <w:b/>
        </w:rPr>
        <w:t xml:space="preserve">[03:57] </w:t>
      </w:r>
      <w:r>
        <w:t>This is the second most important teaching of Islam.</w:t>
      </w:r>
    </w:p>
    <w:p>
      <w:pPr>
        <w:jc w:val="right"/>
      </w:pPr>
      <w:r>
        <w:t>دس از دا سیکنڈ موسٹ امپورٹنٹ ٹیچنگ اف اسلام۔</w:t>
      </w:r>
    </w:p>
    <w:p>
      <w:r>
        <w:rPr>
          <w:b/>
        </w:rPr>
        <w:t xml:space="preserve">[04:01] </w:t>
      </w:r>
      <w:r>
        <w:t>It means that everyone is accountable to God, everyone is accountable to God, everyone will</w:t>
      </w:r>
    </w:p>
    <w:p>
      <w:pPr>
        <w:jc w:val="right"/>
      </w:pPr>
      <w:r>
        <w:t>اٹ مینز دیٹ ایوری ون از اکاؤنٹیبل ٹو گاڈ، ایوری ون از اکاؤنٹیبل ٹو گاڈ، ایوری ون ول</w:t>
      </w:r>
    </w:p>
    <w:p>
      <w:r>
        <w:rPr>
          <w:b/>
        </w:rPr>
        <w:t xml:space="preserve">[04:08] </w:t>
      </w:r>
      <w:r>
        <w:t>be presented at the Day of Judgment.</w:t>
      </w:r>
    </w:p>
    <w:p>
      <w:pPr>
        <w:jc w:val="right"/>
      </w:pPr>
      <w:r>
        <w:t>بی پریزنٹڈ ایٹ دا ڈے اف ججمنٹ۔</w:t>
      </w:r>
    </w:p>
    <w:p>
      <w:r>
        <w:rPr>
          <w:b/>
        </w:rPr>
        <w:t xml:space="preserve">[04:11] </w:t>
      </w:r>
      <w:r>
        <w:t>So, everyone must remember this fact that he is accountable to God.</w:t>
      </w:r>
    </w:p>
    <w:p>
      <w:pPr>
        <w:jc w:val="right"/>
      </w:pPr>
      <w:r>
        <w:t>سو، ایوری ون مسٹ ریممبر دس فیکٹ دیٹ ہی از اکاؤنٹیبل ٹو گاڈ۔</w:t>
      </w:r>
    </w:p>
    <w:p>
      <w:r>
        <w:rPr>
          <w:b/>
        </w:rPr>
        <w:t xml:space="preserve">[04:17] </w:t>
      </w:r>
      <w:r>
        <w:t>This is the most important teaching of Islam.</w:t>
      </w:r>
    </w:p>
    <w:p>
      <w:pPr>
        <w:jc w:val="right"/>
      </w:pPr>
      <w:r>
        <w:t>دس از دا موسٹ امپورٹنٹ ٹیچنگ اف اسلام۔</w:t>
      </w:r>
    </w:p>
    <w:p>
      <w:r>
        <w:rPr>
          <w:b/>
        </w:rPr>
        <w:t xml:space="preserve">[04:20] </w:t>
      </w:r>
      <w:r>
        <w:t>Accountability, accountability is the most important teaching of Islam.</w:t>
      </w:r>
    </w:p>
    <w:p>
      <w:pPr>
        <w:jc w:val="right"/>
      </w:pPr>
      <w:r>
        <w:t>اکاؤنٹیبلٹی، اکاؤنٹیبلٹی از دا موسٹ امپورٹنٹ ٹیچنگ اف اسلام۔</w:t>
      </w:r>
    </w:p>
    <w:p>
      <w:r>
        <w:rPr>
          <w:b/>
        </w:rPr>
        <w:t xml:space="preserve">[04:24] </w:t>
      </w:r>
      <w:r>
        <w:t>It means that we are here not only to live some, to live for some years and then</w:t>
      </w:r>
    </w:p>
    <w:p>
      <w:pPr>
        <w:jc w:val="right"/>
      </w:pPr>
      <w:r>
        <w:t>اٹ مینز دیٹ وی ار ہیر ناٹ اونلی ٹو لیو سم، ٹو لیو فار سم ایئرز اینڈ دین</w:t>
      </w:r>
    </w:p>
    <w:p>
      <w:r>
        <w:rPr>
          <w:b/>
        </w:rPr>
        <w:t xml:space="preserve">[04:32] </w:t>
      </w:r>
      <w:r>
        <w:t>die.</w:t>
      </w:r>
    </w:p>
    <w:p>
      <w:pPr>
        <w:jc w:val="right"/>
      </w:pPr>
      <w:r>
        <w:t>ڈائی۔</w:t>
      </w:r>
    </w:p>
    <w:p>
      <w:r>
        <w:rPr>
          <w:b/>
        </w:rPr>
        <w:t xml:space="preserve">[04:33] </w:t>
      </w:r>
      <w:r>
        <w:t>No, this is death, this is life after death.</w:t>
      </w:r>
    </w:p>
    <w:p>
      <w:pPr>
        <w:jc w:val="right"/>
      </w:pPr>
      <w:r>
        <w:t>نو، دس از ڈیتھ، دس از لائف افٹر ڈیتھ۔</w:t>
      </w:r>
    </w:p>
    <w:p>
      <w:r>
        <w:rPr>
          <w:b/>
        </w:rPr>
        <w:t xml:space="preserve">[04:37] </w:t>
      </w:r>
      <w:r>
        <w:t>اور life span is divided into two parts, pre-death period and post-death period.</w:t>
      </w:r>
    </w:p>
    <w:p>
      <w:pPr>
        <w:jc w:val="right"/>
      </w:pPr>
      <w:r>
        <w:t>اور لائف سپین از ڈیوائیڈڈ انٹو ٹو پارٹس، پری ڈیتھ پیریڈ اینڈ پوسٹ ڈیتھ پیریڈ۔</w:t>
      </w:r>
    </w:p>
    <w:p>
      <w:r>
        <w:rPr>
          <w:b/>
        </w:rPr>
        <w:t xml:space="preserve">[04:44] </w:t>
      </w:r>
      <w:r>
        <w:t>So, death is not death.</w:t>
      </w:r>
    </w:p>
    <w:p>
      <w:pPr>
        <w:jc w:val="right"/>
      </w:pPr>
      <w:r>
        <w:t>سو، ڈیتھ از ناٹ ڈیتھ۔</w:t>
      </w:r>
    </w:p>
    <w:p>
      <w:r>
        <w:rPr>
          <w:b/>
        </w:rPr>
        <w:t xml:space="preserve">[04:46] </w:t>
      </w:r>
      <w:r>
        <w:t>Death means the second entering in the, in the second phase of life.</w:t>
      </w:r>
    </w:p>
    <w:p>
      <w:pPr>
        <w:jc w:val="right"/>
      </w:pPr>
      <w:r>
        <w:t>ڈیتھ مینز دا سیکنڈ انٹرنگ ان دا، ان دا سیکنڈ فیز اف لائف۔</w:t>
      </w:r>
    </w:p>
    <w:p>
      <w:r>
        <w:rPr>
          <w:b/>
        </w:rPr>
        <w:t xml:space="preserve">[04:51] </w:t>
      </w:r>
      <w:r>
        <w:t>So, it's very important.</w:t>
      </w:r>
    </w:p>
    <w:p>
      <w:pPr>
        <w:jc w:val="right"/>
      </w:pPr>
      <w:r>
        <w:t>سو، از ویری امپورٹنٹ۔</w:t>
      </w:r>
    </w:p>
    <w:p>
      <w:r>
        <w:rPr>
          <w:b/>
        </w:rPr>
        <w:t xml:space="preserve">[04:53] </w:t>
      </w:r>
      <w:r>
        <w:t>We must believe that there is a day hereafter, there is hell, there is paradise.</w:t>
      </w:r>
    </w:p>
    <w:p>
      <w:pPr>
        <w:jc w:val="right"/>
      </w:pPr>
      <w:r>
        <w:t>وی مسٹ بیلیو دیٹ دیر از ا ڈے ہیر افٹر، دیر از ہیل، دیر از پیراڈائز۔</w:t>
      </w:r>
    </w:p>
    <w:p>
      <w:r>
        <w:rPr>
          <w:b/>
        </w:rPr>
        <w:t xml:space="preserve">[05:00] </w:t>
      </w:r>
      <w:r>
        <w:t>This belief is called Al-Akhirah, Al-Akhirah, aqeedah akhirat.</w:t>
      </w:r>
    </w:p>
    <w:p>
      <w:pPr>
        <w:jc w:val="right"/>
      </w:pPr>
      <w:r>
        <w:t>دس بیلیف از کالڈ الاخرہ، الاخرہ، عقیدہ اخرت۔</w:t>
      </w:r>
    </w:p>
    <w:p>
      <w:r>
        <w:rPr>
          <w:b/>
        </w:rPr>
        <w:t xml:space="preserve">[05:03] </w:t>
      </w:r>
      <w:r>
        <w:t>دین، iyyaka, iyyaka na'budu wa iyyaka nasta'in.</w:t>
      </w:r>
    </w:p>
    <w:p>
      <w:pPr>
        <w:jc w:val="right"/>
      </w:pPr>
      <w:r>
        <w:t>دین، ایاک، ایاک نعبد وایاک نستعین۔</w:t>
      </w:r>
    </w:p>
    <w:p>
      <w:r>
        <w:rPr>
          <w:b/>
        </w:rPr>
        <w:t xml:space="preserve">[05:06] </w:t>
      </w:r>
      <w:r>
        <w:t>We worship God, we worship you, O God, we worship you.</w:t>
      </w:r>
    </w:p>
    <w:p>
      <w:pPr>
        <w:jc w:val="right"/>
      </w:pPr>
      <w:r>
        <w:t>وی ورشپ گاڈ، وی ورشپ یو، او گاڈ، وی ورشپ یو۔</w:t>
      </w:r>
    </w:p>
    <w:p>
      <w:r>
        <w:rPr>
          <w:b/>
        </w:rPr>
        <w:t xml:space="preserve">[05:11] </w:t>
      </w:r>
      <w:r>
        <w:t>So, worship and ibadat is most important teaching of Islam.</w:t>
      </w:r>
    </w:p>
    <w:p>
      <w:pPr>
        <w:jc w:val="right"/>
      </w:pPr>
      <w:r>
        <w:t>سو، ورشپ اور عبادت از موسٹ امپورٹنٹ ٹیچنگ اف اسلام۔</w:t>
      </w:r>
    </w:p>
    <w:p>
      <w:r>
        <w:rPr>
          <w:b/>
        </w:rPr>
        <w:t xml:space="preserve">[05:15] </w:t>
      </w:r>
      <w:r>
        <w:t>Man was created by God, so man, so man must worship God.</w:t>
      </w:r>
    </w:p>
    <w:p>
      <w:pPr>
        <w:jc w:val="right"/>
      </w:pPr>
      <w:r>
        <w:t>مین واز کریٹڈ بائی گاڈ، سو من، سو مین مسٹ ورشپ گاڈ۔</w:t>
      </w:r>
    </w:p>
    <w:p>
      <w:r>
        <w:rPr>
          <w:b/>
        </w:rPr>
        <w:t xml:space="preserve">[05:20] </w:t>
      </w:r>
      <w:r>
        <w:t>God is only, we have to admit that God is the only God.</w:t>
      </w:r>
    </w:p>
    <w:p>
      <w:pPr>
        <w:jc w:val="right"/>
      </w:pPr>
      <w:r>
        <w:t>گاڈ از اونلی، وی ہیو ٹو ایڈمٹ دیٹ گاڈ از دا اونلی گاڈ۔</w:t>
      </w:r>
    </w:p>
    <w:p>
      <w:r>
        <w:rPr>
          <w:b/>
        </w:rPr>
        <w:t xml:space="preserve">[05:26] </w:t>
      </w:r>
      <w:r>
        <w:t>God is our ilah, our ma'bud.</w:t>
      </w:r>
    </w:p>
    <w:p>
      <w:pPr>
        <w:jc w:val="right"/>
      </w:pPr>
      <w:r>
        <w:t>گاڈ از اور الہ، اور معبود۔</w:t>
      </w:r>
    </w:p>
    <w:p>
      <w:r>
        <w:rPr>
          <w:b/>
        </w:rPr>
        <w:t xml:space="preserve">[05:28] </w:t>
      </w:r>
      <w:r>
        <w:t>So, no person other than God is liable to be worshipped.</w:t>
      </w:r>
    </w:p>
    <w:p>
      <w:pPr>
        <w:jc w:val="right"/>
      </w:pPr>
      <w:r>
        <w:t>سو، نو پرسن ادر دین گاڈ از لائبل ٹو بی ورشپڈ۔</w:t>
      </w:r>
    </w:p>
    <w:p>
      <w:r>
        <w:rPr>
          <w:b/>
        </w:rPr>
        <w:t xml:space="preserve">[05:33] </w:t>
      </w:r>
      <w:r>
        <w:t>Worship is only for God.</w:t>
      </w:r>
    </w:p>
    <w:p>
      <w:pPr>
        <w:jc w:val="right"/>
      </w:pPr>
      <w:r>
        <w:t>ورشپ از اونلی فار گاڈ۔</w:t>
      </w:r>
    </w:p>
    <w:p>
      <w:r>
        <w:rPr>
          <w:b/>
        </w:rPr>
        <w:t xml:space="preserve">[05:35] </w:t>
      </w:r>
      <w:r>
        <w:t>Worship means submission, surrender, complete submission, complete surrender.</w:t>
      </w:r>
    </w:p>
    <w:p>
      <w:pPr>
        <w:jc w:val="right"/>
      </w:pPr>
      <w:r>
        <w:t>ورشپ مینز سبمیشن، سرینڈر، کمپلیٹ سبمیشن، کمپلیٹ سرینڈر۔</w:t>
      </w:r>
    </w:p>
    <w:p>
      <w:r>
        <w:rPr>
          <w:b/>
        </w:rPr>
        <w:t xml:space="preserve">[05:39] </w:t>
      </w:r>
      <w:r>
        <w:t>Worship is not simply a set of rituals.</w:t>
      </w:r>
    </w:p>
    <w:p>
      <w:pPr>
        <w:jc w:val="right"/>
      </w:pPr>
      <w:r>
        <w:t>ورشپ از ناٹ سمپلی ا سیٹ اف ریچولز۔</w:t>
      </w:r>
    </w:p>
    <w:p>
      <w:r>
        <w:rPr>
          <w:b/>
        </w:rPr>
        <w:t xml:space="preserve">[05:42] </w:t>
      </w:r>
      <w:r>
        <w:t>No, worship means submission.</w:t>
      </w:r>
    </w:p>
    <w:p>
      <w:pPr>
        <w:jc w:val="right"/>
      </w:pPr>
      <w:r>
        <w:t>نو، ورشپ مینز سبمیشن۔</w:t>
      </w:r>
    </w:p>
    <w:p>
      <w:r>
        <w:rPr>
          <w:b/>
        </w:rPr>
        <w:t xml:space="preserve">[05:44] </w:t>
      </w:r>
      <w:r>
        <w:t>Worship means surrender to God.</w:t>
      </w:r>
    </w:p>
    <w:p>
      <w:pPr>
        <w:jc w:val="right"/>
      </w:pPr>
      <w:r>
        <w:t>ورشپ مینز سرینڈر ٹو گاڈ۔</w:t>
      </w:r>
    </w:p>
    <w:p>
      <w:r>
        <w:rPr>
          <w:b/>
        </w:rPr>
        <w:t xml:space="preserve">[05:46] </w:t>
      </w:r>
      <w:r>
        <w:t>Deen, ihdinas siratal mustaqim.</w:t>
      </w:r>
    </w:p>
    <w:p>
      <w:pPr>
        <w:jc w:val="right"/>
      </w:pPr>
      <w:r>
        <w:t>دین، اہدنا الصراط المستقیم۔</w:t>
      </w:r>
    </w:p>
    <w:p>
      <w:r>
        <w:rPr>
          <w:b/>
        </w:rPr>
        <w:t xml:space="preserve">[05:48] </w:t>
      </w:r>
      <w:r>
        <w:t>It means that, O God, show us the right path, al-sirāt al-mustaqīm.</w:t>
      </w:r>
    </w:p>
    <w:p>
      <w:pPr>
        <w:jc w:val="right"/>
      </w:pPr>
      <w:r>
        <w:t>اٹ مینز دیٹ، او گاڈ، شو اس دی رائٹ پاتھ، الصراط المستقیم۔</w:t>
      </w:r>
    </w:p>
    <w:p>
      <w:r>
        <w:rPr>
          <w:b/>
        </w:rPr>
        <w:t xml:space="preserve">[05:53] </w:t>
      </w:r>
      <w:r>
        <w:t>Man is, man required Al-Sirat al-Mustaqim, the right path.</w:t>
      </w:r>
    </w:p>
    <w:p>
      <w:pPr>
        <w:jc w:val="right"/>
      </w:pPr>
      <w:r>
        <w:t>مین از، مین ریکوائرڈ الصراط المستقیم، دی رائٹ پاتھ۔</w:t>
      </w:r>
    </w:p>
    <w:p>
      <w:r>
        <w:rPr>
          <w:b/>
        </w:rPr>
        <w:t xml:space="preserve">[05:57] </w:t>
      </w:r>
      <w:r>
        <w:t>It is God who can show us the right path.</w:t>
      </w:r>
    </w:p>
    <w:p>
      <w:pPr>
        <w:jc w:val="right"/>
      </w:pPr>
      <w:r>
        <w:t>اٹ از گاڈ ہو کین شو اس دی رائٹ پاتھ۔</w:t>
      </w:r>
    </w:p>
    <w:p>
      <w:r>
        <w:rPr>
          <w:b/>
        </w:rPr>
        <w:t xml:space="preserve">[06:01] </w:t>
      </w:r>
      <w:r>
        <w:t>Right path means that we have many, many questions.</w:t>
      </w:r>
    </w:p>
    <w:p>
      <w:pPr>
        <w:jc w:val="right"/>
      </w:pPr>
      <w:r>
        <w:t>رائٹ پاتھ مینز دیٹ وی ہیو مینی، مینی کوئسچنز۔</w:t>
      </w:r>
    </w:p>
    <w:p>
      <w:r>
        <w:rPr>
          <w:b/>
        </w:rPr>
        <w:t xml:space="preserve">[06:05] </w:t>
      </w:r>
      <w:r>
        <w:t>Who am I? Why I am? Why I was born on this planet earth? What is pre-death</w:t>
      </w:r>
    </w:p>
    <w:p>
      <w:pPr>
        <w:jc w:val="right"/>
      </w:pPr>
      <w:r>
        <w:t>ہو ایم ائی؟ وائی ائی ایم؟ وائی ائی واز born on this planet earth؟ واٹ از پری ڈیتھ</w:t>
      </w:r>
    </w:p>
    <w:p>
      <w:r>
        <w:rPr>
          <w:b/>
        </w:rPr>
        <w:t xml:space="preserve">[06:12] </w:t>
      </w:r>
      <w:r>
        <w:t>period and what is post-death period? Why the future? So, every question is involved.</w:t>
      </w:r>
    </w:p>
    <w:p>
      <w:pPr>
        <w:jc w:val="right"/>
      </w:pPr>
      <w:r>
        <w:t>پیریڈ اینڈ واٹ از پوسٹ ڈیتھ پیریڈ؟ وائی دا فیوچر؟ سو، ایوری کوئسچن از انوالوڈ۔</w:t>
      </w:r>
    </w:p>
    <w:p>
      <w:r>
        <w:rPr>
          <w:b/>
        </w:rPr>
        <w:t xml:space="preserve">[06:19] </w:t>
      </w:r>
      <w:r>
        <w:t>So, Al-Sirat al-Mustaqim is one who gives you answer to all these questions.</w:t>
      </w:r>
    </w:p>
    <w:p>
      <w:pPr>
        <w:jc w:val="right"/>
      </w:pPr>
      <w:r>
        <w:t>سو، الصراط المستقیم از ون ہو گیوز یو انسر ٹو ال دس کوئسچنز۔</w:t>
      </w:r>
    </w:p>
    <w:p>
      <w:r>
        <w:rPr>
          <w:b/>
        </w:rPr>
        <w:t xml:space="preserve">[06:24] </w:t>
      </w:r>
      <w:r>
        <w:t>And, Al-Sirat al-Mustaqim comes only from God.</w:t>
      </w:r>
    </w:p>
    <w:p>
      <w:pPr>
        <w:jc w:val="right"/>
      </w:pPr>
      <w:r>
        <w:t>اینڈ، الصراط المستقیم کمز اونلی فرام گاڈ۔</w:t>
      </w:r>
    </w:p>
    <w:p>
      <w:r>
        <w:rPr>
          <w:b/>
        </w:rPr>
        <w:t xml:space="preserve">[06:27] </w:t>
      </w:r>
      <w:r>
        <w:t>No one other than God can provide you Al-Sirat al-Mustaqim, right path.</w:t>
      </w:r>
    </w:p>
    <w:p>
      <w:pPr>
        <w:jc w:val="right"/>
      </w:pPr>
      <w:r>
        <w:t>نو ون ادر دین گاڈ کین پرووائیڈ یو الصراط المستقیم، رائٹ پاتھ۔</w:t>
      </w:r>
    </w:p>
    <w:p>
      <w:r>
        <w:rPr>
          <w:b/>
        </w:rPr>
        <w:t xml:space="preserve">[06:33] </w:t>
      </w:r>
      <w:r>
        <w:t>So, here believer says, O God, show me the right path.</w:t>
      </w:r>
    </w:p>
    <w:p>
      <w:pPr>
        <w:jc w:val="right"/>
      </w:pPr>
      <w:r>
        <w:t>سو، ہیر بیلیور سیز، او گاڈ، شو می دی رائٹ پاتھ۔</w:t>
      </w:r>
    </w:p>
    <w:p>
      <w:r>
        <w:rPr>
          <w:b/>
        </w:rPr>
        <w:t xml:space="preserve">[06:37] </w:t>
      </w:r>
      <w:r>
        <w:t>It means that I want to follow your path.</w:t>
      </w:r>
    </w:p>
    <w:p>
      <w:pPr>
        <w:jc w:val="right"/>
      </w:pPr>
      <w:r>
        <w:t>اٹ مینز دیٹ ائی وانٹ ٹو فالو یور پاتھ۔</w:t>
      </w:r>
    </w:p>
    <w:p>
      <w:r>
        <w:rPr>
          <w:b/>
        </w:rPr>
        <w:t xml:space="preserve">[06:41] </w:t>
      </w:r>
      <w:r>
        <w:t>So, so, so, show me that path.</w:t>
      </w:r>
    </w:p>
    <w:p>
      <w:pPr>
        <w:jc w:val="right"/>
      </w:pPr>
      <w:r>
        <w:t>سو، سو، سو، شو می دیٹ پاتھ۔</w:t>
      </w:r>
    </w:p>
    <w:p>
      <w:r>
        <w:rPr>
          <w:b/>
        </w:rPr>
        <w:t xml:space="preserve">[06:44] </w:t>
      </w:r>
      <w:r>
        <w:t>It is radiance, is expression of radiance.</w:t>
      </w:r>
    </w:p>
    <w:p>
      <w:pPr>
        <w:jc w:val="right"/>
      </w:pPr>
      <w:r>
        <w:t>اٹ از ریڈینس، از ایکسپریشن اف ریڈینس۔</w:t>
      </w:r>
    </w:p>
    <w:p>
      <w:r>
        <w:rPr>
          <w:b/>
        </w:rPr>
        <w:t xml:space="preserve">[06:47] </w:t>
      </w:r>
      <w:r>
        <w:t>It means that I am ready to follow your path.</w:t>
      </w:r>
    </w:p>
    <w:p>
      <w:pPr>
        <w:jc w:val="right"/>
      </w:pPr>
      <w:r>
        <w:t>اٹ مینز دیٹ ائی ایم ریڈی ٹو فالو یور پاتھ۔</w:t>
      </w:r>
    </w:p>
    <w:p>
      <w:r>
        <w:rPr>
          <w:b/>
        </w:rPr>
        <w:t xml:space="preserve">[06:51] </w:t>
      </w:r>
      <w:r>
        <w:t>So, you God, so, O God, show me that path, that Al-Sirat al-Mustaqim.</w:t>
      </w:r>
    </w:p>
    <w:p>
      <w:pPr>
        <w:jc w:val="right"/>
      </w:pPr>
      <w:r>
        <w:t>سو، یو گاڈ، سو، او گاڈ، شو می دیٹ پاتھ، دیٹ الصراط المستقیم۔</w:t>
      </w:r>
    </w:p>
    <w:p>
      <w:r>
        <w:rPr>
          <w:b/>
        </w:rPr>
        <w:t xml:space="preserve">[06:57] </w:t>
      </w:r>
      <w:r>
        <w:t>This is the first chapter of the Quran.</w:t>
      </w:r>
    </w:p>
    <w:p>
      <w:pPr>
        <w:jc w:val="right"/>
      </w:pPr>
      <w:r>
        <w:t>دس از دا فرسٹ چیپٹر اف دا قرآن۔</w:t>
      </w:r>
    </w:p>
    <w:p>
      <w:r>
        <w:rPr>
          <w:b/>
        </w:rPr>
        <w:t xml:space="preserve">[07:00] </w:t>
      </w:r>
      <w:r>
        <w:t>That is Al-Fatihah.</w:t>
      </w:r>
    </w:p>
    <w:p>
      <w:pPr>
        <w:jc w:val="right"/>
      </w:pPr>
      <w:r>
        <w:t>دٹ از الفاتحہ۔</w:t>
      </w:r>
    </w:p>
    <w:p>
      <w:r>
        <w:rPr>
          <w:b/>
        </w:rPr>
        <w:t xml:space="preserve">[07:02] </w:t>
      </w:r>
      <w:r>
        <w:t>Deen, the second chapter is Al-Baqarah.</w:t>
      </w:r>
    </w:p>
    <w:p>
      <w:pPr>
        <w:jc w:val="right"/>
      </w:pPr>
      <w:r>
        <w:t>دین، دا سیکنڈ چیپٹر از البقرہ۔</w:t>
      </w:r>
    </w:p>
    <w:p>
      <w:r>
        <w:rPr>
          <w:b/>
        </w:rPr>
        <w:t xml:space="preserve">[07:04] </w:t>
      </w:r>
      <w:r>
        <w:t>Al-Baqarah, in Al-Baqarah, you read the story of the first man, that is Adam.</w:t>
      </w:r>
    </w:p>
    <w:p>
      <w:pPr>
        <w:jc w:val="right"/>
      </w:pPr>
      <w:r>
        <w:t>البقرہ، ان البقرہ، یو ریڈ دا سٹوری اف دا فرسٹ مین، دیٹ از ادم۔</w:t>
      </w:r>
    </w:p>
    <w:p>
      <w:r>
        <w:rPr>
          <w:b/>
        </w:rPr>
        <w:t xml:space="preserve">[07:10] </w:t>
      </w:r>
      <w:r>
        <w:t>Adam was the first man created by God.</w:t>
      </w:r>
    </w:p>
    <w:p>
      <w:pPr>
        <w:jc w:val="right"/>
      </w:pPr>
      <w:r>
        <w:t>ادم واز دا فرسٹ مین کریٹڈ بائی گاڈ۔</w:t>
      </w:r>
    </w:p>
    <w:p>
      <w:r>
        <w:rPr>
          <w:b/>
        </w:rPr>
        <w:t xml:space="preserve">[07:14] </w:t>
      </w:r>
      <w:r>
        <w:t>And, after creation, God settled Adam in Paradise.</w:t>
      </w:r>
    </w:p>
    <w:p>
      <w:pPr>
        <w:jc w:val="right"/>
      </w:pPr>
      <w:r>
        <w:t>اینڈ، افٹر کریشن، گاڈ سیٹل ادم ان پیراڈائز۔</w:t>
      </w:r>
    </w:p>
    <w:p>
      <w:r>
        <w:rPr>
          <w:b/>
        </w:rPr>
        <w:t xml:space="preserve">[07:17] </w:t>
      </w:r>
      <w:r>
        <w:t>uskan antak al-jannah.</w:t>
      </w:r>
    </w:p>
    <w:p>
      <w:pPr>
        <w:jc w:val="right"/>
      </w:pPr>
      <w:r>
        <w:t>اسکن انتک الجنہ۔</w:t>
      </w:r>
    </w:p>
    <w:p>
      <w:r>
        <w:rPr>
          <w:b/>
        </w:rPr>
        <w:t xml:space="preserve">[07:19] </w:t>
      </w:r>
      <w:r>
        <w:t>God said, O Adam and your wife Hawa, you are allowed to settle in Paradise, to enjoy every</w:t>
      </w:r>
    </w:p>
    <w:p>
      <w:pPr>
        <w:jc w:val="right"/>
      </w:pPr>
      <w:r>
        <w:t>گاڈ سیڈ، او ادم اینڈ یور وائف حوا، یو ار الاؤڈ ٹو سیٹل ان پیراڈائز، ٹو انجوائے ایوری</w:t>
      </w:r>
    </w:p>
    <w:p>
      <w:r>
        <w:rPr>
          <w:b/>
        </w:rPr>
        <w:t xml:space="preserve">[07:27] </w:t>
      </w:r>
      <w:r>
        <w:t>thing in paradise.</w:t>
      </w:r>
    </w:p>
    <w:p>
      <w:pPr>
        <w:jc w:val="right"/>
      </w:pPr>
      <w:r>
        <w:t>تھنگ ان پیراڈائز۔</w:t>
      </w:r>
    </w:p>
    <w:p>
      <w:r>
        <w:rPr>
          <w:b/>
        </w:rPr>
        <w:t xml:space="preserve">[07:28] </w:t>
      </w:r>
      <w:r>
        <w:t>But, la taqrabu ash-shajarah, don't approach to this tree.</w:t>
      </w:r>
    </w:p>
    <w:p>
      <w:pPr>
        <w:jc w:val="right"/>
      </w:pPr>
      <w:r>
        <w:t>بٹ، لا تقرب الشجرہ، ڈونٹ اپروچ ٹو دس ٹری۔</w:t>
      </w:r>
    </w:p>
    <w:p>
      <w:r>
        <w:rPr>
          <w:b/>
        </w:rPr>
        <w:t xml:space="preserve">[07:32] </w:t>
      </w:r>
      <w:r>
        <w:t>So, in Paradise, there was a vibrant tree.</w:t>
      </w:r>
    </w:p>
    <w:p>
      <w:pPr>
        <w:jc w:val="right"/>
      </w:pPr>
      <w:r>
        <w:t>سو، ان پیراڈائز، دیر واز ا فائبرین ٹری۔</w:t>
      </w:r>
    </w:p>
    <w:p>
      <w:r>
        <w:rPr>
          <w:b/>
        </w:rPr>
        <w:t xml:space="preserve">[07:35] </w:t>
      </w:r>
      <w:r>
        <w:t>And, Adam was told that you are not allowed to eat the fruit of this tree.</w:t>
      </w:r>
    </w:p>
    <w:p>
      <w:pPr>
        <w:jc w:val="right"/>
      </w:pPr>
      <w:r>
        <w:t>اینڈ، ادم واز ٹولڈ دیٹ یو ار ناٹ الاؤڈ ٹو ایٹ دا فروٹ اف دس ٹری۔</w:t>
      </w:r>
    </w:p>
    <w:p>
      <w:r>
        <w:rPr>
          <w:b/>
        </w:rPr>
        <w:t xml:space="preserve">[07:42] </w:t>
      </w:r>
      <w:r>
        <w:t>You have to maintain a distance from this fibering tree.</w:t>
      </w:r>
    </w:p>
    <w:p>
      <w:pPr>
        <w:jc w:val="right"/>
      </w:pPr>
      <w:r>
        <w:t>یو ہیو ٹو مینٹین ا ڈسٹنس فرام دس فائبرین ٹری۔</w:t>
      </w:r>
    </w:p>
    <w:p>
      <w:r>
        <w:rPr>
          <w:b/>
        </w:rPr>
        <w:t xml:space="preserve">[07:46] </w:t>
      </w:r>
      <w:r>
        <w:t>But, Adam forgot this direction.</w:t>
      </w:r>
    </w:p>
    <w:p>
      <w:pPr>
        <w:jc w:val="right"/>
      </w:pPr>
      <w:r>
        <w:t>بٹ، ادم فارگاٹ دس ڈائریکشن۔</w:t>
      </w:r>
    </w:p>
    <w:p>
      <w:r>
        <w:rPr>
          <w:b/>
        </w:rPr>
        <w:t xml:space="preserve">[07:49] </w:t>
      </w:r>
      <w:r>
        <w:t>under temptation, he ate the fruit of that forbidden tree.</w:t>
      </w:r>
    </w:p>
    <w:p>
      <w:pPr>
        <w:jc w:val="right"/>
      </w:pPr>
      <w:r>
        <w:t>انڈر ٹیمپٹیشن، ہی ایٹ دا فروٹ اف دیٹ فائبرین ٹری۔</w:t>
      </w:r>
    </w:p>
    <w:p>
      <w:r>
        <w:rPr>
          <w:b/>
        </w:rPr>
        <w:t xml:space="preserve">[07:53] </w:t>
      </w:r>
      <w:r>
        <w:t>دین، God said that now you have to go to to planet Earth.</w:t>
      </w:r>
    </w:p>
    <w:p>
      <w:pPr>
        <w:jc w:val="right"/>
      </w:pPr>
      <w:r>
        <w:t>دین، گاڈ سیڈ دیٹ ناؤ یو ہیو ٹو گو ٹو ٹو پلینٹ ارتھ۔</w:t>
      </w:r>
    </w:p>
    <w:p>
      <w:r>
        <w:rPr>
          <w:b/>
        </w:rPr>
        <w:t xml:space="preserve">[07:58] </w:t>
      </w:r>
      <w:r>
        <w:t>So, Adam was settled on this planet Earth.</w:t>
      </w:r>
    </w:p>
    <w:p>
      <w:pPr>
        <w:jc w:val="right"/>
      </w:pPr>
      <w:r>
        <w:t>سو، دین، ادم واز سیٹلڈ ان دس پلینٹ ارتھ۔</w:t>
      </w:r>
    </w:p>
    <w:p>
      <w:r>
        <w:rPr>
          <w:b/>
        </w:rPr>
        <w:t xml:space="preserve">[08:02] </w:t>
      </w:r>
      <w:r>
        <w:t>and, all his generation.</w:t>
      </w:r>
    </w:p>
    <w:p>
      <w:pPr>
        <w:jc w:val="right"/>
      </w:pPr>
      <w:r>
        <w:t>اینڈ، ال ہز جنریشن۔</w:t>
      </w:r>
    </w:p>
    <w:p>
      <w:r>
        <w:rPr>
          <w:b/>
        </w:rPr>
        <w:t xml:space="preserve">[08:04] </w:t>
      </w:r>
      <w:r>
        <w:t>Here is a very important lesson that man was born initially for paradise.</w:t>
      </w:r>
    </w:p>
    <w:p>
      <w:pPr>
        <w:jc w:val="right"/>
      </w:pPr>
      <w:r>
        <w:t>ہیر از ا ویری امپورٹنٹ لیسن دیٹ مین واز born انیشلی فار پیراڈائز۔</w:t>
      </w:r>
    </w:p>
    <w:p>
      <w:r>
        <w:rPr>
          <w:b/>
        </w:rPr>
        <w:t xml:space="preserve">[08:10] </w:t>
      </w:r>
      <w:r>
        <w:t>Paradise was created for man, and man was created for Paradise.</w:t>
      </w:r>
    </w:p>
    <w:p>
      <w:pPr>
        <w:jc w:val="right"/>
      </w:pPr>
      <w:r>
        <w:t>پیراڈائز واز کریٹڈ فرام مین، اینڈ مین واز کریٹڈ فار پیراڈائز۔</w:t>
      </w:r>
    </w:p>
    <w:p>
      <w:r>
        <w:rPr>
          <w:b/>
        </w:rPr>
        <w:t xml:space="preserve">[08:14] </w:t>
      </w:r>
      <w:r>
        <w:t>But, it required a test.</w:t>
      </w:r>
    </w:p>
    <w:p>
      <w:pPr>
        <w:jc w:val="right"/>
      </w:pPr>
      <w:r>
        <w:t>بٹ، اٹ ریکوائرڈ ا ٹیسٹ۔</w:t>
      </w:r>
    </w:p>
    <w:p>
      <w:r>
        <w:rPr>
          <w:b/>
        </w:rPr>
        <w:t xml:space="preserve">[08:16] </w:t>
      </w:r>
      <w:r>
        <w:t>So, now here we are, we are put on test.</w:t>
      </w:r>
    </w:p>
    <w:p>
      <w:pPr>
        <w:jc w:val="right"/>
      </w:pPr>
      <w:r>
        <w:t>سو، ناؤ ہیر وی ار، وی ار پٹ ان ٹیسٹ۔</w:t>
      </w:r>
    </w:p>
    <w:p>
      <w:r>
        <w:rPr>
          <w:b/>
        </w:rPr>
        <w:t xml:space="preserve">[08:21] </w:t>
      </w:r>
      <w:r>
        <w:t>Present earth is a testing ground.</w:t>
      </w:r>
    </w:p>
    <w:p>
      <w:pPr>
        <w:jc w:val="right"/>
      </w:pPr>
      <w:r>
        <w:t>پریزنٹ ارتھ از ا ٹیسٹنگ گراؤنڈ۔</w:t>
      </w:r>
    </w:p>
    <w:p>
      <w:r>
        <w:rPr>
          <w:b/>
        </w:rPr>
        <w:t xml:space="preserve">[08:23] </w:t>
      </w:r>
      <w:r>
        <w:t>Every thing we enjoy in this earth is a test paper.</w:t>
      </w:r>
    </w:p>
    <w:p>
      <w:pPr>
        <w:jc w:val="right"/>
      </w:pPr>
      <w:r>
        <w:t>ایوری تھنگ وی انجوائے ان دس ارتھ از ا ٹیسٹ پیپر۔</w:t>
      </w:r>
    </w:p>
    <w:p>
      <w:r>
        <w:rPr>
          <w:b/>
        </w:rPr>
        <w:t xml:space="preserve">[08:28] </w:t>
      </w:r>
      <w:r>
        <w:t>So, on this earth, the same culture is required.</w:t>
      </w:r>
    </w:p>
    <w:p>
      <w:pPr>
        <w:jc w:val="right"/>
      </w:pPr>
      <w:r>
        <w:t>سو، ان دس ارتھ، دا سیم کلچر از ریکوائرڈ۔</w:t>
      </w:r>
    </w:p>
    <w:p>
      <w:r>
        <w:rPr>
          <w:b/>
        </w:rPr>
        <w:t xml:space="preserve">[08:32] </w:t>
      </w:r>
      <w:r>
        <w:t>We are free to enjoy everything in this earth.</w:t>
      </w:r>
    </w:p>
    <w:p>
      <w:pPr>
        <w:jc w:val="right"/>
      </w:pPr>
      <w:r>
        <w:t>وی ار فری ٹو انجوائے ایوری تھنگ ان دس ارتھ۔</w:t>
      </w:r>
    </w:p>
    <w:p>
      <w:r>
        <w:rPr>
          <w:b/>
        </w:rPr>
        <w:t xml:space="preserve">[08:36] </w:t>
      </w:r>
      <w:r>
        <w:t>But, there is a principle, do and don't principle.</w:t>
      </w:r>
    </w:p>
    <w:p>
      <w:pPr>
        <w:jc w:val="right"/>
      </w:pPr>
      <w:r>
        <w:t>بٹ، دیر از ا پرنسپل، ڈو اینڈ ڈونٹ پرنسپل۔</w:t>
      </w:r>
    </w:p>
    <w:p>
      <w:r>
        <w:rPr>
          <w:b/>
        </w:rPr>
        <w:t xml:space="preserve">[08:40] </w:t>
      </w:r>
      <w:r>
        <w:t>Something are forbidden, aur something are allowed.</w:t>
      </w:r>
    </w:p>
    <w:p>
      <w:pPr>
        <w:jc w:val="right"/>
      </w:pPr>
      <w:r>
        <w:t>سمتھنگ ار فاربیڈن، اور سمتھنگ ار الاؤڈ۔</w:t>
      </w:r>
    </w:p>
    <w:p>
      <w:r>
        <w:rPr>
          <w:b/>
        </w:rPr>
        <w:t xml:space="preserve">[08:43] </w:t>
      </w:r>
      <w:r>
        <w:t>Something are haram, something are makrooh, something are unlawful.</w:t>
      </w:r>
    </w:p>
    <w:p>
      <w:pPr>
        <w:jc w:val="right"/>
      </w:pPr>
      <w:r>
        <w:t>سمتھنگ ار حرام، سمتھنگ ار مکروہ، سمتھنگ ار ان لافل۔</w:t>
      </w:r>
    </w:p>
    <w:p>
      <w:r>
        <w:rPr>
          <w:b/>
        </w:rPr>
        <w:t xml:space="preserve">[08:47] </w:t>
      </w:r>
      <w:r>
        <w:t>So, man must refrain himself from all those things that are unlawful, that are haram.</w:t>
      </w:r>
    </w:p>
    <w:p>
      <w:pPr>
        <w:jc w:val="right"/>
      </w:pPr>
      <w:r>
        <w:t>سو، مین مسٹ ریفرین ہم سیلف فرام ال دوز تھنگز دیٹ ار ان لافل، دیٹ ار حرام۔</w:t>
      </w:r>
    </w:p>
    <w:p>
      <w:r>
        <w:rPr>
          <w:b/>
        </w:rPr>
        <w:t xml:space="preserve">[08:55] </w:t>
      </w:r>
      <w:r>
        <w:t>This is the test.</w:t>
      </w:r>
    </w:p>
    <w:p>
      <w:pPr>
        <w:jc w:val="right"/>
      </w:pPr>
      <w:r>
        <w:t>دس از دا ٹیسٹ۔</w:t>
      </w:r>
    </w:p>
    <w:p>
      <w:r>
        <w:rPr>
          <w:b/>
        </w:rPr>
        <w:t xml:space="preserve">[08:56] </w:t>
      </w:r>
      <w:r>
        <w:t>For example, man is given freedom.</w:t>
      </w:r>
    </w:p>
    <w:p>
      <w:pPr>
        <w:jc w:val="right"/>
      </w:pPr>
      <w:r>
        <w:t>فار ایگزیمپل، مین از گیون فریڈم۔</w:t>
      </w:r>
    </w:p>
    <w:p>
      <w:r>
        <w:rPr>
          <w:b/>
        </w:rPr>
        <w:t xml:space="preserve">[08:59] </w:t>
      </w:r>
      <w:r>
        <w:t>Every man and woman are free, but they must not misuse their freedom.</w:t>
      </w:r>
    </w:p>
    <w:p>
      <w:pPr>
        <w:jc w:val="right"/>
      </w:pPr>
      <w:r>
        <w:t>ایوری مین اینڈ وومن ار فری، بٹ دے مسٹ ناٹ مس یوز دیر فریڈم۔</w:t>
      </w:r>
    </w:p>
    <w:p>
      <w:r>
        <w:rPr>
          <w:b/>
        </w:rPr>
        <w:t xml:space="preserve">[09:05] </w:t>
      </w:r>
      <w:r>
        <w:t>They are allowed only to to use their freedom proper in a proper way.</w:t>
      </w:r>
    </w:p>
    <w:p>
      <w:pPr>
        <w:jc w:val="right"/>
      </w:pPr>
      <w:r>
        <w:t>دے ار الاؤڈ اونلی ٹو ٹو یوز دیر فریڈم پراپر ان ا پراپر وے۔</w:t>
      </w:r>
    </w:p>
    <w:p>
      <w:r>
        <w:rPr>
          <w:b/>
        </w:rPr>
        <w:t xml:space="preserve">[09:11] </w:t>
      </w:r>
      <w:r>
        <w:t>They are not allowed to misuse their freedom.</w:t>
      </w:r>
    </w:p>
    <w:p>
      <w:pPr>
        <w:jc w:val="right"/>
      </w:pPr>
      <w:r>
        <w:t>دے ار ناٹ الاؤڈ ٹو مس یوز دیر فریڈم۔</w:t>
      </w:r>
    </w:p>
    <w:p>
      <w:r>
        <w:rPr>
          <w:b/>
        </w:rPr>
        <w:t xml:space="preserve">[09:15] </w:t>
      </w:r>
      <w:r>
        <w:t>So, everyone who uses his freedom properly, will go to paradise.</w:t>
      </w:r>
    </w:p>
    <w:p>
      <w:pPr>
        <w:jc w:val="right"/>
      </w:pPr>
      <w:r>
        <w:t>سو، ایوری ون ہو یوزز ہز فریڈم پراپرلی، ول گو ٹو پیراڈائز۔</w:t>
      </w:r>
    </w:p>
    <w:p>
      <w:r>
        <w:rPr>
          <w:b/>
        </w:rPr>
        <w:t xml:space="preserve">[09:20] </w:t>
      </w:r>
      <w:r>
        <w:t>And, all those people who misuse their freedom, they will be deprived from paradise.</w:t>
      </w:r>
    </w:p>
    <w:p>
      <w:pPr>
        <w:jc w:val="right"/>
      </w:pPr>
      <w:r>
        <w:t>اینڈ، ال دوز پیپل ہو مس یوز دیر فریڈم، دے ول بی ڈیپرائیوڈ فرام پیراڈائز۔</w:t>
      </w:r>
    </w:p>
    <w:p>
      <w:r>
        <w:rPr>
          <w:b/>
        </w:rPr>
        <w:t xml:space="preserve">[09:26] </w:t>
      </w:r>
      <w:r>
        <w:t>They will go to hell.</w:t>
      </w:r>
    </w:p>
    <w:p>
      <w:pPr>
        <w:jc w:val="right"/>
      </w:pPr>
      <w:r>
        <w:t>دے ول گو ٹو ہیل۔</w:t>
      </w:r>
    </w:p>
    <w:p>
      <w:r>
        <w:rPr>
          <w:b/>
        </w:rPr>
        <w:t xml:space="preserve">[09:28] </w:t>
      </w:r>
      <w:r>
        <w:t>So, this is the lesson that we read in the Quran with the reference of Adam.</w:t>
      </w:r>
    </w:p>
    <w:p>
      <w:pPr>
        <w:jc w:val="right"/>
      </w:pPr>
      <w:r>
        <w:t>سو، دس از دا لیسن دیٹ وی ریڈ ان دا قرآن ود دی ریفرنس اف ادم۔</w:t>
      </w:r>
    </w:p>
    <w:p>
      <w:r>
        <w:rPr>
          <w:b/>
        </w:rPr>
        <w:t xml:space="preserve">[09:35] </w:t>
      </w:r>
      <w:r>
        <w:t>Adam, the story of Adam tells us that, although we were born for paradise, but paradise will be</w:t>
      </w:r>
    </w:p>
    <w:p>
      <w:pPr>
        <w:jc w:val="right"/>
      </w:pPr>
      <w:r>
        <w:t>ادم، دا سٹوری اف ادم ٹیلز اس دیٹ، الدو وی ویر born فار پیراڈائز، بٹ پیراڈائز ول بی</w:t>
      </w:r>
    </w:p>
    <w:p>
      <w:r>
        <w:rPr>
          <w:b/>
        </w:rPr>
        <w:t xml:space="preserve">[09:43] </w:t>
      </w:r>
      <w:r>
        <w:t>given on selective basis.</w:t>
      </w:r>
    </w:p>
    <w:p>
      <w:pPr>
        <w:jc w:val="right"/>
      </w:pPr>
      <w:r>
        <w:t>گیون ان سلیکٹیو بیسز۔</w:t>
      </w:r>
    </w:p>
    <w:p>
      <w:r>
        <w:rPr>
          <w:b/>
        </w:rPr>
        <w:t xml:space="preserve">[09:45] </w:t>
      </w:r>
      <w:r>
        <w:t>Only those people who prove to be a deserving candidate for paradise, they will be fine entry into</w:t>
      </w:r>
    </w:p>
    <w:p>
      <w:pPr>
        <w:jc w:val="right"/>
      </w:pPr>
      <w:r>
        <w:t>اونلی دوز پیپل ہو پروف ٹو بی ا ڈیزرونگ کینڈیڈیٹ فار پیراڈائز، دے ول بی فائن انٹری انٹو</w:t>
      </w:r>
    </w:p>
    <w:p>
      <w:r>
        <w:rPr>
          <w:b/>
        </w:rPr>
        <w:t xml:space="preserve">[09:52] </w:t>
      </w:r>
      <w:r>
        <w:t>Paradise.</w:t>
      </w:r>
    </w:p>
    <w:p>
      <w:pPr>
        <w:jc w:val="right"/>
      </w:pPr>
      <w:r>
        <w:t>پیراڈائز۔</w:t>
      </w:r>
    </w:p>
    <w:p>
      <w:r>
        <w:rPr>
          <w:b/>
        </w:rPr>
        <w:t xml:space="preserve">[09:54] </w:t>
      </w:r>
      <w:r>
        <w:t>And, those people who prove by their record that they don't deserve paradise, so they will be deprived</w:t>
      </w:r>
    </w:p>
    <w:p>
      <w:pPr>
        <w:jc w:val="right"/>
      </w:pPr>
      <w:r>
        <w:t>اینڈ، دوز پیپل ہو پروف بائے دیر ریکارڈ دیٹ دے ڈونٹ ڈیزرو پیراڈائز، سو دے ول بی ڈیپرائیوڈ</w:t>
      </w:r>
    </w:p>
    <w:p>
      <w:r>
        <w:rPr>
          <w:b/>
        </w:rPr>
        <w:t xml:space="preserve">[10:02] </w:t>
      </w:r>
      <w:r>
        <w:t>from entry into Paradise.</w:t>
      </w:r>
    </w:p>
    <w:p>
      <w:pPr>
        <w:jc w:val="right"/>
      </w:pPr>
      <w:r>
        <w:t>فرام انٹری انٹو پیراڈائز۔</w:t>
      </w:r>
    </w:p>
    <w:p>
      <w:r>
        <w:rPr>
          <w:b/>
        </w:rPr>
        <w:t xml:space="preserve">[10:03] </w:t>
      </w:r>
      <w:r>
        <w:t>So, reentry of paradise will be on selective basis.</w:t>
      </w:r>
    </w:p>
    <w:p>
      <w:pPr>
        <w:jc w:val="right"/>
      </w:pPr>
      <w:r>
        <w:t>سو، ری انٹری اف پیراڈائز ول بی ان سلیکٹیو بیسز۔</w:t>
      </w:r>
    </w:p>
    <w:p>
      <w:r>
        <w:rPr>
          <w:b/>
        </w:rPr>
        <w:t xml:space="preserve">[10:08] </w:t>
      </w:r>
      <w:r>
        <w:t>Re-entry into paradise will be on the selective basis.</w:t>
      </w:r>
    </w:p>
    <w:p>
      <w:pPr>
        <w:jc w:val="right"/>
      </w:pPr>
      <w:r>
        <w:t>ری انٹری انٹو پیراڈائز ول بی ان دی سلیکٹیو بیسز۔</w:t>
      </w:r>
    </w:p>
    <w:p>
      <w:r>
        <w:rPr>
          <w:b/>
        </w:rPr>
        <w:t xml:space="preserve">[10:12] </w:t>
      </w:r>
      <w:r>
        <w:t>Only those people who prove to be a deserving candidate, they will be, they will find entry into</w:t>
      </w:r>
    </w:p>
    <w:p>
      <w:pPr>
        <w:jc w:val="right"/>
      </w:pPr>
      <w:r>
        <w:t>اونلی دوز پیپل ہو پروف ٹو بی ا ڈیزرونگ کینڈیڈیٹ، دے ول بی، دے ول فائن انٹری انٹو</w:t>
      </w:r>
    </w:p>
    <w:p>
      <w:r>
        <w:rPr>
          <w:b/>
        </w:rPr>
        <w:t xml:space="preserve">[10:20] </w:t>
      </w:r>
      <w:r>
        <w:t>Paradise.</w:t>
      </w:r>
    </w:p>
    <w:p>
      <w:pPr>
        <w:jc w:val="right"/>
      </w:pPr>
      <w:r>
        <w:t>پیراڈائز۔</w:t>
      </w:r>
    </w:p>
    <w:p>
      <w:r>
        <w:rPr>
          <w:b/>
        </w:rPr>
        <w:t xml:space="preserve">[10:21] </w:t>
      </w:r>
      <w:r>
        <w:t>Otherwise, no.</w:t>
      </w:r>
    </w:p>
    <w:p>
      <w:pPr>
        <w:jc w:val="right"/>
      </w:pPr>
      <w:r>
        <w:t>ادروائز، نو۔</w:t>
      </w:r>
    </w:p>
    <w:p>
      <w:r>
        <w:rPr>
          <w:b/>
        </w:rPr>
        <w:t xml:space="preserve">[10:23] </w:t>
      </w:r>
      <w:r>
        <w:t>So, this is the lesson given by the Quran, by the Quran with the reference of Adam and</w:t>
      </w:r>
    </w:p>
    <w:p>
      <w:pPr>
        <w:jc w:val="right"/>
      </w:pPr>
      <w:r>
        <w:t>سو، دس از دا لیسن گیون بائی دا قرآن، بائی دا قرآن ود دی ریفرنس اف ادم اینڈ</w:t>
      </w:r>
    </w:p>
    <w:p>
      <w:r>
        <w:rPr>
          <w:b/>
        </w:rPr>
        <w:t xml:space="preserve">[10:30] </w:t>
      </w:r>
      <w:r>
        <w:t>Hawa.</w:t>
      </w:r>
    </w:p>
    <w:p>
      <w:pPr>
        <w:jc w:val="right"/>
      </w:pPr>
      <w:r>
        <w:t>حوا۔</w:t>
      </w:r>
    </w:p>
    <w:p>
      <w:r>
        <w:rPr>
          <w:b/>
        </w:rPr>
        <w:t xml:space="preserve">[10:32] </w:t>
      </w:r>
      <w:r>
        <w:t>Deen, in some sense, Quran is the record of prophets.</w:t>
      </w:r>
    </w:p>
    <w:p>
      <w:pPr>
        <w:jc w:val="right"/>
      </w:pPr>
      <w:r>
        <w:t>دین، ان سم سینس، قرآن از دا ریکارڈ اف پرافٹس۔</w:t>
      </w:r>
    </w:p>
    <w:p>
      <w:r>
        <w:rPr>
          <w:b/>
        </w:rPr>
        <w:t xml:space="preserve">[10:36] </w:t>
      </w:r>
      <w:r>
        <w:t>Some scholars have said that Quran is a sarguzasht-e anbiya.</w:t>
      </w:r>
    </w:p>
    <w:p>
      <w:pPr>
        <w:jc w:val="right"/>
      </w:pPr>
      <w:r>
        <w:t>سم اسکالرز ہیو سیڈ دیٹ قرآن از ا سرگزشت انبیاء۔</w:t>
      </w:r>
    </w:p>
    <w:p>
      <w:r>
        <w:rPr>
          <w:b/>
        </w:rPr>
        <w:t xml:space="preserve">[10:40] </w:t>
      </w:r>
      <w:r>
        <w:t>Sirguzisht-e-Ambiya means record of prophets, history of the prophets.</w:t>
      </w:r>
    </w:p>
    <w:p>
      <w:pPr>
        <w:jc w:val="right"/>
      </w:pPr>
      <w:r>
        <w:t>سرگزشت انبیاء مینز ریکارڈ اف اف پرافٹس، ہسٹری اف دا پرافٹس۔</w:t>
      </w:r>
    </w:p>
    <w:p>
      <w:r>
        <w:rPr>
          <w:b/>
        </w:rPr>
        <w:t xml:space="preserve">[10:45] </w:t>
      </w:r>
      <w:r>
        <w:t>Now, if you read the Quran, you will find that there are 25 prophets mentioned in the Quran.</w:t>
      </w:r>
    </w:p>
    <w:p>
      <w:pPr>
        <w:jc w:val="right"/>
      </w:pPr>
      <w:r>
        <w:t>ناو، اف یو ریڈ دا قرآن، یو ول فائنڈ دیٹ دیر ار 25 پرافٹس مینشن ان دا قرآن۔</w:t>
      </w:r>
    </w:p>
    <w:p>
      <w:r>
        <w:rPr>
          <w:b/>
        </w:rPr>
        <w:t xml:space="preserve">[10:53] </w:t>
      </w:r>
      <w:r>
        <w:t>25 prophets.</w:t>
      </w:r>
    </w:p>
    <w:p>
      <w:pPr>
        <w:jc w:val="right"/>
      </w:pPr>
      <w:r>
        <w:t>25 پرافٹس۔</w:t>
      </w:r>
    </w:p>
    <w:p>
      <w:r>
        <w:rPr>
          <w:b/>
        </w:rPr>
        <w:t xml:space="preserve">[10:54] </w:t>
      </w:r>
      <w:r>
        <w:t>And, what was the mission of these prophets? The mission was: "Rusulan mubashshirin wa mundhirin li'alla yakuna lilnnasi,</w:t>
      </w:r>
    </w:p>
    <w:p>
      <w:pPr>
        <w:jc w:val="right"/>
      </w:pPr>
      <w:r>
        <w:t>اینڈ، واٹ واز دا مشن اف دس پرافٹس؟ دا مشن واز: "رسل مبشرین و منظرین، اللہ یکون الناس،</w:t>
      </w:r>
    </w:p>
    <w:p>
      <w:r>
        <w:rPr>
          <w:b/>
        </w:rPr>
        <w:t xml:space="preserve">[11:02] </w:t>
      </w:r>
      <w:r>
        <w:t>Allah hujjat baad al-rusul." This verse you can find in the chapter An-Nisa.</w:t>
      </w:r>
    </w:p>
    <w:p>
      <w:pPr>
        <w:jc w:val="right"/>
      </w:pPr>
      <w:r>
        <w:t>اللہ حجت بعد الرسل۔" دس ورس یو کین فائنڈ ان دا چیپٹر النساء۔</w:t>
      </w:r>
    </w:p>
    <w:p>
      <w:r>
        <w:rPr>
          <w:b/>
        </w:rPr>
        <w:t xml:space="preserve">[11:08] </w:t>
      </w:r>
      <w:r>
        <w:t>It means that God sent prophets as a as a warner and as a giver of good tidings,</w:t>
      </w:r>
    </w:p>
    <w:p>
      <w:pPr>
        <w:jc w:val="right"/>
      </w:pPr>
      <w:r>
        <w:t>اٹ مینز دیٹ گاڈ سینٹ پرافٹس ایز اے ایز اے وارنر اینڈ ایز اے گیور اف گڈ ٹائڈنگ،</w:t>
      </w:r>
    </w:p>
    <w:p>
      <w:r>
        <w:rPr>
          <w:b/>
        </w:rPr>
        <w:t xml:space="preserve">[11:15] </w:t>
      </w:r>
      <w:r>
        <w:t>So that people must not have plea before God.</w:t>
      </w:r>
    </w:p>
    <w:p>
      <w:pPr>
        <w:jc w:val="right"/>
      </w:pPr>
      <w:r>
        <w:t>سو دیٹ پیپل مسٹ ناٹ ہیو پلی بیفور گاڈ۔</w:t>
      </w:r>
    </w:p>
    <w:p>
      <w:r>
        <w:rPr>
          <w:b/>
        </w:rPr>
        <w:t xml:space="preserve">[11:19] </w:t>
      </w:r>
      <w:r>
        <w:t>The same is said about the Prophet Muhammad (peace be upon him): "Ya ayyuhan-nabiyyu inna arsalnaka shahida"</w:t>
      </w:r>
    </w:p>
    <w:p>
      <w:pPr>
        <w:jc w:val="right"/>
      </w:pPr>
      <w:r>
        <w:t>دا سیم از سیڈ اباؤٹ دی پرافٹ محمد صلی اللہ علیہ وسلم: "یا ایہا النبی، انا ارسلناک شاید</w:t>
      </w:r>
    </w:p>
    <w:p>
      <w:r>
        <w:rPr>
          <w:b/>
        </w:rPr>
        <w:t xml:space="preserve">[11:27] </w:t>
      </w:r>
      <w:r>
        <w:t>wa bashiran wa naziran, wa da'iyan ilallahi bi idhnihi wa sirajan munira." This verse refers to the Prophet Muhammad: "O Prophet, We have</w:t>
      </w:r>
    </w:p>
    <w:p>
      <w:pPr>
        <w:jc w:val="right"/>
      </w:pPr>
      <w:r>
        <w:t>وشر ونذیرا، وداعی اللہ بیزنہی وسراجا منیرا۔" دس ورس ریفرز ٹو دا پرافٹ محمد: "او پرافٹ، وی ہیو</w:t>
      </w:r>
    </w:p>
    <w:p>
      <w:r>
        <w:rPr>
          <w:b/>
        </w:rPr>
        <w:t xml:space="preserve">[11:35] </w:t>
      </w:r>
      <w:r>
        <w:t>sent you as a witness and as a giver of good tidings and as a warner and as</w:t>
      </w:r>
    </w:p>
    <w:p>
      <w:pPr>
        <w:jc w:val="right"/>
      </w:pPr>
      <w:r>
        <w:t>سینٹ یو ایز اے وٹنس اینڈ ایز اے گیور اف گڈ ٹائڈنگز اینڈ ایز اے وارنر اینڈ ایز</w:t>
      </w:r>
    </w:p>
    <w:p>
      <w:r>
        <w:rPr>
          <w:b/>
        </w:rPr>
        <w:t xml:space="preserve">[11:42] </w:t>
      </w:r>
      <w:r>
        <w:t>one who invites people to God." So, you here, you can see that the mission of all the</w:t>
      </w:r>
    </w:p>
    <w:p>
      <w:pPr>
        <w:jc w:val="right"/>
      </w:pPr>
      <w:r>
        <w:t>ون ہو انوائٹس پیپل ٹو گاڈ۔" سو، یو ہیر، یو کین سی دیٹ دا مشن اف ال دا</w:t>
      </w:r>
    </w:p>
    <w:p>
      <w:r>
        <w:rPr>
          <w:b/>
        </w:rPr>
        <w:t xml:space="preserve">[11:50] </w:t>
      </w:r>
      <w:r>
        <w:t>Prophets was one and the same.</w:t>
      </w:r>
    </w:p>
    <w:p>
      <w:pPr>
        <w:jc w:val="right"/>
      </w:pPr>
      <w:r>
        <w:t>پرافٹس واز ون اینڈ دا سیم۔</w:t>
      </w:r>
    </w:p>
    <w:p>
      <w:r>
        <w:rPr>
          <w:b/>
        </w:rPr>
        <w:t xml:space="preserve">[11:53] </w:t>
      </w:r>
      <w:r>
        <w:t>That is in our in other words: "The work, the fi sabilillah, or the work is it</w:t>
      </w:r>
    </w:p>
    <w:p>
      <w:pPr>
        <w:jc w:val="right"/>
      </w:pPr>
      <w:r>
        <w:t>دیٹ از ان اور ان ادر ورس: "داوی ورک، داوی فی سبیل اللہ، اور داوی ورک از اٹ</w:t>
      </w:r>
    </w:p>
    <w:p>
      <w:r>
        <w:rPr>
          <w:b/>
        </w:rPr>
        <w:t xml:space="preserve">[12:00] </w:t>
      </w:r>
      <w:r>
        <w:t>was the only mission of all the prophets." Now, what is da'wah? Da'wah means making people aware of</w:t>
      </w:r>
    </w:p>
    <w:p>
      <w:pPr>
        <w:jc w:val="right"/>
      </w:pPr>
      <w:r>
        <w:t>واز دا اونلی مشن اف ال دا پرافٹس۔" ناو، واٹ از داوی؟ داوی مینز میکنگ پیپل اویئر اف</w:t>
      </w:r>
    </w:p>
    <w:p>
      <w:r>
        <w:rPr>
          <w:b/>
        </w:rPr>
        <w:t xml:space="preserve">[12:08] </w:t>
      </w:r>
      <w:r>
        <w:t>The creation plan of God.</w:t>
      </w:r>
    </w:p>
    <w:p>
      <w:pPr>
        <w:jc w:val="right"/>
      </w:pPr>
      <w:r>
        <w:t>دا کریشن پلان اف گاڈ۔</w:t>
      </w:r>
    </w:p>
    <w:p>
      <w:r>
        <w:rPr>
          <w:b/>
        </w:rPr>
        <w:t xml:space="preserve">[12:10] </w:t>
      </w:r>
      <w:r>
        <w:t>This is inzar and tafsir: "Making people aware of the creation plan of God." This is the work,</w:t>
      </w:r>
    </w:p>
    <w:p>
      <w:pPr>
        <w:jc w:val="right"/>
      </w:pPr>
      <w:r>
        <w:t>دس از انظار اینڈ تفسیر: "میکنگ پیپل اویئر اف دی کریشن پلان اف گاڈ۔" دس از دا ورک،</w:t>
      </w:r>
    </w:p>
    <w:p>
      <w:r>
        <w:rPr>
          <w:b/>
        </w:rPr>
        <w:t xml:space="preserve">[12:18] </w:t>
      </w:r>
      <w:r>
        <w:t>And all the prophets were sent for this mission, for da'wah mission.</w:t>
      </w:r>
    </w:p>
    <w:p>
      <w:pPr>
        <w:jc w:val="right"/>
      </w:pPr>
      <w:r>
        <w:t>اینڈ ال دا پرافٹس ویر سینٹ فار دس مشن، فار داوی مشن۔</w:t>
      </w:r>
    </w:p>
    <w:p>
      <w:r>
        <w:rPr>
          <w:b/>
        </w:rPr>
        <w:t xml:space="preserve">[12:23] </w:t>
      </w:r>
      <w:r>
        <w:t>Deen, there is a question: "Why there were so many prophets?" One can say that only one prophet</w:t>
      </w:r>
    </w:p>
    <w:p>
      <w:pPr>
        <w:jc w:val="right"/>
      </w:pPr>
      <w:r>
        <w:t>دین، دیر از ا کوئسچن: "وائی دیر وار سو مینی پرافٹس؟" ون کین سی دیٹ اونلی ون پرافٹ</w:t>
      </w:r>
    </w:p>
    <w:p>
      <w:r>
        <w:rPr>
          <w:b/>
        </w:rPr>
        <w:t xml:space="preserve">[12:31] </w:t>
      </w:r>
      <w:r>
        <w:t>was enough.</w:t>
      </w:r>
    </w:p>
    <w:p>
      <w:pPr>
        <w:jc w:val="right"/>
      </w:pPr>
      <w:r>
        <w:t>واز انف۔</w:t>
      </w:r>
    </w:p>
    <w:p>
      <w:r>
        <w:rPr>
          <w:b/>
        </w:rPr>
        <w:t xml:space="preserve">[12:32] </w:t>
      </w:r>
      <w:r>
        <w:t>One prophet was enough.</w:t>
      </w:r>
    </w:p>
    <w:p>
      <w:pPr>
        <w:jc w:val="right"/>
      </w:pPr>
      <w:r>
        <w:t>ون پرافٹ واز انف۔</w:t>
      </w:r>
    </w:p>
    <w:p>
      <w:r>
        <w:rPr>
          <w:b/>
        </w:rPr>
        <w:t xml:space="preserve">[12:34] </w:t>
      </w:r>
      <w:r>
        <w:t>He must give a book to the mankind, and this book will remain up to the</w:t>
      </w:r>
    </w:p>
    <w:p>
      <w:pPr>
        <w:jc w:val="right"/>
      </w:pPr>
      <w:r>
        <w:t>ہی مسٹ گیو ا بک ٹو دا ٹو مین کائنڈ، اینڈ دس بک ول ریمین اپ ٹو دا</w:t>
      </w:r>
    </w:p>
    <w:p>
      <w:r>
        <w:rPr>
          <w:b/>
        </w:rPr>
        <w:t xml:space="preserve">[12:42] </w:t>
      </w:r>
      <w:r>
        <w:t>last day, up to the final day of the history.</w:t>
      </w:r>
    </w:p>
    <w:p>
      <w:pPr>
        <w:jc w:val="right"/>
      </w:pPr>
      <w:r>
        <w:t>لاسٹ ڈے، اپ ٹو دا فائنل ڈے اف دا ہسٹری۔</w:t>
      </w:r>
    </w:p>
    <w:p>
      <w:r>
        <w:rPr>
          <w:b/>
        </w:rPr>
        <w:t xml:space="preserve">[12:46] </w:t>
      </w:r>
      <w:r>
        <w:t>So, one book and one prophet was enough.</w:t>
      </w:r>
    </w:p>
    <w:p>
      <w:pPr>
        <w:jc w:val="right"/>
      </w:pPr>
      <w:r>
        <w:t>سو، ون بک اینڈ ون پرافٹ واز انف۔</w:t>
      </w:r>
    </w:p>
    <w:p>
      <w:r>
        <w:rPr>
          <w:b/>
        </w:rPr>
        <w:t xml:space="preserve">[12:49] </w:t>
      </w:r>
      <w:r>
        <w:t>No, although the teachings of the divine religion is one and the same.</w:t>
      </w:r>
    </w:p>
    <w:p>
      <w:pPr>
        <w:jc w:val="right"/>
      </w:pPr>
      <w:r>
        <w:t>نو، الدو دا ٹیچنگز اف دا ڈیوائن ریلیجن از ون اینڈ دا سیم۔</w:t>
      </w:r>
    </w:p>
    <w:p>
      <w:r>
        <w:rPr>
          <w:b/>
        </w:rPr>
        <w:t xml:space="preserve">[12:55] </w:t>
      </w:r>
      <w:r>
        <w:t>As far as the ideology is concerned, the divine religion is one and the same.</w:t>
      </w:r>
    </w:p>
    <w:p>
      <w:pPr>
        <w:jc w:val="right"/>
      </w:pPr>
      <w:r>
        <w:t>ایز فار ایز دا ائیڈیالوجی از کنسرن، دا ڈیوائن ریلیجن از ون اینڈ دا سیم۔</w:t>
      </w:r>
    </w:p>
    <w:p>
      <w:r>
        <w:rPr>
          <w:b/>
        </w:rPr>
        <w:t xml:space="preserve">[13:01] </w:t>
      </w:r>
      <w:r>
        <w:t>need the difference: same ideology, same teachings, same principles.</w:t>
      </w:r>
    </w:p>
    <w:p>
      <w:pPr>
        <w:jc w:val="right"/>
      </w:pPr>
      <w:r>
        <w:t>نیڈ دو ڈیفرنس: سیم ائیڈیالوجی، سیم ٹیچنگز، سیم پرنسپلز۔</w:t>
      </w:r>
    </w:p>
    <w:p>
      <w:r>
        <w:rPr>
          <w:b/>
        </w:rPr>
        <w:t xml:space="preserve">[13:05] </w:t>
      </w:r>
      <w:r>
        <w:t>So, in an ideological sense, religion is one and the same.</w:t>
      </w:r>
    </w:p>
    <w:p>
      <w:pPr>
        <w:jc w:val="right"/>
      </w:pPr>
      <w:r>
        <w:t>سو، ان ائیڈیالوجیکل سینس، ریلیجن از ون اینڈ دا سیم۔</w:t>
      </w:r>
    </w:p>
    <w:p>
      <w:r>
        <w:rPr>
          <w:b/>
        </w:rPr>
        <w:t xml:space="preserve">[13:10] </w:t>
      </w:r>
      <w:r>
        <w:t>But, situation varies in every time and every place.</w:t>
      </w:r>
    </w:p>
    <w:p>
      <w:pPr>
        <w:jc w:val="right"/>
      </w:pPr>
      <w:r>
        <w:t>بٹ، سچویشن ویریز ان ایوری ٹائم اینڈ ایوری پلیس۔</w:t>
      </w:r>
    </w:p>
    <w:p>
      <w:r>
        <w:rPr>
          <w:b/>
        </w:rPr>
        <w:t xml:space="preserve">[13:13] </w:t>
      </w:r>
      <w:r>
        <w:t>So, these prophets are models how to manage the work in different situations.</w:t>
      </w:r>
    </w:p>
    <w:p>
      <w:pPr>
        <w:jc w:val="right"/>
      </w:pPr>
      <w:r>
        <w:t>سو، دس پرافٹس ار ماڈلز ہاؤ ٹو مینج دا ورک ان ڈفرنٹ سچویشنز۔</w:t>
      </w:r>
    </w:p>
    <w:p>
      <w:r>
        <w:rPr>
          <w:b/>
        </w:rPr>
        <w:t xml:space="preserve">[13:19] </w:t>
      </w:r>
      <w:r>
        <w:t>These prophets are different models.</w:t>
      </w:r>
    </w:p>
    <w:p>
      <w:pPr>
        <w:jc w:val="right"/>
      </w:pPr>
      <w:r>
        <w:t>دس پرافٹس ار ڈفرنٹ ماڈلز۔</w:t>
      </w:r>
    </w:p>
    <w:p>
      <w:r>
        <w:rPr>
          <w:b/>
        </w:rPr>
        <w:t xml:space="preserve">[13:21] </w:t>
      </w:r>
      <w:r>
        <w:t>Different prophets are different models that how to maintain the work, how to maintain the work while managing</w:t>
      </w:r>
    </w:p>
    <w:p>
      <w:pPr>
        <w:jc w:val="right"/>
      </w:pPr>
      <w:r>
        <w:t>ڈفرنٹ پرافٹس ار ڈفرنٹ ماڈل دیٹ ہاؤ ٹو مینٹین دا ورک، ہاؤ ٹو مینٹین دا ورک وائل مینجنگ</w:t>
      </w:r>
    </w:p>
    <w:p>
      <w:r>
        <w:rPr>
          <w:b/>
        </w:rPr>
        <w:t xml:space="preserve">[13:29] </w:t>
      </w:r>
      <w:r>
        <w:t>The different situations.</w:t>
      </w:r>
    </w:p>
    <w:p>
      <w:pPr>
        <w:jc w:val="right"/>
      </w:pPr>
      <w:r>
        <w:t>دا ڈفرنٹ سچویشنز۔</w:t>
      </w:r>
    </w:p>
    <w:p>
      <w:r>
        <w:rPr>
          <w:b/>
        </w:rPr>
        <w:t xml:space="preserve">[13:30] </w:t>
      </w:r>
      <w:r>
        <w:t>So, the work is like a river.</w:t>
      </w:r>
    </w:p>
    <w:p>
      <w:pPr>
        <w:jc w:val="right"/>
      </w:pPr>
      <w:r>
        <w:t>سو، دا ورک از لائک ا ریور۔</w:t>
      </w:r>
    </w:p>
    <w:p>
      <w:r>
        <w:rPr>
          <w:b/>
        </w:rPr>
        <w:t xml:space="preserve">[13:33] </w:t>
      </w:r>
      <w:r>
        <w:t>You know, river comes from the top of the mountain, then it flows in the land.</w:t>
      </w:r>
    </w:p>
    <w:p>
      <w:pPr>
        <w:jc w:val="right"/>
      </w:pPr>
      <w:r>
        <w:t>یو نو، ریور کمز فرام دی ٹاپ اف دا ماؤنٹن، دین اٹ فلوز ان دی لینڈ۔</w:t>
      </w:r>
    </w:p>
    <w:p>
      <w:r>
        <w:rPr>
          <w:b/>
        </w:rPr>
        <w:t xml:space="preserve">[13:40] </w:t>
      </w:r>
      <w:r>
        <w:t>In the land, there are different situations, up and down.</w:t>
      </w:r>
    </w:p>
    <w:p>
      <w:pPr>
        <w:jc w:val="right"/>
      </w:pPr>
      <w:r>
        <w:t>ان دا لینڈ، دیر ار ڈفرنٹ سچویشنز، اپ اینڈ ڈاؤن۔</w:t>
      </w:r>
    </w:p>
    <w:p>
      <w:r>
        <w:rPr>
          <w:b/>
        </w:rPr>
        <w:t xml:space="preserve">[13:44] </w:t>
      </w:r>
      <w:r>
        <w:t>Sometimes, there are rocks or stones.</w:t>
      </w:r>
    </w:p>
    <w:p>
      <w:pPr>
        <w:jc w:val="right"/>
      </w:pPr>
      <w:r>
        <w:t>سم ٹائم، دیر ار راکس اور اسٹونز۔</w:t>
      </w:r>
    </w:p>
    <w:p>
      <w:r>
        <w:rPr>
          <w:b/>
        </w:rPr>
        <w:t xml:space="preserve">[13:47] </w:t>
      </w:r>
      <w:r>
        <w:t>So, rivers faces different situations.</w:t>
      </w:r>
    </w:p>
    <w:p>
      <w:pPr>
        <w:jc w:val="right"/>
      </w:pPr>
      <w:r>
        <w:t>سو، ریور فیسز ڈفرنٹ سچویشنز۔</w:t>
      </w:r>
    </w:p>
    <w:p>
      <w:r>
        <w:rPr>
          <w:b/>
        </w:rPr>
        <w:t xml:space="preserve">[13:50] </w:t>
      </w:r>
      <w:r>
        <w:t>The river is one, the stream is one.</w:t>
      </w:r>
    </w:p>
    <w:p>
      <w:pPr>
        <w:jc w:val="right"/>
      </w:pPr>
      <w:r>
        <w:t>الدو ریور از ون، دا اسٹریم از ون۔</w:t>
      </w:r>
    </w:p>
    <w:p>
      <w:r>
        <w:rPr>
          <w:b/>
        </w:rPr>
        <w:t xml:space="preserve">[13:53] </w:t>
      </w:r>
      <w:r>
        <w:t>is only, the only purpose of river is to flow, flow, flow until its destination.</w:t>
      </w:r>
    </w:p>
    <w:p>
      <w:pPr>
        <w:jc w:val="right"/>
      </w:pPr>
      <w:r>
        <w:t>از اونلی، دا اونلی پرپس اف ریور از ٹو فلو، فلو، فلو انٹل اس ڈیسٹینیشن۔</w:t>
      </w:r>
    </w:p>
    <w:p>
      <w:r>
        <w:rPr>
          <w:b/>
        </w:rPr>
        <w:t xml:space="preserve">[13:59] </w:t>
      </w:r>
      <w:r>
        <w:t>But, the situation is different.</w:t>
      </w:r>
    </w:p>
    <w:p>
      <w:pPr>
        <w:jc w:val="right"/>
      </w:pPr>
      <w:r>
        <w:t>بٹ، دا سچویشن از ڈفرنٹ۔</w:t>
      </w:r>
    </w:p>
    <w:p>
      <w:r>
        <w:rPr>
          <w:b/>
        </w:rPr>
        <w:t xml:space="preserve">[14:02] </w:t>
      </w:r>
      <w:r>
        <w:t>Land is different.</w:t>
      </w:r>
    </w:p>
    <w:p>
      <w:pPr>
        <w:jc w:val="right"/>
      </w:pPr>
      <w:r>
        <w:t>لینڈ از ڈفرنٹ۔</w:t>
      </w:r>
    </w:p>
    <w:p>
      <w:r>
        <w:rPr>
          <w:b/>
        </w:rPr>
        <w:t xml:space="preserve">[14:03] </w:t>
      </w:r>
      <w:r>
        <w:t>So, river is bound to flow under different, under our situation and different situation.</w:t>
      </w:r>
    </w:p>
    <w:p>
      <w:pPr>
        <w:jc w:val="right"/>
      </w:pPr>
      <w:r>
        <w:t>سو، ریور از باؤنڈ ٹو فلو انڈر ڈفرنٹ، انڈر اور سچویشن اینڈ ڈفرنٹ سچویشن۔</w:t>
      </w:r>
    </w:p>
    <w:p>
      <w:r>
        <w:rPr>
          <w:b/>
        </w:rPr>
        <w:t xml:space="preserve">[14:09] </w:t>
      </w:r>
      <w:r>
        <w:t>Some ups and downs.</w:t>
      </w:r>
    </w:p>
    <w:p>
      <w:pPr>
        <w:jc w:val="right"/>
      </w:pPr>
      <w:r>
        <w:t>سم اپس اینڈ ڈاؤن۔</w:t>
      </w:r>
    </w:p>
    <w:p>
      <w:r>
        <w:rPr>
          <w:b/>
        </w:rPr>
        <w:t xml:space="preserve">[14:11] </w:t>
      </w:r>
      <w:r>
        <w:t>But, river always manage.</w:t>
      </w:r>
    </w:p>
    <w:p>
      <w:pPr>
        <w:jc w:val="right"/>
      </w:pPr>
      <w:r>
        <w:t>بٹ، ریور الویز مینج۔</w:t>
      </w:r>
    </w:p>
    <w:p>
      <w:r>
        <w:rPr>
          <w:b/>
        </w:rPr>
        <w:t xml:space="preserve">[14:13] </w:t>
      </w:r>
      <w:r>
        <w:t>River always manages, and it flows, flows, flows.</w:t>
      </w:r>
    </w:p>
    <w:p>
      <w:pPr>
        <w:jc w:val="right"/>
      </w:pPr>
      <w:r>
        <w:t>ریور الویز مینجز، اینڈ اٹ فلوز، فلوز، فلوز۔</w:t>
      </w:r>
    </w:p>
    <w:p>
      <w:r>
        <w:rPr>
          <w:b/>
        </w:rPr>
        <w:t xml:space="preserve">[14:16] </w:t>
      </w:r>
      <w:r>
        <w:t>The only purpose of river is to flow continuously.</w:t>
      </w:r>
    </w:p>
    <w:p>
      <w:pPr>
        <w:jc w:val="right"/>
      </w:pPr>
      <w:r>
        <w:t>دا اونلی پرپس اف ریور از ٹو فلو کنٹینیوسلی۔</w:t>
      </w:r>
    </w:p>
    <w:p>
      <w:r>
        <w:rPr>
          <w:b/>
        </w:rPr>
        <w:t xml:space="preserve">[14:20] </w:t>
      </w:r>
      <w:r>
        <w:t>So, river always try to manage although and continue its flow.</w:t>
      </w:r>
    </w:p>
    <w:p>
      <w:pPr>
        <w:jc w:val="right"/>
      </w:pPr>
      <w:r>
        <w:t>سو، ریور الویز ٹرائی ٹو مینج الدو اور اینڈ کنٹینیو اٹس فلو۔</w:t>
      </w:r>
    </w:p>
    <w:p>
      <w:r>
        <w:rPr>
          <w:b/>
        </w:rPr>
        <w:t xml:space="preserve">[14:25] </w:t>
      </w:r>
      <w:r>
        <w:t>This is a natural manifestation of da'wah in the world.</w:t>
      </w:r>
    </w:p>
    <w:p>
      <w:pPr>
        <w:jc w:val="right"/>
      </w:pPr>
      <w:r>
        <w:t>دس از ا نیچرل مینیفیسٹیشن اف داوی ان دی ورلڈ۔</w:t>
      </w:r>
    </w:p>
    <w:p>
      <w:r>
        <w:rPr>
          <w:b/>
        </w:rPr>
        <w:t xml:space="preserve">[14:29] </w:t>
      </w:r>
      <w:r>
        <w:t>God has made river as a demonstration how to continue the work.</w:t>
      </w:r>
    </w:p>
    <w:p>
      <w:pPr>
        <w:jc w:val="right"/>
      </w:pPr>
      <w:r>
        <w:t>گاڈ ہیز میڈ ریور ایز ا ڈیمونسٹریشن ہاؤ ٹو کنٹینیو دا ورک۔</w:t>
      </w:r>
    </w:p>
    <w:p>
      <w:r>
        <w:rPr>
          <w:b/>
        </w:rPr>
        <w:t xml:space="preserve">[14:34] </w:t>
      </w:r>
      <w:r>
        <w:t>So, all these prophets sent by God are models, models for what purpose? That is how to continue</w:t>
      </w:r>
    </w:p>
    <w:p>
      <w:pPr>
        <w:jc w:val="right"/>
      </w:pPr>
      <w:r>
        <w:t>سو، ال دس پرافٹس سینٹ بائی گاڈ ار ماڈلز، ماڈلز فار واٹ پرپس؟ دیٹ از ہاؤ ٹو کنٹینیو</w:t>
      </w:r>
    </w:p>
    <w:p>
      <w:r>
        <w:rPr>
          <w:b/>
        </w:rPr>
        <w:t xml:space="preserve">[14:42] </w:t>
      </w:r>
      <w:r>
        <w:t>the river of dawah flowing while managing all those or all those differences.</w:t>
      </w:r>
    </w:p>
    <w:p>
      <w:pPr>
        <w:jc w:val="right"/>
      </w:pPr>
      <w:r>
        <w:t>دا ریور اف داوی فلوئنگ وائل مینجنگ الدوز اور الدوز ڈیفرنسز۔</w:t>
      </w:r>
    </w:p>
    <w:p>
      <w:r>
        <w:rPr>
          <w:b/>
        </w:rPr>
        <w:t xml:space="preserve">[14:47] </w:t>
      </w:r>
      <w:r>
        <w:t>So, these prophets were sent in different situations, different places.</w:t>
      </w:r>
    </w:p>
    <w:p>
      <w:pPr>
        <w:jc w:val="right"/>
      </w:pPr>
      <w:r>
        <w:t>سو، دس پرافٹس ویر سینٹ ان ڈفرنٹ سچویشنز، ڈفرنٹ پلیسز۔</w:t>
      </w:r>
    </w:p>
    <w:p>
      <w:r>
        <w:rPr>
          <w:b/>
        </w:rPr>
        <w:t xml:space="preserve">[14:51] </w:t>
      </w:r>
      <w:r>
        <w:t>They successfully managed these differences.</w:t>
      </w:r>
    </w:p>
    <w:p>
      <w:pPr>
        <w:jc w:val="right"/>
      </w:pPr>
      <w:r>
        <w:t>دے سکسیس فلی مینجڈ دس ڈیفرنسز۔</w:t>
      </w:r>
    </w:p>
    <w:p>
      <w:r>
        <w:rPr>
          <w:b/>
        </w:rPr>
        <w:t xml:space="preserve">[14:54] </w:t>
      </w:r>
      <w:r>
        <w:t>All these prophets successfully conveyed the message of God to their contemporary people, but at the same</w:t>
      </w:r>
    </w:p>
    <w:p>
      <w:pPr>
        <w:jc w:val="right"/>
      </w:pPr>
      <w:r>
        <w:t>ال دس پرافٹس سکسیس فلی کنورٹ دا میسج اف گاڈ ٹو دیر کنٹیمپرری پیپل، بٹ ایٹ دا سیم</w:t>
      </w:r>
    </w:p>
    <w:p>
      <w:r>
        <w:rPr>
          <w:b/>
        </w:rPr>
        <w:t xml:space="preserve">[15:01] </w:t>
      </w:r>
      <w:r>
        <w:t>time, they were good example to manage all those aur and differences.</w:t>
      </w:r>
    </w:p>
    <w:p>
      <w:pPr>
        <w:jc w:val="right"/>
      </w:pPr>
      <w:r>
        <w:t>ٹائم، دے ویر گڈ ایگزیمپل ٹو مینج الدوز اور اینڈ ڈیفرنسز۔</w:t>
      </w:r>
    </w:p>
    <w:p>
      <w:r>
        <w:rPr>
          <w:b/>
        </w:rPr>
        <w:t xml:space="preserve">[15:06] </w:t>
      </w:r>
      <w:r>
        <w:t>So, prophets are example, exemplary models how to continue Dawah work eternally up to the end of history.</w:t>
      </w:r>
    </w:p>
    <w:p>
      <w:pPr>
        <w:jc w:val="right"/>
      </w:pPr>
      <w:r>
        <w:t>سو، پرافٹس ار ایگزیمپل، ایگزیمپلری ماڈلز ہاؤ ٹو کنٹینیو داوی ورک ایٹرنلی اپ ٹو دا اینڈ اف ہسٹری</w:t>
      </w:r>
    </w:p>
    <w:p>
      <w:r>
        <w:rPr>
          <w:b/>
        </w:rPr>
        <w:t xml:space="preserve">[15:14] </w:t>
      </w:r>
      <w:r>
        <w:t>while managing all those and all those differences.</w:t>
      </w:r>
    </w:p>
    <w:p>
      <w:pPr>
        <w:jc w:val="right"/>
      </w:pPr>
      <w:r>
        <w:t>وائل مینجنگ الدوز اور الدوز ڈیفرنسز۔</w:t>
      </w:r>
    </w:p>
    <w:p>
      <w:r>
        <w:rPr>
          <w:b/>
        </w:rPr>
        <w:t xml:space="preserve">[15:16] </w:t>
      </w:r>
      <w:r>
        <w:t>So, although prophets are model.</w:t>
      </w:r>
    </w:p>
    <w:p>
      <w:pPr>
        <w:jc w:val="right"/>
      </w:pPr>
      <w:r>
        <w:t>سو، الدو پرافٹس ار ماڈل۔</w:t>
      </w:r>
    </w:p>
    <w:p>
      <w:r>
        <w:rPr>
          <w:b/>
        </w:rPr>
        <w:t xml:space="preserve">[15:19] </w:t>
      </w:r>
      <w:r>
        <w:t>We have to study our situation, and also we have to study prophet's history.</w:t>
      </w:r>
    </w:p>
    <w:p>
      <w:pPr>
        <w:jc w:val="right"/>
      </w:pPr>
      <w:r>
        <w:t>وی ہیو ٹو اسٹڈی اور سچویشن، اینڈ السو وی ہیو ٹو اسٹڈی پرافٹس ہسٹری۔</w:t>
      </w:r>
    </w:p>
    <w:p>
      <w:r>
        <w:rPr>
          <w:b/>
        </w:rPr>
        <w:t xml:space="preserve">[15:25] </w:t>
      </w:r>
      <w:r>
        <w:t>We have to find out which one of the prophets is.</w:t>
      </w:r>
    </w:p>
    <w:p>
      <w:pPr>
        <w:jc w:val="right"/>
      </w:pPr>
      <w:r>
        <w:t>وی ہیو ٹو فائنڈ اؤٹ وچ ون اف دا پرافٹس از۔</w:t>
      </w:r>
    </w:p>
    <w:p>
      <w:r>
        <w:rPr>
          <w:b/>
        </w:rPr>
        <w:t xml:space="preserve">[15:29] </w:t>
      </w:r>
      <w:r>
        <w:t>We have to find out which one of the prophetic model is applicable to our situation.</w:t>
      </w:r>
    </w:p>
    <w:p>
      <w:pPr>
        <w:jc w:val="right"/>
      </w:pPr>
      <w:r>
        <w:t>وی ہیو ٹو فائنڈ اؤٹ وچ ون اف دا پرافٹک ماڈل از ایپلیکیبل ٹو اور سچویشن۔</w:t>
      </w:r>
    </w:p>
    <w:p>
      <w:r>
        <w:rPr>
          <w:b/>
        </w:rPr>
        <w:t xml:space="preserve">[15:36] </w:t>
      </w:r>
      <w:r>
        <w:t>After studying our situation, and after studying the prophets, we have to find out which one of the</w:t>
      </w:r>
    </w:p>
    <w:p>
      <w:pPr>
        <w:jc w:val="right"/>
      </w:pPr>
      <w:r>
        <w:t>افٹر اسٹڈی اور سچویشن، اینڈ افٹر اسٹڈی دا پرافٹس، وی ہیو ٹو فائنڈ اؤٹ وچ ون اف دا</w:t>
      </w:r>
    </w:p>
    <w:p>
      <w:r>
        <w:rPr>
          <w:b/>
        </w:rPr>
        <w:t xml:space="preserve">[15:44] </w:t>
      </w:r>
      <w:r>
        <w:t>Prophetic model is applicable to our situation, and then adapt that model.</w:t>
      </w:r>
    </w:p>
    <w:p>
      <w:pPr>
        <w:jc w:val="right"/>
      </w:pPr>
      <w:r>
        <w:t>پرافٹک ماڈل از ایپلیکیبل ٹو اور سچویشن، اینڈ دین اڈاپٹ دیٹ ماڈل۔</w:t>
      </w:r>
    </w:p>
    <w:p>
      <w:r>
        <w:rPr>
          <w:b/>
        </w:rPr>
        <w:t xml:space="preserve">[15:49] </w:t>
      </w:r>
      <w:r>
        <w:t>So, every model is required model.</w:t>
      </w:r>
    </w:p>
    <w:p>
      <w:pPr>
        <w:jc w:val="right"/>
      </w:pPr>
      <w:r>
        <w:t>سو، ایوری ماڈل از ریکوائرڈ ماڈل۔</w:t>
      </w:r>
    </w:p>
    <w:p>
      <w:r>
        <w:rPr>
          <w:b/>
        </w:rPr>
        <w:t xml:space="preserve">[15:52] </w:t>
      </w:r>
      <w:r>
        <w:t>Every model is perfect model.</w:t>
      </w:r>
    </w:p>
    <w:p>
      <w:pPr>
        <w:jc w:val="right"/>
      </w:pPr>
      <w:r>
        <w:t>ایوری ماڈل از پرفیکٹ ماڈل۔</w:t>
      </w:r>
    </w:p>
    <w:p>
      <w:r>
        <w:rPr>
          <w:b/>
        </w:rPr>
        <w:t xml:space="preserve">[15:54] </w:t>
      </w:r>
      <w:r>
        <w:t>Quran says: "La nufarriqu baina ahadin min rusulih." We don't differentiate between this prophet and that prophet.</w:t>
      </w:r>
    </w:p>
    <w:p>
      <w:pPr>
        <w:jc w:val="right"/>
      </w:pPr>
      <w:r>
        <w:t>قرآن سیز: "لا نفرت بین احد من رسولہ۔" وی ڈونٹ ڈیفرنشیٹ بٹوین دس پرافٹ اینڈ دیٹ پرافٹ۔</w:t>
      </w:r>
    </w:p>
    <w:p>
      <w:r>
        <w:rPr>
          <w:b/>
        </w:rPr>
        <w:t xml:space="preserve">[16:01] </w:t>
      </w:r>
      <w:r>
        <w:t>"لا نفرق بین احد من رسلہ۔" It means that all the models are perfect models.</w:t>
      </w:r>
    </w:p>
    <w:p>
      <w:pPr>
        <w:jc w:val="right"/>
      </w:pPr>
      <w:r>
        <w:t>"لا نفرت بین احد من رسولہ۔" اٹ مینز دیٹ ال دا ماڈلز ار پرفیکٹ ماڈل۔</w:t>
      </w:r>
    </w:p>
    <w:p>
      <w:r>
        <w:rPr>
          <w:b/>
        </w:rPr>
        <w:t xml:space="preserve">[16:07] </w:t>
      </w:r>
      <w:r>
        <w:t>All models are ideal models.</w:t>
      </w:r>
    </w:p>
    <w:p>
      <w:pPr>
        <w:jc w:val="right"/>
      </w:pPr>
      <w:r>
        <w:t>الدو ماڈلز ار ائیڈیل ماڈل۔</w:t>
      </w:r>
    </w:p>
    <w:p>
      <w:r>
        <w:rPr>
          <w:b/>
        </w:rPr>
        <w:t xml:space="preserve">[16:10] </w:t>
      </w:r>
      <w:r>
        <w:t>All the models are required model.</w:t>
      </w:r>
    </w:p>
    <w:p>
      <w:pPr>
        <w:jc w:val="right"/>
      </w:pPr>
      <w:r>
        <w:t>الدو ماڈلز ار ریکوائرڈ ماڈل۔</w:t>
      </w:r>
    </w:p>
    <w:p>
      <w:r>
        <w:rPr>
          <w:b/>
        </w:rPr>
        <w:t xml:space="preserve">[16:12] </w:t>
      </w:r>
      <w:r>
        <w:t>What is needed is to find out which one of those prophetic models are applicable to our situation.</w:t>
      </w:r>
    </w:p>
    <w:p>
      <w:pPr>
        <w:jc w:val="right"/>
      </w:pPr>
      <w:r>
        <w:t>واٹ از نیڈڈ از ٹو فائنڈ اؤٹ وچ ون اف دوز پرافٹک ماڈلز ار ایپلیکیبل ٹو اور سچویشن۔</w:t>
      </w:r>
    </w:p>
    <w:p>
      <w:r>
        <w:rPr>
          <w:b/>
        </w:rPr>
        <w:t xml:space="preserve">[16:19] </w:t>
      </w:r>
      <w:r>
        <w:t>Here, I would, here, I would like to give you some example.</w:t>
      </w:r>
    </w:p>
    <w:p>
      <w:pPr>
        <w:jc w:val="right"/>
      </w:pPr>
      <w:r>
        <w:t>ہیر، ائی وڈ، ہیر، ائی وڈ لائک ٹو گیو یو سم ایگزیمپل۔</w:t>
      </w:r>
    </w:p>
    <w:p>
      <w:r>
        <w:rPr>
          <w:b/>
        </w:rPr>
        <w:t xml:space="preserve">[16:25] </w:t>
      </w:r>
      <w:r>
        <w:t>Let us take Prophet Ibrahim.</w:t>
      </w:r>
    </w:p>
    <w:p>
      <w:pPr>
        <w:jc w:val="right"/>
      </w:pPr>
      <w:r>
        <w:t>لیٹ اس ٹیک پرافٹ ابراہیم۔</w:t>
      </w:r>
    </w:p>
    <w:p>
      <w:r>
        <w:rPr>
          <w:b/>
        </w:rPr>
        <w:t xml:space="preserve">[16:27] </w:t>
      </w:r>
      <w:r>
        <w:t>Prophet Ibrahim was sent to Iraq.</w:t>
      </w:r>
    </w:p>
    <w:p>
      <w:pPr>
        <w:jc w:val="right"/>
      </w:pPr>
      <w:r>
        <w:t>پرافٹ ابراہیم واز سینٹ ٹو عراق۔</w:t>
      </w:r>
    </w:p>
    <w:p>
      <w:r>
        <w:rPr>
          <w:b/>
        </w:rPr>
        <w:t xml:space="preserve">[16:29] </w:t>
      </w:r>
      <w:r>
        <w:t>Iraq at that time was most civilized area of the world, but at that time civilization was based</w:t>
      </w:r>
    </w:p>
    <w:p>
      <w:pPr>
        <w:jc w:val="right"/>
      </w:pPr>
      <w:r>
        <w:t>عراق ایٹ دیٹ ٹائم واز موسٹ سولائزڈ ایریا اف دا ورلڈ، بٹ ایٹ دیٹ ٹائم سولائزیشن واز بیسڈ</w:t>
      </w:r>
    </w:p>
    <w:p>
      <w:r>
        <w:rPr>
          <w:b/>
        </w:rPr>
        <w:t xml:space="preserve">[16:37] </w:t>
      </w:r>
      <w:r>
        <w:t>in shirk.</w:t>
      </w:r>
    </w:p>
    <w:p>
      <w:pPr>
        <w:jc w:val="right"/>
      </w:pPr>
      <w:r>
        <w:t>ان شرک۔</w:t>
      </w:r>
    </w:p>
    <w:p>
      <w:r>
        <w:rPr>
          <w:b/>
        </w:rPr>
        <w:t xml:space="preserve">[16:38] </w:t>
      </w:r>
      <w:r>
        <w:t>At that time civilization was completely based on shirk, polytheism.</w:t>
      </w:r>
    </w:p>
    <w:p>
      <w:pPr>
        <w:jc w:val="right"/>
      </w:pPr>
      <w:r>
        <w:t>ایٹ دیٹ ٹائم سولائزیشن واز کمپلیٹلی بیسڈ ان شرک، پولیتھیزم۔</w:t>
      </w:r>
    </w:p>
    <w:p>
      <w:r>
        <w:rPr>
          <w:b/>
        </w:rPr>
        <w:t xml:space="preserve">[16:43] </w:t>
      </w:r>
      <w:r>
        <w:t>So, people were conditioned in shirk.</w:t>
      </w:r>
    </w:p>
    <w:p>
      <w:pPr>
        <w:jc w:val="right"/>
      </w:pPr>
      <w:r>
        <w:t>سو، پیپل ویر کنڈیشن ان شرک۔</w:t>
      </w:r>
    </w:p>
    <w:p>
      <w:r>
        <w:rPr>
          <w:b/>
        </w:rPr>
        <w:t xml:space="preserve">[16:45] </w:t>
      </w:r>
      <w:r>
        <w:t>All those people were bound in this civilization.</w:t>
      </w:r>
    </w:p>
    <w:p>
      <w:pPr>
        <w:jc w:val="right"/>
      </w:pPr>
      <w:r>
        <w:t>الدوز پیپل ویر باؤنڈ ان دس سولائزیشن۔</w:t>
      </w:r>
    </w:p>
    <w:p>
      <w:r>
        <w:rPr>
          <w:b/>
        </w:rPr>
        <w:t xml:space="preserve">[16:48] </w:t>
      </w:r>
      <w:r>
        <w:t>They were conditioned with shirk.</w:t>
      </w:r>
    </w:p>
    <w:p>
      <w:pPr>
        <w:jc w:val="right"/>
      </w:pPr>
      <w:r>
        <w:t>دے ویر کنڈیشن ود شرک۔</w:t>
      </w:r>
    </w:p>
    <w:p>
      <w:r>
        <w:rPr>
          <w:b/>
        </w:rPr>
        <w:t xml:space="preserve">[16:50] </w:t>
      </w:r>
      <w:r>
        <w:t>Shirk was the dominant concept of that time.</w:t>
      </w:r>
    </w:p>
    <w:p>
      <w:pPr>
        <w:jc w:val="right"/>
      </w:pPr>
      <w:r>
        <w:t>شرک واز دی ڈومیننٹ کانسیپٹ اف دیٹ ٹائم۔</w:t>
      </w:r>
    </w:p>
    <w:p>
      <w:r>
        <w:rPr>
          <w:b/>
        </w:rPr>
        <w:t xml:space="preserve">[16:54] </w:t>
      </w:r>
      <w:r>
        <w:t>So, it was impossible for those people who were bound in this civilization, mushrik civilization, to understand the idea.</w:t>
      </w:r>
    </w:p>
    <w:p>
      <w:pPr>
        <w:jc w:val="right"/>
      </w:pPr>
      <w:r>
        <w:t>سو، اٹ واز امپوسیبل فار دوز پیپل ہوئر باؤنڈ ان دس سولائزیشن، مشرک سولائزیشن، ٹو انڈرسٹینڈ دا ائیڈیا</w:t>
      </w:r>
    </w:p>
    <w:p>
      <w:r>
        <w:rPr>
          <w:b/>
        </w:rPr>
        <w:t xml:space="preserve">[17:02] </w:t>
      </w:r>
      <w:r>
        <w:t>of Tauheed, idea of oneness of God.</w:t>
      </w:r>
    </w:p>
    <w:p>
      <w:pPr>
        <w:jc w:val="right"/>
      </w:pPr>
      <w:r>
        <w:t>اف توحید، ائیڈیا اف وننس اف گاڈ۔</w:t>
      </w:r>
    </w:p>
    <w:p>
      <w:r>
        <w:rPr>
          <w:b/>
        </w:rPr>
        <w:t xml:space="preserve">[17:05] </w:t>
      </w:r>
      <w:r>
        <w:t>So, Prophet Ibrahim preached and conveyed the message of God to his contemporary people, but he felt that</w:t>
      </w:r>
    </w:p>
    <w:p>
      <w:pPr>
        <w:jc w:val="right"/>
      </w:pPr>
      <w:r>
        <w:t>سو، پرافٹ ابراہیم پریچڈ اینڈ کنورٹ دا میسج اف گاڈ ٹو ہز کنٹیمپرری پیپل، بٹ ہی فیلٹ دیٹ</w:t>
      </w:r>
    </w:p>
    <w:p>
      <w:r>
        <w:rPr>
          <w:b/>
        </w:rPr>
        <w:t xml:space="preserve">[17:12] </w:t>
      </w:r>
      <w:r>
        <w:t>These people are conditioned.</w:t>
      </w:r>
    </w:p>
    <w:p>
      <w:pPr>
        <w:jc w:val="right"/>
      </w:pPr>
      <w:r>
        <w:t>دس پیپل ار کنڈیشن۔</w:t>
      </w:r>
    </w:p>
    <w:p>
      <w:r>
        <w:rPr>
          <w:b/>
        </w:rPr>
        <w:t xml:space="preserve">[17:14] </w:t>
      </w:r>
      <w:r>
        <w:t>They are unable to understand the concept of Tawhid.</w:t>
      </w:r>
    </w:p>
    <w:p>
      <w:pPr>
        <w:jc w:val="right"/>
      </w:pPr>
      <w:r>
        <w:t>دے ار ان ایبل ٹو انڈرسٹینڈ دا کانسیپٹ اف توحید۔</w:t>
      </w:r>
    </w:p>
    <w:p>
      <w:r>
        <w:rPr>
          <w:b/>
        </w:rPr>
        <w:t xml:space="preserve">[17:18] </w:t>
      </w:r>
      <w:r>
        <w:t>So, under the guidance of God, he left Iraq and he settled in a desert near Midian, near</w:t>
      </w:r>
    </w:p>
    <w:p>
      <w:pPr>
        <w:jc w:val="right"/>
      </w:pPr>
      <w:r>
        <w:t>سو، انڈر دی گائیڈنس اف گاڈ، ہی لیفٹ عراق اینڈ ہی سیٹل ان اے ڈیزرٹ نیئر مدین، نیئر</w:t>
      </w:r>
    </w:p>
    <w:p>
      <w:r>
        <w:rPr>
          <w:b/>
        </w:rPr>
        <w:t xml:space="preserve">[17:26] </w:t>
      </w:r>
      <w:r>
        <w:t>Makkah.</w:t>
      </w:r>
    </w:p>
    <w:p>
      <w:pPr>
        <w:jc w:val="right"/>
      </w:pPr>
      <w:r>
        <w:t>مکہ۔</w:t>
      </w:r>
    </w:p>
    <w:p>
      <w:r>
        <w:rPr>
          <w:b/>
        </w:rPr>
        <w:t xml:space="preserve">[17:28] </w:t>
      </w:r>
      <w:r>
        <w:t>He settled his wife Hajra and his son Ismail in this desert.</w:t>
      </w:r>
    </w:p>
    <w:p>
      <w:pPr>
        <w:jc w:val="right"/>
      </w:pPr>
      <w:r>
        <w:t>ہی سیٹل ہز وائف ہاجرہ اینڈ ہز سن اسماعیل ان دس ڈیزرٹ۔</w:t>
      </w:r>
    </w:p>
    <w:p>
      <w:r>
        <w:rPr>
          <w:b/>
        </w:rPr>
        <w:t xml:space="preserve">[17:33] </w:t>
      </w:r>
      <w:r>
        <w:t>At that time, Makkah was completely a deserted area.</w:t>
      </w:r>
    </w:p>
    <w:p>
      <w:pPr>
        <w:jc w:val="right"/>
      </w:pPr>
      <w:r>
        <w:t>ایٹ دیٹ ٹائم، مکہ واز کمپلیٹلی ا ڈیزرٹڈ ایریا۔</w:t>
      </w:r>
    </w:p>
    <w:p>
      <w:r>
        <w:rPr>
          <w:b/>
        </w:rPr>
        <w:t xml:space="preserve">[17:37] </w:t>
      </w:r>
      <w:r>
        <w:t>There was no civilization, no human dwelling.</w:t>
      </w:r>
    </w:p>
    <w:p>
      <w:pPr>
        <w:jc w:val="right"/>
      </w:pPr>
      <w:r>
        <w:t>دیر واز نو سولائزیشن، نو ہیومن ڈیولنگ۔</w:t>
      </w:r>
    </w:p>
    <w:p>
      <w:r>
        <w:rPr>
          <w:b/>
        </w:rPr>
        <w:t xml:space="preserve">[17:40] </w:t>
      </w:r>
      <w:r>
        <w:t>It was completely a natural place.</w:t>
      </w:r>
    </w:p>
    <w:p>
      <w:pPr>
        <w:jc w:val="right"/>
      </w:pPr>
      <w:r>
        <w:t>اٹ واز کمپلیٹلی ا نیچرل پلیس۔</w:t>
      </w:r>
    </w:p>
    <w:p>
      <w:r>
        <w:rPr>
          <w:b/>
        </w:rPr>
        <w:t xml:space="preserve">[17:42] </w:t>
      </w:r>
      <w:r>
        <w:t>At that time, there was nothing but desert, sky, sun and moon and mountain and air and stars.</w:t>
      </w:r>
    </w:p>
    <w:p>
      <w:pPr>
        <w:jc w:val="right"/>
      </w:pPr>
      <w:r>
        <w:t>ایٹ دیٹ ٹائم، دیر واز نتھنگ بٹ ڈیزرٹ، اسکائی، سن اینڈ مون اینڈ ماؤنٹن اینڈ ایئر اینڈ سٹارز۔</w:t>
      </w:r>
    </w:p>
    <w:p>
      <w:r>
        <w:rPr>
          <w:b/>
        </w:rPr>
        <w:t xml:space="preserve">[17:50] </w:t>
      </w:r>
      <w:r>
        <w:t>That's all.</w:t>
      </w:r>
    </w:p>
    <w:p>
      <w:pPr>
        <w:jc w:val="right"/>
      </w:pPr>
      <w:r>
        <w:t>دیٹس ال۔</w:t>
      </w:r>
    </w:p>
    <w:p>
      <w:r>
        <w:rPr>
          <w:b/>
        </w:rPr>
        <w:t xml:space="preserve">[17:51] </w:t>
      </w:r>
      <w:r>
        <w:t>So, there was nothing but nature.</w:t>
      </w:r>
    </w:p>
    <w:p>
      <w:pPr>
        <w:jc w:val="right"/>
      </w:pPr>
      <w:r>
        <w:t>سو، دیر واز نتھنگ بٹ نیچر۔</w:t>
      </w:r>
    </w:p>
    <w:p>
      <w:r>
        <w:rPr>
          <w:b/>
        </w:rPr>
        <w:t xml:space="preserve">[17:54] </w:t>
      </w:r>
      <w:r>
        <w:t>There was no civilization.</w:t>
      </w:r>
    </w:p>
    <w:p>
      <w:pPr>
        <w:jc w:val="right"/>
      </w:pPr>
      <w:r>
        <w:t>دیر واز نو سولائزیشن۔</w:t>
      </w:r>
    </w:p>
    <w:p>
      <w:r>
        <w:rPr>
          <w:b/>
        </w:rPr>
        <w:t xml:space="preserve">[17:56] </w:t>
      </w:r>
      <w:r>
        <w:t>So, Prophet Ibrahim settled his wife Hajarah and his son Ismail in this area to create a new</w:t>
      </w:r>
    </w:p>
    <w:p>
      <w:pPr>
        <w:jc w:val="right"/>
      </w:pPr>
      <w:r>
        <w:t>سو، پرافٹ ابراہیم سیٹل ہز وائف ہاجرہ اینڈ ہز سن اسماعیل ان دس ایریا ٹو کریٹ ا نیو</w:t>
      </w:r>
    </w:p>
    <w:p>
      <w:r>
        <w:rPr>
          <w:b/>
        </w:rPr>
        <w:t xml:space="preserve">[18:03] </w:t>
      </w:r>
      <w:r>
        <w:t>nation, a new nation, a nation that be bound in in this area.</w:t>
      </w:r>
    </w:p>
    <w:p>
      <w:pPr>
        <w:jc w:val="right"/>
      </w:pPr>
      <w:r>
        <w:t>نیشن، ا نیو نیشن، ا نیشن دیٹ بی باؤنڈ ان ان دس ایریا۔</w:t>
      </w:r>
    </w:p>
    <w:p>
      <w:r>
        <w:rPr>
          <w:b/>
        </w:rPr>
        <w:t xml:space="preserve">[18:09] </w:t>
      </w:r>
      <w:r>
        <w:t>And he saved himself from being conditioned.</w:t>
      </w:r>
    </w:p>
    <w:p>
      <w:pPr>
        <w:jc w:val="right"/>
      </w:pPr>
      <w:r>
        <w:t>اینڈ ہی سیوڈ ہم سیلف فرام بینگ کنڈیشن۔</w:t>
      </w:r>
    </w:p>
    <w:p>
      <w:r>
        <w:rPr>
          <w:b/>
        </w:rPr>
        <w:t xml:space="preserve">[18:12] </w:t>
      </w:r>
      <w:r>
        <w:t>This was the plan of Prophet Ibrahim.</w:t>
      </w:r>
    </w:p>
    <w:p>
      <w:pPr>
        <w:jc w:val="right"/>
      </w:pPr>
      <w:r>
        <w:t>دس واز دا پلان اف پرافٹ ابراہیم۔</w:t>
      </w:r>
    </w:p>
    <w:p>
      <w:r>
        <w:rPr>
          <w:b/>
        </w:rPr>
        <w:t xml:space="preserve">[18:15] </w:t>
      </w:r>
      <w:r>
        <w:t>It happened in this area, in in this desert.</w:t>
      </w:r>
    </w:p>
    <w:p>
      <w:pPr>
        <w:jc w:val="right"/>
      </w:pPr>
      <w:r>
        <w:t>اٹ ہیپن ان دس ایریا، ان ان دس ڈیزرٹ۔</w:t>
      </w:r>
    </w:p>
    <w:p>
      <w:r>
        <w:rPr>
          <w:b/>
        </w:rPr>
        <w:t xml:space="preserve">[18:19] </w:t>
      </w:r>
      <w:r>
        <w:t>There arose a new kind of nation, new kind of people.</w:t>
      </w:r>
    </w:p>
    <w:p>
      <w:pPr>
        <w:jc w:val="right"/>
      </w:pPr>
      <w:r>
        <w:t>دیر اروز ا نیو کائنڈ اف نیشن، نیو کائنڈ اف پیپل۔</w:t>
      </w:r>
    </w:p>
    <w:p>
      <w:r>
        <w:rPr>
          <w:b/>
        </w:rPr>
        <w:t xml:space="preserve">[18:24] </w:t>
      </w:r>
      <w:r>
        <w:t>They were free from conditioning.</w:t>
      </w:r>
    </w:p>
    <w:p>
      <w:pPr>
        <w:jc w:val="right"/>
      </w:pPr>
      <w:r>
        <w:t>دے ویر فری فرام کنڈیشننگ۔</w:t>
      </w:r>
    </w:p>
    <w:p>
      <w:r>
        <w:rPr>
          <w:b/>
        </w:rPr>
        <w:t xml:space="preserve">[18:26] </w:t>
      </w:r>
      <w:r>
        <w:t>Every person from this generation was Mr. Nature.</w:t>
      </w:r>
    </w:p>
    <w:p>
      <w:pPr>
        <w:jc w:val="right"/>
      </w:pPr>
      <w:r>
        <w:t>ایوری پرسن فرام دس جنریشن واز مسٹر نیچر۔</w:t>
      </w:r>
    </w:p>
    <w:p>
      <w:r>
        <w:rPr>
          <w:b/>
        </w:rPr>
        <w:t xml:space="preserve">[18:29] </w:t>
      </w:r>
      <w:r>
        <w:t>If in Iraq, everyone was misconditioned.</w:t>
      </w:r>
    </w:p>
    <w:p>
      <w:pPr>
        <w:jc w:val="right"/>
      </w:pPr>
      <w:r>
        <w:t>اف ان عراق، ایوری ون واز مسٹر کنڈیشن۔</w:t>
      </w:r>
    </w:p>
    <w:p>
      <w:r>
        <w:rPr>
          <w:b/>
        </w:rPr>
        <w:t xml:space="preserve">[18:33] </w:t>
      </w:r>
      <w:r>
        <w:t>In this desert, everyone was Mr. Nature.</w:t>
      </w:r>
    </w:p>
    <w:p>
      <w:pPr>
        <w:jc w:val="right"/>
      </w:pPr>
      <w:r>
        <w:t>ان دس ڈیزرٹ، ایوری ون واز مسٹر نیچر۔</w:t>
      </w:r>
    </w:p>
    <w:p>
      <w:r>
        <w:rPr>
          <w:b/>
        </w:rPr>
        <w:t xml:space="preserve">[18:36] </w:t>
      </w:r>
      <w:r>
        <w:t>It was this generation that gave a team to the Prophet of Islam.</w:t>
      </w:r>
    </w:p>
    <w:p>
      <w:pPr>
        <w:jc w:val="right"/>
      </w:pPr>
      <w:r>
        <w:t>اٹ واز دس جنریشن دیٹ گیو ا ٹیم ٹو دا پرافٹ اف اسلام۔</w:t>
      </w:r>
    </w:p>
    <w:p>
      <w:r>
        <w:rPr>
          <w:b/>
        </w:rPr>
        <w:t xml:space="preserve">[18:42] </w:t>
      </w:r>
      <w:r>
        <w:t>Prophet of Islam by availing this team was able to bring about revolution on the basis of Tawhid.</w:t>
      </w:r>
    </w:p>
    <w:p>
      <w:pPr>
        <w:jc w:val="right"/>
      </w:pPr>
      <w:r>
        <w:t>پرافٹ اف اسلام بائی اویلنگ دس ٹیم واز ایبل ٹو برنگ اباؤٹ ریولوشن ان دا بیسس اف توحید۔</w:t>
      </w:r>
    </w:p>
    <w:p>
      <w:r>
        <w:rPr>
          <w:b/>
        </w:rPr>
        <w:t xml:space="preserve">[18:50] </w:t>
      </w:r>
      <w:r>
        <w:t>دین، let us take Prophet Yusuf.</w:t>
      </w:r>
    </w:p>
    <w:p>
      <w:pPr>
        <w:jc w:val="right"/>
      </w:pPr>
      <w:r>
        <w:t>دین، لیٹ اس ٹیک پرافٹ یوسف۔</w:t>
      </w:r>
    </w:p>
    <w:p>
      <w:r>
        <w:rPr>
          <w:b/>
        </w:rPr>
        <w:t xml:space="preserve">[18:52] </w:t>
      </w:r>
      <w:r>
        <w:t>Prophet Yusuf was sent to Egypt.</w:t>
      </w:r>
    </w:p>
    <w:p>
      <w:pPr>
        <w:jc w:val="right"/>
      </w:pPr>
      <w:r>
        <w:t>پرافٹ یوسف واز سینٹ ٹو ایجپٹ۔</w:t>
      </w:r>
    </w:p>
    <w:p>
      <w:r>
        <w:rPr>
          <w:b/>
        </w:rPr>
        <w:t xml:space="preserve">[18:55] </w:t>
      </w:r>
      <w:r>
        <w:t>At that time, Egypt was ruled by a king, Hyksos.</w:t>
      </w:r>
    </w:p>
    <w:p>
      <w:pPr>
        <w:jc w:val="right"/>
      </w:pPr>
      <w:r>
        <w:t>ایٹ دیٹ ٹائم، ایجپٹ واز رولڈ بائی ا کنگ ہکساس۔</w:t>
      </w:r>
    </w:p>
    <w:p>
      <w:r>
        <w:rPr>
          <w:b/>
        </w:rPr>
        <w:t xml:space="preserve">[18:59] </w:t>
      </w:r>
      <w:r>
        <w:t>Hyksos king.</w:t>
      </w:r>
    </w:p>
    <w:p>
      <w:pPr>
        <w:jc w:val="right"/>
      </w:pPr>
      <w:r>
        <w:t>ہکساس کنگ۔</w:t>
      </w:r>
    </w:p>
    <w:p>
      <w:r>
        <w:rPr>
          <w:b/>
        </w:rPr>
        <w:t xml:space="preserve">[19:01] </w:t>
      </w:r>
      <w:r>
        <w:t>It is mentioned in the Quran, also in the Bible, that Prophet Joseph or Prophet Yusuf found a</w:t>
      </w:r>
    </w:p>
    <w:p>
      <w:pPr>
        <w:jc w:val="right"/>
      </w:pPr>
      <w:r>
        <w:t>اٹ از مینشن ان دا قرآن، السو ان دا بائبل، دیٹ پرافٹ جوزف اور پرافٹ یوسف فاؤنڈ ا</w:t>
      </w:r>
    </w:p>
    <w:p>
      <w:r>
        <w:rPr>
          <w:b/>
        </w:rPr>
        <w:t xml:space="preserve">[19:08] </w:t>
      </w:r>
      <w:r>
        <w:t>formula of adjustment with this king.</w:t>
      </w:r>
    </w:p>
    <w:p>
      <w:pPr>
        <w:jc w:val="right"/>
      </w:pPr>
      <w:r>
        <w:t>فارمولا اف ایڈجسٹمنٹ ود دس کنگ۔</w:t>
      </w:r>
    </w:p>
    <w:p>
      <w:r>
        <w:rPr>
          <w:b/>
        </w:rPr>
        <w:t xml:space="preserve">[19:11] </w:t>
      </w:r>
      <w:r>
        <w:t>Although this king was mushrik.</w:t>
      </w:r>
    </w:p>
    <w:p>
      <w:pPr>
        <w:jc w:val="right"/>
      </w:pPr>
      <w:r>
        <w:t>الدو دس کنگ واز مشرک۔</w:t>
      </w:r>
    </w:p>
    <w:p>
      <w:r>
        <w:rPr>
          <w:b/>
        </w:rPr>
        <w:t xml:space="preserve">[19:13] </w:t>
      </w:r>
      <w:r>
        <w:t>This king was mushrik, but he adjusted with this king.</w:t>
      </w:r>
    </w:p>
    <w:p>
      <w:pPr>
        <w:jc w:val="right"/>
      </w:pPr>
      <w:r>
        <w:t>دس کنگ واز مشرک، بٹ ہی ایڈجسٹڈ ود دس کنگ۔</w:t>
      </w:r>
    </w:p>
    <w:p>
      <w:r>
        <w:rPr>
          <w:b/>
        </w:rPr>
        <w:t xml:space="preserve">[19:17] </w:t>
      </w:r>
      <w:r>
        <w:t>He accepted an office under this, under, under rule of, under the rule of this king.</w:t>
      </w:r>
    </w:p>
    <w:p>
      <w:pPr>
        <w:jc w:val="right"/>
      </w:pPr>
      <w:r>
        <w:t>ہی ایکسیپٹڈ این افس انڈر دس، انڈر، انڈر رول اف، انڈر دا رول اف دس کنگ۔</w:t>
      </w:r>
    </w:p>
    <w:p>
      <w:r>
        <w:rPr>
          <w:b/>
        </w:rPr>
        <w:t xml:space="preserve">[19:24] </w:t>
      </w:r>
      <w:r>
        <w:t>Why this king was a guide to the historical account.</w:t>
      </w:r>
    </w:p>
    <w:p>
      <w:pPr>
        <w:jc w:val="right"/>
      </w:pPr>
      <w:r>
        <w:t>وائی دس کنگ واز ا گائیڈ ٹو دا ہسٹوریکل اکاؤنٹ۔</w:t>
      </w:r>
    </w:p>
    <w:p>
      <w:r>
        <w:rPr>
          <w:b/>
        </w:rPr>
        <w:t xml:space="preserve">[19:28] </w:t>
      </w:r>
      <w:r>
        <w:t>This king was a very different kind of king.</w:t>
      </w:r>
    </w:p>
    <w:p>
      <w:pPr>
        <w:jc w:val="right"/>
      </w:pPr>
      <w:r>
        <w:t>دس کنگ واز ا ویری ڈفرنٹ کائنڈ اف کنگ۔</w:t>
      </w:r>
    </w:p>
    <w:p>
      <w:r>
        <w:rPr>
          <w:b/>
        </w:rPr>
        <w:t xml:space="preserve">[19:32] </w:t>
      </w:r>
      <w:r>
        <w:t>He was a, his nature was a passive nature, passive, completely passive.</w:t>
      </w:r>
    </w:p>
    <w:p>
      <w:pPr>
        <w:jc w:val="right"/>
      </w:pPr>
      <w:r>
        <w:t>ہی واز ا، ہز نیچر واز ا پیسو نیچر، پیسو، کمپلیٹلی پیسو۔</w:t>
      </w:r>
    </w:p>
    <w:p>
      <w:r>
        <w:rPr>
          <w:b/>
        </w:rPr>
        <w:t xml:space="preserve">[19:37] </w:t>
      </w:r>
      <w:r>
        <w:t>So, he said to the Prophet Yusuf that you can take charge all the, all the departments of</w:t>
      </w:r>
    </w:p>
    <w:p>
      <w:pPr>
        <w:jc w:val="right"/>
      </w:pPr>
      <w:r>
        <w:t>سو، ہی سیڈ ٹو دا پرافٹ یوسف دیٹ یو کین ٹیک چارج ال دا، ال دا ڈیپارٹمنٹس اف</w:t>
      </w:r>
    </w:p>
    <w:p>
      <w:r>
        <w:rPr>
          <w:b/>
        </w:rPr>
        <w:t xml:space="preserve">[19:45] </w:t>
      </w:r>
      <w:r>
        <w:t>My government, accept throne.</w:t>
      </w:r>
    </w:p>
    <w:p>
      <w:pPr>
        <w:jc w:val="right"/>
      </w:pPr>
      <w:r>
        <w:t>مائی گورنمنٹ، ایکسیپٹ تھرون۔</w:t>
      </w:r>
    </w:p>
    <w:p>
      <w:r>
        <w:rPr>
          <w:b/>
        </w:rPr>
        <w:t xml:space="preserve">[19:47] </w:t>
      </w:r>
      <w:r>
        <w:t>I will be on the, on the throne as a king, but all the departments of government are</w:t>
      </w:r>
    </w:p>
    <w:p>
      <w:pPr>
        <w:jc w:val="right"/>
      </w:pPr>
      <w:r>
        <w:t>ائی ویل بی ان دا، ان دا تھرون ایز ا کنگ، بٹ ال دا ڈیپارٹمنٹس اف گورنمنٹ ار</w:t>
      </w:r>
    </w:p>
    <w:p>
      <w:r>
        <w:rPr>
          <w:b/>
        </w:rPr>
        <w:t xml:space="preserve">[19:55] </w:t>
      </w:r>
      <w:r>
        <w:t>Under, under your charge.</w:t>
      </w:r>
    </w:p>
    <w:p>
      <w:pPr>
        <w:jc w:val="right"/>
      </w:pPr>
      <w:r>
        <w:t>انڈر، انڈر یور چارج۔</w:t>
      </w:r>
    </w:p>
    <w:p>
      <w:r>
        <w:rPr>
          <w:b/>
        </w:rPr>
        <w:t xml:space="preserve">[19:56] </w:t>
      </w:r>
      <w:r>
        <w:t>So, this king was a unique type of king.</w:t>
      </w:r>
    </w:p>
    <w:p>
      <w:pPr>
        <w:jc w:val="right"/>
      </w:pPr>
      <w:r>
        <w:t>سو، دس کنگ واز ا یونیک ٹائپ اف کنگ۔</w:t>
      </w:r>
    </w:p>
    <w:p>
      <w:r>
        <w:rPr>
          <w:b/>
        </w:rPr>
        <w:t xml:space="preserve">[20:00] </w:t>
      </w:r>
      <w:r>
        <w:t>He had no political ambitions.</w:t>
      </w:r>
    </w:p>
    <w:p>
      <w:pPr>
        <w:jc w:val="right"/>
      </w:pPr>
      <w:r>
        <w:t>ہی ہیڈ نو پولیٹیکل ایمبیشنز۔</w:t>
      </w:r>
    </w:p>
    <w:p>
      <w:r>
        <w:rPr>
          <w:b/>
        </w:rPr>
        <w:t xml:space="preserve">[20:02] </w:t>
      </w:r>
      <w:r>
        <w:t>He was not, he was not an aggressive.</w:t>
      </w:r>
    </w:p>
    <w:p>
      <w:pPr>
        <w:jc w:val="right"/>
      </w:pPr>
      <w:r>
        <w:t>ہی واز ناٹ، ہی واز ناٹ ان ایگریسو۔</w:t>
      </w:r>
    </w:p>
    <w:p>
      <w:r>
        <w:rPr>
          <w:b/>
        </w:rPr>
        <w:t xml:space="preserve">[20:06] </w:t>
      </w:r>
      <w:r>
        <w:t>His nature was not, not aggressive nature.</w:t>
      </w:r>
    </w:p>
    <w:p>
      <w:pPr>
        <w:jc w:val="right"/>
      </w:pPr>
      <w:r>
        <w:t>ہز نیچر واز ناٹ، ناٹ ایگریسو نیچر۔</w:t>
      </w:r>
    </w:p>
    <w:p>
      <w:r>
        <w:rPr>
          <w:b/>
        </w:rPr>
        <w:t xml:space="preserve">[20:09] </w:t>
      </w:r>
      <w:r>
        <w:t>His nature was a passive nature.</w:t>
      </w:r>
    </w:p>
    <w:p>
      <w:pPr>
        <w:jc w:val="right"/>
      </w:pPr>
      <w:r>
        <w:t>ہز نیچر واز ا پیسو نیچر۔</w:t>
      </w:r>
    </w:p>
    <w:p>
      <w:r>
        <w:rPr>
          <w:b/>
        </w:rPr>
        <w:t xml:space="preserve">[20:11] </w:t>
      </w:r>
      <w:r>
        <w:t>So, he never interfered in any matter with the Prophet Yusuf.</w:t>
      </w:r>
    </w:p>
    <w:p>
      <w:pPr>
        <w:jc w:val="right"/>
      </w:pPr>
      <w:r>
        <w:t>سو، ہی نیور انٹرفیئرڈ ان اینی میٹر ود دے پرافٹ یوسف۔</w:t>
      </w:r>
    </w:p>
    <w:p>
      <w:r>
        <w:rPr>
          <w:b/>
        </w:rPr>
        <w:t xml:space="preserve">[20:16] </w:t>
      </w:r>
      <w:r>
        <w:t>Prophet Yusuf was completely free.</w:t>
      </w:r>
    </w:p>
    <w:p>
      <w:pPr>
        <w:jc w:val="right"/>
      </w:pPr>
      <w:r>
        <w:t>پرافٹ یوسف واز کمپلیٹلی فری۔</w:t>
      </w:r>
    </w:p>
    <w:p>
      <w:r>
        <w:rPr>
          <w:b/>
        </w:rPr>
        <w:t xml:space="preserve">[20:18] </w:t>
      </w:r>
      <w:r>
        <w:t>So, he organized the work in Egypt.</w:t>
      </w:r>
    </w:p>
    <w:p>
      <w:pPr>
        <w:jc w:val="right"/>
      </w:pPr>
      <w:r>
        <w:t>سو، ہی ارگنائز دا ورک ان ایجپٹ۔</w:t>
      </w:r>
    </w:p>
    <w:p>
      <w:r>
        <w:rPr>
          <w:b/>
        </w:rPr>
        <w:t xml:space="preserve">[20:21] </w:t>
      </w:r>
      <w:r>
        <w:t>Although the king was mushrik, but he allowed Prophet Yusuf to do everything freely.</w:t>
      </w:r>
    </w:p>
    <w:p>
      <w:pPr>
        <w:jc w:val="right"/>
      </w:pPr>
      <w:r>
        <w:t>الدو دا کنگ واز مشرک، بٹ ہی الاؤڈ پرافٹ یوسف ٹو ڈو ایوری تھنگ فریلی۔</w:t>
      </w:r>
    </w:p>
    <w:p>
      <w:r>
        <w:rPr>
          <w:b/>
        </w:rPr>
        <w:t xml:space="preserve">[20:28] </w:t>
      </w:r>
      <w:r>
        <w:t>So, here we can find an example that if the government is, if the government gives us freedom,</w:t>
      </w:r>
    </w:p>
    <w:p>
      <w:pPr>
        <w:jc w:val="right"/>
      </w:pPr>
      <w:r>
        <w:t>سو، ہیر وی کین فائنڈ این ایگزامپل دیٹ اف دا گورنمنٹ از، اف دا گورنمنٹ گیوز اس فریڈم،</w:t>
      </w:r>
    </w:p>
    <w:p>
      <w:r>
        <w:rPr>
          <w:b/>
        </w:rPr>
        <w:t xml:space="preserve">[20:35] </w:t>
      </w:r>
      <w:r>
        <w:t>freedom to work, then we will accept the government.</w:t>
      </w:r>
    </w:p>
    <w:p>
      <w:pPr>
        <w:jc w:val="right"/>
      </w:pPr>
      <w:r>
        <w:t>فریڈم ٹو ورک، دین وی ویل ایکسیپٹ دا گورنمنٹ۔</w:t>
      </w:r>
    </w:p>
    <w:p>
      <w:r>
        <w:rPr>
          <w:b/>
        </w:rPr>
        <w:t xml:space="preserve">[20:39] </w:t>
      </w:r>
      <w:r>
        <w:t>If the government is of that kind that it abstains from interference.</w:t>
      </w:r>
    </w:p>
    <w:p>
      <w:pPr>
        <w:jc w:val="right"/>
      </w:pPr>
      <w:r>
        <w:t>اف دا گورنمنٹ از اف دیٹ کائنڈ دیٹ ہی ابسٹینس فرام انٹرفیرنس۔</w:t>
      </w:r>
    </w:p>
    <w:p>
      <w:r>
        <w:rPr>
          <w:b/>
        </w:rPr>
        <w:t xml:space="preserve">[20:44] </w:t>
      </w:r>
      <w:r>
        <w:t>There is no interference from the government, and we are free to do the work.</w:t>
      </w:r>
    </w:p>
    <w:p>
      <w:pPr>
        <w:jc w:val="right"/>
      </w:pPr>
      <w:r>
        <w:t>دیر از نو انٹرفیرنس فرام دی گورنمنٹ، اینڈ وی ار فری ٹو ڈو دا ورک۔</w:t>
      </w:r>
    </w:p>
    <w:p>
      <w:r>
        <w:rPr>
          <w:b/>
        </w:rPr>
        <w:t xml:space="preserve">[20:51] </w:t>
      </w:r>
      <w:r>
        <w:t>Then we will accept that government.</w:t>
      </w:r>
    </w:p>
    <w:p>
      <w:pPr>
        <w:jc w:val="right"/>
      </w:pPr>
      <w:r>
        <w:t>دین وی ویل ایکسیپٹ دیٹ گورنمنٹ۔</w:t>
      </w:r>
    </w:p>
    <w:p>
      <w:r>
        <w:rPr>
          <w:b/>
        </w:rPr>
        <w:t xml:space="preserve">[20:53] </w:t>
      </w:r>
      <w:r>
        <w:t>Although this government is secular or this government is mushrik.</w:t>
      </w:r>
    </w:p>
    <w:p>
      <w:pPr>
        <w:jc w:val="right"/>
      </w:pPr>
      <w:r>
        <w:t>الدو دس گورنمنٹ از سیکولر اور دس گورنمنٹ از مشرک۔</w:t>
      </w:r>
    </w:p>
    <w:p>
      <w:r>
        <w:rPr>
          <w:b/>
        </w:rPr>
        <w:t xml:space="preserve">[20:58] </w:t>
      </w:r>
      <w:r>
        <w:t>although these things are irrelevant.</w:t>
      </w:r>
    </w:p>
    <w:p>
      <w:pPr>
        <w:jc w:val="right"/>
      </w:pPr>
      <w:r>
        <w:t>الدو دس تھنگز ار اریلیونٹ۔</w:t>
      </w:r>
    </w:p>
    <w:p>
      <w:r>
        <w:rPr>
          <w:b/>
        </w:rPr>
        <w:t xml:space="preserve">[21:00] </w:t>
      </w:r>
      <w:r>
        <w:t>It is a great example, beautiful example.</w:t>
      </w:r>
    </w:p>
    <w:p>
      <w:pPr>
        <w:jc w:val="right"/>
      </w:pPr>
      <w:r>
        <w:t>اٹ از ا گریٹ ایگزامپل، بیوٹی فل ایگزامپل۔</w:t>
      </w:r>
    </w:p>
    <w:p>
      <w:r>
        <w:rPr>
          <w:b/>
        </w:rPr>
        <w:t xml:space="preserve">[21:03] </w:t>
      </w:r>
      <w:r>
        <w:t>If we find in such a situation when government is ready to not interfere in our matters, then</w:t>
      </w:r>
    </w:p>
    <w:p>
      <w:pPr>
        <w:jc w:val="right"/>
      </w:pPr>
      <w:r>
        <w:t>اف وی فائنڈ ان سچ ا سچویشن وین گورنمنٹ از ریڈی ٹو ناٹ انٹرفیئر ان اور میٹرز، دین</w:t>
      </w:r>
    </w:p>
    <w:p>
      <w:r>
        <w:rPr>
          <w:b/>
        </w:rPr>
        <w:t xml:space="preserve">[21:11] </w:t>
      </w:r>
      <w:r>
        <w:t>We will accept this government, whether it is mushrik, whether it is secular.</w:t>
      </w:r>
    </w:p>
    <w:p>
      <w:pPr>
        <w:jc w:val="right"/>
      </w:pPr>
      <w:r>
        <w:t>وی ویل ایکسیپٹ دس گورنمنٹ، ویدر اٹ از مشرک، ویدر اٹ از سیکولر۔</w:t>
      </w:r>
    </w:p>
    <w:p>
      <w:r>
        <w:rPr>
          <w:b/>
        </w:rPr>
        <w:t xml:space="preserve">[21:16] </w:t>
      </w:r>
      <w:r>
        <w:t>But if the, if the government is giving us freedom, then we will accept it wholeheartedly.</w:t>
      </w:r>
    </w:p>
    <w:p>
      <w:pPr>
        <w:jc w:val="right"/>
      </w:pPr>
      <w:r>
        <w:t>بٹ اف دا، اف دا گورنمنٹ از گیونگ اس فریڈم، دین وی ویل ایکسیپٹ اٹ ہول ہارٹڈلی۔</w:t>
      </w:r>
    </w:p>
    <w:p>
      <w:r>
        <w:rPr>
          <w:b/>
        </w:rPr>
        <w:t xml:space="preserve">[21:24] </w:t>
      </w:r>
      <w:r>
        <w:t>This model we find in the Prophet Yusuf.</w:t>
      </w:r>
    </w:p>
    <w:p>
      <w:pPr>
        <w:jc w:val="right"/>
      </w:pPr>
      <w:r>
        <w:t>دس ماڈل وی فائنڈ ان دا پرافٹ یوسف۔</w:t>
      </w:r>
    </w:p>
    <w:p>
      <w:r>
        <w:rPr>
          <w:b/>
        </w:rPr>
        <w:t xml:space="preserve">[21:27] </w:t>
      </w:r>
      <w:r>
        <w:t>Then let us take the example of Moses.</w:t>
      </w:r>
    </w:p>
    <w:p>
      <w:pPr>
        <w:jc w:val="right"/>
      </w:pPr>
      <w:r>
        <w:t>دین لیٹ اس ٹیک دا ایگزامپل اف موسی۔</w:t>
      </w:r>
    </w:p>
    <w:p>
      <w:r>
        <w:rPr>
          <w:b/>
        </w:rPr>
        <w:t xml:space="preserve">[21:31] </w:t>
      </w:r>
      <w:r>
        <w:t>Musa was also sent to, sent to Egypt, but at that time the ruler was quite different.</w:t>
      </w:r>
    </w:p>
    <w:p>
      <w:pPr>
        <w:jc w:val="right"/>
      </w:pPr>
      <w:r>
        <w:t>موسی واز السو سینٹ ٹو، سینٹ ٹو ایجپٹ، بٹ ایٹ دیٹ ٹائم دا رولر واز کوائٹ ڈفرنٹ۔</w:t>
      </w:r>
    </w:p>
    <w:p>
      <w:r>
        <w:rPr>
          <w:b/>
        </w:rPr>
        <w:t xml:space="preserve">[21:38] </w:t>
      </w:r>
      <w:r>
        <w:t>Now, the ruler was Firaun.</w:t>
      </w:r>
    </w:p>
    <w:p>
      <w:pPr>
        <w:jc w:val="right"/>
      </w:pPr>
      <w:r>
        <w:t>ناو، دا رولر واز فیرون۔</w:t>
      </w:r>
    </w:p>
    <w:p>
      <w:r>
        <w:rPr>
          <w:b/>
        </w:rPr>
        <w:t xml:space="preserve">[21:40] </w:t>
      </w:r>
      <w:r>
        <w:t>At the time of Yusuf, the ruler was Hyksos, a very peaceful nature.</w:t>
      </w:r>
    </w:p>
    <w:p>
      <w:pPr>
        <w:jc w:val="right"/>
      </w:pPr>
      <w:r>
        <w:t>ایٹ دا ٹائم اف یوسف، دا رولر واز ہکساس، ا ویری پیسو نیچر۔</w:t>
      </w:r>
    </w:p>
    <w:p>
      <w:r>
        <w:rPr>
          <w:b/>
        </w:rPr>
        <w:t xml:space="preserve">[21:46] </w:t>
      </w:r>
      <w:r>
        <w:t>But at the time of Prophet Musa, the ruler was Firaun.</w:t>
      </w:r>
    </w:p>
    <w:p>
      <w:pPr>
        <w:jc w:val="right"/>
      </w:pPr>
      <w:r>
        <w:t>بٹ ایٹ دا ٹائم اف پرافٹ موسی، دا رولر واز فیرون۔</w:t>
      </w:r>
    </w:p>
    <w:p>
      <w:r>
        <w:rPr>
          <w:b/>
        </w:rPr>
        <w:t xml:space="preserve">[21:50] </w:t>
      </w:r>
      <w:r>
        <w:t>Pharaoh was very arrogant, despotic king.</w:t>
      </w:r>
    </w:p>
    <w:p>
      <w:pPr>
        <w:jc w:val="right"/>
      </w:pPr>
      <w:r>
        <w:t>فیرون واز ویری ارگنٹ، ڈیسپوٹک کنگ۔</w:t>
      </w:r>
    </w:p>
    <w:p>
      <w:r>
        <w:rPr>
          <w:b/>
        </w:rPr>
        <w:t xml:space="preserve">[21:53] </w:t>
      </w:r>
      <w:r>
        <w:t>Pharaoh was an arrogant king, a despotic king.</w:t>
      </w:r>
    </w:p>
    <w:p>
      <w:pPr>
        <w:jc w:val="right"/>
      </w:pPr>
      <w:r>
        <w:t>فیرون واز ا این ارگنٹ کنگ، ا ڈیسپوٹک کنگ۔</w:t>
      </w:r>
    </w:p>
    <w:p>
      <w:r>
        <w:rPr>
          <w:b/>
        </w:rPr>
        <w:t xml:space="preserve">[21:57] </w:t>
      </w:r>
      <w:r>
        <w:t>Even he wanted to kill all the men of Israel.</w:t>
      </w:r>
    </w:p>
    <w:p>
      <w:pPr>
        <w:jc w:val="right"/>
      </w:pPr>
      <w:r>
        <w:t>ایون ہی وانٹڈ ٹو کل ال دا مین اف اسرائیل۔</w:t>
      </w:r>
    </w:p>
    <w:p>
      <w:r>
        <w:rPr>
          <w:b/>
        </w:rPr>
        <w:t xml:space="preserve">[22:01] </w:t>
      </w:r>
      <w:r>
        <w:t>So, here we see that there was a confrontation between Moses and Pharaoh.</w:t>
      </w:r>
    </w:p>
    <w:p>
      <w:pPr>
        <w:jc w:val="right"/>
      </w:pPr>
      <w:r>
        <w:t>سو، ہیر وی سی دیٹ دیر واز ا کنفرنٹیشن بٹوین موسی اینڈ فیرون۔</w:t>
      </w:r>
    </w:p>
    <w:p>
      <w:r>
        <w:rPr>
          <w:b/>
        </w:rPr>
        <w:t xml:space="preserve">[22:07] </w:t>
      </w:r>
      <w:r>
        <w:t>So this are other model.</w:t>
      </w:r>
    </w:p>
    <w:p>
      <w:pPr>
        <w:jc w:val="right"/>
      </w:pPr>
      <w:r>
        <w:t>تو دس ار ادر ماڈل۔</w:t>
      </w:r>
    </w:p>
    <w:p>
      <w:r>
        <w:rPr>
          <w:b/>
        </w:rPr>
        <w:t xml:space="preserve">[22:09] </w:t>
      </w:r>
      <w:r>
        <w:t>So, Prophet Moses conveyed the message of God to Pharaoh, and then he left Egypt.</w:t>
      </w:r>
    </w:p>
    <w:p>
      <w:pPr>
        <w:jc w:val="right"/>
      </w:pPr>
      <w:r>
        <w:t>سو، پرافٹ موسی کنورٹ دا میسج اف گاڈ ٹو فیرون، اینڈ دین ہی لیفٹ ایجپٹ۔</w:t>
      </w:r>
    </w:p>
    <w:p>
      <w:r>
        <w:rPr>
          <w:b/>
        </w:rPr>
        <w:t xml:space="preserve">[22:15] </w:t>
      </w:r>
      <w:r>
        <w:t>Prophet Joseph lived in Egypt until his death.</w:t>
      </w:r>
    </w:p>
    <w:p>
      <w:pPr>
        <w:jc w:val="right"/>
      </w:pPr>
      <w:r>
        <w:t>پرافٹ جوزف لیوڈ ان ایجپٹ انٹل ہز ڈیتھ۔</w:t>
      </w:r>
    </w:p>
    <w:p>
      <w:r>
        <w:rPr>
          <w:b/>
        </w:rPr>
        <w:t xml:space="preserve">[22:19] </w:t>
      </w:r>
      <w:r>
        <w:t>He never left Egypt.</w:t>
      </w:r>
    </w:p>
    <w:p>
      <w:pPr>
        <w:jc w:val="right"/>
      </w:pPr>
      <w:r>
        <w:t>ہی نیور لیفٹ ایجپٹ۔</w:t>
      </w:r>
    </w:p>
    <w:p>
      <w:r>
        <w:rPr>
          <w:b/>
        </w:rPr>
        <w:t xml:space="preserve">[22:20] </w:t>
      </w:r>
      <w:r>
        <w:t>He lived in Egypt, and also he died in Egypt.</w:t>
      </w:r>
    </w:p>
    <w:p>
      <w:pPr>
        <w:jc w:val="right"/>
      </w:pPr>
      <w:r>
        <w:t>ہی لیوڈ ان ایجپٹ، اینڈ السو ہی ڈائیڈ ان ایجپٹ۔</w:t>
      </w:r>
    </w:p>
    <w:p>
      <w:r>
        <w:rPr>
          <w:b/>
        </w:rPr>
        <w:t xml:space="preserve">[22:25] </w:t>
      </w:r>
      <w:r>
        <w:t>He was bred in Egypt, but Prophet Moses left Egypt.</w:t>
      </w:r>
    </w:p>
    <w:p>
      <w:pPr>
        <w:jc w:val="right"/>
      </w:pPr>
      <w:r>
        <w:t>ہی واز بریڈ ان ایجپٹ، بٹ پرافٹ موسی لیفٹ ایجپٹ۔</w:t>
      </w:r>
    </w:p>
    <w:p>
      <w:r>
        <w:rPr>
          <w:b/>
        </w:rPr>
        <w:t xml:space="preserve">[22:29] </w:t>
      </w:r>
      <w:r>
        <w:t>He migrated from Egypt, and he settled in Sinai, far away from the Egypt.</w:t>
      </w:r>
    </w:p>
    <w:p>
      <w:pPr>
        <w:jc w:val="right"/>
      </w:pPr>
      <w:r>
        <w:t>ہی مائیگریٹڈ فرام ایجپٹ، اینڈ ہی سیٹل ان سنائی، فار اوے فرام دا ایجپٹ۔</w:t>
      </w:r>
    </w:p>
    <w:p>
      <w:r>
        <w:rPr>
          <w:b/>
        </w:rPr>
        <w:t xml:space="preserve">[22:35] </w:t>
      </w:r>
      <w:r>
        <w:t>So, here we can find two different models.</w:t>
      </w:r>
    </w:p>
    <w:p>
      <w:pPr>
        <w:jc w:val="right"/>
      </w:pPr>
      <w:r>
        <w:t>سو، ہیر وی کین فائنڈ ٹو ڈفرنٹ ماڈل۔</w:t>
      </w:r>
    </w:p>
    <w:p>
      <w:r>
        <w:rPr>
          <w:b/>
        </w:rPr>
        <w:t xml:space="preserve">[22:38] </w:t>
      </w:r>
      <w:r>
        <w:t>If the king is a passive king, if he gives us freedom, then we have to adjust with</w:t>
      </w:r>
    </w:p>
    <w:p>
      <w:pPr>
        <w:jc w:val="right"/>
      </w:pPr>
      <w:r>
        <w:t>اف دا کنگ از ا پیسو کنگ، اف ہی گیوز اس فریڈم، دین وی ہیو ٹو ایڈجسٹ ود</w:t>
      </w:r>
    </w:p>
    <w:p>
      <w:r>
        <w:rPr>
          <w:b/>
        </w:rPr>
        <w:t xml:space="preserve">[22:46] </w:t>
      </w:r>
      <w:r>
        <w:t>hmmm.</w:t>
      </w:r>
    </w:p>
    <w:p>
      <w:pPr>
        <w:jc w:val="right"/>
      </w:pPr>
      <w:r>
        <w:t>ہم۔</w:t>
      </w:r>
    </w:p>
    <w:p>
      <w:r>
        <w:rPr>
          <w:b/>
        </w:rPr>
        <w:t xml:space="preserve">[22:47] </w:t>
      </w:r>
      <w:r>
        <w:t>And if the king is arrogant and despotic, then we find some other way according to the situation.</w:t>
      </w:r>
    </w:p>
    <w:p>
      <w:pPr>
        <w:jc w:val="right"/>
      </w:pPr>
      <w:r>
        <w:t>اینڈ اف دا کنگ از ارگنٹ اینڈ ڈیسپوٹک، دین وی فائنڈ سم ادر وے اکارڈنگ ٹو دا سچویشن۔</w:t>
      </w:r>
    </w:p>
    <w:p>
      <w:r>
        <w:rPr>
          <w:b/>
        </w:rPr>
        <w:t xml:space="preserve">[22:55] </w:t>
      </w:r>
      <w:r>
        <w:t>تو this are two different models.</w:t>
      </w:r>
    </w:p>
    <w:p>
      <w:pPr>
        <w:jc w:val="right"/>
      </w:pPr>
      <w:r>
        <w:t>تو دس ار ٹو ڈفرنٹ ماڈلز۔</w:t>
      </w:r>
    </w:p>
    <w:p>
      <w:r>
        <w:rPr>
          <w:b/>
        </w:rPr>
        <w:t xml:space="preserve">[22:58] </w:t>
      </w:r>
      <w:r>
        <w:t>Then let us take the model of Prophet Jesus.</w:t>
      </w:r>
    </w:p>
    <w:p>
      <w:pPr>
        <w:jc w:val="right"/>
      </w:pPr>
      <w:r>
        <w:t>دین لیٹ اس ٹیک دا ماڈل اف پرافٹ جیسس۔</w:t>
      </w:r>
    </w:p>
    <w:p>
      <w:r>
        <w:rPr>
          <w:b/>
        </w:rPr>
        <w:t xml:space="preserve">[23:02] </w:t>
      </w:r>
      <w:r>
        <w:t>Prophet Isa.</w:t>
      </w:r>
    </w:p>
    <w:p>
      <w:pPr>
        <w:jc w:val="right"/>
      </w:pPr>
      <w:r>
        <w:t>پرافٹ عیسی۔</w:t>
      </w:r>
    </w:p>
    <w:p>
      <w:r>
        <w:rPr>
          <w:b/>
        </w:rPr>
        <w:t xml:space="preserve">[23:03] </w:t>
      </w:r>
      <w:r>
        <w:t>Prophet Jesus was sent in Palestine, in Palestine before the Muhammad صلی اللہ علیہ وسلم.</w:t>
      </w:r>
    </w:p>
    <w:p>
      <w:pPr>
        <w:jc w:val="right"/>
      </w:pPr>
      <w:r>
        <w:t>پرافٹ جیسس واز سینٹ ان پیلسٹائن، ان پیلسٹائن بیفور دے محمد صلی اللہ علیہ وسلم۔</w:t>
      </w:r>
    </w:p>
    <w:p>
      <w:r>
        <w:rPr>
          <w:b/>
        </w:rPr>
        <w:t xml:space="preserve">[23:10] </w:t>
      </w:r>
      <w:r>
        <w:t>So, at that time, Palestine and the adjacent areas were under the rule of Romans.</w:t>
      </w:r>
    </w:p>
    <w:p>
      <w:pPr>
        <w:jc w:val="right"/>
      </w:pPr>
      <w:r>
        <w:t>سو، ایٹ دیٹ ٹائم، پیلسٹائن اینڈ دے ایڈجسنٹ ایریاز ویر انڈر دا رول اف رومنز۔</w:t>
      </w:r>
    </w:p>
    <w:p>
      <w:r>
        <w:rPr>
          <w:b/>
        </w:rPr>
        <w:t xml:space="preserve">[23:16] </w:t>
      </w:r>
      <w:r>
        <w:t>Romans were ruler of this area at that time.</w:t>
      </w:r>
    </w:p>
    <w:p>
      <w:pPr>
        <w:jc w:val="right"/>
      </w:pPr>
      <w:r>
        <w:t>رومنز ویر رولر اف دس ایریا ایٹ دیٹ ٹائم۔</w:t>
      </w:r>
    </w:p>
    <w:p>
      <w:r>
        <w:rPr>
          <w:b/>
        </w:rPr>
        <w:t xml:space="preserve">[23:20] </w:t>
      </w:r>
      <w:r>
        <w:t>So, it was a different situation.</w:t>
      </w:r>
    </w:p>
    <w:p>
      <w:pPr>
        <w:jc w:val="right"/>
      </w:pPr>
      <w:r>
        <w:t>سو، اٹ واز ا ڈفرنٹ سچویشن۔</w:t>
      </w:r>
    </w:p>
    <w:p>
      <w:r>
        <w:rPr>
          <w:b/>
        </w:rPr>
        <w:t xml:space="preserve">[23:22] </w:t>
      </w:r>
      <w:r>
        <w:t>Prophet Jesus wanted to carry on the work.</w:t>
      </w:r>
    </w:p>
    <w:p>
      <w:pPr>
        <w:jc w:val="right"/>
      </w:pPr>
      <w:r>
        <w:t>پرافٹ جیسس وانٹڈ ٹو کیری ان دا ورک۔</w:t>
      </w:r>
    </w:p>
    <w:p>
      <w:r>
        <w:rPr>
          <w:b/>
        </w:rPr>
        <w:t xml:space="preserve">[23:26] </w:t>
      </w:r>
      <w:r>
        <w:t>So, he adopted a new formula which was quite suitable for that situation.</w:t>
      </w:r>
    </w:p>
    <w:p>
      <w:pPr>
        <w:jc w:val="right"/>
      </w:pPr>
      <w:r>
        <w:t>سو، ہی اڈاپٹڈ ا نیو فارمولا وچ واز کوائٹ سوٹیبل فار دیٹ سچویشن۔</w:t>
      </w:r>
    </w:p>
    <w:p>
      <w:r>
        <w:rPr>
          <w:b/>
        </w:rPr>
        <w:t xml:space="preserve">[23:31] </w:t>
      </w:r>
      <w:r>
        <w:t>He said, "Give to king what is due to king, give to Caesar what is due to Caesar,</w:t>
      </w:r>
    </w:p>
    <w:p>
      <w:pPr>
        <w:jc w:val="right"/>
      </w:pPr>
      <w:r>
        <w:t>ہی سیڈ، "گیو ٹو کنگ واٹ از ڈیو ٹو کنگ، گیو ٹو سیزر واٹ از ڈیو ٹو سیزر،</w:t>
      </w:r>
    </w:p>
    <w:p>
      <w:r>
        <w:rPr>
          <w:b/>
        </w:rPr>
        <w:t xml:space="preserve">[23:39] </w:t>
      </w:r>
      <w:r>
        <w:t>"And give to God what is due to God." This was the formula given by Jesus Christ.</w:t>
      </w:r>
    </w:p>
    <w:p>
      <w:pPr>
        <w:jc w:val="right"/>
      </w:pPr>
      <w:r>
        <w:t>اینڈ گیو ٹو گاڈ واٹ از ڈیو ٹو گاڈ۔" دس واز دا فارمولا گیون بائی جیسس کرائسٹ۔</w:t>
      </w:r>
    </w:p>
    <w:p>
      <w:r>
        <w:rPr>
          <w:b/>
        </w:rPr>
        <w:t xml:space="preserve">[23:46] </w:t>
      </w:r>
      <w:r>
        <w:t>It means that avoid confrontation with the king and avail the opportunities in the field of Dawah.</w:t>
      </w:r>
    </w:p>
    <w:p>
      <w:pPr>
        <w:jc w:val="right"/>
      </w:pPr>
      <w:r>
        <w:t>اٹ مینز دیٹ اوائڈ کنفرنٹیشن ود دی کنگ اینڈ اویل دا اپرچونیٹیز ان دا فیلڈ اف داوا۔</w:t>
      </w:r>
    </w:p>
    <w:p>
      <w:r>
        <w:rPr>
          <w:b/>
        </w:rPr>
        <w:t xml:space="preserve">[23:54] </w:t>
      </w:r>
      <w:r>
        <w:t>So, this formula worked.</w:t>
      </w:r>
    </w:p>
    <w:p>
      <w:pPr>
        <w:jc w:val="right"/>
      </w:pPr>
      <w:r>
        <w:t>سو، دس فارمولا ورکڈ۔</w:t>
      </w:r>
    </w:p>
    <w:p>
      <w:r>
        <w:rPr>
          <w:b/>
        </w:rPr>
        <w:t xml:space="preserve">[23:55] </w:t>
      </w:r>
      <w:r>
        <w:t>And you know, the disciples of Jesus Christ followed this formula, and the result was miraculous.</w:t>
      </w:r>
    </w:p>
    <w:p>
      <w:pPr>
        <w:jc w:val="right"/>
      </w:pPr>
      <w:r>
        <w:t>اینڈ یو نو، دا ڈسائپلز اف جیسس کرائسٹ فالوڈ دس فارمولا، اینڈ دا رزلٹ واز بریکلس۔</w:t>
      </w:r>
    </w:p>
    <w:p>
      <w:r>
        <w:rPr>
          <w:b/>
        </w:rPr>
        <w:t xml:space="preserve">[24:02] </w:t>
      </w:r>
      <w:r>
        <w:t>The result was priceless.</w:t>
      </w:r>
    </w:p>
    <w:p>
      <w:pPr>
        <w:jc w:val="right"/>
      </w:pPr>
      <w:r>
        <w:t>دا رزلٹ واز بریکلس۔</w:t>
      </w:r>
    </w:p>
    <w:p>
      <w:r>
        <w:rPr>
          <w:b/>
        </w:rPr>
        <w:t xml:space="preserve">[24:04] </w:t>
      </w:r>
      <w:r>
        <w:t>Now, you know, Christians are the largest community, largest religious community in the world, in the present world.</w:t>
      </w:r>
    </w:p>
    <w:p>
      <w:pPr>
        <w:jc w:val="right"/>
      </w:pPr>
      <w:r>
        <w:t>ناو، یو نو، کرسچنز ار دا لارجسٹ کمیونٹی، لارجسٹ ریلیجیس کمیونٹی ان دا ورلڈ، ان دا پریزنٹ ورلڈ۔</w:t>
      </w:r>
    </w:p>
    <w:p>
      <w:r>
        <w:rPr>
          <w:b/>
        </w:rPr>
        <w:t xml:space="preserve">[24:12] </w:t>
      </w:r>
      <w:r>
        <w:t>They have adopted this formula given by Jesus Christ that, "Give to Caesar what is due to Caesar,</w:t>
      </w:r>
    </w:p>
    <w:p>
      <w:pPr>
        <w:jc w:val="right"/>
      </w:pPr>
      <w:r>
        <w:t>دے ہیو اڈاپٹڈ دس فارمولا گیون بائی جیسس کرائسٹ دیٹ "گیو ٹو سیزر واٹ از ڈیو ٹو سیزر،</w:t>
      </w:r>
    </w:p>
    <w:p>
      <w:r>
        <w:rPr>
          <w:b/>
        </w:rPr>
        <w:t xml:space="preserve">[24:19] </w:t>
      </w:r>
      <w:r>
        <w:t>and give to God what is due to God." That is, "Don't go to confrontation, don't go to</w:t>
      </w:r>
    </w:p>
    <w:p>
      <w:pPr>
        <w:jc w:val="right"/>
      </w:pPr>
      <w:r>
        <w:t>اینڈ گیو ٹو گاڈ واٹ از ڈیو ٹو گاڈ۔" دیٹ از "ڈونٹ گو ٹو کنفرنٹیشن، ڈونٹ گو ٹو</w:t>
      </w:r>
    </w:p>
    <w:p>
      <w:r>
        <w:rPr>
          <w:b/>
        </w:rPr>
        <w:t xml:space="preserve">[24:27] </w:t>
      </w:r>
      <w:r>
        <w:t>confrontation with the king, and do the work without confrontation." And this formula was very very suitable for</w:t>
      </w:r>
    </w:p>
    <w:p>
      <w:pPr>
        <w:jc w:val="right"/>
      </w:pPr>
      <w:r>
        <w:t>کنفرنٹیشن ود دی کنگ، اینڈ ڈو دا ورک وداؤٹ کنفرنٹیشن۔" اینڈ دس فارمولا واز ویری ویری سوٹیبل فار</w:t>
      </w:r>
    </w:p>
    <w:p>
      <w:r>
        <w:rPr>
          <w:b/>
        </w:rPr>
        <w:t xml:space="preserve">[24:35] </w:t>
      </w:r>
      <w:r>
        <w:t>that situation.</w:t>
      </w:r>
    </w:p>
    <w:p>
      <w:pPr>
        <w:jc w:val="right"/>
      </w:pPr>
      <w:r>
        <w:t>دیٹ سچویشن۔</w:t>
      </w:r>
    </w:p>
    <w:p>
      <w:r>
        <w:rPr>
          <w:b/>
        </w:rPr>
        <w:t xml:space="preserve">[24:36] </w:t>
      </w:r>
      <w:r>
        <w:t>So, this formula was very wise formula, wise formula, and you can see the result.</w:t>
      </w:r>
    </w:p>
    <w:p>
      <w:pPr>
        <w:jc w:val="right"/>
      </w:pPr>
      <w:r>
        <w:t>سو، دس فارمولا واز ویری وائز فارمولا، وائز فارمولا، اینڈ یو کین سی دا رزلٹ۔</w:t>
      </w:r>
    </w:p>
    <w:p>
      <w:r>
        <w:rPr>
          <w:b/>
        </w:rPr>
        <w:t xml:space="preserve">[24:43] </w:t>
      </w:r>
      <w:r>
        <w:t>So, these models, these prophetic models tell us how to mind the situation and at the same time</w:t>
      </w:r>
    </w:p>
    <w:p>
      <w:pPr>
        <w:jc w:val="right"/>
      </w:pPr>
      <w:r>
        <w:t>سو، دس ماڈلز، دس پرافیٹک ماڈلز ٹیل اس ہاؤ ٹو مائنڈ دا سچویشن اینڈ ایٹ دا سیم ٹائم</w:t>
      </w:r>
    </w:p>
    <w:p>
      <w:r>
        <w:rPr>
          <w:b/>
        </w:rPr>
        <w:t xml:space="preserve">[24:50] </w:t>
      </w:r>
      <w:r>
        <w:t>Carry on the Dawah work.</w:t>
      </w:r>
    </w:p>
    <w:p>
      <w:pPr>
        <w:jc w:val="right"/>
      </w:pPr>
      <w:r>
        <w:t>کیری ان دا داوا ورک۔</w:t>
      </w:r>
    </w:p>
    <w:p>
      <w:r>
        <w:rPr>
          <w:b/>
        </w:rPr>
        <w:t xml:space="preserve">[24:53] </w:t>
      </w:r>
      <w:r>
        <w:t>So, the real target of believers is Dawah work.</w:t>
      </w:r>
    </w:p>
    <w:p>
      <w:pPr>
        <w:jc w:val="right"/>
      </w:pPr>
      <w:r>
        <w:t>سو، دا ریئل ٹارگٹ اف بیلیورز از داوا ورک۔</w:t>
      </w:r>
    </w:p>
    <w:p>
      <w:r>
        <w:rPr>
          <w:b/>
        </w:rPr>
        <w:t xml:space="preserve">[24:56] </w:t>
      </w:r>
      <w:r>
        <w:t>According to the Quran, all the prophets were sent for Dawah work, for inzar and tabsheer, for Dawah,</w:t>
      </w:r>
    </w:p>
    <w:p>
      <w:pPr>
        <w:jc w:val="right"/>
      </w:pPr>
      <w:r>
        <w:t>اکارڈنگ ٹو دا قرآن، ال دا پرافٹس وار سینٹ فار داوا ورک، فار انظار اینڈ تبشیر، فار داوا،</w:t>
      </w:r>
    </w:p>
    <w:p>
      <w:r>
        <w:rPr>
          <w:b/>
        </w:rPr>
        <w:t xml:space="preserve">[25:04] </w:t>
      </w:r>
      <w:r>
        <w:t>And all the believers must follow this pattern.</w:t>
      </w:r>
    </w:p>
    <w:p>
      <w:pPr>
        <w:jc w:val="right"/>
      </w:pPr>
      <w:r>
        <w:t>اینڈ ال دا بیلیورز مسٹ فالو دس پیٹرن۔</w:t>
      </w:r>
    </w:p>
    <w:p>
      <w:r>
        <w:rPr>
          <w:b/>
        </w:rPr>
        <w:t xml:space="preserve">[25:08] </w:t>
      </w:r>
      <w:r>
        <w:t>So, our mission is Dawah mission.</w:t>
      </w:r>
    </w:p>
    <w:p>
      <w:pPr>
        <w:jc w:val="right"/>
      </w:pPr>
      <w:r>
        <w:t>سو، اور مشن از داوا مشن۔</w:t>
      </w:r>
    </w:p>
    <w:p>
      <w:r>
        <w:rPr>
          <w:b/>
        </w:rPr>
        <w:t xml:space="preserve">[25:10] </w:t>
      </w:r>
      <w:r>
        <w:t>Mission of all the believers is Dawah mission.</w:t>
      </w:r>
    </w:p>
    <w:p>
      <w:pPr>
        <w:jc w:val="right"/>
      </w:pPr>
      <w:r>
        <w:t>مشن اف ال دا بیلیورز از داوا مشن۔</w:t>
      </w:r>
    </w:p>
    <w:p>
      <w:r>
        <w:rPr>
          <w:b/>
        </w:rPr>
        <w:t xml:space="preserve">[25:14] </w:t>
      </w:r>
      <w:r>
        <w:t>Dawah mission means to convey the message of God to all mankind.</w:t>
      </w:r>
    </w:p>
    <w:p>
      <w:pPr>
        <w:jc w:val="right"/>
      </w:pPr>
      <w:r>
        <w:t>داوا مشن مینز ٹو کنوے دا میسج اف گاڈ ٹو ال مین کائنڈ۔</w:t>
      </w:r>
    </w:p>
    <w:p>
      <w:r>
        <w:rPr>
          <w:b/>
        </w:rPr>
        <w:t xml:space="preserve">[25:19] </w:t>
      </w:r>
      <w:r>
        <w:t>But situation varies.</w:t>
      </w:r>
    </w:p>
    <w:p>
      <w:pPr>
        <w:jc w:val="right"/>
      </w:pPr>
      <w:r>
        <w:t>بٹ سچویشن ویریز۔</w:t>
      </w:r>
    </w:p>
    <w:p>
      <w:r>
        <w:rPr>
          <w:b/>
        </w:rPr>
        <w:t xml:space="preserve">[25:21] </w:t>
      </w:r>
      <w:r>
        <w:t>There are differences in situations.</w:t>
      </w:r>
    </w:p>
    <w:p>
      <w:pPr>
        <w:jc w:val="right"/>
      </w:pPr>
      <w:r>
        <w:t>دیر ار ڈیفرنسز ان سچویشنز۔</w:t>
      </w:r>
    </w:p>
    <w:p>
      <w:r>
        <w:rPr>
          <w:b/>
        </w:rPr>
        <w:t xml:space="preserve">[25:23] </w:t>
      </w:r>
      <w:r>
        <w:t>So, we have to manage the situations.</w:t>
      </w:r>
    </w:p>
    <w:p>
      <w:pPr>
        <w:jc w:val="right"/>
      </w:pPr>
      <w:r>
        <w:t>سو، وی ہیو ٹو مینج دا سچویشنز۔</w:t>
      </w:r>
    </w:p>
    <w:p>
      <w:r>
        <w:rPr>
          <w:b/>
        </w:rPr>
        <w:t xml:space="preserve">[25:26] </w:t>
      </w:r>
      <w:r>
        <w:t>We are not allowed to alter the mission.</w:t>
      </w:r>
    </w:p>
    <w:p>
      <w:pPr>
        <w:jc w:val="right"/>
      </w:pPr>
      <w:r>
        <w:t>وی ار ناٹ الاؤڈ ٹو الٹر دی مشن۔</w:t>
      </w:r>
    </w:p>
    <w:p>
      <w:r>
        <w:rPr>
          <w:b/>
        </w:rPr>
        <w:t xml:space="preserve">[25:29] </w:t>
      </w:r>
      <w:r>
        <w:t>We are not allowed to alter the mission.</w:t>
      </w:r>
    </w:p>
    <w:p>
      <w:pPr>
        <w:jc w:val="right"/>
      </w:pPr>
      <w:r>
        <w:t>وی ار ناٹ الاؤڈ ٹو الٹر دی مشن۔</w:t>
      </w:r>
    </w:p>
    <w:p>
      <w:r>
        <w:rPr>
          <w:b/>
        </w:rPr>
        <w:t xml:space="preserve">[25:33] </w:t>
      </w:r>
      <w:r>
        <w:t>But we are required to manage the situations.</w:t>
      </w:r>
    </w:p>
    <w:p>
      <w:pPr>
        <w:jc w:val="right"/>
      </w:pPr>
      <w:r>
        <w:t>بٹ وی ار ریکوائرڈ ٹو مینج دا سچویشنز۔</w:t>
      </w:r>
    </w:p>
    <w:p>
      <w:r>
        <w:rPr>
          <w:b/>
        </w:rPr>
        <w:t xml:space="preserve">[25:36] </w:t>
      </w:r>
      <w:r>
        <w:t>It means that, "Don't go, don't opt for confrontation with the situation, with political rules, with political situations,</w:t>
      </w:r>
    </w:p>
    <w:p>
      <w:pPr>
        <w:jc w:val="right"/>
      </w:pPr>
      <w:r>
        <w:t>اٹ مینز دیٹ "ڈونٹ گو، ڈونٹ اپٹ فار کنفرنٹیشن ود دی سچویشن، ود پولیٹیکل رولز، ود پولیٹیکل سچویشنز،</w:t>
      </w:r>
    </w:p>
    <w:p>
      <w:r>
        <w:rPr>
          <w:b/>
        </w:rPr>
        <w:t xml:space="preserve">[25:44] </w:t>
      </w:r>
      <w:r>
        <w:t>with political obstacles." You are not allowed to go to confrontation.</w:t>
      </w:r>
    </w:p>
    <w:p>
      <w:pPr>
        <w:jc w:val="right"/>
      </w:pPr>
      <w:r>
        <w:t>ود پولیٹیکل ابسٹیکلز۔" یو ار ناٹ الاؤڈ ٹو گو ٹو کنفرنٹیشن۔</w:t>
      </w:r>
    </w:p>
    <w:p>
      <w:r>
        <w:rPr>
          <w:b/>
        </w:rPr>
        <w:t xml:space="preserve">[25:49] </w:t>
      </w:r>
      <w:r>
        <w:t>You are required to manage the situation.</w:t>
      </w:r>
    </w:p>
    <w:p>
      <w:pPr>
        <w:jc w:val="right"/>
      </w:pPr>
      <w:r>
        <w:t>یو ار ریکوائرڈ ٹو مینج دا سچویشن۔</w:t>
      </w:r>
    </w:p>
    <w:p>
      <w:r>
        <w:rPr>
          <w:b/>
        </w:rPr>
        <w:t xml:space="preserve">[25:52] </w:t>
      </w:r>
      <w:r>
        <w:t>main means seeking some kind of adjustment.</w:t>
      </w:r>
    </w:p>
    <w:p>
      <w:pPr>
        <w:jc w:val="right"/>
      </w:pPr>
      <w:r>
        <w:t>مینج مینز سیکنگ سم کائنڈ اف ایڈجسٹمنٹ۔</w:t>
      </w:r>
    </w:p>
    <w:p>
      <w:r>
        <w:rPr>
          <w:b/>
        </w:rPr>
        <w:t xml:space="preserve">[25:55] </w:t>
      </w:r>
      <w:r>
        <w:t>Managing means seeking some kind of adjustment.</w:t>
      </w:r>
    </w:p>
    <w:p>
      <w:pPr>
        <w:jc w:val="right"/>
      </w:pPr>
      <w:r>
        <w:t>مینجنگ مینز سیکنگ سم کائنڈ اف ایڈجسٹمنٹ۔</w:t>
      </w:r>
    </w:p>
    <w:p>
      <w:r>
        <w:rPr>
          <w:b/>
        </w:rPr>
        <w:t xml:space="preserve">[25:58] </w:t>
      </w:r>
      <w:r>
        <w:t>So, as far as the dawah mission is concerned, there is no compromise on dawah mission.</w:t>
      </w:r>
    </w:p>
    <w:p>
      <w:pPr>
        <w:jc w:val="right"/>
      </w:pPr>
      <w:r>
        <w:t>سو، ایز فار ایز دا داوا مشن از کنسرن، دیر نو کمپرومائز ان داوا مشن۔</w:t>
      </w:r>
    </w:p>
    <w:p>
      <w:r>
        <w:rPr>
          <w:b/>
        </w:rPr>
        <w:t xml:space="preserve">[26:04] </w:t>
      </w:r>
      <w:r>
        <w:t>But as far as the situation is concerned, we have to find some compromising formula, some formula of</w:t>
      </w:r>
    </w:p>
    <w:p>
      <w:pPr>
        <w:jc w:val="right"/>
      </w:pPr>
      <w:r>
        <w:t>بٹ ایز فار ایز دا سچویشن از کنسرن، وی ہیو ٹو فائنڈ سم کمپرومائزنگ فارمولا، سم فارمولا اف</w:t>
      </w:r>
    </w:p>
    <w:p>
      <w:r>
        <w:rPr>
          <w:b/>
        </w:rPr>
        <w:t xml:space="preserve">[26:12] </w:t>
      </w:r>
      <w:r>
        <w:t>adjustment.</w:t>
      </w:r>
    </w:p>
    <w:p>
      <w:pPr>
        <w:jc w:val="right"/>
      </w:pPr>
      <w:r>
        <w:t>ایڈجسٹمنٹ۔</w:t>
      </w:r>
    </w:p>
    <w:p>
      <w:r>
        <w:rPr>
          <w:b/>
        </w:rPr>
        <w:t xml:space="preserve">[26:13] </w:t>
      </w:r>
      <w:r>
        <w:t>We have to manage the situation so that we may, so that the river of Dawah will flow,</w:t>
      </w:r>
    </w:p>
    <w:p>
      <w:pPr>
        <w:jc w:val="right"/>
      </w:pPr>
      <w:r>
        <w:t>وی ہیو ٹو مینج دا سچویشن سو دیٹ وی می، سو دیٹ دا ریور اف داوا ول فلو،</w:t>
      </w:r>
    </w:p>
    <w:p>
      <w:r>
        <w:rPr>
          <w:b/>
        </w:rPr>
        <w:t xml:space="preserve">[26:21] </w:t>
      </w:r>
      <w:r>
        <w:t>Flow, flow until the destiny.</w:t>
      </w:r>
    </w:p>
    <w:p>
      <w:pPr>
        <w:jc w:val="right"/>
      </w:pPr>
      <w:r>
        <w:t>فلو، فلو انٹل دا ڈیسٹینی۔</w:t>
      </w:r>
    </w:p>
    <w:p>
      <w:r>
        <w:rPr>
          <w:b/>
        </w:rPr>
        <w:t xml:space="preserve">[26:23] </w:t>
      </w:r>
      <w:r>
        <w:t>This is the wisdom.</w:t>
      </w:r>
    </w:p>
    <w:p>
      <w:pPr>
        <w:jc w:val="right"/>
      </w:pPr>
      <w:r>
        <w:t>دس از دا وزڈم۔</w:t>
      </w:r>
    </w:p>
    <w:p>
      <w:r>
        <w:rPr>
          <w:b/>
        </w:rPr>
        <w:t xml:space="preserve">[26:25] </w:t>
      </w:r>
      <w:r>
        <w:t>This is the prophetic wisdom given by the Quran.</w:t>
      </w:r>
    </w:p>
    <w:p>
      <w:pPr>
        <w:jc w:val="right"/>
      </w:pPr>
      <w:r>
        <w:t>دس از دا پرافیٹک وزڈم گیون بائی دا قرآن۔</w:t>
      </w:r>
    </w:p>
    <w:p>
      <w:r>
        <w:rPr>
          <w:b/>
        </w:rPr>
        <w:t xml:space="preserve">[26:29] </w:t>
      </w:r>
      <w:r>
        <w:t>Prophetic wisdom.</w:t>
      </w:r>
    </w:p>
    <w:p>
      <w:pPr>
        <w:jc w:val="right"/>
      </w:pPr>
      <w:r>
        <w:t>پرافیٹک وزڈم۔</w:t>
      </w:r>
    </w:p>
    <w:p>
      <w:r>
        <w:rPr>
          <w:b/>
        </w:rPr>
        <w:t xml:space="preserve">[26:30] </w:t>
      </w:r>
      <w:r>
        <w:t>Then there is the example of the Prophet of Islam, Muhammad, peace be upon him.</w:t>
      </w:r>
    </w:p>
    <w:p>
      <w:pPr>
        <w:jc w:val="right"/>
      </w:pPr>
      <w:r>
        <w:t>دین دیر از دا ایگزیمپل اف دا پرافٹ اف اسلام، محمد صلی اللہ علیہ وسلم۔</w:t>
      </w:r>
    </w:p>
    <w:p>
      <w:r>
        <w:rPr>
          <w:b/>
        </w:rPr>
        <w:t xml:space="preserve">[26:37] </w:t>
      </w:r>
      <w:r>
        <w:t>He was sent in Arabia, in Mecca, in the first quarter of seventh century.</w:t>
      </w:r>
    </w:p>
    <w:p>
      <w:pPr>
        <w:jc w:val="right"/>
      </w:pPr>
      <w:r>
        <w:t>ہی واز سینٹ ان عربیہ، ان مکہ، ان دا فرسٹ کوارٹر اف سیون سینچری۔</w:t>
      </w:r>
    </w:p>
    <w:p>
      <w:r>
        <w:rPr>
          <w:b/>
        </w:rPr>
        <w:t xml:space="preserve">[26:43] </w:t>
      </w:r>
      <w:r>
        <w:t>At the time, there is no kingship.</w:t>
      </w:r>
    </w:p>
    <w:p>
      <w:pPr>
        <w:jc w:val="right"/>
      </w:pPr>
      <w:r>
        <w:t>ایٹ دا ٹائم، دیر از نو کنگ شپ۔</w:t>
      </w:r>
    </w:p>
    <w:p>
      <w:r>
        <w:rPr>
          <w:b/>
        </w:rPr>
        <w:t xml:space="preserve">[26:46] </w:t>
      </w:r>
      <w:r>
        <w:t>There was tribal system in Arabia.</w:t>
      </w:r>
    </w:p>
    <w:p>
      <w:pPr>
        <w:jc w:val="right"/>
      </w:pPr>
      <w:r>
        <w:t>دیر واز ٹرائبل سسٹم ان عربیہ۔</w:t>
      </w:r>
    </w:p>
    <w:p>
      <w:r>
        <w:rPr>
          <w:b/>
        </w:rPr>
        <w:t xml:space="preserve">[26:49] </w:t>
      </w:r>
      <w:r>
        <w:t>There was no kingship.</w:t>
      </w:r>
    </w:p>
    <w:p>
      <w:pPr>
        <w:jc w:val="right"/>
      </w:pPr>
      <w:r>
        <w:t>دیر واز نو کنگ شپ۔</w:t>
      </w:r>
    </w:p>
    <w:p>
      <w:r>
        <w:rPr>
          <w:b/>
        </w:rPr>
        <w:t xml:space="preserve">[26:51] </w:t>
      </w:r>
      <w:r>
        <w:t>There was tribal system.</w:t>
      </w:r>
    </w:p>
    <w:p>
      <w:pPr>
        <w:jc w:val="right"/>
      </w:pPr>
      <w:r>
        <w:t>دیر واز ٹرائبل سسٹم۔</w:t>
      </w:r>
    </w:p>
    <w:p>
      <w:r>
        <w:rPr>
          <w:b/>
        </w:rPr>
        <w:t xml:space="preserve">[26:52] </w:t>
      </w:r>
      <w:r>
        <w:t>So, what happened? Although these people are idol worshipers.</w:t>
      </w:r>
    </w:p>
    <w:p>
      <w:pPr>
        <w:jc w:val="right"/>
      </w:pPr>
      <w:r>
        <w:t>سو، واٹ ہیپن؟ الدو دس پیپل ار ائڈل ورشپرز۔</w:t>
      </w:r>
    </w:p>
    <w:p>
      <w:r>
        <w:rPr>
          <w:b/>
        </w:rPr>
        <w:t xml:space="preserve">[26:56] </w:t>
      </w:r>
      <w:r>
        <w:t>They become hostile.</w:t>
      </w:r>
    </w:p>
    <w:p>
      <w:pPr>
        <w:jc w:val="right"/>
      </w:pPr>
      <w:r>
        <w:t>دے بیکم ہوسٹائل۔</w:t>
      </w:r>
    </w:p>
    <w:p>
      <w:r>
        <w:rPr>
          <w:b/>
        </w:rPr>
        <w:t xml:space="preserve">[26:58] </w:t>
      </w:r>
      <w:r>
        <w:t>They turn hostile to the Prophet of Islam.</w:t>
      </w:r>
    </w:p>
    <w:p>
      <w:pPr>
        <w:jc w:val="right"/>
      </w:pPr>
      <w:r>
        <w:t>دے ٹرن ہوسٹائل ٹو دا پرافٹ اف اسلام۔</w:t>
      </w:r>
    </w:p>
    <w:p>
      <w:r>
        <w:rPr>
          <w:b/>
        </w:rPr>
        <w:t xml:space="preserve">[27:01] </w:t>
      </w:r>
      <w:r>
        <w:t>So, there were some atrocities, some obstacles, some problems.</w:t>
      </w:r>
    </w:p>
    <w:p>
      <w:pPr>
        <w:jc w:val="right"/>
      </w:pPr>
      <w:r>
        <w:t>سو، دیر وار سم ایٹراسٹیز، سم ابسٹیکلز، سم پرابلمز۔</w:t>
      </w:r>
    </w:p>
    <w:p>
      <w:r>
        <w:rPr>
          <w:b/>
        </w:rPr>
        <w:t xml:space="preserve">[27:05] </w:t>
      </w:r>
      <w:r>
        <w:t>But the prophet was able to, to, to have support from the people.</w:t>
      </w:r>
    </w:p>
    <w:p>
      <w:pPr>
        <w:jc w:val="right"/>
      </w:pPr>
      <w:r>
        <w:t>بٹ دا پرافٹ واز ایبل ٹو، ٹو، ٹو ہیو سپورٹ فرام دی پیپل۔</w:t>
      </w:r>
    </w:p>
    <w:p>
      <w:r>
        <w:rPr>
          <w:b/>
        </w:rPr>
        <w:t xml:space="preserve">[27:11] </w:t>
      </w:r>
      <w:r>
        <w:t>He was able to find, able to form a team of more than one lakh people.</w:t>
      </w:r>
    </w:p>
    <w:p>
      <w:pPr>
        <w:jc w:val="right"/>
      </w:pPr>
      <w:r>
        <w:t>ہی واز ایبل ٹو فائنڈ، ایبل ٹو فارم ا ٹیم اف مور دین ون لیک پیپل۔</w:t>
      </w:r>
    </w:p>
    <w:p>
      <w:r>
        <w:rPr>
          <w:b/>
        </w:rPr>
        <w:t xml:space="preserve">[27:17] </w:t>
      </w:r>
      <w:r>
        <w:t>No prophet of the history was able to form such team.</w:t>
      </w:r>
    </w:p>
    <w:p>
      <w:pPr>
        <w:jc w:val="right"/>
      </w:pPr>
      <w:r>
        <w:t>نو پرافٹ اف دا ہسٹری واز ایبل ٹو فارم سچ ٹیم۔</w:t>
      </w:r>
    </w:p>
    <w:p>
      <w:r>
        <w:rPr>
          <w:b/>
        </w:rPr>
        <w:t xml:space="preserve">[27:22] </w:t>
      </w:r>
      <w:r>
        <w:t>No prophet.</w:t>
      </w:r>
    </w:p>
    <w:p>
      <w:pPr>
        <w:jc w:val="right"/>
      </w:pPr>
      <w:r>
        <w:t>نو پرافٹ۔</w:t>
      </w:r>
    </w:p>
    <w:p>
      <w:r>
        <w:rPr>
          <w:b/>
        </w:rPr>
        <w:t xml:space="preserve">[27:24] </w:t>
      </w:r>
      <w:r>
        <w:t>The Prophet of Islam was able to form a team of believers.</w:t>
      </w:r>
    </w:p>
    <w:p>
      <w:pPr>
        <w:jc w:val="right"/>
      </w:pPr>
      <w:r>
        <w:t>پرافٹ اف اسلام واز ایبل ٹو فارم ا ٹیم اف بیلیورز۔</w:t>
      </w:r>
    </w:p>
    <w:p>
      <w:r>
        <w:rPr>
          <w:b/>
        </w:rPr>
        <w:t xml:space="preserve">[27:28] </w:t>
      </w:r>
      <w:r>
        <w:t>These believers were more than one lakh people.</w:t>
      </w:r>
    </w:p>
    <w:p>
      <w:pPr>
        <w:jc w:val="right"/>
      </w:pPr>
      <w:r>
        <w:t>دس بیلیورز ویر مور دین ون لیک پیپل۔</w:t>
      </w:r>
    </w:p>
    <w:p>
      <w:r>
        <w:rPr>
          <w:b/>
        </w:rPr>
        <w:t xml:space="preserve">[27:32] </w:t>
      </w:r>
      <w:r>
        <w:t>So, the situation was quite different with the Prophet of Islam.</w:t>
      </w:r>
    </w:p>
    <w:p>
      <w:pPr>
        <w:jc w:val="right"/>
      </w:pPr>
      <w:r>
        <w:t>سو، دا سچویشن واز کوائٹ ڈفرنٹ ود دی پرافٹ اف اسلام۔</w:t>
      </w:r>
    </w:p>
    <w:p>
      <w:r>
        <w:rPr>
          <w:b/>
        </w:rPr>
        <w:t xml:space="preserve">[27:37] </w:t>
      </w:r>
      <w:r>
        <w:t>So, when the opponents, when his opponents waged war, they wanted to kill the prophet of Islam.</w:t>
      </w:r>
    </w:p>
    <w:p>
      <w:pPr>
        <w:jc w:val="right"/>
      </w:pPr>
      <w:r>
        <w:t>سو، وین دی اپونینٹس، وین ہز اپونینٹس ویج وار، دے وانٹڈ ٹو کل دا پرافٹ اف اسلام۔</w:t>
      </w:r>
    </w:p>
    <w:p>
      <w:r>
        <w:rPr>
          <w:b/>
        </w:rPr>
        <w:t xml:space="preserve">[27:44] </w:t>
      </w:r>
      <w:r>
        <w:t>They wanted to destroy the mission.</w:t>
      </w:r>
    </w:p>
    <w:p>
      <w:pPr>
        <w:jc w:val="right"/>
      </w:pPr>
      <w:r>
        <w:t>دے وانٹڈ ٹو ڈسٹرائے دا مشن۔</w:t>
      </w:r>
    </w:p>
    <w:p>
      <w:r>
        <w:rPr>
          <w:b/>
        </w:rPr>
        <w:t xml:space="preserve">[27:46] </w:t>
      </w:r>
      <w:r>
        <w:t>So, Prophet of Islam organized defensive war, organized defense, because he was, he was not alone.</w:t>
      </w:r>
    </w:p>
    <w:p>
      <w:pPr>
        <w:jc w:val="right"/>
      </w:pPr>
      <w:r>
        <w:t>سو، پرافٹ اف اسلام ارگنائزڈ ڈیفنسو وار، ارگنائزڈ ڈیفنس، بیکاز ہی واز، ہی واز ناٹ الون۔</w:t>
      </w:r>
    </w:p>
    <w:p>
      <w:r>
        <w:rPr>
          <w:b/>
        </w:rPr>
        <w:t xml:space="preserve">[27:53] </w:t>
      </w:r>
      <w:r>
        <w:t>But there was a strong team with him.</w:t>
      </w:r>
    </w:p>
    <w:p>
      <w:pPr>
        <w:jc w:val="right"/>
      </w:pPr>
      <w:r>
        <w:t>بٹ دیر واز ا سٹرونگ ٹیم ود ہم۔</w:t>
      </w:r>
    </w:p>
    <w:p>
      <w:r>
        <w:rPr>
          <w:b/>
        </w:rPr>
        <w:t xml:space="preserve">[27:57] </w:t>
      </w:r>
      <w:r>
        <w:t>His companions were, were a strong team.</w:t>
      </w:r>
    </w:p>
    <w:p>
      <w:pPr>
        <w:jc w:val="right"/>
      </w:pPr>
      <w:r>
        <w:t>ہز کمپینینز وار، ویر ا سٹرونگ ٹیم۔</w:t>
      </w:r>
    </w:p>
    <w:p>
      <w:r>
        <w:rPr>
          <w:b/>
        </w:rPr>
        <w:t xml:space="preserve">[28:00] </w:t>
      </w:r>
      <w:r>
        <w:t>So, Prophet of Islam, although he was completely a peaceful person.</w:t>
      </w:r>
    </w:p>
    <w:p>
      <w:pPr>
        <w:jc w:val="right"/>
      </w:pPr>
      <w:r>
        <w:t>سو، پرافٹ اف اسلام، الدو ہی واز کمپلیٹلی ا پیس فل پرسن۔</w:t>
      </w:r>
    </w:p>
    <w:p>
      <w:r>
        <w:rPr>
          <w:b/>
        </w:rPr>
        <w:t xml:space="preserve">[28:05] </w:t>
      </w:r>
      <w:r>
        <w:t>He always tried to avoid the fighting.</w:t>
      </w:r>
    </w:p>
    <w:p>
      <w:pPr>
        <w:jc w:val="right"/>
      </w:pPr>
      <w:r>
        <w:t>ہی الویز ٹرائی ٹو اوائڈ دی فائٹنگ۔</w:t>
      </w:r>
    </w:p>
    <w:p>
      <w:r>
        <w:rPr>
          <w:b/>
        </w:rPr>
        <w:t xml:space="preserve">[28:08] </w:t>
      </w:r>
      <w:r>
        <w:t>His formula was "al-sulhu khair, peace is the best option." He always avoided the confrontation.</w:t>
      </w:r>
    </w:p>
    <w:p>
      <w:pPr>
        <w:jc w:val="right"/>
      </w:pPr>
      <w:r>
        <w:t>ہز فارمولا واز "الصلح خیر، پیس از دا بیسٹ اپشن۔" ہی الویز اوائیڈڈ دا کنفرنٹیشن۔</w:t>
      </w:r>
    </w:p>
    <w:p>
      <w:r>
        <w:rPr>
          <w:b/>
        </w:rPr>
        <w:t xml:space="preserve">[28:14] </w:t>
      </w:r>
      <w:r>
        <w:t>Confrontation and fighting was not his method.</w:t>
      </w:r>
    </w:p>
    <w:p>
      <w:pPr>
        <w:jc w:val="right"/>
      </w:pPr>
      <w:r>
        <w:t>کنفرنٹیشن اور فائٹنگ واز ناٹ ہز میتھڈ۔</w:t>
      </w:r>
    </w:p>
    <w:p>
      <w:r>
        <w:rPr>
          <w:b/>
        </w:rPr>
        <w:t xml:space="preserve">[28:17] </w:t>
      </w:r>
      <w:r>
        <w:t>His method was completely a peaceful method.</w:t>
      </w:r>
    </w:p>
    <w:p>
      <w:pPr>
        <w:jc w:val="right"/>
      </w:pPr>
      <w:r>
        <w:t>ہز میتھڈ واز کمپلیٹلی ا پیس فل میتھڈ۔</w:t>
      </w:r>
    </w:p>
    <w:p>
      <w:r>
        <w:rPr>
          <w:b/>
        </w:rPr>
        <w:t xml:space="preserve">[28:21] </w:t>
      </w:r>
      <w:r>
        <w:t>Prophet of Islam said, "In Allah ma la God grant to non-violence what He does not grant to</w:t>
      </w:r>
    </w:p>
    <w:p>
      <w:pPr>
        <w:jc w:val="right"/>
      </w:pPr>
      <w:r>
        <w:t>پرافٹ اف اسلام سیڈ، "ان اللہ مالا گاڈ گرانٹ ٹو نان وائلنس واٹ ہی ڈز ناٹ گرانٹ ٹو</w:t>
      </w:r>
    </w:p>
    <w:p>
      <w:r>
        <w:rPr>
          <w:b/>
        </w:rPr>
        <w:t xml:space="preserve">[28:28] </w:t>
      </w:r>
      <w:r>
        <w:t>violence." Then he said, "La tatamannaw liqa'al aduww wa salallaha al-afiyah."</w:t>
      </w:r>
    </w:p>
    <w:p>
      <w:pPr>
        <w:jc w:val="right"/>
      </w:pPr>
      <w:r>
        <w:t>وائلنس۔" دین ہی سیڈ، "لا تتمنو لقال عدو وصل اللہ العافیہ۔</w:t>
      </w:r>
    </w:p>
    <w:p>
      <w:r>
        <w:rPr>
          <w:b/>
        </w:rPr>
        <w:t xml:space="preserve">[28:33] </w:t>
      </w:r>
      <w:r>
        <w:t>Don't wish confrontation with your enemy.</w:t>
      </w:r>
    </w:p>
    <w:p>
      <w:pPr>
        <w:jc w:val="right"/>
      </w:pPr>
      <w:r>
        <w:t>ڈونٹ وش کنفرنٹیشن ود یور اینمی۔</w:t>
      </w:r>
    </w:p>
    <w:p>
      <w:r>
        <w:rPr>
          <w:b/>
        </w:rPr>
        <w:t xml:space="preserve">[28:36] </w:t>
      </w:r>
      <w:r>
        <w:t>Don't wish confrontation with your enemy.</w:t>
      </w:r>
    </w:p>
    <w:p>
      <w:pPr>
        <w:jc w:val="right"/>
      </w:pPr>
      <w:r>
        <w:t>ڈونٹ وش کنفرنٹیشن ود یور اینمی۔</w:t>
      </w:r>
    </w:p>
    <w:p>
      <w:r>
        <w:rPr>
          <w:b/>
        </w:rPr>
        <w:t xml:space="preserve">[28:38] </w:t>
      </w:r>
      <w:r>
        <w:t>"Ask always peace from God." This was the, this was the method of the Prophet of Islam.</w:t>
      </w:r>
    </w:p>
    <w:p>
      <w:pPr>
        <w:jc w:val="right"/>
      </w:pPr>
      <w:r>
        <w:t>اسک الویز پیس فرام گاڈ۔" دس واز دا، دس واز دا میتھڈ اف دا پرافٹ اف اسلام۔</w:t>
      </w:r>
    </w:p>
    <w:p>
      <w:r>
        <w:rPr>
          <w:b/>
        </w:rPr>
        <w:t xml:space="preserve">[28:46] </w:t>
      </w:r>
      <w:r>
        <w:t>But when there was attack, when there was aggression and all kind of attempt to avoid field, so</w:t>
      </w:r>
    </w:p>
    <w:p>
      <w:pPr>
        <w:jc w:val="right"/>
      </w:pPr>
      <w:r>
        <w:t>بٹ وین دیر واز اٹیک، وین دیر واز ایگریشن اینڈ ال کائنڈ اف اٹیمپٹ ٹو اوائڈ فیلڈ، سو</w:t>
      </w:r>
    </w:p>
    <w:p>
      <w:r>
        <w:rPr>
          <w:b/>
        </w:rPr>
        <w:t xml:space="preserve">[28:53] </w:t>
      </w:r>
      <w:r>
        <w:t>There was no option other than to go to war.</w:t>
      </w:r>
    </w:p>
    <w:p>
      <w:pPr>
        <w:jc w:val="right"/>
      </w:pPr>
      <w:r>
        <w:t>دیر واز نو اپشن ادر دین ٹو گو ٹو وار۔</w:t>
      </w:r>
    </w:p>
    <w:p>
      <w:r>
        <w:rPr>
          <w:b/>
        </w:rPr>
        <w:t xml:space="preserve">[28:58] </w:t>
      </w:r>
      <w:r>
        <w:t>So, Prophet opted for some time, only three or four time.</w:t>
      </w:r>
    </w:p>
    <w:p>
      <w:pPr>
        <w:jc w:val="right"/>
      </w:pPr>
      <w:r>
        <w:t>سو، پرافٹ اپٹڈ فار سم ٹائم، اونلی تھری اور فور ٹائم۔</w:t>
      </w:r>
    </w:p>
    <w:p>
      <w:r>
        <w:rPr>
          <w:b/>
        </w:rPr>
        <w:t xml:space="preserve">[29:02] </w:t>
      </w:r>
      <w:r>
        <w:t>But as he was very very strong, as he was his companion were very strong, so he achieved</w:t>
      </w:r>
    </w:p>
    <w:p>
      <w:pPr>
        <w:jc w:val="right"/>
      </w:pPr>
      <w:r>
        <w:t>بٹ ایز ہی واز ویری ویری سٹرونگ، ایز ہی واز ہز کمپینین ویر ویری سٹرونگ، سو ہی اچیو</w:t>
      </w:r>
    </w:p>
    <w:p>
      <w:r>
        <w:rPr>
          <w:b/>
        </w:rPr>
        <w:t xml:space="preserve">[29:10] </w:t>
      </w:r>
      <w:r>
        <w:t>Success.</w:t>
      </w:r>
    </w:p>
    <w:p>
      <w:pPr>
        <w:jc w:val="right"/>
      </w:pPr>
      <w:r>
        <w:t>سکسیس۔</w:t>
      </w:r>
    </w:p>
    <w:p>
      <w:r>
        <w:rPr>
          <w:b/>
        </w:rPr>
        <w:t xml:space="preserve">[29:12] </w:t>
      </w:r>
      <w:r>
        <w:t>He became victorious.</w:t>
      </w:r>
    </w:p>
    <w:p>
      <w:pPr>
        <w:jc w:val="right"/>
      </w:pPr>
      <w:r>
        <w:t>ہی بیکم وکٹوریس۔</w:t>
      </w:r>
    </w:p>
    <w:p>
      <w:r>
        <w:rPr>
          <w:b/>
        </w:rPr>
        <w:t xml:space="preserve">[29:13] </w:t>
      </w:r>
      <w:r>
        <w:t>He was able to Islamize the whole Arabia.</w:t>
      </w:r>
    </w:p>
    <w:p>
      <w:pPr>
        <w:jc w:val="right"/>
      </w:pPr>
      <w:r>
        <w:t>ہی واز ایبل ٹو اسلامائز دا ہول عربیہ۔</w:t>
      </w:r>
    </w:p>
    <w:p>
      <w:r>
        <w:rPr>
          <w:b/>
        </w:rPr>
        <w:t xml:space="preserve">[29:16] </w:t>
      </w:r>
      <w:r>
        <w:t>He was able to capture Mecca and purify the Haram.</w:t>
      </w:r>
    </w:p>
    <w:p>
      <w:pPr>
        <w:jc w:val="right"/>
      </w:pPr>
      <w:r>
        <w:t>ہی واز ایبل ٹو کیپچر مکہ اینڈ پیوریفائی دا حرم۔</w:t>
      </w:r>
    </w:p>
    <w:p>
      <w:r>
        <w:rPr>
          <w:b/>
        </w:rPr>
        <w:t xml:space="preserve">[29:21] </w:t>
      </w:r>
      <w:r>
        <w:t>That was, you know, in the Haram they have placed 360 idols.</w:t>
      </w:r>
    </w:p>
    <w:p>
      <w:pPr>
        <w:jc w:val="right"/>
      </w:pPr>
      <w:r>
        <w:t>دیٹ واز، یو نو، ان دا حرم دے ہیو پریس 60 ائڈلز۔</w:t>
      </w:r>
    </w:p>
    <w:p>
      <w:r>
        <w:rPr>
          <w:b/>
        </w:rPr>
        <w:t xml:space="preserve">[29:26] </w:t>
      </w:r>
      <w:r>
        <w:t>Although Haram was, although the Kaaba was built for Tawhid, for oneness of God.</w:t>
      </w:r>
    </w:p>
    <w:p>
      <w:pPr>
        <w:jc w:val="right"/>
      </w:pPr>
      <w:r>
        <w:t>الدو حرم واز، الدو دی کعبہ واز بلٹ فار توحید، فار وننس اف گاڈ۔</w:t>
      </w:r>
    </w:p>
    <w:p>
      <w:r>
        <w:rPr>
          <w:b/>
        </w:rPr>
        <w:t xml:space="preserve">[29:32] </w:t>
      </w:r>
      <w:r>
        <w:t>But in later days, mushrik occupied it and they placed several hundred idols in the Kaaba.</w:t>
      </w:r>
    </w:p>
    <w:p>
      <w:pPr>
        <w:jc w:val="right"/>
      </w:pPr>
      <w:r>
        <w:t>بٹ ان لیٹر ڈیز، مشرک اکوپائیڈ اٹ اینڈ دے پریسڈ سیولر ہنڈرڈ ائڈلز ان دی کعبہ۔</w:t>
      </w:r>
    </w:p>
    <w:p>
      <w:r>
        <w:rPr>
          <w:b/>
        </w:rPr>
        <w:t xml:space="preserve">[29:39] </w:t>
      </w:r>
      <w:r>
        <w:t>previous, so Prophet of Islam was able to occupy Kaaba and purify it and he was able to</w:t>
      </w:r>
    </w:p>
    <w:p>
      <w:pPr>
        <w:jc w:val="right"/>
      </w:pPr>
      <w:r>
        <w:t>پریویس، سو پرافٹ اف اسلام واز ایبل ٹو اکوپائی کعبہ اینڈ پیوریفائی اٹ اینڈ ہی واز ایبل ٹو</w:t>
      </w:r>
    </w:p>
    <w:p>
      <w:r>
        <w:rPr>
          <w:b/>
        </w:rPr>
        <w:t xml:space="preserve">[29:46] </w:t>
      </w:r>
      <w:r>
        <w:t>Islamize the whole Arabia.</w:t>
      </w:r>
    </w:p>
    <w:p>
      <w:pPr>
        <w:jc w:val="right"/>
      </w:pPr>
      <w:r>
        <w:t>اسلامائز دا ہول عربیہ۔</w:t>
      </w:r>
    </w:p>
    <w:p>
      <w:r>
        <w:rPr>
          <w:b/>
        </w:rPr>
        <w:t xml:space="preserve">[29:48] </w:t>
      </w:r>
      <w:r>
        <w:t>This was, these are another model.</w:t>
      </w:r>
    </w:p>
    <w:p>
      <w:pPr>
        <w:jc w:val="right"/>
      </w:pPr>
      <w:r>
        <w:t>دس واز، دس ار انادر ماڈل۔</w:t>
      </w:r>
    </w:p>
    <w:p>
      <w:r>
        <w:rPr>
          <w:b/>
        </w:rPr>
        <w:t xml:space="preserve">[29:51] </w:t>
      </w:r>
      <w:r>
        <w:t>So, all the prophets are different models.</w:t>
      </w:r>
    </w:p>
    <w:p>
      <w:pPr>
        <w:jc w:val="right"/>
      </w:pPr>
      <w:r>
        <w:t>سو، ال دا پرافٹس ار ڈفرنٹ ماڈلز۔</w:t>
      </w:r>
    </w:p>
    <w:p>
      <w:r>
        <w:rPr>
          <w:b/>
        </w:rPr>
        <w:t xml:space="preserve">[29:54] </w:t>
      </w:r>
      <w:r>
        <w:t>All the prophets, all these models are ideal models.</w:t>
      </w:r>
    </w:p>
    <w:p>
      <w:pPr>
        <w:jc w:val="right"/>
      </w:pPr>
      <w:r>
        <w:t>ال دا پرافٹس، ال دیز ماڈلز ار ائڈل ماڈلز۔</w:t>
      </w:r>
    </w:p>
    <w:p>
      <w:r>
        <w:rPr>
          <w:b/>
        </w:rPr>
        <w:t xml:space="preserve">[29:58] </w:t>
      </w:r>
      <w:r>
        <w:t>All these models are perfect model.</w:t>
      </w:r>
    </w:p>
    <w:p>
      <w:pPr>
        <w:jc w:val="right"/>
      </w:pPr>
      <w:r>
        <w:t>ال دیز ماڈلز ار پرفیکٹ ماڈل۔</w:t>
      </w:r>
    </w:p>
    <w:p>
      <w:r>
        <w:rPr>
          <w:b/>
        </w:rPr>
        <w:t xml:space="preserve">[30:00] </w:t>
      </w:r>
      <w:r>
        <w:t>It is situation that will determine which one of these models are required for us or applicable to</w:t>
      </w:r>
    </w:p>
    <w:p>
      <w:pPr>
        <w:jc w:val="right"/>
      </w:pPr>
      <w:r>
        <w:t>اٹ از سچویشن دیٹ ول ڈیٹرمن وچ ون اف دیز ماڈلز ار ریکوائرڈ فار اس اور ایپلیکیبل ٹو</w:t>
      </w:r>
    </w:p>
    <w:p>
      <w:r>
        <w:rPr>
          <w:b/>
        </w:rPr>
        <w:t xml:space="preserve">[30:08] </w:t>
      </w:r>
      <w:r>
        <w:t>is.</w:t>
      </w:r>
    </w:p>
    <w:p>
      <w:pPr>
        <w:jc w:val="right"/>
      </w:pPr>
      <w:r>
        <w:t>اس۔</w:t>
      </w:r>
    </w:p>
    <w:p>
      <w:r>
        <w:rPr>
          <w:b/>
        </w:rPr>
        <w:t xml:space="preserve">[30:09] </w:t>
      </w:r>
      <w:r>
        <w:t>Deen, the Prophet of Islam, bring about a revolution in the history.</w:t>
      </w:r>
    </w:p>
    <w:p>
      <w:pPr>
        <w:jc w:val="right"/>
      </w:pPr>
      <w:r>
        <w:t>دین دا پرافٹ اف اسلام برنگ اباؤٹ ا ریولوشن ان دا ہسٹری۔</w:t>
      </w:r>
    </w:p>
    <w:p>
      <w:r>
        <w:rPr>
          <w:b/>
        </w:rPr>
        <w:t xml:space="preserve">[30:15] </w:t>
      </w:r>
      <w:r>
        <w:t>At that time, I mean in the first quarter of seventh century, there were religious persecution everywhere</w:t>
      </w:r>
    </w:p>
    <w:p>
      <w:pPr>
        <w:jc w:val="right"/>
      </w:pPr>
      <w:r>
        <w:t>ایٹ دیٹ ٹائم، ائی مین ان دا فرسٹ کوارٹر اف سیون سینچری، دیر ویر ریلیجیس پرسیکیوشن ایوری ویر</w:t>
      </w:r>
    </w:p>
    <w:p>
      <w:r>
        <w:rPr>
          <w:b/>
        </w:rPr>
        <w:t xml:space="preserve">[30:22] </w:t>
      </w:r>
      <w:r>
        <w:t>in the world.</w:t>
      </w:r>
    </w:p>
    <w:p>
      <w:pPr>
        <w:jc w:val="right"/>
      </w:pPr>
      <w:r>
        <w:t>ان دا ورلڈ۔</w:t>
      </w:r>
    </w:p>
    <w:p>
      <w:r>
        <w:rPr>
          <w:b/>
        </w:rPr>
        <w:t xml:space="preserve">[30:24] </w:t>
      </w:r>
      <w:r>
        <w:t>Religious persecution in Arabia as well as in other countries.</w:t>
      </w:r>
    </w:p>
    <w:p>
      <w:pPr>
        <w:jc w:val="right"/>
      </w:pPr>
      <w:r>
        <w:t>ریلیجیس پرسیکیوشن ان عربیہ ایز ویل ایز ان ادر کنٹریز۔</w:t>
      </w:r>
    </w:p>
    <w:p>
      <w:r>
        <w:rPr>
          <w:b/>
        </w:rPr>
        <w:t xml:space="preserve">[30:28] </w:t>
      </w:r>
      <w:r>
        <w:t>But Prophet of Islam with his companions was able to bring about a change, to bring about a</w:t>
      </w:r>
    </w:p>
    <w:p>
      <w:pPr>
        <w:jc w:val="right"/>
      </w:pPr>
      <w:r>
        <w:t>بٹ پرافٹ اف اسلام ود ہز کمپینینز واز ایبل ٹو برنگ اباؤٹ ا چینج، ٹو برنگ اباؤٹ ا</w:t>
      </w:r>
    </w:p>
    <w:p>
      <w:r>
        <w:rPr>
          <w:b/>
        </w:rPr>
        <w:t xml:space="preserve">[30:36] </w:t>
      </w:r>
      <w:r>
        <w:t>revolution.</w:t>
      </w:r>
    </w:p>
    <w:p>
      <w:pPr>
        <w:jc w:val="right"/>
      </w:pPr>
      <w:r>
        <w:t>ریولوشن۔</w:t>
      </w:r>
    </w:p>
    <w:p>
      <w:r>
        <w:rPr>
          <w:b/>
        </w:rPr>
        <w:t xml:space="preserve">[30:37] </w:t>
      </w:r>
      <w:r>
        <w:t>This revolution changed the course of history.</w:t>
      </w:r>
    </w:p>
    <w:p>
      <w:pPr>
        <w:jc w:val="right"/>
      </w:pPr>
      <w:r>
        <w:t>دس ریولوشن چینج دا کورس اف ہسٹری۔</w:t>
      </w:r>
    </w:p>
    <w:p>
      <w:r>
        <w:rPr>
          <w:b/>
        </w:rPr>
        <w:t xml:space="preserve">[30:40] </w:t>
      </w:r>
      <w:r>
        <w:t>And due to this revolution, now we are living in a situation where there everywhere there are</w:t>
      </w:r>
    </w:p>
    <w:p>
      <w:pPr>
        <w:jc w:val="right"/>
      </w:pPr>
      <w:r>
        <w:t>اینڈ ڈیو ٹو دس ریولوشن، ناو وی ار لیونگ ان ا سچویشن ویر دیر ایوری ویر دیر ار</w:t>
      </w:r>
    </w:p>
    <w:p>
      <w:r>
        <w:rPr>
          <w:b/>
        </w:rPr>
        <w:t xml:space="preserve">[30:48] </w:t>
      </w:r>
      <w:r>
        <w:t>Freedom, religious freedom.</w:t>
      </w:r>
    </w:p>
    <w:p>
      <w:pPr>
        <w:jc w:val="right"/>
      </w:pPr>
      <w:r>
        <w:t>فریڈم، ریلیجیس فریڈم۔</w:t>
      </w:r>
    </w:p>
    <w:p>
      <w:r>
        <w:rPr>
          <w:b/>
        </w:rPr>
        <w:t xml:space="preserve">[30:49] </w:t>
      </w:r>
      <w:r>
        <w:t>Now we are living in religious freedom.</w:t>
      </w:r>
    </w:p>
    <w:p>
      <w:pPr>
        <w:jc w:val="right"/>
      </w:pPr>
      <w:r>
        <w:t>ناو وی ار لیونگ ان ریلیجیس فریڈم۔</w:t>
      </w:r>
    </w:p>
    <w:p>
      <w:r>
        <w:rPr>
          <w:b/>
        </w:rPr>
        <w:t xml:space="preserve">[30:52] </w:t>
      </w:r>
      <w:r>
        <w:t>There is no religious persecution.</w:t>
      </w:r>
    </w:p>
    <w:p>
      <w:pPr>
        <w:jc w:val="right"/>
      </w:pPr>
      <w:r>
        <w:t>دیر از نو ریلیجیس پرسیکیوشن۔</w:t>
      </w:r>
    </w:p>
    <w:p>
      <w:r>
        <w:rPr>
          <w:b/>
        </w:rPr>
        <w:t xml:space="preserve">[30:55] </w:t>
      </w:r>
      <w:r>
        <w:t>So now, that situation which was during the Prophet Joseph.</w:t>
      </w:r>
    </w:p>
    <w:p>
      <w:pPr>
        <w:jc w:val="right"/>
      </w:pPr>
      <w:r>
        <w:t>سو ناو، دیٹ سچویشن وچ واز ڈیورنگ دا پرافٹ جوزف۔</w:t>
      </w:r>
    </w:p>
    <w:p>
      <w:r>
        <w:rPr>
          <w:b/>
        </w:rPr>
        <w:t xml:space="preserve">[30:59] </w:t>
      </w:r>
      <w:r>
        <w:t>Now we find the same situation at a greater level.</w:t>
      </w:r>
    </w:p>
    <w:p>
      <w:pPr>
        <w:jc w:val="right"/>
      </w:pPr>
      <w:r>
        <w:t>ناو وی فائنڈ دا سیم سچوئیشن ایٹ ا گریٹر لیول۔</w:t>
      </w:r>
    </w:p>
    <w:p>
      <w:r>
        <w:rPr>
          <w:b/>
        </w:rPr>
        <w:t xml:space="preserve">[31:03] </w:t>
      </w:r>
      <w:r>
        <w:t>At that time, only one king was passive king, having a non-interfere nature.</w:t>
      </w:r>
    </w:p>
    <w:p>
      <w:pPr>
        <w:jc w:val="right"/>
      </w:pPr>
      <w:r>
        <w:t>ایٹ دیٹ ٹائم، اونلی ون کنگ واز پیسیو کنگ، ہیونگ ا نان انٹرفیئر نیچر۔</w:t>
      </w:r>
    </w:p>
    <w:p>
      <w:r>
        <w:rPr>
          <w:b/>
        </w:rPr>
        <w:t xml:space="preserve">[31:09] </w:t>
      </w:r>
      <w:r>
        <w:t>But now, the whole system is the same.</w:t>
      </w:r>
    </w:p>
    <w:p>
      <w:pPr>
        <w:jc w:val="right"/>
      </w:pPr>
      <w:r>
        <w:t>بٹ ناو، دا ہول سسٹم از دا سیم۔</w:t>
      </w:r>
    </w:p>
    <w:p>
      <w:r>
        <w:rPr>
          <w:b/>
        </w:rPr>
        <w:t xml:space="preserve">[31:13] </w:t>
      </w:r>
      <w:r>
        <w:t>Now, the whole system is committed not to interfere in religious matters.</w:t>
      </w:r>
    </w:p>
    <w:p>
      <w:pPr>
        <w:jc w:val="right"/>
      </w:pPr>
      <w:r>
        <w:t>ناو، دا ہول سسٹم از کمپیٹڈ ناٹ ٹو انٹرفیئر ان ریلیجیس میٹرز۔</w:t>
      </w:r>
    </w:p>
    <w:p>
      <w:r>
        <w:rPr>
          <w:b/>
        </w:rPr>
        <w:t xml:space="preserve">[31:18] </w:t>
      </w:r>
      <w:r>
        <w:t>So now, we have no other option except to compromise, except to adjust, like Prophet Yusuf.</w:t>
      </w:r>
    </w:p>
    <w:p>
      <w:pPr>
        <w:jc w:val="right"/>
      </w:pPr>
      <w:r>
        <w:t>سو ناو، وی ہیو نو ادر اپشن ایکسیپٹ ٹو کمپرومائز، ایکسیپٹ ٹو ایڈجسٹ، لائک پرافٹ یوسف۔</w:t>
      </w:r>
    </w:p>
    <w:p>
      <w:r>
        <w:rPr>
          <w:b/>
        </w:rPr>
        <w:t xml:space="preserve">[31:25] </w:t>
      </w:r>
      <w:r>
        <w:t>So now, at present in our contemporary situation, we have to avoid all kind of political confrontation.</w:t>
      </w:r>
    </w:p>
    <w:p>
      <w:pPr>
        <w:jc w:val="right"/>
      </w:pPr>
      <w:r>
        <w:t>سو ناو، دا ایٹ پریزنٹ ان اور کنٹیمپری سچویشن، وی ہیو ٹو اوائڈ ال کائنڈ اف پولیٹیکل کنفرنٹیشن۔</w:t>
      </w:r>
    </w:p>
    <w:p>
      <w:r>
        <w:rPr>
          <w:b/>
        </w:rPr>
        <w:t xml:space="preserve">[31:32] </w:t>
      </w:r>
      <w:r>
        <w:t>There is no need to go to political confrontation.</w:t>
      </w:r>
    </w:p>
    <w:p>
      <w:pPr>
        <w:jc w:val="right"/>
      </w:pPr>
      <w:r>
        <w:t>دیر از نو نیڈ ٹو گو ٹو پولیٹیکل کنفرنٹیشن۔</w:t>
      </w:r>
    </w:p>
    <w:p>
      <w:r>
        <w:rPr>
          <w:b/>
        </w:rPr>
        <w:t xml:space="preserve">[31:36] </w:t>
      </w:r>
      <w:r>
        <w:t>We are free.</w:t>
      </w:r>
    </w:p>
    <w:p>
      <w:pPr>
        <w:jc w:val="right"/>
      </w:pPr>
      <w:r>
        <w:t>وی ار فری۔</w:t>
      </w:r>
    </w:p>
    <w:p>
      <w:r>
        <w:rPr>
          <w:b/>
        </w:rPr>
        <w:t xml:space="preserve">[31:38] </w:t>
      </w:r>
      <w:r>
        <w:t>We have to enjoy freedom.</w:t>
      </w:r>
    </w:p>
    <w:p>
      <w:pPr>
        <w:jc w:val="right"/>
      </w:pPr>
      <w:r>
        <w:t>وی ہیو ٹو انجوائے فریڈم۔</w:t>
      </w:r>
    </w:p>
    <w:p>
      <w:r>
        <w:rPr>
          <w:b/>
        </w:rPr>
        <w:t xml:space="preserve">[31:40] </w:t>
      </w:r>
      <w:r>
        <w:t>We have to avail the opportunities.</w:t>
      </w:r>
    </w:p>
    <w:p>
      <w:pPr>
        <w:jc w:val="right"/>
      </w:pPr>
      <w:r>
        <w:t>وی ہیو ٹو اویل دا اپرچونیٹیز۔</w:t>
      </w:r>
    </w:p>
    <w:p>
      <w:r>
        <w:rPr>
          <w:b/>
        </w:rPr>
        <w:t xml:space="preserve">[31:42] </w:t>
      </w:r>
      <w:r>
        <w:t>So we have to avail all those opportunities and do the work.</w:t>
      </w:r>
    </w:p>
    <w:p>
      <w:pPr>
        <w:jc w:val="right"/>
      </w:pPr>
      <w:r>
        <w:t>سو وی ہیو ٹو اویل ال دوز اپرچونیٹیز اینڈ ڈو دا ورک۔</w:t>
      </w:r>
    </w:p>
    <w:p>
      <w:r>
        <w:rPr>
          <w:b/>
        </w:rPr>
        <w:t xml:space="preserve">[31:48] </w:t>
      </w:r>
      <w:r>
        <w:t>aqoolu qawli wa astaghfirullaha al-ali al-azeem.</w:t>
      </w:r>
    </w:p>
    <w:p>
      <w:pPr>
        <w:jc w:val="right"/>
      </w:pPr>
      <w:r>
        <w:t>اقول قولی واستغفراللہ العلی العظیم۔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