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An Introduction to Islamic Fiqh I 27th July 07</w:t>
      </w:r>
    </w:p>
    <w:p>
      <w:r>
        <w:t>https://www.youtube.com/watch?v=NxlV5p3mWAM</w:t>
      </w:r>
    </w:p>
    <w:p>
      <w:r>
        <w:rPr>
          <w:b/>
        </w:rPr>
        <w:t xml:space="preserve">[00:22]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[00:27] </w:t>
      </w:r>
      <w:r>
        <w:t>The topic for this day is an introduction to Islamic Fiqh.</w:t>
      </w:r>
    </w:p>
    <w:p>
      <w:pPr>
        <w:jc w:val="right"/>
      </w:pPr>
      <w:r>
        <w:t>دا ٹاپک فار دس ڈے از این انٹروڈکشن ٹو اسلامک فقہ۔</w:t>
      </w:r>
    </w:p>
    <w:p>
      <w:r>
        <w:rPr>
          <w:b/>
        </w:rPr>
        <w:t xml:space="preserve">[00:32] </w:t>
      </w:r>
      <w:r>
        <w:t>An Introduction to Islamic Fiqh.</w:t>
      </w:r>
    </w:p>
    <w:p>
      <w:pPr>
        <w:jc w:val="right"/>
      </w:pPr>
      <w:r>
        <w:t>این انٹروڈکشن ٹو اسلامک فقہ۔</w:t>
      </w:r>
    </w:p>
    <w:p>
      <w:r>
        <w:rPr>
          <w:b/>
        </w:rPr>
        <w:t xml:space="preserve">[00:34] </w:t>
      </w:r>
      <w:r>
        <w:t>You know, fiqh is the third most important discipline in Islam.</w:t>
      </w:r>
    </w:p>
    <w:p>
      <w:pPr>
        <w:jc w:val="right"/>
      </w:pPr>
      <w:r>
        <w:t>یو نو، فقہ از دا تھرڈ موسٹ امپورٹنٹ ڈسپلن ان اسلام۔</w:t>
      </w:r>
    </w:p>
    <w:p>
      <w:r>
        <w:rPr>
          <w:b/>
        </w:rPr>
        <w:t xml:space="preserve">[00:39] </w:t>
      </w:r>
      <w:r>
        <w:t>First is the Quran, second is the Hadith, and third is the fiqh.</w:t>
      </w:r>
    </w:p>
    <w:p>
      <w:pPr>
        <w:jc w:val="right"/>
      </w:pPr>
      <w:r>
        <w:t>فرسٹ از دا قرآن، سیکنڈ از دا حدیث، اینڈ تھرڈ از دا فقہ۔</w:t>
      </w:r>
    </w:p>
    <w:p>
      <w:r>
        <w:rPr>
          <w:b/>
        </w:rPr>
        <w:t xml:space="preserve">[00:44] </w:t>
      </w:r>
      <w:r>
        <w:t>Quran gives us the basic ideology of Islam.</w:t>
      </w:r>
    </w:p>
    <w:p>
      <w:pPr>
        <w:jc w:val="right"/>
      </w:pPr>
      <w:r>
        <w:t>قرآن گیوز اس دا بیسک ائیڈیالوجی اف اسلام۔</w:t>
      </w:r>
    </w:p>
    <w:p>
      <w:r>
        <w:rPr>
          <w:b/>
        </w:rPr>
        <w:t xml:space="preserve">[00:48] </w:t>
      </w:r>
      <w:r>
        <w:t>The basic principles of Islam.</w:t>
      </w:r>
    </w:p>
    <w:p>
      <w:pPr>
        <w:jc w:val="right"/>
      </w:pPr>
      <w:r>
        <w:t>دا بیسک پرنسپلز اف اسلام۔</w:t>
      </w:r>
    </w:p>
    <w:p>
      <w:r>
        <w:rPr>
          <w:b/>
        </w:rPr>
        <w:t xml:space="preserve">[00:50] </w:t>
      </w:r>
      <w:r>
        <w:t>Deen-e Hadith gives us an authentic commentary of the Quran.</w:t>
      </w:r>
    </w:p>
    <w:p>
      <w:pPr>
        <w:jc w:val="right"/>
      </w:pPr>
      <w:r>
        <w:t>دین حدیث گیوز اس اینڈ اتھینٹک کمنٹری اف دا قرآن۔</w:t>
      </w:r>
    </w:p>
    <w:p>
      <w:r>
        <w:rPr>
          <w:b/>
        </w:rPr>
        <w:t xml:space="preserve">[00:54] </w:t>
      </w:r>
      <w:r>
        <w:t>I think that hadith is an authentic commentary of Islam.</w:t>
      </w:r>
    </w:p>
    <w:p>
      <w:pPr>
        <w:jc w:val="right"/>
      </w:pPr>
      <w:r>
        <w:t>ائی تھنک دیٹ حدیث از اینڈ اتھینٹک کمنٹری اف اسلام۔</w:t>
      </w:r>
    </w:p>
    <w:p>
      <w:r>
        <w:rPr>
          <w:b/>
        </w:rPr>
        <w:t xml:space="preserve">[00:58] </w:t>
      </w:r>
      <w:r>
        <w:t>All the hadith is commentary, but not in a in a in a popular sense.</w:t>
      </w:r>
    </w:p>
    <w:p>
      <w:pPr>
        <w:jc w:val="right"/>
      </w:pPr>
      <w:r>
        <w:t>ال دا حدیث از کمنٹری، بٹ ناٹ ان اے ان اے ان اے پاپولر سینس۔</w:t>
      </w:r>
    </w:p>
    <w:p>
      <w:r>
        <w:rPr>
          <w:b/>
        </w:rPr>
        <w:t xml:space="preserve">[01:05] </w:t>
      </w:r>
      <w:r>
        <w:t>You know, there are many commentaries of the Quran.</w:t>
      </w:r>
    </w:p>
    <w:p>
      <w:pPr>
        <w:jc w:val="right"/>
      </w:pPr>
      <w:r>
        <w:t>یو نو، دیر ار مینی کمنٹریز اف دا قرآن۔</w:t>
      </w:r>
    </w:p>
    <w:p>
      <w:r>
        <w:rPr>
          <w:b/>
        </w:rPr>
        <w:t xml:space="preserve">[01:09] </w:t>
      </w:r>
      <w:r>
        <w:t>The there are a special pattern of these commentaries from A to Z.</w:t>
      </w:r>
    </w:p>
    <w:p>
      <w:pPr>
        <w:jc w:val="right"/>
      </w:pPr>
      <w:r>
        <w:t>دا دیر ار ا سپیشل پیٹرن اف دیز کمنٹریز فرام اے ٹو زیڈ۔</w:t>
      </w:r>
    </w:p>
    <w:p>
      <w:r>
        <w:rPr>
          <w:b/>
        </w:rPr>
        <w:t xml:space="preserve">[01:14] </w:t>
      </w:r>
      <w:r>
        <w:t>But this pattern is not followed in the Hadith.</w:t>
      </w:r>
    </w:p>
    <w:p>
      <w:pPr>
        <w:jc w:val="right"/>
      </w:pPr>
      <w:r>
        <w:t>بٹ دس پیٹرن از ناٹ فالوڈ ان دا حدیث۔</w:t>
      </w:r>
    </w:p>
    <w:p>
      <w:r>
        <w:rPr>
          <w:b/>
        </w:rPr>
        <w:t xml:space="preserve">[01:18] </w:t>
      </w:r>
      <w:r>
        <w:t>But according to my study, all the hadith are commentary and interpretation of Islam of the Quran.</w:t>
      </w:r>
    </w:p>
    <w:p>
      <w:pPr>
        <w:jc w:val="right"/>
      </w:pPr>
      <w:r>
        <w:t>بٹ اکارڈنگ ٹو مائی سٹڈی، ال دی حدیث ار کمنٹری اینڈ انٹرپریٹیشن اف اسلام اف القرآن۔</w:t>
      </w:r>
    </w:p>
    <w:p>
      <w:r>
        <w:rPr>
          <w:b/>
        </w:rPr>
        <w:t xml:space="preserve">[01:25] </w:t>
      </w:r>
      <w:r>
        <w:t>Sometimes directly, and sometimes indirectly.</w:t>
      </w:r>
    </w:p>
    <w:p>
      <w:pPr>
        <w:jc w:val="right"/>
      </w:pPr>
      <w:r>
        <w:t>سم ٹائم ڈائریکٹلی، اینڈ سم ٹائم ان ڈائریکٹلی۔</w:t>
      </w:r>
    </w:p>
    <w:p>
      <w:r>
        <w:rPr>
          <w:b/>
        </w:rPr>
        <w:t xml:space="preserve">[01:28] </w:t>
      </w:r>
      <w:r>
        <w:t>Sometimes the prophet refers to a particular verse of the Quran, and then gives its meaning, its</w:t>
      </w:r>
    </w:p>
    <w:p>
      <w:pPr>
        <w:jc w:val="right"/>
      </w:pPr>
      <w:r>
        <w:t>سم ٹائم دا پرافٹ ریفرز ٹو ا پرٹیکولر ورس اف دا قرآن، اینڈ دین گیوز اٹس میننگ، اٹس</w:t>
      </w:r>
    </w:p>
    <w:p>
      <w:r>
        <w:rPr>
          <w:b/>
        </w:rPr>
        <w:t xml:space="preserve">[01:36] </w:t>
      </w:r>
      <w:r>
        <w:t>interpretation.</w:t>
      </w:r>
    </w:p>
    <w:p>
      <w:pPr>
        <w:jc w:val="right"/>
      </w:pPr>
      <w:r>
        <w:t>انٹرپریٹیشن۔</w:t>
      </w:r>
    </w:p>
    <w:p>
      <w:r>
        <w:rPr>
          <w:b/>
        </w:rPr>
        <w:t xml:space="preserve">[01:38] </w:t>
      </w:r>
      <w:r>
        <w:t>This is direct interpretation.</w:t>
      </w:r>
    </w:p>
    <w:p>
      <w:pPr>
        <w:jc w:val="right"/>
      </w:pPr>
      <w:r>
        <w:t>دس از ڈائریکٹ انٹرپریٹیشن۔</w:t>
      </w:r>
    </w:p>
    <w:p>
      <w:r>
        <w:rPr>
          <w:b/>
        </w:rPr>
        <w:t xml:space="preserve">[01:39] </w:t>
      </w:r>
      <w:r>
        <w:t>And sometime prophet says something not as a commentary, but it is also a commentary on and</w:t>
      </w:r>
    </w:p>
    <w:p>
      <w:pPr>
        <w:jc w:val="right"/>
      </w:pPr>
      <w:r>
        <w:t>اینڈ سم ٹائم پرافٹ سے سمتھنگ ناٹ ایز ا کمنٹری، بٹ اٹ از السو ا کمنٹری ان اینڈ</w:t>
      </w:r>
    </w:p>
    <w:p>
      <w:r>
        <w:rPr>
          <w:b/>
        </w:rPr>
        <w:t xml:space="preserve">[01:47] </w:t>
      </w:r>
      <w:r>
        <w:t>in direct way.</w:t>
      </w:r>
    </w:p>
    <w:p>
      <w:pPr>
        <w:jc w:val="right"/>
      </w:pPr>
      <w:r>
        <w:t>ان ڈائریکٹ وے۔</w:t>
      </w:r>
    </w:p>
    <w:p>
      <w:r>
        <w:rPr>
          <w:b/>
        </w:rPr>
        <w:t xml:space="preserve">[01:49] </w:t>
      </w:r>
      <w:r>
        <w:t>For example, in the Quran you read that alcohol is a sin.</w:t>
      </w:r>
    </w:p>
    <w:p>
      <w:pPr>
        <w:jc w:val="right"/>
      </w:pPr>
      <w:r>
        <w:t>فار ایگزامپل، ان دی قرآن یو ریڈ دیٹ الکوحل از ا سن۔</w:t>
      </w:r>
    </w:p>
    <w:p>
      <w:r>
        <w:rPr>
          <w:b/>
        </w:rPr>
        <w:t xml:space="preserve">[01:54] </w:t>
      </w:r>
      <w:r>
        <w:t>al-khabaru wal maysiru wal azlamu min al-shaitan.</w:t>
      </w:r>
    </w:p>
    <w:p>
      <w:pPr>
        <w:jc w:val="right"/>
      </w:pPr>
      <w:r>
        <w:t>ان الخبر والمیسر والاظلام من الشیطان۔</w:t>
      </w:r>
    </w:p>
    <w:p>
      <w:r>
        <w:rPr>
          <w:b/>
        </w:rPr>
        <w:t xml:space="preserve">[01:56] </w:t>
      </w:r>
      <w:r>
        <w:t>So you read in the Quran that alcohol, taking alcohol is a sin for true believers.</w:t>
      </w:r>
    </w:p>
    <w:p>
      <w:pPr>
        <w:jc w:val="right"/>
      </w:pPr>
      <w:r>
        <w:t>سو یو ریڈ ان دا قرآن دیٹ الکوحل ٹیکنگ الکوحل از ا سن فار ٹرو بیلیورز۔</w:t>
      </w:r>
    </w:p>
    <w:p>
      <w:r>
        <w:rPr>
          <w:b/>
        </w:rPr>
        <w:t xml:space="preserve">[02:03] </w:t>
      </w:r>
      <w:r>
        <w:t>But in Quran there is not, there are not all kind of details.</w:t>
      </w:r>
    </w:p>
    <w:p>
      <w:pPr>
        <w:jc w:val="right"/>
      </w:pPr>
      <w:r>
        <w:t>بٹ ان قرآن دیر از ناٹ، دیر ار ناٹ ال کائنڈ اف ڈیٹیلز۔</w:t>
      </w:r>
    </w:p>
    <w:p>
      <w:r>
        <w:rPr>
          <w:b/>
        </w:rPr>
        <w:t xml:space="preserve">[02:09] </w:t>
      </w:r>
      <w:r>
        <w:t>You find this detail, you find these details in the Hadith.</w:t>
      </w:r>
    </w:p>
    <w:p>
      <w:pPr>
        <w:jc w:val="right"/>
      </w:pPr>
      <w:r>
        <w:t>یو فائنڈ دس ڈیٹیل، یو فائنڈ دیز ڈیٹیلز ان دی حدیث۔</w:t>
      </w:r>
    </w:p>
    <w:p>
      <w:r>
        <w:rPr>
          <w:b/>
        </w:rPr>
        <w:t xml:space="preserve">[02:13] </w:t>
      </w:r>
      <w:r>
        <w:t>For example, without referring to the Quran, the Prophet of Islam has said: "Ma askara katheerahu faqaleeluhu haram".</w:t>
      </w:r>
    </w:p>
    <w:p>
      <w:pPr>
        <w:jc w:val="right"/>
      </w:pPr>
      <w:r>
        <w:t>فار ایگزامپل، وداؤٹ ریفرنگ ٹو دا قرآن، دا پرافٹ اف اسلام ہیز سیڈ: "ما اسکر کثیرہ فقلیلہ حرام"۔</w:t>
      </w:r>
    </w:p>
    <w:p>
      <w:r>
        <w:rPr>
          <w:b/>
        </w:rPr>
        <w:t xml:space="preserve">[02:21] </w:t>
      </w:r>
      <w:r>
        <w:t>In this hadith there is no reference to any verse of the Quran, but it is interpretation of</w:t>
      </w:r>
    </w:p>
    <w:p>
      <w:pPr>
        <w:jc w:val="right"/>
      </w:pPr>
      <w:r>
        <w:t>ان دس حدیث دیر از نو ریفرنس ٹو اینی ورس اف دی قرآن، بٹ اٹ از انٹرپریٹیشن اف</w:t>
      </w:r>
    </w:p>
    <w:p>
      <w:r>
        <w:rPr>
          <w:b/>
        </w:rPr>
        <w:t xml:space="preserve">[02:29] </w:t>
      </w:r>
      <w:r>
        <w:t>The Quran.</w:t>
      </w:r>
    </w:p>
    <w:p>
      <w:pPr>
        <w:jc w:val="right"/>
      </w:pPr>
      <w:r>
        <w:t>دا قرآن۔</w:t>
      </w:r>
    </w:p>
    <w:p>
      <w:r>
        <w:rPr>
          <w:b/>
        </w:rPr>
        <w:t xml:space="preserve">[02:30] </w:t>
      </w:r>
      <w:r>
        <w:t>It is commentary of the Quran.</w:t>
      </w:r>
    </w:p>
    <w:p>
      <w:pPr>
        <w:jc w:val="right"/>
      </w:pPr>
      <w:r>
        <w:t>اٹ از کمنٹری اف دا قرآن۔</w:t>
      </w:r>
    </w:p>
    <w:p>
      <w:r>
        <w:rPr>
          <w:b/>
        </w:rPr>
        <w:t xml:space="preserve">[02:33] </w:t>
      </w:r>
      <w:r>
        <w:t>This hadith means, when a large quantity of something leads to intoxication, then its small quantity is also</w:t>
      </w:r>
    </w:p>
    <w:p>
      <w:pPr>
        <w:jc w:val="right"/>
      </w:pPr>
      <w:r>
        <w:t>دس حدیث مینز وین ا لارج کوانٹٹی اف سمتھنگ لیڈز ٹو انٹوکسیکیشن، دین اٹس سمال کوانٹٹی از السو</w:t>
      </w:r>
    </w:p>
    <w:p>
      <w:r>
        <w:rPr>
          <w:b/>
        </w:rPr>
        <w:t xml:space="preserve">[02:41] </w:t>
      </w:r>
      <w:r>
        <w:t>unlawful in Islam.</w:t>
      </w:r>
    </w:p>
    <w:p>
      <w:pPr>
        <w:jc w:val="right"/>
      </w:pPr>
      <w:r>
        <w:t>ان لافل ان اسلام۔</w:t>
      </w:r>
    </w:p>
    <w:p>
      <w:r>
        <w:rPr>
          <w:b/>
        </w:rPr>
        <w:t xml:space="preserve">[02:42] </w:t>
      </w:r>
      <w:r>
        <w:t>Quran is a complete ideology.</w:t>
      </w:r>
    </w:p>
    <w:p>
      <w:pPr>
        <w:jc w:val="right"/>
      </w:pPr>
      <w:r>
        <w:t>قرآن از ا کمپلیٹ ائیڈیالوجی۔</w:t>
      </w:r>
    </w:p>
    <w:p>
      <w:r>
        <w:rPr>
          <w:b/>
        </w:rPr>
        <w:t xml:space="preserve">[02:44] </w:t>
      </w:r>
      <w:r>
        <w:t>All kind of fundamentals, all kind of principles are given in the Quran, but details are not there.</w:t>
      </w:r>
    </w:p>
    <w:p>
      <w:pPr>
        <w:jc w:val="right"/>
      </w:pPr>
      <w:r>
        <w:t>ال کائنڈ اف فنڈامینٹلز، ال کائنڈ اف پرنسپلز ار گیون ان دی قرآن، بٹ ڈیٹیلز ار ناٹ دیر۔</w:t>
      </w:r>
    </w:p>
    <w:p>
      <w:r>
        <w:rPr>
          <w:b/>
        </w:rPr>
        <w:t xml:space="preserve">[02:52] </w:t>
      </w:r>
      <w:r>
        <w:t>Every principle requires some detail, some practical detail.</w:t>
      </w:r>
    </w:p>
    <w:p>
      <w:pPr>
        <w:jc w:val="right"/>
      </w:pPr>
      <w:r>
        <w:t>ایوری پرنسپل ریکوائر سم ڈیٹیل، سم پریکٹیکل ڈیٹیل۔</w:t>
      </w:r>
    </w:p>
    <w:p>
      <w:r>
        <w:rPr>
          <w:b/>
        </w:rPr>
        <w:t xml:space="preserve">[02:56] </w:t>
      </w:r>
      <w:r>
        <w:t>So Hadith is Hadith means the sayings of the Prophet of Islam.</w:t>
      </w:r>
    </w:p>
    <w:p>
      <w:pPr>
        <w:jc w:val="right"/>
      </w:pPr>
      <w:r>
        <w:t>سو حدیث از حدیث مینز دا سینگز اف دا پرافٹ اف اسلام۔</w:t>
      </w:r>
    </w:p>
    <w:p>
      <w:r>
        <w:rPr>
          <w:b/>
        </w:rPr>
        <w:t xml:space="preserve">[03:01] </w:t>
      </w:r>
      <w:r>
        <w:t>So hadith is a commentary, and interpretation, a detailed description of the Quranic principles.</w:t>
      </w:r>
    </w:p>
    <w:p>
      <w:pPr>
        <w:jc w:val="right"/>
      </w:pPr>
      <w:r>
        <w:t>سو حدیث از ا کمنٹری، اینڈ انٹرپریٹیشن، ا ڈیٹیلڈ ڈسکرپشن اف دا قرآنک پرنسپلز۔</w:t>
      </w:r>
    </w:p>
    <w:p>
      <w:r>
        <w:rPr>
          <w:b/>
        </w:rPr>
        <w:t xml:space="preserve">[03:07] </w:t>
      </w:r>
      <w:r>
        <w:t>So in Islam there are three most important disciplines.</w:t>
      </w:r>
    </w:p>
    <w:p>
      <w:pPr>
        <w:jc w:val="right"/>
      </w:pPr>
      <w:r>
        <w:t>سو ان اسلام دیر ار تھری موسٹ امپورٹنٹ ڈسپلن۔</w:t>
      </w:r>
    </w:p>
    <w:p>
      <w:r>
        <w:rPr>
          <w:b/>
        </w:rPr>
        <w:t xml:space="preserve">[03:11] </w:t>
      </w:r>
      <w:r>
        <w:t>First is the Quran, that is word of God.</w:t>
      </w:r>
    </w:p>
    <w:p>
      <w:pPr>
        <w:jc w:val="right"/>
      </w:pPr>
      <w:r>
        <w:t>فرسٹ از دا قرآن، دیٹ از ورڈ اف گاڈ۔</w:t>
      </w:r>
    </w:p>
    <w:p>
      <w:r>
        <w:rPr>
          <w:b/>
        </w:rPr>
        <w:t xml:space="preserve">[03:14] </w:t>
      </w:r>
      <w:r>
        <w:t>Deen-e-Hadith, that is word of the prophet.</w:t>
      </w:r>
    </w:p>
    <w:p>
      <w:pPr>
        <w:jc w:val="right"/>
      </w:pPr>
      <w:r>
        <w:t>دین حدیث، دیٹ از ورڈ اف دا پرافٹ۔</w:t>
      </w:r>
    </w:p>
    <w:p>
      <w:r>
        <w:rPr>
          <w:b/>
        </w:rPr>
        <w:t xml:space="preserve">[03:18] </w:t>
      </w:r>
      <w:r>
        <w:t>Deen fiqh.</w:t>
      </w:r>
    </w:p>
    <w:p>
      <w:pPr>
        <w:jc w:val="right"/>
      </w:pPr>
      <w:r>
        <w:t>دین فقہ۔</w:t>
      </w:r>
    </w:p>
    <w:p>
      <w:r>
        <w:rPr>
          <w:b/>
        </w:rPr>
        <w:t xml:space="preserve">[03:19] </w:t>
      </w:r>
      <w:r>
        <w:t>Fiqh is fiqh is an inferential knowledge.</w:t>
      </w:r>
    </w:p>
    <w:p>
      <w:pPr>
        <w:jc w:val="right"/>
      </w:pPr>
      <w:r>
        <w:t>فقہ از فقہ از ا انفرینشل نالج۔</w:t>
      </w:r>
    </w:p>
    <w:p>
      <w:r>
        <w:rPr>
          <w:b/>
        </w:rPr>
        <w:t xml:space="preserve">[03:22] </w:t>
      </w:r>
      <w:r>
        <w:t>اور سکالرز اسٹڈی قرآن اینڈ حدیث، دین دے فارمولیٹڈ سم ڈیٹیلڈ پرنسپل بائی انفرنس، بائی دا وے آف</w:t>
      </w:r>
    </w:p>
    <w:p>
      <w:pPr>
        <w:jc w:val="right"/>
      </w:pPr>
      <w:r>
        <w:t>اور سکالرز اسٹڈی قرآن اینڈ حدیث، دین دے فارمولیٹڈ سم ڈیٹیلڈ پرنسپل بائی انفرنس، بائی دا وے اف</w:t>
      </w:r>
    </w:p>
    <w:p>
      <w:r>
        <w:rPr>
          <w:b/>
        </w:rPr>
        <w:t xml:space="preserve">[03:30] </w:t>
      </w:r>
      <w:r>
        <w:t>inference.</w:t>
      </w:r>
    </w:p>
    <w:p>
      <w:pPr>
        <w:jc w:val="right"/>
      </w:pPr>
      <w:r>
        <w:t>انفرنس۔</w:t>
      </w:r>
    </w:p>
    <w:p>
      <w:r>
        <w:rPr>
          <w:b/>
        </w:rPr>
        <w:t xml:space="preserve">[03:32] </w:t>
      </w:r>
      <w:r>
        <w:t>That is this discipline that is called fiqh.</w:t>
      </w:r>
    </w:p>
    <w:p>
      <w:pPr>
        <w:jc w:val="right"/>
      </w:pPr>
      <w:r>
        <w:t>دیٹ از دس ڈسپلن دیٹ از کالڈ فقہ۔</w:t>
      </w:r>
    </w:p>
    <w:p>
      <w:r>
        <w:rPr>
          <w:b/>
        </w:rPr>
        <w:t xml:space="preserve">[03:35] </w:t>
      </w:r>
      <w:r>
        <w:t>Now, the literal meaning of fiqh is understanding.</w:t>
      </w:r>
    </w:p>
    <w:p>
      <w:pPr>
        <w:jc w:val="right"/>
      </w:pPr>
      <w:r>
        <w:t>ناؤ، دا لٹرل میننگ اف فقہ از انڈرسٹینڈنگ۔</w:t>
      </w:r>
    </w:p>
    <w:p>
      <w:r>
        <w:rPr>
          <w:b/>
        </w:rPr>
        <w:t xml:space="preserve">[03:38] </w:t>
      </w:r>
      <w:r>
        <w:t>in the Quran and the Hadith you find this word, but not in the present, not as a</w:t>
      </w:r>
    </w:p>
    <w:p>
      <w:pPr>
        <w:jc w:val="right"/>
      </w:pPr>
      <w:r>
        <w:t>ان دی قرآن اینڈ دی حدیث یو فائنڈ دس ورڈ، بٹ ناٹ ان دا پریزنٹ، ناٹ ایز ا</w:t>
      </w:r>
    </w:p>
    <w:p>
      <w:r>
        <w:rPr>
          <w:b/>
        </w:rPr>
        <w:t xml:space="preserve">[03:46] </w:t>
      </w:r>
      <w:r>
        <w:t>present term.</w:t>
      </w:r>
    </w:p>
    <w:p>
      <w:pPr>
        <w:jc w:val="right"/>
      </w:pPr>
      <w:r>
        <w:t>پریزنٹ ٹرم۔</w:t>
      </w:r>
    </w:p>
    <w:p>
      <w:r>
        <w:rPr>
          <w:b/>
        </w:rPr>
        <w:t xml:space="preserve">[03:48] </w:t>
      </w:r>
      <w:r>
        <w:t>In the Quran and in the Hadith fiqh is used it in its literal sense, literal sense.</w:t>
      </w:r>
    </w:p>
    <w:p>
      <w:pPr>
        <w:jc w:val="right"/>
      </w:pPr>
      <w:r>
        <w:t>ان دی قرآن اینڈ ان دی حدیث فقہ از یوزڈ اٹ ان اٹس لٹری سینس، لٹری سینس۔</w:t>
      </w:r>
    </w:p>
    <w:p>
      <w:r>
        <w:rPr>
          <w:b/>
        </w:rPr>
        <w:t xml:space="preserve">[03:55] </w:t>
      </w:r>
      <w:r>
        <w:t>But in the in the past period fiqh became a term, term.</w:t>
      </w:r>
    </w:p>
    <w:p>
      <w:pPr>
        <w:jc w:val="right"/>
      </w:pPr>
      <w:r>
        <w:t>بٹ ان دا ان دا باسط پیریڈ فقہ بیکم ا ٹرم، ٹرم۔</w:t>
      </w:r>
    </w:p>
    <w:p>
      <w:r>
        <w:rPr>
          <w:b/>
        </w:rPr>
        <w:t xml:space="preserve">[04:00] </w:t>
      </w:r>
      <w:r>
        <w:t>And in in in this period fiqh became a term, that is the knowledge of Islamic jurisprudence.</w:t>
      </w:r>
    </w:p>
    <w:p>
      <w:pPr>
        <w:jc w:val="right"/>
      </w:pPr>
      <w:r>
        <w:t>اینڈ ان ان ان دس پیریڈ فقہ بیکم ا ٹرم، دیٹ از دی نالج اف اسلامک جورس پریڈنس۔</w:t>
      </w:r>
    </w:p>
    <w:p>
      <w:r>
        <w:rPr>
          <w:b/>
        </w:rPr>
        <w:t xml:space="preserve">[04:08] </w:t>
      </w:r>
      <w:r>
        <w:t>So now fiqh means Islamic jurisprudence.</w:t>
      </w:r>
    </w:p>
    <w:p>
      <w:pPr>
        <w:jc w:val="right"/>
      </w:pPr>
      <w:r>
        <w:t>سو ناؤ فقہ مینز اسلامک جورس پریڈنس۔</w:t>
      </w:r>
    </w:p>
    <w:p>
      <w:r>
        <w:rPr>
          <w:b/>
        </w:rPr>
        <w:t xml:space="preserve">[04:11] </w:t>
      </w:r>
      <w:r>
        <w:t>In other words, sharia.</w:t>
      </w:r>
    </w:p>
    <w:p>
      <w:pPr>
        <w:jc w:val="right"/>
      </w:pPr>
      <w:r>
        <w:t>ان ادر ورڈز، شریعہ۔</w:t>
      </w:r>
    </w:p>
    <w:p>
      <w:r>
        <w:rPr>
          <w:b/>
        </w:rPr>
        <w:t xml:space="preserve">[04:13] </w:t>
      </w:r>
      <w:r>
        <w:t>Fiqh and Sharia are both one and the same.</w:t>
      </w:r>
    </w:p>
    <w:p>
      <w:pPr>
        <w:jc w:val="right"/>
      </w:pPr>
      <w:r>
        <w:t>فقہ اور شریعہ ار بوتھ ون اینڈ دا سیم۔</w:t>
      </w:r>
    </w:p>
    <w:p>
      <w:r>
        <w:rPr>
          <w:b/>
        </w:rPr>
        <w:t xml:space="preserve">[04:16] </w:t>
      </w:r>
      <w:r>
        <w:t>Sharia is what is derived from the Quran and Hadith directly, and fiqh is those kind of those</w:t>
      </w:r>
    </w:p>
    <w:p>
      <w:pPr>
        <w:jc w:val="right"/>
      </w:pPr>
      <w:r>
        <w:t>شریعہ از واٹ از ڈرائیو فرام دا قرآن اینڈ حدیث ڈائریکٹلی، اینڈ فقہ از دوز کائنڈ اف دوز</w:t>
      </w:r>
    </w:p>
    <w:p>
      <w:r>
        <w:rPr>
          <w:b/>
        </w:rPr>
        <w:t xml:space="preserve">[04:24] </w:t>
      </w:r>
      <w:r>
        <w:t>kind of inferential knowledge, which was which was compiled by the scholars of the later period.</w:t>
      </w:r>
    </w:p>
    <w:p>
      <w:pPr>
        <w:jc w:val="right"/>
      </w:pPr>
      <w:r>
        <w:t>کائنڈ اف انفرینشل نالج، وچ واز وچ واز کمپائل بائی دی سکالرز اف دا لیٹر پیریڈ۔</w:t>
      </w:r>
    </w:p>
    <w:p>
      <w:r>
        <w:rPr>
          <w:b/>
        </w:rPr>
        <w:t xml:space="preserve">[04:31] </w:t>
      </w:r>
      <w:r>
        <w:t>Fiqh is very important, but fiqh is not a secret.</w:t>
      </w:r>
    </w:p>
    <w:p>
      <w:pPr>
        <w:jc w:val="right"/>
      </w:pPr>
      <w:r>
        <w:t>فقہ از ویری امپورٹنٹ، بٹ فقہ از ناٹ ا سیکرٹ۔</w:t>
      </w:r>
    </w:p>
    <w:p>
      <w:r>
        <w:rPr>
          <w:b/>
        </w:rPr>
        <w:t xml:space="preserve">[04:35] </w:t>
      </w:r>
      <w:r>
        <w:t>Quran is secret, Hadith is secret, but Fiqh is not a secret discipline.</w:t>
      </w:r>
    </w:p>
    <w:p>
      <w:pPr>
        <w:jc w:val="right"/>
      </w:pPr>
      <w:r>
        <w:t>قرآن از سیکرٹ، حدیث از سیکرٹ، بٹ فقہ از ناٹ ا سیکرٹ ڈسپلن۔</w:t>
      </w:r>
    </w:p>
    <w:p>
      <w:r>
        <w:rPr>
          <w:b/>
        </w:rPr>
        <w:t xml:space="preserve">[04:41] </w:t>
      </w:r>
      <w:r>
        <w:t>So you have to understand this difference.</w:t>
      </w:r>
    </w:p>
    <w:p>
      <w:pPr>
        <w:jc w:val="right"/>
      </w:pPr>
      <w:r>
        <w:t>سو یو ہیو ٹو انڈرسٹینڈ دس ڈیفرنس۔</w:t>
      </w:r>
    </w:p>
    <w:p>
      <w:r>
        <w:rPr>
          <w:b/>
        </w:rPr>
        <w:t xml:space="preserve">[04:44] </w:t>
      </w:r>
      <w:r>
        <w:t>Al-Quran and Hadith and Fiqh, all these three are important disciplines in Islam, but there is difference.</w:t>
      </w:r>
    </w:p>
    <w:p>
      <w:pPr>
        <w:jc w:val="right"/>
      </w:pPr>
      <w:r>
        <w:t>الدو قرآن اینڈ حدیث اینڈ فقہ، ال دیز تھری ار امپورٹنٹ ڈسپلن ان اسلام، بٹ دیر از ڈیفرنس۔</w:t>
      </w:r>
    </w:p>
    <w:p>
      <w:r>
        <w:rPr>
          <w:b/>
        </w:rPr>
        <w:t xml:space="preserve">[04:52] </w:t>
      </w:r>
      <w:r>
        <w:t>Quran is a sacred discipline, Hadith is a sacred discipline, but Fiqh is not.</w:t>
      </w:r>
    </w:p>
    <w:p>
      <w:pPr>
        <w:jc w:val="right"/>
      </w:pPr>
      <w:r>
        <w:t>قرآن از ا سیکرٹ ڈسپلن، حدیث از ا سیکرٹ ڈسپلن، بٹ فقہ از ناٹ۔</w:t>
      </w:r>
    </w:p>
    <w:p>
      <w:r>
        <w:rPr>
          <w:b/>
        </w:rPr>
        <w:t xml:space="preserve">[04:58] </w:t>
      </w:r>
      <w:r>
        <w:t>We can we can reconsider if those things that was formulated by our scholars in the later period.</w:t>
      </w:r>
    </w:p>
    <w:p>
      <w:pPr>
        <w:jc w:val="right"/>
      </w:pPr>
      <w:r>
        <w:t>وی کین وی کین ریکنسڈر اف دوز تھنگز دیٹ واز فارمولیٹڈ بائی اور سکالرز ان دا لیٹر پیریڈ۔</w:t>
      </w:r>
    </w:p>
    <w:p>
      <w:r>
        <w:rPr>
          <w:b/>
        </w:rPr>
        <w:t xml:space="preserve">[05:05] </w:t>
      </w:r>
      <w:r>
        <w:t>So although fiqh is an important discipline, and without fiqh the system of Islam cannot be completed.</w:t>
      </w:r>
    </w:p>
    <w:p>
      <w:pPr>
        <w:jc w:val="right"/>
      </w:pPr>
      <w:r>
        <w:t>سو الدو فقہ از ان امپورٹنٹ ڈسپلن، اینڈ وداؤٹ فقہ دا سسٹم اف اسلام کین ناٹ بی کمپلیٹڈ۔</w:t>
      </w:r>
    </w:p>
    <w:p>
      <w:r>
        <w:rPr>
          <w:b/>
        </w:rPr>
        <w:t xml:space="preserve">[05:13] </w:t>
      </w:r>
      <w:r>
        <w:t>But you must keep in mind this point that fiqh is not a secret.</w:t>
      </w:r>
    </w:p>
    <w:p>
      <w:pPr>
        <w:jc w:val="right"/>
      </w:pPr>
      <w:r>
        <w:t>بٹ یو مسٹ کیپ ان مائنڈ دس پوائنٹ دیٹ فقہ از ناٹ ا سیکرٹ۔</w:t>
      </w:r>
    </w:p>
    <w:p>
      <w:r>
        <w:rPr>
          <w:b/>
        </w:rPr>
        <w:t xml:space="preserve">[05:19] </w:t>
      </w:r>
      <w:r>
        <w:t>Now, there is a question: Why there are four fiqhi schools? Although there were some other fiqhi schools,</w:t>
      </w:r>
    </w:p>
    <w:p>
      <w:pPr>
        <w:jc w:val="right"/>
      </w:pPr>
      <w:r>
        <w:t>ناؤ، دیر از ا کوئسچن: وائی دیر ار فور فقہی سکولز؟ الدو دیر وار سم ادر فقہی سکولز،</w:t>
      </w:r>
    </w:p>
    <w:p>
      <w:r>
        <w:rPr>
          <w:b/>
        </w:rPr>
        <w:t xml:space="preserve">[05:27] </w:t>
      </w:r>
      <w:r>
        <w:t>But now Muslims believe in four schools.</w:t>
      </w:r>
    </w:p>
    <w:p>
      <w:pPr>
        <w:jc w:val="right"/>
      </w:pPr>
      <w:r>
        <w:t>بٹ ناؤ مسلمز بیلیو ان فور سکولز۔</w:t>
      </w:r>
    </w:p>
    <w:p>
      <w:r>
        <w:rPr>
          <w:b/>
        </w:rPr>
        <w:t xml:space="preserve">[05:30] </w:t>
      </w:r>
      <w:r>
        <w:t>And if you add Shia sect, then there are five schools: Fiqh Hanafi, Fiqh Shafi'i, Fiqh Fiqh Balki,</w:t>
      </w:r>
    </w:p>
    <w:p>
      <w:pPr>
        <w:jc w:val="right"/>
      </w:pPr>
      <w:r>
        <w:t>اینڈ اف یو ایڈ شیعہ سیکٹ، دین دیر ار فائیو سکولز: فقہ حنفی، فقہ شافعی، فقہ فقہ بالکی،</w:t>
      </w:r>
    </w:p>
    <w:p>
      <w:r>
        <w:rPr>
          <w:b/>
        </w:rPr>
        <w:t xml:space="preserve">[05:37] </w:t>
      </w:r>
      <w:r>
        <w:t>فقہ حنبلی، and according to Shia people, فقہ جعفری۔</w:t>
      </w:r>
    </w:p>
    <w:p>
      <w:pPr>
        <w:jc w:val="right"/>
      </w:pPr>
      <w:r>
        <w:t>فقہ حنبلی، اینڈ اکارڈنگ ٹو شیعہ پیپل، فقہ جعفری۔</w:t>
      </w:r>
    </w:p>
    <w:p>
      <w:r>
        <w:rPr>
          <w:b/>
        </w:rPr>
        <w:t xml:space="preserve">[05:41] </w:t>
      </w:r>
      <w:r>
        <w:t>So among Sunni Muslims, there are four Fiqhi schools, four schools of Fiqh that is called Hanafi Fiqh,</w:t>
      </w:r>
    </w:p>
    <w:p>
      <w:pPr>
        <w:jc w:val="right"/>
      </w:pPr>
      <w:r>
        <w:t>سو امنگ سنی مسلم، دیر ار فور فقہی سکولز، فور سکول اف فقہ دیٹ از کالڈ حنفی فقہ،</w:t>
      </w:r>
    </w:p>
    <w:p>
      <w:r>
        <w:rPr>
          <w:b/>
        </w:rPr>
        <w:t xml:space="preserve">[05:49] </w:t>
      </w:r>
      <w:r>
        <w:t>شافعی فقہ، حنبلی فقہ، and مالکی فقہ۔</w:t>
      </w:r>
    </w:p>
    <w:p>
      <w:pPr>
        <w:jc w:val="right"/>
      </w:pPr>
      <w:r>
        <w:t>شافعی فقہ، حنبلی فقہ، اینڈ مالکی فقہ۔</w:t>
      </w:r>
    </w:p>
    <w:p>
      <w:r>
        <w:rPr>
          <w:b/>
        </w:rPr>
        <w:t xml:space="preserve">[05:52] </w:t>
      </w:r>
      <w:r>
        <w:t>So there is a question: why Islam was divided into four fiqh? Islam was a religion.</w:t>
      </w:r>
    </w:p>
    <w:p>
      <w:pPr>
        <w:jc w:val="right"/>
      </w:pPr>
      <w:r>
        <w:t>سو دیر از ا کوئسچن: وائی اسلام واز ڈیوائیڈڈ انٹو فور فقہ؟ اسلام واز ا ریلیجن۔</w:t>
      </w:r>
    </w:p>
    <w:p>
      <w:r>
        <w:rPr>
          <w:b/>
        </w:rPr>
        <w:t xml:space="preserve">[05:59] </w:t>
      </w:r>
      <w:r>
        <w:t>Islam was based on in the oneness of God.</w:t>
      </w:r>
    </w:p>
    <w:p>
      <w:pPr>
        <w:jc w:val="right"/>
      </w:pPr>
      <w:r>
        <w:t>اسلام واز بیسڈ ان ان دی وننس اف گاڈ۔</w:t>
      </w:r>
    </w:p>
    <w:p>
      <w:r>
        <w:rPr>
          <w:b/>
        </w:rPr>
        <w:t xml:space="preserve">[06:03] </w:t>
      </w:r>
      <w:r>
        <w:t>Islam was based on the property of Muhammad sallallahu alaihi wasallam.</w:t>
      </w:r>
    </w:p>
    <w:p>
      <w:pPr>
        <w:jc w:val="right"/>
      </w:pPr>
      <w:r>
        <w:t>اسلام واز بیسڈ ان دی پراپرٹی اف محمد صلی اللہ علیہ وسلم۔</w:t>
      </w:r>
    </w:p>
    <w:p>
      <w:r>
        <w:rPr>
          <w:b/>
        </w:rPr>
        <w:t xml:space="preserve">[06:08] </w:t>
      </w:r>
      <w:r>
        <w:t>Then, why it happened that now we find four fiqh? So it is a question that why fiqh</w:t>
      </w:r>
    </w:p>
    <w:p>
      <w:pPr>
        <w:jc w:val="right"/>
      </w:pPr>
      <w:r>
        <w:t>دین وائی اٹ ہیپن دیٹ ناؤ وی فائنڈ فور فقہ؟ سو اٹ از ا کوئسچن دیٹ وائی فقہ</w:t>
      </w:r>
    </w:p>
    <w:p>
      <w:r>
        <w:rPr>
          <w:b/>
        </w:rPr>
        <w:t xml:space="preserve">[06:16] </w:t>
      </w:r>
      <w:r>
        <w:t>was divided into four fiqh? Why not only one? I would like to give some detail to understand</w:t>
      </w:r>
    </w:p>
    <w:p>
      <w:pPr>
        <w:jc w:val="right"/>
      </w:pPr>
      <w:r>
        <w:t>واز ڈیوائیڈڈ انٹو فور فقہ؟ وائی ناٹ اونلی ون؟ ائی وڈ لائک ٹو گیو سم ڈیٹیل ٹو انڈرسٹینڈ</w:t>
      </w:r>
    </w:p>
    <w:p>
      <w:r>
        <w:rPr>
          <w:b/>
        </w:rPr>
        <w:t xml:space="preserve">[06:23] </w:t>
      </w:r>
      <w:r>
        <w:t>This phenomena.</w:t>
      </w:r>
    </w:p>
    <w:p>
      <w:pPr>
        <w:jc w:val="right"/>
      </w:pPr>
      <w:r>
        <w:t>دس فیناومینا۔</w:t>
      </w:r>
    </w:p>
    <w:p>
      <w:r>
        <w:rPr>
          <w:b/>
        </w:rPr>
        <w:t xml:space="preserve">[06:25] </w:t>
      </w:r>
      <w:r>
        <w:t>You know, hadith literature was every time in Muslim society, but it was mostly in the memory of</w:t>
      </w:r>
    </w:p>
    <w:p>
      <w:pPr>
        <w:jc w:val="right"/>
      </w:pPr>
      <w:r>
        <w:t>یو نو، حدیث لٹریچر واز ایوری ٹائم ان مسلم سوسائٹی، بٹ اٹ واز موسٹلی ان دا میموری اف</w:t>
      </w:r>
    </w:p>
    <w:p>
      <w:r>
        <w:rPr>
          <w:b/>
        </w:rPr>
        <w:t xml:space="preserve">[06:32] </w:t>
      </w:r>
      <w:r>
        <w:t>The people.</w:t>
      </w:r>
    </w:p>
    <w:p>
      <w:pPr>
        <w:jc w:val="right"/>
      </w:pPr>
      <w:r>
        <w:t>دا پیپل۔</w:t>
      </w:r>
    </w:p>
    <w:p>
      <w:r>
        <w:rPr>
          <w:b/>
        </w:rPr>
        <w:t xml:space="preserve">[06:34] </w:t>
      </w:r>
      <w:r>
        <w:t>Some hadith were written, were kept.</w:t>
      </w:r>
    </w:p>
    <w:p>
      <w:pPr>
        <w:jc w:val="right"/>
      </w:pPr>
      <w:r>
        <w:t>سم حدیث ویر رٹن، ویر کیپٹ۔</w:t>
      </w:r>
    </w:p>
    <w:p>
      <w:r>
        <w:rPr>
          <w:b/>
        </w:rPr>
        <w:t xml:space="preserve">[06:37] </w:t>
      </w:r>
      <w:r>
        <w:t>some hadith were kept in written form, but the majority of hadith were in the memory of the</w:t>
      </w:r>
    </w:p>
    <w:p>
      <w:pPr>
        <w:jc w:val="right"/>
      </w:pPr>
      <w:r>
        <w:t>سم حدیث ویر کیپٹ ان رٹن فارم، بٹ دا میجورٹی اف حدیث ویر ان دی میموری اف دا</w:t>
      </w:r>
    </w:p>
    <w:p>
      <w:r>
        <w:rPr>
          <w:b/>
        </w:rPr>
        <w:t xml:space="preserve">[06:44] </w:t>
      </w:r>
      <w:r>
        <w:t>people.</w:t>
      </w:r>
    </w:p>
    <w:p>
      <w:pPr>
        <w:jc w:val="right"/>
      </w:pPr>
      <w:r>
        <w:t>پیپل۔</w:t>
      </w:r>
    </w:p>
    <w:p>
      <w:r>
        <w:rPr>
          <w:b/>
        </w:rPr>
        <w:t xml:space="preserve">[06:46] </w:t>
      </w:r>
      <w:r>
        <w:t>Although the Hadith were present, but but mostly in the memory.</w:t>
      </w:r>
    </w:p>
    <w:p>
      <w:pPr>
        <w:jc w:val="right"/>
      </w:pPr>
      <w:r>
        <w:t>الدو ال دی حدیث ویر پریزنٹ، بٹ بٹ موسٹلی ان دا میموری۔</w:t>
      </w:r>
    </w:p>
    <w:p>
      <w:r>
        <w:rPr>
          <w:b/>
        </w:rPr>
        <w:t xml:space="preserve">[06:51] </w:t>
      </w:r>
      <w:r>
        <w:t>Every day they were they were talking about Hadith.</w:t>
      </w:r>
    </w:p>
    <w:p>
      <w:pPr>
        <w:jc w:val="right"/>
      </w:pPr>
      <w:r>
        <w:t>ایوری ڈے دے ویر دے ویر ٹاکنگ اباؤٹ حدیث۔</w:t>
      </w:r>
    </w:p>
    <w:p>
      <w:r>
        <w:rPr>
          <w:b/>
        </w:rPr>
        <w:t xml:space="preserve">[06:55] </w:t>
      </w:r>
      <w:r>
        <w:t>There was discussions about Hadith.</w:t>
      </w:r>
    </w:p>
    <w:p>
      <w:pPr>
        <w:jc w:val="right"/>
      </w:pPr>
      <w:r>
        <w:t>دیر واز ڈسکشنز اباؤٹ حدیث۔</w:t>
      </w:r>
    </w:p>
    <w:p>
      <w:r>
        <w:rPr>
          <w:b/>
        </w:rPr>
        <w:t xml:space="preserve">[06:57] </w:t>
      </w:r>
      <w:r>
        <w:t>There was exchange in Hadith.</w:t>
      </w:r>
    </w:p>
    <w:p>
      <w:pPr>
        <w:jc w:val="right"/>
      </w:pPr>
      <w:r>
        <w:t>دیر واز ایکسچینج ان حدیث۔</w:t>
      </w:r>
    </w:p>
    <w:p>
      <w:r>
        <w:rPr>
          <w:b/>
        </w:rPr>
        <w:t xml:space="preserve">[06:59] </w:t>
      </w:r>
      <w:r>
        <w:t>So every day hadith was in the discussions.</w:t>
      </w:r>
    </w:p>
    <w:p>
      <w:pPr>
        <w:jc w:val="right"/>
      </w:pPr>
      <w:r>
        <w:t>سو ایوری ڈے حدیث واز ان دی ڈسکشنز۔</w:t>
      </w:r>
    </w:p>
    <w:p>
      <w:r>
        <w:rPr>
          <w:b/>
        </w:rPr>
        <w:t xml:space="preserve">[07:02] </w:t>
      </w:r>
      <w:r>
        <w:t>Every day the greatest discipline was at the time hadith.</w:t>
      </w:r>
    </w:p>
    <w:p>
      <w:pPr>
        <w:jc w:val="right"/>
      </w:pPr>
      <w:r>
        <w:t>ایوری ڈے دا گریٹسٹ ڈسپلن واز ایٹ دا ٹائم حدیث۔</w:t>
      </w:r>
    </w:p>
    <w:p>
      <w:r>
        <w:rPr>
          <w:b/>
        </w:rPr>
        <w:t xml:space="preserve">[07:07] </w:t>
      </w:r>
      <w:r>
        <w:t>So every day hadith was under discussion.</w:t>
      </w:r>
    </w:p>
    <w:p>
      <w:pPr>
        <w:jc w:val="right"/>
      </w:pPr>
      <w:r>
        <w:t>سو ایوری ڈے حدیث واز انڈر ڈسکشن۔</w:t>
      </w:r>
    </w:p>
    <w:p>
      <w:r>
        <w:rPr>
          <w:b/>
        </w:rPr>
        <w:t xml:space="preserve">[07:10] </w:t>
      </w:r>
      <w:r>
        <w:t>It happened in the Abbasid period that Hadith was compiled in in the book form.</w:t>
      </w:r>
    </w:p>
    <w:p>
      <w:pPr>
        <w:jc w:val="right"/>
      </w:pPr>
      <w:r>
        <w:t>اٹ ہیپنڈ ان دی اباسط پیریڈ دیٹ حدیث واز کمپائلڈ ان ان دا بک فارم۔</w:t>
      </w:r>
    </w:p>
    <w:p>
      <w:r>
        <w:rPr>
          <w:b/>
        </w:rPr>
        <w:t xml:space="preserve">[07:16] </w:t>
      </w:r>
      <w:r>
        <w:t>Now we find hadith in the book form.</w:t>
      </w:r>
    </w:p>
    <w:p>
      <w:pPr>
        <w:jc w:val="right"/>
      </w:pPr>
      <w:r>
        <w:t>ناؤ وی فائنڈ حدیث ان دا بک فارم۔</w:t>
      </w:r>
    </w:p>
    <w:p>
      <w:r>
        <w:rPr>
          <w:b/>
        </w:rPr>
        <w:t xml:space="preserve">[07:20] </w:t>
      </w:r>
      <w:r>
        <w:t>There are about two dozens of Hadith books.</w:t>
      </w:r>
    </w:p>
    <w:p>
      <w:pPr>
        <w:jc w:val="right"/>
      </w:pPr>
      <w:r>
        <w:t>دیر ار اباؤٹ ٹو ڈزنز اف حدیث بکس۔</w:t>
      </w:r>
    </w:p>
    <w:p>
      <w:r>
        <w:rPr>
          <w:b/>
        </w:rPr>
        <w:t xml:space="preserve">[07:23] </w:t>
      </w:r>
      <w:r>
        <w:t>Among those six are called Sahih Sitta.</w:t>
      </w:r>
    </w:p>
    <w:p>
      <w:pPr>
        <w:jc w:val="right"/>
      </w:pPr>
      <w:r>
        <w:t>امنگ دوز سکس ار کالڈ صحائے ستہ۔</w:t>
      </w:r>
    </w:p>
    <w:p>
      <w:r>
        <w:rPr>
          <w:b/>
        </w:rPr>
        <w:t xml:space="preserve">[07:26] </w:t>
      </w:r>
      <w:r>
        <w:t>So all these hadith are now kept in book forms, but this was not at the time.</w:t>
      </w:r>
    </w:p>
    <w:p>
      <w:pPr>
        <w:jc w:val="right"/>
      </w:pPr>
      <w:r>
        <w:t>سو ال دیز حدیث ار ناؤ کیپٹ ان بک فارمز، بٹ دس واز ناٹ ایٹ دا ٹائم۔</w:t>
      </w:r>
    </w:p>
    <w:p>
      <w:r>
        <w:rPr>
          <w:b/>
        </w:rPr>
        <w:t xml:space="preserve">[07:33] </w:t>
      </w:r>
      <w:r>
        <w:t>So during the during the Abbasid caliphate, Islamic scholars wanted to compile all these hadith, and they compiled</w:t>
      </w:r>
    </w:p>
    <w:p>
      <w:pPr>
        <w:jc w:val="right"/>
      </w:pPr>
      <w:r>
        <w:t>سو ڈیورنگ دا ڈیورنگ دا اباسط خلیفۃ، اسلامک سکالرز وانٹڈ ٹو کمپائل ال دیز حدیث، اینڈ دے کمپائل</w:t>
      </w:r>
    </w:p>
    <w:p>
      <w:r>
        <w:rPr>
          <w:b/>
        </w:rPr>
        <w:t xml:space="preserve">[07:41] </w:t>
      </w:r>
      <w:r>
        <w:t>These hadith in several books like Sahih al-Bukhari, Sahih Muslim, and other books like Ibn Majah, and Nasai,</w:t>
      </w:r>
    </w:p>
    <w:p>
      <w:pPr>
        <w:jc w:val="right"/>
      </w:pPr>
      <w:r>
        <w:t>دیز حدیث ان سیورل بکس لائک صحیح البخاری، صحیح مسلم، اینڈ ادر بکس لائک ابن ماجہ، اینڈ نسائی،</w:t>
      </w:r>
    </w:p>
    <w:p>
      <w:r>
        <w:rPr>
          <w:b/>
        </w:rPr>
        <w:t xml:space="preserve">[07:49] </w:t>
      </w:r>
      <w:r>
        <w:t>And Muwatta, and Musnad Ahmad.</w:t>
      </w:r>
    </w:p>
    <w:p>
      <w:pPr>
        <w:jc w:val="right"/>
      </w:pPr>
      <w:r>
        <w:t>اینڈ معطہ، اینڈ مسند احمد۔</w:t>
      </w:r>
    </w:p>
    <w:p>
      <w:r>
        <w:rPr>
          <w:b/>
        </w:rPr>
        <w:t xml:space="preserve">[07:51] </w:t>
      </w:r>
      <w:r>
        <w:t>So during Abbasid period, all the Hadith were compiled in book form.</w:t>
      </w:r>
    </w:p>
    <w:p>
      <w:pPr>
        <w:jc w:val="right"/>
      </w:pPr>
      <w:r>
        <w:t>سو ڈیورنگ اباسط پیریڈ، ال دی حدیث ویر کمپائلڈ ان بک فارم۔</w:t>
      </w:r>
    </w:p>
    <w:p>
      <w:r>
        <w:rPr>
          <w:b/>
        </w:rPr>
        <w:t xml:space="preserve">[07:56] </w:t>
      </w:r>
      <w:r>
        <w:t>Now when these hadith were compiled, people found that there are some kind of differences in these hadith.</w:t>
      </w:r>
    </w:p>
    <w:p>
      <w:pPr>
        <w:jc w:val="right"/>
      </w:pPr>
      <w:r>
        <w:t>ناؤ وین دیز حدیث ویر کمپائلڈ، پیپل فاؤنڈ دیٹ دیر ار سم کائنڈ اف ڈیفرنسز ان دیز حدیث۔</w:t>
      </w:r>
    </w:p>
    <w:p>
      <w:r>
        <w:rPr>
          <w:b/>
        </w:rPr>
        <w:t xml:space="preserve">[08:04] </w:t>
      </w:r>
      <w:r>
        <w:t>All these hadith were narrated by Sahaba.</w:t>
      </w:r>
    </w:p>
    <w:p>
      <w:pPr>
        <w:jc w:val="right"/>
      </w:pPr>
      <w:r>
        <w:t>ال دیز حدیث ویر ویر نیریٹڈ بائی صحابہ۔</w:t>
      </w:r>
    </w:p>
    <w:p>
      <w:r>
        <w:rPr>
          <w:b/>
        </w:rPr>
        <w:t xml:space="preserve">[08:07] </w:t>
      </w:r>
      <w:r>
        <w:t>The companions of the Prophet of Islam listened directly from the Prophet.</w:t>
      </w:r>
    </w:p>
    <w:p>
      <w:pPr>
        <w:jc w:val="right"/>
      </w:pPr>
      <w:r>
        <w:t>دا کمپینینس اف دا پرافٹ اف اسلام لسن ڈائریکٹلی فرام دی پرافٹ۔</w:t>
      </w:r>
    </w:p>
    <w:p>
      <w:r>
        <w:rPr>
          <w:b/>
        </w:rPr>
        <w:t xml:space="preserve">[08:12] </w:t>
      </w:r>
      <w:r>
        <w:t>Deen they narrated it to the next generation, that is Tabi'een.</w:t>
      </w:r>
    </w:p>
    <w:p>
      <w:pPr>
        <w:jc w:val="right"/>
      </w:pPr>
      <w:r>
        <w:t>دین دے نیریٹڈ اٹ ٹو دی نیکسٹ جنریشن، دیٹ از تابعین۔</w:t>
      </w:r>
    </w:p>
    <w:p>
      <w:r>
        <w:rPr>
          <w:b/>
        </w:rPr>
        <w:t xml:space="preserve">[08:17] </w:t>
      </w:r>
      <w:r>
        <w:t>So from prophet to companion, from companion to the companion of the companion, then to the what we</w:t>
      </w:r>
    </w:p>
    <w:p>
      <w:pPr>
        <w:jc w:val="right"/>
      </w:pPr>
      <w:r>
        <w:t>سو فرام پرافٹ ٹو کمپینین، فرام کمپینین ٹو دی کمپینین اف دا کمپینین، دین ٹو دی واٹ وی</w:t>
      </w:r>
    </w:p>
    <w:p>
      <w:r>
        <w:rPr>
          <w:b/>
        </w:rPr>
        <w:t xml:space="preserve">[08:25] </w:t>
      </w:r>
      <w:r>
        <w:t>call tabein.</w:t>
      </w:r>
    </w:p>
    <w:p>
      <w:pPr>
        <w:jc w:val="right"/>
      </w:pPr>
      <w:r>
        <w:t>کال تابعین۔</w:t>
      </w:r>
    </w:p>
    <w:p>
      <w:r>
        <w:rPr>
          <w:b/>
        </w:rPr>
        <w:t xml:space="preserve">[08:26] </w:t>
      </w:r>
      <w:r>
        <w:t>So this was a chain of narration.</w:t>
      </w:r>
    </w:p>
    <w:p>
      <w:pPr>
        <w:jc w:val="right"/>
      </w:pPr>
      <w:r>
        <w:t>سو دس واز ا چین اف نیریشن۔</w:t>
      </w:r>
    </w:p>
    <w:p>
      <w:r>
        <w:rPr>
          <w:b/>
        </w:rPr>
        <w:t xml:space="preserve">[08:29] </w:t>
      </w:r>
      <w:r>
        <w:t>Basically, all the hadith were narrated by Sahaba, companions of the Prophet.</w:t>
      </w:r>
    </w:p>
    <w:p>
      <w:pPr>
        <w:jc w:val="right"/>
      </w:pPr>
      <w:r>
        <w:t>بیسیکلی، ال دا حدیث ویر نیریٹڈ بائی صحابہ، کمپینین اف دا پرافٹ۔</w:t>
      </w:r>
    </w:p>
    <w:p>
      <w:r>
        <w:rPr>
          <w:b/>
        </w:rPr>
        <w:t xml:space="preserve">[08:34] </w:t>
      </w:r>
      <w:r>
        <w:t>So when these hadith were compiled in the form of several books, people found that there are some</w:t>
      </w:r>
    </w:p>
    <w:p>
      <w:pPr>
        <w:jc w:val="right"/>
      </w:pPr>
      <w:r>
        <w:t>سو وین دیز حدیث ویر کمپائلڈ ان دا فارم اف سیورل بکس، پیپل فاؤنڈ دیٹ دیر ار سم</w:t>
      </w:r>
    </w:p>
    <w:p>
      <w:r>
        <w:rPr>
          <w:b/>
        </w:rPr>
        <w:t xml:space="preserve">[08:42] </w:t>
      </w:r>
      <w:r>
        <w:t>differences.</w:t>
      </w:r>
    </w:p>
    <w:p>
      <w:pPr>
        <w:jc w:val="right"/>
      </w:pPr>
      <w:r>
        <w:t>ڈیفرنسز۔</w:t>
      </w:r>
    </w:p>
    <w:p>
      <w:r>
        <w:rPr>
          <w:b/>
        </w:rPr>
        <w:t xml:space="preserve">[08:44] </w:t>
      </w:r>
      <w:r>
        <w:t>What happened that? Take, let us take the ibadah namaz.</w:t>
      </w:r>
    </w:p>
    <w:p>
      <w:pPr>
        <w:jc w:val="right"/>
      </w:pPr>
      <w:r>
        <w:t>واٹ ہیپن دیٹ؟ ٹیک لیٹ اس ٹیک دی عبادہ نماز۔</w:t>
      </w:r>
    </w:p>
    <w:p>
      <w:r>
        <w:rPr>
          <w:b/>
        </w:rPr>
        <w:t xml:space="preserve">[08:48] </w:t>
      </w:r>
      <w:r>
        <w:t>So all the all the Sahaba, you know, there was a hadith: "Sallu kama ra'aitumuni usalli".</w:t>
      </w:r>
    </w:p>
    <w:p>
      <w:pPr>
        <w:jc w:val="right"/>
      </w:pPr>
      <w:r>
        <w:t>سو ال دا ال دا صحابہ، یو نو، دیر واز ا حدیث: "صلو کما رایت منی اصلی"۔</w:t>
      </w:r>
    </w:p>
    <w:p>
      <w:r>
        <w:rPr>
          <w:b/>
        </w:rPr>
        <w:t xml:space="preserve">[08:55] </w:t>
      </w:r>
      <w:r>
        <w:t>"اے perform namaz, perform salat, as you see myself performing."</w:t>
      </w:r>
    </w:p>
    <w:p>
      <w:pPr>
        <w:jc w:val="right"/>
      </w:pPr>
      <w:r>
        <w:t>اے پرفارم نماز، پرفارم صلاۃ، ایز یو سی مائی سیلف پرفارمنگ۔</w:t>
      </w:r>
    </w:p>
    <w:p>
      <w:r>
        <w:rPr>
          <w:b/>
        </w:rPr>
        <w:t xml:space="preserve">[09:00] </w:t>
      </w:r>
      <w:r>
        <w:t>So Sahaba, that is companions, narrated that this we saw the prophet, this we listened from the prophet.</w:t>
      </w:r>
    </w:p>
    <w:p>
      <w:pPr>
        <w:jc w:val="right"/>
      </w:pPr>
      <w:r>
        <w:t>سو صحابہ، دیٹ از کمپینینز، نیریٹڈ دیٹ دس وی سا دا پرافٹ، دس وی لسن فرام دا پرافٹ۔</w:t>
      </w:r>
    </w:p>
    <w:p>
      <w:r>
        <w:rPr>
          <w:b/>
        </w:rPr>
        <w:t xml:space="preserve">[09:08] </w:t>
      </w:r>
      <w:r>
        <w:t>So when these narrations were compiled, people found that in some part of the ibadah, all the Sahaba</w:t>
      </w:r>
    </w:p>
    <w:p>
      <w:pPr>
        <w:jc w:val="right"/>
      </w:pPr>
      <w:r>
        <w:t>سو وین دیز نیریشنز ویر کمپائلڈ، پیپل فاؤنڈ دیٹ ان سم پارٹ اف دا عبادہ، ال دا صحابہ</w:t>
      </w:r>
    </w:p>
    <w:p>
      <w:r>
        <w:rPr>
          <w:b/>
        </w:rPr>
        <w:t xml:space="preserve">[09:15] </w:t>
      </w:r>
      <w:r>
        <w:t>are one and the same.</w:t>
      </w:r>
    </w:p>
    <w:p>
      <w:pPr>
        <w:jc w:val="right"/>
      </w:pPr>
      <w:r>
        <w:t>ار ون اینڈ دا سیم۔</w:t>
      </w:r>
    </w:p>
    <w:p>
      <w:r>
        <w:rPr>
          <w:b/>
        </w:rPr>
        <w:t xml:space="preserve">[09:17] </w:t>
      </w:r>
      <w:r>
        <w:t>For example, every Sahabi tells us that there were five time prayers.</w:t>
      </w:r>
    </w:p>
    <w:p>
      <w:pPr>
        <w:jc w:val="right"/>
      </w:pPr>
      <w:r>
        <w:t>فار ایگزیمپل، ایوری صحابی ٹیلز اس دیٹ دیٹ دیر ویر فائیو ٹائم پریئرز۔</w:t>
      </w:r>
    </w:p>
    <w:p>
      <w:r>
        <w:rPr>
          <w:b/>
        </w:rPr>
        <w:t xml:space="preserve">[09:23] </w:t>
      </w:r>
      <w:r>
        <w:t>The Prophet performed five-time prayers.</w:t>
      </w:r>
    </w:p>
    <w:p>
      <w:pPr>
        <w:jc w:val="right"/>
      </w:pPr>
      <w:r>
        <w:t>پرافٹ پرفارم فائیو ٹائم پریئرز۔</w:t>
      </w:r>
    </w:p>
    <w:p>
      <w:r>
        <w:rPr>
          <w:b/>
        </w:rPr>
        <w:t xml:space="preserve">[09:25] </w:t>
      </w:r>
      <w:r>
        <w:t>In this figure, there is no difference at all.</w:t>
      </w:r>
    </w:p>
    <w:p>
      <w:pPr>
        <w:jc w:val="right"/>
      </w:pPr>
      <w:r>
        <w:t>ان دس فگر، دیر از نو ڈیفرنس ایٹ ال۔</w:t>
      </w:r>
    </w:p>
    <w:p>
      <w:r>
        <w:rPr>
          <w:b/>
        </w:rPr>
        <w:t xml:space="preserve">[09:29] </w:t>
      </w:r>
      <w:r>
        <w:t>Deen al-da Sahaba tell us that the prophet performed Salat al-Fajr with two units, and Salat al-Zuhr</w:t>
      </w:r>
    </w:p>
    <w:p>
      <w:pPr>
        <w:jc w:val="right"/>
      </w:pPr>
      <w:r>
        <w:t>دین ال دا صحابہ ٹیل اس دیٹ دا پرافٹ پرفارم صلاۃ الفجر ود ٹو یونٹس، اینڈ صلاۃ الزہر</w:t>
      </w:r>
    </w:p>
    <w:p>
      <w:r>
        <w:rPr>
          <w:b/>
        </w:rPr>
        <w:t xml:space="preserve">[09:37] </w:t>
      </w:r>
      <w:r>
        <w:t>four units, and Salatul Asr four units, Salatul Maghrib three units, and Salatul Isha four units.</w:t>
      </w:r>
    </w:p>
    <w:p>
      <w:pPr>
        <w:jc w:val="right"/>
      </w:pPr>
      <w:r>
        <w:t>فور یونٹس، اینڈ صلاۃ العصر فور یونٹس، صلاۃ المغرب تھری یونٹس، اینڈ صلاۃ العشاء فور یونٹس۔</w:t>
      </w:r>
    </w:p>
    <w:p>
      <w:r>
        <w:rPr>
          <w:b/>
        </w:rPr>
        <w:t xml:space="preserve">[09:44] </w:t>
      </w:r>
      <w:r>
        <w:t>So the number of units are one and the same.</w:t>
      </w:r>
    </w:p>
    <w:p>
      <w:pPr>
        <w:jc w:val="right"/>
      </w:pPr>
      <w:r>
        <w:t>سو دا نمبر اف یونٹس ار ون اینڈ دا سیم۔</w:t>
      </w:r>
    </w:p>
    <w:p>
      <w:r>
        <w:rPr>
          <w:b/>
        </w:rPr>
        <w:t xml:space="preserve">[09:48] </w:t>
      </w:r>
      <w:r>
        <w:t>No companion tell us any different.</w:t>
      </w:r>
    </w:p>
    <w:p>
      <w:pPr>
        <w:jc w:val="right"/>
      </w:pPr>
      <w:r>
        <w:t>نو کمپینین ٹیل اس اینی ڈفرنٹ۔</w:t>
      </w:r>
    </w:p>
    <w:p>
      <w:r>
        <w:rPr>
          <w:b/>
        </w:rPr>
        <w:t xml:space="preserve">[09:50] </w:t>
      </w:r>
      <w:r>
        <w:t>We don't find any different statement about these numbers.</w:t>
      </w:r>
    </w:p>
    <w:p>
      <w:pPr>
        <w:jc w:val="right"/>
      </w:pPr>
      <w:r>
        <w:t>وی ڈونٹ فائنڈ اینی ڈفرنٹ سٹیٹمنٹ اباؤٹ دیز نمبرز۔</w:t>
      </w:r>
    </w:p>
    <w:p>
      <w:r>
        <w:rPr>
          <w:b/>
        </w:rPr>
        <w:t xml:space="preserve">[09:54] </w:t>
      </w:r>
      <w:r>
        <w:t>So all the Sahaba are telling us one and the same story.</w:t>
      </w:r>
    </w:p>
    <w:p>
      <w:pPr>
        <w:jc w:val="right"/>
      </w:pPr>
      <w:r>
        <w:t>سو ال دا صحابہ ار ٹیلنگ اس ون اینڈ دا سیم سٹوری۔</w:t>
      </w:r>
    </w:p>
    <w:p>
      <w:r>
        <w:rPr>
          <w:b/>
        </w:rPr>
        <w:t xml:space="preserve">[09:59] </w:t>
      </w:r>
      <w:r>
        <w:t>"Then there is there was difference in something, like some Sahabi tells that Prophet kept his when Prophet"</w:t>
      </w:r>
    </w:p>
    <w:p>
      <w:pPr>
        <w:jc w:val="right"/>
      </w:pPr>
      <w:r>
        <w:t>دین دیر از دیر وار ڈیفرنس ان سمتھنگ، لائک سم صحابی ٹیلز دیٹ پرافٹ کیپٹ ہز وین پرافٹ</w:t>
      </w:r>
    </w:p>
    <w:p>
      <w:r>
        <w:rPr>
          <w:b/>
        </w:rPr>
        <w:t xml:space="preserve">[10:07] </w:t>
      </w:r>
      <w:r>
        <w:t>started salat.</w:t>
      </w:r>
    </w:p>
    <w:p>
      <w:pPr>
        <w:jc w:val="right"/>
      </w:pPr>
      <w:r>
        <w:t>اسٹارٹڈ صلاۃ۔</w:t>
      </w:r>
    </w:p>
    <w:p>
      <w:r>
        <w:rPr>
          <w:b/>
        </w:rPr>
        <w:t xml:space="preserve">[10:09] </w:t>
      </w:r>
      <w:r>
        <w:t>When Prophet (peace be upon him) prayed, he kept his hand like this.</w:t>
      </w:r>
    </w:p>
    <w:p>
      <w:pPr>
        <w:jc w:val="right"/>
      </w:pPr>
      <w:r>
        <w:t>وین پرافٹ پرافٹ نماز، ہی کیپٹ ہز ہینڈ لائک دس۔</w:t>
      </w:r>
    </w:p>
    <w:p>
      <w:r>
        <w:rPr>
          <w:b/>
        </w:rPr>
        <w:t xml:space="preserve">[10:13] </w:t>
      </w:r>
      <w:r>
        <w:t>Some say that he kept his hand like this.</w:t>
      </w:r>
    </w:p>
    <w:p>
      <w:pPr>
        <w:jc w:val="right"/>
      </w:pPr>
      <w:r>
        <w:t>سم سے دیٹ ہی کیپٹ ہینڈ لائک دس۔</w:t>
      </w:r>
    </w:p>
    <w:p>
      <w:r>
        <w:rPr>
          <w:b/>
        </w:rPr>
        <w:t xml:space="preserve">[10:16] </w:t>
      </w:r>
      <w:r>
        <w:t>So there is a difference.</w:t>
      </w:r>
    </w:p>
    <w:p>
      <w:pPr>
        <w:jc w:val="right"/>
      </w:pPr>
      <w:r>
        <w:t>سو دیر از ا ڈیفرنس۔</w:t>
      </w:r>
    </w:p>
    <w:p>
      <w:r>
        <w:rPr>
          <w:b/>
        </w:rPr>
        <w:t xml:space="preserve">[10:19] </w:t>
      </w:r>
      <w:r>
        <w:t>Deen some Sahabi tells us that prophet when prophet completed Al-Fatiha in the in the Salah, he said</w:t>
      </w:r>
    </w:p>
    <w:p>
      <w:pPr>
        <w:jc w:val="right"/>
      </w:pPr>
      <w:r>
        <w:t>دین سم صحابی ٹیلز اس دیٹ پرافٹ وین پرافٹ کمپلیٹڈ الفاتحہ ان دی ان دی صلاۃ، ہی سیڈ</w:t>
      </w:r>
    </w:p>
    <w:p>
      <w:r>
        <w:rPr>
          <w:b/>
        </w:rPr>
        <w:t xml:space="preserve">[10:26] </w:t>
      </w:r>
      <w:r>
        <w:t>Ameen.</w:t>
      </w:r>
    </w:p>
    <w:p>
      <w:pPr>
        <w:jc w:val="right"/>
      </w:pPr>
      <w:r>
        <w:t>امین۔</w:t>
      </w:r>
    </w:p>
    <w:p>
      <w:r>
        <w:rPr>
          <w:b/>
        </w:rPr>
        <w:t xml:space="preserve">[10:28] </w:t>
      </w:r>
      <w:r>
        <w:t>So some say that he said amen loudly.</w:t>
      </w:r>
    </w:p>
    <w:p>
      <w:pPr>
        <w:jc w:val="right"/>
      </w:pPr>
      <w:r>
        <w:t>سو سم سے دیٹ ہی سیڈ امین لاؤڈلی۔</w:t>
      </w:r>
    </w:p>
    <w:p>
      <w:r>
        <w:rPr>
          <w:b/>
        </w:rPr>
        <w:t xml:space="preserve">[10:31] </w:t>
      </w:r>
      <w:r>
        <w:t>some said that he said amen by heart.</w:t>
      </w:r>
    </w:p>
    <w:p>
      <w:pPr>
        <w:jc w:val="right"/>
      </w:pPr>
      <w:r>
        <w:t>سم سے دیٹ ہی سیڈ امین بائی ہارٹ۔</w:t>
      </w:r>
    </w:p>
    <w:p>
      <w:r>
        <w:rPr>
          <w:b/>
        </w:rPr>
        <w:t xml:space="preserve">[10:35] </w:t>
      </w:r>
      <w:r>
        <w:t>So there is a difference.</w:t>
      </w:r>
    </w:p>
    <w:p>
      <w:pPr>
        <w:jc w:val="right"/>
      </w:pPr>
      <w:r>
        <w:t>سو دیر از ا ڈیفرنس۔</w:t>
      </w:r>
    </w:p>
    <w:p>
      <w:r>
        <w:rPr>
          <w:b/>
        </w:rPr>
        <w:t xml:space="preserve">[10:37] </w:t>
      </w:r>
      <w:r>
        <w:t>According to some narrators, Prophet said Ameen loudly, that is Ameen bil jehr.</w:t>
      </w:r>
    </w:p>
    <w:p>
      <w:pPr>
        <w:jc w:val="right"/>
      </w:pPr>
      <w:r>
        <w:t>اکارڈنگ ٹو سم نیریٹرز، پرافٹ سیڈ امین لاؤڈلی، دیٹ از امین بالجہر۔</w:t>
      </w:r>
    </w:p>
    <w:p>
      <w:r>
        <w:rPr>
          <w:b/>
        </w:rPr>
        <w:t xml:space="preserve">[10:42] </w:t>
      </w:r>
      <w:r>
        <w:t>And according to other account, Prophet said amin by heart, that is amin bil sir.</w:t>
      </w:r>
    </w:p>
    <w:p>
      <w:pPr>
        <w:jc w:val="right"/>
      </w:pPr>
      <w:r>
        <w:t>اینڈ اکارڈنگ ٹو ادر اکاؤنٹ، پرافٹ سیڈ امین بائی ہارٹ، دیٹ از امین بالسر۔</w:t>
      </w:r>
    </w:p>
    <w:p>
      <w:r>
        <w:rPr>
          <w:b/>
        </w:rPr>
        <w:t xml:space="preserve">[10:48] </w:t>
      </w:r>
      <w:r>
        <w:t>So there is difference.</w:t>
      </w:r>
    </w:p>
    <w:p>
      <w:pPr>
        <w:jc w:val="right"/>
      </w:pPr>
      <w:r>
        <w:t>سو دیر از ڈیفرنس۔</w:t>
      </w:r>
    </w:p>
    <w:p>
      <w:r>
        <w:rPr>
          <w:b/>
        </w:rPr>
        <w:t xml:space="preserve">[10:50] </w:t>
      </w:r>
      <w:r>
        <w:t>So this kind of difference were directed by Sahaba.</w:t>
      </w:r>
    </w:p>
    <w:p>
      <w:pPr>
        <w:jc w:val="right"/>
      </w:pPr>
      <w:r>
        <w:t>سو دس کائنڈ اف ڈیفرنس ویر ڈائریکٹڈ بائی صحابہ۔</w:t>
      </w:r>
    </w:p>
    <w:p>
      <w:r>
        <w:rPr>
          <w:b/>
        </w:rPr>
        <w:t xml:space="preserve">[10:53] </w:t>
      </w:r>
      <w:r>
        <w:t>So then was a question: How to perform salat according to the Prophet of Islam? When there is</w:t>
      </w:r>
    </w:p>
    <w:p>
      <w:pPr>
        <w:jc w:val="right"/>
      </w:pPr>
      <w:r>
        <w:t>سو دین واز ا کوئسچن: ہاؤ ٹو پرفارم صلاۃ اکارڈنگ ٹو دا پرافٹ اف اسلام؟ وین دیر از</w:t>
      </w:r>
    </w:p>
    <w:p>
      <w:r>
        <w:rPr>
          <w:b/>
        </w:rPr>
        <w:t xml:space="preserve">[11:01] </w:t>
      </w:r>
      <w:r>
        <w:t>difference in the method, then how you can say that I am following the prophetic pattern in my</w:t>
      </w:r>
    </w:p>
    <w:p>
      <w:pPr>
        <w:jc w:val="right"/>
      </w:pPr>
      <w:r>
        <w:t>ڈیفرنس ان دا میتھڈ، دین ہاؤ یو کین سے دیٹ ائی ایم فالونگ دا پرافیٹک پیٹرن ان مائی</w:t>
      </w:r>
    </w:p>
    <w:p>
      <w:r>
        <w:rPr>
          <w:b/>
        </w:rPr>
        <w:t xml:space="preserve">[11:09] </w:t>
      </w:r>
      <w:r>
        <w:t>Salat? So then there were two opinions.</w:t>
      </w:r>
    </w:p>
    <w:p>
      <w:pPr>
        <w:jc w:val="right"/>
      </w:pPr>
      <w:r>
        <w:t>صلاۃ؟ سو دین دیر واز ٹو اوپینینز۔</w:t>
      </w:r>
    </w:p>
    <w:p>
      <w:r>
        <w:rPr>
          <w:b/>
        </w:rPr>
        <w:t xml:space="preserve">[11:12] </w:t>
      </w:r>
      <w:r>
        <w:t>One was opinion of muhaddith, the group of muhaddith, and the second was the group of fuqaha.</w:t>
      </w:r>
    </w:p>
    <w:p>
      <w:pPr>
        <w:jc w:val="right"/>
      </w:pPr>
      <w:r>
        <w:t>ون واز اوپینین اف محدث، دا گروپ اف محدث، اینڈ دا سیکنڈ واز دا گروپ اف فقہاء۔</w:t>
      </w:r>
    </w:p>
    <w:p>
      <w:r>
        <w:rPr>
          <w:b/>
        </w:rPr>
        <w:t xml:space="preserve">[11:19] </w:t>
      </w:r>
      <w:r>
        <w:t>So muhaddiseen and fuqaha are divided on this question, on this issue.</w:t>
      </w:r>
    </w:p>
    <w:p>
      <w:pPr>
        <w:jc w:val="right"/>
      </w:pPr>
      <w:r>
        <w:t>سو محدثین اور فقہاء ڈیوائیڈڈ ان دس کوئسچن، ان دس ایشو۔</w:t>
      </w:r>
    </w:p>
    <w:p>
      <w:r>
        <w:rPr>
          <w:b/>
        </w:rPr>
        <w:t xml:space="preserve">[11:24] </w:t>
      </w:r>
      <w:r>
        <w:t>The opinion of muhadditheen was that all these differences pertained to minor details, not in the basics, not</w:t>
      </w:r>
    </w:p>
    <w:p>
      <w:pPr>
        <w:jc w:val="right"/>
      </w:pPr>
      <w:r>
        <w:t>دا اوپینین اف محدثین واز دیٹ ال دیز ڈیفرنسز پرٹینڈ ٹو مائنر ڈیٹیلز، ناٹ ان دا بیسکس، ناٹ</w:t>
      </w:r>
    </w:p>
    <w:p>
      <w:r>
        <w:rPr>
          <w:b/>
        </w:rPr>
        <w:t xml:space="preserve">[11:32] </w:t>
      </w:r>
      <w:r>
        <w:t>In the fundamentals.</w:t>
      </w:r>
    </w:p>
    <w:p>
      <w:pPr>
        <w:jc w:val="right"/>
      </w:pPr>
      <w:r>
        <w:t>ان دا فنڈامینٹلز۔</w:t>
      </w:r>
    </w:p>
    <w:p>
      <w:r>
        <w:rPr>
          <w:b/>
        </w:rPr>
        <w:t xml:space="preserve">[11:33] </w:t>
      </w:r>
      <w:r>
        <w:t>So they said, as far as the fundamental is concerned, as far as the fundamental parts of the</w:t>
      </w:r>
    </w:p>
    <w:p>
      <w:pPr>
        <w:jc w:val="right"/>
      </w:pPr>
      <w:r>
        <w:t>سو دے سیڈ ایز فار ایز دا فنڈامینٹل از کنسرن، ایز فار ایز دا فنڈامینٹل پارٹس اف دا</w:t>
      </w:r>
    </w:p>
    <w:p>
      <w:r>
        <w:rPr>
          <w:b/>
        </w:rPr>
        <w:t xml:space="preserve">[11:41] </w:t>
      </w:r>
      <w:r>
        <w:t>Salah is concern, there is no difference at all.</w:t>
      </w:r>
    </w:p>
    <w:p>
      <w:pPr>
        <w:jc w:val="right"/>
      </w:pPr>
      <w:r>
        <w:t>صلاۃ از کنسرن، دیر از نو ڈیفرنس ایٹ ال۔</w:t>
      </w:r>
    </w:p>
    <w:p>
      <w:r>
        <w:rPr>
          <w:b/>
        </w:rPr>
        <w:t xml:space="preserve">[11:45] </w:t>
      </w:r>
      <w:r>
        <w:t>But as far as the minor details are concerned, there are some differences.</w:t>
      </w:r>
    </w:p>
    <w:p>
      <w:pPr>
        <w:jc w:val="right"/>
      </w:pPr>
      <w:r>
        <w:t>بٹ ایز فار ایز دا مائنر ڈیٹیلز ار کنسرن، دیر ار سم ڈیفرنسز۔</w:t>
      </w:r>
    </w:p>
    <w:p>
      <w:r>
        <w:rPr>
          <w:b/>
        </w:rPr>
        <w:t xml:space="preserve">[11:50] </w:t>
      </w:r>
      <w:r>
        <w:t>So they said that we cannot refute anyone of these patterns which were narrated by Sahaba.</w:t>
      </w:r>
    </w:p>
    <w:p>
      <w:pPr>
        <w:jc w:val="right"/>
      </w:pPr>
      <w:r>
        <w:t>سو دے سیڈ دیٹ وی کین ناٹ ریفیوٹ اینی ون اف دیز پیٹرنز وچ وار نیریٹڈ بائی صحابہ۔</w:t>
      </w:r>
    </w:p>
    <w:p>
      <w:r>
        <w:rPr>
          <w:b/>
        </w:rPr>
        <w:t xml:space="preserve">[11:58] </w:t>
      </w:r>
      <w:r>
        <w:t>So they said that we will take it as tawassu.</w:t>
      </w:r>
    </w:p>
    <w:p>
      <w:pPr>
        <w:jc w:val="right"/>
      </w:pPr>
      <w:r>
        <w:t>سو دے سیڈ دیٹ وی ویل ٹیک اٹ ایز توسع۔</w:t>
      </w:r>
    </w:p>
    <w:p>
      <w:r>
        <w:rPr>
          <w:b/>
        </w:rPr>
        <w:t xml:space="preserve">[12:02] </w:t>
      </w:r>
      <w:r>
        <w:t>Tawassu means diversity.</w:t>
      </w:r>
    </w:p>
    <w:p>
      <w:pPr>
        <w:jc w:val="right"/>
      </w:pPr>
      <w:r>
        <w:t>توسع مینز ڈائیورسٹی۔</w:t>
      </w:r>
    </w:p>
    <w:p>
      <w:r>
        <w:rPr>
          <w:b/>
        </w:rPr>
        <w:t xml:space="preserve">[12:04] </w:t>
      </w:r>
      <w:r>
        <w:t>So they said that as far as the fundamentals are concerned, unity is required.</w:t>
      </w:r>
    </w:p>
    <w:p>
      <w:pPr>
        <w:jc w:val="right"/>
      </w:pPr>
      <w:r>
        <w:t>سو دے سیڈ دیٹ ایز فار ایز دا فنڈامینٹلز ار کنسرن، یونیٹی از ریکوائرڈ۔</w:t>
      </w:r>
    </w:p>
    <w:p>
      <w:r>
        <w:rPr>
          <w:b/>
        </w:rPr>
        <w:t xml:space="preserve">[12:10] </w:t>
      </w:r>
      <w:r>
        <w:t>But as far as the detail, minor details are concerned.</w:t>
      </w:r>
    </w:p>
    <w:p>
      <w:pPr>
        <w:jc w:val="right"/>
      </w:pPr>
      <w:r>
        <w:t>بٹ ایز فار ایز دا ڈیٹیل، مائنر ڈیٹیلز ار کنسرن۔</w:t>
      </w:r>
    </w:p>
    <w:p>
      <w:r>
        <w:rPr>
          <w:b/>
        </w:rPr>
        <w:t xml:space="preserve">[12:14] </w:t>
      </w:r>
      <w:r>
        <w:t>Here unity is not required, here diversity is required.</w:t>
      </w:r>
    </w:p>
    <w:p>
      <w:pPr>
        <w:jc w:val="right"/>
      </w:pPr>
      <w:r>
        <w:t>ہیر یونیٹی از ناٹ ریکوائرڈ، ہیر ڈائیورسٹی از ریکوائرڈ۔</w:t>
      </w:r>
    </w:p>
    <w:p>
      <w:r>
        <w:rPr>
          <w:b/>
        </w:rPr>
        <w:t xml:space="preserve">[12:18] </w:t>
      </w:r>
      <w:r>
        <w:t>Diversity means both are true, both are correct.</w:t>
      </w:r>
    </w:p>
    <w:p>
      <w:pPr>
        <w:jc w:val="right"/>
      </w:pPr>
      <w:r>
        <w:t>ڈائیورسٹی مینز بوتھ ار ٹرو، بوتھ ار کریکٹ۔</w:t>
      </w:r>
    </w:p>
    <w:p>
      <w:r>
        <w:rPr>
          <w:b/>
        </w:rPr>
        <w:t xml:space="preserve">[12:21] </w:t>
      </w:r>
      <w:r>
        <w:t>یعنی putting hand here is also correct.</w:t>
      </w:r>
    </w:p>
    <w:p>
      <w:pPr>
        <w:jc w:val="right"/>
      </w:pPr>
      <w:r>
        <w:t>یعنی پٹنگ ہینڈ ہیر از ال از کریکٹ۔</w:t>
      </w:r>
    </w:p>
    <w:p>
      <w:r>
        <w:rPr>
          <w:b/>
        </w:rPr>
        <w:t xml:space="preserve">[12:25] </w:t>
      </w:r>
      <w:r>
        <w:t>Putting hand here is also correct.</w:t>
      </w:r>
    </w:p>
    <w:p>
      <w:pPr>
        <w:jc w:val="right"/>
      </w:pPr>
      <w:r>
        <w:t>پٹنگ ہینڈ ہیر از السو کریکٹ۔</w:t>
      </w:r>
    </w:p>
    <w:p>
      <w:r>
        <w:rPr>
          <w:b/>
        </w:rPr>
        <w:t xml:space="preserve">[12:27] </w:t>
      </w:r>
      <w:r>
        <w:t>Sing amen loudly is correct.</w:t>
      </w:r>
    </w:p>
    <w:p>
      <w:pPr>
        <w:jc w:val="right"/>
      </w:pPr>
      <w:r>
        <w:t>سینگ امین لاؤڈلی از کریکٹ۔</w:t>
      </w:r>
    </w:p>
    <w:p>
      <w:r>
        <w:rPr>
          <w:b/>
        </w:rPr>
        <w:t xml:space="preserve">[12:29] </w:t>
      </w:r>
      <w:r>
        <w:t>seeing him in by heart is also correct.</w:t>
      </w:r>
    </w:p>
    <w:p>
      <w:pPr>
        <w:jc w:val="right"/>
      </w:pPr>
      <w:r>
        <w:t>سینگ امین بائی ہارٹ از السو کریکٹ۔</w:t>
      </w:r>
    </w:p>
    <w:p>
      <w:r>
        <w:rPr>
          <w:b/>
        </w:rPr>
        <w:t xml:space="preserve">[12:32] </w:t>
      </w:r>
      <w:r>
        <w:t>So they say, they said that in in in in minor details, it is not required to</w:t>
      </w:r>
    </w:p>
    <w:p>
      <w:pPr>
        <w:jc w:val="right"/>
      </w:pPr>
      <w:r>
        <w:t>سو دے سے دے سیڈ دیٹ دیٹ ان ان ان ان مائنر ڈیٹیلز، اٹ از ناٹ ریکوائرڈ ٹو</w:t>
      </w:r>
    </w:p>
    <w:p>
      <w:r>
        <w:rPr>
          <w:b/>
        </w:rPr>
        <w:t xml:space="preserve">[12:40] </w:t>
      </w:r>
      <w:r>
        <w:t>Be united.</w:t>
      </w:r>
    </w:p>
    <w:p>
      <w:pPr>
        <w:jc w:val="right"/>
      </w:pPr>
      <w:r>
        <w:t>بی یونائٹ۔</w:t>
      </w:r>
    </w:p>
    <w:p>
      <w:r>
        <w:rPr>
          <w:b/>
        </w:rPr>
        <w:t xml:space="preserve">[12:42] </w:t>
      </w:r>
      <w:r>
        <w:t>Unity is not required in minor details.</w:t>
      </w:r>
    </w:p>
    <w:p>
      <w:pPr>
        <w:jc w:val="right"/>
      </w:pPr>
      <w:r>
        <w:t>یونیٹی از ناٹ ریکوائرڈ ان مائنر ڈیٹیلز۔</w:t>
      </w:r>
    </w:p>
    <w:p>
      <w:r>
        <w:rPr>
          <w:b/>
        </w:rPr>
        <w:t xml:space="preserve">[12:45] </w:t>
      </w:r>
      <w:r>
        <w:t>This was the stand of the muhadditheen.</w:t>
      </w:r>
    </w:p>
    <w:p>
      <w:pPr>
        <w:jc w:val="right"/>
      </w:pPr>
      <w:r>
        <w:t>دس واز دا اسٹینڈ اف دی محدثین۔</w:t>
      </w:r>
    </w:p>
    <w:p>
      <w:r>
        <w:rPr>
          <w:b/>
        </w:rPr>
        <w:t xml:space="preserve">[12:48] </w:t>
      </w:r>
      <w:r>
        <w:t>But fuqaha adopted another stand.</w:t>
      </w:r>
    </w:p>
    <w:p>
      <w:pPr>
        <w:jc w:val="right"/>
      </w:pPr>
      <w:r>
        <w:t>بٹ فقہاء اڈاپٹڈ انادر اسٹینڈ۔</w:t>
      </w:r>
    </w:p>
    <w:p>
      <w:r>
        <w:rPr>
          <w:b/>
        </w:rPr>
        <w:t xml:space="preserve">[12:50] </w:t>
      </w:r>
      <w:r>
        <w:t>They said al-haqqu la yata'addad.</w:t>
      </w:r>
    </w:p>
    <w:p>
      <w:pPr>
        <w:jc w:val="right"/>
      </w:pPr>
      <w:r>
        <w:t>دے سیڈ الحق کو لا یتعدد۔</w:t>
      </w:r>
    </w:p>
    <w:p>
      <w:r>
        <w:rPr>
          <w:b/>
        </w:rPr>
        <w:t xml:space="preserve">[12:52] </w:t>
      </w:r>
      <w:r>
        <w:t>Al-Haqq ko la yata'addad means truth cannot be divided.</w:t>
      </w:r>
    </w:p>
    <w:p>
      <w:pPr>
        <w:jc w:val="right"/>
      </w:pPr>
      <w:r>
        <w:t>الحق کو لا یتعدد مینز ٹروتھ کین ناٹ بی ڈیوائیڈڈ۔</w:t>
      </w:r>
    </w:p>
    <w:p>
      <w:r>
        <w:rPr>
          <w:b/>
        </w:rPr>
        <w:t xml:space="preserve">[12:57] </w:t>
      </w:r>
      <w:r>
        <w:t>So they wanted to to to prove that this this is right, this is wrong.</w:t>
      </w:r>
    </w:p>
    <w:p>
      <w:pPr>
        <w:jc w:val="right"/>
      </w:pPr>
      <w:r>
        <w:t>سو دے وانٹڈ ٹو ٹو ٹو پروف دیٹ دس دس از رائٹ، دس از رونگ۔</w:t>
      </w:r>
    </w:p>
    <w:p>
      <w:r>
        <w:rPr>
          <w:b/>
        </w:rPr>
        <w:t xml:space="preserve">[13:03] </w:t>
      </w:r>
      <w:r>
        <w:t>This is rajih, this is marjuh, marju.</w:t>
      </w:r>
    </w:p>
    <w:p>
      <w:pPr>
        <w:jc w:val="right"/>
      </w:pPr>
      <w:r>
        <w:t>دس از راجح، دس از مجروح، مرجوع۔</w:t>
      </w:r>
    </w:p>
    <w:p>
      <w:r>
        <w:rPr>
          <w:b/>
        </w:rPr>
        <w:t xml:space="preserve">[13:06] </w:t>
      </w:r>
      <w:r>
        <w:t>It is called in in in the term of fiqh tarjih.</w:t>
      </w:r>
    </w:p>
    <w:p>
      <w:pPr>
        <w:jc w:val="right"/>
      </w:pPr>
      <w:r>
        <w:t>اٹ از کالڈ ان ان ان دی ٹرم اف فقہ ترجیح۔</w:t>
      </w:r>
    </w:p>
    <w:p>
      <w:r>
        <w:rPr>
          <w:b/>
        </w:rPr>
        <w:t xml:space="preserve">[13:11] </w:t>
      </w:r>
      <w:r>
        <w:t>So they wanted to make tarjeeh.</w:t>
      </w:r>
    </w:p>
    <w:p>
      <w:pPr>
        <w:jc w:val="right"/>
      </w:pPr>
      <w:r>
        <w:t>سو دے وانٹڈ ٹو میک ترجیح۔</w:t>
      </w:r>
    </w:p>
    <w:p>
      <w:r>
        <w:rPr>
          <w:b/>
        </w:rPr>
        <w:t xml:space="preserve">[13:13] </w:t>
      </w:r>
      <w:r>
        <w:t>Tarjeeh means saying that this is this is superior and this is inferior.</w:t>
      </w:r>
    </w:p>
    <w:p>
      <w:pPr>
        <w:jc w:val="right"/>
      </w:pPr>
      <w:r>
        <w:t>ترجیح مینز سینگ دیٹ دس از دس از سپیریر اینڈ دس از انفیریر۔</w:t>
      </w:r>
    </w:p>
    <w:p>
      <w:r>
        <w:rPr>
          <w:b/>
        </w:rPr>
        <w:t xml:space="preserve">[13:19] </w:t>
      </w:r>
      <w:r>
        <w:t>So one style is inferior, other style is superior.</w:t>
      </w:r>
    </w:p>
    <w:p>
      <w:pPr>
        <w:jc w:val="right"/>
      </w:pPr>
      <w:r>
        <w:t>سو ون اسٹائل از انفیریر، ادر اسٹائل از سپیریر۔</w:t>
      </w:r>
    </w:p>
    <w:p>
      <w:r>
        <w:rPr>
          <w:b/>
        </w:rPr>
        <w:t xml:space="preserve">[13:23] </w:t>
      </w:r>
      <w:r>
        <w:t>There is a puzzle.</w:t>
      </w:r>
    </w:p>
    <w:p>
      <w:pPr>
        <w:jc w:val="right"/>
      </w:pPr>
      <w:r>
        <w:t>دیر از افضل۔</w:t>
      </w:r>
    </w:p>
    <w:p>
      <w:r>
        <w:rPr>
          <w:b/>
        </w:rPr>
        <w:t xml:space="preserve">[13:24] </w:t>
      </w:r>
      <w:r>
        <w:t>So this they wanted to find unity in the in the in the minor details also.</w:t>
      </w:r>
    </w:p>
    <w:p>
      <w:pPr>
        <w:jc w:val="right"/>
      </w:pPr>
      <w:r>
        <w:t>سو دس دے وانٹڈ ٹو فائنڈ یونیٹی ان دا ان دا ان دا مائنر ڈیٹیلز السو۔</w:t>
      </w:r>
    </w:p>
    <w:p>
      <w:r>
        <w:rPr>
          <w:b/>
        </w:rPr>
        <w:t xml:space="preserve">[13:31] </w:t>
      </w:r>
      <w:r>
        <w:t>So as all these differences were there, it is it was possible for them to to eradicate all</w:t>
      </w:r>
    </w:p>
    <w:p>
      <w:pPr>
        <w:jc w:val="right"/>
      </w:pPr>
      <w:r>
        <w:t>سو ایز ال دیز ڈیفرنسز وار دیر، اٹ از اٹ واٹ پاسیبل فار دیم ٹو ٹو ایریڈیکیٹ ال</w:t>
      </w:r>
    </w:p>
    <w:p>
      <w:r>
        <w:rPr>
          <w:b/>
        </w:rPr>
        <w:t xml:space="preserve">[13:39] </w:t>
      </w:r>
      <w:r>
        <w:t>Those differences.</w:t>
      </w:r>
    </w:p>
    <w:p>
      <w:pPr>
        <w:jc w:val="right"/>
      </w:pPr>
      <w:r>
        <w:t>دوز ڈیفرنسز۔</w:t>
      </w:r>
    </w:p>
    <w:p>
      <w:r>
        <w:rPr>
          <w:b/>
        </w:rPr>
        <w:t xml:space="preserve">[13:40] </w:t>
      </w:r>
      <w:r>
        <w:t>It was not possible to say that all these differences are wrong, because those because all those</w:t>
      </w:r>
    </w:p>
    <w:p>
      <w:pPr>
        <w:jc w:val="right"/>
      </w:pPr>
      <w:r>
        <w:t>اٹ وار ناٹ پاسیبل ٹو سے دیٹ ال دیز ڈیفرنسز ار ار رونگ، بیکاز دوز بیکاز ال دوز</w:t>
      </w:r>
    </w:p>
    <w:p>
      <w:r>
        <w:rPr>
          <w:b/>
        </w:rPr>
        <w:t xml:space="preserve">[13:48] </w:t>
      </w:r>
      <w:r>
        <w:t>Differences were narrated by the companions of the Prophet.</w:t>
      </w:r>
    </w:p>
    <w:p>
      <w:pPr>
        <w:jc w:val="right"/>
      </w:pPr>
      <w:r>
        <w:t>ڈیفرنسز ویر نیریٹڈ بائی بائی دا کمپینینز اف دا پرافٹ۔</w:t>
      </w:r>
    </w:p>
    <w:p>
      <w:r>
        <w:rPr>
          <w:b/>
        </w:rPr>
        <w:t xml:space="preserve">[13:52] </w:t>
      </w:r>
      <w:r>
        <w:t>So what happened? Seeking unity becomes a counter-productive.</w:t>
      </w:r>
    </w:p>
    <w:p>
      <w:pPr>
        <w:jc w:val="right"/>
      </w:pPr>
      <w:r>
        <w:t>سو واٹ ہیپن؟ سیکنگ یونیٹی بیکمز ا کاؤنٹر پروٹیکٹیو۔</w:t>
      </w:r>
    </w:p>
    <w:p>
      <w:r>
        <w:rPr>
          <w:b/>
        </w:rPr>
        <w:t xml:space="preserve">[13:56] </w:t>
      </w:r>
      <w:r>
        <w:t>And due to this, this kind here in details, it was not possible to unite all those differences.</w:t>
      </w:r>
    </w:p>
    <w:p>
      <w:pPr>
        <w:jc w:val="right"/>
      </w:pPr>
      <w:r>
        <w:t>اینڈ ڈیو ٹو دس دس کائنڈ ہیر ان ڈیٹیلز، اٹ واٹ ناٹ پوسیبل ٹو یونائٹ ال دوز ڈیفرنسز۔</w:t>
      </w:r>
    </w:p>
    <w:p>
      <w:r>
        <w:rPr>
          <w:b/>
        </w:rPr>
        <w:t xml:space="preserve">[14:04] </w:t>
      </w:r>
      <w:r>
        <w:t>So they divided into four parts.</w:t>
      </w:r>
    </w:p>
    <w:p>
      <w:pPr>
        <w:jc w:val="right"/>
      </w:pPr>
      <w:r>
        <w:t>سو دے ڈیوائیڈڈ انٹو فور پارٹس۔</w:t>
      </w:r>
    </w:p>
    <w:p>
      <w:r>
        <w:rPr>
          <w:b/>
        </w:rPr>
        <w:t xml:space="preserve">[14:06] </w:t>
      </w:r>
      <w:r>
        <w:t>Seeking unity resulted into disunity.</w:t>
      </w:r>
    </w:p>
    <w:p>
      <w:pPr>
        <w:jc w:val="right"/>
      </w:pPr>
      <w:r>
        <w:t>سیکنگ یونیٹی رزلٹڈ انٹو ڈس یونیٹی۔</w:t>
      </w:r>
    </w:p>
    <w:p>
      <w:r>
        <w:rPr>
          <w:b/>
        </w:rPr>
        <w:t xml:space="preserve">[14:09] </w:t>
      </w:r>
      <w:r>
        <w:t>It is so we are inherited this history.</w:t>
      </w:r>
    </w:p>
    <w:p>
      <w:pPr>
        <w:jc w:val="right"/>
      </w:pPr>
      <w:r>
        <w:t>اٹ از سو وی ار انہیریٹڈ دس ہسٹری۔</w:t>
      </w:r>
    </w:p>
    <w:p>
      <w:r>
        <w:rPr>
          <w:b/>
        </w:rPr>
        <w:t xml:space="preserve">[14:12] </w:t>
      </w:r>
      <w:r>
        <w:t>You know, one of the one of those four fuqaha was Al-Imam Shafi'i.</w:t>
      </w:r>
    </w:p>
    <w:p>
      <w:pPr>
        <w:jc w:val="right"/>
      </w:pPr>
      <w:r>
        <w:t>یو نو، ون اف دا ون اف دوز فور فقہاء واز الامام شافعی۔</w:t>
      </w:r>
    </w:p>
    <w:p>
      <w:r>
        <w:rPr>
          <w:b/>
        </w:rPr>
        <w:t xml:space="preserve">[14:18] </w:t>
      </w:r>
      <w:r>
        <w:t>He was a great scholar of Islam.</w:t>
      </w:r>
    </w:p>
    <w:p>
      <w:pPr>
        <w:jc w:val="right"/>
      </w:pPr>
      <w:r>
        <w:t>ہی واز گریٹ اسکالر اف اسلام۔</w:t>
      </w:r>
    </w:p>
    <w:p>
      <w:r>
        <w:rPr>
          <w:b/>
        </w:rPr>
        <w:t xml:space="preserve">[14:21] </w:t>
      </w:r>
      <w:r>
        <w:t>So he said, he studied after after studying all these details, he said that it will difficult to</w:t>
      </w:r>
    </w:p>
    <w:p>
      <w:pPr>
        <w:jc w:val="right"/>
      </w:pPr>
      <w:r>
        <w:t>سو ہی سیڈ، ہی اسٹڈ افٹر افٹر اسٹڈنگ ال دیز ڈیٹیلز، ہی سیڈ دیٹ اٹ ویل ڈیفیکلٹ ٹو</w:t>
      </w:r>
    </w:p>
    <w:p>
      <w:r>
        <w:rPr>
          <w:b/>
        </w:rPr>
        <w:t xml:space="preserve">[14:28] </w:t>
      </w:r>
      <w:r>
        <w:t>find to find unity, because differences are established.</w:t>
      </w:r>
    </w:p>
    <w:p>
      <w:pPr>
        <w:jc w:val="right"/>
      </w:pPr>
      <w:r>
        <w:t>فائنڈ ٹو فائنڈ یونیٹی، بیکاز ڈیفرنسز ار اسٹیبلش۔</w:t>
      </w:r>
    </w:p>
    <w:p>
      <w:r>
        <w:rPr>
          <w:b/>
        </w:rPr>
        <w:t xml:space="preserve">[14:32] </w:t>
      </w:r>
      <w:r>
        <w:t>So he said that, although he has adopted some some some priority, he also adopted the the the</w:t>
      </w:r>
    </w:p>
    <w:p>
      <w:pPr>
        <w:jc w:val="right"/>
      </w:pPr>
      <w:r>
        <w:t>سو ہی سیڈ دیٹ، الدو ہی ہی اپٹڈ سم سم سم پرائرٹی، ہی السو اڈاپٹڈ دا دا دا</w:t>
      </w:r>
    </w:p>
    <w:p>
      <w:r>
        <w:rPr>
          <w:b/>
        </w:rPr>
        <w:t xml:space="preserve">[14:39] </w:t>
      </w:r>
      <w:r>
        <w:t>Principal of priority.</w:t>
      </w:r>
    </w:p>
    <w:p>
      <w:pPr>
        <w:jc w:val="right"/>
      </w:pPr>
      <w:r>
        <w:t>پرنسپل اف پرائرٹی۔</w:t>
      </w:r>
    </w:p>
    <w:p>
      <w:r>
        <w:rPr>
          <w:b/>
        </w:rPr>
        <w:t xml:space="preserve">[14:41] </w:t>
      </w:r>
      <w:r>
        <w:t>But he said, he was an honest scholar.</w:t>
      </w:r>
    </w:p>
    <w:p>
      <w:pPr>
        <w:jc w:val="right"/>
      </w:pPr>
      <w:r>
        <w:t>بٹ ہی سیڈ، ہی واز این ہونسٹ اسکالر۔</w:t>
      </w:r>
    </w:p>
    <w:p>
      <w:r>
        <w:rPr>
          <w:b/>
        </w:rPr>
        <w:t xml:space="preserve">[14:44] </w:t>
      </w:r>
      <w:r>
        <w:t>He was very honest scholar.</w:t>
      </w:r>
    </w:p>
    <w:p>
      <w:pPr>
        <w:jc w:val="right"/>
      </w:pPr>
      <w:r>
        <w:t>ہی واز ویری ہونسٹ اسکالر۔</w:t>
      </w:r>
    </w:p>
    <w:p>
      <w:r>
        <w:rPr>
          <w:b/>
        </w:rPr>
        <w:t xml:space="preserve">[14:47] </w:t>
      </w:r>
      <w:r>
        <w:t>So he said that, "My opinion is correct with the possibility of error, and the opinion of others is error with the possibility of being correct."</w:t>
      </w:r>
    </w:p>
    <w:p>
      <w:pPr>
        <w:jc w:val="right"/>
      </w:pPr>
      <w:r>
        <w:t>سو ہی سیڈ دیٹ، رائی ثواب یحتمل الخطا، ورائی غیری خطا یحتمل الثواب۔</w:t>
      </w:r>
    </w:p>
    <w:p>
      <w:r>
        <w:rPr>
          <w:b/>
        </w:rPr>
        <w:t xml:space="preserve">[14:52] </w:t>
      </w:r>
      <w:r>
        <w:t>It means that, it means that my opinion is right with the possibility that it may be wrong.</w:t>
      </w:r>
    </w:p>
    <w:p>
      <w:pPr>
        <w:jc w:val="right"/>
      </w:pPr>
      <w:r>
        <w:t>اٹ مینز دیٹ، اٹ مینز دیٹ مائی اوپینین از رائٹ ود دی پاسیبلٹی دیٹ اٹ می بی رونگ۔</w:t>
      </w:r>
    </w:p>
    <w:p>
      <w:r>
        <w:rPr>
          <w:b/>
        </w:rPr>
        <w:t xml:space="preserve">[15:00] </w:t>
      </w:r>
      <w:r>
        <w:t>My opinion is is right with the possibility that it may be wrong, because both were narrated by</w:t>
      </w:r>
    </w:p>
    <w:p>
      <w:pPr>
        <w:jc w:val="right"/>
      </w:pPr>
      <w:r>
        <w:t>مائی اوپینین از از رائٹ ود دی پاسیبلٹی دیٹ اٹ می بی رونگ، بیکاز بوتھ ویر نیریٹڈ بائی</w:t>
      </w:r>
    </w:p>
    <w:p>
      <w:r>
        <w:rPr>
          <w:b/>
        </w:rPr>
        <w:t xml:space="preserve">[15:08] </w:t>
      </w:r>
      <w:r>
        <w:t>The companions.</w:t>
      </w:r>
    </w:p>
    <w:p>
      <w:pPr>
        <w:jc w:val="right"/>
      </w:pPr>
      <w:r>
        <w:t>دا کمپینینز۔</w:t>
      </w:r>
    </w:p>
    <w:p>
      <w:r>
        <w:rPr>
          <w:b/>
        </w:rPr>
        <w:t xml:space="preserve">[15:09] </w:t>
      </w:r>
      <w:r>
        <w:t>So Shafi'i was not in a position to say that this narrator is wrong and this narrator is</w:t>
      </w:r>
    </w:p>
    <w:p>
      <w:pPr>
        <w:jc w:val="right"/>
      </w:pPr>
      <w:r>
        <w:t>سو شافعی واز ناٹ ان ا پوزیشن ٹو سے دیٹ دس نیریٹر از رونگ اینڈ دس نیریٹر از</w:t>
      </w:r>
    </w:p>
    <w:p>
      <w:r>
        <w:rPr>
          <w:b/>
        </w:rPr>
        <w:t xml:space="preserve">[15:17] </w:t>
      </w:r>
      <w:r>
        <w:t>Right.</w:t>
      </w:r>
    </w:p>
    <w:p>
      <w:pPr>
        <w:jc w:val="right"/>
      </w:pPr>
      <w:r>
        <w:t>رائٹ۔</w:t>
      </w:r>
    </w:p>
    <w:p>
      <w:r>
        <w:rPr>
          <w:b/>
        </w:rPr>
        <w:t xml:space="preserve">[15:18] </w:t>
      </w:r>
      <w:r>
        <w:t>He was in a position.</w:t>
      </w:r>
    </w:p>
    <w:p>
      <w:pPr>
        <w:jc w:val="right"/>
      </w:pPr>
      <w:r>
        <w:t>ہی واز ان ا پوزیشن۔</w:t>
      </w:r>
    </w:p>
    <w:p>
      <w:r>
        <w:rPr>
          <w:b/>
        </w:rPr>
        <w:t xml:space="preserve">[15:20] </w:t>
      </w:r>
      <w:r>
        <w:t>Both were companions.</w:t>
      </w:r>
    </w:p>
    <w:p>
      <w:pPr>
        <w:jc w:val="right"/>
      </w:pPr>
      <w:r>
        <w:t>بوتھ ویر کمپینین۔</w:t>
      </w:r>
    </w:p>
    <w:p>
      <w:r>
        <w:rPr>
          <w:b/>
        </w:rPr>
        <w:t xml:space="preserve">[15:22] </w:t>
      </w:r>
      <w:r>
        <w:t>How you can say that companion one is right and companion two is wrong? You cannot say.</w:t>
      </w:r>
    </w:p>
    <w:p>
      <w:pPr>
        <w:jc w:val="right"/>
      </w:pPr>
      <w:r>
        <w:t>ہاؤ یو کین سے دیٹ کمپینین ون از رائٹ اینڈ کمپینین ٹو از رونگ؟ یو کین ناٹ سے</w:t>
      </w:r>
    </w:p>
    <w:p>
      <w:r>
        <w:rPr>
          <w:b/>
        </w:rPr>
        <w:t xml:space="preserve">[15:30] </w:t>
      </w:r>
      <w:r>
        <w:t>like this, because the Prophet of Islam has said, Ashabi an-Nujoom, this is a saying of the Prophet</w:t>
      </w:r>
    </w:p>
    <w:p>
      <w:pPr>
        <w:jc w:val="right"/>
      </w:pPr>
      <w:r>
        <w:t>لائک دس، بیکاز دا پرافٹ اف اسلام ہیز سیڈ، اصحابی النجوم، دس از ا سینگ اف دا پرافٹ</w:t>
      </w:r>
    </w:p>
    <w:p>
      <w:r>
        <w:rPr>
          <w:b/>
        </w:rPr>
        <w:t xml:space="preserve">[15:37] </w:t>
      </w:r>
      <w:r>
        <w:t>of Islam.</w:t>
      </w:r>
    </w:p>
    <w:p>
      <w:pPr>
        <w:jc w:val="right"/>
      </w:pPr>
      <w:r>
        <w:t>اف اسلام۔</w:t>
      </w:r>
    </w:p>
    <w:p>
      <w:r>
        <w:rPr>
          <w:b/>
        </w:rPr>
        <w:t xml:space="preserve">[15:39] </w:t>
      </w:r>
      <w:r>
        <w:t>اصحابی النجوم، my companions are like stars.</w:t>
      </w:r>
    </w:p>
    <w:p>
      <w:pPr>
        <w:jc w:val="right"/>
      </w:pPr>
      <w:r>
        <w:t>اصحابی النجوم، مائی کمپینینز ار لائک سٹارز۔</w:t>
      </w:r>
    </w:p>
    <w:p>
      <w:r>
        <w:rPr>
          <w:b/>
        </w:rPr>
        <w:t xml:space="preserve">[15:42] </w:t>
      </w:r>
      <w:r>
        <w:t>My companions are like stars.</w:t>
      </w:r>
    </w:p>
    <w:p>
      <w:pPr>
        <w:jc w:val="right"/>
      </w:pPr>
      <w:r>
        <w:t>مائی کمپینینز ار لائک سٹارز۔</w:t>
      </w:r>
    </w:p>
    <w:p>
      <w:r>
        <w:rPr>
          <w:b/>
        </w:rPr>
        <w:t xml:space="preserve">[15:44] </w:t>
      </w:r>
      <w:r>
        <w:t>You can follow any one of these stars.</w:t>
      </w:r>
    </w:p>
    <w:p>
      <w:pPr>
        <w:jc w:val="right"/>
      </w:pPr>
      <w:r>
        <w:t>یو کین فالو اینی ون اف دیز سٹارز۔</w:t>
      </w:r>
    </w:p>
    <w:p>
      <w:r>
        <w:rPr>
          <w:b/>
        </w:rPr>
        <w:t xml:space="preserve">[15:47] </w:t>
      </w:r>
      <w:r>
        <w:t>My companions are like different stars, and you can you can follow any one of these stars.</w:t>
      </w:r>
    </w:p>
    <w:p>
      <w:pPr>
        <w:jc w:val="right"/>
      </w:pPr>
      <w:r>
        <w:t>مائی کمپینینز ار لائک ڈفرنٹ سٹارز، اینڈ یو کین یو کین فالو اینی ون اف دیز سٹارز۔</w:t>
      </w:r>
    </w:p>
    <w:p>
      <w:r>
        <w:rPr>
          <w:b/>
        </w:rPr>
        <w:t xml:space="preserve">[15:55] </w:t>
      </w:r>
      <w:r>
        <w:t>So here the prophet gave endorsement of all the directors, all the directions of Sahaba.</w:t>
      </w:r>
    </w:p>
    <w:p>
      <w:pPr>
        <w:jc w:val="right"/>
      </w:pPr>
      <w:r>
        <w:t>سو ہیر دا پرافٹ گیو انڈورسمنٹ اف ال دا ڈائریکٹرز، ال دا ڈائریکشنز اف صحابہ۔</w:t>
      </w:r>
    </w:p>
    <w:p>
      <w:r>
        <w:rPr>
          <w:b/>
        </w:rPr>
        <w:t xml:space="preserve">[16:01] </w:t>
      </w:r>
      <w:r>
        <w:t>Here the Prophet of Islam has given an endorsement, a confirmation to all the narrators.</w:t>
      </w:r>
    </w:p>
    <w:p>
      <w:pPr>
        <w:jc w:val="right"/>
      </w:pPr>
      <w:r>
        <w:t>ہیر دا پرافٹ اف اسلام ہیز گیون این انڈورسمنٹ، ا کنفرمیشن ٹو ال دا نیریٹرز۔</w:t>
      </w:r>
    </w:p>
    <w:p>
      <w:r>
        <w:rPr>
          <w:b/>
        </w:rPr>
        <w:t xml:space="preserve">[16:08] </w:t>
      </w:r>
      <w:r>
        <w:t>So how you can reject anyone of them? This was a difficulty.</w:t>
      </w:r>
    </w:p>
    <w:p>
      <w:pPr>
        <w:jc w:val="right"/>
      </w:pPr>
      <w:r>
        <w:t>سو ہاؤ یو کین ریجیکٹ اینی ون اف دیم؟ دس واز ا ڈیفیکلٹی۔</w:t>
      </w:r>
    </w:p>
    <w:p>
      <w:r>
        <w:rPr>
          <w:b/>
        </w:rPr>
        <w:t xml:space="preserve">[16:13] </w:t>
      </w:r>
      <w:r>
        <w:t>This was a difficult problem.</w:t>
      </w:r>
    </w:p>
    <w:p>
      <w:pPr>
        <w:jc w:val="right"/>
      </w:pPr>
      <w:r>
        <w:t>دس واز ا ڈیفیکلٹ پرابلم۔</w:t>
      </w:r>
    </w:p>
    <w:p>
      <w:r>
        <w:rPr>
          <w:b/>
        </w:rPr>
        <w:t xml:space="preserve">[16:15] </w:t>
      </w:r>
      <w:r>
        <w:t>So Shafi'i, Imam Shafi'i wanted to solve this problem by this saying, ra'i sawab yahtamilul khata, wa ra'i ghairi</w:t>
      </w:r>
    </w:p>
    <w:p>
      <w:pPr>
        <w:jc w:val="right"/>
      </w:pPr>
      <w:r>
        <w:t>سو شافعی، امام شافعی وانٹڈ ٹو سالو دس پرابلم بائی دس سینگ، رائی ثواب یحتمل الخطا، ورائی غیری</w:t>
      </w:r>
    </w:p>
    <w:p>
      <w:r>
        <w:rPr>
          <w:b/>
        </w:rPr>
        <w:t xml:space="preserve">[16:23] </w:t>
      </w:r>
      <w:r>
        <w:t>khata yuhtamil al-thawab.</w:t>
      </w:r>
    </w:p>
    <w:p>
      <w:pPr>
        <w:jc w:val="right"/>
      </w:pPr>
      <w:r>
        <w:t>خطا یحتمل الثواب۔</w:t>
      </w:r>
    </w:p>
    <w:p>
      <w:r>
        <w:rPr>
          <w:b/>
        </w:rPr>
        <w:t xml:space="preserve">[16:24] </w:t>
      </w:r>
      <w:r>
        <w:t>My opinion is right with the possibility that it may be wrong.</w:t>
      </w:r>
    </w:p>
    <w:p>
      <w:pPr>
        <w:jc w:val="right"/>
      </w:pPr>
      <w:r>
        <w:t>مائی اوپینین از رائٹ ود دی پاسیبلٹی دیٹ اٹ می بی رونگ۔</w:t>
      </w:r>
    </w:p>
    <w:p>
      <w:r>
        <w:rPr>
          <w:b/>
        </w:rPr>
        <w:t xml:space="preserve">[16:30] </w:t>
      </w:r>
      <w:r>
        <w:t>So it is a dilemma.</w:t>
      </w:r>
    </w:p>
    <w:p>
      <w:pPr>
        <w:jc w:val="right"/>
      </w:pPr>
      <w:r>
        <w:t>سو اٹ از ا ڈیلما۔</w:t>
      </w:r>
    </w:p>
    <w:p>
      <w:r>
        <w:rPr>
          <w:b/>
        </w:rPr>
        <w:t xml:space="preserve">[16:32] </w:t>
      </w:r>
      <w:r>
        <w:t>I don't think that is a it was right stand, but they adopted this stand.</w:t>
      </w:r>
    </w:p>
    <w:p>
      <w:pPr>
        <w:jc w:val="right"/>
      </w:pPr>
      <w:r>
        <w:t>ائی ڈونٹ تھنک دیٹ از ا اٹ واز رائٹ اسٹینڈ، بٹ دے اڈاپٹڈ دس اسٹینڈ۔</w:t>
      </w:r>
    </w:p>
    <w:p>
      <w:r>
        <w:rPr>
          <w:b/>
        </w:rPr>
        <w:t xml:space="preserve">[16:38] </w:t>
      </w:r>
      <w:r>
        <w:t>The right stand was taken by muhadditheen, and that was.</w:t>
      </w:r>
    </w:p>
    <w:p>
      <w:pPr>
        <w:jc w:val="right"/>
      </w:pPr>
      <w:r>
        <w:t>دا رائٹ اسٹینڈ واز ٹیکن بائی محدثین، اینڈ دیٹ واز۔</w:t>
      </w:r>
    </w:p>
    <w:p>
      <w:r>
        <w:rPr>
          <w:b/>
        </w:rPr>
        <w:t xml:space="preserve">[16:42] </w:t>
      </w:r>
      <w:r>
        <w:t>Their stand was drive by the Hadith itself, because in this Hadith, ashabi an-najoom, so be to.</w:t>
      </w:r>
    </w:p>
    <w:p>
      <w:pPr>
        <w:jc w:val="right"/>
      </w:pPr>
      <w:r>
        <w:t>دیر اسٹینڈ واز ڈرائیو بائی دا حدیث سیلف، بیکاز ان دس حدیث، اصحابی النجوم، سو بے تو۔</w:t>
      </w:r>
    </w:p>
    <w:p>
      <w:r>
        <w:rPr>
          <w:b/>
        </w:rPr>
        <w:t xml:space="preserve">[16:50] </w:t>
      </w:r>
      <w:r>
        <w:t>So, Prophet said, Prophet says, it means that all the all the companions are right narrators.</w:t>
      </w:r>
    </w:p>
    <w:p>
      <w:pPr>
        <w:jc w:val="right"/>
      </w:pPr>
      <w:r>
        <w:t>سو پرافٹ سیڈ، پرافٹ سیز، بے اٹ مینز دیٹ ال دا ال دا کمپینینز ار رائٹ نیریٹرز۔</w:t>
      </w:r>
    </w:p>
    <w:p>
      <w:r>
        <w:rPr>
          <w:b/>
        </w:rPr>
        <w:t xml:space="preserve">[16:57] </w:t>
      </w:r>
      <w:r>
        <w:t>All the companions are are every companions.</w:t>
      </w:r>
    </w:p>
    <w:p>
      <w:pPr>
        <w:jc w:val="right"/>
      </w:pPr>
      <w:r>
        <w:t>ال دا کمپینینز ار ار ایوری کمپینرز۔</w:t>
      </w:r>
    </w:p>
    <w:p>
      <w:r>
        <w:rPr>
          <w:b/>
        </w:rPr>
        <w:t xml:space="preserve">[17:00] </w:t>
      </w:r>
      <w:r>
        <w:t>You have to follow every companion.</w:t>
      </w:r>
    </w:p>
    <w:p>
      <w:pPr>
        <w:jc w:val="right"/>
      </w:pPr>
      <w:r>
        <w:t>یو ہیو ٹو فالو ایوری کمپینینز۔</w:t>
      </w:r>
    </w:p>
    <w:p>
      <w:r>
        <w:rPr>
          <w:b/>
        </w:rPr>
        <w:t xml:space="preserve">[17:03] </w:t>
      </w:r>
      <w:r>
        <w:t>So if there was difference, you can say that prophet himself says, prophet himself said that</w:t>
      </w:r>
    </w:p>
    <w:p>
      <w:pPr>
        <w:jc w:val="right"/>
      </w:pPr>
      <w:r>
        <w:t>سو اف دیر واز ڈیفرنس، یو کین سے دیٹ پرافٹ ہم سیلف سیز، پرافٹ ہم سیلف سیڈ دیٹ</w:t>
      </w:r>
    </w:p>
    <w:p>
      <w:r>
        <w:rPr>
          <w:b/>
        </w:rPr>
        <w:t xml:space="preserve">[17:10] </w:t>
      </w:r>
      <w:r>
        <w:t>This is a matter of diversity, is not matter of unification.</w:t>
      </w:r>
    </w:p>
    <w:p>
      <w:pPr>
        <w:jc w:val="right"/>
      </w:pPr>
      <w:r>
        <w:t>دس از ا میٹر اف ڈائیورسٹی، از ناٹ میٹر اف یونیفیکیشن۔</w:t>
      </w:r>
    </w:p>
    <w:p>
      <w:r>
        <w:rPr>
          <w:b/>
        </w:rPr>
        <w:t xml:space="preserve">[17:15] </w:t>
      </w:r>
      <w:r>
        <w:t>Don't try to unify, but take it as a as a diversity.</w:t>
      </w:r>
    </w:p>
    <w:p>
      <w:pPr>
        <w:jc w:val="right"/>
      </w:pPr>
      <w:r>
        <w:t>ڈونٹ ٹرائی ٹو یونیفائی، بٹ ٹیک اٹ ایز ا ایز ا ڈائیورسٹی۔</w:t>
      </w:r>
    </w:p>
    <w:p>
      <w:r>
        <w:rPr>
          <w:b/>
        </w:rPr>
        <w:t xml:space="preserve">[17:20] </w:t>
      </w:r>
      <w:r>
        <w:t>So here I would like to add one more point that ibadat is not simply a form.</w:t>
      </w:r>
    </w:p>
    <w:p>
      <w:pPr>
        <w:jc w:val="right"/>
      </w:pPr>
      <w:r>
        <w:t>سو ہیر ائی وڈ لائک ٹو ایڈ ون مور پوائنٹ دیٹ عبادت از ناٹ سمپلی ا فارم۔</w:t>
      </w:r>
    </w:p>
    <w:p>
      <w:r>
        <w:rPr>
          <w:b/>
        </w:rPr>
        <w:t xml:space="preserve">[17:27] </w:t>
      </w:r>
      <w:r>
        <w:t>Ibadat is not simply a set of rituals.</w:t>
      </w:r>
    </w:p>
    <w:p>
      <w:pPr>
        <w:jc w:val="right"/>
      </w:pPr>
      <w:r>
        <w:t>عبادت از ناٹ سمپلی ا سیٹ اف ریچولز۔</w:t>
      </w:r>
    </w:p>
    <w:p>
      <w:r>
        <w:rPr>
          <w:b/>
        </w:rPr>
        <w:t xml:space="preserve">[17:31] </w:t>
      </w:r>
      <w:r>
        <w:t>No, ibadat is a living practice, just like love.</w:t>
      </w:r>
    </w:p>
    <w:p>
      <w:pPr>
        <w:jc w:val="right"/>
      </w:pPr>
      <w:r>
        <w:t>نو، عبادت از ا ایک لیونگ پریکٹس، جسٹ لائک لو۔</w:t>
      </w:r>
    </w:p>
    <w:p>
      <w:r>
        <w:rPr>
          <w:b/>
        </w:rPr>
        <w:t xml:space="preserve">[17:35] </w:t>
      </w:r>
      <w:r>
        <w:t>Love is a living practice.</w:t>
      </w:r>
    </w:p>
    <w:p>
      <w:pPr>
        <w:jc w:val="right"/>
      </w:pPr>
      <w:r>
        <w:t>لو از ا لیونگ پریکٹس۔</w:t>
      </w:r>
    </w:p>
    <w:p>
      <w:r>
        <w:rPr>
          <w:b/>
        </w:rPr>
        <w:t xml:space="preserve">[17:37] </w:t>
      </w:r>
      <w:r>
        <w:t>You cannot say that you have to live by this method.</w:t>
      </w:r>
    </w:p>
    <w:p>
      <w:pPr>
        <w:jc w:val="right"/>
      </w:pPr>
      <w:r>
        <w:t>یو کین ناٹ سے دیٹ یو ہیو ٹو لو بائی دس میتھڈ۔</w:t>
      </w:r>
    </w:p>
    <w:p>
      <w:r>
        <w:rPr>
          <w:b/>
        </w:rPr>
        <w:t xml:space="preserve">[17:42] </w:t>
      </w:r>
      <w:r>
        <w:t>There is no method of love, because love is a is a living spirit.</w:t>
      </w:r>
    </w:p>
    <w:p>
      <w:pPr>
        <w:jc w:val="right"/>
      </w:pPr>
      <w:r>
        <w:t>دیر از نو میتھڈ اف لو، بیکاز لو از ا از ا لیونگ سپرٹ۔</w:t>
      </w:r>
    </w:p>
    <w:p>
      <w:r>
        <w:rPr>
          <w:b/>
        </w:rPr>
        <w:t xml:space="preserve">[17:48] </w:t>
      </w:r>
      <w:r>
        <w:t>So ibadat is a living practice.</w:t>
      </w:r>
    </w:p>
    <w:p>
      <w:pPr>
        <w:jc w:val="right"/>
      </w:pPr>
      <w:r>
        <w:t>سو عبادت از ا لیونگ پریکٹس۔</w:t>
      </w:r>
    </w:p>
    <w:p>
      <w:r>
        <w:rPr>
          <w:b/>
        </w:rPr>
        <w:t xml:space="preserve">[17:51] </w:t>
      </w:r>
      <w:r>
        <w:t>Any thing that is living practice cannot be unified.</w:t>
      </w:r>
    </w:p>
    <w:p>
      <w:pPr>
        <w:jc w:val="right"/>
      </w:pPr>
      <w:r>
        <w:t>اینی تھنگ دیٹ از لیونگ پریکٹس کین ناٹ بی یونیفائیڈ۔</w:t>
      </w:r>
    </w:p>
    <w:p>
      <w:r>
        <w:rPr>
          <w:b/>
        </w:rPr>
        <w:t xml:space="preserve">[17:55] </w:t>
      </w:r>
      <w:r>
        <w:t>For example, there is a hadith that once the Prophet of Islam was leading a congregational prayer.</w:t>
      </w:r>
    </w:p>
    <w:p>
      <w:pPr>
        <w:jc w:val="right"/>
      </w:pPr>
      <w:r>
        <w:t>فار ایگزامپل، دیر از ا حدیث دیٹ ونس دا پرافٹ اف اسلام واز لیڈنگ ا کانگریگیشنل پریر۔</w:t>
      </w:r>
    </w:p>
    <w:p>
      <w:r>
        <w:rPr>
          <w:b/>
        </w:rPr>
        <w:t xml:space="preserve">[18:03] </w:t>
      </w:r>
      <w:r>
        <w:t>Once the Prophet of Islam was leading a congregational prayer in the mosque of Madinah.</w:t>
      </w:r>
    </w:p>
    <w:p>
      <w:pPr>
        <w:jc w:val="right"/>
      </w:pPr>
      <w:r>
        <w:t>ونس دا پرافٹ اف اسلام واز لیڈنگ ا کانگریگیشنل پریر ان دی مسک اف مدینہ۔</w:t>
      </w:r>
    </w:p>
    <w:p>
      <w:r>
        <w:rPr>
          <w:b/>
        </w:rPr>
        <w:t xml:space="preserve">[18:09] </w:t>
      </w:r>
      <w:r>
        <w:t>So you know, the prescribed way is that when we when we stand from the ruku, we say</w:t>
      </w:r>
    </w:p>
    <w:p>
      <w:pPr>
        <w:jc w:val="right"/>
      </w:pPr>
      <w:r>
        <w:t>سو یو نو، دے پریسکرائب وے از دیٹ وین وی وین وی اسٹینڈ فرام دے رکوع، وی سے</w:t>
      </w:r>
    </w:p>
    <w:p>
      <w:r>
        <w:rPr>
          <w:b/>
        </w:rPr>
        <w:t xml:space="preserve">[18:17] </w:t>
      </w:r>
      <w:r>
        <w:t>rabbana lakal hamd.</w:t>
      </w:r>
    </w:p>
    <w:p>
      <w:pPr>
        <w:jc w:val="right"/>
      </w:pPr>
      <w:r>
        <w:t>ربنا لک الحمد۔</w:t>
      </w:r>
    </w:p>
    <w:p>
      <w:r>
        <w:rPr>
          <w:b/>
        </w:rPr>
        <w:t xml:space="preserve">[18:18] </w:t>
      </w:r>
      <w:r>
        <w:t>So one one companion who was in the who was offering the namaz.</w:t>
      </w:r>
    </w:p>
    <w:p>
      <w:pPr>
        <w:jc w:val="right"/>
      </w:pPr>
      <w:r>
        <w:t>سو ون ون کمپینین ہو واز ان دی ہو واز افرنگ دی نماز۔</w:t>
      </w:r>
    </w:p>
    <w:p>
      <w:r>
        <w:rPr>
          <w:b/>
        </w:rPr>
        <w:t xml:space="preserve">[18:24] </w:t>
      </w:r>
      <w:r>
        <w:t>So other other companions said Rabbana lakal hamd by heart.</w:t>
      </w:r>
    </w:p>
    <w:p>
      <w:pPr>
        <w:jc w:val="right"/>
      </w:pPr>
      <w:r>
        <w:t>سو ادر ادر کمپینین سیڈ ربنا لک الحمد بائی ہارٹ۔</w:t>
      </w:r>
    </w:p>
    <w:p>
      <w:r>
        <w:rPr>
          <w:b/>
        </w:rPr>
        <w:t xml:space="preserve">[18:28] </w:t>
      </w:r>
      <w:r>
        <w:t>One companion said loudly: Rabbana lakal hamd, hamdan katheeran tayyiban mubarakan fi.</w:t>
      </w:r>
    </w:p>
    <w:p>
      <w:pPr>
        <w:jc w:val="right"/>
      </w:pPr>
      <w:r>
        <w:t>ون کمپینین سیڈ لاؤڈلی ربنا لک الحمد، حمدا کثیرا طیبا مبارکا فی۔</w:t>
      </w:r>
    </w:p>
    <w:p>
      <w:r>
        <w:rPr>
          <w:b/>
        </w:rPr>
        <w:t xml:space="preserve">[18:33] </w:t>
      </w:r>
      <w:r>
        <w:t>Prophet was there, and all other companions said by heart Rabbana lakal hamd.</w:t>
      </w:r>
    </w:p>
    <w:p>
      <w:pPr>
        <w:jc w:val="right"/>
      </w:pPr>
      <w:r>
        <w:t>پرافٹ واز دیر، اینڈ ال ادر کمپینین سیڈ بائی ہارٹ ربنا لک الحمد۔</w:t>
      </w:r>
    </w:p>
    <w:p>
      <w:r>
        <w:rPr>
          <w:b/>
        </w:rPr>
        <w:t xml:space="preserve">[18:39] </w:t>
      </w:r>
      <w:r>
        <w:t>One companion said loudly: Rabbana lakal hamd, hamdan katheeran tayyiban mubarakan fi.</w:t>
      </w:r>
    </w:p>
    <w:p>
      <w:pPr>
        <w:jc w:val="right"/>
      </w:pPr>
      <w:r>
        <w:t>ون کمپینین سیڈ لاؤڈلی ربنا لک الحمد، حمدا کثیرا طیبا مبارکا فی۔</w:t>
      </w:r>
    </w:p>
    <w:p>
      <w:r>
        <w:rPr>
          <w:b/>
        </w:rPr>
        <w:t xml:space="preserve">[18:44] </w:t>
      </w:r>
      <w:r>
        <w:t>So there was a suspense.</w:t>
      </w:r>
    </w:p>
    <w:p>
      <w:pPr>
        <w:jc w:val="right"/>
      </w:pPr>
      <w:r>
        <w:t>سو دیر واز ا سسپنس۔</w:t>
      </w:r>
    </w:p>
    <w:p>
      <w:r>
        <w:rPr>
          <w:b/>
        </w:rPr>
        <w:t xml:space="preserve">[18:46] </w:t>
      </w:r>
      <w:r>
        <w:t>There was a suspense.</w:t>
      </w:r>
    </w:p>
    <w:p>
      <w:pPr>
        <w:jc w:val="right"/>
      </w:pPr>
      <w:r>
        <w:t>دیر واز ا سسپنس۔</w:t>
      </w:r>
    </w:p>
    <w:p>
      <w:r>
        <w:rPr>
          <w:b/>
        </w:rPr>
        <w:t xml:space="preserve">[18:48] </w:t>
      </w:r>
      <w:r>
        <w:t>So after complete, after completion of the complete, when he completed the salat, Prophet asked who said</w:t>
      </w:r>
    </w:p>
    <w:p>
      <w:pPr>
        <w:jc w:val="right"/>
      </w:pPr>
      <w:r>
        <w:t>سو افٹر کمپلیٹ، افٹر کمپلیشن اف دا کمپلیٹ، وین ہی کمپلیٹڈ دا دے صلاۃ، پرافٹ اسکڈ ہو سیڈ</w:t>
      </w:r>
    </w:p>
    <w:p>
      <w:r>
        <w:rPr>
          <w:b/>
        </w:rPr>
        <w:t xml:space="preserve">[18:56] </w:t>
      </w:r>
      <w:r>
        <w:t>Like this.</w:t>
      </w:r>
    </w:p>
    <w:p>
      <w:pPr>
        <w:jc w:val="right"/>
      </w:pPr>
      <w:r>
        <w:t>لائک دس۔</w:t>
      </w:r>
    </w:p>
    <w:p>
      <w:r>
        <w:rPr>
          <w:b/>
        </w:rPr>
        <w:t xml:space="preserve">[18:57] </w:t>
      </w:r>
      <w:r>
        <w:t>So that companion fell in fear.</w:t>
      </w:r>
    </w:p>
    <w:p>
      <w:pPr>
        <w:jc w:val="right"/>
      </w:pPr>
      <w:r>
        <w:t>سو دیٹ کمپینین فیل ان فیئر۔</w:t>
      </w:r>
    </w:p>
    <w:p>
      <w:r>
        <w:rPr>
          <w:b/>
        </w:rPr>
        <w:t xml:space="preserve">[19:00] </w:t>
      </w:r>
      <w:r>
        <w:t>He was of the opinion that I I complete wrong, perhaps.</w:t>
      </w:r>
    </w:p>
    <w:p>
      <w:pPr>
        <w:jc w:val="right"/>
      </w:pPr>
      <w:r>
        <w:t>ہی واز اف دا اوپینین دیٹ ائی ائی کمپلیٹ رونگ، پرہیپس۔</w:t>
      </w:r>
    </w:p>
    <w:p>
      <w:r>
        <w:rPr>
          <w:b/>
        </w:rPr>
        <w:t xml:space="preserve">[19:04] </w:t>
      </w:r>
      <w:r>
        <w:t>But Prophet said, no, it was not wrong.</w:t>
      </w:r>
    </w:p>
    <w:p>
      <w:pPr>
        <w:jc w:val="right"/>
      </w:pPr>
      <w:r>
        <w:t>بٹ پرافٹ سیڈ نو، اٹ واز ناٹ رونگ۔</w:t>
      </w:r>
    </w:p>
    <w:p>
      <w:r>
        <w:rPr>
          <w:b/>
        </w:rPr>
        <w:t xml:space="preserve">[19:08] </w:t>
      </w:r>
      <w:r>
        <w:t>You were right, and God accepted your words.</w:t>
      </w:r>
    </w:p>
    <w:p>
      <w:pPr>
        <w:jc w:val="right"/>
      </w:pPr>
      <w:r>
        <w:t>یو وار رائٹ، اینڈ گاڈ ایکسیپٹڈ یور ورڈز۔</w:t>
      </w:r>
    </w:p>
    <w:p>
      <w:r>
        <w:rPr>
          <w:b/>
        </w:rPr>
        <w:t xml:space="preserve">[19:11] </w:t>
      </w:r>
      <w:r>
        <w:t>This event shows us the true picture of the Islamic ibadat.</w:t>
      </w:r>
    </w:p>
    <w:p>
      <w:pPr>
        <w:jc w:val="right"/>
      </w:pPr>
      <w:r>
        <w:t>دس ایونٹ شوز اس دا ٹرو پکچر اف دا اسلامک عبادت۔</w:t>
      </w:r>
    </w:p>
    <w:p>
      <w:r>
        <w:rPr>
          <w:b/>
        </w:rPr>
        <w:t xml:space="preserve">[19:16] </w:t>
      </w:r>
      <w:r>
        <w:t>That ibadat is not simply to complete some rituals.</w:t>
      </w:r>
    </w:p>
    <w:p>
      <w:pPr>
        <w:jc w:val="right"/>
      </w:pPr>
      <w:r>
        <w:t>دیٹ عبادت از ناٹ سمپلی ٹو کمپلیٹ سم ریچولز۔</w:t>
      </w:r>
    </w:p>
    <w:p>
      <w:r>
        <w:rPr>
          <w:b/>
        </w:rPr>
        <w:t xml:space="preserve">[19:20] </w:t>
      </w:r>
      <w:r>
        <w:t>Ibadat is not simply to to to perform some rituals.</w:t>
      </w:r>
    </w:p>
    <w:p>
      <w:pPr>
        <w:jc w:val="right"/>
      </w:pPr>
      <w:r>
        <w:t>عبادت از ناٹ سمپلی ٹو ٹو ٹو پرفارم سم ریچولز۔</w:t>
      </w:r>
    </w:p>
    <w:p>
      <w:r>
        <w:rPr>
          <w:b/>
        </w:rPr>
        <w:t xml:space="preserve">[19:24] </w:t>
      </w:r>
      <w:r>
        <w:t>No, ibadat is not a form.</w:t>
      </w:r>
    </w:p>
    <w:p>
      <w:pPr>
        <w:jc w:val="right"/>
      </w:pPr>
      <w:r>
        <w:t>نو، عبادت از ناٹ ا فارم۔</w:t>
      </w:r>
    </w:p>
    <w:p>
      <w:r>
        <w:rPr>
          <w:b/>
        </w:rPr>
        <w:t xml:space="preserve">[19:27] </w:t>
      </w:r>
      <w:r>
        <w:t>is not a set of rituals, but it is a spirited practice.</w:t>
      </w:r>
    </w:p>
    <w:p>
      <w:pPr>
        <w:jc w:val="right"/>
      </w:pPr>
      <w:r>
        <w:t>از ناٹ ا سیٹ اف ریچولز، بٹ اٹ از ا اسپیریٹڈ پریکٹس۔</w:t>
      </w:r>
    </w:p>
    <w:p>
      <w:r>
        <w:rPr>
          <w:b/>
        </w:rPr>
        <w:t xml:space="preserve">[19:32] </w:t>
      </w:r>
      <w:r>
        <w:t>So when you are full of spirit, you cannot, you cannot, you cannot take a</w:t>
      </w:r>
    </w:p>
    <w:p>
      <w:pPr>
        <w:jc w:val="right"/>
      </w:pPr>
      <w:r>
        <w:t>سو وین یو ار فل اف اسپیریٹ، یو کین ناٹ، یو کین ناٹ، یو کین ناٹ ٹیک ا</w:t>
      </w:r>
    </w:p>
    <w:p>
      <w:r>
        <w:rPr>
          <w:b/>
        </w:rPr>
        <w:t xml:space="preserve">[19:39] </w:t>
      </w:r>
      <w:r>
        <w:t>Routine.</w:t>
      </w:r>
    </w:p>
    <w:p>
      <w:pPr>
        <w:jc w:val="right"/>
      </w:pPr>
      <w:r>
        <w:t>روٹین۔</w:t>
      </w:r>
    </w:p>
    <w:p>
      <w:r>
        <w:rPr>
          <w:b/>
        </w:rPr>
        <w:t xml:space="preserve">[19:41] </w:t>
      </w:r>
      <w:r>
        <w:t>It is impossible when there is no only spiritless actions can be performed in routine.</w:t>
      </w:r>
    </w:p>
    <w:p>
      <w:pPr>
        <w:jc w:val="right"/>
      </w:pPr>
      <w:r>
        <w:t>اٹ از امپوسیبل وین دیر از نو اونلی اسپیریٹ لیس ایکشنز کین بی پرفارم ان روٹین۔</w:t>
      </w:r>
    </w:p>
    <w:p>
      <w:r>
        <w:rPr>
          <w:b/>
        </w:rPr>
        <w:t xml:space="preserve">[19:48] </w:t>
      </w:r>
      <w:r>
        <w:t>So namaz is not a routine.</w:t>
      </w:r>
    </w:p>
    <w:p>
      <w:pPr>
        <w:jc w:val="right"/>
      </w:pPr>
      <w:r>
        <w:t>سو نماز از ناٹ ا روٹین۔</w:t>
      </w:r>
    </w:p>
    <w:p>
      <w:r>
        <w:rPr>
          <w:b/>
        </w:rPr>
        <w:t xml:space="preserve">[19:50] </w:t>
      </w:r>
      <w:r>
        <w:t>Salah is not a spiritless routine.</w:t>
      </w:r>
    </w:p>
    <w:p>
      <w:pPr>
        <w:jc w:val="right"/>
      </w:pPr>
      <w:r>
        <w:t>صلاۃ از ناٹ ا اسپیریٹ لیس روٹین۔</w:t>
      </w:r>
    </w:p>
    <w:p>
      <w:r>
        <w:rPr>
          <w:b/>
        </w:rPr>
        <w:t xml:space="preserve">[19:53] </w:t>
      </w:r>
      <w:r>
        <w:t>A routine without spirit is not namaz.</w:t>
      </w:r>
    </w:p>
    <w:p>
      <w:pPr>
        <w:jc w:val="right"/>
      </w:pPr>
      <w:r>
        <w:t>ا روٹین وداؤٹ اسپیریٹ از ناٹ نماز۔</w:t>
      </w:r>
    </w:p>
    <w:p>
      <w:r>
        <w:rPr>
          <w:b/>
        </w:rPr>
        <w:t xml:space="preserve">[19:56] </w:t>
      </w:r>
      <w:r>
        <w:t>Namaz is a spirit-filled action, and when your heart is fully with spirit, you sometime do</w:t>
      </w:r>
    </w:p>
    <w:p>
      <w:pPr>
        <w:jc w:val="right"/>
      </w:pPr>
      <w:r>
        <w:t>نماز از ا اسپیریٹ فل ایکشن، اینڈ وین یور ہارٹ از فلی ود اسپیریٹ، یو سم ٹائم ڈو</w:t>
      </w:r>
    </w:p>
    <w:p>
      <w:r>
        <w:rPr>
          <w:b/>
        </w:rPr>
        <w:t xml:space="preserve">[20:04] </w:t>
      </w:r>
      <w:r>
        <w:t>against the routine.</w:t>
      </w:r>
    </w:p>
    <w:p>
      <w:pPr>
        <w:jc w:val="right"/>
      </w:pPr>
      <w:r>
        <w:t>اگینسٹ دی روٹین۔</w:t>
      </w:r>
    </w:p>
    <w:p>
      <w:r>
        <w:rPr>
          <w:b/>
        </w:rPr>
        <w:t xml:space="preserve">[20:06] </w:t>
      </w:r>
      <w:r>
        <w:t>routine, sometime you will go against the routine.</w:t>
      </w:r>
    </w:p>
    <w:p>
      <w:pPr>
        <w:jc w:val="right"/>
      </w:pPr>
      <w:r>
        <w:t>روٹین سم ٹائم یو ویل گو اگینسٹ دی روٹین۔</w:t>
      </w:r>
    </w:p>
    <w:p>
      <w:r>
        <w:rPr>
          <w:b/>
        </w:rPr>
        <w:t xml:space="preserve">[20:09] </w:t>
      </w:r>
      <w:r>
        <w:t>So this this was the spirit of that namaz.</w:t>
      </w:r>
    </w:p>
    <w:p>
      <w:pPr>
        <w:jc w:val="right"/>
      </w:pPr>
      <w:r>
        <w:t>سو دس دس واز دا اسپیریٹ اف دیٹ نماز۔</w:t>
      </w:r>
    </w:p>
    <w:p>
      <w:r>
        <w:rPr>
          <w:b/>
        </w:rPr>
        <w:t xml:space="preserve">[20:13] </w:t>
      </w:r>
      <w:r>
        <w:t>That companion, it was the spirit of that companion which went after the routine, and by his</w:t>
      </w:r>
    </w:p>
    <w:p>
      <w:pPr>
        <w:jc w:val="right"/>
      </w:pPr>
      <w:r>
        <w:t>دیٹ کمپینین، اٹ واز دا اسپیریٹ اف دیٹ کمپینین وچ وٹ وینٹ افٹر دی روٹین، اینڈ بائی ہز</w:t>
      </w:r>
    </w:p>
    <w:p>
      <w:r>
        <w:rPr>
          <w:b/>
        </w:rPr>
        <w:t xml:space="preserve">[20:21] </w:t>
      </w:r>
      <w:r>
        <w:t>enthusiasm by his thrill.</w:t>
      </w:r>
    </w:p>
    <w:p>
      <w:pPr>
        <w:jc w:val="right"/>
      </w:pPr>
      <w:r>
        <w:t>انتھوزیازم، بائی ہز تھرل۔</w:t>
      </w:r>
    </w:p>
    <w:p>
      <w:r>
        <w:rPr>
          <w:b/>
        </w:rPr>
        <w:t xml:space="preserve">[20:23] </w:t>
      </w:r>
      <w:r>
        <w:t>At that time, he was in thrill.</w:t>
      </w:r>
    </w:p>
    <w:p>
      <w:pPr>
        <w:jc w:val="right"/>
      </w:pPr>
      <w:r>
        <w:t>ایٹ دیٹ ٹائم، ہی واز ان تھرل۔</w:t>
      </w:r>
    </w:p>
    <w:p>
      <w:r>
        <w:rPr>
          <w:b/>
        </w:rPr>
        <w:t xml:space="preserve">[20:26] </w:t>
      </w:r>
      <w:r>
        <w:t>So in the thrilling experience, he said Rabbana lakal hamd, hamdan katheeran tayyiban mubarakan fi.</w:t>
      </w:r>
    </w:p>
    <w:p>
      <w:pPr>
        <w:jc w:val="right"/>
      </w:pPr>
      <w:r>
        <w:t>سو ان دا تھرلنگ ایکسپیرینس، ہی سیڈ ربنا لک الحمد، حمدا کثیرا طیبا مبارکا فی۔</w:t>
      </w:r>
    </w:p>
    <w:p>
      <w:r>
        <w:rPr>
          <w:b/>
        </w:rPr>
        <w:t xml:space="preserve">[20:32] </w:t>
      </w:r>
      <w:r>
        <w:t>So this kind of namaz cannot be taken as a routine.</w:t>
      </w:r>
    </w:p>
    <w:p>
      <w:pPr>
        <w:jc w:val="right"/>
      </w:pPr>
      <w:r>
        <w:t>سو دس کائنڈ اف نماز کین ناٹ بی ٹیکن ایز ا روٹین۔</w:t>
      </w:r>
    </w:p>
    <w:p>
      <w:r>
        <w:rPr>
          <w:b/>
        </w:rPr>
        <w:t xml:space="preserve">[20:37] </w:t>
      </w:r>
      <w:r>
        <w:t>نماز اور صلاۃ اور عبادت is a practice that is full of spirit.</w:t>
      </w:r>
    </w:p>
    <w:p>
      <w:pPr>
        <w:jc w:val="right"/>
      </w:pPr>
      <w:r>
        <w:t>نماز اور صلاۃ اور عبادت از ا پریکٹس دیٹ از فل اف اسپیریٹ۔</w:t>
      </w:r>
    </w:p>
    <w:p>
      <w:r>
        <w:rPr>
          <w:b/>
        </w:rPr>
        <w:t xml:space="preserve">[20:43] </w:t>
      </w:r>
      <w:r>
        <w:t>is not simply a routine.</w:t>
      </w:r>
    </w:p>
    <w:p>
      <w:pPr>
        <w:jc w:val="right"/>
      </w:pPr>
      <w:r>
        <w:t>از ناٹ سمپلی ا روٹین۔</w:t>
      </w:r>
    </w:p>
    <w:p>
      <w:r>
        <w:rPr>
          <w:b/>
        </w:rPr>
        <w:t xml:space="preserve">[20:45] </w:t>
      </w:r>
      <w:r>
        <w:t>So in it is, it is but natural that there are some differences in in details.</w:t>
      </w:r>
    </w:p>
    <w:p>
      <w:pPr>
        <w:jc w:val="right"/>
      </w:pPr>
      <w:r>
        <w:t>سو ان اٹ از، اٹ از بٹ نیچرل دیٹ دیر ار سم ڈیفرنسز ان ان ڈیٹیلز۔</w:t>
      </w:r>
    </w:p>
    <w:p>
      <w:r>
        <w:rPr>
          <w:b/>
        </w:rPr>
        <w:t xml:space="preserve">[20:52] </w:t>
      </w:r>
      <w:r>
        <w:t>It is but natural, when namaz is not a routine, then it is but natural that there there</w:t>
      </w:r>
    </w:p>
    <w:p>
      <w:pPr>
        <w:jc w:val="right"/>
      </w:pPr>
      <w:r>
        <w:t>اٹ از بٹ نیچرل وین نماز از ناٹ ا روٹین، دین اٹ از بٹ نیچرل دیٹ دیر دیر</w:t>
      </w:r>
    </w:p>
    <w:p>
      <w:r>
        <w:rPr>
          <w:b/>
        </w:rPr>
        <w:t xml:space="preserve">[21:00] </w:t>
      </w:r>
      <w:r>
        <w:t>must be some differences at least in the details.</w:t>
      </w:r>
    </w:p>
    <w:p>
      <w:pPr>
        <w:jc w:val="right"/>
      </w:pPr>
      <w:r>
        <w:t>مسٹ بی سم ڈیفرنسز ایٹ لیسٹ ان دا ڈیٹیلز۔</w:t>
      </w:r>
    </w:p>
    <w:p>
      <w:r>
        <w:rPr>
          <w:b/>
        </w:rPr>
        <w:t xml:space="preserve">[21:03] </w:t>
      </w:r>
      <w:r>
        <w:t>So I would like to say that although in the fundamental parts of ibadat, there is, there is</w:t>
      </w:r>
    </w:p>
    <w:p>
      <w:pPr>
        <w:jc w:val="right"/>
      </w:pPr>
      <w:r>
        <w:t>سو ائی وڈ لائک ٹو سے دیٹ الدو ان دی فنڈامینٹل پارٹس اف عبادت، دیر از، دیر از</w:t>
      </w:r>
    </w:p>
    <w:p>
      <w:r>
        <w:rPr>
          <w:b/>
        </w:rPr>
        <w:t xml:space="preserve">[21:11] </w:t>
      </w:r>
      <w:r>
        <w:t>a unity, uniformity.</w:t>
      </w:r>
    </w:p>
    <w:p>
      <w:pPr>
        <w:jc w:val="right"/>
      </w:pPr>
      <w:r>
        <w:t>ا یونٹی، یونیفارمیٹی۔</w:t>
      </w:r>
    </w:p>
    <w:p>
      <w:r>
        <w:rPr>
          <w:b/>
        </w:rPr>
        <w:t xml:space="preserve">[21:13] </w:t>
      </w:r>
      <w:r>
        <w:t>There is a uniformity, but as far as the details are concerned, to there is no uniformity.</w:t>
      </w:r>
    </w:p>
    <w:p>
      <w:pPr>
        <w:jc w:val="right"/>
      </w:pPr>
      <w:r>
        <w:t>دیر از ا یونیفارمیٹی، بٹ ایز فار ایز دا ڈیٹیلز ار کنسرن، تو دیر از نو یونیفارمیٹی۔</w:t>
      </w:r>
    </w:p>
    <w:p>
      <w:r>
        <w:rPr>
          <w:b/>
        </w:rPr>
        <w:t xml:space="preserve">[21:20] </w:t>
      </w:r>
      <w:r>
        <w:t>Spirit can not afford uniformity.</w:t>
      </w:r>
    </w:p>
    <w:p>
      <w:pPr>
        <w:jc w:val="right"/>
      </w:pPr>
      <w:r>
        <w:t>اسپیریٹ کین ناٹ افورڈ یونیفارمیٹی۔</w:t>
      </w:r>
    </w:p>
    <w:p>
      <w:r>
        <w:rPr>
          <w:b/>
        </w:rPr>
        <w:t xml:space="preserve">[21:22] </w:t>
      </w:r>
      <w:r>
        <w:t>Uniformity is a phenomena that is part of your routine.</w:t>
      </w:r>
    </w:p>
    <w:p>
      <w:pPr>
        <w:jc w:val="right"/>
      </w:pPr>
      <w:r>
        <w:t>یونیفارمیٹی از ا فیناومینا دیٹ از پارٹ اف یور روٹین۔</w:t>
      </w:r>
    </w:p>
    <w:p>
      <w:r>
        <w:rPr>
          <w:b/>
        </w:rPr>
        <w:t xml:space="preserve">[21:26] </w:t>
      </w:r>
      <w:r>
        <w:t>Only in routine, you can find uniformity.</w:t>
      </w:r>
    </w:p>
    <w:p>
      <w:pPr>
        <w:jc w:val="right"/>
      </w:pPr>
      <w:r>
        <w:t>اونلی ان روٹین، یو کین فائنڈ یونیفارمیٹی۔</w:t>
      </w:r>
    </w:p>
    <w:p>
      <w:r>
        <w:rPr>
          <w:b/>
        </w:rPr>
        <w:t xml:space="preserve">[21:29] </w:t>
      </w:r>
      <w:r>
        <w:t>Only in routine, only in rituals, you can find uniformity.</w:t>
      </w:r>
    </w:p>
    <w:p>
      <w:pPr>
        <w:jc w:val="right"/>
      </w:pPr>
      <w:r>
        <w:t>اونلی ان روٹین، اونلی ان ریچولز، یو کین فائنڈ یونیفارمیٹی۔</w:t>
      </w:r>
    </w:p>
    <w:p>
      <w:r>
        <w:rPr>
          <w:b/>
        </w:rPr>
        <w:t xml:space="preserve">[21:34] </w:t>
      </w:r>
      <w:r>
        <w:t>But in an inspired action, you cannot find routine.</w:t>
      </w:r>
    </w:p>
    <w:p>
      <w:pPr>
        <w:jc w:val="right"/>
      </w:pPr>
      <w:r>
        <w:t>بٹ ان این ان ا اسپیریٹڈ ایکشن، یو کین ناٹ فائنڈ روٹین۔</w:t>
      </w:r>
    </w:p>
    <w:p>
      <w:r>
        <w:rPr>
          <w:b/>
        </w:rPr>
        <w:t xml:space="preserve">[21:39] </w:t>
      </w:r>
      <w:r>
        <w:t>Spirited action does not accept routine.</w:t>
      </w:r>
    </w:p>
    <w:p>
      <w:pPr>
        <w:jc w:val="right"/>
      </w:pPr>
      <w:r>
        <w:t>اسپیریٹڈ ایکشن ڈز ناٹ ایکسیپٹ روٹین۔</w:t>
      </w:r>
    </w:p>
    <w:p>
      <w:r>
        <w:rPr>
          <w:b/>
        </w:rPr>
        <w:t xml:space="preserve">[21:41] </w:t>
      </w:r>
      <w:r>
        <w:t>Spirited action is like a storm.</w:t>
      </w:r>
    </w:p>
    <w:p>
      <w:pPr>
        <w:jc w:val="right"/>
      </w:pPr>
      <w:r>
        <w:t>اسپیریٹڈ ایکشن از لائک ا سٹارم۔</w:t>
      </w:r>
    </w:p>
    <w:p>
      <w:r>
        <w:rPr>
          <w:b/>
        </w:rPr>
        <w:t xml:space="preserve">[21:44] </w:t>
      </w:r>
      <w:r>
        <w:t>How you can bind a storm in the routine? So I think that the group of muhadditheen was</w:t>
      </w:r>
    </w:p>
    <w:p>
      <w:pPr>
        <w:jc w:val="right"/>
      </w:pPr>
      <w:r>
        <w:t>ہاؤ یو کین بائنڈ ا سٹارم ان دا روٹین؟ سو ائی تھنک دیٹ دا گروپ اف محدثین واز</w:t>
      </w:r>
    </w:p>
    <w:p>
      <w:r>
        <w:rPr>
          <w:b/>
        </w:rPr>
        <w:t xml:space="preserve">[21:52] </w:t>
      </w:r>
      <w:r>
        <w:t>Right, and group of fuqaha were wrong.</w:t>
      </w:r>
    </w:p>
    <w:p>
      <w:pPr>
        <w:jc w:val="right"/>
      </w:pPr>
      <w:r>
        <w:t>رائٹ، اینڈ گروپ اف فقہاء ویر رونگ۔</w:t>
      </w:r>
    </w:p>
    <w:p>
      <w:r>
        <w:rPr>
          <w:b/>
        </w:rPr>
        <w:t xml:space="preserve">[21:55] </w:t>
      </w:r>
      <w:r>
        <w:t>Group of muhadditheen said that, group of muhadditheen said that all the sahaba are our example for us.</w:t>
      </w:r>
    </w:p>
    <w:p>
      <w:pPr>
        <w:jc w:val="right"/>
      </w:pPr>
      <w:r>
        <w:t>گروپ اف محدثین سیڈ دیٹ، گروپ اف محدثین سیڈ دیٹ ال دا صحابہ ار ار ایگزیمپل فار اس۔</w:t>
      </w:r>
    </w:p>
    <w:p>
      <w:r>
        <w:rPr>
          <w:b/>
        </w:rPr>
        <w:t xml:space="preserve">[22:02] </w:t>
      </w:r>
      <w:r>
        <w:t>So if there is difference, you can take it in the sense of diversity.</w:t>
      </w:r>
    </w:p>
    <w:p>
      <w:pPr>
        <w:jc w:val="right"/>
      </w:pPr>
      <w:r>
        <w:t>سو اف دیر از ڈیفرنس، یو کین ٹیک اٹ ان ان دا سینس اف ڈائیورسٹی۔</w:t>
      </w:r>
    </w:p>
    <w:p>
      <w:r>
        <w:rPr>
          <w:b/>
        </w:rPr>
        <w:t xml:space="preserve">[22:09] </w:t>
      </w:r>
      <w:r>
        <w:t>All the differences are right.</w:t>
      </w:r>
    </w:p>
    <w:p>
      <w:pPr>
        <w:jc w:val="right"/>
      </w:pPr>
      <w:r>
        <w:t>الدو ڈیفرنسز ار رائٹ۔</w:t>
      </w:r>
    </w:p>
    <w:p>
      <w:r>
        <w:rPr>
          <w:b/>
        </w:rPr>
        <w:t xml:space="preserve">[22:11] </w:t>
      </w:r>
      <w:r>
        <w:t>I think that in their words, it was tawassu.</w:t>
      </w:r>
    </w:p>
    <w:p>
      <w:pPr>
        <w:jc w:val="right"/>
      </w:pPr>
      <w:r>
        <w:t>ائی تھنک دیٹ ان دیر ورڈز، اٹ واز توسع۔</w:t>
      </w:r>
    </w:p>
    <w:p>
      <w:r>
        <w:rPr>
          <w:b/>
        </w:rPr>
        <w:t xml:space="preserve">[22:14] </w:t>
      </w:r>
      <w:r>
        <w:t>Tawassu means diversity.</w:t>
      </w:r>
    </w:p>
    <w:p>
      <w:pPr>
        <w:jc w:val="right"/>
      </w:pPr>
      <w:r>
        <w:t>توسع مینز ڈائیورسٹی۔</w:t>
      </w:r>
    </w:p>
    <w:p>
      <w:r>
        <w:rPr>
          <w:b/>
        </w:rPr>
        <w:t xml:space="preserve">[22:16] </w:t>
      </w:r>
      <w:r>
        <w:t>So muhadditheen, the stand of muhadditheen was that there are two parts of salah.</w:t>
      </w:r>
    </w:p>
    <w:p>
      <w:pPr>
        <w:jc w:val="right"/>
      </w:pPr>
      <w:r>
        <w:t>سو محدثین، دا اسٹینڈ اف محدثین واز دیٹ دیر ار ٹو پارٹس اف صلاۃ۔</w:t>
      </w:r>
    </w:p>
    <w:p>
      <w:r>
        <w:rPr>
          <w:b/>
        </w:rPr>
        <w:t xml:space="preserve">[22:22] </w:t>
      </w:r>
      <w:r>
        <w:t>One is a basic parts, basic structure.</w:t>
      </w:r>
    </w:p>
    <w:p>
      <w:pPr>
        <w:jc w:val="right"/>
      </w:pPr>
      <w:r>
        <w:t>ون از ا بیسک پارٹس، بیسک سٹرکچر۔</w:t>
      </w:r>
    </w:p>
    <w:p>
      <w:r>
        <w:rPr>
          <w:b/>
        </w:rPr>
        <w:t xml:space="preserve">[22:25] </w:t>
      </w:r>
      <w:r>
        <w:t>There are two parts of of of ibadat or salah.</w:t>
      </w:r>
    </w:p>
    <w:p>
      <w:pPr>
        <w:jc w:val="right"/>
      </w:pPr>
      <w:r>
        <w:t>دیر ار ٹو پارٹس اف اف اف عبادت اور صلاۃ۔</w:t>
      </w:r>
    </w:p>
    <w:p>
      <w:r>
        <w:rPr>
          <w:b/>
        </w:rPr>
        <w:t xml:space="preserve">[22:29] </w:t>
      </w:r>
      <w:r>
        <w:t>One is its basic structures, and the second is its details, its minor details.</w:t>
      </w:r>
    </w:p>
    <w:p>
      <w:pPr>
        <w:jc w:val="right"/>
      </w:pPr>
      <w:r>
        <w:t>ون از اٹس بیسک سٹرکچرز، اینڈ دا سیکنڈ از اٹس ڈیٹیلز، اٹس مائنر ڈیٹیلز۔</w:t>
      </w:r>
    </w:p>
    <w:p>
      <w:r>
        <w:rPr>
          <w:b/>
        </w:rPr>
        <w:t xml:space="preserve">[22:35] </w:t>
      </w:r>
      <w:r>
        <w:t>So as far as the basic structure is concerned, is one and the same.</w:t>
      </w:r>
    </w:p>
    <w:p>
      <w:pPr>
        <w:jc w:val="right"/>
      </w:pPr>
      <w:r>
        <w:t>سو ایز فار ایز دا بیسک سٹرکچر از کنسرن، از ون اینڈ دا سیم۔</w:t>
      </w:r>
    </w:p>
    <w:p>
      <w:r>
        <w:rPr>
          <w:b/>
        </w:rPr>
        <w:t xml:space="preserve">[22:41] </w:t>
      </w:r>
      <w:r>
        <w:t>Everyone must perform salat al-fajr in two units, and salat al-zuhr in four units, and</w:t>
      </w:r>
    </w:p>
    <w:p>
      <w:pPr>
        <w:jc w:val="right"/>
      </w:pPr>
      <w:r>
        <w:t>ایوری ون مسٹ پرفارم صلاۃ الفجر ان ٹو یونٹس، اینڈ صلاۃ ال صلاۃ الظہر ان فور یونٹس، اینڈ</w:t>
      </w:r>
    </w:p>
    <w:p>
      <w:r>
        <w:rPr>
          <w:b/>
        </w:rPr>
        <w:t xml:space="preserve">[22:49] </w:t>
      </w:r>
      <w:r>
        <w:t>Salat al-Asr in four units, and Salat al-Maghrib three units, and Salat al-Isha four units.</w:t>
      </w:r>
    </w:p>
    <w:p>
      <w:pPr>
        <w:jc w:val="right"/>
      </w:pPr>
      <w:r>
        <w:t>صلاۃ العصر ان فور یونٹس، اینڈ صلاۃ المغرب تھری یونٹس، اینڈ صلاۃ العشاء فور یونٹس۔</w:t>
      </w:r>
    </w:p>
    <w:p>
      <w:r>
        <w:rPr>
          <w:b/>
        </w:rPr>
        <w:t xml:space="preserve">[22:55] </w:t>
      </w:r>
      <w:r>
        <w:t>So as far as the basic structure is concerned, there is unity, there is uniformity.</w:t>
      </w:r>
    </w:p>
    <w:p>
      <w:pPr>
        <w:jc w:val="right"/>
      </w:pPr>
      <w:r>
        <w:t>سو ایز فار ایز دا بیسک سٹرکچر از کنسرن، دیر از یونیٹی، دیر از یونیفارمیٹی۔</w:t>
      </w:r>
    </w:p>
    <w:p>
      <w:r>
        <w:rPr>
          <w:b/>
        </w:rPr>
        <w:t xml:space="preserve">[23:02] </w:t>
      </w:r>
      <w:r>
        <w:t>But as far as the minor details are concerned, there is no uniformity.</w:t>
      </w:r>
    </w:p>
    <w:p>
      <w:pPr>
        <w:jc w:val="right"/>
      </w:pPr>
      <w:r>
        <w:t>بٹ ایز فار ایز دا مائنر ڈیٹیلز ار کنسرن، دیر از نو یونیفارمیٹی۔</w:t>
      </w:r>
    </w:p>
    <w:p>
      <w:r>
        <w:rPr>
          <w:b/>
        </w:rPr>
        <w:t xml:space="preserve">[23:07] </w:t>
      </w:r>
      <w:r>
        <w:t>uniformity in in minor details is impossible, because namaz is not a routine, is not a set of</w:t>
      </w:r>
    </w:p>
    <w:p>
      <w:pPr>
        <w:jc w:val="right"/>
      </w:pPr>
      <w:r>
        <w:t>یونیفارمیٹی ان ان مائنر ڈیٹیلز از امپوسیبل، بیکاز نماز از ناٹ ا روٹین، از ناٹ ا سیٹ اف</w:t>
      </w:r>
    </w:p>
    <w:p>
      <w:r>
        <w:rPr>
          <w:b/>
        </w:rPr>
        <w:t xml:space="preserve">[23:15] </w:t>
      </w:r>
      <w:r>
        <w:t>rituals, is not simply a form.</w:t>
      </w:r>
    </w:p>
    <w:p>
      <w:pPr>
        <w:jc w:val="right"/>
      </w:pPr>
      <w:r>
        <w:t>ریچولز، از ناٹ سمپلی ا فارم۔</w:t>
      </w:r>
    </w:p>
    <w:p>
      <w:r>
        <w:rPr>
          <w:b/>
        </w:rPr>
        <w:t xml:space="preserve">[23:18] </w:t>
      </w:r>
      <w:r>
        <w:t>It is a matter of spirit.</w:t>
      </w:r>
    </w:p>
    <w:p>
      <w:pPr>
        <w:jc w:val="right"/>
      </w:pPr>
      <w:r>
        <w:t>اٹ از ا میٹر اف اسپیریٹ۔</w:t>
      </w:r>
    </w:p>
    <w:p>
      <w:r>
        <w:rPr>
          <w:b/>
        </w:rPr>
        <w:t xml:space="preserve">[23:20] </w:t>
      </w:r>
      <w:r>
        <w:t>is a living ibadat.</w:t>
      </w:r>
    </w:p>
    <w:p>
      <w:pPr>
        <w:jc w:val="right"/>
      </w:pPr>
      <w:r>
        <w:t>از ا لیونگ عبادت۔</w:t>
      </w:r>
    </w:p>
    <w:p>
      <w:r>
        <w:rPr>
          <w:b/>
        </w:rPr>
        <w:t xml:space="preserve">[23:22] </w:t>
      </w:r>
      <w:r>
        <w:t>Namaz is a living worship.</w:t>
      </w:r>
    </w:p>
    <w:p>
      <w:pPr>
        <w:jc w:val="right"/>
      </w:pPr>
      <w:r>
        <w:t>نماز از ا لیونگ ورشپ۔</w:t>
      </w:r>
    </w:p>
    <w:p>
      <w:r>
        <w:rPr>
          <w:b/>
        </w:rPr>
        <w:t xml:space="preserve">[23:24] </w:t>
      </w:r>
      <w:r>
        <w:t>So living worship cannot afford this kind of routine.</w:t>
      </w:r>
    </w:p>
    <w:p>
      <w:pPr>
        <w:jc w:val="right"/>
      </w:pPr>
      <w:r>
        <w:t>سو لیونگ ورشپ کین ناٹ افورڈ دس کائنڈ اف روٹین۔</w:t>
      </w:r>
    </w:p>
    <w:p>
      <w:r>
        <w:rPr>
          <w:b/>
        </w:rPr>
        <w:t xml:space="preserve">[23:28] </w:t>
      </w:r>
      <w:r>
        <w:t>You know, there are two different issues in fiqh: taqlid and ijtihad, well-known issues.</w:t>
      </w:r>
    </w:p>
    <w:p>
      <w:pPr>
        <w:jc w:val="right"/>
      </w:pPr>
      <w:r>
        <w:t>یو نو، دیر ار ٹو ڈفرنٹ ایشوز ان فقہ: تقلید اینڈ اجتہاد، ویل نون ایشوز۔</w:t>
      </w:r>
    </w:p>
    <w:p>
      <w:r>
        <w:rPr>
          <w:b/>
        </w:rPr>
        <w:t xml:space="preserve">[23:35] </w:t>
      </w:r>
      <w:r>
        <w:t>Both are well-known issues of fiqh: taqlid and ijtihad.</w:t>
      </w:r>
    </w:p>
    <w:p>
      <w:pPr>
        <w:jc w:val="right"/>
      </w:pPr>
      <w:r>
        <w:t>بوتھ ار ویل نون ایشوز اف فقہ: تقلید اینڈ اجتہاد۔</w:t>
      </w:r>
    </w:p>
    <w:p>
      <w:r>
        <w:rPr>
          <w:b/>
        </w:rPr>
        <w:t xml:space="preserve">[23:39] </w:t>
      </w:r>
      <w:r>
        <w:t>So what is taqleed and what is ijtihad? Taqleed means imitation.</w:t>
      </w:r>
    </w:p>
    <w:p>
      <w:pPr>
        <w:jc w:val="right"/>
      </w:pPr>
      <w:r>
        <w:t>سو واٹ از تقلید اینڈ واٹ از اجتہاد؟ تقلید مینز ایمیٹیشن۔</w:t>
      </w:r>
    </w:p>
    <w:p>
      <w:r>
        <w:rPr>
          <w:b/>
        </w:rPr>
        <w:t xml:space="preserve">[23:44] </w:t>
      </w:r>
      <w:r>
        <w:t>"Taqleed" means imitation, and "ijtihad" means independent thinking.</w:t>
      </w:r>
    </w:p>
    <w:p>
      <w:pPr>
        <w:jc w:val="right"/>
      </w:pPr>
      <w:r>
        <w:t>تقلید مینز ایمیٹیشن، اینڈ اجتہاد مینز انڈیپینڈنٹ تھنکنگ۔</w:t>
      </w:r>
    </w:p>
    <w:p>
      <w:r>
        <w:rPr>
          <w:b/>
        </w:rPr>
        <w:t xml:space="preserve">[23:47] </w:t>
      </w:r>
      <w:r>
        <w:t>So taqleed, people generally have taken taqleed as a as an eternal principle of Islam.</w:t>
      </w:r>
    </w:p>
    <w:p>
      <w:pPr>
        <w:jc w:val="right"/>
      </w:pPr>
      <w:r>
        <w:t>سو تقلید، پیپل جنرلی ہیو ٹیکن تقلید ایز ا ایز ا ایٹرنل پرنسپل اف اسلام۔</w:t>
      </w:r>
    </w:p>
    <w:p>
      <w:r>
        <w:rPr>
          <w:b/>
        </w:rPr>
        <w:t xml:space="preserve">[23:54] </w:t>
      </w:r>
      <w:r>
        <w:t>Now, taqleed means that according to their, according to their thinking, there were four mujtahid mutlaq, four scholars,</w:t>
      </w:r>
    </w:p>
    <w:p>
      <w:pPr>
        <w:jc w:val="right"/>
      </w:pPr>
      <w:r>
        <w:t>ناو، تقلید مینز دیٹ اکارڈنگ ٹو دیر، اکارڈنگ ٹو دیر تھنکنگ، دیر وار فور مجتہد مطلق، فور سکالرز،</w:t>
      </w:r>
    </w:p>
    <w:p>
      <w:r>
        <w:rPr>
          <w:b/>
        </w:rPr>
        <w:t xml:space="preserve">[24:01] </w:t>
      </w:r>
      <w:r>
        <w:t>yani imam abu hanifa, imam shafi, imam hanbal, imam malik.</w:t>
      </w:r>
    </w:p>
    <w:p>
      <w:pPr>
        <w:jc w:val="right"/>
      </w:pPr>
      <w:r>
        <w:t>یعنی امام ابو حنیفہ، امام شافعی، امام حنبل، امام مالک۔</w:t>
      </w:r>
    </w:p>
    <w:p>
      <w:r>
        <w:rPr>
          <w:b/>
        </w:rPr>
        <w:t xml:space="preserve">[24:06] </w:t>
      </w:r>
      <w:r>
        <w:t>This four, this four are regarded as a mujtahid mutlaq, and this four Imam established four schools of</w:t>
      </w:r>
    </w:p>
    <w:p>
      <w:pPr>
        <w:jc w:val="right"/>
      </w:pPr>
      <w:r>
        <w:t>دس فور، دس فور ار ریگارڈڈ ایز ا مجتہد مطلق، اینڈ دس فور امام اسٹیبلش فور اسکولز اف</w:t>
      </w:r>
    </w:p>
    <w:p>
      <w:r>
        <w:rPr>
          <w:b/>
        </w:rPr>
        <w:t xml:space="preserve">[24:13] </w:t>
      </w:r>
      <w:r>
        <w:t>Fiqh.</w:t>
      </w:r>
    </w:p>
    <w:p>
      <w:pPr>
        <w:jc w:val="right"/>
      </w:pPr>
      <w:r>
        <w:t>فقہ۔</w:t>
      </w:r>
    </w:p>
    <w:p>
      <w:r>
        <w:rPr>
          <w:b/>
        </w:rPr>
        <w:t xml:space="preserve">[24:15] </w:t>
      </w:r>
      <w:r>
        <w:t>These four imams have established four schools of fiqh: that is Fiqh Hanafi, Fiqh Shafi'i, Fiqh Maliki, Fiqh</w:t>
      </w:r>
    </w:p>
    <w:p>
      <w:pPr>
        <w:jc w:val="right"/>
      </w:pPr>
      <w:r>
        <w:t>دس فور امامز ہیو اسٹیبلش فور اسکولز اف فقہ: دیٹ از فقہ حنفی، فقہ شافعی، فقہ مالکی، فقہ</w:t>
      </w:r>
    </w:p>
    <w:p>
      <w:r>
        <w:rPr>
          <w:b/>
        </w:rPr>
        <w:t xml:space="preserve">[24:23] </w:t>
      </w:r>
      <w:r>
        <w:t>Hanbali.</w:t>
      </w:r>
    </w:p>
    <w:p>
      <w:pPr>
        <w:jc w:val="right"/>
      </w:pPr>
      <w:r>
        <w:t>حنبلی۔</w:t>
      </w:r>
    </w:p>
    <w:p>
      <w:r>
        <w:rPr>
          <w:b/>
        </w:rPr>
        <w:t xml:space="preserve">[24:24] </w:t>
      </w:r>
      <w:r>
        <w:t>تو this four imams have established four fiqh, four school of fiqh.</w:t>
      </w:r>
    </w:p>
    <w:p>
      <w:pPr>
        <w:jc w:val="right"/>
      </w:pPr>
      <w:r>
        <w:t>تو دس فور امامز ہیو اسٹیبلش فور فقہ، فور اسکول اف فقہ۔</w:t>
      </w:r>
    </w:p>
    <w:p>
      <w:r>
        <w:rPr>
          <w:b/>
        </w:rPr>
        <w:t xml:space="preserve">[24:29] </w:t>
      </w:r>
      <w:r>
        <w:t>So, present concept of taqleed means that we have to follow this Imam and this faqih school.</w:t>
      </w:r>
    </w:p>
    <w:p>
      <w:pPr>
        <w:jc w:val="right"/>
      </w:pPr>
      <w:r>
        <w:t>سو پریزنٹ کانسیپٹ اف تقلید مینز دیٹ وی ہیو ٹو فالو دس امام اینڈ دس فقیہ سکول۔</w:t>
      </w:r>
    </w:p>
    <w:p>
      <w:r>
        <w:rPr>
          <w:b/>
        </w:rPr>
        <w:t xml:space="preserve">[24:36] </w:t>
      </w:r>
      <w:r>
        <w:t>We cannot go beyond this fiqh school.</w:t>
      </w:r>
    </w:p>
    <w:p>
      <w:pPr>
        <w:jc w:val="right"/>
      </w:pPr>
      <w:r>
        <w:t>وی کین ناٹ گو بیانڈ دس فقیہ سکول۔</w:t>
      </w:r>
    </w:p>
    <w:p>
      <w:r>
        <w:rPr>
          <w:b/>
        </w:rPr>
        <w:t xml:space="preserve">[24:40] </w:t>
      </w:r>
      <w:r>
        <w:t>It is not allowed in Islam to follow any other pattern.</w:t>
      </w:r>
    </w:p>
    <w:p>
      <w:pPr>
        <w:jc w:val="right"/>
      </w:pPr>
      <w:r>
        <w:t>اٹ از ناٹ لاؤڈ ان اسلام ٹو فالو اینی ادر پیٹرن۔</w:t>
      </w:r>
    </w:p>
    <w:p>
      <w:r>
        <w:rPr>
          <w:b/>
        </w:rPr>
        <w:t xml:space="preserve">[24:45] </w:t>
      </w:r>
      <w:r>
        <w:t>So this is taqleed.</w:t>
      </w:r>
    </w:p>
    <w:p>
      <w:pPr>
        <w:jc w:val="right"/>
      </w:pPr>
      <w:r>
        <w:t>سو دس از تقلید۔</w:t>
      </w:r>
    </w:p>
    <w:p>
      <w:r>
        <w:rPr>
          <w:b/>
        </w:rPr>
        <w:t xml:space="preserve">[24:46] </w:t>
      </w:r>
      <w:r>
        <w:t>I think that this kind of taqlid is not not just accord to the Islam.</w:t>
      </w:r>
    </w:p>
    <w:p>
      <w:pPr>
        <w:jc w:val="right"/>
      </w:pPr>
      <w:r>
        <w:t>ائی تھنک دیٹ دس کائنڈ اف تقلید از ناٹ ناٹ جسٹ اکارڈ ٹو دا اسلام۔</w:t>
      </w:r>
    </w:p>
    <w:p>
      <w:r>
        <w:rPr>
          <w:b/>
        </w:rPr>
        <w:t xml:space="preserve">[24:53] </w:t>
      </w:r>
      <w:r>
        <w:t>Islam is against this kind of taqleed.</w:t>
      </w:r>
    </w:p>
    <w:p>
      <w:pPr>
        <w:jc w:val="right"/>
      </w:pPr>
      <w:r>
        <w:t>اسلام از اگینسٹ دس کائنڈ اف تقلید۔</w:t>
      </w:r>
    </w:p>
    <w:p>
      <w:r>
        <w:rPr>
          <w:b/>
        </w:rPr>
        <w:t xml:space="preserve">[24:56] </w:t>
      </w:r>
      <w:r>
        <w:t>تقلید means imitation.</w:t>
      </w:r>
    </w:p>
    <w:p>
      <w:pPr>
        <w:jc w:val="right"/>
      </w:pPr>
      <w:r>
        <w:t>تقلید مینز ایمیٹیشن۔</w:t>
      </w:r>
    </w:p>
    <w:p>
      <w:r>
        <w:rPr>
          <w:b/>
        </w:rPr>
        <w:t xml:space="preserve">[24:57] </w:t>
      </w:r>
      <w:r>
        <w:t>Now, you know, this four Imam have have find the place of in practical sense, place of of</w:t>
      </w:r>
    </w:p>
    <w:p>
      <w:pPr>
        <w:jc w:val="right"/>
      </w:pPr>
      <w:r>
        <w:t>ناو، یو نو، دس فور امام ہیو ہیو فائنڈ دا پلیس اف ان پریکٹیکل سینس، پلیس اف اف</w:t>
      </w:r>
    </w:p>
    <w:p>
      <w:r>
        <w:rPr>
          <w:b/>
        </w:rPr>
        <w:t xml:space="preserve">[25:05] </w:t>
      </w:r>
      <w:r>
        <w:t>of the Prophet.</w:t>
      </w:r>
    </w:p>
    <w:p>
      <w:pPr>
        <w:jc w:val="right"/>
      </w:pPr>
      <w:r>
        <w:t>اف دا پرافٹ۔</w:t>
      </w:r>
    </w:p>
    <w:p>
      <w:r>
        <w:rPr>
          <w:b/>
        </w:rPr>
        <w:t xml:space="preserve">[25:06] </w:t>
      </w:r>
      <w:r>
        <w:t>People imitate blindly.</w:t>
      </w:r>
    </w:p>
    <w:p>
      <w:pPr>
        <w:jc w:val="right"/>
      </w:pPr>
      <w:r>
        <w:t>پیپل ایمیٹیٹ بلائنڈلی۔</w:t>
      </w:r>
    </w:p>
    <w:p>
      <w:r>
        <w:rPr>
          <w:b/>
        </w:rPr>
        <w:t xml:space="preserve">[25:08] </w:t>
      </w:r>
      <w:r>
        <w:t>So this kind of imitation, this kind of taqleed is quite against the spirit of Islam.</w:t>
      </w:r>
    </w:p>
    <w:p>
      <w:pPr>
        <w:jc w:val="right"/>
      </w:pPr>
      <w:r>
        <w:t>سو دس کائنڈ اف ایمیٹیشن، دس کائنڈ اف تقلید از کوائٹ اگینسٹ دی اسپیریٹ اف اسلام۔</w:t>
      </w:r>
    </w:p>
    <w:p>
      <w:r>
        <w:rPr>
          <w:b/>
        </w:rPr>
        <w:t xml:space="preserve">[25:15] </w:t>
      </w:r>
      <w:r>
        <w:t>Now, I would like to say that there are two kinds of taqleed: one is to believe that this</w:t>
      </w:r>
    </w:p>
    <w:p>
      <w:pPr>
        <w:jc w:val="right"/>
      </w:pPr>
      <w:r>
        <w:t>ناو، ائی وڈ لائک ٹو سے دیٹ دیر ٹو کائنڈ اف تقلید: ون از ٹو بیلیو دیٹ دس</w:t>
      </w:r>
    </w:p>
    <w:p>
      <w:r>
        <w:rPr>
          <w:b/>
        </w:rPr>
        <w:t xml:space="preserve">[25:23] </w:t>
      </w:r>
      <w:r>
        <w:t>Four imams were mujtahid mutlaq, and those four schools are eternal schools.</w:t>
      </w:r>
    </w:p>
    <w:p>
      <w:pPr>
        <w:jc w:val="right"/>
      </w:pPr>
      <w:r>
        <w:t>فور امامز ویر مجتہد مشترک، اینڈ دوز فور اسکولز ار ایٹرنل اسکولز۔</w:t>
      </w:r>
    </w:p>
    <w:p>
      <w:r>
        <w:rPr>
          <w:b/>
        </w:rPr>
        <w:t xml:space="preserve">[25:28] </w:t>
      </w:r>
      <w:r>
        <w:t>They are eternally correct, and we have no option other than to follow these schools.</w:t>
      </w:r>
    </w:p>
    <w:p>
      <w:pPr>
        <w:jc w:val="right"/>
      </w:pPr>
      <w:r>
        <w:t>دے ار ایٹرنلی کریکٹ، اینڈ وی ہیو نو اپشن ادر دین ٹو فالو دس اسکولز۔</w:t>
      </w:r>
    </w:p>
    <w:p>
      <w:r>
        <w:rPr>
          <w:b/>
        </w:rPr>
        <w:t xml:space="preserve">[25:34] </w:t>
      </w:r>
      <w:r>
        <w:t>In this sense, taqleed is not just according to the Islamic spirit.</w:t>
      </w:r>
    </w:p>
    <w:p>
      <w:pPr>
        <w:jc w:val="right"/>
      </w:pPr>
      <w:r>
        <w:t>ان دس سینس، تقلید از ناٹ جسٹ اکارڈنگ ٹو دا اسلامک اسپیریٹ۔</w:t>
      </w:r>
    </w:p>
    <w:p>
      <w:r>
        <w:rPr>
          <w:b/>
        </w:rPr>
        <w:t xml:space="preserve">[25:39] </w:t>
      </w:r>
      <w:r>
        <w:t>It it stops the the intellectual development of Islam.</w:t>
      </w:r>
    </w:p>
    <w:p>
      <w:pPr>
        <w:jc w:val="right"/>
      </w:pPr>
      <w:r>
        <w:t>اٹ اٹ سٹاپس دا دا انٹلیکچول ڈیولپمنٹ اف اسلام۔</w:t>
      </w:r>
    </w:p>
    <w:p>
      <w:r>
        <w:rPr>
          <w:b/>
        </w:rPr>
        <w:t xml:space="preserve">[25:43] </w:t>
      </w:r>
      <w:r>
        <w:t>This kind of taqleed creates stagnation, intellectual stagnation.</w:t>
      </w:r>
    </w:p>
    <w:p>
      <w:pPr>
        <w:jc w:val="right"/>
      </w:pPr>
      <w:r>
        <w:t>دس کائنڈ اف تقلید کریٹس اسٹیگنیشن، انٹلیکچول اسٹیگنیشن۔</w:t>
      </w:r>
    </w:p>
    <w:p>
      <w:r>
        <w:rPr>
          <w:b/>
        </w:rPr>
        <w:t xml:space="preserve">[25:47] </w:t>
      </w:r>
      <w:r>
        <w:t>This kind of taqleed that four imam were mujtahid mutlaq, and now, we have no option other than</w:t>
      </w:r>
    </w:p>
    <w:p>
      <w:pPr>
        <w:jc w:val="right"/>
      </w:pPr>
      <w:r>
        <w:t>دس کائنڈ اف تقلید دیٹ فور امام ویر مجتہد مطلق، اینڈ ناو، وی ہیو نو اپشن ادر دین</w:t>
      </w:r>
    </w:p>
    <w:p>
      <w:r>
        <w:rPr>
          <w:b/>
        </w:rPr>
        <w:t xml:space="preserve">[25:54] </w:t>
      </w:r>
      <w:r>
        <w:t>to follow this four school of fiqh.</w:t>
      </w:r>
    </w:p>
    <w:p>
      <w:pPr>
        <w:jc w:val="right"/>
      </w:pPr>
      <w:r>
        <w:t>ٹو فالو دس فور اسکول اف فقہ۔</w:t>
      </w:r>
    </w:p>
    <w:p>
      <w:r>
        <w:rPr>
          <w:b/>
        </w:rPr>
        <w:t xml:space="preserve">[25:57] </w:t>
      </w:r>
      <w:r>
        <w:t>You know, this school of fiqh were established during the Abbasid Caliphate.</w:t>
      </w:r>
    </w:p>
    <w:p>
      <w:pPr>
        <w:jc w:val="right"/>
      </w:pPr>
      <w:r>
        <w:t>یو نو، دس اسکول اف فقہ ویر اسٹیبلش ڈورنگ دا عباس خلافت۔</w:t>
      </w:r>
    </w:p>
    <w:p>
      <w:r>
        <w:rPr>
          <w:b/>
        </w:rPr>
        <w:t xml:space="preserve">[26:02] </w:t>
      </w:r>
      <w:r>
        <w:t>So this kind of taqleed leads to intellectual stagnation.</w:t>
      </w:r>
    </w:p>
    <w:p>
      <w:pPr>
        <w:jc w:val="right"/>
      </w:pPr>
      <w:r>
        <w:t>سو دس کائنڈ اف تقلید لیڈز ٹو انٹلیکچول اسٹیگنیشن۔</w:t>
      </w:r>
    </w:p>
    <w:p>
      <w:r>
        <w:rPr>
          <w:b/>
        </w:rPr>
        <w:t xml:space="preserve">[26:06] </w:t>
      </w:r>
      <w:r>
        <w:t>It is permanent, it is a permanent hindrance towards the towards the intellectual progress, intellectual development in Islam.</w:t>
      </w:r>
    </w:p>
    <w:p>
      <w:pPr>
        <w:jc w:val="right"/>
      </w:pPr>
      <w:r>
        <w:t>اٹ از پرماننٹ، اٹ از ا پرماننٹ ہنڈرنس ٹورڈز دی ٹورڈز دی انٹلیکچول پروگریس، انٹلیکچول ڈیولپمنٹ ان اسلام۔</w:t>
      </w:r>
    </w:p>
    <w:p>
      <w:r>
        <w:rPr>
          <w:b/>
        </w:rPr>
        <w:t xml:space="preserve">[26:14] </w:t>
      </w:r>
      <w:r>
        <w:t>Now, I believe that this kind of taqlid is not according to the Islamic spirit, but there is</w:t>
      </w:r>
    </w:p>
    <w:p>
      <w:pPr>
        <w:jc w:val="right"/>
      </w:pPr>
      <w:r>
        <w:t>ناو، ائی بیلیو دیٹ دس کائنڈ اف تقلید از ناٹ اکارڈنگ ٹو دی اسلامک اسپیریٹ، بٹ دیر از</w:t>
      </w:r>
    </w:p>
    <w:p>
      <w:r>
        <w:rPr>
          <w:b/>
        </w:rPr>
        <w:t xml:space="preserve">[26:22] </w:t>
      </w:r>
      <w:r>
        <w:t>Other form of taqleed that is a practical need, practical requirement, and that is in every society.</w:t>
      </w:r>
    </w:p>
    <w:p>
      <w:pPr>
        <w:jc w:val="right"/>
      </w:pPr>
      <w:r>
        <w:t>ادر فارم اف تقلید دیٹ از ا پریکٹیکل نیڈ، پریکٹیکل ریکوائرمنٹ، اینڈ دیٹ از ان ایوری سوسائٹی۔</w:t>
      </w:r>
    </w:p>
    <w:p>
      <w:r>
        <w:rPr>
          <w:b/>
        </w:rPr>
        <w:t xml:space="preserve">[26:29] </w:t>
      </w:r>
      <w:r>
        <w:t>There are two categories of people: masses and any educated people, and those who are not educated, or</w:t>
      </w:r>
    </w:p>
    <w:p>
      <w:pPr>
        <w:jc w:val="right"/>
      </w:pPr>
      <w:r>
        <w:t>دیر ار ٹو کیٹگریز اف پیپل: ماسز اینڈ اینی ایجوکیٹڈ پیپل، اینڈ دوز ہو ار ناٹ ایجوکیٹڈ، اور</w:t>
      </w:r>
    </w:p>
    <w:p>
      <w:r>
        <w:rPr>
          <w:b/>
        </w:rPr>
        <w:t xml:space="preserve">[26:37] </w:t>
      </w:r>
      <w:r>
        <w:t>scholars and non-scholars.</w:t>
      </w:r>
    </w:p>
    <w:p>
      <w:pPr>
        <w:jc w:val="right"/>
      </w:pPr>
      <w:r>
        <w:t>سکالرز اور نان سکالرز۔</w:t>
      </w:r>
    </w:p>
    <w:p>
      <w:r>
        <w:rPr>
          <w:b/>
        </w:rPr>
        <w:t xml:space="preserve">[26:38] </w:t>
      </w:r>
      <w:r>
        <w:t>This kind of categorization is found in every society.</w:t>
      </w:r>
    </w:p>
    <w:p>
      <w:pPr>
        <w:jc w:val="right"/>
      </w:pPr>
      <w:r>
        <w:t>دس کائنڈ اف کیٹگرائزیشن از فاؤنڈ ان ایوری سوسائٹی۔</w:t>
      </w:r>
    </w:p>
    <w:p>
      <w:r>
        <w:rPr>
          <w:b/>
        </w:rPr>
        <w:t xml:space="preserve">[26:42] </w:t>
      </w:r>
      <w:r>
        <w:t>So those who are scholars, those who have direct access to the Islamic sources, they can understand every</w:t>
      </w:r>
    </w:p>
    <w:p>
      <w:pPr>
        <w:jc w:val="right"/>
      </w:pPr>
      <w:r>
        <w:t>سو دوز ہو ار سکالرز، دوز ہو ہیو ڈائریکٹ ایکسس ٹو دا اسلامک سورسز، دے کین انڈرسٹینڈ ایوری</w:t>
      </w:r>
    </w:p>
    <w:p>
      <w:r>
        <w:rPr>
          <w:b/>
        </w:rPr>
        <w:t xml:space="preserve">[26:50] </w:t>
      </w:r>
      <w:r>
        <w:t>thing.</w:t>
      </w:r>
    </w:p>
    <w:p>
      <w:pPr>
        <w:jc w:val="right"/>
      </w:pPr>
      <w:r>
        <w:t>تھنگ۔</w:t>
      </w:r>
    </w:p>
    <w:p>
      <w:r>
        <w:rPr>
          <w:b/>
        </w:rPr>
        <w:t xml:space="preserve">[26:52] </w:t>
      </w:r>
      <w:r>
        <w:t>Those scholars who have direct access to the Islamic resources, to the Quran, to Hadith, all those scriptural</w:t>
      </w:r>
    </w:p>
    <w:p>
      <w:pPr>
        <w:jc w:val="right"/>
      </w:pPr>
      <w:r>
        <w:t>دوز سکالرز ہو ہیو ڈائریکٹ ایکسس ٹو دا اسلامک ریسورسز، ٹو دا قرآن، ٹو حدیث، ال دوز سکرپچرل</w:t>
      </w:r>
    </w:p>
    <w:p>
      <w:r>
        <w:rPr>
          <w:b/>
        </w:rPr>
        <w:t xml:space="preserve">[26:59] </w:t>
      </w:r>
      <w:r>
        <w:t>scriptures.</w:t>
      </w:r>
    </w:p>
    <w:p>
      <w:pPr>
        <w:jc w:val="right"/>
      </w:pPr>
      <w:r>
        <w:t>سکرپچرز۔</w:t>
      </w:r>
    </w:p>
    <w:p>
      <w:r>
        <w:rPr>
          <w:b/>
        </w:rPr>
        <w:t xml:space="preserve">[27:01] </w:t>
      </w:r>
      <w:r>
        <w:t>So they directly can understand everything, but those who have no direct access, those who have no</w:t>
      </w:r>
    </w:p>
    <w:p>
      <w:pPr>
        <w:jc w:val="right"/>
      </w:pPr>
      <w:r>
        <w:t>سو دے ڈائریکٹلی کین انڈرسٹینڈ ایوری تھنگ، بٹ دوز ہو ہیو نو ڈائریکٹ ایکسس، دوز ہو ہیو نو</w:t>
      </w:r>
    </w:p>
    <w:p>
      <w:r>
        <w:rPr>
          <w:b/>
        </w:rPr>
        <w:t xml:space="preserve">[27:08] </w:t>
      </w:r>
      <w:r>
        <w:t>knowledge of Arabic language, those who cannot understand the scriptures.</w:t>
      </w:r>
    </w:p>
    <w:p>
      <w:pPr>
        <w:jc w:val="right"/>
      </w:pPr>
      <w:r>
        <w:t>نالج اف عربک لینگویج، دوز ہو کین ناٹ انڈرسٹینڈ دی سکرپچرز۔</w:t>
      </w:r>
    </w:p>
    <w:p>
      <w:r>
        <w:rPr>
          <w:b/>
        </w:rPr>
        <w:t xml:space="preserve">[27:13] </w:t>
      </w:r>
      <w:r>
        <w:t>So what is there? What do they have to do? So I think that this people who have no</w:t>
      </w:r>
    </w:p>
    <w:p>
      <w:pPr>
        <w:jc w:val="right"/>
      </w:pPr>
      <w:r>
        <w:t>سو واٹ از دیر؟ واٹ دے ہیو ٹو ڈو؟ سو ائی تھنک دیٹ دس پیپل ہو ہیو نو</w:t>
      </w:r>
    </w:p>
    <w:p>
      <w:r>
        <w:rPr>
          <w:b/>
        </w:rPr>
        <w:t xml:space="preserve">[27:21] </w:t>
      </w:r>
      <w:r>
        <w:t>direct access to the Islamic sources, they must rely on some scholar of their contemporary, from their contemporary</w:t>
      </w:r>
    </w:p>
    <w:p>
      <w:pPr>
        <w:jc w:val="right"/>
      </w:pPr>
      <w:r>
        <w:t>ڈائریکٹ ایکسس ٹو دا اسلامک سورسز، دے مسٹ ریلائی ان سم سکالر اف دیر کنٹمپریری، فرام دیر کنٹمپریری</w:t>
      </w:r>
    </w:p>
    <w:p>
      <w:r>
        <w:rPr>
          <w:b/>
        </w:rPr>
        <w:t xml:space="preserve">[27:29] </w:t>
      </w:r>
      <w:r>
        <w:t>people.</w:t>
      </w:r>
    </w:p>
    <w:p>
      <w:pPr>
        <w:jc w:val="right"/>
      </w:pPr>
      <w:r>
        <w:t>پیپل۔</w:t>
      </w:r>
    </w:p>
    <w:p>
      <w:r>
        <w:rPr>
          <w:b/>
        </w:rPr>
        <w:t xml:space="preserve">[27:30] </w:t>
      </w:r>
      <w:r>
        <w:t>Every time, there are some scholars in every age, every time, every place.</w:t>
      </w:r>
    </w:p>
    <w:p>
      <w:pPr>
        <w:jc w:val="right"/>
      </w:pPr>
      <w:r>
        <w:t>ایوری ٹائم، دیر ار سم سکالرز ان ایوری ایج، ایوری ٹائم، ایوری پلیس۔</w:t>
      </w:r>
    </w:p>
    <w:p>
      <w:r>
        <w:rPr>
          <w:b/>
        </w:rPr>
        <w:t xml:space="preserve">[27:36] </w:t>
      </w:r>
      <w:r>
        <w:t>So those who have no direct access to the Quranic sources, those who have not in a position</w:t>
      </w:r>
    </w:p>
    <w:p>
      <w:pPr>
        <w:jc w:val="right"/>
      </w:pPr>
      <w:r>
        <w:t>سو دوز ہو ہیو نو ڈائریکٹ ایکسس ٹو دا قرآنک سورسز، دوز ہو ہیو ناٹ ان ا پوزیشن</w:t>
      </w:r>
    </w:p>
    <w:p>
      <w:r>
        <w:rPr>
          <w:b/>
        </w:rPr>
        <w:t xml:space="preserve">[27:43] </w:t>
      </w:r>
      <w:r>
        <w:t>to form right opinion about the Islamic teachings.</w:t>
      </w:r>
    </w:p>
    <w:p>
      <w:pPr>
        <w:jc w:val="right"/>
      </w:pPr>
      <w:r>
        <w:t>ٹو فارم رائٹ اوپینین اباؤٹ دا اسلامک ٹیچنگز۔</w:t>
      </w:r>
    </w:p>
    <w:p>
      <w:r>
        <w:rPr>
          <w:b/>
        </w:rPr>
        <w:t xml:space="preserve">[27:47] </w:t>
      </w:r>
      <w:r>
        <w:t>So they must rely on any one of those scholars.</w:t>
      </w:r>
    </w:p>
    <w:p>
      <w:pPr>
        <w:jc w:val="right"/>
      </w:pPr>
      <w:r>
        <w:t>سو دے مسٹ ریلائی ان اینی ون اف دوز سکالرز۔</w:t>
      </w:r>
    </w:p>
    <w:p>
      <w:r>
        <w:rPr>
          <w:b/>
        </w:rPr>
        <w:t xml:space="preserve">[27:51] </w:t>
      </w:r>
      <w:r>
        <w:t>They adopt them as their counselor, as their intellectual leader.</w:t>
      </w:r>
    </w:p>
    <w:p>
      <w:pPr>
        <w:jc w:val="right"/>
      </w:pPr>
      <w:r>
        <w:t>دے اڈاپٹ دیم ایز دیر کونسلر، ایز دیر انٹلیکچول لیڈر۔</w:t>
      </w:r>
    </w:p>
    <w:p>
      <w:r>
        <w:rPr>
          <w:b/>
        </w:rPr>
        <w:t xml:space="preserve">[27:55] </w:t>
      </w:r>
      <w:r>
        <w:t>تو it is a temporary phenomena.</w:t>
      </w:r>
    </w:p>
    <w:p>
      <w:pPr>
        <w:jc w:val="right"/>
      </w:pPr>
      <w:r>
        <w:t>تو اٹ از ا ٹیمپریری فیناومینا۔</w:t>
      </w:r>
    </w:p>
    <w:p>
      <w:r>
        <w:rPr>
          <w:b/>
        </w:rPr>
        <w:t xml:space="preserve">[27:58] </w:t>
      </w:r>
      <w:r>
        <w:t>When one scholar dies, you have to adopt some other scholar.</w:t>
      </w:r>
    </w:p>
    <w:p>
      <w:pPr>
        <w:jc w:val="right"/>
      </w:pPr>
      <w:r>
        <w:t>وین ون سکالر ڈائز، یو ہیو ٹو اڈاپٹ سم ادر سکالر۔</w:t>
      </w:r>
    </w:p>
    <w:p>
      <w:r>
        <w:rPr>
          <w:b/>
        </w:rPr>
        <w:t xml:space="preserve">[28:03] </w:t>
      </w:r>
      <w:r>
        <w:t>But that kind of taqleed means that those four Imam, although they have died, but still they are</w:t>
      </w:r>
    </w:p>
    <w:p>
      <w:pPr>
        <w:jc w:val="right"/>
      </w:pPr>
      <w:r>
        <w:t>بٹ دیٹ کائنڈ اف تقلید مینز دیٹ دوز فور امام، الدو دے ہیو ڈائیڈ، بٹ اسٹل دے ار</w:t>
      </w:r>
    </w:p>
    <w:p>
      <w:r>
        <w:rPr>
          <w:b/>
        </w:rPr>
        <w:t xml:space="preserve">[28:10] </w:t>
      </w:r>
      <w:r>
        <w:t>aur Imam, still they are our leader, still we have to follow their pattern.</w:t>
      </w:r>
    </w:p>
    <w:p>
      <w:pPr>
        <w:jc w:val="right"/>
      </w:pPr>
      <w:r>
        <w:t>اور امام، اسٹل دے ار اور لیڈر، اسٹل وی ہیو ٹو فالو دیر پیٹرن۔</w:t>
      </w:r>
    </w:p>
    <w:p>
      <w:r>
        <w:rPr>
          <w:b/>
        </w:rPr>
        <w:t xml:space="preserve">[28:16] </w:t>
      </w:r>
      <w:r>
        <w:t>This is stagnation, yeh stagnation, intellectual stagnation.</w:t>
      </w:r>
    </w:p>
    <w:p>
      <w:pPr>
        <w:jc w:val="right"/>
      </w:pPr>
      <w:r>
        <w:t>دس از اسٹیگنیشن، یہ اسٹیگنیشن، انٹلیکچول اسٹیگنیشن۔</w:t>
      </w:r>
    </w:p>
    <w:p>
      <w:r>
        <w:rPr>
          <w:b/>
        </w:rPr>
        <w:t xml:space="preserve">[28:19] </w:t>
      </w:r>
      <w:r>
        <w:t>So I can say that in that sense, taqleed is not good, because in that sense, they have</w:t>
      </w:r>
    </w:p>
    <w:p>
      <w:pPr>
        <w:jc w:val="right"/>
      </w:pPr>
      <w:r>
        <w:t>سو ائی کین سے دیٹ ان دیٹ سینس، تقلید از ناٹ گڈ، بیکاز ان دیٹ سینس، دے ہیو</w:t>
      </w:r>
    </w:p>
    <w:p>
      <w:r>
        <w:rPr>
          <w:b/>
        </w:rPr>
        <w:t xml:space="preserve">[28:27] </w:t>
      </w:r>
      <w:r>
        <w:t>adopted taqleed as a belief, matter of belief.</w:t>
      </w:r>
    </w:p>
    <w:p>
      <w:pPr>
        <w:jc w:val="right"/>
      </w:pPr>
      <w:r>
        <w:t>اپٹڈ تقلید ایز ا بیلیف، میٹر اف بیلیف۔</w:t>
      </w:r>
    </w:p>
    <w:p>
      <w:r>
        <w:rPr>
          <w:b/>
        </w:rPr>
        <w:t xml:space="preserve">[28:31] </w:t>
      </w:r>
      <w:r>
        <w:t>So I don't think that taking taqleed as a matter of belief is correct, no.</w:t>
      </w:r>
    </w:p>
    <w:p>
      <w:pPr>
        <w:jc w:val="right"/>
      </w:pPr>
      <w:r>
        <w:t>سو ائی ڈونٹ تھنک دیٹ ٹیکنگ تقلید ایز ا میٹر اف بیلیف از کریکٹ، نو۔</w:t>
      </w:r>
    </w:p>
    <w:p>
      <w:r>
        <w:rPr>
          <w:b/>
        </w:rPr>
        <w:t xml:space="preserve">[28:37] </w:t>
      </w:r>
      <w:r>
        <w:t>But there is other aspect that that is practical aspect.</w:t>
      </w:r>
    </w:p>
    <w:p>
      <w:pPr>
        <w:jc w:val="right"/>
      </w:pPr>
      <w:r>
        <w:t>بٹ دیر از ادر اسپیکٹ دیٹ دیٹ از پریکٹیکل اسپیکٹ۔</w:t>
      </w:r>
    </w:p>
    <w:p>
      <w:r>
        <w:rPr>
          <w:b/>
        </w:rPr>
        <w:t xml:space="preserve">[28:41] </w:t>
      </w:r>
      <w:r>
        <w:t>Those people who have no great knowledge, who have no direct access to the Islamic scriptures.</w:t>
      </w:r>
    </w:p>
    <w:p>
      <w:pPr>
        <w:jc w:val="right"/>
      </w:pPr>
      <w:r>
        <w:t>دوز پیپل ہو ہیو نو گریٹ نالج، ہو ہیو نو ڈائریکٹ ایکسس ٹو دا اسلامک سکرپچرز۔</w:t>
      </w:r>
    </w:p>
    <w:p>
      <w:r>
        <w:rPr>
          <w:b/>
        </w:rPr>
        <w:t xml:space="preserve">[28:48] </w:t>
      </w:r>
      <w:r>
        <w:t>So, it is their problem how to follow Islam.</w:t>
      </w:r>
    </w:p>
    <w:p>
      <w:pPr>
        <w:jc w:val="right"/>
      </w:pPr>
      <w:r>
        <w:t>سو دے اٹ از دیر پرابلم ہاؤ ٹو فالو اسلام۔</w:t>
      </w:r>
    </w:p>
    <w:p>
      <w:r>
        <w:rPr>
          <w:b/>
        </w:rPr>
        <w:t xml:space="preserve">[28:52] </w:t>
      </w:r>
      <w:r>
        <w:t>So here, taqleed is a practical requirement.</w:t>
      </w:r>
    </w:p>
    <w:p>
      <w:pPr>
        <w:jc w:val="right"/>
      </w:pPr>
      <w:r>
        <w:t>سو ہیر، تقلید از ا پریکٹیکل ریکوائرمنٹ۔</w:t>
      </w:r>
    </w:p>
    <w:p>
      <w:r>
        <w:rPr>
          <w:b/>
        </w:rPr>
        <w:t xml:space="preserve">[28:55] </w:t>
      </w:r>
      <w:r>
        <w:t>They must rely to some scholar of that time, that they have adopt some contemporary scholar, not not</w:t>
      </w:r>
    </w:p>
    <w:p>
      <w:pPr>
        <w:jc w:val="right"/>
      </w:pPr>
      <w:r>
        <w:t>دے مسٹ ریلائی ٹو سم سکالر اف دیٹ ٹائم، دیٹ دے ہیو اڈاپٹ سم کنٹمپریری سکالر، ناٹ ناٹ</w:t>
      </w:r>
    </w:p>
    <w:p>
      <w:r>
        <w:rPr>
          <w:b/>
        </w:rPr>
        <w:t xml:space="preserve">[29:03] </w:t>
      </w:r>
      <w:r>
        <w:t>permanently.</w:t>
      </w:r>
    </w:p>
    <w:p>
      <w:pPr>
        <w:jc w:val="right"/>
      </w:pPr>
      <w:r>
        <w:t>پرماننٹلی۔</w:t>
      </w:r>
    </w:p>
    <w:p>
      <w:r>
        <w:rPr>
          <w:b/>
        </w:rPr>
        <w:t xml:space="preserve">[29:05] </w:t>
      </w:r>
      <w:r>
        <w:t>So when this scholar dies, they must adopt other scholar.</w:t>
      </w:r>
    </w:p>
    <w:p>
      <w:pPr>
        <w:jc w:val="right"/>
      </w:pPr>
      <w:r>
        <w:t>سو وین دس سکالر ڈائز، دے مسٹ اڈاپٹ ادر سکالر۔</w:t>
      </w:r>
    </w:p>
    <w:p>
      <w:r>
        <w:rPr>
          <w:b/>
        </w:rPr>
        <w:t xml:space="preserve">[29:09] </w:t>
      </w:r>
      <w:r>
        <w:t>تو this is a, this is a, this is a process.</w:t>
      </w:r>
    </w:p>
    <w:p>
      <w:pPr>
        <w:jc w:val="right"/>
      </w:pPr>
      <w:r>
        <w:t>تو دس از ا، دس از ا، دس از ا پروسیس۔</w:t>
      </w:r>
    </w:p>
    <w:p>
      <w:r>
        <w:rPr>
          <w:b/>
        </w:rPr>
        <w:t xml:space="preserve">[29:14] </w:t>
      </w:r>
      <w:r>
        <w:t>This is a process of generation of generation.</w:t>
      </w:r>
    </w:p>
    <w:p>
      <w:pPr>
        <w:jc w:val="right"/>
      </w:pPr>
      <w:r>
        <w:t>دس از ا پروسیس اف جنریشن اف جنریشن۔</w:t>
      </w:r>
    </w:p>
    <w:p>
      <w:r>
        <w:rPr>
          <w:b/>
        </w:rPr>
        <w:t xml:space="preserve">[29:17] </w:t>
      </w:r>
      <w:r>
        <w:t>In every generation, there are some new people, there are some new scholars.</w:t>
      </w:r>
    </w:p>
    <w:p>
      <w:pPr>
        <w:jc w:val="right"/>
      </w:pPr>
      <w:r>
        <w:t>ان ایوری جنریشن، دیر ار سم نیو پیپل، دیر ار سم نیو سکالرز۔</w:t>
      </w:r>
    </w:p>
    <w:p>
      <w:r>
        <w:rPr>
          <w:b/>
        </w:rPr>
        <w:t xml:space="preserve">[29:23] </w:t>
      </w:r>
      <w:r>
        <w:t>So this kind of of taqleed is a practical need of of the religion of Islam.</w:t>
      </w:r>
    </w:p>
    <w:p>
      <w:pPr>
        <w:jc w:val="right"/>
      </w:pPr>
      <w:r>
        <w:t>سو دس کائنڈ اف اف تقلید از ا پریکٹیکل نیڈ اف اف دی ریلیجن اف اسلام۔</w:t>
      </w:r>
    </w:p>
    <w:p>
      <w:r>
        <w:rPr>
          <w:b/>
        </w:rPr>
        <w:t xml:space="preserve">[29:29] </w:t>
      </w:r>
      <w:r>
        <w:t>So I can say that taqlid in a in a permanent sense is not acceptable for me, but</w:t>
      </w:r>
    </w:p>
    <w:p>
      <w:pPr>
        <w:jc w:val="right"/>
      </w:pPr>
      <w:r>
        <w:t>سو ائی کین سے دیٹ تقلید ان ا ان ا پرماننٹ سینس از ناٹ ایکسیپٹیبل فار می، بٹ</w:t>
      </w:r>
    </w:p>
    <w:p>
      <w:r>
        <w:rPr>
          <w:b/>
        </w:rPr>
        <w:t xml:space="preserve">[29:37] </w:t>
      </w:r>
      <w:r>
        <w:t>Taqleed in temporary sense is quite acceptable, acceptable.</w:t>
      </w:r>
    </w:p>
    <w:p>
      <w:pPr>
        <w:jc w:val="right"/>
      </w:pPr>
      <w:r>
        <w:t>تقلید ان ٹیمپریری سینس از کوائٹ ایکسیپٹیبل، ایکسیپٹیبل۔</w:t>
      </w:r>
    </w:p>
    <w:p>
      <w:r>
        <w:rPr>
          <w:b/>
        </w:rPr>
        <w:t xml:space="preserve">[29:41] </w:t>
      </w:r>
      <w:r>
        <w:t>It is need, it is our requirement.</w:t>
      </w:r>
    </w:p>
    <w:p>
      <w:pPr>
        <w:jc w:val="right"/>
      </w:pPr>
      <w:r>
        <w:t>اٹ از نیڈ، اٹ از اور ریکوائرمنٹ۔</w:t>
      </w:r>
    </w:p>
    <w:p>
      <w:r>
        <w:rPr>
          <w:b/>
        </w:rPr>
        <w:t xml:space="preserve">[29:44] </w:t>
      </w:r>
      <w:r>
        <w:t>Then what is Ijtihad? Literally, Ijtihad means to strive, to strive.</w:t>
      </w:r>
    </w:p>
    <w:p>
      <w:pPr>
        <w:jc w:val="right"/>
      </w:pPr>
      <w:r>
        <w:t>دین واٹ از اجتہاد؟ لٹرلی، اجتہاد مینز ٹو اسٹرائیو، ٹو اسٹرائیو۔</w:t>
      </w:r>
    </w:p>
    <w:p>
      <w:r>
        <w:rPr>
          <w:b/>
        </w:rPr>
        <w:t xml:space="preserve">[29:48] </w:t>
      </w:r>
      <w:r>
        <w:t>You know, Islam is an eternal ideology, but situation varies.</w:t>
      </w:r>
    </w:p>
    <w:p>
      <w:pPr>
        <w:jc w:val="right"/>
      </w:pPr>
      <w:r>
        <w:t>یو نو، اسلام از این ایٹرنل ائیڈیالوجی، بٹ سچویشن ویریز۔</w:t>
      </w:r>
    </w:p>
    <w:p>
      <w:r>
        <w:rPr>
          <w:b/>
        </w:rPr>
        <w:t xml:space="preserve">[29:53] </w:t>
      </w:r>
      <w:r>
        <w:t>Situation varies, situation depends upon civilizational journey.</w:t>
      </w:r>
    </w:p>
    <w:p>
      <w:pPr>
        <w:jc w:val="right"/>
      </w:pPr>
      <w:r>
        <w:t>سچویشن ویریز، سچویشن ڈیپینڈز اپون سولائزیشنل جرنی۔</w:t>
      </w:r>
    </w:p>
    <w:p>
      <w:r>
        <w:rPr>
          <w:b/>
        </w:rPr>
        <w:t xml:space="preserve">[29:56] </w:t>
      </w:r>
      <w:r>
        <w:t>Civilization is always in journey, civilization is always in travel.</w:t>
      </w:r>
    </w:p>
    <w:p>
      <w:pPr>
        <w:jc w:val="right"/>
      </w:pPr>
      <w:r>
        <w:t>سولائزیشن از الویز ان جرنی، سولائزیشن از الویز ان ٹریول۔</w:t>
      </w:r>
    </w:p>
    <w:p>
      <w:r>
        <w:rPr>
          <w:b/>
        </w:rPr>
        <w:t xml:space="preserve">[30:00] </w:t>
      </w:r>
      <w:r>
        <w:t>So there is always changes in the situation.</w:t>
      </w:r>
    </w:p>
    <w:p>
      <w:pPr>
        <w:jc w:val="right"/>
      </w:pPr>
      <w:r>
        <w:t>سو دیر از الویز چینجز ان دا سچویشن۔</w:t>
      </w:r>
    </w:p>
    <w:p>
      <w:r>
        <w:rPr>
          <w:b/>
        </w:rPr>
        <w:t xml:space="preserve">[30:03] </w:t>
      </w:r>
      <w:r>
        <w:t>So although Islam is an eternal religion, but every time there is a question, every time there is</w:t>
      </w:r>
    </w:p>
    <w:p>
      <w:pPr>
        <w:jc w:val="right"/>
      </w:pPr>
      <w:r>
        <w:t>سو الدو اسلام از این ایٹرنل ریلیجن، بٹ ایوری ٹائم دیر از ا کوئسچن، ایوری ٹائم دیر از</w:t>
      </w:r>
    </w:p>
    <w:p>
      <w:r>
        <w:rPr>
          <w:b/>
        </w:rPr>
        <w:t xml:space="preserve">[30:11] </w:t>
      </w:r>
      <w:r>
        <w:t>A question: How to adjust with the changing conditions, how to accommodate with the changing conditions.</w:t>
      </w:r>
    </w:p>
    <w:p>
      <w:pPr>
        <w:jc w:val="right"/>
      </w:pPr>
      <w:r>
        <w:t>ا کوئسچن ہاؤ ٹو ایڈجسٹ ود دی ود دی چینجنگ کنڈیشنز، ہاؤ ٹو اکموڈیٹ ود دی چینجنگ کنڈیشنز۔</w:t>
      </w:r>
    </w:p>
    <w:p>
      <w:r>
        <w:rPr>
          <w:b/>
        </w:rPr>
        <w:t xml:space="preserve">[30:19] </w:t>
      </w:r>
      <w:r>
        <w:t>So here, we need ijtihad.</w:t>
      </w:r>
    </w:p>
    <w:p>
      <w:pPr>
        <w:jc w:val="right"/>
      </w:pPr>
      <w:r>
        <w:t>سو ہیر، وی نیڈ اجتہاد۔</w:t>
      </w:r>
    </w:p>
    <w:p>
      <w:r>
        <w:rPr>
          <w:b/>
        </w:rPr>
        <w:t xml:space="preserve">[30:21] </w:t>
      </w:r>
      <w:r>
        <w:t>Ijtehad means at one side, you have full knowledge of Islamic teachings, on one side, it means that</w:t>
      </w:r>
    </w:p>
    <w:p>
      <w:pPr>
        <w:jc w:val="right"/>
      </w:pPr>
      <w:r>
        <w:t>اجتہاد مینز ایٹ ون سائیڈ، یو ہیو فل نالج اف اسلامک ٹیچنگز، ان ون سائیڈ، اٹ مینز دیٹ</w:t>
      </w:r>
    </w:p>
    <w:p>
      <w:r>
        <w:rPr>
          <w:b/>
        </w:rPr>
        <w:t xml:space="preserve">[30:29] </w:t>
      </w:r>
      <w:r>
        <w:t>You have good knowledge in Arabic language, you have good knowledge of Quran and Hadith.</w:t>
      </w:r>
    </w:p>
    <w:p>
      <w:pPr>
        <w:jc w:val="right"/>
      </w:pPr>
      <w:r>
        <w:t>یو ہیو گڈ نالج ان عربک لینگویج، یو ہیو گڈ نالج اف قرآن اینڈ حدیث۔</w:t>
      </w:r>
    </w:p>
    <w:p>
      <w:r>
        <w:rPr>
          <w:b/>
        </w:rPr>
        <w:t xml:space="preserve">[30:35] </w:t>
      </w:r>
      <w:r>
        <w:t>Then you consider the given situation, then you find ways to reapply those eternal principles in our</w:t>
      </w:r>
    </w:p>
    <w:p>
      <w:pPr>
        <w:jc w:val="right"/>
      </w:pPr>
      <w:r>
        <w:t>دین یو کنسیڈر دی گیون سچویشن، دین یو فائنڈ ویز ٹو ری اپلائی دوز ایٹرنل پرنسپلز ان اور</w:t>
      </w:r>
    </w:p>
    <w:p>
      <w:r>
        <w:rPr>
          <w:b/>
        </w:rPr>
        <w:t xml:space="preserve">[30:43] </w:t>
      </w:r>
      <w:r>
        <w:t>present situation.</w:t>
      </w:r>
    </w:p>
    <w:p>
      <w:pPr>
        <w:jc w:val="right"/>
      </w:pPr>
      <w:r>
        <w:t>پریزنٹ سچویشن۔</w:t>
      </w:r>
    </w:p>
    <w:p>
      <w:r>
        <w:rPr>
          <w:b/>
        </w:rPr>
        <w:t xml:space="preserve">[30:44] </w:t>
      </w:r>
      <w:r>
        <w:t>So ijtihad means to find ways of re-application, to find ways of re-application of Islam in</w:t>
      </w:r>
    </w:p>
    <w:p>
      <w:pPr>
        <w:jc w:val="right"/>
      </w:pPr>
      <w:r>
        <w:t>سو اجتہاد مینز ٹو فائنڈ ویز اف ری ایپلیکیشن، ٹو فائنڈ ویز اف ری ایپلیکیشن اف اسلام ان</w:t>
      </w:r>
    </w:p>
    <w:p>
      <w:r>
        <w:rPr>
          <w:b/>
        </w:rPr>
        <w:t xml:space="preserve">[30:52] </w:t>
      </w:r>
      <w:r>
        <w:t>your situation.</w:t>
      </w:r>
    </w:p>
    <w:p>
      <w:pPr>
        <w:jc w:val="right"/>
      </w:pPr>
      <w:r>
        <w:t>یور سچویشن۔</w:t>
      </w:r>
    </w:p>
    <w:p>
      <w:r>
        <w:rPr>
          <w:b/>
        </w:rPr>
        <w:t xml:space="preserve">[30:53] </w:t>
      </w:r>
      <w:r>
        <w:t>In this sense, ijtihad is very important, very very important.</w:t>
      </w:r>
    </w:p>
    <w:p>
      <w:pPr>
        <w:jc w:val="right"/>
      </w:pPr>
      <w:r>
        <w:t>ان دس سینس، اجتہاد از ویری امپورٹنٹ، ویری ویری امپورٹنٹ۔</w:t>
      </w:r>
    </w:p>
    <w:p>
      <w:r>
        <w:rPr>
          <w:b/>
        </w:rPr>
        <w:t xml:space="preserve">[30:58] </w:t>
      </w:r>
      <w:r>
        <w:t>You know, in the in the book Sahih al-Bukhari is a very authentic book of Hadith.</w:t>
      </w:r>
    </w:p>
    <w:p>
      <w:pPr>
        <w:jc w:val="right"/>
      </w:pPr>
      <w:r>
        <w:t>یو نو، ان دی ان دی بک صحیح البخاری از ا ویری اتھینٹک بک اف حدیث۔</w:t>
      </w:r>
    </w:p>
    <w:p>
      <w:r>
        <w:rPr>
          <w:b/>
        </w:rPr>
        <w:t xml:space="preserve">[31:05] </w:t>
      </w:r>
      <w:r>
        <w:t>In Sahih al-Bukhari, there is a hadith: The Prophet of Islam has said that: "Al-mujtahid yakhti'".</w:t>
      </w:r>
    </w:p>
    <w:p>
      <w:pPr>
        <w:jc w:val="right"/>
      </w:pPr>
      <w:r>
        <w:t>ان صحیح البخاری، دیر از ا حدیث: دا پرافٹ اف اسلام ہیز سیڈ دیٹ: "المجتہد یختیب"۔</w:t>
      </w:r>
    </w:p>
    <w:p>
      <w:r>
        <w:rPr>
          <w:b/>
        </w:rPr>
        <w:t xml:space="preserve">[31:11] </w:t>
      </w:r>
      <w:r>
        <w:t>In this saying, the Prophet of Islam has said that: "When you try to go to ijtihad".</w:t>
      </w:r>
    </w:p>
    <w:p>
      <w:pPr>
        <w:jc w:val="right"/>
      </w:pPr>
      <w:r>
        <w:t>ان دس سینگ، دا پرافٹ اف اسلام ہیز سیڈ دیٹ: "وین یو ٹرائی ٹو گو ٹو اجتہاد"۔</w:t>
      </w:r>
    </w:p>
    <w:p>
      <w:r>
        <w:rPr>
          <w:b/>
        </w:rPr>
        <w:t xml:space="preserve">[31:19] </w:t>
      </w:r>
      <w:r>
        <w:t>In this hadith, Prophet of Islam says that: "Always try to go to ijtihad," and every time, in</w:t>
      </w:r>
    </w:p>
    <w:p>
      <w:pPr>
        <w:jc w:val="right"/>
      </w:pPr>
      <w:r>
        <w:t>ان دس حدیث، پرافٹ اف اسلام سیز دیٹ: "الویز ٹرائی ٹو گو ٹو اجتہاد"، اینڈ ایوری ٹائم، ان</w:t>
      </w:r>
    </w:p>
    <w:p>
      <w:r>
        <w:rPr>
          <w:b/>
        </w:rPr>
        <w:t xml:space="preserve">[31:26] </w:t>
      </w:r>
      <w:r>
        <w:t>Every place.</w:t>
      </w:r>
    </w:p>
    <w:p>
      <w:pPr>
        <w:jc w:val="right"/>
      </w:pPr>
      <w:r>
        <w:t>ایوری پلیس۔</w:t>
      </w:r>
    </w:p>
    <w:p>
      <w:r>
        <w:rPr>
          <w:b/>
        </w:rPr>
        <w:t xml:space="preserve">[31:28] </w:t>
      </w:r>
      <w:r>
        <w:t>So according to this hadith, ijtihad is a permanent process, eternal process.</w:t>
      </w:r>
    </w:p>
    <w:p>
      <w:pPr>
        <w:jc w:val="right"/>
      </w:pPr>
      <w:r>
        <w:t>سو اکارڈنگ ٹو دس حدیث، اجتہاد از ا پرماننٹ پروسیس، ایٹرنل پروسیس۔</w:t>
      </w:r>
    </w:p>
    <w:p>
      <w:r>
        <w:rPr>
          <w:b/>
        </w:rPr>
        <w:t xml:space="preserve">[31:33] </w:t>
      </w:r>
      <w:r>
        <w:t>So prophet of Islam has said that: "If you, if your, if your ijtihad is right, you will</w:t>
      </w:r>
    </w:p>
    <w:p>
      <w:pPr>
        <w:jc w:val="right"/>
      </w:pPr>
      <w:r>
        <w:t>سو پرافٹ اف اسلام ہیز سیڈ دیٹ: "اف یو، اف یور، اف یور اجتہاد از رائٹ، یو ویل</w:t>
      </w:r>
    </w:p>
    <w:p>
      <w:r>
        <w:rPr>
          <w:b/>
        </w:rPr>
        <w:t xml:space="preserve">[31:41] </w:t>
      </w:r>
      <w:r>
        <w:t>"be rewarded double reward, and if your ijtihad is wrong, you will be rewarded one reward."</w:t>
      </w:r>
    </w:p>
    <w:p>
      <w:pPr>
        <w:jc w:val="right"/>
      </w:pPr>
      <w:r>
        <w:t>بی ریوارڈڈ ڈبل ریوارڈ، اینڈ اف یور اجتہاد از رونگ، یو ویل بی ریوارڈڈ ون ریوارڈ"۔</w:t>
      </w:r>
    </w:p>
    <w:p>
      <w:r>
        <w:rPr>
          <w:b/>
        </w:rPr>
        <w:t xml:space="preserve">[31:48] </w:t>
      </w:r>
      <w:r>
        <w:t>So according to the Hadith, here Prophet of Islam has encouraged to continue the process of Ijtihad, even</w:t>
      </w:r>
    </w:p>
    <w:p>
      <w:pPr>
        <w:jc w:val="right"/>
      </w:pPr>
      <w:r>
        <w:t>سو اکارڈنگ ٹو دی حدیث، ہیر پرافٹ اف اسلام ہیز انکریجڈ ٹو کنٹینیو دا پروسیس اف اجتہاد، ایون</w:t>
      </w:r>
    </w:p>
    <w:p>
      <w:r>
        <w:rPr>
          <w:b/>
        </w:rPr>
        <w:t xml:space="preserve">[31:55] </w:t>
      </w:r>
      <w:r>
        <w:t>by taking risk.</w:t>
      </w:r>
    </w:p>
    <w:p>
      <w:pPr>
        <w:jc w:val="right"/>
      </w:pPr>
      <w:r>
        <w:t>بائی ٹیکنگ رسک۔</w:t>
      </w:r>
    </w:p>
    <w:p>
      <w:r>
        <w:rPr>
          <w:b/>
        </w:rPr>
        <w:t xml:space="preserve">[31:57] </w:t>
      </w:r>
      <w:r>
        <w:t>If there is risk that you may, you may be wrong in your ijtihad, you will commit some</w:t>
      </w:r>
    </w:p>
    <w:p>
      <w:pPr>
        <w:jc w:val="right"/>
      </w:pPr>
      <w:r>
        <w:t>اف دیر از رسک دیٹ یو می، یو می بی رونگ ان یور اجتہاد، یو ویل کمیٹ سم</w:t>
      </w:r>
    </w:p>
    <w:p>
      <w:r>
        <w:rPr>
          <w:b/>
        </w:rPr>
        <w:t xml:space="preserve">[32:05] </w:t>
      </w:r>
      <w:r>
        <w:t>mistakes.</w:t>
      </w:r>
    </w:p>
    <w:p>
      <w:pPr>
        <w:jc w:val="right"/>
      </w:pPr>
      <w:r>
        <w:t>مسٹیکس۔</w:t>
      </w:r>
    </w:p>
    <w:p>
      <w:r>
        <w:rPr>
          <w:b/>
        </w:rPr>
        <w:t xml:space="preserve">[32:06] </w:t>
      </w:r>
      <w:r>
        <w:t>Even then, you have to try to ijtihad, because without ijtihad, we fall into stagnation.</w:t>
      </w:r>
    </w:p>
    <w:p>
      <w:pPr>
        <w:jc w:val="right"/>
      </w:pPr>
      <w:r>
        <w:t>ایون دین، یو ہیو ٹو ٹرائی ٹو اجتہاد، بیکاز وداؤٹ اجتہاد، وی فل انٹو اسٹیگنیشن۔</w:t>
      </w:r>
    </w:p>
    <w:p>
      <w:r>
        <w:rPr>
          <w:b/>
        </w:rPr>
        <w:t xml:space="preserve">[32:13] </w:t>
      </w:r>
      <w:r>
        <w:t>As situations vary, as conditions vary, so it is Islam, it is a need of Islam to re</w:t>
      </w:r>
    </w:p>
    <w:p>
      <w:pPr>
        <w:jc w:val="right"/>
      </w:pPr>
      <w:r>
        <w:t>ایز سچویشنز ویری، ایز کنڈیشنز ویریز، سو اٹ از اسلام، اٹ از ا نیڈ اف اسلام ٹو ری</w:t>
      </w:r>
    </w:p>
    <w:p>
      <w:r>
        <w:rPr>
          <w:b/>
        </w:rPr>
        <w:t xml:space="preserve">[32:20] </w:t>
      </w:r>
      <w:r>
        <w:t>Apply all those eternal principles in every given situations.</w:t>
      </w:r>
    </w:p>
    <w:p>
      <w:pPr>
        <w:jc w:val="right"/>
      </w:pPr>
      <w:r>
        <w:t>اپلائی ال دوز ایٹرنل پرنسپلز ان ایوری گیون سچویشنز۔</w:t>
      </w:r>
    </w:p>
    <w:p>
      <w:r>
        <w:rPr>
          <w:b/>
        </w:rPr>
        <w:t xml:space="preserve">[32:24] </w:t>
      </w:r>
      <w:r>
        <w:t>If you stop ijtihad, then not good for Islam.</w:t>
      </w:r>
    </w:p>
    <w:p>
      <w:pPr>
        <w:jc w:val="right"/>
      </w:pPr>
      <w:r>
        <w:t>اف یو سٹاپ اجتہاد، دین ناٹ گڈ فار اسلام۔</w:t>
      </w:r>
    </w:p>
    <w:p>
      <w:r>
        <w:rPr>
          <w:b/>
        </w:rPr>
        <w:t xml:space="preserve">[32:28] </w:t>
      </w:r>
      <w:r>
        <w:t>It will create stagnation, it will create incomparability between Islam and the present situation.</w:t>
      </w:r>
    </w:p>
    <w:p>
      <w:pPr>
        <w:jc w:val="right"/>
      </w:pPr>
      <w:r>
        <w:t>اٹ ویل کریٹ اسٹیگنیشن، اٹ ویل کریٹ ان کمپیریبلٹی بٹوین اسلام اینڈ دا پریزنٹ سچویشن۔</w:t>
      </w:r>
    </w:p>
    <w:p>
      <w:r>
        <w:rPr>
          <w:b/>
        </w:rPr>
        <w:t xml:space="preserve">[32:34] </w:t>
      </w:r>
      <w:r>
        <w:t>So it is super, it is, it is not correct.</w:t>
      </w:r>
    </w:p>
    <w:p>
      <w:pPr>
        <w:jc w:val="right"/>
      </w:pPr>
      <w:r>
        <w:t>سو اٹ از سپر، اٹ از، اٹ از ناٹ کریکٹ۔</w:t>
      </w:r>
    </w:p>
    <w:p>
      <w:r>
        <w:rPr>
          <w:b/>
        </w:rPr>
        <w:t xml:space="preserve">[32:39] </w:t>
      </w:r>
      <w:r>
        <w:t>So ijtihad is very important.</w:t>
      </w:r>
    </w:p>
    <w:p>
      <w:pPr>
        <w:jc w:val="right"/>
      </w:pPr>
      <w:r>
        <w:t>سو اجتہاد از ویری امپورٹنٹ۔</w:t>
      </w:r>
    </w:p>
    <w:p>
      <w:r>
        <w:rPr>
          <w:b/>
        </w:rPr>
        <w:t xml:space="preserve">[32:41] </w:t>
      </w:r>
      <w:r>
        <w:t>Ijtihad is a permanent process.</w:t>
      </w:r>
    </w:p>
    <w:p>
      <w:pPr>
        <w:jc w:val="right"/>
      </w:pPr>
      <w:r>
        <w:t>اجتہاد از ا پرماننٹ پروسیس۔</w:t>
      </w:r>
    </w:p>
    <w:p>
      <w:r>
        <w:rPr>
          <w:b/>
        </w:rPr>
        <w:t xml:space="preserve">[32:43] </w:t>
      </w:r>
      <w:r>
        <w:t>Ijtehad is a non-stop process of Muslim ummah.</w:t>
      </w:r>
    </w:p>
    <w:p>
      <w:pPr>
        <w:jc w:val="right"/>
      </w:pPr>
      <w:r>
        <w:t>اجتہاد از ا نان سٹاپ پروسیس اف مسلم امہ۔</w:t>
      </w:r>
    </w:p>
    <w:p>
      <w:r>
        <w:rPr>
          <w:b/>
        </w:rPr>
        <w:t xml:space="preserve">[32:47] </w:t>
      </w:r>
      <w:r>
        <w:t>Ijtehad doesn't mean to invent a new religion. Ijtehad doesn't mean to revise the Islamic tenets, no.</w:t>
      </w:r>
    </w:p>
    <w:p>
      <w:pPr>
        <w:jc w:val="right"/>
      </w:pPr>
      <w:r>
        <w:t>اجتہاد ڈزنٹ مین ٹو انونٹ ا نیو ریلیجن، اجتہاد ڈزنٹ مین ٹو ریوائز دا اسلامک ٹیننٹس، نو۔</w:t>
      </w:r>
    </w:p>
    <w:p>
      <w:r>
        <w:rPr>
          <w:b/>
        </w:rPr>
        <w:t xml:space="preserve">[32:54] </w:t>
      </w:r>
      <w:r>
        <w:t>Ijtehad means seeking re-application.</w:t>
      </w:r>
    </w:p>
    <w:p>
      <w:pPr>
        <w:jc w:val="right"/>
      </w:pPr>
      <w:r>
        <w:t>اجتہاد مینز سیکنگ ری ایپلیکیشن۔</w:t>
      </w:r>
    </w:p>
    <w:p>
      <w:r>
        <w:rPr>
          <w:b/>
        </w:rPr>
        <w:t xml:space="preserve">[32:56] </w:t>
      </w:r>
      <w:r>
        <w:t>Ijtehad means seeking re-application, seeking re-application of a permanent tenets of Islam to the changing situation.</w:t>
      </w:r>
    </w:p>
    <w:p>
      <w:pPr>
        <w:jc w:val="right"/>
      </w:pPr>
      <w:r>
        <w:t>اجتہاد مینز سیکنگ ری ایپلیکیشن، سیکنگ ری ایپلیکیشن اف ا پرماننٹ ٹینٹس اف اسلام ٹو دی چینجنگ سچویشن۔</w:t>
      </w:r>
    </w:p>
    <w:p>
      <w:r>
        <w:rPr>
          <w:b/>
        </w:rPr>
        <w:t xml:space="preserve">[33:04] </w:t>
      </w:r>
      <w:r>
        <w:t>So this is ijtihad, and according to hadith, we can take risk of you, if there is possibility</w:t>
      </w:r>
    </w:p>
    <w:p>
      <w:pPr>
        <w:jc w:val="right"/>
      </w:pPr>
      <w:r>
        <w:t>سو دس از اجتہاد، اینڈ اکارڈنگ ٹو حدیث، وی کین ٹیک رسک اف یو، اف دیر از پوسیبلیٹی</w:t>
      </w:r>
    </w:p>
    <w:p>
      <w:r>
        <w:rPr>
          <w:b/>
        </w:rPr>
        <w:t xml:space="preserve">[33:12] </w:t>
      </w:r>
      <w:r>
        <w:t>that we may commit a mistake, but we are not allowed to stop the process.</w:t>
      </w:r>
    </w:p>
    <w:p>
      <w:pPr>
        <w:jc w:val="right"/>
      </w:pPr>
      <w:r>
        <w:t>دیٹ وی می کمیٹ ا مسٹیک، بٹ وی ار ناٹ الاؤڈ ٹو سٹاپ دا پروسیس۔</w:t>
      </w:r>
    </w:p>
    <w:p>
      <w:r>
        <w:rPr>
          <w:b/>
        </w:rPr>
        <w:t xml:space="preserve">[33:18] </w:t>
      </w:r>
      <w:r>
        <w:t>Process of Ijtihad is an eternal requirement of Islam.</w:t>
      </w:r>
    </w:p>
    <w:p>
      <w:pPr>
        <w:jc w:val="right"/>
      </w:pPr>
      <w:r>
        <w:t>پروسیس اف اجتہاد از ان ایٹرنل ریکوائرمنٹ اف اسلام۔</w:t>
      </w:r>
    </w:p>
    <w:p>
      <w:r>
        <w:rPr>
          <w:b/>
        </w:rPr>
        <w:t xml:space="preserve">[33:22] </w:t>
      </w:r>
      <w:r>
        <w:t>aqool qawli haza wastaghfirullah alaikum ajmaeen.</w:t>
      </w:r>
    </w:p>
    <w:p>
      <w:pPr>
        <w:jc w:val="right"/>
      </w:pPr>
      <w:r>
        <w:t>اقول قولی ھذا واستغفراللہ علیکم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