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Paradise the Home of Peace I 26th July 07</w:t>
      </w:r>
    </w:p>
    <w:p>
      <w:r>
        <w:t>https://www.youtube.com/watch?v=6VRBQ1dRjcA</w:t>
      </w:r>
    </w:p>
    <w:p>
      <w:r>
        <w:rPr>
          <w:b/>
        </w:rPr>
        <w:t xml:space="preserve">[00:21] </w:t>
      </w:r>
      <w:r>
        <w:t>bismillah al-rahman al-rahim, wasallallahu ala al-nabi al-kareem.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 ishrah li sadri, wa yassir li amri, wahlu al-uqdatan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[00:30] </w:t>
      </w:r>
      <w:r>
        <w:t>The topic for this day is "Paradise a Peace Haven".</w:t>
      </w:r>
    </w:p>
    <w:p>
      <w:pPr>
        <w:jc w:val="right"/>
      </w:pPr>
      <w:r>
        <w:t>دا ٹاپک فار دس ڈے از "پیرادائز ا پیس ہیون"۔</w:t>
      </w:r>
    </w:p>
    <w:p>
      <w:r>
        <w:rPr>
          <w:b/>
        </w:rPr>
        <w:t xml:space="preserve">[00:34] </w:t>
      </w:r>
      <w:r>
        <w:t>"Paradise a peace heaven".</w:t>
      </w:r>
    </w:p>
    <w:p>
      <w:pPr>
        <w:jc w:val="right"/>
      </w:pPr>
      <w:r>
        <w:t>"پیرادائز ا پیس ہیون"۔</w:t>
      </w:r>
    </w:p>
    <w:p>
      <w:r>
        <w:rPr>
          <w:b/>
        </w:rPr>
        <w:t xml:space="preserve">[00:36] </w:t>
      </w:r>
      <w:r>
        <w:t>Paradise is the goal of all true believers.</w:t>
      </w:r>
    </w:p>
    <w:p>
      <w:pPr>
        <w:jc w:val="right"/>
      </w:pPr>
      <w:r>
        <w:t>Paradise از دا گول آف آل ٹرو بیلیورز۔</w:t>
      </w:r>
    </w:p>
    <w:p>
      <w:r>
        <w:rPr>
          <w:b/>
        </w:rPr>
        <w:t xml:space="preserve">[00:39] </w:t>
      </w:r>
      <w:r>
        <w:t>According to my study, Paradise is not a mysterious place.</w:t>
      </w:r>
    </w:p>
    <w:p>
      <w:pPr>
        <w:jc w:val="right"/>
      </w:pPr>
      <w:r>
        <w:t>اکارڈنگ ٹو مائی سٹڈی، Paradise از ناٹ ا مسٹیریس پلیس۔</w:t>
      </w:r>
    </w:p>
    <w:p>
      <w:r>
        <w:rPr>
          <w:b/>
        </w:rPr>
        <w:t xml:space="preserve">[00:44] </w:t>
      </w:r>
      <w:r>
        <w:t>Paradise is like our present world.</w:t>
      </w:r>
    </w:p>
    <w:p>
      <w:pPr>
        <w:jc w:val="right"/>
      </w:pPr>
      <w:r>
        <w:t>Paradise از لائک اور پریزنٹ ورلڈ۔</w:t>
      </w:r>
    </w:p>
    <w:p>
      <w:r>
        <w:rPr>
          <w:b/>
        </w:rPr>
        <w:t xml:space="preserve">[00:46] </w:t>
      </w:r>
      <w:r>
        <w:t>Every thing we find in our present world, is all so present in the Paradise.</w:t>
      </w:r>
    </w:p>
    <w:p>
      <w:pPr>
        <w:jc w:val="right"/>
      </w:pPr>
      <w:r>
        <w:t>ایوری تھنگ وی فائنڈ ان اور پریزنٹ ورلڈ، از آل سو پریزنٹ ان دا پیرادائز۔</w:t>
      </w:r>
    </w:p>
    <w:p>
      <w:r>
        <w:rPr>
          <w:b/>
        </w:rPr>
        <w:t xml:space="preserve">[00:53] </w:t>
      </w:r>
      <w:r>
        <w:t>But the only difference is that our world is imperfect world, and Paradise is perfect world.</w:t>
      </w:r>
    </w:p>
    <w:p>
      <w:pPr>
        <w:jc w:val="right"/>
      </w:pPr>
      <w:r>
        <w:t>بٹ دا اونلی ڈیفرنس از دیٹ اور ورلڈ از امپرفیکٹ ورلڈ، اینڈ Paradise از پرفیکٹ ورلڈ۔</w:t>
      </w:r>
    </w:p>
    <w:p>
      <w:r>
        <w:rPr>
          <w:b/>
        </w:rPr>
        <w:t xml:space="preserve">[01:00] </w:t>
      </w:r>
      <w:r>
        <w:t>Here in this world, everything is less than ideal, but in the paradise, everything is ideal.</w:t>
      </w:r>
    </w:p>
    <w:p>
      <w:pPr>
        <w:jc w:val="right"/>
      </w:pPr>
      <w:r>
        <w:t>ہیر ان دس ورلڈ، ایوری تھنگ از لیس دین ائیڈیل، بٹ ان دی پیرادائز، ایوری تھنگ از ائیڈیل۔</w:t>
      </w:r>
    </w:p>
    <w:p>
      <w:r>
        <w:rPr>
          <w:b/>
        </w:rPr>
        <w:t xml:space="preserve">[01:07] </w:t>
      </w:r>
      <w:r>
        <w:t>Deen (religion) Paradise is an eternal place.</w:t>
      </w:r>
    </w:p>
    <w:p>
      <w:pPr>
        <w:jc w:val="right"/>
      </w:pPr>
      <w:r>
        <w:t>دین Paradise از این ایٹرنل پلیس۔</w:t>
      </w:r>
    </w:p>
    <w:p>
      <w:r>
        <w:rPr>
          <w:b/>
        </w:rPr>
        <w:t xml:space="preserve">[01:10] </w:t>
      </w:r>
      <w:r>
        <w:t>Present world is not an eternal place, but Paradise is an eternal place.</w:t>
      </w:r>
    </w:p>
    <w:p>
      <w:pPr>
        <w:jc w:val="right"/>
      </w:pPr>
      <w:r>
        <w:t>پریزنٹ ورلڈ از ناٹ این ایٹرنل پلیس، بٹ Paradise از این ایٹرنل پلیس۔</w:t>
      </w:r>
    </w:p>
    <w:p>
      <w:r>
        <w:rPr>
          <w:b/>
        </w:rPr>
        <w:t xml:space="preserve">[01:15] </w:t>
      </w:r>
      <w:r>
        <w:t>All kind of happiness, all kind of joy, all kind of comfort are there.</w:t>
      </w:r>
    </w:p>
    <w:p>
      <w:pPr>
        <w:jc w:val="right"/>
      </w:pPr>
      <w:r>
        <w:t>آل کائنڈ آف ہیپینس، آل کائنڈ آف جوئے، آل کائنڈ آف کمفرٹ آر دیر۔</w:t>
      </w:r>
    </w:p>
    <w:p>
      <w:r>
        <w:rPr>
          <w:b/>
        </w:rPr>
        <w:t xml:space="preserve">[01:21] </w:t>
      </w:r>
      <w:r>
        <w:t>No passion, no disease, no boredom, no accident, no nonsense, no noise pollution, no air pollution, no</w:t>
      </w:r>
    </w:p>
    <w:p>
      <w:pPr>
        <w:jc w:val="right"/>
      </w:pPr>
      <w:r>
        <w:t>نو پیشن، نو ڈیزیز، نو بورڈم، نو ایکسیڈنٹ، نو نو ایسنس، نو نوائز پولیوشن، نو ایئر پولیوشن، نو</w:t>
      </w:r>
    </w:p>
    <w:p>
      <w:r>
        <w:rPr>
          <w:b/>
        </w:rPr>
        <w:t xml:space="preserve">[01:29] </w:t>
      </w:r>
      <w:r>
        <w:t>Water pollution.</w:t>
      </w:r>
    </w:p>
    <w:p>
      <w:pPr>
        <w:jc w:val="right"/>
      </w:pPr>
      <w:r>
        <w:t>واٹر پولیوشن۔</w:t>
      </w:r>
    </w:p>
    <w:p>
      <w:r>
        <w:rPr>
          <w:b/>
        </w:rPr>
        <w:t xml:space="preserve">[01:31]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[01:32] </w:t>
      </w:r>
      <w:r>
        <w:t>Paradise is a dream world.</w:t>
      </w:r>
    </w:p>
    <w:p>
      <w:pPr>
        <w:jc w:val="right"/>
      </w:pPr>
      <w:r>
        <w:t>Paradise از ا ڈریم ورلڈ۔</w:t>
      </w:r>
    </w:p>
    <w:p>
      <w:r>
        <w:rPr>
          <w:b/>
        </w:rPr>
        <w:t xml:space="preserve">[01:34] </w:t>
      </w:r>
      <w:r>
        <w:t>Everyone has a dream in his mind.</w:t>
      </w:r>
    </w:p>
    <w:p>
      <w:pPr>
        <w:jc w:val="right"/>
      </w:pPr>
      <w:r>
        <w:t>ایوری ون ہیز ا ڈریم ان ہز مائنڈ۔</w:t>
      </w:r>
    </w:p>
    <w:p>
      <w:r>
        <w:rPr>
          <w:b/>
        </w:rPr>
        <w:t xml:space="preserve">[01:38] </w:t>
      </w:r>
      <w:r>
        <w:t>Everyone.</w:t>
      </w:r>
    </w:p>
    <w:p>
      <w:pPr>
        <w:jc w:val="right"/>
      </w:pPr>
      <w:r>
        <w:t>ایوری ون۔</w:t>
      </w:r>
    </w:p>
    <w:p>
      <w:r>
        <w:rPr>
          <w:b/>
        </w:rPr>
        <w:t xml:space="preserve">[01:39] </w:t>
      </w:r>
      <w:r>
        <w:t>There is no exception.</w:t>
      </w:r>
    </w:p>
    <w:p>
      <w:pPr>
        <w:jc w:val="right"/>
      </w:pPr>
      <w:r>
        <w:t>دیر از نو ایکسیپشن۔</w:t>
      </w:r>
    </w:p>
    <w:p>
      <w:r>
        <w:rPr>
          <w:b/>
        </w:rPr>
        <w:t xml:space="preserve">[01:41] </w:t>
      </w:r>
      <w:r>
        <w:t>Everyone is a seeker, seeker of paradise.</w:t>
      </w:r>
    </w:p>
    <w:p>
      <w:pPr>
        <w:jc w:val="right"/>
      </w:pPr>
      <w:r>
        <w:t>ایوری ون از ا سیکر، سیکر آف پیرادائز۔</w:t>
      </w:r>
    </w:p>
    <w:p>
      <w:r>
        <w:rPr>
          <w:b/>
        </w:rPr>
        <w:t xml:space="preserve">[01:44] </w:t>
      </w:r>
      <w:r>
        <w:t>So everyone tries to find his dream world in present world, but everyone fails.</w:t>
      </w:r>
    </w:p>
    <w:p>
      <w:pPr>
        <w:jc w:val="right"/>
      </w:pPr>
      <w:r>
        <w:t>سو ایوری ون ٹرائیز ٹو فائنڈ ہز ڈریم ورلڈ ان پریزنٹ ورلڈ، بٹ ایوری ون فیلز۔</w:t>
      </w:r>
    </w:p>
    <w:p>
      <w:r>
        <w:rPr>
          <w:b/>
        </w:rPr>
        <w:t xml:space="preserve">[01:51] </w:t>
      </w:r>
      <w:r>
        <w:t>The history shows that no one was able to achieve his dream world.</w:t>
      </w:r>
    </w:p>
    <w:p>
      <w:pPr>
        <w:jc w:val="right"/>
      </w:pPr>
      <w:r>
        <w:t>دا ہسٹری شوز دیٹ نو ون واز ایبل ٹو اچیو ہز ڈریم ورلڈ۔</w:t>
      </w:r>
    </w:p>
    <w:p>
      <w:r>
        <w:rPr>
          <w:b/>
        </w:rPr>
        <w:t xml:space="preserve">[01:57] </w:t>
      </w:r>
      <w:r>
        <w:t>No wealthy person, no powerful person was achiever in this sense.</w:t>
      </w:r>
    </w:p>
    <w:p>
      <w:pPr>
        <w:jc w:val="right"/>
      </w:pPr>
      <w:r>
        <w:t>نو ولدی پرسن، نو پاور فل پرسن واز اچیور ان دس سینس۔</w:t>
      </w:r>
    </w:p>
    <w:p>
      <w:r>
        <w:rPr>
          <w:b/>
        </w:rPr>
        <w:t xml:space="preserve">[02:02] </w:t>
      </w:r>
      <w:r>
        <w:t>It is a fact.</w:t>
      </w:r>
    </w:p>
    <w:p>
      <w:pPr>
        <w:jc w:val="right"/>
      </w:pPr>
      <w:r>
        <w:t>اٹ از ا فیکٹ۔</w:t>
      </w:r>
    </w:p>
    <w:p>
      <w:r>
        <w:rPr>
          <w:b/>
        </w:rPr>
        <w:t xml:space="preserve">[02:04] </w:t>
      </w:r>
      <w:r>
        <w:t>One evidence of this fact is that all the stories, all the novels are tragedy, not comedy.</w:t>
      </w:r>
    </w:p>
    <w:p>
      <w:pPr>
        <w:jc w:val="right"/>
      </w:pPr>
      <w:r>
        <w:t>ون ایویڈنس آف دس فیکٹ از دیٹ آل دا سٹوریز، آل دا ناولز آر ٹریجڈی، ناٹ کامیڈی۔</w:t>
      </w:r>
    </w:p>
    <w:p>
      <w:r>
        <w:rPr>
          <w:b/>
        </w:rPr>
        <w:t xml:space="preserve">[02:11] </w:t>
      </w:r>
      <w:r>
        <w:t>Because tragedy addresses people's mind.</w:t>
      </w:r>
    </w:p>
    <w:p>
      <w:pPr>
        <w:jc w:val="right"/>
      </w:pPr>
      <w:r>
        <w:t>بیکاز ٹریجڈی ایڈریسز پیپلز مائنڈ۔</w:t>
      </w:r>
    </w:p>
    <w:p>
      <w:r>
        <w:rPr>
          <w:b/>
        </w:rPr>
        <w:t xml:space="preserve">[02:13] </w:t>
      </w:r>
      <w:r>
        <w:t>Tragic stories address people's mind.</w:t>
      </w:r>
    </w:p>
    <w:p>
      <w:pPr>
        <w:jc w:val="right"/>
      </w:pPr>
      <w:r>
        <w:t>ٹریجک سٹوریز ایڈریسز پیپلز مائنڈ۔</w:t>
      </w:r>
    </w:p>
    <w:p>
      <w:r>
        <w:rPr>
          <w:b/>
        </w:rPr>
        <w:t xml:space="preserve">[02:15] </w:t>
      </w:r>
      <w:r>
        <w:t>Well-known English poet Shelley said, "Our sweetest songs are those which are saddest song."</w:t>
      </w:r>
    </w:p>
    <w:p>
      <w:pPr>
        <w:jc w:val="right"/>
      </w:pPr>
      <w:r>
        <w:t>ویل نون انگلش پوئٹ شیلے سیڈ، اور سویٹسٹ سونگز آر دوز وچ آر سیڈسٹ سونگ۔</w:t>
      </w:r>
    </w:p>
    <w:p>
      <w:r>
        <w:rPr>
          <w:b/>
        </w:rPr>
        <w:t xml:space="preserve">[02:22] </w:t>
      </w:r>
      <w:r>
        <w:t>Why? Because everyone, even rich people or political leaders, even kings, are living in sadness.</w:t>
      </w:r>
    </w:p>
    <w:p>
      <w:pPr>
        <w:jc w:val="right"/>
      </w:pPr>
      <w:r>
        <w:t>وائی؟ بیکاز ایوری ون، ایون رچ پیپل اور پولیٹیکل لیڈرز، ایون کنگ، آر لیونگ ان سیڈنس۔</w:t>
      </w:r>
    </w:p>
    <w:p>
      <w:r>
        <w:rPr>
          <w:b/>
        </w:rPr>
        <w:t xml:space="preserve">[02:28] </w:t>
      </w:r>
      <w:r>
        <w:t>Everyone has a sad personality.</w:t>
      </w:r>
    </w:p>
    <w:p>
      <w:pPr>
        <w:jc w:val="right"/>
      </w:pPr>
      <w:r>
        <w:t>ایوری ون ہیز ا سیڈ پرسنالٹی۔</w:t>
      </w:r>
    </w:p>
    <w:p>
      <w:r>
        <w:rPr>
          <w:b/>
        </w:rPr>
        <w:t xml:space="preserve">[02:31] </w:t>
      </w:r>
      <w:r>
        <w:t>Everyone feels that I was deprived of happiness.</w:t>
      </w:r>
    </w:p>
    <w:p>
      <w:pPr>
        <w:jc w:val="right"/>
      </w:pPr>
      <w:r>
        <w:t>ایوری ون فیلز دیٹ آئی واز ڈیپریوڈ آف ہیپینس۔</w:t>
      </w:r>
    </w:p>
    <w:p>
      <w:r>
        <w:rPr>
          <w:b/>
        </w:rPr>
        <w:t xml:space="preserve">[02:35] </w:t>
      </w:r>
      <w:r>
        <w:t>So, tragic stories address their mind.</w:t>
      </w:r>
    </w:p>
    <w:p>
      <w:pPr>
        <w:jc w:val="right"/>
      </w:pPr>
      <w:r>
        <w:t>سو ٹریجک سٹوریز ایڈریس دیر مائنڈ۔</w:t>
      </w:r>
    </w:p>
    <w:p>
      <w:r>
        <w:rPr>
          <w:b/>
        </w:rPr>
        <w:t xml:space="preserve">[02:37] </w:t>
      </w:r>
      <w:r>
        <w:t>This is the secret why all the novels are tragedy and not comedy.</w:t>
      </w:r>
    </w:p>
    <w:p>
      <w:pPr>
        <w:jc w:val="right"/>
      </w:pPr>
      <w:r>
        <w:t>دس از دا سیکرٹ وائی آل دا ناولز آر ٹریجڈی اینڈ ناٹ کامیڈی۔</w:t>
      </w:r>
    </w:p>
    <w:p>
      <w:r>
        <w:rPr>
          <w:b/>
        </w:rPr>
        <w:t xml:space="preserve">[02:43] </w:t>
      </w:r>
      <w:r>
        <w:t>So this dream is not unreal.</w:t>
      </w:r>
    </w:p>
    <w:p>
      <w:pPr>
        <w:jc w:val="right"/>
      </w:pPr>
      <w:r>
        <w:t>سو دس ڈریم از ناٹ ان ریل۔</w:t>
      </w:r>
    </w:p>
    <w:p>
      <w:r>
        <w:rPr>
          <w:b/>
        </w:rPr>
        <w:t xml:space="preserve">[02:46]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[02:48] </w:t>
      </w:r>
      <w:r>
        <w:t>It is impossible that a thing that is unreal may sustain throughout the history.</w:t>
      </w:r>
    </w:p>
    <w:p>
      <w:pPr>
        <w:jc w:val="right"/>
      </w:pPr>
      <w:r>
        <w:t>اٹ از امپاسیبل دیٹ ا تھنگ دیٹ از ان ریل می سسٹین تھرو آؤٹ دا ہسٹری۔</w:t>
      </w:r>
    </w:p>
    <w:p>
      <w:r>
        <w:rPr>
          <w:b/>
        </w:rPr>
        <w:t xml:space="preserve">[02:54] </w:t>
      </w:r>
      <w:r>
        <w:t>Every human being, men and women of the history, were born with this dream.</w:t>
      </w:r>
    </w:p>
    <w:p>
      <w:pPr>
        <w:jc w:val="right"/>
      </w:pPr>
      <w:r>
        <w:t>ایوری ہیومن بینگ، مین اینڈ ویمن آف دا ہسٹری، ویر بورن ود دس ڈریم۔</w:t>
      </w:r>
    </w:p>
    <w:p>
      <w:r>
        <w:rPr>
          <w:b/>
        </w:rPr>
        <w:t xml:space="preserve">[03:00] </w:t>
      </w:r>
      <w:r>
        <w:t>There is no exception in this aspect.</w:t>
      </w:r>
    </w:p>
    <w:p>
      <w:pPr>
        <w:jc w:val="right"/>
      </w:pPr>
      <w:r>
        <w:t>دیر از نو ایکسیپشن ان دس آسپیکٹ۔</w:t>
      </w:r>
    </w:p>
    <w:p>
      <w:r>
        <w:rPr>
          <w:b/>
        </w:rPr>
        <w:t xml:space="preserve">[03:03] </w:t>
      </w:r>
      <w:r>
        <w:t>So it is impossible that a thing that is not real may sustain throughout the history.</w:t>
      </w:r>
    </w:p>
    <w:p>
      <w:pPr>
        <w:jc w:val="right"/>
      </w:pPr>
      <w:r>
        <w:t>سو اٹ از امپاسیبل دیٹ ا تھنگ دیٹ از ناٹ ریل می سسٹین تھرو آؤٹ دا ہسٹری۔</w:t>
      </w:r>
    </w:p>
    <w:p>
      <w:r>
        <w:rPr>
          <w:b/>
        </w:rPr>
        <w:t xml:space="preserve">[03:11]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[03:12] </w:t>
      </w:r>
      <w:r>
        <w:t>This kind of dream is part of nature.</w:t>
      </w:r>
    </w:p>
    <w:p>
      <w:pPr>
        <w:jc w:val="right"/>
      </w:pPr>
      <w:r>
        <w:t>دس کائنڈ آف ڈریم از پارٹ آف نیچر۔</w:t>
      </w:r>
    </w:p>
    <w:p>
      <w:r>
        <w:rPr>
          <w:b/>
        </w:rPr>
        <w:t xml:space="preserve">[03:16] </w:t>
      </w:r>
      <w:r>
        <w:t>It is instilled in human personality.</w:t>
      </w:r>
    </w:p>
    <w:p>
      <w:pPr>
        <w:jc w:val="right"/>
      </w:pPr>
      <w:r>
        <w:t>اٹ از انسٹل ان ہیومن پرسنالٹی۔</w:t>
      </w:r>
    </w:p>
    <w:p>
      <w:r>
        <w:rPr>
          <w:b/>
        </w:rPr>
        <w:t xml:space="preserve">[03:18] </w:t>
      </w:r>
      <w:r>
        <w:t>So it is an advance news of paradise.</w:t>
      </w:r>
    </w:p>
    <w:p>
      <w:pPr>
        <w:jc w:val="right"/>
      </w:pPr>
      <w:r>
        <w:t>سو اٹ از این ایڈوانس نیوز آف پیرادائز۔</w:t>
      </w:r>
    </w:p>
    <w:p>
      <w:r>
        <w:rPr>
          <w:b/>
        </w:rPr>
        <w:t xml:space="preserve">[03:22] </w:t>
      </w:r>
      <w:r>
        <w:t>Paradise is there.</w:t>
      </w:r>
    </w:p>
    <w:p>
      <w:pPr>
        <w:jc w:val="right"/>
      </w:pPr>
      <w:r>
        <w:t>Paradise از دیر۔</w:t>
      </w:r>
    </w:p>
    <w:p>
      <w:r>
        <w:rPr>
          <w:b/>
        </w:rPr>
        <w:t xml:space="preserve">[03:23] </w:t>
      </w:r>
      <w:r>
        <w:t>Paradise exists.</w:t>
      </w:r>
    </w:p>
    <w:p>
      <w:pPr>
        <w:jc w:val="right"/>
      </w:pPr>
      <w:r>
        <w:t>Paradise ایگزسٹ۔</w:t>
      </w:r>
    </w:p>
    <w:p>
      <w:r>
        <w:rPr>
          <w:b/>
        </w:rPr>
        <w:t xml:space="preserve">[03:25] </w:t>
      </w:r>
      <w:r>
        <w:t>Paradise is a reality.</w:t>
      </w:r>
    </w:p>
    <w:p>
      <w:pPr>
        <w:jc w:val="right"/>
      </w:pPr>
      <w:r>
        <w:t>Paradise از ا ریلیٹی۔</w:t>
      </w:r>
    </w:p>
    <w:p>
      <w:r>
        <w:rPr>
          <w:b/>
        </w:rPr>
        <w:t xml:space="preserve">[03:26] </w:t>
      </w:r>
      <w:r>
        <w:t>And God has instilled its concept in every human being.</w:t>
      </w:r>
    </w:p>
    <w:p>
      <w:pPr>
        <w:jc w:val="right"/>
      </w:pPr>
      <w:r>
        <w:t>اینڈ گاڈ ہیز انسٹلڈ اٹس کانسیپٹ ان ایوری ہیومن بینگ۔</w:t>
      </w:r>
    </w:p>
    <w:p>
      <w:r>
        <w:rPr>
          <w:b/>
        </w:rPr>
        <w:t xml:space="preserve">[03:31] </w:t>
      </w:r>
      <w:r>
        <w:t>It is this reason.</w:t>
      </w:r>
    </w:p>
    <w:p>
      <w:pPr>
        <w:jc w:val="right"/>
      </w:pPr>
      <w:r>
        <w:t>اٹ از دس ریزن۔</w:t>
      </w:r>
    </w:p>
    <w:p>
      <w:r>
        <w:rPr>
          <w:b/>
        </w:rPr>
        <w:t xml:space="preserve">[03:32] </w:t>
      </w:r>
      <w:r>
        <w:t>It is not a.</w:t>
      </w:r>
    </w:p>
    <w:p>
      <w:pPr>
        <w:jc w:val="right"/>
      </w:pPr>
      <w:r>
        <w:t>اٹ از ناٹ ا۔</w:t>
      </w:r>
    </w:p>
    <w:p>
      <w:r>
        <w:rPr>
          <w:b/>
        </w:rPr>
        <w:t xml:space="preserve">[03:34] </w:t>
      </w:r>
      <w:r>
        <w:t>So our dream is not a fiction.</w:t>
      </w:r>
    </w:p>
    <w:p>
      <w:pPr>
        <w:jc w:val="right"/>
      </w:pPr>
      <w:r>
        <w:t>سو اور ڈریم از ناٹ ا فکشن۔</w:t>
      </w:r>
    </w:p>
    <w:p>
      <w:r>
        <w:rPr>
          <w:b/>
        </w:rPr>
        <w:t xml:space="preserve">[03:37] </w:t>
      </w:r>
      <w:r>
        <w:t>aur dream is not unreal.</w:t>
      </w:r>
    </w:p>
    <w:p>
      <w:pPr>
        <w:jc w:val="right"/>
      </w:pPr>
      <w:r>
        <w:t>اور ڈریم از ناٹ ان ریل۔</w:t>
      </w:r>
    </w:p>
    <w:p>
      <w:r>
        <w:rPr>
          <w:b/>
        </w:rPr>
        <w:t xml:space="preserve">[03:40] </w:t>
      </w:r>
      <w:r>
        <w:t>It is quite real.</w:t>
      </w:r>
    </w:p>
    <w:p>
      <w:pPr>
        <w:jc w:val="right"/>
      </w:pPr>
      <w:r>
        <w:t>اٹ از کوائٹ ریل۔</w:t>
      </w:r>
    </w:p>
    <w:p>
      <w:r>
        <w:rPr>
          <w:b/>
        </w:rPr>
        <w:t xml:space="preserve">[03:41] </w:t>
      </w:r>
      <w:r>
        <w:t>But the only thing that, the only thing is that, we can find our paradise, our dream world,</w:t>
      </w:r>
    </w:p>
    <w:p>
      <w:pPr>
        <w:jc w:val="right"/>
      </w:pPr>
      <w:r>
        <w:t>بٹ دا اونلی تھنگ دیٹ، دا اونلی تھنگ از دیٹ، وی کین فائن اور پیرادائز، اور ڈریم ورلڈ،</w:t>
      </w:r>
    </w:p>
    <w:p>
      <w:r>
        <w:rPr>
          <w:b/>
        </w:rPr>
        <w:t xml:space="preserve">[03:49] </w:t>
      </w:r>
      <w:r>
        <w:t>in the post-death period of our life.</w:t>
      </w:r>
    </w:p>
    <w:p>
      <w:pPr>
        <w:jc w:val="right"/>
      </w:pPr>
      <w:r>
        <w:t>ان دی پوسٹ ڈیتھ پیریڈ آف اور لائف۔</w:t>
      </w:r>
    </w:p>
    <w:p>
      <w:r>
        <w:rPr>
          <w:b/>
        </w:rPr>
        <w:t xml:space="preserve">[03:52] </w:t>
      </w:r>
      <w:r>
        <w:t>We are seeking our dream world in pre-death period.</w:t>
      </w:r>
    </w:p>
    <w:p>
      <w:pPr>
        <w:jc w:val="right"/>
      </w:pPr>
      <w:r>
        <w:t>وی آر سیکنگ اور ڈریم ورلڈ ان پری ڈیتھ پیریڈ۔</w:t>
      </w:r>
    </w:p>
    <w:p>
      <w:r>
        <w:rPr>
          <w:b/>
        </w:rPr>
        <w:t xml:space="preserve">[03:57] </w:t>
      </w:r>
      <w:r>
        <w:t>There is impossible.</w:t>
      </w:r>
    </w:p>
    <w:p>
      <w:pPr>
        <w:jc w:val="right"/>
      </w:pPr>
      <w:r>
        <w:t>دیر از امپاسیبل۔</w:t>
      </w:r>
    </w:p>
    <w:p>
      <w:r>
        <w:rPr>
          <w:b/>
        </w:rPr>
        <w:t xml:space="preserve">[03:58] </w:t>
      </w:r>
      <w:r>
        <w:t>Why everyone was case of failure? Because these people wanted to achieve their Paradise or their dream</w:t>
      </w:r>
    </w:p>
    <w:p>
      <w:pPr>
        <w:jc w:val="right"/>
      </w:pPr>
      <w:r>
        <w:t>وائی ایوری ون واز کیس آف فیلیر؟ بیکاز دیز پیپل وانٹڈ ٹو اچیو دیر Paradise اور دیر ڈریم</w:t>
      </w:r>
    </w:p>
    <w:p>
      <w:r>
        <w:rPr>
          <w:b/>
        </w:rPr>
        <w:t xml:space="preserve">[04:06] </w:t>
      </w:r>
      <w:r>
        <w:t>world in the pre-death period.</w:t>
      </w:r>
    </w:p>
    <w:p>
      <w:pPr>
        <w:jc w:val="right"/>
      </w:pPr>
      <w:r>
        <w:t>ورلڈ ان دا پری ڈیتھ پیریڈ۔</w:t>
      </w:r>
    </w:p>
    <w:p>
      <w:r>
        <w:rPr>
          <w:b/>
        </w:rPr>
        <w:t xml:space="preserve">[04:09] </w:t>
      </w:r>
      <w:r>
        <w:t>This was against the law of nature.</w:t>
      </w:r>
    </w:p>
    <w:p>
      <w:pPr>
        <w:jc w:val="right"/>
      </w:pPr>
      <w:r>
        <w:t>دس واز اگینسٹ دی لا آف نیچر۔</w:t>
      </w:r>
    </w:p>
    <w:p>
      <w:r>
        <w:rPr>
          <w:b/>
        </w:rPr>
        <w:t xml:space="preserve">[04:12] </w:t>
      </w:r>
      <w:r>
        <w:t>This was against the creation plan of God.</w:t>
      </w:r>
    </w:p>
    <w:p>
      <w:pPr>
        <w:jc w:val="right"/>
      </w:pPr>
      <w:r>
        <w:t>دس واز اگینسٹ دی کریشن پلان آف گاڈ۔</w:t>
      </w:r>
    </w:p>
    <w:p>
      <w:r>
        <w:rPr>
          <w:b/>
        </w:rPr>
        <w:t xml:space="preserve">[04:15] </w:t>
      </w:r>
      <w:r>
        <w:t>So they failed.</w:t>
      </w:r>
    </w:p>
    <w:p>
      <w:pPr>
        <w:jc w:val="right"/>
      </w:pPr>
      <w:r>
        <w:t>سو دے فیلڈ۔</w:t>
      </w:r>
    </w:p>
    <w:p>
      <w:r>
        <w:rPr>
          <w:b/>
        </w:rPr>
        <w:t xml:space="preserve">[04:16] </w:t>
      </w:r>
      <w:r>
        <w:t>The fact is that Paradise is a reality, but we can achieve it only in the pre-death,</w:t>
      </w:r>
    </w:p>
    <w:p>
      <w:pPr>
        <w:jc w:val="right"/>
      </w:pPr>
      <w:r>
        <w:t>دا فیکٹ از دیٹ Paradise از ا ریلیٹی، بٹ وی کین اچیو اٹ اونلی ان دی پری ڈیتھ،</w:t>
      </w:r>
    </w:p>
    <w:p>
      <w:r>
        <w:rPr>
          <w:b/>
        </w:rPr>
        <w:t xml:space="preserve">[04:24] </w:t>
      </w:r>
      <w:r>
        <w:t>in the post-death period.</w:t>
      </w:r>
    </w:p>
    <w:p>
      <w:pPr>
        <w:jc w:val="right"/>
      </w:pPr>
      <w:r>
        <w:t>ان دی پوسٹ ڈیتھ پیریڈ۔</w:t>
      </w:r>
    </w:p>
    <w:p>
      <w:r>
        <w:rPr>
          <w:b/>
        </w:rPr>
        <w:t xml:space="preserve">[04:26] </w:t>
      </w:r>
      <w:r>
        <w:t>in the period after the death, not before the death.</w:t>
      </w:r>
    </w:p>
    <w:p>
      <w:pPr>
        <w:jc w:val="right"/>
      </w:pPr>
      <w:r>
        <w:t>ان دی پیریڈ آفٹر دی ڈیتھ، ناٹ بیفور دی ڈیتھ۔</w:t>
      </w:r>
    </w:p>
    <w:p>
      <w:r>
        <w:rPr>
          <w:b/>
        </w:rPr>
        <w:t xml:space="preserve">[04:31] </w:t>
      </w:r>
      <w:r>
        <w:t>God has created us with an eternal being.</w:t>
      </w:r>
    </w:p>
    <w:p>
      <w:pPr>
        <w:jc w:val="right"/>
      </w:pPr>
      <w:r>
        <w:t>گاڈ ہیز کریٹڈ اس ود این ایٹرنل بینگ۔</w:t>
      </w:r>
    </w:p>
    <w:p>
      <w:r>
        <w:rPr>
          <w:b/>
        </w:rPr>
        <w:t xml:space="preserve">[04:34] </w:t>
      </w:r>
      <w:r>
        <w:t>Everyone is an eternal being.</w:t>
      </w:r>
    </w:p>
    <w:p>
      <w:pPr>
        <w:jc w:val="right"/>
      </w:pPr>
      <w:r>
        <w:t>ایوری ون از این ایٹرنل بینگ۔</w:t>
      </w:r>
    </w:p>
    <w:p>
      <w:r>
        <w:rPr>
          <w:b/>
        </w:rPr>
        <w:t xml:space="preserve">[04:37] </w:t>
      </w:r>
      <w:r>
        <w:t>But our life is, but our life span is divided into two parts.</w:t>
      </w:r>
    </w:p>
    <w:p>
      <w:pPr>
        <w:jc w:val="right"/>
      </w:pPr>
      <w:r>
        <w:t>بٹ اور لائف از، بٹ اور لائف اسپین از ڈیوائیڈڈ انٹو ٹو پارٹس۔</w:t>
      </w:r>
    </w:p>
    <w:p>
      <w:r>
        <w:rPr>
          <w:b/>
        </w:rPr>
        <w:t xml:space="preserve">[04:42] </w:t>
      </w:r>
      <w:r>
        <w:t>اور life span is divided into parts: pre-death period and post-death period.</w:t>
      </w:r>
    </w:p>
    <w:p>
      <w:pPr>
        <w:jc w:val="right"/>
      </w:pPr>
      <w:r>
        <w:t>اور لائف اسپین از ڈیوائیڈڈ ان ٹو پارٹس: پری ڈیتھ پیریڈ اینڈ پوسٹ ڈیتھ پیریڈ۔</w:t>
      </w:r>
    </w:p>
    <w:p>
      <w:r>
        <w:rPr>
          <w:b/>
        </w:rPr>
        <w:t xml:space="preserve">[04:49] </w:t>
      </w:r>
      <w:r>
        <w:t>So we have to know this scheme of nature, so that we may plan our activities, so may</w:t>
      </w:r>
    </w:p>
    <w:p>
      <w:pPr>
        <w:jc w:val="right"/>
      </w:pPr>
      <w:r>
        <w:t>سو وی ہیو ٹو نو دس اسکیم آف نیچر، سو دیٹ وی می پلان اور ایکٹیویٹیز، سو می</w:t>
      </w:r>
    </w:p>
    <w:p>
      <w:r>
        <w:rPr>
          <w:b/>
        </w:rPr>
        <w:t xml:space="preserve">[04:56] </w:t>
      </w:r>
      <w:r>
        <w:t>we save ourself from frustration, so that we may save ourself from failure and desperation and</w:t>
      </w:r>
    </w:p>
    <w:p>
      <w:pPr>
        <w:jc w:val="right"/>
      </w:pPr>
      <w:r>
        <w:t>وی سیو اور سیلف فرام فرسٹریشن، سو دیٹ وی می سیو اور سیلف فرام فیلیر اینڈ ڈسپریشن اینڈ</w:t>
      </w:r>
    </w:p>
    <w:p>
      <w:r>
        <w:rPr>
          <w:b/>
        </w:rPr>
        <w:t xml:space="preserve">[05:04] </w:t>
      </w:r>
      <w:r>
        <w:t>despair.</w:t>
      </w:r>
    </w:p>
    <w:p>
      <w:pPr>
        <w:jc w:val="right"/>
      </w:pPr>
      <w:r>
        <w:t>ڈسپیئر۔</w:t>
      </w:r>
    </w:p>
    <w:p>
      <w:r>
        <w:rPr>
          <w:b/>
        </w:rPr>
        <w:t xml:space="preserve">[05:06] </w:t>
      </w:r>
      <w:r>
        <w:t>Now.</w:t>
      </w:r>
    </w:p>
    <w:p>
      <w:pPr>
        <w:jc w:val="right"/>
      </w:pPr>
      <w:r>
        <w:t>ناو۔</w:t>
      </w:r>
    </w:p>
    <w:p>
      <w:r>
        <w:rPr>
          <w:b/>
        </w:rPr>
        <w:t xml:space="preserve">[05:07] </w:t>
      </w:r>
      <w:r>
        <w:t>Quran is an introduction of paradise.</w:t>
      </w:r>
    </w:p>
    <w:p>
      <w:pPr>
        <w:jc w:val="right"/>
      </w:pPr>
      <w:r>
        <w:t>قرآن از ا انٹروڈکشن آف پیرادائز۔</w:t>
      </w:r>
    </w:p>
    <w:p>
      <w:r>
        <w:rPr>
          <w:b/>
        </w:rPr>
        <w:t xml:space="preserve">[05:10] </w:t>
      </w:r>
      <w:r>
        <w:t>Quran is an introduction of paradise.</w:t>
      </w:r>
    </w:p>
    <w:p>
      <w:pPr>
        <w:jc w:val="right"/>
      </w:pPr>
      <w:r>
        <w:t>قرآن از این انٹروڈکشن آف پیرادائز۔</w:t>
      </w:r>
    </w:p>
    <w:p>
      <w:r>
        <w:rPr>
          <w:b/>
        </w:rPr>
        <w:t xml:space="preserve">[05:12] </w:t>
      </w:r>
      <w:r>
        <w:t>I think that according to my study, the most distinctive feature of Paradise is peace.</w:t>
      </w:r>
    </w:p>
    <w:p>
      <w:pPr>
        <w:jc w:val="right"/>
      </w:pPr>
      <w:r>
        <w:t>آئی تھنک دیٹ اکارڈنگ ٹو مائی سٹڈی، دا موسٹ ڈسٹنکٹو فیچر آف Paradise از پیس۔</w:t>
      </w:r>
    </w:p>
    <w:p>
      <w:r>
        <w:rPr>
          <w:b/>
        </w:rPr>
        <w:t xml:space="preserve">[05:19] </w:t>
      </w:r>
      <w:r>
        <w:t>Peace.</w:t>
      </w:r>
    </w:p>
    <w:p>
      <w:pPr>
        <w:jc w:val="right"/>
      </w:pPr>
      <w:r>
        <w:t>پیس۔</w:t>
      </w:r>
    </w:p>
    <w:p>
      <w:r>
        <w:rPr>
          <w:b/>
        </w:rPr>
        <w:t xml:space="preserve">[05:20] </w:t>
      </w:r>
      <w:r>
        <w:t>Paradise is a peace haven.</w:t>
      </w:r>
    </w:p>
    <w:p>
      <w:pPr>
        <w:jc w:val="right"/>
      </w:pPr>
      <w:r>
        <w:t>Paradise از ا پیس ہیون۔</w:t>
      </w:r>
    </w:p>
    <w:p>
      <w:r>
        <w:rPr>
          <w:b/>
        </w:rPr>
        <w:t xml:space="preserve">[05:22] </w:t>
      </w:r>
      <w:r>
        <w:t>Everyone in the paradise, there are peace.</w:t>
      </w:r>
    </w:p>
    <w:p>
      <w:pPr>
        <w:jc w:val="right"/>
      </w:pPr>
      <w:r>
        <w:t>ایوری ون ان دا پیرادائز، دیر آر پیس۔</w:t>
      </w:r>
    </w:p>
    <w:p>
      <w:r>
        <w:rPr>
          <w:b/>
        </w:rPr>
        <w:t xml:space="preserve">[05:26] </w:t>
      </w:r>
      <w:r>
        <w:t>Scholars generally define peace as absence of war.</w:t>
      </w:r>
    </w:p>
    <w:p>
      <w:pPr>
        <w:jc w:val="right"/>
      </w:pPr>
      <w:r>
        <w:t>اسکالرز جنرلی ڈیفائن پیس ایز ایبسننس آف وار۔</w:t>
      </w:r>
    </w:p>
    <w:p>
      <w:r>
        <w:rPr>
          <w:b/>
        </w:rPr>
        <w:t xml:space="preserve">[05:29] </w:t>
      </w:r>
      <w:r>
        <w:t>According to the scholars' definition, peace means absence of war, but it is a negative definition.</w:t>
      </w:r>
    </w:p>
    <w:p>
      <w:pPr>
        <w:jc w:val="right"/>
      </w:pPr>
      <w:r>
        <w:t>اکارڈنگ ٹو دا اسکالرز ڈیفینیشن، پیس مینز ایبسننس آف وار، بٹ اٹ از ا نیگیٹیو ڈیفینیشن۔</w:t>
      </w:r>
    </w:p>
    <w:p>
      <w:r>
        <w:rPr>
          <w:b/>
        </w:rPr>
        <w:t xml:space="preserve">[05:36] </w:t>
      </w:r>
      <w:r>
        <w:t>It is a negative definition.</w:t>
      </w:r>
    </w:p>
    <w:p>
      <w:pPr>
        <w:jc w:val="right"/>
      </w:pPr>
      <w:r>
        <w:t>اٹ از ا نیگیٹیو ڈیفینیشن۔</w:t>
      </w:r>
    </w:p>
    <w:p>
      <w:r>
        <w:rPr>
          <w:b/>
        </w:rPr>
        <w:t xml:space="preserve">[05:38] </w:t>
      </w:r>
      <w:r>
        <w:t>Peace is a highly positive quality.</w:t>
      </w:r>
    </w:p>
    <w:p>
      <w:pPr>
        <w:jc w:val="right"/>
      </w:pPr>
      <w:r>
        <w:t>پیس از ا ہائیلی پازیٹیو کوالٹی۔</w:t>
      </w:r>
    </w:p>
    <w:p>
      <w:r>
        <w:rPr>
          <w:b/>
        </w:rPr>
        <w:t xml:space="preserve">[05:41] </w:t>
      </w:r>
      <w:r>
        <w:t>According to my experience, peace is not virtue in itself.</w:t>
      </w:r>
    </w:p>
    <w:p>
      <w:pPr>
        <w:jc w:val="right"/>
      </w:pPr>
      <w:r>
        <w:t>اکارڈنگ ٹو مائی ایکسپیرینس، پیس از ناٹ ورچو ان اٹ سیلف۔</w:t>
      </w:r>
    </w:p>
    <w:p>
      <w:r>
        <w:rPr>
          <w:b/>
        </w:rPr>
        <w:t xml:space="preserve">[05:45] </w:t>
      </w:r>
      <w:r>
        <w:t>Peace is not a religious virtue in itself.</w:t>
      </w:r>
    </w:p>
    <w:p>
      <w:pPr>
        <w:jc w:val="right"/>
      </w:pPr>
      <w:r>
        <w:t>پیس از ناٹ ا ریلیجیس ورچو ان اٹ سیلف۔</w:t>
      </w:r>
    </w:p>
    <w:p>
      <w:r>
        <w:rPr>
          <w:b/>
        </w:rPr>
        <w:t xml:space="preserve">[05:49] </w:t>
      </w:r>
      <w:r>
        <w:t>According to my experience, peace is not a religious virtue in itself, but peace provides favorable, peace</w:t>
      </w:r>
    </w:p>
    <w:p>
      <w:pPr>
        <w:jc w:val="right"/>
      </w:pPr>
      <w:r>
        <w:t>اکارڈنگ ٹو مائی ایکسپیرینس، پیس از ناٹ ا ریلیجیس ورچو ان اٹ سیلف، بٹ پیس پرووائیڈز فیوریبل، پیس</w:t>
      </w:r>
    </w:p>
    <w:p>
      <w:r>
        <w:rPr>
          <w:b/>
        </w:rPr>
        <w:t xml:space="preserve">[05:57] </w:t>
      </w:r>
      <w:r>
        <w:t>provides favorable conditions for all kind of religious activities.</w:t>
      </w:r>
    </w:p>
    <w:p>
      <w:pPr>
        <w:jc w:val="right"/>
      </w:pPr>
      <w:r>
        <w:t>پرووائیڈز فیوریبل کنڈیشنز فار آل کائنڈ آف ریلیجیس ایکٹیویٹیز۔</w:t>
      </w:r>
    </w:p>
    <w:p>
      <w:r>
        <w:rPr>
          <w:b/>
        </w:rPr>
        <w:t xml:space="preserve">[06:01] </w:t>
      </w:r>
      <w:r>
        <w:t>The importance of peace is this, that it provides us favorable condition.</w:t>
      </w:r>
    </w:p>
    <w:p>
      <w:pPr>
        <w:jc w:val="right"/>
      </w:pPr>
      <w:r>
        <w:t>دا امپورٹنس آف پیس از دس، دیٹ اٹ پرووائیڈز اس فیوریبل کنڈیشن۔</w:t>
      </w:r>
    </w:p>
    <w:p>
      <w:r>
        <w:rPr>
          <w:b/>
        </w:rPr>
        <w:t xml:space="preserve">[06:06] </w:t>
      </w:r>
      <w:r>
        <w:t>It provides us opportunities.</w:t>
      </w:r>
    </w:p>
    <w:p>
      <w:pPr>
        <w:jc w:val="right"/>
      </w:pPr>
      <w:r>
        <w:t>اٹ پرووائیڈز اس اپرچونیٹیز۔</w:t>
      </w:r>
    </w:p>
    <w:p>
      <w:r>
        <w:rPr>
          <w:b/>
        </w:rPr>
        <w:t xml:space="preserve">[06:08] </w:t>
      </w:r>
      <w:r>
        <w:t>You know, without peace, no positive activities is possible in this world.</w:t>
      </w:r>
    </w:p>
    <w:p>
      <w:pPr>
        <w:jc w:val="right"/>
      </w:pPr>
      <w:r>
        <w:t>یو نو، ودا آؤٹ پیس، نو پازیٹیو ایکٹیویٹیز از پاسیبل ان دس ورلڈ۔</w:t>
      </w:r>
    </w:p>
    <w:p>
      <w:r>
        <w:rPr>
          <w:b/>
        </w:rPr>
        <w:t xml:space="preserve">[06:13] </w:t>
      </w:r>
      <w:r>
        <w:t>Without peace, there is no progress, no development.</w:t>
      </w:r>
    </w:p>
    <w:p>
      <w:pPr>
        <w:jc w:val="right"/>
      </w:pPr>
      <w:r>
        <w:t>ودا آؤٹ پیس، دیر از نو پروگریس، نو ڈویلپمنٹ۔</w:t>
      </w:r>
    </w:p>
    <w:p>
      <w:r>
        <w:rPr>
          <w:b/>
        </w:rPr>
        <w:t xml:space="preserve">[06:17] </w:t>
      </w:r>
      <w:r>
        <w:t>No positive activities are possible in an atmosphere where there is no peace.</w:t>
      </w:r>
    </w:p>
    <w:p>
      <w:pPr>
        <w:jc w:val="right"/>
      </w:pPr>
      <w:r>
        <w:t>نو پازیٹیو ایکٹیویٹیز آر پاسیبل ان این ایٹماسفئر ویر دیر از نو پیس۔</w:t>
      </w:r>
    </w:p>
    <w:p>
      <w:r>
        <w:rPr>
          <w:b/>
        </w:rPr>
        <w:t xml:space="preserve">[06:23] </w:t>
      </w:r>
      <w:r>
        <w:t>Even I cannot deliver a speech without peaceful conditions.</w:t>
      </w:r>
    </w:p>
    <w:p>
      <w:pPr>
        <w:jc w:val="right"/>
      </w:pPr>
      <w:r>
        <w:t>ایون آئی کین ناٹ ڈیلیور ا سپیچ ودا آؤٹ پیس فل کنڈیشنز۔</w:t>
      </w:r>
    </w:p>
    <w:p>
      <w:r>
        <w:rPr>
          <w:b/>
        </w:rPr>
        <w:t xml:space="preserve">[06:28] </w:t>
      </w:r>
      <w:r>
        <w:t>Even a glass of water, you cannot take it.</w:t>
      </w:r>
    </w:p>
    <w:p>
      <w:pPr>
        <w:jc w:val="right"/>
      </w:pPr>
      <w:r>
        <w:t>ایون ا گلاس آف واٹر، یو کین ناٹ ٹیک اٹ۔</w:t>
      </w:r>
    </w:p>
    <w:p>
      <w:r>
        <w:rPr>
          <w:b/>
        </w:rPr>
        <w:t xml:space="preserve">[06:32] </w:t>
      </w:r>
      <w:r>
        <w:t>If everywhere there are, if there is no peace, it also requires peaceful condition to</w:t>
      </w:r>
    </w:p>
    <w:p>
      <w:pPr>
        <w:jc w:val="right"/>
      </w:pPr>
      <w:r>
        <w:t>اف ایوری ویر دیر آر، اف دیر از نو پیس، اٹ آل سو ریکوائرز پیس فل کنڈیشن ٹو</w:t>
      </w:r>
    </w:p>
    <w:p>
      <w:r>
        <w:rPr>
          <w:b/>
        </w:rPr>
        <w:t xml:space="preserve">[06:40] </w:t>
      </w:r>
      <w:r>
        <w:t>Drink a glass of water.</w:t>
      </w:r>
    </w:p>
    <w:p>
      <w:pPr>
        <w:jc w:val="right"/>
      </w:pPr>
      <w:r>
        <w:t>ڈرنک ا گلاس آف واٹر۔</w:t>
      </w:r>
    </w:p>
    <w:p>
      <w:r>
        <w:rPr>
          <w:b/>
        </w:rPr>
        <w:t xml:space="preserve">[06:42] </w:t>
      </w:r>
      <w:r>
        <w:t>So everything, everything, everything depends on peace.</w:t>
      </w:r>
    </w:p>
    <w:p>
      <w:pPr>
        <w:jc w:val="right"/>
      </w:pPr>
      <w:r>
        <w:t>سو ایوری تھنگ، ایوری تھنگ، ایوری تھنگ ڈیپینڈز آن پیس۔</w:t>
      </w:r>
    </w:p>
    <w:p>
      <w:r>
        <w:rPr>
          <w:b/>
        </w:rPr>
        <w:t xml:space="preserve">[06:46] </w:t>
      </w:r>
      <w:r>
        <w:t>I can see, people generally say that some born.</w:t>
      </w:r>
    </w:p>
    <w:p>
      <w:pPr>
        <w:jc w:val="right"/>
      </w:pPr>
      <w:r>
        <w:t>آئی کین سی، پیپل جنرلی سی دیٹ سمم بونم۔</w:t>
      </w:r>
    </w:p>
    <w:p>
      <w:r>
        <w:rPr>
          <w:b/>
        </w:rPr>
        <w:t xml:space="preserve">[06:50] </w:t>
      </w:r>
      <w:r>
        <w:t>about summ bonum, there are differences.</w:t>
      </w:r>
    </w:p>
    <w:p>
      <w:pPr>
        <w:jc w:val="right"/>
      </w:pPr>
      <w:r>
        <w:t>اباؤٹ سمم بونم، دیر از ڈیفرنسز۔</w:t>
      </w:r>
    </w:p>
    <w:p>
      <w:r>
        <w:rPr>
          <w:b/>
        </w:rPr>
        <w:t xml:space="preserve">[06:53] </w:t>
      </w:r>
      <w:r>
        <w:t>They say that freedom is summum bonum.</w:t>
      </w:r>
    </w:p>
    <w:p>
      <w:pPr>
        <w:jc w:val="right"/>
      </w:pPr>
      <w:r>
        <w:t>دے سی دیٹ فریڈم از سمم بونم۔</w:t>
      </w:r>
    </w:p>
    <w:p>
      <w:r>
        <w:rPr>
          <w:b/>
        </w:rPr>
        <w:t xml:space="preserve">[06:56] </w:t>
      </w:r>
      <w:r>
        <w:t>They say the freedom is summum bonum.</w:t>
      </w:r>
    </w:p>
    <w:p>
      <w:pPr>
        <w:jc w:val="right"/>
      </w:pPr>
      <w:r>
        <w:t>دے سی دا فریڈم از سمم بونم۔</w:t>
      </w:r>
    </w:p>
    <w:p>
      <w:r>
        <w:rPr>
          <w:b/>
        </w:rPr>
        <w:t xml:space="preserve">[06:59] </w:t>
      </w:r>
      <w:r>
        <w:t>And the jihadi people say that war is summum bonum.</w:t>
      </w:r>
    </w:p>
    <w:p>
      <w:pPr>
        <w:jc w:val="right"/>
      </w:pPr>
      <w:r>
        <w:t>اینڈ دو جہادی پیپل سی دیٹ وار از سمم بونم۔</w:t>
      </w:r>
    </w:p>
    <w:p>
      <w:r>
        <w:rPr>
          <w:b/>
        </w:rPr>
        <w:t xml:space="preserve">[07:03] </w:t>
      </w:r>
      <w:r>
        <w:t>Some people will say, some people would like to say that.</w:t>
      </w:r>
    </w:p>
    <w:p>
      <w:pPr>
        <w:jc w:val="right"/>
      </w:pPr>
      <w:r>
        <w:t>سم پیپل ویل سی، سم پیپل وڈ لائک ٹو سی دیٹ۔</w:t>
      </w:r>
    </w:p>
    <w:p>
      <w:r>
        <w:rPr>
          <w:b/>
        </w:rPr>
        <w:t xml:space="preserve">[07:08] </w:t>
      </w:r>
      <w:r>
        <w:t>that wealth is summum bonum.</w:t>
      </w:r>
    </w:p>
    <w:p>
      <w:pPr>
        <w:jc w:val="right"/>
      </w:pPr>
      <w:r>
        <w:t>دیٹ ویلتھ از سمم بونم۔</w:t>
      </w:r>
    </w:p>
    <w:p>
      <w:r>
        <w:rPr>
          <w:b/>
        </w:rPr>
        <w:t xml:space="preserve">[07:10] </w:t>
      </w:r>
      <w:r>
        <w:t>Some would like to say that political power is summum bonum.</w:t>
      </w:r>
    </w:p>
    <w:p>
      <w:pPr>
        <w:jc w:val="right"/>
      </w:pPr>
      <w:r>
        <w:t>سم وڈ لائک ٹو سی دیٹ پولیٹیکل پاور از سمم بونم۔</w:t>
      </w:r>
    </w:p>
    <w:p>
      <w:r>
        <w:rPr>
          <w:b/>
        </w:rPr>
        <w:t xml:space="preserve">[07:15] </w:t>
      </w:r>
      <w:r>
        <w:t>No, all these things are wrong.</w:t>
      </w:r>
    </w:p>
    <w:p>
      <w:pPr>
        <w:jc w:val="right"/>
      </w:pPr>
      <w:r>
        <w:t>نو، آل دیز تھنگز آر رونگ۔</w:t>
      </w:r>
    </w:p>
    <w:p>
      <w:r>
        <w:rPr>
          <w:b/>
        </w:rPr>
        <w:t xml:space="preserve">[07:17] </w:t>
      </w:r>
      <w:r>
        <w:t>According to my experience, peace is the summum bonum.</w:t>
      </w:r>
    </w:p>
    <w:p>
      <w:pPr>
        <w:jc w:val="right"/>
      </w:pPr>
      <w:r>
        <w:t>اکارڈنگ ٹو مائی ایکسپیرینس، پیس از دا سمم بونم۔</w:t>
      </w:r>
    </w:p>
    <w:p>
      <w:r>
        <w:rPr>
          <w:b/>
        </w:rPr>
        <w:t xml:space="preserve">[07:21] </w:t>
      </w:r>
      <w:r>
        <w:t>According to my experience, peace is the summum bonum.</w:t>
      </w:r>
    </w:p>
    <w:p>
      <w:pPr>
        <w:jc w:val="right"/>
      </w:pPr>
      <w:r>
        <w:t>اکارڈنگ ٹو مائی ایکسپیرینس، پیس از دا سمم بونم।</w:t>
      </w:r>
    </w:p>
    <w:p>
      <w:r>
        <w:rPr>
          <w:b/>
        </w:rPr>
        <w:t xml:space="preserve">[07:25] </w:t>
      </w:r>
      <w:r>
        <w:t>Because if there is peace, there is freedom.</w:t>
      </w:r>
    </w:p>
    <w:p>
      <w:pPr>
        <w:jc w:val="right"/>
      </w:pPr>
      <w:r>
        <w:t>بیکاز اف دیر از پیس، دیر از فریڈم۔</w:t>
      </w:r>
    </w:p>
    <w:p>
      <w:r>
        <w:rPr>
          <w:b/>
        </w:rPr>
        <w:t xml:space="preserve">[07:28] </w:t>
      </w:r>
      <w:r>
        <w:t>There is religion.</w:t>
      </w:r>
    </w:p>
    <w:p>
      <w:pPr>
        <w:jc w:val="right"/>
      </w:pPr>
      <w:r>
        <w:t>دیر از ریلیجن۔</w:t>
      </w:r>
    </w:p>
    <w:p>
      <w:r>
        <w:rPr>
          <w:b/>
        </w:rPr>
        <w:t xml:space="preserve">[07:30] </w:t>
      </w:r>
      <w:r>
        <w:t>There is philosophy.</w:t>
      </w:r>
    </w:p>
    <w:p>
      <w:pPr>
        <w:jc w:val="right"/>
      </w:pPr>
      <w:r>
        <w:t>دیر از فلاسفی۔</w:t>
      </w:r>
    </w:p>
    <w:p>
      <w:r>
        <w:rPr>
          <w:b/>
        </w:rPr>
        <w:t xml:space="preserve">[07:31] </w:t>
      </w:r>
      <w:r>
        <w:t>There are scientific activities.</w:t>
      </w:r>
    </w:p>
    <w:p>
      <w:pPr>
        <w:jc w:val="right"/>
      </w:pPr>
      <w:r>
        <w:t>دیر آر سائنٹیفک ایکٹیویٹیز۔</w:t>
      </w:r>
    </w:p>
    <w:p>
      <w:r>
        <w:rPr>
          <w:b/>
        </w:rPr>
        <w:t xml:space="preserve">[07:33] </w:t>
      </w:r>
      <w:r>
        <w:t>Without peace, there is no activity at all.</w:t>
      </w:r>
    </w:p>
    <w:p>
      <w:pPr>
        <w:jc w:val="right"/>
      </w:pPr>
      <w:r>
        <w:t>ودا آؤٹ پیس، دیر از نو ایکٹیویٹی ایٹ آل۔</w:t>
      </w:r>
    </w:p>
    <w:p>
      <w:r>
        <w:rPr>
          <w:b/>
        </w:rPr>
        <w:t xml:space="preserve">[07:37] </w:t>
      </w:r>
      <w:r>
        <w:t>Because of this, God named the Paradise as Darussalam.</w:t>
      </w:r>
    </w:p>
    <w:p>
      <w:pPr>
        <w:jc w:val="right"/>
      </w:pPr>
      <w:r>
        <w:t>بیکاز آف دس، گاڈ نیمڈ دی Paradise ایز دارالسلام۔</w:t>
      </w:r>
    </w:p>
    <w:p>
      <w:r>
        <w:rPr>
          <w:b/>
        </w:rPr>
        <w:t xml:space="preserve">[07:41] </w:t>
      </w:r>
      <w:r>
        <w:t>In the Quran, there is a very relevant verse in this regard: "واللہ یدعو الی دارالسلام" and God</w:t>
      </w:r>
    </w:p>
    <w:p>
      <w:pPr>
        <w:jc w:val="right"/>
      </w:pPr>
      <w:r>
        <w:t>ان دی قرآن، دیر از ا ویری ریلیونٹ ورس ان دس ریگارڈ: "واللہ یدعو الی دارالسلام" اینڈ "گاڈ</w:t>
      </w:r>
    </w:p>
    <w:p>
      <w:r>
        <w:rPr>
          <w:b/>
        </w:rPr>
        <w:t xml:space="preserve">[07:48] </w:t>
      </w:r>
      <w:r>
        <w:t>"calls to the home of peace".</w:t>
      </w:r>
    </w:p>
    <w:p>
      <w:pPr>
        <w:jc w:val="right"/>
      </w:pPr>
      <w:r>
        <w:t>کالز ٹو دا ہوم آف پیس"۔</w:t>
      </w:r>
    </w:p>
    <w:p>
      <w:r>
        <w:rPr>
          <w:b/>
        </w:rPr>
        <w:t xml:space="preserve">[07:51] </w:t>
      </w:r>
      <w:r>
        <w:t>Here Darussalam means Jannah, Paradise.</w:t>
      </w:r>
    </w:p>
    <w:p>
      <w:pPr>
        <w:jc w:val="right"/>
      </w:pPr>
      <w:r>
        <w:t>ہیر دارالسلام مینز جنت، پیرادائز۔</w:t>
      </w:r>
    </w:p>
    <w:p>
      <w:r>
        <w:rPr>
          <w:b/>
        </w:rPr>
        <w:t xml:space="preserve">[07:53] </w:t>
      </w:r>
      <w:r>
        <w:t>"wallahu yad'u ila dar al-salam".</w:t>
      </w:r>
    </w:p>
    <w:p>
      <w:pPr>
        <w:jc w:val="right"/>
      </w:pPr>
      <w:r>
        <w:t>"واللہ یدعو الی دارالسلام"۔</w:t>
      </w:r>
    </w:p>
    <w:p>
      <w:r>
        <w:rPr>
          <w:b/>
        </w:rPr>
        <w:t xml:space="preserve">[07:55] </w:t>
      </w:r>
      <w:r>
        <w:t>"God calls to the home of peace".</w:t>
      </w:r>
    </w:p>
    <w:p>
      <w:pPr>
        <w:jc w:val="right"/>
      </w:pPr>
      <w:r>
        <w:t>"گاڈ کالز ٹو دا ہوم آف پیس"۔</w:t>
      </w:r>
    </w:p>
    <w:p>
      <w:r>
        <w:rPr>
          <w:b/>
        </w:rPr>
        <w:t xml:space="preserve">[07:58] </w:t>
      </w:r>
      <w:r>
        <w:t>So the best name adopted by the Quran for Jannah or Paradise is Darussalam.</w:t>
      </w:r>
    </w:p>
    <w:p>
      <w:pPr>
        <w:jc w:val="right"/>
      </w:pPr>
      <w:r>
        <w:t>سو دا بیسٹ نیم اڈاپٹڈ بائی دا قرآن فار جنت اور Paradise از دارالسلام۔</w:t>
      </w:r>
    </w:p>
    <w:p>
      <w:r>
        <w:rPr>
          <w:b/>
        </w:rPr>
        <w:t xml:space="preserve">[08:04] </w:t>
      </w:r>
      <w:r>
        <w:t>That is, that is, that is place of peace, home of peace.</w:t>
      </w:r>
    </w:p>
    <w:p>
      <w:pPr>
        <w:jc w:val="right"/>
      </w:pPr>
      <w:r>
        <w:t>دیٹ از، دیٹ از، دیٹ از پلیس آف پیس، ہوم آف پیس۔</w:t>
      </w:r>
    </w:p>
    <w:p>
      <w:r>
        <w:rPr>
          <w:b/>
        </w:rPr>
        <w:t xml:space="preserve">[08:09] </w:t>
      </w:r>
      <w:r>
        <w:t>Because if there is peace, then everything else must be there.</w:t>
      </w:r>
    </w:p>
    <w:p>
      <w:pPr>
        <w:jc w:val="right"/>
      </w:pPr>
      <w:r>
        <w:t>بیکاز اف دیر از پیس، دین ایوری تھنگ ایلس مسٹ بی دیر۔</w:t>
      </w:r>
    </w:p>
    <w:p>
      <w:r>
        <w:rPr>
          <w:b/>
        </w:rPr>
        <w:t xml:space="preserve">[08:14] </w:t>
      </w:r>
      <w:r>
        <w:t>You know, according to the Quran, peace is also a name of the of God Almighty.</w:t>
      </w:r>
    </w:p>
    <w:p>
      <w:pPr>
        <w:jc w:val="right"/>
      </w:pPr>
      <w:r>
        <w:t>یو نو، اکارڈنگ ٹو دا قرآن، پیس از آل سو ا نیم آف دا آف گاڈ المائٹی۔</w:t>
      </w:r>
    </w:p>
    <w:p>
      <w:r>
        <w:rPr>
          <w:b/>
        </w:rPr>
        <w:t xml:space="preserve">[08:21] </w:t>
      </w:r>
      <w:r>
        <w:t>"Assalam."</w:t>
      </w:r>
    </w:p>
    <w:p>
      <w:pPr>
        <w:jc w:val="right"/>
      </w:pPr>
      <w:r>
        <w:t>"السلام"۔</w:t>
      </w:r>
    </w:p>
    <w:p>
      <w:r>
        <w:rPr>
          <w:b/>
        </w:rPr>
        <w:t xml:space="preserve">[08:23] </w:t>
      </w:r>
      <w:r>
        <w:t>One name according to the Quran of God is "As-Salam".</w:t>
      </w:r>
    </w:p>
    <w:p>
      <w:pPr>
        <w:jc w:val="right"/>
      </w:pPr>
      <w:r>
        <w:t>ون نیم اکارڈنگ ٹو دا قرآن آف گاڈ از "السلام"۔</w:t>
      </w:r>
    </w:p>
    <w:p>
      <w:r>
        <w:rPr>
          <w:b/>
        </w:rPr>
        <w:t xml:space="preserve">[08:27] </w:t>
      </w:r>
      <w:r>
        <w:t>"Assalam" means peace.</w:t>
      </w:r>
    </w:p>
    <w:p>
      <w:pPr>
        <w:jc w:val="right"/>
      </w:pPr>
      <w:r>
        <w:t>"السلام" مینز پیس۔</w:t>
      </w:r>
    </w:p>
    <w:p>
      <w:r>
        <w:rPr>
          <w:b/>
        </w:rPr>
        <w:t xml:space="preserve">[08:29] </w:t>
      </w:r>
      <w:r>
        <w:t>تو Peace is a name of God.</w:t>
      </w:r>
    </w:p>
    <w:p>
      <w:pPr>
        <w:jc w:val="right"/>
      </w:pPr>
      <w:r>
        <w:t>تو پیس از ا نیم آف گاڈ۔</w:t>
      </w:r>
    </w:p>
    <w:p>
      <w:r>
        <w:rPr>
          <w:b/>
        </w:rPr>
        <w:t xml:space="preserve">[08:32] </w:t>
      </w:r>
      <w:r>
        <w:t>Deen there is a hadith: "As-salaam minal Islam".</w:t>
      </w:r>
    </w:p>
    <w:p>
      <w:pPr>
        <w:jc w:val="right"/>
      </w:pPr>
      <w:r>
        <w:t>دین دیر از ا حدیث: "السلام من الاسلام"۔</w:t>
      </w:r>
    </w:p>
    <w:p>
      <w:r>
        <w:rPr>
          <w:b/>
        </w:rPr>
        <w:t xml:space="preserve">[08:35] </w:t>
      </w:r>
      <w:r>
        <w:t>"Islam is a religion of peace."</w:t>
      </w:r>
    </w:p>
    <w:p>
      <w:pPr>
        <w:jc w:val="right"/>
      </w:pPr>
      <w:r>
        <w:t>"السلام من الاسلام"۔</w:t>
      </w:r>
    </w:p>
    <w:p>
      <w:r>
        <w:rPr>
          <w:b/>
        </w:rPr>
        <w:t xml:space="preserve">[08:37] </w:t>
      </w:r>
      <w:r>
        <w:t>It means that peace is a part of Islam.</w:t>
      </w:r>
    </w:p>
    <w:p>
      <w:pPr>
        <w:jc w:val="right"/>
      </w:pPr>
      <w:r>
        <w:t>اٹ مینز دیٹ پیس از ا پارٹ آف اسلام۔</w:t>
      </w:r>
    </w:p>
    <w:p>
      <w:r>
        <w:rPr>
          <w:b/>
        </w:rPr>
        <w:t xml:space="preserve">[08:40] </w:t>
      </w:r>
      <w:r>
        <w:t>Peace is a part of the religion of Islam.</w:t>
      </w:r>
    </w:p>
    <w:p>
      <w:pPr>
        <w:jc w:val="right"/>
      </w:pPr>
      <w:r>
        <w:t>پیس از ا پارٹ آف دا ریلیجن آف اسلام۔</w:t>
      </w:r>
    </w:p>
    <w:p>
      <w:r>
        <w:rPr>
          <w:b/>
        </w:rPr>
        <w:t xml:space="preserve">[08:44] </w:t>
      </w:r>
      <w:r>
        <w:t>"Islam is a religion of peace."</w:t>
      </w:r>
    </w:p>
    <w:p>
      <w:pPr>
        <w:jc w:val="right"/>
      </w:pPr>
      <w:r>
        <w:t>"السلام من الاسلام"۔</w:t>
      </w:r>
    </w:p>
    <w:p>
      <w:r>
        <w:rPr>
          <w:b/>
        </w:rPr>
        <w:t xml:space="preserve">[08:46] </w:t>
      </w:r>
      <w:r>
        <w:t>Deen, the Quran says that the greetings of the people of Paradise will be "Assalam".</w:t>
      </w:r>
    </w:p>
    <w:p>
      <w:pPr>
        <w:jc w:val="right"/>
      </w:pPr>
      <w:r>
        <w:t>دین دا قرآن سیز دیٹ دا گریٹنگز آف دا پیپل آف Paradise ویل بی "السلام"۔</w:t>
      </w:r>
    </w:p>
    <w:p>
      <w:r>
        <w:rPr>
          <w:b/>
        </w:rPr>
        <w:t xml:space="preserve">[08:52] </w:t>
      </w:r>
      <w:r>
        <w:t>"peace."</w:t>
      </w:r>
    </w:p>
    <w:p>
      <w:pPr>
        <w:jc w:val="right"/>
      </w:pPr>
      <w:r>
        <w:t>"پیس"۔</w:t>
      </w:r>
    </w:p>
    <w:p>
      <w:r>
        <w:rPr>
          <w:b/>
        </w:rPr>
        <w:t xml:space="preserve">[08:54] </w:t>
      </w:r>
      <w:r>
        <w:t>"Peace" be upon you.</w:t>
      </w:r>
    </w:p>
    <w:p>
      <w:pPr>
        <w:jc w:val="right"/>
      </w:pPr>
      <w:r>
        <w:t>"پیس" بی اپ یو۔</w:t>
      </w:r>
    </w:p>
    <w:p>
      <w:r>
        <w:rPr>
          <w:b/>
        </w:rPr>
        <w:t xml:space="preserve">[08:55] </w:t>
      </w:r>
      <w:r>
        <w:t>"Peace" be upon you.</w:t>
      </w:r>
    </w:p>
    <w:p>
      <w:pPr>
        <w:jc w:val="right"/>
      </w:pPr>
      <w:r>
        <w:t>"پیس" بی اپ یو۔</w:t>
      </w:r>
    </w:p>
    <w:p>
      <w:r>
        <w:rPr>
          <w:b/>
        </w:rPr>
        <w:t xml:space="preserve">[08:57] </w:t>
      </w:r>
      <w:r>
        <w:t>Greetings of the people of Paradise will be "Assalam".</w:t>
      </w:r>
    </w:p>
    <w:p>
      <w:pPr>
        <w:jc w:val="right"/>
      </w:pPr>
      <w:r>
        <w:t>گریٹنگز آف دا پیپل آف Paradise ویل بی "السلام"۔</w:t>
      </w:r>
    </w:p>
    <w:p>
      <w:r>
        <w:rPr>
          <w:b/>
        </w:rPr>
        <w:t xml:space="preserve">[09:01] </w:t>
      </w:r>
      <w:r>
        <w:t>"Assalam."</w:t>
      </w:r>
    </w:p>
    <w:p>
      <w:pPr>
        <w:jc w:val="right"/>
      </w:pPr>
      <w:r>
        <w:t>"السلام"۔</w:t>
      </w:r>
    </w:p>
    <w:p>
      <w:r>
        <w:rPr>
          <w:b/>
        </w:rPr>
        <w:t xml:space="preserve">[09:03] </w:t>
      </w:r>
      <w:r>
        <w:t>"Tahiyat fiha salam".</w:t>
      </w:r>
    </w:p>
    <w:p>
      <w:pPr>
        <w:jc w:val="right"/>
      </w:pPr>
      <w:r>
        <w:t>"تحیت فیہا سلام"۔</w:t>
      </w:r>
    </w:p>
    <w:p>
      <w:r>
        <w:rPr>
          <w:b/>
        </w:rPr>
        <w:t xml:space="preserve">[09:04] </w:t>
      </w:r>
      <w:r>
        <w:t>"Tahiyat fiha salam".</w:t>
      </w:r>
    </w:p>
    <w:p>
      <w:pPr>
        <w:jc w:val="right"/>
      </w:pPr>
      <w:r>
        <w:t>"تحیت فیہا سلام"۔</w:t>
      </w:r>
    </w:p>
    <w:p>
      <w:r>
        <w:rPr>
          <w:b/>
        </w:rPr>
        <w:t xml:space="preserve">[09:06] </w:t>
      </w:r>
      <w:r>
        <w:t>Now, it is not simply a lip service.</w:t>
      </w:r>
    </w:p>
    <w:p>
      <w:pPr>
        <w:jc w:val="right"/>
      </w:pPr>
      <w:r>
        <w:t>ناو، اٹ از ناٹ سمپلی ا لپ سروس۔</w:t>
      </w:r>
    </w:p>
    <w:p>
      <w:r>
        <w:rPr>
          <w:b/>
        </w:rPr>
        <w:t xml:space="preserve">[09:09] </w:t>
      </w:r>
      <w:r>
        <w:t>No, in Paradise, it is, it is impossible to say something as a lip service.</w:t>
      </w:r>
    </w:p>
    <w:p>
      <w:pPr>
        <w:jc w:val="right"/>
      </w:pPr>
      <w:r>
        <w:t>نو، ان پیرادائز، اٹ از، اٹ از امپاسیبل ٹو سی سم تھنگ ایز ا لپ سروس۔</w:t>
      </w:r>
    </w:p>
    <w:p>
      <w:r>
        <w:rPr>
          <w:b/>
        </w:rPr>
        <w:t xml:space="preserve">[09:16] </w:t>
      </w:r>
      <w:r>
        <w:t>پاس Paradise is a real world, world of truth.</w:t>
      </w:r>
    </w:p>
    <w:p>
      <w:pPr>
        <w:jc w:val="right"/>
      </w:pPr>
      <w:r>
        <w:t>پاس Paradise از ا ریل ورلڈ، ورلڈ آف ٹروتھ۔</w:t>
      </w:r>
    </w:p>
    <w:p>
      <w:r>
        <w:rPr>
          <w:b/>
        </w:rPr>
        <w:t xml:space="preserve">[09:20] </w:t>
      </w:r>
      <w:r>
        <w:t>Paradise is the world of truth.</w:t>
      </w:r>
    </w:p>
    <w:p>
      <w:pPr>
        <w:jc w:val="right"/>
      </w:pPr>
      <w:r>
        <w:t>Paradise از دا ورلڈ آف ٹروتھ۔</w:t>
      </w:r>
    </w:p>
    <w:p>
      <w:r>
        <w:rPr>
          <w:b/>
        </w:rPr>
        <w:t xml:space="preserve">[09:22] </w:t>
      </w:r>
      <w:r>
        <w:t>So peace means a complete, represents a complete culture, a complete environment, a complete thinking.</w:t>
      </w:r>
    </w:p>
    <w:p>
      <w:pPr>
        <w:jc w:val="right"/>
      </w:pPr>
      <w:r>
        <w:t>سو پیس مینز ا کمپلیٹ، ریپریزنٹس ا کمپلیٹ کلچر، ا کمپلیٹ انوائرمنٹ، ا کمپلیٹ تھنکنگ۔</w:t>
      </w:r>
    </w:p>
    <w:p>
      <w:r>
        <w:rPr>
          <w:b/>
        </w:rPr>
        <w:t xml:space="preserve">[09:29] </w:t>
      </w:r>
      <w:r>
        <w:t>When a man in Paradise would say to another person: "Assalam".</w:t>
      </w:r>
    </w:p>
    <w:p>
      <w:pPr>
        <w:jc w:val="right"/>
      </w:pPr>
      <w:r>
        <w:t>وین ا مین ان Paradise وڈ سی ٹو ادر پرسن: "السلام"۔</w:t>
      </w:r>
    </w:p>
    <w:p>
      <w:r>
        <w:rPr>
          <w:b/>
        </w:rPr>
        <w:t xml:space="preserve">[09:33] </w:t>
      </w:r>
      <w:r>
        <w:t>"assalamu alaikum".</w:t>
      </w:r>
    </w:p>
    <w:p>
      <w:pPr>
        <w:jc w:val="right"/>
      </w:pPr>
      <w:r>
        <w:t>"السلام علیکم"۔</w:t>
      </w:r>
    </w:p>
    <w:p>
      <w:r>
        <w:rPr>
          <w:b/>
        </w:rPr>
        <w:t xml:space="preserve">[09:35] </w:t>
      </w:r>
      <w:r>
        <w:t>"Peace" be upon you.</w:t>
      </w:r>
    </w:p>
    <w:p>
      <w:pPr>
        <w:jc w:val="right"/>
      </w:pPr>
      <w:r>
        <w:t>"پیس" بی اپ یو۔</w:t>
      </w:r>
    </w:p>
    <w:p>
      <w:r>
        <w:rPr>
          <w:b/>
        </w:rPr>
        <w:t xml:space="preserve">[09:37] </w:t>
      </w:r>
      <w:r>
        <w:t>It means that he is, is saying a word of truth.</w:t>
      </w:r>
    </w:p>
    <w:p>
      <w:pPr>
        <w:jc w:val="right"/>
      </w:pPr>
      <w:r>
        <w:t>اٹ مینز دیٹ ہی از، از سیئنگ ا ورڈ آف ٹروتھ۔</w:t>
      </w:r>
    </w:p>
    <w:p>
      <w:r>
        <w:rPr>
          <w:b/>
        </w:rPr>
        <w:t xml:space="preserve">[09:41] </w:t>
      </w:r>
      <w:r>
        <w:t>He is introducing his personality.</w:t>
      </w:r>
    </w:p>
    <w:p>
      <w:pPr>
        <w:jc w:val="right"/>
      </w:pPr>
      <w:r>
        <w:t>ہی از انٹروڈسنگ ہز پرسنیلٹی۔</w:t>
      </w:r>
    </w:p>
    <w:p>
      <w:r>
        <w:rPr>
          <w:b/>
        </w:rPr>
        <w:t xml:space="preserve">[09:43] </w:t>
      </w:r>
      <w:r>
        <w:t>It means that I have nothing in my heart about you except peace, except love, except compassion.</w:t>
      </w:r>
    </w:p>
    <w:p>
      <w:pPr>
        <w:jc w:val="right"/>
      </w:pPr>
      <w:r>
        <w:t>اٹ مینز دیٹ آئی ہیو نتھنگ ان مائی ہارٹ اباؤٹ یو ایکسیپٹ پیس، ایکسیپٹ لو، ایکسیپٹ کمپیشن۔</w:t>
      </w:r>
    </w:p>
    <w:p>
      <w:r>
        <w:rPr>
          <w:b/>
        </w:rPr>
        <w:t xml:space="preserve">[09:51] </w:t>
      </w:r>
      <w:r>
        <w:t>In this sense, I can say that peace culture is the Paradise culture.</w:t>
      </w:r>
    </w:p>
    <w:p>
      <w:pPr>
        <w:jc w:val="right"/>
      </w:pPr>
      <w:r>
        <w:t>ان دس سینس، آئی کین سی دیٹ پیس کلچر از دا Paradise کلچر۔</w:t>
      </w:r>
    </w:p>
    <w:p>
      <w:r>
        <w:rPr>
          <w:b/>
        </w:rPr>
        <w:t xml:space="preserve">[09:56] </w:t>
      </w:r>
      <w:r>
        <w:t>There is a hadith that once an angel came to the Prophet. He said, "O Prophet, God has</w:t>
      </w:r>
    </w:p>
    <w:p>
      <w:pPr>
        <w:jc w:val="right"/>
      </w:pPr>
      <w:r>
        <w:t>دیر از ا حدیث دیٹ ونس این اینجل کیم ٹو دا پرافٹ، ہی سیڈ: "او پرافٹ، گاڈ ہیز</w:t>
      </w:r>
    </w:p>
    <w:p>
      <w:r>
        <w:rPr>
          <w:b/>
        </w:rPr>
        <w:t xml:space="preserve">[10:04] </w:t>
      </w:r>
      <w:r>
        <w:t>convey you 'peace'." Peace.</w:t>
      </w:r>
    </w:p>
    <w:p>
      <w:pPr>
        <w:jc w:val="right"/>
      </w:pPr>
      <w:r>
        <w:t>کنویر یو 'السلام'۔" پیس۔</w:t>
      </w:r>
    </w:p>
    <w:p>
      <w:r>
        <w:rPr>
          <w:b/>
        </w:rPr>
        <w:t xml:space="preserve">[10:06] </w:t>
      </w:r>
      <w:r>
        <w:t>God has conveyed this message: "Peace upon the Prophet".</w:t>
      </w:r>
    </w:p>
    <w:p>
      <w:pPr>
        <w:jc w:val="right"/>
      </w:pPr>
      <w:r>
        <w:t>گاڈ ہیز کنویر دس میسج: "پیس اپ دی پرافٹ"۔</w:t>
      </w:r>
    </w:p>
    <w:p>
      <w:r>
        <w:rPr>
          <w:b/>
        </w:rPr>
        <w:t xml:space="preserve">[10:10] </w:t>
      </w:r>
      <w:r>
        <w:t>message of "peace".</w:t>
      </w:r>
    </w:p>
    <w:p>
      <w:pPr>
        <w:jc w:val="right"/>
      </w:pPr>
      <w:r>
        <w:t>میسج آف "السلام"۔</w:t>
      </w:r>
    </w:p>
    <w:p>
      <w:r>
        <w:rPr>
          <w:b/>
        </w:rPr>
        <w:t xml:space="preserve">[10:11] </w:t>
      </w:r>
      <w:r>
        <w:t>The Prophet said: "After hearing this message from angel, Prophet said: 'Allahumma anta al-salam wa minka al-salam, wa ilaika yarji'u</w:t>
      </w:r>
    </w:p>
    <w:p>
      <w:pPr>
        <w:jc w:val="right"/>
      </w:pPr>
      <w:r>
        <w:t>دین پرافٹ سیڈ: "آفٹر ہیئرنگ دس میسج فرام اینجل، پرافٹ سیڈ: 'اللہم انت السلام ومنک السلام، والیک یرجع</w:t>
      </w:r>
    </w:p>
    <w:p>
      <w:r>
        <w:rPr>
          <w:b/>
        </w:rPr>
        <w:t xml:space="preserve">[10:19] </w:t>
      </w:r>
      <w:r>
        <w:t>السلام، حینا ربنا بالسلام، وادخلنا دارک دار السلام، تبارک ربنا و تعالی، یا ذوالجلال والاکرام'. This was the</w:t>
      </w:r>
    </w:p>
    <w:p>
      <w:pPr>
        <w:jc w:val="right"/>
      </w:pPr>
      <w:r>
        <w:t>السلام، حینا ربنا بالسلام، وادخلنا دارک دار السلام، تبارک ربنا و تعالی، یا ذوالجلال والاکرام'۔" دس واز دا</w:t>
      </w:r>
    </w:p>
    <w:p>
      <w:r>
        <w:rPr>
          <w:b/>
        </w:rPr>
        <w:t xml:space="preserve">[10:26] </w:t>
      </w:r>
      <w:r>
        <w:t>response from the prophet.</w:t>
      </w:r>
    </w:p>
    <w:p>
      <w:pPr>
        <w:jc w:val="right"/>
      </w:pPr>
      <w:r>
        <w:t>رسپانس فرام دی پرافٹ۔</w:t>
      </w:r>
    </w:p>
    <w:p>
      <w:r>
        <w:rPr>
          <w:b/>
        </w:rPr>
        <w:t xml:space="preserve">[10:28] </w:t>
      </w:r>
      <w:r>
        <w:t>It means that: "O God, O God, You are peace." "O God, You are peace." Peace is from</w:t>
      </w:r>
    </w:p>
    <w:p>
      <w:pPr>
        <w:jc w:val="right"/>
      </w:pPr>
      <w:r>
        <w:t>اٹ مینز دیٹ: "او گاڈ، او گاڈ، یو آر پیس۔" "او گاڈ، یو آر پیس۔" پیس از فرام</w:t>
      </w:r>
    </w:p>
    <w:p>
      <w:r>
        <w:rPr>
          <w:b/>
        </w:rPr>
        <w:t xml:space="preserve">[10:36] </w:t>
      </w:r>
      <w:r>
        <w:t>You.</w:t>
      </w:r>
    </w:p>
    <w:p>
      <w:pPr>
        <w:jc w:val="right"/>
      </w:pPr>
      <w:r>
        <w:t>یو۔</w:t>
      </w:r>
    </w:p>
    <w:p>
      <w:r>
        <w:rPr>
          <w:b/>
        </w:rPr>
        <w:t xml:space="preserve">[10:37] </w:t>
      </w:r>
      <w:r>
        <w:t>Peace returns to you.</w:t>
      </w:r>
    </w:p>
    <w:p>
      <w:pPr>
        <w:jc w:val="right"/>
      </w:pPr>
      <w:r>
        <w:t>پیس ریٹرنز ٹو یو۔</w:t>
      </w:r>
    </w:p>
    <w:p>
      <w:r>
        <w:rPr>
          <w:b/>
        </w:rPr>
        <w:t xml:space="preserve">[10:39] </w:t>
      </w:r>
      <w:r>
        <w:t>"Oh God, let us live in peace." "Oh God, give us." in the home of peace, Darussalam, home</w:t>
      </w:r>
    </w:p>
    <w:p>
      <w:pPr>
        <w:jc w:val="right"/>
      </w:pPr>
      <w:r>
        <w:t>"او گاڈ، لیٹ اس لیو ان پیس۔" "او گاڈ، گیو اس۔" ان دا ہوم آف پیس، دارالسلام، ہوم</w:t>
      </w:r>
    </w:p>
    <w:p>
      <w:r>
        <w:rPr>
          <w:b/>
        </w:rPr>
        <w:t xml:space="preserve">[10:47] </w:t>
      </w:r>
      <w:r>
        <w:t>of peace, that is paradise.</w:t>
      </w:r>
    </w:p>
    <w:p>
      <w:pPr>
        <w:jc w:val="right"/>
      </w:pPr>
      <w:r>
        <w:t>آف پیس، دیٹ از پیرادائز۔</w:t>
      </w:r>
    </w:p>
    <w:p>
      <w:r>
        <w:rPr>
          <w:b/>
        </w:rPr>
        <w:t xml:space="preserve">[10:49] </w:t>
      </w:r>
      <w:r>
        <w:t>"You are O God, you are great." "You are great." "O God, you are Almighty." Here you can</w:t>
      </w:r>
    </w:p>
    <w:p>
      <w:pPr>
        <w:jc w:val="right"/>
      </w:pPr>
      <w:r>
        <w:t>"یو آر او گاڈ، یو آر گریٹ۔" "یو آر گریٹ۔" "او گاڈ، یو آر المائٹی۔" ہیر یو کین</w:t>
      </w:r>
    </w:p>
    <w:p>
      <w:r>
        <w:rPr>
          <w:b/>
        </w:rPr>
        <w:t xml:space="preserve">[10:57] </w:t>
      </w:r>
      <w:r>
        <w:t>see that God sends the message of peace to the prophet, and the response from the prophet is</w:t>
      </w:r>
    </w:p>
    <w:p>
      <w:pPr>
        <w:jc w:val="right"/>
      </w:pPr>
      <w:r>
        <w:t>سی دیٹ گاڈ سینڈز دا میسج آف پیس ٹو دا پرافٹ، اینڈ دا رسپانس فرام دا پرافٹ از</w:t>
      </w:r>
    </w:p>
    <w:p>
      <w:r>
        <w:rPr>
          <w:b/>
        </w:rPr>
        <w:t xml:space="preserve">[11:04] </w:t>
      </w:r>
      <w:r>
        <w:t>Again in peace.</w:t>
      </w:r>
    </w:p>
    <w:p>
      <w:pPr>
        <w:jc w:val="right"/>
      </w:pPr>
      <w:r>
        <w:t>اگین ان پیس۔</w:t>
      </w:r>
    </w:p>
    <w:p>
      <w:r>
        <w:rPr>
          <w:b/>
        </w:rPr>
        <w:t xml:space="preserve">[11:06] </w:t>
      </w:r>
      <w:r>
        <w:t>You see this, these verse, it means that prophet was thrilled: "Allahumma anta al-salam wa minka al-salam, wa ilayka yarji'u</w:t>
      </w:r>
    </w:p>
    <w:p>
      <w:pPr>
        <w:jc w:val="right"/>
      </w:pPr>
      <w:r>
        <w:t>یو سی دس، دیز ورس، اٹ مینز دیٹ پرافٹ وار تھرلڈ: "اللہم انت السلام ومنک السلام، والیک یرجع</w:t>
      </w:r>
    </w:p>
    <w:p>
      <w:r>
        <w:rPr>
          <w:b/>
        </w:rPr>
        <w:t xml:space="preserve">[11:14] </w:t>
      </w:r>
      <w:r>
        <w:t>السلام، حینا ربنا بالسلام، وادخلنا دارک دار السلام۔" So when Prophet received the message of peace from God,</w:t>
      </w:r>
    </w:p>
    <w:p>
      <w:pPr>
        <w:jc w:val="right"/>
      </w:pPr>
      <w:r>
        <w:t>السلام، حینا ربنا بالسلام، وادخلنا دارک دار السلام۔" سو وین پرافٹ ریسیوڈ دا میسج آف پیس فرام گاڈ،</w:t>
      </w:r>
    </w:p>
    <w:p>
      <w:r>
        <w:rPr>
          <w:b/>
        </w:rPr>
        <w:t xml:space="preserve">[11:21] </w:t>
      </w:r>
      <w:r>
        <w:t>He was thrilled.</w:t>
      </w:r>
    </w:p>
    <w:p>
      <w:pPr>
        <w:jc w:val="right"/>
      </w:pPr>
      <w:r>
        <w:t>ہی واز تھرلڈ۔</w:t>
      </w:r>
    </w:p>
    <w:p>
      <w:r>
        <w:rPr>
          <w:b/>
        </w:rPr>
        <w:t xml:space="preserve">[11:23] </w:t>
      </w:r>
      <w:r>
        <w:t>He was thrilled.</w:t>
      </w:r>
    </w:p>
    <w:p>
      <w:pPr>
        <w:jc w:val="right"/>
      </w:pPr>
      <w:r>
        <w:t>ہی واز تھرلڈ۔</w:t>
      </w:r>
    </w:p>
    <w:p>
      <w:r>
        <w:rPr>
          <w:b/>
        </w:rPr>
        <w:t xml:space="preserve">[11:24] </w:t>
      </w:r>
      <w:r>
        <w:t>These verse are verse of thrill.</w:t>
      </w:r>
    </w:p>
    <w:p>
      <w:pPr>
        <w:jc w:val="right"/>
      </w:pPr>
      <w:r>
        <w:t>دیز ورس آر ورس آف تھرل۔</w:t>
      </w:r>
    </w:p>
    <w:p>
      <w:r>
        <w:rPr>
          <w:b/>
        </w:rPr>
        <w:t xml:space="preserve">[11:27] </w:t>
      </w:r>
      <w:r>
        <w:t>So this is the most important aspect of Islam.</w:t>
      </w:r>
    </w:p>
    <w:p>
      <w:pPr>
        <w:jc w:val="right"/>
      </w:pPr>
      <w:r>
        <w:t>سو دس از دا موسٹ امپورٹنٹ اسپیکٹ آف اسلام۔</w:t>
      </w:r>
    </w:p>
    <w:p>
      <w:r>
        <w:rPr>
          <w:b/>
        </w:rPr>
        <w:t xml:space="preserve">[11:31] </w:t>
      </w:r>
      <w:r>
        <w:t>Now, I can see that who are those blessed people who will find entry into Paradise.</w:t>
      </w:r>
    </w:p>
    <w:p>
      <w:pPr>
        <w:jc w:val="right"/>
      </w:pPr>
      <w:r>
        <w:t>ناو، آئی کین سی دیٹ ہو آر دو بلیسڈ پیپل ہو ویل فائنڈ انٹری انٹو پیرادائز۔</w:t>
      </w:r>
    </w:p>
    <w:p>
      <w:r>
        <w:rPr>
          <w:b/>
        </w:rPr>
        <w:t xml:space="preserve">[11:38] </w:t>
      </w:r>
      <w:r>
        <w:t>Who are blessed men and women.</w:t>
      </w:r>
    </w:p>
    <w:p>
      <w:pPr>
        <w:jc w:val="right"/>
      </w:pPr>
      <w:r>
        <w:t>ہو آر بلیسڈ مین اینڈ وومن۔</w:t>
      </w:r>
    </w:p>
    <w:p>
      <w:r>
        <w:rPr>
          <w:b/>
        </w:rPr>
        <w:t xml:space="preserve">[11:40] </w:t>
      </w:r>
      <w:r>
        <w:t>Who are the blessed men and women who will find place in the Paradise.</w:t>
      </w:r>
    </w:p>
    <w:p>
      <w:pPr>
        <w:jc w:val="right"/>
      </w:pPr>
      <w:r>
        <w:t>ہو آر دو بلیسڈ مین اینڈ وومن ہو ویل فائنڈ پلیس ان دی پیرادائز۔</w:t>
      </w:r>
    </w:p>
    <w:p>
      <w:r>
        <w:rPr>
          <w:b/>
        </w:rPr>
        <w:t xml:space="preserve">[11:46] </w:t>
      </w:r>
      <w:r>
        <w:t>These are the men and women who are peaceful persons, who have peaceful character.</w:t>
      </w:r>
    </w:p>
    <w:p>
      <w:pPr>
        <w:jc w:val="right"/>
      </w:pPr>
      <w:r>
        <w:t>دیز آر دو مین اینڈ وومن ہو آر پیس فل پرسنز ہو ہیو پیس فل کریکٹر۔</w:t>
      </w:r>
    </w:p>
    <w:p>
      <w:r>
        <w:rPr>
          <w:b/>
        </w:rPr>
        <w:t xml:space="preserve">[11:53] </w:t>
      </w:r>
      <w:r>
        <w:t>You know, Quran says: "واللہ یدعو الی دارالسلام" and "God calls to the home of peace".</w:t>
      </w:r>
    </w:p>
    <w:p>
      <w:pPr>
        <w:jc w:val="right"/>
      </w:pPr>
      <w:r>
        <w:t>یو نو، قرآن سیز: "واللہ یدعو الی دارالسلام" اینڈ "گاڈ کالز ٹو دا ہوم آف پیس"۔</w:t>
      </w:r>
    </w:p>
    <w:p>
      <w:r>
        <w:rPr>
          <w:b/>
        </w:rPr>
        <w:t xml:space="preserve">[12:00] </w:t>
      </w:r>
      <w:r>
        <w:t>It means that, it means that God saying, God conveying this message that here is a beautiful</w:t>
      </w:r>
    </w:p>
    <w:p>
      <w:pPr>
        <w:jc w:val="right"/>
      </w:pPr>
      <w:r>
        <w:t>اٹ مینز دیٹ، اٹ مینز دیٹ گاڈ سیئنگ، گاڈ کنویرنگ دس میسج دیٹ ہیر از ا بیوٹی فل</w:t>
      </w:r>
    </w:p>
    <w:p>
      <w:r>
        <w:rPr>
          <w:b/>
        </w:rPr>
        <w:t xml:space="preserve">[12:08] </w:t>
      </w:r>
      <w:r>
        <w:t>world of peace.</w:t>
      </w:r>
    </w:p>
    <w:p>
      <w:pPr>
        <w:jc w:val="right"/>
      </w:pPr>
      <w:r>
        <w:t>ورلڈ آف پیس۔</w:t>
      </w:r>
    </w:p>
    <w:p>
      <w:r>
        <w:rPr>
          <w:b/>
        </w:rPr>
        <w:t xml:space="preserve">[12:09] </w:t>
      </w:r>
      <w:r>
        <w:t>Here is a beautiful paradise of peace, and those who prove to be a character of peace,</w:t>
      </w:r>
    </w:p>
    <w:p>
      <w:pPr>
        <w:jc w:val="right"/>
      </w:pPr>
      <w:r>
        <w:t>ہیر از ا بیوٹی فل Paradise آف پیس، اینڈ دو ہو پروف ٹو بی ا کریکٹر آف پیس،</w:t>
      </w:r>
    </w:p>
    <w:p>
      <w:r>
        <w:rPr>
          <w:b/>
        </w:rPr>
        <w:t xml:space="preserve">[12:17] </w:t>
      </w:r>
      <w:r>
        <w:t>They will find entry into paradise.</w:t>
      </w:r>
    </w:p>
    <w:p>
      <w:pPr>
        <w:jc w:val="right"/>
      </w:pPr>
      <w:r>
        <w:t>دے ویل فائنڈ انٹری انٹو پیرادائز۔</w:t>
      </w:r>
    </w:p>
    <w:p>
      <w:r>
        <w:rPr>
          <w:b/>
        </w:rPr>
        <w:t xml:space="preserve">[12:19] </w:t>
      </w:r>
      <w:r>
        <w:t>So Paradise is a place of peace.</w:t>
      </w:r>
    </w:p>
    <w:p>
      <w:pPr>
        <w:jc w:val="right"/>
      </w:pPr>
      <w:r>
        <w:t>سو Paradise از ا پلیس آف پیس۔</w:t>
      </w:r>
    </w:p>
    <w:p>
      <w:r>
        <w:rPr>
          <w:b/>
        </w:rPr>
        <w:t xml:space="preserve">[12:22] </w:t>
      </w:r>
      <w:r>
        <w:t>So only those are capable to find entry into Paradise who have this kind of character, character of</w:t>
      </w:r>
    </w:p>
    <w:p>
      <w:pPr>
        <w:jc w:val="right"/>
      </w:pPr>
      <w:r>
        <w:t>سو اونلی دو آر کیپیبل ٹو فائنڈ انٹری انٹو Paradise ہو ہیو دس کائنڈ آف کریکٹر، کریکٹر آف</w:t>
      </w:r>
    </w:p>
    <w:p>
      <w:r>
        <w:rPr>
          <w:b/>
        </w:rPr>
        <w:t xml:space="preserve">[12:30] </w:t>
      </w:r>
      <w:r>
        <w:t>Peace.</w:t>
      </w:r>
    </w:p>
    <w:p>
      <w:pPr>
        <w:jc w:val="right"/>
      </w:pPr>
      <w:r>
        <w:t>پیس۔</w:t>
      </w:r>
    </w:p>
    <w:p>
      <w:r>
        <w:rPr>
          <w:b/>
        </w:rPr>
        <w:t xml:space="preserve">[12:32] </w:t>
      </w:r>
      <w:r>
        <w:t>Peace is a very comprehensive word.</w:t>
      </w:r>
    </w:p>
    <w:p>
      <w:pPr>
        <w:jc w:val="right"/>
      </w:pPr>
      <w:r>
        <w:t>پیس از ا ویری کمپرہنسیو ورلڈ۔</w:t>
      </w:r>
    </w:p>
    <w:p>
      <w:r>
        <w:rPr>
          <w:b/>
        </w:rPr>
        <w:t xml:space="preserve">[12:34] </w:t>
      </w:r>
      <w:r>
        <w:t>Peace not simply, as I earlier said, that peace is not simply absence of war.</w:t>
      </w:r>
    </w:p>
    <w:p>
      <w:pPr>
        <w:jc w:val="right"/>
      </w:pPr>
      <w:r>
        <w:t>پیس ناٹ سمپلی، ایز آئی ارلیئر سیڈ، دیٹ پیس از ناٹ سمپلی ایبسنس آف وار۔</w:t>
      </w:r>
    </w:p>
    <w:p>
      <w:r>
        <w:rPr>
          <w:b/>
        </w:rPr>
        <w:t xml:space="preserve">[12:41] </w:t>
      </w:r>
      <w:r>
        <w:t>It is negative definition of peace.</w:t>
      </w:r>
    </w:p>
    <w:p>
      <w:pPr>
        <w:jc w:val="right"/>
      </w:pPr>
      <w:r>
        <w:t>اٹ از نیگیٹیو ڈیفینیشن آف پیس۔</w:t>
      </w:r>
    </w:p>
    <w:p>
      <w:r>
        <w:rPr>
          <w:b/>
        </w:rPr>
        <w:t xml:space="preserve">[12:43] </w:t>
      </w:r>
      <w:r>
        <w:t>Peace is a complete culture.</w:t>
      </w:r>
    </w:p>
    <w:p>
      <w:pPr>
        <w:jc w:val="right"/>
      </w:pPr>
      <w:r>
        <w:t>پیس از ا کمپلیٹ کلچر۔</w:t>
      </w:r>
    </w:p>
    <w:p>
      <w:r>
        <w:rPr>
          <w:b/>
        </w:rPr>
        <w:t xml:space="preserve">[12:45] </w:t>
      </w:r>
      <w:r>
        <w:t>Peace is a complete.</w:t>
      </w:r>
    </w:p>
    <w:p>
      <w:pPr>
        <w:jc w:val="right"/>
      </w:pPr>
      <w:r>
        <w:t>پیس از ا کمپلیٹ۔</w:t>
      </w:r>
    </w:p>
    <w:p>
      <w:r>
        <w:rPr>
          <w:b/>
        </w:rPr>
        <w:t xml:space="preserve">[12:47] </w:t>
      </w:r>
      <w:r>
        <w:t>Peace is a comprehensive word.</w:t>
      </w:r>
    </w:p>
    <w:p>
      <w:pPr>
        <w:jc w:val="right"/>
      </w:pPr>
      <w:r>
        <w:t>پیس از ا کمپرہنسیو ورلڈ۔</w:t>
      </w:r>
    </w:p>
    <w:p>
      <w:r>
        <w:rPr>
          <w:b/>
        </w:rPr>
        <w:t xml:space="preserve">[12:49] </w:t>
      </w:r>
      <w:r>
        <w:t>Peace includes, peace includes love, compassion, well-wishing, adjustment, tolerance, positive thinking, forbearance, serenity, truthfulness.</w:t>
      </w:r>
    </w:p>
    <w:p>
      <w:pPr>
        <w:jc w:val="right"/>
      </w:pPr>
      <w:r>
        <w:t>پیس انکلوڈز، پیس انکلوڈز لو، کمپیشن، ویل وشنگ، ایڈجسٹمنٹ، ٹولرنس، پازیٹیو تھنکنگ، فوربیئرنس، سرینٹی، ٹروتھ فلنس۔</w:t>
      </w:r>
    </w:p>
    <w:p>
      <w:r>
        <w:rPr>
          <w:b/>
        </w:rPr>
        <w:t xml:space="preserve">[12:56] </w:t>
      </w:r>
      <w:r>
        <w:t>All these things are integral part of peace.</w:t>
      </w:r>
    </w:p>
    <w:p>
      <w:pPr>
        <w:jc w:val="right"/>
      </w:pPr>
      <w:r>
        <w:t>آل دیز تھنگز آر انٹیگرل پارٹ آف پیس۔</w:t>
      </w:r>
    </w:p>
    <w:p>
      <w:r>
        <w:rPr>
          <w:b/>
        </w:rPr>
        <w:t xml:space="preserve">[12:59] </w:t>
      </w:r>
      <w:r>
        <w:t>One who is peaceful in character, in true sense of the word, he cannot afford.</w:t>
      </w:r>
    </w:p>
    <w:p>
      <w:pPr>
        <w:jc w:val="right"/>
      </w:pPr>
      <w:r>
        <w:t>ون ہو از پیس فل ان کریکٹر، ان ٹو سینس آف دا ورلڈ، ہی کین ناٹ افورڈ۔</w:t>
      </w:r>
    </w:p>
    <w:p>
      <w:r>
        <w:rPr>
          <w:b/>
        </w:rPr>
        <w:t xml:space="preserve">[13:07] </w:t>
      </w:r>
      <w:r>
        <w:t>I would repeat that: one who, one who has a peaceful character, peaceful thinking, one who</w:t>
      </w:r>
    </w:p>
    <w:p>
      <w:pPr>
        <w:jc w:val="right"/>
      </w:pPr>
      <w:r>
        <w:t>آئی وڈ ریپیٹ دیٹ: ون ہو، ون ہو ہیز ا پیس فل کریکٹر، پیس فل تھنکنگ، ون ہو</w:t>
      </w:r>
    </w:p>
    <w:p>
      <w:r>
        <w:rPr>
          <w:b/>
        </w:rPr>
        <w:t xml:space="preserve">[13:14] </w:t>
      </w:r>
      <w:r>
        <w:t>His peaceful soul, one who has spirit of peace.</w:t>
      </w:r>
    </w:p>
    <w:p>
      <w:pPr>
        <w:jc w:val="right"/>
      </w:pPr>
      <w:r>
        <w:t>ہیز پیس فل سول، ون ہو ہیز اسپرٹ آف پیس۔</w:t>
      </w:r>
    </w:p>
    <w:p>
      <w:r>
        <w:rPr>
          <w:b/>
        </w:rPr>
        <w:t xml:space="preserve">[13:19] </w:t>
      </w:r>
      <w:r>
        <w:t>He cannot afford to live with negativity.</w:t>
      </w:r>
    </w:p>
    <w:p>
      <w:pPr>
        <w:jc w:val="right"/>
      </w:pPr>
      <w:r>
        <w:t>ہی کین ناٹ افورڈ ٹو لیو ود نیگیٹیوٹی۔</w:t>
      </w:r>
    </w:p>
    <w:p>
      <w:r>
        <w:rPr>
          <w:b/>
        </w:rPr>
        <w:t xml:space="preserve">[13:22] </w:t>
      </w:r>
      <w:r>
        <w:t>He cannot afford anger.</w:t>
      </w:r>
    </w:p>
    <w:p>
      <w:pPr>
        <w:jc w:val="right"/>
      </w:pPr>
      <w:r>
        <w:t>ہی کین ناٹ افورڈ اینگر۔</w:t>
      </w:r>
    </w:p>
    <w:p>
      <w:r>
        <w:rPr>
          <w:b/>
        </w:rPr>
        <w:t xml:space="preserve">[13:24] </w:t>
      </w:r>
      <w:r>
        <w:t>He cannot afford it.</w:t>
      </w:r>
    </w:p>
    <w:p>
      <w:pPr>
        <w:jc w:val="right"/>
      </w:pPr>
      <w:r>
        <w:t>ہی کین ناٹ افورڈ ہیٹ۔</w:t>
      </w:r>
    </w:p>
    <w:p>
      <w:r>
        <w:rPr>
          <w:b/>
        </w:rPr>
        <w:t xml:space="preserve">[13:26] </w:t>
      </w:r>
      <w:r>
        <w:t>He cannot afford this.</w:t>
      </w:r>
    </w:p>
    <w:p>
      <w:pPr>
        <w:jc w:val="right"/>
      </w:pPr>
      <w:r>
        <w:t>ہی کین ناٹ افورڈ لسٹ۔</w:t>
      </w:r>
    </w:p>
    <w:p>
      <w:r>
        <w:rPr>
          <w:b/>
        </w:rPr>
        <w:t xml:space="preserve">[13:29] </w:t>
      </w:r>
      <w:r>
        <w:t>He cannot afford violence.</w:t>
      </w:r>
    </w:p>
    <w:p>
      <w:pPr>
        <w:jc w:val="right"/>
      </w:pPr>
      <w:r>
        <w:t>ہی کین ناٹ افورڈ وائلنس۔</w:t>
      </w:r>
    </w:p>
    <w:p>
      <w:r>
        <w:rPr>
          <w:b/>
        </w:rPr>
        <w:t xml:space="preserve">[13:31] </w:t>
      </w:r>
      <w:r>
        <w:t>He cannot afford to create problems for others.</w:t>
      </w:r>
    </w:p>
    <w:p>
      <w:pPr>
        <w:jc w:val="right"/>
      </w:pPr>
      <w:r>
        <w:t>ہی کین ناٹ افورڈ ٹو کریٹ پرابلمز فار ادر۔</w:t>
      </w:r>
    </w:p>
    <w:p>
      <w:r>
        <w:rPr>
          <w:b/>
        </w:rPr>
        <w:t xml:space="preserve">[13:35] </w:t>
      </w:r>
      <w:r>
        <w:t>A peaceful person is completely a positive person, and those who have this quality, quality of peace,</w:t>
      </w:r>
    </w:p>
    <w:p>
      <w:pPr>
        <w:jc w:val="right"/>
      </w:pPr>
      <w:r>
        <w:t>ا پیس فل پرسن از کمپلیٹلی ا پازیٹیو پرسن، اینڈ دو ہو ہیو دس کوالٹی، کوالٹی آف پیس،</w:t>
      </w:r>
    </w:p>
    <w:p>
      <w:r>
        <w:rPr>
          <w:b/>
        </w:rPr>
        <w:t xml:space="preserve">[13:42] </w:t>
      </w:r>
      <w:r>
        <w:t>will be allotted place in the paradise.</w:t>
      </w:r>
    </w:p>
    <w:p>
      <w:pPr>
        <w:jc w:val="right"/>
      </w:pPr>
      <w:r>
        <w:t>ویل بی الاٹڈ پلیس ان دی پیرادائز۔</w:t>
      </w:r>
    </w:p>
    <w:p>
      <w:r>
        <w:rPr>
          <w:b/>
        </w:rPr>
        <w:t xml:space="preserve">[13:45] </w:t>
      </w:r>
      <w:r>
        <w:t>Now, what is this world, and what is the world of Paradise? This world is a world of</w:t>
      </w:r>
    </w:p>
    <w:p>
      <w:pPr>
        <w:jc w:val="right"/>
      </w:pPr>
      <w:r>
        <w:t>ناو، واٹ از دس ورلڈ، اینڈ واٹ از دی ورلڈ آف پیرادائز؟ دس ورلڈ از ا ورلڈ آف</w:t>
      </w:r>
    </w:p>
    <w:p>
      <w:r>
        <w:rPr>
          <w:b/>
        </w:rPr>
        <w:t xml:space="preserve">[13:53] </w:t>
      </w:r>
      <w:r>
        <w:t>Test.</w:t>
      </w:r>
    </w:p>
    <w:p>
      <w:pPr>
        <w:jc w:val="right"/>
      </w:pPr>
      <w:r>
        <w:t>ٹیسٹ۔</w:t>
      </w:r>
    </w:p>
    <w:p>
      <w:r>
        <w:rPr>
          <w:b/>
        </w:rPr>
        <w:t xml:space="preserve">[13:55] </w:t>
      </w:r>
      <w:r>
        <w:t>It is a testing ground.</w:t>
      </w:r>
    </w:p>
    <w:p>
      <w:pPr>
        <w:jc w:val="right"/>
      </w:pPr>
      <w:r>
        <w:t>اٹ از ا ٹیسٹنگ گراؤنڈ۔</w:t>
      </w:r>
    </w:p>
    <w:p>
      <w:r>
        <w:rPr>
          <w:b/>
        </w:rPr>
        <w:t xml:space="preserve">[13:57] </w:t>
      </w:r>
      <w:r>
        <w:t>God created this world on the same model.</w:t>
      </w:r>
    </w:p>
    <w:p>
      <w:pPr>
        <w:jc w:val="right"/>
      </w:pPr>
      <w:r>
        <w:t>گاڈ کریٹڈ دس ورلڈ ان دا سیم ماڈل۔</w:t>
      </w:r>
    </w:p>
    <w:p>
      <w:r>
        <w:rPr>
          <w:b/>
        </w:rPr>
        <w:t xml:space="preserve">[14:00] </w:t>
      </w:r>
      <w:r>
        <w:t>aur planet Earth was created in the same model, which is the model of Paradise, with the only</w:t>
      </w:r>
    </w:p>
    <w:p>
      <w:pPr>
        <w:jc w:val="right"/>
      </w:pPr>
      <w:r>
        <w:t>اور پلینٹ ارتھ واز کریٹڈ ان دا سیم ماڈل، وچ از دی ماڈل آف پیرادائز، ود دی اونلی</w:t>
      </w:r>
    </w:p>
    <w:p>
      <w:r>
        <w:rPr>
          <w:b/>
        </w:rPr>
        <w:t xml:space="preserve">[14:08] </w:t>
      </w:r>
      <w:r>
        <w:t>difference that this world is imperfect, and Paradise perfect.</w:t>
      </w:r>
    </w:p>
    <w:p>
      <w:pPr>
        <w:jc w:val="right"/>
      </w:pPr>
      <w:r>
        <w:t>ڈیفرنس دیٹ دس ورلڈ از امپرفیکٹ، اینڈ Paradise پرفیکٹ۔</w:t>
      </w:r>
    </w:p>
    <w:p>
      <w:r>
        <w:rPr>
          <w:b/>
        </w:rPr>
        <w:t xml:space="preserve">[14:12] </w:t>
      </w:r>
      <w:r>
        <w:t>So this world is an imperfect model of perfect paradise.</w:t>
      </w:r>
    </w:p>
    <w:p>
      <w:pPr>
        <w:jc w:val="right"/>
      </w:pPr>
      <w:r>
        <w:t>سو دس ورلڈ از ان امپرفیکٹ ماڈل آف پرفیکٹ پیرادائز۔</w:t>
      </w:r>
    </w:p>
    <w:p>
      <w:r>
        <w:rPr>
          <w:b/>
        </w:rPr>
        <w:t xml:space="preserve">[14:16] </w:t>
      </w:r>
      <w:r>
        <w:t>aur planet Earth, you know, in this planet Earth, there everything, everything, everything.</w:t>
      </w:r>
    </w:p>
    <w:p>
      <w:pPr>
        <w:jc w:val="right"/>
      </w:pPr>
      <w:r>
        <w:t>اور پلینٹ ارتھ، یو نو، ان دس پلینٹ ارتھ، دیر ایوری تھنگ، ایوری تھنگ، ایوری تھنگ۔</w:t>
      </w:r>
    </w:p>
    <w:p>
      <w:r>
        <w:rPr>
          <w:b/>
        </w:rPr>
        <w:t xml:space="preserve">[14:23] </w:t>
      </w:r>
      <w:r>
        <w:t>Here, here are good scenes, here are joy, here are test.</w:t>
      </w:r>
    </w:p>
    <w:p>
      <w:pPr>
        <w:jc w:val="right"/>
      </w:pPr>
      <w:r>
        <w:t>ہیر، ہیر آر گڈ سینز، ہیر آر جوائے، ہیر آر ٹیسٹ۔</w:t>
      </w:r>
    </w:p>
    <w:p>
      <w:r>
        <w:rPr>
          <w:b/>
        </w:rPr>
        <w:t xml:space="preserve">[14:28] </w:t>
      </w:r>
      <w:r>
        <w:t>Everything is here.</w:t>
      </w:r>
    </w:p>
    <w:p>
      <w:pPr>
        <w:jc w:val="right"/>
      </w:pPr>
      <w:r>
        <w:t>ایوری تھنگ از ہیر۔</w:t>
      </w:r>
    </w:p>
    <w:p>
      <w:r>
        <w:rPr>
          <w:b/>
        </w:rPr>
        <w:t xml:space="preserve">[14:29] </w:t>
      </w:r>
      <w:r>
        <w:t>There is a verse in the Quran that people of Paradise will say: "من قبل".</w:t>
      </w:r>
    </w:p>
    <w:p>
      <w:pPr>
        <w:jc w:val="right"/>
      </w:pPr>
      <w:r>
        <w:t>دیر از ا ورس ان دا قرآن دیٹ پیپل آف Paradise ویل سی: "من قبل"۔</w:t>
      </w:r>
    </w:p>
    <w:p>
      <w:r>
        <w:rPr>
          <w:b/>
        </w:rPr>
        <w:t xml:space="preserve">[14:36] </w:t>
      </w:r>
      <w:r>
        <w:t>When they enter into Paradise and live over there, they would say: "من قبل".</w:t>
      </w:r>
    </w:p>
    <w:p>
      <w:pPr>
        <w:jc w:val="right"/>
      </w:pPr>
      <w:r>
        <w:t>وین دے انٹر انٹو Paradise اینڈ لیو اوور دیر، دے وڈ سی: "من قبل"۔</w:t>
      </w:r>
    </w:p>
    <w:p>
      <w:r>
        <w:rPr>
          <w:b/>
        </w:rPr>
        <w:t xml:space="preserve">[14:42] </w:t>
      </w:r>
      <w:r>
        <w:t>It means that people of Paradise will see that the planet Earth was same.</w:t>
      </w:r>
    </w:p>
    <w:p>
      <w:pPr>
        <w:jc w:val="right"/>
      </w:pPr>
      <w:r>
        <w:t>اٹ مینز دیٹ پیپل آف Paradise ویل سی دیٹ دا پلینٹ ارتھ واز سیم۔</w:t>
      </w:r>
    </w:p>
    <w:p>
      <w:r>
        <w:rPr>
          <w:b/>
        </w:rPr>
        <w:t xml:space="preserve">[14:48] </w:t>
      </w:r>
      <w:r>
        <w:t>All these things we find here was provide in the paradise, in the, in the planet earth.</w:t>
      </w:r>
    </w:p>
    <w:p>
      <w:pPr>
        <w:jc w:val="right"/>
      </w:pPr>
      <w:r>
        <w:t>آل دیز تھنگز وی فائنڈ ہیر واز پرووائیڈ ان دی پیرادائز، ان دی، ان دی پلینٹ ارتھ۔</w:t>
      </w:r>
    </w:p>
    <w:p>
      <w:r>
        <w:rPr>
          <w:b/>
        </w:rPr>
        <w:t xml:space="preserve">[14:55] </w:t>
      </w:r>
      <w:r>
        <w:t>Also, all those things we find in the paradise, they were provided on the planet Earth.</w:t>
      </w:r>
    </w:p>
    <w:p>
      <w:pPr>
        <w:jc w:val="right"/>
      </w:pPr>
      <w:r>
        <w:t>السو، آل دو تھنگز وی فائنڈ ان دی پیرادائز، دے ویر پرووائیڈ ان دی پلینٹ ارتھ۔</w:t>
      </w:r>
    </w:p>
    <w:p>
      <w:r>
        <w:rPr>
          <w:b/>
        </w:rPr>
        <w:t xml:space="preserve">[15:02] </w:t>
      </w:r>
      <w:r>
        <w:t>Also, so present planet Earth is.</w:t>
      </w:r>
    </w:p>
    <w:p>
      <w:pPr>
        <w:jc w:val="right"/>
      </w:pPr>
      <w:r>
        <w:t>السو، سو پریزنٹ پلینٹ ارتھ از۔</w:t>
      </w:r>
    </w:p>
    <w:p>
      <w:r>
        <w:rPr>
          <w:b/>
        </w:rPr>
        <w:t xml:space="preserve">[15:04] </w:t>
      </w:r>
      <w:r>
        <w:t>So the planet Earth was created in the same model.</w:t>
      </w:r>
    </w:p>
    <w:p>
      <w:pPr>
        <w:jc w:val="right"/>
      </w:pPr>
      <w:r>
        <w:t>سو دا پلینٹ ارتھ واز کریٹڈ ان دا سیم ماڈل۔</w:t>
      </w:r>
    </w:p>
    <w:p>
      <w:r>
        <w:rPr>
          <w:b/>
        </w:rPr>
        <w:t xml:space="preserve">[15:09] </w:t>
      </w:r>
      <w:r>
        <w:t>The only difference is that Paradise is in Paradise is a perfect world, and present world is in</w:t>
      </w:r>
    </w:p>
    <w:p>
      <w:pPr>
        <w:jc w:val="right"/>
      </w:pPr>
      <w:r>
        <w:t>دا اونلی ڈیفرنس از دیٹ Paradise از ان Paradise از ا پرفیکٹ ورلڈ، اینڈ پریزنٹ ورلڈ از ان</w:t>
      </w:r>
    </w:p>
    <w:p>
      <w:r>
        <w:rPr>
          <w:b/>
        </w:rPr>
        <w:t xml:space="preserve">[15:16] </w:t>
      </w:r>
      <w:r>
        <w:t>imperfect world.</w:t>
      </w:r>
    </w:p>
    <w:p>
      <w:pPr>
        <w:jc w:val="right"/>
      </w:pPr>
      <w:r>
        <w:t>امپرفیکٹ ورلڈ۔</w:t>
      </w:r>
    </w:p>
    <w:p>
      <w:r>
        <w:rPr>
          <w:b/>
        </w:rPr>
        <w:t xml:space="preserve">[15:18] </w:t>
      </w:r>
      <w:r>
        <w:t>Now, why this kind of scheme was adopted by God? Why this kind of creation was adopted by</w:t>
      </w:r>
    </w:p>
    <w:p>
      <w:pPr>
        <w:jc w:val="right"/>
      </w:pPr>
      <w:r>
        <w:t>ناو، وائی دس کائنڈ آف سکیم واز اڈاپٹڈ بائی گاڈ؟ وائی دس کائنڈ آف کریشن واز اڈاپٹڈ بائی</w:t>
      </w:r>
    </w:p>
    <w:p>
      <w:r>
        <w:rPr>
          <w:b/>
        </w:rPr>
        <w:t xml:space="preserve">[15:26] </w:t>
      </w:r>
      <w:r>
        <w:t>God? The reason is that God provided the same environment on this earth.</w:t>
      </w:r>
    </w:p>
    <w:p>
      <w:pPr>
        <w:jc w:val="right"/>
      </w:pPr>
      <w:r>
        <w:t>گاڈ؟ دا ریزن از دیٹ گاڈ پرووائیڈڈ دا سیم انوائرمنٹ ان دس ارتھ۔</w:t>
      </w:r>
    </w:p>
    <w:p>
      <w:r>
        <w:rPr>
          <w:b/>
        </w:rPr>
        <w:t xml:space="preserve">[15:31] </w:t>
      </w:r>
      <w:r>
        <w:t>All those kinds of contact, all those kinds of dealing, all those kinds of things are here.</w:t>
      </w:r>
    </w:p>
    <w:p>
      <w:pPr>
        <w:jc w:val="right"/>
      </w:pPr>
      <w:r>
        <w:t>آل دو کائنڈز آف کنٹیکٹ، آل دو کائنڈز آف ڈیلنگ، آل دو کائنڈز آف تھنگز آر ہیر۔</w:t>
      </w:r>
    </w:p>
    <w:p>
      <w:r>
        <w:rPr>
          <w:b/>
        </w:rPr>
        <w:t xml:space="preserve">[15:38] </w:t>
      </w:r>
      <w:r>
        <w:t>Also, so why God want to see you, want to see your behavior in advance? God wanted to</w:t>
      </w:r>
    </w:p>
    <w:p>
      <w:pPr>
        <w:jc w:val="right"/>
      </w:pPr>
      <w:r>
        <w:t>السو، سو وائی گاڈ وانٹ ٹو سی یو، وانٹ ٹو سی یور بیہیویئر ان ایڈوانس؟ گاڈ وانٹڈ ٹو</w:t>
      </w:r>
    </w:p>
    <w:p>
      <w:r>
        <w:rPr>
          <w:b/>
        </w:rPr>
        <w:t xml:space="preserve">[15:46] </w:t>
      </w:r>
      <w:r>
        <w:t>See the behavior of people in advance, whether they are a deserving candidate to find entry into Paradise,</w:t>
      </w:r>
    </w:p>
    <w:p>
      <w:pPr>
        <w:jc w:val="right"/>
      </w:pPr>
      <w:r>
        <w:t>سی دا بیہیویئر آف پیپل ان ایڈوانس، ویدر دے آر ا ڈیزرونگ کینڈیڈیٹ ٹو فائنڈ انٹری انٹو پیرادائز،</w:t>
      </w:r>
    </w:p>
    <w:p>
      <w:r>
        <w:rPr>
          <w:b/>
        </w:rPr>
        <w:t xml:space="preserve">[15:54] </w:t>
      </w:r>
      <w:r>
        <w:t>are not? In the same situation, although situation which we will enjoy in Paradise are provided here</w:t>
      </w:r>
    </w:p>
    <w:p>
      <w:pPr>
        <w:jc w:val="right"/>
      </w:pPr>
      <w:r>
        <w:t>آر ناٹ؟ ان دا سیم سچویشن، آل دو سچویشن وچ وی ویل انجوائے ان Paradise آر پرووائیڈڈ ہیر</w:t>
      </w:r>
    </w:p>
    <w:p>
      <w:r>
        <w:rPr>
          <w:b/>
        </w:rPr>
        <w:t xml:space="preserve">[16:02] </w:t>
      </w:r>
      <w:r>
        <w:t>on this planet Earth.</w:t>
      </w:r>
    </w:p>
    <w:p>
      <w:pPr>
        <w:jc w:val="right"/>
      </w:pPr>
      <w:r>
        <w:t>ان دس پلینٹ ارتھ۔</w:t>
      </w:r>
    </w:p>
    <w:p>
      <w:r>
        <w:rPr>
          <w:b/>
        </w:rPr>
        <w:t xml:space="preserve">[16:03] </w:t>
      </w:r>
      <w:r>
        <w:t>God want to see our behavior, and with every person, there are two angels.</w:t>
      </w:r>
    </w:p>
    <w:p>
      <w:pPr>
        <w:jc w:val="right"/>
      </w:pPr>
      <w:r>
        <w:t>گاڈ وانٹ ٹو سی اور بیہیویئر، اینڈ ود ایوری پرسن، دیر آر ٹو اینجلز۔</w:t>
      </w:r>
    </w:p>
    <w:p>
      <w:r>
        <w:rPr>
          <w:b/>
        </w:rPr>
        <w:t xml:space="preserve">[16:09] </w:t>
      </w:r>
      <w:r>
        <w:t>It means that every man and woman who are born on this planet Earth.</w:t>
      </w:r>
    </w:p>
    <w:p>
      <w:pPr>
        <w:jc w:val="right"/>
      </w:pPr>
      <w:r>
        <w:t>اٹ مینز دیٹ ایوری مین اینڈ وومن ہو آر بورن ان دس پلینٹ ارتھ۔</w:t>
      </w:r>
    </w:p>
    <w:p>
      <w:r>
        <w:rPr>
          <w:b/>
        </w:rPr>
        <w:t xml:space="preserve">[16:15] </w:t>
      </w:r>
      <w:r>
        <w:t>There are two angels with them.</w:t>
      </w:r>
    </w:p>
    <w:p>
      <w:pPr>
        <w:jc w:val="right"/>
      </w:pPr>
      <w:r>
        <w:t>دیر آر ٹو اینجلز ود دیم۔</w:t>
      </w:r>
    </w:p>
    <w:p>
      <w:r>
        <w:rPr>
          <w:b/>
        </w:rPr>
        <w:t xml:space="preserve">[16:18] </w:t>
      </w:r>
      <w:r>
        <w:t>These two angels record everyone's behaviors, their intentions, their speech, their behavior, their character.</w:t>
      </w:r>
    </w:p>
    <w:p>
      <w:pPr>
        <w:jc w:val="right"/>
      </w:pPr>
      <w:r>
        <w:t>دیز ٹو اینجلز ریکارڈ ایوری ونز بیہیویئرز، دیر انٹینشنز، دیر از سپیچ، دیر بیہیویئر، دیر کریکٹر۔</w:t>
      </w:r>
    </w:p>
    <w:p>
      <w:r>
        <w:rPr>
          <w:b/>
        </w:rPr>
        <w:t xml:space="preserve">[16:25] </w:t>
      </w:r>
      <w:r>
        <w:t>Everything is recorded by angels, and this record will be produced before God.</w:t>
      </w:r>
    </w:p>
    <w:p>
      <w:pPr>
        <w:jc w:val="right"/>
      </w:pPr>
      <w:r>
        <w:t>ایوری تھنگ از ریکارڈڈ بائے اینجلز، اینڈ دس ریکارڈ ویل بی پروڈیوسڈ بیفور گاڈ۔</w:t>
      </w:r>
    </w:p>
    <w:p>
      <w:r>
        <w:rPr>
          <w:b/>
        </w:rPr>
        <w:t xml:space="preserve">[16:31] </w:t>
      </w:r>
      <w:r>
        <w:t>So God wants to see our behavior, our speech, our way of conduct, our way of dealing, our</w:t>
      </w:r>
    </w:p>
    <w:p>
      <w:pPr>
        <w:jc w:val="right"/>
      </w:pPr>
      <w:r>
        <w:t>سو گاڈ وانٹ ٹو سی اور بیہیویئر، اور سپیچ، اور وے آف کنڈکٹ، اور وے آف ڈیلنگ، اور</w:t>
      </w:r>
    </w:p>
    <w:p>
      <w:r>
        <w:rPr>
          <w:b/>
        </w:rPr>
        <w:t xml:space="preserve">[16:38] </w:t>
      </w:r>
      <w:r>
        <w:t>way of greeting, our way of interaction, including intention.</w:t>
      </w:r>
    </w:p>
    <w:p>
      <w:pPr>
        <w:jc w:val="right"/>
      </w:pPr>
      <w:r>
        <w:t>وے آف گریٹنگ، اور وے آف انٹریکشن، انکلوڈنگ انٹینشن۔</w:t>
      </w:r>
    </w:p>
    <w:p>
      <w:r>
        <w:rPr>
          <w:b/>
        </w:rPr>
        <w:t xml:space="preserve">[16:42] </w:t>
      </w:r>
      <w:r>
        <w:t>So everything is observed.</w:t>
      </w:r>
    </w:p>
    <w:p>
      <w:pPr>
        <w:jc w:val="right"/>
      </w:pPr>
      <w:r>
        <w:t>سو ایوری تھنگ از ابزروڈ۔</w:t>
      </w:r>
    </w:p>
    <w:p>
      <w:r>
        <w:rPr>
          <w:b/>
        </w:rPr>
        <w:t xml:space="preserve">[16:44] </w:t>
      </w:r>
      <w:r>
        <w:t>Two angels are observing their night and recording.</w:t>
      </w:r>
    </w:p>
    <w:p>
      <w:pPr>
        <w:jc w:val="right"/>
      </w:pPr>
      <w:r>
        <w:t>ٹو اینجلز آر ابزرونگ دیر نائٹ اینڈ ریکارڈنگ۔</w:t>
      </w:r>
    </w:p>
    <w:p>
      <w:r>
        <w:rPr>
          <w:b/>
        </w:rPr>
        <w:t xml:space="preserve">[16:48] </w:t>
      </w:r>
      <w:r>
        <w:t>So if, so, so one who, so one who proves by his conduct, by his character, that he</w:t>
      </w:r>
    </w:p>
    <w:p>
      <w:pPr>
        <w:jc w:val="right"/>
      </w:pPr>
      <w:r>
        <w:t>سو اف، سو، سو ون ہو، سو ون ہو پروف بائے ہز کنڈکٹ، بائے ہز کریکٹر، دیٹ ہی</w:t>
      </w:r>
    </w:p>
    <w:p>
      <w:r>
        <w:rPr>
          <w:b/>
        </w:rPr>
        <w:t xml:space="preserve">[16:56] </w:t>
      </w:r>
      <w:r>
        <w:t>is a deserving candidate to be settled in the paradise.</w:t>
      </w:r>
    </w:p>
    <w:p>
      <w:pPr>
        <w:jc w:val="right"/>
      </w:pPr>
      <w:r>
        <w:t>از ا ڈیزرونگ کینڈیڈیٹ ٹو بی سیٹلڈ ان دی پیرادائز۔</w:t>
      </w:r>
    </w:p>
    <w:p>
      <w:r>
        <w:rPr>
          <w:b/>
        </w:rPr>
        <w:t xml:space="preserve">[17:00] </w:t>
      </w:r>
      <w:r>
        <w:t>So that person will be allotted a place in the paradise.</w:t>
      </w:r>
    </w:p>
    <w:p>
      <w:pPr>
        <w:jc w:val="right"/>
      </w:pPr>
      <w:r>
        <w:t>سو دیٹ پرسن ویل بی الاٹڈ ا پلیس ان دی پیرادائز۔</w:t>
      </w:r>
    </w:p>
    <w:p>
      <w:r>
        <w:rPr>
          <w:b/>
        </w:rPr>
        <w:t xml:space="preserve">[17:05] </w:t>
      </w:r>
      <w:r>
        <w:t>For this purpose, God created Paradise and also a semi-paradise, an imperfect paradise.</w:t>
      </w:r>
    </w:p>
    <w:p>
      <w:pPr>
        <w:jc w:val="right"/>
      </w:pPr>
      <w:r>
        <w:t>فار دس پرپس، گاڈ کریٹڈ Paradise اینڈ السو ا سیمی پیرادائز، ان امپرفیکٹ پیرادائز۔</w:t>
      </w:r>
    </w:p>
    <w:p>
      <w:r>
        <w:rPr>
          <w:b/>
        </w:rPr>
        <w:t xml:space="preserve">[17:11] </w:t>
      </w:r>
      <w:r>
        <w:t>When God created Paradise as an eternal place, as a place of ideal joy, as a place of</w:t>
      </w:r>
    </w:p>
    <w:p>
      <w:pPr>
        <w:jc w:val="right"/>
      </w:pPr>
      <w:r>
        <w:t>وین گاڈ کریٹڈ Paradise ایز ان ایٹرنل پلیس، ایز ا پلیس آف ائڈیل جوائے، ایز ا پلیس آف</w:t>
      </w:r>
    </w:p>
    <w:p>
      <w:r>
        <w:rPr>
          <w:b/>
        </w:rPr>
        <w:t xml:space="preserve">[17:18] </w:t>
      </w:r>
      <w:r>
        <w:t>Perfect happiness, at the same time, paradise, at the same time, God created this world, this imperfect world.</w:t>
      </w:r>
    </w:p>
    <w:p>
      <w:pPr>
        <w:jc w:val="right"/>
      </w:pPr>
      <w:r>
        <w:t>پرفیکٹ ہیپینس، ایٹ دا سیم ٹائم، پیرادائز، ایٹ دا سیم ٹائم، گاڈ کریٹڈ دس ورلڈ، دس امپرفیکٹ ورلڈ۔</w:t>
      </w:r>
    </w:p>
    <w:p>
      <w:r>
        <w:rPr>
          <w:b/>
        </w:rPr>
        <w:t xml:space="preserve">[17:26] </w:t>
      </w:r>
      <w:r>
        <w:t>So all those situations are here in this world.</w:t>
      </w:r>
    </w:p>
    <w:p>
      <w:pPr>
        <w:jc w:val="right"/>
      </w:pPr>
      <w:r>
        <w:t>سو آل دو سچویشنز آر ہیر ان دس ورلڈ۔</w:t>
      </w:r>
    </w:p>
    <w:p>
      <w:r>
        <w:rPr>
          <w:b/>
        </w:rPr>
        <w:t xml:space="preserve">[17:30] </w:t>
      </w:r>
      <w:r>
        <w:t>Also, so God, so angels are watching.</w:t>
      </w:r>
    </w:p>
    <w:p>
      <w:pPr>
        <w:jc w:val="right"/>
      </w:pPr>
      <w:r>
        <w:t>السو، سو گاڈ، سو اینجلز آر واچنگ۔</w:t>
      </w:r>
    </w:p>
    <w:p>
      <w:r>
        <w:rPr>
          <w:b/>
        </w:rPr>
        <w:t xml:space="preserve">[17:33] </w:t>
      </w:r>
      <w:r>
        <w:t>Angels are observing, whether they are watching our behavior, our manners, our moral conduct, our intention, and</w:t>
      </w:r>
    </w:p>
    <w:p>
      <w:pPr>
        <w:jc w:val="right"/>
      </w:pPr>
      <w:r>
        <w:t>اینجلز آر ابزرونگ، ویدر وی دے آر واچنگ اور بیہیویئر، اور مینرز، اور مورل کنڈکٹ، اور انٹینشن، اور</w:t>
      </w:r>
    </w:p>
    <w:p>
      <w:r>
        <w:rPr>
          <w:b/>
        </w:rPr>
        <w:t xml:space="preserve">[17:41] </w:t>
      </w:r>
      <w:r>
        <w:t>dealing, aur interaction, aur meetings.</w:t>
      </w:r>
    </w:p>
    <w:p>
      <w:pPr>
        <w:jc w:val="right"/>
      </w:pPr>
      <w:r>
        <w:t>ڈیلنگ، اور انٹریکشن، اور میٹنگز۔</w:t>
      </w:r>
    </w:p>
    <w:p>
      <w:r>
        <w:rPr>
          <w:b/>
        </w:rPr>
        <w:t xml:space="preserve">[17:43] </w:t>
      </w:r>
      <w:r>
        <w:t>Everything under are under observation.</w:t>
      </w:r>
    </w:p>
    <w:p>
      <w:pPr>
        <w:jc w:val="right"/>
      </w:pPr>
      <w:r>
        <w:t>ایوری تھنگ اندر آر انڈر ابزرویشن۔</w:t>
      </w:r>
    </w:p>
    <w:p>
      <w:r>
        <w:rPr>
          <w:b/>
        </w:rPr>
        <w:t xml:space="preserve">[17:45] </w:t>
      </w:r>
      <w:r>
        <w:t>Everything is under observation.</w:t>
      </w:r>
    </w:p>
    <w:p>
      <w:pPr>
        <w:jc w:val="right"/>
      </w:pPr>
      <w:r>
        <w:t>ایوری تھنگ از انڈر ابزرویشن۔</w:t>
      </w:r>
    </w:p>
    <w:p>
      <w:r>
        <w:rPr>
          <w:b/>
        </w:rPr>
        <w:t xml:space="preserve">[17:47] </w:t>
      </w:r>
      <w:r>
        <w:t>So one who proved that his conduct, his dealing, his way of interaction, his way of meeting, up</w:t>
      </w:r>
    </w:p>
    <w:p>
      <w:pPr>
        <w:jc w:val="right"/>
      </w:pPr>
      <w:r>
        <w:t>سو ون ہو پروف دیٹ ہز کنڈکٹ، ہز ڈیلنگ، ہز وے آف انٹریکشن، ہز وے آف میٹنگ، اپ</w:t>
      </w:r>
    </w:p>
    <w:p>
      <w:r>
        <w:rPr>
          <w:b/>
        </w:rPr>
        <w:t xml:space="preserve">[17:55] </w:t>
      </w:r>
      <w:r>
        <w:t>to the standard of paradise.</w:t>
      </w:r>
    </w:p>
    <w:p>
      <w:pPr>
        <w:jc w:val="right"/>
      </w:pPr>
      <w:r>
        <w:t>ٹو دا سٹینڈرڈ آف پیرادائز۔</w:t>
      </w:r>
    </w:p>
    <w:p>
      <w:r>
        <w:rPr>
          <w:b/>
        </w:rPr>
        <w:t xml:space="preserve">[17:57] </w:t>
      </w:r>
      <w:r>
        <w:t>So he will be declared as a deserving candidate for Paradise.</w:t>
      </w:r>
    </w:p>
    <w:p>
      <w:pPr>
        <w:jc w:val="right"/>
      </w:pPr>
      <w:r>
        <w:t>سو ہی ویل بی ڈیکلیئرڈ ایز ا ڈیزرونگ کینڈیڈیٹ فار پیرادائز۔</w:t>
      </w:r>
    </w:p>
    <w:p>
      <w:r>
        <w:rPr>
          <w:b/>
        </w:rPr>
        <w:t xml:space="preserve">[18:02] </w:t>
      </w:r>
      <w:r>
        <w:t>This is the scheme of God.</w:t>
      </w:r>
    </w:p>
    <w:p>
      <w:pPr>
        <w:jc w:val="right"/>
      </w:pPr>
      <w:r>
        <w:t>دس از دا سکیم آف گاڈ۔</w:t>
      </w:r>
    </w:p>
    <w:p>
      <w:r>
        <w:rPr>
          <w:b/>
        </w:rPr>
        <w:t xml:space="preserve">[18:05] </w:t>
      </w:r>
      <w:r>
        <w:t>This is the creation plan of God.</w:t>
      </w:r>
    </w:p>
    <w:p>
      <w:pPr>
        <w:jc w:val="right"/>
      </w:pPr>
      <w:r>
        <w:t>دس از دا کریشن پلان آف گاڈ۔</w:t>
      </w:r>
    </w:p>
    <w:p>
      <w:r>
        <w:rPr>
          <w:b/>
        </w:rPr>
        <w:t xml:space="preserve">[18:08] </w:t>
      </w:r>
      <w:r>
        <w:t>So in this, in this planet Earth, in this planet Earth, we are under observation, under continuous watch,</w:t>
      </w:r>
    </w:p>
    <w:p>
      <w:pPr>
        <w:jc w:val="right"/>
      </w:pPr>
      <w:r>
        <w:t>سو ان دس، ان دس پلینٹ ارتھ، ان دس پلینٹ ارتھ، وی آر انڈر ابزرویشن، انڈر کنٹینیوس واچ،</w:t>
      </w:r>
    </w:p>
    <w:p>
      <w:r>
        <w:rPr>
          <w:b/>
        </w:rPr>
        <w:t xml:space="preserve">[18:15] </w:t>
      </w:r>
      <w:r>
        <w:t>And we have to prove this fact.</w:t>
      </w:r>
    </w:p>
    <w:p>
      <w:pPr>
        <w:jc w:val="right"/>
      </w:pPr>
      <w:r>
        <w:t>اینڈ وی ہیو ٹرو دس فیکٹ۔</w:t>
      </w:r>
    </w:p>
    <w:p>
      <w:r>
        <w:rPr>
          <w:b/>
        </w:rPr>
        <w:t xml:space="preserve">[18:18] </w:t>
      </w:r>
      <w:r>
        <w:t>We are not free.</w:t>
      </w:r>
    </w:p>
    <w:p>
      <w:pPr>
        <w:jc w:val="right"/>
      </w:pPr>
      <w:r>
        <w:t>وی آر ناٹ فری۔</w:t>
      </w:r>
    </w:p>
    <w:p>
      <w:r>
        <w:rPr>
          <w:b/>
        </w:rPr>
        <w:t xml:space="preserve">[18:20] </w:t>
      </w:r>
      <w:r>
        <w:t>Although we are free for our action, but this freedom is not our right.</w:t>
      </w:r>
    </w:p>
    <w:p>
      <w:pPr>
        <w:jc w:val="right"/>
      </w:pPr>
      <w:r>
        <w:t>الدو وی آر فری فار اور ایکشن، بٹ دس فریڈم از ناٹ اور رائٹ۔</w:t>
      </w:r>
    </w:p>
    <w:p>
      <w:r>
        <w:rPr>
          <w:b/>
        </w:rPr>
        <w:t xml:space="preserve">[18:26] </w:t>
      </w:r>
      <w:r>
        <w:t>So we are accountable to God.</w:t>
      </w:r>
    </w:p>
    <w:p>
      <w:pPr>
        <w:jc w:val="right"/>
      </w:pPr>
      <w:r>
        <w:t>سو وی آر اکاؤنٹیبل ٹو گاڈ۔</w:t>
      </w:r>
    </w:p>
    <w:p>
      <w:r>
        <w:rPr>
          <w:b/>
        </w:rPr>
        <w:t xml:space="preserve">[18:28] </w:t>
      </w:r>
      <w:r>
        <w:t>We are under observation.</w:t>
      </w:r>
    </w:p>
    <w:p>
      <w:pPr>
        <w:jc w:val="right"/>
      </w:pPr>
      <w:r>
        <w:t>وی آر انڈر ابزرویشن۔</w:t>
      </w:r>
    </w:p>
    <w:p>
      <w:r>
        <w:rPr>
          <w:b/>
        </w:rPr>
        <w:t xml:space="preserve">[18:30] </w:t>
      </w:r>
      <w:r>
        <w:t>We are under watch.</w:t>
      </w:r>
    </w:p>
    <w:p>
      <w:pPr>
        <w:jc w:val="right"/>
      </w:pPr>
      <w:r>
        <w:t>وی آر انڈر واچ۔</w:t>
      </w:r>
    </w:p>
    <w:p>
      <w:r>
        <w:rPr>
          <w:b/>
        </w:rPr>
        <w:t xml:space="preserve">[18:32] </w:t>
      </w:r>
      <w:r>
        <w:t>We are watched by the angels.</w:t>
      </w:r>
    </w:p>
    <w:p>
      <w:pPr>
        <w:jc w:val="right"/>
      </w:pPr>
      <w:r>
        <w:t>وی آر واچڈ بائے دا اینجلز۔</w:t>
      </w:r>
    </w:p>
    <w:p>
      <w:r>
        <w:rPr>
          <w:b/>
        </w:rPr>
        <w:t xml:space="preserve">[18:34] </w:t>
      </w:r>
      <w:r>
        <w:t>So we must know this fact.</w:t>
      </w:r>
    </w:p>
    <w:p>
      <w:pPr>
        <w:jc w:val="right"/>
      </w:pPr>
      <w:r>
        <w:t>سو وی مسٹ نو دس فیکٹ۔</w:t>
      </w:r>
    </w:p>
    <w:p>
      <w:r>
        <w:rPr>
          <w:b/>
        </w:rPr>
        <w:t xml:space="preserve">[18:37] </w:t>
      </w:r>
      <w:r>
        <w:t>We must know this fact.</w:t>
      </w:r>
    </w:p>
    <w:p>
      <w:pPr>
        <w:jc w:val="right"/>
      </w:pPr>
      <w:r>
        <w:t>وی مسٹ نو دس فیکٹ۔</w:t>
      </w:r>
    </w:p>
    <w:p>
      <w:r>
        <w:rPr>
          <w:b/>
        </w:rPr>
        <w:t xml:space="preserve">[18:39] </w:t>
      </w:r>
      <w:r>
        <w:t>do who recognize this fact.</w:t>
      </w:r>
    </w:p>
    <w:p>
      <w:pPr>
        <w:jc w:val="right"/>
      </w:pPr>
      <w:r>
        <w:t>دو ہو ریکگنائز دس فیکٹ۔</w:t>
      </w:r>
    </w:p>
    <w:p>
      <w:r>
        <w:rPr>
          <w:b/>
        </w:rPr>
        <w:t xml:space="preserve">[18:41] </w:t>
      </w:r>
      <w:r>
        <w:t>Do you understand this fact?</w:t>
      </w:r>
    </w:p>
    <w:p>
      <w:pPr>
        <w:jc w:val="right"/>
      </w:pPr>
      <w:r>
        <w:t>دو ہو انڈرسٹینڈ دس فیکٹ۔</w:t>
      </w:r>
    </w:p>
    <w:p>
      <w:r>
        <w:rPr>
          <w:b/>
        </w:rPr>
        <w:t xml:space="preserve">[18:43] </w:t>
      </w:r>
      <w:r>
        <w:t>do who are aware of this fact.</w:t>
      </w:r>
    </w:p>
    <w:p>
      <w:pPr>
        <w:jc w:val="right"/>
      </w:pPr>
      <w:r>
        <w:t>دو ہو آر اویر آف دس فیکٹ۔</w:t>
      </w:r>
    </w:p>
    <w:p>
      <w:r>
        <w:rPr>
          <w:b/>
        </w:rPr>
        <w:t xml:space="preserve">[18:46] </w:t>
      </w:r>
      <w:r>
        <w:t>They will maintain that kind of behavior, which is required by God.</w:t>
      </w:r>
    </w:p>
    <w:p>
      <w:pPr>
        <w:jc w:val="right"/>
      </w:pPr>
      <w:r>
        <w:t>دے ویل مینٹین دیٹ کائنڈ آف بیہیویئر، وچ از ریکوائرڈ بائے گاڈ۔</w:t>
      </w:r>
    </w:p>
    <w:p>
      <w:r>
        <w:rPr>
          <w:b/>
        </w:rPr>
        <w:t xml:space="preserve">[18:51] </w:t>
      </w:r>
      <w:r>
        <w:t>So our intention, our speech, our behavior, our character, our dealing, our meeting, everything is under watch.</w:t>
      </w:r>
    </w:p>
    <w:p>
      <w:pPr>
        <w:jc w:val="right"/>
      </w:pPr>
      <w:r>
        <w:t>سو اور انٹینشن، اور سپیچ، اور بیہیویئر، اور کریکٹر، اور ڈیلنگ، اور میٹنگ، ایوری تھنگ از انڈر واچ۔</w:t>
      </w:r>
    </w:p>
    <w:p>
      <w:r>
        <w:rPr>
          <w:b/>
        </w:rPr>
        <w:t xml:space="preserve">[18:59] </w:t>
      </w:r>
      <w:r>
        <w:t>Everything is under observation.</w:t>
      </w:r>
    </w:p>
    <w:p>
      <w:pPr>
        <w:jc w:val="right"/>
      </w:pPr>
      <w:r>
        <w:t>ایوری تھنگ از انڈر ابزرویشن۔</w:t>
      </w:r>
    </w:p>
    <w:p>
      <w:r>
        <w:rPr>
          <w:b/>
        </w:rPr>
        <w:t xml:space="preserve">[19:01] </w:t>
      </w:r>
      <w:r>
        <w:t>We must know this fact.</w:t>
      </w:r>
    </w:p>
    <w:p>
      <w:pPr>
        <w:jc w:val="right"/>
      </w:pPr>
      <w:r>
        <w:t>وی مسٹ نو دس فیکٹ۔</w:t>
      </w:r>
    </w:p>
    <w:p>
      <w:r>
        <w:rPr>
          <w:b/>
        </w:rPr>
        <w:t xml:space="preserve">[19:03] </w:t>
      </w:r>
      <w:r>
        <w:t>We must adapt.</w:t>
      </w:r>
    </w:p>
    <w:p>
      <w:pPr>
        <w:jc w:val="right"/>
      </w:pPr>
      <w:r>
        <w:t>وی مسٹ اڈاپٹ۔</w:t>
      </w:r>
    </w:p>
    <w:p>
      <w:r>
        <w:rPr>
          <w:b/>
        </w:rPr>
        <w:t xml:space="preserve">[19:05] </w:t>
      </w:r>
      <w:r>
        <w:t>We must adopt that kind of pattern of life, which is required by God.</w:t>
      </w:r>
    </w:p>
    <w:p>
      <w:pPr>
        <w:jc w:val="right"/>
      </w:pPr>
      <w:r>
        <w:t>وی مسٹ اڈاپٹ دیٹ کائنڈ آف پیٹرن آف لائف، وچ از ریکوائرڈ بائے گاڈ۔</w:t>
      </w:r>
    </w:p>
    <w:p>
      <w:r>
        <w:rPr>
          <w:b/>
        </w:rPr>
        <w:t xml:space="preserve">[19:11] </w:t>
      </w:r>
      <w:r>
        <w:t>Any other pattern, if we adopted any other pattern of life, we will be rejected.</w:t>
      </w:r>
    </w:p>
    <w:p>
      <w:pPr>
        <w:jc w:val="right"/>
      </w:pPr>
      <w:r>
        <w:t>اینی ادر پیٹرن، اف وی اڈاپٹڈ اینی ادر پیٹرن آف لائف، وی ویل بی ریجیکٹڈ۔</w:t>
      </w:r>
    </w:p>
    <w:p>
      <w:r>
        <w:rPr>
          <w:b/>
        </w:rPr>
        <w:t xml:space="preserve">[19:17] </w:t>
      </w:r>
      <w:r>
        <w:t>Although we are free here, but this freedom is conditional.</w:t>
      </w:r>
    </w:p>
    <w:p>
      <w:pPr>
        <w:jc w:val="right"/>
      </w:pPr>
      <w:r>
        <w:t>الدو وی آر فری ہیر، بٹ دس فریڈم از کنڈیشنل۔</w:t>
      </w:r>
    </w:p>
    <w:p>
      <w:r>
        <w:rPr>
          <w:b/>
        </w:rPr>
        <w:t xml:space="preserve">[19:22] </w:t>
      </w:r>
      <w:r>
        <w:t>is not our right.</w:t>
      </w:r>
    </w:p>
    <w:p>
      <w:pPr>
        <w:jc w:val="right"/>
      </w:pPr>
      <w:r>
        <w:t>از ناٹ اور رائٹ۔</w:t>
      </w:r>
    </w:p>
    <w:p>
      <w:r>
        <w:rPr>
          <w:b/>
        </w:rPr>
        <w:t xml:space="preserve">[19:23] </w:t>
      </w:r>
      <w:r>
        <w:t>So we must know this fact that if we misuse of freedom, we must know this fact</w:t>
      </w:r>
    </w:p>
    <w:p>
      <w:pPr>
        <w:jc w:val="right"/>
      </w:pPr>
      <w:r>
        <w:t>سو وی مسٹ نو دس فیکٹ دیٹ اف وی مس یوز آف فریڈم، وی مسٹ نو دس فیکٹ</w:t>
      </w:r>
    </w:p>
    <w:p>
      <w:r>
        <w:rPr>
          <w:b/>
        </w:rPr>
        <w:t xml:space="preserve">[19:31] </w:t>
      </w:r>
      <w:r>
        <w:t>that if we misuse our freedom, if we fail to behave in a divine manner, if we</w:t>
      </w:r>
    </w:p>
    <w:p>
      <w:pPr>
        <w:jc w:val="right"/>
      </w:pPr>
      <w:r>
        <w:t>دیٹ اف وی مس یوز اور فریڈم، اف وی فیل ٹو بیہیو ان ا ڈیوائن مینر، اف وی</w:t>
      </w:r>
    </w:p>
    <w:p>
      <w:r>
        <w:rPr>
          <w:b/>
        </w:rPr>
        <w:t xml:space="preserve">[19:39] </w:t>
      </w:r>
      <w:r>
        <w:t>fail to adapt that kind of character, which is required by God, then we will be rejected by</w:t>
      </w:r>
    </w:p>
    <w:p>
      <w:pPr>
        <w:jc w:val="right"/>
      </w:pPr>
      <w:r>
        <w:t>فیل ٹو اڈاپٹ دیٹ کائنڈ آف کریکٹر، وچ از ریکوائرڈ بائے گاڈ، دین وی ویل بی ریجیکٹڈ بائے</w:t>
      </w:r>
    </w:p>
    <w:p>
      <w:r>
        <w:rPr>
          <w:b/>
        </w:rPr>
        <w:t xml:space="preserve">[19:46] </w:t>
      </w:r>
      <w:r>
        <w:t>God.</w:t>
      </w:r>
    </w:p>
    <w:p>
      <w:pPr>
        <w:jc w:val="right"/>
      </w:pPr>
      <w:r>
        <w:t>گاڈ۔</w:t>
      </w:r>
    </w:p>
    <w:p>
      <w:r>
        <w:rPr>
          <w:b/>
        </w:rPr>
        <w:t xml:space="preserve">[19:48] </w:t>
      </w:r>
      <w:r>
        <w:t>And who was rejected by God, he will not find any place in this universe.</w:t>
      </w:r>
    </w:p>
    <w:p>
      <w:pPr>
        <w:jc w:val="right"/>
      </w:pPr>
      <w:r>
        <w:t>اینڈ ہو واز ریجیکٹڈ بائے گاڈ، ہی ویل ناٹ فائنڈ اینی پلیس ان دس یونیورس۔</w:t>
      </w:r>
    </w:p>
    <w:p>
      <w:r>
        <w:rPr>
          <w:b/>
        </w:rPr>
        <w:t xml:space="preserve">[19:54] </w:t>
      </w:r>
      <w:r>
        <w:t>So we are between two extreme positions.</w:t>
      </w:r>
    </w:p>
    <w:p>
      <w:pPr>
        <w:jc w:val="right"/>
      </w:pPr>
      <w:r>
        <w:t>سو وی آر بٹوین ٹو ایکسٹریم پوزیشن۔</w:t>
      </w:r>
    </w:p>
    <w:p>
      <w:r>
        <w:rPr>
          <w:b/>
        </w:rPr>
        <w:t xml:space="preserve">[19:57] </w:t>
      </w:r>
      <w:r>
        <w:t>We are between two extreme positions.</w:t>
      </w:r>
    </w:p>
    <w:p>
      <w:pPr>
        <w:jc w:val="right"/>
      </w:pPr>
      <w:r>
        <w:t>وی آر بٹوین ٹو ایکسٹریم پوزیشن۔</w:t>
      </w:r>
    </w:p>
    <w:p>
      <w:r>
        <w:rPr>
          <w:b/>
        </w:rPr>
        <w:t xml:space="preserve">[20:00] </w:t>
      </w:r>
      <w:r>
        <w:t>If we prove to be, if we prove to be good character, character of paradise, then we are</w:t>
      </w:r>
    </w:p>
    <w:p>
      <w:pPr>
        <w:jc w:val="right"/>
      </w:pPr>
      <w:r>
        <w:t>اف وی پروف ٹو بی، اف وی پروف ٹو بی گڈ کریکٹر، کریکٹر آف پیرادائز، دین وی آر</w:t>
      </w:r>
    </w:p>
    <w:p>
      <w:r>
        <w:rPr>
          <w:b/>
        </w:rPr>
        <w:t xml:space="preserve">[20:08] </w:t>
      </w:r>
      <w:r>
        <w:t>successful.</w:t>
      </w:r>
    </w:p>
    <w:p>
      <w:pPr>
        <w:jc w:val="right"/>
      </w:pPr>
      <w:r>
        <w:t>سکسیس فل۔</w:t>
      </w:r>
    </w:p>
    <w:p>
      <w:r>
        <w:rPr>
          <w:b/>
        </w:rPr>
        <w:t xml:space="preserve">[20:09] </w:t>
      </w:r>
      <w:r>
        <w:t>And if you, if you fail, if you fail to adapt that kind of character, then will be</w:t>
      </w:r>
    </w:p>
    <w:p>
      <w:pPr>
        <w:jc w:val="right"/>
      </w:pPr>
      <w:r>
        <w:t>اینڈ اف یو، اف یو فیل، اف یو فیل ٹو اڈاپٹ دیٹ کائنڈ آف کریکٹر، دین ویل بی</w:t>
      </w:r>
    </w:p>
    <w:p>
      <w:r>
        <w:rPr>
          <w:b/>
        </w:rPr>
        <w:t xml:space="preserve">[20:17] </w:t>
      </w:r>
      <w:r>
        <w:t>rejected and go to hell.</w:t>
      </w:r>
    </w:p>
    <w:p>
      <w:pPr>
        <w:jc w:val="right"/>
      </w:pPr>
      <w:r>
        <w:t>ریجیکٹڈ اینڈ گو ٹو ہیل۔</w:t>
      </w:r>
    </w:p>
    <w:p>
      <w:r>
        <w:rPr>
          <w:b/>
        </w:rPr>
        <w:t xml:space="preserve">[20:19] </w:t>
      </w:r>
      <w:r>
        <w:t>So we are between two extreme situations.</w:t>
      </w:r>
    </w:p>
    <w:p>
      <w:pPr>
        <w:jc w:val="right"/>
      </w:pPr>
      <w:r>
        <w:t>سو وی آر بٹوین ٹو ایکسٹریم سچویشن۔</w:t>
      </w:r>
    </w:p>
    <w:p>
      <w:r>
        <w:rPr>
          <w:b/>
        </w:rPr>
        <w:t xml:space="preserve">[20:22] </w:t>
      </w:r>
      <w:r>
        <w:t>At one side, there is paradise, on the other side, there is hell.</w:t>
      </w:r>
    </w:p>
    <w:p>
      <w:pPr>
        <w:jc w:val="right"/>
      </w:pPr>
      <w:r>
        <w:t>ایٹ ون سائیڈ، دیر از پیرادائز، ان دی ادر سائیڈ، دیر از ہیل۔</w:t>
      </w:r>
    </w:p>
    <w:p>
      <w:r>
        <w:rPr>
          <w:b/>
        </w:rPr>
        <w:t xml:space="preserve">[20:28] </w:t>
      </w:r>
      <w:r>
        <w:t>There is no third position.</w:t>
      </w:r>
    </w:p>
    <w:p>
      <w:pPr>
        <w:jc w:val="right"/>
      </w:pPr>
      <w:r>
        <w:t>دے نو تھرڈ پوزیشن۔</w:t>
      </w:r>
    </w:p>
    <w:p>
      <w:r>
        <w:rPr>
          <w:b/>
        </w:rPr>
        <w:t xml:space="preserve">[20:29] </w:t>
      </w:r>
      <w:r>
        <w:t>We have to know that there is no third position.</w:t>
      </w:r>
    </w:p>
    <w:p>
      <w:pPr>
        <w:jc w:val="right"/>
      </w:pPr>
      <w:r>
        <w:t>وی ہیو ٹو نو دیٹ دیر از نو تھرڈ پوزیشن۔</w:t>
      </w:r>
    </w:p>
    <w:p>
      <w:r>
        <w:rPr>
          <w:b/>
        </w:rPr>
        <w:t xml:space="preserve">[20:34] </w:t>
      </w:r>
      <w:r>
        <w:t>No third position.</w:t>
      </w:r>
    </w:p>
    <w:p>
      <w:pPr>
        <w:jc w:val="right"/>
      </w:pPr>
      <w:r>
        <w:t>نو تھرڈ پوزیشن۔</w:t>
      </w:r>
    </w:p>
    <w:p>
      <w:r>
        <w:rPr>
          <w:b/>
        </w:rPr>
        <w:t xml:space="preserve">[20:35] </w:t>
      </w:r>
      <w:r>
        <w:t>Only two positions are available here: either paradise, or either eternal paradise, or eternal hell.</w:t>
      </w:r>
    </w:p>
    <w:p>
      <w:pPr>
        <w:jc w:val="right"/>
      </w:pPr>
      <w:r>
        <w:t>اونلی ٹو پوزیشن از اویلیبل ہیر: ایدر پیرادائز، اور ایدر ایٹرنل پیرادائز، اور ایٹرنل ہیل۔</w:t>
      </w:r>
    </w:p>
    <w:p>
      <w:r>
        <w:rPr>
          <w:b/>
        </w:rPr>
        <w:t xml:space="preserve">[20:42] </w:t>
      </w:r>
      <w:r>
        <w:t>No third position is available for anyone.</w:t>
      </w:r>
    </w:p>
    <w:p>
      <w:pPr>
        <w:jc w:val="right"/>
      </w:pPr>
      <w:r>
        <w:t>نو تھرڈ پوزیشن از اویلیبل فار اینی ون۔</w:t>
      </w:r>
    </w:p>
    <w:p>
      <w:r>
        <w:rPr>
          <w:b/>
        </w:rPr>
        <w:t xml:space="preserve">[20:45] </w:t>
      </w:r>
      <w:r>
        <w:t>So, our life is a great blessing.</w:t>
      </w:r>
    </w:p>
    <w:p>
      <w:pPr>
        <w:jc w:val="right"/>
      </w:pPr>
      <w:r>
        <w:t>سو اور لائف از ا گریٹ بلیسنگ۔</w:t>
      </w:r>
    </w:p>
    <w:p>
      <w:r>
        <w:rPr>
          <w:b/>
        </w:rPr>
        <w:t xml:space="preserve">[20:48] </w:t>
      </w:r>
      <w:r>
        <w:t>aur life is a great opportunity.</w:t>
      </w:r>
    </w:p>
    <w:p>
      <w:pPr>
        <w:jc w:val="right"/>
      </w:pPr>
      <w:r>
        <w:t>اور لائف از ا گریٹ اپرچونیٹی۔</w:t>
      </w:r>
    </w:p>
    <w:p>
      <w:r>
        <w:rPr>
          <w:b/>
        </w:rPr>
        <w:t xml:space="preserve">[20:51] </w:t>
      </w:r>
      <w:r>
        <w:t>aur life is a great advantage.</w:t>
      </w:r>
    </w:p>
    <w:p>
      <w:pPr>
        <w:jc w:val="right"/>
      </w:pPr>
      <w:r>
        <w:t>اور لائف از ا گریٹ ایڈوانٹیج۔</w:t>
      </w:r>
    </w:p>
    <w:p>
      <w:r>
        <w:rPr>
          <w:b/>
        </w:rPr>
        <w:t xml:space="preserve">[20:53] </w:t>
      </w:r>
      <w:r>
        <w:t>We are here in this world for a very short time: for forty years, for fifty years, sixty years,</w:t>
      </w:r>
    </w:p>
    <w:p>
      <w:pPr>
        <w:jc w:val="right"/>
      </w:pPr>
      <w:r>
        <w:t>وی آر ہیر ان دس ورلڈ فار ویری شارٹ ٹائم: فار فورٹی ایئرز، فار ففٹی ایئرز، سکسٹی ایئرز،</w:t>
      </w:r>
    </w:p>
    <w:p>
      <w:r>
        <w:rPr>
          <w:b/>
        </w:rPr>
        <w:t xml:space="preserve">[21:01] </w:t>
      </w:r>
      <w:r>
        <w:t>Seventy years.</w:t>
      </w:r>
    </w:p>
    <w:p>
      <w:pPr>
        <w:jc w:val="right"/>
      </w:pPr>
      <w:r>
        <w:t>سیونٹی ایئرز۔</w:t>
      </w:r>
    </w:p>
    <w:p>
      <w:r>
        <w:rPr>
          <w:b/>
        </w:rPr>
        <w:t xml:space="preserve">[21:02] </w:t>
      </w:r>
      <w:r>
        <w:t>That's all.</w:t>
      </w:r>
    </w:p>
    <w:p>
      <w:pPr>
        <w:jc w:val="right"/>
      </w:pPr>
      <w:r>
        <w:t>دیٹس ال۔</w:t>
      </w:r>
    </w:p>
    <w:p>
      <w:r>
        <w:rPr>
          <w:b/>
        </w:rPr>
        <w:t xml:space="preserve">[21:04] </w:t>
      </w:r>
      <w:r>
        <w:t>تو we have a very short time, but this short time is a great blessing, because if we</w:t>
      </w:r>
    </w:p>
    <w:p>
      <w:pPr>
        <w:jc w:val="right"/>
      </w:pPr>
      <w:r>
        <w:t>تو وی ہیو ا ویری شارٹ ٹائم، بٹ دس شارٹ ٹائم از ا گریٹ بلیسنگ، بیکاز اف وی</w:t>
      </w:r>
    </w:p>
    <w:p>
      <w:r>
        <w:rPr>
          <w:b/>
        </w:rPr>
        <w:t xml:space="preserve">[21:12] </w:t>
      </w:r>
      <w:r>
        <w:t>adopt that kind of behavior, which is required by God, we will be blessed the eternal paradise.</w:t>
      </w:r>
    </w:p>
    <w:p>
      <w:pPr>
        <w:jc w:val="right"/>
      </w:pPr>
      <w:r>
        <w:t>اڈاپٹ دیٹ کائنڈ آف بیہیویئر، وچ از ریکوائرڈ بائے گاڈ، وی ویل بی بلیسڈ دا ایٹرنل پیرادائز۔</w:t>
      </w:r>
    </w:p>
    <w:p>
      <w:r>
        <w:rPr>
          <w:b/>
        </w:rPr>
        <w:t xml:space="preserve">[21:19] </w:t>
      </w:r>
      <w:r>
        <w:t>And if we fail, we'll be punished, and we'll go to eternal hell.</w:t>
      </w:r>
    </w:p>
    <w:p>
      <w:pPr>
        <w:jc w:val="right"/>
      </w:pPr>
      <w:r>
        <w:t>اینڈ اف وی فیل، ویل بی پنشڈ، اینڈ ویل گو ٹو ایٹرنل ہیل۔</w:t>
      </w:r>
    </w:p>
    <w:p>
      <w:r>
        <w:rPr>
          <w:b/>
        </w:rPr>
        <w:t xml:space="preserve">[21:24] </w:t>
      </w:r>
      <w:r>
        <w:t>So our life is great blessing.</w:t>
      </w:r>
    </w:p>
    <w:p>
      <w:pPr>
        <w:jc w:val="right"/>
      </w:pPr>
      <w:r>
        <w:t>سو اور لائف از گریٹ بلیسنگ۔</w:t>
      </w:r>
    </w:p>
    <w:p>
      <w:r>
        <w:rPr>
          <w:b/>
        </w:rPr>
        <w:t xml:space="preserve">[21:27] </w:t>
      </w:r>
      <w:r>
        <w:t>aur life is great responsibility.</w:t>
      </w:r>
    </w:p>
    <w:p>
      <w:pPr>
        <w:jc w:val="right"/>
      </w:pPr>
      <w:r>
        <w:t>اور لائف از گریٹ رسپانسبیلٹی۔</w:t>
      </w:r>
    </w:p>
    <w:p>
      <w:r>
        <w:rPr>
          <w:b/>
        </w:rPr>
        <w:t xml:space="preserve">[21:29] </w:t>
      </w:r>
      <w:r>
        <w:t>At the same time, it involves great risk.</w:t>
      </w:r>
    </w:p>
    <w:p>
      <w:pPr>
        <w:jc w:val="right"/>
      </w:pPr>
      <w:r>
        <w:t>ایٹ دا سیم ٹائم، اٹ انوالوز گریٹ رسک۔</w:t>
      </w:r>
    </w:p>
    <w:p>
      <w:r>
        <w:rPr>
          <w:b/>
        </w:rPr>
        <w:t xml:space="preserve">[21:33] </w:t>
      </w:r>
      <w:r>
        <w:t>اور life is a great blessing, but at the same time, it involves a great risk, because we</w:t>
      </w:r>
    </w:p>
    <w:p>
      <w:pPr>
        <w:jc w:val="right"/>
      </w:pPr>
      <w:r>
        <w:t>اور لائف از ا گریٹ بلیسنگ، بٹ ایٹ دا سیم ٹائم، اٹ انوالوز ا گریٹ رسک، بیکاز وی</w:t>
      </w:r>
    </w:p>
    <w:p>
      <w:r>
        <w:rPr>
          <w:b/>
        </w:rPr>
        <w:t xml:space="preserve">[21:40] </w:t>
      </w:r>
      <w:r>
        <w:t>are between heaven and between Paradise and Hell.</w:t>
      </w:r>
    </w:p>
    <w:p>
      <w:pPr>
        <w:jc w:val="right"/>
      </w:pPr>
      <w:r>
        <w:t>آر بٹوین ہیون اینڈ بٹوین Paradise اینڈ ہیل۔</w:t>
      </w:r>
    </w:p>
    <w:p>
      <w:r>
        <w:rPr>
          <w:b/>
        </w:rPr>
        <w:t xml:space="preserve">[21:44] </w:t>
      </w:r>
      <w:r>
        <w:t>So it is, so it is a very, very risky position.</w:t>
      </w:r>
    </w:p>
    <w:p>
      <w:pPr>
        <w:jc w:val="right"/>
      </w:pPr>
      <w:r>
        <w:t>سو اٹ از، سو اٹ از ا ویری، ویری رسکی پوزیشن۔</w:t>
      </w:r>
    </w:p>
    <w:p>
      <w:r>
        <w:rPr>
          <w:b/>
        </w:rPr>
        <w:t xml:space="preserve">[21:48] </w:t>
      </w:r>
      <w:r>
        <w:t>We have to upward.</w:t>
      </w:r>
    </w:p>
    <w:p>
      <w:pPr>
        <w:jc w:val="right"/>
      </w:pPr>
      <w:r>
        <w:t>وی ہیو ٹو اپورڈ۔</w:t>
      </w:r>
    </w:p>
    <w:p>
      <w:r>
        <w:rPr>
          <w:b/>
        </w:rPr>
        <w:t xml:space="preserve">[21:50] </w:t>
      </w:r>
      <w:r>
        <w:t>We have to, we have to avail this golden opportunity.</w:t>
      </w:r>
    </w:p>
    <w:p>
      <w:pPr>
        <w:jc w:val="right"/>
      </w:pPr>
      <w:r>
        <w:t>وی ہیو ٹو، وی ہیو ٹو اویل دس گولڈن اپرچونیٹی۔</w:t>
      </w:r>
    </w:p>
    <w:p>
      <w:r>
        <w:rPr>
          <w:b/>
        </w:rPr>
        <w:t xml:space="preserve">[21:54] </w:t>
      </w:r>
      <w:r>
        <w:t>For us, it is a golden opportunity.</w:t>
      </w:r>
    </w:p>
    <w:p>
      <w:pPr>
        <w:jc w:val="right"/>
      </w:pPr>
      <w:r>
        <w:t>فار اس، اٹ از ا گولڈن اپرچونیٹی۔</w:t>
      </w:r>
    </w:p>
    <w:p>
      <w:r>
        <w:rPr>
          <w:b/>
        </w:rPr>
        <w:t xml:space="preserve">[21:57] </w:t>
      </w:r>
      <w:r>
        <w:t>We have in this planet Earth, in this planet Earth, in this planet Earth, God has provided us</w:t>
      </w:r>
    </w:p>
    <w:p>
      <w:pPr>
        <w:jc w:val="right"/>
      </w:pPr>
      <w:r>
        <w:t>وی ہیو ان دس پلینٹ ارتھ، ان دس پلینٹ ارتھ، ان دس پلینٹ ارتھ، گاڈ ہیز پرووائیڈ اس</w:t>
      </w:r>
    </w:p>
    <w:p>
      <w:r>
        <w:rPr>
          <w:b/>
        </w:rPr>
        <w:t xml:space="preserve">[22:05] </w:t>
      </w:r>
      <w:r>
        <w:t>a golden opportunity to live as required by God, and will be blessed with Paradise.</w:t>
      </w:r>
    </w:p>
    <w:p>
      <w:pPr>
        <w:jc w:val="right"/>
      </w:pPr>
      <w:r>
        <w:t>ا گولڈن اپرچونیٹی ٹو لیو ایز ریکوائرڈ بائے گاڈ، اینڈ ویل بی بلیسڈ ود پیرادائز۔</w:t>
      </w:r>
    </w:p>
    <w:p>
      <w:r>
        <w:rPr>
          <w:b/>
        </w:rPr>
        <w:t xml:space="preserve">[22:12] </w:t>
      </w:r>
      <w:r>
        <w:t>And if we fail, then we'll be punished, and we'll go to hell.</w:t>
      </w:r>
    </w:p>
    <w:p>
      <w:pPr>
        <w:jc w:val="right"/>
      </w:pPr>
      <w:r>
        <w:t>اینڈ اف وی فیل، دین ویل بی پنشڈ، اینڈ ویل گو ٹو ہیل۔</w:t>
      </w:r>
    </w:p>
    <w:p>
      <w:r>
        <w:rPr>
          <w:b/>
        </w:rPr>
        <w:t xml:space="preserve">[22:17] </w:t>
      </w:r>
      <w:r>
        <w:t>There is a verse in the Quran: "عباد الرحمن الذین یمشون علی الارض".</w:t>
      </w:r>
    </w:p>
    <w:p>
      <w:pPr>
        <w:jc w:val="right"/>
      </w:pPr>
      <w:r>
        <w:t>دا دیر از ا ورس ان دا قرآن: "عباد الرحمن الذین یمشون علی الارض"۔</w:t>
      </w:r>
    </w:p>
    <w:p>
      <w:r>
        <w:rPr>
          <w:b/>
        </w:rPr>
        <w:t xml:space="preserve">[22:23] </w:t>
      </w:r>
      <w:r>
        <w:t>It means that those who are true candidate of paradise.</w:t>
      </w:r>
    </w:p>
    <w:p>
      <w:pPr>
        <w:jc w:val="right"/>
      </w:pPr>
      <w:r>
        <w:t>اٹ مینز دیٹ دو ہو آر ٹرو کینڈیڈیٹ آف پیرادائز۔</w:t>
      </w:r>
    </w:p>
    <w:p>
      <w:r>
        <w:rPr>
          <w:b/>
        </w:rPr>
        <w:t xml:space="preserve">[22:27] </w:t>
      </w:r>
      <w:r>
        <w:t>Their free of forgiveness.</w:t>
      </w:r>
    </w:p>
    <w:p>
      <w:pPr>
        <w:jc w:val="right"/>
      </w:pPr>
      <w:r>
        <w:t>دیر فری آف فارگنس۔</w:t>
      </w:r>
    </w:p>
    <w:p>
      <w:r>
        <w:rPr>
          <w:b/>
        </w:rPr>
        <w:t xml:space="preserve">[22:29] </w:t>
      </w:r>
      <w:r>
        <w:t>They are people of modesty.</w:t>
      </w:r>
    </w:p>
    <w:p>
      <w:pPr>
        <w:jc w:val="right"/>
      </w:pPr>
      <w:r>
        <w:t>دے آر پیپل آف ماڈیسٹی۔</w:t>
      </w:r>
    </w:p>
    <w:p>
      <w:r>
        <w:rPr>
          <w:b/>
        </w:rPr>
        <w:t xml:space="preserve">[22:31] </w:t>
      </w:r>
      <w:r>
        <w:t>do who are true candidate of paradise.</w:t>
      </w:r>
    </w:p>
    <w:p>
      <w:pPr>
        <w:jc w:val="right"/>
      </w:pPr>
      <w:r>
        <w:t>دو ہو آر ٹرو کینڈیڈیٹ آف پیرادائز۔</w:t>
      </w:r>
    </w:p>
    <w:p>
      <w:r>
        <w:rPr>
          <w:b/>
        </w:rPr>
        <w:t xml:space="preserve">[22:34] </w:t>
      </w:r>
      <w:r>
        <w:t>They always adopt the character of modesty.</w:t>
      </w:r>
    </w:p>
    <w:p>
      <w:pPr>
        <w:jc w:val="right"/>
      </w:pPr>
      <w:r>
        <w:t>دے الویز اڈاپٹ دا کریکٹر آف ماڈیسٹی۔</w:t>
      </w:r>
    </w:p>
    <w:p>
      <w:r>
        <w:rPr>
          <w:b/>
        </w:rPr>
        <w:t xml:space="preserve">[22:37] </w:t>
      </w:r>
      <w:r>
        <w:t>So, modesty is the character of paradise.</w:t>
      </w:r>
    </w:p>
    <w:p>
      <w:pPr>
        <w:jc w:val="right"/>
      </w:pPr>
      <w:r>
        <w:t>سو ماڈیسٹی از دا کریکٹر آف پیرادائز۔</w:t>
      </w:r>
    </w:p>
    <w:p>
      <w:r>
        <w:rPr>
          <w:b/>
        </w:rPr>
        <w:t xml:space="preserve">[22:40] </w:t>
      </w:r>
      <w:r>
        <w:t>Arrogance is the character of people of hell, and modesty is the character of the people of paradise.</w:t>
      </w:r>
    </w:p>
    <w:p>
      <w:pPr>
        <w:jc w:val="right"/>
      </w:pPr>
      <w:r>
        <w:t>ارگنس از دا کریکٹر آف پیپل آف ہیل، اینڈ ماڈیسٹی از دا کریکٹر آف دا پیپل آف پیرادائز۔</w:t>
      </w:r>
    </w:p>
    <w:p>
      <w:r>
        <w:rPr>
          <w:b/>
        </w:rPr>
        <w:t xml:space="preserve">[22:48] </w:t>
      </w:r>
      <w:r>
        <w:t>Hate is the character of people of hell, and love is the character of people of paradise.</w:t>
      </w:r>
    </w:p>
    <w:p>
      <w:pPr>
        <w:jc w:val="right"/>
      </w:pPr>
      <w:r>
        <w:t>ہیٹ از دا کریکٹر آف پیپل آف ہیل، اینڈ لو از دا کریکٹر آف پیپل آف پیرادائز۔</w:t>
      </w:r>
    </w:p>
    <w:p>
      <w:r>
        <w:rPr>
          <w:b/>
        </w:rPr>
        <w:t xml:space="preserve">[22:55] </w:t>
      </w:r>
      <w:r>
        <w:t>So we have to adapt the character of paradise.</w:t>
      </w:r>
    </w:p>
    <w:p>
      <w:pPr>
        <w:jc w:val="right"/>
      </w:pPr>
      <w:r>
        <w:t>سو وی ہیو ٹو اڈاپٹ دا کریکٹر آف پیرادائز۔</w:t>
      </w:r>
    </w:p>
    <w:p>
      <w:r>
        <w:rPr>
          <w:b/>
        </w:rPr>
        <w:t xml:space="preserve">[22:59] </w:t>
      </w:r>
      <w:r>
        <w:t>We have to reframe ourself from the character of hell.</w:t>
      </w:r>
    </w:p>
    <w:p>
      <w:pPr>
        <w:jc w:val="right"/>
      </w:pPr>
      <w:r>
        <w:t>وی ہیو ٹو ریفریڈ اور سیلف فرام دا کریکٹر آف ہیل۔</w:t>
      </w:r>
    </w:p>
    <w:p>
      <w:r>
        <w:rPr>
          <w:b/>
        </w:rPr>
        <w:t xml:space="preserve">[23:04] </w:t>
      </w:r>
      <w:r>
        <w:t>And according to my experience, and according to my study, I can say that all these things can</w:t>
      </w:r>
    </w:p>
    <w:p>
      <w:pPr>
        <w:jc w:val="right"/>
      </w:pPr>
      <w:r>
        <w:t>اینڈ اکارڈنگ ٹو مائی ایکسپیرینس، اینڈ اکارڈنگ ٹو مائی سٹڈی، ائی کین سے دیٹ آل دیز تھنگز کین</w:t>
      </w:r>
    </w:p>
    <w:p>
      <w:r>
        <w:rPr>
          <w:b/>
        </w:rPr>
        <w:t xml:space="preserve">[23:12] </w:t>
      </w:r>
      <w:r>
        <w:t>be achieved through intellectual development.</w:t>
      </w:r>
    </w:p>
    <w:p>
      <w:pPr>
        <w:jc w:val="right"/>
      </w:pPr>
      <w:r>
        <w:t>بی اچیوڈ تھرو انٹلیکچول ڈیولپمنٹ۔</w:t>
      </w:r>
    </w:p>
    <w:p>
      <w:r>
        <w:rPr>
          <w:b/>
        </w:rPr>
        <w:t xml:space="preserve">[23:14] </w:t>
      </w:r>
      <w:r>
        <w:t>Only intellectually developed persons can understand these things.</w:t>
      </w:r>
    </w:p>
    <w:p>
      <w:pPr>
        <w:jc w:val="right"/>
      </w:pPr>
      <w:r>
        <w:t>اونلی انٹلیکچولی ڈیولپڈ پرسنز کین انڈرسٹینڈ دیز تھنگز۔</w:t>
      </w:r>
    </w:p>
    <w:p>
      <w:r>
        <w:rPr>
          <w:b/>
        </w:rPr>
        <w:t xml:space="preserve">[23:17] </w:t>
      </w:r>
      <w:r>
        <w:t>Only those people who are intellectually developed can understand these things.</w:t>
      </w:r>
    </w:p>
    <w:p>
      <w:pPr>
        <w:jc w:val="right"/>
      </w:pPr>
      <w:r>
        <w:t>اونلی دو پیپل ہو آر انٹلیکچولی ڈیولپڈ کین انڈرسٹینڈ دیز تھنگز۔</w:t>
      </w:r>
    </w:p>
    <w:p>
      <w:r>
        <w:rPr>
          <w:b/>
        </w:rPr>
        <w:t xml:space="preserve">[23:22] </w:t>
      </w:r>
      <w:r>
        <w:t>And how you can develop your mind by the way of intellectual development? I think that the most</w:t>
      </w:r>
    </w:p>
    <w:p>
      <w:pPr>
        <w:jc w:val="right"/>
      </w:pPr>
      <w:r>
        <w:t>اینڈ ہاؤ یو کین ڈیولپ یور مائنڈ وائی دا وے آف انٹلیکچول ڈیولپمنٹ؟ ائی تھنک دیٹ دا موسٹ</w:t>
      </w:r>
    </w:p>
    <w:p>
      <w:r>
        <w:rPr>
          <w:b/>
        </w:rPr>
        <w:t xml:space="preserve">[23:30] </w:t>
      </w:r>
      <w:r>
        <w:t>Important thing is that you have to save from destruction.</w:t>
      </w:r>
    </w:p>
    <w:p>
      <w:pPr>
        <w:jc w:val="right"/>
      </w:pPr>
      <w:r>
        <w:t>امپورٹنٹ تھنگ از دیٹ یو ہیو ٹو سیو فرام ڈسٹرکشن۔</w:t>
      </w:r>
    </w:p>
    <w:p>
      <w:r>
        <w:rPr>
          <w:b/>
        </w:rPr>
        <w:t xml:space="preserve">[23:34] </w:t>
      </w:r>
      <w:r>
        <w:t>you have to save from all kind of destruction.</w:t>
      </w:r>
    </w:p>
    <w:p>
      <w:pPr>
        <w:jc w:val="right"/>
      </w:pPr>
      <w:r>
        <w:t>یو ہیو ٹو سیو فرام آل کائنڈ آف ڈسٹرکشن۔</w:t>
      </w:r>
    </w:p>
    <w:p>
      <w:r>
        <w:rPr>
          <w:b/>
        </w:rPr>
        <w:t xml:space="preserve">[23:38] </w:t>
      </w:r>
      <w:r>
        <w:t>Destruction is enemy of intellectual development.</w:t>
      </w:r>
    </w:p>
    <w:p>
      <w:pPr>
        <w:jc w:val="right"/>
      </w:pPr>
      <w:r>
        <w:t>ڈسٹرکشن از اینمی آف انٹلیکچول ڈیولپمنٹ۔</w:t>
      </w:r>
    </w:p>
    <w:p>
      <w:r>
        <w:rPr>
          <w:b/>
        </w:rPr>
        <w:t xml:space="preserve">[23:40] </w:t>
      </w:r>
      <w:r>
        <w:t>Those who are involved in these destructions, they are depriving themselves from intellectual development.</w:t>
      </w:r>
    </w:p>
    <w:p>
      <w:pPr>
        <w:jc w:val="right"/>
      </w:pPr>
      <w:r>
        <w:t>دو ہو آر انوالو ان دیز ڈسٹرکشنز، دے آر ڈیپریونگ دیم سیلف فرام انٹلیکچول ڈیولپمنٹ۔</w:t>
      </w:r>
    </w:p>
    <w:p>
      <w:r>
        <w:rPr>
          <w:b/>
        </w:rPr>
        <w:t xml:space="preserve">[23:47] </w:t>
      </w:r>
      <w:r>
        <w:t>So we have very short time in this world.</w:t>
      </w:r>
    </w:p>
    <w:p>
      <w:pPr>
        <w:jc w:val="right"/>
      </w:pPr>
      <w:r>
        <w:t>سو وی ہیو ویری شارٹ ٹائم ان دس ورلڈ۔</w:t>
      </w:r>
    </w:p>
    <w:p>
      <w:r>
        <w:rPr>
          <w:b/>
        </w:rPr>
        <w:t xml:space="preserve">[23:51] </w:t>
      </w:r>
      <w:r>
        <w:t>Very short time.</w:t>
      </w:r>
    </w:p>
    <w:p>
      <w:pPr>
        <w:jc w:val="right"/>
      </w:pPr>
      <w:r>
        <w:t>ویری شارٹ ٹائم۔</w:t>
      </w:r>
    </w:p>
    <w:p>
      <w:r>
        <w:rPr>
          <w:b/>
        </w:rPr>
        <w:t xml:space="preserve">[23:52] </w:t>
      </w:r>
      <w:r>
        <w:t>We have, we cannot afford destruction.</w:t>
      </w:r>
    </w:p>
    <w:p>
      <w:pPr>
        <w:jc w:val="right"/>
      </w:pPr>
      <w:r>
        <w:t>وی ہیو، وی کین ناٹ افورڈ ڈسٹرکشن۔</w:t>
      </w:r>
    </w:p>
    <w:p>
      <w:r>
        <w:rPr>
          <w:b/>
        </w:rPr>
        <w:t xml:space="preserve">[23:55] </w:t>
      </w:r>
      <w:r>
        <w:t>I would like to say that we cannot afford destruction, because destruction deprives us from intellectual development.</w:t>
      </w:r>
    </w:p>
    <w:p>
      <w:pPr>
        <w:jc w:val="right"/>
      </w:pPr>
      <w:r>
        <w:t>ائی وڈ لائک ٹو سے دیٹ وی کین ناٹ افورڈ ڈسٹرکشن، بیکاز ڈسٹرکشن ڈیپریوز اس فرام انٹلیکچول ڈیولپمنٹ۔</w:t>
      </w:r>
    </w:p>
    <w:p>
      <w:r>
        <w:rPr>
          <w:b/>
        </w:rPr>
        <w:t xml:space="preserve">[24:03] </w:t>
      </w:r>
      <w:r>
        <w:t>We cannot afford destruction, because destruction, where there is destruction, there is no intellectual development.</w:t>
      </w:r>
    </w:p>
    <w:p>
      <w:pPr>
        <w:jc w:val="right"/>
      </w:pPr>
      <w:r>
        <w:t>وی کین ناٹ افورڈ ڈسٹرکشن، بیکاز ڈسٹرکشن، ویر دیر از ڈسٹرکشن، دیر نو انٹلیکچول ڈیولپمنٹ۔</w:t>
      </w:r>
    </w:p>
    <w:p>
      <w:r>
        <w:rPr>
          <w:b/>
        </w:rPr>
        <w:t xml:space="preserve">[24:09] </w:t>
      </w:r>
      <w:r>
        <w:t>I, now-a-days, people say: "Eat, drink and be merry." It is destruction.</w:t>
      </w:r>
    </w:p>
    <w:p>
      <w:pPr>
        <w:jc w:val="right"/>
      </w:pPr>
      <w:r>
        <w:t>ائی ناؤ ا ڈیز پیپل سے: "ایٹ ڈرنک اینڈ بی میری۔" اٹ از ڈسٹرکشن۔</w:t>
      </w:r>
    </w:p>
    <w:p>
      <w:r>
        <w:rPr>
          <w:b/>
        </w:rPr>
        <w:t xml:space="preserve">[24:15] </w:t>
      </w:r>
      <w:r>
        <w:t>"Eat, drink, and be merry" the thing but destruction.</w:t>
      </w:r>
    </w:p>
    <w:p>
      <w:pPr>
        <w:jc w:val="right"/>
      </w:pPr>
      <w:r>
        <w:t>"ایٹ ڈرنک اینڈ بی میری" دا تھنگ بٹ ڈسٹرکشن۔</w:t>
      </w:r>
    </w:p>
    <w:p>
      <w:r>
        <w:rPr>
          <w:b/>
        </w:rPr>
        <w:t xml:space="preserve">[24:19] </w:t>
      </w:r>
      <w:r>
        <w:t>You have to go to contemplation.</w:t>
      </w:r>
    </w:p>
    <w:p>
      <w:pPr>
        <w:jc w:val="right"/>
      </w:pPr>
      <w:r>
        <w:t>یو ہیو ٹو گو ٹو کنٹمپلیشن۔</w:t>
      </w:r>
    </w:p>
    <w:p>
      <w:r>
        <w:rPr>
          <w:b/>
        </w:rPr>
        <w:t xml:space="preserve">[24:22] </w:t>
      </w:r>
      <w:r>
        <w:t>You have to evolve thinking capacity.</w:t>
      </w:r>
    </w:p>
    <w:p>
      <w:pPr>
        <w:jc w:val="right"/>
      </w:pPr>
      <w:r>
        <w:t>یو ہیو ٹو ایوالو تھنکنگ کپیسٹی۔</w:t>
      </w:r>
    </w:p>
    <w:p>
      <w:r>
        <w:rPr>
          <w:b/>
        </w:rPr>
        <w:t xml:space="preserve">[24:24] </w:t>
      </w:r>
      <w:r>
        <w:t>You have to study nice books.</w:t>
      </w:r>
    </w:p>
    <w:p>
      <w:pPr>
        <w:jc w:val="right"/>
      </w:pPr>
      <w:r>
        <w:t>یو ہیو ٹو اسٹڈی نائس بکس۔</w:t>
      </w:r>
    </w:p>
    <w:p>
      <w:r>
        <w:rPr>
          <w:b/>
        </w:rPr>
        <w:t xml:space="preserve">[24:27] </w:t>
      </w:r>
      <w:r>
        <w:t>You have to ponder over the universe.</w:t>
      </w:r>
    </w:p>
    <w:p>
      <w:pPr>
        <w:jc w:val="right"/>
      </w:pPr>
      <w:r>
        <w:t>یو ہیو ٹو پونڈر اوور دی یونیورس۔</w:t>
      </w:r>
    </w:p>
    <w:p>
      <w:r>
        <w:rPr>
          <w:b/>
        </w:rPr>
        <w:t xml:space="preserve">[24:30] </w:t>
      </w:r>
      <w:r>
        <w:t>Every thing has some message, some spiritual message.</w:t>
      </w:r>
    </w:p>
    <w:p>
      <w:pPr>
        <w:jc w:val="right"/>
      </w:pPr>
      <w:r>
        <w:t>ایوری تھنگ ہیز سم میسج، سم سپریچول میسج۔</w:t>
      </w:r>
    </w:p>
    <w:p>
      <w:r>
        <w:rPr>
          <w:b/>
        </w:rPr>
        <w:t xml:space="preserve">[24:33] </w:t>
      </w:r>
      <w:r>
        <w:t>So you have to find those messages.</w:t>
      </w:r>
    </w:p>
    <w:p>
      <w:pPr>
        <w:jc w:val="right"/>
      </w:pPr>
      <w:r>
        <w:t>سو یو ہیو ٹو فائنڈ دو میسجز۔</w:t>
      </w:r>
    </w:p>
    <w:p>
      <w:r>
        <w:rPr>
          <w:b/>
        </w:rPr>
        <w:t xml:space="preserve">[24:36] </w:t>
      </w:r>
      <w:r>
        <w:t>All these things are tools of intellectual development.</w:t>
      </w:r>
    </w:p>
    <w:p>
      <w:pPr>
        <w:jc w:val="right"/>
      </w:pPr>
      <w:r>
        <w:t>آل دیز تھنگز آر ٹولز آف انٹلیکچول ڈیولپمنٹ۔</w:t>
      </w:r>
    </w:p>
    <w:p>
      <w:r>
        <w:rPr>
          <w:b/>
        </w:rPr>
        <w:t xml:space="preserve">[24:40] </w:t>
      </w:r>
      <w:r>
        <w:t>So you have to refrain from, you have to refrain yourself from destruction.</w:t>
      </w:r>
    </w:p>
    <w:p>
      <w:pPr>
        <w:jc w:val="right"/>
      </w:pPr>
      <w:r>
        <w:t>سو یو ہیو ٹو ریفرین فرام، یو ہیو ٹو ریفرین یور سیلف فرام ڈسٹرکشن۔</w:t>
      </w:r>
    </w:p>
    <w:p>
      <w:r>
        <w:rPr>
          <w:b/>
        </w:rPr>
        <w:t xml:space="preserve">[24:46] </w:t>
      </w:r>
      <w:r>
        <w:t>Destruction is killer.</w:t>
      </w:r>
    </w:p>
    <w:p>
      <w:pPr>
        <w:jc w:val="right"/>
      </w:pPr>
      <w:r>
        <w:t>ڈسٹرکشن از کلر۔</w:t>
      </w:r>
    </w:p>
    <w:p>
      <w:r>
        <w:rPr>
          <w:b/>
        </w:rPr>
        <w:t xml:space="preserve">[24:47] </w:t>
      </w:r>
      <w:r>
        <w:t>Shopping is killer.</w:t>
      </w:r>
    </w:p>
    <w:p>
      <w:pPr>
        <w:jc w:val="right"/>
      </w:pPr>
      <w:r>
        <w:t>شاپنگ از کلر۔</w:t>
      </w:r>
    </w:p>
    <w:p>
      <w:r>
        <w:rPr>
          <w:b/>
        </w:rPr>
        <w:t xml:space="preserve">[24:49] </w:t>
      </w:r>
      <w:r>
        <w:t>Outing is killer.</w:t>
      </w:r>
    </w:p>
    <w:p>
      <w:pPr>
        <w:jc w:val="right"/>
      </w:pPr>
      <w:r>
        <w:t>اؤٹنگ از کلر۔</w:t>
      </w:r>
    </w:p>
    <w:p>
      <w:r>
        <w:rPr>
          <w:b/>
        </w:rPr>
        <w:t xml:space="preserve">[24:50] </w:t>
      </w:r>
      <w:r>
        <w:t>Ho-ha culture is killer.</w:t>
      </w:r>
    </w:p>
    <w:p>
      <w:pPr>
        <w:jc w:val="right"/>
      </w:pPr>
      <w:r>
        <w:t>ہو ہا کلچر از کلر۔</w:t>
      </w:r>
    </w:p>
    <w:p>
      <w:r>
        <w:rPr>
          <w:b/>
        </w:rPr>
        <w:t xml:space="preserve">[24:52] </w:t>
      </w:r>
      <w:r>
        <w:t>Present enjoyments are killer.</w:t>
      </w:r>
    </w:p>
    <w:p>
      <w:pPr>
        <w:jc w:val="right"/>
      </w:pPr>
      <w:r>
        <w:t>پریزنٹ انجوائمنٹس آر کلر۔</w:t>
      </w:r>
    </w:p>
    <w:p>
      <w:r>
        <w:rPr>
          <w:b/>
        </w:rPr>
        <w:t xml:space="preserve">[24:54] </w:t>
      </w:r>
      <w:r>
        <w:t>Be serious about your life.</w:t>
      </w:r>
    </w:p>
    <w:p>
      <w:pPr>
        <w:jc w:val="right"/>
      </w:pPr>
      <w:r>
        <w:t>بی سیریس اباؤٹ یور لائف۔</w:t>
      </w:r>
    </w:p>
    <w:p>
      <w:r>
        <w:rPr>
          <w:b/>
        </w:rPr>
        <w:t xml:space="preserve">[24:56] </w:t>
      </w:r>
      <w:r>
        <w:t>Be serious about your life.</w:t>
      </w:r>
    </w:p>
    <w:p>
      <w:pPr>
        <w:jc w:val="right"/>
      </w:pPr>
      <w:r>
        <w:t>بی سیریس اباؤٹ یور لائف۔</w:t>
      </w:r>
    </w:p>
    <w:p>
      <w:r>
        <w:rPr>
          <w:b/>
        </w:rPr>
        <w:t xml:space="preserve">[24:58] </w:t>
      </w:r>
      <w:r>
        <w:t>Don't waste time.</w:t>
      </w:r>
    </w:p>
    <w:p>
      <w:pPr>
        <w:jc w:val="right"/>
      </w:pPr>
      <w:r>
        <w:t>ڈونٹ ویسٹ ٹائم۔</w:t>
      </w:r>
    </w:p>
    <w:p>
      <w:r>
        <w:rPr>
          <w:b/>
        </w:rPr>
        <w:t xml:space="preserve">[25:00] </w:t>
      </w:r>
      <w:r>
        <w:t>Time is our most precious asset.</w:t>
      </w:r>
    </w:p>
    <w:p>
      <w:pPr>
        <w:jc w:val="right"/>
      </w:pPr>
      <w:r>
        <w:t>ٹائم از اور موسٹ پریشیس اسٹ۔</w:t>
      </w:r>
    </w:p>
    <w:p>
      <w:r>
        <w:rPr>
          <w:b/>
        </w:rPr>
        <w:t xml:space="preserve">[25:02] </w:t>
      </w:r>
      <w:r>
        <w:t>Time is our most precious asset.</w:t>
      </w:r>
    </w:p>
    <w:p>
      <w:pPr>
        <w:jc w:val="right"/>
      </w:pPr>
      <w:r>
        <w:t>ٹائم از اور موسٹ پریشیس اسٹ۔</w:t>
      </w:r>
    </w:p>
    <w:p>
      <w:r>
        <w:rPr>
          <w:b/>
        </w:rPr>
        <w:t xml:space="preserve">[25:05] </w:t>
      </w:r>
      <w:r>
        <w:t>So avail your time.</w:t>
      </w:r>
    </w:p>
    <w:p>
      <w:pPr>
        <w:jc w:val="right"/>
      </w:pPr>
      <w:r>
        <w:t>سو اویل یور ٹائم۔</w:t>
      </w:r>
    </w:p>
    <w:p>
      <w:r>
        <w:rPr>
          <w:b/>
        </w:rPr>
        <w:t xml:space="preserve">[25:07] </w:t>
      </w:r>
      <w:r>
        <w:t>Time is a precious opportunity.</w:t>
      </w:r>
    </w:p>
    <w:p>
      <w:pPr>
        <w:jc w:val="right"/>
      </w:pPr>
      <w:r>
        <w:t>ٹائم از ا پریشیس اپرچونیٹی۔</w:t>
      </w:r>
    </w:p>
    <w:p>
      <w:r>
        <w:rPr>
          <w:b/>
        </w:rPr>
        <w:t xml:space="preserve">[25:09] </w:t>
      </w:r>
      <w:r>
        <w:t>So avail your time, avail this opportunity for intellectual development, spiritual development, for study, for observation, for contemplation,</w:t>
      </w:r>
    </w:p>
    <w:p>
      <w:pPr>
        <w:jc w:val="right"/>
      </w:pPr>
      <w:r>
        <w:t>سو اویل یور ٹائم، اویل دس اپرچونیٹی فار انٹلیکچول ڈیولپمنٹ، سپریچول ڈیولپمنٹ، فار اسٹڈی، فار ابزرویشن، فار کنٹمپلیشن،</w:t>
      </w:r>
    </w:p>
    <w:p>
      <w:r>
        <w:rPr>
          <w:b/>
        </w:rPr>
        <w:t xml:space="preserve">[25:16] </w:t>
      </w:r>
      <w:r>
        <w:t>for taking lessons from the world.</w:t>
      </w:r>
    </w:p>
    <w:p>
      <w:pPr>
        <w:jc w:val="right"/>
      </w:pPr>
      <w:r>
        <w:t>فار ٹیکنگ لیسنز فرام دی ورلڈ۔</w:t>
      </w:r>
    </w:p>
    <w:p>
      <w:r>
        <w:rPr>
          <w:b/>
        </w:rPr>
        <w:t xml:space="preserve">[25:19] </w:t>
      </w:r>
      <w:r>
        <w:t>People are engaged in physical foods, and at the same time, there are so much spiritual foods.</w:t>
      </w:r>
    </w:p>
    <w:p>
      <w:pPr>
        <w:jc w:val="right"/>
      </w:pPr>
      <w:r>
        <w:t>پیپل آر انگیجڈ ان فزیکل فوڈز، اینڈ ایٹ دا سیم ٹائم، دیر آر سو مچ سپریچول فوڈز۔</w:t>
      </w:r>
    </w:p>
    <w:p>
      <w:r>
        <w:rPr>
          <w:b/>
        </w:rPr>
        <w:t xml:space="preserve">[25:26] </w:t>
      </w:r>
      <w:r>
        <w:t>Physical food is for our need.</w:t>
      </w:r>
    </w:p>
    <w:p>
      <w:pPr>
        <w:jc w:val="right"/>
      </w:pPr>
      <w:r>
        <w:t>فزیکل فوڈ از فار اور نیڈ۔</w:t>
      </w:r>
    </w:p>
    <w:p>
      <w:r>
        <w:rPr>
          <w:b/>
        </w:rPr>
        <w:t xml:space="preserve">[25:29] </w:t>
      </w:r>
      <w:r>
        <w:t>Physical food is only for our need, but spiritual food is for our development.</w:t>
      </w:r>
    </w:p>
    <w:p>
      <w:pPr>
        <w:jc w:val="right"/>
      </w:pPr>
      <w:r>
        <w:t>فزیکل فوڈ از اونلی فار اور نیڈ، بٹ سپریچول فوڈ از فار اور ڈیولپمنٹ۔</w:t>
      </w:r>
    </w:p>
    <w:p>
      <w:r>
        <w:rPr>
          <w:b/>
        </w:rPr>
        <w:t xml:space="preserve">[25:35] </w:t>
      </w:r>
      <w:r>
        <w:t>Intellectual development can be achieved only through spiritual food.</w:t>
      </w:r>
    </w:p>
    <w:p>
      <w:pPr>
        <w:jc w:val="right"/>
      </w:pPr>
      <w:r>
        <w:t>انٹلیکچول ڈیولپمنٹ کین بی اچیوڈ اونلی تھرو سپریچول فوڈ۔</w:t>
      </w:r>
    </w:p>
    <w:p>
      <w:r>
        <w:rPr>
          <w:b/>
        </w:rPr>
        <w:t xml:space="preserve">[25:39] </w:t>
      </w:r>
      <w:r>
        <w:t>You know, physical health can be achieved through physical food, but the intellectual health, intellectual development can be</w:t>
      </w:r>
    </w:p>
    <w:p>
      <w:pPr>
        <w:jc w:val="right"/>
      </w:pPr>
      <w:r>
        <w:t>یو نو، فزیکل ہیلتھ کین بی اچیوڈ تھرو فزیکل فوڈ، بٹ دا انٹلیکچول ہیلتھ، انٹلیکچول ڈیولپمنٹ کین بی</w:t>
      </w:r>
    </w:p>
    <w:p>
      <w:r>
        <w:rPr>
          <w:b/>
        </w:rPr>
        <w:t xml:space="preserve">[25:46] </w:t>
      </w:r>
      <w:r>
        <w:t>achieved only through spiritual food.</w:t>
      </w:r>
    </w:p>
    <w:p>
      <w:pPr>
        <w:jc w:val="right"/>
      </w:pPr>
      <w:r>
        <w:t>اچیوڈ اونلی تھرو سپریچول فوڈ۔</w:t>
      </w:r>
    </w:p>
    <w:p>
      <w:r>
        <w:rPr>
          <w:b/>
        </w:rPr>
        <w:t xml:space="preserve">[25:49] </w:t>
      </w:r>
      <w:r>
        <w:t>So spiritual food is, spiritual food gives you intellectual health.</w:t>
      </w:r>
    </w:p>
    <w:p>
      <w:pPr>
        <w:jc w:val="right"/>
      </w:pPr>
      <w:r>
        <w:t>سو سپریچول فوڈ از، سپریچول فوڈ گیوز یو انٹلیکچول ہیلتھ۔</w:t>
      </w:r>
    </w:p>
    <w:p>
      <w:r>
        <w:rPr>
          <w:b/>
        </w:rPr>
        <w:t xml:space="preserve">[25:53] </w:t>
      </w:r>
      <w:r>
        <w:t>Physical food gives you physical health, and spiritual food gives you intellectual health.</w:t>
      </w:r>
    </w:p>
    <w:p>
      <w:pPr>
        <w:jc w:val="right"/>
      </w:pPr>
      <w:r>
        <w:t>فزیکل فوڈ گیوز یو فزیکل ہیلتھ، اینڈ سپریچول فوڈ گیوز یو انٹلیکچول ہیلتھ۔</w:t>
      </w:r>
    </w:p>
    <w:p>
      <w:r>
        <w:rPr>
          <w:b/>
        </w:rPr>
        <w:t xml:space="preserve">[25:58] </w:t>
      </w:r>
      <w:r>
        <w:t>So be cautious, be sincere, adopt the way of sanity.</w:t>
      </w:r>
    </w:p>
    <w:p>
      <w:pPr>
        <w:jc w:val="right"/>
      </w:pPr>
      <w:r>
        <w:t>سو بی کاشس، بی سنسیر، اڈاپٹ دا وے آف سنٹی۔</w:t>
      </w:r>
    </w:p>
    <w:p>
      <w:r>
        <w:rPr>
          <w:b/>
        </w:rPr>
        <w:t xml:space="preserve">[26:03] </w:t>
      </w:r>
      <w:r>
        <w:t>I can say that most important use of time is to use it in the way of intellectual</w:t>
      </w:r>
    </w:p>
    <w:p>
      <w:pPr>
        <w:jc w:val="right"/>
      </w:pPr>
      <w:r>
        <w:t>ائی کین سے دیٹ موسٹ امپورٹنٹ یوز آف ٹائم از ٹو یوز اٹ ان دا وے آف انٹلیکچول</w:t>
      </w:r>
    </w:p>
    <w:p>
      <w:r>
        <w:rPr>
          <w:b/>
        </w:rPr>
        <w:t xml:space="preserve">[26:10] </w:t>
      </w:r>
      <w:r>
        <w:t>development, because without intellectual development, you cannot understand anything.</w:t>
      </w:r>
    </w:p>
    <w:p>
      <w:pPr>
        <w:jc w:val="right"/>
      </w:pPr>
      <w:r>
        <w:t>ڈیولپمنٹ، بیکاز وداؤٹ انٹلیکچول ڈیولپمنٹ، یو کینٹ انڈرسٹینڈ اینی تھنگ۔</w:t>
      </w:r>
    </w:p>
    <w:p>
      <w:r>
        <w:rPr>
          <w:b/>
        </w:rPr>
        <w:t xml:space="preserve">[26:15] </w:t>
      </w:r>
      <w:r>
        <w:t>I always feel that present people have developed a kind of intellectual gap.</w:t>
      </w:r>
    </w:p>
    <w:p>
      <w:pPr>
        <w:jc w:val="right"/>
      </w:pPr>
      <w:r>
        <w:t>ائی الویز فیل دیٹ پریزنٹ پیپل ہیو ڈیولپڈ ا کائنڈ آف انٹلیکچول گیپ۔</w:t>
      </w:r>
    </w:p>
    <w:p>
      <w:r>
        <w:rPr>
          <w:b/>
        </w:rPr>
        <w:t xml:space="preserve">[26:20] </w:t>
      </w:r>
      <w:r>
        <w:t>They cannot understand anything.</w:t>
      </w:r>
    </w:p>
    <w:p>
      <w:pPr>
        <w:jc w:val="right"/>
      </w:pPr>
      <w:r>
        <w:t>دے کین ناٹ انڈرسٹینڈ اینی تھنگ۔</w:t>
      </w:r>
    </w:p>
    <w:p>
      <w:r>
        <w:rPr>
          <w:b/>
        </w:rPr>
        <w:t xml:space="preserve">[26:23] </w:t>
      </w:r>
      <w:r>
        <w:t>Any great idea is not understandable for these people.</w:t>
      </w:r>
    </w:p>
    <w:p>
      <w:pPr>
        <w:jc w:val="right"/>
      </w:pPr>
      <w:r>
        <w:t>اینی گریٹ آئیڈیا از ناٹ انڈرسٹینڈبل فار دیز پیپل۔</w:t>
      </w:r>
    </w:p>
    <w:p>
      <w:r>
        <w:rPr>
          <w:b/>
        </w:rPr>
        <w:t xml:space="preserve">[26:27] </w:t>
      </w:r>
      <w:r>
        <w:t>If you, if you produce a great idea, then people cannot understand it, because there is intellectual</w:t>
      </w:r>
    </w:p>
    <w:p>
      <w:pPr>
        <w:jc w:val="right"/>
      </w:pPr>
      <w:r>
        <w:t>اف یو، اف یو پروڈیوس ا گریٹ آئیڈیا، دین پیپل کین ناٹ انڈرسٹینڈ اٹ، بیکاز دیر از انٹلیکچول</w:t>
      </w:r>
    </w:p>
    <w:p>
      <w:r>
        <w:rPr>
          <w:b/>
        </w:rPr>
        <w:t xml:space="preserve">[26:34] </w:t>
      </w:r>
      <w:r>
        <w:t>development.</w:t>
      </w:r>
    </w:p>
    <w:p>
      <w:pPr>
        <w:jc w:val="right"/>
      </w:pPr>
      <w:r>
        <w:t>ڈیولپمنٹ۔</w:t>
      </w:r>
    </w:p>
    <w:p>
      <w:r>
        <w:rPr>
          <w:b/>
        </w:rPr>
        <w:t xml:space="preserve">[26:36] </w:t>
      </w:r>
      <w:r>
        <w:t>They are busy in gossips, they are busy in shopping, they are busy in superfice kind of activities.</w:t>
      </w:r>
    </w:p>
    <w:p>
      <w:pPr>
        <w:jc w:val="right"/>
      </w:pPr>
      <w:r>
        <w:t>دے آر بزی ان گوسپس، دے آر بزی ان شاپنگ، دے آر بزی ان سپرفیس کائنڈ آف ایکٹیویٹیز۔</w:t>
      </w:r>
    </w:p>
    <w:p>
      <w:r>
        <w:rPr>
          <w:b/>
        </w:rPr>
        <w:t xml:space="preserve">[26:44] </w:t>
      </w:r>
      <w:r>
        <w:t>So, intellectually, they are draft.</w:t>
      </w:r>
    </w:p>
    <w:p>
      <w:pPr>
        <w:jc w:val="right"/>
      </w:pPr>
      <w:r>
        <w:t>سو انٹلیکچولی، دے آر ڈرافٹ۔</w:t>
      </w:r>
    </w:p>
    <w:p>
      <w:r>
        <w:rPr>
          <w:b/>
        </w:rPr>
        <w:t xml:space="preserve">[26:46] </w:t>
      </w:r>
      <w:r>
        <w:t>Physically, they are rich, but intellectually, they are draft.</w:t>
      </w:r>
    </w:p>
    <w:p>
      <w:pPr>
        <w:jc w:val="right"/>
      </w:pPr>
      <w:r>
        <w:t>فزیکلی، دے آر رچ، بٹ انٹلیکچولی، دے آر ڈرافٹ۔</w:t>
      </w:r>
    </w:p>
    <w:p>
      <w:r>
        <w:rPr>
          <w:b/>
        </w:rPr>
        <w:t xml:space="preserve">[26:50] </w:t>
      </w:r>
      <w:r>
        <w:t>There is a present scene.</w:t>
      </w:r>
    </w:p>
    <w:p>
      <w:pPr>
        <w:jc w:val="right"/>
      </w:pPr>
      <w:r>
        <w:t>دے از ا پریزنٹ سین۔</w:t>
      </w:r>
    </w:p>
    <w:p>
      <w:r>
        <w:rPr>
          <w:b/>
        </w:rPr>
        <w:t xml:space="preserve">[26:52] </w:t>
      </w:r>
      <w:r>
        <w:t>So I can say that if you want to, if you want to live a rabbani life,</w:t>
      </w:r>
    </w:p>
    <w:p>
      <w:pPr>
        <w:jc w:val="right"/>
      </w:pPr>
      <w:r>
        <w:t>سو ائی کین سے دیٹ اف یو وانٹ ٹو، اف یو وانٹ ٹو لیو ا اور بانی لائف،</w:t>
      </w:r>
    </w:p>
    <w:p>
      <w:r>
        <w:rPr>
          <w:b/>
        </w:rPr>
        <w:t xml:space="preserve">[27:00] </w:t>
      </w:r>
      <w:r>
        <w:t>If you want to live a divine life, you want to, if you want to adopt the culture</w:t>
      </w:r>
    </w:p>
    <w:p>
      <w:pPr>
        <w:jc w:val="right"/>
      </w:pPr>
      <w:r>
        <w:t>اف یو وانٹ ٹو لیو ا ڈیوائن لائف، یو وانٹ ٹو، اف یو وانٹ ٹو اڈاپٹ دا کلچر</w:t>
      </w:r>
    </w:p>
    <w:p>
      <w:r>
        <w:rPr>
          <w:b/>
        </w:rPr>
        <w:t xml:space="preserve">[27:07] </w:t>
      </w:r>
      <w:r>
        <w:t>of Paradise, then you have to develop your mind, because without intellectual development, you cannot understand any</w:t>
      </w:r>
    </w:p>
    <w:p>
      <w:pPr>
        <w:jc w:val="right"/>
      </w:pPr>
      <w:r>
        <w:t>آف پیرادائز، دین یو ہیو ٹو ڈیولپ یور مائنڈ، بیکاز وداؤٹ انٹلیکچول ڈیولپمنٹ، یو کین ناٹ انڈرسٹینڈ اینی</w:t>
      </w:r>
    </w:p>
    <w:p>
      <w:r>
        <w:rPr>
          <w:b/>
        </w:rPr>
        <w:t xml:space="preserve">[27:15] </w:t>
      </w:r>
      <w:r>
        <w:t>thing.</w:t>
      </w:r>
    </w:p>
    <w:p>
      <w:pPr>
        <w:jc w:val="right"/>
      </w:pPr>
      <w:r>
        <w:t>تھنگ۔</w:t>
      </w:r>
    </w:p>
    <w:p>
      <w:r>
        <w:rPr>
          <w:b/>
        </w:rPr>
        <w:t xml:space="preserve">[27:16] </w:t>
      </w:r>
      <w:r>
        <w:t>اور mind has great capacity, great capacity, but you have to train your mind.</w:t>
      </w:r>
    </w:p>
    <w:p>
      <w:pPr>
        <w:jc w:val="right"/>
      </w:pPr>
      <w:r>
        <w:t>اور مائنڈ ہیز گریٹ کپیسٹی، گریٹ کپیسٹی، بٹ یو ہیو ٹو ٹرین یور مائنڈ۔</w:t>
      </w:r>
    </w:p>
    <w:p>
      <w:r>
        <w:rPr>
          <w:b/>
        </w:rPr>
        <w:t xml:space="preserve">[27:22] </w:t>
      </w:r>
      <w:r>
        <w:t>Without training, your mind becomes in a dormant position.</w:t>
      </w:r>
    </w:p>
    <w:p>
      <w:pPr>
        <w:jc w:val="right"/>
      </w:pPr>
      <w:r>
        <w:t>وداؤٹ ٹریننگ، یور مائنڈ از بیکمز ان ا ڈارمنٹ پوزیشن۔</w:t>
      </w:r>
    </w:p>
    <w:p>
      <w:r>
        <w:rPr>
          <w:b/>
        </w:rPr>
        <w:t xml:space="preserve">[27:27] </w:t>
      </w:r>
      <w:r>
        <w:t>aur mind has great capacity, but all these capacity are in dormant position.</w:t>
      </w:r>
    </w:p>
    <w:p>
      <w:pPr>
        <w:jc w:val="right"/>
      </w:pPr>
      <w:r>
        <w:t>اور مائنڈ ہیز گریٹ کپیسٹی، بٹ آل دیز کپیسٹی آر ان ڈارمنٹ پوزیشن۔</w:t>
      </w:r>
    </w:p>
    <w:p>
      <w:r>
        <w:rPr>
          <w:b/>
        </w:rPr>
        <w:t xml:space="preserve">[27:32] </w:t>
      </w:r>
      <w:r>
        <w:t>So we have to awaken our mind.</w:t>
      </w:r>
    </w:p>
    <w:p>
      <w:pPr>
        <w:jc w:val="right"/>
      </w:pPr>
      <w:r>
        <w:t>سو وی ہیو ٹو اویکن اور مائنڈ۔</w:t>
      </w:r>
    </w:p>
    <w:p>
      <w:r>
        <w:rPr>
          <w:b/>
        </w:rPr>
        <w:t xml:space="preserve">[27:35] </w:t>
      </w:r>
      <w:r>
        <w:t>So you have to use those capacity by training, by the way of training.</w:t>
      </w:r>
    </w:p>
    <w:p>
      <w:pPr>
        <w:jc w:val="right"/>
      </w:pPr>
      <w:r>
        <w:t>سو یو ہیو ٹو یوز دو کپیسٹی بائی ٹریننگ، بائی دا وے آف ٹریننگ۔</w:t>
      </w:r>
    </w:p>
    <w:p>
      <w:r>
        <w:rPr>
          <w:b/>
        </w:rPr>
        <w:t xml:space="preserve">[27:41] </w:t>
      </w:r>
      <w:r>
        <w:t>تو فرسٹ آف آل، you have to develop your intellectual ability.</w:t>
      </w:r>
    </w:p>
    <w:p>
      <w:pPr>
        <w:jc w:val="right"/>
      </w:pPr>
      <w:r>
        <w:t>تو فرسٹ آف آل، یو ہیو ٹو ڈیولپ یور انٹلیکچول ایبیلیٹی۔</w:t>
      </w:r>
    </w:p>
    <w:p>
      <w:r>
        <w:rPr>
          <w:b/>
        </w:rPr>
        <w:t xml:space="preserve">[27:46] </w:t>
      </w:r>
      <w:r>
        <w:t>First of all, you have to develop thinking in your mind.</w:t>
      </w:r>
    </w:p>
    <w:p>
      <w:pPr>
        <w:jc w:val="right"/>
      </w:pPr>
      <w:r>
        <w:t>فرسٹ آف آل، یو ہیو ٹو ڈیولپ تھنکنگ یور مائنڈ۔</w:t>
      </w:r>
    </w:p>
    <w:p>
      <w:r>
        <w:rPr>
          <w:b/>
        </w:rPr>
        <w:t xml:space="preserve">[27:50] </w:t>
      </w:r>
      <w:r>
        <w:t>People know the value of a degree.</w:t>
      </w:r>
    </w:p>
    <w:p>
      <w:pPr>
        <w:jc w:val="right"/>
      </w:pPr>
      <w:r>
        <w:t>پیپل نو دا ویلیو آف ا ڈگری۔</w:t>
      </w:r>
    </w:p>
    <w:p>
      <w:r>
        <w:rPr>
          <w:b/>
        </w:rPr>
        <w:t xml:space="preserve">[27:53] </w:t>
      </w:r>
      <w:r>
        <w:t>People know the value of professional education.</w:t>
      </w:r>
    </w:p>
    <w:p>
      <w:pPr>
        <w:jc w:val="right"/>
      </w:pPr>
      <w:r>
        <w:t>پیپل نو دا ویلیو آف پروفیشنل ایجوکیشن۔</w:t>
      </w:r>
    </w:p>
    <w:p>
      <w:r>
        <w:rPr>
          <w:b/>
        </w:rPr>
        <w:t xml:space="preserve">[27:56] </w:t>
      </w:r>
      <w:r>
        <w:t>They don't know the value of intellectual development.</w:t>
      </w:r>
    </w:p>
    <w:p>
      <w:pPr>
        <w:jc w:val="right"/>
      </w:pPr>
      <w:r>
        <w:t>دے ڈونٹ نو دا ویلیو آف انٹلیکچول ڈیولپمنٹ۔</w:t>
      </w:r>
    </w:p>
    <w:p>
      <w:r>
        <w:rPr>
          <w:b/>
        </w:rPr>
        <w:t xml:space="preserve">[28:00] </w:t>
      </w:r>
      <w:r>
        <w:t>I can say that the value of intellectual development is greater than all other kinds of education, because</w:t>
      </w:r>
    </w:p>
    <w:p>
      <w:pPr>
        <w:jc w:val="right"/>
      </w:pPr>
      <w:r>
        <w:t>ائی کین سے دیٹ دا ویلیو آف انٹلیکچول ڈیولپمنٹ از گریٹر دین آل ادر کائنڈز آف ایجوکیشن، بیکاز</w:t>
      </w:r>
    </w:p>
    <w:p>
      <w:r>
        <w:rPr>
          <w:b/>
        </w:rPr>
        <w:t xml:space="preserve">[28:07] </w:t>
      </w:r>
      <w:r>
        <w:t>Without intellectual development, you can understand great ideas, deeper things, the meaning of the universe.</w:t>
      </w:r>
    </w:p>
    <w:p>
      <w:pPr>
        <w:jc w:val="right"/>
      </w:pPr>
      <w:r>
        <w:t>وداؤٹ انٹلیکچول ڈیولپمنٹ، یو کین انڈرسٹینڈ گریٹ آئیڈیاز، ڈیپر تھنگز، دا میننگ آف دا یونیورس۔</w:t>
      </w:r>
    </w:p>
    <w:p>
      <w:r>
        <w:rPr>
          <w:b/>
        </w:rPr>
        <w:t xml:space="preserve">[28:14] </w:t>
      </w:r>
      <w:r>
        <w:t>So I will suggest that you have to develop your mind.</w:t>
      </w:r>
    </w:p>
    <w:p>
      <w:pPr>
        <w:jc w:val="right"/>
      </w:pPr>
      <w:r>
        <w:t>سو ائی ویل سجیسٹ دیٹ یو ہیو ٹو ڈیولپ یور مائنڈ۔</w:t>
      </w:r>
    </w:p>
    <w:p>
      <w:r>
        <w:rPr>
          <w:b/>
        </w:rPr>
        <w:t xml:space="preserve">[28:19] </w:t>
      </w:r>
      <w:r>
        <w:t>Intellectual development is the greatest thing in this world.</w:t>
      </w:r>
    </w:p>
    <w:p>
      <w:pPr>
        <w:jc w:val="right"/>
      </w:pPr>
      <w:r>
        <w:t>انٹلیکچول ڈیولپمنٹ از دا گریٹسٹ تھنگ ان دس ورلڈ۔</w:t>
      </w:r>
    </w:p>
    <w:p>
      <w:r>
        <w:rPr>
          <w:b/>
        </w:rPr>
        <w:t xml:space="preserve">[28:22] </w:t>
      </w:r>
      <w:r>
        <w:t>aqool qawli haza wastaghfirullah al-ali al-azim</w:t>
      </w:r>
    </w:p>
    <w:p>
      <w:pPr>
        <w:jc w:val="right"/>
      </w:pPr>
      <w:r>
        <w:t>اقول قولی ھذا واستغفراللہ العلی العظیم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