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Belief System of Islam I 1st August 07</w:t>
      </w:r>
    </w:p>
    <w:p>
      <w:r>
        <w:t>https://www.youtube.com/watch?v=w_Msm3jre-w</w:t>
      </w:r>
    </w:p>
    <w:p>
      <w:r>
        <w:rPr>
          <w:b/>
        </w:rPr>
        <w:t xml:space="preserve">[00:21] </w:t>
      </w:r>
      <w:r>
        <w:t>bismillah al-rahman al-rahim, wasallallahu ala al-nabi al-kareem.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[00:24] </w:t>
      </w:r>
      <w:r>
        <w:t>rab ishrah li sadri, wa yassir li amri, wahlu al-uqdatan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[00:30] </w:t>
      </w:r>
      <w:r>
        <w:t>The topic for this day is the belief system of Islam.</w:t>
      </w:r>
    </w:p>
    <w:p>
      <w:pPr>
        <w:jc w:val="right"/>
      </w:pPr>
      <w:r>
        <w:t>دا ٹاپک فار دس ڈے از دا بیلیف سسٹم آف اسلام۔</w:t>
      </w:r>
    </w:p>
    <w:p>
      <w:r>
        <w:rPr>
          <w:b/>
        </w:rPr>
        <w:t xml:space="preserve">[00:35] </w:t>
      </w:r>
      <w:r>
        <w:t>The belief system of Islam is based on three important tenets, three important teachings.</w:t>
      </w:r>
    </w:p>
    <w:p>
      <w:pPr>
        <w:jc w:val="right"/>
      </w:pPr>
      <w:r>
        <w:t>دا بیلیف سسٹم آف اسلام از بیسڈ آن تھری امپورٹنٹ ٹینٹس، تھری امپورٹنٹ ٹیچنگز۔</w:t>
      </w:r>
    </w:p>
    <w:p>
      <w:r>
        <w:rPr>
          <w:b/>
        </w:rPr>
        <w:t xml:space="preserve">[00:41] </w:t>
      </w:r>
      <w:r>
        <w:t>That is Tawhid, Risalat, Akhirat, oneness of God, prophethood, and world hereafter.</w:t>
      </w:r>
    </w:p>
    <w:p>
      <w:pPr>
        <w:jc w:val="right"/>
      </w:pPr>
      <w:r>
        <w:t>دیٹ از توحید، رسالت، آخرت، وننس آف گاڈ، پرافٹ ہڈ، اینڈ ورلڈ ہیر آفٹر۔</w:t>
      </w:r>
    </w:p>
    <w:p>
      <w:r>
        <w:rPr>
          <w:b/>
        </w:rPr>
        <w:t xml:space="preserve">[00:47] </w:t>
      </w:r>
      <w:r>
        <w:t>These three tenets are basic principles in Islam.</w:t>
      </w:r>
    </w:p>
    <w:p>
      <w:pPr>
        <w:jc w:val="right"/>
      </w:pPr>
      <w:r>
        <w:t>دیز تھری ٹینٹس آر بیسک پرنسپل ان اسلام۔</w:t>
      </w:r>
    </w:p>
    <w:p>
      <w:r>
        <w:rPr>
          <w:b/>
        </w:rPr>
        <w:t xml:space="preserve">[00:50] </w:t>
      </w:r>
      <w:r>
        <w:t>These three tenets form the belief system of Islam.</w:t>
      </w:r>
    </w:p>
    <w:p>
      <w:pPr>
        <w:jc w:val="right"/>
      </w:pPr>
      <w:r>
        <w:t>دیز تھری ٹینٹس فارم دا بیلیف سسٹم آف اسلام۔</w:t>
      </w:r>
    </w:p>
    <w:p>
      <w:r>
        <w:rPr>
          <w:b/>
        </w:rPr>
        <w:t xml:space="preserve">[00:54] </w:t>
      </w:r>
      <w:r>
        <w:t>Today I would like to say something.</w:t>
      </w:r>
    </w:p>
    <w:p>
      <w:pPr>
        <w:jc w:val="right"/>
      </w:pPr>
      <w:r>
        <w:t>ٹوڈے آئی وڈ لائک ٹو سے سمتھنگ۔</w:t>
      </w:r>
    </w:p>
    <w:p>
      <w:r>
        <w:rPr>
          <w:b/>
        </w:rPr>
        <w:t xml:space="preserve">[00:57] </w:t>
      </w:r>
      <w:r>
        <w:t>Today I would like to say a few words about these three aspects of Islamic belief.</w:t>
      </w:r>
    </w:p>
    <w:p>
      <w:pPr>
        <w:jc w:val="right"/>
      </w:pPr>
      <w:r>
        <w:t>ٹوڈے آئی وڈ لائک ٹو سے ا فیو ورڈز اباؤٹ دیز تھری اسپیکٹ آف اسلامک بیلیف۔</w:t>
      </w:r>
    </w:p>
    <w:p>
      <w:r>
        <w:rPr>
          <w:b/>
        </w:rPr>
        <w:t xml:space="preserve">[01:04] </w:t>
      </w:r>
      <w:r>
        <w:t>توحید means oneness of God.</w:t>
      </w:r>
    </w:p>
    <w:p>
      <w:pPr>
        <w:jc w:val="right"/>
      </w:pPr>
      <w:r>
        <w:t>توحید مینز وننس آف گاڈ۔</w:t>
      </w:r>
    </w:p>
    <w:p>
      <w:r>
        <w:rPr>
          <w:b/>
        </w:rPr>
        <w:t xml:space="preserve">[01:06] </w:t>
      </w:r>
      <w:r>
        <w:t>That is God is one.</w:t>
      </w:r>
    </w:p>
    <w:p>
      <w:pPr>
        <w:jc w:val="right"/>
      </w:pPr>
      <w:r>
        <w:t>دیٹ از گاڈ از ون۔</w:t>
      </w:r>
    </w:p>
    <w:p>
      <w:r>
        <w:rPr>
          <w:b/>
        </w:rPr>
        <w:t xml:space="preserve">[01:08] </w:t>
      </w:r>
      <w:r>
        <w:t>He is the only creator.</w:t>
      </w:r>
    </w:p>
    <w:p>
      <w:pPr>
        <w:jc w:val="right"/>
      </w:pPr>
      <w:r>
        <w:t>ہی از دا اونلی کریٹر۔</w:t>
      </w:r>
    </w:p>
    <w:p>
      <w:r>
        <w:rPr>
          <w:b/>
        </w:rPr>
        <w:t xml:space="preserve">[01:10] </w:t>
      </w:r>
      <w:r>
        <w:t>He is the only sustainer of the world.</w:t>
      </w:r>
    </w:p>
    <w:p>
      <w:pPr>
        <w:jc w:val="right"/>
      </w:pPr>
      <w:r>
        <w:t>ہی از دا اونلی سسٹینر آف دا ورلڈ۔</w:t>
      </w:r>
    </w:p>
    <w:p>
      <w:r>
        <w:rPr>
          <w:b/>
        </w:rPr>
        <w:t xml:space="preserve">[01:14] </w:t>
      </w:r>
      <w:r>
        <w:t>And He is the Day of He is the Lord of the Day of Judgment.</w:t>
      </w:r>
    </w:p>
    <w:p>
      <w:pPr>
        <w:jc w:val="right"/>
      </w:pPr>
      <w:r>
        <w:t>اینڈ ہی از دا ڈے آف ہی از دا لارڈ آف دا ڈے آف ججمنٹ۔</w:t>
      </w:r>
    </w:p>
    <w:p>
      <w:r>
        <w:rPr>
          <w:b/>
        </w:rPr>
        <w:t xml:space="preserve">[01:20] </w:t>
      </w:r>
      <w:r>
        <w:t>So this is tawhid.</w:t>
      </w:r>
    </w:p>
    <w:p>
      <w:pPr>
        <w:jc w:val="right"/>
      </w:pPr>
      <w:r>
        <w:t>سو دس از توحید۔</w:t>
      </w:r>
    </w:p>
    <w:p>
      <w:r>
        <w:rPr>
          <w:b/>
        </w:rPr>
        <w:t xml:space="preserve">[01:22] </w:t>
      </w:r>
      <w:r>
        <w:t>This concept is based on the belief in God.</w:t>
      </w:r>
    </w:p>
    <w:p>
      <w:pPr>
        <w:jc w:val="right"/>
      </w:pPr>
      <w:r>
        <w:t>دس کانسیپٹ از بیسڈ آن دی بیلیف ان گاڈ۔</w:t>
      </w:r>
    </w:p>
    <w:p>
      <w:r>
        <w:rPr>
          <w:b/>
        </w:rPr>
        <w:t xml:space="preserve">[01:26] </w:t>
      </w:r>
      <w:r>
        <w:t>You know, in previous human history, the anthropological studies show, anthropological studies show that in every age and</w:t>
      </w:r>
    </w:p>
    <w:p>
      <w:pPr>
        <w:jc w:val="right"/>
      </w:pPr>
      <w:r>
        <w:t>یو نو، ان پریویس ہیومن ہسٹری، دا انتھروپولوجیکل اسٹڈیز شو اینتھروپولوجیکل اسٹڈیز شو دیٹ ان ایوری ایج اینڈ</w:t>
      </w:r>
    </w:p>
    <w:p>
      <w:r>
        <w:rPr>
          <w:b/>
        </w:rPr>
        <w:t xml:space="preserve">[01:33] </w:t>
      </w:r>
      <w:r>
        <w:t>Every period, man was believer of God.</w:t>
      </w:r>
    </w:p>
    <w:p>
      <w:pPr>
        <w:jc w:val="right"/>
      </w:pPr>
      <w:r>
        <w:t>ایوری پیریڈ، مین واز بیلیور آف گاڈ۔</w:t>
      </w:r>
    </w:p>
    <w:p>
      <w:r>
        <w:rPr>
          <w:b/>
        </w:rPr>
        <w:t xml:space="preserve">[01:36] </w:t>
      </w:r>
      <w:r>
        <w:t>The only irreligious belief at the time was shirk.</w:t>
      </w:r>
    </w:p>
    <w:p>
      <w:pPr>
        <w:jc w:val="right"/>
      </w:pPr>
      <w:r>
        <w:t>دا اونلی اریلیجس بیلیف ایٹ دا ٹائم واز شرک۔</w:t>
      </w:r>
    </w:p>
    <w:p>
      <w:r>
        <w:rPr>
          <w:b/>
        </w:rPr>
        <w:t xml:space="preserve">[01:40] </w:t>
      </w:r>
      <w:r>
        <w:t>People were believing in God, but at the same time they were believing in shirk.</w:t>
      </w:r>
    </w:p>
    <w:p>
      <w:pPr>
        <w:jc w:val="right"/>
      </w:pPr>
      <w:r>
        <w:t>پیپل ویر بیلیونگ ان گاڈ، بٹ ایٹ دا سیم ٹائم دے ویر بیلیونگ ان شرک۔</w:t>
      </w:r>
    </w:p>
    <w:p>
      <w:r>
        <w:rPr>
          <w:b/>
        </w:rPr>
        <w:t xml:space="preserve">[01:47] </w:t>
      </w:r>
      <w:r>
        <w:t>Shirk means that they believed that there are some partners of God.</w:t>
      </w:r>
    </w:p>
    <w:p>
      <w:pPr>
        <w:jc w:val="right"/>
      </w:pPr>
      <w:r>
        <w:t>شرک مینز دیٹ دے بیلیوڈ دیٹ دیر آر سم پارٹنرز آف گاڈ۔</w:t>
      </w:r>
    </w:p>
    <w:p>
      <w:r>
        <w:rPr>
          <w:b/>
        </w:rPr>
        <w:t xml:space="preserve">[01:52] </w:t>
      </w:r>
      <w:r>
        <w:t>So, although they were believers of God, but at the same time they presumed, they supposed that their</w:t>
      </w:r>
    </w:p>
    <w:p>
      <w:pPr>
        <w:jc w:val="right"/>
      </w:pPr>
      <w:r>
        <w:t>سو، الدو دے ویر بیلیورز آف گاڈ، بٹ ایٹ دا سیم ٹائم دے پریزیومڈ، دے سپوزڈ دیٹ دیر</w:t>
      </w:r>
    </w:p>
    <w:p>
      <w:r>
        <w:rPr>
          <w:b/>
        </w:rPr>
        <w:t xml:space="preserve">[01:59] </w:t>
      </w:r>
      <w:r>
        <w:t>are some partners of God.</w:t>
      </w:r>
    </w:p>
    <w:p>
      <w:pPr>
        <w:jc w:val="right"/>
      </w:pPr>
      <w:r>
        <w:t>آر سم پارٹنرز آف گاڈ۔</w:t>
      </w:r>
    </w:p>
    <w:p>
      <w:r>
        <w:rPr>
          <w:b/>
        </w:rPr>
        <w:t xml:space="preserve">[02:02] </w:t>
      </w:r>
      <w:r>
        <w:t>So, God, so the concept of God was like a truism throughout the history.</w:t>
      </w:r>
    </w:p>
    <w:p>
      <w:pPr>
        <w:jc w:val="right"/>
      </w:pPr>
      <w:r>
        <w:t>سو، گاڈ، سو دا کانسیپٹ آف گاڈ واز لائک ایکشم ان تھروؤٹ دا ہسٹری۔</w:t>
      </w:r>
    </w:p>
    <w:p>
      <w:r>
        <w:rPr>
          <w:b/>
        </w:rPr>
        <w:t xml:space="preserve">[02:08] </w:t>
      </w:r>
      <w:r>
        <w:t>Now, after the advent of science, after the advent of modern science, for the first time in history,</w:t>
      </w:r>
    </w:p>
    <w:p>
      <w:pPr>
        <w:jc w:val="right"/>
      </w:pPr>
      <w:r>
        <w:t>ناو، آفٹر دی ایڈونٹ آف سائنس، آفٹر دی ایڈونٹ آف ماڈرن سائنس، فار دا فرسٹ ٹائم ان ہسٹری،</w:t>
      </w:r>
    </w:p>
    <w:p>
      <w:r>
        <w:rPr>
          <w:b/>
        </w:rPr>
        <w:t xml:space="preserve">[02:15] </w:t>
      </w:r>
      <w:r>
        <w:t>A new phenomena was seen.</w:t>
      </w:r>
    </w:p>
    <w:p>
      <w:pPr>
        <w:jc w:val="right"/>
      </w:pPr>
      <w:r>
        <w:t>ا نیو فیناومینا واز سین۔</w:t>
      </w:r>
    </w:p>
    <w:p>
      <w:r>
        <w:rPr>
          <w:b/>
        </w:rPr>
        <w:t xml:space="preserve">[02:17] </w:t>
      </w:r>
      <w:r>
        <w:t>That is atheism.</w:t>
      </w:r>
    </w:p>
    <w:p>
      <w:pPr>
        <w:jc w:val="right"/>
      </w:pPr>
      <w:r>
        <w:t>دیٹ از اتھیزم۔</w:t>
      </w:r>
    </w:p>
    <w:p>
      <w:r>
        <w:rPr>
          <w:b/>
        </w:rPr>
        <w:t xml:space="preserve">[02:19] </w:t>
      </w:r>
      <w:r>
        <w:t>Some people claim that science has disproved the existence of God.</w:t>
      </w:r>
    </w:p>
    <w:p>
      <w:pPr>
        <w:jc w:val="right"/>
      </w:pPr>
      <w:r>
        <w:t>سم پیپل کلیم دیٹ سائنس ہیز ڈسپروو دا ایگزسٹنس آف گاڈ۔</w:t>
      </w:r>
    </w:p>
    <w:p>
      <w:r>
        <w:rPr>
          <w:b/>
        </w:rPr>
        <w:t xml:space="preserve">[02:24] </w:t>
      </w:r>
      <w:r>
        <w:t>In the early phase of the science, they used to say that our world was, our world is,</w:t>
      </w:r>
    </w:p>
    <w:p>
      <w:pPr>
        <w:jc w:val="right"/>
      </w:pPr>
      <w:r>
        <w:t>ان دا ارلی فیز آف دا سائنس، دے یوز ٹو سے دیٹ اور ورلڈ واز، اور ورلڈ از،</w:t>
      </w:r>
    </w:p>
    <w:p>
      <w:r>
        <w:rPr>
          <w:b/>
        </w:rPr>
        <w:t xml:space="preserve">[02:31] </w:t>
      </w:r>
      <w:r>
        <w:t>is, is, is a material drama.</w:t>
      </w:r>
    </w:p>
    <w:p>
      <w:pPr>
        <w:jc w:val="right"/>
      </w:pPr>
      <w:r>
        <w:t>از، از، از ا مٹیریل ڈراما۔</w:t>
      </w:r>
    </w:p>
    <w:p>
      <w:r>
        <w:rPr>
          <w:b/>
        </w:rPr>
        <w:t xml:space="preserve">[02:34] </w:t>
      </w:r>
      <w:r>
        <w:t>There is no God.</w:t>
      </w:r>
    </w:p>
    <w:p>
      <w:pPr>
        <w:jc w:val="right"/>
      </w:pPr>
      <w:r>
        <w:t>دیر از نو گاڈ۔</w:t>
      </w:r>
    </w:p>
    <w:p>
      <w:r>
        <w:rPr>
          <w:b/>
        </w:rPr>
        <w:t xml:space="preserve">[02:36] </w:t>
      </w:r>
      <w:r>
        <w:t>All the activities are just a result of blind interplay of physical and chemical forces.</w:t>
      </w:r>
    </w:p>
    <w:p>
      <w:pPr>
        <w:jc w:val="right"/>
      </w:pPr>
      <w:r>
        <w:t>ال دا ایکٹیویٹیز آر جسٹ ا رزلٹ آف بلائنڈ انٹرپلے آف فزیکل اینڈ کیمیکل فورسز۔</w:t>
      </w:r>
    </w:p>
    <w:p>
      <w:r>
        <w:rPr>
          <w:b/>
        </w:rPr>
        <w:t xml:space="preserve">[02:42] </w:t>
      </w:r>
      <w:r>
        <w:t>blind interplay of physical and chemical forces.</w:t>
      </w:r>
    </w:p>
    <w:p>
      <w:pPr>
        <w:jc w:val="right"/>
      </w:pPr>
      <w:r>
        <w:t>بلائنڈ انٹرپلے آف فزیکل اینڈ اینڈ کیمیکل فورسز۔</w:t>
      </w:r>
    </w:p>
    <w:p>
      <w:r>
        <w:rPr>
          <w:b/>
        </w:rPr>
        <w:t xml:space="preserve">[02:46] </w:t>
      </w:r>
      <w:r>
        <w:t>This was believed in the first phase of scientific discoveries, but after the split of atom, everything</w:t>
      </w:r>
    </w:p>
    <w:p>
      <w:pPr>
        <w:jc w:val="right"/>
      </w:pPr>
      <w:r>
        <w:t>دس واز بیلیوڈ ان دی فرسٹ فیز آف سائنٹیفک ڈسکوریز، بٹ آفٹر دی سپلٹ آف ایٹم، ایوری تھنگ</w:t>
      </w:r>
    </w:p>
    <w:p>
      <w:r>
        <w:rPr>
          <w:b/>
        </w:rPr>
        <w:t xml:space="preserve">[02:53] </w:t>
      </w:r>
      <w:r>
        <w:t>was change.</w:t>
      </w:r>
    </w:p>
    <w:p>
      <w:pPr>
        <w:jc w:val="right"/>
      </w:pPr>
      <w:r>
        <w:t>واز چینج۔</w:t>
      </w:r>
    </w:p>
    <w:p>
      <w:r>
        <w:rPr>
          <w:b/>
        </w:rPr>
        <w:t xml:space="preserve">[02:55] </w:t>
      </w:r>
      <w:r>
        <w:t>Now, it was, it became, now, it became, um, now, it became impossible to to say that it</w:t>
      </w:r>
    </w:p>
    <w:p>
      <w:pPr>
        <w:jc w:val="right"/>
      </w:pPr>
      <w:r>
        <w:t>ناو، اٹ واز، اٹ بیکم، ناو، اٹ بیکم، ام، ناو، اٹ بیکم امپوسیبل ٹو ٹو سے دیٹ اٹ</w:t>
      </w:r>
    </w:p>
    <w:p>
      <w:r>
        <w:rPr>
          <w:b/>
        </w:rPr>
        <w:t xml:space="preserve">[03:03] </w:t>
      </w:r>
      <w:r>
        <w:t>is all a material drama, because all the material world except man was simply matters without any intelligent</w:t>
      </w:r>
    </w:p>
    <w:p>
      <w:pPr>
        <w:jc w:val="right"/>
      </w:pPr>
      <w:r>
        <w:t>از ال ا مٹیریل ڈراما، بیکاز ال دا مٹیریل ورلڈ ایکسیپٹ مین واز سمپلی میٹرز وداؤٹ اینی انٹیلیجنٹ</w:t>
      </w:r>
    </w:p>
    <w:p>
      <w:r>
        <w:rPr>
          <w:b/>
        </w:rPr>
        <w:t xml:space="preserve">[03:10] </w:t>
      </w:r>
      <w:r>
        <w:t>intelligence except human being.</w:t>
      </w:r>
    </w:p>
    <w:p>
      <w:pPr>
        <w:jc w:val="right"/>
      </w:pPr>
      <w:r>
        <w:t>انٹیلیجنس ایکسیپٹ ہیومن بینگ۔</w:t>
      </w:r>
    </w:p>
    <w:p>
      <w:r>
        <w:rPr>
          <w:b/>
        </w:rPr>
        <w:t xml:space="preserve">[03:12] </w:t>
      </w:r>
      <w:r>
        <w:t>There is no, there is, there is the thing in the vast universe that has intelligence.</w:t>
      </w:r>
    </w:p>
    <w:p>
      <w:pPr>
        <w:jc w:val="right"/>
      </w:pPr>
      <w:r>
        <w:t>دیر از نو، دیر از، دیر از دا تھنگ ان دی واسٹ یونیورس دیٹ ہیز انٹیلیجنس۔</w:t>
      </w:r>
    </w:p>
    <w:p>
      <w:r>
        <w:rPr>
          <w:b/>
        </w:rPr>
        <w:t xml:space="preserve">[03:19] </w:t>
      </w:r>
      <w:r>
        <w:t>All the stars, all the planets and solar system and everything in this vast universe.</w:t>
      </w:r>
    </w:p>
    <w:p>
      <w:pPr>
        <w:jc w:val="right"/>
      </w:pPr>
      <w:r>
        <w:t>ال دا سٹارز، ال دا پلینٹس اینڈ سولر سسٹم اینڈ ایوری تھنگ ان دس واسٹ یونیورس۔</w:t>
      </w:r>
    </w:p>
    <w:p>
      <w:r>
        <w:rPr>
          <w:b/>
        </w:rPr>
        <w:t xml:space="preserve">[03:26] </w:t>
      </w:r>
      <w:r>
        <w:t>You know, in this vast universe, there are so many things, countless things, but there is no intelligence.</w:t>
      </w:r>
    </w:p>
    <w:p>
      <w:pPr>
        <w:jc w:val="right"/>
      </w:pPr>
      <w:r>
        <w:t>یو نو، ان دس واسٹ یونیورس، دیر آر سو مینی تھنگز، کاؤنٹلیس تھنگز، بٹ دیر از نو انٹیلیجنس۔</w:t>
      </w:r>
    </w:p>
    <w:p>
      <w:r>
        <w:rPr>
          <w:b/>
        </w:rPr>
        <w:t xml:space="preserve">[03:33] </w:t>
      </w:r>
      <w:r>
        <w:t>But scientific discoveries show that there is intelligence behind all these activities, because the, the, the word science</w:t>
      </w:r>
    </w:p>
    <w:p>
      <w:pPr>
        <w:jc w:val="right"/>
      </w:pPr>
      <w:r>
        <w:t>بٹ سائنٹیفک ڈسکوریز شو دیٹ دیر از انٹیلیجنس بیہائنڈ ال دیز ایکٹیویٹیز، بیکاز دا، دا، دا ورلڈ سائنس</w:t>
      </w:r>
    </w:p>
    <w:p>
      <w:r>
        <w:rPr>
          <w:b/>
        </w:rPr>
        <w:t xml:space="preserve">[03:41] </w:t>
      </w:r>
      <w:r>
        <w:t>Discord was very, very meaningful.</w:t>
      </w:r>
    </w:p>
    <w:p>
      <w:pPr>
        <w:jc w:val="right"/>
      </w:pPr>
      <w:r>
        <w:t>ڈسکورڈ واز ویری، ویری میننگ فل۔</w:t>
      </w:r>
    </w:p>
    <w:p>
      <w:r>
        <w:rPr>
          <w:b/>
        </w:rPr>
        <w:t xml:space="preserve">[03:44] </w:t>
      </w:r>
      <w:r>
        <w:t>There was very, very harmony.</w:t>
      </w:r>
    </w:p>
    <w:p>
      <w:pPr>
        <w:jc w:val="right"/>
      </w:pPr>
      <w:r>
        <w:t>دیر واز ویری، ویری ہارمونی۔</w:t>
      </w:r>
    </w:p>
    <w:p>
      <w:r>
        <w:rPr>
          <w:b/>
        </w:rPr>
        <w:t xml:space="preserve">[03:46] </w:t>
      </w:r>
      <w:r>
        <w:t>Everywhere, there was mathematical precision.</w:t>
      </w:r>
    </w:p>
    <w:p>
      <w:pPr>
        <w:jc w:val="right"/>
      </w:pPr>
      <w:r>
        <w:t>ایوری ویر، دیر واز میتھمیٹیکل پریسیژن۔</w:t>
      </w:r>
    </w:p>
    <w:p>
      <w:r>
        <w:rPr>
          <w:b/>
        </w:rPr>
        <w:t xml:space="preserve">[03:48] </w:t>
      </w:r>
      <w:r>
        <w:t>Everywhere, there was mathematical order.</w:t>
      </w:r>
    </w:p>
    <w:p>
      <w:pPr>
        <w:jc w:val="right"/>
      </w:pPr>
      <w:r>
        <w:t>ایوری ویر، دیر واز میتھمیٹیکل آرڈر۔</w:t>
      </w:r>
    </w:p>
    <w:p>
      <w:r>
        <w:rPr>
          <w:b/>
        </w:rPr>
        <w:t xml:space="preserve">[03:51] </w:t>
      </w:r>
      <w:r>
        <w:t>So, it was impossible to understand.</w:t>
      </w:r>
    </w:p>
    <w:p>
      <w:pPr>
        <w:jc w:val="right"/>
      </w:pPr>
      <w:r>
        <w:t>سو، اٹ واز امپوسیبل ٹو انڈرسٹینڈ۔</w:t>
      </w:r>
    </w:p>
    <w:p>
      <w:r>
        <w:rPr>
          <w:b/>
        </w:rPr>
        <w:t xml:space="preserve">[03:54] </w:t>
      </w:r>
      <w:r>
        <w:t>It was impossible to believe that there is no intelligence in the universe.</w:t>
      </w:r>
    </w:p>
    <w:p>
      <w:pPr>
        <w:jc w:val="right"/>
      </w:pPr>
      <w:r>
        <w:t>اٹ واز امپوسیبل ٹو بیلیو دیٹ دیر از نو انٹیلیجنس ان دی یونیورس۔</w:t>
      </w:r>
    </w:p>
    <w:p>
      <w:r>
        <w:rPr>
          <w:b/>
        </w:rPr>
        <w:t xml:space="preserve">[03:59] </w:t>
      </w:r>
      <w:r>
        <w:t>So, in the second phase, people said that universe itself is intelligent universe.</w:t>
      </w:r>
    </w:p>
    <w:p>
      <w:pPr>
        <w:jc w:val="right"/>
      </w:pPr>
      <w:r>
        <w:t>سو، ان دا سیکنڈ فیز، پیپل سیڈ دیٹ یونیورس اٹ سیلف از انٹیلیجنٹ یونیورس۔</w:t>
      </w:r>
    </w:p>
    <w:p>
      <w:r>
        <w:rPr>
          <w:b/>
        </w:rPr>
        <w:t xml:space="preserve">[04:05] </w:t>
      </w:r>
      <w:r>
        <w:t>When Fred Hoyle published a book, Intelligent Universe.</w:t>
      </w:r>
    </w:p>
    <w:p>
      <w:pPr>
        <w:jc w:val="right"/>
      </w:pPr>
      <w:r>
        <w:t>ون فریڈ ہائل پبلش ا بک، انٹیلیجنٹ یونیورس۔</w:t>
      </w:r>
    </w:p>
    <w:p>
      <w:r>
        <w:rPr>
          <w:b/>
        </w:rPr>
        <w:t xml:space="preserve">[04:09] </w:t>
      </w:r>
      <w:r>
        <w:t>So, they claim that that our world is world of intelligence, but it was wrong.</w:t>
      </w:r>
    </w:p>
    <w:p>
      <w:pPr>
        <w:jc w:val="right"/>
      </w:pPr>
      <w:r>
        <w:t>سو، دے کلیم دیٹ دیٹ اور ورلڈ از ورلڈ آف انٹیلیجنس، بٹ اٹ واز رونگ۔</w:t>
      </w:r>
    </w:p>
    <w:p>
      <w:r>
        <w:rPr>
          <w:b/>
        </w:rPr>
        <w:t xml:space="preserve">[04:15] </w:t>
      </w:r>
      <w:r>
        <w:t>All these scientific discoveries disprove this notion.</w:t>
      </w:r>
    </w:p>
    <w:p>
      <w:pPr>
        <w:jc w:val="right"/>
      </w:pPr>
      <w:r>
        <w:t>ال دیز سائنٹیفک ڈسکوریز ڈسپروو دس نوشن۔</w:t>
      </w:r>
    </w:p>
    <w:p>
      <w:r>
        <w:rPr>
          <w:b/>
        </w:rPr>
        <w:t xml:space="preserve">[04:18] </w:t>
      </w:r>
      <w:r>
        <w:t>So, now, the position is that we have no trace at all to prove that in, that, that,</w:t>
      </w:r>
    </w:p>
    <w:p>
      <w:pPr>
        <w:jc w:val="right"/>
      </w:pPr>
      <w:r>
        <w:t>سو، ناو، دا پوزیشن از دیٹ وی ہیو نو ٹریس ایٹ آل ٹو پروف دیٹ ان، دیٹ، دیٹ،</w:t>
      </w:r>
    </w:p>
    <w:p>
      <w:r>
        <w:rPr>
          <w:b/>
        </w:rPr>
        <w:t xml:space="preserve">[04:26] </w:t>
      </w:r>
      <w:r>
        <w:t>That universe is an intelligent universe, but there is intelligence behind the universe.</w:t>
      </w:r>
    </w:p>
    <w:p>
      <w:pPr>
        <w:jc w:val="right"/>
      </w:pPr>
      <w:r>
        <w:t>دیٹ یونیورس از این انٹیلیجنٹ یونیورس، بٹ دیر از انٹیلیجنس بیہائنڈ دی یونیورس۔</w:t>
      </w:r>
    </w:p>
    <w:p>
      <w:r>
        <w:rPr>
          <w:b/>
        </w:rPr>
        <w:t xml:space="preserve">[04:31] </w:t>
      </w:r>
      <w:r>
        <w:t>So, how to explain? How to explain? Because no, there is no proof at all that, that, that,</w:t>
      </w:r>
    </w:p>
    <w:p>
      <w:pPr>
        <w:jc w:val="right"/>
      </w:pPr>
      <w:r>
        <w:t>سو، ہاؤ ٹو ایکسپلین؟ ہاؤ ٹو ایکسپلین؟ بیکاز نو، دیر از نو پروف ایٹ آل دیٹ، دیٹ، دیٹ،</w:t>
      </w:r>
    </w:p>
    <w:p>
      <w:r>
        <w:rPr>
          <w:b/>
        </w:rPr>
        <w:t xml:space="preserve">[04:39] </w:t>
      </w:r>
      <w:r>
        <w:t>that the universe itself is an intelligent universe.</w:t>
      </w:r>
    </w:p>
    <w:p>
      <w:pPr>
        <w:jc w:val="right"/>
      </w:pPr>
      <w:r>
        <w:t>دیٹ دی یونیورس اٹ سیلف از این انٹیلیجنٹ یونیورس۔</w:t>
      </w:r>
    </w:p>
    <w:p>
      <w:r>
        <w:rPr>
          <w:b/>
        </w:rPr>
        <w:t xml:space="preserve">[04:43] </w:t>
      </w:r>
      <w:r>
        <w:t>There is no scientific proof towards this notion.</w:t>
      </w:r>
    </w:p>
    <w:p>
      <w:pPr>
        <w:jc w:val="right"/>
      </w:pPr>
      <w:r>
        <w:t>دیر از نو سائنٹیفک پروف ٹورڈز دس نوشن۔</w:t>
      </w:r>
    </w:p>
    <w:p>
      <w:r>
        <w:rPr>
          <w:b/>
        </w:rPr>
        <w:t xml:space="preserve">[04:46] </w:t>
      </w:r>
      <w:r>
        <w:t>So, now, the question is, according to these, as people, they say that if God created the</w:t>
      </w:r>
    </w:p>
    <w:p>
      <w:pPr>
        <w:jc w:val="right"/>
      </w:pPr>
      <w:r>
        <w:t>سو، ناو، دا کوئسچن از اکارڈنگ ٹو دیز ا سی پیپل، دے سے دیٹ اف گاڈ کریٹڈ دا</w:t>
      </w:r>
    </w:p>
    <w:p>
      <w:r>
        <w:rPr>
          <w:b/>
        </w:rPr>
        <w:t xml:space="preserve">[04:54] </w:t>
      </w:r>
      <w:r>
        <w:t>Universe, then who created the God? If God created Universe, then who created God? But this question is</w:t>
      </w:r>
    </w:p>
    <w:p>
      <w:pPr>
        <w:jc w:val="right"/>
      </w:pPr>
      <w:r>
        <w:t>یونیورس، دین ہو کریٹڈ دا گاڈ؟ اف گاڈ کریٹڈ یونیورس، دین ہو کریٹڈ گاڈ؟ بٹ دس کوئسچن از</w:t>
      </w:r>
    </w:p>
    <w:p>
      <w:r>
        <w:rPr>
          <w:b/>
        </w:rPr>
        <w:t xml:space="preserve">[05:02] </w:t>
      </w:r>
      <w:r>
        <w:t>illogical, illogical.</w:t>
      </w:r>
    </w:p>
    <w:p>
      <w:pPr>
        <w:jc w:val="right"/>
      </w:pPr>
      <w:r>
        <w:t>الاجیکل، الاجیکل۔</w:t>
      </w:r>
    </w:p>
    <w:p>
      <w:r>
        <w:rPr>
          <w:b/>
        </w:rPr>
        <w:t xml:space="preserve">[05:03] </w:t>
      </w:r>
      <w:r>
        <w:t>Here, I would like to give only one example of the universal harmony.</w:t>
      </w:r>
    </w:p>
    <w:p>
      <w:pPr>
        <w:jc w:val="right"/>
      </w:pPr>
      <w:r>
        <w:t>ہیر، ائی وڈ لائک ٹو گو اونلی ون ایگزیمپل آف دی یونیورسل ہارمونی۔</w:t>
      </w:r>
    </w:p>
    <w:p>
      <w:r>
        <w:rPr>
          <w:b/>
        </w:rPr>
        <w:t xml:space="preserve">[05:09] </w:t>
      </w:r>
      <w:r>
        <w:t>You know, all the phenomena, all the things we see in the universe are combination of atoms.</w:t>
      </w:r>
    </w:p>
    <w:p>
      <w:pPr>
        <w:jc w:val="right"/>
      </w:pPr>
      <w:r>
        <w:t>یو نو، ال دا فیناومینا، ال دا تھنگز وی سی ان دا یونیورس آر کمبینیشن آف ایٹمز۔</w:t>
      </w:r>
    </w:p>
    <w:p>
      <w:r>
        <w:rPr>
          <w:b/>
        </w:rPr>
        <w:t xml:space="preserve">[05:16] </w:t>
      </w:r>
      <w:r>
        <w:t>atoms, a drop of water contains a billion atoms.</w:t>
      </w:r>
    </w:p>
    <w:p>
      <w:pPr>
        <w:jc w:val="right"/>
      </w:pPr>
      <w:r>
        <w:t>ایٹمز، ا ڈراپ آف واٹر کنٹینز ا بلین ایٹمز۔</w:t>
      </w:r>
    </w:p>
    <w:p>
      <w:r>
        <w:rPr>
          <w:b/>
        </w:rPr>
        <w:t xml:space="preserve">[05:20] </w:t>
      </w:r>
      <w:r>
        <w:t>So, is the case of everything in this vast universe.</w:t>
      </w:r>
    </w:p>
    <w:p>
      <w:pPr>
        <w:jc w:val="right"/>
      </w:pPr>
      <w:r>
        <w:t>سو، از دا کیس آف ایوری تھنگ ان دس واسٹ یونیورس۔</w:t>
      </w:r>
    </w:p>
    <w:p>
      <w:r>
        <w:rPr>
          <w:b/>
        </w:rPr>
        <w:t xml:space="preserve">[05:25] </w:t>
      </w:r>
      <w:r>
        <w:t>But now, science has discovered that that atom comprises two things, proton and neutron.</w:t>
      </w:r>
    </w:p>
    <w:p>
      <w:pPr>
        <w:jc w:val="right"/>
      </w:pPr>
      <w:r>
        <w:t>بٹ ناو، سائنس ہیز ڈسکورڈ دیٹ دیٹ ایٹم کمپرائزز ٹو تھنگز، پروٹون اینڈ نیوٹرون۔</w:t>
      </w:r>
    </w:p>
    <w:p>
      <w:r>
        <w:rPr>
          <w:b/>
        </w:rPr>
        <w:t xml:space="preserve">[05:31] </w:t>
      </w:r>
      <w:r>
        <w:t>And it is discovered that proton is a bit lighter, and neutron is a bit heavier.</w:t>
      </w:r>
    </w:p>
    <w:p>
      <w:pPr>
        <w:jc w:val="right"/>
      </w:pPr>
      <w:r>
        <w:t>اینڈ اٹ از ڈسکورڈ دیٹ پروٹون از ا بٹ لائٹر، اینڈ نیوٹرون از ا بٹ ہیویئر۔</w:t>
      </w:r>
    </w:p>
    <w:p>
      <w:r>
        <w:rPr>
          <w:b/>
        </w:rPr>
        <w:t xml:space="preserve">[05:37] </w:t>
      </w:r>
      <w:r>
        <w:t>All the atoms in this universe, all the atoms of this universe have the same property that their</w:t>
      </w:r>
    </w:p>
    <w:p>
      <w:pPr>
        <w:jc w:val="right"/>
      </w:pPr>
      <w:r>
        <w:t>ال دا ایٹمز ان دس یونیورس، ال دا ایٹمز آف دس یونیورس ہیو دا سیم پراپرٹی دیٹ دیر</w:t>
      </w:r>
    </w:p>
    <w:p>
      <w:r>
        <w:rPr>
          <w:b/>
        </w:rPr>
        <w:t xml:space="preserve">[05:45] </w:t>
      </w:r>
      <w:r>
        <w:t>نیوٹرون are a little heavier, and their proton are, their protons are a little lighter.</w:t>
      </w:r>
    </w:p>
    <w:p>
      <w:pPr>
        <w:jc w:val="right"/>
      </w:pPr>
      <w:r>
        <w:t>نیوٹرون آر ا لٹل ہیویئر، اینڈ دیر پروٹون آر، دیر پروٹونز آر ا لٹل لائٹر۔</w:t>
      </w:r>
    </w:p>
    <w:p>
      <w:r>
        <w:rPr>
          <w:b/>
        </w:rPr>
        <w:t xml:space="preserve">[05:52] </w:t>
      </w:r>
      <w:r>
        <w:t>So, science, science, scientific community says that if they were opposite, if the case were opposite that proton</w:t>
      </w:r>
    </w:p>
    <w:p>
      <w:pPr>
        <w:jc w:val="right"/>
      </w:pPr>
      <w:r>
        <w:t>سو، سائنس، سائنس، سائنٹیفک کمیونٹی سیز دیٹ اف دے ویر اپوزٹ، اف دا کیس ویر اپوزٹ دیٹ پروٹون</w:t>
      </w:r>
    </w:p>
    <w:p>
      <w:r>
        <w:rPr>
          <w:b/>
        </w:rPr>
        <w:t xml:space="preserve">[05:59] </w:t>
      </w:r>
      <w:r>
        <w:t>were heavier and neutron were lighter.</w:t>
      </w:r>
    </w:p>
    <w:p>
      <w:pPr>
        <w:jc w:val="right"/>
      </w:pPr>
      <w:r>
        <w:t>ویر ہیویئر اینڈ نیوٹرون ویر لائٹر۔</w:t>
      </w:r>
    </w:p>
    <w:p>
      <w:r>
        <w:rPr>
          <w:b/>
        </w:rPr>
        <w:t xml:space="preserve">[06:02] </w:t>
      </w:r>
      <w:r>
        <w:t>So, all the atoms disintegrated.</w:t>
      </w:r>
    </w:p>
    <w:p>
      <w:pPr>
        <w:jc w:val="right"/>
      </w:pPr>
      <w:r>
        <w:t>سو، ال دا ایٹمز ڈس انٹیگریٹڈ۔</w:t>
      </w:r>
    </w:p>
    <w:p>
      <w:r>
        <w:rPr>
          <w:b/>
        </w:rPr>
        <w:t xml:space="preserve">[06:04] </w:t>
      </w:r>
      <w:r>
        <w:t>And after the disintegration of atom, there was no atom, there was no chemistry, there was no</w:t>
      </w:r>
    </w:p>
    <w:p>
      <w:pPr>
        <w:jc w:val="right"/>
      </w:pPr>
      <w:r>
        <w:t>اینڈ آفٹر دا ڈس انٹیگریشن آف ایٹم، دیر واز نو ایٹم، دیر واز نو کیمسٹری، دیر واز نو</w:t>
      </w:r>
    </w:p>
    <w:p>
      <w:r>
        <w:rPr>
          <w:b/>
        </w:rPr>
        <w:t xml:space="preserve">[06:12] </w:t>
      </w:r>
      <w:r>
        <w:t>life, there was no human being.</w:t>
      </w:r>
    </w:p>
    <w:p>
      <w:pPr>
        <w:jc w:val="right"/>
      </w:pPr>
      <w:r>
        <w:t>لائف، دیر واز نو ہیومن بینگ۔</w:t>
      </w:r>
    </w:p>
    <w:p>
      <w:r>
        <w:rPr>
          <w:b/>
        </w:rPr>
        <w:t xml:space="preserve">[06:15] </w:t>
      </w:r>
      <w:r>
        <w:t>So, here you can see that there are billion, billion examples of this kind that show us that</w:t>
      </w:r>
    </w:p>
    <w:p>
      <w:pPr>
        <w:jc w:val="right"/>
      </w:pPr>
      <w:r>
        <w:t>سو، ہیر یو کین سی دیٹ دیر آر بلین، بلین ایگزیمپلز آف دس کائنڈ دیٹ شو اس دیٹ</w:t>
      </w:r>
    </w:p>
    <w:p>
      <w:r>
        <w:rPr>
          <w:b/>
        </w:rPr>
        <w:t xml:space="preserve">[06:22] </w:t>
      </w:r>
      <w:r>
        <w:t>There is a great intelligence behind this universe.</w:t>
      </w:r>
    </w:p>
    <w:p>
      <w:pPr>
        <w:jc w:val="right"/>
      </w:pPr>
      <w:r>
        <w:t>دیر از ا گریٹ انٹیلیجنس بیہائنڈ دس یونیورس۔</w:t>
      </w:r>
    </w:p>
    <w:p>
      <w:r>
        <w:rPr>
          <w:b/>
        </w:rPr>
        <w:t xml:space="preserve">[06:26] </w:t>
      </w:r>
      <w:r>
        <w:t>In everything, there are mathematical order.</w:t>
      </w:r>
    </w:p>
    <w:p>
      <w:pPr>
        <w:jc w:val="right"/>
      </w:pPr>
      <w:r>
        <w:t>ان ایوری تھنگ، دیر آر میتھمیٹیکل آرڈر۔</w:t>
      </w:r>
    </w:p>
    <w:p>
      <w:r>
        <w:rPr>
          <w:b/>
        </w:rPr>
        <w:t xml:space="preserve">[06:29] </w:t>
      </w:r>
      <w:r>
        <w:t>So, now, the option for us, now, the option before us is that either we have to accept in</w:t>
      </w:r>
    </w:p>
    <w:p>
      <w:pPr>
        <w:jc w:val="right"/>
      </w:pPr>
      <w:r>
        <w:t>سو، ناو، دا آپشن فار اس، ناو، دا آپشن بیفور اس دیٹ ایدر وی ہیو ٹو ایکسیپٹ ان</w:t>
      </w:r>
    </w:p>
    <w:p>
      <w:r>
        <w:rPr>
          <w:b/>
        </w:rPr>
        <w:t xml:space="preserve">[06:37] </w:t>
      </w:r>
      <w:r>
        <w:t>explain mathematical laws, or we have to accept an unexplained God.</w:t>
      </w:r>
    </w:p>
    <w:p>
      <w:pPr>
        <w:jc w:val="right"/>
      </w:pPr>
      <w:r>
        <w:t>ایکسپلینڈ میتھمیٹیکل لاز، اور وی ہیو ٹو ایکسیپٹ ان ایکسپلینڈ گاڈ۔</w:t>
      </w:r>
    </w:p>
    <w:p>
      <w:r>
        <w:rPr>
          <w:b/>
        </w:rPr>
        <w:t xml:space="preserve">[06:41] </w:t>
      </w:r>
      <w:r>
        <w:t>Either we have to believe that there is a God, there is an un-explained God, or we have</w:t>
      </w:r>
    </w:p>
    <w:p>
      <w:pPr>
        <w:jc w:val="right"/>
      </w:pPr>
      <w:r>
        <w:t>ایدر وی ہیو ٹو بیلیو دیٹ دیر از ا گاڈ، دیر از ان ایکسپلینڈ گاڈ، اور وی ہیو</w:t>
      </w:r>
    </w:p>
    <w:p>
      <w:r>
        <w:rPr>
          <w:b/>
        </w:rPr>
        <w:t xml:space="preserve">[06:49] </w:t>
      </w:r>
      <w:r>
        <w:t>to believe that there is an unexplained mathematical laws.</w:t>
      </w:r>
    </w:p>
    <w:p>
      <w:pPr>
        <w:jc w:val="right"/>
      </w:pPr>
      <w:r>
        <w:t>ٹو بیلیو دیٹ دیر از ان ایکسپلینڈ میتھمیٹیکل لاز۔</w:t>
      </w:r>
    </w:p>
    <w:p>
      <w:r>
        <w:rPr>
          <w:b/>
        </w:rPr>
        <w:t xml:space="preserve">[06:53] </w:t>
      </w:r>
      <w:r>
        <w:t>But mathematical laws are not an option for us, not at all.</w:t>
      </w:r>
    </w:p>
    <w:p>
      <w:pPr>
        <w:jc w:val="right"/>
      </w:pPr>
      <w:r>
        <w:t>بٹ میتھمیٹیکل لاز آر ناٹ این آپشن فار اس، ناٹ ایٹ آل۔</w:t>
      </w:r>
    </w:p>
    <w:p>
      <w:r>
        <w:rPr>
          <w:b/>
        </w:rPr>
        <w:t xml:space="preserve">[06:58] </w:t>
      </w:r>
      <w:r>
        <w:t>So, we have only one option that to believe that there is an unexplained God.</w:t>
      </w:r>
    </w:p>
    <w:p>
      <w:pPr>
        <w:jc w:val="right"/>
      </w:pPr>
      <w:r>
        <w:t>سو، وی ہیو اونلی ون آپشن دیٹ ٹو بیلیو دیٹ دیر از این ان ایکسپلینڈ گاڈ۔</w:t>
      </w:r>
    </w:p>
    <w:p>
      <w:r>
        <w:rPr>
          <w:b/>
        </w:rPr>
        <w:t xml:space="preserve">[07:05] </w:t>
      </w:r>
      <w:r>
        <w:t>There is no other option.</w:t>
      </w:r>
    </w:p>
    <w:p>
      <w:pPr>
        <w:jc w:val="right"/>
      </w:pPr>
      <w:r>
        <w:t>دیر از نو ادر آپشن۔</w:t>
      </w:r>
    </w:p>
    <w:p>
      <w:r>
        <w:rPr>
          <w:b/>
        </w:rPr>
        <w:t xml:space="preserve">[07:07] </w:t>
      </w:r>
      <w:r>
        <w:t>For example, let us take the example of mother.</w:t>
      </w:r>
    </w:p>
    <w:p>
      <w:pPr>
        <w:jc w:val="right"/>
      </w:pPr>
      <w:r>
        <w:t>فار ایگزیمپل، لیٹ اس ٹیک دی ایگزیمپل آف مدر۔</w:t>
      </w:r>
    </w:p>
    <w:p>
      <w:r>
        <w:rPr>
          <w:b/>
        </w:rPr>
        <w:t xml:space="preserve">[07:11] </w:t>
      </w:r>
      <w:r>
        <w:t>If there are a living mother, and at the same time, there are a plastic mother.</w:t>
      </w:r>
    </w:p>
    <w:p>
      <w:pPr>
        <w:jc w:val="right"/>
      </w:pPr>
      <w:r>
        <w:t>اف دیر آر ا لیونگ مدر، اینڈ ایٹ دا سیم ٹائم، دیر آر ا پلاسٹک مدر۔</w:t>
      </w:r>
    </w:p>
    <w:p>
      <w:r>
        <w:rPr>
          <w:b/>
        </w:rPr>
        <w:t xml:space="preserve">[07:18] </w:t>
      </w:r>
      <w:r>
        <w:t>تو، apparently, there are two options: either to believe your living mother as your mother, or that plastic</w:t>
      </w:r>
    </w:p>
    <w:p>
      <w:pPr>
        <w:jc w:val="right"/>
      </w:pPr>
      <w:r>
        <w:t>تو، اپرینٹلی، دیر آر ٹو آپشنز: ایدر ٹو بیلیو یور لیونگ مدر ایز یور مدر، اور دیٹ پلاسٹک</w:t>
      </w:r>
    </w:p>
    <w:p>
      <w:r>
        <w:rPr>
          <w:b/>
        </w:rPr>
        <w:t xml:space="preserve">[07:25] </w:t>
      </w:r>
      <w:r>
        <w:t>Woman is your mother.</w:t>
      </w:r>
    </w:p>
    <w:p>
      <w:pPr>
        <w:jc w:val="right"/>
      </w:pPr>
      <w:r>
        <w:t>وومن ایز یور مدر۔</w:t>
      </w:r>
    </w:p>
    <w:p>
      <w:r>
        <w:rPr>
          <w:b/>
        </w:rPr>
        <w:t xml:space="preserve">[07:27] </w:t>
      </w:r>
      <w:r>
        <w:t>But in real sense, is not an option.</w:t>
      </w:r>
    </w:p>
    <w:p>
      <w:pPr>
        <w:jc w:val="right"/>
      </w:pPr>
      <w:r>
        <w:t>بٹ ان ریل سینس، از ناٹ این آپشن۔</w:t>
      </w:r>
    </w:p>
    <w:p>
      <w:r>
        <w:rPr>
          <w:b/>
        </w:rPr>
        <w:t xml:space="preserve">[07:31] </w:t>
      </w:r>
      <w:r>
        <w:t>You have no two options, but only one option.</w:t>
      </w:r>
    </w:p>
    <w:p>
      <w:pPr>
        <w:jc w:val="right"/>
      </w:pPr>
      <w:r>
        <w:t>یو ہیو نو ٹو آپشن، بٹ اونلی ون آپشن۔</w:t>
      </w:r>
    </w:p>
    <w:p>
      <w:r>
        <w:rPr>
          <w:b/>
        </w:rPr>
        <w:t xml:space="preserve">[07:34] </w:t>
      </w:r>
      <w:r>
        <w:t>You cannot opt for for the plastic mother.</w:t>
      </w:r>
    </w:p>
    <w:p>
      <w:pPr>
        <w:jc w:val="right"/>
      </w:pPr>
      <w:r>
        <w:t>یو کین ناٹ اپٹ فار فار دی پلاسٹک مدر۔</w:t>
      </w:r>
    </w:p>
    <w:p>
      <w:r>
        <w:rPr>
          <w:b/>
        </w:rPr>
        <w:t xml:space="preserve">[07:38] </w:t>
      </w:r>
      <w:r>
        <w:t>It is not an option.</w:t>
      </w:r>
    </w:p>
    <w:p>
      <w:pPr>
        <w:jc w:val="right"/>
      </w:pPr>
      <w:r>
        <w:t>اٹ از ناٹ این آپشن۔</w:t>
      </w:r>
    </w:p>
    <w:p>
      <w:r>
        <w:rPr>
          <w:b/>
        </w:rPr>
        <w:t xml:space="preserve">[07:40] </w:t>
      </w:r>
      <w:r>
        <w:t>It is ridiculous to say that this plastic mother is my mother.</w:t>
      </w:r>
    </w:p>
    <w:p>
      <w:pPr>
        <w:jc w:val="right"/>
      </w:pPr>
      <w:r>
        <w:t>اٹ از ریڈیکولس ٹو سے دیٹ دس پلاسٹک مدر از مائی مدر۔</w:t>
      </w:r>
    </w:p>
    <w:p>
      <w:r>
        <w:rPr>
          <w:b/>
        </w:rPr>
        <w:t xml:space="preserve">[07:46] </w:t>
      </w:r>
      <w:r>
        <w:t>So, you have one option, only one option that this living woman is my mother.</w:t>
      </w:r>
    </w:p>
    <w:p>
      <w:pPr>
        <w:jc w:val="right"/>
      </w:pPr>
      <w:r>
        <w:t>سو، یو ہیو ون آپشن، اونلی ون آپشن دیٹ دس لیونگ وومن از مائی مدر۔</w:t>
      </w:r>
    </w:p>
    <w:p>
      <w:r>
        <w:rPr>
          <w:b/>
        </w:rPr>
        <w:t xml:space="preserve">[07:52] </w:t>
      </w:r>
      <w:r>
        <w:t>So, is the case of our world, we cannot.</w:t>
      </w:r>
    </w:p>
    <w:p>
      <w:pPr>
        <w:jc w:val="right"/>
      </w:pPr>
      <w:r>
        <w:t>سو، از دا کیس آف آف اور ورلڈ، وی کین ناٹ۔</w:t>
      </w:r>
    </w:p>
    <w:p>
      <w:r>
        <w:rPr>
          <w:b/>
        </w:rPr>
        <w:t xml:space="preserve">[07:57] </w:t>
      </w:r>
      <w:r>
        <w:t>That unexplained and unexplained mathematical laws are not our option.</w:t>
      </w:r>
    </w:p>
    <w:p>
      <w:pPr>
        <w:jc w:val="right"/>
      </w:pPr>
      <w:r>
        <w:t>دیٹ ان ایکسپلینڈ اینڈ ان ایکسپلینڈ میتھمیٹیکل لاز آر ناٹ اور آپشن۔</w:t>
      </w:r>
    </w:p>
    <w:p>
      <w:r>
        <w:rPr>
          <w:b/>
        </w:rPr>
        <w:t xml:space="preserve">[08:02] </w:t>
      </w:r>
      <w:r>
        <w:t>Only one option is feasible, that is an unexplained God.</w:t>
      </w:r>
    </w:p>
    <w:p>
      <w:pPr>
        <w:jc w:val="right"/>
      </w:pPr>
      <w:r>
        <w:t>اونلی ون آپشن از فیزیبل، دیٹ از ان ایکسپلینڈ گاڈ۔</w:t>
      </w:r>
    </w:p>
    <w:p>
      <w:r>
        <w:rPr>
          <w:b/>
        </w:rPr>
        <w:t xml:space="preserve">[08:06] </w:t>
      </w:r>
      <w:r>
        <w:t>So, now, God is a scientific phenomena, scientifically proved phenomena.</w:t>
      </w:r>
    </w:p>
    <w:p>
      <w:pPr>
        <w:jc w:val="right"/>
      </w:pPr>
      <w:r>
        <w:t>سو، ناو، گاڈ از ا سائنٹیفک فیناومینا، سائنٹیفیکلی پروفڈ فیناومینا۔</w:t>
      </w:r>
    </w:p>
    <w:p>
      <w:r>
        <w:rPr>
          <w:b/>
        </w:rPr>
        <w:t xml:space="preserve">[08:10] </w:t>
      </w:r>
      <w:r>
        <w:t>Deen, let us take the belief in in the prophethood.</w:t>
      </w:r>
    </w:p>
    <w:p>
      <w:pPr>
        <w:jc w:val="right"/>
      </w:pPr>
      <w:r>
        <w:t>دین، لیٹ اس ٹیک دا بیلیف ان ان دی پرافٹ ہڈ۔</w:t>
      </w:r>
    </w:p>
    <w:p>
      <w:r>
        <w:rPr>
          <w:b/>
        </w:rPr>
        <w:t xml:space="preserve">[08:15] </w:t>
      </w:r>
      <w:r>
        <w:t>In the Quran, there is a verse.</w:t>
      </w:r>
    </w:p>
    <w:p>
      <w:pPr>
        <w:jc w:val="right"/>
      </w:pPr>
      <w:r>
        <w:t>ان دا قرآن، دیر از ورس۔</w:t>
      </w:r>
    </w:p>
    <w:p>
      <w:r>
        <w:rPr>
          <w:b/>
        </w:rPr>
        <w:t xml:space="preserve">[08:18] </w:t>
      </w:r>
      <w:r>
        <w:t>In the Quran, there is an end verse: "Wa ma utitum min al-ilma illa qalila".</w:t>
      </w:r>
    </w:p>
    <w:p>
      <w:pPr>
        <w:jc w:val="right"/>
      </w:pPr>
      <w:r>
        <w:t>ان دا قرآن، دیر از اینڈ ورس: "وما اوتیتم من العلم الا قلیلا"۔</w:t>
      </w:r>
    </w:p>
    <w:p>
      <w:r>
        <w:rPr>
          <w:b/>
        </w:rPr>
        <w:t xml:space="preserve">[08:23] </w:t>
      </w:r>
      <w:r>
        <w:t>"wama ooteetum min al-ilm illa qaleela".</w:t>
      </w:r>
    </w:p>
    <w:p>
      <w:pPr>
        <w:jc w:val="right"/>
      </w:pPr>
      <w:r>
        <w:t>"وما اوتیتم من العلم الا قلیلا"۔</w:t>
      </w:r>
    </w:p>
    <w:p>
      <w:r>
        <w:rPr>
          <w:b/>
        </w:rPr>
        <w:t xml:space="preserve">[08:26] </w:t>
      </w:r>
      <w:r>
        <w:t>This is a Quranic verse.</w:t>
      </w:r>
    </w:p>
    <w:p>
      <w:pPr>
        <w:jc w:val="right"/>
      </w:pPr>
      <w:r>
        <w:t>دس از ا قرآنک ورس۔</w:t>
      </w:r>
    </w:p>
    <w:p>
      <w:r>
        <w:rPr>
          <w:b/>
        </w:rPr>
        <w:t xml:space="preserve">[08:28] </w:t>
      </w:r>
      <w:r>
        <w:t>This verse tells us that man has only little knowledge.</w:t>
      </w:r>
    </w:p>
    <w:p>
      <w:pPr>
        <w:jc w:val="right"/>
      </w:pPr>
      <w:r>
        <w:t>دس ورس ٹیلز اس دیٹ مین ہیز اونلی لٹل نالج۔</w:t>
      </w:r>
    </w:p>
    <w:p>
      <w:r>
        <w:rPr>
          <w:b/>
        </w:rPr>
        <w:t xml:space="preserve">[08:32] </w:t>
      </w:r>
      <w:r>
        <w:t>"wama ooteetum min al-ilm illa qaleela".</w:t>
      </w:r>
    </w:p>
    <w:p>
      <w:pPr>
        <w:jc w:val="right"/>
      </w:pPr>
      <w:r>
        <w:t>"وما اوتیتم من العلم الا قلیلا"۔</w:t>
      </w:r>
    </w:p>
    <w:p>
      <w:r>
        <w:rPr>
          <w:b/>
        </w:rPr>
        <w:t xml:space="preserve">[08:35] </w:t>
      </w:r>
      <w:r>
        <w:t>علم قلیل، that is little knowledge.</w:t>
      </w:r>
    </w:p>
    <w:p>
      <w:pPr>
        <w:jc w:val="right"/>
      </w:pPr>
      <w:r>
        <w:t>علم قلیل، دیٹ از لٹل نالج۔</w:t>
      </w:r>
    </w:p>
    <w:p>
      <w:r>
        <w:rPr>
          <w:b/>
        </w:rPr>
        <w:t xml:space="preserve">[08:37] </w:t>
      </w:r>
      <w:r>
        <w:t>This was declared in the Quran in seventh, in the first quarter of seventh century.</w:t>
      </w:r>
    </w:p>
    <w:p>
      <w:pPr>
        <w:jc w:val="right"/>
      </w:pPr>
      <w:r>
        <w:t>دس واز ڈیکلیئرڈ ان دا قرآن ان سیونتھ، ان دا فرسٹ کوارٹر آف سیونتھ سینچری۔</w:t>
      </w:r>
    </w:p>
    <w:p>
      <w:r>
        <w:rPr>
          <w:b/>
        </w:rPr>
        <w:t xml:space="preserve">[08:44] </w:t>
      </w:r>
      <w:r>
        <w:t>Now, science itself says that science gives us but a partial knowledge of reality.</w:t>
      </w:r>
    </w:p>
    <w:p>
      <w:pPr>
        <w:jc w:val="right"/>
      </w:pPr>
      <w:r>
        <w:t>ناو، سائنس اٹ سیلف سیز دیٹ سائنس گیوز اس بٹ ا پارشل نالج آف ریلیٹی۔</w:t>
      </w:r>
    </w:p>
    <w:p>
      <w:r>
        <w:rPr>
          <w:b/>
        </w:rPr>
        <w:t xml:space="preserve">[08:50] </w:t>
      </w:r>
      <w:r>
        <w:t>I read a book.</w:t>
      </w:r>
    </w:p>
    <w:p>
      <w:pPr>
        <w:jc w:val="right"/>
      </w:pPr>
      <w:r>
        <w:t>ائی ریڈ ا بک۔</w:t>
      </w:r>
    </w:p>
    <w:p>
      <w:r>
        <w:rPr>
          <w:b/>
        </w:rPr>
        <w:t xml:space="preserve">[08:52] </w:t>
      </w:r>
      <w:r>
        <w:t>This book was rated by a scientist.</w:t>
      </w:r>
    </w:p>
    <w:p>
      <w:pPr>
        <w:jc w:val="right"/>
      </w:pPr>
      <w:r>
        <w:t>دس بک واز ریٹڈ بائے ا سائنٹسٹ۔</w:t>
      </w:r>
    </w:p>
    <w:p>
      <w:r>
        <w:rPr>
          <w:b/>
        </w:rPr>
        <w:t xml:space="preserve">[08:55] </w:t>
      </w:r>
      <w:r>
        <w:t>The title was "Limitations of Science".</w:t>
      </w:r>
    </w:p>
    <w:p>
      <w:pPr>
        <w:jc w:val="right"/>
      </w:pPr>
      <w:r>
        <w:t>دا ٹائٹل واز "لیمیٹیشنز آف سائنس"۔</w:t>
      </w:r>
    </w:p>
    <w:p>
      <w:r>
        <w:rPr>
          <w:b/>
        </w:rPr>
        <w:t xml:space="preserve">[08:58] </w:t>
      </w:r>
      <w:r>
        <w:t>In this book, he has established that science gives us but a partial knowledge of reality.</w:t>
      </w:r>
    </w:p>
    <w:p>
      <w:pPr>
        <w:jc w:val="right"/>
      </w:pPr>
      <w:r>
        <w:t>ان دس بک، ہی ہیز اسٹیبلش دیٹ سائنس گیوز اس بٹ ا پارشل نالج آف ریلیٹی۔</w:t>
      </w:r>
    </w:p>
    <w:p>
      <w:r>
        <w:rPr>
          <w:b/>
        </w:rPr>
        <w:t xml:space="preserve">[09:04] </w:t>
      </w:r>
      <w:r>
        <w:t>So, here you can see that the Quranic concept is now proved by science.</w:t>
      </w:r>
    </w:p>
    <w:p>
      <w:pPr>
        <w:jc w:val="right"/>
      </w:pPr>
      <w:r>
        <w:t>سو، ہیر یو کین سی دیٹ دا قرآنک کانسیپٹ از ناو پروفڈ بائے سائنس۔</w:t>
      </w:r>
    </w:p>
    <w:p>
      <w:r>
        <w:rPr>
          <w:b/>
        </w:rPr>
        <w:t xml:space="preserve">[09:10] </w:t>
      </w:r>
      <w:r>
        <w:t>Quran declared that you have to, you have to rely on the prophetic knowledge, because other than prophet,</w:t>
      </w:r>
    </w:p>
    <w:p>
      <w:pPr>
        <w:jc w:val="right"/>
      </w:pPr>
      <w:r>
        <w:t>قرآن ڈیکلیئرڈ دیٹ یو ہیو ٹو، یو ہیو ٹو ریلائی ان دی پرافٹک نالج، بیکاز ادر دین پرافٹ،</w:t>
      </w:r>
    </w:p>
    <w:p>
      <w:r>
        <w:rPr>
          <w:b/>
        </w:rPr>
        <w:t xml:space="preserve">[09:18] </w:t>
      </w:r>
      <w:r>
        <w:t>No one can give you the full knowledge about your life.</w:t>
      </w:r>
    </w:p>
    <w:p>
      <w:pPr>
        <w:jc w:val="right"/>
      </w:pPr>
      <w:r>
        <w:t>نو ون کین گیو یو دا فل نالج اباؤٹ یور لائف۔</w:t>
      </w:r>
    </w:p>
    <w:p>
      <w:r>
        <w:rPr>
          <w:b/>
        </w:rPr>
        <w:t xml:space="preserve">[09:23] </w:t>
      </w:r>
      <w:r>
        <w:t>So, philosophy failed, and now, science itself confessed that science gives us but a partial knowledge of</w:t>
      </w:r>
    </w:p>
    <w:p>
      <w:pPr>
        <w:jc w:val="right"/>
      </w:pPr>
      <w:r>
        <w:t>سو، فلاسفی فیل، اینڈ ناو، سائنس اٹ سیلف کانفیسٹ دیٹ سائنس گیوز اس بٹ ا پارشل نالج آف</w:t>
      </w:r>
    </w:p>
    <w:p>
      <w:r>
        <w:rPr>
          <w:b/>
        </w:rPr>
        <w:t xml:space="preserve">[09:31] </w:t>
      </w:r>
      <w:r>
        <w:t>reality.</w:t>
      </w:r>
    </w:p>
    <w:p>
      <w:pPr>
        <w:jc w:val="right"/>
      </w:pPr>
      <w:r>
        <w:t>ریلیٹی۔</w:t>
      </w:r>
    </w:p>
    <w:p>
      <w:r>
        <w:rPr>
          <w:b/>
        </w:rPr>
        <w:t xml:space="preserve">[09:32] </w:t>
      </w:r>
      <w:r>
        <w:t>So, if you take this scientific discovery, you will, you be compelled to believe that we have no</w:t>
      </w:r>
    </w:p>
    <w:p>
      <w:pPr>
        <w:jc w:val="right"/>
      </w:pPr>
      <w:r>
        <w:t>سو، اف یو ٹیک دس سائنٹیفک ڈسکوری، یو ویل، یو بی کمپیلڈ ٹو بیلیو دیٹ وی ہیو نو</w:t>
      </w:r>
    </w:p>
    <w:p>
      <w:r>
        <w:rPr>
          <w:b/>
        </w:rPr>
        <w:t xml:space="preserve">[09:40] </w:t>
      </w:r>
      <w:r>
        <w:t>option other than revelation, other than prophethood.</w:t>
      </w:r>
    </w:p>
    <w:p>
      <w:pPr>
        <w:jc w:val="right"/>
      </w:pPr>
      <w:r>
        <w:t>آپشن ادر دین ریولیشن، ادر دین پرافٹ ہڈ۔</w:t>
      </w:r>
    </w:p>
    <w:p>
      <w:r>
        <w:rPr>
          <w:b/>
        </w:rPr>
        <w:t xml:space="preserve">[09:43] </w:t>
      </w:r>
      <w:r>
        <w:t>You know, Alexis Carrel has published a book "Man the Unknown".</w:t>
      </w:r>
    </w:p>
    <w:p>
      <w:pPr>
        <w:jc w:val="right"/>
      </w:pPr>
      <w:r>
        <w:t>یو نو، الیکسس کیرل ہیز پبلشڈ ا بک "مین دی ان نون"۔</w:t>
      </w:r>
    </w:p>
    <w:p>
      <w:r>
        <w:rPr>
          <w:b/>
        </w:rPr>
        <w:t xml:space="preserve">[09:48] </w:t>
      </w:r>
      <w:r>
        <w:t>تو، main still remains unknown.</w:t>
      </w:r>
    </w:p>
    <w:p>
      <w:pPr>
        <w:jc w:val="right"/>
      </w:pPr>
      <w:r>
        <w:t>تو، مین اسٹل ریمینز ان نون۔</w:t>
      </w:r>
    </w:p>
    <w:p>
      <w:r>
        <w:rPr>
          <w:b/>
        </w:rPr>
        <w:t xml:space="preserve">[09:51] </w:t>
      </w:r>
      <w:r>
        <w:t>Science fail to discover all those laws which may explain the human phenomena.</w:t>
      </w:r>
    </w:p>
    <w:p>
      <w:pPr>
        <w:jc w:val="right"/>
      </w:pPr>
      <w:r>
        <w:t>سائنس فیل ٹو ڈسکور ال دوز لاز وچ می ایکسپلین دا ہیومن فیناومینا۔</w:t>
      </w:r>
    </w:p>
    <w:p>
      <w:r>
        <w:rPr>
          <w:b/>
        </w:rPr>
        <w:t xml:space="preserve">[09:56] </w:t>
      </w:r>
      <w:r>
        <w:t>Alexis Carrel himself was a scientist, a French scientist.</w:t>
      </w:r>
    </w:p>
    <w:p>
      <w:pPr>
        <w:jc w:val="right"/>
      </w:pPr>
      <w:r>
        <w:t>الیکسس کیرل ہم سیلف واز ا سائنٹسٹ، ا فرنچ سائنٹسٹ۔</w:t>
      </w:r>
    </w:p>
    <w:p>
      <w:r>
        <w:rPr>
          <w:b/>
        </w:rPr>
        <w:t xml:space="preserve">[10:01] </w:t>
      </w:r>
      <w:r>
        <w:t>So, he published this book with this title "Man the Unknown".</w:t>
      </w:r>
    </w:p>
    <w:p>
      <w:pPr>
        <w:jc w:val="right"/>
      </w:pPr>
      <w:r>
        <w:t>سو، ہی پبلش دس بک ود دس ٹائٹل "مین دی ان نون"۔</w:t>
      </w:r>
    </w:p>
    <w:p>
      <w:r>
        <w:rPr>
          <w:b/>
        </w:rPr>
        <w:t xml:space="preserve">[10:06] </w:t>
      </w:r>
      <w:r>
        <w:t>تو، all those philosophical struggles, all those scientific discoveries we have, but still man is unknown.</w:t>
      </w:r>
    </w:p>
    <w:p>
      <w:pPr>
        <w:jc w:val="right"/>
      </w:pPr>
      <w:r>
        <w:t>تو، ال دوز فلاسفیکل اسٹرگل، ال دوز سائنٹیفک ڈسکوریز وی ہیو، بٹ اسٹل مین از ان نون۔</w:t>
      </w:r>
    </w:p>
    <w:p>
      <w:r>
        <w:rPr>
          <w:b/>
        </w:rPr>
        <w:t xml:space="preserve">[10:13] </w:t>
      </w:r>
      <w:r>
        <w:t>We cannot, we cannot, we are in awe of those laws by which we may understand</w:t>
      </w:r>
    </w:p>
    <w:p>
      <w:pPr>
        <w:jc w:val="right"/>
      </w:pPr>
      <w:r>
        <w:t>وی کین ناٹ، وی کین ناٹ، وی ار ان ایئر اف دوز لاز بائے وچ وی می انڈرسٹینڈ</w:t>
      </w:r>
    </w:p>
    <w:p>
      <w:r>
        <w:rPr>
          <w:b/>
        </w:rPr>
        <w:t xml:space="preserve">[10:21] </w:t>
      </w:r>
      <w:r>
        <w:t>main phenomena.</w:t>
      </w:r>
    </w:p>
    <w:p>
      <w:pPr>
        <w:jc w:val="right"/>
      </w:pPr>
      <w:r>
        <w:t>مین فیناومینا۔</w:t>
      </w:r>
    </w:p>
    <w:p>
      <w:r>
        <w:rPr>
          <w:b/>
        </w:rPr>
        <w:t xml:space="preserve">[10:22] </w:t>
      </w:r>
      <w:r>
        <w:t>You know, everyone has a question in his mind: "Who am I? What is my future? What</w:t>
      </w:r>
    </w:p>
    <w:p>
      <w:pPr>
        <w:jc w:val="right"/>
      </w:pPr>
      <w:r>
        <w:t>یو نو، ایوری ون ہیز ا کوئسچنز ان ہز مائنڈ: "ہو ایم ائی؟ واٹ از مائی فیوچر؟ واٹ</w:t>
      </w:r>
    </w:p>
    <w:p>
      <w:r>
        <w:rPr>
          <w:b/>
        </w:rPr>
        <w:t xml:space="preserve">[10:30] </w:t>
      </w:r>
      <w:r>
        <w:t>is the purpose of my life? What is pre-death period? What is post-death period?" All these</w:t>
      </w:r>
    </w:p>
    <w:p>
      <w:pPr>
        <w:jc w:val="right"/>
      </w:pPr>
      <w:r>
        <w:t>از دا پرپس اف مائی لائف؟ واٹ از پری ڈیتھ پیریڈ؟ واٹ از پوسٹ ڈیتھ پیریڈ؟" ال دیز</w:t>
      </w:r>
    </w:p>
    <w:p>
      <w:r>
        <w:rPr>
          <w:b/>
        </w:rPr>
        <w:t xml:space="preserve">[10:38] </w:t>
      </w:r>
      <w:r>
        <w:t>Questions are very pertinent to every man and woman, but philosophy failed to give us answer of these</w:t>
      </w:r>
    </w:p>
    <w:p>
      <w:pPr>
        <w:jc w:val="right"/>
      </w:pPr>
      <w:r>
        <w:t>کوئسچنز ار ویری پرٹیننٹ ٹو ایوری مین اینڈ وومن، بٹ فلاسفی فیل ٹو گیو اس انسر اف دیز</w:t>
      </w:r>
    </w:p>
    <w:p>
      <w:r>
        <w:rPr>
          <w:b/>
        </w:rPr>
        <w:t xml:space="preserve">[10:46] </w:t>
      </w:r>
      <w:r>
        <w:t>questions, and science also failed to give us.</w:t>
      </w:r>
    </w:p>
    <w:p>
      <w:pPr>
        <w:jc w:val="right"/>
      </w:pPr>
      <w:r>
        <w:t>کوئسچنز، اینڈ سائنس السو فیل ٹو گیو اس۔</w:t>
      </w:r>
    </w:p>
    <w:p>
      <w:r>
        <w:rPr>
          <w:b/>
        </w:rPr>
        <w:t xml:space="preserve">[10:49] </w:t>
      </w:r>
      <w:r>
        <w:t>So, the so the purpose of life, the creation plan of life, everything is unknown.</w:t>
      </w:r>
    </w:p>
    <w:p>
      <w:pPr>
        <w:jc w:val="right"/>
      </w:pPr>
      <w:r>
        <w:t>سو، دا سو دا پرپس اف لائف، دا کیشن پلان اف لائف، ایوری تھنگ از ان نون۔</w:t>
      </w:r>
    </w:p>
    <w:p>
      <w:r>
        <w:rPr>
          <w:b/>
        </w:rPr>
        <w:t xml:space="preserve">[10:56] </w:t>
      </w:r>
      <w:r>
        <w:t>So, the failure of philosophy and and confession of science that.</w:t>
      </w:r>
    </w:p>
    <w:p>
      <w:pPr>
        <w:jc w:val="right"/>
      </w:pPr>
      <w:r>
        <w:t>سو، دا فیلیر اف فلاسفی اینڈ اینڈ کانفیشن اف سائنس دیٹ۔</w:t>
      </w:r>
    </w:p>
    <w:p>
      <w:r>
        <w:rPr>
          <w:b/>
        </w:rPr>
        <w:t xml:space="preserve">[11:01] </w:t>
      </w:r>
      <w:r>
        <w:t>That science gives us, that science gives us but a partial knowledge of reality.</w:t>
      </w:r>
    </w:p>
    <w:p>
      <w:pPr>
        <w:jc w:val="right"/>
      </w:pPr>
      <w:r>
        <w:t>دیٹ سائنس گیوز اس، دیٹ سائنس گیوز اس بٹ ا پارشل نالج اف ریلیٹی۔</w:t>
      </w:r>
    </w:p>
    <w:p>
      <w:r>
        <w:rPr>
          <w:b/>
        </w:rPr>
        <w:t xml:space="preserve">[11:07] </w:t>
      </w:r>
      <w:r>
        <w:t>It proves that we have no option other than to accept the Prophet, because Prophet is a person</w:t>
      </w:r>
    </w:p>
    <w:p>
      <w:pPr>
        <w:jc w:val="right"/>
      </w:pPr>
      <w:r>
        <w:t>اٹ پروفز دیٹ وی ہیو نو آپشن ادر دین ٹو ایکسیپٹ دا پرافٹ، بیکاز پرافٹ از ا پرسن</w:t>
      </w:r>
    </w:p>
    <w:p>
      <w:r>
        <w:rPr>
          <w:b/>
        </w:rPr>
        <w:t xml:space="preserve">[11:15] </w:t>
      </w:r>
      <w:r>
        <w:t>Who has revealed knowledge from God.</w:t>
      </w:r>
    </w:p>
    <w:p>
      <w:pPr>
        <w:jc w:val="right"/>
      </w:pPr>
      <w:r>
        <w:t>ہو ہیز ریویلڈ نالج فرام گاڈ۔</w:t>
      </w:r>
    </w:p>
    <w:p>
      <w:r>
        <w:rPr>
          <w:b/>
        </w:rPr>
        <w:t xml:space="preserve">[11:17] </w:t>
      </w:r>
      <w:r>
        <w:t>Prophet is a revealed person.</w:t>
      </w:r>
    </w:p>
    <w:p>
      <w:pPr>
        <w:jc w:val="right"/>
      </w:pPr>
      <w:r>
        <w:t>پرافٹ از ا ریویلڈ پرسن۔</w:t>
      </w:r>
    </w:p>
    <w:p>
      <w:r>
        <w:rPr>
          <w:b/>
        </w:rPr>
        <w:t xml:space="preserve">[11:19] </w:t>
      </w:r>
      <w:r>
        <w:t>Prophet receives, prophet receives revelation from God.</w:t>
      </w:r>
    </w:p>
    <w:p>
      <w:pPr>
        <w:jc w:val="right"/>
      </w:pPr>
      <w:r>
        <w:t>پرافٹ ریویز، پرافٹ ریسیوز ریولیشن فرام گاڈ۔</w:t>
      </w:r>
    </w:p>
    <w:p>
      <w:r>
        <w:rPr>
          <w:b/>
        </w:rPr>
        <w:t xml:space="preserve">[11:22] </w:t>
      </w:r>
      <w:r>
        <w:t>You know, God is God, is the creator.</w:t>
      </w:r>
    </w:p>
    <w:p>
      <w:pPr>
        <w:jc w:val="right"/>
      </w:pPr>
      <w:r>
        <w:t>یو نو، گاڈ از گاڈ، از دا کریٹر۔</w:t>
      </w:r>
    </w:p>
    <w:p>
      <w:r>
        <w:rPr>
          <w:b/>
        </w:rPr>
        <w:t xml:space="preserve">[11:26] </w:t>
      </w:r>
      <w:r>
        <w:t>God knows everything.</w:t>
      </w:r>
    </w:p>
    <w:p>
      <w:pPr>
        <w:jc w:val="right"/>
      </w:pPr>
      <w:r>
        <w:t>گاڈ نوز ایوری تھنگ۔</w:t>
      </w:r>
    </w:p>
    <w:p>
      <w:r>
        <w:rPr>
          <w:b/>
        </w:rPr>
        <w:t xml:space="preserve">[11:28] </w:t>
      </w:r>
      <w:r>
        <w:t>Everything is in God's mind.</w:t>
      </w:r>
    </w:p>
    <w:p>
      <w:pPr>
        <w:jc w:val="right"/>
      </w:pPr>
      <w:r>
        <w:t>ایوری تھنگ از ان گاڈ مائنڈ۔</w:t>
      </w:r>
    </w:p>
    <w:p>
      <w:r>
        <w:rPr>
          <w:b/>
        </w:rPr>
        <w:t xml:space="preserve">[11:30] </w:t>
      </w:r>
      <w:r>
        <w:t>So, God has sent the knowledge of truth to His prophet, and prophet has conveyed us that revelation,</w:t>
      </w:r>
    </w:p>
    <w:p>
      <w:pPr>
        <w:jc w:val="right"/>
      </w:pPr>
      <w:r>
        <w:t>سو، گاڈ ہیز سینڈ دا نالج اف ٹروتھ ٹو ہز پرافٹ، اینڈ پرافٹ ہیز کنوے اس دیٹ ریولیشن،</w:t>
      </w:r>
    </w:p>
    <w:p>
      <w:r>
        <w:rPr>
          <w:b/>
        </w:rPr>
        <w:t xml:space="preserve">[11:38] </w:t>
      </w:r>
      <w:r>
        <w:t>That knowledge.</w:t>
      </w:r>
    </w:p>
    <w:p>
      <w:pPr>
        <w:jc w:val="right"/>
      </w:pPr>
      <w:r>
        <w:t>دیٹ نالج۔</w:t>
      </w:r>
    </w:p>
    <w:p>
      <w:r>
        <w:rPr>
          <w:b/>
        </w:rPr>
        <w:t xml:space="preserve">[11:39] </w:t>
      </w:r>
      <w:r>
        <w:t>So, we have no option other than to accept God and to accept prophet.</w:t>
      </w:r>
    </w:p>
    <w:p>
      <w:pPr>
        <w:jc w:val="right"/>
      </w:pPr>
      <w:r>
        <w:t>سو، وی ہیو نو آپشن ادر دین ٹو ایکسیپٹ گاڈ اینڈ ٹو ایکسیپٹ پرافٹ۔</w:t>
      </w:r>
    </w:p>
    <w:p>
      <w:r>
        <w:rPr>
          <w:b/>
        </w:rPr>
        <w:t xml:space="preserve">[11:45] </w:t>
      </w:r>
      <w:r>
        <w:t>If we want to know the secrets of life, if we want to plan our life in right</w:t>
      </w:r>
    </w:p>
    <w:p>
      <w:pPr>
        <w:jc w:val="right"/>
      </w:pPr>
      <w:r>
        <w:t>اف وی وانٹ ٹو نو دا سیکرٹس اف لائف، اف وی وانٹ ٹو پلان اور لائف ان رائٹ</w:t>
      </w:r>
    </w:p>
    <w:p>
      <w:r>
        <w:rPr>
          <w:b/>
        </w:rPr>
        <w:t xml:space="preserve">[11:53] </w:t>
      </w:r>
      <w:r>
        <w:t>manner, if we want to know, if we want to know the the true path of life, if</w:t>
      </w:r>
    </w:p>
    <w:p>
      <w:pPr>
        <w:jc w:val="right"/>
      </w:pPr>
      <w:r>
        <w:t>مینر، اف وی وانٹ ٹو نو، اف وی وانٹ ٹو نو دا دا ٹرو پاتھ اف لائف، اف</w:t>
      </w:r>
    </w:p>
    <w:p>
      <w:r>
        <w:rPr>
          <w:b/>
        </w:rPr>
        <w:t xml:space="preserve">[12:01] </w:t>
      </w:r>
      <w:r>
        <w:t>We want to know what is the secret of secret of success or life in pre-death period</w:t>
      </w:r>
    </w:p>
    <w:p>
      <w:pPr>
        <w:jc w:val="right"/>
      </w:pPr>
      <w:r>
        <w:t>وی وانٹ ٹو نو واٹ از دا سیکرٹ اف سیکرٹ اف سکسیس اور لائف ان پری ڈیتھ پیریڈ</w:t>
      </w:r>
    </w:p>
    <w:p>
      <w:r>
        <w:rPr>
          <w:b/>
        </w:rPr>
        <w:t xml:space="preserve">[12:08] </w:t>
      </w:r>
      <w:r>
        <w:t>and also in post-death period.</w:t>
      </w:r>
    </w:p>
    <w:p>
      <w:pPr>
        <w:jc w:val="right"/>
      </w:pPr>
      <w:r>
        <w:t>اینڈ السو ان پوسٹ ڈیتھ پیریڈ۔</w:t>
      </w:r>
    </w:p>
    <w:p>
      <w:r>
        <w:rPr>
          <w:b/>
        </w:rPr>
        <w:t xml:space="preserve">[12:11] </w:t>
      </w:r>
      <w:r>
        <w:t>So, we have no option other than to to believe in prophet, to rely on the prophet, to</w:t>
      </w:r>
    </w:p>
    <w:p>
      <w:pPr>
        <w:jc w:val="right"/>
      </w:pPr>
      <w:r>
        <w:t>سو، وی ہیو نو آپشن ادر دین ٹو ٹو بیلیو ان پرافٹ، ٹو ریلائی ان دا پرافٹ، ٹو</w:t>
      </w:r>
    </w:p>
    <w:p>
      <w:r>
        <w:rPr>
          <w:b/>
        </w:rPr>
        <w:t xml:space="preserve">[12:19] </w:t>
      </w:r>
      <w:r>
        <w:t>Take guidance from the prophet.</w:t>
      </w:r>
    </w:p>
    <w:p>
      <w:pPr>
        <w:jc w:val="right"/>
      </w:pPr>
      <w:r>
        <w:t>ٹیک گائیڈنس فرام دا پرافٹ۔</w:t>
      </w:r>
    </w:p>
    <w:p>
      <w:r>
        <w:rPr>
          <w:b/>
        </w:rPr>
        <w:t xml:space="preserve">[12:21] </w:t>
      </w:r>
      <w:r>
        <w:t>So, this is the second tenet of Islam, second tenets of Islamic belief.</w:t>
      </w:r>
    </w:p>
    <w:p>
      <w:pPr>
        <w:jc w:val="right"/>
      </w:pPr>
      <w:r>
        <w:t>سو، دس از دا سیکنڈ ٹینٹ اف اسلام، سیکنڈ ٹینٹس اف اسلامک بیلیف۔</w:t>
      </w:r>
    </w:p>
    <w:p>
      <w:r>
        <w:rPr>
          <w:b/>
        </w:rPr>
        <w:t xml:space="preserve">[12:26] </w:t>
      </w:r>
      <w:r>
        <w:t>The third belief is akhirah.</w:t>
      </w:r>
    </w:p>
    <w:p>
      <w:pPr>
        <w:jc w:val="right"/>
      </w:pPr>
      <w:r>
        <w:t>دا تھرڈ بیلیف از اخرہ۔</w:t>
      </w:r>
    </w:p>
    <w:p>
      <w:r>
        <w:rPr>
          <w:b/>
        </w:rPr>
        <w:t xml:space="preserve">[12:29] </w:t>
      </w:r>
      <w:r>
        <w:t>Islamic belief system is based on three tenets: Tawhid, and and prophethood, and akhirah.</w:t>
      </w:r>
    </w:p>
    <w:p>
      <w:pPr>
        <w:jc w:val="right"/>
      </w:pPr>
      <w:r>
        <w:t>اسلامک بیلیف سسٹم از بیسڈ ان تھری ٹینٹس: توحید، اینڈ اینڈ پرافٹ ہڈ، اینڈ اخرہ۔</w:t>
      </w:r>
    </w:p>
    <w:p>
      <w:r>
        <w:rPr>
          <w:b/>
        </w:rPr>
        <w:t xml:space="preserve">[12:35] </w:t>
      </w:r>
      <w:r>
        <w:t>Akhirah is the third tenant of the Islamic belief.</w:t>
      </w:r>
    </w:p>
    <w:p>
      <w:pPr>
        <w:jc w:val="right"/>
      </w:pPr>
      <w:r>
        <w:t>اخرہ از دا تھرڈ ٹینٹ اف دا اسلامک بیلیف۔</w:t>
      </w:r>
    </w:p>
    <w:p>
      <w:r>
        <w:rPr>
          <w:b/>
        </w:rPr>
        <w:t xml:space="preserve">[12:39] </w:t>
      </w:r>
      <w:r>
        <w:t>Aakhirat means hereafter world, hereafter.</w:t>
      </w:r>
    </w:p>
    <w:p>
      <w:pPr>
        <w:jc w:val="right"/>
      </w:pPr>
      <w:r>
        <w:t>اخرت مینز ہیر افٹر ورلڈ، ہیر افٹر۔</w:t>
      </w:r>
    </w:p>
    <w:p>
      <w:r>
        <w:rPr>
          <w:b/>
        </w:rPr>
        <w:t xml:space="preserve">[12:42] </w:t>
      </w:r>
      <w:r>
        <w:t>So, according to this belief, God has created man as an eternal being, but he prays his his</w:t>
      </w:r>
    </w:p>
    <w:p>
      <w:pPr>
        <w:jc w:val="right"/>
      </w:pPr>
      <w:r>
        <w:t>سو، اکارڈنگ ٹو دس بیلیف، گاڈ ہیز کریٹڈ مین ایز این ایٹرنل بینگ، بٹ ہی پریز ہز ہز</w:t>
      </w:r>
    </w:p>
    <w:p>
      <w:r>
        <w:rPr>
          <w:b/>
        </w:rPr>
        <w:t xml:space="preserve">[12:50] </w:t>
      </w:r>
      <w:r>
        <w:t>Life span.</w:t>
      </w:r>
    </w:p>
    <w:p>
      <w:pPr>
        <w:jc w:val="right"/>
      </w:pPr>
      <w:r>
        <w:t>لائف سپین۔</w:t>
      </w:r>
    </w:p>
    <w:p>
      <w:r>
        <w:rPr>
          <w:b/>
        </w:rPr>
        <w:t xml:space="preserve">[12:51] </w:t>
      </w:r>
      <w:r>
        <w:t>But he divided his life span into parts, into two parts.</w:t>
      </w:r>
    </w:p>
    <w:p>
      <w:pPr>
        <w:jc w:val="right"/>
      </w:pPr>
      <w:r>
        <w:t>بٹ ہی ڈیوائیڈڈ ہز لائف سپین ان ٹو پارٹس، انٹو ٹو پارٹس۔</w:t>
      </w:r>
    </w:p>
    <w:p>
      <w:r>
        <w:rPr>
          <w:b/>
        </w:rPr>
        <w:t xml:space="preserve">[12:56] </w:t>
      </w:r>
      <w:r>
        <w:t>One part is we praise in the in the before death period, and the other he prays in</w:t>
      </w:r>
    </w:p>
    <w:p>
      <w:pPr>
        <w:jc w:val="right"/>
      </w:pPr>
      <w:r>
        <w:t>ون پارٹ از وی پریز ان دی ان دی بیفور ڈیتھ پیریڈ، اینڈ دی ادر ہی پریز ان</w:t>
      </w:r>
    </w:p>
    <w:p>
      <w:r>
        <w:rPr>
          <w:b/>
        </w:rPr>
        <w:t xml:space="preserve">[13:04] </w:t>
      </w:r>
      <w:r>
        <w:t>The post-death period.</w:t>
      </w:r>
    </w:p>
    <w:p>
      <w:pPr>
        <w:jc w:val="right"/>
      </w:pPr>
      <w:r>
        <w:t>دا پوسٹ ڈیتھ پیریڈ۔</w:t>
      </w:r>
    </w:p>
    <w:p>
      <w:r>
        <w:rPr>
          <w:b/>
        </w:rPr>
        <w:t xml:space="preserve">[13:06] </w:t>
      </w:r>
      <w:r>
        <w:t>So, akhirat is the very important tenant of Islam.</w:t>
      </w:r>
    </w:p>
    <w:p>
      <w:pPr>
        <w:jc w:val="right"/>
      </w:pPr>
      <w:r>
        <w:t>سو، اخرت از دا ویری امپورٹنٹ ٹینٹ اف اسلام۔</w:t>
      </w:r>
    </w:p>
    <w:p>
      <w:r>
        <w:rPr>
          <w:b/>
        </w:rPr>
        <w:t xml:space="preserve">[13:10] </w:t>
      </w:r>
      <w:r>
        <w:t>If you take a copy of the Quran and start reading it, you will find that the very</w:t>
      </w:r>
    </w:p>
    <w:p>
      <w:pPr>
        <w:jc w:val="right"/>
      </w:pPr>
      <w:r>
        <w:t>اف یو ٹیک ا کاپی اف دا قرآن اینڈ اسٹارٹ ریڈنگ اٹ، یو ویل فائنڈ دیٹ دا ویری</w:t>
      </w:r>
    </w:p>
    <w:p>
      <w:r>
        <w:rPr>
          <w:b/>
        </w:rPr>
        <w:t xml:space="preserve">[13:17] </w:t>
      </w:r>
      <w:r>
        <w:t>First chapter of the Quran says: "Malik Yawm Ad-Din".</w:t>
      </w:r>
    </w:p>
    <w:p>
      <w:pPr>
        <w:jc w:val="right"/>
      </w:pPr>
      <w:r>
        <w:t>فرسٹ چیپٹر اف دا قرآن سیز: "مالک یوم الدین"۔</w:t>
      </w:r>
    </w:p>
    <w:p>
      <w:r>
        <w:rPr>
          <w:b/>
        </w:rPr>
        <w:t xml:space="preserve">[13:21] </w:t>
      </w:r>
      <w:r>
        <w:t>God is the Lord of the Day of Judgment.</w:t>
      </w:r>
    </w:p>
    <w:p>
      <w:pPr>
        <w:jc w:val="right"/>
      </w:pPr>
      <w:r>
        <w:t>گاڈ از دا لارڈ اف دا ڈے اف ججمنٹ۔</w:t>
      </w:r>
    </w:p>
    <w:p>
      <w:r>
        <w:rPr>
          <w:b/>
        </w:rPr>
        <w:t xml:space="preserve">[13:25] </w:t>
      </w:r>
      <w:r>
        <w:t>Almost in every chapter, you will see something about this belief, about the akhirah.</w:t>
      </w:r>
    </w:p>
    <w:p>
      <w:pPr>
        <w:jc w:val="right"/>
      </w:pPr>
      <w:r>
        <w:t>الموسٹ ان ایوری چیپٹر، یو ویل سی سمتھنگ اباؤٹ دس بیلیف، اباؤٹ دی اخرہ۔</w:t>
      </w:r>
    </w:p>
    <w:p>
      <w:r>
        <w:rPr>
          <w:b/>
        </w:rPr>
        <w:t xml:space="preserve">[13:31] </w:t>
      </w:r>
      <w:r>
        <w:t>The almost every chapter gives us some knowledge directly or indirectly about akhirah.</w:t>
      </w:r>
    </w:p>
    <w:p>
      <w:pPr>
        <w:jc w:val="right"/>
      </w:pPr>
      <w:r>
        <w:t>دا الموسٹ ایوری چیپٹر گیوز اس سم نالج ڈائریکٹلی اور ان ڈائریکٹلی اباؤٹ اخرہ۔</w:t>
      </w:r>
    </w:p>
    <w:p>
      <w:r>
        <w:rPr>
          <w:b/>
        </w:rPr>
        <w:t xml:space="preserve">[13:37] </w:t>
      </w:r>
      <w:r>
        <w:t>One scholar was asked: "What is the gist of the Quran?" He said: "Sarguzasht-e-Anbiya."</w:t>
      </w:r>
    </w:p>
    <w:p>
      <w:pPr>
        <w:jc w:val="right"/>
      </w:pPr>
      <w:r>
        <w:t>ون اسکالر واز اسکڈ: "واٹ از دا جسٹ اف دا قرآن؟" ہی سیڈ: "سرگزشت انظار"۔</w:t>
      </w:r>
    </w:p>
    <w:p>
      <w:r>
        <w:rPr>
          <w:b/>
        </w:rPr>
        <w:t xml:space="preserve">[13:43] </w:t>
      </w:r>
      <w:r>
        <w:t>سرگزشت انظار means record of warning, warning about the akhirah.</w:t>
      </w:r>
    </w:p>
    <w:p>
      <w:pPr>
        <w:jc w:val="right"/>
      </w:pPr>
      <w:r>
        <w:t>سرگزشت انظار مینز ریکارڈ اف وارننگ، وارننگ اباؤٹ دی اخرہ۔</w:t>
      </w:r>
    </w:p>
    <w:p>
      <w:r>
        <w:rPr>
          <w:b/>
        </w:rPr>
        <w:t xml:space="preserve">[13:48] </w:t>
      </w:r>
      <w:r>
        <w:t>So, the whole Quran is is a warning.</w:t>
      </w:r>
    </w:p>
    <w:p>
      <w:pPr>
        <w:jc w:val="right"/>
      </w:pPr>
      <w:r>
        <w:t>سو، دا ہول قرآن از از ا وارننگ۔</w:t>
      </w:r>
    </w:p>
    <w:p>
      <w:r>
        <w:rPr>
          <w:b/>
        </w:rPr>
        <w:t xml:space="preserve">[13:51] </w:t>
      </w:r>
      <w:r>
        <w:t>Quran gives us, Quran informs about the creation plan of God.</w:t>
      </w:r>
    </w:p>
    <w:p>
      <w:pPr>
        <w:jc w:val="right"/>
      </w:pPr>
      <w:r>
        <w:t>قرآن گیوز اس قرآن انفارمس اباؤٹ دا کریشن پلان اف گاڈ۔</w:t>
      </w:r>
    </w:p>
    <w:p>
      <w:r>
        <w:rPr>
          <w:b/>
        </w:rPr>
        <w:t xml:space="preserve">[13:56] </w:t>
      </w:r>
      <w:r>
        <w:t>And according to this creation plan of God, we will face the world hereafter.</w:t>
      </w:r>
    </w:p>
    <w:p>
      <w:pPr>
        <w:jc w:val="right"/>
      </w:pPr>
      <w:r>
        <w:t>اینڈ اکارڈنگ ٹو دس کریشن پلان اف گاڈ، وی وی ویل فیس دی دی ورلڈ ہیر افٹر۔</w:t>
      </w:r>
    </w:p>
    <w:p>
      <w:r>
        <w:rPr>
          <w:b/>
        </w:rPr>
        <w:t xml:space="preserve">[14:03] </w:t>
      </w:r>
      <w:r>
        <w:t>According to this creation plan of God, we are accountable to God.</w:t>
      </w:r>
    </w:p>
    <w:p>
      <w:pPr>
        <w:jc w:val="right"/>
      </w:pPr>
      <w:r>
        <w:t>اکارڈنگ ٹو دس کریشن پلان اف گاڈ، وی ار اکاؤنٹیبل ٹو گاڈ۔</w:t>
      </w:r>
    </w:p>
    <w:p>
      <w:r>
        <w:rPr>
          <w:b/>
        </w:rPr>
        <w:t xml:space="preserve">[14:08] </w:t>
      </w:r>
      <w:r>
        <w:t>This concept is the most important concept in Islam.</w:t>
      </w:r>
    </w:p>
    <w:p>
      <w:pPr>
        <w:jc w:val="right"/>
      </w:pPr>
      <w:r>
        <w:t>دس کانسیپٹ از دا موسٹ امپورٹنٹ کانسیپٹ ان اسلام۔</w:t>
      </w:r>
    </w:p>
    <w:p>
      <w:r>
        <w:rPr>
          <w:b/>
        </w:rPr>
        <w:t xml:space="preserve">[14:12] </w:t>
      </w:r>
      <w:r>
        <w:t>You know, when the Prophet of Islam was appointed as a prophet in 610, he addressed the Makkah</w:t>
      </w:r>
    </w:p>
    <w:p>
      <w:pPr>
        <w:jc w:val="right"/>
      </w:pPr>
      <w:r>
        <w:t>یو نو، وین دا پرافٹ اف اسلام واز اپوائنٹڈ ایز اے پرافٹ ان 610، ہی ایڈریس دی مک</w:t>
      </w:r>
    </w:p>
    <w:p>
      <w:r>
        <w:rPr>
          <w:b/>
        </w:rPr>
        <w:t xml:space="preserve">[14:20] </w:t>
      </w:r>
      <w:r>
        <w:t>people in his first address after receiving revelation from God.</w:t>
      </w:r>
    </w:p>
    <w:p>
      <w:pPr>
        <w:jc w:val="right"/>
      </w:pPr>
      <w:r>
        <w:t>پیپل ان ہز فرسٹ ایڈریس افٹر ریسیونگ ریولیشن فرام گاڈ۔</w:t>
      </w:r>
    </w:p>
    <w:p>
      <w:r>
        <w:rPr>
          <w:b/>
        </w:rPr>
        <w:t xml:space="preserve">[14:24] </w:t>
      </w:r>
      <w:r>
        <w:t>So, after so, in this first prophetic address, he said: "O people, innamakum lamatuna kama tanamuna, summa innamakum</w:t>
      </w:r>
    </w:p>
    <w:p>
      <w:pPr>
        <w:jc w:val="right"/>
      </w:pPr>
      <w:r>
        <w:t>سو، افٹر سو، ان دس فرسٹ پرافٹک ایڈریس، ہی سیڈ: "او پیپل، انکم لتموتون کما تنامون، ثم انکم</w:t>
      </w:r>
    </w:p>
    <w:p>
      <w:r>
        <w:rPr>
          <w:b/>
        </w:rPr>
        <w:t xml:space="preserve">[14:32] </w:t>
      </w:r>
      <w:r>
        <w:t>"latakoon kama tasta'eedoon, wa innaha lajannat abada awwal al-nar abada".</w:t>
      </w:r>
    </w:p>
    <w:p>
      <w:pPr>
        <w:jc w:val="right"/>
      </w:pPr>
      <w:r>
        <w:t>لتهیون کما تستعقدون، وانہا لجنت ابدا اول النار ابدا"۔</w:t>
      </w:r>
    </w:p>
    <w:p>
      <w:r>
        <w:rPr>
          <w:b/>
        </w:rPr>
        <w:t xml:space="preserve">[14:36] </w:t>
      </w:r>
      <w:r>
        <w:t>This was the first address by the Prophet of Islam in Makkah.</w:t>
      </w:r>
    </w:p>
    <w:p>
      <w:pPr>
        <w:jc w:val="right"/>
      </w:pPr>
      <w:r>
        <w:t>دس واز دا فرسٹ ایڈریس بائے دا پرافٹ اف اسلام ان مکہ۔</w:t>
      </w:r>
    </w:p>
    <w:p>
      <w:r>
        <w:rPr>
          <w:b/>
        </w:rPr>
        <w:t xml:space="preserve">[14:41] </w:t>
      </w:r>
      <w:r>
        <w:t>He said that: "O people, you will die, and then you, then, then you, but, but the death</w:t>
      </w:r>
    </w:p>
    <w:p>
      <w:pPr>
        <w:jc w:val="right"/>
      </w:pPr>
      <w:r>
        <w:t>ہی سیڈ دیٹ: "او پیپل، یو ویل ڈائی، اینڈ دین یو، دین، دین یو، بٹ، بٹ دا ڈیتھ</w:t>
      </w:r>
    </w:p>
    <w:p>
      <w:r>
        <w:rPr>
          <w:b/>
        </w:rPr>
        <w:t xml:space="preserve">[14:49] </w:t>
      </w:r>
      <w:r>
        <w:t>"is not not end of your life".</w:t>
      </w:r>
    </w:p>
    <w:p>
      <w:pPr>
        <w:jc w:val="right"/>
      </w:pPr>
      <w:r>
        <w:t>از ناٹ ناٹ اینڈ اف یور لائف"۔</w:t>
      </w:r>
    </w:p>
    <w:p>
      <w:r>
        <w:rPr>
          <w:b/>
        </w:rPr>
        <w:t xml:space="preserve">[14:52] </w:t>
      </w:r>
      <w:r>
        <w:t>He said that: "The death is not the end of your life.</w:t>
      </w:r>
    </w:p>
    <w:p>
      <w:pPr>
        <w:jc w:val="right"/>
      </w:pPr>
      <w:r>
        <w:t>ہی سیڈ دیٹ: "دا ڈیتھ از ناٹ دی اینڈ اف یور لائف۔</w:t>
      </w:r>
    </w:p>
    <w:p>
      <w:r>
        <w:rPr>
          <w:b/>
        </w:rPr>
        <w:t xml:space="preserve">[14:57] </w:t>
      </w:r>
      <w:r>
        <w:t>After death, there is also another life, another life, and in that life, in that period of life,</w:t>
      </w:r>
    </w:p>
    <w:p>
      <w:pPr>
        <w:jc w:val="right"/>
      </w:pPr>
      <w:r>
        <w:t>افٹر ڈیتھ، دیر از السو انادر لائف، انادر لائف، اینڈ ان دیٹ لائف، ان دیٹ پیریڈ اف لائف،</w:t>
      </w:r>
    </w:p>
    <w:p>
      <w:r>
        <w:rPr>
          <w:b/>
        </w:rPr>
        <w:t xml:space="preserve">[15:04] </w:t>
      </w:r>
      <w:r>
        <w:t>There are hell and heaven.</w:t>
      </w:r>
    </w:p>
    <w:p>
      <w:pPr>
        <w:jc w:val="right"/>
      </w:pPr>
      <w:r>
        <w:t>دیر ار ہیلل ہیون۔</w:t>
      </w:r>
    </w:p>
    <w:p>
      <w:r>
        <w:rPr>
          <w:b/>
        </w:rPr>
        <w:t xml:space="preserve">[15:06] </w:t>
      </w:r>
      <w:r>
        <w:t>So, you will be, you will be either punished or you will be rewarded.</w:t>
      </w:r>
    </w:p>
    <w:p>
      <w:pPr>
        <w:jc w:val="right"/>
      </w:pPr>
      <w:r>
        <w:t>سو، یو ویل بی، یو ویل بی ایدر پنشڈ اور یو ویل بی ریوارڈڈ۔</w:t>
      </w:r>
    </w:p>
    <w:p>
      <w:r>
        <w:rPr>
          <w:b/>
        </w:rPr>
        <w:t xml:space="preserve">[15:12] </w:t>
      </w:r>
      <w:r>
        <w:t>So, you have to follow the path of God.</w:t>
      </w:r>
    </w:p>
    <w:p>
      <w:pPr>
        <w:jc w:val="right"/>
      </w:pPr>
      <w:r>
        <w:t>سو، یو ہیو ٹو فالو دی پاتھ اف گاڈ۔</w:t>
      </w:r>
    </w:p>
    <w:p>
      <w:r>
        <w:rPr>
          <w:b/>
        </w:rPr>
        <w:t xml:space="preserve">[15:16] </w:t>
      </w:r>
      <w:r>
        <w:t>You have to believe in God.</w:t>
      </w:r>
    </w:p>
    <w:p>
      <w:pPr>
        <w:jc w:val="right"/>
      </w:pPr>
      <w:r>
        <w:t>یو ہیو ٹو بیلیو ان گاڈ۔</w:t>
      </w:r>
    </w:p>
    <w:p>
      <w:r>
        <w:rPr>
          <w:b/>
        </w:rPr>
        <w:t xml:space="preserve">[15:19] </w:t>
      </w:r>
      <w:r>
        <w:t>You have to purify your soul.</w:t>
      </w:r>
    </w:p>
    <w:p>
      <w:pPr>
        <w:jc w:val="right"/>
      </w:pPr>
      <w:r>
        <w:t>یو ہیو ٹو پیوریفائی یور سول۔</w:t>
      </w:r>
    </w:p>
    <w:p>
      <w:r>
        <w:rPr>
          <w:b/>
        </w:rPr>
        <w:t xml:space="preserve">[15:21] </w:t>
      </w:r>
      <w:r>
        <w:t>You have to prepare yourself, otherwise you will be, you will be punished in the world</w:t>
      </w:r>
    </w:p>
    <w:p>
      <w:pPr>
        <w:jc w:val="right"/>
      </w:pPr>
      <w:r>
        <w:t>یو ہیو ٹو پریپیئر یور سیلف، ادر وائز یو ویل بی، یو ویل بی پنشڈ ان دا ورلڈ</w:t>
      </w:r>
    </w:p>
    <w:p>
      <w:r>
        <w:rPr>
          <w:b/>
        </w:rPr>
        <w:t xml:space="preserve">[15:29] </w:t>
      </w:r>
      <w:r>
        <w:t>"Hereafter".</w:t>
      </w:r>
    </w:p>
    <w:p>
      <w:pPr>
        <w:jc w:val="right"/>
      </w:pPr>
      <w:r>
        <w:t>ہیر افٹر"۔</w:t>
      </w:r>
    </w:p>
    <w:p>
      <w:r>
        <w:rPr>
          <w:b/>
        </w:rPr>
        <w:t xml:space="preserve">[15:30] </w:t>
      </w:r>
      <w:r>
        <w:t>This was the first address by the Prophet of Islam in Mecca.</w:t>
      </w:r>
    </w:p>
    <w:p>
      <w:pPr>
        <w:jc w:val="right"/>
      </w:pPr>
      <w:r>
        <w:t>دس واز دا فرسٹ ایڈریس بائے دا پرافٹ اف اسلام ان مکہ۔</w:t>
      </w:r>
    </w:p>
    <w:p>
      <w:r>
        <w:rPr>
          <w:b/>
        </w:rPr>
        <w:t xml:space="preserve">[15:35] </w:t>
      </w:r>
      <w:r>
        <w:t>And when he migrated from Makkah and settled in Madinah, in Madinah also, in Madinah he addressed Madinah</w:t>
      </w:r>
    </w:p>
    <w:p>
      <w:pPr>
        <w:jc w:val="right"/>
      </w:pPr>
      <w:r>
        <w:t>اینڈ وین ہی مائیگریٹڈ فرام مکہ اینڈ سیٹل ان مدینہ، ان مدینہ السو، ان مدینہ ہی ایڈریس مدینہ</w:t>
      </w:r>
    </w:p>
    <w:p>
      <w:r>
        <w:rPr>
          <w:b/>
        </w:rPr>
        <w:t xml:space="preserve">[15:43] </w:t>
      </w:r>
      <w:r>
        <w:t>people.</w:t>
      </w:r>
    </w:p>
    <w:p>
      <w:pPr>
        <w:jc w:val="right"/>
      </w:pPr>
      <w:r>
        <w:t>پیپل۔</w:t>
      </w:r>
    </w:p>
    <w:p>
      <w:r>
        <w:rPr>
          <w:b/>
        </w:rPr>
        <w:t xml:space="preserve">[15:45] </w:t>
      </w:r>
      <w:r>
        <w:t>And in this first address, he again repeated the Islamic principles.</w:t>
      </w:r>
    </w:p>
    <w:p>
      <w:pPr>
        <w:jc w:val="right"/>
      </w:pPr>
      <w:r>
        <w:t>اینڈ ان دس فرسٹ ایڈریس، ہی اگین ریپیٹڈ دا اسلامک پرنسپلز۔</w:t>
      </w:r>
    </w:p>
    <w:p>
      <w:r>
        <w:rPr>
          <w:b/>
        </w:rPr>
        <w:t xml:space="preserve">[15:49] </w:t>
      </w:r>
      <w:r>
        <w:t>And the studies show, the scientific studies show that man has to, man has some some very some</w:t>
      </w:r>
    </w:p>
    <w:p>
      <w:pPr>
        <w:jc w:val="right"/>
      </w:pPr>
      <w:r>
        <w:t>اینڈ دی اسٹڈیز شو، دی سائنٹیفک اسٹڈیز شو دیٹ مین ہیز ٹو، مین ہیز سم سم ویری سم</w:t>
      </w:r>
    </w:p>
    <w:p>
      <w:r>
        <w:rPr>
          <w:b/>
        </w:rPr>
        <w:t xml:space="preserve">[15:57] </w:t>
      </w:r>
      <w:r>
        <w:t>some natural urge in his nature, in his mind.</w:t>
      </w:r>
    </w:p>
    <w:p>
      <w:pPr>
        <w:jc w:val="right"/>
      </w:pPr>
      <w:r>
        <w:t>سم نیچرل ارج ان ہز نیچر، ان ہز مائنڈ۔</w:t>
      </w:r>
    </w:p>
    <w:p>
      <w:r>
        <w:rPr>
          <w:b/>
        </w:rPr>
        <w:t xml:space="preserve">[16:01] </w:t>
      </w:r>
      <w:r>
        <w:t>For example, we have an urge in the form of hunger.</w:t>
      </w:r>
    </w:p>
    <w:p>
      <w:pPr>
        <w:jc w:val="right"/>
      </w:pPr>
      <w:r>
        <w:t>فار ایگزیمپل، وی ہیو این ارج ان دا فارم اف ہنگر۔</w:t>
      </w:r>
    </w:p>
    <w:p>
      <w:r>
        <w:rPr>
          <w:b/>
        </w:rPr>
        <w:t xml:space="preserve">[16:06] </w:t>
      </w:r>
      <w:r>
        <w:t>Hunger is our initial urge.</w:t>
      </w:r>
    </w:p>
    <w:p>
      <w:pPr>
        <w:jc w:val="right"/>
      </w:pPr>
      <w:r>
        <w:t>ہنگر از اور انیشل ارج۔</w:t>
      </w:r>
    </w:p>
    <w:p>
      <w:r>
        <w:rPr>
          <w:b/>
        </w:rPr>
        <w:t xml:space="preserve">[16:08] </w:t>
      </w:r>
      <w:r>
        <w:t>We find that there is abundant food provided for us in this world.</w:t>
      </w:r>
    </w:p>
    <w:p>
      <w:pPr>
        <w:jc w:val="right"/>
      </w:pPr>
      <w:r>
        <w:t>وی فائنڈ دیٹ دیر از ابیلٹنٹ فوڈ پرووائیڈڈ فار اس ان دس ورلڈ۔</w:t>
      </w:r>
    </w:p>
    <w:p>
      <w:r>
        <w:rPr>
          <w:b/>
        </w:rPr>
        <w:t xml:space="preserve">[16:13] </w:t>
      </w:r>
      <w:r>
        <w:t>یعنی when we are, when we are, we we find in our, in our personality hunger, and then</w:t>
      </w:r>
    </w:p>
    <w:p>
      <w:pPr>
        <w:jc w:val="right"/>
      </w:pPr>
      <w:r>
        <w:t>یعنی وین وی ار، وین وی ار، وی وی فائنڈ ان اور، ان اور پرسنیلٹی ہنگر، اینڈ دین</w:t>
      </w:r>
    </w:p>
    <w:p>
      <w:r>
        <w:rPr>
          <w:b/>
        </w:rPr>
        <w:t xml:space="preserve">[16:21] </w:t>
      </w:r>
      <w:r>
        <w:t>World provides us with food.</w:t>
      </w:r>
    </w:p>
    <w:p>
      <w:pPr>
        <w:jc w:val="right"/>
      </w:pPr>
      <w:r>
        <w:t>ورلڈ پرووائیڈس اس ود فوڈ۔</w:t>
      </w:r>
    </w:p>
    <w:p>
      <w:r>
        <w:rPr>
          <w:b/>
        </w:rPr>
        <w:t xml:space="preserve">[16:23] </w:t>
      </w:r>
      <w:r>
        <w:t>The is another urge in the, in the, in the form of thirst.</w:t>
      </w:r>
    </w:p>
    <w:p>
      <w:pPr>
        <w:jc w:val="right"/>
      </w:pPr>
      <w:r>
        <w:t>دین دیر از انادر ارج ان دا، ان دا، ان دا فارم اف تھرسٹ۔</w:t>
      </w:r>
    </w:p>
    <w:p>
      <w:r>
        <w:rPr>
          <w:b/>
        </w:rPr>
        <w:t xml:space="preserve">[16:29] </w:t>
      </w:r>
      <w:r>
        <w:t>Thirst is also a natural phenomena, but here we see that nature provides us water.</w:t>
      </w:r>
    </w:p>
    <w:p>
      <w:pPr>
        <w:jc w:val="right"/>
      </w:pPr>
      <w:r>
        <w:t>تھرسٹ از السو ا نیچرل فیناومینا، بٹ ہیر وی سی دیٹ نیچر پرووائیڈس اس واٹر۔</w:t>
      </w:r>
    </w:p>
    <w:p>
      <w:r>
        <w:rPr>
          <w:b/>
        </w:rPr>
        <w:t xml:space="preserve">[16:36] </w:t>
      </w:r>
      <w:r>
        <w:t>What is then, although we have two eyes, but we cannot see without light.</w:t>
      </w:r>
    </w:p>
    <w:p>
      <w:pPr>
        <w:jc w:val="right"/>
      </w:pPr>
      <w:r>
        <w:t>واٹر دین، الدو وی ہیو ٹو ائیز، بٹ وی کین ناٹ سی وداؤٹ لائٹ۔</w:t>
      </w:r>
    </w:p>
    <w:p>
      <w:r>
        <w:rPr>
          <w:b/>
        </w:rPr>
        <w:t xml:space="preserve">[16:42] </w:t>
      </w:r>
      <w:r>
        <w:t>Although we have two light, although we have two eyes, but eyes cannot see anything without</w:t>
      </w:r>
    </w:p>
    <w:p>
      <w:pPr>
        <w:jc w:val="right"/>
      </w:pPr>
      <w:r>
        <w:t>الدو وی ہیو ٹو لائٹ، الدو وی ہیو ٹو ائیز، بٹ ائیز کین ناٹ سی اینی تھنگ وداؤٹ</w:t>
      </w:r>
    </w:p>
    <w:p>
      <w:r>
        <w:rPr>
          <w:b/>
        </w:rPr>
        <w:t xml:space="preserve">[16:49] </w:t>
      </w:r>
      <w:r>
        <w:t>light.</w:t>
      </w:r>
    </w:p>
    <w:p>
      <w:pPr>
        <w:jc w:val="right"/>
      </w:pPr>
      <w:r>
        <w:t>لائٹ۔</w:t>
      </w:r>
    </w:p>
    <w:p>
      <w:r>
        <w:rPr>
          <w:b/>
        </w:rPr>
        <w:t xml:space="preserve">[16:51] </w:t>
      </w:r>
      <w:r>
        <w:t>So, nature provides us light.</w:t>
      </w:r>
    </w:p>
    <w:p>
      <w:pPr>
        <w:jc w:val="right"/>
      </w:pPr>
      <w:r>
        <w:t>سو، نیچر پرووائیڈس اس لائٹ۔</w:t>
      </w:r>
    </w:p>
    <w:p>
      <w:r>
        <w:rPr>
          <w:b/>
        </w:rPr>
        <w:t xml:space="preserve">[16:53] </w:t>
      </w:r>
      <w:r>
        <w:t>in the form of sunlight.</w:t>
      </w:r>
    </w:p>
    <w:p>
      <w:pPr>
        <w:jc w:val="right"/>
      </w:pPr>
      <w:r>
        <w:t>ان دا فارم اف سن لائٹ۔</w:t>
      </w:r>
    </w:p>
    <w:p>
      <w:r>
        <w:rPr>
          <w:b/>
        </w:rPr>
        <w:t xml:space="preserve">[16:56] </w:t>
      </w:r>
      <w:r>
        <w:t>So, all those things we want, all those things our nature required is present here in this world.</w:t>
      </w:r>
    </w:p>
    <w:p>
      <w:pPr>
        <w:jc w:val="right"/>
      </w:pPr>
      <w:r>
        <w:t>سو، ال دوز تھنگز وی وانٹ، ال دوز تھنگز اور نیچر ریکوائرڈ از پریزنٹ ہیر ان دس ورلڈ۔</w:t>
      </w:r>
    </w:p>
    <w:p>
      <w:r>
        <w:rPr>
          <w:b/>
        </w:rPr>
        <w:t xml:space="preserve">[17:03] </w:t>
      </w:r>
      <w:r>
        <w:t>But there are three urges which are not provided us in this world.</w:t>
      </w:r>
    </w:p>
    <w:p>
      <w:pPr>
        <w:jc w:val="right"/>
      </w:pPr>
      <w:r>
        <w:t>بٹ دیر ار تھری ارجز وچ ار ناٹ پرووائیڈڈ اس ان دس ورلڈ۔</w:t>
      </w:r>
    </w:p>
    <w:p>
      <w:r>
        <w:rPr>
          <w:b/>
        </w:rPr>
        <w:t xml:space="preserve">[17:09] </w:t>
      </w:r>
      <w:r>
        <w:t>Three urges, all except these three urges, all the urges are present in this world.</w:t>
      </w:r>
    </w:p>
    <w:p>
      <w:pPr>
        <w:jc w:val="right"/>
      </w:pPr>
      <w:r>
        <w:t>تھری ارجز، ال ایکسیپٹ دیز تھری ارجز، ال دا ارجز ار پریزنٹ ان دس ورلڈ۔</w:t>
      </w:r>
    </w:p>
    <w:p>
      <w:r>
        <w:rPr>
          <w:b/>
        </w:rPr>
        <w:t xml:space="preserve">[17:15] </w:t>
      </w:r>
      <w:r>
        <w:t>What are these three urges? These are eternity and justice and and happiness.</w:t>
      </w:r>
    </w:p>
    <w:p>
      <w:pPr>
        <w:jc w:val="right"/>
      </w:pPr>
      <w:r>
        <w:t>واٹ ار دیز تھری ارجز؟ دیز ار ایٹرنیٹی اینڈ جسٹس اینڈ اینڈ ہیپینس۔</w:t>
      </w:r>
    </w:p>
    <w:p>
      <w:r>
        <w:rPr>
          <w:b/>
        </w:rPr>
        <w:t xml:space="preserve">[17:21] </w:t>
      </w:r>
      <w:r>
        <w:t>We want eternity, we want eternal life, but we, but we die after seventy years, after eighty years.</w:t>
      </w:r>
    </w:p>
    <w:p>
      <w:pPr>
        <w:jc w:val="right"/>
      </w:pPr>
      <w:r>
        <w:t>وی وانٹ ایٹرنیٹی، وی وانٹ ایٹرنل لائف، بٹ وی، بٹ وی ڈائی افٹر سیونٹی ایئرز، افٹر ایٹی ایئرز۔</w:t>
      </w:r>
    </w:p>
    <w:p>
      <w:r>
        <w:rPr>
          <w:b/>
        </w:rPr>
        <w:t xml:space="preserve">[17:29] </w:t>
      </w:r>
      <w:r>
        <w:t>No one was able to live eternally, no king, no wealthy person.</w:t>
      </w:r>
    </w:p>
    <w:p>
      <w:pPr>
        <w:jc w:val="right"/>
      </w:pPr>
      <w:r>
        <w:t>نو ون واز ایبل ٹو لیو ایٹرنلی، نو کنگ، نو ویلدی پرسن۔</w:t>
      </w:r>
    </w:p>
    <w:p>
      <w:r>
        <w:rPr>
          <w:b/>
        </w:rPr>
        <w:t xml:space="preserve">[17:34] </w:t>
      </w:r>
      <w:r>
        <w:t>So, by nature, we want to live eternally.</w:t>
      </w:r>
    </w:p>
    <w:p>
      <w:pPr>
        <w:jc w:val="right"/>
      </w:pPr>
      <w:r>
        <w:t>سو، بائی نیچر، وی وانٹ ٹو لیو ایٹرنلی۔</w:t>
      </w:r>
    </w:p>
    <w:p>
      <w:r>
        <w:rPr>
          <w:b/>
        </w:rPr>
        <w:t xml:space="preserve">[17:37] </w:t>
      </w:r>
      <w:r>
        <w:t>Eternity is our natural urge, but eternity is not there.</w:t>
      </w:r>
    </w:p>
    <w:p>
      <w:pPr>
        <w:jc w:val="right"/>
      </w:pPr>
      <w:r>
        <w:t>ایٹرنیٹی از اور نیچرل ارج، بٹ ایٹرنیٹی از ناٹ دیر۔</w:t>
      </w:r>
    </w:p>
    <w:p>
      <w:r>
        <w:rPr>
          <w:b/>
        </w:rPr>
        <w:t xml:space="preserve">[17:41] </w:t>
      </w:r>
      <w:r>
        <w:t>We feel hungry and there is food.</w:t>
      </w:r>
    </w:p>
    <w:p>
      <w:pPr>
        <w:jc w:val="right"/>
      </w:pPr>
      <w:r>
        <w:t>وی فیل ہنگری اینڈ دیر از فوڈ۔</w:t>
      </w:r>
    </w:p>
    <w:p>
      <w:r>
        <w:rPr>
          <w:b/>
        </w:rPr>
        <w:t xml:space="preserve">[17:44] </w:t>
      </w:r>
      <w:r>
        <w:t>We feel thirsty and there is water.</w:t>
      </w:r>
    </w:p>
    <w:p>
      <w:pPr>
        <w:jc w:val="right"/>
      </w:pPr>
      <w:r>
        <w:t>وی فیل تھرسٹی اینڈ دیر از واٹر۔</w:t>
      </w:r>
    </w:p>
    <w:p>
      <w:r>
        <w:rPr>
          <w:b/>
        </w:rPr>
        <w:t xml:space="preserve">[17:47] </w:t>
      </w:r>
      <w:r>
        <w:t>We need light and there is solar system, but we want eternity, but there is no eternity in</w:t>
      </w:r>
    </w:p>
    <w:p>
      <w:pPr>
        <w:jc w:val="right"/>
      </w:pPr>
      <w:r>
        <w:t>وی نیڈ لائٹ اینڈ دیر از سولر سسٹم، بٹ وی وانٹ ایٹرنیٹی، بٹ دیر از نو ایٹرنیٹی ان</w:t>
      </w:r>
    </w:p>
    <w:p>
      <w:r>
        <w:rPr>
          <w:b/>
        </w:rPr>
        <w:t xml:space="preserve">[17:55] </w:t>
      </w:r>
      <w:r>
        <w:t>This world.</w:t>
      </w:r>
    </w:p>
    <w:p>
      <w:pPr>
        <w:jc w:val="right"/>
      </w:pPr>
      <w:r>
        <w:t>دس ورلڈ۔</w:t>
      </w:r>
    </w:p>
    <w:p>
      <w:r>
        <w:rPr>
          <w:b/>
        </w:rPr>
        <w:t xml:space="preserve">[17:57] </w:t>
      </w:r>
      <w:r>
        <w:t>We are compelled to die before finding eternity.</w:t>
      </w:r>
    </w:p>
    <w:p>
      <w:pPr>
        <w:jc w:val="right"/>
      </w:pPr>
      <w:r>
        <w:t>وی ار کمپل ٹو ڈائی بیفور فائنڈنگ ایٹرنیٹی۔</w:t>
      </w:r>
    </w:p>
    <w:p>
      <w:r>
        <w:rPr>
          <w:b/>
        </w:rPr>
        <w:t xml:space="preserve">[18:00] </w:t>
      </w:r>
      <w:r>
        <w:t>Then we want justice.</w:t>
      </w:r>
    </w:p>
    <w:p>
      <w:pPr>
        <w:jc w:val="right"/>
      </w:pPr>
      <w:r>
        <w:t>دین وی وانٹ جسٹس۔</w:t>
      </w:r>
    </w:p>
    <w:p>
      <w:r>
        <w:rPr>
          <w:b/>
        </w:rPr>
        <w:t xml:space="preserve">[18:02] </w:t>
      </w:r>
      <w:r>
        <w:t>We want justice.</w:t>
      </w:r>
    </w:p>
    <w:p>
      <w:pPr>
        <w:jc w:val="right"/>
      </w:pPr>
      <w:r>
        <w:t>وی وانٹ جسٹس۔</w:t>
      </w:r>
    </w:p>
    <w:p>
      <w:r>
        <w:rPr>
          <w:b/>
        </w:rPr>
        <w:t xml:space="preserve">[18:03] </w:t>
      </w:r>
      <w:r>
        <w:t>Justice is interwoven in our nature.</w:t>
      </w:r>
    </w:p>
    <w:p>
      <w:pPr>
        <w:jc w:val="right"/>
      </w:pPr>
      <w:r>
        <w:t>جسٹس از انٹروون ان اور نیچر۔</w:t>
      </w:r>
    </w:p>
    <w:p>
      <w:r>
        <w:rPr>
          <w:b/>
        </w:rPr>
        <w:t xml:space="preserve">[18:06] </w:t>
      </w:r>
      <w:r>
        <w:t>We see that in this world, some people are good, some people are bad, but there is no</w:t>
      </w:r>
    </w:p>
    <w:p>
      <w:pPr>
        <w:jc w:val="right"/>
      </w:pPr>
      <w:r>
        <w:t>وی سی دیٹ ان دس ورلڈ، سم پیپل ار گڈ، سم پیپل ار بیڈ، بٹ دیر از نو</w:t>
      </w:r>
    </w:p>
    <w:p>
      <w:r>
        <w:rPr>
          <w:b/>
        </w:rPr>
        <w:t xml:space="preserve">[18:14] </w:t>
      </w:r>
      <w:r>
        <w:t>result.</w:t>
      </w:r>
    </w:p>
    <w:p>
      <w:pPr>
        <w:jc w:val="right"/>
      </w:pPr>
      <w:r>
        <w:t>رزلٹ۔</w:t>
      </w:r>
    </w:p>
    <w:p>
      <w:r>
        <w:rPr>
          <w:b/>
        </w:rPr>
        <w:t xml:space="preserve">[18:15] </w:t>
      </w:r>
      <w:r>
        <w:t>There is no punishment for those people who living with evil character, with bad character, and also there</w:t>
      </w:r>
    </w:p>
    <w:p>
      <w:pPr>
        <w:jc w:val="right"/>
      </w:pPr>
      <w:r>
        <w:t>دیر از نو پنشمنٹ فار دوز پیپل ہو لیونگ ود ایول کریکٹر، ود بیڈ کریکٹر، اینڈ السو دیر</w:t>
      </w:r>
    </w:p>
    <w:p>
      <w:r>
        <w:rPr>
          <w:b/>
        </w:rPr>
        <w:t xml:space="preserve">[18:23] </w:t>
      </w:r>
      <w:r>
        <w:t>is no reward for those people who good people.</w:t>
      </w:r>
    </w:p>
    <w:p>
      <w:pPr>
        <w:jc w:val="right"/>
      </w:pPr>
      <w:r>
        <w:t>از نو ریوارڈ فار دوز پیپل ہو گڈ پیپل۔</w:t>
      </w:r>
    </w:p>
    <w:p>
      <w:r>
        <w:rPr>
          <w:b/>
        </w:rPr>
        <w:t xml:space="preserve">[18:27] </w:t>
      </w:r>
      <w:r>
        <w:t>So, in this world, there is no justice.</w:t>
      </w:r>
    </w:p>
    <w:p>
      <w:pPr>
        <w:jc w:val="right"/>
      </w:pPr>
      <w:r>
        <w:t>سو، ان دس ورلڈ، دیر از نو جسٹس۔</w:t>
      </w:r>
    </w:p>
    <w:p>
      <w:r>
        <w:rPr>
          <w:b/>
        </w:rPr>
        <w:t xml:space="preserve">[18:30] </w:t>
      </w:r>
      <w:r>
        <w:t>Justice required punishment and reward, both.</w:t>
      </w:r>
    </w:p>
    <w:p>
      <w:pPr>
        <w:jc w:val="right"/>
      </w:pPr>
      <w:r>
        <w:t>جسٹس ریکوائرڈ پنشمنٹ اینڈ ریوارڈ، بوتھ۔</w:t>
      </w:r>
    </w:p>
    <w:p>
      <w:r>
        <w:rPr>
          <w:b/>
        </w:rPr>
        <w:t xml:space="preserve">[18:33] </w:t>
      </w:r>
      <w:r>
        <w:t>Justice required that good people must be rewarded and bad people must be punished.</w:t>
      </w:r>
    </w:p>
    <w:p>
      <w:pPr>
        <w:jc w:val="right"/>
      </w:pPr>
      <w:r>
        <w:t>جسٹس ریکوائرڈ دیٹ گڈ پیپل مسٹ بی ریوارڈ اینڈ بیڈ پیپل مسٹ بی پنشڈ۔</w:t>
      </w:r>
    </w:p>
    <w:p>
      <w:r>
        <w:rPr>
          <w:b/>
        </w:rPr>
        <w:t xml:space="preserve">[18:39] </w:t>
      </w:r>
      <w:r>
        <w:t>But you see, there is no reward, no punishment.</w:t>
      </w:r>
    </w:p>
    <w:p>
      <w:pPr>
        <w:jc w:val="right"/>
      </w:pPr>
      <w:r>
        <w:t>بٹ یو سی، دیر از نو ریوارڈ، نو پنشمنٹ۔</w:t>
      </w:r>
    </w:p>
    <w:p>
      <w:r>
        <w:rPr>
          <w:b/>
        </w:rPr>
        <w:t xml:space="preserve">[18:43] </w:t>
      </w:r>
      <w:r>
        <w:t>تو اور nature wants justice, but there is no justice in this world.</w:t>
      </w:r>
    </w:p>
    <w:p>
      <w:pPr>
        <w:jc w:val="right"/>
      </w:pPr>
      <w:r>
        <w:t>تو اور نیچر وانٹس جسٹس، بٹ دیر از نو جسٹس ان دس ورلڈ۔</w:t>
      </w:r>
    </w:p>
    <w:p>
      <w:r>
        <w:rPr>
          <w:b/>
        </w:rPr>
        <w:t xml:space="preserve">[18:48] </w:t>
      </w:r>
      <w:r>
        <w:t>Then let us take happiness.</w:t>
      </w:r>
    </w:p>
    <w:p>
      <w:pPr>
        <w:jc w:val="right"/>
      </w:pPr>
      <w:r>
        <w:t>دین لیٹ اس ٹیک ہیپینس۔</w:t>
      </w:r>
    </w:p>
    <w:p>
      <w:r>
        <w:rPr>
          <w:b/>
        </w:rPr>
        <w:t xml:space="preserve">[18:50] </w:t>
      </w:r>
      <w:r>
        <w:t>Everyone tries to live in happiness.</w:t>
      </w:r>
    </w:p>
    <w:p>
      <w:pPr>
        <w:jc w:val="right"/>
      </w:pPr>
      <w:r>
        <w:t>ایوری ون ٹرائیز ٹو لیو ان ہیپینس۔</w:t>
      </w:r>
    </w:p>
    <w:p>
      <w:r>
        <w:rPr>
          <w:b/>
        </w:rPr>
        <w:t xml:space="preserve">[18:53] </w:t>
      </w:r>
      <w:r>
        <w:t>Happiness is our deep desire.</w:t>
      </w:r>
    </w:p>
    <w:p>
      <w:pPr>
        <w:jc w:val="right"/>
      </w:pPr>
      <w:r>
        <w:t>ہیپینس از اور ڈیپ ڈیزائر۔</w:t>
      </w:r>
    </w:p>
    <w:p>
      <w:r>
        <w:rPr>
          <w:b/>
        </w:rPr>
        <w:t xml:space="preserve">[18:55] </w:t>
      </w:r>
      <w:r>
        <w:t>To live in happiness is our deepest desire, but no one is able to live in happiness.</w:t>
      </w:r>
    </w:p>
    <w:p>
      <w:pPr>
        <w:jc w:val="right"/>
      </w:pPr>
      <w:r>
        <w:t>ٹو لیو ان ہیپینس از اور ڈیپسٹ ڈیزائر، بٹ نو ون از ایبل ٹو لیو ان ہیپینس۔</w:t>
      </w:r>
    </w:p>
    <w:p>
      <w:r>
        <w:rPr>
          <w:b/>
        </w:rPr>
        <w:t xml:space="preserve">[19:03] </w:t>
      </w:r>
      <w:r>
        <w:t>Bertrand Russell has published a book with this title, "Happiness."</w:t>
      </w:r>
    </w:p>
    <w:p>
      <w:pPr>
        <w:jc w:val="right"/>
      </w:pPr>
      <w:r>
        <w:t>برٹن رسل ہیز پبلش ا بک ود دس ٹائٹل "ہیپینس"۔</w:t>
      </w:r>
    </w:p>
    <w:p>
      <w:r>
        <w:rPr>
          <w:b/>
        </w:rPr>
        <w:t xml:space="preserve">[19:07] </w:t>
      </w:r>
      <w:r>
        <w:t>The title of this book is "Happiness".</w:t>
      </w:r>
    </w:p>
    <w:p>
      <w:pPr>
        <w:jc w:val="right"/>
      </w:pPr>
      <w:r>
        <w:t>دا ٹائٹل اف دس بک از "ہیپینس"۔</w:t>
      </w:r>
    </w:p>
    <w:p>
      <w:r>
        <w:rPr>
          <w:b/>
        </w:rPr>
        <w:t xml:space="preserve">[19:10] </w:t>
      </w:r>
      <w:r>
        <w:t>تو برٹرینڈ رسل سیز ان دس بک دیٹ ہیپینس ان دس ورلڈ از امپوسیبل۔</w:t>
      </w:r>
    </w:p>
    <w:p>
      <w:pPr>
        <w:jc w:val="right"/>
      </w:pPr>
      <w:r>
        <w:t>تو برٹن رسل سیز ان دس بک دیٹ ہیپینس ان دس ورلڈ از امپوسیبل۔</w:t>
      </w:r>
    </w:p>
    <w:p>
      <w:r>
        <w:rPr>
          <w:b/>
        </w:rPr>
        <w:t xml:space="preserve">[19:16] </w:t>
      </w:r>
      <w:r>
        <w:t>You see, all the novels of the world, in every language, all the novels are tragedy.</w:t>
      </w:r>
    </w:p>
    <w:p>
      <w:pPr>
        <w:jc w:val="right"/>
      </w:pPr>
      <w:r>
        <w:t>یو سی، ال دا ناولز اف دا ورلڈ ان ایوری لینگویجز، ال دا ناولز ار ٹریجڈی۔</w:t>
      </w:r>
    </w:p>
    <w:p>
      <w:r>
        <w:rPr>
          <w:b/>
        </w:rPr>
        <w:t xml:space="preserve">[19:23] </w:t>
      </w:r>
      <w:r>
        <w:t>All the popular novels are tragedy.</w:t>
      </w:r>
    </w:p>
    <w:p>
      <w:pPr>
        <w:jc w:val="right"/>
      </w:pPr>
      <w:r>
        <w:t>ال دا پاپولر ناولز ار ٹریجڈی۔</w:t>
      </w:r>
    </w:p>
    <w:p>
      <w:r>
        <w:rPr>
          <w:b/>
        </w:rPr>
        <w:t xml:space="preserve">[19:25] </w:t>
      </w:r>
      <w:r>
        <w:t>Why? Because only tragic novels address people's mind.</w:t>
      </w:r>
    </w:p>
    <w:p>
      <w:pPr>
        <w:jc w:val="right"/>
      </w:pPr>
      <w:r>
        <w:t>وائی؟ بیکاز اونلی ٹریجک ناولز ایڈریس پیپل مائنڈ۔</w:t>
      </w:r>
    </w:p>
    <w:p>
      <w:r>
        <w:rPr>
          <w:b/>
        </w:rPr>
        <w:t xml:space="preserve">[19:29] </w:t>
      </w:r>
      <w:r>
        <w:t>Everyone is living in in frustration.</w:t>
      </w:r>
    </w:p>
    <w:p>
      <w:pPr>
        <w:jc w:val="right"/>
      </w:pPr>
      <w:r>
        <w:t>ایوری ون از لیونگ ان ان فرسٹریشن۔</w:t>
      </w:r>
    </w:p>
    <w:p>
      <w:r>
        <w:rPr>
          <w:b/>
        </w:rPr>
        <w:t xml:space="preserve">[19:32] </w:t>
      </w:r>
      <w:r>
        <w:t>Everyone living living with this feeling that I was deprived of of happiness.</w:t>
      </w:r>
    </w:p>
    <w:p>
      <w:pPr>
        <w:jc w:val="right"/>
      </w:pPr>
      <w:r>
        <w:t>ایوری ون لیونگ لیونگ ود دس فیلنگ دیٹ ائی واز ڈیپرائیڈ اف اف ہیپینس۔</w:t>
      </w:r>
    </w:p>
    <w:p>
      <w:r>
        <w:rPr>
          <w:b/>
        </w:rPr>
        <w:t xml:space="preserve">[19:38] </w:t>
      </w:r>
      <w:r>
        <w:t>Every man and woman are living with this feeling that I failed to achieve happiness.</w:t>
      </w:r>
    </w:p>
    <w:p>
      <w:pPr>
        <w:jc w:val="right"/>
      </w:pPr>
      <w:r>
        <w:t>ایوری مین اینڈ وومن ار لیونگ ود دس فیلنگ دیٹ ائی فیل ٹو اچیو ہیپینس۔</w:t>
      </w:r>
    </w:p>
    <w:p>
      <w:r>
        <w:rPr>
          <w:b/>
        </w:rPr>
        <w:t xml:space="preserve">[19:44] </w:t>
      </w:r>
      <w:r>
        <w:t>So, only only those novel that are tragic novels, only those novel address people mind.</w:t>
      </w:r>
    </w:p>
    <w:p>
      <w:pPr>
        <w:jc w:val="right"/>
      </w:pPr>
      <w:r>
        <w:t>سو، اونلی اونلی دوز ناول دیٹ ار ٹریجک ناولز، اونلی دوز ناول ایڈریس پیپل مائنڈ۔</w:t>
      </w:r>
    </w:p>
    <w:p>
      <w:r>
        <w:rPr>
          <w:b/>
        </w:rPr>
        <w:t xml:space="preserve">[19:51] </w:t>
      </w:r>
      <w:r>
        <w:t>So, only those novels are bestseller novels.</w:t>
      </w:r>
    </w:p>
    <w:p>
      <w:pPr>
        <w:jc w:val="right"/>
      </w:pPr>
      <w:r>
        <w:t>سو، اونلی دوز ناول ار بیسٹلر ناولز۔</w:t>
      </w:r>
    </w:p>
    <w:p>
      <w:r>
        <w:rPr>
          <w:b/>
        </w:rPr>
        <w:t xml:space="preserve">[19:54] </w:t>
      </w:r>
      <w:r>
        <w:t>So, this is the situation.</w:t>
      </w:r>
    </w:p>
    <w:p>
      <w:pPr>
        <w:jc w:val="right"/>
      </w:pPr>
      <w:r>
        <w:t>سو، دس از دا سچویشن۔</w:t>
      </w:r>
    </w:p>
    <w:p>
      <w:r>
        <w:rPr>
          <w:b/>
        </w:rPr>
        <w:t xml:space="preserve">[19:56] </w:t>
      </w:r>
      <w:r>
        <w:t>No no king, no wealthy people, no one was able to achieve success.</w:t>
      </w:r>
    </w:p>
    <w:p>
      <w:pPr>
        <w:jc w:val="right"/>
      </w:pPr>
      <w:r>
        <w:t>نو نو کنگ، نو ویلدی پیپل، نو ون واز ایبل ٹو اچیو سکسیس۔</w:t>
      </w:r>
    </w:p>
    <w:p>
      <w:r>
        <w:rPr>
          <w:b/>
        </w:rPr>
        <w:t xml:space="preserve">[20:01] </w:t>
      </w:r>
      <w:r>
        <w:t>Everyone is doomed to doomed to die in failure with frustration.</w:t>
      </w:r>
    </w:p>
    <w:p>
      <w:pPr>
        <w:jc w:val="right"/>
      </w:pPr>
      <w:r>
        <w:t>ایوری ون از ڈوم ٹو ڈوم ٹو ڈائی ان فیلیر ود فرسٹریشن۔</w:t>
      </w:r>
    </w:p>
    <w:p>
      <w:r>
        <w:rPr>
          <w:b/>
        </w:rPr>
        <w:t xml:space="preserve">[20:07] </w:t>
      </w:r>
      <w:r>
        <w:t>So, we want eternity and we fail to achieve eternity.</w:t>
      </w:r>
    </w:p>
    <w:p>
      <w:pPr>
        <w:jc w:val="right"/>
      </w:pPr>
      <w:r>
        <w:t>سو، وی وانٹ ایٹرنیٹی اینڈ وی فیل ٹو اچیو ایٹرنیٹی۔</w:t>
      </w:r>
    </w:p>
    <w:p>
      <w:r>
        <w:rPr>
          <w:b/>
        </w:rPr>
        <w:t xml:space="preserve">[20:11] </w:t>
      </w:r>
      <w:r>
        <w:t>We want justice and we fail to achieve justice in this world.</w:t>
      </w:r>
    </w:p>
    <w:p>
      <w:pPr>
        <w:jc w:val="right"/>
      </w:pPr>
      <w:r>
        <w:t>وی وانٹ جسٹس اینڈ وی فیل ٹو اچیو جسٹس ان دس ورلڈ۔</w:t>
      </w:r>
    </w:p>
    <w:p>
      <w:r>
        <w:rPr>
          <w:b/>
        </w:rPr>
        <w:t xml:space="preserve">[20:16] </w:t>
      </w:r>
      <w:r>
        <w:t>We want happiness, but everyone failed to achieve happiness.</w:t>
      </w:r>
    </w:p>
    <w:p>
      <w:pPr>
        <w:jc w:val="right"/>
      </w:pPr>
      <w:r>
        <w:t>وی وانٹ ہیپینس، بٹ ایوری ون فیل ٹو اچیو ہیپینس۔</w:t>
      </w:r>
    </w:p>
    <w:p>
      <w:r>
        <w:rPr>
          <w:b/>
        </w:rPr>
        <w:t xml:space="preserve">[20:20] </w:t>
      </w:r>
      <w:r>
        <w:t>So, why? Why this state of affairs? Why everyone is is is in despair? Everyone is</w:t>
      </w:r>
    </w:p>
    <w:p>
      <w:pPr>
        <w:jc w:val="right"/>
      </w:pPr>
      <w:r>
        <w:t>سو، وائی؟ وائی دس اسٹیٹ اف افیئرز؟ وائی ایوری ون از از از ان ڈسپیئر؟ ایوری ون از</w:t>
      </w:r>
    </w:p>
    <w:p>
      <w:r>
        <w:rPr>
          <w:b/>
        </w:rPr>
        <w:t xml:space="preserve">[20:28] </w:t>
      </w:r>
      <w:r>
        <w:t>is compelled to live in despair.</w:t>
      </w:r>
    </w:p>
    <w:p>
      <w:pPr>
        <w:jc w:val="right"/>
      </w:pPr>
      <w:r>
        <w:t>از کمپل ٹو لیو ان ڈسپیئر۔</w:t>
      </w:r>
    </w:p>
    <w:p>
      <w:r>
        <w:rPr>
          <w:b/>
        </w:rPr>
        <w:t xml:space="preserve">[20:31] </w:t>
      </w:r>
      <w:r>
        <w:t>You know, an American, there is a well-known missionary in America, Billy Graham.</w:t>
      </w:r>
    </w:p>
    <w:p>
      <w:pPr>
        <w:jc w:val="right"/>
      </w:pPr>
      <w:r>
        <w:t>یو نو، این امریکن، دیر از ا ویل نون مشنری ان امریکہ، بلی گرہم۔</w:t>
      </w:r>
    </w:p>
    <w:p>
      <w:r>
        <w:rPr>
          <w:b/>
        </w:rPr>
        <w:t xml:space="preserve">[20:37] </w:t>
      </w:r>
      <w:r>
        <w:t>He says in one of his speech that once I received a message from a richest person in</w:t>
      </w:r>
    </w:p>
    <w:p>
      <w:pPr>
        <w:jc w:val="right"/>
      </w:pPr>
      <w:r>
        <w:t>ہی سیز ان ون اف ہز سپیچ دیٹ ونس ائی ریسیوڈ ا میسج فرام اے ریچسٹ پرسن ان</w:t>
      </w:r>
    </w:p>
    <w:p>
      <w:r>
        <w:rPr>
          <w:b/>
        </w:rPr>
        <w:t xml:space="preserve">[20:44] </w:t>
      </w:r>
      <w:r>
        <w:t>America, he was a wealthy person.</w:t>
      </w:r>
    </w:p>
    <w:p>
      <w:pPr>
        <w:jc w:val="right"/>
      </w:pPr>
      <w:r>
        <w:t>امریکہ، ہی واز ا ویلدی پرسن۔</w:t>
      </w:r>
    </w:p>
    <w:p>
      <w:r>
        <w:rPr>
          <w:b/>
        </w:rPr>
        <w:t xml:space="preserve">[20:47] </w:t>
      </w:r>
      <w:r>
        <w:t>So, he sent an urgent message.</w:t>
      </w:r>
    </w:p>
    <w:p>
      <w:pPr>
        <w:jc w:val="right"/>
      </w:pPr>
      <w:r>
        <w:t>سو، ہی سینڈ ا اینڈ ارجنٹ میسج۔</w:t>
      </w:r>
    </w:p>
    <w:p>
      <w:r>
        <w:rPr>
          <w:b/>
        </w:rPr>
        <w:t xml:space="preserve">[20:50] </w:t>
      </w:r>
      <w:r>
        <w:t>So, I abandoned my programs and I hurriedly went to his town.</w:t>
      </w:r>
    </w:p>
    <w:p>
      <w:pPr>
        <w:jc w:val="right"/>
      </w:pPr>
      <w:r>
        <w:t>سو، ائی ابینڈ مائی پروگرامز اینڈ ائی ہریڈلی وینٹ ٹو ہز ٹاؤن۔</w:t>
      </w:r>
    </w:p>
    <w:p>
      <w:r>
        <w:rPr>
          <w:b/>
        </w:rPr>
        <w:t xml:space="preserve">[20:55] </w:t>
      </w:r>
      <w:r>
        <w:t>But when I was face to face to that billionaire, he was completely in frustration, in despair.</w:t>
      </w:r>
    </w:p>
    <w:p>
      <w:pPr>
        <w:jc w:val="right"/>
      </w:pPr>
      <w:r>
        <w:t>بٹ وین ائی واز فیس ٹو فیس ٹو دیٹ بلینیئر، ہی واز کمپلیٹلی ان فرسٹریشن، ان ڈسپیئر۔</w:t>
      </w:r>
    </w:p>
    <w:p>
      <w:r>
        <w:rPr>
          <w:b/>
        </w:rPr>
        <w:t xml:space="preserve">[21:02] </w:t>
      </w:r>
      <w:r>
        <w:t>Although he had a big house, abundance, everything in abundance, great bank balance, everything was there.</w:t>
      </w:r>
    </w:p>
    <w:p>
      <w:pPr>
        <w:jc w:val="right"/>
      </w:pPr>
      <w:r>
        <w:t>الدو ہی ہیو بگ ہاؤس، ابینڈنس، ایوری تھنگ ان ابینڈنس، گریٹ بینک بیلنس، ایوری تھنگ واز دیر۔</w:t>
      </w:r>
    </w:p>
    <w:p>
      <w:r>
        <w:rPr>
          <w:b/>
        </w:rPr>
        <w:t xml:space="preserve">[21:10] </w:t>
      </w:r>
      <w:r>
        <w:t>But and he was now, he was an old person, but he was living in despair.</w:t>
      </w:r>
    </w:p>
    <w:p>
      <w:pPr>
        <w:jc w:val="right"/>
      </w:pPr>
      <w:r>
        <w:t>بٹ اینڈ ہی واز ناو، ہی واز اینڈ اولڈ پرسن، بٹ ہی واز لیونگ ان ڈسپیئر۔</w:t>
      </w:r>
    </w:p>
    <w:p>
      <w:r>
        <w:rPr>
          <w:b/>
        </w:rPr>
        <w:t xml:space="preserve">[21:16] </w:t>
      </w:r>
      <w:r>
        <w:t>So, he said to Billy Graham.</w:t>
      </w:r>
    </w:p>
    <w:p>
      <w:pPr>
        <w:jc w:val="right"/>
      </w:pPr>
      <w:r>
        <w:t>سو، ہی سیڈ ٹو بلی گرہم۔</w:t>
      </w:r>
    </w:p>
    <w:p>
      <w:r>
        <w:rPr>
          <w:b/>
        </w:rPr>
        <w:t xml:space="preserve">[21:19] </w:t>
      </w:r>
      <w:r>
        <w:t>He said to Billy Graham with with great despair, with with with frustration in a pacifistic mood.</w:t>
      </w:r>
    </w:p>
    <w:p>
      <w:pPr>
        <w:jc w:val="right"/>
      </w:pPr>
      <w:r>
        <w:t>ہی سیڈ ٹو بلی گرہم ود ود گریٹ ڈسپیئر، ود ود ود فرسٹریشن ان ا پیسیفسٹک موڈ۔</w:t>
      </w:r>
    </w:p>
    <w:p>
      <w:r>
        <w:rPr>
          <w:b/>
        </w:rPr>
        <w:t xml:space="preserve">[21:26] </w:t>
      </w:r>
      <w:r>
        <w:t>So, he said, "You see, I am an old man.</w:t>
      </w:r>
    </w:p>
    <w:p>
      <w:pPr>
        <w:jc w:val="right"/>
      </w:pPr>
      <w:r>
        <w:t>سو، ہی سیڈ، "یو سی، ائی ایم اینڈ اولڈ مین۔</w:t>
      </w:r>
    </w:p>
    <w:p>
      <w:r>
        <w:rPr>
          <w:b/>
        </w:rPr>
        <w:t xml:space="preserve">[21:31] </w:t>
      </w:r>
      <w:r>
        <w:t>Life has lost all meanings.</w:t>
      </w:r>
    </w:p>
    <w:p>
      <w:pPr>
        <w:jc w:val="right"/>
      </w:pPr>
      <w:r>
        <w:t>لائف ہیز لاسٹ ال میننگز۔</w:t>
      </w:r>
    </w:p>
    <w:p>
      <w:r>
        <w:rPr>
          <w:b/>
        </w:rPr>
        <w:t xml:space="preserve">[21:33] </w:t>
      </w:r>
      <w:r>
        <w:t>I am going to take a fateful leap into the unknown.</w:t>
      </w:r>
    </w:p>
    <w:p>
      <w:pPr>
        <w:jc w:val="right"/>
      </w:pPr>
      <w:r>
        <w:t>ائی ایم گوئنگ ٹو ٹیک ا فیٹ فل لیپ انٹو دا ان نون۔</w:t>
      </w:r>
    </w:p>
    <w:p>
      <w:r>
        <w:rPr>
          <w:b/>
        </w:rPr>
        <w:t xml:space="preserve">[21:38] </w:t>
      </w:r>
      <w:r>
        <w:t>young man, can you give me a ray of hope? Can you give me a ray of hope?" To every</w:t>
      </w:r>
    </w:p>
    <w:p>
      <w:pPr>
        <w:jc w:val="right"/>
      </w:pPr>
      <w:r>
        <w:t>ینگ مین، کین یو گیو می ارے اف ہوپ؟ کین یو گیو می ارے اف ہوپ؟" تو ایوری</w:t>
      </w:r>
    </w:p>
    <w:p>
      <w:r>
        <w:rPr>
          <w:b/>
        </w:rPr>
        <w:t xml:space="preserve">[21:46] </w:t>
      </w:r>
      <w:r>
        <w:t>One is seeking a ray of hope.</w:t>
      </w:r>
    </w:p>
    <w:p>
      <w:pPr>
        <w:jc w:val="right"/>
      </w:pPr>
      <w:r>
        <w:t>ون از از سیکنگ ارے اف ہوپ۔</w:t>
      </w:r>
    </w:p>
    <w:p>
      <w:r>
        <w:rPr>
          <w:b/>
        </w:rPr>
        <w:t xml:space="preserve">[21:49] </w:t>
      </w:r>
      <w:r>
        <w:t>All humanity, all men and men are seeking a ray of hope.</w:t>
      </w:r>
    </w:p>
    <w:p>
      <w:pPr>
        <w:jc w:val="right"/>
      </w:pPr>
      <w:r>
        <w:t>ال ہیومینٹی، ال مین اینڈ مین ار سیکنگ ارے اف ہوپ۔</w:t>
      </w:r>
    </w:p>
    <w:p>
      <w:r>
        <w:rPr>
          <w:b/>
        </w:rPr>
        <w:t xml:space="preserve">[21:54] </w:t>
      </w:r>
      <w:r>
        <w:t>Hope means they want to find eternity, they want to find justice, they want to find happiness.</w:t>
      </w:r>
    </w:p>
    <w:p>
      <w:pPr>
        <w:jc w:val="right"/>
      </w:pPr>
      <w:r>
        <w:t>ہوپ مینز دے وانٹ ٹو فائنڈ ایٹرنیٹی، دے وانٹ ٹو فائنڈ جسٹس، دے وانٹ ٹو فائنڈ ہیپینس۔</w:t>
      </w:r>
    </w:p>
    <w:p>
      <w:r>
        <w:rPr>
          <w:b/>
        </w:rPr>
        <w:t xml:space="preserve">[22:01] </w:t>
      </w:r>
      <w:r>
        <w:t>تو here hope of here, here ray of hope means a world where there is eternity, a world</w:t>
      </w:r>
    </w:p>
    <w:p>
      <w:pPr>
        <w:jc w:val="right"/>
      </w:pPr>
      <w:r>
        <w:t>تو ہیر ہوپ اف ہیر، ہیر رے اف ہوپ مینز ا ورلڈ ویر دیر از ایٹرنیٹی، ا ورلڈ</w:t>
      </w:r>
    </w:p>
    <w:p>
      <w:r>
        <w:rPr>
          <w:b/>
        </w:rPr>
        <w:t xml:space="preserve">[22:09] </w:t>
      </w:r>
      <w:r>
        <w:t>There is happiness, a world there is justice.</w:t>
      </w:r>
    </w:p>
    <w:p>
      <w:pPr>
        <w:jc w:val="right"/>
      </w:pPr>
      <w:r>
        <w:t>دیر از ہیپینس، ا ورلڈ دیر از جسٹس۔</w:t>
      </w:r>
    </w:p>
    <w:p>
      <w:r>
        <w:rPr>
          <w:b/>
        </w:rPr>
        <w:t xml:space="preserve">[22:12] </w:t>
      </w:r>
      <w:r>
        <w:t>So, this is a dream of every human being.</w:t>
      </w:r>
    </w:p>
    <w:p>
      <w:pPr>
        <w:jc w:val="right"/>
      </w:pPr>
      <w:r>
        <w:t>سو، دس از ا ڈریم اف ایوری ہیومن بینگ۔</w:t>
      </w:r>
    </w:p>
    <w:p>
      <w:r>
        <w:rPr>
          <w:b/>
        </w:rPr>
        <w:t xml:space="preserve">[22:16] </w:t>
      </w:r>
      <w:r>
        <w:t>This is a dream of hope.</w:t>
      </w:r>
    </w:p>
    <w:p>
      <w:pPr>
        <w:jc w:val="right"/>
      </w:pPr>
      <w:r>
        <w:t>دس از ا ڈریم اف ہوپ۔</w:t>
      </w:r>
    </w:p>
    <w:p>
      <w:r>
        <w:rPr>
          <w:b/>
        </w:rPr>
        <w:t xml:space="preserve">[22:19] </w:t>
      </w:r>
      <w:r>
        <w:t>This is a dream of human being.</w:t>
      </w:r>
    </w:p>
    <w:p>
      <w:pPr>
        <w:jc w:val="right"/>
      </w:pPr>
      <w:r>
        <w:t>دس از ا ڈریم اف ہیومن بینگ۔</w:t>
      </w:r>
    </w:p>
    <w:p>
      <w:r>
        <w:rPr>
          <w:b/>
        </w:rPr>
        <w:t xml:space="preserve">[22:22] </w:t>
      </w:r>
      <w:r>
        <w:t>This is no exception at all.</w:t>
      </w:r>
    </w:p>
    <w:p>
      <w:pPr>
        <w:jc w:val="right"/>
      </w:pPr>
      <w:r>
        <w:t>دس از نو ایکسیپشن ایٹ ال۔</w:t>
      </w:r>
    </w:p>
    <w:p>
      <w:r>
        <w:rPr>
          <w:b/>
        </w:rPr>
        <w:t xml:space="preserve">[22:24] </w:t>
      </w:r>
      <w:r>
        <w:t>You cannot find a single person who is an exception.</w:t>
      </w:r>
    </w:p>
    <w:p>
      <w:pPr>
        <w:jc w:val="right"/>
      </w:pPr>
      <w:r>
        <w:t>یو کین ناٹ فائنڈ ا سنگل پرسن ہو ان ایکسیپشن۔</w:t>
      </w:r>
    </w:p>
    <w:p>
      <w:r>
        <w:rPr>
          <w:b/>
        </w:rPr>
        <w:t xml:space="preserve">[22:28] </w:t>
      </w:r>
      <w:r>
        <w:t>Everyone is born with this dream to find eternity, to find justice, to find happiness.</w:t>
      </w:r>
    </w:p>
    <w:p>
      <w:pPr>
        <w:jc w:val="right"/>
      </w:pPr>
      <w:r>
        <w:t>ایوری ون از بورن ود دس ڈریم ٹو فائنڈ ایٹرنیٹی، ٹو فائنڈ جسٹس، ٹو فائنڈ ہیپینس۔</w:t>
      </w:r>
    </w:p>
    <w:p>
      <w:r>
        <w:rPr>
          <w:b/>
        </w:rPr>
        <w:t xml:space="preserve">[22:35] </w:t>
      </w:r>
      <w:r>
        <w:t>But in spite of all those struggles, all those endeavors, and all those wealth and political power, he fails.</w:t>
      </w:r>
    </w:p>
    <w:p>
      <w:pPr>
        <w:jc w:val="right"/>
      </w:pPr>
      <w:r>
        <w:t>بٹ انسپائٹ ال دوز سٹرگل، ال دوز اینڈورس، اینڈ ال دوز ویلتھ اینڈ پولیٹیکل پاور، ہی فیلز۔</w:t>
      </w:r>
    </w:p>
    <w:p>
      <w:r>
        <w:rPr>
          <w:b/>
        </w:rPr>
        <w:t xml:space="preserve">[22:43] </w:t>
      </w:r>
      <w:r>
        <w:t>So, in the end, he is asking this question.</w:t>
      </w:r>
    </w:p>
    <w:p>
      <w:pPr>
        <w:jc w:val="right"/>
      </w:pPr>
      <w:r>
        <w:t>سو، ان دا اینڈ، ہی از اسکنگ دس کوئسچن۔</w:t>
      </w:r>
    </w:p>
    <w:p>
      <w:r>
        <w:rPr>
          <w:b/>
        </w:rPr>
        <w:t xml:space="preserve">[22:46] </w:t>
      </w:r>
      <w:r>
        <w:t>was not only that American billionaire, this question was given by everyone.</w:t>
      </w:r>
    </w:p>
    <w:p>
      <w:pPr>
        <w:jc w:val="right"/>
      </w:pPr>
      <w:r>
        <w:t>واز ناٹ اونلی دیٹ امریکن بلینیئر، دس کوئسچن واز گیون بائی ایوری ون۔</w:t>
      </w:r>
    </w:p>
    <w:p>
      <w:r>
        <w:rPr>
          <w:b/>
        </w:rPr>
        <w:t xml:space="preserve">[22:52] </w:t>
      </w:r>
      <w:r>
        <w:t>This question is everyone's question.</w:t>
      </w:r>
    </w:p>
    <w:p>
      <w:pPr>
        <w:jc w:val="right"/>
      </w:pPr>
      <w:r>
        <w:t>دس کوئسچن از ایوری ونز کوئسچن۔</w:t>
      </w:r>
    </w:p>
    <w:p>
      <w:r>
        <w:rPr>
          <w:b/>
        </w:rPr>
        <w:t xml:space="preserve">[22:55] </w:t>
      </w:r>
      <w:r>
        <w:t>Everyone is is seeking a ray of hope.</w:t>
      </w:r>
    </w:p>
    <w:p>
      <w:pPr>
        <w:jc w:val="right"/>
      </w:pPr>
      <w:r>
        <w:t>ایوری ون از از سیکنگ ارے اف ہوپ۔</w:t>
      </w:r>
    </w:p>
    <w:p>
      <w:r>
        <w:rPr>
          <w:b/>
        </w:rPr>
        <w:t xml:space="preserve">[22:58] </w:t>
      </w:r>
      <w:r>
        <w:t>Everyone asks whether there is a dream world.</w:t>
      </w:r>
    </w:p>
    <w:p>
      <w:pPr>
        <w:jc w:val="right"/>
      </w:pPr>
      <w:r>
        <w:t>ایوری ون اسکز ویدر دیر از ڈریم ورلڈ۔</w:t>
      </w:r>
    </w:p>
    <w:p>
      <w:r>
        <w:rPr>
          <w:b/>
        </w:rPr>
        <w:t xml:space="preserve">[23:01] </w:t>
      </w:r>
      <w:r>
        <w:t>There is a word that was in my mind.</w:t>
      </w:r>
    </w:p>
    <w:p>
      <w:pPr>
        <w:jc w:val="right"/>
      </w:pPr>
      <w:r>
        <w:t>دیر از ا ورلڈ دیٹ واز ان مائی مائنڈ۔</w:t>
      </w:r>
    </w:p>
    <w:p>
      <w:r>
        <w:rPr>
          <w:b/>
        </w:rPr>
        <w:t xml:space="preserve">[23:05] </w:t>
      </w:r>
      <w:r>
        <w:t>So, everyone dies with this question.</w:t>
      </w:r>
    </w:p>
    <w:p>
      <w:pPr>
        <w:jc w:val="right"/>
      </w:pPr>
      <w:r>
        <w:t>سو، ایوری ون ڈائز ود دس کوئسچن۔</w:t>
      </w:r>
    </w:p>
    <w:p>
      <w:r>
        <w:rPr>
          <w:b/>
        </w:rPr>
        <w:t xml:space="preserve">[23:08] </w:t>
      </w:r>
      <w:r>
        <w:t>Every man and woman dies with this question that whether I can fulfill my dream, whether it</w:t>
      </w:r>
    </w:p>
    <w:p>
      <w:pPr>
        <w:jc w:val="right"/>
      </w:pPr>
      <w:r>
        <w:t>ایوری مین اینڈ وومن ڈائز ود دس کوئسچن دیٹ ویدر ائی کین فل فل مائی ڈریم، ویدر اٹ</w:t>
      </w:r>
    </w:p>
    <w:p>
      <w:r>
        <w:rPr>
          <w:b/>
        </w:rPr>
        <w:t xml:space="preserve">[23:16] </w:t>
      </w:r>
      <w:r>
        <w:t>Is it possible to have that dream line, whether it is possible to find a world where there is</w:t>
      </w:r>
    </w:p>
    <w:p>
      <w:pPr>
        <w:jc w:val="right"/>
      </w:pPr>
      <w:r>
        <w:t>از پوسیبل ٹو ہیو دیٹ ڈریم لائن، ویدر اٹ از پوسیبل ٹو فائنڈ ا ورلڈ ویر دیر از</w:t>
      </w:r>
    </w:p>
    <w:p>
      <w:r>
        <w:rPr>
          <w:b/>
        </w:rPr>
        <w:t xml:space="preserve">[23:24] </w:t>
      </w:r>
      <w:r>
        <w:t>eternity, where there is happiness, where there is justice.</w:t>
      </w:r>
    </w:p>
    <w:p>
      <w:pPr>
        <w:jc w:val="right"/>
      </w:pPr>
      <w:r>
        <w:t>ایٹرنیٹی، ویر دیر از ہیپینس، ویر دیر از جسٹس۔</w:t>
      </w:r>
    </w:p>
    <w:p>
      <w:r>
        <w:rPr>
          <w:b/>
        </w:rPr>
        <w:t xml:space="preserve">[23:28] </w:t>
      </w:r>
      <w:r>
        <w:t>The belief in akhirah teaches us that as there is a world.</w:t>
      </w:r>
    </w:p>
    <w:p>
      <w:pPr>
        <w:jc w:val="right"/>
      </w:pPr>
      <w:r>
        <w:t>دا بیلیف ان اخرہ ٹیٹس اس دیٹ ایس دیر از ا ورلڈ۔</w:t>
      </w:r>
    </w:p>
    <w:p>
      <w:r>
        <w:rPr>
          <w:b/>
        </w:rPr>
        <w:t xml:space="preserve">[23:33] </w:t>
      </w:r>
      <w:r>
        <w:t>That world is paradise.</w:t>
      </w:r>
    </w:p>
    <w:p>
      <w:pPr>
        <w:jc w:val="right"/>
      </w:pPr>
      <w:r>
        <w:t>دیٹ ورلڈ از پیراڈائز۔</w:t>
      </w:r>
    </w:p>
    <w:p>
      <w:r>
        <w:rPr>
          <w:b/>
        </w:rPr>
        <w:t xml:space="preserve">[23:34] </w:t>
      </w:r>
      <w:r>
        <w:t>concept of akhira is is an answer to this question.</w:t>
      </w:r>
    </w:p>
    <w:p>
      <w:pPr>
        <w:jc w:val="right"/>
      </w:pPr>
      <w:r>
        <w:t>کانسیپٹ اف اخرہ از از ان انسر ٹو دس کوئسچن۔</w:t>
      </w:r>
    </w:p>
    <w:p>
      <w:r>
        <w:rPr>
          <w:b/>
        </w:rPr>
        <w:t xml:space="preserve">[23:39] </w:t>
      </w:r>
      <w:r>
        <w:t>Akhirah means that the world of eternity, world of happiness, world of justice is there, but it required</w:t>
      </w:r>
    </w:p>
    <w:p>
      <w:pPr>
        <w:jc w:val="right"/>
      </w:pPr>
      <w:r>
        <w:t>اخرہ مینز دیٹ دا ورلڈ اف ایٹرنیٹی، ورلڈ اف ہیپینس، ورلڈ اف جسٹس از دیر، بٹ اٹ ریکوائرڈ</w:t>
      </w:r>
    </w:p>
    <w:p>
      <w:r>
        <w:rPr>
          <w:b/>
        </w:rPr>
        <w:t xml:space="preserve">[23:46] </w:t>
      </w:r>
      <w:r>
        <w:t>a price.</w:t>
      </w:r>
    </w:p>
    <w:p>
      <w:pPr>
        <w:jc w:val="right"/>
      </w:pPr>
      <w:r>
        <w:t>ا پرائس۔</w:t>
      </w:r>
    </w:p>
    <w:p>
      <w:r>
        <w:rPr>
          <w:b/>
        </w:rPr>
        <w:t xml:space="preserve">[23:48] </w:t>
      </w:r>
      <w:r>
        <w:t>A price with price, you cannot achieve anything in this world.</w:t>
      </w:r>
    </w:p>
    <w:p>
      <w:pPr>
        <w:jc w:val="right"/>
      </w:pPr>
      <w:r>
        <w:t>ا پرائس ود پرائس، یو کین ناٹ اچیو اینی تھنگ ان دس ورلڈ۔</w:t>
      </w:r>
    </w:p>
    <w:p>
      <w:r>
        <w:rPr>
          <w:b/>
        </w:rPr>
        <w:t xml:space="preserve">[23:53] </w:t>
      </w:r>
      <w:r>
        <w:t>Your dream line, your dream world is there, but it required a price.</w:t>
      </w:r>
    </w:p>
    <w:p>
      <w:pPr>
        <w:jc w:val="right"/>
      </w:pPr>
      <w:r>
        <w:t>یور ڈریم لائن، یور ڈریم ورلڈ از دیر، بٹ اٹ ریکوائرڈ ا پرائس۔</w:t>
      </w:r>
    </w:p>
    <w:p>
      <w:r>
        <w:rPr>
          <w:b/>
        </w:rPr>
        <w:t xml:space="preserve">[23:59] </w:t>
      </w:r>
      <w:r>
        <w:t>And what is that price? That you follow the guidance of the Prophet in your pre-death period.</w:t>
      </w:r>
    </w:p>
    <w:p>
      <w:pPr>
        <w:jc w:val="right"/>
      </w:pPr>
      <w:r>
        <w:t>اینڈ واٹ از دیٹ پرائس؟ دیٹ یو فالو دا گائیڈنس اف دا پرافٹ ان یور پری ڈیتھ پیریڈ</w:t>
      </w:r>
    </w:p>
    <w:p>
      <w:r>
        <w:rPr>
          <w:b/>
        </w:rPr>
        <w:t xml:space="preserve">[24:07] </w:t>
      </w:r>
      <w:r>
        <w:t>of life, and then in post-death period, you will find that dream world in the form of</w:t>
      </w:r>
    </w:p>
    <w:p>
      <w:pPr>
        <w:jc w:val="right"/>
      </w:pPr>
      <w:r>
        <w:t>اف لائف، اینڈ دین ان پوسٹ ڈیتھ پیریڈ، یو ویل فائنڈ دیٹ ڈریم ورلڈ ان دا فارم اف</w:t>
      </w:r>
    </w:p>
    <w:p>
      <w:r>
        <w:rPr>
          <w:b/>
        </w:rPr>
        <w:t xml:space="preserve">[24:14] </w:t>
      </w:r>
      <w:r>
        <w:t>Paradise.</w:t>
      </w:r>
    </w:p>
    <w:p>
      <w:pPr>
        <w:jc w:val="right"/>
      </w:pPr>
      <w:r>
        <w:t>پیراڈائز۔</w:t>
      </w:r>
    </w:p>
    <w:p>
      <w:r>
        <w:rPr>
          <w:b/>
        </w:rPr>
        <w:t xml:space="preserve">[24:16] </w:t>
      </w:r>
      <w:r>
        <w:t>So, belief in akhirat is the only answer to this question.</w:t>
      </w:r>
    </w:p>
    <w:p>
      <w:pPr>
        <w:jc w:val="right"/>
      </w:pPr>
      <w:r>
        <w:t>سو، بیلیف ان اخرت از دا اونلی انسر ٹو دس کوئسچن۔</w:t>
      </w:r>
    </w:p>
    <w:p>
      <w:r>
        <w:rPr>
          <w:b/>
        </w:rPr>
        <w:t xml:space="preserve">[24:21] </w:t>
      </w:r>
      <w:r>
        <w:t>Present world is a world of test.</w:t>
      </w:r>
    </w:p>
    <w:p>
      <w:pPr>
        <w:jc w:val="right"/>
      </w:pPr>
      <w:r>
        <w:t>پریزنٹ ورلڈ از ا ورلڈ اف ٹیسٹ۔</w:t>
      </w:r>
    </w:p>
    <w:p>
      <w:r>
        <w:rPr>
          <w:b/>
        </w:rPr>
        <w:t xml:space="preserve">[24:24] </w:t>
      </w:r>
      <w:r>
        <w:t>This is a testing ground.</w:t>
      </w:r>
    </w:p>
    <w:p>
      <w:pPr>
        <w:jc w:val="right"/>
      </w:pPr>
      <w:r>
        <w:t>دس از ا ٹیسٹنگ گراؤنڈ۔</w:t>
      </w:r>
    </w:p>
    <w:p>
      <w:r>
        <w:rPr>
          <w:b/>
        </w:rPr>
        <w:t xml:space="preserve">[24:26] </w:t>
      </w:r>
      <w:r>
        <w:t>In the present world, we have a golden chance.</w:t>
      </w:r>
    </w:p>
    <w:p>
      <w:pPr>
        <w:jc w:val="right"/>
      </w:pPr>
      <w:r>
        <w:t>ان دی پریزنٹ ورلڈ، وی ہیو ا گولڈن چانس۔</w:t>
      </w:r>
    </w:p>
    <w:p>
      <w:r>
        <w:rPr>
          <w:b/>
        </w:rPr>
        <w:t xml:space="preserve">[24:30] </w:t>
      </w:r>
      <w:r>
        <w:t>In our present world, we have golden chance to prove with our character, with our behavior, that we</w:t>
      </w:r>
    </w:p>
    <w:p>
      <w:pPr>
        <w:jc w:val="right"/>
      </w:pPr>
      <w:r>
        <w:t>ان اور پریزنٹ ورلڈ، وی ہیو گولڈن چانس ٹو پروف ود اور کریکٹر، ود اور بیہیویئر، دیٹ وی</w:t>
      </w:r>
    </w:p>
    <w:p>
      <w:r>
        <w:rPr>
          <w:b/>
        </w:rPr>
        <w:t xml:space="preserve">[24:37] </w:t>
      </w:r>
      <w:r>
        <w:t>are a deserving candidate for the Paradise.</w:t>
      </w:r>
    </w:p>
    <w:p>
      <w:pPr>
        <w:jc w:val="right"/>
      </w:pPr>
      <w:r>
        <w:t>ار ا ڈیزرونگ کینڈیڈیٹ فار دی پیراڈائز۔</w:t>
      </w:r>
    </w:p>
    <w:p>
      <w:r>
        <w:rPr>
          <w:b/>
        </w:rPr>
        <w:t xml:space="preserve">[24:40] </w:t>
      </w:r>
      <w:r>
        <w:t>So, this world is a kind of selecting ground.</w:t>
      </w:r>
    </w:p>
    <w:p>
      <w:pPr>
        <w:jc w:val="right"/>
      </w:pPr>
      <w:r>
        <w:t>سو، دس ورلڈ از ا کائنڈ اف سلیکٹنگ گراؤنڈ۔</w:t>
      </w:r>
    </w:p>
    <w:p>
      <w:r>
        <w:rPr>
          <w:b/>
        </w:rPr>
        <w:t xml:space="preserve">[24:44] </w:t>
      </w:r>
      <w:r>
        <w:t>According to the Quran, we are under the angels.</w:t>
      </w:r>
    </w:p>
    <w:p>
      <w:pPr>
        <w:jc w:val="right"/>
      </w:pPr>
      <w:r>
        <w:t>اکارڈنگ ٹو دا قران، وی ار انڈر دی اینجلز۔</w:t>
      </w:r>
    </w:p>
    <w:p>
      <w:r>
        <w:rPr>
          <w:b/>
        </w:rPr>
        <w:t xml:space="preserve">[24:48] </w:t>
      </w:r>
      <w:r>
        <w:t>Every time, under every time, angels are recording our life, our intention, our speech, our belief, our character.</w:t>
      </w:r>
    </w:p>
    <w:p>
      <w:pPr>
        <w:jc w:val="right"/>
      </w:pPr>
      <w:r>
        <w:t>ایوری ٹائم، انڈر ایوری ٹائم، اینجلز ار ریکارڈنگ اور لائف، اور انٹینشن، اور سپیچ، اور بیلیف، اور کریکٹر۔</w:t>
      </w:r>
    </w:p>
    <w:p>
      <w:r>
        <w:rPr>
          <w:b/>
        </w:rPr>
        <w:t xml:space="preserve">[24:56] </w:t>
      </w:r>
      <w:r>
        <w:t>Everything is under watch by the angels.</w:t>
      </w:r>
    </w:p>
    <w:p>
      <w:pPr>
        <w:jc w:val="right"/>
      </w:pPr>
      <w:r>
        <w:t>ایوری تھنگ از انڈر واچ بائی دی اینجلز۔</w:t>
      </w:r>
    </w:p>
    <w:p>
      <w:r>
        <w:rPr>
          <w:b/>
        </w:rPr>
        <w:t xml:space="preserve">[24:59] </w:t>
      </w:r>
      <w:r>
        <w:t>So, angels of God are preparing our record of life.</w:t>
      </w:r>
    </w:p>
    <w:p>
      <w:pPr>
        <w:jc w:val="right"/>
      </w:pPr>
      <w:r>
        <w:t>سو، اینجلز اف گاڈ ار پریپیرنگ اور ریکارڈ اف لائف۔</w:t>
      </w:r>
    </w:p>
    <w:p>
      <w:r>
        <w:rPr>
          <w:b/>
        </w:rPr>
        <w:t xml:space="preserve">[25:04] </w:t>
      </w:r>
      <w:r>
        <w:t>According to this record, we will be given paradise, or we will be denied, denied of paradise.</w:t>
      </w:r>
    </w:p>
    <w:p>
      <w:pPr>
        <w:jc w:val="right"/>
      </w:pPr>
      <w:r>
        <w:t>اکارڈنگ ٹو دس ریکارڈ، وی ویل بی گیون پیراڈائز، اور وی ویل بی ڈینائیڈ، ڈینائیڈ اف پیراڈائز۔</w:t>
      </w:r>
    </w:p>
    <w:p>
      <w:r>
        <w:rPr>
          <w:b/>
        </w:rPr>
        <w:t xml:space="preserve">[25:11] </w:t>
      </w:r>
      <w:r>
        <w:t>So, this is the answer to that question.</w:t>
      </w:r>
    </w:p>
    <w:p>
      <w:pPr>
        <w:jc w:val="right"/>
      </w:pPr>
      <w:r>
        <w:t>سو، دس از دا انسر ٹو دیٹ کوئسچن۔</w:t>
      </w:r>
    </w:p>
    <w:p>
      <w:r>
        <w:rPr>
          <w:b/>
        </w:rPr>
        <w:t xml:space="preserve">[25:14] </w:t>
      </w:r>
      <w:r>
        <w:t>Why people are living in frustration? Because what is provided in the world hereafter? They are trying</w:t>
      </w:r>
    </w:p>
    <w:p>
      <w:pPr>
        <w:jc w:val="right"/>
      </w:pPr>
      <w:r>
        <w:t>وائی پیپل ار لیونگ ان فرسٹریشن؟ بیکاز واٹ از پرووائیڈ ان دی ورلڈ ہیر افٹر؟ دے ار ٹرائنگ</w:t>
      </w:r>
    </w:p>
    <w:p>
      <w:r>
        <w:rPr>
          <w:b/>
        </w:rPr>
        <w:t xml:space="preserve">[25:22] </w:t>
      </w:r>
      <w:r>
        <w:t>to achieve in this world.</w:t>
      </w:r>
    </w:p>
    <w:p>
      <w:pPr>
        <w:jc w:val="right"/>
      </w:pPr>
      <w:r>
        <w:t>ٹو اچیو ان دس ورلڈ۔</w:t>
      </w:r>
    </w:p>
    <w:p>
      <w:r>
        <w:rPr>
          <w:b/>
        </w:rPr>
        <w:t xml:space="preserve">[25:24] </w:t>
      </w:r>
      <w:r>
        <w:t>When you are traveling in a train, or in a bus, or in an airplane, you cannot</w:t>
      </w:r>
    </w:p>
    <w:p>
      <w:pPr>
        <w:jc w:val="right"/>
      </w:pPr>
      <w:r>
        <w:t>وین یو ار ٹریولنگ ان ا ٹرین، اور ان ا بس، اور ان این ایروپلین، یو کین ناٹ</w:t>
      </w:r>
    </w:p>
    <w:p>
      <w:r>
        <w:rPr>
          <w:b/>
        </w:rPr>
        <w:t xml:space="preserve">[25:32] </w:t>
      </w:r>
      <w:r>
        <w:t>Find your house.</w:t>
      </w:r>
    </w:p>
    <w:p>
      <w:pPr>
        <w:jc w:val="right"/>
      </w:pPr>
      <w:r>
        <w:t>فائنڈ یور ہاؤس۔</w:t>
      </w:r>
    </w:p>
    <w:p>
      <w:r>
        <w:rPr>
          <w:b/>
        </w:rPr>
        <w:t xml:space="preserve">[25:33] </w:t>
      </w:r>
      <w:r>
        <w:t>You cannot find a park.</w:t>
      </w:r>
    </w:p>
    <w:p>
      <w:pPr>
        <w:jc w:val="right"/>
      </w:pPr>
      <w:r>
        <w:t>یو کین ناٹ فاؤنڈ ا پارک۔</w:t>
      </w:r>
    </w:p>
    <w:p>
      <w:r>
        <w:rPr>
          <w:b/>
        </w:rPr>
        <w:t xml:space="preserve">[25:36] </w:t>
      </w:r>
      <w:r>
        <w:t>You cannot, you cannot find a market in train, or in bus, or in an aeroplane.</w:t>
      </w:r>
    </w:p>
    <w:p>
      <w:pPr>
        <w:jc w:val="right"/>
      </w:pPr>
      <w:r>
        <w:t>یو کین ناٹ، یو کین ناٹ فائنڈ ا مارکیٹ ان ٹرین، اور ان بس، اور ان این ایروپلین۔</w:t>
      </w:r>
    </w:p>
    <w:p>
      <w:r>
        <w:rPr>
          <w:b/>
        </w:rPr>
        <w:t xml:space="preserve">[25:44] </w:t>
      </w:r>
      <w:r>
        <w:t>Aeroplane is for journey.</w:t>
      </w:r>
    </w:p>
    <w:p>
      <w:pPr>
        <w:jc w:val="right"/>
      </w:pPr>
      <w:r>
        <w:t>ایروپلین از فار جرنی۔</w:t>
      </w:r>
    </w:p>
    <w:p>
      <w:r>
        <w:rPr>
          <w:b/>
        </w:rPr>
        <w:t xml:space="preserve">[25:45] </w:t>
      </w:r>
      <w:r>
        <w:t>You cannot find a house to live in in the airplane.</w:t>
      </w:r>
    </w:p>
    <w:p>
      <w:pPr>
        <w:jc w:val="right"/>
      </w:pPr>
      <w:r>
        <w:t>یو کین ناٹ فائنڈ ا ہاؤس ٹو لیو ان ان دی ایروپلین۔</w:t>
      </w:r>
    </w:p>
    <w:p>
      <w:r>
        <w:rPr>
          <w:b/>
        </w:rPr>
        <w:t xml:space="preserve">[25:50] </w:t>
      </w:r>
      <w:r>
        <w:t>Now, we are like a traveler.</w:t>
      </w:r>
    </w:p>
    <w:p>
      <w:pPr>
        <w:jc w:val="right"/>
      </w:pPr>
      <w:r>
        <w:t>ناو، وی ار لائک ا ٹریولر۔</w:t>
      </w:r>
    </w:p>
    <w:p>
      <w:r>
        <w:rPr>
          <w:b/>
        </w:rPr>
        <w:t xml:space="preserve">[25:53] </w:t>
      </w:r>
      <w:r>
        <w:t>During this travel, we cannot find paradise.</w:t>
      </w:r>
    </w:p>
    <w:p>
      <w:pPr>
        <w:jc w:val="right"/>
      </w:pPr>
      <w:r>
        <w:t>ڈیورنگ دس ٹریول، وی کین ناٹ فائنڈ پیراڈائز۔</w:t>
      </w:r>
    </w:p>
    <w:p>
      <w:r>
        <w:rPr>
          <w:b/>
        </w:rPr>
        <w:t xml:space="preserve">[25:56] </w:t>
      </w:r>
      <w:r>
        <w:t>Paradise is at the destination, and that destination is after death in the world, in the world after</w:t>
      </w:r>
    </w:p>
    <w:p>
      <w:pPr>
        <w:jc w:val="right"/>
      </w:pPr>
      <w:r>
        <w:t>پیراڈائز از ایٹ دا ڈیسٹینیشن، اینڈ دیٹ ڈیسٹینیشن از افٹر ڈیتھ ان دا ورلڈ، ان دا ورلڈ افٹر</w:t>
      </w:r>
    </w:p>
    <w:p>
      <w:r>
        <w:rPr>
          <w:b/>
        </w:rPr>
        <w:t xml:space="preserve">[26:04] </w:t>
      </w:r>
      <w:r>
        <w:t>Death.</w:t>
      </w:r>
    </w:p>
    <w:p>
      <w:pPr>
        <w:jc w:val="right"/>
      </w:pPr>
      <w:r>
        <w:t>ڈیتھ۔</w:t>
      </w:r>
    </w:p>
    <w:p>
      <w:r>
        <w:rPr>
          <w:b/>
        </w:rPr>
        <w:t xml:space="preserve">[26:06] </w:t>
      </w:r>
      <w:r>
        <w:t>So, akhirat is the only answer to this question.</w:t>
      </w:r>
    </w:p>
    <w:p>
      <w:pPr>
        <w:jc w:val="right"/>
      </w:pPr>
      <w:r>
        <w:t>سو، اخرت از دا اونلی انسر ٹو دس کوئسچن۔</w:t>
      </w:r>
    </w:p>
    <w:p>
      <w:r>
        <w:rPr>
          <w:b/>
        </w:rPr>
        <w:t xml:space="preserve">[26:10] </w:t>
      </w:r>
      <w:r>
        <w:t>Aakhirat is a good news for all those seekers, all those people who are seeking a world where</w:t>
      </w:r>
    </w:p>
    <w:p>
      <w:pPr>
        <w:jc w:val="right"/>
      </w:pPr>
      <w:r>
        <w:t>اخرت از ا گڈ نیوز فار ال دوز سیکرز، ال دوز پیپل ہو ار سیکنگ ا ورلڈ ویر</w:t>
      </w:r>
    </w:p>
    <w:p>
      <w:r>
        <w:rPr>
          <w:b/>
        </w:rPr>
        <w:t xml:space="preserve">[26:17] </w:t>
      </w:r>
      <w:r>
        <w:t>There is eternity, where there is happiness, where there is justice.</w:t>
      </w:r>
    </w:p>
    <w:p>
      <w:pPr>
        <w:jc w:val="right"/>
      </w:pPr>
      <w:r>
        <w:t>دیر از ایٹرنیٹی، ویر دیر از ہیپینس، ویر دیر از جسٹس۔</w:t>
      </w:r>
    </w:p>
    <w:p>
      <w:r>
        <w:rPr>
          <w:b/>
        </w:rPr>
        <w:t xml:space="preserve">[26:22] </w:t>
      </w:r>
      <w:r>
        <w:t>So, akhirat is a good, a good training for all those people.</w:t>
      </w:r>
    </w:p>
    <w:p>
      <w:pPr>
        <w:jc w:val="right"/>
      </w:pPr>
      <w:r>
        <w:t>سو، اخرت از ا گڈ، ا گڈ ٹائرنگ فار ال دوز پیپل۔</w:t>
      </w:r>
    </w:p>
    <w:p>
      <w:r>
        <w:rPr>
          <w:b/>
        </w:rPr>
        <w:t xml:space="preserve">[26:27] </w:t>
      </w:r>
      <w:r>
        <w:t>Akhirat is a good news for all those people, because Akhirat tells us that in this world here</w:t>
      </w:r>
    </w:p>
    <w:p>
      <w:pPr>
        <w:jc w:val="right"/>
      </w:pPr>
      <w:r>
        <w:t>اخرت از ا گڈ نیوز فار ال دوز پیپل، بیکاز اخرت ٹیل اس دیٹ ان دی ورلڈ ہیر</w:t>
      </w:r>
    </w:p>
    <w:p>
      <w:r>
        <w:rPr>
          <w:b/>
        </w:rPr>
        <w:t xml:space="preserve">[26:35] </w:t>
      </w:r>
      <w:r>
        <w:t>After, there is a paradise.</w:t>
      </w:r>
    </w:p>
    <w:p>
      <w:pPr>
        <w:jc w:val="right"/>
      </w:pPr>
      <w:r>
        <w:t>افٹر، دیر از ا پیراڈائز۔</w:t>
      </w:r>
    </w:p>
    <w:p>
      <w:r>
        <w:rPr>
          <w:b/>
        </w:rPr>
        <w:t xml:space="preserve">[26:37] </w:t>
      </w:r>
      <w:r>
        <w:t>Paradise is an ideal world.</w:t>
      </w:r>
    </w:p>
    <w:p>
      <w:pPr>
        <w:jc w:val="right"/>
      </w:pPr>
      <w:r>
        <w:t>پیراڈائز از اینڈ ائیڈیل ورلڈ۔</w:t>
      </w:r>
    </w:p>
    <w:p>
      <w:r>
        <w:rPr>
          <w:b/>
        </w:rPr>
        <w:t xml:space="preserve">[26:39] </w:t>
      </w:r>
      <w:r>
        <w:t>Paradise is a perfect world.</w:t>
      </w:r>
    </w:p>
    <w:p>
      <w:pPr>
        <w:jc w:val="right"/>
      </w:pPr>
      <w:r>
        <w:t>پیراڈائز از ا پرفیکٹ ورلڈ۔</w:t>
      </w:r>
    </w:p>
    <w:p>
      <w:r>
        <w:rPr>
          <w:b/>
        </w:rPr>
        <w:t xml:space="preserve">[26:41] </w:t>
      </w:r>
      <w:r>
        <w:t>Paradise is an eternal world.</w:t>
      </w:r>
    </w:p>
    <w:p>
      <w:pPr>
        <w:jc w:val="right"/>
      </w:pPr>
      <w:r>
        <w:t>پیراڈائز از اینڈ ایٹرنل ورلڈ۔</w:t>
      </w:r>
    </w:p>
    <w:p>
      <w:r>
        <w:rPr>
          <w:b/>
        </w:rPr>
        <w:t xml:space="preserve">[26:43] </w:t>
      </w:r>
      <w:r>
        <w:t>All kind of happiness are there, and also there is justice, complete justice.</w:t>
      </w:r>
    </w:p>
    <w:p>
      <w:pPr>
        <w:jc w:val="right"/>
      </w:pPr>
      <w:r>
        <w:t>ال کائنڈ اف ہیپینس ار دیر، اینڈ السو دیر از جسٹس، کمپلیٹ جسٹس۔</w:t>
      </w:r>
    </w:p>
    <w:p>
      <w:r>
        <w:rPr>
          <w:b/>
        </w:rPr>
        <w:t xml:space="preserve">[26:49] </w:t>
      </w:r>
      <w:r>
        <w:t>So, akhirat is a good news for all those people who are seeking, who are seeking the the</w:t>
      </w:r>
    </w:p>
    <w:p>
      <w:pPr>
        <w:jc w:val="right"/>
      </w:pPr>
      <w:r>
        <w:t>سو، اخرت از ا گڈ نیوز فار ال دوز پیپل ہو ار سیکنگ، ہو ار سیکنگ دا دا</w:t>
      </w:r>
    </w:p>
    <w:p>
      <w:r>
        <w:rPr>
          <w:b/>
        </w:rPr>
        <w:t xml:space="preserve">[26:57] </w:t>
      </w:r>
      <w:r>
        <w:t>place where they can fulfill their dream.</w:t>
      </w:r>
    </w:p>
    <w:p>
      <w:pPr>
        <w:jc w:val="right"/>
      </w:pPr>
      <w:r>
        <w:t>پلیس ویر دے کین فل فل دیر ڈریم۔</w:t>
      </w:r>
    </w:p>
    <w:p>
      <w:r>
        <w:rPr>
          <w:b/>
        </w:rPr>
        <w:t xml:space="preserve">[27:00] </w:t>
      </w:r>
      <w:r>
        <w:t>You know that everything required price.</w:t>
      </w:r>
    </w:p>
    <w:p>
      <w:pPr>
        <w:jc w:val="right"/>
      </w:pPr>
      <w:r>
        <w:t>یو نو دیٹ ایوری تھنگ ریکوائرڈ پرائس۔</w:t>
      </w:r>
    </w:p>
    <w:p>
      <w:r>
        <w:rPr>
          <w:b/>
        </w:rPr>
        <w:t xml:space="preserve">[27:03] </w:t>
      </w:r>
      <w:r>
        <w:t>Without price, you cannot get anything.</w:t>
      </w:r>
    </w:p>
    <w:p>
      <w:pPr>
        <w:jc w:val="right"/>
      </w:pPr>
      <w:r>
        <w:t>وداؤٹ پرائس، یو کین ناٹ گیٹ اینی تھنگ۔</w:t>
      </w:r>
    </w:p>
    <w:p>
      <w:r>
        <w:rPr>
          <w:b/>
        </w:rPr>
        <w:t xml:space="preserve">[27:07] </w:t>
      </w:r>
      <w:r>
        <w:t>So, what is the price of paradise? Paradise also needs a price, and that price is that you</w:t>
      </w:r>
    </w:p>
    <w:p>
      <w:pPr>
        <w:jc w:val="right"/>
      </w:pPr>
      <w:r>
        <w:t>سو، واٹ از دا پرائس اف پیراڈائز؟ پیراڈائز السو نیڈز ا پرائس، اینڈ دیٹ پرائس از دیٹ یو</w:t>
      </w:r>
    </w:p>
    <w:p>
      <w:r>
        <w:rPr>
          <w:b/>
        </w:rPr>
        <w:t xml:space="preserve">[27:14] </w:t>
      </w:r>
      <w:r>
        <w:t>You follow the divine guidance in pre-death period, so that may God award you paradise in the</w:t>
      </w:r>
    </w:p>
    <w:p>
      <w:pPr>
        <w:jc w:val="right"/>
      </w:pPr>
      <w:r>
        <w:t>یو فالو دا ڈیوائن گائیڈنس ان پری ڈیتھ پیریڈ، سو دیٹ میں گاڈ اوارڈ یو پیراڈائز ان دی</w:t>
      </w:r>
    </w:p>
    <w:p>
      <w:r>
        <w:rPr>
          <w:b/>
        </w:rPr>
        <w:t xml:space="preserve">[27:22] </w:t>
      </w:r>
      <w:r>
        <w:t>post-death period.</w:t>
      </w:r>
    </w:p>
    <w:p>
      <w:pPr>
        <w:jc w:val="right"/>
      </w:pPr>
      <w:r>
        <w:t>پوسٹ ڈیتھ پیریڈ۔</w:t>
      </w:r>
    </w:p>
    <w:p>
      <w:r>
        <w:rPr>
          <w:b/>
        </w:rPr>
        <w:t xml:space="preserve">[27:23] </w:t>
      </w:r>
      <w:r>
        <w:t>This is the price of paradise.</w:t>
      </w:r>
    </w:p>
    <w:p>
      <w:pPr>
        <w:jc w:val="right"/>
      </w:pPr>
      <w:r>
        <w:t>دس از دا پرائس اف پیراڈائز۔</w:t>
      </w:r>
    </w:p>
    <w:p>
      <w:r>
        <w:rPr>
          <w:b/>
        </w:rPr>
        <w:t xml:space="preserve">[27:26] </w:t>
      </w:r>
      <w:r>
        <w:t>Without price, there is no paradise.</w:t>
      </w:r>
    </w:p>
    <w:p>
      <w:pPr>
        <w:jc w:val="right"/>
      </w:pPr>
      <w:r>
        <w:t>وداؤٹ پرائس، دیر از نو پیراڈائز۔</w:t>
      </w:r>
    </w:p>
    <w:p>
      <w:r>
        <w:rPr>
          <w:b/>
        </w:rPr>
        <w:t xml:space="preserve">[27:29] </w:t>
      </w:r>
      <w:r>
        <w:t>You know, paradise some people believe that they are a chosen people.</w:t>
      </w:r>
    </w:p>
    <w:p>
      <w:pPr>
        <w:jc w:val="right"/>
      </w:pPr>
      <w:r>
        <w:t>یو نو، پیراڈائز سم پیپل بیلیو دیٹ دے ار ا چوزن پیپل۔</w:t>
      </w:r>
    </w:p>
    <w:p>
      <w:r>
        <w:rPr>
          <w:b/>
        </w:rPr>
        <w:t xml:space="preserve">[27:34] </w:t>
      </w:r>
      <w:r>
        <w:t>Some people believe that they are a chosen people, and paradise, paradise is their right.</w:t>
      </w:r>
    </w:p>
    <w:p>
      <w:pPr>
        <w:jc w:val="right"/>
      </w:pPr>
      <w:r>
        <w:t>سم پیپل بیلیو دیٹ دے ار ا چوزن پیپل، اینڈ پیراڈائز، پیراڈائز از دیر رائٹ۔</w:t>
      </w:r>
    </w:p>
    <w:p>
      <w:r>
        <w:rPr>
          <w:b/>
        </w:rPr>
        <w:t xml:space="preserve">[27:40] </w:t>
      </w:r>
      <w:r>
        <w:t>It is wrong.</w:t>
      </w:r>
    </w:p>
    <w:p>
      <w:pPr>
        <w:jc w:val="right"/>
      </w:pPr>
      <w:r>
        <w:t>اٹ از رونگ۔</w:t>
      </w:r>
    </w:p>
    <w:p>
      <w:r>
        <w:rPr>
          <w:b/>
        </w:rPr>
        <w:t xml:space="preserve">[27:42] </w:t>
      </w:r>
      <w:r>
        <w:t>No group is a chosen group.</w:t>
      </w:r>
    </w:p>
    <w:p>
      <w:pPr>
        <w:jc w:val="right"/>
      </w:pPr>
      <w:r>
        <w:t>نو گروپ از ا چوزن گروپ۔</w:t>
      </w:r>
    </w:p>
    <w:p>
      <w:r>
        <w:rPr>
          <w:b/>
        </w:rPr>
        <w:t xml:space="preserve">[27:44] </w:t>
      </w:r>
      <w:r>
        <w:t>No people are chosen people, and no one can get paradise as his right.</w:t>
      </w:r>
    </w:p>
    <w:p>
      <w:pPr>
        <w:jc w:val="right"/>
      </w:pPr>
      <w:r>
        <w:t>نو پیپل ار چوزن پیپل، اینڈ نو ون کین گیٹ پیراڈائز ایز ہز رائٹ۔</w:t>
      </w:r>
    </w:p>
    <w:p>
      <w:r>
        <w:rPr>
          <w:b/>
        </w:rPr>
        <w:t xml:space="preserve">[27:50] </w:t>
      </w:r>
      <w:r>
        <w:t>No, first of all, you have to live a life according to divine guidance, so that you may</w:t>
      </w:r>
    </w:p>
    <w:p>
      <w:pPr>
        <w:jc w:val="right"/>
      </w:pPr>
      <w:r>
        <w:t>نو، فرسٹ اف ال، یو ہیو ٹو لیو ا لائف اکارڈنگ ٹو ڈیوائن گائیڈنس، سو دیٹ یو می</w:t>
      </w:r>
    </w:p>
    <w:p>
      <w:r>
        <w:rPr>
          <w:b/>
        </w:rPr>
        <w:t xml:space="preserve">[27:58] </w:t>
      </w:r>
      <w:r>
        <w:t>prove a deserving candidate for the paradise.</w:t>
      </w:r>
    </w:p>
    <w:p>
      <w:pPr>
        <w:jc w:val="right"/>
      </w:pPr>
      <w:r>
        <w:t>پروو ا ڈیزرونگ کینڈیڈیٹ فار دی پیراڈائز۔</w:t>
      </w:r>
    </w:p>
    <w:p>
      <w:r>
        <w:rPr>
          <w:b/>
        </w:rPr>
        <w:t xml:space="preserve">[28:01] </w:t>
      </w:r>
      <w:r>
        <w:t>Paradise is a perfect world.</w:t>
      </w:r>
    </w:p>
    <w:p>
      <w:pPr>
        <w:jc w:val="right"/>
      </w:pPr>
      <w:r>
        <w:t>پیراڈائز از ا پرفیکٹ ورلڈ۔</w:t>
      </w:r>
    </w:p>
    <w:p>
      <w:r>
        <w:rPr>
          <w:b/>
        </w:rPr>
        <w:t xml:space="preserve">[28:03] </w:t>
      </w:r>
      <w:r>
        <w:t>Paradise is an ideal world.</w:t>
      </w:r>
    </w:p>
    <w:p>
      <w:pPr>
        <w:jc w:val="right"/>
      </w:pPr>
      <w:r>
        <w:t>پیراڈائز از اینڈ ائیڈیل ورلڈ۔</w:t>
      </w:r>
    </w:p>
    <w:p>
      <w:r>
        <w:rPr>
          <w:b/>
        </w:rPr>
        <w:t xml:space="preserve">[28:05] </w:t>
      </w:r>
      <w:r>
        <w:t>It is paradise where we can find all these good things, eternity, and happiness, and justice, and all</w:t>
      </w:r>
    </w:p>
    <w:p>
      <w:pPr>
        <w:jc w:val="right"/>
      </w:pPr>
      <w:r>
        <w:t>اٹ از پیراڈائز ویر وی کین فائنڈ ال دیز گڈ تھنگز، ایٹرنیٹی، اینڈ ہیپینس، اینڈ جسٹس، اینڈ ال</w:t>
      </w:r>
    </w:p>
    <w:p>
      <w:r>
        <w:rPr>
          <w:b/>
        </w:rPr>
        <w:t xml:space="preserve">[28:13] </w:t>
      </w:r>
      <w:r>
        <w:t>Those good things.</w:t>
      </w:r>
    </w:p>
    <w:p>
      <w:pPr>
        <w:jc w:val="right"/>
      </w:pPr>
      <w:r>
        <w:t>دوز گڈ تھنگز۔</w:t>
      </w:r>
    </w:p>
    <w:p>
      <w:r>
        <w:rPr>
          <w:b/>
        </w:rPr>
        <w:t xml:space="preserve">[28:15] </w:t>
      </w:r>
      <w:r>
        <w:t>But without paying the price, you cannot get paradise.</w:t>
      </w:r>
    </w:p>
    <w:p>
      <w:pPr>
        <w:jc w:val="right"/>
      </w:pPr>
      <w:r>
        <w:t>بٹ وداؤٹ پینگ دا پرائس، یو کین ناٹ گیٹ پیراڈائز۔</w:t>
      </w:r>
    </w:p>
    <w:p>
      <w:r>
        <w:rPr>
          <w:b/>
        </w:rPr>
        <w:t xml:space="preserve">[28:19] </w:t>
      </w:r>
      <w:r>
        <w:t>So, first of all, we have to discover God.</w:t>
      </w:r>
    </w:p>
    <w:p>
      <w:pPr>
        <w:jc w:val="right"/>
      </w:pPr>
      <w:r>
        <w:t>سو، فرسٹ اف ال، وی ہیو ٹو ڈسکور گاڈ۔</w:t>
      </w:r>
    </w:p>
    <w:p>
      <w:r>
        <w:rPr>
          <w:b/>
        </w:rPr>
        <w:t xml:space="preserve">[28:23] </w:t>
      </w:r>
      <w:r>
        <w:t>We have to find God.</w:t>
      </w:r>
    </w:p>
    <w:p>
      <w:pPr>
        <w:jc w:val="right"/>
      </w:pPr>
      <w:r>
        <w:t>وی ہیو ٹو فائنڈ گاڈ۔</w:t>
      </w:r>
    </w:p>
    <w:p>
      <w:r>
        <w:rPr>
          <w:b/>
        </w:rPr>
        <w:t xml:space="preserve">[28:25] </w:t>
      </w:r>
      <w:r>
        <w:t>We have to realize God.</w:t>
      </w:r>
    </w:p>
    <w:p>
      <w:pPr>
        <w:jc w:val="right"/>
      </w:pPr>
      <w:r>
        <w:t>وی ہیو ٹو ریلائز گاڈ۔</w:t>
      </w:r>
    </w:p>
    <w:p>
      <w:r>
        <w:rPr>
          <w:b/>
        </w:rPr>
        <w:t xml:space="preserve">[28:27] </w:t>
      </w:r>
      <w:r>
        <w:t>This is the starting point of this paradise culture.</w:t>
      </w:r>
    </w:p>
    <w:p>
      <w:pPr>
        <w:jc w:val="right"/>
      </w:pPr>
      <w:r>
        <w:t>دس از دا سٹارٹنگ پوائنٹ اف دس پیراڈائز کلچر۔</w:t>
      </w:r>
    </w:p>
    <w:p>
      <w:r>
        <w:rPr>
          <w:b/>
        </w:rPr>
        <w:t xml:space="preserve">[28:31] </w:t>
      </w:r>
      <w:r>
        <w:t>The starting point of journey towards paradise is discovery of God.</w:t>
      </w:r>
    </w:p>
    <w:p>
      <w:pPr>
        <w:jc w:val="right"/>
      </w:pPr>
      <w:r>
        <w:t>دی سٹارٹنگ پوائنٹ اف جرنی ٹورڈز پیراڈائز از ڈسکوری اف گاڈ۔</w:t>
      </w:r>
    </w:p>
    <w:p>
      <w:r>
        <w:rPr>
          <w:b/>
        </w:rPr>
        <w:t xml:space="preserve">[28:36] </w:t>
      </w:r>
      <w:r>
        <w:t>From here, begins the journey towards paradise.</w:t>
      </w:r>
    </w:p>
    <w:p>
      <w:pPr>
        <w:jc w:val="right"/>
      </w:pPr>
      <w:r>
        <w:t>فرام ہیر، بگنز دا جرنی ٹورڈز پیراڈائز۔</w:t>
      </w:r>
    </w:p>
    <w:p>
      <w:r>
        <w:rPr>
          <w:b/>
        </w:rPr>
        <w:t xml:space="preserve">[28:39] </w:t>
      </w:r>
      <w:r>
        <w:t>So, we have to discover God.</w:t>
      </w:r>
    </w:p>
    <w:p>
      <w:pPr>
        <w:jc w:val="right"/>
      </w:pPr>
      <w:r>
        <w:t>سو، وی ہیو ٹو ڈسکور گاڈ۔</w:t>
      </w:r>
    </w:p>
    <w:p>
      <w:r>
        <w:rPr>
          <w:b/>
        </w:rPr>
        <w:t xml:space="preserve">[28:41] </w:t>
      </w:r>
      <w:r>
        <w:t>We have to realize God.</w:t>
      </w:r>
    </w:p>
    <w:p>
      <w:pPr>
        <w:jc w:val="right"/>
      </w:pPr>
      <w:r>
        <w:t>وی ہیو ٹو ریلائز گاڈ۔</w:t>
      </w:r>
    </w:p>
    <w:p>
      <w:r>
        <w:rPr>
          <w:b/>
        </w:rPr>
        <w:t xml:space="preserve">[28:43] </w:t>
      </w:r>
      <w:r>
        <w:t>We have to find God.</w:t>
      </w:r>
    </w:p>
    <w:p>
      <w:pPr>
        <w:jc w:val="right"/>
      </w:pPr>
      <w:r>
        <w:t>وی ہیو ٹو فائنڈ گاڈ۔</w:t>
      </w:r>
    </w:p>
    <w:p>
      <w:r>
        <w:rPr>
          <w:b/>
        </w:rPr>
        <w:t xml:space="preserve">[28:45] </w:t>
      </w:r>
      <w:r>
        <w:t>I have to to re.</w:t>
      </w:r>
    </w:p>
    <w:p>
      <w:pPr>
        <w:jc w:val="right"/>
      </w:pPr>
      <w:r>
        <w:t>ائی ہیو ٹو ٹو ری۔</w:t>
      </w:r>
    </w:p>
    <w:p>
      <w:r>
        <w:rPr>
          <w:b/>
        </w:rPr>
        <w:t xml:space="preserve">[28:48] </w:t>
      </w:r>
      <w:r>
        <w:t>We have to re.</w:t>
      </w:r>
    </w:p>
    <w:p>
      <w:pPr>
        <w:jc w:val="right"/>
      </w:pPr>
      <w:r>
        <w:t>وی ہیو ٹو ری۔</w:t>
      </w:r>
    </w:p>
    <w:p>
      <w:r>
        <w:rPr>
          <w:b/>
        </w:rPr>
        <w:t xml:space="preserve">[28:49] </w:t>
      </w:r>
      <w:r>
        <w:t>We have to redefine everything.</w:t>
      </w:r>
    </w:p>
    <w:p>
      <w:pPr>
        <w:jc w:val="right"/>
      </w:pPr>
      <w:r>
        <w:t>وی وی ہیو ٹو ری ری ڈیفائن ایوری تھنگ۔</w:t>
      </w:r>
    </w:p>
    <w:p>
      <w:r>
        <w:rPr>
          <w:b/>
        </w:rPr>
        <w:t xml:space="preserve">[28:53] </w:t>
      </w:r>
      <w:r>
        <w:t>We have to reshape our mind.</w:t>
      </w:r>
    </w:p>
    <w:p>
      <w:pPr>
        <w:jc w:val="right"/>
      </w:pPr>
      <w:r>
        <w:t>وی ہیو ٹو ری ری شیپ اور مائنڈ۔</w:t>
      </w:r>
    </w:p>
    <w:p>
      <w:r>
        <w:rPr>
          <w:b/>
        </w:rPr>
        <w:t xml:space="preserve">[28:57] </w:t>
      </w:r>
      <w:r>
        <w:t>We have to discover God, and we have to reshape our mind according to the divine</w:t>
      </w:r>
    </w:p>
    <w:p>
      <w:pPr>
        <w:jc w:val="right"/>
      </w:pPr>
      <w:r>
        <w:t>وی ہیو ٹو ڈسکور گاڈ، اینڈ وی ہیو ٹو ری ری شیپ اور مائنڈ اکارڈنگ ٹو دا ڈیوائن</w:t>
      </w:r>
    </w:p>
    <w:p>
      <w:r>
        <w:rPr>
          <w:b/>
        </w:rPr>
        <w:t xml:space="preserve">[29:04] </w:t>
      </w:r>
      <w:r>
        <w:t>principles.</w:t>
      </w:r>
    </w:p>
    <w:p>
      <w:pPr>
        <w:jc w:val="right"/>
      </w:pPr>
      <w:r>
        <w:t>پرنسپلز۔</w:t>
      </w:r>
    </w:p>
    <w:p>
      <w:r>
        <w:rPr>
          <w:b/>
        </w:rPr>
        <w:t xml:space="preserve">[29:06] </w:t>
      </w:r>
      <w:r>
        <w:t>Deen, the second thing is that we have to follow the guidance given by the Prophet.</w:t>
      </w:r>
    </w:p>
    <w:p>
      <w:pPr>
        <w:jc w:val="right"/>
      </w:pPr>
      <w:r>
        <w:t>دین دا سیکنڈ تھنگ از دیٹ وی ہیو ٹو فالو دا گائیڈنس گیون بائی دا پرافٹ۔</w:t>
      </w:r>
    </w:p>
    <w:p>
      <w:r>
        <w:rPr>
          <w:b/>
        </w:rPr>
        <w:t xml:space="preserve">[29:13] </w:t>
      </w:r>
      <w:r>
        <w:t>Prophet is a real person.</w:t>
      </w:r>
    </w:p>
    <w:p>
      <w:pPr>
        <w:jc w:val="right"/>
      </w:pPr>
      <w:r>
        <w:t>پرافٹ از ا ریویل پرسن۔</w:t>
      </w:r>
    </w:p>
    <w:p>
      <w:r>
        <w:rPr>
          <w:b/>
        </w:rPr>
        <w:t xml:space="preserve">[29:15] </w:t>
      </w:r>
      <w:r>
        <w:t>Prophet is the only authentic source of divine truth.</w:t>
      </w:r>
    </w:p>
    <w:p>
      <w:pPr>
        <w:jc w:val="right"/>
      </w:pPr>
      <w:r>
        <w:t>پرافٹ از دا اونلی اتھینٹک سورس اف ڈیوائن ٹروتھ۔</w:t>
      </w:r>
    </w:p>
    <w:p>
      <w:r>
        <w:rPr>
          <w:b/>
        </w:rPr>
        <w:t xml:space="preserve">[29:19] </w:t>
      </w:r>
      <w:r>
        <w:t>So, we have to follow the prophet unconditionally.</w:t>
      </w:r>
    </w:p>
    <w:p>
      <w:pPr>
        <w:jc w:val="right"/>
      </w:pPr>
      <w:r>
        <w:t>سو، وی ہیو ٹو فالو دا پرافٹ ان کنڈیشنلی۔</w:t>
      </w:r>
    </w:p>
    <w:p>
      <w:r>
        <w:rPr>
          <w:b/>
        </w:rPr>
        <w:t xml:space="preserve">[29:22] </w:t>
      </w:r>
      <w:r>
        <w:t>We have to follow the Prophet without any condition.</w:t>
      </w:r>
    </w:p>
    <w:p>
      <w:pPr>
        <w:jc w:val="right"/>
      </w:pPr>
      <w:r>
        <w:t>وی ہیو ٹو فالو دا پرافٹ وداؤٹ اینی کنڈیشن۔</w:t>
      </w:r>
    </w:p>
    <w:p>
      <w:r>
        <w:rPr>
          <w:b/>
        </w:rPr>
        <w:t xml:space="preserve">[29:26] </w:t>
      </w:r>
      <w:r>
        <w:t>This, we can save ourself from deviation, from distraction.</w:t>
      </w:r>
    </w:p>
    <w:p>
      <w:pPr>
        <w:jc w:val="right"/>
      </w:pPr>
      <w:r>
        <w:t>دس، وی کین سیو اور سیلف فرام ڈیوی ایشن، فرام ڈسٹریکشن۔</w:t>
      </w:r>
    </w:p>
    <w:p>
      <w:r>
        <w:rPr>
          <w:b/>
        </w:rPr>
        <w:t xml:space="preserve">[29:31] </w:t>
      </w:r>
      <w:r>
        <w:t>When we accept prophet as our unconditional leader, then we can save ourself from deviation,</w:t>
      </w:r>
    </w:p>
    <w:p>
      <w:pPr>
        <w:jc w:val="right"/>
      </w:pPr>
      <w:r>
        <w:t>وین وی ایکسیپٹ پرافٹ ایز اور ان کنڈیشنل لیڈر، دین وی کین سیو اور سیلف فرام ڈیوی ایشن،</w:t>
      </w:r>
    </w:p>
    <w:p>
      <w:r>
        <w:rPr>
          <w:b/>
        </w:rPr>
        <w:t xml:space="preserve">[29:39] </w:t>
      </w:r>
      <w:r>
        <w:t>from distraction.</w:t>
      </w:r>
    </w:p>
    <w:p>
      <w:pPr>
        <w:jc w:val="right"/>
      </w:pPr>
      <w:r>
        <w:t>فرام ڈسٹریکشن۔</w:t>
      </w:r>
    </w:p>
    <w:p>
      <w:r>
        <w:rPr>
          <w:b/>
        </w:rPr>
        <w:t xml:space="preserve">[29:40] </w:t>
      </w:r>
      <w:r>
        <w:t>Then we have to believe in the world hereafter.</w:t>
      </w:r>
    </w:p>
    <w:p>
      <w:pPr>
        <w:jc w:val="right"/>
      </w:pPr>
      <w:r>
        <w:t>دین وی ہیو ٹو بیلیو ان دی ورلڈ ہیر افٹر۔</w:t>
      </w:r>
    </w:p>
    <w:p>
      <w:r>
        <w:rPr>
          <w:b/>
        </w:rPr>
        <w:t xml:space="preserve">[29:45] </w:t>
      </w:r>
      <w:r>
        <w:t>We have to believe in accountability.</w:t>
      </w:r>
    </w:p>
    <w:p>
      <w:pPr>
        <w:jc w:val="right"/>
      </w:pPr>
      <w:r>
        <w:t>وی ہیو ٹو بیلیو ان اکاؤنٹیبلٹی۔</w:t>
      </w:r>
    </w:p>
    <w:p>
      <w:r>
        <w:rPr>
          <w:b/>
        </w:rPr>
        <w:t xml:space="preserve">[29:47] </w:t>
      </w:r>
      <w:r>
        <w:t>We have to believe in the in the concept of Malik Yawm al-Din.</w:t>
      </w:r>
    </w:p>
    <w:p>
      <w:pPr>
        <w:jc w:val="right"/>
      </w:pPr>
      <w:r>
        <w:t>وی ہیو ٹو بیلیو ان دی ان دی کانسیپٹ اف مالک یوم الدین۔</w:t>
      </w:r>
    </w:p>
    <w:p>
      <w:r>
        <w:rPr>
          <w:b/>
        </w:rPr>
        <w:t xml:space="preserve">[29:53] </w:t>
      </w:r>
      <w:r>
        <w:t>God is the Lord of the Day of Judgment.</w:t>
      </w:r>
    </w:p>
    <w:p>
      <w:pPr>
        <w:jc w:val="right"/>
      </w:pPr>
      <w:r>
        <w:t>گاڈ از دا لارڈ اف دا ڈے اف ججمنٹ۔</w:t>
      </w:r>
    </w:p>
    <w:p>
      <w:r>
        <w:rPr>
          <w:b/>
        </w:rPr>
        <w:t xml:space="preserve">[29:57] </w:t>
      </w:r>
      <w:r>
        <w:t>So, this belief will enlighten us.</w:t>
      </w:r>
    </w:p>
    <w:p>
      <w:pPr>
        <w:jc w:val="right"/>
      </w:pPr>
      <w:r>
        <w:t>سو، دس بیلیف ول انلائٹن اس۔</w:t>
      </w:r>
    </w:p>
    <w:p>
      <w:r>
        <w:rPr>
          <w:b/>
        </w:rPr>
        <w:t xml:space="preserve">[29:59] </w:t>
      </w:r>
      <w:r>
        <w:t>This belief will awaken our mind.</w:t>
      </w:r>
    </w:p>
    <w:p>
      <w:pPr>
        <w:jc w:val="right"/>
      </w:pPr>
      <w:r>
        <w:t>دس بیلیف ول اویکن اور مائنڈ۔</w:t>
      </w:r>
    </w:p>
    <w:p>
      <w:r>
        <w:rPr>
          <w:b/>
        </w:rPr>
        <w:t xml:space="preserve">[30:02] </w:t>
      </w:r>
      <w:r>
        <w:t>This belief will vitalize our spirituality.</w:t>
      </w:r>
    </w:p>
    <w:p>
      <w:pPr>
        <w:jc w:val="right"/>
      </w:pPr>
      <w:r>
        <w:t>دس بیلیف ول وٹیلائز اور سپریچولیٹی۔</w:t>
      </w:r>
    </w:p>
    <w:p>
      <w:r>
        <w:rPr>
          <w:b/>
        </w:rPr>
        <w:t xml:space="preserve">[30:04] </w:t>
      </w:r>
      <w:r>
        <w:t>This belief will make us a person who is a deserving candidate for paradise.</w:t>
      </w:r>
    </w:p>
    <w:p>
      <w:pPr>
        <w:jc w:val="right"/>
      </w:pPr>
      <w:r>
        <w:t>دس بیلیف ول میک اس ا پرسن ہو از ا ڈیزرونگ کینڈیڈیٹ فار پیراڈائز۔</w:t>
      </w:r>
    </w:p>
    <w:p>
      <w:r>
        <w:rPr>
          <w:b/>
        </w:rPr>
        <w:t xml:space="preserve">[30:10] </w:t>
      </w:r>
      <w:r>
        <w:t>So, this is the three basic tenets of Islam, and the belief system of Islam is based on</w:t>
      </w:r>
    </w:p>
    <w:p>
      <w:pPr>
        <w:jc w:val="right"/>
      </w:pPr>
      <w:r>
        <w:t>سو، دس از دا تھری بیسک ٹینٹس اف اسلام، اینڈ دا بیلیف سسٹم اف اسلام از بیسڈ ان</w:t>
      </w:r>
    </w:p>
    <w:p>
      <w:r>
        <w:rPr>
          <w:b/>
        </w:rPr>
        <w:t xml:space="preserve">[30:18] </w:t>
      </w:r>
      <w:r>
        <w:t>These three tenets.</w:t>
      </w:r>
    </w:p>
    <w:p>
      <w:pPr>
        <w:jc w:val="right"/>
      </w:pPr>
      <w:r>
        <w:t>دیز تھری ٹینٹس۔</w:t>
      </w:r>
    </w:p>
    <w:p>
      <w:r>
        <w:rPr>
          <w:b/>
        </w:rPr>
        <w:t xml:space="preserve">[30:19] </w:t>
      </w:r>
      <w:r>
        <w:t>These three tenets are Tawhid, Risalat, Akhirat.</w:t>
      </w:r>
    </w:p>
    <w:p>
      <w:pPr>
        <w:jc w:val="right"/>
      </w:pPr>
      <w:r>
        <w:t>دیز تھری ٹینٹس ار توحید، رسالت، اخرت۔</w:t>
      </w:r>
    </w:p>
    <w:p>
      <w:r>
        <w:rPr>
          <w:b/>
        </w:rPr>
        <w:t xml:space="preserve">[30:22] </w:t>
      </w:r>
      <w:r>
        <w:t>That is oneness of God.</w:t>
      </w:r>
    </w:p>
    <w:p>
      <w:pPr>
        <w:jc w:val="right"/>
      </w:pPr>
      <w:r>
        <w:t>دیٹ از وننس اف گاڈ۔</w:t>
      </w:r>
    </w:p>
    <w:p>
      <w:r>
        <w:rPr>
          <w:b/>
        </w:rPr>
        <w:t xml:space="preserve">[30:25] </w:t>
      </w:r>
      <w:r>
        <w:t>La ilaha illallah.</w:t>
      </w:r>
    </w:p>
    <w:p>
      <w:pPr>
        <w:jc w:val="right"/>
      </w:pPr>
      <w:r>
        <w:t>لا الہ الا اللہ۔</w:t>
      </w:r>
    </w:p>
    <w:p>
      <w:r>
        <w:rPr>
          <w:b/>
        </w:rPr>
        <w:t xml:space="preserve">[30:26] </w:t>
      </w:r>
      <w:r>
        <w:t>It means there is no God but one God.</w:t>
      </w:r>
    </w:p>
    <w:p>
      <w:pPr>
        <w:jc w:val="right"/>
      </w:pPr>
      <w:r>
        <w:t>اٹ مینز دیر از نو گاڈ بٹ ون گاڈ۔</w:t>
      </w:r>
    </w:p>
    <w:p>
      <w:r>
        <w:rPr>
          <w:b/>
        </w:rPr>
        <w:t xml:space="preserve">[30:30] </w:t>
      </w:r>
      <w:r>
        <w:t>ashhadu an la ilaha illallah.</w:t>
      </w:r>
    </w:p>
    <w:p>
      <w:pPr>
        <w:jc w:val="right"/>
      </w:pPr>
      <w:r>
        <w:t>اشھد ان لا الہ الا اللہ۔</w:t>
      </w:r>
    </w:p>
    <w:p>
      <w:r>
        <w:rPr>
          <w:b/>
        </w:rPr>
        <w:t xml:space="preserve">[30:33] </w:t>
      </w:r>
      <w:r>
        <w:t>I bear witness that there is no God but one God.</w:t>
      </w:r>
    </w:p>
    <w:p>
      <w:pPr>
        <w:jc w:val="right"/>
      </w:pPr>
      <w:r>
        <w:t>ائی بیئر وٹنس دیٹ دیر از نو گاڈ بٹ ون گاڈ۔</w:t>
      </w:r>
    </w:p>
    <w:p>
      <w:r>
        <w:rPr>
          <w:b/>
        </w:rPr>
        <w:t xml:space="preserve">[30:37] </w:t>
      </w:r>
      <w:r>
        <w:t>Then we have to believe in the prophet who taught of Muhammad.</w:t>
      </w:r>
    </w:p>
    <w:p>
      <w:pPr>
        <w:jc w:val="right"/>
      </w:pPr>
      <w:r>
        <w:t>دین وی ہیو ٹو بیلیو ان دا پرافٹ ہوٹ اف محمد۔</w:t>
      </w:r>
    </w:p>
    <w:p>
      <w:r>
        <w:rPr>
          <w:b/>
        </w:rPr>
        <w:t xml:space="preserve">[30:42] </w:t>
      </w:r>
      <w:r>
        <w:t>This belief is also discovery.</w:t>
      </w:r>
    </w:p>
    <w:p>
      <w:pPr>
        <w:jc w:val="right"/>
      </w:pPr>
      <w:r>
        <w:t>دس بیلیف از السو ڈسکوری۔</w:t>
      </w:r>
    </w:p>
    <w:p>
      <w:r>
        <w:rPr>
          <w:b/>
        </w:rPr>
        <w:t xml:space="preserve">[30:44] </w:t>
      </w:r>
      <w:r>
        <w:t>This belief is not any kind of lip service.</w:t>
      </w:r>
    </w:p>
    <w:p>
      <w:pPr>
        <w:jc w:val="right"/>
      </w:pPr>
      <w:r>
        <w:t>دس بیلیف از ناٹ اینی کائنڈ اف لپ سروس۔</w:t>
      </w:r>
    </w:p>
    <w:p>
      <w:r>
        <w:rPr>
          <w:b/>
        </w:rPr>
        <w:t xml:space="preserve">[30:48] </w:t>
      </w:r>
      <w:r>
        <w:t>It is a realization.</w:t>
      </w:r>
    </w:p>
    <w:p>
      <w:pPr>
        <w:jc w:val="right"/>
      </w:pPr>
      <w:r>
        <w:t>اٹ از ا ریلائزیشن۔</w:t>
      </w:r>
    </w:p>
    <w:p>
      <w:r>
        <w:rPr>
          <w:b/>
        </w:rPr>
        <w:t xml:space="preserve">[30:50] </w:t>
      </w:r>
      <w:r>
        <w:t>It is a discovery.</w:t>
      </w:r>
    </w:p>
    <w:p>
      <w:pPr>
        <w:jc w:val="right"/>
      </w:pPr>
      <w:r>
        <w:t>اٹ از ا ڈسکوری۔</w:t>
      </w:r>
    </w:p>
    <w:p>
      <w:r>
        <w:rPr>
          <w:b/>
        </w:rPr>
        <w:t xml:space="preserve">[30:52] </w:t>
      </w:r>
      <w:r>
        <w:t>Deen, the third tenet is akhirat.</w:t>
      </w:r>
    </w:p>
    <w:p>
      <w:pPr>
        <w:jc w:val="right"/>
      </w:pPr>
      <w:r>
        <w:t>دین دا تھرڈ ٹینٹ از اخرت۔</w:t>
      </w:r>
    </w:p>
    <w:p>
      <w:r>
        <w:rPr>
          <w:b/>
        </w:rPr>
        <w:t xml:space="preserve">[30:54] </w:t>
      </w:r>
      <w:r>
        <w:t>to believe that there is world hereafter.</w:t>
      </w:r>
    </w:p>
    <w:p>
      <w:pPr>
        <w:jc w:val="right"/>
      </w:pPr>
      <w:r>
        <w:t>ٹو بیلیو دیٹ دیر از ورلڈ ہیر افٹر۔</w:t>
      </w:r>
    </w:p>
    <w:p>
      <w:r>
        <w:rPr>
          <w:b/>
        </w:rPr>
        <w:t xml:space="preserve">[30:58] </w:t>
      </w:r>
      <w:r>
        <w:t>to believe that our life is.</w:t>
      </w:r>
    </w:p>
    <w:p>
      <w:pPr>
        <w:jc w:val="right"/>
      </w:pPr>
      <w:r>
        <w:t>ٹو بیلیو دیٹ اور لائف از۔</w:t>
      </w:r>
    </w:p>
    <w:p>
      <w:r>
        <w:rPr>
          <w:b/>
        </w:rPr>
        <w:t xml:space="preserve">[31:00] </w:t>
      </w:r>
      <w:r>
        <w:t>to believe that when we die, we.</w:t>
      </w:r>
    </w:p>
    <w:p>
      <w:pPr>
        <w:jc w:val="right"/>
      </w:pPr>
      <w:r>
        <w:t>ٹو بیلیو دیٹ وین وی ڈائی، وی۔</w:t>
      </w:r>
    </w:p>
    <w:p>
      <w:r>
        <w:rPr>
          <w:b/>
        </w:rPr>
        <w:t xml:space="preserve">[31:03] </w:t>
      </w:r>
      <w:r>
        <w:t>to believe that death is not an end to our life.</w:t>
      </w:r>
    </w:p>
    <w:p>
      <w:pPr>
        <w:jc w:val="right"/>
      </w:pPr>
      <w:r>
        <w:t>ٹو بیلیو دیٹ ڈیتھ از ناٹ این اینڈ ٹو اور لائف۔</w:t>
      </w:r>
    </w:p>
    <w:p>
      <w:r>
        <w:rPr>
          <w:b/>
        </w:rPr>
        <w:t xml:space="preserve">[31:08] </w:t>
      </w:r>
      <w:r>
        <w:t>to believe that death is not an end to our life.</w:t>
      </w:r>
    </w:p>
    <w:p>
      <w:pPr>
        <w:jc w:val="right"/>
      </w:pPr>
      <w:r>
        <w:t>ٹو بیلیو دیٹ ڈیتھ از ناٹ این اینڈ ٹو اور لائف۔</w:t>
      </w:r>
    </w:p>
    <w:p>
      <w:r>
        <w:rPr>
          <w:b/>
        </w:rPr>
        <w:t xml:space="preserve">[31:13] </w:t>
      </w:r>
      <w:r>
        <w:t>But after life, but after death, there is also life.</w:t>
      </w:r>
    </w:p>
    <w:p>
      <w:pPr>
        <w:jc w:val="right"/>
      </w:pPr>
      <w:r>
        <w:t>بٹ افٹر لائف، بٹ افٹر ڈیتھ، دیر از السو لائف۔</w:t>
      </w:r>
    </w:p>
    <w:p>
      <w:r>
        <w:rPr>
          <w:b/>
        </w:rPr>
        <w:t xml:space="preserve">[31:17] </w:t>
      </w:r>
      <w:r>
        <w:t>It is life.</w:t>
      </w:r>
    </w:p>
    <w:p>
      <w:pPr>
        <w:jc w:val="right"/>
      </w:pPr>
      <w:r>
        <w:t>اٹ از لائف۔</w:t>
      </w:r>
    </w:p>
    <w:p>
      <w:r>
        <w:rPr>
          <w:b/>
        </w:rPr>
        <w:t xml:space="preserve">[31:18] </w:t>
      </w:r>
      <w:r>
        <w:t>It is life after life concept.</w:t>
      </w:r>
    </w:p>
    <w:p>
      <w:pPr>
        <w:jc w:val="right"/>
      </w:pPr>
      <w:r>
        <w:t>اٹ از لائف افٹر لائف کانسیپٹ۔</w:t>
      </w:r>
    </w:p>
    <w:p>
      <w:r>
        <w:rPr>
          <w:b/>
        </w:rPr>
        <w:t xml:space="preserve">[31:21] </w:t>
      </w:r>
      <w:r>
        <w:t>So, when we die, we enter into the world hereafter.</w:t>
      </w:r>
    </w:p>
    <w:p>
      <w:pPr>
        <w:jc w:val="right"/>
      </w:pPr>
      <w:r>
        <w:t>سو، وین وی ڈائی، وی انٹر انٹو دا ورلڈ ہیر افٹر۔</w:t>
      </w:r>
    </w:p>
    <w:p>
      <w:r>
        <w:rPr>
          <w:b/>
        </w:rPr>
        <w:t xml:space="preserve">[31:26] </w:t>
      </w:r>
      <w:r>
        <w:t>So, tawhid is the ideological base.</w:t>
      </w:r>
    </w:p>
    <w:p>
      <w:pPr>
        <w:jc w:val="right"/>
      </w:pPr>
      <w:r>
        <w:t>سو، توحید از دی ائیڈیالوجیکل بیس۔</w:t>
      </w:r>
    </w:p>
    <w:p>
      <w:r>
        <w:rPr>
          <w:b/>
        </w:rPr>
        <w:t xml:space="preserve">[31:28] </w:t>
      </w:r>
      <w:r>
        <w:t>Prophet Muhammad is the authentic guide, and then akhirat is a like a good tiring.</w:t>
      </w:r>
    </w:p>
    <w:p>
      <w:pPr>
        <w:jc w:val="right"/>
      </w:pPr>
      <w:r>
        <w:t>پرافٹ محمد از دا اتھینٹک گائیڈ، اینڈ دین اخرت از ا لائک ا گڈ ٹائرنگ۔</w:t>
      </w:r>
    </w:p>
    <w:p>
      <w:r>
        <w:rPr>
          <w:b/>
        </w:rPr>
        <w:t xml:space="preserve">[31:35] </w:t>
      </w:r>
      <w:r>
        <w:t>That our dream world, that our dream world is a reality.</w:t>
      </w:r>
    </w:p>
    <w:p>
      <w:pPr>
        <w:jc w:val="right"/>
      </w:pPr>
      <w:r>
        <w:t>دیٹ اور ڈریم ورلڈ، دیٹ اور ڈریم ورلڈ از ا ریلیٹی۔</w:t>
      </w:r>
    </w:p>
    <w:p>
      <w:r>
        <w:rPr>
          <w:b/>
        </w:rPr>
        <w:t xml:space="preserve">[31:39] </w:t>
      </w:r>
      <w:r>
        <w:t>It is not simply a dream.</w:t>
      </w:r>
    </w:p>
    <w:p>
      <w:pPr>
        <w:jc w:val="right"/>
      </w:pPr>
      <w:r>
        <w:t>اٹ از ناٹ سمپلی ا ڈریم۔</w:t>
      </w:r>
    </w:p>
    <w:p>
      <w:r>
        <w:rPr>
          <w:b/>
        </w:rPr>
        <w:t xml:space="preserve">[31:42] </w:t>
      </w:r>
      <w:r>
        <w:t>Eternity and happiness and justice is not simply a utopian concept.</w:t>
      </w:r>
    </w:p>
    <w:p>
      <w:pPr>
        <w:jc w:val="right"/>
      </w:pPr>
      <w:r>
        <w:t>ایٹرنیٹی اینڈ ہیپینس اینڈ جسٹس از ناٹ سمپلی ا یوٹوپین کانسیپٹ۔</w:t>
      </w:r>
    </w:p>
    <w:p>
      <w:r>
        <w:rPr>
          <w:b/>
        </w:rPr>
        <w:t xml:space="preserve">[31:47] </w:t>
      </w:r>
      <w:r>
        <w:t>It is a fact.</w:t>
      </w:r>
    </w:p>
    <w:p>
      <w:pPr>
        <w:jc w:val="right"/>
      </w:pPr>
      <w:r>
        <w:t>اٹ از ا فیکٹ۔</w:t>
      </w:r>
    </w:p>
    <w:p>
      <w:r>
        <w:rPr>
          <w:b/>
        </w:rPr>
        <w:t xml:space="preserve">[31:48] </w:t>
      </w:r>
      <w:r>
        <w:t>So, we have to try to fulfill this dream.</w:t>
      </w:r>
    </w:p>
    <w:p>
      <w:pPr>
        <w:jc w:val="right"/>
      </w:pPr>
      <w:r>
        <w:t>سو، وی ہیو ٹو ٹرائی ٹو ٹو فل فل دس ڈریم۔</w:t>
      </w:r>
    </w:p>
    <w:p>
      <w:r>
        <w:rPr>
          <w:b/>
        </w:rPr>
        <w:t xml:space="preserve">[31:53] </w:t>
      </w:r>
      <w:r>
        <w:t>This is the Islamic concept, and this is the.</w:t>
      </w:r>
    </w:p>
    <w:p>
      <w:pPr>
        <w:jc w:val="right"/>
      </w:pPr>
      <w:r>
        <w:t>دس از دا اسلامک کانسیپٹ، اینڈ دس از دا۔</w:t>
      </w:r>
    </w:p>
    <w:p>
      <w:r>
        <w:rPr>
          <w:b/>
        </w:rPr>
        <w:t xml:space="preserve">[31:57] </w:t>
      </w:r>
      <w:r>
        <w:t>This is the three basic tenets of Islamic belief system.</w:t>
      </w:r>
    </w:p>
    <w:p>
      <w:pPr>
        <w:jc w:val="right"/>
      </w:pPr>
      <w:r>
        <w:t>دس از دا تھری بیسک ٹینٹس اف اسلامک بیلیف سسٹم۔</w:t>
      </w:r>
    </w:p>
    <w:p>
      <w:r>
        <w:rPr>
          <w:b/>
        </w:rPr>
        <w:t xml:space="preserve">[32:01] </w:t>
      </w:r>
      <w:r>
        <w:t>اقول قول ھذا واستغفراللہ العلی ولکم اجمعین۔</w:t>
      </w:r>
    </w:p>
    <w:p>
      <w:pPr>
        <w:jc w:val="right"/>
      </w:pPr>
      <w:r>
        <w:t>اقول قول ھذا واستغفراللہ العلی ولكم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