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Death in Islam 26th Aug 12 SLOW</w:t>
      </w:r>
    </w:p>
    <w:p>
      <w:r>
        <w:t>https://www.youtube.com/watch?v=8dsos0OBM6M</w:t>
      </w:r>
    </w:p>
    <w:p>
      <w:r>
        <w:rPr>
          <w:b/>
        </w:rPr>
        <w:t xml:space="preserve">[00:01] </w:t>
      </w:r>
      <w:r>
        <w:t>nakami se bacha sakoon.</w:t>
      </w:r>
    </w:p>
    <w:p>
      <w:pPr>
        <w:jc w:val="right"/>
      </w:pPr>
      <w:r>
        <w:t>ناکامی سے بچا سکوں۔</w:t>
      </w:r>
    </w:p>
    <w:p>
      <w:r>
        <w:rPr>
          <w:b/>
        </w:rPr>
        <w:t xml:space="preserve">[00:09] </w:t>
      </w:r>
      <w:r>
        <w:t>bohat bara reminder hai, bohat.</w:t>
      </w:r>
    </w:p>
    <w:p>
      <w:pPr>
        <w:jc w:val="right"/>
      </w:pPr>
      <w:r>
        <w:t>بہت بڑا ریمائنڈر ہے، بہت۔</w:t>
      </w:r>
    </w:p>
    <w:p>
      <w:r>
        <w:rPr>
          <w:b/>
        </w:rPr>
        <w:t xml:space="preserve">[00:18] </w:t>
      </w:r>
      <w:r>
        <w:t>bohat bara sabak milta hai maut se.</w:t>
      </w:r>
    </w:p>
    <w:p>
      <w:pPr>
        <w:jc w:val="right"/>
      </w:pPr>
      <w:r>
        <w:t>بہت بڑا سبق ملتا ہے موت سے۔</w:t>
      </w:r>
    </w:p>
    <w:p>
      <w:r>
        <w:rPr>
          <w:b/>
        </w:rPr>
        <w:t xml:space="preserve">[00:26] </w:t>
      </w:r>
      <w:r>
        <w:t>jo log zindagi mein bhule hue hain aur maut ko yaad nahi karte, aur phir achaanak maut ke</w:t>
      </w:r>
    </w:p>
    <w:p>
      <w:pPr>
        <w:jc w:val="right"/>
      </w:pPr>
      <w:r>
        <w:t>جو لوگ زندگی میں بھولے ہوئے ہیں اور موت کو یاد نہیں کرتے، اور پھر اچانک موت کے</w:t>
      </w:r>
    </w:p>
    <w:p>
      <w:r>
        <w:rPr>
          <w:b/>
        </w:rPr>
        <w:t xml:space="preserve">[00:35] </w:t>
      </w:r>
      <w:r>
        <w:t>baad jab un ko haqeeqat samne aayegi to ajeeb un ko hasrat hogi, ajeeb hasrat.</w:t>
      </w:r>
    </w:p>
    <w:p>
      <w:pPr>
        <w:jc w:val="right"/>
      </w:pPr>
      <w:r>
        <w:t>بعد جب ان کو حقیقت سامنے آئے گی تو عجیب ان کو حسرت ہوگی، عجیب حسرت۔</w:t>
      </w:r>
    </w:p>
    <w:p>
      <w:r>
        <w:rPr>
          <w:b/>
        </w:rPr>
        <w:t xml:space="preserve">[00:43] </w:t>
      </w:r>
      <w:r>
        <w:t>ke kaisa ajeeb hum ko golden chance mila tha is dunya mein apne ko tayyar karne ka, aur</w:t>
      </w:r>
    </w:p>
    <w:p>
      <w:pPr>
        <w:jc w:val="right"/>
      </w:pPr>
      <w:r>
        <w:t>کہ کیسا عجیب ہم کو گولڈن چانس ملا تھا اس دنیا میں اپنے کو تیار کرنے کا، اور</w:t>
      </w:r>
    </w:p>
    <w:p>
      <w:r>
        <w:rPr>
          <w:b/>
        </w:rPr>
        <w:t xml:space="preserve">[00:52] </w:t>
      </w:r>
      <w:r>
        <w:t>isi se hum mehroom reh gaye.</w:t>
      </w:r>
    </w:p>
    <w:p>
      <w:pPr>
        <w:jc w:val="right"/>
      </w:pPr>
      <w:r>
        <w:t>اسی سے ہم محروم رہ گئے۔</w:t>
      </w:r>
    </w:p>
    <w:p>
      <w:r>
        <w:rPr>
          <w:b/>
        </w:rPr>
        <w:t xml:space="preserve">[01:01] </w:t>
      </w:r>
      <w:r>
        <w:t>ek sahib se meri mulaqat hui jinhon ne parha nahi.</w:t>
      </w:r>
    </w:p>
    <w:p>
      <w:pPr>
        <w:jc w:val="right"/>
      </w:pPr>
      <w:r>
        <w:t>ایک صاحب سے میری ملاقات ہوئی جنہوں نے پڑھا نہیں۔</w:t>
      </w:r>
    </w:p>
    <w:p>
      <w:r>
        <w:rPr>
          <w:b/>
        </w:rPr>
        <w:t xml:space="preserve">[01:09] </w:t>
      </w:r>
      <w:r>
        <w:t>un ke baap ne bohat, bohat chaha ke woh parhayen, parhayen, parhayen, lekin woh khel kood mein lage</w:t>
      </w:r>
    </w:p>
    <w:p>
      <w:pPr>
        <w:jc w:val="right"/>
      </w:pPr>
      <w:r>
        <w:t>ان کے باپ نے بہت، بہت چاہا کہ وہ پڑھائیں، پڑھائیں، پڑھائیں، لیکن وہ کھیل کود میں لگے</w:t>
      </w:r>
    </w:p>
    <w:p>
      <w:r>
        <w:rPr>
          <w:b/>
        </w:rPr>
        <w:t xml:space="preserve">[01:18] </w:t>
      </w:r>
      <w:r>
        <w:t>rahe, parha nahi aata ke parhne ki umar hi guzar gai.</w:t>
      </w:r>
    </w:p>
    <w:p>
      <w:pPr>
        <w:jc w:val="right"/>
      </w:pPr>
      <w:r>
        <w:t>رہے، پڑھا نہیں آتا کہ پڑھنے کی عمر ہی گزر گئی۔</w:t>
      </w:r>
    </w:p>
    <w:p>
      <w:r>
        <w:rPr>
          <w:b/>
        </w:rPr>
        <w:t xml:space="preserve">[01:26] </w:t>
      </w:r>
      <w:r>
        <w:t>to baad ke zamane mein meri un se mulaqat hui to bohat afsos karte the ke kaash mein</w:t>
      </w:r>
    </w:p>
    <w:p>
      <w:pPr>
        <w:jc w:val="right"/>
      </w:pPr>
      <w:r>
        <w:t>تو بعد کے زمانے میں میری ان سے ملاقات ہوئی تو بہت افسوس کرتے تھے کہ کاش میں</w:t>
      </w:r>
    </w:p>
    <w:p>
      <w:r>
        <w:rPr>
          <w:b/>
        </w:rPr>
        <w:t xml:space="preserve">[01:35] </w:t>
      </w:r>
      <w:r>
        <w:t>ne parha hota to aaj mein aik achi service hoti mere paas, koi acha kaam kar sakta tha</w:t>
      </w:r>
    </w:p>
    <w:p>
      <w:pPr>
        <w:jc w:val="right"/>
      </w:pPr>
      <w:r>
        <w:t>نے پڑھا ہوتا تو آج میں ایک اچھی سروس ہوتی میرے پاس، کوئی اچھا کام کر سکتا تھا</w:t>
      </w:r>
    </w:p>
    <w:p>
      <w:r>
        <w:rPr>
          <w:b/>
        </w:rPr>
        <w:t xml:space="preserve">[01:44] </w:t>
      </w:r>
      <w:r>
        <w:t>mein, ab mein kuch nahi kar sakta.</w:t>
      </w:r>
    </w:p>
    <w:p>
      <w:pPr>
        <w:jc w:val="right"/>
      </w:pPr>
      <w:r>
        <w:t>میں، اب میں کچھ نہیں کر سکتا۔</w:t>
      </w:r>
    </w:p>
    <w:p>
      <w:r>
        <w:rPr>
          <w:b/>
        </w:rPr>
        <w:t xml:space="preserve">[01:52] </w:t>
      </w:r>
      <w:r>
        <w:t>to jawani ki umar mein, bachpan ki umar mein unhon ne parha nahi to baad ko parhne ka</w:t>
      </w:r>
    </w:p>
    <w:p>
      <w:pPr>
        <w:jc w:val="right"/>
      </w:pPr>
      <w:r>
        <w:t>تو جوانی کی عمر میں، بچپن کی عمر میں انہوں نے پڑھا نہیں تو بعد کو پڑھنے کا</w:t>
      </w:r>
    </w:p>
    <w:p>
      <w:r>
        <w:rPr>
          <w:b/>
        </w:rPr>
        <w:t xml:space="preserve">[02:01] </w:t>
      </w:r>
      <w:r>
        <w:t>zamana hi khatam ho gaya, to siwaye afsos ke kuch nahi raha un ke paas.</w:t>
      </w:r>
    </w:p>
    <w:p>
      <w:pPr>
        <w:jc w:val="right"/>
      </w:pPr>
      <w:r>
        <w:t>زمانہ ہی ختم ہو گیا، تو سوائے افسوس کے کچھ نہیں رہا ان کے پاس۔</w:t>
      </w:r>
    </w:p>
    <w:p>
      <w:r>
        <w:rPr>
          <w:b/>
        </w:rPr>
        <w:t xml:space="preserve">[02:09] </w:t>
      </w:r>
      <w:r>
        <w:t>to isi waqe ko aap billion time parha lijiye, trillion time parha lijiye ke jis ne dunya mein</w:t>
      </w:r>
    </w:p>
    <w:p>
      <w:pPr>
        <w:jc w:val="right"/>
      </w:pPr>
      <w:r>
        <w:t>تو اسی واقعے کو آپ بلین ٹائم پڑھا لیجیے، ٹریلین ٹائم پڑھا لیجیے کہ جس نے دنیا میں</w:t>
      </w:r>
    </w:p>
    <w:p>
      <w:r>
        <w:rPr>
          <w:b/>
        </w:rPr>
        <w:t xml:space="preserve">[02:18] </w:t>
      </w:r>
      <w:r>
        <w:t>apne ko tayyar nahi kiya, aur baghair tayyari ke wo dakhil ho gaya akhirat ki dunya mein, to</w:t>
      </w:r>
    </w:p>
    <w:p>
      <w:pPr>
        <w:jc w:val="right"/>
      </w:pPr>
      <w:r>
        <w:t>اپنے کو تیار نہیں کیا، اور بغیر تیاری کے وہ داخل ہو گیا آخرت کی دنیا میں، تو</w:t>
      </w:r>
    </w:p>
    <w:p>
      <w:r>
        <w:rPr>
          <w:b/>
        </w:rPr>
        <w:t xml:space="preserve">[02:27] </w:t>
      </w:r>
      <w:r>
        <w:t>kisi ajeeb hasrat hogi.</w:t>
      </w:r>
    </w:p>
    <w:p>
      <w:pPr>
        <w:jc w:val="right"/>
      </w:pPr>
      <w:r>
        <w:t>کیسی عجیب حسرت ہوگی۔</w:t>
      </w:r>
    </w:p>
    <w:p>
      <w:r>
        <w:rPr>
          <w:b/>
        </w:rPr>
        <w:t xml:space="preserve">[02:35] </w:t>
      </w:r>
      <w:r>
        <w:t>wo soche ga ke kaisa anokha moqa mila tha mujhe dunya mein apne ko tayyar karne ka.</w:t>
      </w:r>
    </w:p>
    <w:p>
      <w:pPr>
        <w:jc w:val="right"/>
      </w:pPr>
      <w:r>
        <w:t>وہ سوچے گا کہ کیسا انوکھا موقع ملا تھا مجھے دنیا میں اپنے کو تیار کرنے کا۔</w:t>
      </w:r>
    </w:p>
    <w:p>
      <w:r>
        <w:rPr>
          <w:b/>
        </w:rPr>
        <w:t xml:space="preserve">[02:44] </w:t>
      </w:r>
      <w:r>
        <w:t>kaash mein ne apne ko tayyar kiya hota to aaj mein eternal paradise mein apna aap ko pata.</w:t>
      </w:r>
    </w:p>
    <w:p>
      <w:pPr>
        <w:jc w:val="right"/>
      </w:pPr>
      <w:r>
        <w:t>کاش میں نے اپنے کو تیار کیا ہوتا تو آج میں ایٹینڈل پیراڈائز میں اپنا آپ کو پاتا۔</w:t>
      </w:r>
    </w:p>
    <w:p>
      <w:r>
        <w:rPr>
          <w:b/>
        </w:rPr>
        <w:t xml:space="preserve">[02:52] </w:t>
      </w:r>
      <w:r>
        <w:t>ab mujhe sirf thora tarpne ke aur aur kuch nahi hai.</w:t>
      </w:r>
    </w:p>
    <w:p>
      <w:pPr>
        <w:jc w:val="right"/>
      </w:pPr>
      <w:r>
        <w:t>اب مجھے صرف تھوڑا تڑپنے کے اور اور کچھ نہیں ہے۔</w:t>
      </w:r>
    </w:p>
    <w:p>
      <w:r>
        <w:rPr>
          <w:b/>
        </w:rPr>
        <w:t xml:space="preserve">[03:01] </w:t>
      </w:r>
      <w:r>
        <w:t>bible mein hai ke abad tak rona aur dant peesna hoga.</w:t>
      </w:r>
    </w:p>
    <w:p>
      <w:pPr>
        <w:jc w:val="right"/>
      </w:pPr>
      <w:r>
        <w:t>بائبل میں ہے کہ ابد تک رونا اور دانت پیسنا ہوگا۔</w:t>
      </w:r>
    </w:p>
    <w:p>
      <w:r>
        <w:rPr>
          <w:b/>
        </w:rPr>
        <w:t xml:space="preserve">[03:10] </w:t>
      </w:r>
      <w:r>
        <w:t>yani hasrat, abad tak hasrat mein jeena pare ga.</w:t>
      </w:r>
    </w:p>
    <w:p>
      <w:pPr>
        <w:jc w:val="right"/>
      </w:pPr>
      <w:r>
        <w:t>یعنی حسرت، ابد تک حسرت میں جینا پڑے گا۔</w:t>
      </w:r>
    </w:p>
    <w:p>
      <w:r>
        <w:rPr>
          <w:b/>
        </w:rPr>
        <w:t xml:space="preserve">[03:18] </w:t>
      </w:r>
      <w:r>
        <w:t>abad tak rona aur dant peesna hoga.</w:t>
      </w:r>
    </w:p>
    <w:p>
      <w:pPr>
        <w:jc w:val="right"/>
      </w:pPr>
      <w:r>
        <w:t>ابد تک رونا اور دانت پیسنا ہوگا۔</w:t>
      </w:r>
    </w:p>
    <w:p>
      <w:r>
        <w:rPr>
          <w:b/>
        </w:rPr>
        <w:t xml:space="preserve">[03:27] </w:t>
      </w:r>
      <w:r>
        <w:t>yani hamesha ke liye aadmi hasrat mein jeena pare ga, hasrat mein.</w:t>
      </w:r>
    </w:p>
    <w:p>
      <w:pPr>
        <w:jc w:val="right"/>
      </w:pPr>
      <w:r>
        <w:t>یعنی ہمیشہ کے لیے آدمی حسرت میں جینا پڑے گا، حسرت میں۔</w:t>
      </w:r>
    </w:p>
    <w:p>
      <w:r>
        <w:rPr>
          <w:b/>
        </w:rPr>
        <w:t xml:space="preserve">[03:35] </w:t>
      </w:r>
      <w:r>
        <w:t>جن کو میں کہا کرتا ہوں کہ آدمی یہ سوچے گا کہ mind was a missed opportunity، ا</w:t>
      </w:r>
    </w:p>
    <w:p>
      <w:pPr>
        <w:jc w:val="right"/>
      </w:pPr>
      <w:r>
        <w:t>جن کو میں کہا کرتا ہوں کہ آدمی یہ سوچے گا کہ مائنڈ واز ا مسڈ اپرچونیٹی، ا</w:t>
      </w:r>
    </w:p>
    <w:p>
      <w:r>
        <w:rPr>
          <w:b/>
        </w:rPr>
        <w:t xml:space="preserve">[03:44] </w:t>
      </w:r>
      <w:r>
        <w:t>case of missed opportunity, mine was a case of missed opportunity, mine was a case of missed opportunity.</w:t>
      </w:r>
    </w:p>
    <w:p>
      <w:pPr>
        <w:jc w:val="right"/>
      </w:pPr>
      <w:r>
        <w:t>کیس اف مسڈ اپرچونیٹی، مائنڈ واز ا کیس اف مسڈ اپرچونیٹی، مائنڈ واز ا کیس اف مسڈ اپرچونیٹی۔</w:t>
      </w:r>
    </w:p>
    <w:p>
      <w:r>
        <w:rPr>
          <w:b/>
        </w:rPr>
        <w:t xml:space="preserve">[03:53] </w:t>
      </w:r>
      <w:r>
        <w:t>ye kitni bari hasrat hogi aadmi se, kitni bari hasrat hogi.</w:t>
      </w:r>
    </w:p>
    <w:p>
      <w:pPr>
        <w:jc w:val="right"/>
      </w:pPr>
      <w:r>
        <w:t>یہ کتنی بڑی حسرت ہوگی آدمی سے، کتنی بڑی حسرت ہوگی۔</w:t>
      </w:r>
    </w:p>
    <w:p>
      <w:r>
        <w:rPr>
          <w:b/>
        </w:rPr>
        <w:t xml:space="preserve">[04:01] </w:t>
      </w:r>
      <w:r>
        <w:t>dunya ki hasraton se billion trillion time zyada hogi.</w:t>
      </w:r>
    </w:p>
    <w:p>
      <w:pPr>
        <w:jc w:val="right"/>
      </w:pPr>
      <w:r>
        <w:t>دنیا کی حسرتوں سے بلین ٹریلین ٹائم زیادہ ہوگی۔</w:t>
      </w:r>
    </w:p>
    <w:p>
      <w:r>
        <w:rPr>
          <w:b/>
        </w:rPr>
        <w:t xml:space="preserve">[04:10] </w:t>
      </w:r>
      <w:r>
        <w:t>to meri dua hai ke Allah taala mujh ko aur aap ko tofeeq de ke hum Allah ke</w:t>
      </w:r>
    </w:p>
    <w:p>
      <w:pPr>
        <w:jc w:val="right"/>
      </w:pPr>
      <w:r>
        <w:t>تو میری دعا ہے کہ اللہ تعالی مجھ کو اور آپ کو توفیق دے کہ ہم اللہ کے</w:t>
      </w:r>
    </w:p>
    <w:p>
      <w:r>
        <w:rPr>
          <w:b/>
        </w:rPr>
        <w:t xml:space="preserve">[04:18] </w:t>
      </w:r>
      <w:r>
        <w:t>rastay par chalen aur Allah hamein jannat mein dakhil kare.</w:t>
      </w:r>
    </w:p>
    <w:p>
      <w:pPr>
        <w:jc w:val="right"/>
      </w:pPr>
      <w:r>
        <w:t>راستے پر چلیں اور اللہ ہمیں جنت میں داخل کرے۔</w:t>
      </w:r>
    </w:p>
    <w:p>
      <w:r>
        <w:rPr>
          <w:b/>
        </w:rPr>
        <w:t xml:space="preserve">[04:27] </w:t>
      </w:r>
      <w:r>
        <w:t>aqool qooli haza wastaghfirullaha li walakum ajmaeen</w:t>
      </w:r>
    </w:p>
    <w:p>
      <w:pPr>
        <w:jc w:val="right"/>
      </w:pPr>
      <w:r>
        <w:t>أقول قولي هذا واستغفرالله لي ولكم أجمعين</w:t>
      </w:r>
    </w:p>
    <w:p>
      <w:r>
        <w:rPr>
          <w:b/>
        </w:rPr>
        <w:t xml:space="preserve">[04:36] </w:t>
      </w:r>
      <w:r>
        <w:t>Okay, we'll be starting with the question-answer session now.</w:t>
      </w:r>
    </w:p>
    <w:p>
      <w:pPr>
        <w:jc w:val="right"/>
      </w:pPr>
      <w:r>
        <w:t>اوکے، وی بی سٹارٹنگ ود دی کوئسچن انسر سیشن ناو۔</w:t>
      </w:r>
    </w:p>
    <w:p>
      <w:r>
        <w:rPr>
          <w:b/>
        </w:rPr>
        <w:t xml:space="preserve">[04:44] </w:t>
      </w:r>
      <w:r>
        <w:t>We request our online viewers to send their questions on info@cpsglobal.org.</w:t>
      </w:r>
    </w:p>
    <w:p>
      <w:pPr>
        <w:jc w:val="right"/>
      </w:pPr>
      <w:r>
        <w:t>وی ریکویسٹ اور آن لائن ویوورز ٹو سینڈ دیر کوئسچنز ان انفو ایٹ سی پی ایس گلوبل ڈاٹ</w:t>
      </w:r>
    </w:p>
    <w:p>
      <w:r>
        <w:rPr>
          <w:b/>
        </w:rPr>
        <w:t xml:space="preserve">[04:52] </w:t>
      </w:r>
      <w:r>
        <w:t>o r g.</w:t>
      </w:r>
    </w:p>
    <w:p>
      <w:pPr>
        <w:jc w:val="right"/>
      </w:pPr>
      <w:r>
        <w:t>او آر جی۔</w:t>
      </w:r>
    </w:p>
    <w:p>
      <w:r>
        <w:rPr>
          <w:b/>
        </w:rPr>
        <w:t xml:space="preserve">[05:00] </w:t>
      </w:r>
      <w:r>
        <w:t>I repeat, info at cpsglobal.org.</w:t>
      </w:r>
    </w:p>
    <w:p>
      <w:pPr>
        <w:jc w:val="right"/>
      </w:pPr>
      <w:r>
        <w:t>آئی ریپیٹ، انفو ایٹ سی پی ایس گلوبل ڈاٹ او آر جی۔</w:t>
      </w:r>
    </w:p>
    <w:p>
      <w:r>
        <w:rPr>
          <w:b/>
        </w:rPr>
        <w:t xml:space="preserve">[05:08] </w:t>
      </w:r>
      <w:r>
        <w:t>Please also mention your location when you send your questions.</w:t>
      </w:r>
    </w:p>
    <w:p>
      <w:pPr>
        <w:jc w:val="right"/>
      </w:pPr>
      <w:r>
        <w:t>پلیز السو مینشن یور لوکیشن وین یو سینڈ یور کوئسچنز۔</w:t>
      </w:r>
    </w:p>
    <w:p>
      <w:r>
        <w:rPr>
          <w:b/>
        </w:rPr>
        <w:t xml:space="preserve">[05:16] </w:t>
      </w:r>
      <w:r>
        <w:t>molana, ye sawal dilli se aya hai Shah Imran Hasan sahib ka.</w:t>
      </w:r>
    </w:p>
    <w:p>
      <w:pPr>
        <w:jc w:val="right"/>
      </w:pPr>
      <w:r>
        <w:t>مولانا، یہ سوال دلی سے آیا ہے شاہ عمران حسن صاحب کا۔</w:t>
      </w:r>
    </w:p>
    <w:p>
      <w:r>
        <w:rPr>
          <w:b/>
        </w:rPr>
        <w:t xml:space="preserve">[05:24] </w:t>
      </w:r>
      <w:r>
        <w:t>unhon ne aap se poocha hai ke ramzan ke baad hum kis tarah zindagi guzaren ke ramzan mein</w:t>
      </w:r>
    </w:p>
    <w:p>
      <w:pPr>
        <w:jc w:val="right"/>
      </w:pPr>
      <w:r>
        <w:t>انہوں نے آپ سے پوچھا ہے کہ رمضان کے بعد ہم کس طرح زندگی گزاریں کہ رمضان میں</w:t>
      </w:r>
    </w:p>
    <w:p>
      <w:r>
        <w:rPr>
          <w:b/>
        </w:rPr>
        <w:t xml:space="preserve">[05:32] </w:t>
      </w:r>
      <w:r>
        <w:t>jo spirit hamare andar paida hui, wo baqi rahe aur hum poore saal spirituality ke sath jee saken.</w:t>
      </w:r>
    </w:p>
    <w:p>
      <w:pPr>
        <w:jc w:val="right"/>
      </w:pPr>
      <w:r>
        <w:t>جو سپرٹ ہمارے اندر پیدا ہوئی، وہ باقی رہے اور ہم پورے سال سپرچوئیلٹی کے ساتھ جی سکیں۔</w:t>
      </w:r>
    </w:p>
    <w:p>
      <w:r>
        <w:rPr>
          <w:b/>
        </w:rPr>
        <w:t xml:space="preserve">[05:40] </w:t>
      </w:r>
      <w:r>
        <w:t>is ke bare mein bataein.</w:t>
      </w:r>
    </w:p>
    <w:p>
      <w:pPr>
        <w:jc w:val="right"/>
      </w:pPr>
      <w:r>
        <w:t>اس کے بارے میں بتائیں۔</w:t>
      </w:r>
    </w:p>
    <w:p>
      <w:r>
        <w:rPr>
          <w:b/>
        </w:rPr>
        <w:t xml:space="preserve">[05:49] </w:t>
      </w:r>
      <w:r>
        <w:t>دیکھیے، یہ کہا جاتا ہے کہ mind is thinking animal.</w:t>
      </w:r>
    </w:p>
    <w:p>
      <w:pPr>
        <w:jc w:val="right"/>
      </w:pPr>
      <w:r>
        <w:t>دیکھیے، یہ کہا جاتا ہے کہ مائنڈ از تھنکنگ اینیبل۔</w:t>
      </w:r>
    </w:p>
    <w:p>
      <w:r>
        <w:rPr>
          <w:b/>
        </w:rPr>
        <w:t xml:space="preserve">[05:56] </w:t>
      </w:r>
      <w:r>
        <w:t>aadmi sochne wala haiwan hai.</w:t>
      </w:r>
    </w:p>
    <w:p>
      <w:pPr>
        <w:jc w:val="right"/>
      </w:pPr>
      <w:r>
        <w:t>آدمی سوچنے والا حیوان ہے۔</w:t>
      </w:r>
    </w:p>
    <w:p>
      <w:r>
        <w:rPr>
          <w:b/>
        </w:rPr>
        <w:t xml:space="preserve">[06:04] </w:t>
      </w:r>
      <w:r>
        <w:t>to aap ka sari activities mind se control hoti hain.</w:t>
      </w:r>
    </w:p>
    <w:p>
      <w:pPr>
        <w:jc w:val="right"/>
      </w:pPr>
      <w:r>
        <w:t>تو آپ کا ساری ایکٹیویٹیز مائنڈ سے کنٹرول ہوتی ہیں۔</w:t>
      </w:r>
    </w:p>
    <w:p>
      <w:r>
        <w:rPr>
          <w:b/>
        </w:rPr>
        <w:t xml:space="preserve">[06:12] </w:t>
      </w:r>
      <w:r>
        <w:t>تو ایسی چیز ہے کہ سوچ کی سطح پر آدمی ان باتوں کو بار بار rewind کرتا رہے،</w:t>
      </w:r>
    </w:p>
    <w:p>
      <w:pPr>
        <w:jc w:val="right"/>
      </w:pPr>
      <w:r>
        <w:t>تو ایسی چیز ہے کہ سوچ کی سطح پر آدمی ان باتوں کو بار بار ریوائنڈ کرتا رہے،</w:t>
      </w:r>
    </w:p>
    <w:p>
      <w:r>
        <w:rPr>
          <w:b/>
        </w:rPr>
        <w:t xml:space="preserve">[06:20] </w:t>
      </w:r>
      <w:r>
        <w:t>soch ki dunya mein is ka charcha karta rahe.</w:t>
      </w:r>
    </w:p>
    <w:p>
      <w:pPr>
        <w:jc w:val="right"/>
      </w:pPr>
      <w:r>
        <w:t>سوچ کی دنیا میں اس کا چرچہ کرتا رہے۔</w:t>
      </w:r>
    </w:p>
    <w:p>
      <w:r>
        <w:rPr>
          <w:b/>
        </w:rPr>
        <w:t xml:space="preserve">[06:28] </w:t>
      </w:r>
      <w:r>
        <w:t>to phir saal bhar woh chalega.</w:t>
      </w:r>
    </w:p>
    <w:p>
      <w:pPr>
        <w:jc w:val="right"/>
      </w:pPr>
      <w:r>
        <w:t>تو پھر سال بھر وہ چلے گا۔</w:t>
      </w:r>
    </w:p>
    <w:p>
      <w:r>
        <w:rPr>
          <w:b/>
        </w:rPr>
        <w:t xml:space="preserve">[06:36] </w:t>
      </w:r>
      <w:r>
        <w:t>hota yeh hai ke log eid ke din pichle poore daur ko bhool jaate hain.</w:t>
      </w:r>
    </w:p>
    <w:p>
      <w:pPr>
        <w:jc w:val="right"/>
      </w:pPr>
      <w:r>
        <w:t>ہوتا یہ ہے کہ لوگ عید کے دن پچھلے پورے دور کو بھول جاتے ہیں۔</w:t>
      </w:r>
    </w:p>
    <w:p>
      <w:r>
        <w:rPr>
          <w:b/>
        </w:rPr>
        <w:t xml:space="preserve">[06:44] </w:t>
      </w:r>
      <w:r>
        <w:t>to soch ki satah par hi aadmi ki sari planning hoti hai, sab kuch hota hai.</w:t>
      </w:r>
    </w:p>
    <w:p>
      <w:pPr>
        <w:jc w:val="right"/>
      </w:pPr>
      <w:r>
        <w:t>تو سوچ کی سطح پر ہی آدمی کی ساری پلاننگ ہوتی ہے، سب کچھ ہوتا ہے۔</w:t>
      </w:r>
    </w:p>
    <w:p>
      <w:r>
        <w:rPr>
          <w:b/>
        </w:rPr>
        <w:t xml:space="preserve">[06:52] </w:t>
      </w:r>
      <w:r>
        <w:t>تو سوچ کی سطح پر زندہ رکھنا in values کو اور اس کا چرچہ کرتا رہنا، اپنے ساتھیوں</w:t>
      </w:r>
    </w:p>
    <w:p>
      <w:pPr>
        <w:jc w:val="right"/>
      </w:pPr>
      <w:r>
        <w:t>تو سوچ کی سطح پر زندہ رکھنا ان وعلوس کو اور اس کا چرچہ کرتا رہنا، اپنے ساتھیوں</w:t>
      </w:r>
    </w:p>
    <w:p>
      <w:r>
        <w:rPr>
          <w:b/>
        </w:rPr>
        <w:t xml:space="preserve">[07:00] </w:t>
      </w:r>
      <w:r>
        <w:t>se, apne milne walon se is ka zikr karte rehna.</w:t>
      </w:r>
    </w:p>
    <w:p>
      <w:pPr>
        <w:jc w:val="right"/>
      </w:pPr>
      <w:r>
        <w:t>سے، اپنے ملنے والوں سے اس کا ذکر کرتے رہنا۔</w:t>
      </w:r>
    </w:p>
    <w:p>
      <w:r>
        <w:rPr>
          <w:b/>
        </w:rPr>
        <w:t xml:space="preserve">[07:08] </w:t>
      </w:r>
      <w:r>
        <w:t>agar aadmi aisa kare to to woh bilkul kafi hai ke aadmi saal bhar waise hi zindagi guzare.</w:t>
      </w:r>
    </w:p>
    <w:p>
      <w:pPr>
        <w:jc w:val="right"/>
      </w:pPr>
      <w:r>
        <w:t>اگر آدمی ایسا کرے تو تو وہ بالکل کافی ہے کہ آدمی سال بھر ویسے ہی زندگی گزارے۔</w:t>
      </w:r>
    </w:p>
    <w:p>
      <w:r>
        <w:rPr>
          <w:b/>
        </w:rPr>
        <w:t xml:space="preserve">[07:16] </w:t>
      </w:r>
      <w:r>
        <w:t>bas is ka koi mysterious formula nahi hai, is ka koi purasrar formula nahi hai.</w:t>
      </w:r>
    </w:p>
    <w:p>
      <w:pPr>
        <w:jc w:val="right"/>
      </w:pPr>
      <w:r>
        <w:t>بس اس کا کوئی مسٹیریس فارمولا نہیں ہے، اس کا کوئی پراسرار فارمولا نہیں ہے۔</w:t>
      </w:r>
    </w:p>
    <w:p>
      <w:r>
        <w:rPr>
          <w:b/>
        </w:rPr>
        <w:t xml:space="preserve">[07:24] </w:t>
      </w:r>
      <w:r>
        <w:t>yehi is ka wahid tareeqa hai.</w:t>
      </w:r>
    </w:p>
    <w:p>
      <w:pPr>
        <w:jc w:val="right"/>
      </w:pPr>
      <w:r>
        <w:t>یہی اس کا واحد طریقہ ہے۔</w:t>
      </w:r>
    </w:p>
    <w:p>
      <w:r>
        <w:rPr>
          <w:b/>
        </w:rPr>
        <w:t xml:space="preserve">[07:32] </w:t>
      </w:r>
      <w:r>
        <w:t>Maulana, agla sawal Tamil Nadu se hai Maulana Iqbal Umri sahab ka. unhon ne likha hai: "After death is when the death is unknown, why is it that man does not use the spirit of inquiry to know about it? "</w:t>
      </w:r>
    </w:p>
    <w:p>
      <w:pPr>
        <w:jc w:val="right"/>
      </w:pPr>
      <w:r>
        <w:t>مولانا، اگلا سوال تمل ناڈو سے ہے مولانا اقبال عمری صاحب کا۔ انہوں نے لکھا ہے: "After death is when the death is unknown, why is it that man does not use the spirit of inquiry to know about it? "</w:t>
      </w:r>
    </w:p>
    <w:p>
      <w:r>
        <w:rPr>
          <w:b/>
        </w:rPr>
        <w:t xml:space="preserve">[07:51] </w:t>
      </w:r>
      <w:r>
        <w:t>yehi to sab se bara kami hai ke aadmi ko to spirit of inquiry jaagna chahiye.</w:t>
      </w:r>
    </w:p>
    <w:p>
      <w:pPr>
        <w:jc w:val="right"/>
      </w:pPr>
      <w:r>
        <w:t>یہی تو سب سے بڑا کمی ہے کہ آدمی کو تو سپرٹ آف انکوائری جاگنا چاہیے۔</w:t>
      </w:r>
    </w:p>
    <w:p>
      <w:r>
        <w:rPr>
          <w:b/>
        </w:rPr>
        <w:t xml:space="preserve">[07:57] </w:t>
      </w:r>
      <w:r>
        <w:t>kuch logon ko to jaagti hai, jaise ke hum ne kuch misalein di hain aap ko.</w:t>
      </w:r>
    </w:p>
    <w:p>
      <w:pPr>
        <w:jc w:val="right"/>
      </w:pPr>
      <w:r>
        <w:t>کچھ لوگوں کو تو جاگتی ہے، جیسے کہ ہم نے کچھ مثالیں دی ہیں آپ کو۔</w:t>
      </w:r>
    </w:p>
    <w:p>
      <w:r>
        <w:rPr>
          <w:b/>
        </w:rPr>
        <w:t xml:space="preserve">[08:04] </w:t>
      </w:r>
      <w:r>
        <w:t>beshtar log to bhoolay rehte hain, bhoolay rehte hain, bhoolay rehte hain.</w:t>
      </w:r>
    </w:p>
    <w:p>
      <w:pPr>
        <w:jc w:val="right"/>
      </w:pPr>
      <w:r>
        <w:t>بیشتر لوگ تو بھولے رہتے ہیں، بھولے رہتے ہیں، بھولے رہتے ہیں۔</w:t>
      </w:r>
    </w:p>
    <w:p>
      <w:r>
        <w:rPr>
          <w:b/>
        </w:rPr>
        <w:t xml:space="preserve">[08:11] </w:t>
      </w:r>
      <w:r>
        <w:t>to pehle zamane mein jab ke log kehte the ke aadmi mar gaya, bas khatam ho gaya.</w:t>
      </w:r>
    </w:p>
    <w:p>
      <w:pPr>
        <w:jc w:val="right"/>
      </w:pPr>
      <w:r>
        <w:t>تو پہلے زمانے میں جب کہ لوگ کہتے تھے کہ آدمی مر گیا، بس ختم ہو گیا۔</w:t>
      </w:r>
    </w:p>
    <w:p>
      <w:r>
        <w:rPr>
          <w:b/>
        </w:rPr>
        <w:t xml:space="preserve">[08:18] </w:t>
      </w:r>
      <w:r>
        <w:t>ab to jo science ne nayi baatein batai hain, is mein yeh baat sabit ho jati hai ke</w:t>
      </w:r>
    </w:p>
    <w:p>
      <w:pPr>
        <w:jc w:val="right"/>
      </w:pPr>
      <w:r>
        <w:t>اب تو جو سائنس نے نئی باتیں بتائی ہیں، اس میں یہ بات ثابت ہو جاتی ہے کہ</w:t>
      </w:r>
    </w:p>
    <w:p>
      <w:r>
        <w:rPr>
          <w:b/>
        </w:rPr>
        <w:t xml:space="preserve">[08:25] </w:t>
      </w:r>
      <w:r>
        <w:t>maut jism par hoti hai, asal insaan par nahi hoti.</w:t>
      </w:r>
    </w:p>
    <w:p>
      <w:pPr>
        <w:jc w:val="right"/>
      </w:pPr>
      <w:r>
        <w:t>موت جسم پر ہوتی ہے، اصل انسان پر نہیں ہوتی۔</w:t>
      </w:r>
    </w:p>
    <w:p>
      <w:r>
        <w:rPr>
          <w:b/>
        </w:rPr>
        <w:t xml:space="preserve">[08:32] </w:t>
      </w:r>
      <w:r>
        <w:t>asal insaan par nahi hoti.</w:t>
      </w:r>
    </w:p>
    <w:p>
      <w:pPr>
        <w:jc w:val="right"/>
      </w:pPr>
      <w:r>
        <w:t>اصل انسان پر نہیں ہوتی۔</w:t>
      </w:r>
    </w:p>
    <w:p>
      <w:r>
        <w:rPr>
          <w:b/>
        </w:rPr>
        <w:t xml:space="preserve">[08:39] </w:t>
      </w:r>
      <w:r>
        <w:t>jo hamari asal personality hai, woh yeh jism nahi hai.</w:t>
      </w:r>
    </w:p>
    <w:p>
      <w:pPr>
        <w:jc w:val="right"/>
      </w:pPr>
      <w:r>
        <w:t>جو ہماری اصل پرسنیلٹی ہے، وہ یہ جسم نہیں ہے۔</w:t>
      </w:r>
    </w:p>
    <w:p>
      <w:r>
        <w:rPr>
          <w:b/>
        </w:rPr>
        <w:t xml:space="preserve">[08:46] </w:t>
      </w:r>
      <w:r>
        <w:t>asal personality to yani bayan jism ke bayan hai.</w:t>
      </w:r>
    </w:p>
    <w:p>
      <w:pPr>
        <w:jc w:val="right"/>
      </w:pPr>
      <w:r>
        <w:t>اصل پرسنیلٹی تو یعنی بیان جسم کے بیان ہے۔</w:t>
      </w:r>
    </w:p>
    <w:p>
      <w:r>
        <w:rPr>
          <w:b/>
        </w:rPr>
        <w:t xml:space="preserve">[08:53] </w:t>
      </w:r>
      <w:r>
        <w:t>to ek scientist ne is ko is tareeqe se kaha ke "Personality is a changelessness in change." "Personality</w:t>
      </w:r>
    </w:p>
    <w:p>
      <w:pPr>
        <w:jc w:val="right"/>
      </w:pPr>
      <w:r>
        <w:t>تو ایک سائنٹسٹ نے اس کو اس طریقے سے کہا کہ "Personality is a changelessness in change." "Personality</w:t>
      </w:r>
    </w:p>
    <w:p>
      <w:r>
        <w:rPr>
          <w:b/>
        </w:rPr>
        <w:t xml:space="preserve">[09:00] </w:t>
      </w:r>
      <w:r>
        <w:t>is a changelessness in change." yani insaan ki jo shakhsiyat hai, woh badalti hui, yani badalte hue ke</w:t>
      </w:r>
    </w:p>
    <w:p>
      <w:pPr>
        <w:jc w:val="right"/>
      </w:pPr>
      <w:r>
        <w:t>is a changelessness in change." یعنی انسان کی جو شخصیت ہے، وہ بدلتی ہوئی، یعنی بدلتے ہوئے کے</w:t>
      </w:r>
    </w:p>
    <w:p>
      <w:r>
        <w:rPr>
          <w:b/>
        </w:rPr>
        <w:t xml:space="preserve">[09:07] </w:t>
      </w:r>
      <w:r>
        <w:t>andar ek na badalne wali cheez hai.</w:t>
      </w:r>
    </w:p>
    <w:p>
      <w:pPr>
        <w:jc w:val="right"/>
      </w:pPr>
      <w:r>
        <w:t>اندر ایک نہ بدلنے والی چیز ہے۔</w:t>
      </w:r>
    </w:p>
    <w:p>
      <w:r>
        <w:rPr>
          <w:b/>
        </w:rPr>
        <w:t xml:space="preserve">[09:14] </w:t>
      </w:r>
      <w:r>
        <w:t>kyun ke aap jante hain ke cell toot te rehte hain.</w:t>
      </w:r>
    </w:p>
    <w:p>
      <w:pPr>
        <w:jc w:val="right"/>
      </w:pPr>
      <w:r>
        <w:t>کیونکہ آپ جانتے ہیں کہ سیل ٹوٹتے رہتے ہیں۔</w:t>
      </w:r>
    </w:p>
    <w:p>
      <w:r>
        <w:rPr>
          <w:b/>
        </w:rPr>
        <w:t xml:space="preserve">[09:21] </w:t>
      </w:r>
      <w:r>
        <w:t>hamare jism mein har waqt cell bante hain, har waqt toot te hain.</w:t>
      </w:r>
    </w:p>
    <w:p>
      <w:pPr>
        <w:jc w:val="right"/>
      </w:pPr>
      <w:r>
        <w:t>ہمارے جسم میں ہر وقت سیل بنتے ہیں، ہر وقت ٹوٹتے ہیں۔</w:t>
      </w:r>
    </w:p>
    <w:p>
      <w:r>
        <w:rPr>
          <w:b/>
        </w:rPr>
        <w:t xml:space="preserve">[09:28] </w:t>
      </w:r>
      <w:r>
        <w:t>to cell par maut waqe hoti hai.</w:t>
      </w:r>
    </w:p>
    <w:p>
      <w:pPr>
        <w:jc w:val="right"/>
      </w:pPr>
      <w:r>
        <w:t>تو سیل پر موت واقع ہوتی ہے۔</w:t>
      </w:r>
    </w:p>
    <w:p>
      <w:r>
        <w:rPr>
          <w:b/>
        </w:rPr>
        <w:t xml:space="preserve">[09:35] </w:t>
      </w:r>
      <w:r>
        <w:t>jism ka jo cell hai, us par maut waqe hoti hai.</w:t>
      </w:r>
    </w:p>
    <w:p>
      <w:pPr>
        <w:jc w:val="right"/>
      </w:pPr>
      <w:r>
        <w:t>جسم کا جو سیل ہے، اس پر موت واقع ہوتی ہے۔</w:t>
      </w:r>
    </w:p>
    <w:p>
      <w:r>
        <w:rPr>
          <w:b/>
        </w:rPr>
        <w:t xml:space="preserve">[09:42] </w:t>
      </w:r>
      <w:r>
        <w:t>asal asal personality wohi waqti rehti hai.</w:t>
      </w:r>
    </w:p>
    <w:p>
      <w:pPr>
        <w:jc w:val="right"/>
      </w:pPr>
      <w:r>
        <w:t>اصل اصل پرسنیلٹی وہی وقتی رہتی ہے۔</w:t>
      </w:r>
    </w:p>
    <w:p>
      <w:r>
        <w:rPr>
          <w:b/>
        </w:rPr>
        <w:t xml:space="preserve">[09:49] </w:t>
      </w:r>
      <w:r>
        <w:t>is ke mani is se sabit hua ke maut shakhsiyat ka khatma nahi hai, yeh zahiri jism ka khatma hai.</w:t>
      </w:r>
    </w:p>
    <w:p>
      <w:pPr>
        <w:jc w:val="right"/>
      </w:pPr>
      <w:r>
        <w:t>اس کے معنی اس سے ثابت ہوا کہ موت شخصیت کا خاتمہ نہیں ہے، یہ ظاہری جسم کا خاتمہ ہے۔</w:t>
      </w:r>
    </w:p>
    <w:p>
      <w:r>
        <w:rPr>
          <w:b/>
        </w:rPr>
        <w:t xml:space="preserve">[09:56] </w:t>
      </w:r>
      <w:r>
        <w:t>to ab to bohat socha jaye, aadmi ek jab meri shakhsiyat yeh baqi rehne wali hai to tehqeeq</w:t>
      </w:r>
    </w:p>
    <w:p>
      <w:pPr>
        <w:jc w:val="right"/>
      </w:pPr>
      <w:r>
        <w:t>تو اب تو بہت سوچا جائے، آدمی ایک جب میری شخصیت یہ باقی رہنے والی ہے تو تحقیق</w:t>
      </w:r>
    </w:p>
    <w:p>
      <w:r>
        <w:rPr>
          <w:b/>
        </w:rPr>
        <w:t xml:space="preserve">[10:03] </w:t>
      </w:r>
      <w:r>
        <w:t>kare, aadmi parhe, study kare.</w:t>
      </w:r>
    </w:p>
    <w:p>
      <w:pPr>
        <w:jc w:val="right"/>
      </w:pPr>
      <w:r>
        <w:t>کرے، آدمی پڑھے، اسٹڈی کرے۔</w:t>
      </w:r>
    </w:p>
    <w:p>
      <w:r>
        <w:rPr>
          <w:b/>
        </w:rPr>
        <w:t xml:space="preserve">[10:10] </w:t>
      </w:r>
      <w:r>
        <w:t>aur jo aadmi bhi hadith arabi mein ek fasal hai ke "man jadd wajad" .</w:t>
      </w:r>
    </w:p>
    <w:p>
      <w:pPr>
        <w:jc w:val="right"/>
      </w:pPr>
      <w:r>
        <w:t>اور جو آدمی بھی حدیث عربی میں ایک فصل ہے کہ "من جد وجد" ۔</w:t>
      </w:r>
    </w:p>
    <w:p>
      <w:r>
        <w:rPr>
          <w:b/>
        </w:rPr>
        <w:t xml:space="preserve">[10:17] </w:t>
      </w:r>
      <w:r>
        <w:t>jo koshish karta hai, woh zaroor pata hai.</w:t>
      </w:r>
    </w:p>
    <w:p>
      <w:pPr>
        <w:jc w:val="right"/>
      </w:pPr>
      <w:r>
        <w:t>جو کوشش کرتا ہے، وہ ضرور پاتا ہے۔</w:t>
      </w:r>
    </w:p>
    <w:p>
      <w:r>
        <w:rPr>
          <w:b/>
        </w:rPr>
        <w:t xml:space="preserve">[10:24] </w:t>
      </w:r>
      <w:r>
        <w:t>to agar aadmi sincerely tehqeeq kare is baat ki to zaroor woh pa le ga ke maut ke</w:t>
      </w:r>
    </w:p>
    <w:p>
      <w:pPr>
        <w:jc w:val="right"/>
      </w:pPr>
      <w:r>
        <w:t>تو اگر آدمی سنسیرلی تحقیق کرے اس بات کی تو ضرور وہ پا لے گا کہ موت کے</w:t>
      </w:r>
    </w:p>
    <w:p>
      <w:r>
        <w:rPr>
          <w:b/>
        </w:rPr>
        <w:t xml:space="preserve">[10:31] </w:t>
      </w:r>
      <w:r>
        <w:t>baad kya hai.</w:t>
      </w:r>
    </w:p>
    <w:p>
      <w:pPr>
        <w:jc w:val="right"/>
      </w:pPr>
      <w:r>
        <w:t>بعد کیا ہے۔</w:t>
      </w:r>
    </w:p>
    <w:p>
      <w:r>
        <w:rPr>
          <w:b/>
        </w:rPr>
        <w:t xml:space="preserve">[10:38] </w:t>
      </w:r>
      <w:r>
        <w:t>lekin log bhule rehte hain, waqti jo distractions hote rehte hain, waqti isi mein phanse rehte hain aur</w:t>
      </w:r>
    </w:p>
    <w:p>
      <w:pPr>
        <w:jc w:val="right"/>
      </w:pPr>
      <w:r>
        <w:t>لیکن لوگ بھولے رہتے ہیں، وقتی جو ڈسٹریکشن ہوتے رہتے ہیں، وقتی اسی میں پھنسے رہتے ہیں اور</w:t>
      </w:r>
    </w:p>
    <w:p>
      <w:r>
        <w:rPr>
          <w:b/>
        </w:rPr>
        <w:t xml:space="preserve">[10:45] </w:t>
      </w:r>
      <w:r>
        <w:t>soch nahi paate.</w:t>
      </w:r>
    </w:p>
    <w:p>
      <w:pPr>
        <w:jc w:val="right"/>
      </w:pPr>
      <w:r>
        <w:t>سوچ نہیں پاتے۔</w:t>
      </w:r>
    </w:p>
    <w:p>
      <w:r>
        <w:rPr>
          <w:b/>
        </w:rPr>
        <w:t xml:space="preserve">[10:52] </w:t>
      </w:r>
      <w:r>
        <w:t>aap logon ka yani hamara mission jo hai, is ka yahi kaam hi yahi hai ke logon ko</w:t>
      </w:r>
    </w:p>
    <w:p>
      <w:pPr>
        <w:jc w:val="right"/>
      </w:pPr>
      <w:r>
        <w:t>آپ لوگوں کا یعنی ہمارا مشن جو ہے، اس کا یہی کام ہی یہی ہے کہ لوگوں کو</w:t>
      </w:r>
    </w:p>
    <w:p>
      <w:r>
        <w:rPr>
          <w:b/>
        </w:rPr>
        <w:t xml:space="preserve">[10:59] </w:t>
      </w:r>
      <w:r>
        <w:t>yaad dilaye, yeh yaad dilaye ke bajaye is liye ke aap aaj mein itna phanse, itna phanse ke</w:t>
      </w:r>
    </w:p>
    <w:p>
      <w:pPr>
        <w:jc w:val="right"/>
      </w:pPr>
      <w:r>
        <w:t>یاد دلائے، یہ یاد دلائے کہ بجائے اس لیے کہ آپ آج میں اتنا پھنسے، اتنا پھنسے کہ</w:t>
      </w:r>
    </w:p>
    <w:p>
      <w:r>
        <w:rPr>
          <w:b/>
        </w:rPr>
        <w:t xml:space="preserve">[11:06] </w:t>
      </w:r>
      <w:r>
        <w:t>soch na saken kal ke liye, to kal ke liye socheye ke kyunke kal hi jo hai, woh</w:t>
      </w:r>
    </w:p>
    <w:p>
      <w:pPr>
        <w:jc w:val="right"/>
      </w:pPr>
      <w:r>
        <w:t>سوچ نہ سکیں کل کے لیے، تو کل کے لیے سوچیے کہ کیونکہ کل ہی جو ہے، وہ</w:t>
      </w:r>
    </w:p>
    <w:p>
      <w:r>
        <w:rPr>
          <w:b/>
        </w:rPr>
        <w:t xml:space="preserve">[11:13] </w:t>
      </w:r>
      <w:r>
        <w:t>eternally baqi rehne wala hai ab aap ke liye.</w:t>
      </w:r>
    </w:p>
    <w:p>
      <w:pPr>
        <w:jc w:val="right"/>
      </w:pPr>
      <w:r>
        <w:t>ایٹرنلی باقی رہنے والا ہے اب آپ کے لیے۔</w:t>
      </w:r>
    </w:p>
    <w:p>
      <w:r>
        <w:rPr>
          <w:b/>
        </w:rPr>
        <w:t xml:space="preserve">[11:20] </w:t>
      </w:r>
      <w:r>
        <w:t>maulana, agla sawal miss fatima sarah ka hai bangalore se.</w:t>
      </w:r>
    </w:p>
    <w:p>
      <w:pPr>
        <w:jc w:val="right"/>
      </w:pPr>
      <w:r>
        <w:t>مولانا، اگلا سوال مس فاطمہ سارہ کا ہے بینگلور سے۔</w:t>
      </w:r>
    </w:p>
    <w:p>
      <w:r>
        <w:rPr>
          <w:b/>
        </w:rPr>
        <w:t xml:space="preserve">[11:31] </w:t>
      </w:r>
      <w:r>
        <w:t>unhon ne likha hai: "What is the biggest obstacle we face when trying to take a lesson from</w:t>
      </w:r>
    </w:p>
    <w:p>
      <w:pPr>
        <w:jc w:val="right"/>
      </w:pPr>
      <w:r>
        <w:t>انہوں نے لکھا ہے: "What is the biggest obstacle we face when trying to take a lesson from</w:t>
      </w:r>
    </w:p>
    <w:p>
      <w:r>
        <w:rPr>
          <w:b/>
        </w:rPr>
        <w:t xml:space="preserve">[11:42] </w:t>
      </w:r>
      <w:r>
        <w:t>death and how we do clear our minds of this obstacle? "</w:t>
      </w:r>
    </w:p>
    <w:p>
      <w:pPr>
        <w:jc w:val="right"/>
      </w:pPr>
      <w:r>
        <w:t>death and how we do clear our minds of this obstacle? "</w:t>
      </w:r>
    </w:p>
    <w:p>
      <w:r>
        <w:rPr>
          <w:b/>
        </w:rPr>
        <w:t xml:space="preserve">[11:53] </w:t>
      </w:r>
      <w:r>
        <w:t>baat yeh hai ke insaan jo hai, jo cheez dikhai de, us ko to foran woh le leta hai.</w:t>
      </w:r>
    </w:p>
    <w:p>
      <w:pPr>
        <w:jc w:val="right"/>
      </w:pPr>
      <w:r>
        <w:t>بات یہ ہے کہ انسان جو ہے، جو چیز دکھائی دے، اس کو تو فوراً وہ لے لیتا ہے۔</w:t>
      </w:r>
    </w:p>
    <w:p>
      <w:r>
        <w:rPr>
          <w:b/>
        </w:rPr>
        <w:t xml:space="preserve">[11:59] </w:t>
      </w:r>
      <w:r>
        <w:t>jo cheez dikhai na de, us ko soch kar us ko lena pare to is mein woh fail</w:t>
      </w:r>
    </w:p>
    <w:p>
      <w:pPr>
        <w:jc w:val="right"/>
      </w:pPr>
      <w:r>
        <w:t>جو چیز دکھائی نہ دے، اس کو سوچ کر اس کو لینا پڑے تو اس میں وہ فیل</w:t>
      </w:r>
    </w:p>
    <w:p>
      <w:r>
        <w:rPr>
          <w:b/>
        </w:rPr>
        <w:t xml:space="preserve">[12:05] </w:t>
      </w:r>
      <w:r>
        <w:t>ho jata hai.</w:t>
      </w:r>
    </w:p>
    <w:p>
      <w:pPr>
        <w:jc w:val="right"/>
      </w:pPr>
      <w:r>
        <w:t>ہو جاتا ہے۔</w:t>
      </w:r>
    </w:p>
    <w:p>
      <w:r>
        <w:rPr>
          <w:b/>
        </w:rPr>
        <w:t xml:space="preserve">[12:12] </w:t>
      </w:r>
      <w:r>
        <w:t>to maut se pehle ki dunya to dikhai de rahi hai, is ka nafa, is ka nuqsan, is</w:t>
      </w:r>
    </w:p>
    <w:p>
      <w:pPr>
        <w:jc w:val="right"/>
      </w:pPr>
      <w:r>
        <w:t>تو موت سے پہلے کی دنیا تو دکھائی دے رہی ہے، اس کا نفع، اس کا نقصان، اس</w:t>
      </w:r>
    </w:p>
    <w:p>
      <w:r>
        <w:rPr>
          <w:b/>
        </w:rPr>
        <w:t xml:space="preserve">[12:18] </w:t>
      </w:r>
      <w:r>
        <w:t>ka aaram, is ki takleef, is ki khushi, is ka gham, yeh sab dikhai de raha hai.</w:t>
      </w:r>
    </w:p>
    <w:p>
      <w:pPr>
        <w:jc w:val="right"/>
      </w:pPr>
      <w:r>
        <w:t>کا آرام، اس کی تکلیف، اس کی خوشی، اس کا غم، یہ سب دکھائی دے رہا ہے۔</w:t>
      </w:r>
    </w:p>
    <w:p>
      <w:r>
        <w:rPr>
          <w:b/>
        </w:rPr>
        <w:t xml:space="preserve">[12:24] </w:t>
      </w:r>
      <w:r>
        <w:t>lekin maut ke baad ka jo khushi o gham hai, aaram o takleef hai, woh dikhai nahi deta.</w:t>
      </w:r>
    </w:p>
    <w:p>
      <w:pPr>
        <w:jc w:val="right"/>
      </w:pPr>
      <w:r>
        <w:t>لیکن موت کے بعد کا جو خوشی و غم ہے، آرام و تکلیف ہے، وہ دکھائی نہیں دیتا۔</w:t>
      </w:r>
    </w:p>
    <w:p>
      <w:r>
        <w:rPr>
          <w:b/>
        </w:rPr>
        <w:t xml:space="preserve">[12:31] </w:t>
      </w:r>
      <w:r>
        <w:t>to insaan ki kamzori hai ke woh dikhai dene wali cheezon mein jeeta hai.</w:t>
      </w:r>
    </w:p>
    <w:p>
      <w:pPr>
        <w:jc w:val="right"/>
      </w:pPr>
      <w:r>
        <w:t>تو انسان کی کمزوری ہے کہ وہ دکھائی دینے والی چیزوں میں جیتا ہے۔</w:t>
      </w:r>
    </w:p>
    <w:p>
      <w:r>
        <w:rPr>
          <w:b/>
        </w:rPr>
        <w:t xml:space="preserve">[12:37] </w:t>
      </w:r>
      <w:r>
        <w:t>isi liye quran mein hai ke "yominoon bil ghaib" .</w:t>
      </w:r>
    </w:p>
    <w:p>
      <w:pPr>
        <w:jc w:val="right"/>
      </w:pPr>
      <w:r>
        <w:t>اسی لیے قرآن میں ہے کہ "یومنون بالغیب" ۔</w:t>
      </w:r>
    </w:p>
    <w:p>
      <w:r>
        <w:rPr>
          <w:b/>
        </w:rPr>
        <w:t xml:space="preserve">[12:43] </w:t>
      </w:r>
      <w:r>
        <w:t>jo apne mind, jo quran mein hai ke zaalik ki kitab la raha hai "fi huda al mutaqeen alladheen</w:t>
      </w:r>
    </w:p>
    <w:p>
      <w:pPr>
        <w:jc w:val="right"/>
      </w:pPr>
      <w:r>
        <w:t>جو اپنے مائنڈ، جو قرآن میں ہے کہ ذالک کی کتاب لا رہا ہے "فی هدى المتقين الذین</w:t>
      </w:r>
    </w:p>
    <w:p>
      <w:r>
        <w:rPr>
          <w:b/>
        </w:rPr>
        <w:t xml:space="preserve">[12:50] </w:t>
      </w:r>
      <w:r>
        <w:t>yominoon bil ghaib" .</w:t>
      </w:r>
    </w:p>
    <w:p>
      <w:pPr>
        <w:jc w:val="right"/>
      </w:pPr>
      <w:r>
        <w:t>یومنون بالغیب" ۔</w:t>
      </w:r>
    </w:p>
    <w:p>
      <w:r>
        <w:rPr>
          <w:b/>
        </w:rPr>
        <w:t xml:space="preserve">[12:56] </w:t>
      </w:r>
      <w:r>
        <w:t>یومنون بالغیب مطلب یہ ہے کہ جو اپنا اپنے مائنڈ کو ڈیولپ کریں، intellectual awakening جس کے اندر</w:t>
      </w:r>
    </w:p>
    <w:p>
      <w:pPr>
        <w:jc w:val="right"/>
      </w:pPr>
      <w:r>
        <w:t>یومنون بالغیب مطلب یہ ہے کہ جو اپنا اپنے مائنڈ کو ڈیولپ کریں، انتلیکچول اویرننگ جس کے اندر</w:t>
      </w:r>
    </w:p>
    <w:p>
      <w:r>
        <w:rPr>
          <w:b/>
        </w:rPr>
        <w:t xml:space="preserve">[13:02] </w:t>
      </w:r>
      <w:r>
        <w:t>aa jaye, jis ka zehan hota hai, bedaar ho jaye, bedaar ho jaye ke jo dikhai nahi deta,</w:t>
      </w:r>
    </w:p>
    <w:p>
      <w:pPr>
        <w:jc w:val="right"/>
      </w:pPr>
      <w:r>
        <w:t>آ جائے، جس کا ذہن ہوتا ہے، بیدار ہو جائے، بیدار ہو جائے کہ جو دکھائی نہیں دیتا،</w:t>
      </w:r>
    </w:p>
    <w:p>
      <w:r>
        <w:rPr>
          <w:b/>
        </w:rPr>
        <w:t xml:space="preserve">[13:09] </w:t>
      </w:r>
      <w:r>
        <w:t>us par hi soche woh.</w:t>
      </w:r>
    </w:p>
    <w:p>
      <w:pPr>
        <w:jc w:val="right"/>
      </w:pPr>
      <w:r>
        <w:t>اس پر ہی سوچے وہ۔</w:t>
      </w:r>
    </w:p>
    <w:p>
      <w:r>
        <w:rPr>
          <w:b/>
        </w:rPr>
        <w:t xml:space="preserve">[13:15] </w:t>
      </w:r>
      <w:r>
        <w:t>tab ja kar aisa hoga ke woh maut ki haqeeqat ko samjhenge aur maut ke baad wali</w:t>
      </w:r>
    </w:p>
    <w:p>
      <w:pPr>
        <w:jc w:val="right"/>
      </w:pPr>
      <w:r>
        <w:t>تب جا کر ایسا ہوگا کہ وہ موت کی حقیقت کو سمجھیں گے اور موت کے بعد والی</w:t>
      </w:r>
    </w:p>
    <w:p>
      <w:r>
        <w:rPr>
          <w:b/>
        </w:rPr>
        <w:t xml:space="preserve">[13:21] </w:t>
      </w:r>
      <w:r>
        <w:t>jo zindagi hai, us ke lehaz se apni zindagi ki pehle planning karenge.</w:t>
      </w:r>
    </w:p>
    <w:p>
      <w:pPr>
        <w:jc w:val="right"/>
      </w:pPr>
      <w:r>
        <w:t>جو زندگی ہے، اس کے لحاظ سے اپنی زندگی کی پہلے پلاننگ کریں گے۔</w:t>
      </w:r>
    </w:p>
    <w:p>
      <w:r>
        <w:rPr>
          <w:b/>
        </w:rPr>
        <w:t xml:space="preserve">[13:28] </w:t>
      </w:r>
      <w:r>
        <w:t>Maulana, agla sawal Pennsylvania se hai Mr. Khwaja Kaleemuddin sahib ka. unhon ne likha hai: "Maulana sahib, why people are more worried about how they will die, whether bedridden or healthy, instead of worrying about what will happen to them after death? " kindly comment.</w:t>
      </w:r>
    </w:p>
    <w:p>
      <w:pPr>
        <w:jc w:val="right"/>
      </w:pPr>
      <w:r>
        <w:t>مولانا، اگلا سوال پینسلوینیا سے ہے مسٹر خواجہ کلیم الدین صاحب کا۔ انہوں نے لکھا ہے: "مولانا صاحب، why people are more worried about how they will die, whether bedridden or healthy, instead of worrying about what will happen to them after death? " کائنڈلی کمنٹ۔</w:t>
      </w:r>
    </w:p>
    <w:p>
      <w:r>
        <w:rPr>
          <w:b/>
        </w:rPr>
        <w:t xml:space="preserve">[13:53] </w:t>
      </w:r>
      <w:r>
        <w:t>baat yeh hai ke is zindagi ko sab kuch subject rehte hain, woh to isi ko healthy banaye</w:t>
      </w:r>
    </w:p>
    <w:p>
      <w:pPr>
        <w:jc w:val="right"/>
      </w:pPr>
      <w:r>
        <w:t>بات یہ ہے کہ اس زندگی کو سب کچھ سبجیکٹ رہتے ہیں، وہ تو اسی کو ہیلتھی بنائے</w:t>
      </w:r>
    </w:p>
    <w:p>
      <w:r>
        <w:rPr>
          <w:b/>
        </w:rPr>
        <w:t xml:space="preserve">[13:59] </w:t>
      </w:r>
      <w:r>
        <w:t>rakhna, isi ki bimariyon ka ilaaj karte rehna, isi mein koi hadsa pesh aaya to hospital mein ja</w:t>
      </w:r>
    </w:p>
    <w:p>
      <w:pPr>
        <w:jc w:val="right"/>
      </w:pPr>
      <w:r>
        <w:t>رکھنا، اسی کی بیماریوں کا علاج کرتے رہنا، اسی میں کوئی حادثہ پیش آیا تو ہسپتال میں جا</w:t>
      </w:r>
    </w:p>
    <w:p>
      <w:r>
        <w:rPr>
          <w:b/>
        </w:rPr>
        <w:t xml:space="preserve">[14:06] </w:t>
      </w:r>
      <w:r>
        <w:t>kar theek karna.</w:t>
      </w:r>
    </w:p>
    <w:p>
      <w:pPr>
        <w:jc w:val="right"/>
      </w:pPr>
      <w:r>
        <w:t>کر ٹھیک کرنا۔</w:t>
      </w:r>
    </w:p>
    <w:p>
      <w:r>
        <w:rPr>
          <w:b/>
        </w:rPr>
        <w:t xml:space="preserve">[14:12] </w:t>
      </w:r>
      <w:r>
        <w:t>to chounke isi zindagi ko hum chhaya rehte hain, dimagh par, kyunke beshtar log aap jante hain ke sochte nahi.</w:t>
      </w:r>
    </w:p>
    <w:p>
      <w:pPr>
        <w:jc w:val="right"/>
      </w:pPr>
      <w:r>
        <w:t>تو چونکہ اسی زندگی کو ہم چھایا رہتے ہیں، دماغ پر، کیونکہ بیشتر لوگ آپ جانتے ہیں کہ سوچتے نہیں۔</w:t>
      </w:r>
    </w:p>
    <w:p>
      <w:r>
        <w:rPr>
          <w:b/>
        </w:rPr>
        <w:t xml:space="preserve">[14:19] </w:t>
      </w:r>
      <w:r>
        <w:t>میں جو so-called developed countries ہیں، وہاں میں جب جاتا ہوں اور لوگوں سے پوچھتا ہوں تو</w:t>
      </w:r>
    </w:p>
    <w:p>
      <w:pPr>
        <w:jc w:val="right"/>
      </w:pPr>
      <w:r>
        <w:t>میں جو سو کالڈ ڈیولپ کنٹریز ہیں، وہاں میں جب جاتا ہوں اور لوگوں سے پوچھتا ہوں تو</w:t>
      </w:r>
    </w:p>
    <w:p>
      <w:r>
        <w:rPr>
          <w:b/>
        </w:rPr>
        <w:t xml:space="preserve">[14:25] </w:t>
      </w:r>
      <w:r>
        <w:t>اس سارے profession کے کسی بات پر وہ کچھ کچھ کچھ share کرنے کی کوشش میں نہیں ہوتے۔</w:t>
      </w:r>
    </w:p>
    <w:p>
      <w:pPr>
        <w:jc w:val="right"/>
      </w:pPr>
      <w:r>
        <w:t>اس سارے پروفیشن کے کسی بات پر وہ کچھ کچھ کچھ شیئر کرنے کی کوشش میں نہیں ہوتے۔</w:t>
      </w:r>
    </w:p>
    <w:p>
      <w:r>
        <w:rPr>
          <w:b/>
        </w:rPr>
        <w:t xml:space="preserve">[14:32] </w:t>
      </w:r>
      <w:r>
        <w:t>yeh bohat bara tajurba hua hai so called developed countries ka ke khoob paisa kama rahe hain, khoob</w:t>
      </w:r>
    </w:p>
    <w:p>
      <w:pPr>
        <w:jc w:val="right"/>
      </w:pPr>
      <w:r>
        <w:t>یہ بہت بڑا تجربہ ہوا ہے سو کالڈ ڈیولپ کنٹریز کا کہ خوب پیسہ کما رہے ہیں، خوب</w:t>
      </w:r>
    </w:p>
    <w:p>
      <w:r>
        <w:rPr>
          <w:b/>
        </w:rPr>
        <w:t xml:space="preserve">[14:39] </w:t>
      </w:r>
      <w:r>
        <w:t>yaani achi zindagi guzar rahe hain, lekin kisi aur yaani is par guftagu ki jaye to kuch is</w:t>
      </w:r>
    </w:p>
    <w:p>
      <w:pPr>
        <w:jc w:val="right"/>
      </w:pPr>
      <w:r>
        <w:t>یعنی اچھی زندگی گزار رہے ہیں، لیکن کسی اور یعنی اس پر گفتگو کی جائے تو کچھ اس</w:t>
      </w:r>
    </w:p>
    <w:p>
      <w:r>
        <w:rPr>
          <w:b/>
        </w:rPr>
        <w:t xml:space="preserve">[14:45] </w:t>
      </w:r>
      <w:r>
        <w:t>par share nahi kar paate.</w:t>
      </w:r>
    </w:p>
    <w:p>
      <w:pPr>
        <w:jc w:val="right"/>
      </w:pPr>
      <w:r>
        <w:t>پہ شیئر نہیں کر پاتے۔</w:t>
      </w:r>
    </w:p>
    <w:p>
      <w:r>
        <w:rPr>
          <w:b/>
        </w:rPr>
        <w:t xml:space="preserve">[14:52] </w:t>
      </w:r>
      <w:r>
        <w:t>woh profession ke bare mein bata payenge agar is se poochein aap to.</w:t>
      </w:r>
    </w:p>
    <w:p>
      <w:pPr>
        <w:jc w:val="right"/>
      </w:pPr>
      <w:r>
        <w:t>وہ پروفیشن کے بارے میں بتا پائیں گے اگر اس سے پوچھیں آپ تو۔</w:t>
      </w:r>
    </w:p>
    <w:p>
      <w:r>
        <w:rPr>
          <w:b/>
        </w:rPr>
        <w:t xml:space="preserve">[14:58] </w:t>
      </w:r>
      <w:r>
        <w:t>to yeh insaan ki jo kamzori jo hai ke woh atka rehta hai dekhne wali cheezon ko aur</w:t>
      </w:r>
    </w:p>
    <w:p>
      <w:pPr>
        <w:jc w:val="right"/>
      </w:pPr>
      <w:r>
        <w:t>تو یہ انسان کی جو کمزوری جو ہے کہ وہ اٹکا رہتا ہے دیکھنے والی چیزوں کو اور</w:t>
      </w:r>
    </w:p>
    <w:p>
      <w:r>
        <w:rPr>
          <w:b/>
        </w:rPr>
        <w:t xml:space="preserve">[15:05] </w:t>
      </w:r>
      <w:r>
        <w:t>idhar jo cheezein dekhein, dikhai nahi deti, woh sirf wahan par tawajjuh nahi nahi deta.</w:t>
      </w:r>
    </w:p>
    <w:p>
      <w:pPr>
        <w:jc w:val="right"/>
      </w:pPr>
      <w:r>
        <w:t>ادھر جو چیزیں دیکھیں، دکھائی نہیں دیتی، وہ صرف وہاں پر توجہ نہیں نہیں دیتا۔</w:t>
      </w:r>
    </w:p>
    <w:p>
      <w:r>
        <w:rPr>
          <w:b/>
        </w:rPr>
        <w:t xml:space="preserve">[15:12] </w:t>
      </w:r>
      <w:r>
        <w:t>to sab se bari cheez yeh hai ke hamara mission, hamari zimmedari yeh hai ke hum logon</w:t>
      </w:r>
    </w:p>
    <w:p>
      <w:pPr>
        <w:jc w:val="right"/>
      </w:pPr>
      <w:r>
        <w:t>تو سب سے بڑی چیز یہ ہے کہ ہمارا مشن، ہماری ذمہ داری یہ ہے کہ ہم لوگوں</w:t>
      </w:r>
    </w:p>
    <w:p>
      <w:r>
        <w:rPr>
          <w:b/>
        </w:rPr>
        <w:t xml:space="preserve">[15:18] </w:t>
      </w:r>
      <w:r>
        <w:t>کے اندر intellectual awakening لائیں۔</w:t>
      </w:r>
    </w:p>
    <w:p>
      <w:pPr>
        <w:jc w:val="right"/>
      </w:pPr>
      <w:r>
        <w:t>کے اندر انٹلیکچول اویرننگ لائیں۔</w:t>
      </w:r>
    </w:p>
    <w:p>
      <w:r>
        <w:rPr>
          <w:b/>
        </w:rPr>
        <w:t xml:space="preserve">[15:25] </w:t>
      </w:r>
      <w:r>
        <w:t>یعنی ہم جو مشن چلا رہے ہیں، اس کی پہلی شرط یہ ہے کہ لوگوں کے اندر intellectual</w:t>
      </w:r>
    </w:p>
    <w:p>
      <w:pPr>
        <w:jc w:val="right"/>
      </w:pPr>
      <w:r>
        <w:t>یعنی ہم جو مشن چلا رہے ہیں، اس کی پہلی شرط یہ ہے کہ لوگوں کے اندر انٹلیکچول</w:t>
      </w:r>
    </w:p>
    <w:p>
      <w:r>
        <w:rPr>
          <w:b/>
        </w:rPr>
        <w:t xml:space="preserve">[15:31] </w:t>
      </w:r>
      <w:r>
        <w:t>awareness aa jaye, tabhi woh soch payenge, nahi to kuch nahi soch payenge.</w:t>
      </w:r>
    </w:p>
    <w:p>
      <w:pPr>
        <w:jc w:val="right"/>
      </w:pPr>
      <w:r>
        <w:t>اویرننگ آ جائے، تبھی وہ سوچ پائیں گے، نہیں تو کچھ نہیں سوچ پائیں گے۔</w:t>
      </w:r>
    </w:p>
    <w:p>
      <w:r>
        <w:rPr>
          <w:b/>
        </w:rPr>
        <w:t xml:space="preserve">[15:38] </w:t>
      </w:r>
      <w:r>
        <w:t>تو first step ہے ہمارے مشن کا لوگوں کے اندر intellectual awakening لانا۔</w:t>
      </w:r>
    </w:p>
    <w:p>
      <w:pPr>
        <w:jc w:val="right"/>
      </w:pPr>
      <w:r>
        <w:t>تو فرسٹ سٹیپ ہے ہمارے مشن کا لوگوں کے اندر انٹلیکچول اویرننگ لانا۔</w:t>
      </w:r>
    </w:p>
    <w:p>
      <w:r>
        <w:rPr>
          <w:b/>
        </w:rPr>
        <w:t xml:space="preserve">[15:45] </w:t>
      </w:r>
      <w:r>
        <w:t>Maulana, agla sawal Tamil Nadu se hai Maulana Iqbal Omri sahib ka. unhon ne likha hai: "Maulana, aaj mein jawan hoon, maut ko door dekh raha hoon. is ghaflat se mein kaise bachoon?" is ke bare mein batayein.</w:t>
      </w:r>
    </w:p>
    <w:p>
      <w:pPr>
        <w:jc w:val="right"/>
      </w:pPr>
      <w:r>
        <w:t>مولانا، اگلا سوال تمل ناڈو سے ہے مولانا اقبال عمری صاحب کا۔ انہوں نے لکھا ہے: "مولانا، آج میں جوان ہوں، موت کو دور دیکھ رہا ہوں۔ اس غفلت سے میں کیسے بچوں؟" اس کے بارے میں بتائیں۔</w:t>
      </w:r>
    </w:p>
    <w:p>
      <w:r>
        <w:rPr>
          <w:b/>
        </w:rPr>
        <w:t xml:space="preserve">[16:03] </w:t>
      </w:r>
      <w:r>
        <w:t>isi liye to Allah taala ne maut ka waqt koi nahi rakha.</w:t>
      </w:r>
    </w:p>
    <w:p>
      <w:pPr>
        <w:jc w:val="right"/>
      </w:pPr>
      <w:r>
        <w:t>اسی لیے تو اللہ تعالیٰ نے موت کا وقت کوئی نہیں رکھا۔</w:t>
      </w:r>
    </w:p>
    <w:p>
      <w:r>
        <w:rPr>
          <w:b/>
        </w:rPr>
        <w:t xml:space="preserve">[16:10] </w:t>
      </w:r>
      <w:r>
        <w:t>bacha hi marta hai, jawani hi marta hai, budhai marta hai.</w:t>
      </w:r>
    </w:p>
    <w:p>
      <w:pPr>
        <w:jc w:val="right"/>
      </w:pPr>
      <w:r>
        <w:t>بچہ ہی مرتا ہے، جوانی ہی مرتا ہے، بڑھائی مرتا ہے۔</w:t>
      </w:r>
    </w:p>
    <w:p>
      <w:r>
        <w:rPr>
          <w:b/>
        </w:rPr>
        <w:t xml:space="preserve">[16:17] </w:t>
      </w:r>
      <w:r>
        <w:t>jaise mein aksar sochta rehta hoon, aksar sochta rehta hoon mein ke mere teen bachche mar chuke, mere apne.</w:t>
      </w:r>
    </w:p>
    <w:p>
      <w:pPr>
        <w:jc w:val="right"/>
      </w:pPr>
      <w:r>
        <w:t>جیسے میں اکثر سوچتا رہتا ہوں، اکثر سوچتا رہتا ہوں میں کہ میرے تین بچے مر چکے، میرے اپنے۔</w:t>
      </w:r>
    </w:p>
    <w:p>
      <w:r>
        <w:rPr>
          <w:b/>
        </w:rPr>
        <w:t xml:space="preserve">[16:24] </w:t>
      </w:r>
      <w:r>
        <w:t>zahair hai ke woh bachche mujh se bohat chote the.</w:t>
      </w:r>
    </w:p>
    <w:p>
      <w:pPr>
        <w:jc w:val="right"/>
      </w:pPr>
      <w:r>
        <w:t>ظاہر ہے کہ وہ بچے مجھ سے بہت چھوٹے تھے۔</w:t>
      </w:r>
    </w:p>
    <w:p>
      <w:r>
        <w:rPr>
          <w:b/>
        </w:rPr>
        <w:t xml:space="preserve">[16:31] </w:t>
      </w:r>
      <w:r>
        <w:t>to mein sochta rehta hoon, mere teen bachche mar chuke, mere chote bhai mar chuke, meri chhoti behan mar chuki.</w:t>
      </w:r>
    </w:p>
    <w:p>
      <w:pPr>
        <w:jc w:val="right"/>
      </w:pPr>
      <w:r>
        <w:t>تو میں سوچتا رہتا ہوں، میرے تین بچے مر چکے، میرے چھوٹے بھائی مر چکے، میری چھوٹی بہن مر چکی۔</w:t>
      </w:r>
    </w:p>
    <w:p>
      <w:r>
        <w:rPr>
          <w:b/>
        </w:rPr>
        <w:t xml:space="preserve">[16:39] </w:t>
      </w:r>
      <w:r>
        <w:t>to aadmi yeh waqiaat aadmi ko is liye hotay hain ke aadmi soche ke tum se chotay jab</w:t>
      </w:r>
    </w:p>
    <w:p>
      <w:pPr>
        <w:jc w:val="right"/>
      </w:pPr>
      <w:r>
        <w:t>تو آدمی یہ واقعات آدمی کو اس لیے ہوتے ہیں کہ آدمی سوچے کہ تم سے چھوٹے جب</w:t>
      </w:r>
    </w:p>
    <w:p>
      <w:r>
        <w:rPr>
          <w:b/>
        </w:rPr>
        <w:t xml:space="preserve">[16:46] </w:t>
      </w:r>
      <w:r>
        <w:t>mar gaye, tum kyun nahi maro ge? Allah taala ne maut ka agar aik fix kar diya hota,</w:t>
      </w:r>
    </w:p>
    <w:p>
      <w:pPr>
        <w:jc w:val="right"/>
      </w:pPr>
      <w:r>
        <w:t>مر گئے، تم کیوں نہیں مرو گے؟ اللہ تعالیٰ نے موت کا اگر ایک فکس کر دیا ہوتا،</w:t>
      </w:r>
    </w:p>
    <w:p>
      <w:r>
        <w:rPr>
          <w:b/>
        </w:rPr>
        <w:t xml:space="preserve">[16:53] </w:t>
      </w:r>
      <w:r>
        <w:t>fix ke 90 saal mein har aadmi ko marna hai, tab to sochna mushkil hota.</w:t>
      </w:r>
    </w:p>
    <w:p>
      <w:pPr>
        <w:jc w:val="right"/>
      </w:pPr>
      <w:r>
        <w:t>فکس کہ 90 سال میں ہر آدمی کو مرنا ہے، تب تو سوچنا مشکل ہوتا۔</w:t>
      </w:r>
    </w:p>
    <w:p>
      <w:r>
        <w:rPr>
          <w:b/>
        </w:rPr>
        <w:t xml:space="preserve">[17:00] </w:t>
      </w:r>
      <w:r>
        <w:t>lekin jab hum dekhte hain ke bachcha hi mara, bachcha hi marta hai, naujawan marta hai, har har</w:t>
      </w:r>
    </w:p>
    <w:p>
      <w:pPr>
        <w:jc w:val="right"/>
      </w:pPr>
      <w:r>
        <w:t>لیکن جب ہم دیکھتے ہیں کہ بچہ ہی مرا، بچہ ہی مرتا ہے، نوجوان مرتا ہے، ہر ہر</w:t>
      </w:r>
    </w:p>
    <w:p>
      <w:r>
        <w:rPr>
          <w:b/>
        </w:rPr>
        <w:t xml:space="preserve">[17:07] </w:t>
      </w:r>
      <w:r>
        <w:t>umar ke log marte rehte hain barabar.</w:t>
      </w:r>
    </w:p>
    <w:p>
      <w:pPr>
        <w:jc w:val="right"/>
      </w:pPr>
      <w:r>
        <w:t>عمر کے لوگ مرتے رہتے ہیں برابر۔</w:t>
      </w:r>
    </w:p>
    <w:p>
      <w:r>
        <w:rPr>
          <w:b/>
        </w:rPr>
        <w:t xml:space="preserve">[17:15] </w:t>
      </w:r>
      <w:r>
        <w:t>to yeh isi liye hai ke yeh waqiaat aadmi ke liye reminder bane, reminder.</w:t>
      </w:r>
    </w:p>
    <w:p>
      <w:pPr>
        <w:jc w:val="right"/>
      </w:pPr>
      <w:r>
        <w:t>تو یہ اسی لیے ہے کہ یہ واقعات آدمی کے لیے ریمائنڈر بنے، ریمائنڈر۔</w:t>
      </w:r>
    </w:p>
    <w:p>
      <w:r>
        <w:rPr>
          <w:b/>
        </w:rPr>
        <w:t xml:space="preserve">[17:22] </w:t>
      </w:r>
      <w:r>
        <w:t>sochein ke dekho, mujh se chota yeh mar gaya to mein mein kyun nahi maroonga? to logon</w:t>
      </w:r>
    </w:p>
    <w:p>
      <w:pPr>
        <w:jc w:val="right"/>
      </w:pPr>
      <w:r>
        <w:t>سوچیں کہ دیکھو، مجھ سے چھوٹا یہ مر گیا تو میں میں کیوں نہیں مروں گا؟ تو لوگوں</w:t>
      </w:r>
    </w:p>
    <w:p>
      <w:r>
        <w:rPr>
          <w:b/>
        </w:rPr>
        <w:t xml:space="preserve">[17:29] </w:t>
      </w:r>
      <w:r>
        <w:t>mein wahi mein jo arz kiya ke logon mein soch jagana hai, intellectual awakening lana hai, isi ki kami hai.</w:t>
      </w:r>
    </w:p>
    <w:p>
      <w:pPr>
        <w:jc w:val="right"/>
      </w:pPr>
      <w:r>
        <w:t>میں وہی میں جو عرض کیا کہ لوگوں میں سوچ جگانا ہے، انٹلیکچول اویرننگ لانا ہے، اسی کی کمی ہے۔</w:t>
      </w:r>
    </w:p>
    <w:p>
      <w:r>
        <w:rPr>
          <w:b/>
        </w:rPr>
        <w:t xml:space="preserve">[17:36] </w:t>
      </w:r>
      <w:r>
        <w:t>saari kami isi cheez ki hai.</w:t>
      </w:r>
    </w:p>
    <w:p>
      <w:pPr>
        <w:jc w:val="right"/>
      </w:pPr>
      <w:r>
        <w:t>ساری کمی اسی چیز کی ہے۔</w:t>
      </w:r>
    </w:p>
    <w:p>
      <w:r>
        <w:rPr>
          <w:b/>
        </w:rPr>
        <w:t xml:space="preserve">[17:44] </w:t>
      </w:r>
      <w:r>
        <w:t>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jc w:val="right"/>
      </w:pPr>
      <w:r>
        <w:t>مولانا، اگلا سوال مالدیپ سے ہے مسٹر ہدیش دھمیجہ صاحب کا۔ انہوں نے لکھا ہے: "While a short stay in Saudi Arabia, I noticed that Arabs in the month of Ramadan, while they fast, sleep during the day and stay up night. However, Muslims in India follow a different pattern. They keep the fast and work during the day and sleep at night.</w:t>
      </w:r>
    </w:p>
    <w:p>
      <w:r>
        <w:rPr>
          <w:b/>
        </w:rPr>
        <w:t xml:space="preserve">[18:13] </w:t>
      </w:r>
      <w:r>
        <w:t>Why do the Muslims of India and Saudi Arabia follow two different patterns? " kya kya matlab hai? Maulana, woh yeh poochna chah rahe hain ke jab woh Saudi Arabia mein kuch time ke liye rahe the to unhon ne dekha ke Ramadan ke dauran woh din bhar sote hain aur raat ko jaagte hain, aur India mein is ka bilkul totally ulta hai jo musalman karte hain. to aisa kyun hai ke dono mein itna different pattern hai Ramadan ke dauran?</w:t>
      </w:r>
    </w:p>
    <w:p>
      <w:pPr>
        <w:jc w:val="right"/>
      </w:pPr>
      <w:r>
        <w:t>Why do the Muslims of India and Saudi Arabia follow two different patterns? " کیا کیا مطلب ہے؟ مولانا، وہ یہ پوچھنا چاہ رہے ہیں کہ جب وہ Saudi Arabia میں کچھ ٹائم کے لیے رہے تھے تو انہوں نے دیکھا کہ رمضان کے دوران وہ دن بھر سوتے ہیں اور رات کو جاگتے ہیں، اور انڈیا میں اس کا بالکل ٹوٹلی الٹا ہے جو مسلمان کرتے ہیں۔ تو ایسا کیوں ہے کہ دونوں میں اتنا ڈفرنٹ پیٹرن ہے رمضان کے دوران؟</w:t>
      </w:r>
    </w:p>
    <w:p>
      <w:r>
        <w:rPr>
          <w:b/>
        </w:rPr>
        <w:t xml:space="preserve">[18:40] </w:t>
      </w:r>
      <w:r>
        <w:t>dekhein, yeh is ka taluq Islam se nahi hai, is ka to riwaj se hai.</w:t>
      </w:r>
    </w:p>
    <w:p>
      <w:pPr>
        <w:jc w:val="right"/>
      </w:pPr>
      <w:r>
        <w:t>دیکھیں، یہ اس کا تعلق اسلام سے نہیں ہے، اس کا تو رواج سے ہے۔</w:t>
      </w:r>
    </w:p>
    <w:p>
      <w:r>
        <w:rPr>
          <w:b/>
        </w:rPr>
        <w:t xml:space="preserve">[18:44] </w:t>
      </w:r>
      <w:r>
        <w:t>yahan bhi woh riwaj galat hai, wahan bhi riwaj galat hai.</w:t>
      </w:r>
    </w:p>
    <w:p>
      <w:pPr>
        <w:jc w:val="right"/>
      </w:pPr>
      <w:r>
        <w:t>یہاں بھی وہ رواج غلط ہے، وہاں بھی رواج غلط ہے۔</w:t>
      </w:r>
    </w:p>
    <w:p>
      <w:r>
        <w:rPr>
          <w:b/>
        </w:rPr>
        <w:t xml:space="preserve">[18:49] </w:t>
      </w:r>
      <w:r>
        <w:t>arab logon ka to koi galat riwaj nahi, din raat bhar khate rehte hain, woh bohat khate hain Ramzan mein.</w:t>
      </w:r>
    </w:p>
    <w:p>
      <w:pPr>
        <w:jc w:val="right"/>
      </w:pPr>
      <w:r>
        <w:t>عرب لوگوں کا تو کوئی غلط رواج نہیں، دن رات بھر کھاتے رہتے ہیں، وہ بہت کھاتے ہیں رمضان میں۔</w:t>
      </w:r>
    </w:p>
    <w:p>
      <w:r>
        <w:rPr>
          <w:b/>
        </w:rPr>
        <w:t xml:space="preserve">[18:54] </w:t>
      </w:r>
      <w:r>
        <w:t>mein khud aisa hua ke Ramzan mein raha hoon to khate hi rehte hain, khate hi rehte hain.</w:t>
      </w:r>
    </w:p>
    <w:p>
      <w:pPr>
        <w:jc w:val="right"/>
      </w:pPr>
      <w:r>
        <w:t>میں خود ایسا ہوا کہ رمضان میں رہا ہوں تو کھاتے ہی رہتے ہیں، کھاتے ہی رہتے ہیں۔</w:t>
      </w:r>
    </w:p>
    <w:p>
      <w:r>
        <w:rPr>
          <w:b/>
        </w:rPr>
        <w:t xml:space="preserve">[18:59] </w:t>
      </w:r>
      <w:r>
        <w:t>to kya karte hain? ke din bhar sote hain, woh bhi galat, yeh bhi galat, jo India mein</w:t>
      </w:r>
    </w:p>
    <w:p>
      <w:pPr>
        <w:jc w:val="right"/>
      </w:pPr>
      <w:r>
        <w:t>تو کیا کرتے ہیں؟ کہ دن بھر سوتے ہیں، وہ بھی غلط، یہ بھی غلط، جو انڈیا میں</w:t>
      </w:r>
    </w:p>
    <w:p>
      <w:r>
        <w:rPr>
          <w:b/>
        </w:rPr>
        <w:t xml:space="preserve">[19:04] </w:t>
      </w:r>
      <w:r>
        <w:t>hai woh bhi galat.</w:t>
      </w:r>
    </w:p>
    <w:p>
      <w:pPr>
        <w:jc w:val="right"/>
      </w:pPr>
      <w:r>
        <w:t>ہے وہ بھی غلط۔</w:t>
      </w:r>
    </w:p>
    <w:p>
      <w:r>
        <w:rPr>
          <w:b/>
        </w:rPr>
        <w:t xml:space="preserve">[19:09] </w:t>
      </w:r>
      <w:r>
        <w:t>normal tareeqe se khana chahiye, hargiz hargiz overeating nahi karna chahiye, normal tareeqe se sona chahiye, normal</w:t>
      </w:r>
    </w:p>
    <w:p>
      <w:pPr>
        <w:jc w:val="right"/>
      </w:pPr>
      <w:r>
        <w:t>نارمل طریقے سے کھانا چاہیے، ہرگز ہرگز اوور ایٹنگ نہیں کرنا چاہیے، نارمل طریقے سے سونا چاہیے، نارمل</w:t>
      </w:r>
    </w:p>
    <w:p>
      <w:r>
        <w:rPr>
          <w:b/>
        </w:rPr>
        <w:t xml:space="preserve">[19:14] </w:t>
      </w:r>
      <w:r>
        <w:t>tareeqe se jaagna chahiye.</w:t>
      </w:r>
    </w:p>
    <w:p>
      <w:pPr>
        <w:jc w:val="right"/>
      </w:pPr>
      <w:r>
        <w:t>طریقے سے جاگنا چاہیے۔</w:t>
      </w:r>
    </w:p>
    <w:p>
      <w:r>
        <w:rPr>
          <w:b/>
        </w:rPr>
        <w:t xml:space="preserve">[19:19] </w:t>
      </w:r>
      <w:r>
        <w:t>aur bohat se log is liye sote hain ke roza kat jaye ga.</w:t>
      </w:r>
    </w:p>
    <w:p>
      <w:pPr>
        <w:jc w:val="right"/>
      </w:pPr>
      <w:r>
        <w:t>اور بہت سے لوگ اس لیے سوتے ہیں کہ روزہ کٹ جائے گا۔</w:t>
      </w:r>
    </w:p>
    <w:p>
      <w:r>
        <w:rPr>
          <w:b/>
        </w:rPr>
        <w:t xml:space="preserve">[19:24] </w:t>
      </w:r>
      <w:r>
        <w:t>to roza rakha hi nahi unhon ne.</w:t>
      </w:r>
    </w:p>
    <w:p>
      <w:pPr>
        <w:jc w:val="right"/>
      </w:pPr>
      <w:r>
        <w:t>تو روزہ رکھا ہی نہیں انہوں نے۔</w:t>
      </w:r>
    </w:p>
    <w:p>
      <w:r>
        <w:rPr>
          <w:b/>
        </w:rPr>
        <w:t xml:space="preserve">[19:29] </w:t>
      </w:r>
      <w:r>
        <w:t>mein ne dekha hai ke log so jate hain, chalo phir roza kat jaye ga.</w:t>
      </w:r>
    </w:p>
    <w:p>
      <w:pPr>
        <w:jc w:val="right"/>
      </w:pPr>
      <w:r>
        <w:t>میں نے دیکھا ہے کہ لوگ سو جاتے ہیں، چلو پھر روزہ کٹ جائے گا۔</w:t>
      </w:r>
    </w:p>
    <w:p>
      <w:r>
        <w:rPr>
          <w:b/>
        </w:rPr>
        <w:t xml:space="preserve">[19:34] </w:t>
      </w:r>
      <w:r>
        <w:t>to roza katne ke liye thori hai, roza experience karne ke liye.</w:t>
      </w:r>
    </w:p>
    <w:p>
      <w:pPr>
        <w:jc w:val="right"/>
      </w:pPr>
      <w:r>
        <w:t>تو روزہ کٹنے کے لیے تھوڑی ہے، روزہ ایکسپیرینس کرنے کے لیے۔</w:t>
      </w:r>
    </w:p>
    <w:p>
      <w:r>
        <w:rPr>
          <w:b/>
        </w:rPr>
        <w:t xml:space="preserve">[19:39] </w:t>
      </w:r>
      <w:r>
        <w:t>yeh tasawwur galat hai ke roza kat jaye ga.</w:t>
      </w:r>
    </w:p>
    <w:p>
      <w:pPr>
        <w:jc w:val="right"/>
      </w:pPr>
      <w:r>
        <w:t>یہ تصور غلط ہے کہ روزہ کٹ جائے گا۔</w:t>
      </w:r>
    </w:p>
    <w:p>
      <w:r>
        <w:rPr>
          <w:b/>
        </w:rPr>
        <w:t xml:space="preserve">[19:43] </w:t>
      </w:r>
      <w:r>
        <w:t>nahi, roza experience ke liye hai.</w:t>
      </w:r>
    </w:p>
    <w:p>
      <w:pPr>
        <w:jc w:val="right"/>
      </w:pPr>
      <w:r>
        <w:t>نہیں، روزہ ایکسپیرینس کے لیے ہے۔</w:t>
      </w:r>
    </w:p>
    <w:p>
      <w:r>
        <w:rPr>
          <w:b/>
        </w:rPr>
        <w:t xml:space="preserve">[19:48] </w:t>
      </w:r>
      <w:r>
        <w:t>aap ko bhook ka experience ho, aap ko hunger ka experience ho, us ke liye roza hai.</w:t>
      </w:r>
    </w:p>
    <w:p>
      <w:pPr>
        <w:jc w:val="right"/>
      </w:pPr>
      <w:r>
        <w:t>آپ کو بھوک کا ایکسپیرینس ہو، آپ کو ہنگر کا ایکسپیرینس ہو، اس کے لیے روزہ ہے۔</w:t>
      </w:r>
    </w:p>
    <w:p>
      <w:r>
        <w:rPr>
          <w:b/>
        </w:rPr>
        <w:t xml:space="preserve">[19:53] </w:t>
      </w:r>
      <w:r>
        <w:t>to overeating kar ke, so kar ke, ya koi khaas tarah ki cheezein banti hain Ramzan ke</w:t>
      </w:r>
    </w:p>
    <w:p>
      <w:pPr>
        <w:jc w:val="right"/>
      </w:pPr>
      <w:r>
        <w:t>تو اوور ایٹنگ کر کے، سو کر کے، یا کوئی خاص طرح کی چیزیں بنتی ہیں رمضان کے</w:t>
      </w:r>
    </w:p>
    <w:p>
      <w:r>
        <w:rPr>
          <w:b/>
        </w:rPr>
        <w:t xml:space="preserve">[19:58] </w:t>
      </w:r>
      <w:r>
        <w:t>zamane mein, jo bhook na aaye, koi kha kar ke, aisi cheezein banai jati hain.</w:t>
      </w:r>
    </w:p>
    <w:p>
      <w:pPr>
        <w:jc w:val="right"/>
      </w:pPr>
      <w:r>
        <w:t>زمانے میں، جو بھوک نہ آئے، کوئی کھا کر کے، ایسی چیزیں بنائی جاتی ہیں۔</w:t>
      </w:r>
    </w:p>
    <w:p>
      <w:r>
        <w:rPr>
          <w:b/>
        </w:rPr>
        <w:t xml:space="preserve">[20:03] </w:t>
      </w:r>
      <w:r>
        <w:t>yeh sab mahaz galat hai, yeh sab riwaj hai, is ka islam se koi talluq nahi hai.</w:t>
      </w:r>
    </w:p>
    <w:p>
      <w:pPr>
        <w:jc w:val="right"/>
      </w:pPr>
      <w:r>
        <w:t>یہ سب محض غلط ہے، یہ سب رواج ہے، اس کا اسلام سے کوئی تعلق نہیں ہے۔</w:t>
      </w:r>
    </w:p>
    <w:p>
      <w:r>
        <w:rPr>
          <w:b/>
        </w:rPr>
        <w:t xml:space="preserve">[20:08] </w:t>
      </w:r>
      <w:r>
        <w:t>islam mein yahi hai ke normal tareeqe se rahein, aap roze mein bhi normal tareeqe se khayein, raat</w:t>
      </w:r>
    </w:p>
    <w:p>
      <w:pPr>
        <w:jc w:val="right"/>
      </w:pPr>
      <w:r>
        <w:t>اسلام میں یہی ہے کہ نارمل طریقے سے رہیں، آپ روزے میں بھی نارمل طریقے سے کھائیں، رات</w:t>
      </w:r>
    </w:p>
    <w:p>
      <w:r>
        <w:rPr>
          <w:b/>
        </w:rPr>
        <w:t xml:space="preserve">[20:13] </w:t>
      </w:r>
      <w:r>
        <w:t>bhar tareeqe se roze mein bhi, taake aap ko pata chale aap ko ke bhook kya cheez hai,</w:t>
      </w:r>
    </w:p>
    <w:p>
      <w:pPr>
        <w:jc w:val="right"/>
      </w:pPr>
      <w:r>
        <w:t>بھر طریقے سے روزے میں بھی، تاکہ آپ کو پتہ چلے آپ کو کہ بھوک کیا چیز ہے،</w:t>
      </w:r>
    </w:p>
    <w:p>
      <w:r>
        <w:rPr>
          <w:b/>
        </w:rPr>
        <w:t xml:space="preserve">[20:18] </w:t>
      </w:r>
      <w:r>
        <w:t>pyaas kya cheez hai.</w:t>
      </w:r>
    </w:p>
    <w:p>
      <w:pPr>
        <w:jc w:val="right"/>
      </w:pPr>
      <w:r>
        <w:t>پیاس کیا چیز ہے۔</w:t>
      </w:r>
    </w:p>
    <w:p>
      <w:r>
        <w:rPr>
          <w:b/>
        </w:rPr>
        <w:t xml:space="preserve">[20:23] </w:t>
      </w:r>
      <w:r>
        <w:t>to yeh yeh yeh dono jagah galat riwaj pad gaye hain, aur arab mein bhi galat hai, india</w:t>
      </w:r>
    </w:p>
    <w:p>
      <w:pPr>
        <w:jc w:val="right"/>
      </w:pPr>
      <w:r>
        <w:t>تو یہ یہ یہ دونوں جگہ غلط رواج پڑ گئے ہیں، اور عرب میں بھی غلط ہے، انڈیا</w:t>
      </w:r>
    </w:p>
    <w:p>
      <w:r>
        <w:rPr>
          <w:b/>
        </w:rPr>
        <w:t xml:space="preserve">[20:28] </w:t>
      </w:r>
      <w:r>
        <w:t>mein bhi galat hai.</w:t>
      </w:r>
    </w:p>
    <w:p>
      <w:pPr>
        <w:jc w:val="right"/>
      </w:pPr>
      <w:r>
        <w:t>میں بھی غلط ہے۔</w:t>
      </w:r>
    </w:p>
    <w:p>
      <w:r>
        <w:rPr>
          <w:b/>
        </w:rPr>
        <w:t xml:space="preserve">[20:33] </w:t>
      </w:r>
      <w:r>
        <w:t>is ka islam se koi talluq nahi hai.</w:t>
      </w:r>
    </w:p>
    <w:p>
      <w:pPr>
        <w:jc w:val="right"/>
      </w:pPr>
      <w:r>
        <w:t>اس کا اسلام سے کوئی تعلق نہیں ہے۔</w:t>
      </w:r>
    </w:p>
    <w:p>
      <w:r>
        <w:rPr>
          <w:b/>
        </w:rPr>
        <w:t xml:space="preserve">[20:38] </w:t>
      </w:r>
      <w:r>
        <w:t>Maulana, un ka ek aur sawal hai. unhon ne aap se yeh bhi poocha hai ke "Why is Eid celebrated at different places on different days? Please explain its relation to the moon."</w:t>
      </w:r>
    </w:p>
    <w:p>
      <w:pPr>
        <w:jc w:val="right"/>
      </w:pPr>
      <w:r>
        <w:t>مولانا، ان کا ایک اور سوال ہے۔ انہوں نے آپ سے یہ بھی پوچھا ہے کہ "Why is Eid celebrated at different places on different days? Please explain its relation to the moon."</w:t>
      </w:r>
    </w:p>
    <w:p>
      <w:r>
        <w:rPr>
          <w:b/>
        </w:rPr>
        <w:t xml:space="preserve">[20:54] </w:t>
      </w:r>
      <w:r>
        <w:t>dekhein, yeh to do calendar hain, solar calendar aur lunar calendar.</w:t>
      </w:r>
    </w:p>
    <w:p>
      <w:pPr>
        <w:jc w:val="right"/>
      </w:pPr>
      <w:r>
        <w:t>دیکھیں، یہ تو دو کیلنڈر ہیں، سولر کیلنڈر اور لونر کیلنڈر۔</w:t>
      </w:r>
    </w:p>
    <w:p>
      <w:r>
        <w:rPr>
          <w:b/>
        </w:rPr>
        <w:t xml:space="preserve">[21:00] </w:t>
      </w:r>
      <w:r>
        <w:t>to aam taur par sabhi mazhabon mein ghaliban yahi hai ke lunar calendar par mazhabon ki tareekhein hoti</w:t>
      </w:r>
    </w:p>
    <w:p>
      <w:pPr>
        <w:jc w:val="right"/>
      </w:pPr>
      <w:r>
        <w:t>تو عام طور پر سبھی مذہبوں میں غالباً یہی ہے کہ لونر کیلنڈر پر مذہبوں کی تاریخیں ہوتی</w:t>
      </w:r>
    </w:p>
    <w:p>
      <w:r>
        <w:rPr>
          <w:b/>
        </w:rPr>
        <w:t xml:space="preserve">[21:06] </w:t>
      </w:r>
      <w:r>
        <w:t>hain, wahi islam mein bhi hai.</w:t>
      </w:r>
    </w:p>
    <w:p>
      <w:pPr>
        <w:jc w:val="right"/>
      </w:pPr>
      <w:r>
        <w:t>ہیں، وہی اسلام میں بھی ہے۔</w:t>
      </w:r>
    </w:p>
    <w:p>
      <w:r>
        <w:rPr>
          <w:b/>
        </w:rPr>
        <w:t xml:space="preserve">[21:12] </w:t>
      </w:r>
      <w:r>
        <w:t>to jab aap lunar calendar par rakhenge aur chand ko dekhne par is ka woh yeh depend</w:t>
      </w:r>
    </w:p>
    <w:p>
      <w:pPr>
        <w:jc w:val="right"/>
      </w:pPr>
      <w:r>
        <w:t>تو جب آپ لونر کیلنڈر پر رکھیں گے اور چاند کو دیکھنے پر اس کا وہ یہ ڈیپینڈ</w:t>
      </w:r>
    </w:p>
    <w:p>
      <w:r>
        <w:rPr>
          <w:b/>
        </w:rPr>
        <w:t xml:space="preserve">[21:18] </w:t>
      </w:r>
      <w:r>
        <w:t>karegi, to yeh sab farq hoga.</w:t>
      </w:r>
    </w:p>
    <w:p>
      <w:pPr>
        <w:jc w:val="right"/>
      </w:pPr>
      <w:r>
        <w:t>کرے گی، تو یہ سب فرق ہوگا۔</w:t>
      </w:r>
    </w:p>
    <w:p>
      <w:r>
        <w:rPr>
          <w:b/>
        </w:rPr>
        <w:t xml:space="preserve">[21:24] </w:t>
      </w:r>
      <w:r>
        <w:t>to it is but natural yeh koi yani koi yani taqaddus ki baat nahi hai.</w:t>
      </w:r>
    </w:p>
    <w:p>
      <w:pPr>
        <w:jc w:val="right"/>
      </w:pPr>
      <w:r>
        <w:t>تو it is but natural یہ کوئی یعنی کوئی یعنی تقدس کی بات نہیں ہے۔</w:t>
      </w:r>
    </w:p>
    <w:p>
      <w:r>
        <w:rPr>
          <w:b/>
        </w:rPr>
        <w:t xml:space="preserve">[21:31] </w:t>
      </w:r>
      <w:r>
        <w:t>yani solar system, solar calendar par hota hai, tab bhi wahi baat thi, is par tab bhi hoti.</w:t>
      </w:r>
    </w:p>
    <w:p>
      <w:pPr>
        <w:jc w:val="right"/>
      </w:pPr>
      <w:r>
        <w:t>یعنی سولر سسٹم، سولر کیلنڈر پر ہوتا ہے، تب بھی وہی بات تھی، اس پر تب بھی ہوتی۔</w:t>
      </w:r>
    </w:p>
    <w:p>
      <w:r>
        <w:rPr>
          <w:b/>
        </w:rPr>
        <w:t xml:space="preserve">[21:37] </w:t>
      </w:r>
      <w:r>
        <w:t>solar calendar par ho, tab bhi ek sawal kar sakta tha koi aadmi ke bhai lunar calendar par</w:t>
      </w:r>
    </w:p>
    <w:p>
      <w:pPr>
        <w:jc w:val="right"/>
      </w:pPr>
      <w:r>
        <w:t>سولر کیلنڈر پر ہو، تب بھی ایک سوال کر سکتا تھا کوئی آدمی کہ بھئی لونر کیلنڈر پر</w:t>
      </w:r>
    </w:p>
    <w:p>
      <w:r>
        <w:rPr>
          <w:b/>
        </w:rPr>
        <w:t xml:space="preserve">[21:43] </w:t>
      </w:r>
      <w:r>
        <w:t>kyun nahi? to yeh koi sawal nahi hai, na koi masla hai, na koi religious cheez hai.</w:t>
      </w:r>
    </w:p>
    <w:p>
      <w:pPr>
        <w:jc w:val="right"/>
      </w:pPr>
      <w:r>
        <w:t>کیوں نہیں؟ تو یہ کوئی سوال نہیں ہے، نہ کوئی مسئلہ ہے، نہ کوئی ریلیجس چیز ہے۔</w:t>
      </w:r>
    </w:p>
    <w:p>
      <w:r>
        <w:rPr>
          <w:b/>
        </w:rPr>
        <w:t xml:space="preserve">[21:49] </w:t>
      </w:r>
      <w:r>
        <w:t>aam taur par mazhabon mein yahi hai, jahan tak main janta hoon ke solar calendar par mazahib mein</w:t>
      </w:r>
    </w:p>
    <w:p>
      <w:pPr>
        <w:jc w:val="right"/>
      </w:pPr>
      <w:r>
        <w:t>عام طور پر مذہبوں میں یہی ہے، جہاں تک میں جانتا ہوں کہ سولر کیلنڈر پر مذاہب میں</w:t>
      </w:r>
    </w:p>
    <w:p>
      <w:r>
        <w:rPr>
          <w:b/>
        </w:rPr>
        <w:t xml:space="preserve">[21:55] </w:t>
      </w:r>
      <w:r>
        <w:t>tareekhein nahi hua karti, lunar calendar par hoti hain, wahi islam mein bhi hai.</w:t>
      </w:r>
    </w:p>
    <w:p>
      <w:pPr>
        <w:jc w:val="right"/>
      </w:pPr>
      <w:r>
        <w:t>تاریخیں نہیں ہوا کرتی، لونر کیلنڈر پر ہوتی ہیں، وہی اسلام میں بھی ہے۔</w:t>
      </w:r>
    </w:p>
    <w:p>
      <w:r>
        <w:rPr>
          <w:b/>
        </w:rPr>
        <w:t xml:space="preserve">[22:01] </w:t>
      </w:r>
      <w:r>
        <w:t>to is mein koi purasarar cheez nahi hai, koi is mein mystery nahi hai.</w:t>
      </w:r>
    </w:p>
    <w:p>
      <w:pPr>
        <w:jc w:val="right"/>
      </w:pPr>
      <w:r>
        <w:t>تو اس میں کوئی پراسرار چیز نہیں ہے، کوئی اس میں مسٹری نہیں ہے۔</w:t>
      </w:r>
    </w:p>
    <w:p>
      <w:r>
        <w:rPr>
          <w:b/>
        </w:rPr>
        <w:t xml:space="preserve">[22:08] </w:t>
      </w:r>
      <w:r>
        <w:t>ji Maulana, un ka sawal ka ek hissa yeh bhi tha ke Eid jo hai, woh alag alag jagahon pe, alag alag din pe kyun manayi jati hai?</w:t>
      </w:r>
    </w:p>
    <w:p>
      <w:pPr>
        <w:jc w:val="right"/>
      </w:pPr>
      <w:r>
        <w:t>جی مولانا، ان کا سوال کا ایک حصہ یہ بھی تھا کہ عید جو ہے، وہ الگ الگ جگہوں پہ، الگ الگ دن پہ کیوں منائی جاتی ہے؟</w:t>
      </w:r>
    </w:p>
    <w:p>
      <w:r>
        <w:rPr>
          <w:b/>
        </w:rPr>
        <w:t xml:space="preserve">[22:17] </w:t>
      </w:r>
      <w:r>
        <w:t>woh to zahir hai ke jab yani woh woh waqt badalta hai, woh waqt badlega to din</w:t>
      </w:r>
    </w:p>
    <w:p>
      <w:pPr>
        <w:jc w:val="right"/>
      </w:pPr>
      <w:r>
        <w:t>وہ تو ظاہر ہے کہ جب یعنی وہ وہ وقت بدلتا ہے، وہ وقت بدلے گا تو دن</w:t>
      </w:r>
    </w:p>
    <w:p>
      <w:r>
        <w:rPr>
          <w:b/>
        </w:rPr>
        <w:t xml:space="preserve">[22:23] </w:t>
      </w:r>
      <w:r>
        <w:t>hi badlega.</w:t>
      </w:r>
    </w:p>
    <w:p>
      <w:pPr>
        <w:jc w:val="right"/>
      </w:pPr>
      <w:r>
        <w:t>ہی بدلے گا۔</w:t>
      </w:r>
    </w:p>
    <w:p>
      <w:r>
        <w:rPr>
          <w:b/>
        </w:rPr>
        <w:t xml:space="preserve">[22:29] </w:t>
      </w:r>
      <w:r>
        <w:t>is waqt yahan hum log hain, yahan din hai, is waqt america mein raat hai.</w:t>
      </w:r>
    </w:p>
    <w:p>
      <w:pPr>
        <w:jc w:val="right"/>
      </w:pPr>
      <w:r>
        <w:t>اس وقت یہاں ہم لوگ ہیں، یہاں دن ہے، اس وقت امریکہ میں رات ہے۔</w:t>
      </w:r>
    </w:p>
    <w:p>
      <w:r>
        <w:rPr>
          <w:b/>
        </w:rPr>
        <w:t xml:space="preserve">[22:35] </w:t>
      </w:r>
      <w:r>
        <w:t>to dono jagah chand akatha hi dikhai dega.</w:t>
      </w:r>
    </w:p>
    <w:p>
      <w:pPr>
        <w:jc w:val="right"/>
      </w:pPr>
      <w:r>
        <w:t>تو دونوں جگہ چاند اکٹھا ہی دکھائی دے گا۔</w:t>
      </w:r>
    </w:p>
    <w:p>
      <w:r>
        <w:rPr>
          <w:b/>
        </w:rPr>
        <w:t xml:space="preserve">[22:41] </w:t>
      </w:r>
      <w:r>
        <w:t>wahan dekhne ka jo waqt ka yahan mukhtalif hoga.</w:t>
      </w:r>
    </w:p>
    <w:p>
      <w:pPr>
        <w:jc w:val="right"/>
      </w:pPr>
      <w:r>
        <w:t>وہاں دیکھنے کا جو وقت کا یہاں مختلف ہوگا۔</w:t>
      </w:r>
    </w:p>
    <w:p>
      <w:r>
        <w:rPr>
          <w:b/>
        </w:rPr>
        <w:t xml:space="preserve">[22:47] </w:t>
      </w:r>
      <w:r>
        <w:t>to zameen jo ghoom rahi hai, gami jo stationery nahi hai, agar zameen stationery hoti to yeh farq na hota.</w:t>
      </w:r>
    </w:p>
    <w:p>
      <w:pPr>
        <w:jc w:val="right"/>
      </w:pPr>
      <w:r>
        <w:t>تو زمین جو گھوم رہی ہے، گمی جو اسٹیشنری نہیں ہے، اگر زمین اسٹیشنری ہوتی تو یہ فرق نہ ہوتا۔</w:t>
      </w:r>
    </w:p>
    <w:p>
      <w:r>
        <w:rPr>
          <w:b/>
        </w:rPr>
        <w:t xml:space="preserve">[22:53] </w:t>
      </w:r>
      <w:r>
        <w:t>zameen ghoom rahi hai, is liye to farq rahega hi.</w:t>
      </w:r>
    </w:p>
    <w:p>
      <w:pPr>
        <w:jc w:val="right"/>
      </w:pPr>
      <w:r>
        <w:t>زمین گھوم رہی ہے، اس لیے تو فرق رہے گا ہی۔</w:t>
      </w:r>
    </w:p>
    <w:p>
      <w:r>
        <w:rPr>
          <w:b/>
        </w:rPr>
        <w:t xml:space="preserve">[22:59] </w:t>
      </w:r>
      <w:r>
        <w:t>to yaani yeh to nizaam hai nature ka, is mein hum kya kar sakte hain?</w:t>
      </w:r>
    </w:p>
    <w:p>
      <w:pPr>
        <w:jc w:val="right"/>
      </w:pPr>
      <w:r>
        <w:t>تو یعنی یہ تو نظام ہے نیچر کا، اس میں ہم کیا کر سکتے ہیں؟</w:t>
      </w:r>
    </w:p>
    <w:p>
      <w:r>
        <w:rPr>
          <w:b/>
        </w:rPr>
        <w:t xml:space="preserve">[23:05] </w:t>
      </w:r>
      <w:r>
        <w:t>maulana, agla sawal dilli se hai mr kaif ka.</w:t>
      </w:r>
    </w:p>
    <w:p>
      <w:pPr>
        <w:jc w:val="right"/>
      </w:pPr>
      <w:r>
        <w:t>مولانا، اگلا سوال دلی سے ہے مسٹر کیف کا۔</w:t>
      </w:r>
    </w:p>
    <w:p>
      <w:r>
        <w:rPr>
          <w:b/>
        </w:rPr>
        <w:t xml:space="preserve">[23:11] </w:t>
      </w:r>
      <w:r>
        <w:t>unhon ne likha hai: "What if the thought of death does not come to us spontaneously?</w:t>
      </w:r>
    </w:p>
    <w:p>
      <w:pPr>
        <w:jc w:val="right"/>
      </w:pPr>
      <w:r>
        <w:t>انہوں نے لکھا ہے: "What if the thought of death does not come to us spontaneously?</w:t>
      </w:r>
    </w:p>
    <w:p>
      <w:r>
        <w:rPr>
          <w:b/>
        </w:rPr>
        <w:t xml:space="preserve">[23:17] </w:t>
      </w:r>
      <w:r>
        <w:t>Should we force ourselves to reflect on death?</w:t>
      </w:r>
    </w:p>
    <w:p>
      <w:pPr>
        <w:jc w:val="right"/>
      </w:pPr>
      <w:r>
        <w:t>Should we force ourselves to reflect on death?</w:t>
      </w:r>
    </w:p>
    <w:p>
      <w:r>
        <w:rPr>
          <w:b/>
        </w:rPr>
        <w:t xml:space="preserve">[23:24] </w:t>
      </w:r>
      <w:r>
        <w:t>Would that reflection be authentic?</w:t>
      </w:r>
    </w:p>
    <w:p>
      <w:pPr>
        <w:jc w:val="right"/>
      </w:pPr>
      <w:r>
        <w:t>Would that reflection be authentic?</w:t>
      </w:r>
    </w:p>
    <w:p>
      <w:r>
        <w:rPr>
          <w:b/>
        </w:rPr>
        <w:t xml:space="preserve">[23:30] </w:t>
      </w:r>
      <w:r>
        <w:t>Does reflection on death not make us disinterested in our daily activities? "</w:t>
      </w:r>
    </w:p>
    <w:p>
      <w:pPr>
        <w:jc w:val="right"/>
      </w:pPr>
      <w:r>
        <w:t>Does reflection on death not make us disinterested in our daily activities? "</w:t>
      </w:r>
    </w:p>
    <w:p>
      <w:r>
        <w:rPr>
          <w:b/>
        </w:rPr>
        <w:t xml:space="preserve">[23:37] </w:t>
      </w:r>
      <w:r>
        <w:t>dekhen, maut ek jab yeh maloom hoga ke maut ek reality hai, to hamein sochna hi hai is ke upar.</w:t>
      </w:r>
    </w:p>
    <w:p>
      <w:pPr>
        <w:jc w:val="right"/>
      </w:pPr>
      <w:r>
        <w:t>دیکھیں، موت ایک جب یہ معلوم ہوگا کہ موت ایک ریلیٹی ہے، تو ہمیں سوچنا ہی ہے اس کے اوپر۔</w:t>
      </w:r>
    </w:p>
    <w:p>
      <w:r>
        <w:rPr>
          <w:b/>
        </w:rPr>
        <w:t xml:space="preserve">[23:45] </w:t>
      </w:r>
      <w:r>
        <w:t>jab yeh maloom hoga ke ke jaana aanay wala hai, to hamein sardi ka saamna karna hi parega.</w:t>
      </w:r>
    </w:p>
    <w:p>
      <w:pPr>
        <w:jc w:val="right"/>
      </w:pPr>
      <w:r>
        <w:t>جب یہ معلوم ہوگا کہ کہ جانا آنے والا ہے، تو ہمیں سردی کا سامنا کرنا ہی پڑے گا۔</w:t>
      </w:r>
    </w:p>
    <w:p>
      <w:r>
        <w:rPr>
          <w:b/>
        </w:rPr>
        <w:t xml:space="preserve">[23:53] </w:t>
      </w:r>
      <w:r>
        <w:t>to jab maut ke baray mein yeh bar bar tajurba hai ke aadmi marta hai, marta hai, marta</w:t>
      </w:r>
    </w:p>
    <w:p>
      <w:pPr>
        <w:jc w:val="right"/>
      </w:pPr>
      <w:r>
        <w:t>تو جب موت کے بارے میں یہ بار بار تجربہ ہے کہ آدمی مرتا ہے، مرتا ہے، مرتا</w:t>
      </w:r>
    </w:p>
    <w:p>
      <w:r>
        <w:rPr>
          <w:b/>
        </w:rPr>
        <w:t xml:space="preserve">[24:02] </w:t>
      </w:r>
      <w:r>
        <w:t>hai, to hum is ko kaise ignore kar sakte hain? hamein sochna hi parega is ko, lazman.</w:t>
      </w:r>
    </w:p>
    <w:p>
      <w:pPr>
        <w:jc w:val="right"/>
      </w:pPr>
      <w:r>
        <w:t>ہے، تو ہم اس کو کیسے اگنور کر سکتے ہیں؟ ہمیں سوچنا ہی پڑے گا اس کو، لازماً۔</w:t>
      </w:r>
    </w:p>
    <w:p>
      <w:r>
        <w:rPr>
          <w:b/>
        </w:rPr>
        <w:t xml:space="preserve">[24:10] </w:t>
      </w:r>
      <w:r>
        <w:t>baqi yeh baat ke maut ko sochne se aadmi mein yaani kya hai, activity kam ho jaye gi?</w:t>
      </w:r>
    </w:p>
    <w:p>
      <w:pPr>
        <w:jc w:val="right"/>
      </w:pPr>
      <w:r>
        <w:t>باقی یہ بات کہ موت کو سوچنے سے آدمی میں یعنی کیا ہے، ایکٹیویٹی کم ہو جائے گی؟</w:t>
      </w:r>
    </w:p>
    <w:p>
      <w:r>
        <w:rPr>
          <w:b/>
        </w:rPr>
        <w:t xml:space="preserve">[24:19] </w:t>
      </w:r>
      <w:r>
        <w:t>maulana ke haan, disinterested ho jata hai insaan agar ziyada soche maut ke baray mein.</w:t>
      </w:r>
    </w:p>
    <w:p>
      <w:pPr>
        <w:jc w:val="right"/>
      </w:pPr>
      <w:r>
        <w:t>مولانا کہ ہاں، ڈس انٹرسٹڈ ہو جاتا ہے انسان اگر زیادہ سوچے موت کے بارے میں۔</w:t>
      </w:r>
    </w:p>
    <w:p>
      <w:r>
        <w:rPr>
          <w:b/>
        </w:rPr>
        <w:t xml:space="preserve">[24:24] </w:t>
      </w:r>
      <w:r>
        <w:t>dekhen, yeh baat sahi nahi hai.</w:t>
      </w:r>
    </w:p>
    <w:p>
      <w:pPr>
        <w:jc w:val="right"/>
      </w:pPr>
      <w:r>
        <w:t>دیکھیں، یہ بات صحیح نہیں ہے۔</w:t>
      </w:r>
    </w:p>
    <w:p>
      <w:r>
        <w:rPr>
          <w:b/>
        </w:rPr>
        <w:t xml:space="preserve">[24:29] </w:t>
      </w:r>
      <w:r>
        <w:t>maut ke baray mein is waqt urgency paida hoti hai, ziyada active ho jata hai.</w:t>
      </w:r>
    </w:p>
    <w:p>
      <w:pPr>
        <w:jc w:val="right"/>
      </w:pPr>
      <w:r>
        <w:t>موت کے بارے میں اس وقت ارجنسی پیدا ہوتی ہے، زیادہ ایکٹیو ہو جاتا ہے۔</w:t>
      </w:r>
    </w:p>
    <w:p>
      <w:r>
        <w:rPr>
          <w:b/>
        </w:rPr>
        <w:t xml:space="preserve">[24:35] </w:t>
      </w:r>
      <w:r>
        <w:t>maut ka yaad karein ge aap to sense of urgency aye gi ke bhai waqt bohat kam hai,</w:t>
      </w:r>
    </w:p>
    <w:p>
      <w:pPr>
        <w:jc w:val="right"/>
      </w:pPr>
      <w:r>
        <w:t>موت کا یاد کریں گے آپ تو سینس آف ارجنسی آئے گی کہ بھئی وقت بہت کم ہے،</w:t>
      </w:r>
    </w:p>
    <w:p>
      <w:r>
        <w:rPr>
          <w:b/>
        </w:rPr>
        <w:t xml:space="preserve">[24:40] </w:t>
      </w:r>
      <w:r>
        <w:t>cut out jo karna hai.</w:t>
      </w:r>
    </w:p>
    <w:p>
      <w:pPr>
        <w:jc w:val="right"/>
      </w:pPr>
      <w:r>
        <w:t>کٹ آؤٹ جو کرنا ہے۔</w:t>
      </w:r>
    </w:p>
    <w:p>
      <w:r>
        <w:rPr>
          <w:b/>
        </w:rPr>
        <w:t xml:space="preserve">[24:46] </w:t>
      </w:r>
      <w:r>
        <w:t>yeh ajeeb ghareeb baat aksar log kehte hain mujh se, halanke ulti baat hai.</w:t>
      </w:r>
    </w:p>
    <w:p>
      <w:pPr>
        <w:jc w:val="right"/>
      </w:pPr>
      <w:r>
        <w:t>یہ عجیب غریب بات اکثر لوگ کہتے ہیں مجھ سے، حالانکہ الٹی بات ہے۔</w:t>
      </w:r>
    </w:p>
    <w:p>
      <w:r>
        <w:rPr>
          <w:b/>
        </w:rPr>
        <w:t xml:space="preserve">[24:51] </w:t>
      </w:r>
      <w:r>
        <w:t>maut jo hai, aap ke andar sense of urgency lati hai ke bohat kam waqt hai, cut out</w:t>
      </w:r>
    </w:p>
    <w:p>
      <w:pPr>
        <w:jc w:val="right"/>
      </w:pPr>
      <w:r>
        <w:t>موت جو ہے، آپ کے اندر سینس آف ارجنسی لاتی ہے کہ بہت کم وقت ہے، کٹ آؤٹ</w:t>
      </w:r>
    </w:p>
    <w:p>
      <w:r>
        <w:rPr>
          <w:b/>
        </w:rPr>
        <w:t xml:space="preserve">[24:56] </w:t>
      </w:r>
      <w:r>
        <w:t>jo karna hai.</w:t>
      </w:r>
    </w:p>
    <w:p>
      <w:pPr>
        <w:jc w:val="right"/>
      </w:pPr>
      <w:r>
        <w:t>جو کرنا ہے۔</w:t>
      </w:r>
    </w:p>
    <w:p>
      <w:r>
        <w:rPr>
          <w:b/>
        </w:rPr>
        <w:t xml:space="preserve">[25:02] </w:t>
      </w:r>
      <w:r>
        <w:t>to mera tajurba to yahi hai ke main har waqt is pe is halaat mein jeeta hoon ke</w:t>
      </w:r>
    </w:p>
    <w:p>
      <w:pPr>
        <w:jc w:val="right"/>
      </w:pPr>
      <w:r>
        <w:t>تو میرا تجربہ تو یہی ہے کہ میں ہر وقت اس پہ اس حالات میں جیتا ہوں کہ</w:t>
      </w:r>
    </w:p>
    <w:p>
      <w:r>
        <w:rPr>
          <w:b/>
        </w:rPr>
        <w:t xml:space="preserve">[25:07] </w:t>
      </w:r>
      <w:r>
        <w:t>ke kal mauqa rahe na rahe, aaj hi cut daalo.</w:t>
      </w:r>
    </w:p>
    <w:p>
      <w:pPr>
        <w:jc w:val="right"/>
      </w:pPr>
      <w:r>
        <w:t>کہ کل موقع رہے نہ رہے، آج ہی کٹ ڈالو۔</w:t>
      </w:r>
    </w:p>
    <w:p>
      <w:r>
        <w:rPr>
          <w:b/>
        </w:rPr>
        <w:t xml:space="preserve">[25:13] </w:t>
      </w:r>
      <w:r>
        <w:t>kal par yeh mauqa mile ga ya nahi mile ga, aaj hi cut daalo.</w:t>
      </w:r>
    </w:p>
    <w:p>
      <w:pPr>
        <w:jc w:val="right"/>
      </w:pPr>
      <w:r>
        <w:t>کل پر یہ موقع ملے گا یا نہیں ملے گا، آج ہی کٹ ڈالو۔</w:t>
      </w:r>
    </w:p>
    <w:p>
      <w:r>
        <w:rPr>
          <w:b/>
        </w:rPr>
        <w:t xml:space="preserve">[25:18] </w:t>
      </w:r>
      <w:r>
        <w:t>to pata hai, 24 ghantay bas busy rehta hoon.</w:t>
      </w:r>
    </w:p>
    <w:p>
      <w:pPr>
        <w:jc w:val="right"/>
      </w:pPr>
      <w:r>
        <w:t>تو پتہ ہے، 24 گھنٹے بس بزی رہتا ہوں۔</w:t>
      </w:r>
    </w:p>
    <w:p>
      <w:r>
        <w:rPr>
          <w:b/>
        </w:rPr>
        <w:t xml:space="preserve">[25:23] </w:t>
      </w:r>
      <w:r>
        <w:t>to mere andar maut jo hai, main rozana maut ko yaad karta hoon, bohat ziyada.</w:t>
      </w:r>
    </w:p>
    <w:p>
      <w:pPr>
        <w:jc w:val="right"/>
      </w:pPr>
      <w:r>
        <w:t>تو میرے اندر موت جو ہے، میں روزانہ موت کو یاد کرتا ہوں، بہت زیادہ۔</w:t>
      </w:r>
    </w:p>
    <w:p>
      <w:r>
        <w:rPr>
          <w:b/>
        </w:rPr>
        <w:t xml:space="preserve">[25:29] </w:t>
      </w:r>
      <w:r>
        <w:t>to mera tajurba yeh hai ke maut aadmi ke andar sense of urgency laati hai, jo apne aap</w:t>
      </w:r>
    </w:p>
    <w:p>
      <w:pPr>
        <w:jc w:val="right"/>
      </w:pPr>
      <w:r>
        <w:t>تو میرا تجربہ یہ ہے کہ موت آدمی کے اندر سینس آف ارجنسی لاتی ہے، جو اپنے آپ</w:t>
      </w:r>
    </w:p>
    <w:p>
      <w:r>
        <w:rPr>
          <w:b/>
        </w:rPr>
        <w:t xml:space="preserve">[25:34] </w:t>
      </w:r>
      <w:r>
        <w:t>mein bohat valuable cheez hai, bohat valuable cheez hai.</w:t>
      </w:r>
    </w:p>
    <w:p>
      <w:pPr>
        <w:jc w:val="right"/>
      </w:pPr>
      <w:r>
        <w:t>میں بہت ویلیو ایبل چیز ہے، بہت ویلیو ایبل چیز ہے۔</w:t>
      </w:r>
    </w:p>
    <w:p>
      <w:r>
        <w:rPr>
          <w:b/>
        </w:rPr>
        <w:t xml:space="preserve">[25:40] </w:t>
      </w:r>
      <w:r>
        <w:t>Maulana, yeh sawal Delhi se hai Mahboob Elahi sahib ka. unhon ne likha hai: "How Allah will take a man who was born in a non-Muslim family, followed his family's faith and led righteous life, but never received an elaborate message from Islam? "</w:t>
      </w:r>
    </w:p>
    <w:p>
      <w:pPr>
        <w:jc w:val="right"/>
      </w:pPr>
      <w:r>
        <w:t>مولانا، یہ سوال دلی سے ہے محبوب الہی صاحب کا۔ انہوں نے لکھا ہے: "How Allah will take a man who was born in a non-Muslim family, followed his family's faith and led righteous life, but never received an elaborate message from Islam? "</w:t>
      </w:r>
    </w:p>
    <w:p>
      <w:r>
        <w:rPr>
          <w:b/>
        </w:rPr>
        <w:t xml:space="preserve">[26:04] </w:t>
      </w:r>
      <w:r>
        <w:t>dekhen, yeh sawal log bohat karte hain.</w:t>
      </w:r>
    </w:p>
    <w:p>
      <w:pPr>
        <w:jc w:val="right"/>
      </w:pPr>
      <w:r>
        <w:t>دیکھیں، یہ سوال لوگ بہت کرتے ہیں۔</w:t>
      </w:r>
    </w:p>
    <w:p>
      <w:r>
        <w:rPr>
          <w:b/>
        </w:rPr>
        <w:t xml:space="preserve">[26:10] </w:t>
      </w:r>
      <w:r>
        <w:t>to is ka jawab jo hai, mujhe aik aik aik aalim se poocha gaya tha yahi sawal.</w:t>
      </w:r>
    </w:p>
    <w:p>
      <w:pPr>
        <w:jc w:val="right"/>
      </w:pPr>
      <w:r>
        <w:t>تو اس کا جواب جو ہے، مجھے ایک ایک ایک عالم سے پوچھا گیا تھا یہی سوال۔</w:t>
      </w:r>
    </w:p>
    <w:p>
      <w:r>
        <w:rPr>
          <w:b/>
        </w:rPr>
        <w:t xml:space="preserve">[26:16] </w:t>
      </w:r>
      <w:r>
        <w:t>to un ka jawab mujhe theek lagta hai.</w:t>
      </w:r>
    </w:p>
    <w:p>
      <w:pPr>
        <w:jc w:val="right"/>
      </w:pPr>
      <w:r>
        <w:t>تو ان کا جواب مجھے ٹھیک لگتا ہے۔</w:t>
      </w:r>
    </w:p>
    <w:p>
      <w:r>
        <w:rPr>
          <w:b/>
        </w:rPr>
        <w:t xml:space="preserve">[26:22] </w:t>
      </w:r>
      <w:r>
        <w:t>un ka aik aik jumlay mein kaha tha unhon ne ke jaisi tablegh, waisa mawakhza.</w:t>
      </w:r>
    </w:p>
    <w:p>
      <w:pPr>
        <w:jc w:val="right"/>
      </w:pPr>
      <w:r>
        <w:t>ان کا ایک ایک جملے میں کہا تھا انہوں نے کہ جیسی تبلیغ، ویسا مواخذہ۔</w:t>
      </w:r>
    </w:p>
    <w:p>
      <w:r>
        <w:rPr>
          <w:b/>
        </w:rPr>
        <w:t xml:space="preserve">[26:28] </w:t>
      </w:r>
      <w:r>
        <w:t>jaisi tablegh, waisa mawakhza.</w:t>
      </w:r>
    </w:p>
    <w:p>
      <w:pPr>
        <w:jc w:val="right"/>
      </w:pPr>
      <w:r>
        <w:t>جیسی تبلیغ، ویسا مواخذہ۔</w:t>
      </w:r>
    </w:p>
    <w:p>
      <w:r>
        <w:rPr>
          <w:b/>
        </w:rPr>
        <w:t xml:space="preserve">[26:34] </w:t>
      </w:r>
      <w:r>
        <w:t>is ka matlab yeh hai ke jitna is ko baat pohnchi hai, isi ke lehaz se woh yani</w:t>
      </w:r>
    </w:p>
    <w:p>
      <w:pPr>
        <w:jc w:val="right"/>
      </w:pPr>
      <w:r>
        <w:t>اس کا مطلب یہ ہے کہ جتنا اس کو بات پہنچی ہے، اسی کے لحاظ سے وہ یعنی</w:t>
      </w:r>
    </w:p>
    <w:p>
      <w:r>
        <w:rPr>
          <w:b/>
        </w:rPr>
        <w:t xml:space="preserve">[26:40] </w:t>
      </w:r>
      <w:r>
        <w:t>responsible hai, accountable hai.</w:t>
      </w:r>
    </w:p>
    <w:p>
      <w:pPr>
        <w:jc w:val="right"/>
      </w:pPr>
      <w:r>
        <w:t>ریسپانسبل ہے، اکاؤنٹیبل ہے۔</w:t>
      </w:r>
    </w:p>
    <w:p>
      <w:r>
        <w:rPr>
          <w:b/>
        </w:rPr>
        <w:t xml:space="preserve">[26:46] </w:t>
      </w:r>
      <w:r>
        <w:t>یعنی accountability according اس کے اس کے according ہوگی کہ کتنا پہنچا ان کو۔</w:t>
      </w:r>
    </w:p>
    <w:p>
      <w:pPr>
        <w:jc w:val="right"/>
      </w:pPr>
      <w:r>
        <w:t>یعنی اکاؤنٹیبلٹی اکارڈنگ اس کے اس کے اکارڈنگ ہوگی کہ کتنا پہنچا ان کو۔</w:t>
      </w:r>
    </w:p>
    <w:p>
      <w:r>
        <w:rPr>
          <w:b/>
        </w:rPr>
        <w:t xml:space="preserve">[26:52] </w:t>
      </w:r>
      <w:r>
        <w:t>yeh Allah ko pata hai ke kis ko baat kitni pohnchi hai.</w:t>
      </w:r>
    </w:p>
    <w:p>
      <w:pPr>
        <w:jc w:val="right"/>
      </w:pPr>
      <w:r>
        <w:t>یہ اللہ کو پتہ ہے کہ کس کو بات کتنی پہنچی ہے۔</w:t>
      </w:r>
    </w:p>
    <w:p>
      <w:r>
        <w:rPr>
          <w:b/>
        </w:rPr>
        <w:t xml:space="preserve">[26:58] </w:t>
      </w:r>
      <w:r>
        <w:t>to bohat hi natural formula hai, bohat simple formula ke jitna aadmi ke tak baat pohnchi hai, sachai</w:t>
      </w:r>
    </w:p>
    <w:p>
      <w:pPr>
        <w:jc w:val="right"/>
      </w:pPr>
      <w:r>
        <w:t>تو بہت ہی نیچرل فارمولا ہے، بہت سمپل فارمولا کہ جتنا آدمی کے تک بات پہنچی ہے، سچائی</w:t>
      </w:r>
    </w:p>
    <w:p>
      <w:r>
        <w:rPr>
          <w:b/>
        </w:rPr>
        <w:t xml:space="preserve">[27:04] </w:t>
      </w:r>
      <w:r>
        <w:t>pohnchi hai, isi ke lehaz se woh Allah ke samnay accountable hoga.</w:t>
      </w:r>
    </w:p>
    <w:p>
      <w:pPr>
        <w:jc w:val="right"/>
      </w:pPr>
      <w:r>
        <w:t>پہنچی ہے، اسی کے لحاظ سے وہ اللہ کے سامنے اکاؤنٹیبل ہوگا۔</w:t>
      </w:r>
    </w:p>
    <w:p>
      <w:r>
        <w:rPr>
          <w:b/>
        </w:rPr>
        <w:t xml:space="preserve">[27:10] </w:t>
      </w:r>
      <w:r>
        <w:t>lekin hum yeh faisla nahi kar sakte ke kitna pohncha, kitna nahi pohncha.</w:t>
      </w:r>
    </w:p>
    <w:p>
      <w:pPr>
        <w:jc w:val="right"/>
      </w:pPr>
      <w:r>
        <w:t>لیکن ہم یہ فیصلہ نہیں کر سکتے کہ کتنا پہنچا، کتنا نہیں پہنچا۔</w:t>
      </w:r>
    </w:p>
    <w:p>
      <w:r>
        <w:rPr>
          <w:b/>
        </w:rPr>
        <w:t xml:space="preserve">[27:16] </w:t>
      </w:r>
      <w:r>
        <w:t>hum sirf yeh bata sakte hain, aik principle bata sakte hain.</w:t>
      </w:r>
    </w:p>
    <w:p>
      <w:pPr>
        <w:jc w:val="right"/>
      </w:pPr>
      <w:r>
        <w:t>ہم صرف یہ بتا سکتے ہیں، ایک پرنسپل بتا سکتے ہیں۔</w:t>
      </w:r>
    </w:p>
    <w:p>
      <w:r>
        <w:rPr>
          <w:b/>
        </w:rPr>
        <w:t xml:space="preserve">[27:22] </w:t>
      </w:r>
      <w:r>
        <w:t>principle as a principle hum yeh keh sakte hain ke jitna kisi ko baat pohnchi hai, sachai jitna</w:t>
      </w:r>
    </w:p>
    <w:p>
      <w:pPr>
        <w:jc w:val="right"/>
      </w:pPr>
      <w:r>
        <w:t>پرنسپل ایز اے پرنسپل ہم یہ کہہ سکتے ہیں کہ جتنا کسی کو بات پہنچی ہے، سچائی جتنا</w:t>
      </w:r>
    </w:p>
    <w:p>
      <w:r>
        <w:rPr>
          <w:b/>
        </w:rPr>
        <w:t xml:space="preserve">[27:28] </w:t>
      </w:r>
      <w:r>
        <w:t>is ko pohnchi hai, us ke lehaz se woh Allah ke haan accountable hoga. bas.</w:t>
      </w:r>
    </w:p>
    <w:p>
      <w:pPr>
        <w:jc w:val="right"/>
      </w:pPr>
      <w:r>
        <w:t>اس کو پہنچی ہے، اس کے لحاظ سے وہ اللہ کے ہاں اکاؤنٹیبل ہوگا۔ بس۔</w:t>
      </w:r>
    </w:p>
    <w:p>
      <w:r>
        <w:rPr>
          <w:b/>
        </w:rPr>
        <w:t xml:space="preserve">[27:35] </w:t>
      </w:r>
      <w:r>
        <w:t>maulana, agla sawal lene se pehle aik comment parhna chahenge jo abdul basit umri sahib ne doha, qatar</w:t>
      </w:r>
    </w:p>
    <w:p>
      <w:pPr>
        <w:jc w:val="right"/>
      </w:pPr>
      <w:r>
        <w:t>مولانا، اگلا سوال لینے سے پہلے ایک کمنٹ پڑھنا چاہیں گے جو عبدالباسط عمری صاحب نے دوحہ، قطر</w:t>
      </w:r>
    </w:p>
    <w:p>
      <w:r>
        <w:rPr>
          <w:b/>
        </w:rPr>
        <w:t xml:space="preserve">[27:39] </w:t>
      </w:r>
      <w:r>
        <w:t>se likha hai.</w:t>
      </w:r>
    </w:p>
    <w:p>
      <w:pPr>
        <w:jc w:val="right"/>
      </w:pPr>
      <w:r>
        <w:t>سے لکھا ہے۔</w:t>
      </w:r>
    </w:p>
    <w:p>
      <w:r>
        <w:rPr>
          <w:b/>
        </w:rPr>
        <w:t xml:space="preserve">[27:44] </w:t>
      </w:r>
      <w:r>
        <w:t>unhon ne likha hai ke maulana sahib, aap ne jo yeh kaha ke hadim ul lazzat ka matlab maut</w:t>
      </w:r>
    </w:p>
    <w:p>
      <w:pPr>
        <w:jc w:val="right"/>
      </w:pPr>
      <w:r>
        <w:t>انہوں نے لکھا ہے کہ مولانا صاحب، آپ نے جو یہ کہا کہ حادم اللذت کا مطلب موت</w:t>
      </w:r>
    </w:p>
    <w:p>
      <w:r>
        <w:rPr>
          <w:b/>
        </w:rPr>
        <w:t xml:space="preserve">[27:49] </w:t>
      </w:r>
      <w:r>
        <w:t>hamare goal ko, hamare hadaf ko correct karti hai, sahi rukh deti hai, to aap ke in jumlon</w:t>
      </w:r>
    </w:p>
    <w:p>
      <w:pPr>
        <w:jc w:val="right"/>
      </w:pPr>
      <w:r>
        <w:t>ہمارے گول کو، ہمارے حذف کو کریکٹ کرتی ہے، صحیح رخ دیتی ہے، تو آپ کے ان جملوں</w:t>
      </w:r>
    </w:p>
    <w:p>
      <w:r>
        <w:rPr>
          <w:b/>
        </w:rPr>
        <w:t xml:space="preserve">[27:54] </w:t>
      </w:r>
      <w:r>
        <w:t>ne maut ke tazkare ko, tazkira ko bohat aham bana diya hai.</w:t>
      </w:r>
    </w:p>
    <w:p>
      <w:pPr>
        <w:jc w:val="right"/>
      </w:pPr>
      <w:r>
        <w:t>نے موت کے تذکرے کو، تذکرہ کو بہت اہم بنا دیا ہے۔</w:t>
      </w:r>
    </w:p>
    <w:p>
      <w:r>
        <w:rPr>
          <w:b/>
        </w:rPr>
        <w:t xml:space="preserve">[27:59] </w:t>
      </w:r>
      <w:r>
        <w:t>jazak Allah khair.</w:t>
      </w:r>
    </w:p>
    <w:p>
      <w:pPr>
        <w:jc w:val="right"/>
      </w:pPr>
      <w:r>
        <w:t>جزاک اللہ خیر۔</w:t>
      </w:r>
    </w:p>
    <w:p>
      <w:r>
        <w:rPr>
          <w:b/>
        </w:rPr>
        <w:t xml:space="preserve">[28:04] </w:t>
      </w:r>
      <w:r>
        <w:t>maulana, agla sawal ah miss naghma siddiqui ka hai delhi se.</w:t>
      </w:r>
    </w:p>
    <w:p>
      <w:pPr>
        <w:jc w:val="right"/>
      </w:pPr>
      <w:r>
        <w:t>مولانا، اگلا سوال آہ مس نغمہ صدیقی کا ہے دلی سے۔</w:t>
      </w:r>
    </w:p>
    <w:p>
      <w:r>
        <w:rPr>
          <w:b/>
        </w:rPr>
        <w:t xml:space="preserve">[28:09] </w:t>
      </w:r>
      <w:r>
        <w:t>unhon ne likha hai: "You said once that death is not in our DNA.</w:t>
      </w:r>
    </w:p>
    <w:p>
      <w:pPr>
        <w:jc w:val="right"/>
      </w:pPr>
      <w:r>
        <w:t>انہوں نے لکھا ہے: "You said once that death is not in our DNA.</w:t>
      </w:r>
    </w:p>
    <w:p>
      <w:r>
        <w:rPr>
          <w:b/>
        </w:rPr>
        <w:t xml:space="preserve">[28:14] </w:t>
      </w:r>
      <w:r>
        <w:t>In such a case, how do we remember death and draw lessons from it?</w:t>
      </w:r>
    </w:p>
    <w:p>
      <w:pPr>
        <w:jc w:val="right"/>
      </w:pPr>
      <w:r>
        <w:t>In such a case, how do we remember death and draw lessons from it?</w:t>
      </w:r>
    </w:p>
    <w:p>
      <w:r>
        <w:rPr>
          <w:b/>
        </w:rPr>
        <w:t xml:space="preserve">[28:19] </w:t>
      </w:r>
      <w:r>
        <w:t>dekhen, din mein hoti hai, dainay mein hoti hai ya na hoti, yeh to hum</w:t>
      </w:r>
    </w:p>
    <w:p>
      <w:pPr>
        <w:jc w:val="right"/>
      </w:pPr>
      <w:r>
        <w:t>" دیکھیں، دن میں ہوتی ہے، ڈی این اے میں ہوتی ہے یا نہ ہوتی، یہ تو ہم</w:t>
      </w:r>
    </w:p>
    <w:p>
      <w:r>
        <w:rPr>
          <w:b/>
        </w:rPr>
        <w:t xml:space="preserve">[28:24] </w:t>
      </w:r>
      <w:r>
        <w:t>dekh rahe hain ke mar raha hai, mar raha hai, mar raha hai aadmi.</w:t>
      </w:r>
    </w:p>
    <w:p>
      <w:pPr>
        <w:jc w:val="right"/>
      </w:pPr>
      <w:r>
        <w:t>دیکھ رہے ہیں کہ مر رہا ہے، مر رہا ہے، مر رہا ہے آدمی۔</w:t>
      </w:r>
    </w:p>
    <w:p>
      <w:r>
        <w:rPr>
          <w:b/>
        </w:rPr>
        <w:t xml:space="preserve">[28:29] </w:t>
      </w:r>
      <w:r>
        <w:t>to hamare dainay mein yeh likha hua na ho ke main em aay karoon, tab bhi</w:t>
      </w:r>
    </w:p>
    <w:p>
      <w:pPr>
        <w:jc w:val="right"/>
      </w:pPr>
      <w:r>
        <w:t>تو ہمارے ڈی این اے میں یہ لکھا ہوا نہ ہو کہ میں ایم اے کروں، تب بھی</w:t>
      </w:r>
    </w:p>
    <w:p>
      <w:r>
        <w:rPr>
          <w:b/>
        </w:rPr>
        <w:t xml:space="preserve">[28:35] </w:t>
      </w:r>
      <w:r>
        <w:t>hum em aay karein ge.</w:t>
      </w:r>
    </w:p>
    <w:p>
      <w:pPr>
        <w:jc w:val="right"/>
      </w:pPr>
      <w:r>
        <w:t>ہم ایم اے کریں گے۔</w:t>
      </w:r>
    </w:p>
    <w:p>
      <w:r>
        <w:rPr>
          <w:b/>
        </w:rPr>
        <w:t xml:space="preserve">[28:40] </w:t>
      </w:r>
      <w:r>
        <w:t>dainay mein yeh likha na ho ke main ghar banaoon, tab bhi main ghar banaoon ga.</w:t>
      </w:r>
    </w:p>
    <w:p>
      <w:pPr>
        <w:jc w:val="right"/>
      </w:pPr>
      <w:r>
        <w:t>ڈی این اے میں یہ لکھا نہ ہو کہ میں گھر بناؤں، تب بھی میں گھر بناؤں گا۔</w:t>
      </w:r>
    </w:p>
    <w:p>
      <w:r>
        <w:rPr>
          <w:b/>
        </w:rPr>
        <w:t xml:space="preserve">[28:46] </w:t>
      </w:r>
      <w:r>
        <w:t>kyunke main dekhta hoon logon ko ke jo education leta hai, us ki zindagi achhi rehti hai.</w:t>
      </w:r>
    </w:p>
    <w:p>
      <w:pPr>
        <w:jc w:val="right"/>
      </w:pPr>
      <w:r>
        <w:t>کیونکہ میں دیکھتا ہوں لوگوں کو کہ جو ایجوکیشن لیتا ہے، اس کی زندگی اچھی رہتی ہے۔</w:t>
      </w:r>
    </w:p>
    <w:p>
      <w:r>
        <w:rPr>
          <w:b/>
        </w:rPr>
        <w:t xml:space="preserve">[28:51] </w:t>
      </w:r>
      <w:r>
        <w:t>jo ghar banata hai, woh har mausam mein achhi tareeqe se guzar kar leta hai apna.</w:t>
      </w:r>
    </w:p>
    <w:p>
      <w:pPr>
        <w:jc w:val="right"/>
      </w:pPr>
      <w:r>
        <w:t>جو گھر بناتا ہے، وہ ہر موسم میں اچھی طریقے سے گزار کر لیتا ہے اپنا۔</w:t>
      </w:r>
    </w:p>
    <w:p>
      <w:r>
        <w:rPr>
          <w:b/>
        </w:rPr>
        <w:t xml:space="preserve">[28:56] </w:t>
      </w:r>
      <w:r>
        <w:t>to dainay mein hona ya na hona, yeh yeh aik koi is maamle mein relevant nahin,</w:t>
      </w:r>
    </w:p>
    <w:p>
      <w:pPr>
        <w:jc w:val="right"/>
      </w:pPr>
      <w:r>
        <w:t>تو ڈی این اے میں ہونا یا نہ ہونا، یہ یہ ایک کوئی اس معاملے میں ریلیونٹ نہیں،</w:t>
      </w:r>
    </w:p>
    <w:p>
      <w:r>
        <w:rPr>
          <w:b/>
        </w:rPr>
        <w:t xml:space="preserve">[29:02] </w:t>
      </w:r>
      <w:r>
        <w:t>mere khayal se.</w:t>
      </w:r>
    </w:p>
    <w:p>
      <w:pPr>
        <w:jc w:val="right"/>
      </w:pPr>
      <w:r>
        <w:t>میرے خیال سے۔</w:t>
      </w:r>
    </w:p>
    <w:p>
      <w:r>
        <w:rPr>
          <w:b/>
        </w:rPr>
        <w:t xml:space="preserve">[29:07] </w:t>
      </w:r>
      <w:r>
        <w:t>yeh relevant hai ke har har din hum dekhte hain ke log marte hain.</w:t>
      </w:r>
    </w:p>
    <w:p>
      <w:pPr>
        <w:jc w:val="right"/>
      </w:pPr>
      <w:r>
        <w:t>یہ ریلیونٹ ہے کہ ہر ہر دن ہم دیکھتے ہیں کہ لوگ مرتے ہیں۔</w:t>
      </w:r>
    </w:p>
    <w:p>
      <w:r>
        <w:rPr>
          <w:b/>
        </w:rPr>
        <w:t xml:space="preserve">[29:13] </w:t>
      </w:r>
      <w:r>
        <w:t>to is se apne aap yeh baat nikalti hai ke mujhe bhi marna hai.</w:t>
      </w:r>
    </w:p>
    <w:p>
      <w:pPr>
        <w:jc w:val="right"/>
      </w:pPr>
      <w:r>
        <w:t>تو اس سے اپنے آپ یہ بات نکلتی ہے کہ مجھے بھی مرنا ہے۔</w:t>
      </w:r>
    </w:p>
    <w:p>
      <w:r>
        <w:rPr>
          <w:b/>
        </w:rPr>
        <w:t xml:space="preserve">[29:18] </w:t>
      </w:r>
      <w:r>
        <w:t>jab yeh nikal aayi to mujhe sochna bhi hai.</w:t>
      </w:r>
    </w:p>
    <w:p>
      <w:pPr>
        <w:jc w:val="right"/>
      </w:pPr>
      <w:r>
        <w:t>جب یہ نکل آئی تو مجھے سوچنا بھی ہے۔</w:t>
      </w:r>
    </w:p>
    <w:p>
      <w:r>
        <w:rPr>
          <w:b/>
        </w:rPr>
        <w:t xml:space="preserve">[29:23] </w:t>
      </w:r>
      <w:r>
        <w:t>logon ke marne se apne ke marne ko dekhna hai.</w:t>
      </w:r>
    </w:p>
    <w:p>
      <w:pPr>
        <w:jc w:val="right"/>
      </w:pPr>
      <w:r>
        <w:t>لوگوں کے مرنے سے اپنے کے مرنے کو دیکھنا ہے۔</w:t>
      </w:r>
    </w:p>
    <w:p>
      <w:r>
        <w:rPr>
          <w:b/>
        </w:rPr>
        <w:t xml:space="preserve">[29:29] </w:t>
      </w:r>
      <w:r>
        <w:t>apne marne ko soch kar ke phir mujhe apni zindagi ka sahi yani goal banana hai.</w:t>
      </w:r>
    </w:p>
    <w:p>
      <w:pPr>
        <w:jc w:val="right"/>
      </w:pPr>
      <w:r>
        <w:t>اپنے مرنے کو سوچ کر کے پھر مجھے اپنی زندگی کا صحیح یعنی گول بنانا ہے۔</w:t>
      </w:r>
    </w:p>
    <w:p>
      <w:r>
        <w:rPr>
          <w:b/>
        </w:rPr>
        <w:t xml:space="preserve">[29:34] </w:t>
      </w:r>
      <w:r>
        <w:t>yeh hai mere khayal se is ka jo formula.</w:t>
      </w:r>
    </w:p>
    <w:p>
      <w:pPr>
        <w:jc w:val="right"/>
      </w:pPr>
      <w:r>
        <w:t>یہ ہے میرے خیال سے اس کا جو فارمولا۔</w:t>
      </w:r>
    </w:p>
    <w:p>
      <w:r>
        <w:rPr>
          <w:b/>
        </w:rPr>
        <w:t xml:space="preserve">[29:40] </w:t>
      </w:r>
      <w:r>
        <w:t>Maulana, agla sawal ah Roorkee se hai Sajid Anwar sahib ka. unhon ne likha hai: "Moulana, how contemplating about death is linked to development of positive thinking, kindly guide."</w:t>
      </w:r>
    </w:p>
    <w:p>
      <w:pPr>
        <w:jc w:val="right"/>
      </w:pPr>
      <w:r>
        <w:t>مولانا، اگلا سوال آہ روڑکی سے ہے ساجد انور صاحب کا۔ انہوں نے لکھا ہے: "Moulana, how contemplating about death is linked to development of positive thinking, kindly guide."</w:t>
      </w:r>
    </w:p>
    <w:p>
      <w:r>
        <w:rPr>
          <w:b/>
        </w:rPr>
        <w:t xml:space="preserve">[29:55] </w:t>
      </w:r>
      <w:r>
        <w:t>kya hai? "How contemplating about death is linked to development of positive thinking." bohat zyada. positive thinking kya hai? positive thinking naam hai realistic thinking ka. yani positive thinking is only another name of.</w:t>
      </w:r>
    </w:p>
    <w:p>
      <w:pPr>
        <w:jc w:val="right"/>
      </w:pPr>
      <w:r>
        <w:t>کیا ہے؟ "How contemplating about death is linked to development of positive thinking." بہت زیادہ۔ پازیٹیو تھنکنگ کیا ہے؟ پازیٹیو تھنکنگ نام ہے ریلسٹک تھنکنگ کا۔ یعنی پازیٹیو تھنکنگ is only another name of.</w:t>
      </w:r>
    </w:p>
    <w:p>
      <w:r>
        <w:rPr>
          <w:b/>
        </w:rPr>
        <w:t xml:space="preserve">[30:18] </w:t>
      </w:r>
      <w:r>
        <w:t>realistic thinking.</w:t>
      </w:r>
    </w:p>
    <w:p>
      <w:pPr>
        <w:jc w:val="right"/>
      </w:pPr>
      <w:r>
        <w:t>ریلسٹک تھنکنگ۔</w:t>
      </w:r>
    </w:p>
    <w:p>
      <w:r>
        <w:rPr>
          <w:b/>
        </w:rPr>
        <w:t xml:space="preserve">[30:23] </w:t>
      </w:r>
      <w:r>
        <w:t>to maut to sab ka realist banati hai.</w:t>
      </w:r>
    </w:p>
    <w:p>
      <w:pPr>
        <w:jc w:val="right"/>
      </w:pPr>
      <w:r>
        <w:t>تو موت تو سب کا ریلسٹ بناتی ہے۔</w:t>
      </w:r>
    </w:p>
    <w:p>
      <w:r>
        <w:rPr>
          <w:b/>
        </w:rPr>
        <w:t xml:space="preserve">[30:28] </w:t>
      </w:r>
      <w:r>
        <w:t>tamam jitne bhi experience hote hain insaan ke upar, jo kuch bhi insaan dekhta hai, sunta hai, un</w:t>
      </w:r>
    </w:p>
    <w:p>
      <w:pPr>
        <w:jc w:val="right"/>
      </w:pPr>
      <w:r>
        <w:t>تمام جتنے بھی ایکسپیرینس ہوتے ہیں انسان کے اوپر، جو کچھ بھی انسان دیکھتا ہے، سنتا ہے، ان</w:t>
      </w:r>
    </w:p>
    <w:p>
      <w:r>
        <w:rPr>
          <w:b/>
        </w:rPr>
        <w:t xml:space="preserve">[30:33] </w:t>
      </w:r>
      <w:r>
        <w:t>mein in mein sab se zyada jo cheez aap ko realist banati hai, woh maut hai.</w:t>
      </w:r>
    </w:p>
    <w:p>
      <w:pPr>
        <w:jc w:val="right"/>
      </w:pPr>
      <w:r>
        <w:t>میں ان میں سب سے زیادہ جو چیز آپ کو ریلسٹ بناتی ہے، وہ موت ہے۔</w:t>
      </w:r>
    </w:p>
    <w:p>
      <w:r>
        <w:rPr>
          <w:b/>
        </w:rPr>
        <w:t xml:space="preserve">[30:38] </w:t>
      </w:r>
      <w:r>
        <w:t>yeh mera bhi tajurba hai aur yeh aqal bhi samajh mein aata hai.</w:t>
      </w:r>
    </w:p>
    <w:p>
      <w:pPr>
        <w:jc w:val="right"/>
      </w:pPr>
      <w:r>
        <w:t>یہ میرا بھی تجربہ ہے اور یہ عقل بھی سمجھ میں آتا ہے۔</w:t>
      </w:r>
    </w:p>
    <w:p>
      <w:r>
        <w:rPr>
          <w:b/>
        </w:rPr>
        <w:t xml:space="preserve">[30:43] </w:t>
      </w:r>
      <w:r>
        <w:t>to jab maut aap ko realist banayegi, haqeeqat pasand, to lazman aisa hoga ke aap ko pata</w:t>
      </w:r>
    </w:p>
    <w:p>
      <w:pPr>
        <w:jc w:val="right"/>
      </w:pPr>
      <w:r>
        <w:t>تو جب موت آپ کو ریلسٹ بنائے گی، حقیقت پسند، تو لازماً ایسا ہوگا کہ آپ کو پتہ</w:t>
      </w:r>
    </w:p>
    <w:p>
      <w:r>
        <w:rPr>
          <w:b/>
        </w:rPr>
        <w:t xml:space="preserve">[30:48] </w:t>
      </w:r>
      <w:r>
        <w:t>hai positive thinking kya hai.</w:t>
      </w:r>
    </w:p>
    <w:p>
      <w:pPr>
        <w:jc w:val="right"/>
      </w:pPr>
      <w:r>
        <w:t>ہے پازیٹیو تھنکنگ کیا ہے۔</w:t>
      </w:r>
    </w:p>
    <w:p>
      <w:r>
        <w:rPr>
          <w:b/>
        </w:rPr>
        <w:t xml:space="preserve">[30:53] </w:t>
      </w:r>
      <w:r>
        <w:t>positive thinking kya hai? koi mysterious cheez nahin hai.</w:t>
      </w:r>
    </w:p>
    <w:p>
      <w:pPr>
        <w:jc w:val="right"/>
      </w:pPr>
      <w:r>
        <w:t>پازیٹیو تھنکنگ کیا ہے؟ کوئی مسٹیریس چیز نہیں ہے۔</w:t>
      </w:r>
    </w:p>
    <w:p>
      <w:r>
        <w:rPr>
          <w:b/>
        </w:rPr>
        <w:t xml:space="preserve">[30:58] </w:t>
      </w:r>
      <w:r>
        <w:t>woh as it is thinking hai.</w:t>
      </w:r>
    </w:p>
    <w:p>
      <w:pPr>
        <w:jc w:val="right"/>
      </w:pPr>
      <w:r>
        <w:t>وہ ایز ایز اٹ از تھنکنگ ہے۔</w:t>
      </w:r>
    </w:p>
    <w:p>
      <w:r>
        <w:rPr>
          <w:b/>
        </w:rPr>
        <w:t xml:space="preserve">[31:03] </w:t>
      </w:r>
      <w:r>
        <w:t>as it is thinking aa jaye to wahi positive thinking hai.</w:t>
      </w:r>
    </w:p>
    <w:p>
      <w:pPr>
        <w:jc w:val="right"/>
      </w:pPr>
      <w:r>
        <w:t>ایز اٹ از تھنکنگ آ جائے تو وہی پازیٹیو تھنکنگ ہے۔</w:t>
      </w:r>
    </w:p>
    <w:p>
      <w:r>
        <w:rPr>
          <w:b/>
        </w:rPr>
        <w:t xml:space="preserve">[31:08] </w:t>
      </w:r>
      <w:r>
        <w:t>samajhta hoon ke bohat ziyada juda hua hai dono, dono aik doosre se bohat ziyada interlinked hain.</w:t>
      </w:r>
    </w:p>
    <w:p>
      <w:pPr>
        <w:jc w:val="right"/>
      </w:pPr>
      <w:r>
        <w:t>سمجھتا ہوں کہ بہت زیادہ جڑا ہوا ہے دونوں، دونوں ایک دوسرے سے بہت زیادہ انٹر لنکڈ ہیں۔</w:t>
      </w:r>
    </w:p>
    <w:p>
      <w:r>
        <w:rPr>
          <w:b/>
        </w:rPr>
        <w:t xml:space="preserve">[31:13] </w:t>
      </w:r>
      <w:r>
        <w:t>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jc w:val="right"/>
      </w:pPr>
      <w:r>
        <w:t>مولانا، اگلا سوال دلی سے ہے مولانا زکوان ندوی صاحب کا۔ انہوں نے لکھا ہے: "حدیث میں آیا ہے کہ وہ نوجوان جس نے اللہ کی عبادت میں اپنی زندگی بسر کی، اس کو قیامت کے دن عرش کے سائے میں جگہ ملے گی۔" اس حدیث کا مطلب کیا ہے؟ خاص طور پر اللہ کی عبادت میں زندگی بسر کرنے کا مطلب کیا ہے، اس کے بارے میں بتائیں۔</w:t>
      </w:r>
    </w:p>
    <w:p>
      <w:r>
        <w:rPr>
          <w:b/>
        </w:rPr>
        <w:t xml:space="preserve">[31:41] </w:t>
      </w:r>
      <w:r>
        <w:t>is ke alfaaz hain ke is mein aik sab al nasha fi ibadat Allah.</w:t>
      </w:r>
    </w:p>
    <w:p>
      <w:pPr>
        <w:jc w:val="right"/>
      </w:pPr>
      <w:r>
        <w:t>اس کے الفاظ ہیں کہ اس میں ایک ساب النشاء في عبادت اللہ ۔</w:t>
      </w:r>
    </w:p>
    <w:p>
      <w:r>
        <w:rPr>
          <w:b/>
        </w:rPr>
        <w:t xml:space="preserve">[31:47] </w:t>
      </w:r>
      <w:r>
        <w:t>asal mein dekhen, yeh koi mysterious baat nahi hai.</w:t>
      </w:r>
    </w:p>
    <w:p>
      <w:pPr>
        <w:jc w:val="right"/>
      </w:pPr>
      <w:r>
        <w:t>اصل میں دیکھیں، یہ کوئی مسٹیریس بات نہیں ہے۔</w:t>
      </w:r>
    </w:p>
    <w:p>
      <w:r>
        <w:rPr>
          <w:b/>
        </w:rPr>
        <w:t xml:space="preserve">[31:53] </w:t>
      </w:r>
      <w:r>
        <w:t>hamari zindagi ka jo life span hai, is mein shuru mein bachpan hai, baad ko barhapa hai, beech</w:t>
      </w:r>
    </w:p>
    <w:p>
      <w:pPr>
        <w:jc w:val="right"/>
      </w:pPr>
      <w:r>
        <w:t>ہماری زندگی کا جو لائف سپین ہے، اس میں شروع میں بچپن ہے، بعد کو بڑھاپا ہے، بیچ</w:t>
      </w:r>
    </w:p>
    <w:p>
      <w:r>
        <w:rPr>
          <w:b/>
        </w:rPr>
        <w:t xml:space="preserve">[32:00] </w:t>
      </w:r>
      <w:r>
        <w:t>mein youth age hai.</w:t>
      </w:r>
    </w:p>
    <w:p>
      <w:pPr>
        <w:jc w:val="right"/>
      </w:pPr>
      <w:r>
        <w:t>میں یوتھ ایج ہے۔</w:t>
      </w:r>
    </w:p>
    <w:p>
      <w:r>
        <w:rPr>
          <w:b/>
        </w:rPr>
        <w:t xml:space="preserve">[32:06] </w:t>
      </w:r>
      <w:r>
        <w:t>hamara sab se bara asset woh youth age hota hai.</w:t>
      </w:r>
    </w:p>
    <w:p>
      <w:pPr>
        <w:jc w:val="right"/>
      </w:pPr>
      <w:r>
        <w:t>ہمارا سب سے بڑا ایسٹ وہ یوتھ ایج ہوتا ہے۔</w:t>
      </w:r>
    </w:p>
    <w:p>
      <w:r>
        <w:rPr>
          <w:b/>
        </w:rPr>
        <w:t xml:space="preserve">[32:13] </w:t>
      </w:r>
      <w:r>
        <w:t>bachpan mein koi bara kaam aap nahi kar sakte, bachay to immature hote hain.</w:t>
      </w:r>
    </w:p>
    <w:p>
      <w:pPr>
        <w:jc w:val="right"/>
      </w:pPr>
      <w:r>
        <w:t>بچپن میں کوئی بڑا کام آپ نہیں کر سکتے، بپے تو امیچور ہوتے ہیں۔</w:t>
      </w:r>
    </w:p>
    <w:p>
      <w:r>
        <w:rPr>
          <w:b/>
        </w:rPr>
        <w:t xml:space="preserve">[32:19] </w:t>
      </w:r>
      <w:r>
        <w:t>aap jawani mein poori maturity par hote hain, aap ab barhapay mein degeneration ho chuka hota hai.</w:t>
      </w:r>
    </w:p>
    <w:p>
      <w:pPr>
        <w:jc w:val="right"/>
      </w:pPr>
      <w:r>
        <w:t>آپ جوانی میں پوری میچورٹی پر ہوتے ہیں، آپ اب بڑھاپے میں ڈی جنریشن ہو چکا ہوتا ہے۔</w:t>
      </w:r>
    </w:p>
    <w:p>
      <w:r>
        <w:rPr>
          <w:b/>
        </w:rPr>
        <w:t xml:space="preserve">[32:26] </w:t>
      </w:r>
      <w:r>
        <w:t>to yeh jo behtareen umar hai, aap ki jo best part of our age hai, aap ki zindagi</w:t>
      </w:r>
    </w:p>
    <w:p>
      <w:pPr>
        <w:jc w:val="right"/>
      </w:pPr>
      <w:r>
        <w:t>تو یہ جو بہترین عمر ہے، آپ کی جو بیسٹ پارٹ آف اور ایج ہے، آپ کی زندگی</w:t>
      </w:r>
    </w:p>
    <w:p>
      <w:r>
        <w:rPr>
          <w:b/>
        </w:rPr>
        <w:t xml:space="preserve">[32:32] </w:t>
      </w:r>
      <w:r>
        <w:t>ke jo saal hain, un ka jo sab se acha achay saal hain, is mein agar aap ne</w:t>
      </w:r>
    </w:p>
    <w:p>
      <w:pPr>
        <w:jc w:val="right"/>
      </w:pPr>
      <w:r>
        <w:t>کے جو سال ہیں، ان کا جو سب سے اچھا اچھے سال ہیں، اس میں اگر آپ نے</w:t>
      </w:r>
    </w:p>
    <w:p>
      <w:r>
        <w:rPr>
          <w:b/>
        </w:rPr>
        <w:t xml:space="preserve">[32:39] </w:t>
      </w:r>
      <w:r>
        <w:t>Allah ka kaam kiya to zahir hai ke Allah ka bohat bara darja milega aap ko.</w:t>
      </w:r>
    </w:p>
    <w:p>
      <w:pPr>
        <w:jc w:val="right"/>
      </w:pPr>
      <w:r>
        <w:t>اللہ کا کام کیا تو ظاہر ہے کہ اللہ کا بہت بڑا درجہ ملے گا آپ کو۔</w:t>
      </w:r>
    </w:p>
    <w:p>
      <w:r>
        <w:rPr>
          <w:b/>
        </w:rPr>
        <w:t xml:space="preserve">[32:45] </w:t>
      </w:r>
      <w:r>
        <w:t>yeh yahi matlab hai is ka.</w:t>
      </w:r>
    </w:p>
    <w:p>
      <w:pPr>
        <w:jc w:val="right"/>
      </w:pPr>
      <w:r>
        <w:t>یہ یہی مطلب ہے اس کا۔</w:t>
      </w:r>
    </w:p>
    <w:p>
      <w:r>
        <w:rPr>
          <w:b/>
        </w:rPr>
        <w:t xml:space="preserve">[32:51] </w:t>
      </w:r>
      <w:r>
        <w:t>to jo best part hamari life ka hai, us ko hamein batana chahiye Allah ke kaam mein, Allah</w:t>
      </w:r>
    </w:p>
    <w:p>
      <w:pPr>
        <w:jc w:val="right"/>
      </w:pPr>
      <w:r>
        <w:t>تو جو بیسٹ پارٹ ہماری لائف کا ہے، اس کو ہمیں بتانا چاہیے اللہ کے کام میں، اللہ</w:t>
      </w:r>
    </w:p>
    <w:p>
      <w:r>
        <w:rPr>
          <w:b/>
        </w:rPr>
        <w:t xml:space="preserve">[32:58] </w:t>
      </w:r>
      <w:r>
        <w:t>ki marzi pe chalne mein, taake tab ziyada se ziyada reward wahan mile hamein.</w:t>
      </w:r>
    </w:p>
    <w:p>
      <w:pPr>
        <w:jc w:val="right"/>
      </w:pPr>
      <w:r>
        <w:t>کی مرضی پہ چلنے میں، تاکہ تب زیادہ سے زیادہ ریوارڈ وہاں ملے ہمیں۔</w:t>
      </w:r>
    </w:p>
    <w:p>
      <w:r>
        <w:rPr>
          <w:b/>
        </w:rPr>
        <w:t xml:space="preserve">[33:04] </w:t>
      </w:r>
      <w:r>
        <w:t>kyun ke na to bachpan mein aap koi bara kaam kar sakte, na barhapay mein kar sakte.</w:t>
      </w:r>
    </w:p>
    <w:p>
      <w:pPr>
        <w:jc w:val="right"/>
      </w:pPr>
      <w:r>
        <w:t>کیونکہ نہ تو بچپن میں آپ کوئی بڑا کام کر سکتے، نہ بڑھاپے میں کر سکتے۔</w:t>
      </w:r>
    </w:p>
    <w:p>
      <w:r>
        <w:rPr>
          <w:b/>
        </w:rPr>
        <w:t xml:space="preserve">[33:11] </w:t>
      </w:r>
      <w:r>
        <w:t>wahi to hai asal kaam karne ka zamana, bara kaam karne ka zamana.</w:t>
      </w:r>
    </w:p>
    <w:p>
      <w:pPr>
        <w:jc w:val="right"/>
      </w:pPr>
      <w:r>
        <w:t>وہی تو ہے اصل کام کرنے کا زمانہ، بڑا کام کرنے کا زمانہ۔</w:t>
      </w:r>
    </w:p>
    <w:p>
      <w:r>
        <w:rPr>
          <w:b/>
        </w:rPr>
        <w:t xml:space="preserve">[33:17] </w:t>
      </w:r>
      <w:r>
        <w:t>to is hadith ka matlab hai ke yeh jo Allah ne tum ko diya hai, zamana jawani wala,</w:t>
      </w:r>
    </w:p>
    <w:p>
      <w:pPr>
        <w:jc w:val="right"/>
      </w:pPr>
      <w:r>
        <w:t>تو اس حدیث کا مطلب ہے کہ یہ جو اللہ نے تم کو دیا ہے، زمانہ جوانی والا،</w:t>
      </w:r>
    </w:p>
    <w:p>
      <w:r>
        <w:rPr>
          <w:b/>
        </w:rPr>
        <w:t xml:space="preserve">[33:24] </w:t>
      </w:r>
      <w:r>
        <w:t>is mein ziyada se ziyada is ko istemal karo Allah ke Allah ke kaam mein, taake wahan ziyada</w:t>
      </w:r>
    </w:p>
    <w:p>
      <w:pPr>
        <w:jc w:val="right"/>
      </w:pPr>
      <w:r>
        <w:t>اس میں زیادہ سے زیادہ اس کو استعمال کرو اللہ کے اللہ کے کام میں، تاکہ وہاں زیادہ</w:t>
      </w:r>
    </w:p>
    <w:p>
      <w:r>
        <w:rPr>
          <w:b/>
        </w:rPr>
        <w:t xml:space="preserve">[33:30] </w:t>
      </w:r>
      <w:r>
        <w:t>se ziyada reward pao.</w:t>
      </w:r>
    </w:p>
    <w:p>
      <w:pPr>
        <w:jc w:val="right"/>
      </w:pPr>
      <w:r>
        <w:t>سے زیادہ ریوارڈ پاؤ۔</w:t>
      </w:r>
    </w:p>
    <w:p>
      <w:r>
        <w:rPr>
          <w:b/>
        </w:rPr>
        <w:t xml:space="preserve">[33:37] </w:t>
      </w:r>
      <w:r>
        <w:t>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p>
    <w:p>
      <w:pPr>
        <w:jc w:val="right"/>
      </w:pPr>
      <w:r>
        <w:t>مولانا، اگلا سوال مولانا اسرار عمری صاحب کا ہے تمل ناڈو سے۔ انہوں نے لکھا ہے: "Moulana, the news item with respect to Neil Armstrong's death said in one of the papers that he lived in the Cincinnati area with his wife Carol. We are heartbroken to share the news that Neil Armstrong has passed away.</w:t>
      </w:r>
    </w:p>
    <w:p>
      <w:r>
        <w:rPr>
          <w:b/>
        </w:rPr>
        <w:t xml:space="preserve">[34:03] </w:t>
      </w:r>
      <w:r>
        <w:t>The family said in their statement, 'Neil was our loving husband, father, grandfather, brother, and friend.'" Maulana sahib, in place of saying that God is our loving, it has been mentioned Neil was our loving. yahi har aadmi ka case kyun hai? kya matlab hua?</w:t>
      </w:r>
    </w:p>
    <w:p>
      <w:pPr>
        <w:jc w:val="right"/>
      </w:pPr>
      <w:r>
        <w:t>The family said in their statement, 'Neil was our loving husband, father, grandfather, brother, and friend. '" مولانا صاحب، in place of saying that God is our loving, it has been mentioned Neil was our loving. یہی ہر آدمی کا کیس کیوں ہے؟ کیا مطلب ہوا؟</w:t>
      </w:r>
    </w:p>
    <w:p>
      <w:r>
        <w:rPr>
          <w:b/>
        </w:rPr>
        <w:t xml:space="preserve">[34:25] </w:t>
      </w:r>
      <w:r>
        <w:t>Maulana, woh yeh poochna chah rahe hain ke jo news item mein likha tha ke Neil jo hamara ek loving husband, loving father, loving grandfather tha, he has passed away. to instead of saying ke Khuda hamara matlab mehboob hai, loving hai, us ki jagah mein likha hai ke Neil hamara loving hai. to yeh har ek insaan ka case hai, aisa aisa kyun hai?</w:t>
      </w:r>
    </w:p>
    <w:p>
      <w:pPr>
        <w:jc w:val="right"/>
      </w:pPr>
      <w:r>
        <w:t>مولانا، وہ یہ پوچھنا چاہ رہے ہیں کہ جو نیوز آئٹم میں لکھا تھا کہ Neil جو ہمارا ایک loving husband، loving father، loving grandfather تھا، he has passed away۔ تو instead of saying کہ خدا ہمارا مطلب محبوب ہے، loving ہے، اس کی جگہ میں لکھا ہے کہ Neil ہمارا loving ہے۔ تو یہ ہر ایک انسان کا کیس ہے، ایسا ایسا کیوں ہے؟</w:t>
      </w:r>
    </w:p>
    <w:p>
      <w:r>
        <w:rPr>
          <w:b/>
        </w:rPr>
        <w:t xml:space="preserve">[34:49] </w:t>
      </w:r>
      <w:r>
        <w:t>ab is ki wajah hai ke jo cheez Allah se mili hui hai, us ko woh Allah se</w:t>
      </w:r>
    </w:p>
    <w:p>
      <w:pPr>
        <w:jc w:val="right"/>
      </w:pPr>
      <w:r>
        <w:t>اب اس کی وجہ ہے کہ جو چیز اللہ سے ملی ہوئی ہے، اس کو وہ اللہ سے</w:t>
      </w:r>
    </w:p>
    <w:p>
      <w:r>
        <w:rPr>
          <w:b/>
        </w:rPr>
        <w:t xml:space="preserve">[34:55] </w:t>
      </w:r>
      <w:r>
        <w:t>attribute nahi kar pata.</w:t>
      </w:r>
    </w:p>
    <w:p>
      <w:pPr>
        <w:jc w:val="right"/>
      </w:pPr>
      <w:r>
        <w:t>attribute نہیں کر پاتا۔</w:t>
      </w:r>
    </w:p>
    <w:p>
      <w:r>
        <w:rPr>
          <w:b/>
        </w:rPr>
        <w:t xml:space="preserve">[35:01] </w:t>
      </w:r>
      <w:r>
        <w:t>ab dekhen, aik aadmi ka bachcha paida ho to maa aur baap isi mein gum ho jate hain.</w:t>
      </w:r>
    </w:p>
    <w:p>
      <w:pPr>
        <w:jc w:val="right"/>
      </w:pPr>
      <w:r>
        <w:t>اب دیکھیں، ایک آدمی کا بچہ پیدا ہو تو ماں اور باپ اسی میں گم ہو جاتے ہیں۔</w:t>
      </w:r>
    </w:p>
    <w:p>
      <w:r>
        <w:rPr>
          <w:b/>
        </w:rPr>
        <w:t xml:space="preserve">[35:07] </w:t>
      </w:r>
      <w:r>
        <w:t>kaun sochta hai ke Khuda ne paida kiya hai? main radio pe sunta hoon to aksar logon ke</w:t>
      </w:r>
    </w:p>
    <w:p>
      <w:pPr>
        <w:jc w:val="right"/>
      </w:pPr>
      <w:r>
        <w:t>کون سوچتا ہے کہ خدا نے پیدا کیا ہے؟ میں ریڈیو پہ سنتا ہوں تو اکثر لوگوں کے</w:t>
      </w:r>
    </w:p>
    <w:p>
      <w:r>
        <w:rPr>
          <w:b/>
        </w:rPr>
        <w:t xml:space="preserve">[35:13] </w:t>
      </w:r>
      <w:r>
        <w:t>is par aate rehte hain interview, to sab credit dete hain apne maa baap ko, apni family ko.</w:t>
      </w:r>
    </w:p>
    <w:p>
      <w:pPr>
        <w:jc w:val="right"/>
      </w:pPr>
      <w:r>
        <w:t>اس پر آتے رہتے ہیں انٹرویو، تو سب کریڈٹ دیتے ہیں اپنے ماں باپ کو، اپنی فیملی کو۔</w:t>
      </w:r>
    </w:p>
    <w:p>
      <w:r>
        <w:rPr>
          <w:b/>
        </w:rPr>
        <w:t xml:space="preserve">[35:20] </w:t>
      </w:r>
      <w:r>
        <w:t>abhi jo player jo jeet kar aaye hain, maine unko suna, unka sab ne kaha</w:t>
      </w:r>
    </w:p>
    <w:p>
      <w:pPr>
        <w:jc w:val="right"/>
      </w:pPr>
      <w:r>
        <w:t>ابھی جو پلیئر جو جیت کر آئے ہیں، میں نے ان کو سنا، ان کا سب نے کہا</w:t>
      </w:r>
    </w:p>
    <w:p>
      <w:r>
        <w:rPr>
          <w:b/>
        </w:rPr>
        <w:t xml:space="preserve">[35:26] </w:t>
      </w:r>
      <w:r>
        <w:t>ke hamare parents, hamare parents, hamari family to family ko dete hain.</w:t>
      </w:r>
    </w:p>
    <w:p>
      <w:pPr>
        <w:jc w:val="right"/>
      </w:pPr>
      <w:r>
        <w:t>کہ ہمارے پیرنٹس، ہمارے پیرنٹس، ہماری فیملی تو فیملی کو دیتے ہیں۔</w:t>
      </w:r>
    </w:p>
    <w:p>
      <w:r>
        <w:rPr>
          <w:b/>
        </w:rPr>
        <w:t xml:space="preserve">[35:32] </w:t>
      </w:r>
      <w:r>
        <w:t>yeh yeh nahi sochta ke yeh yeh yeh haath aur yeh paon kis ne paida kiya, yeh aankh</w:t>
      </w:r>
    </w:p>
    <w:p>
      <w:pPr>
        <w:jc w:val="right"/>
      </w:pPr>
      <w:r>
        <w:t>یہ یہ نہیں سوچتا کہ یہ یہ یہ ہاتھ اور یہ پاؤں کس نے پیدا کیا، یہ آنکھ</w:t>
      </w:r>
    </w:p>
    <w:p>
      <w:r>
        <w:rPr>
          <w:b/>
        </w:rPr>
        <w:t xml:space="preserve">[35:38] </w:t>
      </w:r>
      <w:r>
        <w:t>kis ne paida ki, yeh dimagh kis ne paida kiya, yeh koi sochta hi nahin.</w:t>
      </w:r>
    </w:p>
    <w:p>
      <w:pPr>
        <w:jc w:val="right"/>
      </w:pPr>
      <w:r>
        <w:t>کس نے پیدا کی، یہ دماغ کس نے پیدا کیا، یہ کوئی سوچتا ہی نہیں۔</w:t>
      </w:r>
    </w:p>
    <w:p>
      <w:r>
        <w:rPr>
          <w:b/>
        </w:rPr>
        <w:t xml:space="preserve">[35:44] </w:t>
      </w:r>
      <w:r>
        <w:t>to yeh ek soch chali hui hai, ise sab log soch rahe hain.</w:t>
      </w:r>
    </w:p>
    <w:p>
      <w:pPr>
        <w:jc w:val="right"/>
      </w:pPr>
      <w:r>
        <w:t>تو یہ ایک سوچ چلی ہوئی ہے، اسے سب لوگ سوچ رہے ہیں۔</w:t>
      </w:r>
    </w:p>
    <w:p>
      <w:r>
        <w:rPr>
          <w:b/>
        </w:rPr>
        <w:t xml:space="preserve">[35:51] </w:t>
      </w:r>
      <w:r>
        <w:t>alag se sochna yeh chali hui soch hai hazaron saal se ke log credit dete hain apne maa</w:t>
      </w:r>
    </w:p>
    <w:p>
      <w:pPr>
        <w:jc w:val="right"/>
      </w:pPr>
      <w:r>
        <w:t>الگ سے سوچنا یہ چلی ہوئی سوچ ہے ہزاروں سال سے کہ لوگ کریڈٹ دیتے ہیں اپنے ماں</w:t>
      </w:r>
    </w:p>
    <w:p>
      <w:r>
        <w:rPr>
          <w:b/>
        </w:rPr>
        <w:t xml:space="preserve">[35:57] </w:t>
      </w:r>
      <w:r>
        <w:t>baap ko, apni family ko.</w:t>
      </w:r>
    </w:p>
    <w:p>
      <w:pPr>
        <w:jc w:val="right"/>
      </w:pPr>
      <w:r>
        <w:t>باپ کو، اپنی فیملی کو۔</w:t>
      </w:r>
    </w:p>
    <w:p>
      <w:r>
        <w:rPr>
          <w:b/>
        </w:rPr>
        <w:t xml:space="preserve">[36:03] </w:t>
      </w:r>
      <w:r>
        <w:t>to woh chala aa raha hai ek soch, to is se apne ko alag kar ke sochna hai.</w:t>
      </w:r>
    </w:p>
    <w:p>
      <w:pPr>
        <w:jc w:val="right"/>
      </w:pPr>
      <w:r>
        <w:t>تو وہ چلا آ رہا ہے ایک سوچ، تو اس سے اپنے کو الگ کر کے سوچنا ہے۔</w:t>
      </w:r>
    </w:p>
    <w:p>
      <w:r>
        <w:rPr>
          <w:b/>
        </w:rPr>
        <w:t xml:space="preserve">[36:09] </w:t>
      </w:r>
      <w:r>
        <w:t>جو کہا میں کہا کرتا ہوں، اس کو detracted thinking، اپنے کو detracted، detracted کر کے سوچنا، یہ</w:t>
      </w:r>
    </w:p>
    <w:p>
      <w:pPr>
        <w:jc w:val="right"/>
      </w:pPr>
      <w:r>
        <w:t>جو کہا میں کہا کرتا ہوں، اس کو ڈیٹریکٹ تھنکنگ، اپنے کو ڈیٹریکٹ، ڈیٹریکٹ کر کے سوچنا، یہ</w:t>
      </w:r>
    </w:p>
    <w:p>
      <w:r>
        <w:rPr>
          <w:b/>
        </w:rPr>
        <w:t xml:space="preserve">[36:15] </w:t>
      </w:r>
      <w:r>
        <w:t>logon mein hota nahin hai ke is ke liye bohat zyada yaani bedar zehan darkar hai.</w:t>
      </w:r>
    </w:p>
    <w:p>
      <w:pPr>
        <w:jc w:val="right"/>
      </w:pPr>
      <w:r>
        <w:t>لوگوں میں ہوتا نہیں ہے کہ اس کے لیے بہت زیادہ یعنی بیدار ذہن درکار ہے۔</w:t>
      </w:r>
    </w:p>
    <w:p>
      <w:r>
        <w:rPr>
          <w:b/>
        </w:rPr>
        <w:t xml:space="preserve">[36:22] </w:t>
      </w:r>
      <w:r>
        <w:t>to yeh is yeh rawaji soch hai jo woh reporting jo hui hai, woh rawaji soch hai, woh</w:t>
      </w:r>
    </w:p>
    <w:p>
      <w:pPr>
        <w:jc w:val="right"/>
      </w:pPr>
      <w:r>
        <w:t>تو یہ اس یہ رواجی سوچ ہے جو وہ رپورٹنگ جو ہوئی ہے، وہ رواجی سوچ ہے، وہ</w:t>
      </w:r>
    </w:p>
    <w:p>
      <w:r>
        <w:rPr>
          <w:b/>
        </w:rPr>
        <w:t xml:space="preserve">[36:28] </w:t>
      </w:r>
      <w:r>
        <w:t>creative soch nahin hai.</w:t>
      </w:r>
    </w:p>
    <w:p>
      <w:pPr>
        <w:jc w:val="right"/>
      </w:pPr>
      <w:r>
        <w:t>کریٹیو سوچ نہیں ہے۔</w:t>
      </w:r>
    </w:p>
    <w:p>
      <w:r>
        <w:rPr>
          <w:b/>
        </w:rPr>
        <w:t xml:space="preserve">[36:34] </w:t>
      </w:r>
      <w:r>
        <w:t>yaad rakhiye, mazhab jo hai, woh creatives ke liye hai, woh rawaji soch walon ke liye nahin hai.</w:t>
      </w:r>
    </w:p>
    <w:p>
      <w:pPr>
        <w:jc w:val="right"/>
      </w:pPr>
      <w:r>
        <w:t>یاد رکھیے، مذہب جو ہے، وہ کریٹیوز کے لیے ہے، وہ رواجی سوچ والوں کے لیے نہیں ہے۔</w:t>
      </w:r>
    </w:p>
    <w:p>
      <w:r>
        <w:rPr>
          <w:b/>
        </w:rPr>
        <w:t xml:space="preserve">[36:40] </w:t>
      </w:r>
      <w:r>
        <w:t>beshtar insaan jo hai, woh chalte hain riwaj par.</w:t>
      </w:r>
    </w:p>
    <w:p>
      <w:pPr>
        <w:jc w:val="right"/>
      </w:pPr>
      <w:r>
        <w:t>بیشتر انسان جو ہے، وہ چلتے ہیں رواج پر۔</w:t>
      </w:r>
    </w:p>
    <w:p>
      <w:r>
        <w:rPr>
          <w:b/>
        </w:rPr>
        <w:t xml:space="preserve">[36:46] </w:t>
      </w:r>
      <w:r>
        <w:t>ba alfana alaih o awana jo chala aa raha hai, bas wahi pakad liya.</w:t>
      </w:r>
    </w:p>
    <w:p>
      <w:pPr>
        <w:jc w:val="right"/>
      </w:pPr>
      <w:r>
        <w:t>با الفان علیہ اوانا جو چلا آ رہا ہے، بس وہی پکڑ لیا۔</w:t>
      </w:r>
    </w:p>
    <w:p>
      <w:r>
        <w:rPr>
          <w:b/>
        </w:rPr>
        <w:t xml:space="preserve">[36:53] </w:t>
      </w:r>
      <w:r>
        <w:t>to creative thinking jis ke andar hoti hai na, woh sochta hai alag ho kar ke, apni aqal</w:t>
      </w:r>
    </w:p>
    <w:p>
      <w:pPr>
        <w:jc w:val="right"/>
      </w:pPr>
      <w:r>
        <w:t>تو کریٹیو تھنکنگ جس کے اندر ہوتی ہے نا، وہ سوچتا ہے الگ ہو کر کے، اپنی عقل</w:t>
      </w:r>
    </w:p>
    <w:p>
      <w:r>
        <w:rPr>
          <w:b/>
        </w:rPr>
        <w:t xml:space="preserve">[36:59] </w:t>
      </w:r>
      <w:r>
        <w:t>se judge karta hai, aur phir jo sahi hai, us ko leta hai.</w:t>
      </w:r>
    </w:p>
    <w:p>
      <w:pPr>
        <w:jc w:val="right"/>
      </w:pPr>
      <w:r>
        <w:t>سے جج کرتا ہے، اور پھر جو صحیح ہے، اس کو لیتا ہے۔</w:t>
      </w:r>
    </w:p>
    <w:p>
      <w:r>
        <w:rPr>
          <w:b/>
        </w:rPr>
        <w:t xml:space="preserve">[37:05] </w:t>
      </w:r>
      <w:r>
        <w:t>to hum ko yeh bhi yaani jaanna chahiye ke logon ko to creative paida kiya, creative thinking paida kijiye.</w:t>
      </w:r>
    </w:p>
    <w:p>
      <w:pPr>
        <w:jc w:val="right"/>
      </w:pPr>
      <w:r>
        <w:t>تو ہم کو یہ بھی یعنی جاننا چاہیے کہ لوگوں کو تو کریٹیو پیدا کیا، کریٹیو تھنکنگ پیدا کیجئے۔</w:t>
      </w:r>
    </w:p>
    <w:p>
      <w:r>
        <w:rPr>
          <w:b/>
        </w:rPr>
        <w:t xml:space="preserve">[37:11] </w:t>
      </w:r>
      <w:r>
        <w:t>jab tak creative thinking nahin aayegi, log deen ki aur mazhab ki value ko nahin samjhenge.</w:t>
      </w:r>
    </w:p>
    <w:p>
      <w:pPr>
        <w:jc w:val="right"/>
      </w:pPr>
      <w:r>
        <w:t>جب تک کریٹیو تھنکنگ نہیں آئے گی، لوگ دین کی اور مذہب کی ویلیو کو نہیں سمجھیں گے۔</w:t>
      </w:r>
    </w:p>
    <w:p>
      <w:r>
        <w:rPr>
          <w:b/>
        </w:rPr>
        <w:t xml:space="preserve">[37:18] </w:t>
      </w:r>
      <w:r>
        <w:t>maulana, agla sawal raipur se hai.</w:t>
      </w:r>
    </w:p>
    <w:p>
      <w:pPr>
        <w:jc w:val="right"/>
      </w:pPr>
      <w:r>
        <w:t>مولانا، اگلا سوال رائے پور سے ہے۔</w:t>
      </w:r>
    </w:p>
    <w:p>
      <w:r>
        <w:rPr>
          <w:b/>
        </w:rPr>
        <w:t xml:space="preserve">[37:23] </w:t>
      </w:r>
      <w:r>
        <w:t>idrees sahab ne poocha hai, unhon ne likha hai: "maut lazzat ko dha dene wali hai." I was</w:t>
      </w:r>
    </w:p>
    <w:p>
      <w:pPr>
        <w:jc w:val="right"/>
      </w:pPr>
      <w:r>
        <w:t>ادریس صاحب نے پوچھا ہے، انہوں نے لکھا ہے: "موت لذت کو ڈھا دینے والی ہے۔" I was</w:t>
      </w:r>
    </w:p>
    <w:p>
      <w:r>
        <w:rPr>
          <w:b/>
        </w:rPr>
        <w:t xml:space="preserve">[37:29] </w:t>
      </w:r>
      <w:r>
        <w:t>aware of this hadith, but today's explanation gave deeper meaning to it, and it worked as an eye-opener.</w:t>
      </w:r>
    </w:p>
    <w:p>
      <w:pPr>
        <w:jc w:val="right"/>
      </w:pPr>
      <w:r>
        <w:t>aware of this hadith, but today's explanation gave deeper meaning to it, and it worked as an eye-opener.</w:t>
      </w:r>
    </w:p>
    <w:p>
      <w:r>
        <w:rPr>
          <w:b/>
        </w:rPr>
        <w:t xml:space="preserve">[37:35] </w:t>
      </w:r>
      <w:r>
        <w:t>maulana sahab, but my question is, when we attend these Sunday classes, we experience many such eye-opening events,</w:t>
      </w:r>
    </w:p>
    <w:p>
      <w:pPr>
        <w:jc w:val="right"/>
      </w:pPr>
      <w:r>
        <w:t>مولانا صاحب، but my question is, when we attend these Sunday classes, we experience many such eye-opening events,</w:t>
      </w:r>
    </w:p>
    <w:p>
      <w:r>
        <w:rPr>
          <w:b/>
        </w:rPr>
        <w:t xml:space="preserve">[37:41] </w:t>
      </w:r>
      <w:r>
        <w:t>and it brings thrill and change in mindset.</w:t>
      </w:r>
    </w:p>
    <w:p>
      <w:pPr>
        <w:jc w:val="right"/>
      </w:pPr>
      <w:r>
        <w:t>and it brings thrill and change in mindset.</w:t>
      </w:r>
    </w:p>
    <w:p>
      <w:r>
        <w:rPr>
          <w:b/>
        </w:rPr>
        <w:t xml:space="preserve">[37:47] </w:t>
      </w:r>
      <w:r>
        <w:t>but after some days, the intensity of the thrill gets diluted, and slowly we tend to drift back</w:t>
      </w:r>
    </w:p>
    <w:p>
      <w:pPr>
        <w:jc w:val="right"/>
      </w:pPr>
      <w:r>
        <w:t>But after some days, the intensity of the thrill gets diluted, and slowly we tend to drift back</w:t>
      </w:r>
    </w:p>
    <w:p>
      <w:r>
        <w:rPr>
          <w:b/>
        </w:rPr>
        <w:t xml:space="preserve">[37:53] </w:t>
      </w:r>
      <w:r>
        <w:t>to usual mindset.</w:t>
      </w:r>
    </w:p>
    <w:p>
      <w:pPr>
        <w:jc w:val="right"/>
      </w:pPr>
      <w:r>
        <w:t>to usual mindset.</w:t>
      </w:r>
    </w:p>
    <w:p>
      <w:r>
        <w:rPr>
          <w:b/>
        </w:rPr>
        <w:t xml:space="preserve">[37:59] </w:t>
      </w:r>
      <w:r>
        <w:t>It seems permanent change in mindset is a very slow process.</w:t>
      </w:r>
    </w:p>
    <w:p>
      <w:pPr>
        <w:jc w:val="right"/>
      </w:pPr>
      <w:r>
        <w:t>It seems permanent change in mindset is a very slow process.</w:t>
      </w:r>
    </w:p>
    <w:p>
      <w:r>
        <w:rPr>
          <w:b/>
        </w:rPr>
        <w:t xml:space="preserve">[38:05] </w:t>
      </w:r>
      <w:r>
        <w:t>Why does this happen, and is it possible to stop this drifting backwards? Kindly comment.</w:t>
      </w:r>
    </w:p>
    <w:p>
      <w:pPr>
        <w:jc w:val="right"/>
      </w:pPr>
      <w:r>
        <w:t>Why does this happen, and is it possible to stop this drifting backwards? Kindly comment.</w:t>
      </w:r>
    </w:p>
    <w:p>
      <w:r>
        <w:rPr>
          <w:b/>
        </w:rPr>
        <w:t xml:space="preserve">[38:13] </w:t>
      </w:r>
      <w:r>
        <w:t>daikhen, bohat hi aasan hai, bohat aasan hai.</w:t>
      </w:r>
    </w:p>
    <w:p>
      <w:pPr>
        <w:jc w:val="right"/>
      </w:pPr>
      <w:r>
        <w:t>دیکھیں، بہت ہی آسان ہے، بہت آسان ہے۔</w:t>
      </w:r>
    </w:p>
    <w:p>
      <w:r>
        <w:rPr>
          <w:b/>
        </w:rPr>
        <w:t xml:space="preserve">[38:18] </w:t>
      </w:r>
      <w:r>
        <w:t>aik maa baap jinka bachcha paida ho, woh baar baar us ko daikhte hain, baar baar us</w:t>
      </w:r>
    </w:p>
    <w:p>
      <w:pPr>
        <w:jc w:val="right"/>
      </w:pPr>
      <w:r>
        <w:t>ایک ماں باپ جن کا بچہ پیدا ہو، وہ بار بار اس کو دیکھتے ہیں، بار بار اس</w:t>
      </w:r>
    </w:p>
    <w:p>
      <w:r>
        <w:rPr>
          <w:b/>
        </w:rPr>
        <w:t xml:space="preserve">[38:24] </w:t>
      </w:r>
      <w:r>
        <w:t>se pyar karte hain, baar baar us ko yani chhoote hain, kiss karte hain.</w:t>
      </w:r>
    </w:p>
    <w:p>
      <w:pPr>
        <w:jc w:val="right"/>
      </w:pPr>
      <w:r>
        <w:t>سے پیار کرتے ہیں، بار بار اس کو یعنی چھوتے ہیں، کس کرتے ہیں۔</w:t>
      </w:r>
    </w:p>
    <w:p>
      <w:r>
        <w:rPr>
          <w:b/>
        </w:rPr>
        <w:t xml:space="preserve">[38:30] </w:t>
      </w:r>
      <w:r>
        <w:t>to yeh baar baar jo karte hain, is se woh lo jo hai, baqi rehti hai.</w:t>
      </w:r>
    </w:p>
    <w:p>
      <w:pPr>
        <w:jc w:val="right"/>
      </w:pPr>
      <w:r>
        <w:t>تو یہ بار بار جو کرتے ہیں، اس سے وہ لو جو ہے، باقی رہتی ہے۔</w:t>
      </w:r>
    </w:p>
    <w:p>
      <w:r>
        <w:rPr>
          <w:b/>
        </w:rPr>
        <w:t xml:space="preserve">[38:36] </w:t>
      </w:r>
      <w:r>
        <w:t>agar ab maa baap aisa na karein to bachcha alag ho jaye, maa baap alag ho jayenge,</w:t>
      </w:r>
    </w:p>
    <w:p>
      <w:pPr>
        <w:jc w:val="right"/>
      </w:pPr>
      <w:r>
        <w:t>اگر اب ماں باپ ایسا نہ کریں تو بچہ الگ ہو جائے، ماں باپ الگ ہو جائیں گے،</w:t>
      </w:r>
    </w:p>
    <w:p>
      <w:r>
        <w:rPr>
          <w:b/>
        </w:rPr>
        <w:t xml:space="preserve">[38:41] </w:t>
      </w:r>
      <w:r>
        <w:t>phir koi ta'alluq nahi rahega.</w:t>
      </w:r>
    </w:p>
    <w:p>
      <w:pPr>
        <w:jc w:val="right"/>
      </w:pPr>
      <w:r>
        <w:t>پھر کوئی تعلق نہیں رہے گا۔</w:t>
      </w:r>
    </w:p>
    <w:p>
      <w:r>
        <w:rPr>
          <w:b/>
        </w:rPr>
        <w:t xml:space="preserve">[38:47] </w:t>
      </w:r>
      <w:r>
        <w:t>to aap jo sunte hain sunday class mein, us ko repeat kijiye, phir suniye, phir suniye.</w:t>
      </w:r>
    </w:p>
    <w:p>
      <w:pPr>
        <w:jc w:val="right"/>
      </w:pPr>
      <w:r>
        <w:t>تو آپ جو سنتے ہیں سنڈے کلاس میں، اس کو ریپیٹ کیجئے، پھر سنیے، پھر سنیے۔</w:t>
      </w:r>
    </w:p>
    <w:p>
      <w:r>
        <w:rPr>
          <w:b/>
        </w:rPr>
        <w:t xml:space="preserve">[38:53] </w:t>
      </w:r>
      <w:r>
        <w:t>kyunke yeh to aap jante hain ke us ko aap download load kar ke dobara sun sakte hain.</w:t>
      </w:r>
    </w:p>
    <w:p>
      <w:pPr>
        <w:jc w:val="right"/>
      </w:pPr>
      <w:r>
        <w:t>کیونکہ یہ تو آپ جانتے ہیں کہ اس کو آپ ڈاؤن لوڈ لوڈ کر کے دوبارہ سن سکتے ہیں۔</w:t>
      </w:r>
    </w:p>
    <w:p>
      <w:r>
        <w:rPr>
          <w:b/>
        </w:rPr>
        <w:t xml:space="preserve">[38:59] </w:t>
      </w:r>
      <w:r>
        <w:t>aik hi baar sun kar ke aap koi chhod dete hain is ko.</w:t>
      </w:r>
    </w:p>
    <w:p>
      <w:pPr>
        <w:jc w:val="right"/>
      </w:pPr>
      <w:r>
        <w:t>ایک ہی بار سن کر کے آپ کوئی چھوڑ دیتے ہیں اس کو۔</w:t>
      </w:r>
    </w:p>
    <w:p>
      <w:r>
        <w:rPr>
          <w:b/>
        </w:rPr>
        <w:t xml:space="preserve">[39:04] </w:t>
      </w:r>
      <w:r>
        <w:t>jis tarah aap apne bachche ko baar baar dekh kar khush hote hain, baar baar us ko pyar</w:t>
      </w:r>
    </w:p>
    <w:p>
      <w:pPr>
        <w:jc w:val="right"/>
      </w:pPr>
      <w:r>
        <w:t>جس طرح آپ اپنے بچے کو بار بار دیکھ کر خوش ہوتے ہیں، بار بار اس کو پیار</w:t>
      </w:r>
    </w:p>
    <w:p>
      <w:r>
        <w:rPr>
          <w:b/>
        </w:rPr>
        <w:t xml:space="preserve">[39:10] </w:t>
      </w:r>
      <w:r>
        <w:t>kar ke khush hote hain, aur is tarah se is mohabbat ko continue rakhte hain.</w:t>
      </w:r>
    </w:p>
    <w:p>
      <w:pPr>
        <w:jc w:val="right"/>
      </w:pPr>
      <w:r>
        <w:t>کر کے خوش ہوتے ہیں، اور اس طرح سے اس محبت کو کنٹینیو رکھتے ہیں۔</w:t>
      </w:r>
    </w:p>
    <w:p>
      <w:r>
        <w:rPr>
          <w:b/>
        </w:rPr>
        <w:t xml:space="preserve">[39:16] </w:t>
      </w:r>
      <w:r>
        <w:t>is tarah se aap is ko bhi kijiye, baar baar dekhiye, baar baar suniye, is par charcha kijiye.</w:t>
      </w:r>
    </w:p>
    <w:p>
      <w:pPr>
        <w:jc w:val="right"/>
      </w:pPr>
      <w:r>
        <w:t>اس طرح سے آپ اس کو بھی کیجئے، بار بار دیکھیے، بار بار سنیے، اس پر چرچا کیجئے۔</w:t>
      </w:r>
    </w:p>
    <w:p>
      <w:r>
        <w:rPr>
          <w:b/>
        </w:rPr>
        <w:t xml:space="preserve">[39:22] </w:t>
      </w:r>
      <w:r>
        <w:t>meri rai yahi hai ke jo log bhi sunday class mein aate hain, agar sirf aik baar aaye</w:t>
      </w:r>
    </w:p>
    <w:p>
      <w:pPr>
        <w:jc w:val="right"/>
      </w:pPr>
      <w:r>
        <w:t>میری رائے یہی ہے کہ جو لوگ بھی سنڈے کلاس میں آتے ہیں، اگر صرف ایک بار آئے</w:t>
      </w:r>
    </w:p>
    <w:p>
      <w:r>
        <w:rPr>
          <w:b/>
        </w:rPr>
        <w:t xml:space="preserve">[39:27] </w:t>
      </w:r>
      <w:r>
        <w:t>aur aik baar sun liya to is se un ko bohat kam faida hoga.</w:t>
      </w:r>
    </w:p>
    <w:p>
      <w:pPr>
        <w:jc w:val="right"/>
      </w:pPr>
      <w:r>
        <w:t>اور ایک بار سن لیا تو اس سے ان کو بہت کم فائدہ ہوگا۔</w:t>
      </w:r>
    </w:p>
    <w:p>
      <w:r>
        <w:rPr>
          <w:b/>
        </w:rPr>
        <w:t xml:space="preserve">[39:33] </w:t>
      </w:r>
      <w:r>
        <w:t>jis ko zyada faida lena hai, zaroori hai ke woh download kar ke dobara sune, dobara sune, dobara sune.</w:t>
      </w:r>
    </w:p>
    <w:p>
      <w:pPr>
        <w:jc w:val="right"/>
      </w:pPr>
      <w:r>
        <w:t>جس کو زیادہ فائدہ لینا ہے، ضروری ہے کہ وہ ڈاؤن لوڈ کر کے دوبارہ سنے، دوبارہ سنے، دوبارہ سنے۔</w:t>
      </w:r>
    </w:p>
    <w:p>
      <w:r>
        <w:rPr>
          <w:b/>
        </w:rPr>
        <w:t xml:space="preserve">[39:39] </w:t>
      </w:r>
      <w:r>
        <w:t>tabhi poora faida mil sakta hai is ka.</w:t>
      </w:r>
    </w:p>
    <w:p>
      <w:pPr>
        <w:jc w:val="right"/>
      </w:pPr>
      <w:r>
        <w:t>تبھی پورا فائدہ مل سکتا ہے اس کا۔</w:t>
      </w:r>
    </w:p>
    <w:p>
      <w:r>
        <w:rPr>
          <w:b/>
        </w:rPr>
        <w:t xml:space="preserve">[39:45] </w:t>
      </w:r>
      <w:r>
        <w:t>Maulana, agla sawal Delhi se hai. Shah Imran Hasan sahib ka, unhon ne likha hai: "Maulana sahib, kaha jata hai ke mazhab insaan ke liye banaya gaya hai, insaan mazhab ke liye nahi." please is is comment ke bare mein bataein.</w:t>
      </w:r>
    </w:p>
    <w:p>
      <w:pPr>
        <w:jc w:val="right"/>
      </w:pPr>
      <w:r>
        <w:t>مولانا، اگلا سوال دلی سے ہے۔ شاہ عمران حسن صاحب کا، انہوں نے لکھا ہے: "مولانا صاحب، کہا جاتا ہے کہ مذہب انسان کے لیے بنایا گیا ہے، انسان مذہب کے لیے نہیں۔" پلیز اس اس کمنٹ کے بارے میں بتائیں۔</w:t>
      </w:r>
    </w:p>
    <w:p>
      <w:r>
        <w:rPr>
          <w:b/>
        </w:rPr>
        <w:t xml:space="preserve">[40:04] </w:t>
      </w:r>
      <w:r>
        <w:t>yeh comment to aik aik lafzi takbandi hai.</w:t>
      </w:r>
    </w:p>
    <w:p>
      <w:pPr>
        <w:jc w:val="right"/>
      </w:pPr>
      <w:r>
        <w:t>یہ کمنٹ تو ایک ایک لفظی تک بندی ہے۔</w:t>
      </w:r>
    </w:p>
    <w:p>
      <w:r>
        <w:rPr>
          <w:b/>
        </w:rPr>
        <w:t xml:space="preserve">[40:10] </w:t>
      </w:r>
      <w:r>
        <w:t>aise jo intellectuals hote hain, woh aisi comment kiya karte hain? yeh is ki koi ma'ani nahi.</w:t>
      </w:r>
    </w:p>
    <w:p>
      <w:pPr>
        <w:jc w:val="right"/>
      </w:pPr>
      <w:r>
        <w:t>ایسے جو انٹلیکچولز ہوتے ہیں، وہ ایسی کمنٹ کیا کرتے ہیں؟ یہ اس کی کوئی معنی نہیں۔</w:t>
      </w:r>
    </w:p>
    <w:p>
      <w:r>
        <w:rPr>
          <w:b/>
        </w:rPr>
        <w:t xml:space="preserve">[40:16] </w:t>
      </w:r>
      <w:r>
        <w:t>matlab, main jaanta hoon is call ko, aaj tak mujhe samajh nahi aayi ke kya matlab hai is call ka.</w:t>
      </w:r>
    </w:p>
    <w:p>
      <w:pPr>
        <w:jc w:val="right"/>
      </w:pPr>
      <w:r>
        <w:t>مطلب، میں جانتا ہوں اس کال کو، آج تک مجھے سمجھ نہیں آئی کہ کیا مطلب ہے اس کال کا۔</w:t>
      </w:r>
    </w:p>
    <w:p>
      <w:r>
        <w:rPr>
          <w:b/>
        </w:rPr>
        <w:t xml:space="preserve">[40:23] </w:t>
      </w:r>
      <w:r>
        <w:t>jis ne banaya hoga, woh milta to main us se poochta ke bhai kya matlab hai is ka?</w:t>
      </w:r>
    </w:p>
    <w:p>
      <w:pPr>
        <w:jc w:val="right"/>
      </w:pPr>
      <w:r>
        <w:t>جس نے بنایا ہوگا، وہ ملتا تو میں اس سے پوچھتا کہ بھئی کیا مطلب ہے اس کا؟</w:t>
      </w:r>
    </w:p>
    <w:p>
      <w:r>
        <w:rPr>
          <w:b/>
        </w:rPr>
        <w:t xml:space="preserve">[40:29] </w:t>
      </w:r>
      <w:r>
        <w:t>koi is ka matlab nahi hai, sirf takbandi hai is ko aur kuch nahi.</w:t>
      </w:r>
    </w:p>
    <w:p>
      <w:pPr>
        <w:jc w:val="right"/>
      </w:pPr>
      <w:r>
        <w:t>کوئی اس کا مطلب نہیں ہے، صرف تک بندی ہے اس کو اور کچھ نہیں۔</w:t>
      </w:r>
    </w:p>
    <w:p>
      <w:r>
        <w:rPr>
          <w:b/>
        </w:rPr>
        <w:t xml:space="preserve">[40:36] </w:t>
      </w:r>
      <w:r>
        <w:t>Maulana, agla sawal Delhi se hai. Muhammad Tauseef Qasmi sahib ka, unhon ne likha hai: "Muslim rehnuma millat ki pasti ki shikayat karte hain." woh kehte hain ke Muslim. kya millat ki? pasti. pasti. kaise? pasti. zawaal. zawaal. zawaal. past hona. zawaal. ji. kya lafz bolein?</w:t>
      </w:r>
    </w:p>
    <w:p>
      <w:pPr>
        <w:jc w:val="right"/>
      </w:pPr>
      <w:r>
        <w:t>مولانا، اگلا سوال دلی سے ہے۔ محمد توصیف قاسمی صاحب کا، انہوں نے لکھا ہے: "مسلم رہنما ملت کی پستی کی شکایت کرتے ہیں۔" وہ کہتے ہیں کہ مسلم۔ کیا ملت کی؟ پستی۔ پستی۔ کیسے؟ پستی۔ زوال۔ زوال۔ زوال۔ پست ہونا۔ زوال۔ جی۔ کیا لفظ بولیں؟</w:t>
      </w:r>
    </w:p>
    <w:p>
      <w:r>
        <w:rPr>
          <w:b/>
        </w:rPr>
        <w:t xml:space="preserve">[41:03] </w:t>
      </w:r>
      <w:r>
        <w:t>Pasti. Muslim rehnuma millat ki pasti ki shikayat. kya main samajh nahi? kya lafz? past hona. pasti, pasti. main samajh nahi pa raha woh kya lafz hai. zawaal. pesheen the yeh. hain? pesheen the yeh. chaliye, khair se padhiye.</w:t>
      </w:r>
    </w:p>
    <w:p>
      <w:pPr>
        <w:jc w:val="right"/>
      </w:pPr>
      <w:r>
        <w:t>پستی۔ مسلم رہنما ملت کی پستی کی شکایت۔ کیا میں سمجھ نہیں؟ کیا لفظ؟ پست ہونا۔ پستی، پستی۔ میں سمجھ نہیں پا رہا وہ کیا لفظ ہے۔ زوال۔ پیشین تھے یہ۔ ہیں؟ پیشین تھے یہ۔ چلیے، خیر سے پڑھیے۔</w:t>
      </w:r>
    </w:p>
    <w:p>
      <w:r>
        <w:rPr>
          <w:b/>
        </w:rPr>
        <w:t xml:space="preserve">[41:22] </w:t>
      </w:r>
      <w:r>
        <w:t>Muslim rehnuma millat ki pasti ki shikayat karte hain. woh kehte hain ke Musalman taraqqi ke maidan mein bohat peechay hain. main yeh jaanna chahta hoon ke taraqqi ka matlab kya hai?</w:t>
      </w:r>
    </w:p>
    <w:p>
      <w:pPr>
        <w:jc w:val="right"/>
      </w:pPr>
      <w:r>
        <w:t>مسلم رہنما ملت کی پستی کی شکایت کرتے ہیں۔ وہ کہتے ہیں کہ مسلمان ترقی کے میدان میں بہت پیچھے ہیں۔ میں یہ جاننا چاہتا ہوں کہ ترقی کا مطلب کیا ہے؟</w:t>
      </w:r>
    </w:p>
    <w:p>
      <w:r>
        <w:rPr>
          <w:b/>
        </w:rPr>
        <w:t xml:space="preserve">[41:40] </w:t>
      </w:r>
      <w:r>
        <w:t>woh unhi se poochiye jo aisa kehte hain.</w:t>
      </w:r>
    </w:p>
    <w:p>
      <w:pPr>
        <w:jc w:val="right"/>
      </w:pPr>
      <w:r>
        <w:t>وہ انہی سے پوچھیے جو ایسا کہتے ہیں۔</w:t>
      </w:r>
    </w:p>
    <w:p>
      <w:r>
        <w:rPr>
          <w:b/>
        </w:rPr>
        <w:t xml:space="preserve">[41:45] </w:t>
      </w:r>
      <w:r>
        <w:t>mujhe mat kehta nahi aisa.</w:t>
      </w:r>
    </w:p>
    <w:p>
      <w:pPr>
        <w:jc w:val="right"/>
      </w:pPr>
      <w:r>
        <w:t>مجھے مت کہتا نہیں ایسا۔</w:t>
      </w:r>
    </w:p>
    <w:p>
      <w:r>
        <w:rPr>
          <w:b/>
        </w:rPr>
        <w:t xml:space="preserve">[41:51] </w:t>
      </w:r>
      <w:r>
        <w:t>mat kehta hoon ke musalman jo hai soch mein peechhe hain.</w:t>
      </w:r>
    </w:p>
    <w:p>
      <w:pPr>
        <w:jc w:val="right"/>
      </w:pPr>
      <w:r>
        <w:t>مت کہتا ہوں کہ مسلمان جو ہے سوچ میں پیچھے ہیں۔</w:t>
      </w:r>
    </w:p>
    <w:p>
      <w:r>
        <w:rPr>
          <w:b/>
        </w:rPr>
        <w:t xml:space="preserve">[41:56] </w:t>
      </w:r>
      <w:r>
        <w:t>mera jo kehna hai woh hai ke musalman soch mein peechay hain.</w:t>
      </w:r>
    </w:p>
    <w:p>
      <w:pPr>
        <w:jc w:val="right"/>
      </w:pPr>
      <w:r>
        <w:t>میرا جو کہنا ہے وہ ہے کہ مسلمان سوچ میں پیچھے ہیں۔</w:t>
      </w:r>
    </w:p>
    <w:p>
      <w:r>
        <w:rPr>
          <w:b/>
        </w:rPr>
        <w:t xml:space="preserve">[42:02] </w:t>
      </w:r>
      <w:r>
        <w:t>mera kehna yeh hai ke musalmanon ka case intellectual backwardness ka case hai.</w:t>
      </w:r>
    </w:p>
    <w:p>
      <w:pPr>
        <w:jc w:val="right"/>
      </w:pPr>
      <w:r>
        <w:t>میرا کہنا یہ ہے کہ مسلمانوں کا کیس انٹلیکچول بیکورڈس کا کیس ہے۔</w:t>
      </w:r>
    </w:p>
    <w:p>
      <w:r>
        <w:rPr>
          <w:b/>
        </w:rPr>
        <w:t xml:space="preserve">[42:07] </w:t>
      </w:r>
      <w:r>
        <w:t>tarraqi mein peechay yeh bhai meri boli nahi hai.</w:t>
      </w:r>
    </w:p>
    <w:p>
      <w:pPr>
        <w:jc w:val="right"/>
      </w:pPr>
      <w:r>
        <w:t>ترقی میں پیچھے یہ بھئی میری بولی نہیں ہے۔</w:t>
      </w:r>
    </w:p>
    <w:p>
      <w:r>
        <w:rPr>
          <w:b/>
        </w:rPr>
        <w:t xml:space="preserve">[42:13] </w:t>
      </w:r>
      <w:r>
        <w:t>musalmanon ka case intellectual backwardness ka case hai.</w:t>
      </w:r>
    </w:p>
    <w:p>
      <w:pPr>
        <w:jc w:val="right"/>
      </w:pPr>
      <w:r>
        <w:t>مسلمانوں کا کیس انٹلیکچول بیکورڈس کا کیس ہے۔</w:t>
      </w:r>
    </w:p>
    <w:p>
      <w:r>
        <w:rPr>
          <w:b/>
        </w:rPr>
        <w:t xml:space="preserve">[42:18] </w:t>
      </w:r>
      <w:r>
        <w:t>yani fikri tanazzul.</w:t>
      </w:r>
    </w:p>
    <w:p>
      <w:pPr>
        <w:jc w:val="right"/>
      </w:pPr>
      <w:r>
        <w:t>یعنی فکری تنزل۔</w:t>
      </w:r>
    </w:p>
    <w:p>
      <w:r>
        <w:rPr>
          <w:b/>
        </w:rPr>
        <w:t xml:space="preserve">[42:24] </w:t>
      </w:r>
      <w:r>
        <w:t>toh baqi jo jo log kehte hain, unhi se poochien, woh bataien ge kaam.</w:t>
      </w:r>
    </w:p>
    <w:p>
      <w:pPr>
        <w:jc w:val="right"/>
      </w:pPr>
      <w:r>
        <w:t>تو باقی جو جو لوگ کہتے ہیں، انہی سے پوچھیں، وہ بتائیں گے کام۔</w:t>
      </w:r>
    </w:p>
    <w:p>
      <w:r>
        <w:rPr>
          <w:b/>
        </w:rPr>
        <w:t xml:space="preserve">[42:29] </w:t>
      </w:r>
      <w:r>
        <w:t>okay, we will end the session now. thank you.</w:t>
      </w:r>
    </w:p>
    <w:p>
      <w:pPr>
        <w:jc w:val="right"/>
      </w:pPr>
      <w:r>
        <w:t>اوکے، وی ویل اینڈ دی سیشن ناو۔ تھینک یو۔</w:t>
      </w:r>
    </w:p>
    <w:p>
      <w:r>
        <w:rPr>
          <w:b/>
        </w:rPr>
        <w:t xml:space="preserve">[42:35] </w:t>
      </w:r>
      <w:r>
        <w:t>Okay. Sadia? pen bhi le lena kahin se. Sadia hi the, Sadia? haan haan ji. ji Maulana. Sadia? Sadia.</w:t>
      </w:r>
    </w:p>
    <w:p>
      <w:pPr>
        <w:jc w:val="right"/>
      </w:pPr>
      <w:r>
        <w:t>اوکے۔ سعدیہ؟ پین بھی لے لینا کہیں سے۔ سعدیہ ہی تھے، سعدیہ؟ ہاں ہاں جی۔ جی مولانا۔ سعدیہ؟ سعدیہ۔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