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Jihad in Islam April 16, 2007 Maulana Wahiduddin Khan</w:t>
      </w:r>
    </w:p>
    <w:p>
      <w:r>
        <w:t>https://www.youtube.com/watch?v=cVdIBzYKa68</w:t>
      </w:r>
    </w:p>
    <w:p>
      <w:r>
        <w:rPr>
          <w:b/>
        </w:rPr>
        <w:t xml:space="preserve">[00:21] </w:t>
      </w:r>
      <w:r>
        <w:t>rab ishrah li sadri, wa yassir li amri, wahul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[00:27] </w:t>
      </w:r>
      <w:r>
        <w:t>The theme for the present talk is the concept of Jihad in Islam.</w:t>
      </w:r>
    </w:p>
    <w:p>
      <w:pPr>
        <w:jc w:val="right"/>
      </w:pPr>
      <w:r>
        <w:t>دا تھیم فار دا پریزنٹ ٹاک از دا کانسیپٹ آف جہاد ان اسلام۔</w:t>
      </w:r>
    </w:p>
    <w:p>
      <w:r>
        <w:rPr>
          <w:b/>
        </w:rPr>
        <w:t xml:space="preserve">[00:33] </w:t>
      </w:r>
      <w:r>
        <w:t>Jihad is a burning topic in our present media.</w:t>
      </w:r>
    </w:p>
    <w:p>
      <w:pPr>
        <w:jc w:val="right"/>
      </w:pPr>
      <w:r>
        <w:t>جہاد از اے برننگ ٹاپک ان اور پریزنٹ میڈیا۔</w:t>
      </w:r>
    </w:p>
    <w:p>
      <w:r>
        <w:rPr>
          <w:b/>
        </w:rPr>
        <w:t xml:space="preserve">[00:39] </w:t>
      </w:r>
      <w:r>
        <w:t>Every day there are some news item about jihad.</w:t>
      </w:r>
    </w:p>
    <w:p>
      <w:pPr>
        <w:jc w:val="right"/>
      </w:pPr>
      <w:r>
        <w:t>ایوری ڈے دیر ار سم نیوز ائٹم اباؤٹ جہاد۔</w:t>
      </w:r>
    </w:p>
    <w:p>
      <w:r>
        <w:rPr>
          <w:b/>
        </w:rPr>
        <w:t xml:space="preserve">[00:46] </w:t>
      </w:r>
      <w:r>
        <w:t>Now what is jihad? Jihad is an Arabic word, and it has nothing to do with violence and war.</w:t>
      </w:r>
    </w:p>
    <w:p>
      <w:pPr>
        <w:jc w:val="right"/>
      </w:pPr>
      <w:r>
        <w:t>ناؤ واٹ از جہاد؟ جہاد از این عربک ورڈ، اینڈ اٹ ہاز نتھنگ ٹو ڈو ود وائلنس اینڈ وار۔</w:t>
      </w:r>
    </w:p>
    <w:p>
      <w:r>
        <w:rPr>
          <w:b/>
        </w:rPr>
        <w:t xml:space="preserve">[00:52] </w:t>
      </w:r>
      <w:r>
        <w:t>Jihad means to strive, to struggle in a peaceful manner. So.</w:t>
      </w:r>
    </w:p>
    <w:p>
      <w:pPr>
        <w:jc w:val="right"/>
      </w:pPr>
      <w:r>
        <w:t>جہاد مینز ٹو اسٹرائیو، ٹو سٹرگل ان اے پیس فل مینر۔ سو۔</w:t>
      </w:r>
    </w:p>
    <w:p>
      <w:r>
        <w:rPr>
          <w:b/>
        </w:rPr>
        <w:t xml:space="preserve">[00:58] </w:t>
      </w:r>
      <w:r>
        <w:t>Jihad is used in Islam in the same with the same meaning that we call peaceful activism.</w:t>
      </w:r>
    </w:p>
    <w:p>
      <w:pPr>
        <w:jc w:val="right"/>
      </w:pPr>
      <w:r>
        <w:t>جہاد از یوزڈ ان اسلام ان دا سیم ود دی سیم میننگ دیٹ وی کال پیس فل ایکٹیوزم۔</w:t>
      </w:r>
    </w:p>
    <w:p>
      <w:r>
        <w:rPr>
          <w:b/>
        </w:rPr>
        <w:t xml:space="preserve">[01:04] </w:t>
      </w:r>
      <w:r>
        <w:t>So jihad is only the other name of peaceful activism.</w:t>
      </w:r>
    </w:p>
    <w:p>
      <w:pPr>
        <w:jc w:val="right"/>
      </w:pPr>
      <w:r>
        <w:t>سو جہاد از اونلی دی ادر نیم اف پیس فل ایکٹیوزم۔</w:t>
      </w:r>
    </w:p>
    <w:p>
      <w:r>
        <w:rPr>
          <w:b/>
        </w:rPr>
        <w:t xml:space="preserve">[01:11] </w:t>
      </w:r>
      <w:r>
        <w:t>It has nothing to do with violence or war.</w:t>
      </w:r>
    </w:p>
    <w:p>
      <w:pPr>
        <w:jc w:val="right"/>
      </w:pPr>
      <w:r>
        <w:t>اٹ ہاز نتھنگ ٹو ڈو ود وائلنس اور وار۔</w:t>
      </w:r>
    </w:p>
    <w:p>
      <w:r>
        <w:rPr>
          <w:b/>
        </w:rPr>
        <w:t xml:space="preserve">[01:17] </w:t>
      </w:r>
      <w:r>
        <w:t>If you read Quran, you will find that Quran uses two different words.</w:t>
      </w:r>
    </w:p>
    <w:p>
      <w:pPr>
        <w:jc w:val="right"/>
      </w:pPr>
      <w:r>
        <w:t>اف یو ریڈ قرآن، یو ویل فائنڈ دیٹ قرآن یوزز ٹو ڈفرنٹ ورڈ۔</w:t>
      </w:r>
    </w:p>
    <w:p>
      <w:r>
        <w:rPr>
          <w:b/>
        </w:rPr>
        <w:t xml:space="preserve">[01:23] </w:t>
      </w:r>
      <w:r>
        <w:t>Jihad and Qital.</w:t>
      </w:r>
    </w:p>
    <w:p>
      <w:pPr>
        <w:jc w:val="right"/>
      </w:pPr>
      <w:r>
        <w:t>جہاد اینڈ قتال۔</w:t>
      </w:r>
    </w:p>
    <w:p>
      <w:r>
        <w:rPr>
          <w:b/>
        </w:rPr>
        <w:t xml:space="preserve">[01:30] </w:t>
      </w:r>
      <w:r>
        <w:t>Qital means war, and jihad means peaceful struggle.</w:t>
      </w:r>
    </w:p>
    <w:p>
      <w:pPr>
        <w:jc w:val="right"/>
      </w:pPr>
      <w:r>
        <w:t>قتال مینز وار، اینڈ جہاد مینز پیس فل سٹرگل۔</w:t>
      </w:r>
    </w:p>
    <w:p>
      <w:r>
        <w:rPr>
          <w:b/>
        </w:rPr>
        <w:t xml:space="preserve">[01:36] </w:t>
      </w:r>
      <w:r>
        <w:t>Jihad is not a holy war.</w:t>
      </w:r>
    </w:p>
    <w:p>
      <w:pPr>
        <w:jc w:val="right"/>
      </w:pPr>
      <w:r>
        <w:t>جہاد از ناٹ ا ہولی وار۔</w:t>
      </w:r>
    </w:p>
    <w:p>
      <w:r>
        <w:rPr>
          <w:b/>
        </w:rPr>
        <w:t xml:space="preserve">[01:42] </w:t>
      </w:r>
      <w:r>
        <w:t>That is completely wrong.</w:t>
      </w:r>
    </w:p>
    <w:p>
      <w:pPr>
        <w:jc w:val="right"/>
      </w:pPr>
      <w:r>
        <w:t>دیٹ از کمپلیٹلی رونگ۔</w:t>
      </w:r>
    </w:p>
    <w:p>
      <w:r>
        <w:rPr>
          <w:b/>
        </w:rPr>
        <w:t xml:space="preserve">[01:48] </w:t>
      </w:r>
      <w:r>
        <w:t>There is no concept of holy war in Islam.</w:t>
      </w:r>
    </w:p>
    <w:p>
      <w:pPr>
        <w:jc w:val="right"/>
      </w:pPr>
      <w:r>
        <w:t>دیر از نو کانسیپٹ اف ہولی وار ان اسلام۔</w:t>
      </w:r>
    </w:p>
    <w:p>
      <w:r>
        <w:rPr>
          <w:b/>
        </w:rPr>
        <w:t xml:space="preserve">[01:55] </w:t>
      </w:r>
      <w:r>
        <w:t>So, jihad is not a holy war.</w:t>
      </w:r>
    </w:p>
    <w:p>
      <w:pPr>
        <w:jc w:val="right"/>
      </w:pPr>
      <w:r>
        <w:t>سو جہاد از ناٹ ا ہولی وار۔</w:t>
      </w:r>
    </w:p>
    <w:p>
      <w:r>
        <w:rPr>
          <w:b/>
        </w:rPr>
        <w:t xml:space="preserve">[02:01] </w:t>
      </w:r>
      <w:r>
        <w:t>Qital is defensive war.</w:t>
      </w:r>
    </w:p>
    <w:p>
      <w:pPr>
        <w:jc w:val="right"/>
      </w:pPr>
      <w:r>
        <w:t>قتال از ڈیفنسو وار۔</w:t>
      </w:r>
    </w:p>
    <w:p>
      <w:r>
        <w:rPr>
          <w:b/>
        </w:rPr>
        <w:t xml:space="preserve">[02:07] </w:t>
      </w:r>
      <w:r>
        <w:t>When there is attack, when there is aggression, then Muslims are allowed to go to war.</w:t>
      </w:r>
    </w:p>
    <w:p>
      <w:pPr>
        <w:jc w:val="right"/>
      </w:pPr>
      <w:r>
        <w:t>وین دیر از اٹیک، وین دیر از ایگریشن، دین مسلمز ار الاؤڈ ٹو گو ٹو وار۔</w:t>
      </w:r>
    </w:p>
    <w:p>
      <w:r>
        <w:rPr>
          <w:b/>
        </w:rPr>
        <w:t xml:space="preserve">[02:13] </w:t>
      </w:r>
      <w:r>
        <w:t>So other than defense, there is no war in Islam.</w:t>
      </w:r>
    </w:p>
    <w:p>
      <w:pPr>
        <w:jc w:val="right"/>
      </w:pPr>
      <w:r>
        <w:t>سو ادر دین ڈیفنس، دیر از نو وار ان اسلام۔</w:t>
      </w:r>
    </w:p>
    <w:p>
      <w:r>
        <w:rPr>
          <w:b/>
        </w:rPr>
        <w:t xml:space="preserve">[02:20] </w:t>
      </w:r>
      <w:r>
        <w:t>And as far as jihad is concerned, it is a peaceful activity.</w:t>
      </w:r>
    </w:p>
    <w:p>
      <w:pPr>
        <w:jc w:val="right"/>
      </w:pPr>
      <w:r>
        <w:t>اینڈ ایز فار ایز جہاد از کنسرن، اٹ از ا پیس فل ایکٹیویٹی۔</w:t>
      </w:r>
    </w:p>
    <w:p>
      <w:r>
        <w:rPr>
          <w:b/>
        </w:rPr>
        <w:t xml:space="preserve">[02:26] </w:t>
      </w:r>
      <w:r>
        <w:t>And jihad means peaceful dawah work.</w:t>
      </w:r>
    </w:p>
    <w:p>
      <w:pPr>
        <w:jc w:val="right"/>
      </w:pPr>
      <w:r>
        <w:t>اینڈ جہاد مینز پیس فل دعوی ورک۔</w:t>
      </w:r>
    </w:p>
    <w:p>
      <w:r>
        <w:rPr>
          <w:b/>
        </w:rPr>
        <w:t xml:space="preserve">[02:32] </w:t>
      </w:r>
      <w:r>
        <w:t>In fact, jihad is related to dawah work.</w:t>
      </w:r>
    </w:p>
    <w:p>
      <w:pPr>
        <w:jc w:val="right"/>
      </w:pPr>
      <w:r>
        <w:t>ان فیکٹ، جہاد از ریلیٹڈ ٹو دعوی ورک۔</w:t>
      </w:r>
    </w:p>
    <w:p>
      <w:r>
        <w:rPr>
          <w:b/>
        </w:rPr>
        <w:t xml:space="preserve">[02:39] </w:t>
      </w:r>
      <w:r>
        <w:t>Jihad means jihad dawat.</w:t>
      </w:r>
    </w:p>
    <w:p>
      <w:pPr>
        <w:jc w:val="right"/>
      </w:pPr>
      <w:r>
        <w:t>جہاد مینز جہاد دعوت۔</w:t>
      </w:r>
    </w:p>
    <w:p>
      <w:r>
        <w:rPr>
          <w:b/>
        </w:rPr>
        <w:t xml:space="preserve">[02:45] </w:t>
      </w:r>
      <w:r>
        <w:t>It is very clear in the Quran.</w:t>
      </w:r>
    </w:p>
    <w:p>
      <w:pPr>
        <w:jc w:val="right"/>
      </w:pPr>
      <w:r>
        <w:t>اٹ از ویری کلیئر ان دا قرآن۔</w:t>
      </w:r>
    </w:p>
    <w:p>
      <w:r>
        <w:rPr>
          <w:b/>
        </w:rPr>
        <w:t xml:space="preserve">[02:51] </w:t>
      </w:r>
      <w:r>
        <w:t>There is a verse, there is a chapter Al-Furqan number 25.</w:t>
      </w:r>
    </w:p>
    <w:p>
      <w:pPr>
        <w:jc w:val="right"/>
      </w:pPr>
      <w:r>
        <w:t>دیر از ورس، دیر از اے چیپٹر الفرقان نمبر 25۔</w:t>
      </w:r>
    </w:p>
    <w:p>
      <w:r>
        <w:rPr>
          <w:b/>
        </w:rPr>
        <w:t xml:space="preserve">[02:57] </w:t>
      </w:r>
      <w:r>
        <w:t>In Chapter Al-Furqan, there is a verse number 52. That is.</w:t>
      </w:r>
    </w:p>
    <w:p>
      <w:pPr>
        <w:jc w:val="right"/>
      </w:pPr>
      <w:r>
        <w:t>ان چیپٹر الفرقان، دیر از اے ورس نمبر 52۔ دیٹ از۔</w:t>
      </w:r>
    </w:p>
    <w:p>
      <w:r>
        <w:rPr>
          <w:b/>
        </w:rPr>
        <w:t xml:space="preserve">[03:04] </w:t>
      </w:r>
      <w:r>
        <w:t>wajahidhum bihi jihadan kabira.</w:t>
      </w:r>
    </w:p>
    <w:p>
      <w:pPr>
        <w:jc w:val="right"/>
      </w:pPr>
      <w:r>
        <w:t>وجاہدہم بہ جہاد کبیرہ۔</w:t>
      </w:r>
    </w:p>
    <w:p>
      <w:r>
        <w:rPr>
          <w:b/>
        </w:rPr>
        <w:t xml:space="preserve">[03:10] </w:t>
      </w:r>
      <w:r>
        <w:t>Do great jihad against them with the help of the Quran.</w:t>
      </w:r>
    </w:p>
    <w:p>
      <w:pPr>
        <w:jc w:val="right"/>
      </w:pPr>
      <w:r>
        <w:t>ڈو گریٹ جہاد اگینسٹ دیم ود دی ہیلپ اف دا قرآن۔</w:t>
      </w:r>
    </w:p>
    <w:p>
      <w:r>
        <w:rPr>
          <w:b/>
        </w:rPr>
        <w:t xml:space="preserve">[03:16] </w:t>
      </w:r>
      <w:r>
        <w:t>Do great jihad against them with the help of the Quran.</w:t>
      </w:r>
    </w:p>
    <w:p>
      <w:pPr>
        <w:jc w:val="right"/>
      </w:pPr>
      <w:r>
        <w:t>ڈو گریٹ جہاد اگینسٹ دیم ود دی ہیلپ اف دا قرآن।</w:t>
      </w:r>
    </w:p>
    <w:p>
      <w:r>
        <w:rPr>
          <w:b/>
        </w:rPr>
        <w:t xml:space="preserve">[03:22] </w:t>
      </w:r>
      <w:r>
        <w:t>Now who are them? These were those hostile people of Makkah.</w:t>
      </w:r>
    </w:p>
    <w:p>
      <w:pPr>
        <w:jc w:val="right"/>
      </w:pPr>
      <w:r>
        <w:t>ناؤ ہو ار دیم؟ دیز ویر دوز ہوسٹائل پیپل اف مکہ۔</w:t>
      </w:r>
    </w:p>
    <w:p>
      <w:r>
        <w:rPr>
          <w:b/>
        </w:rPr>
        <w:t xml:space="preserve">[03:29] </w:t>
      </w:r>
      <w:r>
        <w:t>This chapter was revealed before Hijra.</w:t>
      </w:r>
    </w:p>
    <w:p>
      <w:pPr>
        <w:jc w:val="right"/>
      </w:pPr>
      <w:r>
        <w:t>دس چیپٹر واز ریویلڈ بیفور ہجرہ۔</w:t>
      </w:r>
    </w:p>
    <w:p>
      <w:r>
        <w:rPr>
          <w:b/>
        </w:rPr>
        <w:t xml:space="preserve">[03:35] </w:t>
      </w:r>
      <w:r>
        <w:t>Before Hijra, when Prophet was in Makkah.</w:t>
      </w:r>
    </w:p>
    <w:p>
      <w:pPr>
        <w:jc w:val="right"/>
      </w:pPr>
      <w:r>
        <w:t>بیفور ہجرہ، وین پرافٹ واز ان مکہ۔</w:t>
      </w:r>
    </w:p>
    <w:p>
      <w:r>
        <w:rPr>
          <w:b/>
        </w:rPr>
        <w:t xml:space="preserve">[03:41] </w:t>
      </w:r>
      <w:r>
        <w:t>You know, the Prophet started his mission, his prophetic mission in Mecca in 610 AD.</w:t>
      </w:r>
    </w:p>
    <w:p>
      <w:pPr>
        <w:jc w:val="right"/>
      </w:pPr>
      <w:r>
        <w:t>یو نو، پرافٹ سٹارٹڈ ہز مشن، ہز پرافیٹک مشن ان مکہ ان 610 اے ڈی۔</w:t>
      </w:r>
    </w:p>
    <w:p>
      <w:r>
        <w:rPr>
          <w:b/>
        </w:rPr>
        <w:t xml:space="preserve">[03:48] </w:t>
      </w:r>
      <w:r>
        <w:t>Then there was great hostilities.</w:t>
      </w:r>
    </w:p>
    <w:p>
      <w:pPr>
        <w:jc w:val="right"/>
      </w:pPr>
      <w:r>
        <w:t>دین دیر واز گریٹ ہوسٹیلٹیز۔</w:t>
      </w:r>
    </w:p>
    <w:p>
      <w:r>
        <w:rPr>
          <w:b/>
        </w:rPr>
        <w:t xml:space="preserve">[03:54] </w:t>
      </w:r>
      <w:r>
        <w:t>Prophet's mission was mission of Tawhid, oneness of God.</w:t>
      </w:r>
    </w:p>
    <w:p>
      <w:pPr>
        <w:jc w:val="right"/>
      </w:pPr>
      <w:r>
        <w:t>پرافٹس مشن واز مشن اف توحید، وننس اف گاڈ۔</w:t>
      </w:r>
    </w:p>
    <w:p>
      <w:r>
        <w:rPr>
          <w:b/>
        </w:rPr>
        <w:t xml:space="preserve">[04:00] </w:t>
      </w:r>
      <w:r>
        <w:t>And during those days, people in Mecca were idol worshipers.</w:t>
      </w:r>
    </w:p>
    <w:p>
      <w:pPr>
        <w:jc w:val="right"/>
      </w:pPr>
      <w:r>
        <w:t>اینڈ ڈیورنگ دوز ڈیز، پیپل ان مکہ ویر ائیڈل ورشپرز۔</w:t>
      </w:r>
    </w:p>
    <w:p>
      <w:r>
        <w:rPr>
          <w:b/>
        </w:rPr>
        <w:t xml:space="preserve">[04:06] </w:t>
      </w:r>
      <w:r>
        <w:t>They were very very sensitive regarding their belief.</w:t>
      </w:r>
    </w:p>
    <w:p>
      <w:pPr>
        <w:jc w:val="right"/>
      </w:pPr>
      <w:r>
        <w:t>دے ویر ویری ویری سینسٹیو ریگارڈنگ دیر بیلیف۔</w:t>
      </w:r>
    </w:p>
    <w:p>
      <w:r>
        <w:rPr>
          <w:b/>
        </w:rPr>
        <w:t xml:space="preserve">[04:13] </w:t>
      </w:r>
      <w:r>
        <w:t>So they were at the time, they were not ready to accept or tolerate Tawhid.</w:t>
      </w:r>
    </w:p>
    <w:p>
      <w:pPr>
        <w:jc w:val="right"/>
      </w:pPr>
      <w:r>
        <w:t>سو دیر وار ایٹ دا ٹائم، دیر وار ناٹ ریڈی ٹو ایکسیپٹ اور ٹولریٹ توحید۔</w:t>
      </w:r>
    </w:p>
    <w:p>
      <w:r>
        <w:rPr>
          <w:b/>
        </w:rPr>
        <w:t xml:space="preserve">[04:19] </w:t>
      </w:r>
      <w:r>
        <w:t>So they become hostile.</w:t>
      </w:r>
    </w:p>
    <w:p>
      <w:pPr>
        <w:jc w:val="right"/>
      </w:pPr>
      <w:r>
        <w:t>سو دے بیکم ہوسٹائل۔</w:t>
      </w:r>
    </w:p>
    <w:p>
      <w:r>
        <w:rPr>
          <w:b/>
        </w:rPr>
        <w:t xml:space="preserve">[04:25] </w:t>
      </w:r>
      <w:r>
        <w:t>Although some of them accepted Islam, they are called Sahaba.</w:t>
      </w:r>
    </w:p>
    <w:p>
      <w:pPr>
        <w:jc w:val="right"/>
      </w:pPr>
      <w:r>
        <w:t>الدو سم اف دیم ایکسیپٹڈ اسلام، دے ار کالڈ صحابہ۔</w:t>
      </w:r>
    </w:p>
    <w:p>
      <w:r>
        <w:rPr>
          <w:b/>
        </w:rPr>
        <w:t xml:space="preserve">[04:31] </w:t>
      </w:r>
      <w:r>
        <w:t>But the majority of Makkan people refused to accept.</w:t>
      </w:r>
    </w:p>
    <w:p>
      <w:pPr>
        <w:jc w:val="right"/>
      </w:pPr>
      <w:r>
        <w:t>بٹ دا میجورٹی اف میکن پیپل ریفیوز ٹو ایکسیپٹ۔</w:t>
      </w:r>
    </w:p>
    <w:p>
      <w:r>
        <w:rPr>
          <w:b/>
        </w:rPr>
        <w:t xml:space="preserve">[04:38] </w:t>
      </w:r>
      <w:r>
        <w:t>They become hostile.</w:t>
      </w:r>
    </w:p>
    <w:p>
      <w:pPr>
        <w:jc w:val="right"/>
      </w:pPr>
      <w:r>
        <w:t>دے بیکم ہوسٹائل۔</w:t>
      </w:r>
    </w:p>
    <w:p>
      <w:r>
        <w:rPr>
          <w:b/>
        </w:rPr>
        <w:t xml:space="preserve">[04:44] </w:t>
      </w:r>
      <w:r>
        <w:t>And they inflicted all kind of atrocities against the Prophet and against his companions.</w:t>
      </w:r>
    </w:p>
    <w:p>
      <w:pPr>
        <w:jc w:val="right"/>
      </w:pPr>
      <w:r>
        <w:t>اینڈ دے انفلکٹڈ ال کائنڈ اف اٹراسٹیز اگینسٹ دا پرافٹ اینڈ اگینسٹ ہز کمپینینز۔</w:t>
      </w:r>
    </w:p>
    <w:p>
      <w:r>
        <w:rPr>
          <w:b/>
        </w:rPr>
        <w:t xml:space="preserve">[04:50] </w:t>
      </w:r>
      <w:r>
        <w:t>This was the situation.</w:t>
      </w:r>
    </w:p>
    <w:p>
      <w:pPr>
        <w:jc w:val="right"/>
      </w:pPr>
      <w:r>
        <w:t>دس واز دا سچویشن۔</w:t>
      </w:r>
    </w:p>
    <w:p>
      <w:r>
        <w:rPr>
          <w:b/>
        </w:rPr>
        <w:t xml:space="preserve">[04:57] </w:t>
      </w:r>
      <w:r>
        <w:t>This was the background.</w:t>
      </w:r>
    </w:p>
    <w:p>
      <w:pPr>
        <w:jc w:val="right"/>
      </w:pPr>
      <w:r>
        <w:t>دس واز دا بیک گراؤنڈ۔</w:t>
      </w:r>
    </w:p>
    <w:p>
      <w:r>
        <w:rPr>
          <w:b/>
        </w:rPr>
        <w:t xml:space="preserve">[05:03] </w:t>
      </w:r>
      <w:r>
        <w:t>And in this background, in this hostile situation, this verse was revealed.</w:t>
      </w:r>
    </w:p>
    <w:p>
      <w:pPr>
        <w:jc w:val="right"/>
      </w:pPr>
      <w:r>
        <w:t>اینڈ ان دس بیک گراؤنڈ، ان دس ہوسٹائل سچویشن، دس ورس واز ریویلڈ۔</w:t>
      </w:r>
    </w:p>
    <w:p>
      <w:r>
        <w:rPr>
          <w:b/>
        </w:rPr>
        <w:t xml:space="preserve">[05:09] </w:t>
      </w:r>
      <w:r>
        <w:t>wajahidhum bihi jihadan kabira.</w:t>
      </w:r>
    </w:p>
    <w:p>
      <w:pPr>
        <w:jc w:val="right"/>
      </w:pPr>
      <w:r>
        <w:t>وجاہدہم بہ جہاد کبیرہ۔</w:t>
      </w:r>
    </w:p>
    <w:p>
      <w:r>
        <w:rPr>
          <w:b/>
        </w:rPr>
        <w:t xml:space="preserve">[05:15] </w:t>
      </w:r>
      <w:r>
        <w:t>Do great jihad against them with the help of the Quran.</w:t>
      </w:r>
    </w:p>
    <w:p>
      <w:pPr>
        <w:jc w:val="right"/>
      </w:pPr>
      <w:r>
        <w:t>ڈو گریٹ جہاد اگینسٹ دیم ود دی ہیلپ اف دا قرآن۔</w:t>
      </w:r>
    </w:p>
    <w:p>
      <w:r>
        <w:rPr>
          <w:b/>
        </w:rPr>
        <w:t xml:space="preserve">[05:22] </w:t>
      </w:r>
      <w:r>
        <w:t>Now what is Quran? Quran is book of ideology.</w:t>
      </w:r>
    </w:p>
    <w:p>
      <w:pPr>
        <w:jc w:val="right"/>
      </w:pPr>
      <w:r>
        <w:t>ناؤ واٹ از قرآن؟ قرآن از بک اف ائیڈیالوجی۔</w:t>
      </w:r>
    </w:p>
    <w:p>
      <w:r>
        <w:rPr>
          <w:b/>
        </w:rPr>
        <w:t xml:space="preserve">[05:28] </w:t>
      </w:r>
      <w:r>
        <w:t>Quran is not a sword.</w:t>
      </w:r>
    </w:p>
    <w:p>
      <w:pPr>
        <w:jc w:val="right"/>
      </w:pPr>
      <w:r>
        <w:t>قرآن از ناٹ ا سوڈ۔</w:t>
      </w:r>
    </w:p>
    <w:p>
      <w:r>
        <w:rPr>
          <w:b/>
        </w:rPr>
        <w:t xml:space="preserve">[05:34] </w:t>
      </w:r>
      <w:r>
        <w:t>Quran is not a gun.</w:t>
      </w:r>
    </w:p>
    <w:p>
      <w:pPr>
        <w:jc w:val="right"/>
      </w:pPr>
      <w:r>
        <w:t>قرآن از ناٹ ا گن۔</w:t>
      </w:r>
    </w:p>
    <w:p>
      <w:r>
        <w:rPr>
          <w:b/>
        </w:rPr>
        <w:t xml:space="preserve">[05:40] </w:t>
      </w:r>
      <w:r>
        <w:t>Quran is not a boom.</w:t>
      </w:r>
    </w:p>
    <w:p>
      <w:pPr>
        <w:jc w:val="right"/>
      </w:pPr>
      <w:r>
        <w:t>قرآن از ناٹ ا بوم۔</w:t>
      </w:r>
    </w:p>
    <w:p>
      <w:r>
        <w:rPr>
          <w:b/>
        </w:rPr>
        <w:t xml:space="preserve">[05:47] </w:t>
      </w:r>
      <w:r>
        <w:t>Quran is a book of ideology, book of tawhid.</w:t>
      </w:r>
    </w:p>
    <w:p>
      <w:pPr>
        <w:jc w:val="right"/>
      </w:pPr>
      <w:r>
        <w:t>قرآن از اے بک اف ائیڈیالوجی، بک اف توحید۔</w:t>
      </w:r>
    </w:p>
    <w:p>
      <w:r>
        <w:rPr>
          <w:b/>
        </w:rPr>
        <w:t xml:space="preserve">[05:53] </w:t>
      </w:r>
      <w:r>
        <w:t>So taking that situation, we can say that this verse means that although the situation is very violent,</w:t>
      </w:r>
    </w:p>
    <w:p>
      <w:pPr>
        <w:jc w:val="right"/>
      </w:pPr>
      <w:r>
        <w:t>سو ٹیکنگ دیٹ سچویشن، وی کین سے دیٹ دس ورس مینز دیٹ الدو دا سچویشن از ویری وائلنٹ،</w:t>
      </w:r>
    </w:p>
    <w:p>
      <w:r>
        <w:rPr>
          <w:b/>
        </w:rPr>
        <w:t xml:space="preserve">[05:59] </w:t>
      </w:r>
      <w:r>
        <w:t>There are hostilities.</w:t>
      </w:r>
    </w:p>
    <w:p>
      <w:pPr>
        <w:jc w:val="right"/>
      </w:pPr>
      <w:r>
        <w:t>دیر ار ہوسٹیلٹیز۔</w:t>
      </w:r>
    </w:p>
    <w:p>
      <w:r>
        <w:rPr>
          <w:b/>
        </w:rPr>
        <w:t xml:space="preserve">[06:06] </w:t>
      </w:r>
      <w:r>
        <w:t>But you respond peacefully.</w:t>
      </w:r>
    </w:p>
    <w:p>
      <w:pPr>
        <w:jc w:val="right"/>
      </w:pPr>
      <w:r>
        <w:t>بٹ یو ریسپانڈ پیس فلی۔</w:t>
      </w:r>
    </w:p>
    <w:p>
      <w:r>
        <w:rPr>
          <w:b/>
        </w:rPr>
        <w:t xml:space="preserve">[06:12] </w:t>
      </w:r>
      <w:r>
        <w:t>You have to respond in a peaceful manner.</w:t>
      </w:r>
    </w:p>
    <w:p>
      <w:pPr>
        <w:jc w:val="right"/>
      </w:pPr>
      <w:r>
        <w:t>یو ہیو ٹو ریسپانڈ ان ا پیس فل مینر۔</w:t>
      </w:r>
    </w:p>
    <w:p>
      <w:r>
        <w:rPr>
          <w:b/>
        </w:rPr>
        <w:t xml:space="preserve">[06:18] </w:t>
      </w:r>
      <w:r>
        <w:t>This was the meaning at the time of this verse.</w:t>
      </w:r>
    </w:p>
    <w:p>
      <w:pPr>
        <w:jc w:val="right"/>
      </w:pPr>
      <w:r>
        <w:t>دس واز دا میننگ ایٹ دا ٹائم اف دس ورس۔</w:t>
      </w:r>
    </w:p>
    <w:p>
      <w:r>
        <w:rPr>
          <w:b/>
        </w:rPr>
        <w:t xml:space="preserve">[06:24] </w:t>
      </w:r>
      <w:r>
        <w:t>So this was jihad.</w:t>
      </w:r>
    </w:p>
    <w:p>
      <w:pPr>
        <w:jc w:val="right"/>
      </w:pPr>
      <w:r>
        <w:t>سو دس واز جہاد۔</w:t>
      </w:r>
    </w:p>
    <w:p>
      <w:r>
        <w:rPr>
          <w:b/>
        </w:rPr>
        <w:t xml:space="preserve">[06:31] </w:t>
      </w:r>
      <w:r>
        <w:t>wajahidhum bihi jihadan kabira.</w:t>
      </w:r>
    </w:p>
    <w:p>
      <w:pPr>
        <w:jc w:val="right"/>
      </w:pPr>
      <w:r>
        <w:t>وجاہدہم بہ جہاد کبیرہ۔</w:t>
      </w:r>
    </w:p>
    <w:p>
      <w:r>
        <w:rPr>
          <w:b/>
        </w:rPr>
        <w:t xml:space="preserve">[06:37] </w:t>
      </w:r>
      <w:r>
        <w:t>Do great jihad against them with the help of the Quran.</w:t>
      </w:r>
    </w:p>
    <w:p>
      <w:pPr>
        <w:jc w:val="right"/>
      </w:pPr>
      <w:r>
        <w:t>ڈو گریٹ جہاد اگینسٹ دیم ود دی ہیلپ اف دا قرآن۔</w:t>
      </w:r>
    </w:p>
    <w:p>
      <w:r>
        <w:rPr>
          <w:b/>
        </w:rPr>
        <w:t xml:space="preserve">[06:43] </w:t>
      </w:r>
      <w:r>
        <w:t>It means that met that challenge in a peaceful manner.</w:t>
      </w:r>
    </w:p>
    <w:p>
      <w:pPr>
        <w:jc w:val="right"/>
      </w:pPr>
      <w:r>
        <w:t>اٹ مینز دیٹ میٹ دیٹ چیلنج ان ا پیس فل مینر۔</w:t>
      </w:r>
    </w:p>
    <w:p>
      <w:r>
        <w:rPr>
          <w:b/>
        </w:rPr>
        <w:t xml:space="preserve">[06:49] </w:t>
      </w:r>
      <w:r>
        <w:t>meet that violent challenge.</w:t>
      </w:r>
    </w:p>
    <w:p>
      <w:pPr>
        <w:jc w:val="right"/>
      </w:pPr>
      <w:r>
        <w:t>میٹ دیٹ وائلنٹ چیلنج۔</w:t>
      </w:r>
    </w:p>
    <w:p>
      <w:r>
        <w:rPr>
          <w:b/>
        </w:rPr>
        <w:t xml:space="preserve">[06:56] </w:t>
      </w:r>
      <w:r>
        <w:t>The challenge was violent.</w:t>
      </w:r>
    </w:p>
    <w:p>
      <w:pPr>
        <w:jc w:val="right"/>
      </w:pPr>
      <w:r>
        <w:t>چیلنج واز وائلنٹ۔</w:t>
      </w:r>
    </w:p>
    <w:p>
      <w:r>
        <w:rPr>
          <w:b/>
        </w:rPr>
        <w:t xml:space="preserve">[07:02] </w:t>
      </w:r>
      <w:r>
        <w:t>But you have to respond peacefully.</w:t>
      </w:r>
    </w:p>
    <w:p>
      <w:pPr>
        <w:jc w:val="right"/>
      </w:pPr>
      <w:r>
        <w:t>بٹ یو ہیو ٹو ریسپانڈ پیس فلی۔</w:t>
      </w:r>
    </w:p>
    <w:p>
      <w:r>
        <w:rPr>
          <w:b/>
        </w:rPr>
        <w:t xml:space="preserve">[07:08] </w:t>
      </w:r>
      <w:r>
        <w:t>Now what is Al-Jihad Al-Kabeer? Wajahidhum bihi jihad kabira. Al-Jihad Al-Kabeer.</w:t>
      </w:r>
    </w:p>
    <w:p>
      <w:pPr>
        <w:jc w:val="right"/>
      </w:pPr>
      <w:r>
        <w:t>ناؤ واٹ از الجہاد الکبیر؟ وجاہدہم بہ جہاد کبیرہ۔ الجہاد الکبیر۔</w:t>
      </w:r>
    </w:p>
    <w:p>
      <w:r>
        <w:rPr>
          <w:b/>
        </w:rPr>
        <w:t xml:space="preserve">[07:15] </w:t>
      </w:r>
      <w:r>
        <w:t>There is a hadith.</w:t>
      </w:r>
    </w:p>
    <w:p>
      <w:pPr>
        <w:jc w:val="right"/>
      </w:pPr>
      <w:r>
        <w:t>دیر از اے حدیث۔</w:t>
      </w:r>
    </w:p>
    <w:p>
      <w:r>
        <w:rPr>
          <w:b/>
        </w:rPr>
        <w:t xml:space="preserve">[07:21] </w:t>
      </w:r>
      <w:r>
        <w:t>Once, the Prophet returned from a Ghazwa.</w:t>
      </w:r>
    </w:p>
    <w:p>
      <w:pPr>
        <w:jc w:val="right"/>
      </w:pPr>
      <w:r>
        <w:t>ونس پرافٹ ریٹرن فرام ا غزوہ۔</w:t>
      </w:r>
    </w:p>
    <w:p>
      <w:r>
        <w:rPr>
          <w:b/>
        </w:rPr>
        <w:t xml:space="preserve">[07:27] </w:t>
      </w:r>
      <w:r>
        <w:t>Ghazwa means defensive war.</w:t>
      </w:r>
    </w:p>
    <w:p>
      <w:pPr>
        <w:jc w:val="right"/>
      </w:pPr>
      <w:r>
        <w:t>غزوہ مینز ڈیفنسو وار۔</w:t>
      </w:r>
    </w:p>
    <w:p>
      <w:r>
        <w:rPr>
          <w:b/>
        </w:rPr>
        <w:t xml:space="preserve">[07:33] </w:t>
      </w:r>
      <w:r>
        <w:t>So there was a defensive war.</w:t>
      </w:r>
    </w:p>
    <w:p>
      <w:pPr>
        <w:jc w:val="right"/>
      </w:pPr>
      <w:r>
        <w:t>سو دیر واز ا ڈیفنسو وار۔</w:t>
      </w:r>
    </w:p>
    <w:p>
      <w:r>
        <w:rPr>
          <w:b/>
        </w:rPr>
        <w:t xml:space="preserve">[07:40] </w:t>
      </w:r>
      <w:r>
        <w:t>And when the Prophet returned from this defensive war, he said.</w:t>
      </w:r>
    </w:p>
    <w:p>
      <w:pPr>
        <w:jc w:val="right"/>
      </w:pPr>
      <w:r>
        <w:t>اینڈ وین پرافٹ ریٹرن فرام دس ڈیفنسو وار، ہی سیڈ۔</w:t>
      </w:r>
    </w:p>
    <w:p>
      <w:r>
        <w:rPr>
          <w:b/>
        </w:rPr>
        <w:t xml:space="preserve">[07:46] </w:t>
      </w:r>
      <w:r>
        <w:t>When he reached Madinah, that was his hometown.</w:t>
      </w:r>
    </w:p>
    <w:p>
      <w:pPr>
        <w:jc w:val="right"/>
      </w:pPr>
      <w:r>
        <w:t>وین ہی ریچ مدینہ، دیٹ واز ہز ہوم ٹاؤن۔</w:t>
      </w:r>
    </w:p>
    <w:p>
      <w:r>
        <w:rPr>
          <w:b/>
        </w:rPr>
        <w:t xml:space="preserve">[07:52] </w:t>
      </w:r>
      <w:r>
        <w:t>This hadith pertains to Madinah and not Makkah.</w:t>
      </w:r>
    </w:p>
    <w:p>
      <w:pPr>
        <w:jc w:val="right"/>
      </w:pPr>
      <w:r>
        <w:t>دس حدیث پرٹینز ٹو ٹو مدینہ اینڈ ناٹ مکہ۔</w:t>
      </w:r>
    </w:p>
    <w:p>
      <w:r>
        <w:rPr>
          <w:b/>
        </w:rPr>
        <w:t xml:space="preserve">[07:58] </w:t>
      </w:r>
      <w:r>
        <w:t>So when the prophet returned to Madinah, he said.</w:t>
      </w:r>
    </w:p>
    <w:p>
      <w:pPr>
        <w:jc w:val="right"/>
      </w:pPr>
      <w:r>
        <w:t>سو وین پرافٹ ریٹرن ٹو مدینہ، ہی سیڈ۔</w:t>
      </w:r>
    </w:p>
    <w:p>
      <w:r>
        <w:rPr>
          <w:b/>
        </w:rPr>
        <w:t xml:space="preserve">[08:05] </w:t>
      </w:r>
      <w:r>
        <w:t>rajana min al-jihadi al-asghar ila al-jihadi al-akbar.</w:t>
      </w:r>
    </w:p>
    <w:p>
      <w:pPr>
        <w:jc w:val="right"/>
      </w:pPr>
      <w:r>
        <w:t>رجانا من الجہاد الاصغر الی الجہاد الاکبر۔</w:t>
      </w:r>
    </w:p>
    <w:p>
      <w:r>
        <w:rPr>
          <w:b/>
        </w:rPr>
        <w:t xml:space="preserve">[08:11] </w:t>
      </w:r>
      <w:r>
        <w:t>We return from small jihad to great jihad.</w:t>
      </w:r>
    </w:p>
    <w:p>
      <w:pPr>
        <w:jc w:val="right"/>
      </w:pPr>
      <w:r>
        <w:t>وی ریٹرن فرام اسمال جہاد ٹو گریٹ جہاد۔</w:t>
      </w:r>
    </w:p>
    <w:p>
      <w:r>
        <w:rPr>
          <w:b/>
        </w:rPr>
        <w:t xml:space="preserve">[08:17] </w:t>
      </w:r>
      <w:r>
        <w:t>So what was that? Al-Jihad al-Akbar, that was peaceful da'wah work.</w:t>
      </w:r>
    </w:p>
    <w:p>
      <w:pPr>
        <w:jc w:val="right"/>
      </w:pPr>
      <w:r>
        <w:t>سو واٹ واز دیٹ؟ الجہاد الاکبر، دیٹ واز پیس فل دعوی ورک۔</w:t>
      </w:r>
    </w:p>
    <w:p>
      <w:r>
        <w:rPr>
          <w:b/>
        </w:rPr>
        <w:t xml:space="preserve">[08:24] </w:t>
      </w:r>
      <w:r>
        <w:t>Prophet and companions were engaged in dawah work.</w:t>
      </w:r>
    </w:p>
    <w:p>
      <w:pPr>
        <w:jc w:val="right"/>
      </w:pPr>
      <w:r>
        <w:t>پرافٹ اینڈ کمپینینز ویر انگیجڈ ان دعوی ورک۔</w:t>
      </w:r>
    </w:p>
    <w:p>
      <w:r>
        <w:rPr>
          <w:b/>
        </w:rPr>
        <w:t xml:space="preserve">[08:30] </w:t>
      </w:r>
      <w:r>
        <w:t>Then there was aggression, and they compelled to defense.</w:t>
      </w:r>
    </w:p>
    <w:p>
      <w:pPr>
        <w:jc w:val="right"/>
      </w:pPr>
      <w:r>
        <w:t>دین دیر واز ایگریشن، اینڈ دے کمپل ٹو ڈیفنس۔</w:t>
      </w:r>
    </w:p>
    <w:p>
      <w:r>
        <w:rPr>
          <w:b/>
        </w:rPr>
        <w:t xml:space="preserve">[08:36] </w:t>
      </w:r>
      <w:r>
        <w:t>Then after, then they return from that Ghazwa and reach Madinah.</w:t>
      </w:r>
    </w:p>
    <w:p>
      <w:pPr>
        <w:jc w:val="right"/>
      </w:pPr>
      <w:r>
        <w:t>دین افٹر، دین دے ریٹرن فرام دیٹ غزوہ اینڈ ریچ مدینہ۔</w:t>
      </w:r>
    </w:p>
    <w:p>
      <w:r>
        <w:rPr>
          <w:b/>
        </w:rPr>
        <w:t xml:space="preserve">[08:42] </w:t>
      </w:r>
      <w:r>
        <w:t>At the time, Prophet said.</w:t>
      </w:r>
    </w:p>
    <w:p>
      <w:pPr>
        <w:jc w:val="right"/>
      </w:pPr>
      <w:r>
        <w:t>ایٹ دا ٹائم، پرافٹ سیڈ۔</w:t>
      </w:r>
    </w:p>
    <w:p>
      <w:r>
        <w:rPr>
          <w:b/>
        </w:rPr>
        <w:t xml:space="preserve">[08:49] </w:t>
      </w:r>
      <w:r>
        <w:t>rajana min al-jihadi al-asghar ila al-jihadi al-akbar.</w:t>
      </w:r>
    </w:p>
    <w:p>
      <w:pPr>
        <w:jc w:val="right"/>
      </w:pPr>
      <w:r>
        <w:t>رجانا من الجہاد الاصغر الی الجہاد الاکبر۔</w:t>
      </w:r>
    </w:p>
    <w:p>
      <w:r>
        <w:rPr>
          <w:b/>
        </w:rPr>
        <w:t xml:space="preserve">[08:55] </w:t>
      </w:r>
      <w:r>
        <w:t>We return from small jihad to great jihad.</w:t>
      </w:r>
    </w:p>
    <w:p>
      <w:pPr>
        <w:jc w:val="right"/>
      </w:pPr>
      <w:r>
        <w:t>وی ریٹرن فرام اسمال جہاد ٹو گریٹ جہاد۔</w:t>
      </w:r>
    </w:p>
    <w:p>
      <w:r>
        <w:rPr>
          <w:b/>
        </w:rPr>
        <w:t xml:space="preserve">[09:01] </w:t>
      </w:r>
      <w:r>
        <w:t>It means that peaceful Dawah work was Al-Jihad al-Akbar. Very clear.</w:t>
      </w:r>
    </w:p>
    <w:p>
      <w:pPr>
        <w:jc w:val="right"/>
      </w:pPr>
      <w:r>
        <w:t>اٹ مینز دیٹ پیس فل دعوی ورک واز الجہاد الاکبر۔ ویری کلیئر۔</w:t>
      </w:r>
    </w:p>
    <w:p>
      <w:r>
        <w:rPr>
          <w:b/>
        </w:rPr>
        <w:t xml:space="preserve">[09:08] </w:t>
      </w:r>
      <w:r>
        <w:t>rajana min al-jihadi al-asghar ila al-jihadi al-akbar.</w:t>
      </w:r>
    </w:p>
    <w:p>
      <w:pPr>
        <w:jc w:val="right"/>
      </w:pPr>
      <w:r>
        <w:t>رجانا من الجہاد الاصغر الی الجہاد الاکبر۔</w:t>
      </w:r>
    </w:p>
    <w:p>
      <w:r>
        <w:rPr>
          <w:b/>
        </w:rPr>
        <w:t xml:space="preserve">[09:14] </w:t>
      </w:r>
      <w:r>
        <w:t>It means that we were compelled to go to defensive war.</w:t>
      </w:r>
    </w:p>
    <w:p>
      <w:pPr>
        <w:jc w:val="right"/>
      </w:pPr>
      <w:r>
        <w:t>اٹ مینز دیٹ وی ویر کمپل ٹو گو ٹو ڈیفنسو وار۔</w:t>
      </w:r>
    </w:p>
    <w:p>
      <w:r>
        <w:rPr>
          <w:b/>
        </w:rPr>
        <w:t xml:space="preserve">[09:20] </w:t>
      </w:r>
      <w:r>
        <w:t>But now we have returned to our dawah work.</w:t>
      </w:r>
    </w:p>
    <w:p>
      <w:pPr>
        <w:jc w:val="right"/>
      </w:pPr>
      <w:r>
        <w:t>بٹ ناؤ وی ہیو ریٹرن ٹو اور دعوی ورک۔</w:t>
      </w:r>
    </w:p>
    <w:p>
      <w:r>
        <w:rPr>
          <w:b/>
        </w:rPr>
        <w:t xml:space="preserve">[09:26] </w:t>
      </w:r>
      <w:r>
        <w:t>So dawah work is a peaceful work.</w:t>
      </w:r>
    </w:p>
    <w:p>
      <w:pPr>
        <w:jc w:val="right"/>
      </w:pPr>
      <w:r>
        <w:t>سو دعوی ورک از ا پیس فل ورک۔</w:t>
      </w:r>
    </w:p>
    <w:p>
      <w:r>
        <w:rPr>
          <w:b/>
        </w:rPr>
        <w:t xml:space="preserve">[09:33] </w:t>
      </w:r>
      <w:r>
        <w:t>Dawah work is al-jihad al-akbar.</w:t>
      </w:r>
    </w:p>
    <w:p>
      <w:pPr>
        <w:jc w:val="right"/>
      </w:pPr>
      <w:r>
        <w:t>دعوی ورک از الجہاد الاکبر۔</w:t>
      </w:r>
    </w:p>
    <w:p>
      <w:r>
        <w:rPr>
          <w:b/>
        </w:rPr>
        <w:t xml:space="preserve">[09:39] </w:t>
      </w:r>
      <w:r>
        <w:t>So here you can see a similarity between Quran and Hadith.</w:t>
      </w:r>
    </w:p>
    <w:p>
      <w:pPr>
        <w:jc w:val="right"/>
      </w:pPr>
      <w:r>
        <w:t>سو ہیر یو کین سی ا سیمیلریٹی بٹوین قرآن اینڈ حدیث۔</w:t>
      </w:r>
    </w:p>
    <w:p>
      <w:r>
        <w:rPr>
          <w:b/>
        </w:rPr>
        <w:t xml:space="preserve">[09:45] </w:t>
      </w:r>
      <w:r>
        <w:t>So this verse.</w:t>
      </w:r>
    </w:p>
    <w:p>
      <w:pPr>
        <w:jc w:val="right"/>
      </w:pPr>
      <w:r>
        <w:t>سو دس ورس۔</w:t>
      </w:r>
    </w:p>
    <w:p>
      <w:r>
        <w:rPr>
          <w:b/>
        </w:rPr>
        <w:t xml:space="preserve">[09:51] </w:t>
      </w:r>
      <w:r>
        <w:t>wajahidhum bihi jihadan kabira.</w:t>
      </w:r>
    </w:p>
    <w:p>
      <w:pPr>
        <w:jc w:val="right"/>
      </w:pPr>
      <w:r>
        <w:t>وجاہدہم بہ جہاد کبیرہ۔</w:t>
      </w:r>
    </w:p>
    <w:p>
      <w:r>
        <w:rPr>
          <w:b/>
        </w:rPr>
        <w:t xml:space="preserve">[09:58] </w:t>
      </w:r>
      <w:r>
        <w:t>Here it is Al-Jihad Al-Kabir.</w:t>
      </w:r>
    </w:p>
    <w:p>
      <w:pPr>
        <w:jc w:val="right"/>
      </w:pPr>
      <w:r>
        <w:t>ہیر اٹ از الجہاد الکبیر۔</w:t>
      </w:r>
    </w:p>
    <w:p>
      <w:r>
        <w:rPr>
          <w:b/>
        </w:rPr>
        <w:t xml:space="preserve">[10:04] </w:t>
      </w:r>
      <w:r>
        <w:t>And in Hadith also, there is Al-Jihad al-Kabir.</w:t>
      </w:r>
    </w:p>
    <w:p>
      <w:pPr>
        <w:jc w:val="right"/>
      </w:pPr>
      <w:r>
        <w:t>اینڈ ان حدیث السو، دیر از الجہاد الکبیر۔</w:t>
      </w:r>
    </w:p>
    <w:p>
      <w:r>
        <w:rPr>
          <w:b/>
        </w:rPr>
        <w:t xml:space="preserve">[10:10] </w:t>
      </w:r>
      <w:r>
        <w:t>So al-jihad al-kabir, al-jihad al-akbar means jihad-e dawat.</w:t>
      </w:r>
    </w:p>
    <w:p>
      <w:pPr>
        <w:jc w:val="right"/>
      </w:pPr>
      <w:r>
        <w:t>سو الجہاد الکبیر، الجہاد الاکبر مینز جہاد دعوت۔</w:t>
      </w:r>
    </w:p>
    <w:p>
      <w:r>
        <w:rPr>
          <w:b/>
        </w:rPr>
        <w:t xml:space="preserve">[10:17] </w:t>
      </w:r>
      <w:r>
        <w:t>That is peaceful Dawah work.</w:t>
      </w:r>
    </w:p>
    <w:p>
      <w:pPr>
        <w:jc w:val="right"/>
      </w:pPr>
      <w:r>
        <w:t>دیٹ از پیس فل دعوی ورک۔</w:t>
      </w:r>
    </w:p>
    <w:p>
      <w:r>
        <w:rPr>
          <w:b/>
        </w:rPr>
        <w:t xml:space="preserve">[10:23] </w:t>
      </w:r>
      <w:r>
        <w:t>peaceful dawah work.</w:t>
      </w:r>
    </w:p>
    <w:p>
      <w:pPr>
        <w:jc w:val="right"/>
      </w:pPr>
      <w:r>
        <w:t>پیس فل دعوی ورک۔</w:t>
      </w:r>
    </w:p>
    <w:p>
      <w:r>
        <w:rPr>
          <w:b/>
        </w:rPr>
        <w:t xml:space="preserve">[10:29] </w:t>
      </w:r>
      <w:r>
        <w:t>So it is very clear that in the Quran, jihad means peaceful struggle.</w:t>
      </w:r>
    </w:p>
    <w:p>
      <w:pPr>
        <w:jc w:val="right"/>
      </w:pPr>
      <w:r>
        <w:t>سو اٹ از ویری کلیئر دیٹ ان دا قرآن، جہاد مینز پیس فل سٹرگل۔</w:t>
      </w:r>
    </w:p>
    <w:p>
      <w:r>
        <w:rPr>
          <w:b/>
        </w:rPr>
        <w:t xml:space="preserve">[10:35] </w:t>
      </w:r>
      <w:r>
        <w:t>So the weapon of jihad is not sword.</w:t>
      </w:r>
    </w:p>
    <w:p>
      <w:pPr>
        <w:jc w:val="right"/>
      </w:pPr>
      <w:r>
        <w:t>سو دا ویپن اف جہاد از ناٹ سوڈ۔</w:t>
      </w:r>
    </w:p>
    <w:p>
      <w:r>
        <w:rPr>
          <w:b/>
        </w:rPr>
        <w:t xml:space="preserve">[10:42] </w:t>
      </w:r>
      <w:r>
        <w:t>Weapon of jihad is not gun.</w:t>
      </w:r>
    </w:p>
    <w:p>
      <w:pPr>
        <w:jc w:val="right"/>
      </w:pPr>
      <w:r>
        <w:t>ویپن اف جہاد از ناٹ گن۔</w:t>
      </w:r>
    </w:p>
    <w:p>
      <w:r>
        <w:rPr>
          <w:b/>
        </w:rPr>
        <w:t xml:space="preserve">[10:48] </w:t>
      </w:r>
      <w:r>
        <w:t>Weapon of jihad is dialogue, negotiation, interaction, tolerance, peace, adjustment.</w:t>
      </w:r>
    </w:p>
    <w:p>
      <w:pPr>
        <w:jc w:val="right"/>
      </w:pPr>
      <w:r>
        <w:t>ویپن اف جہاد از ڈائیلاگ، نیگوشی ایشن، انٹریکشن، ٹولرنس، پیس، ایڈجسٹمنٹ۔</w:t>
      </w:r>
    </w:p>
    <w:p>
      <w:r>
        <w:rPr>
          <w:b/>
        </w:rPr>
        <w:t xml:space="preserve">[10:54] </w:t>
      </w:r>
      <w:r>
        <w:t>This is the weapon of jihad.</w:t>
      </w:r>
    </w:p>
    <w:p>
      <w:pPr>
        <w:jc w:val="right"/>
      </w:pPr>
      <w:r>
        <w:t>دس از دا ویپن اف جہاد۔</w:t>
      </w:r>
    </w:p>
    <w:p>
      <w:r>
        <w:rPr>
          <w:b/>
        </w:rPr>
        <w:t xml:space="preserve">[11:00] </w:t>
      </w:r>
      <w:r>
        <w:t>Peaceful Jihad.</w:t>
      </w:r>
    </w:p>
    <w:p>
      <w:pPr>
        <w:jc w:val="right"/>
      </w:pPr>
      <w:r>
        <w:t>پیس فل جہاد۔</w:t>
      </w:r>
    </w:p>
    <w:p>
      <w:r>
        <w:rPr>
          <w:b/>
        </w:rPr>
        <w:t xml:space="preserve">[11:07] </w:t>
      </w:r>
      <w:r>
        <w:t>So, according to the Quran and Hadith, jihad means peaceful struggle.</w:t>
      </w:r>
    </w:p>
    <w:p>
      <w:pPr>
        <w:jc w:val="right"/>
      </w:pPr>
      <w:r>
        <w:t>سو اکارڈنگ ٹو قرآن اینڈ حدیث، جہاد مینز پیس فل سٹرگل۔</w:t>
      </w:r>
    </w:p>
    <w:p>
      <w:r>
        <w:rPr>
          <w:b/>
        </w:rPr>
        <w:t xml:space="preserve">[11:13] </w:t>
      </w:r>
      <w:r>
        <w:t>And in Islam, peaceful struggle means da'wah struggle.</w:t>
      </w:r>
    </w:p>
    <w:p>
      <w:pPr>
        <w:jc w:val="right"/>
      </w:pPr>
      <w:r>
        <w:t>اینڈ ان اسلام، پیس فل سٹرگل مینز دعوی سٹرگل۔</w:t>
      </w:r>
    </w:p>
    <w:p>
      <w:r>
        <w:rPr>
          <w:b/>
        </w:rPr>
        <w:t xml:space="preserve">[11:19] </w:t>
      </w:r>
      <w:r>
        <w:t>The most important task in Islam is Dawah.</w:t>
      </w:r>
    </w:p>
    <w:p>
      <w:pPr>
        <w:jc w:val="right"/>
      </w:pPr>
      <w:r>
        <w:t>دا موسٹ امپورٹنٹ ٹاسک ان اسلام از دعوی۔</w:t>
      </w:r>
    </w:p>
    <w:p>
      <w:r>
        <w:rPr>
          <w:b/>
        </w:rPr>
        <w:t xml:space="preserve">[11:26] </w:t>
      </w:r>
      <w:r>
        <w:t>The Prophet was sent for this purpose.</w:t>
      </w:r>
    </w:p>
    <w:p>
      <w:pPr>
        <w:jc w:val="right"/>
      </w:pPr>
      <w:r>
        <w:t>پرافٹ واز سینڈ فار دس پرپس۔</w:t>
      </w:r>
    </w:p>
    <w:p>
      <w:r>
        <w:rPr>
          <w:b/>
        </w:rPr>
        <w:t xml:space="preserve">[11:32] </w:t>
      </w:r>
      <w:r>
        <w:t>da'i ilallah be iznihi wa sirajum munira.</w:t>
      </w:r>
    </w:p>
    <w:p>
      <w:pPr>
        <w:jc w:val="right"/>
      </w:pPr>
      <w:r>
        <w:t>داعی اللہ بے نہیں۔ وسر منیرا۔</w:t>
      </w:r>
    </w:p>
    <w:p>
      <w:r>
        <w:rPr>
          <w:b/>
        </w:rPr>
        <w:t xml:space="preserve">[11:38] </w:t>
      </w:r>
      <w:r>
        <w:t>So prophet was a dai.</w:t>
      </w:r>
    </w:p>
    <w:p>
      <w:pPr>
        <w:jc w:val="right"/>
      </w:pPr>
      <w:r>
        <w:t>سو پرافٹ واز ا داعی۔</w:t>
      </w:r>
    </w:p>
    <w:p>
      <w:r>
        <w:rPr>
          <w:b/>
        </w:rPr>
        <w:t xml:space="preserve">[11:44] </w:t>
      </w:r>
      <w:r>
        <w:t>All the Muslims are thy.</w:t>
      </w:r>
    </w:p>
    <w:p>
      <w:pPr>
        <w:jc w:val="right"/>
      </w:pPr>
      <w:r>
        <w:t>ال دا مسلمز ار دائی۔</w:t>
      </w:r>
    </w:p>
    <w:p>
      <w:r>
        <w:rPr>
          <w:b/>
        </w:rPr>
        <w:t xml:space="preserve">[11:51] </w:t>
      </w:r>
      <w:r>
        <w:t>likayna al-rasula shaheedan alaykum wa takuna shuhadaa al-nas.</w:t>
      </w:r>
    </w:p>
    <w:p>
      <w:pPr>
        <w:jc w:val="right"/>
      </w:pPr>
      <w:r>
        <w:t>لیکون الرسول شہید علیکم وتکون شہداء الناس۔</w:t>
      </w:r>
    </w:p>
    <w:p>
      <w:r>
        <w:rPr>
          <w:b/>
        </w:rPr>
        <w:t xml:space="preserve">[11:57] </w:t>
      </w:r>
      <w:r>
        <w:t>So the prophet was a dai.</w:t>
      </w:r>
    </w:p>
    <w:p>
      <w:pPr>
        <w:jc w:val="right"/>
      </w:pPr>
      <w:r>
        <w:t>سو دا پرافٹ واز ا دائی۔</w:t>
      </w:r>
    </w:p>
    <w:p>
      <w:r>
        <w:rPr>
          <w:b/>
        </w:rPr>
        <w:t xml:space="preserve">[12:03] </w:t>
      </w:r>
      <w:r>
        <w:t>All his companions were there.</w:t>
      </w:r>
    </w:p>
    <w:p>
      <w:pPr>
        <w:jc w:val="right"/>
      </w:pPr>
      <w:r>
        <w:t>ال ہز کمپینینز ویر دائی۔</w:t>
      </w:r>
    </w:p>
    <w:p>
      <w:r>
        <w:rPr>
          <w:b/>
        </w:rPr>
        <w:t xml:space="preserve">[12:09] </w:t>
      </w:r>
      <w:r>
        <w:t>And now all the Muslims are die.</w:t>
      </w:r>
    </w:p>
    <w:p>
      <w:pPr>
        <w:jc w:val="right"/>
      </w:pPr>
      <w:r>
        <w:t>اینڈ ناؤ ال دا مسلمز ار دائی۔</w:t>
      </w:r>
    </w:p>
    <w:p>
      <w:r>
        <w:rPr>
          <w:b/>
        </w:rPr>
        <w:t xml:space="preserve">[12:16] </w:t>
      </w:r>
      <w:r>
        <w:t>Dawah is the only mission of Muslim, of Ummah, of Ummat Muhammad.</w:t>
      </w:r>
    </w:p>
    <w:p>
      <w:pPr>
        <w:jc w:val="right"/>
      </w:pPr>
      <w:r>
        <w:t>دعوی از دا اونلی مشن اف مسلم اف امہ اف امت محمد۔</w:t>
      </w:r>
    </w:p>
    <w:p>
      <w:r>
        <w:rPr>
          <w:b/>
        </w:rPr>
        <w:t xml:space="preserve">[12:22] </w:t>
      </w:r>
      <w:r>
        <w:t>دعوی is the only concern.</w:t>
      </w:r>
    </w:p>
    <w:p>
      <w:pPr>
        <w:jc w:val="right"/>
      </w:pPr>
      <w:r>
        <w:t>دعوی از دا اونلی کنسرن۔</w:t>
      </w:r>
    </w:p>
    <w:p>
      <w:r>
        <w:rPr>
          <w:b/>
        </w:rPr>
        <w:t xml:space="preserve">[12:28] </w:t>
      </w:r>
      <w:r>
        <w:t>Dawah is the only mission.</w:t>
      </w:r>
    </w:p>
    <w:p>
      <w:pPr>
        <w:jc w:val="right"/>
      </w:pPr>
      <w:r>
        <w:t>دعوی از دا اونلی مشن۔</w:t>
      </w:r>
    </w:p>
    <w:p>
      <w:r>
        <w:rPr>
          <w:b/>
        </w:rPr>
        <w:t xml:space="preserve">[12:35] </w:t>
      </w:r>
      <w:r>
        <w:t>There is no mission except dawah.</w:t>
      </w:r>
    </w:p>
    <w:p>
      <w:pPr>
        <w:jc w:val="right"/>
      </w:pPr>
      <w:r>
        <w:t>دیر از نو مشن ایکسیپٹ دعوی۔</w:t>
      </w:r>
    </w:p>
    <w:p>
      <w:r>
        <w:rPr>
          <w:b/>
        </w:rPr>
        <w:t xml:space="preserve">[12:41] </w:t>
      </w:r>
      <w:r>
        <w:t>Dawah means to convey the message of God.</w:t>
      </w:r>
    </w:p>
    <w:p>
      <w:pPr>
        <w:jc w:val="right"/>
      </w:pPr>
      <w:r>
        <w:t>دعوی مینز ٹو کنوے دی میسج اف گاڈ۔</w:t>
      </w:r>
    </w:p>
    <w:p>
      <w:r>
        <w:rPr>
          <w:b/>
        </w:rPr>
        <w:t xml:space="preserve">[12:47] </w:t>
      </w:r>
      <w:r>
        <w:t>message of God Almighty to to all mankind in a peaceful manner.</w:t>
      </w:r>
    </w:p>
    <w:p>
      <w:pPr>
        <w:jc w:val="right"/>
      </w:pPr>
      <w:r>
        <w:t>میسج اف گاڈ المائٹی ٹو ٹو ال مین کائنڈ ان ا پیس فل مینر۔</w:t>
      </w:r>
    </w:p>
    <w:p>
      <w:r>
        <w:rPr>
          <w:b/>
        </w:rPr>
        <w:t xml:space="preserve">[12:53] </w:t>
      </w:r>
      <w:r>
        <w:t>This is the mission.</w:t>
      </w:r>
    </w:p>
    <w:p>
      <w:pPr>
        <w:jc w:val="right"/>
      </w:pPr>
      <w:r>
        <w:t>دس از دا مشن۔</w:t>
      </w:r>
    </w:p>
    <w:p>
      <w:r>
        <w:rPr>
          <w:b/>
        </w:rPr>
        <w:t xml:space="preserve">[13:00] </w:t>
      </w:r>
      <w:r>
        <w:t>So this is jihad.</w:t>
      </w:r>
    </w:p>
    <w:p>
      <w:pPr>
        <w:jc w:val="right"/>
      </w:pPr>
      <w:r>
        <w:t>سو دس از جہاد۔</w:t>
      </w:r>
    </w:p>
    <w:p>
      <w:r>
        <w:rPr>
          <w:b/>
        </w:rPr>
        <w:t xml:space="preserve">[13:06] </w:t>
      </w:r>
      <w:r>
        <w:t>So it is very clear in the Quran and Hadith that jihad is a peaceful activity.</w:t>
      </w:r>
    </w:p>
    <w:p>
      <w:pPr>
        <w:jc w:val="right"/>
      </w:pPr>
      <w:r>
        <w:t>سو اٹ از ویری کلیئر ان دا قرآن اینڈ حدیث دیٹ جہاد از ا پیس فل ایکٹیویٹی۔</w:t>
      </w:r>
    </w:p>
    <w:p>
      <w:r>
        <w:rPr>
          <w:b/>
        </w:rPr>
        <w:t xml:space="preserve">[13:12] </w:t>
      </w:r>
      <w:r>
        <w:t>Jihad is only the other name of peaceful activism.</w:t>
      </w:r>
    </w:p>
    <w:p>
      <w:pPr>
        <w:jc w:val="right"/>
      </w:pPr>
      <w:r>
        <w:t>جہاد از اونلی دی ادر نیم اف پیس فل ایکٹیوزم۔</w:t>
      </w:r>
    </w:p>
    <w:p>
      <w:r>
        <w:rPr>
          <w:b/>
        </w:rPr>
        <w:t xml:space="preserve">[13:18] </w:t>
      </w:r>
      <w:r>
        <w:t>Now there is another important point. Qital.</w:t>
      </w:r>
    </w:p>
    <w:p>
      <w:pPr>
        <w:jc w:val="right"/>
      </w:pPr>
      <w:r>
        <w:t>ناؤ دیر از ان ادر امپورٹنٹ پوائنٹ۔ قتال۔</w:t>
      </w:r>
    </w:p>
    <w:p>
      <w:r>
        <w:rPr>
          <w:b/>
        </w:rPr>
        <w:t xml:space="preserve">[13:25] </w:t>
      </w:r>
      <w:r>
        <w:t>Some people take jihad in the sense of qital in extended sense.</w:t>
      </w:r>
    </w:p>
    <w:p>
      <w:pPr>
        <w:jc w:val="right"/>
      </w:pPr>
      <w:r>
        <w:t>سم پیپل ٹیک جہاد ان دا سینس اف قتال ان ایکسٹینڈڈ سینس۔</w:t>
      </w:r>
    </w:p>
    <w:p>
      <w:r>
        <w:rPr>
          <w:b/>
        </w:rPr>
        <w:t xml:space="preserve">[13:31] </w:t>
      </w:r>
      <w:r>
        <w:t>I am not going to that discussion.</w:t>
      </w:r>
    </w:p>
    <w:p>
      <w:pPr>
        <w:jc w:val="right"/>
      </w:pPr>
      <w:r>
        <w:t>ائی ایم ناٹ گوئنگ ٹو دیٹ ڈسکشن۔</w:t>
      </w:r>
    </w:p>
    <w:p>
      <w:r>
        <w:rPr>
          <w:b/>
        </w:rPr>
        <w:t xml:space="preserve">[13:37] </w:t>
      </w:r>
      <w:r>
        <w:t>But I, I will say that qital.</w:t>
      </w:r>
    </w:p>
    <w:p>
      <w:pPr>
        <w:jc w:val="right"/>
      </w:pPr>
      <w:r>
        <w:t>بٹ ائی ائی ویل سے دیٹ قتال۔</w:t>
      </w:r>
    </w:p>
    <w:p>
      <w:r>
        <w:rPr>
          <w:b/>
        </w:rPr>
        <w:t xml:space="preserve">[13:44] </w:t>
      </w:r>
      <w:r>
        <w:t>If you take jihad in the sense of qital by extending the meaning of jihad.</w:t>
      </w:r>
    </w:p>
    <w:p>
      <w:pPr>
        <w:jc w:val="right"/>
      </w:pPr>
      <w:r>
        <w:t>اف یو ٹیک جہاد ان دا سینس اف قتال بائی ایکسٹینڈنگ دا میننگ اف جہاد۔</w:t>
      </w:r>
    </w:p>
    <w:p>
      <w:r>
        <w:rPr>
          <w:b/>
        </w:rPr>
        <w:t xml:space="preserve">[13:50] </w:t>
      </w:r>
      <w:r>
        <w:t>So I am not going to to to that discussion.</w:t>
      </w:r>
    </w:p>
    <w:p>
      <w:pPr>
        <w:jc w:val="right"/>
      </w:pPr>
      <w:r>
        <w:t>سو ائی ایم ناٹ گوئنگ ٹو ٹو ٹو دیٹ ڈسکشن۔</w:t>
      </w:r>
    </w:p>
    <w:p>
      <w:r>
        <w:rPr>
          <w:b/>
        </w:rPr>
        <w:t xml:space="preserve">[13:56] </w:t>
      </w:r>
      <w:r>
        <w:t>But I will say that qital in Islam is a very very restricted action.</w:t>
      </w:r>
    </w:p>
    <w:p>
      <w:pPr>
        <w:jc w:val="right"/>
      </w:pPr>
      <w:r>
        <w:t>بٹ ائی ویل سے دیٹ قتال ان اسلام از ا ویری ویری ریسٹرکٹڈ ایکشن۔</w:t>
      </w:r>
    </w:p>
    <w:p>
      <w:r>
        <w:rPr>
          <w:b/>
        </w:rPr>
        <w:t xml:space="preserve">[14:02] </w:t>
      </w:r>
      <w:r>
        <w:t>Qital is qital or war.</w:t>
      </w:r>
    </w:p>
    <w:p>
      <w:pPr>
        <w:jc w:val="right"/>
      </w:pPr>
      <w:r>
        <w:t>قتال از قتال ار وار۔</w:t>
      </w:r>
    </w:p>
    <w:p>
      <w:r>
        <w:rPr>
          <w:b/>
        </w:rPr>
        <w:t xml:space="preserve">[14:09] </w:t>
      </w:r>
      <w:r>
        <w:t>War is only against attackers and not against enemy.</w:t>
      </w:r>
    </w:p>
    <w:p>
      <w:pPr>
        <w:jc w:val="right"/>
      </w:pPr>
      <w:r>
        <w:t>وار از اونلی اگینسٹ اٹیکرز اور ناٹ اگینسٹ اینمی۔</w:t>
      </w:r>
    </w:p>
    <w:p>
      <w:r>
        <w:rPr>
          <w:b/>
        </w:rPr>
        <w:t xml:space="preserve">[14:15] </w:t>
      </w:r>
      <w:r>
        <w:t>Very important to know that Islam differentiate between enemy and attacker.</w:t>
      </w:r>
    </w:p>
    <w:p>
      <w:pPr>
        <w:jc w:val="right"/>
      </w:pPr>
      <w:r>
        <w:t>ویری امپورٹنٹ ٹو نو دیٹ اسلام ڈیفرنشیٹ بٹوین اینمی اینڈ اٹیکر۔</w:t>
      </w:r>
    </w:p>
    <w:p>
      <w:r>
        <w:rPr>
          <w:b/>
        </w:rPr>
        <w:t xml:space="preserve">[14:21] </w:t>
      </w:r>
      <w:r>
        <w:t>very very important to understand. To know.</w:t>
      </w:r>
    </w:p>
    <w:p>
      <w:pPr>
        <w:jc w:val="right"/>
      </w:pPr>
      <w:r>
        <w:t>ویری ویری امپورٹنٹ ٹو انڈرسٹینڈ۔ ٹو نو۔</w:t>
      </w:r>
    </w:p>
    <w:p>
      <w:r>
        <w:rPr>
          <w:b/>
        </w:rPr>
        <w:t xml:space="preserve">[14:27] </w:t>
      </w:r>
      <w:r>
        <w:t>People generally confuse between the two.</w:t>
      </w:r>
    </w:p>
    <w:p>
      <w:pPr>
        <w:jc w:val="right"/>
      </w:pPr>
      <w:r>
        <w:t>پیپل جنرلی کنفیوز بٹوین دا ٹو۔</w:t>
      </w:r>
    </w:p>
    <w:p>
      <w:r>
        <w:rPr>
          <w:b/>
        </w:rPr>
        <w:t xml:space="preserve">[14:34] </w:t>
      </w:r>
      <w:r>
        <w:t>People generally confuse between the two. So.</w:t>
      </w:r>
    </w:p>
    <w:p>
      <w:pPr>
        <w:jc w:val="right"/>
      </w:pPr>
      <w:r>
        <w:t>پیپل جنرلی کنفیوز بٹوین دا ٹو۔ سو۔</w:t>
      </w:r>
    </w:p>
    <w:p>
      <w:r>
        <w:rPr>
          <w:b/>
        </w:rPr>
        <w:t xml:space="preserve">[14:40] </w:t>
      </w:r>
      <w:r>
        <w:t>Case of attacker and case of enemy is very very different to each other.</w:t>
      </w:r>
    </w:p>
    <w:p>
      <w:pPr>
        <w:jc w:val="right"/>
      </w:pPr>
      <w:r>
        <w:t>کیس اف اٹیکر اینڈ کیس اف اینمی از ویری ویری ڈفرنٹ ٹو ایچ ادر۔</w:t>
      </w:r>
    </w:p>
    <w:p>
      <w:r>
        <w:rPr>
          <w:b/>
        </w:rPr>
        <w:t xml:space="preserve">[14:46] </w:t>
      </w:r>
      <w:r>
        <w:t>So in Islam, qital is only against the attackers.</w:t>
      </w:r>
    </w:p>
    <w:p>
      <w:pPr>
        <w:jc w:val="right"/>
      </w:pPr>
      <w:r>
        <w:t>سو ان اسلام، قتال از اونلی اگینسٹ دی اٹیکرز۔</w:t>
      </w:r>
    </w:p>
    <w:p>
      <w:r>
        <w:rPr>
          <w:b/>
        </w:rPr>
        <w:t xml:space="preserve">[14:53] </w:t>
      </w:r>
      <w:r>
        <w:t>Qital means defensive war.</w:t>
      </w:r>
    </w:p>
    <w:p>
      <w:pPr>
        <w:jc w:val="right"/>
      </w:pPr>
      <w:r>
        <w:t>قتال مینز ڈیفنسو وار۔</w:t>
      </w:r>
    </w:p>
    <w:p>
      <w:r>
        <w:rPr>
          <w:b/>
        </w:rPr>
        <w:t xml:space="preserve">[14:59] </w:t>
      </w:r>
      <w:r>
        <w:t>Because there is no war in Islam other than defense.</w:t>
      </w:r>
    </w:p>
    <w:p>
      <w:pPr>
        <w:jc w:val="right"/>
      </w:pPr>
      <w:r>
        <w:t>بیکاز دیر از نو وار ان اسلام ادر دین ڈیفنس۔</w:t>
      </w:r>
    </w:p>
    <w:p>
      <w:r>
        <w:rPr>
          <w:b/>
        </w:rPr>
        <w:t xml:space="preserve">[15:05] </w:t>
      </w:r>
      <w:r>
        <w:t>So qital in the sense of defense is only against the attackers.</w:t>
      </w:r>
    </w:p>
    <w:p>
      <w:pPr>
        <w:jc w:val="right"/>
      </w:pPr>
      <w:r>
        <w:t>سو قتال ان دا سینس اف ڈیفنس از اونلی اگینسٹ دی اٹیکرز۔</w:t>
      </w:r>
    </w:p>
    <w:p>
      <w:r>
        <w:rPr>
          <w:b/>
        </w:rPr>
        <w:t xml:space="preserve">[15:11] </w:t>
      </w:r>
      <w:r>
        <w:t>attackers are not against the enemy.</w:t>
      </w:r>
    </w:p>
    <w:p>
      <w:pPr>
        <w:jc w:val="right"/>
      </w:pPr>
      <w:r>
        <w:t>اٹیکرز اور ناٹ اگینسٹ دی اینمی۔</w:t>
      </w:r>
    </w:p>
    <w:p>
      <w:r>
        <w:rPr>
          <w:b/>
        </w:rPr>
        <w:t xml:space="preserve">[15:18] </w:t>
      </w:r>
      <w:r>
        <w:t>It is very clear from from the Quran.</w:t>
      </w:r>
    </w:p>
    <w:p>
      <w:pPr>
        <w:jc w:val="right"/>
      </w:pPr>
      <w:r>
        <w:t>اٹ از ویری کلیئر فرام فرام دا قرآن۔</w:t>
      </w:r>
    </w:p>
    <w:p>
      <w:r>
        <w:rPr>
          <w:b/>
        </w:rPr>
        <w:t xml:space="preserve">[15:24] </w:t>
      </w:r>
      <w:r>
        <w:t>There is a very important verse in this regard.</w:t>
      </w:r>
    </w:p>
    <w:p>
      <w:pPr>
        <w:jc w:val="right"/>
      </w:pPr>
      <w:r>
        <w:t>دیر از ا ویری امپورٹنٹ ورس ان دس ریگارڈ۔</w:t>
      </w:r>
    </w:p>
    <w:p>
      <w:r>
        <w:rPr>
          <w:b/>
        </w:rPr>
        <w:t xml:space="preserve">[15:30] </w:t>
      </w:r>
      <w:r>
        <w:t>Quran says that.</w:t>
      </w:r>
    </w:p>
    <w:p>
      <w:pPr>
        <w:jc w:val="right"/>
      </w:pPr>
      <w:r>
        <w:t>قرآن سیز دیٹ۔</w:t>
      </w:r>
    </w:p>
    <w:p>
      <w:r>
        <w:rPr>
          <w:b/>
        </w:rPr>
        <w:t xml:space="preserve">[15:36] </w:t>
      </w:r>
      <w:r>
        <w:t>لا تستبل حسنۃ والسیہ بلتی حسن فیض الذی بینک بین عداوه کانه ولی حمیم۔</w:t>
      </w:r>
    </w:p>
    <w:p>
      <w:pPr>
        <w:jc w:val="right"/>
      </w:pPr>
      <w:r>
        <w:t>لا تستبل حسنۃ والسیہ بلتی حسن فیض الذی بینک بین عداوہ کانہ ولی حمیم۔</w:t>
      </w:r>
    </w:p>
    <w:p>
      <w:r>
        <w:rPr>
          <w:b/>
        </w:rPr>
        <w:t xml:space="preserve">[15:43] </w:t>
      </w:r>
      <w:r>
        <w:t>It means that do good deed in in return of bad deed.</w:t>
      </w:r>
    </w:p>
    <w:p>
      <w:pPr>
        <w:jc w:val="right"/>
      </w:pPr>
      <w:r>
        <w:t>اٹ مینز دیٹ ڈو گڈ ڈیڈ ان ان ریٹرن اف بیڈ ڈیڈ۔</w:t>
      </w:r>
    </w:p>
    <w:p>
      <w:r>
        <w:rPr>
          <w:b/>
        </w:rPr>
        <w:t xml:space="preserve">[15:49] </w:t>
      </w:r>
      <w:r>
        <w:t>Bad deeds means bad deeds from enemies.</w:t>
      </w:r>
    </w:p>
    <w:p>
      <w:pPr>
        <w:jc w:val="right"/>
      </w:pPr>
      <w:r>
        <w:t>بیڈ ڈیڈ مینز بیڈ ڈیڈ فرام اینمیز۔</w:t>
      </w:r>
    </w:p>
    <w:p>
      <w:r>
        <w:rPr>
          <w:b/>
        </w:rPr>
        <w:t xml:space="preserve">[15:55] </w:t>
      </w:r>
      <w:r>
        <w:t>If there are some enemies and they are doing bad deeds, you are not allowed to respond badly.</w:t>
      </w:r>
    </w:p>
    <w:p>
      <w:pPr>
        <w:jc w:val="right"/>
      </w:pPr>
      <w:r>
        <w:t>اف دیر ار سم اینمیز اینڈ دے ار ڈوئنگ بیڈ ڈیڈ، یو ار ناٹ الاؤڈ ٹو ریسپانڈ بیڈلی۔</w:t>
      </w:r>
    </w:p>
    <w:p>
      <w:r>
        <w:rPr>
          <w:b/>
        </w:rPr>
        <w:t xml:space="preserve">[16:02] </w:t>
      </w:r>
      <w:r>
        <w:t>So Quran says that do good deed in return for bad deed.</w:t>
      </w:r>
    </w:p>
    <w:p>
      <w:pPr>
        <w:jc w:val="right"/>
      </w:pPr>
      <w:r>
        <w:t>سو قرآن سیز دیٹ ڈو گڈ ڈیڈ ان ریٹرن فار بیڈ ڈیڈ۔</w:t>
      </w:r>
    </w:p>
    <w:p>
      <w:r>
        <w:rPr>
          <w:b/>
        </w:rPr>
        <w:t xml:space="preserve">[16:08] </w:t>
      </w:r>
      <w:r>
        <w:t>Then you see, then you will find that your enemy has become your dearest friend.</w:t>
      </w:r>
    </w:p>
    <w:p>
      <w:pPr>
        <w:jc w:val="right"/>
      </w:pPr>
      <w:r>
        <w:t>دین یو سی، دین یو ویل فائنڈ دیٹ یور اینمی ہیز بیکم یور ڈیئرسٹ فرینڈ۔</w:t>
      </w:r>
    </w:p>
    <w:p>
      <w:r>
        <w:rPr>
          <w:b/>
        </w:rPr>
        <w:t xml:space="preserve">[16:14] </w:t>
      </w:r>
      <w:r>
        <w:t>Kana wali hamim.</w:t>
      </w:r>
    </w:p>
    <w:p>
      <w:pPr>
        <w:jc w:val="right"/>
      </w:pPr>
      <w:r>
        <w:t>کانہ ولی حمیم۔</w:t>
      </w:r>
    </w:p>
    <w:p>
      <w:r>
        <w:rPr>
          <w:b/>
        </w:rPr>
        <w:t xml:space="preserve">[16:20] </w:t>
      </w:r>
      <w:r>
        <w:t>Do good deed in return for bad deed of enemy.</w:t>
      </w:r>
    </w:p>
    <w:p>
      <w:pPr>
        <w:jc w:val="right"/>
      </w:pPr>
      <w:r>
        <w:t>ڈو گڈ ڈیڈ ان ریٹرن فار بیڈ ڈیڈ اف اینمی۔</w:t>
      </w:r>
    </w:p>
    <w:p>
      <w:r>
        <w:rPr>
          <w:b/>
        </w:rPr>
        <w:t xml:space="preserve">[16:27] </w:t>
      </w:r>
      <w:r>
        <w:t>And you will find that your enemy has become your dearest friend.</w:t>
      </w:r>
    </w:p>
    <w:p>
      <w:pPr>
        <w:jc w:val="right"/>
      </w:pPr>
      <w:r>
        <w:t>اینڈ یو ویل فائنڈ دیٹ یور اینمی ہیز بیکم یور ڈیئرسٹ فرینڈ۔</w:t>
      </w:r>
    </w:p>
    <w:p>
      <w:r>
        <w:rPr>
          <w:b/>
        </w:rPr>
        <w:t xml:space="preserve">[16:33] </w:t>
      </w:r>
      <w:r>
        <w:t>It means that according to the Islam, enemy is your potential friend.</w:t>
      </w:r>
    </w:p>
    <w:p>
      <w:pPr>
        <w:jc w:val="right"/>
      </w:pPr>
      <w:r>
        <w:t>اٹ مینز دیٹ اکارڈنگ ٹو دا اسلام، اینمی از یور پوٹینشل فرینڈ۔</w:t>
      </w:r>
    </w:p>
    <w:p>
      <w:r>
        <w:rPr>
          <w:b/>
        </w:rPr>
        <w:t xml:space="preserve">[16:39] </w:t>
      </w:r>
      <w:r>
        <w:t>No enemy is permanent enemy.</w:t>
      </w:r>
    </w:p>
    <w:p>
      <w:pPr>
        <w:jc w:val="right"/>
      </w:pPr>
      <w:r>
        <w:t>نو اینمی از پرماننٹ اینمی۔</w:t>
      </w:r>
    </w:p>
    <w:p>
      <w:r>
        <w:rPr>
          <w:b/>
        </w:rPr>
        <w:t xml:space="preserve">[16:46] </w:t>
      </w:r>
      <w:r>
        <w:t>Enmity is not a permanent phenomena.</w:t>
      </w:r>
    </w:p>
    <w:p>
      <w:pPr>
        <w:jc w:val="right"/>
      </w:pPr>
      <w:r>
        <w:t>اینمیٹی از ناٹ ا پرماننٹ فیناومینا۔</w:t>
      </w:r>
    </w:p>
    <w:p>
      <w:r>
        <w:rPr>
          <w:b/>
        </w:rPr>
        <w:t xml:space="preserve">[16:52] </w:t>
      </w:r>
      <w:r>
        <w:t>Enmity is not a permanent phenomena.</w:t>
      </w:r>
    </w:p>
    <w:p>
      <w:pPr>
        <w:jc w:val="right"/>
      </w:pPr>
      <w:r>
        <w:t>اینمیٹی از ناٹ ا پرماننٹ فیناومینا۔</w:t>
      </w:r>
    </w:p>
    <w:p>
      <w:r>
        <w:rPr>
          <w:b/>
        </w:rPr>
        <w:t xml:space="preserve">[16:58] </w:t>
      </w:r>
      <w:r>
        <w:t>No enemy is a permanent enemy.</w:t>
      </w:r>
    </w:p>
    <w:p>
      <w:pPr>
        <w:jc w:val="right"/>
      </w:pPr>
      <w:r>
        <w:t>نو اینمی از ا پرماننٹ اینمی۔</w:t>
      </w:r>
    </w:p>
    <w:p>
      <w:r>
        <w:rPr>
          <w:b/>
        </w:rPr>
        <w:t xml:space="preserve">[17:04] </w:t>
      </w:r>
      <w:r>
        <w:t>So every enemy is insaan.</w:t>
      </w:r>
    </w:p>
    <w:p>
      <w:pPr>
        <w:jc w:val="right"/>
      </w:pPr>
      <w:r>
        <w:t>سو ایوری اینمی از انسان۔</w:t>
      </w:r>
    </w:p>
    <w:p>
      <w:r>
        <w:rPr>
          <w:b/>
        </w:rPr>
        <w:t xml:space="preserve">[17:11] </w:t>
      </w:r>
      <w:r>
        <w:t>Every enemy is a human being.</w:t>
      </w:r>
    </w:p>
    <w:p>
      <w:pPr>
        <w:jc w:val="right"/>
      </w:pPr>
      <w:r>
        <w:t>ایوری اینمی از ہیومن بینگ۔</w:t>
      </w:r>
    </w:p>
    <w:p>
      <w:r>
        <w:rPr>
          <w:b/>
        </w:rPr>
        <w:t xml:space="preserve">[17:17] </w:t>
      </w:r>
      <w:r>
        <w:t>enemy is not a Satan.</w:t>
      </w:r>
    </w:p>
    <w:p>
      <w:pPr>
        <w:jc w:val="right"/>
      </w:pPr>
      <w:r>
        <w:t>اینمی از ناٹ ا سیٹن۔</w:t>
      </w:r>
    </w:p>
    <w:p>
      <w:r>
        <w:rPr>
          <w:b/>
        </w:rPr>
        <w:t xml:space="preserve">[17:23] </w:t>
      </w:r>
      <w:r>
        <w:t>So every enemy is potentially your friend.</w:t>
      </w:r>
    </w:p>
    <w:p>
      <w:pPr>
        <w:jc w:val="right"/>
      </w:pPr>
      <w:r>
        <w:t>سو ایوری اینمی از پوٹینشلی یور فرینڈ۔</w:t>
      </w:r>
    </w:p>
    <w:p>
      <w:r>
        <w:rPr>
          <w:b/>
        </w:rPr>
        <w:t xml:space="preserve">[17:29] </w:t>
      </w:r>
      <w:r>
        <w:t>So turn this potential into actual.</w:t>
      </w:r>
    </w:p>
    <w:p>
      <w:pPr>
        <w:jc w:val="right"/>
      </w:pPr>
      <w:r>
        <w:t>سو ٹرن دس پوٹینشل انٹو ایکچول۔</w:t>
      </w:r>
    </w:p>
    <w:p>
      <w:r>
        <w:rPr>
          <w:b/>
        </w:rPr>
        <w:t xml:space="preserve">[17:36] </w:t>
      </w:r>
      <w:r>
        <w:t>Why fighting? Why war? Why killing? So your enemy is your potential friend.</w:t>
      </w:r>
    </w:p>
    <w:p>
      <w:pPr>
        <w:jc w:val="right"/>
      </w:pPr>
      <w:r>
        <w:t>وائی فائٹنگ؟ وائی وار؟ وائی کلنگ؟ سو یور اینمی از یور پوٹینشل فرینڈ۔</w:t>
      </w:r>
    </w:p>
    <w:p>
      <w:r>
        <w:rPr>
          <w:b/>
        </w:rPr>
        <w:t xml:space="preserve">[17:42] </w:t>
      </w:r>
      <w:r>
        <w:t>So try to turn this potential into actual.</w:t>
      </w:r>
    </w:p>
    <w:p>
      <w:pPr>
        <w:jc w:val="right"/>
      </w:pPr>
      <w:r>
        <w:t>سو ٹرائی ٹو ٹرن دس پوٹینشل انٹو ایکچول۔</w:t>
      </w:r>
    </w:p>
    <w:p>
      <w:r>
        <w:rPr>
          <w:b/>
        </w:rPr>
        <w:t xml:space="preserve">[17:48] </w:t>
      </w:r>
      <w:r>
        <w:t>Make friend out of enemy. Very important.</w:t>
      </w:r>
    </w:p>
    <w:p>
      <w:pPr>
        <w:jc w:val="right"/>
      </w:pPr>
      <w:r>
        <w:t>میک فرینڈ اؤٹ اف اینمی۔ ویری امپورٹنٹ۔</w:t>
      </w:r>
    </w:p>
    <w:p>
      <w:r>
        <w:rPr>
          <w:b/>
        </w:rPr>
        <w:t xml:space="preserve">[17:55] </w:t>
      </w:r>
      <w:r>
        <w:t>Islamic teaching about aggressor is different.</w:t>
      </w:r>
    </w:p>
    <w:p>
      <w:pPr>
        <w:jc w:val="right"/>
      </w:pPr>
      <w:r>
        <w:t>اسلامک ٹیچنگ اباؤٹ ایگریسر از ڈفرنٹ۔</w:t>
      </w:r>
    </w:p>
    <w:p>
      <w:r>
        <w:rPr>
          <w:b/>
        </w:rPr>
        <w:t xml:space="preserve">[18:01] </w:t>
      </w:r>
      <w:r>
        <w:t>And Islamic teaching about enemy is different.</w:t>
      </w:r>
    </w:p>
    <w:p>
      <w:pPr>
        <w:jc w:val="right"/>
      </w:pPr>
      <w:r>
        <w:t>اینڈ اسلامک ٹیچنگ اباؤٹ اینمی از ڈفرنٹ۔</w:t>
      </w:r>
    </w:p>
    <w:p>
      <w:r>
        <w:rPr>
          <w:b/>
        </w:rPr>
        <w:t xml:space="preserve">[18:07] </w:t>
      </w:r>
      <w:r>
        <w:t>So you have to know this difference.</w:t>
      </w:r>
    </w:p>
    <w:p>
      <w:pPr>
        <w:jc w:val="right"/>
      </w:pPr>
      <w:r>
        <w:t>سو یو ہیو ٹو نو دس ڈیفرنس۔</w:t>
      </w:r>
    </w:p>
    <w:p>
      <w:r>
        <w:rPr>
          <w:b/>
        </w:rPr>
        <w:t xml:space="preserve">[18:13] </w:t>
      </w:r>
      <w:r>
        <w:t>Otherwise, you will live in confusion.</w:t>
      </w:r>
    </w:p>
    <w:p>
      <w:pPr>
        <w:jc w:val="right"/>
      </w:pPr>
      <w:r>
        <w:t>ادروائز یو ویل بی لیو ان کنفیوژن۔</w:t>
      </w:r>
    </w:p>
    <w:p>
      <w:r>
        <w:rPr>
          <w:b/>
        </w:rPr>
        <w:t xml:space="preserve">[18:20] </w:t>
      </w:r>
      <w:r>
        <w:t>According to my study.</w:t>
      </w:r>
    </w:p>
    <w:p>
      <w:pPr>
        <w:jc w:val="right"/>
      </w:pPr>
      <w:r>
        <w:t>اکارڈنگ ٹو مائی سٹڈی۔</w:t>
      </w:r>
    </w:p>
    <w:p>
      <w:r>
        <w:rPr>
          <w:b/>
        </w:rPr>
        <w:t xml:space="preserve">[18:26] </w:t>
      </w:r>
      <w:r>
        <w:t>Peace is a permanent teaching of Islam.</w:t>
      </w:r>
    </w:p>
    <w:p>
      <w:pPr>
        <w:jc w:val="right"/>
      </w:pPr>
      <w:r>
        <w:t>پیس از ا پرماننٹ ٹیچنگ اف اسلام۔</w:t>
      </w:r>
    </w:p>
    <w:p>
      <w:r>
        <w:rPr>
          <w:b/>
        </w:rPr>
        <w:t xml:space="preserve">[18:32] </w:t>
      </w:r>
      <w:r>
        <w:t>And fighting is a temporary teaching of Islam.</w:t>
      </w:r>
    </w:p>
    <w:p>
      <w:pPr>
        <w:jc w:val="right"/>
      </w:pPr>
      <w:r>
        <w:t>اینڈ فائٹنگ از ا ٹیمپریری ٹیچنگ اف اسلام۔</w:t>
      </w:r>
    </w:p>
    <w:p>
      <w:r>
        <w:rPr>
          <w:b/>
        </w:rPr>
        <w:t xml:space="preserve">[18:38] </w:t>
      </w:r>
      <w:r>
        <w:t>Fighting is a temporary phenomena.</w:t>
      </w:r>
    </w:p>
    <w:p>
      <w:pPr>
        <w:jc w:val="right"/>
      </w:pPr>
      <w:r>
        <w:t>فائٹنگ از ا ٹیمپریری فیناومینا۔</w:t>
      </w:r>
    </w:p>
    <w:p>
      <w:r>
        <w:rPr>
          <w:b/>
        </w:rPr>
        <w:t xml:space="preserve">[18:45] </w:t>
      </w:r>
      <w:r>
        <w:t>And peace is a permanent phenomenon of Islamic society.</w:t>
      </w:r>
    </w:p>
    <w:p>
      <w:pPr>
        <w:jc w:val="right"/>
      </w:pPr>
      <w:r>
        <w:t>اینڈ پیس از ا پرماننٹ فیناومینا اف اسلامک سوسائٹی۔</w:t>
      </w:r>
    </w:p>
    <w:p>
      <w:r>
        <w:rPr>
          <w:b/>
        </w:rPr>
        <w:t xml:space="preserve">[18:51] </w:t>
      </w:r>
      <w:r>
        <w:t>Every time you have to live in peace. Every time.</w:t>
      </w:r>
    </w:p>
    <w:p>
      <w:pPr>
        <w:jc w:val="right"/>
      </w:pPr>
      <w:r>
        <w:t>ایوری ٹائم یو ہیو ٹو لیو ان پیس۔ ایوری ٹائم۔</w:t>
      </w:r>
    </w:p>
    <w:p>
      <w:r>
        <w:rPr>
          <w:b/>
        </w:rPr>
        <w:t xml:space="preserve">[18:57] </w:t>
      </w:r>
      <w:r>
        <w:t>every time in your family, in your society, in your among your neighbors.</w:t>
      </w:r>
    </w:p>
    <w:p>
      <w:pPr>
        <w:jc w:val="right"/>
      </w:pPr>
      <w:r>
        <w:t>ایوری ٹائم ان یور فیملی، ان یور سوسائٹی، ان یور امنگ یور نیبرز۔</w:t>
      </w:r>
    </w:p>
    <w:p>
      <w:r>
        <w:rPr>
          <w:b/>
        </w:rPr>
        <w:t xml:space="preserve">[19:04] </w:t>
      </w:r>
      <w:r>
        <w:t>and international relationship.</w:t>
      </w:r>
    </w:p>
    <w:p>
      <w:pPr>
        <w:jc w:val="right"/>
      </w:pPr>
      <w:r>
        <w:t>اینڈ انٹرنیشنل ریلیشن شپ۔</w:t>
      </w:r>
    </w:p>
    <w:p>
      <w:r>
        <w:rPr>
          <w:b/>
        </w:rPr>
        <w:t xml:space="preserve">[19:10] </w:t>
      </w:r>
      <w:r>
        <w:t>Everywhere you have to live in peace.</w:t>
      </w:r>
    </w:p>
    <w:p>
      <w:pPr>
        <w:jc w:val="right"/>
      </w:pPr>
      <w:r>
        <w:t>ایوری ویر یو ہیو ٹو لیو ان پیس۔</w:t>
      </w:r>
    </w:p>
    <w:p>
      <w:r>
        <w:rPr>
          <w:b/>
        </w:rPr>
        <w:t xml:space="preserve">[19:16] </w:t>
      </w:r>
      <w:r>
        <w:t>And if there is any aggression or attack, that is a temporary phenomena.</w:t>
      </w:r>
    </w:p>
    <w:p>
      <w:pPr>
        <w:jc w:val="right"/>
      </w:pPr>
      <w:r>
        <w:t>اینڈ اف دیر از این ایگریشن اور اٹیک، دیٹ از ا ٹیمپریری فیناومینا۔</w:t>
      </w:r>
    </w:p>
    <w:p>
      <w:r>
        <w:rPr>
          <w:b/>
        </w:rPr>
        <w:t xml:space="preserve">[19:22] </w:t>
      </w:r>
      <w:r>
        <w:t>is not permanent phenomena.</w:t>
      </w:r>
    </w:p>
    <w:p>
      <w:pPr>
        <w:jc w:val="right"/>
      </w:pPr>
      <w:r>
        <w:t>از ناٹ پرماننٹ فیناومینا۔</w:t>
      </w:r>
    </w:p>
    <w:p>
      <w:r>
        <w:rPr>
          <w:b/>
        </w:rPr>
        <w:t xml:space="preserve">[19:29] </w:t>
      </w:r>
      <w:r>
        <w:t>Attack and aggression is not a permanent phenomena.</w:t>
      </w:r>
    </w:p>
    <w:p>
      <w:pPr>
        <w:jc w:val="right"/>
      </w:pPr>
      <w:r>
        <w:t>اٹیک اور ایگریشن از ناٹ ا پرماننٹ فیناومینا۔</w:t>
      </w:r>
    </w:p>
    <w:p>
      <w:r>
        <w:rPr>
          <w:b/>
        </w:rPr>
        <w:t xml:space="preserve">[19:35] </w:t>
      </w:r>
      <w:r>
        <w:t>is a temporary phenomena.</w:t>
      </w:r>
    </w:p>
    <w:p>
      <w:pPr>
        <w:jc w:val="right"/>
      </w:pPr>
      <w:r>
        <w:t>از ا ٹیمپریری فیناومینا۔</w:t>
      </w:r>
    </w:p>
    <w:p>
      <w:r>
        <w:rPr>
          <w:b/>
        </w:rPr>
        <w:t xml:space="preserve">[19:41] </w:t>
      </w:r>
      <w:r>
        <w:t>So if there is attack, even then you have to manage.</w:t>
      </w:r>
    </w:p>
    <w:p>
      <w:pPr>
        <w:jc w:val="right"/>
      </w:pPr>
      <w:r>
        <w:t>سو اف دیر از اٹیک، ایون دین یو ہیو ٹو مینج۔</w:t>
      </w:r>
    </w:p>
    <w:p>
      <w:r>
        <w:rPr>
          <w:b/>
        </w:rPr>
        <w:t xml:space="preserve">[19:47] </w:t>
      </w:r>
      <w:r>
        <w:t>In the first instance, try to manage that problem.</w:t>
      </w:r>
    </w:p>
    <w:p>
      <w:pPr>
        <w:jc w:val="right"/>
      </w:pPr>
      <w:r>
        <w:t>ان دا فرسٹ انسٹنٹ، ٹرائی ٹو مینج دیٹ پرابلم۔</w:t>
      </w:r>
    </w:p>
    <w:p>
      <w:r>
        <w:rPr>
          <w:b/>
        </w:rPr>
        <w:t xml:space="preserve">[19:54] </w:t>
      </w:r>
      <w:r>
        <w:t>Don't go to war instantly.</w:t>
      </w:r>
    </w:p>
    <w:p>
      <w:pPr>
        <w:jc w:val="right"/>
      </w:pPr>
      <w:r>
        <w:t>ڈونٹ گو ٹو وار انسٹنٹلی۔</w:t>
      </w:r>
    </w:p>
    <w:p>
      <w:r>
        <w:rPr>
          <w:b/>
        </w:rPr>
        <w:t xml:space="preserve">[20:00] </w:t>
      </w:r>
      <w:r>
        <w:t>But try to manage.</w:t>
      </w:r>
    </w:p>
    <w:p>
      <w:pPr>
        <w:jc w:val="right"/>
      </w:pPr>
      <w:r>
        <w:t>بٹ ٹرائی ٹو مینج۔</w:t>
      </w:r>
    </w:p>
    <w:p>
      <w:r>
        <w:rPr>
          <w:b/>
        </w:rPr>
        <w:t xml:space="preserve">[20:06] </w:t>
      </w:r>
      <w:r>
        <w:t>Try to manage.</w:t>
      </w:r>
    </w:p>
    <w:p>
      <w:pPr>
        <w:jc w:val="right"/>
      </w:pPr>
      <w:r>
        <w:t>ٹرائی ٹو مینج۔</w:t>
      </w:r>
    </w:p>
    <w:p>
      <w:r>
        <w:rPr>
          <w:b/>
        </w:rPr>
        <w:t xml:space="preserve">[20:13] </w:t>
      </w:r>
      <w:r>
        <w:t>Try to manage.</w:t>
      </w:r>
    </w:p>
    <w:p>
      <w:pPr>
        <w:jc w:val="right"/>
      </w:pPr>
      <w:r>
        <w:t>ٹرائی ٹو مینج۔</w:t>
      </w:r>
    </w:p>
    <w:p>
      <w:r>
        <w:rPr>
          <w:b/>
        </w:rPr>
        <w:t xml:space="preserve">[20:19] </w:t>
      </w:r>
      <w:r>
        <w:t>Then if there is no option other than going to war, then you are allowed to take that option.</w:t>
      </w:r>
    </w:p>
    <w:p>
      <w:pPr>
        <w:jc w:val="right"/>
      </w:pPr>
      <w:r>
        <w:t>دین اف دیر از نو اپشن ادر دین گوئنگ ٹو وار، دین یو ار الاؤڈ ٹو ٹیک دیٹ اپشن۔</w:t>
      </w:r>
    </w:p>
    <w:p>
      <w:r>
        <w:rPr>
          <w:b/>
        </w:rPr>
        <w:t xml:space="preserve">[20:25] </w:t>
      </w:r>
      <w:r>
        <w:t>In prophet, if you study the prophet's life, you will find that prophet always tried to manage</w:t>
      </w:r>
    </w:p>
    <w:p>
      <w:pPr>
        <w:jc w:val="right"/>
      </w:pPr>
      <w:r>
        <w:t>ان پرافٹ، یو اف یو سٹڈی دا پرافٹ لائف، یو ویل فائنڈ دیٹ پرافٹ الویز ٹرائی ٹو مینج</w:t>
      </w:r>
    </w:p>
    <w:p>
      <w:r>
        <w:rPr>
          <w:b/>
        </w:rPr>
        <w:t xml:space="preserve">[20:31] </w:t>
      </w:r>
      <w:r>
        <w:t>Then to fight with the problems.</w:t>
      </w:r>
    </w:p>
    <w:p>
      <w:pPr>
        <w:jc w:val="right"/>
      </w:pPr>
      <w:r>
        <w:t>دین ٹو فائٹ ود دی پرابلمز۔</w:t>
      </w:r>
    </w:p>
    <w:p>
      <w:r>
        <w:rPr>
          <w:b/>
        </w:rPr>
        <w:t xml:space="preserve">[20:38] </w:t>
      </w:r>
      <w:r>
        <w:t>For example, let us take the Hijra.</w:t>
      </w:r>
    </w:p>
    <w:p>
      <w:pPr>
        <w:jc w:val="right"/>
      </w:pPr>
      <w:r>
        <w:t>فار ایگزیمپل، لیٹ اس ٹیک دا ہجرہ۔</w:t>
      </w:r>
    </w:p>
    <w:p>
      <w:r>
        <w:rPr>
          <w:b/>
        </w:rPr>
        <w:t xml:space="preserve">[20:44] </w:t>
      </w:r>
      <w:r>
        <w:t>You know when Prophet was in Mecca and there were atrocities, then he migrated Mecca and settled in Medina.</w:t>
      </w:r>
    </w:p>
    <w:p>
      <w:pPr>
        <w:jc w:val="right"/>
      </w:pPr>
      <w:r>
        <w:t>یو نو وین پرافٹ واز ان مکہ اینڈ دیر وار ایٹروسیٹیز، دین ہی مائیگریٹڈ مکہ اینڈ سیٹل ان مدینہ۔</w:t>
      </w:r>
    </w:p>
    <w:p>
      <w:r>
        <w:rPr>
          <w:b/>
        </w:rPr>
        <w:t xml:space="preserve">[20:50] </w:t>
      </w:r>
      <w:r>
        <w:t>That was Hijrah.</w:t>
      </w:r>
    </w:p>
    <w:p>
      <w:pPr>
        <w:jc w:val="right"/>
      </w:pPr>
      <w:r>
        <w:t>دیٹ واز ہجرہ۔</w:t>
      </w:r>
    </w:p>
    <w:p>
      <w:r>
        <w:rPr>
          <w:b/>
        </w:rPr>
        <w:t xml:space="preserve">[20:56] </w:t>
      </w:r>
      <w:r>
        <w:t>Hijra means migration.</w:t>
      </w:r>
    </w:p>
    <w:p>
      <w:pPr>
        <w:jc w:val="right"/>
      </w:pPr>
      <w:r>
        <w:t>ہجرہ مینز مائیگریشن۔</w:t>
      </w:r>
    </w:p>
    <w:p>
      <w:r>
        <w:rPr>
          <w:b/>
        </w:rPr>
        <w:t xml:space="preserve">[21:03] </w:t>
      </w:r>
      <w:r>
        <w:t>So migration was a hijra.</w:t>
      </w:r>
    </w:p>
    <w:p>
      <w:pPr>
        <w:jc w:val="right"/>
      </w:pPr>
      <w:r>
        <w:t>سو مائیگریشن واز ا ہجرہ۔</w:t>
      </w:r>
    </w:p>
    <w:p>
      <w:r>
        <w:rPr>
          <w:b/>
        </w:rPr>
        <w:t xml:space="preserve">[21:09] </w:t>
      </w:r>
      <w:r>
        <w:t>In Islamic history, Hijra is very very important event.</w:t>
      </w:r>
    </w:p>
    <w:p>
      <w:pPr>
        <w:jc w:val="right"/>
      </w:pPr>
      <w:r>
        <w:t>ان اسلامک ہسٹری، ہجرہ از ویری ویری امپورٹنٹ ایونٹ۔</w:t>
      </w:r>
    </w:p>
    <w:p>
      <w:r>
        <w:rPr>
          <w:b/>
        </w:rPr>
        <w:t xml:space="preserve">[21:15] </w:t>
      </w:r>
      <w:r>
        <w:t>Everyone, everyone knows Hijra.</w:t>
      </w:r>
    </w:p>
    <w:p>
      <w:pPr>
        <w:jc w:val="right"/>
      </w:pPr>
      <w:r>
        <w:t>ایوری ون، ایوری ون نوز ہجرہ۔</w:t>
      </w:r>
    </w:p>
    <w:p>
      <w:r>
        <w:rPr>
          <w:b/>
        </w:rPr>
        <w:t xml:space="preserve">[21:22] </w:t>
      </w:r>
      <w:r>
        <w:t>But what was hijrah? At the time of hijrah, there were all kind of atrocities from the other party.</w:t>
      </w:r>
    </w:p>
    <w:p>
      <w:pPr>
        <w:jc w:val="right"/>
      </w:pPr>
      <w:r>
        <w:t>بٹ واٹ واز ہجرہ؟ ایٹ دا ٹائم اف ہجرہ، دیر ویر ال کائنڈ اف ایٹروسیٹیز فرام دی ادر پارٹی۔</w:t>
      </w:r>
    </w:p>
    <w:p>
      <w:r>
        <w:rPr>
          <w:b/>
        </w:rPr>
        <w:t xml:space="preserve">[21:28] </w:t>
      </w:r>
      <w:r>
        <w:t>There were, there were all kind of hostilities.</w:t>
      </w:r>
    </w:p>
    <w:p>
      <w:pPr>
        <w:jc w:val="right"/>
      </w:pPr>
      <w:r>
        <w:t>دیر ویر، دیر ویر ال کائنڈ اف ہوسٹیلیٹیز۔</w:t>
      </w:r>
    </w:p>
    <w:p>
      <w:r>
        <w:rPr>
          <w:b/>
        </w:rPr>
        <w:t xml:space="preserve">[21:34] </w:t>
      </w:r>
      <w:r>
        <w:t>All kind of atrocities.</w:t>
      </w:r>
    </w:p>
    <w:p>
      <w:pPr>
        <w:jc w:val="right"/>
      </w:pPr>
      <w:r>
        <w:t>ال کائنڈ اف ایٹروسیٹیز۔</w:t>
      </w:r>
    </w:p>
    <w:p>
      <w:r>
        <w:rPr>
          <w:b/>
        </w:rPr>
        <w:t xml:space="preserve">[21:40] </w:t>
      </w:r>
      <w:r>
        <w:t>The Prophet opted for hijrah.</w:t>
      </w:r>
    </w:p>
    <w:p>
      <w:pPr>
        <w:jc w:val="right"/>
      </w:pPr>
      <w:r>
        <w:t>دین پرافٹ اپٹڈ فار ہجرہ۔</w:t>
      </w:r>
    </w:p>
    <w:p>
      <w:r>
        <w:rPr>
          <w:b/>
        </w:rPr>
        <w:t xml:space="preserve">[21:47] </w:t>
      </w:r>
      <w:r>
        <w:t>It means that hijrah was a kind of avoidance.</w:t>
      </w:r>
    </w:p>
    <w:p>
      <w:pPr>
        <w:jc w:val="right"/>
      </w:pPr>
      <w:r>
        <w:t>اٹ مینز دیٹ ہجرہ واز ا کائنڈ اف اوائیڈنس۔</w:t>
      </w:r>
    </w:p>
    <w:p>
      <w:r>
        <w:rPr>
          <w:b/>
        </w:rPr>
        <w:t xml:space="preserve">[21:53] </w:t>
      </w:r>
      <w:r>
        <w:t>یہ avoided confrontation، violent confrontation۔</w:t>
      </w:r>
    </w:p>
    <w:p>
      <w:pPr>
        <w:jc w:val="right"/>
      </w:pPr>
      <w:r>
        <w:t>یہ اوائیڈڈ کنفرنٹیشن، وائلنٹ کنفرنٹیشن۔</w:t>
      </w:r>
    </w:p>
    <w:p>
      <w:r>
        <w:rPr>
          <w:b/>
        </w:rPr>
        <w:t xml:space="preserve">[21:59] </w:t>
      </w:r>
      <w:r>
        <w:t>Although there was violent situation.</w:t>
      </w:r>
    </w:p>
    <w:p>
      <w:pPr>
        <w:jc w:val="right"/>
      </w:pPr>
      <w:r>
        <w:t>الدو دیر واز وائلنٹ سچویشن۔</w:t>
      </w:r>
    </w:p>
    <w:p>
      <w:r>
        <w:rPr>
          <w:b/>
        </w:rPr>
        <w:t xml:space="preserve">[22:05] </w:t>
      </w:r>
      <w:r>
        <w:t>Although in Mecca, there was violent situation.</w:t>
      </w:r>
    </w:p>
    <w:p>
      <w:pPr>
        <w:jc w:val="right"/>
      </w:pPr>
      <w:r>
        <w:t>الدو ان مکہ، دیر واز وائلنٹ سچویشن۔</w:t>
      </w:r>
    </w:p>
    <w:p>
      <w:r>
        <w:rPr>
          <w:b/>
        </w:rPr>
        <w:t xml:space="preserve">[22:12] </w:t>
      </w:r>
      <w:r>
        <w:t>But he avoided going to violence. He receded.</w:t>
      </w:r>
    </w:p>
    <w:p>
      <w:pPr>
        <w:jc w:val="right"/>
      </w:pPr>
      <w:r>
        <w:t>بٹ ہی اوائیڈڈ گوئنگ ٹو وائلنس۔ ہی ریسیڈڈ۔</w:t>
      </w:r>
    </w:p>
    <w:p>
      <w:r>
        <w:rPr>
          <w:b/>
        </w:rPr>
        <w:t xml:space="preserve">[22:18] </w:t>
      </w:r>
      <w:r>
        <w:t>is very interesting aspect to know that Prophet receded and left Makkah.</w:t>
      </w:r>
    </w:p>
    <w:p>
      <w:pPr>
        <w:jc w:val="right"/>
      </w:pPr>
      <w:r>
        <w:t>از ویری انٹرسٹنگ اسپیکٹ ٹو نو دیٹ پرافٹ ریسیڈڈ اینڈ لیفٹ مکہ۔</w:t>
      </w:r>
    </w:p>
    <w:p>
      <w:r>
        <w:rPr>
          <w:b/>
        </w:rPr>
        <w:t xml:space="preserve">[22:24] </w:t>
      </w:r>
      <w:r>
        <w:t>So that was it means that he applied the principle of avoidance rather than principle of confrontation.</w:t>
      </w:r>
    </w:p>
    <w:p>
      <w:pPr>
        <w:jc w:val="right"/>
      </w:pPr>
      <w:r>
        <w:t>سو دیٹ واز اٹ مینز دیٹ ہی اپلائیڈ دا پرنسپل اف اوائیڈنس رادر دین پرنسپل اف کنفرنٹیشن۔</w:t>
      </w:r>
    </w:p>
    <w:p>
      <w:r>
        <w:rPr>
          <w:b/>
        </w:rPr>
        <w:t xml:space="preserve">[22:31] </w:t>
      </w:r>
      <w:r>
        <w:t>At that time, Prophet applied the principle of avoidance rather than principle of confrontation.</w:t>
      </w:r>
    </w:p>
    <w:p>
      <w:pPr>
        <w:jc w:val="right"/>
      </w:pPr>
      <w:r>
        <w:t>ایٹ دیٹ ٹائم، پرافٹ اپلائیڈ دا پرنسپل اف اوائیڈنس رادر دین پرنسپل اف کنفرنٹیشن۔</w:t>
      </w:r>
    </w:p>
    <w:p>
      <w:r>
        <w:rPr>
          <w:b/>
        </w:rPr>
        <w:t xml:space="preserve">[22:37] </w:t>
      </w:r>
      <w:r>
        <w:t>So it is very important to know that even if there are violence.</w:t>
      </w:r>
    </w:p>
    <w:p>
      <w:pPr>
        <w:jc w:val="right"/>
      </w:pPr>
      <w:r>
        <w:t>سو اٹ از ویری امپورٹنٹ ٹو نو دیٹ ایون اف دیر ار وائلنس۔</w:t>
      </w:r>
    </w:p>
    <w:p>
      <w:r>
        <w:rPr>
          <w:b/>
        </w:rPr>
        <w:t xml:space="preserve">[22:43] </w:t>
      </w:r>
      <w:r>
        <w:t>Even if there is violence.</w:t>
      </w:r>
    </w:p>
    <w:p>
      <w:pPr>
        <w:jc w:val="right"/>
      </w:pPr>
      <w:r>
        <w:t>ایون اف دیر از وائلنس۔</w:t>
      </w:r>
    </w:p>
    <w:p>
      <w:r>
        <w:rPr>
          <w:b/>
        </w:rPr>
        <w:t xml:space="preserve">[22:49] </w:t>
      </w:r>
      <w:r>
        <w:t>Even in that situation, you are allowed to go to war at once.</w:t>
      </w:r>
    </w:p>
    <w:p>
      <w:pPr>
        <w:jc w:val="right"/>
      </w:pPr>
      <w:r>
        <w:t>ایون ان دیٹ سچویشن، یو ار الاؤڈ ٹو گو ٹو وار ایٹ ونس۔</w:t>
      </w:r>
    </w:p>
    <w:p>
      <w:r>
        <w:rPr>
          <w:b/>
        </w:rPr>
        <w:t xml:space="preserve">[22:56] </w:t>
      </w:r>
      <w:r>
        <w:t>First of all, you have to try to avoid.</w:t>
      </w:r>
    </w:p>
    <w:p>
      <w:pPr>
        <w:jc w:val="right"/>
      </w:pPr>
      <w:r>
        <w:t>فرسٹ اف ال، یو ہیو ٹو ٹرائی ٹو اوائیڈ۔</w:t>
      </w:r>
    </w:p>
    <w:p>
      <w:r>
        <w:rPr>
          <w:b/>
        </w:rPr>
        <w:t xml:space="preserve">[23:02] </w:t>
      </w:r>
      <w:r>
        <w:t>If avoidance is not possible.</w:t>
      </w:r>
    </w:p>
    <w:p>
      <w:pPr>
        <w:jc w:val="right"/>
      </w:pPr>
      <w:r>
        <w:t>اف اوائیڈنس از ناٹ پوسیبل۔</w:t>
      </w:r>
    </w:p>
    <w:p>
      <w:r>
        <w:rPr>
          <w:b/>
        </w:rPr>
        <w:t xml:space="preserve">[23:08] </w:t>
      </w:r>
      <w:r>
        <w:t>If there is no option other than to go to defensive war, then you are allowed to go to war.</w:t>
      </w:r>
    </w:p>
    <w:p>
      <w:pPr>
        <w:jc w:val="right"/>
      </w:pPr>
      <w:r>
        <w:t>اف دیر نو اپشن ادر دین ٹو گو ٹو ڈیفنسو وار، دین یو ار الاؤڈ ٹو گو ٹو وار۔</w:t>
      </w:r>
    </w:p>
    <w:p>
      <w:r>
        <w:rPr>
          <w:b/>
        </w:rPr>
        <w:t xml:space="preserve">[23:14] </w:t>
      </w:r>
      <w:r>
        <w:t>Otherwise, you have to manage the situation.</w:t>
      </w:r>
    </w:p>
    <w:p>
      <w:pPr>
        <w:jc w:val="right"/>
      </w:pPr>
      <w:r>
        <w:t>ادروائز، یو ہیو ٹو مینج دا سچویشن۔</w:t>
      </w:r>
    </w:p>
    <w:p>
      <w:r>
        <w:rPr>
          <w:b/>
        </w:rPr>
        <w:t xml:space="preserve">[23:21] </w:t>
      </w:r>
      <w:r>
        <w:t>Otherwise, you have to avoid the situation.</w:t>
      </w:r>
    </w:p>
    <w:p>
      <w:pPr>
        <w:jc w:val="right"/>
      </w:pPr>
      <w:r>
        <w:t>ادروائز، یو ہیو ٹو اوائیڈ دا سچویشن۔</w:t>
      </w:r>
    </w:p>
    <w:p>
      <w:r>
        <w:rPr>
          <w:b/>
        </w:rPr>
        <w:t xml:space="preserve">[23:27] </w:t>
      </w:r>
      <w:r>
        <w:t>There is other example, that is Hudaybiyyah.</w:t>
      </w:r>
    </w:p>
    <w:p>
      <w:pPr>
        <w:jc w:val="right"/>
      </w:pPr>
      <w:r>
        <w:t>دیر از ادر ایگزامپل، دیٹ از حدیبیہ۔</w:t>
      </w:r>
    </w:p>
    <w:p>
      <w:r>
        <w:rPr>
          <w:b/>
        </w:rPr>
        <w:t xml:space="preserve">[23:33] </w:t>
      </w:r>
      <w:r>
        <w:t>Hudaibiyah example are also Khandaq example.</w:t>
      </w:r>
    </w:p>
    <w:p>
      <w:pPr>
        <w:jc w:val="right"/>
      </w:pPr>
      <w:r>
        <w:t>حدیبیہ ایگزامپل ار السو خندق ایگزامپل۔</w:t>
      </w:r>
    </w:p>
    <w:p>
      <w:r>
        <w:rPr>
          <w:b/>
        </w:rPr>
        <w:t xml:space="preserve">[23:40] </w:t>
      </w:r>
      <w:r>
        <w:t>There was a Ghazwa, there is called Ghazwatul Khandaq.</w:t>
      </w:r>
    </w:p>
    <w:p>
      <w:pPr>
        <w:jc w:val="right"/>
      </w:pPr>
      <w:r>
        <w:t>دیر واز ا غزوہ، دیر از کالڈ غزوۃ الخندق۔</w:t>
      </w:r>
    </w:p>
    <w:p>
      <w:r>
        <w:rPr>
          <w:b/>
        </w:rPr>
        <w:t xml:space="preserve">[23:46] </w:t>
      </w:r>
      <w:r>
        <w:t>Khandaq means trench.</w:t>
      </w:r>
    </w:p>
    <w:p>
      <w:pPr>
        <w:jc w:val="right"/>
      </w:pPr>
      <w:r>
        <w:t>خندق مینز ٹرینچ۔</w:t>
      </w:r>
    </w:p>
    <w:p>
      <w:r>
        <w:rPr>
          <w:b/>
        </w:rPr>
        <w:t xml:space="preserve">[23:52] </w:t>
      </w:r>
      <w:r>
        <w:t>It is called in history Battle of Trench.</w:t>
      </w:r>
    </w:p>
    <w:p>
      <w:pPr>
        <w:jc w:val="right"/>
      </w:pPr>
      <w:r>
        <w:t>اٹ از کالڈ ان ہسٹری بیٹل اف ٹرینچ۔</w:t>
      </w:r>
    </w:p>
    <w:p>
      <w:r>
        <w:rPr>
          <w:b/>
        </w:rPr>
        <w:t xml:space="preserve">[23:58] </w:t>
      </w:r>
      <w:r>
        <w:t>Although there was no battle.</w:t>
      </w:r>
    </w:p>
    <w:p>
      <w:pPr>
        <w:jc w:val="right"/>
      </w:pPr>
      <w:r>
        <w:t>الدو دیر واز نا بیٹل۔</w:t>
      </w:r>
    </w:p>
    <w:p>
      <w:r>
        <w:rPr>
          <w:b/>
        </w:rPr>
        <w:t xml:space="preserve">[24:05] </w:t>
      </w:r>
      <w:r>
        <w:t>It was avoidance.</w:t>
      </w:r>
    </w:p>
    <w:p>
      <w:pPr>
        <w:jc w:val="right"/>
      </w:pPr>
      <w:r>
        <w:t>اٹ واز اوائیڈنس۔</w:t>
      </w:r>
    </w:p>
    <w:p>
      <w:r>
        <w:rPr>
          <w:b/>
        </w:rPr>
        <w:t xml:space="preserve">[24:11] </w:t>
      </w:r>
      <w:r>
        <w:t>Makkah people attacked Madinah.</w:t>
      </w:r>
    </w:p>
    <w:p>
      <w:pPr>
        <w:jc w:val="right"/>
      </w:pPr>
      <w:r>
        <w:t>مکہ پیپل اٹیکڈ مدینہ۔</w:t>
      </w:r>
    </w:p>
    <w:p>
      <w:r>
        <w:rPr>
          <w:b/>
        </w:rPr>
        <w:t xml:space="preserve">[24:17] </w:t>
      </w:r>
      <w:r>
        <w:t>But Prophet dug trench only to avoid the war.</w:t>
      </w:r>
    </w:p>
    <w:p>
      <w:pPr>
        <w:jc w:val="right"/>
      </w:pPr>
      <w:r>
        <w:t>بٹ پرافٹ ڈگ ٹرینچ اونلی ٹو اوائیڈ دا وار۔</w:t>
      </w:r>
    </w:p>
    <w:p>
      <w:r>
        <w:rPr>
          <w:b/>
        </w:rPr>
        <w:t xml:space="preserve">[24:24] </w:t>
      </w:r>
      <w:r>
        <w:t>So this, this, this trench was like a buffer. Buffer.</w:t>
      </w:r>
    </w:p>
    <w:p>
      <w:pPr>
        <w:jc w:val="right"/>
      </w:pPr>
      <w:r>
        <w:t>سو دس، دس، دس ٹرینچ واز ا لائک اف بفر۔ بفر۔</w:t>
      </w:r>
    </w:p>
    <w:p>
      <w:r>
        <w:rPr>
          <w:b/>
        </w:rPr>
        <w:t xml:space="preserve">[24:30] </w:t>
      </w:r>
      <w:r>
        <w:t>So this Khandaq or trench was a buffer between himself and that and those enemies.</w:t>
      </w:r>
    </w:p>
    <w:p>
      <w:pPr>
        <w:jc w:val="right"/>
      </w:pPr>
      <w:r>
        <w:t>سو دس خندق اور ٹرینچ واز ا بفر بٹوین ہم سیلف اینڈ دیٹ اینڈ دوز اینمیز۔</w:t>
      </w:r>
    </w:p>
    <w:p>
      <w:r>
        <w:rPr>
          <w:b/>
        </w:rPr>
        <w:t xml:space="preserve">[24:36] </w:t>
      </w:r>
      <w:r>
        <w:t>تو here you can see that at Ghazwatul Khandaq, he also applied the principle of avoidance by digging a trench.</w:t>
      </w:r>
    </w:p>
    <w:p>
      <w:pPr>
        <w:jc w:val="right"/>
      </w:pPr>
      <w:r>
        <w:t>تو ہیر یو کین سی دیٹ ایٹ غزوۃ الخندق، ہی السو اپلائیڈ دا پرنسپل اف اوائیڈنس بائی ڈیگنگ ا ٹرینچ۔</w:t>
      </w:r>
    </w:p>
    <w:p>
      <w:r>
        <w:rPr>
          <w:b/>
        </w:rPr>
        <w:t xml:space="preserve">[24:42] </w:t>
      </w:r>
      <w:r>
        <w:t>تو although it is called in history Ghazwatul Khandaq, Battle of Trench.</w:t>
      </w:r>
    </w:p>
    <w:p>
      <w:pPr>
        <w:jc w:val="right"/>
      </w:pPr>
      <w:r>
        <w:t>تو الدو اٹ از کالڈ ان ہسٹری غزوۃ الخندق، بیٹل اف ٹرینچ۔</w:t>
      </w:r>
    </w:p>
    <w:p>
      <w:r>
        <w:rPr>
          <w:b/>
        </w:rPr>
        <w:t xml:space="preserve">[24:49] </w:t>
      </w:r>
      <w:r>
        <w:t>But it is, it was not, in fact, it was not a battle.</w:t>
      </w:r>
    </w:p>
    <w:p>
      <w:pPr>
        <w:jc w:val="right"/>
      </w:pPr>
      <w:r>
        <w:t>بٹ اٹ از، اٹ واز ناٹ، ان فیکٹ، اٹ واز ناٹ ا بیٹل۔</w:t>
      </w:r>
    </w:p>
    <w:p>
      <w:r>
        <w:rPr>
          <w:b/>
        </w:rPr>
        <w:t xml:space="preserve">[24:55] </w:t>
      </w:r>
      <w:r>
        <w:t>It was not a war.</w:t>
      </w:r>
    </w:p>
    <w:p>
      <w:pPr>
        <w:jc w:val="right"/>
      </w:pPr>
      <w:r>
        <w:t>اٹ واز ناٹ ا وار۔</w:t>
      </w:r>
    </w:p>
    <w:p>
      <w:r>
        <w:rPr>
          <w:b/>
        </w:rPr>
        <w:t xml:space="preserve">[25:01] </w:t>
      </w:r>
      <w:r>
        <w:t>It was avoidance.</w:t>
      </w:r>
    </w:p>
    <w:p>
      <w:pPr>
        <w:jc w:val="right"/>
      </w:pPr>
      <w:r>
        <w:t>اٹ واز اوائیڈنس۔</w:t>
      </w:r>
    </w:p>
    <w:p>
      <w:r>
        <w:rPr>
          <w:b/>
        </w:rPr>
        <w:t xml:space="preserve">[25:07] </w:t>
      </w:r>
      <w:r>
        <w:t>Prophet put a buffer between himself and that attackers.</w:t>
      </w:r>
    </w:p>
    <w:p>
      <w:pPr>
        <w:jc w:val="right"/>
      </w:pPr>
      <w:r>
        <w:t>پرافٹ پٹ ا بفر بٹوین ہم سیلف اینڈ دیٹ اٹیکرز۔</w:t>
      </w:r>
    </w:p>
    <w:p>
      <w:r>
        <w:rPr>
          <w:b/>
        </w:rPr>
        <w:t xml:space="preserve">[25:14] </w:t>
      </w:r>
      <w:r>
        <w:t>So there was no war.</w:t>
      </w:r>
    </w:p>
    <w:p>
      <w:pPr>
        <w:jc w:val="right"/>
      </w:pPr>
      <w:r>
        <w:t>سو دیر واز نو وار۔</w:t>
      </w:r>
    </w:p>
    <w:p>
      <w:r>
        <w:rPr>
          <w:b/>
        </w:rPr>
        <w:t xml:space="preserve">[25:20] </w:t>
      </w:r>
      <w:r>
        <w:t>At the time, there were no helicopters.</w:t>
      </w:r>
    </w:p>
    <w:p>
      <w:pPr>
        <w:jc w:val="right"/>
      </w:pPr>
      <w:r>
        <w:t>ایٹ دا ٹائم، دیر وار نو ہیلی کاپٹرز۔</w:t>
      </w:r>
    </w:p>
    <w:p>
      <w:r>
        <w:rPr>
          <w:b/>
        </w:rPr>
        <w:t xml:space="preserve">[25:26] </w:t>
      </w:r>
      <w:r>
        <w:t>So those enemies were compelled to return to their home.</w:t>
      </w:r>
    </w:p>
    <w:p>
      <w:pPr>
        <w:jc w:val="right"/>
      </w:pPr>
      <w:r>
        <w:t>سو دوز اینمیز ویر کمپل ٹو ریٹرن ٹو دیر ہوم۔</w:t>
      </w:r>
    </w:p>
    <w:p>
      <w:r>
        <w:rPr>
          <w:b/>
        </w:rPr>
        <w:t xml:space="preserve">[25:33] </w:t>
      </w:r>
      <w:r>
        <w:t>So it was also, Al-Khandaq was not a Ghazwa, not a battle.</w:t>
      </w:r>
    </w:p>
    <w:p>
      <w:pPr>
        <w:jc w:val="right"/>
      </w:pPr>
      <w:r>
        <w:t>سو اٹ واز السو، الخندق واز ناٹ ا غزوہ، ناٹ ا بیٹل۔</w:t>
      </w:r>
    </w:p>
    <w:p>
      <w:r>
        <w:rPr>
          <w:b/>
        </w:rPr>
        <w:t xml:space="preserve">[25:39] </w:t>
      </w:r>
      <w:r>
        <w:t>Also in books, you will find this name, Ghazwatul Khandaq, or Battle of Trenches.</w:t>
      </w:r>
    </w:p>
    <w:p>
      <w:pPr>
        <w:jc w:val="right"/>
      </w:pPr>
      <w:r>
        <w:t>الدو ان بکس، یو ویل فائنڈ دس نیم، غزوۃ الخندق، اور بیٹل اف ٹرینچز۔</w:t>
      </w:r>
    </w:p>
    <w:p>
      <w:r>
        <w:rPr>
          <w:b/>
        </w:rPr>
        <w:t xml:space="preserve">[25:45] </w:t>
      </w:r>
      <w:r>
        <w:t>There was no battle.</w:t>
      </w:r>
    </w:p>
    <w:p>
      <w:pPr>
        <w:jc w:val="right"/>
      </w:pPr>
      <w:r>
        <w:t>دیر واز نو بیٹل۔</w:t>
      </w:r>
    </w:p>
    <w:p>
      <w:r>
        <w:rPr>
          <w:b/>
        </w:rPr>
        <w:t xml:space="preserve">[25:51] </w:t>
      </w:r>
      <w:r>
        <w:t>There was no war.</w:t>
      </w:r>
    </w:p>
    <w:p>
      <w:pPr>
        <w:jc w:val="right"/>
      </w:pPr>
      <w:r>
        <w:t>دیر واز نو وار۔</w:t>
      </w:r>
    </w:p>
    <w:p>
      <w:r>
        <w:rPr>
          <w:b/>
        </w:rPr>
        <w:t xml:space="preserve">[25:58] </w:t>
      </w:r>
      <w:r>
        <w:t>There was no Ghazwa.</w:t>
      </w:r>
    </w:p>
    <w:p>
      <w:pPr>
        <w:jc w:val="right"/>
      </w:pPr>
      <w:r>
        <w:t>دیر واز نو غزوہ۔</w:t>
      </w:r>
    </w:p>
    <w:p>
      <w:r>
        <w:rPr>
          <w:b/>
        </w:rPr>
        <w:t xml:space="preserve">[26:04] </w:t>
      </w:r>
      <w:r>
        <w:t>Simply, it was simply, Prophet applied the principle avoidance through trenches.</w:t>
      </w:r>
    </w:p>
    <w:p>
      <w:pPr>
        <w:jc w:val="right"/>
      </w:pPr>
      <w:r>
        <w:t>سمپلی، اٹ واز سمپلی، پرافٹ اپلائیڈ دا پرنسپل اوائیڈنس تھرو ٹرینچز۔</w:t>
      </w:r>
    </w:p>
    <w:p>
      <w:r>
        <w:rPr>
          <w:b/>
        </w:rPr>
        <w:t xml:space="preserve">[26:10] </w:t>
      </w:r>
      <w:r>
        <w:t>The trench was a buffer.</w:t>
      </w:r>
    </w:p>
    <w:p>
      <w:pPr>
        <w:jc w:val="right"/>
      </w:pPr>
      <w:r>
        <w:t>تو ٹرینچ واز ا بفر۔</w:t>
      </w:r>
    </w:p>
    <w:p>
      <w:r>
        <w:rPr>
          <w:b/>
        </w:rPr>
        <w:t xml:space="preserve">[26:16] </w:t>
      </w:r>
      <w:r>
        <w:t>Then you can see Hudaybiyyah.</w:t>
      </w:r>
    </w:p>
    <w:p>
      <w:pPr>
        <w:jc w:val="right"/>
      </w:pPr>
      <w:r>
        <w:t>دین یو کین سی حدیبیہ۔</w:t>
      </w:r>
    </w:p>
    <w:p>
      <w:r>
        <w:rPr>
          <w:b/>
        </w:rPr>
        <w:t xml:space="preserve">[26:23] </w:t>
      </w:r>
      <w:r>
        <w:t>In book also, you will read Ghazwatul Hudaibiyah. Ghazwatul Hudaibiyah.</w:t>
      </w:r>
    </w:p>
    <w:p>
      <w:pPr>
        <w:jc w:val="right"/>
      </w:pPr>
      <w:r>
        <w:t>ان بک السو، یو ویل ریڈ غزوۃ الحدیبیہ۔ غزوۃ الحدیبیہ۔</w:t>
      </w:r>
    </w:p>
    <w:p>
      <w:r>
        <w:rPr>
          <w:b/>
        </w:rPr>
        <w:t xml:space="preserve">[26:29] </w:t>
      </w:r>
      <w:r>
        <w:t>But there was no Ghazwa.</w:t>
      </w:r>
    </w:p>
    <w:p>
      <w:pPr>
        <w:jc w:val="right"/>
      </w:pPr>
      <w:r>
        <w:t>بٹ دیر واز نو غزوہ۔</w:t>
      </w:r>
    </w:p>
    <w:p>
      <w:r>
        <w:rPr>
          <w:b/>
        </w:rPr>
        <w:t xml:space="preserve">[26:35] </w:t>
      </w:r>
      <w:r>
        <w:t>What happened? That prophet and his companions wanted to go to Mecca and perform Umrah. Umrah. Simply Umrah.</w:t>
      </w:r>
    </w:p>
    <w:p>
      <w:pPr>
        <w:jc w:val="right"/>
      </w:pPr>
      <w:r>
        <w:t>واٹ ہیپن؟ دیٹ پرافٹ اینڈ ہز کمپینینز وانٹڈ ٹو ٹو گو مکہ اینڈ پرفارم عمرہ۔ عمرہ۔ سمپلی عمرہ۔</w:t>
      </w:r>
    </w:p>
    <w:p>
      <w:r>
        <w:rPr>
          <w:b/>
        </w:rPr>
        <w:t xml:space="preserve">[26:42] </w:t>
      </w:r>
      <w:r>
        <w:t>So when they reached Hudaybiyyah, the Makkah people came over there and said that we are not allowed.</w:t>
      </w:r>
    </w:p>
    <w:p>
      <w:pPr>
        <w:jc w:val="right"/>
      </w:pPr>
      <w:r>
        <w:t>سو وین دے ریچڈ حدیبیہ، دا مکہ پیپل کیم اوور دیر اینڈ سیڈ دیٹ وی ار ناٹ الاؤ۔</w:t>
      </w:r>
    </w:p>
    <w:p>
      <w:r>
        <w:rPr>
          <w:b/>
        </w:rPr>
        <w:t xml:space="preserve">[26:48] </w:t>
      </w:r>
      <w:r>
        <w:t>We never allow you to go to Makkah and perform Umrah.</w:t>
      </w:r>
    </w:p>
    <w:p>
      <w:pPr>
        <w:jc w:val="right"/>
      </w:pPr>
      <w:r>
        <w:t>وی نیور الاؤ یو ٹو گو ٹو مکہ اینڈ پرفارم عمرہ۔</w:t>
      </w:r>
    </w:p>
    <w:p>
      <w:r>
        <w:rPr>
          <w:b/>
        </w:rPr>
        <w:t xml:space="preserve">[26:54] </w:t>
      </w:r>
      <w:r>
        <w:t>You have to return back to Madinah.</w:t>
      </w:r>
    </w:p>
    <w:p>
      <w:pPr>
        <w:jc w:val="right"/>
      </w:pPr>
      <w:r>
        <w:t>یو ہیو ٹو ریٹرن بیک ٹو مدینہ۔</w:t>
      </w:r>
    </w:p>
    <w:p>
      <w:r>
        <w:rPr>
          <w:b/>
        </w:rPr>
        <w:t xml:space="preserve">[27:00] </w:t>
      </w:r>
      <w:r>
        <w:t>So there was negotiations near about two weeks.</w:t>
      </w:r>
    </w:p>
    <w:p>
      <w:pPr>
        <w:jc w:val="right"/>
      </w:pPr>
      <w:r>
        <w:t>سو دیر واز نیگوشیشنز نیئر اباؤٹ ٹو ویکس۔</w:t>
      </w:r>
    </w:p>
    <w:p>
      <w:r>
        <w:rPr>
          <w:b/>
        </w:rPr>
        <w:t xml:space="preserve">[27:07] </w:t>
      </w:r>
      <w:r>
        <w:t>But after all the negotiations, they were not ready to allow Prophet to go to Makkah.</w:t>
      </w:r>
    </w:p>
    <w:p>
      <w:pPr>
        <w:jc w:val="right"/>
      </w:pPr>
      <w:r>
        <w:t>بٹ افٹر ال دا نیگوشیشنز، دے ویر ناٹ ریڈی ٹو الاؤ پرافٹ ٹو گو ٹو مکہ۔</w:t>
      </w:r>
    </w:p>
    <w:p>
      <w:r>
        <w:rPr>
          <w:b/>
        </w:rPr>
        <w:t xml:space="preserve">[27:13] </w:t>
      </w:r>
      <w:r>
        <w:t>تو prophet at that time, there was two options before prophet.</w:t>
      </w:r>
    </w:p>
    <w:p>
      <w:pPr>
        <w:jc w:val="right"/>
      </w:pPr>
      <w:r>
        <w:t>تو پرافٹ ایٹ دیٹ ٹائم، دیر واز ٹو اپشنز بیفور پرافٹ۔</w:t>
      </w:r>
    </w:p>
    <w:p>
      <w:r>
        <w:rPr>
          <w:b/>
        </w:rPr>
        <w:t xml:space="preserve">[27:19] </w:t>
      </w:r>
      <w:r>
        <w:t>Either fight, either return to Madinah, either going back to Madinah, or going to war.</w:t>
      </w:r>
    </w:p>
    <w:p>
      <w:pPr>
        <w:jc w:val="right"/>
      </w:pPr>
      <w:r>
        <w:t>ایدر فائٹ، ایدر ریٹرن ٹو مدینہ، ایدر گوئنگ بیک ٹو مدینہ، اور گوئنگ ٹو وار۔</w:t>
      </w:r>
    </w:p>
    <w:p>
      <w:r>
        <w:rPr>
          <w:b/>
        </w:rPr>
        <w:t xml:space="preserve">[27:25] </w:t>
      </w:r>
      <w:r>
        <w:t>So Prophet opted for Madinah rather than going to war.</w:t>
      </w:r>
    </w:p>
    <w:p>
      <w:pPr>
        <w:jc w:val="right"/>
      </w:pPr>
      <w:r>
        <w:t>سو پرافٹ اپٹ فار مدینہ رادر دین گوئنگ ٹو وار۔</w:t>
      </w:r>
    </w:p>
    <w:p>
      <w:r>
        <w:rPr>
          <w:b/>
        </w:rPr>
        <w:t xml:space="preserve">[27:32] </w:t>
      </w:r>
      <w:r>
        <w:t>This was the beautiful application of his principle, that is mentioned in the Sahih al-Bukhari.</w:t>
      </w:r>
    </w:p>
    <w:p>
      <w:pPr>
        <w:jc w:val="right"/>
      </w:pPr>
      <w:r>
        <w:t>دس واز دا بیوٹیفل ایپلیکیشن اف ہز پرنسپل، دیٹ از مینشن ان دا صحیح البخاری۔</w:t>
      </w:r>
    </w:p>
    <w:p>
      <w:r>
        <w:rPr>
          <w:b/>
        </w:rPr>
        <w:t xml:space="preserve">[27:38] </w:t>
      </w:r>
      <w:r>
        <w:t>Prophet of Islam, Aisha was the wife of the Prophet of Islam.</w:t>
      </w:r>
    </w:p>
    <w:p>
      <w:pPr>
        <w:jc w:val="right"/>
      </w:pPr>
      <w:r>
        <w:t>پرافٹ اف اسلام، عائشہ واز دا وائف اف دا پرافٹ اف اسلام۔</w:t>
      </w:r>
    </w:p>
    <w:p>
      <w:r>
        <w:rPr>
          <w:b/>
        </w:rPr>
        <w:t xml:space="preserve">[27:44] </w:t>
      </w:r>
      <w:r>
        <w:t>So Aisha says, it is narrated in Al Bukhari.</w:t>
      </w:r>
    </w:p>
    <w:p>
      <w:pPr>
        <w:jc w:val="right"/>
      </w:pPr>
      <w:r>
        <w:t>سو عائشہ سیز، اٹ از نریٹڈ ان البخاری۔</w:t>
      </w:r>
    </w:p>
    <w:p>
      <w:r>
        <w:rPr>
          <w:b/>
        </w:rPr>
        <w:t xml:space="preserve">[27:51] </w:t>
      </w:r>
      <w:r>
        <w:t>She says that, "Ma khair Rasulullah sallallahu alaihi wasallam bain umrain illa ikhtar Aisha."</w:t>
      </w:r>
    </w:p>
    <w:p>
      <w:pPr>
        <w:jc w:val="right"/>
      </w:pPr>
      <w:r>
        <w:t>شی سیز دیٹ ما خیر رسول اللہ صلی اللہ علیہ وسلم بین عمرین الاختار عائشہ۔</w:t>
      </w:r>
    </w:p>
    <w:p>
      <w:r>
        <w:rPr>
          <w:b/>
        </w:rPr>
        <w:t xml:space="preserve">[27:57] </w:t>
      </w:r>
      <w:r>
        <w:t>Whenever the Prophet had to opt between the two, he always opted for easier course of action</w:t>
      </w:r>
    </w:p>
    <w:p>
      <w:pPr>
        <w:jc w:val="right"/>
      </w:pPr>
      <w:r>
        <w:t>وین ایور دا پرافٹ ہیڈ ٹو اپٹ بٹوین دا ٹو، ہی الویز اپٹڈ فار ایزر کورس اف ایکشن</w:t>
      </w:r>
    </w:p>
    <w:p>
      <w:r>
        <w:rPr>
          <w:b/>
        </w:rPr>
        <w:t xml:space="preserve">[28:03] </w:t>
      </w:r>
      <w:r>
        <w:t>rather than harder course of action.</w:t>
      </w:r>
    </w:p>
    <w:p>
      <w:pPr>
        <w:jc w:val="right"/>
      </w:pPr>
      <w:r>
        <w:t>رادر دین ہارڈر کورس اف ایکشن۔</w:t>
      </w:r>
    </w:p>
    <w:p>
      <w:r>
        <w:rPr>
          <w:b/>
        </w:rPr>
        <w:t xml:space="preserve">[28:09] </w:t>
      </w:r>
      <w:r>
        <w:t>His hadith, here you can see the Prophet of Islam's policy.</w:t>
      </w:r>
    </w:p>
    <w:p>
      <w:pPr>
        <w:jc w:val="right"/>
      </w:pPr>
      <w:r>
        <w:t>ہز حدیث، ہیر یو کین سی دا پرافٹ اف اسلام پالیسی۔</w:t>
      </w:r>
    </w:p>
    <w:p>
      <w:r>
        <w:rPr>
          <w:b/>
        </w:rPr>
        <w:t xml:space="preserve">[28:16] </w:t>
      </w:r>
      <w:r>
        <w:t>This hadith states what was the general policy of the Prophet of Islam.</w:t>
      </w:r>
    </w:p>
    <w:p>
      <w:pPr>
        <w:jc w:val="right"/>
      </w:pPr>
      <w:r>
        <w:t>دس حدیث سٹیٹس واٹ واز دا جنرل پالیسی اف دا پرافٹ اف اسلام۔</w:t>
      </w:r>
    </w:p>
    <w:p>
      <w:r>
        <w:rPr>
          <w:b/>
        </w:rPr>
        <w:t xml:space="preserve">[28:22] </w:t>
      </w:r>
      <w:r>
        <w:t>And Hudaybiyyah is very very clear example.</w:t>
      </w:r>
    </w:p>
    <w:p>
      <w:pPr>
        <w:jc w:val="right"/>
      </w:pPr>
      <w:r>
        <w:t>اینڈ حدیبیہ از ویری ویری کلیئر ایگزیمپل۔</w:t>
      </w:r>
    </w:p>
    <w:p>
      <w:r>
        <w:rPr>
          <w:b/>
        </w:rPr>
        <w:t xml:space="preserve">[28:28] </w:t>
      </w:r>
      <w:r>
        <w:t>At the time, Hudaybiyyah, you see, at the time of Hudaybiyyah, there were two options before the Prophet:</w:t>
      </w:r>
    </w:p>
    <w:p>
      <w:pPr>
        <w:jc w:val="right"/>
      </w:pPr>
      <w:r>
        <w:t>ایٹ دا ٹائم، حدیبیہ، یو سی، ایٹ دا ٹائم اف حدیبیہ، دیر وار ٹو اپشنز بیفور دا پرافٹ:</w:t>
      </w:r>
    </w:p>
    <w:p>
      <w:r>
        <w:rPr>
          <w:b/>
        </w:rPr>
        <w:t xml:space="preserve">[28:34] </w:t>
      </w:r>
      <w:r>
        <w:t>fighting and going back to Madinah. Either insist to go to Makkah at the price of war, or</w:t>
      </w:r>
    </w:p>
    <w:p>
      <w:pPr>
        <w:jc w:val="right"/>
      </w:pPr>
      <w:r>
        <w:t>فائٹنگ اور گوئنگ بیک ٹو مدینہ، ایدر انسسٹ ٹو گو ٹو مکہ ایٹ دا پرائس اف وار، اور</w:t>
      </w:r>
    </w:p>
    <w:p>
      <w:r>
        <w:rPr>
          <w:b/>
        </w:rPr>
        <w:t xml:space="preserve">[28:41] </w:t>
      </w:r>
      <w:r>
        <w:t>Living Hudaibiyah and going back to Madinah.</w:t>
      </w:r>
    </w:p>
    <w:p>
      <w:pPr>
        <w:jc w:val="right"/>
      </w:pPr>
      <w:r>
        <w:t>لیونگ حدیبیہ اور گوئنگ بیک ٹو مدینہ۔</w:t>
      </w:r>
    </w:p>
    <w:p>
      <w:r>
        <w:rPr>
          <w:b/>
        </w:rPr>
        <w:t xml:space="preserve">[28:47] </w:t>
      </w:r>
      <w:r>
        <w:t>So which one was easier? Very clear that going back to Madinah was easier course of action.</w:t>
      </w:r>
    </w:p>
    <w:p>
      <w:pPr>
        <w:jc w:val="right"/>
      </w:pPr>
      <w:r>
        <w:t>سو وچ ون واز ایزر؟ ویری کلیئر دیٹ گوئنگ بیک ٹو مدینہ واز ایزر کورس اف ایکشن۔</w:t>
      </w:r>
    </w:p>
    <w:p>
      <w:r>
        <w:rPr>
          <w:b/>
        </w:rPr>
        <w:t xml:space="preserve">[28:53] </w:t>
      </w:r>
      <w:r>
        <w:t>And if he insisted to go to Mecca, that was harder course, harder option.</w:t>
      </w:r>
    </w:p>
    <w:p>
      <w:pPr>
        <w:jc w:val="right"/>
      </w:pPr>
      <w:r>
        <w:t>اینڈ اف ہی انسسٹڈ ٹو گو ٹو مکہ، دیٹ واز ہارڈر کورس، ہارڈر اپشن۔</w:t>
      </w:r>
    </w:p>
    <w:p>
      <w:r>
        <w:rPr>
          <w:b/>
        </w:rPr>
        <w:t xml:space="preserve">[29:00] </w:t>
      </w:r>
      <w:r>
        <w:t>So at that time, there were two options before, before prophet: easier option and harder option, or peace</w:t>
      </w:r>
    </w:p>
    <w:p>
      <w:pPr>
        <w:jc w:val="right"/>
      </w:pPr>
      <w:r>
        <w:t>سو ایٹ دیٹ ٹائم، دیر واز ٹو اپشنز بیفور، بیفور پرافٹ: ایزر اپشن اینڈ ہارڈر اپشن، اور پیس</w:t>
      </w:r>
    </w:p>
    <w:p>
      <w:r>
        <w:rPr>
          <w:b/>
        </w:rPr>
        <w:t xml:space="preserve">[29:06] </w:t>
      </w:r>
      <w:r>
        <w:t>full option, and violent option.</w:t>
      </w:r>
    </w:p>
    <w:p>
      <w:pPr>
        <w:jc w:val="right"/>
      </w:pPr>
      <w:r>
        <w:t>فل اپشن، اور اینڈ وائلنٹ اپشن۔</w:t>
      </w:r>
    </w:p>
    <w:p>
      <w:r>
        <w:rPr>
          <w:b/>
        </w:rPr>
        <w:t xml:space="preserve">[29:12] </w:t>
      </w:r>
      <w:r>
        <w:t>Clearly, at the time, there were two options before the Prophet of Islam.</w:t>
      </w:r>
    </w:p>
    <w:p>
      <w:pPr>
        <w:jc w:val="right"/>
      </w:pPr>
      <w:r>
        <w:t>کلیئرلی، ایٹ دا ٹائم، دیر واز ٹو اپشنز بیفور دی پرافٹ اف اسلام۔</w:t>
      </w:r>
    </w:p>
    <w:p>
      <w:r>
        <w:rPr>
          <w:b/>
        </w:rPr>
        <w:t xml:space="preserve">[29:18] </w:t>
      </w:r>
      <w:r>
        <w:t>تو prophet opted for peaceful method rather than violent method.</w:t>
      </w:r>
    </w:p>
    <w:p>
      <w:pPr>
        <w:jc w:val="right"/>
      </w:pPr>
      <w:r>
        <w:t>تو پرافٹ اپٹڈ فار پیس فل میتھڈ رادر دین وائلنٹ میتھڈ۔</w:t>
      </w:r>
    </w:p>
    <w:p>
      <w:r>
        <w:rPr>
          <w:b/>
        </w:rPr>
        <w:t xml:space="preserve">[29:25] </w:t>
      </w:r>
      <w:r>
        <w:t>This was the general policy of the Prophet of Islam.</w:t>
      </w:r>
    </w:p>
    <w:p>
      <w:pPr>
        <w:jc w:val="right"/>
      </w:pPr>
      <w:r>
        <w:t>دس واز دا جنرل پالیسی اف دا پرافٹ اف اسلام۔</w:t>
      </w:r>
    </w:p>
    <w:p>
      <w:r>
        <w:rPr>
          <w:b/>
        </w:rPr>
        <w:t xml:space="preserve">[29:31] </w:t>
      </w:r>
      <w:r>
        <w:t>Ma khair rasool Allah sallallahu alaihi wasallam bain amrain illa akhtara aishah.</w:t>
      </w:r>
    </w:p>
    <w:p>
      <w:pPr>
        <w:jc w:val="right"/>
      </w:pPr>
      <w:r>
        <w:t>ما خیر رسول اللہ صلی اللہ علیہ وسلم بین عمرین الاختار عائشہ۔</w:t>
      </w:r>
    </w:p>
    <w:p>
      <w:r>
        <w:rPr>
          <w:b/>
        </w:rPr>
        <w:t xml:space="preserve">[29:37] </w:t>
      </w:r>
      <w:r>
        <w:t>It is very clear.</w:t>
      </w:r>
    </w:p>
    <w:p>
      <w:pPr>
        <w:jc w:val="right"/>
      </w:pPr>
      <w:r>
        <w:t>اٹ از ویری کلیئر۔</w:t>
      </w:r>
    </w:p>
    <w:p>
      <w:r>
        <w:rPr>
          <w:b/>
        </w:rPr>
        <w:t xml:space="preserve">[29:43] </w:t>
      </w:r>
      <w:r>
        <w:t>Then if you study life of the Prophet, life of the companions of the Prophet, you will find.</w:t>
      </w:r>
    </w:p>
    <w:p>
      <w:pPr>
        <w:jc w:val="right"/>
      </w:pPr>
      <w:r>
        <w:t>دین اف یو سٹڈی لائف اف دا پرافٹ، لائف اف دا کمپینینز اف دا پرافٹ، یو ویل فائنڈ۔</w:t>
      </w:r>
    </w:p>
    <w:p>
      <w:r>
        <w:rPr>
          <w:b/>
        </w:rPr>
        <w:t xml:space="preserve">[29:50] </w:t>
      </w:r>
      <w:r>
        <w:t>What was the behavior? What is the behavior of a da'i? What is the behavior of a mujahid?</w:t>
      </w:r>
    </w:p>
    <w:p>
      <w:pPr>
        <w:jc w:val="right"/>
      </w:pPr>
      <w:r>
        <w:t>واٹ واز دا بیہیویئر؟ واٹ از دا بیہیویئر اف اے داعی؟ واٹ از دا بیہیویئر اف اے مجاہد؟</w:t>
      </w:r>
    </w:p>
    <w:p>
      <w:r>
        <w:rPr>
          <w:b/>
        </w:rPr>
        <w:t xml:space="preserve">[29:56] </w:t>
      </w:r>
      <w:r>
        <w:t>Mujahid here means da'i, not muqatil or fighter.</w:t>
      </w:r>
    </w:p>
    <w:p>
      <w:pPr>
        <w:jc w:val="right"/>
      </w:pPr>
      <w:r>
        <w:t>مجاہد ہیر مینز داعی، ناٹ مقاتل اور فائٹر۔</w:t>
      </w:r>
    </w:p>
    <w:p>
      <w:r>
        <w:rPr>
          <w:b/>
        </w:rPr>
        <w:t xml:space="preserve">[30:02] </w:t>
      </w:r>
      <w:r>
        <w:t>So what is the, what is the behavior of a da'i in different situations? In different situations, for</w:t>
      </w:r>
    </w:p>
    <w:p>
      <w:pPr>
        <w:jc w:val="right"/>
      </w:pPr>
      <w:r>
        <w:t>سو واٹ از دا، واٹ از دا بیہیویئر اف اے داعی ان ڈفرنٹ سچویشنز؟ ان ڈفرنٹ سچویشنز، فار</w:t>
      </w:r>
    </w:p>
    <w:p>
      <w:r>
        <w:rPr>
          <w:b/>
        </w:rPr>
        <w:t xml:space="preserve">[30:09] </w:t>
      </w:r>
      <w:r>
        <w:t>Example, when Prophet was in Mecca, a person came to Mecca, his name was Tufail bin Amr Ad-Dausi.</w:t>
      </w:r>
    </w:p>
    <w:p>
      <w:pPr>
        <w:jc w:val="right"/>
      </w:pPr>
      <w:r>
        <w:t>ایگزیمپل، وین پرافٹ واز ان ان مکہ، ا پرسن کیم ٹو مکہ، ہز نیم واز طفیل بن عمر الدوسی۔</w:t>
      </w:r>
    </w:p>
    <w:p>
      <w:r>
        <w:rPr>
          <w:b/>
        </w:rPr>
        <w:t xml:space="preserve">[30:15] </w:t>
      </w:r>
      <w:r>
        <w:t>His tribe was Davos.</w:t>
      </w:r>
    </w:p>
    <w:p>
      <w:pPr>
        <w:jc w:val="right"/>
      </w:pPr>
      <w:r>
        <w:t>ہز ٹرائب واز داوس۔</w:t>
      </w:r>
    </w:p>
    <w:p>
      <w:r>
        <w:rPr>
          <w:b/>
        </w:rPr>
        <w:t xml:space="preserve">[30:21] </w:t>
      </w:r>
      <w:r>
        <w:t>The name of his tribe was Daus.</w:t>
      </w:r>
    </w:p>
    <w:p>
      <w:pPr>
        <w:jc w:val="right"/>
      </w:pPr>
      <w:r>
        <w:t>دا نیم اف ہز ٹرائب واز داوس۔</w:t>
      </w:r>
    </w:p>
    <w:p>
      <w:r>
        <w:rPr>
          <w:b/>
        </w:rPr>
        <w:t xml:space="preserve">[30:27] </w:t>
      </w:r>
      <w:r>
        <w:t>So from Tribe Daus, he came to Mecca, and he happened to meet the Prophet of Islam.</w:t>
      </w:r>
    </w:p>
    <w:p>
      <w:pPr>
        <w:jc w:val="right"/>
      </w:pPr>
      <w:r>
        <w:t>سو فرام ٹرائب داوس، ہی کیم ٹو مکہ، اینڈ ہی ہیپن ٹو میٹ دا پرافٹ اف اسلام۔</w:t>
      </w:r>
    </w:p>
    <w:p>
      <w:r>
        <w:rPr>
          <w:b/>
        </w:rPr>
        <w:t xml:space="preserve">[30:34] </w:t>
      </w:r>
      <w:r>
        <w:t>And Prophet of Islam told him what is his mission, and he recited some verses from the Quran.</w:t>
      </w:r>
    </w:p>
    <w:p>
      <w:pPr>
        <w:jc w:val="right"/>
      </w:pPr>
      <w:r>
        <w:t>اینڈ پرافٹ اف اسلام ٹولڈ ہم واٹ از ہز مشن، اینڈ ہی ریسائیٹڈ سم ورسز فرام دا قران۔</w:t>
      </w:r>
    </w:p>
    <w:p>
      <w:r>
        <w:rPr>
          <w:b/>
        </w:rPr>
        <w:t xml:space="preserve">[30:40] </w:t>
      </w:r>
      <w:r>
        <w:t>تو after hearing the Quranic verses, he accepted Islam.</w:t>
      </w:r>
    </w:p>
    <w:p>
      <w:pPr>
        <w:jc w:val="right"/>
      </w:pPr>
      <w:r>
        <w:t>تو افٹر ہیئرنگ دے قرانک ورسز، ہی ایکسیپٹڈ اسلام۔</w:t>
      </w:r>
    </w:p>
    <w:p>
      <w:r>
        <w:rPr>
          <w:b/>
        </w:rPr>
        <w:t xml:space="preserve">[30:46] </w:t>
      </w:r>
      <w:r>
        <w:t>He abandoned idol worshipping.</w:t>
      </w:r>
    </w:p>
    <w:p>
      <w:pPr>
        <w:jc w:val="right"/>
      </w:pPr>
      <w:r>
        <w:t>ہی ابینڈن ائیڈل ورسپنگ۔</w:t>
      </w:r>
    </w:p>
    <w:p>
      <w:r>
        <w:rPr>
          <w:b/>
        </w:rPr>
        <w:t xml:space="preserve">[30:52] </w:t>
      </w:r>
      <w:r>
        <w:t>He was also an idol worshipper.</w:t>
      </w:r>
    </w:p>
    <w:p>
      <w:pPr>
        <w:jc w:val="right"/>
      </w:pPr>
      <w:r>
        <w:t>ہی واز السو این ائیڈل ورسپر۔</w:t>
      </w:r>
    </w:p>
    <w:p>
      <w:r>
        <w:rPr>
          <w:b/>
        </w:rPr>
        <w:t xml:space="preserve">[30:59] </w:t>
      </w:r>
      <w:r>
        <w:t>So he abandoned idol worshipping, and he accepted the religion of Tawhid.</w:t>
      </w:r>
    </w:p>
    <w:p>
      <w:pPr>
        <w:jc w:val="right"/>
      </w:pPr>
      <w:r>
        <w:t>سو ہی ابینڈن ائیڈل ورسپنگ، اینڈ ہی ایکسیپٹڈ دا ریلیجن اف توحید۔</w:t>
      </w:r>
    </w:p>
    <w:p>
      <w:r>
        <w:rPr>
          <w:b/>
        </w:rPr>
        <w:t xml:space="preserve">[31:05] </w:t>
      </w:r>
      <w:r>
        <w:t>Then he went back to his tribe and conveyed this mission.</w:t>
      </w:r>
    </w:p>
    <w:p>
      <w:pPr>
        <w:jc w:val="right"/>
      </w:pPr>
      <w:r>
        <w:t>دین ہی وینٹ بیک ٹو ہز ٹرائب اینڈ کنویڈ دس مشن۔</w:t>
      </w:r>
    </w:p>
    <w:p>
      <w:r>
        <w:rPr>
          <w:b/>
        </w:rPr>
        <w:t xml:space="preserve">[31:11] </w:t>
      </w:r>
      <w:r>
        <w:t>He conveyed this message also to his, to his tribe.</w:t>
      </w:r>
    </w:p>
    <w:p>
      <w:pPr>
        <w:jc w:val="right"/>
      </w:pPr>
      <w:r>
        <w:t>ہی کنویڈ دس میسج السو ٹو ہز، ٹو ہز ٹرائب۔</w:t>
      </w:r>
    </w:p>
    <w:p>
      <w:r>
        <w:rPr>
          <w:b/>
        </w:rPr>
        <w:t xml:space="preserve">[31:18] </w:t>
      </w:r>
      <w:r>
        <w:t>But that tribe was idol worshiper at the time.</w:t>
      </w:r>
    </w:p>
    <w:p>
      <w:pPr>
        <w:jc w:val="right"/>
      </w:pPr>
      <w:r>
        <w:t>بٹ دیٹ ٹرائب واز اوائیڈ ورسپر ایٹ دا ٹائم۔</w:t>
      </w:r>
    </w:p>
    <w:p>
      <w:r>
        <w:rPr>
          <w:b/>
        </w:rPr>
        <w:t xml:space="preserve">[31:24] </w:t>
      </w:r>
      <w:r>
        <w:t>So they become hostile.</w:t>
      </w:r>
    </w:p>
    <w:p>
      <w:pPr>
        <w:jc w:val="right"/>
      </w:pPr>
      <w:r>
        <w:t>سو دے بیکم ہوسٹائل۔</w:t>
      </w:r>
    </w:p>
    <w:p>
      <w:r>
        <w:rPr>
          <w:b/>
        </w:rPr>
        <w:t xml:space="preserve">[31:30] </w:t>
      </w:r>
      <w:r>
        <w:t>even defeat hum.</w:t>
      </w:r>
    </w:p>
    <w:p>
      <w:pPr>
        <w:jc w:val="right"/>
      </w:pPr>
      <w:r>
        <w:t>ایون دے بیٹ ہم۔</w:t>
      </w:r>
    </w:p>
    <w:p>
      <w:r>
        <w:rPr>
          <w:b/>
        </w:rPr>
        <w:t xml:space="preserve">[31:36] </w:t>
      </w:r>
      <w:r>
        <w:t>So he suffered a lot from his tribes.</w:t>
      </w:r>
    </w:p>
    <w:p>
      <w:pPr>
        <w:jc w:val="right"/>
      </w:pPr>
      <w:r>
        <w:t>سو ہی سفرڈ ا لاٹ فرام ہز ٹرائبز۔</w:t>
      </w:r>
    </w:p>
    <w:p>
      <w:r>
        <w:rPr>
          <w:b/>
        </w:rPr>
        <w:t xml:space="preserve">[31:43] </w:t>
      </w:r>
      <w:r>
        <w:t>So again, he again, he visited Mecca, and he met prophet of Islam, and said, "O prophet, pre</w:t>
      </w:r>
    </w:p>
    <w:p>
      <w:pPr>
        <w:jc w:val="right"/>
      </w:pPr>
      <w:r>
        <w:t>سو اگین، ہی اگین، ہی وزٹڈ مکہ، اینڈ ہی میٹ پرافٹ اف اسلام، اینڈ سیڈ، "او پرافٹ، پری</w:t>
      </w:r>
    </w:p>
    <w:p>
      <w:r>
        <w:rPr>
          <w:b/>
        </w:rPr>
        <w:t xml:space="preserve">[31:49] </w:t>
      </w:r>
      <w:r>
        <w:t>God to destroy this, this tribe.</w:t>
      </w:r>
    </w:p>
    <w:p>
      <w:pPr>
        <w:jc w:val="right"/>
      </w:pPr>
      <w:r>
        <w:t>گاڈ ٹو ڈسٹرائے دس، دس ٹرائب۔</w:t>
      </w:r>
    </w:p>
    <w:p>
      <w:r>
        <w:rPr>
          <w:b/>
        </w:rPr>
        <w:t xml:space="preserve">[31:55] </w:t>
      </w:r>
      <w:r>
        <w:t>"They are very bad people." But what happened? Prophet raised his hand and said, "Allahumma ihdi qawmi, Allahumma ihdi qawmi!</w:t>
      </w:r>
    </w:p>
    <w:p>
      <w:pPr>
        <w:jc w:val="right"/>
      </w:pPr>
      <w:r>
        <w:t>دے ار ویری بیڈ پیپل۔" بٹ واٹ ہیپن؟ پرافٹ ریز ہز ہینڈ اینڈ سیڈ، "اللہم دے داوس، اللہم دے داوس!</w:t>
      </w:r>
    </w:p>
    <w:p>
      <w:r>
        <w:rPr>
          <w:b/>
        </w:rPr>
        <w:t xml:space="preserve">[32:02] </w:t>
      </w:r>
      <w:r>
        <w:t>O God, show guidance to those, the people of those!</w:t>
      </w:r>
    </w:p>
    <w:p>
      <w:pPr>
        <w:jc w:val="right"/>
      </w:pPr>
      <w:r>
        <w:t>او گاڈ، شو گائیڈنس ٹو داوس، دا پیپل اف داوس!</w:t>
      </w:r>
    </w:p>
    <w:p>
      <w:r>
        <w:rPr>
          <w:b/>
        </w:rPr>
        <w:t xml:space="preserve">[32:06] </w:t>
      </w:r>
      <w:r>
        <w:t>"O God, forgive those and guide them towards the Tawhid, towards the truth." Although there was negative re</w:t>
      </w:r>
    </w:p>
    <w:p>
      <w:pPr>
        <w:jc w:val="right"/>
      </w:pPr>
      <w:r>
        <w:t>او گاڈ، فارگیو داوس اینڈ گائیڈ دیم ٹورڈز دی توحید، ٹورڈز دا ٹروتھ۔" الدو دیر واز نیگیٹیو ری</w:t>
      </w:r>
    </w:p>
    <w:p>
      <w:r>
        <w:rPr>
          <w:b/>
        </w:rPr>
        <w:t xml:space="preserve">[32:14] </w:t>
      </w:r>
      <w:r>
        <w:t>action, although there was atrocities, but prophet responded in a positive way.</w:t>
      </w:r>
    </w:p>
    <w:p>
      <w:pPr>
        <w:jc w:val="right"/>
      </w:pPr>
      <w:r>
        <w:t>ایکشن، الدو دیر واز اٹروسیٹیز، بٹ پرافٹ ریسپانڈڈ ان ا پوزیٹیو وے۔</w:t>
      </w:r>
    </w:p>
    <w:p>
      <w:r>
        <w:rPr>
          <w:b/>
        </w:rPr>
        <w:t xml:space="preserve">[32:19] </w:t>
      </w:r>
      <w:r>
        <w:t>In the heart of Prophet, there was love towards those people.</w:t>
      </w:r>
    </w:p>
    <w:p>
      <w:pPr>
        <w:jc w:val="right"/>
      </w:pPr>
      <w:r>
        <w:t>ان دا ہارٹ اف پرافٹ، دیر واز لو ٹورڈز دوز پیپل۔</w:t>
      </w:r>
    </w:p>
    <w:p>
      <w:r>
        <w:rPr>
          <w:b/>
        </w:rPr>
        <w:t xml:space="preserve">[32:23] </w:t>
      </w:r>
      <w:r>
        <w:t>So he did dua.</w:t>
      </w:r>
    </w:p>
    <w:p>
      <w:pPr>
        <w:jc w:val="right"/>
      </w:pPr>
      <w:r>
        <w:t>سو ہی ڈیڈ دعا۔</w:t>
      </w:r>
    </w:p>
    <w:p>
      <w:r>
        <w:rPr>
          <w:b/>
        </w:rPr>
        <w:t xml:space="preserve">[32:25] </w:t>
      </w:r>
      <w:r>
        <w:t>He asked guidance from God for those people.</w:t>
      </w:r>
    </w:p>
    <w:p>
      <w:pPr>
        <w:jc w:val="right"/>
      </w:pPr>
      <w:r>
        <w:t>ہی اسکڈ گائیڈنس فرام گاڈ فار دوز پیپل۔</w:t>
      </w:r>
    </w:p>
    <w:p>
      <w:r>
        <w:rPr>
          <w:b/>
        </w:rPr>
        <w:t xml:space="preserve">[32:29] </w:t>
      </w:r>
      <w:r>
        <w:t>So when this news reached to us, there was, there urged the second thought.</w:t>
      </w:r>
    </w:p>
    <w:p>
      <w:pPr>
        <w:jc w:val="right"/>
      </w:pPr>
      <w:r>
        <w:t>سو وین دے دس نیوز ریچ ٹو داوس، دیر واز، دیر ارج دا سیکنڈ تھاٹ۔</w:t>
      </w:r>
    </w:p>
    <w:p>
      <w:r>
        <w:rPr>
          <w:b/>
        </w:rPr>
        <w:t xml:space="preserve">[32:35] </w:t>
      </w:r>
      <w:r>
        <w:t>There arose the second thought among those people, and gradually they accepted Islam.</w:t>
      </w:r>
    </w:p>
    <w:p>
      <w:pPr>
        <w:jc w:val="right"/>
      </w:pPr>
      <w:r>
        <w:t>دیر ارج دا سیکنڈ تھاٹ امنگ داوس پیپل، اینڈ گریجولی دے ایکسیپٹڈ اسلام۔</w:t>
      </w:r>
    </w:p>
    <w:p>
      <w:r>
        <w:rPr>
          <w:b/>
        </w:rPr>
        <w:t xml:space="preserve">[32:41] </w:t>
      </w:r>
      <w:r>
        <w:t>So this was the, this was the jihad.</w:t>
      </w:r>
    </w:p>
    <w:p>
      <w:pPr>
        <w:jc w:val="right"/>
      </w:pPr>
      <w:r>
        <w:t>سو دس واز دا، دس واز دا جہاد۔</w:t>
      </w:r>
    </w:p>
    <w:p>
      <w:r>
        <w:rPr>
          <w:b/>
        </w:rPr>
        <w:t xml:space="preserve">[32:44] </w:t>
      </w:r>
      <w:r>
        <w:t>Why? Giving such positive response is great jihad, because when there is negative reaction, when there is</w:t>
      </w:r>
    </w:p>
    <w:p>
      <w:pPr>
        <w:jc w:val="right"/>
      </w:pPr>
      <w:r>
        <w:t>وائی؟ گیونگ سچ پوزیٹیو رسپانس از کریٹ جہاد، بیکاز وین دیر از نیگیٹیو ری ایکشن، وین دیر از</w:t>
      </w:r>
    </w:p>
    <w:p>
      <w:r>
        <w:rPr>
          <w:b/>
        </w:rPr>
        <w:t xml:space="preserve">[32:52] </w:t>
      </w:r>
      <w:r>
        <w:t>Provocation, when there are hostilities, when there are atrocities, then it is not easy to pray.</w:t>
      </w:r>
    </w:p>
    <w:p>
      <w:pPr>
        <w:jc w:val="right"/>
      </w:pPr>
      <w:r>
        <w:t>پرووکیشن، وین دیر ار ہوسٹیلیٹیز، وین دیر ار اٹروسیٹیز، دین اٹ از ناٹ ایزی ٹو پری۔</w:t>
      </w:r>
    </w:p>
    <w:p>
      <w:r>
        <w:rPr>
          <w:b/>
        </w:rPr>
        <w:t xml:space="preserve">[32:59] </w:t>
      </w:r>
      <w:r>
        <w:t>You have to be patient.</w:t>
      </w:r>
    </w:p>
    <w:p>
      <w:pPr>
        <w:jc w:val="right"/>
      </w:pPr>
      <w:r>
        <w:t>یو ہیو ٹو بی پیشنٹ۔</w:t>
      </w:r>
    </w:p>
    <w:p>
      <w:r>
        <w:rPr>
          <w:b/>
        </w:rPr>
        <w:t xml:space="preserve">[33:01] </w:t>
      </w:r>
      <w:r>
        <w:t>You have to hold your sentiment.</w:t>
      </w:r>
    </w:p>
    <w:p>
      <w:pPr>
        <w:jc w:val="right"/>
      </w:pPr>
      <w:r>
        <w:t>یو ہیو ٹو ہولڈ یور سینٹیمنٹ۔</w:t>
      </w:r>
    </w:p>
    <w:p>
      <w:r>
        <w:rPr>
          <w:b/>
        </w:rPr>
        <w:t xml:space="preserve">[33:03] </w:t>
      </w:r>
      <w:r>
        <w:t>You have to tolerate.</w:t>
      </w:r>
    </w:p>
    <w:p>
      <w:pPr>
        <w:jc w:val="right"/>
      </w:pPr>
      <w:r>
        <w:t>یو ہیو ٹو ٹولریٹ۔</w:t>
      </w:r>
    </w:p>
    <w:p>
      <w:r>
        <w:rPr>
          <w:b/>
        </w:rPr>
        <w:t xml:space="preserve">[33:05] </w:t>
      </w:r>
      <w:r>
        <w:t>You have to control your negative sentiments.</w:t>
      </w:r>
    </w:p>
    <w:p>
      <w:pPr>
        <w:jc w:val="right"/>
      </w:pPr>
      <w:r>
        <w:t>یو ہیو ٹو کنٹرول یور نیگیٹیو سینٹیمنٹس۔</w:t>
      </w:r>
    </w:p>
    <w:p>
      <w:r>
        <w:rPr>
          <w:b/>
        </w:rPr>
        <w:t xml:space="preserve">[33:08] </w:t>
      </w:r>
      <w:r>
        <w:t>Then you are able to do such dua.</w:t>
      </w:r>
    </w:p>
    <w:p>
      <w:pPr>
        <w:jc w:val="right"/>
      </w:pPr>
      <w:r>
        <w:t>دین یو ار ایبل ٹو ڈو سچ دعا۔</w:t>
      </w:r>
    </w:p>
    <w:p>
      <w:r>
        <w:rPr>
          <w:b/>
        </w:rPr>
        <w:t xml:space="preserve">[33:11] </w:t>
      </w:r>
      <w:r>
        <w:t>In this sense, dawah is jihad.</w:t>
      </w:r>
    </w:p>
    <w:p>
      <w:pPr>
        <w:jc w:val="right"/>
      </w:pPr>
      <w:r>
        <w:t>ان دس سینس، دعوی از جہاد۔</w:t>
      </w:r>
    </w:p>
    <w:p>
      <w:r>
        <w:rPr>
          <w:b/>
        </w:rPr>
        <w:t xml:space="preserve">[33:14] </w:t>
      </w:r>
      <w:r>
        <w:t>یعنی peaceful struggle is jihad.</w:t>
      </w:r>
    </w:p>
    <w:p>
      <w:pPr>
        <w:jc w:val="right"/>
      </w:pPr>
      <w:r>
        <w:t>یعنی پیس فل اسٹرگل از جہاد۔</w:t>
      </w:r>
    </w:p>
    <w:p>
      <w:r>
        <w:rPr>
          <w:b/>
        </w:rPr>
        <w:t xml:space="preserve">[33:17] </w:t>
      </w:r>
      <w:r>
        <w:t>peaceful struggle among umam ho.</w:t>
      </w:r>
    </w:p>
    <w:p>
      <w:pPr>
        <w:jc w:val="right"/>
      </w:pPr>
      <w:r>
        <w:t>پیس فل اسٹرگل امنگ امن ہو۔</w:t>
      </w:r>
    </w:p>
    <w:p>
      <w:r>
        <w:rPr>
          <w:b/>
        </w:rPr>
        <w:t xml:space="preserve">[33:19] </w:t>
      </w:r>
      <w:r>
        <w:t>Peaceful struggle among those who are hostile.</w:t>
      </w:r>
    </w:p>
    <w:p>
      <w:pPr>
        <w:jc w:val="right"/>
      </w:pPr>
      <w:r>
        <w:t>پیس فل اسٹرگل امنگ دوز ہو ار ہوسٹائل۔</w:t>
      </w:r>
    </w:p>
    <w:p>
      <w:r>
        <w:rPr>
          <w:b/>
        </w:rPr>
        <w:t xml:space="preserve">[33:23] </w:t>
      </w:r>
      <w:r>
        <w:t>In such situation, it is not easy to adopt peaceful struggle.</w:t>
      </w:r>
    </w:p>
    <w:p>
      <w:pPr>
        <w:jc w:val="right"/>
      </w:pPr>
      <w:r>
        <w:t>ان سچ سچویشن، اٹ از ناٹ ایزی ٹو اڈاپٹ پیس فل اسٹرگل۔</w:t>
      </w:r>
    </w:p>
    <w:p>
      <w:r>
        <w:rPr>
          <w:b/>
        </w:rPr>
        <w:t xml:space="preserve">[33:28] </w:t>
      </w:r>
      <w:r>
        <w:t>In such situation, it is not easy to opt for peaceful jihad.</w:t>
      </w:r>
    </w:p>
    <w:p>
      <w:pPr>
        <w:jc w:val="right"/>
      </w:pPr>
      <w:r>
        <w:t>ان سچ سچویشن، اٹ از ناٹ ایزی ٹو اپٹ فار پیس فل جہاد۔</w:t>
      </w:r>
    </w:p>
    <w:p>
      <w:r>
        <w:rPr>
          <w:b/>
        </w:rPr>
        <w:t xml:space="preserve">[33:33] </w:t>
      </w:r>
      <w:r>
        <w:t>It requires patience, adjustment, passion, mercy.</w:t>
      </w:r>
    </w:p>
    <w:p>
      <w:pPr>
        <w:jc w:val="right"/>
      </w:pPr>
      <w:r>
        <w:t>اٹ ریکوائر پیشنس، ایڈجسٹمنٹ، پیشن، مرسی۔</w:t>
      </w:r>
    </w:p>
    <w:p>
      <w:r>
        <w:rPr>
          <w:b/>
        </w:rPr>
        <w:t xml:space="preserve">[33:36] </w:t>
      </w:r>
      <w:r>
        <w:t>It requires great, great sabr.</w:t>
      </w:r>
    </w:p>
    <w:p>
      <w:pPr>
        <w:jc w:val="right"/>
      </w:pPr>
      <w:r>
        <w:t>اٹ ریکوائر گریٹ، گریٹ صبر۔</w:t>
      </w:r>
    </w:p>
    <w:p>
      <w:r>
        <w:rPr>
          <w:b/>
        </w:rPr>
        <w:t xml:space="preserve">[33:38] </w:t>
      </w:r>
      <w:r>
        <w:t>Otherwise, you cannot do peaceful jihad.</w:t>
      </w:r>
    </w:p>
    <w:p>
      <w:pPr>
        <w:jc w:val="right"/>
      </w:pPr>
      <w:r>
        <w:t>ادروائز، یو کناٹ ڈو پیس فل جہاد۔</w:t>
      </w:r>
    </w:p>
    <w:p>
      <w:r>
        <w:rPr>
          <w:b/>
        </w:rPr>
        <w:t xml:space="preserve">[33:41] </w:t>
      </w:r>
      <w:r>
        <w:t>تو because of this, the work is jihad work.</w:t>
      </w:r>
    </w:p>
    <w:p>
      <w:pPr>
        <w:jc w:val="right"/>
      </w:pPr>
      <w:r>
        <w:t>تو بیکاز اف دس، دعوی ورک از جہاد ورک۔</w:t>
      </w:r>
    </w:p>
    <w:p>
      <w:r>
        <w:rPr>
          <w:b/>
        </w:rPr>
        <w:t xml:space="preserve">[33:45] </w:t>
      </w:r>
      <w:r>
        <w:t>Dawah work is a, is very very.</w:t>
      </w:r>
    </w:p>
    <w:p>
      <w:pPr>
        <w:jc w:val="right"/>
      </w:pPr>
      <w:r>
        <w:t>دعا ورک از اے، از ویری ویری۔</w:t>
      </w:r>
    </w:p>
    <w:p>
      <w:r>
        <w:rPr>
          <w:b/>
        </w:rPr>
        <w:t xml:space="preserve">[33:48] </w:t>
      </w:r>
      <w:r>
        <w:t>Dawah work is a work of sabr.</w:t>
      </w:r>
    </w:p>
    <w:p>
      <w:pPr>
        <w:jc w:val="right"/>
      </w:pPr>
      <w:r>
        <w:t>دعا ورک از اے ورک اف صبر۔</w:t>
      </w:r>
    </w:p>
    <w:p>
      <w:r>
        <w:rPr>
          <w:b/>
        </w:rPr>
        <w:t xml:space="preserve">[33:51] </w:t>
      </w:r>
      <w:r>
        <w:t>Dawah work is a work of tolerance.</w:t>
      </w:r>
    </w:p>
    <w:p>
      <w:pPr>
        <w:jc w:val="right"/>
      </w:pPr>
      <w:r>
        <w:t>دعا ورک از اے ورک اف ٹولرنس۔</w:t>
      </w:r>
    </w:p>
    <w:p>
      <w:r>
        <w:rPr>
          <w:b/>
        </w:rPr>
        <w:t xml:space="preserve">[33:54] </w:t>
      </w:r>
      <w:r>
        <w:t>Dawah work is a work of patience.</w:t>
      </w:r>
    </w:p>
    <w:p>
      <w:pPr>
        <w:jc w:val="right"/>
      </w:pPr>
      <w:r>
        <w:t>دعا ورک از اے ورک اف پیشنس۔</w:t>
      </w:r>
    </w:p>
    <w:p>
      <w:r>
        <w:rPr>
          <w:b/>
        </w:rPr>
        <w:t xml:space="preserve">[33:57] </w:t>
      </w:r>
      <w:r>
        <w:t>Dua work a work of compassion.</w:t>
      </w:r>
    </w:p>
    <w:p>
      <w:pPr>
        <w:jc w:val="right"/>
      </w:pPr>
      <w:r>
        <w:t>دعا ورک اے ورک اف کمپیشن۔</w:t>
      </w:r>
    </w:p>
    <w:p>
      <w:r>
        <w:rPr>
          <w:b/>
        </w:rPr>
        <w:t xml:space="preserve">[33:59] </w:t>
      </w:r>
      <w:r>
        <w:t>So this kind of dawah work is very, is not an easy task.</w:t>
      </w:r>
    </w:p>
    <w:p>
      <w:pPr>
        <w:jc w:val="right"/>
      </w:pPr>
      <w:r>
        <w:t>سو دس کائنڈ اف دعا ورک از ویری، از ناٹ اے ایزی ٹاسک۔</w:t>
      </w:r>
    </w:p>
    <w:p>
      <w:r>
        <w:rPr>
          <w:b/>
        </w:rPr>
        <w:t xml:space="preserve">[34:05] </w:t>
      </w:r>
      <w:r>
        <w:t>It requires great courage, great patience.</w:t>
      </w:r>
    </w:p>
    <w:p>
      <w:pPr>
        <w:jc w:val="right"/>
      </w:pPr>
      <w:r>
        <w:t>اٹ ریکوائر گریٹ کریج، گریٹ پیشنس۔</w:t>
      </w:r>
    </w:p>
    <w:p>
      <w:r>
        <w:rPr>
          <w:b/>
        </w:rPr>
        <w:t xml:space="preserve">[34:08] </w:t>
      </w:r>
      <w:r>
        <w:t>So in this sense, dawah work is called jihad work.</w:t>
      </w:r>
    </w:p>
    <w:p>
      <w:pPr>
        <w:jc w:val="right"/>
      </w:pPr>
      <w:r>
        <w:t>سو ان دس سینس، دعا ورک از کالڈ جہاد ورک۔</w:t>
      </w:r>
    </w:p>
    <w:p>
      <w:r>
        <w:rPr>
          <w:b/>
        </w:rPr>
        <w:t xml:space="preserve">[34:12] </w:t>
      </w:r>
      <w:r>
        <w:t>wajahid bihi jihadan kabira.</w:t>
      </w:r>
    </w:p>
    <w:p>
      <w:pPr>
        <w:jc w:val="right"/>
      </w:pPr>
      <w:r>
        <w:t>وجاہد بہ جہاد کبیرہ۔</w:t>
      </w:r>
    </w:p>
    <w:p>
      <w:r>
        <w:rPr>
          <w:b/>
        </w:rPr>
        <w:t xml:space="preserve">[34:14] </w:t>
      </w:r>
      <w:r>
        <w:t>Great Jihad.</w:t>
      </w:r>
    </w:p>
    <w:p>
      <w:pPr>
        <w:jc w:val="right"/>
      </w:pPr>
      <w:r>
        <w:t>گریٹ جہاد۔</w:t>
      </w:r>
    </w:p>
    <w:p>
      <w:r>
        <w:rPr>
          <w:b/>
        </w:rPr>
        <w:t xml:space="preserve">[34:15] </w:t>
      </w:r>
      <w:r>
        <w:t>Do, do great jihad.</w:t>
      </w:r>
    </w:p>
    <w:p>
      <w:pPr>
        <w:jc w:val="right"/>
      </w:pPr>
      <w:r>
        <w:t>ڈو، ڈو گریٹ جہاد۔</w:t>
      </w:r>
    </w:p>
    <w:p>
      <w:r>
        <w:rPr>
          <w:b/>
        </w:rPr>
        <w:t xml:space="preserve">[34:17] </w:t>
      </w:r>
      <w:r>
        <w:t>yani do great dawah work.</w:t>
      </w:r>
    </w:p>
    <w:p>
      <w:pPr>
        <w:jc w:val="right"/>
      </w:pPr>
      <w:r>
        <w:t>یعنی ڈو گریٹ دعوی ورک۔</w:t>
      </w:r>
    </w:p>
    <w:p>
      <w:r>
        <w:rPr>
          <w:b/>
        </w:rPr>
        <w:t xml:space="preserve">[34:19] </w:t>
      </w:r>
      <w:r>
        <w:t>Do great jihad means grow.</w:t>
      </w:r>
    </w:p>
    <w:p>
      <w:pPr>
        <w:jc w:val="right"/>
      </w:pPr>
      <w:r>
        <w:t>ڈو گریٹ جہاد مینز گرو۔</w:t>
      </w:r>
    </w:p>
    <w:p>
      <w:r>
        <w:rPr>
          <w:b/>
        </w:rPr>
        <w:t xml:space="preserve">[34:21] </w:t>
      </w:r>
      <w:r>
        <w:t>Do great dawah work.</w:t>
      </w:r>
    </w:p>
    <w:p>
      <w:pPr>
        <w:jc w:val="right"/>
      </w:pPr>
      <w:r>
        <w:t>ڈو گریٹ دعوی ورک۔</w:t>
      </w:r>
    </w:p>
    <w:p>
      <w:r>
        <w:rPr>
          <w:b/>
        </w:rPr>
        <w:t xml:space="preserve">[34:23] </w:t>
      </w:r>
      <w:r>
        <w:t>So in such situation, da'wah work becomes a great jihad.</w:t>
      </w:r>
    </w:p>
    <w:p>
      <w:pPr>
        <w:jc w:val="right"/>
      </w:pPr>
      <w:r>
        <w:t>سو ان سچ سچویشن، دعا ورک بیکمز ا گریٹ جہاد۔</w:t>
      </w:r>
    </w:p>
    <w:p>
      <w:r>
        <w:rPr>
          <w:b/>
        </w:rPr>
        <w:t xml:space="preserve">[34:27] </w:t>
      </w:r>
      <w:r>
        <w:t>in such hostile situation.</w:t>
      </w:r>
    </w:p>
    <w:p>
      <w:pPr>
        <w:jc w:val="right"/>
      </w:pPr>
      <w:r>
        <w:t>ان سچ ہوسٹائل سچویشن۔</w:t>
      </w:r>
    </w:p>
    <w:p>
      <w:r>
        <w:rPr>
          <w:b/>
        </w:rPr>
        <w:t xml:space="preserve">[34:29] </w:t>
      </w:r>
      <w:r>
        <w:t>In such hostile situation, dawah work becomes a great jihad.</w:t>
      </w:r>
    </w:p>
    <w:p>
      <w:pPr>
        <w:jc w:val="right"/>
      </w:pPr>
      <w:r>
        <w:t>ان سچ ہوسٹائل سچویشن، دعا ورک بیکمز ا گریٹ جہاد۔</w:t>
      </w:r>
    </w:p>
    <w:p>
      <w:r>
        <w:rPr>
          <w:b/>
        </w:rPr>
        <w:t xml:space="preserve">[34:33] </w:t>
      </w:r>
      <w:r>
        <w:t>a great work, because it required great courage, great compassion.</w:t>
      </w:r>
    </w:p>
    <w:p>
      <w:pPr>
        <w:jc w:val="right"/>
      </w:pPr>
      <w:r>
        <w:t>ا گریٹ ورک، بیکاز اٹ ریکوائر گریٹ کریج، گریٹ کمپیشن۔</w:t>
      </w:r>
    </w:p>
    <w:p>
      <w:r>
        <w:rPr>
          <w:b/>
        </w:rPr>
        <w:t xml:space="preserve">[34:37] </w:t>
      </w:r>
      <w:r>
        <w:t>So, jihad is a peaceful struggle.</w:t>
      </w:r>
    </w:p>
    <w:p>
      <w:pPr>
        <w:jc w:val="right"/>
      </w:pPr>
      <w:r>
        <w:t>سو جہاد از ا پیس فل اسٹرگل۔</w:t>
      </w:r>
    </w:p>
    <w:p>
      <w:r>
        <w:rPr>
          <w:b/>
        </w:rPr>
        <w:t xml:space="preserve">[34:40] </w:t>
      </w:r>
      <w:r>
        <w:t>Jihad is a peaceful dawah work.</w:t>
      </w:r>
    </w:p>
    <w:p>
      <w:pPr>
        <w:jc w:val="right"/>
      </w:pPr>
      <w:r>
        <w:t>جہاد از ا پیس فل دعوی ورک۔</w:t>
      </w:r>
    </w:p>
    <w:p>
      <w:r>
        <w:rPr>
          <w:b/>
        </w:rPr>
        <w:t xml:space="preserve">[34:43] </w:t>
      </w:r>
      <w:r>
        <w:t>Jihad is a peaceful response in provocative situations, because every time you do, you do dawah, there</w:t>
      </w:r>
    </w:p>
    <w:p>
      <w:pPr>
        <w:jc w:val="right"/>
      </w:pPr>
      <w:r>
        <w:t>جہاد از ا پیس فل رسپانس ان پرووکیٹیو سچویشنز، بیکاز ایوری ٹائم یو ڈو، یو ڈو دعوی، دیر</w:t>
      </w:r>
    </w:p>
    <w:p>
      <w:r>
        <w:rPr>
          <w:b/>
        </w:rPr>
        <w:t xml:space="preserve">[34:51] </w:t>
      </w:r>
      <w:r>
        <w:t>are hostilities.</w:t>
      </w:r>
    </w:p>
    <w:p>
      <w:pPr>
        <w:jc w:val="right"/>
      </w:pPr>
      <w:r>
        <w:t>ار ہوسٹیلیٹیز۔</w:t>
      </w:r>
    </w:p>
    <w:p>
      <w:r>
        <w:rPr>
          <w:b/>
        </w:rPr>
        <w:t xml:space="preserve">[34:53] </w:t>
      </w:r>
      <w:r>
        <w:t>دعوی is not a simple work.</w:t>
      </w:r>
    </w:p>
    <w:p>
      <w:pPr>
        <w:jc w:val="right"/>
      </w:pPr>
      <w:r>
        <w:t>دعوی از ناٹ ا سمپل ورک۔</w:t>
      </w:r>
    </w:p>
    <w:p>
      <w:r>
        <w:rPr>
          <w:b/>
        </w:rPr>
        <w:t xml:space="preserve">[34:55] </w:t>
      </w:r>
      <w:r>
        <w:t>So every time when you do dawah, there are hostilities, there are negative reaction.</w:t>
      </w:r>
    </w:p>
    <w:p>
      <w:pPr>
        <w:jc w:val="right"/>
      </w:pPr>
      <w:r>
        <w:t>سو ایوری ٹائم وین یو ڈو دعوی، دیر ار ہوسٹیلیٹیز، دیر ار نیگیٹیو ری ایکشن۔</w:t>
      </w:r>
    </w:p>
    <w:p>
      <w:r>
        <w:rPr>
          <w:b/>
        </w:rPr>
        <w:t xml:space="preserve">[35:02] </w:t>
      </w:r>
      <w:r>
        <w:t>So in such situation, the means peaceful response against all those atrocities, because of this, the work</w:t>
      </w:r>
    </w:p>
    <w:p>
      <w:pPr>
        <w:jc w:val="right"/>
      </w:pPr>
      <w:r>
        <w:t>سو ان سچ سچویشن، دعوی مینز پیس فل رسپانس اگینسٹ ال دوز اٹروسیٹیز، بیکاز اف دس، دعا ورک</w:t>
      </w:r>
    </w:p>
    <w:p>
      <w:r>
        <w:rPr>
          <w:b/>
        </w:rPr>
        <w:t xml:space="preserve">[35:09] </w:t>
      </w:r>
      <w:r>
        <w:t>Is jihad work.</w:t>
      </w:r>
    </w:p>
    <w:p>
      <w:pPr>
        <w:jc w:val="right"/>
      </w:pPr>
      <w:r>
        <w:t>از جہاد ورک۔</w:t>
      </w:r>
    </w:p>
    <w:p>
      <w:r>
        <w:rPr>
          <w:b/>
        </w:rPr>
        <w:t xml:space="preserve">[35:11] </w:t>
      </w:r>
      <w:r>
        <w:t>Jihad means da'wah work.</w:t>
      </w:r>
    </w:p>
    <w:p>
      <w:pPr>
        <w:jc w:val="right"/>
      </w:pPr>
      <w:r>
        <w:t>جہاد مینز دعا ورک۔</w:t>
      </w:r>
    </w:p>
    <w:p>
      <w:r>
        <w:rPr>
          <w:b/>
        </w:rPr>
        <w:t xml:space="preserve">[35:12] </w:t>
      </w:r>
      <w:r>
        <w:t>Jihad has nothing to do with violence or war.</w:t>
      </w:r>
    </w:p>
    <w:p>
      <w:pPr>
        <w:jc w:val="right"/>
      </w:pPr>
      <w:r>
        <w:t>جہاد ہیز نتھنگ ٹو ڈو ود وائلنس اور وار۔</w:t>
      </w:r>
    </w:p>
    <w:p>
      <w:r>
        <w:rPr>
          <w:b/>
        </w:rPr>
        <w:t xml:space="preserve">[35:16] </w:t>
      </w:r>
      <w:r>
        <w:t>Jihad is a peaceful struggle for the cause of Dawah.</w:t>
      </w:r>
    </w:p>
    <w:p>
      <w:pPr>
        <w:jc w:val="right"/>
      </w:pPr>
      <w:r>
        <w:t>جہاد از ا پیس فل اسٹرگل فار دی کاز اف دعوی۔</w:t>
      </w:r>
    </w:p>
    <w:p>
      <w:r>
        <w:rPr>
          <w:b/>
        </w:rPr>
        <w:t xml:space="preserve">[35:21] </w:t>
      </w:r>
      <w:r>
        <w:t>Aqulu qawli wa astaghfirullah al-Ali al-Azim.</w:t>
      </w:r>
    </w:p>
    <w:p>
      <w:pPr>
        <w:jc w:val="right"/>
      </w:pPr>
      <w:r>
        <w:t>اقول قولی واستغفراللہ العلی العظیم۔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