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Islam and Peace 17th Jan. 07</w:t>
      </w:r>
    </w:p>
    <w:p>
      <w:r>
        <w:t>https://www.youtube.com/watch?v=iWPCYtW4gHA</w:t>
      </w:r>
    </w:p>
    <w:p>
      <w:r>
        <w:rPr>
          <w:b/>
        </w:rPr>
        <w:t xml:space="preserve">[00:21] </w:t>
      </w:r>
      <w:r>
        <w:t>bismillah al-rahman al-rahim, wasallallahu ala al-nabi al-kareem.</w:t>
      </w:r>
    </w:p>
    <w:p>
      <w:pPr>
        <w:jc w:val="right"/>
      </w:pPr>
      <w:r>
        <w:t>بسم اللہ الرحمن الرحیم، وصلی اللہ علی النبی الکریم۔</w:t>
      </w:r>
    </w:p>
    <w:p>
      <w:r>
        <w:rPr>
          <w:b/>
        </w:rPr>
        <w:t xml:space="preserve">[00:24] </w:t>
      </w:r>
      <w:r>
        <w:t>rab ishrah li sadri, wa yassir li amri, wahlu al-uqdatan min lisani, yafqahu qawli.</w:t>
      </w:r>
    </w:p>
    <w:p>
      <w:pPr>
        <w:jc w:val="right"/>
      </w:pPr>
      <w:r>
        <w:t>رب اشرح لی صدری، ویسر لی امری، واحل العقدۃ من لسانی، یفقہ قولی۔</w:t>
      </w:r>
    </w:p>
    <w:p>
      <w:r>
        <w:rPr>
          <w:b/>
        </w:rPr>
        <w:t xml:space="preserve">[00:30] </w:t>
      </w:r>
      <w:r>
        <w:t>The topic for this day is Islam and Peace.</w:t>
      </w:r>
    </w:p>
    <w:p>
      <w:pPr>
        <w:jc w:val="right"/>
      </w:pPr>
      <w:r>
        <w:t>دا ٹاپک فار دس ڈے از اسلام اینڈ پیس۔</w:t>
      </w:r>
    </w:p>
    <w:p>
      <w:r>
        <w:rPr>
          <w:b/>
        </w:rPr>
        <w:t xml:space="preserve">[00:34] </w:t>
      </w:r>
      <w:r>
        <w:t>I have studied Islam from its original sources, that is books compiled in Arabic language.</w:t>
      </w:r>
    </w:p>
    <w:p>
      <w:pPr>
        <w:jc w:val="right"/>
      </w:pPr>
      <w:r>
        <w:t>آئی ہیو اسٹڈیڈ اسلام فرام اٹس اوریجنل سورسز، دیٹ از بکس کمپائلڈ ان عربک لینگویج۔</w:t>
      </w:r>
    </w:p>
    <w:p>
      <w:r>
        <w:rPr>
          <w:b/>
        </w:rPr>
        <w:t xml:space="preserve">[00:40] </w:t>
      </w:r>
      <w:r>
        <w:t>Quran and Hadith, and Al-Seerat-un-Nabawiyah, Seer-us-Sahaba, et cetera.</w:t>
      </w:r>
    </w:p>
    <w:p>
      <w:pPr>
        <w:jc w:val="right"/>
      </w:pPr>
      <w:r>
        <w:t>قرآن اینڈ حدیث، اینڈ السیرت النبویہ، سیر الصحابہ، ایٹس وغیرہ۔</w:t>
      </w:r>
    </w:p>
    <w:p>
      <w:r>
        <w:rPr>
          <w:b/>
        </w:rPr>
        <w:t xml:space="preserve">[00:45] </w:t>
      </w:r>
      <w:r>
        <w:t>These are the source books of the religion of Islam.</w:t>
      </w:r>
    </w:p>
    <w:p>
      <w:pPr>
        <w:jc w:val="right"/>
      </w:pPr>
      <w:r>
        <w:t>دیز آر دا سورس بکس آف دی ریلیجن آف اسلام۔</w:t>
      </w:r>
    </w:p>
    <w:p>
      <w:r>
        <w:rPr>
          <w:b/>
        </w:rPr>
        <w:t xml:space="preserve">[00:49] </w:t>
      </w:r>
      <w:r>
        <w:t>All the source books of Islamic religion are in Arabic language.</w:t>
      </w:r>
    </w:p>
    <w:p>
      <w:pPr>
        <w:jc w:val="right"/>
      </w:pPr>
      <w:r>
        <w:t>آل دا سورس بکس آف اسلامک ریلیجن آر ان عربک لینگویج۔</w:t>
      </w:r>
    </w:p>
    <w:p>
      <w:r>
        <w:rPr>
          <w:b/>
        </w:rPr>
        <w:t xml:space="preserve">[00:54] </w:t>
      </w:r>
      <w:r>
        <w:t>So, I have studied Islam from its original text.</w:t>
      </w:r>
    </w:p>
    <w:p>
      <w:pPr>
        <w:jc w:val="right"/>
      </w:pPr>
      <w:r>
        <w:t>سو آئی ہیو اسٹڈیڈ اسلام فرام اٹس اوریجنل ٹیکسٹ۔</w:t>
      </w:r>
    </w:p>
    <w:p>
      <w:r>
        <w:rPr>
          <w:b/>
        </w:rPr>
        <w:t xml:space="preserve">[00:57] </w:t>
      </w:r>
      <w:r>
        <w:t>I can say that I have spent whole of my life in studying Islam.</w:t>
      </w:r>
    </w:p>
    <w:p>
      <w:pPr>
        <w:jc w:val="right"/>
      </w:pPr>
      <w:r>
        <w:t>آئی کین سے دیٹ آئی ہیو سپینڈ ہول آف مائی لائف ان اسٹڈیئنگ اسلام۔</w:t>
      </w:r>
    </w:p>
    <w:p>
      <w:r>
        <w:rPr>
          <w:b/>
        </w:rPr>
        <w:t xml:space="preserve">[01:03] </w:t>
      </w:r>
      <w:r>
        <w:t>After this long and comprehensive study, I can say with conviction that Islam is a religion of peace in</w:t>
      </w:r>
    </w:p>
    <w:p>
      <w:pPr>
        <w:jc w:val="right"/>
      </w:pPr>
      <w:r>
        <w:t>آفٹر دس لانگ اینڈ کمپرہنسیو اسٹڈی، آئی کین سے ود کنوکشن دیٹ اسلام از ریلیجن آف پیس ان</w:t>
      </w:r>
    </w:p>
    <w:p>
      <w:r>
        <w:rPr>
          <w:b/>
        </w:rPr>
        <w:t xml:space="preserve">[01:11] </w:t>
      </w:r>
      <w:r>
        <w:t>complete sense of the word.</w:t>
      </w:r>
    </w:p>
    <w:p>
      <w:pPr>
        <w:jc w:val="right"/>
      </w:pPr>
      <w:r>
        <w:t>کمپلیٹ سینس آف دا ورڈ۔</w:t>
      </w:r>
    </w:p>
    <w:p>
      <w:r>
        <w:rPr>
          <w:b/>
        </w:rPr>
        <w:t xml:space="preserve">[01:13] </w:t>
      </w:r>
      <w:r>
        <w:t>The very word Islam has a connotation of peace.</w:t>
      </w:r>
    </w:p>
    <w:p>
      <w:pPr>
        <w:jc w:val="right"/>
      </w:pPr>
      <w:r>
        <w:t>دا ویری ورڈ اسلام ہیز ا کونیٹیشن آف پیس۔</w:t>
      </w:r>
    </w:p>
    <w:p>
      <w:r>
        <w:rPr>
          <w:b/>
        </w:rPr>
        <w:t xml:space="preserve">[01:17] </w:t>
      </w:r>
      <w:r>
        <w:t>You know, the root word of Islam is salm, S.I.L.M., salm.</w:t>
      </w:r>
    </w:p>
    <w:p>
      <w:pPr>
        <w:jc w:val="right"/>
      </w:pPr>
      <w:r>
        <w:t>یو نو، دا روٹ ورڈ آف اسلام از سلم، ایس آئی ایل ایم، سلم۔</w:t>
      </w:r>
    </w:p>
    <w:p>
      <w:r>
        <w:rPr>
          <w:b/>
        </w:rPr>
        <w:t xml:space="preserve">[01:23] </w:t>
      </w:r>
      <w:r>
        <w:t>In Arabic language, salam means peace.</w:t>
      </w:r>
    </w:p>
    <w:p>
      <w:pPr>
        <w:jc w:val="right"/>
      </w:pPr>
      <w:r>
        <w:t>ان عربک لینگویج، سلم مینز پیس۔</w:t>
      </w:r>
    </w:p>
    <w:p>
      <w:r>
        <w:rPr>
          <w:b/>
        </w:rPr>
        <w:t xml:space="preserve">[01:26] </w:t>
      </w:r>
      <w:r>
        <w:t>So by the very name, Islam means religion of peaceful living, religion that emphasizes the values of</w:t>
      </w:r>
    </w:p>
    <w:p>
      <w:pPr>
        <w:jc w:val="right"/>
      </w:pPr>
      <w:r>
        <w:t>سو بائی دا ویری نیم، اسلام مینز ریلیجن آف پیس فل لیونگ، ریلیجن دیٹ ایمفسائزز دا ویلیوز آف</w:t>
      </w:r>
    </w:p>
    <w:p>
      <w:r>
        <w:rPr>
          <w:b/>
        </w:rPr>
        <w:t xml:space="preserve">[01:33] </w:t>
      </w:r>
      <w:r>
        <w:t>Peace.</w:t>
      </w:r>
    </w:p>
    <w:p>
      <w:pPr>
        <w:jc w:val="right"/>
      </w:pPr>
      <w:r>
        <w:t>پیس۔</w:t>
      </w:r>
    </w:p>
    <w:p>
      <w:r>
        <w:rPr>
          <w:b/>
        </w:rPr>
        <w:t xml:space="preserve">[01:35] </w:t>
      </w:r>
      <w:r>
        <w:t>So this is the religion of Islam.</w:t>
      </w:r>
    </w:p>
    <w:p>
      <w:pPr>
        <w:jc w:val="right"/>
      </w:pPr>
      <w:r>
        <w:t>سو دس از دا ریلیجن آف اسلام۔</w:t>
      </w:r>
    </w:p>
    <w:p>
      <w:r>
        <w:rPr>
          <w:b/>
        </w:rPr>
        <w:t xml:space="preserve">[01:38] </w:t>
      </w:r>
      <w:r>
        <w:t>Although, there are many material published in different papers and books that depict the picture of Islam</w:t>
      </w:r>
    </w:p>
    <w:p>
      <w:pPr>
        <w:jc w:val="right"/>
      </w:pPr>
      <w:r>
        <w:t>آل دو، دیر آر مینی مٹیریل پبلشڈ ان ڈفرنٹ پیپرز اینڈ بکس دیٹ ڈیپکٹ دا پکچر آف اسلام</w:t>
      </w:r>
    </w:p>
    <w:p>
      <w:r>
        <w:rPr>
          <w:b/>
        </w:rPr>
        <w:t xml:space="preserve">[01:46] </w:t>
      </w:r>
      <w:r>
        <w:t>in another way.</w:t>
      </w:r>
    </w:p>
    <w:p>
      <w:pPr>
        <w:jc w:val="right"/>
      </w:pPr>
      <w:r>
        <w:t>ان انادر وے۔</w:t>
      </w:r>
    </w:p>
    <w:p>
      <w:r>
        <w:rPr>
          <w:b/>
        </w:rPr>
        <w:t xml:space="preserve">[01:47] </w:t>
      </w:r>
      <w:r>
        <w:t>For example, The London Times published an article about Islam.</w:t>
      </w:r>
    </w:p>
    <w:p>
      <w:pPr>
        <w:jc w:val="right"/>
      </w:pPr>
      <w:r>
        <w:t>فار ایگزامپل، دا لندن ٹائمز پبلشڈ این آرٹیکل اباؤٹ اسلام۔</w:t>
      </w:r>
    </w:p>
    <w:p>
      <w:r>
        <w:rPr>
          <w:b/>
        </w:rPr>
        <w:t xml:space="preserve">[01:51] </w:t>
      </w:r>
      <w:r>
        <w:t>The caption of this article was "A religion that sanctions violence".</w:t>
      </w:r>
    </w:p>
    <w:p>
      <w:pPr>
        <w:jc w:val="right"/>
      </w:pPr>
      <w:r>
        <w:t>دا کیپشن آف دس آرٹیکل واز "ا ریلیجن دیٹ سینکشنز وائلنس"۔</w:t>
      </w:r>
    </w:p>
    <w:p>
      <w:r>
        <w:rPr>
          <w:b/>
        </w:rPr>
        <w:t xml:space="preserve">[01:56] </w:t>
      </w:r>
      <w:r>
        <w:t>Although, the best title may be "The Religion That Proposes Peace".</w:t>
      </w:r>
    </w:p>
    <w:p>
      <w:pPr>
        <w:jc w:val="right"/>
      </w:pPr>
      <w:r>
        <w:t>آل دو، دا بیسٹ ٹائٹل می بی "دا ریلیجن دیٹ پروپوز پیس"۔</w:t>
      </w:r>
    </w:p>
    <w:p>
      <w:r>
        <w:rPr>
          <w:b/>
        </w:rPr>
        <w:t xml:space="preserve">[02:01] </w:t>
      </w:r>
      <w:r>
        <w:t>One orientalist refers an event from the early period of Islam.</w:t>
      </w:r>
    </w:p>
    <w:p>
      <w:pPr>
        <w:jc w:val="right"/>
      </w:pPr>
      <w:r>
        <w:t>ون اورینٹلسٹ ریفرز این ایونٹ فرام دا ارلی پیریڈ آف اسلام۔</w:t>
      </w:r>
    </w:p>
    <w:p>
      <w:r>
        <w:rPr>
          <w:b/>
        </w:rPr>
        <w:t xml:space="preserve">[02:06] </w:t>
      </w:r>
      <w:r>
        <w:t>He says that when there was Battle of Badr.</w:t>
      </w:r>
    </w:p>
    <w:p>
      <w:pPr>
        <w:jc w:val="right"/>
      </w:pPr>
      <w:r>
        <w:t>ہی سیز دیٹ وین دیر واز بیٹل آف بدر۔</w:t>
      </w:r>
    </w:p>
    <w:p>
      <w:r>
        <w:rPr>
          <w:b/>
        </w:rPr>
        <w:t xml:space="preserve">[02:10] </w:t>
      </w:r>
      <w:r>
        <w:t>Battle of Badr, you know, Battle of Badr was a defensive war from the Prophet's side.</w:t>
      </w:r>
    </w:p>
    <w:p>
      <w:pPr>
        <w:jc w:val="right"/>
      </w:pPr>
      <w:r>
        <w:t>بیٹل آف بدر، یو نو، بیٹل آف بدر واز ا ڈیفنسو وار فرام دا پرافٹ سائیڈ۔</w:t>
      </w:r>
    </w:p>
    <w:p>
      <w:r>
        <w:rPr>
          <w:b/>
        </w:rPr>
        <w:t xml:space="preserve">[02:17] </w:t>
      </w:r>
      <w:r>
        <w:t>make people who returned hostile against the Islamic religion.</w:t>
      </w:r>
    </w:p>
    <w:p>
      <w:pPr>
        <w:jc w:val="right"/>
      </w:pPr>
      <w:r>
        <w:t>میکن پیپل ہو ریٹرنڈ ہوسٹائل اگینسٹ دا اسلامک ریلیجن۔</w:t>
      </w:r>
    </w:p>
    <w:p>
      <w:r>
        <w:rPr>
          <w:b/>
        </w:rPr>
        <w:t xml:space="preserve">[02:20] </w:t>
      </w:r>
      <w:r>
        <w:t>They attacked Medina, where Prophet was living with his companions.</w:t>
      </w:r>
    </w:p>
    <w:p>
      <w:pPr>
        <w:jc w:val="right"/>
      </w:pPr>
      <w:r>
        <w:t>دے اٹیکڈ مدینہ، ویر پرافٹ واز لیونگ ود ہز کمپینینز۔</w:t>
      </w:r>
    </w:p>
    <w:p>
      <w:r>
        <w:rPr>
          <w:b/>
        </w:rPr>
        <w:t xml:space="preserve">[02:25] </w:t>
      </w:r>
      <w:r>
        <w:t>So prophet was compelled to go for defense.</w:t>
      </w:r>
    </w:p>
    <w:p>
      <w:pPr>
        <w:jc w:val="right"/>
      </w:pPr>
      <w:r>
        <w:t>سو پرافٹ واز کمپیلڈ ٹو گو فار ڈیفنس۔</w:t>
      </w:r>
    </w:p>
    <w:p>
      <w:r>
        <w:rPr>
          <w:b/>
        </w:rPr>
        <w:t xml:space="preserve">[02:28] </w:t>
      </w:r>
      <w:r>
        <w:t>So Battle of Badr was a defensive war.</w:t>
      </w:r>
    </w:p>
    <w:p>
      <w:pPr>
        <w:jc w:val="right"/>
      </w:pPr>
      <w:r>
        <w:t>سو بیٹل آف بدر واز ا ڈیفنسو وار۔</w:t>
      </w:r>
    </w:p>
    <w:p>
      <w:r>
        <w:rPr>
          <w:b/>
        </w:rPr>
        <w:t xml:space="preserve">[02:32] </w:t>
      </w:r>
      <w:r>
        <w:t>At that time, in some traditions, it is mentioned that the Prophet himself was not involved in the</w:t>
      </w:r>
    </w:p>
    <w:p>
      <w:pPr>
        <w:jc w:val="right"/>
      </w:pPr>
      <w:r>
        <w:t>ایٹ دیٹ ٹائم، ان سم ٹریڈیشنز، از مینشن دیٹ دا پرافٹ ہم سیلف واز ناٹ انوالو ان دا</w:t>
      </w:r>
    </w:p>
    <w:p>
      <w:r>
        <w:rPr>
          <w:b/>
        </w:rPr>
        <w:t xml:space="preserve">[02:39] </w:t>
      </w:r>
      <w:r>
        <w:t>Battle.</w:t>
      </w:r>
    </w:p>
    <w:p>
      <w:pPr>
        <w:jc w:val="right"/>
      </w:pPr>
      <w:r>
        <w:t>بیٹل۔</w:t>
      </w:r>
    </w:p>
    <w:p>
      <w:r>
        <w:rPr>
          <w:b/>
        </w:rPr>
        <w:t xml:space="preserve">[02:41] </w:t>
      </w:r>
      <w:r>
        <w:t>He was sitting in an elevated place that is called in books "Arish".</w:t>
      </w:r>
    </w:p>
    <w:p>
      <w:pPr>
        <w:jc w:val="right"/>
      </w:pPr>
      <w:r>
        <w:t>ہی واز سٹنگ ان این الو پلیس دیٹ از کالڈ ان بکس "عریش"۔</w:t>
      </w:r>
    </w:p>
    <w:p>
      <w:r>
        <w:rPr>
          <w:b/>
        </w:rPr>
        <w:t xml:space="preserve">[02:46] </w:t>
      </w:r>
      <w:r>
        <w:t>Arish means a temporary shelter, a temporary shelter, a makeshift shelter.</w:t>
      </w:r>
    </w:p>
    <w:p>
      <w:pPr>
        <w:jc w:val="right"/>
      </w:pPr>
      <w:r>
        <w:t>عریش مینز ا ٹیمپرری شیلٹر، ا ٹیمپرری شیلٹر، ا میک شفٹ شیلٹر۔</w:t>
      </w:r>
    </w:p>
    <w:p>
      <w:r>
        <w:rPr>
          <w:b/>
        </w:rPr>
        <w:t xml:space="preserve">[02:52] </w:t>
      </w:r>
      <w:r>
        <w:t>Arish means makeshift shelter.</w:t>
      </w:r>
    </w:p>
    <w:p>
      <w:pPr>
        <w:jc w:val="right"/>
      </w:pPr>
      <w:r>
        <w:t>عریش مینز میک شفٹ شیلٹر۔</w:t>
      </w:r>
    </w:p>
    <w:p>
      <w:r>
        <w:rPr>
          <w:b/>
        </w:rPr>
        <w:t xml:space="preserve">[02:54] </w:t>
      </w:r>
      <w:r>
        <w:t>So the prophet was sitting under this areesh, and the battleground was in front of him.</w:t>
      </w:r>
    </w:p>
    <w:p>
      <w:pPr>
        <w:jc w:val="right"/>
      </w:pPr>
      <w:r>
        <w:t>سو دا پرافٹ واز سٹنگ انڈر دس عریش، اینڈ دا بیٹل گراؤنڈ واز ان فرنٹ آف ہم۔</w:t>
      </w:r>
    </w:p>
    <w:p>
      <w:r>
        <w:rPr>
          <w:b/>
        </w:rPr>
        <w:t xml:space="preserve">[03:01] </w:t>
      </w:r>
      <w:r>
        <w:t>So the tradition says that at that time, when was prophet sitting under this areesh, he was making</w:t>
      </w:r>
    </w:p>
    <w:p>
      <w:pPr>
        <w:jc w:val="right"/>
      </w:pPr>
      <w:r>
        <w:t>سو دا ٹریڈیشن سیز دیٹ ایٹ دیٹ ٹائم، وین واز پرافٹ سٹنگ انڈر دس عریش، ہی واز میکنگ</w:t>
      </w:r>
    </w:p>
    <w:p>
      <w:r>
        <w:rPr>
          <w:b/>
        </w:rPr>
        <w:t xml:space="preserve">[03:09] </w:t>
      </w:r>
      <w:r>
        <w:t>Lines in the sand.</w:t>
      </w:r>
    </w:p>
    <w:p>
      <w:pPr>
        <w:jc w:val="right"/>
      </w:pPr>
      <w:r>
        <w:t>لائنز ان دس سینڈ۔</w:t>
      </w:r>
    </w:p>
    <w:p>
      <w:r>
        <w:rPr>
          <w:b/>
        </w:rPr>
        <w:t xml:space="preserve">[03:10] </w:t>
      </w:r>
      <w:r>
        <w:t>The report says nothing except this.</w:t>
      </w:r>
    </w:p>
    <w:p>
      <w:pPr>
        <w:jc w:val="right"/>
      </w:pPr>
      <w:r>
        <w:t>دا رپورٹ سیز نتھنگ ایکسیپٹ دس۔</w:t>
      </w:r>
    </w:p>
    <w:p>
      <w:r>
        <w:rPr>
          <w:b/>
        </w:rPr>
        <w:t xml:space="preserve">[03:13] </w:t>
      </w:r>
      <w:r>
        <w:t>Then an orientalist, a Western scholar, taking this event, says that the leader of Islam was making his</w:t>
      </w:r>
    </w:p>
    <w:p>
      <w:pPr>
        <w:jc w:val="right"/>
      </w:pPr>
      <w:r>
        <w:t>دین این اورینٹلسٹ، ا ویسٹرن سکالر، ٹیکنگ دس ایونٹ، سیز دیٹ دا لیڈر آف اسلام واز میکنگ ہز</w:t>
      </w:r>
    </w:p>
    <w:p>
      <w:r>
        <w:rPr>
          <w:b/>
        </w:rPr>
        <w:t xml:space="preserve">[03:21] </w:t>
      </w:r>
      <w:r>
        <w:t>Next war plan.</w:t>
      </w:r>
    </w:p>
    <w:p>
      <w:pPr>
        <w:jc w:val="right"/>
      </w:pPr>
      <w:r>
        <w:t>نیکسٹ وار پلان۔</w:t>
      </w:r>
    </w:p>
    <w:p>
      <w:r>
        <w:rPr>
          <w:b/>
        </w:rPr>
        <w:t xml:space="preserve">[03:22] </w:t>
      </w:r>
      <w:r>
        <w:t>But it is quite wrong.</w:t>
      </w:r>
    </w:p>
    <w:p>
      <w:pPr>
        <w:jc w:val="right"/>
      </w:pPr>
      <w:r>
        <w:t>بٹ اٹ از کوائٹ رونگ۔</w:t>
      </w:r>
    </w:p>
    <w:p>
      <w:r>
        <w:rPr>
          <w:b/>
        </w:rPr>
        <w:t xml:space="preserve">[03:24] </w:t>
      </w:r>
      <w:r>
        <w:t>Why you can say the famous book in Islamic history that is "Al-Bidaya wan-Nihaya".</w:t>
      </w:r>
    </w:p>
    <w:p>
      <w:pPr>
        <w:jc w:val="right"/>
      </w:pPr>
      <w:r>
        <w:t>وائی یو کین سے دا فیمس بک ان اسلامک ہسٹری دیٹ از "البدایہ والنہایہ"۔</w:t>
      </w:r>
    </w:p>
    <w:p>
      <w:r>
        <w:rPr>
          <w:b/>
        </w:rPr>
        <w:t xml:space="preserve">[03:30] </w:t>
      </w:r>
      <w:r>
        <w:t>The author was Ibn Kathir.</w:t>
      </w:r>
    </w:p>
    <w:p>
      <w:pPr>
        <w:jc w:val="right"/>
      </w:pPr>
      <w:r>
        <w:t>دا اتھر واز ابن کثیر۔</w:t>
      </w:r>
    </w:p>
    <w:p>
      <w:r>
        <w:rPr>
          <w:b/>
        </w:rPr>
        <w:t xml:space="preserve">[03:32] </w:t>
      </w:r>
      <w:r>
        <w:t>It is a very authentic book in Islamic history.</w:t>
      </w:r>
    </w:p>
    <w:p>
      <w:pPr>
        <w:jc w:val="right"/>
      </w:pPr>
      <w:r>
        <w:t>اٹ از ا ویری اتھینٹک بک ان اسلامک ہسٹری۔</w:t>
      </w:r>
    </w:p>
    <w:p>
      <w:r>
        <w:rPr>
          <w:b/>
        </w:rPr>
        <w:t xml:space="preserve">[03:36] </w:t>
      </w:r>
      <w:r>
        <w:t>So in this book, you can find that when Prophet was seated under this areesh, an angel from</w:t>
      </w:r>
    </w:p>
    <w:p>
      <w:pPr>
        <w:jc w:val="right"/>
      </w:pPr>
      <w:r>
        <w:t>سو ان دس بک، یو کین فائنڈ دیٹ وین پرافٹ واز سیٹڈ انڈر دس عریش، این اینجل فرام</w:t>
      </w:r>
    </w:p>
    <w:p>
      <w:r>
        <w:rPr>
          <w:b/>
        </w:rPr>
        <w:t xml:space="preserve">[03:44] </w:t>
      </w:r>
      <w:r>
        <w:t>God came to him.</w:t>
      </w:r>
    </w:p>
    <w:p>
      <w:pPr>
        <w:jc w:val="right"/>
      </w:pPr>
      <w:r>
        <w:t>گاڈ کیم ٹو ہم۔</w:t>
      </w:r>
    </w:p>
    <w:p>
      <w:r>
        <w:rPr>
          <w:b/>
        </w:rPr>
        <w:t xml:space="preserve">[03:46] </w:t>
      </w:r>
      <w:r>
        <w:t>An angel said, "O Prophet, God has conveyed you salam." Salam means peace.</w:t>
      </w:r>
    </w:p>
    <w:p>
      <w:pPr>
        <w:jc w:val="right"/>
      </w:pPr>
      <w:r>
        <w:t>این اینجل سیڈ، "او پرافٹ، گاڈ ہیز کنوے یو سلام۔" سلام مینز پیس۔</w:t>
      </w:r>
    </w:p>
    <w:p>
      <w:r>
        <w:rPr>
          <w:b/>
        </w:rPr>
        <w:t xml:space="preserve">[03:51] </w:t>
      </w:r>
      <w:r>
        <w:t>So at that time, when Prophet was sitting in Arish during the Battle of Badr, he received a</w:t>
      </w:r>
    </w:p>
    <w:p>
      <w:pPr>
        <w:jc w:val="right"/>
      </w:pPr>
      <w:r>
        <w:t>سو ایٹ دیٹ ٹائم، وین پرافٹ واز سٹنگ ان عریش ڈورنگ دا بیٹل آف بدر، ہی ریسیوڈ ا</w:t>
      </w:r>
    </w:p>
    <w:p>
      <w:r>
        <w:rPr>
          <w:b/>
        </w:rPr>
        <w:t xml:space="preserve">[03:59] </w:t>
      </w:r>
      <w:r>
        <w:t>message from God that was message of peace.</w:t>
      </w:r>
    </w:p>
    <w:p>
      <w:pPr>
        <w:jc w:val="right"/>
      </w:pPr>
      <w:r>
        <w:t>میسج فرام گاڈ دیٹ واز میسج آف پیس۔</w:t>
      </w:r>
    </w:p>
    <w:p>
      <w:r>
        <w:rPr>
          <w:b/>
        </w:rPr>
        <w:t xml:space="preserve">[04:03] </w:t>
      </w:r>
      <w:r>
        <w:t>Then what happened? After receiving this message, Prophet said.</w:t>
      </w:r>
    </w:p>
    <w:p>
      <w:pPr>
        <w:jc w:val="right"/>
      </w:pPr>
      <w:r>
        <w:t>دین واٹ ہیپنڈ؟ آفٹر ریسیونگ دس میسج، پرافٹ سیڈ۔</w:t>
      </w:r>
    </w:p>
    <w:p>
      <w:r>
        <w:rPr>
          <w:b/>
        </w:rPr>
        <w:t xml:space="preserve">[04:06] </w:t>
      </w:r>
      <w:r>
        <w:t>This was a response of the Prophet: "Allahumma anta al-salam wa minka al-salam wa ilaika yarji'u al-salam."</w:t>
      </w:r>
    </w:p>
    <w:p>
      <w:pPr>
        <w:jc w:val="right"/>
      </w:pPr>
      <w:r>
        <w:t>دس واز ا رسپانس آف دا پرافٹ: "اللہم انت السلام ومنک السلام والیک یرجع السلام۔</w:t>
      </w:r>
    </w:p>
    <w:p>
      <w:r>
        <w:rPr>
          <w:b/>
        </w:rPr>
        <w:t xml:space="preserve">[04:13] </w:t>
      </w:r>
      <w:r>
        <w:t>allahumma anta al-salam wa minka al-salam wa ilaika yarji al-salam.</w:t>
      </w:r>
    </w:p>
    <w:p>
      <w:pPr>
        <w:jc w:val="right"/>
      </w:pPr>
      <w:r>
        <w:t>اللہم انت السلام ومنک السلام والیک یرجع السلام۔</w:t>
      </w:r>
    </w:p>
    <w:p>
      <w:r>
        <w:rPr>
          <w:b/>
        </w:rPr>
        <w:t xml:space="preserve">[04:16] </w:t>
      </w:r>
      <w:r>
        <w:t>rabbana hayyina bi al-salam wa adkhilna daraka dar al-salam.</w:t>
      </w:r>
    </w:p>
    <w:p>
      <w:pPr>
        <w:jc w:val="right"/>
      </w:pPr>
      <w:r>
        <w:t>ربنا حینا بالسلام وادخلنا دارک دار السلام۔</w:t>
      </w:r>
    </w:p>
    <w:p>
      <w:r>
        <w:rPr>
          <w:b/>
        </w:rPr>
        <w:t xml:space="preserve">[04:19] </w:t>
      </w:r>
      <w:r>
        <w:t>تبارک تربنا و تعالی یا ذوالجلال والاکرام۔" The translation of this saying or dua is: "O God, You</w:t>
      </w:r>
    </w:p>
    <w:p>
      <w:pPr>
        <w:jc w:val="right"/>
      </w:pPr>
      <w:r>
        <w:t>تبارک تربنا و تعالی یا ذوالجلال والاکرام۔" دا ٹرانسلیشن آف دس سینگ اور دعا از: "او گاڈ، یو</w:t>
      </w:r>
    </w:p>
    <w:p>
      <w:r>
        <w:rPr>
          <w:b/>
        </w:rPr>
        <w:t xml:space="preserve">[04:27] </w:t>
      </w:r>
      <w:r>
        <w:t>Our peace.</w:t>
      </w:r>
    </w:p>
    <w:p>
      <w:pPr>
        <w:jc w:val="right"/>
      </w:pPr>
      <w:r>
        <w:t>آر پیس۔</w:t>
      </w:r>
    </w:p>
    <w:p>
      <w:r>
        <w:rPr>
          <w:b/>
        </w:rPr>
        <w:t xml:space="preserve">[04:28] </w:t>
      </w:r>
      <w:r>
        <w:t>Peace is from you.</w:t>
      </w:r>
    </w:p>
    <w:p>
      <w:pPr>
        <w:jc w:val="right"/>
      </w:pPr>
      <w:r>
        <w:t>پیس از فرام یو۔</w:t>
      </w:r>
    </w:p>
    <w:p>
      <w:r>
        <w:rPr>
          <w:b/>
        </w:rPr>
        <w:t xml:space="preserve">[04:30] </w:t>
      </w:r>
      <w:r>
        <w:t>Peace returns to you.</w:t>
      </w:r>
    </w:p>
    <w:p>
      <w:pPr>
        <w:jc w:val="right"/>
      </w:pPr>
      <w:r>
        <w:t>پیس ریٹرنز ٹو یو۔</w:t>
      </w:r>
    </w:p>
    <w:p>
      <w:r>
        <w:rPr>
          <w:b/>
        </w:rPr>
        <w:t xml:space="preserve">[04:32] </w:t>
      </w:r>
      <w:r>
        <w:t>O God, let us live in peace.</w:t>
      </w:r>
    </w:p>
    <w:p>
      <w:pPr>
        <w:jc w:val="right"/>
      </w:pPr>
      <w:r>
        <w:t>او گاڈ، لیٹ اس لیو ان پیس۔</w:t>
      </w:r>
    </w:p>
    <w:p>
      <w:r>
        <w:rPr>
          <w:b/>
        </w:rPr>
        <w:t xml:space="preserve">[04:35] </w:t>
      </w:r>
      <w:r>
        <w:t>O God, let us.</w:t>
      </w:r>
    </w:p>
    <w:p>
      <w:pPr>
        <w:jc w:val="right"/>
      </w:pPr>
      <w:r>
        <w:t>او گاڈ، لیٹ اس۔</w:t>
      </w:r>
    </w:p>
    <w:p>
      <w:r>
        <w:rPr>
          <w:b/>
        </w:rPr>
        <w:t xml:space="preserve">[04:37] </w:t>
      </w:r>
      <w:r>
        <w:t>to enter into the home of peace that is Paradise.</w:t>
      </w:r>
    </w:p>
    <w:p>
      <w:pPr>
        <w:jc w:val="right"/>
      </w:pPr>
      <w:r>
        <w:t>ٹو انٹر انٹو دا ہوم آف پیس دیٹ از پیراڈائز۔</w:t>
      </w:r>
    </w:p>
    <w:p>
      <w:r>
        <w:rPr>
          <w:b/>
        </w:rPr>
        <w:t xml:space="preserve">[04:41] </w:t>
      </w:r>
      <w:r>
        <w:t>"O God, glory be for you." You can see here the prophetic vision, prophetic sentiment.</w:t>
      </w:r>
    </w:p>
    <w:p>
      <w:pPr>
        <w:jc w:val="right"/>
      </w:pPr>
      <w:r>
        <w:t>او گاڈ، گلوری بی فار یو۔" یو کین سی ہیر دا پرافٹک ویژن، پرافٹک سینٹیمنٹ۔</w:t>
      </w:r>
    </w:p>
    <w:p>
      <w:r>
        <w:rPr>
          <w:b/>
        </w:rPr>
        <w:t xml:space="preserve">[04:47] </w:t>
      </w:r>
      <w:r>
        <w:t>He is living in peace even at the time of war.</w:t>
      </w:r>
    </w:p>
    <w:p>
      <w:pPr>
        <w:jc w:val="right"/>
      </w:pPr>
      <w:r>
        <w:t>ہی از لیونگ ان پیس ایون ایٹ دا ٹائم آف وار۔</w:t>
      </w:r>
    </w:p>
    <w:p>
      <w:r>
        <w:rPr>
          <w:b/>
        </w:rPr>
        <w:t xml:space="preserve">[04:52] </w:t>
      </w:r>
      <w:r>
        <w:t>The exchange between prophet and God at that time was in terms of peace.</w:t>
      </w:r>
    </w:p>
    <w:p>
      <w:pPr>
        <w:jc w:val="right"/>
      </w:pPr>
      <w:r>
        <w:t>دا ایکسچینج بٹوین پرافٹ اینڈ گاڈ ایٹ دیٹ ٹائم واز ان ٹرم آف پیس۔</w:t>
      </w:r>
    </w:p>
    <w:p>
      <w:r>
        <w:rPr>
          <w:b/>
        </w:rPr>
        <w:t xml:space="preserve">[04:58] </w:t>
      </w:r>
      <w:r>
        <w:t>God sends a message of peace, and the response of prophet was in terms of peace.</w:t>
      </w:r>
    </w:p>
    <w:p>
      <w:pPr>
        <w:jc w:val="right"/>
      </w:pPr>
      <w:r>
        <w:t>گاڈ سینڈز ا میسج آف پیس، اینڈ دا رسپانس آف پرافٹ واز ان ٹرم آف پیس۔</w:t>
      </w:r>
    </w:p>
    <w:p>
      <w:r>
        <w:rPr>
          <w:b/>
        </w:rPr>
        <w:t xml:space="preserve">[05:05] </w:t>
      </w:r>
      <w:r>
        <w:t>This is the true spirit of Islam.</w:t>
      </w:r>
    </w:p>
    <w:p>
      <w:pPr>
        <w:jc w:val="right"/>
      </w:pPr>
      <w:r>
        <w:t>دس از دا ٹرو اسپرٹ آف اسلام۔</w:t>
      </w:r>
    </w:p>
    <w:p>
      <w:r>
        <w:rPr>
          <w:b/>
        </w:rPr>
        <w:t xml:space="preserve">[05:08] </w:t>
      </w:r>
      <w:r>
        <w:t>This is the true teaching of Islam.</w:t>
      </w:r>
    </w:p>
    <w:p>
      <w:pPr>
        <w:jc w:val="right"/>
      </w:pPr>
      <w:r>
        <w:t>دس از دا ٹرو ٹیچنگ آف اسلام۔</w:t>
      </w:r>
    </w:p>
    <w:p>
      <w:r>
        <w:rPr>
          <w:b/>
        </w:rPr>
        <w:t xml:space="preserve">[05:11] </w:t>
      </w:r>
      <w:r>
        <w:t>Islam is a religion of peace and not a religion of war and violence.</w:t>
      </w:r>
    </w:p>
    <w:p>
      <w:pPr>
        <w:jc w:val="right"/>
      </w:pPr>
      <w:r>
        <w:t>اسلام از ا ریلیجن آف پیس اینڈ ناٹ ا ریلیجن آف وار اینڈ وائلنس۔</w:t>
      </w:r>
    </w:p>
    <w:p>
      <w:r>
        <w:rPr>
          <w:b/>
        </w:rPr>
        <w:t xml:space="preserve">[05:17] </w:t>
      </w:r>
      <w:r>
        <w:t>Now, why Islam gives so much emphasis on peace? What is peace? Peace is not simply, you know,</w:t>
      </w:r>
    </w:p>
    <w:p>
      <w:pPr>
        <w:jc w:val="right"/>
      </w:pPr>
      <w:r>
        <w:t>ناو، وائی اسلام گیوز سو مچ ایمفیسز ان پیس؟ واٹ از پیس؟ پیس از ناٹ سمپلی، یو نو،</w:t>
      </w:r>
    </w:p>
    <w:p>
      <w:r>
        <w:rPr>
          <w:b/>
        </w:rPr>
        <w:t xml:space="preserve">[05:25] </w:t>
      </w:r>
      <w:r>
        <w:t>Generally, scholars define peace as absence of war.</w:t>
      </w:r>
    </w:p>
    <w:p>
      <w:pPr>
        <w:jc w:val="right"/>
      </w:pPr>
      <w:r>
        <w:t>جنرلی سکالرز ڈیفائن پیس ایز ایبسنس آف وار۔</w:t>
      </w:r>
    </w:p>
    <w:p>
      <w:r>
        <w:rPr>
          <w:b/>
        </w:rPr>
        <w:t xml:space="preserve">[05:28] </w:t>
      </w:r>
      <w:r>
        <w:t>But this definition is a negative definition.</w:t>
      </w:r>
    </w:p>
    <w:p>
      <w:pPr>
        <w:jc w:val="right"/>
      </w:pPr>
      <w:r>
        <w:t>بٹ دس ڈیفینیشن از ا نیگیٹیو ڈیفینیشن۔</w:t>
      </w:r>
    </w:p>
    <w:p>
      <w:r>
        <w:rPr>
          <w:b/>
        </w:rPr>
        <w:t xml:space="preserve">[05:31] </w:t>
      </w:r>
      <w:r>
        <w:t>When you say that peace means absence of war, you are defining peace in negative term.</w:t>
      </w:r>
    </w:p>
    <w:p>
      <w:pPr>
        <w:jc w:val="right"/>
      </w:pPr>
      <w:r>
        <w:t>وین یو سی دیٹ پیس مینز ایبسنس آف وار، یو آر ڈیفائننگ پیس ان نیگیٹیو ٹرم۔</w:t>
      </w:r>
    </w:p>
    <w:p>
      <w:r>
        <w:rPr>
          <w:b/>
        </w:rPr>
        <w:t xml:space="preserve">[05:38] </w:t>
      </w:r>
      <w:r>
        <w:t>The best definition of peace according to the Islamic spirit is that peace means availability of opportunities.</w:t>
      </w:r>
    </w:p>
    <w:p>
      <w:pPr>
        <w:jc w:val="right"/>
      </w:pPr>
      <w:r>
        <w:t>دا بیسٹ ڈیفینیشن آف پیس اکارڈنگ ٹو دا اسلامک اسپرٹ از دیٹ پیس مینز اویلیبلٹی آف اپرچونیٹیز۔</w:t>
      </w:r>
    </w:p>
    <w:p>
      <w:r>
        <w:rPr>
          <w:b/>
        </w:rPr>
        <w:t xml:space="preserve">[05:45] </w:t>
      </w:r>
      <w:r>
        <w:t>When there is peace, there are opportunities, and where there is war, there is no opportunity.</w:t>
      </w:r>
    </w:p>
    <w:p>
      <w:pPr>
        <w:jc w:val="right"/>
      </w:pPr>
      <w:r>
        <w:t>وین دیر از پیس، دیر اپرچونیٹیز، اینڈ ویر دیر از وار، دیر از نو اپرچونیٹی۔</w:t>
      </w:r>
    </w:p>
    <w:p>
      <w:r>
        <w:rPr>
          <w:b/>
        </w:rPr>
        <w:t xml:space="preserve">[05:52] </w:t>
      </w:r>
      <w:r>
        <w:t>So war means absence of opportunity, and peace means availability of opportunity.</w:t>
      </w:r>
    </w:p>
    <w:p>
      <w:pPr>
        <w:jc w:val="right"/>
      </w:pPr>
      <w:r>
        <w:t>سو وار مینز ایبسنس آف اپرچونیٹی، اینڈ پیس مینز اویلیبلٹی آف اپرچونیٹی۔</w:t>
      </w:r>
    </w:p>
    <w:p>
      <w:r>
        <w:rPr>
          <w:b/>
        </w:rPr>
        <w:t xml:space="preserve">[05:57] </w:t>
      </w:r>
      <w:r>
        <w:t>This is the true definition of peace and war in Islam.</w:t>
      </w:r>
    </w:p>
    <w:p>
      <w:pPr>
        <w:jc w:val="right"/>
      </w:pPr>
      <w:r>
        <w:t>دس از دا ٹرو ڈیفینیشن آف پیس اینڈ وار ان اسلام۔</w:t>
      </w:r>
    </w:p>
    <w:p>
      <w:r>
        <w:rPr>
          <w:b/>
        </w:rPr>
        <w:t xml:space="preserve">[06:01] </w:t>
      </w:r>
      <w:r>
        <w:t>Now, you can understand why Islam gives so much emphasis on peace? Because the target of Islam completely</w:t>
      </w:r>
    </w:p>
    <w:p>
      <w:pPr>
        <w:jc w:val="right"/>
      </w:pPr>
      <w:r>
        <w:t>ناو، یو کین انڈرسٹینڈ وائی اسلام گیوز سو مچ ایمفیسز ان پیس؟ بیکاز دا ٹارگٹ آف اسلام کمپلیٹلی</w:t>
      </w:r>
    </w:p>
    <w:p>
      <w:r>
        <w:rPr>
          <w:b/>
        </w:rPr>
        <w:t xml:space="preserve">[06:09] </w:t>
      </w:r>
      <w:r>
        <w:t>depends on peace.</w:t>
      </w:r>
    </w:p>
    <w:p>
      <w:pPr>
        <w:jc w:val="right"/>
      </w:pPr>
      <w:r>
        <w:t>ڈیپینڈز ان پیس۔</w:t>
      </w:r>
    </w:p>
    <w:p>
      <w:r>
        <w:rPr>
          <w:b/>
        </w:rPr>
        <w:t xml:space="preserve">[06:11] </w:t>
      </w:r>
      <w:r>
        <w:t>You know, the chapter 14 of Quran, that is Ibrahim, chapter Ibrahim, this chapter, chapter 14.</w:t>
      </w:r>
    </w:p>
    <w:p>
      <w:pPr>
        <w:jc w:val="right"/>
      </w:pPr>
      <w:r>
        <w:t>یو نو، دا چیپٹر 14 آف قرآن، دیٹ از ابراہیم، چیپٹر ابراہیم، دس چیپٹر، چیپٹر 14۔</w:t>
      </w:r>
    </w:p>
    <w:p>
      <w:r>
        <w:rPr>
          <w:b/>
        </w:rPr>
        <w:t xml:space="preserve">[06:18] </w:t>
      </w:r>
      <w:r>
        <w:t>The very first verse of this chapter is.</w:t>
      </w:r>
    </w:p>
    <w:p>
      <w:pPr>
        <w:jc w:val="right"/>
      </w:pPr>
      <w:r>
        <w:t>دا ویری فرسٹ ورس آف دس چیپٹر از۔</w:t>
      </w:r>
    </w:p>
    <w:p>
      <w:r>
        <w:rPr>
          <w:b/>
        </w:rPr>
        <w:t xml:space="preserve">[06:21] </w:t>
      </w:r>
      <w:r>
        <w:t>The verse is like this: "کتاب انزلنا الیک من الظلمات الانور۔"</w:t>
      </w:r>
    </w:p>
    <w:p>
      <w:pPr>
        <w:jc w:val="right"/>
      </w:pPr>
      <w:r>
        <w:t>دا ورس از لائک دس: "کتاب انزلنا الیک من الظلمات الانور۔</w:t>
      </w:r>
    </w:p>
    <w:p>
      <w:r>
        <w:rPr>
          <w:b/>
        </w:rPr>
        <w:t xml:space="preserve">[06:26] </w:t>
      </w:r>
      <w:r>
        <w:t>کتاب انزلنا الیک من الظلمات الانور۔" This is the first verse of chapter 14 of the Quran.</w:t>
      </w:r>
    </w:p>
    <w:p>
      <w:pPr>
        <w:jc w:val="right"/>
      </w:pPr>
      <w:r>
        <w:t>کتاب انزلنا الیک من الظلمات الانور۔" دس از دا فرسٹ ورس آف چیپٹر 14 آف دا قرآن۔</w:t>
      </w:r>
    </w:p>
    <w:p>
      <w:r>
        <w:rPr>
          <w:b/>
        </w:rPr>
        <w:t xml:space="preserve">[06:33] </w:t>
      </w:r>
      <w:r>
        <w:t>The translation of this verse is: "God says that we have sent you the book Al-Quran, so that</w:t>
      </w:r>
    </w:p>
    <w:p>
      <w:pPr>
        <w:jc w:val="right"/>
      </w:pPr>
      <w:r>
        <w:t>دا ٹرانزیشن آف دس ورس از: "گاڈ سیز دیٹ وی ہیو سینڈ یو دا بک القرآن، سو دیٹ</w:t>
      </w:r>
    </w:p>
    <w:p>
      <w:r>
        <w:rPr>
          <w:b/>
        </w:rPr>
        <w:t xml:space="preserve">[06:41] </w:t>
      </w:r>
      <w:r>
        <w:t>"You may bring people from darkness to light." This is the purpose of revelation.</w:t>
      </w:r>
    </w:p>
    <w:p>
      <w:pPr>
        <w:jc w:val="right"/>
      </w:pPr>
      <w:r>
        <w:t>یو می برنگ پیپل فرام ڈارکنس ٹو لائٹ۔" دس از دا پرپس آف ریولیشن۔</w:t>
      </w:r>
    </w:p>
    <w:p>
      <w:r>
        <w:rPr>
          <w:b/>
        </w:rPr>
        <w:t xml:space="preserve">[06:47] </w:t>
      </w:r>
      <w:r>
        <w:t>This is the purpose of prophet.</w:t>
      </w:r>
    </w:p>
    <w:p>
      <w:pPr>
        <w:jc w:val="right"/>
      </w:pPr>
      <w:r>
        <w:t>دس از دا پرپس آف پرافٹ۔</w:t>
      </w:r>
    </w:p>
    <w:p>
      <w:r>
        <w:rPr>
          <w:b/>
        </w:rPr>
        <w:t xml:space="preserve">[06:49] </w:t>
      </w:r>
      <w:r>
        <w:t>This is the prophet.</w:t>
      </w:r>
    </w:p>
    <w:p>
      <w:pPr>
        <w:jc w:val="right"/>
      </w:pPr>
      <w:r>
        <w:t>دس از دا پرافٹ۔</w:t>
      </w:r>
    </w:p>
    <w:p>
      <w:r>
        <w:rPr>
          <w:b/>
        </w:rPr>
        <w:t xml:space="preserve">[06:51] </w:t>
      </w:r>
      <w:r>
        <w:t>This is the purpose of sending Quran.</w:t>
      </w:r>
    </w:p>
    <w:p>
      <w:pPr>
        <w:jc w:val="right"/>
      </w:pPr>
      <w:r>
        <w:t>دس از دا پرپس آف سینڈنگ قرآن۔</w:t>
      </w:r>
    </w:p>
    <w:p>
      <w:r>
        <w:rPr>
          <w:b/>
        </w:rPr>
        <w:t xml:space="preserve">[06:54] </w:t>
      </w:r>
      <w:r>
        <w:t>We have sent you this book, that is Quran, so that you may bring people from darkness to</w:t>
      </w:r>
    </w:p>
    <w:p>
      <w:pPr>
        <w:jc w:val="right"/>
      </w:pPr>
      <w:r>
        <w:t>وی ہیو سینڈ یو دس بک، دیٹ از قرآن، سو دیٹ یو می برنگ پیپل فرام ڈارکنس ٹو</w:t>
      </w:r>
    </w:p>
    <w:p>
      <w:r>
        <w:rPr>
          <w:b/>
        </w:rPr>
        <w:t xml:space="preserve">[07:02] </w:t>
      </w:r>
      <w:r>
        <w:t>light.</w:t>
      </w:r>
    </w:p>
    <w:p>
      <w:pPr>
        <w:jc w:val="right"/>
      </w:pPr>
      <w:r>
        <w:t>لائٹ۔</w:t>
      </w:r>
    </w:p>
    <w:p>
      <w:r>
        <w:rPr>
          <w:b/>
        </w:rPr>
        <w:t xml:space="preserve">[07:03] </w:t>
      </w:r>
      <w:r>
        <w:t>It means that Islam is completely an ideological campaign, an ideological mission.</w:t>
      </w:r>
    </w:p>
    <w:p>
      <w:pPr>
        <w:jc w:val="right"/>
      </w:pPr>
      <w:r>
        <w:t>اٹ مینز دیٹ اسلام از کمپلیٹلی این ائیڈیولوجیکل کمپین، این ائیڈیولوجیکل مشن۔</w:t>
      </w:r>
    </w:p>
    <w:p>
      <w:r>
        <w:rPr>
          <w:b/>
        </w:rPr>
        <w:t xml:space="preserve">[07:08] </w:t>
      </w:r>
      <w:r>
        <w:t>Those people who are living in darkness.</w:t>
      </w:r>
    </w:p>
    <w:p>
      <w:pPr>
        <w:jc w:val="right"/>
      </w:pPr>
      <w:r>
        <w:t>دوز پیپل ہو آر لیونگ ان ڈارکنس۔</w:t>
      </w:r>
    </w:p>
    <w:p>
      <w:r>
        <w:rPr>
          <w:b/>
        </w:rPr>
        <w:t xml:space="preserve">[07:11] </w:t>
      </w:r>
      <w:r>
        <w:t>Darkness means ideological darkness.</w:t>
      </w:r>
    </w:p>
    <w:p>
      <w:pPr>
        <w:jc w:val="right"/>
      </w:pPr>
      <w:r>
        <w:t>ڈارکنس مینز ائیڈیولوجیکل ڈارکنس۔</w:t>
      </w:r>
    </w:p>
    <w:p>
      <w:r>
        <w:rPr>
          <w:b/>
        </w:rPr>
        <w:t xml:space="preserve">[07:13] </w:t>
      </w:r>
      <w:r>
        <w:t>یار، darkness means ideological darkness, critical darkness.</w:t>
      </w:r>
    </w:p>
    <w:p>
      <w:pPr>
        <w:jc w:val="right"/>
      </w:pPr>
      <w:r>
        <w:t>یار، ڈارکنس مینز ائیڈیولوجیکل ڈارکنس، کریٹیکل ڈارکنس۔</w:t>
      </w:r>
    </w:p>
    <w:p>
      <w:r>
        <w:rPr>
          <w:b/>
        </w:rPr>
        <w:t xml:space="preserve">[07:16] </w:t>
      </w:r>
      <w:r>
        <w:t>So the purpose of Quran, the purpose of prophet is to bring people from this ideological darkness and</w:t>
      </w:r>
    </w:p>
    <w:p>
      <w:pPr>
        <w:jc w:val="right"/>
      </w:pPr>
      <w:r>
        <w:t>سو دا پرپس آف قرآن، دا پرپس آف پرافٹ از ٹو برنگ پیپل فرام دس ائیڈیولوجیکل ڈارکنس اینڈ</w:t>
      </w:r>
    </w:p>
    <w:p>
      <w:r>
        <w:rPr>
          <w:b/>
        </w:rPr>
        <w:t xml:space="preserve">[07:24] </w:t>
      </w:r>
      <w:r>
        <w:t>Make them to live in ideological light.</w:t>
      </w:r>
    </w:p>
    <w:p>
      <w:pPr>
        <w:jc w:val="right"/>
      </w:pPr>
      <w:r>
        <w:t>میک دیم ٹو لیو ان ائیڈیولوجیکل لائٹ۔</w:t>
      </w:r>
    </w:p>
    <w:p>
      <w:r>
        <w:rPr>
          <w:b/>
        </w:rPr>
        <w:t xml:space="preserve">[07:27] </w:t>
      </w:r>
      <w:r>
        <w:t>توحید is an ideology, and other توحید is an ideology of light.</w:t>
      </w:r>
    </w:p>
    <w:p>
      <w:pPr>
        <w:jc w:val="right"/>
      </w:pPr>
      <w:r>
        <w:t>توحید از این ائیڈیالوجی، این ادر توحید از این ائیڈیالوجی آف لائٹ۔</w:t>
      </w:r>
    </w:p>
    <w:p>
      <w:r>
        <w:rPr>
          <w:b/>
        </w:rPr>
        <w:t xml:space="preserve">[07:32] </w:t>
      </w:r>
      <w:r>
        <w:t>So all the people who are living in other ideologies.</w:t>
      </w:r>
    </w:p>
    <w:p>
      <w:pPr>
        <w:jc w:val="right"/>
      </w:pPr>
      <w:r>
        <w:t>سو آل دو پیپل ہو آر لیونگ ان ادر ائیڈیالوجیز۔</w:t>
      </w:r>
    </w:p>
    <w:p>
      <w:r>
        <w:rPr>
          <w:b/>
        </w:rPr>
        <w:t xml:space="preserve">[07:36] </w:t>
      </w:r>
      <w:r>
        <w:t>So all the ideologies are darkness, ideology of darkness.</w:t>
      </w:r>
    </w:p>
    <w:p>
      <w:pPr>
        <w:jc w:val="right"/>
      </w:pPr>
      <w:r>
        <w:t>سو آل دو ائیڈیالوجیز ار ڈارکنس، ائیڈیالوجی آف ڈارکنس۔</w:t>
      </w:r>
    </w:p>
    <w:p>
      <w:r>
        <w:rPr>
          <w:b/>
        </w:rPr>
        <w:t xml:space="preserve">[07:40] </w:t>
      </w:r>
      <w:r>
        <w:t>So Quran wants to bring these people from darkness to light.</w:t>
      </w:r>
    </w:p>
    <w:p>
      <w:pPr>
        <w:jc w:val="right"/>
      </w:pPr>
      <w:r>
        <w:t>سو قرآن وانٹ ٹو برنگ دیز پیپل فرام ڈارکنس ٹو لائٹ۔</w:t>
      </w:r>
    </w:p>
    <w:p>
      <w:r>
        <w:rPr>
          <w:b/>
        </w:rPr>
        <w:t xml:space="preserve">[07:45] </w:t>
      </w:r>
      <w:r>
        <w:t>You can see this mission is completely an ideological mission.</w:t>
      </w:r>
    </w:p>
    <w:p>
      <w:pPr>
        <w:jc w:val="right"/>
      </w:pPr>
      <w:r>
        <w:t>یو کین سی دس مشن از کمپلیٹلی این ائیڈیولوجیکل مشن۔</w:t>
      </w:r>
    </w:p>
    <w:p>
      <w:r>
        <w:rPr>
          <w:b/>
        </w:rPr>
        <w:t xml:space="preserve">[07:49] </w:t>
      </w:r>
      <w:r>
        <w:t>This mission can be achieved only through peace, not through sword and gun and war.</w:t>
      </w:r>
    </w:p>
    <w:p>
      <w:pPr>
        <w:jc w:val="right"/>
      </w:pPr>
      <w:r>
        <w:t>دس مشن کین بی اچیوڈ اونلی تھرو پیس، ناٹ تھرو سوڈ اینڈ گن اینڈ وار۔</w:t>
      </w:r>
    </w:p>
    <w:p>
      <w:r>
        <w:rPr>
          <w:b/>
        </w:rPr>
        <w:t xml:space="preserve">[07:55] </w:t>
      </w:r>
      <w:r>
        <w:t>This mission completely, this mission is based completely on persuasion, on dialogue, on discussion, on intellectual awakening.</w:t>
      </w:r>
    </w:p>
    <w:p>
      <w:pPr>
        <w:jc w:val="right"/>
      </w:pPr>
      <w:r>
        <w:t>دس مشن کمپلیٹلی، دس مشن از بیسڈ کمپلیٹلی ان پرسیویشن، ان ڈائیلاگ، ان ڈسکشن، ان انٹلیکچول اویکننگ۔</w:t>
      </w:r>
    </w:p>
    <w:p>
      <w:r>
        <w:rPr>
          <w:b/>
        </w:rPr>
        <w:t xml:space="preserve">[08:03] </w:t>
      </w:r>
      <w:r>
        <w:t>You can see, you can understand that this kind of an ideological mission cannot afford war, cannot afford</w:t>
      </w:r>
    </w:p>
    <w:p>
      <w:pPr>
        <w:jc w:val="right"/>
      </w:pPr>
      <w:r>
        <w:t>یو کین سی، یو کین انڈرسٹینڈ دیٹ دس کائنڈ آف این ائیڈیولوجیکل مشن کینٹ افورڈ وار، کینٹ افورڈ</w:t>
      </w:r>
    </w:p>
    <w:p>
      <w:r>
        <w:rPr>
          <w:b/>
        </w:rPr>
        <w:t xml:space="preserve">[08:10] </w:t>
      </w:r>
      <w:r>
        <w:t>violence.</w:t>
      </w:r>
    </w:p>
    <w:p>
      <w:pPr>
        <w:jc w:val="right"/>
      </w:pPr>
      <w:r>
        <w:t>وائلنس۔</w:t>
      </w:r>
    </w:p>
    <w:p>
      <w:r>
        <w:rPr>
          <w:b/>
        </w:rPr>
        <w:t xml:space="preserve">[08:12] </w:t>
      </w:r>
      <w:r>
        <w:t>It is but natural that this kind of mission require peace every time, at any cost, at any</w:t>
      </w:r>
    </w:p>
    <w:p>
      <w:pPr>
        <w:jc w:val="right"/>
      </w:pPr>
      <w:r>
        <w:t>اٹ از بٹ نیچرل دیٹ دس کائنڈ آف مشن ریکوائر پیس ایوری ٹائم، ایٹ اینی کاسٹ، ایٹ اینی</w:t>
      </w:r>
    </w:p>
    <w:p>
      <w:r>
        <w:rPr>
          <w:b/>
        </w:rPr>
        <w:t xml:space="preserve">[08:20] </w:t>
      </w:r>
      <w:r>
        <w:t>price.</w:t>
      </w:r>
    </w:p>
    <w:p>
      <w:pPr>
        <w:jc w:val="right"/>
      </w:pPr>
      <w:r>
        <w:t>پرائس۔</w:t>
      </w:r>
    </w:p>
    <w:p>
      <w:r>
        <w:rPr>
          <w:b/>
        </w:rPr>
        <w:t xml:space="preserve">[08:21] </w:t>
      </w:r>
      <w:r>
        <w:t>Because only in peaceful condition, only in peaceful situation, you can persuade people.</w:t>
      </w:r>
    </w:p>
    <w:p>
      <w:pPr>
        <w:jc w:val="right"/>
      </w:pPr>
      <w:r>
        <w:t>بیکاز اونلی ان پیس فل کنڈیشن، اونلی ان پیس فل سچویشن، یو کین پرسیویٹ پیپل۔</w:t>
      </w:r>
    </w:p>
    <w:p>
      <w:r>
        <w:rPr>
          <w:b/>
        </w:rPr>
        <w:t xml:space="preserve">[08:28] </w:t>
      </w:r>
      <w:r>
        <w:t>You can organize dialogue and discussions.</w:t>
      </w:r>
    </w:p>
    <w:p>
      <w:pPr>
        <w:jc w:val="right"/>
      </w:pPr>
      <w:r>
        <w:t>یو کین ارگنائز ڈائیلاگ اینڈ ڈسکشنز۔</w:t>
      </w:r>
    </w:p>
    <w:p>
      <w:r>
        <w:rPr>
          <w:b/>
        </w:rPr>
        <w:t xml:space="preserve">[08:30] </w:t>
      </w:r>
      <w:r>
        <w:t>Without peace, there is no dialogue.</w:t>
      </w:r>
    </w:p>
    <w:p>
      <w:pPr>
        <w:jc w:val="right"/>
      </w:pPr>
      <w:r>
        <w:t>وداؤٹ پیس، دیر از نو ڈائیلاگ۔</w:t>
      </w:r>
    </w:p>
    <w:p>
      <w:r>
        <w:rPr>
          <w:b/>
        </w:rPr>
        <w:t xml:space="preserve">[08:33] </w:t>
      </w:r>
      <w:r>
        <w:t>Without peace, there is no discussion.</w:t>
      </w:r>
    </w:p>
    <w:p>
      <w:pPr>
        <w:jc w:val="right"/>
      </w:pPr>
      <w:r>
        <w:t>وداؤٹ پیس، دیر از نو ڈسکشن۔</w:t>
      </w:r>
    </w:p>
    <w:p>
      <w:r>
        <w:rPr>
          <w:b/>
        </w:rPr>
        <w:t xml:space="preserve">[08:35] </w:t>
      </w:r>
      <w:r>
        <w:t>Without peace, there is no preservation.</w:t>
      </w:r>
    </w:p>
    <w:p>
      <w:pPr>
        <w:jc w:val="right"/>
      </w:pPr>
      <w:r>
        <w:t>وداؤٹ پیس، دیر از نو پرسیویشن۔</w:t>
      </w:r>
    </w:p>
    <w:p>
      <w:r>
        <w:rPr>
          <w:b/>
        </w:rPr>
        <w:t xml:space="preserve">[08:38] </w:t>
      </w:r>
      <w:r>
        <w:t>Without peace, there is no ideological campaign.</w:t>
      </w:r>
    </w:p>
    <w:p>
      <w:pPr>
        <w:jc w:val="right"/>
      </w:pPr>
      <w:r>
        <w:t>وداؤٹ پیس، دیر از نو ائیڈیولوجیکل کمپین۔</w:t>
      </w:r>
    </w:p>
    <w:p>
      <w:r>
        <w:rPr>
          <w:b/>
        </w:rPr>
        <w:t xml:space="preserve">[08:41] </w:t>
      </w:r>
      <w:r>
        <w:t>So it is quite evident that war and violence are are are are are are are are are</w:t>
      </w:r>
    </w:p>
    <w:p>
      <w:pPr>
        <w:jc w:val="right"/>
      </w:pPr>
      <w:r>
        <w:t>سو اٹ از کوائٹ ایویڈنٹ دیٹ وار اینڈ وائلنس ار ار ار ار ار ار ار ار ار</w:t>
      </w:r>
    </w:p>
    <w:p>
      <w:r>
        <w:rPr>
          <w:b/>
        </w:rPr>
        <w:t xml:space="preserve">[08:49] </w:t>
      </w:r>
      <w:r>
        <w:t>Our our our our our our our our our our our our our our our our our our our</w:t>
      </w:r>
    </w:p>
    <w:p>
      <w:pPr>
        <w:jc w:val="right"/>
      </w:pPr>
      <w:r>
        <w:t>ار ائر ار ار ار ار ار ار ار ار ار ار ائر ار ار ار ار ار</w:t>
      </w:r>
    </w:p>
    <w:p>
      <w:r>
        <w:rPr>
          <w:b/>
        </w:rPr>
        <w:t xml:space="preserve">[08:56] </w:t>
      </w:r>
      <w:r>
        <w:t>are are are are in this scheme of Islam.</w:t>
      </w:r>
    </w:p>
    <w:p>
      <w:pPr>
        <w:jc w:val="right"/>
      </w:pPr>
      <w:r>
        <w:t>ار ار ار ار ار ان دس سکیم آف اسلام۔</w:t>
      </w:r>
    </w:p>
    <w:p>
      <w:r>
        <w:rPr>
          <w:b/>
        </w:rPr>
        <w:t xml:space="preserve">[09:01] </w:t>
      </w:r>
      <w:r>
        <w:t>This scheme of Islam given by the Quran, given by this Islam requires peace in complete sense of</w:t>
      </w:r>
    </w:p>
    <w:p>
      <w:pPr>
        <w:jc w:val="right"/>
      </w:pPr>
      <w:r>
        <w:t>دس سکیم آف اسلام گیون بائی دا قرآن، گیون بائی دس اسلام ریکوائر پیس ان کمپلیٹ سینس آف</w:t>
      </w:r>
    </w:p>
    <w:p>
      <w:r>
        <w:rPr>
          <w:b/>
        </w:rPr>
        <w:t xml:space="preserve">[09:08] </w:t>
      </w:r>
      <w:r>
        <w:t>The world.</w:t>
      </w:r>
    </w:p>
    <w:p>
      <w:pPr>
        <w:jc w:val="right"/>
      </w:pPr>
      <w:r>
        <w:t>دا ورلڈ۔</w:t>
      </w:r>
    </w:p>
    <w:p>
      <w:r>
        <w:rPr>
          <w:b/>
        </w:rPr>
        <w:t xml:space="preserve">[09:10] </w:t>
      </w:r>
      <w:r>
        <w:t>war and violence and intolerance, all these things are are are are are are are are are</w:t>
      </w:r>
    </w:p>
    <w:p>
      <w:pPr>
        <w:jc w:val="right"/>
      </w:pPr>
      <w:r>
        <w:t>وار اینڈ وائلنس اینڈ انٹولرنس، آل دیز تھنگز ار ار ار ار ار ار ار ار ار ار</w:t>
      </w:r>
    </w:p>
    <w:p>
      <w:r>
        <w:rPr>
          <w:b/>
        </w:rPr>
        <w:t xml:space="preserve">[09:18] </w:t>
      </w:r>
      <w:r>
        <w:t>unwanted in Islamic scheme, completely unwanted.</w:t>
      </w:r>
    </w:p>
    <w:p>
      <w:pPr>
        <w:jc w:val="right"/>
      </w:pPr>
      <w:r>
        <w:t>ان وانٹڈ ان اسلامک سکیم، کمپلیٹلی ان وانٹڈ۔</w:t>
      </w:r>
    </w:p>
    <w:p>
      <w:r>
        <w:rPr>
          <w:b/>
        </w:rPr>
        <w:t xml:space="preserve">[09:21] </w:t>
      </w:r>
      <w:r>
        <w:t>Because of this reason, Quran emphasizes greatly on patience, that is sabr.</w:t>
      </w:r>
    </w:p>
    <w:p>
      <w:pPr>
        <w:jc w:val="right"/>
      </w:pPr>
      <w:r>
        <w:t>بیکاز آف دس ریزن، قرآن ایمفیسائزز گریٹلی ان پیشنس، دیٹ از صبر۔</w:t>
      </w:r>
    </w:p>
    <w:p>
      <w:r>
        <w:rPr>
          <w:b/>
        </w:rPr>
        <w:t xml:space="preserve">[09:26] </w:t>
      </w:r>
      <w:r>
        <w:t>صبر, صبر is the most important teaching of Islam.</w:t>
      </w:r>
    </w:p>
    <w:p>
      <w:pPr>
        <w:jc w:val="right"/>
      </w:pPr>
      <w:r>
        <w:t>صبر، صبر از دا موسٹ امپورٹنٹ ٹیچنگ آف اسلام۔</w:t>
      </w:r>
    </w:p>
    <w:p>
      <w:r>
        <w:rPr>
          <w:b/>
        </w:rPr>
        <w:t xml:space="preserve">[09:30] </w:t>
      </w:r>
      <w:r>
        <w:t>You know, there is a very unusual verse in the Quran.</w:t>
      </w:r>
    </w:p>
    <w:p>
      <w:pPr>
        <w:jc w:val="right"/>
      </w:pPr>
      <w:r>
        <w:t>یو نو، دیر از ا ویری ان یوزل ورس ان دا قرآن۔</w:t>
      </w:r>
    </w:p>
    <w:p>
      <w:r>
        <w:rPr>
          <w:b/>
        </w:rPr>
        <w:t xml:space="preserve">[09:35] </w:t>
      </w:r>
      <w:r>
        <w:t>It says: "Innama yusabbiroona ajrahum bighairi hisab." Innama yusabbiroona ajrahum bighairi hisab.</w:t>
      </w:r>
    </w:p>
    <w:p>
      <w:pPr>
        <w:jc w:val="right"/>
      </w:pPr>
      <w:r>
        <w:t>اٹ سیز: "انما یو صابرون اجرہم بغیر حساب۔" انما یو صابرون اجرہم بغیر حساب۔</w:t>
      </w:r>
    </w:p>
    <w:p>
      <w:r>
        <w:rPr>
          <w:b/>
        </w:rPr>
        <w:t xml:space="preserve">[09:41] </w:t>
      </w:r>
      <w:r>
        <w:t>very unusual verse because it says that those people who are patient people, perform sabr, they will</w:t>
      </w:r>
    </w:p>
    <w:p>
      <w:pPr>
        <w:jc w:val="right"/>
      </w:pPr>
      <w:r>
        <w:t>ویری ان یوزل ورس بیکاز اٹ سیز دیٹ دوز پیپل ہو آر پیشنٹ پیپل، پرفارم صبر، دے ول</w:t>
      </w:r>
    </w:p>
    <w:p>
      <w:r>
        <w:rPr>
          <w:b/>
        </w:rPr>
        <w:t xml:space="preserve">[09:49] </w:t>
      </w:r>
      <w:r>
        <w:t>be given reward.</w:t>
      </w:r>
    </w:p>
    <w:p>
      <w:pPr>
        <w:jc w:val="right"/>
      </w:pPr>
      <w:r>
        <w:t>بی گیون ریوارڈ۔</w:t>
      </w:r>
    </w:p>
    <w:p>
      <w:r>
        <w:rPr>
          <w:b/>
        </w:rPr>
        <w:t xml:space="preserve">[09:50] </w:t>
      </w:r>
      <w:r>
        <w:t>They will be an unaccounted reward.</w:t>
      </w:r>
    </w:p>
    <w:p>
      <w:pPr>
        <w:jc w:val="right"/>
      </w:pPr>
      <w:r>
        <w:t>دے ول بی ان ان اکاؤنٹڈ ریوارڈ۔</w:t>
      </w:r>
    </w:p>
    <w:p>
      <w:r>
        <w:rPr>
          <w:b/>
        </w:rPr>
        <w:t xml:space="preserve">[09:53] </w:t>
      </w:r>
      <w:r>
        <w:t>You cannot find any other verse about any other teaching in the Quran.</w:t>
      </w:r>
    </w:p>
    <w:p>
      <w:pPr>
        <w:jc w:val="right"/>
      </w:pPr>
      <w:r>
        <w:t>یو کین ناٹ فائنڈ اینی ادر ورس اباؤٹ اینی ادر ٹیچنگ ان دا قرآن۔</w:t>
      </w:r>
    </w:p>
    <w:p>
      <w:r>
        <w:rPr>
          <w:b/>
        </w:rPr>
        <w:t xml:space="preserve">[09:59] </w:t>
      </w:r>
      <w:r>
        <w:t>This verse is specifically for sabr.</w:t>
      </w:r>
    </w:p>
    <w:p>
      <w:pPr>
        <w:jc w:val="right"/>
      </w:pPr>
      <w:r>
        <w:t>دس ورس از اسپیسیفیکلی فار صبر۔</w:t>
      </w:r>
    </w:p>
    <w:p>
      <w:r>
        <w:rPr>
          <w:b/>
        </w:rPr>
        <w:t xml:space="preserve">[10:02] </w:t>
      </w:r>
      <w:r>
        <w:t>So, sabr is so important.</w:t>
      </w:r>
    </w:p>
    <w:p>
      <w:pPr>
        <w:jc w:val="right"/>
      </w:pPr>
      <w:r>
        <w:t>سو صبر از سو امپورٹنٹ۔</w:t>
      </w:r>
    </w:p>
    <w:p>
      <w:r>
        <w:rPr>
          <w:b/>
        </w:rPr>
        <w:t xml:space="preserve">[10:04] </w:t>
      </w:r>
      <w:r>
        <w:t>Why? What is sabr? Sabr is not a passive attitude.</w:t>
      </w:r>
    </w:p>
    <w:p>
      <w:pPr>
        <w:jc w:val="right"/>
      </w:pPr>
      <w:r>
        <w:t>وائی؟ واٹ از صبر؟ صبر از ناٹ ا پیسیو ایٹیٹیوڈ۔</w:t>
      </w:r>
    </w:p>
    <w:p>
      <w:r>
        <w:rPr>
          <w:b/>
        </w:rPr>
        <w:t xml:space="preserve">[10:08] </w:t>
      </w:r>
      <w:r>
        <w:t>Sabr is not cowardice.</w:t>
      </w:r>
    </w:p>
    <w:p>
      <w:pPr>
        <w:jc w:val="right"/>
      </w:pPr>
      <w:r>
        <w:t>صبر از ناٹ کورڈیس۔</w:t>
      </w:r>
    </w:p>
    <w:p>
      <w:r>
        <w:rPr>
          <w:b/>
        </w:rPr>
        <w:t xml:space="preserve">[10:10] </w:t>
      </w:r>
      <w:r>
        <w:t>Sabr is not a passive attitude.</w:t>
      </w:r>
    </w:p>
    <w:p>
      <w:pPr>
        <w:jc w:val="right"/>
      </w:pPr>
      <w:r>
        <w:t>صبر از ناٹ ا پیسیو ایٹیٹیوڈ۔</w:t>
      </w:r>
    </w:p>
    <w:p>
      <w:r>
        <w:rPr>
          <w:b/>
        </w:rPr>
        <w:t xml:space="preserve">[10:13] </w:t>
      </w:r>
      <w:r>
        <w:t>Sabr is nothing but living in peace.</w:t>
      </w:r>
    </w:p>
    <w:p>
      <w:pPr>
        <w:jc w:val="right"/>
      </w:pPr>
      <w:r>
        <w:t>صبر از نتھنگ بٹ لیونگ ان پیس۔</w:t>
      </w:r>
    </w:p>
    <w:p>
      <w:r>
        <w:rPr>
          <w:b/>
        </w:rPr>
        <w:t xml:space="preserve">[10:16] </w:t>
      </w:r>
      <w:r>
        <w:t>Sabr means living in peace.</w:t>
      </w:r>
    </w:p>
    <w:p>
      <w:pPr>
        <w:jc w:val="right"/>
      </w:pPr>
      <w:r>
        <w:t>صبر مینز لیونگ ان پیس۔</w:t>
      </w:r>
    </w:p>
    <w:p>
      <w:r>
        <w:rPr>
          <w:b/>
        </w:rPr>
        <w:t xml:space="preserve">[10:18] </w:t>
      </w:r>
      <w:r>
        <w:t>I can say with conviction that this is the only definition of sabr.</w:t>
      </w:r>
    </w:p>
    <w:p>
      <w:pPr>
        <w:jc w:val="right"/>
      </w:pPr>
      <w:r>
        <w:t>ائی کین سی ود کنوکشن دیٹ دس از دا اونلی ڈیفینیشن آف صبر۔</w:t>
      </w:r>
    </w:p>
    <w:p>
      <w:r>
        <w:rPr>
          <w:b/>
        </w:rPr>
        <w:t xml:space="preserve">[10:23] </w:t>
      </w:r>
      <w:r>
        <w:t>Sabr means patience, and Islamic patience is not cowardice.</w:t>
      </w:r>
    </w:p>
    <w:p>
      <w:pPr>
        <w:jc w:val="right"/>
      </w:pPr>
      <w:r>
        <w:t>صبر مینز پیشنس، اینڈ اسلامک پیشنس از ناٹ کورڈیس۔</w:t>
      </w:r>
    </w:p>
    <w:p>
      <w:r>
        <w:rPr>
          <w:b/>
        </w:rPr>
        <w:t xml:space="preserve">[10:27] </w:t>
      </w:r>
      <w:r>
        <w:t>Islamic patience is living in peace.</w:t>
      </w:r>
    </w:p>
    <w:p>
      <w:pPr>
        <w:jc w:val="right"/>
      </w:pPr>
      <w:r>
        <w:t>اسلامک پیشنس از لیونگ ان پیس۔</w:t>
      </w:r>
    </w:p>
    <w:p>
      <w:r>
        <w:rPr>
          <w:b/>
        </w:rPr>
        <w:t xml:space="preserve">[10:30] </w:t>
      </w:r>
      <w:r>
        <w:t>Now, what is living in peace? You know, in this world is a world of test.</w:t>
      </w:r>
    </w:p>
    <w:p>
      <w:pPr>
        <w:jc w:val="right"/>
      </w:pPr>
      <w:r>
        <w:t>ناو، واٹ از لیونگ ان پیس؟ یو نو، ان دس ورلڈ از ا ورلڈ آف ٹیسٹ۔</w:t>
      </w:r>
    </w:p>
    <w:p>
      <w:r>
        <w:rPr>
          <w:b/>
        </w:rPr>
        <w:t xml:space="preserve">[10:37] </w:t>
      </w:r>
      <w:r>
        <w:t>We are here for test.</w:t>
      </w:r>
    </w:p>
    <w:p>
      <w:pPr>
        <w:jc w:val="right"/>
      </w:pPr>
      <w:r>
        <w:t>وی آر ہیر فار ٹیسٹ۔</w:t>
      </w:r>
    </w:p>
    <w:p>
      <w:r>
        <w:rPr>
          <w:b/>
        </w:rPr>
        <w:t xml:space="preserve">[10:39] </w:t>
      </w:r>
      <w:r>
        <w:t>Pre-death period, we are living in test.</w:t>
      </w:r>
    </w:p>
    <w:p>
      <w:pPr>
        <w:jc w:val="right"/>
      </w:pPr>
      <w:r>
        <w:t>پری ڈیتھ پیریڈ، وی آر لیونگ ان ٹیسٹ۔</w:t>
      </w:r>
    </w:p>
    <w:p>
      <w:r>
        <w:rPr>
          <w:b/>
        </w:rPr>
        <w:t xml:space="preserve">[10:42] </w:t>
      </w:r>
      <w:r>
        <w:t>Present world is testing ground.</w:t>
      </w:r>
    </w:p>
    <w:p>
      <w:pPr>
        <w:jc w:val="right"/>
      </w:pPr>
      <w:r>
        <w:t>پریزنٹ ورلڈ از ٹیسٹنگ گراؤنڈ۔</w:t>
      </w:r>
    </w:p>
    <w:p>
      <w:r>
        <w:rPr>
          <w:b/>
        </w:rPr>
        <w:t xml:space="preserve">[10:44] </w:t>
      </w:r>
      <w:r>
        <w:t>So because of this scheme, God has granted man complete freedom.</w:t>
      </w:r>
    </w:p>
    <w:p>
      <w:pPr>
        <w:jc w:val="right"/>
      </w:pPr>
      <w:r>
        <w:t>سو بیکاز آف دس سکیم، گاڈ ہیز گرانٹڈ مین کمپلیٹ فریڈم۔</w:t>
      </w:r>
    </w:p>
    <w:p>
      <w:r>
        <w:rPr>
          <w:b/>
        </w:rPr>
        <w:t xml:space="preserve">[10:49] </w:t>
      </w:r>
      <w:r>
        <w:t>Every one, every man and woman has, every man and woman enjoy complete freedom given by God, by</w:t>
      </w:r>
    </w:p>
    <w:p>
      <w:pPr>
        <w:jc w:val="right"/>
      </w:pPr>
      <w:r>
        <w:t>ایوری ون، ایوری مین اینڈ وومن ہیز، ایوری مین اینڈ وومن انجوائے کمپلیٹ فریڈم گیون بائی گاڈ، بائی</w:t>
      </w:r>
    </w:p>
    <w:p>
      <w:r>
        <w:rPr>
          <w:b/>
        </w:rPr>
        <w:t xml:space="preserve">[10:57] </w:t>
      </w:r>
      <w:r>
        <w:t>The Creator Himself.</w:t>
      </w:r>
    </w:p>
    <w:p>
      <w:pPr>
        <w:jc w:val="right"/>
      </w:pPr>
      <w:r>
        <w:t>دا کریٹر ہم سیلف۔</w:t>
      </w:r>
    </w:p>
    <w:p>
      <w:r>
        <w:rPr>
          <w:b/>
        </w:rPr>
        <w:t xml:space="preserve">[10:58] </w:t>
      </w:r>
      <w:r>
        <w:t>So no one has right, no one has power to abolish this, this, this freedom.</w:t>
      </w:r>
    </w:p>
    <w:p>
      <w:pPr>
        <w:jc w:val="right"/>
      </w:pPr>
      <w:r>
        <w:t>سو نو ون ہیز رائٹ، نو ون ہیز پاور ٹو ابولش دس، دس، دس فریڈم۔</w:t>
      </w:r>
    </w:p>
    <w:p>
      <w:r>
        <w:rPr>
          <w:b/>
        </w:rPr>
        <w:t xml:space="preserve">[11:05] </w:t>
      </w:r>
      <w:r>
        <w:t>So when men enjoy complete freedom, so this is but natural that they misuse this freedom.</w:t>
      </w:r>
    </w:p>
    <w:p>
      <w:pPr>
        <w:jc w:val="right"/>
      </w:pPr>
      <w:r>
        <w:t>سو وین مین انجوائے کمپلیٹ فریڈم، سو دس بٹ نیچرل دیٹ دے مس یوز دس فریڈم۔</w:t>
      </w:r>
    </w:p>
    <w:p>
      <w:r>
        <w:rPr>
          <w:b/>
        </w:rPr>
        <w:t xml:space="preserve">[11:12] </w:t>
      </w:r>
      <w:r>
        <w:t>Everywhere you can see this phenomena, that people are misusing their freedom.</w:t>
      </w:r>
    </w:p>
    <w:p>
      <w:pPr>
        <w:jc w:val="right"/>
      </w:pPr>
      <w:r>
        <w:t>ایوری ویر یو کین سی دس فیناومینا، دیٹ پیپل ار مس یوزنگ دیر فریڈم۔</w:t>
      </w:r>
    </w:p>
    <w:p>
      <w:r>
        <w:rPr>
          <w:b/>
        </w:rPr>
        <w:t xml:space="preserve">[11:18] </w:t>
      </w:r>
      <w:r>
        <w:t>Now, when people misuse their freedom, then it means creating problem.</w:t>
      </w:r>
    </w:p>
    <w:p>
      <w:pPr>
        <w:jc w:val="right"/>
      </w:pPr>
      <w:r>
        <w:t>ناو، وین پیپل مس یوز دیر فریڈم، دین اٹ مینز کریٹنگ پرابلم۔</w:t>
      </w:r>
    </w:p>
    <w:p>
      <w:r>
        <w:rPr>
          <w:b/>
        </w:rPr>
        <w:t xml:space="preserve">[11:23] </w:t>
      </w:r>
      <w:r>
        <w:t>When a man or woman misuses his freedom, it means he or she is creating problems, for others.</w:t>
      </w:r>
    </w:p>
    <w:p>
      <w:pPr>
        <w:jc w:val="right"/>
      </w:pPr>
      <w:r>
        <w:t>وین ا مین اور وومن مس یوزز ہز فریڈم، اٹ مینز ہی اور شی از کریٹنگ پرابلمز، فادرز۔</w:t>
      </w:r>
    </w:p>
    <w:p>
      <w:r>
        <w:rPr>
          <w:b/>
        </w:rPr>
        <w:t xml:space="preserve">[11:31] </w:t>
      </w:r>
      <w:r>
        <w:t>So, according to this scheme of God, according to this creation plan, every is a born problem person.</w:t>
      </w:r>
    </w:p>
    <w:p>
      <w:pPr>
        <w:jc w:val="right"/>
      </w:pPr>
      <w:r>
        <w:t>سو اکارڈنگ ٹو دس سکیم آف گاڈ، اکارڈنگ ٹو دس کریچ پلان، ایوری از ا بورن پرابلم پرسن۔</w:t>
      </w:r>
    </w:p>
    <w:p>
      <w:r>
        <w:rPr>
          <w:b/>
        </w:rPr>
        <w:t xml:space="preserve">[11:38] </w:t>
      </w:r>
      <w:r>
        <w:t>Everyone is a problem creator.</w:t>
      </w:r>
    </w:p>
    <w:p>
      <w:pPr>
        <w:jc w:val="right"/>
      </w:pPr>
      <w:r>
        <w:t>ایوری ون از ا پرابلم کریٹر۔</w:t>
      </w:r>
    </w:p>
    <w:p>
      <w:r>
        <w:rPr>
          <w:b/>
        </w:rPr>
        <w:t xml:space="preserve">[11:41] </w:t>
      </w:r>
      <w:r>
        <w:t>In such situation, it means that you are living in thorny bushes.</w:t>
      </w:r>
    </w:p>
    <w:p>
      <w:pPr>
        <w:jc w:val="right"/>
      </w:pPr>
      <w:r>
        <w:t>ان سچ سچویشن، اٹ مینز دیٹ یو آر لیونگ ان اتھارنی بوشز۔</w:t>
      </w:r>
    </w:p>
    <w:p>
      <w:r>
        <w:rPr>
          <w:b/>
        </w:rPr>
        <w:t xml:space="preserve">[11:46] </w:t>
      </w:r>
      <w:r>
        <w:t>You are living in a society where everyone creates problem.</w:t>
      </w:r>
    </w:p>
    <w:p>
      <w:pPr>
        <w:jc w:val="right"/>
      </w:pPr>
      <w:r>
        <w:t>یو آر لیونگ ان ا سوسائٹی ویر ایوری ون کریٹس پرابلم۔</w:t>
      </w:r>
    </w:p>
    <w:p>
      <w:r>
        <w:rPr>
          <w:b/>
        </w:rPr>
        <w:t xml:space="preserve">[11:51] </w:t>
      </w:r>
      <w:r>
        <w:t>So in such situation, sabr means adopting peace unilaterally.</w:t>
      </w:r>
    </w:p>
    <w:p>
      <w:pPr>
        <w:jc w:val="right"/>
      </w:pPr>
      <w:r>
        <w:t>سو ان سچ سچویشن، صبر مینز اڈاپٹنگ پیس یونی لیٹرلی۔</w:t>
      </w:r>
    </w:p>
    <w:p>
      <w:r>
        <w:rPr>
          <w:b/>
        </w:rPr>
        <w:t xml:space="preserve">[11:55] </w:t>
      </w:r>
      <w:r>
        <w:t>When you adopt the principle of sabr unilaterally, when you adopt the principle of patience unilaterally,</w:t>
      </w:r>
    </w:p>
    <w:p>
      <w:pPr>
        <w:jc w:val="right"/>
      </w:pPr>
      <w:r>
        <w:t>وین یو اڈاپٹ دا پرنسپل آف صبر یونی لیٹرلی، وین یو اڈاپٹ دا پرنسپل آف پیشنس یونی لیٹرلی،</w:t>
      </w:r>
    </w:p>
    <w:p>
      <w:r>
        <w:rPr>
          <w:b/>
        </w:rPr>
        <w:t xml:space="preserve">[12:03] </w:t>
      </w:r>
      <w:r>
        <w:t>Then it is sabr, then it is Islamic peace.</w:t>
      </w:r>
    </w:p>
    <w:p>
      <w:pPr>
        <w:jc w:val="right"/>
      </w:pPr>
      <w:r>
        <w:t>دین اٹ از صبر، دین اٹ از اسلامک پیس۔</w:t>
      </w:r>
    </w:p>
    <w:p>
      <w:r>
        <w:rPr>
          <w:b/>
        </w:rPr>
        <w:t xml:space="preserve">[12:07] </w:t>
      </w:r>
      <w:r>
        <w:t>So, according to the creation plan of God, according to the scheme of life, patience is a great</w:t>
      </w:r>
    </w:p>
    <w:p>
      <w:pPr>
        <w:jc w:val="right"/>
      </w:pPr>
      <w:r>
        <w:t>سو اکارڈنگ ٹو دا کریشن پلان آف گاڈ، اکارڈنگ ٹو دا سکیم آف لائف، صبر از ا گریٹ</w:t>
      </w:r>
    </w:p>
    <w:p>
      <w:r>
        <w:rPr>
          <w:b/>
        </w:rPr>
        <w:t xml:space="preserve">[12:14] </w:t>
      </w:r>
      <w:r>
        <w:t>virtue.</w:t>
      </w:r>
    </w:p>
    <w:p>
      <w:pPr>
        <w:jc w:val="right"/>
      </w:pPr>
      <w:r>
        <w:t>ورچو۔</w:t>
      </w:r>
    </w:p>
    <w:p>
      <w:r>
        <w:rPr>
          <w:b/>
        </w:rPr>
        <w:t xml:space="preserve">[12:16] </w:t>
      </w:r>
      <w:r>
        <w:t>Sabr is a virtue, sabr is not an evil.</w:t>
      </w:r>
    </w:p>
    <w:p>
      <w:pPr>
        <w:jc w:val="right"/>
      </w:pPr>
      <w:r>
        <w:t>صبر از ا ورچو، صبر از ناٹ این ایول۔</w:t>
      </w:r>
    </w:p>
    <w:p>
      <w:r>
        <w:rPr>
          <w:b/>
        </w:rPr>
        <w:t xml:space="preserve">[12:20] </w:t>
      </w:r>
      <w:r>
        <w:t>Sabr is the greatest virtue in the eyes of God, because without keeping sabr, you cannot follow</w:t>
      </w:r>
    </w:p>
    <w:p>
      <w:pPr>
        <w:jc w:val="right"/>
      </w:pPr>
      <w:r>
        <w:t>صبر از دا گریٹسٹ ورچو ان دا ائیز آف گاڈ، بیکاز وداؤٹ کیپنگ صبر، یو کین ناٹ فالو</w:t>
      </w:r>
    </w:p>
    <w:p>
      <w:r>
        <w:rPr>
          <w:b/>
        </w:rPr>
        <w:t xml:space="preserve">[12:27] </w:t>
      </w:r>
      <w:r>
        <w:t>The religion of Islam.</w:t>
      </w:r>
    </w:p>
    <w:p>
      <w:pPr>
        <w:jc w:val="right"/>
      </w:pPr>
      <w:r>
        <w:t>دا ریلیجن آف اسلام۔</w:t>
      </w:r>
    </w:p>
    <w:p>
      <w:r>
        <w:rPr>
          <w:b/>
        </w:rPr>
        <w:t xml:space="preserve">[12:29] </w:t>
      </w:r>
      <w:r>
        <w:t>Without keeping patience aur sabr, you can not purify yourself.</w:t>
      </w:r>
    </w:p>
    <w:p>
      <w:pPr>
        <w:jc w:val="right"/>
      </w:pPr>
      <w:r>
        <w:t>وداؤٹ کیپنگ پیشنس اور صبر، یو کین ناٹ پیوریفائی یور سیلف۔</w:t>
      </w:r>
    </w:p>
    <w:p>
      <w:r>
        <w:rPr>
          <w:b/>
        </w:rPr>
        <w:t xml:space="preserve">[12:34] </w:t>
      </w:r>
      <w:r>
        <w:t>No, as Quran says: "Who will be settled in paradise?" ذالک جزا منتزکا۔</w:t>
      </w:r>
    </w:p>
    <w:p>
      <w:pPr>
        <w:jc w:val="right"/>
      </w:pPr>
      <w:r>
        <w:t>نو، ایز قرآن سیز: "ہو ول بی سیٹلڈ ان پیراڈائز؟" ذالک جزا منتزکا۔</w:t>
      </w:r>
    </w:p>
    <w:p>
      <w:r>
        <w:rPr>
          <w:b/>
        </w:rPr>
        <w:t xml:space="preserve">[12:39] </w:t>
      </w:r>
      <w:r>
        <w:t>Those who have purified their soul.</w:t>
      </w:r>
    </w:p>
    <w:p>
      <w:pPr>
        <w:jc w:val="right"/>
      </w:pPr>
      <w:r>
        <w:t>دوز ہو ہیو پیوریفائیڈ دیر سول۔</w:t>
      </w:r>
    </w:p>
    <w:p>
      <w:r>
        <w:rPr>
          <w:b/>
        </w:rPr>
        <w:t xml:space="preserve">[12:42] </w:t>
      </w:r>
      <w:r>
        <w:t>So only purified souls can find entry into Paradise.</w:t>
      </w:r>
    </w:p>
    <w:p>
      <w:pPr>
        <w:jc w:val="right"/>
      </w:pPr>
      <w:r>
        <w:t>سو اونلی پیوریفائیڈ سولز کین فائنڈ انٹری انٹو پیراڈائز۔</w:t>
      </w:r>
    </w:p>
    <w:p>
      <w:r>
        <w:rPr>
          <w:b/>
        </w:rPr>
        <w:t xml:space="preserve">[12:46] </w:t>
      </w:r>
      <w:r>
        <w:t>So this process, yani purifying your soul, it is a process, long long process.</w:t>
      </w:r>
    </w:p>
    <w:p>
      <w:pPr>
        <w:jc w:val="right"/>
      </w:pPr>
      <w:r>
        <w:t>سو دس پروسیس، یعنی پیوریفائنگ یور سول، اٹ از ا پروسیس، لانگ لانگ پروسیس۔</w:t>
      </w:r>
    </w:p>
    <w:p>
      <w:r>
        <w:rPr>
          <w:b/>
        </w:rPr>
        <w:t xml:space="preserve">[12:52] </w:t>
      </w:r>
      <w:r>
        <w:t>How you can maintain this process successfully? Only through sabr.</w:t>
      </w:r>
    </w:p>
    <w:p>
      <w:pPr>
        <w:jc w:val="right"/>
      </w:pPr>
      <w:r>
        <w:t>ہاؤ یو کین مینٹین دس پروسیس سکسیس فلی؟ اونلی تھرو صبر۔</w:t>
      </w:r>
    </w:p>
    <w:p>
      <w:r>
        <w:rPr>
          <w:b/>
        </w:rPr>
        <w:t xml:space="preserve">[12:56] </w:t>
      </w:r>
      <w:r>
        <w:t>Without patience, you cannot maintain this process that will lead to, that will lead you to paradise.</w:t>
      </w:r>
    </w:p>
    <w:p>
      <w:pPr>
        <w:jc w:val="right"/>
      </w:pPr>
      <w:r>
        <w:t>وداؤٹ صبر، یو کین ناٹ مینٹین دس پروسیس دیٹ ول لیڈ ٹو، دیٹ ول لیڈ یو ٹو پیراڈائز۔</w:t>
      </w:r>
    </w:p>
    <w:p>
      <w:r>
        <w:rPr>
          <w:b/>
        </w:rPr>
        <w:t xml:space="preserve">[13:04] </w:t>
      </w:r>
      <w:r>
        <w:t>تو sabr is the most important teaching of Islam.</w:t>
      </w:r>
    </w:p>
    <w:p>
      <w:pPr>
        <w:jc w:val="right"/>
      </w:pPr>
      <w:r>
        <w:t>تو صبر از دا موسٹ امپورٹنٹ ٹیچنگ آف اسلام۔</w:t>
      </w:r>
    </w:p>
    <w:p>
      <w:r>
        <w:rPr>
          <w:b/>
        </w:rPr>
        <w:t xml:space="preserve">[13:08] </w:t>
      </w:r>
      <w:r>
        <w:t>When sabr is the most important teaching of Islam, then it means peace is the most important teaching of Islam.</w:t>
      </w:r>
    </w:p>
    <w:p>
      <w:pPr>
        <w:jc w:val="right"/>
      </w:pPr>
      <w:r>
        <w:t>وین صبر از موسٹ امپورٹنٹ ٹیچنگ آف اسلام، دین اٹ مینز پیس از موسٹ امپورٹنٹ ٹیچنگ آف اسلام۔</w:t>
      </w:r>
    </w:p>
    <w:p>
      <w:r>
        <w:rPr>
          <w:b/>
        </w:rPr>
        <w:t xml:space="preserve">[13:16] </w:t>
      </w:r>
      <w:r>
        <w:t>And war and violence are most unwanted practice in Islam, because war and violence and intolerance are</w:t>
      </w:r>
    </w:p>
    <w:p>
      <w:pPr>
        <w:jc w:val="right"/>
      </w:pPr>
      <w:r>
        <w:t>اینڈ وار اینڈ وائلنس ار موسٹ ان وانٹڈ پریکٹس ان اسلام، بیکاز وار اینڈ وائلنس اینڈ انٹولرنس ار</w:t>
      </w:r>
    </w:p>
    <w:p>
      <w:r>
        <w:rPr>
          <w:b/>
        </w:rPr>
        <w:t xml:space="preserve">[13:23] </w:t>
      </w:r>
      <w:r>
        <w:t>permanent hindrance in maintaining that process that is leading to, leading you to paradise.</w:t>
      </w:r>
    </w:p>
    <w:p>
      <w:pPr>
        <w:jc w:val="right"/>
      </w:pPr>
      <w:r>
        <w:t>پرماننٹ ہنڈرنس ان مینٹیننگ دیٹ پروسیس دیٹ از لیڈنگ ٹو، لیڈنگ یو ٹو پیراڈائز۔</w:t>
      </w:r>
    </w:p>
    <w:p>
      <w:r>
        <w:rPr>
          <w:b/>
        </w:rPr>
        <w:t xml:space="preserve">[13:29] </w:t>
      </w:r>
      <w:r>
        <w:t>So this is the position of peace in Islamic scheme.</w:t>
      </w:r>
    </w:p>
    <w:p>
      <w:pPr>
        <w:jc w:val="right"/>
      </w:pPr>
      <w:r>
        <w:t>سو دس از دا پوزیشن آف پیس ان اسلامک سکیم۔</w:t>
      </w:r>
    </w:p>
    <w:p>
      <w:r>
        <w:rPr>
          <w:b/>
        </w:rPr>
        <w:t xml:space="preserve">[13:34] </w:t>
      </w:r>
      <w:r>
        <w:t>Deen, there are some very important teachings in the Quran.</w:t>
      </w:r>
    </w:p>
    <w:p>
      <w:pPr>
        <w:jc w:val="right"/>
      </w:pPr>
      <w:r>
        <w:t>دین دیر ار سم ویری امپورٹنٹ ٹیچنگز ان دا قرآن۔</w:t>
      </w:r>
    </w:p>
    <w:p>
      <w:r>
        <w:rPr>
          <w:b/>
        </w:rPr>
        <w:t xml:space="preserve">[13:38] </w:t>
      </w:r>
      <w:r>
        <w:t>Example, Quran says: "These verses means that when the other party offers you peace, so accept it."</w:t>
      </w:r>
    </w:p>
    <w:p>
      <w:pPr>
        <w:jc w:val="right"/>
      </w:pPr>
      <w:r>
        <w:t>ایگزیمپل، قرآن سیز: "دیز ورسز مینز دیٹ وین دی ادر پارٹی افرز یو پیس، سو ایکسیپٹ اٹ۔</w:t>
      </w:r>
    </w:p>
    <w:p>
      <w:r>
        <w:rPr>
          <w:b/>
        </w:rPr>
        <w:t xml:space="preserve">[13:45] </w:t>
      </w:r>
      <w:r>
        <w:t>If the other party offers you and says that let us live in peace, so you have to</w:t>
      </w:r>
    </w:p>
    <w:p>
      <w:pPr>
        <w:jc w:val="right"/>
      </w:pPr>
      <w:r>
        <w:t>اف دی ادر پارٹی افرز یو اینڈ سیز دیٹ لیٹ اس لیو ان پیس، سو یو ہیو ٹو</w:t>
      </w:r>
    </w:p>
    <w:p>
      <w:r>
        <w:rPr>
          <w:b/>
        </w:rPr>
        <w:t xml:space="preserve">[13:53] </w:t>
      </w:r>
      <w:r>
        <w:t>accept it without delay.</w:t>
      </w:r>
    </w:p>
    <w:p>
      <w:pPr>
        <w:jc w:val="right"/>
      </w:pPr>
      <w:r>
        <w:t>ایکسیپٹ اٹ وداؤٹ ڈیلے۔</w:t>
      </w:r>
    </w:p>
    <w:p>
      <w:r>
        <w:rPr>
          <w:b/>
        </w:rPr>
        <w:t xml:space="preserve">[13:55] </w:t>
      </w:r>
      <w:r>
        <w:t>This is the Islamic teachings.</w:t>
      </w:r>
    </w:p>
    <w:p>
      <w:pPr>
        <w:jc w:val="right"/>
      </w:pPr>
      <w:r>
        <w:t>دس از دا اسلامک ٹیچنگز۔</w:t>
      </w:r>
    </w:p>
    <w:p>
      <w:r>
        <w:rPr>
          <w:b/>
        </w:rPr>
        <w:t xml:space="preserve">[13:57] </w:t>
      </w:r>
      <w:r>
        <w:t>And you know what is the, what is the situation in our age in the present world? You</w:t>
      </w:r>
    </w:p>
    <w:p>
      <w:pPr>
        <w:jc w:val="right"/>
      </w:pPr>
      <w:r>
        <w:t>اینڈ یو نو واٹ از دا، واٹ از دا سچویشن ان اور ایج ان دا پریزنٹ ورلڈ؟ یو</w:t>
      </w:r>
    </w:p>
    <w:p>
      <w:r>
        <w:rPr>
          <w:b/>
        </w:rPr>
        <w:t xml:space="preserve">[14:05] </w:t>
      </w:r>
      <w:r>
        <w:t>No, we are living in an age where there is United Nations.</w:t>
      </w:r>
    </w:p>
    <w:p>
      <w:pPr>
        <w:jc w:val="right"/>
      </w:pPr>
      <w:r>
        <w:t>نو، وی آر لیونگ ان این ایج ویر دیر از یونائٹڈ نیشنز۔</w:t>
      </w:r>
    </w:p>
    <w:p>
      <w:r>
        <w:rPr>
          <w:b/>
        </w:rPr>
        <w:t xml:space="preserve">[14:10] </w:t>
      </w:r>
      <w:r>
        <w:t>All the nations of the world are members of this organization.</w:t>
      </w:r>
    </w:p>
    <w:p>
      <w:pPr>
        <w:jc w:val="right"/>
      </w:pPr>
      <w:r>
        <w:t>ال دا نیشنز اف دا ورلڈ ار ممبرز اف دس ارگنائزیشن۔</w:t>
      </w:r>
    </w:p>
    <w:p>
      <w:r>
        <w:rPr>
          <w:b/>
        </w:rPr>
        <w:t xml:space="preserve">[14:14] </w:t>
      </w:r>
      <w:r>
        <w:t>All the countries, all the countries, all the nations are member of this world body.</w:t>
      </w:r>
    </w:p>
    <w:p>
      <w:pPr>
        <w:jc w:val="right"/>
      </w:pPr>
      <w:r>
        <w:t>ال دا کنٹریز، ال دا کنٹریز، ال دا نیشنز ار ممبر اف دس ورلڈ باڈی۔</w:t>
      </w:r>
    </w:p>
    <w:p>
      <w:r>
        <w:rPr>
          <w:b/>
        </w:rPr>
        <w:t xml:space="preserve">[14:21] </w:t>
      </w:r>
      <w:r>
        <w:t>There is a UNO.</w:t>
      </w:r>
    </w:p>
    <w:p>
      <w:pPr>
        <w:jc w:val="right"/>
      </w:pPr>
      <w:r>
        <w:t>دیر از اے یو این او۔</w:t>
      </w:r>
    </w:p>
    <w:p>
      <w:r>
        <w:rPr>
          <w:b/>
        </w:rPr>
        <w:t xml:space="preserve">[14:23] </w:t>
      </w:r>
      <w:r>
        <w:t>And you know, under this organization, under this international organization, under this universal organization, all the nations, all</w:t>
      </w:r>
    </w:p>
    <w:p>
      <w:pPr>
        <w:jc w:val="right"/>
      </w:pPr>
      <w:r>
        <w:t>اینڈ یو نو، انڈر دس ارگنائزیشن، انڈر دس انٹرنیشنل ارگنائزیشن، انڈر دس یونیورسل ارگنائزیشن، ال دا نیشنز، ال</w:t>
      </w:r>
    </w:p>
    <w:p>
      <w:r>
        <w:rPr>
          <w:b/>
        </w:rPr>
        <w:t xml:space="preserve">[14:31] </w:t>
      </w:r>
      <w:r>
        <w:t>The countries have signed in a document.</w:t>
      </w:r>
    </w:p>
    <w:p>
      <w:pPr>
        <w:jc w:val="right"/>
      </w:pPr>
      <w:r>
        <w:t>دا کنٹریز ہیو سائنڈ ان ا ڈاکومنٹ۔</w:t>
      </w:r>
    </w:p>
    <w:p>
      <w:r>
        <w:rPr>
          <w:b/>
        </w:rPr>
        <w:t xml:space="preserve">[14:34] </w:t>
      </w:r>
      <w:r>
        <w:t>This is called Charter of United Nations, that aggression is taboo in international life.</w:t>
      </w:r>
    </w:p>
    <w:p>
      <w:pPr>
        <w:jc w:val="right"/>
      </w:pPr>
      <w:r>
        <w:t>دس از کالڈ چارٹر اف یونائٹڈ نیشنز، دیٹ ایگریشن از ٹیبو ان انٹرنیشنل لائف۔</w:t>
      </w:r>
    </w:p>
    <w:p>
      <w:r>
        <w:rPr>
          <w:b/>
        </w:rPr>
        <w:t xml:space="preserve">[14:40] </w:t>
      </w:r>
      <w:r>
        <w:t>No nation has right to attack any other nation.</w:t>
      </w:r>
    </w:p>
    <w:p>
      <w:pPr>
        <w:jc w:val="right"/>
      </w:pPr>
      <w:r>
        <w:t>نو نیشن ہیز رائٹ ٹو اٹیک اینی ادر نیشن۔</w:t>
      </w:r>
    </w:p>
    <w:p>
      <w:r>
        <w:rPr>
          <w:b/>
        </w:rPr>
        <w:t xml:space="preserve">[14:44] </w:t>
      </w:r>
      <w:r>
        <w:t>It means that in our present age, every nation is saying: "Let us live in peace." When jinhon</w:t>
      </w:r>
    </w:p>
    <w:p>
      <w:pPr>
        <w:jc w:val="right"/>
      </w:pPr>
      <w:r>
        <w:t>اٹ مینز دیٹ ان اور پریزنٹ ایج، ایوری نیشن از سینگ: "لیٹ اس لیو ان پیس۔" وین جنہول</w:t>
      </w:r>
    </w:p>
    <w:p>
      <w:r>
        <w:rPr>
          <w:b/>
        </w:rPr>
        <w:t xml:space="preserve">[14:52] </w:t>
      </w:r>
      <w:r>
        <w:t>Aslam Fajna, at the time, it was a, it was a maintained very limited sense.</w:t>
      </w:r>
    </w:p>
    <w:p>
      <w:pPr>
        <w:jc w:val="right"/>
      </w:pPr>
      <w:r>
        <w:t>اسلم فجنا، ایٹ دا ٹائم، اٹ واز ا، اٹ واز ا مینٹین ویری لمیٹڈ سینس۔</w:t>
      </w:r>
    </w:p>
    <w:p>
      <w:r>
        <w:rPr>
          <w:b/>
        </w:rPr>
        <w:t xml:space="preserve">[14:58] </w:t>
      </w:r>
      <w:r>
        <w:t>Now, it has gained, it has gained international connotation.</w:t>
      </w:r>
    </w:p>
    <w:p>
      <w:pPr>
        <w:jc w:val="right"/>
      </w:pPr>
      <w:r>
        <w:t>ناو، اٹ ہیز گین، اٹ ہیز گین انٹرنیشنل کنوٹیشن۔</w:t>
      </w:r>
    </w:p>
    <w:p>
      <w:r>
        <w:rPr>
          <w:b/>
        </w:rPr>
        <w:t xml:space="preserve">[15:02] </w:t>
      </w:r>
      <w:r>
        <w:t>Now, in the age of United Nations, every nation is saying: "Let us live in peace." Let us</w:t>
      </w:r>
    </w:p>
    <w:p>
      <w:pPr>
        <w:jc w:val="right"/>
      </w:pPr>
      <w:r>
        <w:t>ناو، ان دا ایج اف یونائٹڈ نیشنز، ایوری نیشن از سینگ: "لیٹ اس لیو ان پیس۔" لیٹ اس</w:t>
      </w:r>
    </w:p>
    <w:p>
      <w:r>
        <w:rPr>
          <w:b/>
        </w:rPr>
        <w:t xml:space="preserve">[15:10] </w:t>
      </w:r>
      <w:r>
        <w:t>Live and let us adopt the formula of peaceful coexistence.</w:t>
      </w:r>
    </w:p>
    <w:p>
      <w:pPr>
        <w:jc w:val="right"/>
      </w:pPr>
      <w:r>
        <w:t>لیو ان، لیٹ اس اڈاپٹ دا فارمولا اف پیس فل کو ایگزسٹنس۔</w:t>
      </w:r>
    </w:p>
    <w:p>
      <w:r>
        <w:rPr>
          <w:b/>
        </w:rPr>
        <w:t xml:space="preserve">[15:15] </w:t>
      </w:r>
      <w:r>
        <w:t>So now, that principle is internationalized.</w:t>
      </w:r>
    </w:p>
    <w:p>
      <w:pPr>
        <w:jc w:val="right"/>
      </w:pPr>
      <w:r>
        <w:t>سو ناو، دیٹ پرنسپل از انٹرنیشنلائزڈ۔</w:t>
      </w:r>
    </w:p>
    <w:p>
      <w:r>
        <w:rPr>
          <w:b/>
        </w:rPr>
        <w:t xml:space="preserve">[15:17] </w:t>
      </w:r>
      <w:r>
        <w:t>The present age has internationalized that principle of Islam.</w:t>
      </w:r>
    </w:p>
    <w:p>
      <w:pPr>
        <w:jc w:val="right"/>
      </w:pPr>
      <w:r>
        <w:t>دا پریزنٹ ایج ہیز انٹرنیشنلائزڈ دیٹ پرنسپل اف اسلام۔</w:t>
      </w:r>
    </w:p>
    <w:p>
      <w:r>
        <w:rPr>
          <w:b/>
        </w:rPr>
        <w:t xml:space="preserve">[15:21] </w:t>
      </w:r>
      <w:r>
        <w:t>When general Islam faja, this principle of Islam has been internationalized in our age.</w:t>
      </w:r>
    </w:p>
    <w:p>
      <w:pPr>
        <w:jc w:val="right"/>
      </w:pPr>
      <w:r>
        <w:t>وین جنہول اسلم فجنا، دس پرنسپل اف اسلام ہیز بین انٹرنیشنلائزڈ ان اور ایج۔</w:t>
      </w:r>
    </w:p>
    <w:p>
      <w:r>
        <w:rPr>
          <w:b/>
        </w:rPr>
        <w:t xml:space="preserve">[15:27] </w:t>
      </w:r>
      <w:r>
        <w:t>So we have no option other than to accept this offer.</w:t>
      </w:r>
    </w:p>
    <w:p>
      <w:pPr>
        <w:jc w:val="right"/>
      </w:pPr>
      <w:r>
        <w:t>سو وی ہیو نو اپشن ادر دین ٹو ایکسیپٹ دس افر۔</w:t>
      </w:r>
    </w:p>
    <w:p>
      <w:r>
        <w:rPr>
          <w:b/>
        </w:rPr>
        <w:t xml:space="preserve">[15:32] </w:t>
      </w:r>
      <w:r>
        <w:t>Every nation is saying: "Let us live in peace." Let us live in peace.</w:t>
      </w:r>
    </w:p>
    <w:p>
      <w:pPr>
        <w:jc w:val="right"/>
      </w:pPr>
      <w:r>
        <w:t>ایوری نیشن از سینگ: "لیٹ اس لیو ان پیس۔" لیٹ اس لیو ان پیس۔</w:t>
      </w:r>
    </w:p>
    <w:p>
      <w:r>
        <w:rPr>
          <w:b/>
        </w:rPr>
        <w:t xml:space="preserve">[15:38] </w:t>
      </w:r>
      <w:r>
        <w:t>So it is a very good news for you.</w:t>
      </w:r>
    </w:p>
    <w:p>
      <w:pPr>
        <w:jc w:val="right"/>
      </w:pPr>
      <w:r>
        <w:t>سو اٹ از ا ویری گڈ نیوز فار یو۔</w:t>
      </w:r>
    </w:p>
    <w:p>
      <w:r>
        <w:rPr>
          <w:b/>
        </w:rPr>
        <w:t xml:space="preserve">[15:42] </w:t>
      </w:r>
      <w:r>
        <w:t>It is very good news for us that the very age, the very, the international body itself</w:t>
      </w:r>
    </w:p>
    <w:p>
      <w:pPr>
        <w:jc w:val="right"/>
      </w:pPr>
      <w:r>
        <w:t>اٹ از ویری گڈ نیوز فار اس دیٹ دا ویری ایج، دی ویری، دا انٹرنیشنل باڈی اٹ سیلف</w:t>
      </w:r>
    </w:p>
    <w:p>
      <w:r>
        <w:rPr>
          <w:b/>
        </w:rPr>
        <w:t xml:space="preserve">[15:50] </w:t>
      </w:r>
      <w:r>
        <w:t>as offering to all, to all the nations of the world that live or adopt the formula peaceful</w:t>
      </w:r>
    </w:p>
    <w:p>
      <w:pPr>
        <w:jc w:val="right"/>
      </w:pPr>
      <w:r>
        <w:t>از افرنگ ٹو ال، ٹو ال دا نیشنز اف دا ورلڈ دیٹ لیور اڈاپٹ دا فارمولا پیس فل</w:t>
      </w:r>
    </w:p>
    <w:p>
      <w:r>
        <w:rPr>
          <w:b/>
        </w:rPr>
        <w:t xml:space="preserve">[15:57] </w:t>
      </w:r>
      <w:r>
        <w:t>coexistence.</w:t>
      </w:r>
    </w:p>
    <w:p>
      <w:pPr>
        <w:jc w:val="right"/>
      </w:pPr>
      <w:r>
        <w:t>کو ایگزسٹنس۔</w:t>
      </w:r>
    </w:p>
    <w:p>
      <w:r>
        <w:rPr>
          <w:b/>
        </w:rPr>
        <w:t xml:space="preserve">[15:59] </w:t>
      </w:r>
      <w:r>
        <w:t>So it is quite in favor of Islam.</w:t>
      </w:r>
    </w:p>
    <w:p>
      <w:pPr>
        <w:jc w:val="right"/>
      </w:pPr>
      <w:r>
        <w:t>سو اٹ از کوائٹ ان فیور اف اسلام۔</w:t>
      </w:r>
    </w:p>
    <w:p>
      <w:r>
        <w:rPr>
          <w:b/>
        </w:rPr>
        <w:t xml:space="preserve">[16:02] </w:t>
      </w:r>
      <w:r>
        <w:t>So we have to welcome this modern trend, this modern international offer, and accept it by her.</w:t>
      </w:r>
    </w:p>
    <w:p>
      <w:pPr>
        <w:jc w:val="right"/>
      </w:pPr>
      <w:r>
        <w:t>سو وی ہیو ٹو ویلکم دس ماڈرن ٹرینڈ، دس ماڈرن انٹرنیشنل افر، اینڈ ایکسیپٹ اٹ بائی ہر۔</w:t>
      </w:r>
    </w:p>
    <w:p>
      <w:r>
        <w:rPr>
          <w:b/>
        </w:rPr>
        <w:t xml:space="preserve">[16:10] </w:t>
      </w:r>
      <w:r>
        <w:t>Then I can give a very relevant reference from the Quran in this regard.</w:t>
      </w:r>
    </w:p>
    <w:p>
      <w:pPr>
        <w:jc w:val="right"/>
      </w:pPr>
      <w:r>
        <w:t>دین ائی کین گیو ا ویری ریلیونٹ ریفرنس فرام دا قرآن ان دس ریگارڈ۔</w:t>
      </w:r>
    </w:p>
    <w:p>
      <w:r>
        <w:rPr>
          <w:b/>
        </w:rPr>
        <w:t xml:space="preserve">[16:16] </w:t>
      </w:r>
      <w:r>
        <w:t>You know, Prophet was born in Makkah.</w:t>
      </w:r>
    </w:p>
    <w:p>
      <w:pPr>
        <w:jc w:val="right"/>
      </w:pPr>
      <w:r>
        <w:t>یو نو، پرافٹ واز بورن ان مکہ۔</w:t>
      </w:r>
    </w:p>
    <w:p>
      <w:r>
        <w:rPr>
          <w:b/>
        </w:rPr>
        <w:t xml:space="preserve">[16:19] </w:t>
      </w:r>
      <w:r>
        <w:t>He received his first revelation in 610 A.D.</w:t>
      </w:r>
    </w:p>
    <w:p>
      <w:pPr>
        <w:jc w:val="right"/>
      </w:pPr>
      <w:r>
        <w:t>ہی ریسیوڈ ہز فرسٹ ریولیشن ان 610 اے۔</w:t>
      </w:r>
    </w:p>
    <w:p>
      <w:r>
        <w:rPr>
          <w:b/>
        </w:rPr>
        <w:t xml:space="preserve">[16:22] </w:t>
      </w:r>
      <w:r>
        <w:t>So at the time, Makkah people were idol worshipers.</w:t>
      </w:r>
    </w:p>
    <w:p>
      <w:pPr>
        <w:jc w:val="right"/>
      </w:pPr>
      <w:r>
        <w:t>سو ایٹ دا ٹائم، مکہ پیپل ویر ائیڈل ورسپرز۔</w:t>
      </w:r>
    </w:p>
    <w:p>
      <w:r>
        <w:rPr>
          <w:b/>
        </w:rPr>
        <w:t xml:space="preserve">[16:26] </w:t>
      </w:r>
      <w:r>
        <w:t>They were mushrik.</w:t>
      </w:r>
    </w:p>
    <w:p>
      <w:pPr>
        <w:jc w:val="right"/>
      </w:pPr>
      <w:r>
        <w:t>دے ویر مشرک۔</w:t>
      </w:r>
    </w:p>
    <w:p>
      <w:r>
        <w:rPr>
          <w:b/>
        </w:rPr>
        <w:t xml:space="preserve">[16:27] </w:t>
      </w:r>
      <w:r>
        <w:t>The mission of the Prophet was based on Tawhid, and the audience was mushrik.</w:t>
      </w:r>
    </w:p>
    <w:p>
      <w:pPr>
        <w:jc w:val="right"/>
      </w:pPr>
      <w:r>
        <w:t>دا مشن اف دا پرافٹ واز بیسڈ ان توحید، اینڈ دا اڈینس واز مشرک۔</w:t>
      </w:r>
    </w:p>
    <w:p>
      <w:r>
        <w:rPr>
          <w:b/>
        </w:rPr>
        <w:t xml:space="preserve">[16:33] </w:t>
      </w:r>
      <w:r>
        <w:t>Mecca people were mushrik.</w:t>
      </w:r>
    </w:p>
    <w:p>
      <w:pPr>
        <w:jc w:val="right"/>
      </w:pPr>
      <w:r>
        <w:t>مکہ پیپل ویر مشرک۔</w:t>
      </w:r>
    </w:p>
    <w:p>
      <w:r>
        <w:rPr>
          <w:b/>
        </w:rPr>
        <w:t xml:space="preserve">[16:35] </w:t>
      </w:r>
      <w:r>
        <w:t>So they become, so they turn hostile.</w:t>
      </w:r>
    </w:p>
    <w:p>
      <w:pPr>
        <w:jc w:val="right"/>
      </w:pPr>
      <w:r>
        <w:t>سو دے بیکم، سو دے ٹرن ہاسٹائل۔</w:t>
      </w:r>
    </w:p>
    <w:p>
      <w:r>
        <w:rPr>
          <w:b/>
        </w:rPr>
        <w:t xml:space="preserve">[16:38] </w:t>
      </w:r>
      <w:r>
        <w:t>They become enemy.</w:t>
      </w:r>
    </w:p>
    <w:p>
      <w:pPr>
        <w:jc w:val="right"/>
      </w:pPr>
      <w:r>
        <w:t>دے بیکم اینمی۔</w:t>
      </w:r>
    </w:p>
    <w:p>
      <w:r>
        <w:rPr>
          <w:b/>
        </w:rPr>
        <w:t xml:space="preserve">[16:40] </w:t>
      </w:r>
      <w:r>
        <w:t>So there was persecution against the Prophet and his companions.</w:t>
      </w:r>
    </w:p>
    <w:p>
      <w:pPr>
        <w:jc w:val="right"/>
      </w:pPr>
      <w:r>
        <w:t>سو دیر واز پرسیکیوشن اگینسٹ دا پرافٹ اینڈ ہز کمپینینز۔</w:t>
      </w:r>
    </w:p>
    <w:p>
      <w:r>
        <w:rPr>
          <w:b/>
        </w:rPr>
        <w:t xml:space="preserve">[16:44] </w:t>
      </w:r>
      <w:r>
        <w:t>Then what happened? After 13 years of this sad experience, the Prophet decided to leave Makkah.</w:t>
      </w:r>
    </w:p>
    <w:p>
      <w:pPr>
        <w:jc w:val="right"/>
      </w:pPr>
      <w:r>
        <w:t>دین واٹ ہیپن؟ افٹر 13 ایئرز اف دس سیڈ ایکسپیرینس، پرافٹ ڈیسائیڈڈ ٹو لیو مکہ۔</w:t>
      </w:r>
    </w:p>
    <w:p>
      <w:r>
        <w:rPr>
          <w:b/>
        </w:rPr>
        <w:t xml:space="preserve">[16:50] </w:t>
      </w:r>
      <w:r>
        <w:t>He decided to migrate from Mecca and settle in Medina.</w:t>
      </w:r>
    </w:p>
    <w:p>
      <w:pPr>
        <w:jc w:val="right"/>
      </w:pPr>
      <w:r>
        <w:t>ہی ڈیسائیڈڈ ٹو مائیگریٹ فرام مکہ اینڈ سیٹل ان مدینہ۔</w:t>
      </w:r>
    </w:p>
    <w:p>
      <w:r>
        <w:rPr>
          <w:b/>
        </w:rPr>
        <w:t xml:space="preserve">[16:55] </w:t>
      </w:r>
      <w:r>
        <w:t>The very important point, here is a very important point.</w:t>
      </w:r>
    </w:p>
    <w:p>
      <w:pPr>
        <w:jc w:val="right"/>
      </w:pPr>
      <w:r>
        <w:t>دین ا ویری امپورٹنٹ پوائنٹ، ہیر از ا ویری امپورٹنٹ پوائنٹ۔</w:t>
      </w:r>
    </w:p>
    <w:p>
      <w:r>
        <w:rPr>
          <w:b/>
        </w:rPr>
        <w:t xml:space="preserve">[16:59] </w:t>
      </w:r>
      <w:r>
        <w:t>The final word he gave to Makkah people.</w:t>
      </w:r>
    </w:p>
    <w:p>
      <w:pPr>
        <w:jc w:val="right"/>
      </w:pPr>
      <w:r>
        <w:t>دا فائنل ورڈ ہی گیو ٹو مکہ پیپل۔</w:t>
      </w:r>
    </w:p>
    <w:p>
      <w:r>
        <w:rPr>
          <w:b/>
        </w:rPr>
        <w:t xml:space="preserve">[17:03] </w:t>
      </w:r>
      <w:r>
        <w:t>What was the final word? What was the final word he gave Makkah people at the time when</w:t>
      </w:r>
    </w:p>
    <w:p>
      <w:pPr>
        <w:jc w:val="right"/>
      </w:pPr>
      <w:r>
        <w:t>واٹ واز دا فائنل ورڈ؟ واٹ واز دا فائنل ورڈ ہی گیو مکہ پیپل ایٹ دا ٹائم وین</w:t>
      </w:r>
    </w:p>
    <w:p>
      <w:r>
        <w:rPr>
          <w:b/>
        </w:rPr>
        <w:t xml:space="preserve">[17:10] </w:t>
      </w:r>
      <w:r>
        <w:t>he migrated to Madinah? He never said that: "Prophet, this day we are at war." Yani when he</w:t>
      </w:r>
    </w:p>
    <w:p>
      <w:pPr>
        <w:jc w:val="right"/>
      </w:pPr>
      <w:r>
        <w:t>ہی مائیگریٹڈ ٹو مدینہ؟ ہی نیور سیڈ دیٹ: "پراپ، دس ڈے وی ار ایٹ وار۔" یعنی وین ہی</w:t>
      </w:r>
    </w:p>
    <w:p>
      <w:r>
        <w:rPr>
          <w:b/>
        </w:rPr>
        <w:t xml:space="preserve">[17:18] </w:t>
      </w:r>
      <w:r>
        <w:t>decided to leave Makkah due to all those persecutions, all those atrocities, he was compelled to leave his</w:t>
      </w:r>
    </w:p>
    <w:p>
      <w:pPr>
        <w:jc w:val="right"/>
      </w:pPr>
      <w:r>
        <w:t>ڈیسائیڈڈ ٹو لیو مکہ ڈیو ٹو ال دوز پرسیکیوشنز، ال دوز ایٹروسیٹیز، ہی واز کمپل ٹو لیو ہز</w:t>
      </w:r>
    </w:p>
    <w:p>
      <w:r>
        <w:rPr>
          <w:b/>
        </w:rPr>
        <w:t xml:space="preserve">[17:26] </w:t>
      </w:r>
      <w:r>
        <w:t>hometown.</w:t>
      </w:r>
    </w:p>
    <w:p>
      <w:pPr>
        <w:jc w:val="right"/>
      </w:pPr>
      <w:r>
        <w:t>ہوم ٹاؤن۔</w:t>
      </w:r>
    </w:p>
    <w:p>
      <w:r>
        <w:rPr>
          <w:b/>
        </w:rPr>
        <w:t xml:space="preserve">[17:27] </w:t>
      </w:r>
      <w:r>
        <w:t>So at the time, the final word he gave to Makkah people was not like this: "I and</w:t>
      </w:r>
    </w:p>
    <w:p>
      <w:pPr>
        <w:jc w:val="right"/>
      </w:pPr>
      <w:r>
        <w:t>سو ایٹ دا ٹائم، دا فائنل ورڈ ہی گیو ٹو مکہ پیپل واز ناٹ لائک دس: "ائی اینڈ</w:t>
      </w:r>
    </w:p>
    <w:p>
      <w:r>
        <w:rPr>
          <w:b/>
        </w:rPr>
        <w:t xml:space="preserve">[17:35] </w:t>
      </w:r>
      <w:r>
        <w:t>You are from this day.</w:t>
      </w:r>
    </w:p>
    <w:p>
      <w:pPr>
        <w:jc w:val="right"/>
      </w:pPr>
      <w:r>
        <w:t>یو ار فرام دس ڈے۔</w:t>
      </w:r>
    </w:p>
    <w:p>
      <w:r>
        <w:rPr>
          <w:b/>
        </w:rPr>
        <w:t xml:space="preserve">[17:37] </w:t>
      </w:r>
      <w:r>
        <w:t>I and you are at war." No, not at all.</w:t>
      </w:r>
    </w:p>
    <w:p>
      <w:pPr>
        <w:jc w:val="right"/>
      </w:pPr>
      <w:r>
        <w:t>ائی اینڈ یو ار ایٹ وار۔" نو، ناٹ ایٹ ال۔</w:t>
      </w:r>
    </w:p>
    <w:p>
      <w:r>
        <w:rPr>
          <w:b/>
        </w:rPr>
        <w:t xml:space="preserve">[17:41] </w:t>
      </w:r>
      <w:r>
        <w:t>He said in chapter number 109 in the Quran this final word.</w:t>
      </w:r>
    </w:p>
    <w:p>
      <w:pPr>
        <w:jc w:val="right"/>
      </w:pPr>
      <w:r>
        <w:t>ہی سیڈ ان چیپٹر نمبر 109 ان دا قرآن دس فائنل ورڈ۔</w:t>
      </w:r>
    </w:p>
    <w:p>
      <w:r>
        <w:rPr>
          <w:b/>
        </w:rPr>
        <w:t xml:space="preserve">[17:47] </w:t>
      </w:r>
      <w:r>
        <w:t>He said: "Lakum dinukum waliya din." He said this word and left Makkah: "Lakum dinukum waliya din." For</w:t>
      </w:r>
    </w:p>
    <w:p>
      <w:pPr>
        <w:jc w:val="right"/>
      </w:pPr>
      <w:r>
        <w:t>ہی سیڈ: "لکم دینکم ولیا دین۔" ہی سیڈ دس ورڈ اینڈ لیفٹ مکہ: "لکم دینکم ولیا دین۔" فار</w:t>
      </w:r>
    </w:p>
    <w:p>
      <w:r>
        <w:rPr>
          <w:b/>
        </w:rPr>
        <w:t xml:space="preserve">[17:54] </w:t>
      </w:r>
      <w:r>
        <w:t>می: "لکم دینکم ولیا دین۔" For you: "your religion." For me: "mine." This was the final word of</w:t>
      </w:r>
    </w:p>
    <w:p>
      <w:pPr>
        <w:jc w:val="right"/>
      </w:pPr>
      <w:r>
        <w:t>می: "لکم دینکم ولیا دین۔" فار یو: "یور ریلیجن۔" فار می: "مائن۔" دس واز دا فائنل ورڈ اف</w:t>
      </w:r>
    </w:p>
    <w:p>
      <w:r>
        <w:rPr>
          <w:b/>
        </w:rPr>
        <w:t xml:space="preserve">[18:02] </w:t>
      </w:r>
      <w:r>
        <w:t>The Prophet of Islam, when he migrated from Makkah to Madinah: "Lakum dinukum waliya din." For you: "your</w:t>
      </w:r>
    </w:p>
    <w:p>
      <w:pPr>
        <w:jc w:val="right"/>
      </w:pPr>
      <w:r>
        <w:t>دا پرافٹ اف اسلام وین ہی مائیگریٹڈ فرام مکہ ٹو مدینہ: "لکم دینکم ولیا دین۔" فار یو: "یور</w:t>
      </w:r>
    </w:p>
    <w:p>
      <w:r>
        <w:rPr>
          <w:b/>
        </w:rPr>
        <w:t xml:space="preserve">[18:10] </w:t>
      </w:r>
      <w:r>
        <w:t>religion." For me: "mine." It means that it was a formula of difference management.</w:t>
      </w:r>
    </w:p>
    <w:p>
      <w:pPr>
        <w:jc w:val="right"/>
      </w:pPr>
      <w:r>
        <w:t>ریلیجن۔" فار می: "مائن۔" اٹ مینز دیٹ اٹ واز ا فارمولا اف ڈیفرنس مینجمنٹ۔</w:t>
      </w:r>
    </w:p>
    <w:p>
      <w:r>
        <w:rPr>
          <w:b/>
        </w:rPr>
        <w:t xml:space="preserve">[18:16] </w:t>
      </w:r>
      <w:r>
        <w:t>In other, in other words, he said that: "From this day, we will leave."</w:t>
      </w:r>
    </w:p>
    <w:p>
      <w:pPr>
        <w:jc w:val="right"/>
      </w:pPr>
      <w:r>
        <w:t>ان ادر، ان ادر ورڈز، ہی سیڈ دیٹ: "فرام دس ڈے، وی ول لیو۔</w:t>
      </w:r>
    </w:p>
    <w:p>
      <w:r>
        <w:rPr>
          <w:b/>
        </w:rPr>
        <w:t xml:space="preserve">[18:22] </w:t>
      </w:r>
      <w:r>
        <w:t>"We will adopt the formula of coexistence." For you: "Your religion." For me: "Mine." He never said</w:t>
      </w:r>
    </w:p>
    <w:p>
      <w:pPr>
        <w:jc w:val="right"/>
      </w:pPr>
      <w:r>
        <w:t>وی ول اڈاپٹ دا فارمولا اف کو ایگزسٹنس۔" فار یو: "یور ریلیجن۔" فار می: "مائن۔" ہی نیور سیڈ</w:t>
      </w:r>
    </w:p>
    <w:p>
      <w:r>
        <w:rPr>
          <w:b/>
        </w:rPr>
        <w:t xml:space="preserve">[18:29] </w:t>
      </w:r>
      <w:r>
        <w:t>that: "From this day, we and you are at war." But he said that: "From this day, we</w:t>
      </w:r>
    </w:p>
    <w:p>
      <w:pPr>
        <w:jc w:val="right"/>
      </w:pPr>
      <w:r>
        <w:t>دیٹ: "فرام دس ڈے، وی اینڈ یو ار ایٹ وار۔" بٹ ہی سیڈ دیٹ: "فرام دس ڈے، وی</w:t>
      </w:r>
    </w:p>
    <w:p>
      <w:r>
        <w:rPr>
          <w:b/>
        </w:rPr>
        <w:t xml:space="preserve">[18:37] </w:t>
      </w:r>
      <w:r>
        <w:t>"We'll adapt the formula of peaceful coexistence." This was the formula of difference management adopted by</w:t>
      </w:r>
    </w:p>
    <w:p>
      <w:pPr>
        <w:jc w:val="right"/>
      </w:pPr>
      <w:r>
        <w:t>ول اڈاپٹ دا فارمولا اف پیس فل کو ایگزسٹنس۔" دس واز دا فارمولا اف ڈیفرنس مینجمنٹ اڈاپٹڈ بائی</w:t>
      </w:r>
    </w:p>
    <w:p>
      <w:r>
        <w:rPr>
          <w:b/>
        </w:rPr>
        <w:t xml:space="preserve">[18:45] </w:t>
      </w:r>
      <w:r>
        <w:t>The Prophet of Islam.</w:t>
      </w:r>
    </w:p>
    <w:p>
      <w:pPr>
        <w:jc w:val="right"/>
      </w:pPr>
      <w:r>
        <w:t>دا پرافٹ اف اسلام۔</w:t>
      </w:r>
    </w:p>
    <w:p>
      <w:r>
        <w:rPr>
          <w:b/>
        </w:rPr>
        <w:t xml:space="preserve">[18:47] </w:t>
      </w:r>
      <w:r>
        <w:t>It's very important, the formula of coexistence.</w:t>
      </w:r>
    </w:p>
    <w:p>
      <w:pPr>
        <w:jc w:val="right"/>
      </w:pPr>
      <w:r>
        <w:t>اٹس ویری امپورٹنٹ دا فارمولا اف کو ایگزسٹنس۔</w:t>
      </w:r>
    </w:p>
    <w:p>
      <w:r>
        <w:rPr>
          <w:b/>
        </w:rPr>
        <w:t xml:space="preserve">[18:50] </w:t>
      </w:r>
      <w:r>
        <w:t>Prophet was the first to give this formula in the history.</w:t>
      </w:r>
    </w:p>
    <w:p>
      <w:pPr>
        <w:jc w:val="right"/>
      </w:pPr>
      <w:r>
        <w:t>پرافٹ واز دا فرسٹ ٹو گیو دس فارمولا ان دا ہسٹری۔</w:t>
      </w:r>
    </w:p>
    <w:p>
      <w:r>
        <w:rPr>
          <w:b/>
        </w:rPr>
        <w:t xml:space="preserve">[18:55] </w:t>
      </w:r>
      <w:r>
        <w:t>The formula that is now adopted by the United Nations was adopted by the Prophet.</w:t>
      </w:r>
    </w:p>
    <w:p>
      <w:pPr>
        <w:jc w:val="right"/>
      </w:pPr>
      <w:r>
        <w:t>دا فارمولا دیٹ از ناو اڈاپٹڈ بائی دی یونائٹڈ نیشنز واز اڈاپٹڈ بائی دا پرافٹ۔</w:t>
      </w:r>
    </w:p>
    <w:p>
      <w:r>
        <w:rPr>
          <w:b/>
        </w:rPr>
        <w:t xml:space="preserve">[19:01] </w:t>
      </w:r>
      <w:r>
        <w:t>The Prophet was the first to adopt this formula in seventh century A.D.</w:t>
      </w:r>
    </w:p>
    <w:p>
      <w:pPr>
        <w:jc w:val="right"/>
      </w:pPr>
      <w:r>
        <w:t>دا پرافٹ واز دا فرسٹ ٹو اڈاپٹ دس فارمولا ان سیونتھ سینچری اے۔</w:t>
      </w:r>
    </w:p>
    <w:p>
      <w:r>
        <w:rPr>
          <w:b/>
        </w:rPr>
        <w:t xml:space="preserve">[19:07] </w:t>
      </w:r>
      <w:r>
        <w:t>So he said: "For you: your religion." For me: "Mine." This is the essence of principle of co</w:t>
      </w:r>
    </w:p>
    <w:p>
      <w:pPr>
        <w:jc w:val="right"/>
      </w:pPr>
      <w:r>
        <w:t>سو ہی سیڈ: "فار یو: یور ریلیجن۔" فار می: "مائن۔" دس از دا ایسنس اف پرنسپل اف کو</w:t>
      </w:r>
    </w:p>
    <w:p>
      <w:r>
        <w:rPr>
          <w:b/>
        </w:rPr>
        <w:t xml:space="preserve">[19:14] </w:t>
      </w:r>
      <w:r>
        <w:t>existence.</w:t>
      </w:r>
    </w:p>
    <w:p>
      <w:pPr>
        <w:jc w:val="right"/>
      </w:pPr>
      <w:r>
        <w:t>ایگزسٹنس۔</w:t>
      </w:r>
    </w:p>
    <w:p>
      <w:r>
        <w:rPr>
          <w:b/>
        </w:rPr>
        <w:t xml:space="preserve">[19:16] </w:t>
      </w:r>
      <w:r>
        <w:t>By saying this, he said: "From this day, we will adopt the formula of peaceful coexistence."</w:t>
      </w:r>
    </w:p>
    <w:p>
      <w:pPr>
        <w:jc w:val="right"/>
      </w:pPr>
      <w:r>
        <w:t>بائی سینگ دس، ہی سیڈ: "فرام دس ڈے، وی ول اڈاپٹ دا فارمولا اف پیس فل کو ایگزسٹنس۔"</w:t>
      </w:r>
    </w:p>
    <w:p>
      <w:r>
        <w:rPr>
          <w:b/>
        </w:rPr>
        <w:t xml:space="preserve">[19:24] </w:t>
      </w:r>
      <w:r>
        <w:t>And you know, peaceful coexistence is the only way of existence in this world.</w:t>
      </w:r>
    </w:p>
    <w:p>
      <w:pPr>
        <w:jc w:val="right"/>
      </w:pPr>
      <w:r>
        <w:t>اینڈ یو نو، پیس فل کو ایگزسٹنس از دا اونلی وے اف ایگزسٹنس ان دس ورلڈ۔</w:t>
      </w:r>
    </w:p>
    <w:p>
      <w:r>
        <w:rPr>
          <w:b/>
        </w:rPr>
        <w:t xml:space="preserve">[19:31] </w:t>
      </w:r>
      <w:r>
        <w:t>So this unique formula, this is the unique formula of peace.</w:t>
      </w:r>
    </w:p>
    <w:p>
      <w:pPr>
        <w:jc w:val="right"/>
      </w:pPr>
      <w:r>
        <w:t>سو دس یونیک فارمولا، دس از دا یونیک فارمولا اف پیس۔</w:t>
      </w:r>
    </w:p>
    <w:p>
      <w:r>
        <w:rPr>
          <w:b/>
        </w:rPr>
        <w:t xml:space="preserve">[19:35] </w:t>
      </w:r>
      <w:r>
        <w:t>And Prophet of Islam was the first to give this formula in the history.</w:t>
      </w:r>
    </w:p>
    <w:p>
      <w:pPr>
        <w:jc w:val="right"/>
      </w:pPr>
      <w:r>
        <w:t>اینڈ پرافٹ اف اسلام واز دا فرسٹ ٹو گیو دس فارمولا ان دا ہسٹری۔</w:t>
      </w:r>
    </w:p>
    <w:p>
      <w:r>
        <w:rPr>
          <w:b/>
        </w:rPr>
        <w:t xml:space="preserve">[19:41] </w:t>
      </w:r>
      <w:r>
        <w:t>So, Islam is a religion of peace in the complete sense of the word.</w:t>
      </w:r>
    </w:p>
    <w:p>
      <w:pPr>
        <w:jc w:val="right"/>
      </w:pPr>
      <w:r>
        <w:t>سو اسلام از ریلیجن اف پیس ان کمپلیٹ سینس اف دا ورلڈ۔</w:t>
      </w:r>
    </w:p>
    <w:p>
      <w:r>
        <w:rPr>
          <w:b/>
        </w:rPr>
        <w:t xml:space="preserve">[19:46] </w:t>
      </w:r>
      <w:r>
        <w:t>aqool qawli wastaghfirullah alaikum ajmaeen.</w:t>
      </w:r>
    </w:p>
    <w:p>
      <w:pPr>
        <w:jc w:val="right"/>
      </w:pPr>
      <w:r>
        <w:t>اقول قولی واستغفراللہ علیکم اجمعین۔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