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Peace and Non-violence 6th June 09</w:t>
      </w:r>
    </w:p>
    <w:p>
      <w:r>
        <w:t>https://www.youtube.com/watch?v=Je6RUq_BTP4</w:t>
      </w:r>
    </w:p>
    <w:p>
      <w:r>
        <w:rPr>
          <w:b/>
        </w:rPr>
        <w:t xml:space="preserve">[00:21] </w:t>
      </w:r>
      <w:r>
        <w:t>bismillah al-rahman al-rahim.</w:t>
      </w:r>
    </w:p>
    <w:p>
      <w:pPr>
        <w:jc w:val="right"/>
      </w:pPr>
      <w:r>
        <w:t>بسم اللہ الرحمن الرحیم۔</w:t>
      </w:r>
    </w:p>
    <w:p>
      <w:r>
        <w:rPr>
          <w:b/>
        </w:rPr>
        <w:t xml:space="preserve">[00:28] </w:t>
      </w:r>
      <w:r>
        <w:t>wa salla Allahu ala al-nabi al-karim.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[00:36] </w:t>
      </w:r>
      <w:r>
        <w:t>rab ishrah li sadri, wa yassir li amri, wahul uqdatan min lisani yafqahu qawli.</w:t>
      </w:r>
    </w:p>
    <w:p>
      <w:pPr>
        <w:jc w:val="right"/>
      </w:pPr>
      <w:r>
        <w:t>رب اشرح لی صدری، ویسر لی امری، واحل العقدۃ من لسانی یفقہ قولی۔</w:t>
      </w:r>
    </w:p>
    <w:p>
      <w:r>
        <w:rPr>
          <w:b/>
        </w:rPr>
        <w:t xml:space="preserve">[00:43] </w:t>
      </w:r>
      <w:r>
        <w:t>The topic for this evening is Peace and Non-violence in Islam.</w:t>
      </w:r>
    </w:p>
    <w:p>
      <w:pPr>
        <w:jc w:val="right"/>
      </w:pPr>
      <w:r>
        <w:t>دا ٹاپک فار دس ایوننگ از پیس اینڈ نان وائلنس ان اسلام۔</w:t>
      </w:r>
    </w:p>
    <w:p>
      <w:r>
        <w:rPr>
          <w:b/>
        </w:rPr>
        <w:t xml:space="preserve">[00:51] </w:t>
      </w:r>
      <w:r>
        <w:t>I can say that Islam is a religion of peace.</w:t>
      </w:r>
    </w:p>
    <w:p>
      <w:pPr>
        <w:jc w:val="right"/>
      </w:pPr>
      <w:r>
        <w:t>ائی کین سے دیٹ اسلام از ا ریلیجن اف پیس۔</w:t>
      </w:r>
    </w:p>
    <w:p>
      <w:r>
        <w:rPr>
          <w:b/>
        </w:rPr>
        <w:t xml:space="preserve">[00:58] </w:t>
      </w:r>
      <w:r>
        <w:t>The very name of Islam has a connotation of peace.</w:t>
      </w:r>
    </w:p>
    <w:p>
      <w:pPr>
        <w:jc w:val="right"/>
      </w:pPr>
      <w:r>
        <w:t>دا ویری نیم اف اسلام ہیز ا کونیٹیشن اف پیس۔</w:t>
      </w:r>
    </w:p>
    <w:p>
      <w:r>
        <w:rPr>
          <w:b/>
        </w:rPr>
        <w:t xml:space="preserve">[01:06] </w:t>
      </w:r>
      <w:r>
        <w:t>You know, the word Islam is derived from salam.</w:t>
      </w:r>
    </w:p>
    <w:p>
      <w:pPr>
        <w:jc w:val="right"/>
      </w:pPr>
      <w:r>
        <w:t>یو نو، دا ورڈ اسلام از ڈرائیو فرام سلم۔</w:t>
      </w:r>
    </w:p>
    <w:p>
      <w:r>
        <w:rPr>
          <w:b/>
        </w:rPr>
        <w:t xml:space="preserve">[01:13] </w:t>
      </w:r>
      <w:r>
        <w:t>Salam is a root word of Islam, and salam means peace.</w:t>
      </w:r>
    </w:p>
    <w:p>
      <w:pPr>
        <w:jc w:val="right"/>
      </w:pPr>
      <w:r>
        <w:t>سلم از ا روٹ ورڈ اف اسلام، اینڈ سلم مینز پیس۔</w:t>
      </w:r>
    </w:p>
    <w:p>
      <w:r>
        <w:rPr>
          <w:b/>
        </w:rPr>
        <w:t xml:space="preserve">[01:21] </w:t>
      </w:r>
      <w:r>
        <w:t>So, Islam is a religion of peace.</w:t>
      </w:r>
    </w:p>
    <w:p>
      <w:pPr>
        <w:jc w:val="right"/>
      </w:pPr>
      <w:r>
        <w:t>سو اسلام از ا ریلیجن اف پیس۔</w:t>
      </w:r>
    </w:p>
    <w:p>
      <w:r>
        <w:rPr>
          <w:b/>
        </w:rPr>
        <w:t xml:space="preserve">[01:28] </w:t>
      </w:r>
      <w:r>
        <w:t>If you take a copy of the Quran and start reading, you will find that almost all the</w:t>
      </w:r>
    </w:p>
    <w:p>
      <w:pPr>
        <w:jc w:val="right"/>
      </w:pPr>
      <w:r>
        <w:t>اف یو ٹیک ا کاپی اف دا قران اینڈ سٹارٹ ریڈنگ، یو ویل فائنڈ دیٹ الموسٹ ال دا</w:t>
      </w:r>
    </w:p>
    <w:p>
      <w:r>
        <w:rPr>
          <w:b/>
        </w:rPr>
        <w:t xml:space="preserve">[01:36] </w:t>
      </w:r>
      <w:r>
        <w:t>Verses of the Quran are related to peace, either directly or indirectly.</w:t>
      </w:r>
    </w:p>
    <w:p>
      <w:pPr>
        <w:jc w:val="right"/>
      </w:pPr>
      <w:r>
        <w:t>ورسز اف دا قران ار ریلیٹڈ ٹو پیس، ایدر ڈائریکٹلی اور ان ڈائریکٹلی۔</w:t>
      </w:r>
    </w:p>
    <w:p>
      <w:r>
        <w:rPr>
          <w:b/>
        </w:rPr>
        <w:t xml:space="preserve">[01:43] </w:t>
      </w:r>
      <w:r>
        <w:t>I know that there are some verses, maybe two dozens verses, deal with qital, that is war.</w:t>
      </w:r>
    </w:p>
    <w:p>
      <w:pPr>
        <w:jc w:val="right"/>
      </w:pPr>
      <w:r>
        <w:t>ائی نو دیٹ دیر ار سم ورسز، می بی ٹو ڈزنز ورسز، ڈیل ود قتال، دیٹ از وار۔</w:t>
      </w:r>
    </w:p>
    <w:p>
      <w:r>
        <w:rPr>
          <w:b/>
        </w:rPr>
        <w:t xml:space="preserve">[01:51] </w:t>
      </w:r>
      <w:r>
        <w:t>But these verses relate to defensive war.</w:t>
      </w:r>
    </w:p>
    <w:p>
      <w:pPr>
        <w:jc w:val="right"/>
      </w:pPr>
      <w:r>
        <w:t>بٹ دیز ورسز ریلیٹ ٹو ڈیفنسو وار۔</w:t>
      </w:r>
    </w:p>
    <w:p>
      <w:r>
        <w:rPr>
          <w:b/>
        </w:rPr>
        <w:t xml:space="preserve">[01:58] </w:t>
      </w:r>
      <w:r>
        <w:t>I can say that in Islam peace is the rule and war is an exception, and that exception</w:t>
      </w:r>
    </w:p>
    <w:p>
      <w:pPr>
        <w:jc w:val="right"/>
      </w:pPr>
      <w:r>
        <w:t>ائی کین سے دیٹ ان اسلام پیس از دا رول اینڈ وار از این ایکسیپشن، اینڈ دیٹ ایکسیپشن</w:t>
      </w:r>
    </w:p>
    <w:p>
      <w:r>
        <w:rPr>
          <w:b/>
        </w:rPr>
        <w:t xml:space="preserve">[02:06] </w:t>
      </w:r>
      <w:r>
        <w:t>as at the time of defense.</w:t>
      </w:r>
    </w:p>
    <w:p>
      <w:pPr>
        <w:jc w:val="right"/>
      </w:pPr>
      <w:r>
        <w:t>از ایٹ دا ٹائم اف ڈیفنس۔</w:t>
      </w:r>
    </w:p>
    <w:p>
      <w:r>
        <w:rPr>
          <w:b/>
        </w:rPr>
        <w:t xml:space="preserve">[02:13] </w:t>
      </w:r>
      <w:r>
        <w:t>So in Islam there is no war other than defensive war.</w:t>
      </w:r>
    </w:p>
    <w:p>
      <w:pPr>
        <w:jc w:val="right"/>
      </w:pPr>
      <w:r>
        <w:t>سو ان اسلام دیر از نو وار ادر دین ڈیفنسو وار۔</w:t>
      </w:r>
    </w:p>
    <w:p>
      <w:r>
        <w:rPr>
          <w:b/>
        </w:rPr>
        <w:t xml:space="preserve">[02:21] </w:t>
      </w:r>
      <w:r>
        <w:t>All these wars which you know these days, like guerrilla war, and proxy war, and secret war, all</w:t>
      </w:r>
    </w:p>
    <w:p>
      <w:pPr>
        <w:jc w:val="right"/>
      </w:pPr>
      <w:r>
        <w:t>ال دیز وارز وچ یو نو دیز ڈیز، لائک گوریلا وار، اینڈ پروکسی وار، اینڈ سیکرٹ وار، ال</w:t>
      </w:r>
    </w:p>
    <w:p>
      <w:r>
        <w:rPr>
          <w:b/>
        </w:rPr>
        <w:t xml:space="preserve">[02:28] </w:t>
      </w:r>
      <w:r>
        <w:t>These wars are unlawful in Islam.</w:t>
      </w:r>
    </w:p>
    <w:p>
      <w:pPr>
        <w:jc w:val="right"/>
      </w:pPr>
      <w:r>
        <w:t>دیز وارز ار ان لافل ان اسلام۔</w:t>
      </w:r>
    </w:p>
    <w:p>
      <w:r>
        <w:rPr>
          <w:b/>
        </w:rPr>
        <w:t xml:space="preserve">[02:36] </w:t>
      </w:r>
      <w:r>
        <w:t>You know, there is a well-established principle in Islam, that is Ar-rahil al-imam.</w:t>
      </w:r>
    </w:p>
    <w:p>
      <w:pPr>
        <w:jc w:val="right"/>
      </w:pPr>
      <w:r>
        <w:t>یو نو، دیر از ا ویل اسٹیبلش پرنسپل ان اسلام، دیٹ از الرحیل الامام۔</w:t>
      </w:r>
    </w:p>
    <w:p>
      <w:r>
        <w:rPr>
          <w:b/>
        </w:rPr>
        <w:t xml:space="preserve">[02:43] </w:t>
      </w:r>
      <w:r>
        <w:t>It means to declare a war is a prerogative of state.</w:t>
      </w:r>
    </w:p>
    <w:p>
      <w:pPr>
        <w:jc w:val="right"/>
      </w:pPr>
      <w:r>
        <w:t>اٹ مینز ٹو ڈیکلیئر ا وار از ا پیراگٹیو اف اسٹیٹ۔</w:t>
      </w:r>
    </w:p>
    <w:p>
      <w:r>
        <w:rPr>
          <w:b/>
        </w:rPr>
        <w:t xml:space="preserve">[02:51] </w:t>
      </w:r>
      <w:r>
        <w:t>So any agency other than state is not allowed to go to war.</w:t>
      </w:r>
    </w:p>
    <w:p>
      <w:pPr>
        <w:jc w:val="right"/>
      </w:pPr>
      <w:r>
        <w:t>سو اینی ایجنسی ادر دین اسٹیٹ از ناٹ الاؤڈ ٹو گو ٹو وار۔</w:t>
      </w:r>
    </w:p>
    <w:p>
      <w:r>
        <w:rPr>
          <w:b/>
        </w:rPr>
        <w:t xml:space="preserve">[02:58] </w:t>
      </w:r>
      <w:r>
        <w:t>Now, even in a genuine war, there are some conditions.</w:t>
      </w:r>
    </w:p>
    <w:p>
      <w:pPr>
        <w:jc w:val="right"/>
      </w:pPr>
      <w:r>
        <w:t>ناو، ایون ان ا جینون وار، دیر ار سم کنڈیشنز۔</w:t>
      </w:r>
    </w:p>
    <w:p>
      <w:r>
        <w:rPr>
          <w:b/>
        </w:rPr>
        <w:t xml:space="preserve">[03:06] </w:t>
      </w:r>
      <w:r>
        <w:t>For example, even in a genuine war, you cannot kill ghair muqatil.</w:t>
      </w:r>
    </w:p>
    <w:p>
      <w:pPr>
        <w:jc w:val="right"/>
      </w:pPr>
      <w:r>
        <w:t>فار ایگزامپل، ایون ان ا جینون وار، یو کناٹ کل غیر مقاتل۔</w:t>
      </w:r>
    </w:p>
    <w:p>
      <w:r>
        <w:rPr>
          <w:b/>
        </w:rPr>
        <w:t xml:space="preserve">[03:13] </w:t>
      </w:r>
      <w:r>
        <w:t>You can kill only muqatil, that is combatant and non-combatant.</w:t>
      </w:r>
    </w:p>
    <w:p>
      <w:pPr>
        <w:jc w:val="right"/>
      </w:pPr>
      <w:r>
        <w:t>یو کین کل اونلی مقاتل، دیٹ از کمبیٹنٹ اینڈ نان کمبیٹنٹ۔</w:t>
      </w:r>
    </w:p>
    <w:p>
      <w:r>
        <w:rPr>
          <w:b/>
        </w:rPr>
        <w:t xml:space="preserve">[03:21] </w:t>
      </w:r>
      <w:r>
        <w:t>So Islam differentiates between combatant and non-combatant.</w:t>
      </w:r>
    </w:p>
    <w:p>
      <w:pPr>
        <w:jc w:val="right"/>
      </w:pPr>
      <w:r>
        <w:t>سو اسلام ڈیفرنشیٹس بٹوین کمبیٹنٹ اینڈ نان کمبیٹنٹ۔</w:t>
      </w:r>
    </w:p>
    <w:p>
      <w:r>
        <w:rPr>
          <w:b/>
        </w:rPr>
        <w:t xml:space="preserve">[03:28] </w:t>
      </w:r>
      <w:r>
        <w:t>Islam allows to kill combatants, but not the non-combatant.</w:t>
      </w:r>
    </w:p>
    <w:p>
      <w:pPr>
        <w:jc w:val="right"/>
      </w:pPr>
      <w:r>
        <w:t>اسلام الاوز ٹو کل کمبیٹنٹ، بٹ ناٹ دا نان کمبیٹنٹ۔</w:t>
      </w:r>
    </w:p>
    <w:p>
      <w:r>
        <w:rPr>
          <w:b/>
        </w:rPr>
        <w:t xml:space="preserve">[03:36] </w:t>
      </w:r>
      <w:r>
        <w:t>So when you say that now, we are living in an age, that is weapons of mass destruction.</w:t>
      </w:r>
    </w:p>
    <w:p>
      <w:pPr>
        <w:jc w:val="right"/>
      </w:pPr>
      <w:r>
        <w:t>سو وین یو سی دیٹ ناو، وی ار لیونگ ان این ایج، دیٹ از ویپنز اف موسٹ ڈسٹرکشن۔</w:t>
      </w:r>
    </w:p>
    <w:p>
      <w:r>
        <w:rPr>
          <w:b/>
        </w:rPr>
        <w:t xml:space="preserve">[03:43] </w:t>
      </w:r>
      <w:r>
        <w:t>So I can say that now, war is not an option for Muslims, because in such an age,</w:t>
      </w:r>
    </w:p>
    <w:p>
      <w:pPr>
        <w:jc w:val="right"/>
      </w:pPr>
      <w:r>
        <w:t>سو ائی کین سے دیٹ ناو، وار از ناٹ ان اپشن فار مسلمز، بیکاز ان سچ ا ایج،</w:t>
      </w:r>
    </w:p>
    <w:p>
      <w:r>
        <w:rPr>
          <w:b/>
        </w:rPr>
        <w:t xml:space="preserve">[03:51] </w:t>
      </w:r>
      <w:r>
        <w:t>You cannot save yourself from killing non-combatants, because now, the age is age is weapons of mass destruction.</w:t>
      </w:r>
    </w:p>
    <w:p>
      <w:pPr>
        <w:jc w:val="right"/>
      </w:pPr>
      <w:r>
        <w:t>یو کناٹ سیو یور سیلف فرام کلنگ نان کمبیٹنٹ، بیکاز ناو، دا ایج از ایج از ویپنز اف موسٹ ڈسٹرکشن۔</w:t>
      </w:r>
    </w:p>
    <w:p>
      <w:r>
        <w:rPr>
          <w:b/>
        </w:rPr>
        <w:t xml:space="preserve">[03:58] </w:t>
      </w:r>
      <w:r>
        <w:t>So I am, I can say with conviction that now, there is now, Muslims have no option other</w:t>
      </w:r>
    </w:p>
    <w:p>
      <w:pPr>
        <w:jc w:val="right"/>
      </w:pPr>
      <w:r>
        <w:t>سو ائی ایم، ائی کین سے ود کنوکشن دیٹ ناو، دیر از ناو، مسلمز ہیو نو اپشن ادر</w:t>
      </w:r>
    </w:p>
    <w:p>
      <w:r>
        <w:rPr>
          <w:b/>
        </w:rPr>
        <w:t xml:space="preserve">[04:06] </w:t>
      </w:r>
      <w:r>
        <w:t>deen peaceful activism.</w:t>
      </w:r>
    </w:p>
    <w:p>
      <w:pPr>
        <w:jc w:val="right"/>
      </w:pPr>
      <w:r>
        <w:t>دین پیس فل ایکٹیوزم۔</w:t>
      </w:r>
    </w:p>
    <w:p>
      <w:r>
        <w:rPr>
          <w:b/>
        </w:rPr>
        <w:t xml:space="preserve">[04:13] </w:t>
      </w:r>
      <w:r>
        <w:t>Now, war is not a next option for us.</w:t>
      </w:r>
    </w:p>
    <w:p>
      <w:pPr>
        <w:jc w:val="right"/>
      </w:pPr>
      <w:r>
        <w:t>ناو، وار از ناٹ ا نیکسٹ اپشن فار اس۔</w:t>
      </w:r>
    </w:p>
    <w:p>
      <w:r>
        <w:rPr>
          <w:b/>
        </w:rPr>
        <w:t xml:space="preserve">[04:21] </w:t>
      </w:r>
      <w:r>
        <w:t>Scholars generally define peace as absence of war.</w:t>
      </w:r>
    </w:p>
    <w:p>
      <w:pPr>
        <w:jc w:val="right"/>
      </w:pPr>
      <w:r>
        <w:t>اسکالرز جنرلی ڈیفائن پیس ایز ایبسنس اف وار۔</w:t>
      </w:r>
    </w:p>
    <w:p>
      <w:r>
        <w:rPr>
          <w:b/>
        </w:rPr>
        <w:t xml:space="preserve">[04:28] </w:t>
      </w:r>
      <w:r>
        <w:t>ٹیکنیکلی، it is correct definition, but it does not include the positive aspect of peace, because where there</w:t>
      </w:r>
    </w:p>
    <w:p>
      <w:pPr>
        <w:jc w:val="right"/>
      </w:pPr>
      <w:r>
        <w:t>ٹیکنیکلی، اٹ از کریکٹ ڈیفینیشن، بٹ اٹ ڈز ناٹ انکلوڈ دا پوزیٹیو اسپیکٹ اف پیس، بیکاز ویر دیر</w:t>
      </w:r>
    </w:p>
    <w:p>
      <w:r>
        <w:rPr>
          <w:b/>
        </w:rPr>
        <w:t xml:space="preserve">[04:36] </w:t>
      </w:r>
      <w:r>
        <w:t>As pace, there are opportunities.</w:t>
      </w:r>
    </w:p>
    <w:p>
      <w:pPr>
        <w:jc w:val="right"/>
      </w:pPr>
      <w:r>
        <w:t>از پیس، دیر ار اپرچونیٹیز۔</w:t>
      </w:r>
    </w:p>
    <w:p>
      <w:r>
        <w:rPr>
          <w:b/>
        </w:rPr>
        <w:t xml:space="preserve">[04:43] </w:t>
      </w:r>
      <w:r>
        <w:t>If you say that light means absence of darkness, so technically, this definition is correct.</w:t>
      </w:r>
    </w:p>
    <w:p>
      <w:pPr>
        <w:jc w:val="right"/>
      </w:pPr>
      <w:r>
        <w:t>اف یو سے دیٹ لائٹ مینز ایبسنس اف ڈارکنس، سو ٹیکنیکلی، دس ڈیفینیشن از کریکٹ۔</w:t>
      </w:r>
    </w:p>
    <w:p>
      <w:r>
        <w:rPr>
          <w:b/>
        </w:rPr>
        <w:t xml:space="preserve">[04:51] </w:t>
      </w:r>
      <w:r>
        <w:t>But you know, where there is light, there are opportunities.</w:t>
      </w:r>
    </w:p>
    <w:p>
      <w:pPr>
        <w:jc w:val="right"/>
      </w:pPr>
      <w:r>
        <w:t>بٹ یو نو، ویر دیر از لائٹ، دیر ار اپرچونیٹیز۔</w:t>
      </w:r>
    </w:p>
    <w:p>
      <w:r>
        <w:rPr>
          <w:b/>
        </w:rPr>
        <w:t xml:space="preserve">[04:58] </w:t>
      </w:r>
      <w:r>
        <w:t>Light doesn't mean that there is no darkness.</w:t>
      </w:r>
    </w:p>
    <w:p>
      <w:pPr>
        <w:jc w:val="right"/>
      </w:pPr>
      <w:r>
        <w:t>لائٹ ڈزنٹ مین دیٹ دیر از نو ڈارکنس۔</w:t>
      </w:r>
    </w:p>
    <w:p>
      <w:r>
        <w:rPr>
          <w:b/>
        </w:rPr>
        <w:t xml:space="preserve">[05:06] </w:t>
      </w:r>
      <w:r>
        <w:t>At the same time, the light has some positive positive aspect.</w:t>
      </w:r>
    </w:p>
    <w:p>
      <w:pPr>
        <w:jc w:val="right"/>
      </w:pPr>
      <w:r>
        <w:t>ایٹ دا سیم ٹائم، دا لائٹ ہیز سم پوزیٹیو پوزیٹیو اسپیکٹ۔</w:t>
      </w:r>
    </w:p>
    <w:p>
      <w:r>
        <w:rPr>
          <w:b/>
        </w:rPr>
        <w:t xml:space="preserve">[05:13] </w:t>
      </w:r>
      <w:r>
        <w:t>Without, when there is light, you can see everything.</w:t>
      </w:r>
    </w:p>
    <w:p>
      <w:pPr>
        <w:jc w:val="right"/>
      </w:pPr>
      <w:r>
        <w:t>وداؤٹ، وین دیر از لائٹ، یو کین سی ایوری تھنگ۔</w:t>
      </w:r>
    </w:p>
    <w:p>
      <w:r>
        <w:rPr>
          <w:b/>
        </w:rPr>
        <w:t xml:space="preserve">[05:21] </w:t>
      </w:r>
      <w:r>
        <w:t>You know, without light, you cannot see anything.</w:t>
      </w:r>
    </w:p>
    <w:p>
      <w:pPr>
        <w:jc w:val="right"/>
      </w:pPr>
      <w:r>
        <w:t>یو نو، وداؤٹ لائٹ، یو کناٹ سی اینی تھنگ۔</w:t>
      </w:r>
    </w:p>
    <w:p>
      <w:r>
        <w:rPr>
          <w:b/>
        </w:rPr>
        <w:t xml:space="preserve">[05:28] </w:t>
      </w:r>
      <w:r>
        <w:t>Where there is light, there are activities, all kind of activities.</w:t>
      </w:r>
    </w:p>
    <w:p>
      <w:pPr>
        <w:jc w:val="right"/>
      </w:pPr>
      <w:r>
        <w:t>ویر دیر از لائٹ، دیر ار ایکٹیویٹیز، ال کائنڈ اف ایکٹیویٹیز۔</w:t>
      </w:r>
    </w:p>
    <w:p>
      <w:r>
        <w:rPr>
          <w:b/>
        </w:rPr>
        <w:t xml:space="preserve">[05:36] </w:t>
      </w:r>
      <w:r>
        <w:t>So, so this, this kind of definition that peace means absence of war is not, not complete.</w:t>
      </w:r>
    </w:p>
    <w:p>
      <w:pPr>
        <w:jc w:val="right"/>
      </w:pPr>
      <w:r>
        <w:t>سو، سو دس، دس کائنڈ اف ڈیفینیشن دیٹ پیس مینز ایبسنس اف وار از ناٹ، ناٹ کمپلیٹ۔</w:t>
      </w:r>
    </w:p>
    <w:p>
      <w:r>
        <w:rPr>
          <w:b/>
        </w:rPr>
        <w:t xml:space="preserve">[05:43] </w:t>
      </w:r>
      <w:r>
        <w:t>You have to add the positive aspect to this definition.</w:t>
      </w:r>
    </w:p>
    <w:p>
      <w:pPr>
        <w:jc w:val="right"/>
      </w:pPr>
      <w:r>
        <w:t>یو ہیو ٹو ایڈ دا پوزیٹیو اسپیکٹ ٹو دس ڈیفینیشن۔</w:t>
      </w:r>
    </w:p>
    <w:p>
      <w:r>
        <w:rPr>
          <w:b/>
        </w:rPr>
        <w:t xml:space="preserve">[05:51] </w:t>
      </w:r>
      <w:r>
        <w:t>So people generally don't know this aspect, so they fail to avail the opportunities.</w:t>
      </w:r>
    </w:p>
    <w:p>
      <w:pPr>
        <w:jc w:val="right"/>
      </w:pPr>
      <w:r>
        <w:t>سو پیپل جنرلی ڈونٹ نو دس اسپیکٹ، سو دے فیل ٹو اویل دا اپرچونیٹیز۔</w:t>
      </w:r>
    </w:p>
    <w:p>
      <w:r>
        <w:rPr>
          <w:b/>
        </w:rPr>
        <w:t xml:space="preserve">[05:58] </w:t>
      </w:r>
      <w:r>
        <w:t>Life of Prophet Ibrahim, there was an agreement, called Hudaibiyah Agreement, well known agreement.</w:t>
      </w:r>
    </w:p>
    <w:p>
      <w:pPr>
        <w:jc w:val="right"/>
      </w:pPr>
      <w:r>
        <w:t>لائف اف پرافٹ ابراہیم، دیر واز این ایگریمنٹ، کالڈ حدیبی ایگریمنٹ، ویل نون ایگریمنٹ۔</w:t>
      </w:r>
    </w:p>
    <w:p>
      <w:r>
        <w:rPr>
          <w:b/>
        </w:rPr>
        <w:t xml:space="preserve">[06:06] </w:t>
      </w:r>
      <w:r>
        <w:t>If you read the provision of this agreement, you will find that this agreement was completely in the</w:t>
      </w:r>
    </w:p>
    <w:p>
      <w:pPr>
        <w:jc w:val="right"/>
      </w:pPr>
      <w:r>
        <w:t>اف یو ریڈ دا پروویژن اف دس ایگریمنٹ، یو ویل فائنڈ دیٹ دس ایگریمنٹ واز کمپلیٹلی ان دا</w:t>
      </w:r>
    </w:p>
    <w:p>
      <w:r>
        <w:rPr>
          <w:b/>
        </w:rPr>
        <w:t xml:space="preserve">[06:13] </w:t>
      </w:r>
      <w:r>
        <w:t>conditions of other party, the opposite party.</w:t>
      </w:r>
    </w:p>
    <w:p>
      <w:pPr>
        <w:jc w:val="right"/>
      </w:pPr>
      <w:r>
        <w:t>کنڈیشنز اف ادر پارٹی، دا اپوزٹ پارٹی۔</w:t>
      </w:r>
    </w:p>
    <w:p>
      <w:r>
        <w:rPr>
          <w:b/>
        </w:rPr>
        <w:t xml:space="preserve">[06:21] </w:t>
      </w:r>
      <w:r>
        <w:t>Opposite party was not ready to accept any condition given by the Prophet of Islam, but Prophet of</w:t>
      </w:r>
    </w:p>
    <w:p>
      <w:pPr>
        <w:jc w:val="right"/>
      </w:pPr>
      <w:r>
        <w:t>اپوزٹ پارٹی واز ناٹ ریڈی ٹو ایکسیپٹ اینی کنڈیشن گیون بائے دا پرافٹ اف اسلام، بٹ پرافٹ اف</w:t>
      </w:r>
    </w:p>
    <w:p>
      <w:r>
        <w:rPr>
          <w:b/>
        </w:rPr>
        <w:t xml:space="preserve">[06:28] </w:t>
      </w:r>
      <w:r>
        <w:t>Islam accepted their conditions, and he entered into the Hudaibiya agreement.</w:t>
      </w:r>
    </w:p>
    <w:p>
      <w:pPr>
        <w:jc w:val="right"/>
      </w:pPr>
      <w:r>
        <w:t>اسلام ایکسیپٹڈ دیر کنڈیشنز، اینڈ ہی انٹر انٹو دا حدیبی ایگریمنٹ۔</w:t>
      </w:r>
    </w:p>
    <w:p>
      <w:r>
        <w:rPr>
          <w:b/>
        </w:rPr>
        <w:t xml:space="preserve">[06:36] </w:t>
      </w:r>
      <w:r>
        <w:t>Why? Because Hudaibiyah agreement, although it was finalized according to their conditions, but Hudaibiyah agreement gave peace to</w:t>
      </w:r>
    </w:p>
    <w:p>
      <w:pPr>
        <w:jc w:val="right"/>
      </w:pPr>
      <w:r>
        <w:t>وائی؟ بیکاز حدیبی ایگریمنٹ، الدو اٹ واز فائنلائز اکارڈنگ ٹو دیر کنڈیشنز، بٹ حدیبی ایگریمنٹ گیو پیس ٹو</w:t>
      </w:r>
    </w:p>
    <w:p>
      <w:r>
        <w:rPr>
          <w:b/>
        </w:rPr>
        <w:t xml:space="preserve">[06:43] </w:t>
      </w:r>
      <w:r>
        <w:t>The Prophet of Islam.</w:t>
      </w:r>
    </w:p>
    <w:p>
      <w:pPr>
        <w:jc w:val="right"/>
      </w:pPr>
      <w:r>
        <w:t>دا پرافٹ اف اسلام۔</w:t>
      </w:r>
    </w:p>
    <w:p>
      <w:r>
        <w:rPr>
          <w:b/>
        </w:rPr>
        <w:t xml:space="preserve">[06:51] </w:t>
      </w:r>
      <w:r>
        <w:t>Hudaybiyyah Agreement established peace among the both parties, among Muslims and non-Muslims.</w:t>
      </w:r>
    </w:p>
    <w:p>
      <w:pPr>
        <w:jc w:val="right"/>
      </w:pPr>
      <w:r>
        <w:t>حدیبی ایگریمنٹ اسٹیبلش پیس امنگ دا بوتھ پارٹیز، امنگ مسلمز اینڈ نان مسلمز۔</w:t>
      </w:r>
    </w:p>
    <w:p>
      <w:r>
        <w:rPr>
          <w:b/>
        </w:rPr>
        <w:t xml:space="preserve">[06:58] </w:t>
      </w:r>
      <w:r>
        <w:t>So this, this, after this agreement, there was revelation in the Quran.</w:t>
      </w:r>
    </w:p>
    <w:p>
      <w:pPr>
        <w:jc w:val="right"/>
      </w:pPr>
      <w:r>
        <w:t>سو دس، دس، افٹر دس ایگریمنٹ، دیر واز ریولیشن ان دا قران۔</w:t>
      </w:r>
    </w:p>
    <w:p>
      <w:r>
        <w:rPr>
          <w:b/>
        </w:rPr>
        <w:t xml:space="preserve">[07:06] </w:t>
      </w:r>
      <w:r>
        <w:t>انا فتانہ فتح مبینہ، We gave you a clear victory.</w:t>
      </w:r>
    </w:p>
    <w:p>
      <w:pPr>
        <w:jc w:val="right"/>
      </w:pPr>
      <w:r>
        <w:t>انا فتانہ فتح مبینہ، وی گیو یو کلیئر وکٹری۔</w:t>
      </w:r>
    </w:p>
    <w:p>
      <w:r>
        <w:rPr>
          <w:b/>
        </w:rPr>
        <w:t xml:space="preserve">[07:13] </w:t>
      </w:r>
      <w:r>
        <w:t>Now, what was that victory? What was that victory? That victory was in terms of opportunity, not in</w:t>
      </w:r>
    </w:p>
    <w:p>
      <w:pPr>
        <w:jc w:val="right"/>
      </w:pPr>
      <w:r>
        <w:t>ناو، واٹ واز دیٹ وکٹری؟ واٹ واز دیٹ وکٹری؟ دیٹ وکٹری واز ان ٹرم اف اپرچونیٹی، ناٹ ان</w:t>
      </w:r>
    </w:p>
    <w:p>
      <w:r>
        <w:rPr>
          <w:b/>
        </w:rPr>
        <w:t xml:space="preserve">[07:21] </w:t>
      </w:r>
      <w:r>
        <w:t>term of justice.</w:t>
      </w:r>
    </w:p>
    <w:p>
      <w:pPr>
        <w:jc w:val="right"/>
      </w:pPr>
      <w:r>
        <w:t>ٹرم اف جسٹس۔</w:t>
      </w:r>
    </w:p>
    <w:p>
      <w:r>
        <w:rPr>
          <w:b/>
        </w:rPr>
        <w:t xml:space="preserve">[07:28] </w:t>
      </w:r>
      <w:r>
        <w:t>Quran says that, "Inna fatahna laka fathan mubina", yani Hudaybiyyah agreement is victory for you, but there was no victory</w:t>
      </w:r>
    </w:p>
    <w:p>
      <w:pPr>
        <w:jc w:val="right"/>
      </w:pPr>
      <w:r>
        <w:t>قران سیز دیٹ انا فتانہ مبینہ، یعنی حدیبیہ ایگریمنٹ از وکٹری فار یو، بٹ دیر واز نو وکٹری</w:t>
      </w:r>
    </w:p>
    <w:p>
      <w:r>
        <w:rPr>
          <w:b/>
        </w:rPr>
        <w:t xml:space="preserve">[07:36] </w:t>
      </w:r>
      <w:r>
        <w:t>in terms of justice.</w:t>
      </w:r>
    </w:p>
    <w:p>
      <w:pPr>
        <w:jc w:val="right"/>
      </w:pPr>
      <w:r>
        <w:t>ان ٹرم اف جسٹس۔</w:t>
      </w:r>
    </w:p>
    <w:p>
      <w:r>
        <w:rPr>
          <w:b/>
        </w:rPr>
        <w:t xml:space="preserve">[07:43] </w:t>
      </w:r>
      <w:r>
        <w:t>No, what achieved? What was achieved by Muslims was only in terms of opportunity.</w:t>
      </w:r>
    </w:p>
    <w:p>
      <w:pPr>
        <w:jc w:val="right"/>
      </w:pPr>
      <w:r>
        <w:t>نو، واٹ اچیو؟ واٹ واز اچیوڈ بائے مسلمز واز اونلی ان ٹرم اف اپرچونیٹی۔</w:t>
      </w:r>
    </w:p>
    <w:p>
      <w:r>
        <w:rPr>
          <w:b/>
        </w:rPr>
        <w:t xml:space="preserve">[07:51] </w:t>
      </w:r>
      <w:r>
        <w:t>Opportunity of interaction, opportunity of dialogue, opportunity of dawah work, all kind of activities, except war.</w:t>
      </w:r>
    </w:p>
    <w:p>
      <w:pPr>
        <w:jc w:val="right"/>
      </w:pPr>
      <w:r>
        <w:t>اپرچونیٹی اف انٹریکشن، اپرچونیٹی اف ڈائیلاگ، اپرچونیٹی اف دعوی ورک، ال کائنڈ اف ایکٹیویٹیز، ایکسیپٹ وار۔</w:t>
      </w:r>
    </w:p>
    <w:p>
      <w:r>
        <w:rPr>
          <w:b/>
        </w:rPr>
        <w:t xml:space="preserve">[07:58] </w:t>
      </w:r>
      <w:r>
        <w:t>So, Prophet accepted this agreement, and the result was peerless.</w:t>
      </w:r>
    </w:p>
    <w:p>
      <w:pPr>
        <w:jc w:val="right"/>
      </w:pPr>
      <w:r>
        <w:t>سو پرافٹ ایکسیپٹڈ دس ایگریمنٹ، اینڈ دا رزلٹ واز بریکلس۔</w:t>
      </w:r>
    </w:p>
    <w:p>
      <w:r>
        <w:rPr>
          <w:b/>
        </w:rPr>
        <w:t xml:space="preserve">[08:06] </w:t>
      </w:r>
      <w:r>
        <w:t>Within two years, the Prophet was victorious.</w:t>
      </w:r>
    </w:p>
    <w:p>
      <w:pPr>
        <w:jc w:val="right"/>
      </w:pPr>
      <w:r>
        <w:t>ود ان ٹو ایئرز، دا پرافٹ واز وکٹوریس۔</w:t>
      </w:r>
    </w:p>
    <w:p>
      <w:r>
        <w:rPr>
          <w:b/>
        </w:rPr>
        <w:t xml:space="preserve">[08:13] </w:t>
      </w:r>
      <w:r>
        <w:t>So it is very important to know that peace is a great boon for any society.</w:t>
      </w:r>
    </w:p>
    <w:p>
      <w:pPr>
        <w:jc w:val="right"/>
      </w:pPr>
      <w:r>
        <w:t>سو اٹ از ویری امپورٹنٹ ٹو نو دیٹ پیس از ا گریٹ بون فار اینی سوسائٹی۔</w:t>
      </w:r>
    </w:p>
    <w:p>
      <w:r>
        <w:rPr>
          <w:b/>
        </w:rPr>
        <w:t xml:space="preserve">[08:21] </w:t>
      </w:r>
      <w:r>
        <w:t>You know, our modern mind believe that freedom is some bonum, but I don't think so.</w:t>
      </w:r>
    </w:p>
    <w:p>
      <w:pPr>
        <w:jc w:val="right"/>
      </w:pPr>
      <w:r>
        <w:t>یو نو، اور ماڈرن مائنڈ بیلیو دیٹ فریڈم از سم بونم، بٹ ائی ڈونٹ تھنک سو۔</w:t>
      </w:r>
    </w:p>
    <w:p>
      <w:r>
        <w:rPr>
          <w:b/>
        </w:rPr>
        <w:t xml:space="preserve">[08:28] </w:t>
      </w:r>
      <w:r>
        <w:t>Freedom is not some boon, because freedom is not absolute good. Absolute good!</w:t>
      </w:r>
    </w:p>
    <w:p>
      <w:pPr>
        <w:jc w:val="right"/>
      </w:pPr>
      <w:r>
        <w:t>فریڈم از ناٹ سم بونم، بیکاز فریڈم از ناٹ ایبسولیوٹ گڈ۔ ایبسولیوٹ گڈ!</w:t>
      </w:r>
    </w:p>
    <w:p>
      <w:r>
        <w:rPr>
          <w:b/>
        </w:rPr>
        <w:t xml:space="preserve">[08:36] </w:t>
      </w:r>
      <w:r>
        <w:t>You know, unlimited freedom becomes anarchy.</w:t>
      </w:r>
    </w:p>
    <w:p>
      <w:pPr>
        <w:jc w:val="right"/>
      </w:pPr>
      <w:r>
        <w:t>یو نو، ان لمیٹڈ فریڈم بیکم انارکی۔</w:t>
      </w:r>
    </w:p>
    <w:p>
      <w:r>
        <w:rPr>
          <w:b/>
        </w:rPr>
        <w:t xml:space="preserve">[08:42] </w:t>
      </w:r>
      <w:r>
        <w:t>Unlimited freedom become anarchy.</w:t>
      </w:r>
    </w:p>
    <w:p>
      <w:pPr>
        <w:jc w:val="right"/>
      </w:pPr>
      <w:r>
        <w:t>ان لمیٹڈ فریڈم بیکم انارکی۔</w:t>
      </w:r>
    </w:p>
    <w:p>
      <w:r>
        <w:rPr>
          <w:b/>
        </w:rPr>
        <w:t xml:space="preserve">[08:49] </w:t>
      </w:r>
      <w:r>
        <w:t>So one scholar, one American scholar, published a book.</w:t>
      </w:r>
    </w:p>
    <w:p>
      <w:pPr>
        <w:jc w:val="right"/>
      </w:pPr>
      <w:r>
        <w:t>سو ون اسکالر، ون امریکن اسکالر، پبلش بک۔</w:t>
      </w:r>
    </w:p>
    <w:p>
      <w:r>
        <w:rPr>
          <w:b/>
        </w:rPr>
        <w:t xml:space="preserve">[08:56] </w:t>
      </w:r>
      <w:r>
        <w:t>He says in this book: "We can't afford freedom, that is we can't afford unlimited freedom." So</w:t>
      </w:r>
    </w:p>
    <w:p>
      <w:pPr>
        <w:jc w:val="right"/>
      </w:pPr>
      <w:r>
        <w:t>ہی سیز ان دس بک: "وی کانٹ افورڈ فریڈم، دیٹ از وی کانٹ افورڈ ان لمیٹڈ فریڈم۔" سو</w:t>
      </w:r>
    </w:p>
    <w:p>
      <w:r>
        <w:rPr>
          <w:b/>
        </w:rPr>
        <w:t xml:space="preserve">[09:03] </w:t>
      </w:r>
      <w:r>
        <w:t>He says that only limited freedom is good.</w:t>
      </w:r>
    </w:p>
    <w:p>
      <w:pPr>
        <w:jc w:val="right"/>
      </w:pPr>
      <w:r>
        <w:t>ہی سیز دیٹ اونلی لمیٹڈ فریڈم از گڈ۔</w:t>
      </w:r>
    </w:p>
    <w:p>
      <w:r>
        <w:rPr>
          <w:b/>
        </w:rPr>
        <w:t xml:space="preserve">[09:10] </w:t>
      </w:r>
      <w:r>
        <w:t>Unlimited freedom is not good, but there is no limitation in peace.</w:t>
      </w:r>
    </w:p>
    <w:p>
      <w:pPr>
        <w:jc w:val="right"/>
      </w:pPr>
      <w:r>
        <w:t>ان لمیٹڈ فریڈم از ناٹ گڈ، بٹ دیر از نو لیمیٹیشن ان پیس۔</w:t>
      </w:r>
    </w:p>
    <w:p>
      <w:r>
        <w:rPr>
          <w:b/>
        </w:rPr>
        <w:t xml:space="preserve">[09:17] </w:t>
      </w:r>
      <w:r>
        <w:t>Peace has no limitations.</w:t>
      </w:r>
    </w:p>
    <w:p>
      <w:pPr>
        <w:jc w:val="right"/>
      </w:pPr>
      <w:r>
        <w:t>پیس ہیز نو لیمیٹیشنز۔</w:t>
      </w:r>
    </w:p>
    <w:p>
      <w:r>
        <w:rPr>
          <w:b/>
        </w:rPr>
        <w:t xml:space="preserve">[09:24] </w:t>
      </w:r>
      <w:r>
        <w:t>So peace is some bonum, and not freedom.</w:t>
      </w:r>
    </w:p>
    <w:p>
      <w:pPr>
        <w:jc w:val="right"/>
      </w:pPr>
      <w:r>
        <w:t>سو پیس از سم بونم، اینڈ ناٹ فریڈم۔</w:t>
      </w:r>
    </w:p>
    <w:p>
      <w:r>
        <w:rPr>
          <w:b/>
        </w:rPr>
        <w:t xml:space="preserve">[09:31] </w:t>
      </w:r>
      <w:r>
        <w:t>It is by conviction that peace is the summum bonum, and freedom is not summum bonum.</w:t>
      </w:r>
    </w:p>
    <w:p>
      <w:pPr>
        <w:jc w:val="right"/>
      </w:pPr>
      <w:r>
        <w:t>اٹ از بائی کنوکشن دیٹ پیس از دا سم بونم، اینڈ فریڈم از ناٹ سم بونم۔</w:t>
      </w:r>
    </w:p>
    <w:p>
      <w:r>
        <w:rPr>
          <w:b/>
        </w:rPr>
        <w:t xml:space="preserve">[09:38] </w:t>
      </w:r>
      <w:r>
        <w:t>So we have to know the importance of peace, the value of peace.</w:t>
      </w:r>
    </w:p>
    <w:p>
      <w:pPr>
        <w:jc w:val="right"/>
      </w:pPr>
      <w:r>
        <w:t>سو وی ہیو ٹو نو دا امپورٹنس اف پیس، دا ویلیو اف پیس۔</w:t>
      </w:r>
    </w:p>
    <w:p>
      <w:r>
        <w:rPr>
          <w:b/>
        </w:rPr>
        <w:t xml:space="preserve">[09:44] </w:t>
      </w:r>
      <w:r>
        <w:t>Now, I can, I want to give you some references.</w:t>
      </w:r>
    </w:p>
    <w:p>
      <w:pPr>
        <w:jc w:val="right"/>
      </w:pPr>
      <w:r>
        <w:t>ناو، ائی کین، ائی وانٹ ٹو گیو یو سم ریفرنسز۔</w:t>
      </w:r>
    </w:p>
    <w:p>
      <w:r>
        <w:rPr>
          <w:b/>
        </w:rPr>
        <w:t xml:space="preserve">[09:51] </w:t>
      </w:r>
      <w:r>
        <w:t>The Prophet of Islam has said that to his companions when he was in Mecca.</w:t>
      </w:r>
    </w:p>
    <w:p>
      <w:pPr>
        <w:jc w:val="right"/>
      </w:pPr>
      <w:r>
        <w:t>دا پرافٹ اف اسلام ہیز سیڈ دیٹ ٹو ہز کمپینینز وین ہی واز ان مکہ۔</w:t>
      </w:r>
    </w:p>
    <w:p>
      <w:r>
        <w:rPr>
          <w:b/>
        </w:rPr>
        <w:t xml:space="preserve">[09:58] </w:t>
      </w:r>
      <w:r>
        <w:t>This hadith you can see in Nasai.</w:t>
      </w:r>
    </w:p>
    <w:p>
      <w:pPr>
        <w:jc w:val="right"/>
      </w:pPr>
      <w:r>
        <w:t>دس حدیث یو کین سی ان نسائی۔</w:t>
      </w:r>
    </w:p>
    <w:p>
      <w:r>
        <w:rPr>
          <w:b/>
        </w:rPr>
        <w:t xml:space="preserve">[10:05] </w:t>
      </w:r>
      <w:r>
        <w:t>Nasai is one of very well known Hadith book.</w:t>
      </w:r>
    </w:p>
    <w:p>
      <w:pPr>
        <w:jc w:val="right"/>
      </w:pPr>
      <w:r>
        <w:t>نسائی از ون اف ویری ویل نون حدیث بک۔</w:t>
      </w:r>
    </w:p>
    <w:p>
      <w:r>
        <w:rPr>
          <w:b/>
        </w:rPr>
        <w:t xml:space="preserve">[10:12] </w:t>
      </w:r>
      <w:r>
        <w:t>تو Prophet of Islam has said to his companions: "Inni umirtu bil afw, fala tuqatilun al-qaum." It means that</w:t>
      </w:r>
    </w:p>
    <w:p>
      <w:pPr>
        <w:jc w:val="right"/>
      </w:pPr>
      <w:r>
        <w:t>تو پرافٹ اف اسلام ہیز سیڈ ٹو ہز کمپینینز: "انی امرت بالعف، فلا تقاتلون القوم۔" اٹ مینز دیٹ</w:t>
      </w:r>
    </w:p>
    <w:p>
      <w:r>
        <w:rPr>
          <w:b/>
        </w:rPr>
        <w:t xml:space="preserve">[10:19] </w:t>
      </w:r>
      <w:r>
        <w:t>God has commanded me forgiveness.</w:t>
      </w:r>
    </w:p>
    <w:p>
      <w:pPr>
        <w:jc w:val="right"/>
      </w:pPr>
      <w:r>
        <w:t>گاڈ ہیز کمانڈڈ می فارگیونس۔</w:t>
      </w:r>
    </w:p>
    <w:p>
      <w:r>
        <w:rPr>
          <w:b/>
        </w:rPr>
        <w:t xml:space="preserve">[10:26] </w:t>
      </w:r>
      <w:r>
        <w:t>So do not make war up, people.</w:t>
      </w:r>
    </w:p>
    <w:p>
      <w:pPr>
        <w:jc w:val="right"/>
      </w:pPr>
      <w:r>
        <w:t>سو ڈو ناٹ میک وار اپ پیپل۔</w:t>
      </w:r>
    </w:p>
    <w:p>
      <w:r>
        <w:rPr>
          <w:b/>
        </w:rPr>
        <w:t xml:space="preserve">[10:33] </w:t>
      </w:r>
      <w:r>
        <w:t>So do not make war up, people.</w:t>
      </w:r>
    </w:p>
    <w:p>
      <w:pPr>
        <w:jc w:val="right"/>
      </w:pPr>
      <w:r>
        <w:t>سو ڈو ناٹ میک وار اپ پیپل۔</w:t>
      </w:r>
    </w:p>
    <w:p>
      <w:r>
        <w:rPr>
          <w:b/>
        </w:rPr>
        <w:t xml:space="preserve">[10:40] </w:t>
      </w:r>
      <w:r>
        <w:t>What it means? It means that we have to avoid all those atrocities.</w:t>
      </w:r>
    </w:p>
    <w:p>
      <w:pPr>
        <w:jc w:val="right"/>
      </w:pPr>
      <w:r>
        <w:t>واٹ اٹ مین؟ اٹ مینز دیٹ وی ہیو ٹو اوائڈ ال دوز اٹراسٹیز۔</w:t>
      </w:r>
    </w:p>
    <w:p>
      <w:r>
        <w:rPr>
          <w:b/>
        </w:rPr>
        <w:t xml:space="preserve">[10:47] </w:t>
      </w:r>
      <w:r>
        <w:t>We have to avoid all those unpleasant situations.</w:t>
      </w:r>
    </w:p>
    <w:p>
      <w:pPr>
        <w:jc w:val="right"/>
      </w:pPr>
      <w:r>
        <w:t>وی ہیو ٹو اوائڈ ال دوز ان پریزنٹ سچویشنز۔</w:t>
      </w:r>
    </w:p>
    <w:p>
      <w:r>
        <w:rPr>
          <w:b/>
        </w:rPr>
        <w:t xml:space="preserve">[10:53] </w:t>
      </w:r>
      <w:r>
        <w:t>We have avoided all those, all those harmful activities from the other party.</w:t>
      </w:r>
    </w:p>
    <w:p>
      <w:pPr>
        <w:jc w:val="right"/>
      </w:pPr>
      <w:r>
        <w:t>وی ہیو اوائڈ ال دوز، ال دوز ہارم فل ایکٹیویٹیز فرام دی ادر پارٹی۔</w:t>
      </w:r>
    </w:p>
    <w:p>
      <w:r>
        <w:rPr>
          <w:b/>
        </w:rPr>
        <w:t xml:space="preserve">[11:00] </w:t>
      </w:r>
      <w:r>
        <w:t>Why? Because to establish normalcy, to establish normal situation.</w:t>
      </w:r>
    </w:p>
    <w:p>
      <w:pPr>
        <w:jc w:val="right"/>
      </w:pPr>
      <w:r>
        <w:t>وائی؟ بیکاز ٹو اسٹیبلش نارمل سی، ٹو اسٹیبلش نارمل سچویشن۔</w:t>
      </w:r>
    </w:p>
    <w:p>
      <w:r>
        <w:rPr>
          <w:b/>
        </w:rPr>
        <w:t xml:space="preserve">[11:07] </w:t>
      </w:r>
      <w:r>
        <w:t>Where there is normalcy, there are all kind of constructive activities.</w:t>
      </w:r>
    </w:p>
    <w:p>
      <w:pPr>
        <w:jc w:val="right"/>
      </w:pPr>
      <w:r>
        <w:t>ویر دیر از نارمل سی، دیر ار ال کائنڈ اف کنسٹرکٹیو ایکٹیویٹیز۔</w:t>
      </w:r>
    </w:p>
    <w:p>
      <w:r>
        <w:rPr>
          <w:b/>
        </w:rPr>
        <w:t xml:space="preserve">[11:14] </w:t>
      </w:r>
      <w:r>
        <w:t>So Prophet said that we will establish peace at any cost, at any cost.</w:t>
      </w:r>
    </w:p>
    <w:p>
      <w:pPr>
        <w:jc w:val="right"/>
      </w:pPr>
      <w:r>
        <w:t>سو پرافٹ سیڈ دیٹ وی ول اسٹیبلش پیس ایٹ اینی کاسٹ، ایٹ اینی کاسٹ۔</w:t>
      </w:r>
    </w:p>
    <w:p>
      <w:r>
        <w:rPr>
          <w:b/>
        </w:rPr>
        <w:t xml:space="preserve">[11:21] </w:t>
      </w:r>
      <w:r>
        <w:t>War is not our option.</w:t>
      </w:r>
    </w:p>
    <w:p>
      <w:pPr>
        <w:jc w:val="right"/>
      </w:pPr>
      <w:r>
        <w:t>وار از ناٹ اور اپشن۔</w:t>
      </w:r>
    </w:p>
    <w:p>
      <w:r>
        <w:rPr>
          <w:b/>
        </w:rPr>
        <w:t xml:space="preserve">[11:28] </w:t>
      </w:r>
      <w:r>
        <w:t>Only option is peace.</w:t>
      </w:r>
    </w:p>
    <w:p>
      <w:pPr>
        <w:jc w:val="right"/>
      </w:pPr>
      <w:r>
        <w:t>اونلی اپشن از پیس۔</w:t>
      </w:r>
    </w:p>
    <w:p>
      <w:r>
        <w:rPr>
          <w:b/>
        </w:rPr>
        <w:t xml:space="preserve">[11:35] </w:t>
      </w:r>
      <w:r>
        <w:t>Then you know, the Prophet of Islam has said: "La tatamannaw liqa' al-'aduww." Don't wish confrontation with your enemy.</w:t>
      </w:r>
    </w:p>
    <w:p>
      <w:pPr>
        <w:jc w:val="right"/>
      </w:pPr>
      <w:r>
        <w:t>دین یو نو، دا پرافٹ اف اسلام ہیز سیڈ: "لا تتمن اللہ العافیہ۔" ڈونٹ وش کنفrontiشن ود یور اینمی۔</w:t>
      </w:r>
    </w:p>
    <w:p>
      <w:r>
        <w:rPr>
          <w:b/>
        </w:rPr>
        <w:t xml:space="preserve">[11:42] </w:t>
      </w:r>
      <w:r>
        <w:t>peace from god.</w:t>
      </w:r>
    </w:p>
    <w:p>
      <w:pPr>
        <w:jc w:val="right"/>
      </w:pPr>
      <w:r>
        <w:t>اسک پیس فرام گاڈ۔</w:t>
      </w:r>
    </w:p>
    <w:p>
      <w:r>
        <w:rPr>
          <w:b/>
        </w:rPr>
        <w:t xml:space="preserve">[11:49] </w:t>
      </w:r>
      <w:r>
        <w:t>This is saying of the Prophet of Islam.</w:t>
      </w:r>
    </w:p>
    <w:p>
      <w:pPr>
        <w:jc w:val="right"/>
      </w:pPr>
      <w:r>
        <w:t>دس از سینگ اف دا پرافٹ اف اسلام۔</w:t>
      </w:r>
    </w:p>
    <w:p>
      <w:r>
        <w:rPr>
          <w:b/>
        </w:rPr>
        <w:t xml:space="preserve">[11:55] </w:t>
      </w:r>
      <w:r>
        <w:t>Deen, the Quran has said very clear, in clear words: "Al-sulhu khair." Sulh means conciliation.</w:t>
      </w:r>
    </w:p>
    <w:p>
      <w:pPr>
        <w:jc w:val="right"/>
      </w:pPr>
      <w:r>
        <w:t>دین دا قران ہیز سیڈ ویری کلیئر، ان کلیئر ورڈز: "الصلح خیر۔" صلح مینز کانسلیشن۔</w:t>
      </w:r>
    </w:p>
    <w:p>
      <w:r>
        <w:rPr>
          <w:b/>
        </w:rPr>
        <w:t xml:space="preserve">[12:02] </w:t>
      </w:r>
      <w:r>
        <w:t>You can say sulah means peace.</w:t>
      </w:r>
    </w:p>
    <w:p>
      <w:pPr>
        <w:jc w:val="right"/>
      </w:pPr>
      <w:r>
        <w:t>یو کین سے صلح مینز پیس۔</w:t>
      </w:r>
    </w:p>
    <w:p>
      <w:r>
        <w:rPr>
          <w:b/>
        </w:rPr>
        <w:t xml:space="preserve">[12:09] </w:t>
      </w:r>
      <w:r>
        <w:t>Peace is reconciliation.</w:t>
      </w:r>
    </w:p>
    <w:p>
      <w:pPr>
        <w:jc w:val="right"/>
      </w:pPr>
      <w:r>
        <w:t>پیس از ریکانسلیشن۔</w:t>
      </w:r>
    </w:p>
    <w:p>
      <w:r>
        <w:rPr>
          <w:b/>
        </w:rPr>
        <w:t xml:space="preserve">[12:16] </w:t>
      </w:r>
      <w:r>
        <w:t>Al-sulhu khair means peace is the good.</w:t>
      </w:r>
    </w:p>
    <w:p>
      <w:pPr>
        <w:jc w:val="right"/>
      </w:pPr>
      <w:r>
        <w:t>الصلح خیر مینز پیس از دا گڈ۔</w:t>
      </w:r>
    </w:p>
    <w:p>
      <w:r>
        <w:rPr>
          <w:b/>
        </w:rPr>
        <w:t xml:space="preserve">[12:23] </w:t>
      </w:r>
      <w:r>
        <w:t>الصلح خیر، reconciliation is the best.</w:t>
      </w:r>
    </w:p>
    <w:p>
      <w:pPr>
        <w:jc w:val="right"/>
      </w:pPr>
      <w:r>
        <w:t>الصلح خیر، ریکانسلیشن از دا بیسٹ۔</w:t>
      </w:r>
    </w:p>
    <w:p>
      <w:r>
        <w:rPr>
          <w:b/>
        </w:rPr>
        <w:t xml:space="preserve">[12:30] </w:t>
      </w:r>
      <w:r>
        <w:t>Peace is the best.</w:t>
      </w:r>
    </w:p>
    <w:p>
      <w:pPr>
        <w:jc w:val="right"/>
      </w:pPr>
      <w:r>
        <w:t>پیس از دا بیسٹ۔</w:t>
      </w:r>
    </w:p>
    <w:p>
      <w:r>
        <w:rPr>
          <w:b/>
        </w:rPr>
        <w:t xml:space="preserve">[12:37] </w:t>
      </w:r>
      <w:r>
        <w:t>By taking this concept, this Quranic concept, Sufi people have formulated, formulated a principle that is in Persian: "Sulh</w:t>
      </w:r>
    </w:p>
    <w:p>
      <w:pPr>
        <w:jc w:val="right"/>
      </w:pPr>
      <w:r>
        <w:t>بائے ٹیکنگ دس کانسیپٹ، دس قرانی کانسیپٹ، صوفی پیپل ہیو فارمولیٹڈ، فارمولیٹڈ پرنسپل دیٹ از ان پرشین: "صلح</w:t>
      </w:r>
    </w:p>
    <w:p>
      <w:r>
        <w:rPr>
          <w:b/>
        </w:rPr>
        <w:t xml:space="preserve">[12:44] </w:t>
      </w:r>
      <w:r>
        <w:t>"This was the formula of Sufi people."</w:t>
      </w:r>
    </w:p>
    <w:p>
      <w:pPr>
        <w:jc w:val="right"/>
      </w:pPr>
      <w:r>
        <w:t>کل۔" دس واز دا فارمولا اف صوفی پیپل۔</w:t>
      </w:r>
    </w:p>
    <w:p>
      <w:r>
        <w:rPr>
          <w:b/>
        </w:rPr>
        <w:t xml:space="preserve">[12:51] </w:t>
      </w:r>
      <w:r>
        <w:t>It was based on this Quranic verse: "Sulh-i kul, that is peace with all." Peace with all!</w:t>
      </w:r>
    </w:p>
    <w:p>
      <w:pPr>
        <w:jc w:val="right"/>
      </w:pPr>
      <w:r>
        <w:t>اٹ واز بیسڈ ان دس قرانی ورس: "صلح کل، دیٹ از پیس ود ال۔" پیس ود ال!</w:t>
      </w:r>
    </w:p>
    <w:p>
      <w:r>
        <w:rPr>
          <w:b/>
        </w:rPr>
        <w:t xml:space="preserve">[12:58] </w:t>
      </w:r>
      <w:r>
        <w:t>I think that this is the best policy of Sufi people, not only Sufi people, but of all the Islamic people. Peace with all!</w:t>
      </w:r>
    </w:p>
    <w:p>
      <w:pPr>
        <w:jc w:val="right"/>
      </w:pPr>
      <w:r>
        <w:t>ائی تھنک دیٹ دس از دا بیسٹ پالیسی اف صوفی پیپل، ناٹ اونلی صوفی پیپل، بٹ اف ال دا اسلامک پیپل۔ پیس ود ال!</w:t>
      </w:r>
    </w:p>
    <w:p>
      <w:r>
        <w:rPr>
          <w:b/>
        </w:rPr>
        <w:t xml:space="preserve">[13:10] </w:t>
      </w:r>
      <w:r>
        <w:t>This is the best, best policy of Muslims.</w:t>
      </w:r>
    </w:p>
    <w:p>
      <w:pPr>
        <w:jc w:val="right"/>
      </w:pPr>
      <w:r>
        <w:t>دس از دا بیسٹ، بیسٹ پالیسی اف مسلمز۔</w:t>
      </w:r>
    </w:p>
    <w:p>
      <w:r>
        <w:rPr>
          <w:b/>
        </w:rPr>
        <w:t xml:space="preserve">[13:18] </w:t>
      </w:r>
      <w:r>
        <w:t>There is a hadith in Sahih al-Bukhari: Aisha, the wife of the Prophet of Islam, says about the:</w:t>
      </w:r>
    </w:p>
    <w:p>
      <w:pPr>
        <w:jc w:val="right"/>
      </w:pPr>
      <w:r>
        <w:t>دیر از ا حدیث ان صحیح البخاری: عائشہ، دا وائف اف دا پرافٹ اف اسلام، سیز اباؤٹ دی:</w:t>
      </w:r>
    </w:p>
    <w:p>
      <w:r>
        <w:rPr>
          <w:b/>
        </w:rPr>
        <w:t xml:space="preserve">[13:26] </w:t>
      </w:r>
      <w:r>
        <w:t>"What was the general policy of the Prophet of Islam?" What was the general policy of the Prophet</w:t>
      </w:r>
    </w:p>
    <w:p>
      <w:pPr>
        <w:jc w:val="right"/>
      </w:pPr>
      <w:r>
        <w:t>"واٹ واز دا جنرل پالیسی اف دا پرافٹ اف اسلام؟" واٹ واز دا جنرل پالیسی اف دا پرافٹ</w:t>
      </w:r>
    </w:p>
    <w:p>
      <w:r>
        <w:rPr>
          <w:b/>
        </w:rPr>
        <w:t xml:space="preserve">[13:34] </w:t>
      </w:r>
      <w:r>
        <w:t>of Islam? He says: "Rasool Allah sallallahu alaihi wasallam bain amrain illakhtara aishah rahma." Whenever the</w:t>
      </w:r>
    </w:p>
    <w:p>
      <w:pPr>
        <w:jc w:val="right"/>
      </w:pPr>
      <w:r>
        <w:t>اف اسلام؟ ہی سیز: "رسول اللہ صلی اللہ علیہ وسلم بین امرین الاختار عائشہ رحمہ۔" وین ایور دا</w:t>
      </w:r>
    </w:p>
    <w:p>
      <w:r>
        <w:rPr>
          <w:b/>
        </w:rPr>
        <w:t xml:space="preserve">[13:42] </w:t>
      </w:r>
      <w:r>
        <w:t>Prophet had to choose between the two, he always opted for easier option rather than harder option.</w:t>
      </w:r>
    </w:p>
    <w:p>
      <w:pPr>
        <w:jc w:val="right"/>
      </w:pPr>
      <w:r>
        <w:t>پرافٹ ہیڈ ٹو چوز بٹوین دا ٹو، ہی الویز اپٹڈ فار ایزر اپشن رادر دین ہارڈر اپشن۔</w:t>
      </w:r>
    </w:p>
    <w:p>
      <w:r>
        <w:rPr>
          <w:b/>
        </w:rPr>
        <w:t xml:space="preserve">[13:50] </w:t>
      </w:r>
      <w:r>
        <w:t>Now, what is easier option and what is harder option? I I would like to say that easier</w:t>
      </w:r>
    </w:p>
    <w:p>
      <w:pPr>
        <w:jc w:val="right"/>
      </w:pPr>
      <w:r>
        <w:t>ناو، واٹ از ایزر اپشن اینڈ واٹ از ہارڈر اپشن؟ ائی ائی وڈ لائک ٹو سی دیٹ ایزر</w:t>
      </w:r>
    </w:p>
    <w:p>
      <w:r>
        <w:rPr>
          <w:b/>
        </w:rPr>
        <w:t xml:space="preserve">[13:59] </w:t>
      </w:r>
      <w:r>
        <w:t>option means peaceful method, and harder option means violent method.</w:t>
      </w:r>
    </w:p>
    <w:p>
      <w:pPr>
        <w:jc w:val="right"/>
      </w:pPr>
      <w:r>
        <w:t>اپشن مینز پیس فل میتھڈ، اینڈ ہارڈر اپشن مینز وائلنٹ میتھڈ۔</w:t>
      </w:r>
    </w:p>
    <w:p>
      <w:r>
        <w:rPr>
          <w:b/>
        </w:rPr>
        <w:t xml:space="preserve">[14:07] </w:t>
      </w:r>
      <w:r>
        <w:t>So whenever peaceful method is available, you are not allowed to go to violent method.</w:t>
      </w:r>
    </w:p>
    <w:p>
      <w:pPr>
        <w:jc w:val="right"/>
      </w:pPr>
      <w:r>
        <w:t>سو وین ایور پیس فل میتھڈ از اویلیبل، یو ار ناٹ الاؤڈ ٹو گو ٹو ٹو وائلنٹ میتھڈ۔</w:t>
      </w:r>
    </w:p>
    <w:p>
      <w:r>
        <w:rPr>
          <w:b/>
        </w:rPr>
        <w:t xml:space="preserve">[14:15] </w:t>
      </w:r>
      <w:r>
        <w:t>It is against the policy of the Prophet of Islam.</w:t>
      </w:r>
    </w:p>
    <w:p>
      <w:pPr>
        <w:jc w:val="right"/>
      </w:pPr>
      <w:r>
        <w:t>اٹ از اگینسٹ دی پالیسی اف اف دا پرافٹ اف اسلام۔</w:t>
      </w:r>
    </w:p>
    <w:p>
      <w:r>
        <w:rPr>
          <w:b/>
        </w:rPr>
        <w:t xml:space="preserve">[14:23] </w:t>
      </w:r>
      <w:r>
        <w:t>The Prophet of Islam has said: "In Allah God grants to non-violence what He does not grant</w:t>
      </w:r>
    </w:p>
    <w:p>
      <w:pPr>
        <w:jc w:val="right"/>
      </w:pPr>
      <w:r>
        <w:t>دا پرافٹ اف اسلام ہیز سیڈ: "ان اللہ گاڈ گرانٹس ٹو نان وائلنس واٹ ہی ڈز ناٹ گرانٹ</w:t>
      </w:r>
    </w:p>
    <w:p>
      <w:r>
        <w:rPr>
          <w:b/>
        </w:rPr>
        <w:t xml:space="preserve">[14:31] </w:t>
      </w:r>
      <w:r>
        <w:t>to violence." It is very clear.</w:t>
      </w:r>
    </w:p>
    <w:p>
      <w:pPr>
        <w:jc w:val="right"/>
      </w:pPr>
      <w:r>
        <w:t>ٹو وائلنس۔" اٹ از ویری کلیئر۔</w:t>
      </w:r>
    </w:p>
    <w:p>
      <w:r>
        <w:rPr>
          <w:b/>
        </w:rPr>
        <w:t xml:space="preserve">[14:39] </w:t>
      </w:r>
      <w:r>
        <w:t>When peaceful method is open, then you are not allowed to to opt for violent method.</w:t>
      </w:r>
    </w:p>
    <w:p>
      <w:pPr>
        <w:jc w:val="right"/>
      </w:pPr>
      <w:r>
        <w:t>وین پیس فل میتھڈ از اوپن، دین یو ار ناٹ الاؤڈ ٹو ٹو اپٹ فار وائلنٹ میتھڈ۔</w:t>
      </w:r>
    </w:p>
    <w:p>
      <w:r>
        <w:rPr>
          <w:b/>
        </w:rPr>
        <w:t xml:space="preserve">[14:48] </w:t>
      </w:r>
      <w:r>
        <w:t>They are not good for you.</w:t>
      </w:r>
    </w:p>
    <w:p>
      <w:pPr>
        <w:jc w:val="right"/>
      </w:pPr>
      <w:r>
        <w:t>دے ار ناٹ گڈ فار یو۔</w:t>
      </w:r>
    </w:p>
    <w:p>
      <w:r>
        <w:rPr>
          <w:b/>
        </w:rPr>
        <w:t xml:space="preserve">[14:56] </w:t>
      </w:r>
      <w:r>
        <w:t>Now, everywhere Muslims are engaged in violent method, and they are losing, they are losing, they are losing.</w:t>
      </w:r>
    </w:p>
    <w:p>
      <w:pPr>
        <w:jc w:val="right"/>
      </w:pPr>
      <w:r>
        <w:t>ناو، ایوری ویر مسلمز ار انگیجڈ ان وائلنٹ میتھڈ، اینڈ دے ار لوزنگ، دے ار لوزنگ، دے ار لوزنگ۔</w:t>
      </w:r>
    </w:p>
    <w:p>
      <w:r>
        <w:rPr>
          <w:b/>
        </w:rPr>
        <w:t xml:space="preserve">[15:04] </w:t>
      </w:r>
      <w:r>
        <w:t>Generally, people don't know the changes, don't know the present world, although there is a hadith that: "In</w:t>
      </w:r>
    </w:p>
    <w:p>
      <w:pPr>
        <w:jc w:val="right"/>
      </w:pPr>
      <w:r>
        <w:t>جنرلی، پیپل ڈونٹ نو دا چینجز، ڈونٹ نو دا پریزنٹ ورلڈ، الدو دیر از ا حدیث دیٹ: "ان</w:t>
      </w:r>
    </w:p>
    <w:p>
      <w:r>
        <w:rPr>
          <w:b/>
        </w:rPr>
        <w:t xml:space="preserve">[15:12] </w:t>
      </w:r>
      <w:r>
        <w:t>یکون بصیر بزمانہ۔" Momin is one who knows the, who knows the, who knows the situation of his time.</w:t>
      </w:r>
    </w:p>
    <w:p>
      <w:pPr>
        <w:jc w:val="right"/>
      </w:pPr>
      <w:r>
        <w:t>یکون بصیر بزمانہ۔" مومن از ون ہو نوز دا، ہو نوز دا، ہو نوز دا سچویشن اف ہز ٹائم۔</w:t>
      </w:r>
    </w:p>
    <w:p>
      <w:r>
        <w:rPr>
          <w:b/>
        </w:rPr>
        <w:t xml:space="preserve">[15:20] </w:t>
      </w:r>
      <w:r>
        <w:t>So I can say that we are living in an age, there is completely a different age.</w:t>
      </w:r>
    </w:p>
    <w:p>
      <w:pPr>
        <w:jc w:val="right"/>
      </w:pPr>
      <w:r>
        <w:t>سو ائی کین سی دیٹ وی ار لیونگ ان ایج دیر از کمپلیٹلی ا ڈفرنٹ ایج۔</w:t>
      </w:r>
    </w:p>
    <w:p>
      <w:r>
        <w:rPr>
          <w:b/>
        </w:rPr>
        <w:t xml:space="preserve">[15:28] </w:t>
      </w:r>
      <w:r>
        <w:t>Scientific Revolution, Industrial Revolution has changed everything, everything, everything, everything.</w:t>
      </w:r>
    </w:p>
    <w:p>
      <w:pPr>
        <w:jc w:val="right"/>
      </w:pPr>
      <w:r>
        <w:t>سائنٹیفک ریولیوشن، انڈسٹریل ریولیوشن ہیز چینج ایوری تھنگ، ایوری تھنگ، ایوری تھنگ، ایوری تھنگ۔</w:t>
      </w:r>
    </w:p>
    <w:p>
      <w:r>
        <w:rPr>
          <w:b/>
        </w:rPr>
        <w:t xml:space="preserve">[15:37] </w:t>
      </w:r>
      <w:r>
        <w:t>Now, you know, now, for example, during kingship, everything was in the, in the hand of political ruler.</w:t>
      </w:r>
    </w:p>
    <w:p>
      <w:pPr>
        <w:jc w:val="right"/>
      </w:pPr>
      <w:r>
        <w:t>ناو، یو نو، ناو، فار ایگزیمپل، ڈیورنگ کنگ شپ، ایوری تھنگ واز ان دا، ان دا ہینڈ اف پولیٹیکل رولر۔</w:t>
      </w:r>
    </w:p>
    <w:p>
      <w:r>
        <w:rPr>
          <w:b/>
        </w:rPr>
        <w:t xml:space="preserve">[15:45] </w:t>
      </w:r>
      <w:r>
        <w:t>King was master of all things at the time.</w:t>
      </w:r>
    </w:p>
    <w:p>
      <w:pPr>
        <w:jc w:val="right"/>
      </w:pPr>
      <w:r>
        <w:t>کنگ واز ماسٹر اف ال تھنگز ایٹ دا ٹائم۔</w:t>
      </w:r>
    </w:p>
    <w:p>
      <w:r>
        <w:rPr>
          <w:b/>
        </w:rPr>
        <w:t xml:space="preserve">[15:53] </w:t>
      </w:r>
      <w:r>
        <w:t>That was an agricultural period, and everything was in the hand of king.</w:t>
      </w:r>
    </w:p>
    <w:p>
      <w:pPr>
        <w:jc w:val="right"/>
      </w:pPr>
      <w:r>
        <w:t>دیٹ واز ا ایگریکلچرل پیریڈ، اینڈ ایوری تھنگ واز ان دا ہینڈ اف کنگ۔</w:t>
      </w:r>
    </w:p>
    <w:p>
      <w:r>
        <w:rPr>
          <w:b/>
        </w:rPr>
        <w:t xml:space="preserve">[16:01] </w:t>
      </w:r>
      <w:r>
        <w:t>But now, everything is now decentralized.</w:t>
      </w:r>
    </w:p>
    <w:p>
      <w:pPr>
        <w:jc w:val="right"/>
      </w:pPr>
      <w:r>
        <w:t>بٹ ناو، ایوری تھنگ از ناو ڈی سینٹرلائزڈ۔</w:t>
      </w:r>
    </w:p>
    <w:p>
      <w:r>
        <w:rPr>
          <w:b/>
        </w:rPr>
        <w:t xml:space="preserve">[16:09] </w:t>
      </w:r>
      <w:r>
        <w:t>Now, there is no king.</w:t>
      </w:r>
    </w:p>
    <w:p>
      <w:pPr>
        <w:jc w:val="right"/>
      </w:pPr>
      <w:r>
        <w:t>ناو، دیر از نو کنگ۔</w:t>
      </w:r>
    </w:p>
    <w:p>
      <w:r>
        <w:rPr>
          <w:b/>
        </w:rPr>
        <w:t xml:space="preserve">[16:17] </w:t>
      </w:r>
      <w:r>
        <w:t>At present, state is simply source of administration. Administration!</w:t>
      </w:r>
    </w:p>
    <w:p>
      <w:pPr>
        <w:jc w:val="right"/>
      </w:pPr>
      <w:r>
        <w:t>ایٹ پریزنٹ، اسٹیٹ از سمپلی سورس اف ایڈمنسٹریشن۔ ایڈمنسٹریشن!</w:t>
      </w:r>
    </w:p>
    <w:p>
      <w:r>
        <w:rPr>
          <w:b/>
        </w:rPr>
        <w:t xml:space="preserve">[16:26] </w:t>
      </w:r>
      <w:r>
        <w:t>All other things are in the hand of, of, of non-political fields.</w:t>
      </w:r>
    </w:p>
    <w:p>
      <w:pPr>
        <w:jc w:val="right"/>
      </w:pPr>
      <w:r>
        <w:t>ال ادر تھنگز ار ان دا ہینڈ اف، اف، اف نان پولیٹیکل فیلڈز۔</w:t>
      </w:r>
    </w:p>
    <w:p>
      <w:r>
        <w:rPr>
          <w:b/>
        </w:rPr>
        <w:t xml:space="preserve">[16:31] </w:t>
      </w:r>
      <w:r>
        <w:t>For example, you see, I I can say that in this age, you can build an empire of</w:t>
      </w:r>
    </w:p>
    <w:p>
      <w:pPr>
        <w:jc w:val="right"/>
      </w:pPr>
      <w:r>
        <w:t>فار ایگزیمپل، یو سی، ائی ائی کین سی دیٹ ان دس ایج، یو کین بلڈ این ایمپائر اف</w:t>
      </w:r>
    </w:p>
    <w:p>
      <w:r>
        <w:rPr>
          <w:b/>
        </w:rPr>
        <w:t xml:space="preserve">[16:39] </w:t>
      </w:r>
      <w:r>
        <w:t>your own, empire of your own.</w:t>
      </w:r>
    </w:p>
    <w:p>
      <w:pPr>
        <w:jc w:val="right"/>
      </w:pPr>
      <w:r>
        <w:t>یور اون، ایمپائر اف یور اون۔</w:t>
      </w:r>
    </w:p>
    <w:p>
      <w:r>
        <w:rPr>
          <w:b/>
        </w:rPr>
        <w:t xml:space="preserve">[16:41] </w:t>
      </w:r>
      <w:r>
        <w:t>Jewish community has established a media empire in USA.</w:t>
      </w:r>
    </w:p>
    <w:p>
      <w:pPr>
        <w:jc w:val="right"/>
      </w:pPr>
      <w:r>
        <w:t>جیوس کمیونٹی ہیز اسٹیبلش ا میڈیا ایمپائر ان یو ایس اے۔</w:t>
      </w:r>
    </w:p>
    <w:p>
      <w:r>
        <w:rPr>
          <w:b/>
        </w:rPr>
        <w:t xml:space="preserve">[16:46] </w:t>
      </w:r>
      <w:r>
        <w:t>Christian community has established an educational empire in India.</w:t>
      </w:r>
    </w:p>
    <w:p>
      <w:pPr>
        <w:jc w:val="right"/>
      </w:pPr>
      <w:r>
        <w:t>کرسچن کمیونٹی ہیز اسٹیبلش ا ایجوکیشنل ایمپائر ان انڈیا۔</w:t>
      </w:r>
    </w:p>
    <w:p>
      <w:r>
        <w:rPr>
          <w:b/>
        </w:rPr>
        <w:t xml:space="preserve">[16:50] </w:t>
      </w:r>
      <w:r>
        <w:t>Parsi community has established an empire, an industrial empire in India.</w:t>
      </w:r>
    </w:p>
    <w:p>
      <w:pPr>
        <w:jc w:val="right"/>
      </w:pPr>
      <w:r>
        <w:t>پارسی کمیونٹی ہیز اسٹیبلش این ایمپائر، اینڈ انڈسٹریل ایمپائر ان انڈیا۔</w:t>
      </w:r>
    </w:p>
    <w:p>
      <w:r>
        <w:rPr>
          <w:b/>
        </w:rPr>
        <w:t xml:space="preserve">[16:55] </w:t>
      </w:r>
      <w:r>
        <w:t>Although they are not government, they have no political power.</w:t>
      </w:r>
    </w:p>
    <w:p>
      <w:pPr>
        <w:jc w:val="right"/>
      </w:pPr>
      <w:r>
        <w:t>الدو دے ار ناٹ گورنمنٹ، دے ہیو نو پولیٹیکل پاور۔</w:t>
      </w:r>
    </w:p>
    <w:p>
      <w:r>
        <w:rPr>
          <w:b/>
        </w:rPr>
        <w:t xml:space="preserve">[16:59] </w:t>
      </w:r>
      <w:r>
        <w:t>So Muslims can establish a da'wah empire, non-political empire in India, every everywhere in the world.</w:t>
      </w:r>
    </w:p>
    <w:p>
      <w:pPr>
        <w:jc w:val="right"/>
      </w:pPr>
      <w:r>
        <w:t>سو مسلمز کین اسٹیبلش ا دعوی ایمپائر، نان پولیٹیکل ایمپائر ان انڈیا، ایوری ایوری ویر ان دا ورلڈ۔</w:t>
      </w:r>
    </w:p>
    <w:p>
      <w:r>
        <w:rPr>
          <w:b/>
        </w:rPr>
        <w:t xml:space="preserve">[17:07] </w:t>
      </w:r>
      <w:r>
        <w:t>So why you are fighting? We are in a position to establish a non-political empire in term</w:t>
      </w:r>
    </w:p>
    <w:p>
      <w:pPr>
        <w:jc w:val="right"/>
      </w:pPr>
      <w:r>
        <w:t>سو وائی یو ار فائٹنگ؟ وی ار ان ا پوزیشن ٹو اسٹیبلش ا نان پولیٹیکل ایمپائر ان ٹرم</w:t>
      </w:r>
    </w:p>
    <w:p>
      <w:r>
        <w:rPr>
          <w:b/>
        </w:rPr>
        <w:t xml:space="preserve">[17:14] </w:t>
      </w:r>
      <w:r>
        <w:t>of education, in term of dawah work, in term of industry, in term of business, in term of</w:t>
      </w:r>
    </w:p>
    <w:p>
      <w:pPr>
        <w:jc w:val="right"/>
      </w:pPr>
      <w:r>
        <w:t>اف ایجوکیشن، ان ٹرم اف دعوی ورک، ان ٹرم اف انڈسٹری، ان ٹرم اف بزنس، ان ٹرم اف</w:t>
      </w:r>
    </w:p>
    <w:p>
      <w:r>
        <w:rPr>
          <w:b/>
        </w:rPr>
        <w:t xml:space="preserve">[17:22] </w:t>
      </w:r>
      <w:r>
        <w:t>organization, in terms of institution.</w:t>
      </w:r>
    </w:p>
    <w:p>
      <w:pPr>
        <w:jc w:val="right"/>
      </w:pPr>
      <w:r>
        <w:t>ارگنائزیشن، ان ٹرم اف انسٹیٹیوشن۔</w:t>
      </w:r>
    </w:p>
    <w:p>
      <w:r>
        <w:rPr>
          <w:b/>
        </w:rPr>
        <w:t xml:space="preserve">[17:24] </w:t>
      </w:r>
      <w:r>
        <w:t>So we are in a position to establish a non-political empire.</w:t>
      </w:r>
    </w:p>
    <w:p>
      <w:pPr>
        <w:jc w:val="right"/>
      </w:pPr>
      <w:r>
        <w:t>سو وی ار ان ا پوزیشن ٹو اسٹیبلش ا نان پولیٹیکل ایمپائر۔</w:t>
      </w:r>
    </w:p>
    <w:p>
      <w:r>
        <w:rPr>
          <w:b/>
        </w:rPr>
        <w:t xml:space="preserve">[17:29] </w:t>
      </w:r>
      <w:r>
        <w:t>So, why fighting? Why are you fighting? I am a great believer of peace, power of peace.</w:t>
      </w:r>
    </w:p>
    <w:p>
      <w:pPr>
        <w:jc w:val="right"/>
      </w:pPr>
      <w:r>
        <w:t>سو وائی فائٹنگ؟ وائی یو ار فائٹنگ؟ ائی ایم گریٹ بیلیور اف پیس، پاور اف پیس۔</w:t>
      </w:r>
    </w:p>
    <w:p>
      <w:r>
        <w:rPr>
          <w:b/>
        </w:rPr>
        <w:t xml:space="preserve">[17:36] </w:t>
      </w:r>
      <w:r>
        <w:t>I am great believer of power of peace.</w:t>
      </w:r>
    </w:p>
    <w:p>
      <w:pPr>
        <w:jc w:val="right"/>
      </w:pPr>
      <w:r>
        <w:t>ائی ایم گریٹ بیلیور اف پاور اف پیس۔</w:t>
      </w:r>
    </w:p>
    <w:p>
      <w:r>
        <w:rPr>
          <w:b/>
        </w:rPr>
        <w:t xml:space="preserve">[17:40] </w:t>
      </w:r>
      <w:r>
        <w:t>And then there is a very clear example in Japan.</w:t>
      </w:r>
    </w:p>
    <w:p>
      <w:pPr>
        <w:jc w:val="right"/>
      </w:pPr>
      <w:r>
        <w:t>اینڈ دین دیر از ا ویری کلیئر ایگزیمپل ان جاپان۔</w:t>
      </w:r>
    </w:p>
    <w:p>
      <w:r>
        <w:rPr>
          <w:b/>
        </w:rPr>
        <w:t xml:space="preserve">[17:44] </w:t>
      </w:r>
      <w:r>
        <w:t>You know, before Second World War, Japan was a fighting nation.</w:t>
      </w:r>
    </w:p>
    <w:p>
      <w:pPr>
        <w:jc w:val="right"/>
      </w:pPr>
      <w:r>
        <w:t>یو نو، بیفور سیکنڈ ورلڈ وار، جاپان واز ا فائٹنگ نیشن۔</w:t>
      </w:r>
    </w:p>
    <w:p>
      <w:r>
        <w:rPr>
          <w:b/>
        </w:rPr>
        <w:t xml:space="preserve">[17:49] </w:t>
      </w:r>
      <w:r>
        <w:t>Before Second World War, Japanese were fighting nation, but in the Second World War, they defeated by Americans.</w:t>
      </w:r>
    </w:p>
    <w:p>
      <w:pPr>
        <w:jc w:val="right"/>
      </w:pPr>
      <w:r>
        <w:t>بیفور سیکنڈ ورلڈ وار، جاپانیز ویر فائٹنگ نیشن، بٹ ان دا سیکنڈ ورلڈ وار، دے ڈیفیٹڈ بائے امریکنز۔</w:t>
      </w:r>
    </w:p>
    <w:p>
      <w:r>
        <w:rPr>
          <w:b/>
        </w:rPr>
        <w:t xml:space="preserve">[17:56] </w:t>
      </w:r>
      <w:r>
        <w:t>They were defeated by Americans.</w:t>
      </w:r>
    </w:p>
    <w:p>
      <w:pPr>
        <w:jc w:val="right"/>
      </w:pPr>
      <w:r>
        <w:t>دے ویر ڈیفیٹڈ بائے امریکنز۔</w:t>
      </w:r>
    </w:p>
    <w:p>
      <w:r>
        <w:rPr>
          <w:b/>
        </w:rPr>
        <w:t xml:space="preserve">[17:59] </w:t>
      </w:r>
      <w:r>
        <w:t>deen they opted for peace.</w:t>
      </w:r>
    </w:p>
    <w:p>
      <w:pPr>
        <w:jc w:val="right"/>
      </w:pPr>
      <w:r>
        <w:t>دین دے اپٹڈ فار پیس۔</w:t>
      </w:r>
    </w:p>
    <w:p>
      <w:r>
        <w:rPr>
          <w:b/>
        </w:rPr>
        <w:t xml:space="preserve">[18:01] </w:t>
      </w:r>
      <w:r>
        <w:t>At the time, their king was Hirohito.</w:t>
      </w:r>
    </w:p>
    <w:p>
      <w:pPr>
        <w:jc w:val="right"/>
      </w:pPr>
      <w:r>
        <w:t>ایٹ دا ٹائم، دیر کنگ واز ہیرو ہیٹو۔</w:t>
      </w:r>
    </w:p>
    <w:p>
      <w:r>
        <w:rPr>
          <w:b/>
        </w:rPr>
        <w:t xml:space="preserve">[18:04] </w:t>
      </w:r>
      <w:r>
        <w:t>Hirohito was very learned person.</w:t>
      </w:r>
    </w:p>
    <w:p>
      <w:pPr>
        <w:jc w:val="right"/>
      </w:pPr>
      <w:r>
        <w:t>ہیرو ہیٹو واز ویری لرنڈ پرسن۔</w:t>
      </w:r>
    </w:p>
    <w:p>
      <w:r>
        <w:rPr>
          <w:b/>
        </w:rPr>
        <w:t xml:space="preserve">[18:07] </w:t>
      </w:r>
      <w:r>
        <w:t>He gave a lecture, he gave a message on radio.</w:t>
      </w:r>
    </w:p>
    <w:p>
      <w:pPr>
        <w:jc w:val="right"/>
      </w:pPr>
      <w:r>
        <w:t>ہی گیو ا لیکچر، ہی گیو ا میسج ان ریڈیو۔</w:t>
      </w:r>
    </w:p>
    <w:p>
      <w:r>
        <w:rPr>
          <w:b/>
        </w:rPr>
        <w:t xml:space="preserve">[18:11] </w:t>
      </w:r>
      <w:r>
        <w:t>At the time, there was no TV.</w:t>
      </w:r>
    </w:p>
    <w:p>
      <w:pPr>
        <w:jc w:val="right"/>
      </w:pPr>
      <w:r>
        <w:t>ایٹ دا ٹائم، دیر واز نو ٹی وی۔</w:t>
      </w:r>
    </w:p>
    <w:p>
      <w:r>
        <w:rPr>
          <w:b/>
        </w:rPr>
        <w:t xml:space="preserve">[18:14] </w:t>
      </w:r>
      <w:r>
        <w:t>So he said: "Addressing to his nation, we have to bear the unbearable.</w:t>
      </w:r>
    </w:p>
    <w:p>
      <w:pPr>
        <w:jc w:val="right"/>
      </w:pPr>
      <w:r>
        <w:t>سو ہی سیڈ: "ایڈریسن ٹو ہز نیشن، وی ہیو ٹو بیئر دا انبیریبل۔</w:t>
      </w:r>
    </w:p>
    <w:p>
      <w:r>
        <w:rPr>
          <w:b/>
        </w:rPr>
        <w:t xml:space="preserve">[18:20] </w:t>
      </w:r>
      <w:r>
        <w:t>We have to bear the unbearable.</w:t>
      </w:r>
    </w:p>
    <w:p>
      <w:pPr>
        <w:jc w:val="right"/>
      </w:pPr>
      <w:r>
        <w:t>وی ہیو ٹو بیئر دا انبیریبل۔</w:t>
      </w:r>
    </w:p>
    <w:p>
      <w:r>
        <w:rPr>
          <w:b/>
        </w:rPr>
        <w:t xml:space="preserve">[18:23] </w:t>
      </w:r>
      <w:r>
        <w:t>"We have to suffer the inseparable." Why? It means that at the time, Americans have dropped two bombs,</w:t>
      </w:r>
    </w:p>
    <w:p>
      <w:pPr>
        <w:jc w:val="right"/>
      </w:pPr>
      <w:r>
        <w:t>وی ہیو ٹو سفر دا انسیپریبل۔" وائی؟ اٹ مینز دیٹ ایٹ دا ٹائم، امریکن ہیو ڈراپ ٹو بمبز،</w:t>
      </w:r>
    </w:p>
    <w:p>
      <w:r>
        <w:rPr>
          <w:b/>
        </w:rPr>
        <w:t xml:space="preserve">[18:30] </w:t>
      </w:r>
      <w:r>
        <w:t>They destroy our cities.</w:t>
      </w:r>
    </w:p>
    <w:p>
      <w:pPr>
        <w:jc w:val="right"/>
      </w:pPr>
      <w:r>
        <w:t>دے ڈسٹرائے اور سٹیز۔</w:t>
      </w:r>
    </w:p>
    <w:p>
      <w:r>
        <w:rPr>
          <w:b/>
        </w:rPr>
        <w:t xml:space="preserve">[18:32] </w:t>
      </w:r>
      <w:r>
        <w:t>So it is a great, it was a great loss.</w:t>
      </w:r>
    </w:p>
    <w:p>
      <w:pPr>
        <w:jc w:val="right"/>
      </w:pPr>
      <w:r>
        <w:t>سو اٹ از ا گریٹ، اٹ واز ا گریٹ لاس۔</w:t>
      </w:r>
    </w:p>
    <w:p>
      <w:r>
        <w:rPr>
          <w:b/>
        </w:rPr>
        <w:t xml:space="preserve">[18:36] </w:t>
      </w:r>
      <w:r>
        <w:t>It was against our dignity, our national dignity.</w:t>
      </w:r>
    </w:p>
    <w:p>
      <w:pPr>
        <w:jc w:val="right"/>
      </w:pPr>
      <w:r>
        <w:t>اٹ واز اگینسٹ اور ڈگنٹی، اور نیشنل ڈگنٹی۔</w:t>
      </w:r>
    </w:p>
    <w:p>
      <w:r>
        <w:rPr>
          <w:b/>
        </w:rPr>
        <w:t xml:space="preserve">[18:40] </w:t>
      </w:r>
      <w:r>
        <w:t>So we suffer a lot, we have suffered a lot.</w:t>
      </w:r>
    </w:p>
    <w:p>
      <w:pPr>
        <w:jc w:val="right"/>
      </w:pPr>
      <w:r>
        <w:t>سو وی سفر لاس ا لات، وی ہیو سفر ا لات۔</w:t>
      </w:r>
    </w:p>
    <w:p>
      <w:r>
        <w:rPr>
          <w:b/>
        </w:rPr>
        <w:t xml:space="preserve">[18:44] </w:t>
      </w:r>
      <w:r>
        <w:t>But he said that one field is open, although we have defeated in military, in the field of</w:t>
      </w:r>
    </w:p>
    <w:p>
      <w:pPr>
        <w:jc w:val="right"/>
      </w:pPr>
      <w:r>
        <w:t>بٹ ہی سیڈ دیٹ ون فیلڈ از اوپن، الدو وی ہیو ڈیفیٹڈ ان ملٹری، ان دا فیلڈ اف</w:t>
      </w:r>
    </w:p>
    <w:p>
      <w:r>
        <w:rPr>
          <w:b/>
        </w:rPr>
        <w:t xml:space="preserve">[18:52] </w:t>
      </w:r>
      <w:r>
        <w:t>military, in field of fighting, in field of war.</w:t>
      </w:r>
    </w:p>
    <w:p>
      <w:pPr>
        <w:jc w:val="right"/>
      </w:pPr>
      <w:r>
        <w:t>ملٹری، ان فیلڈ اف فائٹنگ، ان فیلڈ اف وار۔</w:t>
      </w:r>
    </w:p>
    <w:p>
      <w:r>
        <w:rPr>
          <w:b/>
        </w:rPr>
        <w:t xml:space="preserve">[18:56] </w:t>
      </w:r>
      <w:r>
        <w:t>But one field is still open, that is peaceful activism in terms of education, in terms of</w:t>
      </w:r>
    </w:p>
    <w:p>
      <w:pPr>
        <w:jc w:val="right"/>
      </w:pPr>
      <w:r>
        <w:t>بٹ ون فیلڈ از سٹل اوپن، دیٹ از پیس فل ایکٹیوزم ان ٹرم اف ایجوکیشن، ان ٹرم اف</w:t>
      </w:r>
    </w:p>
    <w:p>
      <w:r>
        <w:rPr>
          <w:b/>
        </w:rPr>
        <w:t xml:space="preserve">[19:04] </w:t>
      </w:r>
      <w:r>
        <w:t>industry.</w:t>
      </w:r>
    </w:p>
    <w:p>
      <w:pPr>
        <w:jc w:val="right"/>
      </w:pPr>
      <w:r>
        <w:t>انڈسٹری۔</w:t>
      </w:r>
    </w:p>
    <w:p>
      <w:r>
        <w:rPr>
          <w:b/>
        </w:rPr>
        <w:t xml:space="preserve">[19:05] </w:t>
      </w:r>
      <w:r>
        <w:t>So they abandoned war, they accepted American hegemony, American supremacy, and there was a miracle.</w:t>
      </w:r>
    </w:p>
    <w:p>
      <w:pPr>
        <w:jc w:val="right"/>
      </w:pPr>
      <w:r>
        <w:t>سو دے ابینڈن وار، دے ایکسیپٹڈ امریکن ہیجیمنی، امریکن سپریمیسی، اینڈ دیر واز ا بریکل۔</w:t>
      </w:r>
    </w:p>
    <w:p>
      <w:r>
        <w:rPr>
          <w:b/>
        </w:rPr>
        <w:t xml:space="preserve">[19:12] </w:t>
      </w:r>
      <w:r>
        <w:t>Within 30 years, Japan emerged as an economic superpower.</w:t>
      </w:r>
    </w:p>
    <w:p>
      <w:pPr>
        <w:jc w:val="right"/>
      </w:pPr>
      <w:r>
        <w:t>ود ان تھرٹی ایئرز، جاپان ایورٹ ایز ا ایز ا اکنامک سپر پاور۔</w:t>
      </w:r>
    </w:p>
    <w:p>
      <w:r>
        <w:rPr>
          <w:b/>
        </w:rPr>
        <w:t xml:space="preserve">[19:17] </w:t>
      </w:r>
      <w:r>
        <w:t>This was a miracle of peaceful activism.</w:t>
      </w:r>
    </w:p>
    <w:p>
      <w:pPr>
        <w:jc w:val="right"/>
      </w:pPr>
      <w:r>
        <w:t>دس واز ا بریکل اف پیس فل ایکٹیوزم۔</w:t>
      </w:r>
    </w:p>
    <w:p>
      <w:r>
        <w:rPr>
          <w:b/>
        </w:rPr>
        <w:t xml:space="preserve">[19:21] </w:t>
      </w:r>
      <w:r>
        <w:t>It was this that mentioned in the hadith, in these words: "As I said early, in Allah God</w:t>
      </w:r>
    </w:p>
    <w:p>
      <w:pPr>
        <w:jc w:val="right"/>
      </w:pPr>
      <w:r>
        <w:t>اٹ واز دس دیٹ مینشن ان دا حدیث، ان دیز ورڈز: "ایز ائی سیڈ ارلی، ان اللہ گاڈ</w:t>
      </w:r>
    </w:p>
    <w:p>
      <w:r>
        <w:rPr>
          <w:b/>
        </w:rPr>
        <w:t xml:space="preserve">[19:28] </w:t>
      </w:r>
      <w:r>
        <w:t>"Grants to non-violence what He does not grant to violence." It means that God grants to peace</w:t>
      </w:r>
    </w:p>
    <w:p>
      <w:pPr>
        <w:jc w:val="right"/>
      </w:pPr>
      <w:r>
        <w:t>گرانٹس ٹو نان وائلنس واٹ ہی ڈز ناٹ گرانٹ ٹو وائلنس۔" اٹ مینز دیٹ گاڈ گرانٹس ٹو پیس</w:t>
      </w:r>
    </w:p>
    <w:p>
      <w:r>
        <w:rPr>
          <w:b/>
        </w:rPr>
        <w:t xml:space="preserve">[19:36] </w:t>
      </w:r>
      <w:r>
        <w:t>What he does not grant to violence.</w:t>
      </w:r>
    </w:p>
    <w:p>
      <w:pPr>
        <w:jc w:val="right"/>
      </w:pPr>
      <w:r>
        <w:t>واٹ ہی ڈز ناٹ گرانٹ ٹو وائلنس۔</w:t>
      </w:r>
    </w:p>
    <w:p>
      <w:r>
        <w:rPr>
          <w:b/>
        </w:rPr>
        <w:t xml:space="preserve">[19:39] </w:t>
      </w:r>
      <w:r>
        <w:t>If you opt for peaceful method, you will be success.</w:t>
      </w:r>
    </w:p>
    <w:p>
      <w:pPr>
        <w:jc w:val="right"/>
      </w:pPr>
      <w:r>
        <w:t>اف یو اپٹ فار پیس فل میتھڈ، یو ویل بی سکسیس۔</w:t>
      </w:r>
    </w:p>
    <w:p>
      <w:r>
        <w:rPr>
          <w:b/>
        </w:rPr>
        <w:t xml:space="preserve">[19:44] </w:t>
      </w:r>
      <w:r>
        <w:t>So power of success was was emphasized by the Prophet of Islam in these words: "We must know</w:t>
      </w:r>
    </w:p>
    <w:p>
      <w:pPr>
        <w:jc w:val="right"/>
      </w:pPr>
      <w:r>
        <w:t>سو پاور اف سکسیس واز واز ایمفسائز بائے دا پرافٹ اف اسلام ان دیز ورڈز: "وی مسٹ نو</w:t>
      </w:r>
    </w:p>
    <w:p>
      <w:r>
        <w:rPr>
          <w:b/>
        </w:rPr>
        <w:t xml:space="preserve">[19:51] </w:t>
      </w:r>
      <w:r>
        <w:t>The present situation, we must know the changes in our world, and we have to reassess the</w:t>
      </w:r>
    </w:p>
    <w:p>
      <w:pPr>
        <w:jc w:val="right"/>
      </w:pPr>
      <w:r>
        <w:t>دا پریزنٹ سچویشن، وی مسٹ نو دا چینجز ان اور ورلڈ، اینڈ وی ہیو ٹو ری اسس دا</w:t>
      </w:r>
    </w:p>
    <w:p>
      <w:r>
        <w:rPr>
          <w:b/>
        </w:rPr>
        <w:t xml:space="preserve">[19:59] </w:t>
      </w:r>
      <w:r>
        <w:t>whole situation." Now, the time of down to time is for reassessment.</w:t>
      </w:r>
    </w:p>
    <w:p>
      <w:pPr>
        <w:jc w:val="right"/>
      </w:pPr>
      <w:r>
        <w:t>ہول سچویشن۔" ناو، دا ٹائم اف ڈاؤن ٹو ٹائم از فار ری اسسمنٹ۔</w:t>
      </w:r>
    </w:p>
    <w:p>
      <w:r>
        <w:rPr>
          <w:b/>
        </w:rPr>
        <w:t xml:space="preserve">[20:05] </w:t>
      </w:r>
      <w:r>
        <w:t>We have to reassess the whole things, and according to my assessment, first of all, we have</w:t>
      </w:r>
    </w:p>
    <w:p>
      <w:pPr>
        <w:jc w:val="right"/>
      </w:pPr>
      <w:r>
        <w:t>وی ہیو ٹو ری اسس دا ہول تھنگز، اینڈ اکارڈنگ ٹو مائی اسیسمنٹ، فرسٹ اف ال، وی ہیو</w:t>
      </w:r>
    </w:p>
    <w:p>
      <w:r>
        <w:rPr>
          <w:b/>
        </w:rPr>
        <w:t xml:space="preserve">[20:12] </w:t>
      </w:r>
      <w:r>
        <w:t>to abandon all kind of violence, all kind of hate.</w:t>
      </w:r>
    </w:p>
    <w:p>
      <w:pPr>
        <w:jc w:val="right"/>
      </w:pPr>
      <w:r>
        <w:t>ٹو ابینڈن ال کائنڈ اف وائلنس، ال کائنڈ اف ہیٹ۔</w:t>
      </w:r>
    </w:p>
    <w:p>
      <w:r>
        <w:rPr>
          <w:b/>
        </w:rPr>
        <w:t xml:space="preserve">[20:17] </w:t>
      </w:r>
      <w:r>
        <w:t>We have to abandon hate.</w:t>
      </w:r>
    </w:p>
    <w:p>
      <w:pPr>
        <w:jc w:val="right"/>
      </w:pPr>
      <w:r>
        <w:t>وی ہیو ٹو ابینڈن ہیٹ۔</w:t>
      </w:r>
    </w:p>
    <w:p>
      <w:r>
        <w:rPr>
          <w:b/>
        </w:rPr>
        <w:t xml:space="preserve">[20:19] </w:t>
      </w:r>
      <w:r>
        <w:t>Hate generates violence.</w:t>
      </w:r>
    </w:p>
    <w:p>
      <w:pPr>
        <w:jc w:val="right"/>
      </w:pPr>
      <w:r>
        <w:t>ہیٹ جنریٹس وائلنس۔</w:t>
      </w:r>
    </w:p>
    <w:p>
      <w:r>
        <w:rPr>
          <w:b/>
        </w:rPr>
        <w:t xml:space="preserve">[20:20] </w:t>
      </w:r>
      <w:r>
        <w:t>Where there is hate, there is violence.</w:t>
      </w:r>
    </w:p>
    <w:p>
      <w:pPr>
        <w:jc w:val="right"/>
      </w:pPr>
      <w:r>
        <w:t>ویر دیر از ہیٹ، دیر از وائلنس۔</w:t>
      </w:r>
    </w:p>
    <w:p>
      <w:r>
        <w:rPr>
          <w:b/>
        </w:rPr>
        <w:t xml:space="preserve">[20:23] </w:t>
      </w:r>
      <w:r>
        <w:t>So the Prophet Jesus Christ has rightly said that: "Love your enemy." This are so Islamic formula.</w:t>
      </w:r>
    </w:p>
    <w:p>
      <w:pPr>
        <w:jc w:val="right"/>
      </w:pPr>
      <w:r>
        <w:t>سو دا پرافٹ جیس کرائسٹ ہیز رائٹلی سیڈ دیٹ: "لو یور اینمی۔" دس ار سو اسلامک فارمولا۔</w:t>
      </w:r>
    </w:p>
    <w:p>
      <w:r>
        <w:rPr>
          <w:b/>
        </w:rPr>
        <w:t xml:space="preserve">[20:31] </w:t>
      </w:r>
      <w:r>
        <w:t>Christ has said: "Those days Romans were rulers of Palestine." So he said that: "Give to Caesar what</w:t>
      </w:r>
    </w:p>
    <w:p>
      <w:pPr>
        <w:jc w:val="right"/>
      </w:pPr>
      <w:r>
        <w:t>کرائسٹ ہیز سیڈ: "دوز ڈیز رومنز ویر رولرز اف پیلسٹائن۔" سو ہی سیڈ دیٹ: "گیو ٹو سیزر واٹ</w:t>
      </w:r>
    </w:p>
    <w:p>
      <w:r>
        <w:rPr>
          <w:b/>
        </w:rPr>
        <w:t xml:space="preserve">[20:38] </w:t>
      </w:r>
      <w:r>
        <w:t>is due to Caesar, and give to God what is due to God." Some Muslims say that: "It</w:t>
      </w:r>
    </w:p>
    <w:p>
      <w:pPr>
        <w:jc w:val="right"/>
      </w:pPr>
      <w:r>
        <w:t>از ڈیو ٹو سیزر، اینڈ گیو ٹو گاڈ واٹ از ڈیو ٹو گاڈ۔" سم مسلمز سے دیٹ: "اٹ</w:t>
      </w:r>
    </w:p>
    <w:p>
      <w:r>
        <w:rPr>
          <w:b/>
        </w:rPr>
        <w:t xml:space="preserve">[20:46] </w:t>
      </w:r>
      <w:r>
        <w:t>is not Islam.</w:t>
      </w:r>
    </w:p>
    <w:p>
      <w:pPr>
        <w:jc w:val="right"/>
      </w:pPr>
      <w:r>
        <w:t>از ناٹ اسلام۔</w:t>
      </w:r>
    </w:p>
    <w:p>
      <w:r>
        <w:rPr>
          <w:b/>
        </w:rPr>
        <w:t xml:space="preserve">[20:48] </w:t>
      </w:r>
      <w:r>
        <w:t>Islam believe in Jihad, and Christian formula is based on submission." But is wrong.</w:t>
      </w:r>
    </w:p>
    <w:p>
      <w:pPr>
        <w:jc w:val="right"/>
      </w:pPr>
      <w:r>
        <w:t>اسلام بیلیو ان جہاد، اینڈ کرسچن فارمولا از بیسڈ ان سبمیشن۔" بٹ از رونگ۔</w:t>
      </w:r>
    </w:p>
    <w:p>
      <w:r>
        <w:rPr>
          <w:b/>
        </w:rPr>
        <w:t xml:space="preserve">[20:54] </w:t>
      </w:r>
      <w:r>
        <w:t>This is so Islamic formula.</w:t>
      </w:r>
    </w:p>
    <w:p>
      <w:pPr>
        <w:jc w:val="right"/>
      </w:pPr>
      <w:r>
        <w:t>دس ار سو اسلامک فارمولا۔</w:t>
      </w:r>
    </w:p>
    <w:p>
      <w:r>
        <w:rPr>
          <w:b/>
        </w:rPr>
        <w:t xml:space="preserve">[20:56] </w:t>
      </w:r>
      <w:r>
        <w:t>You know, the Prophet of Islam has said this: "You can read in Sahih al-Bukhari: Allah the same</w:t>
      </w:r>
    </w:p>
    <w:p>
      <w:pPr>
        <w:jc w:val="right"/>
      </w:pPr>
      <w:r>
        <w:t>یو نو، دا پرافٹ اف اسلام ہیز سیڈ دس: "یو کین ریڈ ان صحیح البخاری: اللہ دا سیم</w:t>
      </w:r>
    </w:p>
    <w:p>
      <w:r>
        <w:rPr>
          <w:b/>
        </w:rPr>
        <w:t xml:space="preserve">[21:03] </w:t>
      </w:r>
      <w:r>
        <w:t>was advised by the Prophet of Islam." Allahu akbar.</w:t>
      </w:r>
    </w:p>
    <w:p>
      <w:pPr>
        <w:jc w:val="right"/>
      </w:pPr>
      <w:r>
        <w:t>واز ایڈوائز بائے دا پرافٹ اف اسلام۔" اللہ حقکم۔</w:t>
      </w:r>
    </w:p>
    <w:p>
      <w:r>
        <w:rPr>
          <w:b/>
        </w:rPr>
        <w:t xml:space="preserve">[21:07] </w:t>
      </w:r>
      <w:r>
        <w:t>It means that: "Give to rulers what is due to rulers, and what is due to what is</w:t>
      </w:r>
    </w:p>
    <w:p>
      <w:pPr>
        <w:jc w:val="right"/>
      </w:pPr>
      <w:r>
        <w:t>اٹ مینز دیٹ: "گیو ٹو رولرز واٹ از ڈیو ٹو رولرز، اینڈ واٹ از ڈیو ٹو واٹ از</w:t>
      </w:r>
    </w:p>
    <w:p>
      <w:r>
        <w:rPr>
          <w:b/>
        </w:rPr>
        <w:t xml:space="preserve">[21:15] </w:t>
      </w:r>
      <w:r>
        <w:t>your dues." Ask from God.</w:t>
      </w:r>
    </w:p>
    <w:p>
      <w:pPr>
        <w:jc w:val="right"/>
      </w:pPr>
      <w:r>
        <w:t>یور ڈیوز۔" اسک فرام گاڈ۔</w:t>
      </w:r>
    </w:p>
    <w:p>
      <w:r>
        <w:rPr>
          <w:b/>
        </w:rPr>
        <w:t xml:space="preserve">[21:17] </w:t>
      </w:r>
      <w:r>
        <w:t>The same formula was given by the Quran, by the Prophet of Islam: Allahu Akbar.</w:t>
      </w:r>
    </w:p>
    <w:p>
      <w:pPr>
        <w:jc w:val="right"/>
      </w:pPr>
      <w:r>
        <w:t>دا سیم فارمولا واز گیون بائے دا قران، بائے دا پرافٹ اف اسلام: اللہ حقکم۔</w:t>
      </w:r>
    </w:p>
    <w:p>
      <w:r>
        <w:rPr>
          <w:b/>
        </w:rPr>
        <w:t xml:space="preserve">[21:24] </w:t>
      </w:r>
      <w:r>
        <w:t>The right translation is: "is this that pay pay their dues to them, pay their dues to them,</w:t>
      </w:r>
    </w:p>
    <w:p>
      <w:pPr>
        <w:jc w:val="right"/>
      </w:pPr>
      <w:r>
        <w:t>دا رائٹ ٹرانسلیشن از: "از دس دیٹ پے پے دیر ڈیوز ٹو دیم، پے دیر ڈیوز ٹو دیم،</w:t>
      </w:r>
    </w:p>
    <w:p>
      <w:r>
        <w:rPr>
          <w:b/>
        </w:rPr>
        <w:t xml:space="preserve">[21:31] </w:t>
      </w:r>
      <w:r>
        <w:t>and ask for your dues from God." Both formulas similar.</w:t>
      </w:r>
    </w:p>
    <w:p>
      <w:pPr>
        <w:jc w:val="right"/>
      </w:pPr>
      <w:r>
        <w:t>اینڈ اسک فار یور ڈیوز فرام گاڈ۔" بوتھ فارمولا سمیلر۔</w:t>
      </w:r>
    </w:p>
    <w:p>
      <w:r>
        <w:rPr>
          <w:b/>
        </w:rPr>
        <w:t xml:space="preserve">[21:36] </w:t>
      </w:r>
      <w:r>
        <w:t>The Christian formula, Islamic formula is both one and the same.</w:t>
      </w:r>
    </w:p>
    <w:p>
      <w:pPr>
        <w:jc w:val="right"/>
      </w:pPr>
      <w:r>
        <w:t>دا کرسچن فارمولا، اسلامک فارمولا از بوتھ ون اینڈ دا سیم۔</w:t>
      </w:r>
    </w:p>
    <w:p>
      <w:r>
        <w:rPr>
          <w:b/>
        </w:rPr>
        <w:t xml:space="preserve">[21:40] </w:t>
      </w:r>
      <w:r>
        <w:t>It means that: "We have to reassess, and we have to abandon all those, all those violence,</w:t>
      </w:r>
    </w:p>
    <w:p>
      <w:pPr>
        <w:jc w:val="right"/>
      </w:pPr>
      <w:r>
        <w:t>اٹ مینز دیٹ: "وی ہیو ٹو ری اسس، اینڈ وی ہیو ٹو ابینڈن ال دو، ال دو وائلنس،</w:t>
      </w:r>
    </w:p>
    <w:p>
      <w:r>
        <w:rPr>
          <w:b/>
        </w:rPr>
        <w:t xml:space="preserve">[21:48] </w:t>
      </w:r>
      <w:r>
        <w:t>and hate, and revenge." We have to adopt the policy of peace, policy of love.</w:t>
      </w:r>
    </w:p>
    <w:p>
      <w:pPr>
        <w:jc w:val="right"/>
      </w:pPr>
      <w:r>
        <w:t>اینڈ ہیٹ، اینڈ ریونج۔" وی ہیو ٹو اڈاپٹ دا پالیسی اف پیس، پالیسی اف لو۔</w:t>
      </w:r>
    </w:p>
    <w:p>
      <w:r>
        <w:rPr>
          <w:b/>
        </w:rPr>
        <w:t xml:space="preserve">[21:54] </w:t>
      </w:r>
      <w:r>
        <w:t>This is the only solution to our problems.</w:t>
      </w:r>
    </w:p>
    <w:p>
      <w:pPr>
        <w:jc w:val="right"/>
      </w:pPr>
      <w:r>
        <w:t>دس از دا اونلی سولیوشن ٹو اور پرابلمز۔</w:t>
      </w:r>
    </w:p>
    <w:p>
      <w:r>
        <w:rPr>
          <w:b/>
        </w:rPr>
        <w:t xml:space="preserve">[21:58] </w:t>
      </w:r>
      <w:r>
        <w:t>aqool qawl haza: wastaghfirullah al-ali al-alimeen.</w:t>
      </w:r>
    </w:p>
    <w:p>
      <w:pPr>
        <w:jc w:val="right"/>
      </w:pPr>
      <w:r>
        <w:t>اقول قول ھذا: واستغفراللہ العلی عالمین۔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