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Material Science Vs Spiritual Science 20th May 12 SLOW</w:t>
      </w:r>
    </w:p>
    <w:p>
      <w:r>
        <w:t>https://www.youtube.com/watch?v=qYwFExG7cyM</w:t>
      </w:r>
    </w:p>
    <w:p>
      <w:r>
        <w:rPr>
          <w:b/>
        </w:rPr>
        <w:t xml:space="preserve">[00:16] </w:t>
      </w:r>
      <w:r>
        <w:t>bismillah al-rahman al-rahim, wa salla Allahu ala al-nabi al-karim.</w:t>
      </w:r>
    </w:p>
    <w:p>
      <w:pPr>
        <w:jc w:val="right"/>
      </w:pPr>
      <w:r>
        <w:t>بسم اللہ الرحمن الرحیم، وصلی اللہ علی النبی الکریم۔</w:t>
      </w:r>
    </w:p>
    <w:p>
      <w:r>
        <w:rPr>
          <w:b/>
        </w:rPr>
        <w:t xml:space="preserve">[00:23]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[00:30] </w:t>
      </w:r>
      <w:r>
        <w:t>aaj ka topic hai: materialism aur intellectual dwarfism, yani madat ya zehni bona pan.</w:t>
      </w:r>
    </w:p>
    <w:p>
      <w:pPr>
        <w:jc w:val="right"/>
      </w:pPr>
      <w:r>
        <w:t>آج کا ٹاپک ہے: مٹیریلزم اور انٹلیکچول ڈوارفزم، یعنی مادیت یا ذہنی بونا پن۔</w:t>
      </w:r>
    </w:p>
    <w:p>
      <w:r>
        <w:rPr>
          <w:b/>
        </w:rPr>
        <w:t xml:space="preserve">[00:38] </w:t>
      </w:r>
      <w:r>
        <w:t>دیکھیے، جو لوگ material culture کو اختیار کرتے ہیں، بظاہر تو وہ material culture کو اختیار کرتے ہیں،</w:t>
      </w:r>
    </w:p>
    <w:p>
      <w:pPr>
        <w:jc w:val="right"/>
      </w:pPr>
      <w:r>
        <w:t>دیکھیے، جو لوگ مٹیریل کلچر کو اختیار کرتے ہیں، بظاہر تو وہ مٹیریل کلچر کو اختیار کرتے ہیں،</w:t>
      </w:r>
    </w:p>
    <w:p>
      <w:r>
        <w:rPr>
          <w:b/>
        </w:rPr>
        <w:t xml:space="preserve">[00:45] </w:t>
      </w:r>
      <w:r>
        <w:t>لیکن نتیجے کے اعتبار سے وہ ہوتا ہے option for intellectual dwarfism.</w:t>
      </w:r>
    </w:p>
    <w:p>
      <w:pPr>
        <w:jc w:val="right"/>
      </w:pPr>
      <w:r>
        <w:t>لیکن نتیجے کے اعتبار سے وہ ہوتا ہے آپشن فار انٹلیکچول ڈوارفزم۔</w:t>
      </w:r>
    </w:p>
    <w:p>
      <w:r>
        <w:rPr>
          <w:b/>
        </w:rPr>
        <w:t xml:space="preserve">[00:53] </w:t>
      </w:r>
      <w:r>
        <w:t>aap bhi is ka tajruba aap ko bhi hua hoga, mujhe toh zindagi mein bara hi tajruba hua</w:t>
      </w:r>
    </w:p>
    <w:p>
      <w:pPr>
        <w:jc w:val="right"/>
      </w:pPr>
      <w:r>
        <w:t>آپ بھی اس کا تجربہ آپ کو بھی ہوا ہوگا، مجھے تو زندگی میں بڑا ہی تجربہ ہوا</w:t>
      </w:r>
    </w:p>
    <w:p>
      <w:r>
        <w:rPr>
          <w:b/>
        </w:rPr>
        <w:t xml:space="preserve">[01:00] </w:t>
      </w:r>
      <w:r>
        <w:t>ہے کہ جو لوگ جیتے ہیں material culture میں، عملاً وہ intellectual dwarfism کا شکار رہتے ہیں۔</w:t>
      </w:r>
    </w:p>
    <w:p>
      <w:pPr>
        <w:jc w:val="right"/>
      </w:pPr>
      <w:r>
        <w:t>ہے کہ جو لوگ جیتے ہیں مٹیریل کلچر میں، عملاً وہ انٹلیکچول ڈوارفزم کا شکار رہتے ہیں۔</w:t>
      </w:r>
    </w:p>
    <w:p>
      <w:r>
        <w:rPr>
          <w:b/>
        </w:rPr>
        <w:t xml:space="preserve">[01:08] </w:t>
      </w:r>
      <w:r>
        <w:t>material culture se meri murad hai madi cheezon mein, madi cheezon ke shauq mein jeena, family mein jeena,</w:t>
      </w:r>
    </w:p>
    <w:p>
      <w:pPr>
        <w:jc w:val="right"/>
      </w:pPr>
      <w:r>
        <w:t>مٹیریل کلچر سے میری مراد ہے مادی چیزوں میں، مادی چیزوں کے شوق میں جینا، فیملی میں جینا،</w:t>
      </w:r>
    </w:p>
    <w:p>
      <w:r>
        <w:rPr>
          <w:b/>
        </w:rPr>
        <w:t xml:space="preserve">[01:15] </w:t>
      </w:r>
      <w:r>
        <w:t>مادی ترقیوں کے بارے میں سوچتے رہنا، اپنی فیملی کو اپنا sole concern بن رہنا، گھر، کار، جاب،</w:t>
      </w:r>
    </w:p>
    <w:p>
      <w:pPr>
        <w:jc w:val="right"/>
      </w:pPr>
      <w:r>
        <w:t>مادی ترقیوں کے بارے میں سوچتے رہنا، اپنی فیملی کو اپنا سول کنسرن بن رہنا، گھر، کار، جاب،</w:t>
      </w:r>
    </w:p>
    <w:p>
      <w:r>
        <w:rPr>
          <w:b/>
        </w:rPr>
        <w:t xml:space="preserve">[01:23] </w:t>
      </w:r>
      <w:r>
        <w:t>business, estates—yeh sari cheezein material culture mein aati hain.</w:t>
      </w:r>
    </w:p>
    <w:p>
      <w:pPr>
        <w:jc w:val="right"/>
      </w:pPr>
      <w:r>
        <w:t>بزنس، اسٹیٹس—یہ ساری چیزیں مٹیریل کلچر میں آتی ہیں۔</w:t>
      </w:r>
    </w:p>
    <w:p>
      <w:r>
        <w:rPr>
          <w:b/>
        </w:rPr>
        <w:t xml:space="preserve">[01:30] </w:t>
      </w:r>
      <w:r>
        <w:t>تو جو لوگ material culture کو یا مادی ترقی کو اپنا concern بناتے ہیں، تو لازمی طور پر</w:t>
      </w:r>
    </w:p>
    <w:p>
      <w:pPr>
        <w:jc w:val="right"/>
      </w:pPr>
      <w:r>
        <w:t>تو جو لوگ مٹیریل کلچر کو یا مادی ترقی کو اپنا کنسرن بناتے ہیں، تو لازمی طور پر</w:t>
      </w:r>
    </w:p>
    <w:p>
      <w:r>
        <w:rPr>
          <w:b/>
        </w:rPr>
        <w:t xml:space="preserve">[01:38] </w:t>
      </w:r>
      <w:r>
        <w:t>is ki ek price dete hain.</w:t>
      </w:r>
    </w:p>
    <w:p>
      <w:pPr>
        <w:jc w:val="right"/>
      </w:pPr>
      <w:r>
        <w:t>اس کی ایک پرائز دیتے ہیں۔</w:t>
      </w:r>
    </w:p>
    <w:p>
      <w:r>
        <w:rPr>
          <w:b/>
        </w:rPr>
        <w:t xml:space="preserve">[01:45] </w:t>
      </w:r>
      <w:r>
        <w:t>وہ یہ کہ وہ intellectual dwarfism کا شکار ہوتے ہیں۔</w:t>
      </w:r>
    </w:p>
    <w:p>
      <w:pPr>
        <w:jc w:val="right"/>
      </w:pPr>
      <w:r>
        <w:t>وہ یہ کہ وہ انٹلیکچول ڈوارفزم کا شکار ہوتے ہیں۔</w:t>
      </w:r>
    </w:p>
    <w:p>
      <w:r>
        <w:rPr>
          <w:b/>
        </w:rPr>
        <w:t xml:space="preserve">[01:53] </w:t>
      </w:r>
      <w:r>
        <w:t>دیکھیں، انسان انسان دو ایک dual being ہے۔</w:t>
      </w:r>
    </w:p>
    <w:p>
      <w:pPr>
        <w:jc w:val="right"/>
      </w:pPr>
      <w:r>
        <w:t>دیکھیں، انسان انسان دو ایک ڈول بینگ ہے۔</w:t>
      </w:r>
    </w:p>
    <w:p>
      <w:r>
        <w:rPr>
          <w:b/>
        </w:rPr>
        <w:t xml:space="preserve">[02:00] </w:t>
      </w:r>
      <w:r>
        <w:t>انسان ہمارا ایک body ہے، ہمارا ایک soul ہے، تو دونوں کے تقاضے الگ الگ ہیں۔</w:t>
      </w:r>
    </w:p>
    <w:p>
      <w:pPr>
        <w:jc w:val="right"/>
      </w:pPr>
      <w:r>
        <w:t>انسان ہمارا ایک باڈی ہے، ہمارا ایک سول ہے، تو دونوں کے تقاضے الگ الگ ہیں۔</w:t>
      </w:r>
    </w:p>
    <w:p>
      <w:r>
        <w:rPr>
          <w:b/>
        </w:rPr>
        <w:t xml:space="preserve">[02:08] </w:t>
      </w:r>
      <w:r>
        <w:t>Body ki tarakki yeh hai ke is ko maddi cheezein milti rahen, khana peena milta rahe, lekin jo</w:t>
      </w:r>
    </w:p>
    <w:p>
      <w:pPr>
        <w:jc w:val="right"/>
      </w:pPr>
      <w:r>
        <w:t>باڈی کی ترقی یہ ہے کہ اس کو مادی چیزیں ملتی رہیں، کھانا پینا ملتا رہے، لیکن جو</w:t>
      </w:r>
    </w:p>
    <w:p>
      <w:r>
        <w:rPr>
          <w:b/>
        </w:rPr>
        <w:t xml:space="preserve">[02:15] </w:t>
      </w:r>
      <w:r>
        <w:t>soul hai, us ki taraqqi yeh hai is par ke aap ke andar intellectual development hota rahe.</w:t>
      </w:r>
    </w:p>
    <w:p>
      <w:pPr>
        <w:jc w:val="right"/>
      </w:pPr>
      <w:r>
        <w:t>سول ہے، اس کی ترقی یہ ہے اس پر کہ آپ کے اندر انٹلیکچول ڈیویلپمنٹ ہوتا رہے۔</w:t>
      </w:r>
    </w:p>
    <w:p>
      <w:r>
        <w:rPr>
          <w:b/>
        </w:rPr>
        <w:t xml:space="preserve">[02:23] </w:t>
      </w:r>
      <w:r>
        <w:t>وہ ایک بالکل different department ہے۔</w:t>
      </w:r>
    </w:p>
    <w:p>
      <w:pPr>
        <w:jc w:val="right"/>
      </w:pPr>
      <w:r>
        <w:t>وہ ایک بالکل ڈفرنٹ ڈیپارٹمنٹ ہے۔</w:t>
      </w:r>
    </w:p>
    <w:p>
      <w:r>
        <w:rPr>
          <w:b/>
        </w:rPr>
        <w:t xml:space="preserve">[02:30] </w:t>
      </w:r>
      <w:r>
        <w:t>یہ ناممکن ہے، دیکھیں، کہ آپ مادی ترقیوں میں جئیں اور ساتھ ساتھ آپ کا intellectual development ہوتا رہے۔</w:t>
      </w:r>
    </w:p>
    <w:p>
      <w:pPr>
        <w:jc w:val="right"/>
      </w:pPr>
      <w:r>
        <w:t>یہ ناممکن ہے، دیکھیں، کہ آپ مادی ترقیوں میں جئیں اور ساتھ ساتھ آپ کا انٹلیکچول ڈیویلپمنٹ ہوتا رہے۔</w:t>
      </w:r>
    </w:p>
    <w:p>
      <w:r>
        <w:rPr>
          <w:b/>
        </w:rPr>
        <w:t xml:space="preserve">[02:38] </w:t>
      </w:r>
      <w:r>
        <w:t>yeh nahi ho sakta.</w:t>
      </w:r>
    </w:p>
    <w:p>
      <w:pPr>
        <w:jc w:val="right"/>
      </w:pPr>
      <w:r>
        <w:t>یہ نہیں ہو سکتا۔</w:t>
      </w:r>
    </w:p>
    <w:p>
      <w:r>
        <w:rPr>
          <w:b/>
        </w:rPr>
        <w:t xml:space="preserve">[02:45] </w:t>
      </w:r>
      <w:r>
        <w:t>toh ek ko lene ke liye doosre ko khona parega.</w:t>
      </w:r>
    </w:p>
    <w:p>
      <w:pPr>
        <w:jc w:val="right"/>
      </w:pPr>
      <w:r>
        <w:t>تو ایک کو لینے کے لیے دوسرے کو کھونا پڑے گا۔</w:t>
      </w:r>
    </w:p>
    <w:p>
      <w:r>
        <w:rPr>
          <w:b/>
        </w:rPr>
        <w:t xml:space="preserve">[02:53] </w:t>
      </w:r>
      <w:r>
        <w:t>hadith mein aata hai ke: "man ahabba dunya bi-akhratihi, man ahabba akhratahu bi-akhratihi, fa-asru ma yafquh 'ala ma yafquh".</w:t>
      </w:r>
    </w:p>
    <w:p>
      <w:pPr>
        <w:jc w:val="right"/>
      </w:pPr>
      <w:r>
        <w:t>حدیث میں آتا ہے کہ: "من احب دنیا بآخرتہ، من احب آخرتہ بآخرتہ، فاصرو ما یفقہ علی ما یفقہ"۔</w:t>
      </w:r>
    </w:p>
    <w:p>
      <w:r>
        <w:rPr>
          <w:b/>
        </w:rPr>
        <w:t xml:space="preserve">[03:00] </w:t>
      </w:r>
      <w:r>
        <w:t>yaani dono ko back waqt aap yaqeenan develop nahi kar sakte.</w:t>
      </w:r>
    </w:p>
    <w:p>
      <w:pPr>
        <w:jc w:val="right"/>
      </w:pPr>
      <w:r>
        <w:t>یعنی دونوں کو بیک وقت آپ یقینا ڈیویلپ نہیں کر سکتے۔</w:t>
      </w:r>
    </w:p>
    <w:p>
      <w:r>
        <w:rPr>
          <w:b/>
        </w:rPr>
        <w:t xml:space="preserve">[03:08] </w:t>
      </w:r>
      <w:r>
        <w:t>یعنی physical part آپ کا جو ہے، وہ اور آپ کا intellectual part جو ہے، وہ۔</w:t>
      </w:r>
    </w:p>
    <w:p>
      <w:pPr>
        <w:jc w:val="right"/>
      </w:pPr>
      <w:r>
        <w:t>یعنی فزیکل پارٹ آپ کا جو ہے، وہ اور آپ کا انٹلیکچول پارٹ جو ہے، وہ۔</w:t>
      </w:r>
    </w:p>
    <w:p>
      <w:r>
        <w:rPr>
          <w:b/>
        </w:rPr>
        <w:t xml:space="preserve">[03:15] </w:t>
      </w:r>
      <w:r>
        <w:t>toh ab aap ko aap ka choice kya hai, woh aap par nebharta hai.</w:t>
      </w:r>
    </w:p>
    <w:p>
      <w:pPr>
        <w:jc w:val="right"/>
      </w:pPr>
      <w:r>
        <w:t>تو اب آپ کو آپ کا چوائس کیا ہے، وہ آپ پر نیپر کرتا ہے۔</w:t>
      </w:r>
    </w:p>
    <w:p>
      <w:r>
        <w:rPr>
          <w:b/>
        </w:rPr>
        <w:t xml:space="preserve">[03:23] </w:t>
      </w:r>
      <w:r>
        <w:t>lekin yeh bohat zyada serious masla hai.</w:t>
      </w:r>
    </w:p>
    <w:p>
      <w:pPr>
        <w:jc w:val="right"/>
      </w:pPr>
      <w:r>
        <w:t>لیکن یہ بہت زیادہ سیریس مسئلہ ہے۔</w:t>
      </w:r>
    </w:p>
    <w:p>
      <w:r>
        <w:rPr>
          <w:b/>
        </w:rPr>
        <w:t xml:space="preserve">[03:30] </w:t>
      </w:r>
      <w:r>
        <w:t>hota kya hai ke jab aadmi paida hota hai, bachpan aur naujawani ya ibtidai umar jo hoti hai</w:t>
      </w:r>
    </w:p>
    <w:p>
      <w:pPr>
        <w:jc w:val="right"/>
      </w:pPr>
      <w:r>
        <w:t>ہوتا کیا ہے کہ جب آدمی پیدا ہوتا ہے، بچپن اور نوجوانی یا ابتدائی عمر جو ہوتی ہے</w:t>
      </w:r>
    </w:p>
    <w:p>
      <w:r>
        <w:rPr>
          <w:b/>
        </w:rPr>
        <w:t xml:space="preserve">[03:38] </w:t>
      </w:r>
      <w:r>
        <w:t>is ki, toh is mein bari energy hoti hai, bohat energy hoti hai.</w:t>
      </w:r>
    </w:p>
    <w:p>
      <w:pPr>
        <w:jc w:val="right"/>
      </w:pPr>
      <w:r>
        <w:t>اس کی، تو اس میں بڑی انرجی ہوتی ہے، بہت انرجی ہوتی ہے۔</w:t>
      </w:r>
    </w:p>
    <w:p>
      <w:r>
        <w:rPr>
          <w:b/>
        </w:rPr>
        <w:t xml:space="preserve">[03:45] </w:t>
      </w:r>
      <w:r>
        <w:t>toh khel kood mein, tafreeh mein, woh jeene lagta hai.</w:t>
      </w:r>
    </w:p>
    <w:p>
      <w:pPr>
        <w:jc w:val="right"/>
      </w:pPr>
      <w:r>
        <w:t>تو کھیل کود میں، تفریح میں، وہ جینے لگتا ہے۔</w:t>
      </w:r>
    </w:p>
    <w:p>
      <w:r>
        <w:rPr>
          <w:b/>
        </w:rPr>
        <w:t xml:space="preserve">[03:53] </w:t>
      </w:r>
      <w:r>
        <w:t>jaise misaal karte hue, dekhein, do naujawan khel kood kar rahe hain.</w:t>
      </w:r>
    </w:p>
    <w:p>
      <w:pPr>
        <w:jc w:val="right"/>
      </w:pPr>
      <w:r>
        <w:t>جیسے مثال کرتے ہوئے، دیکھیں، دو نوجوان کھیل کود کر رہے ہیں۔</w:t>
      </w:r>
    </w:p>
    <w:p>
      <w:r>
        <w:rPr>
          <w:b/>
        </w:rPr>
        <w:t xml:space="preserve">[04:00] </w:t>
      </w:r>
      <w:r>
        <w:t>toh jis waqt aadmi khel kood karta hai, woh samajhta hai ke bas yahi zindagi hai.</w:t>
      </w:r>
    </w:p>
    <w:p>
      <w:pPr>
        <w:jc w:val="right"/>
      </w:pPr>
      <w:r>
        <w:t>تو جس وقت آدمی کھیل کود کرتا ہے، وہ سمجھتا ہے کہ بس یہی زندگی ہے۔</w:t>
      </w:r>
    </w:p>
    <w:p>
      <w:r>
        <w:rPr>
          <w:b/>
        </w:rPr>
        <w:t xml:space="preserve">[04:08] </w:t>
      </w:r>
      <w:r>
        <w:t>lekin aap law of nature ko overrule nahi kar sakte.</w:t>
      </w:r>
    </w:p>
    <w:p>
      <w:pPr>
        <w:jc w:val="right"/>
      </w:pPr>
      <w:r>
        <w:t>لیکن آپ لاء آف نیچر کو اوور رول نہیں کر سکتے۔</w:t>
      </w:r>
    </w:p>
    <w:p>
      <w:r>
        <w:rPr>
          <w:b/>
        </w:rPr>
        <w:t xml:space="preserve">[04:15] </w:t>
      </w:r>
      <w:r>
        <w:t>aap ki zindagi hamesha in jawani wali energy aap ke andar nahi rehti.</w:t>
      </w:r>
    </w:p>
    <w:p>
      <w:pPr>
        <w:jc w:val="right"/>
      </w:pPr>
      <w:r>
        <w:t>آپ کی زندگی ہمیشہ ان جوانی والی انرجی آپ کے اندر نہیں رہتی۔</w:t>
      </w:r>
    </w:p>
    <w:p>
      <w:r>
        <w:rPr>
          <w:b/>
        </w:rPr>
        <w:t xml:space="preserve">[04:23] </w:t>
      </w:r>
      <w:r>
        <w:t>aap par bimari lagti hai, accident hota hai, tarah tarah ke hardships paish aate hain, aur agar yeh</w:t>
      </w:r>
    </w:p>
    <w:p>
      <w:pPr>
        <w:jc w:val="right"/>
      </w:pPr>
      <w:r>
        <w:t>آپ پر بیماری لگتی ہے، ایکسیڈنٹ ہوتا ہے، طرح طرح کے ہارٹس پیش آتے ہیں، اور اگر یہ</w:t>
      </w:r>
    </w:p>
    <w:p>
      <w:r>
        <w:rPr>
          <w:b/>
        </w:rPr>
        <w:t xml:space="preserve">[04:30] </w:t>
      </w:r>
      <w:r>
        <w:t>sab kuch bhi na ho, farz ki jiye, tab bhi aap budhape se bacha nahi sakte apne aap ko.</w:t>
      </w:r>
    </w:p>
    <w:p>
      <w:pPr>
        <w:jc w:val="right"/>
      </w:pPr>
      <w:r>
        <w:t>سب کچھ بھی نہ ہو، فرض کیجئے، تب بھی آپ بڑھاپے سے بچا نہیں سکتے اپنے آپ کو۔</w:t>
      </w:r>
    </w:p>
    <w:p>
      <w:r>
        <w:rPr>
          <w:b/>
        </w:rPr>
        <w:t xml:space="preserve">[04:38] </w:t>
      </w:r>
      <w:r>
        <w:t>yeh toh impossible hai ke aap budhape se bacha lein.</w:t>
      </w:r>
    </w:p>
    <w:p>
      <w:pPr>
        <w:jc w:val="right"/>
      </w:pPr>
      <w:r>
        <w:t>یہ تو امپاسیبل ہے کہ آپ بڑھاپے سے بچا لیں۔</w:t>
      </w:r>
    </w:p>
    <w:p>
      <w:r>
        <w:rPr>
          <w:b/>
        </w:rPr>
        <w:t xml:space="preserve">[04:45] </w:t>
      </w:r>
      <w:r>
        <w:t>aakhir mein dekhiye, yeh hota hai.</w:t>
      </w:r>
    </w:p>
    <w:p>
      <w:pPr>
        <w:jc w:val="right"/>
      </w:pPr>
      <w:r>
        <w:t>آخر میں دیکھیے، یہ ہوتا ہے۔</w:t>
      </w:r>
    </w:p>
    <w:p>
      <w:r>
        <w:rPr>
          <w:b/>
        </w:rPr>
        <w:t xml:space="preserve">[04:53] </w:t>
      </w:r>
      <w:r>
        <w:t>akela aadmi, sad andar se sad, aur bilkul goya ke woh waiting for death, maut ka intezar karta hota hai.</w:t>
      </w:r>
    </w:p>
    <w:p>
      <w:pPr>
        <w:jc w:val="right"/>
      </w:pPr>
      <w:r>
        <w:t>اکیلا انسان، سیڈ اندر سے سیڈ، اور بالکل گویا کہ وہ ویٹنگ فار ڈیتھ، موت کا انتظار کرتا ہوتا ہے۔</w:t>
      </w:r>
    </w:p>
    <w:p>
      <w:r>
        <w:rPr>
          <w:b/>
        </w:rPr>
        <w:t xml:space="preserve">[05:00] </w:t>
      </w:r>
      <w:r>
        <w:t>aur maut ke baad kya hai? jo kuch aap ne yahan madi taraqqi ki thi, woh sab aap</w:t>
      </w:r>
    </w:p>
    <w:p>
      <w:pPr>
        <w:jc w:val="right"/>
      </w:pPr>
      <w:r>
        <w:t>اور موت کے بعد کیا ہے؟ جو کچھ آپ نے یہاں مادی ترقی کی تھی، وہ سب آپ</w:t>
      </w:r>
    </w:p>
    <w:p>
      <w:r>
        <w:rPr>
          <w:b/>
        </w:rPr>
        <w:t xml:space="preserve">[05:08] </w:t>
      </w:r>
      <w:r>
        <w:t>ke saath chhod deti hai.</w:t>
      </w:r>
    </w:p>
    <w:p>
      <w:pPr>
        <w:jc w:val="right"/>
      </w:pPr>
      <w:r>
        <w:t>کے ساتھ چھوڑ دیتی ہے۔</w:t>
      </w:r>
    </w:p>
    <w:p>
      <w:r>
        <w:rPr>
          <w:b/>
        </w:rPr>
        <w:t xml:space="preserve">[05:15] </w:t>
      </w:r>
      <w:r>
        <w:t>toh yeh bohat zyada serious masla hai, is ko sochna chahiye har aadmi ko.</w:t>
      </w:r>
    </w:p>
    <w:p>
      <w:pPr>
        <w:jc w:val="right"/>
      </w:pPr>
      <w:r>
        <w:t>تو یہ بہت زیادہ سیریس مسئلہ ہے، اس کو سوچنا چاہیے ہر آدمی کو۔</w:t>
      </w:r>
    </w:p>
    <w:p>
      <w:r>
        <w:rPr>
          <w:b/>
        </w:rPr>
        <w:t xml:space="preserve">[05:23] </w:t>
      </w:r>
      <w:r>
        <w:t>kyun ke dekhein, sab se bari cheez aap ko jo mili hai, woh body hai.</w:t>
      </w:r>
    </w:p>
    <w:p>
      <w:pPr>
        <w:jc w:val="right"/>
      </w:pPr>
      <w:r>
        <w:t>کیونکہ دیکھیں، سب سے بڑی چیز آپ کو جو ملی ہے، وہ باڈی ہے۔</w:t>
      </w:r>
    </w:p>
    <w:p>
      <w:r>
        <w:rPr>
          <w:b/>
        </w:rPr>
        <w:t xml:space="preserve">[05:30] </w:t>
      </w:r>
      <w:r>
        <w:t>body toh vehicle hai, vehicle.</w:t>
      </w:r>
    </w:p>
    <w:p>
      <w:pPr>
        <w:jc w:val="right"/>
      </w:pPr>
      <w:r>
        <w:t>باڈی تو وہیکل ہے، وہیکل۔</w:t>
      </w:r>
    </w:p>
    <w:p>
      <w:r>
        <w:rPr>
          <w:b/>
        </w:rPr>
        <w:t xml:space="preserve">[05:38] </w:t>
      </w:r>
      <w:r>
        <w:t>ab sabziyon bachay, aap ko mind mila hua hai, yeh body aap ka vehicle hai.</w:t>
      </w:r>
    </w:p>
    <w:p>
      <w:pPr>
        <w:jc w:val="right"/>
      </w:pPr>
      <w:r>
        <w:t>اب سبزیوں بچے، آپ کو مائنڈ ملا ہوا ہے، یہ باڈی آپ کا وہیکل ہے۔</w:t>
      </w:r>
    </w:p>
    <w:p>
      <w:r>
        <w:rPr>
          <w:b/>
        </w:rPr>
        <w:t xml:space="preserve">[05:45] </w:t>
      </w:r>
      <w:r>
        <w:t>to vehicle, vehicle ki khoob polish karen aap, aur mind ko starvation mein rakhen to aqalmandi nahi hogi.</w:t>
      </w:r>
    </w:p>
    <w:p>
      <w:pPr>
        <w:jc w:val="right"/>
      </w:pPr>
      <w:r>
        <w:t>تو وہیکل، وہیکل کی خوب پالش کریں آپ، اور مائنڈ کو اسٹارویشن میں رکھیں تو عقلمندی نہیں ہوگی۔</w:t>
      </w:r>
    </w:p>
    <w:p>
      <w:r>
        <w:rPr>
          <w:b/>
        </w:rPr>
        <w:t xml:space="preserve">[05:53] </w:t>
      </w:r>
      <w:r>
        <w:t>lekin badqismati se aaj kal sab ka yahi haal hai.</w:t>
      </w:r>
    </w:p>
    <w:p>
      <w:pPr>
        <w:jc w:val="right"/>
      </w:pPr>
      <w:r>
        <w:t>لیکن بدقسمتی سے آج کل سب کا یہی حال ہے۔</w:t>
      </w:r>
    </w:p>
    <w:p>
      <w:r>
        <w:rPr>
          <w:b/>
        </w:rPr>
        <w:t xml:space="preserve">[06:00] </w:t>
      </w:r>
      <w:r>
        <w:t>eat drink and be merry mein jeetay hain log, chahe yeh lafz na bhi jantay hon, right here,</w:t>
      </w:r>
    </w:p>
    <w:p>
      <w:pPr>
        <w:jc w:val="right"/>
      </w:pPr>
      <w:r>
        <w:t>ایٹ ڈرنک اینڈ بی میری میں جیتے ہیں لوگ، چاہے یہ لفظ نہ بھی جانتے ہوں، رائٹ ہیر،</w:t>
      </w:r>
    </w:p>
    <w:p>
      <w:r>
        <w:rPr>
          <w:b/>
        </w:rPr>
        <w:t xml:space="preserve">[06:08] </w:t>
      </w:r>
      <w:r>
        <w:t>right now, yeh na bhi jantay hon, tab bhi isi mein jeetay hain.</w:t>
      </w:r>
    </w:p>
    <w:p>
      <w:pPr>
        <w:jc w:val="right"/>
      </w:pPr>
      <w:r>
        <w:t>رائٹ ناؤ، یہ نہ بھی جانتے ہوں، تب بھی اسی میں جیتے ہیں۔</w:t>
      </w:r>
    </w:p>
    <w:p>
      <w:r>
        <w:rPr>
          <w:b/>
        </w:rPr>
        <w:t xml:space="preserve">[06:15] </w:t>
      </w:r>
      <w:r>
        <w:t>woh aaj kal jo log job kartay hain, un ka kya hai? work hard, party hard, matlab khoob</w:t>
      </w:r>
    </w:p>
    <w:p>
      <w:pPr>
        <w:jc w:val="right"/>
      </w:pPr>
      <w:r>
        <w:t>وہ آج کل جو لوگ جاب کرتے ہیں، ان کا کیا ہے؟ ورک ہارڈ، پارٹی ہارڈ، مطلب خوب</w:t>
      </w:r>
    </w:p>
    <w:p>
      <w:r>
        <w:rPr>
          <w:b/>
        </w:rPr>
        <w:t xml:space="preserve">[06:23] </w:t>
      </w:r>
      <w:r>
        <w:t>mehnat se kaam karo, paisa kamao, aur partiyon mein ja kar ke paise lutao, tablegh karo.</w:t>
      </w:r>
    </w:p>
    <w:p>
      <w:pPr>
        <w:jc w:val="right"/>
      </w:pPr>
      <w:r>
        <w:t>محنت سے کام کرو، پیسہ کماؤ، اور پارٹیوں میں جا کر کے پیسے لٹاؤ، تبلیغ کرو۔</w:t>
      </w:r>
    </w:p>
    <w:p>
      <w:r>
        <w:rPr>
          <w:b/>
        </w:rPr>
        <w:t xml:space="preserve">[06:30] </w:t>
      </w:r>
      <w:r>
        <w:t>magar aisay bohat salhon se, yahan se le kar amreeka tak, mein mila hoon.</w:t>
      </w:r>
    </w:p>
    <w:p>
      <w:pPr>
        <w:jc w:val="right"/>
      </w:pPr>
      <w:r>
        <w:t>مگر ایسے بہت صلحوں سے، یہاں سے لے کر امریکہ تک، میں ملا ہوں۔</w:t>
      </w:r>
    </w:p>
    <w:p>
      <w:r>
        <w:rPr>
          <w:b/>
        </w:rPr>
        <w:t xml:space="preserve">[06:38] </w:t>
      </w:r>
      <w:r>
        <w:t>waqti aik temporary entertainment hota hai party mein, ya holiday mein jatay hain aap, us ke baad</w:t>
      </w:r>
    </w:p>
    <w:p>
      <w:pPr>
        <w:jc w:val="right"/>
      </w:pPr>
      <w:r>
        <w:t>وقتی ایک ٹیمپریری انٹرٹینمنٹ ہوتا ہے پارٹی میں، یا ہالی ڈے میں جاتے ہیں آپ، اس کے بعد</w:t>
      </w:r>
    </w:p>
    <w:p>
      <w:r>
        <w:rPr>
          <w:b/>
        </w:rPr>
        <w:t xml:space="preserve">[06:45] </w:t>
      </w:r>
      <w:r>
        <w:t>phir aik naya stress, us ke baad aik naya stress, jis ko aap keh saktay hain party stress,</w:t>
      </w:r>
    </w:p>
    <w:p>
      <w:pPr>
        <w:jc w:val="right"/>
      </w:pPr>
      <w:r>
        <w:t>پھر ایک نیا اسٹریس، اس کے بعد ایک نیا اسٹریس، جس کو آپ کہہ سکتے ہیں پارٹی اسٹریس،</w:t>
      </w:r>
    </w:p>
    <w:p>
      <w:r>
        <w:rPr>
          <w:b/>
        </w:rPr>
        <w:t xml:space="preserve">[06:53] </w:t>
      </w:r>
      <w:r>
        <w:t>ya holiday stress.</w:t>
      </w:r>
    </w:p>
    <w:p>
      <w:pPr>
        <w:jc w:val="right"/>
      </w:pPr>
      <w:r>
        <w:t>یا ہالی ڈے اسٹریس۔</w:t>
      </w:r>
    </w:p>
    <w:p>
      <w:r>
        <w:rPr>
          <w:b/>
        </w:rPr>
        <w:t xml:space="preserve">[07:00] </w:t>
      </w:r>
      <w:r>
        <w:t>amreeka mein aik aadmi mujhe milay, unhon ne kaha ke yahan aik culture hai ke khoob mehnat karo,</w:t>
      </w:r>
    </w:p>
    <w:p>
      <w:pPr>
        <w:jc w:val="right"/>
      </w:pPr>
      <w:r>
        <w:t>امریکہ میں ایک آدمی مجھے ملے، انہوں نے کہا کہ یہاں ایک کلچر ہے کہ خوب محنت کرو،</w:t>
      </w:r>
    </w:p>
    <w:p>
      <w:r>
        <w:rPr>
          <w:b/>
        </w:rPr>
        <w:t xml:space="preserve">[07:08] </w:t>
      </w:r>
      <w:r>
        <w:t>aur us ke baad weekend mein ja kar ke khoob tafreeh karo, holiday manao.</w:t>
      </w:r>
    </w:p>
    <w:p>
      <w:pPr>
        <w:jc w:val="right"/>
      </w:pPr>
      <w:r>
        <w:t>اور اس کے بعد ویک اینڈ میں جا کر کے خوب تفریح کرو، ہالی ڈے مناؤ۔</w:t>
      </w:r>
    </w:p>
    <w:p>
      <w:r>
        <w:rPr>
          <w:b/>
        </w:rPr>
        <w:t xml:space="preserve">[07:15] </w:t>
      </w:r>
      <w:r>
        <w:t>lekin is ne bataya ke tajurba yeh batata hai ke aik naya stress le kar aata hai aadmi.</w:t>
      </w:r>
    </w:p>
    <w:p>
      <w:pPr>
        <w:jc w:val="right"/>
      </w:pPr>
      <w:r>
        <w:t>لیکن اس نے بتایا کہ تجربہ یہ بتاتا ہے کہ ایک نیا اسٹریس لے کے آتا ہے آدمی۔</w:t>
      </w:r>
    </w:p>
    <w:p>
      <w:r>
        <w:rPr>
          <w:b/>
        </w:rPr>
        <w:t xml:space="preserve">[07:23] </w:t>
      </w:r>
      <w:r>
        <w:t>to yahan pe aik lafz naya bana hai, holiday stress.</w:t>
      </w:r>
    </w:p>
    <w:p>
      <w:pPr>
        <w:jc w:val="right"/>
      </w:pPr>
      <w:r>
        <w:t>تو یہاں پہ ایک لفظ نیا بنا ہے، ہالی ڈے اسٹریس۔</w:t>
      </w:r>
    </w:p>
    <w:p>
      <w:r>
        <w:rPr>
          <w:b/>
        </w:rPr>
        <w:t xml:space="preserve">[07:30] </w:t>
      </w:r>
      <w:r>
        <w:t>تو کیا ایک ایک کوئی زندگی ہے؟ بتائیے، یہ تو just like animal جینا ہے، just like animal جینا ہے۔</w:t>
      </w:r>
    </w:p>
    <w:p>
      <w:pPr>
        <w:jc w:val="right"/>
      </w:pPr>
      <w:r>
        <w:t>تو کیا ایک ایک کوئی زندگی ہے؟ بتائیے، یہ تو جسٹ لائک اینیمل جینا ہے، جسٹ لائک اینیمل جینا ہے۔</w:t>
      </w:r>
    </w:p>
    <w:p>
      <w:r>
        <w:rPr>
          <w:b/>
        </w:rPr>
        <w:t xml:space="preserve">[07:38] </w:t>
      </w:r>
      <w:r>
        <w:t>mein developed countries jin ko kaha jata hai, Europe, amreeka, wahan bar bar mein ne safar kiya hai.</w:t>
      </w:r>
    </w:p>
    <w:p>
      <w:pPr>
        <w:jc w:val="right"/>
      </w:pPr>
      <w:r>
        <w:t>میں ڈیولپ کنٹریز جن کو کہا جاتا ہے، یورپ، امریکہ، وہاں بار بار میں نے سفر کیا ہے۔</w:t>
      </w:r>
    </w:p>
    <w:p>
      <w:r>
        <w:rPr>
          <w:b/>
        </w:rPr>
        <w:t xml:space="preserve">[07:45] </w:t>
      </w:r>
      <w:r>
        <w:t>jab bhi mein kisi se milta hoon, chahe woh hindu ho, ya eesai ho, ya musalman ho, hamesha</w:t>
      </w:r>
    </w:p>
    <w:p>
      <w:pPr>
        <w:jc w:val="right"/>
      </w:pPr>
      <w:r>
        <w:t>جب بھی میں کسی سے ملتا ہوں، چاہے وہ ہندو ہو، یا عیسائی ہو، یا مسلمان ہو، ہمیشہ</w:t>
      </w:r>
    </w:p>
    <w:p>
      <w:r>
        <w:rPr>
          <w:b/>
        </w:rPr>
        <w:t xml:space="preserve">[07:53] </w:t>
      </w:r>
      <w:r>
        <w:t>mein aik sawal karta hoon, aik sawal karta hoon ke aap apna koi experience bataiye, koi wisdom ki</w:t>
      </w:r>
    </w:p>
    <w:p>
      <w:pPr>
        <w:jc w:val="right"/>
      </w:pPr>
      <w:r>
        <w:t>میں ایک سوال کرتا ہوں، ایک سوال کرتا ہوں کہ آپ اپنا کوئی ایکسپیرینس بتائیے، کوئی وزڈم کی</w:t>
      </w:r>
    </w:p>
    <w:p>
      <w:r>
        <w:rPr>
          <w:b/>
        </w:rPr>
        <w:t xml:space="preserve">[08:00] </w:t>
      </w:r>
      <w:r>
        <w:t>baat bataiye, apni koi finding bataiye, apni koi discovery bataiye.</w:t>
      </w:r>
    </w:p>
    <w:p>
      <w:pPr>
        <w:jc w:val="right"/>
      </w:pPr>
      <w:r>
        <w:t>بات بتائیے، اپنی کوئی فائنڈنگ بتائیے، اپنی کوئی ڈسکوری بتائیے۔</w:t>
      </w:r>
    </w:p>
    <w:p>
      <w:r>
        <w:rPr>
          <w:b/>
        </w:rPr>
        <w:t xml:space="preserve">[08:08] </w:t>
      </w:r>
      <w:r>
        <w:t>yaqeen kijiye, aik aik pe aadmi abhi tak mujhe nahi mila jis ne koi khaas baat batai ho.</w:t>
      </w:r>
    </w:p>
    <w:p>
      <w:pPr>
        <w:jc w:val="right"/>
      </w:pPr>
      <w:r>
        <w:t>یقین کیجئے، ایک ایک پہ آدمی ابھی تک مجھے نہیں ملا جس نے کوئی خاص بات بتائی ہو۔</w:t>
      </w:r>
    </w:p>
    <w:p>
      <w:r>
        <w:rPr>
          <w:b/>
        </w:rPr>
        <w:t xml:space="preserve">[08:15] </w:t>
      </w:r>
      <w:r>
        <w:t>aik sahib jo bohat kamyab zindagi guzar rahay thay, ab un ki death ho chuki hai, woh aik</w:t>
      </w:r>
    </w:p>
    <w:p>
      <w:pPr>
        <w:jc w:val="right"/>
      </w:pPr>
      <w:r>
        <w:t>ایک صاحب جو بہت کامیاب زندگی گزار رہے تھے، اب ان کی ڈیتھ ہو چکی ہے، وہ ایک</w:t>
      </w:r>
    </w:p>
    <w:p>
      <w:r>
        <w:rPr>
          <w:b/>
        </w:rPr>
        <w:t xml:space="preserve">[08:23] </w:t>
      </w:r>
      <w:r>
        <w:t>kamyab insaan, material sense mein keh saktay hain.</w:t>
      </w:r>
    </w:p>
    <w:p>
      <w:pPr>
        <w:jc w:val="right"/>
      </w:pPr>
      <w:r>
        <w:t>کامیاب انسان، مٹیریل سینس میں کہہ سکتے ہیں۔</w:t>
      </w:r>
    </w:p>
    <w:p>
      <w:r>
        <w:rPr>
          <w:b/>
        </w:rPr>
        <w:t xml:space="preserve">[08:30] </w:t>
      </w:r>
      <w:r>
        <w:t>un se mein ne poocha ke apni koi finding bataiye, khud aap ki koi jo discover ki ho.</w:t>
      </w:r>
    </w:p>
    <w:p>
      <w:pPr>
        <w:jc w:val="right"/>
      </w:pPr>
      <w:r>
        <w:t>ان سے میں نے پوچھا کہ اپنی کوئی فائنڈنگ بتائیے، خود آپ کی کوئی جو ڈسکور کی ہو۔</w:t>
      </w:r>
    </w:p>
    <w:p>
      <w:r>
        <w:rPr>
          <w:b/>
        </w:rPr>
        <w:t xml:space="preserve">[08:38] </w:t>
      </w:r>
      <w:r>
        <w:t>تو انہوں نے جون جاب کہہ دیا، انہوں نے کہا کہ "It is hair splitting"۔</w:t>
      </w:r>
    </w:p>
    <w:p>
      <w:pPr>
        <w:jc w:val="right"/>
      </w:pPr>
      <w:r>
        <w:t>تو انہوں نے جون جاب کہہ دیا، انہوں نے کہا کہ "اٹ از ہیئر اسپلیٹنگ"۔</w:t>
      </w:r>
    </w:p>
    <w:p>
      <w:r>
        <w:rPr>
          <w:b/>
        </w:rPr>
        <w:t xml:space="preserve">[08:45] </w:t>
      </w:r>
      <w:r>
        <w:t>a, yeh sab to paal ke khaal nikalna hai, yani koi baat nahi bata sake woh.</w:t>
      </w:r>
    </w:p>
    <w:p>
      <w:pPr>
        <w:jc w:val="right"/>
      </w:pPr>
      <w:r>
        <w:t>اے، یہ سب تو پال کے کھال نکالنا ہے، یعنی کوئی بات نہیں بتا سکے وہ۔</w:t>
      </w:r>
    </w:p>
    <w:p>
      <w:r>
        <w:rPr>
          <w:b/>
        </w:rPr>
        <w:t xml:space="preserve">[08:53] </w:t>
      </w:r>
      <w:r>
        <w:t>lakhon logon ki nazar mein woh bohat kamyab thay, woh TV pe atay thay, stage pe atay thay.</w:t>
      </w:r>
    </w:p>
    <w:p>
      <w:pPr>
        <w:jc w:val="right"/>
      </w:pPr>
      <w:r>
        <w:t>لاکھوں لوگوں کی نظر میں وہ بہت کامیاب تھے، وہ ٹی وی پہ آتے تھے، اسٹیج پہ آتے تھے۔</w:t>
      </w:r>
    </w:p>
    <w:p>
      <w:r>
        <w:rPr>
          <w:b/>
        </w:rPr>
        <w:t xml:space="preserve">[09:00] </w:t>
      </w:r>
      <w:r>
        <w:t>lekin jab maine un se poocha, aur jab un ke umar jab zyada hoti thi, senior thay</w:t>
      </w:r>
    </w:p>
    <w:p>
      <w:pPr>
        <w:jc w:val="right"/>
      </w:pPr>
      <w:r>
        <w:t>لیکن جب میں نے ان سے پوچھا، اور جب ان کے عمر جب زیادہ ہوتی تھی، سینئر تھے</w:t>
      </w:r>
    </w:p>
    <w:p>
      <w:r>
        <w:rPr>
          <w:b/>
        </w:rPr>
        <w:t xml:space="preserve">[09:08] </w:t>
      </w:r>
      <w:r>
        <w:t>is waqt, tab maine poocha tha un se ke apni koi finding bataiye.</w:t>
      </w:r>
    </w:p>
    <w:p>
      <w:pPr>
        <w:jc w:val="right"/>
      </w:pPr>
      <w:r>
        <w:t>اس وقت، تب میں نے پوچھا تھا ان سے کہ اپنی کوئی فائنڈنگ بتائیے۔</w:t>
      </w:r>
    </w:p>
    <w:p>
      <w:r>
        <w:rPr>
          <w:b/>
        </w:rPr>
        <w:t xml:space="preserve">[09:15] </w:t>
      </w:r>
      <w:r>
        <w:t>تو انہوں نے کہا کہ "ارے، یہ سب تو hair splitting ہے"۔</w:t>
      </w:r>
    </w:p>
    <w:p>
      <w:pPr>
        <w:jc w:val="right"/>
      </w:pPr>
      <w:r>
        <w:t>تو انہوں نے کہا کہ "ارے، یہ سب تو ہیئر اسپلیٹنگ ہے"۔</w:t>
      </w:r>
    </w:p>
    <w:p>
      <w:r>
        <w:rPr>
          <w:b/>
        </w:rPr>
        <w:t xml:space="preserve">[09:23] </w:t>
      </w:r>
      <w:r>
        <w:t>یہ میرے تجربے کے مطابق، without any exception، سب کا حال ہے۔</w:t>
      </w:r>
    </w:p>
    <w:p>
      <w:pPr>
        <w:jc w:val="right"/>
      </w:pPr>
      <w:r>
        <w:t>یہ میرے تجربے کے مطابق، ودا آؤٹ اینی ایکسیپشن، سب کا حال ہے۔</w:t>
      </w:r>
    </w:p>
    <w:p>
      <w:r>
        <w:rPr>
          <w:b/>
        </w:rPr>
        <w:t xml:space="preserve">[09:30] </w:t>
      </w:r>
      <w:r>
        <w:t>کیا اسی لیے دنیا میں ہم آئے ہیں کہ animal کی طرح کھائیں پیئیں، well-dressed life ہو،</w:t>
      </w:r>
    </w:p>
    <w:p>
      <w:pPr>
        <w:jc w:val="right"/>
      </w:pPr>
      <w:r>
        <w:t>کیا اسی لیے دنیا میں ہم آئے ہیں کہ اینیمل کی طرح کھائیں پیئیں، ویل ڈریس لائف ہو،</w:t>
      </w:r>
    </w:p>
    <w:p>
      <w:r>
        <w:rPr>
          <w:b/>
        </w:rPr>
        <w:t xml:space="preserve">[09:38] </w:t>
      </w:r>
      <w:r>
        <w:t>hamari caron mein chalen, gharon mein rahen, aur phir mar kar khatm ho jayen? hamara mind jo hai,</w:t>
      </w:r>
    </w:p>
    <w:p>
      <w:pPr>
        <w:jc w:val="right"/>
      </w:pPr>
      <w:r>
        <w:t>ہماری کاروں میں چلیں، گھروں میں رہیں، اور پھر مر کر ختم ہو جائیں؟ ہمارا مائنڈ جو ہے،</w:t>
      </w:r>
    </w:p>
    <w:p>
      <w:r>
        <w:rPr>
          <w:b/>
        </w:rPr>
        <w:t xml:space="preserve">[09:45] </w:t>
      </w:r>
      <w:r>
        <w:t>اس سارے ویسے میں رہے، intellectual intelligence, intellectual sense میں، آپ dwarfism کا شکار ہیں۔</w:t>
      </w:r>
    </w:p>
    <w:p>
      <w:pPr>
        <w:jc w:val="right"/>
      </w:pPr>
      <w:r>
        <w:t>اس سارے ویسے میں رہے، انٹلیکچول انٹیلیجنس، انٹلیکچول سینس میں، آپ ڈوارفزم کا شکار ہیں۔</w:t>
      </w:r>
    </w:p>
    <w:p>
      <w:r>
        <w:rPr>
          <w:b/>
        </w:rPr>
        <w:t xml:space="preserve">[09:53] </w:t>
      </w:r>
      <w:r>
        <w:t>yeh koi zindagi hai? kal mein radio sun raha tha, rozana mujhe aise tajurbe hote hain, daily.</w:t>
      </w:r>
    </w:p>
    <w:p>
      <w:pPr>
        <w:jc w:val="right"/>
      </w:pPr>
      <w:r>
        <w:t>یہ کوئی زندگی ہے؟ کل میں ریڈیو سن رہا تھا، روزانہ مجھے ایسے تجربے ہوتے ہیں، ڈیلی۔</w:t>
      </w:r>
    </w:p>
    <w:p>
      <w:r>
        <w:rPr>
          <w:b/>
        </w:rPr>
        <w:t xml:space="preserve">[10:00] </w:t>
      </w:r>
      <w:r>
        <w:t>hata ke aaj bhi tajurba aisa hua.</w:t>
      </w:r>
    </w:p>
    <w:p>
      <w:pPr>
        <w:jc w:val="right"/>
      </w:pPr>
      <w:r>
        <w:t>حتیٰ کہ آج بھی تجربہ ایسا ہوا۔</w:t>
      </w:r>
    </w:p>
    <w:p>
      <w:r>
        <w:rPr>
          <w:b/>
        </w:rPr>
        <w:t xml:space="preserve">[10:08] </w:t>
      </w:r>
      <w:r>
        <w:t>to kal radio sun raha tha, mein All India Radio, to is par aa raha tha ek feature,</w:t>
      </w:r>
    </w:p>
    <w:p>
      <w:pPr>
        <w:jc w:val="right"/>
      </w:pPr>
      <w:r>
        <w:t>تو کل ریڈیو سن رہا تھا، میں ال انڈیا ریڈیو، تو اس پر آ رہا تھا ایک فیچر،</w:t>
      </w:r>
    </w:p>
    <w:p>
      <w:r>
        <w:rPr>
          <w:b/>
        </w:rPr>
        <w:t xml:space="preserve">[10:15] </w:t>
      </w:r>
      <w:r>
        <w:t>woh tha single parenting par.</w:t>
      </w:r>
    </w:p>
    <w:p>
      <w:pPr>
        <w:jc w:val="right"/>
      </w:pPr>
      <w:r>
        <w:t>وہ تھا سنگل پیرنٹنگ پر۔</w:t>
      </w:r>
    </w:p>
    <w:p>
      <w:r>
        <w:rPr>
          <w:b/>
        </w:rPr>
        <w:t xml:space="preserve">[10:23] </w:t>
      </w:r>
      <w:r>
        <w:t>single parenting ek ek naya lafz aaj kal nikla hai ke do logon, do aadmiyon ne shadi ki,</w:t>
      </w:r>
    </w:p>
    <w:p>
      <w:pPr>
        <w:jc w:val="right"/>
      </w:pPr>
      <w:r>
        <w:t>سنگل پیرنٹنگ ایک ایک نیا لفظ آج کل نکلا ہے کہ دو لوگوں، دو آدمیوں نے شادی کی،</w:t>
      </w:r>
    </w:p>
    <w:p>
      <w:r>
        <w:rPr>
          <w:b/>
        </w:rPr>
        <w:t xml:space="preserve">[10:30] </w:t>
      </w:r>
      <w:r>
        <w:t>ek ek ek ladka aur ladki, kuch din rahen sath, phir is ke baad shift hua, apas mein</w:t>
      </w:r>
    </w:p>
    <w:p>
      <w:pPr>
        <w:jc w:val="right"/>
      </w:pPr>
      <w:r>
        <w:t>ایک ایک ایک لڑکا اور لڑکی، کچھ دن رہے ساتھ، پھر اس کے بعد شفٹ ہوا، آپس میں</w:t>
      </w:r>
    </w:p>
    <w:p>
      <w:r>
        <w:rPr>
          <w:b/>
        </w:rPr>
        <w:t xml:space="preserve">[10:38] </w:t>
      </w:r>
      <w:r>
        <w:t>kuch jhanjhat hua, aur is ke baad alag ho gaye.</w:t>
      </w:r>
    </w:p>
    <w:p>
      <w:pPr>
        <w:jc w:val="right"/>
      </w:pPr>
      <w:r>
        <w:t>کچھ جھنجھٹ ہوا، اور اس کے بعد الگ ہو گئے۔</w:t>
      </w:r>
    </w:p>
    <w:p>
      <w:r>
        <w:rPr>
          <w:b/>
        </w:rPr>
        <w:t xml:space="preserve">[10:45] </w:t>
      </w:r>
      <w:r>
        <w:t>woh alag rahen hain, woh alag reh rahe hain.</w:t>
      </w:r>
    </w:p>
    <w:p>
      <w:pPr>
        <w:jc w:val="right"/>
      </w:pPr>
      <w:r>
        <w:t>وہ الگ رہے ہیں، وہ الگ رہ رہے ہیں۔</w:t>
      </w:r>
    </w:p>
    <w:p>
      <w:r>
        <w:rPr>
          <w:b/>
        </w:rPr>
        <w:t xml:space="preserve">[10:53] </w:t>
      </w:r>
      <w:r>
        <w:t>to aise logon ke bare mein woh tha, to log apni apni bar bar woh batate thay, aise</w:t>
      </w:r>
    </w:p>
    <w:p>
      <w:pPr>
        <w:jc w:val="right"/>
      </w:pPr>
      <w:r>
        <w:t>تو ایسے لوگوں کے بارے میں وہ تھا، تو لوگ اپنی اپنی بار بار وہ بتاتے تھے، ایسے</w:t>
      </w:r>
    </w:p>
    <w:p>
      <w:r>
        <w:rPr>
          <w:b/>
        </w:rPr>
        <w:t xml:space="preserve">[11:00] </w:t>
      </w:r>
      <w:r>
        <w:t>log jo akele guzar rahe hain apne bare mein.</w:t>
      </w:r>
    </w:p>
    <w:p>
      <w:pPr>
        <w:jc w:val="right"/>
      </w:pPr>
      <w:r>
        <w:t>لوگ جو اکیلے گزار رہے ہیں اپنے بارے میں۔</w:t>
      </w:r>
    </w:p>
    <w:p>
      <w:r>
        <w:rPr>
          <w:b/>
        </w:rPr>
        <w:t xml:space="preserve">[11:08] </w:t>
      </w:r>
      <w:r>
        <w:t>to ek sahib ne bataya ke shadi ki, unhon ne kai saal sath rahen, aur do bachche bhi</w:t>
      </w:r>
    </w:p>
    <w:p>
      <w:pPr>
        <w:jc w:val="right"/>
      </w:pPr>
      <w:r>
        <w:t>تو ایک صاحب نے بتایا کہ شادی کی، انہوں نے کئی سال ساتھ رہے، اور دو بچے بھی</w:t>
      </w:r>
    </w:p>
    <w:p>
      <w:r>
        <w:rPr>
          <w:b/>
        </w:rPr>
        <w:t xml:space="preserve">[11:15] </w:t>
      </w:r>
      <w:r>
        <w:t>hue, phir jhagda hua.</w:t>
      </w:r>
    </w:p>
    <w:p>
      <w:pPr>
        <w:jc w:val="right"/>
      </w:pPr>
      <w:r>
        <w:t>ہوئے، پھر جھگڑا ہوا۔</w:t>
      </w:r>
    </w:p>
    <w:p>
      <w:r>
        <w:rPr>
          <w:b/>
        </w:rPr>
        <w:t xml:space="preserve">[11:23] </w:t>
      </w:r>
      <w:r>
        <w:t>aakhir mein tay hua ke chalo bhai, ek bachcha tum le lo, ek bachcha mein leta hoon, alag</w:t>
      </w:r>
    </w:p>
    <w:p>
      <w:pPr>
        <w:jc w:val="right"/>
      </w:pPr>
      <w:r>
        <w:t>آخر میں طے ہوا کہ چلو بھئی، ایک بچہ تم لے لو، ایک بچہ میں لیتا ہوں، الگ</w:t>
      </w:r>
    </w:p>
    <w:p>
      <w:r>
        <w:rPr>
          <w:b/>
        </w:rPr>
        <w:t xml:space="preserve">[11:30] </w:t>
      </w:r>
      <w:r>
        <w:t>alag rahenge.</w:t>
      </w:r>
    </w:p>
    <w:p>
      <w:pPr>
        <w:jc w:val="right"/>
      </w:pPr>
      <w:r>
        <w:t>الگ رہیں گے۔</w:t>
      </w:r>
    </w:p>
    <w:p>
      <w:r>
        <w:rPr>
          <w:b/>
        </w:rPr>
        <w:t xml:space="preserve">[11:38] </w:t>
      </w:r>
      <w:r>
        <w:t>aap to ab woh alag alag reh rahe hain.</w:t>
      </w:r>
    </w:p>
    <w:p>
      <w:pPr>
        <w:jc w:val="right"/>
      </w:pPr>
      <w:r>
        <w:t>آپ تو اب وہ الگ الگ رہ رہے ہیں۔</w:t>
      </w:r>
    </w:p>
    <w:p>
      <w:r>
        <w:rPr>
          <w:b/>
        </w:rPr>
        <w:t xml:space="preserve">[11:45] </w:t>
      </w:r>
      <w:r>
        <w:t>donon ne kiya kiya? ke house loan liya aur car loan liya, alag rehne lage.</w:t>
      </w:r>
    </w:p>
    <w:p>
      <w:pPr>
        <w:jc w:val="right"/>
      </w:pPr>
      <w:r>
        <w:t>دونوں نے کیا کیا؟ کہ ہاؤس لون لیا اور کار لون لیا، الگ رہنے لگے۔</w:t>
      </w:r>
    </w:p>
    <w:p>
      <w:r>
        <w:rPr>
          <w:b/>
        </w:rPr>
        <w:t xml:space="preserve">[11:53] </w:t>
      </w:r>
      <w:r>
        <w:t>to poori kahani jo thi, is mein maine yeh nikala nateeja ke apas mein ek dono, apas</w:t>
      </w:r>
    </w:p>
    <w:p>
      <w:pPr>
        <w:jc w:val="right"/>
      </w:pPr>
      <w:r>
        <w:t>تو پوری کہانی جو تھی، اس میں میں نے یہ نکالا نتیجہ کہ آپس میں ایک دونوں، آپس</w:t>
      </w:r>
    </w:p>
    <w:p>
      <w:r>
        <w:rPr>
          <w:b/>
        </w:rPr>
        <w:t xml:space="preserve">[12:00] </w:t>
      </w:r>
      <w:r>
        <w:t>mein dono jo thay, woh adjust kar ke rehne par tayyar nahi thay apas mein.</w:t>
      </w:r>
    </w:p>
    <w:p>
      <w:pPr>
        <w:jc w:val="right"/>
      </w:pPr>
      <w:r>
        <w:t>میں دونوں جو تھے، وہ ایڈجسٹ کر کے رہنے پر تیار نہیں تھے آپس میں۔</w:t>
      </w:r>
    </w:p>
    <w:p>
      <w:r>
        <w:rPr>
          <w:b/>
        </w:rPr>
        <w:t xml:space="preserve">[12:08] </w:t>
      </w:r>
      <w:r>
        <w:t>lekin wahi dono bahar ja kar company mein adjust kar rahe hain, apne boss ke sath.</w:t>
      </w:r>
    </w:p>
    <w:p>
      <w:pPr>
        <w:jc w:val="right"/>
      </w:pPr>
      <w:r>
        <w:t>لیکن وہی دونوں باہر جا کر کمپنی میں ایڈجسٹ کر رہے ہیں، اپنے باس کے ساتھ۔</w:t>
      </w:r>
    </w:p>
    <w:p>
      <w:r>
        <w:rPr>
          <w:b/>
        </w:rPr>
        <w:t xml:space="preserve">[12:15] </w:t>
      </w:r>
      <w:r>
        <w:t>zara ghor kijiye, yani ghar mein adjust na karne ki wajah se separation ho gaya, magar wahi dono</w:t>
      </w:r>
    </w:p>
    <w:p>
      <w:pPr>
        <w:jc w:val="right"/>
      </w:pPr>
      <w:r>
        <w:t>ذرا غور کیجئے، یعنی گھر میں ایڈجسٹ نہ کرنے کی وجہ سے سیپریشن ہو گیا، مگر وہی دونوں</w:t>
      </w:r>
    </w:p>
    <w:p>
      <w:r>
        <w:rPr>
          <w:b/>
        </w:rPr>
        <w:t xml:space="preserve">[12:23] </w:t>
      </w:r>
      <w:r>
        <w:t>ja kar ke wahan par boss ke sath adjust kar rahe hain.</w:t>
      </w:r>
    </w:p>
    <w:p>
      <w:pPr>
        <w:jc w:val="right"/>
      </w:pPr>
      <w:r>
        <w:t>جا کر کے وہاں پر باس کے ساتھ ایڈجسٹ کر رہے ہیں۔</w:t>
      </w:r>
    </w:p>
    <w:p>
      <w:r>
        <w:rPr>
          <w:b/>
        </w:rPr>
        <w:t xml:space="preserve">[12:30] </w:t>
      </w:r>
      <w:r>
        <w:t>iska saada baat nahi hai.</w:t>
      </w:r>
    </w:p>
    <w:p>
      <w:pPr>
        <w:jc w:val="right"/>
      </w:pPr>
      <w:r>
        <w:t>اس کا سادہ بات نہیں ہے۔</w:t>
      </w:r>
    </w:p>
    <w:p>
      <w:r>
        <w:rPr>
          <w:b/>
        </w:rPr>
        <w:t xml:space="preserve">[12:38] </w:t>
      </w:r>
      <w:r>
        <w:t>is ke baad kahein ge, as a principal, unhon ne adjustment ke formula ko nahin pakra, lekin as</w:t>
      </w:r>
    </w:p>
    <w:p>
      <w:pPr>
        <w:jc w:val="right"/>
      </w:pPr>
      <w:r>
        <w:t>اس کے بعد کہیں گے، ایز اے پرنسپل، انہوں نے ایڈجسٹمنٹ کے فارمولا کو نہیں پکڑا، لیکن ایز</w:t>
      </w:r>
    </w:p>
    <w:p>
      <w:r>
        <w:rPr>
          <w:b/>
        </w:rPr>
        <w:t xml:space="preserve">[12:45] </w:t>
      </w:r>
      <w:r>
        <w:t>a hypocrisy pakar liya.</w:t>
      </w:r>
    </w:p>
    <w:p>
      <w:pPr>
        <w:jc w:val="right"/>
      </w:pPr>
      <w:r>
        <w:t>اے ہیپوکریسی پکڑ لیا۔</w:t>
      </w:r>
    </w:p>
    <w:p>
      <w:r>
        <w:rPr>
          <w:b/>
        </w:rPr>
        <w:t xml:space="preserve">[12:53] </w:t>
      </w:r>
      <w:r>
        <w:t>is ko, is ko, is ko aap samjhein.</w:t>
      </w:r>
    </w:p>
    <w:p>
      <w:pPr>
        <w:jc w:val="right"/>
      </w:pPr>
      <w:r>
        <w:t>اس کو، اس کو، اس کو آپ سمجھئے۔</w:t>
      </w:r>
    </w:p>
    <w:p>
      <w:r>
        <w:rPr>
          <w:b/>
        </w:rPr>
        <w:t xml:space="preserve">[13:00] </w:t>
      </w:r>
      <w:r>
        <w:t>yani agar woh adjustment ko, adjustment ko zindagi ka usool mante, aur ghar mein bhi adjust karte, miyan</w:t>
      </w:r>
    </w:p>
    <w:p>
      <w:pPr>
        <w:jc w:val="right"/>
      </w:pPr>
      <w:r>
        <w:t>یعنی اگر وہ ایڈجسٹمنٹ کو، ایڈجسٹمنٹ کو زندگی کا اصول مانتے، اور گھر میں بھی ایڈجسٹ کرتے، میاں</w:t>
      </w:r>
    </w:p>
    <w:p>
      <w:r>
        <w:rPr>
          <w:b/>
        </w:rPr>
        <w:t xml:space="preserve">[13:08] </w:t>
      </w:r>
      <w:r>
        <w:t>biwi, office mein bhi karte, adjust apne boss se, apne colleague se, to mein kehta ke unhon ne</w:t>
      </w:r>
    </w:p>
    <w:p>
      <w:pPr>
        <w:jc w:val="right"/>
      </w:pPr>
      <w:r>
        <w:t>بیوی، افس میں بھی کرتے، ایڈجسٹ اپنے باس سے، اپنے کولیگ سے، تو میں کہتا کہ انہوں نے</w:t>
      </w:r>
    </w:p>
    <w:p>
      <w:r>
        <w:rPr>
          <w:b/>
        </w:rPr>
        <w:t xml:space="preserve">[13:15] </w:t>
      </w:r>
      <w:r>
        <w:t>adjustment ko as a principal liya, lekin ghar mein adjust nahin kiya unhon ne, aur company mein kar rahe hain.</w:t>
      </w:r>
    </w:p>
    <w:p>
      <w:pPr>
        <w:jc w:val="right"/>
      </w:pPr>
      <w:r>
        <w:t>ایڈجسٹمنٹ کو ایز اے پرنسپل لیا، لیکن گھر میں ایڈجسٹ نہیں کیا انہوں نے، اور کمپنی میں کر رہے ہیں۔</w:t>
      </w:r>
    </w:p>
    <w:p>
      <w:r>
        <w:rPr>
          <w:b/>
        </w:rPr>
        <w:t xml:space="preserve">[13:23] </w:t>
      </w:r>
      <w:r>
        <w:t>to yeh bohat hi khatarnak baat hai, bohat hi khatarnak.</w:t>
      </w:r>
    </w:p>
    <w:p>
      <w:pPr>
        <w:jc w:val="right"/>
      </w:pPr>
      <w:r>
        <w:t>تو یہ بہت ہی خطرناک بات ہے، بہت ہی خطرناک۔</w:t>
      </w:r>
    </w:p>
    <w:p>
      <w:r>
        <w:rPr>
          <w:b/>
        </w:rPr>
        <w:t xml:space="preserve">[13:30] </w:t>
      </w:r>
      <w:r>
        <w:t>yani aap ek weak personality aap bana rahe hain apne andar, yani principal based personality nahin hai, balkeh</w:t>
      </w:r>
    </w:p>
    <w:p>
      <w:pPr>
        <w:jc w:val="right"/>
      </w:pPr>
      <w:r>
        <w:t>یعنی آپ ایک ویک پرسنیلٹی آپ بنا رہے ہیں اپنے اندر، یعنی پرنسپل بیسڈ پرسنیلٹی نہیں ہے، بلکہ</w:t>
      </w:r>
    </w:p>
    <w:p>
      <w:r>
        <w:rPr>
          <w:b/>
        </w:rPr>
        <w:t xml:space="preserve">[13:38] </w:t>
      </w:r>
      <w:r>
        <w:t>munafiqat par mabni personality hai.</w:t>
      </w:r>
    </w:p>
    <w:p>
      <w:pPr>
        <w:jc w:val="right"/>
      </w:pPr>
      <w:r>
        <w:t>منافقت پر مبنی پرسنیلٹی ہے۔</w:t>
      </w:r>
    </w:p>
    <w:p>
      <w:r>
        <w:rPr>
          <w:b/>
        </w:rPr>
        <w:t xml:space="preserve">[13:45] </w:t>
      </w:r>
      <w:r>
        <w:t>ab dekhein, koi zindagi hai, is is ko yeh log bilkul samajh nahin paate.</w:t>
      </w:r>
    </w:p>
    <w:p>
      <w:pPr>
        <w:jc w:val="right"/>
      </w:pPr>
      <w:r>
        <w:t>اب دیکھیں، کوئی زندگی ہے، اس اس کو یہ لوگ بالکل سمجھ نہیں پاتے۔</w:t>
      </w:r>
    </w:p>
    <w:p>
      <w:r>
        <w:rPr>
          <w:b/>
        </w:rPr>
        <w:t xml:space="preserve">[13:53] </w:t>
      </w:r>
      <w:r>
        <w:t>yeh single parenting wale, aise mujhe baat hui hai ke woh soch nahin paate ke agar woh ghar</w:t>
      </w:r>
    </w:p>
    <w:p>
      <w:pPr>
        <w:jc w:val="right"/>
      </w:pPr>
      <w:r>
        <w:t>یہ سنگل پیرنٹنگ والے، ایسے مجھے بات ہوئی ہے کہ وہ سوچ نہیں پاتے کہ اگر وہ گھر</w:t>
      </w:r>
    </w:p>
    <w:p>
      <w:r>
        <w:rPr>
          <w:b/>
        </w:rPr>
        <w:t xml:space="preserve">[14:00] </w:t>
      </w:r>
      <w:r>
        <w:t>mein bhi adjust karte, tab adjustment ka formula un ke liye ek principal hota, ek bara principal.</w:t>
      </w:r>
    </w:p>
    <w:p>
      <w:pPr>
        <w:jc w:val="right"/>
      </w:pPr>
      <w:r>
        <w:t>میں بھی ایڈجسٹ کرتے، تب ایڈجسٹمنٹ کا فارمولا ان کے لیے ایک پرنسپل ہوتا، ایک بڑا پرنسپل۔</w:t>
      </w:r>
    </w:p>
    <w:p>
      <w:r>
        <w:rPr>
          <w:b/>
        </w:rPr>
        <w:t xml:space="preserve">[14:08] </w:t>
      </w:r>
      <w:r>
        <w:t>ab jo kar rahe hain, woh ke ghar mein to adjust nahin kiya, aur company mein kar rahe</w:t>
      </w:r>
    </w:p>
    <w:p>
      <w:pPr>
        <w:jc w:val="right"/>
      </w:pPr>
      <w:r>
        <w:t>اب جو کر رہے ہیں، وہ کہ گھر میں تو ایڈجسٹ نہیں کیا، اور کمپنی میں کر رہے</w:t>
      </w:r>
    </w:p>
    <w:p>
      <w:r>
        <w:rPr>
          <w:b/>
        </w:rPr>
        <w:t xml:space="preserve">[14:15] </w:t>
      </w:r>
      <w:r>
        <w:t>hain, to as a hypocrisy kar rahe hain, bator munafiqat.</w:t>
      </w:r>
    </w:p>
    <w:p>
      <w:pPr>
        <w:jc w:val="right"/>
      </w:pPr>
      <w:r>
        <w:t>ہیں، تو ایز اے ہیپوکریسی کر رہے ہیں، بطور منافقت۔</w:t>
      </w:r>
    </w:p>
    <w:p>
      <w:r>
        <w:rPr>
          <w:b/>
        </w:rPr>
        <w:t xml:space="preserve">[14:23] </w:t>
      </w:r>
      <w:r>
        <w:t>lekin intellectual development na hone ki wajah se is tarah samajh nahin paate.</w:t>
      </w:r>
    </w:p>
    <w:p>
      <w:pPr>
        <w:jc w:val="right"/>
      </w:pPr>
      <w:r>
        <w:t>لیکن انٹلیکچول ڈیویلپمنٹ نہ ہونے کی وجہ سے اس طرح سمجھ نہیں پاتے۔</w:t>
      </w:r>
    </w:p>
    <w:p>
      <w:r>
        <w:rPr>
          <w:b/>
        </w:rPr>
        <w:t xml:space="preserve">[14:30] </w:t>
      </w:r>
      <w:r>
        <w:t>kitne roz mein ne poocha, lekin is baat ko samajh nahin paate ke isi cheez ko woh bator</w:t>
      </w:r>
    </w:p>
    <w:p>
      <w:pPr>
        <w:jc w:val="right"/>
      </w:pPr>
      <w:r>
        <w:t>کتنے روز میں نے پوچھا، لیکن اس بات کو سمجھ نہیں پاتے کہ اسی چیز کو وہ بطور</w:t>
      </w:r>
    </w:p>
    <w:p>
      <w:r>
        <w:rPr>
          <w:b/>
        </w:rPr>
        <w:t xml:space="preserve">[14:38] </w:t>
      </w:r>
      <w:r>
        <w:t>munafiqat ikhtiyar kiye hue hain, jis ko bator usool unhon ne ikhtiyar nahin kiya tha.</w:t>
      </w:r>
    </w:p>
    <w:p>
      <w:pPr>
        <w:jc w:val="right"/>
      </w:pPr>
      <w:r>
        <w:t>منافقت اختیار کیے ہوئے ہیں، جس کو بطور اصول انہوں نے اختیار نہیں کیا تھا۔</w:t>
      </w:r>
    </w:p>
    <w:p>
      <w:r>
        <w:rPr>
          <w:b/>
        </w:rPr>
        <w:t xml:space="preserve">[14:45] </w:t>
      </w:r>
      <w:r>
        <w:t>kitna bara nuqsan hai yeh intellectual, jis ko mein ne kaha intellectual starvation ka, kitna bara nuqsan hai.</w:t>
      </w:r>
    </w:p>
    <w:p>
      <w:pPr>
        <w:jc w:val="right"/>
      </w:pPr>
      <w:r>
        <w:t>کتنا بڑا نقصان ہے یہ انٹلیکچول، جس کو میں نے کہا انٹلیکچول اسٹارویشن کا، کتنا بڑا نقصان ہے۔</w:t>
      </w:r>
    </w:p>
    <w:p>
      <w:r>
        <w:rPr>
          <w:b/>
        </w:rPr>
        <w:t xml:space="preserve">[14:53] </w:t>
      </w:r>
      <w:r>
        <w:t>aap ghor kijiye, yeh saada baat nahin hai, yeh saada baat hargiz nahin hai.</w:t>
      </w:r>
    </w:p>
    <w:p>
      <w:pPr>
        <w:jc w:val="right"/>
      </w:pPr>
      <w:r>
        <w:t>آپ غور کیجئے، یہ سادہ بات نہیں ہے، یہ سادہ بات ہرگز نہیں ہے۔</w:t>
      </w:r>
    </w:p>
    <w:p>
      <w:r>
        <w:rPr>
          <w:b/>
        </w:rPr>
        <w:t xml:space="preserve">[15:00] </w:t>
      </w:r>
      <w:r>
        <w:t>bohat ziyada sochne wali baat hai, bohat ziyada sochne wali baat hai.</w:t>
      </w:r>
    </w:p>
    <w:p>
      <w:pPr>
        <w:jc w:val="right"/>
      </w:pPr>
      <w:r>
        <w:t>بہت زیادہ سوچنے والی بات ہے، بہت زیادہ سوچنے والی بات ہے۔</w:t>
      </w:r>
    </w:p>
    <w:p>
      <w:r>
        <w:rPr>
          <w:b/>
        </w:rPr>
        <w:t xml:space="preserve">[15:08] </w:t>
      </w:r>
      <w:r>
        <w:t>mein life bhai se yeh keh sakta hoon ke mein materialism se hundred percent apne ko door rakha.</w:t>
      </w:r>
    </w:p>
    <w:p>
      <w:pPr>
        <w:jc w:val="right"/>
      </w:pPr>
      <w:r>
        <w:t>میں لائف بھائی سے یہ کہہ سکتا ہوں کہ میں مٹیریلزم سے ہنڈرڈ پرسنٹ اپنے کو دور رکھا۔</w:t>
      </w:r>
    </w:p>
    <w:p>
      <w:r>
        <w:rPr>
          <w:b/>
        </w:rPr>
        <w:t xml:space="preserve">[15:15] </w:t>
      </w:r>
      <w:r>
        <w:t>mein ne material culture mein nahin jeeta.</w:t>
      </w:r>
    </w:p>
    <w:p>
      <w:pPr>
        <w:jc w:val="right"/>
      </w:pPr>
      <w:r>
        <w:t>میں نے مٹیریل کلچر میں نہیں جیتا۔</w:t>
      </w:r>
    </w:p>
    <w:p>
      <w:r>
        <w:rPr>
          <w:b/>
        </w:rPr>
        <w:t xml:space="preserve">[15:23] </w:t>
      </w:r>
      <w:r>
        <w:t>mein meri zindagi poori ki poori guzarti hai.</w:t>
      </w:r>
    </w:p>
    <w:p>
      <w:pPr>
        <w:jc w:val="right"/>
      </w:pPr>
      <w:r>
        <w:t>میں میری زندگی پوری کی پوری گزرتی ہے۔</w:t>
      </w:r>
    </w:p>
    <w:p>
      <w:r>
        <w:rPr>
          <w:b/>
        </w:rPr>
        <w:t xml:space="preserve">[15:30] </w:t>
      </w:r>
      <w:r>
        <w:t>subah shaam har waqt mera jo concern hai, woh hai intellectual development.</w:t>
      </w:r>
    </w:p>
    <w:p>
      <w:pPr>
        <w:jc w:val="right"/>
      </w:pPr>
      <w:r>
        <w:t>صبح شام ہر وقت میرا جو کنسرن ہے، وہ ہے انٹلیکچول ڈیویلپمنٹ۔</w:t>
      </w:r>
    </w:p>
    <w:p>
      <w:r>
        <w:rPr>
          <w:b/>
        </w:rPr>
        <w:t xml:space="preserve">[15:38] </w:t>
      </w:r>
      <w:r>
        <w:t>bas material culture ke aitbar se mujhe acha mile na mile, kuch yeh ho, woh ho, kuch bhi</w:t>
      </w:r>
    </w:p>
    <w:p>
      <w:pPr>
        <w:jc w:val="right"/>
      </w:pPr>
      <w:r>
        <w:t>بس مٹیریل کلچر کے اعتبار سے مجھے اچھا ملے نہ ملے، کچھ یہ ہو، وہ ہو، کچھ بھی</w:t>
      </w:r>
    </w:p>
    <w:p>
      <w:r>
        <w:rPr>
          <w:b/>
        </w:rPr>
        <w:t xml:space="preserve">[15:45] </w:t>
      </w:r>
      <w:r>
        <w:t>ho, mein is ko ignore karta hoon.</w:t>
      </w:r>
    </w:p>
    <w:p>
      <w:pPr>
        <w:jc w:val="right"/>
      </w:pPr>
      <w:r>
        <w:t>ہو، میں اس کو اگنور کرتا ہوں۔</w:t>
      </w:r>
    </w:p>
    <w:p>
      <w:r>
        <w:rPr>
          <w:b/>
        </w:rPr>
        <w:t xml:space="preserve">[15:53] </w:t>
      </w:r>
      <w:r>
        <w:t>aur subah shaam mein intellectual culture, intellectual, intellectual development ke liye karta rehta hoon kaam.</w:t>
      </w:r>
    </w:p>
    <w:p>
      <w:pPr>
        <w:jc w:val="right"/>
      </w:pPr>
      <w:r>
        <w:t>اور صبح شام میں انٹلیکچول کلچر، انٹلیکچول، انٹلیکچول ڈیویلپمنٹ کے لیے کرتا رہتا ہوں کام۔</w:t>
      </w:r>
    </w:p>
    <w:p>
      <w:r>
        <w:rPr>
          <w:b/>
        </w:rPr>
        <w:t xml:space="preserve">[16:00] </w:t>
      </w:r>
      <w:r>
        <w:t>is ki wajah se Allah pak se mujhe aisi baatein maloom hoti hain jo poori poori history mein</w:t>
      </w:r>
    </w:p>
    <w:p>
      <w:pPr>
        <w:jc w:val="right"/>
      </w:pPr>
      <w:r>
        <w:t>اس کی وجہ سے اللہ پاک سے مجھے ایسی باتیں معلوم ہوتی ہیں جو پوری پوری ہسٹری میں</w:t>
      </w:r>
    </w:p>
    <w:p>
      <w:r>
        <w:rPr>
          <w:b/>
        </w:rPr>
        <w:t xml:space="preserve">[16:08] </w:t>
      </w:r>
      <w:r>
        <w:t>logon ne jani.</w:t>
      </w:r>
    </w:p>
    <w:p>
      <w:pPr>
        <w:jc w:val="right"/>
      </w:pPr>
      <w:r>
        <w:t>لوگوں نے جانی۔</w:t>
      </w:r>
    </w:p>
    <w:p>
      <w:r>
        <w:rPr>
          <w:b/>
        </w:rPr>
        <w:t xml:space="preserve">[16:15] </w:t>
      </w:r>
      <w:r>
        <w:t>poori poori history mein kaisi ajeeb baat hai!</w:t>
      </w:r>
    </w:p>
    <w:p>
      <w:pPr>
        <w:jc w:val="right"/>
      </w:pPr>
      <w:r>
        <w:t>پوری پوری ہسٹری میں کیسی عجیب بات ہے!</w:t>
      </w:r>
    </w:p>
    <w:p>
      <w:r>
        <w:rPr>
          <w:b/>
        </w:rPr>
        <w:t xml:space="preserve">[16:23] </w:t>
      </w:r>
      <w:r>
        <w:t>halankay aisa nahi ke mein koi bohat intelligent hoon, mein brilliant hoon, kuch bhi aisa nahi hai.</w:t>
      </w:r>
    </w:p>
    <w:p>
      <w:pPr>
        <w:jc w:val="right"/>
      </w:pPr>
      <w:r>
        <w:t>حالانکہ ایسا نہیں کہ میں کوئی بہت انٹیلیجنٹ ہوں، میں بریلینٹ ہوں، کچھ بھی ایسا نہیں ہے۔</w:t>
      </w:r>
    </w:p>
    <w:p>
      <w:r>
        <w:rPr>
          <w:b/>
        </w:rPr>
        <w:t xml:space="preserve">[16:28] </w:t>
      </w:r>
      <w:r>
        <w:t>mein aik average aadmi hoon, is mein koi shaq nahi ke mein aik average aadmi hoon.</w:t>
      </w:r>
    </w:p>
    <w:p>
      <w:pPr>
        <w:jc w:val="right"/>
      </w:pPr>
      <w:r>
        <w:t>میں ایک ایوریج آدمی ہوں، اس میں کوئی شک نہیں کہ میں ایک ایوریج آدمی ہوں۔</w:t>
      </w:r>
    </w:p>
    <w:p>
      <w:r>
        <w:rPr>
          <w:b/>
        </w:rPr>
        <w:t xml:space="preserve">[16:34] </w:t>
      </w:r>
      <w:r>
        <w:t>aik aik aik babu se aik baat milne aaye, aik sahib jo mera magazine risala parhte thay, kitabein</w:t>
      </w:r>
    </w:p>
    <w:p>
      <w:pPr>
        <w:jc w:val="right"/>
      </w:pPr>
      <w:r>
        <w:t>ایک ایک ایک بابو سے ایک بات ملنے آئے، ایک صاحب جو میرا میگزین رسالہ پڑھتے تھے، کتابیں</w:t>
      </w:r>
    </w:p>
    <w:p>
      <w:r>
        <w:rPr>
          <w:b/>
        </w:rPr>
        <w:t xml:space="preserve">[16:39] </w:t>
      </w:r>
      <w:r>
        <w:t>parhte thay, bihar ke thay, woh to kai saal tak parhte rahe meri cheezein.</w:t>
      </w:r>
    </w:p>
    <w:p>
      <w:pPr>
        <w:jc w:val="right"/>
      </w:pPr>
      <w:r>
        <w:t>پڑھتے تھے، بہار کے تھے، وہ تو کئی سال تک پڑھتے رہے میری چیزیں۔</w:t>
      </w:r>
    </w:p>
    <w:p>
      <w:r>
        <w:rPr>
          <w:b/>
        </w:rPr>
        <w:t xml:space="preserve">[16:45] </w:t>
      </w:r>
      <w:r>
        <w:t>phir woh milne aaye, woh yahan mein kamre mein baitha tha kursi par, to chup chap bas mujh</w:t>
      </w:r>
    </w:p>
    <w:p>
      <w:pPr>
        <w:jc w:val="right"/>
      </w:pPr>
      <w:r>
        <w:t>پھر وہ ملنے آئے، وہ یہاں میں کمرے میں بیٹھا تھا کرسی پر، تو چپ چاپ بس مجھ</w:t>
      </w:r>
    </w:p>
    <w:p>
      <w:r>
        <w:rPr>
          <w:b/>
        </w:rPr>
        <w:t xml:space="preserve">[16:50] </w:t>
      </w:r>
      <w:r>
        <w:t>ko dekhte rahe, kuch baatein sunte rahe.</w:t>
      </w:r>
    </w:p>
    <w:p>
      <w:pPr>
        <w:jc w:val="right"/>
      </w:pPr>
      <w:r>
        <w:t>کو دیکھتے رہے، کچھ باتیں سنتے رہے۔</w:t>
      </w:r>
    </w:p>
    <w:p>
      <w:r>
        <w:rPr>
          <w:b/>
        </w:rPr>
        <w:t xml:space="preserve">[16:56] </w:t>
      </w:r>
      <w:r>
        <w:t>aik adha ghante shayad rahe honge, is ke baad chale gaye honge.</w:t>
      </w:r>
    </w:p>
    <w:p>
      <w:pPr>
        <w:jc w:val="right"/>
      </w:pPr>
      <w:r>
        <w:t>ایک ادھ گھنٹے شاید رہے ہوں گے، اس کے بعد چلے گئے ہوں گے۔</w:t>
      </w:r>
    </w:p>
    <w:p>
      <w:r>
        <w:rPr>
          <w:b/>
        </w:rPr>
        <w:t xml:space="preserve">[17:01] </w:t>
      </w:r>
      <w:r>
        <w:t>to to aik aadmi ne mujhe bataya ke jab woh nikle bahar to unhon ne kaha, "aray, hum</w:t>
      </w:r>
    </w:p>
    <w:p>
      <w:pPr>
        <w:jc w:val="right"/>
      </w:pPr>
      <w:r>
        <w:t>تو تو ایک آدمی نے مجھے بتایا کہ جب وہ نکلے باہر تو انہوں نے کہا، "ارے، ہم</w:t>
      </w:r>
    </w:p>
    <w:p>
      <w:r>
        <w:rPr>
          <w:b/>
        </w:rPr>
        <w:t xml:space="preserve">[17:07] </w:t>
      </w:r>
      <w:r>
        <w:t>to samajhte thay ke wahan koi sher baitha hua hoga." yeh to bilkul peechay se aadmi thay, yani</w:t>
      </w:r>
    </w:p>
    <w:p>
      <w:pPr>
        <w:jc w:val="right"/>
      </w:pPr>
      <w:r>
        <w:t>تو سمجھتے تھے کہ وہاں کوئی شیر بیٹھا ہوا ہوگا۔" یہ تو بالکل پیچھے سے آدمی تھے، یعنی</w:t>
      </w:r>
    </w:p>
    <w:p>
      <w:r>
        <w:rPr>
          <w:b/>
        </w:rPr>
        <w:t xml:space="preserve">[17:12] </w:t>
      </w:r>
      <w:r>
        <w:t>meri dairoon ko parh kar woh samajhte thay ke mein koi bohat hi, yani sher dil hi hoon</w:t>
      </w:r>
    </w:p>
    <w:p>
      <w:pPr>
        <w:jc w:val="right"/>
      </w:pPr>
      <w:r>
        <w:t>میری دائروں کو پڑھ کر وہ سمجھتے تھے کہ میں کوئی بہت ہی، یعنی شیر دل ہی ہوں</w:t>
      </w:r>
    </w:p>
    <w:p>
      <w:r>
        <w:rPr>
          <w:b/>
        </w:rPr>
        <w:t xml:space="preserve">[17:18] </w:t>
      </w:r>
      <w:r>
        <w:t>hoga, sher India hoga.</w:t>
      </w:r>
    </w:p>
    <w:p>
      <w:pPr>
        <w:jc w:val="right"/>
      </w:pPr>
      <w:r>
        <w:t>گا، شیر انڈیا ہوں گا۔</w:t>
      </w:r>
    </w:p>
    <w:p>
      <w:r>
        <w:rPr>
          <w:b/>
        </w:rPr>
        <w:t xml:space="preserve">[17:23] </w:t>
      </w:r>
      <w:r>
        <w:t>to unhon ne kaha ke mein samajhta tha ke koi sher aadmi hoga woh, lekin woh to aik</w:t>
      </w:r>
    </w:p>
    <w:p>
      <w:pPr>
        <w:jc w:val="right"/>
      </w:pPr>
      <w:r>
        <w:t>تو انہوں نے کہا کہ میں سمجھتا تھا کہ کوئی شیر آدمی ہوگا وہ، لیکن وہ تو ایک</w:t>
      </w:r>
    </w:p>
    <w:p>
      <w:r>
        <w:rPr>
          <w:b/>
        </w:rPr>
        <w:t xml:space="preserve">[17:29] </w:t>
      </w:r>
      <w:r>
        <w:t>dam aise hi thay, mamooli aadmi.</w:t>
      </w:r>
    </w:p>
    <w:p>
      <w:pPr>
        <w:jc w:val="right"/>
      </w:pPr>
      <w:r>
        <w:t>دم ایسے ہی تھے، معمولی آدمی۔</w:t>
      </w:r>
    </w:p>
    <w:p>
      <w:r>
        <w:rPr>
          <w:b/>
        </w:rPr>
        <w:t xml:space="preserve">[17:34] </w:t>
      </w:r>
      <w:r>
        <w:t>to yeh aik waqia hai ke mein aik, mein aik ausat darjay ka aadmi hoon, lekin mein ne</w:t>
      </w:r>
    </w:p>
    <w:p>
      <w:pPr>
        <w:jc w:val="right"/>
      </w:pPr>
      <w:r>
        <w:t>تو یہ ایک واقعہ ہے کہ میں ایک، میں ایک اوسط درجے کا آدمی ہوں، لیکن میں نے</w:t>
      </w:r>
    </w:p>
    <w:p>
      <w:r>
        <w:rPr>
          <w:b/>
        </w:rPr>
        <w:t xml:space="preserve">[17:40] </w:t>
      </w:r>
      <w:r>
        <w:t>apne aap ko jhonk diya hai intellectual development mein aur material culture se koi matlab nahi rakha.</w:t>
      </w:r>
    </w:p>
    <w:p>
      <w:pPr>
        <w:jc w:val="right"/>
      </w:pPr>
      <w:r>
        <w:t>اپنے آپ کو جھونک دیا ہے انٹلیکچول ڈیویلپمنٹ میں اور مٹیریل کلچر سے کوئی مطلب نہیں رکھا۔</w:t>
      </w:r>
    </w:p>
    <w:p>
      <w:r>
        <w:rPr>
          <w:b/>
        </w:rPr>
        <w:t xml:space="preserve">[17:45] </w:t>
      </w:r>
      <w:r>
        <w:t>kuch bhi mujhe dil se dil se nahi hai material cheezon se.</w:t>
      </w:r>
    </w:p>
    <w:p>
      <w:pPr>
        <w:jc w:val="right"/>
      </w:pPr>
      <w:r>
        <w:t>کچھ بھی مجھے دل سے دل سے نہیں ہے مٹیریل چیزوں سے۔</w:t>
      </w:r>
    </w:p>
    <w:p>
      <w:r>
        <w:rPr>
          <w:b/>
        </w:rPr>
        <w:t xml:space="preserve">[17:51] </w:t>
      </w:r>
      <w:r>
        <w:t>to aisi baat hai, Allah taala ne kholi mere upar jo poori poori history mein nahi jani logon</w:t>
      </w:r>
    </w:p>
    <w:p>
      <w:pPr>
        <w:jc w:val="right"/>
      </w:pPr>
      <w:r>
        <w:t>تو ایسی بات ہے، اللہ تعالی نے کھولی میرے اوپر جو پوری پوری ہسٹری میں نہیں جانی لوگوں</w:t>
      </w:r>
    </w:p>
    <w:p>
      <w:r>
        <w:rPr>
          <w:b/>
        </w:rPr>
        <w:t xml:space="preserve">[17:56] </w:t>
      </w:r>
      <w:r>
        <w:t>ne, na secular field mein, na deenis field mein.</w:t>
      </w:r>
    </w:p>
    <w:p>
      <w:pPr>
        <w:jc w:val="right"/>
      </w:pPr>
      <w:r>
        <w:t>نے، نہ سیکولر فیلڈ میں، نہ دینیس فیلڈ میں۔</w:t>
      </w:r>
    </w:p>
    <w:p>
      <w:r>
        <w:rPr>
          <w:b/>
        </w:rPr>
        <w:t xml:space="preserve">[18:02] </w:t>
      </w:r>
      <w:r>
        <w:t>ab dekhiye, mein chand aik misalein deta hoon aap ko.</w:t>
      </w:r>
    </w:p>
    <w:p>
      <w:pPr>
        <w:jc w:val="right"/>
      </w:pPr>
      <w:r>
        <w:t>اب دیکھیے، میں چند ایک مثالیں دیتا ہوں آپ کو۔</w:t>
      </w:r>
    </w:p>
    <w:p>
      <w:r>
        <w:rPr>
          <w:b/>
        </w:rPr>
        <w:t xml:space="preserve">[18:07] </w:t>
      </w:r>
      <w:r>
        <w:t>misalan dekhiye, top ke philosopher thay Aristotle aur Plato.</w:t>
      </w:r>
    </w:p>
    <w:p>
      <w:pPr>
        <w:jc w:val="right"/>
      </w:pPr>
      <w:r>
        <w:t>مثلاً دیکھیے، ٹاپ کے فلاسفر تھے ارسٹوٹل اور پلیٹو۔</w:t>
      </w:r>
    </w:p>
    <w:p>
      <w:r>
        <w:rPr>
          <w:b/>
        </w:rPr>
        <w:t xml:space="preserve">[18:13] </w:t>
      </w:r>
      <w:r>
        <w:t>in ka observation kya tha? in ka observation tha ideal government.</w:t>
      </w:r>
    </w:p>
    <w:p>
      <w:pPr>
        <w:jc w:val="right"/>
      </w:pPr>
      <w:r>
        <w:t>ان کا ابزرویشن کیا تھا؟ ان کا ابزرویشن تھا آئیڈیل گورنمنٹ۔</w:t>
      </w:r>
    </w:p>
    <w:p>
      <w:r>
        <w:rPr>
          <w:b/>
        </w:rPr>
        <w:t xml:space="preserve">[18:18] </w:t>
      </w:r>
      <w:r>
        <w:t>ideal government britain ka top ka philosopher tha, button russell is ka observation tha.</w:t>
      </w:r>
    </w:p>
    <w:p>
      <w:pPr>
        <w:jc w:val="right"/>
      </w:pPr>
      <w:r>
        <w:t>آئیڈیل گورنمنٹ برٹن کا ٹاپ کا فلاسفر تھا، بٹن رسل اس کا ابزرویشن تھا۔</w:t>
      </w:r>
    </w:p>
    <w:p>
      <w:r>
        <w:rPr>
          <w:b/>
        </w:rPr>
        <w:t xml:space="preserve">[18:24] </w:t>
      </w:r>
      <w:r>
        <w:t>kya world government hamare india mein mahatma gandhi ka observation kya tha? village government, yani ideal government, world</w:t>
      </w:r>
    </w:p>
    <w:p>
      <w:pPr>
        <w:jc w:val="right"/>
      </w:pPr>
      <w:r>
        <w:t>کیا ورلڈ گورنمنٹ ہمارے انڈیا میں مہاتما گاندھی کا ابزرویشن کیا تھا؟ ولیج گورنمنٹ، یعنی آئیڈیل گورنمنٹ، ورلڈ</w:t>
      </w:r>
    </w:p>
    <w:p>
      <w:r>
        <w:rPr>
          <w:b/>
        </w:rPr>
        <w:t xml:space="preserve">[18:29] </w:t>
      </w:r>
      <w:r>
        <w:t>government, village government.</w:t>
      </w:r>
    </w:p>
    <w:p>
      <w:pPr>
        <w:jc w:val="right"/>
      </w:pPr>
      <w:r>
        <w:t>گورنمنٹ، ولیج گورنمنٹ۔</w:t>
      </w:r>
    </w:p>
    <w:p>
      <w:r>
        <w:rPr>
          <w:b/>
        </w:rPr>
        <w:t xml:space="preserve">[18:35] </w:t>
      </w:r>
      <w:r>
        <w:t>teenon mein se koi cheez bani nahi, na kabhi dunya mein ideal government bani, na dunya mein koi</w:t>
      </w:r>
    </w:p>
    <w:p>
      <w:pPr>
        <w:jc w:val="right"/>
      </w:pPr>
      <w:r>
        <w:t>تینوں میں سے کوئی چیز بنی نہیں، نہ کبھی دنیا میں آئیڈیل گورنمنٹ بنی، نہ دنیا میں کوئی</w:t>
      </w:r>
    </w:p>
    <w:p>
      <w:r>
        <w:rPr>
          <w:b/>
        </w:rPr>
        <w:t xml:space="preserve">[18:40] </w:t>
      </w:r>
      <w:r>
        <w:t>world government bani, aur na dunya mein kabhi village government bani.</w:t>
      </w:r>
    </w:p>
    <w:p>
      <w:pPr>
        <w:jc w:val="right"/>
      </w:pPr>
      <w:r>
        <w:t>ورلڈ گورنمنٹ بنی، اور نہ دنیا میں کبھی ولیج گورنمنٹ بنی۔</w:t>
      </w:r>
    </w:p>
    <w:p>
      <w:r>
        <w:rPr>
          <w:b/>
        </w:rPr>
        <w:t xml:space="preserve">[18:46] </w:t>
      </w:r>
      <w:r>
        <w:t>yeh sab romantic qadiyat hain.</w:t>
      </w:r>
    </w:p>
    <w:p>
      <w:pPr>
        <w:jc w:val="right"/>
      </w:pPr>
      <w:r>
        <w:t>یہ سب رومینٹک قادیات ہیں۔</w:t>
      </w:r>
    </w:p>
    <w:p>
      <w:r>
        <w:rPr>
          <w:b/>
        </w:rPr>
        <w:t xml:space="preserve">[18:51] </w:t>
      </w:r>
      <w:r>
        <w:t>to yeh log, yeh fard, yeh log samajh nahi sake ke romanticism se dunya mein koi waqea nahi</w:t>
      </w:r>
    </w:p>
    <w:p>
      <w:pPr>
        <w:jc w:val="right"/>
      </w:pPr>
      <w:r>
        <w:t>تو یہ لوگ، یہ فرد، یہ لوگ سمجھ نہیں سکے کہ رومینٹسزم سے دنیا میں کوئی واقعہ نہیں</w:t>
      </w:r>
    </w:p>
    <w:p>
      <w:r>
        <w:rPr>
          <w:b/>
        </w:rPr>
        <w:t xml:space="preserve">[18:57] </w:t>
      </w:r>
      <w:r>
        <w:t>hua karta tha.</w:t>
      </w:r>
    </w:p>
    <w:p>
      <w:pPr>
        <w:jc w:val="right"/>
      </w:pPr>
      <w:r>
        <w:t>ہوا کرتا تھا۔</w:t>
      </w:r>
    </w:p>
    <w:p>
      <w:r>
        <w:rPr>
          <w:b/>
        </w:rPr>
        <w:t xml:space="preserve">[19:02] </w:t>
      </w:r>
      <w:r>
        <w:t>romantic thinking alag cheez hai aur practical think alag cheez hai.</w:t>
      </w:r>
    </w:p>
    <w:p>
      <w:pPr>
        <w:jc w:val="right"/>
      </w:pPr>
      <w:r>
        <w:t>رومینٹک تھنکنگ الگ چیز ہے اور پریکٹیکل تھنک الگ چیز ہے۔</w:t>
      </w:r>
    </w:p>
    <w:p>
      <w:r>
        <w:rPr>
          <w:b/>
        </w:rPr>
        <w:t xml:space="preserve">[19:08] </w:t>
      </w:r>
      <w:r>
        <w:t>is farq ko nahi samjha inhone ke mere mind mein jo idea hai, woh practice mein translate ho jaye.</w:t>
      </w:r>
    </w:p>
    <w:p>
      <w:pPr>
        <w:jc w:val="right"/>
      </w:pPr>
      <w:r>
        <w:t>اس فرق کو نہیں سمجھا انہوں نے کہ میرے مائنڈ میں جو آئیڈیا ہے، وہ پریکٹس میں ٹرانسلیٹ ہو جائے۔</w:t>
      </w:r>
    </w:p>
    <w:p>
      <w:r>
        <w:rPr>
          <w:b/>
        </w:rPr>
        <w:t xml:space="preserve">[19:13] </w:t>
      </w:r>
      <w:r>
        <w:t>aisa nahi hoga.</w:t>
      </w:r>
    </w:p>
    <w:p>
      <w:pPr>
        <w:jc w:val="right"/>
      </w:pPr>
      <w:r>
        <w:t>ایسا نہیں ہوگا۔</w:t>
      </w:r>
    </w:p>
    <w:p>
      <w:r>
        <w:rPr>
          <w:b/>
        </w:rPr>
        <w:t xml:space="preserve">[19:19] </w:t>
      </w:r>
      <w:r>
        <w:t>I, I have to see the practical situation.</w:t>
      </w:r>
    </w:p>
    <w:p>
      <w:pPr>
        <w:jc w:val="right"/>
      </w:pPr>
      <w:r>
        <w:t>آئی آئی ہیو ٹو سی دا پریکٹیکل سچویشن۔</w:t>
      </w:r>
    </w:p>
    <w:p>
      <w:r>
        <w:rPr>
          <w:b/>
        </w:rPr>
        <w:t xml:space="preserve">[19:24] </w:t>
      </w:r>
      <w:r>
        <w:t>I I I have to know the creation plan of God.</w:t>
      </w:r>
    </w:p>
    <w:p>
      <w:pPr>
        <w:jc w:val="right"/>
      </w:pPr>
      <w:r>
        <w:t>آئی آئی آئی ہیو ٹو نو دا کیشن پلان آف گاڈ۔</w:t>
      </w:r>
    </w:p>
    <w:p>
      <w:r>
        <w:rPr>
          <w:b/>
        </w:rPr>
        <w:t xml:space="preserve">[19:30] </w:t>
      </w:r>
      <w:r>
        <w:t>yani ek taraf mein hoon, ek taraf yeh dunya hai jo khuda ne banai hai.</w:t>
      </w:r>
    </w:p>
    <w:p>
      <w:pPr>
        <w:jc w:val="right"/>
      </w:pPr>
      <w:r>
        <w:t>یعنی ایک طرف میں ہوں، ایک طرف یہ دنیا ہے جو خدا نے بنائی ہے۔</w:t>
      </w:r>
    </w:p>
    <w:p>
      <w:r>
        <w:rPr>
          <w:b/>
        </w:rPr>
        <w:t xml:space="preserve">[19:35] </w:t>
      </w:r>
      <w:r>
        <w:t>mein apne mind mein kuch bhi soch sakta hoon, lekin jab mein is ko translate karna chahoon, tractor</w:t>
      </w:r>
    </w:p>
    <w:p>
      <w:pPr>
        <w:jc w:val="right"/>
      </w:pPr>
      <w:r>
        <w:t>میں اپنے مائنڈ میں کچھ بھی سوچ سکتا ہوں، لیکن جب میں اس کو ٹرانسلیٹ کرنا چاہوں، ٹریکٹر</w:t>
      </w:r>
    </w:p>
    <w:p>
      <w:r>
        <w:rPr>
          <w:b/>
        </w:rPr>
        <w:t xml:space="preserve">[19:41] </w:t>
      </w:r>
      <w:r>
        <w:t>life mein, to mujhe sochna parega ke society kya hai, khuda ka karishma plan kya hai, halaat kya hain.</w:t>
      </w:r>
    </w:p>
    <w:p>
      <w:pPr>
        <w:jc w:val="right"/>
      </w:pPr>
      <w:r>
        <w:t>لائف میں، تو مجھے سوچنا پڑے گا کہ سوسائٹی کیا ہے، خدا کا کرشمہ پلان کیا ہے، حالات کیا ہیں۔</w:t>
      </w:r>
    </w:p>
    <w:p>
      <w:r>
        <w:rPr>
          <w:b/>
        </w:rPr>
        <w:t xml:space="preserve">[19:46] </w:t>
      </w:r>
      <w:r>
        <w:t>to in top ke logon ne aise ideas banaye jo un ke mind mein to the, bare achhe,</w:t>
      </w:r>
    </w:p>
    <w:p>
      <w:pPr>
        <w:jc w:val="right"/>
      </w:pPr>
      <w:r>
        <w:t>تو ان ٹاپ کے لوگوں نے ایسے آئیڈیاز بنائے جو ان کے مائنڈ میں تو تھے، بڑے اچھے،</w:t>
      </w:r>
    </w:p>
    <w:p>
      <w:r>
        <w:rPr>
          <w:b/>
        </w:rPr>
        <w:t xml:space="preserve">[19:52] </w:t>
      </w:r>
      <w:r>
        <w:t>mind ke bahar kuch bhi nahi.</w:t>
      </w:r>
    </w:p>
    <w:p>
      <w:pPr>
        <w:jc w:val="right"/>
      </w:pPr>
      <w:r>
        <w:t>مائنڈ کے باہر کچھ بھی نہیں۔</w:t>
      </w:r>
    </w:p>
    <w:p>
      <w:r>
        <w:rPr>
          <w:b/>
        </w:rPr>
        <w:t xml:space="preserve">[19:57] </w:t>
      </w:r>
      <w:r>
        <w:t>aap ghor kijiye, ideal government, world government, village government kehne mein bada achha hai, sab hai, lekin ek</w:t>
      </w:r>
    </w:p>
    <w:p>
      <w:pPr>
        <w:jc w:val="right"/>
      </w:pPr>
      <w:r>
        <w:t>آپ غور کیجئے، آئیڈیل گورنمنٹ، ورلڈ گورنمنٹ، ولیج گورنمنٹ کہنے میں بڑا اچھا ہے، سب ہے، لیکن ایک</w:t>
      </w:r>
    </w:p>
    <w:p>
      <w:r>
        <w:rPr>
          <w:b/>
        </w:rPr>
        <w:t xml:space="preserve">[20:03] </w:t>
      </w:r>
      <w:r>
        <w:t>din bhi is dunya mein yeh cheezein waqe nahi bani.</w:t>
      </w:r>
    </w:p>
    <w:p>
      <w:pPr>
        <w:jc w:val="right"/>
      </w:pPr>
      <w:r>
        <w:t>دن بھی اس دنیا میں یہ چیزیں واقع نہیں بنی۔</w:t>
      </w:r>
    </w:p>
    <w:p>
      <w:r>
        <w:rPr>
          <w:b/>
        </w:rPr>
        <w:t xml:space="preserve">[20:08] </w:t>
      </w:r>
      <w:r>
        <w:t>kaisi ajeeb baat hai!</w:t>
      </w:r>
    </w:p>
    <w:p>
      <w:pPr>
        <w:jc w:val="right"/>
      </w:pPr>
      <w:r>
        <w:t>کیسی عجیب بات ہے!</w:t>
      </w:r>
    </w:p>
    <w:p>
      <w:r>
        <w:rPr>
          <w:b/>
        </w:rPr>
        <w:t xml:space="preserve">[20:14] </w:t>
      </w:r>
      <w:r>
        <w:t>aise hi dekhiye, tamam jo secular log hain, tamam ke tamam, woh insaan ko baante hue hain do tabqe mein.</w:t>
      </w:r>
    </w:p>
    <w:p>
      <w:pPr>
        <w:jc w:val="right"/>
      </w:pPr>
      <w:r>
        <w:t>ایسے ہی دیکھیے، تمام جو سیکولر لوگ ہیں، تمام کے تمام، وہ انسان کو بانٹے ہوئے ہیں دو طبقے میں۔</w:t>
      </w:r>
    </w:p>
    <w:p>
      <w:r>
        <w:rPr>
          <w:b/>
        </w:rPr>
        <w:t xml:space="preserve">[20:19] </w:t>
      </w:r>
      <w:r>
        <w:t>دو طبقے میں: have haves nots، سارے کے سارے، without any exception، صرف مارکس نہیں، سب کے</w:t>
      </w:r>
    </w:p>
    <w:p>
      <w:pPr>
        <w:jc w:val="right"/>
      </w:pPr>
      <w:r>
        <w:t>دو طبقے میں: ہیو ہیو ناٹس، سارے کے سارے، ودا آؤٹ اینی ایکسیپشن، صرف مارکس نہیں، سب کے</w:t>
      </w:r>
    </w:p>
    <w:p>
      <w:r>
        <w:rPr>
          <w:b/>
        </w:rPr>
        <w:t xml:space="preserve">[20:25] </w:t>
      </w:r>
      <w:r>
        <w:t>sab have aur have nots.</w:t>
      </w:r>
    </w:p>
    <w:p>
      <w:pPr>
        <w:jc w:val="right"/>
      </w:pPr>
      <w:r>
        <w:t>سب ہیو اور ہیو ناٹس۔</w:t>
      </w:r>
    </w:p>
    <w:p>
      <w:r>
        <w:rPr>
          <w:b/>
        </w:rPr>
        <w:t xml:space="preserve">[20:31] </w:t>
      </w:r>
      <w:r>
        <w:t>mujh ko Allah ki tofeeq se pehli bar yeh discovery hui ke yeh ek categorization hi galat hai.</w:t>
      </w:r>
    </w:p>
    <w:p>
      <w:pPr>
        <w:jc w:val="right"/>
      </w:pPr>
      <w:r>
        <w:t>مجھ کو اللہ کی توفیق سے پہلی بار یہ ڈسکوری ہوئی کہ یہ ایک کیٹیگرائزیشن ہی غلط ہے۔</w:t>
      </w:r>
    </w:p>
    <w:p>
      <w:r>
        <w:rPr>
          <w:b/>
        </w:rPr>
        <w:t xml:space="preserve">[20:36] </w:t>
      </w:r>
      <w:r>
        <w:t>yeh categorization hi galat hai.</w:t>
      </w:r>
    </w:p>
    <w:p>
      <w:pPr>
        <w:jc w:val="right"/>
      </w:pPr>
      <w:r>
        <w:t>یہ کیٹیگرائزیشن ہی غلط ہے۔</w:t>
      </w:r>
    </w:p>
    <w:p>
      <w:r>
        <w:rPr>
          <w:b/>
        </w:rPr>
        <w:t xml:space="preserve">[20:42] </w:t>
      </w:r>
      <w:r>
        <w:t>sahi categorization yeh hai ke dunya ki taqseem hai.</w:t>
      </w:r>
    </w:p>
    <w:p>
      <w:pPr>
        <w:jc w:val="right"/>
      </w:pPr>
      <w:r>
        <w:t>صحیح کیٹیگرائزیشن یہ ہے کہ دنیا کی تقسیم ہے۔</w:t>
      </w:r>
    </w:p>
    <w:p>
      <w:r>
        <w:rPr>
          <w:b/>
        </w:rPr>
        <w:t xml:space="preserve">[20:48] </w:t>
      </w:r>
      <w:r>
        <w:t>kuch log potential hebs ke daire mein hain, kuch log actual hebs ke daire mein hain.</w:t>
      </w:r>
    </w:p>
    <w:p>
      <w:pPr>
        <w:jc w:val="right"/>
      </w:pPr>
      <w:r>
        <w:t>کچھ لوگ پوٹینشل ہیبز کے دائرے میں ہیں، کچھ لوگ ایکچول ہیبز کے دائرے میں ہیں۔</w:t>
      </w:r>
    </w:p>
    <w:p>
      <w:r>
        <w:rPr>
          <w:b/>
        </w:rPr>
        <w:t xml:space="preserve">[20:54] </w:t>
      </w:r>
      <w:r>
        <w:t>jaise doctor abdul kalam, jo president of india bane ya paida hue, to woh potential hebs the, baad woh</w:t>
      </w:r>
    </w:p>
    <w:p>
      <w:pPr>
        <w:jc w:val="right"/>
      </w:pPr>
      <w:r>
        <w:t>جیسے ڈاکٹر عبدالکلام، جو پریزیڈنٹ آف انڈیا بنے یا پیدا ہوئے، تو وہ پوٹینشل ہیبز تھے، بعد وہ</w:t>
      </w:r>
    </w:p>
    <w:p>
      <w:r>
        <w:rPr>
          <w:b/>
        </w:rPr>
        <w:t xml:space="preserve">[20:59] </w:t>
      </w:r>
      <w:r>
        <w:t>actual hebs bane.</w:t>
      </w:r>
    </w:p>
    <w:p>
      <w:pPr>
        <w:jc w:val="right"/>
      </w:pPr>
      <w:r>
        <w:t>ایکچول ہیبز بنے۔</w:t>
      </w:r>
    </w:p>
    <w:p>
      <w:r>
        <w:rPr>
          <w:b/>
        </w:rPr>
        <w:t xml:space="preserve">[21:05] </w:t>
      </w:r>
      <w:r>
        <w:t>allah taala ne kisi ko saath, kisi ko bhi, yaani aisa nahi kiya kisi ke saath ke woh</w:t>
      </w:r>
    </w:p>
    <w:p>
      <w:pPr>
        <w:jc w:val="right"/>
      </w:pPr>
      <w:r>
        <w:t>اللہ تعالی نے کسی کو ساتھ، کسی کو بھی، یعنی ایسا نہیں کیا کسی کے ساتھ کہ وہ</w:t>
      </w:r>
    </w:p>
    <w:p>
      <w:r>
        <w:rPr>
          <w:b/>
        </w:rPr>
        <w:t xml:space="preserve">[21:11] </w:t>
      </w:r>
      <w:r>
        <w:t>heav not ke khane mein hai.</w:t>
      </w:r>
    </w:p>
    <w:p>
      <w:pPr>
        <w:jc w:val="right"/>
      </w:pPr>
      <w:r>
        <w:t>ہیو ناٹ کے خانے میں ہے۔</w:t>
      </w:r>
    </w:p>
    <w:p>
      <w:r>
        <w:rPr>
          <w:b/>
        </w:rPr>
        <w:t xml:space="preserve">[21:17] </w:t>
      </w:r>
      <w:r>
        <w:t>hamesha ke liye, jaise koi bhed bakri hota to woh heav not ke khane mein.</w:t>
      </w:r>
    </w:p>
    <w:p>
      <w:pPr>
        <w:jc w:val="right"/>
      </w:pPr>
      <w:r>
        <w:t>ہمیشہ کے لیے، جیسے کوئی بھیڑ بکری ہوتا تو وہ ہیو ناٹ کے خانے میں۔</w:t>
      </w:r>
    </w:p>
    <w:p>
      <w:r>
        <w:rPr>
          <w:b/>
        </w:rPr>
        <w:t xml:space="preserve">[21:22] </w:t>
      </w:r>
      <w:r>
        <w:t>aisa koi bhi nahi hai.</w:t>
      </w:r>
    </w:p>
    <w:p>
      <w:pPr>
        <w:jc w:val="right"/>
      </w:pPr>
      <w:r>
        <w:t>ایسا کوئی بھی نہیں ہے۔</w:t>
      </w:r>
    </w:p>
    <w:p>
      <w:r>
        <w:rPr>
          <w:b/>
        </w:rPr>
        <w:t xml:space="preserve">[21:28] </w:t>
      </w:r>
      <w:r>
        <w:t>har aadmi potential le ke paida hota hai, be-panah potential.</w:t>
      </w:r>
    </w:p>
    <w:p>
      <w:pPr>
        <w:jc w:val="right"/>
      </w:pPr>
      <w:r>
        <w:t>ہر آدمی پوٹینشل لے کے پیدا ہوتا ہے، بے پناہ پوٹینشل۔</w:t>
      </w:r>
    </w:p>
    <w:p>
      <w:r>
        <w:rPr>
          <w:b/>
        </w:rPr>
        <w:t xml:space="preserve">[21:34] </w:t>
      </w:r>
      <w:r>
        <w:t>jaise mujh ko mere bade bhai the, jab mein gaon mein rehta tha to mujh ko kehte the, "baza khoya!</w:t>
      </w:r>
    </w:p>
    <w:p>
      <w:pPr>
        <w:jc w:val="right"/>
      </w:pPr>
      <w:r>
        <w:t>جیسے مجھ کو میرے بڑے بھائی تھے، جب میں گاؤں میں رہتا تھا تو مجھ کو کہتے تھے، "بزا کھویا!</w:t>
      </w:r>
    </w:p>
    <w:p>
      <w:r>
        <w:rPr>
          <w:b/>
        </w:rPr>
        <w:t xml:space="preserve">[21:40] </w:t>
      </w:r>
      <w:r>
        <w:t>" mujh ko "baza khoya!</w:t>
      </w:r>
    </w:p>
    <w:p>
      <w:pPr>
        <w:jc w:val="right"/>
      </w:pPr>
      <w:r>
        <w:t>" مجھ کو "بزا کھویا!</w:t>
      </w:r>
    </w:p>
    <w:p>
      <w:r>
        <w:rPr>
          <w:b/>
        </w:rPr>
        <w:t xml:space="preserve">[21:46] </w:t>
      </w:r>
      <w:r>
        <w:t>" kehte the. "baza khoya!</w:t>
      </w:r>
    </w:p>
    <w:p>
      <w:pPr>
        <w:jc w:val="right"/>
      </w:pPr>
      <w:r>
        <w:t>" کہتے تھے۔ "بزا کھویا!</w:t>
      </w:r>
    </w:p>
    <w:p>
      <w:r>
        <w:rPr>
          <w:b/>
        </w:rPr>
        <w:t xml:space="preserve">[21:53] </w:t>
      </w:r>
      <w:r>
        <w:t>" matlab bewakoof aadmi.</w:t>
      </w:r>
    </w:p>
    <w:p>
      <w:pPr>
        <w:jc w:val="right"/>
      </w:pPr>
      <w:r>
        <w:t>" مطلب بیوقوف آدمی۔</w:t>
      </w:r>
    </w:p>
    <w:p>
      <w:r>
        <w:rPr>
          <w:b/>
        </w:rPr>
        <w:t xml:space="preserve">[21:59] </w:t>
      </w:r>
      <w:r>
        <w:t>is waqt logon ki nazar mein mein bewakoof bewakoof aadmi tha, lekin jab mein ne koshish ki ke</w:t>
      </w:r>
    </w:p>
    <w:p>
      <w:pPr>
        <w:jc w:val="right"/>
      </w:pPr>
      <w:r>
        <w:t>اس وقت لوگوں کی نظر میں میں بیوقوف بیوقوف آدمی تھا، لیکن جب میں نے کوشش کی کہ</w:t>
      </w:r>
    </w:p>
    <w:p>
      <w:r>
        <w:rPr>
          <w:b/>
        </w:rPr>
        <w:t xml:space="preserve">[22:06] </w:t>
      </w:r>
      <w:r>
        <w:t>mera potential unfold ho to mein woh baatein jaan saka jo poori history mein nahi jaani theen.</w:t>
      </w:r>
    </w:p>
    <w:p>
      <w:pPr>
        <w:jc w:val="right"/>
      </w:pPr>
      <w:r>
        <w:t>میرا پوٹینشل انفولڈ ہو تو میں وہ باتیں جان سکا جو پوری ہسٹری میں نہیں جانی تھیں۔</w:t>
      </w:r>
    </w:p>
    <w:p>
      <w:r>
        <w:rPr>
          <w:b/>
        </w:rPr>
        <w:t xml:space="preserve">[22:13] </w:t>
      </w:r>
      <w:r>
        <w:t>logon ne yeh pehli baar history mein yeh baat mein ne kahi hai ke jo jo sahi categorization</w:t>
      </w:r>
    </w:p>
    <w:p>
      <w:pPr>
        <w:jc w:val="right"/>
      </w:pPr>
      <w:r>
        <w:t>لوگوں نے یہ پہلی بار ہسٹری میں یہ بات میں نے کہی ہے کہ جو جو صحیح کیٹیگرائزیشن</w:t>
      </w:r>
    </w:p>
    <w:p>
      <w:r>
        <w:rPr>
          <w:b/>
        </w:rPr>
        <w:t xml:space="preserve">[22:19] </w:t>
      </w:r>
      <w:r>
        <w:t>hai, woh yeh hai ke kuch log potential heave hain, kuch log intellectual heave hain.</w:t>
      </w:r>
    </w:p>
    <w:p>
      <w:pPr>
        <w:jc w:val="right"/>
      </w:pPr>
      <w:r>
        <w:t>ہے، وہ یہ ہے کہ کچھ لوگ پوٹینشل ہیو ہیں، کچھ لوگ انٹلیکچول ہیو ہیں۔</w:t>
      </w:r>
    </w:p>
    <w:p>
      <w:r>
        <w:rPr>
          <w:b/>
        </w:rPr>
        <w:t xml:space="preserve">[22:26] </w:t>
      </w:r>
      <w:r>
        <w:t>to aisi secular field mein aisi bohat sari baatein hain.</w:t>
      </w:r>
    </w:p>
    <w:p>
      <w:pPr>
        <w:jc w:val="right"/>
      </w:pPr>
      <w:r>
        <w:t>تو ایسی سیکولر فیلڈ میں ایسی بہت ساری باتیں ہیں۔</w:t>
      </w:r>
    </w:p>
    <w:p>
      <w:r>
        <w:rPr>
          <w:b/>
        </w:rPr>
        <w:t xml:space="preserve">[22:33] </w:t>
      </w:r>
      <w:r>
        <w:t>ab religious field mein aaiye, quran ki tafseer mein, hadith ki tafseer mein, allah taala ne mujh pe</w:t>
      </w:r>
    </w:p>
    <w:p>
      <w:pPr>
        <w:jc w:val="right"/>
      </w:pPr>
      <w:r>
        <w:t>اب ریلیجیس فیلڈ میں آئیے، قرآن کی تفسیر میں، حدیث کی تفسیر میں، اللہ تعالی نے مجھ پہ</w:t>
      </w:r>
    </w:p>
    <w:p>
      <w:r>
        <w:rPr>
          <w:b/>
        </w:rPr>
        <w:t xml:space="preserve">[22:39] </w:t>
      </w:r>
      <w:r>
        <w:t>aisi baatein kholin jo poori poori hazar saal ki history mein kisi pe nahi khuli theen.</w:t>
      </w:r>
    </w:p>
    <w:p>
      <w:pPr>
        <w:jc w:val="right"/>
      </w:pPr>
      <w:r>
        <w:t>ایسی باتیں کھولیں جو پوری پوری ہزار سال کی تاریخ میں کسی پہ نہیں کھلی تھیں۔</w:t>
      </w:r>
    </w:p>
    <w:p>
      <w:r>
        <w:rPr>
          <w:b/>
        </w:rPr>
        <w:t xml:space="preserve">[22:46] </w:t>
      </w:r>
      <w:r>
        <w:t>yeh mein koi ba-tor fiqh nahi keh raha hoon, ek principle ko wazeh karne ke liye baat mein</w:t>
      </w:r>
    </w:p>
    <w:p>
      <w:pPr>
        <w:jc w:val="right"/>
      </w:pPr>
      <w:r>
        <w:t>یہ میں کوئی بطور فقہ نہیں کہہ رہا ہوں، ایک پرنسپل کو واضح کرنے کے لیے بات میں</w:t>
      </w:r>
    </w:p>
    <w:p>
      <w:r>
        <w:rPr>
          <w:b/>
        </w:rPr>
        <w:t xml:space="preserve">[22:52] </w:t>
      </w:r>
      <w:r>
        <w:t>keh raha hoon.</w:t>
      </w:r>
    </w:p>
    <w:p>
      <w:pPr>
        <w:jc w:val="right"/>
      </w:pPr>
      <w:r>
        <w:t>کہہ رہا ہوں۔</w:t>
      </w:r>
    </w:p>
    <w:p>
      <w:r>
        <w:rPr>
          <w:b/>
        </w:rPr>
        <w:t xml:space="preserve">[22:59] </w:t>
      </w:r>
      <w:r>
        <w:t>yaad rakhiye, mein apni zaat ko alag kar ke bol raha hoon.</w:t>
      </w:r>
    </w:p>
    <w:p>
      <w:pPr>
        <w:jc w:val="right"/>
      </w:pPr>
      <w:r>
        <w:t>یاد رکھیے، میں اپنی ذات کو الگ کر کے بول رہا ہوں۔</w:t>
      </w:r>
    </w:p>
    <w:p>
      <w:r>
        <w:rPr>
          <w:b/>
        </w:rPr>
        <w:t xml:space="preserve">[23:06] </w:t>
      </w:r>
      <w:r>
        <w:t>jab bhi mein aisi baat karta hoon to apni zaat ko alag kar ke bolta hoon ke ek</w:t>
      </w:r>
    </w:p>
    <w:p>
      <w:pPr>
        <w:jc w:val="right"/>
      </w:pPr>
      <w:r>
        <w:t>جب بھی میں ایسی بات کرتا ہوں تو اپنی ذات کو الگ کر کے بولتا ہوں کہ ایک</w:t>
      </w:r>
    </w:p>
    <w:p>
      <w:r>
        <w:rPr>
          <w:b/>
        </w:rPr>
        <w:t xml:space="preserve">[23:12] </w:t>
      </w:r>
      <w:r>
        <w:t>principle ko wazeh kar raha hoon ke agar aap material culture mein jiyenge to kya hoga? aap</w:t>
      </w:r>
    </w:p>
    <w:p>
      <w:pPr>
        <w:jc w:val="right"/>
      </w:pPr>
      <w:r>
        <w:t>پرنسپل کو واضح کر رہا ہوں کہ اگر آپ مٹیریل کلچر میں جیئیں گے تو کیا ہوگا؟ آپ</w:t>
      </w:r>
    </w:p>
    <w:p>
      <w:r>
        <w:rPr>
          <w:b/>
        </w:rPr>
        <w:t xml:space="preserve">[23:19] </w:t>
      </w:r>
      <w:r>
        <w:t>ka intellectual side jo hai, woh starvation mein chali jayegi aur aap material sense mein khoob tandrust</w:t>
      </w:r>
    </w:p>
    <w:p>
      <w:pPr>
        <w:jc w:val="right"/>
      </w:pPr>
      <w:r>
        <w:t>کا انٹلیکچول سائیڈ جو ہے، وہ اسٹارویشن میں چلی جائے گی اور آپ مٹیریل سینس میں خوب تندرست</w:t>
      </w:r>
    </w:p>
    <w:p>
      <w:r>
        <w:rPr>
          <w:b/>
        </w:rPr>
        <w:t xml:space="preserve">[23:26] </w:t>
      </w:r>
      <w:r>
        <w:t>dikhai denge, shandar, lekin doosre aitbar se aap intellectual dark honge.</w:t>
      </w:r>
    </w:p>
    <w:p>
      <w:pPr>
        <w:jc w:val="right"/>
      </w:pPr>
      <w:r>
        <w:t>دکھائی دیں گے، شاندار، لیکن دوسرے اعتبار سے آپ انٹلیکچول ڈارک ہوں گے۔</w:t>
      </w:r>
    </w:p>
    <w:p>
      <w:r>
        <w:rPr>
          <w:b/>
        </w:rPr>
        <w:t xml:space="preserve">[23:32] </w:t>
      </w:r>
      <w:r>
        <w:t>is principle ko wazeh bata raha hoon.</w:t>
      </w:r>
    </w:p>
    <w:p>
      <w:pPr>
        <w:jc w:val="right"/>
      </w:pPr>
      <w:r>
        <w:t>اس پرنسپل کو واضح بتا رہا ہوں۔</w:t>
      </w:r>
    </w:p>
    <w:p>
      <w:r>
        <w:rPr>
          <w:b/>
        </w:rPr>
        <w:t xml:space="preserve">[23:39] </w:t>
      </w:r>
      <w:r>
        <w:t>main is is principle ko establish karne ke liye yeh misalein de raha hoon.</w:t>
      </w:r>
    </w:p>
    <w:p>
      <w:pPr>
        <w:jc w:val="right"/>
      </w:pPr>
      <w:r>
        <w:t>میں اس اس پرنسپل کو اسٹیبلش کرنے کے لیے یہ مثالیں دے رہا ہوں۔</w:t>
      </w:r>
    </w:p>
    <w:p>
      <w:r>
        <w:rPr>
          <w:b/>
        </w:rPr>
        <w:t xml:space="preserve">[23:46] </w:t>
      </w:r>
      <w:r>
        <w:t>main aap ko ab dekhen, main aaj ki ek baat karta hoon, aaj hi ki baat karta hoon.</w:t>
      </w:r>
    </w:p>
    <w:p>
      <w:pPr>
        <w:jc w:val="right"/>
      </w:pPr>
      <w:r>
        <w:t>میں آپ کو اب دیکھیں، میں آج کی ایک بات کرتا ہوں، آج ہی کی بات کرتا ہوں۔</w:t>
      </w:r>
    </w:p>
    <w:p>
      <w:r>
        <w:rPr>
          <w:b/>
        </w:rPr>
        <w:t xml:space="preserve">[23:52] </w:t>
      </w:r>
      <w:r>
        <w:t>main Quran mein Surah 55 jo hai, 55, is ka naam hai "Al-Rehman".</w:t>
      </w:r>
    </w:p>
    <w:p>
      <w:pPr>
        <w:jc w:val="right"/>
      </w:pPr>
      <w:r>
        <w:t>میں قرآن میں سورہ 55 جو ہے، 55، اس کا نام ہے "الرحمن"۔</w:t>
      </w:r>
    </w:p>
    <w:p>
      <w:r>
        <w:rPr>
          <w:b/>
        </w:rPr>
        <w:t xml:space="preserve">[23:59] </w:t>
      </w:r>
      <w:r>
        <w:t>Surah Rehman ki ek ayat hai: "Yasalu man fis-samawati wal-ard kulli yawmin huwa fi sha'n", yaani isi</w:t>
      </w:r>
    </w:p>
    <w:p>
      <w:pPr>
        <w:jc w:val="right"/>
      </w:pPr>
      <w:r>
        <w:t>سورہ الرحمن کی ایک آیت ہے: "یسلو من فی السماوات والارض کل یوم و فی شان"، یعنی اسی</w:t>
      </w:r>
    </w:p>
    <w:p>
      <w:r>
        <w:rPr>
          <w:b/>
        </w:rPr>
        <w:t xml:space="preserve">[24:05] </w:t>
      </w:r>
      <w:r>
        <w:t>se sawal karte hain jo kuch zameen o aasman mein hai.</w:t>
      </w:r>
    </w:p>
    <w:p>
      <w:pPr>
        <w:jc w:val="right"/>
      </w:pPr>
      <w:r>
        <w:t>سے سوال کرتے ہیں جو کچھ زمین و آسمان میں ہے۔</w:t>
      </w:r>
    </w:p>
    <w:p>
      <w:r>
        <w:rPr>
          <w:b/>
        </w:rPr>
        <w:t xml:space="preserve">[24:12] </w:t>
      </w:r>
      <w:r>
        <w:t>zameen o aasman mein jo kuch hai, sab isi aage sawal sawal bana hua hai.</w:t>
      </w:r>
    </w:p>
    <w:p>
      <w:pPr>
        <w:jc w:val="right"/>
      </w:pPr>
      <w:r>
        <w:t>زمین و آسمان میں جو کچھ ہے، سب اسی آگے سوال سوال بنا ہوا ہے۔</w:t>
      </w:r>
    </w:p>
    <w:p>
      <w:r>
        <w:rPr>
          <w:b/>
        </w:rPr>
        <w:t xml:space="preserve">[24:19] </w:t>
      </w:r>
      <w:r>
        <w:t>woh har din ek shan mein hota hai.</w:t>
      </w:r>
    </w:p>
    <w:p>
      <w:pPr>
        <w:jc w:val="right"/>
      </w:pPr>
      <w:r>
        <w:t>وہ ہر دن ایک شان میں ہوتا ہے۔</w:t>
      </w:r>
    </w:p>
    <w:p>
      <w:r>
        <w:rPr>
          <w:b/>
        </w:rPr>
        <w:t xml:space="preserve">[24:25] </w:t>
      </w:r>
      <w:r>
        <w:t>Allah taala har din ek shan mein hota hai.</w:t>
      </w:r>
    </w:p>
    <w:p>
      <w:pPr>
        <w:jc w:val="right"/>
      </w:pPr>
      <w:r>
        <w:t>اللہ تعالی ہر دن ایک شان میں ہوتا ہے۔</w:t>
      </w:r>
    </w:p>
    <w:p>
      <w:r>
        <w:rPr>
          <w:b/>
        </w:rPr>
        <w:t xml:space="preserve">[24:32] </w:t>
      </w:r>
      <w:r>
        <w:t>to is ayat ko pehle maine tafseeron mein dekha, aaj bhi mukhtalif tafseeron mein dekha, kai tafseeron mein.</w:t>
      </w:r>
    </w:p>
    <w:p>
      <w:pPr>
        <w:jc w:val="right"/>
      </w:pPr>
      <w:r>
        <w:t>تو اس آیت کو پہلے میں نے تفسیروں میں دیکھا، آج بھی مختلف تفسیروں میں دیکھا، کئی تفسیروں میں۔</w:t>
      </w:r>
    </w:p>
    <w:p>
      <w:r>
        <w:rPr>
          <w:b/>
        </w:rPr>
        <w:t xml:space="preserve">[24:39] </w:t>
      </w:r>
      <w:r>
        <w:t>kisi tafseer mein koi aap ko ba-arz is tarah nahi milta, na to wazeh koi wazeh tafseer nahi milti.</w:t>
      </w:r>
    </w:p>
    <w:p>
      <w:pPr>
        <w:jc w:val="right"/>
      </w:pPr>
      <w:r>
        <w:t>کسی تفسیر میں کوئی آپ کو باعرض اس طرح نہیں ملتا، نہ تو واضح کوئی واضح تفسیر نہیں ملتی۔</w:t>
      </w:r>
    </w:p>
    <w:p>
      <w:r>
        <w:rPr>
          <w:b/>
        </w:rPr>
        <w:t xml:space="preserve">[24:45] </w:t>
      </w:r>
      <w:r>
        <w:t>nahi dekhen, is mein koi aisa jo aap ke liye ek aap ko ek bada rizq de, samandari</w:t>
      </w:r>
    </w:p>
    <w:p>
      <w:pPr>
        <w:jc w:val="right"/>
      </w:pPr>
      <w:r>
        <w:t>نہیں دیکھیں، اس میں کوئی ایسا جو آپ کے لیے ایک آپ کو ایک بڑا رزق دے، سمندری</w:t>
      </w:r>
    </w:p>
    <w:p>
      <w:r>
        <w:rPr>
          <w:b/>
        </w:rPr>
        <w:t xml:space="preserve">[24:52] </w:t>
      </w:r>
      <w:r>
        <w:t>rizq de, aap ka to ek bahut bada shukr paida kare, woh matlab hai.</w:t>
      </w:r>
    </w:p>
    <w:p>
      <w:pPr>
        <w:jc w:val="right"/>
      </w:pPr>
      <w:r>
        <w:t>رزق دے، آپ کا تو ایک بہت بڑا شکر پیدا کرے، وہ مطلوب ہے۔</w:t>
      </w:r>
    </w:p>
    <w:p>
      <w:r>
        <w:rPr>
          <w:b/>
        </w:rPr>
        <w:t xml:space="preserve">[24:58] </w:t>
      </w:r>
      <w:r>
        <w:t>to maine is par ghaur kiya aur dua kiya to ek bahut hi ajeeb ghareeb cheez daryaft hui.</w:t>
      </w:r>
    </w:p>
    <w:p>
      <w:pPr>
        <w:jc w:val="right"/>
      </w:pPr>
      <w:r>
        <w:t>تو میں نے اس پر غور کیا اور دعا کیا تو ایک بہت ہی عجیب غریب چیز دریافت ہوئی۔</w:t>
      </w:r>
    </w:p>
    <w:p>
      <w:r>
        <w:rPr>
          <w:b/>
        </w:rPr>
        <w:t xml:space="preserve">[25:05] </w:t>
      </w:r>
      <w:r>
        <w:t>woh yeh thi ke poori ayat is tarah se hai ke: "Yasalu man fis-samawati wal-ard kulli yawmin</w:t>
      </w:r>
    </w:p>
    <w:p>
      <w:pPr>
        <w:jc w:val="right"/>
      </w:pPr>
      <w:r>
        <w:t>وہ یہ تھی کہ پوری آیت اس طرح سے ہے کہ: "یسلو من فی السماوات والارض کل یوم</w:t>
      </w:r>
    </w:p>
    <w:p>
      <w:r>
        <w:rPr>
          <w:b/>
        </w:rPr>
        <w:t xml:space="preserve">[25:12] </w:t>
      </w:r>
      <w:r>
        <w:t>wa huwa fi sha'n".</w:t>
      </w:r>
    </w:p>
    <w:p>
      <w:pPr>
        <w:jc w:val="right"/>
      </w:pPr>
      <w:r>
        <w:t>و فی شان"۔</w:t>
      </w:r>
    </w:p>
    <w:p>
      <w:r>
        <w:rPr>
          <w:b/>
        </w:rPr>
        <w:t xml:space="preserve">[25:18] </w:t>
      </w:r>
      <w:r>
        <w:t>is mani ke zameen o aasman, itni badi jo kainat hai, itni galaxies hain, itna solar system hai,</w:t>
      </w:r>
    </w:p>
    <w:p>
      <w:pPr>
        <w:jc w:val="right"/>
      </w:pPr>
      <w:r>
        <w:t>اس معنی کہ زمین و آسمان، اتنی بڑی جو کائنات ہے، اتنی گلیکسیز ہیں، اتنا سولر سسٹم ہے،</w:t>
      </w:r>
    </w:p>
    <w:p>
      <w:r>
        <w:rPr>
          <w:b/>
        </w:rPr>
        <w:t xml:space="preserve">[25:25] </w:t>
      </w:r>
      <w:r>
        <w:t>itni sari jo duniya hai, jo aap naap nahi sakte, woh sab ka sab mohtaj hai Allah ke aage.</w:t>
      </w:r>
    </w:p>
    <w:p>
      <w:pPr>
        <w:jc w:val="right"/>
      </w:pPr>
      <w:r>
        <w:t>اتنی ساری جو دنیا ہے، جو آپ ناپ نہیں سکتے، وہ سب کا سب محتاج ہے اللہ کے آگے۔</w:t>
      </w:r>
    </w:p>
    <w:p>
      <w:r>
        <w:rPr>
          <w:b/>
        </w:rPr>
        <w:t xml:space="preserve">[25:32] </w:t>
      </w:r>
      <w:r>
        <w:t>jo kuch bhi, yaani suraj ko light mili hui hai, Allah de raha hai.</w:t>
      </w:r>
    </w:p>
    <w:p>
      <w:pPr>
        <w:jc w:val="right"/>
      </w:pPr>
      <w:r>
        <w:t>جو کچھ بھی، یعنی سورج کو لائٹ ملی ہوئی ہے، اللہ دے رہا ہے۔</w:t>
      </w:r>
    </w:p>
    <w:p>
      <w:r>
        <w:rPr>
          <w:b/>
        </w:rPr>
        <w:t xml:space="preserve">[25:38] </w:t>
      </w:r>
      <w:r>
        <w:t>sitare move kar rahe hain to Allah ki taqat se move kar rahe hain.</w:t>
      </w:r>
    </w:p>
    <w:p>
      <w:pPr>
        <w:jc w:val="right"/>
      </w:pPr>
      <w:r>
        <w:t>ستارے موو کر رہے ہیں تو اللہ کی طاقت سے موو کر رہے ہیں۔</w:t>
      </w:r>
    </w:p>
    <w:p>
      <w:r>
        <w:rPr>
          <w:b/>
        </w:rPr>
        <w:t xml:space="preserve">[25:45] </w:t>
      </w:r>
      <w:r>
        <w:t>darakht ug rahe hain to Allah ki taqat se ug rahe hain.</w:t>
      </w:r>
    </w:p>
    <w:p>
      <w:pPr>
        <w:jc w:val="right"/>
      </w:pPr>
      <w:r>
        <w:t>درخت اگ رہے ہیں تو اللہ کی طاقت سے اگ رہے ہیں۔</w:t>
      </w:r>
    </w:p>
    <w:p>
      <w:r>
        <w:rPr>
          <w:b/>
        </w:rPr>
        <w:t xml:space="preserve">[25:52] </w:t>
      </w:r>
      <w:r>
        <w:t>samandaron mein pani hai to Allah ke ke dewa ki wajah se woh pani hai.</w:t>
      </w:r>
    </w:p>
    <w:p>
      <w:pPr>
        <w:jc w:val="right"/>
      </w:pPr>
      <w:r>
        <w:t>سمندروں میں پانی ہے تو اللہ کے کے دیو کی وجہ سے وہ پانی ہے۔</w:t>
      </w:r>
    </w:p>
    <w:p>
      <w:r>
        <w:rPr>
          <w:b/>
        </w:rPr>
        <w:t xml:space="preserve">[25:58] </w:t>
      </w:r>
      <w:r>
        <w:t>ek to yeh pehlu is ka hai.</w:t>
      </w:r>
    </w:p>
    <w:p>
      <w:pPr>
        <w:jc w:val="right"/>
      </w:pPr>
      <w:r>
        <w:t>ایک تو یہ پہلو اس کا ہے۔</w:t>
      </w:r>
    </w:p>
    <w:p>
      <w:r>
        <w:rPr>
          <w:b/>
        </w:rPr>
        <w:t xml:space="preserve">[26:05] </w:t>
      </w:r>
      <w:r>
        <w:t>yeh phir maine kya kiya ke maine is ko personalize kiya, yaani kainaati rehmat jo bars</w:t>
      </w:r>
    </w:p>
    <w:p>
      <w:pPr>
        <w:jc w:val="right"/>
      </w:pPr>
      <w:r>
        <w:t>یہ پھر میں نے کیا کیا کہ میں نے اس کو پرسنلائز کیا، یعنی کائناتی رحمت جو برس</w:t>
      </w:r>
    </w:p>
    <w:p>
      <w:r>
        <w:rPr>
          <w:b/>
        </w:rPr>
        <w:t xml:space="preserve">[26:11] </w:t>
      </w:r>
      <w:r>
        <w:t>rahi hai Allah taala ki, us ko personalize kiya, apni zaat par le aaya.</w:t>
      </w:r>
    </w:p>
    <w:p>
      <w:pPr>
        <w:jc w:val="right"/>
      </w:pPr>
      <w:r>
        <w:t>رہی ہے اللہ تعالی کی، اس کو پرسنلائز کیا، اپنی ذات پر لے آیا۔</w:t>
      </w:r>
    </w:p>
    <w:p>
      <w:r>
        <w:rPr>
          <w:b/>
        </w:rPr>
        <w:t xml:space="preserve">[26:18] </w:t>
      </w:r>
      <w:r>
        <w:t>mein us ko to aik ajeeb o ghareeb ehsas hua, aik ajeeb o ghareeb ehsas hua.</w:t>
      </w:r>
    </w:p>
    <w:p>
      <w:pPr>
        <w:jc w:val="right"/>
      </w:pPr>
      <w:r>
        <w:t>میں اس کو تو ایک عجیب و غریب احساس ہوا، ایک عجیب و غریب احساس ہوا۔</w:t>
      </w:r>
    </w:p>
    <w:p>
      <w:r>
        <w:rPr>
          <w:b/>
        </w:rPr>
        <w:t xml:space="preserve">[26:25] </w:t>
      </w:r>
      <w:r>
        <w:t>woh yeh ke mein dekh raha hoon, bol raha hoon, sun raha hoon.</w:t>
      </w:r>
    </w:p>
    <w:p>
      <w:pPr>
        <w:jc w:val="right"/>
      </w:pPr>
      <w:r>
        <w:t>وہ یہ کہ میں دیکھ رہا ہوں، بول رہا ہوں، سن رہا ہوں۔</w:t>
      </w:r>
    </w:p>
    <w:p>
      <w:r>
        <w:rPr>
          <w:b/>
        </w:rPr>
        <w:t xml:space="preserve">[26:31] </w:t>
      </w:r>
      <w:r>
        <w:t>toh yahan par aik baat mein arz kar doon ke aaj kal jo modern science hai, is mein</w:t>
      </w:r>
    </w:p>
    <w:p>
      <w:pPr>
        <w:jc w:val="right"/>
      </w:pPr>
      <w:r>
        <w:t>تو یہاں پر ایک بات میں عرض کر دوں کہ آج کل جو ماڈرن سائنس ہے، اس میں</w:t>
      </w:r>
    </w:p>
    <w:p>
      <w:r>
        <w:rPr>
          <w:b/>
        </w:rPr>
        <w:t xml:space="preserve">[26:38] </w:t>
      </w:r>
      <w:r>
        <w:t>ایک نظریہ ہے جس کو ردر فورڈ نے ڈیولپ کیا تھا، جو کہتے ہیں "principle of determinacy"۔</w:t>
      </w:r>
    </w:p>
    <w:p>
      <w:pPr>
        <w:jc w:val="right"/>
      </w:pPr>
      <w:r>
        <w:t>ایک نظریہ ہے جس کو ردر فورڈ نے ڈیولپ کیا تھا، جو کہتے ہیں "پرنسپل آف ڈیٹرمینیسی"۔</w:t>
      </w:r>
    </w:p>
    <w:p>
      <w:r>
        <w:rPr>
          <w:b/>
        </w:rPr>
        <w:t xml:space="preserve">[26:45] </w:t>
      </w:r>
      <w:r>
        <w:t>اس کا مطلب ہے کہ کائنات میں کائنات کا جو سسٹم ہے، وہ continuity in discontinuity ہے۔</w:t>
      </w:r>
    </w:p>
    <w:p>
      <w:pPr>
        <w:jc w:val="right"/>
      </w:pPr>
      <w:r>
        <w:t>اس کا مطلب ہے کہ کائنات میں کائنات کا جو سسٹم ہے، وہ کنٹینیوٹی ان ڈسکنٹیوٹی ہے۔</w:t>
      </w:r>
    </w:p>
    <w:p>
      <w:r>
        <w:rPr>
          <w:b/>
        </w:rPr>
        <w:t xml:space="preserve">[26:51] </w:t>
      </w:r>
      <w:r>
        <w:t>Continuity in discontinuity, a discontinuity is going on and in it there is a continuity.</w:t>
      </w:r>
    </w:p>
    <w:p>
      <w:pPr>
        <w:jc w:val="right"/>
      </w:pPr>
      <w:r>
        <w:t>کنٹینیوٹی ان ڈسکنٹینیوٹی، ایک ڈسکنٹینیوٹی چل رہی ہے اور اس میں ایک کنٹینیوٹی ہے۔</w:t>
      </w:r>
    </w:p>
    <w:p>
      <w:r>
        <w:rPr>
          <w:b/>
        </w:rPr>
        <w:t xml:space="preserve">[26:58] </w:t>
      </w:r>
      <w:r>
        <w:t>is ki misaal woh hai, jaise ke aap dekhte hain movie, dekhte hain aap movie toh bazoher aap</w:t>
      </w:r>
    </w:p>
    <w:p>
      <w:pPr>
        <w:jc w:val="right"/>
      </w:pPr>
      <w:r>
        <w:t>اس کی مثال وہ ہے، جیسے کہ آپ دیکھتے ہیں مووی، دیکھتے ہیں آپ مووی تو بظاہر آپ</w:t>
      </w:r>
    </w:p>
    <w:p>
      <w:r>
        <w:rPr>
          <w:b/>
        </w:rPr>
        <w:t xml:space="preserve">[27:04] </w:t>
      </w:r>
      <w:r>
        <w:t>ko waqiat tasalsul ke sath nazar aa rahe hain, halanke aisa hota nahi hai.</w:t>
      </w:r>
    </w:p>
    <w:p>
      <w:pPr>
        <w:jc w:val="right"/>
      </w:pPr>
      <w:r>
        <w:t>کو واقعات تسلسل کے ساتھ نظر آ رہے ہیں، حالانکہ ایسا ہوتا نہیں ہے۔</w:t>
      </w:r>
    </w:p>
    <w:p>
      <w:r>
        <w:rPr>
          <w:b/>
        </w:rPr>
        <w:t xml:space="preserve">[27:11] </w:t>
      </w:r>
      <w:r>
        <w:t>wahan par, wahan par lakhon tasveerein alag alag hoti hain.</w:t>
      </w:r>
    </w:p>
    <w:p>
      <w:pPr>
        <w:jc w:val="right"/>
      </w:pPr>
      <w:r>
        <w:t>وہاں پر، وہاں پر لاکھوں تصویریں الگ الگ ہوتی ہیں۔</w:t>
      </w:r>
    </w:p>
    <w:p>
      <w:r>
        <w:rPr>
          <w:b/>
        </w:rPr>
        <w:t xml:space="preserve">[27:18] </w:t>
      </w:r>
      <w:r>
        <w:t>har lamha discontinue hota hai, har lamha.</w:t>
      </w:r>
    </w:p>
    <w:p>
      <w:pPr>
        <w:jc w:val="right"/>
      </w:pPr>
      <w:r>
        <w:t>ہر لمحہ ڈسکنٹینیو ہوتا ہے، ہر لمحہ۔</w:t>
      </w:r>
    </w:p>
    <w:p>
      <w:r>
        <w:rPr>
          <w:b/>
        </w:rPr>
        <w:t xml:space="preserve">[27:24] </w:t>
      </w:r>
      <w:r>
        <w:t>wahan par koi aisa nahi ke koi tasalsul se waqiat ho rahe hon.</w:t>
      </w:r>
    </w:p>
    <w:p>
      <w:pPr>
        <w:jc w:val="right"/>
      </w:pPr>
      <w:r>
        <w:t>وہاں پر کوئی ایسا نہیں کہ کوئی تسلسل سے واقعات ہو رہے ہوں۔</w:t>
      </w:r>
    </w:p>
    <w:p>
      <w:r>
        <w:rPr>
          <w:b/>
        </w:rPr>
        <w:t xml:space="preserve">[27:31] </w:t>
      </w:r>
      <w:r>
        <w:t>lakhon tasveerein guzarti hain alag alag.</w:t>
      </w:r>
    </w:p>
    <w:p>
      <w:pPr>
        <w:jc w:val="right"/>
      </w:pPr>
      <w:r>
        <w:t>لاکھوں تصویریں گزرتی ہیں الگ الگ۔</w:t>
      </w:r>
    </w:p>
    <w:p>
      <w:r>
        <w:rPr>
          <w:b/>
        </w:rPr>
        <w:t xml:space="preserve">[27:38] </w:t>
      </w:r>
      <w:r>
        <w:t>تو that is continuity in discontinuity، یہ پوری کائنات میں ہے۔</w:t>
      </w:r>
    </w:p>
    <w:p>
      <w:pPr>
        <w:jc w:val="right"/>
      </w:pPr>
      <w:r>
        <w:t>تو دیٹ از کنٹینیوٹی ان ڈسکنٹینیوٹی، یہ پوری کائنات میں ہے۔</w:t>
      </w:r>
    </w:p>
    <w:p>
      <w:r>
        <w:rPr>
          <w:b/>
        </w:rPr>
        <w:t xml:space="preserve">[27:44] </w:t>
      </w:r>
      <w:r>
        <w:t>toh aap ghor kijiye ke hum aap har lamha Allah ki rehmat se hain, jo kuch hai, aik</w:t>
      </w:r>
    </w:p>
    <w:p>
      <w:pPr>
        <w:jc w:val="right"/>
      </w:pPr>
      <w:r>
        <w:t>تو آپ غور کیجئے کہ ہم آپ ہر لمحہ اللہ کی رحمت سے ہیں، جو کچھ ہے، ایک</w:t>
      </w:r>
    </w:p>
    <w:p>
      <w:r>
        <w:rPr>
          <w:b/>
        </w:rPr>
        <w:t xml:space="preserve">[27:51] </w:t>
      </w:r>
      <w:r>
        <w:t>second se bhi fraction mein Allah ki rehmat na ho toh hum khatam ho jayenge.</w:t>
      </w:r>
    </w:p>
    <w:p>
      <w:pPr>
        <w:jc w:val="right"/>
      </w:pPr>
      <w:r>
        <w:t>سیکنڈ سے بھی فریکشن میں اللہ کی رحمت نہ ہو تو ہم ختم ہو جائیں گے۔</w:t>
      </w:r>
    </w:p>
    <w:p>
      <w:r>
        <w:rPr>
          <w:b/>
        </w:rPr>
        <w:t xml:space="preserve">[27:58] </w:t>
      </w:r>
      <w:r>
        <w:t>تو میں نے سوچا کہ میں بول رہا ہوں تو ہر لمحہ خدا کی blessing آ رہی ہے،</w:t>
      </w:r>
    </w:p>
    <w:p>
      <w:pPr>
        <w:jc w:val="right"/>
      </w:pPr>
      <w:r>
        <w:t>تو میں نے سوچا کہ میں بول رہا ہوں تو ہر لمحہ خدا کی بلیسنگ آ رہی ہے،</w:t>
      </w:r>
    </w:p>
    <w:p>
      <w:r>
        <w:rPr>
          <w:b/>
        </w:rPr>
        <w:t xml:space="preserve">[28:04] </w:t>
      </w:r>
      <w:r>
        <w:t>tab mein bol raha hoon.</w:t>
      </w:r>
    </w:p>
    <w:p>
      <w:pPr>
        <w:jc w:val="right"/>
      </w:pPr>
      <w:r>
        <w:t>تب میں بول رہا ہوں۔</w:t>
      </w:r>
    </w:p>
    <w:p>
      <w:r>
        <w:rPr>
          <w:b/>
        </w:rPr>
        <w:t xml:space="preserve">[28:11] </w:t>
      </w:r>
      <w:r>
        <w:t>میں دیکھ رہا ہوں تو ہر لمحہ خدا کی blessing آ رہی ہے، تب میں دیکھ رہا ہوں۔</w:t>
      </w:r>
    </w:p>
    <w:p>
      <w:pPr>
        <w:jc w:val="right"/>
      </w:pPr>
      <w:r>
        <w:t>میں دیکھ رہا ہوں تو ہر لمحہ خدا کی بلیسنگ آ رہی ہے، تب میں دیکھ رہا ہوں۔</w:t>
      </w:r>
    </w:p>
    <w:p>
      <w:r>
        <w:rPr>
          <w:b/>
        </w:rPr>
        <w:t xml:space="preserve">[28:17] </w:t>
      </w:r>
      <w:r>
        <w:t>میں سوچ رہا ہوں تو ہر لمحہ خدا کی blessing آ رہی ہے، تب میں سوچ رہا ہوں۔</w:t>
      </w:r>
    </w:p>
    <w:p>
      <w:pPr>
        <w:jc w:val="right"/>
      </w:pPr>
      <w:r>
        <w:t>میں سوچ رہا ہوں تو ہر لمحہ خدا کی بلیسنگ آ رہی ہے، تب میں سوچ رہا ہوں۔</w:t>
      </w:r>
    </w:p>
    <w:p>
      <w:r>
        <w:rPr>
          <w:b/>
        </w:rPr>
        <w:t xml:space="preserve">[28:24] </w:t>
      </w:r>
      <w:r>
        <w:t>میں چل رہا ہوں تو ہر لمحہ خدا کی blessing آ رہی ہے، تو میں چل رہا ہوں۔</w:t>
      </w:r>
    </w:p>
    <w:p>
      <w:pPr>
        <w:jc w:val="right"/>
      </w:pPr>
      <w:r>
        <w:t>میں چل رہا ہوں تو ہر لمحہ خدا کی بلیسنگ آ رہی ہے، تو میں چل رہا ہوں۔</w:t>
      </w:r>
    </w:p>
    <w:p>
      <w:r>
        <w:rPr>
          <w:b/>
        </w:rPr>
        <w:t xml:space="preserve">[28:31] </w:t>
      </w:r>
      <w:r>
        <w:t>اس طریقے سے میں سانس لے رہا ہوں تو ہر لمحہ خدا کی blessing آ رہی ہے، تب</w:t>
      </w:r>
    </w:p>
    <w:p>
      <w:pPr>
        <w:jc w:val="right"/>
      </w:pPr>
      <w:r>
        <w:t>اس طریقے سے میں سانس لے رہا ہوں تو ہر لمحہ خدا کی بلیسنگ آ رہی ہے، تب</w:t>
      </w:r>
    </w:p>
    <w:p>
      <w:r>
        <w:rPr>
          <w:b/>
        </w:rPr>
        <w:t xml:space="preserve">[28:37] </w:t>
      </w:r>
      <w:r>
        <w:t>mein saans le raha hoon.</w:t>
      </w:r>
    </w:p>
    <w:p>
      <w:pPr>
        <w:jc w:val="right"/>
      </w:pPr>
      <w:r>
        <w:t>میں سانس لے رہا ہوں۔</w:t>
      </w:r>
    </w:p>
    <w:p>
      <w:r>
        <w:rPr>
          <w:b/>
        </w:rPr>
        <w:t xml:space="preserve">[28:44] </w:t>
      </w:r>
      <w:r>
        <w:t>میں سن رہا ہوں تو ہر لمحہ خدا کی blessing آ رہی ہے، تو میں سن رہا ہوں۔</w:t>
      </w:r>
    </w:p>
    <w:p>
      <w:pPr>
        <w:jc w:val="right"/>
      </w:pPr>
      <w:r>
        <w:t>میں سن رہا ہوں تو ہر لمحہ خدا کی بلیسنگ آ رہی ہے، تو میں سن رہا ہوں۔</w:t>
      </w:r>
    </w:p>
    <w:p>
      <w:r>
        <w:rPr>
          <w:b/>
        </w:rPr>
        <w:t xml:space="preserve">[28:51] </w:t>
      </w:r>
      <w:r>
        <w:t>aap ghor kijiye ke yeh soch jo hai, aap ko yani Khuda ki shukr pe sharabor kar deti hai.</w:t>
      </w:r>
    </w:p>
    <w:p>
      <w:pPr>
        <w:jc w:val="right"/>
      </w:pPr>
      <w:r>
        <w:t>آپ غور کیجئے کہ یہ سوچ جو ہے، آپ کو یعنی خدا کی شکر پہ شرابور کر دیتی ہے۔</w:t>
      </w:r>
    </w:p>
    <w:p>
      <w:r>
        <w:rPr>
          <w:b/>
        </w:rPr>
        <w:t xml:space="preserve">[28:57] </w:t>
      </w:r>
      <w:r>
        <w:t>aik samandar mein aap pata lagate hain, yani ayat mein sari kainat ko jo pahunch raha hai, Allah</w:t>
      </w:r>
    </w:p>
    <w:p>
      <w:pPr>
        <w:jc w:val="right"/>
      </w:pPr>
      <w:r>
        <w:t>ایک سمندر میں آپ پتہ لگاتے ہیں، یعنی آیت میں ساری کائنات کو جو پہنچ رہا ہے، اللہ</w:t>
      </w:r>
    </w:p>
    <w:p>
      <w:r>
        <w:rPr>
          <w:b/>
        </w:rPr>
        <w:t xml:space="preserve">[29:04] </w:t>
      </w:r>
      <w:r>
        <w:t>ki blessing, woh sab personalize aap karein toh aap akele ho, jaise is ka shair mil raha hai aap ko.</w:t>
      </w:r>
    </w:p>
    <w:p>
      <w:pPr>
        <w:jc w:val="right"/>
      </w:pPr>
      <w:r>
        <w:t>کی بلیسنگ، وہ سب پرسنلائز آپ کریں تو آپ اکیلے ہو، جیسے اس کا شعر مل رہا ہے آپ کو۔</w:t>
      </w:r>
    </w:p>
    <w:p>
      <w:r>
        <w:rPr>
          <w:b/>
        </w:rPr>
        <w:t xml:space="preserve">[29:10] </w:t>
      </w:r>
      <w:r>
        <w:t>toh kitna bara yeh tasawwur hai.</w:t>
      </w:r>
    </w:p>
    <w:p>
      <w:pPr>
        <w:jc w:val="right"/>
      </w:pPr>
      <w:r>
        <w:t>تو کتنا بڑا یہ تصور ہے۔</w:t>
      </w:r>
    </w:p>
    <w:p>
      <w:r>
        <w:rPr>
          <w:b/>
        </w:rPr>
        <w:t xml:space="preserve">[29:17] </w:t>
      </w:r>
      <w:r>
        <w:t>is liye mein aik ayat aap ke barabar hi mein idhar koi negativity nahi aati.</w:t>
      </w:r>
    </w:p>
    <w:p>
      <w:pPr>
        <w:jc w:val="right"/>
      </w:pPr>
      <w:r>
        <w:t>اس لیے میں ایک آیت آپ کے برابر ہی میں ادھر کوئی نیگیٹیوٹی نہیں آتی۔</w:t>
      </w:r>
    </w:p>
    <w:p>
      <w:r>
        <w:rPr>
          <w:b/>
        </w:rPr>
        <w:t xml:space="preserve">[29:24] </w:t>
      </w:r>
      <w:r>
        <w:t>ہر لمحہ میں پازیٹیوٹی میں جیتا ہوں، کیونکہ جو، کیونکہ اس کا احساس یہ ہو کہ universal blessing</w:t>
      </w:r>
    </w:p>
    <w:p>
      <w:pPr>
        <w:jc w:val="right"/>
      </w:pPr>
      <w:r>
        <w:t>ہر لمحہ میں پازیٹیوٹی میں جیتا ہوں، کیونکہ جو، کیونکہ اس کا احساس یہ ہو کہ یونیورسل بلیسنگ</w:t>
      </w:r>
    </w:p>
    <w:p>
      <w:r>
        <w:rPr>
          <w:b/>
        </w:rPr>
        <w:t xml:space="preserve">[29:30] </w:t>
      </w:r>
      <w:r>
        <w:t>مجھے مل رہی ہے، universal blessing، تو کیا وہ نیگیٹیوٹی میں مبتلا ہو سکتا ہے؟ کیسے ہو سکتا</w:t>
      </w:r>
    </w:p>
    <w:p>
      <w:pPr>
        <w:jc w:val="right"/>
      </w:pPr>
      <w:r>
        <w:t>مجھے مل رہی ہے، یونیورسل بلیسنگ، تو کیا وہ نیگیٹیوٹی میں مبتلا ہو سکتا ہے؟ کیسے ہو سکتا</w:t>
      </w:r>
    </w:p>
    <w:p>
      <w:r>
        <w:rPr>
          <w:b/>
        </w:rPr>
        <w:t xml:space="preserve">[29:37] </w:t>
      </w:r>
      <w:r>
        <w:t>hai? aisi sara Quran aur sari Hadees ke bare mein Allah taala ne mujh par nai nai baatein kholi hain.</w:t>
      </w:r>
    </w:p>
    <w:p>
      <w:pPr>
        <w:jc w:val="right"/>
      </w:pPr>
      <w:r>
        <w:t>ہے؟ ایسی سارا قرآن اور ساری حدیث کے بارے میں اللہ تعالی نے مجھ پر نئی نئی باتیں کھولی ہیں۔</w:t>
      </w:r>
    </w:p>
    <w:p>
      <w:r>
        <w:rPr>
          <w:b/>
        </w:rPr>
        <w:t xml:space="preserve">[29:44] </w:t>
      </w:r>
      <w:r>
        <w:t>yeh mein apni naoozubillah, mein apni apne lehaz se nahi bol raha hoon, aik principle ko establish</w:t>
      </w:r>
    </w:p>
    <w:p>
      <w:pPr>
        <w:jc w:val="right"/>
      </w:pPr>
      <w:r>
        <w:t>یہ میں اپنی نعوذ باللہ، میں اپنی اپنے لحاظ سے نہیں بول رہا ہوں، ایک پرنسپل کو اسٹیبلش</w:t>
      </w:r>
    </w:p>
    <w:p>
      <w:r>
        <w:rPr>
          <w:b/>
        </w:rPr>
        <w:t xml:space="preserve">[29:50] </w:t>
      </w:r>
      <w:r>
        <w:t>کرنے کے لیے بول رہا ہوں کہ اگر آپ material culture میں جیئیں گے تو just like animal،</w:t>
      </w:r>
    </w:p>
    <w:p>
      <w:pPr>
        <w:jc w:val="right"/>
      </w:pPr>
      <w:r>
        <w:t>کرنے کے لیے بول رہا ہوں کہ اگر آپ مٹیریل کلچر میں جیئیں گے تو جسٹ لائک اینیمل،</w:t>
      </w:r>
    </w:p>
    <w:p>
      <w:r>
        <w:rPr>
          <w:b/>
        </w:rPr>
        <w:t xml:space="preserve">[29:57] </w:t>
      </w:r>
      <w:r>
        <w:t>aap jiyenge.</w:t>
      </w:r>
    </w:p>
    <w:p>
      <w:pPr>
        <w:jc w:val="right"/>
      </w:pPr>
      <w:r>
        <w:t>آپ جیئیں گے۔</w:t>
      </w:r>
    </w:p>
    <w:p>
      <w:r>
        <w:rPr>
          <w:b/>
        </w:rPr>
        <w:t xml:space="preserve">[30:04] </w:t>
      </w:r>
      <w:r>
        <w:t>آپ کی عقل جو ہے، animal جیسی ہوگی۔</w:t>
      </w:r>
    </w:p>
    <w:p>
      <w:pPr>
        <w:jc w:val="right"/>
      </w:pPr>
      <w:r>
        <w:t>آپ کی عقل جو ہے، اینیمل جیسی ہوگی۔</w:t>
      </w:r>
    </w:p>
    <w:p>
      <w:r>
        <w:rPr>
          <w:b/>
        </w:rPr>
        <w:t xml:space="preserve">[30:10] </w:t>
      </w:r>
      <w:r>
        <w:t>aur agar aap material, material cheezon ko aik bas aik zaroorat ka darje mein lein aur aap ke</w:t>
      </w:r>
    </w:p>
    <w:p>
      <w:pPr>
        <w:jc w:val="right"/>
      </w:pPr>
      <w:r>
        <w:t>اور اگر آپ مٹیریل، مٹیریل چیزوں کو ایک بس ایک ضرورت کا درجے میں لیں اور آپ کے</w:t>
      </w:r>
    </w:p>
    <w:p>
      <w:r>
        <w:rPr>
          <w:b/>
        </w:rPr>
        <w:t xml:space="preserve">[30:17] </w:t>
      </w:r>
      <w:r>
        <w:t>فکر رشتوں کا intellectual unfolding کی فکر آپ کو ہو تو آپ بے پناہ ہو جائیں، بے پناہ ہو جائیں۔</w:t>
      </w:r>
    </w:p>
    <w:p>
      <w:pPr>
        <w:jc w:val="right"/>
      </w:pPr>
      <w:r>
        <w:t>فکر رشتوں کا انٹلیکچول انفولڈنگ کی فکر آپ کو ہو تو آپ بے پناہ ہو جائیں، بے پناہ ہو جائیں۔</w:t>
      </w:r>
    </w:p>
    <w:p>
      <w:r>
        <w:rPr>
          <w:b/>
        </w:rPr>
        <w:t xml:space="preserve">[30:23] </w:t>
      </w:r>
      <w:r>
        <w:t>mere jaisa aage jo aik paida hua toh aik aik average bachcha tha jis ko khud mere khandan</w:t>
      </w:r>
    </w:p>
    <w:p>
      <w:pPr>
        <w:jc w:val="right"/>
      </w:pPr>
      <w:r>
        <w:t>میرے جیسا آگے جو ایک پیدا ہوا تو ایک ایک ایوریج بچہ تھا جس کو خود میرے خاندان</w:t>
      </w:r>
    </w:p>
    <w:p>
      <w:r>
        <w:rPr>
          <w:b/>
        </w:rPr>
        <w:t xml:space="preserve">[30:30] </w:t>
      </w:r>
      <w:r>
        <w:t>wale Mirza Khoya kaha.</w:t>
      </w:r>
    </w:p>
    <w:p>
      <w:pPr>
        <w:jc w:val="right"/>
      </w:pPr>
      <w:r>
        <w:t>والے مرزا کھویا کہا۔</w:t>
      </w:r>
    </w:p>
    <w:p>
      <w:r>
        <w:rPr>
          <w:b/>
        </w:rPr>
        <w:t xml:space="preserve">[30:37] </w:t>
      </w:r>
      <w:r>
        <w:t>unhon ne mein ne angrezi parhna shuru kiya, ziyada umar hone ke baad to aik sahib ne kaha</w:t>
      </w:r>
    </w:p>
    <w:p>
      <w:pPr>
        <w:jc w:val="right"/>
      </w:pPr>
      <w:r>
        <w:t>انہوں نے میں نے انگریزی پڑھنا شروع کیا، زیادہ عمر ہونے کے بعد تو ایک صاحب نے کہا</w:t>
      </w:r>
    </w:p>
    <w:p>
      <w:r>
        <w:rPr>
          <w:b/>
        </w:rPr>
        <w:t xml:space="preserve">[30:43] </w:t>
      </w:r>
      <w:r>
        <w:t>ke budha to hota kiya parhega? aik sahib ne kaha angrezi to urdu bhi ghalat hoti hai.</w:t>
      </w:r>
    </w:p>
    <w:p>
      <w:pPr>
        <w:jc w:val="right"/>
      </w:pPr>
      <w:r>
        <w:t>کہ بڈھا تو ہوتا کیا پڑھے گا؟ ایک صاحب نے کہا انگریزی تو اردو بھی غلط ہوتی ہے۔</w:t>
      </w:r>
    </w:p>
    <w:p>
      <w:r>
        <w:rPr>
          <w:b/>
        </w:rPr>
        <w:t xml:space="preserve">[30:50] </w:t>
      </w:r>
      <w:r>
        <w:t>is tarah ke mahol mein, kyunke meri image jo thi ke woh yahi thi ke aik to aik</w:t>
      </w:r>
    </w:p>
    <w:p>
      <w:pPr>
        <w:jc w:val="right"/>
      </w:pPr>
      <w:r>
        <w:t>اس طرح کے ماحول میں، کیونکہ میری امیج جو تھی کہ وہ یہی تھی کہ ایک تو ایک</w:t>
      </w:r>
    </w:p>
    <w:p>
      <w:r>
        <w:rPr>
          <w:b/>
        </w:rPr>
        <w:t xml:space="preserve">[30:57] </w:t>
      </w:r>
      <w:r>
        <w:t>average aadmi hai, koi bhi yaad rakhiye, average nahi hota.</w:t>
      </w:r>
    </w:p>
    <w:p>
      <w:pPr>
        <w:jc w:val="right"/>
      </w:pPr>
      <w:r>
        <w:t>ایوریج آدمی ہے، کوئی بھی یاد رکھیے، ایوریج نہیں ہوتا۔</w:t>
      </w:r>
    </w:p>
    <w:p>
      <w:r>
        <w:rPr>
          <w:b/>
        </w:rPr>
        <w:t xml:space="preserve">[31:03] </w:t>
      </w:r>
      <w:r>
        <w:t>har har aadmi ko khuda ki ne jo paida kiya, woh aik masterpiece hota hai.</w:t>
      </w:r>
    </w:p>
    <w:p>
      <w:pPr>
        <w:jc w:val="right"/>
      </w:pPr>
      <w:r>
        <w:t>ہر ہر آدمی کو خدا کی نے جو پیدا کیا، وہ ایک ماسٹر پیس ہوتا ہے۔</w:t>
      </w:r>
    </w:p>
    <w:p>
      <w:r>
        <w:rPr>
          <w:b/>
        </w:rPr>
        <w:t xml:space="preserve">[31:10] </w:t>
      </w:r>
      <w:r>
        <w:t>har aadmi masterpiece hai, lekin aap ko yeh yeh prize agar aap dein ke material culture mein,</w:t>
      </w:r>
    </w:p>
    <w:p>
      <w:pPr>
        <w:jc w:val="right"/>
      </w:pPr>
      <w:r>
        <w:t>ہر آدمی ماسٹر پیس ہے، لیکن آپ کو یہ یہ پرائز اگر آپ دیں کہ مٹیریل کلچر میں،</w:t>
      </w:r>
    </w:p>
    <w:p>
      <w:r>
        <w:rPr>
          <w:b/>
        </w:rPr>
        <w:t xml:space="preserve">[31:16] </w:t>
      </w:r>
      <w:r>
        <w:t>family culture mein, apni desire culture mein jeene wale na banein, balkeh intellectual culture mein jeene wale banein,</w:t>
      </w:r>
    </w:p>
    <w:p>
      <w:pPr>
        <w:jc w:val="right"/>
      </w:pPr>
      <w:r>
        <w:t>فیملی کلچر میں، اپنی ڈیزائر کلچر میں جینے والے نہ بنیں، بلکہ انٹلیکچول کلچر میں جینے والے بنیں،</w:t>
      </w:r>
    </w:p>
    <w:p>
      <w:r>
        <w:rPr>
          <w:b/>
        </w:rPr>
        <w:t xml:space="preserve">[31:23] </w:t>
      </w:r>
      <w:r>
        <w:t>اپنے اس اس potential کو unfold کرنے کا۔</w:t>
      </w:r>
    </w:p>
    <w:p>
      <w:pPr>
        <w:jc w:val="right"/>
      </w:pPr>
      <w:r>
        <w:t>اپنے اس اس پوٹینشل کو انفولڈ کرنے کا۔</w:t>
      </w:r>
    </w:p>
    <w:p>
      <w:r>
        <w:rPr>
          <w:b/>
        </w:rPr>
        <w:t xml:space="preserve">[31:30] </w:t>
      </w:r>
      <w:r>
        <w:t>کہ دھن آپ کو لگ جائے تو آپ ہر mind super mind بن جائے گا، یعنی potentially ہر</w:t>
      </w:r>
    </w:p>
    <w:p>
      <w:pPr>
        <w:jc w:val="right"/>
      </w:pPr>
      <w:r>
        <w:t>کہ دھن آپ کو لگ جائے تو آپ ہر مائنڈ سپر مین بن جائے گا، یعنی پوٹینشلی ہر</w:t>
      </w:r>
    </w:p>
    <w:p>
      <w:r>
        <w:rPr>
          <w:b/>
        </w:rPr>
        <w:t xml:space="preserve">[31:36] </w:t>
      </w:r>
      <w:r>
        <w:t>mind superman hai, har mard, chahe koi bhi ho, har aurat aur har mard.</w:t>
      </w:r>
    </w:p>
    <w:p>
      <w:pPr>
        <w:jc w:val="right"/>
      </w:pPr>
      <w:r>
        <w:t>مائنڈ سپر مین ہے، ہر مرد، چاہے کوئی بھی ہو، ہر عورت اور ہر مرد۔</w:t>
      </w:r>
    </w:p>
    <w:p>
      <w:r>
        <w:rPr>
          <w:b/>
        </w:rPr>
        <w:t xml:space="preserve">[31:43] </w:t>
      </w:r>
      <w:r>
        <w:t>to yeh jo material culture hai, woh bohat hi color culture hai.</w:t>
      </w:r>
    </w:p>
    <w:p>
      <w:pPr>
        <w:jc w:val="right"/>
      </w:pPr>
      <w:r>
        <w:t>تو یہ جو مٹیریل کلچر ہے، وہ بہت ہی کلر کلچر ہے۔</w:t>
      </w:r>
    </w:p>
    <w:p>
      <w:r>
        <w:rPr>
          <w:b/>
        </w:rPr>
        <w:t xml:space="preserve">[31:50] </w:t>
      </w:r>
      <w:r>
        <w:t>color culture yaad rakhiye, color culture hai.</w:t>
      </w:r>
    </w:p>
    <w:p>
      <w:pPr>
        <w:jc w:val="right"/>
      </w:pPr>
      <w:r>
        <w:t>کلر کلچر یاد رکھیے، کلر کلچر ہے۔</w:t>
      </w:r>
    </w:p>
    <w:p>
      <w:r>
        <w:rPr>
          <w:b/>
        </w:rPr>
        <w:t xml:space="preserve">[31:56] </w:t>
      </w:r>
      <w:r>
        <w:t>mein america gaya to jo wahan ke jo log the, bohat se logon se mein ne poocha is bare mein.</w:t>
      </w:r>
    </w:p>
    <w:p>
      <w:pPr>
        <w:jc w:val="right"/>
      </w:pPr>
      <w:r>
        <w:t>میں امریکہ گیا تو جو وہاں کے جو لوگ تھے، بہت سے لوگوں سے میں نے پوچھا اس بارے میں۔</w:t>
      </w:r>
    </w:p>
    <w:p>
      <w:r>
        <w:rPr>
          <w:b/>
        </w:rPr>
        <w:t xml:space="preserve">[32:03] </w:t>
      </w:r>
      <w:r>
        <w:t>mein to teen haftay wahan reh gaya to wahan jo the india ke ya un mulkon ke jo</w:t>
      </w:r>
    </w:p>
    <w:p>
      <w:pPr>
        <w:jc w:val="right"/>
      </w:pPr>
      <w:r>
        <w:t>میں تو تین ہفتے وہاں رہ گیا تو وہاں جو تھے انڈیا کے یا ان ملکوں کے جو</w:t>
      </w:r>
    </w:p>
    <w:p>
      <w:r>
        <w:rPr>
          <w:b/>
        </w:rPr>
        <w:t xml:space="preserve">[32:10] </w:t>
      </w:r>
      <w:r>
        <w:t>musalman ya hindu, woh sab yeh yeh soch mein jeete the ke america ki taraqqi to hum ne</w:t>
      </w:r>
    </w:p>
    <w:p>
      <w:pPr>
        <w:jc w:val="right"/>
      </w:pPr>
      <w:r>
        <w:t>مسلمان یا ہندو، وہ سب یہ یہ سوچ میں جیتے تھے کہ امریکہ کی ترقی تو ہم نے</w:t>
      </w:r>
    </w:p>
    <w:p>
      <w:r>
        <w:rPr>
          <w:b/>
        </w:rPr>
        <w:t xml:space="preserve">[32:16] </w:t>
      </w:r>
      <w:r>
        <w:t>hum ne ki hai.</w:t>
      </w:r>
    </w:p>
    <w:p>
      <w:pPr>
        <w:jc w:val="right"/>
      </w:pPr>
      <w:r>
        <w:t>ہم نے کی ہے۔</w:t>
      </w:r>
    </w:p>
    <w:p>
      <w:r>
        <w:rPr>
          <w:b/>
        </w:rPr>
        <w:t xml:space="preserve">[32:23] </w:t>
      </w:r>
      <w:r>
        <w:t>un india ke jo musalman ya hindu wahan hain, woh yeh kehte the ke america kiya hai, hum</w:t>
      </w:r>
    </w:p>
    <w:p>
      <w:pPr>
        <w:jc w:val="right"/>
      </w:pPr>
      <w:r>
        <w:t>ان انڈیا کے جو مسلمان یا ہندو وہاں ہیں، وہ یہ کہتے تھے کہ امریکہ کیا ہے، ہم</w:t>
      </w:r>
    </w:p>
    <w:p>
      <w:r>
        <w:rPr>
          <w:b/>
        </w:rPr>
        <w:t xml:space="preserve">[32:29] </w:t>
      </w:r>
      <w:r>
        <w:t>ne america ko taraqqi di hai.</w:t>
      </w:r>
    </w:p>
    <w:p>
      <w:pPr>
        <w:jc w:val="right"/>
      </w:pPr>
      <w:r>
        <w:t>نے امریکہ کو ترقی دی ہے۔</w:t>
      </w:r>
    </w:p>
    <w:p>
      <w:r>
        <w:rPr>
          <w:b/>
        </w:rPr>
        <w:t xml:space="preserve">[32:36] </w:t>
      </w:r>
      <w:r>
        <w:t>ab yeh un ki ahmaqana baat hai.</w:t>
      </w:r>
    </w:p>
    <w:p>
      <w:pPr>
        <w:jc w:val="right"/>
      </w:pPr>
      <w:r>
        <w:t>اب یہ ان کی احمقانہ بات ہے۔</w:t>
      </w:r>
    </w:p>
    <w:p>
      <w:r>
        <w:rPr>
          <w:b/>
        </w:rPr>
        <w:t xml:space="preserve">[32:43] </w:t>
      </w:r>
      <w:r>
        <w:t>yeh america, yani aap ghor kijiye ke kisi kapre mein kaam karte hain, wahan aik product banta hai</w:t>
      </w:r>
    </w:p>
    <w:p>
      <w:pPr>
        <w:jc w:val="right"/>
      </w:pPr>
      <w:r>
        <w:t>یہ امریکہ، یعنی آپ غور کیجئے کہ کسی کپڑے میں کام کرتے ہیں، وہاں ایک پروڈکٹ بنتا ہے</w:t>
      </w:r>
    </w:p>
    <w:p>
      <w:r>
        <w:rPr>
          <w:b/>
        </w:rPr>
        <w:t xml:space="preserve">[32:49] </w:t>
      </w:r>
      <w:r>
        <w:t>to woh samjhein ke bas hum is ko kaam karte hain, product ban raha hai.</w:t>
      </w:r>
    </w:p>
    <w:p>
      <w:pPr>
        <w:jc w:val="right"/>
      </w:pPr>
      <w:r>
        <w:t>تو وہ سمجھیں کہ بس ہم اس کو کام کرتے ہیں، پروڈکٹ بن رہا ہے۔</w:t>
      </w:r>
    </w:p>
    <w:p>
      <w:r>
        <w:rPr>
          <w:b/>
        </w:rPr>
        <w:t xml:space="preserve">[32:56] </w:t>
      </w:r>
      <w:r>
        <w:t>woh itni itni daryaft kar sake, woh aik aur bari cheez se bekhabar reh gaye, woh kyunke</w:t>
      </w:r>
    </w:p>
    <w:p>
      <w:pPr>
        <w:jc w:val="right"/>
      </w:pPr>
      <w:r>
        <w:t>وہ اتنی اتنی دریافت کر سکے، وہ ایک اور بڑی چیز سے بے خبر رہ گئے، وہ کیونکہ</w:t>
      </w:r>
    </w:p>
    <w:p>
      <w:r>
        <w:rPr>
          <w:b/>
        </w:rPr>
        <w:t xml:space="preserve">[33:03] </w:t>
      </w:r>
      <w:r>
        <w:t>sab ke sab intellectual dark hain.</w:t>
      </w:r>
    </w:p>
    <w:p>
      <w:pPr>
        <w:jc w:val="right"/>
      </w:pPr>
      <w:r>
        <w:t>سب کے سب انٹلیکچول ڈارک ہیں۔</w:t>
      </w:r>
    </w:p>
    <w:p>
      <w:r>
        <w:rPr>
          <w:b/>
        </w:rPr>
        <w:t xml:space="preserve">[33:09] </w:t>
      </w:r>
      <w:r>
        <w:t>unhon ne sochna chahiye tha.</w:t>
      </w:r>
    </w:p>
    <w:p>
      <w:pPr>
        <w:jc w:val="right"/>
      </w:pPr>
      <w:r>
        <w:t>انہوں نے سوچنا چاہیے تھا۔</w:t>
      </w:r>
    </w:p>
    <w:p>
      <w:r>
        <w:rPr>
          <w:b/>
        </w:rPr>
        <w:t xml:space="preserve">[33:16] </w:t>
      </w:r>
      <w:r>
        <w:t>mein ne un se kaha ke aap yeh kyun nahi sochte ke jab aap apne mulk mein the</w:t>
      </w:r>
    </w:p>
    <w:p>
      <w:pPr>
        <w:jc w:val="right"/>
      </w:pPr>
      <w:r>
        <w:t>میں نے ان سے کہا کہ آپ یہ کیوں نہیں سوچتے کہ جب آپ اپنے ملک میں تھے</w:t>
      </w:r>
    </w:p>
    <w:p>
      <w:r>
        <w:rPr>
          <w:b/>
        </w:rPr>
        <w:t xml:space="preserve">[33:22] </w:t>
      </w:r>
      <w:r>
        <w:t>to wahan koi taraqqi nahi karwaya? yahi kyun taraqqi diya la ke aap ne apne mulk ko? kyun</w:t>
      </w:r>
    </w:p>
    <w:p>
      <w:pPr>
        <w:jc w:val="right"/>
      </w:pPr>
      <w:r>
        <w:t>تو وہاں کوئی ترقی نہیں کروایا؟ یہی کیوں ترقی دیا لا کے آپ نے اپنے ملک کو؟ کیوں</w:t>
      </w:r>
    </w:p>
    <w:p>
      <w:r>
        <w:rPr>
          <w:b/>
        </w:rPr>
        <w:t xml:space="preserve">[33:29] </w:t>
      </w:r>
      <w:r>
        <w:t>nahi taraqqi de sake aap? yani aap jab apne mulk mein the to wahan kyun nahi mulk ko</w:t>
      </w:r>
    </w:p>
    <w:p>
      <w:pPr>
        <w:jc w:val="right"/>
      </w:pPr>
      <w:r>
        <w:t>نہیں ترقی دے سکے آپ؟ یعنی آپ جب اپنے ملک میں تھے تو وہاں کیوں نہیں ملک کو</w:t>
      </w:r>
    </w:p>
    <w:p>
      <w:r>
        <w:rPr>
          <w:b/>
        </w:rPr>
        <w:t xml:space="preserve">[33:36] </w:t>
      </w:r>
      <w:r>
        <w:t>tarqi de sake? aap is ko kyon nahin develop kar sake? yahi kyon develop kiya aap ne? aage</w:t>
      </w:r>
    </w:p>
    <w:p>
      <w:pPr>
        <w:jc w:val="right"/>
      </w:pPr>
      <w:r>
        <w:t>ترقی دے سکے؟ آپ اس کو کیوں نہیں ڈیولپ کر سکے؟ یہی کیوں ڈیولپ کیا آپ نے؟ آگے</w:t>
      </w:r>
    </w:p>
    <w:p>
      <w:r>
        <w:rPr>
          <w:b/>
        </w:rPr>
        <w:t xml:space="preserve">[33:42] </w:t>
      </w:r>
      <w:r>
        <w:t>to asal cheez jo hai, woh qabil-e-daryaft kiya thi ke amreeka walon ne ek bohat bara, yaani</w:t>
      </w:r>
    </w:p>
    <w:p>
      <w:pPr>
        <w:jc w:val="right"/>
      </w:pPr>
      <w:r>
        <w:t>تو اصل چیز جو ہے، وہ قابل دریافت کیا تھی کہ امریکہ والوں نے ایک بہت بڑا، یعنی</w:t>
      </w:r>
    </w:p>
    <w:p>
      <w:r>
        <w:rPr>
          <w:b/>
        </w:rPr>
        <w:t xml:space="preserve">[33:49] </w:t>
      </w:r>
      <w:r>
        <w:t>ek ek bohat bara principle apnaaya.</w:t>
      </w:r>
    </w:p>
    <w:p>
      <w:pPr>
        <w:jc w:val="right"/>
      </w:pPr>
      <w:r>
        <w:t>ایک ایک بہت بڑا پرنسپل اپنایا۔</w:t>
      </w:r>
    </w:p>
    <w:p>
      <w:r>
        <w:rPr>
          <w:b/>
        </w:rPr>
        <w:t xml:space="preserve">[33:56] </w:t>
      </w:r>
      <w:r>
        <w:t>bohat bara principle, woh principle hai ke kisi ko bhi koi cheez mile gi, merit pe base mile gi, merit.</w:t>
      </w:r>
    </w:p>
    <w:p>
      <w:pPr>
        <w:jc w:val="right"/>
      </w:pPr>
      <w:r>
        <w:t>بہت بڑا پرنسپل، وہ پرنسپل ہے کہ کسی کو بھی کوئی چیز ملے گی، میرٹ پہ بیس ملے گی، میرٹ۔</w:t>
      </w:r>
    </w:p>
    <w:p>
      <w:r>
        <w:rPr>
          <w:b/>
        </w:rPr>
        <w:t xml:space="preserve">[34:02] </w:t>
      </w:r>
      <w:r>
        <w:t>Allah taala merit kisi ko kuch nahin milne wala.</w:t>
      </w:r>
    </w:p>
    <w:p>
      <w:pPr>
        <w:jc w:val="right"/>
      </w:pPr>
      <w:r>
        <w:t>اللہ تعالی میرٹ کسی کو کچھ نہیں ملنے والا۔</w:t>
      </w:r>
    </w:p>
    <w:p>
      <w:r>
        <w:rPr>
          <w:b/>
        </w:rPr>
        <w:t xml:space="preserve">[34:09] </w:t>
      </w:r>
      <w:r>
        <w:t>unhon ne competition chala diya, competition, compete and perish.</w:t>
      </w:r>
    </w:p>
    <w:p>
      <w:pPr>
        <w:jc w:val="right"/>
      </w:pPr>
      <w:r>
        <w:t>انہوں نے کمپیٹیشن چلا دیا، کمپیٹیشن، کمپیٹ اینڈ پیرش۔</w:t>
      </w:r>
    </w:p>
    <w:p>
      <w:r>
        <w:rPr>
          <w:b/>
        </w:rPr>
        <w:t xml:space="preserve">[34:16] </w:t>
      </w:r>
      <w:r>
        <w:t>wahan par koi woh discrimination nahin hota.</w:t>
      </w:r>
    </w:p>
    <w:p>
      <w:pPr>
        <w:jc w:val="right"/>
      </w:pPr>
      <w:r>
        <w:t>وہاں پر کوئی وہ ڈسکریمنشن نہیں ہوتا۔</w:t>
      </w:r>
    </w:p>
    <w:p>
      <w:r>
        <w:rPr>
          <w:b/>
        </w:rPr>
        <w:t xml:space="preserve">[34:22] </w:t>
      </w:r>
      <w:r>
        <w:t>misalan ek family mein mila mein, woh wahan ja ke settle hue the to abhi un ko green</w:t>
      </w:r>
    </w:p>
    <w:p>
      <w:pPr>
        <w:jc w:val="right"/>
      </w:pPr>
      <w:r>
        <w:t>مثلاً ایک فیملی میں ملا میں، وہ وہاں جا کے سیٹل ہوئے تھے تو ابھی ان کو گرین</w:t>
      </w:r>
    </w:p>
    <w:p>
      <w:r>
        <w:rPr>
          <w:b/>
        </w:rPr>
        <w:t xml:space="preserve">[34:29] </w:t>
      </w:r>
      <w:r>
        <w:t>card nahin mila tha.</w:t>
      </w:r>
    </w:p>
    <w:p>
      <w:pPr>
        <w:jc w:val="right"/>
      </w:pPr>
      <w:r>
        <w:t>کارڈ نہیں ملا تھا۔</w:t>
      </w:r>
    </w:p>
    <w:p>
      <w:r>
        <w:rPr>
          <w:b/>
        </w:rPr>
        <w:t xml:space="preserve">[34:35] </w:t>
      </w:r>
      <w:r>
        <w:t>abhi woh aise hi the, green card se pehle jo wahan rehne ka mamla hota hai, un ka</w:t>
      </w:r>
    </w:p>
    <w:p>
      <w:pPr>
        <w:jc w:val="right"/>
      </w:pPr>
      <w:r>
        <w:t>ابھی وہ ایسے ہی تھے، گرین کارڈ سے پہلے جو وہاں رہنے کا معاملہ ہوتا ہے، ان کا</w:t>
      </w:r>
    </w:p>
    <w:p>
      <w:r>
        <w:rPr>
          <w:b/>
        </w:rPr>
        <w:t xml:space="preserve">[34:42] </w:t>
      </w:r>
      <w:r>
        <w:t>beta wahan parhta tha school mein aur school mein woh top kar gaya.</w:t>
      </w:r>
    </w:p>
    <w:p>
      <w:pPr>
        <w:jc w:val="right"/>
      </w:pPr>
      <w:r>
        <w:t>بیٹا وہاں پڑھتا تھا اسکول میں اور اسکول میں وہ ٹاپ کر گیا۔</w:t>
      </w:r>
    </w:p>
    <w:p>
      <w:r>
        <w:rPr>
          <w:b/>
        </w:rPr>
        <w:t xml:space="preserve">[34:49] </w:t>
      </w:r>
      <w:r>
        <w:t>to agarche un ko green card nahin mila tha, lekin foran hi is ko bohat bohat bara offer</w:t>
      </w:r>
    </w:p>
    <w:p>
      <w:pPr>
        <w:jc w:val="right"/>
      </w:pPr>
      <w:r>
        <w:t>تو اگرچہ ان کو گرین کارڈ نہیں ملا تھا، لیکن فوراً ہی اس کو بہت بہت بڑا آفر</w:t>
      </w:r>
    </w:p>
    <w:p>
      <w:r>
        <w:rPr>
          <w:b/>
        </w:rPr>
        <w:t xml:space="preserve">[34:55] </w:t>
      </w:r>
      <w:r>
        <w:t>mil gaya, halanke abhi woh green card nahin mila is ko top karne ki wajah se.</w:t>
      </w:r>
    </w:p>
    <w:p>
      <w:pPr>
        <w:jc w:val="right"/>
      </w:pPr>
      <w:r>
        <w:t>مل گیا، حالانکہ ابھی وہ گرین کارڈ نہیں ملا اس کو ٹاپ کرنے کی وجہ سے۔</w:t>
      </w:r>
    </w:p>
    <w:p>
      <w:r>
        <w:rPr>
          <w:b/>
        </w:rPr>
        <w:t xml:space="preserve">[35:02] </w:t>
      </w:r>
      <w:r>
        <w:t>ab India mein aisa ho nahin sakta.</w:t>
      </w:r>
    </w:p>
    <w:p>
      <w:pPr>
        <w:jc w:val="right"/>
      </w:pPr>
      <w:r>
        <w:t>اب انڈیا میں ایسا ہو نہیں سکتا۔</w:t>
      </w:r>
    </w:p>
    <w:p>
      <w:r>
        <w:rPr>
          <w:b/>
        </w:rPr>
        <w:t xml:space="preserve">[35:09] </w:t>
      </w:r>
      <w:r>
        <w:t>India mein woh jo favorites favorites chalta hai, wahan par sirf merit merit base society wahan ki hai,</w:t>
      </w:r>
    </w:p>
    <w:p>
      <w:pPr>
        <w:jc w:val="right"/>
      </w:pPr>
      <w:r>
        <w:t>انڈیا میں وہ جو فیوریٹیز فیوریٹیز چلتا ہے، وہاں پر صرف میرٹ میرٹ بیس سوسائٹی وہاں کی ہے،</w:t>
      </w:r>
    </w:p>
    <w:p>
      <w:r>
        <w:rPr>
          <w:b/>
        </w:rPr>
        <w:t xml:space="preserve">[35:15] </w:t>
      </w:r>
      <w:r>
        <w:t>kuch nahin dekhte woh sawal merit ke.</w:t>
      </w:r>
    </w:p>
    <w:p>
      <w:pPr>
        <w:jc w:val="right"/>
      </w:pPr>
      <w:r>
        <w:t>کچھ نہیں دیکھتے وہ سوال میرٹ کے۔</w:t>
      </w:r>
    </w:p>
    <w:p>
      <w:r>
        <w:rPr>
          <w:b/>
        </w:rPr>
        <w:t xml:space="preserve">[35:22] </w:t>
      </w:r>
      <w:r>
        <w:t>to yahan jo log gaye, yahan se unhon ne mere se jo hota kiya hai ke merit base</w:t>
      </w:r>
    </w:p>
    <w:p>
      <w:pPr>
        <w:jc w:val="right"/>
      </w:pPr>
      <w:r>
        <w:t>تو یہاں جو لوگ گئے، یہاں سے انہوں نے میرے سے جو ہوتا کیا ہے کہ میرٹ بیس</w:t>
      </w:r>
    </w:p>
    <w:p>
      <w:r>
        <w:rPr>
          <w:b/>
        </w:rPr>
        <w:t xml:space="preserve">[35:28] </w:t>
      </w:r>
      <w:r>
        <w:t>society mein hota hai ke har aadmi samajhta hai ke main agar mehnat karunga to mujhe mehnat</w:t>
      </w:r>
    </w:p>
    <w:p>
      <w:pPr>
        <w:jc w:val="right"/>
      </w:pPr>
      <w:r>
        <w:t>سوسائٹی میں ہوتا ہے کہ ہر آدمی سمجھتا ہے کہ میں اگر محنت کروں گا تو مجھے محنت</w:t>
      </w:r>
    </w:p>
    <w:p>
      <w:r>
        <w:rPr>
          <w:b/>
        </w:rPr>
        <w:t xml:space="preserve">[35:35] </w:t>
      </w:r>
      <w:r>
        <w:t>pay kare gi.</w:t>
      </w:r>
    </w:p>
    <w:p>
      <w:pPr>
        <w:jc w:val="right"/>
      </w:pPr>
      <w:r>
        <w:t>پے کرے گی۔</w:t>
      </w:r>
    </w:p>
    <w:p>
      <w:r>
        <w:rPr>
          <w:b/>
        </w:rPr>
        <w:t xml:space="preserve">[35:42] </w:t>
      </w:r>
      <w:r>
        <w:t>yeh namumkin hai ke mehnat karun, woh mehnat mujhe pay na kare.</w:t>
      </w:r>
    </w:p>
    <w:p>
      <w:pPr>
        <w:jc w:val="right"/>
      </w:pPr>
      <w:r>
        <w:t>یہ ناممکن ہے کہ محنت کروں، وہ محنت مجھے پے نہ کرے۔</w:t>
      </w:r>
    </w:p>
    <w:p>
      <w:r>
        <w:rPr>
          <w:b/>
        </w:rPr>
        <w:t xml:space="preserve">[35:48] </w:t>
      </w:r>
      <w:r>
        <w:t>to andha to mehnat karta hai aur phir is ko jab is ka return milta hai to bohat</w:t>
      </w:r>
    </w:p>
    <w:p>
      <w:pPr>
        <w:jc w:val="right"/>
      </w:pPr>
      <w:r>
        <w:t>تو اندھا تو محنت کرتا ہے اور پھر اس کو جب اس کا ریٹرن ملتا ہے تو بہت</w:t>
      </w:r>
    </w:p>
    <w:p>
      <w:r>
        <w:rPr>
          <w:b/>
        </w:rPr>
        <w:t xml:space="preserve">[35:55] </w:t>
      </w:r>
      <w:r>
        <w:t>khush hota hai.</w:t>
      </w:r>
    </w:p>
    <w:p>
      <w:pPr>
        <w:jc w:val="right"/>
      </w:pPr>
      <w:r>
        <w:t>خوش ہوتا ہے۔</w:t>
      </w:r>
    </w:p>
    <w:p>
      <w:r>
        <w:rPr>
          <w:b/>
        </w:rPr>
        <w:t xml:space="preserve">[36:02] </w:t>
      </w:r>
      <w:r>
        <w:t>woh India mein aap ko ya aur jo countries mein hain, India hai, Pakistan hai, Bangladesh waghera</w:t>
      </w:r>
    </w:p>
    <w:p>
      <w:pPr>
        <w:jc w:val="right"/>
      </w:pPr>
      <w:r>
        <w:t>وہ انڈیا میں آپ کو یا اور جو کنٹریز میں ہیں، انڈیا ہے، پاکستان ہے، بنگلہ دیش وغیرہ</w:t>
      </w:r>
    </w:p>
    <w:p>
      <w:r>
        <w:rPr>
          <w:b/>
        </w:rPr>
        <w:t xml:space="preserve">[36:08] </w:t>
      </w:r>
      <w:r>
        <w:t>waghera, yahan aadmiyon ko yaqeen nahin hai ke woh andha to mehnat kare to is ko is ka</w:t>
      </w:r>
    </w:p>
    <w:p>
      <w:pPr>
        <w:jc w:val="right"/>
      </w:pPr>
      <w:r>
        <w:t>وغیرہ، یہاں آدمیوں کو یقین نہیں ہے کہ وہ اندھا تو محنت کرے تو اس کو اس کا</w:t>
      </w:r>
    </w:p>
    <w:p>
      <w:r>
        <w:rPr>
          <w:b/>
        </w:rPr>
        <w:t xml:space="preserve">[36:15] </w:t>
      </w:r>
      <w:r>
        <w:t>return mile ga.</w:t>
      </w:r>
    </w:p>
    <w:p>
      <w:pPr>
        <w:jc w:val="right"/>
      </w:pPr>
      <w:r>
        <w:t>ریٹرن ملے گا۔</w:t>
      </w:r>
    </w:p>
    <w:p>
      <w:r>
        <w:rPr>
          <w:b/>
        </w:rPr>
        <w:t xml:space="preserve">[36:22] </w:t>
      </w:r>
      <w:r>
        <w:t>yeh yaqeen nahi hai is ko to woh sochta hai ke main kyun mehnat karoon? America mein yeh</w:t>
      </w:r>
    </w:p>
    <w:p>
      <w:pPr>
        <w:jc w:val="right"/>
      </w:pPr>
      <w:r>
        <w:t>یہ یقین نہیں ہے اس کو تو وہ سوچتا ہے کہ میں کیوں محنت کروں؟ امریکہ میں یہ</w:t>
      </w:r>
    </w:p>
    <w:p>
      <w:r>
        <w:rPr>
          <w:b/>
        </w:rPr>
        <w:t xml:space="preserve">[36:28] </w:t>
      </w:r>
      <w:r>
        <w:t>hai ke woh yaqeen hai aadmi ko ke agar mehnat karoon ga to mujhe return milna hi milna hai.</w:t>
      </w:r>
    </w:p>
    <w:p>
      <w:pPr>
        <w:jc w:val="right"/>
      </w:pPr>
      <w:r>
        <w:t>ہے کہ وہ یقین ہے آدمی کو کہ اگر محنت کروں گا تو مجھے ریٹرن ملنا ہی ملنا ہے۔</w:t>
      </w:r>
    </w:p>
    <w:p>
      <w:r>
        <w:rPr>
          <w:b/>
        </w:rPr>
        <w:t xml:space="preserve">[36:35] </w:t>
      </w:r>
      <w:r>
        <w:t>is cheez ne logon ko hero bana diya hua hai.</w:t>
      </w:r>
    </w:p>
    <w:p>
      <w:pPr>
        <w:jc w:val="right"/>
      </w:pPr>
      <w:r>
        <w:t>اس چیز نے لوگوں کو ہیرو بنا دیا ہوا ہے۔</w:t>
      </w:r>
    </w:p>
    <w:p>
      <w:r>
        <w:rPr>
          <w:b/>
        </w:rPr>
        <w:t xml:space="preserve">[36:41] </w:t>
      </w:r>
      <w:r>
        <w:t>to America ki taraqqi aik aik principle ki barabar hui, na yeh ke India jaise mulkon ke log</w:t>
      </w:r>
    </w:p>
    <w:p>
      <w:pPr>
        <w:jc w:val="right"/>
      </w:pPr>
      <w:r>
        <w:t>تو امریکہ کی ترقی ایک ایک پرنسپل کی برابر ہوئی، نہ یہ کہ انڈیا جیسے ملکوں کے لوگ</w:t>
      </w:r>
    </w:p>
    <w:p>
      <w:r>
        <w:rPr>
          <w:b/>
        </w:rPr>
        <w:t xml:space="preserve">[36:48] </w:t>
      </w:r>
      <w:r>
        <w:t>ja ke wahan kaam karne lage to taraqqi ho gayi.</w:t>
      </w:r>
    </w:p>
    <w:p>
      <w:pPr>
        <w:jc w:val="right"/>
      </w:pPr>
      <w:r>
        <w:t>جا کے وہاں کام کرنے لگے تو ترقی ہو گئی۔</w:t>
      </w:r>
    </w:p>
    <w:p>
      <w:r>
        <w:rPr>
          <w:b/>
        </w:rPr>
        <w:t xml:space="preserve">[36:55] </w:t>
      </w:r>
      <w:r>
        <w:t>kehti hai bari felicity jeete hain log, kehti hai bari felicity.</w:t>
      </w:r>
    </w:p>
    <w:p>
      <w:pPr>
        <w:jc w:val="right"/>
      </w:pPr>
      <w:r>
        <w:t>کہتی ہے بڑی فلیسیہ جیتے ہیں لوگ، کہتی ہے بڑی فلیسیہ۔</w:t>
      </w:r>
    </w:p>
    <w:p>
      <w:r>
        <w:rPr>
          <w:b/>
        </w:rPr>
        <w:t xml:space="preserve">[37:01] </w:t>
      </w:r>
      <w:r>
        <w:t>to yeh jo material culture hai, maine dekhi colour culture hai, colour culture yani animalization.</w:t>
      </w:r>
    </w:p>
    <w:p>
      <w:pPr>
        <w:jc w:val="right"/>
      </w:pPr>
      <w:r>
        <w:t>تو یہ جو مٹیریل کلچر ہے، میں نے دیکھی کلر کلچر ہے، کلر کلچر یعنی اینیملائزیشن۔</w:t>
      </w:r>
    </w:p>
    <w:p>
      <w:r>
        <w:rPr>
          <w:b/>
        </w:rPr>
        <w:t xml:space="preserve">[37:08] </w:t>
      </w:r>
      <w:r>
        <w:t>aap mind is ko keh sakte hain ke aik aadmi paida hua bator insaan, lekin material culture kya</w:t>
      </w:r>
    </w:p>
    <w:p>
      <w:pPr>
        <w:jc w:val="right"/>
      </w:pPr>
      <w:r>
        <w:t>آپ مائنڈ اس کو کہہ سکتے ہیں کہ ایک آدمی پیدا ہوا بطور انسان، لیکن مٹیریل کلچر کیا</w:t>
      </w:r>
    </w:p>
    <w:p>
      <w:r>
        <w:rPr>
          <w:b/>
        </w:rPr>
        <w:t xml:space="preserve">[37:15] </w:t>
      </w:r>
      <w:r>
        <w:t>karta hai? Is ko hamari taraf lota deta hai, woh hamari taraf lota deta hai.</w:t>
      </w:r>
    </w:p>
    <w:p>
      <w:pPr>
        <w:jc w:val="right"/>
      </w:pPr>
      <w:r>
        <w:t>کرتا ہے؟ اس کو ہماری طرف لوٹا دیتا ہے، وہ ہماری طرف لوٹا دیتا ہے۔</w:t>
      </w:r>
    </w:p>
    <w:p>
      <w:r>
        <w:rPr>
          <w:b/>
        </w:rPr>
        <w:t xml:space="preserve">[37:21] </w:t>
      </w:r>
      <w:r>
        <w:t>ab aik yani secular logon ki aik aik aik bohat bari hamakat maine bata doon aap ko, jis</w:t>
      </w:r>
    </w:p>
    <w:p>
      <w:pPr>
        <w:jc w:val="right"/>
      </w:pPr>
      <w:r>
        <w:t>اب ایک یعنی سیکولر لوگوں کی ایک ایک ایک بہت بڑی حماقت میں بتا دوں آپ کو، جس</w:t>
      </w:r>
    </w:p>
    <w:p>
      <w:r>
        <w:rPr>
          <w:b/>
        </w:rPr>
        <w:t xml:space="preserve">[37:28] </w:t>
      </w:r>
      <w:r>
        <w:t>mein saare ke saare insaan mubtala hain.</w:t>
      </w:r>
    </w:p>
    <w:p>
      <w:pPr>
        <w:jc w:val="right"/>
      </w:pPr>
      <w:r>
        <w:t>میں سارے کے سارے انسان مبتلا ہیں۔</w:t>
      </w:r>
    </w:p>
    <w:p>
      <w:r>
        <w:rPr>
          <w:b/>
        </w:rPr>
        <w:t xml:space="preserve">[37:34] </w:t>
      </w:r>
      <w:r>
        <w:t>ajeeb baat hai, woh evolution theory.</w:t>
      </w:r>
    </w:p>
    <w:p>
      <w:pPr>
        <w:jc w:val="right"/>
      </w:pPr>
      <w:r>
        <w:t>عجیب بات ہے، وہ ایولیوشن تھیوری۔</w:t>
      </w:r>
    </w:p>
    <w:p>
      <w:r>
        <w:rPr>
          <w:b/>
        </w:rPr>
        <w:t xml:space="preserve">[37:41] </w:t>
      </w:r>
      <w:r>
        <w:t>evolution theory mein kya hai ke Darwin ne jo study ki aur doosre logon ne, to unhon ne</w:t>
      </w:r>
    </w:p>
    <w:p>
      <w:pPr>
        <w:jc w:val="right"/>
      </w:pPr>
      <w:r>
        <w:t>ایولیوشن تھیوری میں کیا ہے کہ ڈارون نے جو اسٹڈی کی اور دوسرے لوگوں نے، تو انہوں نے</w:t>
      </w:r>
    </w:p>
    <w:p>
      <w:r>
        <w:rPr>
          <w:b/>
        </w:rPr>
        <w:t xml:space="preserve">[37:48] </w:t>
      </w:r>
      <w:r>
        <w:t>paya ke yeh species beshumar hain, yeh species ki koi ginti nahi hai.</w:t>
      </w:r>
    </w:p>
    <w:p>
      <w:pPr>
        <w:jc w:val="right"/>
      </w:pPr>
      <w:r>
        <w:t>پایا کہ یہ سپیشیز بے شمار ہیں، یہ سپیشیز کی کوئی گنتی نہیں ہے۔</w:t>
      </w:r>
    </w:p>
    <w:p>
      <w:r>
        <w:rPr>
          <w:b/>
        </w:rPr>
        <w:t xml:space="preserve">[37:54] </w:t>
      </w:r>
      <w:r>
        <w:t>bhed hai, bakri hai, ghodi hai, gaaye hai, bail hai, oont hai, haathi hai aur ghoda hai, sher hai.</w:t>
      </w:r>
    </w:p>
    <w:p>
      <w:pPr>
        <w:jc w:val="right"/>
      </w:pPr>
      <w:r>
        <w:t>بھیڑ ہے، بکری ہے، گھوڑی ہے، گائے ہے، بیل ہے، اونٹ ہے، ہاتھی ہے اور گھوڑا ہے، شیر ہے۔</w:t>
      </w:r>
    </w:p>
    <w:p>
      <w:r>
        <w:rPr>
          <w:b/>
        </w:rPr>
        <w:t xml:space="preserve">[38:01] </w:t>
      </w:r>
      <w:r>
        <w:t>beshumar species hain, lekin un ka jo dhancha hota hai, hamare jaise ke yeh khaal hai, khaal</w:t>
      </w:r>
    </w:p>
    <w:p>
      <w:pPr>
        <w:jc w:val="right"/>
      </w:pPr>
      <w:r>
        <w:t>بے شمار سپیشیز ہیں، لیکن ان کا جو ڈھانچہ ہوتا ہے، ہمارے جیسے کہ یہ کھال ہے، کھال</w:t>
      </w:r>
    </w:p>
    <w:p>
      <w:r>
        <w:rPr>
          <w:b/>
        </w:rPr>
        <w:t xml:space="preserve">[38:08] </w:t>
      </w:r>
      <w:r>
        <w:t>ke andar aik dhancha hai, dhancha jo haddiyon se bana hua hota hai.</w:t>
      </w:r>
    </w:p>
    <w:p>
      <w:pPr>
        <w:jc w:val="right"/>
      </w:pPr>
      <w:r>
        <w:t>کے اندر ایک ڈھانچہ ہے، ڈھانچہ جو ہڈیوں سے بنا ہوا ہوتا ہے۔</w:t>
      </w:r>
    </w:p>
    <w:p>
      <w:r>
        <w:rPr>
          <w:b/>
        </w:rPr>
        <w:t xml:space="preserve">[38:14] </w:t>
      </w:r>
      <w:r>
        <w:t>to dhanchay mein similarity hai, dhanchay mein similarity hai.</w:t>
      </w:r>
    </w:p>
    <w:p>
      <w:pPr>
        <w:jc w:val="right"/>
      </w:pPr>
      <w:r>
        <w:t>تو ڈھانچے میں سیمیلریٹی ہے، ڈھانچے میں سیمیلریٹی ہے۔</w:t>
      </w:r>
    </w:p>
    <w:p>
      <w:r>
        <w:rPr>
          <w:b/>
        </w:rPr>
        <w:t xml:space="preserve">[38:21] </w:t>
      </w:r>
      <w:r>
        <w:t>misalan jo dhancha billi ka hai, usay similar dhancha bhediye ka hai, usay similar dhancha sher ka hai.</w:t>
      </w:r>
    </w:p>
    <w:p>
      <w:pPr>
        <w:jc w:val="right"/>
      </w:pPr>
      <w:r>
        <w:t>مثلاً جو ڈھانچہ بلی کا ہے، اسے سیمیلر ڈھانچہ بھیڑیے کا ہے، اسے سیمیلر ڈھانچہ شیر کا ہے۔</w:t>
      </w:r>
    </w:p>
    <w:p>
      <w:r>
        <w:rPr>
          <w:b/>
        </w:rPr>
        <w:t xml:space="preserve">[38:28] </w:t>
      </w:r>
      <w:r>
        <w:t>to dhanchay mein similarity hai.</w:t>
      </w:r>
    </w:p>
    <w:p>
      <w:pPr>
        <w:jc w:val="right"/>
      </w:pPr>
      <w:r>
        <w:t>تو ڈھانچے میں سیمیلریٹی ہے۔</w:t>
      </w:r>
    </w:p>
    <w:p>
      <w:r>
        <w:rPr>
          <w:b/>
        </w:rPr>
        <w:t xml:space="preserve">[38:34] </w:t>
      </w:r>
      <w:r>
        <w:t>is se kya nikaal liya ke aik se doosra, yani aik se doosra paida hua, doosra paida hua.</w:t>
      </w:r>
    </w:p>
    <w:p>
      <w:pPr>
        <w:jc w:val="right"/>
      </w:pPr>
      <w:r>
        <w:t>اس سے کیا نکال لیا کہ ایک سے دوسرا، یعنی ایک سے دوسرا پیدا ہوا، دوسرا پیدا ہوا۔</w:t>
      </w:r>
    </w:p>
    <w:p>
      <w:r>
        <w:rPr>
          <w:b/>
        </w:rPr>
        <w:t xml:space="preserve">[38:41] </w:t>
      </w:r>
      <w:r>
        <w:t>aik saada si baat hai ke dhanchay mein similarity ke maani hain ke species mein diversity hai.</w:t>
      </w:r>
    </w:p>
    <w:p>
      <w:pPr>
        <w:jc w:val="right"/>
      </w:pPr>
      <w:r>
        <w:t>ایک سادہ سی بات ہے کہ ڈھانچے میں سیمیلریٹی کے معنی ہیں کہ اسپیشیز میں ڈائیورسٹی ہے۔</w:t>
      </w:r>
    </w:p>
    <w:p>
      <w:r>
        <w:rPr>
          <w:b/>
        </w:rPr>
        <w:t xml:space="preserve">[38:47] </w:t>
      </w:r>
      <w:r>
        <w:t>yani Khuda ne billi paida ki, phir Khuda ne bhediya paida kiya, phir Khuda ne sher paida kiya,</w:t>
      </w:r>
    </w:p>
    <w:p>
      <w:pPr>
        <w:jc w:val="right"/>
      </w:pPr>
      <w:r>
        <w:t>یعنی خدا نے بلی پیدا کی، پھر خدا نے بھیڑیا پیدا کیا، پھر خدا نے شیر پیدا کیا،</w:t>
      </w:r>
    </w:p>
    <w:p>
      <w:r>
        <w:rPr>
          <w:b/>
        </w:rPr>
        <w:t xml:space="preserve">[38:54] </w:t>
      </w:r>
      <w:r>
        <w:t>Khuda ne bakri paida ki, phir Khuda ne gaaye paida ki, Khuda phir azra paida kiya.</w:t>
      </w:r>
    </w:p>
    <w:p>
      <w:pPr>
        <w:jc w:val="right"/>
      </w:pPr>
      <w:r>
        <w:t>خدا نے بکری پیدا کی، پھر خدا نے گائے پیدا کی، خدا پھر ازرا پیدا کیا۔</w:t>
      </w:r>
    </w:p>
    <w:p>
      <w:r>
        <w:rPr>
          <w:b/>
        </w:rPr>
        <w:t xml:space="preserve">[39:01] </w:t>
      </w:r>
      <w:r>
        <w:t>alag alag, yani creation mein diversity saabit hoti hai.</w:t>
      </w:r>
    </w:p>
    <w:p>
      <w:pPr>
        <w:jc w:val="right"/>
      </w:pPr>
      <w:r>
        <w:t>الگ الگ، یعنی کریشن میں ڈائیورسٹی ثابت ہوتی ہے۔</w:t>
      </w:r>
    </w:p>
    <w:p>
      <w:r>
        <w:rPr>
          <w:b/>
        </w:rPr>
        <w:t xml:space="preserve">[39:07] </w:t>
      </w:r>
      <w:r>
        <w:t>kreshn mein evolution nahin sabit hota.</w:t>
      </w:r>
    </w:p>
    <w:p>
      <w:pPr>
        <w:jc w:val="right"/>
      </w:pPr>
      <w:r>
        <w:t>کریشن میں ایولیوشن نہیں ثابت ہوتا۔</w:t>
      </w:r>
    </w:p>
    <w:p>
      <w:r>
        <w:rPr>
          <w:b/>
        </w:rPr>
        <w:t xml:space="preserve">[39:14] </w:t>
      </w:r>
      <w:r>
        <w:t>is se jo similarity hai, is se sirf yeh sabit hota hai ke kreshn mein diversity hai.</w:t>
      </w:r>
    </w:p>
    <w:p>
      <w:pPr>
        <w:jc w:val="right"/>
      </w:pPr>
      <w:r>
        <w:t>اس سے جو سیمیلریٹی ہے، اس سے صرف یہ ثابت ہوتا ہے کہ کریشن میں ڈائیورسٹی ہے۔</w:t>
      </w:r>
    </w:p>
    <w:p>
      <w:r>
        <w:rPr>
          <w:b/>
        </w:rPr>
        <w:t xml:space="preserve">[39:21] </w:t>
      </w:r>
      <w:r>
        <w:t>magar kya nikaal liya ke kreshn mein evolution hai? is se woh nikla, is se woh nikla, is</w:t>
      </w:r>
    </w:p>
    <w:p>
      <w:pPr>
        <w:jc w:val="right"/>
      </w:pPr>
      <w:r>
        <w:t>مگر کیا نکال لیا کہ کریشن میں ایولیوشن ہے؟ اس سے وہ نکلا، اس سے وہ نکلا، اس</w:t>
      </w:r>
    </w:p>
    <w:p>
      <w:r>
        <w:rPr>
          <w:b/>
        </w:rPr>
        <w:t xml:space="preserve">[39:27] </w:t>
      </w:r>
      <w:r>
        <w:t>se woh nikla.</w:t>
      </w:r>
    </w:p>
    <w:p>
      <w:pPr>
        <w:jc w:val="right"/>
      </w:pPr>
      <w:r>
        <w:t>سے وہ نکلا۔</w:t>
      </w:r>
    </w:p>
    <w:p>
      <w:r>
        <w:rPr>
          <w:b/>
        </w:rPr>
        <w:t xml:space="preserve">[39:34] </w:t>
      </w:r>
      <w:r>
        <w:t>yeh hai intellectual dwark.</w:t>
      </w:r>
    </w:p>
    <w:p>
      <w:pPr>
        <w:jc w:val="right"/>
      </w:pPr>
      <w:r>
        <w:t>یہ ہے انٹلیکچول ڈوارکز۔</w:t>
      </w:r>
    </w:p>
    <w:p>
      <w:r>
        <w:rPr>
          <w:b/>
        </w:rPr>
        <w:t xml:space="preserve">[39:40] </w:t>
      </w:r>
      <w:r>
        <w:t>log well-dressed dikhai dete hain, shandaar gharon mein rehte hain, bade bade caron mein chalte hain, lekin</w:t>
      </w:r>
    </w:p>
    <w:p>
      <w:pPr>
        <w:jc w:val="right"/>
      </w:pPr>
      <w:r>
        <w:t>لوگ ویل ڈریس دکھائے دیتے ہیں، شاندار گھروں میں رہتے ہیں، بڑے بڑے کاروں میں چلتے ہیں، لیکن</w:t>
      </w:r>
    </w:p>
    <w:p>
      <w:r>
        <w:rPr>
          <w:b/>
        </w:rPr>
        <w:t xml:space="preserve">[39:47] </w:t>
      </w:r>
      <w:r>
        <w:t>intellectually they are dwark.</w:t>
      </w:r>
    </w:p>
    <w:p>
      <w:pPr>
        <w:jc w:val="right"/>
      </w:pPr>
      <w:r>
        <w:t>انٹلیکچولی دے آر ڈوارک۔</w:t>
      </w:r>
    </w:p>
    <w:p>
      <w:r>
        <w:rPr>
          <w:b/>
        </w:rPr>
        <w:t xml:space="preserve">[39:54] </w:t>
      </w:r>
      <w:r>
        <w:t>chahe musalman hon, chahe non-muslim hon, secular hon ya religious hon, sab ka hi yaad hai.</w:t>
      </w:r>
    </w:p>
    <w:p>
      <w:pPr>
        <w:jc w:val="right"/>
      </w:pPr>
      <w:r>
        <w:t>چاہے مسلمان ہوں، چاہے نان مسلم ہوں، سیکولر ہوں یا ریلیجیس ہوں، سب کا ہی یاد ہے۔</w:t>
      </w:r>
    </w:p>
    <w:p>
      <w:r>
        <w:rPr>
          <w:b/>
        </w:rPr>
        <w:t xml:space="preserve">[40:00] </w:t>
      </w:r>
      <w:r>
        <w:t>to main yeh kahunga ke hamara jo mission hai, is ka ek khaas pehlu yeh hai ke</w:t>
      </w:r>
    </w:p>
    <w:p>
      <w:pPr>
        <w:jc w:val="right"/>
      </w:pPr>
      <w:r>
        <w:t>تو میں یہ کہوں گا کہ ہمارا جو مشن ہے، اس کا ایک خاص پہلو یہ ہے کہ</w:t>
      </w:r>
    </w:p>
    <w:p>
      <w:r>
        <w:rPr>
          <w:b/>
        </w:rPr>
        <w:t xml:space="preserve">[40:07] </w:t>
      </w:r>
      <w:r>
        <w:t>hum aap khud aap material culture se poori tarah se apne aap ko bahar laayein.</w:t>
      </w:r>
    </w:p>
    <w:p>
      <w:pPr>
        <w:jc w:val="right"/>
      </w:pPr>
      <w:r>
        <w:t>ہم آپ خود آپ مٹیریل کلچر سے پوری طرح سے اپنے آپ کو باہر لائیں۔</w:t>
      </w:r>
    </w:p>
    <w:p>
      <w:r>
        <w:rPr>
          <w:b/>
        </w:rPr>
        <w:t xml:space="preserve">[40:14] </w:t>
      </w:r>
      <w:r>
        <w:t>mujhe abhi shakk hai ke hamare scope ke log jo hain, material culture se poori tarah bahar nahin</w:t>
      </w:r>
    </w:p>
    <w:p>
      <w:pPr>
        <w:jc w:val="right"/>
      </w:pPr>
      <w:r>
        <w:t>مجھے ابھی شک ہے کہ ہمارے سکیپیس کے لوگ جو ہیں، مٹیریل کلچر سے پوری طرح باہر نہیں</w:t>
      </w:r>
    </w:p>
    <w:p>
      <w:r>
        <w:rPr>
          <w:b/>
        </w:rPr>
        <w:t xml:space="preserve">[40:20] </w:t>
      </w:r>
      <w:r>
        <w:t>aaye hain, abhi phanse hue hain society ke asar se ya family ke asar se.</w:t>
      </w:r>
    </w:p>
    <w:p>
      <w:pPr>
        <w:jc w:val="right"/>
      </w:pPr>
      <w:r>
        <w:t>آئے ہیں، ابھی پھنسے ہوئے ہیں سوسائٹی کے اثر سے یا فیملی کے اثر سے۔</w:t>
      </w:r>
    </w:p>
    <w:p>
      <w:r>
        <w:rPr>
          <w:b/>
        </w:rPr>
        <w:t xml:space="preserve">[40:27] </w:t>
      </w:r>
      <w:r>
        <w:t>to agar aap chahte hain ke aap ko maut aaye to is haal mein aaye ke aap poora</w:t>
      </w:r>
    </w:p>
    <w:p>
      <w:pPr>
        <w:jc w:val="right"/>
      </w:pPr>
      <w:r>
        <w:t>تو اگر آپ چاہتے ہیں کہ آپ کو موت آئے تو اس حال میں آئے کہ آپ پورا</w:t>
      </w:r>
    </w:p>
    <w:p>
      <w:r>
        <w:rPr>
          <w:b/>
        </w:rPr>
        <w:t xml:space="preserve">[40:34] </w:t>
      </w:r>
      <w:r>
        <w:t>poora maano mein aap intellectual development aap ka hua ho, poore poore maano mein.</w:t>
      </w:r>
    </w:p>
    <w:p>
      <w:pPr>
        <w:jc w:val="right"/>
      </w:pPr>
      <w:r>
        <w:t>پورا معنوں میں آپ انٹلیکچول ڈیویلپمنٹ آپ کا ہوا ہو، پورے پورے معنوں میں۔</w:t>
      </w:r>
    </w:p>
    <w:p>
      <w:r>
        <w:rPr>
          <w:b/>
        </w:rPr>
        <w:t xml:space="preserve">[40:40] </w:t>
      </w:r>
      <w:r>
        <w:t>kyun ke dekhiye, maut hamesha aati hai point of no return par.</w:t>
      </w:r>
    </w:p>
    <w:p>
      <w:pPr>
        <w:jc w:val="right"/>
      </w:pPr>
      <w:r>
        <w:t>کیونکہ دیکھیے، موت ہمیشہ آتی ہے پوائنٹ آف نو ریٹرن پر۔</w:t>
      </w:r>
    </w:p>
    <w:p>
      <w:r>
        <w:rPr>
          <w:b/>
        </w:rPr>
        <w:t xml:space="preserve">[40:47] </w:t>
      </w:r>
      <w:r>
        <w:t>main roz sochta sochta rehta hoon, video banta rehta hoon ke falan aadmi mar gaya, ab lauta hai</w:t>
      </w:r>
    </w:p>
    <w:p>
      <w:pPr>
        <w:jc w:val="right"/>
      </w:pPr>
      <w:r>
        <w:t>میں روز سوچتا سوچتا رہتا ہوں، ویڈیو بنتا رہتا ہوں کہ فلاں آدمی مر گیا، اب لوٹا ہے</w:t>
      </w:r>
    </w:p>
    <w:p>
      <w:r>
        <w:rPr>
          <w:b/>
        </w:rPr>
        <w:t xml:space="preserve">[40:53] </w:t>
      </w:r>
      <w:r>
        <w:t>ke nahin? falan aadmi mar gaya, ab lauta hai ke nahin? falan aadmi mar gaya, ab lauta hai</w:t>
      </w:r>
    </w:p>
    <w:p>
      <w:pPr>
        <w:jc w:val="right"/>
      </w:pPr>
      <w:r>
        <w:t>کہ نہیں؟ فلاں آدمی مر گیا، اب لوٹا ہے کہ نہیں؟ فلاں آدمی مر گیا، اب لوٹا ہے</w:t>
      </w:r>
    </w:p>
    <w:p>
      <w:r>
        <w:rPr>
          <w:b/>
        </w:rPr>
        <w:t xml:space="preserve">[41:00] </w:t>
      </w:r>
      <w:r>
        <w:t>ke nahin? mere jo hum zamana the, jin ko main ne dekha tha, jin ke saath main raha</w:t>
      </w:r>
    </w:p>
    <w:p>
      <w:pPr>
        <w:jc w:val="right"/>
      </w:pPr>
      <w:r>
        <w:t>کہ نہیں؟ میرے جو ہم زمانہ تھے، جن کو میں نے دیکھا تھا، جن کے ساتھ میں رہا</w:t>
      </w:r>
    </w:p>
    <w:p>
      <w:r>
        <w:rPr>
          <w:b/>
        </w:rPr>
        <w:t xml:space="preserve">[41:07] </w:t>
      </w:r>
      <w:r>
        <w:t>tha, un sab ko sochta rehta hoon ke chala gaya aadmi, ab lauta hai ke nahin? ab kya</w:t>
      </w:r>
    </w:p>
    <w:p>
      <w:pPr>
        <w:jc w:val="right"/>
      </w:pPr>
      <w:r>
        <w:t>تھا، ان سب کو سوچتا رہتا ہوں کہ چلا گیا آدمی، اب لوٹا ہے کہ نہیں؟ اب کیا</w:t>
      </w:r>
    </w:p>
    <w:p>
      <w:r>
        <w:rPr>
          <w:b/>
        </w:rPr>
        <w:t xml:space="preserve">[41:13] </w:t>
      </w:r>
      <w:r>
        <w:t>woh sochta hoga ke kaisi ajeeb opportunity thi duniya, jis ko main ne miss kiya? mind was a</w:t>
      </w:r>
    </w:p>
    <w:p>
      <w:pPr>
        <w:jc w:val="right"/>
      </w:pPr>
      <w:r>
        <w:t>وہ سوچتا ہوگا کہ کیسی عجیب اپرچونیٹی تھی دنیا، جس کو میں نے مس کیا؟ مائنڈ واز ا</w:t>
      </w:r>
    </w:p>
    <w:p>
      <w:r>
        <w:rPr>
          <w:b/>
        </w:rPr>
        <w:t xml:space="preserve">[41:20] </w:t>
      </w:r>
      <w:r>
        <w:t>case of missed opportunity.</w:t>
      </w:r>
    </w:p>
    <w:p>
      <w:pPr>
        <w:jc w:val="right"/>
      </w:pPr>
      <w:r>
        <w:t>کیس آف مسڈ اپرچونیٹی۔</w:t>
      </w:r>
    </w:p>
    <w:p>
      <w:r>
        <w:rPr>
          <w:b/>
        </w:rPr>
        <w:t xml:space="preserve">[41:27] </w:t>
      </w:r>
      <w:r>
        <w:t>to is aap apne ko alag na karein, aap ko is har shakhs ko yeh sochna chahiye ke</w:t>
      </w:r>
    </w:p>
    <w:p>
      <w:pPr>
        <w:jc w:val="right"/>
      </w:pPr>
      <w:r>
        <w:t>تو اس آپ اپنے کو الگ نہ کریں، آپ کو اس ہر شخص کو یہ سوچنا چاہیے کہ</w:t>
      </w:r>
    </w:p>
    <w:p>
      <w:r>
        <w:rPr>
          <w:b/>
        </w:rPr>
        <w:t xml:space="preserve">[41:33] </w:t>
      </w:r>
      <w:r>
        <w:t>agar woh material culture mein jeeta hai to us ko yeh ek prize deni hi padegi ke</w:t>
      </w:r>
    </w:p>
    <w:p>
      <w:pPr>
        <w:jc w:val="right"/>
      </w:pPr>
      <w:r>
        <w:t>اگر وہ مٹیریل کلچر میں جیتا ہے تو اس کو یہ ایک پرائز دینی ہی پڑے گی کہ</w:t>
      </w:r>
    </w:p>
    <w:p>
      <w:r>
        <w:rPr>
          <w:b/>
        </w:rPr>
        <w:t xml:space="preserve">[41:40] </w:t>
      </w:r>
      <w:r>
        <w:t>woh intellectual sense mein dwark ban jayega, dwark ban jayega.</w:t>
      </w:r>
    </w:p>
    <w:p>
      <w:pPr>
        <w:jc w:val="right"/>
      </w:pPr>
      <w:r>
        <w:t>وہ انٹلیکچول سینس میں ڈوارک بن جائے گا، ڈوارک بن جائے گا۔</w:t>
      </w:r>
    </w:p>
    <w:p>
      <w:r>
        <w:rPr>
          <w:b/>
        </w:rPr>
        <w:t xml:space="preserve">[41:46] </w:t>
      </w:r>
      <w:r>
        <w:t>yaani physical sense mein woh haathi ho sakta hai, lekin intellectual sense mein woh dwark ban jayega.</w:t>
      </w:r>
    </w:p>
    <w:p>
      <w:pPr>
        <w:jc w:val="right"/>
      </w:pPr>
      <w:r>
        <w:t>یعنی فزیکل سینس میں وہ ہاتھی ہو سکتا ہے، لیکن انٹلیکچول سینس میں وہ ڈوارک بن جائے گا۔</w:t>
      </w:r>
    </w:p>
    <w:p>
      <w:r>
        <w:rPr>
          <w:b/>
        </w:rPr>
        <w:t xml:space="preserve">[41:53] </w:t>
      </w:r>
      <w:r>
        <w:t>woh to kya aap is is prize ko deny ke liye tayyar hain? yeh to bari heavy prize hai.</w:t>
      </w:r>
    </w:p>
    <w:p>
      <w:pPr>
        <w:jc w:val="right"/>
      </w:pPr>
      <w:r>
        <w:t>وہ تو کیا آپ اس اس پرائز کو دینے کے لیے تیار ہیں؟ یہ تو بڑی ہیوی پرائز ہے۔</w:t>
      </w:r>
    </w:p>
    <w:p>
      <w:r>
        <w:rPr>
          <w:b/>
        </w:rPr>
        <w:t xml:space="preserve">[42:00] </w:t>
      </w:r>
      <w:r>
        <w:t>shayad yahi baat kahi gayi is surat mein ke laqad khalaq al insana fi ahsani taqwim, thum razi allahu asfal al saafireen.</w:t>
      </w:r>
    </w:p>
    <w:p>
      <w:pPr>
        <w:jc w:val="right"/>
      </w:pPr>
      <w:r>
        <w:t>شاید یہی بات کہی گئی اس سورت میں کہ لقد خلق الانسان فی حسن تقویم، ثم رضی اللہ اسفل السافرین۔</w:t>
      </w:r>
    </w:p>
    <w:p>
      <w:r>
        <w:rPr>
          <w:b/>
        </w:rPr>
        <w:t xml:space="preserve">[42:06] </w:t>
      </w:r>
      <w:r>
        <w:t>yeh ayat bhi tasweeron mein wazeh nahi hai.</w:t>
      </w:r>
    </w:p>
    <w:p>
      <w:pPr>
        <w:jc w:val="right"/>
      </w:pPr>
      <w:r>
        <w:t>یہ آیت بھی تصویروں میں واضح نہیں ہے۔</w:t>
      </w:r>
    </w:p>
    <w:p>
      <w:r>
        <w:rPr>
          <w:b/>
        </w:rPr>
        <w:t xml:space="preserve">[42:13] </w:t>
      </w:r>
      <w:r>
        <w:t>laqad khalaq al insana fi ahsani taqwim, thum razi allahu asfal al saafireen.</w:t>
      </w:r>
    </w:p>
    <w:p>
      <w:pPr>
        <w:jc w:val="right"/>
      </w:pPr>
      <w:r>
        <w:t>لقد خلق الانسان فی حسن تقویم، ثم رضی اللہ اسفل السافرین۔</w:t>
      </w:r>
    </w:p>
    <w:p>
      <w:r>
        <w:rPr>
          <w:b/>
        </w:rPr>
        <w:t xml:space="preserve">[42:20] </w:t>
      </w:r>
      <w:r>
        <w:t>yani Allah taala ne farmaya ke hum ne paida kiya insan ko behtareen takhleeq ke sath, lekin is</w:t>
      </w:r>
    </w:p>
    <w:p>
      <w:pPr>
        <w:jc w:val="right"/>
      </w:pPr>
      <w:r>
        <w:t>یعنی اللہ تعالی نے فرمایا کہ ہم نے پیدا کیا انسان کو بہترین تخلیق کے ساتھ، لیکن اس</w:t>
      </w:r>
    </w:p>
    <w:p>
      <w:r>
        <w:rPr>
          <w:b/>
        </w:rPr>
        <w:t xml:space="preserve">[42:26] </w:t>
      </w:r>
      <w:r>
        <w:t>ke baad hum ne phenk diya is ko bilkul neechay ki satah par.</w:t>
      </w:r>
    </w:p>
    <w:p>
      <w:pPr>
        <w:jc w:val="right"/>
      </w:pPr>
      <w:r>
        <w:t>کے بعد ہم نے پھینک دیا اس کو بالکل نیچے کی سطح پر۔</w:t>
      </w:r>
    </w:p>
    <w:p>
      <w:r>
        <w:rPr>
          <w:b/>
        </w:rPr>
        <w:t xml:space="preserve">[42:33] </w:t>
      </w:r>
      <w:r>
        <w:t>to is mein chunchay hum ne phenk diya ka lafz hai, log samajhte hain Khuda ne phenk diya.</w:t>
      </w:r>
    </w:p>
    <w:p>
      <w:pPr>
        <w:jc w:val="right"/>
      </w:pPr>
      <w:r>
        <w:t>تو اس میں چونکہ ہم نے پھینک دیا کا لفظ ہے، لوگ سمجھتے ہیں خدا نے پھینک دیا۔</w:t>
      </w:r>
    </w:p>
    <w:p>
      <w:r>
        <w:rPr>
          <w:b/>
        </w:rPr>
        <w:t xml:space="preserve">[42:40] </w:t>
      </w:r>
      <w:r>
        <w:t>yeh matlab nahi, aik usloob hai Khuda ka.</w:t>
      </w:r>
    </w:p>
    <w:p>
      <w:pPr>
        <w:jc w:val="right"/>
      </w:pPr>
      <w:r>
        <w:t>یہ مطلب نہیں، ایک اسلوب ہے خدا کا۔</w:t>
      </w:r>
    </w:p>
    <w:p>
      <w:r>
        <w:rPr>
          <w:b/>
        </w:rPr>
        <w:t xml:space="preserve">[42:46] </w:t>
      </w:r>
      <w:r>
        <w:t>is ka matlab yeh hai ke Allah ne paida kiya tha insan ko behtareen potential ke sath, lekin</w:t>
      </w:r>
    </w:p>
    <w:p>
      <w:pPr>
        <w:jc w:val="right"/>
      </w:pPr>
      <w:r>
        <w:t>اس کا مطلب یہ ہے کہ اللہ نے پیدا کیا تھا انسان کو بہترین پوٹینشل کے ساتھ، لیکن</w:t>
      </w:r>
    </w:p>
    <w:p>
      <w:r>
        <w:rPr>
          <w:b/>
        </w:rPr>
        <w:t xml:space="preserve">[42:53] </w:t>
      </w:r>
      <w:r>
        <w:t>woh is ko unfold na kar saka aur animal ban kar raha, animal ban kar mar gaya.</w:t>
      </w:r>
    </w:p>
    <w:p>
      <w:pPr>
        <w:jc w:val="right"/>
      </w:pPr>
      <w:r>
        <w:t>وہ اس کو انفورڈ نہ کر سکا اور انیمل بن کر رہا، انیمل بن کر مر گیا۔</w:t>
      </w:r>
    </w:p>
    <w:p>
      <w:r>
        <w:rPr>
          <w:b/>
        </w:rPr>
        <w:t xml:space="preserve">[42:59] </w:t>
      </w:r>
      <w:r>
        <w:t>yani wa laqad karramna bani adam, aik mukarram makhlooq ke taur par paida kiya hum ne.</w:t>
      </w:r>
    </w:p>
    <w:p>
      <w:pPr>
        <w:jc w:val="right"/>
      </w:pPr>
      <w:r>
        <w:t>یعنی ولقد کرمنا بنی آدم، ایک مکرم مخلوق کے طور پر پیدا کیا ہم نے۔</w:t>
      </w:r>
    </w:p>
    <w:p>
      <w:r>
        <w:rPr>
          <w:b/>
        </w:rPr>
        <w:t xml:space="preserve">[43:06] </w:t>
      </w:r>
      <w:r>
        <w:t>lekin yaad rakhiye, insan ke andar jo jo azmat hai, jo us ke andar jo yeh ahsani taqwim</w:t>
      </w:r>
    </w:p>
    <w:p>
      <w:pPr>
        <w:jc w:val="right"/>
      </w:pPr>
      <w:r>
        <w:t>لیکن یاد رکھیے، انسان کے اندر جو جو عظمت ہے، جو اس کے اندر جو یہ حسن تقویم</w:t>
      </w:r>
    </w:p>
    <w:p>
      <w:r>
        <w:rPr>
          <w:b/>
        </w:rPr>
        <w:t xml:space="preserve">[43:13] </w:t>
      </w:r>
      <w:r>
        <w:t>wali baat hai, yeh potential sense mein hai.</w:t>
      </w:r>
    </w:p>
    <w:p>
      <w:pPr>
        <w:jc w:val="right"/>
      </w:pPr>
      <w:r>
        <w:t>والی بات ہے، یہ پوٹینشل سینس میں ہے۔</w:t>
      </w:r>
    </w:p>
    <w:p>
      <w:r>
        <w:rPr>
          <w:b/>
        </w:rPr>
        <w:t xml:space="preserve">[43:19] </w:t>
      </w:r>
      <w:r>
        <w:t>yeh potential sense mein hai.</w:t>
      </w:r>
    </w:p>
    <w:p>
      <w:pPr>
        <w:jc w:val="right"/>
      </w:pPr>
      <w:r>
        <w:t>یہ پوٹینشل سینس میں ہے۔</w:t>
      </w:r>
    </w:p>
    <w:p>
      <w:r>
        <w:rPr>
          <w:b/>
        </w:rPr>
        <w:t xml:space="preserve">[43:26] </w:t>
      </w:r>
      <w:r>
        <w:t>to ayat ka matlab yeh hai ke ke Allah taala ne insan ko potential sense mein aala tareen</w:t>
      </w:r>
    </w:p>
    <w:p>
      <w:pPr>
        <w:jc w:val="right"/>
      </w:pPr>
      <w:r>
        <w:t>تو آیت کا مطلب یہ ہے کہ کہ اللہ تعالی نے انسان کو پوٹینشل سینس میں اعلیٰ ترین</w:t>
      </w:r>
    </w:p>
    <w:p>
      <w:r>
        <w:rPr>
          <w:b/>
        </w:rPr>
        <w:t xml:space="preserve">[43:33] </w:t>
      </w:r>
      <w:r>
        <w:t>makhlooq ke taur par paida kiya, lekin apne potential ko woh unfold na kar saka, is liye woh</w:t>
      </w:r>
    </w:p>
    <w:p>
      <w:pPr>
        <w:jc w:val="right"/>
      </w:pPr>
      <w:r>
        <w:t>مخلوق کے طور پر پیدا کیا، لیکن اپنے پوٹینشل کو وہ انفورڈ نہ کر سکا، اس لیے وہ</w:t>
      </w:r>
    </w:p>
    <w:p>
      <w:r>
        <w:rPr>
          <w:b/>
        </w:rPr>
        <w:t xml:space="preserve">[43:39] </w:t>
      </w:r>
      <w:r>
        <w:t>hawaan ki satah par ya hawaan satah par.</w:t>
      </w:r>
    </w:p>
    <w:p>
      <w:pPr>
        <w:jc w:val="right"/>
      </w:pPr>
      <w:r>
        <w:t>ہوان کی سطح پر یا ہوان سطح پر۔</w:t>
      </w:r>
    </w:p>
    <w:p>
      <w:r>
        <w:rPr>
          <w:b/>
        </w:rPr>
        <w:t xml:space="preserve">[43:46] </w:t>
      </w:r>
      <w:r>
        <w:t>yeh matlab hai is ka.</w:t>
      </w:r>
    </w:p>
    <w:p>
      <w:pPr>
        <w:jc w:val="right"/>
      </w:pPr>
      <w:r>
        <w:t>یہ مطلب ہے اس کا۔</w:t>
      </w:r>
    </w:p>
    <w:p>
      <w:r>
        <w:rPr>
          <w:b/>
        </w:rPr>
        <w:t xml:space="preserve">[43:53] </w:t>
      </w:r>
      <w:r>
        <w:t>yeh baat jo hai, bohat ziyada sochne ki hai.</w:t>
      </w:r>
    </w:p>
    <w:p>
      <w:pPr>
        <w:jc w:val="right"/>
      </w:pPr>
      <w:r>
        <w:t>یہ بات جو ہے، بہت زیادہ سوچنے کی ہے۔</w:t>
      </w:r>
    </w:p>
    <w:p>
      <w:r>
        <w:rPr>
          <w:b/>
        </w:rPr>
        <w:t xml:space="preserve">[43:59] </w:t>
      </w:r>
      <w:r>
        <w:t>maloom rehti hai, lambi ho gayi hai, lekin mein ne taqreeban poori nasal insani ko isi isi satah</w:t>
      </w:r>
    </w:p>
    <w:p>
      <w:pPr>
        <w:jc w:val="right"/>
      </w:pPr>
      <w:r>
        <w:t>معلوم رہتی ہے، لمبی ہو گئی ہے، لیکن میں نے تقریباً پوری نسل انسانی کو اسی اسی سطح</w:t>
      </w:r>
    </w:p>
    <w:p>
      <w:r>
        <w:rPr>
          <w:b/>
        </w:rPr>
        <w:t xml:space="preserve">[44:06] </w:t>
      </w:r>
      <w:r>
        <w:t>par dekha hai ke log material culture mein jeetay hain, material sense mein apni koi taraqqi dhoondhte rehte</w:t>
      </w:r>
    </w:p>
    <w:p>
      <w:pPr>
        <w:jc w:val="right"/>
      </w:pPr>
      <w:r>
        <w:t>پر دیکھا ہے کہ لوگ مٹیریل کلچر میں جیتے ہیں، مٹیریل سینس میں اپنی کوئی ترقی ڈھونڈتے رہتے</w:t>
      </w:r>
    </w:p>
    <w:p>
      <w:r>
        <w:rPr>
          <w:b/>
        </w:rPr>
        <w:t xml:space="preserve">[44:12] </w:t>
      </w:r>
      <w:r>
        <w:t>hain, aik bohat farb animal ke taur par jeetay hain.</w:t>
      </w:r>
    </w:p>
    <w:p>
      <w:pPr>
        <w:jc w:val="right"/>
      </w:pPr>
      <w:r>
        <w:t>ہیں، ایک بہت فرب انیمل کے طور پر جیتے ہیں۔</w:t>
      </w:r>
    </w:p>
    <w:p>
      <w:r>
        <w:rPr>
          <w:b/>
        </w:rPr>
        <w:t xml:space="preserve">[44:19] </w:t>
      </w:r>
      <w:r>
        <w:t>un ke paas aik aik martaba mein aik sahib ke haan gaya to itni moti si kitab rakhi</w:t>
      </w:r>
    </w:p>
    <w:p>
      <w:pPr>
        <w:jc w:val="right"/>
      </w:pPr>
      <w:r>
        <w:t>ان کے پاس ایک ایک مرتبہ میں ایک صاحب کے ہاں گیا تو اتنی موٹی سی کتاب رکھی</w:t>
      </w:r>
    </w:p>
    <w:p>
      <w:r>
        <w:rPr>
          <w:b/>
        </w:rPr>
        <w:t xml:space="preserve">[44:26] </w:t>
      </w:r>
      <w:r>
        <w:t>hui thi un ke mez par.</w:t>
      </w:r>
    </w:p>
    <w:p>
      <w:pPr>
        <w:jc w:val="right"/>
      </w:pPr>
      <w:r>
        <w:t>ہوئی تھی ان کے میز پر۔</w:t>
      </w:r>
    </w:p>
    <w:p>
      <w:r>
        <w:rPr>
          <w:b/>
        </w:rPr>
        <w:t xml:space="preserve">[44:32] </w:t>
      </w:r>
      <w:r>
        <w:t>انگریزاں تھے وہ، یعنی اتنی موٹی، blah blah اتنی موٹی کتاب۔</w:t>
      </w:r>
    </w:p>
    <w:p>
      <w:pPr>
        <w:jc w:val="right"/>
      </w:pPr>
      <w:r>
        <w:t>انگریزاں تھے وہ، یعنی اتنی موٹی، بلا بلا اتنی موٹی کتاب۔</w:t>
      </w:r>
    </w:p>
    <w:p>
      <w:r>
        <w:rPr>
          <w:b/>
        </w:rPr>
        <w:t xml:space="preserve">[44:39] </w:t>
      </w:r>
      <w:r>
        <w:t>aur is kitab ka mozu kya tha? body development.</w:t>
      </w:r>
    </w:p>
    <w:p>
      <w:pPr>
        <w:jc w:val="right"/>
      </w:pPr>
      <w:r>
        <w:t>اور اس کتاب کا موضوع کیا تھا؟ باڈی ڈیویلپمنٹ۔</w:t>
      </w:r>
    </w:p>
    <w:p>
      <w:r>
        <w:rPr>
          <w:b/>
        </w:rPr>
        <w:t xml:space="preserve">[44:46] </w:t>
      </w:r>
      <w:r>
        <w:t>body development kis tarah aap apni body ko develop karen? woh kitab pe nahi gayi thi.</w:t>
      </w:r>
    </w:p>
    <w:p>
      <w:pPr>
        <w:jc w:val="right"/>
      </w:pPr>
      <w:r>
        <w:t>باڈی ڈیویلپمنٹ کس طرح آپ اپنی باڈی کو ڈیویلپ کریں؟ وہ کتاب پہ نہیں گئی تھا۔</w:t>
      </w:r>
    </w:p>
    <w:p>
      <w:r>
        <w:rPr>
          <w:b/>
        </w:rPr>
        <w:t xml:space="preserve">[44:52] </w:t>
      </w:r>
      <w:r>
        <w:t>woh woh woh sahib is ko parh kar ke, aur waqai woh aadmi jo thay, bohat yani un</w:t>
      </w:r>
    </w:p>
    <w:p>
      <w:pPr>
        <w:jc w:val="right"/>
      </w:pPr>
      <w:r>
        <w:t>وہ وہ وہ صاحب اس کو پڑھ کر کے، اور واقعی وہ آدمی جو تھے، بہت یعنی ان</w:t>
      </w:r>
    </w:p>
    <w:p>
      <w:r>
        <w:rPr>
          <w:b/>
        </w:rPr>
        <w:t xml:space="preserve">[44:59] </w:t>
      </w:r>
      <w:r>
        <w:t>ki body bari zabardast thi, bazahir bohat shandar dikhai dete thay.</w:t>
      </w:r>
    </w:p>
    <w:p>
      <w:pPr>
        <w:jc w:val="right"/>
      </w:pPr>
      <w:r>
        <w:t>کی باڈی بڑی زبردست تھی، بظاہر بہت شاندار دکھائی دیتے تھے۔</w:t>
      </w:r>
    </w:p>
    <w:p>
      <w:r>
        <w:rPr>
          <w:b/>
        </w:rPr>
        <w:t xml:space="preserve">[45:05] </w:t>
      </w:r>
      <w:r>
        <w:t>woh coat parhon pehente thay aur lagta tha ke woh kiya hain.</w:t>
      </w:r>
    </w:p>
    <w:p>
      <w:pPr>
        <w:jc w:val="right"/>
      </w:pPr>
      <w:r>
        <w:t>وہ کوٹ پڑھوں پہنتے تھے اور لگتا تھا کہ وہ کیا ہیں۔</w:t>
      </w:r>
    </w:p>
    <w:p>
      <w:r>
        <w:rPr>
          <w:b/>
        </w:rPr>
        <w:t xml:space="preserve">[45:12] </w:t>
      </w:r>
      <w:r>
        <w:t>shandar ghar mein rehte thay, shandar caron chalte thay.</w:t>
      </w:r>
    </w:p>
    <w:p>
      <w:pPr>
        <w:jc w:val="right"/>
      </w:pPr>
      <w:r>
        <w:t>شاندار گھر میں رہتے تھے، شاندار کارم چلتے تھے۔</w:t>
      </w:r>
    </w:p>
    <w:p>
      <w:r>
        <w:rPr>
          <w:b/>
        </w:rPr>
        <w:t xml:space="preserve">[45:19] </w:t>
      </w:r>
      <w:r>
        <w:t>lekin jab maine un se baat ki to body development to khoob tha un ka, par intellectual</w:t>
      </w:r>
    </w:p>
    <w:p>
      <w:pPr>
        <w:jc w:val="right"/>
      </w:pPr>
      <w:r>
        <w:t>لیکن جب میں نے ان سے بات کی تو باڈی ڈیویلپمنٹ تو خوب تھا ان کا، پر انٹلیکچول</w:t>
      </w:r>
    </w:p>
    <w:p>
      <w:r>
        <w:rPr>
          <w:b/>
        </w:rPr>
        <w:t xml:space="preserve">[45:25] </w:t>
      </w:r>
      <w:r>
        <w:t>intellectual development kuch bhi nahi tha.</w:t>
      </w:r>
    </w:p>
    <w:p>
      <w:pPr>
        <w:jc w:val="right"/>
      </w:pPr>
      <w:r>
        <w:t>انٹلیکچول ڈیویلپمنٹ کچھ بھی نہیں تھا۔</w:t>
      </w:r>
    </w:p>
    <w:p>
      <w:r>
        <w:rPr>
          <w:b/>
        </w:rPr>
        <w:t xml:space="preserve">[45:32] </w:t>
      </w:r>
      <w:r>
        <w:t>yeh tajurba mera sari zindagi ki tajurba hai.</w:t>
      </w:r>
    </w:p>
    <w:p>
      <w:pPr>
        <w:jc w:val="right"/>
      </w:pPr>
      <w:r>
        <w:t>یہ تجربہ میرا ساری زندگی کی تجربہ ہے۔</w:t>
      </w:r>
    </w:p>
    <w:p>
      <w:r>
        <w:rPr>
          <w:b/>
        </w:rPr>
        <w:t xml:space="preserve">[45:39] </w:t>
      </w:r>
      <w:r>
        <w:t>yeh to yeh meri discovery goya hai ke aadmi ko chahiye ke woh madi culture se oopar uthaye</w:t>
      </w:r>
    </w:p>
    <w:p>
      <w:pPr>
        <w:jc w:val="right"/>
      </w:pPr>
      <w:r>
        <w:t>یہ تو یہ میری ڈسکوری گویا ہے کہ آدمی کو چاہیے کہ وہ مادی کلچر سے اوپر اٹھائے</w:t>
      </w:r>
    </w:p>
    <w:p>
      <w:r>
        <w:rPr>
          <w:b/>
        </w:rPr>
        <w:t xml:space="preserve">[45:45] </w:t>
      </w:r>
      <w:r>
        <w:t>apne aap ko, madi cheezon ko sirf zaroorat ke khane mein rakhe, zaroorat aur sari tawajjuh apni lagaye</w:t>
      </w:r>
    </w:p>
    <w:p>
      <w:pPr>
        <w:jc w:val="right"/>
      </w:pPr>
      <w:r>
        <w:t>اپنے آپ کو، مادی چیزوں کو صرف ضرورت کے خانے میں رکھے، ضرورت اور ساری توجہ اپنی لگائے</w:t>
      </w:r>
    </w:p>
    <w:p>
      <w:r>
        <w:rPr>
          <w:b/>
        </w:rPr>
        <w:t xml:space="preserve">[45:52] </w:t>
      </w:r>
      <w:r>
        <w:t>intellectual development mein.</w:t>
      </w:r>
    </w:p>
    <w:p>
      <w:pPr>
        <w:jc w:val="right"/>
      </w:pPr>
      <w:r>
        <w:t>انٹلیکچول ڈیویلپمنٹ میں۔</w:t>
      </w:r>
    </w:p>
    <w:p>
      <w:r>
        <w:rPr>
          <w:b/>
        </w:rPr>
        <w:t xml:space="preserve">[45:59] </w:t>
      </w:r>
      <w:r>
        <w:t>yahan main ek baat arz karunga ke ke yeh intellectual development jura hua hai jannat, jannat tak</w:t>
      </w:r>
    </w:p>
    <w:p>
      <w:pPr>
        <w:jc w:val="right"/>
      </w:pPr>
      <w:r>
        <w:t>یہاں میں ایک بات عرض کروں گا کہ کہ یہ انٹلیکچول ڈیویلپمنٹ جڑا ہوا ہے جنت، جنت تک</w:t>
      </w:r>
    </w:p>
    <w:p>
      <w:r>
        <w:rPr>
          <w:b/>
        </w:rPr>
        <w:t xml:space="preserve">[46:05] </w:t>
      </w:r>
      <w:r>
        <w:t>se jura hua hai.</w:t>
      </w:r>
    </w:p>
    <w:p>
      <w:pPr>
        <w:jc w:val="right"/>
      </w:pPr>
      <w:r>
        <w:t>سے جڑا ہوا ہے۔</w:t>
      </w:r>
    </w:p>
    <w:p>
      <w:r>
        <w:rPr>
          <w:b/>
        </w:rPr>
        <w:t xml:space="preserve">[46:12] </w:t>
      </w:r>
      <w:r>
        <w:t>yeh sirf dunya ki cheez nahi hai, jannat sirf dunya ki cheez nahi hai.</w:t>
      </w:r>
    </w:p>
    <w:p>
      <w:pPr>
        <w:jc w:val="right"/>
      </w:pPr>
      <w:r>
        <w:t>یہ صرف دنیا کی چیز نہیں ہے، جن صرف دنیا کی چیز نہیں ہے۔</w:t>
      </w:r>
    </w:p>
    <w:p>
      <w:r>
        <w:rPr>
          <w:b/>
        </w:rPr>
        <w:t xml:space="preserve">[46:18] </w:t>
      </w:r>
      <w:r>
        <w:t>dekhen, jannat kis ke liye hai? yeh bhi ek bohat bari fallacy hai ke log samajhte hain ke</w:t>
      </w:r>
    </w:p>
    <w:p>
      <w:pPr>
        <w:jc w:val="right"/>
      </w:pPr>
      <w:r>
        <w:t>دیکھیں، جنت کس کے لیے ہے؟ یہ بھی ایک بہت بڑی فلیسی ہے کہ لوگ سمجھتے ہیں کہ</w:t>
      </w:r>
    </w:p>
    <w:p>
      <w:r>
        <w:rPr>
          <w:b/>
        </w:rPr>
        <w:t xml:space="preserve">[46:25] </w:t>
      </w:r>
      <w:r>
        <w:t>sahib to tasbeeh parh lo, jannat mil jayegi.</w:t>
      </w:r>
    </w:p>
    <w:p>
      <w:pPr>
        <w:jc w:val="right"/>
      </w:pPr>
      <w:r>
        <w:t>صاحب تو تسبیح پڑھ لو، جنت مل جائے گی۔</w:t>
      </w:r>
    </w:p>
    <w:p>
      <w:r>
        <w:rPr>
          <w:b/>
        </w:rPr>
        <w:t xml:space="preserve">[46:32] </w:t>
      </w:r>
      <w:r>
        <w:t>ishraq chash jo hai, woh nagha na ho, jannat mil jayegi.</w:t>
      </w:r>
    </w:p>
    <w:p>
      <w:pPr>
        <w:jc w:val="right"/>
      </w:pPr>
      <w:r>
        <w:t>اشراق چاش جو ہے، وہ ناغہ نہ ہو، جنت مل جائے گی۔</w:t>
      </w:r>
    </w:p>
    <w:p>
      <w:r>
        <w:rPr>
          <w:b/>
        </w:rPr>
        <w:t xml:space="preserve">[46:38] </w:t>
      </w:r>
      <w:r>
        <w:t>chale pe charh jao, jannat mil jayegi.</w:t>
      </w:r>
    </w:p>
    <w:p>
      <w:pPr>
        <w:jc w:val="right"/>
      </w:pPr>
      <w:r>
        <w:t>چلے پہ چڑھ جاؤ، جنت مل جائے گی۔</w:t>
      </w:r>
    </w:p>
    <w:p>
      <w:r>
        <w:rPr>
          <w:b/>
        </w:rPr>
        <w:t xml:space="preserve">[46:45] </w:t>
      </w:r>
      <w:r>
        <w:t>kuch stage karo, dhoom machao, stage par islam ka haq taqreen karo to jannat mil jayegi.</w:t>
      </w:r>
    </w:p>
    <w:p>
      <w:pPr>
        <w:jc w:val="right"/>
      </w:pPr>
      <w:r>
        <w:t>کچھ اسٹیج کرو، دھوم مچاؤ، اسٹیج پر اسلام کا حق تقریں کرو تو جنت مل جائے گی۔</w:t>
      </w:r>
    </w:p>
    <w:p>
      <w:r>
        <w:rPr>
          <w:b/>
        </w:rPr>
        <w:t xml:space="preserve">[46:52] </w:t>
      </w:r>
      <w:r>
        <w:t>yeh sab cheezain kabhi bhi hargiz nahi jannat pohnchaney wali kisi ko hain.</w:t>
      </w:r>
    </w:p>
    <w:p>
      <w:pPr>
        <w:jc w:val="right"/>
      </w:pPr>
      <w:r>
        <w:t>یہ سب چیزیں کبھی بھی ہرگز نہیں جنت پہنچانے والی کسی کو ہیں۔</w:t>
      </w:r>
    </w:p>
    <w:p>
      <w:r>
        <w:rPr>
          <w:b/>
        </w:rPr>
        <w:t xml:space="preserve">[46:58] </w:t>
      </w:r>
      <w:r>
        <w:t>yaad rakhiye, jannat naam hai aap ki apni shakhsiyat ke development ka.</w:t>
      </w:r>
    </w:p>
    <w:p>
      <w:pPr>
        <w:jc w:val="right"/>
      </w:pPr>
      <w:r>
        <w:t>یاد رکھیے، جنت نام ہے آپ کی اپنی شخصیت کے ڈیویلپمنٹ کا۔</w:t>
      </w:r>
    </w:p>
    <w:p>
      <w:r>
        <w:rPr>
          <w:b/>
        </w:rPr>
        <w:t xml:space="preserve">[47:05] </w:t>
      </w:r>
      <w:r>
        <w:t>ek developed, developed shakhsiyat hi jannat bhejegi.</w:t>
      </w:r>
    </w:p>
    <w:p>
      <w:pPr>
        <w:jc w:val="right"/>
      </w:pPr>
      <w:r>
        <w:t>ایک ڈیویلپڈ، ڈیویلپڈ شخصیت ہی جنت بجائے گی۔</w:t>
      </w:r>
    </w:p>
    <w:p>
      <w:r>
        <w:rPr>
          <w:b/>
        </w:rPr>
        <w:t xml:space="preserve">[47:11] </w:t>
      </w:r>
      <w:r>
        <w:t>zalik jaza muntazaka, zalik jaza muntazaka.</w:t>
      </w:r>
    </w:p>
    <w:p>
      <w:pPr>
        <w:jc w:val="right"/>
      </w:pPr>
      <w:r>
        <w:t>ذالک جزا منتزکا، ذالک جزا منتزکا۔</w:t>
      </w:r>
    </w:p>
    <w:p>
      <w:r>
        <w:rPr>
          <w:b/>
        </w:rPr>
        <w:t xml:space="preserve">[47:18] </w:t>
      </w:r>
      <w:r>
        <w:t>yani spiritual development, intellectual development, yeh jo cheez hai, is ke zariye jo shakhsiyat banti hai, to ek</w:t>
      </w:r>
    </w:p>
    <w:p>
      <w:pPr>
        <w:jc w:val="right"/>
      </w:pPr>
      <w:r>
        <w:t>یعنی اسپیریچول ڈیویلپمنٹ، انٹلیکچول ڈیویلپمنٹ، یہ جو چیز ہے، اس کے ذریعے جو شخصیت بنتی ہے، تو ایک</w:t>
      </w:r>
    </w:p>
    <w:p>
      <w:r>
        <w:rPr>
          <w:b/>
        </w:rPr>
        <w:t xml:space="preserve">[47:25] </w:t>
      </w:r>
      <w:r>
        <w:t>ek jannati shakhsiyat jannat bhejegi.</w:t>
      </w:r>
    </w:p>
    <w:p>
      <w:pPr>
        <w:jc w:val="right"/>
      </w:pPr>
      <w:r>
        <w:t>ایک جنتی شخصیت جنت بجائے گی۔</w:t>
      </w:r>
    </w:p>
    <w:p>
      <w:r>
        <w:rPr>
          <w:b/>
        </w:rPr>
        <w:t xml:space="preserve">[47:31] </w:t>
      </w:r>
      <w:r>
        <w:t>koi khariji amal nahi jannat le aaye ga aap ko.</w:t>
      </w:r>
    </w:p>
    <w:p>
      <w:pPr>
        <w:jc w:val="right"/>
      </w:pPr>
      <w:r>
        <w:t>کوئی خارجی عمل نہیں جنت لے آئے گا آپ کو۔</w:t>
      </w:r>
    </w:p>
    <w:p>
      <w:r>
        <w:rPr>
          <w:b/>
        </w:rPr>
        <w:t xml:space="preserve">[47:38] </w:t>
      </w:r>
      <w:r>
        <w:t>to aap ko apne andar jannati personality banana hai, aur jannati personality banti hai wahi tadabbur se, tafakkur</w:t>
      </w:r>
    </w:p>
    <w:p>
      <w:pPr>
        <w:jc w:val="right"/>
      </w:pPr>
      <w:r>
        <w:t>تو آپ کو اپنے اندر جنتی پرسنیلٹی بنانا ہے، اور جنتی پرسنیلٹی بنتی ہے وہی تدبر سے، تفکر</w:t>
      </w:r>
    </w:p>
    <w:p>
      <w:r>
        <w:rPr>
          <w:b/>
        </w:rPr>
        <w:t xml:space="preserve">[47:45] </w:t>
      </w:r>
      <w:r>
        <w:t>se, ta'aqul se.</w:t>
      </w:r>
    </w:p>
    <w:p>
      <w:pPr>
        <w:jc w:val="right"/>
      </w:pPr>
      <w:r>
        <w:t>سے، تعقل سے۔</w:t>
      </w:r>
    </w:p>
    <w:p>
      <w:r>
        <w:rPr>
          <w:b/>
        </w:rPr>
        <w:t xml:space="preserve">[47:51] </w:t>
      </w:r>
      <w:r>
        <w:t>acha khana khane, acha kapra pehanne se nahi banti woh shakhsiyat, ya kisi khariji amal se bhi nahi banti shakhsiyat.</w:t>
      </w:r>
    </w:p>
    <w:p>
      <w:pPr>
        <w:jc w:val="right"/>
      </w:pPr>
      <w:r>
        <w:t>اچھا کھانا کھانے، اچھا کپڑا پہننے سے نہیں بنتی وہ شخصیت، یا کسی خارجی عمل سے بھی نہیں بنتی شخصیت۔</w:t>
      </w:r>
    </w:p>
    <w:p>
      <w:r>
        <w:rPr>
          <w:b/>
        </w:rPr>
        <w:t xml:space="preserve">[47:58] </w:t>
      </w:r>
      <w:r>
        <w:t>ke aap chale pe chale gaye to shakhsiyat ban gayi, aap ne saath to tasbeeh parh li, woh ban gayi.</w:t>
      </w:r>
    </w:p>
    <w:p>
      <w:pPr>
        <w:jc w:val="right"/>
      </w:pPr>
      <w:r>
        <w:t>کہ آپ چلے پہ چلے گئے تو شخصیت بن گئی، آپ نے ساتھ تو تسبیح پڑھ لی، وہ بن گئی۔</w:t>
      </w:r>
    </w:p>
    <w:p>
      <w:r>
        <w:rPr>
          <w:b/>
        </w:rPr>
        <w:t xml:space="preserve">[48:05] </w:t>
      </w:r>
      <w:r>
        <w:t>aisa aisa kuch bhi nahi hai.</w:t>
      </w:r>
    </w:p>
    <w:p>
      <w:pPr>
        <w:jc w:val="right"/>
      </w:pPr>
      <w:r>
        <w:t>ایسا ایسا کچھ بھی نہیں ہے۔</w:t>
      </w:r>
    </w:p>
    <w:p>
      <w:r>
        <w:rPr>
          <w:b/>
        </w:rPr>
        <w:t xml:space="preserve">[48:11] </w:t>
      </w:r>
      <w:r>
        <w:t>aap ke andar aap ko Allah taala ne jo ek personality di hai, us personality ko aap develop</w:t>
      </w:r>
    </w:p>
    <w:p>
      <w:pPr>
        <w:jc w:val="right"/>
      </w:pPr>
      <w:r>
        <w:t>آپ کے اندر آپ کو اللہ تعالی نے جو ایک پرسنیلٹی دی ہے، اس پرسنیلٹی کو آپ ڈیویلپ</w:t>
      </w:r>
    </w:p>
    <w:p>
      <w:r>
        <w:rPr>
          <w:b/>
        </w:rPr>
        <w:t xml:space="preserve">[48:18] </w:t>
      </w:r>
      <w:r>
        <w:t>karna pare ga.</w:t>
      </w:r>
    </w:p>
    <w:p>
      <w:pPr>
        <w:jc w:val="right"/>
      </w:pPr>
      <w:r>
        <w:t>کرنا پڑے گا۔</w:t>
      </w:r>
    </w:p>
    <w:p>
      <w:r>
        <w:rPr>
          <w:b/>
        </w:rPr>
        <w:t xml:space="preserve">[48:24] </w:t>
      </w:r>
      <w:r>
        <w:t>develop karne ke ma'ani kya hain? poore ma'ano mein negativity se pak hona, poore ma'ano mein negativity se pak hona.</w:t>
      </w:r>
    </w:p>
    <w:p>
      <w:pPr>
        <w:jc w:val="right"/>
      </w:pPr>
      <w:r>
        <w:t>ڈیویلپ کرنے کے معنی کیا ہیں؟ پورے معنوں میں نیگیٹیوٹی سے پاک ہونا، پورے معنوں میں نیگیٹیوٹی سے پاک ہونا۔</w:t>
      </w:r>
    </w:p>
    <w:p>
      <w:r>
        <w:rPr>
          <w:b/>
        </w:rPr>
        <w:t xml:space="preserve">[48:31] </w:t>
      </w:r>
      <w:r>
        <w:t>ek ayat ke barabar bhi aap ke andar negativity na ho, phir kya hoga? is ke baad aap</w:t>
      </w:r>
    </w:p>
    <w:p>
      <w:pPr>
        <w:jc w:val="right"/>
      </w:pPr>
      <w:r>
        <w:t>ایک آیت کے برابر بھی آپ کے اندر نیگیٹیوٹی نہ ہو، پھر کیا ہوگا؟ اس کے بعد آپ</w:t>
      </w:r>
    </w:p>
    <w:p>
      <w:r>
        <w:rPr>
          <w:b/>
        </w:rPr>
        <w:t xml:space="preserve">[48:38] </w:t>
      </w:r>
      <w:r>
        <w:t>ka talluq Allah se jurr jaye ga.</w:t>
      </w:r>
    </w:p>
    <w:p>
      <w:pPr>
        <w:jc w:val="right"/>
      </w:pPr>
      <w:r>
        <w:t>کا تعلق اللہ سے جڑ جائے گا۔</w:t>
      </w:r>
    </w:p>
    <w:p>
      <w:r>
        <w:rPr>
          <w:b/>
        </w:rPr>
        <w:t xml:space="preserve">[48:44] </w:t>
      </w:r>
      <w:r>
        <w:t>Allah se aap ko sab se zyada mohabbat hogi, Allah se sab se zyada aap ko khauf hoga,</w:t>
      </w:r>
    </w:p>
    <w:p>
      <w:pPr>
        <w:jc w:val="right"/>
      </w:pPr>
      <w:r>
        <w:t>اللہ سے آپ کو سب سے زیادہ محبت ہوگی، اللہ سے سب سے زیادہ آپ کو خوف ہوگا،</w:t>
      </w:r>
    </w:p>
    <w:p>
      <w:r>
        <w:rPr>
          <w:b/>
        </w:rPr>
        <w:t xml:space="preserve">[48:51] </w:t>
      </w:r>
      <w:r>
        <w:t>Allah aap ka soul person ban jaye ga.</w:t>
      </w:r>
    </w:p>
    <w:p>
      <w:pPr>
        <w:jc w:val="right"/>
      </w:pPr>
      <w:r>
        <w:t>اللہ آپ کا سول پرسن بن جائے گا۔</w:t>
      </w:r>
    </w:p>
    <w:p>
      <w:r>
        <w:rPr>
          <w:b/>
        </w:rPr>
        <w:t xml:space="preserve">[48:58] </w:t>
      </w:r>
      <w:r>
        <w:t>yeh sab jab in cheezon mein jiyen ge aap to ek personality banegi aap ke andar.</w:t>
      </w:r>
    </w:p>
    <w:p>
      <w:pPr>
        <w:jc w:val="right"/>
      </w:pPr>
      <w:r>
        <w:t>یہ سب جب ان چیزوں میں جئیں گے آپ تو ایک پرسنیلٹی بنے گی آپ کے اندر۔</w:t>
      </w:r>
    </w:p>
    <w:p>
      <w:r>
        <w:rPr>
          <w:b/>
        </w:rPr>
        <w:t xml:space="preserve">[49:04] </w:t>
      </w:r>
      <w:r>
        <w:t>ek muttaqi personality, ek badqa personality, ek jannati personality.</w:t>
      </w:r>
    </w:p>
    <w:p>
      <w:pPr>
        <w:jc w:val="right"/>
      </w:pPr>
      <w:r>
        <w:t>ایک متقی پرسنیلٹی، ایک بدقہ پرسنیلٹی، ایک جنتی پرسنیلٹی۔</w:t>
      </w:r>
    </w:p>
    <w:p>
      <w:r>
        <w:rPr>
          <w:b/>
        </w:rPr>
        <w:t xml:space="preserve">[49:11] </w:t>
      </w:r>
      <w:r>
        <w:t>wahi woh log hain jo jannat mein basaye jayen ge.</w:t>
      </w:r>
    </w:p>
    <w:p>
      <w:pPr>
        <w:jc w:val="right"/>
      </w:pPr>
      <w:r>
        <w:t>وہی وہ لوگ ہیں جو جنت میں بسائے جائیں گے۔</w:t>
      </w:r>
    </w:p>
    <w:p>
      <w:r>
        <w:rPr>
          <w:b/>
        </w:rPr>
        <w:t xml:space="preserve">[49:17] </w:t>
      </w:r>
      <w:r>
        <w:t>dekhen, jannat jo hai, kya hai? jannat jannat bohat hi refine colony hai, aur bohat hi refine qism</w:t>
      </w:r>
    </w:p>
    <w:p>
      <w:pPr>
        <w:jc w:val="right"/>
      </w:pPr>
      <w:r>
        <w:t>دیکھیں، جنت جو ہے، کیا ہے؟ جنت جنت بہت ہی ریفائن کالونی ہے، اور بہت ہی ریفائن قسم</w:t>
      </w:r>
    </w:p>
    <w:p>
      <w:r>
        <w:rPr>
          <w:b/>
        </w:rPr>
        <w:t xml:space="preserve">[49:24] </w:t>
      </w:r>
      <w:r>
        <w:t>ke log wahan rahen ge.</w:t>
      </w:r>
    </w:p>
    <w:p>
      <w:pPr>
        <w:jc w:val="right"/>
      </w:pPr>
      <w:r>
        <w:t>کے لوگ وہاں رہیں گے۔</w:t>
      </w:r>
    </w:p>
    <w:p>
      <w:r>
        <w:rPr>
          <w:b/>
        </w:rPr>
        <w:t xml:space="preserve">[49:31] </w:t>
      </w:r>
      <w:r>
        <w:t>bohat hi bohat aala darje ka test rakhne wale, aala darje ki thinking wale, yani high thinking, high</w:t>
      </w:r>
    </w:p>
    <w:p>
      <w:pPr>
        <w:jc w:val="right"/>
      </w:pPr>
      <w:r>
        <w:t>بہت ہی بہت اعلیٰ درجے کا ٹیسٹ رکھنے والے، اعلیٰ درجے کی تھنکنگ والے، یعنی ہائی تھنکنگ، ہائی</w:t>
      </w:r>
    </w:p>
    <w:p>
      <w:r>
        <w:rPr>
          <w:b/>
        </w:rPr>
        <w:t xml:space="preserve">[49:37] </w:t>
      </w:r>
      <w:r>
        <w:t>test, high culture, high etiquette, yani har lehaz se bohat hi high class ke log wahan par basaye jayen ge.</w:t>
      </w:r>
    </w:p>
    <w:p>
      <w:pPr>
        <w:jc w:val="right"/>
      </w:pPr>
      <w:r>
        <w:t>ٹیسٹ، ہائی کلچر، ہائی ایٹیکیٹ، یعنی ہر لحاظ سے بہت ہی ہائی کلاس کے لوگ وہاں پر بسائے جائیں گے۔</w:t>
      </w:r>
    </w:p>
    <w:p>
      <w:r>
        <w:rPr>
          <w:b/>
        </w:rPr>
        <w:t xml:space="preserve">[49:44] </w:t>
      </w:r>
      <w:r>
        <w:t>to waisi personality darkar hai.</w:t>
      </w:r>
    </w:p>
    <w:p>
      <w:pPr>
        <w:jc w:val="right"/>
      </w:pPr>
      <w:r>
        <w:t>تو ویسی پرسنیلٹی درکار ہے۔</w:t>
      </w:r>
    </w:p>
    <w:p>
      <w:r>
        <w:rPr>
          <w:b/>
        </w:rPr>
        <w:t xml:space="preserve">[49:51] </w:t>
      </w:r>
      <w:r>
        <w:t>to yahi jo cheez hai ke madi culture se jab aap alag hote hain to kya hota hai?</w:t>
      </w:r>
    </w:p>
    <w:p>
      <w:pPr>
        <w:jc w:val="right"/>
      </w:pPr>
      <w:r>
        <w:t>تو یہی جو چیز ہے کہ مادی کلچر سے جب آپ الگ ہوتے ہیں تو کیا ہوتا ہے؟</w:t>
      </w:r>
    </w:p>
    <w:p>
      <w:r>
        <w:rPr>
          <w:b/>
        </w:rPr>
        <w:t xml:space="preserve">[49:57] </w:t>
      </w:r>
      <w:r>
        <w:t>zehni ertaqa shuru hota hai.</w:t>
      </w:r>
    </w:p>
    <w:p>
      <w:pPr>
        <w:jc w:val="right"/>
      </w:pPr>
      <w:r>
        <w:t>ذہنی ارتقاء شروع ہوتا ہے۔</w:t>
      </w:r>
    </w:p>
    <w:p>
      <w:r>
        <w:rPr>
          <w:b/>
        </w:rPr>
        <w:t xml:space="preserve">[50:04] </w:t>
      </w:r>
      <w:r>
        <w:t>zehni ertaqa jab hota hai to rohani ertaqa hota hai.</w:t>
      </w:r>
    </w:p>
    <w:p>
      <w:pPr>
        <w:jc w:val="right"/>
      </w:pPr>
      <w:r>
        <w:t>ذہنی ارتقاء جب ہوتا ہے تو روحانی ارتقاء ہوتا ہے۔</w:t>
      </w:r>
    </w:p>
    <w:p>
      <w:r>
        <w:rPr>
          <w:b/>
        </w:rPr>
        <w:t xml:space="preserve">[50:11] </w:t>
      </w:r>
      <w:r>
        <w:t>rohani ertaqa jab hota hai to aap ke andar ek shakhsiyat banti hai.</w:t>
      </w:r>
    </w:p>
    <w:p>
      <w:pPr>
        <w:jc w:val="right"/>
      </w:pPr>
      <w:r>
        <w:t>روحانی ارتقاء جب ہوتا ہے تو آپ کے اندر ایک شخصیت بنتی ہے۔</w:t>
      </w:r>
    </w:p>
    <w:p>
      <w:r>
        <w:rPr>
          <w:b/>
        </w:rPr>
        <w:t xml:space="preserve">[50:17] </w:t>
      </w:r>
      <w:r>
        <w:t>jab aik shakhsiyat banti hai to wahi shakhsiyat ja kar ke Allah taala ke intikhab mein select hoti</w:t>
      </w:r>
    </w:p>
    <w:p>
      <w:pPr>
        <w:jc w:val="right"/>
      </w:pPr>
      <w:r>
        <w:t>جب ایک شخصیت بنتی ہے تو وہی شخصیت جا کر کے اللہ تعالی کے انتخاب میں سلیکٹ ہوتی</w:t>
      </w:r>
    </w:p>
    <w:p>
      <w:r>
        <w:rPr>
          <w:b/>
        </w:rPr>
        <w:t xml:space="preserve">[50:24] </w:t>
      </w:r>
      <w:r>
        <w:t>hai jannat ke liye.</w:t>
      </w:r>
    </w:p>
    <w:p>
      <w:pPr>
        <w:jc w:val="right"/>
      </w:pPr>
      <w:r>
        <w:t>ہے جنت کے لیے۔</w:t>
      </w:r>
    </w:p>
    <w:p>
      <w:r>
        <w:rPr>
          <w:b/>
        </w:rPr>
        <w:t xml:space="preserve">[50:30] </w:t>
      </w:r>
      <w:r>
        <w:t>kal mein ne aik aik article likha hai Quran ki aik ayat ko le kar ke.</w:t>
      </w:r>
    </w:p>
    <w:p>
      <w:pPr>
        <w:jc w:val="right"/>
      </w:pPr>
      <w:r>
        <w:t>کل میں نے ایک ایک آرٹیکل لکھا ہے قرآن کی ایک آیت کو لے کر کے۔</w:t>
      </w:r>
    </w:p>
    <w:p>
      <w:r>
        <w:rPr>
          <w:b/>
        </w:rPr>
        <w:t xml:space="preserve">[50:37] </w:t>
      </w:r>
      <w:r>
        <w:t>wo ayat hai ke: "is yattalqal mutlaqqian an al yameen wa an al shimal qaid ma'il bin qaul illa laday raqib al qeed".</w:t>
      </w:r>
    </w:p>
    <w:p>
      <w:pPr>
        <w:jc w:val="right"/>
      </w:pPr>
      <w:r>
        <w:t>وہ آیت ہے کہ: "اس یتلقل متلقیان عن الیمین وانی الشمال قید مائل بن قول الا لدہ رقب العقید"۔</w:t>
      </w:r>
    </w:p>
    <w:p>
      <w:r>
        <w:rPr>
          <w:b/>
        </w:rPr>
        <w:t xml:space="preserve">[50:44] </w:t>
      </w:r>
      <w:r>
        <w:t>is ayat mein bataya gaya hai ke har aadmi ke sath do farishtay lagay hue hain, do farishtay</w:t>
      </w:r>
    </w:p>
    <w:p>
      <w:pPr>
        <w:jc w:val="right"/>
      </w:pPr>
      <w:r>
        <w:t>اس آیت میں بتایا گیا ہے کہ ہر آدمی کے ساتھ دو فرشتے لگے ہوئے ہیں، دو فرشتے</w:t>
      </w:r>
    </w:p>
    <w:p>
      <w:r>
        <w:rPr>
          <w:b/>
        </w:rPr>
        <w:t xml:space="preserve">[50:50] </w:t>
      </w:r>
      <w:r>
        <w:t>jo har lamha us ke sath hotay hain, aur un ka kaam kya hai? jo bhi lafz niklta</w:t>
      </w:r>
    </w:p>
    <w:p>
      <w:pPr>
        <w:jc w:val="right"/>
      </w:pPr>
      <w:r>
        <w:t>جو ہر لمحہ اس کے ساتھ ہوتے ہیں، اور ان کا کام کیا ہے؟ جو بھی لفظ نکلتا</w:t>
      </w:r>
    </w:p>
    <w:p>
      <w:r>
        <w:rPr>
          <w:b/>
        </w:rPr>
        <w:t xml:space="preserve">[50:57] </w:t>
      </w:r>
      <w:r>
        <w:t>hai us ki zuban se to us ko likhte hain.</w:t>
      </w:r>
    </w:p>
    <w:p>
      <w:pPr>
        <w:jc w:val="right"/>
      </w:pPr>
      <w:r>
        <w:t>ہے اس کی زبان سے تو اس کو لکھتے ہیں۔</w:t>
      </w:r>
    </w:p>
    <w:p>
      <w:r>
        <w:rPr>
          <w:b/>
        </w:rPr>
        <w:t xml:space="preserve">[51:04] </w:t>
      </w:r>
      <w:r>
        <w:t>wo wo farishtay to aam taur par aik tafseeron mein is ki bhi bohat hi kam wazahat milti hai.</w:t>
      </w:r>
    </w:p>
    <w:p>
      <w:pPr>
        <w:jc w:val="right"/>
      </w:pPr>
      <w:r>
        <w:t>وہ وہ فرشتے تو عام طور پر ایک تفسیروں میں اس کی بھی بہت ہی کم وضاحت ملتی ہے۔</w:t>
      </w:r>
    </w:p>
    <w:p>
      <w:r>
        <w:rPr>
          <w:b/>
        </w:rPr>
        <w:t xml:space="preserve">[51:10] </w:t>
      </w:r>
      <w:r>
        <w:t>yani chounke lafz aaj Quran majeed mein lafz ka aaya gaya hai "ma'il bin qaul" to samajhte hain</w:t>
      </w:r>
    </w:p>
    <w:p>
      <w:pPr>
        <w:jc w:val="right"/>
      </w:pPr>
      <w:r>
        <w:t>یعنی چونکہ لفظ آج قرآن مجید میں لفظ کا آیا گیا ہے "مائل بن قول" تو سمجھتے ہیں</w:t>
      </w:r>
    </w:p>
    <w:p>
      <w:r>
        <w:rPr>
          <w:b/>
        </w:rPr>
        <w:t xml:space="preserve">[51:17] </w:t>
      </w:r>
      <w:r>
        <w:t>ke lafz likhte hain.</w:t>
      </w:r>
    </w:p>
    <w:p>
      <w:pPr>
        <w:jc w:val="right"/>
      </w:pPr>
      <w:r>
        <w:t>کہ لفظ لکھتے ہیں۔</w:t>
      </w:r>
    </w:p>
    <w:p>
      <w:r>
        <w:rPr>
          <w:b/>
        </w:rPr>
        <w:t xml:space="preserve">[51:23] </w:t>
      </w:r>
      <w:r>
        <w:t>wo to us par behas karte hain ke sahib acha alfaaz likhte hain ke bure alfaaz likhte hain</w:t>
      </w:r>
    </w:p>
    <w:p>
      <w:pPr>
        <w:jc w:val="right"/>
      </w:pPr>
      <w:r>
        <w:t>وہ تو اس پر بحث کرتے ہیں کہ صاحب اچھا الفاظ لکھتے ہیں کہ برے الفاظ لکھتے ہیں</w:t>
      </w:r>
    </w:p>
    <w:p>
      <w:r>
        <w:rPr>
          <w:b/>
        </w:rPr>
        <w:t xml:space="preserve">[51:30] </w:t>
      </w:r>
      <w:r>
        <w:t>ya dono likhte hain.</w:t>
      </w:r>
    </w:p>
    <w:p>
      <w:pPr>
        <w:jc w:val="right"/>
      </w:pPr>
      <w:r>
        <w:t>یا دونوں لکھتے ہیں۔</w:t>
      </w:r>
    </w:p>
    <w:p>
      <w:r>
        <w:rPr>
          <w:b/>
        </w:rPr>
        <w:t xml:space="preserve">[51:37] </w:t>
      </w:r>
      <w:r>
        <w:t>is qism ki is qism ki bekar ki baat hai.</w:t>
      </w:r>
    </w:p>
    <w:p>
      <w:pPr>
        <w:jc w:val="right"/>
      </w:pPr>
      <w:r>
        <w:t>اس قسم کی اس قسم کی بیکار کی بات ہے۔</w:t>
      </w:r>
    </w:p>
    <w:p>
      <w:r>
        <w:rPr>
          <w:b/>
        </w:rPr>
        <w:t xml:space="preserve">[51:43] </w:t>
      </w:r>
      <w:r>
        <w:t>aziz, wo dekhiye, wahan se lafz jo hai aik alamati alamati tor par aaya hai.</w:t>
      </w:r>
    </w:p>
    <w:p>
      <w:pPr>
        <w:jc w:val="right"/>
      </w:pPr>
      <w:r>
        <w:t>عزیز، وہ دیکھیے، وہاں سے لفظ جو ہے ایک علامتی علامتی طور پر آیا ہے۔</w:t>
      </w:r>
    </w:p>
    <w:p>
      <w:r>
        <w:rPr>
          <w:b/>
        </w:rPr>
        <w:t xml:space="preserve">[51:50] </w:t>
      </w:r>
      <w:r>
        <w:t>matlab aap jo kuch bhi hain subah se sham tak wo likhte hain, aap record kar rahe hain</w:t>
      </w:r>
    </w:p>
    <w:p>
      <w:pPr>
        <w:jc w:val="right"/>
      </w:pPr>
      <w:r>
        <w:t>مطلب آپ جو کچھ بھی ہیں صبح سے شام تک وہ لکھتے ہیں، آپ ریکارڈ کر رہے ہیں</w:t>
      </w:r>
    </w:p>
    <w:p>
      <w:r>
        <w:rPr>
          <w:b/>
        </w:rPr>
        <w:t xml:space="preserve">[51:57] </w:t>
      </w:r>
      <w:r>
        <w:t>ke mukhtalif situation mein aap ne kya response diya.</w:t>
      </w:r>
    </w:p>
    <w:p>
      <w:pPr>
        <w:jc w:val="right"/>
      </w:pPr>
      <w:r>
        <w:t>کہ مختلف سچویشن میں آپ نے کیا رسپانس دیا۔</w:t>
      </w:r>
    </w:p>
    <w:p>
      <w:r>
        <w:rPr>
          <w:b/>
        </w:rPr>
        <w:t xml:space="preserve">[52:03] </w:t>
      </w:r>
      <w:r>
        <w:t>aik soorat-e-haal paida hui, wahan aap ke mind ko kuch sochna tha to aap ne kya socha? aik</w:t>
      </w:r>
    </w:p>
    <w:p>
      <w:pPr>
        <w:jc w:val="right"/>
      </w:pPr>
      <w:r>
        <w:t>ایک صورتحال پیدا ہوئی، وہاں آپ کے مائنڈ کو کچھ سوچنا تھا تو آپ نے کیا سوچا؟ ایک</w:t>
      </w:r>
    </w:p>
    <w:p>
      <w:r>
        <w:rPr>
          <w:b/>
        </w:rPr>
        <w:t xml:space="preserve">[52:10] </w:t>
      </w:r>
      <w:r>
        <w:t>mouqa tha jahan aap ko kuch bolna tha, wahan aap kaisa bolay? aik manzar aap ke samne aaya,</w:t>
      </w:r>
    </w:p>
    <w:p>
      <w:pPr>
        <w:jc w:val="right"/>
      </w:pPr>
      <w:r>
        <w:t>موقع تھا جہاں آپ کو کچھ بولنا تھا، وہاں آپ کیسا بولے؟ ایک منظر آپ کے سامنے آیا،</w:t>
      </w:r>
    </w:p>
    <w:p>
      <w:r>
        <w:rPr>
          <w:b/>
        </w:rPr>
        <w:t xml:space="preserve">[52:17] </w:t>
      </w:r>
      <w:r>
        <w:t>us ko dekha aap ne, dekh dekh kar kya ehsas paida hua aap ke andar? to yeh jo</w:t>
      </w:r>
    </w:p>
    <w:p>
      <w:pPr>
        <w:jc w:val="right"/>
      </w:pPr>
      <w:r>
        <w:t>اس کو دیکھا آپ نے، دیکھ دیکھ کر کیا احساس پیدا ہوا آپ کے اندر؟ تو یہ جو</w:t>
      </w:r>
    </w:p>
    <w:p>
      <w:r>
        <w:rPr>
          <w:b/>
        </w:rPr>
        <w:t xml:space="preserve">[52:23] </w:t>
      </w:r>
      <w:r>
        <w:t>aap ki sari faculties hain, un ko subah sham aap istemal karte hain.</w:t>
      </w:r>
    </w:p>
    <w:p>
      <w:pPr>
        <w:jc w:val="right"/>
      </w:pPr>
      <w:r>
        <w:t>آپ کی ساری فیکلٹیز ہیں، ان کو صبح شام آپ استعمال کرتے ہیں۔</w:t>
      </w:r>
    </w:p>
    <w:p>
      <w:r>
        <w:rPr>
          <w:b/>
        </w:rPr>
        <w:t xml:space="preserve">[52:30] </w:t>
      </w:r>
      <w:r>
        <w:t>to koi positive istemal karta hai, koi negative istemal karta hai, koi Khuda ki marzi ke mutabiq istemal</w:t>
      </w:r>
    </w:p>
    <w:p>
      <w:pPr>
        <w:jc w:val="right"/>
      </w:pPr>
      <w:r>
        <w:t>تو کوئی پازیٹیو استعمال کرتا ہے، کوئی نیگیٹیو استعمال کرتا ہے، کوئی خدا کی مرضی کے مطابق استعمال</w:t>
      </w:r>
    </w:p>
    <w:p>
      <w:r>
        <w:rPr>
          <w:b/>
        </w:rPr>
        <w:t xml:space="preserve">[52:36] </w:t>
      </w:r>
      <w:r>
        <w:t>karta hai, koi apni khwahish ke mutabiq istemal karta hai.</w:t>
      </w:r>
    </w:p>
    <w:p>
      <w:pPr>
        <w:jc w:val="right"/>
      </w:pPr>
      <w:r>
        <w:t>کرتا ہے، کوئی اپنی خواہش کے مطابق استعمال کرتا ہے۔</w:t>
      </w:r>
    </w:p>
    <w:p>
      <w:r>
        <w:rPr>
          <w:b/>
        </w:rPr>
        <w:t xml:space="preserve">[52:43] </w:t>
      </w:r>
      <w:r>
        <w:t>to yeh faculties jo hain, yeh aap ki shakhsiyat jo hai, yeh aap ki jo salahiyaten hain, subah</w:t>
      </w:r>
    </w:p>
    <w:p>
      <w:pPr>
        <w:jc w:val="right"/>
      </w:pPr>
      <w:r>
        <w:t>تو یہ فیکلٹیز جو ہیں، یہ آپ کی شخصیت جو ہے، یہ آپ کی جو صلاحیتیں ہیں، صبح</w:t>
      </w:r>
    </w:p>
    <w:p>
      <w:r>
        <w:rPr>
          <w:b/>
        </w:rPr>
        <w:t xml:space="preserve">[52:50] </w:t>
      </w:r>
      <w:r>
        <w:t>sham tak aap kaisa istemal karte hain? wo wash kiya ja raha hai, wash kiya ja raha hai,</w:t>
      </w:r>
    </w:p>
    <w:p>
      <w:pPr>
        <w:jc w:val="right"/>
      </w:pPr>
      <w:r>
        <w:t>شام تک آپ کیسا استعمال کرتے ہیں؟ وہ واش کیا جا رہا ہے، واش کیا جا رہا ہے،</w:t>
      </w:r>
    </w:p>
    <w:p>
      <w:r>
        <w:rPr>
          <w:b/>
        </w:rPr>
        <w:t xml:space="preserve">[52:56] </w:t>
      </w:r>
      <w:r>
        <w:t>aur wo likha ja raha hai.</w:t>
      </w:r>
    </w:p>
    <w:p>
      <w:pPr>
        <w:jc w:val="right"/>
      </w:pPr>
      <w:r>
        <w:t>اور وہ لکھا جا رہا ہے۔</w:t>
      </w:r>
    </w:p>
    <w:p>
      <w:r>
        <w:rPr>
          <w:b/>
        </w:rPr>
        <w:t xml:space="preserve">[53:03] </w:t>
      </w:r>
      <w:r>
        <w:t>dekhen, is mein aik baat mein yeh bhi arz kar doon ke is ka matlab yeh nahi ke</w:t>
      </w:r>
    </w:p>
    <w:p>
      <w:pPr>
        <w:jc w:val="right"/>
      </w:pPr>
      <w:r>
        <w:t>دیکھیں، اس میں ایک بات میں یہ بھی عرض کر دوں کہ اس کا مطلب یہ نہیں کہ</w:t>
      </w:r>
    </w:p>
    <w:p>
      <w:r>
        <w:rPr>
          <w:b/>
        </w:rPr>
        <w:t xml:space="preserve">[53:10] </w:t>
      </w:r>
      <w:r>
        <w:t>insaan koi perfect ho sakta hai.</w:t>
      </w:r>
    </w:p>
    <w:p>
      <w:pPr>
        <w:jc w:val="right"/>
      </w:pPr>
      <w:r>
        <w:t>انسان کوئی پرفیکٹ ہو سکتا ہے۔</w:t>
      </w:r>
    </w:p>
    <w:p>
      <w:r>
        <w:rPr>
          <w:b/>
        </w:rPr>
        <w:t xml:space="preserve">[53:16] </w:t>
      </w:r>
      <w:r>
        <w:t>insaan se ghltiyan hongi, insaan se ghltiyan hongi, aur ghltiyan khud bhi matloob hain.</w:t>
      </w:r>
    </w:p>
    <w:p>
      <w:pPr>
        <w:jc w:val="right"/>
      </w:pPr>
      <w:r>
        <w:t>انسان سے غلطیاں ہوں گی، انسان سے غلطیاں ہوں گی، اور غلطیاں خود بھی مطلوب ہیں۔</w:t>
      </w:r>
    </w:p>
    <w:p>
      <w:r>
        <w:rPr>
          <w:b/>
        </w:rPr>
        <w:t xml:space="preserve">[53:23] </w:t>
      </w:r>
      <w:r>
        <w:t>hadees mein aata hai ke agar insaan ghlti na kare to Allah taala aik aur makhlooq paida kare</w:t>
      </w:r>
    </w:p>
    <w:p>
      <w:pPr>
        <w:jc w:val="right"/>
      </w:pPr>
      <w:r>
        <w:t>حدیث میں آتا ہے کہ اگر انسان غلطی نہ کرے تو اللہ تعالی ایک اور مخلوق پیدا کرے</w:t>
      </w:r>
    </w:p>
    <w:p>
      <w:r>
        <w:rPr>
          <w:b/>
        </w:rPr>
        <w:t xml:space="preserve">[53:29] </w:t>
      </w:r>
      <w:r>
        <w:t>ga jo ghlti kare aur toba kare, ghlti kare aur Allah se maafi mangey.</w:t>
      </w:r>
    </w:p>
    <w:p>
      <w:pPr>
        <w:jc w:val="right"/>
      </w:pPr>
      <w:r>
        <w:t>گا جو غلطی کرے اور توبہ کرے، غلطی کرے اور اللہ سے معافی مانگے۔</w:t>
      </w:r>
    </w:p>
    <w:p>
      <w:r>
        <w:rPr>
          <w:b/>
        </w:rPr>
        <w:t xml:space="preserve">[53:36] </w:t>
      </w:r>
      <w:r>
        <w:t>yeh bhi dekhen, saada baat nahi hai.</w:t>
      </w:r>
    </w:p>
    <w:p>
      <w:pPr>
        <w:jc w:val="right"/>
      </w:pPr>
      <w:r>
        <w:t>یہ بھی دیکھیں، سادہ بات نہیں ہے۔</w:t>
      </w:r>
    </w:p>
    <w:p>
      <w:r>
        <w:rPr>
          <w:b/>
        </w:rPr>
        <w:t xml:space="preserve">[53:43] </w:t>
      </w:r>
      <w:r>
        <w:t>yaani ghlti kar ke toba karne ka matlab kya hai? yeh bhi saada baat nahi hai.</w:t>
      </w:r>
    </w:p>
    <w:p>
      <w:pPr>
        <w:jc w:val="right"/>
      </w:pPr>
      <w:r>
        <w:t>یعنی غلطی کر کے توبہ کرنے کا مطلب کیا ہے؟ یہ بھی سادہ بات نہیں ہے۔</w:t>
      </w:r>
    </w:p>
    <w:p>
      <w:r>
        <w:rPr>
          <w:b/>
        </w:rPr>
        <w:t xml:space="preserve">[53:49] </w:t>
      </w:r>
      <w:r>
        <w:t>yeh aik nai shakhsiyat emerge karti hai, aik nai shakhsiyat emerge karti hai jahan aap se ghlti ho</w:t>
      </w:r>
    </w:p>
    <w:p>
      <w:pPr>
        <w:jc w:val="right"/>
      </w:pPr>
      <w:r>
        <w:t>یہ ایک نئی شخصیت ایمرج کرتی ہے، ایک نئی شخصیت ایمرج کرتی ہے جہاں آپ سے غلطی ہو</w:t>
      </w:r>
    </w:p>
    <w:p>
      <w:r>
        <w:rPr>
          <w:b/>
        </w:rPr>
        <w:t xml:space="preserve">[53:56] </w:t>
      </w:r>
      <w:r>
        <w:t>گئی، اور پھر repentance آیا، اور بہت زیادہ محاسبہ کیا آپ نے، بہت انتہا speciation کیا آپ نے۔</w:t>
      </w:r>
    </w:p>
    <w:p>
      <w:pPr>
        <w:jc w:val="right"/>
      </w:pPr>
      <w:r>
        <w:t>گئی، اور پھر ریپنٹنس آیا، اور بہت زیادہ محاسبہ کیا آپ نے، بہت انتہا سپیشن کیا آپ نے۔</w:t>
      </w:r>
    </w:p>
    <w:p>
      <w:r>
        <w:rPr>
          <w:b/>
        </w:rPr>
        <w:t xml:space="preserve">[54:03] </w:t>
      </w:r>
      <w:r>
        <w:t>to sari andar ki faculties aap ki jaag parti hain, aur nai shakhsiyat emerge karti hai aap ke andar.</w:t>
      </w:r>
    </w:p>
    <w:p>
      <w:pPr>
        <w:jc w:val="right"/>
      </w:pPr>
      <w:r>
        <w:t>تو ساری اندر کی فیکلٹیز آپ کی جاگ پڑتی ہیں، اور نئی شخصیت ایمرج کرتی ہے آپ کے اندر۔</w:t>
      </w:r>
    </w:p>
    <w:p>
      <w:r>
        <w:rPr>
          <w:b/>
        </w:rPr>
        <w:t xml:space="preserve">[54:09] </w:t>
      </w:r>
      <w:r>
        <w:t>is ki misaal mein doon ga aap ko: Hazrat Adam علیہ السلام jannat mein rakhe gaye.</w:t>
      </w:r>
    </w:p>
    <w:p>
      <w:pPr>
        <w:jc w:val="right"/>
      </w:pPr>
      <w:r>
        <w:t>اس کی مثال میں دوں گا آپ کو: حضرت آدم علیہ السلام جنت میں رکھے گئے۔</w:t>
      </w:r>
    </w:p>
    <w:p>
      <w:r>
        <w:rPr>
          <w:b/>
        </w:rPr>
        <w:t xml:space="preserve">[54:16] </w:t>
      </w:r>
      <w:r>
        <w:t>Allah taala ne barah-e-raast un ko hukum diya ke jannat mein tum azaad ho, jo chahe kha</w:t>
      </w:r>
    </w:p>
    <w:p>
      <w:pPr>
        <w:jc w:val="right"/>
      </w:pPr>
      <w:r>
        <w:t>اللہ تعالی نے براہ راست ان کو حکم دیا کہ جنت میں تم آزاد ہو، جو چاہے کھا</w:t>
      </w:r>
    </w:p>
    <w:p>
      <w:r>
        <w:rPr>
          <w:b/>
        </w:rPr>
        <w:t xml:space="preserve">[54:23] </w:t>
      </w:r>
      <w:r>
        <w:t>peyo, lekin is darakht ke paas mat jana, is darakht ka phal mat khana.</w:t>
      </w:r>
    </w:p>
    <w:p>
      <w:pPr>
        <w:jc w:val="right"/>
      </w:pPr>
      <w:r>
        <w:t>پیو، لیکن اس درخت کے پاس مت جانا، اس درخت کا پھل مت کھانا۔</w:t>
      </w:r>
    </w:p>
    <w:p>
      <w:r>
        <w:rPr>
          <w:b/>
        </w:rPr>
        <w:t xml:space="preserve">[54:29] </w:t>
      </w:r>
      <w:r>
        <w:t>aik darakht to aik barah-e-raast un ko hukum diya gaya tha, lekin unhon ne ghlti ki aur</w:t>
      </w:r>
    </w:p>
    <w:p>
      <w:pPr>
        <w:jc w:val="right"/>
      </w:pPr>
      <w:r>
        <w:t>ایک درخت تو ایک براہ راست ان کو حکم دیا گیا تھا، لیکن انہوں نے غلطی کی اور</w:t>
      </w:r>
    </w:p>
    <w:p>
      <w:r>
        <w:rPr>
          <w:b/>
        </w:rPr>
        <w:t xml:space="preserve">[54:36] </w:t>
      </w:r>
      <w:r>
        <w:t>is darakht ka phal kha liya ja kar ke.</w:t>
      </w:r>
    </w:p>
    <w:p>
      <w:pPr>
        <w:jc w:val="right"/>
      </w:pPr>
      <w:r>
        <w:t>اس درخت کا پھل کھا لیا جا کر کے۔</w:t>
      </w:r>
    </w:p>
    <w:p>
      <w:r>
        <w:rPr>
          <w:b/>
        </w:rPr>
        <w:t xml:space="preserve">[54:42] </w:t>
      </w:r>
      <w:r>
        <w:t>to zahir hai ke aik bohat bari ghlti thi, aik gunah ka fe'l tha.</w:t>
      </w:r>
    </w:p>
    <w:p>
      <w:pPr>
        <w:jc w:val="right"/>
      </w:pPr>
      <w:r>
        <w:t>تو ظاہر ہے کہ ایک بہت بڑی غلطی تھی، ایک گناہ کا فعل تھا۔</w:t>
      </w:r>
    </w:p>
    <w:p>
      <w:r>
        <w:rPr>
          <w:b/>
        </w:rPr>
        <w:t xml:space="preserve">[54:49] </w:t>
      </w:r>
      <w:r>
        <w:t>لیکن پھر آتا ہے حدیثوں میں، قرآن میں بھی کہ ان کو repentance ہوا اور روتے رہے بہت دنوں تک۔</w:t>
      </w:r>
    </w:p>
    <w:p>
      <w:pPr>
        <w:jc w:val="right"/>
      </w:pPr>
      <w:r>
        <w:t>لیکن پھر آتا ہے حدیثوں میں، قرآن میں بھی کہ ان کو ریپنٹنس ہوا اور روتے رہے بہت دنوں تک۔</w:t>
      </w:r>
    </w:p>
    <w:p>
      <w:r>
        <w:rPr>
          <w:b/>
        </w:rPr>
        <w:t xml:space="preserve">[54:56] </w:t>
      </w:r>
      <w:r>
        <w:t>وہ بہت زیادہ introspection کیا انہوں نے تو اللہ تعالی نے معاف کر دیا۔</w:t>
      </w:r>
    </w:p>
    <w:p>
      <w:pPr>
        <w:jc w:val="right"/>
      </w:pPr>
      <w:r>
        <w:t>وہ بہت زیادہ انٹروسپیکشن کیا انہوں نے تو اللہ تعالی نے معاف کر دیا۔</w:t>
      </w:r>
    </w:p>
    <w:p>
      <w:r>
        <w:rPr>
          <w:b/>
        </w:rPr>
        <w:t xml:space="preserve">[55:02] </w:t>
      </w:r>
      <w:r>
        <w:t>sirf maafi nahi kiya balkeh Allah taala ne un ko pehla peghambar banaya.</w:t>
      </w:r>
    </w:p>
    <w:p>
      <w:pPr>
        <w:jc w:val="right"/>
      </w:pPr>
      <w:r>
        <w:t>صرف معافی نہیں کیا بلکہ اللہ تعالی نے ان کو پہلا پیغمبر بنایا۔</w:t>
      </w:r>
    </w:p>
    <w:p>
      <w:r>
        <w:rPr>
          <w:b/>
        </w:rPr>
        <w:t xml:space="preserve">[55:09] </w:t>
      </w:r>
      <w:r>
        <w:t>is par maine socha to aik bohat ajeeb baat daryaft hui ke repentance ya toba jo hai,</w:t>
      </w:r>
    </w:p>
    <w:p>
      <w:pPr>
        <w:jc w:val="right"/>
      </w:pPr>
      <w:r>
        <w:t>اس پر میں نے سوچا تو ایک بہت عجیب بات دریافت ہوئی کہ ریپنٹنس یا توبہ جو ہے،</w:t>
      </w:r>
    </w:p>
    <w:p>
      <w:r>
        <w:rPr>
          <w:b/>
        </w:rPr>
        <w:t xml:space="preserve">[55:16] </w:t>
      </w:r>
      <w:r>
        <w:t>wo aik nai shakhsiyat emerge karne ka zariya hai.</w:t>
      </w:r>
    </w:p>
    <w:p>
      <w:pPr>
        <w:jc w:val="right"/>
      </w:pPr>
      <w:r>
        <w:t>وہ ایک نئی شخصیت ایمرج کرنے کا ذریعہ ہے۔</w:t>
      </w:r>
    </w:p>
    <w:p>
      <w:r>
        <w:rPr>
          <w:b/>
        </w:rPr>
        <w:t xml:space="preserve">[55:22] </w:t>
      </w:r>
      <w:r>
        <w:t>aik faasla hoga Hazrat Adam ke is is is phal ko khane mein aur phir Hazrat Adam ko</w:t>
      </w:r>
    </w:p>
    <w:p>
      <w:pPr>
        <w:jc w:val="right"/>
      </w:pPr>
      <w:r>
        <w:t>ایک فاصلہ ہوگا حضرت آدم کے اس اس اس پھل کو کھانے میں اور پھر حضرت آدم کو</w:t>
      </w:r>
    </w:p>
    <w:p>
      <w:r>
        <w:rPr>
          <w:b/>
        </w:rPr>
        <w:t xml:space="preserve">[55:29] </w:t>
      </w:r>
      <w:r>
        <w:t>prophet banane mein.</w:t>
      </w:r>
    </w:p>
    <w:p>
      <w:pPr>
        <w:jc w:val="right"/>
      </w:pPr>
      <w:r>
        <w:t>پرافٹ بنانے میں۔</w:t>
      </w:r>
    </w:p>
    <w:p>
      <w:r>
        <w:rPr>
          <w:b/>
        </w:rPr>
        <w:t xml:space="preserve">[55:35] </w:t>
      </w:r>
      <w:r>
        <w:t>aik faasla hoga jis waqt Hazrat Adam ne phal khaya tha, us waqt wale Adam nahi rahe hon</w:t>
      </w:r>
    </w:p>
    <w:p>
      <w:pPr>
        <w:jc w:val="right"/>
      </w:pPr>
      <w:r>
        <w:t>ایک فاصلہ ہوگا جس وقت حضرت آدم نے پھل کھایا تھا، اس وقت والے آدم نہیں رہے ہوں</w:t>
      </w:r>
    </w:p>
    <w:p>
      <w:r>
        <w:rPr>
          <w:b/>
        </w:rPr>
        <w:t xml:space="preserve">[55:42] </w:t>
      </w:r>
      <w:r>
        <w:t>ge us waqt jab ke unhein peghambar banaya gaya.</w:t>
      </w:r>
    </w:p>
    <w:p>
      <w:pPr>
        <w:jc w:val="right"/>
      </w:pPr>
      <w:r>
        <w:t>گے اس وقت جب کہ انہیں پیغمبر بنایا گیا۔</w:t>
      </w:r>
    </w:p>
    <w:p>
      <w:r>
        <w:rPr>
          <w:b/>
        </w:rPr>
        <w:t xml:space="preserve">[55:49] </w:t>
      </w:r>
      <w:r>
        <w:t>un ke andar aik naya, aik aik nai shakhsiyat emerge ki hogi, nai soch aai hogi, naye jazbaat</w:t>
      </w:r>
    </w:p>
    <w:p>
      <w:pPr>
        <w:jc w:val="right"/>
      </w:pPr>
      <w:r>
        <w:t>ان کے اندر ایک نیا، ایک ایک نئی شخصیت ایمرج کی ہوگی، نئی سوچ آئی ہوگی، نئے جذبات</w:t>
      </w:r>
    </w:p>
    <w:p>
      <w:r>
        <w:rPr>
          <w:b/>
        </w:rPr>
        <w:t xml:space="preserve">[55:55] </w:t>
      </w:r>
      <w:r>
        <w:t>aaye honge, nai personality bani hogi, aik aik naya insaan ubhra hoga un ke andar.</w:t>
      </w:r>
    </w:p>
    <w:p>
      <w:pPr>
        <w:jc w:val="right"/>
      </w:pPr>
      <w:r>
        <w:t>آئے ہوں گے، نئی پرسنیلٹی بنی ہوگی، ایک ایک نیا انسان ابھرا ہوگا ان کے اندر۔</w:t>
      </w:r>
    </w:p>
    <w:p>
      <w:r>
        <w:rPr>
          <w:b/>
        </w:rPr>
        <w:t xml:space="preserve">[56:02] </w:t>
      </w:r>
      <w:r>
        <w:t>to wo Allah ki nazar mein is qabil thehra hoga ke un ko peghambar bana diya jaye.</w:t>
      </w:r>
    </w:p>
    <w:p>
      <w:pPr>
        <w:jc w:val="right"/>
      </w:pPr>
      <w:r>
        <w:t>تو وہ اللہ کی نظر میں اس قابل ٹھہرا ہوگا کہ ان کو پیغمبر بنا دیا جائے۔</w:t>
      </w:r>
    </w:p>
    <w:p>
      <w:r>
        <w:rPr>
          <w:b/>
        </w:rPr>
        <w:t xml:space="preserve">[56:09] </w:t>
      </w:r>
      <w:r>
        <w:t>to jab aap se koi khata hoti hai aur aap ke andar repentance aata hai, aap tauba karte</w:t>
      </w:r>
    </w:p>
    <w:p>
      <w:pPr>
        <w:jc w:val="right"/>
      </w:pPr>
      <w:r>
        <w:t>تو جب آپ سے کوئی خطا ہوتی ہے اور آپ کے اندر ریپنٹنس آتا ہے، آپ توبہ کرتے</w:t>
      </w:r>
    </w:p>
    <w:p>
      <w:r>
        <w:rPr>
          <w:b/>
        </w:rPr>
        <w:t xml:space="preserve">[56:15] </w:t>
      </w:r>
      <w:r>
        <w:t>hain to saada baat nahi hai.</w:t>
      </w:r>
    </w:p>
    <w:p>
      <w:pPr>
        <w:jc w:val="right"/>
      </w:pPr>
      <w:r>
        <w:t>ہیں تو سادہ بات نہیں ہے۔</w:t>
      </w:r>
    </w:p>
    <w:p>
      <w:r>
        <w:rPr>
          <w:b/>
        </w:rPr>
        <w:t xml:space="preserve">[56:22] </w:t>
      </w:r>
      <w:r>
        <w:t>yeh is ka matlab yeh hai ke ek shakhsiyat nai aap ke upar utarti hai jo itna ho</w:t>
      </w:r>
    </w:p>
    <w:p>
      <w:pPr>
        <w:jc w:val="right"/>
      </w:pPr>
      <w:r>
        <w:t>یہ اس کا مطلب یہ ہے کہ ایک شخصیت نئی آپ کے اوپر اترتی ہے جو اتنا ہو</w:t>
      </w:r>
    </w:p>
    <w:p>
      <w:r>
        <w:rPr>
          <w:b/>
        </w:rPr>
        <w:t xml:space="preserve">[56:29] </w:t>
      </w:r>
      <w:r>
        <w:t>sakti hai, itna barh sakti hai ke aap ko khuda, ab to peghambari khatm ho gayi hai, lekin</w:t>
      </w:r>
    </w:p>
    <w:p>
      <w:pPr>
        <w:jc w:val="right"/>
      </w:pPr>
      <w:r>
        <w:t>سکتی ہے، اتنا بڑھ سکتی ہے کہ آپ کو خدا، اب تو پیغمبری ختم ہو گئی ہے، لیکن</w:t>
      </w:r>
    </w:p>
    <w:p>
      <w:r>
        <w:rPr>
          <w:b/>
        </w:rPr>
        <w:t xml:space="preserve">[56:35] </w:t>
      </w:r>
      <w:r>
        <w:t>aap ko koi bara darja Allah taala de de ga.</w:t>
      </w:r>
    </w:p>
    <w:p>
      <w:pPr>
        <w:jc w:val="right"/>
      </w:pPr>
      <w:r>
        <w:t>آپ کو کوئی بڑا درجہ اللہ تعالی دے دے گی۔</w:t>
      </w:r>
    </w:p>
    <w:p>
      <w:r>
        <w:rPr>
          <w:b/>
        </w:rPr>
        <w:t xml:space="preserve">[56:42] </w:t>
      </w:r>
      <w:r>
        <w:t>yani Hazrat Adam ki misaal jo hai, bohat ajeeb misaal hai.</w:t>
      </w:r>
    </w:p>
    <w:p>
      <w:pPr>
        <w:jc w:val="right"/>
      </w:pPr>
      <w:r>
        <w:t>یعنی حضرت آدم کی مثال جو ہے، بہت عجیب مثال ہے۔</w:t>
      </w:r>
    </w:p>
    <w:p>
      <w:r>
        <w:rPr>
          <w:b/>
        </w:rPr>
        <w:t xml:space="preserve">[56:48] </w:t>
      </w:r>
      <w:r>
        <w:t>ghalti kar ke agar aadmi tauba karta hai to us ke andar us shakhsiyat mein ek naya process</w:t>
      </w:r>
    </w:p>
    <w:p>
      <w:pPr>
        <w:jc w:val="right"/>
      </w:pPr>
      <w:r>
        <w:t>غلطی کر کے اگر آدمی توبہ کرتا ہے تو اس کے اندر اس شخصیت میں ایک نیا پراسیس</w:t>
      </w:r>
    </w:p>
    <w:p>
      <w:r>
        <w:rPr>
          <w:b/>
        </w:rPr>
        <w:t xml:space="preserve">[56:55] </w:t>
      </w:r>
      <w:r>
        <w:t>shuru hota hai, ek naya process.</w:t>
      </w:r>
    </w:p>
    <w:p>
      <w:pPr>
        <w:jc w:val="right"/>
      </w:pPr>
      <w:r>
        <w:t>شروع ہوتا ہے، ایک نیا پراسیس۔</w:t>
      </w:r>
    </w:p>
    <w:p>
      <w:r>
        <w:rPr>
          <w:b/>
        </w:rPr>
        <w:t xml:space="preserve">[57:02] </w:t>
      </w:r>
      <w:r>
        <w:t>tauba agar karta hai aadmi to us ki soch, us ke jazbat, us ke sare sari faculties mein</w:t>
      </w:r>
    </w:p>
    <w:p>
      <w:pPr>
        <w:jc w:val="right"/>
      </w:pPr>
      <w:r>
        <w:t>توبہ اگر کرتا ہے آدمی تو اس کی سوچ، اس کے جذبات، اس کے سارے ساری فیکلٹیز میں</w:t>
      </w:r>
    </w:p>
    <w:p>
      <w:r>
        <w:rPr>
          <w:b/>
        </w:rPr>
        <w:t xml:space="preserve">[57:08] </w:t>
      </w:r>
      <w:r>
        <w:t>ek naya direction aa jata hai, aur hote hote yeh process apni takmeel mein pohanch kar ke Hazrat</w:t>
      </w:r>
    </w:p>
    <w:p>
      <w:pPr>
        <w:jc w:val="right"/>
      </w:pPr>
      <w:r>
        <w:t>ایک نیا ڈائریکشن آ جاتا ہے، اور ہوتے ہوتے یہ پراسیس اپنی تکمیل میں پہنچ کر کے حضرت</w:t>
      </w:r>
    </w:p>
    <w:p>
      <w:r>
        <w:rPr>
          <w:b/>
        </w:rPr>
        <w:t xml:space="preserve">[57:15] </w:t>
      </w:r>
      <w:r>
        <w:t>Adam ke liye bana ke woh peghambar bana diye gaye.</w:t>
      </w:r>
    </w:p>
    <w:p>
      <w:pPr>
        <w:jc w:val="right"/>
      </w:pPr>
      <w:r>
        <w:t>آدم کے لیے بنا کے وہ پیغمبر بنا دیے گئے۔</w:t>
      </w:r>
    </w:p>
    <w:p>
      <w:r>
        <w:rPr>
          <w:b/>
        </w:rPr>
        <w:t xml:space="preserve">[57:22] </w:t>
      </w:r>
      <w:r>
        <w:t>aam insan ke liye hoga, us ko bhi koi bohat bara Allah taala ki taraf se maqam mil jayega.</w:t>
      </w:r>
    </w:p>
    <w:p>
      <w:pPr>
        <w:jc w:val="right"/>
      </w:pPr>
      <w:r>
        <w:t>عام انسان کے لیے ہوگا، اس کو بھی کوئی بہت بڑا اللہ تعالی کی طرف سے مقام مل جائے گا۔</w:t>
      </w:r>
    </w:p>
    <w:p>
      <w:r>
        <w:rPr>
          <w:b/>
        </w:rPr>
        <w:t xml:space="preserve">[57:28] </w:t>
      </w:r>
      <w:r>
        <w:t>to kaisi ajeeb baat hai, yeh tauba mein chupi hui hai.</w:t>
      </w:r>
    </w:p>
    <w:p>
      <w:pPr>
        <w:jc w:val="right"/>
      </w:pPr>
      <w:r>
        <w:t>تو کیسی عجیب بات ہے، یہ توبہ میں چھپی ہوئی ہے۔</w:t>
      </w:r>
    </w:p>
    <w:p>
      <w:r>
        <w:rPr>
          <w:b/>
        </w:rPr>
        <w:t xml:space="preserve">[57:35] </w:t>
      </w:r>
      <w:r>
        <w:t>to hum mein se har shakhs ko yeh karna hai ke apna, apna, apna khud apna nigrah ban</w:t>
      </w:r>
    </w:p>
    <w:p>
      <w:pPr>
        <w:jc w:val="right"/>
      </w:pPr>
      <w:r>
        <w:t>تو ہم میں سے ہر شخص کو یہ کرنا ہے کہ اپنا، اپنا، اپنا خود اپنا نگراہ بن</w:t>
      </w:r>
    </w:p>
    <w:p>
      <w:r>
        <w:rPr>
          <w:b/>
        </w:rPr>
        <w:t xml:space="preserve">[57:41] </w:t>
      </w:r>
      <w:r>
        <w:t>jaye, apna nigrah ban jaye, apne aap ko jannati shakhsiyat banne ka koi dhaan sawaar ho jaye.</w:t>
      </w:r>
    </w:p>
    <w:p>
      <w:pPr>
        <w:jc w:val="right"/>
      </w:pPr>
      <w:r>
        <w:t>جائے، اپنا نگراہ بن جائے، اپنے آپ کو جنتی شخصیت بننے کا کوئی دھن سوار ہو جائے۔</w:t>
      </w:r>
    </w:p>
    <w:p>
      <w:r>
        <w:rPr>
          <w:b/>
        </w:rPr>
        <w:t xml:space="preserve">[57:48] </w:t>
      </w:r>
      <w:r>
        <w:t>is ke liye dhaan, aur jab ghalti ho to foran tauba kare, woh ghalti ho to foran woh</w:t>
      </w:r>
    </w:p>
    <w:p>
      <w:pPr>
        <w:jc w:val="right"/>
      </w:pPr>
      <w:r>
        <w:t>اس کے لیے دھن، اور جب غلطی ہو تو فوراً توبہ کرے، وہ غلطی ہو تو فوراً وہ</w:t>
      </w:r>
    </w:p>
    <w:p>
      <w:r>
        <w:rPr>
          <w:b/>
        </w:rPr>
        <w:t xml:space="preserve">[57:55] </w:t>
      </w:r>
      <w:r>
        <w:t>apna muhasiba kare.</w:t>
      </w:r>
    </w:p>
    <w:p>
      <w:pPr>
        <w:jc w:val="right"/>
      </w:pPr>
      <w:r>
        <w:t>اپنا محاسبہ کرے۔</w:t>
      </w:r>
    </w:p>
    <w:p>
      <w:r>
        <w:rPr>
          <w:b/>
        </w:rPr>
        <w:t xml:space="preserve">[58:01] </w:t>
      </w:r>
      <w:r>
        <w:t>woh asal cheez yaad rakhiye, Allah ki shariyat mein asal cheez yeh nahi ke aap ghalti na karein, hargiz nahi.</w:t>
      </w:r>
    </w:p>
    <w:p>
      <w:pPr>
        <w:jc w:val="right"/>
      </w:pPr>
      <w:r>
        <w:t>وہ اصل چیز یاد رکھیے، اللہ کی شریعت میں اصل چیز یہ نہیں کہ آپ غلطی نہ کریں، ہرگز نہیں۔</w:t>
      </w:r>
    </w:p>
    <w:p>
      <w:r>
        <w:rPr>
          <w:b/>
        </w:rPr>
        <w:t xml:space="preserve">[58:08] </w:t>
      </w:r>
      <w:r>
        <w:t>asal cheez hai ghalti pe israr, yani ghalti kar ke isi par israr karna, sharmindagi na ho, repentance</w:t>
      </w:r>
    </w:p>
    <w:p>
      <w:pPr>
        <w:jc w:val="right"/>
      </w:pPr>
      <w:r>
        <w:t>اصل چیز ہے غلطی پہ اصرار، یعنی غلطی کر کے اسی پر اصرار کرنا، شرمندگی نہ ہو، ریپنٹنس</w:t>
      </w:r>
    </w:p>
    <w:p>
      <w:r>
        <w:rPr>
          <w:b/>
        </w:rPr>
        <w:t xml:space="preserve">[58:15] </w:t>
      </w:r>
      <w:r>
        <w:t>na ho, dhattayi aap ke andar rahe, sarkash bane rahein aap.</w:t>
      </w:r>
    </w:p>
    <w:p>
      <w:pPr>
        <w:jc w:val="right"/>
      </w:pPr>
      <w:r>
        <w:t>نہ ہو، ڈھٹائی آپ کے اندر رہے، سرکش بنے رہیں آپ۔</w:t>
      </w:r>
    </w:p>
    <w:p>
      <w:r>
        <w:rPr>
          <w:b/>
        </w:rPr>
        <w:t xml:space="preserve">[58:21] </w:t>
      </w:r>
      <w:r>
        <w:t>yeh asal ghalti hai.</w:t>
      </w:r>
    </w:p>
    <w:p>
      <w:pPr>
        <w:jc w:val="right"/>
      </w:pPr>
      <w:r>
        <w:t>یہ اصل غلطی ہے۔</w:t>
      </w:r>
    </w:p>
    <w:p>
      <w:r>
        <w:rPr>
          <w:b/>
        </w:rPr>
        <w:t xml:space="preserve">[58:28] </w:t>
      </w:r>
      <w:r>
        <w:t>to yeh kabhi mumkin nahi hai ke insan ghalti na kare.</w:t>
      </w:r>
    </w:p>
    <w:p>
      <w:pPr>
        <w:jc w:val="right"/>
      </w:pPr>
      <w:r>
        <w:t>تو یہ کبھی ممکن نہیں ہے کہ انسان غلطی نہ کرے۔</w:t>
      </w:r>
    </w:p>
    <w:p>
      <w:r>
        <w:rPr>
          <w:b/>
        </w:rPr>
        <w:t xml:space="preserve">[58:35] </w:t>
      </w:r>
      <w:r>
        <w:t>hadith mein aata hai ke hadith mein aata hai ke "kul bani Adam khata" aur phir yeh bhi</w:t>
      </w:r>
    </w:p>
    <w:p>
      <w:pPr>
        <w:jc w:val="right"/>
      </w:pPr>
      <w:r>
        <w:t>حدیث میں آتا ہے کہ حدیث میں آتا ہے کہ "کل بنی آدم خطا" اور پھر یہ بھی</w:t>
      </w:r>
    </w:p>
    <w:p>
      <w:r>
        <w:rPr>
          <w:b/>
        </w:rPr>
        <w:t xml:space="preserve">[58:41] </w:t>
      </w:r>
      <w:r>
        <w:t>hai ke "khair ul khattai al tawwaboon".</w:t>
      </w:r>
    </w:p>
    <w:p>
      <w:pPr>
        <w:jc w:val="right"/>
      </w:pPr>
      <w:r>
        <w:t>ہے کہ "خیر الخطائی التوابون"۔</w:t>
      </w:r>
    </w:p>
    <w:p>
      <w:r>
        <w:rPr>
          <w:b/>
        </w:rPr>
        <w:t xml:space="preserve">[58:48] </w:t>
      </w:r>
      <w:r>
        <w:t>"kul bani Adam khata" o "khair ul khattai al tawwaboon" tamam bani Adam khata kar hain.</w:t>
      </w:r>
    </w:p>
    <w:p>
      <w:pPr>
        <w:jc w:val="right"/>
      </w:pPr>
      <w:r>
        <w:t>"کل بنی آدم خطا" و "خیر الخطائی التوابون" تمام بنی آدم خطا کار ہیں۔</w:t>
      </w:r>
    </w:p>
    <w:p>
      <w:r>
        <w:rPr>
          <w:b/>
        </w:rPr>
        <w:t xml:space="preserve">[58:54] </w:t>
      </w:r>
      <w:r>
        <w:t>yani khata kar ke mani sab se khataen sab se ho sakti hain, aur sab se acha khata</w:t>
      </w:r>
    </w:p>
    <w:p>
      <w:pPr>
        <w:jc w:val="right"/>
      </w:pPr>
      <w:r>
        <w:t>یعنی خطا کار کے معنی سب سے خطائیں سب سے ہو سکتی ہیں، اور سب سے اچھا خطا</w:t>
      </w:r>
    </w:p>
    <w:p>
      <w:r>
        <w:rPr>
          <w:b/>
        </w:rPr>
        <w:t xml:space="preserve">[59:01] </w:t>
      </w:r>
      <w:r>
        <w:t>kar woh hai jo khata kar, khata ho to us ke baad foran toba kare, foran toba kare.</w:t>
      </w:r>
    </w:p>
    <w:p>
      <w:pPr>
        <w:jc w:val="right"/>
      </w:pPr>
      <w:r>
        <w:t>کار وہ ہے جو خطا کر، خطا ہو تو اس کے بعد فوراً توبہ کرے، فوراً توبہ کرے۔</w:t>
      </w:r>
    </w:p>
    <w:p>
      <w:r>
        <w:rPr>
          <w:b/>
        </w:rPr>
        <w:t xml:space="preserve">[59:08] </w:t>
      </w:r>
      <w:r>
        <w:t>woh to mein aap ko yeh naseehat karta hoon, aur aap is mission ko doosron tak pohnchayen ke</w:t>
      </w:r>
    </w:p>
    <w:p>
      <w:pPr>
        <w:jc w:val="right"/>
      </w:pPr>
      <w:r>
        <w:t>وہ تو میں آپ کو یہ نصیحت کرتا ہوں، اور آپ اس مشن کو دوسروں تک پہنچائیں کہ</w:t>
      </w:r>
    </w:p>
    <w:p>
      <w:r>
        <w:rPr>
          <w:b/>
        </w:rPr>
        <w:t xml:space="preserve">[59:14] </w:t>
      </w:r>
      <w:r>
        <w:t>دنیا میں ہم اس لیے نہیں آئے ہیں کہ animal بن کر رہیں، animal بن کر رہیں۔</w:t>
      </w:r>
    </w:p>
    <w:p>
      <w:pPr>
        <w:jc w:val="right"/>
      </w:pPr>
      <w:r>
        <w:t>دنیا میں ہم اس لیے نہیں آئے ہیں کہ اینیمل بن کر رہیں، اینیمل بن کر رہیں۔</w:t>
      </w:r>
    </w:p>
    <w:p>
      <w:r>
        <w:rPr>
          <w:b/>
        </w:rPr>
        <w:t xml:space="preserve">[59:21] </w:t>
      </w:r>
      <w:r>
        <w:t>is liye nahi aaye hain ke bas ghar aur car aur water aur family aur maal aulad isi</w:t>
      </w:r>
    </w:p>
    <w:p>
      <w:pPr>
        <w:jc w:val="right"/>
      </w:pPr>
      <w:r>
        <w:t>اس لیے نہیں آئے ہیں کہ بس گھر اور کار اور واٹر اور فیملی اور مال اولاد اسی</w:t>
      </w:r>
    </w:p>
    <w:p>
      <w:r>
        <w:rPr>
          <w:b/>
        </w:rPr>
        <w:t xml:space="preserve">[59:28] </w:t>
      </w:r>
      <w:r>
        <w:t>mein jeeyen aur mar jayen.</w:t>
      </w:r>
    </w:p>
    <w:p>
      <w:pPr>
        <w:jc w:val="right"/>
      </w:pPr>
      <w:r>
        <w:t>میں جیئیں اور مر جائیں۔</w:t>
      </w:r>
    </w:p>
    <w:p>
      <w:r>
        <w:rPr>
          <w:b/>
        </w:rPr>
        <w:t xml:space="preserve">[59:34] </w:t>
      </w:r>
      <w:r>
        <w:t>is ke liye nahi bheja gaya Allah taala aap ko, is liye bheja hai ke aap yahan ke</w:t>
      </w:r>
    </w:p>
    <w:p>
      <w:pPr>
        <w:jc w:val="right"/>
      </w:pPr>
      <w:r>
        <w:t>اس کے لیے نہیں بھیجا گیا اللہ تعالی آپ کو، اس لیے بھیجا ہے کہ آپ یہاں کے</w:t>
      </w:r>
    </w:p>
    <w:p>
      <w:r>
        <w:rPr>
          <w:b/>
        </w:rPr>
        <w:t xml:space="preserve">[59:41] </w:t>
      </w:r>
      <w:r>
        <w:t>halat mein apne aap ko aik aik aik aik aik developed personality banayen, apne aap ko intellectual sense</w:t>
      </w:r>
    </w:p>
    <w:p>
      <w:pPr>
        <w:jc w:val="right"/>
      </w:pPr>
      <w:r>
        <w:t>حالات میں اپنے آپ کو ایک ایک ایک ایک ایک ڈیولپڈ پرسنیلٹی بنائیں، اپنے آپ کو انٹلیکچول سینس</w:t>
      </w:r>
    </w:p>
    <w:p>
      <w:r>
        <w:rPr>
          <w:b/>
        </w:rPr>
        <w:t xml:space="preserve">[59:47] </w:t>
      </w:r>
      <w:r>
        <w:t>mein, spiritual sense mein, divine sense mein, aik aala personality, aik positive personality jo is qabil thehray Allah</w:t>
      </w:r>
    </w:p>
    <w:p>
      <w:pPr>
        <w:jc w:val="right"/>
      </w:pPr>
      <w:r>
        <w:t>میں، سپریچول سینس میں، ڈیوائن سینس میں، ایک اعلیٰ پرسنیلٹی، ایک پازیٹیو پرسنیلٹی جو اس قابل ٹھہرے اللہ</w:t>
      </w:r>
    </w:p>
    <w:p>
      <w:r>
        <w:rPr>
          <w:b/>
        </w:rPr>
        <w:t xml:space="preserve">[59:54] </w:t>
      </w:r>
      <w:r>
        <w:t>ki nazar mein ke maut ke baad is ko jannat mein jagah di jaye.</w:t>
      </w:r>
    </w:p>
    <w:p>
      <w:pPr>
        <w:jc w:val="right"/>
      </w:pPr>
      <w:r>
        <w:t>کی نظر میں کہ موت کے بعد اس کو جنت میں جگہ دی جائے۔</w:t>
      </w:r>
    </w:p>
    <w:p>
      <w:r>
        <w:rPr>
          <w:b/>
        </w:rPr>
        <w:t xml:space="preserve">[1:00:01] </w:t>
      </w:r>
      <w:r>
        <w:t>to yeh mera tajurba hai poori zindagi ka ke log log material culture mein jeete hain, yeh nahi</w:t>
      </w:r>
    </w:p>
    <w:p>
      <w:pPr>
        <w:jc w:val="right"/>
      </w:pPr>
      <w:r>
        <w:t>تو یہ میرا تجربہ ہے پوری زندگی کا کہ لوگ لوگ مٹیریل کلچر میں جیتے ہیں، یہ نہیں</w:t>
      </w:r>
    </w:p>
    <w:p>
      <w:r>
        <w:rPr>
          <w:b/>
        </w:rPr>
        <w:t xml:space="preserve">[1:00:07] </w:t>
      </w:r>
      <w:r>
        <w:t>sochte ke is ki price kiya de rahe hain, woh bohat bhari price de rahe hain, woh yani</w:t>
      </w:r>
    </w:p>
    <w:p>
      <w:pPr>
        <w:jc w:val="right"/>
      </w:pPr>
      <w:r>
        <w:t>سوچتے کہ اس کی پرائس کیا دے رہے ہیں، وہ بہت بھاری پرائس دے رہے ہیں، وہ یعنی</w:t>
      </w:r>
    </w:p>
    <w:p>
      <w:r>
        <w:rPr>
          <w:b/>
        </w:rPr>
        <w:t xml:space="preserve">[1:00:14] </w:t>
      </w:r>
      <w:r>
        <w:t>intellectual dwarfism ka shikar ho rahe hain.</w:t>
      </w:r>
    </w:p>
    <w:p>
      <w:pPr>
        <w:jc w:val="right"/>
      </w:pPr>
      <w:r>
        <w:t>انٹلیکچول ڈوارفزم کا شکار ہو رہے ہیں۔</w:t>
      </w:r>
    </w:p>
    <w:p>
      <w:r>
        <w:rPr>
          <w:b/>
        </w:rPr>
        <w:t xml:space="preserve">[1:00:21] </w:t>
      </w:r>
      <w:r>
        <w:t>woh madi taraqqiyon mein mein jeena saada baat nahi hai, is ka matlab yeh hai ke aap aik</w:t>
      </w:r>
    </w:p>
    <w:p>
      <w:pPr>
        <w:jc w:val="right"/>
      </w:pPr>
      <w:r>
        <w:t>وہ مادی ترقیوں میں میں جینا سادہ بات نہیں ہے، اس کا مطلب یہ ہے کہ آپ ایک</w:t>
      </w:r>
    </w:p>
    <w:p>
      <w:r>
        <w:rPr>
          <w:b/>
        </w:rPr>
        <w:t xml:space="preserve">[1:00:27] </w:t>
      </w:r>
      <w:r>
        <w:t>intellectual dwarf bana rahe hain apne aap ko.</w:t>
      </w:r>
    </w:p>
    <w:p>
      <w:pPr>
        <w:jc w:val="right"/>
      </w:pPr>
      <w:r>
        <w:t>انٹلیکچول ڈوارف بنا رہے ہیں اپنے آپ کو۔</w:t>
      </w:r>
    </w:p>
    <w:p>
      <w:r>
        <w:rPr>
          <w:b/>
        </w:rPr>
        <w:t xml:space="preserve">[1:00:34] </w:t>
      </w:r>
      <w:r>
        <w:t>to aisa aadmi na dunya ke kaam karna, akhirat ke kaam karna, na dunya ke kaam karna, akhirat</w:t>
      </w:r>
    </w:p>
    <w:p>
      <w:pPr>
        <w:jc w:val="right"/>
      </w:pPr>
      <w:r>
        <w:t>تو ایسا آدمی نہ دنیا کے کام کرنا، آخرت کے کام کرنا، نہ دنیا کے کام کرنا، آخرت</w:t>
      </w:r>
    </w:p>
    <w:p>
      <w:r>
        <w:rPr>
          <w:b/>
        </w:rPr>
        <w:t xml:space="preserve">[1:00:41] </w:t>
      </w:r>
      <w:r>
        <w:t>ke kaam karna.</w:t>
      </w:r>
    </w:p>
    <w:p>
      <w:pPr>
        <w:jc w:val="right"/>
      </w:pPr>
      <w:r>
        <w:t>کے کام کرنا۔</w:t>
      </w:r>
    </w:p>
    <w:p>
      <w:r>
        <w:rPr>
          <w:b/>
        </w:rPr>
        <w:t xml:space="preserve">[1:00:47] </w:t>
      </w:r>
      <w:r>
        <w:t>to kaisa ajeeb bhata hai yeh jo har insaan ke hissay mein aa raha hai.</w:t>
      </w:r>
    </w:p>
    <w:p>
      <w:pPr>
        <w:jc w:val="right"/>
      </w:pPr>
      <w:r>
        <w:t>تو کیسا عجیب بھٹا ہے یہ جو ہر انسان کے حصے میں آ رہا ہے۔</w:t>
      </w:r>
    </w:p>
    <w:p>
      <w:r>
        <w:rPr>
          <w:b/>
        </w:rPr>
        <w:t xml:space="preserve">[1:00:54] </w:t>
      </w:r>
      <w:r>
        <w:t>to aap ko apne liye bhi isi mission ko ikhtiyar karna hai, aur doosron ko bhi is baat</w:t>
      </w:r>
    </w:p>
    <w:p>
      <w:pPr>
        <w:jc w:val="right"/>
      </w:pPr>
      <w:r>
        <w:t>تو آپ کو اپنے لیے بھی اسی مشن کو اختیار کرنا ہے، اور دوسروں کو بھی اس بات</w:t>
      </w:r>
    </w:p>
    <w:p>
      <w:r>
        <w:rPr>
          <w:b/>
        </w:rPr>
        <w:t xml:space="preserve">[1:01:00] </w:t>
      </w:r>
      <w:r>
        <w:t>se khabar karna hai ke dunya mein tumhare liye aik bohat bara imkan hai jo Allah taala ne</w:t>
      </w:r>
    </w:p>
    <w:p>
      <w:pPr>
        <w:jc w:val="right"/>
      </w:pPr>
      <w:r>
        <w:t>سے باخبر کرنا ہے کہ دنیا میں تمہارے لیے ایک بہت بڑا امکان ہے جو اللہ تعالی نے</w:t>
      </w:r>
    </w:p>
    <w:p>
      <w:r>
        <w:rPr>
          <w:b/>
        </w:rPr>
        <w:t xml:space="preserve">[1:01:07] </w:t>
      </w:r>
      <w:r>
        <w:t>khola hai, lekin madi cheezon mein masroof ho kar tum is imkan ko avail nahi kar paate ho.</w:t>
      </w:r>
    </w:p>
    <w:p>
      <w:pPr>
        <w:jc w:val="right"/>
      </w:pPr>
      <w:r>
        <w:t>کھولا ہے، لیکن مادی چیزوں میں مشغول ہو کر تم اس امکان کو اویل نہیں کر پاتے ہو۔</w:t>
      </w:r>
    </w:p>
    <w:p>
      <w:r>
        <w:rPr>
          <w:b/>
        </w:rPr>
        <w:t xml:space="preserve">[1:01:14] </w:t>
      </w:r>
      <w:r>
        <w:t>to yeh ghalati mat karo, yeh ghalati mat karo.</w:t>
      </w:r>
    </w:p>
    <w:p>
      <w:pPr>
        <w:jc w:val="right"/>
      </w:pPr>
      <w:r>
        <w:t>تو یہ غلطی مت کرو، یہ غلطی مت کرو۔</w:t>
      </w:r>
    </w:p>
    <w:p>
      <w:r>
        <w:rPr>
          <w:b/>
        </w:rPr>
        <w:t xml:space="preserve">[1:01:20] </w:t>
      </w:r>
      <w:r>
        <w:t>is yeh mazahib ke is aaj ke insaan ko sab se bari baat jo batani ki hai, woh yahi hai.</w:t>
      </w:r>
    </w:p>
    <w:p>
      <w:pPr>
        <w:jc w:val="right"/>
      </w:pPr>
      <w:r>
        <w:t>اس یہ مذہبوں کے اس آج کے انسان کو سب سے بڑی بات جو بتانی کی ہے، وہ یہی ہے۔</w:t>
      </w:r>
    </w:p>
    <w:p>
      <w:r>
        <w:rPr>
          <w:b/>
        </w:rPr>
        <w:t xml:space="preserve">[1:01:27] </w:t>
      </w:r>
      <w:r>
        <w:t>mein dua karta hoon ke Allah taala mujh ko aur aap ko is ki tofeeq de.</w:t>
      </w:r>
    </w:p>
    <w:p>
      <w:pPr>
        <w:jc w:val="right"/>
      </w:pPr>
      <w:r>
        <w:t>میں دعا کرتا ہوں کہ اللہ تعالی مجھ کو اور آپ کو اس کی توفیق دے۔</w:t>
      </w:r>
    </w:p>
    <w:p>
      <w:r>
        <w:rPr>
          <w:b/>
        </w:rPr>
        <w:t xml:space="preserve">[1:01:34] </w:t>
      </w:r>
      <w:r>
        <w:t>aqool qooli haza wastaghfirullah li walakum ajmaeen wa yel bi starting with the question of the session now.</w:t>
      </w:r>
    </w:p>
    <w:p>
      <w:pPr>
        <w:jc w:val="right"/>
      </w:pPr>
      <w:r>
        <w:t>أقول قولي هذا واستغفرالله لي ولكم أجمعين ویل بی سٹارٹنگ ود دی کوئسچن آف دا سیشن ناؤ۔</w:t>
      </w:r>
    </w:p>
    <w:p>
      <w:r>
        <w:rPr>
          <w:b/>
        </w:rPr>
        <w:t xml:space="preserve">[1:01:40] </w:t>
      </w:r>
      <w:r>
        <w:t>All the online viewers are requested to send their questions on info@cpsglobal</w:t>
      </w:r>
    </w:p>
    <w:p>
      <w:pPr>
        <w:jc w:val="right"/>
      </w:pPr>
      <w:r>
        <w:t>ال دی آن لائن ویوورز آر ریکویسٹڈ ٹو سینڈ دے کوئسچنز ان انفو ایٹ سی پی ایس گلوبل</w:t>
      </w:r>
    </w:p>
    <w:p>
      <w:r>
        <w:rPr>
          <w:b/>
        </w:rPr>
        <w:t xml:space="preserve">[1:01:47] </w:t>
      </w:r>
      <w:r>
        <w:t>dot org.</w:t>
      </w:r>
    </w:p>
    <w:p>
      <w:pPr>
        <w:jc w:val="right"/>
      </w:pPr>
      <w:r>
        <w:t>ڈاٹ او آر جی۔</w:t>
      </w:r>
    </w:p>
    <w:p>
      <w:r>
        <w:rPr>
          <w:b/>
        </w:rPr>
        <w:t xml:space="preserve">[1:01:53] </w:t>
      </w:r>
      <w:r>
        <w:t>I repeat: info@cpsglobal.org.</w:t>
      </w:r>
    </w:p>
    <w:p>
      <w:pPr>
        <w:jc w:val="right"/>
      </w:pPr>
      <w:r>
        <w:t>آئی ریپیٹ: انفو ایٹ سی پی ایس گلوبل ڈاٹ او آر جی۔</w:t>
      </w:r>
    </w:p>
    <w:p>
      <w:r>
        <w:rPr>
          <w:b/>
        </w:rPr>
        <w:t xml:space="preserve">[1:02:00] </w:t>
      </w:r>
      <w:r>
        <w:t>nasib questions dein.</w:t>
      </w:r>
    </w:p>
    <w:p>
      <w:pPr>
        <w:jc w:val="right"/>
      </w:pPr>
      <w:r>
        <w:t>نصیب کوئسچن دیں۔</w:t>
      </w:r>
    </w:p>
    <w:p>
      <w:r>
        <w:rPr>
          <w:b/>
        </w:rPr>
        <w:t xml:space="preserve">[1:02:07] </w:t>
      </w:r>
      <w:r>
        <w:t>okay, we'll start with the question answer session now.</w:t>
      </w:r>
    </w:p>
    <w:p>
      <w:pPr>
        <w:jc w:val="right"/>
      </w:pPr>
      <w:r>
        <w:t>اوکے، ویل سٹارٹ ود دی کوئسچن آنسر سیشن ناؤ۔</w:t>
      </w:r>
    </w:p>
    <w:p>
      <w:r>
        <w:rPr>
          <w:b/>
        </w:rPr>
        <w:t xml:space="preserve">[1:02:13] </w:t>
      </w:r>
      <w:r>
        <w:t>maulana, yeh sawal karachi pakistan se aya hai mr abdul lateef sahib ka.</w:t>
      </w:r>
    </w:p>
    <w:p>
      <w:pPr>
        <w:jc w:val="right"/>
      </w:pPr>
      <w:r>
        <w:t>مولانا، یہ سوال کراچی پاکستان سے آیا ہے مسٹر عبداللطیف صاحب کا۔</w:t>
      </w:r>
    </w:p>
    <w:p>
      <w:r>
        <w:rPr>
          <w:b/>
        </w:rPr>
        <w:t xml:space="preserve">[1:02:20] </w:t>
      </w:r>
      <w:r>
        <w:t>unhon ne likha hai: "kuch musalman kehte hain ke hum har mazhab se ooper uth kar sirf insani</w:t>
      </w:r>
    </w:p>
    <w:p>
      <w:pPr>
        <w:jc w:val="right"/>
      </w:pPr>
      <w:r>
        <w:t>انہوں نے لکھا ہے: "کچھ مسلمان کہتے ہیں کہ ہم ہر مذہب سے اوپر اٹھ کر صرف انسانی</w:t>
      </w:r>
    </w:p>
    <w:p>
      <w:r>
        <w:rPr>
          <w:b/>
        </w:rPr>
        <w:t xml:space="preserve">[1:02:27] </w:t>
      </w:r>
      <w:r>
        <w:t>muhabbat ki baat karte hain." maulana sahib, yeh baat kis had tak sahi hai? bhai, yeh to ek</w:t>
      </w:r>
    </w:p>
    <w:p>
      <w:pPr>
        <w:jc w:val="right"/>
      </w:pPr>
      <w:r>
        <w:t>محبت کی بات کرتے ہیں۔" مولانا صاحب، یہ بات کس حد تک صحیح ہے؟ بھائی، یہ تو ایک</w:t>
      </w:r>
    </w:p>
    <w:p>
      <w:r>
        <w:rPr>
          <w:b/>
        </w:rPr>
        <w:t xml:space="preserve">[1:02:33] </w:t>
      </w:r>
      <w:r>
        <w:t>yani khud sakhta mazhab hai.</w:t>
      </w:r>
    </w:p>
    <w:p>
      <w:pPr>
        <w:jc w:val="right"/>
      </w:pPr>
      <w:r>
        <w:t>یعنی خود ساختہ مذہب ہے۔</w:t>
      </w:r>
    </w:p>
    <w:p>
      <w:r>
        <w:rPr>
          <w:b/>
        </w:rPr>
        <w:t xml:space="preserve">[1:02:40] </w:t>
      </w:r>
      <w:r>
        <w:t>yeh sawal yani is plus wale ki yeh kahan likha hua hai quran o hadith mein? yeh to</w:t>
      </w:r>
    </w:p>
    <w:p>
      <w:pPr>
        <w:jc w:val="right"/>
      </w:pPr>
      <w:r>
        <w:t>یہ سوال یعنی اس پلس والے کی یہ کہاں لکھا ہوا ہے قرآن و حدیث میں؟ یہ تو</w:t>
      </w:r>
    </w:p>
    <w:p>
      <w:r>
        <w:rPr>
          <w:b/>
        </w:rPr>
        <w:t xml:space="preserve">[1:02:47] </w:t>
      </w:r>
      <w:r>
        <w:t>is ko kehte hain humanism.</w:t>
      </w:r>
    </w:p>
    <w:p>
      <w:pPr>
        <w:jc w:val="right"/>
      </w:pPr>
      <w:r>
        <w:t>اس کو کہتے ہیں ہیومنزم۔</w:t>
      </w:r>
    </w:p>
    <w:p>
      <w:r>
        <w:rPr>
          <w:b/>
        </w:rPr>
        <w:t xml:space="preserve">[1:02:53] </w:t>
      </w:r>
      <w:r>
        <w:t>yeh humans wale ka mazhab hai.</w:t>
      </w:r>
    </w:p>
    <w:p>
      <w:pPr>
        <w:jc w:val="right"/>
      </w:pPr>
      <w:r>
        <w:t>یہ ہیومنز والوں کا مذہب ہے۔</w:t>
      </w:r>
    </w:p>
    <w:p>
      <w:r>
        <w:rPr>
          <w:b/>
        </w:rPr>
        <w:t xml:space="preserve">[1:03:00] </w:t>
      </w:r>
      <w:r>
        <w:t>yeh dekhein, yeh dunya mein hum ayein to hum ne khud apno ko banaya nahi hai.</w:t>
      </w:r>
    </w:p>
    <w:p>
      <w:pPr>
        <w:jc w:val="right"/>
      </w:pPr>
      <w:r>
        <w:t>یہ دیکھیں، یہ دنیا میں ہم آئیں تو ہم نے خود اپنوں کو بنایا نہیں ہے۔</w:t>
      </w:r>
    </w:p>
    <w:p>
      <w:r>
        <w:rPr>
          <w:b/>
        </w:rPr>
        <w:t xml:space="preserve">[1:03:06] </w:t>
      </w:r>
      <w:r>
        <w:t>yeh dunya bhi hum ne khud nahi banai.</w:t>
      </w:r>
    </w:p>
    <w:p>
      <w:pPr>
        <w:jc w:val="right"/>
      </w:pPr>
      <w:r>
        <w:t>یہ دنیا بھی ہم نے خود نہیں بنائی۔</w:t>
      </w:r>
    </w:p>
    <w:p>
      <w:r>
        <w:rPr>
          <w:b/>
        </w:rPr>
        <w:t xml:space="preserve">[1:03:13] </w:t>
      </w:r>
      <w:r>
        <w:t>to pehla sawal yeh hota hai ke is ko kis ne banaya? yeh dunya kis ne banai? to</w:t>
      </w:r>
    </w:p>
    <w:p>
      <w:pPr>
        <w:jc w:val="right"/>
      </w:pPr>
      <w:r>
        <w:t>تو پہلا سوال یہ ہوتا ہے کہ اس کو کس نے بنایا؟ یہ دنیا کس نے بنائی؟ تو</w:t>
      </w:r>
    </w:p>
    <w:p>
      <w:r>
        <w:rPr>
          <w:b/>
        </w:rPr>
        <w:t xml:space="preserve">[1:03:20] </w:t>
      </w:r>
      <w:r>
        <w:t>jo banane wala hai, woh kya chahta hai? is ka creation plan kya hai? yeh janna hai.</w:t>
      </w:r>
    </w:p>
    <w:p>
      <w:pPr>
        <w:jc w:val="right"/>
      </w:pPr>
      <w:r>
        <w:t>جو بنانے والا ہے، وہ کیا چاہتا ہے؟ اس کا کریشن پلان کیا ہے؟ یہ جاننا ہے۔</w:t>
      </w:r>
    </w:p>
    <w:p>
      <w:r>
        <w:rPr>
          <w:b/>
        </w:rPr>
        <w:t xml:space="preserve">[1:03:26] </w:t>
      </w:r>
      <w:r>
        <w:t>yeh apne aap apne dimagh se hum nahi bana sakte.</w:t>
      </w:r>
    </w:p>
    <w:p>
      <w:pPr>
        <w:jc w:val="right"/>
      </w:pPr>
      <w:r>
        <w:t>یہ اپنے آپ اپنے دماغ سے ہم نہیں بنا سکتے۔</w:t>
      </w:r>
    </w:p>
    <w:p>
      <w:r>
        <w:rPr>
          <w:b/>
        </w:rPr>
        <w:t xml:space="preserve">[1:03:33] </w:t>
      </w:r>
      <w:r>
        <w:t>ek ek ideology to is tarah ki baatein jo log karte hain, khud se apne dimagh mein unhon</w:t>
      </w:r>
    </w:p>
    <w:p>
      <w:pPr>
        <w:jc w:val="right"/>
      </w:pPr>
      <w:r>
        <w:t>ایک ایک آئیڈیالوجی تو اس طرح کی باتیں جو لوگ کرتے ہیں، خود سے اپنے دماغ میں انہوں</w:t>
      </w:r>
    </w:p>
    <w:p>
      <w:r>
        <w:rPr>
          <w:b/>
        </w:rPr>
        <w:t xml:space="preserve">[1:03:40] </w:t>
      </w:r>
      <w:r>
        <w:t>ne ek ideology banai.</w:t>
      </w:r>
    </w:p>
    <w:p>
      <w:pPr>
        <w:jc w:val="right"/>
      </w:pPr>
      <w:r>
        <w:t>نے ایک آئیڈیالوجی بنائی۔</w:t>
      </w:r>
    </w:p>
    <w:p>
      <w:r>
        <w:rPr>
          <w:b/>
        </w:rPr>
        <w:t xml:space="preserve">[1:03:46] </w:t>
      </w:r>
      <w:r>
        <w:t>to is ki validity kya hai? is ka authenticity kya hai? is ka base kya hai? to mein</w:t>
      </w:r>
    </w:p>
    <w:p>
      <w:pPr>
        <w:jc w:val="right"/>
      </w:pPr>
      <w:r>
        <w:t>تو اس کی ویلڈٹی کیا ہے؟ اس کا اتھنٹیسٹی کیا ہے؟ اس کا بیس کیا ہے؟ تو میں</w:t>
      </w:r>
    </w:p>
    <w:p>
      <w:r>
        <w:rPr>
          <w:b/>
        </w:rPr>
        <w:t xml:space="preserve">[1:03:53] </w:t>
      </w:r>
      <w:r>
        <w:t>samajhta hoon ke yeh yeh bhi ek ek yani ek shaitani, ek ek shaitani tadbeer hai.</w:t>
      </w:r>
    </w:p>
    <w:p>
      <w:pPr>
        <w:jc w:val="right"/>
      </w:pPr>
      <w:r>
        <w:t>سمجھتا ہوں کہ یہ یہ بھی ایک ایک یعنی ایک شیطانی، ایک ایک شیطانی تدبیر ہے۔</w:t>
      </w:r>
    </w:p>
    <w:p>
      <w:r>
        <w:rPr>
          <w:b/>
        </w:rPr>
        <w:t xml:space="preserve">[1:03:59] </w:t>
      </w:r>
      <w:r>
        <w:t>ek aadmi khoobsurat naam se phansana chahta hai.</w:t>
      </w:r>
    </w:p>
    <w:p>
      <w:pPr>
        <w:jc w:val="right"/>
      </w:pPr>
      <w:r>
        <w:t>ایک آدمی خوبصورت نام سے پھنسانا چاہتا ہے۔</w:t>
      </w:r>
    </w:p>
    <w:p>
      <w:r>
        <w:rPr>
          <w:b/>
        </w:rPr>
        <w:t xml:space="preserve">[1:04:06] </w:t>
      </w:r>
      <w:r>
        <w:t>insan ko asal baat dekhiye yeh hai ke Allah taala ne dunya paida ki, phir paighambaron ko bheja</w:t>
      </w:r>
    </w:p>
    <w:p>
      <w:pPr>
        <w:jc w:val="right"/>
      </w:pPr>
      <w:r>
        <w:t>انسان کو اصل بات دیکھیے یہ ہے کہ اللہ تعالی نے دنیا پیدا کی، پھر پیغمبروں کو بھیجا</w:t>
      </w:r>
    </w:p>
    <w:p>
      <w:r>
        <w:rPr>
          <w:b/>
        </w:rPr>
        <w:t xml:space="preserve">[1:04:13] </w:t>
      </w:r>
      <w:r>
        <w:t>batane ke liye.</w:t>
      </w:r>
    </w:p>
    <w:p>
      <w:pPr>
        <w:jc w:val="right"/>
      </w:pPr>
      <w:r>
        <w:t>بتانے کے لیے۔</w:t>
      </w:r>
    </w:p>
    <w:p>
      <w:r>
        <w:rPr>
          <w:b/>
        </w:rPr>
        <w:t xml:space="preserve">[1:04:19] </w:t>
      </w:r>
      <w:r>
        <w:t>اس کے بعد "What is right? What is right? What is wrong?" پچھلے پیغمبروں کے زمانے میں جو</w:t>
      </w:r>
    </w:p>
    <w:p>
      <w:pPr>
        <w:jc w:val="right"/>
      </w:pPr>
      <w:r>
        <w:t>اس کے بعد "واٹ از رائٹ؟ واٹ از رائٹ؟ واٹ از رونگ؟" پچھلے پیغمبروں کے زمانے میں جو</w:t>
      </w:r>
    </w:p>
    <w:p>
      <w:r>
        <w:rPr>
          <w:b/>
        </w:rPr>
        <w:t xml:space="preserve">[1:04:26] </w:t>
      </w:r>
      <w:r>
        <w:t>kitabein ayein, woh mehfooz nahi rahin.</w:t>
      </w:r>
    </w:p>
    <w:p>
      <w:pPr>
        <w:jc w:val="right"/>
      </w:pPr>
      <w:r>
        <w:t>کتابیں آئیں، وہ محفوظ نہیں رہیں۔</w:t>
      </w:r>
    </w:p>
    <w:p>
      <w:r>
        <w:rPr>
          <w:b/>
        </w:rPr>
        <w:t xml:space="preserve">[1:04:33] </w:t>
      </w:r>
      <w:r>
        <w:t>ab quran jo hai, ek mehfooz kitab hai Allah taala ki.</w:t>
      </w:r>
    </w:p>
    <w:p>
      <w:pPr>
        <w:jc w:val="right"/>
      </w:pPr>
      <w:r>
        <w:t>اب قرآن جو ہے، ایک محفوظ کتاب ہے اللہ تعالی کی۔</w:t>
      </w:r>
    </w:p>
    <w:p>
      <w:r>
        <w:rPr>
          <w:b/>
        </w:rPr>
        <w:t xml:space="preserve">[1:04:39] </w:t>
      </w:r>
      <w:r>
        <w:t>to sab se pehle aap ko yeh pata hona hoga ke quran mein is ka hawala kya hai</w:t>
      </w:r>
    </w:p>
    <w:p>
      <w:pPr>
        <w:jc w:val="right"/>
      </w:pPr>
      <w:r>
        <w:t>تو سب سے پہلے آپ کو یہ پتہ ہونا ہوگا کہ قرآن میں اس کا حوالہ کیا ہے</w:t>
      </w:r>
    </w:p>
    <w:p>
      <w:r>
        <w:rPr>
          <w:b/>
        </w:rPr>
        <w:t xml:space="preserve">[1:04:46] </w:t>
      </w:r>
      <w:r>
        <w:t>jo aap keh rahe hain.</w:t>
      </w:r>
    </w:p>
    <w:p>
      <w:pPr>
        <w:jc w:val="right"/>
      </w:pPr>
      <w:r>
        <w:t>جو آپ کہہ رہے ہیں۔</w:t>
      </w:r>
    </w:p>
    <w:p>
      <w:r>
        <w:rPr>
          <w:b/>
        </w:rPr>
        <w:t xml:space="preserve">[1:04:53] </w:t>
      </w:r>
      <w:r>
        <w:t>to aap dekhen, agar ek shakhs jo quran ko na manta ho to us se phir us pe</w:t>
      </w:r>
    </w:p>
    <w:p>
      <w:pPr>
        <w:jc w:val="right"/>
      </w:pPr>
      <w:r>
        <w:t>تو آپ دیکھیں، اگر ایک شخص جو قرآن کو نہ مانتا ہو تو اس سے پھر اس پہ</w:t>
      </w:r>
    </w:p>
    <w:p>
      <w:r>
        <w:rPr>
          <w:b/>
        </w:rPr>
        <w:t xml:space="preserve">[1:04:59] </w:t>
      </w:r>
      <w:r>
        <w:t>phir guftagu hogi ke us ko na manna, us ka jo us ka muqaf hai, woh woh woh</w:t>
      </w:r>
    </w:p>
    <w:p>
      <w:pPr>
        <w:jc w:val="right"/>
      </w:pPr>
      <w:r>
        <w:t>پھر گفتگو ہوگی کہ اس کو نہ ماننا، اس کا جو اس کا موقف ہے، وہ وہ وہ</w:t>
      </w:r>
    </w:p>
    <w:p>
      <w:r>
        <w:rPr>
          <w:b/>
        </w:rPr>
        <w:t xml:space="preserve">[1:05:06] </w:t>
      </w:r>
      <w:r>
        <w:t>sahih nahi hai.</w:t>
      </w:r>
    </w:p>
    <w:p>
      <w:pPr>
        <w:jc w:val="right"/>
      </w:pPr>
      <w:r>
        <w:t>صحیح نہیں ہے۔</w:t>
      </w:r>
    </w:p>
    <w:p>
      <w:r>
        <w:rPr>
          <w:b/>
        </w:rPr>
        <w:t xml:space="preserve">[1:05:12] </w:t>
      </w:r>
      <w:r>
        <w:t>us par baat hogi.</w:t>
      </w:r>
    </w:p>
    <w:p>
      <w:pPr>
        <w:jc w:val="right"/>
      </w:pPr>
      <w:r>
        <w:t>اس پر بات ہوگی۔</w:t>
      </w:r>
    </w:p>
    <w:p>
      <w:r>
        <w:rPr>
          <w:b/>
        </w:rPr>
        <w:t xml:space="preserve">[1:05:19] </w:t>
      </w:r>
      <w:r>
        <w:t>aur ek aadmi agar quran ko manta ho to us se poocha jayega ke quran mein is</w:t>
      </w:r>
    </w:p>
    <w:p>
      <w:pPr>
        <w:jc w:val="right"/>
      </w:pPr>
      <w:r>
        <w:t>اور ایک آدمی اگر قرآن کو مانتا ہو تو اس سے پوچھا جائے گا کہ قرآن میں اس</w:t>
      </w:r>
    </w:p>
    <w:p>
      <w:r>
        <w:rPr>
          <w:b/>
        </w:rPr>
        <w:t xml:space="preserve">[1:05:26] </w:t>
      </w:r>
      <w:r>
        <w:t>ka reference kahan hai? to behal main samajhta hoon ke yeh bilkul baseless baat hai.</w:t>
      </w:r>
    </w:p>
    <w:p>
      <w:pPr>
        <w:jc w:val="right"/>
      </w:pPr>
      <w:r>
        <w:t>کا ریفرنس کہاں ہے؟ تو بہرحال میں سمجھتا ہوں کہ یہ بالکل بیسلیس بات ہے۔</w:t>
      </w:r>
    </w:p>
    <w:p>
      <w:r>
        <w:rPr>
          <w:b/>
        </w:rPr>
        <w:t xml:space="preserve">[1:05:32] </w:t>
      </w:r>
      <w:r>
        <w:t>is ki koi haqeeqat nahi hai.</w:t>
      </w:r>
    </w:p>
    <w:p>
      <w:pPr>
        <w:jc w:val="right"/>
      </w:pPr>
      <w:r>
        <w:t>اس کی کوئی حقیقت نہیں ہے۔</w:t>
      </w:r>
    </w:p>
    <w:p>
      <w:r>
        <w:rPr>
          <w:b/>
        </w:rPr>
        <w:t xml:space="preserve">[1:05:39] </w:t>
      </w:r>
      <w:r>
        <w:t>maulana, agla sawal abhi karachi se hai miss saira latif ka.</w:t>
      </w:r>
    </w:p>
    <w:p>
      <w:pPr>
        <w:jc w:val="right"/>
      </w:pPr>
      <w:r>
        <w:t>مولانا، اگلا سوال ابھی کراچی سے ہے مس سائرہ لطیف کا۔</w:t>
      </w:r>
    </w:p>
    <w:p>
      <w:r>
        <w:rPr>
          <w:b/>
        </w:rPr>
        <w:t xml:space="preserve">[1:05:46] </w:t>
      </w:r>
      <w:r>
        <w:t>unhon ne likha hai: "ek shakhs ne logon se qarz le rakha hai, baad mein woh shakhs al risala</w:t>
      </w:r>
    </w:p>
    <w:p>
      <w:pPr>
        <w:jc w:val="right"/>
      </w:pPr>
      <w:r>
        <w:t>انہوں نے لکھا ہے: "ایک شخص نے لوگوں سے قرض لے رکھا ہے، بعد میں وہ شخص الرسالہ</w:t>
      </w:r>
    </w:p>
    <w:p>
      <w:r>
        <w:rPr>
          <w:b/>
        </w:rPr>
        <w:t xml:space="preserve">[1:05:52] </w:t>
      </w:r>
      <w:r>
        <w:t>mission se wabasta ho gaya aur apni zindagi ki islaah kar li.</w:t>
      </w:r>
    </w:p>
    <w:p>
      <w:pPr>
        <w:jc w:val="right"/>
      </w:pPr>
      <w:r>
        <w:t>مشن سے وابستہ ہو گیا اور اپنی زندگی کی اصلاح کر لی۔</w:t>
      </w:r>
    </w:p>
    <w:p>
      <w:r>
        <w:rPr>
          <w:b/>
        </w:rPr>
        <w:t xml:space="preserve">[1:05:59] </w:t>
      </w:r>
      <w:r>
        <w:t>ab woh shakhs is tarah dua mangne laga: aye allah!</w:t>
      </w:r>
    </w:p>
    <w:p>
      <w:pPr>
        <w:jc w:val="right"/>
      </w:pPr>
      <w:r>
        <w:t>اب وہ شخص اس طرح دعا مانگنے لگا: اے اللہ!</w:t>
      </w:r>
    </w:p>
    <w:p>
      <w:r>
        <w:rPr>
          <w:b/>
        </w:rPr>
        <w:t xml:space="preserve">[1:06:06] </w:t>
      </w:r>
      <w:r>
        <w:t>is dunya mein mere halaat is tarah bana de aur mujhe tofeeq de ke main logon ka qarz ada karoon. Aur agar main qarz ki adaiygi se pehle mar gaya to ae Allah!</w:t>
      </w:r>
    </w:p>
    <w:p>
      <w:pPr>
        <w:jc w:val="right"/>
      </w:pPr>
      <w:r>
        <w:t>اس دنیا میں میرے حالات اس طرح بنا دے اور مجھے توفیق دے کہ میں لوگوں کا قرض ادا کروں۔ اور اگر میں قرض کی ادائیگی سے پہلے مر گیا تو اے اللہ!</w:t>
      </w:r>
    </w:p>
    <w:p>
      <w:r>
        <w:rPr>
          <w:b/>
        </w:rPr>
        <w:t xml:space="preserve">[1:06:20] </w:t>
      </w:r>
      <w:r>
        <w:t>to meri taraf se meri talafi kar dena." sawal yeh hai ke kya allah taala ek bande ki</w:t>
      </w:r>
    </w:p>
    <w:p>
      <w:pPr>
        <w:jc w:val="right"/>
      </w:pPr>
      <w:r>
        <w:t>تو میری طرف سے میری تلافی کر دینا۔" سوال یہ ہے کہ کیا اللہ تعالی ایک بندے کی</w:t>
      </w:r>
    </w:p>
    <w:p>
      <w:r>
        <w:rPr>
          <w:b/>
        </w:rPr>
        <w:t xml:space="preserve">[1:06:25] </w:t>
      </w:r>
      <w:r>
        <w:t>taraf se us ke qarz ki talafi kar dega? nahi, yeh sahih baat nahi hai.</w:t>
      </w:r>
    </w:p>
    <w:p>
      <w:pPr>
        <w:jc w:val="right"/>
      </w:pPr>
      <w:r>
        <w:t>طرف سے اس کے قرض کی تلافی کر دے گا؟ نہیں، یہ صحیح بات نہیں ہے۔</w:t>
      </w:r>
    </w:p>
    <w:p>
      <w:r>
        <w:rPr>
          <w:b/>
        </w:rPr>
        <w:t xml:space="preserve">[1:06:30] </w:t>
      </w:r>
      <w:r>
        <w:t>is qarz ki talafi sirf wohi aadmi kar sakta hai jis se aap ne qarz liya hai.</w:t>
      </w:r>
    </w:p>
    <w:p>
      <w:pPr>
        <w:jc w:val="right"/>
      </w:pPr>
      <w:r>
        <w:t>اس قرض کی تلافی صرف وہی آدمی کر سکتا ہے جس سے آپ نے قرض لیا ہے۔</w:t>
      </w:r>
    </w:p>
    <w:p>
      <w:r>
        <w:rPr>
          <w:b/>
        </w:rPr>
        <w:t xml:space="preserve">[1:06:35] </w:t>
      </w:r>
      <w:r>
        <w:t>jo log, jis aadmi ne kisi se qarz liya hai, ya to woh qarz ada kare ya us</w:t>
      </w:r>
    </w:p>
    <w:p>
      <w:pPr>
        <w:jc w:val="right"/>
      </w:pPr>
      <w:r>
        <w:t>جو لوگ، جس آدمی نے کسی سے قرض لیا ہے، یا تو وہ قرض ادا کرے یا اس</w:t>
      </w:r>
    </w:p>
    <w:p>
      <w:r>
        <w:rPr>
          <w:b/>
        </w:rPr>
        <w:t xml:space="preserve">[1:06:40] </w:t>
      </w:r>
      <w:r>
        <w:t>ko insaan ja ke kahe ke bhai maaf kar do.</w:t>
      </w:r>
    </w:p>
    <w:p>
      <w:pPr>
        <w:jc w:val="right"/>
      </w:pPr>
      <w:r>
        <w:t>کو انسان جا کے کہے کہ بھئی معاف کر دو۔</w:t>
      </w:r>
    </w:p>
    <w:p>
      <w:r>
        <w:rPr>
          <w:b/>
        </w:rPr>
        <w:t xml:space="preserve">[1:06:45] </w:t>
      </w:r>
      <w:r>
        <w:t>agar insaan, is insaan ne maaf kar diya to maaf ho jayega.</w:t>
      </w:r>
    </w:p>
    <w:p>
      <w:pPr>
        <w:jc w:val="right"/>
      </w:pPr>
      <w:r>
        <w:t>اگر انسان، اس انسان نے معاف کر دیا تو معاف ہو جائے گا۔</w:t>
      </w:r>
    </w:p>
    <w:p>
      <w:r>
        <w:rPr>
          <w:b/>
        </w:rPr>
        <w:t xml:space="preserve">[1:06:51] </w:t>
      </w:r>
      <w:r>
        <w:t>baqi is tarah ki dua jo hai, yeh sahih tareeqa nahi hai.</w:t>
      </w:r>
    </w:p>
    <w:p>
      <w:pPr>
        <w:jc w:val="right"/>
      </w:pPr>
      <w:r>
        <w:t>باقی اس طرح کی دعا جو ہے، یہ صحیح طریقہ نہیں ہے۔</w:t>
      </w:r>
    </w:p>
    <w:p>
      <w:r>
        <w:rPr>
          <w:b/>
        </w:rPr>
        <w:t xml:space="preserve">[1:06:56] </w:t>
      </w:r>
      <w:r>
        <w:t>yeh sahih tareeqa nahi hai.</w:t>
      </w:r>
    </w:p>
    <w:p>
      <w:pPr>
        <w:jc w:val="right"/>
      </w:pPr>
      <w:r>
        <w:t>یہ صحیح طریقہ نہیں ہے۔</w:t>
      </w:r>
    </w:p>
    <w:p>
      <w:r>
        <w:rPr>
          <w:b/>
        </w:rPr>
        <w:t xml:space="preserve">[1:07:01] </w:t>
      </w:r>
      <w:r>
        <w:t>qarz ke muamle mein dekhiye, yeh hai shariyat ka masla ke qarz maaf nahi hota.</w:t>
      </w:r>
    </w:p>
    <w:p>
      <w:pPr>
        <w:jc w:val="right"/>
      </w:pPr>
      <w:r>
        <w:t>قرض کے معاملے میں دیکھیے، یہ ہے شریعت کا مسئلہ کہ قرض معاف نہیں ہوتا۔</w:t>
      </w:r>
    </w:p>
    <w:p>
      <w:r>
        <w:rPr>
          <w:b/>
        </w:rPr>
        <w:t xml:space="preserve">[1:07:06] </w:t>
      </w:r>
      <w:r>
        <w:t>ya to aap qarz ada karen ya isi insaan se ja kar kahain ke bhai mein mein is</w:t>
      </w:r>
    </w:p>
    <w:p>
      <w:pPr>
        <w:jc w:val="right"/>
      </w:pPr>
      <w:r>
        <w:t>یا تو آپ قرض ادا کریں یا اسی انسان سے جا کر کہیں کہ بھئی میں میں اس</w:t>
      </w:r>
    </w:p>
    <w:p>
      <w:r>
        <w:rPr>
          <w:b/>
        </w:rPr>
        <w:t xml:space="preserve">[1:07:11] </w:t>
      </w:r>
      <w:r>
        <w:t>haal mein nahi hoon ke tum ko de sakoon qarz, to mujhe maaf kar do.</w:t>
      </w:r>
    </w:p>
    <w:p>
      <w:pPr>
        <w:jc w:val="right"/>
      </w:pPr>
      <w:r>
        <w:t>حال میں نہیں ہوں کہ تم کو دے سکوں قرض، تو مجھے معاف کر دو۔</w:t>
      </w:r>
    </w:p>
    <w:p>
      <w:r>
        <w:rPr>
          <w:b/>
        </w:rPr>
        <w:t xml:space="preserve">[1:07:17] </w:t>
      </w:r>
      <w:r>
        <w:t>dua se yeh masla khatm nahi ho sakta hai.</w:t>
      </w:r>
    </w:p>
    <w:p>
      <w:pPr>
        <w:jc w:val="right"/>
      </w:pPr>
      <w:r>
        <w:t>دعا سے یہ مسئلہ ختم نہیں ہو سکتا ہے۔</w:t>
      </w:r>
    </w:p>
    <w:p>
      <w:r>
        <w:rPr>
          <w:b/>
        </w:rPr>
        <w:t xml:space="preserve">[1:07:22] </w:t>
      </w:r>
      <w:r>
        <w:t>is insaan se miliye, is insaan se kahiye, agar woh insaan maaf kar de to maaf ho jayega.</w:t>
      </w:r>
    </w:p>
    <w:p>
      <w:pPr>
        <w:jc w:val="right"/>
      </w:pPr>
      <w:r>
        <w:t>اس انسان سے ملیے، اس انسان سے کہیے، اگر وہ انسان معاف کر دے تو معاف ہو جائے گا۔</w:t>
      </w:r>
    </w:p>
    <w:p>
      <w:r>
        <w:rPr>
          <w:b/>
        </w:rPr>
        <w:t xml:space="preserve">[1:07:27] </w:t>
      </w:r>
      <w:r>
        <w:t>maulana, agla sawal hai mister ashish tiwari ka.</w:t>
      </w:r>
    </w:p>
    <w:p>
      <w:pPr>
        <w:jc w:val="right"/>
      </w:pPr>
      <w:r>
        <w:t>مولانا، اگلا سوال ہے مسٹر عشیش تیواری کا۔</w:t>
      </w:r>
    </w:p>
    <w:p>
      <w:r>
        <w:rPr>
          <w:b/>
        </w:rPr>
        <w:t xml:space="preserve">[1:07:32] </w:t>
      </w:r>
      <w:r>
        <w:t>unho ne kanpur se likha hai.</w:t>
      </w:r>
    </w:p>
    <w:p>
      <w:pPr>
        <w:jc w:val="right"/>
      </w:pPr>
      <w:r>
        <w:t>انہوں نے کانپور سے لکھا ہے۔</w:t>
      </w:r>
    </w:p>
    <w:p>
      <w:r>
        <w:rPr>
          <w:b/>
        </w:rPr>
        <w:t xml:space="preserve">[1:07:37] </w:t>
      </w:r>
      <w:r>
        <w:t>unho ne sawal mein yeh likha hai: "maulana!</w:t>
      </w:r>
    </w:p>
    <w:p>
      <w:pPr>
        <w:jc w:val="right"/>
      </w:pPr>
      <w:r>
        <w:t>انہوں نے سوال میں یہ لکھا ہے: "مولانا!</w:t>
      </w:r>
    </w:p>
    <w:p>
      <w:r>
        <w:rPr>
          <w:b/>
        </w:rPr>
        <w:t xml:space="preserve">[1:07:43] </w:t>
      </w:r>
      <w:r>
        <w:t>کہ man is a spiritual being undergoing a brief material experience.</w:t>
      </w:r>
    </w:p>
    <w:p>
      <w:pPr>
        <w:jc w:val="right"/>
      </w:pPr>
      <w:r>
        <w:t>کہ مین از ا سپریچول بینگ انڈر گوئنگ ا بریف مٹیریل ایکسپیرینس۔</w:t>
      </w:r>
    </w:p>
    <w:p>
      <w:r>
        <w:rPr>
          <w:b/>
        </w:rPr>
        <w:t xml:space="preserve">[1:07:48] </w:t>
      </w:r>
      <w:r>
        <w:t>He lives his life in a material bubble, considers himself the owner of the bubble and makes</w:t>
      </w:r>
    </w:p>
    <w:p>
      <w:pPr>
        <w:jc w:val="right"/>
      </w:pPr>
      <w:r>
        <w:t>ہی لیوز ہز لائف ان ا مٹیریل ببل، کنسیڈرز ہم سیلف دی اونر اف دا ببل اینڈ میکس</w:t>
      </w:r>
    </w:p>
    <w:p>
      <w:r>
        <w:rPr>
          <w:b/>
        </w:rPr>
        <w:t xml:space="preserve">[1:07:54] </w:t>
      </w:r>
      <w:r>
        <w:t>long term plans.</w:t>
      </w:r>
    </w:p>
    <w:p>
      <w:pPr>
        <w:jc w:val="right"/>
      </w:pPr>
      <w:r>
        <w:t>لانگ ٹرم پلانز۔</w:t>
      </w:r>
    </w:p>
    <w:p>
      <w:r>
        <w:rPr>
          <w:b/>
        </w:rPr>
        <w:t xml:space="preserve">[1:07:59] </w:t>
      </w:r>
      <w:r>
        <w:t>But the day the bubble burst, he is confronted with the reality of life.</w:t>
      </w:r>
    </w:p>
    <w:p>
      <w:pPr>
        <w:jc w:val="right"/>
      </w:pPr>
      <w:r>
        <w:t>بٹ دا ڈے دا ببل برسٹ، ہی از کنفرنٹڈ ود دا ریلیٹی اف لائف۔</w:t>
      </w:r>
    </w:p>
    <w:p>
      <w:r>
        <w:rPr>
          <w:b/>
        </w:rPr>
        <w:t xml:space="preserve">[1:08:05] </w:t>
      </w:r>
      <w:r>
        <w:t>My question is: Why are so few people aware of the temporary and uncertain nature of life? Why</w:t>
      </w:r>
    </w:p>
    <w:p>
      <w:pPr>
        <w:jc w:val="right"/>
      </w:pPr>
      <w:r>
        <w:t>مائی کوئسچن از: وائی آر سو فیو پیپل اویر اف دا ٹیمپرری اینڈ انسرٹین نیچر اف لائف؟ وائی</w:t>
      </w:r>
    </w:p>
    <w:p>
      <w:r>
        <w:rPr>
          <w:b/>
        </w:rPr>
        <w:t xml:space="preserve">[1:08:11] </w:t>
      </w:r>
      <w:r>
        <w:t>such forgetfulness in this age of information?" consistently question ka Maulana, woh wahi pooch rahe hain ke</w:t>
      </w:r>
    </w:p>
    <w:p>
      <w:pPr>
        <w:jc w:val="right"/>
      </w:pPr>
      <w:r>
        <w:t>سچ فورگیٹ فلنس ان دس ایج اف انفارمیشن؟" کنسیسٹنٹلی کوئسچن کا مولانا، وہ وہی پوچھ رہے ہیں کہ</w:t>
      </w:r>
    </w:p>
    <w:p>
      <w:r>
        <w:rPr>
          <w:b/>
        </w:rPr>
        <w:t xml:space="preserve">[1:08:16] </w:t>
      </w:r>
      <w:r>
        <w:t>Ah, jo material experience jo insan mehsoos karta hai, woh temporary hai lekin woh is cheez ko Maulana</w:t>
      </w:r>
    </w:p>
    <w:p>
      <w:pPr>
        <w:jc w:val="right"/>
      </w:pPr>
      <w:r>
        <w:t>اہ جو مٹیریل ایکسپیرینس جو انسان محسوس کرتا ہے، وہ ٹیمپرری ہے لیکن وہ اس چیز کو مولانا</w:t>
      </w:r>
    </w:p>
    <w:p>
      <w:r>
        <w:rPr>
          <w:b/>
        </w:rPr>
        <w:t xml:space="preserve">[1:08:22] </w:t>
      </w:r>
      <w:r>
        <w:t>understand nahi kar pata aaj ki information age pe.</w:t>
      </w:r>
    </w:p>
    <w:p>
      <w:pPr>
        <w:jc w:val="right"/>
      </w:pPr>
      <w:r>
        <w:t>انڈرسٹینڈ نہیں کر پاتا آج کی انفارمیشن ایج پہ۔</w:t>
      </w:r>
    </w:p>
    <w:p>
      <w:r>
        <w:rPr>
          <w:b/>
        </w:rPr>
        <w:t xml:space="preserve">[1:08:28] </w:t>
      </w:r>
      <w:r>
        <w:t>to aisa kyun hai ke insaan is cheez ko nahin samajh pata ke marne ke baad jo reality</w:t>
      </w:r>
    </w:p>
    <w:p>
      <w:pPr>
        <w:jc w:val="right"/>
      </w:pPr>
      <w:r>
        <w:t>تو ایسا کیوں ہے کہ انسان اس چیز کو نہیں سمجھ پاتا کہ مرنے کے بعد جو ریلیٹی</w:t>
      </w:r>
    </w:p>
    <w:p>
      <w:r>
        <w:rPr>
          <w:b/>
        </w:rPr>
        <w:t xml:space="preserve">[1:08:33] </w:t>
      </w:r>
      <w:r>
        <w:t>of life hai, us ke saamne aane wali hai aur woh isi mein mubtala rehta hai? is ka</w:t>
      </w:r>
    </w:p>
    <w:p>
      <w:pPr>
        <w:jc w:val="right"/>
      </w:pPr>
      <w:r>
        <w:t>اف لائف ہے، اس کے سامنے آنے والی ہے اور وہ اسی میں مبتلا رہتا ہے؟ اس کا</w:t>
      </w:r>
    </w:p>
    <w:p>
      <w:r>
        <w:rPr>
          <w:b/>
        </w:rPr>
        <w:t xml:space="preserve">[1:08:39] </w:t>
      </w:r>
      <w:r>
        <w:t>information age se koi talluq to waise mein nahin aaya.</w:t>
      </w:r>
    </w:p>
    <w:p>
      <w:pPr>
        <w:jc w:val="right"/>
      </w:pPr>
      <w:r>
        <w:t>انفارمیشن ایج سے کوئی تعلق تو ویسے میں نہیں آیا۔</w:t>
      </w:r>
    </w:p>
    <w:p>
      <w:r>
        <w:rPr>
          <w:b/>
        </w:rPr>
        <w:t xml:space="preserve">[1:08:45] </w:t>
      </w:r>
      <w:r>
        <w:t>is ka talluq sirf is baat se hai ke jo cheez dikhai deti hai, jis ka hum foran</w:t>
      </w:r>
    </w:p>
    <w:p>
      <w:pPr>
        <w:jc w:val="right"/>
      </w:pPr>
      <w:r>
        <w:t>اس کا تعلق صرف اس بات سے ہے کہ جو چیز دکھائی دیتی ہے، جس کا ہم فوراً</w:t>
      </w:r>
    </w:p>
    <w:p>
      <w:r>
        <w:rPr>
          <w:b/>
        </w:rPr>
        <w:t xml:space="preserve">[1:08:50] </w:t>
      </w:r>
      <w:r>
        <w:t>experience karte hain, woh aadmi ki jald pakad leta hai is baat ko.</w:t>
      </w:r>
    </w:p>
    <w:p>
      <w:pPr>
        <w:jc w:val="right"/>
      </w:pPr>
      <w:r>
        <w:t>ایکسپیرینس کرتے ہیں، وہ آدمی کی جلد پکڑ لیتا ہے اس بات کو۔</w:t>
      </w:r>
    </w:p>
    <w:p>
      <w:r>
        <w:rPr>
          <w:b/>
        </w:rPr>
        <w:t xml:space="preserve">[1:08:56] </w:t>
      </w:r>
      <w:r>
        <w:t>aur jo cheez soch ke janna hota hai, jo hidden hai, jo discovery kar ke pata hoti hai,</w:t>
      </w:r>
    </w:p>
    <w:p>
      <w:pPr>
        <w:jc w:val="right"/>
      </w:pPr>
      <w:r>
        <w:t>اور جو چیز سوچ کے جاننا ہوتا ہے، جو ہڈن ہے، جو ڈسکوری کر کے پتہ ہوتی ہے،</w:t>
      </w:r>
    </w:p>
    <w:p>
      <w:r>
        <w:rPr>
          <w:b/>
        </w:rPr>
        <w:t xml:space="preserve">[1:09:01] </w:t>
      </w:r>
      <w:r>
        <w:t>us se log bekhabar rehte hain.</w:t>
      </w:r>
    </w:p>
    <w:p>
      <w:pPr>
        <w:jc w:val="right"/>
      </w:pPr>
      <w:r>
        <w:t>اس سے لوگ بے خبر رہتے ہیں۔</w:t>
      </w:r>
    </w:p>
    <w:p>
      <w:r>
        <w:rPr>
          <w:b/>
        </w:rPr>
        <w:t xml:space="preserve">[1:09:07] </w:t>
      </w:r>
      <w:r>
        <w:t>to quran mein jo hai ke yalamoon zaahir min al-hayat dunya mein ke zaahir hai jo dikhai deta</w:t>
      </w:r>
    </w:p>
    <w:p>
      <w:pPr>
        <w:jc w:val="right"/>
      </w:pPr>
      <w:r>
        <w:t>تو قرآن میں جو ہے کہ یعلمون ظاہر من الحیات دنیا میں کہ ظاہر ہے جو دکھائی دیتا</w:t>
      </w:r>
    </w:p>
    <w:p>
      <w:r>
        <w:rPr>
          <w:b/>
        </w:rPr>
        <w:t xml:space="preserve">[1:09:13] </w:t>
      </w:r>
      <w:r>
        <w:t>hai, jo observable hai, us us mein phanse rehte hain log.</w:t>
      </w:r>
    </w:p>
    <w:p>
      <w:pPr>
        <w:jc w:val="right"/>
      </w:pPr>
      <w:r>
        <w:t>ہے، جو ابزوربل ہے، اس اس میں پھنسے رہتے ہیں لوگ۔</w:t>
      </w:r>
    </w:p>
    <w:p>
      <w:r>
        <w:rPr>
          <w:b/>
        </w:rPr>
        <w:t xml:space="preserve">[1:09:18] </w:t>
      </w:r>
      <w:r>
        <w:t>aur doosri cheez jo soch kar janne wali hai, to chunke aap dimagh ko istemal nahin karte, is</w:t>
      </w:r>
    </w:p>
    <w:p>
      <w:pPr>
        <w:jc w:val="right"/>
      </w:pPr>
      <w:r>
        <w:t>اور دوسری چیز جو سوچ کر جاننے والی ہے، تو چونکہ آپ دماغ کو استعمال نہیں کرتے، اس</w:t>
      </w:r>
    </w:p>
    <w:p>
      <w:r>
        <w:rPr>
          <w:b/>
        </w:rPr>
        <w:t xml:space="preserve">[1:09:24] </w:t>
      </w:r>
      <w:r>
        <w:t>se bekhabar rehte hain woh.</w:t>
      </w:r>
    </w:p>
    <w:p>
      <w:pPr>
        <w:jc w:val="right"/>
      </w:pPr>
      <w:r>
        <w:t>سے بے خبر رہتے ہیں وہ۔</w:t>
      </w:r>
    </w:p>
    <w:p>
      <w:r>
        <w:rPr>
          <w:b/>
        </w:rPr>
        <w:t xml:space="preserve">[1:09:30] </w:t>
      </w:r>
      <w:r>
        <w:t>yeh mujhe samajh mein aa gaya.</w:t>
      </w:r>
    </w:p>
    <w:p>
      <w:pPr>
        <w:jc w:val="right"/>
      </w:pPr>
      <w:r>
        <w:t>یہ مجھے سمجھ میں آ گیا۔</w:t>
      </w:r>
    </w:p>
    <w:p>
      <w:r>
        <w:rPr>
          <w:b/>
        </w:rPr>
        <w:t xml:space="preserve">[1:09:35] </w:t>
      </w:r>
      <w:r>
        <w:t>maulana, agla sawal dilli se hai mr mazhar sahab ka.</w:t>
      </w:r>
    </w:p>
    <w:p>
      <w:pPr>
        <w:jc w:val="right"/>
      </w:pPr>
      <w:r>
        <w:t>مولانا، اگلا سوال دلی سے ہے مسٹر مظہر صاحب کا۔</w:t>
      </w:r>
    </w:p>
    <w:p>
      <w:r>
        <w:rPr>
          <w:b/>
        </w:rPr>
        <w:t xml:space="preserve">[1:09:41] </w:t>
      </w:r>
      <w:r>
        <w:t>unho ne likha hai: "maulana!</w:t>
      </w:r>
    </w:p>
    <w:p>
      <w:pPr>
        <w:jc w:val="right"/>
      </w:pPr>
      <w:r>
        <w:t>انہوں نے لکھا ہے: "مولانا!</w:t>
      </w:r>
    </w:p>
    <w:p>
      <w:r>
        <w:rPr>
          <w:b/>
        </w:rPr>
        <w:t xml:space="preserve">[1:09:47] </w:t>
      </w:r>
      <w:r>
        <w:t>shirk ki bari qismein qismein to hum sabhi jante hain aur un se bach bhi jaate hain, lekin</w:t>
      </w:r>
    </w:p>
    <w:p>
      <w:pPr>
        <w:jc w:val="right"/>
      </w:pPr>
      <w:r>
        <w:t>شرک کی بڑی قسمیں قسمیں تو ہم سبھی جانتے ہیں اور ان سے بچ بھی جاتے ہیں، لیکن</w:t>
      </w:r>
    </w:p>
    <w:p>
      <w:r>
        <w:rPr>
          <w:b/>
        </w:rPr>
        <w:t xml:space="preserve">[1:09:52] </w:t>
      </w:r>
      <w:r>
        <w:t>shirk ki kya koi aisi qism bhi hai jo hum log samajh nahin paate aur jaane anjaane mein</w:t>
      </w:r>
    </w:p>
    <w:p>
      <w:pPr>
        <w:jc w:val="right"/>
      </w:pPr>
      <w:r>
        <w:t>شرک کی کیا کوئی ایسی قسم بھی ہے جو ہم لوگ سمجھ نہیں پاتے اور جانے انجانے میں</w:t>
      </w:r>
    </w:p>
    <w:p>
      <w:r>
        <w:rPr>
          <w:b/>
        </w:rPr>
        <w:t xml:space="preserve">[1:09:58] </w:t>
      </w:r>
      <w:r>
        <w:t>shirk mein mubtala ho jaate hain? shirk ki woh chhoti qismein bataiye jo aam aadmi samajh nahin pata</w:t>
      </w:r>
    </w:p>
    <w:p>
      <w:pPr>
        <w:jc w:val="right"/>
      </w:pPr>
      <w:r>
        <w:t>شرک میں مبتلا ہو جاتے ہیں؟ شرک کی وہ چھوٹی قسمیں بتائیے جو عام آدمی سمجھ نہیں پاتا</w:t>
      </w:r>
    </w:p>
    <w:p>
      <w:r>
        <w:rPr>
          <w:b/>
        </w:rPr>
        <w:t xml:space="preserve">[1:10:04] </w:t>
      </w:r>
      <w:r>
        <w:t>aur un se kaise bacha jaye?" dekhiye, ulama ne yeh likha hai ke ek hai shirk khafi, ek</w:t>
      </w:r>
    </w:p>
    <w:p>
      <w:pPr>
        <w:jc w:val="right"/>
      </w:pPr>
      <w:r>
        <w:t>اور ان سے کیسے بچا جائے؟" دیکھیے، علماء نے یہ لکھا ہے کہ ایک ہے شرک خفی، ایک</w:t>
      </w:r>
    </w:p>
    <w:p>
      <w:r>
        <w:rPr>
          <w:b/>
        </w:rPr>
        <w:t xml:space="preserve">[1:10:10] </w:t>
      </w:r>
      <w:r>
        <w:t>hai shirk jali.</w:t>
      </w:r>
    </w:p>
    <w:p>
      <w:pPr>
        <w:jc w:val="right"/>
      </w:pPr>
      <w:r>
        <w:t>ہے شرک جلی۔</w:t>
      </w:r>
    </w:p>
    <w:p>
      <w:r>
        <w:rPr>
          <w:b/>
        </w:rPr>
        <w:t xml:space="preserve">[1:10:16] </w:t>
      </w:r>
      <w:r>
        <w:t>to shirk jali jaise ke but poojna hai, woh shirk jali hai.</w:t>
      </w:r>
    </w:p>
    <w:p>
      <w:pPr>
        <w:jc w:val="right"/>
      </w:pPr>
      <w:r>
        <w:t>تو شرک جلی جیسے کہ بت پوجنا ہے، وہ شرک جلی ہے۔</w:t>
      </w:r>
    </w:p>
    <w:p>
      <w:r>
        <w:rPr>
          <w:b/>
        </w:rPr>
        <w:t xml:space="preserve">[1:10:22] </w:t>
      </w:r>
      <w:r>
        <w:t>to aadmi foran samajh leta hai.</w:t>
      </w:r>
    </w:p>
    <w:p>
      <w:pPr>
        <w:jc w:val="right"/>
      </w:pPr>
      <w:r>
        <w:t>تو آدمی فوراً سمجھ لیتا ہے۔</w:t>
      </w:r>
    </w:p>
    <w:p>
      <w:r>
        <w:rPr>
          <w:b/>
        </w:rPr>
        <w:t xml:space="preserve">[1:10:28] </w:t>
      </w:r>
      <w:r>
        <w:t>shirk khafi yeh hai ke ke woh is tarah dikhai na de jaise but dikha deta hai, lekin</w:t>
      </w:r>
    </w:p>
    <w:p>
      <w:pPr>
        <w:jc w:val="right"/>
      </w:pPr>
      <w:r>
        <w:t>شرک خفی یہ ہے کہ کہ وہ اس طرح دکھائی نہ دے جیسے بت دکھا دیتا ہے، لیکن</w:t>
      </w:r>
    </w:p>
    <w:p>
      <w:r>
        <w:rPr>
          <w:b/>
        </w:rPr>
        <w:t xml:space="preserve">[1:10:34] </w:t>
      </w:r>
      <w:r>
        <w:t>amalana woh isi ke ham ma'ni ho.</w:t>
      </w:r>
    </w:p>
    <w:p>
      <w:pPr>
        <w:jc w:val="right"/>
      </w:pPr>
      <w:r>
        <w:t>عملاً وہ اسی کے ہم معنی ہو۔</w:t>
      </w:r>
    </w:p>
    <w:p>
      <w:r>
        <w:rPr>
          <w:b/>
        </w:rPr>
        <w:t xml:space="preserve">[1:10:40] </w:t>
      </w:r>
      <w:r>
        <w:t>kyunke asal cheez jo hai, dekhiye, aap ka ya'ni kisi cheez ko concern banana, kisi se bohat affection</w:t>
      </w:r>
    </w:p>
    <w:p>
      <w:pPr>
        <w:jc w:val="right"/>
      </w:pPr>
      <w:r>
        <w:t>کیونکہ اصل چیز جو ہے، دیکھیے، آپ کا یعنی کسی چیز کو کنسرن بنانا، کسی سے بہت افیکشن</w:t>
      </w:r>
    </w:p>
    <w:p>
      <w:r>
        <w:rPr>
          <w:b/>
        </w:rPr>
        <w:t xml:space="preserve">[1:10:46] </w:t>
      </w:r>
      <w:r>
        <w:t>hona, kisi se bohat ziyada aap ka attachment ho jaye, to other than God is qism ka ta'alluq</w:t>
      </w:r>
    </w:p>
    <w:p>
      <w:pPr>
        <w:jc w:val="right"/>
      </w:pPr>
      <w:r>
        <w:t>ہونا، کسی سے بہت زیادہ آپ کا اٹیچمنٹ ہو جائے، تو ادر دین گاڈ اس قسم کا تعلق</w:t>
      </w:r>
    </w:p>
    <w:p>
      <w:r>
        <w:rPr>
          <w:b/>
        </w:rPr>
        <w:t xml:space="preserve">[1:10:52] </w:t>
      </w:r>
      <w:r>
        <w:t>kisi ke liye bhi jaiz nahi hai.</w:t>
      </w:r>
    </w:p>
    <w:p>
      <w:pPr>
        <w:jc w:val="right"/>
      </w:pPr>
      <w:r>
        <w:t>کسی کے لیے بھی جائز نہیں ہے۔</w:t>
      </w:r>
    </w:p>
    <w:p>
      <w:r>
        <w:rPr>
          <w:b/>
        </w:rPr>
        <w:t xml:space="preserve">[1:10:58] </w:t>
      </w:r>
      <w:r>
        <w:t>quran mein aaya hai, dekhiye: afrait mein ta'khudh ilaha hawa ya'ni apni khwahish ko is ne ilah bana diya.</w:t>
      </w:r>
    </w:p>
    <w:p>
      <w:pPr>
        <w:jc w:val="right"/>
      </w:pPr>
      <w:r>
        <w:t>قرآن میں آیا ہے، دیکھیے: افرائط میں تخذ الہ ہوا یعنی اپنی خواہش کو اس نے الہ بنا دیا۔</w:t>
      </w:r>
    </w:p>
    <w:p>
      <w:r>
        <w:rPr>
          <w:b/>
        </w:rPr>
        <w:t xml:space="preserve">[1:11:04] </w:t>
      </w:r>
      <w:r>
        <w:t>goya ke apni khwahish ke ma'amle pe aadmi mushrik ban sakta hai.</w:t>
      </w:r>
    </w:p>
    <w:p>
      <w:pPr>
        <w:jc w:val="right"/>
      </w:pPr>
      <w:r>
        <w:t>گویا کہ اپنی خواہش کے معاملے پہ آدمی مشرک بن سکتا ہے۔</w:t>
      </w:r>
    </w:p>
    <w:p>
      <w:r>
        <w:rPr>
          <w:b/>
        </w:rPr>
        <w:t xml:space="preserve">[1:11:10] </w:t>
      </w:r>
      <w:r>
        <w:t>to kaise? bas khwahish ke peeche daud raha hai, jo khwahish chahti hai, wahi kar raha hai.</w:t>
      </w:r>
    </w:p>
    <w:p>
      <w:pPr>
        <w:jc w:val="right"/>
      </w:pPr>
      <w:r>
        <w:t>تو کیسے؟ بس خواہش کے پیچھے دوڑ رہا ہے، جو خواہش چاہتی ہے، وہی کر رہا ہے۔</w:t>
      </w:r>
    </w:p>
    <w:p>
      <w:r>
        <w:rPr>
          <w:b/>
        </w:rPr>
        <w:t xml:space="preserve">[1:11:16] </w:t>
      </w:r>
      <w:r>
        <w:t>to is ne kaha: "is khwahish hi ko aap ne concern bana liya." to yahan par aap dekhiye</w:t>
      </w:r>
    </w:p>
    <w:p>
      <w:pPr>
        <w:jc w:val="right"/>
      </w:pPr>
      <w:r>
        <w:t>تو اس نے کہا: "اس خواہش ہی کو آپ نے کنسرن بنا لیا۔" تو یہاں پر آپ دیکھیے</w:t>
      </w:r>
    </w:p>
    <w:p>
      <w:r>
        <w:rPr>
          <w:b/>
        </w:rPr>
        <w:t xml:space="preserve">[1:11:22] </w:t>
      </w:r>
      <w:r>
        <w:t>ke khwahish to koi but ki tarah ki cheez hai nahi, koi dikhai dene wali cheez nahi, lekin</w:t>
      </w:r>
    </w:p>
    <w:p>
      <w:pPr>
        <w:jc w:val="right"/>
      </w:pPr>
      <w:r>
        <w:t>کہ خواہش تو کوئی بت کی طرح کی چیز ہے نہیں، کوئی دکھائی دینے والی چیز نہیں، لیکن</w:t>
      </w:r>
    </w:p>
    <w:p>
      <w:r>
        <w:rPr>
          <w:b/>
        </w:rPr>
        <w:t xml:space="preserve">[1:11:28] </w:t>
      </w:r>
      <w:r>
        <w:t>khwahish ke peeche chalne ko bhi Allah taala ne farmaya ke yeh ilah banana hai is ko.</w:t>
      </w:r>
    </w:p>
    <w:p>
      <w:pPr>
        <w:jc w:val="right"/>
      </w:pPr>
      <w:r>
        <w:t>خواہش کے پیچھے چلنے کو بھی اللہ تعالی نے فرمایا کہ یہ الہ بنانا ہے اس کو۔</w:t>
      </w:r>
    </w:p>
    <w:p>
      <w:r>
        <w:rPr>
          <w:b/>
        </w:rPr>
        <w:t xml:space="preserve">[1:11:34] </w:t>
      </w:r>
      <w:r>
        <w:t>to is ka hal sirf yeh hai ke aadmi hairaan sochta rahe.</w:t>
      </w:r>
    </w:p>
    <w:p>
      <w:pPr>
        <w:jc w:val="right"/>
      </w:pPr>
      <w:r>
        <w:t>تو اس کا حل صرف یہ ہے کہ آدمی حیران سوچتا رہے۔</w:t>
      </w:r>
    </w:p>
    <w:p>
      <w:r>
        <w:rPr>
          <w:b/>
        </w:rPr>
        <w:t xml:space="preserve">[1:11:40] </w:t>
      </w:r>
      <w:r>
        <w:t>kyunke ke quran mein hai ke "illa limam" ya'ni miss.</w:t>
      </w:r>
    </w:p>
    <w:p>
      <w:pPr>
        <w:jc w:val="right"/>
      </w:pPr>
      <w:r>
        <w:t>کیونکہ کہ قرآن میں ہے کہ "الا لمم" یعنی مس۔</w:t>
      </w:r>
    </w:p>
    <w:p>
      <w:r>
        <w:rPr>
          <w:b/>
        </w:rPr>
        <w:t xml:space="preserve">[1:11:46] </w:t>
      </w:r>
      <w:r>
        <w:t>limam ka matlab hai miss karna, ya'ni chho jana.</w:t>
      </w:r>
    </w:p>
    <w:p>
      <w:pPr>
        <w:jc w:val="right"/>
      </w:pPr>
      <w:r>
        <w:t>لمم کا مطلب ہے مس کرنا، یعنی چھو جانا۔</w:t>
      </w:r>
    </w:p>
    <w:p>
      <w:r>
        <w:rPr>
          <w:b/>
        </w:rPr>
        <w:t xml:space="preserve">[1:11:52] </w:t>
      </w:r>
      <w:r>
        <w:t>to aadmi ghaltiyan karega, lekin foran is ko tauba karna chahiye.</w:t>
      </w:r>
    </w:p>
    <w:p>
      <w:pPr>
        <w:jc w:val="right"/>
      </w:pPr>
      <w:r>
        <w:t>تو آدمی غلطیاں کرے گا، لیکن فوراً اس کو توبہ کرنا چاہیے۔</w:t>
      </w:r>
    </w:p>
    <w:p>
      <w:r>
        <w:rPr>
          <w:b/>
        </w:rPr>
        <w:t xml:space="preserve">[1:11:58] </w:t>
      </w:r>
      <w:r>
        <w:t>to asal jo ideal halat jo hai, woh yeh hai ke aadmi shirk khafi se bacha hua ho,</w:t>
      </w:r>
    </w:p>
    <w:p>
      <w:pPr>
        <w:jc w:val="right"/>
      </w:pPr>
      <w:r>
        <w:t>تو اصل جو آئیڈیل حالت جو ہے، وہ یہ ہے کہ آدمی شرک خفی سے بچا ہوا ہو،</w:t>
      </w:r>
    </w:p>
    <w:p>
      <w:r>
        <w:rPr>
          <w:b/>
        </w:rPr>
        <w:t xml:space="preserve">[1:12:04] </w:t>
      </w:r>
      <w:r>
        <w:t>shirk jali se bacha hua ho.</w:t>
      </w:r>
    </w:p>
    <w:p>
      <w:pPr>
        <w:jc w:val="right"/>
      </w:pPr>
      <w:r>
        <w:t>شرک جلی سے بچا ہوا ہو۔</w:t>
      </w:r>
    </w:p>
    <w:p>
      <w:r>
        <w:rPr>
          <w:b/>
        </w:rPr>
        <w:t xml:space="preserve">[1:12:10] </w:t>
      </w:r>
      <w:r>
        <w:t>lekin agar is se koi kotahi ho jati hai to foran is ke andar repentance aana chahiye aur</w:t>
      </w:r>
    </w:p>
    <w:p>
      <w:pPr>
        <w:jc w:val="right"/>
      </w:pPr>
      <w:r>
        <w:t>لیکن اگر اس سے کوئی کوتاہی ہو جاتی ہے تو فوراً اس کے اندر ریپنڈنس آنا چاہیے اور</w:t>
      </w:r>
    </w:p>
    <w:p>
      <w:r>
        <w:rPr>
          <w:b/>
        </w:rPr>
        <w:t xml:space="preserve">[1:12:16] </w:t>
      </w:r>
      <w:r>
        <w:t>maafi mangna chahiye.</w:t>
      </w:r>
    </w:p>
    <w:p>
      <w:pPr>
        <w:jc w:val="right"/>
      </w:pPr>
      <w:r>
        <w:t>معافی مانگنا چاہیے۔</w:t>
      </w:r>
    </w:p>
    <w:p>
      <w:r>
        <w:rPr>
          <w:b/>
        </w:rPr>
        <w:t xml:space="preserve">[1:12:22] </w:t>
      </w:r>
      <w:r>
        <w:t>to phir Allah taala is ki tauba qabool kar lega aur is ko dobara qabool farmaye ga.</w:t>
      </w:r>
    </w:p>
    <w:p>
      <w:pPr>
        <w:jc w:val="right"/>
      </w:pPr>
      <w:r>
        <w:t>تو پھر اللہ تعالی اس کی توبہ قبول کر لے گا اور اس کو دوبارہ قبول فرمائے گا۔</w:t>
      </w:r>
    </w:p>
    <w:p>
      <w:r>
        <w:rPr>
          <w:b/>
        </w:rPr>
        <w:t xml:space="preserve">[1:12:28] </w:t>
      </w:r>
      <w:r>
        <w:t>to shirk khafi ka matlab yeh hai ke woh cheez jo dekhne mein but jaisi na ho, lekin</w:t>
      </w:r>
    </w:p>
    <w:p>
      <w:pPr>
        <w:jc w:val="right"/>
      </w:pPr>
      <w:r>
        <w:t>تو شرک خفی کا مطلب یہ ہے کہ وہ چیز جو دیکھنے میں بت جیسی نہ ہو، لیکن</w:t>
      </w:r>
    </w:p>
    <w:p>
      <w:r>
        <w:rPr>
          <w:b/>
        </w:rPr>
        <w:t xml:space="preserve">[1:12:34] </w:t>
      </w:r>
      <w:r>
        <w:t>apni کیفیت ke etibar se is ke andar wahi jazbat hon ke ab woh kisi aur cheez ko</w:t>
      </w:r>
    </w:p>
    <w:p>
      <w:pPr>
        <w:jc w:val="right"/>
      </w:pPr>
      <w:r>
        <w:t>اپنی کیفیت کے اعتبار سے اس کے اندر وہی جذبات ہوں کہ اب وہ کسی اور چیز کو</w:t>
      </w:r>
    </w:p>
    <w:p>
      <w:r>
        <w:rPr>
          <w:b/>
        </w:rPr>
        <w:t xml:space="preserve">[1:12:40] </w:t>
      </w:r>
      <w:r>
        <w:t>aap ne bohat ziyada apna concern bana rakha hai, bohat ziyada attachment hai is se aap ko, hai</w:t>
      </w:r>
    </w:p>
    <w:p>
      <w:pPr>
        <w:jc w:val="right"/>
      </w:pPr>
      <w:r>
        <w:t>آپ نے بہت زیادہ اپنا کنسرن بنا رکھا ہے، بہت زیادہ اٹیچمنٹ ہے اس سے آپ کو، ہے</w:t>
      </w:r>
    </w:p>
    <w:p>
      <w:r>
        <w:rPr>
          <w:b/>
        </w:rPr>
        <w:t xml:space="preserve">[1:12:46] </w:t>
      </w:r>
      <w:r>
        <w:t>is se aap ko is tarah affection ho gaya hai.</w:t>
      </w:r>
    </w:p>
    <w:p>
      <w:pPr>
        <w:jc w:val="right"/>
      </w:pPr>
      <w:r>
        <w:t>اس سے آپ کو اس طرح افیکشن ہو گیا ہے۔</w:t>
      </w:r>
    </w:p>
    <w:p>
      <w:r>
        <w:rPr>
          <w:b/>
        </w:rPr>
        <w:t xml:space="preserve">[1:12:52] </w:t>
      </w:r>
      <w:r>
        <w:t>to yeh sab, yeh sab cheezein sirf Allah ke liye hain, kisi aur ke liye nahi hain.</w:t>
      </w:r>
    </w:p>
    <w:p>
      <w:pPr>
        <w:jc w:val="right"/>
      </w:pPr>
      <w:r>
        <w:t>تو یہ سب، یہ سب چیزیں صرف اللہ کے لیے ہیں، کسی اور کے لیے نہیں ہیں۔</w:t>
      </w:r>
    </w:p>
    <w:p>
      <w:r>
        <w:rPr>
          <w:b/>
        </w:rPr>
        <w:t xml:space="preserve">[1:12:58] </w:t>
      </w:r>
      <w:r>
        <w:t>jab aadmi in cheezon ko Allah ke siwa kisi aur ke liye kare to phir woh shirk khafi,</w:t>
      </w:r>
    </w:p>
    <w:p>
      <w:pPr>
        <w:jc w:val="right"/>
      </w:pPr>
      <w:r>
        <w:t>جب آدمی ان چیزوں کو اللہ کے سوا کسی اور کے لیے کرے تو پھر وہ شرک خفی،</w:t>
      </w:r>
    </w:p>
    <w:p>
      <w:r>
        <w:rPr>
          <w:b/>
        </w:rPr>
        <w:t xml:space="preserve">[1:13:04] </w:t>
      </w:r>
      <w:r>
        <w:t>shirk jali use kehte hain.</w:t>
      </w:r>
    </w:p>
    <w:p>
      <w:pPr>
        <w:jc w:val="right"/>
      </w:pPr>
      <w:r>
        <w:t>شرک جلی اسے کہتے ہیں۔</w:t>
      </w:r>
    </w:p>
    <w:p>
      <w:r>
        <w:rPr>
          <w:b/>
        </w:rPr>
        <w:t xml:space="preserve">[1:13:10] </w:t>
      </w:r>
      <w:r>
        <w:t>nahi, shirk khafi use kehte hain. shirk khafi.</w:t>
      </w:r>
    </w:p>
    <w:p>
      <w:pPr>
        <w:jc w:val="right"/>
      </w:pPr>
      <w:r>
        <w:t>نہیں، شرک خفی اسے کہتے ہیں۔ شرک خفی۔</w:t>
      </w:r>
    </w:p>
    <w:p>
      <w:r>
        <w:rPr>
          <w:b/>
        </w:rPr>
        <w:t xml:space="preserve">[1:13:16] </w:t>
      </w:r>
      <w:r>
        <w:t>maulana, agla sawal raipur se hai mr idrees sahab ka.</w:t>
      </w:r>
    </w:p>
    <w:p>
      <w:pPr>
        <w:jc w:val="right"/>
      </w:pPr>
      <w:r>
        <w:t>مولانا، اگلا سوال رائے پور سے ہے مسٹر ادریس صاحب کا۔</w:t>
      </w:r>
    </w:p>
    <w:p>
      <w:r>
        <w:rPr>
          <w:b/>
        </w:rPr>
        <w:t xml:space="preserve">[1:13:22] </w:t>
      </w:r>
      <w:r>
        <w:t>انہوں نے لکھا ہے: "Personality is a term of modern language.</w:t>
      </w:r>
    </w:p>
    <w:p>
      <w:pPr>
        <w:jc w:val="right"/>
      </w:pPr>
      <w:r>
        <w:t>انہوں نے لکھا ہے: "پرسنیلٹی از ا ٹرم اف ماڈرن لینگویج۔</w:t>
      </w:r>
    </w:p>
    <w:p>
      <w:r>
        <w:rPr>
          <w:b/>
        </w:rPr>
        <w:t xml:space="preserve">[1:13:28] </w:t>
      </w:r>
      <w:r>
        <w:t>"What was the term used in Hadith and Quran for personality?" دیکھیں، آج کل "personality development" کا لفظ</w:t>
      </w:r>
    </w:p>
    <w:p>
      <w:pPr>
        <w:jc w:val="right"/>
      </w:pPr>
      <w:r>
        <w:t>واٹ واز دا ٹرم یوزڈ ان حدیث اینڈ قرآن فار پرسنیلٹی؟" دیکھیں، آج کل "پیرانسٹارٹڈ ڈیویلپمنٹ" کا لفظ</w:t>
      </w:r>
    </w:p>
    <w:p>
      <w:r>
        <w:rPr>
          <w:b/>
        </w:rPr>
        <w:t xml:space="preserve">[1:13:34] </w:t>
      </w:r>
      <w:r>
        <w:t>بولتا ہے، بولے آتا ہے physical sense میں۔</w:t>
      </w:r>
    </w:p>
    <w:p>
      <w:pPr>
        <w:jc w:val="right"/>
      </w:pPr>
      <w:r>
        <w:t>بولتا ہے، بولے آتا ہے فزیکل سینس میں۔</w:t>
      </w:r>
    </w:p>
    <w:p>
      <w:r>
        <w:rPr>
          <w:b/>
        </w:rPr>
        <w:t xml:space="preserve">[1:13:40] </w:t>
      </w:r>
      <w:r>
        <w:t>عام طور پر جو استعمال ہوتا ہے "parent started development" کا لفظ تو اس فزیکل سینس میں بولا جاتا</w:t>
      </w:r>
    </w:p>
    <w:p>
      <w:pPr>
        <w:jc w:val="right"/>
      </w:pPr>
      <w:r>
        <w:t>عام طور پر جو استعمال ہوتا ہے "پیرانسٹارٹڈ ڈیویلپمنٹ" کا لفظ تو اس فزیکل سینس میں بولا جاتا</w:t>
      </w:r>
    </w:p>
    <w:p>
      <w:r>
        <w:rPr>
          <w:b/>
        </w:rPr>
        <w:t xml:space="preserve">[1:13:46] </w:t>
      </w:r>
      <w:r>
        <w:t>hai, lekin quran mein woh spiritual sense mein hai.</w:t>
      </w:r>
    </w:p>
    <w:p>
      <w:pPr>
        <w:jc w:val="right"/>
      </w:pPr>
      <w:r>
        <w:t>ہے، لیکن قرآن میں وہ اسپریچول سینس میں ہے۔</w:t>
      </w:r>
    </w:p>
    <w:p>
      <w:r>
        <w:rPr>
          <w:b/>
        </w:rPr>
        <w:t xml:space="preserve">[1:13:52] </w:t>
      </w:r>
      <w:r>
        <w:t>zaal ka jaza o mutarka jo hai, woh spiritual sense mein hai.</w:t>
      </w:r>
    </w:p>
    <w:p>
      <w:pPr>
        <w:jc w:val="right"/>
      </w:pPr>
      <w:r>
        <w:t>ذال کا جزا و مترکہ جو ہے، وہ اسپریچول سینس میں ہے۔</w:t>
      </w:r>
    </w:p>
    <w:p>
      <w:r>
        <w:rPr>
          <w:b/>
        </w:rPr>
        <w:t xml:space="preserve">[1:13:58] </w:t>
      </w:r>
      <w:r>
        <w:t>yani apni soch ko positive banana, apni khwahishon ko positive banana, apne jo jo intellectual faculty hai, is</w:t>
      </w:r>
    </w:p>
    <w:p>
      <w:pPr>
        <w:jc w:val="right"/>
      </w:pPr>
      <w:r>
        <w:t>یعنی اپنی سوچ کو پازیٹیو بنانا، اپنی خواہشوں کو پازیٹیو بنانا، اپنے جو جو انٹلیکچول فیکلٹی ہے، اس</w:t>
      </w:r>
    </w:p>
    <w:p>
      <w:r>
        <w:rPr>
          <w:b/>
        </w:rPr>
        <w:t xml:space="preserve">[1:14:04] </w:t>
      </w:r>
      <w:r>
        <w:t>کو اسپریچولائز کرنا، یہ ہے "پیری ان سٹارٹڈ ڈویلپمنٹ" قرآن کے اعتبار سے۔</w:t>
      </w:r>
    </w:p>
    <w:p>
      <w:pPr>
        <w:jc w:val="right"/>
      </w:pPr>
      <w:r>
        <w:t>کو اسپریچولائز کرنا، یہ ہے "پیرانسٹارٹڈ ڈیویلپمنٹ" قرآن کے اعتبار سے۔</w:t>
      </w:r>
    </w:p>
    <w:p>
      <w:r>
        <w:rPr>
          <w:b/>
        </w:rPr>
        <w:t xml:space="preserve">[1:14:09] </w:t>
      </w:r>
      <w:r>
        <w:t>تو آج کل چونکہ سارا زور آدمی کے فزیکل حیثیت پر دیا جاتا ہے، اس لیے "personality development"</w:t>
      </w:r>
    </w:p>
    <w:p>
      <w:pPr>
        <w:jc w:val="right"/>
      </w:pPr>
      <w:r>
        <w:t>تو آج کل چونکہ سارا زور آدمی کے فزیکل حیثیت پر دیا جاتا ہے، اس لیے "پیرانسٹارٹڈ ڈیویلپمنٹ"</w:t>
      </w:r>
    </w:p>
    <w:p>
      <w:r>
        <w:rPr>
          <w:b/>
        </w:rPr>
        <w:t xml:space="preserve">[1:14:15] </w:t>
      </w:r>
      <w:r>
        <w:t>lughat ke aitbar se toh nahi hai.</w:t>
      </w:r>
    </w:p>
    <w:p>
      <w:pPr>
        <w:jc w:val="right"/>
      </w:pPr>
      <w:r>
        <w:t>لغت کے اعتبار سے تو نہیں ہے۔</w:t>
      </w:r>
    </w:p>
    <w:p>
      <w:r>
        <w:rPr>
          <w:b/>
        </w:rPr>
        <w:t xml:space="preserve">[1:14:21] </w:t>
      </w:r>
      <w:r>
        <w:t>اسی sense میں ڈکشنری کے معنی یہ نہیں کہ صرف body کو آپ develop کریں، یہ مطلب نہیں ہے۔</w:t>
      </w:r>
    </w:p>
    <w:p>
      <w:pPr>
        <w:jc w:val="right"/>
      </w:pPr>
      <w:r>
        <w:t>اسی سینس میں ڈکشنری کے معنی یہ نہیں کہ صرف باڈی کو آپ ڈیویلپ کریں، یہ مطلب نہیں ہے۔</w:t>
      </w:r>
    </w:p>
    <w:p>
      <w:r>
        <w:rPr>
          <w:b/>
        </w:rPr>
        <w:t xml:space="preserve">[1:14:27] </w:t>
      </w:r>
      <w:r>
        <w:t>لیکن عملاً جو ہے، اس کا مطلب "unstarted development" کا مطلب عملاً یہ بن گیا ہے کہ فزیکل ڈیویلپمنٹ۔</w:t>
      </w:r>
    </w:p>
    <w:p>
      <w:pPr>
        <w:jc w:val="right"/>
      </w:pPr>
      <w:r>
        <w:t>لیکن عملاً جو ہے، اس کا مطلب "پیرانسٹارٹڈ ڈیویلپمنٹ" کا مطلب عملاً یہ بن گیا ہے کہ فزیکل ڈیویلپمنٹ۔</w:t>
      </w:r>
    </w:p>
    <w:p>
      <w:r>
        <w:rPr>
          <w:b/>
        </w:rPr>
        <w:t xml:space="preserve">[1:14:33] </w:t>
      </w:r>
      <w:r>
        <w:t>kyunki main samajhta hoon ke quran zyada ahmiyat deta hai, yani spiritual taraqqi ko, zehni taraqqi ko.</w:t>
      </w:r>
    </w:p>
    <w:p>
      <w:pPr>
        <w:jc w:val="right"/>
      </w:pPr>
      <w:r>
        <w:t>کیونکہ میں سمجھتا ہوں کہ قرآن زیادہ اہمیت دیتا ہے، یعنی اسپریچول ترقی کو، ذہنی ترقی کو۔</w:t>
      </w:r>
    </w:p>
    <w:p>
      <w:r>
        <w:rPr>
          <w:b/>
        </w:rPr>
        <w:t xml:space="preserve">[1:14:39] </w:t>
      </w:r>
      <w:r>
        <w:t>is wajah se hum is ko extended sense mein ya is ko real sense mein lete hue kahin</w:t>
      </w:r>
    </w:p>
    <w:p>
      <w:pPr>
        <w:jc w:val="right"/>
      </w:pPr>
      <w:r>
        <w:t>اس وجہ سے ہم اس کو ایکسٹینڈڈ سینس میں یا اس کو ریئل سینس میں لیتے ہوئے کہیں</w:t>
      </w:r>
    </w:p>
    <w:p>
      <w:r>
        <w:rPr>
          <w:b/>
        </w:rPr>
        <w:t xml:space="preserve">[1:14:45] </w:t>
      </w:r>
      <w:r>
        <w:t>ge ke islami nuqta nazar se "person started development" ka matlab hai rohani taraqqi, zehni taraqqi, shakhsiyat ki taraqqi,</w:t>
      </w:r>
    </w:p>
    <w:p>
      <w:pPr>
        <w:jc w:val="right"/>
      </w:pPr>
      <w:r>
        <w:t>گے کہ اسلامی نقطہ نظر سے "پیرانسٹارٹڈ ڈیویلپمنٹ" کا مطلب ہے روحانی ترقی، ذہنی ترقی، شخصیت کی ترقی،</w:t>
      </w:r>
    </w:p>
    <w:p>
      <w:r>
        <w:rPr>
          <w:b/>
        </w:rPr>
        <w:t xml:space="preserve">[1:14:51] </w:t>
      </w:r>
      <w:r>
        <w:t>jisko hum jiske liye quran mein tazkiya ka lafz istemal kiya gaya hai.</w:t>
      </w:r>
    </w:p>
    <w:p>
      <w:pPr>
        <w:jc w:val="right"/>
      </w:pPr>
      <w:r>
        <w:t>جس کو ہم جس کے لیے قرآن میں تزکیہ کا لفظ استعمال کیا گیا ہے۔</w:t>
      </w:r>
    </w:p>
    <w:p>
      <w:r>
        <w:rPr>
          <w:b/>
        </w:rPr>
        <w:t xml:space="preserve">[1:14:57] </w:t>
      </w:r>
      <w:r>
        <w:t>maulana, agla sawal tamil nadu se hai maulana iqbal umri sahab ka.</w:t>
      </w:r>
    </w:p>
    <w:p>
      <w:pPr>
        <w:jc w:val="right"/>
      </w:pPr>
      <w:r>
        <w:t>مولانا، اگلا سوال تمل ناڈو سے ہے مولانا اقبال عمری صاحب کا۔</w:t>
      </w:r>
    </w:p>
    <w:p>
      <w:r>
        <w:rPr>
          <w:b/>
        </w:rPr>
        <w:t xml:space="preserve">[1:15:03] </w:t>
      </w:r>
      <w:r>
        <w:t>unhone likha hai: "ghair maadi zindagi ki baat karte hain toh sufi ya sadhu ya sadhu kaha jata hai.</w:t>
      </w:r>
    </w:p>
    <w:p>
      <w:pPr>
        <w:jc w:val="right"/>
      </w:pPr>
      <w:r>
        <w:t>انہوں نے لکھا ہے: "غیر مادی زندگی کی بات کرتے ہیں تو صوفی یا سادھو یا سادھو کہا جاتا ہے۔</w:t>
      </w:r>
    </w:p>
    <w:p>
      <w:r>
        <w:rPr>
          <w:b/>
        </w:rPr>
        <w:t xml:space="preserve">[1:15:09] </w:t>
      </w:r>
      <w:r>
        <w:t>maulana, aisa kyun?" nahi toh hum ghair maadi ka woh matlab hamara nahi hai.</w:t>
      </w:r>
    </w:p>
    <w:p>
      <w:pPr>
        <w:jc w:val="right"/>
      </w:pPr>
      <w:r>
        <w:t>مولانا، ایسا کیوں؟" نہیں تو ہم غیر مادی کا وہ مطلب ہمارا نہیں ہے۔</w:t>
      </w:r>
    </w:p>
    <w:p>
      <w:r>
        <w:rPr>
          <w:b/>
        </w:rPr>
        <w:t xml:space="preserve">[1:15:15] </w:t>
      </w:r>
      <w:r>
        <w:t>woh toh janglon mein chale jana aur insano se door chale jana ke maene mein lete hain.</w:t>
      </w:r>
    </w:p>
    <w:p>
      <w:pPr>
        <w:jc w:val="right"/>
      </w:pPr>
      <w:r>
        <w:t>وہ تو جنگل میں چلے جانا اور انسانوں سے دور چلے جانا کے معنی میں لیتے ہیں۔</w:t>
      </w:r>
    </w:p>
    <w:p>
      <w:r>
        <w:rPr>
          <w:b/>
        </w:rPr>
        <w:t xml:space="preserve">[1:15:21] </w:t>
      </w:r>
      <w:r>
        <w:t>hum woh maene mein nahi lete.</w:t>
      </w:r>
    </w:p>
    <w:p>
      <w:pPr>
        <w:jc w:val="right"/>
      </w:pPr>
      <w:r>
        <w:t>ہم وہ معنی میں نہیں لیتے۔</w:t>
      </w:r>
    </w:p>
    <w:p>
      <w:r>
        <w:rPr>
          <w:b/>
        </w:rPr>
        <w:t xml:space="preserve">[1:15:27] </w:t>
      </w:r>
      <w:r>
        <w:t>hum toh yeh kehte hain ke maadi cheezon ko baghz zaroorat lena, baghz raish nahi.</w:t>
      </w:r>
    </w:p>
    <w:p>
      <w:pPr>
        <w:jc w:val="right"/>
      </w:pPr>
      <w:r>
        <w:t>ہم تو یہ کہتے ہیں کہ مادی چیزوں کو بغض ضرورت لینا، بغض رائش نہیں۔</w:t>
      </w:r>
    </w:p>
    <w:p>
      <w:r>
        <w:rPr>
          <w:b/>
        </w:rPr>
        <w:t xml:space="preserve">[1:15:33] </w:t>
      </w:r>
      <w:r>
        <w:t>dekhiye, angrezi mein teen lafz bola jata hai: "need, comfort, luxury".</w:t>
      </w:r>
    </w:p>
    <w:p>
      <w:pPr>
        <w:jc w:val="right"/>
      </w:pPr>
      <w:r>
        <w:t>دیکھیے، انگریزی میں تین لفظ بولا جاتا ہے: "نیڈ، کمفرٹ، لگزری"۔</w:t>
      </w:r>
    </w:p>
    <w:p>
      <w:r>
        <w:rPr>
          <w:b/>
        </w:rPr>
        <w:t xml:space="preserve">[1:15:39] </w:t>
      </w:r>
      <w:r>
        <w:t>"need, comfort, luxury".</w:t>
      </w:r>
    </w:p>
    <w:p>
      <w:pPr>
        <w:jc w:val="right"/>
      </w:pPr>
      <w:r>
        <w:t>"نیڈ، کمفرٹ، لگزری"۔</w:t>
      </w:r>
    </w:p>
    <w:p>
      <w:r>
        <w:rPr>
          <w:b/>
        </w:rPr>
        <w:t xml:space="preserve">[1:15:45] </w:t>
      </w:r>
      <w:r>
        <w:t>main samajhta hoon ke "need" ke darje mein liya jaye, yeh sahi tareeqa hai.</w:t>
      </w:r>
    </w:p>
    <w:p>
      <w:pPr>
        <w:jc w:val="right"/>
      </w:pPr>
      <w:r>
        <w:t>میں سمجھتا ہوں کہ "نیڈ" کے درجے میں لیا جائے، یہ صحیح طریقہ ہے۔</w:t>
      </w:r>
    </w:p>
    <w:p>
      <w:r>
        <w:rPr>
          <w:b/>
        </w:rPr>
        <w:t xml:space="preserve">[1:15:51] </w:t>
      </w:r>
      <w:r>
        <w:t>woh sufi log jo bolte hain, woh toh woh toh bilkul apne ko kaatna aur riyazat, yani rohani</w:t>
      </w:r>
    </w:p>
    <w:p>
      <w:pPr>
        <w:jc w:val="right"/>
      </w:pPr>
      <w:r>
        <w:t>وہ صوفی لوگ جو بولتے ہیں، وہ تو وہ تو بالکل اپنے کو کاٹنا اور ریاضت، یعنی روحانی</w:t>
      </w:r>
    </w:p>
    <w:p>
      <w:r>
        <w:rPr>
          <w:b/>
        </w:rPr>
        <w:t xml:space="preserve">[1:15:57] </w:t>
      </w:r>
      <w:r>
        <w:t>riyazaton ke naam par woh alag ho kar ke ek zindagi guzarna, woh ek alag hi cheez hai.</w:t>
      </w:r>
    </w:p>
    <w:p>
      <w:pPr>
        <w:jc w:val="right"/>
      </w:pPr>
      <w:r>
        <w:t>ریاضتوں کے نام پر وہ الگ ہو کر کے ایک زندگی گزارنا، وہ ایک الگ ہی چیز ہے۔</w:t>
      </w:r>
    </w:p>
    <w:p>
      <w:r>
        <w:rPr>
          <w:b/>
        </w:rPr>
        <w:t xml:space="preserve">[1:16:03] </w:t>
      </w:r>
      <w:r>
        <w:t>woh hum jo baat bolte hain, woh yeh hai ke "need" ke darje mein ikhtiyar karo.</w:t>
      </w:r>
    </w:p>
    <w:p>
      <w:pPr>
        <w:jc w:val="right"/>
      </w:pPr>
      <w:r>
        <w:t>وہ ہم جو بات بولتے ہیں، وہ یہ ہے کہ "نیڈ" کے درجے میں اختیار کرو۔</w:t>
      </w:r>
    </w:p>
    <w:p>
      <w:r>
        <w:rPr>
          <w:b/>
        </w:rPr>
        <w:t xml:space="preserve">[1:16:09] </w:t>
      </w:r>
      <w:r>
        <w:t>maadi cheezein na comfort ke darje mein, na luxury ke darje mein.</w:t>
      </w:r>
    </w:p>
    <w:p>
      <w:pPr>
        <w:jc w:val="right"/>
      </w:pPr>
      <w:r>
        <w:t>مادی چیزیں نہ کمفرٹ کے درجے میں، نہ لگزری کے درجے میں۔</w:t>
      </w:r>
    </w:p>
    <w:p>
      <w:r>
        <w:rPr>
          <w:b/>
        </w:rPr>
        <w:t xml:space="preserve">[1:16:15] </w:t>
      </w:r>
      <w:r>
        <w:t>yeh kyunke agar aap is ko "need" se aage badhenge toh phir aap ka time nahi rahe</w:t>
      </w:r>
    </w:p>
    <w:p>
      <w:pPr>
        <w:jc w:val="right"/>
      </w:pPr>
      <w:r>
        <w:t>یہ کیونکہ اگر آپ اس کو "نیڈ" سے آگے بڑھیں گے تو پھر آپ کا ٹائم نہیں رہے</w:t>
      </w:r>
    </w:p>
    <w:p>
      <w:r>
        <w:rPr>
          <w:b/>
        </w:rPr>
        <w:t xml:space="preserve">[1:16:21] </w:t>
      </w:r>
      <w:r>
        <w:t>ga sochne ka, time nahi rahe ga, yani apne intellectual faculty ko develop karne ka.</w:t>
      </w:r>
    </w:p>
    <w:p>
      <w:pPr>
        <w:jc w:val="right"/>
      </w:pPr>
      <w:r>
        <w:t>گا سوچنے کا، ٹائم نہیں رہے گا، یعنی اپنے انٹلیکچول فیکلٹی کو ڈیویلپ کرنے کا۔</w:t>
      </w:r>
    </w:p>
    <w:p>
      <w:r>
        <w:rPr>
          <w:b/>
        </w:rPr>
        <w:t xml:space="preserve">[1:16:27] </w:t>
      </w:r>
      <w:r>
        <w:t>masla yeh hai, woh haram nahi hai.</w:t>
      </w:r>
    </w:p>
    <w:p>
      <w:pPr>
        <w:jc w:val="right"/>
      </w:pPr>
      <w:r>
        <w:t>مسئلہ یہ ہے، وہ حرام نہیں ہے۔</w:t>
      </w:r>
    </w:p>
    <w:p>
      <w:r>
        <w:rPr>
          <w:b/>
        </w:rPr>
        <w:t xml:space="preserve">[1:16:33] </w:t>
      </w:r>
      <w:r>
        <w:t>yani comfort aur luxury haram nahi hai, lekin woh aap ke time ko kill karta hai, aap ki</w:t>
      </w:r>
    </w:p>
    <w:p>
      <w:pPr>
        <w:jc w:val="right"/>
      </w:pPr>
      <w:r>
        <w:t>یعنی کمفرٹ اور لگزری حرام نہیں ہے، لیکن وہ آپ کے ٹائم کو کل کرتا ہے، آپ کی</w:t>
      </w:r>
    </w:p>
    <w:p>
      <w:r>
        <w:rPr>
          <w:b/>
        </w:rPr>
        <w:t xml:space="preserve">[1:16:39] </w:t>
      </w:r>
      <w:r>
        <w:t>energy ko kill karta hai, aap ke money ko kill karta hai.</w:t>
      </w:r>
    </w:p>
    <w:p>
      <w:pPr>
        <w:jc w:val="right"/>
      </w:pPr>
      <w:r>
        <w:t>انرجی کو کل کرتا ہے، آپ کے منی کو کل کرتا ہے۔</w:t>
      </w:r>
    </w:p>
    <w:p>
      <w:r>
        <w:rPr>
          <w:b/>
        </w:rPr>
        <w:t xml:space="preserve">[1:16:45] </w:t>
      </w:r>
      <w:r>
        <w:t>is se is sense mein woh bohat hi, yani halakat khaiz hai.</w:t>
      </w:r>
    </w:p>
    <w:p>
      <w:pPr>
        <w:jc w:val="right"/>
      </w:pPr>
      <w:r>
        <w:t>اس سے اس سینس میں وہ بہت ہی، یعنی ہلاکت خیز ہے۔</w:t>
      </w:r>
    </w:p>
    <w:p>
      <w:r>
        <w:rPr>
          <w:b/>
        </w:rPr>
        <w:t xml:space="preserve">[1:16:51] </w:t>
      </w:r>
      <w:r>
        <w:t>mein yeh nahi kehta ke ke comfort aur luxury haram hai, nahi.</w:t>
      </w:r>
    </w:p>
    <w:p>
      <w:pPr>
        <w:jc w:val="right"/>
      </w:pPr>
      <w:r>
        <w:t>میں یہ نہیں کہتا کہ کہ کمفرٹ اور لگزری حرام ہے، نہیں۔</w:t>
      </w:r>
    </w:p>
    <w:p>
      <w:r>
        <w:rPr>
          <w:b/>
        </w:rPr>
        <w:t xml:space="preserve">[1:16:57] </w:t>
      </w:r>
      <w:r>
        <w:t>mein yeh kehta hoon ke jo aadmi comfort aur luxury ko apna, yani nishana banaye ga, to woh</w:t>
      </w:r>
    </w:p>
    <w:p>
      <w:pPr>
        <w:jc w:val="right"/>
      </w:pPr>
      <w:r>
        <w:t>میں یہ کہتا ہوں کہ جو آدمی کمفرٹ اور لگزری کو اپنا، یعنی نشانہ بنائے گا، تو وہ</w:t>
      </w:r>
    </w:p>
    <w:p>
      <w:r>
        <w:rPr>
          <w:b/>
        </w:rPr>
        <w:t xml:space="preserve">[1:17:03] </w:t>
      </w:r>
      <w:r>
        <w:t>is qeemat par hoga ke jo doosra jo bara kaam hai, intellectual development aur spiritual development, woh nahi</w:t>
      </w:r>
    </w:p>
    <w:p>
      <w:pPr>
        <w:jc w:val="right"/>
      </w:pPr>
      <w:r>
        <w:t>اس قیمت پر ہوگا کہ جو دوسرا جو بڑا کام ہے، انٹلیکچول ڈیویلپمنٹ اور اسپریچول ڈیویلپمنٹ، وہ نہیں</w:t>
      </w:r>
    </w:p>
    <w:p>
      <w:r>
        <w:rPr>
          <w:b/>
        </w:rPr>
        <w:t xml:space="preserve">[1:17:09] </w:t>
      </w:r>
      <w:r>
        <w:t>kar paye ga.</w:t>
      </w:r>
    </w:p>
    <w:p>
      <w:pPr>
        <w:jc w:val="right"/>
      </w:pPr>
      <w:r>
        <w:t>کر پائے گا۔</w:t>
      </w:r>
    </w:p>
    <w:p>
      <w:r>
        <w:rPr>
          <w:b/>
        </w:rPr>
        <w:t xml:space="preserve">[1:17:15] </w:t>
      </w:r>
      <w:r>
        <w:t>kyun ke is ka sara time isi mein nikal jaye ga, is ka paisa isi mein kharch hoga, is</w:t>
      </w:r>
    </w:p>
    <w:p>
      <w:pPr>
        <w:jc w:val="right"/>
      </w:pPr>
      <w:r>
        <w:t>کیونکہ اس کا سارا ٹائم اسی میں نکل جائے گا، اس کا پیسہ اسی میں خرچ ہوگا، اس</w:t>
      </w:r>
    </w:p>
    <w:p>
      <w:r>
        <w:rPr>
          <w:b/>
        </w:rPr>
        <w:t xml:space="preserve">[1:17:21] </w:t>
      </w:r>
      <w:r>
        <w:t>ki is ki energy isi mein kharch hogi, is ki tawajjuh isi mein kharch hogi.</w:t>
      </w:r>
    </w:p>
    <w:p>
      <w:pPr>
        <w:jc w:val="right"/>
      </w:pPr>
      <w:r>
        <w:t>کی اس کی انرجی اسی میں خرچ ہوگی، اس کی توجہ اسی میں خرچ ہوگی۔</w:t>
      </w:r>
    </w:p>
    <w:p>
      <w:r>
        <w:rPr>
          <w:b/>
        </w:rPr>
        <w:t xml:space="preserve">[1:17:27] </w:t>
      </w:r>
      <w:r>
        <w:t>is sense mein mein kehta hoon, yani haram halal ke sense mein nahi kehta.</w:t>
      </w:r>
    </w:p>
    <w:p>
      <w:pPr>
        <w:jc w:val="right"/>
      </w:pPr>
      <w:r>
        <w:t>اس سینس میں میں کہتا ہوں، یعنی حرام حلال کے سینس میں نہیں کہتا۔</w:t>
      </w:r>
    </w:p>
    <w:p>
      <w:r>
        <w:rPr>
          <w:b/>
        </w:rPr>
        <w:t xml:space="preserve">[1:17:33] </w:t>
      </w:r>
      <w:r>
        <w:t>Maulana, agla sawal hai Umarabad se Maulana Fard Ahmed sahib ka.</w:t>
      </w:r>
    </w:p>
    <w:p>
      <w:pPr>
        <w:jc w:val="right"/>
      </w:pPr>
      <w:r>
        <w:t>مولانا، اگلا سوال ہے عمر آباد سے مولانا فرد احمد صاحب کا۔</w:t>
      </w:r>
    </w:p>
    <w:p>
      <w:r>
        <w:rPr>
          <w:b/>
        </w:rPr>
        <w:t xml:space="preserve">[1:17:39] </w:t>
      </w:r>
      <w:r>
        <w:t>unhon ne likha hai: "Deen mein aql ka istemal kiya ja sakta hai ya nahi? Kuch log yeh</w:t>
      </w:r>
    </w:p>
    <w:p>
      <w:pPr>
        <w:jc w:val="right"/>
      </w:pPr>
      <w:r>
        <w:t>انہوں نے لکھا ہے: "دین میں عقل کا استعمال کیا جا سکتا ہے یا نہیں؟ کچھ لوگ یہ</w:t>
      </w:r>
    </w:p>
    <w:p>
      <w:r>
        <w:rPr>
          <w:b/>
        </w:rPr>
        <w:t xml:space="preserve">[1:17:45] </w:t>
      </w:r>
      <w:r>
        <w:t>kehte hain ke Hazrat Ali ne farmaya: agar deen aql se hota to paon ke neeche ka masah</w:t>
      </w:r>
    </w:p>
    <w:p>
      <w:pPr>
        <w:jc w:val="right"/>
      </w:pPr>
      <w:r>
        <w:t>کہتے ہیں کہ حضرت علی نے فرمایا: اگر دین عقل سے ہوتا تو پاؤں کے نیچے کا مسح</w:t>
      </w:r>
    </w:p>
    <w:p>
      <w:r>
        <w:rPr>
          <w:b/>
        </w:rPr>
        <w:t xml:space="preserve">[1:17:51] </w:t>
      </w:r>
      <w:r>
        <w:t>hota, ooper ka nahi." Is ke baray mein batayen.</w:t>
      </w:r>
    </w:p>
    <w:p>
      <w:pPr>
        <w:jc w:val="right"/>
      </w:pPr>
      <w:r>
        <w:t>ہوتا، اوپر کا نہیں۔" اس کے بارے میں بتائیں۔</w:t>
      </w:r>
    </w:p>
    <w:p>
      <w:r>
        <w:rPr>
          <w:b/>
        </w:rPr>
        <w:t xml:space="preserve">[1:17:57] </w:t>
      </w:r>
      <w:r>
        <w:t>nahi, woh Hazrat Ali ke qoul ke alag alag mani mein hai.</w:t>
      </w:r>
    </w:p>
    <w:p>
      <w:pPr>
        <w:jc w:val="right"/>
      </w:pPr>
      <w:r>
        <w:t>نہیں، وہ حضرت علی کے قول کے الگ الگ معنی میں ہے۔</w:t>
      </w:r>
    </w:p>
    <w:p>
      <w:r>
        <w:rPr>
          <w:b/>
        </w:rPr>
        <w:t xml:space="preserve">[1:18:03] </w:t>
      </w:r>
      <w:r>
        <w:t>aql to Quran Majeed mein, yani bar bar istemal hua hai.</w:t>
      </w:r>
    </w:p>
    <w:p>
      <w:pPr>
        <w:jc w:val="right"/>
      </w:pPr>
      <w:r>
        <w:t>عقل تو قرآن مجید میں، یعنی بار بار استعمال ہوا ہے۔</w:t>
      </w:r>
    </w:p>
    <w:p>
      <w:r>
        <w:rPr>
          <w:b/>
        </w:rPr>
        <w:t xml:space="preserve">[1:18:09] </w:t>
      </w:r>
      <w:r>
        <w:t>yani, yani aql jo hai, Quran mein bar bar, yani is woh aadmi ko ubhara gaya hai ke</w:t>
      </w:r>
    </w:p>
    <w:p>
      <w:pPr>
        <w:jc w:val="right"/>
      </w:pPr>
      <w:r>
        <w:t>یعنی، یعنی عقل جو ہے، قرآن میں بار بار، یعنی اس وہ آدمی کو ابھارا گیا ہے کہ</w:t>
      </w:r>
    </w:p>
    <w:p>
      <w:r>
        <w:rPr>
          <w:b/>
        </w:rPr>
        <w:t xml:space="preserve">[1:18:15] </w:t>
      </w:r>
      <w:r>
        <w:t>woh apni aql ko istemal kare.</w:t>
      </w:r>
    </w:p>
    <w:p>
      <w:pPr>
        <w:jc w:val="right"/>
      </w:pPr>
      <w:r>
        <w:t>وہ اپنی عقل کو استعمال کرے۔</w:t>
      </w:r>
    </w:p>
    <w:p>
      <w:r>
        <w:rPr>
          <w:b/>
        </w:rPr>
        <w:t xml:space="preserve">[1:18:21] </w:t>
      </w:r>
      <w:r>
        <w:t>aap Surah Aal-e-Imran mein parhiye mislan Inna fi khalqi samawati wal ardi wakhtilafi al-layli wal nahari la ayat-il-lil-albab</w:t>
      </w:r>
    </w:p>
    <w:p>
      <w:pPr>
        <w:jc w:val="right"/>
      </w:pPr>
      <w:r>
        <w:t>آپ سورہ آل عمران میں پڑھیے مثلاً إن في خلق السماوات والارض واختلاف الليل والنهار لا آيات للباب</w:t>
      </w:r>
    </w:p>
    <w:p>
      <w:r>
        <w:rPr>
          <w:b/>
        </w:rPr>
        <w:t xml:space="preserve">[1:18:26] </w:t>
      </w:r>
      <w:r>
        <w:t>lub mani aql ke Khuda ki takhleeq mein nishaniyan hain.</w:t>
      </w:r>
    </w:p>
    <w:p>
      <w:pPr>
        <w:jc w:val="right"/>
      </w:pPr>
      <w:r>
        <w:t>لب معنی عقل کہ خدا کی تخلیق میں نشانیاں ہیں۔</w:t>
      </w:r>
    </w:p>
    <w:p>
      <w:r>
        <w:rPr>
          <w:b/>
        </w:rPr>
        <w:t xml:space="preserve">[1:18:32] </w:t>
      </w:r>
      <w:r>
        <w:t>Khuda ki takhleeq mein, yani woh sab kuch hai jo Allah taala ko matloob hai ke aap daryaft karen.</w:t>
      </w:r>
    </w:p>
    <w:p>
      <w:pPr>
        <w:jc w:val="right"/>
      </w:pPr>
      <w:r>
        <w:t>خدا کی تخلیق میں، یعنی وہ سب کچھ ہے جو اللہ تعالی کو مطلوب ہے کہ آپ دریافت کریں۔</w:t>
      </w:r>
    </w:p>
    <w:p>
      <w:r>
        <w:rPr>
          <w:b/>
        </w:rPr>
        <w:t xml:space="preserve">[1:18:38] </w:t>
      </w:r>
      <w:r>
        <w:t>magar lub walon ke liye, al-bab ke liye, woh to jagah jagah aisa hai.</w:t>
      </w:r>
    </w:p>
    <w:p>
      <w:pPr>
        <w:jc w:val="right"/>
      </w:pPr>
      <w:r>
        <w:t>مگر لب والوں کے لیے، الباب کے لیے، وہ تو جگہ جگہ ایسا ہے۔</w:t>
      </w:r>
    </w:p>
    <w:p>
      <w:r>
        <w:rPr>
          <w:b/>
        </w:rPr>
        <w:t xml:space="preserve">[1:18:44] </w:t>
      </w:r>
      <w:r>
        <w:t>kahin kahin hajar ka lafz hai ke lub ka lafz hai ke aql ka lafz hai, kahin tadabbur</w:t>
      </w:r>
    </w:p>
    <w:p>
      <w:pPr>
        <w:jc w:val="right"/>
      </w:pPr>
      <w:r>
        <w:t>کہیں کہیں حجر کا لفظ ہے کہ لب کا لفظ ہے کہ عقل کا لفظ ہے، کہیں تدبر</w:t>
      </w:r>
    </w:p>
    <w:p>
      <w:r>
        <w:rPr>
          <w:b/>
        </w:rPr>
        <w:t xml:space="preserve">[1:18:50] </w:t>
      </w:r>
      <w:r>
        <w:t>kalafz hai.</w:t>
      </w:r>
    </w:p>
    <w:p>
      <w:pPr>
        <w:jc w:val="right"/>
      </w:pPr>
      <w:r>
        <w:t>کا لفظ ہے۔</w:t>
      </w:r>
    </w:p>
    <w:p>
      <w:r>
        <w:rPr>
          <w:b/>
        </w:rPr>
        <w:t xml:space="preserve">[1:18:56] </w:t>
      </w:r>
      <w:r>
        <w:t>yeh sab isi liye hai ke aadmi apni aql ko istemal kare.</w:t>
      </w:r>
    </w:p>
    <w:p>
      <w:pPr>
        <w:jc w:val="right"/>
      </w:pPr>
      <w:r>
        <w:t>یہ سب اسی لیے ہے کہ آدمی اپنی عقل کو استعمال کرے۔</w:t>
      </w:r>
    </w:p>
    <w:p>
      <w:r>
        <w:rPr>
          <w:b/>
        </w:rPr>
        <w:t xml:space="preserve">[1:19:02] </w:t>
      </w:r>
      <w:r>
        <w:t>jo log aisa kehte hain, woh to quran ke nafi hain.</w:t>
      </w:r>
    </w:p>
    <w:p>
      <w:pPr>
        <w:jc w:val="right"/>
      </w:pPr>
      <w:r>
        <w:t>جو لوگ ایسا کہتے ہیں، وہ تو قرآن کے نفی ہیں۔</w:t>
      </w:r>
    </w:p>
    <w:p>
      <w:r>
        <w:rPr>
          <w:b/>
        </w:rPr>
        <w:t xml:space="preserve">[1:19:08] </w:t>
      </w:r>
      <w:r>
        <w:t>quran ke nafi hain ke islam mein aql ka dakhal nahi hai.</w:t>
      </w:r>
    </w:p>
    <w:p>
      <w:pPr>
        <w:jc w:val="right"/>
      </w:pPr>
      <w:r>
        <w:t>قرآن کے نفی ہیں کہ اسلام میں عقل کا دخل نہیں ہے۔</w:t>
      </w:r>
    </w:p>
    <w:p>
      <w:r>
        <w:rPr>
          <w:b/>
        </w:rPr>
        <w:t xml:space="preserve">[1:19:14] </w:t>
      </w:r>
      <w:r>
        <w:t>yani quran to kitni sankron aayatein aisi hain jis mein ke kehti hain ke aql ko istemal karo.</w:t>
      </w:r>
    </w:p>
    <w:p>
      <w:pPr>
        <w:jc w:val="right"/>
      </w:pPr>
      <w:r>
        <w:t>یعنی قرآن تو کتنی سینکڑوں آیتیں ایسی ہیں جس میں کہ کہتی ہیں کہ عقل کو استعمال کرو۔</w:t>
      </w:r>
    </w:p>
    <w:p>
      <w:r>
        <w:rPr>
          <w:b/>
        </w:rPr>
        <w:t xml:space="preserve">[1:19:20] </w:t>
      </w:r>
      <w:r>
        <w:t>aql hi se ghaur o fikr hota hai aur ghaur o fikr hi se aadmi bari bari baaton</w:t>
      </w:r>
    </w:p>
    <w:p>
      <w:pPr>
        <w:jc w:val="right"/>
      </w:pPr>
      <w:r>
        <w:t>عقل ہی سے غور و فکر ہوتا ہے اور غور و فکر ہی سے آدمی بڑی بڑی باتوں</w:t>
      </w:r>
    </w:p>
    <w:p>
      <w:r>
        <w:rPr>
          <w:b/>
        </w:rPr>
        <w:t xml:space="preserve">[1:19:26] </w:t>
      </w:r>
      <w:r>
        <w:t>ko daryaft karta hai.</w:t>
      </w:r>
    </w:p>
    <w:p>
      <w:pPr>
        <w:jc w:val="right"/>
      </w:pPr>
      <w:r>
        <w:t>کو دریافت کرتا ہے۔</w:t>
      </w:r>
    </w:p>
    <w:p>
      <w:r>
        <w:rPr>
          <w:b/>
        </w:rPr>
        <w:t xml:space="preserve">[1:19:32] </w:t>
      </w:r>
      <w:r>
        <w:t>to yeh bilkul galat nazariya hai.</w:t>
      </w:r>
    </w:p>
    <w:p>
      <w:pPr>
        <w:jc w:val="right"/>
      </w:pPr>
      <w:r>
        <w:t>تو یہ بالکل غلط نظریہ ہے۔</w:t>
      </w:r>
    </w:p>
    <w:p>
      <w:r>
        <w:rPr>
          <w:b/>
        </w:rPr>
        <w:t xml:space="preserve">[1:19:38] </w:t>
      </w:r>
      <w:r>
        <w:t>maulana, agla sawal miss naghma siddiqui ka hai dilli se.</w:t>
      </w:r>
    </w:p>
    <w:p>
      <w:pPr>
        <w:jc w:val="right"/>
      </w:pPr>
      <w:r>
        <w:t>مولانا، اگلا سوال مس نغمہ صدیقی کا ہے دلی سے۔</w:t>
      </w:r>
    </w:p>
    <w:p>
      <w:r>
        <w:rPr>
          <w:b/>
        </w:rPr>
        <w:t xml:space="preserve">[1:19:44] </w:t>
      </w:r>
      <w:r>
        <w:t>انہوں نے پوچھا ہے: "How can we differentiate between material greed and material need?" دیکھیے، اس کی کوئی</w:t>
      </w:r>
    </w:p>
    <w:p>
      <w:pPr>
        <w:jc w:val="right"/>
      </w:pPr>
      <w:r>
        <w:t>انہوں نے پوچھا ہے: "ہاؤ کین وی ڈیفرنشیٹ بٹوین مٹیریل گریڈ اینڈ مٹیریل نیڈ؟" دیکھیے، اس کی کوئی</w:t>
      </w:r>
    </w:p>
    <w:p>
      <w:r>
        <w:rPr>
          <w:b/>
        </w:rPr>
        <w:t xml:space="preserve">[1:19:50] </w:t>
      </w:r>
      <w:r>
        <w:t>hard and fast line nahi kheench sakte aap.</w:t>
      </w:r>
    </w:p>
    <w:p>
      <w:pPr>
        <w:jc w:val="right"/>
      </w:pPr>
      <w:r>
        <w:t>ہارڈ اینڈ فاسٹ لائن نہیں کھینچ سکتے آپ۔</w:t>
      </w:r>
    </w:p>
    <w:p>
      <w:r>
        <w:rPr>
          <w:b/>
        </w:rPr>
        <w:t xml:space="preserve">[1:19:56] </w:t>
      </w:r>
      <w:r>
        <w:t>yeh aap ke apne upar hai.</w:t>
      </w:r>
    </w:p>
    <w:p>
      <w:pPr>
        <w:jc w:val="right"/>
      </w:pPr>
      <w:r>
        <w:t>یہ آپ کے اپنے اوپر ہے۔</w:t>
      </w:r>
    </w:p>
    <w:p>
      <w:r>
        <w:rPr>
          <w:b/>
        </w:rPr>
        <w:t xml:space="preserve">[1:20:02] </w:t>
      </w:r>
      <w:r>
        <w:t>iski definition mere aziz yeh hai ke zinda rehne ke liye itna zaroori ho, lazzat ke liye</w:t>
      </w:r>
    </w:p>
    <w:p>
      <w:pPr>
        <w:jc w:val="right"/>
      </w:pPr>
      <w:r>
        <w:t>اس کی ڈیفینیشن میرے عزیز یہ ہے کہ زندہ رہنے کے لیے اتنا ضروری ہو، لذت کے لیے</w:t>
      </w:r>
    </w:p>
    <w:p>
      <w:r>
        <w:rPr>
          <w:b/>
        </w:rPr>
        <w:t xml:space="preserve">[1:20:08] </w:t>
      </w:r>
      <w:r>
        <w:t>aur tafreeh ke liye aur aaram ke liye.</w:t>
      </w:r>
    </w:p>
    <w:p>
      <w:pPr>
        <w:jc w:val="right"/>
      </w:pPr>
      <w:r>
        <w:t>اور تفریح کے لیے اور آرام کے لیے۔</w:t>
      </w:r>
    </w:p>
    <w:p>
      <w:r>
        <w:rPr>
          <w:b/>
        </w:rPr>
        <w:t xml:space="preserve">[1:20:14] </w:t>
      </w:r>
      <w:r>
        <w:t>jab aap jiyenge to woh phir comfort aayega, luxury aayegi aur baghz zaroorat.</w:t>
      </w:r>
    </w:p>
    <w:p>
      <w:pPr>
        <w:jc w:val="right"/>
      </w:pPr>
      <w:r>
        <w:t>جب آپ جیئیں گے تو وہ پھر کمفرٹ آئے گا، لگزری آئے گی اور بغض ضرورت۔</w:t>
      </w:r>
    </w:p>
    <w:p>
      <w:r>
        <w:rPr>
          <w:b/>
        </w:rPr>
        <w:t xml:space="preserve">[1:20:20] </w:t>
      </w:r>
      <w:r>
        <w:t>aap jab farq izafa karenge to isi ko na need kaha jata hai.</w:t>
      </w:r>
    </w:p>
    <w:p>
      <w:pPr>
        <w:jc w:val="right"/>
      </w:pPr>
      <w:r>
        <w:t>آپ جب فرق اضافہ کریں گے تو اسی کو نا نیڈ کہا جاتا ہے۔</w:t>
      </w:r>
    </w:p>
    <w:p>
      <w:r>
        <w:rPr>
          <w:b/>
        </w:rPr>
        <w:t xml:space="preserve">[1:20:26] </w:t>
      </w:r>
      <w:r>
        <w:t>lekin koi doosra aadmi aap ko face iski list nahi de sakta.</w:t>
      </w:r>
    </w:p>
    <w:p>
      <w:pPr>
        <w:jc w:val="right"/>
      </w:pPr>
      <w:r>
        <w:t>لیکن کوئی دوسرا آدمی آپ کو فیس اس کی لسٹ نہیں دے سکتا۔</w:t>
      </w:r>
    </w:p>
    <w:p>
      <w:r>
        <w:rPr>
          <w:b/>
        </w:rPr>
        <w:t xml:space="preserve">[1:20:32] </w:t>
      </w:r>
      <w:r>
        <w:t>aap ko khud iski list banani padegi.</w:t>
      </w:r>
    </w:p>
    <w:p>
      <w:pPr>
        <w:jc w:val="right"/>
      </w:pPr>
      <w:r>
        <w:t>آپ کو خود اس کی لسٹ بنانی پڑے گی۔</w:t>
      </w:r>
    </w:p>
    <w:p>
      <w:r>
        <w:rPr>
          <w:b/>
        </w:rPr>
        <w:t xml:space="preserve">[1:20:38] </w:t>
      </w:r>
      <w:r>
        <w:t>koi bhi list nahi de sakta.</w:t>
      </w:r>
    </w:p>
    <w:p>
      <w:pPr>
        <w:jc w:val="right"/>
      </w:pPr>
      <w:r>
        <w:t>کوئی بھی لسٹ نہیں دے سکتا۔</w:t>
      </w:r>
    </w:p>
    <w:p>
      <w:r>
        <w:rPr>
          <w:b/>
        </w:rPr>
        <w:t xml:space="preserve">[1:20:44] </w:t>
      </w:r>
      <w:r>
        <w:t>aap aap ko khud yeh sochna hai ke woh kaun si meri, yani masroofiyatein hain jo kal kar</w:t>
      </w:r>
    </w:p>
    <w:p>
      <w:pPr>
        <w:jc w:val="right"/>
      </w:pPr>
      <w:r>
        <w:t>آپ آپ کو خود یہ سوچنا ہے کہ وہ کون سی میری، یعنی مصروفیتیں ہیں جو کل کر</w:t>
      </w:r>
    </w:p>
    <w:p>
      <w:r>
        <w:rPr>
          <w:b/>
        </w:rPr>
        <w:t xml:space="preserve">[1:20:50] </w:t>
      </w:r>
      <w:r>
        <w:t>rahi hain mere time ko, jo jo mere energy ko salo kar rahi hain, jo mujhe distract kar rahi hain.</w:t>
      </w:r>
    </w:p>
    <w:p>
      <w:pPr>
        <w:jc w:val="right"/>
      </w:pPr>
      <w:r>
        <w:t>رہی ہیں میرے ٹائم کو، جو جو میرے انرجی کو سالو کر رہی ہیں، جو مجھے ڈسٹریکٹ کر رہی ہیں۔</w:t>
      </w:r>
    </w:p>
    <w:p>
      <w:r>
        <w:rPr>
          <w:b/>
        </w:rPr>
        <w:t xml:space="preserve">[1:20:56] </w:t>
      </w:r>
      <w:r>
        <w:t>to har aadmi ko khud hi iska faisla lena hai.</w:t>
      </w:r>
    </w:p>
    <w:p>
      <w:pPr>
        <w:jc w:val="right"/>
      </w:pPr>
      <w:r>
        <w:t>تو ہر آدمی کو خود ہی اس کا فیصلہ لینا ہے۔</w:t>
      </w:r>
    </w:p>
    <w:p>
      <w:r>
        <w:rPr>
          <w:b/>
        </w:rPr>
        <w:t xml:space="preserve">[1:21:02] </w:t>
      </w:r>
      <w:r>
        <w:t>koi doosra aadmi isko line nahi kheench sakta.</w:t>
      </w:r>
    </w:p>
    <w:p>
      <w:pPr>
        <w:jc w:val="right"/>
      </w:pPr>
      <w:r>
        <w:t>کوئی دوسرا آدمی اس کو لائن نہیں کھینچ سکتا۔</w:t>
      </w:r>
    </w:p>
    <w:p>
      <w:r>
        <w:rPr>
          <w:b/>
        </w:rPr>
        <w:t xml:space="preserve">[1:21:08] </w:t>
      </w:r>
      <w:r>
        <w:t>maulana, agla sawal dilli se hai miss saba hussain ka.</w:t>
      </w:r>
    </w:p>
    <w:p>
      <w:pPr>
        <w:jc w:val="right"/>
      </w:pPr>
      <w:r>
        <w:t>مولانا، اگلا سوال دلی سے ہے مس صبا حسین کا۔</w:t>
      </w:r>
    </w:p>
    <w:p>
      <w:r>
        <w:rPr>
          <w:b/>
        </w:rPr>
        <w:t xml:space="preserve">[1:21:14] </w:t>
      </w:r>
      <w:r>
        <w:t>انہوں نے لکھا ہے: "Everything in this world happens according to God's scheme, but man has been</w:t>
      </w:r>
    </w:p>
    <w:p>
      <w:pPr>
        <w:jc w:val="right"/>
      </w:pPr>
      <w:r>
        <w:t>انہوں نے لکھا ہے: "ایوری تھنگ ان دس ورلڈ ہیپنز اکارڈنگ ٹو گاڈ سکیم، بٹ مین ہیز بین</w:t>
      </w:r>
    </w:p>
    <w:p>
      <w:r>
        <w:rPr>
          <w:b/>
        </w:rPr>
        <w:t xml:space="preserve">[1:21:20] </w:t>
      </w:r>
      <w:r>
        <w:t>given freedom of thought and action, so that he can be tested.</w:t>
      </w:r>
    </w:p>
    <w:p>
      <w:pPr>
        <w:jc w:val="right"/>
      </w:pPr>
      <w:r>
        <w:t>گیون فریڈم اف تھاٹ اینڈ ایکشن، سو دیٹ ہی کین بی ٹیسٹڈ۔</w:t>
      </w:r>
    </w:p>
    <w:p>
      <w:r>
        <w:rPr>
          <w:b/>
        </w:rPr>
        <w:t xml:space="preserve">[1:21:26] </w:t>
      </w:r>
      <w:r>
        <w:t>then what is the role of dua? can man get everything by doing dua to god?" nahi,</w:t>
      </w:r>
    </w:p>
    <w:p>
      <w:pPr>
        <w:jc w:val="right"/>
      </w:pPr>
      <w:r>
        <w:t>دین واٹ از دا رول اف دعا؟ کین مین گیٹ ایوری تھنگ بائی ڈوئنگ دعا ٹو گاڈ؟" نہیں،</w:t>
      </w:r>
    </w:p>
    <w:p>
      <w:r>
        <w:rPr>
          <w:b/>
        </w:rPr>
        <w:t xml:space="preserve">[1:21:32] </w:t>
      </w:r>
      <w:r>
        <w:t>dekhiye, dua jo hai quran ke ek ayat se sawal aati hai.</w:t>
      </w:r>
    </w:p>
    <w:p>
      <w:pPr>
        <w:jc w:val="right"/>
      </w:pPr>
      <w:r>
        <w:t>دیکھیے، دعا جو ہے قرآن کے ایک آیت سے سوال آتی ہے۔</w:t>
      </w:r>
    </w:p>
    <w:p>
      <w:r>
        <w:rPr>
          <w:b/>
        </w:rPr>
        <w:t xml:space="preserve">[1:21:38] </w:t>
      </w:r>
      <w:r>
        <w:t>quran mein hai: "ilah yصد al-kalim al-tayyib wa al-amal al-salih یرفو", yani allah ki taraf uthta hai pak kalma.</w:t>
      </w:r>
    </w:p>
    <w:p>
      <w:pPr>
        <w:jc w:val="right"/>
      </w:pPr>
      <w:r>
        <w:t>قرآن میں ہے: "الہ یصد الکلم الطیب والعمل الصالح یرفو"، یعنی اللہ کی طرف اٹھتا ہے پاک کلمہ۔</w:t>
      </w:r>
    </w:p>
    <w:p>
      <w:r>
        <w:rPr>
          <w:b/>
        </w:rPr>
        <w:t xml:space="preserve">[1:21:44] </w:t>
      </w:r>
      <w:r>
        <w:t>pak kalma matlab achhi dua aur us ko upar le aata hai amal salih.</w:t>
      </w:r>
    </w:p>
    <w:p>
      <w:pPr>
        <w:jc w:val="right"/>
      </w:pPr>
      <w:r>
        <w:t>پاک کلمہ مطلب اچھی دعا اور اس کو اوپر لے آتا ہے عمل صالح۔</w:t>
      </w:r>
    </w:p>
    <w:p>
      <w:r>
        <w:rPr>
          <w:b/>
        </w:rPr>
        <w:t xml:space="preserve">[1:21:50] </w:t>
      </w:r>
      <w:r>
        <w:t>amal salih ka matlab hai muwafiq dua.</w:t>
      </w:r>
    </w:p>
    <w:p>
      <w:pPr>
        <w:jc w:val="right"/>
      </w:pPr>
      <w:r>
        <w:t>عمل صالح کا مطلب ہے موافق دعا۔</w:t>
      </w:r>
    </w:p>
    <w:p>
      <w:r>
        <w:rPr>
          <w:b/>
        </w:rPr>
        <w:t xml:space="preserve">[1:21:56] </w:t>
      </w:r>
      <w:r>
        <w:t>amal aap ek plan karte hain sahi raste par aur is plan mein jab aap implement karna chahte</w:t>
      </w:r>
    </w:p>
    <w:p>
      <w:pPr>
        <w:jc w:val="right"/>
      </w:pPr>
      <w:r>
        <w:t>عمل آپ ایک پلان کرتے ہیں صحیح راستے پر اور اس پلان میں جب آپ امپلیمنٹ کرنا چاہتے</w:t>
      </w:r>
    </w:p>
    <w:p>
      <w:r>
        <w:rPr>
          <w:b/>
        </w:rPr>
        <w:t xml:space="preserve">[1:22:02] </w:t>
      </w:r>
      <w:r>
        <w:t>hain to dua karte hain allah taala se.</w:t>
      </w:r>
    </w:p>
    <w:p>
      <w:pPr>
        <w:jc w:val="right"/>
      </w:pPr>
      <w:r>
        <w:t>ہیں تو دعا کرتے ہیں اللہ تعالی سے۔</w:t>
      </w:r>
    </w:p>
    <w:p>
      <w:r>
        <w:rPr>
          <w:b/>
        </w:rPr>
        <w:t xml:space="preserve">[1:22:08] </w:t>
      </w:r>
      <w:r>
        <w:t>to to dua jo hai is mein is ke sath sath zaruri hai ke aap jo dua aap</w:t>
      </w:r>
    </w:p>
    <w:p>
      <w:pPr>
        <w:jc w:val="right"/>
      </w:pPr>
      <w:r>
        <w:t>تو تو دعا جو ہے اس میں اس کے ساتھ ساتھ ضروری ہے کہ آپ جو دعا آپ</w:t>
      </w:r>
    </w:p>
    <w:p>
      <w:r>
        <w:rPr>
          <w:b/>
        </w:rPr>
        <w:t xml:space="preserve">[1:22:14] </w:t>
      </w:r>
      <w:r>
        <w:t>kar rahe hain us ke muwafiq amal karen.</w:t>
      </w:r>
    </w:p>
    <w:p>
      <w:pPr>
        <w:jc w:val="right"/>
      </w:pPr>
      <w:r>
        <w:t>کر رہے ہیں اس کے موافق عمل کریں۔</w:t>
      </w:r>
    </w:p>
    <w:p>
      <w:r>
        <w:rPr>
          <w:b/>
        </w:rPr>
        <w:t xml:space="preserve">[1:22:20] </w:t>
      </w:r>
      <w:r>
        <w:t>agar sirf dua karen, us ke muwafiq amal na kar rahe hon to dua qabul nahi hogi.</w:t>
      </w:r>
    </w:p>
    <w:p>
      <w:pPr>
        <w:jc w:val="right"/>
      </w:pPr>
      <w:r>
        <w:t>اگر صرف دعا کریں، اس کے موافق عمل نہ کر رہے ہوں تو دعا قبول نہیں ہوگی۔</w:t>
      </w:r>
    </w:p>
    <w:p>
      <w:r>
        <w:rPr>
          <w:b/>
        </w:rPr>
        <w:t xml:space="preserve">[1:22:26] </w:t>
      </w:r>
      <w:r>
        <w:t>ek shakhs ne pucha rasool allah sallallahu alaihi wasallam se ke main oont ko bandh kar tawakkul</w:t>
      </w:r>
    </w:p>
    <w:p>
      <w:pPr>
        <w:jc w:val="right"/>
      </w:pPr>
      <w:r>
        <w:t>ایک شخص نے پوچھا رسول اللہ صلی اللہ علیہ وسلم سے کہ میں اونٹ کو باندھ کر توکل</w:t>
      </w:r>
    </w:p>
    <w:p>
      <w:r>
        <w:rPr>
          <w:b/>
        </w:rPr>
        <w:t xml:space="preserve">[1:22:32] </w:t>
      </w:r>
      <w:r>
        <w:t>karun ya oont ko chhod kar tawakkul karun? aap ne farmaya ke "ae ilah!</w:t>
      </w:r>
    </w:p>
    <w:p>
      <w:pPr>
        <w:jc w:val="right"/>
      </w:pPr>
      <w:r>
        <w:t>کروں یا اونٹ کو چھوڑ کر توکل کروں؟ آپ نے فرمایا کہ "اے الہ!</w:t>
      </w:r>
    </w:p>
    <w:p>
      <w:r>
        <w:rPr>
          <w:b/>
        </w:rPr>
        <w:t xml:space="preserve">[1:22:38] </w:t>
      </w:r>
      <w:r>
        <w:t>fatawakkal, pehle oont ko bandho, phir tawakkul karo." to dua bilashubah bahut hi important hai, lekin dua karne</w:t>
      </w:r>
    </w:p>
    <w:p>
      <w:pPr>
        <w:jc w:val="right"/>
      </w:pPr>
      <w:r>
        <w:t>فتوکل، پہلے اونٹ کو باندھو، پھر توکل کرو۔" تو دعا بلاشبہ بہت ہی امپورٹنٹ ہے، لیکن دعا کرنے</w:t>
      </w:r>
    </w:p>
    <w:p>
      <w:r>
        <w:rPr>
          <w:b/>
        </w:rPr>
        <w:t xml:space="preserve">[1:22:43] </w:t>
      </w:r>
      <w:r>
        <w:t>wala sincere hai ke nahi, is ki sincerity is se rush hoti hai is baat se ke is</w:t>
      </w:r>
    </w:p>
    <w:p>
      <w:pPr>
        <w:jc w:val="right"/>
      </w:pPr>
      <w:r>
        <w:t>والا سنسیئر ہے کہ نہیں، اس کی سنسیئرٹی اس سے رش ہوتی ہے اس بات سے کہ اس</w:t>
      </w:r>
    </w:p>
    <w:p>
      <w:r>
        <w:rPr>
          <w:b/>
        </w:rPr>
        <w:t xml:space="preserve">[1:22:49] </w:t>
      </w:r>
      <w:r>
        <w:t>ke muwafiq amal kar raha hai ke nahi kar raha.</w:t>
      </w:r>
    </w:p>
    <w:p>
      <w:pPr>
        <w:jc w:val="right"/>
      </w:pPr>
      <w:r>
        <w:t>کے موافق عمل کر رہا ہے کہ نہیں کر رہا۔</w:t>
      </w:r>
    </w:p>
    <w:p>
      <w:r>
        <w:rPr>
          <w:b/>
        </w:rPr>
        <w:t xml:space="preserve">[1:22:54] </w:t>
      </w:r>
      <w:r>
        <w:t>misalan aap rizq ki dua kar rahe hain, rizq hasan ki, aur subah sham bistar par pade hue</w:t>
      </w:r>
    </w:p>
    <w:p>
      <w:pPr>
        <w:jc w:val="right"/>
      </w:pPr>
      <w:r>
        <w:t>مثلاً آپ رزق کی دعا کر رہے ہیں، رزق حسن کی، اور صبح شام بستر پر پڑے ہوئے</w:t>
      </w:r>
    </w:p>
    <w:p>
      <w:r>
        <w:rPr>
          <w:b/>
        </w:rPr>
        <w:t xml:space="preserve">[1:23:00] </w:t>
      </w:r>
      <w:r>
        <w:t>hain aur koi kaam nahi karte to woh dua be-mani hai.</w:t>
      </w:r>
    </w:p>
    <w:p>
      <w:pPr>
        <w:jc w:val="right"/>
      </w:pPr>
      <w:r>
        <w:t>ہیں اور کوئی کام نہیں کرتے تو وہ دعا بے معنی ہے۔</w:t>
      </w:r>
    </w:p>
    <w:p>
      <w:r>
        <w:rPr>
          <w:b/>
        </w:rPr>
        <w:t xml:space="preserve">[1:23:05] </w:t>
      </w:r>
      <w:r>
        <w:t>woh dua be-mani hai, yani dua ki dua karne mein aap sincere hain, dua karne mein aap honest hain.</w:t>
      </w:r>
    </w:p>
    <w:p>
      <w:pPr>
        <w:jc w:val="right"/>
      </w:pPr>
      <w:r>
        <w:t>وہ دعا بے معنی ہے، یعنی دعا کی دعا کرنے میں آپ سنسیئر ہیں، دعا کرنے میں آپ اونسٹ ہیں۔</w:t>
      </w:r>
    </w:p>
    <w:p>
      <w:r>
        <w:rPr>
          <w:b/>
        </w:rPr>
        <w:t xml:space="preserve">[1:23:11] </w:t>
      </w:r>
      <w:r>
        <w:t>yeh establish hota hai is baat se ke aap khud apni taqat ko laga rahi hain isi raste mein.</w:t>
      </w:r>
    </w:p>
    <w:p>
      <w:pPr>
        <w:jc w:val="right"/>
      </w:pPr>
      <w:r>
        <w:t>یہ اسٹیبلش ہوتا ہے اس بات سے کہ آپ خود اپنی طاقت کو لگا رہی ہیں اسی راستے میں۔</w:t>
      </w:r>
    </w:p>
    <w:p>
      <w:r>
        <w:rPr>
          <w:b/>
        </w:rPr>
        <w:t xml:space="preserve">[1:23:16] </w:t>
      </w:r>
      <w:r>
        <w:t>to jab allah taala yeh dekhte hain ke aap sach much sincere hain is mamle mein to is</w:t>
      </w:r>
    </w:p>
    <w:p>
      <w:pPr>
        <w:jc w:val="right"/>
      </w:pPr>
      <w:r>
        <w:t>تو جب اللہ تعالی یہ دیکھتے ہیں کہ آپ سچ مچ سنسیئر ہیں اس معاملے میں تو اس</w:t>
      </w:r>
    </w:p>
    <w:p>
      <w:r>
        <w:rPr>
          <w:b/>
        </w:rPr>
        <w:t xml:space="preserve">[1:23:22] </w:t>
      </w:r>
      <w:r>
        <w:t>waqt allah ki rah mutabiq aap ki taraf aati hai.</w:t>
      </w:r>
    </w:p>
    <w:p>
      <w:pPr>
        <w:jc w:val="right"/>
      </w:pPr>
      <w:r>
        <w:t>وقت اللہ کی راہ مطابق آپ کی طرف آتی ہے۔</w:t>
      </w:r>
    </w:p>
    <w:p>
      <w:r>
        <w:rPr>
          <w:b/>
        </w:rPr>
        <w:t xml:space="preserve">[1:23:27] </w:t>
      </w:r>
      <w:r>
        <w:t>yani khud to aap sincere na hon aur allah se dua karen, yeh kabhi nahi ho sakta.</w:t>
      </w:r>
    </w:p>
    <w:p>
      <w:pPr>
        <w:jc w:val="right"/>
      </w:pPr>
      <w:r>
        <w:t>یعنی خود تو آپ سنسیئر نہ ہوں اور اللہ سے دعا کریں، یہ کبھی نہیں ہو سکتا۔</w:t>
      </w:r>
    </w:p>
    <w:p>
      <w:r>
        <w:rPr>
          <w:b/>
        </w:rPr>
        <w:t xml:space="preserve">[1:23:33] </w:t>
      </w:r>
      <w:r>
        <w:t>aisi dua kabhi qabul nahi hogi.</w:t>
      </w:r>
    </w:p>
    <w:p>
      <w:pPr>
        <w:jc w:val="right"/>
      </w:pPr>
      <w:r>
        <w:t>ایسی دعا کبھی قبول نہیں ہوگی۔</w:t>
      </w:r>
    </w:p>
    <w:p>
      <w:r>
        <w:rPr>
          <w:b/>
        </w:rPr>
        <w:t xml:space="preserve">[1:23:38] </w:t>
      </w:r>
      <w:r>
        <w:t>maulana, agla sawal kanpur se hai mister ashish tiwari sahib ka.</w:t>
      </w:r>
    </w:p>
    <w:p>
      <w:pPr>
        <w:jc w:val="right"/>
      </w:pPr>
      <w:r>
        <w:t>مولانا، اگلا سوال کانپور سے ہے مسٹر عشیش تیواری صاحب کا۔</w:t>
      </w:r>
    </w:p>
    <w:p>
      <w:r>
        <w:rPr>
          <w:b/>
        </w:rPr>
        <w:t xml:space="preserve">[1:23:44] </w:t>
      </w:r>
      <w:r>
        <w:t>unhon ne likha hai: "maulana sahib!</w:t>
      </w:r>
    </w:p>
    <w:p>
      <w:pPr>
        <w:jc w:val="right"/>
      </w:pPr>
      <w:r>
        <w:t>انہوں نے لکھا ہے: "مولانا صاحب!</w:t>
      </w:r>
    </w:p>
    <w:p>
      <w:r>
        <w:rPr>
          <w:b/>
        </w:rPr>
        <w:t xml:space="preserve">[1:23:50] </w:t>
      </w:r>
      <w:r>
        <w:t>Thank you for your reply to my earlier question.</w:t>
      </w:r>
    </w:p>
    <w:p>
      <w:pPr>
        <w:jc w:val="right"/>
      </w:pPr>
      <w:r>
        <w:t>تھینک یو فار یور ریپلائی ٹو مائی ارلیئر کوئسچن۔</w:t>
      </w:r>
    </w:p>
    <w:p>
      <w:r>
        <w:rPr>
          <w:b/>
        </w:rPr>
        <w:t xml:space="preserve">[1:23:53] </w:t>
      </w:r>
      <w:r>
        <w:t>My reference to information age in the question was to emphasize the freely available information today in all</w:t>
      </w:r>
    </w:p>
    <w:p>
      <w:pPr>
        <w:jc w:val="right"/>
      </w:pPr>
      <w:r>
        <w:t>مائی ریفرنس ٹو انفارمیشن ایج ان دا کوئسچن واز ٹو ایمفسائز دا فریلی اویلیبل انفارمیشن ٹوڈے ان ال</w:t>
      </w:r>
    </w:p>
    <w:p>
      <w:r>
        <w:rPr>
          <w:b/>
        </w:rPr>
        <w:t xml:space="preserve">[1:24:01] </w:t>
      </w:r>
      <w:r>
        <w:t>topics.</w:t>
      </w:r>
    </w:p>
    <w:p>
      <w:pPr>
        <w:jc w:val="right"/>
      </w:pPr>
      <w:r>
        <w:t>ٹاپکس۔</w:t>
      </w:r>
    </w:p>
    <w:p>
      <w:r>
        <w:rPr>
          <w:b/>
        </w:rPr>
        <w:t xml:space="preserve">[1:24:03] </w:t>
      </w:r>
      <w:r>
        <w:t>Anybody can do an online search to get information on any topic, and yet nobody</w:t>
      </w:r>
    </w:p>
    <w:p>
      <w:pPr>
        <w:jc w:val="right"/>
      </w:pPr>
      <w:r>
        <w:t>اینی بڈی کین ڈو این آن لائن سرچ ٹو گیٹ انفارمیشن ان اینی ٹاپک، اینڈ یٹ نو بڈی</w:t>
      </w:r>
    </w:p>
    <w:p>
      <w:r>
        <w:rPr>
          <w:b/>
        </w:rPr>
        <w:t xml:space="preserve">[1:24:10] </w:t>
      </w:r>
      <w:r>
        <w:t>seems to be aware that the life is completely uncertain and can come to an end at any</w:t>
      </w:r>
    </w:p>
    <w:p>
      <w:pPr>
        <w:jc w:val="right"/>
      </w:pPr>
      <w:r>
        <w:t>سیمز ٹو بی اویئر دیٹ دا لائف از کمپلیٹلی انسرٹین اینڈ کین کم ٹو این اینڈ ایٹ اینی</w:t>
      </w:r>
    </w:p>
    <w:p>
      <w:r>
        <w:rPr>
          <w:b/>
        </w:rPr>
        <w:t xml:space="preserve">[1:24:18] </w:t>
      </w:r>
      <w:r>
        <w:t>time." Is there any new question on this? Maulana, they are trying to say that nowadays</w:t>
      </w:r>
    </w:p>
    <w:p>
      <w:pPr>
        <w:jc w:val="right"/>
      </w:pPr>
      <w:r>
        <w:t>ٹائم۔" کہ کوئی نیا کوئسچن ہے اس پہ؟ مولانا، وہ یہ بتانا چاہ رہے ہیں کہ آج کل</w:t>
      </w:r>
    </w:p>
    <w:p>
      <w:r>
        <w:rPr>
          <w:b/>
        </w:rPr>
        <w:t xml:space="preserve">[1:24:26] </w:t>
      </w:r>
      <w:r>
        <w:t>online pe kisi bhi subject ko le ke poori information available hai.</w:t>
      </w:r>
    </w:p>
    <w:p>
      <w:pPr>
        <w:jc w:val="right"/>
      </w:pPr>
      <w:r>
        <w:t>آن لائن پہ کسی بھی سبجیکٹ کو لے کے پوری انفارمیشن اویلیبل ہے۔</w:t>
      </w:r>
    </w:p>
    <w:p>
      <w:r>
        <w:rPr>
          <w:b/>
        </w:rPr>
        <w:t xml:space="preserve">[1:24:31] </w:t>
      </w:r>
      <w:r>
        <w:t>to aisa kyun hota hai ke despite all this information being available, yeh insaan nahi jaan pata ke</w:t>
      </w:r>
    </w:p>
    <w:p>
      <w:pPr>
        <w:jc w:val="right"/>
      </w:pPr>
      <w:r>
        <w:t>تو ایسا کیوں ہوتا ہے کہ ڈسپائٹ ال دس انفارمیشن بینگ اویلیبل، یہ انسان نہیں جان پاتا کہ</w:t>
      </w:r>
    </w:p>
    <w:p>
      <w:r>
        <w:rPr>
          <w:b/>
        </w:rPr>
        <w:t xml:space="preserve">[1:24:39] </w:t>
      </w:r>
      <w:r>
        <w:t>life jo hai woh uncertain hai aur kabhi bhi khatam ho sakti hai? aisa kyun hai? asal mein</w:t>
      </w:r>
    </w:p>
    <w:p>
      <w:pPr>
        <w:jc w:val="right"/>
      </w:pPr>
      <w:r>
        <w:t>لائف جو ہے وہ انسرٹین ہے اور کبھی بھی ختم ہو سکتی ہے؟ ایسا کیوں ہے؟ اصل میں</w:t>
      </w:r>
    </w:p>
    <w:p>
      <w:r>
        <w:rPr>
          <w:b/>
        </w:rPr>
        <w:t xml:space="preserve">[1:24:47] </w:t>
      </w:r>
      <w:r>
        <w:t>dekhein, yeh yeh bhi ek myth hai, main samajhta hoon.</w:t>
      </w:r>
    </w:p>
    <w:p>
      <w:pPr>
        <w:jc w:val="right"/>
      </w:pPr>
      <w:r>
        <w:t>دیکھیں، یہ یہ بھی ایک متھ ہے، میں سمجھتا ہوں۔</w:t>
      </w:r>
    </w:p>
    <w:p>
      <w:r>
        <w:rPr>
          <w:b/>
        </w:rPr>
        <w:t xml:space="preserve">[1:24:51] </w:t>
      </w:r>
      <w:r>
        <w:t>yani internet par information nahi hai, jungle hai.</w:t>
      </w:r>
    </w:p>
    <w:p>
      <w:pPr>
        <w:jc w:val="right"/>
      </w:pPr>
      <w:r>
        <w:t>یعنی انٹرنیٹ پر انفارمیشن نہیں ہے، جنگل ہے۔</w:t>
      </w:r>
    </w:p>
    <w:p>
      <w:r>
        <w:rPr>
          <w:b/>
        </w:rPr>
        <w:t xml:space="preserve">[1:24:54] </w:t>
      </w:r>
      <w:r>
        <w:t>information nahi hai, jangl ek jangl hai.</w:t>
      </w:r>
    </w:p>
    <w:p>
      <w:pPr>
        <w:jc w:val="right"/>
      </w:pPr>
      <w:r>
        <w:t>انفارمیشن نہیں ہے، جنگل ایک جنگل ہے۔</w:t>
      </w:r>
    </w:p>
    <w:p>
      <w:r>
        <w:rPr>
          <w:b/>
        </w:rPr>
        <w:t xml:space="preserve">[1:24:57] </w:t>
      </w:r>
      <w:r>
        <w:t>is mein to aap ko apni aql istemal karna parta hai.</w:t>
      </w:r>
    </w:p>
    <w:p>
      <w:pPr>
        <w:jc w:val="right"/>
      </w:pPr>
      <w:r>
        <w:t>اس میں تو آپ کو اپنی عقل استعمال کرنا پڑتا ہے۔</w:t>
      </w:r>
    </w:p>
    <w:p>
      <w:r>
        <w:rPr>
          <w:b/>
        </w:rPr>
        <w:t xml:space="preserve">[1:25:02] </w:t>
      </w:r>
      <w:r>
        <w:t>aisa nahi ke bas do do minute kehta hota hai, wahan bata de aap ko.</w:t>
      </w:r>
    </w:p>
    <w:p>
      <w:pPr>
        <w:jc w:val="right"/>
      </w:pPr>
      <w:r>
        <w:t>ایسا نہیں کہ بس دو دو منٹ کہتا ہوتا ہے، وہاں بتا دے آپ کو۔</w:t>
      </w:r>
    </w:p>
    <w:p>
      <w:r>
        <w:rPr>
          <w:b/>
        </w:rPr>
        <w:t xml:space="preserve">[1:25:09] </w:t>
      </w:r>
      <w:r>
        <w:t>woh nahi, ek jangl aap ko samne lata hai.</w:t>
      </w:r>
    </w:p>
    <w:p>
      <w:pPr>
        <w:jc w:val="right"/>
      </w:pPr>
      <w:r>
        <w:t>وہ نہیں، ایک جنگل آپ کو سامنے لاتا ہے۔</w:t>
      </w:r>
    </w:p>
    <w:p>
      <w:r>
        <w:rPr>
          <w:b/>
        </w:rPr>
        <w:t xml:space="preserve">[1:25:12] </w:t>
      </w:r>
      <w:r>
        <w:t>woh internet, is jangl mein aap ko khud faisla karna parta hai.</w:t>
      </w:r>
    </w:p>
    <w:p>
      <w:pPr>
        <w:jc w:val="right"/>
      </w:pPr>
      <w:r>
        <w:t>وہ انٹرنیٹ، اس جنگل میں آپ کو خود فیصلہ کرنا پڑتا ہے۔</w:t>
      </w:r>
    </w:p>
    <w:p>
      <w:r>
        <w:rPr>
          <w:b/>
        </w:rPr>
        <w:t xml:space="preserve">[1:25:18] </w:t>
      </w:r>
      <w:r>
        <w:t>ek callon ke andar to mein samajhta hoon ke information, jis ko kehte hain information explosion, woh mein</w:t>
      </w:r>
    </w:p>
    <w:p>
      <w:pPr>
        <w:jc w:val="right"/>
      </w:pPr>
      <w:r>
        <w:t>ایک کالوں کے اندر تو میں سمجھتا ہوں کہ انفارمیشن، جس کو کہتے ہیں انفارمیشن ایکسپلوژن، وہ میں</w:t>
      </w:r>
    </w:p>
    <w:p>
      <w:r>
        <w:rPr>
          <w:b/>
        </w:rPr>
        <w:t xml:space="preserve">[1:25:25] </w:t>
      </w:r>
      <w:r>
        <w:t>samajhta hoon ke is se insan ko sirf confusion tak pohanchaya hai.</w:t>
      </w:r>
    </w:p>
    <w:p>
      <w:pPr>
        <w:jc w:val="right"/>
      </w:pPr>
      <w:r>
        <w:t>سمجھتا ہوں کہ اس سے انسان کو صرف کنفیوژن تک پہنچایا ہے۔</w:t>
      </w:r>
    </w:p>
    <w:p>
      <w:r>
        <w:rPr>
          <w:b/>
        </w:rPr>
        <w:t xml:space="preserve">[1:25:30] </w:t>
      </w:r>
      <w:r>
        <w:t>mojudah zamana jo hai, is ko kehte hain age of information explosion.</w:t>
      </w:r>
    </w:p>
    <w:p>
      <w:pPr>
        <w:jc w:val="right"/>
      </w:pPr>
      <w:r>
        <w:t>موجودہ زمانہ جو ہے، اس کو کہتے ہیں ایج آف انفارمیشن ایکسپلوژن۔</w:t>
      </w:r>
    </w:p>
    <w:p>
      <w:r>
        <w:rPr>
          <w:b/>
        </w:rPr>
        <w:t xml:space="preserve">[1:25:36] </w:t>
      </w:r>
      <w:r>
        <w:t>lekin bas, mera tajurba yeh hai ke ek jangl hai information ka, is mein log sawa confusion kuch</w:t>
      </w:r>
    </w:p>
    <w:p>
      <w:pPr>
        <w:jc w:val="right"/>
      </w:pPr>
      <w:r>
        <w:t>لیکن بس، میرا تجربہ یہ ہے کہ ایک جنگل ہے انفارمیشن کا، اس میں لوگ سوا کنفیوژن کچھ</w:t>
      </w:r>
    </w:p>
    <w:p>
      <w:r>
        <w:rPr>
          <w:b/>
        </w:rPr>
        <w:t xml:space="preserve">[1:25:43] </w:t>
      </w:r>
      <w:r>
        <w:t>nahi milta.</w:t>
      </w:r>
    </w:p>
    <w:p>
      <w:pPr>
        <w:jc w:val="right"/>
      </w:pPr>
      <w:r>
        <w:t>نہیں ملتا۔</w:t>
      </w:r>
    </w:p>
    <w:p>
      <w:r>
        <w:rPr>
          <w:b/>
        </w:rPr>
        <w:t xml:space="preserve">[1:25:45] </w:t>
      </w:r>
      <w:r>
        <w:t>is ki ek misal mein deta hoon aap ko ke mein rozana angrezi akhbar parta hoon, jo top</w:t>
      </w:r>
    </w:p>
    <w:p>
      <w:pPr>
        <w:jc w:val="right"/>
      </w:pPr>
      <w:r>
        <w:t>اس کی ایک مثال میں دیتا ہوں آپ کو کہ میں روزانہ انگریزی اخبار پڑھتا ہوں، جو ٹاپ</w:t>
      </w:r>
    </w:p>
    <w:p>
      <w:r>
        <w:rPr>
          <w:b/>
        </w:rPr>
        <w:t xml:space="preserve">[1:25:52] </w:t>
      </w:r>
      <w:r>
        <w:t>ka angrezi akhbar india ka, is ko rozana parta hoon.</w:t>
      </w:r>
    </w:p>
    <w:p>
      <w:pPr>
        <w:jc w:val="right"/>
      </w:pPr>
      <w:r>
        <w:t>کا انگریزی اخبار انڈیا کا، اس کو روزانہ پڑھتا ہوں۔</w:t>
      </w:r>
    </w:p>
    <w:p>
      <w:r>
        <w:rPr>
          <w:b/>
        </w:rPr>
        <w:t xml:space="preserve">[1:25:57] </w:t>
      </w:r>
      <w:r>
        <w:t>aur is mein jo article ate hain, ek to khabrein hoti hain.</w:t>
      </w:r>
    </w:p>
    <w:p>
      <w:pPr>
        <w:jc w:val="right"/>
      </w:pPr>
      <w:r>
        <w:t>اور اس میں جو آرٹیکل آتے ہیں، ایک تو خبریں ہوتی ہیں۔</w:t>
      </w:r>
    </w:p>
    <w:p>
      <w:r>
        <w:rPr>
          <w:b/>
        </w:rPr>
        <w:t xml:space="preserve">[1:26:02] </w:t>
      </w:r>
      <w:r>
        <w:t>yeh to khabrein to ek khabrein parh lijiye, jo hua woh bata deta hai woh.</w:t>
      </w:r>
    </w:p>
    <w:p>
      <w:pPr>
        <w:jc w:val="right"/>
      </w:pPr>
      <w:r>
        <w:t>یہ تو خبریں تو ایک خبریں پڑھ لیجیے، جو ہوا وہ بتا دیتا ہے وہ۔</w:t>
      </w:r>
    </w:p>
    <w:p>
      <w:r>
        <w:rPr>
          <w:b/>
        </w:rPr>
        <w:t xml:space="preserve">[1:26:08] </w:t>
      </w:r>
      <w:r>
        <w:t>lekin jo article hote hain, is mein views hote hain.</w:t>
      </w:r>
    </w:p>
    <w:p>
      <w:pPr>
        <w:jc w:val="right"/>
      </w:pPr>
      <w:r>
        <w:t>لیکن جو آرٹیکل ہوتے ہیں، اس میں ویوز ہوتے ہیں۔</w:t>
      </w:r>
    </w:p>
    <w:p>
      <w:r>
        <w:rPr>
          <w:b/>
        </w:rPr>
        <w:t xml:space="preserve">[1:26:13] </w:t>
      </w:r>
      <w:r>
        <w:t>views, is mein sawa confusion kuch milta nahi.</w:t>
      </w:r>
    </w:p>
    <w:p>
      <w:pPr>
        <w:jc w:val="right"/>
      </w:pPr>
      <w:r>
        <w:t>ویوز، اس میں سوا کنفیوژن کچھ ملتا نہیں۔</w:t>
      </w:r>
    </w:p>
    <w:p>
      <w:r>
        <w:rPr>
          <w:b/>
        </w:rPr>
        <w:t xml:space="preserve">[1:26:16] </w:t>
      </w:r>
      <w:r>
        <w:t>yani news mein to mil jati hain baatein, lekin yeh views jo dete hain, jo log to sirf</w:t>
      </w:r>
    </w:p>
    <w:p>
      <w:pPr>
        <w:jc w:val="right"/>
      </w:pPr>
      <w:r>
        <w:t>یعنی نیوز میں تو مل جاتی ہیں باتیں، لیکن یہ ویوز جو دیتے ہیں، جو لوگ تو صرف</w:t>
      </w:r>
    </w:p>
    <w:p>
      <w:r>
        <w:rPr>
          <w:b/>
        </w:rPr>
        <w:t xml:space="preserve">[1:26:24] </w:t>
      </w:r>
      <w:r>
        <w:t>confusion dete hain.</w:t>
      </w:r>
    </w:p>
    <w:p>
      <w:pPr>
        <w:jc w:val="right"/>
      </w:pPr>
      <w:r>
        <w:t>کنفیوژن دیتے ہیں۔</w:t>
      </w:r>
    </w:p>
    <w:p>
      <w:r>
        <w:rPr>
          <w:b/>
        </w:rPr>
        <w:t xml:space="preserve">[1:26:25] </w:t>
      </w:r>
      <w:r>
        <w:t>aaj bhi mein ne subah ek akhbar mein parha, kuch kuch aise yani item views wale, to is</w:t>
      </w:r>
    </w:p>
    <w:p>
      <w:pPr>
        <w:jc w:val="right"/>
      </w:pPr>
      <w:r>
        <w:t>آج بھی میں نے صبح ایک اخبار میں پڑھا، کچھ کچھ ایسے یعنی آئٹم ویوز والے، تو اس</w:t>
      </w:r>
    </w:p>
    <w:p>
      <w:r>
        <w:rPr>
          <w:b/>
        </w:rPr>
        <w:t xml:space="preserve">[1:26:33] </w:t>
      </w:r>
      <w:r>
        <w:t>mein sawa confusion kuch bhi nahi tha.</w:t>
      </w:r>
    </w:p>
    <w:p>
      <w:pPr>
        <w:jc w:val="right"/>
      </w:pPr>
      <w:r>
        <w:t>میں سوا کنفیوژن کچھ بھی نہیں تھا۔</w:t>
      </w:r>
    </w:p>
    <w:p>
      <w:r>
        <w:rPr>
          <w:b/>
        </w:rPr>
        <w:t xml:space="preserve">[1:26:36] </w:t>
      </w:r>
      <w:r>
        <w:t>to yeh yeh jo kaha jata hai ke information explosion ka zamana yeh hai, mein samajhta hoon ke</w:t>
      </w:r>
    </w:p>
    <w:p>
      <w:pPr>
        <w:jc w:val="right"/>
      </w:pPr>
      <w:r>
        <w:t>تو یہ یہ جو کہا جاتا ہے کہ انفارمیشن ایکسپلوژن کا زمانہ یہ ہے، میں سمجھتا ہوں کہ</w:t>
      </w:r>
    </w:p>
    <w:p>
      <w:r>
        <w:rPr>
          <w:b/>
        </w:rPr>
        <w:t xml:space="preserve">[1:26:44] </w:t>
      </w:r>
      <w:r>
        <w:t>information jangl ka zamana hai.</w:t>
      </w:r>
    </w:p>
    <w:p>
      <w:pPr>
        <w:jc w:val="right"/>
      </w:pPr>
      <w:r>
        <w:t>انفارمیشن جنگل کا زمانہ ہے۔</w:t>
      </w:r>
    </w:p>
    <w:p>
      <w:r>
        <w:rPr>
          <w:b/>
        </w:rPr>
        <w:t xml:space="preserve">[1:26:46] </w:t>
      </w:r>
      <w:r>
        <w:t>kyun ke itni maloomat bhari hui hain is ke andar, to aap ko kaise sort out karen? Aap is</w:t>
      </w:r>
    </w:p>
    <w:p>
      <w:pPr>
        <w:jc w:val="right"/>
      </w:pPr>
      <w:r>
        <w:t>کیونکہ اتنی معلومات بھری ہوئی ہیں اس کے اندر، تو آپ کو کیسے سارٹ آؤٹ کریں؟ آپ اس</w:t>
      </w:r>
    </w:p>
    <w:p>
      <w:r>
        <w:rPr>
          <w:b/>
        </w:rPr>
        <w:t xml:space="preserve">[1:26:54] </w:t>
      </w:r>
      <w:r>
        <w:t>ko kaise samjhen? Yeh bara pecheeda masla hai.</w:t>
      </w:r>
    </w:p>
    <w:p>
      <w:pPr>
        <w:jc w:val="right"/>
      </w:pPr>
      <w:r>
        <w:t>کو کیسے سمجھیں؟ یہ بڑا پیچیدہ مسئلہ ہے۔</w:t>
      </w:r>
    </w:p>
    <w:p>
      <w:r>
        <w:rPr>
          <w:b/>
        </w:rPr>
        <w:t xml:space="preserve">[1:26:57] </w:t>
      </w:r>
      <w:r>
        <w:t>aadmi ka haal yeh hai ke woh busy hai kahin kisi job mein, kisi business mein.</w:t>
      </w:r>
    </w:p>
    <w:p>
      <w:pPr>
        <w:jc w:val="right"/>
      </w:pPr>
      <w:r>
        <w:t>آدمی کا حال یہ ہے کہ وہ بزی ہے کہیں کسی جاب میں، کسی بزنس میں۔</w:t>
      </w:r>
    </w:p>
    <w:p>
      <w:r>
        <w:rPr>
          <w:b/>
        </w:rPr>
        <w:t xml:space="preserve">[1:27:04] </w:t>
      </w:r>
      <w:r>
        <w:t>humari tarah se to koi hai nahi ke woh sab kuch chhod chhad kar ke sirf study karta</w:t>
      </w:r>
    </w:p>
    <w:p>
      <w:pPr>
        <w:jc w:val="right"/>
      </w:pPr>
      <w:r>
        <w:t>ہماری طرح سے تو کوئی ہے نہیں کہ وہ سب کچھ چھوڑ چھاڑ کر کے صرف سٹڈی کرتا</w:t>
      </w:r>
    </w:p>
    <w:p>
      <w:r>
        <w:rPr>
          <w:b/>
        </w:rPr>
        <w:t xml:space="preserve">[1:27:12] </w:t>
      </w:r>
      <w:r>
        <w:t>ho.</w:t>
      </w:r>
    </w:p>
    <w:p>
      <w:pPr>
        <w:jc w:val="right"/>
      </w:pPr>
      <w:r>
        <w:t>ہو۔</w:t>
      </w:r>
    </w:p>
    <w:p>
      <w:r>
        <w:rPr>
          <w:b/>
        </w:rPr>
        <w:t xml:space="preserve">[1:27:13] </w:t>
      </w:r>
      <w:r>
        <w:t>to jo log bhi istemal karte hain internet ko, main samajhta hoon is siwa confusion ke aur kuch</w:t>
      </w:r>
    </w:p>
    <w:p>
      <w:pPr>
        <w:jc w:val="right"/>
      </w:pPr>
      <w:r>
        <w:t>تو جو لوگ بھی استعمال کرتے ہیں انٹرنیٹ کو، میں سمجھتا ہوں اس سوا کنفیوژن کے اور کچھ</w:t>
      </w:r>
    </w:p>
    <w:p>
      <w:r>
        <w:rPr>
          <w:b/>
        </w:rPr>
        <w:t xml:space="preserve">[1:27:21] </w:t>
      </w:r>
      <w:r>
        <w:t>milta nahi hai.</w:t>
      </w:r>
    </w:p>
    <w:p>
      <w:pPr>
        <w:jc w:val="right"/>
      </w:pPr>
      <w:r>
        <w:t>ملتا نہیں ہے۔</w:t>
      </w:r>
    </w:p>
    <w:p>
      <w:r>
        <w:rPr>
          <w:b/>
        </w:rPr>
        <w:t xml:space="preserve">[1:27:22] </w:t>
      </w:r>
      <w:r>
        <w:t>main is apne tajrube se yahi samajh paya hoon.</w:t>
      </w:r>
    </w:p>
    <w:p>
      <w:pPr>
        <w:jc w:val="right"/>
      </w:pPr>
      <w:r>
        <w:t>میں اس اپنے تجربے سے یہی سمجھ پایا ہوں۔</w:t>
      </w:r>
    </w:p>
    <w:p>
      <w:r>
        <w:rPr>
          <w:b/>
        </w:rPr>
        <w:t xml:space="preserve">[1:27:26] </w:t>
      </w:r>
      <w:r>
        <w:t>maulana, agla sawal hai solah pur se maulana yaqoob umri sahib ka.</w:t>
      </w:r>
    </w:p>
    <w:p>
      <w:pPr>
        <w:jc w:val="right"/>
      </w:pPr>
      <w:r>
        <w:t>مولانا، اگلا سوال ہے سولہ پور سے مولانا یعقوب عمری صاحب کا۔</w:t>
      </w:r>
    </w:p>
    <w:p>
      <w:r>
        <w:rPr>
          <w:b/>
        </w:rPr>
        <w:t xml:space="preserve">[1:27:31] </w:t>
      </w:r>
      <w:r>
        <w:t>unhon ne likha hai: "deen mein aql ko istemal karne ka hudood kya hai?" koi had nahi, had</w:t>
      </w:r>
    </w:p>
    <w:p>
      <w:pPr>
        <w:jc w:val="right"/>
      </w:pPr>
      <w:r>
        <w:t>انہوں نے لکھا ہے: "دین میں عقل کو استعمال کرنے کا حدود کیا ہے؟" کوئی حد نہیں، حد</w:t>
      </w:r>
    </w:p>
    <w:p>
      <w:r>
        <w:rPr>
          <w:b/>
        </w:rPr>
        <w:t xml:space="preserve">[1:27:39] </w:t>
      </w:r>
      <w:r>
        <w:t>kya hai? had hai sincerity.</w:t>
      </w:r>
    </w:p>
    <w:p>
      <w:pPr>
        <w:jc w:val="right"/>
      </w:pPr>
      <w:r>
        <w:t>کیا ہے؟ حد ہے سنسیریٹی۔</w:t>
      </w:r>
    </w:p>
    <w:p>
      <w:r>
        <w:rPr>
          <w:b/>
        </w:rPr>
        <w:t xml:space="preserve">[1:27:41] </w:t>
      </w:r>
      <w:r>
        <w:t>koi had nahi hai, aap sincere hon, bas aap sincere hon.</w:t>
      </w:r>
    </w:p>
    <w:p>
      <w:pPr>
        <w:jc w:val="right"/>
      </w:pPr>
      <w:r>
        <w:t>کوئی حد نہیں ہے، آپ سنسیئر ہوں، بس آپ سنسیئر ہوں۔</w:t>
      </w:r>
    </w:p>
    <w:p>
      <w:r>
        <w:rPr>
          <w:b/>
        </w:rPr>
        <w:t xml:space="preserve">[1:27:46] </w:t>
      </w:r>
      <w:r>
        <w:t>misal ke taur pe ke main ek baat bataoon ke har aadmi padhta hai "alhamdulillah rabbul alameen" rozana</w:t>
      </w:r>
    </w:p>
    <w:p>
      <w:pPr>
        <w:jc w:val="right"/>
      </w:pPr>
      <w:r>
        <w:t>مثال کے طور پہ کہ میں ایک بات بتاؤں کہ ہر آدمی پڑھتا ہے "الحمدللہ رب العالمین" روزانہ</w:t>
      </w:r>
    </w:p>
    <w:p>
      <w:r>
        <w:rPr>
          <w:b/>
        </w:rPr>
        <w:t xml:space="preserve">[1:27:54] </w:t>
      </w:r>
      <w:r>
        <w:t>namaz mein, aql ko istemal nahi karta.</w:t>
      </w:r>
    </w:p>
    <w:p>
      <w:pPr>
        <w:jc w:val="right"/>
      </w:pPr>
      <w:r>
        <w:t>نماز میں، عقل کو استعمال نہیں کرتا۔</w:t>
      </w:r>
    </w:p>
    <w:p>
      <w:r>
        <w:rPr>
          <w:b/>
        </w:rPr>
        <w:t xml:space="preserve">[1:27:57] </w:t>
      </w:r>
      <w:r>
        <w:t>mujhe ek aadmi nahi mila jo aql ko istemal karta ho yahan, halanke is se bohat bara item</w:t>
      </w:r>
    </w:p>
    <w:p>
      <w:pPr>
        <w:jc w:val="right"/>
      </w:pPr>
      <w:r>
        <w:t>مجھے ایک آدمی نہیں ملا جو عقل کو استعمال کرتا ہو یہاں، حالانکہ اس سے بہت بڑا آئٹم</w:t>
      </w:r>
    </w:p>
    <w:p>
      <w:r>
        <w:rPr>
          <w:b/>
        </w:rPr>
        <w:t xml:space="preserve">[1:28:04] </w:t>
      </w:r>
      <w:r>
        <w:t>hai is ke andar.</w:t>
      </w:r>
    </w:p>
    <w:p>
      <w:pPr>
        <w:jc w:val="right"/>
      </w:pPr>
      <w:r>
        <w:t>ہے اس کے اندر۔</w:t>
      </w:r>
    </w:p>
    <w:p>
      <w:r>
        <w:rPr>
          <w:b/>
        </w:rPr>
        <w:t xml:space="preserve">[1:28:06] </w:t>
      </w:r>
      <w:r>
        <w:t>kisi bhi numaaish se aap poochein, bas "alhamdulillah rabbul alameen" padh liya baghair aql ko istemal kiye.</w:t>
      </w:r>
    </w:p>
    <w:p>
      <w:pPr>
        <w:jc w:val="right"/>
      </w:pPr>
      <w:r>
        <w:t>کسی بھی نمائش سے آپ پوچھیں، بس "الحمدللہ رب العالمین" پڑھ لیا بغیر عقل کو استعمال کیے۔</w:t>
      </w:r>
    </w:p>
    <w:p>
      <w:r>
        <w:rPr>
          <w:b/>
        </w:rPr>
        <w:t xml:space="preserve">[1:28:13] </w:t>
      </w:r>
      <w:r>
        <w:t>main ne apni aql ko istemal kiya, main ne socha ke main keh raha hoon ke khudaaya tera</w:t>
      </w:r>
    </w:p>
    <w:p>
      <w:pPr>
        <w:jc w:val="right"/>
      </w:pPr>
      <w:r>
        <w:t>میں نے اپنی عقل کو استعمال کیا، میں نے سوچا کہ میں کہہ رہا ہوں کہ خدایا تیرا</w:t>
      </w:r>
    </w:p>
    <w:p>
      <w:r>
        <w:rPr>
          <w:b/>
        </w:rPr>
        <w:t xml:space="preserve">[1:28:21] </w:t>
      </w:r>
      <w:r>
        <w:t>shukr hai, to kaise bara shukr niklega jo Allah ke rabbul alameen ki shaan shaan ho? jabke</w:t>
      </w:r>
    </w:p>
    <w:p>
      <w:pPr>
        <w:jc w:val="right"/>
      </w:pPr>
      <w:r>
        <w:t>شکر ہے، تو کیسے بڑا شکر نکلے گا جو اللہ کے رب العالمین کی شان شان ہو؟ جبکہ</w:t>
      </w:r>
    </w:p>
    <w:p>
      <w:r>
        <w:rPr>
          <w:b/>
        </w:rPr>
        <w:t xml:space="preserve">[1:28:29] </w:t>
      </w:r>
      <w:r>
        <w:t>main tarah tarah ke tajrube har waqt mujh se guzarte hain.</w:t>
      </w:r>
    </w:p>
    <w:p>
      <w:pPr>
        <w:jc w:val="right"/>
      </w:pPr>
      <w:r>
        <w:t>میں طرح طرح کے تجربات ہر وقت مجھ سے گزرتے ہیں۔</w:t>
      </w:r>
    </w:p>
    <w:p>
      <w:r>
        <w:rPr>
          <w:b/>
        </w:rPr>
        <w:t xml:space="preserve">[1:28:33] </w:t>
      </w:r>
      <w:r>
        <w:t>matlab, kisi ne mujhe saza diya, kisi ne mera nuksan kar diya, kisi ne mera maal hadap kar</w:t>
      </w:r>
    </w:p>
    <w:p>
      <w:pPr>
        <w:jc w:val="right"/>
      </w:pPr>
      <w:r>
        <w:t>مطلب، کسی نے مجھے سزا دیا، کسی نے میرا نقصان کر دیا، کسی نے میرا مال ہڑپ کر</w:t>
      </w:r>
    </w:p>
    <w:p>
      <w:r>
        <w:rPr>
          <w:b/>
        </w:rPr>
        <w:t xml:space="preserve">[1:28:41] </w:t>
      </w:r>
      <w:r>
        <w:t>liya, kisi ne kisi ne koi nawishat create kar diya, use pareshan kar diya.</w:t>
      </w:r>
    </w:p>
    <w:p>
      <w:pPr>
        <w:jc w:val="right"/>
      </w:pPr>
      <w:r>
        <w:t>لیا، کسی نے کسی نے کوئی نوشیس کریٹ کر دیا، اسے پریشان کر دیا۔</w:t>
      </w:r>
    </w:p>
    <w:p>
      <w:r>
        <w:rPr>
          <w:b/>
        </w:rPr>
        <w:t xml:space="preserve">[1:28:47] </w:t>
      </w:r>
      <w:r>
        <w:t>is ko yani har har din, har subah sham log koi na koi aisi baatein, tajrube guzarte hain</w:t>
      </w:r>
    </w:p>
    <w:p>
      <w:pPr>
        <w:jc w:val="right"/>
      </w:pPr>
      <w:r>
        <w:t>اس کو یعنی ہر ہر دن، ہر صبح شام لوگ کوئی نہ کوئی ایسی باتیں، تجربے گزرتے ہیں</w:t>
      </w:r>
    </w:p>
    <w:p>
      <w:r>
        <w:rPr>
          <w:b/>
        </w:rPr>
        <w:t xml:space="preserve">[1:28:55] </w:t>
      </w:r>
      <w:r>
        <w:t>jis se shikayatein aati hain, complaint aati hain.</w:t>
      </w:r>
    </w:p>
    <w:p>
      <w:pPr>
        <w:jc w:val="right"/>
      </w:pPr>
      <w:r>
        <w:t>جس سے شکایتیں آتی ہیں، کمپلینٹ آتی ہیں۔</w:t>
      </w:r>
    </w:p>
    <w:p>
      <w:r>
        <w:rPr>
          <w:b/>
        </w:rPr>
        <w:t xml:space="preserve">[1:28:58] </w:t>
      </w:r>
      <w:r>
        <w:t>to main kaise kahoon bara shukr kaise mujh se niklega? main jee raha hoon nashukri mein, keh</w:t>
      </w:r>
    </w:p>
    <w:p>
      <w:pPr>
        <w:jc w:val="right"/>
      </w:pPr>
      <w:r>
        <w:t>تو میں کیسے کہوں بڑا شکر کیسے مجھ سے نکلے گا؟ میں جی رہا ہوں ناشکری میں، کہہ</w:t>
      </w:r>
    </w:p>
    <w:p>
      <w:r>
        <w:rPr>
          <w:b/>
        </w:rPr>
        <w:t xml:space="preserve">[1:29:06] </w:t>
      </w:r>
      <w:r>
        <w:t>raha hoon khuda tera shukr hai.</w:t>
      </w:r>
    </w:p>
    <w:p>
      <w:pPr>
        <w:jc w:val="right"/>
      </w:pPr>
      <w:r>
        <w:t>رہا ہوں خدا تیرا شکر ہے۔</w:t>
      </w:r>
    </w:p>
    <w:p>
      <w:r>
        <w:rPr>
          <w:b/>
        </w:rPr>
        <w:t xml:space="preserve">[1:29:09] </w:t>
      </w:r>
      <w:r>
        <w:t>to main is ko daryaft kiya ke is ka matlab yeh hai ke "alhamdulillah rabbul alameen" jo hai,</w:t>
      </w:r>
    </w:p>
    <w:p>
      <w:pPr>
        <w:jc w:val="right"/>
      </w:pPr>
      <w:r>
        <w:t>تو میں اس کو دریافت کیا کہ اس کا مطلب یہ ہے کہ "الحمدللہ رب العالمین" جو ہے،</w:t>
      </w:r>
    </w:p>
    <w:p>
      <w:r>
        <w:rPr>
          <w:b/>
        </w:rPr>
        <w:t xml:space="preserve">[1:29:16] </w:t>
      </w:r>
      <w:r>
        <w:t>ek ek poore culture ko dawat deta hai.</w:t>
      </w:r>
    </w:p>
    <w:p>
      <w:pPr>
        <w:jc w:val="right"/>
      </w:pPr>
      <w:r>
        <w:t>ایک ایک پورے کلچر کو دعوت دیتا ہے۔</w:t>
      </w:r>
    </w:p>
    <w:p>
      <w:r>
        <w:rPr>
          <w:b/>
        </w:rPr>
        <w:t xml:space="preserve">[1:29:20] </w:t>
      </w:r>
      <w:r>
        <w:t>is ka matlab kaha hai bande bhulao in baaton ko taake tum bara shukr kar sako.</w:t>
      </w:r>
    </w:p>
    <w:p>
      <w:pPr>
        <w:jc w:val="right"/>
      </w:pPr>
      <w:r>
        <w:t>اس کا مطلب کہا ہے بندے بھلاؤ ان باتوں کو تاکہ تم بڑا شکر کر سکو۔</w:t>
      </w:r>
    </w:p>
    <w:p>
      <w:r>
        <w:rPr>
          <w:b/>
        </w:rPr>
        <w:t xml:space="preserve">[1:29:27] </w:t>
      </w:r>
      <w:r>
        <w:t>bhulao sab baaton ko, shikayaton ko bhulao aur nuqsan ko bhulao jo tum par pesh aa raha hai.</w:t>
      </w:r>
    </w:p>
    <w:p>
      <w:pPr>
        <w:jc w:val="right"/>
      </w:pPr>
      <w:r>
        <w:t>بھلاؤ سب باتوں کو، شکایتوں کو بھلاؤ اور نقصان کو بھلاؤ جو تم پر پیش آ رہا ہے۔</w:t>
      </w:r>
    </w:p>
    <w:p>
      <w:r>
        <w:rPr>
          <w:b/>
        </w:rPr>
        <w:t xml:space="preserve">[1:29:34] </w:t>
      </w:r>
      <w:r>
        <w:t>yani yeh ayat yeh bata rahi hai ke aap bande bhulao in baaton ko, kyunke kaun duniya mein</w:t>
      </w:r>
    </w:p>
    <w:p>
      <w:pPr>
        <w:jc w:val="right"/>
      </w:pPr>
      <w:r>
        <w:t>یعنی یہ آیت یہ بتا رہی ہے کہ آپ بندے بھلاؤ ان باتوں کو، کیونکہ کون دنیا میں</w:t>
      </w:r>
    </w:p>
    <w:p>
      <w:r>
        <w:rPr>
          <w:b/>
        </w:rPr>
        <w:t xml:space="preserve">[1:29:42] </w:t>
      </w:r>
      <w:r>
        <w:t>aisa hai jisko ke yani negative experience na ho raha ho? koi aisa nahi hai.</w:t>
      </w:r>
    </w:p>
    <w:p>
      <w:pPr>
        <w:jc w:val="right"/>
      </w:pPr>
      <w:r>
        <w:t>ایسا ہے جس کو کہ یعنی نیگیٹیو ایکسپیرینس نہ ہو رہا ہو؟ کوئی ایسا نہیں ہے۔</w:t>
      </w:r>
    </w:p>
    <w:p>
      <w:r>
        <w:rPr>
          <w:b/>
        </w:rPr>
        <w:t xml:space="preserve">[1:29:49] </w:t>
      </w:r>
      <w:r>
        <w:t>aisa to koi ek bhi insaan nahi milega aap ko jisko negative experience na hua ho.</w:t>
      </w:r>
    </w:p>
    <w:p>
      <w:pPr>
        <w:jc w:val="right"/>
      </w:pPr>
      <w:r>
        <w:t>ایسا تو کوئی ایک بھی انسان نہیں ملے گا آپ کو جس کو نیگیٹیو ایکسپیرینس نہ ہوا ہو۔</w:t>
      </w:r>
    </w:p>
    <w:p>
      <w:r>
        <w:rPr>
          <w:b/>
        </w:rPr>
        <w:t xml:space="preserve">[1:29:57] </w:t>
      </w:r>
      <w:r>
        <w:t>yeh log shikayaton mein jeete hain.</w:t>
      </w:r>
    </w:p>
    <w:p>
      <w:pPr>
        <w:jc w:val="right"/>
      </w:pPr>
      <w:r>
        <w:t>یہ لوگ شکایتوں میں جیتے ہیں۔</w:t>
      </w:r>
    </w:p>
    <w:p>
      <w:r>
        <w:rPr>
          <w:b/>
        </w:rPr>
        <w:t xml:space="preserve">[1:29:59] </w:t>
      </w:r>
      <w:r>
        <w:t>har aadmi shikayat mein jeeta hai, jisse bhi miliye.</w:t>
      </w:r>
    </w:p>
    <w:p>
      <w:pPr>
        <w:jc w:val="right"/>
      </w:pPr>
      <w:r>
        <w:t>ہر آدمی شکایت میں جیتا ہے، جس سے بھی ملیے۔</w:t>
      </w:r>
    </w:p>
    <w:p>
      <w:r>
        <w:rPr>
          <w:b/>
        </w:rPr>
        <w:t xml:space="preserve">[1:30:03] </w:t>
      </w:r>
      <w:r>
        <w:t>aap abhi aap yahan nikal ke jaiye road par kahin se baat kijiye, woh shikayat koi nahi bolay</w:t>
      </w:r>
    </w:p>
    <w:p>
      <w:pPr>
        <w:jc w:val="right"/>
      </w:pPr>
      <w:r>
        <w:t>آپ ابھی آپ یہاں نکل کے جائیے روڈ پر کہیں سے بات کیجئے، وہ شکایت کوئی نہیں بولے</w:t>
      </w:r>
    </w:p>
    <w:p>
      <w:r>
        <w:rPr>
          <w:b/>
        </w:rPr>
        <w:t xml:space="preserve">[1:30:11] </w:t>
      </w:r>
      <w:r>
        <w:t>ga.</w:t>
      </w:r>
    </w:p>
    <w:p>
      <w:pPr>
        <w:jc w:val="right"/>
      </w:pPr>
      <w:r>
        <w:t>گا۔</w:t>
      </w:r>
    </w:p>
    <w:p>
      <w:r>
        <w:rPr>
          <w:b/>
        </w:rPr>
        <w:t xml:space="preserve">[1:30:13] </w:t>
      </w:r>
      <w:r>
        <w:t>kahin bhi aap dekhiye to har aadmi dil mein shikayat liye gaye, dil mein nafrat liye gaye, dil</w:t>
      </w:r>
    </w:p>
    <w:p>
      <w:pPr>
        <w:jc w:val="right"/>
      </w:pPr>
      <w:r>
        <w:t>کہیں بھی آپ دیکھیے تو ہر آدمی دل میں شکایت لیے گئے، دل میں نفرت لیے گئے، دل</w:t>
      </w:r>
    </w:p>
    <w:p>
      <w:r>
        <w:rPr>
          <w:b/>
        </w:rPr>
        <w:t xml:space="preserve">[1:30:20] </w:t>
      </w:r>
      <w:r>
        <w:t>mein inteqaam jazba liye gaye, dil mein tarah tarah ke negative thought liye gaye.</w:t>
      </w:r>
    </w:p>
    <w:p>
      <w:pPr>
        <w:jc w:val="right"/>
      </w:pPr>
      <w:r>
        <w:t>میں انتقام جذبہ لیے گئے، دل میں طرح طرح کے نیگیٹیو تھاٹ لیے گئے۔</w:t>
      </w:r>
    </w:p>
    <w:p>
      <w:r>
        <w:rPr>
          <w:b/>
        </w:rPr>
        <w:t xml:space="preserve">[1:30:26] </w:t>
      </w:r>
      <w:r>
        <w:t>ab in is tarah ke kaifiyat mein woh jee raha hai, phir kehta hai "Alhamdulillah Rabb-ul-Alameen" to</w:t>
      </w:r>
    </w:p>
    <w:p>
      <w:pPr>
        <w:jc w:val="right"/>
      </w:pPr>
      <w:r>
        <w:t>اب ان اس طرح کے کیفیات میں وہ جی رہا ہے، پھر کہتا ہے "الحمدللہ رب العالمین" تو</w:t>
      </w:r>
    </w:p>
    <w:p>
      <w:r>
        <w:rPr>
          <w:b/>
        </w:rPr>
        <w:t xml:space="preserve">[1:30:34] </w:t>
      </w:r>
      <w:r>
        <w:t>Rabb-ul-Alameen ke darje ka shukr kaise niklega is ki zuban se? tab meri farmaya ke is</w:t>
      </w:r>
    </w:p>
    <w:p>
      <w:pPr>
        <w:jc w:val="right"/>
      </w:pPr>
      <w:r>
        <w:t>رب العالمین کے درجے کا شکر کیسے نکلے گا اس کی زبان سے؟ تب میری فرمایا کہ اس</w:t>
      </w:r>
    </w:p>
    <w:p>
      <w:r>
        <w:rPr>
          <w:b/>
        </w:rPr>
        <w:t xml:space="preserve">[1:30:42] </w:t>
      </w:r>
      <w:r>
        <w:t>ayat mein yeh yeh baat, yeh message ek chupa hua hai, woh yeh ke ae bande, tu agar</w:t>
      </w:r>
    </w:p>
    <w:p>
      <w:pPr>
        <w:jc w:val="right"/>
      </w:pPr>
      <w:r>
        <w:t>آیت میں یہ یہ بات، یہ میسج ایک چھپا ہوا ہے، وہ یہ کہ اے بندے، تو اگر</w:t>
      </w:r>
    </w:p>
    <w:p>
      <w:r>
        <w:rPr>
          <w:b/>
        </w:rPr>
        <w:t xml:space="preserve">[1:30:49] </w:t>
      </w:r>
      <w:r>
        <w:t>chahta hai ke woh bari ibadat kar sake jisko "Alhamdulillah" kaha jata hai, to bhula ishq, shikayaton,</w:t>
      </w:r>
    </w:p>
    <w:p>
      <w:pPr>
        <w:jc w:val="right"/>
      </w:pPr>
      <w:r>
        <w:t>چاہتا ہے کہ وہ بڑی عبادت کر سکے جس کو "الحمدللہ" کہا جاتا ہے، تو بھلا عشق، شکایتوں،</w:t>
      </w:r>
    </w:p>
    <w:p>
      <w:r>
        <w:rPr>
          <w:b/>
        </w:rPr>
        <w:t xml:space="preserve">[1:30:57] </w:t>
      </w:r>
      <w:r>
        <w:t>shikayaton ko bhula, nafraton ko bhula, nuqsanaat ko bhula.</w:t>
      </w:r>
    </w:p>
    <w:p>
      <w:pPr>
        <w:jc w:val="right"/>
      </w:pPr>
      <w:r>
        <w:t>شکایتوں کو بھلا، نفرتوں کو بھلا، نقصانات کو بھلا۔</w:t>
      </w:r>
    </w:p>
    <w:p>
      <w:r>
        <w:rPr>
          <w:b/>
        </w:rPr>
        <w:t xml:space="preserve">[1:31:01] </w:t>
      </w:r>
      <w:r>
        <w:t>jab tak bhulaye ga nahi, tab baaton ko tab tak shukr nahi kar payega.</w:t>
      </w:r>
    </w:p>
    <w:p>
      <w:pPr>
        <w:jc w:val="right"/>
      </w:pPr>
      <w:r>
        <w:t>جب تک بھلائے گا نہیں، تب باتوں کو تب تک شکر نہیں کر پائے گا۔</w:t>
      </w:r>
    </w:p>
    <w:p>
      <w:r>
        <w:rPr>
          <w:b/>
        </w:rPr>
        <w:t xml:space="preserve">[1:31:07] </w:t>
      </w:r>
      <w:r>
        <w:t>جیسے برنارڈ شاہ نے کہا تھا کہ "The most uneducated person is one who has nothing to forget"۔</w:t>
      </w:r>
    </w:p>
    <w:p>
      <w:pPr>
        <w:jc w:val="right"/>
      </w:pPr>
      <w:r>
        <w:t>جیسے برن شاہ نے کہا تھا کہ "دا موسٹ ان ایجوکیٹڈ پرسن از ون واز نتھنگ ٹو فارگیٹ"۔</w:t>
      </w:r>
    </w:p>
    <w:p>
      <w:r>
        <w:rPr>
          <w:b/>
        </w:rPr>
        <w:t xml:space="preserve">[1:31:15] </w:t>
      </w:r>
      <w:r>
        <w:t>mein yeh kahunga ke sab se zyada yani na woh aadmi yani shukr, is ko mein is</w:t>
      </w:r>
    </w:p>
    <w:p>
      <w:pPr>
        <w:jc w:val="right"/>
      </w:pPr>
      <w:r>
        <w:t>میں یہ کہوں گا کہ سب سے زیادہ یعنی نہ وہ آدمی یعنی شکر، اس کو میں اس</w:t>
      </w:r>
    </w:p>
    <w:p>
      <w:r>
        <w:rPr>
          <w:b/>
        </w:rPr>
        <w:t xml:space="preserve">[1:31:23] </w:t>
      </w:r>
      <w:r>
        <w:t>طرح کہوں گا کہ شکر کرنے کے لیے آپ کو forget کرنا پڑتا ہے۔</w:t>
      </w:r>
    </w:p>
    <w:p>
      <w:pPr>
        <w:jc w:val="right"/>
      </w:pPr>
      <w:r>
        <w:t>طرح کہوں گا کہ شکر کرنے کے لیے آپ کو فارگیٹ کرنا پڑتا ہے۔</w:t>
      </w:r>
    </w:p>
    <w:p>
      <w:r>
        <w:rPr>
          <w:b/>
        </w:rPr>
        <w:t xml:space="preserve">[1:31:29] </w:t>
      </w:r>
      <w:r>
        <w:t>اگر آپ forget نہ کریں تو آپ ناشکری میں جئیں گے۔</w:t>
      </w:r>
    </w:p>
    <w:p>
      <w:pPr>
        <w:jc w:val="right"/>
      </w:pPr>
      <w:r>
        <w:t>اگر آپ فارگیٹ نہ کریں تو آپ ناشکری میں جئیں گے۔</w:t>
      </w:r>
    </w:p>
    <w:p>
      <w:r>
        <w:rPr>
          <w:b/>
        </w:rPr>
        <w:t xml:space="preserve">[1:31:34] </w:t>
      </w:r>
      <w:r>
        <w:t>zuban se kahenge "Alhamdulillah", haqeeqat mein aap nashukri mein jeene wale honge.</w:t>
      </w:r>
    </w:p>
    <w:p>
      <w:pPr>
        <w:jc w:val="right"/>
      </w:pPr>
      <w:r>
        <w:t>زبان سے کہیں گے "الحمدللہ"، حقیقت میں آپ ناشکری میں جینے والے ہوں گے۔</w:t>
      </w:r>
    </w:p>
    <w:p>
      <w:r>
        <w:rPr>
          <w:b/>
        </w:rPr>
        <w:t xml:space="preserve">[1:31:40] </w:t>
      </w:r>
      <w:r>
        <w:t>to yeh aql ko istemal karni hi padti hai.</w:t>
      </w:r>
    </w:p>
    <w:p>
      <w:pPr>
        <w:jc w:val="right"/>
      </w:pPr>
      <w:r>
        <w:t>تو یہ عقل کو استعمال کرنی ہی پڑتی ہے۔</w:t>
      </w:r>
    </w:p>
    <w:p>
      <w:r>
        <w:rPr>
          <w:b/>
        </w:rPr>
        <w:t xml:space="preserve">[1:31:43] </w:t>
      </w:r>
      <w:r>
        <w:t>baat samajh aayi? agar aap ko mein ne na istemal karta to kuch bhi samajh aata, bas "Alhamdulillah"</w:t>
      </w:r>
    </w:p>
    <w:p>
      <w:pPr>
        <w:jc w:val="right"/>
      </w:pPr>
      <w:r>
        <w:t>بات سمجھ آئی؟ اگر آپ کو میں نے نہ استعمال کرتا تو کچھ بھی سمجھ آتا، بس "الحمدللہ"</w:t>
      </w:r>
    </w:p>
    <w:p>
      <w:r>
        <w:rPr>
          <w:b/>
        </w:rPr>
        <w:t xml:space="preserve">[1:31:51] </w:t>
      </w:r>
      <w:r>
        <w:t>bolta rehta mein.</w:t>
      </w:r>
    </w:p>
    <w:p>
      <w:pPr>
        <w:jc w:val="right"/>
      </w:pPr>
      <w:r>
        <w:t>بولتا رہتا میں۔</w:t>
      </w:r>
    </w:p>
    <w:p>
      <w:r>
        <w:rPr>
          <w:b/>
        </w:rPr>
        <w:t xml:space="preserve">[1:31:53] </w:t>
      </w:r>
      <w:r>
        <w:t>to mein ne samjha hai ke "Alhamdulillah" jo hai, woh woh color hai tamam negativity ka.</w:t>
      </w:r>
    </w:p>
    <w:p>
      <w:pPr>
        <w:jc w:val="right"/>
      </w:pPr>
      <w:r>
        <w:t>تو میں نے سمجھا ہے کہ "الحمدللہ" جو ہے، وہ وہ کلر ہے تمام نیگیٹیوٹی کا۔</w:t>
      </w:r>
    </w:p>
    <w:p>
      <w:r>
        <w:rPr>
          <w:b/>
        </w:rPr>
        <w:t xml:space="preserve">[1:32:00] </w:t>
      </w:r>
      <w:r>
        <w:t>"Alhamdulillah Rabb-ul-Alameen" ek ek hi ayat nahi hai, woh qatil hai har qism ki manfi jazbaat ki,</w:t>
      </w:r>
    </w:p>
    <w:p>
      <w:pPr>
        <w:jc w:val="right"/>
      </w:pPr>
      <w:r>
        <w:t>"الحمدللہ رب العالمین" ایک ایک ہی آیت نہیں ہے، وہ قاتل ہے ہر قسم کی منفی جذبات کی،</w:t>
      </w:r>
    </w:p>
    <w:p>
      <w:r>
        <w:rPr>
          <w:b/>
        </w:rPr>
        <w:t xml:space="preserve">[1:32:07] </w:t>
      </w:r>
      <w:r>
        <w:t>har qism ke bure khayalaat ki, har qism ki shikayat ki, har qism ki nafrat ki.</w:t>
      </w:r>
    </w:p>
    <w:p>
      <w:pPr>
        <w:jc w:val="right"/>
      </w:pPr>
      <w:r>
        <w:t>ہر قسم کے برے خیالات کی، ہر قسم کی شکایت کی، ہر قسم کی نفرت کی۔</w:t>
      </w:r>
    </w:p>
    <w:p>
      <w:r>
        <w:rPr>
          <w:b/>
        </w:rPr>
        <w:t xml:space="preserve">[1:32:14] </w:t>
      </w:r>
      <w:r>
        <w:t>jitni bhi manfi item hain, woh sab ki qatil hai.</w:t>
      </w:r>
    </w:p>
    <w:p>
      <w:pPr>
        <w:jc w:val="right"/>
      </w:pPr>
      <w:r>
        <w:t>جتنی بھی منفی آئٹم ہیں، وہ سب کی قاتل ہے۔</w:t>
      </w:r>
    </w:p>
    <w:p>
      <w:r>
        <w:rPr>
          <w:b/>
        </w:rPr>
        <w:t xml:space="preserve">[1:32:18] </w:t>
      </w:r>
      <w:r>
        <w:t>aur jab aadmi is tarah namaz parh ke nikle to kaisa ek naya insan hoga? woh aap ghhor</w:t>
      </w:r>
    </w:p>
    <w:p>
      <w:pPr>
        <w:jc w:val="right"/>
      </w:pPr>
      <w:r>
        <w:t>اور جب آدمی اس طرح نماز پڑھ کے نکلے تو کیسا ایک نیا انسان ہوگا؟ وہ آپ غور</w:t>
      </w:r>
    </w:p>
    <w:p>
      <w:r>
        <w:rPr>
          <w:b/>
        </w:rPr>
        <w:t xml:space="preserve">[1:32:26] </w:t>
      </w:r>
      <w:r>
        <w:t>kijiye, jis tareeqe se "Alhamdulillah" wala culture ikhtiyar kare, us tareeqe se woh namaz parh ke nikle to</w:t>
      </w:r>
    </w:p>
    <w:p>
      <w:pPr>
        <w:jc w:val="right"/>
      </w:pPr>
      <w:r>
        <w:t>کیجئے، جس طریقے سے "الحمدللہ" والا کلچر اختیار کرے، اس طریقے سے وہ نماز پڑھ کے نکلے تو</w:t>
      </w:r>
    </w:p>
    <w:p>
      <w:r>
        <w:rPr>
          <w:b/>
        </w:rPr>
        <w:t xml:space="preserve">[1:32:34] </w:t>
      </w:r>
      <w:r>
        <w:t>ek naya insan hoga.</w:t>
      </w:r>
    </w:p>
    <w:p>
      <w:pPr>
        <w:jc w:val="right"/>
      </w:pPr>
      <w:r>
        <w:t>ایک نیا انسان ہوگا۔</w:t>
      </w:r>
    </w:p>
    <w:p>
      <w:r>
        <w:rPr>
          <w:b/>
        </w:rPr>
        <w:t xml:space="preserve">[1:32:36] </w:t>
      </w:r>
      <w:r>
        <w:t>woh jo shikayaton se khali hoga, inteqam se khali hoga, manfi jazbat se khali hoga.</w:t>
      </w:r>
    </w:p>
    <w:p>
      <w:pPr>
        <w:jc w:val="right"/>
      </w:pPr>
      <w:r>
        <w:t>وہ جو شکایتوں سے خالی ہوگا، انتقام سے خالی ہوگا، منفی جذبات سے خالی ہوگا۔</w:t>
      </w:r>
    </w:p>
    <w:p>
      <w:r>
        <w:rPr>
          <w:b/>
        </w:rPr>
        <w:t xml:space="preserve">[1:32:42] </w:t>
      </w:r>
      <w:r>
        <w:t>kyun? woh samjhega ke agar main apne aap ko khali nahi kiya to main "Alhamdulillah" kehne ke</w:t>
      </w:r>
    </w:p>
    <w:p>
      <w:pPr>
        <w:jc w:val="right"/>
      </w:pPr>
      <w:r>
        <w:t>کیوں؟ وہ سمجھے گا کہ اگر میں اپنے آپ کو خالی نہیں کیا تو میں "الحمدللہ" کہنے کے</w:t>
      </w:r>
    </w:p>
    <w:p>
      <w:r>
        <w:rPr>
          <w:b/>
        </w:rPr>
        <w:t xml:space="preserve">[1:32:50] </w:t>
      </w:r>
      <w:r>
        <w:t>qabil nahi rahunga.</w:t>
      </w:r>
    </w:p>
    <w:p>
      <w:pPr>
        <w:jc w:val="right"/>
      </w:pPr>
      <w:r>
        <w:t>قابل نہیں رہوں گا۔</w:t>
      </w:r>
    </w:p>
    <w:p>
      <w:r>
        <w:rPr>
          <w:b/>
        </w:rPr>
        <w:t xml:space="preserve">[1:32:51] </w:t>
      </w:r>
      <w:r>
        <w:t>"Alhamdulillah Rabb al-Alameen" kehne ke qabil jab banunga main? jab ke apne aap ko purify karun, purify</w:t>
      </w:r>
    </w:p>
    <w:p>
      <w:pPr>
        <w:jc w:val="right"/>
      </w:pPr>
      <w:r>
        <w:t>"الحمدللہ رب العالمین" کہنے کے قابل جب بنوں گا میں؟ جب کہ اپنے آپ کو پیوریفائی کروں، پیوریفائی</w:t>
      </w:r>
    </w:p>
    <w:p>
      <w:r>
        <w:rPr>
          <w:b/>
        </w:rPr>
        <w:t xml:space="preserve">[1:32:59] </w:t>
      </w:r>
      <w:r>
        <w:t>karun apne aap ko, tab main keh sakun ke aye Allah, tera shukr hai.</w:t>
      </w:r>
    </w:p>
    <w:p>
      <w:pPr>
        <w:jc w:val="right"/>
      </w:pPr>
      <w:r>
        <w:t>کروں اپنے آپ کو، تب میں کہہ سکوں کہ اے اللہ، تیرا شکر ہے۔</w:t>
      </w:r>
    </w:p>
    <w:p>
      <w:r>
        <w:rPr>
          <w:b/>
        </w:rPr>
        <w:t xml:space="preserve">[1:33:05] </w:t>
      </w:r>
      <w:r>
        <w:t>yeh aql ko istemal karne se yeh baat samajh ati hai.</w:t>
      </w:r>
    </w:p>
    <w:p>
      <w:pPr>
        <w:jc w:val="right"/>
      </w:pPr>
      <w:r>
        <w:t>یہ عقل کو استعمال کرنے سے یہ بات سمجھ آتی ہے۔</w:t>
      </w:r>
    </w:p>
    <w:p>
      <w:r>
        <w:rPr>
          <w:b/>
        </w:rPr>
        <w:t xml:space="preserve">[1:33:10] </w:t>
      </w:r>
      <w:r>
        <w:t>Maulana, agla sawal Raipur se aya hai Mr. Idrees sahib ka.</w:t>
      </w:r>
    </w:p>
    <w:p>
      <w:pPr>
        <w:jc w:val="right"/>
      </w:pPr>
      <w:r>
        <w:t>مولانا، اگلا سوال رائے پور سے آیا ہے مسٹر ادریس صاحب کا۔</w:t>
      </w:r>
    </w:p>
    <w:p>
      <w:r>
        <w:rPr>
          <w:b/>
        </w:rPr>
        <w:t xml:space="preserve">[1:33:15] </w:t>
      </w:r>
      <w:r>
        <w:t>unhon ne likha hai: "Maulana, please explain the words of chapter four, words number 120 of Quran, where</w:t>
      </w:r>
    </w:p>
    <w:p>
      <w:pPr>
        <w:jc w:val="right"/>
      </w:pPr>
      <w:r>
        <w:t>انہوں نے لکھا ہے: "مولانا، پلیز ایکسپلین دی ورڈز آف چیپٹر فور، ورڈز نمبر 120 آف قرآن، ویر</w:t>
      </w:r>
    </w:p>
    <w:p>
      <w:r>
        <w:rPr>
          <w:b/>
        </w:rPr>
        <w:t xml:space="preserve">[1:33:23] </w:t>
      </w:r>
      <w:r>
        <w:t>it is mentioned that certain says unhein samjhaunga to woh Allah ki banawat ko badlenge." bole:</w:t>
      </w:r>
    </w:p>
    <w:p>
      <w:pPr>
        <w:jc w:val="right"/>
      </w:pPr>
      <w:r>
        <w:t>اٹ از مینشنڈ دیٹ سیٹن سیز انہیں سمجھاؤں گا تو وہ اللہ کی بناوٹ کو بدلیں گے۔" بولے:</w:t>
      </w:r>
    </w:p>
    <w:p>
      <w:r>
        <w:rPr>
          <w:b/>
        </w:rPr>
        <w:t xml:space="preserve">[1:33:30] </w:t>
      </w:r>
      <w:r>
        <w:t>"Your khalaq Allah hain ji, theek hai na? yahi hai." bole: "Your khalaq Allah, Allah ki takhleeq ko</w:t>
      </w:r>
    </w:p>
    <w:p>
      <w:pPr>
        <w:jc w:val="right"/>
      </w:pPr>
      <w:r>
        <w:t>"یور خلق اللہ ہیں جی، ٹھیک ہے نا؟ یہی ہے۔" بولے: "یور خلق اللہ، اللہ کی تخلیق کو</w:t>
      </w:r>
    </w:p>
    <w:p>
      <w:r>
        <w:rPr>
          <w:b/>
        </w:rPr>
        <w:t xml:space="preserve">[1:33:38] </w:t>
      </w:r>
      <w:r>
        <w:t>kise is pe koi badmunah aya hai?" sir, nahi aya? nahi ji, panchwen paray mein hai.</w:t>
      </w:r>
    </w:p>
    <w:p>
      <w:pPr>
        <w:jc w:val="right"/>
      </w:pPr>
      <w:r>
        <w:t>کسے اس پہ کوئی بد منہ آیا ہے؟" سر، نہیں آیا؟ نہیں جی، پانچویں پارے میں ہے۔</w:t>
      </w:r>
    </w:p>
    <w:p>
      <w:r>
        <w:rPr>
          <w:b/>
        </w:rPr>
        <w:t xml:space="preserve">[1:33:45] </w:t>
      </w:r>
      <w:r>
        <w:t>yar ji, is tarah ki ayat panchwen paray mein hai.</w:t>
      </w:r>
    </w:p>
    <w:p>
      <w:pPr>
        <w:jc w:val="right"/>
      </w:pPr>
      <w:r>
        <w:t>یار جی، اس طرح کی آیت پانچویں پارے میں ہے۔</w:t>
      </w:r>
    </w:p>
    <w:p>
      <w:r>
        <w:rPr>
          <w:b/>
        </w:rPr>
        <w:t xml:space="preserve">[1:33:50] </w:t>
      </w:r>
      <w:r>
        <w:t>aya hai ji? ab ji nahi, Maulana nahi hai.</w:t>
      </w:r>
    </w:p>
    <w:p>
      <w:pPr>
        <w:jc w:val="right"/>
      </w:pPr>
      <w:r>
        <w:t>آیا ہے جی؟ اب جی نہیں، مولانا نہیں ہے۔</w:t>
      </w:r>
    </w:p>
    <w:p>
      <w:r>
        <w:rPr>
          <w:b/>
        </w:rPr>
        <w:t xml:space="preserve">[1:33:54] </w:t>
      </w:r>
      <w:r>
        <w:t>bola: "ya reason na karti, acha inshallah main is ayat ko le kar ke ansari mein ek do</w:t>
      </w:r>
    </w:p>
    <w:p>
      <w:pPr>
        <w:jc w:val="right"/>
      </w:pPr>
      <w:r>
        <w:t>بولا: "یا ریزن نہ کرتی، اچھا انشاءاللہ میں اس آیت کو لے کر کے انصاری میں ایک دو</w:t>
      </w:r>
    </w:p>
    <w:p>
      <w:r>
        <w:rPr>
          <w:b/>
        </w:rPr>
        <w:t xml:space="preserve">[1:34:01] </w:t>
      </w:r>
      <w:r>
        <w:t>safha likhunga, is mein aap dekh lijiyega kyunke yeh bohat hi aham ayat hai aur 33</w:t>
      </w:r>
    </w:p>
    <w:p>
      <w:pPr>
        <w:jc w:val="right"/>
      </w:pPr>
      <w:r>
        <w:t>صفحہ لکھوں گا، اس میں آپ دیکھ لیجئے گا کیونکہ یہ بہت ہی اہم آیت ہے اور 33</w:t>
      </w:r>
    </w:p>
    <w:p>
      <w:r>
        <w:rPr>
          <w:b/>
        </w:rPr>
        <w:t xml:space="preserve">[1:34:09] </w:t>
      </w:r>
      <w:r>
        <w:t>se poori wazahat nahi ho payegi is waqt.</w:t>
      </w:r>
    </w:p>
    <w:p>
      <w:pPr>
        <w:jc w:val="right"/>
      </w:pPr>
      <w:r>
        <w:t>سے پوری وضاحت نہیں ہو پائے گی اس وقت۔</w:t>
      </w:r>
    </w:p>
    <w:p>
      <w:r>
        <w:rPr>
          <w:b/>
        </w:rPr>
        <w:t xml:space="preserve">[1:34:13] </w:t>
      </w:r>
      <w:r>
        <w:t>to main inshallah is ayat ko le kar ke ek do safha likhunga." magazine hai inshallah is</w:t>
      </w:r>
    </w:p>
    <w:p>
      <w:pPr>
        <w:jc w:val="right"/>
      </w:pPr>
      <w:r>
        <w:t>تو میں انشاءاللہ اس آیت کو لے کر کے ایک دو صفحہ لکھوں گا۔" میگزین ہے انشاءاللہ اس</w:t>
      </w:r>
    </w:p>
    <w:p>
      <w:r>
        <w:rPr>
          <w:b/>
        </w:rPr>
        <w:t xml:space="preserve">[1:34:21] </w:t>
      </w:r>
      <w:r>
        <w:t>mein.</w:t>
      </w:r>
    </w:p>
    <w:p>
      <w:pPr>
        <w:jc w:val="right"/>
      </w:pPr>
      <w:r>
        <w:t>میں۔</w:t>
      </w:r>
    </w:p>
    <w:p>
      <w:r>
        <w:rPr>
          <w:b/>
        </w:rPr>
        <w:t xml:space="preserve">[1:34:22] </w:t>
      </w:r>
      <w:r>
        <w:t>Maulana, agla sawal Delhi se Maulana Zakwan Nadvi sahib ka hai.</w:t>
      </w:r>
    </w:p>
    <w:p>
      <w:pPr>
        <w:jc w:val="right"/>
      </w:pPr>
      <w:r>
        <w:t>مولانا، اگلا سوال دلی سے مولانا زکوان ندوی صاحب کا ہے۔</w:t>
      </w:r>
    </w:p>
    <w:p>
      <w:r>
        <w:rPr>
          <w:b/>
        </w:rPr>
        <w:t xml:space="preserve">[1:34:27] </w:t>
      </w:r>
      <w:r>
        <w:t>unhon ne aapse do Quran ki ayaton ko wazeh karne ke liye kaha hai.</w:t>
      </w:r>
    </w:p>
    <w:p>
      <w:pPr>
        <w:jc w:val="right"/>
      </w:pPr>
      <w:r>
        <w:t>انہوں نے آپ سے دو قرآن کی آیتوں کو واضح کرنے کے لیے کہا ہے۔</w:t>
      </w:r>
    </w:p>
    <w:p>
      <w:r>
        <w:rPr>
          <w:b/>
        </w:rPr>
        <w:t xml:space="preserve">[1:34:33] </w:t>
      </w:r>
      <w:r>
        <w:t>pehli ayat chapter two of Quran, words number 201 hai, jis mein aya hai: "aur Lord grant is</w:t>
      </w:r>
    </w:p>
    <w:p>
      <w:pPr>
        <w:jc w:val="right"/>
      </w:pPr>
      <w:r>
        <w:t>پہلی آیت چیپٹر ٹو آف قرآن، ورڈز نمبر 201 ہے، جس میں آیا ہے: "اور لارڈ گرانٹ از</w:t>
      </w:r>
    </w:p>
    <w:p>
      <w:r>
        <w:rPr>
          <w:b/>
        </w:rPr>
        <w:t xml:space="preserve">[1:34:41] </w:t>
      </w:r>
      <w:r>
        <w:t>good in this world as well as good in the world here after. second jo hai, woh chapter</w:t>
      </w:r>
    </w:p>
    <w:p>
      <w:pPr>
        <w:jc w:val="right"/>
      </w:pPr>
      <w:r>
        <w:t>گڈ ان دس ورلڈ ایز ویل ایز گڈ ان دا ورلڈ ہیئر افٹر۔" سیکنڈ جو ہے، وہ چیپٹر</w:t>
      </w:r>
    </w:p>
    <w:p>
      <w:r>
        <w:rPr>
          <w:b/>
        </w:rPr>
        <w:t xml:space="preserve">[1:34:49] </w:t>
      </w:r>
      <w:r>
        <w:t>28, words number 77 hai, jis mein aaya hai: "seek the home of the here after by means</w:t>
      </w:r>
    </w:p>
    <w:p>
      <w:pPr>
        <w:jc w:val="right"/>
      </w:pPr>
      <w:r>
        <w:t>28، ورڈز نمبر 77 ہے، جس میں آیا ہے: "سیک دا ہوم آف دی ہیئر افٹر بائے مینز</w:t>
      </w:r>
    </w:p>
    <w:p>
      <w:r>
        <w:rPr>
          <w:b/>
        </w:rPr>
        <w:t xml:space="preserve">[1:34:56] </w:t>
      </w:r>
      <w:r>
        <w:t>of that which God has bestowed on you, and do not forget to take your portion in this</w:t>
      </w:r>
    </w:p>
    <w:p>
      <w:pPr>
        <w:jc w:val="right"/>
      </w:pPr>
      <w:r>
        <w:t>آف دیٹ وچ گاڈ ہیز بسٹوڈ ان یو، اینڈ ڈو ناٹ فارگیٹ ٹو ٹیک یور پورشن ان دس</w:t>
      </w:r>
    </w:p>
    <w:p>
      <w:r>
        <w:rPr>
          <w:b/>
        </w:rPr>
        <w:t xml:space="preserve">[1:35:04] </w:t>
      </w:r>
      <w:r>
        <w:t>world." sir, is ka sorry, pehla ayat bhi nahi aaya? nahi ji, dekhein pehli ayat toh woh hai:</w:t>
      </w:r>
    </w:p>
    <w:p>
      <w:pPr>
        <w:jc w:val="right"/>
      </w:pPr>
      <w:r>
        <w:t>ورلڈ۔" سر، اس کا سوری، پہلا آیت بھی نہیں آیا؟ نہیں جی، دیکھیں پہلی آیت تو وہ ہے:</w:t>
      </w:r>
    </w:p>
    <w:p>
      <w:r>
        <w:rPr>
          <w:b/>
        </w:rPr>
        <w:t xml:space="preserve">[1:35:12] </w:t>
      </w:r>
      <w:r>
        <w:t>"rabbana atina fid dunya hasana wa fi al-akhirat wa qina azab an-nar." ji ji, is pe bhi bai'at karoon ke</w:t>
      </w:r>
    </w:p>
    <w:p>
      <w:pPr>
        <w:jc w:val="right"/>
      </w:pPr>
      <w:r>
        <w:t>"ربنا آتنا فی الدنیا حسنہ وفی الآخرتنا وقنا عذاب النار۔" جی جی، اس پہ بھی بیعت کروں کہ</w:t>
      </w:r>
    </w:p>
    <w:p>
      <w:r>
        <w:rPr>
          <w:b/>
        </w:rPr>
        <w:t xml:space="preserve">[1:35:19] </w:t>
      </w:r>
      <w:r>
        <w:t>mujhe is mein bhi ek discovery hai, aur bohat ajeeb discovery hai: "rabbana atina fid dunya hasana wa fi</w:t>
      </w:r>
    </w:p>
    <w:p>
      <w:pPr>
        <w:jc w:val="right"/>
      </w:pPr>
      <w:r>
        <w:t>مجھے اس میں بھی ایک ڈسکوری ہے، اور بہت عجیب ڈسکوری ہے: "ربنا آتنا فی الدنیا حسنہ وفی</w:t>
      </w:r>
    </w:p>
    <w:p>
      <w:r>
        <w:rPr>
          <w:b/>
        </w:rPr>
        <w:t xml:space="preserve">[1:35:27] </w:t>
      </w:r>
      <w:r>
        <w:t>al-akhirat hasana wa qina azab an-nar." tarjuma is ka yeh hai ke: "ae hamare rab, de hum ko dunya</w:t>
      </w:r>
    </w:p>
    <w:p>
      <w:pPr>
        <w:jc w:val="right"/>
      </w:pPr>
      <w:r>
        <w:t>الآخرت حسنہ وقنا عذاب النار۔" ترجمہ اس کا یہ ہے کہ: "اے ہمارے رب، دے ہم کو دنیا</w:t>
      </w:r>
    </w:p>
    <w:p>
      <w:r>
        <w:rPr>
          <w:b/>
        </w:rPr>
        <w:t xml:space="preserve">[1:35:35] </w:t>
      </w:r>
      <w:r>
        <w:t>ka hasana aur de hum ko akhirat ka hasana, hum ko bacha akhirat ke azab se." toh main</w:t>
      </w:r>
    </w:p>
    <w:p>
      <w:pPr>
        <w:jc w:val="right"/>
      </w:pPr>
      <w:r>
        <w:t>کا حسنہ اور دے ہم کو آخرت کا حسنہ، ہم کو بچا آخرت کے عذاب سے۔" تو میں</w:t>
      </w:r>
    </w:p>
    <w:p>
      <w:r>
        <w:rPr>
          <w:b/>
        </w:rPr>
        <w:t xml:space="preserve">[1:35:43] </w:t>
      </w:r>
      <w:r>
        <w:t>ne socha ke dunya ka hasana toh Allah ne de rakha hai, already hamari dua ke baghair hi.</w:t>
      </w:r>
    </w:p>
    <w:p>
      <w:pPr>
        <w:jc w:val="right"/>
      </w:pPr>
      <w:r>
        <w:t>نے سوچا کہ دنیا کا حسنہ تو اللہ نے دے رکھا ہے، الریڈی ہماری دعا کے بغیر ہی۔</w:t>
      </w:r>
    </w:p>
    <w:p>
      <w:r>
        <w:rPr>
          <w:b/>
        </w:rPr>
        <w:t xml:space="preserve">[1:35:50] </w:t>
      </w:r>
      <w:r>
        <w:t>yeh bohat ek ajeeb baat mujhe daryaft hui is mein, kyunke dekhein Quran mein hai ke: "wa atakum min</w:t>
      </w:r>
    </w:p>
    <w:p>
      <w:pPr>
        <w:jc w:val="right"/>
      </w:pPr>
      <w:r>
        <w:t>یہ بہت ایک عجیب بات مجھے دریافت ہوئی اس میں، کیونکہ دیکھیں قرآن میں ہے کہ: "وَأَتَىٰكُم مِن</w:t>
      </w:r>
    </w:p>
    <w:p>
      <w:r>
        <w:rPr>
          <w:b/>
        </w:rPr>
        <w:t xml:space="preserve">[1:35:58] </w:t>
      </w:r>
      <w:r>
        <w:t>kulli ma saltamoo" hum paida hote nahi hain, aur dunya mein sab kuch peshgi taur par woh maujood</w:t>
      </w:r>
    </w:p>
    <w:p>
      <w:pPr>
        <w:jc w:val="right"/>
      </w:pPr>
      <w:r>
        <w:t>كُلِّ مَا صَلْتَمُوا" ہم پیدا ہوتے نہیں ہیں، اور دنیا میں سب کچھ پیشگی طور پر وہ موجود</w:t>
      </w:r>
    </w:p>
    <w:p>
      <w:r>
        <w:rPr>
          <w:b/>
        </w:rPr>
        <w:t xml:space="preserve">[1:36:06] </w:t>
      </w:r>
      <w:r>
        <w:t>hai.</w:t>
      </w:r>
    </w:p>
    <w:p>
      <w:pPr>
        <w:jc w:val="right"/>
      </w:pPr>
      <w:r>
        <w:t>ہے۔</w:t>
      </w:r>
    </w:p>
    <w:p>
      <w:r>
        <w:rPr>
          <w:b/>
        </w:rPr>
        <w:t xml:space="preserve">[1:36:07] </w:t>
      </w:r>
      <w:r>
        <w:t>yahan suraj hai, yahan pani hai, yahan oxygen hai, yahan zameen se ghale nikal rahe hain, yaani sari</w:t>
      </w:r>
    </w:p>
    <w:p>
      <w:pPr>
        <w:jc w:val="right"/>
      </w:pPr>
      <w:r>
        <w:t>یہاں سورج ہے، یہاں پانی ہے، یہاں اکسیجن ہے، یہاں زمین سے غلے نکل رہے ہیں، یعنی ساری</w:t>
      </w:r>
    </w:p>
    <w:p>
      <w:r>
        <w:rPr>
          <w:b/>
        </w:rPr>
        <w:t xml:space="preserve">[1:36:15] </w:t>
      </w:r>
      <w:r>
        <w:t>cheezein jo hum chahte hain, woh peshgi maujood hain yahan par.</w:t>
      </w:r>
    </w:p>
    <w:p>
      <w:pPr>
        <w:jc w:val="right"/>
      </w:pPr>
      <w:r>
        <w:t>چیزیں جو ہم چاہتے ہیں، وہ پیشگی موجود ہیں یہاں پر۔</w:t>
      </w:r>
    </w:p>
    <w:p>
      <w:r>
        <w:rPr>
          <w:b/>
        </w:rPr>
        <w:t xml:space="preserve">[1:36:20] </w:t>
      </w:r>
      <w:r>
        <w:t>toh yahan kyun kaha gaya: "rabbana atina fid dunya hasana"? ae hum, ae Allah, hamein de dunya ka</w:t>
      </w:r>
    </w:p>
    <w:p>
      <w:pPr>
        <w:jc w:val="right"/>
      </w:pPr>
      <w:r>
        <w:t>تو یہاں کیوں کہا گیا: "ربنا آتنا فی الدنیا حسنہ"؟ اے ہم، اے اللہ، ہمیں دے دنیا کا</w:t>
      </w:r>
    </w:p>
    <w:p>
      <w:r>
        <w:rPr>
          <w:b/>
        </w:rPr>
        <w:t xml:space="preserve">[1:36:27] </w:t>
      </w:r>
      <w:r>
        <w:t>hasana, woh toh already mila hua hai.</w:t>
      </w:r>
    </w:p>
    <w:p>
      <w:pPr>
        <w:jc w:val="right"/>
      </w:pPr>
      <w:r>
        <w:t>حسنہ، وہ تو الریڈی ملا ہوا ہے۔</w:t>
      </w:r>
    </w:p>
    <w:p>
      <w:r>
        <w:rPr>
          <w:b/>
        </w:rPr>
        <w:t xml:space="preserve">[1:36:30] </w:t>
      </w:r>
      <w:r>
        <w:t>toh main ne is ayat ko is tareeqe se padha ke: "rabbana qad atina fid dunya hasana, fatina</w:t>
      </w:r>
    </w:p>
    <w:p>
      <w:pPr>
        <w:jc w:val="right"/>
      </w:pPr>
      <w:r>
        <w:t>تو میں نے اس آیت کو اس طریقے سے پڑھا کہ: "ربنا قد آتنا فی الدنیا حسنہ، فتنا</w:t>
      </w:r>
    </w:p>
    <w:p>
      <w:r>
        <w:rPr>
          <w:b/>
        </w:rPr>
        <w:t xml:space="preserve">[1:36:38] </w:t>
      </w:r>
      <w:r>
        <w:t>fil akhirat hasana".</w:t>
      </w:r>
    </w:p>
    <w:p>
      <w:pPr>
        <w:jc w:val="right"/>
      </w:pPr>
      <w:r>
        <w:t>فی الآخرت حسنہ"۔</w:t>
      </w:r>
    </w:p>
    <w:p>
      <w:r>
        <w:rPr>
          <w:b/>
        </w:rPr>
        <w:t xml:space="preserve">[1:36:40] </w:t>
      </w:r>
      <w:r>
        <w:t>ae Allah, tu ne dunya mein hamein de diya hasana, toh akhirat ka hasana bhi de de, already</w:t>
      </w:r>
    </w:p>
    <w:p>
      <w:pPr>
        <w:jc w:val="right"/>
      </w:pPr>
      <w:r>
        <w:t>اے اللہ، تو نے دنیا میں ہمیں دے دیا حسنہ، تو آخرت کا حسنہ بھی دے دے، الریڈی</w:t>
      </w:r>
    </w:p>
    <w:p>
      <w:r>
        <w:rPr>
          <w:b/>
        </w:rPr>
        <w:t xml:space="preserve">[1:36:47] </w:t>
      </w:r>
      <w:r>
        <w:t>de diya tu ne.</w:t>
      </w:r>
    </w:p>
    <w:p>
      <w:pPr>
        <w:jc w:val="right"/>
      </w:pPr>
      <w:r>
        <w:t>دے دیا تو نے۔</w:t>
      </w:r>
    </w:p>
    <w:p>
      <w:r>
        <w:rPr>
          <w:b/>
        </w:rPr>
        <w:t xml:space="preserve">[1:36:49] </w:t>
      </w:r>
      <w:r>
        <w:t>yaani is mein ek ek hidden mafhoom hai is ayat mein ke aap sochein ke main mang raha</w:t>
      </w:r>
    </w:p>
    <w:p>
      <w:pPr>
        <w:jc w:val="right"/>
      </w:pPr>
      <w:r>
        <w:t>یعنی اس میں ایک ایک ہڈن مفہوم ہے اس آیت میں کہ آپ سوچیں کہ میں مانگ رہا</w:t>
      </w:r>
    </w:p>
    <w:p>
      <w:r>
        <w:rPr>
          <w:b/>
        </w:rPr>
        <w:t xml:space="preserve">[1:36:57] </w:t>
      </w:r>
      <w:r>
        <w:t>hoon Allah taala se dunya ka hasana, woh toh already mila hua hai.</w:t>
      </w:r>
    </w:p>
    <w:p>
      <w:pPr>
        <w:jc w:val="right"/>
      </w:pPr>
      <w:r>
        <w:t>ہوں اللہ تعالی سے دنیا کا حسنہ، وہ تو الریڈی ملا ہوا ہے۔</w:t>
      </w:r>
    </w:p>
    <w:p>
      <w:r>
        <w:rPr>
          <w:b/>
        </w:rPr>
        <w:t xml:space="preserve">[1:37:02] </w:t>
      </w:r>
      <w:r>
        <w:t>Quran khud Quran se sabit hai ke: "wa atakum min kulli ma saltamoo" sab kuch de diya tum ko</w:t>
      </w:r>
    </w:p>
    <w:p>
      <w:pPr>
        <w:jc w:val="right"/>
      </w:pPr>
      <w:r>
        <w:t>قرآن خود قرآن سے ثابت ہے کہ: "وَأَتَىٰكُم مِن كُلِّ مَا صَلْتَمُوا" سب کچھ دے دیا تم کو</w:t>
      </w:r>
    </w:p>
    <w:p>
      <w:r>
        <w:rPr>
          <w:b/>
        </w:rPr>
        <w:t xml:space="preserve">[1:37:10] </w:t>
      </w:r>
      <w:r>
        <w:t>jo jo tum ko darkar tha dunya mein.</w:t>
      </w:r>
    </w:p>
    <w:p>
      <w:pPr>
        <w:jc w:val="right"/>
      </w:pPr>
      <w:r>
        <w:t>جو جو تم کو درکار تھا دنیا میں۔</w:t>
      </w:r>
    </w:p>
    <w:p>
      <w:r>
        <w:rPr>
          <w:b/>
        </w:rPr>
        <w:t xml:space="preserve">[1:37:13] </w:t>
      </w:r>
      <w:r>
        <w:t>toh main ne yeh dua is mein se paayi ke: "khudaya, tu ne dunya mein sab kuch de</w:t>
      </w:r>
    </w:p>
    <w:p>
      <w:pPr>
        <w:jc w:val="right"/>
      </w:pPr>
      <w:r>
        <w:t>تو میں نے یہ دعا اس میں سے پائی کہ: "خدایا، تو نے دنیا میں سب کچھ دے</w:t>
      </w:r>
    </w:p>
    <w:p>
      <w:r>
        <w:rPr>
          <w:b/>
        </w:rPr>
        <w:t xml:space="preserve">[1:37:21] </w:t>
      </w:r>
      <w:r>
        <w:t>diya jo mujhe chahiye tha, ab akhirat mein bhi de de jo mujhe darkaar hai." "rabbana qad atana</w:t>
      </w:r>
    </w:p>
    <w:p>
      <w:pPr>
        <w:jc w:val="right"/>
      </w:pPr>
      <w:r>
        <w:t>دیا جو مجھے چاہیے تھا، اب آخرت میں بھی دے دے جو مجھے درکار ہے۔" "ربنا قد آتنا</w:t>
      </w:r>
    </w:p>
    <w:p>
      <w:r>
        <w:rPr>
          <w:b/>
        </w:rPr>
        <w:t xml:space="preserve">[1:37:29] </w:t>
      </w:r>
      <w:r>
        <w:t>fi ad-dunya hasana, fatna fi al-akhirat hasana" to ek ajeeb is ke andar ek ek ek dua ka</w:t>
      </w:r>
    </w:p>
    <w:p>
      <w:pPr>
        <w:jc w:val="right"/>
      </w:pPr>
      <w:r>
        <w:t>فی الدنیا حسنہ، فتنا فی الآخرت حسنہ" تو ایک عجیب اس کے اندر ایک ایک ایک دعا کا</w:t>
      </w:r>
    </w:p>
    <w:p>
      <w:r>
        <w:rPr>
          <w:b/>
        </w:rPr>
        <w:t xml:space="preserve">[1:37:37] </w:t>
      </w:r>
      <w:r>
        <w:t>mazmoon chupa hua hai, bohat ajeeb.</w:t>
      </w:r>
    </w:p>
    <w:p>
      <w:pPr>
        <w:jc w:val="right"/>
      </w:pPr>
      <w:r>
        <w:t>مضمون چھپا ہوا ہے، بہت عجیب۔</w:t>
      </w:r>
    </w:p>
    <w:p>
      <w:r>
        <w:rPr>
          <w:b/>
        </w:rPr>
        <w:t xml:space="preserve">[1:37:39] </w:t>
      </w:r>
      <w:r>
        <w:t>aur doosri jo aayat hai, woh is aayat mein: "wa ratan sanusibuka" kya hai? woh alfaaz: "wa ratan sanusibuka min</w:t>
      </w:r>
    </w:p>
    <w:p>
      <w:pPr>
        <w:jc w:val="right"/>
      </w:pPr>
      <w:r>
        <w:t>اور دوسری جو آیت ہے، وہ اس آیت میں: "ورَتَّنْ سَنَصِيبَكَ" کیا ہے؟ وہ الفاظ: "ورَتَّنْ سَنَصِيبَكَ مِن</w:t>
      </w:r>
    </w:p>
    <w:p>
      <w:r>
        <w:rPr>
          <w:b/>
        </w:rPr>
        <w:t xml:space="preserve">[1:37:47] </w:t>
      </w:r>
      <w:r>
        <w:t>ad-dunya".</w:t>
      </w:r>
    </w:p>
    <w:p>
      <w:pPr>
        <w:jc w:val="right"/>
      </w:pPr>
      <w:r>
        <w:t>الدنیا"۔</w:t>
      </w:r>
    </w:p>
    <w:p>
      <w:r>
        <w:rPr>
          <w:b/>
        </w:rPr>
        <w:t xml:space="preserve">[1:37:48] </w:t>
      </w:r>
      <w:r>
        <w:t>"wa ratan sanusibuka min ad-dunya" to is ko log samajhte hain ke dunya mein jo khana kama raha hai,</w:t>
      </w:r>
    </w:p>
    <w:p>
      <w:pPr>
        <w:jc w:val="right"/>
      </w:pPr>
      <w:r>
        <w:t>"ورَتَّنْ سَنَصِيبَكَ مِن الدنیا" تو اس کو لوگ سمجھتے ہیں کہ دنیا میں جو کھانا کما رہا ہے،</w:t>
      </w:r>
    </w:p>
    <w:p>
      <w:r>
        <w:rPr>
          <w:b/>
        </w:rPr>
        <w:t xml:space="preserve">[1:37:56] </w:t>
      </w:r>
      <w:r>
        <w:t>woh bhi haasil kar lo.</w:t>
      </w:r>
    </w:p>
    <w:p>
      <w:pPr>
        <w:jc w:val="right"/>
      </w:pPr>
      <w:r>
        <w:t>وہ بھی حاصل کر لو۔</w:t>
      </w:r>
    </w:p>
    <w:p>
      <w:r>
        <w:rPr>
          <w:b/>
        </w:rPr>
        <w:t xml:space="preserve">[1:37:58] </w:t>
      </w:r>
      <w:r>
        <w:t>yeh matlab hargiz nahi hai.</w:t>
      </w:r>
    </w:p>
    <w:p>
      <w:pPr>
        <w:jc w:val="right"/>
      </w:pPr>
      <w:r>
        <w:t>یہ مطلب ہرگز نہیں ہے۔</w:t>
      </w:r>
    </w:p>
    <w:p>
      <w:r>
        <w:rPr>
          <w:b/>
        </w:rPr>
        <w:t xml:space="preserve">[1:38:00] </w:t>
      </w:r>
      <w:r>
        <w:t>is ka matlab yeh hai ke dunya mein Allah taala ne aap ko bheja hai, yahan yahan settle</w:t>
      </w:r>
    </w:p>
    <w:p>
      <w:pPr>
        <w:jc w:val="right"/>
      </w:pPr>
      <w:r>
        <w:t>اس کا مطلب یہ ہے کہ دنیا میں اللہ تعالی نے آپ کو بھیجا ہے، یہاں یہاں سیٹل</w:t>
      </w:r>
    </w:p>
    <w:p>
      <w:r>
        <w:rPr>
          <w:b/>
        </w:rPr>
        <w:t xml:space="preserve">[1:38:08] </w:t>
      </w:r>
      <w:r>
        <w:t>kiya hai.</w:t>
      </w:r>
    </w:p>
    <w:p>
      <w:pPr>
        <w:jc w:val="right"/>
      </w:pPr>
      <w:r>
        <w:t>کیا ہے۔</w:t>
      </w:r>
    </w:p>
    <w:p>
      <w:r>
        <w:rPr>
          <w:b/>
        </w:rPr>
        <w:t xml:space="preserve">[1:38:10] </w:t>
      </w:r>
      <w:r>
        <w:t>to dunya se jo le ke jaana hai akhirat ke liye, woh is ko na bhool, is ko</w:t>
      </w:r>
    </w:p>
    <w:p>
      <w:pPr>
        <w:jc w:val="right"/>
      </w:pPr>
      <w:r>
        <w:t>تو دنیا سے جو لے کے جانا ہے آخرت کے لیے، وہ اس کو نہ بھول، اس کو</w:t>
      </w:r>
    </w:p>
    <w:p>
      <w:r>
        <w:rPr>
          <w:b/>
        </w:rPr>
        <w:t xml:space="preserve">[1:38:17] </w:t>
      </w:r>
      <w:r>
        <w:t>haasil kar, aur is ko le kar akhirat mein ja.</w:t>
      </w:r>
    </w:p>
    <w:p>
      <w:pPr>
        <w:jc w:val="right"/>
      </w:pPr>
      <w:r>
        <w:t>حاصل کر، اور اس کو لے کر آخرت میں جا۔</w:t>
      </w:r>
    </w:p>
    <w:p>
      <w:r>
        <w:rPr>
          <w:b/>
        </w:rPr>
        <w:t xml:space="preserve">[1:38:22] </w:t>
      </w:r>
      <w:r>
        <w:t>yeh matlab hai is ka.</w:t>
      </w:r>
    </w:p>
    <w:p>
      <w:pPr>
        <w:jc w:val="right"/>
      </w:pPr>
      <w:r>
        <w:t>یہ مطلب ہے اس کا۔</w:t>
      </w:r>
    </w:p>
    <w:p>
      <w:r>
        <w:rPr>
          <w:b/>
        </w:rPr>
        <w:t xml:space="preserve">[1:38:24] </w:t>
      </w:r>
      <w:r>
        <w:t>yaani aayat ka tarjuma yeh hai ke: "na bhool dunya se apna hissa".</w:t>
      </w:r>
    </w:p>
    <w:p>
      <w:pPr>
        <w:jc w:val="right"/>
      </w:pPr>
      <w:r>
        <w:t>یعنی آیت کا ترجمہ یہ ہے کہ: "نہ بھول دنیا سے اپنا حصہ"۔</w:t>
      </w:r>
    </w:p>
    <w:p>
      <w:r>
        <w:rPr>
          <w:b/>
        </w:rPr>
        <w:t xml:space="preserve">[1:38:29] </w:t>
      </w:r>
      <w:r>
        <w:t>yaani hissa ka matlab hissa akhirat.</w:t>
      </w:r>
    </w:p>
    <w:p>
      <w:pPr>
        <w:jc w:val="right"/>
      </w:pPr>
      <w:r>
        <w:t>یعنی حصہ کا مطلب حصہ آخرت۔</w:t>
      </w:r>
    </w:p>
    <w:p>
      <w:r>
        <w:rPr>
          <w:b/>
        </w:rPr>
        <w:t xml:space="preserve">[1:38:32] </w:t>
      </w:r>
      <w:r>
        <w:t>"na bhool dunya se apna hissa akhirat".</w:t>
      </w:r>
    </w:p>
    <w:p>
      <w:pPr>
        <w:jc w:val="right"/>
      </w:pPr>
      <w:r>
        <w:t>"نہ بھول دنیا سے اپنا حصہ آخرت"۔</w:t>
      </w:r>
    </w:p>
    <w:p>
      <w:r>
        <w:rPr>
          <w:b/>
        </w:rPr>
        <w:t xml:space="preserve">[1:38:35] </w:t>
      </w:r>
      <w:r>
        <w:t>yeh matlab hai ke ke dunya mein khoob khoob taraqqi karo, khoob dunya banao.</w:t>
      </w:r>
    </w:p>
    <w:p>
      <w:pPr>
        <w:jc w:val="right"/>
      </w:pPr>
      <w:r>
        <w:t>یہ مطلب ہے کہ کہ دنیا میں خوب خوب ترقی کرو، خوب دنیا بناؤ۔</w:t>
      </w:r>
    </w:p>
    <w:p>
      <w:r>
        <w:rPr>
          <w:b/>
        </w:rPr>
        <w:t xml:space="preserve">[1:38:41] </w:t>
      </w:r>
      <w:r>
        <w:t>yeh matlab hargiz nahi hai is ka.</w:t>
      </w:r>
    </w:p>
    <w:p>
      <w:pPr>
        <w:jc w:val="right"/>
      </w:pPr>
      <w:r>
        <w:t>یہ مطلب ہرگز نہیں ہے اس کا۔</w:t>
      </w:r>
    </w:p>
    <w:p>
      <w:r>
        <w:rPr>
          <w:b/>
        </w:rPr>
        <w:t xml:space="preserve">[1:38:44] </w:t>
      </w:r>
      <w:r>
        <w:t>"wa ratan sanusibuka min ad-dunya" na bhool dunya se hissa akhirat.</w:t>
      </w:r>
    </w:p>
    <w:p>
      <w:pPr>
        <w:jc w:val="right"/>
      </w:pPr>
      <w:r>
        <w:t>"ورَتَّنْ سَنَصِيبَكَ مِن الدنیا" نہ بھول دنیا سے حصہ آخرت۔</w:t>
      </w:r>
    </w:p>
    <w:p>
      <w:r>
        <w:rPr>
          <w:b/>
        </w:rPr>
        <w:t xml:space="preserve">[1:38:48] </w:t>
      </w:r>
      <w:r>
        <w:t>yaani dunya mein aisi zindagi guzaar guzaaro jo akhirat tumhare kaam aaye.</w:t>
      </w:r>
    </w:p>
    <w:p>
      <w:pPr>
        <w:jc w:val="right"/>
      </w:pPr>
      <w:r>
        <w:t>یعنی دنیا میں ایسی زندگی گزار گزارو جو آخرت تمہارے کام آئے۔</w:t>
      </w:r>
    </w:p>
    <w:p>
      <w:r>
        <w:rPr>
          <w:b/>
        </w:rPr>
        <w:t xml:space="preserve">[1:38:53] </w:t>
      </w:r>
      <w:r>
        <w:t>yaani wohi cheez hai yeh jo hadees mein in alfaaz mein hai: "ad-dunya mazrat al-akhirat".</w:t>
      </w:r>
    </w:p>
    <w:p>
      <w:pPr>
        <w:jc w:val="right"/>
      </w:pPr>
      <w:r>
        <w:t>یعنی وہی چیز ہے یہ جو حدیث میں ان الفاظ میں ہے: "الدنیا مزرۃ الآخرة"۔</w:t>
      </w:r>
    </w:p>
    <w:p>
      <w:r>
        <w:rPr>
          <w:b/>
        </w:rPr>
        <w:t xml:space="preserve">[1:39:00] </w:t>
      </w:r>
      <w:r>
        <w:t>yaani isi hadees ki isi aayat ki tashreeh hai: "yeh ad-dunya mazrat al-akhirat".</w:t>
      </w:r>
    </w:p>
    <w:p>
      <w:pPr>
        <w:jc w:val="right"/>
      </w:pPr>
      <w:r>
        <w:t>یعنی اسی حدیث کی اسی آیت کی تشریح ہے: "یہ الدنیا مزرۃ الآخرة"۔</w:t>
      </w:r>
    </w:p>
    <w:p>
      <w:r>
        <w:rPr>
          <w:b/>
        </w:rPr>
        <w:t xml:space="preserve">[1:39:05] </w:t>
      </w:r>
      <w:r>
        <w:t>dunya akhirat ki kheti hai, yaani fasal yahan bona hai, aur wahan ka is ka is ka phal</w:t>
      </w:r>
    </w:p>
    <w:p>
      <w:pPr>
        <w:jc w:val="right"/>
      </w:pPr>
      <w:r>
        <w:t>دنیا آخرت کی کھیتی ہے، یعنی فصل یہاں بونا ہے، اور وہاں کا اس کا اس کا پھل</w:t>
      </w:r>
    </w:p>
    <w:p>
      <w:r>
        <w:rPr>
          <w:b/>
        </w:rPr>
        <w:t xml:space="preserve">[1:39:13] </w:t>
      </w:r>
      <w:r>
        <w:t>wahan paana hai.</w:t>
      </w:r>
    </w:p>
    <w:p>
      <w:pPr>
        <w:jc w:val="right"/>
      </w:pPr>
      <w:r>
        <w:t>وہاں پانا ہے۔</w:t>
      </w:r>
    </w:p>
    <w:p>
      <w:r>
        <w:rPr>
          <w:b/>
        </w:rPr>
        <w:t xml:space="preserve">[1:39:15] </w:t>
      </w:r>
      <w:r>
        <w:t>yeh matlab is aayat ka hai.</w:t>
      </w:r>
    </w:p>
    <w:p>
      <w:pPr>
        <w:jc w:val="right"/>
      </w:pPr>
      <w:r>
        <w:t>یہ مطلب اس آیت کا ہے۔</w:t>
      </w:r>
    </w:p>
    <w:p>
      <w:r>
        <w:rPr>
          <w:b/>
        </w:rPr>
        <w:t xml:space="preserve">[1:39:17] </w:t>
      </w:r>
      <w:r>
        <w:t>hargiz is ka matlab nahin ke dunya mein khoob hasil karo.</w:t>
      </w:r>
    </w:p>
    <w:p>
      <w:pPr>
        <w:jc w:val="right"/>
      </w:pPr>
      <w:r>
        <w:t>ہرگز اس کا مطلب نہیں کہ دنیا میں خوب حاصل کرو۔</w:t>
      </w:r>
    </w:p>
    <w:p>
      <w:r>
        <w:rPr>
          <w:b/>
        </w:rPr>
        <w:t xml:space="preserve">[1:39:22] </w:t>
      </w:r>
      <w:r>
        <w:t>yeh yeh is aayat ka matlab nahin hai.</w:t>
      </w:r>
    </w:p>
    <w:p>
      <w:pPr>
        <w:jc w:val="right"/>
      </w:pPr>
      <w:r>
        <w:t>یہ یہ اس آیت کا مطلب نہیں ہے۔</w:t>
      </w:r>
    </w:p>
    <w:p>
      <w:r>
        <w:rPr>
          <w:b/>
        </w:rPr>
        <w:t xml:space="preserve">[1:39:25] </w:t>
      </w:r>
      <w:r>
        <w:t>maulana, agla sawal dilli se hai mr muhammad furqan sahab ka.</w:t>
      </w:r>
    </w:p>
    <w:p>
      <w:pPr>
        <w:jc w:val="right"/>
      </w:pPr>
      <w:r>
        <w:t>مولانا، اگلا سوال دلی سے ہے مسٹر محمد فرقان صاحب کا۔</w:t>
      </w:r>
    </w:p>
    <w:p>
      <w:r>
        <w:rPr>
          <w:b/>
        </w:rPr>
        <w:t xml:space="preserve">[1:39:30] </w:t>
      </w:r>
      <w:r>
        <w:t>unhon ne likha hai: "maulana sahab, jaisa ke aap ne farmaya ke jannat high culture, high etiquettes, achhe</w:t>
      </w:r>
    </w:p>
    <w:p>
      <w:pPr>
        <w:jc w:val="right"/>
      </w:pPr>
      <w:r>
        <w:t>انہوں نے لکھا ہے: "مولانا صاحب، جیسا کہ آپ نے فرمایا کہ جنت ہائی کلچر، ہائی ایٹیکیٹس، اچھے</w:t>
      </w:r>
    </w:p>
    <w:p>
      <w:r>
        <w:rPr>
          <w:b/>
        </w:rPr>
        <w:t xml:space="preserve">[1:39:38] </w:t>
      </w:r>
      <w:r>
        <w:t>kirdaar ke logon ke liye hai.</w:t>
      </w:r>
    </w:p>
    <w:p>
      <w:pPr>
        <w:jc w:val="right"/>
      </w:pPr>
      <w:r>
        <w:t>کردار کے لوگوں کے لیے ہے۔</w:t>
      </w:r>
    </w:p>
    <w:p>
      <w:r>
        <w:rPr>
          <w:b/>
        </w:rPr>
        <w:t xml:space="preserve">[1:39:40] </w:t>
      </w:r>
      <w:r>
        <w:t>mera sawal yeh hai ke kya jannat mein achhe kirdaar ke ghair muslim bhi jayenge, jaise mother</w:t>
      </w:r>
    </w:p>
    <w:p>
      <w:pPr>
        <w:jc w:val="right"/>
      </w:pPr>
      <w:r>
        <w:t>میرا سوال یہ ہے کہ کیا جنت میں اچھے کردار کے غیر مسلم بھی جائیں گے، جیسے مدر</w:t>
      </w:r>
    </w:p>
    <w:p>
      <w:r>
        <w:rPr>
          <w:b/>
        </w:rPr>
        <w:t xml:space="preserve">[1:39:48] </w:t>
      </w:r>
      <w:r>
        <w:t>teresa waghera?" maine kirdaar se yeh matlab nahin hai, mera aap ne is ko doosre mani mein</w:t>
      </w:r>
    </w:p>
    <w:p>
      <w:pPr>
        <w:jc w:val="right"/>
      </w:pPr>
      <w:r>
        <w:t>ٹیرسہ وغیرہ؟" میں نے کردار سے یہ مطلب نہیں ہے، میرا آپ نے اس کو دوسرے معنی میں</w:t>
      </w:r>
    </w:p>
    <w:p>
      <w:r>
        <w:rPr>
          <w:b/>
        </w:rPr>
        <w:t xml:space="preserve">[1:39:56] </w:t>
      </w:r>
      <w:r>
        <w:t>le liya.</w:t>
      </w:r>
    </w:p>
    <w:p>
      <w:pPr>
        <w:jc w:val="right"/>
      </w:pPr>
      <w:r>
        <w:t>لے لیا۔</w:t>
      </w:r>
    </w:p>
    <w:p>
      <w:r>
        <w:rPr>
          <w:b/>
        </w:rPr>
        <w:t xml:space="preserve">[1:39:57] </w:t>
      </w:r>
      <w:r>
        <w:t>divine character mein murad hai, yeh meri mazah hargiz nahin hai.</w:t>
      </w:r>
    </w:p>
    <w:p>
      <w:pPr>
        <w:jc w:val="right"/>
      </w:pPr>
      <w:r>
        <w:t>ڈیوائن کریکٹر میں مراد ہے، یہ میری مزہ ہرگز نہیں ہے۔</w:t>
      </w:r>
    </w:p>
    <w:p>
      <w:r>
        <w:rPr>
          <w:b/>
        </w:rPr>
        <w:t xml:space="preserve">[1:40:02] </w:t>
      </w:r>
      <w:r>
        <w:t>divine character yaani Allah taala ke liye jo ibtigha rizwan Allah, aap Allah ke mansha ko padhein, Allah</w:t>
      </w:r>
    </w:p>
    <w:p>
      <w:pPr>
        <w:jc w:val="right"/>
      </w:pPr>
      <w:r>
        <w:t>ڈیوائن کریکٹر یعنی اللہ تعالی کے لیے جو ابتغاء رضوان اللہ، آپ اللہ کے منشا کو پڑھیں، اللہ</w:t>
      </w:r>
    </w:p>
    <w:p>
      <w:r>
        <w:rPr>
          <w:b/>
        </w:rPr>
        <w:t xml:space="preserve">[1:40:10] </w:t>
      </w:r>
      <w:r>
        <w:t>ke mansoobe ko jaanen, Allah ki aayat par ghaur karein, aur Allah ke liye Allah wala amal karein.</w:t>
      </w:r>
    </w:p>
    <w:p>
      <w:pPr>
        <w:jc w:val="right"/>
      </w:pPr>
      <w:r>
        <w:t>کے منصوبے کو جانیں، اللہ کی آیات پر غور کریں، اور اللہ کے لیے اللہ والا عمل کریں۔</w:t>
      </w:r>
    </w:p>
    <w:p>
      <w:r>
        <w:rPr>
          <w:b/>
        </w:rPr>
        <w:t xml:space="preserve">[1:40:17] </w:t>
      </w:r>
      <w:r>
        <w:t>yeh murad hai is se.</w:t>
      </w:r>
    </w:p>
    <w:p>
      <w:pPr>
        <w:jc w:val="right"/>
      </w:pPr>
      <w:r>
        <w:t>یہ مراد ہے اس سے۔</w:t>
      </w:r>
    </w:p>
    <w:p>
      <w:r>
        <w:rPr>
          <w:b/>
        </w:rPr>
        <w:t xml:space="preserve">[1:40:19] </w:t>
      </w:r>
      <w:r>
        <w:t>meri murad sirf divine character, divine character hai, mujarrad character nahin hai.</w:t>
      </w:r>
    </w:p>
    <w:p>
      <w:pPr>
        <w:jc w:val="right"/>
      </w:pPr>
      <w:r>
        <w:t>میری مراد صرف ڈیوائن کریکٹر، ڈیوائن کریکٹر ہے، مجرد کریکٹر نہیں ہے۔</w:t>
      </w:r>
    </w:p>
    <w:p>
      <w:r>
        <w:rPr>
          <w:b/>
        </w:rPr>
        <w:t xml:space="preserve">[1:40:25] </w:t>
      </w:r>
      <w:r>
        <w:t>maulana, agla sawal amar nagar se mr muhammad achhlaq sahab ka hai.</w:t>
      </w:r>
    </w:p>
    <w:p>
      <w:pPr>
        <w:jc w:val="right"/>
      </w:pPr>
      <w:r>
        <w:t>مولانا، اگلا سوال امر نگر سے مسٹر محمد اخلاق صاحب کا ہے۔</w:t>
      </w:r>
    </w:p>
    <w:p>
      <w:r>
        <w:rPr>
          <w:b/>
        </w:rPr>
        <w:t xml:space="preserve">[1:40:30] </w:t>
      </w:r>
      <w:r>
        <w:t>unhon ne likha hai: "maulana, ghalati karne ke waqt yeh baat zehan mein aa jaati hai ke main</w:t>
      </w:r>
    </w:p>
    <w:p>
      <w:pPr>
        <w:jc w:val="right"/>
      </w:pPr>
      <w:r>
        <w:t>انہوں نے لکھا ہے: "مولانا، غلطی کرنے کے وقت یہ بات ذہن میں آ جاتی ہے کہ میں</w:t>
      </w:r>
    </w:p>
    <w:p>
      <w:r>
        <w:rPr>
          <w:b/>
        </w:rPr>
        <w:t xml:space="preserve">[1:40:37] </w:t>
      </w:r>
      <w:r>
        <w:t>ghalati kar raha hoon, aur Khuda meri ghalati ko dekh raha hai, aur ghalati phir bhi ho jaati</w:t>
      </w:r>
    </w:p>
    <w:p>
      <w:pPr>
        <w:jc w:val="right"/>
      </w:pPr>
      <w:r>
        <w:t>غلطی کر رہا ہوں، اور خدا میری غلطی کو دیکھ رہا ہے، اور غلطی پھر بھی ہو جاتی</w:t>
      </w:r>
    </w:p>
    <w:p>
      <w:r>
        <w:rPr>
          <w:b/>
        </w:rPr>
        <w:t xml:space="preserve">[1:40:45] </w:t>
      </w:r>
      <w:r>
        <w:t>hai.</w:t>
      </w:r>
    </w:p>
    <w:p>
      <w:pPr>
        <w:jc w:val="right"/>
      </w:pPr>
      <w:r>
        <w:t>ہے۔</w:t>
      </w:r>
    </w:p>
    <w:p>
      <w:r>
        <w:rPr>
          <w:b/>
        </w:rPr>
        <w:t xml:space="preserve">[1:40:47] </w:t>
      </w:r>
      <w:r>
        <w:t>kya yeh dithaai aur sarkashi mein aayega, jabke baad mein ghalati par sharmindagi bhi hoti hai?" ab</w:t>
      </w:r>
    </w:p>
    <w:p>
      <w:pPr>
        <w:jc w:val="right"/>
      </w:pPr>
      <w:r>
        <w:t>کیا یہ ڈٹھائی اور سرکشی میں آئے گا، جبکہ بعد میں غلطی پر شرمندگی بھی ہوتی ہے؟" اب</w:t>
      </w:r>
    </w:p>
    <w:p>
      <w:r>
        <w:rPr>
          <w:b/>
        </w:rPr>
        <w:t xml:space="preserve">[1:40:54] </w:t>
      </w:r>
      <w:r>
        <w:t>yeh aadmi khud samajh sakta hai ke kya cheez chahiye ke chhedde nahin.</w:t>
      </w:r>
    </w:p>
    <w:p>
      <w:pPr>
        <w:jc w:val="right"/>
      </w:pPr>
      <w:r>
        <w:t>یہ آدمی خود سمجھ سکتا ہے کہ کیا چیز چاہیے کہ چھیڑے نہیں۔</w:t>
      </w:r>
    </w:p>
    <w:p>
      <w:r>
        <w:rPr>
          <w:b/>
        </w:rPr>
        <w:t xml:space="preserve">[1:41:00] </w:t>
      </w:r>
      <w:r>
        <w:t>aap khud samjhiye ke ghalati kar ke aap ke andar sharmindagi aayi ke nahin aayi, yeh to andar</w:t>
      </w:r>
    </w:p>
    <w:p>
      <w:pPr>
        <w:jc w:val="right"/>
      </w:pPr>
      <w:r>
        <w:t>آپ خود سمجھیے کہ غلطی کر کے آپ کے اندر شرمندگی آئی کہ نہیں آئی، یہ تو اندر</w:t>
      </w:r>
    </w:p>
    <w:p>
      <w:r>
        <w:rPr>
          <w:b/>
        </w:rPr>
        <w:t xml:space="preserve">[1:41:08] </w:t>
      </w:r>
      <w:r>
        <w:t>ki baat hai.</w:t>
      </w:r>
    </w:p>
    <w:p>
      <w:pPr>
        <w:jc w:val="right"/>
      </w:pPr>
      <w:r>
        <w:t>کی بات ہے۔</w:t>
      </w:r>
    </w:p>
    <w:p>
      <w:r>
        <w:rPr>
          <w:b/>
        </w:rPr>
        <w:t xml:space="preserve">[1:41:09] </w:t>
      </w:r>
      <w:r>
        <w:t>doosra aadmi keh jaane ga, sharmindagi mein yeh shamil hai ke aadmi ruka hai.</w:t>
      </w:r>
    </w:p>
    <w:p>
      <w:pPr>
        <w:jc w:val="right"/>
      </w:pPr>
      <w:r>
        <w:t>دوسرا آدمی کہہ جانے گا، شرمندگی میں یہ شامل ہے کہ آدمی رکا ہے۔</w:t>
      </w:r>
    </w:p>
    <w:p>
      <w:r>
        <w:rPr>
          <w:b/>
        </w:rPr>
        <w:t xml:space="preserve">[1:41:15] </w:t>
      </w:r>
      <w:r>
        <w:t>is se agar nahin ruka hai to sharmindagi kahan hai? woh to ghalati se ruka hai, ruka hai</w:t>
      </w:r>
    </w:p>
    <w:p>
      <w:pPr>
        <w:jc w:val="right"/>
      </w:pPr>
      <w:r>
        <w:t>اس سے اگر نہیں رکا ہے تو شرمندگی کہاں ہے؟ وہ تو غلطی سے رکا ہے، رکا ہے</w:t>
      </w:r>
    </w:p>
    <w:p>
      <w:r>
        <w:rPr>
          <w:b/>
        </w:rPr>
        <w:t xml:space="preserve">[1:41:23] </w:t>
      </w:r>
      <w:r>
        <w:t>aur tauba kare.</w:t>
      </w:r>
    </w:p>
    <w:p>
      <w:pPr>
        <w:jc w:val="right"/>
      </w:pPr>
      <w:r>
        <w:t>اور توبہ کرے۔</w:t>
      </w:r>
    </w:p>
    <w:p>
      <w:r>
        <w:rPr>
          <w:b/>
        </w:rPr>
        <w:t xml:space="preserve">[1:41:24] </w:t>
      </w:r>
      <w:r>
        <w:t>yeh aadmi khud samajh sakta hai, yeh doosra aadmi is par koi verdict nahin de sakta.</w:t>
      </w:r>
    </w:p>
    <w:p>
      <w:pPr>
        <w:jc w:val="right"/>
      </w:pPr>
      <w:r>
        <w:t>یہ آدمی خود سمجھ سکتا ہے، یہ دوسرا آدمی اس پر کوئی ورڈکٹ نہیں دے سکتا۔</w:t>
      </w:r>
    </w:p>
    <w:p>
      <w:r>
        <w:rPr>
          <w:b/>
        </w:rPr>
        <w:t xml:space="preserve">[1:41:31] </w:t>
      </w:r>
      <w:r>
        <w:t>molana, agla sawal dilli se hai misster shah imran hasan sahib ka.</w:t>
      </w:r>
    </w:p>
    <w:p>
      <w:pPr>
        <w:jc w:val="right"/>
      </w:pPr>
      <w:r>
        <w:t>مولانا، اگلا سوال دلی سے ہے مسٹر شاہ عمران حسن صاحب کا۔</w:t>
      </w:r>
    </w:p>
    <w:p>
      <w:r>
        <w:rPr>
          <w:b/>
        </w:rPr>
        <w:t xml:space="preserve">[1:41:36] </w:t>
      </w:r>
      <w:r>
        <w:t>unhon ne likha hai: "zarurat haram ko halal kar deti hai, is ka kya matlab hai?" aam tor</w:t>
      </w:r>
    </w:p>
    <w:p>
      <w:pPr>
        <w:jc w:val="right"/>
      </w:pPr>
      <w:r>
        <w:t>انہوں نے لکھا ہے: "ضرورت حرام کو حلال کر دیتی ہے، اس کا کیا مطلب ہے؟" عام طور</w:t>
      </w:r>
    </w:p>
    <w:p>
      <w:r>
        <w:rPr>
          <w:b/>
        </w:rPr>
        <w:t xml:space="preserve">[1:41:44] </w:t>
      </w:r>
      <w:r>
        <w:t>par yeh samjha jata hai ke yeh sab mislan ek aadmi hai, bhooka hai, marne ke qareeb ho</w:t>
      </w:r>
    </w:p>
    <w:p>
      <w:pPr>
        <w:jc w:val="right"/>
      </w:pPr>
      <w:r>
        <w:t>پر یہ سمجھا جاتا ہے کہ یہ سب مثلاً ایک آدمی ہے، بھوکا ہے، مرنے کے قریب ہو</w:t>
      </w:r>
    </w:p>
    <w:p>
      <w:r>
        <w:rPr>
          <w:b/>
        </w:rPr>
        <w:t xml:space="preserve">[1:41:52] </w:t>
      </w:r>
      <w:r>
        <w:t>raha hai, khane ko kuch hai nahi, to us waqt is ko khinzir bhi khana ja jata hai.</w:t>
      </w:r>
    </w:p>
    <w:p>
      <w:pPr>
        <w:jc w:val="right"/>
      </w:pPr>
      <w:r>
        <w:t>رہا ہے، کھانے کو کچھ ہے نہیں، تو اس وقت اس کو خنزیر بھی کھانا جا جاتا ہے۔</w:t>
      </w:r>
    </w:p>
    <w:p>
      <w:r>
        <w:rPr>
          <w:b/>
        </w:rPr>
        <w:t xml:space="preserve">[1:42:00] </w:t>
      </w:r>
      <w:r>
        <w:t>is ke liye to is tarah ki sooraten hain.</w:t>
      </w:r>
    </w:p>
    <w:p>
      <w:pPr>
        <w:jc w:val="right"/>
      </w:pPr>
      <w:r>
        <w:t>اس کے لیے تو اس طرح کی صورتیں ہیں۔</w:t>
      </w:r>
    </w:p>
    <w:p>
      <w:r>
        <w:rPr>
          <w:b/>
        </w:rPr>
        <w:t xml:space="preserve">[1:42:03] </w:t>
      </w:r>
      <w:r>
        <w:t>doosri is ko aap tausee kar sakte hain, aur doosri sooraton par haqeeqi zarurat agar hai, koi haqeeqi</w:t>
      </w:r>
    </w:p>
    <w:p>
      <w:pPr>
        <w:jc w:val="right"/>
      </w:pPr>
      <w:r>
        <w:t>دوسری اس کو آپ توسیع کر سکتے ہیں، اور دوسری صورتوں پر حقیقی ضرورت اگر ہے، کوئی حقیقی</w:t>
      </w:r>
    </w:p>
    <w:p>
      <w:r>
        <w:rPr>
          <w:b/>
        </w:rPr>
        <w:t xml:space="preserve">[1:42:11] </w:t>
      </w:r>
      <w:r>
        <w:t>zarurat, yani khud sakhta tor par aap kisi ko zarurat samjhen, kisi cheez ko, woh matlab nahi hai.</w:t>
      </w:r>
    </w:p>
    <w:p>
      <w:pPr>
        <w:jc w:val="right"/>
      </w:pPr>
      <w:r>
        <w:t>ضرورت، یعنی خود ساختہ طور پر آپ کسی کو ضرورت سمجھیں، کسی چیز کو، وہ مطلب نہیں ہے۔</w:t>
      </w:r>
    </w:p>
    <w:p>
      <w:r>
        <w:rPr>
          <w:b/>
        </w:rPr>
        <w:t xml:space="preserve">[1:42:19] </w:t>
      </w:r>
      <w:r>
        <w:t>haqeeqi zarurat ya yeh kahein ke zarurat sharai.</w:t>
      </w:r>
    </w:p>
    <w:p>
      <w:pPr>
        <w:jc w:val="right"/>
      </w:pPr>
      <w:r>
        <w:t>حقیقی ضرورت یا یہ کہیں کہ ضرورت شرعی۔</w:t>
      </w:r>
    </w:p>
    <w:p>
      <w:r>
        <w:rPr>
          <w:b/>
        </w:rPr>
        <w:t xml:space="preserve">[1:42:22] </w:t>
      </w:r>
      <w:r>
        <w:t>agar zarurat sharai paida ho gayi ho to wahan par, yani bilashuba haram cheez bhi halal ho jaye</w:t>
      </w:r>
    </w:p>
    <w:p>
      <w:pPr>
        <w:jc w:val="right"/>
      </w:pPr>
      <w:r>
        <w:t>اگر ضرورت شرعی پیدا ہو گئی ہو تو وہاں پر، یعنی بلاشبہ حرام چیز بھی حلال ہو جائے</w:t>
      </w:r>
    </w:p>
    <w:p>
      <w:r>
        <w:rPr>
          <w:b/>
        </w:rPr>
        <w:t xml:space="preserve">[1:42:30] </w:t>
      </w:r>
      <w:r>
        <w:t>gi waqti tor par.</w:t>
      </w:r>
    </w:p>
    <w:p>
      <w:pPr>
        <w:jc w:val="right"/>
      </w:pPr>
      <w:r>
        <w:t>گی وقتی طور پر۔</w:t>
      </w:r>
    </w:p>
    <w:p>
      <w:r>
        <w:rPr>
          <w:b/>
        </w:rPr>
        <w:t xml:space="preserve">[1:42:32] </w:t>
      </w:r>
      <w:r>
        <w:t>lekin is mein zarurat sharai shart lazim hai.</w:t>
      </w:r>
    </w:p>
    <w:p>
      <w:pPr>
        <w:jc w:val="right"/>
      </w:pPr>
      <w:r>
        <w:t>لیکن اس میں ضرورت شرعی شرط لازم ہے۔</w:t>
      </w:r>
    </w:p>
    <w:p>
      <w:r>
        <w:rPr>
          <w:b/>
        </w:rPr>
        <w:t xml:space="preserve">[1:42:35] </w:t>
      </w:r>
      <w:r>
        <w:t>bohat ziyada, yani bohat ziyada objective tor par aap ko jaiza lena hoga ke kya waqatan yahan zarurat</w:t>
      </w:r>
    </w:p>
    <w:p>
      <w:pPr>
        <w:jc w:val="right"/>
      </w:pPr>
      <w:r>
        <w:t>بہت زیادہ، یعنی بہت زیادہ ابجیکٹو طور پر آپ کو جائزہ لینا ہوگا کہ کیا واقعتاً یہاں ضرورت</w:t>
      </w:r>
    </w:p>
    <w:p>
      <w:r>
        <w:rPr>
          <w:b/>
        </w:rPr>
        <w:t xml:space="preserve">[1:42:43] </w:t>
      </w:r>
      <w:r>
        <w:t>sharai paida ho gayi hai.</w:t>
      </w:r>
    </w:p>
    <w:p>
      <w:pPr>
        <w:jc w:val="right"/>
      </w:pPr>
      <w:r>
        <w:t>شرعی پیدا ہو گئی ہے۔</w:t>
      </w:r>
    </w:p>
    <w:p>
      <w:r>
        <w:rPr>
          <w:b/>
        </w:rPr>
        <w:t xml:space="preserve">[1:42:45] </w:t>
      </w:r>
      <w:r>
        <w:t>jaise misaal ke tor par aata hai islamic zamane ke baaz waqiat ke ek sahabi ko maar peet</w:t>
      </w:r>
    </w:p>
    <w:p>
      <w:pPr>
        <w:jc w:val="right"/>
      </w:pPr>
      <w:r>
        <w:t>جیسے مثال کے طور پر آتا ہے اسلامک زمانے کے بعض واقعات کہ ایک صحابی کو مار پیٹ</w:t>
      </w:r>
    </w:p>
    <w:p>
      <w:r>
        <w:rPr>
          <w:b/>
        </w:rPr>
        <w:t xml:space="preserve">[1:42:53] </w:t>
      </w:r>
      <w:r>
        <w:t>rahe the, kaho ke lakh do ilah hai, uzza bhi ilah hai.</w:t>
      </w:r>
    </w:p>
    <w:p>
      <w:pPr>
        <w:jc w:val="right"/>
      </w:pPr>
      <w:r>
        <w:t>رہے تھے، کہو کہ لاکھ دو الہ ہے، عزہ بھی الہ ہے۔</w:t>
      </w:r>
    </w:p>
    <w:p>
      <w:r>
        <w:rPr>
          <w:b/>
        </w:rPr>
        <w:t xml:space="preserve">[1:42:58] </w:t>
      </w:r>
      <w:r>
        <w:t>to ab woh masla is ka tha ke ya to kaho ya marwao apne aap ko.</w:t>
      </w:r>
    </w:p>
    <w:p>
      <w:pPr>
        <w:jc w:val="right"/>
      </w:pPr>
      <w:r>
        <w:t>تو اب وہ مسئلہ اس کا تھا کہ یا تو کہو یا مرواؤ اپنے آپ کو۔</w:t>
      </w:r>
    </w:p>
    <w:p>
      <w:r>
        <w:rPr>
          <w:b/>
        </w:rPr>
        <w:t xml:space="preserve">[1:43:05] </w:t>
      </w:r>
      <w:r>
        <w:t>to yani maar se bachne ke liye unhon ne kaha jaye ke theek hai, jo tum karoge</w:t>
      </w:r>
    </w:p>
    <w:p>
      <w:pPr>
        <w:jc w:val="right"/>
      </w:pPr>
      <w:r>
        <w:t>تو یعنی مار سے بچنے کے لیے انہوں نے کہا جائے کہ ٹھیک ہے، جو تم کرو گے</w:t>
      </w:r>
    </w:p>
    <w:p>
      <w:r>
        <w:rPr>
          <w:b/>
        </w:rPr>
        <w:t xml:space="preserve">[1:43:12] </w:t>
      </w:r>
      <w:r>
        <w:t>sach hai.</w:t>
      </w:r>
    </w:p>
    <w:p>
      <w:pPr>
        <w:jc w:val="right"/>
      </w:pPr>
      <w:r>
        <w:t>سچ ہے۔</w:t>
      </w:r>
    </w:p>
    <w:p>
      <w:r>
        <w:rPr>
          <w:b/>
        </w:rPr>
        <w:t xml:space="preserve">[1:43:14] </w:t>
      </w:r>
      <w:r>
        <w:t>to jaan ka khatra ho, is tarah ka zarurat sharai paida ho jaye to us waqt waqti tor</w:t>
      </w:r>
    </w:p>
    <w:p>
      <w:pPr>
        <w:jc w:val="right"/>
      </w:pPr>
      <w:r>
        <w:t>تو جان کا خطرہ ہو، اس طرح کا ضرورت شرعی پیدا ہو جائے تو اس وقت وقتی طور</w:t>
      </w:r>
    </w:p>
    <w:p>
      <w:r>
        <w:rPr>
          <w:b/>
        </w:rPr>
        <w:t xml:space="preserve">[1:43:22] </w:t>
      </w:r>
      <w:r>
        <w:t>par koi cheez jo haram ho, shariat ko halal ho jati hai.</w:t>
      </w:r>
    </w:p>
    <w:p>
      <w:pPr>
        <w:jc w:val="right"/>
      </w:pPr>
      <w:r>
        <w:t>پر کوئی چیز جو حرام ہو، شریعت کو حلال ہو جاتی ہے۔</w:t>
      </w:r>
    </w:p>
    <w:p>
      <w:r>
        <w:rPr>
          <w:b/>
        </w:rPr>
        <w:t xml:space="preserve">[1:43:27] </w:t>
      </w:r>
      <w:r>
        <w:t>lekin is ka taayun aadmi khud kar sakta hai ke waqai yeh zarurat sharai hai ke nahi hai.</w:t>
      </w:r>
    </w:p>
    <w:p>
      <w:pPr>
        <w:jc w:val="right"/>
      </w:pPr>
      <w:r>
        <w:t>لیکن اس کا تعین آدمی خود کر سکتا ہے کہ واقعی یہ ضرورت شرعی ہے کہ نہیں ہے۔</w:t>
      </w:r>
    </w:p>
    <w:p>
      <w:r>
        <w:rPr>
          <w:b/>
        </w:rPr>
        <w:t xml:space="preserve">[1:43:34] </w:t>
      </w:r>
      <w:r>
        <w:t>molana, agle sawal se pehle ek comment parhna chahenge jo doha, qatar se molana abdul basit tamri sahib</w:t>
      </w:r>
    </w:p>
    <w:p>
      <w:pPr>
        <w:jc w:val="right"/>
      </w:pPr>
      <w:r>
        <w:t>مولانا، اگلے سوال سے پہلے ایک کمنٹ پڑھنا چاہیں گے جو دوحہ، قطر سے مولانا عبدالباسط تمری صاحب</w:t>
      </w:r>
    </w:p>
    <w:p>
      <w:r>
        <w:rPr>
          <w:b/>
        </w:rPr>
        <w:t xml:space="preserve">[1:43:42] </w:t>
      </w:r>
      <w:r>
        <w:t>ne likha hai.</w:t>
      </w:r>
    </w:p>
    <w:p>
      <w:pPr>
        <w:jc w:val="right"/>
      </w:pPr>
      <w:r>
        <w:t>نے لکھا ہے۔</w:t>
      </w:r>
    </w:p>
    <w:p>
      <w:r>
        <w:rPr>
          <w:b/>
        </w:rPr>
        <w:t xml:space="preserve">[1:43:44] </w:t>
      </w:r>
      <w:r>
        <w:t>unhon ne likha hai ke molana, main bachpan se sunta aa raha tha ke insaan boodha ho jata</w:t>
      </w:r>
    </w:p>
    <w:p>
      <w:pPr>
        <w:jc w:val="right"/>
      </w:pPr>
      <w:r>
        <w:t>انہوں نے لکھا ہے کہ مولانا، میں بچپن سے سنتا آ رہا تھا کہ انسان بوڑھا ہو جاتا</w:t>
      </w:r>
    </w:p>
    <w:p>
      <w:r>
        <w:rPr>
          <w:b/>
        </w:rPr>
        <w:t xml:space="preserve">[1:43:51] </w:t>
      </w:r>
      <w:r>
        <w:t>hai lekin soch hamesha jawan rehti hai, magar yeh maloom nahi tha ke aisa kyun hai.</w:t>
      </w:r>
    </w:p>
    <w:p>
      <w:pPr>
        <w:jc w:val="right"/>
      </w:pPr>
      <w:r>
        <w:t>ہے لیکن سوچ ہمیشہ جوان رہتی ہے، مگر یہ معلوم نہیں تھا کہ ایسا کیوں ہے۔</w:t>
      </w:r>
    </w:p>
    <w:p>
      <w:r>
        <w:rPr>
          <w:b/>
        </w:rPr>
        <w:t xml:space="preserve">[1:43:58] </w:t>
      </w:r>
      <w:r>
        <w:t>aaj aap ki taqreer se maloom hua ke asal rohani irtiqaa hai, hamara jismani irtiqaa nahin.</w:t>
      </w:r>
    </w:p>
    <w:p>
      <w:pPr>
        <w:jc w:val="right"/>
      </w:pPr>
      <w:r>
        <w:t>آج آپ کی تقریر سے معلوم ہوا کہ اصل روحانی ارتقاء ہے، ہمارا جسمانی ارتقاء نہیں۔</w:t>
      </w:r>
    </w:p>
    <w:p>
      <w:r>
        <w:rPr>
          <w:b/>
        </w:rPr>
        <w:t xml:space="preserve">[1:44:05] </w:t>
      </w:r>
      <w:r>
        <w:t>is liye zehni irtiqaa par focus karna chahiye.</w:t>
      </w:r>
    </w:p>
    <w:p>
      <w:pPr>
        <w:jc w:val="right"/>
      </w:pPr>
      <w:r>
        <w:t>اس لیے ذہنی ارتقاء پر فوکس کرنا چاہیے۔</w:t>
      </w:r>
    </w:p>
    <w:p>
      <w:r>
        <w:rPr>
          <w:b/>
        </w:rPr>
        <w:t xml:space="preserve">[1:44:09] </w:t>
      </w:r>
      <w:r>
        <w:t>maulana, aaj ki taqreer se zehni irtiqaa par focus karne ki jo soch thi, us soch mein halchal</w:t>
      </w:r>
    </w:p>
    <w:p>
      <w:pPr>
        <w:jc w:val="right"/>
      </w:pPr>
      <w:r>
        <w:t>مولانا، آج کی تقریر سے ذہنی ارتقاء پر فوکس کرنے کی جو سوچ تھی، اس سوچ میں ہلچل</w:t>
      </w:r>
    </w:p>
    <w:p>
      <w:r>
        <w:rPr>
          <w:b/>
        </w:rPr>
        <w:t xml:space="preserve">[1:44:16] </w:t>
      </w:r>
      <w:r>
        <w:t>paida hui.</w:t>
      </w:r>
    </w:p>
    <w:p>
      <w:pPr>
        <w:jc w:val="right"/>
      </w:pPr>
      <w:r>
        <w:t>پیدا ہوئی۔</w:t>
      </w:r>
    </w:p>
    <w:p>
      <w:r>
        <w:rPr>
          <w:b/>
        </w:rPr>
        <w:t xml:space="preserve">[1:44:18] </w:t>
      </w:r>
      <w:r>
        <w:t>agla sawal maulana lucknow se hai mr muhammad munis sahab ka.</w:t>
      </w:r>
    </w:p>
    <w:p>
      <w:pPr>
        <w:jc w:val="right"/>
      </w:pPr>
      <w:r>
        <w:t>اگلا سوال مولانا لکھنو سے ہے مسٹر محمد منس صاحب کا۔</w:t>
      </w:r>
    </w:p>
    <w:p>
      <w:r>
        <w:rPr>
          <w:b/>
        </w:rPr>
        <w:t xml:space="preserve">[1:44:22] </w:t>
      </w:r>
      <w:r>
        <w:t>unhon ne likha hai ke quran ke chapter 20, words number 76 mein bataya gaya hai ke paradise</w:t>
      </w:r>
    </w:p>
    <w:p>
      <w:pPr>
        <w:jc w:val="right"/>
      </w:pPr>
      <w:r>
        <w:t>انہوں نے لکھا ہے کہ قرآن کے چیپٹر 20، ورڈز نمبر 76 میں بتایا گیا ہے کہ پیراڈائز</w:t>
      </w:r>
    </w:p>
    <w:p>
      <w:r>
        <w:rPr>
          <w:b/>
        </w:rPr>
        <w:t xml:space="preserve">[1:44:30] </w:t>
      </w:r>
      <w:r>
        <w:t>sirf un logon ke liye hai jo apna tazkiya karen.</w:t>
      </w:r>
    </w:p>
    <w:p>
      <w:pPr>
        <w:jc w:val="right"/>
      </w:pPr>
      <w:r>
        <w:t>صرف ان لوگوں کے لیے ہے جو اپنا تزکیہ کریں۔</w:t>
      </w:r>
    </w:p>
    <w:p>
      <w:r>
        <w:rPr>
          <w:b/>
        </w:rPr>
        <w:t xml:space="preserve">[1:44:34] </w:t>
      </w:r>
      <w:r>
        <w:t>yeh tazkiya kya hai? is ko wazeh wazeh karen.</w:t>
      </w:r>
    </w:p>
    <w:p>
      <w:pPr>
        <w:jc w:val="right"/>
      </w:pPr>
      <w:r>
        <w:t>یہ تزکیہ کیا ہے؟ اس کو واضح واضح کریں۔</w:t>
      </w:r>
    </w:p>
    <w:p>
      <w:r>
        <w:rPr>
          <w:b/>
        </w:rPr>
        <w:t xml:space="preserve">[1:44:38] </w:t>
      </w:r>
      <w:r>
        <w:t>bhai, is pe to poori kitaab hai hamari, parhiye is ko.</w:t>
      </w:r>
    </w:p>
    <w:p>
      <w:pPr>
        <w:jc w:val="right"/>
      </w:pPr>
      <w:r>
        <w:t>بھائی، اس پہ تو پوری کتاب ہے ہماری، پڑھیے اس کو۔</w:t>
      </w:r>
    </w:p>
    <w:p>
      <w:r>
        <w:rPr>
          <w:b/>
        </w:rPr>
        <w:t xml:space="preserve">[1:44:43] </w:t>
      </w:r>
      <w:r>
        <w:t>tazkiya ke naam se bhi hai, woh kitaab maarfat ke naam se hai.</w:t>
      </w:r>
    </w:p>
    <w:p>
      <w:pPr>
        <w:jc w:val="right"/>
      </w:pPr>
      <w:r>
        <w:t>تزکیہ کے نام سے بھی ہے، وہ کتاب معرفت کے نام سے ہے۔</w:t>
      </w:r>
    </w:p>
    <w:p>
      <w:r>
        <w:rPr>
          <w:b/>
        </w:rPr>
        <w:t xml:space="preserve">[1:44:49] </w:t>
      </w:r>
      <w:r>
        <w:t>tazkiya jo hai, agar aap waqai janna chahte hain to choti kitaab agar parhna hai aap ko to</w:t>
      </w:r>
    </w:p>
    <w:p>
      <w:pPr>
        <w:jc w:val="right"/>
      </w:pPr>
      <w:r>
        <w:t>تزکیہ جو ہے، اگر آپ واقعی جاننا چاہتے ہیں تو چھوٹی کتاب اگر پڑھنا ہے آپ کو تو</w:t>
      </w:r>
    </w:p>
    <w:p>
      <w:r>
        <w:rPr>
          <w:b/>
        </w:rPr>
        <w:t xml:space="preserve">[1:44:56] </w:t>
      </w:r>
      <w:r>
        <w:t>tazkiya ke naam se chhapi hai, woh 50 safhe ki.</w:t>
      </w:r>
    </w:p>
    <w:p>
      <w:pPr>
        <w:jc w:val="right"/>
      </w:pPr>
      <w:r>
        <w:t>تزکیہ کے نام سے چھپی ہے، وہ 50 صفحے کی۔</w:t>
      </w:r>
    </w:p>
    <w:p>
      <w:r>
        <w:rPr>
          <w:b/>
        </w:rPr>
        <w:t xml:space="preserve">[1:45:01] </w:t>
      </w:r>
      <w:r>
        <w:t>zyada tafseel se parhna chahte ho to kitaab maarfat parhiye.</w:t>
      </w:r>
    </w:p>
    <w:p>
      <w:pPr>
        <w:jc w:val="right"/>
      </w:pPr>
      <w:r>
        <w:t>زیادہ تفصیل سے پڑھنا چاہتے ہو تو کتاب معرفت پڑھیے۔</w:t>
      </w:r>
    </w:p>
    <w:p>
      <w:r>
        <w:rPr>
          <w:b/>
        </w:rPr>
        <w:t xml:space="preserve">[1:45:05] </w:t>
      </w:r>
      <w:r>
        <w:t>kis tarah tazkiya wali kitaab? ji, alag se bhi hai, alag bhi chhapi hai.</w:t>
      </w:r>
    </w:p>
    <w:p>
      <w:pPr>
        <w:jc w:val="right"/>
      </w:pPr>
      <w:r>
        <w:t>کس طرح تزکیہ والی کتاب؟ جی، الگ سے بھی ہے، الگ بھی چھپی ہے۔</w:t>
      </w:r>
    </w:p>
    <w:p>
      <w:r>
        <w:rPr>
          <w:b/>
        </w:rPr>
        <w:t xml:space="preserve">[1:45:11] </w:t>
      </w:r>
      <w:r>
        <w:t>ji, kya naam hai is ka? tazkiya nafs.</w:t>
      </w:r>
    </w:p>
    <w:p>
      <w:pPr>
        <w:jc w:val="right"/>
      </w:pPr>
      <w:r>
        <w:t>جی، کیا نام ہے اس کا؟ تزکیہ نفس۔</w:t>
      </w:r>
    </w:p>
    <w:p>
      <w:r>
        <w:rPr>
          <w:b/>
        </w:rPr>
        <w:t xml:space="preserve">[1:45:14] </w:t>
      </w:r>
      <w:r>
        <w:t>is ka naam hai tazkiya nafs.</w:t>
      </w:r>
    </w:p>
    <w:p>
      <w:pPr>
        <w:jc w:val="right"/>
      </w:pPr>
      <w:r>
        <w:t>اس کا نام ہے تزکیہ نفس۔</w:t>
      </w:r>
    </w:p>
    <w:p>
      <w:r>
        <w:rPr>
          <w:b/>
        </w:rPr>
        <w:t xml:space="preserve">[1:45:17] </w:t>
      </w:r>
      <w:r>
        <w:t>yeh tazkiya nafs ke naam se ek 50 safhe ka pamphlet hai, is ko aap parh sakte hain.</w:t>
      </w:r>
    </w:p>
    <w:p>
      <w:pPr>
        <w:jc w:val="right"/>
      </w:pPr>
      <w:r>
        <w:t>یہ تزکیہ نفس کے نام سے ایک 50 صفحے کا پمفلیٹ ہے، اس کو آپ پڑھ سکتے ہیں۔</w:t>
      </w:r>
    </w:p>
    <w:p>
      <w:r>
        <w:rPr>
          <w:b/>
        </w:rPr>
        <w:t xml:space="preserve">[1:45:25] </w:t>
      </w:r>
      <w:r>
        <w:t>aur moti kitaab hai, kitaab maarfat ke naam se, woh bhi sab tazkiya ki baaten is mein hain,</w:t>
      </w:r>
    </w:p>
    <w:p>
      <w:pPr>
        <w:jc w:val="right"/>
      </w:pPr>
      <w:r>
        <w:t>اور موٹی کتاب ہے، کتاب معرفت کے نام سے، وہ بھی سب تزکیہ کی باتیں اس میں ہیں،</w:t>
      </w:r>
    </w:p>
    <w:p>
      <w:r>
        <w:rPr>
          <w:b/>
        </w:rPr>
        <w:t xml:space="preserve">[1:45:32] </w:t>
      </w:r>
      <w:r>
        <w:t>is ko aap parhiye.</w:t>
      </w:r>
    </w:p>
    <w:p>
      <w:pPr>
        <w:jc w:val="right"/>
      </w:pPr>
      <w:r>
        <w:t>اس کو آپ پڑھیے۔</w:t>
      </w:r>
    </w:p>
    <w:p>
      <w:r>
        <w:rPr>
          <w:b/>
        </w:rPr>
        <w:t xml:space="preserve">[1:45:34] </w:t>
      </w:r>
      <w:r>
        <w:t>maulana, hum batana chahenge ke website pe bhi uploaded hai, cps ki website</w:t>
      </w:r>
    </w:p>
    <w:p>
      <w:pPr>
        <w:jc w:val="right"/>
      </w:pPr>
      <w:r>
        <w:t>مولانا، ہم بتانا چاہیں گے کہ ویب سائٹ پہ بھی اپلوڈڈ ہے، سی پی ایس کی ویب سائٹ</w:t>
      </w:r>
    </w:p>
    <w:p>
      <w:r>
        <w:rPr>
          <w:b/>
        </w:rPr>
        <w:t xml:space="preserve">[1:45:42] </w:t>
      </w:r>
      <w:r>
        <w:t>pe aap is ko parh sakte hain.</w:t>
      </w:r>
    </w:p>
    <w:p>
      <w:pPr>
        <w:jc w:val="right"/>
      </w:pPr>
      <w:r>
        <w:t>پہ آپ اس کو پڑھ سکتے ہیں۔</w:t>
      </w:r>
    </w:p>
    <w:p>
      <w:r>
        <w:rPr>
          <w:b/>
        </w:rPr>
        <w:t xml:space="preserve">[1:45:45] </w:t>
      </w:r>
      <w:r>
        <w:t>agla sawal ghaziabad se hai mr zubair sahab ka.</w:t>
      </w:r>
    </w:p>
    <w:p>
      <w:pPr>
        <w:jc w:val="right"/>
      </w:pPr>
      <w:r>
        <w:t>اگلا سوال غازی آباد سے ہے مسٹر زبیر صاحب کا۔</w:t>
      </w:r>
    </w:p>
    <w:p>
      <w:r>
        <w:rPr>
          <w:b/>
        </w:rPr>
        <w:t xml:space="preserve">[1:45:49] </w:t>
      </w:r>
      <w:r>
        <w:t>انہوں نے لکھا ہے: "People say that the Sufi concepts like kashf, ilham, etcetera, do not go against</w:t>
      </w:r>
    </w:p>
    <w:p>
      <w:pPr>
        <w:jc w:val="right"/>
      </w:pPr>
      <w:r>
        <w:t>انہوں نے لکھا ہے: "پیپل سے دیٹ دا صوفی کانسیپٹس لائک کشف، الہام، ایٹسٹرہ، ڈو ناٹ گو اگینسٹ</w:t>
      </w:r>
    </w:p>
    <w:p>
      <w:r>
        <w:rPr>
          <w:b/>
        </w:rPr>
        <w:t xml:space="preserve">[1:45:57] </w:t>
      </w:r>
      <w:r>
        <w:t>the quran, so they are perfectly acceptable.</w:t>
      </w:r>
    </w:p>
    <w:p>
      <w:pPr>
        <w:jc w:val="right"/>
      </w:pPr>
      <w:r>
        <w:t>دی قرآن، سو دے آر پرفیکٹلی ایکسیپٹیبل۔</w:t>
      </w:r>
    </w:p>
    <w:p>
      <w:r>
        <w:rPr>
          <w:b/>
        </w:rPr>
        <w:t xml:space="preserve">[1:46:00] </w:t>
      </w:r>
      <w:r>
        <w:t>what is your opinion? nahin, nahin, yeh kashf waghera kuch bhi nahin, be-haqeeqat hai.</w:t>
      </w:r>
    </w:p>
    <w:p>
      <w:pPr>
        <w:jc w:val="right"/>
      </w:pPr>
      <w:r>
        <w:t>واٹ از یور اوپینین؟" نہیں، نہیں، یہ کشف وغیرہ کچھ بھی نہیں، بے حقیقت ہے۔</w:t>
      </w:r>
    </w:p>
    <w:p>
      <w:r>
        <w:rPr>
          <w:b/>
        </w:rPr>
        <w:t xml:space="preserve">[1:46:06] </w:t>
      </w:r>
      <w:r>
        <w:t>quran hi criterion hai.</w:t>
      </w:r>
    </w:p>
    <w:p>
      <w:pPr>
        <w:jc w:val="right"/>
      </w:pPr>
      <w:r>
        <w:t>قرآن ہی کرائٹیرین ہے۔</w:t>
      </w:r>
    </w:p>
    <w:p>
      <w:r>
        <w:rPr>
          <w:b/>
        </w:rPr>
        <w:t xml:space="preserve">[1:46:08] </w:t>
      </w:r>
      <w:r>
        <w:t>jo cheez quran se mutabiqat rakhe, usi ko mana jayega.</w:t>
      </w:r>
    </w:p>
    <w:p>
      <w:pPr>
        <w:jc w:val="right"/>
      </w:pPr>
      <w:r>
        <w:t>جو چیز قرآن سے مطابقت رکھے، اسی کو مانا جائے گا۔</w:t>
      </w:r>
    </w:p>
    <w:p>
      <w:r>
        <w:rPr>
          <w:b/>
        </w:rPr>
        <w:t xml:space="preserve">[1:46:13] </w:t>
      </w:r>
      <w:r>
        <w:t>jo mutabiqat na rakhe, wo nahi mana jayega.</w:t>
      </w:r>
    </w:p>
    <w:p>
      <w:pPr>
        <w:jc w:val="right"/>
      </w:pPr>
      <w:r>
        <w:t>جو مطابقت نہ رکھے، وہ نہیں مانا جائے گا۔</w:t>
      </w:r>
    </w:p>
    <w:p>
      <w:r>
        <w:rPr>
          <w:b/>
        </w:rPr>
        <w:t xml:space="preserve">[1:46:16] </w:t>
      </w:r>
      <w:r>
        <w:t>is ko kashf koi independent source nahi hai.</w:t>
      </w:r>
    </w:p>
    <w:p>
      <w:pPr>
        <w:jc w:val="right"/>
      </w:pPr>
      <w:r>
        <w:t>اس کو کشف کوئی انڈیپینڈنٹ سورس نہیں ہے۔</w:t>
      </w:r>
    </w:p>
    <w:p>
      <w:r>
        <w:rPr>
          <w:b/>
        </w:rPr>
        <w:t xml:space="preserve">[1:46:20] </w:t>
      </w:r>
      <w:r>
        <w:t>kashf jo hai, wo koi independent source nahi hai.</w:t>
      </w:r>
    </w:p>
    <w:p>
      <w:pPr>
        <w:jc w:val="right"/>
      </w:pPr>
      <w:r>
        <w:t>کشف جو ہے، وہ کوئی انڈیپینڈنٹ سورس نہیں ہے۔</w:t>
      </w:r>
    </w:p>
    <w:p>
      <w:r>
        <w:rPr>
          <w:b/>
        </w:rPr>
        <w:t xml:space="preserve">[1:46:24] </w:t>
      </w:r>
      <w:r>
        <w:t>main is ko independent source nahi manta.</w:t>
      </w:r>
    </w:p>
    <w:p>
      <w:pPr>
        <w:jc w:val="right"/>
      </w:pPr>
      <w:r>
        <w:t>میں اس کو انڈیپینڈنٹ سورس نہیں مانتا۔</w:t>
      </w:r>
    </w:p>
    <w:p>
      <w:r>
        <w:rPr>
          <w:b/>
        </w:rPr>
        <w:t xml:space="preserve">[1:46:27] </w:t>
      </w:r>
      <w:r>
        <w:t>mustanad source jo hai, authentic source, is ko quran aur sunnat hai, bas aur kuch nahi.</w:t>
      </w:r>
    </w:p>
    <w:p>
      <w:pPr>
        <w:jc w:val="right"/>
      </w:pPr>
      <w:r>
        <w:t>مستند سورس جو ہے، اتھینٹک سورس، اس کو قرآن اور سنت ہے، بس اور کچھ نہیں۔</w:t>
      </w:r>
    </w:p>
    <w:p>
      <w:r>
        <w:rPr>
          <w:b/>
        </w:rPr>
        <w:t xml:space="preserve">[1:46:34] </w:t>
      </w:r>
      <w:r>
        <w:t>maulana, ye sawal aya hai maulana zikwan nadvi ka dilli se.</w:t>
      </w:r>
    </w:p>
    <w:p>
      <w:pPr>
        <w:jc w:val="right"/>
      </w:pPr>
      <w:r>
        <w:t>مولانا، یہ سوال آیا ہے مولانا زکوان ندوی کا دلی سے۔</w:t>
      </w:r>
    </w:p>
    <w:p>
      <w:r>
        <w:rPr>
          <w:b/>
        </w:rPr>
        <w:t xml:space="preserve">[1:46:38] </w:t>
      </w:r>
      <w:r>
        <w:t>unhon ne likha hai: "kal raat ko ek sahib ka phone aya, unhon ne kaha ke is waqt</w:t>
      </w:r>
    </w:p>
    <w:p>
      <w:pPr>
        <w:jc w:val="right"/>
      </w:pPr>
      <w:r>
        <w:t>انہوں نے لکھا ہے: "کل رات کو ایک صاحب کا فون آیا، انہوں نے کہا کہ اس وقت</w:t>
      </w:r>
    </w:p>
    <w:p>
      <w:r>
        <w:rPr>
          <w:b/>
        </w:rPr>
        <w:t xml:space="preserve">[1:46:46] </w:t>
      </w:r>
      <w:r>
        <w:t>yahan mere sath kai log bethe hue hain.</w:t>
      </w:r>
    </w:p>
    <w:p>
      <w:pPr>
        <w:jc w:val="right"/>
      </w:pPr>
      <w:r>
        <w:t>یہاں میرے ساتھ کئی لوگ بیٹھے ہوئے ہیں۔</w:t>
      </w:r>
    </w:p>
    <w:p>
      <w:r>
        <w:rPr>
          <w:b/>
        </w:rPr>
        <w:t xml:space="preserve">[1:46:49] </w:t>
      </w:r>
      <w:r>
        <w:t>un ka sawal ye hai ke quran mein darhi ke bare mein kya hukum diya gaya hai?" main</w:t>
      </w:r>
    </w:p>
    <w:p>
      <w:pPr>
        <w:jc w:val="right"/>
      </w:pPr>
      <w:r>
        <w:t>ان کا سوال یہ ہے کہ قرآن میں داڑھی کے بارے میں کیا حکم دیا گیا ہے؟" میں</w:t>
      </w:r>
    </w:p>
    <w:p>
      <w:r>
        <w:rPr>
          <w:b/>
        </w:rPr>
        <w:t xml:space="preserve">[1:46:57] </w:t>
      </w:r>
      <w:r>
        <w:t>ne kaha ke is tarah ka sawal durust nahi.</w:t>
      </w:r>
    </w:p>
    <w:p>
      <w:pPr>
        <w:jc w:val="right"/>
      </w:pPr>
      <w:r>
        <w:t>نے کہا کہ اس طرح کا سوال درست نہیں۔</w:t>
      </w:r>
    </w:p>
    <w:p>
      <w:r>
        <w:rPr>
          <w:b/>
        </w:rPr>
        <w:t xml:space="preserve">[1:47:01] </w:t>
      </w:r>
      <w:r>
        <w:t>koi shakhs jab ek poda lagata hai to pehle wo apni apna sara focus jar par deta hai,</w:t>
      </w:r>
    </w:p>
    <w:p>
      <w:pPr>
        <w:jc w:val="right"/>
      </w:pPr>
      <w:r>
        <w:t>کوئی شخص جب ایک پودا لگاتا ہے تو پہلے وہ اپنی اپنا سارا فوکس جڑ پر دیتا ہے،</w:t>
      </w:r>
    </w:p>
    <w:p>
      <w:r>
        <w:rPr>
          <w:b/>
        </w:rPr>
        <w:t xml:space="preserve">[1:47:09] </w:t>
      </w:r>
      <w:r>
        <w:t>na ke patiyon par.</w:t>
      </w:r>
    </w:p>
    <w:p>
      <w:pPr>
        <w:jc w:val="right"/>
      </w:pPr>
      <w:r>
        <w:t>نہ کہ پتیوں پر۔</w:t>
      </w:r>
    </w:p>
    <w:p>
      <w:r>
        <w:rPr>
          <w:b/>
        </w:rPr>
        <w:t xml:space="preserve">[1:47:10] </w:t>
      </w:r>
      <w:r>
        <w:t>اس طرح ہم کو قرآن کے بارے میں سوچنا چاہیے کہ کیا ہم قرآن کی basic teachings پر</w:t>
      </w:r>
    </w:p>
    <w:p>
      <w:pPr>
        <w:jc w:val="right"/>
      </w:pPr>
      <w:r>
        <w:t>اس طرح ہم کو قرآن کے بارے میں سوچنا چاہیے کہ کیا ہم قرآن کی بیسک ٹیچنگز پر</w:t>
      </w:r>
    </w:p>
    <w:p>
      <w:r>
        <w:rPr>
          <w:b/>
        </w:rPr>
        <w:t xml:space="preserve">[1:47:18] </w:t>
      </w:r>
      <w:r>
        <w:t>qaim hain ya nahi, maslan allah ka khauf aur insan se mohabbat wagera.</w:t>
      </w:r>
    </w:p>
    <w:p>
      <w:pPr>
        <w:jc w:val="right"/>
      </w:pPr>
      <w:r>
        <w:t>قائم ہیں یا نہیں، مثلاً اللہ کا خوف اور انسان سے محبت وغیرہ۔</w:t>
      </w:r>
    </w:p>
    <w:p>
      <w:r>
        <w:rPr>
          <w:b/>
        </w:rPr>
        <w:t xml:space="preserve">[1:47:24] </w:t>
      </w:r>
      <w:r>
        <w:t>is sawal ke bare mein aap kya farmayenge? darhi kon hai? ji haan, ji haan, to theek</w:t>
      </w:r>
    </w:p>
    <w:p>
      <w:pPr>
        <w:jc w:val="right"/>
      </w:pPr>
      <w:r>
        <w:t>اس سوال کے بارے میں آپ کیا فرمائیں گے؟ داڑھی کون ہے؟ جی ہاں، جی ہاں، تو ٹھیک</w:t>
      </w:r>
    </w:p>
    <w:p>
      <w:r>
        <w:rPr>
          <w:b/>
        </w:rPr>
        <w:t xml:space="preserve">[1:47:31] </w:t>
      </w:r>
      <w:r>
        <w:t>jawab, theek jawab diya bhai.</w:t>
      </w:r>
    </w:p>
    <w:p>
      <w:pPr>
        <w:jc w:val="right"/>
      </w:pPr>
      <w:r>
        <w:t>جواب، ٹھیک جواب دیا بھائی۔</w:t>
      </w:r>
    </w:p>
    <w:p>
      <w:r>
        <w:rPr>
          <w:b/>
        </w:rPr>
        <w:t xml:space="preserve">[1:47:34] </w:t>
      </w:r>
      <w:r>
        <w:t>yehi se, yani islam ki beginning jo hai, darhi se nahi hoti.</w:t>
      </w:r>
    </w:p>
    <w:p>
      <w:pPr>
        <w:jc w:val="right"/>
      </w:pPr>
      <w:r>
        <w:t>یہیں سے، یعنی اسلام کی بگننگ جو ہے، داڑھی سے نہیں ہوتی۔</w:t>
      </w:r>
    </w:p>
    <w:p>
      <w:r>
        <w:rPr>
          <w:b/>
        </w:rPr>
        <w:t xml:space="preserve">[1:47:39] </w:t>
      </w:r>
      <w:r>
        <w:t>ye to ek maloom baat hai ke islam ki beginning darhi se nahi hoti hai.</w:t>
      </w:r>
    </w:p>
    <w:p>
      <w:pPr>
        <w:jc w:val="right"/>
      </w:pPr>
      <w:r>
        <w:t>یہ تو ایک معلوم بات ہے کہ اسلام کی بگننگ داڑھی سے نہیں ہوتی ہے۔</w:t>
      </w:r>
    </w:p>
    <w:p>
      <w:r>
        <w:rPr>
          <w:b/>
        </w:rPr>
        <w:t xml:space="preserve">[1:47:45] </w:t>
      </w:r>
      <w:r>
        <w:t>islam ki beginning hoti hai marifat se, yani intellectual development se.</w:t>
      </w:r>
    </w:p>
    <w:p>
      <w:pPr>
        <w:jc w:val="right"/>
      </w:pPr>
      <w:r>
        <w:t>اسلام کی بگننگ ہوتی ہے معرفت سے، یعنی انٹلیکچول ڈیویلپمنٹ سے۔</w:t>
      </w:r>
    </w:p>
    <w:p>
      <w:r>
        <w:rPr>
          <w:b/>
        </w:rPr>
        <w:t xml:space="preserve">[1:47:50] </w:t>
      </w:r>
      <w:r>
        <w:t>to pehli agar aap kahein darhi rakho to ye to ye aap ka apna tareeqa hoga, ye quran</w:t>
      </w:r>
    </w:p>
    <w:p>
      <w:pPr>
        <w:jc w:val="right"/>
      </w:pPr>
      <w:r>
        <w:t>تو پہلی اگر آپ کہیں داڑھی رکھو تو یہ تو یہ آپ کا اپنا طریقہ ہوگا، یہ قرآن</w:t>
      </w:r>
    </w:p>
    <w:p>
      <w:r>
        <w:rPr>
          <w:b/>
        </w:rPr>
        <w:t xml:space="preserve">[1:47:58] </w:t>
      </w:r>
      <w:r>
        <w:t>o hadith ka tareeqa nahi hoga.</w:t>
      </w:r>
    </w:p>
    <w:p>
      <w:pPr>
        <w:jc w:val="right"/>
      </w:pPr>
      <w:r>
        <w:t>و حدیث کا طریقہ نہیں ہوگا۔</w:t>
      </w:r>
    </w:p>
    <w:p>
      <w:r>
        <w:rPr>
          <w:b/>
        </w:rPr>
        <w:t xml:space="preserve">[1:48:00] </w:t>
      </w:r>
      <w:r>
        <w:t>baqi darhi, darhi mein bhi darhi rakhi hai, aap dekh lijiye darhi ko.</w:t>
      </w:r>
    </w:p>
    <w:p>
      <w:pPr>
        <w:jc w:val="right"/>
      </w:pPr>
      <w:r>
        <w:t>باقی داڑھی، داڑھی میں بھی داڑھی رکھی ہے، آپ دیکھ لیجئے داڑھی کو۔</w:t>
      </w:r>
    </w:p>
    <w:p>
      <w:r>
        <w:rPr>
          <w:b/>
        </w:rPr>
        <w:t xml:space="preserve">[1:48:06] </w:t>
      </w:r>
      <w:r>
        <w:t>main agar na manta to main koi darhi rakhi hui thi.</w:t>
      </w:r>
    </w:p>
    <w:p>
      <w:pPr>
        <w:jc w:val="right"/>
      </w:pPr>
      <w:r>
        <w:t>میں اگر نہ مانتا تو میں کوئی داڑھی رکھی ہوئی تھی۔</w:t>
      </w:r>
    </w:p>
    <w:p>
      <w:r>
        <w:rPr>
          <w:b/>
        </w:rPr>
        <w:t xml:space="preserve">[1:48:10] </w:t>
      </w:r>
      <w:r>
        <w:t>okay, we will end the session now.</w:t>
      </w:r>
    </w:p>
    <w:p>
      <w:pPr>
        <w:jc w:val="right"/>
      </w:pPr>
      <w:r>
        <w:t>اوکے، وی ویل اینڈ دی سیشن ناو۔</w:t>
      </w:r>
    </w:p>
    <w:p>
      <w:r>
        <w:rPr>
          <w:b/>
        </w:rPr>
        <w:t xml:space="preserve">[1:48:13]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