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Terrorism I 2nd Aug. 07</w:t>
      </w:r>
    </w:p>
    <w:p>
      <w:r>
        <w:t>https://www.youtube.com/watch?v=CRj-hsfcl7g</w:t>
      </w:r>
    </w:p>
    <w:p>
      <w:r>
        <w:rPr>
          <w:b/>
        </w:rPr>
        <w:t xml:space="preserve">[00:22] </w:t>
      </w:r>
      <w:r>
        <w:t>bismillah al-rahman al-rahim, wa salla allah ala al-nabi al-karim.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[00:29]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[00:36] </w:t>
      </w:r>
      <w:r>
        <w:t>The topic for this day is Islam and terrorism.</w:t>
      </w:r>
    </w:p>
    <w:p>
      <w:pPr>
        <w:jc w:val="right"/>
      </w:pPr>
      <w:r>
        <w:t>دا ٹاپک فار دس ڈے از اسلام اینڈ ٹیررزم۔</w:t>
      </w:r>
    </w:p>
    <w:p>
      <w:r>
        <w:rPr>
          <w:b/>
        </w:rPr>
        <w:t xml:space="preserve">[00:44] </w:t>
      </w:r>
      <w:r>
        <w:t>It is very strange topic.</w:t>
      </w:r>
    </w:p>
    <w:p>
      <w:pPr>
        <w:jc w:val="right"/>
      </w:pPr>
      <w:r>
        <w:t>اٹ از ویری اسٹرینج ٹاپک۔</w:t>
      </w:r>
    </w:p>
    <w:p>
      <w:r>
        <w:rPr>
          <w:b/>
        </w:rPr>
        <w:t xml:space="preserve">[00:51] </w:t>
      </w:r>
      <w:r>
        <w:t>Islam cannot be bracketed with terrorism.</w:t>
      </w:r>
    </w:p>
    <w:p>
      <w:pPr>
        <w:jc w:val="right"/>
      </w:pPr>
      <w:r>
        <w:t>اسلام کین ناٹ بی بریکیٹڈ ود ٹیررزم۔</w:t>
      </w:r>
    </w:p>
    <w:p>
      <w:r>
        <w:rPr>
          <w:b/>
        </w:rPr>
        <w:t xml:space="preserve">[00:59] </w:t>
      </w:r>
      <w:r>
        <w:t>If you read Quran from its scriptures, you certainly find that Islam is a religion of peace and</w:t>
      </w:r>
    </w:p>
    <w:p>
      <w:pPr>
        <w:jc w:val="right"/>
      </w:pPr>
      <w:r>
        <w:t>اف یو ریڈ قرآن فرام اٹس سکرپچرز، یو سرٹینلی فائنڈ دیٹ اسلام از اے ریلیجن اف پیس اینڈ</w:t>
      </w:r>
    </w:p>
    <w:p>
      <w:r>
        <w:rPr>
          <w:b/>
        </w:rPr>
        <w:t xml:space="preserve">[01:06] </w:t>
      </w:r>
      <w:r>
        <w:t>not religion of terror.</w:t>
      </w:r>
    </w:p>
    <w:p>
      <w:pPr>
        <w:jc w:val="right"/>
      </w:pPr>
      <w:r>
        <w:t>ناٹ ریلیجن اف ٹیرر۔</w:t>
      </w:r>
    </w:p>
    <w:p>
      <w:r>
        <w:rPr>
          <w:b/>
        </w:rPr>
        <w:t xml:space="preserve">[01:14] </w:t>
      </w:r>
      <w:r>
        <w:t>You know, the root word of Islam is salm.</w:t>
      </w:r>
    </w:p>
    <w:p>
      <w:pPr>
        <w:jc w:val="right"/>
      </w:pPr>
      <w:r>
        <w:t>یو نو، دا روٹ ورڈ اف اسلام از سلم۔</w:t>
      </w:r>
    </w:p>
    <w:p>
      <w:r>
        <w:rPr>
          <w:b/>
        </w:rPr>
        <w:t xml:space="preserve">[01:21] </w:t>
      </w:r>
      <w:r>
        <w:t>Salam means peace.</w:t>
      </w:r>
    </w:p>
    <w:p>
      <w:pPr>
        <w:jc w:val="right"/>
      </w:pPr>
      <w:r>
        <w:t>سلم مینز پیس۔</w:t>
      </w:r>
    </w:p>
    <w:p>
      <w:r>
        <w:rPr>
          <w:b/>
        </w:rPr>
        <w:t xml:space="preserve">[01:28] </w:t>
      </w:r>
      <w:r>
        <w:t>So, Islam is a religion of peace.</w:t>
      </w:r>
    </w:p>
    <w:p>
      <w:pPr>
        <w:jc w:val="right"/>
      </w:pPr>
      <w:r>
        <w:t>سو اسلام از اے ریلیجن اف پیس۔</w:t>
      </w:r>
    </w:p>
    <w:p>
      <w:r>
        <w:rPr>
          <w:b/>
        </w:rPr>
        <w:t xml:space="preserve">[01:36] </w:t>
      </w:r>
      <w:r>
        <w:t>Then you know, one name of God Almighty is As-Salam.</w:t>
      </w:r>
    </w:p>
    <w:p>
      <w:pPr>
        <w:jc w:val="right"/>
      </w:pPr>
      <w:r>
        <w:t>دین یو نو، ون نیم اف گاڈ المائٹی از السلام۔</w:t>
      </w:r>
    </w:p>
    <w:p>
      <w:r>
        <w:rPr>
          <w:b/>
        </w:rPr>
        <w:t xml:space="preserve">[01:43] </w:t>
      </w:r>
      <w:r>
        <w:t>Assalam means peace.</w:t>
      </w:r>
    </w:p>
    <w:p>
      <w:pPr>
        <w:jc w:val="right"/>
      </w:pPr>
      <w:r>
        <w:t>السلام مینز پیس۔</w:t>
      </w:r>
    </w:p>
    <w:p>
      <w:r>
        <w:rPr>
          <w:b/>
        </w:rPr>
        <w:t xml:space="preserve">[01:51] </w:t>
      </w:r>
      <w:r>
        <w:t>So God himself is a peace, a source of peace.</w:t>
      </w:r>
    </w:p>
    <w:p>
      <w:pPr>
        <w:jc w:val="right"/>
      </w:pPr>
      <w:r>
        <w:t>سو گاڈ ہم سیلف از ا پیس، ا سورس اف پیس۔</w:t>
      </w:r>
    </w:p>
    <w:p>
      <w:r>
        <w:rPr>
          <w:b/>
        </w:rPr>
        <w:t xml:space="preserve">[01:58] </w:t>
      </w:r>
      <w:r>
        <w:t>The Paradise is called as Darussalam.</w:t>
      </w:r>
    </w:p>
    <w:p>
      <w:pPr>
        <w:jc w:val="right"/>
      </w:pPr>
      <w:r>
        <w:t>دین پارڈائز از کالڈ ایز دارالسلام۔</w:t>
      </w:r>
    </w:p>
    <w:p>
      <w:r>
        <w:rPr>
          <w:b/>
        </w:rPr>
        <w:t xml:space="preserve">[02:06] </w:t>
      </w:r>
      <w:r>
        <w:t>wallahu yad'u ila daris salam.</w:t>
      </w:r>
    </w:p>
    <w:p>
      <w:pPr>
        <w:jc w:val="right"/>
      </w:pPr>
      <w:r>
        <w:t>واللہ یدو الی دارالسلام۔</w:t>
      </w:r>
    </w:p>
    <w:p>
      <w:r>
        <w:rPr>
          <w:b/>
        </w:rPr>
        <w:t xml:space="preserve">[02:13] </w:t>
      </w:r>
      <w:r>
        <w:t>And God calls to the home of peace.</w:t>
      </w:r>
    </w:p>
    <w:p>
      <w:pPr>
        <w:jc w:val="right"/>
      </w:pPr>
      <w:r>
        <w:t>اینڈ گاڈ کالز ٹو دا ہوم اف پیس۔</w:t>
      </w:r>
    </w:p>
    <w:p>
      <w:r>
        <w:rPr>
          <w:b/>
        </w:rPr>
        <w:t xml:space="preserve">[02:20] </w:t>
      </w:r>
      <w:r>
        <w:t>In this verse, in this Quranic verse, Darussalam means Paradise.</w:t>
      </w:r>
    </w:p>
    <w:p>
      <w:pPr>
        <w:jc w:val="right"/>
      </w:pPr>
      <w:r>
        <w:t>ان دس ورس، ان دس قرآنک ورس، دارالسلام مینز پارڈائز۔</w:t>
      </w:r>
    </w:p>
    <w:p>
      <w:r>
        <w:rPr>
          <w:b/>
        </w:rPr>
        <w:t xml:space="preserve">[02:28] </w:t>
      </w:r>
      <w:r>
        <w:t>So paradise is a home of peace.</w:t>
      </w:r>
    </w:p>
    <w:p>
      <w:pPr>
        <w:jc w:val="right"/>
      </w:pPr>
      <w:r>
        <w:t>سو پارڈائز از اے ہوم اف پیس۔</w:t>
      </w:r>
    </w:p>
    <w:p>
      <w:r>
        <w:rPr>
          <w:b/>
        </w:rPr>
        <w:t xml:space="preserve">[02:35] </w:t>
      </w:r>
      <w:r>
        <w:t>Property of Islam is mentioned in the Quran as: "Wa ma arsalnaka illa rahmatan lil alamin."</w:t>
      </w:r>
    </w:p>
    <w:p>
      <w:pPr>
        <w:jc w:val="right"/>
      </w:pPr>
      <w:r>
        <w:t>پراپرٹی اف اسلام از مینشن ان دا قرآن ایز: "وما ارسلناک الا رحمت اللعالمین۔</w:t>
      </w:r>
    </w:p>
    <w:p>
      <w:r>
        <w:rPr>
          <w:b/>
        </w:rPr>
        <w:t xml:space="preserve">[02:43] </w:t>
      </w:r>
      <w:r>
        <w:t>"We have sent you only as a mercy to all mankind." So this is the real picture of Islam.</w:t>
      </w:r>
    </w:p>
    <w:p>
      <w:pPr>
        <w:jc w:val="right"/>
      </w:pPr>
      <w:r>
        <w:t>وی ہیو سینڈ یو اونلی ایز اے مرسی ٹو ال مین کائنڈ۔" سو دس از دا ریئل پکچر اف اسلام۔</w:t>
      </w:r>
    </w:p>
    <w:p>
      <w:r>
        <w:rPr>
          <w:b/>
        </w:rPr>
        <w:t xml:space="preserve">[02:50] </w:t>
      </w:r>
      <w:r>
        <w:t>I think that peace is a summum bonum, because peace has no limit.</w:t>
      </w:r>
    </w:p>
    <w:p>
      <w:pPr>
        <w:jc w:val="right"/>
      </w:pPr>
      <w:r>
        <w:t>ائی تھنک دیٹ پیس از اے سم بونم، بیکاز پیس ہیز نو لیمٹ۔</w:t>
      </w:r>
    </w:p>
    <w:p>
      <w:r>
        <w:rPr>
          <w:b/>
        </w:rPr>
        <w:t xml:space="preserve">[02:58] </w:t>
      </w:r>
      <w:r>
        <w:t>Peace has no limit.</w:t>
      </w:r>
    </w:p>
    <w:p>
      <w:pPr>
        <w:jc w:val="right"/>
      </w:pPr>
      <w:r>
        <w:t>پیس ہیز نو لیمٹ۔</w:t>
      </w:r>
    </w:p>
    <w:p>
      <w:r>
        <w:rPr>
          <w:b/>
        </w:rPr>
        <w:t xml:space="preserve">[03:05] </w:t>
      </w:r>
      <w:r>
        <w:t>We cannot say that we need limited peace.</w:t>
      </w:r>
    </w:p>
    <w:p>
      <w:pPr>
        <w:jc w:val="right"/>
      </w:pPr>
      <w:r>
        <w:t>وی کین ناٹ سے دیٹ وی نیڈ لمیٹڈ پیس۔</w:t>
      </w:r>
    </w:p>
    <w:p>
      <w:r>
        <w:rPr>
          <w:b/>
        </w:rPr>
        <w:t xml:space="preserve">[03:12] </w:t>
      </w:r>
      <w:r>
        <w:t>No, peace has no limit.</w:t>
      </w:r>
    </w:p>
    <w:p>
      <w:pPr>
        <w:jc w:val="right"/>
      </w:pPr>
      <w:r>
        <w:t>نو، پیس ہیز نو لیمٹ۔</w:t>
      </w:r>
    </w:p>
    <w:p>
      <w:r>
        <w:rPr>
          <w:b/>
        </w:rPr>
        <w:t xml:space="preserve">[03:20] </w:t>
      </w:r>
      <w:r>
        <w:t>And peace is very important for all kind of activities.</w:t>
      </w:r>
    </w:p>
    <w:p>
      <w:pPr>
        <w:jc w:val="right"/>
      </w:pPr>
      <w:r>
        <w:t>اینڈ پیس از ویری امپورٹنٹ فار ال کائنڈ اف ایکٹیویٹیز۔</w:t>
      </w:r>
    </w:p>
    <w:p>
      <w:r>
        <w:rPr>
          <w:b/>
        </w:rPr>
        <w:t xml:space="preserve">[03:27] </w:t>
      </w:r>
      <w:r>
        <w:t>Without peace, even I can not address here in this studio.</w:t>
      </w:r>
    </w:p>
    <w:p>
      <w:pPr>
        <w:jc w:val="right"/>
      </w:pPr>
      <w:r>
        <w:t>وداؤٹ پیس، ایون ائی کین کین ناٹ ایڈریس ہیر ان دس اسٹوڈیو۔</w:t>
      </w:r>
    </w:p>
    <w:p>
      <w:r>
        <w:rPr>
          <w:b/>
        </w:rPr>
        <w:t xml:space="preserve">[03:35] </w:t>
      </w:r>
      <w:r>
        <w:t>You cannot walk in straight.</w:t>
      </w:r>
    </w:p>
    <w:p>
      <w:pPr>
        <w:jc w:val="right"/>
      </w:pPr>
      <w:r>
        <w:t>یو کین ناٹ واک ان سٹریٹ۔</w:t>
      </w:r>
    </w:p>
    <w:p>
      <w:r>
        <w:rPr>
          <w:b/>
        </w:rPr>
        <w:t xml:space="preserve">[03:42] </w:t>
      </w:r>
      <w:r>
        <w:t>You cannot run a madrasa or masjid.</w:t>
      </w:r>
    </w:p>
    <w:p>
      <w:pPr>
        <w:jc w:val="right"/>
      </w:pPr>
      <w:r>
        <w:t>یو کین ناٹ رن ا مدرسہ اور مسجد۔</w:t>
      </w:r>
    </w:p>
    <w:p>
      <w:r>
        <w:rPr>
          <w:b/>
        </w:rPr>
        <w:t xml:space="preserve">[03:50] </w:t>
      </w:r>
      <w:r>
        <w:t>All kind of activities will go to halt if there is no peace.</w:t>
      </w:r>
    </w:p>
    <w:p>
      <w:pPr>
        <w:jc w:val="right"/>
      </w:pPr>
      <w:r>
        <w:t>ال کائنڈ اف ایکٹیویٹیز ول گو ٹو ہالٹ اف دیر از نو پیس۔</w:t>
      </w:r>
    </w:p>
    <w:p>
      <w:r>
        <w:rPr>
          <w:b/>
        </w:rPr>
        <w:t xml:space="preserve">[03:57] </w:t>
      </w:r>
      <w:r>
        <w:t>So peace is very important.</w:t>
      </w:r>
    </w:p>
    <w:p>
      <w:pPr>
        <w:jc w:val="right"/>
      </w:pPr>
      <w:r>
        <w:t>سو پیس از ویری امپورٹنٹ۔</w:t>
      </w:r>
    </w:p>
    <w:p>
      <w:r>
        <w:rPr>
          <w:b/>
        </w:rPr>
        <w:t xml:space="preserve">[04:04] </w:t>
      </w:r>
      <w:r>
        <w:t>I can say that peace has no religious value.</w:t>
      </w:r>
    </w:p>
    <w:p>
      <w:pPr>
        <w:jc w:val="right"/>
      </w:pPr>
      <w:r>
        <w:t>ائی کین سے دیٹ پیس ہیز نو ریلیجیس ویلیو۔</w:t>
      </w:r>
    </w:p>
    <w:p>
      <w:r>
        <w:rPr>
          <w:b/>
        </w:rPr>
        <w:t xml:space="preserve">[04:12] </w:t>
      </w:r>
      <w:r>
        <w:t>I am not saying that peace has a great religious value.</w:t>
      </w:r>
    </w:p>
    <w:p>
      <w:pPr>
        <w:jc w:val="right"/>
      </w:pPr>
      <w:r>
        <w:t>ائی ایم ناٹ سینگ دیٹ پیس ہیز ا گریٹ ریلیجیس ویلیو۔</w:t>
      </w:r>
    </w:p>
    <w:p>
      <w:r>
        <w:rPr>
          <w:b/>
        </w:rPr>
        <w:t xml:space="preserve">[04:19] </w:t>
      </w:r>
      <w:r>
        <w:t>No, I am saying that peace has a great, has great secular value.</w:t>
      </w:r>
    </w:p>
    <w:p>
      <w:pPr>
        <w:jc w:val="right"/>
      </w:pPr>
      <w:r>
        <w:t>نو، ائی ایم سینگ دیٹ پیس ہیز ا گریٹ، ہیز گریٹ سیکولر ویلیو۔</w:t>
      </w:r>
    </w:p>
    <w:p>
      <w:r>
        <w:rPr>
          <w:b/>
        </w:rPr>
        <w:t xml:space="preserve">[04:27] </w:t>
      </w:r>
      <w:r>
        <w:t>In secular sense, peace is the summum bonum.</w:t>
      </w:r>
    </w:p>
    <w:p>
      <w:pPr>
        <w:jc w:val="right"/>
      </w:pPr>
      <w:r>
        <w:t>ان سیکولر سینس، پیس از دا سم بونم۔</w:t>
      </w:r>
    </w:p>
    <w:p>
      <w:r>
        <w:rPr>
          <w:b/>
        </w:rPr>
        <w:t xml:space="preserve">[04:34] </w:t>
      </w:r>
      <w:r>
        <w:t>No peace, no development.</w:t>
      </w:r>
    </w:p>
    <w:p>
      <w:pPr>
        <w:jc w:val="right"/>
      </w:pPr>
      <w:r>
        <w:t>نو پیس، نو ڈیولپمنٹ۔</w:t>
      </w:r>
    </w:p>
    <w:p>
      <w:r>
        <w:rPr>
          <w:b/>
        </w:rPr>
        <w:t xml:space="preserve">[04:42] </w:t>
      </w:r>
      <w:r>
        <w:t>No peace, no progress.</w:t>
      </w:r>
    </w:p>
    <w:p>
      <w:pPr>
        <w:jc w:val="right"/>
      </w:pPr>
      <w:r>
        <w:t>نو پیس، نو پروگریس۔</w:t>
      </w:r>
    </w:p>
    <w:p>
      <w:r>
        <w:rPr>
          <w:b/>
        </w:rPr>
        <w:t xml:space="preserve">[04:49] </w:t>
      </w:r>
      <w:r>
        <w:t>So, religious progress and secular progress both depend on peace.</w:t>
      </w:r>
    </w:p>
    <w:p>
      <w:pPr>
        <w:jc w:val="right"/>
      </w:pPr>
      <w:r>
        <w:t>سو ریلیجیس پروگریس اینڈ سیکولر پروگریس بوتھ ڈیپینڈ ان پیس۔</w:t>
      </w:r>
    </w:p>
    <w:p>
      <w:r>
        <w:rPr>
          <w:b/>
        </w:rPr>
        <w:t xml:space="preserve">[04:56] </w:t>
      </w:r>
      <w:r>
        <w:t>So peace is the summum bonum.</w:t>
      </w:r>
    </w:p>
    <w:p>
      <w:pPr>
        <w:jc w:val="right"/>
      </w:pPr>
      <w:r>
        <w:t>سو پیس از دا سم بونم۔</w:t>
      </w:r>
    </w:p>
    <w:p>
      <w:r>
        <w:rPr>
          <w:b/>
        </w:rPr>
        <w:t xml:space="preserve">[05:04] </w:t>
      </w:r>
      <w:r>
        <w:t>Then if we take a copy of the Quran, you will find that all the verses of the</w:t>
      </w:r>
    </w:p>
    <w:p>
      <w:pPr>
        <w:jc w:val="right"/>
      </w:pPr>
      <w:r>
        <w:t>دین اف وی ٹیک ا کاپی اف دا قرآن، یو ویل فائنڈ دیٹ ال دا ورسز اف دا</w:t>
      </w:r>
    </w:p>
    <w:p>
      <w:r>
        <w:rPr>
          <w:b/>
        </w:rPr>
        <w:t xml:space="preserve">[05:11] </w:t>
      </w:r>
      <w:r>
        <w:t>Quran has connotation of peace, either directly or indirectly.</w:t>
      </w:r>
    </w:p>
    <w:p>
      <w:pPr>
        <w:jc w:val="right"/>
      </w:pPr>
      <w:r>
        <w:t>قرآن ہیز کونٹیشن اف پیس، ایدر ڈائریکٹلی اور ان ڈائریکٹلی۔</w:t>
      </w:r>
    </w:p>
    <w:p>
      <w:r>
        <w:rPr>
          <w:b/>
        </w:rPr>
        <w:t xml:space="preserve">[05:19] </w:t>
      </w:r>
      <w:r>
        <w:t>For example, Quran says: "As-sulhu khair." As-sulhu khair means peace is the best.</w:t>
      </w:r>
    </w:p>
    <w:p>
      <w:pPr>
        <w:jc w:val="right"/>
      </w:pPr>
      <w:r>
        <w:t>فار ایگزیمپل، قرآن سیز: "الصلح خیر۔" الصلح خیر مینز پیس از دا بیسٹ۔</w:t>
      </w:r>
    </w:p>
    <w:p>
      <w:r>
        <w:rPr>
          <w:b/>
        </w:rPr>
        <w:t xml:space="preserve">[05:26] </w:t>
      </w:r>
      <w:r>
        <w:t>by taking this Quranic teaching, Sufi people has adopted this formula that: "Sulh-e-kul." Sulh-e-kul means</w:t>
      </w:r>
    </w:p>
    <w:p>
      <w:pPr>
        <w:jc w:val="right"/>
      </w:pPr>
      <w:r>
        <w:t>بائی ٹیکنگ دس قرآنک ٹیچنگ، صوفی پول پیپل ہیز اڈاپٹڈ دس فارمولا دیٹ: "صلح کل۔" صلح کل مینز</w:t>
      </w:r>
    </w:p>
    <w:p>
      <w:r>
        <w:rPr>
          <w:b/>
        </w:rPr>
        <w:t xml:space="preserve">[05:34] </w:t>
      </w:r>
      <w:r>
        <w:t>Peace with all.</w:t>
      </w:r>
    </w:p>
    <w:p>
      <w:pPr>
        <w:jc w:val="right"/>
      </w:pPr>
      <w:r>
        <w:t>پیس ود ال۔</w:t>
      </w:r>
    </w:p>
    <w:p>
      <w:r>
        <w:rPr>
          <w:b/>
        </w:rPr>
        <w:t xml:space="preserve">[05:41] </w:t>
      </w:r>
      <w:r>
        <w:t>So this this Sufi formula was derived from this Quranic verse: "Al-sulhu khair." So this is the direct</w:t>
      </w:r>
    </w:p>
    <w:p>
      <w:pPr>
        <w:jc w:val="right"/>
      </w:pPr>
      <w:r>
        <w:t>سو دس دس صوفی فارمولا واز ڈرائیو فرام دس قرآنک ورس: "الصلح خیر۔" سو دس از دا ڈائریکٹ</w:t>
      </w:r>
    </w:p>
    <w:p>
      <w:r>
        <w:rPr>
          <w:b/>
        </w:rPr>
        <w:t xml:space="preserve">[05:48] </w:t>
      </w:r>
      <w:r>
        <w:t>reference in the Quran.</w:t>
      </w:r>
    </w:p>
    <w:p>
      <w:pPr>
        <w:jc w:val="right"/>
      </w:pPr>
      <w:r>
        <w:t>ریفرنس ان دا قرآن۔</w:t>
      </w:r>
    </w:p>
    <w:p>
      <w:r>
        <w:rPr>
          <w:b/>
        </w:rPr>
        <w:t xml:space="preserve">[05:56] </w:t>
      </w:r>
      <w:r>
        <w:t>Here you can see that peace was referred in the Quran directly.</w:t>
      </w:r>
    </w:p>
    <w:p>
      <w:pPr>
        <w:jc w:val="right"/>
      </w:pPr>
      <w:r>
        <w:t>ہیر یو کین سی دیٹ پیس واز ریفرڈ ان دا قرآن ڈائریکٹلی۔</w:t>
      </w:r>
    </w:p>
    <w:p>
      <w:r>
        <w:rPr>
          <w:b/>
        </w:rPr>
        <w:t xml:space="preserve">[06:03] </w:t>
      </w:r>
      <w:r>
        <w:t>Then let us take the other references.</w:t>
      </w:r>
    </w:p>
    <w:p>
      <w:pPr>
        <w:jc w:val="right"/>
      </w:pPr>
      <w:r>
        <w:t>دین لیٹ اس ٹیک دا ادر ریفرنسز۔</w:t>
      </w:r>
    </w:p>
    <w:p>
      <w:r>
        <w:rPr>
          <w:b/>
        </w:rPr>
        <w:t xml:space="preserve">[06:11] </w:t>
      </w:r>
      <w:r>
        <w:t>For example, the very first verse of the Quran has a connotation of peace.</w:t>
      </w:r>
    </w:p>
    <w:p>
      <w:pPr>
        <w:jc w:val="right"/>
      </w:pPr>
      <w:r>
        <w:t>فار ایگزیمپل، دا ویری فرسٹ ورس اف دا قرآن ہیز ا کونٹیشن اف پیس۔</w:t>
      </w:r>
    </w:p>
    <w:p>
      <w:r>
        <w:rPr>
          <w:b/>
        </w:rPr>
        <w:t xml:space="preserve">[06:18] </w:t>
      </w:r>
      <w:r>
        <w:t>The first verse of the Quran is: "Alhamdulillah Rabbil Alameen." Alhamdulillah means here, hamd means shukr.</w:t>
      </w:r>
    </w:p>
    <w:p>
      <w:pPr>
        <w:jc w:val="right"/>
      </w:pPr>
      <w:r>
        <w:t>دا فرسٹ ورس اف دا قرآن از: "الحمدللہ رب العالمین۔" الحمدللہ مینز ہیر، حمد مینز شکر۔</w:t>
      </w:r>
    </w:p>
    <w:p>
      <w:r>
        <w:rPr>
          <w:b/>
        </w:rPr>
        <w:t xml:space="preserve">[06:26] </w:t>
      </w:r>
      <w:r>
        <w:t>Thanks, Thanksgiving.</w:t>
      </w:r>
    </w:p>
    <w:p>
      <w:pPr>
        <w:jc w:val="right"/>
      </w:pPr>
      <w:r>
        <w:t>تھینکس، تھینکس دی گیونگ۔</w:t>
      </w:r>
    </w:p>
    <w:p>
      <w:r>
        <w:rPr>
          <w:b/>
        </w:rPr>
        <w:t xml:space="preserve">[06:33] </w:t>
      </w:r>
      <w:r>
        <w:t>Thanks to God.</w:t>
      </w:r>
    </w:p>
    <w:p>
      <w:pPr>
        <w:jc w:val="right"/>
      </w:pPr>
      <w:r>
        <w:t>تھینکس ٹو گاڈ۔</w:t>
      </w:r>
    </w:p>
    <w:p>
      <w:r>
        <w:rPr>
          <w:b/>
        </w:rPr>
        <w:t xml:space="preserve">[06:40] </w:t>
      </w:r>
      <w:r>
        <w:t>Thanks to God Almighty.</w:t>
      </w:r>
    </w:p>
    <w:p>
      <w:pPr>
        <w:jc w:val="right"/>
      </w:pPr>
      <w:r>
        <w:t>تھینکس ٹو گاڈ المائٹی۔</w:t>
      </w:r>
    </w:p>
    <w:p>
      <w:r>
        <w:rPr>
          <w:b/>
        </w:rPr>
        <w:t xml:space="preserve">[06:48] </w:t>
      </w:r>
      <w:r>
        <w:t>Thanks means acknowledgment.</w:t>
      </w:r>
    </w:p>
    <w:p>
      <w:pPr>
        <w:jc w:val="right"/>
      </w:pPr>
      <w:r>
        <w:t>تھینکس مینز اکنالجمنٹ۔</w:t>
      </w:r>
    </w:p>
    <w:p>
      <w:r>
        <w:rPr>
          <w:b/>
        </w:rPr>
        <w:t xml:space="preserve">[06:55] </w:t>
      </w:r>
      <w:r>
        <w:t>So when you say that God created you with all those qualities, then God created this verse, this universe.</w:t>
      </w:r>
    </w:p>
    <w:p>
      <w:pPr>
        <w:jc w:val="right"/>
      </w:pPr>
      <w:r>
        <w:t>سو وین یو سی دیٹ گاڈ کریٹڈ یو ود ال دوز کوالٹیز، دین گاڈ کریٹڈ دس ورس، دس یونیورس۔</w:t>
      </w:r>
    </w:p>
    <w:p>
      <w:r>
        <w:rPr>
          <w:b/>
        </w:rPr>
        <w:t xml:space="preserve">[07:03] </w:t>
      </w:r>
      <w:r>
        <w:t>Then God created all those life support system.</w:t>
      </w:r>
    </w:p>
    <w:p>
      <w:pPr>
        <w:jc w:val="right"/>
      </w:pPr>
      <w:r>
        <w:t>دین گاڈ کریٹڈ ال دوز لائف سپورٹ سسٹم۔</w:t>
      </w:r>
    </w:p>
    <w:p>
      <w:r>
        <w:rPr>
          <w:b/>
        </w:rPr>
        <w:t xml:space="preserve">[07:10] </w:t>
      </w:r>
      <w:r>
        <w:t>God created sun and moon and all those things which are necessary for human life.</w:t>
      </w:r>
    </w:p>
    <w:p>
      <w:pPr>
        <w:jc w:val="right"/>
      </w:pPr>
      <w:r>
        <w:t>گاڈ کریٹڈ سن اینڈ مون اینڈ ال دوز تھنگز وچ ار نیسیسری فار ہیومن لائف۔</w:t>
      </w:r>
    </w:p>
    <w:p>
      <w:r>
        <w:rPr>
          <w:b/>
        </w:rPr>
        <w:t xml:space="preserve">[07:18] </w:t>
      </w:r>
      <w:r>
        <w:t>So when you see all these things, you feel in thrill, thrill.</w:t>
      </w:r>
    </w:p>
    <w:p>
      <w:pPr>
        <w:jc w:val="right"/>
      </w:pPr>
      <w:r>
        <w:t>سو وین یو سی ال دیز تھنگز، یو فیل ان تھرل، تھرل۔</w:t>
      </w:r>
    </w:p>
    <w:p>
      <w:r>
        <w:rPr>
          <w:b/>
        </w:rPr>
        <w:t xml:space="preserve">[07:25] </w:t>
      </w:r>
      <w:r>
        <w:t>You feel that God is great.</w:t>
      </w:r>
    </w:p>
    <w:p>
      <w:pPr>
        <w:jc w:val="right"/>
      </w:pPr>
      <w:r>
        <w:t>یو فیل دیٹ گاڈ از گریٹ۔</w:t>
      </w:r>
    </w:p>
    <w:p>
      <w:r>
        <w:rPr>
          <w:b/>
        </w:rPr>
        <w:t xml:space="preserve">[07:32] </w:t>
      </w:r>
      <w:r>
        <w:t>God has bestowed upon me so much blessing, so much blessing.</w:t>
      </w:r>
    </w:p>
    <w:p>
      <w:pPr>
        <w:jc w:val="right"/>
      </w:pPr>
      <w:r>
        <w:t>گاڈ ہیز بیسٹورڈ اپون می سو مچ بلیسنگ، سو مچ بلیسنگ۔</w:t>
      </w:r>
    </w:p>
    <w:p>
      <w:r>
        <w:rPr>
          <w:b/>
        </w:rPr>
        <w:t xml:space="preserve">[07:40] </w:t>
      </w:r>
      <w:r>
        <w:t>So you try to acknowledge.</w:t>
      </w:r>
    </w:p>
    <w:p>
      <w:pPr>
        <w:jc w:val="right"/>
      </w:pPr>
      <w:r>
        <w:t>سو یو ٹرائی ٹو اکنالج۔</w:t>
      </w:r>
    </w:p>
    <w:p>
      <w:r>
        <w:rPr>
          <w:b/>
        </w:rPr>
        <w:t xml:space="preserve">[07:47] </w:t>
      </w:r>
      <w:r>
        <w:t>This acknowledgment means Al-hamdu lillahi Rabbil 'alamin.</w:t>
      </w:r>
    </w:p>
    <w:p>
      <w:pPr>
        <w:jc w:val="right"/>
      </w:pPr>
      <w:r>
        <w:t>دس اکنالجمنٹ مینز الحمدللہ رب العالمین۔</w:t>
      </w:r>
    </w:p>
    <w:p>
      <w:r>
        <w:rPr>
          <w:b/>
        </w:rPr>
        <w:t xml:space="preserve">[07:55] </w:t>
      </w:r>
      <w:r>
        <w:t>الحمدللہ رب العالمین is an acknowledgement of God's blessing.</w:t>
      </w:r>
    </w:p>
    <w:p>
      <w:pPr>
        <w:jc w:val="right"/>
      </w:pPr>
      <w:r>
        <w:t>الحمدللہ رب العالمین از این اکنالجمنٹ اف گاڈز بلیسنگ۔</w:t>
      </w:r>
    </w:p>
    <w:p>
      <w:r>
        <w:rPr>
          <w:b/>
        </w:rPr>
        <w:t xml:space="preserve">[08:02] </w:t>
      </w:r>
      <w:r>
        <w:t>Thanks to God.</w:t>
      </w:r>
    </w:p>
    <w:p>
      <w:pPr>
        <w:jc w:val="right"/>
      </w:pPr>
      <w:r>
        <w:t>تھینکس ٹو گاڈ۔</w:t>
      </w:r>
    </w:p>
    <w:p>
      <w:r>
        <w:rPr>
          <w:b/>
        </w:rPr>
        <w:t xml:space="preserve">[08:10] </w:t>
      </w:r>
      <w:r>
        <w:t>So, how you can say, "Thanks to God"? You cannot say in a normal situation, because</w:t>
      </w:r>
    </w:p>
    <w:p>
      <w:pPr>
        <w:jc w:val="right"/>
      </w:pPr>
      <w:r>
        <w:t>سو ہاؤ یو کین سے دیٹ تھینکس ٹو گاڈ؟ یو کین ناٹ سے ان ا نارمل سچویشن، بیکاز</w:t>
      </w:r>
    </w:p>
    <w:p>
      <w:r>
        <w:rPr>
          <w:b/>
        </w:rPr>
        <w:t xml:space="preserve">[08:17] </w:t>
      </w:r>
      <w:r>
        <w:t>You are living in a world where every time there are problems.</w:t>
      </w:r>
    </w:p>
    <w:p>
      <w:pPr>
        <w:jc w:val="right"/>
      </w:pPr>
      <w:r>
        <w:t>یو ار لیونگ ان ا ورلڈ ویر ایوری ٹائم دیر ار پرابلمز۔</w:t>
      </w:r>
    </w:p>
    <w:p>
      <w:r>
        <w:rPr>
          <w:b/>
        </w:rPr>
        <w:t xml:space="preserve">[08:24] </w:t>
      </w:r>
      <w:r>
        <w:t>Every time there are unpleasant situations.</w:t>
      </w:r>
    </w:p>
    <w:p>
      <w:pPr>
        <w:jc w:val="right"/>
      </w:pPr>
      <w:r>
        <w:t>ایوری ٹائم دیر ار ان پریزنٹ سچویشنز۔</w:t>
      </w:r>
    </w:p>
    <w:p>
      <w:r>
        <w:rPr>
          <w:b/>
        </w:rPr>
        <w:t xml:space="preserve">[08:32] </w:t>
      </w:r>
      <w:r>
        <w:t>You know, man was given freedom from God.</w:t>
      </w:r>
    </w:p>
    <w:p>
      <w:pPr>
        <w:jc w:val="right"/>
      </w:pPr>
      <w:r>
        <w:t>یو نو، مین مین واز گیون فریڈم فرام گاڈ۔</w:t>
      </w:r>
    </w:p>
    <w:p>
      <w:r>
        <w:rPr>
          <w:b/>
        </w:rPr>
        <w:t xml:space="preserve">[08:39] </w:t>
      </w:r>
      <w:r>
        <w:t>God, according to His creation plan, has given freedom to man.</w:t>
      </w:r>
    </w:p>
    <w:p>
      <w:pPr>
        <w:jc w:val="right"/>
      </w:pPr>
      <w:r>
        <w:t>گاڈ، اکارڈنگ ٹو ہز کریشن پران، ہیز گیون فریڈم ٹو مین۔</w:t>
      </w:r>
    </w:p>
    <w:p>
      <w:r>
        <w:rPr>
          <w:b/>
        </w:rPr>
        <w:t xml:space="preserve">[08:47] </w:t>
      </w:r>
      <w:r>
        <w:t>So, man can misuse his freedom.</w:t>
      </w:r>
    </w:p>
    <w:p>
      <w:pPr>
        <w:jc w:val="right"/>
      </w:pPr>
      <w:r>
        <w:t>سو مین کین مس یوز ہز فریڈم۔</w:t>
      </w:r>
    </w:p>
    <w:p>
      <w:r>
        <w:rPr>
          <w:b/>
        </w:rPr>
        <w:t xml:space="preserve">[08:54] </w:t>
      </w:r>
      <w:r>
        <w:t>It is misuse of freedom that creates problem.</w:t>
      </w:r>
    </w:p>
    <w:p>
      <w:pPr>
        <w:jc w:val="right"/>
      </w:pPr>
      <w:r>
        <w:t>اٹ از مس یوز اف فریڈم دیٹ کریٹس پرابلم۔</w:t>
      </w:r>
    </w:p>
    <w:p>
      <w:r>
        <w:rPr>
          <w:b/>
        </w:rPr>
        <w:t xml:space="preserve">[09:02] </w:t>
      </w:r>
      <w:r>
        <w:t>It is misuse of freedom by men and women that creates all those problems.</w:t>
      </w:r>
    </w:p>
    <w:p>
      <w:pPr>
        <w:jc w:val="right"/>
      </w:pPr>
      <w:r>
        <w:t>اٹ از مس یوز اف فریڈم بائی مین اینڈ ویمن دیٹ کریٹس ال دوز پرابلمز۔</w:t>
      </w:r>
    </w:p>
    <w:p>
      <w:r>
        <w:rPr>
          <w:b/>
        </w:rPr>
        <w:t xml:space="preserve">[09:09] </w:t>
      </w:r>
      <w:r>
        <w:t>So how you can say: "Oh God, Alhamdullilah Rabbil Aalameen." You have to, you have to be patient.</w:t>
      </w:r>
    </w:p>
    <w:p>
      <w:pPr>
        <w:jc w:val="right"/>
      </w:pPr>
      <w:r>
        <w:t>سو ہاؤ یو کین سے: "او گاڈ، الحمدللہ رب العالمین۔" یو ہیو ٹو، یو ہیو ٹو بی پیشنٹ۔</w:t>
      </w:r>
    </w:p>
    <w:p>
      <w:r>
        <w:rPr>
          <w:b/>
        </w:rPr>
        <w:t xml:space="preserve">[09:16] </w:t>
      </w:r>
      <w:r>
        <w:t>You have to avoid all those negative.</w:t>
      </w:r>
    </w:p>
    <w:p>
      <w:pPr>
        <w:jc w:val="right"/>
      </w:pPr>
      <w:r>
        <w:t>یو ہیو ٹو اوائڈ ال دوز نیگیٹیو۔</w:t>
      </w:r>
    </w:p>
    <w:p>
      <w:r>
        <w:rPr>
          <w:b/>
        </w:rPr>
        <w:t xml:space="preserve">[09:24] </w:t>
      </w:r>
      <w:r>
        <w:t>Unless you, you avoid all those negative things, you cannot say: "Alhamdulillah." Lip service is possible if</w:t>
      </w:r>
    </w:p>
    <w:p>
      <w:pPr>
        <w:jc w:val="right"/>
      </w:pPr>
      <w:r>
        <w:t>انلیس یو، یو اوائڈ ال دوز نیگیٹیو تھنگز، یو کین ناٹ سے: "الحمدللہ۔" لف سروس از پوسیبل اف</w:t>
      </w:r>
    </w:p>
    <w:p>
      <w:r>
        <w:rPr>
          <w:b/>
        </w:rPr>
        <w:t xml:space="preserve">[09:31] </w:t>
      </w:r>
      <w:r>
        <w:t>You are living in negative, in negativity.</w:t>
      </w:r>
    </w:p>
    <w:p>
      <w:pPr>
        <w:jc w:val="right"/>
      </w:pPr>
      <w:r>
        <w:t>یو ار لیونگ ان نیگیٹیو، ان نیگیٹیوٹی۔</w:t>
      </w:r>
    </w:p>
    <w:p>
      <w:r>
        <w:rPr>
          <w:b/>
        </w:rPr>
        <w:t xml:space="preserve">[09:39] </w:t>
      </w:r>
      <w:r>
        <w:t>If you are, if your mind is problem-oriented mind.</w:t>
      </w:r>
    </w:p>
    <w:p>
      <w:pPr>
        <w:jc w:val="right"/>
      </w:pPr>
      <w:r>
        <w:t>اف یو ار، اف یور مائنڈ از پرابلم اورینٹڈ مائنڈ۔</w:t>
      </w:r>
    </w:p>
    <w:p>
      <w:r>
        <w:rPr>
          <w:b/>
        </w:rPr>
        <w:t xml:space="preserve">[09:46] </w:t>
      </w:r>
      <w:r>
        <w:t>If you are in anger, if you are living in hate, then you cannot say: "Alhamdulillah" with</w:t>
      </w:r>
    </w:p>
    <w:p>
      <w:pPr>
        <w:jc w:val="right"/>
      </w:pPr>
      <w:r>
        <w:t>اف یو ار ان اینگر، اف یو ار لیونگ ان ہیٹ، دین یو کین ناٹ سے: "الحمدللہ۔" ود</w:t>
      </w:r>
    </w:p>
    <w:p>
      <w:r>
        <w:rPr>
          <w:b/>
        </w:rPr>
        <w:t xml:space="preserve">[09:54] </w:t>
      </w:r>
      <w:r>
        <w:t>True spirit, lip-lip service is possible.</w:t>
      </w:r>
    </w:p>
    <w:p>
      <w:pPr>
        <w:jc w:val="right"/>
      </w:pPr>
      <w:r>
        <w:t>ٹرو سپرٹ، لپ لپ سروس از پوسیبل۔</w:t>
      </w:r>
    </w:p>
    <w:p>
      <w:r>
        <w:rPr>
          <w:b/>
        </w:rPr>
        <w:t xml:space="preserve">[10:01] </w:t>
      </w:r>
      <w:r>
        <w:t>By the way of lip service, you can say: "Alhamdulillah." But with full spirit of blessing, full spirit</w:t>
      </w:r>
    </w:p>
    <w:p>
      <w:pPr>
        <w:jc w:val="right"/>
      </w:pPr>
      <w:r>
        <w:t>بائی دا وے اف لپ سروس، یو کین سے: "الحمدللہ۔" بٹ ود فل سپرٹ اف بلیسنگ، فل سپرٹ</w:t>
      </w:r>
    </w:p>
    <w:p>
      <w:r>
        <w:rPr>
          <w:b/>
        </w:rPr>
        <w:t xml:space="preserve">[10:08] </w:t>
      </w:r>
      <w:r>
        <w:t>of thrill, you cannot say: "Alhamdulillah." So you have to forget all those negative things.</w:t>
      </w:r>
    </w:p>
    <w:p>
      <w:pPr>
        <w:jc w:val="right"/>
      </w:pPr>
      <w:r>
        <w:t>اف تھرل، یو کین ناٹ سے: "الحمدللہ۔" سو یو ہیو ٹو فارگیٹ ال دوز نیگیٹیو تھنگز۔</w:t>
      </w:r>
    </w:p>
    <w:p>
      <w:r>
        <w:rPr>
          <w:b/>
        </w:rPr>
        <w:t xml:space="preserve">[10:16] </w:t>
      </w:r>
      <w:r>
        <w:t>You have to forget all those problems.</w:t>
      </w:r>
    </w:p>
    <w:p>
      <w:pPr>
        <w:jc w:val="right"/>
      </w:pPr>
      <w:r>
        <w:t>یو ہیو ٹو فارگیٹ ال دوز پرابلمز۔</w:t>
      </w:r>
    </w:p>
    <w:p>
      <w:r>
        <w:rPr>
          <w:b/>
        </w:rPr>
        <w:t xml:space="preserve">[10:23] </w:t>
      </w:r>
      <w:r>
        <w:t>You have to forget all those negative thoughts.</w:t>
      </w:r>
    </w:p>
    <w:p>
      <w:pPr>
        <w:jc w:val="right"/>
      </w:pPr>
      <w:r>
        <w:t>یو ہیو ٹو فارگیٹ ال دوز نیگیٹیو تھاٹ۔</w:t>
      </w:r>
    </w:p>
    <w:p>
      <w:r>
        <w:rPr>
          <w:b/>
        </w:rPr>
        <w:t xml:space="preserve">[10:31] </w:t>
      </w:r>
      <w:r>
        <w:t>You have to make yourself free of all kind of hate, revenge.</w:t>
      </w:r>
    </w:p>
    <w:p>
      <w:pPr>
        <w:jc w:val="right"/>
      </w:pPr>
      <w:r>
        <w:t>یو ہیو ٹو میک یور سیلف فری اف ال کائنڈ اف ہیٹ، ریونج۔</w:t>
      </w:r>
    </w:p>
    <w:p>
      <w:r>
        <w:rPr>
          <w:b/>
        </w:rPr>
        <w:t xml:space="preserve">[10:38] </w:t>
      </w:r>
      <w:r>
        <w:t>Then you can say: "Alhamdulillah." Alhamdulillah required positivity.</w:t>
      </w:r>
    </w:p>
    <w:p>
      <w:pPr>
        <w:jc w:val="right"/>
      </w:pPr>
      <w:r>
        <w:t>دین یو کین سے: "الحمدللہ۔" الحمدللہ ریکوائرڈ پازیٹیوٹی۔</w:t>
      </w:r>
    </w:p>
    <w:p>
      <w:r>
        <w:rPr>
          <w:b/>
        </w:rPr>
        <w:t xml:space="preserve">[10:46] </w:t>
      </w:r>
      <w:r>
        <w:t>It required positive mind.</w:t>
      </w:r>
    </w:p>
    <w:p>
      <w:pPr>
        <w:jc w:val="right"/>
      </w:pPr>
      <w:r>
        <w:t>اٹ ریکوائرڈ پازیٹیو مائنڈ۔</w:t>
      </w:r>
    </w:p>
    <w:p>
      <w:r>
        <w:rPr>
          <w:b/>
        </w:rPr>
        <w:t xml:space="preserve">[10:53] </w:t>
      </w:r>
      <w:r>
        <w:t>It required positive personality.</w:t>
      </w:r>
    </w:p>
    <w:p>
      <w:pPr>
        <w:jc w:val="right"/>
      </w:pPr>
      <w:r>
        <w:t>اٹ ریکوائرڈ پازیٹیو پرسنیلٹی۔</w:t>
      </w:r>
    </w:p>
    <w:p>
      <w:r>
        <w:rPr>
          <w:b/>
        </w:rPr>
        <w:t xml:space="preserve">[11:00] </w:t>
      </w:r>
      <w:r>
        <w:t>With full positivity, you can say: "Alhamdulillah." With true spirit of shukr, of blessing, of thanks.</w:t>
      </w:r>
    </w:p>
    <w:p>
      <w:pPr>
        <w:jc w:val="right"/>
      </w:pPr>
      <w:r>
        <w:t>ود فل پازیٹیوٹی، یو کین سے: "الحمدللہ۔" ود ٹرو سپرٹ اف شکر، اف بلیسنگ، اف تھینکس۔</w:t>
      </w:r>
    </w:p>
    <w:p>
      <w:r>
        <w:rPr>
          <w:b/>
        </w:rPr>
        <w:t xml:space="preserve">[11:08] </w:t>
      </w:r>
      <w:r>
        <w:t>So in such a situation, terrorism has no place in Islam.</w:t>
      </w:r>
    </w:p>
    <w:p>
      <w:pPr>
        <w:jc w:val="right"/>
      </w:pPr>
      <w:r>
        <w:t>سو ان سچ ا سچویشن، ٹیررزم ہیز نو پلیس ان اسلام۔</w:t>
      </w:r>
    </w:p>
    <w:p>
      <w:r>
        <w:rPr>
          <w:b/>
        </w:rPr>
        <w:t xml:space="preserve">[11:15] </w:t>
      </w:r>
      <w:r>
        <w:t>Terrorism, violence, hate has no place in Islam.</w:t>
      </w:r>
    </w:p>
    <w:p>
      <w:pPr>
        <w:jc w:val="right"/>
      </w:pPr>
      <w:r>
        <w:t>ٹیررزم، وائلنس، ہیٹ ہیز نو پلیس ان اسلام۔</w:t>
      </w:r>
    </w:p>
    <w:p>
      <w:r>
        <w:rPr>
          <w:b/>
        </w:rPr>
        <w:t xml:space="preserve">[11:23] </w:t>
      </w:r>
      <w:r>
        <w:t>Islam required positivity.</w:t>
      </w:r>
    </w:p>
    <w:p>
      <w:pPr>
        <w:jc w:val="right"/>
      </w:pPr>
      <w:r>
        <w:t>اسلام ریکوائرڈ پازیٹیوٹی۔</w:t>
      </w:r>
    </w:p>
    <w:p>
      <w:r>
        <w:rPr>
          <w:b/>
        </w:rPr>
        <w:t xml:space="preserve">[11:30] </w:t>
      </w:r>
      <w:r>
        <w:t>You know, once a person, once he was a companion of the Prophet of Islam, he said: "Ya</w:t>
      </w:r>
    </w:p>
    <w:p>
      <w:pPr>
        <w:jc w:val="right"/>
      </w:pPr>
      <w:r>
        <w:t>یو نو، ونس ا پرسن، ونس ہی واز ا کمپینن اف دا پرافٹ اف اسلام، ہی سیڈ: "یا</w:t>
      </w:r>
    </w:p>
    <w:p>
      <w:r>
        <w:rPr>
          <w:b/>
        </w:rPr>
        <w:t xml:space="preserve">[11:38] </w:t>
      </w:r>
      <w:r>
        <w:t>رسول اللہ، علمنی کلمات It means that O Prophet, give me a master advice by which I may</w:t>
      </w:r>
    </w:p>
    <w:p>
      <w:pPr>
        <w:jc w:val="right"/>
      </w:pPr>
      <w:r>
        <w:t>رسول اللہ، علمنی کلمات اٹ مینز دیٹ او پرافٹ، گیو می ا ماسٹر ایڈوائس بائے وچ ائی می</w:t>
      </w:r>
    </w:p>
    <w:p>
      <w:r>
        <w:rPr>
          <w:b/>
        </w:rPr>
        <w:t xml:space="preserve">[11:45] </w:t>
      </w:r>
      <w:r>
        <w:t>be able to manage all the affairs of my life." Prophet said: "La taghdab, don't be angry." Don't</w:t>
      </w:r>
    </w:p>
    <w:p>
      <w:pPr>
        <w:jc w:val="right"/>
      </w:pPr>
      <w:r>
        <w:t>بی ایبل ٹو مینج ال دا افیئرز اف مائی لائف۔" پرافٹ سیڈ: "لا تغضب، ڈونٹ بی اینگری۔" ڈونٹ</w:t>
      </w:r>
    </w:p>
    <w:p>
      <w:r>
        <w:rPr>
          <w:b/>
        </w:rPr>
        <w:t xml:space="preserve">[11:52] </w:t>
      </w:r>
      <w:r>
        <w:t>بی اینگری مینز: Don't be angry even when provoked.</w:t>
      </w:r>
    </w:p>
    <w:p>
      <w:pPr>
        <w:jc w:val="right"/>
      </w:pPr>
      <w:r>
        <w:t>بی اینگری مینز: ڈونٹ بی اینگری ایون وین پرووکڈ۔</w:t>
      </w:r>
    </w:p>
    <w:p>
      <w:r>
        <w:rPr>
          <w:b/>
        </w:rPr>
        <w:t xml:space="preserve">[12:00] </w:t>
      </w:r>
      <w:r>
        <w:t>You know, ghazab aur anger is a phenomena of provocation.</w:t>
      </w:r>
    </w:p>
    <w:p>
      <w:pPr>
        <w:jc w:val="right"/>
      </w:pPr>
      <w:r>
        <w:t>یو نو، غضب اور اینگر از ا فیناومینا اف پرووکیشن۔</w:t>
      </w:r>
    </w:p>
    <w:p>
      <w:r>
        <w:rPr>
          <w:b/>
        </w:rPr>
        <w:t xml:space="preserve">[12:07] </w:t>
      </w:r>
      <w:r>
        <w:t>Without provocation, there is no ghadab, there is no anger.</w:t>
      </w:r>
    </w:p>
    <w:p>
      <w:pPr>
        <w:jc w:val="right"/>
      </w:pPr>
      <w:r>
        <w:t>وداؤٹ پرووکیشن، دیر از نو غضب، دیر از نو اینگر۔</w:t>
      </w:r>
    </w:p>
    <w:p>
      <w:r>
        <w:rPr>
          <w:b/>
        </w:rPr>
        <w:t xml:space="preserve">[12:15] </w:t>
      </w:r>
      <w:r>
        <w:t>So prophet of Islam said that even if we are provoked, even then you have to try to</w:t>
      </w:r>
    </w:p>
    <w:p>
      <w:pPr>
        <w:jc w:val="right"/>
      </w:pPr>
      <w:r>
        <w:t>سو پرافٹ اف اسلام سیڈ دیٹ ایون اف وی ار پرووکڈ، ایون دین یو ہیو ٹو ٹرائی ٹو</w:t>
      </w:r>
    </w:p>
    <w:p>
      <w:r>
        <w:rPr>
          <w:b/>
        </w:rPr>
        <w:t xml:space="preserve">[12:22] </w:t>
      </w:r>
      <w:r>
        <w:t>Live without ghazab, without anger.</w:t>
      </w:r>
    </w:p>
    <w:p>
      <w:pPr>
        <w:jc w:val="right"/>
      </w:pPr>
      <w:r>
        <w:t>لیو وداؤٹ غضب، وداؤٹ اینگر۔</w:t>
      </w:r>
    </w:p>
    <w:p>
      <w:r>
        <w:rPr>
          <w:b/>
        </w:rPr>
        <w:t xml:space="preserve">[12:30] </w:t>
      </w:r>
      <w:r>
        <w:t>Now, if you take the situation that man is compelled to live in negativity, in provocation, so how</w:t>
      </w:r>
    </w:p>
    <w:p>
      <w:pPr>
        <w:jc w:val="right"/>
      </w:pPr>
      <w:r>
        <w:t>ناو، اف یو ٹیک دا سچویشن دیٹ مین از کمپیلڈ ٹو لیو ان نیگیٹیوٹی، ان پرووکیشن، سو ہاؤ</w:t>
      </w:r>
    </w:p>
    <w:p>
      <w:r>
        <w:rPr>
          <w:b/>
        </w:rPr>
        <w:t xml:space="preserve">[12:37] </w:t>
      </w:r>
      <w:r>
        <w:t>To live without anger? It means that you have to know the art of anger management.</w:t>
      </w:r>
    </w:p>
    <w:p>
      <w:pPr>
        <w:jc w:val="right"/>
      </w:pPr>
      <w:r>
        <w:t>ٹو لیو وداؤٹ اینگر؟ اٹ مینز دیٹ یو ہیو ٹو نو دا ارٹ اف اینگر مینجمنٹ۔</w:t>
      </w:r>
    </w:p>
    <w:p>
      <w:r>
        <w:rPr>
          <w:b/>
        </w:rPr>
        <w:t xml:space="preserve">[12:44] </w:t>
      </w:r>
      <w:r>
        <w:t>You have to learn the art of anger management.</w:t>
      </w:r>
    </w:p>
    <w:p>
      <w:pPr>
        <w:jc w:val="right"/>
      </w:pPr>
      <w:r>
        <w:t>یو ہیو ٹو لرن دا ارٹ اف اینگر مینجمنٹ۔</w:t>
      </w:r>
    </w:p>
    <w:p>
      <w:r>
        <w:rPr>
          <w:b/>
        </w:rPr>
        <w:t xml:space="preserve">[12:52] </w:t>
      </w:r>
      <w:r>
        <w:t>Now, what is anger management? You have to know the art of conversion.</w:t>
      </w:r>
    </w:p>
    <w:p>
      <w:pPr>
        <w:jc w:val="right"/>
      </w:pPr>
      <w:r>
        <w:t>ناو، واٹ از اینگر مینجمنٹ؟ یو ہیو ٹو نو دا ارٹ اف کنورژن۔</w:t>
      </w:r>
    </w:p>
    <w:p>
      <w:r>
        <w:rPr>
          <w:b/>
        </w:rPr>
        <w:t xml:space="preserve">[12:59] </w:t>
      </w:r>
      <w:r>
        <w:t>You have to, you have to convert your anger into forgiveness.</w:t>
      </w:r>
    </w:p>
    <w:p>
      <w:pPr>
        <w:jc w:val="right"/>
      </w:pPr>
      <w:r>
        <w:t>یو ہیو ٹو، یو ہیو ٹو کنورٹ یور اینگر انٹو فارگیونس۔</w:t>
      </w:r>
    </w:p>
    <w:p>
      <w:r>
        <w:rPr>
          <w:b/>
        </w:rPr>
        <w:t xml:space="preserve">[13:07] </w:t>
      </w:r>
      <w:r>
        <w:t>You have to be able to respond positively even in negative situations.</w:t>
      </w:r>
    </w:p>
    <w:p>
      <w:pPr>
        <w:jc w:val="right"/>
      </w:pPr>
      <w:r>
        <w:t>یو ہیو ٹو بی ایبل ٹو ریسپانڈ پازیٹیولی ایون ان نیگیٹیو سچویشنز۔</w:t>
      </w:r>
    </w:p>
    <w:p>
      <w:r>
        <w:rPr>
          <w:b/>
        </w:rPr>
        <w:t xml:space="preserve">[13:14] </w:t>
      </w:r>
      <w:r>
        <w:t>Every time you are facing negative, negative experiences.</w:t>
      </w:r>
    </w:p>
    <w:p>
      <w:pPr>
        <w:jc w:val="right"/>
      </w:pPr>
      <w:r>
        <w:t>ایوری ٹائم یو ار فیسنگ نیگیٹیو، نیگیٹیو ایکسپیرینسز۔</w:t>
      </w:r>
    </w:p>
    <w:p>
      <w:r>
        <w:rPr>
          <w:b/>
        </w:rPr>
        <w:t xml:space="preserve">[13:22] </w:t>
      </w:r>
      <w:r>
        <w:t>So you have to develop in your personality that kind of quality that you can manage the anger.</w:t>
      </w:r>
    </w:p>
    <w:p>
      <w:pPr>
        <w:jc w:val="right"/>
      </w:pPr>
      <w:r>
        <w:t>سو یو ہیو ٹو ڈیولپ ان یور پرسنیلٹی دیٹ کائنڈ اف کوالٹی دیٹ یو کین مینج دی اینگر۔</w:t>
      </w:r>
    </w:p>
    <w:p>
      <w:r>
        <w:rPr>
          <w:b/>
        </w:rPr>
        <w:t xml:space="preserve">[13:29] </w:t>
      </w:r>
      <w:r>
        <w:t>You can respond positively even in negative situations.</w:t>
      </w:r>
    </w:p>
    <w:p>
      <w:pPr>
        <w:jc w:val="right"/>
      </w:pPr>
      <w:r>
        <w:t>یو کین ریسپانڈ پازیٹیولی ایون ان نیگیٹیو سچویشنز۔</w:t>
      </w:r>
    </w:p>
    <w:p>
      <w:r>
        <w:rPr>
          <w:b/>
        </w:rPr>
        <w:t xml:space="preserve">[13:36] </w:t>
      </w:r>
      <w:r>
        <w:t>Then it is possible that you can live in, can live without anger.</w:t>
      </w:r>
    </w:p>
    <w:p>
      <w:pPr>
        <w:jc w:val="right"/>
      </w:pPr>
      <w:r>
        <w:t>دین اٹ از پوسیبل دیٹ یو کین لیو ان، کین لیو وداؤٹ اینگر۔</w:t>
      </w:r>
    </w:p>
    <w:p>
      <w:r>
        <w:rPr>
          <w:b/>
        </w:rPr>
        <w:t xml:space="preserve">[13:44] </w:t>
      </w:r>
      <w:r>
        <w:t>So if you want to say: "Alhamdulillah." You know, Alhamdulillah is the just of all, all, all the</w:t>
      </w:r>
    </w:p>
    <w:p>
      <w:pPr>
        <w:jc w:val="right"/>
      </w:pPr>
      <w:r>
        <w:t>سو اف یو وانٹ ٹو سے: "الحمدللہ۔" یو نو، الحمدللہ از دا جسٹ اف ال، ال، ال دا</w:t>
      </w:r>
    </w:p>
    <w:p>
      <w:r>
        <w:rPr>
          <w:b/>
        </w:rPr>
        <w:t xml:space="preserve">[13:51] </w:t>
      </w:r>
      <w:r>
        <w:t>worship, all the teachings of Islam.</w:t>
      </w:r>
    </w:p>
    <w:p>
      <w:pPr>
        <w:jc w:val="right"/>
      </w:pPr>
      <w:r>
        <w:t>ورشپ، ال دا ٹیچنگز اف اسلام۔</w:t>
      </w:r>
    </w:p>
    <w:p>
      <w:r>
        <w:rPr>
          <w:b/>
        </w:rPr>
        <w:t xml:space="preserve">[13:59] </w:t>
      </w:r>
      <w:r>
        <w:t>I can say that: "Alhamdulillah Rabbil Alameen is the gist of all the Quranic teachings." The greatest experience</w:t>
      </w:r>
    </w:p>
    <w:p>
      <w:pPr>
        <w:jc w:val="right"/>
      </w:pPr>
      <w:r>
        <w:t>ائی کین سے دیٹ: "الحمدللہ رب العالمین از دا جسٹ اف ال دا قرآنک ٹیچنگز۔" دا گریٹسٹ ایکسپیرینس</w:t>
      </w:r>
    </w:p>
    <w:p>
      <w:r>
        <w:rPr>
          <w:b/>
        </w:rPr>
        <w:t xml:space="preserve">[14:06] </w:t>
      </w:r>
      <w:r>
        <w:t>For us is that we are receiving great, great blessing from God every time.</w:t>
      </w:r>
    </w:p>
    <w:p>
      <w:pPr>
        <w:jc w:val="right"/>
      </w:pPr>
      <w:r>
        <w:t>فار اس از دیٹ وی ار ریسیونگ گریٹ، گریٹ بلیسنگ فرام گاڈ ایوری ٹائم۔</w:t>
      </w:r>
    </w:p>
    <w:p>
      <w:r>
        <w:rPr>
          <w:b/>
        </w:rPr>
        <w:t xml:space="preserve">[14:14] </w:t>
      </w:r>
      <w:r>
        <w:t>Every time God is supplying us sunlight.</w:t>
      </w:r>
    </w:p>
    <w:p>
      <w:pPr>
        <w:jc w:val="right"/>
      </w:pPr>
      <w:r>
        <w:t>ایوری ٹائم گاڈ از سپلائنگ اس سن لائٹ۔</w:t>
      </w:r>
    </w:p>
    <w:p>
      <w:r>
        <w:rPr>
          <w:b/>
        </w:rPr>
        <w:t xml:space="preserve">[14:21] </w:t>
      </w:r>
      <w:r>
        <w:t>Otherwise, you know, I is not enough for saying.</w:t>
      </w:r>
    </w:p>
    <w:p>
      <w:pPr>
        <w:jc w:val="right"/>
      </w:pPr>
      <w:r>
        <w:t>ادروائز، یو نو، ائی از ناٹ انف فار سینگ۔</w:t>
      </w:r>
    </w:p>
    <w:p>
      <w:r>
        <w:rPr>
          <w:b/>
        </w:rPr>
        <w:t xml:space="preserve">[14:28] </w:t>
      </w:r>
      <w:r>
        <w:t>You cannot, you cannot see anything simply having eyes.</w:t>
      </w:r>
    </w:p>
    <w:p>
      <w:pPr>
        <w:jc w:val="right"/>
      </w:pPr>
      <w:r>
        <w:t>یو کین ناٹ، یو کین ناٹ سی اینی تھنگ سمپلی ہیونگ ائیز۔</w:t>
      </w:r>
    </w:p>
    <w:p>
      <w:r>
        <w:rPr>
          <w:b/>
        </w:rPr>
        <w:t xml:space="preserve">[14:36] </w:t>
      </w:r>
      <w:r>
        <w:t>I required light.</w:t>
      </w:r>
    </w:p>
    <w:p>
      <w:pPr>
        <w:jc w:val="right"/>
      </w:pPr>
      <w:r>
        <w:t>ائی ریکوائرڈ لائٹ۔</w:t>
      </w:r>
    </w:p>
    <w:p>
      <w:r>
        <w:rPr>
          <w:b/>
        </w:rPr>
        <w:t xml:space="preserve">[14:43] </w:t>
      </w:r>
      <w:r>
        <w:t>So God is supplying sunlight every day.</w:t>
      </w:r>
    </w:p>
    <w:p>
      <w:pPr>
        <w:jc w:val="right"/>
      </w:pPr>
      <w:r>
        <w:t>سو گاڈ از سپلائنگ سن لائٹ ایوری ڈے۔</w:t>
      </w:r>
    </w:p>
    <w:p>
      <w:r>
        <w:rPr>
          <w:b/>
        </w:rPr>
        <w:t xml:space="preserve">[14:51] </w:t>
      </w:r>
      <w:r>
        <w:t>Then we need oxygen.</w:t>
      </w:r>
    </w:p>
    <w:p>
      <w:pPr>
        <w:jc w:val="right"/>
      </w:pPr>
      <w:r>
        <w:t>دین وی نیڈ اکسیجن۔</w:t>
      </w:r>
    </w:p>
    <w:p>
      <w:r>
        <w:rPr>
          <w:b/>
        </w:rPr>
        <w:t xml:space="preserve">[14:58] </w:t>
      </w:r>
      <w:r>
        <w:t>Without oxygen, we can't live, we'll die.</w:t>
      </w:r>
    </w:p>
    <w:p>
      <w:pPr>
        <w:jc w:val="right"/>
      </w:pPr>
      <w:r>
        <w:t>وداؤٹ اکسیجن، وی کین لیو، وی بی ڈائی۔</w:t>
      </w:r>
    </w:p>
    <w:p>
      <w:r>
        <w:rPr>
          <w:b/>
        </w:rPr>
        <w:t xml:space="preserve">[15:06] </w:t>
      </w:r>
      <w:r>
        <w:t>So God is supplying oxygen day and night.</w:t>
      </w:r>
    </w:p>
    <w:p>
      <w:pPr>
        <w:jc w:val="right"/>
      </w:pPr>
      <w:r>
        <w:t>سو گاڈ از سپلائنگ اکسیجن ڈے اینڈ نائٹ۔</w:t>
      </w:r>
    </w:p>
    <w:p>
      <w:r>
        <w:rPr>
          <w:b/>
        </w:rPr>
        <w:t xml:space="preserve">[15:13] </w:t>
      </w:r>
      <w:r>
        <w:t>So we need so many things, so many things, so many more than billion items.</w:t>
      </w:r>
    </w:p>
    <w:p>
      <w:pPr>
        <w:jc w:val="right"/>
      </w:pPr>
      <w:r>
        <w:t>سو وی نیڈ سو مینی تھنگز، سو مینی تھنگز، سو مینی مور دین بلین ائٹمز۔</w:t>
      </w:r>
    </w:p>
    <w:p>
      <w:r>
        <w:rPr>
          <w:b/>
        </w:rPr>
        <w:t xml:space="preserve">[15:20] </w:t>
      </w:r>
      <w:r>
        <w:t>And God is supplying all those items for us without paying the price.</w:t>
      </w:r>
    </w:p>
    <w:p>
      <w:pPr>
        <w:jc w:val="right"/>
      </w:pPr>
      <w:r>
        <w:t>اینڈ گاڈ از سپلائنگ ال دوز ائٹمز فار اس وداؤٹ پینگ دا پرائس۔</w:t>
      </w:r>
    </w:p>
    <w:p>
      <w:r>
        <w:rPr>
          <w:b/>
        </w:rPr>
        <w:t xml:space="preserve">[15:28] </w:t>
      </w:r>
      <w:r>
        <w:t>Sun produces no bill.</w:t>
      </w:r>
    </w:p>
    <w:p>
      <w:pPr>
        <w:jc w:val="right"/>
      </w:pPr>
      <w:r>
        <w:t>سن پروڈیوسز نو بل۔</w:t>
      </w:r>
    </w:p>
    <w:p>
      <w:r>
        <w:rPr>
          <w:b/>
        </w:rPr>
        <w:t xml:space="preserve">[15:35] </w:t>
      </w:r>
      <w:r>
        <w:t>All those blessings are all those blessings.</w:t>
      </w:r>
    </w:p>
    <w:p>
      <w:pPr>
        <w:jc w:val="right"/>
      </w:pPr>
      <w:r>
        <w:t>ال دوز بلیسنگز ار ال دوز بلیسنگز۔</w:t>
      </w:r>
    </w:p>
    <w:p>
      <w:r>
        <w:rPr>
          <w:b/>
        </w:rPr>
        <w:t xml:space="preserve">[15:43] </w:t>
      </w:r>
      <w:r>
        <w:t>We are receiving, we are receiving, we are receiving all those blessings without paying its price.</w:t>
      </w:r>
    </w:p>
    <w:p>
      <w:pPr>
        <w:jc w:val="right"/>
      </w:pPr>
      <w:r>
        <w:t>وی ریسیونگ، وی ریسیونگ، وی ار ریسیونگ ال دوز بلیسنگ وداؤٹ پینگ اٹس پرائس۔</w:t>
      </w:r>
    </w:p>
    <w:p>
      <w:r>
        <w:rPr>
          <w:b/>
        </w:rPr>
        <w:t xml:space="preserve">[15:50] </w:t>
      </w:r>
      <w:r>
        <w:t>So when you feel that you are a blessed person in this world, every time you are receiving</w:t>
      </w:r>
    </w:p>
    <w:p>
      <w:pPr>
        <w:jc w:val="right"/>
      </w:pPr>
      <w:r>
        <w:t>سو وین یو فیل دیٹ یو ار ا بلیسڈ پرسن ان دس ورلڈ، ایوری ٹائم یو ار ریسیونگ</w:t>
      </w:r>
    </w:p>
    <w:p>
      <w:r>
        <w:rPr>
          <w:b/>
        </w:rPr>
        <w:t xml:space="preserve">[15:58] </w:t>
      </w:r>
      <w:r>
        <w:t>Great, great blessing from God, then you say: "Alhamdulillah." This is the greatest worship, greatest ibadah, greatest act of Islam.</w:t>
      </w:r>
    </w:p>
    <w:p>
      <w:pPr>
        <w:jc w:val="right"/>
      </w:pPr>
      <w:r>
        <w:t>گریٹ، گریٹ بلیسنگ فرام گاڈ، دین یو سے: "الحمدللہ۔" دس از دا گریٹسٹ ورشپ، گریٹسٹ عبادہ، گریٹسٹ ایکٹ اف اسلام۔</w:t>
      </w:r>
    </w:p>
    <w:p>
      <w:r>
        <w:rPr>
          <w:b/>
        </w:rPr>
        <w:t xml:space="preserve">[16:05] </w:t>
      </w:r>
      <w:r>
        <w:t>So how you can say: "True, alhamdulillah." True!</w:t>
      </w:r>
    </w:p>
    <w:p>
      <w:pPr>
        <w:jc w:val="right"/>
      </w:pPr>
      <w:r>
        <w:t>سو ہاؤ یو کین سے: "ٹرو الحمدللہ۔" ٹرو!</w:t>
      </w:r>
    </w:p>
    <w:p>
      <w:r>
        <w:rPr>
          <w:b/>
        </w:rPr>
        <w:t xml:space="preserve">[16:13] </w:t>
      </w:r>
      <w:r>
        <w:t>ہاؤ یو کین سے: "Alhamdulillah with true spirit?" وین یو ار لیونگ ان ہیٹ، وین یو ار لیونگ ان نیگیٹیوٹی۔</w:t>
      </w:r>
    </w:p>
    <w:p>
      <w:pPr>
        <w:jc w:val="right"/>
      </w:pPr>
      <w:r>
        <w:t>ہاؤ یو کین سے: "الحمدللہ ود ٹرو سپرٹ؟" وین یو ار لیونگ ان ہیٹ، وین یو ار لیونگ ان نیگیٹیوٹی۔</w:t>
      </w:r>
    </w:p>
    <w:p>
      <w:r>
        <w:rPr>
          <w:b/>
        </w:rPr>
        <w:t xml:space="preserve">[16:20] </w:t>
      </w:r>
      <w:r>
        <w:t>So I can say that.</w:t>
      </w:r>
    </w:p>
    <w:p>
      <w:pPr>
        <w:jc w:val="right"/>
      </w:pPr>
      <w:r>
        <w:t>سو ائی کین سے دیٹ۔</w:t>
      </w:r>
    </w:p>
    <w:p>
      <w:r>
        <w:rPr>
          <w:b/>
        </w:rPr>
        <w:t xml:space="preserve">[16:28] </w:t>
      </w:r>
      <w:r>
        <w:t>A true mumin is one who live in positivity.</w:t>
      </w:r>
    </w:p>
    <w:p>
      <w:pPr>
        <w:jc w:val="right"/>
      </w:pPr>
      <w:r>
        <w:t>ا ٹرو مومن از ون ہو لیو ان پازیٹیوٹی۔</w:t>
      </w:r>
    </w:p>
    <w:p>
      <w:r>
        <w:rPr>
          <w:b/>
        </w:rPr>
        <w:t xml:space="preserve">[16:36] </w:t>
      </w:r>
      <w:r>
        <w:t>Momin is a positive personality in complete sense of the word.</w:t>
      </w:r>
    </w:p>
    <w:p>
      <w:pPr>
        <w:jc w:val="right"/>
      </w:pPr>
      <w:r>
        <w:t>مومن از ا پازیٹیو پرسنیلٹی ان کمپلیٹ سینس اف دا ورلڈ۔</w:t>
      </w:r>
    </w:p>
    <w:p>
      <w:r>
        <w:rPr>
          <w:b/>
        </w:rPr>
        <w:t xml:space="preserve">[16:44] </w:t>
      </w:r>
      <w:r>
        <w:t>All those requirements, all those teachings can be performed normally only when you are a positive mind.</w:t>
      </w:r>
    </w:p>
    <w:p>
      <w:pPr>
        <w:jc w:val="right"/>
      </w:pPr>
      <w:r>
        <w:t>ال دوز ریکوائرمنٹس، ال دوز ٹیچنگز کین بی پرفارم نارملی اونلی وین یو ار ا پازیٹیو مائنڈ۔</w:t>
      </w:r>
    </w:p>
    <w:p>
      <w:r>
        <w:rPr>
          <w:b/>
        </w:rPr>
        <w:t xml:space="preserve">[16:52] </w:t>
      </w:r>
      <w:r>
        <w:t>Kalimah and Salat and Saum and Zakat and Hajj, all those teachings of Islam required positivity.</w:t>
      </w:r>
    </w:p>
    <w:p>
      <w:pPr>
        <w:jc w:val="right"/>
      </w:pPr>
      <w:r>
        <w:t>کلمہ اینڈ صلاۃ اینڈ صوم اینڈ زکوۃ اینڈ حج، ال دوز ٹیچنگز اف اسلام ریکوائرڈ پازیٹیوٹی۔</w:t>
      </w:r>
    </w:p>
    <w:p>
      <w:r>
        <w:rPr>
          <w:b/>
        </w:rPr>
        <w:t xml:space="preserve">[17:00] </w:t>
      </w:r>
      <w:r>
        <w:t>If you have ego, you are living in ego, you are living in hate, if you are living</w:t>
      </w:r>
    </w:p>
    <w:p>
      <w:pPr>
        <w:jc w:val="right"/>
      </w:pPr>
      <w:r>
        <w:t>اف یو ہیو ایگو، یو ار لیونگ ان ایگو، یو ار لیونگ ان ہیٹ، اف یو ار لیونگ</w:t>
      </w:r>
    </w:p>
    <w:p>
      <w:r>
        <w:rPr>
          <w:b/>
        </w:rPr>
        <w:t xml:space="preserve">[17:08] </w:t>
      </w:r>
      <w:r>
        <w:t>in revenge, if you are living in violence, you cannot say: "Alhamdulillah." So I think that terrorism,</w:t>
      </w:r>
    </w:p>
    <w:p>
      <w:pPr>
        <w:jc w:val="right"/>
      </w:pPr>
      <w:r>
        <w:t>ان ریونج، اف یو ار لیونگ ان وائلنس، یو کین ناٹ سے: "الحمدللہ۔" سو ائی تھنک دیٹ ٹیررزم،</w:t>
      </w:r>
    </w:p>
    <w:p>
      <w:r>
        <w:rPr>
          <w:b/>
        </w:rPr>
        <w:t xml:space="preserve">[17:16] </w:t>
      </w:r>
      <w:r>
        <w:t>Violence, hate, all these things are quite against the spirit of Islam.</w:t>
      </w:r>
    </w:p>
    <w:p>
      <w:pPr>
        <w:jc w:val="right"/>
      </w:pPr>
      <w:r>
        <w:t>وائلنس، ہیٹ، ال دیز تھنگز ار کوائٹ اگینسٹ دا سپرٹ اف اسلام۔</w:t>
      </w:r>
    </w:p>
    <w:p>
      <w:r>
        <w:rPr>
          <w:b/>
        </w:rPr>
        <w:t xml:space="preserve">[17:24] </w:t>
      </w:r>
      <w:r>
        <w:t>I read in a pamphlet.</w:t>
      </w:r>
    </w:p>
    <w:p>
      <w:pPr>
        <w:jc w:val="right"/>
      </w:pPr>
      <w:r>
        <w:t>ائی ریڈ اینڈ ا پمپلٹ۔</w:t>
      </w:r>
    </w:p>
    <w:p>
      <w:r>
        <w:rPr>
          <w:b/>
        </w:rPr>
        <w:t xml:space="preserve">[17:32] </w:t>
      </w:r>
      <w:r>
        <w:t>This is a pamphlet.</w:t>
      </w:r>
    </w:p>
    <w:p>
      <w:pPr>
        <w:jc w:val="right"/>
      </w:pPr>
      <w:r>
        <w:t>دس از ا پمپلٹ۔</w:t>
      </w:r>
    </w:p>
    <w:p>
      <w:r>
        <w:rPr>
          <w:b/>
        </w:rPr>
        <w:t xml:space="preserve">[17:40] </w:t>
      </w:r>
      <w:r>
        <w:t>The title is: "Islam and Terrorism." Islam and Terrorism.</w:t>
      </w:r>
    </w:p>
    <w:p>
      <w:pPr>
        <w:jc w:val="right"/>
      </w:pPr>
      <w:r>
        <w:t>دا ٹائٹل از: "اسلام اینڈ ٹیررزم۔" اسلام اینڈ ٹیررزم۔</w:t>
      </w:r>
    </w:p>
    <w:p>
      <w:r>
        <w:rPr>
          <w:b/>
        </w:rPr>
        <w:t xml:space="preserve">[17:48] </w:t>
      </w:r>
      <w:r>
        <w:t>This pamphlet was compiled by a Muslim debater.</w:t>
      </w:r>
    </w:p>
    <w:p>
      <w:pPr>
        <w:jc w:val="right"/>
      </w:pPr>
      <w:r>
        <w:t>دس پمپلٹ واز کمپائلڈ بائی ا مسلم ڈیبیٹر۔</w:t>
      </w:r>
    </w:p>
    <w:p>
      <w:r>
        <w:rPr>
          <w:b/>
        </w:rPr>
        <w:t xml:space="preserve">[17:55] </w:t>
      </w:r>
      <w:r>
        <w:t>A Muslim debater in this pamphlet, he says that: "You know, people are saying that Muslims are terrorists."</w:t>
      </w:r>
    </w:p>
    <w:p>
      <w:pPr>
        <w:jc w:val="right"/>
      </w:pPr>
      <w:r>
        <w:t>ا مسلم ڈیبیٹر ان دس پمپلٹ ہی سیز دیٹ: "یو نو، پیپل ار سینگ دیٹ مسلمز ار ٹیررسٹ۔"</w:t>
      </w:r>
    </w:p>
    <w:p>
      <w:r>
        <w:rPr>
          <w:b/>
        </w:rPr>
        <w:t xml:space="preserve">[18:03] </w:t>
      </w:r>
      <w:r>
        <w:t>So this Muslim debater says that: "Yes, we are terrorist." You see, you see, you see the language</w:t>
      </w:r>
    </w:p>
    <w:p>
      <w:pPr>
        <w:jc w:val="right"/>
      </w:pPr>
      <w:r>
        <w:t>سو دس مسلم ڈیبیٹر سیز دیٹ: "یس، وی ار ٹیررسٹ۔" یو سی، یو سی، یو سی دا لینگویج</w:t>
      </w:r>
    </w:p>
    <w:p>
      <w:r>
        <w:rPr>
          <w:b/>
        </w:rPr>
        <w:t xml:space="preserve">[18:11] </w:t>
      </w:r>
      <w:r>
        <w:t>of this Muslim debater.</w:t>
      </w:r>
    </w:p>
    <w:p>
      <w:pPr>
        <w:jc w:val="right"/>
      </w:pPr>
      <w:r>
        <w:t>اف دس مسلم ڈیبیٹر۔</w:t>
      </w:r>
    </w:p>
    <w:p>
      <w:r>
        <w:rPr>
          <w:b/>
        </w:rPr>
        <w:t xml:space="preserve">[18:19] </w:t>
      </w:r>
      <w:r>
        <w:t>He says that: "Yes, we are terrorist." But in what, in what sense? See his logic.</w:t>
      </w:r>
    </w:p>
    <w:p>
      <w:pPr>
        <w:jc w:val="right"/>
      </w:pPr>
      <w:r>
        <w:t>ہی سیز دیٹ: "یس، وی ار ٹیررسٹ۔" بٹ ان واٹ، ان واٹ سینس؟ سی ہز لاجک۔</w:t>
      </w:r>
    </w:p>
    <w:p>
      <w:r>
        <w:rPr>
          <w:b/>
        </w:rPr>
        <w:t xml:space="preserve">[18:27] </w:t>
      </w:r>
      <w:r>
        <w:t>See his logic.</w:t>
      </w:r>
    </w:p>
    <w:p>
      <w:pPr>
        <w:jc w:val="right"/>
      </w:pPr>
      <w:r>
        <w:t>سی ہز لاجک۔</w:t>
      </w:r>
    </w:p>
    <w:p>
      <w:r>
        <w:rPr>
          <w:b/>
        </w:rPr>
        <w:t xml:space="preserve">[18:35] </w:t>
      </w:r>
      <w:r>
        <w:t>He says that: "Yes, we are terrorist." We Muslims are terrorist.</w:t>
      </w:r>
    </w:p>
    <w:p>
      <w:pPr>
        <w:jc w:val="right"/>
      </w:pPr>
      <w:r>
        <w:t>ہی سیز دیٹ: "یس، وی ار ٹیررسٹ۔" وی مسلمز ار ٹیررسٹ۔</w:t>
      </w:r>
    </w:p>
    <w:p>
      <w:r>
        <w:rPr>
          <w:b/>
        </w:rPr>
        <w:t xml:space="preserve">[18:43] </w:t>
      </w:r>
      <w:r>
        <w:t>But in what sense? In the same sense in which policeman is a, is a, in his words, terrorist.</w:t>
      </w:r>
    </w:p>
    <w:p>
      <w:pPr>
        <w:jc w:val="right"/>
      </w:pPr>
      <w:r>
        <w:t>بٹ ان واٹ سینس؟ ان دا سیم سینس ان وچ پولیس مین از ا، از ا، ان ہز ورڈز، ٹیررسٹ۔</w:t>
      </w:r>
    </w:p>
    <w:p>
      <w:r>
        <w:rPr>
          <w:b/>
        </w:rPr>
        <w:t xml:space="preserve">[18:51] </w:t>
      </w:r>
      <w:r>
        <w:t>He says that: "A policeman uses violence or arms against criminals to police his terrorists against criminals."</w:t>
      </w:r>
    </w:p>
    <w:p>
      <w:pPr>
        <w:jc w:val="right"/>
      </w:pPr>
      <w:r>
        <w:t>ہی سیز دیٹ: "ا پولیس مین یوزز وائلنس اور ارم اگینسٹ کریمنلز ٹو پولیس ہز ٹیررسٹ اگینسٹ کریمنلز۔"</w:t>
      </w:r>
    </w:p>
    <w:p>
      <w:r>
        <w:rPr>
          <w:b/>
        </w:rPr>
        <w:t xml:space="preserve">[18:59] </w:t>
      </w:r>
      <w:r>
        <w:t>So Muslims are terrorists but against criminals.</w:t>
      </w:r>
    </w:p>
    <w:p>
      <w:pPr>
        <w:jc w:val="right"/>
      </w:pPr>
      <w:r>
        <w:t>سو مسلمز ار ٹیررسٹ بٹ اگینسٹ کریمنلز۔</w:t>
      </w:r>
    </w:p>
    <w:p>
      <w:r>
        <w:rPr>
          <w:b/>
        </w:rPr>
        <w:t xml:space="preserve">[19:07] </w:t>
      </w:r>
      <w:r>
        <w:t>This is wrong logic.</w:t>
      </w:r>
    </w:p>
    <w:p>
      <w:pPr>
        <w:jc w:val="right"/>
      </w:pPr>
      <w:r>
        <w:t>دس از رونگ لاجک۔</w:t>
      </w:r>
    </w:p>
    <w:p>
      <w:r>
        <w:rPr>
          <w:b/>
        </w:rPr>
        <w:t xml:space="preserve">[19:15] </w:t>
      </w:r>
      <w:r>
        <w:t>This is false logic.</w:t>
      </w:r>
    </w:p>
    <w:p>
      <w:pPr>
        <w:jc w:val="right"/>
      </w:pPr>
      <w:r>
        <w:t>دس از فالس لاجک۔</w:t>
      </w:r>
    </w:p>
    <w:p>
      <w:r>
        <w:rPr>
          <w:b/>
        </w:rPr>
        <w:t xml:space="preserve">[19:23] </w:t>
      </w:r>
      <w:r>
        <w:t>This logic is untenable in Islam.</w:t>
      </w:r>
    </w:p>
    <w:p>
      <w:pPr>
        <w:jc w:val="right"/>
      </w:pPr>
      <w:r>
        <w:t>دس لاجک از انٹینیبل ان اسلام۔</w:t>
      </w:r>
    </w:p>
    <w:p>
      <w:r>
        <w:rPr>
          <w:b/>
        </w:rPr>
        <w:t xml:space="preserve">[19:30] </w:t>
      </w:r>
      <w:r>
        <w:t>Why? You know, police is authorized agency to use arm against criminals, but Muslims are not.</w:t>
      </w:r>
    </w:p>
    <w:p>
      <w:pPr>
        <w:jc w:val="right"/>
      </w:pPr>
      <w:r>
        <w:t>وائی؟ یو نو، پولیس از اتھورائزڈ ایجنسی ٹو یوز ارم اگینسٹ کریمنلز، بٹ مسلمز ار ناٹ۔</w:t>
      </w:r>
    </w:p>
    <w:p>
      <w:r>
        <w:rPr>
          <w:b/>
        </w:rPr>
        <w:t xml:space="preserve">[19:38] </w:t>
      </w:r>
      <w:r>
        <w:t>Police department is a department of state.</w:t>
      </w:r>
    </w:p>
    <w:p>
      <w:pPr>
        <w:jc w:val="right"/>
      </w:pPr>
      <w:r>
        <w:t>پولیس ڈیپارٹمنٹ از ا ڈیپارٹمنٹ اف اسٹیٹ۔</w:t>
      </w:r>
    </w:p>
    <w:p>
      <w:r>
        <w:rPr>
          <w:b/>
        </w:rPr>
        <w:t xml:space="preserve">[19:46] </w:t>
      </w:r>
      <w:r>
        <w:t>State has authorized police to use arms against criminals, but Muslims are not authorized by state.</w:t>
      </w:r>
    </w:p>
    <w:p>
      <w:pPr>
        <w:jc w:val="right"/>
      </w:pPr>
      <w:r>
        <w:t>اسٹیٹ ہیز اتھورائزڈ پولیس ٹو یوز ارمز اگینسٹ کریمنلز، بٹ مسلمز ار ناٹ اتھورائزڈ بائی اسٹیٹ۔</w:t>
      </w:r>
    </w:p>
    <w:p>
      <w:r>
        <w:rPr>
          <w:b/>
        </w:rPr>
        <w:t xml:space="preserve">[19:54] </w:t>
      </w:r>
      <w:r>
        <w:t>So this kind of statement is illogical, illogical.</w:t>
      </w:r>
    </w:p>
    <w:p>
      <w:pPr>
        <w:jc w:val="right"/>
      </w:pPr>
      <w:r>
        <w:t>سو دس کائنڈ اف سٹیٹمنٹ از الاجک، الوجیکل۔</w:t>
      </w:r>
    </w:p>
    <w:p>
      <w:r>
        <w:rPr>
          <w:b/>
        </w:rPr>
        <w:t xml:space="preserve">[20:02] </w:t>
      </w:r>
      <w:r>
        <w:t>This Muslim debater says that: "Yes, we are terrorists, but we are terrorists against criminals." No Muslims allowed</w:t>
      </w:r>
    </w:p>
    <w:p>
      <w:pPr>
        <w:jc w:val="right"/>
      </w:pPr>
      <w:r>
        <w:t>دس مسلم ڈیبیٹر سیز دیٹ: "یس، وی ار ٹیررسٹ، بٹ وی ار ٹیررسٹ اگینسٹ کریمنلز۔" نو مسلمز الاؤڈ</w:t>
      </w:r>
    </w:p>
    <w:p>
      <w:r>
        <w:rPr>
          <w:b/>
        </w:rPr>
        <w:t xml:space="preserve">[20:10] </w:t>
      </w:r>
      <w:r>
        <w:t>to turn terrorists against criminals.</w:t>
      </w:r>
    </w:p>
    <w:p>
      <w:pPr>
        <w:jc w:val="right"/>
      </w:pPr>
      <w:r>
        <w:t>ٹو ٹرن ٹیررسٹ اگینسٹ کریمنلز۔</w:t>
      </w:r>
    </w:p>
    <w:p>
      <w:r>
        <w:rPr>
          <w:b/>
        </w:rPr>
        <w:t xml:space="preserve">[20:18] </w:t>
      </w:r>
      <w:r>
        <w:t>Muslims are allowed only to to persuade, to dawah, to do the work as per as the use</w:t>
      </w:r>
    </w:p>
    <w:p>
      <w:pPr>
        <w:jc w:val="right"/>
      </w:pPr>
      <w:r>
        <w:t>مسلمز ار الاؤڈ اونلی ٹو ٹو پرسویڈ، ٹو دعا، ٹو ڈو دا ورک ایز پر ایز دا یوز</w:t>
      </w:r>
    </w:p>
    <w:p>
      <w:r>
        <w:rPr>
          <w:b/>
        </w:rPr>
        <w:t xml:space="preserve">[20:26] </w:t>
      </w:r>
      <w:r>
        <w:t>If arm is concerned.</w:t>
      </w:r>
    </w:p>
    <w:p>
      <w:pPr>
        <w:jc w:val="right"/>
      </w:pPr>
      <w:r>
        <w:t>اف ارم از کنسرن۔</w:t>
      </w:r>
    </w:p>
    <w:p>
      <w:r>
        <w:rPr>
          <w:b/>
        </w:rPr>
        <w:t xml:space="preserve">[20:34] </w:t>
      </w:r>
      <w:r>
        <w:t>No Muslims allowed to use arms.</w:t>
      </w:r>
    </w:p>
    <w:p>
      <w:pPr>
        <w:jc w:val="right"/>
      </w:pPr>
      <w:r>
        <w:t>نو مسلمز الاؤڈ ٹو یوز ارمز۔</w:t>
      </w:r>
    </w:p>
    <w:p>
      <w:r>
        <w:rPr>
          <w:b/>
        </w:rPr>
        <w:t xml:space="preserve">[20:42] </w:t>
      </w:r>
      <w:r>
        <w:t>It is great fallacy.</w:t>
      </w:r>
    </w:p>
    <w:p>
      <w:pPr>
        <w:jc w:val="right"/>
      </w:pPr>
      <w:r>
        <w:t>اٹ از گریٹ فیلسی۔</w:t>
      </w:r>
    </w:p>
    <w:p>
      <w:r>
        <w:rPr>
          <w:b/>
        </w:rPr>
        <w:t xml:space="preserve">[20:50] </w:t>
      </w:r>
      <w:r>
        <w:t>It is great fallacy.</w:t>
      </w:r>
    </w:p>
    <w:p>
      <w:pPr>
        <w:jc w:val="right"/>
      </w:pPr>
      <w:r>
        <w:t>اٹ از گریٹ فیلسی۔</w:t>
      </w:r>
    </w:p>
    <w:p>
      <w:r>
        <w:rPr>
          <w:b/>
        </w:rPr>
        <w:t xml:space="preserve">[20:58] </w:t>
      </w:r>
      <w:r>
        <w:t>You know, there is a well-known principle in Islam, well-established principle of Islam, and accepted by</w:t>
      </w:r>
    </w:p>
    <w:p>
      <w:pPr>
        <w:jc w:val="right"/>
      </w:pPr>
      <w:r>
        <w:t>یو نو، دیر از ا ویل نون پرنسپل ان اسلام، ویل اسٹیبلش پرنسپل اف اسلام، اینڈ ایکسیپٹڈ بائی</w:t>
      </w:r>
    </w:p>
    <w:p>
      <w:r>
        <w:rPr>
          <w:b/>
        </w:rPr>
        <w:t xml:space="preserve">[21:05] </w:t>
      </w:r>
      <w:r>
        <w:t>All the scholars that: "Al-raḥīl lil-imām." Al-raḥīl lil-imām, it means to declare a war is a prerogative of state.</w:t>
      </w:r>
    </w:p>
    <w:p>
      <w:pPr>
        <w:jc w:val="right"/>
      </w:pPr>
      <w:r>
        <w:t>ال دا سکالرز دیٹ: "الرحیل للامام۔" الرحیل للامام اٹ مینز ٹو ڈیکلیئر ا وار از ا پیراگیٹیو اف اسٹیٹ۔</w:t>
      </w:r>
    </w:p>
    <w:p>
      <w:r>
        <w:rPr>
          <w:b/>
        </w:rPr>
        <w:t xml:space="preserve">[21:13] </w:t>
      </w:r>
      <w:r>
        <w:t>In other words, to use arms is a prerogative of state.</w:t>
      </w:r>
    </w:p>
    <w:p>
      <w:pPr>
        <w:jc w:val="right"/>
      </w:pPr>
      <w:r>
        <w:t>ان ادر ورڈز، ٹو یوز ارمز از ا پیراگیٹیو اف اسٹیٹ۔</w:t>
      </w:r>
    </w:p>
    <w:p>
      <w:r>
        <w:rPr>
          <w:b/>
        </w:rPr>
        <w:t xml:space="preserve">[21:21] </w:t>
      </w:r>
      <w:r>
        <w:t>According to Islam, no agency other than state is allowed to go to war, is allowed to use arms.</w:t>
      </w:r>
    </w:p>
    <w:p>
      <w:pPr>
        <w:jc w:val="right"/>
      </w:pPr>
      <w:r>
        <w:t>اکارڈنگ ٹو اسلام، نو ایجنسی ادر دین اسٹیٹ از الاؤڈ ٹو گو ٹو وار، از الاؤڈ ٹو یوز ارمز۔</w:t>
      </w:r>
    </w:p>
    <w:p>
      <w:r>
        <w:rPr>
          <w:b/>
        </w:rPr>
        <w:t xml:space="preserve">[21:29] </w:t>
      </w:r>
      <w:r>
        <w:t>Only an established state can use arms.</w:t>
      </w:r>
    </w:p>
    <w:p>
      <w:pPr>
        <w:jc w:val="right"/>
      </w:pPr>
      <w:r>
        <w:t>اونلی این اسٹیبلش اسٹیٹ کین یوز ارمز۔</w:t>
      </w:r>
    </w:p>
    <w:p>
      <w:r>
        <w:rPr>
          <w:b/>
        </w:rPr>
        <w:t xml:space="preserve">[21:37] </w:t>
      </w:r>
      <w:r>
        <w:t>Otherwise, the civil society will turn into an anarchy.</w:t>
      </w:r>
    </w:p>
    <w:p>
      <w:pPr>
        <w:jc w:val="right"/>
      </w:pPr>
      <w:r>
        <w:t>ادروائز، دا سول سوسائٹی ول ٹرن انٹو ان انارکی۔</w:t>
      </w:r>
    </w:p>
    <w:p>
      <w:r>
        <w:rPr>
          <w:b/>
        </w:rPr>
        <w:t xml:space="preserve">[21:45] </w:t>
      </w:r>
      <w:r>
        <w:t>Every society consists, consist two elements: state and individuals.</w:t>
      </w:r>
    </w:p>
    <w:p>
      <w:pPr>
        <w:jc w:val="right"/>
      </w:pPr>
      <w:r>
        <w:t>ایوری سوسائٹیز کنسسٹ، کنسسٹ ٹو ایلیمنٹ: اسٹیٹ اینڈ انڈیویجولز۔</w:t>
      </w:r>
    </w:p>
    <w:p>
      <w:r>
        <w:rPr>
          <w:b/>
        </w:rPr>
        <w:t xml:space="preserve">[21:53] </w:t>
      </w:r>
      <w:r>
        <w:t>State and individuals.</w:t>
      </w:r>
    </w:p>
    <w:p>
      <w:pPr>
        <w:jc w:val="right"/>
      </w:pPr>
      <w:r>
        <w:t>اسٹیٹ اینڈ انڈیویجولز۔</w:t>
      </w:r>
    </w:p>
    <w:p>
      <w:r>
        <w:rPr>
          <w:b/>
        </w:rPr>
        <w:t xml:space="preserve">[22:01] </w:t>
      </w:r>
      <w:r>
        <w:t>State is authorized to use arm.</w:t>
      </w:r>
    </w:p>
    <w:p>
      <w:pPr>
        <w:jc w:val="right"/>
      </w:pPr>
      <w:r>
        <w:t>اسٹیٹ از اتھورائزڈ ٹو یوز ارم۔</w:t>
      </w:r>
    </w:p>
    <w:p>
      <w:r>
        <w:rPr>
          <w:b/>
        </w:rPr>
        <w:t xml:space="preserve">[22:09] </w:t>
      </w:r>
      <w:r>
        <w:t>State is responsible for administration.</w:t>
      </w:r>
    </w:p>
    <w:p>
      <w:pPr>
        <w:jc w:val="right"/>
      </w:pPr>
      <w:r>
        <w:t>اسٹیٹ از ریسپانسبل فار ایڈمنسٹریشن۔</w:t>
      </w:r>
    </w:p>
    <w:p>
      <w:r>
        <w:rPr>
          <w:b/>
        </w:rPr>
        <w:t xml:space="preserve">[22:17] </w:t>
      </w:r>
      <w:r>
        <w:t>State is responsible to establish justice.</w:t>
      </w:r>
    </w:p>
    <w:p>
      <w:pPr>
        <w:jc w:val="right"/>
      </w:pPr>
      <w:r>
        <w:t>اسٹیٹ از ریسپانسبل ٹو اسٹیبلش جسٹس۔</w:t>
      </w:r>
    </w:p>
    <w:p>
      <w:r>
        <w:rPr>
          <w:b/>
        </w:rPr>
        <w:t xml:space="preserve">[22:25] </w:t>
      </w:r>
      <w:r>
        <w:t>State is, it is state is authorized to to establish justice in society, to implement force, to implement laws.</w:t>
      </w:r>
    </w:p>
    <w:p>
      <w:pPr>
        <w:jc w:val="right"/>
      </w:pPr>
      <w:r>
        <w:t>اسٹیٹ از، اٹ از اسٹیٹ از اتھورائزڈ ٹو ٹو اسٹیبلش جسٹس ان سوسائٹی، ٹو امپلیمنٹ فورس، ٹو امپلیمنٹ لاز۔</w:t>
      </w:r>
    </w:p>
    <w:p>
      <w:r>
        <w:rPr>
          <w:b/>
        </w:rPr>
        <w:t xml:space="preserve">[22:33] </w:t>
      </w:r>
      <w:r>
        <w:t>All these things are prerogative of state.</w:t>
      </w:r>
    </w:p>
    <w:p>
      <w:pPr>
        <w:jc w:val="right"/>
      </w:pPr>
      <w:r>
        <w:t>ال دیز تھنگز ار پیراگیٹیو اف اسٹیٹ۔</w:t>
      </w:r>
    </w:p>
    <w:p>
      <w:r>
        <w:rPr>
          <w:b/>
        </w:rPr>
        <w:t xml:space="preserve">[22:40] </w:t>
      </w:r>
      <w:r>
        <w:t>As far as the individual is concerned, individual or in any group other than government, they can do</w:t>
      </w:r>
    </w:p>
    <w:p>
      <w:pPr>
        <w:jc w:val="right"/>
      </w:pPr>
      <w:r>
        <w:t>ایز فار ایز دا انڈیویجول از کنسرن، انڈیویجول ار ان اینی گروپ ادر دین گورنمنٹ، دے کین ڈو</w:t>
      </w:r>
    </w:p>
    <w:p>
      <w:r>
        <w:rPr>
          <w:b/>
        </w:rPr>
        <w:t xml:space="preserve">[22:48] </w:t>
      </w:r>
      <w:r>
        <w:t>Any thing with peaceful method.</w:t>
      </w:r>
    </w:p>
    <w:p>
      <w:pPr>
        <w:jc w:val="right"/>
      </w:pPr>
      <w:r>
        <w:t>اینی تھنگ ود پیس فل میتھڈ۔</w:t>
      </w:r>
    </w:p>
    <w:p>
      <w:r>
        <w:rPr>
          <w:b/>
        </w:rPr>
        <w:t xml:space="preserve">[22:56] </w:t>
      </w:r>
      <w:r>
        <w:t>peaceful method they can, if they, if they say that people are engaged in evil character, if</w:t>
      </w:r>
    </w:p>
    <w:p>
      <w:pPr>
        <w:jc w:val="right"/>
      </w:pPr>
      <w:r>
        <w:t>پیس فل میتھڈ دے کین، اف دے، اف دے سی دیٹ پیپل ار انگیجڈ ان ایول کریکٹر، اف</w:t>
      </w:r>
    </w:p>
    <w:p>
      <w:r>
        <w:rPr>
          <w:b/>
        </w:rPr>
        <w:t xml:space="preserve">[23:04] </w:t>
      </w:r>
      <w:r>
        <w:t>They find some people that they are doing wrong, they can persuade with love, they can dua, they</w:t>
      </w:r>
    </w:p>
    <w:p>
      <w:pPr>
        <w:jc w:val="right"/>
      </w:pPr>
      <w:r>
        <w:t>دے فائنڈ سم پیپل دیٹ دے ار ڈوئنگ رونگ، دے کین پرسویڈ ود لو، دے کین دعا، دے</w:t>
      </w:r>
    </w:p>
    <w:p>
      <w:r>
        <w:rPr>
          <w:b/>
        </w:rPr>
        <w:t xml:space="preserve">[23:12] </w:t>
      </w:r>
      <w:r>
        <w:t>can give advice, they can arrange discussions, they can use logic and not arm.</w:t>
      </w:r>
    </w:p>
    <w:p>
      <w:pPr>
        <w:jc w:val="right"/>
      </w:pPr>
      <w:r>
        <w:t>کین گیو ایڈوائس، دے کین ارینج ڈسکشنز، دے کین یوز لاجک اینڈ ناٹ ارم۔</w:t>
      </w:r>
    </w:p>
    <w:p>
      <w:r>
        <w:rPr>
          <w:b/>
        </w:rPr>
        <w:t xml:space="preserve">[23:20] </w:t>
      </w:r>
      <w:r>
        <w:t>Individual can use only logic, only reason, not arm.</w:t>
      </w:r>
    </w:p>
    <w:p>
      <w:pPr>
        <w:jc w:val="right"/>
      </w:pPr>
      <w:r>
        <w:t>انڈیویجول کین یوز اونلی لاجک، اونلی ریزن، ناٹ ارم۔</w:t>
      </w:r>
    </w:p>
    <w:p>
      <w:r>
        <w:rPr>
          <w:b/>
        </w:rPr>
        <w:t xml:space="preserve">[23:28] </w:t>
      </w:r>
      <w:r>
        <w:t>Only state has right to use arm.</w:t>
      </w:r>
    </w:p>
    <w:p>
      <w:pPr>
        <w:jc w:val="right"/>
      </w:pPr>
      <w:r>
        <w:t>اونلی اسٹیٹ ہیز رائٹ ٹو یوز ارم۔</w:t>
      </w:r>
    </w:p>
    <w:p>
      <w:r>
        <w:rPr>
          <w:b/>
        </w:rPr>
        <w:t xml:space="preserve">[23:36] </w:t>
      </w:r>
      <w:r>
        <w:t>So this kind of thinking is very wrong.</w:t>
      </w:r>
    </w:p>
    <w:p>
      <w:pPr>
        <w:jc w:val="right"/>
      </w:pPr>
      <w:r>
        <w:t>سو دس کائنڈ اف تھنکنگ از ویری رونگ۔</w:t>
      </w:r>
    </w:p>
    <w:p>
      <w:r>
        <w:rPr>
          <w:b/>
        </w:rPr>
        <w:t xml:space="preserve">[23:44] </w:t>
      </w:r>
      <w:r>
        <w:t>It is a fallacy.</w:t>
      </w:r>
    </w:p>
    <w:p>
      <w:pPr>
        <w:jc w:val="right"/>
      </w:pPr>
      <w:r>
        <w:t>اٹ از ا فیلسی۔</w:t>
      </w:r>
    </w:p>
    <w:p>
      <w:r>
        <w:rPr>
          <w:b/>
        </w:rPr>
        <w:t xml:space="preserve">[23:52] </w:t>
      </w:r>
      <w:r>
        <w:t>I will give you an example to state this point.</w:t>
      </w:r>
    </w:p>
    <w:p>
      <w:pPr>
        <w:jc w:val="right"/>
      </w:pPr>
      <w:r>
        <w:t>ائی ول گیو یو این ایگزامپل ٹو اسٹیٹ دس پوائنٹ۔</w:t>
      </w:r>
    </w:p>
    <w:p>
      <w:r>
        <w:rPr>
          <w:b/>
        </w:rPr>
        <w:t xml:space="preserve">[24:00] </w:t>
      </w:r>
      <w:r>
        <w:t>I will give you an example.</w:t>
      </w:r>
    </w:p>
    <w:p>
      <w:pPr>
        <w:jc w:val="right"/>
      </w:pPr>
      <w:r>
        <w:t>ائی ول گیو یو این ایگزامپل۔</w:t>
      </w:r>
    </w:p>
    <w:p>
      <w:r>
        <w:rPr>
          <w:b/>
        </w:rPr>
        <w:t xml:space="preserve">[24:08] </w:t>
      </w:r>
      <w:r>
        <w:t>You know, the Prophet of Islam has started his mission in Mecca in 610 AD.</w:t>
      </w:r>
    </w:p>
    <w:p>
      <w:pPr>
        <w:jc w:val="right"/>
      </w:pPr>
      <w:r>
        <w:t>یو نو، دا پرافٹ اف اسلام از سٹارٹڈ ہز مشن ان مکہ ان 610 اے ڈی۔</w:t>
      </w:r>
    </w:p>
    <w:p>
      <w:r>
        <w:rPr>
          <w:b/>
        </w:rPr>
        <w:t xml:space="preserve">[24:15] </w:t>
      </w:r>
      <w:r>
        <w:t>He was appointed by God as a prophet in 610 AD.</w:t>
      </w:r>
    </w:p>
    <w:p>
      <w:pPr>
        <w:jc w:val="right"/>
      </w:pPr>
      <w:r>
        <w:t>ہی واز اپوائنٹڈ بائی گاڈ ایز ا پرافٹ ان 610 اے ڈی۔</w:t>
      </w:r>
    </w:p>
    <w:p>
      <w:r>
        <w:rPr>
          <w:b/>
        </w:rPr>
        <w:t xml:space="preserve">[24:23] </w:t>
      </w:r>
      <w:r>
        <w:t>So in this year, he started his mission.</w:t>
      </w:r>
    </w:p>
    <w:p>
      <w:pPr>
        <w:jc w:val="right"/>
      </w:pPr>
      <w:r>
        <w:t>سو ان دس ایئر، ہی سٹارٹڈ ہز مشن۔</w:t>
      </w:r>
    </w:p>
    <w:p>
      <w:r>
        <w:rPr>
          <w:b/>
        </w:rPr>
        <w:t xml:space="preserve">[24:31] </w:t>
      </w:r>
      <w:r>
        <w:t>He lived in Mecca up to 13 years.</w:t>
      </w:r>
    </w:p>
    <w:p>
      <w:pPr>
        <w:jc w:val="right"/>
      </w:pPr>
      <w:r>
        <w:t>ہی لیوڈ ان مکہ اپ ٹو 13 ایئرز۔</w:t>
      </w:r>
    </w:p>
    <w:p>
      <w:r>
        <w:rPr>
          <w:b/>
        </w:rPr>
        <w:t xml:space="preserve">[24:39] </w:t>
      </w:r>
      <w:r>
        <w:t>تو some people embraced Islam, some people accepted his message, but the majority remained hostile.</w:t>
      </w:r>
    </w:p>
    <w:p>
      <w:pPr>
        <w:jc w:val="right"/>
      </w:pPr>
      <w:r>
        <w:t>تو سم پیپل ایمبریسڈ اسلام، سم پیپل ایکسیپٹڈ ہز میسج، بٹ دا میجورٹی ریمین ہوسٹائل۔</w:t>
      </w:r>
    </w:p>
    <w:p>
      <w:r>
        <w:rPr>
          <w:b/>
        </w:rPr>
        <w:t xml:space="preserve">[24:47] </w:t>
      </w:r>
      <w:r>
        <w:t>They were hostile, they became enemy.</w:t>
      </w:r>
    </w:p>
    <w:p>
      <w:pPr>
        <w:jc w:val="right"/>
      </w:pPr>
      <w:r>
        <w:t>دے ویر ہوسٹائل، دے بیکم اینی مین۔</w:t>
      </w:r>
    </w:p>
    <w:p>
      <w:r>
        <w:rPr>
          <w:b/>
        </w:rPr>
        <w:t xml:space="preserve">[24:55] </w:t>
      </w:r>
      <w:r>
        <w:t>Even they wanted to kill the Prophet of Islam.</w:t>
      </w:r>
    </w:p>
    <w:p>
      <w:pPr>
        <w:jc w:val="right"/>
      </w:pPr>
      <w:r>
        <w:t>ایون دے وانٹڈ ٹو کل دا پرافٹ اف اسلام۔</w:t>
      </w:r>
    </w:p>
    <w:p>
      <w:r>
        <w:rPr>
          <w:b/>
        </w:rPr>
        <w:t xml:space="preserve">[25:03] </w:t>
      </w:r>
      <w:r>
        <w:t>So at this point, Muslims said that: "We will, we will do jihad." There were some Muslims in</w:t>
      </w:r>
    </w:p>
    <w:p>
      <w:pPr>
        <w:jc w:val="right"/>
      </w:pPr>
      <w:r>
        <w:t>سو ایٹ دس پوائنٹ، مسلمز سیڈ دیٹ: "وی ول، وی ول ڈو جہاد۔" دیر وار سم مسلمز ان</w:t>
      </w:r>
    </w:p>
    <w:p>
      <w:r>
        <w:rPr>
          <w:b/>
        </w:rPr>
        <w:t xml:space="preserve">[25:11] </w:t>
      </w:r>
      <w:r>
        <w:t>Mecca and also some Muslims we are in Madinah.</w:t>
      </w:r>
    </w:p>
    <w:p>
      <w:pPr>
        <w:jc w:val="right"/>
      </w:pPr>
      <w:r>
        <w:t>مکہ اینڈ السو سم مسلمز وی ار ان مدینہ۔</w:t>
      </w:r>
    </w:p>
    <w:p>
      <w:r>
        <w:rPr>
          <w:b/>
        </w:rPr>
        <w:t xml:space="preserve">[25:19] </w:t>
      </w:r>
      <w:r>
        <w:t>So all these Muslims wanted to do jihad against Makkah people, against Quraish.</w:t>
      </w:r>
    </w:p>
    <w:p>
      <w:pPr>
        <w:jc w:val="right"/>
      </w:pPr>
      <w:r>
        <w:t>سو ال دیز مسلمز وانٹڈ ٹو ڈو جہاد اگینسٹ مکہ پیپل، اگینسٹ قریش۔</w:t>
      </w:r>
    </w:p>
    <w:p>
      <w:r>
        <w:rPr>
          <w:b/>
        </w:rPr>
        <w:t xml:space="preserve">[25:27] </w:t>
      </w:r>
      <w:r>
        <w:t>But Prophet of Islam said: "Is burufni lum umar bil qital." Is burufni lum umar bil qital.</w:t>
      </w:r>
    </w:p>
    <w:p>
      <w:pPr>
        <w:jc w:val="right"/>
      </w:pPr>
      <w:r>
        <w:t>بٹ پرافٹ اف اسلام سیڈ: "اس بروفنی لم عمر بالقتال۔" اس بروفنی لم عمر بالقتال۔</w:t>
      </w:r>
    </w:p>
    <w:p>
      <w:r>
        <w:rPr>
          <w:b/>
        </w:rPr>
        <w:t xml:space="preserve">[25:35] </w:t>
      </w:r>
      <w:r>
        <w:t>It means: "Keep patience, I am not allowed to go to war." Is brufni lam umar bil qital.</w:t>
      </w:r>
    </w:p>
    <w:p>
      <w:pPr>
        <w:jc w:val="right"/>
      </w:pPr>
      <w:r>
        <w:t>اٹ مینز: "کیپ پیشنس، ائی ایم ناٹ الاؤڈ ٹو گو ٹو وار۔" اس بروفنی لم عمر بالقتال۔</w:t>
      </w:r>
    </w:p>
    <w:p>
      <w:r>
        <w:rPr>
          <w:b/>
        </w:rPr>
        <w:t xml:space="preserve">[25:43] </w:t>
      </w:r>
      <w:r>
        <w:t>"Keep patience, I am not allowed by God to go to war." Now, what was the meaning of</w:t>
      </w:r>
    </w:p>
    <w:p>
      <w:pPr>
        <w:jc w:val="right"/>
      </w:pPr>
      <w:r>
        <w:t>"کیپ پیشنس، ائی ایم ناٹ الاؤڈ بائی گاڈ ٹو گو ٹو وار۔" ناؤ، واٹ واز دا میننگ اف</w:t>
      </w:r>
    </w:p>
    <w:p>
      <w:r>
        <w:rPr>
          <w:b/>
        </w:rPr>
        <w:t xml:space="preserve">[25:50] </w:t>
      </w:r>
      <w:r>
        <w:t>This sentence? It was not a simple sentence.</w:t>
      </w:r>
    </w:p>
    <w:p>
      <w:pPr>
        <w:jc w:val="right"/>
      </w:pPr>
      <w:r>
        <w:t>دس سینٹنس؟ اٹ واز ناٹ ا سمپل سینٹنس۔</w:t>
      </w:r>
    </w:p>
    <w:p>
      <w:r>
        <w:rPr>
          <w:b/>
        </w:rPr>
        <w:t xml:space="preserve">[25:58] </w:t>
      </w:r>
      <w:r>
        <w:t>It was the philosophy of war, philosophy of state.</w:t>
      </w:r>
    </w:p>
    <w:p>
      <w:pPr>
        <w:jc w:val="right"/>
      </w:pPr>
      <w:r>
        <w:t>اٹ واز دا فلاسفی اف وار، فلاسفی اف اسٹیٹ۔</w:t>
      </w:r>
    </w:p>
    <w:p>
      <w:r>
        <w:rPr>
          <w:b/>
        </w:rPr>
        <w:t xml:space="preserve">[26:06] </w:t>
      </w:r>
      <w:r>
        <w:t>It was the philosophy of life.</w:t>
      </w:r>
    </w:p>
    <w:p>
      <w:pPr>
        <w:jc w:val="right"/>
      </w:pPr>
      <w:r>
        <w:t>اٹ واز دا فلاسفی اف لائف۔</w:t>
      </w:r>
    </w:p>
    <w:p>
      <w:r>
        <w:rPr>
          <w:b/>
        </w:rPr>
        <w:t xml:space="preserve">[26:14] </w:t>
      </w:r>
      <w:r>
        <w:t>You know, in Mecca, Prophet was in Mecca.</w:t>
      </w:r>
    </w:p>
    <w:p>
      <w:pPr>
        <w:jc w:val="right"/>
      </w:pPr>
      <w:r>
        <w:t>یو نو، ان مکہ پرافٹ واز ان مکہ۔</w:t>
      </w:r>
    </w:p>
    <w:p>
      <w:r>
        <w:rPr>
          <w:b/>
        </w:rPr>
        <w:t xml:space="preserve">[26:22] </w:t>
      </w:r>
      <w:r>
        <w:t>Islam was not in a position of government or state.</w:t>
      </w:r>
    </w:p>
    <w:p>
      <w:pPr>
        <w:jc w:val="right"/>
      </w:pPr>
      <w:r>
        <w:t>اسلام واز ناٹ ان ا پوزیشن اف گورنمنٹ اور اسٹیٹ۔</w:t>
      </w:r>
    </w:p>
    <w:p>
      <w:r>
        <w:rPr>
          <w:b/>
        </w:rPr>
        <w:t xml:space="preserve">[26:30] </w:t>
      </w:r>
      <w:r>
        <w:t>In Mecca, when Prophet was in Mecca, he was simply a prophet, a reformer, a preacher.</w:t>
      </w:r>
    </w:p>
    <w:p>
      <w:pPr>
        <w:jc w:val="right"/>
      </w:pPr>
      <w:r>
        <w:t>ان مکہ، ان وین پرافٹ واز ان مکہ، ہی واز سمپلی ا پرافٹ، ا ریفارمر، ا پریچر۔</w:t>
      </w:r>
    </w:p>
    <w:p>
      <w:r>
        <w:rPr>
          <w:b/>
        </w:rPr>
        <w:t xml:space="preserve">[26:38] </w:t>
      </w:r>
      <w:r>
        <w:t>So at that time, it was not lawful for him to use arm to to go to to</w:t>
      </w:r>
    </w:p>
    <w:p>
      <w:pPr>
        <w:jc w:val="right"/>
      </w:pPr>
      <w:r>
        <w:t>سو ایٹ دیٹ ٹائم، اٹ واز ناٹ لافل فار ہم ٹو یوز ارم ٹو ٹو گو ٹو ٹو</w:t>
      </w:r>
    </w:p>
    <w:p>
      <w:r>
        <w:rPr>
          <w:b/>
        </w:rPr>
        <w:t xml:space="preserve">[26:46] </w:t>
      </w:r>
      <w:r>
        <w:t>Qital aur war.</w:t>
      </w:r>
    </w:p>
    <w:p>
      <w:pPr>
        <w:jc w:val="right"/>
      </w:pPr>
      <w:r>
        <w:t>قتال اور وار۔</w:t>
      </w:r>
    </w:p>
    <w:p>
      <w:r>
        <w:rPr>
          <w:b/>
        </w:rPr>
        <w:t xml:space="preserve">[26:54] </w:t>
      </w:r>
      <w:r>
        <w:t>So at that time, he said that: "You have to keep patience when Muslims are in a position</w:t>
      </w:r>
    </w:p>
    <w:p>
      <w:pPr>
        <w:jc w:val="right"/>
      </w:pPr>
      <w:r>
        <w:t>سو ایٹ دیٹ ٹائم، ہی سیڈ دیٹ: "یو ہیو ٹو کیپ پیشنس وین مسلمز ار ان ا پوزیشن</w:t>
      </w:r>
    </w:p>
    <w:p>
      <w:r>
        <w:rPr>
          <w:b/>
        </w:rPr>
        <w:t xml:space="preserve">[27:02] </w:t>
      </w:r>
      <w:r>
        <w:t>"Where there is no power in their hand." So they have only one option to keep patience.</w:t>
      </w:r>
    </w:p>
    <w:p>
      <w:pPr>
        <w:jc w:val="right"/>
      </w:pPr>
      <w:r>
        <w:t>ویر دیر از نو پاور ان دیر ہینڈ۔" سو دے ہیو اونلی ون اپشن ٹو کیپ پیشنس۔</w:t>
      </w:r>
    </w:p>
    <w:p>
      <w:r>
        <w:rPr>
          <w:b/>
        </w:rPr>
        <w:t xml:space="preserve">[27:10] </w:t>
      </w:r>
      <w:r>
        <w:t>So even when there is a state, other Muslims are compelled to keep patience because they are not state. Now, patience!</w:t>
      </w:r>
    </w:p>
    <w:p>
      <w:pPr>
        <w:jc w:val="right"/>
      </w:pPr>
      <w:r>
        <w:t>سو ایون وین دیر از اسٹیٹ، ادر مسلمز ار ار کمپیلڈ ٹو ٹو کیپ پیشنس بیکاز دے ار ناٹ اسٹیٹ۔ ناؤ، پیشنس!</w:t>
      </w:r>
    </w:p>
    <w:p>
      <w:r>
        <w:rPr>
          <w:b/>
        </w:rPr>
        <w:t xml:space="preserve">[27:18] </w:t>
      </w:r>
      <w:r>
        <w:t>What is patience? What is patience? Or sabr.</w:t>
      </w:r>
    </w:p>
    <w:p>
      <w:pPr>
        <w:jc w:val="right"/>
      </w:pPr>
      <w:r>
        <w:t>واٹ از پیشنس؟ واٹ از پیشنس؟ ار صبر۔</w:t>
      </w:r>
    </w:p>
    <w:p>
      <w:r>
        <w:rPr>
          <w:b/>
        </w:rPr>
        <w:t xml:space="preserve">[27:21] </w:t>
      </w:r>
      <w:r>
        <w:t>Sabr aur patience is not cowardice, is not passivity.</w:t>
      </w:r>
    </w:p>
    <w:p>
      <w:pPr>
        <w:jc w:val="right"/>
      </w:pPr>
      <w:r>
        <w:t>صبر اور پیشنس از ناٹ کاورڈیس، از ناٹ پیسیوٹی۔</w:t>
      </w:r>
    </w:p>
    <w:p>
      <w:r>
        <w:rPr>
          <w:b/>
        </w:rPr>
        <w:t xml:space="preserve">[27:25] </w:t>
      </w:r>
      <w:r>
        <w:t>No, not at all.</w:t>
      </w:r>
    </w:p>
    <w:p>
      <w:pPr>
        <w:jc w:val="right"/>
      </w:pPr>
      <w:r>
        <w:t>نو، ناٹ ایٹ ال۔</w:t>
      </w:r>
    </w:p>
    <w:p>
      <w:r>
        <w:rPr>
          <w:b/>
        </w:rPr>
        <w:t xml:space="preserve">[27:27] </w:t>
      </w:r>
      <w:r>
        <w:t>Sabr itself is a great, great action.</w:t>
      </w:r>
    </w:p>
    <w:p>
      <w:pPr>
        <w:jc w:val="right"/>
      </w:pPr>
      <w:r>
        <w:t>صبر اٹ سیلف از ا گریٹ، گریٹ ایکشن۔</w:t>
      </w:r>
    </w:p>
    <w:p>
      <w:r>
        <w:rPr>
          <w:b/>
        </w:rPr>
        <w:t xml:space="preserve">[27:30] </w:t>
      </w:r>
      <w:r>
        <w:t>Sabr is an action, great, great action.</w:t>
      </w:r>
    </w:p>
    <w:p>
      <w:pPr>
        <w:jc w:val="right"/>
      </w:pPr>
      <w:r>
        <w:t>صبر از این ایکشن، گریٹ، گریٹ ایکشن۔</w:t>
      </w:r>
    </w:p>
    <w:p>
      <w:r>
        <w:rPr>
          <w:b/>
        </w:rPr>
        <w:t xml:space="preserve">[27:33] </w:t>
      </w:r>
      <w:r>
        <w:t>Sabr means peaceful activism, educational activism, intellectual activism, spiritual activism, prayer activism.</w:t>
      </w:r>
    </w:p>
    <w:p>
      <w:pPr>
        <w:jc w:val="right"/>
      </w:pPr>
      <w:r>
        <w:t>صبر مینز پیس فل ایکٹیوزم، ایجوکیشنل ایکٹیوزم، انٹلیکچول ایکٹیوزم، سپریچول ایکٹیوزم، پریئر ایکٹیوزم۔</w:t>
      </w:r>
    </w:p>
    <w:p>
      <w:r>
        <w:rPr>
          <w:b/>
        </w:rPr>
        <w:t xml:space="preserve">[27:39] </w:t>
      </w:r>
      <w:r>
        <w:t>All those activism in which violence is not involved is sabr.</w:t>
      </w:r>
    </w:p>
    <w:p>
      <w:pPr>
        <w:jc w:val="right"/>
      </w:pPr>
      <w:r>
        <w:t>ال دوز ایکٹیوزم ان وچ وائلنس از ناٹ انوالو از صبر۔</w:t>
      </w:r>
    </w:p>
    <w:p>
      <w:r>
        <w:rPr>
          <w:b/>
        </w:rPr>
        <w:t xml:space="preserve">[27:43] </w:t>
      </w:r>
      <w:r>
        <w:t>Sabr means to think in a positive way.</w:t>
      </w:r>
    </w:p>
    <w:p>
      <w:pPr>
        <w:jc w:val="right"/>
      </w:pPr>
      <w:r>
        <w:t>صبر مینز ٹو تھنک ان ا پازیٹیو وے۔</w:t>
      </w:r>
    </w:p>
    <w:p>
      <w:r>
        <w:rPr>
          <w:b/>
        </w:rPr>
        <w:t xml:space="preserve">[27:47] </w:t>
      </w:r>
      <w:r>
        <w:t>Sabr means to plan in a, in a sabr means to plan without, without going to arm.</w:t>
      </w:r>
    </w:p>
    <w:p>
      <w:pPr>
        <w:jc w:val="right"/>
      </w:pPr>
      <w:r>
        <w:t>صبر مینز ٹو پلان ان ا، ان ا صبر مینز ٹو پلان وداؤٹ، وداؤٹ گوئنگ ٹو ارم۔</w:t>
      </w:r>
    </w:p>
    <w:p>
      <w:r>
        <w:rPr>
          <w:b/>
        </w:rPr>
        <w:t xml:space="preserve">[27:54] </w:t>
      </w:r>
      <w:r>
        <w:t>So peaceful planning, peaceful thinking, peaceful response to the situation, all these things are sabr,</w:t>
      </w:r>
    </w:p>
    <w:p>
      <w:pPr>
        <w:jc w:val="right"/>
      </w:pPr>
      <w:r>
        <w:t>سو پیس فل پلاننگ، پیس فل تھنکنگ، پیس فل رسپانس ٹو دا سچویشن، ال دیز تھنگز ار صبر،</w:t>
      </w:r>
    </w:p>
    <w:p>
      <w:r>
        <w:rPr>
          <w:b/>
        </w:rPr>
        <w:t xml:space="preserve">[28:02] </w:t>
      </w:r>
      <w:r>
        <w:t>our patience.</w:t>
      </w:r>
    </w:p>
    <w:p>
      <w:pPr>
        <w:jc w:val="right"/>
      </w:pPr>
      <w:r>
        <w:t>ار پیشنس۔</w:t>
      </w:r>
    </w:p>
    <w:p>
      <w:r>
        <w:rPr>
          <w:b/>
        </w:rPr>
        <w:t xml:space="preserve">[28:03] </w:t>
      </w:r>
      <w:r>
        <w:t>So when the Prophet of Islam said: "Is biru funny lam umar bil qital, keep patience because I am</w:t>
      </w:r>
    </w:p>
    <w:p>
      <w:pPr>
        <w:jc w:val="right"/>
      </w:pPr>
      <w:r>
        <w:t>سو وین دا پرافٹ اف اسلام سیڈ: "اس برو فنی لم عمر بالقتال، کیپ پیشنس بیکاز ائی ایم</w:t>
      </w:r>
    </w:p>
    <w:p>
      <w:r>
        <w:rPr>
          <w:b/>
        </w:rPr>
        <w:t xml:space="preserve">[28:11] </w:t>
      </w:r>
      <w:r>
        <w:t>not allowed to go to qital or or or war." So when the Prophet of Islam said that:</w:t>
      </w:r>
    </w:p>
    <w:p>
      <w:pPr>
        <w:jc w:val="right"/>
      </w:pPr>
      <w:r>
        <w:t>ناٹ الاؤڈ ٹو گو ٹو قتال اور اور اور وار۔" سو وین دا پرافٹ اف اسلام سیڈ دیٹ:</w:t>
      </w:r>
    </w:p>
    <w:p>
      <w:r>
        <w:rPr>
          <w:b/>
        </w:rPr>
        <w:t xml:space="preserve">[28:19] </w:t>
      </w:r>
      <w:r>
        <w:t>"You have to keep patience," it was not a, it was not simple advice.</w:t>
      </w:r>
    </w:p>
    <w:p>
      <w:pPr>
        <w:jc w:val="right"/>
      </w:pPr>
      <w:r>
        <w:t>"یو ہیو ٹو کیپ پیشنس،" اٹ واز ناٹ ا، اٹ واز ناٹ سمپل ایڈوائس۔</w:t>
      </w:r>
    </w:p>
    <w:p>
      <w:r>
        <w:rPr>
          <w:b/>
        </w:rPr>
        <w:t xml:space="preserve">[28:25] </w:t>
      </w:r>
      <w:r>
        <w:t>No, it was a great, great advice.</w:t>
      </w:r>
    </w:p>
    <w:p>
      <w:pPr>
        <w:jc w:val="right"/>
      </w:pPr>
      <w:r>
        <w:t>نو، اٹ واز ا گریٹ، گریٹ ایڈوائس۔</w:t>
      </w:r>
    </w:p>
    <w:p>
      <w:r>
        <w:rPr>
          <w:b/>
        </w:rPr>
        <w:t xml:space="preserve">[28:28] </w:t>
      </w:r>
      <w:r>
        <w:t>It means that: "Although you cannot use arms, although you are not in a position to go</w:t>
      </w:r>
    </w:p>
    <w:p>
      <w:pPr>
        <w:jc w:val="right"/>
      </w:pPr>
      <w:r>
        <w:t>اٹ مینز دیٹ: "الدو یو کین ناٹ یوز ارمز، الدو یو ار ناٹ ان ا پوزیشن ٹو گو</w:t>
      </w:r>
    </w:p>
    <w:p>
      <w:r>
        <w:rPr>
          <w:b/>
        </w:rPr>
        <w:t xml:space="preserve">[28:35] </w:t>
      </w:r>
      <w:r>
        <w:t>to war, although you are not in a position to adopt violent activism, but at the same time,</w:t>
      </w:r>
    </w:p>
    <w:p>
      <w:pPr>
        <w:jc w:val="right"/>
      </w:pPr>
      <w:r>
        <w:t>ٹو وار، الدو یو ار ناٹ ان ا پوزیشن ٹو اڈاپٹ وائلنٹ ایکٹیوزم، بٹ ایٹ دا سیم ٹائم،</w:t>
      </w:r>
    </w:p>
    <w:p>
      <w:r>
        <w:rPr>
          <w:b/>
        </w:rPr>
        <w:t xml:space="preserve">[28:43] </w:t>
      </w:r>
      <w:r>
        <w:t>There are so many fields that open for you, peaceful fields.</w:t>
      </w:r>
    </w:p>
    <w:p>
      <w:pPr>
        <w:jc w:val="right"/>
      </w:pPr>
      <w:r>
        <w:t>دیر ار سو مینی فیلڈز دیٹ اوپن فار یو، پیس فل فیلڈز۔</w:t>
      </w:r>
    </w:p>
    <w:p>
      <w:r>
        <w:rPr>
          <w:b/>
        </w:rPr>
        <w:t xml:space="preserve">[28:48] </w:t>
      </w:r>
      <w:r>
        <w:t>other than violence, there are so many fields, and these fields are open for you.</w:t>
      </w:r>
    </w:p>
    <w:p>
      <w:pPr>
        <w:jc w:val="right"/>
      </w:pPr>
      <w:r>
        <w:t>ادر دین وائلنس، دیر ار سو مینی فیلڈز، اینڈ دیز فیلڈز ار اوپن فار یو۔</w:t>
      </w:r>
    </w:p>
    <w:p>
      <w:r>
        <w:rPr>
          <w:b/>
        </w:rPr>
        <w:t xml:space="preserve">[28:55] </w:t>
      </w:r>
      <w:r>
        <w:t>That is the activism, educational activism, intellectual activism, spiritual activism, and constructive activism, healthy activism.</w:t>
      </w:r>
    </w:p>
    <w:p>
      <w:pPr>
        <w:jc w:val="right"/>
      </w:pPr>
      <w:r>
        <w:t>دیٹ از دعوی ایکٹیوزم، ایجوکیشنل ایکٹیوزم، انٹلیکچول ایکٹیوزم، سپریچول ایکٹیوزم، اینڈ کنسٹرکٹیو ایکٹیوزم، ہیلدی ایکٹیوزم۔</w:t>
      </w:r>
    </w:p>
    <w:p>
      <w:r>
        <w:rPr>
          <w:b/>
        </w:rPr>
        <w:t xml:space="preserve">[29:01] </w:t>
      </w:r>
      <w:r>
        <w:t>So other than war, and other than violence, there are many, many fields in which you can struggle.</w:t>
      </w:r>
    </w:p>
    <w:p>
      <w:pPr>
        <w:jc w:val="right"/>
      </w:pPr>
      <w:r>
        <w:t>سو ادر دین وار، اور ادر دین وائلنس، دیر ار مینی، مینی فیلڈز ان وچ یو کین سٹرگل</w:t>
      </w:r>
    </w:p>
    <w:p>
      <w:r>
        <w:rPr>
          <w:b/>
        </w:rPr>
        <w:t xml:space="preserve">[29:09] </w:t>
      </w:r>
      <w:r>
        <w:t>peacefully without using arms.</w:t>
      </w:r>
    </w:p>
    <w:p>
      <w:pPr>
        <w:jc w:val="right"/>
      </w:pPr>
      <w:r>
        <w:t>پیس فلی وداؤٹ یوزنگ ارمز۔</w:t>
      </w:r>
    </w:p>
    <w:p>
      <w:r>
        <w:rPr>
          <w:b/>
        </w:rPr>
        <w:t xml:space="preserve">[29:11] </w:t>
      </w:r>
      <w:r>
        <w:t>This was the meaning of the of that advice.</w:t>
      </w:r>
    </w:p>
    <w:p>
      <w:pPr>
        <w:jc w:val="right"/>
      </w:pPr>
      <w:r>
        <w:t>دس واز دا میننگ اف دا اف دیٹ ایڈوائس۔</w:t>
      </w:r>
    </w:p>
    <w:p>
      <w:r>
        <w:rPr>
          <w:b/>
        </w:rPr>
        <w:t xml:space="preserve">[29:15] </w:t>
      </w:r>
      <w:r>
        <w:t>So when the Prophet of Islam said: "Us bru funny lum umar bil qital," he said that: "Although we</w:t>
      </w:r>
    </w:p>
    <w:p>
      <w:pPr>
        <w:jc w:val="right"/>
      </w:pPr>
      <w:r>
        <w:t>سو وین دا پرافٹ اف اسلام سیڈ: "اس برو فنی لم عمر بالقتال،" ہی سیڈ دیٹ: "الدو وی</w:t>
      </w:r>
    </w:p>
    <w:p>
      <w:r>
        <w:rPr>
          <w:b/>
        </w:rPr>
        <w:t xml:space="preserve">[29:22] </w:t>
      </w:r>
      <w:r>
        <w:t>are not a government. Only government can go to qital or war." So although we have not that</w:t>
      </w:r>
    </w:p>
    <w:p>
      <w:pPr>
        <w:jc w:val="right"/>
      </w:pPr>
      <w:r>
        <w:t>ار ناٹ ا گورنمنٹ، اونلی گورنمنٹ کین گو ٹو قتال اور وار۔" سو الدو وی ہیو ناٹ دیٹ</w:t>
      </w:r>
    </w:p>
    <w:p>
      <w:r>
        <w:rPr>
          <w:b/>
        </w:rPr>
        <w:t xml:space="preserve">[29:30] </w:t>
      </w:r>
      <w:r>
        <w:t>options.</w:t>
      </w:r>
    </w:p>
    <w:p>
      <w:pPr>
        <w:jc w:val="right"/>
      </w:pPr>
      <w:r>
        <w:t>اپشنز۔</w:t>
      </w:r>
    </w:p>
    <w:p>
      <w:r>
        <w:rPr>
          <w:b/>
        </w:rPr>
        <w:t xml:space="preserve">[29:32] </w:t>
      </w:r>
      <w:r>
        <w:t>although we are not in a position to adopt the option of war, but but at the same</w:t>
      </w:r>
    </w:p>
    <w:p>
      <w:pPr>
        <w:jc w:val="right"/>
      </w:pPr>
      <w:r>
        <w:t>الدو وی ار ناٹ ان ا پوزیشن ٹو اڈاپٹ دا اپشن اف وار، بٹ بٹ ایٹ دا سیم</w:t>
      </w:r>
    </w:p>
    <w:p>
      <w:r>
        <w:rPr>
          <w:b/>
        </w:rPr>
        <w:t xml:space="preserve">[29:39] </w:t>
      </w:r>
      <w:r>
        <w:t>Time, there are so other options, and these options are open for you.</w:t>
      </w:r>
    </w:p>
    <w:p>
      <w:pPr>
        <w:jc w:val="right"/>
      </w:pPr>
      <w:r>
        <w:t>ٹائم، دیر ار سو ادر اپشنز، اینڈ دیز اپشنز ار اوپن فار یو۔</w:t>
      </w:r>
    </w:p>
    <w:p>
      <w:r>
        <w:rPr>
          <w:b/>
        </w:rPr>
        <w:t xml:space="preserve">[29:45] </w:t>
      </w:r>
      <w:r>
        <w:t>so many other opportunities, so many other scopes, so many other fields of actions, all those fields</w:t>
      </w:r>
    </w:p>
    <w:p>
      <w:pPr>
        <w:jc w:val="right"/>
      </w:pPr>
      <w:r>
        <w:t>سو مینی ادر اپرچونیٹیز، دو سو مینی ادر اسکوپس، سو مینی ادر فیلڈز اف ایکشنز، ال دوز فیلڈز</w:t>
      </w:r>
    </w:p>
    <w:p>
      <w:r>
        <w:rPr>
          <w:b/>
        </w:rPr>
        <w:t xml:space="preserve">[29:53] </w:t>
      </w:r>
      <w:r>
        <w:t>are open.</w:t>
      </w:r>
    </w:p>
    <w:p>
      <w:pPr>
        <w:jc w:val="right"/>
      </w:pPr>
      <w:r>
        <w:t>ار اوپن۔</w:t>
      </w:r>
    </w:p>
    <w:p>
      <w:r>
        <w:rPr>
          <w:b/>
        </w:rPr>
        <w:t xml:space="preserve">[29:54] </w:t>
      </w:r>
      <w:r>
        <w:t>So Prophet of Islam availed, Prophet of Islam availed all those opportunities of peaceful activities, and</w:t>
      </w:r>
    </w:p>
    <w:p>
      <w:pPr>
        <w:jc w:val="right"/>
      </w:pPr>
      <w:r>
        <w:t>سو پرافٹ اف اسلام اویلڈ، پرافٹ اف اسلام اینڈ اویلڈ ال دوز اپرچونیٹیز اف پیس فل ایکٹیویٹیز، اینڈ</w:t>
      </w:r>
    </w:p>
    <w:p>
      <w:r>
        <w:rPr>
          <w:b/>
        </w:rPr>
        <w:t xml:space="preserve">[30:02] </w:t>
      </w:r>
      <w:r>
        <w:t>The result was miraculous.</w:t>
      </w:r>
    </w:p>
    <w:p>
      <w:pPr>
        <w:jc w:val="right"/>
      </w:pPr>
      <w:r>
        <w:t>دا رزلٹ واز میریکولس۔</w:t>
      </w:r>
    </w:p>
    <w:p>
      <w:r>
        <w:rPr>
          <w:b/>
        </w:rPr>
        <w:t xml:space="preserve">[30:04] </w:t>
      </w:r>
      <w:r>
        <w:t>You know, during these 13 years, when Prophet was in Makkah, he was able to to to make</w:t>
      </w:r>
    </w:p>
    <w:p>
      <w:pPr>
        <w:jc w:val="right"/>
      </w:pPr>
      <w:r>
        <w:t>یو نو، ڈیورنگ دیز 13 ایئرز، وین پرافٹ واز ان مکہ، ہی واز ایبل ٹو ٹو ٹو میک</w:t>
      </w:r>
    </w:p>
    <w:p>
      <w:r>
        <w:rPr>
          <w:b/>
        </w:rPr>
        <w:t xml:space="preserve">[30:11] </w:t>
      </w:r>
      <w:r>
        <w:t>A great team.</w:t>
      </w:r>
    </w:p>
    <w:p>
      <w:pPr>
        <w:jc w:val="right"/>
      </w:pPr>
      <w:r>
        <w:t>ا گریٹ ٹیم۔</w:t>
      </w:r>
    </w:p>
    <w:p>
      <w:r>
        <w:rPr>
          <w:b/>
        </w:rPr>
        <w:t xml:space="preserve">[30:13] </w:t>
      </w:r>
      <w:r>
        <w:t>All those people which we call ajall-e-sahaba, ajall-e-sahaba, those who have great status in Islamic history,</w:t>
      </w:r>
    </w:p>
    <w:p>
      <w:pPr>
        <w:jc w:val="right"/>
      </w:pPr>
      <w:r>
        <w:t>ال دوز پیپل وچ وی کال اجل صحابہ، اجل صحابہ، دوز ہو ہیو گریٹ اسٹیٹس ان اسلامک ہسٹری،</w:t>
      </w:r>
    </w:p>
    <w:p>
      <w:r>
        <w:rPr>
          <w:b/>
        </w:rPr>
        <w:t xml:space="preserve">[30:21] </w:t>
      </w:r>
      <w:r>
        <w:t>like Abu Bakar, Umar, Usman, Ali, Maaz ibn Jabal, Ubadah ibn Jarrah, and so many other companions.</w:t>
      </w:r>
    </w:p>
    <w:p>
      <w:pPr>
        <w:jc w:val="right"/>
      </w:pPr>
      <w:r>
        <w:t>لائک ابوبکر، عمر، عثمان، علی، معاذ بن جبل، عبادہ ابن جراح، اینڈ سو مینی ادر کمپینینز۔</w:t>
      </w:r>
    </w:p>
    <w:p>
      <w:r>
        <w:rPr>
          <w:b/>
        </w:rPr>
        <w:t xml:space="preserve">[30:27] </w:t>
      </w:r>
      <w:r>
        <w:t>All these people were born in Mecca, and all these people accepted Islam when Prophet was in</w:t>
      </w:r>
    </w:p>
    <w:p>
      <w:pPr>
        <w:jc w:val="right"/>
      </w:pPr>
      <w:r>
        <w:t>دے ال دیز پیپل ویر بارڈ ان مکہ، اینڈ ال دیز پیپل ایکسیپٹڈ اسلام وین پرافٹ واز ان</w:t>
      </w:r>
    </w:p>
    <w:p>
      <w:r>
        <w:rPr>
          <w:b/>
        </w:rPr>
        <w:t xml:space="preserve">[30:35] </w:t>
      </w:r>
      <w:r>
        <w:t>Makkah.</w:t>
      </w:r>
    </w:p>
    <w:p>
      <w:pPr>
        <w:jc w:val="right"/>
      </w:pPr>
      <w:r>
        <w:t>مکہ۔</w:t>
      </w:r>
    </w:p>
    <w:p>
      <w:r>
        <w:rPr>
          <w:b/>
        </w:rPr>
        <w:t xml:space="preserve">[30:37] </w:t>
      </w:r>
      <w:r>
        <w:t>in Mecca, without going to war, without using arm, he was able to to to manage Dawah work,</w:t>
      </w:r>
    </w:p>
    <w:p>
      <w:pPr>
        <w:jc w:val="right"/>
      </w:pPr>
      <w:r>
        <w:t>ان مکہ، وداؤٹ گوئنگ ٹو وار، وداؤٹ یوزنگ ارم، ہی واز ایبل ٹو ٹو ٹو مینج دعوی ورک،</w:t>
      </w:r>
    </w:p>
    <w:p>
      <w:r>
        <w:rPr>
          <w:b/>
        </w:rPr>
        <w:t xml:space="preserve">[30:44] </w:t>
      </w:r>
      <w:r>
        <w:t>to capture all those intellectuals.</w:t>
      </w:r>
    </w:p>
    <w:p>
      <w:pPr>
        <w:jc w:val="right"/>
      </w:pPr>
      <w:r>
        <w:t>ٹو کیپچر ال دوز انٹلیکچولز۔</w:t>
      </w:r>
    </w:p>
    <w:p>
      <w:r>
        <w:rPr>
          <w:b/>
        </w:rPr>
        <w:t xml:space="preserve">[30:46] </w:t>
      </w:r>
      <w:r>
        <w:t>You know, in the in the final days of Mecca, Khalid embraced Islam.</w:t>
      </w:r>
    </w:p>
    <w:p>
      <w:pPr>
        <w:jc w:val="right"/>
      </w:pPr>
      <w:r>
        <w:t>یو نو، ان دا ان دا فائنل ڈیز اف مکہ، خالد ایمبریسڈ اسلام۔</w:t>
      </w:r>
    </w:p>
    <w:p>
      <w:r>
        <w:rPr>
          <w:b/>
        </w:rPr>
        <w:t xml:space="preserve">[30:52] </w:t>
      </w:r>
      <w:r>
        <w:t>At that time, he said very meaningful sentence.</w:t>
      </w:r>
    </w:p>
    <w:p>
      <w:pPr>
        <w:jc w:val="right"/>
      </w:pPr>
      <w:r>
        <w:t>ایٹ دیٹ ٹائم، ہی سیڈ ویری میننگ فل سینٹنس۔</w:t>
      </w:r>
    </w:p>
    <w:p>
      <w:r>
        <w:rPr>
          <w:b/>
        </w:rPr>
        <w:t xml:space="preserve">[30:56] </w:t>
      </w:r>
      <w:r>
        <w:t>He said that when he wanted to embrace Islam, someone asked: "O Khalid, why you are embracing</w:t>
      </w:r>
    </w:p>
    <w:p>
      <w:pPr>
        <w:jc w:val="right"/>
      </w:pPr>
      <w:r>
        <w:t>ہی سیڈ دیٹ وین ہی وانٹڈ ٹو ایمبریس اسلام، سم ون اسکڈ: "او خالد، وائی یو ار ایمبریسنگ</w:t>
      </w:r>
    </w:p>
    <w:p>
      <w:r>
        <w:rPr>
          <w:b/>
        </w:rPr>
        <w:t xml:space="preserve">[31:04] </w:t>
      </w:r>
      <w:r>
        <w:t>Islam? Why?" He said: "Dakhlan naas fi al-Islam, wa lam yakun." This was the cry of Khalid during</w:t>
      </w:r>
    </w:p>
    <w:p>
      <w:pPr>
        <w:jc w:val="right"/>
      </w:pPr>
      <w:r>
        <w:t>اسلام؟ وائی؟" ہی سیڈ: "دخل ناز فی الاسلام، ولم یکن۔" دس واز دا دا پرائی اف خالد ڈیورنگ</w:t>
      </w:r>
    </w:p>
    <w:p>
      <w:r>
        <w:rPr>
          <w:b/>
        </w:rPr>
        <w:t xml:space="preserve">[31:11] </w:t>
      </w:r>
      <w:r>
        <w:t>The final phase of Makkah period.</w:t>
      </w:r>
    </w:p>
    <w:p>
      <w:pPr>
        <w:jc w:val="right"/>
      </w:pPr>
      <w:r>
        <w:t>دا فائنل فیز اف مکہ پیریڈ۔</w:t>
      </w:r>
    </w:p>
    <w:p>
      <w:r>
        <w:rPr>
          <w:b/>
        </w:rPr>
        <w:t xml:space="preserve">[31:14] </w:t>
      </w:r>
      <w:r>
        <w:t>Khalid embraced Islam, and at that time, he said: "Dakhalna fi al-Islam, wa lam yakun." He said that</w:t>
      </w:r>
    </w:p>
    <w:p>
      <w:pPr>
        <w:jc w:val="right"/>
      </w:pPr>
      <w:r>
        <w:t>خالد ایمبریسڈ اسلام، اینڈ ایٹ دیٹ ٹائم، ہی سیڈ: "دخل ناز فی الاسلام، ولم یکن۔" ہی سیڈ دیٹ</w:t>
      </w:r>
    </w:p>
    <w:p>
      <w:r>
        <w:rPr>
          <w:b/>
        </w:rPr>
        <w:t xml:space="preserve">[31:22] </w:t>
      </w:r>
      <w:r>
        <w:t>All the all those people who are wisdom, who have who have sincerity, who are serious, who are</w:t>
      </w:r>
    </w:p>
    <w:p>
      <w:pPr>
        <w:jc w:val="right"/>
      </w:pPr>
      <w:r>
        <w:t>ال دا ال دوز پیپل ہو ار وزڈم، ہو ہیو ہو ہیو سنسیرٹی، ہو ار سیریس، ہو ار</w:t>
      </w:r>
    </w:p>
    <w:p>
      <w:r>
        <w:rPr>
          <w:b/>
        </w:rPr>
        <w:t xml:space="preserve">[31:29] </w:t>
      </w:r>
      <w:r>
        <w:t>Sultan.</w:t>
      </w:r>
    </w:p>
    <w:p>
      <w:pPr>
        <w:jc w:val="right"/>
      </w:pPr>
      <w:r>
        <w:t>زوتان۔</w:t>
      </w:r>
    </w:p>
    <w:p>
      <w:r>
        <w:rPr>
          <w:b/>
        </w:rPr>
        <w:t xml:space="preserve">[31:31] </w:t>
      </w:r>
      <w:r>
        <w:t>Zauqan means people of taste.</w:t>
      </w:r>
    </w:p>
    <w:p>
      <w:pPr>
        <w:jc w:val="right"/>
      </w:pPr>
      <w:r>
        <w:t>زوتان مینز پیپل اف ٹیسٹ۔</w:t>
      </w:r>
    </w:p>
    <w:p>
      <w:r>
        <w:rPr>
          <w:b/>
        </w:rPr>
        <w:t xml:space="preserve">[31:33] </w:t>
      </w:r>
      <w:r>
        <w:t>All the people of Taif embraced Islam.</w:t>
      </w:r>
    </w:p>
    <w:p>
      <w:pPr>
        <w:jc w:val="right"/>
      </w:pPr>
      <w:r>
        <w:t>ال دا پیپل اف ٹیسٹ ایمبریس اسلام۔</w:t>
      </w:r>
    </w:p>
    <w:p>
      <w:r>
        <w:rPr>
          <w:b/>
        </w:rPr>
        <w:t xml:space="preserve">[31:36] </w:t>
      </w:r>
      <w:r>
        <w:t>All the people of Taif embraced Islam.</w:t>
      </w:r>
    </w:p>
    <w:p>
      <w:pPr>
        <w:jc w:val="right"/>
      </w:pPr>
      <w:r>
        <w:t>ال دا پیپل اف ٹیسٹ ایمبریسڈ اسلام۔</w:t>
      </w:r>
    </w:p>
    <w:p>
      <w:r>
        <w:rPr>
          <w:b/>
        </w:rPr>
        <w:t xml:space="preserve">[31:39] </w:t>
      </w:r>
      <w:r>
        <w:t>said: "So there is no man of test." So prophet of Islam was able to extract all those</w:t>
      </w:r>
    </w:p>
    <w:p>
      <w:pPr>
        <w:jc w:val="right"/>
      </w:pPr>
      <w:r>
        <w:t>سیڈ: "سو دیر از نو من اف ٹیسٹ۔" سو پرافٹ اف اسلام واز ایبل ٹو ایکسٹریکٹ ال دوز</w:t>
      </w:r>
    </w:p>
    <w:p>
      <w:r>
        <w:rPr>
          <w:b/>
        </w:rPr>
        <w:t xml:space="preserve">[31:47] </w:t>
      </w:r>
      <w:r>
        <w:t>people of taste.</w:t>
      </w:r>
    </w:p>
    <w:p>
      <w:pPr>
        <w:jc w:val="right"/>
      </w:pPr>
      <w:r>
        <w:t>پیپل اف ٹیسٹ۔</w:t>
      </w:r>
    </w:p>
    <w:p>
      <w:r>
        <w:rPr>
          <w:b/>
        </w:rPr>
        <w:t xml:space="preserve">[31:48] </w:t>
      </w:r>
      <w:r>
        <w:t>Test.</w:t>
      </w:r>
    </w:p>
    <w:p>
      <w:pPr>
        <w:jc w:val="right"/>
      </w:pPr>
      <w:r>
        <w:t>ٹیسٹ۔</w:t>
      </w:r>
    </w:p>
    <w:p>
      <w:r>
        <w:rPr>
          <w:b/>
        </w:rPr>
        <w:t xml:space="preserve">[31:50] </w:t>
      </w:r>
      <w:r>
        <w:t>Prophet of Islam was able to collect all those, all those nice people in the Makkah society, without</w:t>
      </w:r>
    </w:p>
    <w:p>
      <w:pPr>
        <w:jc w:val="right"/>
      </w:pPr>
      <w:r>
        <w:t>پرافٹ اف اسلام واز ایبل ٹو کلیکٹ ال دوز، ال دوز نائس پیپل ان دا مکہ سوسائٹی، وداؤٹ</w:t>
      </w:r>
    </w:p>
    <w:p>
      <w:r>
        <w:rPr>
          <w:b/>
        </w:rPr>
        <w:t xml:space="preserve">[31:57] </w:t>
      </w:r>
      <w:r>
        <w:t>going to war, without using arms.</w:t>
      </w:r>
    </w:p>
    <w:p>
      <w:pPr>
        <w:jc w:val="right"/>
      </w:pPr>
      <w:r>
        <w:t>گوئنگ ٹو وار، وداؤٹ یوزنگ ارمز۔</w:t>
      </w:r>
    </w:p>
    <w:p>
      <w:r>
        <w:rPr>
          <w:b/>
        </w:rPr>
        <w:t xml:space="preserve">[32:00] </w:t>
      </w:r>
      <w:r>
        <w:t>It was breaker of sabr.</w:t>
      </w:r>
    </w:p>
    <w:p>
      <w:pPr>
        <w:jc w:val="right"/>
      </w:pPr>
      <w:r>
        <w:t>اٹ واز بریکر اف صبر۔</w:t>
      </w:r>
    </w:p>
    <w:p>
      <w:r>
        <w:rPr>
          <w:b/>
        </w:rPr>
        <w:t xml:space="preserve">[32:02] </w:t>
      </w:r>
      <w:r>
        <w:t>This success was breaker of sabr, and sabr means peaceful planning, constructive planning.</w:t>
      </w:r>
    </w:p>
    <w:p>
      <w:pPr>
        <w:jc w:val="right"/>
      </w:pPr>
      <w:r>
        <w:t>دس سکسیس واز بریکر اف صبر، اینڈ صبر مینز پیس فل پلاننگ، کنسٹرکٹیو پلاننگ۔</w:t>
      </w:r>
    </w:p>
    <w:p>
      <w:r>
        <w:rPr>
          <w:b/>
        </w:rPr>
        <w:t xml:space="preserve">[32:08] </w:t>
      </w:r>
      <w:r>
        <w:t>So sabr is a very, very important word in Islam.</w:t>
      </w:r>
    </w:p>
    <w:p>
      <w:pPr>
        <w:jc w:val="right"/>
      </w:pPr>
      <w:r>
        <w:t>سو صبر از ا ویری، ویری امپورٹنٹ ورڈ ان اسلام۔</w:t>
      </w:r>
    </w:p>
    <w:p>
      <w:r>
        <w:rPr>
          <w:b/>
        </w:rPr>
        <w:t xml:space="preserve">[32:12] </w:t>
      </w:r>
      <w:r>
        <w:t>Sabr is not a passive word, is completely an active word.</w:t>
      </w:r>
    </w:p>
    <w:p>
      <w:pPr>
        <w:jc w:val="right"/>
      </w:pPr>
      <w:r>
        <w:t>صبر از ناٹ ا پیسیو ورڈ، از کمپلیٹلی این ایکٹیو ورڈ۔</w:t>
      </w:r>
    </w:p>
    <w:p>
      <w:r>
        <w:rPr>
          <w:b/>
        </w:rPr>
        <w:t xml:space="preserve">[32:17] </w:t>
      </w:r>
      <w:r>
        <w:t>Sabr means planning, but without using arms.</w:t>
      </w:r>
    </w:p>
    <w:p>
      <w:pPr>
        <w:jc w:val="right"/>
      </w:pPr>
      <w:r>
        <w:t>صبر مینز پلاننگ، بٹ وداؤٹ یوزنگ ارمز۔</w:t>
      </w:r>
    </w:p>
    <w:p>
      <w:r>
        <w:rPr>
          <w:b/>
        </w:rPr>
        <w:t xml:space="preserve">[32:20] </w:t>
      </w:r>
      <w:r>
        <w:t>in sabr you do everything except one, that is use of arms.</w:t>
      </w:r>
    </w:p>
    <w:p>
      <w:pPr>
        <w:jc w:val="right"/>
      </w:pPr>
      <w:r>
        <w:t>ان صبر یو ڈو ایوری تھنگ ایکسیپٹ ون، دیٹ از یوز اف ارمز۔</w:t>
      </w:r>
    </w:p>
    <w:p>
      <w:r>
        <w:rPr>
          <w:b/>
        </w:rPr>
        <w:t xml:space="preserve">[32:26] </w:t>
      </w:r>
      <w:r>
        <w:t>This is sabr.</w:t>
      </w:r>
    </w:p>
    <w:p>
      <w:pPr>
        <w:jc w:val="right"/>
      </w:pPr>
      <w:r>
        <w:t>دس از صبر۔</w:t>
      </w:r>
    </w:p>
    <w:p>
      <w:r>
        <w:rPr>
          <w:b/>
        </w:rPr>
        <w:t xml:space="preserve">[32:27] </w:t>
      </w:r>
      <w:r>
        <w:t>If you read the life of the Prophet of Islam, you will find that when Prophet migrated from</w:t>
      </w:r>
    </w:p>
    <w:p>
      <w:pPr>
        <w:jc w:val="right"/>
      </w:pPr>
      <w:r>
        <w:t>اف یو ریڈ دا لائف اف دا پرافٹ اف اسلام، یو ویل فائنڈ دیٹ وین پرافٹ مائیگریٹڈ فرام</w:t>
      </w:r>
    </w:p>
    <w:p>
      <w:r>
        <w:rPr>
          <w:b/>
        </w:rPr>
        <w:t xml:space="preserve">[32:35] </w:t>
      </w:r>
      <w:r>
        <w:t>Makkah to Madinah, so Makkah people or Quraish became angry.</w:t>
      </w:r>
    </w:p>
    <w:p>
      <w:pPr>
        <w:jc w:val="right"/>
      </w:pPr>
      <w:r>
        <w:t>مکہ ٹو مدینہ، سو مکہ پیپل اور قریش بیکم اینگری۔</w:t>
      </w:r>
    </w:p>
    <w:p>
      <w:r>
        <w:rPr>
          <w:b/>
        </w:rPr>
        <w:t xml:space="preserve">[32:39] </w:t>
      </w:r>
      <w:r>
        <w:t>They wanted to kill the Prophet of Islam, they attacked Madina.</w:t>
      </w:r>
    </w:p>
    <w:p>
      <w:pPr>
        <w:jc w:val="right"/>
      </w:pPr>
      <w:r>
        <w:t>دے وانٹڈ ٹو کل دا پرافٹ اف اسلام، دے اٹیکڈ مدینہ۔</w:t>
      </w:r>
    </w:p>
    <w:p>
      <w:r>
        <w:rPr>
          <w:b/>
        </w:rPr>
        <w:t xml:space="preserve">[32:44] </w:t>
      </w:r>
      <w:r>
        <w:t>So there were some defensive battles, like Battle of Badr, Battle of Uhud, Battle of Hunayn.</w:t>
      </w:r>
    </w:p>
    <w:p>
      <w:pPr>
        <w:jc w:val="right"/>
      </w:pPr>
      <w:r>
        <w:t>سو دیر وار سم ڈیفنسو بیٹل، لائک بیٹل اف بدر، بیٹل اف احد، بیٹل اف حنین۔</w:t>
      </w:r>
    </w:p>
    <w:p>
      <w:r>
        <w:rPr>
          <w:b/>
        </w:rPr>
        <w:t xml:space="preserve">[32:51] </w:t>
      </w:r>
      <w:r>
        <w:t>Basically, three, three battles.</w:t>
      </w:r>
    </w:p>
    <w:p>
      <w:pPr>
        <w:jc w:val="right"/>
      </w:pPr>
      <w:r>
        <w:t>بیسکلی تین، تھری بیٹلز۔</w:t>
      </w:r>
    </w:p>
    <w:p>
      <w:r>
        <w:rPr>
          <w:b/>
        </w:rPr>
        <w:t xml:space="preserve">[32:52] </w:t>
      </w:r>
      <w:r>
        <w:t>So there were some battles, but you know, the matter was still controversial.</w:t>
      </w:r>
    </w:p>
    <w:p>
      <w:pPr>
        <w:jc w:val="right"/>
      </w:pPr>
      <w:r>
        <w:t>سو دیر وار سم بیٹلز، بٹ یو نو، دا میٹر واز اسٹل کنٹروورشل۔</w:t>
      </w:r>
    </w:p>
    <w:p>
      <w:r>
        <w:rPr>
          <w:b/>
        </w:rPr>
        <w:t xml:space="preserve">[32:58] </w:t>
      </w:r>
      <w:r>
        <w:t>There was no victory.</w:t>
      </w:r>
    </w:p>
    <w:p>
      <w:pPr>
        <w:jc w:val="right"/>
      </w:pPr>
      <w:r>
        <w:t>دیر واز نو وکٹری۔</w:t>
      </w:r>
    </w:p>
    <w:p>
      <w:r>
        <w:rPr>
          <w:b/>
        </w:rPr>
        <w:t xml:space="preserve">[33:00] </w:t>
      </w:r>
      <w:r>
        <w:t>The Prophet entered into an agreement, into a peace treaty, that is called Hudaybiyyah Agreement.</w:t>
      </w:r>
    </w:p>
    <w:p>
      <w:pPr>
        <w:jc w:val="right"/>
      </w:pPr>
      <w:r>
        <w:t>دین پرافٹ انٹرڈ ان ا ان این ایگریمنٹ، ان ا پیس ٹریٹی، دیٹ از کالڈ حدیبیہ ایگریمنٹ۔</w:t>
      </w:r>
    </w:p>
    <w:p>
      <w:r>
        <w:rPr>
          <w:b/>
        </w:rPr>
        <w:t xml:space="preserve">[33:07] </w:t>
      </w:r>
      <w:r>
        <w:t>You know, Hudaibiya Agreement was basically a peace treaty.</w:t>
      </w:r>
    </w:p>
    <w:p>
      <w:pPr>
        <w:jc w:val="right"/>
      </w:pPr>
      <w:r>
        <w:t>یو نو، حدیبیہ ایگریمنٹ واز بیسکلی ا پیس ٹریٹی۔</w:t>
      </w:r>
    </w:p>
    <w:p>
      <w:r>
        <w:rPr>
          <w:b/>
        </w:rPr>
        <w:t xml:space="preserve">[33:11] </w:t>
      </w:r>
      <w:r>
        <w:t>It was a peace agreement.</w:t>
      </w:r>
    </w:p>
    <w:p>
      <w:pPr>
        <w:jc w:val="right"/>
      </w:pPr>
      <w:r>
        <w:t>اٹ واز ا پیس ایگریمنٹ۔</w:t>
      </w:r>
    </w:p>
    <w:p>
      <w:r>
        <w:rPr>
          <w:b/>
        </w:rPr>
        <w:t xml:space="preserve">[33:13] </w:t>
      </w:r>
      <w:r>
        <w:t>It was, it was also a sabr phenomena, because in this agreement, the other party, that is Quraish,</w:t>
      </w:r>
    </w:p>
    <w:p>
      <w:pPr>
        <w:jc w:val="right"/>
      </w:pPr>
      <w:r>
        <w:t>اٹ واز، اٹ واز السو ا صبر فیناومینا، بیکاز ان دس ایگریمنٹ، دی ادر پارٹی، دیٹ از قریش،</w:t>
      </w:r>
    </w:p>
    <w:p>
      <w:r>
        <w:rPr>
          <w:b/>
        </w:rPr>
        <w:t xml:space="preserve">[33:21] </w:t>
      </w:r>
      <w:r>
        <w:t>They demanded that you have to accept all our conditions, otherwise there is no treaty, there is no</w:t>
      </w:r>
    </w:p>
    <w:p>
      <w:pPr>
        <w:jc w:val="right"/>
      </w:pPr>
      <w:r>
        <w:t>دے ڈیمانڈڈ دیٹ یو ہیو ٹو ایکسیپٹ ال اور کنڈیشنز، ادروائز دیر از نو ٹریٹی، دیر از نو</w:t>
      </w:r>
    </w:p>
    <w:p>
      <w:r>
        <w:rPr>
          <w:b/>
        </w:rPr>
        <w:t xml:space="preserve">[33:28] </w:t>
      </w:r>
      <w:r>
        <w:t>agreement.</w:t>
      </w:r>
    </w:p>
    <w:p>
      <w:pPr>
        <w:jc w:val="right"/>
      </w:pPr>
      <w:r>
        <w:t>ایگریمنٹ۔</w:t>
      </w:r>
    </w:p>
    <w:p>
      <w:r>
        <w:rPr>
          <w:b/>
        </w:rPr>
        <w:t xml:space="preserve">[33:30] </w:t>
      </w:r>
      <w:r>
        <w:t>Their demand was that you have to accept all our conditions, unilaterally.</w:t>
      </w:r>
    </w:p>
    <w:p>
      <w:pPr>
        <w:jc w:val="right"/>
      </w:pPr>
      <w:r>
        <w:t>دیر ڈیمانڈ واز دیٹ یو ہیو ٹو ایکسیپٹ ال اور کنڈیشنز، یونیلیٹرلی۔</w:t>
      </w:r>
    </w:p>
    <w:p>
      <w:r>
        <w:rPr>
          <w:b/>
        </w:rPr>
        <w:t xml:space="preserve">[33:35] </w:t>
      </w:r>
      <w:r>
        <w:t>We are not going to accept your conditions.</w:t>
      </w:r>
    </w:p>
    <w:p>
      <w:pPr>
        <w:jc w:val="right"/>
      </w:pPr>
      <w:r>
        <w:t>وی ار ناٹ گوئنگ ٹو ایکسیپٹ یور کنڈیشنز۔</w:t>
      </w:r>
    </w:p>
    <w:p>
      <w:r>
        <w:rPr>
          <w:b/>
        </w:rPr>
        <w:t xml:space="preserve">[33:39] </w:t>
      </w:r>
      <w:r>
        <w:t>Quraish demanded that we are not going to accept your conditions, but you have to accept our conditions,</w:t>
      </w:r>
    </w:p>
    <w:p>
      <w:pPr>
        <w:jc w:val="right"/>
      </w:pPr>
      <w:r>
        <w:t>قریش ڈیمانڈڈ دیٹ وی ار ناٹ گوئنگ ٹو ایکسیپٹ یور کنڈیشنز، بٹ یو ہیو ٹو ایکسیپٹ اور کنڈیشنز،</w:t>
      </w:r>
    </w:p>
    <w:p>
      <w:r>
        <w:rPr>
          <w:b/>
        </w:rPr>
        <w:t xml:space="preserve">[33:46] </w:t>
      </w:r>
      <w:r>
        <w:t>unilaterally.</w:t>
      </w:r>
    </w:p>
    <w:p>
      <w:pPr>
        <w:jc w:val="right"/>
      </w:pPr>
      <w:r>
        <w:t>یونیلیٹرلی۔</w:t>
      </w:r>
    </w:p>
    <w:p>
      <w:r>
        <w:rPr>
          <w:b/>
        </w:rPr>
        <w:t xml:space="preserve">[33:48] </w:t>
      </w:r>
      <w:r>
        <w:t>So, but the Prophet of Islam accepted this, these conditions.</w:t>
      </w:r>
    </w:p>
    <w:p>
      <w:pPr>
        <w:jc w:val="right"/>
      </w:pPr>
      <w:r>
        <w:t>سو بٹ پرافٹ اف اسلام ایکسیپٹڈ دس، دیز کنڈیشنز۔</w:t>
      </w:r>
    </w:p>
    <w:p>
      <w:r>
        <w:rPr>
          <w:b/>
        </w:rPr>
        <w:t xml:space="preserve">[33:52] </w:t>
      </w:r>
      <w:r>
        <w:t>Why? By accepting all these conditions, prophet gained one thing, that is peace.</w:t>
      </w:r>
    </w:p>
    <w:p>
      <w:pPr>
        <w:jc w:val="right"/>
      </w:pPr>
      <w:r>
        <w:t>وائی؟ بائی ایکسیپٹنگ ال دیز کنڈیشنز، پرافٹ گین ون تھنگ، دیٹ از پیس۔</w:t>
      </w:r>
    </w:p>
    <w:p>
      <w:r>
        <w:rPr>
          <w:b/>
        </w:rPr>
        <w:t xml:space="preserve">[33:57] </w:t>
      </w:r>
      <w:r>
        <w:t>Basically, Hudaibiya Agreement was a peace treaty, a peace agreement.</w:t>
      </w:r>
    </w:p>
    <w:p>
      <w:pPr>
        <w:jc w:val="right"/>
      </w:pPr>
      <w:r>
        <w:t>بیسکلی، حدیبیہ ایگریمنٹ واز ا پیس ٹریٹی، ا پیس ایگریمنٹ۔</w:t>
      </w:r>
    </w:p>
    <w:p>
      <w:r>
        <w:rPr>
          <w:b/>
        </w:rPr>
        <w:t xml:space="preserve">[34:01] </w:t>
      </w:r>
      <w:r>
        <w:t>In this agreement, there was a provision that there will be no war between Muhammad and Quraish, up</w:t>
      </w:r>
    </w:p>
    <w:p>
      <w:pPr>
        <w:jc w:val="right"/>
      </w:pPr>
      <w:r>
        <w:t>ان دس ایگریمنٹ، دیر واز ا پروویژن دیٹ دیر ول بی نو وار بٹوین محمد اینڈ قریش، اپ</w:t>
      </w:r>
    </w:p>
    <w:p>
      <w:r>
        <w:rPr>
          <w:b/>
        </w:rPr>
        <w:t xml:space="preserve">[34:09] </w:t>
      </w:r>
      <w:r>
        <w:t>to ten years.</w:t>
      </w:r>
    </w:p>
    <w:p>
      <w:pPr>
        <w:jc w:val="right"/>
      </w:pPr>
      <w:r>
        <w:t>ٹو ٹین ایئرز۔</w:t>
      </w:r>
    </w:p>
    <w:p>
      <w:r>
        <w:rPr>
          <w:b/>
        </w:rPr>
        <w:t xml:space="preserve">[34:11] </w:t>
      </w:r>
      <w:r>
        <w:t>Up to ten years.</w:t>
      </w:r>
    </w:p>
    <w:p>
      <w:pPr>
        <w:jc w:val="right"/>
      </w:pPr>
      <w:r>
        <w:t>اپ ٹو ٹین ایئرز۔</w:t>
      </w:r>
    </w:p>
    <w:p>
      <w:r>
        <w:rPr>
          <w:b/>
        </w:rPr>
        <w:t xml:space="preserve">[34:12] </w:t>
      </w:r>
      <w:r>
        <w:t>So it was a ten years no war pact.</w:t>
      </w:r>
    </w:p>
    <w:p>
      <w:pPr>
        <w:jc w:val="right"/>
      </w:pPr>
      <w:r>
        <w:t>سو اٹ واز ا ٹین ایئرز نو وار پیکٹ۔</w:t>
      </w:r>
    </w:p>
    <w:p>
      <w:r>
        <w:rPr>
          <w:b/>
        </w:rPr>
        <w:t xml:space="preserve">[34:16] </w:t>
      </w:r>
      <w:r>
        <w:t>ten years no war pact.</w:t>
      </w:r>
    </w:p>
    <w:p>
      <w:pPr>
        <w:jc w:val="right"/>
      </w:pPr>
      <w:r>
        <w:t>ٹین ایئرز نو وار پیکٹ۔</w:t>
      </w:r>
    </w:p>
    <w:p>
      <w:r>
        <w:rPr>
          <w:b/>
        </w:rPr>
        <w:t xml:space="preserve">[34:18] </w:t>
      </w:r>
      <w:r>
        <w:t>For this provision, Prophet accepted all those conditions, only for this provision, to stop war, to establish peace.</w:t>
      </w:r>
    </w:p>
    <w:p>
      <w:pPr>
        <w:jc w:val="right"/>
      </w:pPr>
      <w:r>
        <w:t>فار دس پروویژن، پرافٹ ایکسیپٹڈ ال دوز کنڈیشنز، اونلی فار دس پروویژن، ٹو سٹاپ وار، ٹو اسٹیبلش پیس۔</w:t>
      </w:r>
    </w:p>
    <w:p>
      <w:r>
        <w:rPr>
          <w:b/>
        </w:rPr>
        <w:t xml:space="preserve">[34:26] </w:t>
      </w:r>
      <w:r>
        <w:t>So peace was the greatest concern of the Prophet of Islam.</w:t>
      </w:r>
    </w:p>
    <w:p>
      <w:pPr>
        <w:jc w:val="right"/>
      </w:pPr>
      <w:r>
        <w:t>سو پیس واز دا گریٹسٹ کنسرن اف پرافٹ اف اسلام۔</w:t>
      </w:r>
    </w:p>
    <w:p>
      <w:r>
        <w:rPr>
          <w:b/>
        </w:rPr>
        <w:t xml:space="preserve">[34:30] </w:t>
      </w:r>
      <w:r>
        <w:t>Peace was the greatest concern of the Prophet of Islam.</w:t>
      </w:r>
    </w:p>
    <w:p>
      <w:pPr>
        <w:jc w:val="right"/>
      </w:pPr>
      <w:r>
        <w:t>پیس واز دا گریٹسٹ کنسرن اف دا پرافٹ اف اسلام۔</w:t>
      </w:r>
    </w:p>
    <w:p>
      <w:r>
        <w:rPr>
          <w:b/>
        </w:rPr>
        <w:t xml:space="preserve">[34:35] </w:t>
      </w:r>
      <w:r>
        <w:t>The clear, the clear evidence we find in the Hudaybiyyah treaty.</w:t>
      </w:r>
    </w:p>
    <w:p>
      <w:pPr>
        <w:jc w:val="right"/>
      </w:pPr>
      <w:r>
        <w:t>دا کلیئر، دا کلیئر ایویڈنس وی فائنڈ ان دی حدیبیہ ٹریٹی۔</w:t>
      </w:r>
    </w:p>
    <w:p>
      <w:r>
        <w:rPr>
          <w:b/>
        </w:rPr>
        <w:t xml:space="preserve">[34:39] </w:t>
      </w:r>
      <w:r>
        <w:t>You know, Hudaibiya treaty was finalized after a long, long discussions.</w:t>
      </w:r>
    </w:p>
    <w:p>
      <w:pPr>
        <w:jc w:val="right"/>
      </w:pPr>
      <w:r>
        <w:t>یو نو، حدیبیہ ٹریٹی واز فائنلائزڈ افٹر ا لانگ، لانگ ڈسکشنز۔</w:t>
      </w:r>
    </w:p>
    <w:p>
      <w:r>
        <w:rPr>
          <w:b/>
        </w:rPr>
        <w:t xml:space="preserve">[34:44] </w:t>
      </w:r>
      <w:r>
        <w:t>Perhaps it took two weeks, after two, after two weeks discussion, it became very clear that Quraish are</w:t>
      </w:r>
    </w:p>
    <w:p>
      <w:pPr>
        <w:jc w:val="right"/>
      </w:pPr>
      <w:r>
        <w:t>پرہیپس اٹ ٹک ٹو ویکس، افٹر ٹو، افٹر ٹو ویکس ڈسکشن، اٹ بیکم ویری کلیئر دیٹ قریش ار</w:t>
      </w:r>
    </w:p>
    <w:p>
      <w:r>
        <w:rPr>
          <w:b/>
        </w:rPr>
        <w:t xml:space="preserve">[34:52] </w:t>
      </w:r>
      <w:r>
        <w:t>not going to accept Muslims' condition.</w:t>
      </w:r>
    </w:p>
    <w:p>
      <w:pPr>
        <w:jc w:val="right"/>
      </w:pPr>
      <w:r>
        <w:t>ناٹ گوئنگ ٹو ایکسیپٹ مسلمز کنڈیشن۔</w:t>
      </w:r>
    </w:p>
    <w:p>
      <w:r>
        <w:rPr>
          <w:b/>
        </w:rPr>
        <w:t xml:space="preserve">[34:54] </w:t>
      </w:r>
      <w:r>
        <w:t>So we have to accept their conditions.</w:t>
      </w:r>
    </w:p>
    <w:p>
      <w:pPr>
        <w:jc w:val="right"/>
      </w:pPr>
      <w:r>
        <w:t>سو وی ہیو ٹو ایکسیپٹ دیر کنڈیشنز۔</w:t>
      </w:r>
    </w:p>
    <w:p>
      <w:r>
        <w:rPr>
          <w:b/>
        </w:rPr>
        <w:t xml:space="preserve">[34:57] </w:t>
      </w:r>
      <w:r>
        <w:t>So the only thing that the Prophet gained in this, in this agreement, that was peace, because it was inserted</w:t>
      </w:r>
    </w:p>
    <w:p>
      <w:pPr>
        <w:jc w:val="right"/>
      </w:pPr>
      <w:r>
        <w:t>سو اونلی تھنگ دیٹ پرافٹ گین ان دس، ان دس ایگریمنٹ، دیٹ واز پیس، بیکاز اٹ واز انسرٹڈ</w:t>
      </w:r>
    </w:p>
    <w:p>
      <w:r>
        <w:rPr>
          <w:b/>
        </w:rPr>
        <w:t xml:space="preserve">[35:05] </w:t>
      </w:r>
      <w:r>
        <w:t>In this agreement that there will be no war between Muhammad and Quraish, up to, up to ten</w:t>
      </w:r>
    </w:p>
    <w:p>
      <w:pPr>
        <w:jc w:val="right"/>
      </w:pPr>
      <w:r>
        <w:t>ان دس ایگریمنٹ دیٹ دیر ول بی نو وار بٹوین محمد اینڈ قریش، اپ ٹو، اپ ٹو ٹین</w:t>
      </w:r>
    </w:p>
    <w:p>
      <w:r>
        <w:rPr>
          <w:b/>
        </w:rPr>
        <w:t xml:space="preserve">[35:13] </w:t>
      </w:r>
      <w:r>
        <w:t>years.</w:t>
      </w:r>
    </w:p>
    <w:p>
      <w:pPr>
        <w:jc w:val="right"/>
      </w:pPr>
      <w:r>
        <w:t>ایئرز۔</w:t>
      </w:r>
    </w:p>
    <w:p>
      <w:r>
        <w:rPr>
          <w:b/>
        </w:rPr>
        <w:t xml:space="preserve">[35:14] </w:t>
      </w:r>
      <w:r>
        <w:t>So when this agreement was finalized, God revealed a very historic verse in the Quran: "Inna fatahna laka</w:t>
      </w:r>
    </w:p>
    <w:p>
      <w:pPr>
        <w:jc w:val="right"/>
      </w:pPr>
      <w:r>
        <w:t>سو وین دس ایگریمنٹ واز فائنلائزڈ، گاڈ ریویلڈ ا ویری ہسٹورک ورس ان دا قران: "انا فتحنا لک</w:t>
      </w:r>
    </w:p>
    <w:p>
      <w:r>
        <w:rPr>
          <w:b/>
        </w:rPr>
        <w:t xml:space="preserve">[35:22] </w:t>
      </w:r>
      <w:r>
        <w:t>فتح مبینہ، انا فتحنا لک فتح مبینہ۔" In this verse, God declared that it is a clear victory.</w:t>
      </w:r>
    </w:p>
    <w:p>
      <w:pPr>
        <w:jc w:val="right"/>
      </w:pPr>
      <w:r>
        <w:t>فتح مبینہ، انا فتحنا لک فتح مبینہ۔" ان دس ورس، گاڈ ڈیکلیئرڈ دیٹ اٹ از ا کلیئر وکٹری۔</w:t>
      </w:r>
    </w:p>
    <w:p>
      <w:r>
        <w:rPr>
          <w:b/>
        </w:rPr>
        <w:t xml:space="preserve">[35:30] </w:t>
      </w:r>
      <w:r>
        <w:t>Hudaibiyah agreement is clear victory for you.</w:t>
      </w:r>
    </w:p>
    <w:p>
      <w:pPr>
        <w:jc w:val="right"/>
      </w:pPr>
      <w:r>
        <w:t>حدیبیہ ایگریمنٹ از کلیئر وکٹری فار یو۔</w:t>
      </w:r>
    </w:p>
    <w:p>
      <w:r>
        <w:rPr>
          <w:b/>
        </w:rPr>
        <w:t xml:space="preserve">[35:33] </w:t>
      </w:r>
      <w:r>
        <w:t>You know, all the companions, including Umar ibn Khattab, all the companions were suspicious.</w:t>
      </w:r>
    </w:p>
    <w:p>
      <w:pPr>
        <w:jc w:val="right"/>
      </w:pPr>
      <w:r>
        <w:t>یو نو، ال دا کمپینینز، انکلوڈنگ عمر بن خطاب، ال دا کمپینینز وار سسپیشس۔</w:t>
      </w:r>
    </w:p>
    <w:p>
      <w:r>
        <w:rPr>
          <w:b/>
        </w:rPr>
        <w:t xml:space="preserve">[35:39] </w:t>
      </w:r>
      <w:r>
        <w:t>How it is fateh? How it is victory? We, we compel to accept all that demands.</w:t>
      </w:r>
    </w:p>
    <w:p>
      <w:pPr>
        <w:jc w:val="right"/>
      </w:pPr>
      <w:r>
        <w:t>ہاؤ اٹ از فتح؟ ہاؤ اٹ از وکٹری؟ وی، وی کمپل ٹو ایکسیپٹ ال دیٹ ڈیمانڈز۔</w:t>
      </w:r>
    </w:p>
    <w:p>
      <w:r>
        <w:rPr>
          <w:b/>
        </w:rPr>
        <w:t xml:space="preserve">[35:46] </w:t>
      </w:r>
      <w:r>
        <w:t>So how, how it is victory? It is, it is victory for Quraish or not for, for, for</w:t>
      </w:r>
    </w:p>
    <w:p>
      <w:pPr>
        <w:jc w:val="right"/>
      </w:pPr>
      <w:r>
        <w:t>سو ہاؤ، ہاؤ اٹ از وکٹری؟ اٹ از، اٹ از وکٹری فار قریش اور ناٹ فار، فار، فار</w:t>
      </w:r>
    </w:p>
    <w:p>
      <w:r>
        <w:rPr>
          <w:b/>
        </w:rPr>
        <w:t xml:space="preserve">[35:53] </w:t>
      </w:r>
      <w:r>
        <w:t>Muhammad.</w:t>
      </w:r>
    </w:p>
    <w:p>
      <w:pPr>
        <w:jc w:val="right"/>
      </w:pPr>
      <w:r>
        <w:t>محمد۔</w:t>
      </w:r>
    </w:p>
    <w:p>
      <w:r>
        <w:rPr>
          <w:b/>
        </w:rPr>
        <w:t xml:space="preserve">[35:55] </w:t>
      </w:r>
      <w:r>
        <w:t>But Quran revealed this historic verse at that time: "Inna fatahna laka fathan mubina." Hudaybiyyah agreement is a</w:t>
      </w:r>
    </w:p>
    <w:p>
      <w:pPr>
        <w:jc w:val="right"/>
      </w:pPr>
      <w:r>
        <w:t>بٹ قران ریویلڈ دس ہسٹورک ورس ایٹ دیٹ ٹائم: "انا فتحنا لک فتح مبینہ۔" حدیبیہ ایگریمنٹ از ا</w:t>
      </w:r>
    </w:p>
    <w:p>
      <w:r>
        <w:rPr>
          <w:b/>
        </w:rPr>
        <w:t xml:space="preserve">[36:03] </w:t>
      </w:r>
      <w:r>
        <w:t>clear victory for you.</w:t>
      </w:r>
    </w:p>
    <w:p>
      <w:pPr>
        <w:jc w:val="right"/>
      </w:pPr>
      <w:r>
        <w:t>کلیئر وکٹری فار یو۔</w:t>
      </w:r>
    </w:p>
    <w:p>
      <w:r>
        <w:rPr>
          <w:b/>
        </w:rPr>
        <w:t xml:space="preserve">[36:04] </w:t>
      </w:r>
      <w:r>
        <w:t>Now, how it was clear victory? How it was a clear victory? Because this agreement stopped all those</w:t>
      </w:r>
    </w:p>
    <w:p>
      <w:pPr>
        <w:jc w:val="right"/>
      </w:pPr>
      <w:r>
        <w:t>ناو، ہاؤ اٹ واز کلیئر وکٹری؟ ہاؤ اٹ واز ا کلیئر وکٹری؟ بیکاز دس ایگریمنٹ سٹاپڈ ال دوز</w:t>
      </w:r>
    </w:p>
    <w:p>
      <w:r>
        <w:rPr>
          <w:b/>
        </w:rPr>
        <w:t xml:space="preserve">[36:12] </w:t>
      </w:r>
      <w:r>
        <w:t>violent activities.</w:t>
      </w:r>
    </w:p>
    <w:p>
      <w:pPr>
        <w:jc w:val="right"/>
      </w:pPr>
      <w:r>
        <w:t>وائلنٹ ایکٹیویٹیز۔</w:t>
      </w:r>
    </w:p>
    <w:p>
      <w:r>
        <w:rPr>
          <w:b/>
        </w:rPr>
        <w:t xml:space="preserve">[36:13] </w:t>
      </w:r>
      <w:r>
        <w:t>This agreement stopped all those wars.</w:t>
      </w:r>
    </w:p>
    <w:p>
      <w:pPr>
        <w:jc w:val="right"/>
      </w:pPr>
      <w:r>
        <w:t>دس ایگریمنٹ سٹاپڈ ال دوز وارز۔</w:t>
      </w:r>
    </w:p>
    <w:p>
      <w:r>
        <w:rPr>
          <w:b/>
        </w:rPr>
        <w:t xml:space="preserve">[36:16] </w:t>
      </w:r>
      <w:r>
        <w:t>This agreement stopped all those violent activities.</w:t>
      </w:r>
    </w:p>
    <w:p>
      <w:pPr>
        <w:jc w:val="right"/>
      </w:pPr>
      <w:r>
        <w:t>دس ایگریمنٹ سٹاپڈ ال دوز وائلنٹ ایکٹیویٹیز۔</w:t>
      </w:r>
    </w:p>
    <w:p>
      <w:r>
        <w:rPr>
          <w:b/>
        </w:rPr>
        <w:t xml:space="preserve">[36:19] </w:t>
      </w:r>
      <w:r>
        <w:t>So after this agreement, there was peace between Muhammad and Quraish, between Muslims and Mecca people.</w:t>
      </w:r>
    </w:p>
    <w:p>
      <w:pPr>
        <w:jc w:val="right"/>
      </w:pPr>
      <w:r>
        <w:t>سو افٹر دس ایگریمنٹ، دیر واز پیس بٹوین محمد اینڈ قریش، بٹوین مسلمز اینڈ مکہ پیپل۔</w:t>
      </w:r>
    </w:p>
    <w:p>
      <w:r>
        <w:rPr>
          <w:b/>
        </w:rPr>
        <w:t xml:space="preserve">[36:26] </w:t>
      </w:r>
      <w:r>
        <w:t>And you know, peace is very, very favorable to Islamic dawah.</w:t>
      </w:r>
    </w:p>
    <w:p>
      <w:pPr>
        <w:jc w:val="right"/>
      </w:pPr>
      <w:r>
        <w:t>اینڈ یو نو، پیس از ویری، ویری فیوریبل ٹو اسلامک دعوی۔</w:t>
      </w:r>
    </w:p>
    <w:p>
      <w:r>
        <w:rPr>
          <w:b/>
        </w:rPr>
        <w:t xml:space="preserve">[36:31] </w:t>
      </w:r>
      <w:r>
        <w:t>Peace means opening all the doors of Islamic Dawah.</w:t>
      </w:r>
    </w:p>
    <w:p>
      <w:pPr>
        <w:jc w:val="right"/>
      </w:pPr>
      <w:r>
        <w:t>پیس مینز اوپننگ ال دا ڈورز اف اسلامک دعوی۔</w:t>
      </w:r>
    </w:p>
    <w:p>
      <w:r>
        <w:rPr>
          <w:b/>
        </w:rPr>
        <w:t xml:space="preserve">[36:34] </w:t>
      </w:r>
      <w:r>
        <w:t>Where there is peace, there are normal interactions.</w:t>
      </w:r>
    </w:p>
    <w:p>
      <w:pPr>
        <w:jc w:val="right"/>
      </w:pPr>
      <w:r>
        <w:t>ویر دیر از پیس، دیر از نارمل انٹریکشنز۔</w:t>
      </w:r>
    </w:p>
    <w:p>
      <w:r>
        <w:rPr>
          <w:b/>
        </w:rPr>
        <w:t xml:space="preserve">[36:38] </w:t>
      </w:r>
      <w:r>
        <w:t>Where there is peace, there is interaction in normal situation.</w:t>
      </w:r>
    </w:p>
    <w:p>
      <w:pPr>
        <w:jc w:val="right"/>
      </w:pPr>
      <w:r>
        <w:t>ویر دیر از پیس، دیر از انٹریکشن ان نارمل سچویشن۔</w:t>
      </w:r>
    </w:p>
    <w:p>
      <w:r>
        <w:rPr>
          <w:b/>
        </w:rPr>
        <w:t xml:space="preserve">[36:42] </w:t>
      </w:r>
      <w:r>
        <w:t>Where there is peace, there is normal sea.</w:t>
      </w:r>
    </w:p>
    <w:p>
      <w:pPr>
        <w:jc w:val="right"/>
      </w:pPr>
      <w:r>
        <w:t>ویر دیر از پیس، دیر از نارمل سی۔</w:t>
      </w:r>
    </w:p>
    <w:p>
      <w:r>
        <w:rPr>
          <w:b/>
        </w:rPr>
        <w:t xml:space="preserve">[36:46] </w:t>
      </w:r>
      <w:r>
        <w:t>Where there is peace, there is interaction.</w:t>
      </w:r>
    </w:p>
    <w:p>
      <w:pPr>
        <w:jc w:val="right"/>
      </w:pPr>
      <w:r>
        <w:t>ویر دیر از پیس، دیر از انٹریکشن۔</w:t>
      </w:r>
    </w:p>
    <w:p>
      <w:r>
        <w:rPr>
          <w:b/>
        </w:rPr>
        <w:t xml:space="preserve">[36:49] </w:t>
      </w:r>
      <w:r>
        <w:t>Where there is peace, there are discussions.</w:t>
      </w:r>
    </w:p>
    <w:p>
      <w:pPr>
        <w:jc w:val="right"/>
      </w:pPr>
      <w:r>
        <w:t>ویر دیر از پیس، دیر ار ڈسکشنز۔</w:t>
      </w:r>
    </w:p>
    <w:p>
      <w:r>
        <w:rPr>
          <w:b/>
        </w:rPr>
        <w:t xml:space="preserve">[36:52] </w:t>
      </w:r>
      <w:r>
        <w:t>Where there is peace, there is dawah activism.</w:t>
      </w:r>
    </w:p>
    <w:p>
      <w:pPr>
        <w:jc w:val="right"/>
      </w:pPr>
      <w:r>
        <w:t>ویر دیر از پیس، دیر از دعوی ایکٹیوزم۔</w:t>
      </w:r>
    </w:p>
    <w:p>
      <w:r>
        <w:rPr>
          <w:b/>
        </w:rPr>
        <w:t xml:space="preserve">[36:55] </w:t>
      </w:r>
      <w:r>
        <w:t>Peace opens all those doors.</w:t>
      </w:r>
    </w:p>
    <w:p>
      <w:pPr>
        <w:jc w:val="right"/>
      </w:pPr>
      <w:r>
        <w:t>پیس اوپنز ال دوز ڈورز۔</w:t>
      </w:r>
    </w:p>
    <w:p>
      <w:r>
        <w:rPr>
          <w:b/>
        </w:rPr>
        <w:t xml:space="preserve">[36:57] </w:t>
      </w:r>
      <w:r>
        <w:t>Peace opens all the doors of dawah, all the doors of peaceful activities.</w:t>
      </w:r>
    </w:p>
    <w:p>
      <w:pPr>
        <w:jc w:val="right"/>
      </w:pPr>
      <w:r>
        <w:t>پیس اوپنز ال دا ڈورز اف دعوی، ال دا ڈورز اف پیس فل ایکٹیویٹیز۔</w:t>
      </w:r>
    </w:p>
    <w:p>
      <w:r>
        <w:rPr>
          <w:b/>
        </w:rPr>
        <w:t xml:space="preserve">[37:03] </w:t>
      </w:r>
      <w:r>
        <w:t>So in this sense, it was a victory.</w:t>
      </w:r>
    </w:p>
    <w:p>
      <w:pPr>
        <w:jc w:val="right"/>
      </w:pPr>
      <w:r>
        <w:t>سو ان دس سینس، اٹ واز ا وکٹری۔</w:t>
      </w:r>
    </w:p>
    <w:p>
      <w:r>
        <w:rPr>
          <w:b/>
        </w:rPr>
        <w:t xml:space="preserve">[37:07] </w:t>
      </w:r>
      <w:r>
        <w:t>And you know, the result was miraculous.</w:t>
      </w:r>
    </w:p>
    <w:p>
      <w:pPr>
        <w:jc w:val="right"/>
      </w:pPr>
      <w:r>
        <w:t>اینڈ یو نو، دا رزلٹ واز بریکلس۔</w:t>
      </w:r>
    </w:p>
    <w:p>
      <w:r>
        <w:rPr>
          <w:b/>
        </w:rPr>
        <w:t xml:space="preserve">[37:10] </w:t>
      </w:r>
      <w:r>
        <w:t>was brakeless.</w:t>
      </w:r>
    </w:p>
    <w:p>
      <w:pPr>
        <w:jc w:val="right"/>
      </w:pPr>
      <w:r>
        <w:t>واز بریکلس۔</w:t>
      </w:r>
    </w:p>
    <w:p>
      <w:r>
        <w:rPr>
          <w:b/>
        </w:rPr>
        <w:t xml:space="preserve">[37:11] </w:t>
      </w:r>
      <w:r>
        <w:t>At the time of agreement, the companions were no more than 1400.</w:t>
      </w:r>
    </w:p>
    <w:p>
      <w:pPr>
        <w:jc w:val="right"/>
      </w:pPr>
      <w:r>
        <w:t>ایٹ دا ٹائم اف ایگریمنٹ، دا کمپینینز ویر نو مور دین 1400۔</w:t>
      </w:r>
    </w:p>
    <w:p>
      <w:r>
        <w:rPr>
          <w:b/>
        </w:rPr>
        <w:t xml:space="preserve">[37:16] </w:t>
      </w:r>
      <w:r>
        <w:t>At the time of agreement, companions of the Prophet of Islam were in number no more than 1400.</w:t>
      </w:r>
    </w:p>
    <w:p>
      <w:pPr>
        <w:jc w:val="right"/>
      </w:pPr>
      <w:r>
        <w:t>ایٹ دا ٹائم اف ایگریمنٹ، کمپینینز اف دا پرافٹ اف اسلام ویر ان نمبر نو مور دین 1400۔</w:t>
      </w:r>
    </w:p>
    <w:p>
      <w:r>
        <w:rPr>
          <w:b/>
        </w:rPr>
        <w:t xml:space="preserve">[37:24] </w:t>
      </w:r>
      <w:r>
        <w:t>But between two years, with a short period of two years, their number increased and they became 10,000.</w:t>
      </w:r>
    </w:p>
    <w:p>
      <w:pPr>
        <w:jc w:val="right"/>
      </w:pPr>
      <w:r>
        <w:t>بٹ بٹوین ٹو ایئرز، ود ا شارٹ پیریڈ اف ٹو ایئرز، دیر نمبر انکریزڈ اینڈ دیر بیکم 10000۔</w:t>
      </w:r>
    </w:p>
    <w:p>
      <w:r>
        <w:rPr>
          <w:b/>
        </w:rPr>
        <w:t xml:space="preserve">[37:32] </w:t>
      </w:r>
      <w:r>
        <w:t>10000 Muslims.</w:t>
      </w:r>
    </w:p>
    <w:p>
      <w:pPr>
        <w:jc w:val="right"/>
      </w:pPr>
      <w:r>
        <w:t>10000 مسلمز۔</w:t>
      </w:r>
    </w:p>
    <w:p>
      <w:r>
        <w:rPr>
          <w:b/>
        </w:rPr>
        <w:t xml:space="preserve">[37:33] </w:t>
      </w:r>
      <w:r>
        <w:t>This was the victory.</w:t>
      </w:r>
    </w:p>
    <w:p>
      <w:pPr>
        <w:jc w:val="right"/>
      </w:pPr>
      <w:r>
        <w:t>دس واز دا وکٹری۔</w:t>
      </w:r>
    </w:p>
    <w:p>
      <w:r>
        <w:rPr>
          <w:b/>
        </w:rPr>
        <w:t xml:space="preserve">[37:35] </w:t>
      </w:r>
      <w:r>
        <w:t>This was the victory.</w:t>
      </w:r>
    </w:p>
    <w:p>
      <w:pPr>
        <w:jc w:val="right"/>
      </w:pPr>
      <w:r>
        <w:t>دس واز دا وکٹری۔</w:t>
      </w:r>
    </w:p>
    <w:p>
      <w:r>
        <w:rPr>
          <w:b/>
        </w:rPr>
        <w:t xml:space="preserve">[37:37] </w:t>
      </w:r>
      <w:r>
        <w:t>In this sense, Hudaybiyyah Agreement was victory.</w:t>
      </w:r>
    </w:p>
    <w:p>
      <w:pPr>
        <w:jc w:val="right"/>
      </w:pPr>
      <w:r>
        <w:t>ان دس سینس، حدیبیہ ایگریمنٹ واز وکٹری۔</w:t>
      </w:r>
    </w:p>
    <w:p>
      <w:r>
        <w:rPr>
          <w:b/>
        </w:rPr>
        <w:t xml:space="preserve">[37:40] </w:t>
      </w:r>
      <w:r>
        <w:t>You know, what is the secret behind this? The secret is that Islam is the only correct ideology.</w:t>
      </w:r>
    </w:p>
    <w:p>
      <w:pPr>
        <w:jc w:val="right"/>
      </w:pPr>
      <w:r>
        <w:t>یو نو، واٹ از دا سیکرٹ بیہائنڈ دس؟ دا سیکرٹ از دیٹ اسلام از دا اونلی کریکٹ ائیڈیالوجی۔</w:t>
      </w:r>
    </w:p>
    <w:p>
      <w:r>
        <w:rPr>
          <w:b/>
        </w:rPr>
        <w:t xml:space="preserve">[37:47] </w:t>
      </w:r>
      <w:r>
        <w:t>Quran says: "Zalikal kitabu la raiba fihi hudallil muttaqin." In the beginning, you read this verse.</w:t>
      </w:r>
    </w:p>
    <w:p>
      <w:pPr>
        <w:jc w:val="right"/>
      </w:pPr>
      <w:r>
        <w:t>قران سیز: "ذالک الکتاب لا رب فی المتقین۔" ان دا بگننگ، یو ریڈ دس ورس۔</w:t>
      </w:r>
    </w:p>
    <w:p>
      <w:r>
        <w:rPr>
          <w:b/>
        </w:rPr>
        <w:t xml:space="preserve">[37:54] </w:t>
      </w:r>
      <w:r>
        <w:t>In the beginning, you read this Quranic verse: "ذالک الکتاب لا ریب فیہ ھدی للمتقین۔" This is the book,</w:t>
      </w:r>
    </w:p>
    <w:p>
      <w:pPr>
        <w:jc w:val="right"/>
      </w:pPr>
      <w:r>
        <w:t>ان دا بگننگ، یو ریڈ دس قرانک ورس: "ذالک الکتاب لا رب فی المتقین۔" دس از دا بک،</w:t>
      </w:r>
    </w:p>
    <w:p>
      <w:r>
        <w:rPr>
          <w:b/>
        </w:rPr>
        <w:t xml:space="preserve">[38:01] </w:t>
      </w:r>
      <w:r>
        <w:t>The with the capital T.</w:t>
      </w:r>
    </w:p>
    <w:p>
      <w:pPr>
        <w:jc w:val="right"/>
      </w:pPr>
      <w:r>
        <w:t>دا ود دی کیپیٹل ٹی۔</w:t>
      </w:r>
    </w:p>
    <w:p>
      <w:r>
        <w:rPr>
          <w:b/>
        </w:rPr>
        <w:t xml:space="preserve">[38:04] </w:t>
      </w:r>
      <w:r>
        <w:t>This is the book.</w:t>
      </w:r>
    </w:p>
    <w:p>
      <w:pPr>
        <w:jc w:val="right"/>
      </w:pPr>
      <w:r>
        <w:t>دس از دا بک۔</w:t>
      </w:r>
    </w:p>
    <w:p>
      <w:r>
        <w:rPr>
          <w:b/>
        </w:rPr>
        <w:t xml:space="preserve">[38:05] </w:t>
      </w:r>
      <w:r>
        <w:t>There is no doubt about it, and this is guidance for all mankind.</w:t>
      </w:r>
    </w:p>
    <w:p>
      <w:pPr>
        <w:jc w:val="right"/>
      </w:pPr>
      <w:r>
        <w:t>دیر از نو ڈاؤٹ اباؤٹ اٹ، اینڈ دس از گائیڈنس فار ال مین کائنڈ۔</w:t>
      </w:r>
    </w:p>
    <w:p>
      <w:r>
        <w:rPr>
          <w:b/>
        </w:rPr>
        <w:t xml:space="preserve">[38:11] </w:t>
      </w:r>
      <w:r>
        <w:t>You know, there is no book under this sky that can say that this is the book.</w:t>
      </w:r>
    </w:p>
    <w:p>
      <w:pPr>
        <w:jc w:val="right"/>
      </w:pPr>
      <w:r>
        <w:t>یو نو، دیر از نو بک انڈر دس سکائی دیٹ کین سے دیٹ دس از دا بک۔</w:t>
      </w:r>
    </w:p>
    <w:p>
      <w:r>
        <w:rPr>
          <w:b/>
        </w:rPr>
        <w:t xml:space="preserve">[38:19] </w:t>
      </w:r>
      <w:r>
        <w:t>Except Quran, no writer was able to say that this is the book, the with the capital T.</w:t>
      </w:r>
    </w:p>
    <w:p>
      <w:pPr>
        <w:jc w:val="right"/>
      </w:pPr>
      <w:r>
        <w:t>ایکسیپٹ قران، نو رائٹر واز ایبل ٹو سے دیٹ دس از دا بک، دا ود دی کیپیٹل ٹی۔</w:t>
      </w:r>
    </w:p>
    <w:p>
      <w:r>
        <w:rPr>
          <w:b/>
        </w:rPr>
        <w:t xml:space="preserve">[38:26] </w:t>
      </w:r>
      <w:r>
        <w:t>No, not at all.</w:t>
      </w:r>
    </w:p>
    <w:p>
      <w:pPr>
        <w:jc w:val="right"/>
      </w:pPr>
      <w:r>
        <w:t>نو، ناٹ ایٹ ال۔</w:t>
      </w:r>
    </w:p>
    <w:p>
      <w:r>
        <w:rPr>
          <w:b/>
        </w:rPr>
        <w:t xml:space="preserve">[38:28] </w:t>
      </w:r>
      <w:r>
        <w:t>There are billion a billion books in our modern world, after the advent of printing press.</w:t>
      </w:r>
    </w:p>
    <w:p>
      <w:pPr>
        <w:jc w:val="right"/>
      </w:pPr>
      <w:r>
        <w:t>دیر ار بلین اے بلین بکس ان اور ماڈرن ورلڈ، افٹر دا ایڈونٹ اف پرنٹنگ پریس۔</w:t>
      </w:r>
    </w:p>
    <w:p>
      <w:r>
        <w:rPr>
          <w:b/>
        </w:rPr>
        <w:t xml:space="preserve">[38:35] </w:t>
      </w:r>
      <w:r>
        <w:t>So there are a billion, a billion books in our libraries, but you cannot find a single book</w:t>
      </w:r>
    </w:p>
    <w:p>
      <w:pPr>
        <w:jc w:val="right"/>
      </w:pPr>
      <w:r>
        <w:t>سو دیر ار بلین اے بلین بکس ان اور لائبریریز، بٹ یو کین ناٹ فائنڈ ا سنگل بک</w:t>
      </w:r>
    </w:p>
    <w:p>
      <w:r>
        <w:rPr>
          <w:b/>
        </w:rPr>
        <w:t xml:space="preserve">[38:43] </w:t>
      </w:r>
      <w:r>
        <w:t>that can say this is the book, the with the capital T.</w:t>
      </w:r>
    </w:p>
    <w:p>
      <w:pPr>
        <w:jc w:val="right"/>
      </w:pPr>
      <w:r>
        <w:t>دیٹ کین سے دس از دا بک، دا ود دی کیپیٹل ٹی۔</w:t>
      </w:r>
    </w:p>
    <w:p>
      <w:r>
        <w:rPr>
          <w:b/>
        </w:rPr>
        <w:t xml:space="preserve">[38:48] </w:t>
      </w:r>
      <w:r>
        <w:t>So Quran is the book.</w:t>
      </w:r>
    </w:p>
    <w:p>
      <w:pPr>
        <w:jc w:val="right"/>
      </w:pPr>
      <w:r>
        <w:t>سو قران از دا بک۔</w:t>
      </w:r>
    </w:p>
    <w:p>
      <w:r>
        <w:rPr>
          <w:b/>
        </w:rPr>
        <w:t xml:space="preserve">[38:50] </w:t>
      </w:r>
      <w:r>
        <w:t>The book, the book means only true ideology, only correct ideology, only ideology which can satisfy people's mind.</w:t>
      </w:r>
    </w:p>
    <w:p>
      <w:pPr>
        <w:jc w:val="right"/>
      </w:pPr>
      <w:r>
        <w:t>دا بک، دا بک مینز اونلی ٹرو ائیڈیالوجی، اونلی کریکٹ ائیڈیالوجی، اونلی ائیڈیالوجی وچ کین سیٹسفائی پیپلز مائنڈ۔</w:t>
      </w:r>
    </w:p>
    <w:p>
      <w:r>
        <w:rPr>
          <w:b/>
        </w:rPr>
        <w:t xml:space="preserve">[38:58] </w:t>
      </w:r>
      <w:r>
        <w:t>Only ideology.</w:t>
      </w:r>
    </w:p>
    <w:p>
      <w:pPr>
        <w:jc w:val="right"/>
      </w:pPr>
      <w:r>
        <w:t>اونلی ائیڈیالوجی۔</w:t>
      </w:r>
    </w:p>
    <w:p>
      <w:r>
        <w:rPr>
          <w:b/>
        </w:rPr>
        <w:t xml:space="preserve">[38:59] </w:t>
      </w:r>
      <w:r>
        <w:t>So Islam is a, is liye Islam is a, is a, is an ideological superpower, forever, for</w:t>
      </w:r>
    </w:p>
    <w:p>
      <w:pPr>
        <w:jc w:val="right"/>
      </w:pPr>
      <w:r>
        <w:t>سو اسلام از ا، اس لیے اسلام از ا، از ا، از ائیڈیالوجیکل سپر پاور، فار ایور، فار</w:t>
      </w:r>
    </w:p>
    <w:p>
      <w:r>
        <w:rPr>
          <w:b/>
        </w:rPr>
        <w:t xml:space="preserve">[39:07] </w:t>
      </w:r>
      <w:r>
        <w:t>eternity.</w:t>
      </w:r>
    </w:p>
    <w:p>
      <w:pPr>
        <w:jc w:val="right"/>
      </w:pPr>
      <w:r>
        <w:t>ایٹرنیٹی۔</w:t>
      </w:r>
    </w:p>
    <w:p>
      <w:r>
        <w:rPr>
          <w:b/>
        </w:rPr>
        <w:t xml:space="preserve">[39:08] </w:t>
      </w:r>
      <w:r>
        <w:t>Islam is an ideological superpower.</w:t>
      </w:r>
    </w:p>
    <w:p>
      <w:pPr>
        <w:jc w:val="right"/>
      </w:pPr>
      <w:r>
        <w:t>اسلام از این ائیڈیالوجیکل سپر پاور۔</w:t>
      </w:r>
    </w:p>
    <w:p>
      <w:r>
        <w:rPr>
          <w:b/>
        </w:rPr>
        <w:t xml:space="preserve">[39:11] </w:t>
      </w:r>
      <w:r>
        <w:t>It means that when you, when, when you use this, this ideology, you will be victorious.</w:t>
      </w:r>
    </w:p>
    <w:p>
      <w:pPr>
        <w:jc w:val="right"/>
      </w:pPr>
      <w:r>
        <w:t>اٹ مینز دیٹ وین یو، وین، وین یو یوز دس، دس ائیڈیالوجی، یو ویل بی وکٹوریس۔</w:t>
      </w:r>
    </w:p>
    <w:p>
      <w:r>
        <w:rPr>
          <w:b/>
        </w:rPr>
        <w:t xml:space="preserve">[39:18] </w:t>
      </w:r>
      <w:r>
        <w:t>So when there is, there is, there is, when there is violence, when there is war, Islam, Islamic</w:t>
      </w:r>
    </w:p>
    <w:p>
      <w:pPr>
        <w:jc w:val="right"/>
      </w:pPr>
      <w:r>
        <w:t>سو وین دیر از، دیر از، دیر از، وین دیر از وائلنس، وین دیر از وار، اسلام، اسلامک</w:t>
      </w:r>
    </w:p>
    <w:p>
      <w:r>
        <w:rPr>
          <w:b/>
        </w:rPr>
        <w:t xml:space="preserve">[39:25] </w:t>
      </w:r>
      <w:r>
        <w:t>Ideology has no, there is no use of Islamic ideology.</w:t>
      </w:r>
    </w:p>
    <w:p>
      <w:pPr>
        <w:jc w:val="right"/>
      </w:pPr>
      <w:r>
        <w:t>ائیڈیالوجی ہیز نو، دیر از نو یوز اف اسلامک ائیڈیالوجی۔</w:t>
      </w:r>
    </w:p>
    <w:p>
      <w:r>
        <w:rPr>
          <w:b/>
        </w:rPr>
        <w:t xml:space="preserve">[39:30] </w:t>
      </w:r>
      <w:r>
        <w:t>War stops all those activities of Islamic ideology.</w:t>
      </w:r>
    </w:p>
    <w:p>
      <w:pPr>
        <w:jc w:val="right"/>
      </w:pPr>
      <w:r>
        <w:t>وار سٹاپس ال دوز ایکٹیویٹیز اف اسلامک ائیڈیالوجی۔</w:t>
      </w:r>
    </w:p>
    <w:p>
      <w:r>
        <w:rPr>
          <w:b/>
        </w:rPr>
        <w:t xml:space="preserve">[39:33] </w:t>
      </w:r>
      <w:r>
        <w:t>War and violence are enemy of Islamic ideology, because when there is war, where there is violence, where</w:t>
      </w:r>
    </w:p>
    <w:p>
      <w:pPr>
        <w:jc w:val="right"/>
      </w:pPr>
      <w:r>
        <w:t>وار اینڈ وائلنس ار اینمی اف اسلامک ائیڈیالوجی، بیکاز وین دیر از وار، ویر دیر از وائلنس، ویر</w:t>
      </w:r>
    </w:p>
    <w:p>
      <w:r>
        <w:rPr>
          <w:b/>
        </w:rPr>
        <w:t xml:space="preserve">[39:41] </w:t>
      </w:r>
      <w:r>
        <w:t>There is war, people become hateful, people become abnormal, people are not in a position to think in</w:t>
      </w:r>
    </w:p>
    <w:p>
      <w:pPr>
        <w:jc w:val="right"/>
      </w:pPr>
      <w:r>
        <w:t>دیر از وار، پیپل بیکم ہیٹ فل، پیپل بیکم ابنارمل، پیپل ار ناٹ ان پوزیشن ٹو تھنک ان</w:t>
      </w:r>
    </w:p>
    <w:p>
      <w:r>
        <w:rPr>
          <w:b/>
        </w:rPr>
        <w:t xml:space="preserve">[39:49] </w:t>
      </w:r>
      <w:r>
        <w:t>a constructive manner.</w:t>
      </w:r>
    </w:p>
    <w:p>
      <w:pPr>
        <w:jc w:val="right"/>
      </w:pPr>
      <w:r>
        <w:t>ا کنسٹرکٹیو مینر۔</w:t>
      </w:r>
    </w:p>
    <w:p>
      <w:r>
        <w:rPr>
          <w:b/>
        </w:rPr>
        <w:t xml:space="preserve">[39:50] </w:t>
      </w:r>
      <w:r>
        <w:t>In the situation of war, in the situation of violence, people cannot think with a sound mind.</w:t>
      </w:r>
    </w:p>
    <w:p>
      <w:pPr>
        <w:jc w:val="right"/>
      </w:pPr>
      <w:r>
        <w:t>ان دا سچویشن اف وار، ان دا سچویشن اف وائلنس، پیپل کین ناٹ تھنک ود ا ساؤنڈ مائنڈ۔</w:t>
      </w:r>
    </w:p>
    <w:p>
      <w:r>
        <w:rPr>
          <w:b/>
        </w:rPr>
        <w:t xml:space="preserve">[39:58] </w:t>
      </w:r>
      <w:r>
        <w:t>So, so war and violence abolish normalcy.</w:t>
      </w:r>
    </w:p>
    <w:p>
      <w:pPr>
        <w:jc w:val="right"/>
      </w:pPr>
      <w:r>
        <w:t>سو، سو وار اینڈ وائلنس ابوش نارمل سی۔</w:t>
      </w:r>
    </w:p>
    <w:p>
      <w:r>
        <w:rPr>
          <w:b/>
        </w:rPr>
        <w:t xml:space="preserve">[40:01] </w:t>
      </w:r>
      <w:r>
        <w:t>Where there is war, there is no normalcy.</w:t>
      </w:r>
    </w:p>
    <w:p>
      <w:pPr>
        <w:jc w:val="right"/>
      </w:pPr>
      <w:r>
        <w:t>ویر دیر از وار، دیر از نو نارمل سی۔</w:t>
      </w:r>
    </w:p>
    <w:p>
      <w:r>
        <w:rPr>
          <w:b/>
        </w:rPr>
        <w:t xml:space="preserve">[40:05] </w:t>
      </w:r>
      <w:r>
        <w:t>So one can think about an ideology when it is normal.</w:t>
      </w:r>
    </w:p>
    <w:p>
      <w:pPr>
        <w:jc w:val="right"/>
      </w:pPr>
      <w:r>
        <w:t>سو ون کین تھنک اباؤٹ این ائیڈیالوجی وین از نارمل۔</w:t>
      </w:r>
    </w:p>
    <w:p>
      <w:r>
        <w:rPr>
          <w:b/>
        </w:rPr>
        <w:t xml:space="preserve">[40:09] </w:t>
      </w:r>
      <w:r>
        <w:t>When one is in normal condition, when is, when one is in with a sound mind, then he</w:t>
      </w:r>
    </w:p>
    <w:p>
      <w:pPr>
        <w:jc w:val="right"/>
      </w:pPr>
      <w:r>
        <w:t>وین ون از ان نارمل کنڈیشن، وین از، وین ون از ان ود ا ساؤنڈ مائنڈ، دین ہی</w:t>
      </w:r>
    </w:p>
    <w:p>
      <w:r>
        <w:rPr>
          <w:b/>
        </w:rPr>
        <w:t xml:space="preserve">[40:17] </w:t>
      </w:r>
      <w:r>
        <w:t>can think about an ideology.</w:t>
      </w:r>
    </w:p>
    <w:p>
      <w:pPr>
        <w:jc w:val="right"/>
      </w:pPr>
      <w:r>
        <w:t>کین تھنک اباؤٹ این ائیڈیالوجی۔</w:t>
      </w:r>
    </w:p>
    <w:p>
      <w:r>
        <w:rPr>
          <w:b/>
        </w:rPr>
        <w:t xml:space="preserve">[40:19] </w:t>
      </w:r>
      <w:r>
        <w:t>تو peace is the power of ideology.</w:t>
      </w:r>
    </w:p>
    <w:p>
      <w:pPr>
        <w:jc w:val="right"/>
      </w:pPr>
      <w:r>
        <w:t>تو پیس از دا پاور اف ائیڈیالوجی۔</w:t>
      </w:r>
    </w:p>
    <w:p>
      <w:r>
        <w:rPr>
          <w:b/>
        </w:rPr>
        <w:t xml:space="preserve">[40:22] </w:t>
      </w:r>
      <w:r>
        <w:t>Ideology cannot work in violent conditions.</w:t>
      </w:r>
    </w:p>
    <w:p>
      <w:pPr>
        <w:jc w:val="right"/>
      </w:pPr>
      <w:r>
        <w:t>ائیڈیالوجی کین ناٹ ورک ان ا وائلنٹ کنڈیشنز۔</w:t>
      </w:r>
    </w:p>
    <w:p>
      <w:r>
        <w:rPr>
          <w:b/>
        </w:rPr>
        <w:t xml:space="preserve">[40:26] </w:t>
      </w:r>
      <w:r>
        <w:t>You know, every man is born with mind.</w:t>
      </w:r>
    </w:p>
    <w:p>
      <w:pPr>
        <w:jc w:val="right"/>
      </w:pPr>
      <w:r>
        <w:t>یو نو، ایوری مین از بورن ود مائنڈ۔</w:t>
      </w:r>
    </w:p>
    <w:p>
      <w:r>
        <w:rPr>
          <w:b/>
        </w:rPr>
        <w:t xml:space="preserve">[40:29] </w:t>
      </w:r>
      <w:r>
        <w:t>Mind has great capacity to think, to understand, to recognize.</w:t>
      </w:r>
    </w:p>
    <w:p>
      <w:pPr>
        <w:jc w:val="right"/>
      </w:pPr>
      <w:r>
        <w:t>مائنڈ ہیز گریٹ کپیسٹی ٹو تھنک، ٹو انڈرسٹینڈ، ٹو ریکگنائز۔</w:t>
      </w:r>
    </w:p>
    <w:p>
      <w:r>
        <w:rPr>
          <w:b/>
        </w:rPr>
        <w:t xml:space="preserve">[40:33] </w:t>
      </w:r>
      <w:r>
        <w:t>Mind has great capacity to recognize between falsehood and truth, between right and wrong.</w:t>
      </w:r>
    </w:p>
    <w:p>
      <w:pPr>
        <w:jc w:val="right"/>
      </w:pPr>
      <w:r>
        <w:t>مائنڈ ہیز گریٹ کپیسٹی ٹو ریکگنائز بٹوین فالسڈ اینڈ اینڈ ٹروتھ، بٹوین رائٹ اینڈ رونگ۔</w:t>
      </w:r>
    </w:p>
    <w:p>
      <w:r>
        <w:rPr>
          <w:b/>
        </w:rPr>
        <w:t xml:space="preserve">[40:40] </w:t>
      </w:r>
      <w:r>
        <w:t>Every individual mind has great capacity to recognize things, to know what is white, what is black, what</w:t>
      </w:r>
    </w:p>
    <w:p>
      <w:pPr>
        <w:jc w:val="right"/>
      </w:pPr>
      <w:r>
        <w:t>ایوری انڈیویجول مائنڈ ہیز گریٹ کپیسٹی ٹو ریکگنائز تھنگز، ٹو نو واٹ از وائٹ، واٹ از بلیک، واٹ</w:t>
      </w:r>
    </w:p>
    <w:p>
      <w:r>
        <w:rPr>
          <w:b/>
        </w:rPr>
        <w:t xml:space="preserve">[40:48] </w:t>
      </w:r>
      <w:r>
        <w:t>is right, what is wrong.</w:t>
      </w:r>
    </w:p>
    <w:p>
      <w:pPr>
        <w:jc w:val="right"/>
      </w:pPr>
      <w:r>
        <w:t>از رائٹ، واٹ از رونگ۔</w:t>
      </w:r>
    </w:p>
    <w:p>
      <w:r>
        <w:rPr>
          <w:b/>
        </w:rPr>
        <w:t xml:space="preserve">[40:50] </w:t>
      </w:r>
      <w:r>
        <w:t>Every human mind has this capacity by birth.</w:t>
      </w:r>
    </w:p>
    <w:p>
      <w:pPr>
        <w:jc w:val="right"/>
      </w:pPr>
      <w:r>
        <w:t>ایوری ہیومن مائنڈ ہیز دس کپیسٹی بائی برتھ۔</w:t>
      </w:r>
    </w:p>
    <w:p>
      <w:r>
        <w:rPr>
          <w:b/>
        </w:rPr>
        <w:t xml:space="preserve">[40:53] </w:t>
      </w:r>
      <w:r>
        <w:t>So, ideological system, ideology wants to avail this situation.</w:t>
      </w:r>
    </w:p>
    <w:p>
      <w:pPr>
        <w:jc w:val="right"/>
      </w:pPr>
      <w:r>
        <w:t>سو ائیڈیالوجیکل سسٹم، ائیڈیالوجی وانٹس ٹو اویل دس سچویشن۔</w:t>
      </w:r>
    </w:p>
    <w:p>
      <w:r>
        <w:rPr>
          <w:b/>
        </w:rPr>
        <w:t xml:space="preserve">[40:57] </w:t>
      </w:r>
      <w:r>
        <w:t>Mind is our opportunity.</w:t>
      </w:r>
    </w:p>
    <w:p>
      <w:pPr>
        <w:jc w:val="right"/>
      </w:pPr>
      <w:r>
        <w:t>مائنڈ از اور اپرچونیٹی۔</w:t>
      </w:r>
    </w:p>
    <w:p>
      <w:r>
        <w:rPr>
          <w:b/>
        </w:rPr>
        <w:t xml:space="preserve">[40:59] </w:t>
      </w:r>
      <w:r>
        <w:t>This mind, this mind that has, that has thinking capacity.</w:t>
      </w:r>
    </w:p>
    <w:p>
      <w:pPr>
        <w:jc w:val="right"/>
      </w:pPr>
      <w:r>
        <w:t>دس مائنڈ، دس مائنڈ دیٹ ہیز، دیٹ ہیز تھنکنگ کپیسٹی۔</w:t>
      </w:r>
    </w:p>
    <w:p>
      <w:r>
        <w:rPr>
          <w:b/>
        </w:rPr>
        <w:t xml:space="preserve">[41:03] </w:t>
      </w:r>
      <w:r>
        <w:t>a mind that has the capacity to think, to decide, to recognize, to understand, to differentiate between right</w:t>
      </w:r>
    </w:p>
    <w:p>
      <w:pPr>
        <w:jc w:val="right"/>
      </w:pPr>
      <w:r>
        <w:t>ا مائنڈ دیٹ ہیز دا کپیسٹی ٹو تھنک، ٹو ڈیسائیڈ، ٹو ریکگنائز، ٹو انڈرسٹینڈ، ٹو ڈیفرنشیٹ بٹوین رائٹ</w:t>
      </w:r>
    </w:p>
    <w:p>
      <w:r>
        <w:rPr>
          <w:b/>
        </w:rPr>
        <w:t xml:space="preserve">[41:11] </w:t>
      </w:r>
      <w:r>
        <w:t>and wrong.</w:t>
      </w:r>
    </w:p>
    <w:p>
      <w:pPr>
        <w:jc w:val="right"/>
      </w:pPr>
      <w:r>
        <w:t>اینڈ رونگ۔</w:t>
      </w:r>
    </w:p>
    <w:p>
      <w:r>
        <w:rPr>
          <w:b/>
        </w:rPr>
        <w:t xml:space="preserve">[41:12] </w:t>
      </w:r>
      <w:r>
        <w:t>It is this, this is the greatest opportunity for Islam.</w:t>
      </w:r>
    </w:p>
    <w:p>
      <w:pPr>
        <w:jc w:val="right"/>
      </w:pPr>
      <w:r>
        <w:t>اٹ از دس، دس از دا گریٹسٹ اپرچونیٹی فار اسلام۔</w:t>
      </w:r>
    </w:p>
    <w:p>
      <w:r>
        <w:rPr>
          <w:b/>
        </w:rPr>
        <w:t xml:space="preserve">[41:16] </w:t>
      </w:r>
      <w:r>
        <w:t>When you present Islamic ideology to this mind, he can think about it, and then by own nature,</w:t>
      </w:r>
    </w:p>
    <w:p>
      <w:pPr>
        <w:jc w:val="right"/>
      </w:pPr>
      <w:r>
        <w:t>وین یو پریزنٹ اسلامک ائیڈیالوجی ٹو دس مائنڈ، ہی کین تھنک اباؤٹ اٹ، اینڈ دین بائی اون نیچر،</w:t>
      </w:r>
    </w:p>
    <w:p>
      <w:r>
        <w:rPr>
          <w:b/>
        </w:rPr>
        <w:t xml:space="preserve">[41:24] </w:t>
      </w:r>
      <w:r>
        <w:t>He will accept it.</w:t>
      </w:r>
    </w:p>
    <w:p>
      <w:pPr>
        <w:jc w:val="right"/>
      </w:pPr>
      <w:r>
        <w:t>ہی ویل ایکسیپٹ اٹ۔</w:t>
      </w:r>
    </w:p>
    <w:p>
      <w:r>
        <w:rPr>
          <w:b/>
        </w:rPr>
        <w:t xml:space="preserve">[41:26] </w:t>
      </w:r>
      <w:r>
        <w:t>Ideology required normalcy.</w:t>
      </w:r>
    </w:p>
    <w:p>
      <w:pPr>
        <w:jc w:val="right"/>
      </w:pPr>
      <w:r>
        <w:t>ائیڈیالوجی ریکوائرڈ نارمل سی۔</w:t>
      </w:r>
    </w:p>
    <w:p>
      <w:r>
        <w:rPr>
          <w:b/>
        </w:rPr>
        <w:t xml:space="preserve">[41:28] </w:t>
      </w:r>
      <w:r>
        <w:t>Islam is super ideology.</w:t>
      </w:r>
    </w:p>
    <w:p>
      <w:pPr>
        <w:jc w:val="right"/>
      </w:pPr>
      <w:r>
        <w:t>اسلام از سپر ائیڈیالوجی۔</w:t>
      </w:r>
    </w:p>
    <w:p>
      <w:r>
        <w:rPr>
          <w:b/>
        </w:rPr>
        <w:t xml:space="preserve">[41:29] </w:t>
      </w:r>
      <w:r>
        <w:t>Islam wants to wants normalcy.</w:t>
      </w:r>
    </w:p>
    <w:p>
      <w:pPr>
        <w:jc w:val="right"/>
      </w:pPr>
      <w:r>
        <w:t>اسلام وانٹس ٹو وانٹس نارمل سی۔</w:t>
      </w:r>
    </w:p>
    <w:p>
      <w:r>
        <w:rPr>
          <w:b/>
        </w:rPr>
        <w:t xml:space="preserve">[41:32] </w:t>
      </w:r>
      <w:r>
        <w:t>Islam wants peace, so that he may, he may address people's mind.</w:t>
      </w:r>
    </w:p>
    <w:p>
      <w:pPr>
        <w:jc w:val="right"/>
      </w:pPr>
      <w:r>
        <w:t>اسلام وانٹس پیس، سو دیٹ ہی می، ہی می ایڈریس پیپلز مائنڈ۔</w:t>
      </w:r>
    </w:p>
    <w:p>
      <w:r>
        <w:rPr>
          <w:b/>
        </w:rPr>
        <w:t xml:space="preserve">[41:37] </w:t>
      </w:r>
      <w:r>
        <w:t>اور greatest target is to address human mind, and it required peace.</w:t>
      </w:r>
    </w:p>
    <w:p>
      <w:pPr>
        <w:jc w:val="right"/>
      </w:pPr>
      <w:r>
        <w:t>اور گریٹسٹ ٹارگٹ از ٹو ایڈریس ہیومن مائنڈ، اینڈ اٹ ریکوائرڈ پیس۔</w:t>
      </w:r>
    </w:p>
    <w:p>
      <w:r>
        <w:rPr>
          <w:b/>
        </w:rPr>
        <w:t xml:space="preserve">[41:42] </w:t>
      </w:r>
      <w:r>
        <w:t>Without peace, how you can address people's mind? It required peace, it required normalcy to address people's</w:t>
      </w:r>
    </w:p>
    <w:p>
      <w:pPr>
        <w:jc w:val="right"/>
      </w:pPr>
      <w:r>
        <w:t>وداؤٹ پیس، ہاؤ یو کین ایڈریس پیپلز مائنڈ؟ اٹ ریکوائرڈ پیس، اٹ ریکوائرڈ نارمل سی ٹو ایڈریس پیپلز</w:t>
      </w:r>
    </w:p>
    <w:p>
      <w:r>
        <w:rPr>
          <w:b/>
        </w:rPr>
        <w:t xml:space="preserve">[41:50] </w:t>
      </w:r>
      <w:r>
        <w:t>Mind.</w:t>
      </w:r>
    </w:p>
    <w:p>
      <w:pPr>
        <w:jc w:val="right"/>
      </w:pPr>
      <w:r>
        <w:t>مائنڈ۔</w:t>
      </w:r>
    </w:p>
    <w:p>
      <w:r>
        <w:rPr>
          <w:b/>
        </w:rPr>
        <w:t xml:space="preserve">[41:51] </w:t>
      </w:r>
      <w:r>
        <w:t>So people's mind is the greatest opportunity for Islam as an ideology.</w:t>
      </w:r>
    </w:p>
    <w:p>
      <w:pPr>
        <w:jc w:val="right"/>
      </w:pPr>
      <w:r>
        <w:t>سو پیپلز مائنڈ از دا گریٹسٹ اپرچونیٹی فار اسلام ایز این ائیڈیالوجی۔</w:t>
      </w:r>
    </w:p>
    <w:p>
      <w:r>
        <w:rPr>
          <w:b/>
        </w:rPr>
        <w:t xml:space="preserve">[41:57] </w:t>
      </w:r>
      <w:r>
        <w:t>So I can say that Islam is, Islam is an ideological superpower, and peace is greatest strength.</w:t>
      </w:r>
    </w:p>
    <w:p>
      <w:pPr>
        <w:jc w:val="right"/>
      </w:pPr>
      <w:r>
        <w:t>سو ائی کین سی دیٹ اسلام از، اسلام از این ائیڈیالوجیکل سپر پاور، اینڈ پیس از گریٹسٹ سٹرینتھ</w:t>
      </w:r>
    </w:p>
    <w:p>
      <w:r>
        <w:rPr>
          <w:b/>
        </w:rPr>
        <w:t xml:space="preserve">[42:04]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[42:06] </w:t>
      </w:r>
      <w:r>
        <w:t>So establish peace, and you will be victorious.</w:t>
      </w:r>
    </w:p>
    <w:p>
      <w:pPr>
        <w:jc w:val="right"/>
      </w:pPr>
      <w:r>
        <w:t>سو اسٹیبلش پیس، اینڈ یو ویل بی وکٹوریس۔</w:t>
      </w:r>
    </w:p>
    <w:p>
      <w:r>
        <w:rPr>
          <w:b/>
        </w:rPr>
        <w:t xml:space="preserve">[42:09] </w:t>
      </w:r>
      <w:r>
        <w:t>aqool qaul haza wa astaghfirullah alaikum ijmaeen.</w:t>
      </w:r>
    </w:p>
    <w:p>
      <w:pPr>
        <w:jc w:val="right"/>
      </w:pPr>
      <w:r>
        <w:t>اقول قول ھذا واستغفراللہ علیکم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